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Alternatives April 05, 2015</w:t>
      </w:r>
    </w:p>
    <w:p>
      <w:r>
        <w:t>https://youtu.be/4v0uCM2BZuA</w:t>
      </w:r>
    </w:p>
    <w:p>
      <w:r>
        <w:rPr>
          <w:b/>
        </w:rPr>
        <w:t xml:space="preserve">[00:13] </w:t>
      </w:r>
      <w:r>
        <w:t>Bismillah Rehmanur Rahim. Wa salli Allahu ala Nabi al Kareem.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5 April 2015.</w:t>
      </w:r>
    </w:p>
    <w:p>
      <w:pPr>
        <w:jc w:val="right"/>
      </w:pPr>
      <w:r>
        <w:t>5 اپریل 2015۔</w:t>
      </w:r>
    </w:p>
    <w:p>
      <w:r>
        <w:rPr>
          <w:b/>
        </w:rPr>
        <w:t xml:space="preserve">[00:44] </w:t>
      </w:r>
      <w:r>
        <w:t>aap jante hain ke C1 Jobuddin West mein</w:t>
      </w:r>
    </w:p>
    <w:p>
      <w:pPr>
        <w:jc w:val="right"/>
      </w:pPr>
      <w:r>
        <w:t>آپ جانتے ہیں کہ سی ون جاب الدین ویسٹ میں</w:t>
      </w:r>
    </w:p>
    <w:p>
      <w:r>
        <w:rPr>
          <w:b/>
        </w:rPr>
        <w:t xml:space="preserve">[00:56] </w:t>
      </w:r>
      <w:r>
        <w:t>har Sunday ko spiritual class hoti hai. Yeh silsila 2001 se jaari hai, aur is darmiyan kabhi gap nahi hua.</w:t>
      </w:r>
    </w:p>
    <w:p>
      <w:pPr>
        <w:jc w:val="right"/>
      </w:pPr>
      <w:r>
        <w:t>ہر سنڈے کو سپریچول کلاس ہوتی ہے۔ یہ سلسلہ 2001 سے جاری ہے، اور اس درمیان کبھی گیپ نہیں ہوا۔</w:t>
      </w:r>
    </w:p>
    <w:p>
      <w:r>
        <w:rPr>
          <w:b/>
        </w:rPr>
        <w:t xml:space="preserve">[01:16] </w:t>
      </w:r>
      <w:r>
        <w:t>pichle dino ek ajeeb waqia hua ke 12 December ko</w:t>
      </w:r>
    </w:p>
    <w:p>
      <w:pPr>
        <w:jc w:val="right"/>
      </w:pPr>
      <w:r>
        <w:t>پچھلے دنوں ایک عجیب واقعہ ہوا کہ 12 دسمبر کو</w:t>
      </w:r>
    </w:p>
    <w:p>
      <w:r>
        <w:rPr>
          <w:b/>
        </w:rPr>
        <w:t xml:space="preserve">[01:34] </w:t>
      </w:r>
      <w:r>
        <w:t>mere sath ek hadsa pesh aya, mein hospitalize ho gaya.</w:t>
      </w:r>
    </w:p>
    <w:p>
      <w:pPr>
        <w:jc w:val="right"/>
      </w:pPr>
      <w:r>
        <w:t>میرے ساتھ ایک حادثہ پیش آیا، میں ہاسپٹلائز ہو گیا۔</w:t>
      </w:r>
    </w:p>
    <w:p>
      <w:r>
        <w:rPr>
          <w:b/>
        </w:rPr>
        <w:t xml:space="preserve">[01:43] </w:t>
      </w:r>
      <w:r>
        <w:t>is ke baad, yaani 16 haftay tak, mein yahan personally nahi aa saka.</w:t>
      </w:r>
    </w:p>
    <w:p>
      <w:pPr>
        <w:jc w:val="right"/>
      </w:pPr>
      <w:r>
        <w:t>اس کے بعد، یعنی 16 ہفتے تک، میں یہاں پرسنلی نہیں آ سکا۔</w:t>
      </w:r>
    </w:p>
    <w:p>
      <w:r>
        <w:rPr>
          <w:b/>
        </w:rPr>
        <w:t xml:space="preserve">[01:55] </w:t>
      </w:r>
      <w:r>
        <w:t>aaj 16 haftay ke baad pehli bar mein yahan personally aaya hoon. Lekin is pure 16 haftay mein jo weekly program hamare hote hain, wo sab jaari rahe.</w:t>
      </w:r>
    </w:p>
    <w:p>
      <w:pPr>
        <w:jc w:val="right"/>
      </w:pPr>
      <w:r>
        <w:t>آج 16 ہفتے کے بعد پہلی بار میں یہاں پرسنلی آیا ہوں۔ لیکن اس پورے 16 ہفتے میں جو ویکلی پروگرام ہمارے ہوتے ہیں، وہ سب جاری رہے۔</w:t>
      </w:r>
    </w:p>
    <w:p>
      <w:r>
        <w:rPr>
          <w:b/>
        </w:rPr>
        <w:t xml:space="preserve">[02:14] </w:t>
      </w:r>
      <w:r>
        <w:t>wo sab barabar jaari rahe, koi farq nahi pada. Yaani meri speech aur meri tasweer ke sath yahan log dekhte rahe.</w:t>
      </w:r>
    </w:p>
    <w:p>
      <w:pPr>
        <w:jc w:val="right"/>
      </w:pPr>
      <w:r>
        <w:t>وہ سب برابر جاری رہے، کوئی فرق نہیں پڑا۔ یعنی میری اسپیچ اور میری تصویر کے ساتھ یہاں لوگ دیکھتے رہے۔</w:t>
      </w:r>
    </w:p>
    <w:p>
      <w:r>
        <w:rPr>
          <w:b/>
        </w:rPr>
        <w:t xml:space="preserve">[02:26] </w:t>
      </w:r>
      <w:r>
        <w:t>yeh kaise hua ke mein yahan mojood na rahoon aur program is tarah rahe, hota rahe jaise ke mein yahan mojood hoon?</w:t>
      </w:r>
    </w:p>
    <w:p>
      <w:pPr>
        <w:jc w:val="right"/>
      </w:pPr>
      <w:r>
        <w:t>یہ کیسے ہوا کہ میں یہاں پر موجود نہ رہوں اور پروگرام اس طرح رہے، ہوتا رہے جیسے کہ میں یہاں موجود ہوں؟</w:t>
      </w:r>
    </w:p>
    <w:p>
      <w:r>
        <w:rPr>
          <w:b/>
        </w:rPr>
        <w:t xml:space="preserve">[02:43] </w:t>
      </w:r>
      <w:r>
        <w:t>yeh kaise hua? Yaani absence ke bawajood presence.</w:t>
      </w:r>
    </w:p>
    <w:p>
      <w:pPr>
        <w:jc w:val="right"/>
      </w:pPr>
      <w:r>
        <w:t>یہ کیسے ہوا؟ یعنی ایبسنس کے باوجود پریزنس۔</w:t>
      </w:r>
    </w:p>
    <w:p>
      <w:r>
        <w:rPr>
          <w:b/>
        </w:rPr>
        <w:t xml:space="preserve">[02:53] </w:t>
      </w:r>
      <w:r>
        <w:t>yeh anokha waqia hua through alternative arrangement. Modern technology ne yeh moqa diya hai ke aap is tarah ka alternative arrangement kar saken ke mein yahan mojood na rahoon, yaani speaker yahan mojood na rahe, phir bhi log speaker ko dekhen aur us ki awaz ko sunen.</w:t>
      </w:r>
    </w:p>
    <w:p>
      <w:pPr>
        <w:jc w:val="right"/>
      </w:pPr>
      <w:r>
        <w:t>یہ انوکھا واقعہ ہوا تھرو الٹرنیٹو ارینجمنٹ۔ ماڈرن ٹیکنالوجی نے یہ موقع دیا ہے کہ آپ اس طرح کا الٹرنیٹو ارینجمنٹ کر سکیں کہ میں یہاں موجود نہ رہوں، یعنی اسپیکر یہاں موجود نہ رہے، پھر بھی لوگ اسپیکر کو دیکھیں اور اس کی آواز کو سنیں۔</w:t>
      </w:r>
    </w:p>
    <w:p>
      <w:r>
        <w:rPr>
          <w:b/>
        </w:rPr>
        <w:t xml:space="preserve">[03:19] </w:t>
      </w:r>
      <w:r>
        <w:t>to yeh Allah taala ka bohat bara inaam tha jo modern technology ki soorat mein Allah ne hamein faraham kiya.</w:t>
      </w:r>
    </w:p>
    <w:p>
      <w:pPr>
        <w:jc w:val="right"/>
      </w:pPr>
      <w:r>
        <w:t>تو یہ اللہ تعالیٰ کا بہت بڑا انعام تھا جو ماڈرن ٹیکنالوجی کی صورت میں اللہ نے ہمیں فراہم کیا۔</w:t>
      </w:r>
    </w:p>
    <w:p>
      <w:r>
        <w:rPr>
          <w:b/>
        </w:rPr>
        <w:t xml:space="preserve">[03:31] </w:t>
      </w:r>
      <w:r>
        <w:t>to yeh jo waqia hua, is par mein sochta raha, sochta raha, sochta raha, to mujhe ek discovery ho gayi. Ek bohat bari discovery.</w:t>
      </w:r>
    </w:p>
    <w:p>
      <w:pPr>
        <w:jc w:val="right"/>
      </w:pPr>
      <w:r>
        <w:t>تو یہ جو واقعہ ہوا، اس پر میں سوچتا رہا، سوچتا رہا، سوچتا رہا، تو مجھے ایک ڈسکوری ہو گئی۔ ایک بہت بڑی ڈسکوری۔</w:t>
      </w:r>
    </w:p>
    <w:p>
      <w:r>
        <w:rPr>
          <w:b/>
        </w:rPr>
        <w:t xml:space="preserve">[03:43] </w:t>
      </w:r>
      <w:r>
        <w:t>wo discovery yeh thi ke "We are living in a new age that is age of alternatives".</w:t>
      </w:r>
    </w:p>
    <w:p>
      <w:pPr>
        <w:jc w:val="right"/>
      </w:pPr>
      <w:r>
        <w:t>وہ ڈسکوری یہ تھی کہ "We are living in a new age that is age of alternatives"۔</w:t>
      </w:r>
    </w:p>
    <w:p>
      <w:r>
        <w:rPr>
          <w:b/>
        </w:rPr>
        <w:t xml:space="preserve">[03:55] </w:t>
      </w:r>
      <w:r>
        <w:t>hum ek naye zamane mein jee rahe hain, yaani mtabad mtabadlat ka daur.</w:t>
      </w:r>
    </w:p>
    <w:p>
      <w:pPr>
        <w:jc w:val="right"/>
      </w:pPr>
      <w:r>
        <w:t>ہم ایک نئے زمانے میں جی رہے ہیں، یعنی متبادل متبادلات کا دور۔</w:t>
      </w:r>
    </w:p>
    <w:p>
      <w:r>
        <w:rPr>
          <w:b/>
        </w:rPr>
        <w:t xml:space="preserve">[04:05] </w:t>
      </w:r>
      <w:r>
        <w:t>yeh bohat anokhi baat hai.</w:t>
      </w:r>
    </w:p>
    <w:p>
      <w:pPr>
        <w:jc w:val="right"/>
      </w:pPr>
      <w:r>
        <w:t>یہ بہت انوکھی بات ہے۔</w:t>
      </w:r>
    </w:p>
    <w:p>
      <w:r>
        <w:rPr>
          <w:b/>
        </w:rPr>
        <w:t xml:space="preserve">[04:11] </w:t>
      </w:r>
      <w:r>
        <w:t>paanch sau saal pehle ya aur bhi kam, yeh mumkin nahi tha ke aadmi maujood na ho aur phir bhi log us ko dekhen aur sunen. yeh modern technology ke zariye hua, jo west ne develop ki hai.</w:t>
      </w:r>
    </w:p>
    <w:p>
      <w:pPr>
        <w:jc w:val="right"/>
      </w:pPr>
      <w:r>
        <w:t>پانچ سو سال پہلے یا اور بھی کم، یہ ممکن نہیں تھا کہ آدمی موجود نہ ہو اور پھر بھی لوگ اس کو دیکھیں اور سنیں۔ یہ ماڈرن ٹیکنالوجی کے ذریعے ہوا، جو ویسٹ نے ڈویلپ کی ہے۔</w:t>
      </w:r>
    </w:p>
    <w:p>
      <w:r>
        <w:rPr>
          <w:b/>
        </w:rPr>
        <w:t xml:space="preserve">[04:26] </w:t>
      </w:r>
      <w:r>
        <w:t>main samajhta hoon ke west jo hai, yeh hamare liye aik benefactor hai, hamara motion hai.</w:t>
      </w:r>
    </w:p>
    <w:p>
      <w:pPr>
        <w:jc w:val="right"/>
      </w:pPr>
      <w:r>
        <w:t>میں سمجھتا ہوں کہ ویسٹ جو ہے، یہ ہمارے لیے ایک بینیفیکٹر ہے، ہمارا موشن ہے۔</w:t>
      </w:r>
    </w:p>
    <w:p>
      <w:r>
        <w:rPr>
          <w:b/>
        </w:rPr>
        <w:t xml:space="preserve">[04:35] </w:t>
      </w:r>
      <w:r>
        <w:t>yeh tamam tar west ki koshishon se yeh technology develop hui ke main yahan absent rahoon aur phir bhi mera presence aaj is tarah hota rahe.</w:t>
      </w:r>
    </w:p>
    <w:p>
      <w:pPr>
        <w:jc w:val="right"/>
      </w:pPr>
      <w:r>
        <w:t>یہ تمام تر ویسٹ کی کوششوں سے یہ ٹیکنالوجی ڈویلپ ہوئی کہ میں یہاں ایبسنٹ رہوں اور پھر بھی میرا پریزنس آج اس طرح ہوتا رہے۔</w:t>
      </w:r>
    </w:p>
    <w:p>
      <w:r>
        <w:rPr>
          <w:b/>
        </w:rPr>
        <w:t xml:space="preserve">[04:50] </w:t>
      </w:r>
      <w:r>
        <w:t>bohat ajeeb baat hai yeh.</w:t>
      </w:r>
    </w:p>
    <w:p>
      <w:pPr>
        <w:jc w:val="right"/>
      </w:pPr>
      <w:r>
        <w:t>بہت عجیب بات ہے یہ۔</w:t>
      </w:r>
    </w:p>
    <w:p>
      <w:r>
        <w:rPr>
          <w:b/>
        </w:rPr>
        <w:t xml:space="preserve">[04:56] </w:t>
      </w:r>
      <w:r>
        <w:t>business ki dunya mein aik aayat hai ke "Think, think, think; there must be a better way".</w:t>
      </w:r>
    </w:p>
    <w:p>
      <w:pPr>
        <w:jc w:val="right"/>
      </w:pPr>
      <w:r>
        <w:t>بزنس کی دنیا میں ایک آیت ہے کہ "Think, think, think; there must be a better way"۔</w:t>
      </w:r>
    </w:p>
    <w:p>
      <w:r>
        <w:rPr>
          <w:b/>
        </w:rPr>
        <w:t xml:space="preserve">[05:01] </w:t>
      </w:r>
      <w:r>
        <w:t>main thora sa slide change kar ke kahoon ga ke "Think, think, think, think; there must be an alternative way".</w:t>
      </w:r>
    </w:p>
    <w:p>
      <w:pPr>
        <w:jc w:val="right"/>
      </w:pPr>
      <w:r>
        <w:t>میں تھوڑا سا سلائیڈ چینج کر کے کہوں گا کہ "Think, think, think, think; there must be an alternative way"۔</w:t>
      </w:r>
    </w:p>
    <w:p>
      <w:r>
        <w:rPr>
          <w:b/>
        </w:rPr>
        <w:t xml:space="preserve">[05:12] </w:t>
      </w:r>
      <w:r>
        <w:t>koi mtabil tareeqa maujood hoga. yeh formula har jagah apply hota hai, chahe family life ho, social life ho, national life ho, har jagah.</w:t>
      </w:r>
    </w:p>
    <w:p>
      <w:pPr>
        <w:jc w:val="right"/>
      </w:pPr>
      <w:r>
        <w:t>کوئی متبادل طریقہ موجود ہوگا۔ یہ فارمولا ہر جگہ اپلائی ہوتا ہے، چاہے فیملی لائف ہو، سوشل لائف ہو، نیشنل لائف ہو، ہر جگہ۔</w:t>
      </w:r>
    </w:p>
    <w:p>
      <w:r>
        <w:rPr>
          <w:b/>
        </w:rPr>
        <w:t xml:space="preserve">[05:24] </w:t>
      </w:r>
      <w:r>
        <w:t>ke aap problem se dochar hote hain, har jagah.</w:t>
      </w:r>
    </w:p>
    <w:p>
      <w:pPr>
        <w:jc w:val="right"/>
      </w:pPr>
      <w:r>
        <w:t>کہ آپ پرابلم سے دوچار ہوتے ہیں، ہر جگہ۔</w:t>
      </w:r>
    </w:p>
    <w:p>
      <w:r>
        <w:rPr>
          <w:b/>
        </w:rPr>
        <w:t xml:space="preserve">[05:31] </w:t>
      </w:r>
      <w:r>
        <w:t>to problem jo aata hai, to foran aadmi ke andar kya soch aati hai ke is problem ko hatao, is problem se takrao, is problem se laro.</w:t>
      </w:r>
    </w:p>
    <w:p>
      <w:pPr>
        <w:jc w:val="right"/>
      </w:pPr>
      <w:r>
        <w:t>تو پرابلم جو آتا ہے، تو فوراً آدمی کے اندر کیا سوچ آتی ہے کہ اس پرابلم کو ہٹاؤ، اس پرابلم سے ٹکراؤ، اس پرابلم سے لڑو۔</w:t>
      </w:r>
    </w:p>
    <w:p>
      <w:r>
        <w:rPr>
          <w:b/>
        </w:rPr>
        <w:t xml:space="preserve">[05:41] </w:t>
      </w:r>
      <w:r>
        <w:t>yeh against di law of nature hai. jab problem aaye to is ka alternative talash karo.</w:t>
      </w:r>
    </w:p>
    <w:p>
      <w:pPr>
        <w:jc w:val="right"/>
      </w:pPr>
      <w:r>
        <w:t>یہ اگینسٹ دی لاء آف نیچر ہے۔ جب پرابلم آئے تو اس کا الٹرنیٹو تلاش کرو۔</w:t>
      </w:r>
    </w:p>
    <w:p>
      <w:r>
        <w:rPr>
          <w:b/>
        </w:rPr>
        <w:t xml:space="preserve">[05:52] </w:t>
      </w:r>
      <w:r>
        <w:t>no complain, no protest, no violence.</w:t>
      </w:r>
    </w:p>
    <w:p>
      <w:pPr>
        <w:jc w:val="right"/>
      </w:pPr>
      <w:r>
        <w:t>نو کمپلین، نو پروٹیسٹ، نو وائلنس۔</w:t>
      </w:r>
    </w:p>
    <w:p>
      <w:r>
        <w:rPr>
          <w:b/>
        </w:rPr>
        <w:t xml:space="preserve">[06:00] </w:t>
      </w:r>
      <w:r>
        <w:t>agar aap</w:t>
      </w:r>
    </w:p>
    <w:p>
      <w:pPr>
        <w:jc w:val="right"/>
      </w:pPr>
      <w:r>
        <w:t>اگر آپ</w:t>
      </w:r>
    </w:p>
    <w:p>
      <w:r>
        <w:rPr>
          <w:b/>
        </w:rPr>
        <w:t xml:space="preserve">[06:03] </w:t>
      </w:r>
      <w:r>
        <w:t>is problem se takrane lage to aap ke andar negative thinking aayegi. aap ke andar hate aayega, jhanjhalahat aayegi, aap ghussa ho jayenge.</w:t>
      </w:r>
    </w:p>
    <w:p>
      <w:pPr>
        <w:jc w:val="right"/>
      </w:pPr>
      <w:r>
        <w:t>اس پرابلم سے ٹکرانے لگے تو آپ کے اندر نیگیٹیو تھنکنگ آئے گی۔ آپ کے اندر ہیٹ آئے گا، جھنجھلاہٹ آئے گی، آپ غصہ ہو جائیں گے۔</w:t>
      </w:r>
    </w:p>
    <w:p>
      <w:r>
        <w:rPr>
          <w:b/>
        </w:rPr>
        <w:t xml:space="preserve">[06:18] </w:t>
      </w:r>
      <w:r>
        <w:t>aur yahan tak ho sakta hai ke aap ladne lagen.</w:t>
      </w:r>
    </w:p>
    <w:p>
      <w:pPr>
        <w:jc w:val="right"/>
      </w:pPr>
      <w:r>
        <w:t>اور یہاں تک ہو سکتا ہے کہ آپ لڑنے لگیں۔</w:t>
      </w:r>
    </w:p>
    <w:p>
      <w:r>
        <w:rPr>
          <w:b/>
        </w:rPr>
        <w:t xml:space="preserve">[06:23] </w:t>
      </w:r>
      <w:r>
        <w:t>to yeh negative thought jo hai, yeh saada baat nahi hai, yeh aik killer hai aap ke liye. negative thinking jab aati hai aadmi ke andar to us ki positivity khatam ho jati hai.</w:t>
      </w:r>
    </w:p>
    <w:p>
      <w:pPr>
        <w:jc w:val="right"/>
      </w:pPr>
      <w:r>
        <w:t>تو یہ نیگیٹیو تھاٹ جو ہے، یہ سادہ بات نہیں ہے، یہ ایک کلر ہے آپ کے لیے۔ نیگیٹیو تھنکنگ جب آتی ہے آدمی کے اندر تو اس کی پازیٹیوٹی ختم ہو جاتی ہے۔</w:t>
      </w:r>
    </w:p>
    <w:p>
      <w:r>
        <w:rPr>
          <w:b/>
        </w:rPr>
        <w:t xml:space="preserve">[06:40] </w:t>
      </w:r>
      <w:r>
        <w:t>wo positive andaaz mein soch nahi pata. opportunities us ke samne maujood rehti hain, us ke aas paas, lekin wo us ko discover nahi kar pata.</w:t>
      </w:r>
    </w:p>
    <w:p>
      <w:pPr>
        <w:jc w:val="right"/>
      </w:pPr>
      <w:r>
        <w:t>وہ پازیٹیو انداز میں سوچ نہیں پاتا۔ اپرچونیٹیز اس کے سامنے موجود رہتی ہیں، اس کے آس پاس، لیکن وہ اس کو ڈسکور نہیں کر پاتا۔</w:t>
      </w:r>
    </w:p>
    <w:p>
      <w:r>
        <w:rPr>
          <w:b/>
        </w:rPr>
        <w:t xml:space="preserve">[06:51] </w:t>
      </w:r>
      <w:r>
        <w:t>to is dunya ke creator ne yeh bohat bara ehsan kiya hai hamare upar ke dunya jo hai, full of alternatives hai.</w:t>
      </w:r>
    </w:p>
    <w:p>
      <w:pPr>
        <w:jc w:val="right"/>
      </w:pPr>
      <w:r>
        <w:t>تو اس دنیا کے کریٹر نے یہ بہت بڑا احسان کیا ہے ہمارے اوپر کہ دنیا جو ہے، فل آف الٹرنیٹوز ہے۔</w:t>
      </w:r>
    </w:p>
    <w:p>
      <w:r>
        <w:rPr>
          <w:b/>
        </w:rPr>
        <w:t xml:space="preserve">[07:03] </w:t>
      </w:r>
      <w:r>
        <w:t>bhari hui alternatives se bhari hui dunya. aik nahi, doosra, doosra nahi, teesra.</w:t>
      </w:r>
    </w:p>
    <w:p>
      <w:pPr>
        <w:jc w:val="right"/>
      </w:pPr>
      <w:r>
        <w:t>بھری ہوئی الٹرنیٹوز سے بھری ہوئی دنیا۔ ایک نہیں، دوسرا، دوسرا نہیں، تیسرا۔</w:t>
      </w:r>
    </w:p>
    <w:p>
      <w:r>
        <w:rPr>
          <w:b/>
        </w:rPr>
        <w:t xml:space="preserve">[07:12] </w:t>
      </w:r>
      <w:r>
        <w:t>jaise aap ko train miss hai to aap bus pakadte hain, ya koi doosri sawari lete hain</w:t>
      </w:r>
    </w:p>
    <w:p>
      <w:pPr>
        <w:jc w:val="right"/>
      </w:pPr>
      <w:r>
        <w:t>جیسے آپ کو ٹرین مس ہے تو آپ بس پکڑتے ہیں، یا کوئی دوسری سواری لیتے ہیں</w:t>
      </w:r>
    </w:p>
    <w:p>
      <w:r>
        <w:rPr>
          <w:b/>
        </w:rPr>
        <w:t xml:space="preserve">[07:19] </w:t>
      </w:r>
      <w:r>
        <w:t>, aise hi dunya mein mamla hai. ke aik opportunity aap se miss kar gayi ho to doosri opportunity talash kijiye, wo aap ke qareeb hi maujood hogi.</w:t>
      </w:r>
    </w:p>
    <w:p>
      <w:pPr>
        <w:jc w:val="right"/>
      </w:pPr>
      <w:r>
        <w:t>، ایسے ہی دنیا میں معاملہ ہے۔ کہ ایک اپرچونیٹی آپ سے مس کر گئی ہو تو دوسری اپرچونیٹی تلاش کیجیے، وہ آپ کے قریب ہی موجود ہوگی۔</w:t>
      </w:r>
    </w:p>
    <w:p>
      <w:r>
        <w:rPr>
          <w:b/>
        </w:rPr>
        <w:t xml:space="preserve">[07:32] </w:t>
      </w:r>
      <w:r>
        <w:t>master ke creator ne is ka aik demonstration diya hai. demonstration nature mein. dekhiye, yeh jo snow fall ka phenomena hai, wo kahan hota hai?</w:t>
      </w:r>
    </w:p>
    <w:p>
      <w:pPr>
        <w:jc w:val="right"/>
      </w:pPr>
      <w:r>
        <w:t>ماسٹر کے کریٹر نے اس کا ایک ڈیمونسٹریشن دیا ہے۔ ڈیمونسٹریشن نیچر میں۔ دیکھیے، یہ جو اسنو فال کا فیناومینا ہے، وہ کہاں ہوتا ہے؟</w:t>
      </w:r>
    </w:p>
    <w:p>
      <w:r>
        <w:rPr>
          <w:b/>
        </w:rPr>
        <w:t xml:space="preserve">[07:46] </w:t>
      </w:r>
      <w:r>
        <w:t>wo paharon mein hota hai.</w:t>
      </w:r>
    </w:p>
    <w:p>
      <w:pPr>
        <w:jc w:val="right"/>
      </w:pPr>
      <w:r>
        <w:t>وہ پہاڑوں میں ہوتا ہے۔</w:t>
      </w:r>
    </w:p>
    <w:p>
      <w:r>
        <w:rPr>
          <w:b/>
        </w:rPr>
        <w:t xml:space="preserve">[07:48] </w:t>
      </w:r>
      <w:r>
        <w:t>hamare dilli mein snow fall nahi hoti. yani maidaani areas mein snow fall nahi hoti. pahari area mein hota hai.</w:t>
      </w:r>
    </w:p>
    <w:p>
      <w:pPr>
        <w:jc w:val="right"/>
      </w:pPr>
      <w:r>
        <w:t>ہمارے دلی میں اسنو فال نہیں ہوتی۔ یعنی میدانی ایریاز میں اسنو فال نہیں ہوتی۔ پہاڑی ایریا میں ہوتا ہے۔</w:t>
      </w:r>
    </w:p>
    <w:p>
      <w:r>
        <w:rPr>
          <w:b/>
        </w:rPr>
        <w:t xml:space="preserve">[07:58] </w:t>
      </w:r>
      <w:r>
        <w:t>yeh kya cheez hai? yeh kya cheez hai? yeh barish ka alternative hai. barish ka mtabil hai.</w:t>
      </w:r>
    </w:p>
    <w:p>
      <w:pPr>
        <w:jc w:val="right"/>
      </w:pPr>
      <w:r>
        <w:t>یہ کیا چیز ہے؟ یہ کیا چیز ہے؟ یہ بارش کا الٹرنیٹو ہے۔ بارش کا متبادل ہے۔</w:t>
      </w:r>
    </w:p>
    <w:p>
      <w:r>
        <w:rPr>
          <w:b/>
        </w:rPr>
        <w:t xml:space="preserve">[08:12] </w:t>
      </w:r>
      <w:r>
        <w:t>dekhiye, maidani ilaqon mein jab barish hoti hai to woh beh kar ke nadiyon mein aa jati hai.</w:t>
      </w:r>
    </w:p>
    <w:p>
      <w:pPr>
        <w:jc w:val="right"/>
      </w:pPr>
      <w:r>
        <w:t>دیکھیے، میدانی علاقوں میں جب بارش ہوتی ہے تو وہ بہہ کر کے ندیوں میں آ جاتی ہے۔</w:t>
      </w:r>
    </w:p>
    <w:p>
      <w:r>
        <w:rPr>
          <w:b/>
        </w:rPr>
        <w:t xml:space="preserve">[08:18] </w:t>
      </w:r>
      <w:r>
        <w:t>nadiyon mein salwar rehti hai, woh pani salwar rehta hai. is se log pani lete rehte hain, lete rehte hain. to barish ka pani nadiyon mein, nadiyaan goya reservoir hain.</w:t>
      </w:r>
    </w:p>
    <w:p>
      <w:pPr>
        <w:jc w:val="right"/>
      </w:pPr>
      <w:r>
        <w:t>ندیوں میں سالور رہتی ہے، وہ پانی سالور رہتا ہے۔ اس سے لوگ پانی لیتے رہتے ہیں، لیتے رہتے ہیں۔ تو بارش کا پانی ندیوں میں، ندیاں گویا ریزروائر ہیں۔</w:t>
      </w:r>
    </w:p>
    <w:p>
      <w:r>
        <w:rPr>
          <w:b/>
        </w:rPr>
        <w:t xml:space="preserve">[08:33] </w:t>
      </w:r>
      <w:r>
        <w:t>flowing reservoir. is mein pani rehta hai aur is mein aap istemal karte hain. lekin pahadi ilaqon mein nadiyaan nahin hoti is tarah ki.</w:t>
      </w:r>
    </w:p>
    <w:p>
      <w:pPr>
        <w:jc w:val="right"/>
      </w:pPr>
      <w:r>
        <w:t>فلوئنگ ریزروائر۔ اس میں پانی رہتا ہے اور اس میں آپ استعمال کرتے ہیں۔ لیکن پہاڑی علاقوں میں ندیاں نہیں ہوتی اس طرح کی۔</w:t>
      </w:r>
    </w:p>
    <w:p>
      <w:r>
        <w:rPr>
          <w:b/>
        </w:rPr>
        <w:t xml:space="preserve">[08:43] </w:t>
      </w:r>
      <w:r>
        <w:t>wahan to ooncha neecha rehta hai.</w:t>
      </w:r>
    </w:p>
    <w:p>
      <w:pPr>
        <w:jc w:val="right"/>
      </w:pPr>
      <w:r>
        <w:t>وہاں تو اونچا نیچا رہتا ہے۔</w:t>
      </w:r>
    </w:p>
    <w:p>
      <w:r>
        <w:rPr>
          <w:b/>
        </w:rPr>
        <w:t xml:space="preserve">[08:48] </w:t>
      </w:r>
      <w:r>
        <w:t>maidan nahin hota. to agar pahadi ilaqon mein aisi barish ho jaise hamari dilli mein hoti hai, to barish hogi aur foran beh jayegi.</w:t>
      </w:r>
    </w:p>
    <w:p>
      <w:pPr>
        <w:jc w:val="right"/>
      </w:pPr>
      <w:r>
        <w:t>میدان نہیں ہوتا۔ تو اگر پہاڑی علاقوں میں ایسی بارش ہو جیسے ہماری دلی میں ہوتی ہے، تو بارش ہوگی اور فوراً بہہ جائے گی۔</w:t>
      </w:r>
    </w:p>
    <w:p>
      <w:r>
        <w:rPr>
          <w:b/>
        </w:rPr>
        <w:t xml:space="preserve">[08:59] </w:t>
      </w:r>
      <w:r>
        <w:t>takegi nahin. to wahan par nature kya karti hai ke barish ko snow fall ki shakal de deti hai.</w:t>
      </w:r>
    </w:p>
    <w:p>
      <w:pPr>
        <w:jc w:val="right"/>
      </w:pPr>
      <w:r>
        <w:t>ٹکے گی نہیں۔ تو وہاں پر نیچر کیا کرتی ہے کہ بارش کو اسنو فال کی شکل دے دیتی ہے۔</w:t>
      </w:r>
    </w:p>
    <w:p>
      <w:r>
        <w:rPr>
          <w:b/>
        </w:rPr>
        <w:t xml:space="preserve">[09:11] </w:t>
      </w:r>
      <w:r>
        <w:t>yani halki shabnam jaisi. snow fall kya hai? ek tarah ki halki shabnam.</w:t>
      </w:r>
    </w:p>
    <w:p>
      <w:pPr>
        <w:jc w:val="right"/>
      </w:pPr>
      <w:r>
        <w:t>یعنی ہلکی شبنم جیسی۔ اسنو فال کیا ہے؟ ایک طرح کی ہلکی شبنم۔</w:t>
      </w:r>
    </w:p>
    <w:p>
      <w:r>
        <w:rPr>
          <w:b/>
        </w:rPr>
        <w:t xml:space="preserve">[09:16] </w:t>
      </w:r>
      <w:r>
        <w:t>to barish wahan shabnam ke roop mein aati hai. dheere dheere dheere dheere. to pahad ki chotiyon mein barf jam jati hai.</w:t>
      </w:r>
    </w:p>
    <w:p>
      <w:pPr>
        <w:jc w:val="right"/>
      </w:pPr>
      <w:r>
        <w:t>تو بارش وہاں شبنم کے روپ میں آتی ہے۔ دھیرے دھیرے دھیرے دھیرے۔ تو پہاڑ کی چوٹیوں میں برف جم جاتی ہے۔</w:t>
      </w:r>
    </w:p>
    <w:p>
      <w:r>
        <w:rPr>
          <w:b/>
        </w:rPr>
        <w:t xml:space="preserve">[09:27] </w:t>
      </w:r>
      <w:r>
        <w:t>barf jam jati hai kyunke wahan upar thandak rehta hai. to phir sal bhar woh pighal pighal kar, melt ho kar ke behta hai. to sal bhar chashme jari rehte hain.</w:t>
      </w:r>
    </w:p>
    <w:p>
      <w:pPr>
        <w:jc w:val="right"/>
      </w:pPr>
      <w:r>
        <w:t>برف جم جاتی ہے کیونکہ وہاں اوپر ٹھنڈا رہتا ہے۔ تو پھر سال بھر وہ پگھل پگھل کر، میلٹ ہو کر کے بہتا ہے۔ تو سال بھر چشمے جاری رہتے ہیں۔</w:t>
      </w:r>
    </w:p>
    <w:p>
      <w:r>
        <w:rPr>
          <w:b/>
        </w:rPr>
        <w:t xml:space="preserve">[09:39] </w:t>
      </w:r>
      <w:r>
        <w:t>yani chotiyon par jo barf jam gayi hai, woh snow fall pehle hui hai, phir jam kar barf ho gayi.</w:t>
      </w:r>
    </w:p>
    <w:p>
      <w:pPr>
        <w:jc w:val="right"/>
      </w:pPr>
      <w:r>
        <w:t>یعنی چوٹیوں پر جو برف جم گئی ہے، وہ اسنو فال پہلے ہوئی ہے، پھر جم کر برف ہو گئی۔</w:t>
      </w:r>
    </w:p>
    <w:p>
      <w:r>
        <w:rPr>
          <w:b/>
        </w:rPr>
        <w:t xml:space="preserve">[09:46] </w:t>
      </w:r>
      <w:r>
        <w:t>phir dheere dheere woh pighalne lagi. suraj ke asar se. to goya sal bhar chashmon ke roop mein pahadi ilaqon mein logon ko pani milta rehta hai.</w:t>
      </w:r>
    </w:p>
    <w:p>
      <w:pPr>
        <w:jc w:val="right"/>
      </w:pPr>
      <w:r>
        <w:t>پھر دھیرے دھیرے وہ پگھلنے لگی۔ سورج کے اثر سے۔ تو گویا سال بھر چشموں کے روپ میں پہاڑی علاقوں میں لوگوں کو پانی ملتا رہتا ہے۔</w:t>
      </w:r>
    </w:p>
    <w:p>
      <w:r>
        <w:rPr>
          <w:b/>
        </w:rPr>
        <w:t xml:space="preserve">[09:58] </w:t>
      </w:r>
      <w:r>
        <w:t>that is alternative arrangement.</w:t>
      </w:r>
    </w:p>
    <w:p>
      <w:pPr>
        <w:jc w:val="right"/>
      </w:pPr>
      <w:r>
        <w:t>دیٹ از الٹرنیٹو ارینجمنٹ۔</w:t>
      </w:r>
    </w:p>
    <w:p>
      <w:r>
        <w:rPr>
          <w:b/>
        </w:rPr>
        <w:t xml:space="preserve">[10:01] </w:t>
      </w:r>
      <w:r>
        <w:t>to mujhe apne is muddat mein ek bahut bada sabak mila. ke main yahan par present nahin hoon, main absent hoon, lekin poori karwai isi tarah ho rahi hai ke log mujh ko dekh rahe hain aur meri awaz sun rahe hain.</w:t>
      </w:r>
    </w:p>
    <w:p>
      <w:pPr>
        <w:jc w:val="right"/>
      </w:pPr>
      <w:r>
        <w:t>تو مجھے اپنے اس مدت میں ایک بہت بڑا سبق ملا۔ کہ میں یہاں پر پریزنٹ نہیں ہوں، میں ایبسنٹ ہوں، لیکن پوری کارروائی اسی طرح ہو رہی ہے کہ لوگ مجھ کو دیکھ رہے ہیں اور میری آواز سن رہے ہیں۔</w:t>
      </w:r>
    </w:p>
    <w:p>
      <w:r>
        <w:rPr>
          <w:b/>
        </w:rPr>
        <w:t xml:space="preserve">[10:23] </w:t>
      </w:r>
      <w:r>
        <w:t>woh hua alternative arrangement ke zariye se. aur woh kaise mumkin hua? modern technology ke zariye se.</w:t>
      </w:r>
    </w:p>
    <w:p>
      <w:pPr>
        <w:jc w:val="right"/>
      </w:pPr>
      <w:r>
        <w:t>وہ ہوا الٹرنیٹو ارینجمنٹ کے ذریعے سے۔ اور وہ کیسے ممکن ہوا؟ ماڈرن ٹیکنالوجی کے ذریعے۔</w:t>
      </w:r>
    </w:p>
    <w:p>
      <w:r>
        <w:rPr>
          <w:b/>
        </w:rPr>
        <w:t xml:space="preserve">[10:30] </w:t>
      </w:r>
      <w:r>
        <w:t>modern technology kis ne develop ki? west ne.</w:t>
      </w:r>
    </w:p>
    <w:p>
      <w:pPr>
        <w:jc w:val="right"/>
      </w:pPr>
      <w:r>
        <w:t>ماڈرن ٹیکنالوجی کس نے ڈویلپ کی؟ ویسٹ نے۔</w:t>
      </w:r>
    </w:p>
    <w:p>
      <w:r>
        <w:rPr>
          <w:b/>
        </w:rPr>
        <w:t xml:space="preserve">[10:36] </w:t>
      </w:r>
      <w:r>
        <w:t>yani west ne koi invention nahin kiya. nature mein khud creator ne is ke sab cheezein rakh di thin.</w:t>
      </w:r>
    </w:p>
    <w:p>
      <w:pPr>
        <w:jc w:val="right"/>
      </w:pPr>
      <w:r>
        <w:t>یعنی ویسٹ نے کوئی انوینٹری نہیں کیا۔ نیچر میں خود کریٹر نے اس کے سب چیزیں رکھ دی تھیں۔</w:t>
      </w:r>
    </w:p>
    <w:p>
      <w:r>
        <w:rPr>
          <w:b/>
        </w:rPr>
        <w:t xml:space="preserve">[10:46] </w:t>
      </w:r>
      <w:r>
        <w:t>is ko discover kiya. nature mein jo maujood tha pehle se, us ko discover kiya. discover kar ke develop kiya. aur hum ko gift mila is tarike se.</w:t>
      </w:r>
    </w:p>
    <w:p>
      <w:pPr>
        <w:jc w:val="right"/>
      </w:pPr>
      <w:r>
        <w:t>اس کو ڈسکور کیا۔ نیچر میں جو موجود تھا پہلے سے، اس کو ڈسکور کیا۔ ڈسکور کر کے ڈویلپ کیا۔ اور ہم کو گفٹ ملا اس طریقے سے۔</w:t>
      </w:r>
    </w:p>
    <w:p>
      <w:r>
        <w:rPr>
          <w:b/>
        </w:rPr>
        <w:t xml:space="preserve">[10:59] </w:t>
      </w:r>
      <w:r>
        <w:t>yeh divine gift jo hai, hum ko through west mila. to yahan par main aap ko yaad dilaoonga ek hadith: "malam yashkur al-nas lam yashkur Allah".</w:t>
      </w:r>
    </w:p>
    <w:p>
      <w:pPr>
        <w:jc w:val="right"/>
      </w:pPr>
      <w:r>
        <w:t>یہ ڈیوائن گفٹ جو ہے، ہم کو تھرو ویسٹ ملا۔ تو یہاں پر میں آپ کو یاد دلاؤں گا ایک حدیث: "ملم یشکر الناس لم یشکر اللہ"۔</w:t>
      </w:r>
    </w:p>
    <w:p>
      <w:r>
        <w:rPr>
          <w:b/>
        </w:rPr>
        <w:t xml:space="preserve">[11:12] </w:t>
      </w:r>
      <w:r>
        <w:t>jo insan ko acknowledge nahin kare, woh Khuda ko bhi acknowledge nahin karega. to agar hum west ko acknowledge na karein to hum Khuda ko bhi acknowledge nahin karenge.</w:t>
      </w:r>
    </w:p>
    <w:p>
      <w:pPr>
        <w:jc w:val="right"/>
      </w:pPr>
      <w:r>
        <w:t>جو انسان کو اکنالج نہیں کرے، وہ خدا کو بھی اکنالج نہیں کرے گا۔ تو اگر ہم ویسٹ کو اکنالج نہ کریں تو ہم خدا کو بھی اکنالج نہیں کریں گے۔</w:t>
      </w:r>
    </w:p>
    <w:p>
      <w:r>
        <w:rPr>
          <w:b/>
        </w:rPr>
        <w:t xml:space="preserve">[11:22] </w:t>
      </w:r>
      <w:r>
        <w:t>to hamein west ko acknowledge karna hai.</w:t>
      </w:r>
    </w:p>
    <w:p>
      <w:pPr>
        <w:jc w:val="right"/>
      </w:pPr>
      <w:r>
        <w:t>تو ہمیں ویسٹ کو اکنالج کرنا ہے۔</w:t>
      </w:r>
    </w:p>
    <w:p>
      <w:r>
        <w:rPr>
          <w:b/>
        </w:rPr>
        <w:t xml:space="preserve">[11:26] </w:t>
      </w:r>
      <w:r>
        <w:t>is se hamare andar acknowledge karne ki spirit alive rahegi aur phir Allah ko bhi acknowledge kar payenge.</w:t>
      </w:r>
    </w:p>
    <w:p>
      <w:pPr>
        <w:jc w:val="right"/>
      </w:pPr>
      <w:r>
        <w:t>اس سے ہمارے اندر اکنالج کرنے کی سپرٹ الائیو رہے گی اور پھر اللہ کو بھی اکنالج کر پائیں گے۔</w:t>
      </w:r>
    </w:p>
    <w:p>
      <w:r>
        <w:rPr>
          <w:b/>
        </w:rPr>
        <w:t xml:space="preserve">[11:36] </w:t>
      </w:r>
      <w:r>
        <w:t>to main samajhta hoon ke yeh bahut hi bada sabak tha jo mujhe is zamane mein mila.</w:t>
      </w:r>
    </w:p>
    <w:p>
      <w:pPr>
        <w:jc w:val="right"/>
      </w:pPr>
      <w:r>
        <w:t>تو میں سمجھتا ہوں کہ یہ بہت ہی بڑا سبق تھا جو مجھے اس زمانے میں ملا۔</w:t>
      </w:r>
    </w:p>
    <w:p>
      <w:r>
        <w:rPr>
          <w:b/>
        </w:rPr>
        <w:t xml:space="preserve">[11:47] </w:t>
      </w:r>
      <w:r>
        <w:t>ab main aap ko arz karna chahta hoon ke yeh yeh jo jis ko main ne kaha alternatives, mutabadil, yeh tareekh mein pehle bhi raha hai, lekin pehle woh limited tor par hua karta tha.</w:t>
      </w:r>
    </w:p>
    <w:p>
      <w:pPr>
        <w:jc w:val="right"/>
      </w:pPr>
      <w:r>
        <w:t>اب میں آپ کو عرض کرنا چاہتا ہوں کہ یہ یہ جو جس کو میں نے کہا الٹرنیٹوز، متبادل، یہ تاریخ میں پہلے بھی رہا ہے، لیکن پہلے وہ لمیٹڈ طور پر ہوا کرتا تھا۔</w:t>
      </w:r>
    </w:p>
    <w:p>
      <w:r>
        <w:rPr>
          <w:b/>
        </w:rPr>
        <w:t xml:space="preserve">[12:01] </w:t>
      </w:r>
      <w:r>
        <w:t>mahdood sense mein. ab woh yeh daur hamara jo hai, yeh</w:t>
      </w:r>
    </w:p>
    <w:p>
      <w:pPr>
        <w:jc w:val="right"/>
      </w:pPr>
      <w:r>
        <w:t>محدود سینس میں۔ اب وہ یہ دور ہمارا جو ہے، یہ</w:t>
      </w:r>
    </w:p>
    <w:p>
      <w:r>
        <w:rPr>
          <w:b/>
        </w:rPr>
        <w:t xml:space="preserve">[12:10] </w:t>
      </w:r>
      <w:r>
        <w:t>yani is mein alternatives ka explosion ho gaya hai.</w:t>
      </w:r>
    </w:p>
    <w:p>
      <w:pPr>
        <w:jc w:val="right"/>
      </w:pPr>
      <w:r>
        <w:t>یعنی اس میں الٹرنیٹوز کا ایکسپلوژن ہو گیا ہے۔</w:t>
      </w:r>
    </w:p>
    <w:p>
      <w:r>
        <w:rPr>
          <w:b/>
        </w:rPr>
        <w:t xml:space="preserve">[12:19] </w:t>
      </w:r>
      <w:r>
        <w:t>explosion. yeh alternative explosion ka zamanah hai. alternative explosion ka zamanah hai. to pehle bhi tha, lekin ab woh explosion ho gaya.</w:t>
      </w:r>
    </w:p>
    <w:p>
      <w:pPr>
        <w:jc w:val="right"/>
      </w:pPr>
      <w:r>
        <w:t>ایکسپلوژن۔ یہ الٹرنیٹو ایکسپلوژن کا زمانہ ہے۔ الٹرنیٹو ایکسپلوژن کا زمانہ ہے۔ تو پہلے بھی تھا، لیکن اب وہ ایکسپلوژن ہو گیا۔</w:t>
      </w:r>
    </w:p>
    <w:p>
      <w:r>
        <w:rPr>
          <w:b/>
        </w:rPr>
        <w:t xml:space="preserve">[12:32] </w:t>
      </w:r>
      <w:r>
        <w:t>bohat hi ziyadah har taraf altarnetiv maujood hain.</w:t>
      </w:r>
    </w:p>
    <w:p>
      <w:pPr>
        <w:jc w:val="right"/>
      </w:pPr>
      <w:r>
        <w:t>بہت ہی زیادہ ہر طرف الٹرنیٹوز موجود ہیں۔</w:t>
      </w:r>
    </w:p>
    <w:p>
      <w:r>
        <w:rPr>
          <w:b/>
        </w:rPr>
        <w:t xml:space="preserve">[12:38] </w:t>
      </w:r>
      <w:r>
        <w:t>jo in ko daryaft na kare, woh andha hai. dekhiye, pehle zamanay mein ki ek chand ek misaal mein doonga.</w:t>
      </w:r>
    </w:p>
    <w:p>
      <w:pPr>
        <w:jc w:val="right"/>
      </w:pPr>
      <w:r>
        <w:t>جو ان کو دریافت نہ کرے، وہ اندھا ہے۔ دیکھیے، پہلے زمانے میں کی ایک چند ایک مثال میں دوں گا۔</w:t>
      </w:r>
    </w:p>
    <w:p>
      <w:r>
        <w:rPr>
          <w:b/>
        </w:rPr>
        <w:t xml:space="preserve">[12:49] </w:t>
      </w:r>
      <w:r>
        <w:t>pehlay zamanay ki misaal mein doonga. misaal ke taur par dekhiye, hazrat ibrahim peghambar thay. woh aaye iraq mein.</w:t>
      </w:r>
    </w:p>
    <w:p>
      <w:pPr>
        <w:jc w:val="right"/>
      </w:pPr>
      <w:r>
        <w:t>پہلے زمانے کی مثال میں دوں گا۔ مثال کے طور پر دیکھیے، حضرت ابراہیم پیغمبر تھے۔ وہ آئے عراق میں۔</w:t>
      </w:r>
    </w:p>
    <w:p>
      <w:r>
        <w:rPr>
          <w:b/>
        </w:rPr>
        <w:t xml:space="preserve">[13:02] </w:t>
      </w:r>
      <w:r>
        <w:t>ab se char hazar saal pehle. to wahan unhon ne paigham diya, Allah ka paigham.</w:t>
      </w:r>
    </w:p>
    <w:p>
      <w:pPr>
        <w:jc w:val="right"/>
      </w:pPr>
      <w:r>
        <w:t>اب سے چار ہزار سال پہلے۔ تو وہاں انہوں نے پیغام دیا، اللہ کا پیغام۔</w:t>
      </w:r>
    </w:p>
    <w:p>
      <w:r>
        <w:rPr>
          <w:b/>
        </w:rPr>
        <w:t xml:space="preserve">[13:12] </w:t>
      </w:r>
      <w:r>
        <w:t>logon ne maana nahi aur dushman ho gaye hazrat ibrahim ke.</w:t>
      </w:r>
    </w:p>
    <w:p>
      <w:pPr>
        <w:jc w:val="right"/>
      </w:pPr>
      <w:r>
        <w:t>لوگوں نے مانا نہیں اور دشمن ہو گئے حضرت ابراہیم کے۔</w:t>
      </w:r>
    </w:p>
    <w:p>
      <w:r>
        <w:rPr>
          <w:b/>
        </w:rPr>
        <w:t xml:space="preserve">[13:19] </w:t>
      </w:r>
      <w:r>
        <w:t>to wahan kya kiya unhon ne? iraq ko chhod kar woh makkah ke ilaqay mein aa gaye jo us waqt abad nahi tha. ab to abad hai, tab woh abad nahi tha.</w:t>
      </w:r>
    </w:p>
    <w:p>
      <w:pPr>
        <w:jc w:val="right"/>
      </w:pPr>
      <w:r>
        <w:t>تو وہاں کیا کیا انہوں نے؟ عراق کو چھوڑ کر وہ مکہ کے علاقے میں آ گئے جو اس وقت آباد نہیں تھا۔ اب تو آباد ہے، تب وہ آباد نہیں تھا۔</w:t>
      </w:r>
    </w:p>
    <w:p>
      <w:r>
        <w:rPr>
          <w:b/>
        </w:rPr>
        <w:t xml:space="preserve">[13:32] </w:t>
      </w:r>
      <w:r>
        <w:t>woh dizart tha, dizart.</w:t>
      </w:r>
    </w:p>
    <w:p>
      <w:pPr>
        <w:jc w:val="right"/>
      </w:pPr>
      <w:r>
        <w:t>وہ ڈیزرٹ تھا، ڈیزرٹ۔</w:t>
      </w:r>
    </w:p>
    <w:p>
      <w:r>
        <w:rPr>
          <w:b/>
        </w:rPr>
        <w:t xml:space="preserve">[13:35] </w:t>
      </w:r>
      <w:r>
        <w:t>to quran mein yeh aaya hai ke "rab ini askant min zuriyat zuriyat bi bad ghair zurin".</w:t>
      </w:r>
    </w:p>
    <w:p>
      <w:pPr>
        <w:jc w:val="right"/>
      </w:pPr>
      <w:r>
        <w:t>تو قرآن میں یہ آیا ہے کہ "رب انی اسکنت من ذریت ذریت بباد غیر ذرین"۔</w:t>
      </w:r>
    </w:p>
    <w:p>
      <w:r>
        <w:rPr>
          <w:b/>
        </w:rPr>
        <w:t xml:space="preserve">[13:47] </w:t>
      </w:r>
      <w:r>
        <w:t>yani zi zar se ghair zurin mein aana. yani iraq jo tha, woh sarsabz ilaqah tha. wahan tamaddun tha, wahan taraqqiyan theen.</w:t>
      </w:r>
    </w:p>
    <w:p>
      <w:pPr>
        <w:jc w:val="right"/>
      </w:pPr>
      <w:r>
        <w:t>یعنی ذی زر سے غیر ذرین میں آنا۔ یعنی عراق جو تھا، وہ سرسبز علاقہ تھا۔ وہاں تمدن تھا، وہاں ترقیاں تھیں۔</w:t>
      </w:r>
    </w:p>
    <w:p>
      <w:r>
        <w:rPr>
          <w:b/>
        </w:rPr>
        <w:t xml:space="preserve">[13:57] </w:t>
      </w:r>
      <w:r>
        <w:t>is ko chhod kar dizart mein aa gaye. woh kya altarnetiv tha?</w:t>
      </w:r>
    </w:p>
    <w:p>
      <w:pPr>
        <w:jc w:val="right"/>
      </w:pPr>
      <w:r>
        <w:t>اس کو چھوڑ کر ڈیزرٹ میں آ گئے۔ وہ کیا الٹرنیٹو تھا؟</w:t>
      </w:r>
    </w:p>
    <w:p>
      <w:r>
        <w:rPr>
          <w:b/>
        </w:rPr>
        <w:t xml:space="preserve">[14:04] </w:t>
      </w:r>
      <w:r>
        <w:t>yani unhon ne yahan par zero se start liya. wahan wahan par tabaddul tabaddul se start lena mumkin nahi tha un ke liye.</w:t>
      </w:r>
    </w:p>
    <w:p>
      <w:pPr>
        <w:jc w:val="right"/>
      </w:pPr>
      <w:r>
        <w:t>یعنی انہوں نے یہاں پر زیرو سے اسٹارٹ لیا۔ وہاں وہاں پر تبدل تبدل سے اسٹارٹ لینا ممکن نہیں تھا ان کے لیے۔</w:t>
      </w:r>
    </w:p>
    <w:p>
      <w:r>
        <w:rPr>
          <w:b/>
        </w:rPr>
        <w:t xml:space="preserve">[14:18] </w:t>
      </w:r>
      <w:r>
        <w:t>to zero se start liya. yani zero se start lene ka matlab yeh hai ke wahan unhon ne apni aaliyah hajrah ko basaya, apne bete ismail ko basaya.</w:t>
      </w:r>
    </w:p>
    <w:p>
      <w:pPr>
        <w:jc w:val="right"/>
      </w:pPr>
      <w:r>
        <w:t>تو زیرو سے اسٹارٹ لیا۔ یعنی زیرو سے اسٹارٹ لینے کا مطلب یہ ہے کہ وہاں انہوں نے اپنی عالیہ ہاجرہ کو بسایا، اپنے بیٹے اسماعیل کو بسایا۔</w:t>
      </w:r>
    </w:p>
    <w:p>
      <w:r>
        <w:rPr>
          <w:b/>
        </w:rPr>
        <w:t xml:space="preserve">[14:30] </w:t>
      </w:r>
      <w:r>
        <w:t>un se phir ek nasal shuru hui.</w:t>
      </w:r>
    </w:p>
    <w:p>
      <w:pPr>
        <w:jc w:val="right"/>
      </w:pPr>
      <w:r>
        <w:t>ان سے پھر ایک نسل شروع ہوئی۔</w:t>
      </w:r>
    </w:p>
    <w:p>
      <w:r>
        <w:rPr>
          <w:b/>
        </w:rPr>
        <w:t xml:space="preserve">[14:33] </w:t>
      </w:r>
      <w:r>
        <w:t>nasal barhte barhte barhte is phir is pe lakhon lakh ho gaye. that was beginning from from the zero. to wahan yani iraq mein jo woh koshish kar rahe thay, woh ek ek abad ilaqah, ek sarsabz ilaqah, ek ek mutabaddil ilaqay se start lena chahte thay, lekin woh mumkin nahi hua.</w:t>
      </w:r>
    </w:p>
    <w:p>
      <w:pPr>
        <w:jc w:val="right"/>
      </w:pPr>
      <w:r>
        <w:t>نسل بڑھتے بڑھتے بڑھتے اس پھر اس پہ لاکھوں لاکھ ہو گئے۔ دیٹ واز بگننگ فرام فرام دی زیرو۔ تو وہاں یعنی عراق میں جو وہ کوشش کر رہے تھے، وہ ایک ایک آباد علاقہ، ایک سرسبز علاقہ، ایک ایک متبدل علاقے سے اسٹارٹ لینا چاہتے تھے، لیکن وہ ممکن نہیں ہوا۔</w:t>
      </w:r>
    </w:p>
    <w:p>
      <w:r>
        <w:rPr>
          <w:b/>
        </w:rPr>
        <w:t xml:space="preserve">[15:03] </w:t>
      </w:r>
      <w:r>
        <w:t>to Allah taala ne kaha ke zero se start lo. jao dizart mein. aur phir aap jante hain ke phir ek nayi nasal bani, is mein rasool Allah paida hue, sahaba paida hue, aur wahan se ek ek naya revolution aaya.</w:t>
      </w:r>
    </w:p>
    <w:p>
      <w:pPr>
        <w:jc w:val="right"/>
      </w:pPr>
      <w:r>
        <w:t>تو اللہ تعالی نے کہا کہ زیرو سے اسٹارٹ لو۔ جاؤ ڈیزرٹ میں۔ اور پھر آپ جانتے ہیں کہ پھر ایک نئی نسل بنی، اس میں رسول اللہ پیدا ہوئے، صحابہ پیدا ہوئے، اور وہاں سے ایک ایک نیا ریولوشن آیا۔</w:t>
      </w:r>
    </w:p>
    <w:p>
      <w:r>
        <w:rPr>
          <w:b/>
        </w:rPr>
        <w:t xml:space="preserve">[15:19] </w:t>
      </w:r>
      <w:r>
        <w:t>aise hi dekhiye, rasool Allah sal Allah alaihi wasallam ke baray mein dekhiye, peghambar islam ke baray mein ke makkah mein woh paida hue hazrat ibrahim ke char hazar saal baad.</w:t>
      </w:r>
    </w:p>
    <w:p>
      <w:pPr>
        <w:jc w:val="right"/>
      </w:pPr>
      <w:r>
        <w:t>ایسے ہی دیکھیے، رسول اللہ صلی اللہ علیہ وسلم کے بارے میں دیکھیے، پیغمبر اسلام کے بارے میں کہ مکہ میں وہ پیدا ہوئے حضرت ابراہیم کے چار ہزار سال بعد۔</w:t>
      </w:r>
    </w:p>
    <w:p>
      <w:r>
        <w:rPr>
          <w:b/>
        </w:rPr>
        <w:t xml:space="preserve">[15:31] </w:t>
      </w:r>
      <w:r>
        <w:t>to makkah us waqt tak shahar ban chuka tha. to wahan pe ek surat yeh hai ke rasool Allah ke log dushman ho gaye makkah mein</w:t>
      </w:r>
    </w:p>
    <w:p>
      <w:pPr>
        <w:jc w:val="right"/>
      </w:pPr>
      <w:r>
        <w:t>تو مکہ اس وقت تک شہر بن چکا تھا۔ تو وہاں پہ ایک صورت یہ ہے کہ رسول اللہ کے لوگ دشمن ہو گئے مکہ میں</w:t>
      </w:r>
    </w:p>
    <w:p>
      <w:r>
        <w:rPr>
          <w:b/>
        </w:rPr>
        <w:t xml:space="preserve">[15:38] </w:t>
      </w:r>
      <w:r>
        <w:t>. yani dobara wahan par</w:t>
      </w:r>
    </w:p>
    <w:p>
      <w:pPr>
        <w:jc w:val="right"/>
      </w:pPr>
      <w:r>
        <w:t>۔ یعنی دوبارہ وہاں پر</w:t>
      </w:r>
    </w:p>
    <w:p>
      <w:r>
        <w:rPr>
          <w:b/>
        </w:rPr>
        <w:t xml:space="preserve">[15:43] </w:t>
      </w:r>
      <w:r>
        <w:t>nayi naye qism ke log aaye, wahan par naya culture aaya to dushman ban gaye. kyunke har nayi cheez ke log dushman ho jatay hain.</w:t>
      </w:r>
    </w:p>
    <w:p>
      <w:pPr>
        <w:jc w:val="right"/>
      </w:pPr>
      <w:r>
        <w:t>نئی نئے قسم کے لوگ آئے، وہاں پر نیا کلچر آیا تو دشمن بن گئے۔ کیونکہ ہر نئی چیز کے لوگ دشمن ہو جاتے ہیں۔</w:t>
      </w:r>
    </w:p>
    <w:p>
      <w:r>
        <w:rPr>
          <w:b/>
        </w:rPr>
        <w:t xml:space="preserve">[15:55] </w:t>
      </w:r>
      <w:r>
        <w:t>to taqreeban 13 saal wahan par aap rahe aur dushmani un ki barhti rahi. to wahan par kya kiya rasool Allah ne Allah ke isharay par?</w:t>
      </w:r>
    </w:p>
    <w:p>
      <w:pPr>
        <w:jc w:val="right"/>
      </w:pPr>
      <w:r>
        <w:t>تو تقریباً 13 سال وہاں پر آپ رہے اور دشمنی ان کی بڑھتی رہی۔ تو وہاں پر کیا کیا رسول اللہ نے اللہ کے اشارے پر؟</w:t>
      </w:r>
    </w:p>
    <w:p>
      <w:r>
        <w:rPr>
          <w:b/>
        </w:rPr>
        <w:t xml:space="preserve">[16:08] </w:t>
      </w:r>
      <w:r>
        <w:t>woh yeh ke makkah ko chhod kar madinay chalay gaye.</w:t>
      </w:r>
    </w:p>
    <w:p>
      <w:pPr>
        <w:jc w:val="right"/>
      </w:pPr>
      <w:r>
        <w:t>وہ یہ کہ مکہ کو چھوڑ کر مدینے چلے گئے۔</w:t>
      </w:r>
    </w:p>
    <w:p>
      <w:r>
        <w:rPr>
          <w:b/>
        </w:rPr>
        <w:t xml:space="preserve">[16:14] </w:t>
      </w:r>
      <w:r>
        <w:t>that was also option for alternative. Yani Makkah ki jagah par ek alternative basti, woh Madinah thi.</w:t>
      </w:r>
    </w:p>
    <w:p>
      <w:pPr>
        <w:jc w:val="right"/>
      </w:pPr>
      <w:r>
        <w:t>دیٹ واز السو آپشن فار الٹرنیٹو۔ یعنی مکہ کی جگہ پر ایک الٹرنیٹو بستی، وہ مدینہ تھی۔</w:t>
      </w:r>
    </w:p>
    <w:p>
      <w:r>
        <w:rPr>
          <w:b/>
        </w:rPr>
        <w:t xml:space="preserve">[16:28] </w:t>
      </w:r>
      <w:r>
        <w:t>wahan ja kar aap ne kaam shuru kar diya aap ne. to makkah mein jo halaat thay, waisay halaat madinay mein nahi thay.</w:t>
      </w:r>
    </w:p>
    <w:p>
      <w:pPr>
        <w:jc w:val="right"/>
      </w:pPr>
      <w:r>
        <w:t>وہاں جا کر آپ نے کام شروع کر دیا آپ نے۔ تو مکہ میں جو حالات تھے، ویسے حالات مدینے میں نہیں تھے۔</w:t>
      </w:r>
    </w:p>
    <w:p>
      <w:r>
        <w:rPr>
          <w:b/>
        </w:rPr>
        <w:t xml:space="preserve">[16:36] </w:t>
      </w:r>
      <w:r>
        <w:t>madinay mein aap ko koi resistance nahi pesh aayi, koi opposition nahi hui, aur wahan par bohat tezi se aap ka mission barhta raha.</w:t>
      </w:r>
    </w:p>
    <w:p>
      <w:pPr>
        <w:jc w:val="right"/>
      </w:pPr>
      <w:r>
        <w:t>مدینے میں آپ کو کوئی ریسسٹنس نہیں پیش آئی، کوئی اپوزیشن نہیں ہوئی، اور وہاں پر بہت تیزی سے آپ کا مشن بڑھتا رہا۔</w:t>
      </w:r>
    </w:p>
    <w:p>
      <w:r>
        <w:rPr>
          <w:b/>
        </w:rPr>
        <w:t xml:space="preserve">[16:47] </w:t>
      </w:r>
      <w:r>
        <w:t>isi ko aap ne kaha tha, ek hadith hai un alfaz mein ke "umar to baqaratu al-qara".</w:t>
      </w:r>
    </w:p>
    <w:p>
      <w:pPr>
        <w:jc w:val="right"/>
      </w:pPr>
      <w:r>
        <w:t>اسی کو آپ نے کہا تھا، ایک حدیث ہے ان الفاظ میں کہ "عمر تو بقرۃ القرہ"۔ یہ "قرن یصرف المدینہ"۔</w:t>
      </w:r>
    </w:p>
    <w:p>
      <w:r>
        <w:rPr>
          <w:b/>
        </w:rPr>
        <w:t xml:space="preserve">[17:03] </w:t>
      </w:r>
      <w:r>
        <w:t>ke mujhe ek aisi basti mein jaane ka hukum hua hai jo doosri bastiyon ko kha jayegi. Log is ko yasrif kehte hain, woh madina hai. Matlab kya hai is ka?</w:t>
      </w:r>
    </w:p>
    <w:p>
      <w:pPr>
        <w:jc w:val="right"/>
      </w:pPr>
      <w:r>
        <w:t>کہ مجھے ایک ایسی بستی میں جانے کا حکم ہوا ہے جو دوسری بستیوں کو کھا جائے گی۔ لوگ اس کو یصرف کہتے ہیں، وہ مدینہ ہے۔ مطلب کیا ہے اس کا؟</w:t>
      </w:r>
    </w:p>
    <w:p>
      <w:r>
        <w:rPr>
          <w:b/>
        </w:rPr>
        <w:t xml:space="preserve">[17:14] </w:t>
      </w:r>
      <w:r>
        <w:t>Matlab ke mujhe yeh Allah ne kaha hai ke alternative talash karo. Makka ka alternative, Makka ka mutabadil, woh tha madina.</w:t>
      </w:r>
    </w:p>
    <w:p>
      <w:pPr>
        <w:jc w:val="right"/>
      </w:pPr>
      <w:r>
        <w:t>مطلب کہ مجھے یہ اللہ نے کہا ہے کہ الٹرنیٹو تلاش کرو۔ مکہ کا الٹرنیٹو، مکہ کا متبادل، وہ تھا مدینہ۔</w:t>
      </w:r>
    </w:p>
    <w:p>
      <w:r>
        <w:rPr>
          <w:b/>
        </w:rPr>
        <w:t xml:space="preserve">[17:26] </w:t>
      </w:r>
      <w:r>
        <w:t>To jo mission tumhara yahan kamyab nahi hua, wahan kamyab ho jayega. Yahi aap ne kiya.</w:t>
      </w:r>
    </w:p>
    <w:p>
      <w:pPr>
        <w:jc w:val="right"/>
      </w:pPr>
      <w:r>
        <w:t>تو جو مشن تمہارا یہاں کامیاب نہیں ہوا، وہاں کامیاب ہو جائے گا۔ یہی آپ نے کیا۔</w:t>
      </w:r>
    </w:p>
    <w:p>
      <w:r>
        <w:rPr>
          <w:b/>
        </w:rPr>
        <w:t xml:space="preserve">[17:32] </w:t>
      </w:r>
      <w:r>
        <w:t>Aap jante hain ke jo maqsad Makka mein hasil nahi ho raha tha bazahir, woh madine mein hasil ho gaya. Wahan ek sanghol bana, wahan ek center qaim hua.</w:t>
      </w:r>
    </w:p>
    <w:p>
      <w:pPr>
        <w:jc w:val="right"/>
      </w:pPr>
      <w:r>
        <w:t>آپ جانتے ہیں کہ جو مقصد مکہ میں حاصل نہیں ہو رہا تھا بظاہر، وہ مدینے میں حاصل ہو گیا۔ وہاں ایک سانگھول بنا، وہاں ایک سینٹر قائم ہوا۔</w:t>
      </w:r>
    </w:p>
    <w:p>
      <w:r>
        <w:rPr>
          <w:b/>
        </w:rPr>
        <w:t xml:space="preserve">[17:42] </w:t>
      </w:r>
      <w:r>
        <w:t>Wahan se phir aap ka mission phaila poore mulk mein, phir duniya mein. To yeh hai alternative.</w:t>
      </w:r>
    </w:p>
    <w:p>
      <w:pPr>
        <w:jc w:val="right"/>
      </w:pPr>
      <w:r>
        <w:t>وہاں سے پھر آپ کا مشن پھیلا پورے ملک میں، پھر دنیا میں۔ تو یہ ہے الٹرنیٹو۔</w:t>
      </w:r>
    </w:p>
    <w:p>
      <w:r>
        <w:rPr>
          <w:b/>
        </w:rPr>
        <w:t xml:space="preserve">[17:54] </w:t>
      </w:r>
      <w:r>
        <w:t>Main samajhta hoon ke insan ko is duniya mein kamyab hone ke liye yeh ek lazmi shart hai ke jab woh is ko problem pesh aaye, jab is ko rukawatein samne aayen, jab log is ke khilaf ho jayen bazahir, to woh lade nahi, alternative talash kare.</w:t>
      </w:r>
    </w:p>
    <w:p>
      <w:pPr>
        <w:jc w:val="right"/>
      </w:pPr>
      <w:r>
        <w:t>میں سمجھتا ہوں کہ انسان کو اس دنیا میں کامیاب ہونے کے لیے یہ ایک لازمی شرط ہے کہ جب وہ اس کو پرابلم پیش آئے، جب اس کو رکاوٹیں سامنے آئیں، جب لوگ اس کے خلاف ہو جائیں بظاہر، تو وہ لڑے نہیں، الٹرنیٹو تلاش کرے۔</w:t>
      </w:r>
    </w:p>
    <w:p>
      <w:r>
        <w:rPr>
          <w:b/>
        </w:rPr>
        <w:t xml:space="preserve">[18:18] </w:t>
      </w:r>
      <w:r>
        <w:t>Aur Allah taala ne, yani pehle yeh, yani limited sense mein tha, yani</w:t>
      </w:r>
    </w:p>
    <w:p>
      <w:pPr>
        <w:jc w:val="right"/>
      </w:pPr>
      <w:r>
        <w:t>اور اللہ تعالی نے، یعنی پہلے یہ، یعنی لمیٹڈ سینس میں تھا، یعنی</w:t>
      </w:r>
    </w:p>
    <w:p>
      <w:r>
        <w:rPr>
          <w:b/>
        </w:rPr>
        <w:t xml:space="preserve">[18:29] </w:t>
      </w:r>
      <w:r>
        <w:t>Pehle alternatives jo hua karte the, limited sense hua karte the. Ab to is ka is ka ek explosion ho gaya hai. Modern jo age hai, jis ko hum kehte hain,</w:t>
      </w:r>
    </w:p>
    <w:p>
      <w:pPr>
        <w:jc w:val="right"/>
      </w:pPr>
      <w:r>
        <w:t>پہلے الٹرنیٹوز جو ہوا کرتے تھے، لمیٹڈ سینس ہوا کرتے تھے۔ اب تو اس کا اس کا ایک ایکسپلوژن ہو گیا ہے۔ ماڈرن جو ایج ہے، جس کو ہم کہتے ہیں،</w:t>
      </w:r>
    </w:p>
    <w:p>
      <w:r>
        <w:rPr>
          <w:b/>
        </w:rPr>
        <w:t xml:space="preserve">[18:42] </w:t>
      </w:r>
      <w:r>
        <w:t>Yeh bhi is modern age ko bhi West ne paida kiya hai.</w:t>
      </w:r>
    </w:p>
    <w:p>
      <w:pPr>
        <w:jc w:val="right"/>
      </w:pPr>
      <w:r>
        <w:t>یہ بھی اس ماڈرن ایج کو بھی ویسٹ نے پیدا کیا ہے۔</w:t>
      </w:r>
    </w:p>
    <w:p>
      <w:r>
        <w:rPr>
          <w:b/>
        </w:rPr>
        <w:t xml:space="preserve">[18:46] </w:t>
      </w:r>
      <w:r>
        <w:t>Yahan pe hum West ko acknowledge karenge ke ek ek naya daur paida kiya is ne. Azadi ka, yani freedom hai, democracy hai, industry hai, science hai, aur United Nations ka zamana hai.</w:t>
      </w:r>
    </w:p>
    <w:p>
      <w:pPr>
        <w:jc w:val="right"/>
      </w:pPr>
      <w:r>
        <w:t>یہاں پہ ہم ویسٹ کو اکنالج کریں گے کہ ایک ایک نیا دور پیدا کیا اس نے۔ آزادی کا، یعنی فریڈم ہے، ڈیموکریسی ہے، انڈسٹری ہے، سائنس ہے، اور یونائٹڈ نیشنز کا زمانہ ہے۔</w:t>
      </w:r>
    </w:p>
    <w:p>
      <w:r>
        <w:rPr>
          <w:b/>
        </w:rPr>
        <w:t xml:space="preserve">[19:01] </w:t>
      </w:r>
      <w:r>
        <w:t>Yani itni beshumar cheezen hain. Is ki wajah se, yani alternatives ka ek infusion hoga, infijar ho gaya.</w:t>
      </w:r>
    </w:p>
    <w:p>
      <w:pPr>
        <w:jc w:val="right"/>
      </w:pPr>
      <w:r>
        <w:t>یعنی اتنی بے شمار چیزیں ہیں۔ اس کی وجہ سے، یعنی الٹرنیٹوز کا ایک انفلوژن ہوگا، انفجار ہو گیا۔</w:t>
      </w:r>
    </w:p>
    <w:p>
      <w:r>
        <w:rPr>
          <w:b/>
        </w:rPr>
        <w:t xml:space="preserve">[19:11] </w:t>
      </w:r>
      <w:r>
        <w:t>Woh kaise</w:t>
      </w:r>
    </w:p>
    <w:p>
      <w:pPr>
        <w:jc w:val="right"/>
      </w:pPr>
      <w:r>
        <w:t>وہ کیسے</w:t>
      </w:r>
    </w:p>
    <w:p>
      <w:r>
        <w:rPr>
          <w:b/>
        </w:rPr>
        <w:t xml:space="preserve">[19:14] </w:t>
      </w:r>
      <w:r>
        <w:t>? Dekhiye, ek is zamane mein ek nayi cheez wajood mein aayi hai jis ko hum kehte hain institution. Institution. Pehle kya hota tha?</w:t>
      </w:r>
    </w:p>
    <w:p>
      <w:pPr>
        <w:jc w:val="right"/>
      </w:pPr>
      <w:r>
        <w:t>؟ دیکھیے، ایک اس زمانے میں ایک نئی چیز وجود میں آئی ہے جس کو ہم کہتے ہیں انسٹیٹیوشن۔ انسٹیٹیوشن۔ پہلے کیا ہوتا تھا؟</w:t>
      </w:r>
    </w:p>
    <w:p>
      <w:r>
        <w:rPr>
          <w:b/>
        </w:rPr>
        <w:t xml:space="preserve">[19:26] </w:t>
      </w:r>
      <w:r>
        <w:t>Sab kuch king ke hath mein hota tha. Government ke hath mein hota tha sab kuch. Government ke bahir insan ke paas kuch nahi hota tha. Ya to government ke sipahi ho aur government na de to mehroom ho jao.</w:t>
      </w:r>
    </w:p>
    <w:p>
      <w:pPr>
        <w:jc w:val="right"/>
      </w:pPr>
      <w:r>
        <w:t>سب کچھ کنگ کے ہاتھ میں ہوتا تھا۔ گورنمنٹ کے ہاتھ میں ہوتا تھا سب کچھ۔ گورنمنٹ کے باہر انسان کے پاس کچھ نہیں ہوتا تھا۔ یا تو گورنمنٹ کے سپاہی ہو اور گورنمنٹ نہ دے تو محروم ہو جاؤ۔</w:t>
      </w:r>
    </w:p>
    <w:p>
      <w:r>
        <w:rPr>
          <w:b/>
        </w:rPr>
        <w:t xml:space="preserve">[19:40] </w:t>
      </w:r>
      <w:r>
        <w:t>Ab ek nayi cheez wajood mein aayi hai jis ko kehte hain institution.</w:t>
      </w:r>
    </w:p>
    <w:p>
      <w:pPr>
        <w:jc w:val="right"/>
      </w:pPr>
      <w:r>
        <w:t>اب ایک نئی چیز وجود میں آئی ہے جس کو کہتے ہیں انسٹیٹیوشن۔</w:t>
      </w:r>
    </w:p>
    <w:p>
      <w:r>
        <w:rPr>
          <w:b/>
        </w:rPr>
        <w:t xml:space="preserve">[19:45] </w:t>
      </w:r>
      <w:r>
        <w:t>Yani har qism ke institution aap bana kar ke, yani non-political institution, to aap badi se badi taraqqi kar sakte hain.</w:t>
      </w:r>
    </w:p>
    <w:p>
      <w:pPr>
        <w:jc w:val="right"/>
      </w:pPr>
      <w:r>
        <w:t>یعنی ہر قسم کے انسٹیٹیوشن آپ بنا کر کے، یعنی نان پولیٹیکل انسٹیٹیوشن، تو آپ بڑی سے بڑی ترقی کر سکتے ہیں۔</w:t>
      </w:r>
    </w:p>
    <w:p>
      <w:r>
        <w:rPr>
          <w:b/>
        </w:rPr>
        <w:t xml:space="preserve">[19:54] </w:t>
      </w:r>
      <w:r>
        <w:t>Matlab education ki field mein, industry ki field mein, science ki field mein, yani beshumar field kh</w:t>
      </w:r>
    </w:p>
    <w:p>
      <w:pPr>
        <w:jc w:val="right"/>
      </w:pPr>
      <w:r>
        <w:t>مطلب ایجوکیشن کی فیلڈ میں، انڈسٹری کی فیلڈ میں، سائنس کی فیلڈ میں، یعنی بے شمار فیلڈ کھ</w:t>
      </w:r>
    </w:p>
    <w:p>
      <w:r>
        <w:rPr>
          <w:b/>
        </w:rPr>
        <w:t xml:space="preserve">[20:04] </w:t>
      </w:r>
      <w:r>
        <w:t>ul gayi hain. Is mein aap institution bana kar ke woh hasil kar sakte hain, woh cheezen jo pehle zamane mein log hukumat ke zariye hasil karna samajhte the ke hukumat se milega.</w:t>
      </w:r>
    </w:p>
    <w:p>
      <w:pPr>
        <w:jc w:val="right"/>
      </w:pPr>
      <w:r>
        <w:t>ل گئی ہیں۔ اس میں آپ انسٹیٹیوشن بنا کر کے وہ حاصل کر سکتے ہیں، وہ چیزیں جو پہلے زمانے میں لوگ حکومت کے ذریعے حاصل کرنا سمجھتے تھے کہ حکومت سے ملے گا۔</w:t>
      </w:r>
    </w:p>
    <w:p>
      <w:r>
        <w:rPr>
          <w:b/>
        </w:rPr>
        <w:t xml:space="preserve">[20:16] </w:t>
      </w:r>
      <w:r>
        <w:t>To milega ya nahi milega? To yeh, yani aap ko agar hukum, yani aap ko agar political daire mein mawaqe nahi mil rahe hain to aap institution ke daire mein aa jaiye.</w:t>
      </w:r>
    </w:p>
    <w:p>
      <w:pPr>
        <w:jc w:val="right"/>
      </w:pPr>
      <w:r>
        <w:t>تو ملے گا یا نہیں ملے گا؟ تو یہ، یعنی آپ کو اگر حکم، یعنی آپ کو اگر پولیٹیکل دائرے میں مواقع نہیں مل رہے ہیں تو آپ انسٹیٹیوشن کے دائرے میں آ جائیے۔</w:t>
      </w:r>
    </w:p>
    <w:p>
      <w:r>
        <w:rPr>
          <w:b/>
        </w:rPr>
        <w:t xml:space="preserve">[20:33] </w:t>
      </w:r>
      <w:r>
        <w:t>Aap dawat ke institution banaiye. Yani aap taleem ke institution banaiye. Industry ke institution banaiye.</w:t>
      </w:r>
    </w:p>
    <w:p>
      <w:pPr>
        <w:jc w:val="right"/>
      </w:pPr>
      <w:r>
        <w:t>آپ دعوت کے انسٹیٹیوشن بنائیے۔ یعنی آپ تعلیم کے انسٹیٹیوشن بنائیے۔ انڈسٹری کے انسٹیٹیوشن بنائیے۔</w:t>
      </w:r>
    </w:p>
    <w:p>
      <w:r>
        <w:rPr>
          <w:b/>
        </w:rPr>
        <w:t xml:space="preserve">[20:43] </w:t>
      </w:r>
      <w:r>
        <w:t>Social institution banaiye. Sare maidan khule hue hain. To yeh hai alternative.</w:t>
      </w:r>
    </w:p>
    <w:p>
      <w:pPr>
        <w:jc w:val="right"/>
      </w:pPr>
      <w:r>
        <w:t>سوشل انسٹیٹیوشن بنائیے۔ سارے میدان کھلے ہوئے ہیں۔ تو یہ ہے الٹرنیٹو۔</w:t>
      </w:r>
    </w:p>
    <w:p>
      <w:r>
        <w:rPr>
          <w:b/>
        </w:rPr>
        <w:t xml:space="preserve">[20:52] </w:t>
      </w:r>
      <w:r>
        <w:t>Yani politics mein agar aap ko mawaqe nahi mil rahe hain, aap aap minister nahi hain, aap government nahi, aap ke hath mein hai political power, aap ke hath mein nahi hai, to sara maidan khula hua hai institution ka.</w:t>
      </w:r>
    </w:p>
    <w:p>
      <w:pPr>
        <w:jc w:val="right"/>
      </w:pPr>
      <w:r>
        <w:t>یعنی پولیٹکس میں اگر آپ کو مواقع نہیں مل رہے ہیں، آپ آپ منسٹر نہیں ہیں، آپ گورنمنٹ نہیں، آپ کے ہاتھ میں ہے پولیٹیکل پاور، آپ کے ہاتھ میں نہیں ہے، تو سارا میدان کھلا ہوا ہے انسٹیٹیوشن کا۔</w:t>
      </w:r>
    </w:p>
    <w:p>
      <w:r>
        <w:rPr>
          <w:b/>
        </w:rPr>
        <w:t xml:space="preserve">[21:05] </w:t>
      </w:r>
      <w:r>
        <w:t>Wahan chale jaiye. Woh is par aap jo chahen karein. Jaise hum log hain. Hum log, hum ko political power nahi mila hua, lekin hum isi tarah kaam kar rahe hain jis tarah se koi, yani political leader karta hai.</w:t>
      </w:r>
    </w:p>
    <w:p>
      <w:pPr>
        <w:jc w:val="right"/>
      </w:pPr>
      <w:r>
        <w:t>وہاں چلے جائیے۔ وہ اس پر آپ جو چاہیں کریں۔ جیسے ہم لوگ ہیں۔ ہم لوگ، ہم کو پولیٹیکل پاور نہیں ملا ہوا، لیکن ہم اسی طرح کام کر رہے ہیں جس طرح سے کوئی، یعنی پولیٹیکل لیڈر کرتا ہے۔</w:t>
      </w:r>
    </w:p>
    <w:p>
      <w:r>
        <w:rPr>
          <w:b/>
        </w:rPr>
        <w:t xml:space="preserve">[21:19] </w:t>
      </w:r>
      <w:r>
        <w:t>Hamara daira jo hai, kya</w:t>
      </w:r>
    </w:p>
    <w:p>
      <w:pPr>
        <w:jc w:val="right"/>
      </w:pPr>
      <w:r>
        <w:t>ہمارا دائرہ جو ہے، کیا</w:t>
      </w:r>
    </w:p>
    <w:p>
      <w:r>
        <w:rPr>
          <w:b/>
        </w:rPr>
        <w:t xml:space="preserve">[21:21] </w:t>
      </w:r>
      <w:r>
        <w:t>hai? hum ne isi center of peace and spirituality qaim ki. center of peace and spirituality. to peace aur spirituality ke dairay mein hum woh sab kuch kar rahe hain jo hukumat apne dairay mein kar rahi hai.</w:t>
      </w:r>
    </w:p>
    <w:p>
      <w:pPr>
        <w:jc w:val="right"/>
      </w:pPr>
      <w:r>
        <w:t>ہے؟ ہم نے اسی سینٹر آف پیس اینڈ سپرچوٹی قائم کی۔ سینٹر آف پیس اینڈ سپرچوٹی۔ تو پیس اور سپرچوٹی کے دائرے میں ہم وہ سب کچھ کر رہے ہیں جو حکومت اپنے دائرے میں کر رہی ہے۔</w:t>
      </w:r>
    </w:p>
    <w:p>
      <w:r>
        <w:rPr>
          <w:b/>
        </w:rPr>
        <w:t xml:space="preserve">[21:34] </w:t>
      </w:r>
      <w:r>
        <w:t>aur koi rukawat nahin. to CPS jo hamara hai, woh hai alternative hamare liye. yaani political power ka alternative.</w:t>
      </w:r>
    </w:p>
    <w:p>
      <w:pPr>
        <w:jc w:val="right"/>
      </w:pPr>
      <w:r>
        <w:t>اور کوئی رکاوٹ نہیں۔ تو سی پی ایس جو ہمارا ہے، وہ ہے الٹرنیٹو ہمارے لیے۔ یعنی پولیٹیکل پاور کا الٹرنیٹو۔</w:t>
      </w:r>
    </w:p>
    <w:p>
      <w:r>
        <w:rPr>
          <w:b/>
        </w:rPr>
        <w:t xml:space="preserve">[21:46] </w:t>
      </w:r>
      <w:r>
        <w:t>aur Allah ke fazl se hamare saathi hain, sab kuch kar rahe hain, koi rukawatein un ko nahin.</w:t>
      </w:r>
    </w:p>
    <w:p>
      <w:pPr>
        <w:jc w:val="right"/>
      </w:pPr>
      <w:r>
        <w:t>اور اللہ کے فضل سے ہمارے ساتھی ہیں، سب کچھ کر رہے ہیں، کوئی رکاوٹیں ان کو نہیں۔</w:t>
      </w:r>
    </w:p>
    <w:p>
      <w:r>
        <w:rPr>
          <w:b/>
        </w:rPr>
        <w:t xml:space="preserve">[21:52] </w:t>
      </w:r>
      <w:r>
        <w:t>to hum ne khud yahi tareeqa ikhtiyar kiya hai ke political power ka alternative hai CPS. yaani center of peace and spirituality.</w:t>
      </w:r>
    </w:p>
    <w:p>
      <w:pPr>
        <w:jc w:val="right"/>
      </w:pPr>
      <w:r>
        <w:t>تو ہم نے خود یہی طریقہ اختیار کیا ہے کہ پولیٹیکل پاور کا الٹرنیٹو ہے سی پی ایس۔ یعنی سینٹر آف پیس اینڈ سپرچوٹی۔</w:t>
      </w:r>
    </w:p>
    <w:p>
      <w:r>
        <w:rPr>
          <w:b/>
        </w:rPr>
        <w:t xml:space="preserve">[22:04] </w:t>
      </w:r>
      <w:r>
        <w:t>yeh maidan har ek ke liye khula hua hai. aaj kal jo musalman jagah jagah lad rahe hain, har jagah ladai chhi di hui hai.</w:t>
      </w:r>
    </w:p>
    <w:p>
      <w:pPr>
        <w:jc w:val="right"/>
      </w:pPr>
      <w:r>
        <w:t>یہ میدان ہر ایک کے لیے کھلا ہوا ہے۔ آج کل جو مسلمان جگہ جگہ لڑ رہے ہیں، ہر جگہ لڑائی چھڑی ہوئی ہیں۔</w:t>
      </w:r>
    </w:p>
    <w:p>
      <w:r>
        <w:rPr>
          <w:b/>
        </w:rPr>
        <w:t xml:space="preserve">[22:15] </w:t>
      </w:r>
      <w:r>
        <w:t>kahin passive ladai hai, kahin active ladai hai. woh kyun hai?</w:t>
      </w:r>
    </w:p>
    <w:p>
      <w:pPr>
        <w:jc w:val="right"/>
      </w:pPr>
      <w:r>
        <w:t>کہیں پیسو لڑائی ہے، کہیں ایکٹیو لڑائی ہے۔ وہ کیوں ہے؟</w:t>
      </w:r>
    </w:p>
    <w:p>
      <w:r>
        <w:rPr>
          <w:b/>
        </w:rPr>
        <w:t xml:space="preserve">[22:20] </w:t>
      </w:r>
      <w:r>
        <w:t>woh bekhabar hain ke un ke liye alternative maujood hai.</w:t>
      </w:r>
    </w:p>
    <w:p>
      <w:pPr>
        <w:jc w:val="right"/>
      </w:pPr>
      <w:r>
        <w:t>وہ بے خبر ہیں کہ ان کے لیے الٹرنیٹو موجود ہے۔</w:t>
      </w:r>
    </w:p>
    <w:p>
      <w:r>
        <w:rPr>
          <w:b/>
        </w:rPr>
        <w:t xml:space="preserve">[22:26] </w:t>
      </w:r>
      <w:r>
        <w:t>misal ke taur par dekhiye, Egypt mein 60 baras se log lad rahe hain political ladai. King Farooq ke zamane se, 60 saal se.</w:t>
      </w:r>
    </w:p>
    <w:p>
      <w:pPr>
        <w:jc w:val="right"/>
      </w:pPr>
      <w:r>
        <w:t>مثال کے طور پر دیکھیے، ایجپٹ میں 60 برس سے لوگ لڑ رہے ہیں پولیٹیکل لڑائی۔ کنگ فاروق کے زمانے سے، 60 سال سے۔</w:t>
      </w:r>
    </w:p>
    <w:p>
      <w:r>
        <w:rPr>
          <w:b/>
        </w:rPr>
        <w:t xml:space="preserve">[22:36] </w:t>
      </w:r>
      <w:r>
        <w:t>kyun? unhein khabar nahin hai ke Egypt mein, yaani Misr mein, un ke liye alternative maujood hai.</w:t>
      </w:r>
    </w:p>
    <w:p>
      <w:pPr>
        <w:jc w:val="right"/>
      </w:pPr>
      <w:r>
        <w:t>کیوں؟ انہیں خبر نہیں ہے کہ ایجپٹ میں، یعنی مصر میں، ان کے لیے الٹرنیٹو موجود ہے۔</w:t>
      </w:r>
    </w:p>
    <w:p>
      <w:r>
        <w:rPr>
          <w:b/>
        </w:rPr>
        <w:t xml:space="preserve">[22:43] </w:t>
      </w:r>
      <w:r>
        <w:t>education ki field, industry ki field, social service ki field, aur dawah ki field. Egypt mein is ke aas paas ka jo area hai, wahan tourist bohat aate hain.</w:t>
      </w:r>
    </w:p>
    <w:p>
      <w:pPr>
        <w:jc w:val="right"/>
      </w:pPr>
      <w:r>
        <w:t>ایجوکیشن کی فیلڈ، انڈسٹری کی فیلڈ، سوشل سروس کی فیلڈ، اور دعوت کی فیلڈ۔ ایجپٹ میں اس کے آس پاس کا جو ایریا ہے، وہاں ٹورسٹ بہت آتے ہیں۔</w:t>
      </w:r>
    </w:p>
    <w:p>
      <w:r>
        <w:rPr>
          <w:b/>
        </w:rPr>
        <w:t xml:space="preserve">[22:56] </w:t>
      </w:r>
      <w:r>
        <w:t>bohat zyada tourist aate hain. to tourist ka matlab kya hai? poora woh land jo hai, madu land bana hua hai.</w:t>
      </w:r>
    </w:p>
    <w:p>
      <w:pPr>
        <w:jc w:val="right"/>
      </w:pPr>
      <w:r>
        <w:t>بہت زیادہ ٹورسٹ آتے ہیں۔ تو ٹورسٹ کا معنی کیا ہے؟ پورا وہ لینڈ جو ہے، مدو لینڈ بنا ہوا ہے۔</w:t>
      </w:r>
    </w:p>
    <w:p>
      <w:r>
        <w:rPr>
          <w:b/>
        </w:rPr>
        <w:t xml:space="preserve">[23:06] </w:t>
      </w:r>
      <w:r>
        <w:t>madu land. aap dawah kijiye, wahan koi rukawat nahin hai. koi rukawat nahin hai. lekin woh bas lad rahe hain hukumat se. woh samajhte hain ke political power jab tak haath mein na ho, tab tak kuch nahin hai.</w:t>
      </w:r>
    </w:p>
    <w:p>
      <w:pPr>
        <w:jc w:val="right"/>
      </w:pPr>
      <w:r>
        <w:t>مدو لینڈ۔ آپ دعوت کیجیے، وہاں کوئی رکاوٹ نہیں ہے۔ کوئی رکاوٹ نہیں ہے۔ لیکن وہ بس لڑ رہے ہیں حکومت سے۔ وہ سمجھتے ہیں کہ پولیٹیکل پاور جب تک ہاتھ میں نہ ہو، تب تک کچھ نہیں ہے۔</w:t>
      </w:r>
    </w:p>
    <w:p>
      <w:r>
        <w:rPr>
          <w:b/>
        </w:rPr>
        <w:t xml:space="preserve">[23:22] </w:t>
      </w:r>
      <w:r>
        <w:t>yahan tak ke jo Egypt mein, jo Misr mein, jo woh Gamal Abdel Nasser the, jo president ban gaye the wahan ke</w:t>
      </w:r>
    </w:p>
    <w:p>
      <w:pPr>
        <w:jc w:val="right"/>
      </w:pPr>
      <w:r>
        <w:t>یہاں تک کہ جو ایجپٹ میں، جو مصر میں، جو وہ جمال عبدالناصر تھے، جو پریزیڈنٹ بن گئے تھے وہاں کے</w:t>
      </w:r>
    </w:p>
    <w:p>
      <w:r>
        <w:rPr>
          <w:b/>
        </w:rPr>
        <w:t xml:space="preserve">[23:33] </w:t>
      </w:r>
      <w:r>
        <w:t>, to unhon ne offer diya tha Ikhwan Muslim League leader Syed Qutb ko ke aap minister of education ban jaiye aur aur ka desh mein aap apne tareeqe se logon ko trend kijiye.</w:t>
      </w:r>
    </w:p>
    <w:p>
      <w:pPr>
        <w:jc w:val="right"/>
      </w:pPr>
      <w:r>
        <w:t>، تو انہوں نے آفر دیا تھا اخوان مسلم لیگ لیڈر سید قطب کو کہ آپ منسٹر آف ایجوکیشن بن جائیے اور اور کا دیش میں آپ اپنے طریقے سے لوگوں کو ٹرینڈ کیجیے۔</w:t>
      </w:r>
    </w:p>
    <w:p>
      <w:r>
        <w:rPr>
          <w:b/>
        </w:rPr>
        <w:t xml:space="preserve">[23:49] </w:t>
      </w:r>
      <w:r>
        <w:t>education ka poora mamla aap ke hawale. lekin woh nahin qabool kiya unhon ne. aur phir ladai jari rahi.</w:t>
      </w:r>
    </w:p>
    <w:p>
      <w:pPr>
        <w:jc w:val="right"/>
      </w:pPr>
      <w:r>
        <w:t>ایجوکیشن کا پورا معاملہ آپ کے حوالے۔ لیکن وہ نہیں قبول کیا انہوں نے۔ اور پھر لڑائی جاری رہی۔</w:t>
      </w:r>
    </w:p>
    <w:p>
      <w:r>
        <w:rPr>
          <w:b/>
        </w:rPr>
        <w:t xml:space="preserve">[23:58] </w:t>
      </w:r>
      <w:r>
        <w:t>yahan tak ke hukumat un ko paanch</w:t>
      </w:r>
    </w:p>
    <w:p>
      <w:pPr>
        <w:jc w:val="right"/>
      </w:pPr>
      <w:r>
        <w:t>یہاں تک کہ حکومت ان کو پانچ</w:t>
      </w:r>
    </w:p>
    <w:p>
      <w:r>
        <w:rPr>
          <w:b/>
        </w:rPr>
        <w:t xml:space="preserve">[24:00] </w:t>
      </w:r>
      <w:r>
        <w:t>de di. yaani alternative ka concept un ko nahin hasil nahin tha. woh ke political power ka ka alternative hai educational field.</w:t>
      </w:r>
    </w:p>
    <w:p>
      <w:pPr>
        <w:jc w:val="right"/>
      </w:pPr>
      <w:r>
        <w:t>دے دے دی۔ یعنی الٹرنیٹو کا کانسیپٹ ان کو نہیں حاصل نہیں تھا۔ وہ کہ پولیٹیکل پاور کا کا الٹرنیٹو ہے ایجوکیشنل فیلڈ۔</w:t>
      </w:r>
    </w:p>
    <w:p>
      <w:r>
        <w:rPr>
          <w:b/>
        </w:rPr>
        <w:t xml:space="preserve">[24:12] </w:t>
      </w:r>
      <w:r>
        <w:t>jabke isi area mein Allah taala ne ek misal qaim kar di thi ke saare teen hazar saal pehle Egypt mein ek family rule karti thi jis ko kehte hain Hyksos Kings.</w:t>
      </w:r>
    </w:p>
    <w:p>
      <w:pPr>
        <w:jc w:val="right"/>
      </w:pPr>
      <w:r>
        <w:t>جبکہ اسی ایریا میں اللہ تعالی نے ایک مثال قائم کر دی تھی کہ ساڑھے تین ہزار سال پہلے ایجپٹ میں ایک فیملی رول کرتی تھی جس کو کہتے ہیں ہکساس کنگز۔</w:t>
      </w:r>
    </w:p>
    <w:p>
      <w:r>
        <w:rPr>
          <w:b/>
        </w:rPr>
        <w:t xml:space="preserve">[24:26] </w:t>
      </w:r>
      <w:r>
        <w:t>us ke zamane mein Hazrat Yusuf wahan aaye.</w:t>
      </w:r>
    </w:p>
    <w:p>
      <w:pPr>
        <w:jc w:val="right"/>
      </w:pPr>
      <w:r>
        <w:t>اس کے زمانے میں حضرت یوسف وہاں آئے۔</w:t>
      </w:r>
    </w:p>
    <w:p>
      <w:r>
        <w:rPr>
          <w:b/>
        </w:rPr>
        <w:t xml:space="preserve">[24:29] </w:t>
      </w:r>
      <w:r>
        <w:t>to Hazrat Yusuf ko offer diya wahan ke badshah ne ke jo agricultural administration hai, woh tum ko hum dete hain, is ka intezam karo.</w:t>
      </w:r>
    </w:p>
    <w:p>
      <w:pPr>
        <w:jc w:val="right"/>
      </w:pPr>
      <w:r>
        <w:t>تو حضرت یوسف کو آفر دیا وہاں کے بادشاہ نے کہ جو ایگریکلچرل ایڈمنسٹریشن ہے، وہ تم کو ہم دیتے ہیں، اس کا انتظام کرو۔</w:t>
      </w:r>
    </w:p>
    <w:p>
      <w:r>
        <w:rPr>
          <w:b/>
        </w:rPr>
        <w:t xml:space="preserve">[24:42] </w:t>
      </w:r>
      <w:r>
        <w:t>unhon ne qabool kar liya is ko. khazana arz ka lafz jo aaya Quran majeed mein, is ka matlab hai agricultural administration. qabool kar liya unhon ne.</w:t>
      </w:r>
    </w:p>
    <w:p>
      <w:pPr>
        <w:jc w:val="right"/>
      </w:pPr>
      <w:r>
        <w:t>انہوں نے قبول کر لیا اس کو۔ خزانہ ارض کا لفظ جو آیا قرآن مجید میں، اس کا مطلب ہے ایگریکلچرل ایڈمنسٹریشن۔ قبول کر لیا انہوں نے۔</w:t>
      </w:r>
    </w:p>
    <w:p>
      <w:r>
        <w:rPr>
          <w:b/>
        </w:rPr>
        <w:t xml:space="preserve">[24:54] </w:t>
      </w:r>
      <w:r>
        <w:t>yaani isi mulk mein, isi desh mein, jahan ek purist ho chuka tha</w:t>
      </w:r>
    </w:p>
    <w:p>
      <w:pPr>
        <w:jc w:val="right"/>
      </w:pPr>
      <w:r>
        <w:t>یعنی اسی ملک میں، اسی دیش میں، جہاں ایک پرسٹ ہو چکا تھا</w:t>
      </w:r>
    </w:p>
    <w:p>
      <w:r>
        <w:rPr>
          <w:b/>
        </w:rPr>
        <w:t xml:space="preserve">[25:00] </w:t>
      </w:r>
      <w:r>
        <w:t>ke Hazrat Yusuf ne ko badshah apne, yaani takht par baqi rakhte hue, us ne yeh peshkash ki thi ke acha bible mein alfaaz hain ke "only in regard to the throne I will be greater than you".</w:t>
      </w:r>
    </w:p>
    <w:p>
      <w:pPr>
        <w:jc w:val="right"/>
      </w:pPr>
      <w:r>
        <w:t>کہ حضرت یوسف نے کو بادشاہ اپنے، یعنی تخت پر باقی رکھتے ہوئے، اس نے یہ پیشکش کی تھی کہ اچھا بائبل میں الفاظ ہیں کہ "اونلی ان ریگارڈ ٹو دا تھرون آئی ویل بی گریٹر دین یو"۔</w:t>
      </w:r>
    </w:p>
    <w:p>
      <w:r>
        <w:rPr>
          <w:b/>
        </w:rPr>
        <w:t xml:space="preserve">[25:17] </w:t>
      </w:r>
      <w:r>
        <w:t>ka matlab hai ke political position to mujhe hasil rahe gi, lekin jo agricultural mamlaat hain, woh woh tum tumhare hawale rahen ge.</w:t>
      </w:r>
    </w:p>
    <w:p>
      <w:pPr>
        <w:jc w:val="right"/>
      </w:pPr>
      <w:r>
        <w:t>کا مطلب ہے کہ پولیٹیکل پوزیشن تو مجھے حاصل رہے گی، لیکن جو ایگریکلچرل معاملات ہیں، وہ وہ تم تمہارے حوالے رہیں گے۔</w:t>
      </w:r>
    </w:p>
    <w:p>
      <w:r>
        <w:rPr>
          <w:b/>
        </w:rPr>
        <w:t xml:space="preserve">[25:27] </w:t>
      </w:r>
      <w:r>
        <w:t>aur us zamane mein aap jante hain ke ek hi, yaani ek hi sab se bara shoba hua karta tha agriculture. yeh aaj is ke bare mein aaj kal ki tarah industry nahin thi aur koi cheez nahin thi.</w:t>
      </w:r>
    </w:p>
    <w:p>
      <w:pPr>
        <w:jc w:val="right"/>
      </w:pPr>
      <w:r>
        <w:t>اور اس زمانے میں آپ جانتے ہیں کہ ایک ہی، یعنی ایک ہی سب سے بڑا شعبہ ہوا کرتا تھا ایگریکلچر۔ یہ آج اس کے بارے میں آج کل کی طرح انڈسٹری نہیں تھی اور کوئی چیز نہیں تھی۔</w:t>
      </w:r>
    </w:p>
    <w:p>
      <w:r>
        <w:rPr>
          <w:b/>
        </w:rPr>
        <w:t xml:space="preserve">[25:42] </w:t>
      </w:r>
      <w:r>
        <w:t>sab se bara jo is zamane mein government ka department hua karta tha, woh agriculture hota tha. woh us ko hawale kar diya, woh qabool kar liya unhon ne.</w:t>
      </w:r>
    </w:p>
    <w:p>
      <w:pPr>
        <w:jc w:val="right"/>
      </w:pPr>
      <w:r>
        <w:t>سب سے بڑا جو اس زمانے میں گورنمنٹ کا ڈیپارٹمنٹ ہوا کرتا تھا، وہ ایگریکلچر ہوتا تھا۔ وہ اس کو حوالے کر دیا، وہ قبول کر لیا انہوں نے۔</w:t>
      </w:r>
    </w:p>
    <w:p>
      <w:r>
        <w:rPr>
          <w:b/>
        </w:rPr>
        <w:t xml:space="preserve">[25:51] </w:t>
      </w:r>
      <w:r>
        <w:t>lekin Syed Qutb ne qabool nahi kiya. kyun? Syed Qutb is se bekhabar the ke is dunya mein jo nizam hai Allah taala ka, woh hai ke accept karo alternatives ko.</w:t>
      </w:r>
    </w:p>
    <w:p>
      <w:pPr>
        <w:jc w:val="right"/>
      </w:pPr>
      <w:r>
        <w:t>لیکن سید قطب نے قبول نہیں کیا۔ کیوں؟ سید قطب اس سے بے خبر تھے کہ اس دنیا میں جو نظام ہے اللہ تعالی کا، وہ ہے کہ ایکسیپٹ کرو الٹرنیٹوز کو۔</w:t>
      </w:r>
    </w:p>
    <w:p>
      <w:r>
        <w:rPr>
          <w:b/>
        </w:rPr>
        <w:t xml:space="preserve">[26:05] </w:t>
      </w:r>
      <w:r>
        <w:t>agar ek jagah tum ko mauqa nahi mil raha to alternative arrangement talash karo.</w:t>
      </w:r>
    </w:p>
    <w:p>
      <w:pPr>
        <w:jc w:val="right"/>
      </w:pPr>
      <w:r>
        <w:t>اگر ایک جگہ تم کو موقع نہیں مل رہا تو الٹرنیٹو ارینجمنٹ تلاش کرو۔</w:t>
      </w:r>
    </w:p>
    <w:p>
      <w:r>
        <w:rPr>
          <w:b/>
        </w:rPr>
        <w:t xml:space="preserve">[26:13] </w:t>
      </w:r>
      <w:r>
        <w:t>abhi ab aaj kal yahi ho raha hai ke har mulk mein musalman hukumaton se lad rahe hain khwamkhwah. un ke liye namuna hai Hazrat Yusuf hain jis ko Quran mein kaha tha asal al-qasas.</w:t>
      </w:r>
    </w:p>
    <w:p>
      <w:pPr>
        <w:jc w:val="right"/>
      </w:pPr>
      <w:r>
        <w:t>ابھی اب آج کل یہی ہو رہا ہے کہ ہر ملک میں مسلمان حکومتوں سے لڑ رہے ہیں خوامخواہ۔ ان کے لیے نمونہ ہے حضرت یوسف ہیں جس کو قرآن میں کہا تھا اصل القصص۔</w:t>
      </w:r>
    </w:p>
    <w:p>
      <w:r>
        <w:rPr>
          <w:b/>
        </w:rPr>
        <w:t xml:space="preserve">[26:28] </w:t>
      </w:r>
      <w:r>
        <w:t>yani Quran mein Hazrat Yusuf ke qisse ko asal al-qasas kaha gaya hai. yani best story. best story ka matlab kya hai? best method.</w:t>
      </w:r>
    </w:p>
    <w:p>
      <w:pPr>
        <w:jc w:val="right"/>
      </w:pPr>
      <w:r>
        <w:t>یعنی قرآن میں حضرت یوسف کے قصے کو اصل القصص کہا گیا ہے۔ یعنی بیسٹ سٹوری۔ بیسٹ سٹوری کا مطلب کیا ہے؟ بیسٹ میتھڈ۔</w:t>
      </w:r>
    </w:p>
    <w:p>
      <w:r>
        <w:rPr>
          <w:b/>
        </w:rPr>
        <w:t xml:space="preserve">[26:39] </w:t>
      </w:r>
      <w:r>
        <w:t>yeh qissa kahani nahi hai, best method hai. yeh</w:t>
      </w:r>
    </w:p>
    <w:p>
      <w:pPr>
        <w:jc w:val="right"/>
      </w:pPr>
      <w:r>
        <w:t>یہ قصہ کہانی نہیں ہے، بیسٹ میتھڈ ہے۔ یہ</w:t>
      </w:r>
    </w:p>
    <w:p>
      <w:r>
        <w:rPr>
          <w:b/>
        </w:rPr>
        <w:t xml:space="preserve">[26:42] </w:t>
      </w:r>
      <w:r>
        <w:t>best method kya hai? ke political field mein agar tum ko position nahi mil rahi hai to alternative field talash karo.</w:t>
      </w:r>
    </w:p>
    <w:p>
      <w:pPr>
        <w:jc w:val="right"/>
      </w:pPr>
      <w:r>
        <w:t>بیسٹ میتھڈ کیا ہے؟ کہ پولیٹیکل فیلڈ میں اگر تم کو پوزیشن نہیں مل رہی ہے تو الٹرنیٹو فیلڈ تلاش کرو۔</w:t>
      </w:r>
    </w:p>
    <w:p>
      <w:r>
        <w:rPr>
          <w:b/>
        </w:rPr>
        <w:t xml:space="preserve">[26:55] </w:t>
      </w:r>
      <w:r>
        <w:t>yani political field mein agar tum ko position nahi mil rahi hai to alternative field talash karo. wahan tum woh sab kuch pa loge jo political field mein tum ko nahi mil raha tha.</w:t>
      </w:r>
    </w:p>
    <w:p>
      <w:pPr>
        <w:jc w:val="right"/>
      </w:pPr>
      <w:r>
        <w:t>یعنی پولیٹیکل فیلڈ میں اگر تم کو پوزیشن نہیں مل رہی ہے تو الٹرنیٹو فیلڈ تلاش کرو۔ وہاں تم وہ سب کچھ پا لو گے جو پولیٹیکل فیلڈ میں تم کو نہیں مل رہا تھا۔</w:t>
      </w:r>
    </w:p>
    <w:p>
      <w:r>
        <w:rPr>
          <w:b/>
        </w:rPr>
        <w:t xml:space="preserve">[27:09] </w:t>
      </w:r>
      <w:r>
        <w:t>yeh hai best method.</w:t>
      </w:r>
    </w:p>
    <w:p>
      <w:pPr>
        <w:jc w:val="right"/>
      </w:pPr>
      <w:r>
        <w:t>یہ ہے بیسٹ میتھڈ۔</w:t>
      </w:r>
    </w:p>
    <w:p>
      <w:r>
        <w:rPr>
          <w:b/>
        </w:rPr>
        <w:t xml:space="preserve">[27:11] </w:t>
      </w:r>
      <w:r>
        <w:t>asal al-qasas ka matlab hai best method. lekin log woh is se bekhabar hain. har har jagah yeh best method available hai.</w:t>
      </w:r>
    </w:p>
    <w:p>
      <w:pPr>
        <w:jc w:val="right"/>
      </w:pPr>
      <w:r>
        <w:t>اصل القصص کا مطلب ہے بیسٹ میتھڈ۔ لیکن لوگ وہ اس سے بے خبر ہیں۔ ہر ہر جگہ یہ بیسٹ میتھڈ اویلیبل ہے۔</w:t>
      </w:r>
    </w:p>
    <w:p>
      <w:r>
        <w:rPr>
          <w:b/>
        </w:rPr>
        <w:t xml:space="preserve">[27:23] </w:t>
      </w:r>
      <w:r>
        <w:t>hum khud India mein yahi kar rahe hain. hamein koi shauq nahi ke hum minister banein, governor banein, president banein. hum ek ek aur alternative field maujood hai hamare liye, woh hum us ko ikhtiyar kar rak</w:t>
      </w:r>
    </w:p>
    <w:p>
      <w:pPr>
        <w:jc w:val="right"/>
      </w:pPr>
      <w:r>
        <w:t>ہم خود انڈیا میں یہی کر رہے ہیں۔ ہمیں کوئی شوق نہیں کہ ہم منسٹر بنیں، گورنر بنیں، پریزیڈنٹ بنیں۔ ہم ایک ایک اور الٹرنیٹو فیلڈ موجود ہے ہمارے لیے، وہ ہم اس کو اختیار کر رکھ</w:t>
      </w:r>
    </w:p>
    <w:p>
      <w:r>
        <w:rPr>
          <w:b/>
        </w:rPr>
        <w:t xml:space="preserve">[27:37] </w:t>
      </w:r>
      <w:r>
        <w:t>a hai. hamein na election se matlab hai, na member parliament banne ka shauq hai, na minister banne ka shauq hai. kyunke is hum ne is ko jana, is ko hum ne discover kiya ke yahan alternative field maujood hai.</w:t>
      </w:r>
    </w:p>
    <w:p>
      <w:pPr>
        <w:jc w:val="right"/>
      </w:pPr>
      <w:r>
        <w:t>ا ہے۔ ہمیں نہ الیکشن سے مطلب ہے، نہ ممبر پارلیمنٹ بننے کا شوق ہے، نہ منسٹر بننے کا شوق ہے۔ کیونکہ اس ہم نے اس کو جانا، اس کو ہم نے ڈسکور کیا کہ یہاں الٹرنیٹو فیلڈ موجود ہے۔</w:t>
      </w:r>
    </w:p>
    <w:p>
      <w:r>
        <w:rPr>
          <w:b/>
        </w:rPr>
        <w:t xml:space="preserve">[27:55] </w:t>
      </w:r>
      <w:r>
        <w:t>woh hai taleem ki field, dawat ki field. is mein hum kaam kar rahe hain.</w:t>
      </w:r>
    </w:p>
    <w:p>
      <w:pPr>
        <w:jc w:val="right"/>
      </w:pPr>
      <w:r>
        <w:t>وہ ہے تعلیم کی فیلڈ، دعوت کی فیلڈ۔ اس میں ہم کام کر رہے ہیں۔</w:t>
      </w:r>
    </w:p>
    <w:p>
      <w:r>
        <w:rPr>
          <w:b/>
        </w:rPr>
        <w:t xml:space="preserve">[28:03] </w:t>
      </w:r>
      <w:r>
        <w:t>to yeh yeh baat mein, yani kisi darje mein pehle bhi janta tha, lekin is bimari ke zamane mein mujhe bohat zyada is ko is ka gyan ho gaya.</w:t>
      </w:r>
    </w:p>
    <w:p>
      <w:pPr>
        <w:jc w:val="right"/>
      </w:pPr>
      <w:r>
        <w:t>تو یہ یہ بات میں، یعنی کسی درجے میں پہلے بھی جانتا تھا، لیکن اس بیماری کے زمانے میں مجھے بہت زیادہ اس کو اس کا گیان ہو گیا۔</w:t>
      </w:r>
    </w:p>
    <w:p>
      <w:r>
        <w:rPr>
          <w:b/>
        </w:rPr>
        <w:t xml:space="preserve">[28:13] </w:t>
      </w:r>
      <w:r>
        <w:t>bohat zyada samajh gaya ke yeh age age of alternatives hai. yeh mutabadilat ka daur hai. ek opportunity agar tum ko nahi mil rahi to is ke bohat numerous opportunities haan maujood hongi.</w:t>
      </w:r>
    </w:p>
    <w:p>
      <w:pPr>
        <w:jc w:val="right"/>
      </w:pPr>
      <w:r>
        <w:t>بہت زیادہ سمجھ گیا کہ یہ ایج ایج آف الٹرنیٹوز ہے۔ یہ متبادلات کا دور ہے۔ ایک اپرچونیٹی اگر تم کو نہیں مل رہی تو اس کے بہت نیوبریس اپرچونیٹیز ہاں موجود ہوں گی۔</w:t>
      </w:r>
    </w:p>
    <w:p>
      <w:r>
        <w:rPr>
          <w:b/>
        </w:rPr>
        <w:t xml:space="preserve">[28:29] </w:t>
      </w:r>
      <w:r>
        <w:t>wahan un ko daryaft karo aur us ko avail karo.</w:t>
      </w:r>
    </w:p>
    <w:p>
      <w:pPr>
        <w:jc w:val="right"/>
      </w:pPr>
      <w:r>
        <w:t>وہاں ان کو دریافت کرو اور اس کو اویل کرو۔</w:t>
      </w:r>
    </w:p>
    <w:p>
      <w:r>
        <w:rPr>
          <w:b/>
        </w:rPr>
        <w:t xml:space="preserve">[28:36] </w:t>
      </w:r>
      <w:r>
        <w:t>to yeh kitni bari baat hai jo is, yani in in 16 hafton mein mujhe daryaft hui.</w:t>
      </w:r>
    </w:p>
    <w:p>
      <w:pPr>
        <w:jc w:val="right"/>
      </w:pPr>
      <w:r>
        <w:t>تو یہ کتنی بڑی بات ہے جو اس، یعنی ان ان 16 ہفتوں میں مجھے دریافت ہوئی۔</w:t>
      </w:r>
    </w:p>
    <w:p>
      <w:r>
        <w:rPr>
          <w:b/>
        </w:rPr>
        <w:t xml:space="preserve">[28:47] </w:t>
      </w:r>
      <w:r>
        <w:t>main bistar pe hota tha aur sochta tha. bistar pe hota tha aur sochta tha.</w:t>
      </w:r>
    </w:p>
    <w:p>
      <w:pPr>
        <w:jc w:val="right"/>
      </w:pPr>
      <w:r>
        <w:t>میں بستر پہ ہوتا تھا اور سوچتا تھا۔ بستر پہ ہوتا تھا اور سوچتا تھا۔</w:t>
      </w:r>
    </w:p>
    <w:p>
      <w:r>
        <w:rPr>
          <w:b/>
        </w:rPr>
        <w:t xml:space="preserve">[28:55] </w:t>
      </w:r>
      <w:r>
        <w:t>ab shuru mein to mujhe ek ek tarah ka, yani woh aata tha ke main ek shair parha karta tha ke "ya aata yaad mujh ko guzra hua zamana, woh daaliyan chaman ki, woh mera aashiyana".</w:t>
      </w:r>
    </w:p>
    <w:p>
      <w:pPr>
        <w:jc w:val="right"/>
      </w:pPr>
      <w:r>
        <w:t>اب شروع میں تو مجھے ایک ایک طرح کا، یعنی وہ آتا تھا کہ میں ایک شعر پڑھا کرتا تھا کہ "یا آتا یاد مجھ کو گزرا ہوا زمانہ، وہ ڈالیاں چمن کی، وہ میرا آشیانہ"۔</w:t>
      </w:r>
    </w:p>
    <w:p>
      <w:r>
        <w:rPr>
          <w:b/>
        </w:rPr>
        <w:t xml:space="preserve">[29:10] </w:t>
      </w:r>
      <w:r>
        <w:t>yeh mera aashiyana tha, yeh chhin gaya tha mujh se aur 16 mahine tak chha raha. to yeh shair padhta tha, bed pe padha padha rehta tha.</w:t>
      </w:r>
    </w:p>
    <w:p>
      <w:pPr>
        <w:jc w:val="right"/>
      </w:pPr>
      <w:r>
        <w:t>یہ میرا آشیانہ تھا، یہ چھن گیا تھا مجھ سے اور 16 مہینے تک چھنا رہا۔ تو یہ شعر پڑھتا تھا، بیڈ پہ پڑھا پڑھا رہتا تھا۔</w:t>
      </w:r>
    </w:p>
    <w:p>
      <w:r>
        <w:rPr>
          <w:b/>
        </w:rPr>
        <w:t xml:space="preserve">[29:24] </w:t>
      </w:r>
      <w:r>
        <w:t>lekin is soch ne mujhe yahan tak pohanchaya.</w:t>
      </w:r>
    </w:p>
    <w:p>
      <w:pPr>
        <w:jc w:val="right"/>
      </w:pPr>
      <w:r>
        <w:t>لیکن اس سوچ نے مجھے یہاں تک پہنچایا۔</w:t>
      </w:r>
    </w:p>
    <w:p>
      <w:r>
        <w:rPr>
          <w:b/>
        </w:rPr>
        <w:t xml:space="preserve">[29:29] </w:t>
      </w:r>
      <w:r>
        <w:t>to main samajhta hoon ke sab se bari cheez insan ke liye soch hai. think, think, think. there must be a a better way.</w:t>
      </w:r>
    </w:p>
    <w:p>
      <w:pPr>
        <w:jc w:val="right"/>
      </w:pPr>
      <w:r>
        <w:t>تو میں سمجھتا ہوں کہ سب سے بڑی چیز انسان کے لیے سوچ ہے۔ تھنک، تھنک، تھنک۔ دیر مسٹ بی اے اے بیٹر وے۔</w:t>
      </w:r>
    </w:p>
    <w:p>
      <w:r>
        <w:rPr>
          <w:b/>
        </w:rPr>
        <w:t xml:space="preserve">[29:38] </w:t>
      </w:r>
      <w:r>
        <w:t>there must be an alternative.</w:t>
      </w:r>
    </w:p>
    <w:p>
      <w:pPr>
        <w:jc w:val="right"/>
      </w:pPr>
      <w:r>
        <w:t>دیر مسٹ بی این الٹرنیٹو۔</w:t>
      </w:r>
    </w:p>
    <w:p>
      <w:r>
        <w:rPr>
          <w:b/>
        </w:rPr>
        <w:t xml:space="preserve">[29:43] </w:t>
      </w:r>
      <w:r>
        <w:t>to zindagi mein kabhi yeh na samjhein, na samjhein ke koi rasta aap ka band ho gaya,</w:t>
      </w:r>
    </w:p>
    <w:p>
      <w:pPr>
        <w:jc w:val="right"/>
      </w:pPr>
      <w:r>
        <w:t>تو زندگی میں کبھی یہ نہ سمجھیں، نہ سمجھیں کہ کوئی راستہ آپ کا بند ہو گیا،</w:t>
      </w:r>
    </w:p>
    <w:p>
      <w:r>
        <w:rPr>
          <w:b/>
        </w:rPr>
        <w:t xml:space="preserve">[29:49] </w:t>
      </w:r>
      <w:r>
        <w:t>koi blind alley aa gayi, koi aap ko, aap ke liye kuch, us ko, us scope sab khatam ho gaya.</w:t>
      </w:r>
    </w:p>
    <w:p>
      <w:pPr>
        <w:jc w:val="right"/>
      </w:pPr>
      <w:r>
        <w:t>کوئی بلائنڈ علی آ گئی، کوئی آپ کو، آپ کے لیے کچھ، اس کو، اسکوپ سب ختم ہو گیا۔</w:t>
      </w:r>
    </w:p>
    <w:p>
      <w:r>
        <w:rPr>
          <w:b/>
        </w:rPr>
        <w:t xml:space="preserve">[29:59] </w:t>
      </w:r>
      <w:r>
        <w:t>kyunke yeh to dunya scope se bhari hui hai, opportunity se bhari hui hai, mawaqe se bhari hui hai. ek nahi to doosra, doosra nahi to teesra, teesra nahi to chautha.</w:t>
      </w:r>
    </w:p>
    <w:p>
      <w:pPr>
        <w:jc w:val="right"/>
      </w:pPr>
      <w:r>
        <w:t>کیونکہ یہ تو دنیا اسکوپ سے بھری ہوئی ہے، اپرچونیٹی سے بھری ہوئی ہے، مواقع سے بھری ہوئی ہے۔ ایک نہیں تو دوسرا، دوسرا نہیں تو تیسرا، تیسرا نہیں تو چوتھا۔</w:t>
      </w:r>
    </w:p>
    <w:p>
      <w:r>
        <w:rPr>
          <w:b/>
        </w:rPr>
        <w:t xml:space="preserve">[30:13] </w:t>
      </w:r>
      <w:r>
        <w:t>to in 16 hafton mein, in 16 hafton mein jis tarah se yeh hamara spiritual class barabar chalta raha, is se mujhe yeh discovery hui ke yeh zamana jo hai, age of alternatives ka zamana hai.</w:t>
      </w:r>
    </w:p>
    <w:p>
      <w:pPr>
        <w:jc w:val="right"/>
      </w:pPr>
      <w:r>
        <w:t>تو ان 16 ہفتوں میں، ان 16 ہفتوں میں جس طرح سے یہ ہمارا سپرچول کلاس برابر چلتا رہا، اس سے مجھے یہ ڈسکوری ہوئی کہ یہ زمانہ جو ہے، ایج آف الٹرنیٹوز کا زمانہ ہے۔</w:t>
      </w:r>
    </w:p>
    <w:p>
      <w:r>
        <w:rPr>
          <w:b/>
        </w:rPr>
        <w:t xml:space="preserve">[30:30] </w:t>
      </w:r>
      <w:r>
        <w:t>hamesha har jagah alternatives maujood hain,</w:t>
      </w:r>
    </w:p>
    <w:p>
      <w:pPr>
        <w:jc w:val="right"/>
      </w:pPr>
      <w:r>
        <w:t>ہمیشہ ہر جگہ الٹرنیٹوز موجود ہیں،</w:t>
      </w:r>
    </w:p>
    <w:p>
      <w:r>
        <w:rPr>
          <w:b/>
        </w:rPr>
        <w:t xml:space="preserve">[30:33] </w:t>
      </w:r>
      <w:r>
        <w:t>matlab mutabadil arrangement maujood hai har jagah. is ko talash karo.</w:t>
      </w:r>
    </w:p>
    <w:p>
      <w:pPr>
        <w:jc w:val="right"/>
      </w:pPr>
      <w:r>
        <w:t>مطلب متبادل ارینجمنٹ موجود ہے ہر جگہ۔ اس کو تلاش کرو۔</w:t>
      </w:r>
    </w:p>
    <w:p>
      <w:r>
        <w:rPr>
          <w:b/>
        </w:rPr>
        <w:t xml:space="preserve">[30:41] </w:t>
      </w:r>
      <w:r>
        <w:t>aur yeh yeh formula har jagah applicable hai. family mein, business mein, job mein, qaumi mamlaat mein, international mamlaat mein bhi.</w:t>
      </w:r>
    </w:p>
    <w:p>
      <w:pPr>
        <w:jc w:val="right"/>
      </w:pPr>
      <w:r>
        <w:t>اور یہ یہ فارمولا ہر جگہ ایپلیکیبل ہے۔ فیملی میں، بزنس میں، جاب میں، قومی معاملات میں، انٹرنیشنل معاملات میں بھی۔</w:t>
      </w:r>
    </w:p>
    <w:p>
      <w:r>
        <w:rPr>
          <w:b/>
        </w:rPr>
        <w:t xml:space="preserve">[30:56] </w:t>
      </w:r>
      <w:r>
        <w:t>yahan tak ke bhai ek auqat ke superpower ko bhi doosra koi option nahi hai.</w:t>
      </w:r>
    </w:p>
    <w:p>
      <w:pPr>
        <w:jc w:val="right"/>
      </w:pPr>
      <w:r>
        <w:t>یہاں تک کہ بھئی ایک اوقات کہ سپر پاور کو بھی دوسرا کوئی آپشن نہیں ہے۔</w:t>
      </w:r>
    </w:p>
    <w:p>
      <w:r>
        <w:rPr>
          <w:b/>
        </w:rPr>
        <w:t xml:space="preserve">[31:03] </w:t>
      </w:r>
      <w:r>
        <w:t>is ko ab yahi karna hai ke jahan ek jagah is ka mamla bigra to woh alternative talash kare. is ki misaal dekhiye, yeh hai</w:t>
      </w:r>
    </w:p>
    <w:p>
      <w:pPr>
        <w:jc w:val="right"/>
      </w:pPr>
      <w:r>
        <w:t>اس کو اب یہی کرنا ہے کہ جہاں ایک جگہ اس کا معاملہ بگڑا تو وہ الٹرنیٹو تلاش کرے۔ اس کی مثال دیکھیے، یہ ہے</w:t>
      </w:r>
    </w:p>
    <w:p>
      <w:r>
        <w:rPr>
          <w:b/>
        </w:rPr>
        <w:t xml:space="preserve">[31:14] </w:t>
      </w:r>
      <w:r>
        <w:t>ke America ko superpower samjha jata hai. America ko ikhtilaf paida hua</w:t>
      </w:r>
    </w:p>
    <w:p>
      <w:pPr>
        <w:jc w:val="right"/>
      </w:pPr>
      <w:r>
        <w:t>کہ امریکہ کو سپر پاور سمجھا جاتا ہے۔ امریکہ کو اختلاف پیدا ہوا</w:t>
      </w:r>
    </w:p>
    <w:p>
      <w:r>
        <w:rPr>
          <w:b/>
        </w:rPr>
        <w:t xml:space="preserve">[31:24] </w:t>
      </w:r>
      <w:r>
        <w:t>is se Iraq se. unhon ne samjha ke Iraq jo hai, woh support kar raha hai militanton ki, aur is ki wajah se 9/11 hua, aur is aur yeh bin laden ko support kar raha hai.</w:t>
      </w:r>
    </w:p>
    <w:p>
      <w:pPr>
        <w:jc w:val="right"/>
      </w:pPr>
      <w:r>
        <w:t>اس سے عراق سے۔ انہوں نے سمجھا کہ عراق جو ہے، وہ سپورٹ کر رہا ہے ملٹنٹوں کی، اور اس کی وجہ سے 9/11 ہوا، اور اس اور یہ بن لادن کو سپورٹ کر رہا ہے۔</w:t>
      </w:r>
    </w:p>
    <w:p>
      <w:r>
        <w:rPr>
          <w:b/>
        </w:rPr>
        <w:t xml:space="preserve">[31:40] </w:t>
      </w:r>
      <w:r>
        <w:t>to woh Iraq ke khilaf ho gaye, Iraq ko apna dushman samajh liya, aur bohat bari larai chiri.</w:t>
      </w:r>
    </w:p>
    <w:p>
      <w:pPr>
        <w:jc w:val="right"/>
      </w:pPr>
      <w:r>
        <w:t>تو وہ عراق کے خلاف ہو گئے، عراق کو اپنا دشمن سمجھ لیا، اور بہت بڑی لڑائی چھڑی۔</w:t>
      </w:r>
    </w:p>
    <w:p>
      <w:r>
        <w:rPr>
          <w:b/>
        </w:rPr>
        <w:t xml:space="preserve">[31:47] </w:t>
      </w:r>
      <w:r>
        <w:t>main samajhta hoon ke jo gulf war hui thi Saddam ke khilaf, Iraq ke khilaf, woh poori history ki sab se bari larai thi.</w:t>
      </w:r>
    </w:p>
    <w:p>
      <w:pPr>
        <w:jc w:val="right"/>
      </w:pPr>
      <w:r>
        <w:t>میں سمجھتا ہوں کہ جو گلف وار ہوئی تھی صدام کے خلاف، عراق کے خلاف، وہ پوری ہسٹری کی سب سے بڑی لڑائی تھی۔</w:t>
      </w:r>
    </w:p>
    <w:p>
      <w:r>
        <w:rPr>
          <w:b/>
        </w:rPr>
        <w:t xml:space="preserve">[31:58] </w:t>
      </w:r>
      <w:r>
        <w:t>lekin kya hua? abhi haal mein jo president, jo abhi jo jo sitting president hain, Barack Obama, us ne kaha ke yeh larai jo hamari thi, gulf war,</w:t>
      </w:r>
    </w:p>
    <w:p>
      <w:pPr>
        <w:jc w:val="right"/>
      </w:pPr>
      <w:r>
        <w:t>لیکن کیا ہوا؟ ابھی حال میں جو پریزیڈنٹ، جو ابھی جو جو سٹنگ پریزیڈنٹ ہیں، براک اوباما، اس نے کہا کہ یہ لڑائی جو ہماری تھی، گلف وار،</w:t>
      </w:r>
    </w:p>
    <w:p>
      <w:r>
        <w:rPr>
          <w:b/>
        </w:rPr>
        <w:t xml:space="preserve">[32:14] </w:t>
      </w:r>
      <w:r>
        <w:t>is ke liye woh lafz istemal kiya unhon ne, "unintended consequences", yani aise nateeje jo hum na chahte hon, paish aaye.</w:t>
      </w:r>
    </w:p>
    <w:p>
      <w:pPr>
        <w:jc w:val="right"/>
      </w:pPr>
      <w:r>
        <w:t>اس کے لیے وہ لفظ استعمال کیا انہوں نے، "ان انٹینڈڈ کانسیکونسز"، یعنی ایسے نتیجے جو ہم نہ چاہتے ہوں، پیش آئے۔</w:t>
      </w:r>
    </w:p>
    <w:p>
      <w:r>
        <w:rPr>
          <w:b/>
        </w:rPr>
        <w:t xml:space="preserve">[32:23] </w:t>
      </w:r>
      <w:r>
        <w:t>matlab ulta nateeja nikla.</w:t>
      </w:r>
    </w:p>
    <w:p>
      <w:pPr>
        <w:jc w:val="right"/>
      </w:pPr>
      <w:r>
        <w:t>مطلب الٹا نتیجہ نکلا۔</w:t>
      </w:r>
    </w:p>
    <w:p>
      <w:r>
        <w:rPr>
          <w:b/>
        </w:rPr>
        <w:t xml:space="preserve">[32:28] </w:t>
      </w:r>
      <w:r>
        <w:t>aur ajeeb ittefaq hai ke main ne jang shuru hone ke deid saal pehle Times of India mein ek interview diya tha. is mein yeh main ne likha tha, Bush jab sadar thay tab ke agar America ne Iraq ke khilaf larai chiri to is ka nateeja kya hoga?</w:t>
      </w:r>
    </w:p>
    <w:p>
      <w:pPr>
        <w:jc w:val="right"/>
      </w:pPr>
      <w:r>
        <w:t>اور عجیب اتفاق ہے کہ میں نے جنگ شروع ہونے کے ڈیڑھ سال پہلے ٹائمز آف انڈیا میں ایک انٹرویو دیا تھا۔ اس میں یہ میں نے لکھا تھا، بش جب صدر تھے تب کہ اگر امریکہ نے عراق کے خلاف لڑائی چھڑی تو اس کا نتیجہ کیا ہوگا؟</w:t>
      </w:r>
    </w:p>
    <w:p>
      <w:r>
        <w:rPr>
          <w:b/>
        </w:rPr>
        <w:t xml:space="preserve">[32:46] </w:t>
      </w:r>
      <w:r>
        <w:t>woh counter productive sabit hogi woh larai, aur wahi ho gaya.</w:t>
      </w:r>
    </w:p>
    <w:p>
      <w:pPr>
        <w:jc w:val="right"/>
      </w:pPr>
      <w:r>
        <w:t>وہ کاؤنٹر پروڈکٹو ثابت ہوگی وہ لڑائی، اور وہی ہو گیا۔</w:t>
      </w:r>
    </w:p>
    <w:p>
      <w:r>
        <w:rPr>
          <w:b/>
        </w:rPr>
        <w:t xml:space="preserve">[32:55] </w:t>
      </w:r>
      <w:r>
        <w:t>to America ke liye bhi koi doosra option nahi hai ke woh alternative talash kare. direct takrao se koi faida superpower ko bhi nahi ho sakta.</w:t>
      </w:r>
    </w:p>
    <w:p>
      <w:pPr>
        <w:jc w:val="right"/>
      </w:pPr>
      <w:r>
        <w:t>تو امریکہ کے لیے بھی کوئی دوسرا آپشن نہیں ہے کہ وہ الٹرنیٹو تلاش کرے۔ ڈائریکٹ ٹکراؤ سے کوئی فائدہ سپر پاور کو بھی نہیں ہو سکتا۔</w:t>
      </w:r>
    </w:p>
    <w:p>
      <w:r>
        <w:rPr>
          <w:b/>
        </w:rPr>
        <w:t xml:space="preserve">[33:06] </w:t>
      </w:r>
      <w:r>
        <w:t>to America ne agar alternative talash kiya hota to kai trillion dollar ki larai is tareeqe se be faida na hui hoti.</w:t>
      </w:r>
    </w:p>
    <w:p>
      <w:pPr>
        <w:jc w:val="right"/>
      </w:pPr>
      <w:r>
        <w:t>تو امریکہ نے اگر الٹرنیٹو تلاش کیا ہوتا تو کئی ٹریلین ڈالر کی لڑائی اس طریقے سے بے فائدہ نہ ہوئی ہوتی۔</w:t>
      </w:r>
    </w:p>
    <w:p>
      <w:r>
        <w:rPr>
          <w:b/>
        </w:rPr>
        <w:t xml:space="preserve">[33:16] </w:t>
      </w:r>
      <w:r>
        <w:t>isi area mein aaj superpower paida ho gaye.</w:t>
      </w:r>
    </w:p>
    <w:p>
      <w:pPr>
        <w:jc w:val="right"/>
      </w:pPr>
      <w:r>
        <w:t>اسی ایریا میں آج سپر پاور پیدا ہو گئے۔</w:t>
      </w:r>
    </w:p>
    <w:p>
      <w:r>
        <w:rPr>
          <w:b/>
        </w:rPr>
        <w:t xml:space="preserve">[33:24] </w:t>
      </w:r>
      <w:r>
        <w:t>abhi jo aap jante hain ke isi area mein jo jo ek naya wahan par nayi hukumat qaim ho gayi hai, ISIS to superpower yani Saddam se barh kar hai woh.</w:t>
      </w:r>
    </w:p>
    <w:p>
      <w:pPr>
        <w:jc w:val="right"/>
      </w:pPr>
      <w:r>
        <w:t>ابھی جو آپ جانتے ہیں کہ اسی ایریا میں جو جو ایک نیا وہاں پر نئی حکومت قائم ہو گئی ہے، آئی ایس آئی ایس جی تو سپر پاور یعنی صدام سے بڑھ کر ہے وہ۔</w:t>
      </w:r>
    </w:p>
    <w:p>
      <w:r>
        <w:rPr>
          <w:b/>
        </w:rPr>
        <w:t xml:space="preserve">[33:40] </w:t>
      </w:r>
      <w:r>
        <w:t>to dekhiye, chahe ek aam insan ho, chahe superpower ho, is dunya mein according to the nature, according to the law of nature, koi option is ke siwa nahi hai ke jab koi problem samne aaye to woh alternative talash kare.</w:t>
      </w:r>
    </w:p>
    <w:p>
      <w:pPr>
        <w:jc w:val="right"/>
      </w:pPr>
      <w:r>
        <w:t>تو دیکھیے، چاہے ایک عام انسان ہو، چاہے سپر پاور ہو، اس دنیا میں اکارڈنگ ٹو دا نیچر، اکارڈنگ ٹو دا لاء آف نیچر، کوئی آپشن اس کے سوا نہیں ہے کہ جب کوئی پرابلم سامنے آئے تو وہ الٹرنیٹو تلاش کرے۔</w:t>
      </w:r>
    </w:p>
    <w:p>
      <w:r>
        <w:rPr>
          <w:b/>
        </w:rPr>
        <w:t xml:space="preserve">[33:57] </w:t>
      </w:r>
      <w:r>
        <w:t>problem se na takraye.</w:t>
      </w:r>
    </w:p>
    <w:p>
      <w:pPr>
        <w:jc w:val="right"/>
      </w:pPr>
      <w:r>
        <w:t>پرابلم سے نہ ٹکرائے۔</w:t>
      </w:r>
    </w:p>
    <w:p>
      <w:r>
        <w:rPr>
          <w:b/>
        </w:rPr>
        <w:t xml:space="preserve">[34:03] </w:t>
      </w:r>
      <w:r>
        <w:t>aam taur par jaldi se log problems ladne lagte hain, is se takrane lagte hain, aur phir aakhir mein kya hota hai? fail hote hain kyunke woh law of nature ke khilaf hai.</w:t>
      </w:r>
    </w:p>
    <w:p>
      <w:pPr>
        <w:jc w:val="right"/>
      </w:pPr>
      <w:r>
        <w:t>عام طور پر جلدی سے لوگ پرابلمز لڑنے لگتے ہیں، اس سے ٹکرانے لگتے ہیں، اور پھر آخر میں کیا ہوتا ہے؟ فیل ہوتے ہیں کیونکہ وہ لاء آف نیچر کے خلاف ہے۔</w:t>
      </w:r>
    </w:p>
    <w:p>
      <w:r>
        <w:rPr>
          <w:b/>
        </w:rPr>
        <w:t xml:space="preserve">[34:18] </w:t>
      </w:r>
      <w:r>
        <w:t>to main apni study se, apne experience se jo main ne samjha hai, woh yeh hai ke zindagi mein jab bhi koi samsya, koi problem aaye to is se takrao mat kijiye,</w:t>
      </w:r>
    </w:p>
    <w:p>
      <w:pPr>
        <w:jc w:val="right"/>
      </w:pPr>
      <w:r>
        <w:t>تو میں اپنی سٹڈی سے، اپنے ایکسپیرینس سے جو میں نے سمجھا ہے، وہ یہ ہے کہ زندگی میں جب بھی کوئی سمسیا، کوئی پرابلم آئے تو اس سے ٹکراؤ مت کیجئے،</w:t>
      </w:r>
    </w:p>
    <w:p>
      <w:r>
        <w:rPr>
          <w:b/>
        </w:rPr>
        <w:t xml:space="preserve">[34:34] </w:t>
      </w:r>
      <w:r>
        <w:t>balke alternative, alternative talash kijiye, mutabadil talash kijiye. yeh formula itna zyada aam hai ke ek aam aadmi ke liye bhi hai aur superpower ke liye bhi hai.</w:t>
      </w:r>
    </w:p>
    <w:p>
      <w:pPr>
        <w:jc w:val="right"/>
      </w:pPr>
      <w:r>
        <w:t>بلکہ الٹرنیٹو، الٹرنیٹو تلاش کیجئے، متبادل تلاش کیجئے۔ یہ فارمولا اتنا زیادہ عام ہے کہ ایک عام آدمی کے لیے بھی ہے اور سپر پاور کے لیے بھی ہے۔</w:t>
      </w:r>
    </w:p>
    <w:p>
      <w:r>
        <w:rPr>
          <w:b/>
        </w:rPr>
        <w:t xml:space="preserve">[34:47] </w:t>
      </w:r>
      <w:r>
        <w:t>jo is ke khilaaf chalay ga, us ko is dunya mein success nahi milay gi.</w:t>
      </w:r>
    </w:p>
    <w:p>
      <w:pPr>
        <w:jc w:val="right"/>
      </w:pPr>
      <w:r>
        <w:t>جو اس کے خلاف چلے گا، اس کو اس دنیا میں سکسیس نہیں ملے گی۔</w:t>
      </w:r>
    </w:p>
    <w:p>
      <w:r>
        <w:rPr>
          <w:b/>
        </w:rPr>
        <w:t xml:space="preserve">[35:00] </w:t>
      </w:r>
      <w:r>
        <w:t>jahan jahan hum is waqt larh rahay hain, sab ka yeh mamla hai jaise sab se bara case Palestine ka case hai.</w:t>
      </w:r>
    </w:p>
    <w:p>
      <w:pPr>
        <w:jc w:val="right"/>
      </w:pPr>
      <w:r>
        <w:t>جہاں جہاں ہم اس وقت لڑ رہے ہیں، سب کا یہ معاملہ ہے جیسے سب سے بڑا کیس پیلسٹائن کا کیس ہے۔</w:t>
      </w:r>
    </w:p>
    <w:p>
      <w:r>
        <w:rPr>
          <w:b/>
        </w:rPr>
        <w:t xml:space="preserve">[35:07] </w:t>
      </w:r>
      <w:r>
        <w:t>sab se bara case ke 1948 mein wahan par Israel ki government qaim ho gayi Palestine ke aadhe hissay par.</w:t>
      </w:r>
    </w:p>
    <w:p>
      <w:pPr>
        <w:jc w:val="right"/>
      </w:pPr>
      <w:r>
        <w:t>سب سے بڑا کیس کہ 1948 میں وہاں پر اسرائیل کی گورنمنٹ قائم ہو گئی پیلسٹائن کے آدھے حصے پر۔</w:t>
      </w:r>
    </w:p>
    <w:p>
      <w:r>
        <w:rPr>
          <w:b/>
        </w:rPr>
        <w:t xml:space="preserve">[35:17] </w:t>
      </w:r>
      <w:r>
        <w:t>yani roughly aadha hissa Israel ke paas tha, aadha hissa Arabon ke paas tha. lekin Arabon ne kya kiya?</w:t>
      </w:r>
    </w:p>
    <w:p>
      <w:pPr>
        <w:jc w:val="right"/>
      </w:pPr>
      <w:r>
        <w:t>یعنی رفلی آدھا حصہ اسرائیل کے پاس تھا، آدھا حصہ عربوں کے پاس تھا۔ لیکن عربوں نے کیا کیا؟</w:t>
      </w:r>
    </w:p>
    <w:p>
      <w:r>
        <w:rPr>
          <w:b/>
        </w:rPr>
        <w:t xml:space="preserve">[35:26] </w:t>
      </w:r>
      <w:r>
        <w:t>larh gaye, woh larh gaye Israel se. aur aaj kya hai ke un ke paas kuch bhi nahi hai.</w:t>
      </w:r>
    </w:p>
    <w:p>
      <w:pPr>
        <w:jc w:val="right"/>
      </w:pPr>
      <w:r>
        <w:t>لڑ گئے، وہ لڑ گئے اسرائیل سے۔ اور آج کیا ہے کہ ان کے پاس کچھ بھی نہیں ہے۔</w:t>
      </w:r>
    </w:p>
    <w:p>
      <w:r>
        <w:rPr>
          <w:b/>
        </w:rPr>
        <w:t xml:space="preserve">[35:34] </w:t>
      </w:r>
      <w:r>
        <w:t>do gaon hain, samjhen un ke paas sab chhin gaya. to Arabon ko bhi yeh karna chahiye tha ke woh alternative talash karen.</w:t>
      </w:r>
    </w:p>
    <w:p>
      <w:pPr>
        <w:jc w:val="right"/>
      </w:pPr>
      <w:r>
        <w:t>دو گاؤں ہیں، سمجھیں ان کے پاس سب چھن گیا۔ تو عربوں کو بھی یہ کرنا چاہیے تھا کہ وہ الٹرنیٹو تلاش کریں۔</w:t>
      </w:r>
    </w:p>
    <w:p>
      <w:r>
        <w:rPr>
          <w:b/>
        </w:rPr>
        <w:t xml:space="preserve">[35:43] </w:t>
      </w:r>
      <w:r>
        <w:t>yani by force wordt ka alternative unhon ne talash karna chahiye tha.</w:t>
      </w:r>
    </w:p>
    <w:p>
      <w:pPr>
        <w:jc w:val="right"/>
      </w:pPr>
      <w:r>
        <w:t>یعنی بال فور ورڈٹ کا الٹرنیٹو انہوں نے تلاش کرنا چاہیے تھا۔</w:t>
      </w:r>
    </w:p>
    <w:p>
      <w:r>
        <w:rPr>
          <w:b/>
        </w:rPr>
        <w:t xml:space="preserve">[35:50] </w:t>
      </w:r>
      <w:r>
        <w:t>woh kehta jo peaceful jo daire hain, maslan education, maslan da'wah work, maslan industry, maslan social development, yeh sab mein kaam karte hain.</w:t>
      </w:r>
    </w:p>
    <w:p>
      <w:pPr>
        <w:jc w:val="right"/>
      </w:pPr>
      <w:r>
        <w:t>وہ کہتا جو پیس فل جو دائرے ہیں، مثلاً ایجوکیشن، مثلاً داؤ ورک، مثلاً انڈسٹری، مثلاً سوشل ڈیولپمنٹ، یہ سب میں کام کرتے ہیں۔</w:t>
      </w:r>
    </w:p>
    <w:p>
      <w:r>
        <w:rPr>
          <w:b/>
        </w:rPr>
        <w:t xml:space="preserve">[36:04] </w:t>
      </w:r>
      <w:r>
        <w:t>woh to aaj aik taraqqi yafta, aaj aik developed Palestine hota wahan par, lekin ab kuch bhi nahi hai.</w:t>
      </w:r>
    </w:p>
    <w:p>
      <w:pPr>
        <w:jc w:val="right"/>
      </w:pPr>
      <w:r>
        <w:t>وہ تو آج ایک ترقی یافتہ، آج ایک ڈیولپ پیلسٹائن ہوتا وہاں پر، لیکن اب کچھ بھی نہیں ہے۔</w:t>
      </w:r>
    </w:p>
    <w:p>
      <w:r>
        <w:rPr>
          <w:b/>
        </w:rPr>
        <w:t xml:space="preserve">[36:18] </w:t>
      </w:r>
      <w:r>
        <w:t>to yeh bohat bara lesson jo hai, jo mujhe mila hai. pehle bhi main is ko janta tha, lekin ab bohat ziyada is ko main samajh paya</w:t>
      </w:r>
    </w:p>
    <w:p>
      <w:pPr>
        <w:jc w:val="right"/>
      </w:pPr>
      <w:r>
        <w:t>تو یہ بہت بڑا لیسن جو ہے، جو مجھے ملا ہے۔ پہلے بھی میں اس کو جانتا تھا، لیکن اب بہت زیادہ اس کو میں سمجھ پایا</w:t>
      </w:r>
    </w:p>
    <w:p>
      <w:r>
        <w:rPr>
          <w:b/>
        </w:rPr>
        <w:t xml:space="preserve">[36:31] </w:t>
      </w:r>
      <w:r>
        <w:t>ke life is full of alternatives. aur yeh zamana jo hai, age of alternative keh sakte hain is ko, yani mutabadilat ka zamana.</w:t>
      </w:r>
    </w:p>
    <w:p>
      <w:pPr>
        <w:jc w:val="right"/>
      </w:pPr>
      <w:r>
        <w:t>کہ لائف از فل آف الٹرنیٹوز۔ اور یہ زمانہ جو ہے، ایج آف الٹرنیٹو کہہ سکتے ہیں اس کو، یعنی متبادلات کا زمانہ۔</w:t>
      </w:r>
    </w:p>
    <w:p>
      <w:r>
        <w:rPr>
          <w:b/>
        </w:rPr>
        <w:t xml:space="preserve">[36:44] </w:t>
      </w:r>
      <w:r>
        <w:t>to kabhi bhi aap aisa mat kijiye ke kisi problem se aap dochar hon to larhai se shuru kar dein.</w:t>
      </w:r>
    </w:p>
    <w:p>
      <w:pPr>
        <w:jc w:val="right"/>
      </w:pPr>
      <w:r>
        <w:t>تو کبھی بھی آپ ایسا مت کیجئے کہ کسی پرابلم سے آپ دوچار ہوں تو لڑائی سے شروع کر دیں۔</w:t>
      </w:r>
    </w:p>
    <w:p>
      <w:r>
        <w:rPr>
          <w:b/>
        </w:rPr>
        <w:t xml:space="preserve">[36:54] </w:t>
      </w:r>
      <w:r>
        <w:t>nahi, alternative talash kijiye. khud creator ne yeh kiya ke maidaani ilaaqa hai, barish ki shakal mein pani aata hai.</w:t>
      </w:r>
    </w:p>
    <w:p>
      <w:pPr>
        <w:jc w:val="right"/>
      </w:pPr>
      <w:r>
        <w:t>نہیں، الٹرنیٹو تلاش کیجئے۔ خود کریٹر نے یہ کیا کہ میدانی علاقہ ہے، بارش کی شکل میں پانی آتا ہے۔</w:t>
      </w:r>
    </w:p>
    <w:p>
      <w:r>
        <w:rPr>
          <w:b/>
        </w:rPr>
        <w:t xml:space="preserve">[37:07] </w:t>
      </w:r>
      <w:r>
        <w:t>to creator ne yeh kiya ke pahaari ilaaqa mein is ko east of all ki shakal mein badal diya.</w:t>
      </w:r>
    </w:p>
    <w:p>
      <w:pPr>
        <w:jc w:val="right"/>
      </w:pPr>
      <w:r>
        <w:t>تو کریٹر نے یہ کیا کہ پہاڑی علاقہ میں اس کو ایسٹ اف آل کی شکل میں بدل دیا۔</w:t>
      </w:r>
    </w:p>
    <w:p>
      <w:r>
        <w:rPr>
          <w:b/>
        </w:rPr>
        <w:t xml:space="preserve">[37:14] </w:t>
      </w:r>
      <w:r>
        <w:t>to khud nature bhi alternative ikhtiyar karti hai dunya mein. to kaise koi aisa kar sakta hai? kya ke doosra koi rasta ikhtiyar kare, kamyab ho?</w:t>
      </w:r>
    </w:p>
    <w:p>
      <w:pPr>
        <w:jc w:val="right"/>
      </w:pPr>
      <w:r>
        <w:t>تو خود نیچر بھی الٹرنیٹو اختیار کرتی ہے دنیا میں۔ تو کیسے کوئی ایسا کر سکتا ہے؟ کیا کہ دوسرا کوئی راستہ اختیار کرے، کامیاب ہو؟</w:t>
      </w:r>
    </w:p>
    <w:p>
      <w:r>
        <w:rPr>
          <w:b/>
        </w:rPr>
        <w:t xml:space="preserve">[37:30] </w:t>
      </w:r>
      <w:r>
        <w:t>to peace hamesha hi alternative rahay ga aap ke liye. jang koi option nahi hai. jang koi option nahi hai.</w:t>
      </w:r>
    </w:p>
    <w:p>
      <w:pPr>
        <w:jc w:val="right"/>
      </w:pPr>
      <w:r>
        <w:t>تو پیس ہمیشہ ہی الٹرنیٹو رہے گا آپ کے لیے۔ جنگ کوئی آپشن نہیں ہے۔ جنگ کوئی آپشن نہیں ہے۔</w:t>
      </w:r>
    </w:p>
    <w:p>
      <w:r>
        <w:rPr>
          <w:b/>
        </w:rPr>
        <w:t xml:space="preserve">[37:41] </w:t>
      </w:r>
      <w:r>
        <w:t>Rasool Allah Sal Allahu Alaihi Wasallam ke zamane mein dekhiye,</w:t>
      </w:r>
    </w:p>
    <w:p>
      <w:pPr>
        <w:jc w:val="right"/>
      </w:pPr>
      <w:r>
        <w:t>رسول اللہ صلی اللہ علیہ وسلم کے زمانے میں دیکھیے،</w:t>
      </w:r>
    </w:p>
    <w:p>
      <w:r>
        <w:rPr>
          <w:b/>
        </w:rPr>
        <w:t xml:space="preserve">[37:48] </w:t>
      </w:r>
      <w:r>
        <w:t>log kehte hain ke Islam violence ka mazhab hai. yeh bilkul galat hai. Islam alternatives ko istemal karne ka mazhab hai. Islam jo hai, mutabadil ko istemal karne ka mazhab hai,</w:t>
      </w:r>
    </w:p>
    <w:p>
      <w:pPr>
        <w:jc w:val="right"/>
      </w:pPr>
      <w:r>
        <w:t>لوگ کہتے ہیں کہ اسلام وائنس کا مذہب ہے۔ یہ بالکل غلط ہے۔ اسلام الٹرنیٹوز کو استعمال کرنے کا مذہب ہے۔ اسلام جو ہے، متبادل کو ان استعمال کرنے کا مذہب ہے،</w:t>
      </w:r>
    </w:p>
    <w:p>
      <w:r>
        <w:rPr>
          <w:b/>
        </w:rPr>
        <w:t xml:space="preserve">[38:05] </w:t>
      </w:r>
      <w:r>
        <w:t>jang ka mazhab nahi hai.</w:t>
      </w:r>
    </w:p>
    <w:p>
      <w:pPr>
        <w:jc w:val="right"/>
      </w:pPr>
      <w:r>
        <w:t>جنگ کا مذہب نہیں ہے۔</w:t>
      </w:r>
    </w:p>
    <w:p>
      <w:r>
        <w:rPr>
          <w:b/>
        </w:rPr>
        <w:t xml:space="preserve">[38:09] </w:t>
      </w:r>
      <w:r>
        <w:t>yani kitabon mein khwamkhwah 85 ghazwat likhte hain. kahan 85 ghazwat hain? kahan hain woh? yeh kitabon mein galat tasweer di gayi hai.</w:t>
      </w:r>
    </w:p>
    <w:p>
      <w:pPr>
        <w:jc w:val="right"/>
      </w:pPr>
      <w:r>
        <w:t>یعنی کتابوں میں خوامخواہ 85 غزوات لکھتے ہیں۔ کہاں 85 غزوات ہیں؟ کہاں ہیں وہ؟ یہ کتابوں میں غلط تصویر دی گئی ہے۔</w:t>
      </w:r>
    </w:p>
    <w:p>
      <w:r>
        <w:rPr>
          <w:b/>
        </w:rPr>
        <w:t xml:space="preserve">[38:20] </w:t>
      </w:r>
      <w:r>
        <w:t>isay log samajhte hain ke Rasool Allah ghazwa karte rahay. to 85 ghazwa kahan hua? Rasool Allah ne hamesha alternative talash kiya.</w:t>
      </w:r>
    </w:p>
    <w:p>
      <w:pPr>
        <w:jc w:val="right"/>
      </w:pPr>
      <w:r>
        <w:t>اسے لوگ سمجھتے ہیں کہ رسول اللہ غزوہ کرتے رہے۔ تو 85 غزوہ کہاں ہوا؟ رسول اللہ نے ہمیشہ الٹرنیٹو تلاش کیا۔</w:t>
      </w:r>
    </w:p>
    <w:p>
      <w:r>
        <w:rPr>
          <w:b/>
        </w:rPr>
        <w:t xml:space="preserve">[38:30] </w:t>
      </w:r>
      <w:r>
        <w:t>maslan dekhiye, Makkah se jab aap ko</w:t>
      </w:r>
    </w:p>
    <w:p>
      <w:pPr>
        <w:jc w:val="right"/>
      </w:pPr>
      <w:r>
        <w:t>مثلاً دیکھیے، مکہ سے جب آپ کو</w:t>
      </w:r>
    </w:p>
    <w:p>
      <w:r>
        <w:rPr>
          <w:b/>
        </w:rPr>
        <w:t xml:space="preserve">[38:38] </w:t>
      </w:r>
      <w:r>
        <w:t>yani nikalne ka faisla kiya in logon ne to aik shakal yeh thi ke aap larte ke Makkah hamara watan hai, hamara haq hai, hum rahen ge, hum laren ge, hum kyun jayen chhod kar ke?</w:t>
      </w:r>
    </w:p>
    <w:p>
      <w:pPr>
        <w:jc w:val="right"/>
      </w:pPr>
      <w:r>
        <w:t>یعنی نکالنے کا فیصلہ کیا ان لوگوں نے تو ایک شکل یہ تھی کہ آپ لڑتے کہ مکہ ہمارا وطن ہے، ہمارا حق ہے، ہم رہیں گے، ہم لڑیں گے، ہم کیوں جائیں چھوڑ کر کے؟</w:t>
      </w:r>
    </w:p>
    <w:p>
      <w:r>
        <w:rPr>
          <w:b/>
        </w:rPr>
        <w:t xml:space="preserve">[38:50] </w:t>
      </w:r>
      <w:r>
        <w:t>nahi, aap ne mutabadil talash kiya. alternative kya thi? hijrat. to hijrat was an alternative.</w:t>
      </w:r>
    </w:p>
    <w:p>
      <w:pPr>
        <w:jc w:val="right"/>
      </w:pPr>
      <w:r>
        <w:t>نہیں، آپ نے متبادل تلاش کیا۔ الٹرنیٹو کیا تھی؟ ہجرت۔ تو ہجرت واز این الٹرنیٹو۔</w:t>
      </w:r>
    </w:p>
    <w:p>
      <w:r>
        <w:rPr>
          <w:b/>
        </w:rPr>
        <w:t xml:space="preserve">[39:00] </w:t>
      </w:r>
      <w:r>
        <w:t>jo Makkah se Madinah ki taraf hijrat hai, aap ne aap ne kiya? woh kya hui? yahi to tha, woh alternative tha, woh mutabadil tha.</w:t>
      </w:r>
    </w:p>
    <w:p>
      <w:pPr>
        <w:jc w:val="right"/>
      </w:pPr>
      <w:r>
        <w:t>جو مکہ سے مدینہ کی طرف ہجرت ہے، آپ نے آپ نے کیا؟ وہ کیا ہوئی؟ یہی تو تھا، وہ الٹرنیٹو تھا، وہ متبادل تھا۔</w:t>
      </w:r>
    </w:p>
    <w:p>
      <w:r>
        <w:rPr>
          <w:b/>
        </w:rPr>
        <w:t xml:space="preserve">[39:08] </w:t>
      </w:r>
      <w:r>
        <w:t>woh aise hi dekhiye, ghazwa e khandaq mein 12 hazar ki tadad wahan fouj ki pahunch gayi thi madine ke bahar.</w:t>
      </w:r>
    </w:p>
    <w:p>
      <w:pPr>
        <w:jc w:val="right"/>
      </w:pPr>
      <w:r>
        <w:t>وہ ایسے ہی دیکھیے، غزوہ خندق میں 12 ہزار کی تعداد وہاں فوج کی پہنچ گئی تھی مدینے کے باہر۔</w:t>
      </w:r>
    </w:p>
    <w:p>
      <w:r>
        <w:rPr>
          <w:b/>
        </w:rPr>
        <w:t xml:space="preserve">[39:22] </w:t>
      </w:r>
      <w:r>
        <w:t>lekin aap ne kya kiya?</w:t>
      </w:r>
    </w:p>
    <w:p>
      <w:pPr>
        <w:jc w:val="right"/>
      </w:pPr>
      <w:r>
        <w:t>لیکن آپ نے کیا کیا؟</w:t>
      </w:r>
    </w:p>
    <w:p>
      <w:r>
        <w:rPr>
          <w:b/>
        </w:rPr>
        <w:t xml:space="preserve">[39:24] </w:t>
      </w:r>
      <w:r>
        <w:t>jab ke aap ko pata chala ke 12 hazar ka lashkar aa raha hai to aap ne foran yeh kiya ke khandaq khod khodne ka faisla kiya.</w:t>
      </w:r>
    </w:p>
    <w:p>
      <w:pPr>
        <w:jc w:val="right"/>
      </w:pPr>
      <w:r>
        <w:t>جب کہ آپ کو پتہ چلا کہ 12 ہزار کا لشکر آ رہا ہے تو آپ نے فوراً یہ کیا کہ خندق کھود کھودنے کا فیصلہ کیا۔</w:t>
      </w:r>
    </w:p>
    <w:p>
      <w:r>
        <w:rPr>
          <w:b/>
        </w:rPr>
        <w:t xml:space="preserve">[39:34] </w:t>
      </w:r>
      <w:r>
        <w:t>khandaq waz trench. to madina teen taraf se ghira hua tha. teen taraf se is mein penetration nahi ho sakta tha. ek taraf khula tha.</w:t>
      </w:r>
    </w:p>
    <w:p>
      <w:pPr>
        <w:jc w:val="right"/>
      </w:pPr>
      <w:r>
        <w:t>خندق واز ٹرینچ۔ تو مدینہ تین طرف سے گھرا ہوا تھا۔ تین طرف سے اس میں پینٹریشن نہیں ہو سکتا تھا۔ ایک طرف کھلا تھا۔</w:t>
      </w:r>
    </w:p>
    <w:p>
      <w:r>
        <w:rPr>
          <w:b/>
        </w:rPr>
        <w:t xml:space="preserve">[39:45] </w:t>
      </w:r>
      <w:r>
        <w:t>to jidhar khula tha, udhar aap ne trench khodi. trench khodi. aap trench ka mat</w:t>
      </w:r>
    </w:p>
    <w:p>
      <w:pPr>
        <w:jc w:val="right"/>
      </w:pPr>
      <w:r>
        <w:t>تو جدھر کھلا تھا، ادھر آپ نے ٹرینچ کھودی۔ ٹرینچ کھودی۔ آپ ٹرینچ کا مط</w:t>
      </w:r>
    </w:p>
    <w:p>
      <w:r>
        <w:rPr>
          <w:b/>
        </w:rPr>
        <w:t xml:space="preserve">[39:53] </w:t>
      </w:r>
      <w:r>
        <w:t>lub kya tha? buffer. yaani apne aur us lashkar ke beech mein aap ne buffer qaim kar diya. to buffer kya tha? alternative tha.</w:t>
      </w:r>
    </w:p>
    <w:p>
      <w:pPr>
        <w:jc w:val="right"/>
      </w:pPr>
      <w:r>
        <w:t>لب کیا تھا؟ بفر۔ یعنی اپنے اور اس لشکر کے بیچ میں آپ نے بفر قائم کر دیا۔ تو بفر کیا تھا؟ الٹرنیٹو تھا۔</w:t>
      </w:r>
    </w:p>
    <w:p>
      <w:r>
        <w:rPr>
          <w:b/>
        </w:rPr>
        <w:t xml:space="preserve">[40:03] </w:t>
      </w:r>
      <w:r>
        <w:t>agar ladte to aap ne sawal nuqsan ka kuch na hota. to aap ne ladai ka alternative talash kiya. woh tha buffer.</w:t>
      </w:r>
    </w:p>
    <w:p>
      <w:pPr>
        <w:jc w:val="right"/>
      </w:pPr>
      <w:r>
        <w:t>اگر لڑتے تو آپ نے سوال نقصان کا کچھ نہ ہوتا۔ تو آپ نے لڑائی کا الٹرنیٹو تلاش کیا۔ وہ تھا بفر۔</w:t>
      </w:r>
    </w:p>
    <w:p>
      <w:r>
        <w:rPr>
          <w:b/>
        </w:rPr>
        <w:t xml:space="preserve">[40:13] </w:t>
      </w:r>
      <w:r>
        <w:t>yaani trench. trench jo khodi aap ne, woh buffer tha.</w:t>
      </w:r>
    </w:p>
    <w:p>
      <w:pPr>
        <w:jc w:val="right"/>
      </w:pPr>
      <w:r>
        <w:t>یعنی ٹرینچ۔ ٹرینچ جو کھودی آپ نے، وہ بفر تھا۔</w:t>
      </w:r>
    </w:p>
    <w:p>
      <w:r>
        <w:rPr>
          <w:b/>
        </w:rPr>
        <w:t xml:space="preserve">[40:21] </w:t>
      </w:r>
      <w:r>
        <w:t>aise hi tamam har baar jab aap ke jo opposite party thi, unhon ne aap ko ladai mein uljhana chaha, lekin hamesha aap ne alternative talash kiya.</w:t>
      </w:r>
    </w:p>
    <w:p>
      <w:pPr>
        <w:jc w:val="right"/>
      </w:pPr>
      <w:r>
        <w:t>ایسے ہی تمام ہر بار جب آپ کے جو اپوزٹ پارٹی تھی، انہوں نے آپ کو لڑائی میں الجھانا چاہا، لیکن ہمیشہ آپ نے الٹرنیٹو تلاش کیا۔</w:t>
      </w:r>
    </w:p>
    <w:p>
      <w:r>
        <w:rPr>
          <w:b/>
        </w:rPr>
        <w:t xml:space="preserve">[40:33] </w:t>
      </w:r>
      <w:r>
        <w:t>jaise hudaybiya ka qissa lijiye, aap madina se chale makkah jaane ke liye. aap ka irada tha ke wahan ja kar chand din rahen, umrah karen, phir wapas chale jayen.</w:t>
      </w:r>
    </w:p>
    <w:p>
      <w:pPr>
        <w:jc w:val="right"/>
      </w:pPr>
      <w:r>
        <w:t>جیسے حدیبیہ کا قصہ لیجئے، آپ مدینہ سے چلے مکہ جانے کے لیے۔ آپ کا ارادہ تھا کہ وہاں جا کر چند دن رہیں، عمرہ کریں، پھر واپس چلے جائیں۔</w:t>
      </w:r>
    </w:p>
    <w:p>
      <w:r>
        <w:rPr>
          <w:b/>
        </w:rPr>
        <w:t xml:space="preserve">[40:48] </w:t>
      </w:r>
      <w:r>
        <w:t>to hudaybiya ke maqam par quraish ke leader aaye, unhon ne roka aap ko ke hum nahi jaane denge aap ko. to woh kya thi?</w:t>
      </w:r>
    </w:p>
    <w:p>
      <w:pPr>
        <w:jc w:val="right"/>
      </w:pPr>
      <w:r>
        <w:t>تو حدیبیہ کے مقام پر قریش کے لیڈر آئے، انہوں نے روکا آپ کو کہ ہم نہیں جانے دیں گے آپ کو۔ تو وہ کیا تھی؟</w:t>
      </w:r>
    </w:p>
    <w:p>
      <w:r>
        <w:rPr>
          <w:b/>
        </w:rPr>
        <w:t xml:space="preserve">[40:57] </w:t>
      </w:r>
      <w:r>
        <w:t>ek jang ki soorat-e-haal thi, jang ki situation thi ke aap aage badhenge to ladai hogi aap se. to aap ne kya kiya?</w:t>
      </w:r>
    </w:p>
    <w:p>
      <w:pPr>
        <w:jc w:val="right"/>
      </w:pPr>
      <w:r>
        <w:t>ایک جنگ کی صورتحال تھی، جنگ کی سچوئیشن تھی کہ آپ آگے بڑھیں گے تو لڑائی ہوگی آپ سے۔ تو آپ نے کیا کیا؟</w:t>
      </w:r>
    </w:p>
    <w:p>
      <w:r>
        <w:rPr>
          <w:b/>
        </w:rPr>
        <w:t xml:space="preserve">[41:08] </w:t>
      </w:r>
      <w:r>
        <w:t>aage na badh kar ke aap ne negotiation shuru kar di. hudaybiya ke aage, hudaybiya mein padao daal diya</w:t>
      </w:r>
    </w:p>
    <w:p>
      <w:pPr>
        <w:jc w:val="right"/>
      </w:pPr>
      <w:r>
        <w:t>آگے نہ بڑھ کر کے آپ نے نیگوشی ایشن شروع کر دیا۔ حدیبیہ کے آگے، حدیبیہ میں پڑاؤ ڈال دیا</w:t>
      </w:r>
    </w:p>
    <w:p>
      <w:r>
        <w:rPr>
          <w:b/>
        </w:rPr>
        <w:t xml:space="preserve">[41:15] </w:t>
      </w:r>
      <w:r>
        <w:t>aap ne. hudaybiya mein taqreeban do hafte tak aap padao dale rahe aur baat cheet karte rahe. negotiation. aakhir mein kya hua ke aap ne dekha ke jo opposite party hai, woh koi baat manne wali nahi hai.</w:t>
      </w:r>
    </w:p>
    <w:p>
      <w:pPr>
        <w:jc w:val="right"/>
      </w:pPr>
      <w:r>
        <w:t>آپ نے۔ حدیبیہ میں تقریباً دو ہفتے تک آپ پڑاؤ ڈالے رہے اور بات چیت کرتے رہے۔ نیگوشی ایشن۔ آخر میں کیا ہوا کہ آپ نے دیکھا کہ جو اپوزٹ پارٹی ہے، وہ کوئی بات ماننے والی نہیں ہے۔</w:t>
      </w:r>
    </w:p>
    <w:p>
      <w:r>
        <w:rPr>
          <w:b/>
        </w:rPr>
        <w:t xml:space="preserve">[41:33] </w:t>
      </w:r>
      <w:r>
        <w:t>to is ki condition par, unilateral condition par aap ne sulah kar li aur wapas wapas ho gaye.</w:t>
      </w:r>
    </w:p>
    <w:p>
      <w:pPr>
        <w:jc w:val="right"/>
      </w:pPr>
      <w:r>
        <w:t>تو اس کی کنڈیشن پر، یونی لیٹرل کنڈیشن پر آپ نے صلح کر لی اور واپس واپس ہو گئے۔</w:t>
      </w:r>
    </w:p>
    <w:p>
      <w:r>
        <w:rPr>
          <w:b/>
        </w:rPr>
        <w:t xml:space="preserve">[41:41] </w:t>
      </w:r>
      <w:r>
        <w:t>yaani ab jo aage agreement kiya tha aap ne, hudaybiya agreement, woh unilateral condition par hua tha. to that was alternative.</w:t>
      </w:r>
    </w:p>
    <w:p>
      <w:pPr>
        <w:jc w:val="right"/>
      </w:pPr>
      <w:r>
        <w:t>یعنی اب جو آگے ایگریمنٹ کیا تھا آپ نے، حدیبیہ ایگریمنٹ، وہ یونی لیٹرل کنڈیشن پر ہوا تھا۔ تو دیٹ واز الٹرنیٹو۔</w:t>
      </w:r>
    </w:p>
    <w:p>
      <w:r>
        <w:rPr>
          <w:b/>
        </w:rPr>
        <w:t xml:space="preserve">[41:52] </w:t>
      </w:r>
      <w:r>
        <w:t>yaani jang ka alternative sulah. to yeh kehna ke islam mein islam violence ka mazhab hai, yeh bilkul baseless baat hai.</w:t>
      </w:r>
    </w:p>
    <w:p>
      <w:pPr>
        <w:jc w:val="right"/>
      </w:pPr>
      <w:r>
        <w:t>یعنی جنگ کا الٹرنیٹو صلح۔ تو یہ کہنا کہ اسلام میں اسلام وائنس کا مذہب ہے، یہ بالکل بیسلیس بات ہے۔</w:t>
      </w:r>
    </w:p>
    <w:p>
      <w:r>
        <w:rPr>
          <w:b/>
        </w:rPr>
        <w:t xml:space="preserve">[42:04] </w:t>
      </w:r>
      <w:r>
        <w:t>aur kitaben galat likhi gayi hain is liye kyunke kitabon mein 85 ghazwat bataye jate hain. lekin aap parhiye kitabon ko,</w:t>
      </w:r>
    </w:p>
    <w:p>
      <w:pPr>
        <w:jc w:val="right"/>
      </w:pPr>
      <w:r>
        <w:t>اور کتابیں غلط لکھی گئی ہیں اس لیے کیونکہ کتابوں میں 85 غزوات بتائے جاتے ہیں۔ لیکن آپ پڑھیے کتابوں کو،</w:t>
      </w:r>
    </w:p>
    <w:p>
      <w:r>
        <w:rPr>
          <w:b/>
        </w:rPr>
        <w:t xml:space="preserve">[42:11] </w:t>
      </w:r>
      <w:r>
        <w:t>in ghazwat mein ladai kahan hui? jo 85 shumar karte hain, woh is mein ladai kahan hui? ladai hui nahi. chand baar ladai hui, woh ladai bhi full flat ladai nahi, war nahi thi.</w:t>
      </w:r>
    </w:p>
    <w:p>
      <w:pPr>
        <w:jc w:val="right"/>
      </w:pPr>
      <w:r>
        <w:t>ان غزوات میں لڑائی کہاں ہوئی؟ جو 85 شمار کرتے ہیں، وہ اس میں لڑائی کہاں ہوئی؟ لڑائی ہوئی نہیں۔ چند بار لڑائی ہوئی، وہ لڑائی بھی فل فلیٹ لڑائی نہیں، وار نہیں تھی۔</w:t>
      </w:r>
    </w:p>
    <w:p>
      <w:r>
        <w:rPr>
          <w:b/>
        </w:rPr>
        <w:t xml:space="preserve">[42:27] </w:t>
      </w:r>
      <w:r>
        <w:t>full flat war ki ki definition hai ke kam se kam minimum period jo hai, chhe din. full flat war ka minimum period chhe din hai.</w:t>
      </w:r>
    </w:p>
    <w:p>
      <w:pPr>
        <w:jc w:val="right"/>
      </w:pPr>
      <w:r>
        <w:t>فل فلیٹ وار کی کی ڈیفینیشن ہے کہ کم سے کم منیمم پیریڈ جو ہے، چھ دن۔ فل فلیٹ وار کا منیمم پیریڈ چھ دن ہے۔</w:t>
      </w:r>
    </w:p>
    <w:p>
      <w:r>
        <w:rPr>
          <w:b/>
        </w:rPr>
        <w:t xml:space="preserve">[42:38] </w:t>
      </w:r>
      <w:r>
        <w:t>to ek bhi ladai aap ne chhe din ki nahi thi. aap ki</w:t>
      </w:r>
    </w:p>
    <w:p>
      <w:pPr>
        <w:jc w:val="right"/>
      </w:pPr>
      <w:r>
        <w:t>تو ایک بھی لڑائی آپ نے چھ دن کی نہیں تھی۔ آپ کی</w:t>
      </w:r>
    </w:p>
    <w:p>
      <w:r>
        <w:rPr>
          <w:b/>
        </w:rPr>
        <w:t xml:space="preserve">[42:42] </w:t>
      </w:r>
      <w:r>
        <w:t>ek din shuru hui, us din khatam bhi ho gayi. to is ko main kehta hoon ke woh skirmishes thi, woh war nahi thi. skirmishes.</w:t>
      </w:r>
    </w:p>
    <w:p>
      <w:pPr>
        <w:jc w:val="right"/>
      </w:pPr>
      <w:r>
        <w:t>ایک دن شروع ہوئی، اس دن ختم بھی ہو گئی۔ تو اس کو میں کہتا ہوں کہ وہ اسکرمیشز تھیں، وہ وار نہیں تھی۔ اسکرمیشز۔</w:t>
      </w:r>
    </w:p>
    <w:p>
      <w:r>
        <w:rPr>
          <w:b/>
        </w:rPr>
        <w:t xml:space="preserve">[42:52] </w:t>
      </w:r>
      <w:r>
        <w:t>to skirmishes kyun huin? unhon ne chaha war karna. aap ne mutabadil talash kar liya aur skirmishes par khatam kar diya un ko.</w:t>
      </w:r>
    </w:p>
    <w:p>
      <w:pPr>
        <w:jc w:val="right"/>
      </w:pPr>
      <w:r>
        <w:t>تو اسکرمیشز کیوں ہوئیں؟ انہوں نے چاہا وار کرنا۔ آپ نے متبادل تلاش کر لیا اور اسکرمیشز پر ختم کر دیا ان کو۔</w:t>
      </w:r>
    </w:p>
    <w:p>
      <w:r>
        <w:rPr>
          <w:b/>
        </w:rPr>
        <w:t xml:space="preserve">[43:05] </w:t>
      </w:r>
      <w:r>
        <w:t>to yeh main samajhta hoon ke zindagi ka bohat bara formula hai jo mujhe in in 16 hafton mein daryaft hua ke zindagi mein kabhi takrao mat karo.</w:t>
      </w:r>
    </w:p>
    <w:p>
      <w:pPr>
        <w:jc w:val="right"/>
      </w:pPr>
      <w:r>
        <w:t>تو یہ میں سمجھتا ہوں کہ زندگی کا بہت بڑا فارمولا ہے جو مجھے ان ان 16 ہفتوں میں دریافت ہوا کہ زندگی میں کبھی ٹکراؤ مت کرو۔</w:t>
      </w:r>
    </w:p>
    <w:p>
      <w:r>
        <w:rPr>
          <w:b/>
        </w:rPr>
        <w:t xml:space="preserve">[43:19] </w:t>
      </w:r>
      <w:r>
        <w:t>hamesha jab bhi koi problem pesh aaye to alternative talash karo, mutabadil talash karo. aur yeh usool ek individual ke bhi hai,</w:t>
      </w:r>
    </w:p>
    <w:p>
      <w:pPr>
        <w:jc w:val="right"/>
      </w:pPr>
      <w:r>
        <w:t>ہمیشہ جب بھی کوئی پرابلم پیش آئے تو الٹرنیٹو تلاش کرو، متبادل تلاش کرو۔ اور یہ اصول ایک انڈیویجول کے بھی ہے،</w:t>
      </w:r>
    </w:p>
    <w:p>
      <w:r>
        <w:rPr>
          <w:b/>
        </w:rPr>
        <w:t xml:space="preserve">[43:33] </w:t>
      </w:r>
      <w:r>
        <w:t>aik aik fard ke liye bhi hai, aur bari bari super power ke liye bhi hai. kisi ka bhi is mein exception nahi hai.</w:t>
      </w:r>
    </w:p>
    <w:p>
      <w:pPr>
        <w:jc w:val="right"/>
      </w:pPr>
      <w:r>
        <w:t>ایک ایک فرد کے لیے بھی ہے، اور بڑی بڑی سپر پاور کے لیے بھی ہے۔ کسی کا بھی اس میں ایکسیپشن نہیں ہے۔</w:t>
      </w:r>
    </w:p>
    <w:p>
      <w:r>
        <w:rPr>
          <w:b/>
        </w:rPr>
        <w:t xml:space="preserve">[43:42] </w:t>
      </w:r>
      <w:r>
        <w:t>jo is ke khilaf chalega, woh tab woh nuqsan uthaye ga.</w:t>
      </w:r>
    </w:p>
    <w:p>
      <w:pPr>
        <w:jc w:val="right"/>
      </w:pPr>
      <w:r>
        <w:t>جو اس کے خلاف چلے گا، وہ تب وہ نقصان اٹھائے گا۔</w:t>
      </w:r>
    </w:p>
    <w:p>
      <w:r>
        <w:rPr>
          <w:b/>
        </w:rPr>
        <w:t xml:space="preserve">[43:47] </w:t>
      </w:r>
      <w:r>
        <w:t>jaisa ke liye, yani first world war mein kuch nahi paya logon ne, second world war mein kuch nahi paya logon ne.</w:t>
      </w:r>
    </w:p>
    <w:p>
      <w:pPr>
        <w:jc w:val="right"/>
      </w:pPr>
      <w:r>
        <w:t>جیسا کہ لیے، یعنی فرسٹ ورلڈ وار میں کچھ نہیں پایا لوگوں نے، سیکنڈ ورلڈ وار میں کچھ نہیں پایا لوگوں نے۔</w:t>
      </w:r>
    </w:p>
    <w:p>
      <w:r>
        <w:rPr>
          <w:b/>
        </w:rPr>
        <w:t xml:space="preserve">[43:56] </w:t>
      </w:r>
      <w:r>
        <w:t>aise hi khalaj, khalij, jo jo gulf war hui, jo america ne chhori thi, us mein bhi kuch nahi mila un ko.</w:t>
      </w:r>
    </w:p>
    <w:p>
      <w:pPr>
        <w:jc w:val="right"/>
      </w:pPr>
      <w:r>
        <w:t>ایسے ہی خلج، خلیج، جو جو گلف وار ہوئی، جو امریکہ نے چھوڑی تھی، اس میں بھی کچھ نہیں ملا ان کو۔</w:t>
      </w:r>
    </w:p>
    <w:p>
      <w:r>
        <w:rPr>
          <w:b/>
        </w:rPr>
        <w:t xml:space="preserve">[44:06] </w:t>
      </w:r>
      <w:r>
        <w:t>to ab jo musalman jagah jagah لڑ rahe hain, un ko bhi kuch mil nahi raha hai, siwaye khone ke. kuch pa nahi rahe hain woh kyunke ladai jo hai, woh koi option nahi hai.</w:t>
      </w:r>
    </w:p>
    <w:p>
      <w:pPr>
        <w:jc w:val="right"/>
      </w:pPr>
      <w:r>
        <w:t>تو اب جو مسلمان جگہ جگہ لڑ رہے ہیں، ان کو بھی کچھ مل نہیں رہا ہے، سوائے کھونے کے۔ کچھ پا نہیں رہے ہیں وہ کیونکہ لڑائی جو ہے، وہ کوئی آپشن نہیں ہے۔</w:t>
      </w:r>
    </w:p>
    <w:p>
      <w:r>
        <w:rPr>
          <w:b/>
        </w:rPr>
        <w:t xml:space="preserve">[44:17] </w:t>
      </w:r>
      <w:r>
        <w:t>ladai option hi nahi hai. option yeh hai ke aap koi peaceful andaz mein sochen aur peaceful alternative talash karen.</w:t>
      </w:r>
    </w:p>
    <w:p>
      <w:pPr>
        <w:jc w:val="right"/>
      </w:pPr>
      <w:r>
        <w:t>لڑائی آپشن ہی نہیں ہے۔ آپشن یہ ہے کہ آپ کوئی پیس فل انداز میں سوچیں اور پیس فل الٹرنیٹو تلاش کریں۔</w:t>
      </w:r>
    </w:p>
    <w:p>
      <w:r>
        <w:rPr>
          <w:b/>
        </w:rPr>
        <w:t xml:space="preserve">[44:28] </w:t>
      </w:r>
      <w:r>
        <w:t>to mein dua karta hoon ke Allah taala hum ko aur aap ko samajh de aur hum jo cushion plan Allah taala ka hai, us ko samjhen aur jo scheme of things hai khaliq ki, us ko samjhen aur us ke mutabiq apna apni zindagi ka plan banaen.</w:t>
      </w:r>
    </w:p>
    <w:p>
      <w:pPr>
        <w:jc w:val="right"/>
      </w:pPr>
      <w:r>
        <w:t>تو میں دعا کرتا ہوں کہ اللہ تعالی ہم کو اور آپ کو سمجھ دے اور ہم جو کشن پلان اللہ تعالی کا ہے، اس کو سمجھیں اور جو اسکیم آف تھنگز ہے خالق کی، اس کو سمجھیں اور اس کے مطابق اپنا اپنی زندگی کا پلان بنائیں۔</w:t>
      </w:r>
    </w:p>
    <w:p>
      <w:r>
        <w:rPr>
          <w:b/>
        </w:rPr>
        <w:t xml:space="preserve">[44:49] </w:t>
      </w:r>
      <w:r>
        <w:t>isi mein kamyabi hai aik individual ke liye bhi, isi mein kamyabi hai bari bari qomon ke liye bhi, yahan tak ke super power ki bhi.</w:t>
      </w:r>
    </w:p>
    <w:p>
      <w:pPr>
        <w:jc w:val="right"/>
      </w:pPr>
      <w:r>
        <w:t>اسی میں کامیابی ہے ایک انڈیویجول کے لیے بھی، اسی میں کامیابی ہے بڑی بڑی قوموں کے لیے بھی، یہاں تک کہ سپر پاور کی بھی۔</w:t>
      </w:r>
    </w:p>
    <w:p>
      <w:r>
        <w:rPr>
          <w:b/>
        </w:rPr>
        <w:t xml:space="preserve">[45:03] </w:t>
      </w:r>
      <w:r>
        <w:t>to meri yahi dua hai ke Allah taala hum ko samajh de ke hum is tareeqe ko apnayen aur hum doosron ko bhi hamein yeh batana hai.</w:t>
      </w:r>
    </w:p>
    <w:p>
      <w:pPr>
        <w:jc w:val="right"/>
      </w:pPr>
      <w:r>
        <w:t>تو میری یہی دعا ہے کہ اللہ تعالی ہم کو سمجھ دے کہ ہم اس طریقے کو اپنائیں اور ہم دوسروں کو بھی ہمیں یہ بتانا ہے۔</w:t>
      </w:r>
    </w:p>
    <w:p>
      <w:r>
        <w:rPr>
          <w:b/>
        </w:rPr>
        <w:t xml:space="preserve">[45:13] </w:t>
      </w:r>
      <w:r>
        <w:t>yeh baat hamein doosron ko bhi batani hai, khud bhi is ko follow karna hai aur doosron ko bhi hamein yeh batana hai. is ke siwa jo rasta hai, woh tabahi ka rasta hai.</w:t>
      </w:r>
    </w:p>
    <w:p>
      <w:pPr>
        <w:jc w:val="right"/>
      </w:pPr>
      <w:r>
        <w:t>یہ بات ہمیں دوسروں کو بھی بتانی ہے، خود بھی اس کو فالو کرنا ہے اور دوسروں کو بھی ہمیں یہ بتانا ہے۔ اس کے سوا جو راستہ ہے، وہ تباہی کا راستہ ہے۔</w:t>
      </w:r>
    </w:p>
    <w:p>
      <w:r>
        <w:rPr>
          <w:b/>
        </w:rPr>
        <w:t xml:space="preserve">[45:28] </w:t>
      </w:r>
      <w:r>
        <w:t>aur aap dekh rahe hain ke muslim dunya mein is waqt sirf tabahi ho rahi hai.</w:t>
      </w:r>
    </w:p>
    <w:p>
      <w:pPr>
        <w:jc w:val="right"/>
      </w:pPr>
      <w:r>
        <w:t>اور آپ دیکھ رہے ہیں کہ مسلم دنیا میں اس وقت صرف تباہی ہو رہی ہے۔</w:t>
      </w:r>
    </w:p>
    <w:p>
      <w:r>
        <w:rPr>
          <w:b/>
        </w:rPr>
        <w:t xml:space="preserve">[45:33] </w:t>
      </w:r>
      <w:r>
        <w:t>khud musalman apni zuban se kehte hain ke har jagah hamein conspiracy ka samna hai, hamein zulm ka samna hai, hamein</w:t>
      </w:r>
    </w:p>
    <w:p>
      <w:pPr>
        <w:jc w:val="right"/>
      </w:pPr>
      <w:r>
        <w:t>خود مسلمان اپنی زبان سے کہتے ہیں کہ ہر جگہ ہمیں کانسپریسی کا سامنا ہے، ہمیں ظلم کا سامنا ہے، ہمیں</w:t>
      </w:r>
    </w:p>
    <w:p>
      <w:r>
        <w:rPr>
          <w:b/>
        </w:rPr>
        <w:t xml:space="preserve">[45:45] </w:t>
      </w:r>
      <w:r>
        <w:t>hamare khilaf sab kiya ja raha hai. to woh kyun? woh kya hai? woh tabahi to hai. woh woh tabahi kis kis ki bana par hai?</w:t>
      </w:r>
    </w:p>
    <w:p>
      <w:pPr>
        <w:jc w:val="right"/>
      </w:pPr>
      <w:r>
        <w:t>ہمارے خلاف سب کیا جا رہا ہے۔ تو وہ کیوں؟ وہ کیا ہے؟ وہ تباہی تو ہے۔ وہ وہ تباہی کس کس کی بنا پر ہے؟</w:t>
      </w:r>
    </w:p>
    <w:p>
      <w:r>
        <w:rPr>
          <w:b/>
        </w:rPr>
        <w:t xml:space="preserve">[45:54] </w:t>
      </w:r>
      <w:r>
        <w:t>doosron ki bana par nahi hai. yani ilzam dete hain doosron par.</w:t>
      </w:r>
    </w:p>
    <w:p>
      <w:pPr>
        <w:jc w:val="right"/>
      </w:pPr>
      <w:r>
        <w:t>دوسروں کی بنا پر نہیں ہے۔ یعنی الزام دیتے ہیں دوسروں پر۔</w:t>
      </w:r>
    </w:p>
    <w:p>
      <w:r>
        <w:rPr>
          <w:b/>
        </w:rPr>
        <w:t xml:space="preserve">[45:59] </w:t>
      </w:r>
      <w:r>
        <w:t>kisi ka shair hai ke hum ilzam un ko dete the, qasoor apna nikal aya. hum ilzam un ko dete the, qasoor apna nikal aya.</w:t>
      </w:r>
    </w:p>
    <w:p>
      <w:pPr>
        <w:jc w:val="right"/>
      </w:pPr>
      <w:r>
        <w:t>کسی کا شعر ہے کہ ہم الزام ان کو دیتے تھے، قصور اپنا نکل آیا۔ ہم الزام ان کو دیتے تھے، قصور اپنا نکل آیا۔</w:t>
      </w:r>
    </w:p>
    <w:p>
      <w:r>
        <w:rPr>
          <w:b/>
        </w:rPr>
        <w:t xml:space="preserve">[46:08] </w:t>
      </w:r>
      <w:r>
        <w:t>to musalman ilzam doosron ko de rahe hain aur qasoor apna hai ke jahan unhein alternative talash karna chahiye tha, wahan woh larne ke liye khare ho gaye.</w:t>
      </w:r>
    </w:p>
    <w:p>
      <w:pPr>
        <w:jc w:val="right"/>
      </w:pPr>
      <w:r>
        <w:t>تو مسلمان الزام دوسروں کو دے رہے ہیں اور قصور اپنا ہے کہ جہاں انہیں الٹرنیٹو تلاش کرنا چاہیے تھا، وہاں وہ لڑنے کے لیے کھڑے ہو گئے۔</w:t>
      </w:r>
    </w:p>
    <w:p>
      <w:r>
        <w:rPr>
          <w:b/>
        </w:rPr>
        <w:t xml:space="preserve">[46:20] </w:t>
      </w:r>
      <w:r>
        <w:t>to Allah taala mujh ko aur aap ko is se bachaye. Assalam o alaikum wa rehmatullahi wa barakatuh</w:t>
      </w:r>
    </w:p>
    <w:p>
      <w:pPr>
        <w:jc w:val="right"/>
      </w:pPr>
      <w:r>
        <w:t>تو اللہ تعالی مجھ کو اور آپ کو اس سے بچائے۔ السلام علیکم ورحمۃ اللہ وبرکاتہ</w:t>
      </w:r>
    </w:p>
    <w:p>
      <w:r>
        <w:rPr>
          <w:b/>
        </w:rPr>
        <w:t xml:space="preserve">[46:42] </w:t>
      </w:r>
      <w:r>
        <w:t>. Maulana, yeh sawal kolkata se aya hai shaukeen sahib ka aur unhone likha hai: "Maulana sahib, today you spoke about adopting of alternative formula,</w:t>
      </w:r>
    </w:p>
    <w:p>
      <w:pPr>
        <w:jc w:val="right"/>
      </w:pPr>
      <w:r>
        <w:t>۔ مولانا، یہ سوال کلکتہ سے آیا ہے شوقین صاحب کا اور انہوں نے لکھا ہے: "مولانا صاحب، ٹوڈے یو سپوک اباؤٹ اڈاپٹنگ آف الٹرنیٹو فارمولا،</w:t>
      </w:r>
    </w:p>
    <w:p>
      <w:r>
        <w:rPr>
          <w:b/>
        </w:rPr>
        <w:t xml:space="preserve">[46:57] </w:t>
      </w:r>
      <w:r>
        <w:t>but since it has a long gestation period to materialize, and also it requires a person to be positive, hence practically it may not be possible to implement by everyone.</w:t>
      </w:r>
    </w:p>
    <w:p>
      <w:pPr>
        <w:jc w:val="right"/>
      </w:pPr>
      <w:r>
        <w:t>بٹ سنس اٹ ہیز ا لانگ جیسٹیشن پیریڈ ٹو مٹیریلائز، اینڈ السو اٹ ریکوائر ا پرسن ٹو بی پوزیٹیو، ہینس پریکٹیکلی اٹ می ناٹ بی پوسیبل ٹو امپلیمنٹ بائے ایوری ون۔</w:t>
      </w:r>
    </w:p>
    <w:p>
      <w:r>
        <w:rPr>
          <w:b/>
        </w:rPr>
        <w:t xml:space="preserve">[47:11] </w:t>
      </w:r>
      <w:r>
        <w:t>most of the people are either negative or they want immediate solutions. what is your comment on this?" dekhen, mein ne is ki misal di hai abhi ke america ko super power samjha jata hai.</w:t>
      </w:r>
    </w:p>
    <w:p>
      <w:pPr>
        <w:jc w:val="right"/>
      </w:pPr>
      <w:r>
        <w:t>موسٹ آف دا پیپل آر ایدر نیگیٹیو اور دے وانٹ امیڈیٹ سولیوشنز۔ واٹ از یور کمنٹ ان دس؟" دیکھیں، میں نے اس کی مثال دی ہے ابھی کہ امریکہ کو سپر پاور سمجھا جاتا ہے۔</w:t>
      </w:r>
    </w:p>
    <w:p>
      <w:r>
        <w:rPr>
          <w:b/>
        </w:rPr>
        <w:t xml:space="preserve">[47:32] </w:t>
      </w:r>
      <w:r>
        <w:t>us ne alternative nahi liya balkeh ladai chher di iraq ke khilaf. to result negative nikla.</w:t>
      </w:r>
    </w:p>
    <w:p>
      <w:pPr>
        <w:jc w:val="right"/>
      </w:pPr>
      <w:r>
        <w:t>اس نے الٹرنیٹو نہیں لیا بلکہ لڑائی چھڑ دی عراق کے خلاف۔ تو رزلٹ نیگیٹیو نکلا۔</w:t>
      </w:r>
    </w:p>
    <w:p>
      <w:r>
        <w:rPr>
          <w:b/>
        </w:rPr>
        <w:t xml:space="preserve">[47:40] </w:t>
      </w:r>
      <w:r>
        <w:t>to yeh to bohat bari eye winner hai america ke anjam ke aap ne parha hoga akhbaron mein ke president obama ne yeh kaha ke "gulf war jo thi, woh hamare liye un intended consequences ka nateeja ban gayi." to is hawale ke doosre kisi pas zyada taqat hai.</w:t>
      </w:r>
    </w:p>
    <w:p>
      <w:pPr>
        <w:jc w:val="right"/>
      </w:pPr>
      <w:r>
        <w:t>تو یہ تو بہت بڑی ائے ونر ہے امریکہ کے انجام کہ آپ نے پڑھا ہوگا اخباروں میں کہ پریزیڈنٹ اوباما نے یہ کہا کہ "گلف وار جو تھی، وہ ہمارے لیے ان انٹینڈڈ کانسیکونسز کا نتیجہ بن گئی۔" تو اس حوالے کے دوسرے کسی پاس زیادہ طاقت ہے۔</w:t>
      </w:r>
    </w:p>
    <w:p>
      <w:r>
        <w:rPr>
          <w:b/>
        </w:rPr>
        <w:t xml:space="preserve">[48:02] </w:t>
      </w:r>
      <w:r>
        <w:t>to is masla yeh hai ke "we have no other option." "we have no other option."</w:t>
      </w:r>
    </w:p>
    <w:p>
      <w:pPr>
        <w:jc w:val="right"/>
      </w:pPr>
      <w:r>
        <w:t>تو اس مسئلہ یہ ہے کہ "وی ہیو نو ادر آپشن۔" "وی ہیو نو ادر آپشن۔"</w:t>
      </w:r>
    </w:p>
    <w:p>
      <w:r>
        <w:rPr>
          <w:b/>
        </w:rPr>
        <w:t xml:space="preserve">[48:09] </w:t>
      </w:r>
      <w:r>
        <w:t>aap ko pyas bujhana hai to pani peena parega. aap pathar se apni pyas nahi bujha sakte. to apne mind ko badlie, apni soch ko badlie.</w:t>
      </w:r>
    </w:p>
    <w:p>
      <w:pPr>
        <w:jc w:val="right"/>
      </w:pPr>
      <w:r>
        <w:t>آپ کو پیاس بجھانا ہے تو پانی پینا پڑے گا۔ آپ پتھر سے اپنی پیاس نہیں بجھا سکتے۔ تو اپنے مائنڈ کو کو بدلیے، اپنی سوچ کو بدلیے۔</w:t>
      </w:r>
    </w:p>
    <w:p>
      <w:r>
        <w:rPr>
          <w:b/>
        </w:rPr>
        <w:t xml:space="preserve">[48:22] </w:t>
      </w:r>
      <w:r>
        <w:t>negative thinking aur takrao ka mizaj jo hai, woh jab pay nahi karne wala hai, jab work nahi karne wala hai, to to kya faida hai is mein majboor aanay se?</w:t>
      </w:r>
    </w:p>
    <w:p>
      <w:pPr>
        <w:jc w:val="right"/>
      </w:pPr>
      <w:r>
        <w:t>نیگیٹیو تھنکنگ اور ٹکراؤ کا مزاج جو ہے، وہ جب پے نہیں کرنے والا ہے، جب ورک نہیں کرنے والا ہے، تو تو کیا فائدہ ہے اس میں مجبور آنے سے؟</w:t>
      </w:r>
    </w:p>
    <w:p>
      <w:r>
        <w:rPr>
          <w:b/>
        </w:rPr>
        <w:t xml:space="preserve">[48:32] </w:t>
      </w:r>
      <w:r>
        <w:t>mein samajhta hoon ke Allah taala ne first world war, second world war, aur recently gulf war ko hamare liye eye opener bana diya.</w:t>
      </w:r>
    </w:p>
    <w:p>
      <w:pPr>
        <w:jc w:val="right"/>
      </w:pPr>
      <w:r>
        <w:t>میں سمجھتا ہوں کہ اللہ تعالی نے فرسٹ ورلڈ وار، سیکنڈ ورلڈ وار، اور ریسنٹلی گلف وار کو ہمارے لیے ائی اوپنر بنا دیا۔</w:t>
      </w:r>
    </w:p>
    <w:p>
      <w:r>
        <w:rPr>
          <w:b/>
        </w:rPr>
        <w:t xml:space="preserve">[48:41] </w:t>
      </w:r>
      <w:r>
        <w:t>teenon jangon mein jang chherne walon ko kuch bhi nahi mila. to ab kaun hai jo is se zyada taqat is ke paas hai ke wo jang kar ke kuch gain kar sakta hai?</w:t>
      </w:r>
    </w:p>
    <w:p>
      <w:pPr>
        <w:jc w:val="right"/>
      </w:pPr>
      <w:r>
        <w:t>تینوں جنگوں میں جنگ چھیڑنے والوں کو کچھ بھی نہیں ملا۔ تو اب کون ہے جو اس سے زیادہ طاقت اس کے پاس ہے کہ وہ جنگ کر کے کچھ گین کر سکتا ہے؟</w:t>
      </w:r>
    </w:p>
    <w:p>
      <w:r>
        <w:rPr>
          <w:b/>
        </w:rPr>
        <w:t xml:space="preserve">[48:54] </w:t>
      </w:r>
      <w:r>
        <w:t>mein samajhta hoon ke yeh yeh to nadani ki soch hai, yeh koi wisdom ki baat nahi hai.</w:t>
      </w:r>
    </w:p>
    <w:p>
      <w:pPr>
        <w:jc w:val="right"/>
      </w:pPr>
      <w:r>
        <w:t>میں سمجھتا ہوں کہ یہ یہ تو نادانی کی سوچ ہے، یہ کوئی وزڈم کی بات نہیں ہے۔</w:t>
      </w:r>
    </w:p>
    <w:p>
      <w:r>
        <w:rPr>
          <w:b/>
        </w:rPr>
        <w:t xml:space="preserve">[49:07] </w:t>
      </w:r>
      <w:r>
        <w:t>maulana glass, sawal lene se pehle ek comment parhna chahenge jo doctor najma siddiqui ne bheja hai dilli se aur unhone likha hai: "maulana, you have taken your illness in such a positive way and opened our minds.</w:t>
      </w:r>
    </w:p>
    <w:p>
      <w:pPr>
        <w:jc w:val="right"/>
      </w:pPr>
      <w:r>
        <w:t>مولانا گلاس، سوال لینے سے پہلے ایک کمنٹ پڑھنا چاہیں گے جو ڈاکٹر نجمہ صدیقی نے بھیجا ہے دلی سے اور انہوں نے لکھا ہے: "مولانا، یو ہیو ٹیکن یور النس ان سچ ا پوزیٹیو وے اینڈ اوپنڈ اور مائنڈز۔</w:t>
      </w:r>
    </w:p>
    <w:p>
      <w:r>
        <w:rPr>
          <w:b/>
        </w:rPr>
        <w:t xml:space="preserve">[49:25] </w:t>
      </w:r>
      <w:r>
        <w:t>we are, we are thankful to Allah that he has given knowledge, understanding of technology to our young CPS team to use the alternative for continuing this work and even organize an international conference for taking the mission at a different level.</w:t>
      </w:r>
    </w:p>
    <w:p>
      <w:pPr>
        <w:jc w:val="right"/>
      </w:pPr>
      <w:r>
        <w:t>وی آر، وی آر تھینک فل ٹو اللہ دیٹ ہی ہیز گیون نالج، انڈرسٹینڈنگ اف ٹیکنالوجی ٹو اورینگ سی پی ایس ٹیم ٹو یوز دی الٹرنیٹو فار کنٹینیونگ دس ورک اینڈ ایون ارگنائز اینڈ انٹرنیشنل کانفرنس فار ٹیکنگ دا مشن ایٹ ا ڈفرنٹ لیول۔</w:t>
      </w:r>
    </w:p>
    <w:p>
      <w:r>
        <w:rPr>
          <w:b/>
        </w:rPr>
        <w:t xml:space="preserve">[49:44] </w:t>
      </w:r>
      <w:r>
        <w:t>this gives him hope. may Allah help him in every way. jazakum Allah."</w:t>
      </w:r>
    </w:p>
    <w:p>
      <w:pPr>
        <w:jc w:val="right"/>
      </w:pPr>
      <w:r>
        <w:t>دس گوز ہم ہوپ۔ می اللہ ہیلپ ہم ان ایوری وے۔ جزاکم اللہ۔"</w:t>
      </w:r>
    </w:p>
    <w:p>
      <w:r>
        <w:rPr>
          <w:b/>
        </w:rPr>
        <w:t xml:space="preserve">[49:54] </w:t>
      </w:r>
      <w:r>
        <w:t>maulana, agla sawal ah sumeena sahiba ne kiya hai dilli se. unhone aapse poocha hai ke: "maulana sahib, please explain Islam stand on the position of women in Islam with reference to the segregation of male and female."</w:t>
      </w:r>
    </w:p>
    <w:p>
      <w:pPr>
        <w:jc w:val="right"/>
      </w:pPr>
      <w:r>
        <w:t>مولانا، اگلا سوال اہ سمینہ صاحبہ نے کیا ہے دلی سے۔ انہوں نے آپ سے پوچھا ہے کہ: "مولانا صاحب، پلیز ایکسپلین اسلام سٹینڈ ان دا پوزیشن اف وومن ان اسلام ود ریفرنس ٹو دی سیگریگیشن اف میل اینڈ فیمیل۔"</w:t>
      </w:r>
    </w:p>
    <w:p>
      <w:r>
        <w:rPr>
          <w:b/>
        </w:rPr>
        <w:t xml:space="preserve">[50:16] </w:t>
      </w:r>
      <w:r>
        <w:t>dekhen, yeh bohat bara masla hai aur mein chahta hoon ke is par mein jo mein parha hai, maine jo jo study ki hai, us ki roshni mein kuch arz karoon.</w:t>
      </w:r>
    </w:p>
    <w:p>
      <w:pPr>
        <w:jc w:val="right"/>
      </w:pPr>
      <w:r>
        <w:t>دیکھیں، یہ بہت بڑا مسئلہ ہے اور میں چاہتا ہوں کہ اس پر میں جو میں پڑھا ہے، میں نے جو جو سٹڈی کی ہے، اس کی روشنی میں کچھ عرض کروں۔</w:t>
      </w:r>
    </w:p>
    <w:p>
      <w:r>
        <w:rPr>
          <w:b/>
        </w:rPr>
        <w:t xml:space="preserve">[50:30] </w:t>
      </w:r>
      <w:r>
        <w:t>dekhen, segregation jo hai, apne aap mein ek natural tareeqa hai kyunke dekhiye, jab marriage hoti hai to apne aap ek segregation ho jata hai.</w:t>
      </w:r>
    </w:p>
    <w:p>
      <w:pPr>
        <w:jc w:val="right"/>
      </w:pPr>
      <w:r>
        <w:t>دیکھیں، سیگریگیشن جو ہے، اپنے آپ میں ایک نیچرل طریقہ ہے کیونکہ دیکھیے، جب میرج ہوتی ہے تو اپنے آپ ایک سیگریگیشن ہو جاتا ہے۔</w:t>
      </w:r>
    </w:p>
    <w:p>
      <w:r>
        <w:rPr>
          <w:b/>
        </w:rPr>
        <w:t xml:space="preserve">[50:44] </w:t>
      </w:r>
      <w:r>
        <w:t>partial sense mein</w:t>
      </w:r>
    </w:p>
    <w:p>
      <w:pPr>
        <w:jc w:val="right"/>
      </w:pPr>
      <w:r>
        <w:t>پارشل سینس میں</w:t>
      </w:r>
    </w:p>
    <w:p>
      <w:r>
        <w:rPr>
          <w:b/>
        </w:rPr>
        <w:t xml:space="preserve">[50:48] </w:t>
      </w:r>
      <w:r>
        <w:t>marriage kar ke hamesha aise hi hota hai ke ek segregation ki situation paida hoti hai. sab se buri cheez jo is zamane mein hai, wo kya hai?</w:t>
      </w:r>
    </w:p>
    <w:p>
      <w:pPr>
        <w:jc w:val="right"/>
      </w:pPr>
      <w:r>
        <w:t>میرج کر کے ہمیشہ ایسے ہی ہوتا ہے کہ ایک سیگریشن کی سچوئیشن پیدا ہوتی ہے۔ سب سے بری چیز جو اس زمانے میں ہے، وہ کیا ہے؟</w:t>
      </w:r>
    </w:p>
    <w:p>
      <w:r>
        <w:rPr>
          <w:b/>
        </w:rPr>
        <w:t xml:space="preserve">[50:58] </w:t>
      </w:r>
      <w:r>
        <w:t>unmarried couple ka concept. sab se buri cheez it is unmarried. it is the concept of unmarried couples that has created problems.</w:t>
      </w:r>
    </w:p>
    <w:p>
      <w:pPr>
        <w:jc w:val="right"/>
      </w:pPr>
      <w:r>
        <w:t>ان میریڈ کپل کا کانسیپٹ۔ سب سے بری چیز اٹ از ان میریڈ۔ اٹ از دا کانسیپٹ اف ان میریڈ کپلز دیٹ ہیز کریٹڈ پرابلمز۔</w:t>
      </w:r>
    </w:p>
    <w:p>
      <w:r>
        <w:rPr>
          <w:b/>
        </w:rPr>
        <w:t xml:space="preserve">[51:11] </w:t>
      </w:r>
      <w:r>
        <w:t>unmarried couples ke concept</w:t>
      </w:r>
    </w:p>
    <w:p>
      <w:pPr>
        <w:jc w:val="right"/>
      </w:pPr>
      <w:r>
        <w:t>ان میریڈ کپلز کے کانسیپٹ</w:t>
      </w:r>
    </w:p>
    <w:p>
      <w:r>
        <w:rPr>
          <w:b/>
        </w:rPr>
        <w:t xml:space="preserve">[51:13] </w:t>
      </w:r>
      <w:r>
        <w:t>se kya hua? perhaps society aayi, nudity aayi aur ghalat doosri bohat sari buraiyan paida huin.</w:t>
      </w:r>
    </w:p>
    <w:p>
      <w:pPr>
        <w:jc w:val="right"/>
      </w:pPr>
      <w:r>
        <w:t>سے کیا ہوا؟ پربس سوسائٹی آئی، نیوڈٹی آئی اور غلط دوسری بہت ساری برائیاں پیدا ہوئیں۔</w:t>
      </w:r>
    </w:p>
    <w:p>
      <w:r>
        <w:rPr>
          <w:b/>
        </w:rPr>
        <w:t xml:space="preserve">[51:23] </w:t>
      </w:r>
      <w:r>
        <w:t>agar natural formula ko apnaya jaye ke jaise hi baligh hon log, wo shadi kar len, apne aap mein ek natural segregation paida qaim ho jata hai.</w:t>
      </w:r>
    </w:p>
    <w:p>
      <w:pPr>
        <w:jc w:val="right"/>
      </w:pPr>
      <w:r>
        <w:t>اگر نیچرل فارمولا کو اپنایا جائے کہ جیسے ہی بالغ ہوں لوگ، وہ شادی کر لیں، اپنے آپ میں ایک نیچرل سیگریگیشن پیدا قائم ہو جاتا ہے۔</w:t>
      </w:r>
    </w:p>
    <w:p>
      <w:r>
        <w:rPr>
          <w:b/>
        </w:rPr>
        <w:t xml:space="preserve">[51:36] </w:t>
      </w:r>
      <w:r>
        <w:t>acha, is ke baad kuch zarooraten aisi zindagi ki hain jahan hum ko de-segregation ka tareeqa ikhtiyar karna parta hai. de-segregation yani aurten bahar aayen, kaam karen.</w:t>
      </w:r>
    </w:p>
    <w:p>
      <w:pPr>
        <w:jc w:val="right"/>
      </w:pPr>
      <w:r>
        <w:t>اچھا، اس کے بعد کچھ ضرورتیں ایسی زندگی کی ہیں جہاں ہم کو ڈی سیگریگیشن کا طریقہ اختیار کرنا پڑتا ہے۔ ڈی سیگریگیشن یعنی عورتیں باہر آئیں، کام کریں۔</w:t>
      </w:r>
    </w:p>
    <w:p>
      <w:r>
        <w:rPr>
          <w:b/>
        </w:rPr>
        <w:t xml:space="preserve">[51:50] </w:t>
      </w:r>
      <w:r>
        <w:t>to yeh Islam mein bhi maujood hai aur hamesha rahega. maslan dekhiye, rasool Allah ke zamane mein khawateen ghazwaat mein shareek hoti theen.</w:t>
      </w:r>
    </w:p>
    <w:p>
      <w:pPr>
        <w:jc w:val="right"/>
      </w:pPr>
      <w:r>
        <w:t>تو یہ اسلام میں بھی موجود ہے اور ہمیشہ رہے گا۔ مثلاً دیکھیے، رسول اللہ کے زمانے میں خواتین غزوات میں شریک ہوتی تھیں۔</w:t>
      </w:r>
    </w:p>
    <w:p>
      <w:r>
        <w:rPr>
          <w:b/>
        </w:rPr>
        <w:t xml:space="preserve">[52:05] </w:t>
      </w:r>
      <w:r>
        <w:t>that was against the segregation. da'wati sargarmian bhi karti theen. misaal ke taur par, mein cyprus gaya to wahan par ek sahabi khatoon wahan pahunchi theen ek da'wati team ke sath.</w:t>
      </w:r>
    </w:p>
    <w:p>
      <w:pPr>
        <w:jc w:val="right"/>
      </w:pPr>
      <w:r>
        <w:t>دیٹ واز اگینسٹ دی سیگریگیشن۔ دعوتی سرگرمیاں بھی کرتی تھیں۔ مثال کے طور پر، میں سائپرس گیا تو وہاں پر ایک صحابی خاتون وہاں پہنچی تھیں ایک دعوتی ٹیم کے ساتھ۔</w:t>
      </w:r>
    </w:p>
    <w:p>
      <w:r>
        <w:rPr>
          <w:b/>
        </w:rPr>
        <w:t xml:space="preserve">[52:19] </w:t>
      </w:r>
      <w:r>
        <w:t>wahin un ka intiqal hoga, wahin un ki qabr hai aur aaj bhi woh qabr maujood hai. wahan par woh mein ne khud dekha apni aankh se. quran mein kaha gaya hai: "khawateen ke liye saaye haath safar karne wali" yani da'wati safar karne wali.</w:t>
      </w:r>
    </w:p>
    <w:p>
      <w:pPr>
        <w:jc w:val="right"/>
      </w:pPr>
      <w:r>
        <w:t>وہیں ان کا انتقال ہوگا، وہیں ان کی قبر ہے اور آج بھی وہ قبر موجود ہے۔ وہاں پر وہ میں نے خود دیکھا اپنی آنکھ سے۔ قرآن میں کہا گیا ہے: "خواتین کے لیے سائے ہاتھ سفر کرنے والی" یعنی دعوتی سفر کرنے والی۔</w:t>
      </w:r>
    </w:p>
    <w:p>
      <w:r>
        <w:rPr>
          <w:b/>
        </w:rPr>
        <w:t xml:space="preserve">[52:34] </w:t>
      </w:r>
      <w:r>
        <w:t>to khud sahabi ne da'wati safar kiya. to mein samajhta hoon ke yani segregation ek natural had mein apne aap hi maujood hota hai lekin zaroorat ki wajah se kahin hum ko de-segregation ka bhi istemal karna tareeqa karna parta hai.</w:t>
      </w:r>
    </w:p>
    <w:p>
      <w:pPr>
        <w:jc w:val="right"/>
      </w:pPr>
      <w:r>
        <w:t>تو خود صحابیہ نے دعوتی سفر کیا۔ تو میں سمجھتا ہوں کہ یعنی سیگریگیشن ایک نیچرل حد میں اپنے آپ ہی موجود ہوتا ہے لیکن ضرورت کی وجہ سے کہیں ہم کو ڈی سیگریگیشن کا بھی استعمال کرنا طریقہ کرنا پڑتا ہے۔</w:t>
      </w:r>
    </w:p>
    <w:p>
      <w:r>
        <w:rPr>
          <w:b/>
        </w:rPr>
        <w:t xml:space="preserve">[52:53] </w:t>
      </w:r>
      <w:r>
        <w:t>tareeqa to hum ne apne mission mein yani limited sense mein de-segregation ka tareeqa apnaya hai.</w:t>
      </w:r>
    </w:p>
    <w:p>
      <w:pPr>
        <w:jc w:val="right"/>
      </w:pPr>
      <w:r>
        <w:t>طریقہ تو ہم نے اپنے مشن میں یعنی لمیٹڈ سینس میں ڈی سیگریگیشن کا طریقہ اپنایا ہے۔</w:t>
      </w:r>
    </w:p>
    <w:p>
      <w:r>
        <w:rPr>
          <w:b/>
        </w:rPr>
        <w:t xml:space="preserve">[53:02] </w:t>
      </w:r>
      <w:r>
        <w:t>wo kyun</w:t>
      </w:r>
    </w:p>
    <w:p>
      <w:pPr>
        <w:jc w:val="right"/>
      </w:pPr>
      <w:r>
        <w:t>وہ کیوں</w:t>
      </w:r>
    </w:p>
    <w:p>
      <w:r>
        <w:rPr>
          <w:b/>
        </w:rPr>
        <w:t xml:space="preserve">[53:04] </w:t>
      </w:r>
      <w:r>
        <w:t>? kyunke is zamane mein dekhiye, technology ka zamana hai, hamein logon se kaam lena hai to hamein aadmi nahi milte.</w:t>
      </w:r>
    </w:p>
    <w:p>
      <w:pPr>
        <w:jc w:val="right"/>
      </w:pPr>
      <w:r>
        <w:t>؟ کیونکہ اس زمانے میں دیکھیے، ٹیکنالوجی کا زمانہ ہے، ہمیں لوگوں سے کام لینا ہے تو ہمیں آدمی نہیں ملتے۔</w:t>
      </w:r>
    </w:p>
    <w:p>
      <w:r>
        <w:rPr>
          <w:b/>
        </w:rPr>
        <w:t xml:space="preserve">[53:15] </w:t>
      </w:r>
      <w:r>
        <w:t>agar hum yeh tareeqa ikhtiyar karen ke strict segregation to hamein aadmi nahi milenge, kaam hi nahi chalega. to mein samajhta hoon ke Islam ki tareekh mein maujood hai de-segregation ka tareeqa partial sense mein.</w:t>
      </w:r>
    </w:p>
    <w:p>
      <w:pPr>
        <w:jc w:val="right"/>
      </w:pPr>
      <w:r>
        <w:t>اگر ہم یہ طریقہ اختیار کریں کہ اسٹرکٹ سیگریگیشن تو ہمیں آدمی نہیں ملیں گے، کام ہی نہیں چلے گا۔ تو میں سمجھتا ہوں کہ اسلام کی تاریخ میں موجود ہے ڈی سیگریگیشن کا طریقہ پارشل سینس میں۔</w:t>
      </w:r>
    </w:p>
    <w:p>
      <w:r>
        <w:rPr>
          <w:b/>
        </w:rPr>
        <w:t xml:space="preserve">[53:32] </w:t>
      </w:r>
      <w:r>
        <w:t>wahi hum ne apply kiya hai yahan par. aur agar koi yeh samajhta ho ke segregation itna zyada zaroori hai, tab bhi mein usay kahunga ke fiqh mein ek mana hua principle hai:</w:t>
      </w:r>
    </w:p>
    <w:p>
      <w:pPr>
        <w:jc w:val="right"/>
      </w:pPr>
      <w:r>
        <w:t>وہی ہم نے اپلائی کیا ہے یہاں پر۔ اور اگر کوئی یہ سمجھتا ہو کہ سیگریگیشن اتنا زیادہ ضروری ہے، تب بھی میں اسے کہوں گا کہ فقہ میں ایک مانا ہوا پرنسپل ہے:</w:t>
      </w:r>
    </w:p>
    <w:p>
      <w:r>
        <w:rPr>
          <w:b/>
        </w:rPr>
        <w:t xml:space="preserve">[53:45] </w:t>
      </w:r>
      <w:r>
        <w:t>"al-zarurat tubih al-mahzurāt"۔ yeh fiqh ka saare ulama mante hain: "al-zarurat tubih al-mahzurāt" yaani necessity makes unlawful lawful۔</w:t>
      </w:r>
    </w:p>
    <w:p>
      <w:pPr>
        <w:jc w:val="right"/>
      </w:pPr>
      <w:r>
        <w:t>"الضرورات تبیہ المحضورات"۔ یہ فقہ کا سارے علماء مانتے ہیں: "الضرورات تبیہ المحضورات" یعنی نیسیسٹی میکس ان لافل لافل۔</w:t>
      </w:r>
    </w:p>
    <w:p>
      <w:r>
        <w:rPr>
          <w:b/>
        </w:rPr>
        <w:t xml:space="preserve">[53:57] </w:t>
      </w:r>
      <w:r>
        <w:t>to yahan par hamein agar hum strict sense mein segregation ka formula apnayein to yeh mission band karna parega۔</w:t>
      </w:r>
    </w:p>
    <w:p>
      <w:pPr>
        <w:jc w:val="right"/>
      </w:pPr>
      <w:r>
        <w:t>تو یہاں پر ہمیں اگر ہم اسٹرکٹ سینس میں سیگریگیشن کا فارمولا اپنائیں تو یہ مشن بند کرنا پڑے گا۔</w:t>
      </w:r>
    </w:p>
    <w:p>
      <w:r>
        <w:rPr>
          <w:b/>
        </w:rPr>
        <w:t xml:space="preserve">[54:06] </w:t>
      </w:r>
      <w:r>
        <w:t>nahi chal sakta, chal hi nahi sakta۔ to</w:t>
      </w:r>
    </w:p>
    <w:p>
      <w:pPr>
        <w:jc w:val="right"/>
      </w:pPr>
      <w:r>
        <w:t>نہیں چل سکتا، چل ہی نہیں سکتا۔ تو</w:t>
      </w:r>
    </w:p>
    <w:p>
      <w:r>
        <w:rPr>
          <w:b/>
        </w:rPr>
        <w:t xml:space="preserve">[54:11] </w:t>
      </w:r>
      <w:r>
        <w:t>mein do baatein kahunga ke natural dayre mein de-segregation apne aap maujood hai pehle bhi aur aaj bhi۔</w:t>
      </w:r>
    </w:p>
    <w:p>
      <w:pPr>
        <w:jc w:val="right"/>
      </w:pPr>
      <w:r>
        <w:t>میں دو باتیں کہوں گا کہ نیچرل دائرے میں ڈی سیگریگیشن اپنے آپ موجود ہے پہلے بھی اور آج بھی۔</w:t>
      </w:r>
    </w:p>
    <w:p>
      <w:r>
        <w:rPr>
          <w:b/>
        </w:rPr>
        <w:t xml:space="preserve">[54:20] </w:t>
      </w:r>
      <w:r>
        <w:t>aur is zarurat ke tehat agar aap ikhtiyar karna chahein is ko to yeh bhi maujood hai۔ is yeh masla bhi ke "al-zarurat tubih al-mahzurāt" aap ikhtiyar kar sakte hain۔</w:t>
      </w:r>
    </w:p>
    <w:p>
      <w:pPr>
        <w:jc w:val="right"/>
      </w:pPr>
      <w:r>
        <w:t>اور اس ضرورت کے تحت اگر آپ اختیار کرنا چاہیں اس کو تو یہ بھی موجود ہے۔ اس یہ مسئلہ بھی کہ "الضرورات تبیہ المحضورات" آپ اختیار کر سکتے ہیں۔</w:t>
      </w:r>
    </w:p>
    <w:p>
      <w:r>
        <w:rPr>
          <w:b/>
        </w:rPr>
        <w:t xml:space="preserve">[54:33] </w:t>
      </w:r>
      <w:r>
        <w:t>mein samajhta hoon ke khawateen ke bare mein jo nazariya sahi hai, woh hai jo allama nasseruddin al-bani ne apni kitab mein likha hai۔ is ki kitab ka naam hai: "hijab al-marat al-muslima"۔</w:t>
      </w:r>
    </w:p>
    <w:p>
      <w:pPr>
        <w:jc w:val="right"/>
      </w:pPr>
      <w:r>
        <w:t>میں سمجھتا ہوں کہ خواتین کے بارے میں جو نظریہ صحیح ہے، وہ ہے جو علامہ ناصر الدین البانی نے اپنی کتاب میں لکھا ہے۔ اس کی کتاب کا نام ہے: "حجاب المرات المسلمہ"۔</w:t>
      </w:r>
    </w:p>
    <w:p>
      <w:r>
        <w:rPr>
          <w:b/>
        </w:rPr>
        <w:t xml:space="preserve">[54:45] </w:t>
      </w:r>
      <w:r>
        <w:t>"hijab al-marat al-muslima" is mein unhon ne likha hai ke segregation yeh koi islam ka principle nahi hai۔</w:t>
      </w:r>
    </w:p>
    <w:p>
      <w:pPr>
        <w:jc w:val="right"/>
      </w:pPr>
      <w:r>
        <w:t>"حجاب المرات المسلمہ" اس میں انہوں نے لکھا ہے کہ سیگریگیشن یہ کوئی اسلام کا پرنسپل نہیں ہے۔</w:t>
      </w:r>
    </w:p>
    <w:p>
      <w:r>
        <w:rPr>
          <w:b/>
        </w:rPr>
        <w:t xml:space="preserve">[54:53] </w:t>
      </w:r>
      <w:r>
        <w:t>unhon ne ek misaal di hai ke ek hadith mein ek hadith hai ke rasool Allah ke zamane mein auratein fajar ki namaz mein aati theen۔</w:t>
      </w:r>
    </w:p>
    <w:p>
      <w:pPr>
        <w:jc w:val="right"/>
      </w:pPr>
      <w:r>
        <w:t>انہوں نے ایک مثال دی ہے کہ ایک حدیث میں ایک حدیث ہے کہ رسول اللہ کے زمانے میں عورتیں فجر کی نماز میں آتی تھیں۔</w:t>
      </w:r>
    </w:p>
    <w:p>
      <w:r>
        <w:rPr>
          <w:b/>
        </w:rPr>
        <w:t xml:space="preserve">[55:04] </w:t>
      </w:r>
      <w:r>
        <w:t>to is mein lafz hai, rawi ne yeh lafz istemal kiya hai ke: "wa la yu'rafna min al-ghalas"۔</w:t>
      </w:r>
    </w:p>
    <w:p>
      <w:pPr>
        <w:jc w:val="right"/>
      </w:pPr>
      <w:r>
        <w:t>تو اس میں لفظ ہے، راوی نے یہ لفظ استعمال کیا ہے کہ: "ولا یعرفنا من الغلص"۔</w:t>
      </w:r>
    </w:p>
    <w:p>
      <w:r>
        <w:rPr>
          <w:b/>
        </w:rPr>
        <w:t xml:space="preserve">[55:15] </w:t>
      </w:r>
      <w:r>
        <w:t>is is hadith ko riwayat naqal kiya allama al-bani ne ke: "wa la yu'rafna min al-ghalas" aur andhere ki wajah se pehchani nahi jati thi۔ aap ghor kijiye ke mein yani agar wahan sab log burqa posh hon, chehre ko chhupaye hue hon to andhera ho, chahe ujala nahi pehchane jayenge۔</w:t>
      </w:r>
    </w:p>
    <w:p>
      <w:pPr>
        <w:jc w:val="right"/>
      </w:pPr>
      <w:r>
        <w:t>اس اس حدیث کو روایت نقل کیا علامہ البانی نے کہ: "ولا یعرفنا من الغلص" اور اندھیرے کی وجہ سے پہچانی نہیں جاتی تھی۔ آپ غور کیجئے کہ میں یعنی اگر وہاں سب لوگ برقعہ پوش ہوں، چہرے کو چھپائے ہوئے ہوں تو اندھیرا ہو، چاہے اجالا نہیں پہچانے جائیں گے۔</w:t>
      </w:r>
    </w:p>
    <w:p>
      <w:r>
        <w:rPr>
          <w:b/>
        </w:rPr>
        <w:t xml:space="preserve">[55:38] </w:t>
      </w:r>
      <w:r>
        <w:t>woh to aaj "wa la yu'rafna min al-ghalas" ke ma'ni andhere ki wajah se pehchani jat</w:t>
      </w:r>
    </w:p>
    <w:p>
      <w:pPr>
        <w:jc w:val="right"/>
      </w:pPr>
      <w:r>
        <w:t>وہ تو آج "ولا یعرفنا من الغلص" کے معنی اندھیرے کی وجہ سے پہچانی جات</w:t>
      </w:r>
    </w:p>
    <w:p>
      <w:r>
        <w:rPr>
          <w:b/>
        </w:rPr>
        <w:t xml:space="preserve">[55:44] </w:t>
      </w:r>
      <w:r>
        <w:t>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p>
    <w:p>
      <w:pPr>
        <w:jc w:val="right"/>
      </w:pPr>
      <w:r>
        <w:t>ی تھی۔ اس کا معنی ہے کہ وہاں یہ سیگریگیشن نہیں تھا جو آج کل بنا رکھا ہے لوگوں نے۔ یہ یہ نہیں تھا۔ تو علامہ البانی لکھتے ہیں کہ اصل چیز جو ہے عورت کے معاملے میں وہ ہے ستر پوشی اور اور وہ سادگی اور یعنی جو پربس سوسائٹی جو جس کو کہا جاتا ہے، اس سے دور رہنا، نیوڈٹی سے دور رہنا۔</w:t>
      </w:r>
    </w:p>
    <w:p>
      <w:r>
        <w:rPr>
          <w:b/>
        </w:rPr>
        <w:t xml:space="preserve">[56:14] </w:t>
      </w:r>
      <w:r>
        <w:t>yeh baqi hai ke burqa aur aur bilkul jaise chehra chhupa hua hai, yeh yeh koi islam nahi hai۔ doosri baat mein yeh arz karunga ke fiqh hanafi jo hai, fiqh hanafi mein teen cheezon ko exempt kiya gaya hai parde se:</w:t>
      </w:r>
    </w:p>
    <w:p>
      <w:pPr>
        <w:jc w:val="right"/>
      </w:pPr>
      <w:r>
        <w:t>یہ باقی ہے کہ برقعہ اور اور بالکل جیسے چہرہ چھپا ہوا ہے، یہ یہ کوئی اسلام نہیں ہے۔ دوسری بات میں یہ عرض کروں گا کہ فقہ حنفی جو ہے، فقہ حنفی میں تین چیزوں کو ایگزیمپٹ کیا گیا ہے پردے سے:</w:t>
      </w:r>
    </w:p>
    <w:p>
      <w:r>
        <w:rPr>
          <w:b/>
        </w:rPr>
        <w:t xml:space="preserve">[56:32] </w:t>
      </w:r>
      <w:r>
        <w:t>face aur kaffain aur qadamain yani chehra aur aur haath aur paon۔</w:t>
      </w:r>
    </w:p>
    <w:p>
      <w:pPr>
        <w:jc w:val="right"/>
      </w:pPr>
      <w:r>
        <w:t>فیس اور کفین اور قدمین یعنی چہرہ اور اور ہاتھ اور پاؤں۔</w:t>
      </w:r>
    </w:p>
    <w:p>
      <w:r>
        <w:rPr>
          <w:b/>
        </w:rPr>
        <w:t xml:space="preserve">[56:40] </w:t>
      </w:r>
      <w:r>
        <w:t>yeh fiqh</w:t>
      </w:r>
    </w:p>
    <w:p>
      <w:pPr>
        <w:jc w:val="right"/>
      </w:pPr>
      <w:r>
        <w:t>یہ فقہ</w:t>
      </w:r>
    </w:p>
    <w:p>
      <w:r>
        <w:rPr>
          <w:b/>
        </w:rPr>
        <w:t xml:space="preserve">[56:41] </w:t>
      </w:r>
      <w:r>
        <w:t>hanafi mein is ko mustasna qarar diya gaya hai۔ woh is ayat se le kar unhon ne banaya hai masla: "illa ma dhahara minha"۔</w:t>
      </w:r>
    </w:p>
    <w:p>
      <w:pPr>
        <w:jc w:val="right"/>
      </w:pPr>
      <w:r>
        <w:t>حنفی میں اس کو مستثنیٰ قرار دیا گیا ہے۔ وہ اس آیت سے لے کر انہوں نے بنایا ہے مسئلہ: "الا ما ظاہر منہا"۔</w:t>
      </w:r>
    </w:p>
    <w:p>
      <w:r>
        <w:rPr>
          <w:b/>
        </w:rPr>
        <w:t xml:space="preserve">[56:52] </w:t>
      </w:r>
      <w:r>
        <w:t>to hum ne jo ikhtiyar kiya hai tareeqa, yeh ulama ke maslak se hargiz hata hua nahi hai۔ khud ulama hate hue hain ke jo cheez islam mein nahi hai, us ko unhon ne impose kar rakha hai۔</w:t>
      </w:r>
    </w:p>
    <w:p>
      <w:pPr>
        <w:jc w:val="right"/>
      </w:pPr>
      <w:r>
        <w:t>تو ہم نے جو اختیار کیا ہے طریقہ، یہ علماء کے مسلک سے ہرگز ہٹا ہوا نہیں ہے۔ خود علماء ہٹے ہوئے ہیں کہ جو چیز اسلام میں نہیں ہے، اس کو انہوں نے امپوز کر رکھا ہے۔</w:t>
      </w:r>
    </w:p>
    <w:p>
      <w:r>
        <w:rPr>
          <w:b/>
        </w:rPr>
        <w:t xml:space="preserve">[57:04] </w:t>
      </w:r>
      <w:r>
        <w:t>islam mein kabhi burqa nahi tha۔</w:t>
      </w:r>
    </w:p>
    <w:p>
      <w:pPr>
        <w:jc w:val="right"/>
      </w:pPr>
      <w:r>
        <w:t>اسلام میں کبھی برقعہ نہیں تھا۔</w:t>
      </w:r>
    </w:p>
    <w:p>
      <w:r>
        <w:rPr>
          <w:b/>
        </w:rPr>
        <w:t xml:space="preserve">[57:07] </w:t>
      </w:r>
      <w:r>
        <w:t>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p>
    <w:p>
      <w:pPr>
        <w:jc w:val="right"/>
      </w:pPr>
      <w:r>
        <w:t>کوئی ثابت نہیں کر سکتا کہ رسول اللہ اور صحابہ کے زمانے میں برقعہ تھا تو آپ برقعہ بنا رکھا ہے۔ تو علماء ہٹے ہوئے ہیں، ہم کہاں ہٹے ہیں؟ اب خود جب فقہ حنفی میں یہ مسئلہ ہے کہ کہ فیس اور ہاتھ اور قدم یہ یہ کھول کھول سکتی ہیں عورتیں، تو آپ کون ہوتے ہیں اس کے خلاف مسئلہ بنانے والے؟</w:t>
      </w:r>
    </w:p>
    <w:p>
      <w:r>
        <w:rPr>
          <w:b/>
        </w:rPr>
        <w:t xml:space="preserve">[57:34] </w:t>
      </w:r>
      <w:r>
        <w:t>to hamare bare mein koi agar yeh kahe ke hum shariat se hate hue hain to bilkul galat jhoot kehta hai۔ woh hum wohi tareeqa ikhtiyar kiye hue hain jo quran hadith sabit hai, jo fiqh hanafi ka masla hai aur jo jo sabit hota hai۔</w:t>
      </w:r>
    </w:p>
    <w:p>
      <w:pPr>
        <w:jc w:val="right"/>
      </w:pPr>
      <w:r>
        <w:t>تو ہمارے بارے میں کوئی اگر یہ کہے کہ ہم شریعت سے ہٹے ہوئے ہیں تو بالکل غلط جھوٹ کہتا ہے۔ وہ ہم وہی طریقہ اختیار کیے ہوئے ہیں جو قرآن حدیث ثابت ہے، جو فقہ حنفی کا مسئلہ ہے اور جو جو ثابت ہوتا ہے۔</w:t>
      </w:r>
    </w:p>
    <w:p>
      <w:r>
        <w:rPr>
          <w:b/>
        </w:rPr>
        <w:t xml:space="preserve">[57:52] </w:t>
      </w:r>
      <w:r>
        <w:t>to khulasa yeh hai ke asal cheez khawateen ke liye hai ke woh sadgi mein rahein, hawa na karein, woh free mixing na karein aur jaiz hudood mein kaam karein aur purpose full un ka jo de-segregation ho, purpose purpose full ho to bilkul islami hoga۔</w:t>
      </w:r>
    </w:p>
    <w:p>
      <w:pPr>
        <w:jc w:val="right"/>
      </w:pPr>
      <w:r>
        <w:t>تو خلاصہ یہ ہے کہ اصل چیز خواتین کے لیے ہے کہ وہ سادگی میں رہیں، ہوا نہ کریں، وہ فری مکسنگ نہ کریں اور جائز حدود میں کام کریں اور پرپس فل ان کا جو ڈی سیگریگیشن ہو، پرپس پرپس فل ہو تو بالکل اسلامی ہوگا۔</w:t>
      </w:r>
    </w:p>
    <w:p>
      <w:r>
        <w:rPr>
          <w:b/>
        </w:rPr>
        <w:t xml:space="preserve">[58:11] </w:t>
      </w:r>
      <w:r>
        <w:t>woh yahi hamare haan hai, hum is ko kharab nahi karte۔</w:t>
      </w:r>
    </w:p>
    <w:p>
      <w:pPr>
        <w:jc w:val="right"/>
      </w:pPr>
      <w:r>
        <w:t>وہ یہی ہمارے ہاں ہے، ہم اس کو خراب نہیں کرتے۔</w:t>
      </w:r>
    </w:p>
    <w:p>
      <w:r>
        <w:rPr>
          <w:b/>
        </w:rPr>
        <w:t xml:space="preserve">[58:16] </w:t>
      </w:r>
      <w:r>
        <w:t>jo jo ulama ka jo traditional tareeqa raaj hoga segregation ka, woh islam se is ka koi ta'alluq nahi۔</w:t>
      </w:r>
    </w:p>
    <w:p>
      <w:pPr>
        <w:jc w:val="right"/>
      </w:pPr>
      <w:r>
        <w:t>جو جو علماء کا جو ٹریڈیشنل طریقہ راج ہوگا سیگریگیشن کا، وہ اسلام سے اس کا کوئی تعلق نہیں۔</w:t>
      </w:r>
    </w:p>
    <w:p>
      <w:r>
        <w:rPr>
          <w:b/>
        </w:rPr>
        <w:t xml:space="preserve">[58:25] </w:t>
      </w:r>
      <w:r>
        <w:t>kisi ko shakk ho is mein to allama al-bani ki kitab padh lein: "hijab al-marat al-muslima"۔</w:t>
      </w:r>
    </w:p>
    <w:p>
      <w:pPr>
        <w:jc w:val="right"/>
      </w:pPr>
      <w:r>
        <w:t>کسی کو شک ہو اس میں تو علامہ البانی کی کتاب پڑھ لیں: "حجاب المرات المسلمہ"۔</w:t>
      </w:r>
    </w:p>
    <w:p>
      <w:r>
        <w:rPr>
          <w:b/>
        </w:rPr>
        <w:t xml:space="preserve">[58:35] </w:t>
      </w:r>
      <w:r>
        <w:t>maulana, agla sawal mumbai se kiya hai faheem sahab ne aur unhon ne likha hai: "maulana, women like Hazrat Aisha and many more played great roles in the history of Islam۔</w:t>
      </w:r>
    </w:p>
    <w:p>
      <w:pPr>
        <w:jc w:val="right"/>
      </w:pPr>
      <w:r>
        <w:t>مولانا، اگلا سوال ممبئی سے کیا ہے فہیم صاحب نے اور انہوں نے لکھا ہے: "مولانا، وومن لائک حضرت عائشہ اینڈ مینی مور پلیڈ گریٹ رولز ان دا ہسٹری اف اسلام۔</w:t>
      </w:r>
    </w:p>
    <w:p>
      <w:r>
        <w:rPr>
          <w:b/>
        </w:rPr>
        <w:t xml:space="preserve">[58:49] </w:t>
      </w:r>
      <w:r>
        <w:t>in fact, many hadith are attributed to Hazrat Aisha, but still Muslims today don't want their women to be part of dawa work</w:t>
      </w:r>
    </w:p>
    <w:p>
      <w:pPr>
        <w:jc w:val="right"/>
      </w:pPr>
      <w:r>
        <w:t>ان فیکٹ، مینی حدیث ار ایٹریبیوٹڈ ٹو حضرت عائشہ، بٹ سٹل مسلمز ٹوڈے ڈونٹ وانٹ دیر وومن ٹو بی پارٹ اف داوا ورک</w:t>
      </w:r>
    </w:p>
    <w:p>
      <w:r>
        <w:rPr>
          <w:b/>
        </w:rPr>
        <w:t xml:space="preserve">[58:58] </w:t>
      </w:r>
      <w:r>
        <w:t>. why is this that they can't take lessons from the life of prophet and his companions who involve their women in the way of Islam?" dekhiye, asal masla women ka nahi hai.</w:t>
      </w:r>
    </w:p>
    <w:p>
      <w:pPr>
        <w:jc w:val="right"/>
      </w:pPr>
      <w:r>
        <w:t>۔ وائی از دس دیٹ دے کانٹ ٹیک لیسنز فرام دی لائف اف پرافٹ اینڈ ہز کمپینینز ہو انوالو دیر وومن ان دا وے اف اسلام؟" دیکھیے، اصل مسئلہ وومن کا نہیں ہے۔</w:t>
      </w:r>
    </w:p>
    <w:p>
      <w:r>
        <w:rPr>
          <w:b/>
        </w:rPr>
        <w:t xml:space="preserve">[59:11] </w:t>
      </w:r>
      <w:r>
        <w:t>asal masla hai ke dawah ko musalmanon ne hadaf kar diya. poori hazar saal ki tareekh mein jo kitabein likhi gayi hain, maine bar bar kal logon se kaha hai ke batao kis kitab kaun si kitab dawah ke mauzu par hai?</w:t>
      </w:r>
    </w:p>
    <w:p>
      <w:pPr>
        <w:jc w:val="right"/>
      </w:pPr>
      <w:r>
        <w:t>اصل مسئلہ ہے کہ دعوت کو مسلمانوں نے حذف کر دیا۔ پوری ہزار سال کی تاریخ میں جو کتابیں لکھی گئی ہیں، میں نے بار بار کل لوگوں سے کہا ہے کہ بتاؤ کس کتاب کون سی کتاب دعوت کے موضوع پر ہے؟</w:t>
      </w:r>
    </w:p>
    <w:p>
      <w:r>
        <w:rPr>
          <w:b/>
        </w:rPr>
        <w:t xml:space="preserve">[59:27] </w:t>
      </w:r>
      <w:r>
        <w:t>to mardon ke liye hadaf kar diya unhon ne, sirf auraton ke liye nahi. to asal jar yeh hai ke hamare ulama ne aur hamare jo jin logon ne Islam ki numaindagi ki, un sab logon ne dawah ko hadaf kar diya.</w:t>
      </w:r>
    </w:p>
    <w:p>
      <w:pPr>
        <w:jc w:val="right"/>
      </w:pPr>
      <w:r>
        <w:t>تو مردوں کے لیے حذف کر دیا انہوں نے، صرف عورتوں کے لیے نہیں۔ تو اصل جڑ یہ ہے کہ ہمارے علماء نے اور ہمارے جو جن لوگوں نے اسلام کی نمائندگی کی، ان سب لوگوں نے دعوت کو حذف کر دیا۔</w:t>
      </w:r>
    </w:p>
    <w:p>
      <w:r>
        <w:rPr>
          <w:b/>
        </w:rPr>
        <w:t xml:space="preserve">[59:42] </w:t>
      </w:r>
      <w:r>
        <w:t>bas jihad aur ladai bas isi ko highlight kiya. yeh masla is wajah se yeh surat-e-haal paida hui hai.</w:t>
      </w:r>
    </w:p>
    <w:p>
      <w:pPr>
        <w:jc w:val="right"/>
      </w:pPr>
      <w:r>
        <w:t>بس جہاد اور لڑائی بس اسی کو ہائی لائٹ کیا۔ یہ مسئلہ اس وجہ سے یہ صورتحال پیدا ہوئی ہے۔</w:t>
      </w:r>
    </w:p>
    <w:p>
      <w:r>
        <w:rPr>
          <w:b/>
        </w:rPr>
        <w:t xml:space="preserve">[59:52] </w:t>
      </w:r>
      <w:r>
        <w:t>maine bahut padha hai Allah ke fazl se, koi ek kitab mujhe aisi nahi mili jo sahi maanon mein is ke andar dawah ka concept paya jata ho.</w:t>
      </w:r>
    </w:p>
    <w:p>
      <w:pPr>
        <w:jc w:val="right"/>
      </w:pPr>
      <w:r>
        <w:t>میں نے بہت پڑھا ہے اللہ کے فضل سے، کوئی ایک کتاب مجھے ایسی نہیں ملی جو صحیح معنوں میں اس کے اندر دعوت کا کانسیپٹ پایا جاتا ہو۔</w:t>
      </w:r>
    </w:p>
    <w:p>
      <w:r>
        <w:rPr>
          <w:b/>
        </w:rPr>
        <w:t xml:space="preserve">[1:00:01] </w:t>
      </w:r>
      <w:r>
        <w:t>ek kitab bhi nahi. agar koi kehta hai ke hai kitab, main urdu zaban ki baat kar raha hoon, koi urdu kitab to woh mujhe bataye. hatta ke dekhiye, fiqh par jo kitabein likhi gayi hain, fiqh par is mein koi kitab o dawah o tabligh nahi.</w:t>
      </w:r>
    </w:p>
    <w:p>
      <w:pPr>
        <w:jc w:val="right"/>
      </w:pPr>
      <w:r>
        <w:t>ایک کتاب بھی نہیں۔ اگر کوئی کہتا ہے کہ ہے کتاب، میں عربی زبان کی بات کر رہا ہوں، کوئی عربی کتاب تو وہ مجھے بتائے۔ حتی کہ دیکھیے، فقہ پر جو کتابیں لکھی گئی ہیں، فقہ پر اس میں کوئی کتاب و دعویٰ و تبلیغ نہیں۔</w:t>
      </w:r>
    </w:p>
    <w:p>
      <w:r>
        <w:rPr>
          <w:b/>
        </w:rPr>
        <w:t xml:space="preserve">[1:00:16] </w:t>
      </w:r>
      <w:r>
        <w:t>yani kisi fiqhi kitab mein dawah ka chapter hi nahi hai.</w:t>
      </w:r>
    </w:p>
    <w:p>
      <w:pPr>
        <w:jc w:val="right"/>
      </w:pPr>
      <w:r>
        <w:t>یعنی کسی فقہی کتاب میں دعوت کا چیپٹر ہی نہیں ہے۔</w:t>
      </w:r>
    </w:p>
    <w:p>
      <w:r>
        <w:rPr>
          <w:b/>
        </w:rPr>
        <w:t xml:space="preserve">[1:00:20] </w:t>
      </w:r>
      <w:r>
        <w:t>to to musalman yani musalman mardon se bhi hadaf kar rakha hai aur auraton bhi se hadaf ho gaya hai. to asal jar yeh hai ke hamare ulama ne yani dawah ko hadaf kar diya, halanke Rasool Allah ki asal yeh thi ke dawah dawah asal se thi: "dairah Allah bizni,</w:t>
      </w:r>
    </w:p>
    <w:p>
      <w:pPr>
        <w:jc w:val="right"/>
      </w:pPr>
      <w:r>
        <w:t>تو تو مسلمان یعنی مسلمان مردوں سے بھی حذف کر رکھا ہے اور عورتوں بھی سے حذف ہو گیا ہے۔ تو اصل جڑ یہ ہے کہ ہمارے علماء نے یعنی دعوت کو حذف کر دیا، حالانکہ رسول اللہ کی اصل یہ تھی کہ دعوت دعوت اصل سے تھی: "دائرہ اللہ بذنی،</w:t>
      </w:r>
    </w:p>
    <w:p>
      <w:r>
        <w:rPr>
          <w:b/>
        </w:rPr>
        <w:t xml:space="preserve">[1:00:44] </w:t>
      </w:r>
      <w:r>
        <w:t>dairah Allah bizni wa siraj munira".</w:t>
      </w:r>
    </w:p>
    <w:p>
      <w:pPr>
        <w:jc w:val="right"/>
      </w:pPr>
      <w:r>
        <w:t>دائرہ اللہ بذنی وسراج منیرہ"۔</w:t>
      </w:r>
    </w:p>
    <w:p>
      <w:r>
        <w:rPr>
          <w:b/>
        </w:rPr>
        <w:t xml:space="preserve">[1:00:51] </w:t>
      </w:r>
      <w:r>
        <w:t>to yeh mislan maine bahut likha hai is ke upar aur main is par qaim hoon ke kisi ek shakhs ne bhi dawah ko sahi maanon mein yani is par kuch koi kitab nahi likhi.</w:t>
      </w:r>
    </w:p>
    <w:p>
      <w:pPr>
        <w:jc w:val="right"/>
      </w:pPr>
      <w:r>
        <w:t>تو یہ مثلاً میں نے بہت لکھا ہے اس کے اوپر اور میں اس پر قائم ہوں کہ کسی ایک شخص نے بھی دعوت کو صحیح معنوں میں یعنی اس پر کچھ کوئی کتاب نہیں لکھی۔</w:t>
      </w:r>
    </w:p>
    <w:p>
      <w:r>
        <w:rPr>
          <w:b/>
        </w:rPr>
        <w:t xml:space="preserve">[1:01:06] </w:t>
      </w:r>
      <w:r>
        <w:t>kuch log dawah ka naam lete hain lekin woh dawah woh dawah nahi hoti. woh to qaumi yani Muslim parliament ko bhi dawah kehte hain, ladai ladai ko bhi dawah kehte hain.</w:t>
      </w:r>
    </w:p>
    <w:p>
      <w:pPr>
        <w:jc w:val="right"/>
      </w:pPr>
      <w:r>
        <w:t>کچھ لوگ دعوت کا نام لیتے ہیں لیکن وہ دعوت وہ دعوت نہیں ہوتی۔ وہ تو قومی یعنی مسلم پارلیمنٹ کو بھی دعوت کہتے ہیں، لڑائی لڑائی کو بھی دعوت کہتے ہیں۔</w:t>
      </w:r>
    </w:p>
    <w:p>
      <w:r>
        <w:rPr>
          <w:b/>
        </w:rPr>
        <w:t xml:space="preserve">[1:01:18] </w:t>
      </w:r>
      <w:r>
        <w:t>yeh to jis ko kehte hain minus marking ke mushtaq hain. yeh log jo log aisa karte hain ke doosre doosre kamon ko dawah kehte hain, woh minus marking ke mushtaq hain.</w:t>
      </w:r>
    </w:p>
    <w:p>
      <w:pPr>
        <w:jc w:val="right"/>
      </w:pPr>
      <w:r>
        <w:t>یہ تو جس کو کہتے ہیں مائنس مارکنگ کے مشتاق ہیں۔ یہ لوگ جو لوگ ایسا کرتے ہیں کہ دوسرے دوسرے کاموں کو دعوت کہتے ہیں، وہ مائنس مارکنگ کے مشتاق ہیں۔</w:t>
      </w:r>
    </w:p>
    <w:p>
      <w:r>
        <w:rPr>
          <w:b/>
        </w:rPr>
        <w:t xml:space="preserve">[1:01:34] </w:t>
      </w:r>
      <w:r>
        <w:t>Maulana, agla ek comment aur sawal hai jo Maulana Iqbal Umri ne poocha hai Delhi se aur unhon ne likha hai: "Maulana, aaj hi pata chala ke modern age is alternative age jo dawah ke liye Allah ki blessing hai".</w:t>
      </w:r>
    </w:p>
    <w:p>
      <w:pPr>
        <w:jc w:val="right"/>
      </w:pPr>
      <w:r>
        <w:t>مولانا، اگلا ایک کمنٹ اور سوال ہے جو مولانا اقبال عمری نے پوچھا ہے دلی سے اور انہوں نے لکھا ہے: "مولانا، آج ہی پتہ چلا کہ ماڈرن ایج از الٹرنیٹو ایج جو دعویٰ کے لیے خدا کی بلیسنگ ہے"۔</w:t>
      </w:r>
    </w:p>
    <w:p>
      <w:r>
        <w:rPr>
          <w:b/>
        </w:rPr>
        <w:t xml:space="preserve">[1:01:53] </w:t>
      </w:r>
      <w:r>
        <w:t>aur unhon ne jo sawal kiya hai Maulana, woh is tarah hai ke: "Maulana, is modern age ko ulama kyun negative mein lete hain jabke saare faayde hasil karte hain is se?"</w:t>
      </w:r>
    </w:p>
    <w:p>
      <w:pPr>
        <w:jc w:val="right"/>
      </w:pPr>
      <w:r>
        <w:t>اور انہوں نے جو سوال کیا ہے مولانا، وہ اس طرح ہے کہ: "مولانا، اس ماڈرن ایج کو علماء کیوں نیگیٹیو میں لیتے ہیں جبکہ سارے فائدے حاصل کرتے ہیں اس سے؟"</w:t>
      </w:r>
    </w:p>
    <w:p>
      <w:r>
        <w:rPr>
          <w:b/>
        </w:rPr>
        <w:t xml:space="preserve">[1:02:06] </w:t>
      </w:r>
      <w:r>
        <w:t>is ke bare mein batayein.</w:t>
      </w:r>
    </w:p>
    <w:p>
      <w:pPr>
        <w:jc w:val="right"/>
      </w:pPr>
      <w:r>
        <w:t>اس کے بارے میں بتائیں۔</w:t>
      </w:r>
    </w:p>
    <w:p>
      <w:r>
        <w:rPr>
          <w:b/>
        </w:rPr>
        <w:t xml:space="preserve">[1:02:10] </w:t>
      </w:r>
      <w:r>
        <w:t>pehli baat to yeh hai ke modern age ko ulama jante hi nahi. mere ilm mein koi ek bhi aalim nahi hai jis ne objective study ki ho modern age ki.</w:t>
      </w:r>
    </w:p>
    <w:p>
      <w:pPr>
        <w:jc w:val="right"/>
      </w:pPr>
      <w:r>
        <w:t>پہلی بات تو یہ ہے کہ ماڈرن ایج کو علماء جانتے ہی نہیں۔ میرے علم میں کوئی ایک بھی عالم نہیں ہے جس نے ابجیکٹیو سٹڈی کی ہو ماڈرن ایج کی۔</w:t>
      </w:r>
    </w:p>
    <w:p>
      <w:r>
        <w:rPr>
          <w:b/>
        </w:rPr>
        <w:t xml:space="preserve">[1:02:22] </w:t>
      </w:r>
      <w:r>
        <w:t>ba-akhbaron mein jo padhta hai, idhar udhar us ko le kar ke dicty tasveer bana rakhi hai. is ki ek misaal main doonga aap ko ke aap Syed Qutb ki kitab padhiye: "America allati raait".</w:t>
      </w:r>
    </w:p>
    <w:p>
      <w:pPr>
        <w:jc w:val="right"/>
      </w:pPr>
      <w:r>
        <w:t>باخباروں میں جو پڑھتا ہے، ادھر ادھر اس کو لے کر کے ڈکٹیری تصویر بنا رکھی ہے۔ اس کی ایک مثال میں دوں گا آپ کو کہ آپ سید خطب کی کتاب پڑھیے: "امریکہ اللتی رایت"۔</w:t>
      </w:r>
    </w:p>
    <w:p>
      <w:r>
        <w:rPr>
          <w:b/>
        </w:rPr>
        <w:t xml:space="preserve">[1:02:35] </w:t>
      </w:r>
      <w:r>
        <w:t>yani America jis ko unhon ne dekha, Syed Qutb ki kitab hai. is mein sawa kuch negative idhar udhar kuch unhon ne dekha, us ko likh diya.</w:t>
      </w:r>
    </w:p>
    <w:p>
      <w:pPr>
        <w:jc w:val="right"/>
      </w:pPr>
      <w:r>
        <w:t>یعنی امریکہ جس کو انہوں نے دیکھا، سید خطب کی کتاب ہے۔ اس میں سوا کچھ نیگیٹیو ادھر ادھر کچھ انہوں نے دیکھا، اس کو لکھ دیا۔</w:t>
      </w:r>
    </w:p>
    <w:p>
      <w:r>
        <w:rPr>
          <w:b/>
        </w:rPr>
        <w:t xml:space="preserve">[1:02:44] </w:t>
      </w:r>
      <w:r>
        <w:t>unhon ne koi study nahi ki. unhon ne America ki society kya hai, America ki thinking kya hai, America ka mind kya hai, koi study nahi.</w:t>
      </w:r>
    </w:p>
    <w:p>
      <w:pPr>
        <w:jc w:val="right"/>
      </w:pPr>
      <w:r>
        <w:t>انہوں نے کوئی سٹڈی نہیں کی۔ انہوں نے امریکہ کی سوسائٹی کیا ہے، امریکہ کی تھنکنگ کیا ہے، امریکہ کا مائنڈ کیا ہے، کوئی سٹڈی نہیں۔</w:t>
      </w:r>
    </w:p>
    <w:p>
      <w:r>
        <w:rPr>
          <w:b/>
        </w:rPr>
        <w:t xml:space="preserve">[1:02:55] </w:t>
      </w:r>
      <w:r>
        <w:t>bas ek kitab likh diya: "America allati raait".</w:t>
      </w:r>
    </w:p>
    <w:p>
      <w:pPr>
        <w:jc w:val="right"/>
      </w:pPr>
      <w:r>
        <w:t>بس ایک کتاب لکھ دیا: "امریکہ اللتی رایت"۔</w:t>
      </w:r>
    </w:p>
    <w:p>
      <w:r>
        <w:rPr>
          <w:b/>
        </w:rPr>
        <w:t xml:space="preserve">[1:03:00] </w:t>
      </w:r>
      <w:r>
        <w:t>to ulama ne sachi baat hai ke maghrib ko jaana hi nahi to negative ho jayenge. woh</w:t>
      </w:r>
    </w:p>
    <w:p>
      <w:pPr>
        <w:jc w:val="right"/>
      </w:pPr>
      <w:r>
        <w:t>تو علماء نے سچی بات ہے کہ مغرب کو جانا ہی نہیں تو نیگیٹیو ہو جائیں گے۔ وہ</w:t>
      </w:r>
    </w:p>
    <w:p>
      <w:r>
        <w:rPr>
          <w:b/>
        </w:rPr>
        <w:t xml:space="preserve">[1:03:09] </w:t>
      </w:r>
      <w:r>
        <w:t>to ab ab chuki jo jo cheezein technology ki shakal mein di hain maghrib ne, woh hamare liye istemal ke, hamare liye mufeed hain, to us ko us aitbaar se mufeed istemal karte hain.</w:t>
      </w:r>
    </w:p>
    <w:p>
      <w:pPr>
        <w:jc w:val="right"/>
      </w:pPr>
      <w:r>
        <w:t>تو اب اب چونکہ جو جو چیزیں ٹیکنالوجی کی شکل میں دی ہیں مغرب نے، وہ ہمارے لیے استعمال کے، ہمارے لیے مفید ہیں، تو اس کو اس اعتبار سے مفید استعمال کرتے ہیں۔</w:t>
      </w:r>
    </w:p>
    <w:p>
      <w:r>
        <w:rPr>
          <w:b/>
        </w:rPr>
        <w:t xml:space="preserve">[1:03:23] </w:t>
      </w:r>
      <w:r>
        <w:t>samajhte hain ke bas yani market item hai, shopping item hai.</w:t>
      </w:r>
    </w:p>
    <w:p>
      <w:pPr>
        <w:jc w:val="right"/>
      </w:pPr>
      <w:r>
        <w:t>سمجھتے ہیں کہ بس یعنی مارکیٹ آئٹم ہے، شاپنگ آئٹم ہے۔</w:t>
      </w:r>
    </w:p>
    <w:p>
      <w:r>
        <w:rPr>
          <w:b/>
        </w:rPr>
        <w:t xml:space="preserve">[1:03:29] </w:t>
      </w:r>
      <w:r>
        <w:t>halanke is is shopping item ka kahan se wajood mein aaya? woh West ne to us ko banaya. to bas shopping market, us ko us ko samajhte hain ke woh woh shopping item hai.</w:t>
      </w:r>
    </w:p>
    <w:p>
      <w:pPr>
        <w:jc w:val="right"/>
      </w:pPr>
      <w:r>
        <w:t>حالانکہ اس اس شاپنگ آئٹم کا کہاں سے وجود میں آیا؟ وہ ویسٹ نے تو اس کو بنایا۔ تو بس شاپنگ مارکیٹ، اس کو اس کو سمجھتے ہیں کہ وہ وہ شاپنگ آئٹم ہے۔</w:t>
      </w:r>
    </w:p>
    <w:p>
      <w:r>
        <w:rPr>
          <w:b/>
        </w:rPr>
        <w:t xml:space="preserve">[1:03:46] </w:t>
      </w:r>
      <w:r>
        <w:t>aur baqi west ko alag se dekhte hain, woh is se negative ho gaye hain, is se lar rahe hain. yeh sab kuch is liye hai ke "al-nas 'adawa ma jahiloo".</w:t>
      </w:r>
    </w:p>
    <w:p>
      <w:pPr>
        <w:jc w:val="right"/>
      </w:pPr>
      <w:r>
        <w:t>اور باقی ویسٹ کو الگ سے دیکھتے ہیں، وہ اس سے نیگیٹیو ہو گئے ہیں، اس سے لڑ رہے ہیں۔ یہ سب کچھ اس لیے ہے کہ "الناس وعدہ ما جہلو"۔</w:t>
      </w:r>
    </w:p>
    <w:p>
      <w:r>
        <w:rPr>
          <w:b/>
        </w:rPr>
        <w:t xml:space="preserve">[1:03:56] </w:t>
      </w:r>
      <w:r>
        <w:t>yeh aik maqola hai ke "al-nas 'adawa ma jahiloo</w:t>
      </w:r>
    </w:p>
    <w:p>
      <w:pPr>
        <w:jc w:val="right"/>
      </w:pPr>
      <w:r>
        <w:t>یہ ایک مقولہ ہے کہ "الناس وعدہ ما جہلو</w:t>
      </w:r>
    </w:p>
    <w:p>
      <w:r>
        <w:rPr>
          <w:b/>
        </w:rPr>
        <w:t xml:space="preserve">[1:03:59] </w:t>
      </w:r>
      <w:r>
        <w:t>" log is cheez ke dushman mein aate hain jis ko woh nahi jante honge. to yeh sare ulama west se bilkul hi bekhabar hain. agar kisi ka dawa ho, koi alam janta hai west ko to mujhe bataye.</w:t>
      </w:r>
    </w:p>
    <w:p>
      <w:pPr>
        <w:jc w:val="right"/>
      </w:pPr>
      <w:r>
        <w:t>"۔ لوگ اس چیز کے دشمن میں آتے ہیں جس کو وہ نہیں جانتے ہوں گے۔ تو یہ سارے علماء ویسٹ سے بالکل ہی بے خبر ہیں۔ اگر کسی کا دعویٰ ہو، کوئی عالم جانتا ہے ویسٹ کو تو مجھے بتائے۔</w:t>
      </w:r>
    </w:p>
    <w:p>
      <w:r>
        <w:rPr>
          <w:b/>
        </w:rPr>
        <w:t xml:space="preserve">[1:04:11] </w:t>
      </w:r>
      <w:r>
        <w:t>is kitab mein is ka tajziya karunga. koi aik alam, na arab ka alam, na ghair nan arab ka alam janta hi nahi ke west kya hai.</w:t>
      </w:r>
    </w:p>
    <w:p>
      <w:pPr>
        <w:jc w:val="right"/>
      </w:pPr>
      <w:r>
        <w:t>اس کتاب میں اس کا تجزیہ کروں گا۔ کوئی ایک عالم، نہ عرب کا عالم، نہ غیر نان عرب کا عالم جانتا ہی نہیں کہ ویسٹ کیا ہے۔</w:t>
      </w:r>
    </w:p>
    <w:p>
      <w:r>
        <w:rPr>
          <w:b/>
        </w:rPr>
        <w:t xml:space="preserve">[1:04:21] </w:t>
      </w:r>
      <w:r>
        <w:t>agar koi yeh kahe ke log jante hain to mujhe kitab ko na bata</w:t>
      </w:r>
    </w:p>
    <w:p>
      <w:pPr>
        <w:jc w:val="right"/>
      </w:pPr>
      <w:r>
        <w:t>اگر کوئی یہ کہے کہ لوگ جانتے ہیں تو مجھے کتاب کو نہ بت</w:t>
      </w:r>
    </w:p>
    <w:p>
      <w:r>
        <w:rPr>
          <w:b/>
        </w:rPr>
        <w:t xml:space="preserve">[1:04:25] </w:t>
      </w:r>
      <w:r>
        <w:t>iye. main inshallah is ka analysis kar ke bataunga ke yeh bekhabari ki baat hai. to "al-nas 'adawa ma jahiloo" ke kaise in logon ka na janne ki wajah se dushman ban gaye hain?</w:t>
      </w:r>
    </w:p>
    <w:p>
      <w:pPr>
        <w:jc w:val="right"/>
      </w:pPr>
      <w:r>
        <w:t>ائیے۔ میں انشاءاللہ اس کا انالیسز کر کے بتاؤں گا کہ یہ بے خبری کی بات ہے۔ تو "الناس وعدہ ما جہلو" کے کیسے ان لوگوں کا نہ جاننے کی وجہ سے دشمن بن گئے ہیں؟</w:t>
      </w:r>
    </w:p>
    <w:p>
      <w:r>
        <w:rPr>
          <w:b/>
        </w:rPr>
        <w:t xml:space="preserve">[1:04:36] </w:t>
      </w:r>
      <w:r>
        <w:t>woh</w:t>
      </w:r>
    </w:p>
    <w:p>
      <w:pPr>
        <w:jc w:val="right"/>
      </w:pPr>
      <w:r>
        <w:t>وہ</w:t>
      </w:r>
    </w:p>
    <w:p>
      <w:r>
        <w:rPr>
          <w:b/>
        </w:rPr>
        <w:t xml:space="preserve">[1:04:41] </w:t>
      </w:r>
      <w:r>
        <w:t>maulana, agla sawal ah ah london se hai lekin poochne wale ne apna naam nahi likha hai aur woh is waqt yeh program</w:t>
      </w:r>
    </w:p>
    <w:p>
      <w:pPr>
        <w:jc w:val="right"/>
      </w:pPr>
      <w:r>
        <w:t>مولانا، اگلا سوال اہ اہ لندن سے ہے لیکن پوچھنے والے نے اپنا نام نہیں لکھا ہے اور وہ اس وقت یہ پروگرام</w:t>
      </w:r>
    </w:p>
    <w:p>
      <w:r>
        <w:rPr>
          <w:b/>
        </w:rPr>
        <w:t xml:space="preserve">[1:04:50] </w:t>
      </w:r>
      <w:r>
        <w:t>dekh rahi hain. unhon ne likha hai ke "I was at Kaaba last week and a qari of haram was talking to me as as he knows my husband's family.</w:t>
      </w:r>
    </w:p>
    <w:p>
      <w:pPr>
        <w:jc w:val="right"/>
      </w:pPr>
      <w:r>
        <w:t>دیکھ رہی ہیں۔ انہوں نے لکھا ہے کہ "آئی واز ایٹ کعبہ لاسٹ ویک اینڈ ا قاری اف حرم واز ٹاکنگ ٹو می ایز ایز ہی نوز مائی ہسبینڈز فیملی۔</w:t>
      </w:r>
    </w:p>
    <w:p>
      <w:r>
        <w:rPr>
          <w:b/>
        </w:rPr>
        <w:t xml:space="preserve">[1:05:02] </w:t>
      </w:r>
      <w:r>
        <w:t>when i asked a question about kaba, he got angry with me that why i was not wearing burqa. maulana, i am over fifty years old and a grandmother.</w:t>
      </w:r>
    </w:p>
    <w:p>
      <w:pPr>
        <w:jc w:val="right"/>
      </w:pPr>
      <w:r>
        <w:t>وین ائی اسکڈ ا کوئسچن اباؤٹ کعبہ، ہی گاٹ اینگری ود می دیٹ وائی ائی واز ناٹ ویئرنگ برقعہ۔ مولانا، ائی ایم اوور ففٹی ایئرز اولڈ اینڈ ا گرینڈ مدر۔</w:t>
      </w:r>
    </w:p>
    <w:p>
      <w:r>
        <w:rPr>
          <w:b/>
        </w:rPr>
        <w:t xml:space="preserve">[1:05:15] </w:t>
      </w:r>
      <w:r>
        <w:t>i said that i am also involved in mission and work in the west,</w:t>
      </w:r>
    </w:p>
    <w:p>
      <w:pPr>
        <w:jc w:val="right"/>
      </w:pPr>
      <w:r>
        <w:t>ائی سیڈ دیٹ ائی ایم السو انوالوڈ ان مشن اینڈ ورک ان دا ویسٹ،</w:t>
      </w:r>
    </w:p>
    <w:p>
      <w:r>
        <w:rPr>
          <w:b/>
        </w:rPr>
        <w:t xml:space="preserve">[1:05:21] </w:t>
      </w:r>
      <w:r>
        <w:t>but he said that in islam, but he said islam goes one form of parda and that there is no excuse.</w:t>
      </w:r>
    </w:p>
    <w:p>
      <w:pPr>
        <w:jc w:val="right"/>
      </w:pPr>
      <w:r>
        <w:t>بٹ ہی سیڈ دیٹ ان اسلام، بٹ ہی سیڈ اسلام گوز ون فارم اف پردہ اینڈ دیٹ دیر از نو ایکسکیوز۔</w:t>
      </w:r>
    </w:p>
    <w:p>
      <w:r>
        <w:rPr>
          <w:b/>
        </w:rPr>
        <w:t xml:space="preserve">[1:05:29] </w:t>
      </w:r>
      <w:r>
        <w:t>this is from the hadith of prophet. it has worried me as i used to wear burqa when i was in college and until the age of thirty five.</w:t>
      </w:r>
    </w:p>
    <w:p>
      <w:pPr>
        <w:jc w:val="right"/>
      </w:pPr>
      <w:r>
        <w:t>دس از فرام دی حدیث اف پرافٹ۔ اٹ ہیز وریڈ می ایز ائی یوز ٹو ویئر برقعہ وین ائی واز ان کالج اینڈ انٹل دی ایج اف تھرٹی فائیو۔</w:t>
      </w:r>
    </w:p>
    <w:p>
      <w:r>
        <w:rPr>
          <w:b/>
        </w:rPr>
        <w:t xml:space="preserve">[1:05:40] </w:t>
      </w:r>
      <w:r>
        <w:t>maulana, please comment on this. dekhen, main aap ko yahi mashwara dunga ke aap</w:t>
      </w:r>
    </w:p>
    <w:p>
      <w:pPr>
        <w:jc w:val="right"/>
      </w:pPr>
      <w:r>
        <w:t>مولانا، پلیز کمنٹ ان دس۔ دیکھیں، میں آپ کو یہی مشورہ دوں گا کہ آپ</w:t>
      </w:r>
    </w:p>
    <w:p>
      <w:r>
        <w:rPr>
          <w:b/>
        </w:rPr>
        <w:t xml:space="preserve">[1:05:49] </w:t>
      </w:r>
      <w:r>
        <w:t>do kitaben padhiye:</w:t>
      </w:r>
    </w:p>
    <w:p>
      <w:pPr>
        <w:jc w:val="right"/>
      </w:pPr>
      <w:r>
        <w:t>دو کتابیں پڑھیے:</w:t>
      </w:r>
    </w:p>
    <w:p>
      <w:r>
        <w:rPr>
          <w:b/>
        </w:rPr>
        <w:t xml:space="preserve">[1:05:51] </w:t>
      </w:r>
      <w:r>
        <w:t>aik allama albani ki kitab "hijab al-marat al-muslima", doosri meri jo do ya teen kitaben is mozu par hain.</w:t>
      </w:r>
    </w:p>
    <w:p>
      <w:pPr>
        <w:jc w:val="right"/>
      </w:pPr>
      <w:r>
        <w:t>ایک علامہ البانی کی کتاب "حجاب المرات المسلمہ"، دوسری میری جو دو یا تین کتابیں اس موضوع پر ہیں۔</w:t>
      </w:r>
    </w:p>
    <w:p>
      <w:r>
        <w:rPr>
          <w:b/>
        </w:rPr>
        <w:t xml:space="preserve">[1:06:01] </w:t>
      </w:r>
      <w:r>
        <w:t>yani is ko padhiye aap, yani khatoon ke mozu par, khatoon islam ke mozu par. phir aap rai banaiye.</w:t>
      </w:r>
    </w:p>
    <w:p>
      <w:pPr>
        <w:jc w:val="right"/>
      </w:pPr>
      <w:r>
        <w:t>یعنی اس کو پڑھیے آپ، یعنی خاتون کے موضوع پر، خاتون اسلام کے موضوع پر۔ پھر آپ رائے بنائیے۔</w:t>
      </w:r>
    </w:p>
    <w:p>
      <w:r>
        <w:rPr>
          <w:b/>
        </w:rPr>
        <w:t xml:space="preserve">[1:06:09] </w:t>
      </w:r>
      <w:r>
        <w:t>ab</w:t>
      </w:r>
    </w:p>
    <w:p>
      <w:pPr>
        <w:jc w:val="right"/>
      </w:pPr>
      <w:r>
        <w:t>اب</w:t>
      </w:r>
    </w:p>
    <w:p>
      <w:r>
        <w:rPr>
          <w:b/>
        </w:rPr>
        <w:t xml:space="preserve">[1:06:10] </w:t>
      </w:r>
      <w:r>
        <w:t>abhi aap ko padhna chahiye, tab aap ko islam ka stand samajh mein ayega. woh in in kitabon ko padhne ke baad aap phir sawal karen, inshallah us waqt mein jawab dunga.</w:t>
      </w:r>
    </w:p>
    <w:p>
      <w:pPr>
        <w:jc w:val="right"/>
      </w:pPr>
      <w:r>
        <w:t>ابھی آپ کو پڑھنا چاہیے، تب آپ کو اسلام کا اسٹینڈ سمجھ میں آئے گا۔ وہ ان ان کتابوں کو پڑھنے کے بعد آپ پھر سوال کریں، انشاءاللہ اس وقت میں جواب دوں گا۔</w:t>
      </w:r>
    </w:p>
    <w:p>
      <w:r>
        <w:rPr>
          <w:b/>
        </w:rPr>
        <w:t xml:space="preserve">[1:06:28] </w:t>
      </w:r>
      <w:r>
        <w:t>maulana, agla sawal bhopal se hai. faisal sahab ne kiya hai aur unhon ne likha hai ke "muslims think that they are superior to non muslims.</w:t>
      </w:r>
    </w:p>
    <w:p>
      <w:pPr>
        <w:jc w:val="right"/>
      </w:pPr>
      <w:r>
        <w:t>مولانا، اگلا سوال بھوپال سے ہے۔ فیصل صاحب نے کیا ہے اور انہوں نے لکھا ہے کہ "مسلمز تھنک دیٹ دے آر سپیریئر ٹو نان مسلمز۔</w:t>
      </w:r>
    </w:p>
    <w:p>
      <w:r>
        <w:rPr>
          <w:b/>
        </w:rPr>
        <w:t xml:space="preserve">[1:06:39] </w:t>
      </w:r>
      <w:r>
        <w:t>" maulana, what is the reason for this kind of thinking? yeh yehud ki mazahamat hai. hadith mein aata hai ke "tum yahud ki naqal karoge,</w:t>
      </w:r>
    </w:p>
    <w:p>
      <w:pPr>
        <w:jc w:val="right"/>
      </w:pPr>
      <w:r>
        <w:t>" مولانا، واٹ از دا ریزن فار دس کائنڈ اف تھنکنگ؟ یہ یہود کی مضاحات ہے۔ حدیث میں آتا ہے کہ "تم یہود کی نقل کرو گے،</w:t>
      </w:r>
    </w:p>
    <w:p>
      <w:r>
        <w:rPr>
          <w:b/>
        </w:rPr>
        <w:t xml:space="preserve">[1:06:54] </w:t>
      </w:r>
      <w:r>
        <w:t>mazahamat mani naqal karna."</w:t>
      </w:r>
    </w:p>
    <w:p>
      <w:pPr>
        <w:jc w:val="right"/>
      </w:pPr>
      <w:r>
        <w:t>مضاحات معنی نقل کرنا۔"</w:t>
      </w:r>
    </w:p>
    <w:p>
      <w:r>
        <w:rPr>
          <w:b/>
        </w:rPr>
        <w:t xml:space="preserve">[1:06:57] </w:t>
      </w:r>
      <w:r>
        <w:t>to aap yahud ki tareekh padhiye, wahan un ke haan aik kitaben likhi hain ke waqai is pe likhi gayi hain. jewish supremacism, jewish yani yahudi bartari, baqayda kitaben maujood hain.</w:t>
      </w:r>
    </w:p>
    <w:p>
      <w:pPr>
        <w:jc w:val="right"/>
      </w:pPr>
      <w:r>
        <w:t>تو آپ یہود کی تاریخ پڑھیے، وہاں ان کے ہاں ایک کتابیں لکھی ہیں کہ واقعی اس پہ لکھی گئی ہیں۔ جوئش سپرامیزم، جوئش یعنی یہودی برتری، باقاعدہ کتابیں موجود ہیں۔</w:t>
      </w:r>
    </w:p>
    <w:p>
      <w:r>
        <w:rPr>
          <w:b/>
        </w:rPr>
        <w:t xml:space="preserve">[1:07:11] </w:t>
      </w:r>
      <w:r>
        <w:t>is ki jewish supremacism to wohi yahan bhi aa gaya. muslim supremacism yahud ki naqal mein apne ko bartar samajhna, yeh bilkul hi baseless baat hai ke koi bartar hai Allah ke nazdeek, koi bartar nahi, sab barabar hain,</w:t>
      </w:r>
    </w:p>
    <w:p>
      <w:pPr>
        <w:jc w:val="right"/>
      </w:pPr>
      <w:r>
        <w:t>اس کی جوئش سپرامیزم تو وہی یہاں بھی آ گیا۔ مسلم سپرامیزم یہود کی نقل میں اپنے کو برتر سمجھنا، یہ بالکل ہی بیس لیس بات ہے کہ کوئی برتر ہے اللہ کے نزدیک، کوئی برتر نہیں، سب برابر ہیں،</w:t>
      </w:r>
    </w:p>
    <w:p>
      <w:r>
        <w:rPr>
          <w:b/>
        </w:rPr>
        <w:t xml:space="preserve">[1:07:28] </w:t>
      </w:r>
      <w:r>
        <w:t>koi bartar nahi hai Allah ke haan, sab barabar hain. yeh to yahudion ki naqal hai ke koi islam se koi talluq is ka nahi hai. yani jewish supremacism ki jagah unhon ne muslim supremacism bana bana rakha hai.</w:t>
      </w:r>
    </w:p>
    <w:p>
      <w:pPr>
        <w:jc w:val="right"/>
      </w:pPr>
      <w:r>
        <w:t>کوئی برتر نہیں ہے اللہ کے ہاں، سب برابر ہیں۔ یہ تو یہودیوں کی نقل ہے کہ کوئی اسلام سے کوئی تعلق اس کا نہیں ہے۔ یعنی جوئش سپرامیزم کی جگہ انہوں نے مسلم سپرامیزم بنا بنا رکھا ہے۔</w:t>
      </w:r>
    </w:p>
    <w:p>
      <w:r>
        <w:rPr>
          <w:b/>
        </w:rPr>
        <w:t xml:space="preserve">[1:07:43] </w:t>
      </w:r>
      <w:r>
        <w:t>aur yeh hadith mein maujood tha ke musalman jo hain poori naqal karenge yahudiyon ki. yeh yeh isi hadith ki hai, yaani wohi peshangoi poori ho rahi hai.</w:t>
      </w:r>
    </w:p>
    <w:p>
      <w:pPr>
        <w:jc w:val="right"/>
      </w:pPr>
      <w:r>
        <w:t>اور یہ حدیث میں موجود تھا کہ مسلمان جو ہیں پوری نقل کریں گے یہودیوں کی۔ یہ یہ اسی حدیث کی ہے، یعنی وہی پیشنگوئی پوری ہو رہی ہے۔</w:t>
      </w:r>
    </w:p>
    <w:p>
      <w:r>
        <w:rPr>
          <w:b/>
        </w:rPr>
        <w:t xml:space="preserve">[1:08:01] </w:t>
      </w:r>
      <w:r>
        <w:t>yeh ayat hai Quran mein: "ya allazina kafaroo</w:t>
      </w:r>
    </w:p>
    <w:p>
      <w:pPr>
        <w:jc w:val="right"/>
      </w:pPr>
      <w:r>
        <w:t>یہ آیت ہے قرآن میں: "یا الذین کفرو</w:t>
      </w:r>
    </w:p>
    <w:p>
      <w:r>
        <w:rPr>
          <w:b/>
        </w:rPr>
        <w:t xml:space="preserve">[1:08:04] </w:t>
      </w:r>
      <w:r>
        <w:t>" . yaani yeh yahud ki mazahamat, mazahamat maani imitate karna, naqal karna.</w:t>
      </w:r>
    </w:p>
    <w:p>
      <w:pPr>
        <w:jc w:val="right"/>
      </w:pPr>
      <w:r>
        <w:t>"۔ یعنی یہ یہود کی مضاحات، مضاحات معنی ایمیٹیٹ کرنا، نقل کرنا۔</w:t>
      </w:r>
    </w:p>
    <w:p>
      <w:r>
        <w:rPr>
          <w:b/>
        </w:rPr>
        <w:t xml:space="preserve">[1:08:12] </w:t>
      </w:r>
      <w:r>
        <w:t>dekhen, yahud ke maani kya hain? yahud ke maani hain zawal yafta ummat, zawal yafta qaum. to jis tarah yahud ek zawal yafta qaum bane, aise hi hadith ke mutabiq musalman bhi zawal yafta qaum ban jayenge.</w:t>
      </w:r>
    </w:p>
    <w:p>
      <w:pPr>
        <w:jc w:val="right"/>
      </w:pPr>
      <w:r>
        <w:t>دیکھیں، یہود کے معنی کیا ہیں؟ یہود کے معنی ہیں زوال یافتہ امت، زوال یافتہ قوم۔ تو جس طرح یہود ایک زوال یافتہ قوم بنے، ایسے ہی حدیث کے مطابق مسلمان بھی زوال یافتہ قوم بن جائیں گے۔</w:t>
      </w:r>
    </w:p>
    <w:p>
      <w:r>
        <w:rPr>
          <w:b/>
        </w:rPr>
        <w:t xml:space="preserve">[1:08:28] </w:t>
      </w:r>
      <w:r>
        <w:t>to is ka yeh phenomenon hai. to woh to hona hi h</w:t>
      </w:r>
    </w:p>
    <w:p>
      <w:pPr>
        <w:jc w:val="right"/>
      </w:pPr>
      <w:r>
        <w:t>تو اس کا یہ فیناومینا ہے۔ تو وہ تو ہونا ہی ہ</w:t>
      </w:r>
    </w:p>
    <w:p>
      <w:r>
        <w:rPr>
          <w:b/>
        </w:rPr>
        <w:t xml:space="preserve">[1:08:32] </w:t>
      </w:r>
      <w:r>
        <w:t>ona tha hadith ki peshangoi ke mutabiq.</w:t>
      </w:r>
    </w:p>
    <w:p>
      <w:pPr>
        <w:jc w:val="right"/>
      </w:pPr>
      <w:r>
        <w:t>ونا تھا حدیث کی پیشنگوئی کے مطابق۔</w:t>
      </w:r>
    </w:p>
    <w:p>
      <w:r>
        <w:rPr>
          <w:b/>
        </w:rPr>
        <w:t xml:space="preserve">[1:08:39] </w:t>
      </w:r>
      <w:r>
        <w:t>maulana, agla sawal lene se pehle ek comment padhna chahenge jo idrees sahab ne bheja hai raipur se, aur unhon ne likha hai ke "today speech was one of the best speech.</w:t>
      </w:r>
    </w:p>
    <w:p>
      <w:pPr>
        <w:jc w:val="right"/>
      </w:pPr>
      <w:r>
        <w:t>مولانا، اگلا سوال لینے سے پہلے ایک کمنٹ پڑھنا چاہیں گے جو ادریس صاحب نے بھیجا ہے رائے پور سے، اور انہوں نے لکھا ہے کہ "ٹوڈے سپیچ واز ون اف دا بیسٹ سپیچ۔</w:t>
      </w:r>
    </w:p>
    <w:p>
      <w:r>
        <w:rPr>
          <w:b/>
        </w:rPr>
        <w:t xml:space="preserve">[1:08:52] </w:t>
      </w:r>
      <w:r>
        <w:t>it was inspiring and thought provoking." achha</w:t>
      </w:r>
    </w:p>
    <w:p>
      <w:pPr>
        <w:jc w:val="right"/>
      </w:pPr>
      <w:r>
        <w:t>اٹ واز انسپائرنگ اینڈ تھاٹ پرووکنگ۔" اچھ</w:t>
      </w:r>
    </w:p>
    <w:p>
      <w:r>
        <w:rPr>
          <w:b/>
        </w:rPr>
        <w:t xml:space="preserve">[1:08:56] </w:t>
      </w:r>
      <w:r>
        <w:t>a, maulana, agla sawal usa se irfan omar sahab ne kiya hai, aur unhon ne likha hai: "maulana sahab, what can ordinary hindus and muslims do to improve relations between them?</w:t>
      </w:r>
    </w:p>
    <w:p>
      <w:pPr>
        <w:jc w:val="right"/>
      </w:pPr>
      <w:r>
        <w:t>ا، مولانا، اگلا سوال یو ایس اے سے عرفان عمر صاحب نے کیا ہے، اور انہوں نے لکھا ہے: "مولانا صاحب، واٹ کین ارڈینری ہندوز اینڈ مسلمز ڈو ٹو امپروو ریلیشنز بٹوین دیم؟</w:t>
      </w:r>
    </w:p>
    <w:p>
      <w:r>
        <w:rPr>
          <w:b/>
        </w:rPr>
        <w:t xml:space="preserve">[1:09:11] </w:t>
      </w:r>
      <w:r>
        <w:t>to improve relations between their communities, could you offer some examples of activities that they may adopt? is dawah and an obstacle to building better relations between hindus and muslims?"</w:t>
      </w:r>
    </w:p>
    <w:p>
      <w:pPr>
        <w:jc w:val="right"/>
      </w:pPr>
      <w:r>
        <w:t>ٹو امپروو ریلیشنز بٹوین دیر کمیونٹیز، کڈ یو افر سم ایگزیمپلز اف ایکٹیویٹیز دیٹ دے می اڈاپٹ؟ از دعویٰ اینڈ ابسٹیکل ٹو بلڈنگ بیٹر ریلیشن بٹوین ہندوز اینڈ مسلمز؟"</w:t>
      </w:r>
    </w:p>
    <w:p>
      <w:r>
        <w:rPr>
          <w:b/>
        </w:rPr>
        <w:t xml:space="preserve">[1:09:27] </w:t>
      </w:r>
      <w:r>
        <w:t>yahan dawah ka ka jo kaam hai, jo dawah work hai, us ko positive tor par kiya jaye. aur positive ka matlab yeh hai ke khairkhwahi ki spirit kehta hai:</w:t>
      </w:r>
    </w:p>
    <w:p>
      <w:pPr>
        <w:jc w:val="right"/>
      </w:pPr>
      <w:r>
        <w:t>یہاں دعوت کا کا جو کام ہے، جو دعویٰ ورک ہے، اس کو پازیٹیو طور پر کیا جائے۔ اور پازیٹیو کا مطلب یہ ہے کہ خارخائی کی سپرٹ کہتا ہے:</w:t>
      </w:r>
    </w:p>
    <w:p>
      <w:r>
        <w:rPr>
          <w:b/>
        </w:rPr>
        <w:t xml:space="preserve">[1:09:40] </w:t>
      </w:r>
      <w:r>
        <w:t>"inna lakum naasih". yaani dawi jo hai, woh well wisher hota hai. to dawah apne aap mein well wishing ka mahol paida karti hai.</w:t>
      </w:r>
    </w:p>
    <w:p>
      <w:pPr>
        <w:jc w:val="right"/>
      </w:pPr>
      <w:r>
        <w:t>"ان لکم ناصح"۔ یعنی داعی جو ہے، وہ ویل وشر ہوتا ہے۔ تو دعوت اپنے آپ میں ویل وشنگ کا ماحول پیدا کرتی ہے۔</w:t>
      </w:r>
    </w:p>
    <w:p>
      <w:r>
        <w:rPr>
          <w:b/>
        </w:rPr>
        <w:t xml:space="preserve">[1:09:52] </w:t>
      </w:r>
      <w:r>
        <w:t>to logon ne dawah ko ko bhi debate ke maani mein le liya, yaani apni superiority ko establish karna, us se to doori badhegi.</w:t>
      </w:r>
    </w:p>
    <w:p>
      <w:pPr>
        <w:jc w:val="right"/>
      </w:pPr>
      <w:r>
        <w:t>تو لوگوں نے دعوت کو کو بھی ڈیبیٹ کے معنی میں لے لیا، یعنی اپنی سپیریٹی کو اسٹیبلش کرنا، اس سے تو دوری بڑھے گی۔</w:t>
      </w:r>
    </w:p>
    <w:p>
      <w:r>
        <w:rPr>
          <w:b/>
        </w:rPr>
        <w:t xml:space="preserve">[1:10:03] </w:t>
      </w:r>
      <w:r>
        <w:t>dawah well wishing ke tehat hoti hai, khair khwahi ke tehat hoti hai. to us se to apne aap mein taluq achhe ban jayenge.</w:t>
      </w:r>
    </w:p>
    <w:p>
      <w:pPr>
        <w:jc w:val="right"/>
      </w:pPr>
      <w:r>
        <w:t>دعوت ویل وشنگ کے تحت ہوتی ہے، خیر خواہی کے تحت ہوتی ہے۔ تو اس سے تو اپنے آپ میں تعلق اچھے بن جائیں گے۔</w:t>
      </w:r>
    </w:p>
    <w:p>
      <w:r>
        <w:rPr>
          <w:b/>
        </w:rPr>
        <w:t xml:space="preserve">[1:10:11] </w:t>
      </w:r>
      <w:r>
        <w:t>doosri baat yeh hai ke main kahunga ke maujooda daur mein hamare ulama ne bohat bhari ghalti ki hai ke education mein musalmanon ko roka.</w:t>
      </w:r>
    </w:p>
    <w:p>
      <w:pPr>
        <w:jc w:val="right"/>
      </w:pPr>
      <w:r>
        <w:t>دوسری بات یہ ہے کہ میں کہوں گا کہ موجودہ دور میں ہمارے علماء نے بہت بھاری غلطی کی ہے کہ ایجوکیشن میں مسلمانوں کو روکا۔</w:t>
      </w:r>
    </w:p>
    <w:p>
      <w:r>
        <w:rPr>
          <w:b/>
        </w:rPr>
        <w:t xml:space="preserve">[1:10:22] </w:t>
      </w:r>
      <w:r>
        <w:t>aur logon ko yeh hua ke muslim idare alag banaye, muslim school, muslim college, muslim university. main is ke sakht khilaf hoon. bas jo school the, jo college the, jo universityan theen, usi mein padhte hain musalman bhi.</w:t>
      </w:r>
    </w:p>
    <w:p>
      <w:pPr>
        <w:jc w:val="right"/>
      </w:pPr>
      <w:r>
        <w:t>اور لوگوں کو یہ ہوا کہ مسلم ادارے الگ بلائے، مسلم اسکول، مسلم کالج، مسلم یونیورسٹی۔ میں اس کے سخت خلاف ہوں۔ بس جو اسکول تھے، جو کالج تھے، جو یونیورسٹیاں تھیں، اسی میں پڑھتے ہیں مسلمان بھی۔</w:t>
      </w:r>
    </w:p>
    <w:p>
      <w:r>
        <w:rPr>
          <w:b/>
        </w:rPr>
        <w:t xml:space="preserve">[1:10:35] </w:t>
      </w:r>
      <w:r>
        <w:t>to kya hota? interaction hota.</w:t>
      </w:r>
    </w:p>
    <w:p>
      <w:pPr>
        <w:jc w:val="right"/>
      </w:pPr>
      <w:r>
        <w:t>تو کیا ہوتا؟ انٹریکشن ہوتا۔</w:t>
      </w:r>
    </w:p>
    <w:p>
      <w:r>
        <w:rPr>
          <w:b/>
        </w:rPr>
        <w:t xml:space="preserve">[1:10:38] </w:t>
      </w:r>
      <w:r>
        <w:t>jahan hindu padh rahe hain, wahan musalman hi padh rahe hain. aur aap jahan aap ko yeh tajurba hoga ke taleem ke dauran jo jo taluq banta hai, woh bohat zabardast hota hai.</w:t>
      </w:r>
    </w:p>
    <w:p>
      <w:pPr>
        <w:jc w:val="right"/>
      </w:pPr>
      <w:r>
        <w:t>جہاں ہندو پڑھ رہے ہیں، وہاں مسلمان ہی پڑھ رہے ہیں۔ اور آپ جہاں آپ کو یہ تجربہ ہوگا کہ تعلیم کے دوران جو جو تعلق بنتا ہے، وہ بہت زبردست ہوتا ہے۔</w:t>
      </w:r>
    </w:p>
    <w:p>
      <w:r>
        <w:rPr>
          <w:b/>
        </w:rPr>
        <w:t xml:space="preserve">[1:10:49] </w:t>
      </w:r>
      <w:r>
        <w:t>bohat is mein dostiyan qaim hoti hain, achhe taluqat qaim hote hain.</w:t>
      </w:r>
    </w:p>
    <w:p>
      <w:pPr>
        <w:jc w:val="right"/>
      </w:pPr>
      <w:r>
        <w:t>بہت اس میں دوستیاں قائم ہوتی ہیں، اچھے تعلقات قائم ہوتے ہیں۔</w:t>
      </w:r>
    </w:p>
    <w:p>
      <w:r>
        <w:rPr>
          <w:b/>
        </w:rPr>
        <w:t xml:space="preserve">[1:10:55] </w:t>
      </w:r>
      <w:r>
        <w:t>to bilkul simple tareeqa tha ke woh usay na rokte aur musalman se kehte hain ke jo bhi school hai, jo bhi college hai, woh dakhil ho jao, padho. to khoob interaction hota.</w:t>
      </w:r>
    </w:p>
    <w:p>
      <w:pPr>
        <w:jc w:val="right"/>
      </w:pPr>
      <w:r>
        <w:t>تو بالکل سمپل طریقہ تھا کہ وہ اسے نہ روکتے اور مسلمان سے کہتے ہیں کہ جو بھی اسکول ہے، جو بھی کالج ہے، وہ داخل ہو جاؤ، پڑھو۔ تو خوب انٹریکشن ہوتا۔</w:t>
      </w:r>
    </w:p>
    <w:p>
      <w:r>
        <w:rPr>
          <w:b/>
        </w:rPr>
        <w:t xml:space="preserve">[1:11:06] </w:t>
      </w:r>
      <w:r>
        <w:t>aur yeh yeh yeh jo doori ban gayi, woh banti hi na. to main kahunga ke yeh yeh do cheezen musalman karen ke har school mein madakhil, har college mein madakhil.</w:t>
      </w:r>
    </w:p>
    <w:p>
      <w:pPr>
        <w:jc w:val="right"/>
      </w:pPr>
      <w:r>
        <w:t>اور یہ یہ یہ جو دوری بن گئی، وہ بنتی ہی نہ۔ تو میں کہوں گا کہ یہ یہ دو چیزیں مسلمان کریں کہ ہر اسکول میں مداخلہ، ہر کالج میں مداخلہ۔</w:t>
      </w:r>
    </w:p>
    <w:p>
      <w:r>
        <w:rPr>
          <w:b/>
        </w:rPr>
        <w:t xml:space="preserve">[1:11:20] </w:t>
      </w:r>
      <w:r>
        <w:t>aur yeh main to yahan tak kehta hoon ke muslim ka lafz nikal do,</w:t>
      </w:r>
    </w:p>
    <w:p>
      <w:pPr>
        <w:jc w:val="right"/>
      </w:pPr>
      <w:r>
        <w:t>اور یہ میں تو یہاں تک کہتا ہوں کہ مسلم کا لفظ نکال دو،</w:t>
      </w:r>
    </w:p>
    <w:p>
      <w:r>
        <w:rPr>
          <w:b/>
        </w:rPr>
        <w:t xml:space="preserve">[1:11:24] </w:t>
      </w:r>
      <w:r>
        <w:t>muslim university ke muslim ka lafz nikalo, is ka naam rakh do Aligarh University mein, Aligarh University. koi muslim school nahi, koi muslim college nahi, koi muslim university.</w:t>
      </w:r>
    </w:p>
    <w:p>
      <w:pPr>
        <w:jc w:val="right"/>
      </w:pPr>
      <w:r>
        <w:t>مسلم یونیورسٹی کے مسلم کا لفظ نکالو، اس کا نام رکھ دو علی گڑھ یونیورسٹی میں، علی گڑھ یونیورسٹی۔ کوئی مسلم اسکول نہیں، کوئی مسلم کالج نہیں، کوئی مسلم یونیورسٹی۔</w:t>
      </w:r>
    </w:p>
    <w:p>
      <w:r>
        <w:rPr>
          <w:b/>
        </w:rPr>
        <w:t xml:space="preserve">[1:11:33] </w:t>
      </w:r>
      <w:r>
        <w:t>sab muslim ka lafz nikal do</w:t>
      </w:r>
    </w:p>
    <w:p>
      <w:pPr>
        <w:jc w:val="right"/>
      </w:pPr>
      <w:r>
        <w:t>سب مسلم کا لفظ نکال دو</w:t>
      </w:r>
    </w:p>
    <w:p>
      <w:r>
        <w:rPr>
          <w:b/>
        </w:rPr>
        <w:t xml:space="preserve">[1:11:35] </w:t>
      </w:r>
      <w:r>
        <w:t>, har school mein padho, har college mein padho, har university mein padho. to apne aap taluqat normal ho jayenge, apne aap.</w:t>
      </w:r>
    </w:p>
    <w:p>
      <w:pPr>
        <w:jc w:val="right"/>
      </w:pPr>
      <w:r>
        <w:t>، ہر اسکول میں پڑھو، ہر کالج میں پڑھو، ہر یونیورسٹی میں پڑھو۔ تو اپنے آپ تعلقات نارمل ہو جائیں گے، اپنے آپ۔</w:t>
      </w:r>
    </w:p>
    <w:p>
      <w:r>
        <w:rPr>
          <w:b/>
        </w:rPr>
        <w:t xml:space="preserve">[1:11:47] </w:t>
      </w:r>
      <w:r>
        <w:t>aur dawah agar positive sense mein kiya jaye, khair khwahi ki speed ke sath, to woh woh bhi bohat bara zariya hoga ta'alluqat ko acha banane ka.</w:t>
      </w:r>
    </w:p>
    <w:p>
      <w:pPr>
        <w:jc w:val="right"/>
      </w:pPr>
      <w:r>
        <w:t>اور دعویٰ اگر پازیٹیو سینس میں کیا جائے، خیر خواہی کی سپیڈ کے ساتھ، تو وہ وہ بھی بہت بڑا ذریعہ ہوگا تعلقات کو اچھا بنانے کا۔</w:t>
      </w:r>
    </w:p>
    <w:p>
      <w:r>
        <w:rPr>
          <w:b/>
        </w:rPr>
        <w:t xml:space="preserve">[1:12:00] </w:t>
      </w:r>
      <w:r>
        <w:t>Maulana, agla sawal lene se pehle ek comment parhna chahenge jo abrar sahib ne bheja hai allahabad se, aur unhon ne likha hai: "Maulana, allah ne aap ko wisdom ata kiya hai jis ki wajah se aap cheezon ko discover karte hain.</w:t>
      </w:r>
    </w:p>
    <w:p>
      <w:pPr>
        <w:jc w:val="right"/>
      </w:pPr>
      <w:r>
        <w:t>مولانا، اگلا سوال لینے سے پہلے ایک کمنٹ پڑھنا چاہیں گے جو ابرار صاحب نے بھیجا ہے الہ آباد سے، اور انہوں نے لکھا ہے: "مولانا، اللہ نے آپ کو وزڈم عطا کیا ہے جس کی وجہ سے آپ چیزوں کو ڈسکور کرتے ہیں۔</w:t>
      </w:r>
    </w:p>
    <w:p>
      <w:r>
        <w:rPr>
          <w:b/>
        </w:rPr>
        <w:t xml:space="preserve">[1:12:17] </w:t>
      </w:r>
      <w:r>
        <w:t>you discovered dawah safar which you told me in april second international conference. this is indeed going to be beneficial to our dawah mission.</w:t>
      </w:r>
    </w:p>
    <w:p>
      <w:pPr>
        <w:jc w:val="right"/>
      </w:pPr>
      <w:r>
        <w:t>یو ڈسکورڈ دعوتی سفر وچ یو ٹولڈ می ان اپریل سیکنڈ انٹرنیشنل کانفرنس۔ دس از انڈیڈ گوئنگ ٹو بی بینیفیشل ٹو اور دعویٰ مشن۔</w:t>
      </w:r>
    </w:p>
    <w:p>
      <w:r>
        <w:rPr>
          <w:b/>
        </w:rPr>
        <w:t xml:space="preserve">[1:12:28] </w:t>
      </w:r>
      <w:r>
        <w:t>jazak allah.</w:t>
      </w:r>
    </w:p>
    <w:p>
      <w:pPr>
        <w:jc w:val="right"/>
      </w:pPr>
      <w:r>
        <w:t>جزاک اللہ۔"</w:t>
      </w:r>
    </w:p>
    <w:p>
      <w:r>
        <w:rPr>
          <w:b/>
        </w:rPr>
        <w:t xml:space="preserve">[1:12:32] </w:t>
      </w:r>
      <w:r>
        <w:t>Maulana, agla sawal miss naghma siddiqui ne kiya hai delhi se, aur unhon ne likha hai: "it is a fact that peaceful alternatives are always available in times of problem,</w:t>
      </w:r>
    </w:p>
    <w:p>
      <w:pPr>
        <w:jc w:val="right"/>
      </w:pPr>
      <w:r>
        <w:t>مولانا، اگلا سوال مس نغمہ صدیقی نے کیا ہے دلی سے، اور انہوں نے لکھا ہے: "اٹ از ا فیکٹ دیٹ پیس فل الٹرنیٹوز ار الویز اویلیبل ان ٹائمز اف پرابلم،</w:t>
      </w:r>
    </w:p>
    <w:p>
      <w:r>
        <w:rPr>
          <w:b/>
        </w:rPr>
        <w:t xml:space="preserve">[1:12:45] </w:t>
      </w:r>
      <w:r>
        <w:t>but to see them one has to keep a calm mind. how can one keep a calm mind in situations of problem and confrontation?</w:t>
      </w:r>
    </w:p>
    <w:p>
      <w:pPr>
        <w:jc w:val="right"/>
      </w:pPr>
      <w:r>
        <w:t>بٹ ٹو سی دیم ون ہیز ٹو کیپ ا کام مائنڈ۔ ہاؤ کین ون کیپ ا کام مائنڈ ان سچویشنز اف پرابلم اینڈ کنفرنٹیشن؟</w:t>
      </w:r>
    </w:p>
    <w:p>
      <w:r>
        <w:rPr>
          <w:b/>
        </w:rPr>
        <w:t xml:space="preserve">[1:12:57] </w:t>
      </w:r>
      <w:r>
        <w:t>please advise us."</w:t>
      </w:r>
    </w:p>
    <w:p>
      <w:pPr>
        <w:jc w:val="right"/>
      </w:pPr>
      <w:r>
        <w:t>پلیز ایڈوائز اس۔"</w:t>
      </w:r>
    </w:p>
    <w:p>
      <w:r>
        <w:rPr>
          <w:b/>
        </w:rPr>
        <w:t xml:space="preserve">[1:13:00] </w:t>
      </w:r>
      <w:r>
        <w:t>bhai, yahi to insan ka sab se bara, mein samajhta hoon ke sab se bari quality hai insan ki ke soch sakta hai.</w:t>
      </w:r>
    </w:p>
    <w:p>
      <w:pPr>
        <w:jc w:val="right"/>
      </w:pPr>
      <w:r>
        <w:t>بھئی، یہی تو انسان کا سب سے بڑا، میں سمجھتا ہوں کہ سب سے بڑی کوالٹی ہے انسان کی کہ سوچ سکتا ہے۔</w:t>
      </w:r>
    </w:p>
    <w:p>
      <w:r>
        <w:rPr>
          <w:b/>
        </w:rPr>
        <w:t xml:space="preserve">[1:13:10] </w:t>
      </w:r>
      <w:r>
        <w:t>woh</w:t>
      </w:r>
    </w:p>
    <w:p>
      <w:pPr>
        <w:jc w:val="right"/>
      </w:pPr>
      <w:r>
        <w:t>وہ</w:t>
      </w:r>
    </w:p>
    <w:p>
      <w:r>
        <w:rPr>
          <w:b/>
        </w:rPr>
        <w:t xml:space="preserve">[1:13:13] </w:t>
      </w:r>
      <w:r>
        <w:t>dog ladte hain sarkon par, woh soch nahi sakte. dog ke pas ma'ani nahi hota sochne ka. yeh ladte hain, ladte hain. insan soch sakta hai to apne is faculty ko insan istemal kare.</w:t>
      </w:r>
    </w:p>
    <w:p>
      <w:pPr>
        <w:jc w:val="right"/>
      </w:pPr>
      <w:r>
        <w:t>ڈاگ لڑتے ہیں سڑکوں پر، وہ سوچ نہیں سکتے۔ ڈاگ کے پاس معنی نہیں ہوتا سوچنے کا۔ یہ لڑتے ہیں، لڑتے ہیں۔ انسان سوچ سکتا ہے تو اپنے اس فیکلٹی کو انسان استعمال کرے۔</w:t>
      </w:r>
    </w:p>
    <w:p>
      <w:r>
        <w:rPr>
          <w:b/>
        </w:rPr>
        <w:t xml:space="preserve">[1:13:26] </w:t>
      </w:r>
      <w:r>
        <w:t>yani dog ko jo aap dekhte hain sarkon par ladte hue, kyunke is ke pas thinking power nahi hai. thinking power na hone ki wajah se ladte hain.</w:t>
      </w:r>
    </w:p>
    <w:p>
      <w:pPr>
        <w:jc w:val="right"/>
      </w:pPr>
      <w:r>
        <w:t>یعنی ڈاگ کو جو آپ دیکھتے ہیں سڑکوں پر لڑتے ہوئے، کیونکہ اس کے پاس تھنکنگ پاور نہیں ہے۔ تھنکنگ پاور نہ ہونے کی وجہ سے لڑتے ہیں۔</w:t>
      </w:r>
    </w:p>
    <w:p>
      <w:r>
        <w:rPr>
          <w:b/>
        </w:rPr>
        <w:t xml:space="preserve">[1:13:36] </w:t>
      </w:r>
      <w:r>
        <w:t>insan ke pas thinking power hai, apni thinking power ko istemal kare. thinking power istemal karne ka ma'ani hai ke woh cheezon ko in terms of result soche.</w:t>
      </w:r>
    </w:p>
    <w:p>
      <w:pPr>
        <w:jc w:val="right"/>
      </w:pPr>
      <w:r>
        <w:t>انسان کے پاس تھنکنگ پاور ہے، اپنی تھنکنگ پاور کو استعمال کرے۔ تھنکنگ پاور استعمال کرنے کا معنی ہے کہ وہ چیزوں کو ان ٹرمز اف رزلٹ سوچے۔</w:t>
      </w:r>
    </w:p>
    <w:p>
      <w:r>
        <w:rPr>
          <w:b/>
        </w:rPr>
        <w:t xml:space="preserve">[1:13:47] </w:t>
      </w:r>
      <w:r>
        <w:t>result kya niklega? dog ke pas yeh soch nahi hai ke woh cheezon ko in terms of result soche.</w:t>
      </w:r>
    </w:p>
    <w:p>
      <w:pPr>
        <w:jc w:val="right"/>
      </w:pPr>
      <w:r>
        <w:t>رزلٹ کیا نکلے گا؟ ڈاگ کے پاس یہ سوچ نہیں ہے کہ وہ چیزوں کو ان ٹرمز اف رزلٹ سوچے۔</w:t>
      </w:r>
    </w:p>
    <w:p>
      <w:r>
        <w:rPr>
          <w:b/>
        </w:rPr>
        <w:t xml:space="preserve">[1:13:55] </w:t>
      </w:r>
      <w:r>
        <w:t>insan, insan ke pas jo faculty hai, woh is liye to hai ke aap involve hone se pehle, rai shuru karne se pehle sochein ke is ka result kya hoga, aur phir apne ko rok lein.</w:t>
      </w:r>
    </w:p>
    <w:p>
      <w:pPr>
        <w:jc w:val="right"/>
      </w:pPr>
      <w:r>
        <w:t>انسان، انسان کے پاس جو فیکلٹی ہے، وہ اس لیے تو ہے کہ آپ انوالو ہونے سے پہلے، رائے شروع کرنے سے پہلے سوچیں کہ اس کا رزلٹ کیا ہوگا، اور پھر اپنے کو روک لیں۔</w:t>
      </w:r>
    </w:p>
    <w:p>
      <w:r>
        <w:rPr>
          <w:b/>
        </w:rPr>
        <w:t xml:space="preserve">[1:14:07] </w:t>
      </w:r>
      <w:r>
        <w:t>agar result ulta nikalta ho to. to yeh to allah ta'ala ne insan ko jo faculty di hai mind ki, woh sab se bara check wahi hai, sab se bara check.</w:t>
      </w:r>
    </w:p>
    <w:p>
      <w:pPr>
        <w:jc w:val="right"/>
      </w:pPr>
      <w:r>
        <w:t>اگر رزلٹ الٹا نکلتا ہو تو۔ تو یہ تو اللہ تعالی نے انسان کو جو فیکلٹی دی ہے مائنڈ کی، وہ سب سے بڑا چیک وہی ہے، سب سے بڑا چیک۔</w:t>
      </w:r>
    </w:p>
    <w:p>
      <w:r>
        <w:rPr>
          <w:b/>
        </w:rPr>
        <w:t xml:space="preserve">[1:14:19] </w:t>
      </w:r>
      <w:r>
        <w:t>lekin log istemal nahi karte is ko.</w:t>
      </w:r>
    </w:p>
    <w:p>
      <w:pPr>
        <w:jc w:val="right"/>
      </w:pPr>
      <w:r>
        <w:t>لیکن لوگ استعمال نہیں کرتے اس کو۔</w:t>
      </w:r>
    </w:p>
    <w:p>
      <w:r>
        <w:rPr>
          <w:b/>
        </w:rPr>
        <w:t xml:space="preserve">[1:14:25] </w:t>
      </w:r>
      <w:r>
        <w:t>Maulana, agla sawal delhi se kiya hai? likhne wale ne apna naam nahi diya hai, aur sawal hai: "one of my friend asked me about the use of witness law in islam.</w:t>
      </w:r>
    </w:p>
    <w:p>
      <w:pPr>
        <w:jc w:val="right"/>
      </w:pPr>
      <w:r>
        <w:t>مولانا، اگلا سوال دلی سے کیا ہے؟ لکھنے والے نے اپنا نام نہیں دیا ہے، اور سوال ہے: "ون اف مائی فرینڈ اسکڈ می اباؤٹ دا یوز اف وٹنس لاء ان اسلام۔</w:t>
      </w:r>
    </w:p>
    <w:p>
      <w:r>
        <w:rPr>
          <w:b/>
        </w:rPr>
        <w:t xml:space="preserve">[1:14:38] </w:t>
      </w:r>
      <w:r>
        <w:t>for example, in islam it is said that one witness of man is equal to two witnesses of women." Maulana, what is the reason behind this?</w:t>
      </w:r>
    </w:p>
    <w:p>
      <w:pPr>
        <w:jc w:val="right"/>
      </w:pPr>
      <w:r>
        <w:t>فار ایگزامپل، ان اسلام اٹ از سیڈ دیٹ ون وٹنس اف مین از ایکول ٹو ٹو وٹنسز اف وومن۔" مولانا، واٹ از دا ریزن بیہائنڈ دس؟</w:t>
      </w:r>
    </w:p>
    <w:p>
      <w:r>
        <w:rPr>
          <w:b/>
        </w:rPr>
        <w:t xml:space="preserve">[1:14:51] </w:t>
      </w:r>
      <w:r>
        <w:t>dekhein, is par maine likha hai, yeh ek is par research hui hai, aur research chapi thi america ke magazine jo time hai, us mein.</w:t>
      </w:r>
    </w:p>
    <w:p>
      <w:pPr>
        <w:jc w:val="right"/>
      </w:pPr>
      <w:r>
        <w:t>دیکھیں، اس پر میں نے لکھا ہے، یہ ایک اس پر ریسرچ ہوئی ہے، اور ریسرچ چھپی تھی امریکہ کے میگزین جو ٹائم ہے، اس میں۔</w:t>
      </w:r>
    </w:p>
    <w:p>
      <w:r>
        <w:rPr>
          <w:b/>
        </w:rPr>
        <w:t xml:space="preserve">[1:15:01] </w:t>
      </w:r>
      <w:r>
        <w:t>is ko maine naqal kiya tha. to research yeh hui hai ke mind ka mind, aurat ka mind jo hai, bilkul do, yani yani yani takhleeq ke aitbar se different hota hai.</w:t>
      </w:r>
    </w:p>
    <w:p>
      <w:pPr>
        <w:jc w:val="right"/>
      </w:pPr>
      <w:r>
        <w:t>اس کو میں نے نقل کیا تھا۔ تو ریسرچ یہ ہوئی ہے کہ مائنڈ کا مائنڈ، عورت کا مائنڈ جو ہے، بالکل دو، یعنی یعنی یعنی تخلیق کے اعتبار سے ڈفرنٹ ہوتا ہے۔</w:t>
      </w:r>
    </w:p>
    <w:p>
      <w:r>
        <w:rPr>
          <w:b/>
        </w:rPr>
        <w:t xml:space="preserve">[1:15:20] </w:t>
      </w:r>
      <w:r>
        <w:t>bilkul ke banawat hi is ki different hoti hai. aur is ka ek khas baat yeh hai ke mind ka mind jo hai, focused mind, thinking mind, insan ke pas focused thinking hoti hai.</w:t>
      </w:r>
    </w:p>
    <w:p>
      <w:pPr>
        <w:jc w:val="right"/>
      </w:pPr>
      <w:r>
        <w:t>بالکل کہ بناوٹ ہی اس کی ڈفرنٹ ہوتی ہے۔ اور اس کا ایک خاص بات یہ ہے کہ مائنڈ کا مائنڈ جو ہے، فوکسڈ مائنڈ، تھنکنگ مائنڈ، انسان کے پاس فوکسڈ تھنکنگ ہوتی ہے۔</w:t>
      </w:r>
    </w:p>
    <w:p>
      <w:r>
        <w:rPr>
          <w:b/>
        </w:rPr>
        <w:t xml:space="preserve">[1:15:31] </w:t>
      </w:r>
      <w:r>
        <w:t>ek cheez pe focus karna, aur auraton ke mind mein mein focused thinking nahi hoti, un ki scattered rehti hai.</w:t>
      </w:r>
    </w:p>
    <w:p>
      <w:pPr>
        <w:jc w:val="right"/>
      </w:pPr>
      <w:r>
        <w:t>ایک چیز پہ فوکس کرنا، اور عورتوں کے مائنڈ میں میں فوکسڈ تھنکنگ نہیں ہوتی، ان کی اسکیٹرڈ رہتی ہے۔</w:t>
      </w:r>
    </w:p>
    <w:p>
      <w:r>
        <w:rPr>
          <w:b/>
        </w:rPr>
        <w:t xml:space="preserve">[1:15:39] </w:t>
      </w:r>
      <w:r>
        <w:t>un ki thinking scattered rehti hai, yani ek ek sath kai cheezon ko le ke sochte hain.</w:t>
      </w:r>
    </w:p>
    <w:p>
      <w:pPr>
        <w:jc w:val="right"/>
      </w:pPr>
      <w:r>
        <w:t>ان کی تھنکنگ اسکیٹرڈ رہتی ہے، یعنی ایک ایک ساتھ کئی چیزوں کو لے کے سوچتی ہیں۔</w:t>
      </w:r>
    </w:p>
    <w:p>
      <w:r>
        <w:rPr>
          <w:b/>
        </w:rPr>
        <w:t xml:space="preserve">[1:15:45] </w:t>
      </w:r>
      <w:r>
        <w:t>yeh ghar mein hai to kahin bachcha ro raha hai, koi kaam, kahin pani nal se gir raha hai, kahin gas jal rahi hai, doodh jal ubal raha hai.</w:t>
      </w:r>
    </w:p>
    <w:p>
      <w:pPr>
        <w:jc w:val="right"/>
      </w:pPr>
      <w:r>
        <w:t>یہ گھر میں ہے تو کہیں بچہ رو رہا ہے، کوئی کام، کہیں پانی نل سے گر رہا ہے، کہیں گیس جل رہی ہے، دودھ جل ابل رہا ہے۔</w:t>
      </w:r>
    </w:p>
    <w:p>
      <w:r>
        <w:rPr>
          <w:b/>
        </w:rPr>
        <w:t xml:space="preserve">[1:15:55] </w:t>
      </w:r>
      <w:r>
        <w:t>yeh bohat se masail hain, in ko woh ek sath apne mind mein la sakti hai, lekin mard nahi aisa kar sakta. mard ke andar focused thinking hoti hai.</w:t>
      </w:r>
    </w:p>
    <w:p>
      <w:pPr>
        <w:jc w:val="right"/>
      </w:pPr>
      <w:r>
        <w:t>یہ بہت سے مسائل ہیں، ان کو وہ ایک ساتھ اپنے مائنڈ میں لا سکتی ہے، لیکن مرد نہیں ایسا کر سکتا۔ مرد کے اندر فوکسڈ تھنکنگ ہوتی ہے۔</w:t>
      </w:r>
    </w:p>
    <w:p>
      <w:r>
        <w:rPr>
          <w:b/>
        </w:rPr>
        <w:t xml:space="preserve">[1:16:06] </w:t>
      </w:r>
      <w:r>
        <w:t>to ab ab ab witness ke mamle ko dekhen, ek waqea hua, us ko ek aurat bhi dekh rahi hai, mard bhi dekh raha hai.</w:t>
      </w:r>
    </w:p>
    <w:p>
      <w:pPr>
        <w:jc w:val="right"/>
      </w:pPr>
      <w:r>
        <w:t>تو اب اب اب وٹنس کے معاملے کو دیکھیں، ایک واقعہ ہوا، اس کو ایک عورت بھی دیکھ رہی ہے، مرد بھی دیکھ رہا ہے۔</w:t>
      </w:r>
    </w:p>
    <w:p>
      <w:r>
        <w:rPr>
          <w:b/>
        </w:rPr>
        <w:t xml:space="preserve">[1:16:15] </w:t>
      </w:r>
      <w:r>
        <w:t>to mard jo hai, us ko focused way mein dekhega, wahi uska dhyan laga rahega. Aurat ko dhyan focused way mein dekhega, uska dhyan chala kabhi ladke ki taraf, kabhi apne bachche ki taraf, kabhi kisi aur cheez ki taraf.</w:t>
      </w:r>
    </w:p>
    <w:p>
      <w:pPr>
        <w:jc w:val="right"/>
      </w:pPr>
      <w:r>
        <w:t>تو مرد جو ہے، اس کو فوکسڈ وے میں دیکھے گا، وہی اس کا دھیان لگا رہے گا۔ عورت کو دھیان فوکسڈ وے میں دیکھے گا، اس کا دھیان چلا کبھی لڑکے کی طرف، کبھی اپنے بچے کی طرف، کبھی کسی اور چیز کی طرف۔</w:t>
      </w:r>
    </w:p>
    <w:p>
      <w:r>
        <w:rPr>
          <w:b/>
        </w:rPr>
        <w:t xml:space="preserve">[1:16:28] </w:t>
      </w:r>
      <w:r>
        <w:t>to wo focused way mein aurat nahi dekh payegi. Is liye aisa kiya gaya ke jab do aurtein hongi to do mil kar compensation compensation ho jayega.</w:t>
      </w:r>
    </w:p>
    <w:p>
      <w:pPr>
        <w:jc w:val="right"/>
      </w:pPr>
      <w:r>
        <w:t>تو وہ فوکسڈ وے میں عورت نہیں دیکھ پائے گی۔ اس لیے ایسا کیا گیا کہ جب دو عورتیں ہوں گی تو دو مل کر کمپنسیٹ کمپنسیشن ہو جائے گا۔</w:t>
      </w:r>
    </w:p>
    <w:p>
      <w:r>
        <w:rPr>
          <w:b/>
        </w:rPr>
        <w:t xml:space="preserve">[1:16:42] </w:t>
      </w:r>
      <w:r>
        <w:t>ek mard kafi hai, is liye ke wo focused way mein dekhta hai. Ek aurat kafi nahi to ek focused way mein by nature nahi dekh sakti. To ye Allah taala ne do qism ke insan banaye hain, wo unki bhi zarurat hai, unki bhi zarurat hai.</w:t>
      </w:r>
    </w:p>
    <w:p>
      <w:pPr>
        <w:jc w:val="right"/>
      </w:pPr>
      <w:r>
        <w:t>ایک مرد کافی ہے، اس لیے کہ وہ فوکسڈ وے میں دیکھتا ہے۔ ایک عورت کافی نہیں تو ایک فوکسڈ وے میں بائی نیچر نہیں دیکھ سکتی۔ تو یہ اللہ تعالی نے دو قسم کے انسان بنائے ہیں، وہ ان کی بھی ضرورت ہے، ان کی بھی ضرورت ہے۔</w:t>
      </w:r>
    </w:p>
    <w:p>
      <w:r>
        <w:rPr>
          <w:b/>
        </w:rPr>
        <w:t xml:space="preserve">[1:16:58] </w:t>
      </w:r>
      <w:r>
        <w:t>aisa nahi ke koi afzal hai aur ghair afzal hai. Yani aisa is duniya mein kaam karne ke liye focused mind bhi zaruri hai, aur wo mind bhi zaruri hai jo kai sachon ko dhyan mein rakh sake.</w:t>
      </w:r>
    </w:p>
    <w:p>
      <w:pPr>
        <w:jc w:val="right"/>
      </w:pPr>
      <w:r>
        <w:t>ایسا نہیں کہ کوئی افضل ہے اور غیر افضل ہے۔ یعنی ایسا اس دنیا میں کام کرنے کے لیے فوکسڈ مائنڈ بھی ضروری ہے، اور وہ مائنڈ بھی ضروری ہے جو کئی سچوں کو دھیان میں رکھ سکے۔</w:t>
      </w:r>
    </w:p>
    <w:p>
      <w:r>
        <w:rPr>
          <w:b/>
        </w:rPr>
        <w:t xml:space="preserve">[1:17:16] </w:t>
      </w:r>
      <w:r>
        <w:t>to main apna kai kai bar ka mera tajurba hai ke main maslan apne kamre mein baitha hoon, apne office mein, ab wahan meri biwi hain ya apa wahan hain, to wo ghanti baji bahar,</w:t>
      </w:r>
    </w:p>
    <w:p>
      <w:pPr>
        <w:jc w:val="right"/>
      </w:pPr>
      <w:r>
        <w:t>تو میں اپنا کئی کئی بار کا میرا تجربہ ہے کہ میں مثلاً اپنے کمرے میں بیٹھا ہوں، اپنے افس میں، اب وہاں میری بیوی ہیں یا یا آپا وہاں ہیں، تو وہ گھنٹی بجی باہر،</w:t>
      </w:r>
    </w:p>
    <w:p>
      <w:r>
        <w:rPr>
          <w:b/>
        </w:rPr>
        <w:t xml:space="preserve">[1:17:37] </w:t>
      </w:r>
      <w:r>
        <w:t>jo door khol hua hai, har us mein us ki ghanti ek hai. Koi aata hai to baj</w:t>
      </w:r>
    </w:p>
    <w:p>
      <w:pPr>
        <w:jc w:val="right"/>
      </w:pPr>
      <w:r>
        <w:t>جو ڈور کھول ہوا ہے، ہر اس میں اس کی گھنٹی ایک ہے۔ کوئی آتا ہے تو بج</w:t>
      </w:r>
    </w:p>
    <w:p>
      <w:r>
        <w:rPr>
          <w:b/>
        </w:rPr>
        <w:t xml:space="preserve">[1:17:43] </w:t>
      </w:r>
      <w:r>
        <w:t>ata hai us ko, to main nahi sunta, aur apa sun leti hain, meri biwi sun leti thi. To kyunke unka mind dono taraf chalta tha, idhar bhi, idhar bhi, mera mind focus hota tha, to main sunte hi nahi, sunte hi nahi tha.</w:t>
      </w:r>
    </w:p>
    <w:p>
      <w:pPr>
        <w:jc w:val="right"/>
      </w:pPr>
      <w:r>
        <w:t>اتا ہے اس کو، تو میں نہیں سنتا، اور آپا سن لیتی ہیں، میری بیوی سن لیتی تھی۔ تو کیونکہ ان کا مائنڈ دونوں طرف چلتا تھا، ادھر بھی، ادھر بھی، میرا مائنڈ فوکس ہوتا تھا، تو میں سنتے ہی نہیں، سنتے ہی نہیں تھا۔</w:t>
      </w:r>
    </w:p>
    <w:p>
      <w:r>
        <w:rPr>
          <w:b/>
        </w:rPr>
        <w:t xml:space="preserve">[1:17:58] </w:t>
      </w:r>
      <w:r>
        <w:t>to ye yani natural banawat ki wajah se ye ye hai, is mein koi ye nahi ke wo inferior hai aur wo superior hai. Is mein inferiority aur superiority ki baat nahi hai,</w:t>
      </w:r>
    </w:p>
    <w:p>
      <w:pPr>
        <w:jc w:val="right"/>
      </w:pPr>
      <w:r>
        <w:t>تو یہ یعنی نیچرل بناوٹ کی وجہ سے یہ یہ ہے، اس میں کوئی یہ نہیں کہ وہ انفیریئر ہے اور وہ سپیریئر ہے۔ اس میں انفیریٹی اور سپیریٹی کی بات نہیں ہے،</w:t>
      </w:r>
    </w:p>
    <w:p>
      <w:r>
        <w:rPr>
          <w:b/>
        </w:rPr>
        <w:t xml:space="preserve">[1:18:10] </w:t>
      </w:r>
      <w:r>
        <w:t>balke nature ka jo law hai, us ko follow karne ki baat hai. Maulana, hamein yaad aa raha hai, aap ne jo lafz istemal kiya tha, aap ne kaha tha ke women mein multitasking qualities hoti hain jo men mein nahi hoti.</w:t>
      </w:r>
    </w:p>
    <w:p>
      <w:pPr>
        <w:jc w:val="right"/>
      </w:pPr>
      <w:r>
        <w:t>بلکہ نیچر کا جو لاء ہے، اس کو فالو کرنے کی بات ہے۔ مولانا، ہمیں یاد آ رہا ہے، آپ نے جو لفظ استعمال کیا تھا، آپ نے کہا تھا کہ وومن میں ملٹی ٹاسکنگ کوالٹیز ہوتی ہیں جو مین میں نہیں ہوتی۔</w:t>
      </w:r>
    </w:p>
    <w:p>
      <w:r>
        <w:rPr>
          <w:b/>
        </w:rPr>
        <w:t xml:space="preserve">[1:18:25] </w:t>
      </w:r>
      <w:r>
        <w:t>haan, ye sahi kaha aap ne, ji sahi hai. Yani wo multi focused hain, wo single focused hain, ji aurtein multi focused hain, mard sing</w:t>
      </w:r>
    </w:p>
    <w:p>
      <w:pPr>
        <w:jc w:val="right"/>
      </w:pPr>
      <w:r>
        <w:t>ہاں، یہ صحیح کہا آپ نے، جی صحیح ہے۔ یعنی وہ ملٹی فوکسڈ ہیں، وہ سنگل فوکسڈ ہیں، جی عورتیں ملٹی فوکسڈ ہیں، مرد سنگ</w:t>
      </w:r>
    </w:p>
    <w:p>
      <w:r>
        <w:rPr>
          <w:b/>
        </w:rPr>
        <w:t xml:space="preserve">[1:18:37] </w:t>
      </w:r>
      <w:r>
        <w:t>le focused hain. To dono ki zarurat hai apne apne apne aitbar se. Ji Maulana, agla sawal Delhi se kiya hai Maulana Maulana Farhad Umri ne, aur unhone likha hai ke Maulana, what is fitna that is mentioned in many hadith?</w:t>
      </w:r>
    </w:p>
    <w:p>
      <w:pPr>
        <w:jc w:val="right"/>
      </w:pPr>
      <w:r>
        <w:t>ل فوکسڈ ہیں۔ تو دونوں کی ضرورت ہے اپنے اپنے اپنے اعتبار سے۔ جی مولانا، اگلا سوال دلی سے کیا ہے مولانا مولانا فرہاد عمری نے، اور انہوں نے لکھا ہے کہ مولانا، واٹ از فتنہ دیٹ از مینشنڈ ان مینی حدیث؟</w:t>
      </w:r>
    </w:p>
    <w:p>
      <w:r>
        <w:rPr>
          <w:b/>
        </w:rPr>
        <w:t xml:space="preserve">[1:18:57] </w:t>
      </w:r>
      <w:r>
        <w:t>can we say that not adopting alternative way would also be considered as a fitna?</w:t>
      </w:r>
    </w:p>
    <w:p>
      <w:pPr>
        <w:jc w:val="right"/>
      </w:pPr>
      <w:r>
        <w:t>کین وی سے دیٹ ناٹ اڈاپٹنگ الٹرنیٹو وے وڈ السو بی کنسیڈرڈ ایز ا فتنہ؟</w:t>
      </w:r>
    </w:p>
    <w:p>
      <w:r>
        <w:rPr>
          <w:b/>
        </w:rPr>
        <w:t xml:space="preserve">[1:19:05] </w:t>
      </w:r>
      <w:r>
        <w:t>sahi hai, nateeje ke aitbar se fitna ban jayega, aur ye fitna sare muslim mulkon mein phaila hua hai. Yani chunke wo alternative istemal nahi kar pate, ladne lagte hain, to bahut sari buraiyan paida ho gayi hain.</w:t>
      </w:r>
    </w:p>
    <w:p>
      <w:pPr>
        <w:jc w:val="right"/>
      </w:pPr>
      <w:r>
        <w:t>صحیح ہے، نتیجے کے اعتبار سے فتنہ بن جائے گا، اور یہ فتنہ سارے مسلم ملکوں میں پھیلا ہوا ہے۔ یعنی چونکہ وہ الٹرنیٹو استعمال نہیں کر پاتے، لڑنے لگتے ہیں، تو بہت ساری برائیاں پیدا ہوگئی ہیں۔</w:t>
      </w:r>
    </w:p>
    <w:p>
      <w:r>
        <w:rPr>
          <w:b/>
        </w:rPr>
        <w:t xml:space="preserve">[1:19:21] </w:t>
      </w:r>
      <w:r>
        <w:t>wo fitna hai, to aap sahi keh rahe hain. Ji</w:t>
      </w:r>
    </w:p>
    <w:p>
      <w:pPr>
        <w:jc w:val="right"/>
      </w:pPr>
      <w:r>
        <w:t>وہ فتنہ ہے، تو آپ صحیح کہہ رہے ہیں۔ جی</w:t>
      </w:r>
    </w:p>
    <w:p>
      <w:r>
        <w:rPr>
          <w:b/>
        </w:rPr>
        <w:t xml:space="preserve">[1:19:27] </w:t>
      </w:r>
      <w:r>
        <w:t>Maulana, agla sawal kiya hai Ashfaq Hussain Sahab ne Bangalore se, aur unhone likha hai ke Maulana, please advise us what are the requirements to build a strong character?</w:t>
      </w:r>
    </w:p>
    <w:p>
      <w:pPr>
        <w:jc w:val="right"/>
      </w:pPr>
      <w:r>
        <w:t>مولانا، اگلا سوال کیا ہے اشفاق حسین صاحب نے بینگلور سے، اور انہوں نے لکھا ہے کہ مولانا، پلیز ایڈوائز اس واٹ ار دا ریکوائرمنٹس ٹو بلڈ ا سٹرونگ کریکٹر؟</w:t>
      </w:r>
    </w:p>
    <w:p>
      <w:r>
        <w:rPr>
          <w:b/>
        </w:rPr>
        <w:t xml:space="preserve">[1:19:47] </w:t>
      </w:r>
      <w:r>
        <w:t>main baat to ye samajhta hoon ke accountability ka jo concept hai, wahi asal hai. Yaum yaqum un naasu li rabbil alameen, yani insan accountable hai Khuda ke aage.</w:t>
      </w:r>
    </w:p>
    <w:p>
      <w:pPr>
        <w:jc w:val="right"/>
      </w:pPr>
      <w:r>
        <w:t>میں بات تو یہ سمجھتا ہوں کہ اکاؤنٹیبلٹی کا جو کانسیپٹ ہے، وہی اصل ہے۔ یوم یقوم الناس رب العالمین، یعنی انسان اکاؤنٹیبل ہے خدا کے آگے۔</w:t>
      </w:r>
    </w:p>
    <w:p>
      <w:r>
        <w:rPr>
          <w:b/>
        </w:rPr>
        <w:t xml:space="preserve">[1:20:00] </w:t>
      </w:r>
      <w:r>
        <w:t>is se hi sab se bada check hai, is sab se bada yani isi se discipline aata hai, isi se aadmi ke andar self thinking aati hai, isi se transportation karta hai aadmi.</w:t>
      </w:r>
    </w:p>
    <w:p>
      <w:pPr>
        <w:jc w:val="right"/>
      </w:pPr>
      <w:r>
        <w:t>اس سے ہی سب سے بڑا چیک ہے، اس سب سے بڑا یعنی اسی سے ڈسپلن آتا ہے، اسی سے آدمی کے اندر سیلف تھنکنگ آتی ہے، اسی سے ٹرانسپورشن کرتا ہے آدمی۔</w:t>
      </w:r>
    </w:p>
    <w:p>
      <w:r>
        <w:rPr>
          <w:b/>
        </w:rPr>
        <w:t xml:space="preserve">[1:20:12] </w:t>
      </w:r>
      <w:r>
        <w:t>to main samajhta hoon ke sab se bada jo sab se badi jo cheez hai is mamle mein, wo hai accountability ka aqeeda ke main Allah ke samne jawab de hoon.</w:t>
      </w:r>
    </w:p>
    <w:p>
      <w:pPr>
        <w:jc w:val="right"/>
      </w:pPr>
      <w:r>
        <w:t>تو میں سمجھتا ہوں کہ سب سے بڑا جو سب سے بڑی جو چیز ہے اس معاملے میں، وہ ہے اکاؤنٹیبلٹی کا عقیدہ کہ میں اللہ کے سامنے جواب دہ ہوں۔</w:t>
      </w:r>
    </w:p>
    <w:p>
      <w:r>
        <w:rPr>
          <w:b/>
        </w:rPr>
        <w:t xml:space="preserve">[1:20:24] </w:t>
      </w:r>
      <w:r>
        <w:t>ye aqeeda.</w:t>
      </w:r>
    </w:p>
    <w:p>
      <w:pPr>
        <w:jc w:val="right"/>
      </w:pPr>
      <w:r>
        <w:t>یہ عقیدہ۔</w:t>
      </w:r>
    </w:p>
    <w:p>
      <w:r>
        <w:rPr>
          <w:b/>
        </w:rPr>
        <w:t xml:space="preserve">[1:20:31] </w:t>
      </w:r>
      <w:r>
        <w:t>Maulana, aakhri sawal se pehle ek comment padhna chahenge jo abhi abhi Dr. Hina ne bheja hai London se, aur unhone likha hai: "The quality of women for multi thinking is very beneficial even for dawah mission besides home,</w:t>
      </w:r>
    </w:p>
    <w:p>
      <w:pPr>
        <w:jc w:val="right"/>
      </w:pPr>
      <w:r>
        <w:t>مولانا، آخری سوال سے پہلے ایک کمنٹ پڑھنا چاہیں گے جو ابھی ابھی ڈاکٹر حنا نے بھیجا ہے لندن سے، اور انہوں نے لکھا ہے: "دی کوالٹی اف وومن فار ملٹی تھنکنگ از ویری بینیفیشل ایون فار دعویٰ مشن بیسائیڈز ہوم،</w:t>
      </w:r>
    </w:p>
    <w:p>
      <w:r>
        <w:rPr>
          <w:b/>
        </w:rPr>
        <w:t xml:space="preserve">[1:20:51] </w:t>
      </w:r>
      <w:r>
        <w:t>also in her profession or business as it guides her and her team."</w:t>
      </w:r>
    </w:p>
    <w:p>
      <w:pPr>
        <w:jc w:val="right"/>
      </w:pPr>
      <w:r>
        <w:t>السو ان ہر پروفیشن اور بزنس ایز اٹ گائیڈز ہر اینڈ ہر ٹیم۔"</w:t>
      </w:r>
    </w:p>
    <w:p>
      <w:r>
        <w:rPr>
          <w:b/>
        </w:rPr>
        <w:t xml:space="preserve">[1:20:59] </w:t>
      </w:r>
      <w:r>
        <w:t>MashaAllah, bahut sahi baat hai, bahut sahi baat hai. Maulana, ye aakhri sawal hai jo Fawad Sahab ne kiya hai Chennai se, aur wo aap se ye janna chahte hain ke what is the importance of pledge in Islam?</w:t>
      </w:r>
    </w:p>
    <w:p>
      <w:pPr>
        <w:jc w:val="right"/>
      </w:pPr>
      <w:r>
        <w:t>ماشاءاللہ، بہت صحیح بات ہے، بہت صحیح بات ہے۔ مولانا، یہ آخری سوال ہے جو فواد صاحب نے کیا ہے چنئی سے، اور وہ آپ سے یہ جاننا چاہتے ہیں کہ واٹ از دی امپورٹنس اف پلیج ان اسلام؟</w:t>
      </w:r>
    </w:p>
    <w:p>
      <w:r>
        <w:rPr>
          <w:b/>
        </w:rPr>
        <w:t xml:space="preserve">[1:21:18] </w:t>
      </w:r>
      <w:r>
        <w:t>dekhen, Quran mein aaya hai ke: "Wafu bil ahd" - jab tum koi ahd karo to us ko poora karo, kyunke wo tum se us se pooch hogi.</w:t>
      </w:r>
    </w:p>
    <w:p>
      <w:pPr>
        <w:jc w:val="right"/>
      </w:pPr>
      <w:r>
        <w:t>دیکھیں، قرآن میں آیا ہے کہ: "وفو باللہ احد"۔ جب تم کوئی عہد کرو تو اس کو پورا کرو، کیونکہ وہ تم سے اس سے پوچھ ہوگی۔</w:t>
      </w:r>
    </w:p>
    <w:p>
      <w:r>
        <w:rPr>
          <w:b/>
        </w:rPr>
        <w:t xml:space="preserve">[1:21:33] </w:t>
      </w:r>
      <w:r>
        <w:t>to chahe aap ne Allah se ahd kiya ho ya insan se kiya ho, dono jo hai, dono ke bare mein Allah ke haan pooch hogi aapse.</w:t>
      </w:r>
    </w:p>
    <w:p>
      <w:pPr>
        <w:jc w:val="right"/>
      </w:pPr>
      <w:r>
        <w:t>تو چاہے آپ نے ان اللہ سے عہد کیا ہو یا انسان سے کیا ہو، دونوں جو ہے، دونوں کے بارے میں اللہ کے ہاں پوچھ ہوگی آپ سے</w:t>
      </w:r>
    </w:p>
    <w:p>
      <w:r>
        <w:rPr>
          <w:b/>
        </w:rPr>
        <w:t xml:space="preserve">[1:21:44] </w:t>
      </w:r>
      <w:r>
        <w:t>. is mein koi option nahin hai aap ko, ya pledge le liya aap ne to us ko poora hi karna hai. is mein kisi koi excuse talash kar ke us ko aap tor nahin sakte.</w:t>
      </w:r>
    </w:p>
    <w:p>
      <w:pPr>
        <w:jc w:val="right"/>
      </w:pPr>
      <w:r>
        <w:t>۔ اس میں کوئی آپشن نہیں ہے آپ کو، یا پلیج لے لیا آپ نے تو اس کو پورا ہی کرنا ہے۔ اس میں کسی کوئی ایکسکیوز تلاش کر کے اس کو آپ توڑ نہیں سکتے۔</w:t>
      </w:r>
    </w:p>
    <w:p>
      <w:r>
        <w:rPr>
          <w:b/>
        </w:rPr>
        <w:t xml:space="preserve">[1:21:57] </w:t>
      </w:r>
      <w:r>
        <w:t>"wafu billah ahad" isi mahboob ki qaul ayat hai: "an allaha masooluh". ahad ke baray mein poocha jaye ga, ahad ke mani wohi hain: pledge, qaul o qarar.</w:t>
      </w:r>
    </w:p>
    <w:p>
      <w:pPr>
        <w:jc w:val="right"/>
      </w:pPr>
      <w:r>
        <w:t>"وفو باللہ احد" اسی محبوب کی قول آیت ہے: "ان اللہ مسئولہ"۔ عہد کے بارے میں پوچھا جائے گا، عہد کے معنی وہی ہیں: پلیج، قول و قرار۔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