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2 38 50 Chapter Al Baqrah, Aug 16, 2015</w:t>
      </w:r>
    </w:p>
    <w:p>
      <w:r>
        <w:t>https://www.youtube.com/watch?v=-rnisj6wQQo</w:t>
      </w:r>
    </w:p>
    <w:p>
      <w:r>
        <w:rPr>
          <w:b/>
        </w:rPr>
        <w:t xml:space="preserve">[00:21] </w:t>
      </w:r>
      <w:r>
        <w:t>bismillah rehman rehim,</w:t>
      </w:r>
    </w:p>
    <w:p>
      <w:pPr>
        <w:jc w:val="right"/>
      </w:pPr>
      <w:r>
        <w:t>بسم اللہ الرحمن الرحیم،</w:t>
      </w:r>
    </w:p>
    <w:p>
      <w:r>
        <w:rPr>
          <w:b/>
        </w:rPr>
        <w:t xml:space="preserve">[00:25] </w:t>
      </w:r>
      <w:r>
        <w:t>wasalli allah ala nabiyil karim.</w:t>
      </w:r>
    </w:p>
    <w:p>
      <w:pPr>
        <w:jc w:val="right"/>
      </w:pPr>
      <w:r>
        <w:t>وصلی اللہ علی النبی الکریم۔</w:t>
      </w:r>
    </w:p>
    <w:p>
      <w:r>
        <w:rPr>
          <w:b/>
        </w:rPr>
        <w:t xml:space="preserve">[00:30] </w:t>
      </w:r>
      <w:r>
        <w:t>rab ishrah li sadri,</w:t>
      </w:r>
    </w:p>
    <w:p>
      <w:pPr>
        <w:jc w:val="right"/>
      </w:pPr>
      <w:r>
        <w:t>رب اشرح لی صدری،</w:t>
      </w:r>
    </w:p>
    <w:p>
      <w:r>
        <w:rPr>
          <w:b/>
        </w:rPr>
        <w:t xml:space="preserve">[00:33] </w:t>
      </w:r>
      <w:r>
        <w:t>wa yassir li amri,</w:t>
      </w:r>
    </w:p>
    <w:p>
      <w:pPr>
        <w:jc w:val="right"/>
      </w:pPr>
      <w:r>
        <w:t>ویسر لی امری،</w:t>
      </w:r>
    </w:p>
    <w:p>
      <w:r>
        <w:rPr>
          <w:b/>
        </w:rPr>
        <w:t xml:space="preserve">[00:35] </w:t>
      </w:r>
      <w:r>
        <w:t>wahul uqdatan min lisani</w:t>
      </w:r>
    </w:p>
    <w:p>
      <w:pPr>
        <w:jc w:val="right"/>
      </w:pPr>
      <w:r>
        <w:t>واحل العقدۃ من لسانی</w:t>
      </w:r>
    </w:p>
    <w:p>
      <w:r>
        <w:rPr>
          <w:b/>
        </w:rPr>
        <w:t xml:space="preserve">[00:38] </w:t>
      </w:r>
      <w:r>
        <w:t>yafqa qawli. 16 aghustus 2015.</w:t>
      </w:r>
    </w:p>
    <w:p>
      <w:pPr>
        <w:jc w:val="right"/>
      </w:pPr>
      <w:r>
        <w:t>یفقہ قولی۔ 16 اگست 2015۔</w:t>
      </w:r>
    </w:p>
    <w:p>
      <w:r>
        <w:rPr>
          <w:b/>
        </w:rPr>
        <w:t xml:space="preserve">[00:43] </w:t>
      </w:r>
      <w:r>
        <w:t>aaj hasb-e-ma'mool</w:t>
      </w:r>
    </w:p>
    <w:p>
      <w:pPr>
        <w:jc w:val="right"/>
      </w:pPr>
      <w:r>
        <w:t>آج حسبِ معمول</w:t>
      </w:r>
    </w:p>
    <w:p>
      <w:r>
        <w:rPr>
          <w:b/>
        </w:rPr>
        <w:t xml:space="preserve">[00:47] </w:t>
      </w:r>
      <w:r>
        <w:t>dars-e-quran hoga:</w:t>
      </w:r>
    </w:p>
    <w:p>
      <w:pPr>
        <w:jc w:val="right"/>
      </w:pPr>
      <w:r>
        <w:t>درسِ قرآن ہوگا:</w:t>
      </w:r>
    </w:p>
    <w:p>
      <w:r>
        <w:rPr>
          <w:b/>
        </w:rPr>
        <w:t xml:space="preserve">[00:51] </w:t>
      </w:r>
      <w:r>
        <w:t>al-baqarah 38 se aaj ka dars hai.</w:t>
      </w:r>
    </w:p>
    <w:p>
      <w:pPr>
        <w:jc w:val="right"/>
      </w:pPr>
      <w:r>
        <w:t>البقرہ 38 سے آج کا درس ہے۔</w:t>
      </w:r>
    </w:p>
    <w:p>
      <w:r>
        <w:rPr>
          <w:b/>
        </w:rPr>
        <w:t xml:space="preserve">[00:58] </w:t>
      </w:r>
      <w:r>
        <w:t>qul nahib tu minha jameea.</w:t>
      </w:r>
    </w:p>
    <w:p>
      <w:pPr>
        <w:jc w:val="right"/>
      </w:pPr>
      <w:r>
        <w:t>قل نحب تو منہا جمیعا۔</w:t>
      </w:r>
    </w:p>
    <w:p>
      <w:r>
        <w:rPr>
          <w:b/>
        </w:rPr>
        <w:t xml:space="preserve">[01:01] </w:t>
      </w:r>
      <w:r>
        <w:t>qul nuhib tu minha jameea.</w:t>
      </w:r>
    </w:p>
    <w:p>
      <w:pPr>
        <w:jc w:val="right"/>
      </w:pPr>
      <w:r>
        <w:t>قل نحب تو منہا جمیعا۔</w:t>
      </w:r>
    </w:p>
    <w:p>
      <w:r>
        <w:rPr>
          <w:b/>
        </w:rPr>
        <w:t xml:space="preserve">[01:05] </w:t>
      </w:r>
      <w:r>
        <w:t>hum ne kaha, yaani Allah taala ne farmaya:</w:t>
      </w:r>
    </w:p>
    <w:p>
      <w:pPr>
        <w:jc w:val="right"/>
      </w:pPr>
      <w:r>
        <w:t>ہم نے کہا، یعنی اللہ تعالیٰ نے فرمایا:</w:t>
      </w:r>
    </w:p>
    <w:p>
      <w:r>
        <w:rPr>
          <w:b/>
        </w:rPr>
        <w:t xml:space="preserve">[01:10] </w:t>
      </w:r>
      <w:r>
        <w:t>adam, hawa, aur iblis se ke tum sab log utro yahan se,</w:t>
      </w:r>
    </w:p>
    <w:p>
      <w:pPr>
        <w:jc w:val="right"/>
      </w:pPr>
      <w:r>
        <w:t>آدم، حوا، اور ابلیس سے کہ تم سب لوگ اترو یہاں سے،</w:t>
      </w:r>
    </w:p>
    <w:p>
      <w:r>
        <w:rPr>
          <w:b/>
        </w:rPr>
        <w:t xml:space="preserve">[01:18] </w:t>
      </w:r>
      <w:r>
        <w:t>aur zameen mein ja kar baso.</w:t>
      </w:r>
    </w:p>
    <w:p>
      <w:pPr>
        <w:jc w:val="right"/>
      </w:pPr>
      <w:r>
        <w:t>اور زمین میں جا کر بسو۔</w:t>
      </w:r>
    </w:p>
    <w:p>
      <w:r>
        <w:rPr>
          <w:b/>
        </w:rPr>
        <w:t xml:space="preserve">[01:21] </w:t>
      </w:r>
      <w:r>
        <w:t>yaani jannat se utro.</w:t>
      </w:r>
    </w:p>
    <w:p>
      <w:pPr>
        <w:jc w:val="right"/>
      </w:pPr>
      <w:r>
        <w:t>یعنی جنت سے اترو۔</w:t>
      </w:r>
    </w:p>
    <w:p>
      <w:r>
        <w:rPr>
          <w:b/>
        </w:rPr>
        <w:t xml:space="preserve">[01:24] </w:t>
      </w:r>
      <w:r>
        <w:t>yeh baat hadith se wazeh nahi hai ke jannat jo banai gayi thi</w:t>
      </w:r>
    </w:p>
    <w:p>
      <w:pPr>
        <w:jc w:val="right"/>
      </w:pPr>
      <w:r>
        <w:t>یہ بات حدیث سے واضح نہیں ہے کہ جنت جو بنائی گئی تھی</w:t>
      </w:r>
    </w:p>
    <w:p>
      <w:r>
        <w:rPr>
          <w:b/>
        </w:rPr>
        <w:t xml:space="preserve">[01:31] </w:t>
      </w:r>
      <w:r>
        <w:t>adam ke liye, woh kahan thi.</w:t>
      </w:r>
    </w:p>
    <w:p>
      <w:pPr>
        <w:jc w:val="right"/>
      </w:pPr>
      <w:r>
        <w:t>آدم کے لیے، وہ کہاں تھی۔</w:t>
      </w:r>
    </w:p>
    <w:p>
      <w:r>
        <w:rPr>
          <w:b/>
        </w:rPr>
        <w:t xml:space="preserve">[01:35] </w:t>
      </w:r>
      <w:r>
        <w:t>bible mein albata yeh hai ke woh jannat</w:t>
      </w:r>
    </w:p>
    <w:p>
      <w:pPr>
        <w:jc w:val="right"/>
      </w:pPr>
      <w:r>
        <w:t>بائبل میں البتہ یہ ہے کہ وہ جنت</w:t>
      </w:r>
    </w:p>
    <w:p>
      <w:r>
        <w:rPr>
          <w:b/>
        </w:rPr>
        <w:t xml:space="preserve">[01:38] </w:t>
      </w:r>
      <w:r>
        <w:t>Allah taala ne adan mein banai thi.</w:t>
      </w:r>
    </w:p>
    <w:p>
      <w:pPr>
        <w:jc w:val="right"/>
      </w:pPr>
      <w:r>
        <w:t>اللہ تعالیٰ نے عدن میں بنائی تھی۔</w:t>
      </w:r>
    </w:p>
    <w:p>
      <w:r>
        <w:rPr>
          <w:b/>
        </w:rPr>
        <w:t xml:space="preserve">[01:42] </w:t>
      </w:r>
      <w:r>
        <w:t>aap jante hain, adan ek</w:t>
      </w:r>
    </w:p>
    <w:p>
      <w:pPr>
        <w:jc w:val="right"/>
      </w:pPr>
      <w:r>
        <w:t>آپ جانتے ہیں، عدن ایک</w:t>
      </w:r>
    </w:p>
    <w:p>
      <w:r>
        <w:rPr>
          <w:b/>
        </w:rPr>
        <w:t xml:space="preserve">[01:46] </w:t>
      </w:r>
      <w:r>
        <w:t>chota sa mulk hai,</w:t>
      </w:r>
    </w:p>
    <w:p>
      <w:pPr>
        <w:jc w:val="right"/>
      </w:pPr>
      <w:r>
        <w:t>چھوٹا سا ملک ہے،</w:t>
      </w:r>
    </w:p>
    <w:p>
      <w:r>
        <w:rPr>
          <w:b/>
        </w:rPr>
        <w:t xml:space="preserve">[01:49] </w:t>
      </w:r>
      <w:r>
        <w:t>to lekin hum nahi keh sakte ke woh jannat kahan thi.</w:t>
      </w:r>
    </w:p>
    <w:p>
      <w:pPr>
        <w:jc w:val="right"/>
      </w:pPr>
      <w:r>
        <w:t>تو لیکن ہم نہیں کہہ سکتے کہ وہ جنت کہاں تھی۔</w:t>
      </w:r>
    </w:p>
    <w:p>
      <w:r>
        <w:rPr>
          <w:b/>
        </w:rPr>
        <w:t xml:space="preserve">[01:53] </w:t>
      </w:r>
      <w:r>
        <w:t>to is par ghor karte hue yeh samajh mein aata hai</w:t>
      </w:r>
    </w:p>
    <w:p>
      <w:pPr>
        <w:jc w:val="right"/>
      </w:pPr>
      <w:r>
        <w:t>تو اس پر غور کرتے ہوئے یہ سمجھ میں آتا ہے</w:t>
      </w:r>
    </w:p>
    <w:p>
      <w:r>
        <w:rPr>
          <w:b/>
        </w:rPr>
        <w:t xml:space="preserve">[01:57] </w:t>
      </w:r>
      <w:r>
        <w:t>ke adam ko jab paida kiya gaya</w:t>
      </w:r>
    </w:p>
    <w:p>
      <w:pPr>
        <w:jc w:val="right"/>
      </w:pPr>
      <w:r>
        <w:t>کہ آدم کو جب پیدا کیا گیا</w:t>
      </w:r>
    </w:p>
    <w:p>
      <w:r>
        <w:rPr>
          <w:b/>
        </w:rPr>
        <w:t xml:space="preserve">[02:00] </w:t>
      </w:r>
      <w:r>
        <w:t>to pehle un ko basaya gaya jannat mein,</w:t>
      </w:r>
    </w:p>
    <w:p>
      <w:pPr>
        <w:jc w:val="right"/>
      </w:pPr>
      <w:r>
        <w:t>تو پہلے ان کو بسایا گیا جنت میں،</w:t>
      </w:r>
    </w:p>
    <w:p>
      <w:r>
        <w:rPr>
          <w:b/>
        </w:rPr>
        <w:t xml:space="preserve">[02:08] </w:t>
      </w:r>
      <w:r>
        <w:t>ek shart ke sath ke woh</w:t>
      </w:r>
    </w:p>
    <w:p>
      <w:pPr>
        <w:jc w:val="right"/>
      </w:pPr>
      <w:r>
        <w:t>ایک شرط کے ساتھ کہ وہ</w:t>
      </w:r>
    </w:p>
    <w:p>
      <w:r>
        <w:rPr>
          <w:b/>
        </w:rPr>
        <w:t xml:space="preserve">[02:11] </w:t>
      </w:r>
      <w:r>
        <w:t>falan drakht ke paas na jayen ge.</w:t>
      </w:r>
    </w:p>
    <w:p>
      <w:pPr>
        <w:jc w:val="right"/>
      </w:pPr>
      <w:r>
        <w:t>فلاں درخت کے پاس نہ جائیں گے۔</w:t>
      </w:r>
    </w:p>
    <w:p>
      <w:r>
        <w:rPr>
          <w:b/>
        </w:rPr>
        <w:t xml:space="preserve">[02:15] </w:t>
      </w:r>
      <w:r>
        <w:t>to mein samajhta hoon ke</w:t>
      </w:r>
    </w:p>
    <w:p>
      <w:pPr>
        <w:jc w:val="right"/>
      </w:pPr>
      <w:r>
        <w:t>تو میں سمجھتا ہوں کہ</w:t>
      </w:r>
    </w:p>
    <w:p>
      <w:r>
        <w:rPr>
          <w:b/>
        </w:rPr>
        <w:t xml:space="preserve">[02:18] </w:t>
      </w:r>
      <w:r>
        <w:t>paidaish ke baad pehle adam ko</w:t>
      </w:r>
    </w:p>
    <w:p>
      <w:pPr>
        <w:jc w:val="right"/>
      </w:pPr>
      <w:r>
        <w:t>پیدائش کے بعد پہلے آدم کو</w:t>
      </w:r>
    </w:p>
    <w:p>
      <w:r>
        <w:rPr>
          <w:b/>
        </w:rPr>
        <w:t xml:space="preserve">[02:25] </w:t>
      </w:r>
      <w:r>
        <w:t>bila test se guzre baghair un ko jannat mein rehne ka mauqa diya gaya tha.</w:t>
      </w:r>
    </w:p>
    <w:p>
      <w:pPr>
        <w:jc w:val="right"/>
      </w:pPr>
      <w:r>
        <w:t>بلا ٹیسٹ سے گزرے بغیر ان کو جنت میں رہنے کا موقع دیا گیا تھا۔</w:t>
      </w:r>
    </w:p>
    <w:p>
      <w:r>
        <w:rPr>
          <w:b/>
        </w:rPr>
        <w:t xml:space="preserve">[02:34] </w:t>
      </w:r>
      <w:r>
        <w:t>lekin test mein poore nahi utarte.</w:t>
      </w:r>
    </w:p>
    <w:p>
      <w:pPr>
        <w:jc w:val="right"/>
      </w:pPr>
      <w:r>
        <w:t>لیکن ٹیسٹ میں پورے نہیں اترے۔</w:t>
      </w:r>
    </w:p>
    <w:p>
      <w:r>
        <w:rPr>
          <w:b/>
        </w:rPr>
        <w:t xml:space="preserve">[02:37] </w:t>
      </w:r>
      <w:r>
        <w:t>adam aur hawa dono test mein poore nahi utre, kyunke unhon ne ek jo hukum diya gaya tha,</w:t>
      </w:r>
    </w:p>
    <w:p>
      <w:pPr>
        <w:jc w:val="right"/>
      </w:pPr>
      <w:r>
        <w:t>آدم اور حوا دونوں ٹیسٹ میں پورے نہیں اترے، کیونکہ انہوں نے ایک جو حکم دیا گیا تھا،</w:t>
      </w:r>
    </w:p>
    <w:p>
      <w:r>
        <w:rPr>
          <w:b/>
        </w:rPr>
        <w:t xml:space="preserve">[02:44] </w:t>
      </w:r>
      <w:r>
        <w:t>usay kharab kiya.</w:t>
      </w:r>
    </w:p>
    <w:p>
      <w:pPr>
        <w:jc w:val="right"/>
      </w:pPr>
      <w:r>
        <w:t>اسے خراب کیا۔</w:t>
      </w:r>
    </w:p>
    <w:p>
      <w:r>
        <w:rPr>
          <w:b/>
        </w:rPr>
        <w:t xml:space="preserve">[02:48] </w:t>
      </w:r>
      <w:r>
        <w:t>to is ke baad jo Allah taala ne un ke liye</w:t>
      </w:r>
    </w:p>
    <w:p>
      <w:pPr>
        <w:jc w:val="right"/>
      </w:pPr>
      <w:r>
        <w:t>تو اس کے بعد جو اللہ تعالیٰ نے ان کے لیے</w:t>
      </w:r>
    </w:p>
    <w:p>
      <w:r>
        <w:rPr>
          <w:b/>
        </w:rPr>
        <w:t xml:space="preserve">[02:53] </w:t>
      </w:r>
      <w:r>
        <w:t>muqarrar farmaya, woh yeh ke</w:t>
      </w:r>
    </w:p>
    <w:p>
      <w:pPr>
        <w:jc w:val="right"/>
      </w:pPr>
      <w:r>
        <w:t>مقرر فرمایا، وہ یہ کہ</w:t>
      </w:r>
    </w:p>
    <w:p>
      <w:r>
        <w:rPr>
          <w:b/>
        </w:rPr>
        <w:t xml:space="preserve">[02:57] </w:t>
      </w:r>
      <w:r>
        <w:t>in ko aik test se guzarna hoga.</w:t>
      </w:r>
    </w:p>
    <w:p>
      <w:pPr>
        <w:jc w:val="right"/>
      </w:pPr>
      <w:r>
        <w:t>ان کو ایک ٹیسٹ سے گزرنا ہوگا۔</w:t>
      </w:r>
    </w:p>
    <w:p>
      <w:r>
        <w:rPr>
          <w:b/>
        </w:rPr>
        <w:t xml:space="preserve">[02:59] </w:t>
      </w:r>
      <w:r>
        <w:t>is test mein jo qualify karega, us ke liye jannat hogi.</w:t>
      </w:r>
    </w:p>
    <w:p>
      <w:pPr>
        <w:jc w:val="right"/>
      </w:pPr>
      <w:r>
        <w:t>اس ٹیسٹ میں جو کوالیفائی کرے گا، اس کے لیے جنت ہوگی۔</w:t>
      </w:r>
    </w:p>
    <w:p>
      <w:r>
        <w:rPr>
          <w:b/>
        </w:rPr>
        <w:t xml:space="preserve">[03:04] </w:t>
      </w:r>
      <w:r>
        <w:t>ab hum sab log isi dour mein hain.</w:t>
      </w:r>
    </w:p>
    <w:p>
      <w:pPr>
        <w:jc w:val="right"/>
      </w:pPr>
      <w:r>
        <w:t>اب ہم سب لوگ اسی دور میں ہیں۔</w:t>
      </w:r>
    </w:p>
    <w:p>
      <w:r>
        <w:rPr>
          <w:b/>
        </w:rPr>
        <w:t xml:space="preserve">[03:10] </w:t>
      </w:r>
      <w:r>
        <w:t>yeh zameen hamare liye testing ground hai.</w:t>
      </w:r>
    </w:p>
    <w:p>
      <w:pPr>
        <w:jc w:val="right"/>
      </w:pPr>
      <w:r>
        <w:t>یہ زمین ہمارے لیے ٹیسٹنگ گراؤنڈ ہے۔</w:t>
      </w:r>
    </w:p>
    <w:p>
      <w:r>
        <w:rPr>
          <w:b/>
        </w:rPr>
        <w:t xml:space="preserve">[03:13] </w:t>
      </w:r>
      <w:r>
        <w:t>ab hum jannat ki taraf agar lotenge</w:t>
      </w:r>
    </w:p>
    <w:p>
      <w:pPr>
        <w:jc w:val="right"/>
      </w:pPr>
      <w:r>
        <w:t>اب ہم جنت کی طرف اگر لوٹیں گے</w:t>
      </w:r>
    </w:p>
    <w:p>
      <w:r>
        <w:rPr>
          <w:b/>
        </w:rPr>
        <w:t xml:space="preserve">[03:16] </w:t>
      </w:r>
      <w:r>
        <w:t>to us waqt jab ke hum jannat ke liye qualify karen.</w:t>
      </w:r>
    </w:p>
    <w:p>
      <w:pPr>
        <w:jc w:val="right"/>
      </w:pPr>
      <w:r>
        <w:t>تو اس وقت جب کہ ہم جنت کے لیے کوالیفائی کریں۔</w:t>
      </w:r>
    </w:p>
    <w:p>
      <w:r>
        <w:rPr>
          <w:b/>
        </w:rPr>
        <w:t xml:space="preserve">[03:22] </w:t>
      </w:r>
      <w:r>
        <w:t>warna jannat hamare liye nahi hai.</w:t>
      </w:r>
    </w:p>
    <w:p>
      <w:pPr>
        <w:jc w:val="right"/>
      </w:pPr>
      <w:r>
        <w:t>ورنہ جنت ہمارے لیے نہیں ہے۔</w:t>
      </w:r>
    </w:p>
    <w:p>
      <w:r>
        <w:rPr>
          <w:b/>
        </w:rPr>
        <w:t xml:space="preserve">[03:27] </w:t>
      </w:r>
      <w:r>
        <w:t>ab hum sab log goya jannat se nikle hue log hain.</w:t>
      </w:r>
    </w:p>
    <w:p>
      <w:pPr>
        <w:jc w:val="right"/>
      </w:pPr>
      <w:r>
        <w:t>اب ہم سب لوگ گویا جنت سے نکلے ہوئے لوگ ہیں۔</w:t>
      </w:r>
    </w:p>
    <w:p>
      <w:r>
        <w:rPr>
          <w:b/>
        </w:rPr>
        <w:t xml:space="preserve">[03:32] </w:t>
      </w:r>
      <w:r>
        <w:t>hum sab log jannat ke, hum sab log Adam ki aulad hain.</w:t>
      </w:r>
    </w:p>
    <w:p>
      <w:pPr>
        <w:jc w:val="right"/>
      </w:pPr>
      <w:r>
        <w:t>ہم سب لوگ جنت کے، ہم سب لوگ آدم کی اولاد ہیں۔</w:t>
      </w:r>
    </w:p>
    <w:p>
      <w:r>
        <w:rPr>
          <w:b/>
        </w:rPr>
        <w:t xml:space="preserve">[03:37] </w:t>
      </w:r>
      <w:r>
        <w:t>to goya ke hum sab log jannat se nikale hue log hain.</w:t>
      </w:r>
    </w:p>
    <w:p>
      <w:pPr>
        <w:jc w:val="right"/>
      </w:pPr>
      <w:r>
        <w:t>تو گویا کہ ہم سب لوگ جنت سے نکالے ہوئے لوگ ہیں۔</w:t>
      </w:r>
    </w:p>
    <w:p>
      <w:r>
        <w:rPr>
          <w:b/>
        </w:rPr>
        <w:t xml:space="preserve">[03:42] </w:t>
      </w:r>
      <w:r>
        <w:t>ab dobara wapsi jannat ki taraf is ke liye hai jo apne aap ko, apna tazkiya kar ke,</w:t>
      </w:r>
    </w:p>
    <w:p>
      <w:pPr>
        <w:jc w:val="right"/>
      </w:pPr>
      <w:r>
        <w:t>اب دوبارہ واپسی جنت کی طرف اس کے لیے ہے جو اپنے آپ کو، اپنا تزکیہ کر کے،</w:t>
      </w:r>
    </w:p>
    <w:p>
      <w:r>
        <w:rPr>
          <w:b/>
        </w:rPr>
        <w:t xml:space="preserve">[03:51] </w:t>
      </w:r>
      <w:r>
        <w:t>apne aap ko sabit kare ke woh jannat mein dakhle ke liye</w:t>
      </w:r>
    </w:p>
    <w:p>
      <w:pPr>
        <w:jc w:val="right"/>
      </w:pPr>
      <w:r>
        <w:t>اپنے آپ کو ثابت کرے کہ وہ جنت میں داخلے کے لیے</w:t>
      </w:r>
    </w:p>
    <w:p>
      <w:r>
        <w:rPr>
          <w:b/>
        </w:rPr>
        <w:t xml:space="preserve">[03:59] </w:t>
      </w:r>
      <w:r>
        <w:t>competent hai, qualified hai.</w:t>
      </w:r>
    </w:p>
    <w:p>
      <w:pPr>
        <w:jc w:val="right"/>
      </w:pPr>
      <w:r>
        <w:t>کمپیٹنٹ ہے، کوالیفائیڈ ہے۔</w:t>
      </w:r>
    </w:p>
    <w:p>
      <w:r>
        <w:rPr>
          <w:b/>
        </w:rPr>
        <w:t xml:space="preserve">[04:04] </w:t>
      </w:r>
      <w:r>
        <w:t>faimma yatiyannakum minni hudan.</w:t>
      </w:r>
    </w:p>
    <w:p>
      <w:pPr>
        <w:jc w:val="right"/>
      </w:pPr>
      <w:r>
        <w:t>فَإِمَّا يَأْتِيَنَّكُم مِّنِّي هُدًى۔</w:t>
      </w:r>
    </w:p>
    <w:p>
      <w:r>
        <w:rPr>
          <w:b/>
        </w:rPr>
        <w:t xml:space="preserve">[04:07] </w:t>
      </w:r>
      <w:r>
        <w:t>phir jab aayenge tumhare paas mere paighambar hidayat le kar, hidayat le kar ke.</w:t>
      </w:r>
    </w:p>
    <w:p>
      <w:pPr>
        <w:jc w:val="right"/>
      </w:pPr>
      <w:r>
        <w:t>پھر جب آئیں گے تمہارے پاس میرے پیغمبر ہدایت لے کر، ہدایت لے کر کے۔</w:t>
      </w:r>
    </w:p>
    <w:p>
      <w:r>
        <w:rPr>
          <w:b/>
        </w:rPr>
        <w:t xml:space="preserve">[04:16] </w:t>
      </w:r>
      <w:r>
        <w:t>is mani mein ke ab jo nizam</w:t>
      </w:r>
    </w:p>
    <w:p>
      <w:pPr>
        <w:jc w:val="right"/>
      </w:pPr>
      <w:r>
        <w:t>اس معنی میں کہ اب جو نظام</w:t>
      </w:r>
    </w:p>
    <w:p>
      <w:r>
        <w:rPr>
          <w:b/>
        </w:rPr>
        <w:t xml:space="preserve">[04:20] </w:t>
      </w:r>
      <w:r>
        <w:t>banaya gaya is zameen par, ke yahan par paighambar aayen Allah ki rehnumai le kar.</w:t>
      </w:r>
    </w:p>
    <w:p>
      <w:pPr>
        <w:jc w:val="right"/>
      </w:pPr>
      <w:r>
        <w:t>بنایا گیا اس زمین پر، کہ یہاں پر پیغمبر آئیں اللہ کی رہنمائی لے کر۔</w:t>
      </w:r>
    </w:p>
    <w:p>
      <w:r>
        <w:rPr>
          <w:b/>
        </w:rPr>
        <w:t xml:space="preserve">[04:30] </w:t>
      </w:r>
      <w:r>
        <w:t>aur aap jante hain ke Adam ke paas se musalsal yeh ho raha hai.</w:t>
      </w:r>
    </w:p>
    <w:p>
      <w:pPr>
        <w:jc w:val="right"/>
      </w:pPr>
      <w:r>
        <w:t>اور آپ جانتے ہیں کہ آدم کے پاس سے مسلسل یہ ہو رہا ہے۔</w:t>
      </w:r>
    </w:p>
    <w:p>
      <w:r>
        <w:rPr>
          <w:b/>
        </w:rPr>
        <w:t xml:space="preserve">[04:36] </w:t>
      </w:r>
      <w:r>
        <w:t>hadith ke mutabiq</w:t>
      </w:r>
    </w:p>
    <w:p>
      <w:pPr>
        <w:jc w:val="right"/>
      </w:pPr>
      <w:r>
        <w:t>حدیث کے مطابق</w:t>
      </w:r>
    </w:p>
    <w:p>
      <w:r>
        <w:rPr>
          <w:b/>
        </w:rPr>
        <w:t xml:space="preserve">[04:38] </w:t>
      </w:r>
      <w:r>
        <w:t>124,000 paighambar aa chuke hain.</w:t>
      </w:r>
    </w:p>
    <w:p>
      <w:pPr>
        <w:jc w:val="right"/>
      </w:pPr>
      <w:r>
        <w:t>124,000 پیغمبر آ چکے ہیں۔</w:t>
      </w:r>
    </w:p>
    <w:p>
      <w:r>
        <w:rPr>
          <w:b/>
        </w:rPr>
        <w:t xml:space="preserve">[04:42] </w:t>
      </w:r>
      <w:r>
        <w:t>Rasool Allah sal Allah alaihi wasallam aakhri paighambar the.</w:t>
      </w:r>
    </w:p>
    <w:p>
      <w:pPr>
        <w:jc w:val="right"/>
      </w:pPr>
      <w:r>
        <w:t>رسول اللہ صلی اللہ علیہ وسلم آخری پیغمبر تھے۔</w:t>
      </w:r>
    </w:p>
    <w:p>
      <w:r>
        <w:rPr>
          <w:b/>
        </w:rPr>
        <w:t xml:space="preserve">[04:45] </w:t>
      </w:r>
      <w:r>
        <w:t>yeh nizam Allah taala ne banaya hai ke Allah ki taraf se aik rehnuma aata rahega.</w:t>
      </w:r>
    </w:p>
    <w:p>
      <w:pPr>
        <w:jc w:val="right"/>
      </w:pPr>
      <w:r>
        <w:t>یہ نظام اللہ تعالیٰ نے بنایا ہے کہ اللہ کی طرف سے ایک رہنما آتا رہے گا۔</w:t>
      </w:r>
    </w:p>
    <w:p>
      <w:r>
        <w:rPr>
          <w:b/>
        </w:rPr>
        <w:t xml:space="preserve">[04:53] </w:t>
      </w:r>
      <w:r>
        <w:t>woh aata raha.</w:t>
      </w:r>
    </w:p>
    <w:p>
      <w:pPr>
        <w:jc w:val="right"/>
      </w:pPr>
      <w:r>
        <w:t>وہ آتا رہا۔</w:t>
      </w:r>
    </w:p>
    <w:p>
      <w:r>
        <w:rPr>
          <w:b/>
        </w:rPr>
        <w:t xml:space="preserve">[04:55] </w:t>
      </w:r>
      <w:r>
        <w:t>jo jinho ne in ko maana, woh</w:t>
      </w:r>
    </w:p>
    <w:p>
      <w:pPr>
        <w:jc w:val="right"/>
      </w:pPr>
      <w:r>
        <w:t>جو جنہوں نے ان کو مانا، وہ</w:t>
      </w:r>
    </w:p>
    <w:p>
      <w:r>
        <w:rPr>
          <w:b/>
        </w:rPr>
        <w:t xml:space="preserve">[05:00] </w:t>
      </w:r>
      <w:r>
        <w:t>test mein poore utre.</w:t>
      </w:r>
    </w:p>
    <w:p>
      <w:pPr>
        <w:jc w:val="right"/>
      </w:pPr>
      <w:r>
        <w:t>ٹیسٹ میں پورے اترے۔</w:t>
      </w:r>
    </w:p>
    <w:p>
      <w:r>
        <w:rPr>
          <w:b/>
        </w:rPr>
        <w:t xml:space="preserve">[05:02] </w:t>
      </w:r>
      <w:r>
        <w:t>jinhon ne nahin mana, woh test mein poore nahin utre.</w:t>
      </w:r>
    </w:p>
    <w:p>
      <w:pPr>
        <w:jc w:val="right"/>
      </w:pPr>
      <w:r>
        <w:t>جنہوں نے نہیں مانا، وہ ٹیسٹ میں پورے نہیں اترے۔</w:t>
      </w:r>
    </w:p>
    <w:p>
      <w:r>
        <w:rPr>
          <w:b/>
        </w:rPr>
        <w:t xml:space="preserve">[05:05] </w:t>
      </w:r>
      <w:r>
        <w:t>ab ek mehfooz kitaab hai Allah ki, Quran.</w:t>
      </w:r>
    </w:p>
    <w:p>
      <w:pPr>
        <w:jc w:val="right"/>
      </w:pPr>
      <w:r>
        <w:t>اب ایک محفوظ کتاب ہے اللہ کی، قرآن۔</w:t>
      </w:r>
    </w:p>
    <w:p>
      <w:r>
        <w:rPr>
          <w:b/>
        </w:rPr>
        <w:t xml:space="preserve">[05:09] </w:t>
      </w:r>
      <w:r>
        <w:t>woh paighambar ki</w:t>
      </w:r>
    </w:p>
    <w:p>
      <w:pPr>
        <w:jc w:val="right"/>
      </w:pPr>
      <w:r>
        <w:t>وہ پیغمبر کی</w:t>
      </w:r>
    </w:p>
    <w:p>
      <w:r>
        <w:rPr>
          <w:b/>
        </w:rPr>
        <w:t xml:space="preserve">[05:13] </w:t>
      </w:r>
      <w:r>
        <w:t>qaim muqam hai.</w:t>
      </w:r>
    </w:p>
    <w:p>
      <w:pPr>
        <w:jc w:val="right"/>
      </w:pPr>
      <w:r>
        <w:t>قائم مقام ہے۔</w:t>
      </w:r>
    </w:p>
    <w:p>
      <w:r>
        <w:rPr>
          <w:b/>
        </w:rPr>
        <w:t xml:space="preserve">[05:15] </w:t>
      </w:r>
      <w:r>
        <w:t>ab zinda paighambar nahin aayega hamare liye, lekin yeh kitaab mehfooz kar di gayi.</w:t>
      </w:r>
    </w:p>
    <w:p>
      <w:pPr>
        <w:jc w:val="right"/>
      </w:pPr>
      <w:r>
        <w:t>اب زندہ پیغمبر نہیں آئے گا ہمارے لیے، لیکن یہ کتاب محفوظ کر دی گئی۔</w:t>
      </w:r>
    </w:p>
    <w:p>
      <w:r>
        <w:rPr>
          <w:b/>
        </w:rPr>
        <w:t xml:space="preserve">[05:22] </w:t>
      </w:r>
      <w:r>
        <w:t>isi kitaab se hamein hidayat lete rehna hai.</w:t>
      </w:r>
    </w:p>
    <w:p>
      <w:pPr>
        <w:jc w:val="right"/>
      </w:pPr>
      <w:r>
        <w:t>اسی کتاب سے ہمیں ہدایت لیتے رہنا ہے۔</w:t>
      </w:r>
    </w:p>
    <w:p>
      <w:r>
        <w:rPr>
          <w:b/>
        </w:rPr>
        <w:t xml:space="preserve">[05:27] </w:t>
      </w:r>
      <w:r>
        <w:t>faman tabi'a hudaya fala khawfun 'alayhim wa la hum yahzanoon.</w:t>
      </w:r>
    </w:p>
    <w:p>
      <w:pPr>
        <w:jc w:val="right"/>
      </w:pPr>
      <w:r>
        <w:t>فَمَن تَبِعَ هُدَيَ فَلَا خَوْفٌ عَلَيْهِمْ وَلَا هُمْ يَحْزَنُونَ۔</w:t>
      </w:r>
    </w:p>
    <w:p>
      <w:r>
        <w:rPr>
          <w:b/>
        </w:rPr>
        <w:t xml:space="preserve">[05:30] </w:t>
      </w:r>
      <w:r>
        <w:t>jo meri hidayat ki pairwi karega,</w:t>
      </w:r>
    </w:p>
    <w:p>
      <w:pPr>
        <w:jc w:val="right"/>
      </w:pPr>
      <w:r>
        <w:t>جو میری ہدایت کی پیروی کرے گا،</w:t>
      </w:r>
    </w:p>
    <w:p>
      <w:r>
        <w:rPr>
          <w:b/>
        </w:rPr>
        <w:t xml:space="preserve">[05:34] </w:t>
      </w:r>
      <w:r>
        <w:t>to is ke liye na khawf hai na gham hai.</w:t>
      </w:r>
    </w:p>
    <w:p>
      <w:pPr>
        <w:jc w:val="right"/>
      </w:pPr>
      <w:r>
        <w:t>تو اس کے لیے نہ خوف ہے نہ غم ہے۔</w:t>
      </w:r>
    </w:p>
    <w:p>
      <w:r>
        <w:rPr>
          <w:b/>
        </w:rPr>
        <w:t xml:space="preserve">[05:40] </w:t>
      </w:r>
      <w:r>
        <w:t>yahan hidayat se murad yahi hai.</w:t>
      </w:r>
    </w:p>
    <w:p>
      <w:pPr>
        <w:jc w:val="right"/>
      </w:pPr>
      <w:r>
        <w:t>یہاں ہدایت سے مراد یہی ہے۔</w:t>
      </w:r>
    </w:p>
    <w:p>
      <w:r>
        <w:rPr>
          <w:b/>
        </w:rPr>
        <w:t xml:space="preserve">[05:43] </w:t>
      </w:r>
      <w:r>
        <w:t>yani is se pehle to</w:t>
      </w:r>
    </w:p>
    <w:p>
      <w:pPr>
        <w:jc w:val="right"/>
      </w:pPr>
      <w:r>
        <w:t>یعنی اس سے پہلے تو</w:t>
      </w:r>
    </w:p>
    <w:p>
      <w:r>
        <w:rPr>
          <w:b/>
        </w:rPr>
        <w:t xml:space="preserve">[05:46] </w:t>
      </w:r>
      <w:r>
        <w:t>paighambar hote the, is se murad.</w:t>
      </w:r>
    </w:p>
    <w:p>
      <w:pPr>
        <w:jc w:val="right"/>
      </w:pPr>
      <w:r>
        <w:t>پیغمبر ہوتے تھے، اس سے مراد۔</w:t>
      </w:r>
    </w:p>
    <w:p>
      <w:r>
        <w:rPr>
          <w:b/>
        </w:rPr>
        <w:t xml:space="preserve">[05:51] </w:t>
      </w:r>
      <w:r>
        <w:t>ab is se murad jo hai yeh Quran hai.</w:t>
      </w:r>
    </w:p>
    <w:p>
      <w:pPr>
        <w:jc w:val="right"/>
      </w:pPr>
      <w:r>
        <w:t>اب اس سے مراد جو ہے یہ قرآن ہے۔</w:t>
      </w:r>
    </w:p>
    <w:p>
      <w:r>
        <w:rPr>
          <w:b/>
        </w:rPr>
        <w:t xml:space="preserve">[05:54] </w:t>
      </w:r>
      <w:r>
        <w:t>iski sharah ke taur par hadith.</w:t>
      </w:r>
    </w:p>
    <w:p>
      <w:pPr>
        <w:jc w:val="right"/>
      </w:pPr>
      <w:r>
        <w:t>اس کی شرح کے طور پر حدیث۔</w:t>
      </w:r>
    </w:p>
    <w:p>
      <w:r>
        <w:rPr>
          <w:b/>
        </w:rPr>
        <w:t xml:space="preserve">[06:00] </w:t>
      </w:r>
      <w:r>
        <w:t>ab jo daur chal raha hai, is daur mein hum ne dekha,</w:t>
      </w:r>
    </w:p>
    <w:p>
      <w:pPr>
        <w:jc w:val="right"/>
      </w:pPr>
      <w:r>
        <w:t>اب جو دور چل رہا ہے، اس دور میں ہم نے دیکھا،</w:t>
      </w:r>
    </w:p>
    <w:p>
      <w:r>
        <w:rPr>
          <w:b/>
        </w:rPr>
        <w:t xml:space="preserve">[06:05] </w:t>
      </w:r>
      <w:r>
        <w:t>dekha jayega Allah ke nizam ke tehat</w:t>
      </w:r>
    </w:p>
    <w:p>
      <w:pPr>
        <w:jc w:val="right"/>
      </w:pPr>
      <w:r>
        <w:t>دیکھا جائے گا اللہ کے نظام کے تحت</w:t>
      </w:r>
    </w:p>
    <w:p>
      <w:r>
        <w:rPr>
          <w:b/>
        </w:rPr>
        <w:t xml:space="preserve">[06:10] </w:t>
      </w:r>
      <w:r>
        <w:t>ke hum mein se kaun hai jo Allah ki hidayat ki pairwi karta hai.</w:t>
      </w:r>
    </w:p>
    <w:p>
      <w:pPr>
        <w:jc w:val="right"/>
      </w:pPr>
      <w:r>
        <w:t>کہ ہم میں سے کون ہے جو اللہ کی ہدایت کی پیروی کرتا ہے۔</w:t>
      </w:r>
    </w:p>
    <w:p>
      <w:r>
        <w:rPr>
          <w:b/>
        </w:rPr>
        <w:t xml:space="preserve">[06:18] </w:t>
      </w:r>
      <w:r>
        <w:t>yani ab jo hidayat hai, mehfooz shakal mein Quran hai, yeh kehna sahi hoga ke ab yeh dekha</w:t>
      </w:r>
    </w:p>
    <w:p>
      <w:pPr>
        <w:jc w:val="right"/>
      </w:pPr>
      <w:r>
        <w:t>یعنی اب جو ہدایت ہے، محفوظ شکل میں قرآن ہے، یہ کہنا صحیح ہوگا کہ اب یہ دیکھا</w:t>
      </w:r>
    </w:p>
    <w:p>
      <w:r>
        <w:rPr>
          <w:b/>
        </w:rPr>
        <w:t xml:space="preserve">[06:25] </w:t>
      </w:r>
      <w:r>
        <w:t>ja raha hai ke Quran ki pairwi kaun karta hai.</w:t>
      </w:r>
    </w:p>
    <w:p>
      <w:pPr>
        <w:jc w:val="right"/>
      </w:pPr>
      <w:r>
        <w:t>جا رہا ہے کہ قرآن کی پیروی کون کرتا ہے۔</w:t>
      </w:r>
    </w:p>
    <w:p>
      <w:r>
        <w:rPr>
          <w:b/>
        </w:rPr>
        <w:t xml:space="preserve">[06:28] </w:t>
      </w:r>
      <w:r>
        <w:t>jo pairwi karega,</w:t>
      </w:r>
    </w:p>
    <w:p>
      <w:pPr>
        <w:jc w:val="right"/>
      </w:pPr>
      <w:r>
        <w:t>جو پیروی کرے گا،</w:t>
      </w:r>
    </w:p>
    <w:p>
      <w:r>
        <w:rPr>
          <w:b/>
        </w:rPr>
        <w:t xml:space="preserve">[06:32] </w:t>
      </w:r>
      <w:r>
        <w:t>is ke liye jannat hai.</w:t>
      </w:r>
    </w:p>
    <w:p>
      <w:pPr>
        <w:jc w:val="right"/>
      </w:pPr>
      <w:r>
        <w:t>اس کے لیے جنت ہے۔</w:t>
      </w:r>
    </w:p>
    <w:p>
      <w:r>
        <w:rPr>
          <w:b/>
        </w:rPr>
        <w:t xml:space="preserve">[06:33] </w:t>
      </w:r>
      <w:r>
        <w:t>aur jo nahin pairwi karega, is ke liye jannat nahin hai.</w:t>
      </w:r>
    </w:p>
    <w:p>
      <w:pPr>
        <w:jc w:val="right"/>
      </w:pPr>
      <w:r>
        <w:t>اور جو نہیں پیروی کرے گا، اس کے لیے جنت نہیں ہے۔</w:t>
      </w:r>
    </w:p>
    <w:p>
      <w:r>
        <w:rPr>
          <w:b/>
        </w:rPr>
        <w:t xml:space="preserve">[06:37] </w:t>
      </w:r>
      <w:r>
        <w:t>yahan par main dobara arz kar doon ke Quran ka lafz jab bola jata hai to is mein</w:t>
      </w:r>
    </w:p>
    <w:p>
      <w:pPr>
        <w:jc w:val="right"/>
      </w:pPr>
      <w:r>
        <w:t>یہاں پر میں دوبارہ عرض کر دوں کہ قرآن کا لفظ جب بولا جاتا ہے تو اس میں</w:t>
      </w:r>
    </w:p>
    <w:p>
      <w:r>
        <w:rPr>
          <w:b/>
        </w:rPr>
        <w:t xml:space="preserve">[06:41] </w:t>
      </w:r>
      <w:r>
        <w:t>Quran aur sunnat dono shamil rehte hain.</w:t>
      </w:r>
    </w:p>
    <w:p>
      <w:pPr>
        <w:jc w:val="right"/>
      </w:pPr>
      <w:r>
        <w:t>قرآن اور سنت دونوں شامل رہتے ہیں۔</w:t>
      </w:r>
    </w:p>
    <w:p>
      <w:r>
        <w:rPr>
          <w:b/>
        </w:rPr>
        <w:t xml:space="preserve">[06:43] </w:t>
      </w:r>
      <w:r>
        <w:t>yeh nahin ke sirf Quran.</w:t>
      </w:r>
    </w:p>
    <w:p>
      <w:pPr>
        <w:jc w:val="right"/>
      </w:pPr>
      <w:r>
        <w:t>یہ نہیں کہ صرف قرآن۔</w:t>
      </w:r>
    </w:p>
    <w:p>
      <w:r>
        <w:rPr>
          <w:b/>
        </w:rPr>
        <w:t xml:space="preserve">[06:46] </w:t>
      </w:r>
      <w:r>
        <w:t>jo log kehte hain ke quran kafi hai, woh bilkul</w:t>
      </w:r>
    </w:p>
    <w:p>
      <w:pPr>
        <w:jc w:val="right"/>
      </w:pPr>
      <w:r>
        <w:t>جو لوگ کہتے ہیں کہ قرآن کافی ہے، وہ بالکل</w:t>
      </w:r>
    </w:p>
    <w:p>
      <w:r>
        <w:rPr>
          <w:b/>
        </w:rPr>
        <w:t xml:space="preserve">[06:51] </w:t>
      </w:r>
      <w:r>
        <w:t>khud sakhta mazhab khare hue hain.</w:t>
      </w:r>
    </w:p>
    <w:p>
      <w:pPr>
        <w:jc w:val="right"/>
      </w:pPr>
      <w:r>
        <w:t>خود ساختہ مذہب کھڑے ہوئے ہیں۔</w:t>
      </w:r>
    </w:p>
    <w:p>
      <w:r>
        <w:rPr>
          <w:b/>
        </w:rPr>
        <w:t xml:space="preserve">[06:53] </w:t>
      </w:r>
      <w:r>
        <w:t>yeh Allah ka mazhab nahi hai.</w:t>
      </w:r>
    </w:p>
    <w:p>
      <w:pPr>
        <w:jc w:val="right"/>
      </w:pPr>
      <w:r>
        <w:t>یہ اللہ کا مذہب نہیں ہے۔</w:t>
      </w:r>
    </w:p>
    <w:p>
      <w:r>
        <w:rPr>
          <w:b/>
        </w:rPr>
        <w:t xml:space="preserve">[06:55] </w:t>
      </w:r>
      <w:r>
        <w:t>yeh khud sakhta mazhab hai.</w:t>
      </w:r>
    </w:p>
    <w:p>
      <w:pPr>
        <w:jc w:val="right"/>
      </w:pPr>
      <w:r>
        <w:t>یہ خود ساختہ مذہب ہے۔</w:t>
      </w:r>
    </w:p>
    <w:p>
      <w:r>
        <w:rPr>
          <w:b/>
        </w:rPr>
        <w:t xml:space="preserve">[07:00] </w:t>
      </w:r>
      <w:r>
        <w:t>wAlladhina kafaroo wa kaththaboo fi ayatina olā'ika ashabu annari hum fiha khalidoon</w:t>
      </w:r>
    </w:p>
    <w:p>
      <w:pPr>
        <w:jc w:val="right"/>
      </w:pPr>
      <w:r>
        <w:t>وَالَّذِينَ كَفَرُوا وَكَذَّبُوا فِي آَيَاتِنَا أُولَئِكَ أَصْحَابُ النَّارِ هُمْ فِيهَا خَالِدُونَ</w:t>
      </w:r>
    </w:p>
    <w:p>
      <w:r>
        <w:rPr>
          <w:b/>
        </w:rPr>
        <w:t xml:space="preserve">[07:06] </w:t>
      </w:r>
      <w:r>
        <w:t>aur jo log inkar karein aur hamari nishaniyon ko na maanein. woh aag wale log hain. un ko aag mein jagah milegi. hum fiha khalidoon.</w:t>
      </w:r>
    </w:p>
    <w:p>
      <w:pPr>
        <w:jc w:val="right"/>
      </w:pPr>
      <w:r>
        <w:t>اور جو لوگ انکار کریں اور ہماری نشانیوں کو نہ مانیں۔ وہ آگ والے لوگ ہیں۔ ان کو آگ میں جگہ ملے گی۔ هُمْ فِيهَا خَالِدُونَ۔</w:t>
      </w:r>
    </w:p>
    <w:p>
      <w:r>
        <w:rPr>
          <w:b/>
        </w:rPr>
        <w:t xml:space="preserve">[07:25] </w:t>
      </w:r>
      <w:r>
        <w:t>oon. woh is mein hamesha rahenge.</w:t>
      </w:r>
    </w:p>
    <w:p>
      <w:pPr>
        <w:jc w:val="right"/>
      </w:pPr>
      <w:r>
        <w:t>ونَ۔ وہ اس میں ہمیشہ رہیں گے۔</w:t>
      </w:r>
    </w:p>
    <w:p>
      <w:r>
        <w:rPr>
          <w:b/>
        </w:rPr>
        <w:t xml:space="preserve">[07:28] </w:t>
      </w:r>
      <w:r>
        <w:t>yeh bohat hi</w:t>
      </w:r>
    </w:p>
    <w:p>
      <w:pPr>
        <w:jc w:val="right"/>
      </w:pPr>
      <w:r>
        <w:t>یہ بہت ہی</w:t>
      </w:r>
    </w:p>
    <w:p>
      <w:r>
        <w:rPr>
          <w:b/>
        </w:rPr>
        <w:t xml:space="preserve">[07:32] </w:t>
      </w:r>
      <w:r>
        <w:t>dara dene wali ayat hai ke yeh jo limited period hamara hai is zameen par,</w:t>
      </w:r>
    </w:p>
    <w:p>
      <w:pPr>
        <w:jc w:val="right"/>
      </w:pPr>
      <w:r>
        <w:t>ڈرا دینے والی آیت ہے کہ یہ جو لمیٹڈ پیریڈ ہمارا ہے اس زمین پر،</w:t>
      </w:r>
    </w:p>
    <w:p>
      <w:r>
        <w:rPr>
          <w:b/>
        </w:rPr>
        <w:t xml:space="preserve">[07:39] </w:t>
      </w:r>
      <w:r>
        <w:t>zameen jo hai testing ground hai, is mein hum ek limited period ke rehte hain.</w:t>
      </w:r>
    </w:p>
    <w:p>
      <w:pPr>
        <w:jc w:val="right"/>
      </w:pPr>
      <w:r>
        <w:t>زمین جو ہے ٹیسٹنگ گراؤنڈ ہے، اس میں ہم ایک لمیٹڈ پیریڈ کے رہتے ہیں۔</w:t>
      </w:r>
    </w:p>
    <w:p>
      <w:r>
        <w:rPr>
          <w:b/>
        </w:rPr>
        <w:t xml:space="preserve">[07:46] </w:t>
      </w:r>
      <w:r>
        <w:t>to is ke baad jo daur aayega, yani yahan par daur khatam nahi hoga, yani maut hamare</w:t>
      </w:r>
    </w:p>
    <w:p>
      <w:pPr>
        <w:jc w:val="right"/>
      </w:pPr>
      <w:r>
        <w:t>تو اس کے بعد جو دور آئے گا، یعنی یہاں پر دور ختم نہیں ہوگا، یعنی موت ہمارے</w:t>
      </w:r>
    </w:p>
    <w:p>
      <w:r>
        <w:rPr>
          <w:b/>
        </w:rPr>
        <w:t xml:space="preserve">[07:52] </w:t>
      </w:r>
      <w:r>
        <w:t>daur ko khatam nahi karti.</w:t>
      </w:r>
    </w:p>
    <w:p>
      <w:pPr>
        <w:jc w:val="right"/>
      </w:pPr>
      <w:r>
        <w:t>دور کو ختم نہیں کرتی۔</w:t>
      </w:r>
    </w:p>
    <w:p>
      <w:r>
        <w:rPr>
          <w:b/>
        </w:rPr>
        <w:t xml:space="preserve">[07:55] </w:t>
      </w:r>
      <w:r>
        <w:t>woh sirf agle daur mein dakhil hoti hai.</w:t>
      </w:r>
    </w:p>
    <w:p>
      <w:pPr>
        <w:jc w:val="right"/>
      </w:pPr>
      <w:r>
        <w:t>وہ صرف اگلے دور میں داخل ہوتی ہے۔</w:t>
      </w:r>
    </w:p>
    <w:p>
      <w:r>
        <w:rPr>
          <w:b/>
        </w:rPr>
        <w:t xml:space="preserve">[08:00] </w:t>
      </w:r>
      <w:r>
        <w:t>to woh daur</w:t>
      </w:r>
    </w:p>
    <w:p>
      <w:pPr>
        <w:jc w:val="right"/>
      </w:pPr>
      <w:r>
        <w:t>تو وہ دور</w:t>
      </w:r>
    </w:p>
    <w:p>
      <w:r>
        <w:rPr>
          <w:b/>
        </w:rPr>
        <w:t xml:space="preserve">[08:04] </w:t>
      </w:r>
      <w:r>
        <w:t>goya hamare zindagi ka teesra daur hoga aur woh abadi hoga.</w:t>
      </w:r>
    </w:p>
    <w:p>
      <w:pPr>
        <w:jc w:val="right"/>
      </w:pPr>
      <w:r>
        <w:t>گویا ہمارے زندگی کا تیسرا دور ہوگا اور وہ ابدی ہوگا۔</w:t>
      </w:r>
    </w:p>
    <w:p>
      <w:r>
        <w:rPr>
          <w:b/>
        </w:rPr>
        <w:t xml:space="preserve">[08:10] </w:t>
      </w:r>
      <w:r>
        <w:t>yani pehla daur woh mukhtasir daur hai jab ke Adam aur Hawa</w:t>
      </w:r>
    </w:p>
    <w:p>
      <w:pPr>
        <w:jc w:val="right"/>
      </w:pPr>
      <w:r>
        <w:t>یعنی پہلا دور وہ مختصر دور ہے جب کہ آدم اور حوا</w:t>
      </w:r>
    </w:p>
    <w:p>
      <w:r>
        <w:rPr>
          <w:b/>
        </w:rPr>
        <w:t xml:space="preserve">[08:17] </w:t>
      </w:r>
      <w:r>
        <w:t>aarzi jannat mein basaye gaye.</w:t>
      </w:r>
    </w:p>
    <w:p>
      <w:pPr>
        <w:jc w:val="right"/>
      </w:pPr>
      <w:r>
        <w:t>عارضی جنت میں بسائے گئے۔</w:t>
      </w:r>
    </w:p>
    <w:p>
      <w:r>
        <w:rPr>
          <w:b/>
        </w:rPr>
        <w:t xml:space="preserve">[08:20] </w:t>
      </w:r>
      <w:r>
        <w:t>ek daur woh tha.</w:t>
      </w:r>
    </w:p>
    <w:p>
      <w:pPr>
        <w:jc w:val="right"/>
      </w:pPr>
      <w:r>
        <w:t>ایک دور وہ تھا۔</w:t>
      </w:r>
    </w:p>
    <w:p>
      <w:r>
        <w:rPr>
          <w:b/>
        </w:rPr>
        <w:t xml:space="preserve">[08:23] </w:t>
      </w:r>
      <w:r>
        <w:t>to ab doosra daur yeh hai jo</w:t>
      </w:r>
    </w:p>
    <w:p>
      <w:pPr>
        <w:jc w:val="right"/>
      </w:pPr>
      <w:r>
        <w:t>تو اب دوسرا دور یہ ہے جو</w:t>
      </w:r>
    </w:p>
    <w:p>
      <w:r>
        <w:rPr>
          <w:b/>
        </w:rPr>
        <w:t xml:space="preserve">[08:27] </w:t>
      </w:r>
      <w:r>
        <w:t>is zameen par</w:t>
      </w:r>
    </w:p>
    <w:p>
      <w:pPr>
        <w:jc w:val="right"/>
      </w:pPr>
      <w:r>
        <w:t>اس زمین پر</w:t>
      </w:r>
    </w:p>
    <w:p>
      <w:r>
        <w:rPr>
          <w:b/>
        </w:rPr>
        <w:t xml:space="preserve">[08:30] </w:t>
      </w:r>
      <w:r>
        <w:t>guzar raha hai.</w:t>
      </w:r>
    </w:p>
    <w:p>
      <w:pPr>
        <w:jc w:val="right"/>
      </w:pPr>
      <w:r>
        <w:t>گزر رہا ہے۔</w:t>
      </w:r>
    </w:p>
    <w:p>
      <w:r>
        <w:rPr>
          <w:b/>
        </w:rPr>
        <w:t xml:space="preserve">[08:32] </w:t>
      </w:r>
      <w:r>
        <w:t>yeh dono daur</w:t>
      </w:r>
    </w:p>
    <w:p>
      <w:pPr>
        <w:jc w:val="right"/>
      </w:pPr>
      <w:r>
        <w:t>یہ دونوں دور</w:t>
      </w:r>
    </w:p>
    <w:p>
      <w:r>
        <w:rPr>
          <w:b/>
        </w:rPr>
        <w:t xml:space="preserve">[08:37] </w:t>
      </w:r>
      <w:r>
        <w:t>limited the. lekin jo teesra daur aayega woh limited nahi hoga, woh abadi hoga.</w:t>
      </w:r>
    </w:p>
    <w:p>
      <w:pPr>
        <w:jc w:val="right"/>
      </w:pPr>
      <w:r>
        <w:t>لمیٹڈ تھے۔ لیکن جو تیسرا دور آئے گا وہ لمیٹڈ نہیں ہوگا، وہ ابدی ہوگا۔</w:t>
      </w:r>
    </w:p>
    <w:p>
      <w:r>
        <w:rPr>
          <w:b/>
        </w:rPr>
        <w:t xml:space="preserve">[08:44] </w:t>
      </w:r>
      <w:r>
        <w:t>donon ke liye.</w:t>
      </w:r>
    </w:p>
    <w:p>
      <w:pPr>
        <w:jc w:val="right"/>
      </w:pPr>
      <w:r>
        <w:t>دونوں کے لیے۔</w:t>
      </w:r>
    </w:p>
    <w:p>
      <w:r>
        <w:rPr>
          <w:b/>
        </w:rPr>
        <w:t xml:space="preserve">[08:47] </w:t>
      </w:r>
      <w:r>
        <w:t>jo test mein poore utrein un ke liye bhi abadi hoga.</w:t>
      </w:r>
    </w:p>
    <w:p>
      <w:pPr>
        <w:jc w:val="right"/>
      </w:pPr>
      <w:r>
        <w:t>جو ٹیسٹ میں پورے اتریں ان کے لیے بھی ابدی ہوگا۔</w:t>
      </w:r>
    </w:p>
    <w:p>
      <w:r>
        <w:rPr>
          <w:b/>
        </w:rPr>
        <w:t xml:space="preserve">[08:50] </w:t>
      </w:r>
      <w:r>
        <w:t>jo test mein poore na utrein un ke liye bhi abadi hoga.</w:t>
      </w:r>
    </w:p>
    <w:p>
      <w:pPr>
        <w:jc w:val="right"/>
      </w:pPr>
      <w:r>
        <w:t>جو ٹیسٹ میں پورے نہ اتریں ان کے لیے بھی ابدی ہوگا۔</w:t>
      </w:r>
    </w:p>
    <w:p>
      <w:r>
        <w:rPr>
          <w:b/>
        </w:rPr>
        <w:t xml:space="preserve">[08:54] </w:t>
      </w:r>
      <w:r>
        <w:t>to yeh bohat hi zyada,</w:t>
      </w:r>
    </w:p>
    <w:p>
      <w:pPr>
        <w:jc w:val="right"/>
      </w:pPr>
      <w:r>
        <w:t>تو یہ بہت ہی زیادہ،</w:t>
      </w:r>
    </w:p>
    <w:p>
      <w:r>
        <w:rPr>
          <w:b/>
        </w:rPr>
        <w:t xml:space="preserve">[08:59] </w:t>
      </w:r>
      <w:r>
        <w:t>bohat hi zyada sakht warning hai.</w:t>
      </w:r>
    </w:p>
    <w:p>
      <w:pPr>
        <w:jc w:val="right"/>
      </w:pPr>
      <w:r>
        <w:t>بہت ہی زیادہ سخت وارننگ ہے۔</w:t>
      </w:r>
    </w:p>
    <w:p>
      <w:r>
        <w:rPr>
          <w:b/>
        </w:rPr>
        <w:t xml:space="preserve">[09:02] </w:t>
      </w:r>
      <w:r>
        <w:t>mere paas aik sahib ka telephone aaya, woh</w:t>
      </w:r>
    </w:p>
    <w:p>
      <w:pPr>
        <w:jc w:val="right"/>
      </w:pPr>
      <w:r>
        <w:t>میرے پاس ایک صاحب کا ٹیلی فون آیا، وہ</w:t>
      </w:r>
    </w:p>
    <w:p>
      <w:r>
        <w:rPr>
          <w:b/>
        </w:rPr>
        <w:t xml:space="preserve">[09:09] </w:t>
      </w:r>
      <w:r>
        <w:t>yani woh apnay ko musalman kehte hain lekin un ka islam jo hai un ka khud sakhta hai.</w:t>
      </w:r>
    </w:p>
    <w:p>
      <w:pPr>
        <w:jc w:val="right"/>
      </w:pPr>
      <w:r>
        <w:t>یعنی وہ اپنے کو مسلمان کہتے ہیں لیکن ان کا اسلام جو ہے ان کا خود ساختہ ہے۔</w:t>
      </w:r>
    </w:p>
    <w:p>
      <w:r>
        <w:rPr>
          <w:b/>
        </w:rPr>
        <w:t xml:space="preserve">[09:15] </w:t>
      </w:r>
      <w:r>
        <w:t>yani woh nahi hai jo quran o sunnat mein hai.</w:t>
      </w:r>
    </w:p>
    <w:p>
      <w:pPr>
        <w:jc w:val="right"/>
      </w:pPr>
      <w:r>
        <w:t>یعنی وہ نہیں ہے جو قرآن و سنت میں ہے۔</w:t>
      </w:r>
    </w:p>
    <w:p>
      <w:r>
        <w:rPr>
          <w:b/>
        </w:rPr>
        <w:t xml:space="preserve">[09:17] </w:t>
      </w:r>
      <w:r>
        <w:t>woh khud se unhon ne islam ka aik edition tayyar kiya.</w:t>
      </w:r>
    </w:p>
    <w:p>
      <w:pPr>
        <w:jc w:val="right"/>
      </w:pPr>
      <w:r>
        <w:t>وہ خود سے انہوں نے اسلام کا ایک ایڈیشن تیار کیا۔</w:t>
      </w:r>
    </w:p>
    <w:p>
      <w:r>
        <w:rPr>
          <w:b/>
        </w:rPr>
        <w:t xml:space="preserve">[09:21] </w:t>
      </w:r>
      <w:r>
        <w:t>to main ne un se behas nahi ki.</w:t>
      </w:r>
    </w:p>
    <w:p>
      <w:pPr>
        <w:jc w:val="right"/>
      </w:pPr>
      <w:r>
        <w:t>تو میں نے ان سے بحث نہیں کی۔</w:t>
      </w:r>
    </w:p>
    <w:p>
      <w:r>
        <w:rPr>
          <w:b/>
        </w:rPr>
        <w:t xml:space="preserve">[09:24] </w:t>
      </w:r>
      <w:r>
        <w:t>main ne kaha ke quran ko aap jis mani mein manen, lekin yeh to hai quran mein ke</w:t>
      </w:r>
    </w:p>
    <w:p>
      <w:pPr>
        <w:jc w:val="right"/>
      </w:pPr>
      <w:r>
        <w:t>میں نے کہا کہ قرآن کو آپ جس معنی میں مانیں، لیکن یہ تو ہے قرآن میں کہ</w:t>
      </w:r>
    </w:p>
    <w:p>
      <w:r>
        <w:rPr>
          <w:b/>
        </w:rPr>
        <w:t xml:space="preserve">[09:30] </w:t>
      </w:r>
      <w:r>
        <w:t>hum eternity ki taraf ja rahe hain.</w:t>
      </w:r>
    </w:p>
    <w:p>
      <w:pPr>
        <w:jc w:val="right"/>
      </w:pPr>
      <w:r>
        <w:t>ہم ایٹرنٹی کی طرف جا رہے ہیں۔</w:t>
      </w:r>
    </w:p>
    <w:p>
      <w:r>
        <w:rPr>
          <w:b/>
        </w:rPr>
        <w:t xml:space="preserve">[09:35] </w:t>
      </w:r>
      <w:r>
        <w:t>hum eternity ko face karne wale hain bohat jald.</w:t>
      </w:r>
    </w:p>
    <w:p>
      <w:pPr>
        <w:jc w:val="right"/>
      </w:pPr>
      <w:r>
        <w:t>ہم ایٹرنٹی کو فیس کرنے والے ہیں بہت جلد۔</w:t>
      </w:r>
    </w:p>
    <w:p>
      <w:r>
        <w:rPr>
          <w:b/>
        </w:rPr>
        <w:t xml:space="preserve">[09:39] </w:t>
      </w:r>
      <w:r>
        <w:t>to is ko soch kar aap bohat zyada aap ko</w:t>
      </w:r>
    </w:p>
    <w:p>
      <w:pPr>
        <w:jc w:val="right"/>
      </w:pPr>
      <w:r>
        <w:t>تو اس کو سوچ کر آپ بہت زیادہ آپ کو</w:t>
      </w:r>
    </w:p>
    <w:p>
      <w:r>
        <w:rPr>
          <w:b/>
        </w:rPr>
        <w:t xml:space="preserve">[09:44] </w:t>
      </w:r>
      <w:r>
        <w:t>serious ho jana chahiye.</w:t>
      </w:r>
    </w:p>
    <w:p>
      <w:pPr>
        <w:jc w:val="right"/>
      </w:pPr>
      <w:r>
        <w:t>سیریس ہو جانا چاہیے۔</w:t>
      </w:r>
    </w:p>
    <w:p>
      <w:r>
        <w:rPr>
          <w:b/>
        </w:rPr>
        <w:t xml:space="preserve">[09:46] </w:t>
      </w:r>
      <w:r>
        <w:t>kaise aap eternity ko kaise face karenge?</w:t>
      </w:r>
    </w:p>
    <w:p>
      <w:pPr>
        <w:jc w:val="right"/>
      </w:pPr>
      <w:r>
        <w:t>کیسے آپ ایٹرنٹی کو کیسے فیس کریں گے؟</w:t>
      </w:r>
    </w:p>
    <w:p>
      <w:r>
        <w:rPr>
          <w:b/>
        </w:rPr>
        <w:t xml:space="preserve">[09:50] </w:t>
      </w:r>
      <w:r>
        <w:t>ke eternity ka kaise samna karenge? is liye quran o sunnat ki taraf bolne ke liye aap</w:t>
      </w:r>
    </w:p>
    <w:p>
      <w:pPr>
        <w:jc w:val="right"/>
      </w:pPr>
      <w:r>
        <w:t>کہ ایٹرنٹی کا کیسے سامنا کریں گے؟ اس لیے قرآن و سنت کی طرف بولنے کے لیے آپ</w:t>
      </w:r>
    </w:p>
    <w:p>
      <w:r>
        <w:rPr>
          <w:b/>
        </w:rPr>
        <w:t xml:space="preserve">[09:56] </w:t>
      </w:r>
      <w:r>
        <w:t>ko bohat zyada sanjeeda hona chahiye.</w:t>
      </w:r>
    </w:p>
    <w:p>
      <w:pPr>
        <w:jc w:val="right"/>
      </w:pPr>
      <w:r>
        <w:t>کو بہت زیادہ سنجیدہ ہونا چاہیے۔</w:t>
      </w:r>
    </w:p>
    <w:p>
      <w:r>
        <w:rPr>
          <w:b/>
        </w:rPr>
        <w:t xml:space="preserve">[09:58] </w:t>
      </w:r>
      <w:r>
        <w:t>agar aap khud sakhta mazhab ko nikalen to aap inkar karne wale ban jayenge.</w:t>
      </w:r>
    </w:p>
    <w:p>
      <w:pPr>
        <w:jc w:val="right"/>
      </w:pPr>
      <w:r>
        <w:t>اگر آپ خود ساختہ مذہب کو نکالیں تو آپ انکار کرنے والے بن جائیں گے۔</w:t>
      </w:r>
    </w:p>
    <w:p>
      <w:r>
        <w:rPr>
          <w:b/>
        </w:rPr>
        <w:t xml:space="preserve">[10:05] </w:t>
      </w:r>
      <w:r>
        <w:t>quran ka naam le kar inkar karne wale ban jayenge.</w:t>
      </w:r>
    </w:p>
    <w:p>
      <w:pPr>
        <w:jc w:val="right"/>
      </w:pPr>
      <w:r>
        <w:t>قرآن کا نام لے کر انکار کرنے والے بن جائیں گے۔</w:t>
      </w:r>
    </w:p>
    <w:p>
      <w:r>
        <w:rPr>
          <w:b/>
        </w:rPr>
        <w:t xml:space="preserve">[10:09] </w:t>
      </w:r>
      <w:r>
        <w:t>to har aik ko yeh sochna hai ke</w:t>
      </w:r>
    </w:p>
    <w:p>
      <w:pPr>
        <w:jc w:val="right"/>
      </w:pPr>
      <w:r>
        <w:t>تو ہر ایک کو یہ سوچنا ہے کہ</w:t>
      </w:r>
    </w:p>
    <w:p>
      <w:r>
        <w:rPr>
          <w:b/>
        </w:rPr>
        <w:t xml:space="preserve">[10:14] </w:t>
      </w:r>
      <w:r>
        <w:t>aage mujhe eternity ka samna karna hai.</w:t>
      </w:r>
    </w:p>
    <w:p>
      <w:pPr>
        <w:jc w:val="right"/>
      </w:pPr>
      <w:r>
        <w:t>آگے مجھے ایٹرنٹی کا سامنا کرنا ہے۔</w:t>
      </w:r>
    </w:p>
    <w:p>
      <w:r>
        <w:rPr>
          <w:b/>
        </w:rPr>
        <w:t xml:space="preserve">[10:17] </w:t>
      </w:r>
      <w:r>
        <w:t>eternity ka, abadیت ka.</w:t>
      </w:r>
    </w:p>
    <w:p>
      <w:pPr>
        <w:jc w:val="right"/>
      </w:pPr>
      <w:r>
        <w:t>ایٹرنٹی کا، ابدیت کا۔</w:t>
      </w:r>
    </w:p>
    <w:p>
      <w:r>
        <w:rPr>
          <w:b/>
        </w:rPr>
        <w:t xml:space="preserve">[10:20] </w:t>
      </w:r>
      <w:r>
        <w:t>yeh bohat hi serious baat hai.</w:t>
      </w:r>
    </w:p>
    <w:p>
      <w:pPr>
        <w:jc w:val="right"/>
      </w:pPr>
      <w:r>
        <w:t>یہ بہت ہی سیریس بات ہے۔</w:t>
      </w:r>
    </w:p>
    <w:p>
      <w:r>
        <w:rPr>
          <w:b/>
        </w:rPr>
        <w:t xml:space="preserve">[10:23] </w:t>
      </w:r>
      <w:r>
        <w:t>ya bani israil, uzkuru ni'mati allati an'amtu 'alaykum. aey Bani Israel! aey Ahle Kitab! yaad karo us nemat ko jo tumhare liye kiya maine. wa ufub'ahdi ufib'ahdakum wa iyyaya farhabun. aur apne ahad ko poora karo to main tumhare liye apne ahad ko poora karunga. wa iyyaya farhabun.</w:t>
      </w:r>
    </w:p>
    <w:p>
      <w:pPr>
        <w:jc w:val="right"/>
      </w:pPr>
      <w:r>
        <w:t>یا بنی اسرائیل اذکرو نعمت الذی انعمت علیکم۔ اے بنی اسرائیل! اے اہل کتاب! یاد کرو اس نعمت کو جو تمہارے لیے کیا میں نے۔ وَأَوْفُوا بِعَهْدِي أُوفِي بِعَهْدِكُمْ وَإِيَّا يَفَرْهَبُونَ۔ اور اپنے عہد کو پورا کرو تو میں تمہارے لیے اپنے عہد کو پورا کروں گا۔ وَإِيَّا يَفَرْهَبُونَ۔</w:t>
      </w:r>
    </w:p>
    <w:p>
      <w:r>
        <w:rPr>
          <w:b/>
        </w:rPr>
        <w:t xml:space="preserve">[10:49] </w:t>
      </w:r>
      <w:r>
        <w:t>aur sirf mujh se daro.</w:t>
      </w:r>
    </w:p>
    <w:p>
      <w:pPr>
        <w:jc w:val="right"/>
      </w:pPr>
      <w:r>
        <w:t>اور صرف مجھ سے ڈرو۔</w:t>
      </w:r>
    </w:p>
    <w:p>
      <w:r>
        <w:rPr>
          <w:b/>
        </w:rPr>
        <w:t xml:space="preserve">[10:52] </w:t>
      </w:r>
      <w:r>
        <w:t>yahan par khitab</w:t>
      </w:r>
    </w:p>
    <w:p>
      <w:pPr>
        <w:jc w:val="right"/>
      </w:pPr>
      <w:r>
        <w:t>یہاں پر خطاب</w:t>
      </w:r>
    </w:p>
    <w:p>
      <w:r>
        <w:rPr>
          <w:b/>
        </w:rPr>
        <w:t xml:space="preserve">[10:56] </w:t>
      </w:r>
      <w:r>
        <w:t>basically yahood se hai.</w:t>
      </w:r>
    </w:p>
    <w:p>
      <w:pPr>
        <w:jc w:val="right"/>
      </w:pPr>
      <w:r>
        <w:t>بیسکلی یہود سے ہے۔</w:t>
      </w:r>
    </w:p>
    <w:p>
      <w:r>
        <w:rPr>
          <w:b/>
        </w:rPr>
        <w:t xml:space="preserve">[11:00] </w:t>
      </w:r>
      <w:r>
        <w:t>yahood jo the un ko</w:t>
      </w:r>
    </w:p>
    <w:p>
      <w:pPr>
        <w:jc w:val="right"/>
      </w:pPr>
      <w:r>
        <w:t>یہود جو تھے ان کو</w:t>
      </w:r>
    </w:p>
    <w:p>
      <w:r>
        <w:rPr>
          <w:b/>
        </w:rPr>
        <w:t xml:space="preserve">[11:03] </w:t>
      </w:r>
      <w:r>
        <w:t>bani israil kaha jata hai.</w:t>
      </w:r>
    </w:p>
    <w:p>
      <w:pPr>
        <w:jc w:val="right"/>
      </w:pPr>
      <w:r>
        <w:t>بنی اسرائیل کہا جاتا ہے۔</w:t>
      </w:r>
    </w:p>
    <w:p>
      <w:r>
        <w:rPr>
          <w:b/>
        </w:rPr>
        <w:t xml:space="preserve">[11:06] </w:t>
      </w:r>
      <w:r>
        <w:t>To bani israil ko yani yahud ko khitab karte hue kaha gaya</w:t>
      </w:r>
    </w:p>
    <w:p>
      <w:pPr>
        <w:jc w:val="right"/>
      </w:pPr>
      <w:r>
        <w:t>تو بنی اسرائیل کو یعنی یہود کو خطاب کرتے ہوئے کہا گیا</w:t>
      </w:r>
    </w:p>
    <w:p>
      <w:r>
        <w:rPr>
          <w:b/>
        </w:rPr>
        <w:t xml:space="preserve">[11:12] </w:t>
      </w:r>
      <w:r>
        <w:t>ke tum ko Allah taala ne ek nemat di thi.</w:t>
      </w:r>
    </w:p>
    <w:p>
      <w:pPr>
        <w:jc w:val="right"/>
      </w:pPr>
      <w:r>
        <w:t>کہ تم کو اللہ تعالیٰ نے ایک نعمت دی تھی۔</w:t>
      </w:r>
    </w:p>
    <w:p>
      <w:r>
        <w:rPr>
          <w:b/>
        </w:rPr>
        <w:t xml:space="preserve">[11:15] </w:t>
      </w:r>
      <w:r>
        <w:t>Wo nemat kya thi? Nimat hidayaat.</w:t>
      </w:r>
    </w:p>
    <w:p>
      <w:pPr>
        <w:jc w:val="right"/>
      </w:pPr>
      <w:r>
        <w:t>وہ نعمت کیا تھی؟ نعمت ہدایت۔</w:t>
      </w:r>
    </w:p>
    <w:p>
      <w:r>
        <w:rPr>
          <w:b/>
        </w:rPr>
        <w:t xml:space="preserve">[11:20] </w:t>
      </w:r>
      <w:r>
        <w:t>Allah taala ne un ko chuna tha is ke liye ke wo Allah ki hidayaat par khare hon</w:t>
      </w:r>
    </w:p>
    <w:p>
      <w:pPr>
        <w:jc w:val="right"/>
      </w:pPr>
      <w:r>
        <w:t>اللہ تعالیٰ نے ان کو چنا تھا اس کے لیے کہ وہ اللہ کی ہدایت پر کھڑے ہوں</w:t>
      </w:r>
    </w:p>
    <w:p>
      <w:r>
        <w:rPr>
          <w:b/>
        </w:rPr>
        <w:t xml:space="preserve">[11:26] </w:t>
      </w:r>
      <w:r>
        <w:t>aur dunya ko batayein.</w:t>
      </w:r>
    </w:p>
    <w:p>
      <w:pPr>
        <w:jc w:val="right"/>
      </w:pPr>
      <w:r>
        <w:t>اور دنیا کو بتائیں۔</w:t>
      </w:r>
    </w:p>
    <w:p>
      <w:r>
        <w:rPr>
          <w:b/>
        </w:rPr>
        <w:t xml:space="preserve">[11:29] </w:t>
      </w:r>
      <w:r>
        <w:t>Yani khud is par amal karein aur dunya ko batayein ke wo Allah ki hidayaat kya hai jo</w:t>
      </w:r>
    </w:p>
    <w:p>
      <w:pPr>
        <w:jc w:val="right"/>
      </w:pPr>
      <w:r>
        <w:t>یعنی خود اس پر عمل کریں اور دنیا کو بتائیں کہ وہ اللہ کی ہدایت کیا ہے جو</w:t>
      </w:r>
    </w:p>
    <w:p>
      <w:r>
        <w:rPr>
          <w:b/>
        </w:rPr>
        <w:t xml:space="preserve">[11:34] </w:t>
      </w:r>
      <w:r>
        <w:t>wahan Allah ki taraf se accept ki jayegi.</w:t>
      </w:r>
    </w:p>
    <w:p>
      <w:pPr>
        <w:jc w:val="right"/>
      </w:pPr>
      <w:r>
        <w:t>وہاں اللہ کی طرف سے ایکسیپٹ کی جائے گی۔</w:t>
      </w:r>
    </w:p>
    <w:p>
      <w:r>
        <w:rPr>
          <w:b/>
        </w:rPr>
        <w:t xml:space="preserve">[11:38] </w:t>
      </w:r>
      <w:r>
        <w:t>To is ko yaad dilate hue kaha gaya ke</w:t>
      </w:r>
    </w:p>
    <w:p>
      <w:pPr>
        <w:jc w:val="right"/>
      </w:pPr>
      <w:r>
        <w:t>تو اس کو یاد دلاتے ہوئے کہا گیا کہ</w:t>
      </w:r>
    </w:p>
    <w:p>
      <w:r>
        <w:rPr>
          <w:b/>
        </w:rPr>
        <w:t xml:space="preserve">[11:45] </w:t>
      </w:r>
      <w:r>
        <w:t>tum agar jo ahad tum se liya gaya hai, Quran mein doosre maqam par yeh maujood hai ke</w:t>
      </w:r>
    </w:p>
    <w:p>
      <w:pPr>
        <w:jc w:val="right"/>
      </w:pPr>
      <w:r>
        <w:t>تم اگر جو عہد تم سے لیا گیا ہے، قرآن میں دوسرے مقام پر یہ موجود ہے کہ</w:t>
      </w:r>
    </w:p>
    <w:p>
      <w:r>
        <w:rPr>
          <w:b/>
        </w:rPr>
        <w:t xml:space="preserve">[11:52] </w:t>
      </w:r>
      <w:r>
        <w:t>Allah ne is se ahad liya ke tumhein is par qaim rehna hai aur is ko logon ko</w:t>
      </w:r>
    </w:p>
    <w:p>
      <w:pPr>
        <w:jc w:val="right"/>
      </w:pPr>
      <w:r>
        <w:t>اللہ نے اس سے عہد لیا کہ تمہیں اس پر قائم رہنا ہے اور اس کو لوگوں کو</w:t>
      </w:r>
    </w:p>
    <w:p>
      <w:r>
        <w:rPr>
          <w:b/>
        </w:rPr>
        <w:t xml:space="preserve">[11:57] </w:t>
      </w:r>
      <w:r>
        <w:t>batana hai. To tum ko darna chahiye ke agar tum ahad par qaim na raho to sakht saza</w:t>
      </w:r>
    </w:p>
    <w:p>
      <w:pPr>
        <w:jc w:val="right"/>
      </w:pPr>
      <w:r>
        <w:t>بتانا ہے۔ تو تم کو ڈرنا چاہیے کہ اگر تم عہد پر قائم نہ رہو تو سخت سزا</w:t>
      </w:r>
    </w:p>
    <w:p>
      <w:r>
        <w:rPr>
          <w:b/>
        </w:rPr>
        <w:t xml:space="preserve">[12:07] </w:t>
      </w:r>
      <w:r>
        <w:t>tum ko di jayegi.</w:t>
      </w:r>
    </w:p>
    <w:p>
      <w:pPr>
        <w:jc w:val="right"/>
      </w:pPr>
      <w:r>
        <w:t>تم کو دی جائے گی۔</w:t>
      </w:r>
    </w:p>
    <w:p>
      <w:r>
        <w:rPr>
          <w:b/>
        </w:rPr>
        <w:t xml:space="preserve">[12:10] </w:t>
      </w:r>
      <w:r>
        <w:t>To Allah ki nemat</w:t>
      </w:r>
    </w:p>
    <w:p>
      <w:pPr>
        <w:jc w:val="right"/>
      </w:pPr>
      <w:r>
        <w:t>تو اللہ کی نعمت</w:t>
      </w:r>
    </w:p>
    <w:p>
      <w:r>
        <w:rPr>
          <w:b/>
        </w:rPr>
        <w:t xml:space="preserve">[12:14] </w:t>
      </w:r>
      <w:r>
        <w:t>kisi yahan par fazl ka lafz istemal nahi ke tum ko fazilat di gayi, buzurgi di gayi.</w:t>
      </w:r>
    </w:p>
    <w:p>
      <w:pPr>
        <w:jc w:val="right"/>
      </w:pPr>
      <w:r>
        <w:t>کسی یہاں پر فضل کا لفظ استعمال نہیں کہ تم کو فضیلت دی گئی، بزرگی دی گئی۔</w:t>
      </w:r>
    </w:p>
    <w:p>
      <w:r>
        <w:rPr>
          <w:b/>
        </w:rPr>
        <w:t xml:space="preserve">[12:22] </w:t>
      </w:r>
      <w:r>
        <w:t>Yahan zimmedari ke maane mein hai.</w:t>
      </w:r>
    </w:p>
    <w:p>
      <w:pPr>
        <w:jc w:val="right"/>
      </w:pPr>
      <w:r>
        <w:t>یہاں ذمہ داری کے معنی میں ہے۔</w:t>
      </w:r>
    </w:p>
    <w:p>
      <w:r>
        <w:rPr>
          <w:b/>
        </w:rPr>
        <w:t xml:space="preserve">[12:25] </w:t>
      </w:r>
      <w:r>
        <w:t>Yeh zimmedari bilashuba ek Allah ka ek atiya hai.</w:t>
      </w:r>
    </w:p>
    <w:p>
      <w:pPr>
        <w:jc w:val="right"/>
      </w:pPr>
      <w:r>
        <w:t>یہ ذمہ داری بلاشبہ ایک اللہ کا ایک عطیہ ہے۔</w:t>
      </w:r>
    </w:p>
    <w:p>
      <w:r>
        <w:rPr>
          <w:b/>
        </w:rPr>
        <w:t xml:space="preserve">[12:30] </w:t>
      </w:r>
      <w:r>
        <w:t>Lekin hai to woh zimmedari.</w:t>
      </w:r>
    </w:p>
    <w:p>
      <w:pPr>
        <w:jc w:val="right"/>
      </w:pPr>
      <w:r>
        <w:t>لیکن ہے تو وہ ذمہ داری۔</w:t>
      </w:r>
    </w:p>
    <w:p>
      <w:r>
        <w:rPr>
          <w:b/>
        </w:rPr>
        <w:t xml:space="preserve">[12:35] </w:t>
      </w:r>
      <w:r>
        <w:t>To yeh jo farmaya ke Allah ne tum ko fazilat di, yeh goya ke ek zimmedari ke</w:t>
      </w:r>
    </w:p>
    <w:p>
      <w:pPr>
        <w:jc w:val="right"/>
      </w:pPr>
      <w:r>
        <w:t>تو یہ جو فرمایا کہ اللہ نے تم کو فضیلت دی، یہ گویا کہ ایک ذمہ داری کے</w:t>
      </w:r>
    </w:p>
    <w:p>
      <w:r>
        <w:rPr>
          <w:b/>
        </w:rPr>
        <w:t xml:space="preserve">[12:41] </w:t>
      </w:r>
      <w:r>
        <w:t>maqam par khara kiya.</w:t>
      </w:r>
    </w:p>
    <w:p>
      <w:pPr>
        <w:jc w:val="right"/>
      </w:pPr>
      <w:r>
        <w:t>مقام پر کھڑا کیا۔</w:t>
      </w:r>
    </w:p>
    <w:p>
      <w:r>
        <w:rPr>
          <w:b/>
        </w:rPr>
        <w:t xml:space="preserve">[12:43] </w:t>
      </w:r>
      <w:r>
        <w:t>Is zimmedari mein poore utre to bohat bara tumhare liye inaam hai.</w:t>
      </w:r>
    </w:p>
    <w:p>
      <w:pPr>
        <w:jc w:val="right"/>
      </w:pPr>
      <w:r>
        <w:t>اس ذمہ داری میں پورے اترو تو بہت بڑا تمہارے لیے انعام ہے۔</w:t>
      </w:r>
    </w:p>
    <w:p>
      <w:r>
        <w:rPr>
          <w:b/>
        </w:rPr>
        <w:t xml:space="preserve">[12:48] </w:t>
      </w:r>
      <w:r>
        <w:t>Aur poore na utre to phir itni bari saza bhi hai.</w:t>
      </w:r>
    </w:p>
    <w:p>
      <w:pPr>
        <w:jc w:val="right"/>
      </w:pPr>
      <w:r>
        <w:t>اور پورے نہ اترو تو پھر اتنی بڑی سزا بھی ہے۔</w:t>
      </w:r>
    </w:p>
    <w:p>
      <w:r>
        <w:rPr>
          <w:b/>
        </w:rPr>
        <w:t xml:space="preserve">[12:53] </w:t>
      </w:r>
      <w:r>
        <w:t>Wa iyya yafrahoon. Aur sirf is se daro.</w:t>
      </w:r>
    </w:p>
    <w:p>
      <w:pPr>
        <w:jc w:val="right"/>
      </w:pPr>
      <w:r>
        <w:t>وَإِيَّا يَفَرْهَبُونَ۔ اور صرف اس سے ڈرو۔</w:t>
      </w:r>
    </w:p>
    <w:p>
      <w:r>
        <w:rPr>
          <w:b/>
        </w:rPr>
        <w:t xml:space="preserve">[12:56] </w:t>
      </w:r>
      <w:r>
        <w:t>Yeh bohat hi zyada ba maani jumla hai.</w:t>
      </w:r>
    </w:p>
    <w:p>
      <w:pPr>
        <w:jc w:val="right"/>
      </w:pPr>
      <w:r>
        <w:t>یہ بہت ہی زیادہ بامعنی جملہ ہے۔</w:t>
      </w:r>
    </w:p>
    <w:p>
      <w:r>
        <w:rPr>
          <w:b/>
        </w:rPr>
        <w:t xml:space="preserve">[13:01] </w:t>
      </w:r>
      <w:r>
        <w:t>Yeh kyun farmaya ke sirf mujh se daro?</w:t>
      </w:r>
    </w:p>
    <w:p>
      <w:pPr>
        <w:jc w:val="right"/>
      </w:pPr>
      <w:r>
        <w:t>یہ کیوں فرمایا کہ صرف مجھ سے ڈرو؟</w:t>
      </w:r>
    </w:p>
    <w:p>
      <w:r>
        <w:rPr>
          <w:b/>
        </w:rPr>
        <w:t xml:space="preserve">[13:06] </w:t>
      </w:r>
      <w:r>
        <w:t>is ko is par ghhor kiya to samajh mein aata hai ke jab</w:t>
      </w:r>
    </w:p>
    <w:p>
      <w:pPr>
        <w:jc w:val="right"/>
      </w:pPr>
      <w:r>
        <w:t>اس کو اس پر غور کیا تو سمجھ میں آتا ہے کہ جب</w:t>
      </w:r>
    </w:p>
    <w:p>
      <w:r>
        <w:rPr>
          <w:b/>
        </w:rPr>
        <w:t xml:space="preserve">[13:11] </w:t>
      </w:r>
      <w:r>
        <w:t>koi giroh haq ke rastay se hatta hai to kisi aur dar ki waja se, Allah ke siwa</w:t>
      </w:r>
    </w:p>
    <w:p>
      <w:pPr>
        <w:jc w:val="right"/>
      </w:pPr>
      <w:r>
        <w:t>کوئی گروہ حق کے راستے سے ہٹتا ہے تو کسی اور ڈر کی وجہ سے، اللہ کے سوا</w:t>
      </w:r>
    </w:p>
    <w:p>
      <w:r>
        <w:rPr>
          <w:b/>
        </w:rPr>
        <w:t xml:space="preserve">[13:19] </w:t>
      </w:r>
      <w:r>
        <w:t>kisi aur dar ki waja se, woh doosron ke dar ke aaye.</w:t>
      </w:r>
    </w:p>
    <w:p>
      <w:pPr>
        <w:jc w:val="right"/>
      </w:pPr>
      <w:r>
        <w:t>کسی اور ڈر کی وجہ سے، وہ دوسروں کے ڈر کے آئے۔</w:t>
      </w:r>
    </w:p>
    <w:p>
      <w:r>
        <w:rPr>
          <w:b/>
        </w:rPr>
        <w:t xml:space="preserve">[13:24] </w:t>
      </w:r>
      <w:r>
        <w:t>yani kabhi apni qom hoti hai, kabhi doosre log hote hain.</w:t>
      </w:r>
    </w:p>
    <w:p>
      <w:pPr>
        <w:jc w:val="right"/>
      </w:pPr>
      <w:r>
        <w:t>یعنی کبھی اپنی قوم ہوتی ہے، کبھی دوسرے لوگ ہوتے ہیں۔</w:t>
      </w:r>
    </w:p>
    <w:p>
      <w:r>
        <w:rPr>
          <w:b/>
        </w:rPr>
        <w:t xml:space="preserve">[13:29] </w:t>
      </w:r>
      <w:r>
        <w:t>to jinka,</w:t>
      </w:r>
    </w:p>
    <w:p>
      <w:pPr>
        <w:jc w:val="right"/>
      </w:pPr>
      <w:r>
        <w:t>تو جن کا،</w:t>
      </w:r>
    </w:p>
    <w:p>
      <w:r>
        <w:rPr>
          <w:b/>
        </w:rPr>
        <w:t xml:space="preserve">[13:31] </w:t>
      </w:r>
      <w:r>
        <w:t>jinka goal yeh ban jaye ke woh dunya mein popularity hasil karein, dunya mein faida hasil karein,</w:t>
      </w:r>
    </w:p>
    <w:p>
      <w:pPr>
        <w:jc w:val="right"/>
      </w:pPr>
      <w:r>
        <w:t>جن کا گول یہ بن جائے کہ وہ دنیا میں پاپولیرٹی حاصل کریں، دنیا میں فائدہ حاصل کریں،</w:t>
      </w:r>
    </w:p>
    <w:p>
      <w:r>
        <w:rPr>
          <w:b/>
        </w:rPr>
        <w:t xml:space="preserve">[13:39] </w:t>
      </w:r>
      <w:r>
        <w:t>dunya mein barhai hasil karein,</w:t>
      </w:r>
    </w:p>
    <w:p>
      <w:pPr>
        <w:jc w:val="right"/>
      </w:pPr>
      <w:r>
        <w:t>دنیا میں بڑائی حاصل کریں،</w:t>
      </w:r>
    </w:p>
    <w:p>
      <w:r>
        <w:rPr>
          <w:b/>
        </w:rPr>
        <w:t xml:space="preserve">[13:43] </w:t>
      </w:r>
      <w:r>
        <w:t>to un ke liye mushkil ho jata hai ke is ko nazar andaz kar ke woh Allah ke</w:t>
      </w:r>
    </w:p>
    <w:p>
      <w:pPr>
        <w:jc w:val="right"/>
      </w:pPr>
      <w:r>
        <w:t>تو ان کے لیے مشکل ہو جاتا ہے کہ اس کو نظر انداز کر کے وہ اللہ کے</w:t>
      </w:r>
    </w:p>
    <w:p>
      <w:r>
        <w:rPr>
          <w:b/>
        </w:rPr>
        <w:t xml:space="preserve">[13:47] </w:t>
      </w:r>
      <w:r>
        <w:t>rastay par aayein.</w:t>
      </w:r>
    </w:p>
    <w:p>
      <w:pPr>
        <w:jc w:val="right"/>
      </w:pPr>
      <w:r>
        <w:t>راستے پر آئیں۔</w:t>
      </w:r>
    </w:p>
    <w:p>
      <w:r>
        <w:rPr>
          <w:b/>
        </w:rPr>
        <w:t xml:space="preserve">[13:48] </w:t>
      </w:r>
      <w:r>
        <w:t>yahi hai darna.</w:t>
      </w:r>
    </w:p>
    <w:p>
      <w:pPr>
        <w:jc w:val="right"/>
      </w:pPr>
      <w:r>
        <w:t>یہی ہے ڈرنا۔</w:t>
      </w:r>
    </w:p>
    <w:p>
      <w:r>
        <w:rPr>
          <w:b/>
        </w:rPr>
        <w:t xml:space="preserve">[13:50] </w:t>
      </w:r>
      <w:r>
        <w:t>Allah ke rastay se jab hatta hai aadmi to goya ke woh dar raha hai doosron se.</w:t>
      </w:r>
    </w:p>
    <w:p>
      <w:pPr>
        <w:jc w:val="right"/>
      </w:pPr>
      <w:r>
        <w:t>اللہ کے راستے سے جب ہٹتا ہے آدمی تو گویا کہ وہ ڈر رہا ہے دوسروں سے۔</w:t>
      </w:r>
    </w:p>
    <w:p>
      <w:r>
        <w:rPr>
          <w:b/>
        </w:rPr>
        <w:t xml:space="preserve">[13:56] </w:t>
      </w:r>
      <w:r>
        <w:t>kyunke is ko yeh andesha hota hai ke doosre ka se jo milne wala mafad hai mujhe, woh</w:t>
      </w:r>
    </w:p>
    <w:p>
      <w:pPr>
        <w:jc w:val="right"/>
      </w:pPr>
      <w:r>
        <w:t>کیونکہ اس کو یہ اندیشہ ہوتا ہے کہ دوسرے کا سے جو ملنے والا مفاد ہے مجھے، وہ</w:t>
      </w:r>
    </w:p>
    <w:p>
      <w:r>
        <w:rPr>
          <w:b/>
        </w:rPr>
        <w:t xml:space="preserve">[14:01] </w:t>
      </w:r>
      <w:r>
        <w:t>mujhe nahi milega.</w:t>
      </w:r>
    </w:p>
    <w:p>
      <w:pPr>
        <w:jc w:val="right"/>
      </w:pPr>
      <w:r>
        <w:t>مجھے نہیں ملے گا۔</w:t>
      </w:r>
    </w:p>
    <w:p>
      <w:r>
        <w:rPr>
          <w:b/>
        </w:rPr>
        <w:t xml:space="preserve">[14:02] </w:t>
      </w:r>
      <w:r>
        <w:t>misalan mere jalsay mein bheer nahi hogi.</w:t>
      </w:r>
    </w:p>
    <w:p>
      <w:pPr>
        <w:jc w:val="right"/>
      </w:pPr>
      <w:r>
        <w:t>مثلاً میرے جلسے میں بھیڑ نہیں ہوگی۔</w:t>
      </w:r>
    </w:p>
    <w:p>
      <w:r>
        <w:rPr>
          <w:b/>
        </w:rPr>
        <w:t xml:space="preserve">[14:07] </w:t>
      </w:r>
      <w:r>
        <w:t>mujhe in ka donation nahi milega.</w:t>
      </w:r>
    </w:p>
    <w:p>
      <w:pPr>
        <w:jc w:val="right"/>
      </w:pPr>
      <w:r>
        <w:t>مجھے ان کا ڈونیشن نہیں ملے گا۔</w:t>
      </w:r>
    </w:p>
    <w:p>
      <w:r>
        <w:rPr>
          <w:b/>
        </w:rPr>
        <w:t xml:space="preserve">[14:11] </w:t>
      </w:r>
      <w:r>
        <w:t>mujhe in ki wah wah nahi milegi.</w:t>
      </w:r>
    </w:p>
    <w:p>
      <w:pPr>
        <w:jc w:val="right"/>
      </w:pPr>
      <w:r>
        <w:t>مجھے ان کی واہ واہ نہیں ملے گی۔</w:t>
      </w:r>
    </w:p>
    <w:p>
      <w:r>
        <w:rPr>
          <w:b/>
        </w:rPr>
        <w:t xml:space="preserve">[14:14] </w:t>
      </w:r>
      <w:r>
        <w:t>yahan darne ka matlab yeh hai.</w:t>
      </w:r>
    </w:p>
    <w:p>
      <w:pPr>
        <w:jc w:val="right"/>
      </w:pPr>
      <w:r>
        <w:t>یہاں ڈرنے کا مطلب یہ ہے۔</w:t>
      </w:r>
    </w:p>
    <w:p>
      <w:r>
        <w:rPr>
          <w:b/>
        </w:rPr>
        <w:t xml:space="preserve">[14:16] </w:t>
      </w:r>
      <w:r>
        <w:t>Allah se darne ka matlab yeh hai ke agar tum Allah se daroge to Allah tum ko</w:t>
      </w:r>
    </w:p>
    <w:p>
      <w:pPr>
        <w:jc w:val="right"/>
      </w:pPr>
      <w:r>
        <w:t>اللہ سے ڈرنے کا مطلب یہ ہے کہ اگر تم اللہ سے ڈرو گے تو اللہ تم کو</w:t>
      </w:r>
    </w:p>
    <w:p>
      <w:r>
        <w:rPr>
          <w:b/>
        </w:rPr>
        <w:t xml:space="preserve">[14:23] </w:t>
      </w:r>
      <w:r>
        <w:t>jannat mein dakhil karega.</w:t>
      </w:r>
    </w:p>
    <w:p>
      <w:pPr>
        <w:jc w:val="right"/>
      </w:pPr>
      <w:r>
        <w:t>جنت میں داخل کرے گا۔</w:t>
      </w:r>
    </w:p>
    <w:p>
      <w:r>
        <w:rPr>
          <w:b/>
        </w:rPr>
        <w:t xml:space="preserve">[14:25] </w:t>
      </w:r>
      <w:r>
        <w:t>to jab aadmi ke andar</w:t>
      </w:r>
    </w:p>
    <w:p>
      <w:pPr>
        <w:jc w:val="right"/>
      </w:pPr>
      <w:r>
        <w:t>تو جب آدمی کے اندر</w:t>
      </w:r>
    </w:p>
    <w:p>
      <w:r>
        <w:rPr>
          <w:b/>
        </w:rPr>
        <w:t xml:space="preserve">[14:29] </w:t>
      </w:r>
      <w:r>
        <w:t>aakhirat ka ehsas</w:t>
      </w:r>
    </w:p>
    <w:p>
      <w:pPr>
        <w:jc w:val="right"/>
      </w:pPr>
      <w:r>
        <w:t>آخرت کا احساس</w:t>
      </w:r>
    </w:p>
    <w:p>
      <w:r>
        <w:rPr>
          <w:b/>
        </w:rPr>
        <w:t xml:space="preserve">[14:32] </w:t>
      </w:r>
      <w:r>
        <w:t>baqi na rahe to phir insaan darne wala ban jata hai woh.</w:t>
      </w:r>
    </w:p>
    <w:p>
      <w:pPr>
        <w:jc w:val="right"/>
      </w:pPr>
      <w:r>
        <w:t>باقی نہ رہے تو پھر انسان ڈرنے والا بن جاتا ہے وہ۔</w:t>
      </w:r>
    </w:p>
    <w:p>
      <w:r>
        <w:rPr>
          <w:b/>
        </w:rPr>
        <w:t xml:space="preserve">[14:38] </w:t>
      </w:r>
      <w:r>
        <w:t>yani yeh dar, yahan dar ka matlab yeh hai ke agar mein in ke,</w:t>
      </w:r>
    </w:p>
    <w:p>
      <w:pPr>
        <w:jc w:val="right"/>
      </w:pPr>
      <w:r>
        <w:t>یعنی یہ ڈر، یہاں ڈر کا مطلب یہ ہے کہ اگر میں ان کے،</w:t>
      </w:r>
    </w:p>
    <w:p>
      <w:r>
        <w:rPr>
          <w:b/>
        </w:rPr>
        <w:t xml:space="preserve">[14:43] </w:t>
      </w:r>
      <w:r>
        <w:t>in ko pasand, in ki pasand wali boli na bolun to meri baat mujhe donation nahi denge.</w:t>
      </w:r>
    </w:p>
    <w:p>
      <w:pPr>
        <w:jc w:val="right"/>
      </w:pPr>
      <w:r>
        <w:t>ان کو پسند، ان کی پسند والی بولی نہ بولوں تو میری بات مجھے ڈونیشن نہیں دیں گے۔</w:t>
      </w:r>
    </w:p>
    <w:p>
      <w:r>
        <w:rPr>
          <w:b/>
        </w:rPr>
        <w:t xml:space="preserve">[14:53] </w:t>
      </w:r>
      <w:r>
        <w:t>mujh ko izzat ka maqam nahi denge.</w:t>
      </w:r>
    </w:p>
    <w:p>
      <w:pPr>
        <w:jc w:val="right"/>
      </w:pPr>
      <w:r>
        <w:t>مجھ کو عزت کا مقام نہیں دیں گے۔</w:t>
      </w:r>
    </w:p>
    <w:p>
      <w:r>
        <w:rPr>
          <w:b/>
        </w:rPr>
        <w:t xml:space="preserve">[14:56] </w:t>
      </w:r>
      <w:r>
        <w:t>yeh dar hai.</w:t>
      </w:r>
    </w:p>
    <w:p>
      <w:pPr>
        <w:jc w:val="right"/>
      </w:pPr>
      <w:r>
        <w:t>یہ ڈر ہے۔</w:t>
      </w:r>
    </w:p>
    <w:p>
      <w:r>
        <w:rPr>
          <w:b/>
        </w:rPr>
        <w:t xml:space="preserve">[14:59] </w:t>
      </w:r>
      <w:r>
        <w:t>to aadmi ko bohat ziyada is se</w:t>
      </w:r>
    </w:p>
    <w:p>
      <w:pPr>
        <w:jc w:val="right"/>
      </w:pPr>
      <w:r>
        <w:t>تو آدمی کو بہت زیادہ اس سے</w:t>
      </w:r>
    </w:p>
    <w:p>
      <w:r>
        <w:rPr>
          <w:b/>
        </w:rPr>
        <w:t xml:space="preserve">[15:02] </w:t>
      </w:r>
      <w:r>
        <w:t>yeh sochna chahiye</w:t>
      </w:r>
    </w:p>
    <w:p>
      <w:pPr>
        <w:jc w:val="right"/>
      </w:pPr>
      <w:r>
        <w:t>یہ سوچنا چاہیے</w:t>
      </w:r>
    </w:p>
    <w:p>
      <w:r>
        <w:rPr>
          <w:b/>
        </w:rPr>
        <w:t xml:space="preserve">[15:05] </w:t>
      </w:r>
      <w:r>
        <w:t>ke Allah se na darna is liye hota hai ke aadmi insaan se darne lagta hai.</w:t>
      </w:r>
    </w:p>
    <w:p>
      <w:pPr>
        <w:jc w:val="right"/>
      </w:pPr>
      <w:r>
        <w:t>کہ اللہ سے نہ ڈرنا اس لیے ہوتا ہے کہ آدمی انسان سے ڈرنے لگتا ہے۔</w:t>
      </w:r>
    </w:p>
    <w:p>
      <w:r>
        <w:rPr>
          <w:b/>
        </w:rPr>
        <w:t xml:space="preserve">[15:11] </w:t>
      </w:r>
      <w:r>
        <w:t>jab bhi aisa ho ke aap dekhen ke jab Allah se nahi dar raha aadmi to goya ke</w:t>
      </w:r>
    </w:p>
    <w:p>
      <w:pPr>
        <w:jc w:val="right"/>
      </w:pPr>
      <w:r>
        <w:t>جب بھی ایسا ہو کہ آپ دیکھیں کہ جب اللہ سے نہیں ڈر رہا آدمی تو گویا کہ</w:t>
      </w:r>
    </w:p>
    <w:p>
      <w:r>
        <w:rPr>
          <w:b/>
        </w:rPr>
        <w:t xml:space="preserve">[15:16] </w:t>
      </w:r>
      <w:r>
        <w:t>wo insaan se dar raha hai.</w:t>
      </w:r>
    </w:p>
    <w:p>
      <w:pPr>
        <w:jc w:val="right"/>
      </w:pPr>
      <w:r>
        <w:t>وہ انسان سے ڈر رہا ہے۔</w:t>
      </w:r>
    </w:p>
    <w:p>
      <w:r>
        <w:rPr>
          <w:b/>
        </w:rPr>
        <w:t xml:space="preserve">[15:19] </w:t>
      </w:r>
      <w:r>
        <w:t>Allah se na darna tab hota hai jab koi insaan se darne wala ban jata hai wo.</w:t>
      </w:r>
    </w:p>
    <w:p>
      <w:pPr>
        <w:jc w:val="right"/>
      </w:pPr>
      <w:r>
        <w:t>اللہ سے نہ ڈرنا تب ہوتا ہے جب کوئی انسان سے ڈرنے والا بن جاتا ہے وہ۔</w:t>
      </w:r>
    </w:p>
    <w:p>
      <w:r>
        <w:rPr>
          <w:b/>
        </w:rPr>
        <w:t xml:space="preserve">[15:24] </w:t>
      </w:r>
      <w:r>
        <w:t>to yeh bohat ziyada sochne ki baat hai.</w:t>
      </w:r>
    </w:p>
    <w:p>
      <w:pPr>
        <w:jc w:val="right"/>
      </w:pPr>
      <w:r>
        <w:t>تو یہ بہت زیادہ سوچنے کی بات ہے۔</w:t>
      </w:r>
    </w:p>
    <w:p>
      <w:r>
        <w:rPr>
          <w:b/>
        </w:rPr>
        <w:t xml:space="preserve">[15:26] </w:t>
      </w:r>
      <w:r>
        <w:t>bohat hi risky maamla hai.</w:t>
      </w:r>
    </w:p>
    <w:p>
      <w:pPr>
        <w:jc w:val="right"/>
      </w:pPr>
      <w:r>
        <w:t>بہت ہی رِسکی معاملہ ہے۔</w:t>
      </w:r>
    </w:p>
    <w:p>
      <w:r>
        <w:rPr>
          <w:b/>
        </w:rPr>
        <w:t xml:space="preserve">[15:31] </w:t>
      </w:r>
      <w:r>
        <w:t>waa'minuu bimaa anzaltu maa saddaqal limaa ma'akum.</w:t>
      </w:r>
    </w:p>
    <w:p>
      <w:pPr>
        <w:jc w:val="right"/>
      </w:pPr>
      <w:r>
        <w:t>وَآمِنُوا بِمَا أَنْزَلْتُ مَا صَدَّقَ لِمَا مَعَكُمْ.</w:t>
      </w:r>
    </w:p>
    <w:p>
      <w:r>
        <w:rPr>
          <w:b/>
        </w:rPr>
        <w:t xml:space="preserve">[15:35] </w:t>
      </w:r>
      <w:r>
        <w:t>yeh yahood se kaha ja raha hai ke imaan lao jo maine utara hai Muhammad sallallahu</w:t>
      </w:r>
    </w:p>
    <w:p>
      <w:pPr>
        <w:jc w:val="right"/>
      </w:pPr>
      <w:r>
        <w:t>یہ یہود سے کہا جا رہا ہے کہ ایمان لاؤ جو میں نے اتارا ہے محمد صلی اللہ</w:t>
      </w:r>
    </w:p>
    <w:p>
      <w:r>
        <w:rPr>
          <w:b/>
        </w:rPr>
        <w:t xml:space="preserve">[15:42] </w:t>
      </w:r>
      <w:r>
        <w:t>alaihi wasallam par.</w:t>
      </w:r>
    </w:p>
    <w:p>
      <w:pPr>
        <w:jc w:val="right"/>
      </w:pPr>
      <w:r>
        <w:t>علیہ وسلم پر۔</w:t>
      </w:r>
    </w:p>
    <w:p>
      <w:r>
        <w:rPr>
          <w:b/>
        </w:rPr>
        <w:t xml:space="preserve">[15:43] </w:t>
      </w:r>
      <w:r>
        <w:t>jo tasdeeq karne wala hai us ke jo tumhare paas hai.</w:t>
      </w:r>
    </w:p>
    <w:p>
      <w:pPr>
        <w:jc w:val="right"/>
      </w:pPr>
      <w:r>
        <w:t>جو تصدیق کرنے والا ہے اس کے جو تمہارے پاس ہے۔</w:t>
      </w:r>
    </w:p>
    <w:p>
      <w:r>
        <w:rPr>
          <w:b/>
        </w:rPr>
        <w:t xml:space="preserve">[15:51] </w:t>
      </w:r>
      <w:r>
        <w:t>is ka matlab yeh nahi hai ke wo</w:t>
      </w:r>
    </w:p>
    <w:p>
      <w:pPr>
        <w:jc w:val="right"/>
      </w:pPr>
      <w:r>
        <w:t>اس کا مطلب یہ نہیں ہے کہ وہ</w:t>
      </w:r>
    </w:p>
    <w:p>
      <w:r>
        <w:rPr>
          <w:b/>
        </w:rPr>
        <w:t xml:space="preserve">[15:56] </w:t>
      </w:r>
      <w:r>
        <w:t>confirm kar raha hai tumhari kitaab ki ya tumhari,</w:t>
      </w:r>
    </w:p>
    <w:p>
      <w:pPr>
        <w:jc w:val="right"/>
      </w:pPr>
      <w:r>
        <w:t>کنفرم کر رہا ہے تمہاری کتاب کی یا تمہاری،</w:t>
      </w:r>
    </w:p>
    <w:p>
      <w:r>
        <w:rPr>
          <w:b/>
        </w:rPr>
        <w:t xml:space="preserve">[16:01] </w:t>
      </w:r>
      <w:r>
        <w:t>tumhari ummat hone ki.</w:t>
      </w:r>
    </w:p>
    <w:p>
      <w:pPr>
        <w:jc w:val="right"/>
      </w:pPr>
      <w:r>
        <w:t>تمہاری امت ہونے کی۔</w:t>
      </w:r>
    </w:p>
    <w:p>
      <w:r>
        <w:rPr>
          <w:b/>
        </w:rPr>
        <w:t xml:space="preserve">[16:05] </w:t>
      </w:r>
      <w:r>
        <w:t>confirm is ma'ani mein nahi hai.</w:t>
      </w:r>
    </w:p>
    <w:p>
      <w:pPr>
        <w:jc w:val="right"/>
      </w:pPr>
      <w:r>
        <w:t>کنفرم اس معنی میں نہیں ہے۔</w:t>
      </w:r>
    </w:p>
    <w:p>
      <w:r>
        <w:rPr>
          <w:b/>
        </w:rPr>
        <w:t xml:space="preserve">[16:08] </w:t>
      </w:r>
      <w:r>
        <w:t>balke yeh is ma'ani mein hai ke jo peshin goi</w:t>
      </w:r>
    </w:p>
    <w:p>
      <w:pPr>
        <w:jc w:val="right"/>
      </w:pPr>
      <w:r>
        <w:t>بلکہ یہ اس معنی میں ہے کہ جو پیشین گوئی</w:t>
      </w:r>
    </w:p>
    <w:p>
      <w:r>
        <w:rPr>
          <w:b/>
        </w:rPr>
        <w:t xml:space="preserve">[16:14] </w:t>
      </w:r>
      <w:r>
        <w:t>is se pehle in kitabon mein ki gayi thi jo tumhare paas aayi thi, in peshin goi'on ke</w:t>
      </w:r>
    </w:p>
    <w:p>
      <w:pPr>
        <w:jc w:val="right"/>
      </w:pPr>
      <w:r>
        <w:t>اس سے پہلے ان کتابوں میں کی گئی تھی جو تمہارے پاس آئی تھی، ان پیشین گوئیوں کے</w:t>
      </w:r>
    </w:p>
    <w:p>
      <w:r>
        <w:rPr>
          <w:b/>
        </w:rPr>
        <w:t xml:space="preserve">[16:23] </w:t>
      </w:r>
      <w:r>
        <w:t>tasdeeq karne wala,</w:t>
      </w:r>
    </w:p>
    <w:p>
      <w:pPr>
        <w:jc w:val="right"/>
      </w:pPr>
      <w:r>
        <w:t>تصدیق کرنے والا،</w:t>
      </w:r>
    </w:p>
    <w:p>
      <w:r>
        <w:rPr>
          <w:b/>
        </w:rPr>
        <w:t xml:space="preserve">[16:26] </w:t>
      </w:r>
      <w:r>
        <w:t>in peshin goi'on ke mutabiq hai yeh.</w:t>
      </w:r>
    </w:p>
    <w:p>
      <w:pPr>
        <w:jc w:val="right"/>
      </w:pPr>
      <w:r>
        <w:t>ان پیشین گوئیوں کے مطابق ہے یہ۔</w:t>
      </w:r>
    </w:p>
    <w:p>
      <w:r>
        <w:rPr>
          <w:b/>
        </w:rPr>
        <w:t xml:space="preserve">[16:29] </w:t>
      </w:r>
      <w:r>
        <w:t>abhi bhi bible mein wo peshin goi'en maujood hain jo rasool Allah par saadiq aati hain.</w:t>
      </w:r>
    </w:p>
    <w:p>
      <w:pPr>
        <w:jc w:val="right"/>
      </w:pPr>
      <w:r>
        <w:t>ابھی بھی بائبل میں وہ پیشین گوئیاں موجود ہیں جو رسول اللہ پر صادق آتی ہیں۔</w:t>
      </w:r>
    </w:p>
    <w:p>
      <w:r>
        <w:rPr>
          <w:b/>
        </w:rPr>
        <w:t xml:space="preserve">[16:36] </w:t>
      </w:r>
      <w:r>
        <w:t>to tumhari kitabon mein peshgi taur par yeh bata diya gaya tha ke baad ko ek aur nabi</w:t>
      </w:r>
    </w:p>
    <w:p>
      <w:pPr>
        <w:jc w:val="right"/>
      </w:pPr>
      <w:r>
        <w:t>تو تمہاری کتابوں میں پیشگی طور پر یہ بتا دیا گیا تھا کہ بعد کو ایک اور نبی</w:t>
      </w:r>
    </w:p>
    <w:p>
      <w:r>
        <w:rPr>
          <w:b/>
        </w:rPr>
        <w:t xml:space="preserve">[16:42] </w:t>
      </w:r>
      <w:r>
        <w:t>aayega jo aakhri nabi hoga.</w:t>
      </w:r>
    </w:p>
    <w:p>
      <w:pPr>
        <w:jc w:val="right"/>
      </w:pPr>
      <w:r>
        <w:t>آئے گا جو آخری نبی ہوگا۔</w:t>
      </w:r>
    </w:p>
    <w:p>
      <w:r>
        <w:rPr>
          <w:b/>
        </w:rPr>
        <w:t xml:space="preserve">[16:45] </w:t>
      </w:r>
      <w:r>
        <w:t>to tumhein is ki tasdeeq karna hoga ke is par imaan lana hoga.</w:t>
      </w:r>
    </w:p>
    <w:p>
      <w:pPr>
        <w:jc w:val="right"/>
      </w:pPr>
      <w:r>
        <w:t>تو تمہیں اس کی تصدیق کرنا ہوگا کہ اس پر ایمان لانا ہوگا۔</w:t>
      </w:r>
    </w:p>
    <w:p>
      <w:r>
        <w:rPr>
          <w:b/>
        </w:rPr>
        <w:t xml:space="preserve">[16:50] </w:t>
      </w:r>
      <w:r>
        <w:t>to aisa mat karo ke muhammad sallallahu alaihi wasallam ka inkar karke tum khud apni kitab</w:t>
      </w:r>
    </w:p>
    <w:p>
      <w:pPr>
        <w:jc w:val="right"/>
      </w:pPr>
      <w:r>
        <w:t>تو ایسا مت کرو کہ محمد صلی اللہ علیہ وسلم کا انکار کر کے تم خود اپنی کتاب</w:t>
      </w:r>
    </w:p>
    <w:p>
      <w:r>
        <w:rPr>
          <w:b/>
        </w:rPr>
        <w:t xml:space="preserve">[16:58] </w:t>
      </w:r>
      <w:r>
        <w:t>mein likhi hui baat ke khilaf jao.</w:t>
      </w:r>
    </w:p>
    <w:p>
      <w:pPr>
        <w:jc w:val="right"/>
      </w:pPr>
      <w:r>
        <w:t>میں لکھی ہوئی بات کے خلاف جاؤ۔</w:t>
      </w:r>
    </w:p>
    <w:p>
      <w:r>
        <w:rPr>
          <w:b/>
        </w:rPr>
        <w:t xml:space="preserve">[17:01] </w:t>
      </w:r>
      <w:r>
        <w:t>is ke nateejay mein bohat sakht pakad tumhari hogi.</w:t>
      </w:r>
    </w:p>
    <w:p>
      <w:pPr>
        <w:jc w:val="right"/>
      </w:pPr>
      <w:r>
        <w:t>اس کے نتیجے میں بہت سخت پکڑ تمہاری ہوگی۔</w:t>
      </w:r>
    </w:p>
    <w:p>
      <w:r>
        <w:rPr>
          <w:b/>
        </w:rPr>
        <w:t xml:space="preserve">[17:05] </w:t>
      </w:r>
      <w:r>
        <w:t>wola takunu awwalal kafirin.</w:t>
      </w:r>
    </w:p>
    <w:p>
      <w:pPr>
        <w:jc w:val="right"/>
      </w:pPr>
      <w:r>
        <w:t>وَلَا تَكُونُوا أَوَّلَ الْكَافِرِينَ.</w:t>
      </w:r>
    </w:p>
    <w:p>
      <w:r>
        <w:rPr>
          <w:b/>
        </w:rPr>
        <w:t xml:space="preserve">[17:07] </w:t>
      </w:r>
      <w:r>
        <w:t>haan. aur tum na bano pehla inkar karne wale.</w:t>
      </w:r>
    </w:p>
    <w:p>
      <w:pPr>
        <w:jc w:val="right"/>
      </w:pPr>
      <w:r>
        <w:t>ہاں۔ اور تم نہ بنو پہلا انکار کرنے والے۔</w:t>
      </w:r>
    </w:p>
    <w:p>
      <w:r>
        <w:rPr>
          <w:b/>
        </w:rPr>
        <w:t xml:space="preserve">[17:12] </w:t>
      </w:r>
      <w:r>
        <w:t>is ka matlab kya hai pehla inkar karne wale kaun? kyon kaha? ke tum ko to sab se</w:t>
      </w:r>
    </w:p>
    <w:p>
      <w:pPr>
        <w:jc w:val="right"/>
      </w:pPr>
      <w:r>
        <w:t>اس کا مطلب کیا ہے پہلا انکار کرنے والے کون؟ کیوں کہا؟ کہ تم کو تو سب سے</w:t>
      </w:r>
    </w:p>
    <w:p>
      <w:r>
        <w:rPr>
          <w:b/>
        </w:rPr>
        <w:t xml:space="preserve">[17:18] </w:t>
      </w:r>
      <w:r>
        <w:t>pehlay aagay barh kar</w:t>
      </w:r>
    </w:p>
    <w:p>
      <w:pPr>
        <w:jc w:val="right"/>
      </w:pPr>
      <w:r>
        <w:t>پہلے آگے بڑھ کر</w:t>
      </w:r>
    </w:p>
    <w:p>
      <w:r>
        <w:rPr>
          <w:b/>
        </w:rPr>
        <w:t xml:space="preserve">[17:20] </w:t>
      </w:r>
      <w:r>
        <w:t>tasdeeq karna chahiye tha ke yeh to wohi peghambar hai jo hamari kitab mein likha hua tha.</w:t>
      </w:r>
    </w:p>
    <w:p>
      <w:pPr>
        <w:jc w:val="right"/>
      </w:pPr>
      <w:r>
        <w:t>تصدیق کرنا چاہیے تھا کہ یہ تو وہی پیغمبر ہے جو ہماری کتاب میں لکھا ہوا تھا۔</w:t>
      </w:r>
    </w:p>
    <w:p>
      <w:r>
        <w:rPr>
          <w:b/>
        </w:rPr>
        <w:t xml:space="preserve">[17:26] </w:t>
      </w:r>
      <w:r>
        <w:t>to tum ko sab se pehle aagay barh kar tum ko,</w:t>
      </w:r>
    </w:p>
    <w:p>
      <w:pPr>
        <w:jc w:val="right"/>
      </w:pPr>
      <w:r>
        <w:t>تو تم کو سب سے پہلے آگے بڑھ کر تم کو،</w:t>
      </w:r>
    </w:p>
    <w:p>
      <w:r>
        <w:rPr>
          <w:b/>
        </w:rPr>
        <w:t xml:space="preserve">[17:30] </w:t>
      </w:r>
      <w:r>
        <w:t>yani tasdeeq karni chahiye is ki.</w:t>
      </w:r>
    </w:p>
    <w:p>
      <w:pPr>
        <w:jc w:val="right"/>
      </w:pPr>
      <w:r>
        <w:t>یعنی تصدیق کرنی چاہیے اس کی۔</w:t>
      </w:r>
    </w:p>
    <w:p>
      <w:r>
        <w:rPr>
          <w:b/>
        </w:rPr>
        <w:t xml:space="preserve">[17:31] </w:t>
      </w:r>
      <w:r>
        <w:t>imaan lana chahiye.</w:t>
      </w:r>
    </w:p>
    <w:p>
      <w:pPr>
        <w:jc w:val="right"/>
      </w:pPr>
      <w:r>
        <w:t>ایمان لانا چاہیے۔</w:t>
      </w:r>
    </w:p>
    <w:p>
      <w:r>
        <w:rPr>
          <w:b/>
        </w:rPr>
        <w:t xml:space="preserve">[17:34] </w:t>
      </w:r>
      <w:r>
        <w:t>to tum agar inkar karo to tumhara inkar bohat ziyada sakht hoga.</w:t>
      </w:r>
    </w:p>
    <w:p>
      <w:pPr>
        <w:jc w:val="right"/>
      </w:pPr>
      <w:r>
        <w:t>تو تم اگر انکار کرو تو تمہارا انکار بہت زیادہ سخت ہوگا۔</w:t>
      </w:r>
    </w:p>
    <w:p>
      <w:r>
        <w:rPr>
          <w:b/>
        </w:rPr>
        <w:t xml:space="preserve">[17:40] </w:t>
      </w:r>
      <w:r>
        <w:t>ke jin ko peshgi tor par bata diya gaya tha wohi munkir ban jao.</w:t>
      </w:r>
    </w:p>
    <w:p>
      <w:pPr>
        <w:jc w:val="right"/>
      </w:pPr>
      <w:r>
        <w:t>کہ جن کو پیشگی طور پر بتا دیا گیا تھا وہی منکر بن جاؤ۔</w:t>
      </w:r>
    </w:p>
    <w:p>
      <w:r>
        <w:rPr>
          <w:b/>
        </w:rPr>
        <w:t xml:space="preserve">[17:45] </w:t>
      </w:r>
      <w:r>
        <w:t>wohi munkir ban jayen to zahir hai kitni sakht pakad hogi un ki.</w:t>
      </w:r>
    </w:p>
    <w:p>
      <w:pPr>
        <w:jc w:val="right"/>
      </w:pPr>
      <w:r>
        <w:t>وہی منکر بن جائیں تو ظاہر ہے کتنی سخت پکڑ ہوگی ان کی۔</w:t>
      </w:r>
    </w:p>
    <w:p>
      <w:r>
        <w:rPr>
          <w:b/>
        </w:rPr>
        <w:t xml:space="preserve">[17:51] </w:t>
      </w:r>
      <w:r>
        <w:t>wola tashtaroo bi ayati thamanan qaleelan.</w:t>
      </w:r>
    </w:p>
    <w:p>
      <w:pPr>
        <w:jc w:val="right"/>
      </w:pPr>
      <w:r>
        <w:t>وَلَا تَشْتَرُوا بِآيَاتِي ثَمَنًّا قَلِيلًا.</w:t>
      </w:r>
    </w:p>
    <w:p>
      <w:r>
        <w:rPr>
          <w:b/>
        </w:rPr>
        <w:t xml:space="preserve">[17:55] </w:t>
      </w:r>
      <w:r>
        <w:t>ab is ka lafzi tarjuma yeh hai</w:t>
      </w:r>
    </w:p>
    <w:p>
      <w:pPr>
        <w:jc w:val="right"/>
      </w:pPr>
      <w:r>
        <w:t>اب اس کا لفظی ترجمہ یہ ہے</w:t>
      </w:r>
    </w:p>
    <w:p>
      <w:r>
        <w:rPr>
          <w:b/>
        </w:rPr>
        <w:t xml:space="preserve">[17:58] </w:t>
      </w:r>
      <w:r>
        <w:t>ke meri ayaton se</w:t>
      </w:r>
    </w:p>
    <w:p>
      <w:pPr>
        <w:jc w:val="right"/>
      </w:pPr>
      <w:r>
        <w:t>کہ میری آیات سے</w:t>
      </w:r>
    </w:p>
    <w:p>
      <w:r>
        <w:rPr>
          <w:b/>
        </w:rPr>
        <w:t xml:space="preserve">[18:04] </w:t>
      </w:r>
      <w:r>
        <w:t>choti cheez mat khareedo.</w:t>
      </w:r>
    </w:p>
    <w:p>
      <w:pPr>
        <w:jc w:val="right"/>
      </w:pPr>
      <w:r>
        <w:t>چھوٹی چیز مت خریدو۔</w:t>
      </w:r>
    </w:p>
    <w:p>
      <w:r>
        <w:rPr>
          <w:b/>
        </w:rPr>
        <w:t xml:space="preserve">[18:09] </w:t>
      </w:r>
      <w:r>
        <w:t>is ka matlab kya hai? yeh</w:t>
      </w:r>
    </w:p>
    <w:p>
      <w:pPr>
        <w:jc w:val="right"/>
      </w:pPr>
      <w:r>
        <w:t>اس کا مطلب کیا ہے؟ یہ</w:t>
      </w:r>
    </w:p>
    <w:p>
      <w:r>
        <w:rPr>
          <w:b/>
        </w:rPr>
        <w:t xml:space="preserve">[18:12] </w:t>
      </w:r>
      <w:r>
        <w:t>khareed o farokht ki zaban mein yeh baat batai gayi hai ke dunya ki mafad ko lene ke</w:t>
      </w:r>
    </w:p>
    <w:p>
      <w:pPr>
        <w:jc w:val="right"/>
      </w:pPr>
      <w:r>
        <w:t>خرید و فروخت کی زبان میں یہ بات بتائی گئی ہے کہ دنیا کی مفاد کو لینے کے</w:t>
      </w:r>
    </w:p>
    <w:p>
      <w:r>
        <w:rPr>
          <w:b/>
        </w:rPr>
        <w:t xml:space="preserve">[18:19] </w:t>
      </w:r>
      <w:r>
        <w:t>liye tum munkir ban jao.</w:t>
      </w:r>
    </w:p>
    <w:p>
      <w:pPr>
        <w:jc w:val="right"/>
      </w:pPr>
      <w:r>
        <w:t>لیے تم منکر بن جاؤ۔</w:t>
      </w:r>
    </w:p>
    <w:p>
      <w:r>
        <w:rPr>
          <w:b/>
        </w:rPr>
        <w:t xml:space="preserve">[18:22] </w:t>
      </w:r>
      <w:r>
        <w:t>yani tumhari popularity</w:t>
      </w:r>
    </w:p>
    <w:p>
      <w:pPr>
        <w:jc w:val="right"/>
      </w:pPr>
      <w:r>
        <w:t>یعنی تمہاری پاپولیرٹی</w:t>
      </w:r>
    </w:p>
    <w:p>
      <w:r>
        <w:rPr>
          <w:b/>
        </w:rPr>
        <w:t xml:space="preserve">[18:25] </w:t>
      </w:r>
      <w:r>
        <w:t>khatam ho jayegi.</w:t>
      </w:r>
    </w:p>
    <w:p>
      <w:pPr>
        <w:jc w:val="right"/>
      </w:pPr>
      <w:r>
        <w:t>ختم ہو جائے گی۔</w:t>
      </w:r>
    </w:p>
    <w:p>
      <w:r>
        <w:rPr>
          <w:b/>
        </w:rPr>
        <w:t xml:space="preserve">[18:27] </w:t>
      </w:r>
      <w:r>
        <w:t>tum ko jo</w:t>
      </w:r>
    </w:p>
    <w:p>
      <w:pPr>
        <w:jc w:val="right"/>
      </w:pPr>
      <w:r>
        <w:t>تم کو جو</w:t>
      </w:r>
    </w:p>
    <w:p>
      <w:r>
        <w:rPr>
          <w:b/>
        </w:rPr>
        <w:t xml:space="preserve">[18:29] </w:t>
      </w:r>
      <w:r>
        <w:t>mila hua hai apni qom ka</w:t>
      </w:r>
    </w:p>
    <w:p>
      <w:pPr>
        <w:jc w:val="right"/>
      </w:pPr>
      <w:r>
        <w:t>ملا ہوا ہے اپنی قوم کا</w:t>
      </w:r>
    </w:p>
    <w:p>
      <w:r>
        <w:rPr>
          <w:b/>
        </w:rPr>
        <w:t xml:space="preserve">[18:34] </w:t>
      </w:r>
      <w:r>
        <w:t>support woh baqi nahi rahe ga.</w:t>
      </w:r>
    </w:p>
    <w:p>
      <w:pPr>
        <w:jc w:val="right"/>
      </w:pPr>
      <w:r>
        <w:t>سپورٹ وہ باقی نہیں رہے گا۔</w:t>
      </w:r>
    </w:p>
    <w:p>
      <w:r>
        <w:rPr>
          <w:b/>
        </w:rPr>
        <w:t xml:space="preserve">[18:39] </w:t>
      </w:r>
      <w:r>
        <w:t>kyunke rasool Allah ke is waqt jo hai, aaj toh rasool Allah ek establish nabi ki hesiyat rakhte</w:t>
      </w:r>
    </w:p>
    <w:p>
      <w:pPr>
        <w:jc w:val="right"/>
      </w:pPr>
      <w:r>
        <w:t>کیونکہ رسول اللہ کے اس وقت جو ہے، آج تو رسول اللہ ایک اسٹیبلش نبی کی حیثیت رکھتے</w:t>
      </w:r>
    </w:p>
    <w:p>
      <w:r>
        <w:rPr>
          <w:b/>
        </w:rPr>
        <w:t xml:space="preserve">[18:44] </w:t>
      </w:r>
      <w:r>
        <w:t>hain. Is waqt aap ki hesiyat establish nabi nahi thi.</w:t>
      </w:r>
    </w:p>
    <w:p>
      <w:pPr>
        <w:jc w:val="right"/>
      </w:pPr>
      <w:r>
        <w:t>ہیں۔ اس وقت آپ کی حیثیت اسٹیبلش نبی نہیں تھی۔</w:t>
      </w:r>
    </w:p>
    <w:p>
      <w:r>
        <w:rPr>
          <w:b/>
        </w:rPr>
        <w:t xml:space="preserve">[18:48] </w:t>
      </w:r>
      <w:r>
        <w:t>is waqt establish</w:t>
      </w:r>
    </w:p>
    <w:p>
      <w:pPr>
        <w:jc w:val="right"/>
      </w:pPr>
      <w:r>
        <w:t>اس وقت اسٹیبلش</w:t>
      </w:r>
    </w:p>
    <w:p>
      <w:r>
        <w:rPr>
          <w:b/>
        </w:rPr>
        <w:t xml:space="preserve">[18:50] </w:t>
      </w:r>
      <w:r>
        <w:t>position thi yahood ki.</w:t>
      </w:r>
    </w:p>
    <w:p>
      <w:pPr>
        <w:jc w:val="right"/>
      </w:pPr>
      <w:r>
        <w:t>پوزیشن تھی یہود کی۔</w:t>
      </w:r>
    </w:p>
    <w:p>
      <w:r>
        <w:rPr>
          <w:b/>
        </w:rPr>
        <w:t xml:space="preserve">[18:53] </w:t>
      </w:r>
      <w:r>
        <w:t>toh kya establish ummat ko non-establish ummat par imaan lana tha? Yani establish nabi ko manne walon</w:t>
      </w:r>
    </w:p>
    <w:p>
      <w:pPr>
        <w:jc w:val="right"/>
      </w:pPr>
      <w:r>
        <w:t>تو کیا اسٹیبلش امت کو نان اسٹیبلش امت پر ایمان لانا تھا؟ یعنی اسٹیبلش نبی کو ماننے والوں</w:t>
      </w:r>
    </w:p>
    <w:p>
      <w:r>
        <w:rPr>
          <w:b/>
        </w:rPr>
        <w:t xml:space="preserve">[19:04] </w:t>
      </w:r>
      <w:r>
        <w:t>ko non-establish nabi ko manna tha.</w:t>
      </w:r>
    </w:p>
    <w:p>
      <w:pPr>
        <w:jc w:val="right"/>
      </w:pPr>
      <w:r>
        <w:t>کو نان اسٹیبلش نبی کو ماننا تھا۔</w:t>
      </w:r>
    </w:p>
    <w:p>
      <w:r>
        <w:rPr>
          <w:b/>
        </w:rPr>
        <w:t xml:space="preserve">[19:08] </w:t>
      </w:r>
      <w:r>
        <w:t>yeh bohat sakht muamla tha.</w:t>
      </w:r>
    </w:p>
    <w:p>
      <w:pPr>
        <w:jc w:val="right"/>
      </w:pPr>
      <w:r>
        <w:t>یہ بہت سخت معاملہ تھا۔</w:t>
      </w:r>
    </w:p>
    <w:p>
      <w:r>
        <w:rPr>
          <w:b/>
        </w:rPr>
        <w:t xml:space="preserve">[19:11] </w:t>
      </w:r>
      <w:r>
        <w:t>toh kyunke is mein jo unke, unke jo ummat the, unke log the jo muddat</w:t>
      </w:r>
    </w:p>
    <w:p>
      <w:pPr>
        <w:jc w:val="right"/>
      </w:pPr>
      <w:r>
        <w:t>تو کیونکہ اس میں جو ان کے، ان کے جو امت تھے، ان کے لوگ تھے جو مدت</w:t>
      </w:r>
    </w:p>
    <w:p>
      <w:r>
        <w:rPr>
          <w:b/>
        </w:rPr>
        <w:t xml:space="preserve">[19:20] </w:t>
      </w:r>
      <w:r>
        <w:t>se mante chale aaye the.</w:t>
      </w:r>
    </w:p>
    <w:p>
      <w:pPr>
        <w:jc w:val="right"/>
      </w:pPr>
      <w:r>
        <w:t>سے مانتے چلے آئے تھے۔</w:t>
      </w:r>
    </w:p>
    <w:p>
      <w:r>
        <w:rPr>
          <w:b/>
        </w:rPr>
        <w:t xml:space="preserve">[19:21] </w:t>
      </w:r>
      <w:r>
        <w:t>Musa nabi the, Musa par yeh kitaab aayi, mante chale aaye the.</w:t>
      </w:r>
    </w:p>
    <w:p>
      <w:pPr>
        <w:jc w:val="right"/>
      </w:pPr>
      <w:r>
        <w:t>موسیٰ نبی تھے، موسیٰ پر یہ کتاب آئی، مانتے چلے آئے تھے۔</w:t>
      </w:r>
    </w:p>
    <w:p>
      <w:r>
        <w:rPr>
          <w:b/>
        </w:rPr>
        <w:t xml:space="preserve">[19:25] </w:t>
      </w:r>
      <w:r>
        <w:t>toh jo log is mein condition ho gaye hain woh kahenge yeh kaisi baat hai? Nabi toh</w:t>
      </w:r>
    </w:p>
    <w:p>
      <w:pPr>
        <w:jc w:val="right"/>
      </w:pPr>
      <w:r>
        <w:t>تو جو لوگ اس میں کنڈیشن ہو گئے ہیں وہ کہیں گے یہ کیسی بات ہے؟ نبی تو</w:t>
      </w:r>
    </w:p>
    <w:p>
      <w:r>
        <w:rPr>
          <w:b/>
        </w:rPr>
        <w:t xml:space="preserve">[19:32] </w:t>
      </w:r>
      <w:r>
        <w:t>Musa the. Toh unki woh</w:t>
      </w:r>
    </w:p>
    <w:p>
      <w:pPr>
        <w:jc w:val="right"/>
      </w:pPr>
      <w:r>
        <w:t>موسیٰ تھے۔ تو ان کی وہ</w:t>
      </w:r>
    </w:p>
    <w:p>
      <w:r>
        <w:rPr>
          <w:b/>
        </w:rPr>
        <w:t xml:space="preserve">[19:36] </w:t>
      </w:r>
      <w:r>
        <w:t>tumhara saath chhod denge.</w:t>
      </w:r>
    </w:p>
    <w:p>
      <w:pPr>
        <w:jc w:val="right"/>
      </w:pPr>
      <w:r>
        <w:t>تمہارا ساتھ چھوڑ دیں گے۔</w:t>
      </w:r>
    </w:p>
    <w:p>
      <w:r>
        <w:rPr>
          <w:b/>
        </w:rPr>
        <w:t xml:space="preserve">[19:38] </w:t>
      </w:r>
      <w:r>
        <w:t>unse tum ko mafad mil raha hai woh nahi mile ga.</w:t>
      </w:r>
    </w:p>
    <w:p>
      <w:pPr>
        <w:jc w:val="right"/>
      </w:pPr>
      <w:r>
        <w:t>ان سے تم کو مفاد مل رہا ہے وہ نہیں ملے گا۔</w:t>
      </w:r>
    </w:p>
    <w:p>
      <w:r>
        <w:rPr>
          <w:b/>
        </w:rPr>
        <w:t xml:space="preserve">[19:41] </w:t>
      </w:r>
      <w:r>
        <w:t>isi ko kaha gaya ke is duniya ki mafad ki khatir</w:t>
      </w:r>
    </w:p>
    <w:p>
      <w:pPr>
        <w:jc w:val="right"/>
      </w:pPr>
      <w:r>
        <w:t>اسی کو کہا گیا کہ اس دنیا کی مفاد کی خاطر</w:t>
      </w:r>
    </w:p>
    <w:p>
      <w:r>
        <w:rPr>
          <w:b/>
        </w:rPr>
        <w:t xml:space="preserve">[19:45] </w:t>
      </w:r>
      <w:r>
        <w:t>yeh sauda mat karo ke Muhammad ka inkaar kar do.</w:t>
      </w:r>
    </w:p>
    <w:p>
      <w:pPr>
        <w:jc w:val="right"/>
      </w:pPr>
      <w:r>
        <w:t>یہ سودا مت کرو کہ محمد کا انکار کر دو۔</w:t>
      </w:r>
    </w:p>
    <w:p>
      <w:r>
        <w:rPr>
          <w:b/>
        </w:rPr>
        <w:t xml:space="preserve">[19:50] </w:t>
      </w:r>
      <w:r>
        <w:t>yahan khareed o farokht ke maani yahi hain.</w:t>
      </w:r>
    </w:p>
    <w:p>
      <w:pPr>
        <w:jc w:val="right"/>
      </w:pPr>
      <w:r>
        <w:t>یہاں خرید و فروخت کے معنی یہی ہیں۔</w:t>
      </w:r>
    </w:p>
    <w:p>
      <w:r>
        <w:rPr>
          <w:b/>
        </w:rPr>
        <w:t xml:space="preserve">[19:53] </w:t>
      </w:r>
      <w:r>
        <w:t>wa iyyaya taqqun. Aur sirf mujh se daro.</w:t>
      </w:r>
    </w:p>
    <w:p>
      <w:pPr>
        <w:jc w:val="right"/>
      </w:pPr>
      <w:r>
        <w:t>وَإِيَّا يَفَتَّقُونَ. اور صرف مجھ سے ڈرو۔</w:t>
      </w:r>
    </w:p>
    <w:p>
      <w:r>
        <w:rPr>
          <w:b/>
        </w:rPr>
        <w:t xml:space="preserve">[19:59] </w:t>
      </w:r>
      <w:r>
        <w:t>yani logon se mat daro ke log tumhari,</w:t>
      </w:r>
    </w:p>
    <w:p>
      <w:pPr>
        <w:jc w:val="right"/>
      </w:pPr>
      <w:r>
        <w:t>یعنی لوگوں سے مت ڈرو کہ لوگ تمہاری،</w:t>
      </w:r>
    </w:p>
    <w:p>
      <w:r>
        <w:rPr>
          <w:b/>
        </w:rPr>
        <w:t xml:space="preserve">[20:03] </w:t>
      </w:r>
      <w:r>
        <w:t>tumhari, tumhara saath chhod denge.</w:t>
      </w:r>
    </w:p>
    <w:p>
      <w:pPr>
        <w:jc w:val="right"/>
      </w:pPr>
      <w:r>
        <w:t>تمہاری، تمہارا ساتھ چھوڑ دیں گے۔</w:t>
      </w:r>
    </w:p>
    <w:p>
      <w:r>
        <w:rPr>
          <w:b/>
        </w:rPr>
        <w:t xml:space="preserve">[20:08] </w:t>
      </w:r>
      <w:r>
        <w:t>logon se jo support tum ko mila hua hai woh nahi mile ga.</w:t>
      </w:r>
    </w:p>
    <w:p>
      <w:pPr>
        <w:jc w:val="right"/>
      </w:pPr>
      <w:r>
        <w:t>لوگوں سے جو سپورٹ تم کو ملا ہوا ہے وہ نہیں ملے گا۔</w:t>
      </w:r>
    </w:p>
    <w:p>
      <w:r>
        <w:rPr>
          <w:b/>
        </w:rPr>
        <w:t xml:space="preserve">[20:11] </w:t>
      </w:r>
      <w:r>
        <w:t>logon se jo faide tum ko hasil hain woh faide nahi denge woh log.</w:t>
      </w:r>
    </w:p>
    <w:p>
      <w:pPr>
        <w:jc w:val="right"/>
      </w:pPr>
      <w:r>
        <w:t>لوگوں سے جو فائدے تم کو حاصل ہیں وہ فائدے نہیں دیں گے وہ لوگ۔</w:t>
      </w:r>
    </w:p>
    <w:p>
      <w:r>
        <w:rPr>
          <w:b/>
        </w:rPr>
        <w:t xml:space="preserve">[20:16] </w:t>
      </w:r>
      <w:r>
        <w:t>is cheez ka andesha mat karo.</w:t>
      </w:r>
    </w:p>
    <w:p>
      <w:pPr>
        <w:jc w:val="right"/>
      </w:pPr>
      <w:r>
        <w:t>اس چیز کا اندیشہ مت کرو۔</w:t>
      </w:r>
    </w:p>
    <w:p>
      <w:r>
        <w:rPr>
          <w:b/>
        </w:rPr>
        <w:t xml:space="preserve">[20:18] </w:t>
      </w:r>
      <w:r>
        <w:t>andesha karo sirf is baat ka ke tum ko Allah ke samne khada hona hai.</w:t>
      </w:r>
    </w:p>
    <w:p>
      <w:pPr>
        <w:jc w:val="right"/>
      </w:pPr>
      <w:r>
        <w:t>اندیشہ کرو صرف اس بات کا کہ تم کو اللہ کے سامنے کھڑا ہونا ہے۔</w:t>
      </w:r>
    </w:p>
    <w:p>
      <w:r>
        <w:rPr>
          <w:b/>
        </w:rPr>
        <w:t xml:space="preserve">[20:23] </w:t>
      </w:r>
      <w:r>
        <w:t>is ka andesha karo.</w:t>
      </w:r>
    </w:p>
    <w:p>
      <w:pPr>
        <w:jc w:val="right"/>
      </w:pPr>
      <w:r>
        <w:t>اس کا اندیشہ کرو۔</w:t>
      </w:r>
    </w:p>
    <w:p>
      <w:r>
        <w:rPr>
          <w:b/>
        </w:rPr>
        <w:t xml:space="preserve">[20:25] </w:t>
      </w:r>
      <w:r>
        <w:t>is ka andesha mat karo.</w:t>
      </w:r>
    </w:p>
    <w:p>
      <w:pPr>
        <w:jc w:val="right"/>
      </w:pPr>
      <w:r>
        <w:t>اس کا اندیشہ مت کرو۔</w:t>
      </w:r>
    </w:p>
    <w:p>
      <w:r>
        <w:rPr>
          <w:b/>
        </w:rPr>
        <w:t xml:space="preserve">[20:28] </w:t>
      </w:r>
      <w:r>
        <w:t>wa la talbisul haqqa bil batili wa taktumu al haqa wa antum ta'lamun. yaani haq aur batil mein shubah na dalo aur haq ko mat chhupao. wa antum ta'lamun.</w:t>
      </w:r>
    </w:p>
    <w:p>
      <w:pPr>
        <w:jc w:val="right"/>
      </w:pPr>
      <w:r>
        <w:t>وَلَا تَلْبِسُوا الْحَقَّ بِالْبَاطِلِ وَتَكْتُمُوا الْحَقَّ وَأَنْتُمْ تَعْلَمُونَ۔ یعنی حق اور باطل میں شبہ نہ ڈالو اور حق کو مت چھپاؤ۔ وَأَنْتُمْ تَعْلَمُونَ۔</w:t>
      </w:r>
    </w:p>
    <w:p>
      <w:r>
        <w:rPr>
          <w:b/>
        </w:rPr>
        <w:t xml:space="preserve">[20:42] </w:t>
      </w:r>
      <w:r>
        <w:t>jabke tum jante ho.</w:t>
      </w:r>
    </w:p>
    <w:p>
      <w:pPr>
        <w:jc w:val="right"/>
      </w:pPr>
      <w:r>
        <w:t>َ. جبکہ تم جانتے ہو۔</w:t>
      </w:r>
    </w:p>
    <w:p>
      <w:r>
        <w:rPr>
          <w:b/>
        </w:rPr>
        <w:t xml:space="preserve">[20:44] </w:t>
      </w:r>
      <w:r>
        <w:t>aise mauqe par yeh hota hai ke</w:t>
      </w:r>
    </w:p>
    <w:p>
      <w:pPr>
        <w:jc w:val="right"/>
      </w:pPr>
      <w:r>
        <w:t>ایسے موقع پر یہ ہوتا ہے کہ</w:t>
      </w:r>
    </w:p>
    <w:p>
      <w:r>
        <w:rPr>
          <w:b/>
        </w:rPr>
        <w:t xml:space="preserve">[20:48] </w:t>
      </w:r>
      <w:r>
        <w:t>aisi baat bolte hain jo shubah dalne wali, doubt create karne wali.</w:t>
      </w:r>
    </w:p>
    <w:p>
      <w:pPr>
        <w:jc w:val="right"/>
      </w:pPr>
      <w:r>
        <w:t>ایسی بات بولتے ہیں جو شبہ ڈالنے والی، ڈاؤٹ کریئیٹ کرنے والی۔</w:t>
      </w:r>
    </w:p>
    <w:p>
      <w:r>
        <w:rPr>
          <w:b/>
        </w:rPr>
        <w:t xml:space="preserve">[20:54] </w:t>
      </w:r>
      <w:r>
        <w:t>jab aadmi ke paas koi daleel na ho to shubah dalta hai woh.</w:t>
      </w:r>
    </w:p>
    <w:p>
      <w:pPr>
        <w:jc w:val="right"/>
      </w:pPr>
      <w:r>
        <w:t>جب آدمی کے پاس کوئی دلیل نہ ہو تو شبہ ڈالتا ہے وہ۔</w:t>
      </w:r>
    </w:p>
    <w:p>
      <w:r>
        <w:rPr>
          <w:b/>
        </w:rPr>
        <w:t xml:space="preserve">[21:02] </w:t>
      </w:r>
      <w:r>
        <w:t>yani kisi baat ko kaatne ke liye</w:t>
      </w:r>
    </w:p>
    <w:p>
      <w:pPr>
        <w:jc w:val="right"/>
      </w:pPr>
      <w:r>
        <w:t>یعنی کسی بات کو کاٹنے کے لیے</w:t>
      </w:r>
    </w:p>
    <w:p>
      <w:r>
        <w:rPr>
          <w:b/>
        </w:rPr>
        <w:t xml:space="preserve">[21:06] </w:t>
      </w:r>
      <w:r>
        <w:t>khuli khuli daleel na ho to aadmi shubah dalta hai.</w:t>
      </w:r>
    </w:p>
    <w:p>
      <w:pPr>
        <w:jc w:val="right"/>
      </w:pPr>
      <w:r>
        <w:t>کھلی کھلی دلیل نہ ہو تو آدمی شبہ ڈالتا ہے۔</w:t>
      </w:r>
    </w:p>
    <w:p>
      <w:r>
        <w:rPr>
          <w:b/>
        </w:rPr>
        <w:t xml:space="preserve">[21:11] </w:t>
      </w:r>
      <w:r>
        <w:t>taake log shubah padh kar is</w:t>
      </w:r>
    </w:p>
    <w:p>
      <w:pPr>
        <w:jc w:val="right"/>
      </w:pPr>
      <w:r>
        <w:t>تاکہ لوگ شبہ پڑھ کر اس</w:t>
      </w:r>
    </w:p>
    <w:p>
      <w:r>
        <w:rPr>
          <w:b/>
        </w:rPr>
        <w:t xml:space="preserve">[21:14] </w:t>
      </w:r>
      <w:r>
        <w:t>mission ka saath chhod dein.</w:t>
      </w:r>
    </w:p>
    <w:p>
      <w:pPr>
        <w:jc w:val="right"/>
      </w:pPr>
      <w:r>
        <w:t>مشن کا ساتھ چھوڑ دیں۔</w:t>
      </w:r>
    </w:p>
    <w:p>
      <w:r>
        <w:rPr>
          <w:b/>
        </w:rPr>
        <w:t xml:space="preserve">[21:16] </w:t>
      </w:r>
      <w:r>
        <w:t>yeh bahut hi khatarnak baat hai.</w:t>
      </w:r>
    </w:p>
    <w:p>
      <w:pPr>
        <w:jc w:val="right"/>
      </w:pPr>
      <w:r>
        <w:t>یہ بہت ہی خطرناک بات ہے۔</w:t>
      </w:r>
    </w:p>
    <w:p>
      <w:r>
        <w:rPr>
          <w:b/>
        </w:rPr>
        <w:t xml:space="preserve">[21:20] </w:t>
      </w:r>
      <w:r>
        <w:t>bahut zyada khatarnak baat hai.</w:t>
      </w:r>
    </w:p>
    <w:p>
      <w:pPr>
        <w:jc w:val="right"/>
      </w:pPr>
      <w:r>
        <w:t>بہت زیادہ خطرناک بات ہے۔</w:t>
      </w:r>
    </w:p>
    <w:p>
      <w:r>
        <w:rPr>
          <w:b/>
        </w:rPr>
        <w:t xml:space="preserve">[21:24] </w:t>
      </w:r>
      <w:r>
        <w:t>aur yeh aisa kiya unhone madine mein</w:t>
      </w:r>
    </w:p>
    <w:p>
      <w:pPr>
        <w:jc w:val="right"/>
      </w:pPr>
      <w:r>
        <w:t>اور یہ ایسا کیا انہوں نے مدینے میں</w:t>
      </w:r>
    </w:p>
    <w:p>
      <w:r>
        <w:rPr>
          <w:b/>
        </w:rPr>
        <w:t xml:space="preserve">[21:31] </w:t>
      </w:r>
      <w:r>
        <w:t>ke taake apne jo log the unki, jo ummat e yahood thi woh unka saath na chhoden.</w:t>
      </w:r>
    </w:p>
    <w:p>
      <w:pPr>
        <w:jc w:val="right"/>
      </w:pPr>
      <w:r>
        <w:t>کہ تاکہ اپنے جو لوگ تھے ان کی، جو امت یہود تھی وہ ان کا ساتھ نہ چھوڑیں۔</w:t>
      </w:r>
    </w:p>
    <w:p>
      <w:r>
        <w:rPr>
          <w:b/>
        </w:rPr>
        <w:t xml:space="preserve">[21:39] </w:t>
      </w:r>
      <w:r>
        <w:t>kyunke agar yeh saaf saaf tasdeeq karte Rasool Allah salla Allahu alaihi wasallam ki to</w:t>
      </w:r>
    </w:p>
    <w:p>
      <w:pPr>
        <w:jc w:val="right"/>
      </w:pPr>
      <w:r>
        <w:t>کیونکہ اگر یہ صاف صاف تصدیق کرتے رسول اللہ صلی اللہ علیہ وسلم کی تو</w:t>
      </w:r>
    </w:p>
    <w:p>
      <w:r>
        <w:rPr>
          <w:b/>
        </w:rPr>
        <w:t xml:space="preserve">[21:46] </w:t>
      </w:r>
      <w:r>
        <w:t>woh saath chhod dete.</w:t>
      </w:r>
    </w:p>
    <w:p>
      <w:pPr>
        <w:jc w:val="right"/>
      </w:pPr>
      <w:r>
        <w:t>وہ ساتھ چھوڑ دیتے۔</w:t>
      </w:r>
    </w:p>
    <w:p>
      <w:r>
        <w:rPr>
          <w:b/>
        </w:rPr>
        <w:t xml:space="preserve">[21:48] </w:t>
      </w:r>
      <w:r>
        <w:t>to seedha seedha yeh, yani seedha seedha inkar karne ke bajaye woh shubah daal dete.</w:t>
      </w:r>
    </w:p>
    <w:p>
      <w:pPr>
        <w:jc w:val="right"/>
      </w:pPr>
      <w:r>
        <w:t>تو سیدھا سیدھا یہ، یعنی سیدھا سیدھا انکار کرنے کے بجائے وہ شبہ ڈال دیتے۔</w:t>
      </w:r>
    </w:p>
    <w:p>
      <w:r>
        <w:rPr>
          <w:b/>
        </w:rPr>
        <w:t xml:space="preserve">[21:56] </w:t>
      </w:r>
      <w:r>
        <w:t>yeh bahut hi khatarnak position hai.</w:t>
      </w:r>
    </w:p>
    <w:p>
      <w:pPr>
        <w:jc w:val="right"/>
      </w:pPr>
      <w:r>
        <w:t>یہ بہت ہی خطرناک پوزیشن ہے۔</w:t>
      </w:r>
    </w:p>
    <w:p>
      <w:r>
        <w:rPr>
          <w:b/>
        </w:rPr>
        <w:t xml:space="preserve">[22:01] </w:t>
      </w:r>
      <w:r>
        <w:t>kyunke aadmi seedhe seedhe inkar na kare lekin shubah daale tab bhi woh inkar ka mujrim banega</w:t>
      </w:r>
    </w:p>
    <w:p>
      <w:pPr>
        <w:jc w:val="right"/>
      </w:pPr>
      <w:r>
        <w:t>کیونکہ آدمی سیدھے سیدھے انکار نہ کرے لیکن شبہ ڈالے تب بھی وہ انکار کا مجرم بنے گا</w:t>
      </w:r>
    </w:p>
    <w:p>
      <w:r>
        <w:rPr>
          <w:b/>
        </w:rPr>
        <w:t xml:space="preserve">[22:08] </w:t>
      </w:r>
      <w:r>
        <w:t>Allah ke haan.</w:t>
      </w:r>
    </w:p>
    <w:p>
      <w:pPr>
        <w:jc w:val="right"/>
      </w:pPr>
      <w:r>
        <w:t>اللہ کے ہاں۔</w:t>
      </w:r>
    </w:p>
    <w:p>
      <w:r>
        <w:rPr>
          <w:b/>
        </w:rPr>
        <w:t xml:space="preserve">[22:11] </w:t>
      </w:r>
      <w:r>
        <w:t>dekhein is ka matlab nahi hai ke is zamane mein jo yahood the sab ke sab munkir ban</w:t>
      </w:r>
    </w:p>
    <w:p>
      <w:pPr>
        <w:jc w:val="right"/>
      </w:pPr>
      <w:r>
        <w:t>دیکھیں اس کا مطلب نہیں ہے کہ اس زمانے میں جو یہود تھے سب کے سب منکر بن</w:t>
      </w:r>
    </w:p>
    <w:p>
      <w:r>
        <w:rPr>
          <w:b/>
        </w:rPr>
        <w:t xml:space="preserve">[22:15] </w:t>
      </w:r>
      <w:r>
        <w:t>gaye. Yahood mein aise bhi log the jo</w:t>
      </w:r>
    </w:p>
    <w:p>
      <w:pPr>
        <w:jc w:val="right"/>
      </w:pPr>
      <w:r>
        <w:t>گئے۔ یہود میں ایسے بھی لوگ تھے جو</w:t>
      </w:r>
    </w:p>
    <w:p>
      <w:r>
        <w:rPr>
          <w:b/>
        </w:rPr>
        <w:t xml:space="preserve">[22:21] </w:t>
      </w:r>
      <w:r>
        <w:t>mutrashi the, jo sachai ko paana chahte the.</w:t>
      </w:r>
    </w:p>
    <w:p>
      <w:pPr>
        <w:jc w:val="right"/>
      </w:pPr>
      <w:r>
        <w:t>متراشی تھے، جو سچائی کو پانا چاہتے تھے۔</w:t>
      </w:r>
    </w:p>
    <w:p>
      <w:r>
        <w:rPr>
          <w:b/>
        </w:rPr>
        <w:t xml:space="preserve">[22:27] </w:t>
      </w:r>
      <w:r>
        <w:t>to unhone Rasool Allah par, woh Rasool Allah par imaan laye.</w:t>
      </w:r>
    </w:p>
    <w:p>
      <w:pPr>
        <w:jc w:val="right"/>
      </w:pPr>
      <w:r>
        <w:t>تو انہوں نے رسول اللہ پر، وہ رسول اللہ پر ایمان لائے۔</w:t>
      </w:r>
    </w:p>
    <w:p>
      <w:r>
        <w:rPr>
          <w:b/>
        </w:rPr>
        <w:t xml:space="preserve">[22:34] </w:t>
      </w:r>
      <w:r>
        <w:t>jaise Abdullah ibn Salam woh paida hue the yahoodi family mein lekin unhone Islam qubool kiya.</w:t>
      </w:r>
    </w:p>
    <w:p>
      <w:pPr>
        <w:jc w:val="right"/>
      </w:pPr>
      <w:r>
        <w:t>جیسے عبداللہ ابن سلام وہ پیدا ہوئے تھے یہودی فیملی میں لیکن انہوں نے اسلام قبول کیا۔</w:t>
      </w:r>
    </w:p>
    <w:p>
      <w:r>
        <w:rPr>
          <w:b/>
        </w:rPr>
        <w:t xml:space="preserve">[22:41] </w:t>
      </w:r>
      <w:r>
        <w:t>aur baad ka bhi yani madine ke dor ke baad bhi bohat se log jo yahoodi family mein</w:t>
      </w:r>
    </w:p>
    <w:p>
      <w:pPr>
        <w:jc w:val="right"/>
      </w:pPr>
      <w:r>
        <w:t>اور بعد کا بھی یعنی مدینے کے دور کے بعد بھی بہت سے لوگ جو یہودی فیملی میں</w:t>
      </w:r>
    </w:p>
    <w:p>
      <w:r>
        <w:rPr>
          <w:b/>
        </w:rPr>
        <w:t xml:space="preserve">[22:47] </w:t>
      </w:r>
      <w:r>
        <w:t>paida hue woh islam qabool karte rahe.</w:t>
      </w:r>
    </w:p>
    <w:p>
      <w:pPr>
        <w:jc w:val="right"/>
      </w:pPr>
      <w:r>
        <w:t>پیدا ہوئے وہ اسلام قبول کرتے رہے۔</w:t>
      </w:r>
    </w:p>
    <w:p>
      <w:r>
        <w:rPr>
          <w:b/>
        </w:rPr>
        <w:t xml:space="preserve">[22:51] </w:t>
      </w:r>
      <w:r>
        <w:t>jaise woh asad sahib jinhone tafseer likhi hai.</w:t>
      </w:r>
    </w:p>
    <w:p>
      <w:pPr>
        <w:jc w:val="right"/>
      </w:pPr>
      <w:r>
        <w:t>جیسے وہ اسد صاحب جنہوں نے تفسیر لکھی ہے۔</w:t>
      </w:r>
    </w:p>
    <w:p>
      <w:r>
        <w:rPr>
          <w:b/>
        </w:rPr>
        <w:t xml:space="preserve">[22:57] </w:t>
      </w:r>
      <w:r>
        <w:t>maryam jameela jinhone islam qabool kiya aur kitabein likhein.</w:t>
      </w:r>
    </w:p>
    <w:p>
      <w:pPr>
        <w:jc w:val="right"/>
      </w:pPr>
      <w:r>
        <w:t>مریم جمیلہ جنہوں نے اسلام قبول کیا اور کتابیں لکھیں۔</w:t>
      </w:r>
    </w:p>
    <w:p>
      <w:r>
        <w:rPr>
          <w:b/>
        </w:rPr>
        <w:t xml:space="preserve">[23:02] </w:t>
      </w:r>
      <w:r>
        <w:t>toh madine ke dor se le kar baad ke dor tak aise bohat se yahoodi paida hue jo,</w:t>
      </w:r>
    </w:p>
    <w:p>
      <w:pPr>
        <w:jc w:val="right"/>
      </w:pPr>
      <w:r>
        <w:t>تو مدینے کے دور سے لے کر بعد کے دور تک ایسے بہت سے یہودی پیدا ہوئے جو،</w:t>
      </w:r>
    </w:p>
    <w:p>
      <w:r>
        <w:rPr>
          <w:b/>
        </w:rPr>
        <w:t xml:space="preserve">[23:09] </w:t>
      </w:r>
      <w:r>
        <w:t>jinhone islam</w:t>
      </w:r>
    </w:p>
    <w:p>
      <w:pPr>
        <w:jc w:val="right"/>
      </w:pPr>
      <w:r>
        <w:t>جنہوں نے اسلام</w:t>
      </w:r>
    </w:p>
    <w:p>
      <w:r>
        <w:rPr>
          <w:b/>
        </w:rPr>
        <w:t xml:space="preserve">[23:12] </w:t>
      </w:r>
      <w:r>
        <w:t>qabool kiya. toh aisa aisa nahi hai ke sari ummatein yahood munkir ho gayi theen.</w:t>
      </w:r>
    </w:p>
    <w:p>
      <w:pPr>
        <w:jc w:val="right"/>
      </w:pPr>
      <w:r>
        <w:t>قبول کیا۔ تو ایسا ایسا نہیں ہے کہ ساری امتیں یہود منکر ہو گئی تھیں۔</w:t>
      </w:r>
    </w:p>
    <w:p>
      <w:r>
        <w:rPr>
          <w:b/>
        </w:rPr>
        <w:t xml:space="preserve">[23:18] </w:t>
      </w:r>
      <w:r>
        <w:t>lekin chounke majority aisi hui thi is liye is andaaz mein khitab kiya.</w:t>
      </w:r>
    </w:p>
    <w:p>
      <w:pPr>
        <w:jc w:val="right"/>
      </w:pPr>
      <w:r>
        <w:t>لیکن چونکہ میجورٹی ایسی ہوئی تھی اس لیے اس انداز میں خطاب کیا۔</w:t>
      </w:r>
    </w:p>
    <w:p>
      <w:r>
        <w:rPr>
          <w:b/>
        </w:rPr>
        <w:t xml:space="preserve">[23:24] </w:t>
      </w:r>
      <w:r>
        <w:t>toh ek hai munkir, yani seedhe seedhe inkar karne wale.</w:t>
      </w:r>
    </w:p>
    <w:p>
      <w:pPr>
        <w:jc w:val="right"/>
      </w:pPr>
      <w:r>
        <w:t>تو ایک ہے منکر، یعنی سیدھے سیدھے انکار کرنے والے۔</w:t>
      </w:r>
    </w:p>
    <w:p>
      <w:r>
        <w:rPr>
          <w:b/>
        </w:rPr>
        <w:t xml:space="preserve">[23:29] </w:t>
      </w:r>
      <w:r>
        <w:t>دوسرے وہ ہیں جو doubt create کریں۔</w:t>
      </w:r>
    </w:p>
    <w:p>
      <w:pPr>
        <w:jc w:val="right"/>
      </w:pPr>
      <w:r>
        <w:t>دوسرے وہ ہیں جو ڈاؤٹ کریئیٹ کریں۔</w:t>
      </w:r>
    </w:p>
    <w:p>
      <w:r>
        <w:rPr>
          <w:b/>
        </w:rPr>
        <w:t xml:space="preserve">[23:32] </w:t>
      </w:r>
      <w:r>
        <w:t>aisi baatein kahein jis se shubah paida ho ke bhai yeh log sahi hain ya galat hain.</w:t>
      </w:r>
    </w:p>
    <w:p>
      <w:pPr>
        <w:jc w:val="right"/>
      </w:pPr>
      <w:r>
        <w:t>ایسی باتیں کہیں جس سے شبہ پیدا ہو کہ بھئی یہ لوگ صحیح ہیں یا غلط ہیں۔</w:t>
      </w:r>
    </w:p>
    <w:p>
      <w:r>
        <w:rPr>
          <w:b/>
        </w:rPr>
        <w:t xml:space="preserve">[23:39] </w:t>
      </w:r>
      <w:r>
        <w:t>toh aam log toh itna tehqeeq nahi karte.</w:t>
      </w:r>
    </w:p>
    <w:p>
      <w:pPr>
        <w:jc w:val="right"/>
      </w:pPr>
      <w:r>
        <w:t>تو عام لوگ تو اتنا تحقیق نہیں کرتے۔</w:t>
      </w:r>
    </w:p>
    <w:p>
      <w:r>
        <w:rPr>
          <w:b/>
        </w:rPr>
        <w:t xml:space="preserve">[23:42] </w:t>
      </w:r>
      <w:r>
        <w:t>woh shubah ko ahmiyat de dete hain.</w:t>
      </w:r>
    </w:p>
    <w:p>
      <w:pPr>
        <w:jc w:val="right"/>
      </w:pPr>
      <w:r>
        <w:t>وہ شبہ کو اہمیت دے دیتے ہیں۔</w:t>
      </w:r>
    </w:p>
    <w:p>
      <w:r>
        <w:rPr>
          <w:b/>
        </w:rPr>
        <w:t xml:space="preserve">[23:46] </w:t>
      </w:r>
      <w:r>
        <w:t>aur is ki bana par woh saath nahi dete sachai ka.</w:t>
      </w:r>
    </w:p>
    <w:p>
      <w:pPr>
        <w:jc w:val="right"/>
      </w:pPr>
      <w:r>
        <w:t>اور اس کی بنا پر وہ ساتھ نہیں دیتے سچائی کا۔</w:t>
      </w:r>
    </w:p>
    <w:p>
      <w:r>
        <w:rPr>
          <w:b/>
        </w:rPr>
        <w:t xml:space="preserve">[23:51] </w:t>
      </w:r>
      <w:r>
        <w:t>toh shubah daalna yeh bohat bada gunah hai.</w:t>
      </w:r>
    </w:p>
    <w:p>
      <w:pPr>
        <w:jc w:val="right"/>
      </w:pPr>
      <w:r>
        <w:t>تو شبہ ڈالنا یہ بہت بڑا گناہ ہے۔</w:t>
      </w:r>
    </w:p>
    <w:p>
      <w:r>
        <w:rPr>
          <w:b/>
        </w:rPr>
        <w:t xml:space="preserve">[23:55] </w:t>
      </w:r>
      <w:r>
        <w:t>bohat bada gunah hai.</w:t>
      </w:r>
    </w:p>
    <w:p>
      <w:pPr>
        <w:jc w:val="right"/>
      </w:pPr>
      <w:r>
        <w:t>بہت بڑا گناہ ہے۔</w:t>
      </w:r>
    </w:p>
    <w:p>
      <w:r>
        <w:rPr>
          <w:b/>
        </w:rPr>
        <w:t xml:space="preserve">[23:57] </w:t>
      </w:r>
      <w:r>
        <w:t>toh wohi yeh jo alfaaz hain wa la talbisool haqq yani haqq ke maamle mein shubah na daalna.</w:t>
      </w:r>
    </w:p>
    <w:p>
      <w:pPr>
        <w:jc w:val="right"/>
      </w:pPr>
      <w:r>
        <w:t>تو وہی یہ جو الفاظ ہیں وَلَا تَلْبِسُوا الْحَقَّ یعنی حق کے معاملے میں شبہ نہ ڈالنا۔</w:t>
      </w:r>
    </w:p>
    <w:p>
      <w:r>
        <w:rPr>
          <w:b/>
        </w:rPr>
        <w:t xml:space="preserve">[24:03] </w:t>
      </w:r>
      <w:r>
        <w:t>shubah na daalo.</w:t>
      </w:r>
    </w:p>
    <w:p>
      <w:pPr>
        <w:jc w:val="right"/>
      </w:pPr>
      <w:r>
        <w:t>شبہ نہ ڈالو۔</w:t>
      </w:r>
    </w:p>
    <w:p>
      <w:r>
        <w:rPr>
          <w:b/>
        </w:rPr>
        <w:t xml:space="preserve">[24:05] </w:t>
      </w:r>
      <w:r>
        <w:t>bohat bohat bada gunah hai.</w:t>
      </w:r>
    </w:p>
    <w:p>
      <w:pPr>
        <w:jc w:val="right"/>
      </w:pPr>
      <w:r>
        <w:t>بہت بہت بڑا گناہ ہے۔</w:t>
      </w:r>
    </w:p>
    <w:p>
      <w:r>
        <w:rPr>
          <w:b/>
        </w:rPr>
        <w:t xml:space="preserve">[24:09] </w:t>
      </w:r>
      <w:r>
        <w:t>wa aqimus salaata wa a'tooz zakata.</w:t>
      </w:r>
    </w:p>
    <w:p>
      <w:pPr>
        <w:jc w:val="right"/>
      </w:pPr>
      <w:r>
        <w:t>وَأَقِيمُوا الصَّلَاةَ وَأَعْطُوا الزَّكَاةَ.</w:t>
      </w:r>
    </w:p>
    <w:p>
      <w:r>
        <w:rPr>
          <w:b/>
        </w:rPr>
        <w:t xml:space="preserve">[24:13] </w:t>
      </w:r>
      <w:r>
        <w:t>aur namaz qaim karo aur zakat ada karo.</w:t>
      </w:r>
    </w:p>
    <w:p>
      <w:pPr>
        <w:jc w:val="right"/>
      </w:pPr>
      <w:r>
        <w:t>اور نماز قائم کرو اور زکوۃ ادا کرو۔</w:t>
      </w:r>
    </w:p>
    <w:p>
      <w:r>
        <w:rPr>
          <w:b/>
        </w:rPr>
        <w:t xml:space="preserve">[24:17] </w:t>
      </w:r>
      <w:r>
        <w:t>un ke haan bhi namaz thi aur zakat thi.</w:t>
      </w:r>
    </w:p>
    <w:p>
      <w:pPr>
        <w:jc w:val="right"/>
      </w:pPr>
      <w:r>
        <w:t>ان کے ہاں بھی نماز تھی اور زکوۃ تھی۔</w:t>
      </w:r>
    </w:p>
    <w:p>
      <w:r>
        <w:rPr>
          <w:b/>
        </w:rPr>
        <w:t xml:space="preserve">[24:19] </w:t>
      </w:r>
      <w:r>
        <w:t>yeh aisa nahi hai ke islam hi mein namaz aur zakat thi.</w:t>
      </w:r>
    </w:p>
    <w:p>
      <w:pPr>
        <w:jc w:val="right"/>
      </w:pPr>
      <w:r>
        <w:t>یہ ایسا نہیں ہے کہ اسلام ہی میں نماز اور زکوۃ تھی۔</w:t>
      </w:r>
    </w:p>
    <w:p>
      <w:r>
        <w:rPr>
          <w:b/>
        </w:rPr>
        <w:t xml:space="preserve">[24:23] </w:t>
      </w:r>
      <w:r>
        <w:t>un ke haan bhi thi.</w:t>
      </w:r>
    </w:p>
    <w:p>
      <w:pPr>
        <w:jc w:val="right"/>
      </w:pPr>
      <w:r>
        <w:t>ان کے ہاں بھی تھی۔</w:t>
      </w:r>
    </w:p>
    <w:p>
      <w:r>
        <w:rPr>
          <w:b/>
        </w:rPr>
        <w:t xml:space="preserve">[24:24] </w:t>
      </w:r>
      <w:r>
        <w:t>toh yahan matlab yeh hai ab bohat se log namaz ada bhi karte thay.</w:t>
      </w:r>
    </w:p>
    <w:p>
      <w:pPr>
        <w:jc w:val="right"/>
      </w:pPr>
      <w:r>
        <w:t>تو یہاں مطلب یہ ہے اب بہت سے لوگ نماز ادا بھی کرتے تھے۔</w:t>
      </w:r>
    </w:p>
    <w:p>
      <w:r>
        <w:rPr>
          <w:b/>
        </w:rPr>
        <w:t xml:space="preserve">[24:29] </w:t>
      </w:r>
      <w:r>
        <w:t>toh namaz ki spirit ke saath namaz padho.</w:t>
      </w:r>
    </w:p>
    <w:p>
      <w:pPr>
        <w:jc w:val="right"/>
      </w:pPr>
      <w:r>
        <w:t>تو نماز کی اسپرٹ کے ساتھ نماز پڑھو۔</w:t>
      </w:r>
    </w:p>
    <w:p>
      <w:r>
        <w:rPr>
          <w:b/>
        </w:rPr>
        <w:t xml:space="preserve">[24:32] </w:t>
      </w:r>
      <w:r>
        <w:t>zakat ki spirit ke sath zakat ada karo.</w:t>
      </w:r>
    </w:p>
    <w:p>
      <w:pPr>
        <w:jc w:val="right"/>
      </w:pPr>
      <w:r>
        <w:t>زکوۃ کی اسپرٹ کے ساتھ زکوۃ ادا کرو۔</w:t>
      </w:r>
    </w:p>
    <w:p>
      <w:r>
        <w:rPr>
          <w:b/>
        </w:rPr>
        <w:t xml:space="preserve">[24:36] </w:t>
      </w:r>
      <w:r>
        <w:t>un ke han is waqt jo cheez reh gayi thi woh namaz ka zakat ka form tha.</w:t>
      </w:r>
    </w:p>
    <w:p>
      <w:pPr>
        <w:jc w:val="right"/>
      </w:pPr>
      <w:r>
        <w:t>ان کے ہاں اس وقت جو چیز رہ گئی تھی وہ نماز کا زکوۃ کا فارم تھا۔</w:t>
      </w:r>
    </w:p>
    <w:p>
      <w:r>
        <w:rPr>
          <w:b/>
        </w:rPr>
        <w:t xml:space="preserve">[24:40] </w:t>
      </w:r>
      <w:r>
        <w:t>spirit nahi thi.</w:t>
      </w:r>
    </w:p>
    <w:p>
      <w:pPr>
        <w:jc w:val="right"/>
      </w:pPr>
      <w:r>
        <w:t>اسپرٹ نہیں تھی۔</w:t>
      </w:r>
    </w:p>
    <w:p>
      <w:r>
        <w:rPr>
          <w:b/>
        </w:rPr>
        <w:t xml:space="preserve">[24:44] </w:t>
      </w:r>
      <w:r>
        <w:t>to yahan un ko aik, un ki aik aur kamzori ki taraf ishara kiya gaya.</w:t>
      </w:r>
    </w:p>
    <w:p>
      <w:pPr>
        <w:jc w:val="right"/>
      </w:pPr>
      <w:r>
        <w:t>تو یہاں ان کو ایک، ان کی ایک اور کمزوری کی طرف اشارہ کیا گیا۔</w:t>
      </w:r>
    </w:p>
    <w:p>
      <w:r>
        <w:rPr>
          <w:b/>
        </w:rPr>
        <w:t xml:space="preserve">[24:50] </w:t>
      </w:r>
      <w:r>
        <w:t>tum yeh samajhte ho ke tum apne deen par, apne deen par bhi tum nahi ho.</w:t>
      </w:r>
    </w:p>
    <w:p>
      <w:pPr>
        <w:jc w:val="right"/>
      </w:pPr>
      <w:r>
        <w:t>تم یہ سمجھتے ہو کہ تم اپنے دین پر، اپنے دین پر بھی تم نہیں ہو۔</w:t>
      </w:r>
    </w:p>
    <w:p>
      <w:r>
        <w:rPr>
          <w:b/>
        </w:rPr>
        <w:t xml:space="preserve">[24:54] </w:t>
      </w:r>
      <w:r>
        <w:t>kyunke tum ne form ko pakad rakha hai.</w:t>
      </w:r>
    </w:p>
    <w:p>
      <w:pPr>
        <w:jc w:val="right"/>
      </w:pPr>
      <w:r>
        <w:t>کیونکہ تم نے فارم کو پکڑ رکھا ہے۔</w:t>
      </w:r>
    </w:p>
    <w:p>
      <w:r>
        <w:rPr>
          <w:b/>
        </w:rPr>
        <w:t xml:space="preserve">[24:58] </w:t>
      </w:r>
      <w:r>
        <w:t>tum sahih ma'non mein apne deen par nahi ho.</w:t>
      </w:r>
    </w:p>
    <w:p>
      <w:pPr>
        <w:jc w:val="right"/>
      </w:pPr>
      <w:r>
        <w:t>تم صحیح معنوں میں اپنے دین پر نہیں ہو۔</w:t>
      </w:r>
    </w:p>
    <w:p>
      <w:r>
        <w:rPr>
          <w:b/>
        </w:rPr>
        <w:t xml:space="preserve">[25:01] </w:t>
      </w:r>
      <w:r>
        <w:t>kyunke spirit ghayab hai aur form ko liye hue ho.</w:t>
      </w:r>
    </w:p>
    <w:p>
      <w:pPr>
        <w:jc w:val="right"/>
      </w:pPr>
      <w:r>
        <w:t>کیونکہ اسپرٹ غائب ہے اور فارم کو لیے ہوئے ہو۔</w:t>
      </w:r>
    </w:p>
    <w:p>
      <w:r>
        <w:rPr>
          <w:b/>
        </w:rPr>
        <w:t xml:space="preserve">[25:05] </w:t>
      </w:r>
      <w:r>
        <w:t>to tum aik taraf yeh ghalti kar rahe ho</w:t>
      </w:r>
    </w:p>
    <w:p>
      <w:pPr>
        <w:jc w:val="right"/>
      </w:pPr>
      <w:r>
        <w:t>تو تم ایک طرف یہ غلطی کر رہے ہو</w:t>
      </w:r>
    </w:p>
    <w:p>
      <w:r>
        <w:rPr>
          <w:b/>
        </w:rPr>
        <w:t xml:space="preserve">[25:09] </w:t>
      </w:r>
      <w:r>
        <w:t>ke spirit ko chhod kar ke aik form ko le liya tum ne jo ke Allah ke han</w:t>
      </w:r>
    </w:p>
    <w:p>
      <w:pPr>
        <w:jc w:val="right"/>
      </w:pPr>
      <w:r>
        <w:t>کہ اسپرٹ کو چھوڑ کر کے ایک فارم کو لے لیا تم نے جو کہ اللہ کے ہاں</w:t>
      </w:r>
    </w:p>
    <w:p>
      <w:r>
        <w:rPr>
          <w:b/>
        </w:rPr>
        <w:t xml:space="preserve">[25:14] </w:t>
      </w:r>
      <w:r>
        <w:t>qubool hone wala nahi.</w:t>
      </w:r>
    </w:p>
    <w:p>
      <w:pPr>
        <w:jc w:val="right"/>
      </w:pPr>
      <w:r>
        <w:t>قبول ہونے والا نہیں۔</w:t>
      </w:r>
    </w:p>
    <w:p>
      <w:r>
        <w:rPr>
          <w:b/>
        </w:rPr>
        <w:t xml:space="preserve">[25:15] </w:t>
      </w:r>
      <w:r>
        <w:t>aur doosri taraf tum ne aakhri nabi ke case ko samajhna aur us ko accept</w:t>
      </w:r>
    </w:p>
    <w:p>
      <w:pPr>
        <w:jc w:val="right"/>
      </w:pPr>
      <w:r>
        <w:t>اور دوسری طرف تم نے آخری نبی کے کیس کو سمجھنا اور اس کو ایکسیپٹ</w:t>
      </w:r>
    </w:p>
    <w:p>
      <w:r>
        <w:rPr>
          <w:b/>
        </w:rPr>
        <w:t xml:space="preserve">[25:23] </w:t>
      </w:r>
      <w:r>
        <w:t>karna is test mein tum poore nahi utre.</w:t>
      </w:r>
    </w:p>
    <w:p>
      <w:pPr>
        <w:jc w:val="right"/>
      </w:pPr>
      <w:r>
        <w:t>کرنا اس ٹیسٹ میں تم پورے نہیں اترے۔</w:t>
      </w:r>
    </w:p>
    <w:p>
      <w:r>
        <w:rPr>
          <w:b/>
        </w:rPr>
        <w:t xml:space="preserve">[25:28] </w:t>
      </w:r>
      <w:r>
        <w:t>to tum ko bohat zyada sochna chahiye ke tumhara,</w:t>
      </w:r>
    </w:p>
    <w:p>
      <w:pPr>
        <w:jc w:val="right"/>
      </w:pPr>
      <w:r>
        <w:t>تو تم کو بہت زیادہ سوچنا چاہیے کہ تمہارا،</w:t>
      </w:r>
    </w:p>
    <w:p>
      <w:r>
        <w:rPr>
          <w:b/>
        </w:rPr>
        <w:t xml:space="preserve">[25:33] </w:t>
      </w:r>
      <w:r>
        <w:t>yani tumhara jurm double ho jayega Allah ke nazdeek.</w:t>
      </w:r>
    </w:p>
    <w:p>
      <w:pPr>
        <w:jc w:val="right"/>
      </w:pPr>
      <w:r>
        <w:t>یعنی تمہارا جرم ڈبل ہو جائے گا اللہ کے نزدیک۔</w:t>
      </w:r>
    </w:p>
    <w:p>
      <w:r>
        <w:rPr>
          <w:b/>
        </w:rPr>
        <w:t xml:space="preserve">[25:38] </w:t>
      </w:r>
      <w:r>
        <w:t>WARKA'U MA'AR RAK'INEEN.</w:t>
      </w:r>
    </w:p>
    <w:p>
      <w:pPr>
        <w:jc w:val="right"/>
      </w:pPr>
      <w:r>
        <w:t>وَارْكَعُوا مَعَ الْرَاكِعِينَ.</w:t>
      </w:r>
    </w:p>
    <w:p>
      <w:r>
        <w:rPr>
          <w:b/>
        </w:rPr>
        <w:t xml:space="preserve">[25:40] </w:t>
      </w:r>
      <w:r>
        <w:t>aur rukoo' karne walon ke sath rukoo' karo.</w:t>
      </w:r>
    </w:p>
    <w:p>
      <w:pPr>
        <w:jc w:val="right"/>
      </w:pPr>
      <w:r>
        <w:t>اور رکوع کرنے والوں کے ساتھ رکوع کرو۔</w:t>
      </w:r>
    </w:p>
    <w:p>
      <w:r>
        <w:rPr>
          <w:b/>
        </w:rPr>
        <w:t xml:space="preserve">[25:44] </w:t>
      </w:r>
      <w:r>
        <w:t>yahan ra'keen se murad hai ahl-e-iman yani Muhammad Sallallahu Alaihi Wasallam pe iman laney waley.</w:t>
      </w:r>
    </w:p>
    <w:p>
      <w:pPr>
        <w:jc w:val="right"/>
      </w:pPr>
      <w:r>
        <w:t>یہاں راکعین سے مراد ہے اہل ایمان یعنی محمد صلی اللہ علیہ وسلم پہ ایمان لانے والے۔</w:t>
      </w:r>
    </w:p>
    <w:p>
      <w:r>
        <w:rPr>
          <w:b/>
        </w:rPr>
        <w:t xml:space="preserve">[25:50] </w:t>
      </w:r>
      <w:r>
        <w:t>ke tumhare han bhi rukoo' se murad hai namaz ibadat.</w:t>
      </w:r>
    </w:p>
    <w:p>
      <w:pPr>
        <w:jc w:val="right"/>
      </w:pPr>
      <w:r>
        <w:t>کہ تمہارے ہاں بھی رکوع سے مراد ہے نماز عبادت۔</w:t>
      </w:r>
    </w:p>
    <w:p>
      <w:r>
        <w:rPr>
          <w:b/>
        </w:rPr>
        <w:t xml:space="preserve">[25:56] </w:t>
      </w:r>
      <w:r>
        <w:t>ke tum yeh jo deen hai jis mein namaz hai aur roza hai yeh tumhare deen, tumhare apne</w:t>
      </w:r>
    </w:p>
    <w:p>
      <w:pPr>
        <w:jc w:val="right"/>
      </w:pPr>
      <w:r>
        <w:t>کہ تم یہ جو دین ہے جس میں نماز ہے اور روزہ ہے یہ تمہارے دین، تمہارے اپنے</w:t>
      </w:r>
    </w:p>
    <w:p>
      <w:r>
        <w:rPr>
          <w:b/>
        </w:rPr>
        <w:t xml:space="preserve">[26:03] </w:t>
      </w:r>
      <w:r>
        <w:t>hi deen ka revival hai.</w:t>
      </w:r>
    </w:p>
    <w:p>
      <w:pPr>
        <w:jc w:val="right"/>
      </w:pPr>
      <w:r>
        <w:t>ہی دین کا ریوائیول ہے۔</w:t>
      </w:r>
    </w:p>
    <w:p>
      <w:r>
        <w:rPr>
          <w:b/>
        </w:rPr>
        <w:t xml:space="preserve">[26:06] </w:t>
      </w:r>
      <w:r>
        <w:t>yeh isi ka revival hai yeh.</w:t>
      </w:r>
    </w:p>
    <w:p>
      <w:pPr>
        <w:jc w:val="right"/>
      </w:pPr>
      <w:r>
        <w:t>یہ اسی کا ریوائیول ہے یہ۔</w:t>
      </w:r>
    </w:p>
    <w:p>
      <w:r>
        <w:rPr>
          <w:b/>
        </w:rPr>
        <w:t xml:space="preserve">[26:08] </w:t>
      </w:r>
      <w:r>
        <w:t>to ab naye jo ahl-e-iman hain tum bhi un ke sath is deen mein shamil ho jao.</w:t>
      </w:r>
    </w:p>
    <w:p>
      <w:pPr>
        <w:jc w:val="right"/>
      </w:pPr>
      <w:r>
        <w:t>تو اب نئے جو اہل ایمان ہیں تم بھی ان کے ساتھ اس دین میں شامل ہو جاؤ۔</w:t>
      </w:r>
    </w:p>
    <w:p>
      <w:r>
        <w:rPr>
          <w:b/>
        </w:rPr>
        <w:t xml:space="preserve">[26:16] </w:t>
      </w:r>
      <w:r>
        <w:t>ATAMUROONAN NASABIL BIRRI WATANSAUNA ANFUSAKUM.</w:t>
      </w:r>
    </w:p>
    <w:p>
      <w:pPr>
        <w:jc w:val="right"/>
      </w:pPr>
      <w:r>
        <w:t>أَتَأْمُرُونَ النَّاسَ بِالْبِرِّ وَتَنْسَوْنَ أَنْفُسَكُمْ.</w:t>
      </w:r>
    </w:p>
    <w:p>
      <w:r>
        <w:rPr>
          <w:b/>
        </w:rPr>
        <w:t xml:space="preserve">[26:19] </w:t>
      </w:r>
      <w:r>
        <w:t>kya tum hukum dete ho doosron ko neki ka aur apne aap ko bhool jate ho?</w:t>
      </w:r>
    </w:p>
    <w:p>
      <w:pPr>
        <w:jc w:val="right"/>
      </w:pPr>
      <w:r>
        <w:t>کیا تم حکم دیتے ہو دوسروں کو نیکی کا اور اپنے آپ کو بھول جاتے ہو؟</w:t>
      </w:r>
    </w:p>
    <w:p>
      <w:r>
        <w:rPr>
          <w:b/>
        </w:rPr>
        <w:t xml:space="preserve">[26:29] </w:t>
      </w:r>
      <w:r>
        <w:t>is ka matlab yeh hai ke</w:t>
      </w:r>
    </w:p>
    <w:p>
      <w:pPr>
        <w:jc w:val="right"/>
      </w:pPr>
      <w:r>
        <w:t>اس کا مطلب یہ ہے کہ</w:t>
      </w:r>
    </w:p>
    <w:p>
      <w:r>
        <w:rPr>
          <w:b/>
        </w:rPr>
        <w:t xml:space="preserve">[26:32] </w:t>
      </w:r>
      <w:r>
        <w:t>in ke zamane mein jo yahood thay un ko woh torat sunate thay</w:t>
      </w:r>
    </w:p>
    <w:p>
      <w:pPr>
        <w:jc w:val="right"/>
      </w:pPr>
      <w:r>
        <w:t>ان کے زمانے میں جو یہود تھے ان کو وہ تورات سناتے تھے</w:t>
      </w:r>
    </w:p>
    <w:p>
      <w:r>
        <w:rPr>
          <w:b/>
        </w:rPr>
        <w:t xml:space="preserve">[26:39] </w:t>
      </w:r>
      <w:r>
        <w:t>aur torat ki baton ki yaad dehani karate thay.</w:t>
      </w:r>
    </w:p>
    <w:p>
      <w:pPr>
        <w:jc w:val="right"/>
      </w:pPr>
      <w:r>
        <w:t>اور تورات کی باتوں کی یاد دہانی کراتے تھے۔</w:t>
      </w:r>
    </w:p>
    <w:p>
      <w:r>
        <w:rPr>
          <w:b/>
        </w:rPr>
        <w:t xml:space="preserve">[26:43] </w:t>
      </w:r>
      <w:r>
        <w:t>to is aayat ka matlab yeh hai ke tumhare baray mein jo toheed ki, torat ki talib hai</w:t>
      </w:r>
    </w:p>
    <w:p>
      <w:pPr>
        <w:jc w:val="right"/>
      </w:pPr>
      <w:r>
        <w:t>تو اس آیت کا مطلب یہ ہے کہ تمہارے بارے میں جو توحید کی، تورات کی طالب ہے</w:t>
      </w:r>
    </w:p>
    <w:p>
      <w:r>
        <w:rPr>
          <w:b/>
        </w:rPr>
        <w:t xml:space="preserve">[26:50] </w:t>
      </w:r>
      <w:r>
        <w:t>is ko tum bhule hue ho.</w:t>
      </w:r>
    </w:p>
    <w:p>
      <w:pPr>
        <w:jc w:val="right"/>
      </w:pPr>
      <w:r>
        <w:t>اس کو تم بھولے ہوئے ہو۔</w:t>
      </w:r>
    </w:p>
    <w:p>
      <w:r>
        <w:rPr>
          <w:b/>
        </w:rPr>
        <w:t xml:space="preserve">[26:52] </w:t>
      </w:r>
      <w:r>
        <w:t>yani tumhare apne baray mein torat yeh keh rahi hai ke tum ko naye nabi ko manna hoga</w:t>
      </w:r>
    </w:p>
    <w:p>
      <w:pPr>
        <w:jc w:val="right"/>
      </w:pPr>
      <w:r>
        <w:t>یعنی تمہارے اپنے بارے میں تورات یہ کہہ رہی ہے کہ تم کو نئے نبی کو ماننا ہوگا</w:t>
      </w:r>
    </w:p>
    <w:p>
      <w:r>
        <w:rPr>
          <w:b/>
        </w:rPr>
        <w:t xml:space="preserve">[26:58] </w:t>
      </w:r>
      <w:r>
        <w:t>is ke, to is ki tasdeeq karni hogi is ka sath dena hoga.</w:t>
      </w:r>
    </w:p>
    <w:p>
      <w:pPr>
        <w:jc w:val="right"/>
      </w:pPr>
      <w:r>
        <w:t>اس کے، تو اس کی تصدیق کرنی ہوگی اس کا ساتھ دینا ہوگا۔</w:t>
      </w:r>
    </w:p>
    <w:p>
      <w:r>
        <w:rPr>
          <w:b/>
        </w:rPr>
        <w:t xml:space="preserve">[27:02] </w:t>
      </w:r>
      <w:r>
        <w:t>yeh is mein likha hua tha ke nabi jab aaye to is ko tumhara sath dena hai.</w:t>
      </w:r>
    </w:p>
    <w:p>
      <w:pPr>
        <w:jc w:val="right"/>
      </w:pPr>
      <w:r>
        <w:t>یہ اس میں لکھا ہوا تھا کہ نبی جب آئے تو اس کو تمہارا ساتھ دینا ہے۔</w:t>
      </w:r>
    </w:p>
    <w:p>
      <w:r>
        <w:rPr>
          <w:b/>
        </w:rPr>
        <w:t xml:space="preserve">[27:07] </w:t>
      </w:r>
      <w:r>
        <w:t>nabi jab aaye to tumhara is ka inkar karne wala nahi banna hai.</w:t>
      </w:r>
    </w:p>
    <w:p>
      <w:pPr>
        <w:jc w:val="right"/>
      </w:pPr>
      <w:r>
        <w:t>نبی جب آئے تو تمہارا اس کا انکار کرنے والا نہیں بننا ہے۔</w:t>
      </w:r>
    </w:p>
    <w:p>
      <w:r>
        <w:rPr>
          <w:b/>
        </w:rPr>
        <w:t xml:space="preserve">[27:14] </w:t>
      </w:r>
      <w:r>
        <w:t>to tum doosron ko to</w:t>
      </w:r>
    </w:p>
    <w:p>
      <w:pPr>
        <w:jc w:val="right"/>
      </w:pPr>
      <w:r>
        <w:t>تو تم دوسروں کو تو</w:t>
      </w:r>
    </w:p>
    <w:p>
      <w:r>
        <w:rPr>
          <w:b/>
        </w:rPr>
        <w:t xml:space="preserve">[27:17] </w:t>
      </w:r>
      <w:r>
        <w:t>yeh kehte ho ke yani moosa ke deen par hamein chalna hai moosa ke kitab ko hamein follow</w:t>
      </w:r>
    </w:p>
    <w:p>
      <w:pPr>
        <w:jc w:val="right"/>
      </w:pPr>
      <w:r>
        <w:t>یہ کہتے ہو کہ یعنی موسیٰ کے دین پر ہمیں چلنا ہے موسیٰ کے کتاب کو ہمیں فالو</w:t>
      </w:r>
    </w:p>
    <w:p>
      <w:r>
        <w:rPr>
          <w:b/>
        </w:rPr>
        <w:t xml:space="preserve">[27:24] </w:t>
      </w:r>
      <w:r>
        <w:t>karna hai lekin lekin doosra jo pehlu hai jo tum se khitab karta hai ke muhammad jab aayen</w:t>
      </w:r>
    </w:p>
    <w:p>
      <w:pPr>
        <w:jc w:val="right"/>
      </w:pPr>
      <w:r>
        <w:t>کرنا ہے لیکن لیکن دوسرا جو پہلو ہے جو تم سے خطاب کرتا ہے کہ محمد جب آئیں</w:t>
      </w:r>
    </w:p>
    <w:p>
      <w:r>
        <w:rPr>
          <w:b/>
        </w:rPr>
        <w:t xml:space="preserve">[27:32] </w:t>
      </w:r>
      <w:r>
        <w:t>aakhri kitab le kar tumhein un ka sath dena hoga</w:t>
      </w:r>
    </w:p>
    <w:p>
      <w:pPr>
        <w:jc w:val="right"/>
      </w:pPr>
      <w:r>
        <w:t>آخری کتاب لے کر تمہیں ان کا ساتھ دینا ہوگا</w:t>
      </w:r>
    </w:p>
    <w:p>
      <w:r>
        <w:rPr>
          <w:b/>
        </w:rPr>
        <w:t xml:space="preserve">[27:35] </w:t>
      </w:r>
      <w:r>
        <w:t>is ko bhi tum bhule hue ho.</w:t>
      </w:r>
    </w:p>
    <w:p>
      <w:pPr>
        <w:jc w:val="right"/>
      </w:pPr>
      <w:r>
        <w:t>اس کو بھی تم بھولے ہوئے ہو۔</w:t>
      </w:r>
    </w:p>
    <w:p>
      <w:r>
        <w:rPr>
          <w:b/>
        </w:rPr>
        <w:t xml:space="preserve">[27:38] </w:t>
      </w:r>
      <w:r>
        <w:t>wa antum tatlunal kitab. aur tum padhte ho kitaab yaani jo kitaab tum padhte ho yaani Torat us mein likha hua hai yeh. lekin is ka matlab badal kar batate ho. is ka matlab badal kar batate ho. afala ta'qilun.</w:t>
      </w:r>
    </w:p>
    <w:p>
      <w:pPr>
        <w:jc w:val="right"/>
      </w:pPr>
      <w:r>
        <w:t>وَأَنْتُمْ تَتْلُونَ الْكِتَابَ۔ اور تم پڑھتے ہو کتاب یعنی جو کتاب تم پڑھتے ہو یعنی تورات اس میں لکھا ہوا ہے یہ۔ لیکن اس کا مطلب بدل کر بتاتے ہو۔ اس کا مطلب بدل کر بتاتے ہو۔ أَفَلَا تَأْخِرُونَ۔</w:t>
      </w:r>
    </w:p>
    <w:p>
      <w:r>
        <w:rPr>
          <w:b/>
        </w:rPr>
        <w:t xml:space="preserve">[27:59] </w:t>
      </w:r>
      <w:r>
        <w:t>afala ta'khirun kya tum samajhte nahi kya tum aql ko istemal nahi karte</w:t>
      </w:r>
    </w:p>
    <w:p>
      <w:pPr>
        <w:jc w:val="right"/>
      </w:pPr>
      <w:r>
        <w:t>أَفَلَا تَأْخِرُونَ کیا تم سمجھتے نہیں کیا تم عقل کو استعمال نہیں کرتے</w:t>
      </w:r>
    </w:p>
    <w:p>
      <w:r>
        <w:rPr>
          <w:b/>
        </w:rPr>
        <w:t xml:space="preserve">[28:06] </w:t>
      </w:r>
      <w:r>
        <w:t>is se yeh maloom hua ke jab bhi koi shakhs sachai ka inkar karta hai to aql ke</w:t>
      </w:r>
    </w:p>
    <w:p>
      <w:pPr>
        <w:jc w:val="right"/>
      </w:pPr>
      <w:r>
        <w:t>اس سے یہ معلوم ہوا کہ جب بھی کوئی شخص سچائی کا انکار کرتا ہے تو عقل کے</w:t>
      </w:r>
    </w:p>
    <w:p>
      <w:r>
        <w:rPr>
          <w:b/>
        </w:rPr>
        <w:t xml:space="preserve">[28:12] </w:t>
      </w:r>
      <w:r>
        <w:t>khilaf chalta hai woh ke jo sachai hoti hai woh hamesha aql ke mutabiq hoti hai</w:t>
      </w:r>
    </w:p>
    <w:p>
      <w:pPr>
        <w:jc w:val="right"/>
      </w:pPr>
      <w:r>
        <w:t>خلاف چلتا ہے وہ کہ جو سچائی ہوتی ہے وہ ہمیشہ عقل کے مطابق ہوتی ہے</w:t>
      </w:r>
    </w:p>
    <w:p>
      <w:r>
        <w:rPr>
          <w:b/>
        </w:rPr>
        <w:t xml:space="preserve">[28:18] </w:t>
      </w:r>
      <w:r>
        <w:t>to sachai ka sath na dena sachai mein shubah dalna yeh sab kya hota hai aql ke khilaf</w:t>
      </w:r>
    </w:p>
    <w:p>
      <w:pPr>
        <w:jc w:val="right"/>
      </w:pPr>
      <w:r>
        <w:t>تو سچائی کا ساتھ نہ دینا سچائی میں شبہ ڈالنا یہ سب کیا ہوتا ہے عقل کے خلاف</w:t>
      </w:r>
    </w:p>
    <w:p>
      <w:r>
        <w:rPr>
          <w:b/>
        </w:rPr>
        <w:t xml:space="preserve">[28:27] </w:t>
      </w:r>
      <w:r>
        <w:t>chalna hota hai to jab aadmi aql ke khilaf chale to to apna khud hi gawah ban jata</w:t>
      </w:r>
    </w:p>
    <w:p>
      <w:pPr>
        <w:jc w:val="right"/>
      </w:pPr>
      <w:r>
        <w:t>چلنا ہوتا ہے تو جب آدمی عقل کے خلاف چلے تو تو اپنا خود ہی گواہ بن جاتا</w:t>
      </w:r>
    </w:p>
    <w:p>
      <w:r>
        <w:rPr>
          <w:b/>
        </w:rPr>
        <w:t xml:space="preserve">[28:33] </w:t>
      </w:r>
      <w:r>
        <w:t>ban gaya kyunke is ka is ke jo consciousness hai us ko bol raha hoga ke tum yeh</w:t>
      </w:r>
    </w:p>
    <w:p>
      <w:pPr>
        <w:jc w:val="right"/>
      </w:pPr>
      <w:r>
        <w:t>بن گیا کیونکہ اس کا اس کے جو کانشیسنس ہے اس کو بول رہا ہوگا کہ تم یہ</w:t>
      </w:r>
    </w:p>
    <w:p>
      <w:r>
        <w:rPr>
          <w:b/>
        </w:rPr>
        <w:t xml:space="preserve">[28:37] </w:t>
      </w:r>
      <w:r>
        <w:t>kya kar rahe ho</w:t>
      </w:r>
    </w:p>
    <w:p>
      <w:pPr>
        <w:jc w:val="right"/>
      </w:pPr>
      <w:r>
        <w:t>کیا کر رہے ہو</w:t>
      </w:r>
    </w:p>
    <w:p>
      <w:r>
        <w:rPr>
          <w:b/>
        </w:rPr>
        <w:t xml:space="preserve">[28:39] </w:t>
      </w:r>
      <w:r>
        <w:t>yeh mafad ki khatir woh bole ga kuch lekin is ka apna zamir jo hai apna consciousness andar</w:t>
      </w:r>
    </w:p>
    <w:p>
      <w:pPr>
        <w:jc w:val="right"/>
      </w:pPr>
      <w:r>
        <w:t>یہ مفاد کی خاطر وہ بولے گا کچھ لیکن اس کا اپنا ضمیر جو ہے اپنا کانشیسنس اندر</w:t>
      </w:r>
    </w:p>
    <w:p>
      <w:r>
        <w:rPr>
          <w:b/>
        </w:rPr>
        <w:t xml:space="preserve">[28:45] </w:t>
      </w:r>
      <w:r>
        <w:t>se keh raha hoga ke tum kya kar rahe ho</w:t>
      </w:r>
    </w:p>
    <w:p>
      <w:pPr>
        <w:jc w:val="right"/>
      </w:pPr>
      <w:r>
        <w:t>سے کہہ رہا ہوگا کہ تم کیا کر رہے ہو</w:t>
      </w:r>
    </w:p>
    <w:p>
      <w:r>
        <w:rPr>
          <w:b/>
        </w:rPr>
        <w:t xml:space="preserve">[28:49] </w:t>
      </w:r>
      <w:r>
        <w:t>is ki taraf ishara kiya yahan</w:t>
      </w:r>
    </w:p>
    <w:p>
      <w:pPr>
        <w:jc w:val="right"/>
      </w:pPr>
      <w:r>
        <w:t>اس کی طرف اشارہ کیا یہاں</w:t>
      </w:r>
    </w:p>
    <w:p>
      <w:r>
        <w:rPr>
          <w:b/>
        </w:rPr>
        <w:t xml:space="preserve">[28:52] </w:t>
      </w:r>
      <w:r>
        <w:t>wast'inu bis sabri was salati. aur madad chaho sabr se aur namaz se. wa innaha lakabiratun illa 'alal khashi'in.</w:t>
      </w:r>
    </w:p>
    <w:p>
      <w:pPr>
        <w:jc w:val="right"/>
      </w:pPr>
      <w:r>
        <w:t>وَاسْتَعِينُوا بِالصَّبْرِ وَالصَّلَاةِ۔ اور مدد چاہو صبر سے اور نماز سے۔ وَإِنَّهَا لَكَبِيرَةٌ إِلَّا عَلَى الْخَاشِعِينَ۔</w:t>
      </w:r>
    </w:p>
    <w:p>
      <w:r>
        <w:rPr>
          <w:b/>
        </w:rPr>
        <w:t xml:space="preserve">[29:06] </w:t>
      </w:r>
      <w:r>
        <w:t>aur woh bhari hai lekin darne walon ke liye yahan par dekhiye jo zikr hai</w:t>
      </w:r>
    </w:p>
    <w:p>
      <w:pPr>
        <w:jc w:val="right"/>
      </w:pPr>
      <w:r>
        <w:t>اور وہ بھاری ہے لیکن ڈرنے والوں کے لیے یہاں پر دیکھیے جو ذکر ہے</w:t>
      </w:r>
    </w:p>
    <w:p>
      <w:r>
        <w:rPr>
          <w:b/>
        </w:rPr>
        <w:t xml:space="preserve">[29:16] </w:t>
      </w:r>
      <w:r>
        <w:t>sabr ka aur namaz ka woh spirit ke aitbar se spirit ke aitbar se yani tum jo</w:t>
      </w:r>
    </w:p>
    <w:p>
      <w:pPr>
        <w:jc w:val="right"/>
      </w:pPr>
      <w:r>
        <w:t>صبر کا اور نماز کا وہ اسپرٹ کے اعتبار سے اسپرٹ کے اعتبار سے یعنی تم جو</w:t>
      </w:r>
    </w:p>
    <w:p>
      <w:r>
        <w:rPr>
          <w:b/>
        </w:rPr>
        <w:t xml:space="preserve">[29:25] </w:t>
      </w:r>
      <w:r>
        <w:t>jo talimat torah ki jo tum jante ho jis ko parhte rehte ho us ko</w:t>
      </w:r>
    </w:p>
    <w:p>
      <w:pPr>
        <w:jc w:val="right"/>
      </w:pPr>
      <w:r>
        <w:t>جو تعلیمات تورات کی جو تم جانتے ہو جس کو پڑھتے رہتے ہو اس کو</w:t>
      </w:r>
    </w:p>
    <w:p>
      <w:r>
        <w:rPr>
          <w:b/>
        </w:rPr>
        <w:t xml:space="preserve">[29:32] </w:t>
      </w:r>
      <w:r>
        <w:t>lafzi tor par dohrate ho tum agar tum us ko spirit ke aitbar se apnao to tum khud</w:t>
      </w:r>
    </w:p>
    <w:p>
      <w:pPr>
        <w:jc w:val="right"/>
      </w:pPr>
      <w:r>
        <w:t>لفظی طور پر دہراتے ہو تم اگر تم اس کو اسپرٹ کے اعتبار سے اپناؤ تو تم خود</w:t>
      </w:r>
    </w:p>
    <w:p>
      <w:r>
        <w:rPr>
          <w:b/>
        </w:rPr>
        <w:t xml:space="preserve">[29:39] </w:t>
      </w:r>
      <w:r>
        <w:t>mehsoos karoge ke is ka taqaza yeh hai ke tum naye nabi ko mano</w:t>
      </w:r>
    </w:p>
    <w:p>
      <w:pPr>
        <w:jc w:val="right"/>
      </w:pPr>
      <w:r>
        <w:t>محسوس کرو گے کہ اس کا تقاضا یہ ہے کہ تم نئے نبی کو مانو</w:t>
      </w:r>
    </w:p>
    <w:p>
      <w:r>
        <w:rPr>
          <w:b/>
        </w:rPr>
        <w:t xml:space="preserve">[29:45] </w:t>
      </w:r>
      <w:r>
        <w:t>musa ke baad jo nabi aya us ko mano</w:t>
      </w:r>
    </w:p>
    <w:p>
      <w:pPr>
        <w:jc w:val="right"/>
      </w:pPr>
      <w:r>
        <w:t>موسیٰ کے بعد جو نبی آیا اس کو مانو</w:t>
      </w:r>
    </w:p>
    <w:p>
      <w:r>
        <w:rPr>
          <w:b/>
        </w:rPr>
        <w:t xml:space="preserve">[29:48] </w:t>
      </w:r>
      <w:r>
        <w:t>lekin tum tum ne tarjeeh de rakhi hai mafad par sachai ko nahi is liye us ko munkir</w:t>
      </w:r>
    </w:p>
    <w:p>
      <w:pPr>
        <w:jc w:val="right"/>
      </w:pPr>
      <w:r>
        <w:t>لیکن تم تم نے ترجیح دے رکھی ہے مفاد پر سچائی کو نہیں اس لیے اس کو منکر</w:t>
      </w:r>
    </w:p>
    <w:p>
      <w:r>
        <w:rPr>
          <w:b/>
        </w:rPr>
        <w:t xml:space="preserve">[29:56] </w:t>
      </w:r>
      <w:r>
        <w:t>ban gaye ho tum</w:t>
      </w:r>
    </w:p>
    <w:p>
      <w:pPr>
        <w:jc w:val="right"/>
      </w:pPr>
      <w:r>
        <w:t>بن گئے ہو تم</w:t>
      </w:r>
    </w:p>
    <w:p>
      <w:r>
        <w:rPr>
          <w:b/>
        </w:rPr>
        <w:t xml:space="preserve">[30:00] </w:t>
      </w:r>
      <w:r>
        <w:t>alladhina yadhunnuuna annahum mulaqu rabihim wa annahum ilayhi raji'un. woh log jo ke yeh gumaan karte hain ke woh Allah se milne wale hain. jo is baat ka dhyan karte hain ke woh Allah se milne wale hain. wa annahum ilayhi raji'un.</w:t>
      </w:r>
    </w:p>
    <w:p>
      <w:pPr>
        <w:jc w:val="right"/>
      </w:pPr>
      <w:r>
        <w:t>الَّذِينَ يَظُنُّونَ أَنَّهُمْ مُلَاقُونَ رَبِّهِمْ وَأَنَّهُمْ إِلَيْهِ رَاجِعُونَ۔ وہ لوگ جو کہ یہ گمان کرتے ہیں کہ وہ اللہ سے ملنے والے ہیں۔ جو اس بات کا دھیان کرتے ہیں کہ وہ اللہ سے ملنے والے ہیں۔ وَأَنَّهُمْ إِلَيْهِ رَاجِعُونَ۔</w:t>
      </w:r>
    </w:p>
    <w:p>
      <w:r>
        <w:rPr>
          <w:b/>
        </w:rPr>
        <w:t xml:space="preserve">[30:19] </w:t>
      </w:r>
      <w:r>
        <w:t>wun. aur bilashuba woh Allah ki taraf lotne wale hain yeh yeh ayat jo hai</w:t>
      </w:r>
    </w:p>
    <w:p>
      <w:pPr>
        <w:jc w:val="right"/>
      </w:pPr>
      <w:r>
        <w:t>ونَ. اور بلاشبہ وہ اللہ کی طرف لوٹنے والے ہیں یہ یہ آیت جو ہے</w:t>
      </w:r>
    </w:p>
    <w:p>
      <w:r>
        <w:rPr>
          <w:b/>
        </w:rPr>
        <w:t xml:space="preserve">[30:27] </w:t>
      </w:r>
      <w:r>
        <w:t>bohat aham haqeeqat ki taraf ishara kar rahi hai</w:t>
      </w:r>
    </w:p>
    <w:p>
      <w:pPr>
        <w:jc w:val="right"/>
      </w:pPr>
      <w:r>
        <w:t>بہت اہم حقیقت کی طرف اشارہ کر رہی ہے</w:t>
      </w:r>
    </w:p>
    <w:p>
      <w:r>
        <w:rPr>
          <w:b/>
        </w:rPr>
        <w:t xml:space="preserve">[30:31] </w:t>
      </w:r>
      <w:r>
        <w:t>ke Allah ke samne jo accountability ka mamla hai ke maut ke baad aadmi Allah ke samne khara</w:t>
      </w:r>
    </w:p>
    <w:p>
      <w:pPr>
        <w:jc w:val="right"/>
      </w:pPr>
      <w:r>
        <w:t>کہ اللہ کے سامنے جو اکاؤنٹیبلٹی کا معاملہ ہے کہ موت کے بعد آدمی اللہ کے سامنے کھڑا</w:t>
      </w:r>
    </w:p>
    <w:p>
      <w:r>
        <w:rPr>
          <w:b/>
        </w:rPr>
        <w:t xml:space="preserve">[30:37] </w:t>
      </w:r>
      <w:r>
        <w:t>hoga maut ke baad aadmi</w:t>
      </w:r>
    </w:p>
    <w:p>
      <w:pPr>
        <w:jc w:val="right"/>
      </w:pPr>
      <w:r>
        <w:t>ہوگا موت کے بعد آدمی</w:t>
      </w:r>
    </w:p>
    <w:p>
      <w:r>
        <w:rPr>
          <w:b/>
        </w:rPr>
        <w:t xml:space="preserve">[30:41] </w:t>
      </w:r>
      <w:r>
        <w:t>hashr ke maidan mein us ko jawab dena hoga apni zindagi ke bare mein</w:t>
      </w:r>
    </w:p>
    <w:p>
      <w:pPr>
        <w:jc w:val="right"/>
      </w:pPr>
      <w:r>
        <w:t>حشر کے میدان میں اس کو جواب دینا ہوگا اپنی زندگی کے بارے میں</w:t>
      </w:r>
    </w:p>
    <w:p>
      <w:r>
        <w:rPr>
          <w:b/>
        </w:rPr>
        <w:t xml:space="preserve">[30:48] </w:t>
      </w:r>
      <w:r>
        <w:t>yom yahkumunasulirabbilalameen ka mamla to jab bhi aadmi sachai se hate to is ka sabab</w:t>
      </w:r>
    </w:p>
    <w:p>
      <w:pPr>
        <w:jc w:val="right"/>
      </w:pPr>
      <w:r>
        <w:t>يَوْمَ يَحْكُمُونَ نَاسُ لِرَبِّ الْعَالَمِينَ کا معاملہ تو جب بھی آدمی سچائی سے ہٹے تو اس کا سبب</w:t>
      </w:r>
    </w:p>
    <w:p>
      <w:r>
        <w:rPr>
          <w:b/>
        </w:rPr>
        <w:t xml:space="preserve">[30:56] </w:t>
      </w:r>
      <w:r>
        <w:t>yeh hota hai ke akhirat ka mawakhza is ke zehan se nikal jata hai accountability ka tasawwur is</w:t>
      </w:r>
    </w:p>
    <w:p>
      <w:pPr>
        <w:jc w:val="right"/>
      </w:pPr>
      <w:r>
        <w:t>یہ ہوتا ہے کہ آخرت کا مواخذہ اس کے ذہن سے نکل جاتا ہے اکاؤنٹیبلٹی کا تصور اس</w:t>
      </w:r>
    </w:p>
    <w:p>
      <w:r>
        <w:rPr>
          <w:b/>
        </w:rPr>
        <w:t xml:space="preserve">[31:02] </w:t>
      </w:r>
      <w:r>
        <w:t>ke zehan mein zinda halat mehfooz reh jata hai zinda halat mein agar aadmi ke andar accountability ka</w:t>
      </w:r>
    </w:p>
    <w:p>
      <w:pPr>
        <w:jc w:val="right"/>
      </w:pPr>
      <w:r>
        <w:t>کے ذہن میں زندہ حالت محفوظ رہ جاتا ہے زندہ حالت میں اگر آدمی کے اندر اکاؤنٹیبلٹی کا</w:t>
      </w:r>
    </w:p>
    <w:p>
      <w:r>
        <w:rPr>
          <w:b/>
        </w:rPr>
        <w:t xml:space="preserve">[31:10] </w:t>
      </w:r>
      <w:r>
        <w:t>concept zinda ho to kabhi sachai se na hate</w:t>
      </w:r>
    </w:p>
    <w:p>
      <w:pPr>
        <w:jc w:val="right"/>
      </w:pPr>
      <w:r>
        <w:t>کانسیپٹ زندہ ہو تو کبھی سچائی سے نہ ہٹے</w:t>
      </w:r>
    </w:p>
    <w:p>
      <w:r>
        <w:rPr>
          <w:b/>
        </w:rPr>
        <w:t xml:space="preserve">[31:16] </w:t>
      </w:r>
      <w:r>
        <w:t>ya bani israiluzkurunimatiyllati anamtualaykum.</w:t>
      </w:r>
    </w:p>
    <w:p>
      <w:pPr>
        <w:jc w:val="right"/>
      </w:pPr>
      <w:r>
        <w:t>يَا بَنِي إِسْرَائِيلَ اذْكُرُوا نِعْمَتِي الَّتِي أَنَعَمْتُ عَلَيْكُمْ.</w:t>
      </w:r>
    </w:p>
    <w:p>
      <w:r>
        <w:rPr>
          <w:b/>
        </w:rPr>
        <w:t xml:space="preserve">[31:20] </w:t>
      </w:r>
      <w:r>
        <w:t>ae bani israel is nemat ko yaad karo jo</w:t>
      </w:r>
    </w:p>
    <w:p>
      <w:pPr>
        <w:jc w:val="right"/>
      </w:pPr>
      <w:r>
        <w:t>اے بنی اسرائیل اس نعمت کو یاد کرو جو</w:t>
      </w:r>
    </w:p>
    <w:p>
      <w:r>
        <w:rPr>
          <w:b/>
        </w:rPr>
        <w:t xml:space="preserve">[31:25] </w:t>
      </w:r>
      <w:r>
        <w:t>maine tum ko diya tha.</w:t>
      </w:r>
    </w:p>
    <w:p>
      <w:pPr>
        <w:jc w:val="right"/>
      </w:pPr>
      <w:r>
        <w:t>میں نے تم کو دیا تھا.</w:t>
      </w:r>
    </w:p>
    <w:p>
      <w:r>
        <w:rPr>
          <w:b/>
        </w:rPr>
        <w:t xml:space="preserve">[31:26] </w:t>
      </w:r>
      <w:r>
        <w:t>aur Allah ne tum ko fazilat di al alam par yeh nemat thi Allah ki taraf se yani</w:t>
      </w:r>
    </w:p>
    <w:p>
      <w:pPr>
        <w:jc w:val="right"/>
      </w:pPr>
      <w:r>
        <w:t>اور اللہ نے تم کو فضیلت دی ال عالم پر یہ نعمت تھی اللہ کی طرف سے یعنی</w:t>
      </w:r>
    </w:p>
    <w:p>
      <w:r>
        <w:rPr>
          <w:b/>
        </w:rPr>
        <w:t xml:space="preserve">[31:34] </w:t>
      </w:r>
      <w:r>
        <w:t>Allah ki taraf se tum ko yeh nemat di gayi yeh yeh tohfa diya gaya</w:t>
      </w:r>
    </w:p>
    <w:p>
      <w:pPr>
        <w:jc w:val="right"/>
      </w:pPr>
      <w:r>
        <w:t>اللہ کی طرف سے تم کو یہ نعمت دی گئی یہ یہ تحفہ دیا گیا</w:t>
      </w:r>
    </w:p>
    <w:p>
      <w:r>
        <w:rPr>
          <w:b/>
        </w:rPr>
        <w:t xml:space="preserve">[31:43] </w:t>
      </w:r>
      <w:r>
        <w:t>ke tum ko ahl e alam par fazilat di Allah taala ne yeh fazilat ke mane kya hain fazilat</w:t>
      </w:r>
    </w:p>
    <w:p>
      <w:pPr>
        <w:jc w:val="right"/>
      </w:pPr>
      <w:r>
        <w:t>کہ تم کو اہل عالم پر فضیلت دی اللہ تعالی نے یہ فضیلت کے معنی کیا ہیں فضیلت</w:t>
      </w:r>
    </w:p>
    <w:p>
      <w:r>
        <w:rPr>
          <w:b/>
        </w:rPr>
        <w:t xml:space="preserve">[31:49] </w:t>
      </w:r>
      <w:r>
        <w:t>ke mane superiority ke nahi hain ke tum ko superior bana diya bana diya bartar bana diya ya</w:t>
      </w:r>
    </w:p>
    <w:p>
      <w:pPr>
        <w:jc w:val="right"/>
      </w:pPr>
      <w:r>
        <w:t>کے معنی سپیریٹی کے نہیں ہیں کہ تم کو سپیریئر بنا دیا بنا دیا برتر بنا دیا یا</w:t>
      </w:r>
    </w:p>
    <w:p>
      <w:r>
        <w:rPr>
          <w:b/>
        </w:rPr>
        <w:t xml:space="preserve">[31:56] </w:t>
      </w:r>
      <w:r>
        <w:t>urdu mein jo kehte hain afzal bana diya aisa nahi hai yani Allah ne apne aik kaam ka</w:t>
      </w:r>
    </w:p>
    <w:p>
      <w:pPr>
        <w:jc w:val="right"/>
      </w:pPr>
      <w:r>
        <w:t>اردو میں جو کہتے ہیں افضل بنا دیا ایسا نہیں ہے یعنی اللہ نے اپنے ایک کام کا</w:t>
      </w:r>
    </w:p>
    <w:p>
      <w:r>
        <w:rPr>
          <w:b/>
        </w:rPr>
        <w:t xml:space="preserve">[32:02] </w:t>
      </w:r>
      <w:r>
        <w:t>ki zimmedari tum ko sonpi yeh kaam ke Allah ki jo hidayat peghambar ke zariye aayi hai</w:t>
      </w:r>
    </w:p>
    <w:p>
      <w:pPr>
        <w:jc w:val="right"/>
      </w:pPr>
      <w:r>
        <w:t>کی ذمہ داری تم کو سونپی یہ کام کہ اللہ کی جو ہدایت پیغمبر کے ذریعے ائی ہے</w:t>
      </w:r>
    </w:p>
    <w:p>
      <w:r>
        <w:rPr>
          <w:b/>
        </w:rPr>
        <w:t xml:space="preserve">[32:09] </w:t>
      </w:r>
      <w:r>
        <w:t>is ko tum samjho</w:t>
      </w:r>
    </w:p>
    <w:p>
      <w:pPr>
        <w:jc w:val="right"/>
      </w:pPr>
      <w:r>
        <w:t>اس کو تم سمجھو</w:t>
      </w:r>
    </w:p>
    <w:p>
      <w:r>
        <w:rPr>
          <w:b/>
        </w:rPr>
        <w:t xml:space="preserve">[32:11] </w:t>
      </w:r>
      <w:r>
        <w:t>khud follow karo aur ahl-e-alam tak is ko pohanchao</w:t>
      </w:r>
    </w:p>
    <w:p>
      <w:pPr>
        <w:jc w:val="right"/>
      </w:pPr>
      <w:r>
        <w:t>خود فالو کرو اور اہل عالم تک اس کو پہنچاؤ</w:t>
      </w:r>
    </w:p>
    <w:p>
      <w:r>
        <w:rPr>
          <w:b/>
        </w:rPr>
        <w:t xml:space="preserve">[32:16] </w:t>
      </w:r>
      <w:r>
        <w:t>yeh yeh hukum abhi bhi torait mein maujood hai abhi bhi maujood hai woh yeh hai torait mein</w:t>
      </w:r>
    </w:p>
    <w:p>
      <w:pPr>
        <w:jc w:val="right"/>
      </w:pPr>
      <w:r>
        <w:t>یہ یہ حکم ابھی بھی تورات میں موجود ہے ابھی بھی موجود ہے وہ یہ ہے تورات میں</w:t>
      </w:r>
    </w:p>
    <w:p>
      <w:r>
        <w:rPr>
          <w:b/>
        </w:rPr>
        <w:t xml:space="preserve">[32:24] </w:t>
      </w:r>
      <w:r>
        <w:t>ke tum ko witness banna hai Allah ke aage Allah ke liye witness witness mani gawah</w:t>
      </w:r>
    </w:p>
    <w:p>
      <w:pPr>
        <w:jc w:val="right"/>
      </w:pPr>
      <w:r>
        <w:t>کہ تم کو وٹنس بننا ہے اللہ کے اگے اللہ کے لیے وٹنس وٹنس معنی گواہ</w:t>
      </w:r>
    </w:p>
    <w:p>
      <w:r>
        <w:rPr>
          <w:b/>
        </w:rPr>
        <w:t xml:space="preserve">[32:31] </w:t>
      </w:r>
      <w:r>
        <w:t>to Allah ne tum ko apna witness banaya yeh bohat bara</w:t>
      </w:r>
    </w:p>
    <w:p>
      <w:pPr>
        <w:jc w:val="right"/>
      </w:pPr>
      <w:r>
        <w:t>تو اللہ نے تم کو اپنا وٹنس بنایا یہ بہت بڑا</w:t>
      </w:r>
    </w:p>
    <w:p>
      <w:r>
        <w:rPr>
          <w:b/>
        </w:rPr>
        <w:t xml:space="preserve">[32:37] </w:t>
      </w:r>
      <w:r>
        <w:t>bari cheez thi tumhare liye to tum ne isi isi ko bhula diya dekhiye yani yahood ne is</w:t>
      </w:r>
    </w:p>
    <w:p>
      <w:pPr>
        <w:jc w:val="right"/>
      </w:pPr>
      <w:r>
        <w:t>بڑی چیز تھی تمہارے لیے تو تم نے اسی اسی کو بھلا دیا دیکھیے یعنی یہود نے اس</w:t>
      </w:r>
    </w:p>
    <w:p>
      <w:r>
        <w:rPr>
          <w:b/>
        </w:rPr>
        <w:t xml:space="preserve">[32:45] </w:t>
      </w:r>
      <w:r>
        <w:t>ko bazahir nahi bhulaya tha yahood ke haan yeh tasawwur aa gaya ke hum hum hum superior log hain</w:t>
      </w:r>
    </w:p>
    <w:p>
      <w:pPr>
        <w:jc w:val="right"/>
      </w:pPr>
      <w:r>
        <w:t>کو بظاہر نہیں بھلایا تھا یہود کے ہاں یہ تصور اگیا کہ ہم ہم ہم سپیریئر لوگ ہیں</w:t>
      </w:r>
    </w:p>
    <w:p>
      <w:r>
        <w:rPr>
          <w:b/>
        </w:rPr>
        <w:t xml:space="preserve">[32:54] </w:t>
      </w:r>
      <w:r>
        <w:t>hum special log hain chunancha is par baqayda kitabein likhi gayi hain jewish supremacy</w:t>
      </w:r>
    </w:p>
    <w:p>
      <w:pPr>
        <w:jc w:val="right"/>
      </w:pPr>
      <w:r>
        <w:t>ہم اسپیشل لوگ ہیں چنانچہ اس پر باقاعدہ کتابیں لکھی گئی ہیں جوئش سپرا میسز</w:t>
      </w:r>
    </w:p>
    <w:p>
      <w:r>
        <w:rPr>
          <w:b/>
        </w:rPr>
        <w:t xml:space="preserve">[33:02] </w:t>
      </w:r>
      <w:r>
        <w:t>jewish supremacy yahoodi bartari</w:t>
      </w:r>
    </w:p>
    <w:p>
      <w:pPr>
        <w:jc w:val="right"/>
      </w:pPr>
      <w:r>
        <w:t>جوئش سپرا میسز یہودی برتری</w:t>
      </w:r>
    </w:p>
    <w:p>
      <w:r>
        <w:rPr>
          <w:b/>
        </w:rPr>
        <w:t xml:space="preserve">[33:06] </w:t>
      </w:r>
      <w:r>
        <w:t>to jis cheez ko Allah ne diya tha un ko</w:t>
      </w:r>
    </w:p>
    <w:p>
      <w:pPr>
        <w:jc w:val="right"/>
      </w:pPr>
      <w:r>
        <w:t>تو جس چیز کو اللہ نے دیا تھا ان کو</w:t>
      </w:r>
    </w:p>
    <w:p>
      <w:r>
        <w:rPr>
          <w:b/>
        </w:rPr>
        <w:t xml:space="preserve">[33:09] </w:t>
      </w:r>
      <w:r>
        <w:t>zimmedari ke taur par yani Allah ne apna numainda banaya to yeh ek zimmedari ka mamla</w:t>
      </w:r>
    </w:p>
    <w:p>
      <w:pPr>
        <w:jc w:val="right"/>
      </w:pPr>
      <w:r>
        <w:t>ذمہ داری کے طور پر یعنی اللہ نے اپنا نمائندہ بنایا تو یہ ایک ذمہ داری کا معاملہ</w:t>
      </w:r>
    </w:p>
    <w:p>
      <w:r>
        <w:rPr>
          <w:b/>
        </w:rPr>
        <w:t xml:space="preserve">[33:15] </w:t>
      </w:r>
      <w:r>
        <w:t>tha lekin is ko le liya unhone</w:t>
      </w:r>
    </w:p>
    <w:p>
      <w:pPr>
        <w:jc w:val="right"/>
      </w:pPr>
      <w:r>
        <w:t>تھا لیکن اس کو لے لیا انہوں نے</w:t>
      </w:r>
    </w:p>
    <w:p>
      <w:r>
        <w:rPr>
          <w:b/>
        </w:rPr>
        <w:t xml:space="preserve">[33:19] </w:t>
      </w:r>
      <w:r>
        <w:t>bartari ke mamle mein so un ke haan baqayda nazariya bana ke yahoodi superior superior hain doosron se</w:t>
      </w:r>
    </w:p>
    <w:p>
      <w:pPr>
        <w:jc w:val="right"/>
      </w:pPr>
      <w:r>
        <w:t>برتری کے معاملے میں سو ان کے ہاں باقاعدہ نظریہ بنا کہ یہودی سپیریئر سپیریئر ہیں دوسروں سے</w:t>
      </w:r>
    </w:p>
    <w:p>
      <w:r>
        <w:rPr>
          <w:b/>
        </w:rPr>
        <w:t xml:space="preserve">[33:28] </w:t>
      </w:r>
      <w:r>
        <w:t>aur yahi ab musalman mein aa gaya hai ke samajhte hain ke hum superior hain hum to khair ul ummat</w:t>
      </w:r>
    </w:p>
    <w:p>
      <w:pPr>
        <w:jc w:val="right"/>
      </w:pPr>
      <w:r>
        <w:t>اور یہی اب مسلمان میں اگیا ہے کہ سمجھتے ہیں کہ ہم سپیریئر ہیں ہم تو خیر امت</w:t>
      </w:r>
    </w:p>
    <w:p>
      <w:r>
        <w:rPr>
          <w:b/>
        </w:rPr>
        <w:t xml:space="preserve">[33:33] </w:t>
      </w:r>
      <w:r>
        <w:t>hain to jo yahood mein aaya tha wahi musalman mein aa gaya ke zimmedari ko le liya unhone</w:t>
      </w:r>
    </w:p>
    <w:p>
      <w:pPr>
        <w:jc w:val="right"/>
      </w:pPr>
      <w:r>
        <w:t>ہیں تو جو یہود میں ایا تھا وہی مسلمان میں اگیا کہ ذمہ داری کو لے لیا انہوں</w:t>
      </w:r>
    </w:p>
    <w:p>
      <w:r>
        <w:rPr>
          <w:b/>
        </w:rPr>
        <w:t xml:space="preserve">[33:38] </w:t>
      </w:r>
      <w:r>
        <w:t>bartari ke mani mein afzaliyat ke mani mein yahood ne bhi yahi kiya tha ke jo cheez</w:t>
      </w:r>
    </w:p>
    <w:p>
      <w:pPr>
        <w:jc w:val="right"/>
      </w:pPr>
      <w:r>
        <w:t>نے برتری کے معنی میں افضلیت کے معنی میں یہود نے بھی یہی کیا تھا کہ جو چیز</w:t>
      </w:r>
    </w:p>
    <w:p>
      <w:r>
        <w:rPr>
          <w:b/>
        </w:rPr>
        <w:t xml:space="preserve">[33:45] </w:t>
      </w:r>
      <w:r>
        <w:t>zimmedari ke taur par di gayi thi us ko unhone afzaliyat ke mani mein le liya</w:t>
      </w:r>
    </w:p>
    <w:p>
      <w:pPr>
        <w:jc w:val="right"/>
      </w:pPr>
      <w:r>
        <w:t>ذمہ داری کے طور پر دی گئی تھی اس کو انہوں نے افضلیت کے معنی میں لے لیا</w:t>
      </w:r>
    </w:p>
    <w:p>
      <w:r>
        <w:rPr>
          <w:b/>
        </w:rPr>
        <w:t xml:space="preserve">[33:50] </w:t>
      </w:r>
      <w:r>
        <w:t>ab yeh musalman bhi kar rahe hain ke jo cheez di gayi thi un ko zimmedari ke</w:t>
      </w:r>
    </w:p>
    <w:p>
      <w:pPr>
        <w:jc w:val="right"/>
      </w:pPr>
      <w:r>
        <w:t>اب یہ مسلمان بھی کر رہے ہیں کہ جو چیز دی گئی تھی ان کو ذمہ داری کے</w:t>
      </w:r>
    </w:p>
    <w:p>
      <w:r>
        <w:rPr>
          <w:b/>
        </w:rPr>
        <w:t xml:space="preserve">[33:55] </w:t>
      </w:r>
      <w:r>
        <w:t>aitbar se us ko unhone afzaliyat ke mani mein le liya</w:t>
      </w:r>
    </w:p>
    <w:p>
      <w:pPr>
        <w:jc w:val="right"/>
      </w:pPr>
      <w:r>
        <w:t>اعتبار سے اس کو انہوں نے افضلیت کے معنی میں لے لیا</w:t>
      </w:r>
    </w:p>
    <w:p>
      <w:r>
        <w:rPr>
          <w:b/>
        </w:rPr>
        <w:t xml:space="preserve">[34:00] </w:t>
      </w:r>
      <w:r>
        <w:t>yani dawat ka jo asal jo tha mamla dawat us ko to karte nahi hain aur afzal afzal</w:t>
      </w:r>
    </w:p>
    <w:p>
      <w:pPr>
        <w:jc w:val="right"/>
      </w:pPr>
      <w:r>
        <w:t>یعنی دعوت کا جو اصل جو تھا معاملہ دعوت اس کو تو کرتے نہیں ہیں اور افضل افضل</w:t>
      </w:r>
    </w:p>
    <w:p>
      <w:r>
        <w:rPr>
          <w:b/>
        </w:rPr>
        <w:t xml:space="preserve">[34:07] </w:t>
      </w:r>
      <w:r>
        <w:t>banaye hue hain apne aap ko</w:t>
      </w:r>
    </w:p>
    <w:p>
      <w:pPr>
        <w:jc w:val="right"/>
      </w:pPr>
      <w:r>
        <w:t>بنائے ہوئے ہیں اپنے اپ کو</w:t>
      </w:r>
    </w:p>
    <w:p>
      <w:r>
        <w:rPr>
          <w:b/>
        </w:rPr>
        <w:t xml:space="preserve">[34:09] </w:t>
      </w:r>
      <w:r>
        <w:t>yani apne aap ko</w:t>
      </w:r>
    </w:p>
    <w:p>
      <w:pPr>
        <w:jc w:val="right"/>
      </w:pPr>
      <w:r>
        <w:t>یعنی اپنے اپ کو</w:t>
      </w:r>
    </w:p>
    <w:p>
      <w:r>
        <w:rPr>
          <w:b/>
        </w:rPr>
        <w:t xml:space="preserve">[34:12] </w:t>
      </w:r>
      <w:r>
        <w:t>yeh banaye hue hain ke hum khair ul ummat hain yeh khoob is ko charcha karte hain lekin yeh</w:t>
      </w:r>
    </w:p>
    <w:p>
      <w:pPr>
        <w:jc w:val="right"/>
      </w:pPr>
      <w:r>
        <w:t>یہ بنائے ہوئے ہیں کہ ہم خیر العموم ہیں یہ خوب اس کو چرچا کرتے ہیں لیکن یہ</w:t>
      </w:r>
    </w:p>
    <w:p>
      <w:r>
        <w:rPr>
          <w:b/>
        </w:rPr>
        <w:t xml:space="preserve">[34:20] </w:t>
      </w:r>
      <w:r>
        <w:t>jo zimmedari hai ke dunya mein dawat Allah ka kaam kiya jaye ahl-e-alam ke samne</w:t>
      </w:r>
    </w:p>
    <w:p>
      <w:pPr>
        <w:jc w:val="right"/>
      </w:pPr>
      <w:r>
        <w:t>جو ذمہ داری ہے کہ دنیا میں دعوت اللہ کا کام کیا جائے اہل عالم کے سامنے</w:t>
      </w:r>
    </w:p>
    <w:p>
      <w:r>
        <w:rPr>
          <w:b/>
        </w:rPr>
        <w:t xml:space="preserve">[34:28] </w:t>
      </w:r>
      <w:r>
        <w:t>jo Khuda ki sachai hai us ko pohanchaya jaye us ko bhule hue hain</w:t>
      </w:r>
    </w:p>
    <w:p>
      <w:pPr>
        <w:jc w:val="right"/>
      </w:pPr>
      <w:r>
        <w:t>جو خدا کی سچائی ہے اس کو پہنچایا جائے اس کو بھولے ہوئے ہیں</w:t>
      </w:r>
    </w:p>
    <w:p>
      <w:r>
        <w:rPr>
          <w:b/>
        </w:rPr>
        <w:t xml:space="preserve">[34:36] </w:t>
      </w:r>
      <w:r>
        <w:t>wa attaqoo yawma la tajzee nafsum shai'an.</w:t>
      </w:r>
    </w:p>
    <w:p>
      <w:pPr>
        <w:jc w:val="right"/>
      </w:pPr>
      <w:r>
        <w:t>وَاتَّقُوا يَوْمَ لَا تَجْزِيْنَ نَفْسٌ شَيْئًا.</w:t>
      </w:r>
    </w:p>
    <w:p>
      <w:r>
        <w:rPr>
          <w:b/>
        </w:rPr>
        <w:t xml:space="preserve">[34:40] </w:t>
      </w:r>
      <w:r>
        <w:t>is din se daro jab ek aadmi doosre ek aadmi ke kaam nahi aayega</w:t>
      </w:r>
    </w:p>
    <w:p>
      <w:pPr>
        <w:jc w:val="right"/>
      </w:pPr>
      <w:r>
        <w:t>اس دن سے ڈرو جب ایک ادمی دوسرے ایک ادمی کے کام نہیں ائے گا</w:t>
      </w:r>
    </w:p>
    <w:p>
      <w:r>
        <w:rPr>
          <w:b/>
        </w:rPr>
        <w:t xml:space="preserve">[34:48] </w:t>
      </w:r>
      <w:r>
        <w:t>to bohat holnak din hoga</w:t>
      </w:r>
    </w:p>
    <w:p>
      <w:pPr>
        <w:jc w:val="right"/>
      </w:pPr>
      <w:r>
        <w:t>تو بہت ہولناک دن ہوگا</w:t>
      </w:r>
    </w:p>
    <w:p>
      <w:r>
        <w:rPr>
          <w:b/>
        </w:rPr>
        <w:t xml:space="preserve">[34:51] </w:t>
      </w:r>
      <w:r>
        <w:t>ke jo paish aane wala hai us din koi kisi kaam nahi aayega dekhiye ye bohat hi</w:t>
      </w:r>
    </w:p>
    <w:p>
      <w:pPr>
        <w:jc w:val="right"/>
      </w:pPr>
      <w:r>
        <w:t>کہ جو پیش انے والا ہے اس دن کوئی کسی کام نہیں ائے گا دیکھیے یہ بہت ہی</w:t>
      </w:r>
    </w:p>
    <w:p>
      <w:r>
        <w:rPr>
          <w:b/>
        </w:rPr>
        <w:t xml:space="preserve">[34:57] </w:t>
      </w:r>
      <w:r>
        <w:t>ye lafz bohat ba-ma'ni hai yahan par</w:t>
      </w:r>
    </w:p>
    <w:p>
      <w:pPr>
        <w:jc w:val="right"/>
      </w:pPr>
      <w:r>
        <w:t>یہ لفظ بہت بامعنی ہے یہاں پر</w:t>
      </w:r>
    </w:p>
    <w:p>
      <w:r>
        <w:rPr>
          <w:b/>
        </w:rPr>
        <w:t xml:space="preserve">[35:01] </w:t>
      </w:r>
      <w:r>
        <w:t>ke dunya mein aadmi jab inkaar karta hai is bharose par mere paas</w:t>
      </w:r>
    </w:p>
    <w:p>
      <w:pPr>
        <w:jc w:val="right"/>
      </w:pPr>
      <w:r>
        <w:t>کہ دنیا میں ادمی جب انکار کرتا ہے اس بھروسے پر میرے پاس</w:t>
      </w:r>
    </w:p>
    <w:p>
      <w:r>
        <w:rPr>
          <w:b/>
        </w:rPr>
        <w:t xml:space="preserve">[35:07] </w:t>
      </w:r>
      <w:r>
        <w:t>bheed hai mere paas awam hai mere paas ye hai mere paas wo hai to ek bharosa is</w:t>
      </w:r>
    </w:p>
    <w:p>
      <w:pPr>
        <w:jc w:val="right"/>
      </w:pPr>
      <w:r>
        <w:t>بھیڑ ہے میرے پاس عوام ہے میرے پاس یہ ہے میرے پاس وہ ہے تو ایک بھروسہ اس</w:t>
      </w:r>
    </w:p>
    <w:p>
      <w:r>
        <w:rPr>
          <w:b/>
        </w:rPr>
        <w:t xml:space="preserve">[35:13] </w:t>
      </w:r>
      <w:r>
        <w:t>ko hota hai is liye wo inkaar karta hai</w:t>
      </w:r>
    </w:p>
    <w:p>
      <w:pPr>
        <w:jc w:val="right"/>
      </w:pPr>
      <w:r>
        <w:t>کو ہوتا ہے اس لیے وہ انکار کرتا ہے</w:t>
      </w:r>
    </w:p>
    <w:p>
      <w:r>
        <w:rPr>
          <w:b/>
        </w:rPr>
        <w:t xml:space="preserve">[35:17] </w:t>
      </w:r>
      <w:r>
        <w:t>to is ka matlab ye hai ke aaj to tum samajhte ho ke tumhare paas</w:t>
      </w:r>
    </w:p>
    <w:p>
      <w:pPr>
        <w:jc w:val="right"/>
      </w:pPr>
      <w:r>
        <w:t>تو اس کا مطلب یہ ہے کہ اج تو تم سمجھتے ہو کہ تمہارے پاس</w:t>
      </w:r>
    </w:p>
    <w:p>
      <w:r>
        <w:rPr>
          <w:b/>
        </w:rPr>
        <w:t xml:space="preserve">[35:21] </w:t>
      </w:r>
      <w:r>
        <w:t>bais hai tumhare paas</w:t>
      </w:r>
    </w:p>
    <w:p>
      <w:pPr>
        <w:jc w:val="right"/>
      </w:pPr>
      <w:r>
        <w:t>بیس ہے تمہارے پاس</w:t>
      </w:r>
    </w:p>
    <w:p>
      <w:r>
        <w:rPr>
          <w:b/>
        </w:rPr>
        <w:t xml:space="preserve">[35:24] </w:t>
      </w:r>
      <w:r>
        <w:t>idare hain tumhare paas</w:t>
      </w:r>
    </w:p>
    <w:p>
      <w:pPr>
        <w:jc w:val="right"/>
      </w:pPr>
      <w:r>
        <w:t>ادارے ہیں تمہارے پاس</w:t>
      </w:r>
    </w:p>
    <w:p>
      <w:r>
        <w:rPr>
          <w:b/>
        </w:rPr>
        <w:t xml:space="preserve">[35:26] </w:t>
      </w:r>
      <w:r>
        <w:t>bheed hai tumhare paas maqamat hain to is par tum</w:t>
      </w:r>
    </w:p>
    <w:p>
      <w:pPr>
        <w:jc w:val="right"/>
      </w:pPr>
      <w:r>
        <w:t>بھیڑ ہے تمہارے پاس مقامات ہیں تو اس پر تم</w:t>
      </w:r>
    </w:p>
    <w:p>
      <w:r>
        <w:rPr>
          <w:b/>
        </w:rPr>
        <w:t xml:space="preserve">[35:34] </w:t>
      </w:r>
      <w:r>
        <w:t>jhoota aitmad to tumhare andar paida ho gaya hai aur tum inkaar kar rahe ho sachai ka lekin</w:t>
      </w:r>
    </w:p>
    <w:p>
      <w:pPr>
        <w:jc w:val="right"/>
      </w:pPr>
      <w:r>
        <w:t>جھوٹا اعتماد تو تمہارے اندر پیدا ہو گیا ہے اور تم انکار کر رہے ہو سچائی کا لیکن</w:t>
      </w:r>
    </w:p>
    <w:p>
      <w:r>
        <w:rPr>
          <w:b/>
        </w:rPr>
        <w:t xml:space="preserve">[35:41] </w:t>
      </w:r>
      <w:r>
        <w:t>wo waqt aane wala hai jab ke sab khatm ho jayega</w:t>
      </w:r>
    </w:p>
    <w:p>
      <w:pPr>
        <w:jc w:val="right"/>
      </w:pPr>
      <w:r>
        <w:t>وہ وقت انے والا ہے جب کہ سب ختم ہو جائے گا</w:t>
      </w:r>
    </w:p>
    <w:p>
      <w:r>
        <w:rPr>
          <w:b/>
        </w:rPr>
        <w:t xml:space="preserve">[35:44] </w:t>
      </w:r>
      <w:r>
        <w:t>jab hashr ke maidan mein sab log ekatha hue kiye jayenge to tum bhi wahan sab ki</w:t>
      </w:r>
    </w:p>
    <w:p>
      <w:pPr>
        <w:jc w:val="right"/>
      </w:pPr>
      <w:r>
        <w:t>جب حشر کے میدان میں سب لوگ اکٹھا ہوئے کیے جائیں گے تو تم بھی وہاں سب کی</w:t>
      </w:r>
    </w:p>
    <w:p>
      <w:r>
        <w:rPr>
          <w:b/>
        </w:rPr>
        <w:t xml:space="preserve">[35:50] </w:t>
      </w:r>
      <w:r>
        <w:t>tarah hoge wahan koi tumhari afzaliyat wahan nahi tum ka tumhara saath degi</w:t>
      </w:r>
    </w:p>
    <w:p>
      <w:pPr>
        <w:jc w:val="right"/>
      </w:pPr>
      <w:r>
        <w:t>طرح ہو گے وہاں کوئی تمہاری افضلیت وہاں نہیں تم کا تمہارا ساتھ دے گی</w:t>
      </w:r>
    </w:p>
    <w:p>
      <w:r>
        <w:rPr>
          <w:b/>
        </w:rPr>
        <w:t xml:space="preserve">[35:58] </w:t>
      </w:r>
      <w:r>
        <w:t>to is din ko socho</w:t>
      </w:r>
    </w:p>
    <w:p>
      <w:pPr>
        <w:jc w:val="right"/>
      </w:pPr>
      <w:r>
        <w:t>تو اس دن کو سوچو</w:t>
      </w:r>
    </w:p>
    <w:p>
      <w:r>
        <w:rPr>
          <w:b/>
        </w:rPr>
        <w:t xml:space="preserve">[36:01] </w:t>
      </w:r>
      <w:r>
        <w:t>wa la yuqbalu minha shafa'ah. is din koi shafa'at qabool nahi ki jayegi. shafa'at ka matlab hai recommendation. recommendation. koi wahan par tumhari shafa'at kare to woh Allah ke haan nahi maana jayega. duniya mein to recommendation chalta hai lekin maani nahi chalega. wa la yu'khadhu minha 'adlun.</w:t>
      </w:r>
    </w:p>
    <w:p>
      <w:pPr>
        <w:jc w:val="right"/>
      </w:pPr>
      <w:r>
        <w:t>وَلَا يُقْبَلُ مِنَهَا شَفَاعَةٌ۔ اس دن کوئی شفاعت قبول نہیں کی جائے گی۔ شفاعت کا مطلب ہے ریکمنڈیشن۔ ریکمنڈیشن۔ کوئی وہاں پر تمہاری شفاعت کرے تو وہ اللہ کے ہاں نہیں مانا جائے گا۔ دنیا میں تو ریکمنڈیشن چلتا ہے لیکن معنی نہیں چلے گا۔ وَلَا يُؤخَذُ مِنْهَا عَدْلٌ۔</w:t>
      </w:r>
    </w:p>
    <w:p>
      <w:r>
        <w:rPr>
          <w:b/>
        </w:rPr>
        <w:t xml:space="preserve">[36:22] </w:t>
      </w:r>
      <w:r>
        <w:t>aur koi muawza nahi liya jayega. yaani wahan aisa nahi ke duniya mein dekh kar kaam chal jata hai. to wahan dekh kar kaam nahi chalega wahan. sirf aadmi ka amal us ka saath dega. wa la hum yansurun.</w:t>
      </w:r>
    </w:p>
    <w:p>
      <w:pPr>
        <w:jc w:val="right"/>
      </w:pPr>
      <w:r>
        <w:t>اور کوئی معاوضہ نہیں لیا جائے گا۔ یعنی وہاں ایسا نہیں کہ دنیا میں دیکھ کر کام چل جاتا ہے۔ تو وہاں دیکھ کر کام نہیں چلے گا وہاں۔ صرف آدمی کا عمل اس کا ساتھ دے گا۔ وَلَا هُمْ يَنْصَرُونَ۔</w:t>
      </w:r>
    </w:p>
    <w:p>
      <w:r>
        <w:rPr>
          <w:b/>
        </w:rPr>
        <w:t xml:space="preserve">[36:39] </w:t>
      </w:r>
      <w:r>
        <w:t>aur nah un ki madad ki jayegi. dunya mein koi daud kar aa sakta hai aap ki madad karne ke liye. are bhai mere mere dost hain yeh mere rishtedar hain. to wahan aisa koi nahi hoga. koi madad karne ke liye daud kar nahi aayega. wa yadh najjaynakum min aali fir'auna yasumunakum.</w:t>
      </w:r>
    </w:p>
    <w:p>
      <w:pPr>
        <w:jc w:val="right"/>
      </w:pPr>
      <w:r>
        <w:t>اور نہ ان کی مدد کی جائے گی۔ دنیا میں کوئی دوڑ کر آ سکتا ہے آپ کی مدد کرنے کے لیے۔ ارے بھائی میرے میرے دوست ہیں یہ میرے رشتہ دار ہیں۔ تو وہاں ایسا کوئی نہیں ہوگا۔ کوئی مدد کرنے کے لیے دوڑ کر نہیں آئے گا۔ وَيَذْنَجَّيْنَاكُمْ مِنْ آلِ فِرْعَونَ يَسُومُونَكُمْ۔</w:t>
      </w:r>
    </w:p>
    <w:p>
      <w:r>
        <w:rPr>
          <w:b/>
        </w:rPr>
        <w:t xml:space="preserve">[37:03] </w:t>
      </w:r>
      <w:r>
        <w:t>aur yaad karo jab ke hum ne tum ko nijaat di tum ko bachaya aali fir'auna se. yasumunakum soo'a al-azab. tum par bohat sakht azab ke mani hain bohat. yeh azab ke mani akhirat ka azab nahi hai. yeh tum ko sakht halaat mein dale hue thay. tum ko sakht museebat mein dali hui thi. yahan azab ba-ma'ni museebat hai. yadhabbahuna abna'akum wa yastahiyuna nisa'akum.</w:t>
      </w:r>
    </w:p>
    <w:p>
      <w:pPr>
        <w:jc w:val="right"/>
      </w:pPr>
      <w:r>
        <w:t>اور یاد کرو جب کہ ہم نے تم کو نجات دی تم کو بچایا آلِ فِرْعَونَ سے۔ يَسُومُونَكُمْ سُوءَ الْعَذَابِ۔ تم پر بہت سخت عذاب کے معنی ہیں بہت۔ یہ عذاب کے معنی آخرت کا عذاب نہیں ہے۔ یہ تم کو سخت حالات میں ڈالے ہوئے تھے۔ تم کو سخت مصیبت میں ڈالی ہوئی تھی۔ یہاں عذاب بمعنی مصیبت ہے۔ يَذَبِّحُونَ أَبْنَائَكُمْ وَيَسْتَحِيُّونَ نِسَائَكُمْ۔</w:t>
      </w:r>
    </w:p>
    <w:p>
      <w:r>
        <w:rPr>
          <w:b/>
        </w:rPr>
        <w:t xml:space="preserve">[37:31] </w:t>
      </w:r>
      <w:r>
        <w:t>tumhare mardon ko zabah karte thay aur tumhari auraton ko jidhar chhodte thay. wa fi zalikum wa la ummi rabbikum azaban.</w:t>
      </w:r>
    </w:p>
    <w:p>
      <w:pPr>
        <w:jc w:val="right"/>
      </w:pPr>
      <w:r>
        <w:t>تمہارے مردوں کو ذبح کرتے تھے اور تمہاری عورتوں کو جدھر چھوڑتے تھے۔ وَفِي ذَٰلِكَمْ وَلَا أُمِّ رَبِّكُمْ عَذَابًا۔</w:t>
      </w:r>
    </w:p>
    <w:p>
      <w:r>
        <w:rPr>
          <w:b/>
        </w:rPr>
        <w:t xml:space="preserve">[37:42] </w:t>
      </w:r>
      <w:r>
        <w:t>َظِيمٌ. is mein tumhare liye bohat bari azmaish thi dekhiye ye jo ayat hai bazahir to ek bohat</w:t>
      </w:r>
    </w:p>
    <w:p>
      <w:pPr>
        <w:jc w:val="right"/>
      </w:pPr>
      <w:r>
        <w:t>َظِيمٌ. اس میں تمہارے لیے بہت بڑی ازمائش تھی دیکھیے یہ جو ایت ہے بظاہر تو ایک بہت</w:t>
      </w:r>
    </w:p>
    <w:p>
      <w:r>
        <w:rPr>
          <w:b/>
        </w:rPr>
        <w:t xml:space="preserve">[37:48] </w:t>
      </w:r>
      <w:r>
        <w:t>hi general andaaz mein hai lekin aisa nahi ke har har mard ko maar dalte the wo aisa</w:t>
      </w:r>
    </w:p>
    <w:p>
      <w:pPr>
        <w:jc w:val="right"/>
      </w:pPr>
      <w:r>
        <w:t>ہی جنرل انداز میں ہے لیکن ایسا نہیں کہ ہر ہر مرد کو مار ڈالتے تھے وہ ایسا</w:t>
      </w:r>
    </w:p>
    <w:p>
      <w:r>
        <w:rPr>
          <w:b/>
        </w:rPr>
        <w:t xml:space="preserve">[37:53] </w:t>
      </w:r>
      <w:r>
        <w:t>nahi hai yani kuch mardon ko jin ko samajhte the ke wo provizng hai mardon se matlab bachche</w:t>
      </w:r>
    </w:p>
    <w:p>
      <w:pPr>
        <w:jc w:val="right"/>
      </w:pPr>
      <w:r>
        <w:t>نہیں ہے یعنی کچھ مردوں کو جن کو سمجھتے تھے کہ وہ پروویزنگ ہے مردوں سے مطلب بچے</w:t>
      </w:r>
    </w:p>
    <w:p>
      <w:r>
        <w:rPr>
          <w:b/>
        </w:rPr>
        <w:t xml:space="preserve">[38:02] </w:t>
      </w:r>
      <w:r>
        <w:t>to is ko is ko</w:t>
      </w:r>
    </w:p>
    <w:p>
      <w:pPr>
        <w:jc w:val="right"/>
      </w:pPr>
      <w:r>
        <w:t>تو اس کو اس کو</w:t>
      </w:r>
    </w:p>
    <w:p>
      <w:r>
        <w:rPr>
          <w:b/>
        </w:rPr>
        <w:t xml:space="preserve">[38:05] </w:t>
      </w:r>
      <w:r>
        <w:t>kuch aise kiye the kis se unhon ne nahi maar dala tha un ko lekin</w:t>
      </w:r>
    </w:p>
    <w:p>
      <w:pPr>
        <w:jc w:val="right"/>
      </w:pPr>
      <w:r>
        <w:t>کچھ ایسے کیے تھے کس سے انہوں نے نہیں مار ڈالا تھا ان کو لیکن</w:t>
      </w:r>
    </w:p>
    <w:p>
      <w:r>
        <w:rPr>
          <w:b/>
        </w:rPr>
        <w:t xml:space="preserve">[38:10] </w:t>
      </w:r>
      <w:r>
        <w:t>ye jo general andaaz mein kaha gaya hai generalized way mein is is is burai ki shanakht ke</w:t>
      </w:r>
    </w:p>
    <w:p>
      <w:pPr>
        <w:jc w:val="right"/>
      </w:pPr>
      <w:r>
        <w:t>یہ جو جنرل انداز میں کہا گیا ہے جنرلائزڈ وے میں اس اس اس برائی کی شناخت کے</w:t>
      </w:r>
    </w:p>
    <w:p>
      <w:r>
        <w:rPr>
          <w:b/>
        </w:rPr>
        <w:t xml:space="preserve">[38:17] </w:t>
      </w:r>
      <w:r>
        <w:t>liye ke kitna bura kaam tha jo firoun kar raha tha to aisa nahi hai ke firoun ek</w:t>
      </w:r>
    </w:p>
    <w:p>
      <w:pPr>
        <w:jc w:val="right"/>
      </w:pPr>
      <w:r>
        <w:t>لیے کہ کتنا برا کام تھا جو فرعون کر رہا تھا تو ایسا نہیں ہے کہ فرعون ایک</w:t>
      </w:r>
    </w:p>
    <w:p>
      <w:r>
        <w:rPr>
          <w:b/>
        </w:rPr>
        <w:t xml:space="preserve">[38:24] </w:t>
      </w:r>
      <w:r>
        <w:t>taraf se sab ko maar dalta tha mardon ko agar wo aisa karta to wahan bani israel ko</w:t>
      </w:r>
    </w:p>
    <w:p>
      <w:pPr>
        <w:jc w:val="right"/>
      </w:pPr>
      <w:r>
        <w:t>طرف سے سب کو مار ڈالتا تھا مردوں کو اگر وہ ایسا کرتا تو وہاں بنی اسرائیل کو</w:t>
      </w:r>
    </w:p>
    <w:p>
      <w:r>
        <w:rPr>
          <w:b/>
        </w:rPr>
        <w:t xml:space="preserve">[38:30] </w:t>
      </w:r>
      <w:r>
        <w:t>wajood na hota bani israil khatm ho chuke hote arbon ke bare mein bhi yeh baat hai quran</w:t>
      </w:r>
    </w:p>
    <w:p>
      <w:pPr>
        <w:jc w:val="right"/>
      </w:pPr>
      <w:r>
        <w:t>وجود نہ ہوتا بنی اسرائیل ختم ہو چکے ہوتے عربوں کے بارے میں بھی یہ بات ہے قران</w:t>
      </w:r>
    </w:p>
    <w:p>
      <w:r>
        <w:rPr>
          <w:b/>
        </w:rPr>
        <w:t xml:space="preserve">[38:34] </w:t>
      </w:r>
      <w:r>
        <w:t>majeed mein ke.</w:t>
      </w:r>
    </w:p>
    <w:p>
      <w:pPr>
        <w:jc w:val="right"/>
      </w:pPr>
      <w:r>
        <w:t>مجید میں کہ.</w:t>
      </w:r>
    </w:p>
    <w:p>
      <w:r>
        <w:rPr>
          <w:b/>
        </w:rPr>
        <w:t xml:space="preserve">[38:36] </w:t>
      </w:r>
      <w:r>
        <w:t>wa yadhar bautahu taswilahu.</w:t>
      </w:r>
    </w:p>
    <w:p>
      <w:pPr>
        <w:jc w:val="right"/>
      </w:pPr>
      <w:r>
        <w:t>وَيَذَرْ بَوْتَهُ تَسْوِلَهُ.</w:t>
      </w:r>
    </w:p>
    <w:p>
      <w:r>
        <w:rPr>
          <w:b/>
        </w:rPr>
        <w:t xml:space="preserve">[38:39] </w:t>
      </w:r>
      <w:r>
        <w:t>yani zameen mein gaadne wali jo hai us se poocha jayega to yeh yeh kitabon mein aisa</w:t>
      </w:r>
    </w:p>
    <w:p>
      <w:pPr>
        <w:jc w:val="right"/>
      </w:pPr>
      <w:r>
        <w:t>یعنی زمین میں گاڑنے والی جو ہے اس سے پوچھا جائے گا تو یہ یہ کتابوں میں ایسا</w:t>
      </w:r>
    </w:p>
    <w:p>
      <w:r>
        <w:rPr>
          <w:b/>
        </w:rPr>
        <w:t xml:space="preserve">[38:44] </w:t>
      </w:r>
      <w:r>
        <w:t>likha rehta hai jaise ke arab jo thay woh larkiyon ko zinda gaad dete thay yeh aisa sahi</w:t>
      </w:r>
    </w:p>
    <w:p>
      <w:pPr>
        <w:jc w:val="right"/>
      </w:pPr>
      <w:r>
        <w:t>لکھا رہتا ہے جیسے کہ عرب جو تھے وہ لڑکیوں کو زندہ گاڑ دیتے تھے یہ ایسا صحیح</w:t>
      </w:r>
    </w:p>
    <w:p>
      <w:r>
        <w:rPr>
          <w:b/>
        </w:rPr>
        <w:t xml:space="preserve">[38:50] </w:t>
      </w:r>
      <w:r>
        <w:t>nahi hai kuch waqeat aise hue thay kuch waqeat lekin shanakht ke yani yahan par jo yani</w:t>
      </w:r>
    </w:p>
    <w:p>
      <w:pPr>
        <w:jc w:val="right"/>
      </w:pPr>
      <w:r>
        <w:t>نہیں ہے کچھ واقعات ایسے ہوئے تھے کچھ واقعات لیکن شناخت کے یعنی یہاں پر جو یعنی</w:t>
      </w:r>
    </w:p>
    <w:p>
      <w:r>
        <w:rPr>
          <w:b/>
        </w:rPr>
        <w:t xml:space="preserve">[38:59] </w:t>
      </w:r>
      <w:r>
        <w:t>general andaz mein baat kahi gayi hai to woh shanakht ke liye aisa nahi ke sari larkiyon ko</w:t>
      </w:r>
    </w:p>
    <w:p>
      <w:pPr>
        <w:jc w:val="right"/>
      </w:pPr>
      <w:r>
        <w:t>جنرل انداز میں بات کہی گئی ہے تو وہ شناخت کے لیے ایسا نہیں کہ ساری لڑکیوں کو</w:t>
      </w:r>
    </w:p>
    <w:p>
      <w:r>
        <w:rPr>
          <w:b/>
        </w:rPr>
        <w:t xml:space="preserve">[39:04] </w:t>
      </w:r>
      <w:r>
        <w:t>gaad dalte thay ke kitna bura kaam tha us ko batane ke liye us ko general andaz mein</w:t>
      </w:r>
    </w:p>
    <w:p>
      <w:pPr>
        <w:jc w:val="right"/>
      </w:pPr>
      <w:r>
        <w:t>گاڑ ڈالتے تھے کہ کتنا برا کام تھا اس کو بتانے کے لیے اس کو جنرل انداز میں</w:t>
      </w:r>
    </w:p>
    <w:p>
      <w:r>
        <w:rPr>
          <w:b/>
        </w:rPr>
        <w:t xml:space="preserve">[39:09] </w:t>
      </w:r>
      <w:r>
        <w:t>bataya gaya agar arab ke haan aam riwaj hota larkiyon ko gaadne ka to arbon ki nasal khatm</w:t>
      </w:r>
    </w:p>
    <w:p>
      <w:pPr>
        <w:jc w:val="right"/>
      </w:pPr>
      <w:r>
        <w:t>بتایا گیا اگر عرب کے ہاں عام رواج ہوتا لڑکیوں کو گاڑنے کا تو عربوں کی نسل ختم</w:t>
      </w:r>
    </w:p>
    <w:p>
      <w:r>
        <w:rPr>
          <w:b/>
        </w:rPr>
        <w:t xml:space="preserve">[39:16] </w:t>
      </w:r>
      <w:r>
        <w:t>ho jati phir nasal kahan un ki baqi rehti yahi muamla wahan bhi hua misr mein bhi ke</w:t>
      </w:r>
    </w:p>
    <w:p>
      <w:pPr>
        <w:jc w:val="right"/>
      </w:pPr>
      <w:r>
        <w:t>ہو جاتی پھر نسل کہاں ان کی باقی رہتی یہی معاملہ وہاں بھی ہوا مصر میں بھی کہ</w:t>
      </w:r>
    </w:p>
    <w:p>
      <w:r>
        <w:rPr>
          <w:b/>
        </w:rPr>
        <w:t xml:space="preserve">[39:24] </w:t>
      </w:r>
      <w:r>
        <w:t>firon ek ek shakhs ko nahi maar dalta tha kuch logon ko us ne mara tha yeh ek</w:t>
      </w:r>
    </w:p>
    <w:p>
      <w:pPr>
        <w:jc w:val="right"/>
      </w:pPr>
      <w:r>
        <w:t>فرعون ایک ایک شخص کو نہیں مار ڈالتا تھا کچھ لوگوں کو اس نے مارا تھا یہ ایک</w:t>
      </w:r>
    </w:p>
    <w:p>
      <w:r>
        <w:rPr>
          <w:b/>
        </w:rPr>
        <w:t xml:space="preserve">[39:30] </w:t>
      </w:r>
      <w:r>
        <w:t>us ko dono dono ko yani arab ke halaat aur misr ka halaat dono ko samajhne ke liye</w:t>
      </w:r>
    </w:p>
    <w:p>
      <w:pPr>
        <w:jc w:val="right"/>
      </w:pPr>
      <w:r>
        <w:t>اس کو دونوں دونوں کو یعنی عرب کے حالات اور مصر کا حالات دونوں کو سمجھنے کے لیے</w:t>
      </w:r>
    </w:p>
    <w:p>
      <w:r>
        <w:rPr>
          <w:b/>
        </w:rPr>
        <w:t xml:space="preserve">[39:37] </w:t>
      </w:r>
      <w:r>
        <w:t>yeh nuqta bohat zyada zaroori hai</w:t>
      </w:r>
    </w:p>
    <w:p>
      <w:pPr>
        <w:jc w:val="right"/>
      </w:pPr>
      <w:r>
        <w:t>یہ نقطہ بہت زیادہ ضروری ہے</w:t>
      </w:r>
    </w:p>
    <w:p>
      <w:r>
        <w:rPr>
          <w:b/>
        </w:rPr>
        <w:t xml:space="preserve">[39:40] </w:t>
      </w:r>
      <w:r>
        <w:t>wa in farqna bikum al-bahra fa anjaynakum. ab yahan par is zikr hai is ka ke kis tarah nijaat di. aur jab tak hum ne phaad dala tumhare liye samandar ko. fa anjaynakum. aur tum ko bachaya. wa aghraqna aala fir'auna. aur aala fir'auna ko hum ne gharaq kar diya. wa antum tanzarun.</w:t>
      </w:r>
    </w:p>
    <w:p>
      <w:pPr>
        <w:jc w:val="right"/>
      </w:pPr>
      <w:r>
        <w:t>وَإِنْ فَرَقْنَا بِكُمُ الْبَحْرَ فَأَنْجَيْنَاكُمْ۔ اب یہاں پر اس ذکر ہے اس کا کہ کس طرح نجات دی۔ اور جب تک ہم نے پھاڑ ڈالا تمہارے لیے سمندر کو۔ فَأَنْجَيْنَاكُمْ۔ اور تم کو بچایا۔ وَأَغْرَقْنَا آلِ فِرْعَونَ۔ اور آلِ فِرْعَونَ کو ہم نے غرق کر دیا۔ وَأَنْتُمْ تَنْظُرُونَ۔</w:t>
      </w:r>
    </w:p>
    <w:p>
      <w:r>
        <w:rPr>
          <w:b/>
        </w:rPr>
        <w:t xml:space="preserve">[40:03] </w:t>
      </w:r>
      <w:r>
        <w:t>m tuntazirun. aur tum dekh rahe thay</w:t>
      </w:r>
    </w:p>
    <w:p>
      <w:pPr>
        <w:jc w:val="right"/>
      </w:pPr>
      <w:r>
        <w:t>مْ تَنْظُرُونَ. اور تم دیکھ رہے تھے</w:t>
      </w:r>
    </w:p>
    <w:p>
      <w:r>
        <w:rPr>
          <w:b/>
        </w:rPr>
        <w:t xml:space="preserve">[40:06] </w:t>
      </w:r>
      <w:r>
        <w:t>yeh jo doosre maqamat par bataya gaya hai ke hazrat moosa jab firon ke haan gaye toheed ki</w:t>
      </w:r>
    </w:p>
    <w:p>
      <w:pPr>
        <w:jc w:val="right"/>
      </w:pPr>
      <w:r>
        <w:t>یہ جو دوسرے مقامات پر بتایا گیا ہے کہ حضرت موسی جب فرعون کے ہاں گئے توحید کی</w:t>
      </w:r>
    </w:p>
    <w:p>
      <w:r>
        <w:rPr>
          <w:b/>
        </w:rPr>
        <w:t xml:space="preserve">[40:14] </w:t>
      </w:r>
      <w:r>
        <w:t>dawat le kar to woh ghussa ho gaya aur phir ek lamba</w:t>
      </w:r>
    </w:p>
    <w:p>
      <w:pPr>
        <w:jc w:val="right"/>
      </w:pPr>
      <w:r>
        <w:t>دعوت لے کر تو وہ غصہ ہو گیا اور پھر ایک لمبا</w:t>
      </w:r>
    </w:p>
    <w:p>
      <w:r>
        <w:rPr>
          <w:b/>
        </w:rPr>
        <w:t xml:space="preserve">[40:20] </w:t>
      </w:r>
      <w:r>
        <w:t>ek qissa hai jo quran mein aap doosre maqam par dekh sakte hain to aakhir mein</w:t>
      </w:r>
    </w:p>
    <w:p>
      <w:pPr>
        <w:jc w:val="right"/>
      </w:pPr>
      <w:r>
        <w:t>ایک قصہ ہے جو قران میں اپ دوسرے مقام پر دیکھ سکتے ہیں تو اخر میں</w:t>
      </w:r>
    </w:p>
    <w:p>
      <w:r>
        <w:rPr>
          <w:b/>
        </w:rPr>
        <w:t xml:space="preserve">[40:27] </w:t>
      </w:r>
      <w:r>
        <w:t>us ne faisla kiya ke un ko khatm karna hai yani bani israil jo us zamane ke yahood</w:t>
      </w:r>
    </w:p>
    <w:p>
      <w:pPr>
        <w:jc w:val="right"/>
      </w:pPr>
      <w:r>
        <w:t>اس نے فیصلہ کیا کہ ان کو ختم کرنا ہے یعنی بنی اسرائیل جو اس زمانے کے یہود</w:t>
      </w:r>
    </w:p>
    <w:p>
      <w:r>
        <w:rPr>
          <w:b/>
        </w:rPr>
        <w:t xml:space="preserve">[40:33] </w:t>
      </w:r>
      <w:r>
        <w:t>thay to hazrat moosa ne ko allah taala ne bata diya ke yeh tumhare khilaf bohat sakht karwai</w:t>
      </w:r>
    </w:p>
    <w:p>
      <w:pPr>
        <w:jc w:val="right"/>
      </w:pPr>
      <w:r>
        <w:t>تھے تو حضرت موسی نے کو اللہ تعالی نے بتا دیا کہ یہ تمہارے خلاف بہت سخت کاروائی</w:t>
      </w:r>
    </w:p>
    <w:p>
      <w:r>
        <w:rPr>
          <w:b/>
        </w:rPr>
        <w:t xml:space="preserve">[40:45] </w:t>
      </w:r>
      <w:r>
        <w:t>karne wale hain yeh log to tum khamoshi se chhod ke chale jao</w:t>
      </w:r>
    </w:p>
    <w:p>
      <w:pPr>
        <w:jc w:val="right"/>
      </w:pPr>
      <w:r>
        <w:t>کرنے والے ہیں یہ لوگ تو تم خاموشی سے چھوڑ کے چلے جاؤ</w:t>
      </w:r>
    </w:p>
    <w:p>
      <w:r>
        <w:rPr>
          <w:b/>
        </w:rPr>
        <w:t xml:space="preserve">[40:50] </w:t>
      </w:r>
      <w:r>
        <w:t>to apni bastiyon ko</w:t>
      </w:r>
    </w:p>
    <w:p>
      <w:pPr>
        <w:jc w:val="right"/>
      </w:pPr>
      <w:r>
        <w:t>تو اپنی بستیوں کو</w:t>
      </w:r>
    </w:p>
    <w:p>
      <w:r>
        <w:rPr>
          <w:b/>
        </w:rPr>
        <w:t xml:space="preserve">[40:53] </w:t>
      </w:r>
      <w:r>
        <w:t>raat ke waqt khamoshi se chhod kar woh nikle</w:t>
      </w:r>
    </w:p>
    <w:p>
      <w:pPr>
        <w:jc w:val="right"/>
      </w:pPr>
      <w:r>
        <w:t>رات کے وقت خاموشی سے چھوڑ کر وہ نکلے</w:t>
      </w:r>
    </w:p>
    <w:p>
      <w:r>
        <w:rPr>
          <w:b/>
        </w:rPr>
        <w:t xml:space="preserve">[40:56] </w:t>
      </w:r>
      <w:r>
        <w:t>to jab firon ko maloom hua ke bani israil nikal gaye hain to pesha kiya us ne</w:t>
      </w:r>
    </w:p>
    <w:p>
      <w:pPr>
        <w:jc w:val="right"/>
      </w:pPr>
      <w:r>
        <w:t>تو جب فرعون کو معلوم ہوا کہ بنی اسرائیل نکل گئے ہیں تو پیشہ کیا اس نے</w:t>
      </w:r>
    </w:p>
    <w:p>
      <w:r>
        <w:rPr>
          <w:b/>
        </w:rPr>
        <w:t xml:space="preserve">[41:02] </w:t>
      </w:r>
      <w:r>
        <w:t>to pesha karte hue woh aage ja rahe hain ya peeche ja rahe hain to yeh jo samandar</w:t>
      </w:r>
    </w:p>
    <w:p>
      <w:pPr>
        <w:jc w:val="right"/>
      </w:pPr>
      <w:r>
        <w:t>تو پیشہ کرتے ہوئے وہ اگے جا رہے ہیں یا پیچھے جا رہے ہیں تو یہ جو سمندر</w:t>
      </w:r>
    </w:p>
    <w:p>
      <w:r>
        <w:rPr>
          <w:b/>
        </w:rPr>
        <w:t xml:space="preserve">[41:11] </w:t>
      </w:r>
      <w:r>
        <w:t>ka lafz aya hai to samandar mein woh nahi hua tha waqea</w:t>
      </w:r>
    </w:p>
    <w:p>
      <w:pPr>
        <w:jc w:val="right"/>
      </w:pPr>
      <w:r>
        <w:t>کا لفظ ایا ہے تو سمندر میں وہ نہیں ہوا تھا واقعہ</w:t>
      </w:r>
    </w:p>
    <w:p>
      <w:r>
        <w:rPr>
          <w:b/>
        </w:rPr>
        <w:t xml:space="preserve">[41:16] </w:t>
      </w:r>
      <w:r>
        <w:t>yani balkay jo jis ko kehtay hain</w:t>
      </w:r>
    </w:p>
    <w:p>
      <w:pPr>
        <w:jc w:val="right"/>
      </w:pPr>
      <w:r>
        <w:t>یعنی بلکہ جو جس کو کہتے ہیں</w:t>
      </w:r>
    </w:p>
    <w:p>
      <w:r>
        <w:rPr>
          <w:b/>
        </w:rPr>
        <w:t xml:space="preserve">[41:21] </w:t>
      </w:r>
      <w:r>
        <w:t>is ka red red si ka hard hard mein hua tha yeh waqia to</w:t>
      </w:r>
    </w:p>
    <w:p>
      <w:pPr>
        <w:jc w:val="right"/>
      </w:pPr>
      <w:r>
        <w:t>اس کا ریڈ ریڈ سی کا ہارڈ ہارڈ میں ہوا تھا یہ واقعہ تو</w:t>
      </w:r>
    </w:p>
    <w:p>
      <w:r>
        <w:rPr>
          <w:b/>
        </w:rPr>
        <w:t xml:space="preserve">[41:27] </w:t>
      </w:r>
      <w:r>
        <w:t>jab woh jab woh jab wahan pohancha firoun to woh us hard mein dakhil ho chukay thay bani</w:t>
      </w:r>
    </w:p>
    <w:p>
      <w:pPr>
        <w:jc w:val="right"/>
      </w:pPr>
      <w:r>
        <w:t>جب وہ جب وہ جب وہاں پہنچا فرعون تو وہ اس ہارڈ میں داخل ہو چکے تھے بنی</w:t>
      </w:r>
    </w:p>
    <w:p>
      <w:r>
        <w:rPr>
          <w:b/>
        </w:rPr>
        <w:t xml:space="preserve">[41:35] </w:t>
      </w:r>
      <w:r>
        <w:t>israil to is ka peecha kartay huay yeh bhi dakhil ho gaya to bani israil to paar ho</w:t>
      </w:r>
    </w:p>
    <w:p>
      <w:pPr>
        <w:jc w:val="right"/>
      </w:pPr>
      <w:r>
        <w:t>اسرائیل تو اس کا پیچھا کرتے ہوئے یہ بھی داخل ہو گیا تو بنی اسرائیل تو پار ہو</w:t>
      </w:r>
    </w:p>
    <w:p>
      <w:r>
        <w:rPr>
          <w:b/>
        </w:rPr>
        <w:t xml:space="preserve">[41:40] </w:t>
      </w:r>
      <w:r>
        <w:t>gaye Allah kay khusoosi madad say lekin</w:t>
      </w:r>
    </w:p>
    <w:p>
      <w:pPr>
        <w:jc w:val="right"/>
      </w:pPr>
      <w:r>
        <w:t>گئے اللہ کے خصوصی مدد سے لیکن</w:t>
      </w:r>
    </w:p>
    <w:p>
      <w:r>
        <w:rPr>
          <w:b/>
        </w:rPr>
        <w:t xml:space="preserve">[41:47] </w:t>
      </w:r>
      <w:r>
        <w:t>woh bani firoun aur is ka lashkar jo hai jab wahan pohancha to pani idhar say bhi a</w:t>
      </w:r>
    </w:p>
    <w:p>
      <w:pPr>
        <w:jc w:val="right"/>
      </w:pPr>
      <w:r>
        <w:t>وہ بنی فرعون اور اس کا لشکر جو ہے جب وہاں پہنچا تو پانی ادھر سے بھی ا</w:t>
      </w:r>
    </w:p>
    <w:p>
      <w:r>
        <w:rPr>
          <w:b/>
        </w:rPr>
        <w:t xml:space="preserve">[41:54] </w:t>
      </w:r>
      <w:r>
        <w:t>gaya idhar say bhi a gaya idhar doob kay woh mar gaye woh sab to yeh yani ankhon</w:t>
      </w:r>
    </w:p>
    <w:p>
      <w:pPr>
        <w:jc w:val="right"/>
      </w:pPr>
      <w:r>
        <w:t>گیا ادھر سے بھی ا گیا ادھر ڈوب کے وہ مر گئے وہ سب تو یہ یعنی انکھوں</w:t>
      </w:r>
    </w:p>
    <w:p>
      <w:r>
        <w:rPr>
          <w:b/>
        </w:rPr>
        <w:t xml:space="preserve">[42:00] </w:t>
      </w:r>
      <w:r>
        <w:t>say dekha yani us zamanay kay yahood thay bani israil apni ankhon say dekha unhon nay kay kis</w:t>
      </w:r>
    </w:p>
    <w:p>
      <w:pPr>
        <w:jc w:val="right"/>
      </w:pPr>
      <w:r>
        <w:t>سے دیکھا یعنی اس زمانے کے یہود تھے بنی اسرائیل اپنی انکھوں سے دیکھا انہوں نے کہ کس</w:t>
      </w:r>
    </w:p>
    <w:p>
      <w:r>
        <w:rPr>
          <w:b/>
        </w:rPr>
        <w:t xml:space="preserve">[42:06] </w:t>
      </w:r>
      <w:r>
        <w:t>tarah hum ko bacha liya aur kis tarah firoun ko is mein gharaq kar diya to yeh</w:t>
      </w:r>
    </w:p>
    <w:p>
      <w:pPr>
        <w:jc w:val="right"/>
      </w:pPr>
      <w:r>
        <w:t>طرح ہم کو بچا لیا اور کس طرح فرعون کو اس میں غرق کر دیا تو یہ</w:t>
      </w:r>
    </w:p>
    <w:p>
      <w:r>
        <w:rPr>
          <w:b/>
        </w:rPr>
        <w:t xml:space="preserve">[42:13] </w:t>
      </w:r>
      <w:r>
        <w:t>bani israil ka waqia yahan par jo bayan kiya gaya hai woh ummat e muslima kay liye bhi is</w:t>
      </w:r>
    </w:p>
    <w:p>
      <w:pPr>
        <w:jc w:val="right"/>
      </w:pPr>
      <w:r>
        <w:t>بنی اسرائیل کا واقعہ یہاں پر جو بیان کیا گیا ہے وہ امت مسلمہ کے لیے بھی اس</w:t>
      </w:r>
    </w:p>
    <w:p>
      <w:r>
        <w:rPr>
          <w:b/>
        </w:rPr>
        <w:t xml:space="preserve">[42:20] </w:t>
      </w:r>
      <w:r>
        <w:t>mein sabaq hai to aaj itna hi inshallah aglay itwar ko dosra hissa ka dars hoga assalam o alaikum</w:t>
      </w:r>
    </w:p>
    <w:p>
      <w:pPr>
        <w:jc w:val="right"/>
      </w:pPr>
      <w:r>
        <w:t>میں سبق ہے تو اج اتنا ہی انشاءاللہ اگلے اتوار کو دوسرا حصہ کا درس ہوگا السلام علیکم</w:t>
      </w:r>
    </w:p>
    <w:p>
      <w:r>
        <w:rPr>
          <w:b/>
        </w:rPr>
        <w:t xml:space="preserve">[42:31] </w:t>
      </w:r>
      <w:r>
        <w:t>wa rehmatullah wa barakatuh.</w:t>
      </w:r>
    </w:p>
    <w:p>
      <w:pPr>
        <w:jc w:val="right"/>
      </w:pPr>
      <w:r>
        <w:t>ورحمۃ اللہ وبرکاتہ.</w:t>
      </w:r>
    </w:p>
    <w:p>
      <w:r>
        <w:rPr>
          <w:b/>
        </w:rPr>
        <w:t xml:space="preserve">[42:38] </w:t>
      </w:r>
      <w:r>
        <w:t>bartar hai ghaleeb hai</w:t>
      </w:r>
    </w:p>
    <w:p>
      <w:pPr>
        <w:jc w:val="right"/>
      </w:pPr>
      <w:r>
        <w:t>برتر ہے غالب ہے</w:t>
      </w:r>
    </w:p>
    <w:p>
      <w:r>
        <w:rPr>
          <w:b/>
        </w:rPr>
        <w:t xml:space="preserve">[42:41] </w:t>
      </w:r>
      <w:r>
        <w:t>lekin dosra pehlu Allah taala ka aik rahim bhi hai adil bhi hai</w:t>
      </w:r>
    </w:p>
    <w:p>
      <w:pPr>
        <w:jc w:val="right"/>
      </w:pPr>
      <w:r>
        <w:t>لیکن دوسرا پہلو اللہ تعالی کا ایک رحیم بھی ہے عادل بھی ہے</w:t>
      </w:r>
    </w:p>
    <w:p>
      <w:r>
        <w:rPr>
          <w:b/>
        </w:rPr>
        <w:t xml:space="preserve">[42:47] </w:t>
      </w:r>
      <w:r>
        <w:t>to rahim honay kay aitbar say Allah har gunah ko maaf karnay kay liye</w:t>
      </w:r>
    </w:p>
    <w:p>
      <w:pPr>
        <w:jc w:val="right"/>
      </w:pPr>
      <w:r>
        <w:t>تو رحیم ہونے کے اعتبار سے اللہ ہر گناہ کو معاف کرنے کے لیے</w:t>
      </w:r>
    </w:p>
    <w:p>
      <w:r>
        <w:rPr>
          <w:b/>
        </w:rPr>
        <w:t xml:space="preserve">[42:53] </w:t>
      </w:r>
      <w:r>
        <w:t>kar day ga bashart kay toba karay aadmi</w:t>
      </w:r>
    </w:p>
    <w:p>
      <w:pPr>
        <w:jc w:val="right"/>
      </w:pPr>
      <w:r>
        <w:t>کر دے گا بشرط کہ توبہ کرے ادمی</w:t>
      </w:r>
    </w:p>
    <w:p>
      <w:r>
        <w:rPr>
          <w:b/>
        </w:rPr>
        <w:t xml:space="preserve">[42:56] </w:t>
      </w:r>
      <w:r>
        <w:t>lekin adl ki nafi nahi hai jahan mamla hoga adl ka to Allah pakray ga us aadmi ko</w:t>
      </w:r>
    </w:p>
    <w:p>
      <w:pPr>
        <w:jc w:val="right"/>
      </w:pPr>
      <w:r>
        <w:t>لیکن عدل کی نفی نہیں ہے جہاں معاملہ ہوگا عدل کا تو اللہ پکڑے گا اس ادمی کو</w:t>
      </w:r>
    </w:p>
    <w:p>
      <w:r>
        <w:rPr>
          <w:b/>
        </w:rPr>
        <w:t xml:space="preserve">[43:04] </w:t>
      </w:r>
      <w:r>
        <w:t>maulana woh yeh keh rahe hain ke agar unhon ne yeh suna hai ke agar koi dil se kalma padhe to apni saza ko poori kar ke jannat mein dakhil hoga. aur jis ne gunah kiya bara gunah hai to woh hamesha jahannum mein rahega. to yeh kahan tak. to yeh kaun si baat sahi hai?</w:t>
      </w:r>
    </w:p>
    <w:p>
      <w:pPr>
        <w:jc w:val="right"/>
      </w:pPr>
      <w:r>
        <w:t>مولانا وہ یہ کہہ رہے ہیں کہ اگر انہوں نے یہ سنا ہے کہ اگر کوئی دل سے کلمہ پڑھے تو اپنی سزا کو پوری کر کے جنت میں داخل ہوگا۔ اور جس نے گناہ کیا بڑا گناہ ہے تو وہ ہمیشہ جہنم میں رہے گا۔ تو یہ کہاں تک۔ تو یہ کون سی بات صحیح ہے؟</w:t>
      </w:r>
    </w:p>
    <w:p>
      <w:r>
        <w:rPr>
          <w:b/>
        </w:rPr>
        <w:t xml:space="preserve">[43:20] </w:t>
      </w:r>
      <w:r>
        <w:t>kaun si baat sahi ho sakti hai? ek to unhon ne yeh suna hai ke jinhon ne dil khalis dil se kalma padha to saza poori kar ke jannat mein chala jayega. aur doosri baat unhon ne yeh suni hai ke agar koi bara gunah kare to woh hamesha jahannum mein rahega. dono mein kaun si baat sahi hai?</w:t>
      </w:r>
    </w:p>
    <w:p>
      <w:pPr>
        <w:jc w:val="right"/>
      </w:pPr>
      <w:r>
        <w:t>کون سی بات صحیح ہو سکتی ہے؟ ایک تو انہوں نے یہ سنا ہے کہ جنہوں نے دل خالص دل سے کلمہ پڑھا تو سزا پوری کر کے جنت میں چلا جائے گا۔ اور دوسری بات انہوں نے یہ سنی ہے کہ اگر کوئی بڑا گناہ کرے تو وہ ہمیشہ جہنم میں رہے گا۔ دونوں میں کون سی بات صحیح ہے؟</w:t>
      </w:r>
    </w:p>
    <w:p>
      <w:r>
        <w:rPr>
          <w:b/>
        </w:rPr>
        <w:t xml:space="preserve">[43:37] </w:t>
      </w:r>
      <w:r>
        <w:t>. Dekhain hadith mein yeh baat hai lekin</w:t>
      </w:r>
    </w:p>
    <w:p>
      <w:pPr>
        <w:jc w:val="right"/>
      </w:pPr>
      <w:r>
        <w:t>. دیکھیں حدیث میں یہ بات ہے لیکن</w:t>
      </w:r>
    </w:p>
    <w:p>
      <w:r>
        <w:rPr>
          <w:b/>
        </w:rPr>
        <w:t xml:space="preserve">[43:42] </w:t>
      </w:r>
      <w:r>
        <w:t>yeh mein is par bohat ziyada abhi mujhe itminan nahi bhi hai kay is mein kya sahi baat</w:t>
      </w:r>
    </w:p>
    <w:p>
      <w:pPr>
        <w:jc w:val="right"/>
      </w:pPr>
      <w:r>
        <w:t>یہ میں اس پر بہت زیادہ ابھی مجھے اطمینان نہیں بھی ہے کہ اس میں کیا صحیح بات</w:t>
      </w:r>
    </w:p>
    <w:p>
      <w:r>
        <w:rPr>
          <w:b/>
        </w:rPr>
        <w:t xml:space="preserve">[43:48] </w:t>
      </w:r>
      <w:r>
        <w:t>hai yeh aik bohat hi yani bohat ulama nay bahishein ki hain is kay oopar</w:t>
      </w:r>
    </w:p>
    <w:p>
      <w:pPr>
        <w:jc w:val="right"/>
      </w:pPr>
      <w:r>
        <w:t>ہے یہ ایک بہت ہی یعنی بہت علماء نے بحثیں کی ہیں اس کے اوپر</w:t>
      </w:r>
    </w:p>
    <w:p>
      <w:r>
        <w:rPr>
          <w:b/>
        </w:rPr>
        <w:t xml:space="preserve">[43:58] </w:t>
      </w:r>
      <w:r>
        <w:t>bohat ziyada bahishein ki hain lekin sirf aik baat mein is waqt kahoon kehna chahoon ga</w:t>
      </w:r>
    </w:p>
    <w:p>
      <w:pPr>
        <w:jc w:val="right"/>
      </w:pPr>
      <w:r>
        <w:t>بہت زیادہ بحثیں کی ہیں لیکن صرف ایک بات میں اس وقت کہوں کہنا چاہوں گا</w:t>
      </w:r>
    </w:p>
    <w:p>
      <w:r>
        <w:rPr>
          <w:b/>
        </w:rPr>
        <w:t xml:space="preserve">[44:02] </w:t>
      </w:r>
      <w:r>
        <w:t>woh yeh kay dil say kehna ka matlab kya hai aam tor par yeh samajhta hai kay dil</w:t>
      </w:r>
    </w:p>
    <w:p>
      <w:pPr>
        <w:jc w:val="right"/>
      </w:pPr>
      <w:r>
        <w:t>وہ یہ کہ دل سے کہنے کا مطلب کیا ہے عام طور پر یہ سمجھتا ہے کہ دل</w:t>
      </w:r>
    </w:p>
    <w:p>
      <w:r>
        <w:rPr>
          <w:b/>
        </w:rPr>
        <w:t xml:space="preserve">[44:06] </w:t>
      </w:r>
      <w:r>
        <w:t>say keh diya to ho gaya yeh bohat bohat hi ambiguous term hai dil say kehna ambiguous term</w:t>
      </w:r>
    </w:p>
    <w:p>
      <w:pPr>
        <w:jc w:val="right"/>
      </w:pPr>
      <w:r>
        <w:t>سے کہہ دیا تو ہو گیا یہ بہت بہت ہی ایمبیگوس ٹرم ہے دل سے کہنا ایمبیگوس ٹرم</w:t>
      </w:r>
    </w:p>
    <w:p>
      <w:r>
        <w:rPr>
          <w:b/>
        </w:rPr>
        <w:t xml:space="preserve">[44:13] </w:t>
      </w:r>
      <w:r>
        <w:t>hai dil say kehna ambiguous term hai asal cheez yeh hai kay jis ko kehtay hain letter aur</w:t>
      </w:r>
    </w:p>
    <w:p>
      <w:pPr>
        <w:jc w:val="right"/>
      </w:pPr>
      <w:r>
        <w:t>ہے دل سے کہنا ایمبیگوس ٹرم ہے اصل چیز یہ ہے کہ جس کو کہتے ہیں لیٹر اور</w:t>
      </w:r>
    </w:p>
    <w:p>
      <w:r>
        <w:rPr>
          <w:b/>
        </w:rPr>
        <w:t xml:space="preserve">[44:21] </w:t>
      </w:r>
      <w:r>
        <w:t>is spirit kay sath kehna yani kehna woh mo'tabar hai jis kay sath karna bhi shamil ho dil say</w:t>
      </w:r>
    </w:p>
    <w:p>
      <w:pPr>
        <w:jc w:val="right"/>
      </w:pPr>
      <w:r>
        <w:t>اسپرٹ کے ساتھ کہنا یعنی کہنا وہ معتبر ہے جس کے ساتھ کرنا بھی شامل ہو دل سے</w:t>
      </w:r>
    </w:p>
    <w:p>
      <w:r>
        <w:rPr>
          <w:b/>
        </w:rPr>
        <w:t xml:space="preserve">[44:28] </w:t>
      </w:r>
      <w:r>
        <w:t>kehna to ek waham lafz hai nahi kehna wo mo'tabar hai jis ke sath amal bhi shamil ho</w:t>
      </w:r>
    </w:p>
    <w:p>
      <w:pPr>
        <w:jc w:val="right"/>
      </w:pPr>
      <w:r>
        <w:t>کہنا تو ایک وہم لفظ ہے نہیں کہنا وہ معتبر ہے جس کے ساتھ عمل بھی شامل ہو</w:t>
      </w:r>
    </w:p>
    <w:p>
      <w:r>
        <w:rPr>
          <w:b/>
        </w:rPr>
        <w:t xml:space="preserve">[44:33] </w:t>
      </w:r>
      <w:r>
        <w:t>is ki is ka saboot surah alkabur ki wo ayat hai ke</w:t>
      </w:r>
    </w:p>
    <w:p>
      <w:pPr>
        <w:jc w:val="right"/>
      </w:pPr>
      <w:r>
        <w:t>اس کی اس کا ثبوت سورہ الکبور کی وہ ایت ہے کہ</w:t>
      </w:r>
    </w:p>
    <w:p>
      <w:r>
        <w:rPr>
          <w:b/>
        </w:rPr>
        <w:t xml:space="preserve">[44:38] </w:t>
      </w:r>
      <w:r>
        <w:t>ek ayat hai quran surah alkabut mein ke.</w:t>
      </w:r>
    </w:p>
    <w:p>
      <w:pPr>
        <w:jc w:val="right"/>
      </w:pPr>
      <w:r>
        <w:t>ایک ایت ہے قران سورہ الکبوت میں کہ.</w:t>
      </w:r>
    </w:p>
    <w:p>
      <w:r>
        <w:rPr>
          <w:b/>
        </w:rPr>
        <w:t xml:space="preserve">[44:41] </w:t>
      </w:r>
      <w:r>
        <w:t>inna assalata tanha anil fashai wal munkar</w:t>
      </w:r>
    </w:p>
    <w:p>
      <w:pPr>
        <w:jc w:val="right"/>
      </w:pPr>
      <w:r>
        <w:t>إِنَّ الصَّلَاةَ تَنْهَىٰ عَنِ الْفَاشَاءِ وَالْمُنْكَرِ</w:t>
      </w:r>
    </w:p>
    <w:p>
      <w:r>
        <w:rPr>
          <w:b/>
        </w:rPr>
        <w:t xml:space="preserve">[44:47] </w:t>
      </w:r>
      <w:r>
        <w:t>ye surah alkabut ki ayat hai inna assalata tanha anil fashai wal munkar</w:t>
      </w:r>
    </w:p>
    <w:p>
      <w:pPr>
        <w:jc w:val="right"/>
      </w:pPr>
      <w:r>
        <w:t>یہ سورہ الکبوت کی ایت ہے إِنَّ الصَّلَاةَ تَنْهَىٰ عَنِ الْفَاشَاءِ وَالْمُنْكَرِ</w:t>
      </w:r>
    </w:p>
    <w:p>
      <w:r>
        <w:rPr>
          <w:b/>
        </w:rPr>
        <w:t xml:space="preserve">[44:53] </w:t>
      </w:r>
      <w:r>
        <w:t>namaz rokti hai fash baatun se aur munkar se to agar dil hi kafi ho to is liye</w:t>
      </w:r>
    </w:p>
    <w:p>
      <w:pPr>
        <w:jc w:val="right"/>
      </w:pPr>
      <w:r>
        <w:t>نماز روکتی ہے فحش باتوں سے اور منکر سے تو اگر دل ہی کافی ہو تو اس لیے</w:t>
      </w:r>
    </w:p>
    <w:p>
      <w:r>
        <w:rPr>
          <w:b/>
        </w:rPr>
        <w:t xml:space="preserve">[45:03] </w:t>
      </w:r>
      <w:r>
        <w:t>kyun amal shamil kiya gaya kaha dil se jab kahe ga to amal zaroor zahir hoga wo</w:t>
      </w:r>
    </w:p>
    <w:p>
      <w:pPr>
        <w:jc w:val="right"/>
      </w:pPr>
      <w:r>
        <w:t>کیوں عمل شامل کیا گیا کہا دل سے جب کہے گا تو عمل ضرور ظاہر ہوگا وہ</w:t>
      </w:r>
    </w:p>
    <w:p>
      <w:r>
        <w:rPr>
          <w:b/>
        </w:rPr>
        <w:t xml:space="preserve">[45:12] </w:t>
      </w:r>
      <w:r>
        <w:t>to dil ke kehne ka ek criterion jo hai</w:t>
      </w:r>
    </w:p>
    <w:p>
      <w:pPr>
        <w:jc w:val="right"/>
      </w:pPr>
      <w:r>
        <w:t>تو دل کے کہنے کا ایک کرائٹیرین جو ہے</w:t>
      </w:r>
    </w:p>
    <w:p>
      <w:r>
        <w:rPr>
          <w:b/>
        </w:rPr>
        <w:t xml:space="preserve">[45:16] </w:t>
      </w:r>
      <w:r>
        <w:t>ye nahi ke aadmi kahe ke bhai maine to dil se keh diya hai is ka criterion</w:t>
      </w:r>
    </w:p>
    <w:p>
      <w:pPr>
        <w:jc w:val="right"/>
      </w:pPr>
      <w:r>
        <w:t>یہ نہیں کہ ادمی کہے کہ بھئی میں نے تو دل سے کہہ دیا ہے اس کا کرائٹیرین</w:t>
      </w:r>
    </w:p>
    <w:p>
      <w:r>
        <w:rPr>
          <w:b/>
        </w:rPr>
        <w:t xml:space="preserve">[45:20] </w:t>
      </w:r>
      <w:r>
        <w:t>ye hai ke</w:t>
      </w:r>
    </w:p>
    <w:p>
      <w:pPr>
        <w:jc w:val="right"/>
      </w:pPr>
      <w:r>
        <w:t>یہ ہے کہ</w:t>
      </w:r>
    </w:p>
    <w:p>
      <w:r>
        <w:rPr>
          <w:b/>
        </w:rPr>
        <w:t xml:space="preserve">[45:22] </w:t>
      </w:r>
      <w:r>
        <w:t>wo is ke amal mein zahir ho inna assalata tanha anil fashai wal munkar yani wo namaz rokne wali</w:t>
      </w:r>
    </w:p>
    <w:p>
      <w:pPr>
        <w:jc w:val="right"/>
      </w:pPr>
      <w:r>
        <w:t>وہ اس کے عمل میں ظاہر ہو إِنَّ الصَّلَاةَ تَنْهَىٰ عَنِ الْفَاشَاءِ وَالْمُنْكَرِ یعنی وہ نماز روکنے والی</w:t>
      </w:r>
    </w:p>
    <w:p>
      <w:r>
        <w:rPr>
          <w:b/>
        </w:rPr>
        <w:t xml:space="preserve">[45:30] </w:t>
      </w:r>
      <w:r>
        <w:t>ban jaye is ke liye fasha o munkar se to main samajhta hoon ke ye jo kaha jata</w:t>
      </w:r>
    </w:p>
    <w:p>
      <w:pPr>
        <w:jc w:val="right"/>
      </w:pPr>
      <w:r>
        <w:t>بن جائے اس کے لیے فحشا و منکر سے تو میں سمجھتا ہوں کہ یہ جو کہا جاتا</w:t>
      </w:r>
    </w:p>
    <w:p>
      <w:r>
        <w:rPr>
          <w:b/>
        </w:rPr>
        <w:t xml:space="preserve">[45:35] </w:t>
      </w:r>
      <w:r>
        <w:t>hai ke dil se kehna ye bohat ambiguous term hai sahi baat ye hai ke yani</w:t>
      </w:r>
    </w:p>
    <w:p>
      <w:pPr>
        <w:jc w:val="right"/>
      </w:pPr>
      <w:r>
        <w:t>ہے کہ دل سے کہنا یہ بہت ایمبیگوس ٹرم ہے صحیح بات یہ ہے کہ یعنی</w:t>
      </w:r>
    </w:p>
    <w:p>
      <w:r>
        <w:rPr>
          <w:b/>
        </w:rPr>
        <w:t xml:space="preserve">[45:42] </w:t>
      </w:r>
      <w:r>
        <w:t>amal se is ki tasdeeq hona</w:t>
      </w:r>
    </w:p>
    <w:p>
      <w:pPr>
        <w:jc w:val="right"/>
      </w:pPr>
      <w:r>
        <w:t>عمل سے اس کی تصدیق ہونا</w:t>
      </w:r>
    </w:p>
    <w:p>
      <w:r>
        <w:rPr>
          <w:b/>
        </w:rPr>
        <w:t xml:space="preserve">[45:46] </w:t>
      </w:r>
      <w:r>
        <w:t>aadmi ka amal jo hai is ki tasdeeq bane ke us ne waqeatan</w:t>
      </w:r>
    </w:p>
    <w:p>
      <w:pPr>
        <w:jc w:val="right"/>
      </w:pPr>
      <w:r>
        <w:t>ادمی کا عمل جو ہے اس کی تصدیق بنے کہ اس نے واقعتا</w:t>
      </w:r>
    </w:p>
    <w:p>
      <w:r>
        <w:rPr>
          <w:b/>
        </w:rPr>
        <w:t xml:space="preserve">[45:50] </w:t>
      </w:r>
      <w:r>
        <w:t>is ko baat ko mana ho</w:t>
      </w:r>
    </w:p>
    <w:p>
      <w:pPr>
        <w:jc w:val="right"/>
      </w:pPr>
      <w:r>
        <w:t>اس کو بات کو مانا ہو</w:t>
      </w:r>
    </w:p>
    <w:p>
      <w:r>
        <w:rPr>
          <w:b/>
        </w:rPr>
        <w:t xml:space="preserve">[45:54] </w:t>
      </w:r>
      <w:r>
        <w:t>baqi jo masla jo dosra masla jo farmaya aap ne is par abhi main kuch kehne ki position</w:t>
      </w:r>
    </w:p>
    <w:p>
      <w:pPr>
        <w:jc w:val="right"/>
      </w:pPr>
      <w:r>
        <w:t>باقی جو مسئلہ جو دوسرا مسئلہ جو فرمایا آپ نے اس پر ابھی میں کچھ کہنے کی پوزیشن</w:t>
      </w:r>
    </w:p>
    <w:p>
      <w:r>
        <w:rPr>
          <w:b/>
        </w:rPr>
        <w:t xml:space="preserve">[46:01] </w:t>
      </w:r>
      <w:r>
        <w:t>mein nahi hoon kyunke wo ek bohat ikhtilafi masla hai ulama ke haan bohat is par likha gaya</w:t>
      </w:r>
    </w:p>
    <w:p>
      <w:pPr>
        <w:jc w:val="right"/>
      </w:pPr>
      <w:r>
        <w:t>میں نہیں ہوں کیونکہ وہ ایک بہت اختلافی مسئلہ ہے علماء کے ہاں بہت اس پر لکھا گیا</w:t>
      </w:r>
    </w:p>
    <w:p>
      <w:r>
        <w:rPr>
          <w:b/>
        </w:rPr>
        <w:t xml:space="preserve">[46:06] </w:t>
      </w:r>
      <w:r>
        <w:t>hai to aap chahen to in ki parh sakte hain in ki kitabon mein yani wo sharah hain</w:t>
      </w:r>
    </w:p>
    <w:p>
      <w:pPr>
        <w:jc w:val="right"/>
      </w:pPr>
      <w:r>
        <w:t>ہے تو آپ چاہیں تو ان کی پڑھ سکتے ہیں ان کی کتابوں میں یعنی وہ شرح ہیں</w:t>
      </w:r>
    </w:p>
    <w:p>
      <w:r>
        <w:rPr>
          <w:b/>
        </w:rPr>
        <w:t xml:space="preserve">[46:14] </w:t>
      </w:r>
      <w:r>
        <w:t>jo in ki sharah hain parh sakte hain aap</w:t>
      </w:r>
    </w:p>
    <w:p>
      <w:pPr>
        <w:jc w:val="right"/>
      </w:pPr>
      <w:r>
        <w:t>جو ان کی شرح ہیں پڑھ سکتے ہیں آپ</w:t>
      </w:r>
    </w:p>
    <w:p>
      <w:r>
        <w:rPr>
          <w:b/>
        </w:rPr>
        <w:t xml:space="preserve">[46:16] </w:t>
      </w:r>
      <w:r>
        <w:t>molana ye mansoor sardar sahib unhone apni location nahi likhi hai is ka is ka ek</w:t>
      </w:r>
    </w:p>
    <w:p>
      <w:pPr>
        <w:jc w:val="right"/>
      </w:pPr>
      <w:r>
        <w:t>. مولانا یہ منصور سردار صاحب انہوں نے اپنی لوکیشن نہیں لکھی ہے اس کا اس کا ایک</w:t>
      </w:r>
    </w:p>
    <w:p>
      <w:r>
        <w:rPr>
          <w:b/>
        </w:rPr>
        <w:t xml:space="preserve">[46:23] </w:t>
      </w:r>
      <w:r>
        <w:t>comment hai talif e qalb ko le kar</w:t>
      </w:r>
    </w:p>
    <w:p>
      <w:pPr>
        <w:jc w:val="right"/>
      </w:pPr>
      <w:r>
        <w:t>کمنٹ ہے تالیف قلب کو لے کر</w:t>
      </w:r>
    </w:p>
    <w:p>
      <w:r>
        <w:rPr>
          <w:b/>
        </w:rPr>
        <w:t xml:space="preserve">[46:26] </w:t>
      </w:r>
      <w:r>
        <w:t>talif e qalb aur iman ka ke naam par mujhe to dar lagta hai ke log ghulu karte hue</w:t>
      </w:r>
    </w:p>
    <w:p>
      <w:pPr>
        <w:jc w:val="right"/>
      </w:pPr>
      <w:r>
        <w:t>تالیف قلب اور ایمان کا کے نام پر مجھے تو ڈر لگتا ہے کہ لوگ غلو کرتے ہوئے</w:t>
      </w:r>
    </w:p>
    <w:p>
      <w:r>
        <w:rPr>
          <w:b/>
        </w:rPr>
        <w:t xml:space="preserve">[46:32] </w:t>
      </w:r>
      <w:r>
        <w:t>kahin shirk mein mubtala na ho jayein aur dawat e ila secendary ho kar maqsad se ojhal ho jaye</w:t>
      </w:r>
    </w:p>
    <w:p>
      <w:pPr>
        <w:jc w:val="right"/>
      </w:pPr>
      <w:r>
        <w:t>کہیں شرک میں مبتلا نہ ہو جائیں اور دعوت الہ سیکنڈری ہو کر مقصد سے اوجھل ہو جائے</w:t>
      </w:r>
    </w:p>
    <w:p>
      <w:r>
        <w:rPr>
          <w:b/>
        </w:rPr>
        <w:t xml:space="preserve">[46:41] </w:t>
      </w:r>
      <w:r>
        <w:t>jis tarah jamaat e islami iqamat e deen ki tashreeh mein dawat e ila ko bhool kar nizam nizam qayam karne</w:t>
      </w:r>
    </w:p>
    <w:p>
      <w:pPr>
        <w:jc w:val="right"/>
      </w:pPr>
      <w:r>
        <w:t>جس طرح جماعت اسلامی اقامت دین کی تشریح میں دعوت الہ کو بھول کر نظام نظام قیام کرنے</w:t>
      </w:r>
    </w:p>
    <w:p>
      <w:r>
        <w:rPr>
          <w:b/>
        </w:rPr>
        <w:t xml:space="preserve">[46:49] </w:t>
      </w:r>
      <w:r>
        <w:t>ke chakar mein ghulu</w:t>
      </w:r>
    </w:p>
    <w:p>
      <w:pPr>
        <w:jc w:val="right"/>
      </w:pPr>
      <w:r>
        <w:t>کے چکر میں غلو</w:t>
      </w:r>
    </w:p>
    <w:p>
      <w:r>
        <w:rPr>
          <w:b/>
        </w:rPr>
        <w:t xml:space="preserve">[46:51] </w:t>
      </w:r>
      <w:r>
        <w:t>mein gum ho gaye</w:t>
      </w:r>
    </w:p>
    <w:p>
      <w:pPr>
        <w:jc w:val="right"/>
      </w:pPr>
      <w:r>
        <w:t>میں گم ہو گئے</w:t>
      </w:r>
    </w:p>
    <w:p>
      <w:r>
        <w:rPr>
          <w:b/>
        </w:rPr>
        <w:t xml:space="preserve">[46:54] </w:t>
      </w:r>
      <w:r>
        <w:t>is liye chahiye ke hum log talif-e-qalb mein ke muamle mein ghulu na karein to.</w:t>
      </w:r>
    </w:p>
    <w:p>
      <w:pPr>
        <w:jc w:val="right"/>
      </w:pPr>
      <w:r>
        <w:t>اس لیے چاہیے کہ ہم لوگ تالیف قلب میں کے معاملے میں غلو نہ کریں تو.</w:t>
      </w:r>
    </w:p>
    <w:p>
      <w:r>
        <w:rPr>
          <w:b/>
        </w:rPr>
        <w:t xml:space="preserve">[47:01] </w:t>
      </w:r>
      <w:r>
        <w:t>nahi mujhe is se sakht ikhtilaf hai talif-e-qalb ke muamle mein sirf ek hi cheez ka aitbar</w:t>
      </w:r>
    </w:p>
    <w:p>
      <w:pPr>
        <w:jc w:val="right"/>
      </w:pPr>
      <w:r>
        <w:t>نہیں مجھے اس سے سخت اختلاف ہے تالیف قلب کے معاملے میں صرف ایک ہی چیز کا اعتبار</w:t>
      </w:r>
    </w:p>
    <w:p>
      <w:r>
        <w:rPr>
          <w:b/>
        </w:rPr>
        <w:t xml:space="preserve">[47:06] </w:t>
      </w:r>
      <w:r>
        <w:t>hai niyat ka</w:t>
      </w:r>
    </w:p>
    <w:p>
      <w:pPr>
        <w:jc w:val="right"/>
      </w:pPr>
      <w:r>
        <w:t>ہے نیت کا</w:t>
      </w:r>
    </w:p>
    <w:p>
      <w:r>
        <w:rPr>
          <w:b/>
        </w:rPr>
        <w:t xml:space="preserve">[47:08] </w:t>
      </w:r>
      <w:r>
        <w:t>niyat agar aap Allah ke samne apne aap ko samajhte hain ke meri niyat durust hai to talif</w:t>
      </w:r>
    </w:p>
    <w:p>
      <w:pPr>
        <w:jc w:val="right"/>
      </w:pPr>
      <w:r>
        <w:t>نیت اگر آپ اللہ کے سامنے اپنے آپ کو سمجھتے ہیں کہ میری نیت درست ہے تو تالیف</w:t>
      </w:r>
    </w:p>
    <w:p>
      <w:r>
        <w:rPr>
          <w:b/>
        </w:rPr>
        <w:t xml:space="preserve">[47:15] </w:t>
      </w:r>
      <w:r>
        <w:t>e qalb ke hawale kuch bhi kar sakte hain aap koi had nahi is ki main aap ko misaal</w:t>
      </w:r>
    </w:p>
    <w:p>
      <w:pPr>
        <w:jc w:val="right"/>
      </w:pPr>
      <w:r>
        <w:t>قلب کے حوالے کچھ بھی کر سکتے ہیں آپ کوئی حد نہیں اس کی میں آپ کو مثال</w:t>
      </w:r>
    </w:p>
    <w:p>
      <w:r>
        <w:rPr>
          <w:b/>
        </w:rPr>
        <w:t xml:space="preserve">[47:20] </w:t>
      </w:r>
      <w:r>
        <w:t>deta hoon Rasool Allah ki zindagi mein bohat si misalein hain ke wo aap is ko shirk aap</w:t>
      </w:r>
    </w:p>
    <w:p>
      <w:pPr>
        <w:jc w:val="right"/>
      </w:pPr>
      <w:r>
        <w:t>دیتا ہوں رسول اللہ کی زندگی میں بہت سی مثالیں ہیں کہ وہ آپ اس کو شرک آپ</w:t>
      </w:r>
    </w:p>
    <w:p>
      <w:r>
        <w:rPr>
          <w:b/>
        </w:rPr>
        <w:t xml:space="preserve">[47:27] </w:t>
      </w:r>
      <w:r>
        <w:t>is ko shirk keh sakte hain lekin Rasool Allah ne is ko kiya</w:t>
      </w:r>
    </w:p>
    <w:p>
      <w:pPr>
        <w:jc w:val="right"/>
      </w:pPr>
      <w:r>
        <w:t>اس کو شرک کہہ سکتے ہیں لیکن رسول اللہ نے اس کو کیا</w:t>
      </w:r>
    </w:p>
    <w:p>
      <w:r>
        <w:rPr>
          <w:b/>
        </w:rPr>
        <w:t xml:space="preserve">[47:31] </w:t>
      </w:r>
      <w:r>
        <w:t>misalan jab Hudaybiyah ki baat cheet chal rahi thi jo taqreeban</w:t>
      </w:r>
    </w:p>
    <w:p>
      <w:pPr>
        <w:jc w:val="right"/>
      </w:pPr>
      <w:r>
        <w:t>مثلاً جب حدیبیہ کی بات چیت چل رہی تھی جو تقریباً</w:t>
      </w:r>
    </w:p>
    <w:p>
      <w:r>
        <w:rPr>
          <w:b/>
        </w:rPr>
        <w:t xml:space="preserve">[47:38] </w:t>
      </w:r>
      <w:r>
        <w:t>15 din chalti rahi</w:t>
      </w:r>
    </w:p>
    <w:p>
      <w:pPr>
        <w:jc w:val="right"/>
      </w:pPr>
      <w:r>
        <w:t>15 دن چلتی رہی</w:t>
      </w:r>
    </w:p>
    <w:p>
      <w:r>
        <w:rPr>
          <w:b/>
        </w:rPr>
        <w:t xml:space="preserve">[47:40] </w:t>
      </w:r>
      <w:r>
        <w:t>yani Rasool Allah ke se aur Quraish se chal rahi thi baat cheet</w:t>
      </w:r>
    </w:p>
    <w:p>
      <w:pPr>
        <w:jc w:val="right"/>
      </w:pPr>
      <w:r>
        <w:t>یعنی رسول اللہ کے سے اور قریش سے چل رہی تھی بات چیت</w:t>
      </w:r>
    </w:p>
    <w:p>
      <w:r>
        <w:rPr>
          <w:b/>
        </w:rPr>
        <w:t xml:space="preserve">[47:46] </w:t>
      </w:r>
      <w:r>
        <w:t>is darmiyan mein</w:t>
      </w:r>
    </w:p>
    <w:p>
      <w:pPr>
        <w:jc w:val="right"/>
      </w:pPr>
      <w:r>
        <w:t>اس درمیان میں</w:t>
      </w:r>
    </w:p>
    <w:p>
      <w:r>
        <w:rPr>
          <w:b/>
        </w:rPr>
        <w:t xml:space="preserve">[47:49] </w:t>
      </w:r>
      <w:r>
        <w:t>ek sardar Quraish ki taraf se aaya baat karne ke liye.</w:t>
      </w:r>
    </w:p>
    <w:p>
      <w:pPr>
        <w:jc w:val="right"/>
      </w:pPr>
      <w:r>
        <w:t>ایک سردار قریش کی طرف سے آیا بات کرنے کے لیے.</w:t>
      </w:r>
    </w:p>
    <w:p>
      <w:r>
        <w:rPr>
          <w:b/>
        </w:rPr>
        <w:t xml:space="preserve">[47:54] </w:t>
      </w:r>
      <w:r>
        <w:t>bohat si kitabon mein aaya hai to Bukhari mein bhi hai mukhtasaran Musnad Ahmad mein hai aur kai</w:t>
      </w:r>
    </w:p>
    <w:p>
      <w:pPr>
        <w:jc w:val="right"/>
      </w:pPr>
      <w:r>
        <w:t>بہت سی کتابوں میں آیا ہے تو بخاری میں بھی ہے مختصراً مسند احمد میں ہے اور کئی</w:t>
      </w:r>
    </w:p>
    <w:p>
      <w:r>
        <w:rPr>
          <w:b/>
        </w:rPr>
        <w:t xml:space="preserve">[48:02] </w:t>
      </w:r>
      <w:r>
        <w:t>kitabon mein is mein mein ne ek mazmoon likha hai is ko aap parh lijiyega risale mein</w:t>
      </w:r>
    </w:p>
    <w:p>
      <w:pPr>
        <w:jc w:val="right"/>
      </w:pPr>
      <w:r>
        <w:t>کتابوں میں اس میں میں نے ایک مضمون لکھا ہے اس کو آپ پڑھ لیجئے گا رسالے میں</w:t>
      </w:r>
    </w:p>
    <w:p>
      <w:r>
        <w:rPr>
          <w:b/>
        </w:rPr>
        <w:t xml:space="preserve">[48:06] </w:t>
      </w:r>
      <w:r>
        <w:t>to Rasool Allah ko khabar di gayi ke ke Banu Kinanah ka sardar aa raha hai aap se</w:t>
      </w:r>
    </w:p>
    <w:p>
      <w:pPr>
        <w:jc w:val="right"/>
      </w:pPr>
      <w:r>
        <w:t>تو رسول اللہ کو خبر دی گئی کہ کہ بنو کنانہ کا سردار آ رہا ہے آپ سے</w:t>
      </w:r>
    </w:p>
    <w:p>
      <w:r>
        <w:rPr>
          <w:b/>
        </w:rPr>
        <w:t xml:space="preserve">[48:14] </w:t>
      </w:r>
      <w:r>
        <w:t>milne ke liye baat baat cheet ke liye yani Quraish ki taraf se to Rasool Allah ne kaha</w:t>
      </w:r>
    </w:p>
    <w:p>
      <w:pPr>
        <w:jc w:val="right"/>
      </w:pPr>
      <w:r>
        <w:t>ملنے کے لیے بات بات چیت کے لیے یعنی قریش کی طرف سے تو رسول اللہ نے کہا</w:t>
      </w:r>
    </w:p>
    <w:p>
      <w:r>
        <w:rPr>
          <w:b/>
        </w:rPr>
        <w:t xml:space="preserve">[48:19] </w:t>
      </w:r>
      <w:r>
        <w:t>ke yeh jo</w:t>
      </w:r>
    </w:p>
    <w:p>
      <w:pPr>
        <w:jc w:val="right"/>
      </w:pPr>
      <w:r>
        <w:t>کہ یہ جو</w:t>
      </w:r>
    </w:p>
    <w:p>
      <w:r>
        <w:rPr>
          <w:b/>
        </w:rPr>
        <w:t xml:space="preserve">[48:22] </w:t>
      </w:r>
      <w:r>
        <w:t>qabeelah hai is mein teen lafz aaye hadithon mein ke yeh log</w:t>
      </w:r>
    </w:p>
    <w:p>
      <w:pPr>
        <w:jc w:val="right"/>
      </w:pPr>
      <w:r>
        <w:t>قبیلہ ہے اس میں تین لفظ آئے حدیثوں میں کہ یہ لوگ</w:t>
      </w:r>
    </w:p>
    <w:p>
      <w:r>
        <w:rPr>
          <w:b/>
        </w:rPr>
        <w:t xml:space="preserve">[48:28] </w:t>
      </w:r>
      <w:r>
        <w:t>oont ki ta'zeem karte hain oont ki oont ko ilaaj samajhte hain aur oont ki ibadat karte hain</w:t>
      </w:r>
    </w:p>
    <w:p>
      <w:pPr>
        <w:jc w:val="right"/>
      </w:pPr>
      <w:r>
        <w:t>اونٹ کی تعظیم کرتے ہیں اونٹ کی اونٹ کو علاج سمجھتے ہیں اور اونٹ کی عبادت کرتے ہیں</w:t>
      </w:r>
    </w:p>
    <w:p>
      <w:r>
        <w:rPr>
          <w:b/>
        </w:rPr>
        <w:t xml:space="preserve">[48:34] </w:t>
      </w:r>
      <w:r>
        <w:t>teen lafz aaye to tum</w:t>
      </w:r>
    </w:p>
    <w:p>
      <w:pPr>
        <w:jc w:val="right"/>
      </w:pPr>
      <w:r>
        <w:t>تین لفظ آئے تو تم</w:t>
      </w:r>
    </w:p>
    <w:p>
      <w:r>
        <w:rPr>
          <w:b/>
        </w:rPr>
        <w:t xml:space="preserve">[48:38] </w:t>
      </w:r>
      <w:r>
        <w:t>oont ko le kar un ka istiqbal karo</w:t>
      </w:r>
    </w:p>
    <w:p>
      <w:pPr>
        <w:jc w:val="right"/>
      </w:pPr>
      <w:r>
        <w:t>اونٹ کو لے کر ان کا استقبال کرو</w:t>
      </w:r>
    </w:p>
    <w:p>
      <w:r>
        <w:rPr>
          <w:b/>
        </w:rPr>
        <w:t xml:space="preserve">[48:41] </w:t>
      </w:r>
      <w:r>
        <w:t>oont ko le kar to Sahaba oont ko le kar nikle un ka istiqbal kiya unhon ne is</w:t>
      </w:r>
    </w:p>
    <w:p>
      <w:pPr>
        <w:jc w:val="right"/>
      </w:pPr>
      <w:r>
        <w:t>اونٹ کو لے کر تو صحابہ اونٹ کو لے کر نکلے ان کا استقبال کیا انہوں نے اس</w:t>
      </w:r>
    </w:p>
    <w:p>
      <w:r>
        <w:rPr>
          <w:b/>
        </w:rPr>
        <w:t xml:space="preserve">[48:46] </w:t>
      </w:r>
      <w:r>
        <w:t>ke baad woh aadmi itna mutasir hua ke ja kar Quraish se kaha ke yeh to barhe achhe</w:t>
      </w:r>
    </w:p>
    <w:p>
      <w:pPr>
        <w:jc w:val="right"/>
      </w:pPr>
      <w:r>
        <w:t>کے بعد وہ ادمی اتنا متاثر ہوا کہ جا کر قریش سے کہا کہ یہ تو بڑے اچھے</w:t>
      </w:r>
    </w:p>
    <w:p>
      <w:r>
        <w:rPr>
          <w:b/>
        </w:rPr>
        <w:t xml:space="preserve">[48:50] </w:t>
      </w:r>
      <w:r>
        <w:t>log hain yani</w:t>
      </w:r>
    </w:p>
    <w:p>
      <w:pPr>
        <w:jc w:val="right"/>
      </w:pPr>
      <w:r>
        <w:t>لوگ ہیں یعنی</w:t>
      </w:r>
    </w:p>
    <w:p>
      <w:r>
        <w:rPr>
          <w:b/>
        </w:rPr>
        <w:t xml:space="preserve">[48:54] </w:t>
      </w:r>
      <w:r>
        <w:t>baray achhay log hain aur un say un ko un ka rasta mat roko to jab is hadith</w:t>
      </w:r>
    </w:p>
    <w:p>
      <w:pPr>
        <w:jc w:val="right"/>
      </w:pPr>
      <w:r>
        <w:t>بڑے اچھے لوگ ہیں اور ان سے ان کو ان کا راستہ مت روکو تو جب اس حدیث</w:t>
      </w:r>
    </w:p>
    <w:p>
      <w:r>
        <w:rPr>
          <w:b/>
        </w:rPr>
        <w:t xml:space="preserve">[49:01] </w:t>
      </w:r>
      <w:r>
        <w:t>ko parha main nay to main nay kaha kay aaj agar koi yeh karay koi muslim leader kay</w:t>
      </w:r>
    </w:p>
    <w:p>
      <w:pPr>
        <w:jc w:val="right"/>
      </w:pPr>
      <w:r>
        <w:t>کو پڑھا میں نے تو میں نے کہا کہ آج اگر کوئی یہ کرے کوئی مسلم لیڈر کہ</w:t>
      </w:r>
    </w:p>
    <w:p>
      <w:r>
        <w:rPr>
          <w:b/>
        </w:rPr>
        <w:t xml:space="preserve">[49:08] </w:t>
      </w:r>
      <w:r>
        <w:t>us kay pas</w:t>
      </w:r>
    </w:p>
    <w:p>
      <w:pPr>
        <w:jc w:val="right"/>
      </w:pPr>
      <w:r>
        <w:t>اس کے پاس</w:t>
      </w:r>
    </w:p>
    <w:p>
      <w:r>
        <w:rPr>
          <w:b/>
        </w:rPr>
        <w:t xml:space="preserve">[49:10] </w:t>
      </w:r>
      <w:r>
        <w:t>hinduon ka koi bohat hi</w:t>
      </w:r>
    </w:p>
    <w:p>
      <w:pPr>
        <w:jc w:val="right"/>
      </w:pPr>
      <w:r>
        <w:t>ہندوؤں کا کوئی بہت ہی</w:t>
      </w:r>
    </w:p>
    <w:p>
      <w:r>
        <w:rPr>
          <w:b/>
        </w:rPr>
        <w:t xml:space="preserve">[49:14] </w:t>
      </w:r>
      <w:r>
        <w:t>mutasir hindu baat karnay kay liye aaye aur woh kahay musalmanon say kay tum is ka gaaye say</w:t>
      </w:r>
    </w:p>
    <w:p>
      <w:pPr>
        <w:jc w:val="right"/>
      </w:pPr>
      <w:r>
        <w:t>متاثر ہندو بات کرنے کے لیے آئے اور وہ کہے مسلمانوں سے کہ تم اس کا گائے سے</w:t>
      </w:r>
    </w:p>
    <w:p>
      <w:r>
        <w:rPr>
          <w:b/>
        </w:rPr>
        <w:t xml:space="preserve">[49:19] </w:t>
      </w:r>
      <w:r>
        <w:t>lay kar istiqbal karo gaaye lay kar jao to aap jaisay log kahain gay yeh to shirk hai</w:t>
      </w:r>
    </w:p>
    <w:p>
      <w:pPr>
        <w:jc w:val="right"/>
      </w:pPr>
      <w:r>
        <w:t>لے کر استقبال کرو گائے لے کر جاؤ تو آپ جیسے لوگ کہیں گے یہ تو شرک ہے</w:t>
      </w:r>
    </w:p>
    <w:p>
      <w:r>
        <w:rPr>
          <w:b/>
        </w:rPr>
        <w:t xml:space="preserve">[49:23] </w:t>
      </w:r>
      <w:r>
        <w:t>shirk hai yeh shirk ka masla nahi hai yeh un ki un ki khair khwahi ka masla hai</w:t>
      </w:r>
    </w:p>
    <w:p>
      <w:pPr>
        <w:jc w:val="right"/>
      </w:pPr>
      <w:r>
        <w:t>شرک ہے یہ شرک کا مسئلہ نہیں ہے یہ ان کی ان کی خیر خواہی کا مسئلہ ہے</w:t>
      </w:r>
    </w:p>
    <w:p>
      <w:r>
        <w:rPr>
          <w:b/>
        </w:rPr>
        <w:t xml:space="preserve">[49:30] </w:t>
      </w:r>
      <w:r>
        <w:t>main musalmanon nay yani dil main khair khwahi ghayab ho gayi hai is liye sab mujh say nikalte</w:t>
      </w:r>
    </w:p>
    <w:p>
      <w:pPr>
        <w:jc w:val="right"/>
      </w:pPr>
      <w:r>
        <w:t>میں مسلمانوں نے یعنی دل میں خیر خواہی غائب ہو گئی ہے اس لیے سب مجھ سے نکالتے</w:t>
      </w:r>
    </w:p>
    <w:p>
      <w:r>
        <w:rPr>
          <w:b/>
        </w:rPr>
        <w:t xml:space="preserve">[49:36] </w:t>
      </w:r>
      <w:r>
        <w:t>hain main zaati tajrubay kay baba keh sakta hoon kay is zamanay main khair khwahi doosron kay liye</w:t>
      </w:r>
    </w:p>
    <w:p>
      <w:pPr>
        <w:jc w:val="right"/>
      </w:pPr>
      <w:r>
        <w:t>ہیں میں ذاتی تجربے کے بابا کہہ سکتا ہوں کہ اس زمانے میں خیر خواہی دوسروں کے لیے</w:t>
      </w:r>
    </w:p>
    <w:p>
      <w:r>
        <w:rPr>
          <w:b/>
        </w:rPr>
        <w:t xml:space="preserve">[49:41] </w:t>
      </w:r>
      <w:r>
        <w:t>hai hi nahi sirf apnay ko jantay hain woh agar aap ko agar khair khwahi ho to aap</w:t>
      </w:r>
    </w:p>
    <w:p>
      <w:pPr>
        <w:jc w:val="right"/>
      </w:pPr>
      <w:r>
        <w:t>ہے ہی نہیں صرف اپنے کو جانتے ہیں وہ اگر آپ کو اگر خیر خواہی ہو تو آپ</w:t>
      </w:r>
    </w:p>
    <w:p>
      <w:r>
        <w:rPr>
          <w:b/>
        </w:rPr>
        <w:t xml:space="preserve">[49:46] </w:t>
      </w:r>
      <w:r>
        <w:t>kahain kay oont ko lay kar jana ho chahay gaaye ko lay kar jana ho un ko un</w:t>
      </w:r>
    </w:p>
    <w:p>
      <w:pPr>
        <w:jc w:val="right"/>
      </w:pPr>
      <w:r>
        <w:t>کہیں کہ اونٹ کو لے کر جانا ہو چاہے گائے کو لے کر جانا ہو ان کو ان</w:t>
      </w:r>
    </w:p>
    <w:p>
      <w:r>
        <w:rPr>
          <w:b/>
        </w:rPr>
        <w:t xml:space="preserve">[49:50] </w:t>
      </w:r>
      <w:r>
        <w:t>ko jahannum say bachana hai humain un ko jahannum say bachanay kay liye hum sab kuch karain gay</w:t>
      </w:r>
    </w:p>
    <w:p>
      <w:pPr>
        <w:jc w:val="right"/>
      </w:pPr>
      <w:r>
        <w:t>کو جہنم سے بچانا ہے ہمیں ان کو جہنم سے بچانے کے لیے ہم سب کچھ کریں گے</w:t>
      </w:r>
    </w:p>
    <w:p>
      <w:r>
        <w:rPr>
          <w:b/>
        </w:rPr>
        <w:t xml:space="preserve">[49:55] </w:t>
      </w:r>
      <w:r>
        <w:t>apnay iman ko mehfooz mehfooz rakhtay huay to rasool Allah sal Allah alaihi wasallam nay jab yeh kiya</w:t>
      </w:r>
    </w:p>
    <w:p>
      <w:pPr>
        <w:jc w:val="right"/>
      </w:pPr>
      <w:r>
        <w:t>اپنے ایمان کو محفوظ محفوظ رکھتے ہوئے تو رسول اللہ صلی اللہ علیہ وسلم نے جب یہ کیا</w:t>
      </w:r>
    </w:p>
    <w:p>
      <w:r>
        <w:rPr>
          <w:b/>
        </w:rPr>
        <w:t xml:space="preserve">[50:00] </w:t>
      </w:r>
      <w:r>
        <w:t>kay oont ko kaha kay oont ko lay kar un ko istiqbal karo jab kay oont un ka</w:t>
      </w:r>
    </w:p>
    <w:p>
      <w:pPr>
        <w:jc w:val="right"/>
      </w:pPr>
      <w:r>
        <w:t>کہ اونٹ کو کہا کہ اونٹ کو لے کر ان کو استقبال کرو جب کہ اونٹ ان کا</w:t>
      </w:r>
    </w:p>
    <w:p>
      <w:r>
        <w:rPr>
          <w:b/>
        </w:rPr>
        <w:t xml:space="preserve">[50:05] </w:t>
      </w:r>
      <w:r>
        <w:t>maabood tha us us main to ab rasool Allah kay baray main kahain gay rasool Allah nay ghulu</w:t>
      </w:r>
    </w:p>
    <w:p>
      <w:pPr>
        <w:jc w:val="right"/>
      </w:pPr>
      <w:r>
        <w:t>معبود تھا اس اس میں تو اب رسول اللہ کے بارے میں کہیں گے رسول اللہ نے غلو</w:t>
      </w:r>
    </w:p>
    <w:p>
      <w:r>
        <w:rPr>
          <w:b/>
        </w:rPr>
        <w:t xml:space="preserve">[50:11] </w:t>
      </w:r>
      <w:r>
        <w:t>kiya yeh farmain gay aap yeh ghulu ka lafz yahan apply nahi hota yahan jo apply hoti hai</w:t>
      </w:r>
    </w:p>
    <w:p>
      <w:pPr>
        <w:jc w:val="right"/>
      </w:pPr>
      <w:r>
        <w:t>کیا یہ فرمائیں گے آپ یہ غلو کا لفظ یہاں اپلائی نہیں ہوتا یہاں جو اپلائی ہوتی ہے</w:t>
      </w:r>
    </w:p>
    <w:p>
      <w:r>
        <w:rPr>
          <w:b/>
        </w:rPr>
        <w:t xml:space="preserve">[50:17] </w:t>
      </w:r>
      <w:r>
        <w:t>woh talif e qalb yani doosron ka khair khwah hona</w:t>
      </w:r>
    </w:p>
    <w:p>
      <w:pPr>
        <w:jc w:val="right"/>
      </w:pPr>
      <w:r>
        <w:t>وہ تالیف قلب یعنی دوسروں کا خیر خواہ ہونا</w:t>
      </w:r>
    </w:p>
    <w:p>
      <w:r>
        <w:rPr>
          <w:b/>
        </w:rPr>
        <w:t xml:space="preserve">[50:21] </w:t>
      </w:r>
      <w:r>
        <w:t>masla hai doosron ka khair khwah hona</w:t>
      </w:r>
    </w:p>
    <w:p>
      <w:pPr>
        <w:jc w:val="right"/>
      </w:pPr>
      <w:r>
        <w:t>مسئلہ ہے دوسروں کا خیر خواہ ہونا</w:t>
      </w:r>
    </w:p>
    <w:p>
      <w:r>
        <w:rPr>
          <w:b/>
        </w:rPr>
        <w:t xml:space="preserve">[50:23] </w:t>
      </w:r>
      <w:r>
        <w:t>to meri zaati rai in hadithon ko lay kar yahi hai</w:t>
      </w:r>
    </w:p>
    <w:p>
      <w:pPr>
        <w:jc w:val="right"/>
      </w:pPr>
      <w:r>
        <w:t>تو میری ذاتی رائے ان حدیثوں کو لے کر یہی ہے</w:t>
      </w:r>
    </w:p>
    <w:p>
      <w:r>
        <w:rPr>
          <w:b/>
        </w:rPr>
        <w:t xml:space="preserve">[50:29] </w:t>
      </w:r>
      <w:r>
        <w:t>kay talif e qalb kay baray main sirf aik hi cheez dekhna chahiye kay kiya meri niyat yeh hai</w:t>
      </w:r>
    </w:p>
    <w:p>
      <w:pPr>
        <w:jc w:val="right"/>
      </w:pPr>
      <w:r>
        <w:t>کہ تالیف قلب کے بارے میں صرف ایک ہی چیز دیکھنا چاہیے کہ کیا میری نیت یہ ہے</w:t>
      </w:r>
    </w:p>
    <w:p>
      <w:r>
        <w:rPr>
          <w:b/>
        </w:rPr>
        <w:t xml:space="preserve">[50:34] </w:t>
      </w:r>
      <w:r>
        <w:t>kay yeh jahannum say bachen</w:t>
      </w:r>
    </w:p>
    <w:p>
      <w:pPr>
        <w:jc w:val="right"/>
      </w:pPr>
      <w:r>
        <w:t>کہ یہ جہنم سے بچیں</w:t>
      </w:r>
    </w:p>
    <w:p>
      <w:r>
        <w:rPr>
          <w:b/>
        </w:rPr>
        <w:t xml:space="preserve">[50:36] </w:t>
      </w:r>
      <w:r>
        <w:t>kiya meri niyat yeh hai kay in ko Allah taala jannat dakhil karay yeh niyat agar hai to</w:t>
      </w:r>
    </w:p>
    <w:p>
      <w:pPr>
        <w:jc w:val="right"/>
      </w:pPr>
      <w:r>
        <w:t>کیا میری نیت یہ ہے کہ ان کو اللہ تعالی جنت داخل کرے یہ نیت اگر ہے تو</w:t>
      </w:r>
    </w:p>
    <w:p>
      <w:r>
        <w:rPr>
          <w:b/>
        </w:rPr>
        <w:t xml:space="preserve">[50:42] </w:t>
      </w:r>
      <w:r>
        <w:t>aap kuch bhi kijiye</w:t>
      </w:r>
    </w:p>
    <w:p>
      <w:pPr>
        <w:jc w:val="right"/>
      </w:pPr>
      <w:r>
        <w:t>آپ کچھ بھی کیجیے</w:t>
      </w:r>
    </w:p>
    <w:p>
      <w:r>
        <w:rPr>
          <w:b/>
        </w:rPr>
        <w:t xml:space="preserve">[50:45] </w:t>
      </w:r>
      <w:r>
        <w:t>meri zaati rai yahi hai kiya aap nay dohraiye is ko</w:t>
      </w:r>
    </w:p>
    <w:p>
      <w:pPr>
        <w:jc w:val="right"/>
      </w:pPr>
      <w:r>
        <w:t>میری ذاتی رائے یہی ہے کیا آپ نے دہرائیے اس کو</w:t>
      </w:r>
    </w:p>
    <w:p>
      <w:r>
        <w:rPr>
          <w:b/>
        </w:rPr>
        <w:t xml:space="preserve">[50:49] </w:t>
      </w:r>
      <w:r>
        <w:t>molana aap yeh keh rahe hain ke talif e qalb ke mamle mein hum ko bas apni niyat ko</w:t>
      </w:r>
    </w:p>
    <w:p>
      <w:pPr>
        <w:jc w:val="right"/>
      </w:pPr>
      <w:r>
        <w:t>مولانا آپ یہ کہہ رہے ہیں کہ تالیف قلب کے معاملے میں ہم کو بس اپنی نیت کو</w:t>
      </w:r>
    </w:p>
    <w:p>
      <w:r>
        <w:rPr>
          <w:b/>
        </w:rPr>
        <w:t xml:space="preserve">[50:54] </w:t>
      </w:r>
      <w:r>
        <w:t>dekhna chahiye ke kya main is ka khair khwah hoon is ko jahannum se bachana chahta hoon agar</w:t>
      </w:r>
    </w:p>
    <w:p>
      <w:pPr>
        <w:jc w:val="right"/>
      </w:pPr>
      <w:r>
        <w:t>دیکھنا چاہیے کہ کیا میں اس کا خیر خواہ ہوں اس کو جہنم سے بچانا چاہتا ہوں اگر</w:t>
      </w:r>
    </w:p>
    <w:p>
      <w:r>
        <w:rPr>
          <w:b/>
        </w:rPr>
        <w:t xml:space="preserve">[50:59] </w:t>
      </w:r>
      <w:r>
        <w:t>yeh niyat hai to talif e qalb ke mamle mein had nahi aap aage tak badh sakte hain jaisa</w:t>
      </w:r>
    </w:p>
    <w:p>
      <w:pPr>
        <w:jc w:val="right"/>
      </w:pPr>
      <w:r>
        <w:t>یہ نیت ہے تو تالیف قلب کے معاملے میں حد نہیں آپ آگے تک بڑھ سکتے ہیں جیسا</w:t>
      </w:r>
    </w:p>
    <w:p>
      <w:r>
        <w:rPr>
          <w:b/>
        </w:rPr>
        <w:t xml:space="preserve">[51:04] </w:t>
      </w:r>
      <w:r>
        <w:t>rasool Allah ne ek qabile ke sardar ko dekh kar jo oonton ki ta'zeem karta tha us ko</w:t>
      </w:r>
    </w:p>
    <w:p>
      <w:pPr>
        <w:jc w:val="right"/>
      </w:pPr>
      <w:r>
        <w:t>رسول اللہ نے ایک قبیلے کے سردار کو دیکھ کر جو اونٹوں کی تعظیم کرتا تھا اس کو</w:t>
      </w:r>
    </w:p>
    <w:p>
      <w:r>
        <w:rPr>
          <w:b/>
        </w:rPr>
        <w:t xml:space="preserve">[51:09] </w:t>
      </w:r>
      <w:r>
        <w:t>ilaah ki tarah manta tha us ki ta'zeem ke liye oont ko aage badhaya tha hudaybiya ke mauqe</w:t>
      </w:r>
    </w:p>
    <w:p>
      <w:pPr>
        <w:jc w:val="right"/>
      </w:pPr>
      <w:r>
        <w:t>الہ کی طرح مانتا تھا اس کی تعظیم کے لیے اونٹ کو آگے بڑھایا تھا حدیبیہ کے موقع</w:t>
      </w:r>
    </w:p>
    <w:p>
      <w:r>
        <w:rPr>
          <w:b/>
        </w:rPr>
        <w:t xml:space="preserve">[51:15] </w:t>
      </w:r>
      <w:r>
        <w:t>par aur molana mujhe ek aur waqea bhi yaad aata hai ke hudaybiya ke baad najran ke eesaai</w:t>
      </w:r>
    </w:p>
    <w:p>
      <w:pPr>
        <w:jc w:val="right"/>
      </w:pPr>
      <w:r>
        <w:t>پر اور مولانا مجھے ایک اور واقعہ بھی یاد آتا ہے کہ حدیبیہ کے بعد نجران کے عیسائی</w:t>
      </w:r>
    </w:p>
    <w:p>
      <w:r>
        <w:rPr>
          <w:b/>
        </w:rPr>
        <w:t xml:space="preserve">[51:21] </w:t>
      </w:r>
      <w:r>
        <w:t>aaye the masjid e nabvi mein thehre to unhon ne apne hi hisab se ibadat ki thi masjid mein</w:t>
      </w:r>
    </w:p>
    <w:p>
      <w:pPr>
        <w:jc w:val="right"/>
      </w:pPr>
      <w:r>
        <w:t>آئے تھے مسجد نبوی میں ٹھہرے تو انہوں نے اپنے ہی حساب سے عبادت کی تھی مسجد میں</w:t>
      </w:r>
    </w:p>
    <w:p>
      <w:r>
        <w:rPr>
          <w:b/>
        </w:rPr>
        <w:t xml:space="preserve">[51:25] </w:t>
      </w:r>
      <w:r>
        <w:t>to logon ne rasool Allah se kaha ke yeh kya kar rahe hain hamari masjid mein woh apne</w:t>
      </w:r>
    </w:p>
    <w:p>
      <w:pPr>
        <w:jc w:val="right"/>
      </w:pPr>
      <w:r>
        <w:t>تو لوگوں نے رسول اللہ سے کہا کہ یہ کیا کر رہے ہیں ہماری مسجد میں وہ اپنے</w:t>
      </w:r>
    </w:p>
    <w:p>
      <w:r>
        <w:rPr>
          <w:b/>
        </w:rPr>
        <w:t xml:space="preserve">[51:30] </w:t>
      </w:r>
      <w:r>
        <w:t>hi hisab se ibadat kar rahe hain to rasool Allah ne un se yeh kaha tha ke karne</w:t>
      </w:r>
    </w:p>
    <w:p>
      <w:pPr>
        <w:jc w:val="right"/>
      </w:pPr>
      <w:r>
        <w:t>ہی حساب سے عبادت کر رہے ہیں تو رسول اللہ نے ان سے یہ کہا تھا کہ کرنے</w:t>
      </w:r>
    </w:p>
    <w:p>
      <w:r>
        <w:rPr>
          <w:b/>
        </w:rPr>
        <w:t xml:space="preserve">[51:34] </w:t>
      </w:r>
      <w:r>
        <w:t>do karne do</w:t>
      </w:r>
    </w:p>
    <w:p>
      <w:pPr>
        <w:jc w:val="right"/>
      </w:pPr>
      <w:r>
        <w:t>دو کرنے دو</w:t>
      </w:r>
    </w:p>
    <w:p>
      <w:r>
        <w:rPr>
          <w:b/>
        </w:rPr>
        <w:t xml:space="preserve">[51:35] </w:t>
      </w:r>
      <w:r>
        <w:t>yani masjid e nabvi mein unhon ne apne tareeqe ke mutabiq ibadat ki aaj koi kare to aap bhaga</w:t>
      </w:r>
    </w:p>
    <w:p>
      <w:pPr>
        <w:jc w:val="right"/>
      </w:pPr>
      <w:r>
        <w:t>یعنی مسجد نبوی میں انہوں نے اپنے طریقے کے مطابق عبادت کی آج کوئی کرے تو آپ بھگا</w:t>
      </w:r>
    </w:p>
    <w:p>
      <w:r>
        <w:rPr>
          <w:b/>
        </w:rPr>
        <w:t xml:space="preserve">[51:42] </w:t>
      </w:r>
      <w:r>
        <w:t>denge is ko kahein ke yeh ghulu hai yeh ghulu hai ke in ko ijazat ijazat di</w:t>
      </w:r>
    </w:p>
    <w:p>
      <w:pPr>
        <w:jc w:val="right"/>
      </w:pPr>
      <w:r>
        <w:t>دیں گے اس کو کہیں کہ یہ غلو ہے یہ غلو ہے کہ ان کو اجازت اجازت دی</w:t>
      </w:r>
    </w:p>
    <w:p>
      <w:r>
        <w:rPr>
          <w:b/>
        </w:rPr>
        <w:t xml:space="preserve">[51:46] </w:t>
      </w:r>
      <w:r>
        <w:t>jayen yani ab ek aisa</w:t>
      </w:r>
    </w:p>
    <w:p>
      <w:pPr>
        <w:jc w:val="right"/>
      </w:pPr>
      <w:r>
        <w:t>جائے یعنی اب ایک ایسا</w:t>
      </w:r>
    </w:p>
    <w:p>
      <w:r>
        <w:rPr>
          <w:b/>
        </w:rPr>
        <w:t xml:space="preserve">[51:50] </w:t>
      </w:r>
      <w:r>
        <w:t>un ka deen jo hai un ka deen mansookh ho chuka tha un ka un ka tareeqa mansookh</w:t>
      </w:r>
    </w:p>
    <w:p>
      <w:pPr>
        <w:jc w:val="right"/>
      </w:pPr>
      <w:r>
        <w:t>ان کا دین جو ہے ان کا دین منسوخ ہو چکا تھا ان کا ان کا طریقہ منسوخ</w:t>
      </w:r>
    </w:p>
    <w:p>
      <w:r>
        <w:rPr>
          <w:b/>
        </w:rPr>
        <w:t xml:space="preserve">[51:57] </w:t>
      </w:r>
      <w:r>
        <w:t>ho chuka tha ab woh aaye aur rasool Allah ne un ko masjid e nabvi mein namaz parhne ki</w:t>
      </w:r>
    </w:p>
    <w:p>
      <w:pPr>
        <w:jc w:val="right"/>
      </w:pPr>
      <w:r>
        <w:t>ہو چکا تھا اب وہ آئے اور رسول اللہ نے ان کو مسجد نبوی میں نماز پڑھنے کی</w:t>
      </w:r>
    </w:p>
    <w:p>
      <w:r>
        <w:rPr>
          <w:b/>
        </w:rPr>
        <w:t xml:space="preserve">[52:01] </w:t>
      </w:r>
      <w:r>
        <w:t>ibadat karne ki ijazat di kya ghulu tha yeh yeh ghulu ka woh tasawwur hai jis se nabi</w:t>
      </w:r>
    </w:p>
    <w:p>
      <w:pPr>
        <w:jc w:val="right"/>
      </w:pPr>
      <w:r>
        <w:t>عبادت کرنے کی اجازت دی کیا غلو تھا یہ یہ غلو کا وہ تصور ہے جس سے نبی</w:t>
      </w:r>
    </w:p>
    <w:p>
      <w:r>
        <w:rPr>
          <w:b/>
        </w:rPr>
        <w:t xml:space="preserve">[52:08] </w:t>
      </w:r>
      <w:r>
        <w:t>mustasna nahi rahega kaisa ajeeb ghareeb ghulu hai to asal baat maine bahut socha is par</w:t>
      </w:r>
    </w:p>
    <w:p>
      <w:pPr>
        <w:jc w:val="right"/>
      </w:pPr>
      <w:r>
        <w:t>مستثنیٰ نہیں رہے گا کیسا عجیب غریب غلو ہے تو اصل بات میں نے بہت سوچا اس پر</w:t>
      </w:r>
    </w:p>
    <w:p>
      <w:r>
        <w:rPr>
          <w:b/>
        </w:rPr>
        <w:t xml:space="preserve">[52:13] </w:t>
      </w:r>
      <w:r>
        <w:t>ke musalmanon ke andar yaqeen kijiye apna beta beti ki mohabbat hai kisi</w:t>
      </w:r>
    </w:p>
    <w:p>
      <w:pPr>
        <w:jc w:val="right"/>
      </w:pPr>
      <w:r>
        <w:t>کہ مسلمانوں کے اندر یقین کیجئے اپنا بیٹا بیٹی کی محبت ہے کسی</w:t>
      </w:r>
    </w:p>
    <w:p>
      <w:r>
        <w:rPr>
          <w:b/>
        </w:rPr>
        <w:t xml:space="preserve">[52:20] </w:t>
      </w:r>
      <w:r>
        <w:t>ghair muslim ki mohabbat un ke andar hai hi nahi ghair muslim se mali mafad Allah lenge</w:t>
      </w:r>
    </w:p>
    <w:p>
      <w:pPr>
        <w:jc w:val="right"/>
      </w:pPr>
      <w:r>
        <w:t>غیر مسلم کی محبت ان کے اندر ہے ہی نہیں غیر مسلم سے مالی مفاد اللہ لیں گے</w:t>
      </w:r>
    </w:p>
    <w:p>
      <w:r>
        <w:rPr>
          <w:b/>
        </w:rPr>
        <w:t xml:space="preserve">[52:25] </w:t>
      </w:r>
      <w:r>
        <w:t>woh lekin ghair muslimon ko koi khair khwahi karein yani</w:t>
      </w:r>
    </w:p>
    <w:p>
      <w:pPr>
        <w:jc w:val="right"/>
      </w:pPr>
      <w:r>
        <w:t>وہ لیکن غیر مسلموں کو کوئی خیر خواہی کریں یعنی</w:t>
      </w:r>
    </w:p>
    <w:p>
      <w:r>
        <w:rPr>
          <w:b/>
        </w:rPr>
        <w:t xml:space="preserve">[52:31] </w:t>
      </w:r>
      <w:r>
        <w:t>un ke un ki is yeh un ka woh ke in ko jahannum se bachane ka jazba un</w:t>
      </w:r>
    </w:p>
    <w:p>
      <w:pPr>
        <w:jc w:val="right"/>
      </w:pPr>
      <w:r>
        <w:t>ان کے ان کی اس یہ ان کا وہ کہ ان کو جہنم سے بچانے کا جذبہ ان</w:t>
      </w:r>
    </w:p>
    <w:p>
      <w:r>
        <w:rPr>
          <w:b/>
        </w:rPr>
        <w:t xml:space="preserve">[52:37] </w:t>
      </w:r>
      <w:r>
        <w:t>ke andar ho yeh hai hi nahi musalman ghayab hai bilkul agar aap is se inkar karte hon</w:t>
      </w:r>
    </w:p>
    <w:p>
      <w:pPr>
        <w:jc w:val="right"/>
      </w:pPr>
      <w:r>
        <w:t>کے اندر ہو یہ ہے ہی نہیں مسلمان غائب ہے بالکل اگر آپ اس سے انکار کرتے ہوں</w:t>
      </w:r>
    </w:p>
    <w:p>
      <w:r>
        <w:rPr>
          <w:b/>
        </w:rPr>
        <w:t xml:space="preserve">[52:43] </w:t>
      </w:r>
      <w:r>
        <w:t>to main bahut se waqiyat bata sakta hoon aap ko is liye yeh sab baatein</w:t>
      </w:r>
    </w:p>
    <w:p>
      <w:pPr>
        <w:jc w:val="right"/>
      </w:pPr>
      <w:r>
        <w:t>تو میں بہت سے واقعات بتا سکتا ہوں آپ کو اس لیے یہ سب باتیں</w:t>
      </w:r>
    </w:p>
    <w:p>
      <w:r>
        <w:rPr>
          <w:b/>
        </w:rPr>
        <w:t xml:space="preserve">[52:48] </w:t>
      </w:r>
      <w:r>
        <w:t>hain yeh sab baatein isi liye hain</w:t>
      </w:r>
    </w:p>
    <w:p>
      <w:pPr>
        <w:jc w:val="right"/>
      </w:pPr>
      <w:r>
        <w:t>ہیں یہ سب باتیں اسی لیے ہیں</w:t>
      </w:r>
    </w:p>
    <w:p>
      <w:r>
        <w:rPr>
          <w:b/>
        </w:rPr>
        <w:t xml:space="preserve">[52:52] </w:t>
      </w:r>
      <w:r>
        <w:t>main isi tarah ki ek baat mein ek baar gaya tha</w:t>
      </w:r>
    </w:p>
    <w:p>
      <w:pPr>
        <w:jc w:val="right"/>
      </w:pPr>
      <w:r>
        <w:t>میں اسی طرح کی ایک بات میں ایک بار گیا تھا</w:t>
      </w:r>
    </w:p>
    <w:p>
      <w:r>
        <w:rPr>
          <w:b/>
        </w:rPr>
        <w:t xml:space="preserve">[52:56] </w:t>
      </w:r>
      <w:r>
        <w:t>wahan bhopal bhopal mein hamari aik majlis thi to aik naujawan</w:t>
      </w:r>
    </w:p>
    <w:p>
      <w:pPr>
        <w:jc w:val="right"/>
      </w:pPr>
      <w:r>
        <w:t>وہاں بھوپال بھوپال میں ہماری ایک مجلس تھی تو ایک نوجوان</w:t>
      </w:r>
    </w:p>
    <w:p>
      <w:r>
        <w:rPr>
          <w:b/>
        </w:rPr>
        <w:t xml:space="preserve">[53:05] </w:t>
      </w:r>
      <w:r>
        <w:t>ne kuch baatein kaheen us waqt mein ne un ki baaton ko tafseeli jawab nahi diya mein ne</w:t>
      </w:r>
    </w:p>
    <w:p>
      <w:pPr>
        <w:jc w:val="right"/>
      </w:pPr>
      <w:r>
        <w:t>نے کچھ باتیں کہیں اس وقت میں نے ان کی باتوں کو تفصیلی جواب نہیں دیا میں نے</w:t>
      </w:r>
    </w:p>
    <w:p>
      <w:r>
        <w:rPr>
          <w:b/>
        </w:rPr>
        <w:t xml:space="preserve">[53:11] </w:t>
      </w:r>
      <w:r>
        <w:t>kaha ke mere bhai</w:t>
      </w:r>
    </w:p>
    <w:p>
      <w:pPr>
        <w:jc w:val="right"/>
      </w:pPr>
      <w:r>
        <w:t>کہا کہ میرے بھائی</w:t>
      </w:r>
    </w:p>
    <w:p>
      <w:r>
        <w:rPr>
          <w:b/>
        </w:rPr>
        <w:t xml:space="preserve">[53:13] </w:t>
      </w:r>
      <w:r>
        <w:t>kuch kuch cheezein woh jo hai dard dard ki darsgah parh jati hain</w:t>
      </w:r>
    </w:p>
    <w:p>
      <w:pPr>
        <w:jc w:val="right"/>
      </w:pPr>
      <w:r>
        <w:t>کچھ کچھ چیزیں وہ جو ہے درد درد کی درسگاہ پڑھ جاتی ہیں</w:t>
      </w:r>
    </w:p>
    <w:p>
      <w:r>
        <w:rPr>
          <w:b/>
        </w:rPr>
        <w:t xml:space="preserve">[53:21] </w:t>
      </w:r>
      <w:r>
        <w:t>kuch cheezein woh hain jo dard ki darsgah parh jati hain aap ko chounke dard nahi insaan bhaarr</w:t>
      </w:r>
    </w:p>
    <w:p>
      <w:pPr>
        <w:jc w:val="right"/>
      </w:pPr>
      <w:r>
        <w:t>کچھ چیزیں وہ ہیں جو درد کی درسگاہ پڑھ جاتی ہیں آپ کو چونکہ درد نہیں انسان بھاڑ</w:t>
      </w:r>
    </w:p>
    <w:p>
      <w:r>
        <w:rPr>
          <w:b/>
        </w:rPr>
        <w:t xml:space="preserve">[53:25] </w:t>
      </w:r>
      <w:r>
        <w:t>mein jaye jahannum mein jaye is liye aap aisi baatein karte hain</w:t>
      </w:r>
    </w:p>
    <w:p>
      <w:pPr>
        <w:jc w:val="right"/>
      </w:pPr>
      <w:r>
        <w:t>میں جائے جہنم میں جائے اس لیے آپ ایسی باتیں کرتے ہیں</w:t>
      </w:r>
    </w:p>
    <w:p>
      <w:r>
        <w:rPr>
          <w:b/>
        </w:rPr>
        <w:t xml:space="preserve">[53:29] </w:t>
      </w:r>
      <w:r>
        <w:t>maulana woh apna aap ne jo abhi talif e qalb par baat kahi to us par woh apna ek ta'sur de rahi hain ke woh ek martaba dawat ke liye kisi mandir mein gaein. nahi nahi maulana bhi sath thay sab log gaye thay hum to wahan aap bhi thay is is mein jab yeh mandir mein gaye thay dawat ke liye to namaz ka time ho gaya to unhon ne woh namaz ke liye wohin par parhne ke liye kaha tha.</w:t>
      </w:r>
    </w:p>
    <w:p>
      <w:pPr>
        <w:jc w:val="right"/>
      </w:pPr>
      <w:r>
        <w:t>مولانا وہ اپنا آپ نے جو ابھی تالیف قلب پر بات کہی تو اس پر وہ اپنا ایک تاثر دے رہی ہیں کہ وہ ایک مرتبہ دعوت کے لیے کسی مندر میں گئیں۔ نہیں نہیں مولانا بھی ساتھ تھے سب لوگ گئے تھے ہم تو وہاں آپ بھی تھے اس اس میں جب یہ مندر میں گئے تھے دعوت کے لیے تو نماز کا ٹائم ہو گیا تو انہوں نے وہ نماز کے لیے وہیں پر پڑھنے کے لیے کہا تھا۔</w:t>
      </w:r>
    </w:p>
    <w:p>
      <w:r>
        <w:rPr>
          <w:b/>
        </w:rPr>
        <w:t xml:space="preserve">[53:51] </w:t>
      </w:r>
      <w:r>
        <w:t>haan yeh to aap ko bar bar tajruba koi rokta nahi. koi rokta nahi baray shauq se. balkay ek bar mein aise hua to kai hindu log thay maine kaha abhi mujhe namaz parhna hai to aise haath baat khare ho gaye. jab tak mein namaz parhta raha aise hi khare rahe. itna ehtiram kiya unhon ne namaz ka. to kya hum ghulu ka khud sakhta tasawwur le kar ke un ko hum dawat de denge? yeh ghulu ka khud sakhta tasawwur hai. dekhiye is mein mein ek quran ki ek aayat bhi batana chahunga ke nabi ki zuban se hai inni lakum nasihun amin. yeh nabi ki zuban se quran majeed mein hai inni lakum nasihun amin. yani mein nasih hoon aur amin hoon. amin Allah ki nisbat se aur nasih insan ki nisbat se. nasih ke mani hotay hain arabi zaban mein khair khwah. nasih ke mani hotay hain khair khwah. to insan ki nisbat se nabi khair khwah hota hai. aur Allah ki nisbat se woh amin hota hai. honest. yahan amin ka matlab hai honest. yani Allah se jo baat mili hai wohi pehchanana hai wohi pehchanana hai wohi pehchanana hai. kuch badalna nahi hai is mein. lekin insan ki nisbat se woh khair khwah hota hai. apna zaati mafad nahi hota. la la alaih koi zaati mafad is ka nahi. lekin woh dekhta hai jaise business man jo hai us us ka tareeqa hota hai customer friendly behavior. customer friendly behavior. to mein samajhta hoon ke da'i jo hai woh mauzu' friendly behavior hota hai. yahi khulasa hai. da'i ke andar agar mauzu' friendly behavior hai to woh us ki khair khwahi ke liye kuch bhi karega. jab ke woh samajhta hai ke mein mein koi zaati mafad is mein shamil nahi hai.</w:t>
      </w:r>
    </w:p>
    <w:p>
      <w:pPr>
        <w:jc w:val="right"/>
      </w:pPr>
      <w:r>
        <w:t>ہاں یہ تو آپ کو بار بار تجربہ کوئی روکتا نہیں۔ کوئی روکتا نہیں بڑے شوق سے۔ بلکہ ایک بار میں ایسے ہوا تو کئی ہندو لوگ تھے میں نے کہا ابھی مجھے نماز پڑھنا ہے تو ایسے ہاتھ بات کھڑے ہو گئے۔ جب تک میں نماز پڑھتا رہا ایسے ہی کھڑے رہے۔ اتنا احترام کیا انہوں نے نماز کا۔ تو کیا ہم غلو کا خود ساختہ تصور لے کر کے ان کو ہم دعوت دے دیں گے؟ یہ غلو کا خود ساختہ تصور ہے۔ دیکھیے اس میں میں ایک قرآن کی ایک آیت بھی بتانا چاہوں گا کہ نبی کی زبان سے ہے انی لکم ناسون امین۔ یہ نبی کی زبان سے قرآن مجید میں ہے انی لکم ناسون امین۔ یعنی میں ناسع ہوں اور امین ہوں۔ امین اللہ کی نسبت سے اور ناسع انسان کی نسبت سے۔ ناسع کے معنی ہوتے ہیں عربی زبان میں خیر خواہ۔ ناسع کے معنی ہوتے ہیں خیر خواہ۔ تو انسان کی نسبت سے نبی خیر خواہ ہوتا ہے۔ اور اللہ کی نسبت سے وہ امین ہوتا ہے۔ اونسٹ۔ یہاں امین کا مطلب ہے اونسٹ۔ یعنی اللہ سے جو بات ملی ہے وہی پہچاننا ہے وہی پہچاننا ہے وہی پہچاننا ہے۔ کچھ بدلنا نہیں ہے اس میں۔ لیکن انسان کی نسبت سے وہ خیر خواہ ہوتا ہے۔ اپنا ذاتی مفاد نہیں ہوتا۔ لا لا علیہ کوئی ذاتی مفاد اس کا نہیں۔ لیکن وہ دیکھتا ہے جیسے بزنس مین جو ہے اس اس کا طریقہ ہوتا ہے کسٹمر فرینڈلی بیہیویئر۔ کسٹمر فرینڈلی بیہیویئر۔ تو میں سمجھتا ہوں کہ داعی جو ہے وہ موضوع فرینڈلی بیہیویئر ہوتا ہے۔ یہی خلاصہ ہے۔ داعی کے اندر اگر موضوع فرینڈلی بیہیویئر ہے تو وہ اس کی خیر خواہی کے لیے کچھ بھی کرے گا۔ جبکہ وہ سمجھتا ہے کہ میں میں کوئی ذاتی مفاد اس میں شامل نہیں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