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2 51 73 Chapter Al Baqrah, Aug 23, 2015</w:t>
      </w:r>
    </w:p>
    <w:p>
      <w:r>
        <w:t>https://www.youtube.com/watch?v=ek71udLfgbI</w:t>
      </w:r>
    </w:p>
    <w:p>
      <w:r>
        <w:rPr>
          <w:b/>
        </w:rPr>
        <w:t xml:space="preserve">[00:21] </w:t>
      </w:r>
      <w:r>
        <w:t>bismillah rahman al rahim,</w:t>
      </w:r>
    </w:p>
    <w:p>
      <w:pPr>
        <w:jc w:val="right"/>
      </w:pPr>
      <w:r>
        <w:t>بسم اللہ الرحمن الرحیم،</w:t>
      </w:r>
    </w:p>
    <w:p>
      <w:r>
        <w:rPr>
          <w:b/>
        </w:rPr>
        <w:t xml:space="preserve">[00:24] </w:t>
      </w:r>
      <w:r>
        <w:t>wasalli allah ala al nabbi al karim.</w:t>
      </w:r>
    </w:p>
    <w:p>
      <w:pPr>
        <w:jc w:val="right"/>
      </w:pPr>
      <w:r>
        <w:t>وصلی اللہ علی النبی الکریم۔</w:t>
      </w:r>
    </w:p>
    <w:p>
      <w:r>
        <w:rPr>
          <w:b/>
        </w:rPr>
        <w:t xml:space="preserve">[00:28] </w:t>
      </w:r>
      <w:r>
        <w:t>rab ishrah li sadri,</w:t>
      </w:r>
    </w:p>
    <w:p>
      <w:pPr>
        <w:jc w:val="right"/>
      </w:pPr>
      <w:r>
        <w:t>رب اشرح لی صدری،</w:t>
      </w:r>
    </w:p>
    <w:p>
      <w:r>
        <w:rPr>
          <w:b/>
        </w:rPr>
        <w:t xml:space="preserve">[00:31] </w:t>
      </w:r>
      <w:r>
        <w:t>waisir li amri,</w:t>
      </w:r>
    </w:p>
    <w:p>
      <w:pPr>
        <w:jc w:val="right"/>
      </w:pPr>
      <w:r>
        <w:t>ویسر لی امری،</w:t>
      </w:r>
    </w:p>
    <w:p>
      <w:r>
        <w:rPr>
          <w:b/>
        </w:rPr>
        <w:t xml:space="preserve">[00:33] </w:t>
      </w:r>
      <w:r>
        <w:t>wahal al uqdata min lisani</w:t>
      </w:r>
    </w:p>
    <w:p>
      <w:pPr>
        <w:jc w:val="right"/>
      </w:pPr>
      <w:r>
        <w:t>واحل العقدۃ من لسانی</w:t>
      </w:r>
    </w:p>
    <w:p>
      <w:r>
        <w:rPr>
          <w:b/>
        </w:rPr>
        <w:t xml:space="preserve">[00:36] </w:t>
      </w:r>
      <w:r>
        <w:t>yafqa qawli. dars quran:</w:t>
      </w:r>
    </w:p>
    <w:p>
      <w:pPr>
        <w:jc w:val="right"/>
      </w:pPr>
      <w:r>
        <w:t>یفقہ قولی۔ درس قرآن:</w:t>
      </w:r>
    </w:p>
    <w:p>
      <w:r>
        <w:rPr>
          <w:b/>
        </w:rPr>
        <w:t xml:space="preserve">[00:43] </w:t>
      </w:r>
      <w:r>
        <w:t>aaj surah al baqarah ka</w:t>
      </w:r>
    </w:p>
    <w:p>
      <w:pPr>
        <w:jc w:val="right"/>
      </w:pPr>
      <w:r>
        <w:t>آج سورہ البقرہ کا</w:t>
      </w:r>
    </w:p>
    <w:p>
      <w:r>
        <w:rPr>
          <w:b/>
        </w:rPr>
        <w:t xml:space="preserve">[00:46] </w:t>
      </w:r>
      <w:r>
        <w:t>woh hissa dars ke liye muntakhib kiya gaya hai jo</w:t>
      </w:r>
    </w:p>
    <w:p>
      <w:pPr>
        <w:jc w:val="right"/>
      </w:pPr>
      <w:r>
        <w:t>وہ حصہ درس کے لیے منتخب کیا گیا ہے جو</w:t>
      </w:r>
    </w:p>
    <w:p>
      <w:r>
        <w:rPr>
          <w:b/>
        </w:rPr>
        <w:t xml:space="preserve">[00:54] </w:t>
      </w:r>
      <w:r>
        <w:t>wars number 51 se shuru hota hai.</w:t>
      </w:r>
    </w:p>
    <w:p>
      <w:pPr>
        <w:jc w:val="right"/>
      </w:pPr>
      <w:r>
        <w:t>ورس نمبر 51 سے شروع ہوتا ہے۔</w:t>
      </w:r>
    </w:p>
    <w:p>
      <w:r>
        <w:rPr>
          <w:b/>
        </w:rPr>
        <w:t xml:space="preserve">[00:58] </w:t>
      </w:r>
      <w:r>
        <w:t>al baqarah, ayat number</w:t>
      </w:r>
    </w:p>
    <w:p>
      <w:pPr>
        <w:jc w:val="right"/>
      </w:pPr>
      <w:r>
        <w:t>البقرہ، آیت نمبر</w:t>
      </w:r>
    </w:p>
    <w:p>
      <w:r>
        <w:rPr>
          <w:b/>
        </w:rPr>
        <w:t xml:space="preserve">[01:01] </w:t>
      </w:r>
      <w:r>
        <w:t>51.</w:t>
      </w:r>
    </w:p>
    <w:p>
      <w:pPr>
        <w:jc w:val="right"/>
      </w:pPr>
      <w:r>
        <w:t>51۔</w:t>
      </w:r>
    </w:p>
    <w:p>
      <w:r>
        <w:rPr>
          <w:b/>
        </w:rPr>
        <w:t xml:space="preserve">[01:03] </w:t>
      </w:r>
      <w:r>
        <w:t>wa iz waadna musa arbaeen lailatan.</w:t>
      </w:r>
    </w:p>
    <w:p>
      <w:pPr>
        <w:jc w:val="right"/>
      </w:pPr>
      <w:r>
        <w:t>وَإِذْ وَاعَدْنَا مُوسَى أَرْبَعِينَ لَيْلَةً۔</w:t>
      </w:r>
    </w:p>
    <w:p>
      <w:r>
        <w:rPr>
          <w:b/>
        </w:rPr>
        <w:t xml:space="preserve">[01:06] </w:t>
      </w:r>
      <w:r>
        <w:t>jab hum ne wada liya musa se chalis dinon ka.</w:t>
      </w:r>
    </w:p>
    <w:p>
      <w:pPr>
        <w:jc w:val="right"/>
      </w:pPr>
      <w:r>
        <w:t>جب ہم نے وعدہ لیا موسیٰ سے چالیس دنوں کا۔</w:t>
      </w:r>
    </w:p>
    <w:p>
      <w:r>
        <w:rPr>
          <w:b/>
        </w:rPr>
        <w:t xml:space="preserve">[01:11] </w:t>
      </w:r>
      <w:r>
        <w:t>dekhein, yeh jo hissa hai, is mein</w:t>
      </w:r>
    </w:p>
    <w:p>
      <w:pPr>
        <w:jc w:val="right"/>
      </w:pPr>
      <w:r>
        <w:t>دیکھیں، یہ جو حصہ ہے، اس میں</w:t>
      </w:r>
    </w:p>
    <w:p>
      <w:r>
        <w:rPr>
          <w:b/>
        </w:rPr>
        <w:t xml:space="preserve">[01:15] </w:t>
      </w:r>
      <w:r>
        <w:t>bani israel ki tareekh ke aik lambe daur ka zikr hai, lekin tareekhi andaaz mein nahi hai.</w:t>
      </w:r>
    </w:p>
    <w:p>
      <w:pPr>
        <w:jc w:val="right"/>
      </w:pPr>
      <w:r>
        <w:t>بنی اسرائیل کی تاریخ کے ایک لمبے دور کا ذکر ہے، لیکن تاریخی انداز میں نہیں ہے۔</w:t>
      </w:r>
    </w:p>
    <w:p>
      <w:r>
        <w:rPr>
          <w:b/>
        </w:rPr>
        <w:t xml:space="preserve">[01:24] </w:t>
      </w:r>
      <w:r>
        <w:t>to yahan par jo farmaya ke jab hum ne wada liya musa se chalis din ka, yeh "laillah"</w:t>
      </w:r>
    </w:p>
    <w:p>
      <w:pPr>
        <w:jc w:val="right"/>
      </w:pPr>
      <w:r>
        <w:t>تو یہاں پر جو فرمایا کہ جب ہم نے وعدہ لیا موسیٰ سے چالیس دن کا، یہ "لیلة"</w:t>
      </w:r>
    </w:p>
    <w:p>
      <w:r>
        <w:rPr>
          <w:b/>
        </w:rPr>
        <w:t xml:space="preserve">[01:30] </w:t>
      </w:r>
      <w:r>
        <w:t>jo arabi zaban mein hota hai, yeh raat din dono ke liye bola jata hai, yani chalis din</w:t>
      </w:r>
    </w:p>
    <w:p>
      <w:pPr>
        <w:jc w:val="right"/>
      </w:pPr>
      <w:r>
        <w:t>جو عربی زبان میں ہوتا ہے، یہ رات دن دونوں کے لیے بولا جاتا ہے، یعنی چالیس دن</w:t>
      </w:r>
    </w:p>
    <w:p>
      <w:r>
        <w:rPr>
          <w:b/>
        </w:rPr>
        <w:t xml:space="preserve">[01:36] </w:t>
      </w:r>
      <w:r>
        <w:t>raat. to hazrat musa ko allah taala ne bulaya tha toor par,</w:t>
      </w:r>
    </w:p>
    <w:p>
      <w:pPr>
        <w:jc w:val="right"/>
      </w:pPr>
      <w:r>
        <w:t>رات۔ تو حضرت موسیٰ کو اللہ تعالیٰ نے بلایا تھا طور پر،</w:t>
      </w:r>
    </w:p>
    <w:p>
      <w:r>
        <w:rPr>
          <w:b/>
        </w:rPr>
        <w:t xml:space="preserve">[01:43] </w:t>
      </w:r>
      <w:r>
        <w:t>aur is mauqe par un ko torah di gayi thi.</w:t>
      </w:r>
    </w:p>
    <w:p>
      <w:pPr>
        <w:jc w:val="right"/>
      </w:pPr>
      <w:r>
        <w:t>اور اس موقع پر ان کو تورات دی گئی تھی۔</w:t>
      </w:r>
    </w:p>
    <w:p>
      <w:r>
        <w:rPr>
          <w:b/>
        </w:rPr>
        <w:t xml:space="preserve">[01:46] </w:t>
      </w:r>
      <w:r>
        <w:t>to bani israel, woh saath thay un ke, pahaar se un ko chhora unhon ne,</w:t>
      </w:r>
    </w:p>
    <w:p>
      <w:pPr>
        <w:jc w:val="right"/>
      </w:pPr>
      <w:r>
        <w:t>تو بنی اسرائیل، وہ ساتھ تھے ان کے، پہاڑ سے ان کو چھوڑا انہوں نے،</w:t>
      </w:r>
    </w:p>
    <w:p>
      <w:r>
        <w:rPr>
          <w:b/>
        </w:rPr>
        <w:t xml:space="preserve">[01:55] </w:t>
      </w:r>
      <w:r>
        <w:t>aur oopar woh gaye wahan par.</w:t>
      </w:r>
    </w:p>
    <w:p>
      <w:pPr>
        <w:jc w:val="right"/>
      </w:pPr>
      <w:r>
        <w:t>اور اوپر وہ گئے وہاں پر۔</w:t>
      </w:r>
    </w:p>
    <w:p>
      <w:r>
        <w:rPr>
          <w:b/>
        </w:rPr>
        <w:t xml:space="preserve">[01:58] </w:t>
      </w:r>
      <w:r>
        <w:t>is tareekh ka zikr hai.</w:t>
      </w:r>
    </w:p>
    <w:p>
      <w:pPr>
        <w:jc w:val="right"/>
      </w:pPr>
      <w:r>
        <w:t>اس تاریخ کا ذکر ہے۔</w:t>
      </w:r>
    </w:p>
    <w:p>
      <w:r>
        <w:rPr>
          <w:b/>
        </w:rPr>
        <w:t xml:space="preserve">[02:01] </w:t>
      </w:r>
      <w:r>
        <w:t>yeh woh lamha hai jab ke bani israel ko Hazrat Musa ne nikala Misr se, nikaal kar ke</w:t>
      </w:r>
    </w:p>
    <w:p>
      <w:pPr>
        <w:jc w:val="right"/>
      </w:pPr>
      <w:r>
        <w:t>یہ وہ لمحہ ہے جب کہ بنی اسرائیل کو حضرت موسیٰ نے نکالا مصر سے، نکال کر کے</w:t>
      </w:r>
    </w:p>
    <w:p>
      <w:r>
        <w:rPr>
          <w:b/>
        </w:rPr>
        <w:t xml:space="preserve">[02:06] </w:t>
      </w:r>
      <w:r>
        <w:t>un ko gaye sehraaye Seena mein.</w:t>
      </w:r>
    </w:p>
    <w:p>
      <w:pPr>
        <w:jc w:val="right"/>
      </w:pPr>
      <w:r>
        <w:t>ان کو گئے صحرائے سینا میں۔</w:t>
      </w:r>
    </w:p>
    <w:p>
      <w:r>
        <w:rPr>
          <w:b/>
        </w:rPr>
        <w:t xml:space="preserve">[02:09] </w:t>
      </w:r>
      <w:r>
        <w:t>wohin par yeh Toor ka pahaar hai.</w:t>
      </w:r>
    </w:p>
    <w:p>
      <w:pPr>
        <w:jc w:val="right"/>
      </w:pPr>
      <w:r>
        <w:t>وہیں پر یہ طور کا پہاڑ ہے۔</w:t>
      </w:r>
    </w:p>
    <w:p>
      <w:r>
        <w:rPr>
          <w:b/>
        </w:rPr>
        <w:t xml:space="preserve">[02:12] </w:t>
      </w:r>
      <w:r>
        <w:t>to Allah taala ne un ko bulaya Toor par.</w:t>
      </w:r>
    </w:p>
    <w:p>
      <w:pPr>
        <w:jc w:val="right"/>
      </w:pPr>
      <w:r>
        <w:t>تو اللہ تعالیٰ نے ان کو بلایا طور پر۔</w:t>
      </w:r>
    </w:p>
    <w:p>
      <w:r>
        <w:rPr>
          <w:b/>
        </w:rPr>
        <w:t xml:space="preserve">[02:17] </w:t>
      </w:r>
      <w:r>
        <w:t>bulane ka maani yeh hai ke kahin bhi ho sakta tha ke un ko utar jaye kalam.</w:t>
      </w:r>
    </w:p>
    <w:p>
      <w:pPr>
        <w:jc w:val="right"/>
      </w:pPr>
      <w:r>
        <w:t>بلانے کا معنی یہ ہے کہ کہیں بھی ہو سکتا تھا کہ ان کو اتر جائے کلام۔</w:t>
      </w:r>
    </w:p>
    <w:p>
      <w:r>
        <w:rPr>
          <w:b/>
        </w:rPr>
        <w:t xml:space="preserve">[02:24] </w:t>
      </w:r>
      <w:r>
        <w:t>lekin yeh kisi cheez ko khusoosi ahmiyat dene ki wajah se kiya jata hai, khusoosi ahmiyat.</w:t>
      </w:r>
    </w:p>
    <w:p>
      <w:pPr>
        <w:jc w:val="right"/>
      </w:pPr>
      <w:r>
        <w:t>لیکن یہ کسی چیز کو خصوصی اہمیت دینے کی وجہ سے کیا جاتا ہے، خصوصی اہمیت۔</w:t>
      </w:r>
    </w:p>
    <w:p>
      <w:r>
        <w:rPr>
          <w:b/>
        </w:rPr>
        <w:t xml:space="preserve">[02:29] </w:t>
      </w:r>
      <w:r>
        <w:t>warna Toor par jaane ki zaroorat nahi thi.</w:t>
      </w:r>
    </w:p>
    <w:p>
      <w:pPr>
        <w:jc w:val="right"/>
      </w:pPr>
      <w:r>
        <w:t>ورنہ طور پر جانے کی ضرورت نہیں تھی۔</w:t>
      </w:r>
    </w:p>
    <w:p>
      <w:r>
        <w:rPr>
          <w:b/>
        </w:rPr>
        <w:t xml:space="preserve">[02:32] </w:t>
      </w:r>
      <w:r>
        <w:t>jaise Rasool Allah salla Allahu alaihi wasallam ko kisi pahaar par nahi bulaya gaya tha.</w:t>
      </w:r>
    </w:p>
    <w:p>
      <w:pPr>
        <w:jc w:val="right"/>
      </w:pPr>
      <w:r>
        <w:t>جیسے رسول اللہ صلی اللہ علیہ وسلم کو کسی پہاڑ پر نہیں بلایا گیا تھا۔</w:t>
      </w:r>
    </w:p>
    <w:p>
      <w:r>
        <w:rPr>
          <w:b/>
        </w:rPr>
        <w:t xml:space="preserve">[02:36] </w:t>
      </w:r>
      <w:r>
        <w:t>aam halaat mein kahin bhi wahi aa jati thi.</w:t>
      </w:r>
    </w:p>
    <w:p>
      <w:pPr>
        <w:jc w:val="right"/>
      </w:pPr>
      <w:r>
        <w:t>عام حالات میں کہیں بھی وحی آ جاتی تھی۔</w:t>
      </w:r>
    </w:p>
    <w:p>
      <w:r>
        <w:rPr>
          <w:b/>
        </w:rPr>
        <w:t xml:space="preserve">[02:40] </w:t>
      </w:r>
      <w:r>
        <w:t>to yeh khaas ahmiyat dene ke liye aisa kiya jata hai.</w:t>
      </w:r>
    </w:p>
    <w:p>
      <w:pPr>
        <w:jc w:val="right"/>
      </w:pPr>
      <w:r>
        <w:t>تو یہ خاص اہمیت دینے کے لیے ایسا کیا جاتا ہے۔</w:t>
      </w:r>
    </w:p>
    <w:p>
      <w:r>
        <w:rPr>
          <w:b/>
        </w:rPr>
        <w:t xml:space="preserve">[02:45] </w:t>
      </w:r>
      <w:r>
        <w:t>thumma ittakhadtum al-'ijla min ba'dihi. to tum ne ajal kehte hain bachhda. yani poora na ho ho balkay abhi kam umr ka ho us ko kehte hain bachhda. to tum ne bachhde ko bana liya. bana liya ke ma'bud bana liya. wa antum zaliimun.</w:t>
      </w:r>
    </w:p>
    <w:p>
      <w:pPr>
        <w:jc w:val="right"/>
      </w:pPr>
      <w:r>
        <w:t>ثُمَّ اتَّخَذْتُمُ الْعِجْلَ مِنْ بَعْدِهِ۔ تو تم نے اجل کہتے ہیں بچھڑا۔ یعنی پورا نہ ہوا ہو بلکہ ابھی کم عمر کا ہو اس کو کہتے ہیں بچھڑا۔ تو تم نے بچھڑے کو بنا لیا۔ بنا لیا کے معبود بنا لیا۔ وَأَنْتُمْ ظَالِمُونَ۔</w:t>
      </w:r>
    </w:p>
    <w:p>
      <w:r>
        <w:rPr>
          <w:b/>
        </w:rPr>
        <w:t xml:space="preserve">[03:11] </w:t>
      </w:r>
      <w:r>
        <w:t>alamoon. aur tum zalim thay.</w:t>
      </w:r>
    </w:p>
    <w:p>
      <w:pPr>
        <w:jc w:val="right"/>
      </w:pPr>
      <w:r>
        <w:t>الِمُونَ۔ اور تم ظالم تھے۔</w:t>
      </w:r>
    </w:p>
    <w:p>
      <w:r>
        <w:rPr>
          <w:b/>
        </w:rPr>
        <w:t xml:space="preserve">[03:14] </w:t>
      </w:r>
      <w:r>
        <w:t>to yeh jo chaalees din ke liye Hazrat Musa ko un se bahar bheja gaya tha, woh tha</w:t>
      </w:r>
    </w:p>
    <w:p>
      <w:pPr>
        <w:jc w:val="right"/>
      </w:pPr>
      <w:r>
        <w:t>تو یہ جو چالیس دن کے لیے حضرت موسیٰ کو ان سے باہر بھیجا گیا تھا، وہ تھا</w:t>
      </w:r>
    </w:p>
    <w:p>
      <w:r>
        <w:rPr>
          <w:b/>
        </w:rPr>
        <w:t xml:space="preserve">[03:21] </w:t>
      </w:r>
      <w:r>
        <w:t>ba-taur test ke chaalees dinon mein yeh kya karte hain.</w:t>
      </w:r>
    </w:p>
    <w:p>
      <w:pPr>
        <w:jc w:val="right"/>
      </w:pPr>
      <w:r>
        <w:t>بطور ٹیسٹ کہ چالیس دنوں میں یہ کیا کرتے ہیں۔</w:t>
      </w:r>
    </w:p>
    <w:p>
      <w:r>
        <w:rPr>
          <w:b/>
        </w:rPr>
        <w:t xml:space="preserve">[03:26] </w:t>
      </w:r>
      <w:r>
        <w:t>to chunke Misr se aaye thay, jahan bachhde ki pooja hoti thi, us se woh bohat zyada is</w:t>
      </w:r>
    </w:p>
    <w:p>
      <w:pPr>
        <w:jc w:val="right"/>
      </w:pPr>
      <w:r>
        <w:t>تو چونکہ مصر سے آئے تھے، جہاں بچھڑے کی پوجا ہوتی تھی، اس سے وہ بہت زیادہ اس</w:t>
      </w:r>
    </w:p>
    <w:p>
      <w:r>
        <w:rPr>
          <w:b/>
        </w:rPr>
        <w:t xml:space="preserve">[03:34] </w:t>
      </w:r>
      <w:r>
        <w:t>mahaul se mutaasir ho chuke thay.</w:t>
      </w:r>
    </w:p>
    <w:p>
      <w:pPr>
        <w:jc w:val="right"/>
      </w:pPr>
      <w:r>
        <w:t>ماحول سے متاثر ہو چکے تھے۔</w:t>
      </w:r>
    </w:p>
    <w:p>
      <w:r>
        <w:rPr>
          <w:b/>
        </w:rPr>
        <w:t xml:space="preserve">[03:36] </w:t>
      </w:r>
      <w:r>
        <w:t>to kuch log aisay thay jin par is ka bohat zyada asar tha, to unhon ne aik bachhda</w:t>
      </w:r>
    </w:p>
    <w:p>
      <w:pPr>
        <w:jc w:val="right"/>
      </w:pPr>
      <w:r>
        <w:t>تو کچھ لوگ ایسے تھے جن پر اس کا بہت زیادہ اثر تھا، تو انہوں نے ایک بچھڑے</w:t>
      </w:r>
    </w:p>
    <w:p>
      <w:r>
        <w:rPr>
          <w:b/>
        </w:rPr>
        <w:t xml:space="preserve">[03:41] </w:t>
      </w:r>
      <w:r>
        <w:t>ko liya aur kaha ke dekho yeh hamara maabood hai.</w:t>
      </w:r>
    </w:p>
    <w:p>
      <w:pPr>
        <w:jc w:val="right"/>
      </w:pPr>
      <w:r>
        <w:t>کو لیا اور کہا کہ دیکھو یہ ہمارا معبود ہے۔</w:t>
      </w:r>
    </w:p>
    <w:p>
      <w:r>
        <w:rPr>
          <w:b/>
        </w:rPr>
        <w:t xml:space="preserve">[03:46] </w:t>
      </w:r>
      <w:r>
        <w:t>woh bachhde ki woh banai, shakal banai,</w:t>
      </w:r>
    </w:p>
    <w:p>
      <w:pPr>
        <w:jc w:val="right"/>
      </w:pPr>
      <w:r>
        <w:t>وہ بچھڑے کی وہ بنائی، شکل بنائی،</w:t>
      </w:r>
    </w:p>
    <w:p>
      <w:r>
        <w:rPr>
          <w:b/>
        </w:rPr>
        <w:t xml:space="preserve">[03:50] </w:t>
      </w:r>
      <w:r>
        <w:t>shakal banai aur Samri ne to is ko, yaani bachhde ka but banaya, aur kaha ke yeh hamara</w:t>
      </w:r>
    </w:p>
    <w:p>
      <w:pPr>
        <w:jc w:val="right"/>
      </w:pPr>
      <w:r>
        <w:t>شکل بنائی اور سامری نے تو اس کو، یعنی بچھڑے کا بت بنایا، اور کہا کہ یہ ہمارا</w:t>
      </w:r>
    </w:p>
    <w:p>
      <w:r>
        <w:rPr>
          <w:b/>
        </w:rPr>
        <w:t xml:space="preserve">[03:58] </w:t>
      </w:r>
      <w:r>
        <w:t>maabood hai. apne log lagay is ko sajda karne, saare bani Israel nahi, kuch log.</w:t>
      </w:r>
    </w:p>
    <w:p>
      <w:pPr>
        <w:jc w:val="right"/>
      </w:pPr>
      <w:r>
        <w:t>معبود ہے۔ اپنے لوگ لگے اس کو سجدہ کرنے، سارے بنی اسرائیل نہیں، کچھ لوگ۔</w:t>
      </w:r>
    </w:p>
    <w:p>
      <w:r>
        <w:rPr>
          <w:b/>
        </w:rPr>
        <w:t xml:space="preserve">[04:05] </w:t>
      </w:r>
      <w:r>
        <w:t>to yeh hua us waqt jab ke Hazrat Musa wahan maujood na thay, Toor par gaye hue thay.</w:t>
      </w:r>
    </w:p>
    <w:p>
      <w:pPr>
        <w:jc w:val="right"/>
      </w:pPr>
      <w:r>
        <w:t>تو یہ ہوا اس وقت جب کہ حضرت موسیٰ وہاں موجود نہ تھے، طور پر گئے ہوئے تھے۔</w:t>
      </w:r>
    </w:p>
    <w:p>
      <w:r>
        <w:rPr>
          <w:b/>
        </w:rPr>
        <w:t xml:space="preserve">[04:13] </w:t>
      </w:r>
      <w:r>
        <w:t>thumma afawna ankum min ba'di zalika la allakum tashkuroon.</w:t>
      </w:r>
    </w:p>
    <w:p>
      <w:pPr>
        <w:jc w:val="right"/>
      </w:pPr>
      <w:r>
        <w:t>ثُمَّ عَفَوْنَا عَنْكُمْ مِن بَعْدِ ذَلِكَ لَعَلَّكُمْ تَشْكُرُونَ۔</w:t>
      </w:r>
    </w:p>
    <w:p>
      <w:r>
        <w:rPr>
          <w:b/>
        </w:rPr>
        <w:t xml:space="preserve">[04:17] </w:t>
      </w:r>
      <w:r>
        <w:t>haan, phir hum ne maaf kar diya tum ko is ke baad, yaani is gunah ke baad ke</w:t>
      </w:r>
    </w:p>
    <w:p>
      <w:pPr>
        <w:jc w:val="right"/>
      </w:pPr>
      <w:r>
        <w:t>ہاں، پھر ہم نے معاف کر دیا تم کو اس کے بعد، یعنی اس گناہ کے بعد کہ</w:t>
      </w:r>
    </w:p>
    <w:p>
      <w:r>
        <w:rPr>
          <w:b/>
        </w:rPr>
        <w:t xml:space="preserve">[04:23] </w:t>
      </w:r>
      <w:r>
        <w:t>tum dobara shukr karne wale bano.</w:t>
      </w:r>
    </w:p>
    <w:p>
      <w:pPr>
        <w:jc w:val="right"/>
      </w:pPr>
      <w:r>
        <w:t>تم دوبارہ شکر کرنے والے بنو۔</w:t>
      </w:r>
    </w:p>
    <w:p>
      <w:r>
        <w:rPr>
          <w:b/>
        </w:rPr>
        <w:t xml:space="preserve">[04:26] </w:t>
      </w:r>
      <w:r>
        <w:t>ab yahan par dekhen, ek poori tareekh hadaf hai.</w:t>
      </w:r>
    </w:p>
    <w:p>
      <w:pPr>
        <w:jc w:val="right"/>
      </w:pPr>
      <w:r>
        <w:t>اب یہاں پر دیکھیں، ایک پوری تاریخ حذف ہے۔</w:t>
      </w:r>
    </w:p>
    <w:p>
      <w:r>
        <w:rPr>
          <w:b/>
        </w:rPr>
        <w:t xml:space="preserve">[04:32] </w:t>
      </w:r>
      <w:r>
        <w:t>yaani Hazrat Musa wapas aaye, unhon ne dekha ke qaum jo hai bichhde ko pooj rahi hai, is</w:t>
      </w:r>
    </w:p>
    <w:p>
      <w:pPr>
        <w:jc w:val="right"/>
      </w:pPr>
      <w:r>
        <w:t>یعنی حضرت موسیٰ واپس آئے، انہوں نے دیکھا کہ قوم جو ہے بچھڑے کو پوج رہی ہے، اس</w:t>
      </w:r>
    </w:p>
    <w:p>
      <w:r>
        <w:rPr>
          <w:b/>
        </w:rPr>
        <w:t xml:space="preserve">[04:38] </w:t>
      </w:r>
      <w:r>
        <w:t>ko murti bana kar ke, to bohat ghussa hua.</w:t>
      </w:r>
    </w:p>
    <w:p>
      <w:pPr>
        <w:jc w:val="right"/>
      </w:pPr>
      <w:r>
        <w:t>کو مورتی بنا کر کے، تو بہت غصہ ہوئی۔</w:t>
      </w:r>
    </w:p>
    <w:p>
      <w:r>
        <w:rPr>
          <w:b/>
        </w:rPr>
        <w:t xml:space="preserve">[04:42] </w:t>
      </w:r>
      <w:r>
        <w:t>aur tafseel doosre maqam par Quran mein aayi hai, wahan aap dekh sakte hain.</w:t>
      </w:r>
    </w:p>
    <w:p>
      <w:pPr>
        <w:jc w:val="right"/>
      </w:pPr>
      <w:r>
        <w:t>اور تفصیل دوسرے مقام پر قرآن میں آئی ہے، وہاں آپ دیکھ سکتے ہیں۔</w:t>
      </w:r>
    </w:p>
    <w:p>
      <w:r>
        <w:rPr>
          <w:b/>
        </w:rPr>
        <w:t xml:space="preserve">[04:47] </w:t>
      </w:r>
      <w:r>
        <w:t>aur un ko saza di, aur is bichhda jo banaya tha, unhon ne us ko tod phod kar</w:t>
      </w:r>
    </w:p>
    <w:p>
      <w:pPr>
        <w:jc w:val="right"/>
      </w:pPr>
      <w:r>
        <w:t>اور ان کو سزا دی، اور اس بچھڑا جو بنایا تھا، انہوں نے اس کو توڑ پھوڑ کر</w:t>
      </w:r>
    </w:p>
    <w:p>
      <w:r>
        <w:rPr>
          <w:b/>
        </w:rPr>
        <w:t xml:space="preserve">[04:51] </w:t>
      </w:r>
      <w:r>
        <w:t>phenk diya. yeh sab hua.</w:t>
      </w:r>
    </w:p>
    <w:p>
      <w:pPr>
        <w:jc w:val="right"/>
      </w:pPr>
      <w:r>
        <w:t>پھینک دیا۔ یہ سب ہوا۔</w:t>
      </w:r>
    </w:p>
    <w:p>
      <w:r>
        <w:rPr>
          <w:b/>
        </w:rPr>
        <w:t xml:space="preserve">[04:53] </w:t>
      </w:r>
      <w:r>
        <w:t>to is ke baad Bani Israel ke andar nadamat aayi, unhon ne tauba ki, aur Allah ki taraf</w:t>
      </w:r>
    </w:p>
    <w:p>
      <w:pPr>
        <w:jc w:val="right"/>
      </w:pPr>
      <w:r>
        <w:t>تو اس کے بعد بنی اسرائیل کے اندر ندامت آئی، انہوں نے توبہ کی، اور اللہ کی طرف</w:t>
      </w:r>
    </w:p>
    <w:p>
      <w:r>
        <w:rPr>
          <w:b/>
        </w:rPr>
        <w:t xml:space="preserve">[05:00] </w:t>
      </w:r>
      <w:r>
        <w:t>dobara rujoo kiya.</w:t>
      </w:r>
    </w:p>
    <w:p>
      <w:pPr>
        <w:jc w:val="right"/>
      </w:pPr>
      <w:r>
        <w:t>دوبارہ رجوع کیا۔</w:t>
      </w:r>
    </w:p>
    <w:p>
      <w:r>
        <w:rPr>
          <w:b/>
        </w:rPr>
        <w:t xml:space="preserve">[05:01] </w:t>
      </w:r>
      <w:r>
        <w:t>is ka zikr hai is aayat mein.</w:t>
      </w:r>
    </w:p>
    <w:p>
      <w:pPr>
        <w:jc w:val="right"/>
      </w:pPr>
      <w:r>
        <w:t>اس کا ذکر ہے اس آیت میں۔</w:t>
      </w:r>
    </w:p>
    <w:p>
      <w:r>
        <w:rPr>
          <w:b/>
        </w:rPr>
        <w:t xml:space="preserve">[05:04] </w:t>
      </w:r>
      <w:r>
        <w:t>wa iz atayna musa al-kitaba wa al-furqana la'allakum tahtadun. haan aur hum ne ab dekhen yeh waqea pehle ka hai har baat ka zikr ho raha hai yani. ja hamna musa goti kitaban wa al-furqanan. la'allakum tahtadun.</w:t>
      </w:r>
    </w:p>
    <w:p>
      <w:pPr>
        <w:jc w:val="right"/>
      </w:pPr>
      <w:r>
        <w:t>وَاِذْ آَتَيْنَا مُوسَىٰ الْكِتَابَ وَالْفُرْقَانَ لَعَلَّكُمْ تَهْتَدُونَ۔ ہاں اور ہم نے اب دیکھیں یہ واقعہ پہلے کا ہے ہر بات کا ذکر ہو رہا ہے یعنی۔ جَا ہَمْنَا مُوسَىٰ گُوْتِي كِتَابًا وَالْفُرْقَانًا۔ لَعَلَّكُمْ تَهْتَدُونَ۔</w:t>
      </w:r>
    </w:p>
    <w:p>
      <w:r>
        <w:rPr>
          <w:b/>
        </w:rPr>
        <w:t xml:space="preserve">[05:20] </w:t>
      </w:r>
      <w:r>
        <w:t>taake tum hidayat pao.</w:t>
      </w:r>
    </w:p>
    <w:p>
      <w:pPr>
        <w:jc w:val="right"/>
      </w:pPr>
      <w:r>
        <w:t>۔ تاکہ تم ہدایت پاؤ۔</w:t>
      </w:r>
    </w:p>
    <w:p>
      <w:r>
        <w:rPr>
          <w:b/>
        </w:rPr>
        <w:t xml:space="preserve">[05:22] </w:t>
      </w:r>
      <w:r>
        <w:t>to Hazrat Musa la chuke the,</w:t>
      </w:r>
    </w:p>
    <w:p>
      <w:pPr>
        <w:jc w:val="right"/>
      </w:pPr>
      <w:r>
        <w:t>تو حضرت موسیٰ لا چکے تھے،</w:t>
      </w:r>
    </w:p>
    <w:p>
      <w:r>
        <w:rPr>
          <w:b/>
        </w:rPr>
        <w:t xml:space="preserve">[05:27] </w:t>
      </w:r>
      <w:r>
        <w:t>laane ke baad woh waqea hua ke un ko</w:t>
      </w:r>
    </w:p>
    <w:p>
      <w:pPr>
        <w:jc w:val="right"/>
      </w:pPr>
      <w:r>
        <w:t>لانے کے بعد وہ واقعہ ہوا کہ ان کو</w:t>
      </w:r>
    </w:p>
    <w:p>
      <w:r>
        <w:rPr>
          <w:b/>
        </w:rPr>
        <w:t xml:space="preserve">[05:30] </w:t>
      </w:r>
      <w:r>
        <w:t>sazaen di gayeen, un ko sakht taubeek ki Hazrat Musa ne, aur phir unhon ne tauba kiya.</w:t>
      </w:r>
    </w:p>
    <w:p>
      <w:pPr>
        <w:jc w:val="right"/>
      </w:pPr>
      <w:r>
        <w:t>سزائیں دی گئیں، ان کو سخت توبیح کی حضرت موسیٰ نے، اور پھر انہوں نے توبہ کیا۔</w:t>
      </w:r>
    </w:p>
    <w:p>
      <w:r>
        <w:rPr>
          <w:b/>
        </w:rPr>
        <w:t xml:space="preserve">[05:34] </w:t>
      </w:r>
      <w:r>
        <w:t>unhon ne ab isi waqea ka zikr hai ke Musa ko jo bulaya tha toor par, to un</w:t>
      </w:r>
    </w:p>
    <w:p>
      <w:pPr>
        <w:jc w:val="right"/>
      </w:pPr>
      <w:r>
        <w:t>انہوں نے اب اسی واقعہ کا ذکر ہے کہ موسیٰ کو جو بلایا تھا طور پر، تو ان</w:t>
      </w:r>
    </w:p>
    <w:p>
      <w:r>
        <w:rPr>
          <w:b/>
        </w:rPr>
        <w:t xml:space="preserve">[05:40] </w:t>
      </w:r>
      <w:r>
        <w:t>ko torat diya, aur un ko hidayat di, taake tum tauba kar ke dobara apne aap ko</w:t>
      </w:r>
    </w:p>
    <w:p>
      <w:pPr>
        <w:jc w:val="right"/>
      </w:pPr>
      <w:r>
        <w:t>کو تورات دیا، اور ان کو ہدایت دی، تاکہ تم توبہ کر کے دوبارہ اپنے آپ کو</w:t>
      </w:r>
    </w:p>
    <w:p>
      <w:r>
        <w:rPr>
          <w:b/>
        </w:rPr>
        <w:t xml:space="preserve">[05:48] </w:t>
      </w:r>
      <w:r>
        <w:t>shukr karne wala banda banao.</w:t>
      </w:r>
    </w:p>
    <w:p>
      <w:pPr>
        <w:jc w:val="right"/>
      </w:pPr>
      <w:r>
        <w:t>شکر کرنے والا بندہ بناؤ۔</w:t>
      </w:r>
    </w:p>
    <w:p>
      <w:r>
        <w:rPr>
          <w:b/>
        </w:rPr>
        <w:t xml:space="preserve">[05:51] </w:t>
      </w:r>
      <w:r>
        <w:t>wa iz qala musa li qawmihi ya qawmi. jab musa ne kaha apni qaum se ke aye meri qaum. innakum zalamtum anfusakum. tum ne bohat bara bohat bara zulm kiya hai yani gunah ka kaam kiya hai. apne apne upar zulm kiya hai. bi ittikhazikum al-'ijla.</w:t>
      </w:r>
    </w:p>
    <w:p>
      <w:pPr>
        <w:jc w:val="right"/>
      </w:pPr>
      <w:r>
        <w:t>وَاِذْ قَالَ مُوسَىٰ لِقَوْمِهِ يَا قَوْمِي۔ جب موسیٰ نے کہا اپنی قوم سے کہ اے میری قوم۔ إِنَّكُمْ ظَلَمْتُمْ أَنْفُسَكُمْ۔ تم نے بہت بڑا بہت بڑا ظلم کیا ہے یعنی گناہ کا کام کیا ہے۔ اپنے اپنے اوپر ظلم کیا ہے۔ بِاتَّخَاذِكُمْ الْعِجْلَ۔</w:t>
      </w:r>
    </w:p>
    <w:p>
      <w:r>
        <w:rPr>
          <w:b/>
        </w:rPr>
        <w:t xml:space="preserve">[06:13] </w:t>
      </w:r>
      <w:r>
        <w:t>bachhde ko ma'bud banane se yani bachhde ko bachhde ka matlab bachhde ki murti bachhe ki murti ko ma'bud bana kar tum ne bohat bara zulm kiya hai. fa tubo ila bari'ikum. to tum toba karo apne rab ki taraf. faqtulu anfusakum. aur apne aap ko qatl karo. dhalikum khayrun lakum 'inda bari'ikum.</w:t>
      </w:r>
    </w:p>
    <w:p>
      <w:pPr>
        <w:jc w:val="right"/>
      </w:pPr>
      <w:r>
        <w:t>بچھڑے کو معبود بنانے سے یعنی بچھڑے کو بچھڑے کا مطلب بچھڑے کی مورتی بچے کی مورتی کو معبود بنا کر تم نے بہت بڑا ظلم کیا ہے۔ فَتُوبُوا إِلَى بَارِئِكُمْ۔ تو تم توبہ کرو اپنے رب کی طرف۔ فَاقْتُلُوا أَنْفُسَكُمْ۔ اور اپنے آپ کو قتل کرو۔ ذَٰلِكُمْ خَيْرٌ لَكُمْ عِنْدَ بَارِئِكُمْ۔ یہ تمہارے لیے بہتر ہے تمہارے رب کے پاس۔</w:t>
      </w:r>
    </w:p>
    <w:p>
      <w:r>
        <w:rPr>
          <w:b/>
        </w:rPr>
        <w:t xml:space="preserve">[06:42] </w:t>
      </w:r>
      <w:r>
        <w:t>fa tab 'alaykum. phir Allah ne un ki toba qubool ki. innahu huw al-tawwabu al-rahim.</w:t>
      </w:r>
    </w:p>
    <w:p>
      <w:pPr>
        <w:jc w:val="right"/>
      </w:pPr>
      <w:r>
        <w:t>فَتَابَ عَلَيْكُمْ۔ پھر اللہ نے ان کی توبہ قبول کی۔ إِنَّهُ هُوَ التَّوَّابُ الرَّحِيمُ۔</w:t>
      </w:r>
    </w:p>
    <w:p>
      <w:r>
        <w:rPr>
          <w:b/>
        </w:rPr>
        <w:t xml:space="preserve">[06:47] </w:t>
      </w:r>
      <w:r>
        <w:t>abur rahim. Allah tauba qabool karne wala hai.</w:t>
      </w:r>
    </w:p>
    <w:p>
      <w:pPr>
        <w:jc w:val="right"/>
      </w:pPr>
      <w:r>
        <w:t>ابُ الرَّحِيمُ۔ اللہ توبہ قبول کرنے والا ہے۔</w:t>
      </w:r>
    </w:p>
    <w:p>
      <w:r>
        <w:rPr>
          <w:b/>
        </w:rPr>
        <w:t xml:space="preserve">[06:49] </w:t>
      </w:r>
      <w:r>
        <w:t>dekhen, yahan par yeh jo aayat hai, faqtuloo anfusakum, apne aap ko qatl karo.</w:t>
      </w:r>
    </w:p>
    <w:p>
      <w:pPr>
        <w:jc w:val="right"/>
      </w:pPr>
      <w:r>
        <w:t>دیکھیں، یہاں پر یہ جو آیت ہے، فَاقْتَلُوا أَنْفُسَكُمْ، اپنے آپ کو قتل کرو۔</w:t>
      </w:r>
    </w:p>
    <w:p>
      <w:r>
        <w:rPr>
          <w:b/>
        </w:rPr>
        <w:t xml:space="preserve">[06:56] </w:t>
      </w:r>
      <w:r>
        <w:t>to log yeh samajhte hain, saare log nahi, kuch mufassireen ne doosri rai mein di hain, kuch log</w:t>
      </w:r>
    </w:p>
    <w:p>
      <w:pPr>
        <w:jc w:val="right"/>
      </w:pPr>
      <w:r>
        <w:t>تو لوگ یہ سمجھتے ہیں، سارے لوگ نہیں، کچھ مفسرین نے دوسری رائے میں دی ہیں، کچھ لوگ</w:t>
      </w:r>
    </w:p>
    <w:p>
      <w:r>
        <w:rPr>
          <w:b/>
        </w:rPr>
        <w:t xml:space="preserve">[07:04] </w:t>
      </w:r>
      <w:r>
        <w:t>yeh samajhte hain ke</w:t>
      </w:r>
    </w:p>
    <w:p>
      <w:pPr>
        <w:jc w:val="right"/>
      </w:pPr>
      <w:r>
        <w:t>یہ سمجھتے ہیں کہ</w:t>
      </w:r>
    </w:p>
    <w:p>
      <w:r>
        <w:rPr>
          <w:b/>
        </w:rPr>
        <w:t xml:space="preserve">[07:06] </w:t>
      </w:r>
      <w:r>
        <w:t>jo log is mein mulawwis nahi hue the,</w:t>
      </w:r>
    </w:p>
    <w:p>
      <w:pPr>
        <w:jc w:val="right"/>
      </w:pPr>
      <w:r>
        <w:t>جو لوگ اس میں ملوث نہیں ہوئے تھے،</w:t>
      </w:r>
    </w:p>
    <w:p>
      <w:r>
        <w:rPr>
          <w:b/>
        </w:rPr>
        <w:t xml:space="preserve">[07:11] </w:t>
      </w:r>
      <w:r>
        <w:t>bichhda parasti mein, woh un ko qatl karen jinhon ne bichhda pooja.</w:t>
      </w:r>
    </w:p>
    <w:p>
      <w:pPr>
        <w:jc w:val="right"/>
      </w:pPr>
      <w:r>
        <w:t>بچھڑا پرستی میں، وہ ان کو قتل کریں جنہوں نے بچھڑا پوجا۔</w:t>
      </w:r>
    </w:p>
    <w:p>
      <w:r>
        <w:rPr>
          <w:b/>
        </w:rPr>
        <w:t xml:space="preserve">[07:15] </w:t>
      </w:r>
      <w:r>
        <w:t>achha, yeh matlab nahi hai is ka.</w:t>
      </w:r>
    </w:p>
    <w:p>
      <w:pPr>
        <w:jc w:val="right"/>
      </w:pPr>
      <w:r>
        <w:t>اچھا، یہ مطلب نہیں ہے اس کا۔</w:t>
      </w:r>
    </w:p>
    <w:p>
      <w:r>
        <w:rPr>
          <w:b/>
        </w:rPr>
        <w:t xml:space="preserve">[07:17] </w:t>
      </w:r>
      <w:r>
        <w:t>dekhen, qatl ka lafz arbi zaban mein shiddat ke liye aata hai, bohat is ke istemalaat hain.</w:t>
      </w:r>
    </w:p>
    <w:p>
      <w:pPr>
        <w:jc w:val="right"/>
      </w:pPr>
      <w:r>
        <w:t>دیکھیں، قتل کا لفظ عربی زبان میں شدت کے لیے آتا ہے، بہت اس کے استعمالات ہیں۔</w:t>
      </w:r>
    </w:p>
    <w:p>
      <w:r>
        <w:rPr>
          <w:b/>
        </w:rPr>
        <w:t xml:space="preserve">[07:24] </w:t>
      </w:r>
      <w:r>
        <w:t>aap lughat mein dekhen, bohat ziyada istemalaat hote hain is ke, hatta ke kaha jata hai woh sharab</w:t>
      </w:r>
    </w:p>
    <w:p>
      <w:pPr>
        <w:jc w:val="right"/>
      </w:pPr>
      <w:r>
        <w:t>آپ لغت میں دیکھیں، بہت زیادہ استعمالات ہوتے ہیں اس کے، حتیٰ کہ کہا جاتا ہے وہ شراب</w:t>
      </w:r>
    </w:p>
    <w:p>
      <w:r>
        <w:rPr>
          <w:b/>
        </w:rPr>
        <w:t xml:space="preserve">[07:32] </w:t>
      </w:r>
      <w:r>
        <w:t>jo hai, agar bohat talkh ho, bohat tez ho, to pani milakar us ko talkhi kam ki</w:t>
      </w:r>
    </w:p>
    <w:p>
      <w:pPr>
        <w:jc w:val="right"/>
      </w:pPr>
      <w:r>
        <w:t>جو ہے، اگر بہت تلخ ہو، بہت تیز ہو، تو پانی ملا کر اس کو تلخی کم کی</w:t>
      </w:r>
    </w:p>
    <w:p>
      <w:r>
        <w:rPr>
          <w:b/>
        </w:rPr>
        <w:t xml:space="preserve">[07:38] </w:t>
      </w:r>
      <w:r>
        <w:t>jati hai is ki.</w:t>
      </w:r>
    </w:p>
    <w:p>
      <w:pPr>
        <w:jc w:val="right"/>
      </w:pPr>
      <w:r>
        <w:t>جاتی ہے اس کی۔</w:t>
      </w:r>
    </w:p>
    <w:p>
      <w:r>
        <w:rPr>
          <w:b/>
        </w:rPr>
        <w:t xml:space="preserve">[07:38] </w:t>
      </w:r>
      <w:r>
        <w:t>to kehte hain qataltul khamr,</w:t>
      </w:r>
    </w:p>
    <w:p>
      <w:pPr>
        <w:jc w:val="right"/>
      </w:pPr>
      <w:r>
        <w:t>تو کہتے ہیں قَتَلْتُ الْخَمْرَ،</w:t>
      </w:r>
    </w:p>
    <w:p>
      <w:r>
        <w:rPr>
          <w:b/>
        </w:rPr>
        <w:t xml:space="preserve">[07:42] </w:t>
      </w:r>
      <w:r>
        <w:t>mein ne sharab ko qatl kiya.</w:t>
      </w:r>
    </w:p>
    <w:p>
      <w:pPr>
        <w:jc w:val="right"/>
      </w:pPr>
      <w:r>
        <w:t>میں نے شراب کو قتل کیا۔</w:t>
      </w:r>
    </w:p>
    <w:p>
      <w:r>
        <w:rPr>
          <w:b/>
        </w:rPr>
        <w:t xml:space="preserve">[07:44] </w:t>
      </w:r>
      <w:r>
        <w:t>ab dekhen, lafz qatl yahan aaya hai, halanke is ka matlab nahi ke sharab ko qatl kiya, sharab</w:t>
      </w:r>
    </w:p>
    <w:p>
      <w:pPr>
        <w:jc w:val="right"/>
      </w:pPr>
      <w:r>
        <w:t>اب دیکھیں، لفظ قتل یہاں آیا ہے، حالانکہ اس کا مطلب نہیں کہ شراب کو قتل کیا، شراب</w:t>
      </w:r>
    </w:p>
    <w:p>
      <w:r>
        <w:rPr>
          <w:b/>
        </w:rPr>
        <w:t xml:space="preserve">[07:49] </w:t>
      </w:r>
      <w:r>
        <w:t>koi insan to hai nahi, yani is ki shiddat ko kam kiya, pani daal kar ke.</w:t>
      </w:r>
    </w:p>
    <w:p>
      <w:pPr>
        <w:jc w:val="right"/>
      </w:pPr>
      <w:r>
        <w:t>کوئی انسان تو ہے نہیں، یعنی اس کی شدت کو کم کیا، پانی ڈال کر کے۔</w:t>
      </w:r>
    </w:p>
    <w:p>
      <w:r>
        <w:rPr>
          <w:b/>
        </w:rPr>
        <w:t xml:space="preserve">[07:55] </w:t>
      </w:r>
      <w:r>
        <w:t>aise bohat istemalaat hain.</w:t>
      </w:r>
    </w:p>
    <w:p>
      <w:pPr>
        <w:jc w:val="right"/>
      </w:pPr>
      <w:r>
        <w:t>ایسے بہت استعمالات ہیں۔</w:t>
      </w:r>
    </w:p>
    <w:p>
      <w:r>
        <w:rPr>
          <w:b/>
        </w:rPr>
        <w:t xml:space="preserve">[07:57] </w:t>
      </w:r>
      <w:r>
        <w:t>to yahan par jo hai,</w:t>
      </w:r>
    </w:p>
    <w:p>
      <w:pPr>
        <w:jc w:val="right"/>
      </w:pPr>
      <w:r>
        <w:t>تو یہاں پر جو ہے،</w:t>
      </w:r>
    </w:p>
    <w:p>
      <w:r>
        <w:rPr>
          <w:b/>
        </w:rPr>
        <w:t xml:space="preserve">[08:01] </w:t>
      </w:r>
      <w:r>
        <w:t>apne aap ko qatl karo.</w:t>
      </w:r>
    </w:p>
    <w:p>
      <w:pPr>
        <w:jc w:val="right"/>
      </w:pPr>
      <w:r>
        <w:t>اپنے آپ کو قتل کرو۔</w:t>
      </w:r>
    </w:p>
    <w:p>
      <w:r>
        <w:rPr>
          <w:b/>
        </w:rPr>
        <w:t xml:space="preserve">[08:04] </w:t>
      </w:r>
      <w:r>
        <w:t>to koi apne aap ko khud se kaise qatl karega?</w:t>
      </w:r>
    </w:p>
    <w:p>
      <w:pPr>
        <w:jc w:val="right"/>
      </w:pPr>
      <w:r>
        <w:t>تو کوئی اپنے آپ کو خود سے کیسے قتل کرے گا؟</w:t>
      </w:r>
    </w:p>
    <w:p>
      <w:r>
        <w:rPr>
          <w:b/>
        </w:rPr>
        <w:t xml:space="preserve">[08:09] </w:t>
      </w:r>
      <w:r>
        <w:t>faqtuloo anfusakum. to tum apne aap ko qatl karo, tum log apne aap ko qatl karo.</w:t>
      </w:r>
    </w:p>
    <w:p>
      <w:pPr>
        <w:jc w:val="right"/>
      </w:pPr>
      <w:r>
        <w:t>فَاقْتَلُوا أَنْفُسَكُمْ۔ تو تم اپنے آپ کو قتل کرو، تم لوگ اپنے آپ کو قتل کرو۔</w:t>
      </w:r>
    </w:p>
    <w:p>
      <w:r>
        <w:rPr>
          <w:b/>
        </w:rPr>
        <w:t xml:space="preserve">[08:16] </w:t>
      </w:r>
      <w:r>
        <w:t>yahan jama ka seigha hai, to woh log apne aap ko khud hi qatl karte hain, khud hi</w:t>
      </w:r>
    </w:p>
    <w:p>
      <w:pPr>
        <w:jc w:val="right"/>
      </w:pPr>
      <w:r>
        <w:t>یہاں جمع کا صیغہ ہے، تو وہ لوگ اپنے آپ کو خود ہی قتل کرتے ہیں، خود ہی</w:t>
      </w:r>
    </w:p>
    <w:p>
      <w:r>
        <w:rPr>
          <w:b/>
        </w:rPr>
        <w:t xml:space="preserve">[08:21] </w:t>
      </w:r>
      <w:r>
        <w:t>gardan marte hain, talwar.</w:t>
      </w:r>
    </w:p>
    <w:p>
      <w:pPr>
        <w:jc w:val="right"/>
      </w:pPr>
      <w:r>
        <w:t>گردن مارتے ہیں، تلوار۔</w:t>
      </w:r>
    </w:p>
    <w:p>
      <w:r>
        <w:rPr>
          <w:b/>
        </w:rPr>
        <w:t xml:space="preserve">[08:24] </w:t>
      </w:r>
      <w:r>
        <w:t>yeh matlab nahi hai is ka.</w:t>
      </w:r>
    </w:p>
    <w:p>
      <w:pPr>
        <w:jc w:val="right"/>
      </w:pPr>
      <w:r>
        <w:t>یہ مطلب نہیں ہے اس کا۔</w:t>
      </w:r>
    </w:p>
    <w:p>
      <w:r>
        <w:rPr>
          <w:b/>
        </w:rPr>
        <w:t xml:space="preserve">[08:27] </w:t>
      </w:r>
      <w:r>
        <w:t>is ka matlab yeh hai ke bohat zabardast toba karo,</w:t>
      </w:r>
    </w:p>
    <w:p>
      <w:pPr>
        <w:jc w:val="right"/>
      </w:pPr>
      <w:r>
        <w:t>اس کا مطلب یہ ہے کہ بہت زبردست توبہ کرو،</w:t>
      </w:r>
    </w:p>
    <w:p>
      <w:r>
        <w:rPr>
          <w:b/>
        </w:rPr>
        <w:t xml:space="preserve">[08:31] </w:t>
      </w:r>
      <w:r>
        <w:t>toba ke bare mein shiddat ka tareeqa ikhtiyar karo.</w:t>
      </w:r>
    </w:p>
    <w:p>
      <w:pPr>
        <w:jc w:val="right"/>
      </w:pPr>
      <w:r>
        <w:t>توبہ کے بارے میں شدت کا طریقہ اختیار کرو۔</w:t>
      </w:r>
    </w:p>
    <w:p>
      <w:r>
        <w:rPr>
          <w:b/>
        </w:rPr>
        <w:t xml:space="preserve">[08:34] </w:t>
      </w:r>
      <w:r>
        <w:t>ya jaise mein aksar kaha karta hoon, muhasbe ke bare mein, introspection ke bare mein, ke muhasba jo</w:t>
      </w:r>
    </w:p>
    <w:p>
      <w:pPr>
        <w:jc w:val="right"/>
      </w:pPr>
      <w:r>
        <w:t>یا جیسے میں اکثر کہا کرتا ہوں، محاسبہ کے بارے میں، انٹرسپیکشن کے بارے میں، کہ محاسبہ جو</w:t>
      </w:r>
    </w:p>
    <w:p>
      <w:r>
        <w:rPr>
          <w:b/>
        </w:rPr>
        <w:t xml:space="preserve">[08:41] </w:t>
      </w:r>
      <w:r>
        <w:t>hai woh self killing hai.</w:t>
      </w:r>
    </w:p>
    <w:p>
      <w:pPr>
        <w:jc w:val="right"/>
      </w:pPr>
      <w:r>
        <w:t>ہے وہ سیلف کلنگ ہے۔</w:t>
      </w:r>
    </w:p>
    <w:p>
      <w:r>
        <w:rPr>
          <w:b/>
        </w:rPr>
        <w:t xml:space="preserve">[08:44] </w:t>
      </w:r>
      <w:r>
        <w:t>muhasba ya introspection jo hai woh self killing hai.</w:t>
      </w:r>
    </w:p>
    <w:p>
      <w:pPr>
        <w:jc w:val="right"/>
      </w:pPr>
      <w:r>
        <w:t>محاسبہ یا انٹرسپیکشن جو ہے وہ سیلف کلنگ ہے۔</w:t>
      </w:r>
    </w:p>
    <w:p>
      <w:r>
        <w:rPr>
          <w:b/>
        </w:rPr>
        <w:t xml:space="preserve">[08:48] </w:t>
      </w:r>
      <w:r>
        <w:t>to mera matlab yeh nahi tha ke apne aap ko khanjar marna.</w:t>
      </w:r>
    </w:p>
    <w:p>
      <w:pPr>
        <w:jc w:val="right"/>
      </w:pPr>
      <w:r>
        <w:t>تو میرا مطلب یہ نہیں تھا کہ اپنے آپ کو خنجر مارنا۔</w:t>
      </w:r>
    </w:p>
    <w:p>
      <w:r>
        <w:rPr>
          <w:b/>
        </w:rPr>
        <w:t xml:space="preserve">[08:51] </w:t>
      </w:r>
      <w:r>
        <w:t>shiddat ke sath toba, shiddat ke sath muhasba,</w:t>
      </w:r>
    </w:p>
    <w:p>
      <w:pPr>
        <w:jc w:val="right"/>
      </w:pPr>
      <w:r>
        <w:t>شدت کے ساتھ توبہ، شدت کے ساتھ محاسبہ،</w:t>
      </w:r>
    </w:p>
    <w:p>
      <w:r>
        <w:rPr>
          <w:b/>
        </w:rPr>
        <w:t xml:space="preserve">[08:55] </w:t>
      </w:r>
      <w:r>
        <w:t>shiddat ke sath apni ghalti ka etraf.</w:t>
      </w:r>
    </w:p>
    <w:p>
      <w:pPr>
        <w:jc w:val="right"/>
      </w:pPr>
      <w:r>
        <w:t>شدت کے ساتھ اپنی غلطی کا اعتراف۔</w:t>
      </w:r>
    </w:p>
    <w:p>
      <w:r>
        <w:rPr>
          <w:b/>
        </w:rPr>
        <w:t xml:space="preserve">[08:59] </w:t>
      </w:r>
      <w:r>
        <w:t>to is ka matlab yeh hai ke jin logon, jo log is mein mulawwis hue the, woh bohat</w:t>
      </w:r>
    </w:p>
    <w:p>
      <w:pPr>
        <w:jc w:val="right"/>
      </w:pPr>
      <w:r>
        <w:t>تو اس کا مطلب یہ ہے کہ جن لوگوں، جو لوگ اس میں ملوث ہوئے تھے، وہ بہت</w:t>
      </w:r>
    </w:p>
    <w:p>
      <w:r>
        <w:rPr>
          <w:b/>
        </w:rPr>
        <w:t xml:space="preserve">[09:03] </w:t>
      </w:r>
      <w:r>
        <w:t>ziada, bohat ziada un ke andar dependence aaye, bohat ziada sharminda hon, bohat ziada tauba karen, bohat ziada</w:t>
      </w:r>
    </w:p>
    <w:p>
      <w:pPr>
        <w:jc w:val="right"/>
      </w:pPr>
      <w:r>
        <w:t>زیادہ، بہت زیادہ ان کے اندر ڈیپینڈنس آئے، بہت زیادہ شرمندہ ہوں، بہت زیادہ توبہ کریں، بہت زیادہ</w:t>
      </w:r>
    </w:p>
    <w:p>
      <w:r>
        <w:rPr>
          <w:b/>
        </w:rPr>
        <w:t xml:space="preserve">[09:12] </w:t>
      </w:r>
      <w:r>
        <w:t>maafi mangen, aur apni islaah karen, bohat ziada.</w:t>
      </w:r>
    </w:p>
    <w:p>
      <w:pPr>
        <w:jc w:val="right"/>
      </w:pPr>
      <w:r>
        <w:t>معافی مانگیں، اور اپنی اصلاح کریں، بہت زیادہ۔</w:t>
      </w:r>
    </w:p>
    <w:p>
      <w:r>
        <w:rPr>
          <w:b/>
        </w:rPr>
        <w:t xml:space="preserve">[09:16] </w:t>
      </w:r>
      <w:r>
        <w:t>to yahan jo lafz qatl jo hai, wahan</w:t>
      </w:r>
    </w:p>
    <w:p>
      <w:pPr>
        <w:jc w:val="right"/>
      </w:pPr>
      <w:r>
        <w:t>تو یہاں جو لفظ قتل جو ہے، وہاں</w:t>
      </w:r>
    </w:p>
    <w:p>
      <w:r>
        <w:rPr>
          <w:b/>
        </w:rPr>
        <w:t xml:space="preserve">[09:19] </w:t>
      </w:r>
      <w:r>
        <w:t>is amal ko shadeed andaaz mein karne ke liye,</w:t>
      </w:r>
    </w:p>
    <w:p>
      <w:pPr>
        <w:jc w:val="right"/>
      </w:pPr>
      <w:r>
        <w:t>اس عمل کو شدید انداز میں کرنے کے لیے،</w:t>
      </w:r>
    </w:p>
    <w:p>
      <w:r>
        <w:rPr>
          <w:b/>
        </w:rPr>
        <w:t xml:space="preserve">[09:23] </w:t>
      </w:r>
      <w:r>
        <w:t>lafzi maani mein nahi ke log apne aap ko khanjar maar ke qatl karen, yeh matlab nahi hai.</w:t>
      </w:r>
    </w:p>
    <w:p>
      <w:pPr>
        <w:jc w:val="right"/>
      </w:pPr>
      <w:r>
        <w:t>لفظی معنی میں نہیں کہ لوگ اپنے آپ کو خنجر مار کے قتل کریں، یہ مطلب نہیں ہے۔</w:t>
      </w:r>
    </w:p>
    <w:p>
      <w:r>
        <w:rPr>
          <w:b/>
        </w:rPr>
        <w:t xml:space="preserve">[09:31] </w:t>
      </w:r>
      <w:r>
        <w:t>to ek, yaani ek do ko le kar logon ne waqai un ko tauba kiya, unhon ne bohat</w:t>
      </w:r>
    </w:p>
    <w:p>
      <w:pPr>
        <w:jc w:val="right"/>
      </w:pPr>
      <w:r>
        <w:t>تو ایک، یعنی ایک دو کو لے کر لوگوں نے واقعی ان کو توبہ کیا، انہوں نے بہت</w:t>
      </w:r>
    </w:p>
    <w:p>
      <w:r>
        <w:rPr>
          <w:b/>
        </w:rPr>
        <w:t xml:space="preserve">[09:37] </w:t>
      </w:r>
      <w:r>
        <w:t>un ko dependence aaya un ke andar, aur Allah taala ne un ko un ki tauba ko qabool</w:t>
      </w:r>
    </w:p>
    <w:p>
      <w:pPr>
        <w:jc w:val="right"/>
      </w:pPr>
      <w:r>
        <w:t>ان کو ڈیپینڈنس آیا ان کے اندر، اور اللہ تعالیٰ نے ان کو ان کی توبہ کو قبول</w:t>
      </w:r>
    </w:p>
    <w:p>
      <w:r>
        <w:rPr>
          <w:b/>
        </w:rPr>
        <w:t xml:space="preserve">[09:42] </w:t>
      </w:r>
      <w:r>
        <w:t>farmaya.</w:t>
      </w:r>
    </w:p>
    <w:p>
      <w:pPr>
        <w:jc w:val="right"/>
      </w:pPr>
      <w:r>
        <w:t>فرمایا۔</w:t>
      </w:r>
    </w:p>
    <w:p>
      <w:r>
        <w:rPr>
          <w:b/>
        </w:rPr>
        <w:t xml:space="preserve">[09:45] </w:t>
      </w:r>
      <w:r>
        <w:t>wa iz qultum ya musa lanu'mina laka hatta narallaha jahratan.</w:t>
      </w:r>
    </w:p>
    <w:p>
      <w:pPr>
        <w:jc w:val="right"/>
      </w:pPr>
      <w:r>
        <w:t>وَإِذْ قُلْتُمْ يَا مُوسَىٰ لَنُؤْمِنَ لَكَ حَتَّى نَرَ اللَّهَ جَهْرَةً۔</w:t>
      </w:r>
    </w:p>
    <w:p>
      <w:r>
        <w:rPr>
          <w:b/>
        </w:rPr>
        <w:t xml:space="preserve">[09:53] </w:t>
      </w:r>
      <w:r>
        <w:t>yeh us daur, woh jo lamba daur hai, us daur ka ek waqia yeh hai.</w:t>
      </w:r>
    </w:p>
    <w:p>
      <w:pPr>
        <w:jc w:val="right"/>
      </w:pPr>
      <w:r>
        <w:t>یہ اس دور، وہ جو لمبا دور ہے، اس دور کا ایک واقعہ یہ ہے۔</w:t>
      </w:r>
    </w:p>
    <w:p>
      <w:r>
        <w:rPr>
          <w:b/>
        </w:rPr>
        <w:t xml:space="preserve">[09:58] </w:t>
      </w:r>
      <w:r>
        <w:t>Musa se kaha ke tumhare par iman nahi layenge jab tak Allah ko</w:t>
      </w:r>
    </w:p>
    <w:p>
      <w:pPr>
        <w:jc w:val="right"/>
      </w:pPr>
      <w:r>
        <w:t>موسیٰ سے کہا کہ تمہارے پر ایمان نہیں لائیں گے جب تک اللہ کو</w:t>
      </w:r>
    </w:p>
    <w:p>
      <w:r>
        <w:rPr>
          <w:b/>
        </w:rPr>
        <w:t xml:space="preserve">[10:05] </w:t>
      </w:r>
      <w:r>
        <w:t>ayaan na dekhen, openly hum dekhen Allah ko, tab manenge.</w:t>
      </w:r>
    </w:p>
    <w:p>
      <w:pPr>
        <w:jc w:val="right"/>
      </w:pPr>
      <w:r>
        <w:t>عیان نہ دیکھیں، اوپنلی ہم دیکھیں اللہ کو، تب مانیں گے۔</w:t>
      </w:r>
    </w:p>
    <w:p>
      <w:r>
        <w:rPr>
          <w:b/>
        </w:rPr>
        <w:t xml:space="preserve">[10:11] </w:t>
      </w:r>
      <w:r>
        <w:t>fa'akhadhtkumus sa'iqatu wa antum tandharoon.</w:t>
      </w:r>
    </w:p>
    <w:p>
      <w:pPr>
        <w:jc w:val="right"/>
      </w:pPr>
      <w:r>
        <w:t>فَأَخَذَتْكُمُ الصَّعِقَةُ وَأَنْتُمْ تَنْظُرُونَ۔</w:t>
      </w:r>
    </w:p>
    <w:p>
      <w:r>
        <w:rPr>
          <w:b/>
        </w:rPr>
        <w:t xml:space="preserve">[10:13] </w:t>
      </w:r>
      <w:r>
        <w:t>to tum ko ek garaj ne pakad liya,</w:t>
      </w:r>
    </w:p>
    <w:p>
      <w:pPr>
        <w:jc w:val="right"/>
      </w:pPr>
      <w:r>
        <w:t>تو تم کو ایک گرج نے پکڑ لیا،</w:t>
      </w:r>
    </w:p>
    <w:p>
      <w:r>
        <w:rPr>
          <w:b/>
        </w:rPr>
        <w:t xml:space="preserve">[10:17] </w:t>
      </w:r>
      <w:r>
        <w:t>aur tum dekh rahe the.</w:t>
      </w:r>
    </w:p>
    <w:p>
      <w:pPr>
        <w:jc w:val="right"/>
      </w:pPr>
      <w:r>
        <w:t>اور تم دیکھ رہے تھے۔</w:t>
      </w:r>
    </w:p>
    <w:p>
      <w:r>
        <w:rPr>
          <w:b/>
        </w:rPr>
        <w:t xml:space="preserve">[10:18] </w:t>
      </w:r>
      <w:r>
        <w:t>Riwayat mein aata hai ke ek pahaad ke daaman mein us waqt the Bani Israel, to unhon ne</w:t>
      </w:r>
    </w:p>
    <w:p>
      <w:pPr>
        <w:jc w:val="right"/>
      </w:pPr>
      <w:r>
        <w:t>روایت میں آتا ہے کہ ایک پہاڑ کے دامن میں اس وقت تھے بنی اسرائیل، تو انہوں نے</w:t>
      </w:r>
    </w:p>
    <w:p>
      <w:r>
        <w:rPr>
          <w:b/>
        </w:rPr>
        <w:t xml:space="preserve">[10:25] </w:t>
      </w:r>
      <w:r>
        <w:t>is tarah ka mutaliba kiya Hazrat Musa se ke tum agar nabi ho to hamein dikhao Allah ko,</w:t>
      </w:r>
    </w:p>
    <w:p>
      <w:pPr>
        <w:jc w:val="right"/>
      </w:pPr>
      <w:r>
        <w:t>اس طرح کا مطالبہ کیا حضرت موسیٰ سے کہ تم اگر نبی ہو تو ہمیں دکھاؤ اللہ کو،</w:t>
      </w:r>
    </w:p>
    <w:p>
      <w:r>
        <w:rPr>
          <w:b/>
        </w:rPr>
        <w:t xml:space="preserve">[10:33] </w:t>
      </w:r>
      <w:r>
        <w:t>tab hum tumhare par yaqeen karenge.</w:t>
      </w:r>
    </w:p>
    <w:p>
      <w:pPr>
        <w:jc w:val="right"/>
      </w:pPr>
      <w:r>
        <w:t>تب ہم تمہارے پر یقین کریں گے۔</w:t>
      </w:r>
    </w:p>
    <w:p>
      <w:r>
        <w:rPr>
          <w:b/>
        </w:rPr>
        <w:t xml:space="preserve">[10:35] </w:t>
      </w:r>
      <w:r>
        <w:t>to us waqt yeh riwayat mein aata hai ke pahaad aise jhuk gaya, aise laga ke hum par</w:t>
      </w:r>
    </w:p>
    <w:p>
      <w:pPr>
        <w:jc w:val="right"/>
      </w:pPr>
      <w:r>
        <w:t>تو اس وقت یہ روایت میں آتا ہے کہ پہاڑ ایسے جھک گیا، ایسے لگا کہ ہم پر</w:t>
      </w:r>
    </w:p>
    <w:p>
      <w:r>
        <w:rPr>
          <w:b/>
        </w:rPr>
        <w:t xml:space="preserve">[10:42] </w:t>
      </w:r>
      <w:r>
        <w:t>gir padega, hamare par pahaad gir padega.</w:t>
      </w:r>
    </w:p>
    <w:p>
      <w:pPr>
        <w:jc w:val="right"/>
      </w:pPr>
      <w:r>
        <w:t>گر پڑے گا، ہمارے پر پہاڑ گر پڑے گا۔</w:t>
      </w:r>
    </w:p>
    <w:p>
      <w:r>
        <w:rPr>
          <w:b/>
        </w:rPr>
        <w:t xml:space="preserve">[10:44] </w:t>
      </w:r>
      <w:r>
        <w:t>aur phir garaj, garaj chamak bhi hui, to log bohat dar gaye, dar kar ke unhon ne tauba</w:t>
      </w:r>
    </w:p>
    <w:p>
      <w:pPr>
        <w:jc w:val="right"/>
      </w:pPr>
      <w:r>
        <w:t>اور پھر گرج، گرج چمک بھی ہوئی، تو لوگ بہت ڈر گئے، ڈر کر کے انہوں نے توبہ</w:t>
      </w:r>
    </w:p>
    <w:p>
      <w:r>
        <w:rPr>
          <w:b/>
        </w:rPr>
        <w:t xml:space="preserve">[10:51] </w:t>
      </w:r>
      <w:r>
        <w:t>kiya. Yeh riwayat mein aata hai.</w:t>
      </w:r>
    </w:p>
    <w:p>
      <w:pPr>
        <w:jc w:val="right"/>
      </w:pPr>
      <w:r>
        <w:t>کیا۔ یہ روایت میں آتا ہے۔</w:t>
      </w:r>
    </w:p>
    <w:p>
      <w:r>
        <w:rPr>
          <w:b/>
        </w:rPr>
        <w:t xml:space="preserve">[10:54] </w:t>
      </w:r>
      <w:r>
        <w:t>to is ki kya shakal thi, aaj hum nahi samajh sakte, lekin koi aisi shakal hui</w:t>
      </w:r>
    </w:p>
    <w:p>
      <w:pPr>
        <w:jc w:val="right"/>
      </w:pPr>
      <w:r>
        <w:t>تو اس کی کیا شکل تھی، آج ہم نہیں سمجھ سکتے، لیکن کوئی ایسی شکل ہوئی</w:t>
      </w:r>
    </w:p>
    <w:p>
      <w:r>
        <w:rPr>
          <w:b/>
        </w:rPr>
        <w:t xml:space="preserve">[11:00] </w:t>
      </w:r>
      <w:r>
        <w:t>jis mein un ko Allah ki heebat</w:t>
      </w:r>
    </w:p>
    <w:p>
      <w:pPr>
        <w:jc w:val="right"/>
      </w:pPr>
      <w:r>
        <w:t>جس میں ان کو اللہ کی ہیبت</w:t>
      </w:r>
    </w:p>
    <w:p>
      <w:r>
        <w:rPr>
          <w:b/>
        </w:rPr>
        <w:t xml:space="preserve">[11:03] </w:t>
      </w:r>
      <w:r>
        <w:t>mein dala gaya, un ko taake woh tauba karen, aur un ke andar Musa par iman,</w:t>
      </w:r>
    </w:p>
    <w:p>
      <w:pPr>
        <w:jc w:val="right"/>
      </w:pPr>
      <w:r>
        <w:t>میں ڈالا گیا، ان کو تاکہ وہ توبہ کریں، اور ان کے اندر موسیٰ پر ایمان،</w:t>
      </w:r>
    </w:p>
    <w:p>
      <w:r>
        <w:rPr>
          <w:b/>
        </w:rPr>
        <w:t xml:space="preserve">[11:13] </w:t>
      </w:r>
      <w:r>
        <w:t>imaan o yaqeen paida ho.</w:t>
      </w:r>
    </w:p>
    <w:p>
      <w:pPr>
        <w:jc w:val="right"/>
      </w:pPr>
      <w:r>
        <w:t>ایمان و یقین پیدا ہو۔</w:t>
      </w:r>
    </w:p>
    <w:p>
      <w:r>
        <w:rPr>
          <w:b/>
        </w:rPr>
        <w:t xml:space="preserve">[11:15] </w:t>
      </w:r>
      <w:r>
        <w:t>thumma ba'athnakum min ba'di mawtikum la'allakum tashkurun.</w:t>
      </w:r>
    </w:p>
    <w:p>
      <w:pPr>
        <w:jc w:val="right"/>
      </w:pPr>
      <w:r>
        <w:t>ثُمَّ بَعَثْنَاكُمْ مِن بَعْدِ مَوْتِكُمْ لَعَلَّكُمْ تَشْكُرُونَ۔</w:t>
      </w:r>
    </w:p>
    <w:p>
      <w:r>
        <w:rPr>
          <w:b/>
        </w:rPr>
        <w:t xml:space="preserve">[11:19] </w:t>
      </w:r>
      <w:r>
        <w:t>phir hum ne tum ko zindah kiya maut ke baad taake tum shukr karo.</w:t>
      </w:r>
    </w:p>
    <w:p>
      <w:pPr>
        <w:jc w:val="right"/>
      </w:pPr>
      <w:r>
        <w:t>پھر ہم نے تم کو زندہ کیا موت کے بعد تاکہ تم شکر کرو۔</w:t>
      </w:r>
    </w:p>
    <w:p>
      <w:r>
        <w:rPr>
          <w:b/>
        </w:rPr>
        <w:t xml:space="preserve">[11:23] </w:t>
      </w:r>
      <w:r>
        <w:t>ya'ni woh jo haalat hui thi, woh aisa lagta tha ke hum mar jayenge, pahaad gir pade</w:t>
      </w:r>
    </w:p>
    <w:p>
      <w:pPr>
        <w:jc w:val="right"/>
      </w:pPr>
      <w:r>
        <w:t>یعنی وہ جو حالت ہوئی تھی، وہ ایسا لگتا تھا کہ ہم مر جائیں گے، پہاڑ گر پڑے</w:t>
      </w:r>
    </w:p>
    <w:p>
      <w:r>
        <w:rPr>
          <w:b/>
        </w:rPr>
        <w:t xml:space="preserve">[11:28] </w:t>
      </w:r>
      <w:r>
        <w:t>ga hamare upar.</w:t>
      </w:r>
    </w:p>
    <w:p>
      <w:pPr>
        <w:jc w:val="right"/>
      </w:pPr>
      <w:r>
        <w:t>گا ہمارے اوپر۔</w:t>
      </w:r>
    </w:p>
    <w:p>
      <w:r>
        <w:rPr>
          <w:b/>
        </w:rPr>
        <w:t xml:space="preserve">[11:29] </w:t>
      </w:r>
      <w:r>
        <w:t>ya'ni amalan mar nahin gaye the woh, lekin woh is tarah se pahaad jhuka un ke upar ke</w:t>
      </w:r>
    </w:p>
    <w:p>
      <w:pPr>
        <w:jc w:val="right"/>
      </w:pPr>
      <w:r>
        <w:t>یعنی عملاً مر نہیں گئے تھے وہ، لیکن وہ اس طرح سے پہاڑ جھکا ان کے اوپر کہ</w:t>
      </w:r>
    </w:p>
    <w:p>
      <w:r>
        <w:rPr>
          <w:b/>
        </w:rPr>
        <w:t xml:space="preserve">[11:36] </w:t>
      </w:r>
      <w:r>
        <w:t>un ko laga ke pahaad gir padega, hum mar jayenge isi mein.</w:t>
      </w:r>
    </w:p>
    <w:p>
      <w:pPr>
        <w:jc w:val="right"/>
      </w:pPr>
      <w:r>
        <w:t>ان کو لگا کہ پہاڑ گر پڑے گا، ہم مر جائیں گے اسی میں۔</w:t>
      </w:r>
    </w:p>
    <w:p>
      <w:r>
        <w:rPr>
          <w:b/>
        </w:rPr>
        <w:t xml:space="preserve">[11:39] </w:t>
      </w:r>
      <w:r>
        <w:t>to lekin Allah ne bacha liya, kyunke us waqt woh roye, gurgudaye, toba kiya.</w:t>
      </w:r>
    </w:p>
    <w:p>
      <w:pPr>
        <w:jc w:val="right"/>
      </w:pPr>
      <w:r>
        <w:t>تو لیکن اللہ نے بچا لیا، کیونکہ اس وقت وہ روئے، گڑگڑائے، توبہ کیا۔</w:t>
      </w:r>
    </w:p>
    <w:p>
      <w:r>
        <w:rPr>
          <w:b/>
        </w:rPr>
        <w:t xml:space="preserve">[11:44] </w:t>
      </w:r>
      <w:r>
        <w:t>to yahan farmaya ke taake tum dobara shukr guzaar bande bano.</w:t>
      </w:r>
    </w:p>
    <w:p>
      <w:pPr>
        <w:jc w:val="right"/>
      </w:pPr>
      <w:r>
        <w:t>تو یہاں فرمایا کہ تاکہ تم دوبارہ شکر گزار بندے بنو۔</w:t>
      </w:r>
    </w:p>
    <w:p>
      <w:r>
        <w:rPr>
          <w:b/>
        </w:rPr>
        <w:t xml:space="preserve">[11:50] </w:t>
      </w:r>
      <w:r>
        <w:t>wa sallallahu 'alaikumul ghamama wa anzalna 'alaikumul manna was salwa.</w:t>
      </w:r>
    </w:p>
    <w:p>
      <w:pPr>
        <w:jc w:val="right"/>
      </w:pPr>
      <w:r>
        <w:t>وَسَلَّى اللَّهُ عَلَيْكُمُ الْغَمَامَ وَأَنْزَلْنَا عَلَيْكُمُ الْمَنَّ وَالسَّلْوَىٰ۔</w:t>
      </w:r>
    </w:p>
    <w:p>
      <w:r>
        <w:rPr>
          <w:b/>
        </w:rPr>
        <w:t xml:space="preserve">[11:55] </w:t>
      </w:r>
      <w:r>
        <w:t>aur saaya kiya badli ka.</w:t>
      </w:r>
    </w:p>
    <w:p>
      <w:pPr>
        <w:jc w:val="right"/>
      </w:pPr>
      <w:r>
        <w:t>اور سایہ کیا بدلی کا۔</w:t>
      </w:r>
    </w:p>
    <w:p>
      <w:r>
        <w:rPr>
          <w:b/>
        </w:rPr>
        <w:t xml:space="preserve">[11:59] </w:t>
      </w:r>
      <w:r>
        <w:t>yeh jo waqea hai, woh us waqt ka hai jab ke Misr se Hazrat Musa ne un ko</w:t>
      </w:r>
    </w:p>
    <w:p>
      <w:pPr>
        <w:jc w:val="right"/>
      </w:pPr>
      <w:r>
        <w:t>یہ جو واقعہ ہے، وہ اس وقت کا ہے جب کہ مصر سے حضرت موسیٰ نے ان کو</w:t>
      </w:r>
    </w:p>
    <w:p>
      <w:r>
        <w:rPr>
          <w:b/>
        </w:rPr>
        <w:t xml:space="preserve">[12:03] </w:t>
      </w:r>
      <w:r>
        <w:t>nikala aur sehraaye Sina mein le gaye.</w:t>
      </w:r>
    </w:p>
    <w:p>
      <w:pPr>
        <w:jc w:val="right"/>
      </w:pPr>
      <w:r>
        <w:t>نکالا اور صحرائے سینا میں لے گئے۔</w:t>
      </w:r>
    </w:p>
    <w:p>
      <w:r>
        <w:rPr>
          <w:b/>
        </w:rPr>
        <w:t xml:space="preserve">[12:06] </w:t>
      </w:r>
      <w:r>
        <w:t>woh sehra tha, khuli, ya'ni khula, bohat bada khula maidan, is mein hi rehte the.</w:t>
      </w:r>
    </w:p>
    <w:p>
      <w:pPr>
        <w:jc w:val="right"/>
      </w:pPr>
      <w:r>
        <w:t>وہ صحرا تھا، کھلی، یعنی کھلا، بہت بڑا کھلا میدان، اس میں ہی رہتے تھے۔</w:t>
      </w:r>
    </w:p>
    <w:p>
      <w:r>
        <w:rPr>
          <w:b/>
        </w:rPr>
        <w:t xml:space="preserve">[12:13] </w:t>
      </w:r>
      <w:r>
        <w:t>to garmi mein bohat pareshan bhi hue, to Allah taala ne yeh riwayat mein aata hai ke wahan</w:t>
      </w:r>
    </w:p>
    <w:p>
      <w:pPr>
        <w:jc w:val="right"/>
      </w:pPr>
      <w:r>
        <w:t>تو گرمی میں بہت پریشان بھی ہوئے، تو اللہ تعالیٰ نے یہ روایت میں آتا ہے کہ وہاں</w:t>
      </w:r>
    </w:p>
    <w:p>
      <w:r>
        <w:rPr>
          <w:b/>
        </w:rPr>
        <w:t xml:space="preserve">[12:20] </w:t>
      </w:r>
      <w:r>
        <w:t>bandiyan aayin, badli ka saaya hua un ke upar.</w:t>
      </w:r>
    </w:p>
    <w:p>
      <w:pPr>
        <w:jc w:val="right"/>
      </w:pPr>
      <w:r>
        <w:t>بندیاں آئیں، بدلی کا سایہ ہوا ان کے اوپر۔</w:t>
      </w:r>
    </w:p>
    <w:p>
      <w:r>
        <w:rPr>
          <w:b/>
        </w:rPr>
        <w:t xml:space="preserve">[12:26] </w:t>
      </w:r>
      <w:r>
        <w:t>ya'ni sehra ya desert ke mahaul mein un ko badli bheji gayi, baadal.</w:t>
      </w:r>
    </w:p>
    <w:p>
      <w:pPr>
        <w:jc w:val="right"/>
      </w:pPr>
      <w:r>
        <w:t>یعنی صحرا یا ڈیزرٹ کے ماحول میں ان کو بدلی بھیجی گئی، بادل۔</w:t>
      </w:r>
    </w:p>
    <w:p>
      <w:r>
        <w:rPr>
          <w:b/>
        </w:rPr>
        <w:t xml:space="preserve">[12:37] </w:t>
      </w:r>
      <w:r>
        <w:t>to is ke saaye mein un ko</w:t>
      </w:r>
    </w:p>
    <w:p>
      <w:pPr>
        <w:jc w:val="right"/>
      </w:pPr>
      <w:r>
        <w:t>تو اس کے سائے میں ان کو</w:t>
      </w:r>
    </w:p>
    <w:p>
      <w:r>
        <w:rPr>
          <w:b/>
        </w:rPr>
        <w:t xml:space="preserve">[12:42] </w:t>
      </w:r>
      <w:r>
        <w:t>rehne ka mauqa mila.</w:t>
      </w:r>
    </w:p>
    <w:p>
      <w:pPr>
        <w:jc w:val="right"/>
      </w:pPr>
      <w:r>
        <w:t>رہنے کا موقع ملا۔</w:t>
      </w:r>
    </w:p>
    <w:p>
      <w:r>
        <w:rPr>
          <w:b/>
        </w:rPr>
        <w:t xml:space="preserve">[12:45] </w:t>
      </w:r>
      <w:r>
        <w:t>wa anzalna 'alaikumul manna was salwa.</w:t>
      </w:r>
    </w:p>
    <w:p>
      <w:pPr>
        <w:jc w:val="right"/>
      </w:pPr>
      <w:r>
        <w:t>وَأَنْزَلْنَا عَلَيْكُمُ الْمَنَّ وَالسَّلْوَىٰ۔</w:t>
      </w:r>
    </w:p>
    <w:p>
      <w:r>
        <w:rPr>
          <w:b/>
        </w:rPr>
        <w:t xml:space="preserve">[12:48] </w:t>
      </w:r>
      <w:r>
        <w:t>aur utara hum ne tumhare upar man o salwa.</w:t>
      </w:r>
    </w:p>
    <w:p>
      <w:pPr>
        <w:jc w:val="right"/>
      </w:pPr>
      <w:r>
        <w:t>اور اتارا ہم نے تمہارے اوپر من و سلوٰی۔</w:t>
      </w:r>
    </w:p>
    <w:p>
      <w:r>
        <w:rPr>
          <w:b/>
        </w:rPr>
        <w:t xml:space="preserve">[12:53] </w:t>
      </w:r>
      <w:r>
        <w:t>sehra mein koi kheti baadi nahin thi, koi</w:t>
      </w:r>
    </w:p>
    <w:p>
      <w:pPr>
        <w:jc w:val="right"/>
      </w:pPr>
      <w:r>
        <w:t>صحرا میں کوئی کھیتی باڑی نہیں تھی، کوئی</w:t>
      </w:r>
    </w:p>
    <w:p>
      <w:r>
        <w:rPr>
          <w:b/>
        </w:rPr>
        <w:t xml:space="preserve">[12:58] </w:t>
      </w:r>
      <w:r>
        <w:t>jaise hum rehte hain, ghalla ugta hai, phal nikalte hain, woh shakal wahan nahin thi, kyunke sehra tha</w:t>
      </w:r>
    </w:p>
    <w:p>
      <w:pPr>
        <w:jc w:val="right"/>
      </w:pPr>
      <w:r>
        <w:t>جیسے ہم رہتے ہیں، غلہ اگتا ہے، پھل نکلتے ہیں، وہ شکل وہاں نہیں تھی، کیونکہ صحرا تھا</w:t>
      </w:r>
    </w:p>
    <w:p>
      <w:r>
        <w:rPr>
          <w:b/>
        </w:rPr>
        <w:t xml:space="preserve">[13:05] </w:t>
      </w:r>
      <w:r>
        <w:t>woh, desert tha woh.</w:t>
      </w:r>
    </w:p>
    <w:p>
      <w:pPr>
        <w:jc w:val="right"/>
      </w:pPr>
      <w:r>
        <w:t>وہ، ڈیزرٹ تھا وہ۔</w:t>
      </w:r>
    </w:p>
    <w:p>
      <w:r>
        <w:rPr>
          <w:b/>
        </w:rPr>
        <w:t xml:space="preserve">[13:07] </w:t>
      </w:r>
      <w:r>
        <w:t>lekin wahan par kya hua ke man o salwa un par utara gaya,</w:t>
      </w:r>
    </w:p>
    <w:p>
      <w:pPr>
        <w:jc w:val="right"/>
      </w:pPr>
      <w:r>
        <w:t>لیکن وہاں پر کیا ہوا کہ من و سلوٰی ان پر اتارا گیا،</w:t>
      </w:r>
    </w:p>
    <w:p>
      <w:r>
        <w:rPr>
          <w:b/>
        </w:rPr>
        <w:t xml:space="preserve">[13:14] </w:t>
      </w:r>
      <w:r>
        <w:t>yani aasman se kuch cheez nikalti, girti thi, koi cheez, jaise ole hote hain, is tarah ke, woh</w:t>
      </w:r>
    </w:p>
    <w:p>
      <w:pPr>
        <w:jc w:val="right"/>
      </w:pPr>
      <w:r>
        <w:t>یعنی آسمان سے کچھ چیز نکلتی، گرتی تھی، کوئی چیز، جیسے اولے ہوتے ہیں، اس طرح کے، وہ</w:t>
      </w:r>
    </w:p>
    <w:p>
      <w:r>
        <w:rPr>
          <w:b/>
        </w:rPr>
        <w:t xml:space="preserve">[13:20] </w:t>
      </w:r>
      <w:r>
        <w:t>meetha hota tha, khane ke qabil.</w:t>
      </w:r>
    </w:p>
    <w:p>
      <w:pPr>
        <w:jc w:val="right"/>
      </w:pPr>
      <w:r>
        <w:t>میٹھا ہوتا تھا، کھانے کے قابل۔</w:t>
      </w:r>
    </w:p>
    <w:p>
      <w:r>
        <w:rPr>
          <w:b/>
        </w:rPr>
        <w:t xml:space="preserve">[13:23] </w:t>
      </w:r>
      <w:r>
        <w:t>aur salwa yani chidiya aati thi, chhoti chhoti, to is ko pakadte the aur is ko shikar kar</w:t>
      </w:r>
    </w:p>
    <w:p>
      <w:pPr>
        <w:jc w:val="right"/>
      </w:pPr>
      <w:r>
        <w:t>اور سلوٰی یعنی چڑیا آتی تھی، چھوٹی چھوٹی، تو اس کو پکڑتے تھے اور اس کو شکار کر</w:t>
      </w:r>
    </w:p>
    <w:p>
      <w:r>
        <w:rPr>
          <w:b/>
        </w:rPr>
        <w:t xml:space="preserve">[13:30] </w:t>
      </w:r>
      <w:r>
        <w:t>ke khate the.</w:t>
      </w:r>
    </w:p>
    <w:p>
      <w:pPr>
        <w:jc w:val="right"/>
      </w:pPr>
      <w:r>
        <w:t>کے کھاتے تھے۔</w:t>
      </w:r>
    </w:p>
    <w:p>
      <w:r>
        <w:rPr>
          <w:b/>
        </w:rPr>
        <w:t xml:space="preserve">[13:32] </w:t>
      </w:r>
      <w:r>
        <w:t>to do cheezein un ko milein, yani chidiya ka gosht aur man, woh jaise upar se shabnam girti</w:t>
      </w:r>
    </w:p>
    <w:p>
      <w:pPr>
        <w:jc w:val="right"/>
      </w:pPr>
      <w:r>
        <w:t>تو دو چیزیں ان کو ملیں، یعنی چڑیا کا گوشت اور من، وہ جیسے اوپر سے شبنم گرتی</w:t>
      </w:r>
    </w:p>
    <w:p>
      <w:r>
        <w:rPr>
          <w:b/>
        </w:rPr>
        <w:t xml:space="preserve">[13:40] </w:t>
      </w:r>
      <w:r>
        <w:t>hai, aisi cheez girti thi, shabnam jam jati thi, aur woh meetha meetha hota tha.</w:t>
      </w:r>
    </w:p>
    <w:p>
      <w:pPr>
        <w:jc w:val="right"/>
      </w:pPr>
      <w:r>
        <w:t>ہے، ایسی چیز گرتی تھی، شبنم جم جاتی تھی، اور وہ میٹھا میٹھا ہوتا تھا۔</w:t>
      </w:r>
    </w:p>
    <w:p>
      <w:r>
        <w:rPr>
          <w:b/>
        </w:rPr>
        <w:t xml:space="preserve">[13:48] </w:t>
      </w:r>
      <w:r>
        <w:t>to shabnam ki shakal mein girti thi, ek ek meetha khana samajh lijiye.</w:t>
      </w:r>
    </w:p>
    <w:p>
      <w:pPr>
        <w:jc w:val="right"/>
      </w:pPr>
      <w:r>
        <w:t>تو شبنم کی شکل میں گرتا تھا، ایک ایک میٹھا کھانا سمجھ لیجئے۔</w:t>
      </w:r>
    </w:p>
    <w:p>
      <w:r>
        <w:rPr>
          <w:b/>
        </w:rPr>
        <w:t xml:space="preserve">[13:53] </w:t>
      </w:r>
      <w:r>
        <w:t>to chidiya ka gosht aur salwa, yeh un ka ghiza thi wahan par.</w:t>
      </w:r>
    </w:p>
    <w:p>
      <w:pPr>
        <w:jc w:val="right"/>
      </w:pPr>
      <w:r>
        <w:t>تو چڑیا کا گوشت اور سلوٰی، یہ ان کا غذا تھی وہاں پر۔</w:t>
      </w:r>
    </w:p>
    <w:p>
      <w:r>
        <w:rPr>
          <w:b/>
        </w:rPr>
        <w:t xml:space="preserve">[14:02] </w:t>
      </w:r>
      <w:r>
        <w:t>qulu min tayyibat ma razaqnakum.</w:t>
      </w:r>
    </w:p>
    <w:p>
      <w:pPr>
        <w:jc w:val="right"/>
      </w:pPr>
      <w:r>
        <w:t>قُلُوا مِن طَيِّبَاتِ مَا رَزَقْنَاكُمْ۔</w:t>
      </w:r>
    </w:p>
    <w:p>
      <w:r>
        <w:rPr>
          <w:b/>
        </w:rPr>
        <w:t xml:space="preserve">[14:05] </w:t>
      </w:r>
      <w:r>
        <w:t>haan, khao is rizq ko</w:t>
      </w:r>
    </w:p>
    <w:p>
      <w:pPr>
        <w:jc w:val="right"/>
      </w:pPr>
      <w:r>
        <w:t>ہاں، کھاؤ اس رزق کو</w:t>
      </w:r>
    </w:p>
    <w:p>
      <w:r>
        <w:rPr>
          <w:b/>
        </w:rPr>
        <w:t xml:space="preserve">[14:08] </w:t>
      </w:r>
      <w:r>
        <w:t>jo hum ne tum ko diya hai,</w:t>
      </w:r>
    </w:p>
    <w:p>
      <w:pPr>
        <w:jc w:val="right"/>
      </w:pPr>
      <w:r>
        <w:t>جو ہم نے تم کو دیا ہے،</w:t>
      </w:r>
    </w:p>
    <w:p>
      <w:r>
        <w:rPr>
          <w:b/>
        </w:rPr>
        <w:t xml:space="preserve">[14:12] </w:t>
      </w:r>
      <w:r>
        <w:t>is tayyab rizq ko khao jo hum ne tum ko diya hai.</w:t>
      </w:r>
    </w:p>
    <w:p>
      <w:pPr>
        <w:jc w:val="right"/>
      </w:pPr>
      <w:r>
        <w:t>اس طیب رزق کو کھاؤ جو ہم نے تم کو دیا ہے۔</w:t>
      </w:r>
    </w:p>
    <w:p>
      <w:r>
        <w:rPr>
          <w:b/>
        </w:rPr>
        <w:t xml:space="preserve">[14:16] </w:t>
      </w:r>
      <w:r>
        <w:t>wama zalamuna walakin</w:t>
      </w:r>
    </w:p>
    <w:p>
      <w:pPr>
        <w:jc w:val="right"/>
      </w:pPr>
      <w:r>
        <w:t>وَمَا زَلَمُونَ وَلَاكِنْ</w:t>
      </w:r>
    </w:p>
    <w:p>
      <w:r>
        <w:rPr>
          <w:b/>
        </w:rPr>
        <w:t xml:space="preserve">[14:20] </w:t>
      </w:r>
      <w:r>
        <w:t>kanu anfusahum yazlimun.</w:t>
      </w:r>
    </w:p>
    <w:p>
      <w:pPr>
        <w:jc w:val="right"/>
      </w:pPr>
      <w:r>
        <w:t>كَانُوا أَنْفُسَهُمْ يَظْلِمُونَ۔</w:t>
      </w:r>
    </w:p>
    <w:p>
      <w:r>
        <w:rPr>
          <w:b/>
        </w:rPr>
        <w:t xml:space="preserve">[14:23] </w:t>
      </w:r>
      <w:r>
        <w:t>un par zulm nahi kiya gaya, balkeh unhone khud apne aap par zulm kiya.</w:t>
      </w:r>
    </w:p>
    <w:p>
      <w:pPr>
        <w:jc w:val="right"/>
      </w:pPr>
      <w:r>
        <w:t>ان پر ظلم نہیں کیا گیا، بلکہ انہوں نے خود اپنے آپ پر ظلم کیا۔</w:t>
      </w:r>
    </w:p>
    <w:p>
      <w:r>
        <w:rPr>
          <w:b/>
        </w:rPr>
        <w:t xml:space="preserve">[14:27] </w:t>
      </w:r>
      <w:r>
        <w:t>yani matlab yeh ke misr se nikalne ke baad un ko har qism ki sahulaten di gayeen, har</w:t>
      </w:r>
    </w:p>
    <w:p>
      <w:pPr>
        <w:jc w:val="right"/>
      </w:pPr>
      <w:r>
        <w:t>یعنی مطلب یہ کہ مصر سے نکالنے کے بعد ان کو ہر قسم کی سہولتیں دی گئیں، ہر</w:t>
      </w:r>
    </w:p>
    <w:p>
      <w:r>
        <w:rPr>
          <w:b/>
        </w:rPr>
        <w:t xml:space="preserve">[14:35] </w:t>
      </w:r>
      <w:r>
        <w:t>mouqe par un ki madad ki gayi, phir bhi woh zulm kiya, phir bhi unhone nafarmani ki.</w:t>
      </w:r>
    </w:p>
    <w:p>
      <w:pPr>
        <w:jc w:val="right"/>
      </w:pPr>
      <w:r>
        <w:t>موقع پر ان کی مدد کی گئی، پھر بھی وہ ظلم کیا، پھر بھی انہوں نے نافرمانی کی۔</w:t>
      </w:r>
    </w:p>
    <w:p>
      <w:r>
        <w:rPr>
          <w:b/>
        </w:rPr>
        <w:t xml:space="preserve">[14:45] </w:t>
      </w:r>
      <w:r>
        <w:t>waz qulna udkhulu hazihil qaryata fakulu minha haithu shi'tum.</w:t>
      </w:r>
    </w:p>
    <w:p>
      <w:pPr>
        <w:jc w:val="right"/>
      </w:pPr>
      <w:r>
        <w:t>وَإِذْ قُلْنَا ادْخُلُوا هَذِهِ الْقَرِيَةَ فَكُلُوا مِنْهَا حَيْثُ شِئْتُمْ۔</w:t>
      </w:r>
    </w:p>
    <w:p>
      <w:r>
        <w:rPr>
          <w:b/>
        </w:rPr>
        <w:t xml:space="preserve">[14:49] </w:t>
      </w:r>
      <w:r>
        <w:t>jab hum ne kaha ke dakhil ho jao is qariya mein, is basti mein.</w:t>
      </w:r>
    </w:p>
    <w:p>
      <w:pPr>
        <w:jc w:val="right"/>
      </w:pPr>
      <w:r>
        <w:t>جب ہم نے کہا کہ داخل ہو جاؤ اس قریہ میں، اس بستی میں۔</w:t>
      </w:r>
    </w:p>
    <w:p>
      <w:r>
        <w:rPr>
          <w:b/>
        </w:rPr>
        <w:t xml:space="preserve">[14:56] </w:t>
      </w:r>
      <w:r>
        <w:t>fakulu minha haithu shi'tum.</w:t>
      </w:r>
    </w:p>
    <w:p>
      <w:pPr>
        <w:jc w:val="right"/>
      </w:pPr>
      <w:r>
        <w:t>فَكُلُوا مِنْهَا حَيْثُ شِئْتُمْ۔</w:t>
      </w:r>
    </w:p>
    <w:p>
      <w:r>
        <w:rPr>
          <w:b/>
        </w:rPr>
        <w:t xml:space="preserve">[14:58] </w:t>
      </w:r>
      <w:r>
        <w:t>aur is mein khao faraghat ke sath.</w:t>
      </w:r>
    </w:p>
    <w:p>
      <w:pPr>
        <w:jc w:val="right"/>
      </w:pPr>
      <w:r>
        <w:t>اور اس میں کھاؤ فراغت کے ساتھ۔</w:t>
      </w:r>
    </w:p>
    <w:p>
      <w:r>
        <w:rPr>
          <w:b/>
        </w:rPr>
        <w:t xml:space="preserve">[15:02] </w:t>
      </w:r>
      <w:r>
        <w:t>raghadan. raghadan, faraghat ke sath.</w:t>
      </w:r>
    </w:p>
    <w:p>
      <w:pPr>
        <w:jc w:val="right"/>
      </w:pPr>
      <w:r>
        <w:t>رَغَدًا. رغدًا، فراغت کے ساتھ۔</w:t>
      </w:r>
    </w:p>
    <w:p>
      <w:r>
        <w:rPr>
          <w:b/>
        </w:rPr>
        <w:t xml:space="preserve">[15:05] </w:t>
      </w:r>
      <w:r>
        <w:t>wadhkhulul bab sujjadan.</w:t>
      </w:r>
    </w:p>
    <w:p>
      <w:pPr>
        <w:jc w:val="right"/>
      </w:pPr>
      <w:r>
        <w:t>وَادْخُلُوا الْبَابَ سُجَّدًا۔</w:t>
      </w:r>
    </w:p>
    <w:p>
      <w:r>
        <w:rPr>
          <w:b/>
        </w:rPr>
        <w:t xml:space="preserve">[15:07] </w:t>
      </w:r>
      <w:r>
        <w:t>aur phatak par dakhil ho sajda karte hue.</w:t>
      </w:r>
    </w:p>
    <w:p>
      <w:pPr>
        <w:jc w:val="right"/>
      </w:pPr>
      <w:r>
        <w:t>اور پھاٹک پر داخل ہو سجدہ کرتے ہوئے۔</w:t>
      </w:r>
    </w:p>
    <w:p>
      <w:r>
        <w:rPr>
          <w:b/>
        </w:rPr>
        <w:t xml:space="preserve">[15:12] </w:t>
      </w:r>
      <w:r>
        <w:t>sajda ka matlab yeh nahi ke sar jhuka kar sajde ke tareeqe se, balkeh yeh spirit ke aitbar</w:t>
      </w:r>
    </w:p>
    <w:p>
      <w:pPr>
        <w:jc w:val="right"/>
      </w:pPr>
      <w:r>
        <w:t>سجدہ کا معنی یہ نہیں کہ سر جھکا کر سجدے کے طریقے سے، بلکہ یہ اسپرٹ کے اعتبار</w:t>
      </w:r>
    </w:p>
    <w:p>
      <w:r>
        <w:rPr>
          <w:b/>
        </w:rPr>
        <w:t xml:space="preserve">[15:19] </w:t>
      </w:r>
      <w:r>
        <w:t>se yeh baat kahi gayi hai ke rukoo aur sajda ki jo spirit hoti hai, woh kya hoti</w:t>
      </w:r>
    </w:p>
    <w:p>
      <w:pPr>
        <w:jc w:val="right"/>
      </w:pPr>
      <w:r>
        <w:t>سے یہ بات کہی گئی ہے کہ رکوع اور سجدہ کی جو اسپرٹ ہوتی ہے، وہ کیا ہوتی</w:t>
      </w:r>
    </w:p>
    <w:p>
      <w:r>
        <w:rPr>
          <w:b/>
        </w:rPr>
        <w:t xml:space="preserve">[15:25] </w:t>
      </w:r>
      <w:r>
        <w:t>hai? woh tawazu ki spirit, tawazu, modesty.</w:t>
      </w:r>
    </w:p>
    <w:p>
      <w:pPr>
        <w:jc w:val="right"/>
      </w:pPr>
      <w:r>
        <w:t>ہے؟ وہ تواضع کی اسپرٹ، تواضع، مودیسٹی۔</w:t>
      </w:r>
    </w:p>
    <w:p>
      <w:r>
        <w:rPr>
          <w:b/>
        </w:rPr>
        <w:t xml:space="preserve">[15:31] </w:t>
      </w:r>
      <w:r>
        <w:t>toh modesty ki spirit ke sath is mein dakhil ho, Allah ke shukr guzar, shukr guzar bande ban</w:t>
      </w:r>
    </w:p>
    <w:p>
      <w:pPr>
        <w:jc w:val="right"/>
      </w:pPr>
      <w:r>
        <w:t>تو مودیسٹی کی اسپرٹ کے ساتھ اس میں داخل ہو، اللہ کے شکر گزار، شکر گزار بندے بن</w:t>
      </w:r>
    </w:p>
    <w:p>
      <w:r>
        <w:rPr>
          <w:b/>
        </w:rPr>
        <w:t xml:space="preserve">[15:38] </w:t>
      </w:r>
      <w:r>
        <w:t>ke is mein dakhil ho.</w:t>
      </w:r>
    </w:p>
    <w:p>
      <w:pPr>
        <w:jc w:val="right"/>
      </w:pPr>
      <w:r>
        <w:t>کے اس میں داخل ہو۔</w:t>
      </w:r>
    </w:p>
    <w:p>
      <w:r>
        <w:rPr>
          <w:b/>
        </w:rPr>
        <w:t xml:space="preserve">[15:41] </w:t>
      </w:r>
      <w:r>
        <w:t>wa qooloo hittaa. aur kaho ke hittaa, yani bakhshish, bakhshish, Allah hamein bakhsh de.</w:t>
      </w:r>
    </w:p>
    <w:p>
      <w:pPr>
        <w:jc w:val="right"/>
      </w:pPr>
      <w:r>
        <w:t>وَقُولُوا حِتَّةً. اور کہو کہ حِتَّةً، یعنی بخشش، بخشش، اللہ ہمیں بخش دے۔</w:t>
      </w:r>
    </w:p>
    <w:p>
      <w:r>
        <w:rPr>
          <w:b/>
        </w:rPr>
        <w:t xml:space="preserve">[15:50] </w:t>
      </w:r>
      <w:r>
        <w:t>naghfir lakum khataayakum.</w:t>
      </w:r>
    </w:p>
    <w:p>
      <w:pPr>
        <w:jc w:val="right"/>
      </w:pPr>
      <w:r>
        <w:t>نَغْفِرْ لَكُمْ خَطَايَاكُمْ۔</w:t>
      </w:r>
    </w:p>
    <w:p>
      <w:r>
        <w:rPr>
          <w:b/>
        </w:rPr>
        <w:t xml:space="preserve">[15:51] </w:t>
      </w:r>
      <w:r>
        <w:t>hum tum par gunahon ko bakhsh denge.</w:t>
      </w:r>
    </w:p>
    <w:p>
      <w:pPr>
        <w:jc w:val="right"/>
      </w:pPr>
      <w:r>
        <w:t>ہم تم پر گناہوں کو بخش دیں گے۔</w:t>
      </w:r>
    </w:p>
    <w:p>
      <w:r>
        <w:rPr>
          <w:b/>
        </w:rPr>
        <w:t xml:space="preserve">[15:54] </w:t>
      </w:r>
      <w:r>
        <w:t>wa sanazeedul muhsineen. aur</w:t>
      </w:r>
    </w:p>
    <w:p>
      <w:pPr>
        <w:jc w:val="right"/>
      </w:pPr>
      <w:r>
        <w:t>وَسَنَزِيدُ الْمُحْسِنِينَ۔ اور</w:t>
      </w:r>
    </w:p>
    <w:p>
      <w:r>
        <w:rPr>
          <w:b/>
        </w:rPr>
        <w:t xml:space="preserve">[15:57] </w:t>
      </w:r>
      <w:r>
        <w:t>muhsineen ko mazeed, mazeed</w:t>
      </w:r>
    </w:p>
    <w:p>
      <w:pPr>
        <w:jc w:val="right"/>
      </w:pPr>
      <w:r>
        <w:t>محسنین کو مزید، مزید</w:t>
      </w:r>
    </w:p>
    <w:p>
      <w:r>
        <w:rPr>
          <w:b/>
        </w:rPr>
        <w:t xml:space="preserve">[16:01] </w:t>
      </w:r>
      <w:r>
        <w:t>inaamaat denge.</w:t>
      </w:r>
    </w:p>
    <w:p>
      <w:pPr>
        <w:jc w:val="right"/>
      </w:pPr>
      <w:r>
        <w:t>انعامات دیں گے۔</w:t>
      </w:r>
    </w:p>
    <w:p>
      <w:r>
        <w:rPr>
          <w:b/>
        </w:rPr>
        <w:t xml:space="preserve">[16:02] </w:t>
      </w:r>
      <w:r>
        <w:t>dekhein, yeh is aayat mein ek lambi tareekh ka zikr hai, yani</w:t>
      </w:r>
    </w:p>
    <w:p>
      <w:pPr>
        <w:jc w:val="right"/>
      </w:pPr>
      <w:r>
        <w:t>دیکھیں، یہ اس آیت میں ایک لمبی تاریخ کا ذکر ہے، یعنی</w:t>
      </w:r>
    </w:p>
    <w:p>
      <w:r>
        <w:rPr>
          <w:b/>
        </w:rPr>
        <w:t xml:space="preserve">[16:10] </w:t>
      </w:r>
      <w:r>
        <w:t>Bani Israel Misr mein thay, Hazrat Musa un ko nikaal kar desert mein laye, sahra-e-Sina mein, aur</w:t>
      </w:r>
    </w:p>
    <w:p>
      <w:pPr>
        <w:jc w:val="right"/>
      </w:pPr>
      <w:r>
        <w:t>بنی اسرائیل مصر میں تھے، حضرت موسیٰ ان کو نکال کر ڈیزرٹ میں لائے، صحرائے سینا میں، اور</w:t>
      </w:r>
    </w:p>
    <w:p>
      <w:r>
        <w:rPr>
          <w:b/>
        </w:rPr>
        <w:t xml:space="preserve">[16:18] </w:t>
      </w:r>
      <w:r>
        <w:t>yeh 40 din ka jo mamla hai, 40 din un ki tarbiyat ke liye tha.</w:t>
      </w:r>
    </w:p>
    <w:p>
      <w:pPr>
        <w:jc w:val="right"/>
      </w:pPr>
      <w:r>
        <w:t>یہ 40 دن کا جو معاملہ ہے، 40 دن ان کی تربیت کے لیے تھا۔</w:t>
      </w:r>
    </w:p>
    <w:p>
      <w:r>
        <w:rPr>
          <w:b/>
        </w:rPr>
        <w:t xml:space="preserve">[16:24] </w:t>
      </w:r>
      <w:r>
        <w:t>jaisa ke maloom hua ke phir bhi kuch log thay jo bacchra poojne lagay.</w:t>
      </w:r>
    </w:p>
    <w:p>
      <w:pPr>
        <w:jc w:val="right"/>
      </w:pPr>
      <w:r>
        <w:t>جیسا کہ معلوم ہوا کہ پھر بھی کچھ لوگ تھے جو بچھڑا پوجنے لگے۔</w:t>
      </w:r>
    </w:p>
    <w:p>
      <w:r>
        <w:rPr>
          <w:b/>
        </w:rPr>
        <w:t xml:space="preserve">[16:28] </w:t>
      </w:r>
      <w:r>
        <w:t>toh Misr wahan us zamane mein but parasti thi, mushrik thay woh log, toh un ke asraat</w:t>
      </w:r>
    </w:p>
    <w:p>
      <w:pPr>
        <w:jc w:val="right"/>
      </w:pPr>
      <w:r>
        <w:t>تو مصر وہاں اس زمانے میں بت پرستی تھی، مشرک تھے وہ لوگ، تو ان کے اثرات</w:t>
      </w:r>
    </w:p>
    <w:p>
      <w:r>
        <w:rPr>
          <w:b/>
        </w:rPr>
        <w:t xml:space="preserve">[16:38] </w:t>
      </w:r>
      <w:r>
        <w:t>se wahan ke sahra</w:t>
      </w:r>
    </w:p>
    <w:p>
      <w:pPr>
        <w:jc w:val="right"/>
      </w:pPr>
      <w:r>
        <w:t>سے وہاں کے صحرا</w:t>
      </w:r>
    </w:p>
    <w:p>
      <w:r>
        <w:rPr>
          <w:b/>
        </w:rPr>
        <w:t xml:space="preserve">[16:41] </w:t>
      </w:r>
      <w:r>
        <w:t>ke mein tarbiyat pa kar ke woh is ke asraat se pak ho jayen, aur phir un ko</w:t>
      </w:r>
    </w:p>
    <w:p>
      <w:pPr>
        <w:jc w:val="right"/>
      </w:pPr>
      <w:r>
        <w:t>کے میں تربیت پا کر کے وہ اس کے اثرات سے پاک ہو جائیں، اور پھر ان کو</w:t>
      </w:r>
    </w:p>
    <w:p>
      <w:r>
        <w:rPr>
          <w:b/>
        </w:rPr>
        <w:t xml:space="preserve">[16:45] </w:t>
      </w:r>
      <w:r>
        <w:t>la ke basaya gaya Falasteen mein.</w:t>
      </w:r>
    </w:p>
    <w:p>
      <w:pPr>
        <w:jc w:val="right"/>
      </w:pPr>
      <w:r>
        <w:t>لا کے بسایا گیا فلسطین میں۔</w:t>
      </w:r>
    </w:p>
    <w:p>
      <w:r>
        <w:rPr>
          <w:b/>
        </w:rPr>
        <w:t xml:space="preserve">[16:47] </w:t>
      </w:r>
      <w:r>
        <w:t>yahan baap jo hai, phaatak, phaatak se murad Falasteen ka</w:t>
      </w:r>
    </w:p>
    <w:p>
      <w:pPr>
        <w:jc w:val="right"/>
      </w:pPr>
      <w:r>
        <w:t>یہاں باپ جو ہے، پھاٹک، پھاٹک سے مراد فلسطین کا</w:t>
      </w:r>
    </w:p>
    <w:p>
      <w:r>
        <w:rPr>
          <w:b/>
        </w:rPr>
        <w:t xml:space="preserve">[16:52] </w:t>
      </w:r>
      <w:r>
        <w:t>darwaza. toh mufassireen ne likha hai ke woh Ariha ke rastay se dakhil hue, yani Falasteen mein Ariha</w:t>
      </w:r>
    </w:p>
    <w:p>
      <w:pPr>
        <w:jc w:val="right"/>
      </w:pPr>
      <w:r>
        <w:t>دروازہ۔ تو مفسرین نے لکھا ہے کہ وہ اریحہ کے راستے سے داخل ہوئے، یعنی فلسطین میں اریحہ</w:t>
      </w:r>
    </w:p>
    <w:p>
      <w:r>
        <w:rPr>
          <w:b/>
        </w:rPr>
        <w:t xml:space="preserve">[17:00] </w:t>
      </w:r>
      <w:r>
        <w:t>jo maqam hai, us ke rastay se Falasteen mein dakhil hue.</w:t>
      </w:r>
    </w:p>
    <w:p>
      <w:pPr>
        <w:jc w:val="right"/>
      </w:pPr>
      <w:r>
        <w:t>جو مقام ہے، اس کے راستے سے فلسطین میں داخل ہوئے۔</w:t>
      </w:r>
    </w:p>
    <w:p>
      <w:r>
        <w:rPr>
          <w:b/>
        </w:rPr>
        <w:t xml:space="preserve">[17:04] </w:t>
      </w:r>
      <w:r>
        <w:t>toh yeh, yani Bani Israel ko Falasteen Allah ki taraf se diya gaya.</w:t>
      </w:r>
    </w:p>
    <w:p>
      <w:pPr>
        <w:jc w:val="right"/>
      </w:pPr>
      <w:r>
        <w:t>تو یہ، یعنی بنی اسرائیل کو فلسطین اللہ کی طرف سے دیا گیا۔</w:t>
      </w:r>
    </w:p>
    <w:p>
      <w:r>
        <w:rPr>
          <w:b/>
        </w:rPr>
        <w:t xml:space="preserve">[17:10] </w:t>
      </w:r>
      <w:r>
        <w:t>doosre maqam par bhi is ka zikr hai.</w:t>
      </w:r>
    </w:p>
    <w:p>
      <w:pPr>
        <w:jc w:val="right"/>
      </w:pPr>
      <w:r>
        <w:t>دوسرے مقام پر بھی اس کا ذکر ہے۔</w:t>
      </w:r>
    </w:p>
    <w:p>
      <w:r>
        <w:rPr>
          <w:b/>
        </w:rPr>
        <w:t xml:space="preserve">[17:14] </w:t>
      </w:r>
      <w:r>
        <w:t>toh jo un ki jo tarbiyat hui thi,</w:t>
      </w:r>
    </w:p>
    <w:p>
      <w:pPr>
        <w:jc w:val="right"/>
      </w:pPr>
      <w:r>
        <w:t>تو جو ان کی جو تربیت ہوئی تھی،</w:t>
      </w:r>
    </w:p>
    <w:p>
      <w:r>
        <w:rPr>
          <w:b/>
        </w:rPr>
        <w:t xml:space="preserve">[17:19] </w:t>
      </w:r>
      <w:r>
        <w:t>desert ke mahol mein, is ke baad bohat un mein islaah hui thi.</w:t>
      </w:r>
    </w:p>
    <w:p>
      <w:pPr>
        <w:jc w:val="right"/>
      </w:pPr>
      <w:r>
        <w:t>ڈیزرٹ کے ماحول میں، اس کے بعد بہت ان میں اصلاح ہوئی تھی۔</w:t>
      </w:r>
    </w:p>
    <w:p>
      <w:r>
        <w:rPr>
          <w:b/>
        </w:rPr>
        <w:t xml:space="preserve">[17:23] </w:t>
      </w:r>
      <w:r>
        <w:t>kuch log aise the jo islaah yafta nahi the, lekin aksariyat mein islaah hui thi.</w:t>
      </w:r>
    </w:p>
    <w:p>
      <w:pPr>
        <w:jc w:val="right"/>
      </w:pPr>
      <w:r>
        <w:t>کچھ لوگ ایسے تھے جو اصلاح یافتہ نہیں تھے، لیکن اکثریت میں اصلاح ہوئی تھی۔</w:t>
      </w:r>
    </w:p>
    <w:p>
      <w:r>
        <w:rPr>
          <w:b/>
        </w:rPr>
        <w:t xml:space="preserve">[17:29] </w:t>
      </w:r>
      <w:r>
        <w:t>to ab in ko mustaqil</w:t>
      </w:r>
    </w:p>
    <w:p>
      <w:pPr>
        <w:jc w:val="right"/>
      </w:pPr>
      <w:r>
        <w:t>تو اب ان کو مستقل</w:t>
      </w:r>
    </w:p>
    <w:p>
      <w:r>
        <w:rPr>
          <w:b/>
        </w:rPr>
        <w:t xml:space="preserve">[17:32] </w:t>
      </w:r>
      <w:r>
        <w:t>iqamat gaah ke taur par falasteen diya gaya.</w:t>
      </w:r>
    </w:p>
    <w:p>
      <w:pPr>
        <w:jc w:val="right"/>
      </w:pPr>
      <w:r>
        <w:t>اقامت گاہ کے طور پر فلسطین دیا گیا۔</w:t>
      </w:r>
    </w:p>
    <w:p>
      <w:r>
        <w:rPr>
          <w:b/>
        </w:rPr>
        <w:t xml:space="preserve">[17:36] </w:t>
      </w:r>
      <w:r>
        <w:t>yaani aur jagah ka mutaala karne se maloom hota hai,</w:t>
      </w:r>
    </w:p>
    <w:p>
      <w:pPr>
        <w:jc w:val="right"/>
      </w:pPr>
      <w:r>
        <w:t>یعنی اور جگہ کا مطالعہ کرنے سے معلوم ہوتا ہے،</w:t>
      </w:r>
    </w:p>
    <w:p>
      <w:r>
        <w:rPr>
          <w:b/>
        </w:rPr>
        <w:t xml:space="preserve">[17:40] </w:t>
      </w:r>
      <w:r>
        <w:t>is ki tafseel ke Hazrat Ibrahim ke do bete the, Ismail aur Ishaq.</w:t>
      </w:r>
    </w:p>
    <w:p>
      <w:pPr>
        <w:jc w:val="right"/>
      </w:pPr>
      <w:r>
        <w:t>اس کی تفصیل کہ حضرت ابراہیم کے دو بیٹے تھے، اسماعیل اور اسحاق۔</w:t>
      </w:r>
    </w:p>
    <w:p>
      <w:r>
        <w:rPr>
          <w:b/>
        </w:rPr>
        <w:t xml:space="preserve">[17:47] </w:t>
      </w:r>
      <w:r>
        <w:t>to Ismail ki jo aulaad thi, jis ko Banu Ismail kaha jata hai, us ko Allah taala ne</w:t>
      </w:r>
    </w:p>
    <w:p>
      <w:pPr>
        <w:jc w:val="right"/>
      </w:pPr>
      <w:r>
        <w:t>تو اسماعیل کی جو اولاد تھی، جس کو بنو اسماعیل کہا جاتا ہے، اس کو اللہ تعالیٰ نے</w:t>
      </w:r>
    </w:p>
    <w:p>
      <w:r>
        <w:rPr>
          <w:b/>
        </w:rPr>
        <w:t xml:space="preserve">[17:53] </w:t>
      </w:r>
      <w:r>
        <w:t>Hijaz mein abad kiya.</w:t>
      </w:r>
    </w:p>
    <w:p>
      <w:pPr>
        <w:jc w:val="right"/>
      </w:pPr>
      <w:r>
        <w:t>حجاز میں آباد کیا۔</w:t>
      </w:r>
    </w:p>
    <w:p>
      <w:r>
        <w:rPr>
          <w:b/>
        </w:rPr>
        <w:t xml:space="preserve">[17:55] </w:t>
      </w:r>
      <w:r>
        <w:t>achha, wahan bhi yahi hua ke deserts mein pale rahe woh, phir woh Hijaz mein abad hue.</w:t>
      </w:r>
    </w:p>
    <w:p>
      <w:pPr>
        <w:jc w:val="right"/>
      </w:pPr>
      <w:r>
        <w:t>اچھا، وہاں بھی یہی ہوا کہ ڈیزرٹس میں پلے رہے وہ، پھر وہ حجاز میں آباد ہوئے۔</w:t>
      </w:r>
    </w:p>
    <w:p>
      <w:r>
        <w:rPr>
          <w:b/>
        </w:rPr>
        <w:t xml:space="preserve">[18:03] </w:t>
      </w:r>
      <w:r>
        <w:t>doosra qissa Banu Ishaq ka hai, woh bhi desert mein pale rahe, phir un ko falasteen diya gaya.</w:t>
      </w:r>
    </w:p>
    <w:p>
      <w:pPr>
        <w:jc w:val="right"/>
      </w:pPr>
      <w:r>
        <w:t>دوسرا قصہ بنو اسحاق کا ہے، وہ بھی ڈیزرٹ میں پلے رہے، پھر ان کو فلسطین دیا گیا۔</w:t>
      </w:r>
    </w:p>
    <w:p>
      <w:r>
        <w:rPr>
          <w:b/>
        </w:rPr>
        <w:t xml:space="preserve">[18:12] </w:t>
      </w:r>
      <w:r>
        <w:t>to Banu Ismail ko Hijaz diya gaya, aur Banu Ishaq ko falasteen diya gaya.</w:t>
      </w:r>
    </w:p>
    <w:p>
      <w:pPr>
        <w:jc w:val="right"/>
      </w:pPr>
      <w:r>
        <w:t>تو بنو اسماعیل کو حجاز دیا گیا، اور بنو اسحاق کو فلسطین دیا گیا۔</w:t>
      </w:r>
    </w:p>
    <w:p>
      <w:r>
        <w:rPr>
          <w:b/>
        </w:rPr>
        <w:t xml:space="preserve">[18:19] </w:t>
      </w:r>
      <w:r>
        <w:t>yeh Allah taala ka,</w:t>
      </w:r>
    </w:p>
    <w:p>
      <w:pPr>
        <w:jc w:val="right"/>
      </w:pPr>
      <w:r>
        <w:t>یہ اللہ تعالیٰ کا،</w:t>
      </w:r>
    </w:p>
    <w:p>
      <w:r>
        <w:rPr>
          <w:b/>
        </w:rPr>
        <w:t xml:space="preserve">[18:22] </w:t>
      </w:r>
      <w:r>
        <w:t>Allah taala ka in ka fazl tha un ke upar.</w:t>
      </w:r>
    </w:p>
    <w:p>
      <w:pPr>
        <w:jc w:val="right"/>
      </w:pPr>
      <w:r>
        <w:t>اللہ تعالیٰ کا ان کا فضل تھا ان کے اوپر۔</w:t>
      </w:r>
    </w:p>
    <w:p>
      <w:r>
        <w:rPr>
          <w:b/>
        </w:rPr>
        <w:t xml:space="preserve">[18:25] </w:t>
      </w:r>
      <w:r>
        <w:t>to kis liye? yeh sirf mamlaat basane ka nahi hai.</w:t>
      </w:r>
    </w:p>
    <w:p>
      <w:pPr>
        <w:jc w:val="right"/>
      </w:pPr>
      <w:r>
        <w:t>تو کس لیے؟ یہ صرف معاملات بسانے کا نہیں ہے۔</w:t>
      </w:r>
    </w:p>
    <w:p>
      <w:r>
        <w:rPr>
          <w:b/>
        </w:rPr>
        <w:t xml:space="preserve">[18:29] </w:t>
      </w:r>
      <w:r>
        <w:t>is ka matlab yeh hai ke tum yahan raho, yahan reh kar ke apne aap ko dindar banao,</w:t>
      </w:r>
    </w:p>
    <w:p>
      <w:pPr>
        <w:jc w:val="right"/>
      </w:pPr>
      <w:r>
        <w:t>اس کا مطلب یہ ہے کہ تم یہاں رہو، یہاں رہ کر کے اپنے آپ کو دیندار بناؤ،</w:t>
      </w:r>
    </w:p>
    <w:p>
      <w:r>
        <w:rPr>
          <w:b/>
        </w:rPr>
        <w:t xml:space="preserve">[18:34] </w:t>
      </w:r>
      <w:r>
        <w:t>aur dawat ka kaam karo.</w:t>
      </w:r>
    </w:p>
    <w:p>
      <w:pPr>
        <w:jc w:val="right"/>
      </w:pPr>
      <w:r>
        <w:t>اور دعوت کا کام کرو۔</w:t>
      </w:r>
    </w:p>
    <w:p>
      <w:r>
        <w:rPr>
          <w:b/>
        </w:rPr>
        <w:t xml:space="preserve">[18:36] </w:t>
      </w:r>
      <w:r>
        <w:t>yaani un ko ek ek markaz diya gaya ke yahan markaz mein raho, yahan khao piyo, aur yahan</w:t>
      </w:r>
    </w:p>
    <w:p>
      <w:pPr>
        <w:jc w:val="right"/>
      </w:pPr>
      <w:r>
        <w:t>یعنی ان کو ایک ایک مرکز دیا گیا کہ یہاں مرکز میں رہو، یہاں کھاؤ پیو، اور یہاں</w:t>
      </w:r>
    </w:p>
    <w:p>
      <w:r>
        <w:rPr>
          <w:b/>
        </w:rPr>
        <w:t xml:space="preserve">[18:43] </w:t>
      </w:r>
      <w:r>
        <w:t>par masjid banao, ibaadat karo, apne akhlaq ko durust karo, aur is ke baad dawat ka kaam karo.</w:t>
      </w:r>
    </w:p>
    <w:p>
      <w:pPr>
        <w:jc w:val="right"/>
      </w:pPr>
      <w:r>
        <w:t>پر مسجد بناؤ، عبادت کرو، اپنے اخلاق کو درست کرو، اور اس کے بعد دعوت کا کام کرو۔</w:t>
      </w:r>
    </w:p>
    <w:p>
      <w:r>
        <w:rPr>
          <w:b/>
        </w:rPr>
        <w:t xml:space="preserve">[18:51] </w:t>
      </w:r>
      <w:r>
        <w:t>to dawat ka kaam jo hai, asal maqsad tha, asal mission tha dono ka.</w:t>
      </w:r>
    </w:p>
    <w:p>
      <w:pPr>
        <w:jc w:val="right"/>
      </w:pPr>
      <w:r>
        <w:t>تو دعوت کا کام جو ہے، اصل مقصد تھا، اصل مشن تھا دونوں کا۔</w:t>
      </w:r>
    </w:p>
    <w:p>
      <w:r>
        <w:rPr>
          <w:b/>
        </w:rPr>
        <w:t xml:space="preserve">[18:56] </w:t>
      </w:r>
      <w:r>
        <w:t>yaani Banu Ismail ka bhi asal maqsad tha dawat, aur Banu Ishaq ka bhi asal maqsad tha dawat.</w:t>
      </w:r>
    </w:p>
    <w:p>
      <w:pPr>
        <w:jc w:val="right"/>
      </w:pPr>
      <w:r>
        <w:t>یعنی بنو اسماعیل کا بھی اصل مقصد تھا دعوت، اور بنو اسحاق کا بھی اصل مقصد تھا دعوت۔</w:t>
      </w:r>
    </w:p>
    <w:p>
      <w:r>
        <w:rPr>
          <w:b/>
        </w:rPr>
        <w:t xml:space="preserve">[19:02] </w:t>
      </w:r>
      <w:r>
        <w:t>Banu Ishaq ka murad hai Yahood, Yahood.</w:t>
      </w:r>
    </w:p>
    <w:p>
      <w:pPr>
        <w:jc w:val="right"/>
      </w:pPr>
      <w:r>
        <w:t>بنو اسحاق کا مراد ہے یہود، یہود۔</w:t>
      </w:r>
    </w:p>
    <w:p>
      <w:r>
        <w:rPr>
          <w:b/>
        </w:rPr>
        <w:t xml:space="preserve">[19:08] </w:t>
      </w:r>
      <w:r>
        <w:t>to un ko kya? Allah taala ne ek ek sahulat ki jagah di,</w:t>
      </w:r>
    </w:p>
    <w:p>
      <w:pPr>
        <w:jc w:val="right"/>
      </w:pPr>
      <w:r>
        <w:t>تو ان کو کیا؟ اللہ تعالیٰ نے ایک ایک سہولت کی جگہ دی،</w:t>
      </w:r>
    </w:p>
    <w:p>
      <w:r>
        <w:rPr>
          <w:b/>
        </w:rPr>
        <w:t xml:space="preserve">[19:14] </w:t>
      </w:r>
      <w:r>
        <w:t>Banu Ismail ko sahulat ki jagah di Hijaz mein, aur Banu Ishaq ko sahulat ki jagah di falasteen</w:t>
      </w:r>
    </w:p>
    <w:p>
      <w:pPr>
        <w:jc w:val="right"/>
      </w:pPr>
      <w:r>
        <w:t>بنو اسماعیل کو سہولت کی جگہ دی حجاز میں، اور بنو اسحاق کو سہولت کی جگہ دی فلسطین</w:t>
      </w:r>
    </w:p>
    <w:p>
      <w:r>
        <w:rPr>
          <w:b/>
        </w:rPr>
        <w:t xml:space="preserve">[19:21] </w:t>
      </w:r>
      <w:r>
        <w:t>mein. fabadala allatheena zalamoo qawlan ghayra allathee qeela lahum.</w:t>
      </w:r>
    </w:p>
    <w:p>
      <w:pPr>
        <w:jc w:val="right"/>
      </w:pPr>
      <w:r>
        <w:t>میں۔ فَبَدَّلَ الَّذِينَ زَلَمُوا قَوْلًا غَيْرَ الَّذِي قِيلَ لَهُمْ۔</w:t>
      </w:r>
    </w:p>
    <w:p>
      <w:r>
        <w:rPr>
          <w:b/>
        </w:rPr>
        <w:t xml:space="preserve">[19:27] </w:t>
      </w:r>
      <w:r>
        <w:t>to badal diya</w:t>
      </w:r>
    </w:p>
    <w:p>
      <w:pPr>
        <w:jc w:val="right"/>
      </w:pPr>
      <w:r>
        <w:t>تو بدل دیا</w:t>
      </w:r>
    </w:p>
    <w:p>
      <w:r>
        <w:rPr>
          <w:b/>
        </w:rPr>
        <w:t xml:space="preserve">[19:30] </w:t>
      </w:r>
      <w:r>
        <w:t>zalimon ne woh baat jo un se kahi gayi thi.</w:t>
      </w:r>
    </w:p>
    <w:p>
      <w:pPr>
        <w:jc w:val="right"/>
      </w:pPr>
      <w:r>
        <w:t>ظالموں نے وہ بات جو ان سے کہی گئی تھی۔</w:t>
      </w:r>
    </w:p>
    <w:p>
      <w:r>
        <w:rPr>
          <w:b/>
        </w:rPr>
        <w:t xml:space="preserve">[19:36] </w:t>
      </w:r>
      <w:r>
        <w:t>fa anzala allazina zalimu rijzan minas samai.</w:t>
      </w:r>
    </w:p>
    <w:p>
      <w:pPr>
        <w:jc w:val="right"/>
      </w:pPr>
      <w:r>
        <w:t>فَأَنْزَلْنَا عَلَى الَّذِينَ زَلَمُوا رِجْزًا مِنَ السَّمَاءِ۔</w:t>
      </w:r>
    </w:p>
    <w:p>
      <w:r>
        <w:rPr>
          <w:b/>
        </w:rPr>
        <w:t xml:space="preserve">[19:40] </w:t>
      </w:r>
      <w:r>
        <w:t>to jinohne ne zulm kiya tha, un par hum ne aasman se utara rijez, gandagi.</w:t>
      </w:r>
    </w:p>
    <w:p>
      <w:pPr>
        <w:jc w:val="right"/>
      </w:pPr>
      <w:r>
        <w:t>تو جنہوں نے ظلم کیا تھا، ان پر ہم نے آسمان سے اتارا رجز، گندگی۔</w:t>
      </w:r>
    </w:p>
    <w:p>
      <w:r>
        <w:rPr>
          <w:b/>
        </w:rPr>
        <w:t xml:space="preserve">[19:46] </w:t>
      </w:r>
      <w:r>
        <w:t>bima kanu yafusiqun.</w:t>
      </w:r>
    </w:p>
    <w:p>
      <w:pPr>
        <w:jc w:val="right"/>
      </w:pPr>
      <w:r>
        <w:t>بِمَا كَانُوا يَفْسُقُونَ۔</w:t>
      </w:r>
    </w:p>
    <w:p>
      <w:r>
        <w:rPr>
          <w:b/>
        </w:rPr>
        <w:t xml:space="preserve">[19:49] </w:t>
      </w:r>
      <w:r>
        <w:t>un ke jaisa ke woh,</w:t>
      </w:r>
    </w:p>
    <w:p>
      <w:pPr>
        <w:jc w:val="right"/>
      </w:pPr>
      <w:r>
        <w:t>ان کے جیسا کہ وہ،</w:t>
      </w:r>
    </w:p>
    <w:p>
      <w:r>
        <w:rPr>
          <w:b/>
        </w:rPr>
        <w:t xml:space="preserve">[19:53] </w:t>
      </w:r>
      <w:r>
        <w:t>yani bura kaam kar rahe the.</w:t>
      </w:r>
    </w:p>
    <w:p>
      <w:pPr>
        <w:jc w:val="right"/>
      </w:pPr>
      <w:r>
        <w:t>یعنی برا کام کر رہے تھے۔</w:t>
      </w:r>
    </w:p>
    <w:p>
      <w:r>
        <w:rPr>
          <w:b/>
        </w:rPr>
        <w:t xml:space="preserve">[19:55] </w:t>
      </w:r>
      <w:r>
        <w:t>yahan par yeh matlab hai ke aasman se koi sach much koi material shakal mein koi gandagi utri</w:t>
      </w:r>
    </w:p>
    <w:p>
      <w:pPr>
        <w:jc w:val="right"/>
      </w:pPr>
      <w:r>
        <w:t>یہاں پر یہ مطلب ہے کہ آسمان سے کوئی سچ مچ کوئی مٹیریل شکل میں کوئی گندگی اتری</w:t>
      </w:r>
    </w:p>
    <w:p>
      <w:r>
        <w:rPr>
          <w:b/>
        </w:rPr>
        <w:t xml:space="preserve">[20:01] </w:t>
      </w:r>
      <w:r>
        <w:t>thi. matlab yeh hai ke is ka woh jo, jo sirf bator e inaam thi, woh bator e inaam na</w:t>
      </w:r>
    </w:p>
    <w:p>
      <w:pPr>
        <w:jc w:val="right"/>
      </w:pPr>
      <w:r>
        <w:t>تھی۔ مطلب یہ ہے کہ اس کا وہ جو، جو صرف بطور انعام تھی، وہ بطور انعام نہ</w:t>
      </w:r>
    </w:p>
    <w:p>
      <w:r>
        <w:rPr>
          <w:b/>
        </w:rPr>
        <w:t xml:space="preserve">[20:08] </w:t>
      </w:r>
      <w:r>
        <w:t>rahi. un par jo fazal tha, woh fazal baqi nahi raha.</w:t>
      </w:r>
    </w:p>
    <w:p>
      <w:pPr>
        <w:jc w:val="right"/>
      </w:pPr>
      <w:r>
        <w:t>رہی۔ ان پر جو فضل تھا، وہ فضل باقی نہیں رہا۔</w:t>
      </w:r>
    </w:p>
    <w:p>
      <w:r>
        <w:rPr>
          <w:b/>
        </w:rPr>
        <w:t xml:space="preserve">[20:13] </w:t>
      </w:r>
      <w:r>
        <w:t>ab woh Allah ki nazar mein</w:t>
      </w:r>
    </w:p>
    <w:p>
      <w:pPr>
        <w:jc w:val="right"/>
      </w:pPr>
      <w:r>
        <w:t>اب وہ اللہ کی نظر میں</w:t>
      </w:r>
    </w:p>
    <w:p>
      <w:r>
        <w:rPr>
          <w:b/>
        </w:rPr>
        <w:t xml:space="preserve">[20:16] </w:t>
      </w:r>
      <w:r>
        <w:t>khata kar aur gunhegar thehre.</w:t>
      </w:r>
    </w:p>
    <w:p>
      <w:pPr>
        <w:jc w:val="right"/>
      </w:pPr>
      <w:r>
        <w:t>خطا کار اور گنہگار ٹھہرے۔</w:t>
      </w:r>
    </w:p>
    <w:p>
      <w:r>
        <w:rPr>
          <w:b/>
        </w:rPr>
        <w:t xml:space="preserve">[20:19] </w:t>
      </w:r>
      <w:r>
        <w:t>to yeh yahan par zikr hai Yahud ka.</w:t>
      </w:r>
    </w:p>
    <w:p>
      <w:pPr>
        <w:jc w:val="right"/>
      </w:pPr>
      <w:r>
        <w:t>تو یہ یہاں پر ذکر ہے یہود کا۔</w:t>
      </w:r>
    </w:p>
    <w:p>
      <w:r>
        <w:rPr>
          <w:b/>
        </w:rPr>
        <w:t xml:space="preserve">[20:23] </w:t>
      </w:r>
      <w:r>
        <w:t>lekin agar ummat, agar Bani Ismail ki ummat, jis jis ko aaj hum ummat e muslema kehte hain, woh</w:t>
      </w:r>
    </w:p>
    <w:p>
      <w:pPr>
        <w:jc w:val="right"/>
      </w:pPr>
      <w:r>
        <w:t>لیکن اگر امت، اگر بنو اسماعیل کی امت، جس جس کو آج ہم امت مسلمہ کہتے ہیں، وہ</w:t>
      </w:r>
    </w:p>
    <w:p>
      <w:r>
        <w:rPr>
          <w:b/>
        </w:rPr>
        <w:t xml:space="preserve">[20:32] </w:t>
      </w:r>
      <w:r>
        <w:t>bhi agar aisa hi kare to is ka woh, is ka muamla bhi hoga.</w:t>
      </w:r>
    </w:p>
    <w:p>
      <w:pPr>
        <w:jc w:val="right"/>
      </w:pPr>
      <w:r>
        <w:t>بھی اگر ایسا ہی کرے تو اس کا وہ، اس کا معاملہ بھی ہوگا۔</w:t>
      </w:r>
    </w:p>
    <w:p>
      <w:r>
        <w:rPr>
          <w:b/>
        </w:rPr>
        <w:t xml:space="preserve">[20:37] </w:t>
      </w:r>
      <w:r>
        <w:t>yani ummat e muslema ko jo ilaqa diya gaya hai,</w:t>
      </w:r>
    </w:p>
    <w:p>
      <w:pPr>
        <w:jc w:val="right"/>
      </w:pPr>
      <w:r>
        <w:t>یعنی امت مسلمہ کو جو علاقہ دیا گیا ہے،</w:t>
      </w:r>
    </w:p>
    <w:p>
      <w:r>
        <w:rPr>
          <w:b/>
        </w:rPr>
        <w:t xml:space="preserve">[20:41] </w:t>
      </w:r>
      <w:r>
        <w:t>markazi ilaqa Hijaz ya Arab ka, woh is liye hai ke yahan par sahulat ke sath rahen aur</w:t>
      </w:r>
    </w:p>
    <w:p>
      <w:pPr>
        <w:jc w:val="right"/>
      </w:pPr>
      <w:r>
        <w:t>مرکزی علاقہ حجاز یا عرب کا، وہ اس لیے ہے کہ یہاں پر سہولت کے ساتھ رہیں اور</w:t>
      </w:r>
    </w:p>
    <w:p>
      <w:r>
        <w:rPr>
          <w:b/>
        </w:rPr>
        <w:t xml:space="preserve">[20:48] </w:t>
      </w:r>
      <w:r>
        <w:t>dawat ka kaam karen.</w:t>
      </w:r>
    </w:p>
    <w:p>
      <w:pPr>
        <w:jc w:val="right"/>
      </w:pPr>
      <w:r>
        <w:t>دعوت کا کام کریں۔</w:t>
      </w:r>
    </w:p>
    <w:p>
      <w:r>
        <w:rPr>
          <w:b/>
        </w:rPr>
        <w:t xml:space="preserve">[20:50] </w:t>
      </w:r>
      <w:r>
        <w:t>to jis tarah se Yahud ne dawat ka kaam nahi kiya, to woh Allah ki rehmat se mehroom</w:t>
      </w:r>
    </w:p>
    <w:p>
      <w:pPr>
        <w:jc w:val="right"/>
      </w:pPr>
      <w:r>
        <w:t>تو جس طرح سے یہود نے دعوت کا کام نہیں کیا، تو وہ اللہ کی رحمت سے محروم</w:t>
      </w:r>
    </w:p>
    <w:p>
      <w:r>
        <w:rPr>
          <w:b/>
        </w:rPr>
        <w:t xml:space="preserve">[20:55] </w:t>
      </w:r>
      <w:r>
        <w:t>kar diye gaye.</w:t>
      </w:r>
    </w:p>
    <w:p>
      <w:pPr>
        <w:jc w:val="right"/>
      </w:pPr>
      <w:r>
        <w:t>کر دیے گئے۔</w:t>
      </w:r>
    </w:p>
    <w:p>
      <w:r>
        <w:rPr>
          <w:b/>
        </w:rPr>
        <w:t xml:space="preserve">[20:56] </w:t>
      </w:r>
      <w:r>
        <w:t>aise hi agar ummat e muslema bhi dawat ka kaam na kare gi to Allah ke nazdeek woh rehmat</w:t>
      </w:r>
    </w:p>
    <w:p>
      <w:pPr>
        <w:jc w:val="right"/>
      </w:pPr>
      <w:r>
        <w:t>ایسے ہی اگر امت مسلمہ بھی دعوت کا کام نہ کرے گی تو اللہ کے نزدیک وہ رحمت</w:t>
      </w:r>
    </w:p>
    <w:p>
      <w:r>
        <w:rPr>
          <w:b/>
        </w:rPr>
        <w:t xml:space="preserve">[21:01] </w:t>
      </w:r>
      <w:r>
        <w:t>se mehroom ho jaye gi.</w:t>
      </w:r>
    </w:p>
    <w:p>
      <w:pPr>
        <w:jc w:val="right"/>
      </w:pPr>
      <w:r>
        <w:t>سے محروم ہو جائے گی۔</w:t>
      </w:r>
    </w:p>
    <w:p>
      <w:r>
        <w:rPr>
          <w:b/>
        </w:rPr>
        <w:t xml:space="preserve">[21:03] </w:t>
      </w:r>
      <w:r>
        <w:t>is ka case woh na rahe ga jo pehle tha.</w:t>
      </w:r>
    </w:p>
    <w:p>
      <w:pPr>
        <w:jc w:val="right"/>
      </w:pPr>
      <w:r>
        <w:t>اس کا کیس وہ نہ رہے گا جو پہلے تھا۔</w:t>
      </w:r>
    </w:p>
    <w:p>
      <w:r>
        <w:rPr>
          <w:b/>
        </w:rPr>
        <w:t xml:space="preserve">[21:08] </w:t>
      </w:r>
      <w:r>
        <w:t>wa iz tasqa Musa li qaumihi.</w:t>
      </w:r>
    </w:p>
    <w:p>
      <w:pPr>
        <w:jc w:val="right"/>
      </w:pPr>
      <w:r>
        <w:t>وَإِذْ تَسْقَى مُوسَىٰ لِقَوْمِهِ۔</w:t>
      </w:r>
    </w:p>
    <w:p>
      <w:r>
        <w:rPr>
          <w:b/>
        </w:rPr>
        <w:t xml:space="preserve">[21:12] </w:t>
      </w:r>
      <w:r>
        <w:t>ab jab Musa ne pani manga</w:t>
      </w:r>
    </w:p>
    <w:p>
      <w:pPr>
        <w:jc w:val="right"/>
      </w:pPr>
      <w:r>
        <w:t>اب جب موسیٰ نے پانی مانگا</w:t>
      </w:r>
    </w:p>
    <w:p>
      <w:r>
        <w:rPr>
          <w:b/>
        </w:rPr>
        <w:t xml:space="preserve">[21:16] </w:t>
      </w:r>
      <w:r>
        <w:t>apni qaum ke liye,</w:t>
      </w:r>
    </w:p>
    <w:p>
      <w:pPr>
        <w:jc w:val="right"/>
      </w:pPr>
      <w:r>
        <w:t>اپنی قوم کے لیے،</w:t>
      </w:r>
    </w:p>
    <w:p>
      <w:r>
        <w:rPr>
          <w:b/>
        </w:rPr>
        <w:t xml:space="preserve">[21:20] </w:t>
      </w:r>
      <w:r>
        <w:t>ab dekhen yahan par bhi Quran mein tareekhi tarteeb nahi hoti hai.</w:t>
      </w:r>
    </w:p>
    <w:p>
      <w:pPr>
        <w:jc w:val="right"/>
      </w:pPr>
      <w:r>
        <w:t>اب دیکھیں یہاں پر بھی قرآن میں تاریخی ترتیب نہیں ہوتی ہے۔</w:t>
      </w:r>
    </w:p>
    <w:p>
      <w:r>
        <w:rPr>
          <w:b/>
        </w:rPr>
        <w:t xml:space="preserve">[21:24] </w:t>
      </w:r>
      <w:r>
        <w:t>yahan jo baat, baat ko aai hai, woh pehle hui thi jab jab gaye thay woh</w:t>
      </w:r>
    </w:p>
    <w:p>
      <w:pPr>
        <w:jc w:val="right"/>
      </w:pPr>
      <w:r>
        <w:t>یہاں جو بات، بات کو آئی ہے، وہ پہلے ہوئی تھی جب جب گئے تھے وہ</w:t>
      </w:r>
    </w:p>
    <w:p>
      <w:r>
        <w:rPr>
          <w:b/>
        </w:rPr>
        <w:t xml:space="preserve">[21:32] </w:t>
      </w:r>
      <w:r>
        <w:t>dizart mein. tab ki baat yeh hai, halankay ab yeh aagay is ka zikr kiya ja raha hai,</w:t>
      </w:r>
    </w:p>
    <w:p>
      <w:pPr>
        <w:jc w:val="right"/>
      </w:pPr>
      <w:r>
        <w:t>ڈیزرٹ میں۔ تب کی بات یہ ہے، حالانکہ اب یہ آگے اس کا ذکر کیا جا رہا ہے،</w:t>
      </w:r>
    </w:p>
    <w:p>
      <w:r>
        <w:rPr>
          <w:b/>
        </w:rPr>
        <w:t xml:space="preserve">[21:37] </w:t>
      </w:r>
      <w:r>
        <w:t>halankay aagay ki baat nahi hai, pehle ki baat hai.</w:t>
      </w:r>
    </w:p>
    <w:p>
      <w:pPr>
        <w:jc w:val="right"/>
      </w:pPr>
      <w:r>
        <w:t>حالانکہ آگے کی بات نہیں ہے، پہلے کی بات ہے۔</w:t>
      </w:r>
    </w:p>
    <w:p>
      <w:r>
        <w:rPr>
          <w:b/>
        </w:rPr>
        <w:t xml:space="preserve">[21:41] </w:t>
      </w:r>
      <w:r>
        <w:t>wa iz tasqa musa li qawmih.</w:t>
      </w:r>
    </w:p>
    <w:p>
      <w:pPr>
        <w:jc w:val="right"/>
      </w:pPr>
      <w:r>
        <w:t>وَإِذْ تَسْقَى مُوسَىٰ لِقَوْمِهِ۔</w:t>
      </w:r>
    </w:p>
    <w:p>
      <w:r>
        <w:rPr>
          <w:b/>
        </w:rPr>
        <w:t xml:space="preserve">[21:43] </w:t>
      </w:r>
      <w:r>
        <w:t>jab musa ne pani manga apni qaum ke liye,</w:t>
      </w:r>
    </w:p>
    <w:p>
      <w:pPr>
        <w:jc w:val="right"/>
      </w:pPr>
      <w:r>
        <w:t>جب موسیٰ نے پانی مانگا اپنی قوم کے لیے،</w:t>
      </w:r>
    </w:p>
    <w:p>
      <w:r>
        <w:rPr>
          <w:b/>
        </w:rPr>
        <w:t xml:space="preserve">[21:48] </w:t>
      </w:r>
      <w:r>
        <w:t>manga mani dua ki.</w:t>
      </w:r>
    </w:p>
    <w:p>
      <w:pPr>
        <w:jc w:val="right"/>
      </w:pPr>
      <w:r>
        <w:t>مانگا معنی دعا کی۔</w:t>
      </w:r>
    </w:p>
    <w:p>
      <w:r>
        <w:rPr>
          <w:b/>
        </w:rPr>
        <w:t xml:space="preserve">[21:50] </w:t>
      </w:r>
      <w:r>
        <w:t>fa qul nazri bi asak al hajar.</w:t>
      </w:r>
    </w:p>
    <w:p>
      <w:pPr>
        <w:jc w:val="right"/>
      </w:pPr>
      <w:r>
        <w:t>فَقُلْ نَزِرِ بِعَصَاكَ الْحَجَرَ۔</w:t>
      </w:r>
    </w:p>
    <w:p>
      <w:r>
        <w:rPr>
          <w:b/>
        </w:rPr>
        <w:t xml:space="preserve">[21:51] </w:t>
      </w:r>
      <w:r>
        <w:t>to Allah ne kaha ke apne asaa maro chattan par.</w:t>
      </w:r>
    </w:p>
    <w:p>
      <w:pPr>
        <w:jc w:val="right"/>
      </w:pPr>
      <w:r>
        <w:t>تو اللہ نے کہا کہ اپنے عصا مارو چٹان پر۔</w:t>
      </w:r>
    </w:p>
    <w:p>
      <w:r>
        <w:rPr>
          <w:b/>
        </w:rPr>
        <w:t xml:space="preserve">[21:57] </w:t>
      </w:r>
      <w:r>
        <w:t>fa infajarat minhu asnadan.</w:t>
      </w:r>
    </w:p>
    <w:p>
      <w:pPr>
        <w:jc w:val="right"/>
      </w:pPr>
      <w:r>
        <w:t>فَانْفَجَرَتْ مِنْهُ اسْنَدَانَ۔</w:t>
      </w:r>
    </w:p>
    <w:p>
      <w:r>
        <w:rPr>
          <w:b/>
        </w:rPr>
        <w:t xml:space="preserve">[21:59] </w:t>
      </w:r>
      <w:r>
        <w:t>is se chashma nikal nikal pada, 12,</w:t>
      </w:r>
    </w:p>
    <w:p>
      <w:pPr>
        <w:jc w:val="right"/>
      </w:pPr>
      <w:r>
        <w:t>اس سے چشمہ نکل نکل پڑا، 12،</w:t>
      </w:r>
    </w:p>
    <w:p>
      <w:r>
        <w:rPr>
          <w:b/>
        </w:rPr>
        <w:t xml:space="preserve">[22:04] </w:t>
      </w:r>
      <w:r>
        <w:t>12 chashmay jari ho gaye.</w:t>
      </w:r>
    </w:p>
    <w:p>
      <w:pPr>
        <w:jc w:val="right"/>
      </w:pPr>
      <w:r>
        <w:t>12 چشمے جاری ہو گئے۔</w:t>
      </w:r>
    </w:p>
    <w:p>
      <w:r>
        <w:rPr>
          <w:b/>
        </w:rPr>
        <w:t xml:space="preserve">[22:05] </w:t>
      </w:r>
      <w:r>
        <w:t>12 chashmay ka matlab tha ke is waqt jo yahood thay, 12 qabailay thay un mein jo bani</w:t>
      </w:r>
    </w:p>
    <w:p>
      <w:pPr>
        <w:jc w:val="right"/>
      </w:pPr>
      <w:r>
        <w:t>12 چشمے کا مطلب تھا کہ اس وقت جو یہود تھے، 12 قبیلے تھے ان میں جو بنی</w:t>
      </w:r>
    </w:p>
    <w:p>
      <w:r>
        <w:rPr>
          <w:b/>
        </w:rPr>
        <w:t xml:space="preserve">[22:11] </w:t>
      </w:r>
      <w:r>
        <w:t>israel thay, wahan jo basaye gaye thay, 12 qabailay thay.</w:t>
      </w:r>
    </w:p>
    <w:p>
      <w:pPr>
        <w:jc w:val="right"/>
      </w:pPr>
      <w:r>
        <w:t>اسرائیل تھے، وہاں جو بسائے گئے تھے، 12 قبیلے تھے۔</w:t>
      </w:r>
    </w:p>
    <w:p>
      <w:r>
        <w:rPr>
          <w:b/>
        </w:rPr>
        <w:t xml:space="preserve">[22:15] </w:t>
      </w:r>
      <w:r>
        <w:t>har qabailay ka alag alag chashma hota tha ke yahan se pani piyo.</w:t>
      </w:r>
    </w:p>
    <w:p>
      <w:pPr>
        <w:jc w:val="right"/>
      </w:pPr>
      <w:r>
        <w:t>ہر قبیلے کا الگ الگ چشمہ ہوتا تھا کہ یہاں سے پانی پیو۔</w:t>
      </w:r>
    </w:p>
    <w:p>
      <w:r>
        <w:rPr>
          <w:b/>
        </w:rPr>
        <w:t xml:space="preserve">[22:21] </w:t>
      </w:r>
      <w:r>
        <w:t>qad alima kullu anasin mashrabahum.</w:t>
      </w:r>
    </w:p>
    <w:p>
      <w:pPr>
        <w:jc w:val="right"/>
      </w:pPr>
      <w:r>
        <w:t>قَدْ عَلِمَ كُلُّ أَنَاسٍ مَشْرَبَهُمْ۔</w:t>
      </w:r>
    </w:p>
    <w:p>
      <w:r>
        <w:rPr>
          <w:b/>
        </w:rPr>
        <w:t xml:space="preserve">[22:24] </w:t>
      </w:r>
      <w:r>
        <w:t>har gharanay ne apne mashrab ko, yani pani peenay ki jagah ko jaan liya.</w:t>
      </w:r>
    </w:p>
    <w:p>
      <w:pPr>
        <w:jc w:val="right"/>
      </w:pPr>
      <w:r>
        <w:t>ہر گھرانے نے اپنے مشرب کو، یعنی پانی پینے کی جگہ کو جان لیا۔</w:t>
      </w:r>
    </w:p>
    <w:p>
      <w:r>
        <w:rPr>
          <w:b/>
        </w:rPr>
        <w:t xml:space="preserve">[22:31] </w:t>
      </w:r>
      <w:r>
        <w:t>to 12 ke 12 qabailay apne apne,</w:t>
      </w:r>
    </w:p>
    <w:p>
      <w:pPr>
        <w:jc w:val="right"/>
      </w:pPr>
      <w:r>
        <w:t>تو 12 کے 12 قبیلے اپنے اپنے،</w:t>
      </w:r>
    </w:p>
    <w:p>
      <w:r>
        <w:rPr>
          <w:b/>
        </w:rPr>
        <w:t xml:space="preserve">[22:35] </w:t>
      </w:r>
      <w:r>
        <w:t>apne apne jaan liya ke banay, un ko mutayyan kiya gaya.</w:t>
      </w:r>
    </w:p>
    <w:p>
      <w:pPr>
        <w:jc w:val="right"/>
      </w:pPr>
      <w:r>
        <w:t>اپنے اپنے جان لیا کہ بنے، ان کو متعین کیا گیا۔</w:t>
      </w:r>
    </w:p>
    <w:p>
      <w:r>
        <w:rPr>
          <w:b/>
        </w:rPr>
        <w:t xml:space="preserve">[22:42] </w:t>
      </w:r>
      <w:r>
        <w:t>un ko mutayyan kiya ke yeh chashma wali hai, yeh chashma wali hai, yeh chashma wali hai.</w:t>
      </w:r>
    </w:p>
    <w:p>
      <w:pPr>
        <w:jc w:val="right"/>
      </w:pPr>
      <w:r>
        <w:t>ان کو متعین کیا کہ یہ چشمہ والی ہے، یہ چشمہ والی ہے، یہ چشمہ والی ہے۔</w:t>
      </w:r>
    </w:p>
    <w:p>
      <w:r>
        <w:rPr>
          <w:b/>
        </w:rPr>
        <w:t xml:space="preserve">[22:46] </w:t>
      </w:r>
      <w:r>
        <w:t>to 12 qabailay ko aik aik chashma allot kar diya gaya.</w:t>
      </w:r>
    </w:p>
    <w:p>
      <w:pPr>
        <w:jc w:val="right"/>
      </w:pPr>
      <w:r>
        <w:t>تو 12 قبیلوں کو ایک ایک چشمہ الاٹ کر دیا گیا۔</w:t>
      </w:r>
    </w:p>
    <w:p>
      <w:r>
        <w:rPr>
          <w:b/>
        </w:rPr>
        <w:t xml:space="preserve">[22:52] </w:t>
      </w:r>
      <w:r>
        <w:t>yeh yeh bhi waqia pehle ka hai, yani falasteen mein dakhlay ka mamla jo hai, baad ka hua.</w:t>
      </w:r>
    </w:p>
    <w:p>
      <w:pPr>
        <w:jc w:val="right"/>
      </w:pPr>
      <w:r>
        <w:t>یہ یہ بھی واقعہ پہلے کا ہے، یعنی فلسطین میں داخلے کا معاملہ جو ہے، بعد کا ہوا۔</w:t>
      </w:r>
    </w:p>
    <w:p>
      <w:r>
        <w:rPr>
          <w:b/>
        </w:rPr>
        <w:t xml:space="preserve">[23:00] </w:t>
      </w:r>
      <w:r>
        <w:t>kuloo washraboo min rizq Allah.</w:t>
      </w:r>
    </w:p>
    <w:p>
      <w:pPr>
        <w:jc w:val="right"/>
      </w:pPr>
      <w:r>
        <w:t>قُلُوا وَاشْرَبُوا مِنْ رِزْقِ اللَّهِ۔</w:t>
      </w:r>
    </w:p>
    <w:p>
      <w:r>
        <w:rPr>
          <w:b/>
        </w:rPr>
        <w:t xml:space="preserve">[23:03] </w:t>
      </w:r>
      <w:r>
        <w:t>khao aur piyo Allah ke rizq se.</w:t>
      </w:r>
    </w:p>
    <w:p>
      <w:pPr>
        <w:jc w:val="right"/>
      </w:pPr>
      <w:r>
        <w:t>کھاؤ اور پیو اللہ کے رزق سے۔</w:t>
      </w:r>
    </w:p>
    <w:p>
      <w:r>
        <w:rPr>
          <w:b/>
        </w:rPr>
        <w:t xml:space="preserve">[23:06] </w:t>
      </w:r>
      <w:r>
        <w:t>yeh pani Allah ke hukum se nikla.</w:t>
      </w:r>
    </w:p>
    <w:p>
      <w:pPr>
        <w:jc w:val="right"/>
      </w:pPr>
      <w:r>
        <w:t>یہ پانی اللہ کے حکم سے نکلا۔</w:t>
      </w:r>
    </w:p>
    <w:p>
      <w:r>
        <w:rPr>
          <w:b/>
        </w:rPr>
        <w:t xml:space="preserve">[23:09] </w:t>
      </w:r>
      <w:r>
        <w:t>is se pehle man o salwa tumharay Allah ke hukum se tumharay paas aata hai.</w:t>
      </w:r>
    </w:p>
    <w:p>
      <w:pPr>
        <w:jc w:val="right"/>
      </w:pPr>
      <w:r>
        <w:t>اس سے پہلے من و سلوٰی تمہارے اللہ کے حکم سے تمہارے پاس آتا ہے۔</w:t>
      </w:r>
    </w:p>
    <w:p>
      <w:r>
        <w:rPr>
          <w:b/>
        </w:rPr>
        <w:t xml:space="preserve">[23:14] </w:t>
      </w:r>
      <w:r>
        <w:t>yeh rizq Allah hai.</w:t>
      </w:r>
    </w:p>
    <w:p>
      <w:pPr>
        <w:jc w:val="right"/>
      </w:pPr>
      <w:r>
        <w:t>یہ رزق اللہ ہے۔</w:t>
      </w:r>
    </w:p>
    <w:p>
      <w:r>
        <w:rPr>
          <w:b/>
        </w:rPr>
        <w:t xml:space="preserve">[23:16] </w:t>
      </w:r>
      <w:r>
        <w:t>is ko khao pio aur shukr karo aur Allah</w:t>
      </w:r>
    </w:p>
    <w:p>
      <w:pPr>
        <w:jc w:val="right"/>
      </w:pPr>
      <w:r>
        <w:t>اس کو کھاؤ پیو اور شکر کرو اور اللہ</w:t>
      </w:r>
    </w:p>
    <w:p>
      <w:r>
        <w:rPr>
          <w:b/>
        </w:rPr>
        <w:t xml:space="preserve">[23:20] </w:t>
      </w:r>
      <w:r>
        <w:t>ki zimmedari ko ada karo.</w:t>
      </w:r>
    </w:p>
    <w:p>
      <w:pPr>
        <w:jc w:val="right"/>
      </w:pPr>
      <w:r>
        <w:t>کی ذمہ داری کو ادا کرو۔</w:t>
      </w:r>
    </w:p>
    <w:p>
      <w:r>
        <w:rPr>
          <w:b/>
        </w:rPr>
        <w:t xml:space="preserve">[23:22] </w:t>
      </w:r>
      <w:r>
        <w:t>wala tasaw fi al-ard mufsideen.</w:t>
      </w:r>
    </w:p>
    <w:p>
      <w:pPr>
        <w:jc w:val="right"/>
      </w:pPr>
      <w:r>
        <w:t>وَلَا تَعْسَوْا فِي الْأَرْضِ مَفْسِدِينَ۔</w:t>
      </w:r>
    </w:p>
    <w:p>
      <w:r>
        <w:rPr>
          <w:b/>
        </w:rPr>
        <w:t xml:space="preserve">[23:25] </w:t>
      </w:r>
      <w:r>
        <w:t>aur zameen mein fasad mat karo.</w:t>
      </w:r>
    </w:p>
    <w:p>
      <w:pPr>
        <w:jc w:val="right"/>
      </w:pPr>
      <w:r>
        <w:t>اور زمین میں فساد مت کرو۔</w:t>
      </w:r>
    </w:p>
    <w:p>
      <w:r>
        <w:rPr>
          <w:b/>
        </w:rPr>
        <w:t xml:space="preserve">[23:28] </w:t>
      </w:r>
      <w:r>
        <w:t>fasad yahan mani ladne padne ke nahi hain.</w:t>
      </w:r>
    </w:p>
    <w:p>
      <w:pPr>
        <w:jc w:val="right"/>
      </w:pPr>
      <w:r>
        <w:t>فساد یہاں معنی لڑنے پڑنے کے نہیں ہیں۔</w:t>
      </w:r>
    </w:p>
    <w:p>
      <w:r>
        <w:rPr>
          <w:b/>
        </w:rPr>
        <w:t xml:space="preserve">[23:32] </w:t>
      </w:r>
      <w:r>
        <w:t>fasad ka mani yeh hai ke, yani shukr na karte hue zindagi guzarna.</w:t>
      </w:r>
    </w:p>
    <w:p>
      <w:pPr>
        <w:jc w:val="right"/>
      </w:pPr>
      <w:r>
        <w:t>فساد کا معنی یہ ہے کہ، یعنی شکر نہ کرتے ہوئے زندگی گزارنا۔</w:t>
      </w:r>
    </w:p>
    <w:p>
      <w:r>
        <w:rPr>
          <w:b/>
        </w:rPr>
        <w:t xml:space="preserve">[23:39] </w:t>
      </w:r>
      <w:r>
        <w:t>jo tumhare sath jo hua,</w:t>
      </w:r>
    </w:p>
    <w:p>
      <w:pPr>
        <w:jc w:val="right"/>
      </w:pPr>
      <w:r>
        <w:t>جو تمہارے ساتھ جو ہوا،</w:t>
      </w:r>
    </w:p>
    <w:p>
      <w:r>
        <w:rPr>
          <w:b/>
        </w:rPr>
        <w:t xml:space="preserve">[23:42] </w:t>
      </w:r>
      <w:r>
        <w:t>us ka taqaza hai ke tum shukr karo aur shakir bande ban kar raho.</w:t>
      </w:r>
    </w:p>
    <w:p>
      <w:pPr>
        <w:jc w:val="right"/>
      </w:pPr>
      <w:r>
        <w:t>اس کا تقاضا ہے کہ تم شکر کرو اور شاکر بندہ بن کر رہو۔</w:t>
      </w:r>
    </w:p>
    <w:p>
      <w:r>
        <w:rPr>
          <w:b/>
        </w:rPr>
        <w:t xml:space="preserve">[23:48] </w:t>
      </w:r>
      <w:r>
        <w:t>shukr karne wale bande ban kar raho.</w:t>
      </w:r>
    </w:p>
    <w:p>
      <w:pPr>
        <w:jc w:val="right"/>
      </w:pPr>
      <w:r>
        <w:t>شکر کرنے والے بندے بن کر رہو۔</w:t>
      </w:r>
    </w:p>
    <w:p>
      <w:r>
        <w:rPr>
          <w:b/>
        </w:rPr>
        <w:t xml:space="preserve">[23:51] </w:t>
      </w:r>
      <w:r>
        <w:t>lekin agar aap, agar tum shukr nahi karoge aur</w:t>
      </w:r>
    </w:p>
    <w:p>
      <w:pPr>
        <w:jc w:val="right"/>
      </w:pPr>
      <w:r>
        <w:t>لیکن اگر آپ، اگر تم شکر نہیں کرو گے اور</w:t>
      </w:r>
    </w:p>
    <w:p>
      <w:r>
        <w:rPr>
          <w:b/>
        </w:rPr>
        <w:t xml:space="preserve">[23:58] </w:t>
      </w:r>
      <w:r>
        <w:t>nafarmani ka tareeqa ikhtiyar karoge, sarkashi, sarkashi ka tareeqa ikhtiyar karoge, to tum Allah ki nazar</w:t>
      </w:r>
    </w:p>
    <w:p>
      <w:pPr>
        <w:jc w:val="right"/>
      </w:pPr>
      <w:r>
        <w:t>نافرمانی کا طریقہ اختیار کرو گے، سرکشی، سرکشی کا طریقہ اختیار کرو گے، تو تم اللہ کی نظر</w:t>
      </w:r>
    </w:p>
    <w:p>
      <w:r>
        <w:rPr>
          <w:b/>
        </w:rPr>
        <w:t xml:space="preserve">[24:05] </w:t>
      </w:r>
      <w:r>
        <w:t>mein zalim thehro ge.</w:t>
      </w:r>
    </w:p>
    <w:p>
      <w:pPr>
        <w:jc w:val="right"/>
      </w:pPr>
      <w:r>
        <w:t>میں ظالم ٹھہرو گے۔</w:t>
      </w:r>
    </w:p>
    <w:p>
      <w:r>
        <w:rPr>
          <w:b/>
        </w:rPr>
        <w:t xml:space="preserve">[24:06] </w:t>
      </w:r>
      <w:r>
        <w:t>aur woh tum ko, tumhara hukum hoga ke tum ne zameen mein fasad barpa kiya.</w:t>
      </w:r>
    </w:p>
    <w:p>
      <w:pPr>
        <w:jc w:val="right"/>
      </w:pPr>
      <w:r>
        <w:t>اور وہ تم کو، تمہارا حکم ہوگا کہ تم نے زمین میں فساد برپا کیا۔</w:t>
      </w:r>
    </w:p>
    <w:p>
      <w:r>
        <w:rPr>
          <w:b/>
        </w:rPr>
        <w:t xml:space="preserve">[24:13] </w:t>
      </w:r>
      <w:r>
        <w:t>wadh qultum ya musa lan nasbir ala taam wahed.</w:t>
      </w:r>
    </w:p>
    <w:p>
      <w:pPr>
        <w:jc w:val="right"/>
      </w:pPr>
      <w:r>
        <w:t>وَإِذْ قُلْتُمْ يَا مُوسَىٰ لَنْ نَسْبِرَ عَلَى طَعَامٍ وَاحِدٍ۔</w:t>
      </w:r>
    </w:p>
    <w:p>
      <w:r>
        <w:rPr>
          <w:b/>
        </w:rPr>
        <w:t xml:space="preserve">[24:17] </w:t>
      </w:r>
      <w:r>
        <w:t>jab tum ne kaha Musa se, hum</w:t>
      </w:r>
    </w:p>
    <w:p>
      <w:pPr>
        <w:jc w:val="right"/>
      </w:pPr>
      <w:r>
        <w:t>جب تم نے کہا موسیٰ سے، ہم</w:t>
      </w:r>
    </w:p>
    <w:p>
      <w:r>
        <w:rPr>
          <w:b/>
        </w:rPr>
        <w:t xml:space="preserve">[24:22] </w:t>
      </w:r>
      <w:r>
        <w:t>ek khane par sabr nahi kar sakte.</w:t>
      </w:r>
    </w:p>
    <w:p>
      <w:pPr>
        <w:jc w:val="right"/>
      </w:pPr>
      <w:r>
        <w:t>ایک کھانے پر صبر نہیں کر سکتے۔</w:t>
      </w:r>
    </w:p>
    <w:p>
      <w:r>
        <w:rPr>
          <w:b/>
        </w:rPr>
        <w:t xml:space="preserve">[24:25] </w:t>
      </w:r>
      <w:r>
        <w:t>yahan ek khane ke mani hain yaksaan khana.</w:t>
      </w:r>
    </w:p>
    <w:p>
      <w:pPr>
        <w:jc w:val="right"/>
      </w:pPr>
      <w:r>
        <w:t>یہاں ایک کھانے کے معنی ہیں یکساں کھانا۔</w:t>
      </w:r>
    </w:p>
    <w:p>
      <w:r>
        <w:rPr>
          <w:b/>
        </w:rPr>
        <w:t xml:space="preserve">[24:29] </w:t>
      </w:r>
      <w:r>
        <w:t>ek khana nahi tha kyunke do cheezein thi, man aur salwa.</w:t>
      </w:r>
    </w:p>
    <w:p>
      <w:pPr>
        <w:jc w:val="right"/>
      </w:pPr>
      <w:r>
        <w:t>ایک کھانا نہیں تھا کیونکہ دو چیزیں تھیں، من اور سلوٰی۔</w:t>
      </w:r>
    </w:p>
    <w:p>
      <w:r>
        <w:rPr>
          <w:b/>
        </w:rPr>
        <w:t xml:space="preserve">[24:33] </w:t>
      </w:r>
      <w:r>
        <w:t>to ek khana nahi tha, woh yaksaan khana.</w:t>
      </w:r>
    </w:p>
    <w:p>
      <w:pPr>
        <w:jc w:val="right"/>
      </w:pPr>
      <w:r>
        <w:t>تو ایک کھانا نہیں تھا، وہ یکساں کھانا۔</w:t>
      </w:r>
    </w:p>
    <w:p>
      <w:r>
        <w:rPr>
          <w:b/>
        </w:rPr>
        <w:t xml:space="preserve">[24:36] </w:t>
      </w:r>
      <w:r>
        <w:t>yani wohi cheez rozana, wohi cheez rozana, wohi cheez rozana.</w:t>
      </w:r>
    </w:p>
    <w:p>
      <w:pPr>
        <w:jc w:val="right"/>
      </w:pPr>
      <w:r>
        <w:t>یعنی وہی چیز روزانہ، وہی چیز روزانہ، وہی چیز روزانہ۔</w:t>
      </w:r>
    </w:p>
    <w:p>
      <w:r>
        <w:rPr>
          <w:b/>
        </w:rPr>
        <w:t xml:space="preserve">[24:43] </w:t>
      </w:r>
      <w:r>
        <w:t>fad'u lana rabbaka yukhrij lana mimma tunbit al-ard.</w:t>
      </w:r>
    </w:p>
    <w:p>
      <w:pPr>
        <w:jc w:val="right"/>
      </w:pPr>
      <w:r>
        <w:t>فَادْعُ لَنَا رَبَّكَ يُخْرِجْ لَنَا مِمَّا تُنْبِيتُ الْأَرْضَ۔</w:t>
      </w:r>
    </w:p>
    <w:p>
      <w:r>
        <w:rPr>
          <w:b/>
        </w:rPr>
        <w:t xml:space="preserve">[24:48] </w:t>
      </w:r>
      <w:r>
        <w:t>to Allah se dua kijiye ke hamare liye zameen se</w:t>
      </w:r>
    </w:p>
    <w:p>
      <w:pPr>
        <w:jc w:val="right"/>
      </w:pPr>
      <w:r>
        <w:t>تو اللہ سے دعا کیجئے کہ ہمارے لیے زمین سے</w:t>
      </w:r>
    </w:p>
    <w:p>
      <w:r>
        <w:rPr>
          <w:b/>
        </w:rPr>
        <w:t xml:space="preserve">[24:52] </w:t>
      </w:r>
      <w:r>
        <w:t>nikle, fasal nikle, jaise Misr mein nikalti thi ke piyaz, lahsun, har cheez, us ko hum khayen piyen.</w:t>
      </w:r>
    </w:p>
    <w:p>
      <w:pPr>
        <w:jc w:val="right"/>
      </w:pPr>
      <w:r>
        <w:t>نکلے، فصل نکلے، جیسے مصر میں نکلتی تھی کہ پیاز، لہسن، ہر چیز، اس کو ہم کھائیں پیئیں۔</w:t>
      </w:r>
    </w:p>
    <w:p>
      <w:r>
        <w:rPr>
          <w:b/>
        </w:rPr>
        <w:t xml:space="preserve">[25:03] </w:t>
      </w:r>
      <w:r>
        <w:t>min baqliha wa qiththa'iha wa foomiha wa adasiha wa basaliha.</w:t>
      </w:r>
    </w:p>
    <w:p>
      <w:pPr>
        <w:jc w:val="right"/>
      </w:pPr>
      <w:r>
        <w:t>مِنْ بَقْلِهَا وَقِثَّائِهَا وَفُوْمِهَا وَعَدَسِهَا وَبَسَلِهَا۔</w:t>
      </w:r>
    </w:p>
    <w:p>
      <w:r>
        <w:rPr>
          <w:b/>
        </w:rPr>
        <w:t xml:space="preserve">[25:08] </w:t>
      </w:r>
      <w:r>
        <w:t>haan, yeh sab hai khane ke ajzaa.</w:t>
      </w:r>
    </w:p>
    <w:p>
      <w:pPr>
        <w:jc w:val="right"/>
      </w:pPr>
      <w:r>
        <w:t>ہاں، یہ سب ہے کھانے کے اجزاء۔</w:t>
      </w:r>
    </w:p>
    <w:p>
      <w:r>
        <w:rPr>
          <w:b/>
        </w:rPr>
        <w:t xml:space="preserve">[25:11] </w:t>
      </w:r>
      <w:r>
        <w:t>yani piaz, lahsun, gehun, yeh sab jo hum nikalte thay</w:t>
      </w:r>
    </w:p>
    <w:p>
      <w:pPr>
        <w:jc w:val="right"/>
      </w:pPr>
      <w:r>
        <w:t>یعنی پیاز، لہسن، گیہوں، یہ سب جو ہم نکالتے تھے</w:t>
      </w:r>
    </w:p>
    <w:p>
      <w:r>
        <w:rPr>
          <w:b/>
        </w:rPr>
        <w:t xml:space="preserve">[25:17] </w:t>
      </w:r>
      <w:r>
        <w:t>misr mein, yahan bhi nikle wohi.</w:t>
      </w:r>
    </w:p>
    <w:p>
      <w:pPr>
        <w:jc w:val="right"/>
      </w:pPr>
      <w:r>
        <w:t>مصر میں، یہاں بھی نکلے وہی۔</w:t>
      </w:r>
    </w:p>
    <w:p>
      <w:r>
        <w:rPr>
          <w:b/>
        </w:rPr>
        <w:t xml:space="preserve">[25:20] </w:t>
      </w:r>
      <w:r>
        <w:t>dua kijiye Allah se.</w:t>
      </w:r>
    </w:p>
    <w:p>
      <w:pPr>
        <w:jc w:val="right"/>
      </w:pPr>
      <w:r>
        <w:t>دعا کیجئے اللہ سے۔</w:t>
      </w:r>
    </w:p>
    <w:p>
      <w:r>
        <w:rPr>
          <w:b/>
        </w:rPr>
        <w:t xml:space="preserve">[25:23] </w:t>
      </w:r>
      <w:r>
        <w:t>QALA ATSTABDILLUNA ALLADHI HUWA ATNA BIL LADHI HUWA KHAIRUN? Hazrat Musa ne kaha Bani Israel se, kya tum badalna</w:t>
      </w:r>
    </w:p>
    <w:p>
      <w:pPr>
        <w:jc w:val="right"/>
      </w:pPr>
      <w:r>
        <w:t>قَالَ أَتَسْتَبْدِلُونَ الَّذِي هُوَ أَتْنَى بِالَّذِي هُوَ خَيْرٌ؟ حضرت موسیٰ نے کہا بنی اسرائیل سے، کیا تم بدلنا</w:t>
      </w:r>
    </w:p>
    <w:p>
      <w:r>
        <w:rPr>
          <w:b/>
        </w:rPr>
        <w:t xml:space="preserve">[25:31] </w:t>
      </w:r>
      <w:r>
        <w:t>chahte ho? Yani khair ki jagah</w:t>
      </w:r>
    </w:p>
    <w:p>
      <w:pPr>
        <w:jc w:val="right"/>
      </w:pPr>
      <w:r>
        <w:t>چاہتے ہو؟ یعنی خیر کی جگہ</w:t>
      </w:r>
    </w:p>
    <w:p>
      <w:r>
        <w:rPr>
          <w:b/>
        </w:rPr>
        <w:t xml:space="preserve">[25:38] </w:t>
      </w:r>
      <w:r>
        <w:t>jo woh cheez jo khair nahi hai,</w:t>
      </w:r>
    </w:p>
    <w:p>
      <w:pPr>
        <w:jc w:val="right"/>
      </w:pPr>
      <w:r>
        <w:t>جو وہ چیز جو خیر نہیں ہے،</w:t>
      </w:r>
    </w:p>
    <w:p>
      <w:r>
        <w:rPr>
          <w:b/>
        </w:rPr>
        <w:t xml:space="preserve">[25:41] </w:t>
      </w:r>
      <w:r>
        <w:t>matlab jo jo</w:t>
      </w:r>
    </w:p>
    <w:p>
      <w:pPr>
        <w:jc w:val="right"/>
      </w:pPr>
      <w:r>
        <w:t>مطلب جو جو</w:t>
      </w:r>
    </w:p>
    <w:p>
      <w:r>
        <w:rPr>
          <w:b/>
        </w:rPr>
        <w:t xml:space="preserve">[25:44] </w:t>
      </w:r>
      <w:r>
        <w:t>misr mein tum ko hasil tha, khana peena,</w:t>
      </w:r>
    </w:p>
    <w:p>
      <w:pPr>
        <w:jc w:val="right"/>
      </w:pPr>
      <w:r>
        <w:t>مصر میں تم کو حاصل تھا، کھانا پینا،</w:t>
      </w:r>
    </w:p>
    <w:p>
      <w:r>
        <w:rPr>
          <w:b/>
        </w:rPr>
        <w:t xml:space="preserve">[25:47] </w:t>
      </w:r>
      <w:r>
        <w:t>isko chahte ho? Allah ki marzi toh yeh hai ke tum ko saada khana, saada zindagi mein</w:t>
      </w:r>
    </w:p>
    <w:p>
      <w:pPr>
        <w:jc w:val="right"/>
      </w:pPr>
      <w:r>
        <w:t>اس کو چاہتے ہو؟ اللہ کی مرضی تو یہ ہے کہ تم کو سادہ کھانا، سادہ زندگی میں</w:t>
      </w:r>
    </w:p>
    <w:p>
      <w:r>
        <w:rPr>
          <w:b/>
        </w:rPr>
        <w:t xml:space="preserve">[25:53] </w:t>
      </w:r>
      <w:r>
        <w:t>yahan par apne aap ko tum tayyar karo.</w:t>
      </w:r>
    </w:p>
    <w:p>
      <w:pPr>
        <w:jc w:val="right"/>
      </w:pPr>
      <w:r>
        <w:t>یہاں پر اپنے آپ کو تم تیار کرو۔</w:t>
      </w:r>
    </w:p>
    <w:p>
      <w:r>
        <w:rPr>
          <w:b/>
        </w:rPr>
        <w:t xml:space="preserve">[25:55] </w:t>
      </w:r>
      <w:r>
        <w:t>aur Allah ka jo asal kaam hai, yani shahadat aur dawat, woh tum ada karo.</w:t>
      </w:r>
    </w:p>
    <w:p>
      <w:pPr>
        <w:jc w:val="right"/>
      </w:pPr>
      <w:r>
        <w:t>اور اللہ کا جو اصل کام ہے، یعنی شہادت اور دعوت، وہ تم ادا کرو۔</w:t>
      </w:r>
    </w:p>
    <w:p>
      <w:r>
        <w:rPr>
          <w:b/>
        </w:rPr>
        <w:t xml:space="preserve">[26:01] </w:t>
      </w:r>
      <w:r>
        <w:t>ab tum chahte ho phir dobara wohi phans jao, kheti karne mein, acha acha khana pakane mein.</w:t>
      </w:r>
    </w:p>
    <w:p>
      <w:pPr>
        <w:jc w:val="right"/>
      </w:pPr>
      <w:r>
        <w:t>اب تم چاہتے ہو پھر دوبارہ وہی پھنس جاؤ، کھیتی کرنے میں، اچھا اچھا کھانا پکانے میں۔</w:t>
      </w:r>
    </w:p>
    <w:p>
      <w:r>
        <w:rPr>
          <w:b/>
        </w:rPr>
        <w:t xml:space="preserve">[26:10] </w:t>
      </w:r>
      <w:r>
        <w:t>woh isi mein tum phir dobara jana chahte ho.</w:t>
      </w:r>
    </w:p>
    <w:p>
      <w:pPr>
        <w:jc w:val="right"/>
      </w:pPr>
      <w:r>
        <w:t>وہ اسی میں تم پھر دوبارہ جانا چاہتے ہو۔</w:t>
      </w:r>
    </w:p>
    <w:p>
      <w:r>
        <w:rPr>
          <w:b/>
        </w:rPr>
        <w:t xml:space="preserve">[26:13] </w:t>
      </w:r>
      <w:r>
        <w:t>IH BITU MISRAN.</w:t>
      </w:r>
    </w:p>
    <w:p>
      <w:pPr>
        <w:jc w:val="right"/>
      </w:pPr>
      <w:r>
        <w:t>إِهْ بِتُوا مِصْرًا.</w:t>
      </w:r>
    </w:p>
    <w:p>
      <w:r>
        <w:rPr>
          <w:b/>
        </w:rPr>
        <w:t xml:space="preserve">[26:16] </w:t>
      </w:r>
      <w:r>
        <w:t>toh idhar jao, isi shehar mein chale jao.</w:t>
      </w:r>
    </w:p>
    <w:p>
      <w:pPr>
        <w:jc w:val="right"/>
      </w:pPr>
      <w:r>
        <w:t>تو ادھر جاؤ، اسی شہر میں چلے جاؤ۔</w:t>
      </w:r>
    </w:p>
    <w:p>
      <w:r>
        <w:rPr>
          <w:b/>
        </w:rPr>
        <w:t xml:space="preserve">[26:21] </w:t>
      </w:r>
      <w:r>
        <w:t>FA INNA LAKUM MA SA ALTUM.</w:t>
      </w:r>
    </w:p>
    <w:p>
      <w:pPr>
        <w:jc w:val="right"/>
      </w:pPr>
      <w:r>
        <w:t>فَإِنَّ لَكُمْ مَا سَأَلْتُمْ.</w:t>
      </w:r>
    </w:p>
    <w:p>
      <w:r>
        <w:rPr>
          <w:b/>
        </w:rPr>
        <w:t xml:space="preserve">[26:23] </w:t>
      </w:r>
      <w:r>
        <w:t>toh wahan tum ko mil jayega woh cheez jo tum mang rahe ho.</w:t>
      </w:r>
    </w:p>
    <w:p>
      <w:pPr>
        <w:jc w:val="right"/>
      </w:pPr>
      <w:r>
        <w:t>تو وہاں تم کو مل جائے گا وہ چیز جو تم مانگ رہے ہو۔</w:t>
      </w:r>
    </w:p>
    <w:p>
      <w:r>
        <w:rPr>
          <w:b/>
        </w:rPr>
        <w:t xml:space="preserve">[26:27] </w:t>
      </w:r>
      <w:r>
        <w:t>WA DURIBAT ALAIHIMU ALDHILLATU WAL MASKANATU.</w:t>
      </w:r>
    </w:p>
    <w:p>
      <w:pPr>
        <w:jc w:val="right"/>
      </w:pPr>
      <w:r>
        <w:t>وَضُرِبَتْ عَلَيْهِمُ الْذِلَّةُ وَالْمَسْكَنَةُ۔</w:t>
      </w:r>
    </w:p>
    <w:p>
      <w:r>
        <w:rPr>
          <w:b/>
        </w:rPr>
        <w:t xml:space="preserve">[26:29] </w:t>
      </w:r>
      <w:r>
        <w:t>un par zillat aur maskanat daal di gayi.</w:t>
      </w:r>
    </w:p>
    <w:p>
      <w:pPr>
        <w:jc w:val="right"/>
      </w:pPr>
      <w:r>
        <w:t>ان پر ذلت اور مسخرت ڈال دی گئی۔</w:t>
      </w:r>
    </w:p>
    <w:p>
      <w:r>
        <w:rPr>
          <w:b/>
        </w:rPr>
        <w:t xml:space="preserve">[26:32] </w:t>
      </w:r>
      <w:r>
        <w:t>WA BA'U BIGHADABIN MINA ALLAHI.</w:t>
      </w:r>
    </w:p>
    <w:p>
      <w:pPr>
        <w:jc w:val="right"/>
      </w:pPr>
      <w:r>
        <w:t>وَبَاعُوا بِغَضَبٍ مِنَ اللَّهِ۔</w:t>
      </w:r>
    </w:p>
    <w:p>
      <w:r>
        <w:rPr>
          <w:b/>
        </w:rPr>
        <w:t xml:space="preserve">[26:34] </w:t>
      </w:r>
      <w:r>
        <w:t>aur Allah ka ghazab un ko mila.</w:t>
      </w:r>
    </w:p>
    <w:p>
      <w:pPr>
        <w:jc w:val="right"/>
      </w:pPr>
      <w:r>
        <w:t>اور اللہ کا غضب ان کو ملا۔</w:t>
      </w:r>
    </w:p>
    <w:p>
      <w:r>
        <w:rPr>
          <w:b/>
        </w:rPr>
        <w:t xml:space="preserve">[26:38] </w:t>
      </w:r>
      <w:r>
        <w:t>DHALIKA BI ANNAHUM KANU YAKFURUUNA BI AYATI ALLAHI.</w:t>
      </w:r>
    </w:p>
    <w:p>
      <w:pPr>
        <w:jc w:val="right"/>
      </w:pPr>
      <w:r>
        <w:t>ذَٰلِكَ بِأَنَّهُمْ كَانُوا يَكْفُرُونَ بِآيَاتِ اللَّهِ۔</w:t>
      </w:r>
    </w:p>
    <w:p>
      <w:r>
        <w:rPr>
          <w:b/>
        </w:rPr>
        <w:t xml:space="preserve">[26:41] </w:t>
      </w:r>
      <w:r>
        <w:t>yeh is liye hua ke woh Allah ki nishaniyon ko ka inkar karte thay.</w:t>
      </w:r>
    </w:p>
    <w:p>
      <w:pPr>
        <w:jc w:val="right"/>
      </w:pPr>
      <w:r>
        <w:t>یہ اس لیے ہوا کہ وہ اللہ کی نشانیوں کو کا انکار کرتے تھے۔</w:t>
      </w:r>
    </w:p>
    <w:p>
      <w:r>
        <w:rPr>
          <w:b/>
        </w:rPr>
        <w:t xml:space="preserve">[26:46] </w:t>
      </w:r>
      <w:r>
        <w:t>WAYAQTILUNA ALNABBIYYINA BIGHAYRI ALHAQQI.</w:t>
      </w:r>
    </w:p>
    <w:p>
      <w:pPr>
        <w:jc w:val="right"/>
      </w:pPr>
      <w:r>
        <w:t>وَيَقْتُلُونَ النَّبِيِّينَ بِغَيْرِ الْحَقِّ۔</w:t>
      </w:r>
    </w:p>
    <w:p>
      <w:r>
        <w:rPr>
          <w:b/>
        </w:rPr>
        <w:t xml:space="preserve">[26:48] </w:t>
      </w:r>
      <w:r>
        <w:t>aur nabiyon ko qatl karte the haq ke baghair.</w:t>
      </w:r>
    </w:p>
    <w:p>
      <w:pPr>
        <w:jc w:val="right"/>
      </w:pPr>
      <w:r>
        <w:t>اور نبیوں کو قتل کرتے تھے حق کے بغیر۔</w:t>
      </w:r>
    </w:p>
    <w:p>
      <w:r>
        <w:rPr>
          <w:b/>
        </w:rPr>
        <w:t xml:space="preserve">[26:53] </w:t>
      </w:r>
      <w:r>
        <w:t>zalika bima asaw wa kanu ya'tadun.</w:t>
      </w:r>
    </w:p>
    <w:p>
      <w:pPr>
        <w:jc w:val="right"/>
      </w:pPr>
      <w:r>
        <w:t>ذَٰلِكَ بِمَا عَسَوْا وَكَانُوا يَعْتَدُونَ۔</w:t>
      </w:r>
    </w:p>
    <w:p>
      <w:r>
        <w:rPr>
          <w:b/>
        </w:rPr>
        <w:t xml:space="preserve">[26:56] </w:t>
      </w:r>
      <w:r>
        <w:t>yeh is liye hua ke woh nafarmani ki, unhon ne, aur woh</w:t>
      </w:r>
    </w:p>
    <w:p>
      <w:pPr>
        <w:jc w:val="right"/>
      </w:pPr>
      <w:r>
        <w:t>یہ اس لیے ہوا کہ وہ نافرمانی کی، انہوں نے، اور وہ</w:t>
      </w:r>
    </w:p>
    <w:p>
      <w:r>
        <w:rPr>
          <w:b/>
        </w:rPr>
        <w:t xml:space="preserve">[27:03] </w:t>
      </w:r>
      <w:r>
        <w:t>had se guzar guzar janay walay thay.</w:t>
      </w:r>
    </w:p>
    <w:p>
      <w:pPr>
        <w:jc w:val="right"/>
      </w:pPr>
      <w:r>
        <w:t>حد سے گزر گزر جانے والے تھے۔</w:t>
      </w:r>
    </w:p>
    <w:p>
      <w:r>
        <w:rPr>
          <w:b/>
        </w:rPr>
        <w:t xml:space="preserve">[27:05] </w:t>
      </w:r>
      <w:r>
        <w:t>yeh sab lambi tareekh ki baat hai.</w:t>
      </w:r>
    </w:p>
    <w:p>
      <w:pPr>
        <w:jc w:val="right"/>
      </w:pPr>
      <w:r>
        <w:t>یہ سب لمبی تاریخ کی بات ہے۔</w:t>
      </w:r>
    </w:p>
    <w:p>
      <w:r>
        <w:rPr>
          <w:b/>
        </w:rPr>
        <w:t xml:space="preserve">[27:09] </w:t>
      </w:r>
      <w:r>
        <w:t>yeh baat yahan jo kahi gayi hai, yeh</w:t>
      </w:r>
    </w:p>
    <w:p>
      <w:pPr>
        <w:jc w:val="right"/>
      </w:pPr>
      <w:r>
        <w:t>یہ بات یہاں جو کہی گئی ہے، یہ</w:t>
      </w:r>
    </w:p>
    <w:p>
      <w:r>
        <w:rPr>
          <w:b/>
        </w:rPr>
        <w:t xml:space="preserve">[27:14] </w:t>
      </w:r>
      <w:r>
        <w:t>to hadith se maloom hota hai ke</w:t>
      </w:r>
    </w:p>
    <w:p>
      <w:pPr>
        <w:jc w:val="right"/>
      </w:pPr>
      <w:r>
        <w:t>تو حدیث سے معلوم ہوتا ہے کہ</w:t>
      </w:r>
    </w:p>
    <w:p>
      <w:r>
        <w:rPr>
          <w:b/>
        </w:rPr>
        <w:t xml:space="preserve">[27:20] </w:t>
      </w:r>
      <w:r>
        <w:t>yeh sab jo bani israel ke sath pesh aya, yahi tumhare sath hi pesh ayega.</w:t>
      </w:r>
    </w:p>
    <w:p>
      <w:pPr>
        <w:jc w:val="right"/>
      </w:pPr>
      <w:r>
        <w:t>یہ سب جو بنی اسرائیل کے ساتھ پیش آیا، یہی تمہارے ساتھ ہی پیش آئے گا۔</w:t>
      </w:r>
    </w:p>
    <w:p>
      <w:r>
        <w:rPr>
          <w:b/>
        </w:rPr>
        <w:t xml:space="preserve">[27:25] </w:t>
      </w:r>
      <w:r>
        <w:t>to is liye apne aap ko is se bachao.</w:t>
      </w:r>
    </w:p>
    <w:p>
      <w:pPr>
        <w:jc w:val="right"/>
      </w:pPr>
      <w:r>
        <w:t>تو اس لیے اپنے آپ کو اس سے بچاؤ۔</w:t>
      </w:r>
    </w:p>
    <w:p>
      <w:r>
        <w:rPr>
          <w:b/>
        </w:rPr>
        <w:t xml:space="preserve">[27:27] </w:t>
      </w:r>
      <w:r>
        <w:t>kya yeh ummat mauood, ummat yahood ki baat ko bata kar ummat muslima ko tanbeeh ki gayi hai</w:t>
      </w:r>
    </w:p>
    <w:p>
      <w:pPr>
        <w:jc w:val="right"/>
      </w:pPr>
      <w:r>
        <w:t>کیا یہ امت موعود، امت یہود کی بات کو بتا کر امت مسلمہ کو تنبیہ کی گئی ہے</w:t>
      </w:r>
    </w:p>
    <w:p>
      <w:r>
        <w:rPr>
          <w:b/>
        </w:rPr>
        <w:t xml:space="preserve">[27:38] </w:t>
      </w:r>
      <w:r>
        <w:t>ke jis cheez</w:t>
      </w:r>
    </w:p>
    <w:p>
      <w:pPr>
        <w:jc w:val="right"/>
      </w:pPr>
      <w:r>
        <w:t>کہ جس چیز</w:t>
      </w:r>
    </w:p>
    <w:p>
      <w:r>
        <w:rPr>
          <w:b/>
        </w:rPr>
        <w:t xml:space="preserve">[27:40] </w:t>
      </w:r>
      <w:r>
        <w:t>mein woh mubtala hue, is tum is mein mubtala hona.</w:t>
      </w:r>
    </w:p>
    <w:p>
      <w:pPr>
        <w:jc w:val="right"/>
      </w:pPr>
      <w:r>
        <w:t>میں وہ مبتلا ہوئے، اس تم اس میں مبتلا ہونا۔</w:t>
      </w:r>
    </w:p>
    <w:p>
      <w:r>
        <w:rPr>
          <w:b/>
        </w:rPr>
        <w:t xml:space="preserve">[27:44] </w:t>
      </w:r>
      <w:r>
        <w:t>tum ko bhi wahi,</w:t>
      </w:r>
    </w:p>
    <w:p>
      <w:pPr>
        <w:jc w:val="right"/>
      </w:pPr>
      <w:r>
        <w:t>تم کو بھی وہی،</w:t>
      </w:r>
    </w:p>
    <w:p>
      <w:r>
        <w:rPr>
          <w:b/>
        </w:rPr>
        <w:t xml:space="preserve">[27:46] </w:t>
      </w:r>
      <w:r>
        <w:t>wahi Allah ki taraf se wahi pesh ayega jo ummat mauood ke liye pesh aya.</w:t>
      </w:r>
    </w:p>
    <w:p>
      <w:pPr>
        <w:jc w:val="right"/>
      </w:pPr>
      <w:r>
        <w:t>وہی اللہ کی طرف سے وہی پیش آئے گا جو امت موعود کے لیے پیش آیا۔</w:t>
      </w:r>
    </w:p>
    <w:p>
      <w:r>
        <w:rPr>
          <w:b/>
        </w:rPr>
        <w:t xml:space="preserve">[27:52] </w:t>
      </w:r>
      <w:r>
        <w:t>ummat yahood ke liye jo pesh aya, to unhi ke liye nahi tha.</w:t>
      </w:r>
    </w:p>
    <w:p>
      <w:pPr>
        <w:jc w:val="right"/>
      </w:pPr>
      <w:r>
        <w:t>امت یہود کے لیے جو پیش آیا، تو انہی کے لیے نہیں تھا۔</w:t>
      </w:r>
    </w:p>
    <w:p>
      <w:r>
        <w:rPr>
          <w:b/>
        </w:rPr>
        <w:t xml:space="preserve">[27:56] </w:t>
      </w:r>
      <w:r>
        <w:t>woh jo waisa karega, us ko bhi wahi pesh ayega.</w:t>
      </w:r>
    </w:p>
    <w:p>
      <w:pPr>
        <w:jc w:val="right"/>
      </w:pPr>
      <w:r>
        <w:t>وہ جو ویسا کرے گا، اس کو بھی وہی پیش آئے گا۔</w:t>
      </w:r>
    </w:p>
    <w:p>
      <w:r>
        <w:rPr>
          <w:b/>
        </w:rPr>
        <w:t xml:space="preserve">[28:00] </w:t>
      </w:r>
      <w:r>
        <w:t>to yahan is liye batayi gayi yeh baat ke jo ummat mauood, ummat yahood ka jo muamla hua,</w:t>
      </w:r>
    </w:p>
    <w:p>
      <w:pPr>
        <w:jc w:val="right"/>
      </w:pPr>
      <w:r>
        <w:t>تو یہاں اس لیے بتائی گئی یہ بات کہ جو امت موعود، امت یہود کا جو معاملہ ہوا،</w:t>
      </w:r>
    </w:p>
    <w:p>
      <w:r>
        <w:rPr>
          <w:b/>
        </w:rPr>
        <w:t xml:space="preserve">[28:06] </w:t>
      </w:r>
      <w:r>
        <w:t>is se to apne aap ko bachana.</w:t>
      </w:r>
    </w:p>
    <w:p>
      <w:pPr>
        <w:jc w:val="right"/>
      </w:pPr>
      <w:r>
        <w:t>اس سے تو اپنے آپ کو بچانا۔</w:t>
      </w:r>
    </w:p>
    <w:p>
      <w:r>
        <w:rPr>
          <w:b/>
        </w:rPr>
        <w:t xml:space="preserve">[28:08] </w:t>
      </w:r>
      <w:r>
        <w:t>yeh peshgi tanbeeh hai.</w:t>
      </w:r>
    </w:p>
    <w:p>
      <w:pPr>
        <w:jc w:val="right"/>
      </w:pPr>
      <w:r>
        <w:t>یہ پیشگی تنبیہ ہے۔</w:t>
      </w:r>
    </w:p>
    <w:p>
      <w:r>
        <w:rPr>
          <w:b/>
        </w:rPr>
        <w:t xml:space="preserve">[28:10] </w:t>
      </w:r>
      <w:r>
        <w:t>ayat utri thi Hazrat Rasool Allah ke zamanay mein,</w:t>
      </w:r>
    </w:p>
    <w:p>
      <w:pPr>
        <w:jc w:val="right"/>
      </w:pPr>
      <w:r>
        <w:t>آیت اتری تھی حضرت رسول اللہ کے زمانے میں،</w:t>
      </w:r>
    </w:p>
    <w:p>
      <w:r>
        <w:rPr>
          <w:b/>
        </w:rPr>
        <w:t xml:space="preserve">[28:15] </w:t>
      </w:r>
      <w:r>
        <w:t>to yeh peshgi tanbeeh thi ke baad ke zamanay mein tumhara sath mat karna.</w:t>
      </w:r>
    </w:p>
    <w:p>
      <w:pPr>
        <w:jc w:val="right"/>
      </w:pPr>
      <w:r>
        <w:t>تو یہ پیشگی تنبیہ تھی کہ بعد کے زمانے میں تمہارا ساتھ مت کرنا۔</w:t>
      </w:r>
    </w:p>
    <w:p>
      <w:r>
        <w:rPr>
          <w:b/>
        </w:rPr>
        <w:t xml:space="preserve">[28:22] </w:t>
      </w:r>
      <w:r>
        <w:t>inna allazina amanu wallazina hadu wannasara wassabieen.</w:t>
      </w:r>
    </w:p>
    <w:p>
      <w:pPr>
        <w:jc w:val="right"/>
      </w:pPr>
      <w:r>
        <w:t>إِنَّ الَّذِينَ آمَنُوا وَالَّذِينَ هَادُوا وَالنَّصَارَى وَالصَّابِئِينَ.</w:t>
      </w:r>
    </w:p>
    <w:p>
      <w:r>
        <w:rPr>
          <w:b/>
        </w:rPr>
        <w:t xml:space="preserve">[28:28] </w:t>
      </w:r>
      <w:r>
        <w:t>beshak woh log jo</w:t>
      </w:r>
    </w:p>
    <w:p>
      <w:pPr>
        <w:jc w:val="right"/>
      </w:pPr>
      <w:r>
        <w:t>بے شک وہ لوگ جو</w:t>
      </w:r>
    </w:p>
    <w:p>
      <w:r>
        <w:rPr>
          <w:b/>
        </w:rPr>
        <w:t xml:space="preserve">[28:31] </w:t>
      </w:r>
      <w:r>
        <w:t>iman laye. wallazina hadu.</w:t>
      </w:r>
    </w:p>
    <w:p>
      <w:pPr>
        <w:jc w:val="right"/>
      </w:pPr>
      <w:r>
        <w:t>ایمان لائے۔ وَالَّذِينَ هَادُوا.</w:t>
      </w:r>
    </w:p>
    <w:p>
      <w:r>
        <w:rPr>
          <w:b/>
        </w:rPr>
        <w:t xml:space="preserve">[28:34] </w:t>
      </w:r>
      <w:r>
        <w:t>aur jo log yahoodi banay.</w:t>
      </w:r>
    </w:p>
    <w:p>
      <w:pPr>
        <w:jc w:val="right"/>
      </w:pPr>
      <w:r>
        <w:t>اور جو لوگ یہودی بنے۔</w:t>
      </w:r>
    </w:p>
    <w:p>
      <w:r>
        <w:rPr>
          <w:b/>
        </w:rPr>
        <w:t xml:space="preserve">[28:36] </w:t>
      </w:r>
      <w:r>
        <w:t>wa al nasara. aur nasara.</w:t>
      </w:r>
    </w:p>
    <w:p>
      <w:pPr>
        <w:jc w:val="right"/>
      </w:pPr>
      <w:r>
        <w:t>وَالنَّصَارَى. اور نصاریٰ۔</w:t>
      </w:r>
    </w:p>
    <w:p>
      <w:r>
        <w:rPr>
          <w:b/>
        </w:rPr>
        <w:t xml:space="preserve">[28:39] </w:t>
      </w:r>
      <w:r>
        <w:t>wa al sabieen. aur sabieen.</w:t>
      </w:r>
    </w:p>
    <w:p>
      <w:pPr>
        <w:jc w:val="right"/>
      </w:pPr>
      <w:r>
        <w:t>وَالصَّابِئِينَ. اور صابئین۔</w:t>
      </w:r>
    </w:p>
    <w:p>
      <w:r>
        <w:rPr>
          <w:b/>
        </w:rPr>
        <w:t xml:space="preserve">[28:41] </w:t>
      </w:r>
      <w:r>
        <w:t>man amana bi allahi wa al yawm al akhir.</w:t>
      </w:r>
    </w:p>
    <w:p>
      <w:pPr>
        <w:jc w:val="right"/>
      </w:pPr>
      <w:r>
        <w:t>مَنْ آمَنَ بِاللَّهِ وَالْيَوْمِ الْآخِرِ.</w:t>
      </w:r>
    </w:p>
    <w:p>
      <w:r>
        <w:rPr>
          <w:b/>
        </w:rPr>
        <w:t xml:space="preserve">[28:43] </w:t>
      </w:r>
      <w:r>
        <w:t>in mein se jo shakhs iman laya, akhirat par.</w:t>
      </w:r>
    </w:p>
    <w:p>
      <w:pPr>
        <w:jc w:val="right"/>
      </w:pPr>
      <w:r>
        <w:t>ان میں سے جو شخص ایمان لایا، آخرت پر۔</w:t>
      </w:r>
    </w:p>
    <w:p>
      <w:r>
        <w:rPr>
          <w:b/>
        </w:rPr>
        <w:t xml:space="preserve">[28:47] </w:t>
      </w:r>
      <w:r>
        <w:t>bi allahi wa al yawm al akhir.</w:t>
      </w:r>
    </w:p>
    <w:p>
      <w:pPr>
        <w:jc w:val="right"/>
      </w:pPr>
      <w:r>
        <w:t>بِاللَّهِ وَالْيَوْمِ الْآخِرِ.</w:t>
      </w:r>
    </w:p>
    <w:p>
      <w:r>
        <w:rPr>
          <w:b/>
        </w:rPr>
        <w:t xml:space="preserve">[28:48] </w:t>
      </w:r>
      <w:r>
        <w:t>Allah par, akhirat par.</w:t>
      </w:r>
    </w:p>
    <w:p>
      <w:pPr>
        <w:jc w:val="right"/>
      </w:pPr>
      <w:r>
        <w:t>اللہ پر، آخرت پر۔</w:t>
      </w:r>
    </w:p>
    <w:p>
      <w:r>
        <w:rPr>
          <w:b/>
        </w:rPr>
        <w:t xml:space="preserve">[28:49] </w:t>
      </w:r>
      <w:r>
        <w:t>wa amila salihan. aur salih amal kiya.</w:t>
      </w:r>
    </w:p>
    <w:p>
      <w:pPr>
        <w:jc w:val="right"/>
      </w:pPr>
      <w:r>
        <w:t>وَعَمِلَ صَالِحًا. اور صالح عمل کیا۔</w:t>
      </w:r>
    </w:p>
    <w:p>
      <w:r>
        <w:rPr>
          <w:b/>
        </w:rPr>
        <w:t xml:space="preserve">[28:52] </w:t>
      </w:r>
      <w:r>
        <w:t>fa lahum ajruhum inda rabbihim.</w:t>
      </w:r>
    </w:p>
    <w:p>
      <w:pPr>
        <w:jc w:val="right"/>
      </w:pPr>
      <w:r>
        <w:t>فَلَهُمْ أَجْرُهُمْ عِنْدَ رَبِّهِمْ.</w:t>
      </w:r>
    </w:p>
    <w:p>
      <w:r>
        <w:rPr>
          <w:b/>
        </w:rPr>
        <w:t xml:space="preserve">[28:54] </w:t>
      </w:r>
      <w:r>
        <w:t>to un ke liye Allah ke haan ajr hai.</w:t>
      </w:r>
    </w:p>
    <w:p>
      <w:pPr>
        <w:jc w:val="right"/>
      </w:pPr>
      <w:r>
        <w:t>تو ان کے لیے اللہ کے ہاں اجر ہے۔</w:t>
      </w:r>
    </w:p>
    <w:p>
      <w:r>
        <w:rPr>
          <w:b/>
        </w:rPr>
        <w:t xml:space="preserve">[28:57] </w:t>
      </w:r>
      <w:r>
        <w:t>wa la khawfun alayhim wa la hum yahzanun.</w:t>
      </w:r>
    </w:p>
    <w:p>
      <w:pPr>
        <w:jc w:val="right"/>
      </w:pPr>
      <w:r>
        <w:t>وَلَا خَوْفٌ عَلَيْهِمْ وَلَا هُمْ يَحْزَنُونَ.</w:t>
      </w:r>
    </w:p>
    <w:p>
      <w:r>
        <w:rPr>
          <w:b/>
        </w:rPr>
        <w:t xml:space="preserve">[28:59] </w:t>
      </w:r>
      <w:r>
        <w:t>aur un ke liye koi khauf nahin.</w:t>
      </w:r>
    </w:p>
    <w:p>
      <w:pPr>
        <w:jc w:val="right"/>
      </w:pPr>
      <w:r>
        <w:t>اور ان کے لیے کوئی خوف نہیں۔</w:t>
      </w:r>
    </w:p>
    <w:p>
      <w:r>
        <w:rPr>
          <w:b/>
        </w:rPr>
        <w:t xml:space="preserve">[29:00] </w:t>
      </w:r>
      <w:r>
        <w:t>wa la hum yahzanun.</w:t>
      </w:r>
    </w:p>
    <w:p>
      <w:pPr>
        <w:jc w:val="right"/>
      </w:pPr>
      <w:r>
        <w:t>وَلَا هُمْ يَحْزَنُونَ.</w:t>
      </w:r>
    </w:p>
    <w:p>
      <w:r>
        <w:rPr>
          <w:b/>
        </w:rPr>
        <w:t xml:space="preserve">[29:02] </w:t>
      </w:r>
      <w:r>
        <w:t>na un ke liye gham hai koi.</w:t>
      </w:r>
    </w:p>
    <w:p>
      <w:pPr>
        <w:jc w:val="right"/>
      </w:pPr>
      <w:r>
        <w:t>نہ ان کے لیے غم ہے کوئی۔</w:t>
      </w:r>
    </w:p>
    <w:p>
      <w:r>
        <w:rPr>
          <w:b/>
        </w:rPr>
        <w:t xml:space="preserve">[29:04] </w:t>
      </w:r>
      <w:r>
        <w:t>dekhen, Quran ki yeh ayat jo hai, is se kai logon ne ulta matlab nikala hai.</w:t>
      </w:r>
    </w:p>
    <w:p>
      <w:pPr>
        <w:jc w:val="right"/>
      </w:pPr>
      <w:r>
        <w:t>دیکھیں، قرآن کی یہ آیت جو ہے، اس سے کئی لوگوں نے الٹا مطلب نکالا ہے۔</w:t>
      </w:r>
    </w:p>
    <w:p>
      <w:r>
        <w:rPr>
          <w:b/>
        </w:rPr>
        <w:t xml:space="preserve">[29:11] </w:t>
      </w:r>
      <w:r>
        <w:t>is ka yeh matlab nikal liya ke</w:t>
      </w:r>
    </w:p>
    <w:p>
      <w:pPr>
        <w:jc w:val="right"/>
      </w:pPr>
      <w:r>
        <w:t>اس کا یہ مطلب نکال لیا کہ</w:t>
      </w:r>
    </w:p>
    <w:p>
      <w:r>
        <w:rPr>
          <w:b/>
        </w:rPr>
        <w:t xml:space="preserve">[29:14] </w:t>
      </w:r>
      <w:r>
        <w:t>is mein sab ki bakhshish ka ailan hai, halanke yeh matlab nahin hai.</w:t>
      </w:r>
    </w:p>
    <w:p>
      <w:pPr>
        <w:jc w:val="right"/>
      </w:pPr>
      <w:r>
        <w:t>اس میں سب کی بخشش کا اعلان ہے، حالانکہ یہ مطلب نہیں ہے۔</w:t>
      </w:r>
    </w:p>
    <w:p>
      <w:r>
        <w:rPr>
          <w:b/>
        </w:rPr>
        <w:t xml:space="preserve">[29:18] </w:t>
      </w:r>
      <w:r>
        <w:t>yahan par kuch grohon ka zikr hai.</w:t>
      </w:r>
    </w:p>
    <w:p>
      <w:pPr>
        <w:jc w:val="right"/>
      </w:pPr>
      <w:r>
        <w:t>یہاں پر کچھ گروہوں کا ذکر ہے۔</w:t>
      </w:r>
    </w:p>
    <w:p>
      <w:r>
        <w:rPr>
          <w:b/>
        </w:rPr>
        <w:t xml:space="preserve">[29:22] </w:t>
      </w:r>
      <w:r>
        <w:t>yahan Muslim aminu ke lafz jo hai, yani iman lanay walay groh, yani Muslim.</w:t>
      </w:r>
    </w:p>
    <w:p>
      <w:pPr>
        <w:jc w:val="right"/>
      </w:pPr>
      <w:r>
        <w:t>یہاں مسلم آمنو کے لفظ جو ہے، یعنی ایمان لانے والے گروہ، یعنی مسلم۔</w:t>
      </w:r>
    </w:p>
    <w:p>
      <w:r>
        <w:rPr>
          <w:b/>
        </w:rPr>
        <w:t xml:space="preserve">[29:29] </w:t>
      </w:r>
      <w:r>
        <w:t>to is mein yeh bataya gaya hai ke Allah taala ne jo hidayat bheji thi nabiyon ke zariye</w:t>
      </w:r>
    </w:p>
    <w:p>
      <w:pPr>
        <w:jc w:val="right"/>
      </w:pPr>
      <w:r>
        <w:t>تو اس میں یہ بتایا گیا ہے کہ اللہ تعالی نے جو ہدایت بھیجی تھی نبیوں کے ذریعے</w:t>
      </w:r>
    </w:p>
    <w:p>
      <w:r>
        <w:rPr>
          <w:b/>
        </w:rPr>
        <w:t xml:space="preserve">[29:36] </w:t>
      </w:r>
      <w:r>
        <w:t>se, to baad ke groh ban gaye.</w:t>
      </w:r>
    </w:p>
    <w:p>
      <w:pPr>
        <w:jc w:val="right"/>
      </w:pPr>
      <w:r>
        <w:t>سے، تو بعد کے گروہ بن گئے۔</w:t>
      </w:r>
    </w:p>
    <w:p>
      <w:r>
        <w:rPr>
          <w:b/>
        </w:rPr>
        <w:t xml:space="preserve">[29:39] </w:t>
      </w:r>
      <w:r>
        <w:t>nabiyon ke zariye jo hidayat aayi thi, woh groh bandi ke liye nahin thi.</w:t>
      </w:r>
    </w:p>
    <w:p>
      <w:pPr>
        <w:jc w:val="right"/>
      </w:pPr>
      <w:r>
        <w:t>نبیوں کے ذریعے جو ہدایت آئی تھی، وہ گروہ بندی کے لیے نہیں تھی۔</w:t>
      </w:r>
    </w:p>
    <w:p>
      <w:r>
        <w:rPr>
          <w:b/>
        </w:rPr>
        <w:t xml:space="preserve">[29:43] </w:t>
      </w:r>
      <w:r>
        <w:t>yeh baad ki groh bandiyan ho gayin, groh ban gaye.</w:t>
      </w:r>
    </w:p>
    <w:p>
      <w:pPr>
        <w:jc w:val="right"/>
      </w:pPr>
      <w:r>
        <w:t>یہ بعد کے گروہ بندیاں ہو گئیں، گروہ بن گئے۔</w:t>
      </w:r>
    </w:p>
    <w:p>
      <w:r>
        <w:rPr>
          <w:b/>
        </w:rPr>
        <w:t xml:space="preserve">[29:46] </w:t>
      </w:r>
      <w:r>
        <w:t>ek groh Musalmanon ka, ek groh Yahud ka, ek groh Isaiyon ka, ek groh Sabieen ka, jo ab</w:t>
      </w:r>
    </w:p>
    <w:p>
      <w:pPr>
        <w:jc w:val="right"/>
      </w:pPr>
      <w:r>
        <w:t>ایک گروہ مسلمانوں کا، ایک گروہ یہود کا، ایک گروہ عیسائیوں کا، ایک گروہ صابئین کا، جو اب</w:t>
      </w:r>
    </w:p>
    <w:p>
      <w:r>
        <w:rPr>
          <w:b/>
        </w:rPr>
        <w:t xml:space="preserve">[29:53] </w:t>
      </w:r>
      <w:r>
        <w:t>ghaliban dunya mein maujood nahin hain.</w:t>
      </w:r>
    </w:p>
    <w:p>
      <w:pPr>
        <w:jc w:val="right"/>
      </w:pPr>
      <w:r>
        <w:t>غالباً دنیا میں موجود نہیں ہیں۔</w:t>
      </w:r>
    </w:p>
    <w:p>
      <w:r>
        <w:rPr>
          <w:b/>
        </w:rPr>
        <w:t xml:space="preserve">[29:55] </w:t>
      </w:r>
      <w:r>
        <w:t>to yeh jo groh hain, to grohi</w:t>
      </w:r>
    </w:p>
    <w:p>
      <w:pPr>
        <w:jc w:val="right"/>
      </w:pPr>
      <w:r>
        <w:t>تو یہ جو گروہ ہیں، تو گروہی</w:t>
      </w:r>
    </w:p>
    <w:p>
      <w:r>
        <w:rPr>
          <w:b/>
        </w:rPr>
        <w:t xml:space="preserve">[30:00] </w:t>
      </w:r>
      <w:r>
        <w:t>nijat ki is mein tardeed hai.</w:t>
      </w:r>
    </w:p>
    <w:p>
      <w:pPr>
        <w:jc w:val="right"/>
      </w:pPr>
      <w:r>
        <w:t>نجات کی اس میں تردید ہے۔</w:t>
      </w:r>
    </w:p>
    <w:p>
      <w:r>
        <w:rPr>
          <w:b/>
        </w:rPr>
        <w:t xml:space="preserve">[30:04] </w:t>
      </w:r>
      <w:r>
        <w:t>is mein haqeeqat mein is ayat mein grohi nijat ki tardeed hai ke yeh groh musalmanon ka, un</w:t>
      </w:r>
    </w:p>
    <w:p>
      <w:pPr>
        <w:jc w:val="right"/>
      </w:pPr>
      <w:r>
        <w:t>اس میں حقیقت میں اس آیت میں گروہی نجات کی تردید ہے کہ یہ گروہ مسلمانوں کا، ان</w:t>
      </w:r>
    </w:p>
    <w:p>
      <w:r>
        <w:rPr>
          <w:b/>
        </w:rPr>
        <w:t xml:space="preserve">[30:11] </w:t>
      </w:r>
      <w:r>
        <w:t>ko bakhshish kar do.</w:t>
      </w:r>
    </w:p>
    <w:p>
      <w:pPr>
        <w:jc w:val="right"/>
      </w:pPr>
      <w:r>
        <w:t>کو بخشش کر دو۔</w:t>
      </w:r>
    </w:p>
    <w:p>
      <w:r>
        <w:rPr>
          <w:b/>
        </w:rPr>
        <w:t xml:space="preserve">[30:13] </w:t>
      </w:r>
      <w:r>
        <w:t>aisa nahi hai.</w:t>
      </w:r>
    </w:p>
    <w:p>
      <w:pPr>
        <w:jc w:val="right"/>
      </w:pPr>
      <w:r>
        <w:t>ایسا نہیں ہے۔</w:t>
      </w:r>
    </w:p>
    <w:p>
      <w:r>
        <w:rPr>
          <w:b/>
        </w:rPr>
        <w:t xml:space="preserve">[30:14] </w:t>
      </w:r>
      <w:r>
        <w:t>yeh groh banay hue hain.</w:t>
      </w:r>
    </w:p>
    <w:p>
      <w:pPr>
        <w:jc w:val="right"/>
      </w:pPr>
      <w:r>
        <w:t>یہ گروہ بنے ہوئے ہیں۔</w:t>
      </w:r>
    </w:p>
    <w:p>
      <w:r>
        <w:rPr>
          <w:b/>
        </w:rPr>
        <w:t xml:space="preserve">[30:16] </w:t>
      </w:r>
      <w:r>
        <w:t>in mein se koi groh aisa nahi hai ke groh hi groh hone ki buniyad par is ko</w:t>
      </w:r>
    </w:p>
    <w:p>
      <w:pPr>
        <w:jc w:val="right"/>
      </w:pPr>
      <w:r>
        <w:t>ان میں سے کوئی گروہ ایسا نہیں ہے کہ گروہ ہی گروہ ہونے کی بنیاد پر اس کو</w:t>
      </w:r>
    </w:p>
    <w:p>
      <w:r>
        <w:rPr>
          <w:b/>
        </w:rPr>
        <w:t xml:space="preserve">[30:22] </w:t>
      </w:r>
      <w:r>
        <w:t>bakhshish ho jaye.</w:t>
      </w:r>
    </w:p>
    <w:p>
      <w:pPr>
        <w:jc w:val="right"/>
      </w:pPr>
      <w:r>
        <w:t>بخشش ہو جائے۔</w:t>
      </w:r>
    </w:p>
    <w:p>
      <w:r>
        <w:rPr>
          <w:b/>
        </w:rPr>
        <w:t xml:space="preserve">[30:24] </w:t>
      </w:r>
      <w:r>
        <w:t>in grohon mein se dobara aisa hona chahiye ke woh afraad niklein jo sachay momin hon, sachay amal</w:t>
      </w:r>
    </w:p>
    <w:p>
      <w:pPr>
        <w:jc w:val="right"/>
      </w:pPr>
      <w:r>
        <w:t>ان گروہوں میں سے دوبارہ ایسا ہونا چاہیے کہ وہ افراد نکلیں جو سچے مومن ہوں، سچے عمل</w:t>
      </w:r>
    </w:p>
    <w:p>
      <w:r>
        <w:rPr>
          <w:b/>
        </w:rPr>
        <w:t xml:space="preserve">[30:31] </w:t>
      </w:r>
      <w:r>
        <w:t>saleh karne walay hon, Allah se darne walay hon.</w:t>
      </w:r>
    </w:p>
    <w:p>
      <w:pPr>
        <w:jc w:val="right"/>
      </w:pPr>
      <w:r>
        <w:t>صالح کرنے والے ہوں، اللہ سے ڈرنے والے ہوں۔</w:t>
      </w:r>
    </w:p>
    <w:p>
      <w:r>
        <w:rPr>
          <w:b/>
        </w:rPr>
        <w:t xml:space="preserve">[30:34] </w:t>
      </w:r>
      <w:r>
        <w:t>to is groh mein se jo afraad nikle, un ke liye nijat hai.</w:t>
      </w:r>
    </w:p>
    <w:p>
      <w:pPr>
        <w:jc w:val="right"/>
      </w:pPr>
      <w:r>
        <w:t>تو اس گروہ میں سے جو افراد نکلے، ان کے لیے نجات ہے۔</w:t>
      </w:r>
    </w:p>
    <w:p>
      <w:r>
        <w:rPr>
          <w:b/>
        </w:rPr>
        <w:t xml:space="preserve">[30:40] </w:t>
      </w:r>
      <w:r>
        <w:t>yani is ayat ka, is ayat mein jis baat ko kaha gaya hai, is ka is se bara</w:t>
      </w:r>
    </w:p>
    <w:p>
      <w:pPr>
        <w:jc w:val="right"/>
      </w:pPr>
      <w:r>
        <w:t>یعنی اس آیت کا، اس آیت میں جس بات کو کہا گیا ہے، اس کا اس سے بڑا</w:t>
      </w:r>
    </w:p>
    <w:p>
      <w:r>
        <w:rPr>
          <w:b/>
        </w:rPr>
        <w:t xml:space="preserve">[30:46] </w:t>
      </w:r>
      <w:r>
        <w:t>grohi nijat nahi hai, balkay infiradi nijat hai.</w:t>
      </w:r>
    </w:p>
    <w:p>
      <w:pPr>
        <w:jc w:val="right"/>
      </w:pPr>
      <w:r>
        <w:t>گروہی نجات نہیں ہے، بلکہ انفرادی نجات ہے۔</w:t>
      </w:r>
    </w:p>
    <w:p>
      <w:r>
        <w:rPr>
          <w:b/>
        </w:rPr>
        <w:t xml:space="preserve">[30:50] </w:t>
      </w:r>
      <w:r>
        <w:t>yeh bohat bari ghalat fehmi hai ke groh hone ke aitbar se nijat, yeh bilkul Allah ka tareeqa</w:t>
      </w:r>
    </w:p>
    <w:p>
      <w:pPr>
        <w:jc w:val="right"/>
      </w:pPr>
      <w:r>
        <w:t>یہ بہت بڑی غلط فہمی ہے کہ گروہ ہونے کے اعتبار سے نجات، یہ بالکل اللہ کا طریقہ</w:t>
      </w:r>
    </w:p>
    <w:p>
      <w:r>
        <w:rPr>
          <w:b/>
        </w:rPr>
        <w:t xml:space="preserve">[30:56] </w:t>
      </w:r>
      <w:r>
        <w:t>nahi hai. To is ayat mein haqeeqatan grohi nijat ki tardeed hai aur infiradi nijat ki taeed, tasdeeq</w:t>
      </w:r>
    </w:p>
    <w:p>
      <w:pPr>
        <w:jc w:val="right"/>
      </w:pPr>
      <w:r>
        <w:t>نہیں ہے۔ تو اس آیت میں حقیقتاً گروہی نجات کی تردید ہے اور انفرادی نجات کی تائید، تصدیق</w:t>
      </w:r>
    </w:p>
    <w:p>
      <w:r>
        <w:rPr>
          <w:b/>
        </w:rPr>
        <w:t xml:space="preserve">[31:07] </w:t>
      </w:r>
      <w:r>
        <w:t>hai. Yani yeh mukhtalif groh jo banay hue hain ke ek groh musalmanon ka hai, ek groh isaiyon</w:t>
      </w:r>
    </w:p>
    <w:p>
      <w:pPr>
        <w:jc w:val="right"/>
      </w:pPr>
      <w:r>
        <w:t>ہے۔ یعنی یہ مختلف گروہ جو بنے ہوئے ہیں کہ ایک گروہ مسلمانوں کا ہے، ایک گروہ عیسائیوں</w:t>
      </w:r>
    </w:p>
    <w:p>
      <w:r>
        <w:rPr>
          <w:b/>
        </w:rPr>
        <w:t xml:space="preserve">[31:11] </w:t>
      </w:r>
      <w:r>
        <w:t>ka hai, ek groh yahudiyon ka hai.</w:t>
      </w:r>
    </w:p>
    <w:p>
      <w:pPr>
        <w:jc w:val="right"/>
      </w:pPr>
      <w:r>
        <w:t>کا ہے، ایک گروہ یہودیوں کا ہے۔</w:t>
      </w:r>
    </w:p>
    <w:p>
      <w:r>
        <w:rPr>
          <w:b/>
        </w:rPr>
        <w:t xml:space="preserve">[31:13] </w:t>
      </w:r>
      <w:r>
        <w:t>to yeh un grohon ke mein jo afraad aisay niklein ge, jo fard aisay niklein ge, jo sacha</w:t>
      </w:r>
    </w:p>
    <w:p>
      <w:pPr>
        <w:jc w:val="right"/>
      </w:pPr>
      <w:r>
        <w:t>تو یہ ان گروہوں کے میں جو افراد ایسے نکلیں گے، جو فرد ایسے نکلیں گے، جو سچا</w:t>
      </w:r>
    </w:p>
    <w:p>
      <w:r>
        <w:rPr>
          <w:b/>
        </w:rPr>
        <w:t xml:space="preserve">[31:22] </w:t>
      </w:r>
      <w:r>
        <w:t>imaan jin ke andar paya jaye, jo amal saleh karein, jo Allah se darne walay hon, Allah se</w:t>
      </w:r>
    </w:p>
    <w:p>
      <w:pPr>
        <w:jc w:val="right"/>
      </w:pPr>
      <w:r>
        <w:t>ایمان جن کے اندر پایا جائے، جو عمل صالح کریں، جو اللہ سے ڈرنے والے ہوں، اللہ سے</w:t>
      </w:r>
    </w:p>
    <w:p>
      <w:r>
        <w:rPr>
          <w:b/>
        </w:rPr>
        <w:t xml:space="preserve">[31:31] </w:t>
      </w:r>
      <w:r>
        <w:t>sacha ta'alluq qaim karne walay hon, woh in afraad ki nijat hogi.</w:t>
      </w:r>
    </w:p>
    <w:p>
      <w:pPr>
        <w:jc w:val="right"/>
      </w:pPr>
      <w:r>
        <w:t>سچا تعلق قائم کرنے والے ہوں، وہ ان افراد کی نجات ہوگی۔</w:t>
      </w:r>
    </w:p>
    <w:p>
      <w:r>
        <w:rPr>
          <w:b/>
        </w:rPr>
        <w:t xml:space="preserve">[31:36] </w:t>
      </w:r>
      <w:r>
        <w:t>poore poore groh ke liye nijat hone wali nahi hai.</w:t>
      </w:r>
    </w:p>
    <w:p>
      <w:pPr>
        <w:jc w:val="right"/>
      </w:pPr>
      <w:r>
        <w:t>پورے پورے گروہ کے لیے نجات ہونے والی نہیں ہے۔</w:t>
      </w:r>
    </w:p>
    <w:p>
      <w:r>
        <w:rPr>
          <w:b/>
        </w:rPr>
        <w:t xml:space="preserve">[31:40] </w:t>
      </w:r>
      <w:r>
        <w:t>grohi, grohi buniyad par.</w:t>
      </w:r>
    </w:p>
    <w:p>
      <w:pPr>
        <w:jc w:val="right"/>
      </w:pPr>
      <w:r>
        <w:t>گروہی، گروہی بنیاد پر۔</w:t>
      </w:r>
    </w:p>
    <w:p>
      <w:r>
        <w:rPr>
          <w:b/>
        </w:rPr>
        <w:t xml:space="preserve">[31:44] </w:t>
      </w:r>
      <w:r>
        <w:t>wa iz akhazna misaqakum wa rafa'na fawqakum ut toor.</w:t>
      </w:r>
    </w:p>
    <w:p>
      <w:pPr>
        <w:jc w:val="right"/>
      </w:pPr>
      <w:r>
        <w:t>وَإِذْ أَخَذْنَا مِثَاقَكُمْ وَرَفَعْنَا فَوْقَكُمُ الطُّورَ.</w:t>
      </w:r>
    </w:p>
    <w:p>
      <w:r>
        <w:rPr>
          <w:b/>
        </w:rPr>
        <w:t xml:space="preserve">[31:48] </w:t>
      </w:r>
      <w:r>
        <w:t>acha, hum ne tum se misaq liya, ahad o peyman liya.</w:t>
      </w:r>
    </w:p>
    <w:p>
      <w:pPr>
        <w:jc w:val="right"/>
      </w:pPr>
      <w:r>
        <w:t>اچھا، ہم نے تم سے میثاق لیا، عہد و پیمان لیا۔</w:t>
      </w:r>
    </w:p>
    <w:p>
      <w:r>
        <w:rPr>
          <w:b/>
        </w:rPr>
        <w:t xml:space="preserve">[31:53] </w:t>
      </w:r>
      <w:r>
        <w:t>wa rafa'na fawqakum ut toor.</w:t>
      </w:r>
    </w:p>
    <w:p>
      <w:pPr>
        <w:jc w:val="right"/>
      </w:pPr>
      <w:r>
        <w:t>وَرَفَعْنَا فَوْقَكُمُ الطُّورَ.</w:t>
      </w:r>
    </w:p>
    <w:p>
      <w:r>
        <w:rPr>
          <w:b/>
        </w:rPr>
        <w:t xml:space="preserve">[31:55] </w:t>
      </w:r>
      <w:r>
        <w:t>aur toor pahaar ko tumharay oopar uthaya.</w:t>
      </w:r>
    </w:p>
    <w:p>
      <w:pPr>
        <w:jc w:val="right"/>
      </w:pPr>
      <w:r>
        <w:t>اور طور پہاڑ کو تمہارے اوپر اٹھایا۔</w:t>
      </w:r>
    </w:p>
    <w:p>
      <w:r>
        <w:rPr>
          <w:b/>
        </w:rPr>
        <w:t xml:space="preserve">[31:59] </w:t>
      </w:r>
      <w:r>
        <w:t>khudhu ma atainakum bi quwwatin.</w:t>
      </w:r>
    </w:p>
    <w:p>
      <w:pPr>
        <w:jc w:val="right"/>
      </w:pPr>
      <w:r>
        <w:t>خُذُوا مَا أَعْطَيْنَاكُمْ بِقُوَّةٍ.</w:t>
      </w:r>
    </w:p>
    <w:p>
      <w:r>
        <w:rPr>
          <w:b/>
        </w:rPr>
        <w:t xml:space="preserve">[32:02] </w:t>
      </w:r>
      <w:r>
        <w:t>jo hum de rahe hain tum ko, yaani torat, us ko pakro achhe tareeqe se.</w:t>
      </w:r>
    </w:p>
    <w:p>
      <w:pPr>
        <w:jc w:val="right"/>
      </w:pPr>
      <w:r>
        <w:t>جو ہم دے رہے ہیں تم کو، یعنی تورات، اس کو پکڑو اچھے طریقے سے۔</w:t>
      </w:r>
    </w:p>
    <w:p>
      <w:r>
        <w:rPr>
          <w:b/>
        </w:rPr>
        <w:t xml:space="preserve">[32:08] </w:t>
      </w:r>
      <w:r>
        <w:t>wazkuru ma fihi la allakum tattaqun.</w:t>
      </w:r>
    </w:p>
    <w:p>
      <w:pPr>
        <w:jc w:val="right"/>
      </w:pPr>
      <w:r>
        <w:t>وَاذْكُرُوا مَا فِيهِ لَعَلَّكُمْ تَتَّقُونَ.</w:t>
      </w:r>
    </w:p>
    <w:p>
      <w:r>
        <w:rPr>
          <w:b/>
        </w:rPr>
        <w:t xml:space="preserve">[32:12] </w:t>
      </w:r>
      <w:r>
        <w:t>haan, aur jo is mein hai, jo ahkam, us ki taameel karo taake tum muttaqi bano, taake tum</w:t>
      </w:r>
    </w:p>
    <w:p>
      <w:pPr>
        <w:jc w:val="right"/>
      </w:pPr>
      <w:r>
        <w:t>ہاں، اور جو اس میں ہے، جو احکام، اس کی تعمیل کرو تاکہ تم متقی بنو، تاکہ تم</w:t>
      </w:r>
    </w:p>
    <w:p>
      <w:r>
        <w:rPr>
          <w:b/>
        </w:rPr>
        <w:t xml:space="preserve">[32:18] </w:t>
      </w:r>
      <w:r>
        <w:t>taqwa wale bano.</w:t>
      </w:r>
    </w:p>
    <w:p>
      <w:pPr>
        <w:jc w:val="right"/>
      </w:pPr>
      <w:r>
        <w:t>تقویٰ والے بنو۔</w:t>
      </w:r>
    </w:p>
    <w:p>
      <w:r>
        <w:rPr>
          <w:b/>
        </w:rPr>
        <w:t xml:space="preserve">[32:20] </w:t>
      </w:r>
      <w:r>
        <w:t>to yeh waqea wahi hai, yeh do waqea nahi hai jo is ka zikr pehle aa chuka hai.</w:t>
      </w:r>
    </w:p>
    <w:p>
      <w:pPr>
        <w:jc w:val="right"/>
      </w:pPr>
      <w:r>
        <w:t>تو یہ واقعہ وہی ہے، یہ دو واقعہ نہیں ہے جو اس کا ذکر پہلے آ چکا ہے۔</w:t>
      </w:r>
    </w:p>
    <w:p>
      <w:r>
        <w:rPr>
          <w:b/>
        </w:rPr>
        <w:t xml:space="preserve">[32:26] </w:t>
      </w:r>
      <w:r>
        <w:t>yaani Allah taala ne un se ahad o paiman liya tha, bahut si halaat aise paida kar ke,</w:t>
      </w:r>
    </w:p>
    <w:p>
      <w:pPr>
        <w:jc w:val="right"/>
      </w:pPr>
      <w:r>
        <w:t>یعنی اللہ تعالی نے ان سے عہد و پیمان لیا تھا، بہت سی حالات ایسے پیدا کر کے،</w:t>
      </w:r>
    </w:p>
    <w:p>
      <w:r>
        <w:rPr>
          <w:b/>
        </w:rPr>
        <w:t xml:space="preserve">[32:31] </w:t>
      </w:r>
      <w:r>
        <w:t>yaani kuch hebaatnak halaat the ke pahad jhuka hua tha, garaj chamak ho rahi thi, Moosa wahan</w:t>
      </w:r>
    </w:p>
    <w:p>
      <w:pPr>
        <w:jc w:val="right"/>
      </w:pPr>
      <w:r>
        <w:t>یعنی کچھ ہیبت ناک حالات تھے کہ پہاڑ جھکا ہوا تھا، گرج چمک ہو رہی تھی، موسیٰ وہاں</w:t>
      </w:r>
    </w:p>
    <w:p>
      <w:r>
        <w:rPr>
          <w:b/>
        </w:rPr>
        <w:t xml:space="preserve">[32:39] </w:t>
      </w:r>
      <w:r>
        <w:t>the. Is in halaat mein un se ahad o paiman liya gaya.</w:t>
      </w:r>
    </w:p>
    <w:p>
      <w:pPr>
        <w:jc w:val="right"/>
      </w:pPr>
      <w:r>
        <w:t>تھے۔ اس ان حالات میں ان سے عہد و پیمان لیا گیا۔</w:t>
      </w:r>
    </w:p>
    <w:p>
      <w:r>
        <w:rPr>
          <w:b/>
        </w:rPr>
        <w:t xml:space="preserve">[32:43] </w:t>
      </w:r>
      <w:r>
        <w:t>is is torat par,</w:t>
      </w:r>
    </w:p>
    <w:p>
      <w:pPr>
        <w:jc w:val="right"/>
      </w:pPr>
      <w:r>
        <w:t>اس اس تورات پر،</w:t>
      </w:r>
    </w:p>
    <w:p>
      <w:r>
        <w:rPr>
          <w:b/>
        </w:rPr>
        <w:t xml:space="preserve">[32:46] </w:t>
      </w:r>
      <w:r>
        <w:t>yaani wahi cheez jo Quran mein hai, ittisamu bi hablillah.</w:t>
      </w:r>
    </w:p>
    <w:p>
      <w:pPr>
        <w:jc w:val="right"/>
      </w:pPr>
      <w:r>
        <w:t>یعنی وہی چیز جو قرآن میں ہے، اِتِّسَامُ بِهَبْلِ اللَّهِ.</w:t>
      </w:r>
    </w:p>
    <w:p>
      <w:r>
        <w:rPr>
          <w:b/>
        </w:rPr>
        <w:t xml:space="preserve">[32:49] </w:t>
      </w:r>
      <w:r>
        <w:t>us ko tum pakro ge aur us par amal karo ge.</w:t>
      </w:r>
    </w:p>
    <w:p>
      <w:pPr>
        <w:jc w:val="right"/>
      </w:pPr>
      <w:r>
        <w:t>اس کو تم پکڑو گے اور اس پر عمل کرو گے۔</w:t>
      </w:r>
    </w:p>
    <w:p>
      <w:r>
        <w:rPr>
          <w:b/>
        </w:rPr>
        <w:t xml:space="preserve">[32:54] </w:t>
      </w:r>
      <w:r>
        <w:t>to unhone iqrar kiya ke haan, hum aisa karein ge.</w:t>
      </w:r>
    </w:p>
    <w:p>
      <w:pPr>
        <w:jc w:val="right"/>
      </w:pPr>
      <w:r>
        <w:t>تو انہوں نے اقرار کیا کہ ہاں، ہم ایسا کریں گے۔</w:t>
      </w:r>
    </w:p>
    <w:p>
      <w:r>
        <w:rPr>
          <w:b/>
        </w:rPr>
        <w:t xml:space="preserve">[33:00] </w:t>
      </w:r>
      <w:r>
        <w:t>thumma tawallaytum min ba'di zhalik.</w:t>
      </w:r>
    </w:p>
    <w:p>
      <w:pPr>
        <w:jc w:val="right"/>
      </w:pPr>
      <w:r>
        <w:t>ثُمَّ تَوَلَّيْتُمْ مِنْ بَعْدِ ذَلِكَ.</w:t>
      </w:r>
    </w:p>
    <w:p>
      <w:r>
        <w:rPr>
          <w:b/>
        </w:rPr>
        <w:t xml:space="preserve">[33:02] </w:t>
      </w:r>
      <w:r>
        <w:t>phir tum phir gaye is ke baad.</w:t>
      </w:r>
    </w:p>
    <w:p>
      <w:pPr>
        <w:jc w:val="right"/>
      </w:pPr>
      <w:r>
        <w:t>پھر تم پھر گئے اس کے بعد۔</w:t>
      </w:r>
    </w:p>
    <w:p>
      <w:r>
        <w:rPr>
          <w:b/>
        </w:rPr>
        <w:t xml:space="preserve">[33:05] </w:t>
      </w:r>
      <w:r>
        <w:t>falawla fadlullahi alaykum wa rahmatuhu lakuntum minal khasi'rin.</w:t>
      </w:r>
    </w:p>
    <w:p>
      <w:pPr>
        <w:jc w:val="right"/>
      </w:pPr>
      <w:r>
        <w:t>فَلَوْلَا فَضْلُ اللَّهِ عَلَيْكُمْ وَرَحْمَتُهُ لَكُنْتُمْ مِنَ الْخَاسِرِينَ.</w:t>
      </w:r>
    </w:p>
    <w:p>
      <w:r>
        <w:rPr>
          <w:b/>
        </w:rPr>
        <w:t xml:space="preserve">[33:09] </w:t>
      </w:r>
      <w:r>
        <w:t>to Allah ka fazl agar tumhare upar na hota, tum ghaate wale ban jaate.</w:t>
      </w:r>
    </w:p>
    <w:p>
      <w:pPr>
        <w:jc w:val="right"/>
      </w:pPr>
      <w:r>
        <w:t>تو اللہ کا فضل اگر تمہارے اوپر نہ ہوتا، تم گھاٹے والے بن جاتے۔</w:t>
      </w:r>
    </w:p>
    <w:p>
      <w:r>
        <w:rPr>
          <w:b/>
        </w:rPr>
        <w:t xml:space="preserve">[33:14] </w:t>
      </w:r>
      <w:r>
        <w:t>yahan bhi dekhiye, yeh baat kahi gayi ummat e muslema ki tanbeeh ke liye.</w:t>
      </w:r>
    </w:p>
    <w:p>
      <w:pPr>
        <w:jc w:val="right"/>
      </w:pPr>
      <w:r>
        <w:t>یہاں بھی دیکھیے، یہ بات کہی گئی امت مسلمہ کی تنبیہ کے لیے۔</w:t>
      </w:r>
    </w:p>
    <w:p>
      <w:r>
        <w:rPr>
          <w:b/>
        </w:rPr>
        <w:t xml:space="preserve">[33:19] </w:t>
      </w:r>
      <w:r>
        <w:t>yeh jo waqea pesh aaya yahood ke sath, to tumhare sath bhi pesh aa sakta hai agar tum</w:t>
      </w:r>
    </w:p>
    <w:p>
      <w:pPr>
        <w:jc w:val="right"/>
      </w:pPr>
      <w:r>
        <w:t>یہ جو واقعہ پیش آیا یہود کے ساتھ، تو تمہارے ساتھ بھی پیش آ سکتا ہے اگر تم</w:t>
      </w:r>
    </w:p>
    <w:p>
      <w:r>
        <w:rPr>
          <w:b/>
        </w:rPr>
        <w:t xml:space="preserve">[33:26] </w:t>
      </w:r>
      <w:r>
        <w:t>ahad o paiman par qaim na raho.</w:t>
      </w:r>
    </w:p>
    <w:p>
      <w:pPr>
        <w:jc w:val="right"/>
      </w:pPr>
      <w:r>
        <w:t>عہد و پیمان پر قائم نہ رہو۔</w:t>
      </w:r>
    </w:p>
    <w:p>
      <w:r>
        <w:rPr>
          <w:b/>
        </w:rPr>
        <w:t xml:space="preserve">[33:28] </w:t>
      </w:r>
      <w:r>
        <w:t>yaani tum ko wahi cheez Quran ke de kar ki gayi hai.</w:t>
      </w:r>
    </w:p>
    <w:p>
      <w:pPr>
        <w:jc w:val="right"/>
      </w:pPr>
      <w:r>
        <w:t>یعنی تم کو وہی چیز قرآن کے دے کر کی گئی ہے۔</w:t>
      </w:r>
    </w:p>
    <w:p>
      <w:r>
        <w:rPr>
          <w:b/>
        </w:rPr>
        <w:t xml:space="preserve">[33:34] </w:t>
      </w:r>
      <w:r>
        <w:t>un ko torat di gayi thi aur ahad diya gaya tha.</w:t>
      </w:r>
    </w:p>
    <w:p>
      <w:pPr>
        <w:jc w:val="right"/>
      </w:pPr>
      <w:r>
        <w:t>ان کو تورات دی گئی تھی اور عہد دیا گیا تھا۔</w:t>
      </w:r>
    </w:p>
    <w:p>
      <w:r>
        <w:rPr>
          <w:b/>
        </w:rPr>
        <w:t xml:space="preserve">[33:37] </w:t>
      </w:r>
      <w:r>
        <w:t>ab Quran tum ko de kar tum se ahad liya ja raha hai ke tum Quran, jis ko</w:t>
      </w:r>
    </w:p>
    <w:p>
      <w:pPr>
        <w:jc w:val="right"/>
      </w:pPr>
      <w:r>
        <w:t>اب قرآن تم کو دے کر تم سے عہد لیا جا رہا ہے کہ تم قرآن، جس کو</w:t>
      </w:r>
    </w:p>
    <w:p>
      <w:r>
        <w:rPr>
          <w:b/>
        </w:rPr>
        <w:t xml:space="preserve">[33:44] </w:t>
      </w:r>
      <w:r>
        <w:t>Quran mein kaha gaya, ittisamu</w:t>
      </w:r>
    </w:p>
    <w:p>
      <w:pPr>
        <w:jc w:val="right"/>
      </w:pPr>
      <w:r>
        <w:t>قرآن میں کہا گیا، اِتِّسَامُ</w:t>
      </w:r>
    </w:p>
    <w:p>
      <w:r>
        <w:rPr>
          <w:b/>
        </w:rPr>
        <w:t xml:space="preserve">[33:47] </w:t>
      </w:r>
      <w:r>
        <w:t>billah yaani us ko pakar lena, us par amal karna, us ko kabhi na chhodna, us ke taqazon</w:t>
      </w:r>
    </w:p>
    <w:p>
      <w:pPr>
        <w:jc w:val="right"/>
      </w:pPr>
      <w:r>
        <w:t>بِاللَّهِ یعنی اس کو پکڑ لینا، اس پر عمل کرنا، اس کو کبھی نہ چھوڑنا، اس کے تقاضوں</w:t>
      </w:r>
    </w:p>
    <w:p>
      <w:r>
        <w:rPr>
          <w:b/>
        </w:rPr>
        <w:t xml:space="preserve">[33:53] </w:t>
      </w:r>
      <w:r>
        <w:t>ko pura karna, yeh tum ko karte rehna hai.</w:t>
      </w:r>
    </w:p>
    <w:p>
      <w:pPr>
        <w:jc w:val="right"/>
      </w:pPr>
      <w:r>
        <w:t>کو پورا کرنا، یہ تم کو کرتے رہنا ہے۔</w:t>
      </w:r>
    </w:p>
    <w:p>
      <w:r>
        <w:rPr>
          <w:b/>
        </w:rPr>
        <w:t xml:space="preserve">[33:55] </w:t>
      </w:r>
      <w:r>
        <w:t>agar tum aisa nahi karoge to tumhara bhi anjam wahi hoga jo yahood ka anjam hua.</w:t>
      </w:r>
    </w:p>
    <w:p>
      <w:pPr>
        <w:jc w:val="right"/>
      </w:pPr>
      <w:r>
        <w:t>اگر تم ایسا نہیں کرو گے تو تمہارا بھی انجام وہی ہوگا جو یہود کا انجام ہوا۔</w:t>
      </w:r>
    </w:p>
    <w:p>
      <w:r>
        <w:rPr>
          <w:b/>
        </w:rPr>
        <w:t xml:space="preserve">[34:02] </w:t>
      </w:r>
      <w:r>
        <w:t>walahad alamtumulladhina atadaw minkum fis sabt.</w:t>
      </w:r>
    </w:p>
    <w:p>
      <w:pPr>
        <w:jc w:val="right"/>
      </w:pPr>
      <w:r>
        <w:t>وَلَقَدْ عَلِمْتُمُ الَّذِينَ عَتَدَوْا مِنْكُمْ فِي السَّبْطِ.</w:t>
      </w:r>
    </w:p>
    <w:p>
      <w:r>
        <w:rPr>
          <w:b/>
        </w:rPr>
        <w:t xml:space="preserve">[34:06] </w:t>
      </w:r>
      <w:r>
        <w:t>ab yahan sabt ka zikr hai</w:t>
      </w:r>
    </w:p>
    <w:p>
      <w:pPr>
        <w:jc w:val="right"/>
      </w:pPr>
      <w:r>
        <w:t>اب یہاں سبط کا ذکر ہے</w:t>
      </w:r>
    </w:p>
    <w:p>
      <w:r>
        <w:rPr>
          <w:b/>
        </w:rPr>
        <w:t xml:space="preserve">[34:09] </w:t>
      </w:r>
      <w:r>
        <w:t>ke tum ko maloom ho, un logon ka hal jinhon ne sabt ke qanoon ko toda.</w:t>
      </w:r>
    </w:p>
    <w:p>
      <w:pPr>
        <w:jc w:val="right"/>
      </w:pPr>
      <w:r>
        <w:t>کہ تم کو معلوم ہو، ان لوگوں کا حال جنہوں نے سبط کے قانون کو توڑا۔</w:t>
      </w:r>
    </w:p>
    <w:p>
      <w:r>
        <w:rPr>
          <w:b/>
        </w:rPr>
        <w:t xml:space="preserve">[34:16] </w:t>
      </w:r>
      <w:r>
        <w:t>faqulna lahum kunu qiradatan khasiin.</w:t>
      </w:r>
    </w:p>
    <w:p>
      <w:pPr>
        <w:jc w:val="right"/>
      </w:pPr>
      <w:r>
        <w:t>فَقُلْنَا لَهُمْ كُونُوا قِرَضَةً خَاسِئِينَ.</w:t>
      </w:r>
    </w:p>
    <w:p>
      <w:r>
        <w:rPr>
          <w:b/>
        </w:rPr>
        <w:t xml:space="preserve">[34:19] </w:t>
      </w:r>
      <w:r>
        <w:t>hum ne kaha ke tum qarzah ban jao, bandar ban jao.</w:t>
      </w:r>
    </w:p>
    <w:p>
      <w:pPr>
        <w:jc w:val="right"/>
      </w:pPr>
      <w:r>
        <w:t>ہم نے کہا کہ تم قرضہ بن جاؤ، بندر بن جاؤ۔</w:t>
      </w:r>
    </w:p>
    <w:p>
      <w:r>
        <w:rPr>
          <w:b/>
        </w:rPr>
        <w:t xml:space="preserve">[34:24] </w:t>
      </w:r>
      <w:r>
        <w:t>khasiin. khasiin, zaleel bandar.</w:t>
      </w:r>
    </w:p>
    <w:p>
      <w:pPr>
        <w:jc w:val="right"/>
      </w:pPr>
      <w:r>
        <w:t>خَاسِئِينَ. خاسئین، ذلیل بندر۔</w:t>
      </w:r>
    </w:p>
    <w:p>
      <w:r>
        <w:rPr>
          <w:b/>
        </w:rPr>
        <w:t xml:space="preserve">[34:29] </w:t>
      </w:r>
      <w:r>
        <w:t>fajalnaha nakalan lima baina yadayha wama khalfaha.</w:t>
      </w:r>
    </w:p>
    <w:p>
      <w:pPr>
        <w:jc w:val="right"/>
      </w:pPr>
      <w:r>
        <w:t>فَجَعَلْنَاهَا نَكَالًا لِّمَا بَيْنَ يَدَيْهَا وَمَا خَلَفَهُمْ.</w:t>
      </w:r>
    </w:p>
    <w:p>
      <w:r>
        <w:rPr>
          <w:b/>
        </w:rPr>
        <w:t xml:space="preserve">[34:32] </w:t>
      </w:r>
      <w:r>
        <w:t>yeh bana diya hum ne</w:t>
      </w:r>
    </w:p>
    <w:p>
      <w:pPr>
        <w:jc w:val="right"/>
      </w:pPr>
      <w:r>
        <w:t>یہ بنا دیا ہم نے</w:t>
      </w:r>
    </w:p>
    <w:p>
      <w:r>
        <w:rPr>
          <w:b/>
        </w:rPr>
        <w:t xml:space="preserve">[34:35] </w:t>
      </w:r>
      <w:r>
        <w:t>naseehat baad walon ke liye.</w:t>
      </w:r>
    </w:p>
    <w:p>
      <w:pPr>
        <w:jc w:val="right"/>
      </w:pPr>
      <w:r>
        <w:t>نصیحت بعد والوں کے لیے۔</w:t>
      </w:r>
    </w:p>
    <w:p>
      <w:r>
        <w:rPr>
          <w:b/>
        </w:rPr>
        <w:t xml:space="preserve">[34:38] </w:t>
      </w:r>
      <w:r>
        <w:t>wama khalfaha wamuizzatan lilmuttaqin.</w:t>
      </w:r>
    </w:p>
    <w:p>
      <w:pPr>
        <w:jc w:val="right"/>
      </w:pPr>
      <w:r>
        <w:t>وَمَا خَلْفَهَا وَمُعِزَّةً لِّلْمُتَّقِينَ.</w:t>
      </w:r>
    </w:p>
    <w:p>
      <w:r>
        <w:rPr>
          <w:b/>
        </w:rPr>
        <w:t xml:space="preserve">[34:43] </w:t>
      </w:r>
      <w:r>
        <w:t>aur baad walon ke liye ke is waqe se baad walon ko naseehat ho aur woh naseehat len</w:t>
      </w:r>
    </w:p>
    <w:p>
      <w:pPr>
        <w:jc w:val="right"/>
      </w:pPr>
      <w:r>
        <w:t>اور بعد والوں کے لیے کہ اس واقعے سے بعد والوں کو نصیحت ہو اور وہ نصیحت لیں</w:t>
      </w:r>
    </w:p>
    <w:p>
      <w:r>
        <w:rPr>
          <w:b/>
        </w:rPr>
        <w:t xml:space="preserve">[34:50] </w:t>
      </w:r>
      <w:r>
        <w:t>aur Allah se muttaqi bankar rahen.</w:t>
      </w:r>
    </w:p>
    <w:p>
      <w:pPr>
        <w:jc w:val="right"/>
      </w:pPr>
      <w:r>
        <w:t>اور اللہ سے متقی بن کر رہیں۔</w:t>
      </w:r>
    </w:p>
    <w:p>
      <w:r>
        <w:rPr>
          <w:b/>
        </w:rPr>
        <w:t xml:space="preserve">[34:54] </w:t>
      </w:r>
      <w:r>
        <w:t>yahan yeh yahood ke ek waqe ka zikr hai.</w:t>
      </w:r>
    </w:p>
    <w:p>
      <w:pPr>
        <w:jc w:val="right"/>
      </w:pPr>
      <w:r>
        <w:t>یہاں یہ یہود کے ایک واقعے کا ذکر ہے۔</w:t>
      </w:r>
    </w:p>
    <w:p>
      <w:r>
        <w:rPr>
          <w:b/>
        </w:rPr>
        <w:t xml:space="preserve">[34:59] </w:t>
      </w:r>
      <w:r>
        <w:t>yahood ka ek qanoon tha ke sabt, sabt ka saturday, yani sanchar ka din.</w:t>
      </w:r>
    </w:p>
    <w:p>
      <w:pPr>
        <w:jc w:val="right"/>
      </w:pPr>
      <w:r>
        <w:t>یہود کا ایک قانون تھا کہ سبت، سبت کا سٹرڈے، یعنی سینچر کا دن۔</w:t>
      </w:r>
    </w:p>
    <w:p>
      <w:r>
        <w:rPr>
          <w:b/>
        </w:rPr>
        <w:t xml:space="preserve">[35:05] </w:t>
      </w:r>
      <w:r>
        <w:t>to un ke liye yeh tha ke</w:t>
      </w:r>
    </w:p>
    <w:p>
      <w:pPr>
        <w:jc w:val="right"/>
      </w:pPr>
      <w:r>
        <w:t>تو ان کے لیے یہ تھا کہ</w:t>
      </w:r>
    </w:p>
    <w:p>
      <w:r>
        <w:rPr>
          <w:b/>
        </w:rPr>
        <w:t xml:space="preserve">[35:08] </w:t>
      </w:r>
      <w:r>
        <w:t>saturday ko, yani sabt ko, pura din ibadat mein guzaren.</w:t>
      </w:r>
    </w:p>
    <w:p>
      <w:pPr>
        <w:jc w:val="right"/>
      </w:pPr>
      <w:r>
        <w:t>سٹرڈے کو، یعنی سبت کو، پورا دن عبادت میں گزاریں۔</w:t>
      </w:r>
    </w:p>
    <w:p>
      <w:r>
        <w:rPr>
          <w:b/>
        </w:rPr>
        <w:t xml:space="preserve">[35:13] </w:t>
      </w:r>
      <w:r>
        <w:t>is din koi kaam na karen, yani koi maashi kaam is din na karen, balkeh pura din ibadat</w:t>
      </w:r>
    </w:p>
    <w:p>
      <w:pPr>
        <w:jc w:val="right"/>
      </w:pPr>
      <w:r>
        <w:t>اس دن کوئی کام نہ کریں، یعنی کوئی معاشی کام اس دن نہ کریں، بلکہ پورا دن عبادت</w:t>
      </w:r>
    </w:p>
    <w:p>
      <w:r>
        <w:rPr>
          <w:b/>
        </w:rPr>
        <w:t xml:space="preserve">[35:18] </w:t>
      </w:r>
      <w:r>
        <w:t>mein, torah ko parhne mein lagen.</w:t>
      </w:r>
    </w:p>
    <w:p>
      <w:pPr>
        <w:jc w:val="right"/>
      </w:pPr>
      <w:r>
        <w:t>میں، تورات کو پڑھنے میں لگائیں۔</w:t>
      </w:r>
    </w:p>
    <w:p>
      <w:r>
        <w:rPr>
          <w:b/>
        </w:rPr>
        <w:t xml:space="preserve">[35:22] </w:t>
      </w:r>
      <w:r>
        <w:t>to is mein logon ne bohat zyada,</w:t>
      </w:r>
    </w:p>
    <w:p>
      <w:pPr>
        <w:jc w:val="right"/>
      </w:pPr>
      <w:r>
        <w:t>تو اس میں لوگوں نے بہت زیادہ،</w:t>
      </w:r>
    </w:p>
    <w:p>
      <w:r>
        <w:rPr>
          <w:b/>
        </w:rPr>
        <w:t xml:space="preserve">[35:29] </w:t>
      </w:r>
      <w:r>
        <w:t>yani sarkashi ki.</w:t>
      </w:r>
    </w:p>
    <w:p>
      <w:pPr>
        <w:jc w:val="right"/>
      </w:pPr>
      <w:r>
        <w:t>یعنی سرکشی کی۔</w:t>
      </w:r>
    </w:p>
    <w:p>
      <w:r>
        <w:rPr>
          <w:b/>
        </w:rPr>
        <w:t xml:space="preserve">[35:32] </w:t>
      </w:r>
      <w:r>
        <w:t>iska zikr quran mein doosre maqam par hai ke unhon ne sarkashi ki aur ibadat, sabt ke</w:t>
      </w:r>
    </w:p>
    <w:p>
      <w:pPr>
        <w:jc w:val="right"/>
      </w:pPr>
      <w:r>
        <w:t>اس کا ذکر قرآن میں دوسرے مقام پر ہے کہ انہوں نے سرکشی کی اور عبادت، سبت کے</w:t>
      </w:r>
    </w:p>
    <w:p>
      <w:r>
        <w:rPr>
          <w:b/>
        </w:rPr>
        <w:t xml:space="preserve">[35:37] </w:t>
      </w:r>
      <w:r>
        <w:t>qanoon ko toda.</w:t>
      </w:r>
    </w:p>
    <w:p>
      <w:pPr>
        <w:jc w:val="right"/>
      </w:pPr>
      <w:r>
        <w:t>قانون کو توڑا۔</w:t>
      </w:r>
    </w:p>
    <w:p>
      <w:r>
        <w:rPr>
          <w:b/>
        </w:rPr>
        <w:t xml:space="preserve">[35:39] </w:t>
      </w:r>
      <w:r>
        <w:t>to Allah ne kaha ke tum badar ban jao.</w:t>
      </w:r>
    </w:p>
    <w:p>
      <w:pPr>
        <w:jc w:val="right"/>
      </w:pPr>
      <w:r>
        <w:t>تو اللہ نے کہا کہ تم بدر بن جاؤ۔</w:t>
      </w:r>
    </w:p>
    <w:p>
      <w:r>
        <w:rPr>
          <w:b/>
        </w:rPr>
        <w:t xml:space="preserve">[35:43] </w:t>
      </w:r>
      <w:r>
        <w:t>to yeh bhi ummat e muslema ke liye tanbeeh ke taur par hai.</w:t>
      </w:r>
    </w:p>
    <w:p>
      <w:pPr>
        <w:jc w:val="right"/>
      </w:pPr>
      <w:r>
        <w:t>تو یہ بھی امت مسلمہ کے لیے تنبیہ کے طور پر ہے۔</w:t>
      </w:r>
    </w:p>
    <w:p>
      <w:r>
        <w:rPr>
          <w:b/>
        </w:rPr>
        <w:t xml:space="preserve">[35:47] </w:t>
      </w:r>
      <w:r>
        <w:t>dekhen, bandar banne ka matlab yeh nahi hai ke woh sach much bandar ban diye gaye thay.</w:t>
      </w:r>
    </w:p>
    <w:p>
      <w:pPr>
        <w:jc w:val="right"/>
      </w:pPr>
      <w:r>
        <w:t>دیکھیں، بندر بننے کا معنی یہ نہیں ہے کہ وہ سچ مچ بندر بن دیے گئے تھے۔</w:t>
      </w:r>
    </w:p>
    <w:p>
      <w:r>
        <w:rPr>
          <w:b/>
        </w:rPr>
        <w:t xml:space="preserve">[35:51] </w:t>
      </w:r>
      <w:r>
        <w:t>iska matlab hai bandar sifat ban jao, yani haiwan sifat,</w:t>
      </w:r>
    </w:p>
    <w:p>
      <w:pPr>
        <w:jc w:val="right"/>
      </w:pPr>
      <w:r>
        <w:t>اس کا مطلب ہے بندر صفت بن جاؤ، یعنی حیوان صفت،</w:t>
      </w:r>
    </w:p>
    <w:p>
      <w:r>
        <w:rPr>
          <w:b/>
        </w:rPr>
        <w:t xml:space="preserve">[35:57] </w:t>
      </w:r>
      <w:r>
        <w:t>haiwan sifat ban jao.</w:t>
      </w:r>
    </w:p>
    <w:p>
      <w:pPr>
        <w:jc w:val="right"/>
      </w:pPr>
      <w:r>
        <w:t>حیوان صفت بن جاؤ۔</w:t>
      </w:r>
    </w:p>
    <w:p>
      <w:r>
        <w:rPr>
          <w:b/>
        </w:rPr>
        <w:t xml:space="preserve">[35:58] </w:t>
      </w:r>
      <w:r>
        <w:t>yani insani sifat tumhare, tum se cheen li jayengi.</w:t>
      </w:r>
    </w:p>
    <w:p>
      <w:pPr>
        <w:jc w:val="right"/>
      </w:pPr>
      <w:r>
        <w:t>یعنی انسانی صفات تمہارے، تم سے چھین لی جائیں گی۔</w:t>
      </w:r>
    </w:p>
    <w:p>
      <w:r>
        <w:rPr>
          <w:b/>
        </w:rPr>
        <w:t xml:space="preserve">[36:04] </w:t>
      </w:r>
      <w:r>
        <w:t>hewani sifat tumhare andar paida ho jayengi.</w:t>
      </w:r>
    </w:p>
    <w:p>
      <w:pPr>
        <w:jc w:val="right"/>
      </w:pPr>
      <w:r>
        <w:t>حیوانی صفات تمہارے اندر پیدا ہو جائیں گی۔</w:t>
      </w:r>
    </w:p>
    <w:p>
      <w:r>
        <w:rPr>
          <w:b/>
        </w:rPr>
        <w:t xml:space="preserve">[36:07] </w:t>
      </w:r>
      <w:r>
        <w:t>to is tarah ka amal agar baad ki ummat kare to usko bhi isi qism ki saza</w:t>
      </w:r>
    </w:p>
    <w:p>
      <w:pPr>
        <w:jc w:val="right"/>
      </w:pPr>
      <w:r>
        <w:t>تو اس طرح کا فعل اگر بعد کی امت کرے تو اس کو بھی اسی قسم کی سزا</w:t>
      </w:r>
    </w:p>
    <w:p>
      <w:r>
        <w:rPr>
          <w:b/>
        </w:rPr>
        <w:t xml:space="preserve">[36:16] </w:t>
      </w:r>
      <w:r>
        <w:t>bhugtna padega.</w:t>
      </w:r>
    </w:p>
    <w:p>
      <w:pPr>
        <w:jc w:val="right"/>
      </w:pPr>
      <w:r>
        <w:t>بھگتنا پڑے گا۔</w:t>
      </w:r>
    </w:p>
    <w:p>
      <w:r>
        <w:rPr>
          <w:b/>
        </w:rPr>
        <w:t xml:space="preserve">[36:17] </w:t>
      </w:r>
      <w:r>
        <w:t>is matlab mein nahi ke woh sach much bandar ban jayenge, balkeh haiwan sifat ho jayenge.</w:t>
      </w:r>
    </w:p>
    <w:p>
      <w:pPr>
        <w:jc w:val="right"/>
      </w:pPr>
      <w:r>
        <w:t>اس معنی میں نہیں کہ وہ سچ مچ بندر بن جائیں گے، بلکہ حیوان صفت ہو جائیں گے۔</w:t>
      </w:r>
    </w:p>
    <w:p>
      <w:r>
        <w:rPr>
          <w:b/>
        </w:rPr>
        <w:t xml:space="preserve">[36:25] </w:t>
      </w:r>
      <w:r>
        <w:t>to bas, yeh bohat zyada darne ki baat hai aur bohat zyada sochne ki baat hai.</w:t>
      </w:r>
    </w:p>
    <w:p>
      <w:pPr>
        <w:jc w:val="right"/>
      </w:pPr>
      <w:r>
        <w:t>تو بس، یہ بہت زیادہ ڈرنے کی بات ہے اور بہت زیادہ سوچنے کی بات ہے۔</w:t>
      </w:r>
    </w:p>
    <w:p>
      <w:r>
        <w:rPr>
          <w:b/>
        </w:rPr>
        <w:t xml:space="preserve">[36:32] </w:t>
      </w:r>
      <w:r>
        <w:t>wa iz qala moosa li qaumihi innallaha ya'murukum an tazbahu baqara.</w:t>
      </w:r>
    </w:p>
    <w:p>
      <w:pPr>
        <w:jc w:val="right"/>
      </w:pPr>
      <w:r>
        <w:t>وَإِذْ قَالَ مُوسَى لِقَوْمِهِ إِنَّ اللَّهَ يَأْمُرُكُمْ أَنْ تَذْبَحُوا بَقَرًى.</w:t>
      </w:r>
    </w:p>
    <w:p>
      <w:r>
        <w:rPr>
          <w:b/>
        </w:rPr>
        <w:t xml:space="preserve">[36:38] </w:t>
      </w:r>
      <w:r>
        <w:t>jab Moosa ne kaha apni qaum se.</w:t>
      </w:r>
    </w:p>
    <w:p>
      <w:pPr>
        <w:jc w:val="right"/>
      </w:pPr>
      <w:r>
        <w:t>جب موسیٰ نے کہا اپنی قوم سے۔</w:t>
      </w:r>
    </w:p>
    <w:p>
      <w:r>
        <w:rPr>
          <w:b/>
        </w:rPr>
        <w:t xml:space="preserve">[36:41] </w:t>
      </w:r>
      <w:r>
        <w:t>ab dekhiye, yahan bhi yeh waqiat ki tarteeb jo Quran mein aati hai, tareekhi andaaz mein nahi hoti.</w:t>
      </w:r>
    </w:p>
    <w:p>
      <w:pPr>
        <w:jc w:val="right"/>
      </w:pPr>
      <w:r>
        <w:t>اب دیکھیے، یہاں بھی یہ واقعات کی ترتیب جو قرآن میں آتی ہے، تاریخی انداز میں نہیں ہوتی۔</w:t>
      </w:r>
    </w:p>
    <w:p>
      <w:r>
        <w:rPr>
          <w:b/>
        </w:rPr>
        <w:t xml:space="preserve">[36:49] </w:t>
      </w:r>
      <w:r>
        <w:t>aage peeche ho jati hai.</w:t>
      </w:r>
    </w:p>
    <w:p>
      <w:pPr>
        <w:jc w:val="right"/>
      </w:pPr>
      <w:r>
        <w:t>آگے پیچھے ہو جاتی ہے۔</w:t>
      </w:r>
    </w:p>
    <w:p>
      <w:r>
        <w:rPr>
          <w:b/>
        </w:rPr>
        <w:t xml:space="preserve">[36:51] </w:t>
      </w:r>
      <w:r>
        <w:t>to yahan bhi Bani Israel ke tareekh ke aik waqe'ay ka zikr hai.</w:t>
      </w:r>
    </w:p>
    <w:p>
      <w:pPr>
        <w:jc w:val="right"/>
      </w:pPr>
      <w:r>
        <w:t>تو یہاں بھی بنی اسرائیل کے تاریخ کے ایک واقعے کا ذکر ہے۔</w:t>
      </w:r>
    </w:p>
    <w:p>
      <w:r>
        <w:rPr>
          <w:b/>
        </w:rPr>
        <w:t xml:space="preserve">[36:56] </w:t>
      </w:r>
      <w:r>
        <w:t>wa iz qala moosa li qaumihi innallaha ya'murukum an tazbahu baqara.</w:t>
      </w:r>
    </w:p>
    <w:p>
      <w:pPr>
        <w:jc w:val="right"/>
      </w:pPr>
      <w:r>
        <w:t>وَإِذْ قَالَ مُوسَى لِقَوْمِهِ إِنَّ اللَّهَ يَأْمُرُكُمْ أَنْ تَذْبَحُوا بَقَرًى.</w:t>
      </w:r>
    </w:p>
    <w:p>
      <w:r>
        <w:rPr>
          <w:b/>
        </w:rPr>
        <w:t xml:space="preserve">[37:01] </w:t>
      </w:r>
      <w:r>
        <w:t>aur Moosa ne jab kaha apni qaum se ke tum ko Allah ne hukum diya hai ke tum</w:t>
      </w:r>
    </w:p>
    <w:p>
      <w:pPr>
        <w:jc w:val="right"/>
      </w:pPr>
      <w:r>
        <w:t>اور موسیٰ نے جب کہا اپنی قوم سے کہ تم کو اللہ نے حکم دیا ہے کہ تم</w:t>
      </w:r>
    </w:p>
    <w:p>
      <w:r>
        <w:rPr>
          <w:b/>
        </w:rPr>
        <w:t xml:space="preserve">[37:07] </w:t>
      </w:r>
      <w:r>
        <w:t>aik gaaye ko zabah karo.</w:t>
      </w:r>
    </w:p>
    <w:p>
      <w:pPr>
        <w:jc w:val="right"/>
      </w:pPr>
      <w:r>
        <w:t>ایک گائے کو ذبح کرو۔</w:t>
      </w:r>
    </w:p>
    <w:p>
      <w:r>
        <w:rPr>
          <w:b/>
        </w:rPr>
        <w:t xml:space="preserve">[37:09] </w:t>
      </w:r>
      <w:r>
        <w:t>qalu atattakhizuna huzuwa? unhon ne kaha, kya tum hum se mazak kar rahe ho? yani matlab mazak kar</w:t>
      </w:r>
    </w:p>
    <w:p>
      <w:pPr>
        <w:jc w:val="right"/>
      </w:pPr>
      <w:r>
        <w:t>قَالُوا أَتَتَّخِذُنَا هُزُوًى؟ انہوں نے کہا، کیا تم ہم سے مذاق کر رہے ہو؟ یعنی مطلب مذاق کر</w:t>
      </w:r>
    </w:p>
    <w:p>
      <w:r>
        <w:rPr>
          <w:b/>
        </w:rPr>
        <w:t xml:space="preserve">[37:15] </w:t>
      </w:r>
      <w:r>
        <w:t>rahe ho ke matlab hai ke</w:t>
      </w:r>
    </w:p>
    <w:p>
      <w:pPr>
        <w:jc w:val="right"/>
      </w:pPr>
      <w:r>
        <w:t>رہے ہو کے معنی ہے کہ</w:t>
      </w:r>
    </w:p>
    <w:p>
      <w:r>
        <w:rPr>
          <w:b/>
        </w:rPr>
        <w:t xml:space="preserve">[37:20] </w:t>
      </w:r>
      <w:r>
        <w:t>gaaye to muqaddas ho gayi thi wahan Misr mein.</w:t>
      </w:r>
    </w:p>
    <w:p>
      <w:pPr>
        <w:jc w:val="right"/>
      </w:pPr>
      <w:r>
        <w:t>گائے تو مقدس ہو گئی تھی وہاں مصر میں۔</w:t>
      </w:r>
    </w:p>
    <w:p>
      <w:r>
        <w:rPr>
          <w:b/>
        </w:rPr>
        <w:t xml:space="preserve">[37:24] </w:t>
      </w:r>
      <w:r>
        <w:t>iska un par bhi tha ke gaaye ko zabah karein, yeh to muqaddas janwar hai.</w:t>
      </w:r>
    </w:p>
    <w:p>
      <w:pPr>
        <w:jc w:val="right"/>
      </w:pPr>
      <w:r>
        <w:t>اس کا ان پر بھی تھا کہ گائے کو ذبح کریں، یہ تو مقدس جانور ہے۔</w:t>
      </w:r>
    </w:p>
    <w:p>
      <w:r>
        <w:rPr>
          <w:b/>
        </w:rPr>
        <w:t xml:space="preserve">[37:32] </w:t>
      </w:r>
      <w:r>
        <w:t>qala a'uzu billahi an akuna minal jahileen.</w:t>
      </w:r>
    </w:p>
    <w:p>
      <w:pPr>
        <w:jc w:val="right"/>
      </w:pPr>
      <w:r>
        <w:t>قَالَ أَعُوذُ بِاللَّهِ أَنْ أَكُونَ مِنَ الْجَاهِلِينَ.</w:t>
      </w:r>
    </w:p>
    <w:p>
      <w:r>
        <w:rPr>
          <w:b/>
        </w:rPr>
        <w:t xml:space="preserve">[37:35] </w:t>
      </w:r>
      <w:r>
        <w:t>to Hazrat Moosa ne kaha ke Allah ki panah ke main jahilon mein se ho jaon.</w:t>
      </w:r>
    </w:p>
    <w:p>
      <w:pPr>
        <w:jc w:val="right"/>
      </w:pPr>
      <w:r>
        <w:t>تو حضرت موسیٰ نے کہا کہ اللہ کی پناہ کہ میں جاہلوں میں سے ہو جاؤں۔</w:t>
      </w:r>
    </w:p>
    <w:p>
      <w:r>
        <w:rPr>
          <w:b/>
        </w:rPr>
        <w:t xml:space="preserve">[37:40] </w:t>
      </w:r>
      <w:r>
        <w:t>matlab yeh ke Allah ka hukum hai yeh.</w:t>
      </w:r>
    </w:p>
    <w:p>
      <w:pPr>
        <w:jc w:val="right"/>
      </w:pPr>
      <w:r>
        <w:t>مطلب یہ کہ اللہ کا حکم ہے یہ۔</w:t>
      </w:r>
    </w:p>
    <w:p>
      <w:r>
        <w:rPr>
          <w:b/>
        </w:rPr>
        <w:t xml:space="preserve">[37:44] </w:t>
      </w:r>
      <w:r>
        <w:t>qalu ad'u lana rabbaka yubayyin lana ma hiya.</w:t>
      </w:r>
    </w:p>
    <w:p>
      <w:pPr>
        <w:jc w:val="right"/>
      </w:pPr>
      <w:r>
        <w:t>قَالُوا ادْعُ لَنَا رَبَّكَ يُبَيِّنْ لَنَا مَا هِيَ.</w:t>
      </w:r>
    </w:p>
    <w:p>
      <w:r>
        <w:rPr>
          <w:b/>
        </w:rPr>
        <w:t xml:space="preserve">[37:47] </w:t>
      </w:r>
      <w:r>
        <w:t>to unhon ne kaha musa se ke allah se aap kahiye ke wo hamein wazeh kare ke wo</w:t>
      </w:r>
    </w:p>
    <w:p>
      <w:pPr>
        <w:jc w:val="right"/>
      </w:pPr>
      <w:r>
        <w:t>تو انہوں نے کہا موسیٰ سے کہ اللہ سے آپ کہیے کہ وہ ہمیں واضح کرے کہ وہ</w:t>
      </w:r>
    </w:p>
    <w:p>
      <w:r>
        <w:rPr>
          <w:b/>
        </w:rPr>
        <w:t xml:space="preserve">[37:55] </w:t>
      </w:r>
      <w:r>
        <w:t>wo bakra kya hai, wo gaaye kya hai.</w:t>
      </w:r>
    </w:p>
    <w:p>
      <w:pPr>
        <w:jc w:val="right"/>
      </w:pPr>
      <w:r>
        <w:t>وہ بکرا کیا ہے، وہ گائے کیا ہے۔</w:t>
      </w:r>
    </w:p>
    <w:p>
      <w:r>
        <w:rPr>
          <w:b/>
        </w:rPr>
        <w:t xml:space="preserve">[37:58] </w:t>
      </w:r>
      <w:r>
        <w:t>qala innahu yaqulu innaha baqaraton la farizun wa la bikrun.</w:t>
      </w:r>
    </w:p>
    <w:p>
      <w:pPr>
        <w:jc w:val="right"/>
      </w:pPr>
      <w:r>
        <w:t>قَالَ إِنَّهُ يَقُولُ إِنَّهَا بَقَرَةٌ لَا فَارِزٌ وَلَا بِكْرٌ.</w:t>
      </w:r>
    </w:p>
    <w:p>
      <w:r>
        <w:rPr>
          <w:b/>
        </w:rPr>
        <w:t xml:space="preserve">[38:03] </w:t>
      </w:r>
      <w:r>
        <w:t>allah ne kaha ke wo wo gaaye hai jo.</w:t>
      </w:r>
    </w:p>
    <w:p>
      <w:pPr>
        <w:jc w:val="right"/>
      </w:pPr>
      <w:r>
        <w:t>اللہ نے کہا کہ وہ وہ گائے ہے جو۔</w:t>
      </w:r>
    </w:p>
    <w:p>
      <w:r>
        <w:rPr>
          <w:b/>
        </w:rPr>
        <w:t xml:space="preserve">[38:09] </w:t>
      </w:r>
      <w:r>
        <w:t>la farizun wa la bikrun.</w:t>
      </w:r>
    </w:p>
    <w:p>
      <w:pPr>
        <w:jc w:val="right"/>
      </w:pPr>
      <w:r>
        <w:t>لَا فَارِزٌ وَلَا بِكْرٌ.</w:t>
      </w:r>
    </w:p>
    <w:p>
      <w:r>
        <w:rPr>
          <w:b/>
        </w:rPr>
        <w:t xml:space="preserve">[38:10] </w:t>
      </w:r>
      <w:r>
        <w:t>haan, wo jo boodhi hai, na jawan, beech ki umar ki, yani bachra, bachra.</w:t>
      </w:r>
    </w:p>
    <w:p>
      <w:pPr>
        <w:jc w:val="right"/>
      </w:pPr>
      <w:r>
        <w:t>ہاں، وہ جو بوڑھی ہے، نہ جوان، بیچ کی عمر کی، یعنی بچھڑا، بچھڑا۔</w:t>
      </w:r>
    </w:p>
    <w:p>
      <w:r>
        <w:rPr>
          <w:b/>
        </w:rPr>
        <w:t xml:space="preserve">[38:18] </w:t>
      </w:r>
      <w:r>
        <w:t>awanum bayna zalika.</w:t>
      </w:r>
    </w:p>
    <w:p>
      <w:pPr>
        <w:jc w:val="right"/>
      </w:pPr>
      <w:r>
        <w:t>أَوَانُمْ بَيْنَ ذَلِكَ.</w:t>
      </w:r>
    </w:p>
    <w:p>
      <w:r>
        <w:rPr>
          <w:b/>
        </w:rPr>
        <w:t xml:space="preserve">[38:20] </w:t>
      </w:r>
      <w:r>
        <w:t>donon ke darmiyan.</w:t>
      </w:r>
    </w:p>
    <w:p>
      <w:pPr>
        <w:jc w:val="right"/>
      </w:pPr>
      <w:r>
        <w:t>دونوں کے درمیان۔</w:t>
      </w:r>
    </w:p>
    <w:p>
      <w:r>
        <w:rPr>
          <w:b/>
        </w:rPr>
        <w:t xml:space="preserve">[38:22] </w:t>
      </w:r>
      <w:r>
        <w:t>faf'alu ma tu'marun.</w:t>
      </w:r>
    </w:p>
    <w:p>
      <w:pPr>
        <w:jc w:val="right"/>
      </w:pPr>
      <w:r>
        <w:t>فَافْعَلُوا مَا تُؤْمَرُونَ.</w:t>
      </w:r>
    </w:p>
    <w:p>
      <w:r>
        <w:rPr>
          <w:b/>
        </w:rPr>
        <w:t xml:space="preserve">[38:24] </w:t>
      </w:r>
      <w:r>
        <w:t>haan, yani umar ke lihaz se na wo bilkul bachcha hai, bilkul na zyada umar ki hai, darmayani</w:t>
      </w:r>
    </w:p>
    <w:p>
      <w:pPr>
        <w:jc w:val="right"/>
      </w:pPr>
      <w:r>
        <w:t>ہاں، یعنی عمر کے لحاظ سے نہ وہ بالکل بچہ ہے، بالکل نہ زیادہ عمر کی ہے، درمیانی</w:t>
      </w:r>
    </w:p>
    <w:p>
      <w:r>
        <w:rPr>
          <w:b/>
        </w:rPr>
        <w:t xml:space="preserve">[38:31] </w:t>
      </w:r>
      <w:r>
        <w:t>umar ki. jab poori, yani shawah par jo hoti hai gaaye, wo is is gaaye ko tumhein karna</w:t>
      </w:r>
    </w:p>
    <w:p>
      <w:pPr>
        <w:jc w:val="right"/>
      </w:pPr>
      <w:r>
        <w:t>عمر کی۔ جب پوری، یعنی شواہ پر جو ہوتی ہے گائے، وہ اس اس گائے کو تمہیں کرنا</w:t>
      </w:r>
    </w:p>
    <w:p>
      <w:r>
        <w:rPr>
          <w:b/>
        </w:rPr>
        <w:t xml:space="preserve">[38:38] </w:t>
      </w:r>
      <w:r>
        <w:t>hai. faf'alu ma tu'marun.</w:t>
      </w:r>
    </w:p>
    <w:p>
      <w:pPr>
        <w:jc w:val="right"/>
      </w:pPr>
      <w:r>
        <w:t>ہے۔ فَافْعَلُوا مَا تُؤْمَرُونَ.</w:t>
      </w:r>
    </w:p>
    <w:p>
      <w:r>
        <w:rPr>
          <w:b/>
        </w:rPr>
        <w:t xml:space="preserve">[38:42] </w:t>
      </w:r>
      <w:r>
        <w:t>to aap kar dalo us ko jis ka tumhein hukum diya gaya hai.</w:t>
      </w:r>
    </w:p>
    <w:p>
      <w:pPr>
        <w:jc w:val="right"/>
      </w:pPr>
      <w:r>
        <w:t>تو آپ کر ڈالو اس کو جس کا تمہیں حکم دیا گیا ہے۔</w:t>
      </w:r>
    </w:p>
    <w:p>
      <w:r>
        <w:rPr>
          <w:b/>
        </w:rPr>
        <w:t xml:space="preserve">[38:46] </w:t>
      </w:r>
      <w:r>
        <w:t>qalu ad'u lana rabbaka yubayyin lana ma lawnuha.</w:t>
      </w:r>
    </w:p>
    <w:p>
      <w:pPr>
        <w:jc w:val="right"/>
      </w:pPr>
      <w:r>
        <w:t>قَالُوا ادْعُ لَنَا رَبَّكَ يُبَيِّنْ لَنَا مَا لَوْنُهَا.</w:t>
      </w:r>
    </w:p>
    <w:p>
      <w:r>
        <w:rPr>
          <w:b/>
        </w:rPr>
        <w:t xml:space="preserve">[38:49] </w:t>
      </w:r>
      <w:r>
        <w:t>unhon ne kaha ke</w:t>
      </w:r>
    </w:p>
    <w:p>
      <w:pPr>
        <w:jc w:val="right"/>
      </w:pPr>
      <w:r>
        <w:t>انہوں نے کہا کہ</w:t>
      </w:r>
    </w:p>
    <w:p>
      <w:r>
        <w:rPr>
          <w:b/>
        </w:rPr>
        <w:t xml:space="preserve">[38:51] </w:t>
      </w:r>
      <w:r>
        <w:t>hamein ab allah se kahiye ke hamein bataye ke is ka rang kya hai.</w:t>
      </w:r>
    </w:p>
    <w:p>
      <w:pPr>
        <w:jc w:val="right"/>
      </w:pPr>
      <w:r>
        <w:t>ہمیں اب اللہ سے کہیے کہ ہمیں بتائے کہ اس کا رنگ کیا ہے۔</w:t>
      </w:r>
    </w:p>
    <w:p>
      <w:r>
        <w:rPr>
          <w:b/>
        </w:rPr>
        <w:t xml:space="preserve">[38:57] </w:t>
      </w:r>
      <w:r>
        <w:t>yani matlab abhi unhon ne is baat ko sunne ke baad bhi surrender nahi kiya, balkeh aur aur</w:t>
      </w:r>
    </w:p>
    <w:p>
      <w:pPr>
        <w:jc w:val="right"/>
      </w:pPr>
      <w:r>
        <w:t>یعنی مطلب ابھی انہوں نے اس بات کو سننے کے بعد بھی سرنڈر نہیں کیا، بلکہ اور اور</w:t>
      </w:r>
    </w:p>
    <w:p>
      <w:r>
        <w:rPr>
          <w:b/>
        </w:rPr>
        <w:t xml:space="preserve">[39:03] </w:t>
      </w:r>
      <w:r>
        <w:t>is mein sawalat kiye.</w:t>
      </w:r>
    </w:p>
    <w:p>
      <w:pPr>
        <w:jc w:val="right"/>
      </w:pPr>
      <w:r>
        <w:t>اس میں سوالات کیے۔</w:t>
      </w:r>
    </w:p>
    <w:p>
      <w:r>
        <w:rPr>
          <w:b/>
        </w:rPr>
        <w:t xml:space="preserve">[39:05] </w:t>
      </w:r>
      <w:r>
        <w:t>qala innahu yaqulu innaha baqaraton safra'un.</w:t>
      </w:r>
    </w:p>
    <w:p>
      <w:pPr>
        <w:jc w:val="right"/>
      </w:pPr>
      <w:r>
        <w:t>قَالَ إِنَّهُ يَقُولُ إِنَّهَا بَقَرَةٌ سَفْرَاءٌ.</w:t>
      </w:r>
    </w:p>
    <w:p>
      <w:r>
        <w:rPr>
          <w:b/>
        </w:rPr>
        <w:t xml:space="preserve">[39:09] </w:t>
      </w:r>
      <w:r>
        <w:t>haan, allah ne kaha ke</w:t>
      </w:r>
    </w:p>
    <w:p>
      <w:pPr>
        <w:jc w:val="right"/>
      </w:pPr>
      <w:r>
        <w:t>ہاں، اللہ نے کہا کہ</w:t>
      </w:r>
    </w:p>
    <w:p>
      <w:r>
        <w:rPr>
          <w:b/>
        </w:rPr>
        <w:t xml:space="preserve">[39:13] </w:t>
      </w:r>
      <w:r>
        <w:t>musa ne kaha ke allah ne bataya ke wo wo is ka rang safra, safra kehte hain zard</w:t>
      </w:r>
    </w:p>
    <w:p>
      <w:pPr>
        <w:jc w:val="right"/>
      </w:pPr>
      <w:r>
        <w:t>موسیٰ نے کہا کہ اللہ نے بتایا کہ وہ وہ اس کا رنگ سفرا، سفرا کہتے ہیں زرد</w:t>
      </w:r>
    </w:p>
    <w:p>
      <w:r>
        <w:rPr>
          <w:b/>
        </w:rPr>
        <w:t xml:space="preserve">[39:19] </w:t>
      </w:r>
      <w:r>
        <w:t>rang ko, lekin yahan par murad is se surahra, surahra rang.</w:t>
      </w:r>
    </w:p>
    <w:p>
      <w:pPr>
        <w:jc w:val="right"/>
      </w:pPr>
      <w:r>
        <w:t>رنگ کو، لیکن یہاں پر مراد اس سے سرہرا، سرہرا رنگ۔</w:t>
      </w:r>
    </w:p>
    <w:p>
      <w:r>
        <w:rPr>
          <w:b/>
        </w:rPr>
        <w:t xml:space="preserve">[39:24] </w:t>
      </w:r>
      <w:r>
        <w:t>lafzi mani safra ke zard hote hain, lekin yahan par hai is ka matlab ke wo jo surahra</w:t>
      </w:r>
    </w:p>
    <w:p>
      <w:pPr>
        <w:jc w:val="right"/>
      </w:pPr>
      <w:r>
        <w:t>لفظی معنی سفرا کے زرد ہوتے ہیں، لیکن یہاں پر ہے اس کا مطلب کہ وہ جو سرہرا</w:t>
      </w:r>
    </w:p>
    <w:p>
      <w:r>
        <w:rPr>
          <w:b/>
        </w:rPr>
        <w:t xml:space="preserve">[39:31] </w:t>
      </w:r>
      <w:r>
        <w:t>color hota hai, wo hai</w:t>
      </w:r>
    </w:p>
    <w:p>
      <w:pPr>
        <w:jc w:val="right"/>
      </w:pPr>
      <w:r>
        <w:t>کلر ہوتا ہے، وہ ہے</w:t>
      </w:r>
    </w:p>
    <w:p>
      <w:r>
        <w:rPr>
          <w:b/>
        </w:rPr>
        <w:t xml:space="preserve">[39:33] </w:t>
      </w:r>
      <w:r>
        <w:t>is is gaaye ka color.</w:t>
      </w:r>
    </w:p>
    <w:p>
      <w:pPr>
        <w:jc w:val="right"/>
      </w:pPr>
      <w:r>
        <w:t>اس اس گائے کا کلر۔</w:t>
      </w:r>
    </w:p>
    <w:p>
      <w:r>
        <w:rPr>
          <w:b/>
        </w:rPr>
        <w:t xml:space="preserve">[39:36] </w:t>
      </w:r>
      <w:r>
        <w:t>faiqun lawnuha tasurrun nazireen.</w:t>
      </w:r>
    </w:p>
    <w:p>
      <w:pPr>
        <w:jc w:val="right"/>
      </w:pPr>
      <w:r>
        <w:t>فَاقِعٌ لَوْنُهَا تَسُرُّ الْنَازِرِينَ.</w:t>
      </w:r>
    </w:p>
    <w:p>
      <w:r>
        <w:rPr>
          <w:b/>
        </w:rPr>
        <w:t xml:space="preserve">[39:38] </w:t>
      </w:r>
      <w:r>
        <w:t>bohat hi gehra rang hai, is ka dekhne wale ko acha lagta hai woh.</w:t>
      </w:r>
    </w:p>
    <w:p>
      <w:pPr>
        <w:jc w:val="right"/>
      </w:pPr>
      <w:r>
        <w:t>بہت ہی گہرا رنگ ہے، اس کا دیکھنے والے کو اچھا لگتا ہے وہ۔</w:t>
      </w:r>
    </w:p>
    <w:p>
      <w:r>
        <w:rPr>
          <w:b/>
        </w:rPr>
        <w:t xml:space="preserve">[39:41] </w:t>
      </w:r>
      <w:r>
        <w:t>wohan par aisa tha misr mein ke jo sunhera color ka jo bachra hota tha, jo bohat dekhne</w:t>
      </w:r>
    </w:p>
    <w:p>
      <w:pPr>
        <w:jc w:val="right"/>
      </w:pPr>
      <w:r>
        <w:t>وہاں پر ایسا تھا مصر میں کہ جو سنہرا کلر کا جو بچھڑا ہوتا تھا، جو بہت دیکھنے</w:t>
      </w:r>
    </w:p>
    <w:p>
      <w:r>
        <w:rPr>
          <w:b/>
        </w:rPr>
        <w:t xml:space="preserve">[39:51] </w:t>
      </w:r>
      <w:r>
        <w:t>mein acha lagta tha, us ko muqaddas samajhte thay.</w:t>
      </w:r>
    </w:p>
    <w:p>
      <w:pPr>
        <w:jc w:val="right"/>
      </w:pPr>
      <w:r>
        <w:t>میں اچھا لگتا تھا، اس کو مقدس سمجھتے تھے۔</w:t>
      </w:r>
    </w:p>
    <w:p>
      <w:r>
        <w:rPr>
          <w:b/>
        </w:rPr>
        <w:t xml:space="preserve">[39:54] </w:t>
      </w:r>
      <w:r>
        <w:t>woh har ek ko nahi, is is rang wale ko muqaddas samajhte thay, is ka ehtram karte thay.</w:t>
      </w:r>
    </w:p>
    <w:p>
      <w:pPr>
        <w:jc w:val="right"/>
      </w:pPr>
      <w:r>
        <w:t>وہ ہر ایک کو نہیں، اس اس رنگ والے کو مقدس سمجھتے تھے، اس کا احترام کرتے تھے۔</w:t>
      </w:r>
    </w:p>
    <w:p>
      <w:r>
        <w:rPr>
          <w:b/>
        </w:rPr>
        <w:t xml:space="preserve">[40:01] </w:t>
      </w:r>
      <w:r>
        <w:t>toh is is is ko todne ke liye woh is mein conditioned ho gaye thay, yeh bani israil</w:t>
      </w:r>
    </w:p>
    <w:p>
      <w:pPr>
        <w:jc w:val="right"/>
      </w:pPr>
      <w:r>
        <w:t>تو اس اس اس کو توڑنے کے لیے وہ اس میں کنڈیشنڈ ہو گئے تھے، یہ بنی اسرائیل</w:t>
      </w:r>
    </w:p>
    <w:p>
      <w:r>
        <w:rPr>
          <w:b/>
        </w:rPr>
        <w:t xml:space="preserve">[40:07] </w:t>
      </w:r>
      <w:r>
        <w:t>ke log. Toh is aqeeday ko todne ke liye un ko un ki deconditioning ke liye hukum</w:t>
      </w:r>
    </w:p>
    <w:p>
      <w:pPr>
        <w:jc w:val="right"/>
      </w:pPr>
      <w:r>
        <w:t>کے لوگ۔ تو اس عقیدے کو توڑنے کے لیے ان کو ان کی ڈی کنڈیشننگ کے لیے حکم</w:t>
      </w:r>
    </w:p>
    <w:p>
      <w:r>
        <w:rPr>
          <w:b/>
        </w:rPr>
        <w:t xml:space="preserve">[40:12] </w:t>
      </w:r>
      <w:r>
        <w:t>diya gaya tha.</w:t>
      </w:r>
    </w:p>
    <w:p>
      <w:pPr>
        <w:jc w:val="right"/>
      </w:pPr>
      <w:r>
        <w:t>دیا گیا تھا۔</w:t>
      </w:r>
    </w:p>
    <w:p>
      <w:r>
        <w:rPr>
          <w:b/>
        </w:rPr>
        <w:t xml:space="preserve">[40:14] </w:t>
      </w:r>
      <w:r>
        <w:t>gosht khori ke liye nahi tha yeh.</w:t>
      </w:r>
    </w:p>
    <w:p>
      <w:pPr>
        <w:jc w:val="right"/>
      </w:pPr>
      <w:r>
        <w:t>گوشت خوری کے لیے نہیں تھا یہ۔</w:t>
      </w:r>
    </w:p>
    <w:p>
      <w:r>
        <w:rPr>
          <w:b/>
        </w:rPr>
        <w:t xml:space="preserve">[40:16] </w:t>
      </w:r>
      <w:r>
        <w:t>yeh hukum jo diya gaya tha, woh gosht khori ke liye nahi tha, woh woh un ki conditioning</w:t>
      </w:r>
    </w:p>
    <w:p>
      <w:pPr>
        <w:jc w:val="right"/>
      </w:pPr>
      <w:r>
        <w:t>یہ حکم جو دیا گیا تھا، وہ گوشت خوری کے لیے نہیں تھا، وہ وہ ان کی کنڈیشننگ</w:t>
      </w:r>
    </w:p>
    <w:p>
      <w:r>
        <w:rPr>
          <w:b/>
        </w:rPr>
        <w:t xml:space="preserve">[40:22] </w:t>
      </w:r>
      <w:r>
        <w:t>ko todne ke liye tha.</w:t>
      </w:r>
    </w:p>
    <w:p>
      <w:pPr>
        <w:jc w:val="right"/>
      </w:pPr>
      <w:r>
        <w:t>کو توڑنے کے لیے تھا۔</w:t>
      </w:r>
    </w:p>
    <w:p>
      <w:r>
        <w:rPr>
          <w:b/>
        </w:rPr>
        <w:t xml:space="preserve">[40:25] </w:t>
      </w:r>
      <w:r>
        <w:t>qaloo odu lana rabbaka yubayyin lana ma hiya.</w:t>
      </w:r>
    </w:p>
    <w:p>
      <w:pPr>
        <w:jc w:val="right"/>
      </w:pPr>
      <w:r>
        <w:t>قَالُوا ادْعُ لَنَا رَبَّكَ يُبَيِّنْ لَنَا مَا هِيَ.</w:t>
      </w:r>
    </w:p>
    <w:p>
      <w:r>
        <w:rPr>
          <w:b/>
        </w:rPr>
        <w:t xml:space="preserve">[40:28] </w:t>
      </w:r>
      <w:r>
        <w:t>unhon ne phir kaha Moosa se ke Allah se kahiye ke woh bataye hum ko ke woh kya</w:t>
      </w:r>
    </w:p>
    <w:p>
      <w:pPr>
        <w:jc w:val="right"/>
      </w:pPr>
      <w:r>
        <w:t>انہوں نے پھر کہا موسیٰ سے کہ اللہ سے کہیے کہ وہ بتائے ہم کو کہ وہ کیا</w:t>
      </w:r>
    </w:p>
    <w:p>
      <w:r>
        <w:rPr>
          <w:b/>
        </w:rPr>
        <w:t xml:space="preserve">[40:33] </w:t>
      </w:r>
      <w:r>
        <w:t>hai. Innal baqarata shabah alaina.</w:t>
      </w:r>
    </w:p>
    <w:p>
      <w:pPr>
        <w:jc w:val="right"/>
      </w:pPr>
      <w:r>
        <w:t>ہے۔ إِنَّ الْبَقَرَةَ شَابَهَ عَلَيْنَا.</w:t>
      </w:r>
    </w:p>
    <w:p>
      <w:r>
        <w:rPr>
          <w:b/>
        </w:rPr>
        <w:t xml:space="preserve">[40:37] </w:t>
      </w:r>
      <w:r>
        <w:t>kyun ke hum par, hum</w:t>
      </w:r>
    </w:p>
    <w:p>
      <w:pPr>
        <w:jc w:val="right"/>
      </w:pPr>
      <w:r>
        <w:t>کیونکہ ہم پر، ہم</w:t>
      </w:r>
    </w:p>
    <w:p>
      <w:r>
        <w:rPr>
          <w:b/>
        </w:rPr>
        <w:t xml:space="preserve">[40:40] </w:t>
      </w:r>
      <w:r>
        <w:t>hum is gaaye ko samajhne ke muamle mein hum hum woh</w:t>
      </w:r>
    </w:p>
    <w:p>
      <w:pPr>
        <w:jc w:val="right"/>
      </w:pPr>
      <w:r>
        <w:t>ہم اس گائے کو سمجھنے کے معاملے میں ہم ہم وہ</w:t>
      </w:r>
    </w:p>
    <w:p>
      <w:r>
        <w:rPr>
          <w:b/>
        </w:rPr>
        <w:t xml:space="preserve">[40:45] </w:t>
      </w:r>
      <w:r>
        <w:t>clear tareeqay se samajh nahi pa rahe hain kya hai woh.</w:t>
      </w:r>
    </w:p>
    <w:p>
      <w:pPr>
        <w:jc w:val="right"/>
      </w:pPr>
      <w:r>
        <w:t>کلیئر طریقے سے سمجھ نہیں پا رہے ہیں کیا ہے وہ۔</w:t>
      </w:r>
    </w:p>
    <w:p>
      <w:r>
        <w:rPr>
          <w:b/>
        </w:rPr>
        <w:t xml:space="preserve">[40:49] </w:t>
      </w:r>
      <w:r>
        <w:t>Wa inna in shaa Allah lamuhtadoon.</w:t>
      </w:r>
    </w:p>
    <w:p>
      <w:pPr>
        <w:jc w:val="right"/>
      </w:pPr>
      <w:r>
        <w:t>وَإِنَّا إِنْ شَاءَ اللَّهُ لَمُهْتَدُونَ.</w:t>
      </w:r>
    </w:p>
    <w:p>
      <w:r>
        <w:rPr>
          <w:b/>
        </w:rPr>
        <w:t xml:space="preserve">[40:51] </w:t>
      </w:r>
      <w:r>
        <w:t>hum in sha Allah jaan lenge aur amal karenge is ke mutabiq.</w:t>
      </w:r>
    </w:p>
    <w:p>
      <w:pPr>
        <w:jc w:val="right"/>
      </w:pPr>
      <w:r>
        <w:t>ہم ان شاء اللہ جان لیں گے اور عمل کریں گے اس کے مطابق۔</w:t>
      </w:r>
    </w:p>
    <w:p>
      <w:r>
        <w:rPr>
          <w:b/>
        </w:rPr>
        <w:t xml:space="preserve">[40:55] </w:t>
      </w:r>
      <w:r>
        <w:t>Qala innahu yaqoolu innaha baqaratun la zaloolun wa la tuseerul arda.</w:t>
      </w:r>
    </w:p>
    <w:p>
      <w:pPr>
        <w:jc w:val="right"/>
      </w:pPr>
      <w:r>
        <w:t>قَالَ إِنَّهُ يَقُولُ إِنَّهَا بَقَرَةٌ لَا ذَلُولٌ وَلَا تُثِيرُ الْأَرْضَ.</w:t>
      </w:r>
    </w:p>
    <w:p>
      <w:r>
        <w:rPr>
          <w:b/>
        </w:rPr>
        <w:t xml:space="preserve">[41:00] </w:t>
      </w:r>
      <w:r>
        <w:t>Moosa ne kaha ke Allah ne bataya hai ke woh woh aisi gaaye hai jo.</w:t>
      </w:r>
    </w:p>
    <w:p>
      <w:pPr>
        <w:jc w:val="right"/>
      </w:pPr>
      <w:r>
        <w:t>موسیٰ نے کہا کہ اللہ نے بتایا ہے کہ وہ وہ ایسی گائے ہے جو۔</w:t>
      </w:r>
    </w:p>
    <w:p>
      <w:r>
        <w:rPr>
          <w:b/>
        </w:rPr>
        <w:t xml:space="preserve">[41:06] </w:t>
      </w:r>
      <w:r>
        <w:t>la zaloolun wa la tuseerul arda.</w:t>
      </w:r>
    </w:p>
    <w:p>
      <w:pPr>
        <w:jc w:val="right"/>
      </w:pPr>
      <w:r>
        <w:t>لَا ذَلُولٌ وَلَا تُثِيرُ الْأَرْضَ.</w:t>
      </w:r>
    </w:p>
    <w:p>
      <w:r>
        <w:rPr>
          <w:b/>
        </w:rPr>
        <w:t xml:space="preserve">[41:08] </w:t>
      </w:r>
      <w:r>
        <w:t>haan, woh na zalool hai, yani na ziyada</w:t>
      </w:r>
    </w:p>
    <w:p>
      <w:pPr>
        <w:jc w:val="right"/>
      </w:pPr>
      <w:r>
        <w:t>ہاں، وہ نہ ذلول ہے، یعنی نہ زیادہ</w:t>
      </w:r>
    </w:p>
    <w:p>
      <w:r>
        <w:rPr>
          <w:b/>
        </w:rPr>
        <w:t xml:space="preserve">[41:14] </w:t>
      </w:r>
      <w:r>
        <w:t>boorhi hai, jo na ziyada boorhi hai</w:t>
      </w:r>
    </w:p>
    <w:p>
      <w:pPr>
        <w:jc w:val="right"/>
      </w:pPr>
      <w:r>
        <w:t>بوڑھی ہے، جو نہ زیادہ بوڑھی ہے</w:t>
      </w:r>
    </w:p>
    <w:p>
      <w:r>
        <w:rPr>
          <w:b/>
        </w:rPr>
        <w:t xml:space="preserve">[41:19] </w:t>
      </w:r>
      <w:r>
        <w:t>aur nah woh khet daag hotay wali hai.</w:t>
      </w:r>
    </w:p>
    <w:p>
      <w:pPr>
        <w:jc w:val="right"/>
      </w:pPr>
      <w:r>
        <w:t>اور نہ وہ کھیت داج ہوتے والی ہے۔</w:t>
      </w:r>
    </w:p>
    <w:p>
      <w:r>
        <w:rPr>
          <w:b/>
        </w:rPr>
        <w:t xml:space="preserve">[41:21] </w:t>
      </w:r>
      <w:r>
        <w:t>haan, yeh khet daag hotay maani nahi ke woh jo hotay hain qabil nahi hai, balkeh woh yaani</w:t>
      </w:r>
    </w:p>
    <w:p>
      <w:pPr>
        <w:jc w:val="right"/>
      </w:pPr>
      <w:r>
        <w:t>ہاں، یہ کھیت داج ہوتے معنی نہیں کہ وہ جو ہوتے ہیں قابل نہیں ہے، بلکہ وہ یعنی</w:t>
      </w:r>
    </w:p>
    <w:p>
      <w:r>
        <w:rPr>
          <w:b/>
        </w:rPr>
        <w:t xml:space="preserve">[41:28] </w:t>
      </w:r>
      <w:r>
        <w:t>is ko muqaddas samajhnay ki wajah se usay usay kaam nahi karwatay thay.</w:t>
      </w:r>
    </w:p>
    <w:p>
      <w:pPr>
        <w:jc w:val="right"/>
      </w:pPr>
      <w:r>
        <w:t>اس کو مقدس سمجھنے کی وجہ سے اسے اسے کام نہیں کرواتے تھے۔</w:t>
      </w:r>
    </w:p>
    <w:p>
      <w:r>
        <w:rPr>
          <w:b/>
        </w:rPr>
        <w:t xml:space="preserve">[41:32] </w:t>
      </w:r>
      <w:r>
        <w:t>yeh matlab hai.</w:t>
      </w:r>
    </w:p>
    <w:p>
      <w:pPr>
        <w:jc w:val="right"/>
      </w:pPr>
      <w:r>
        <w:t>یہ مطلب ہے۔</w:t>
      </w:r>
    </w:p>
    <w:p>
      <w:r>
        <w:rPr>
          <w:b/>
        </w:rPr>
        <w:t xml:space="preserve">[41:33] </w:t>
      </w:r>
      <w:r>
        <w:t>wala tasqi al-harth.</w:t>
      </w:r>
    </w:p>
    <w:p>
      <w:pPr>
        <w:jc w:val="right"/>
      </w:pPr>
      <w:r>
        <w:t>وَلَا تَسْقِي الْحَرْثَ.</w:t>
      </w:r>
    </w:p>
    <w:p>
      <w:r>
        <w:rPr>
          <w:b/>
        </w:rPr>
        <w:t xml:space="preserve">[41:36] </w:t>
      </w:r>
      <w:r>
        <w:t>aur nah woh aabpashi ka kaam karti hai woh.</w:t>
      </w:r>
    </w:p>
    <w:p>
      <w:pPr>
        <w:jc w:val="right"/>
      </w:pPr>
      <w:r>
        <w:t>اور نہ وہ آبپاشی کا کام کرتی ہے وہ۔</w:t>
      </w:r>
    </w:p>
    <w:p>
      <w:r>
        <w:rPr>
          <w:b/>
        </w:rPr>
        <w:t xml:space="preserve">[41:41] </w:t>
      </w:r>
      <w:r>
        <w:t>musallamatun la shiyata fiha.</w:t>
      </w:r>
    </w:p>
    <w:p>
      <w:pPr>
        <w:jc w:val="right"/>
      </w:pPr>
      <w:r>
        <w:t>مُسَلَّمَةٌ لَا شِيَةَ فِيهَا.</w:t>
      </w:r>
    </w:p>
    <w:p>
      <w:r>
        <w:rPr>
          <w:b/>
        </w:rPr>
        <w:t xml:space="preserve">[41:43] </w:t>
      </w:r>
      <w:r>
        <w:t>woh be daagh hai, is mein koi daagh nahi.</w:t>
      </w:r>
    </w:p>
    <w:p>
      <w:pPr>
        <w:jc w:val="right"/>
      </w:pPr>
      <w:r>
        <w:t>وہ بے داغ ہے، اس میں کوئی داغ نہیں۔</w:t>
      </w:r>
    </w:p>
    <w:p>
      <w:r>
        <w:rPr>
          <w:b/>
        </w:rPr>
        <w:t xml:space="preserve">[41:48] </w:t>
      </w:r>
      <w:r>
        <w:t>qaloo al-ana ji'ta bilhaq.</w:t>
      </w:r>
    </w:p>
    <w:p>
      <w:pPr>
        <w:jc w:val="right"/>
      </w:pPr>
      <w:r>
        <w:t>قَالُوا الآنَ جِئْتَ بِالْحَقِّ.</w:t>
      </w:r>
    </w:p>
    <w:p>
      <w:r>
        <w:rPr>
          <w:b/>
        </w:rPr>
        <w:t xml:space="preserve">[41:50] </w:t>
      </w:r>
      <w:r>
        <w:t>toh unhon ne kaha ab aap ne poori baat batai.</w:t>
      </w:r>
    </w:p>
    <w:p>
      <w:pPr>
        <w:jc w:val="right"/>
      </w:pPr>
      <w:r>
        <w:t>تو انہوں نے کہا اب آپ نے پوری بات بتائی۔</w:t>
      </w:r>
    </w:p>
    <w:p>
      <w:r>
        <w:rPr>
          <w:b/>
        </w:rPr>
        <w:t xml:space="preserve">[41:55] </w:t>
      </w:r>
      <w:r>
        <w:t>fazaba'uha wama kadoo yaf'aloon.</w:t>
      </w:r>
    </w:p>
    <w:p>
      <w:pPr>
        <w:jc w:val="right"/>
      </w:pPr>
      <w:r>
        <w:t>فَذَبَحُوهَا وَمَا كَادُوا يَفْعَلُونَ.</w:t>
      </w:r>
    </w:p>
    <w:p>
      <w:r>
        <w:rPr>
          <w:b/>
        </w:rPr>
        <w:t xml:space="preserve">[41:57] </w:t>
      </w:r>
      <w:r>
        <w:t>toh unhon ne is ko zabah kiya halankeh woh zabah karnay walay na thay.</w:t>
      </w:r>
    </w:p>
    <w:p>
      <w:pPr>
        <w:jc w:val="right"/>
      </w:pPr>
      <w:r>
        <w:t>تو انہوں نے اس کو ذبح کیا حالانکہ وہ ذبح کرنے والے نہ تھے۔</w:t>
      </w:r>
    </w:p>
    <w:p>
      <w:r>
        <w:rPr>
          <w:b/>
        </w:rPr>
        <w:t xml:space="preserve">[42:01] </w:t>
      </w:r>
      <w:r>
        <w:t>matlab yeh ke chunke un ka taqaddus chhaya hua tha un ke oopar, toh taqaddus ki wajah se</w:t>
      </w:r>
    </w:p>
    <w:p>
      <w:pPr>
        <w:jc w:val="right"/>
      </w:pPr>
      <w:r>
        <w:t>مطلب یہ کہ چونکہ ان کا تقدس چھایا ہوا تھا ان کے اوپر، تو تقدس کی وجہ سے</w:t>
      </w:r>
    </w:p>
    <w:p>
      <w:r>
        <w:rPr>
          <w:b/>
        </w:rPr>
        <w:t xml:space="preserve">[42:07] </w:t>
      </w:r>
      <w:r>
        <w:t>shoshe nikalte thay aik nah aik.</w:t>
      </w:r>
    </w:p>
    <w:p>
      <w:pPr>
        <w:jc w:val="right"/>
      </w:pPr>
      <w:r>
        <w:t>شوشے نکالتے تھے ایک نہ ایک۔</w:t>
      </w:r>
    </w:p>
    <w:p>
      <w:r>
        <w:rPr>
          <w:b/>
        </w:rPr>
        <w:t xml:space="preserve">[42:12] </w:t>
      </w:r>
      <w:r>
        <w:t>lekin jab unhon ne dekha ke ab shoshe ganjayish nahi hai, tab raazi huay.</w:t>
      </w:r>
    </w:p>
    <w:p>
      <w:pPr>
        <w:jc w:val="right"/>
      </w:pPr>
      <w:r>
        <w:t>لیکن جب انہوں نے دیکھا کہ اب شوشے گنجائش نہیں ہے، تب راضی ہوئے۔</w:t>
      </w:r>
    </w:p>
    <w:p>
      <w:r>
        <w:rPr>
          <w:b/>
        </w:rPr>
        <w:t xml:space="preserve">[42:17] </w:t>
      </w:r>
      <w:r>
        <w:t>yeh yeh gosht khori ke liye nahi tha, balkeh</w:t>
      </w:r>
    </w:p>
    <w:p>
      <w:pPr>
        <w:jc w:val="right"/>
      </w:pPr>
      <w:r>
        <w:t>یہ یہ گوشت خوری کے لیے نہیں تھا، بلکہ</w:t>
      </w:r>
    </w:p>
    <w:p>
      <w:r>
        <w:rPr>
          <w:b/>
        </w:rPr>
        <w:t xml:space="preserve">[42:22] </w:t>
      </w:r>
      <w:r>
        <w:t>taqaddus ki jo conditioning thi, us ko torney ke liye tha.</w:t>
      </w:r>
    </w:p>
    <w:p>
      <w:pPr>
        <w:jc w:val="right"/>
      </w:pPr>
      <w:r>
        <w:t>تقدس کی جو کنڈیشننگ تھی، اس کو توڑنے کے لیے تھا۔</w:t>
      </w:r>
    </w:p>
    <w:p>
      <w:r>
        <w:rPr>
          <w:b/>
        </w:rPr>
        <w:t xml:space="preserve">[42:28] </w:t>
      </w:r>
      <w:r>
        <w:t>wa iz qataltum nafsan fadhaar'atum fiha.</w:t>
      </w:r>
    </w:p>
    <w:p>
      <w:pPr>
        <w:jc w:val="right"/>
      </w:pPr>
      <w:r>
        <w:t>وَإِذْ قَتَلْتُمْ نَفْسًا فَذَّارَأَتُمْ فِيهَا.</w:t>
      </w:r>
    </w:p>
    <w:p>
      <w:r>
        <w:rPr>
          <w:b/>
        </w:rPr>
        <w:t xml:space="preserve">[42:32] </w:t>
      </w:r>
      <w:r>
        <w:t>aur jab tum ne</w:t>
      </w:r>
    </w:p>
    <w:p>
      <w:pPr>
        <w:jc w:val="right"/>
      </w:pPr>
      <w:r>
        <w:t>اور جب تم نے</w:t>
      </w:r>
    </w:p>
    <w:p>
      <w:r>
        <w:rPr>
          <w:b/>
        </w:rPr>
        <w:t xml:space="preserve">[42:35] </w:t>
      </w:r>
      <w:r>
        <w:t>qatal kiya apnay apnay se aik shakhs ko, aur is ke baad yaani unhon ne aik qatal ka</w:t>
      </w:r>
    </w:p>
    <w:p>
      <w:pPr>
        <w:jc w:val="right"/>
      </w:pPr>
      <w:r>
        <w:t>قتل کیا اپنے اپنے سے ایک شخص کو، اور اس کے بعد یعنی انہوں نے ایک قتل کا</w:t>
      </w:r>
    </w:p>
    <w:p>
      <w:r>
        <w:rPr>
          <w:b/>
        </w:rPr>
        <w:t xml:space="preserve">[42:43] </w:t>
      </w:r>
      <w:r>
        <w:t>waqea hua tha un ke darmiyan, toh koi etiraf nahi karta tha ke maine kiya hai.</w:t>
      </w:r>
    </w:p>
    <w:p>
      <w:pPr>
        <w:jc w:val="right"/>
      </w:pPr>
      <w:r>
        <w:t>واقعہ ہوا تھا ان کے درمیان، تو کوئی اعتراف نہیں کرتا تھا کہ میں نے کیا ہے۔</w:t>
      </w:r>
    </w:p>
    <w:p>
      <w:r>
        <w:rPr>
          <w:b/>
        </w:rPr>
        <w:t xml:space="preserve">[42:50] </w:t>
      </w:r>
      <w:r>
        <w:t>toh woh un ko kehte thay, woh un ko kehte thay, toh aik doosray pe ilzaam lagate thay,</w:t>
      </w:r>
    </w:p>
    <w:p>
      <w:pPr>
        <w:jc w:val="right"/>
      </w:pPr>
      <w:r>
        <w:t>تو وہ ان کو کہتے تھے، وہ ان کو کہتے تھے، تو ایک دوسرے پہ الزام لگاتے تھے،</w:t>
      </w:r>
    </w:p>
    <w:p>
      <w:r>
        <w:rPr>
          <w:b/>
        </w:rPr>
        <w:t xml:space="preserve">[42:54] </w:t>
      </w:r>
      <w:r>
        <w:t>etiraf nahi karte thay.</w:t>
      </w:r>
    </w:p>
    <w:p>
      <w:pPr>
        <w:jc w:val="right"/>
      </w:pPr>
      <w:r>
        <w:t>اعتراف نہیں کرتے تھے۔</w:t>
      </w:r>
    </w:p>
    <w:p>
      <w:r>
        <w:rPr>
          <w:b/>
        </w:rPr>
        <w:t xml:space="preserve">[42:56] </w:t>
      </w:r>
      <w:r>
        <w:t>wallahu mukhrijun ma kuntum taktumoon.</w:t>
      </w:r>
    </w:p>
    <w:p>
      <w:pPr>
        <w:jc w:val="right"/>
      </w:pPr>
      <w:r>
        <w:t>وَاللَّهُ مُخْرِجٌ مَا كُنْتُمْ تَكْتُمُونَ.</w:t>
      </w:r>
    </w:p>
    <w:p>
      <w:r>
        <w:rPr>
          <w:b/>
        </w:rPr>
        <w:t xml:space="preserve">[42:59] </w:t>
      </w:r>
      <w:r>
        <w:t>aur Allah nikal zaahir karne wala tha is cheez ko jo tum chupa rahe thay, yaani chupa rahe</w:t>
      </w:r>
    </w:p>
    <w:p>
      <w:pPr>
        <w:jc w:val="right"/>
      </w:pPr>
      <w:r>
        <w:t>اور اللہ نکال ظاہر کرنے والا تھا اس چیز کو جو تم چھپا رہے تھے، یعنی چھپا رہے</w:t>
      </w:r>
    </w:p>
    <w:p>
      <w:r>
        <w:rPr>
          <w:b/>
        </w:rPr>
        <w:t xml:space="preserve">[43:05] </w:t>
      </w:r>
      <w:r>
        <w:t>the ke kon qatil hai.</w:t>
      </w:r>
    </w:p>
    <w:p>
      <w:pPr>
        <w:jc w:val="right"/>
      </w:pPr>
      <w:r>
        <w:t>تھے کہ کون قاتل ہے۔</w:t>
      </w:r>
    </w:p>
    <w:p>
      <w:r>
        <w:rPr>
          <w:b/>
        </w:rPr>
        <w:t xml:space="preserve">[43:07] </w:t>
      </w:r>
      <w:r>
        <w:t>to is ko allah zahir karne wala tha.</w:t>
      </w:r>
    </w:p>
    <w:p>
      <w:pPr>
        <w:jc w:val="right"/>
      </w:pPr>
      <w:r>
        <w:t>تو اس کو اللہ ظاہر کرنے والا تھا۔</w:t>
      </w:r>
    </w:p>
    <w:p>
      <w:r>
        <w:rPr>
          <w:b/>
        </w:rPr>
        <w:t xml:space="preserve">[43:10] </w:t>
      </w:r>
      <w:r>
        <w:t>faqul nadribuhu biba'diha.</w:t>
      </w:r>
    </w:p>
    <w:p>
      <w:pPr>
        <w:jc w:val="right"/>
      </w:pPr>
      <w:r>
        <w:t>فَقُلْ نَضْرِبُوهُ بِبَعْضِهَا.</w:t>
      </w:r>
    </w:p>
    <w:p>
      <w:r>
        <w:rPr>
          <w:b/>
        </w:rPr>
        <w:t xml:space="preserve">[43:14] </w:t>
      </w:r>
      <w:r>
        <w:t>to hum ne hukum diya ke gaaye ko zabah kar ke is ke gosht se murde ko, jo</w:t>
      </w:r>
    </w:p>
    <w:p>
      <w:pPr>
        <w:jc w:val="right"/>
      </w:pPr>
      <w:r>
        <w:t>تو ہم نے حکم دیا کہ گائے کو ذبح کر کے اس کے گوشت سے مردے کو، جو</w:t>
      </w:r>
    </w:p>
    <w:p>
      <w:r>
        <w:rPr>
          <w:b/>
        </w:rPr>
        <w:t xml:space="preserve">[43:20] </w:t>
      </w:r>
      <w:r>
        <w:t>jo qatl, jo muqtul tha, us muqtul ko ko woh gosht se maro.</w:t>
      </w:r>
    </w:p>
    <w:p>
      <w:pPr>
        <w:jc w:val="right"/>
      </w:pPr>
      <w:r>
        <w:t>جو قتل، جو مقتول تھا، اس مقتول کو کو وہ گوشت سے مارو۔</w:t>
      </w:r>
    </w:p>
    <w:p>
      <w:r>
        <w:rPr>
          <w:b/>
        </w:rPr>
        <w:t xml:space="preserve">[43:29] </w:t>
      </w:r>
      <w:r>
        <w:t>kadhalika yuhyi allahu almawta.</w:t>
      </w:r>
    </w:p>
    <w:p>
      <w:pPr>
        <w:jc w:val="right"/>
      </w:pPr>
      <w:r>
        <w:t>كَذَلِكَ يُحْيِي اللَّهُ الْمَوْتَىٰ.</w:t>
      </w:r>
    </w:p>
    <w:p>
      <w:r>
        <w:rPr>
          <w:b/>
        </w:rPr>
        <w:t xml:space="preserve">[43:32] </w:t>
      </w:r>
      <w:r>
        <w:t>is tarah allah zinda karta hai murde ko.</w:t>
      </w:r>
    </w:p>
    <w:p>
      <w:pPr>
        <w:jc w:val="right"/>
      </w:pPr>
      <w:r>
        <w:t>اس طرح اللہ زندہ کرتا ہے مردہ کو۔</w:t>
      </w:r>
    </w:p>
    <w:p>
      <w:r>
        <w:rPr>
          <w:b/>
        </w:rPr>
        <w:t xml:space="preserve">[43:35] </w:t>
      </w:r>
      <w:r>
        <w:t>yeh bohat hi yeh ayat hai, bohat hi yaani is mein mufassir ka ikhtilaf hai ke kya waqeatan</w:t>
      </w:r>
    </w:p>
    <w:p>
      <w:pPr>
        <w:jc w:val="right"/>
      </w:pPr>
      <w:r>
        <w:t>یہ بہت ہی یہ آیت ہے، بہت ہی یعنی اس میں مفسر کا اختلاف ہے کہ کیا واقعتا</w:t>
      </w:r>
    </w:p>
    <w:p>
      <w:r>
        <w:rPr>
          <w:b/>
        </w:rPr>
        <w:t xml:space="preserve">[43:42] </w:t>
      </w:r>
      <w:r>
        <w:t>kya hua tha wahan ke murde ko gosht marne se woh bol pada ya kya hua.</w:t>
      </w:r>
    </w:p>
    <w:p>
      <w:pPr>
        <w:jc w:val="right"/>
      </w:pPr>
      <w:r>
        <w:t>کیا ہوا تھا وہاں کہ مردہ کو گوشت مارنے سے وہ بول پڑا یا کیا ہوا۔</w:t>
      </w:r>
    </w:p>
    <w:p>
      <w:r>
        <w:rPr>
          <w:b/>
        </w:rPr>
        <w:t xml:space="preserve">[43:52] </w:t>
      </w:r>
      <w:r>
        <w:t>wayurikum ayatilahi la'allakum tashkurun.</w:t>
      </w:r>
    </w:p>
    <w:p>
      <w:pPr>
        <w:jc w:val="right"/>
      </w:pPr>
      <w:r>
        <w:t>وَيُرِيكُمْ آَيَاتِهِ لَعَلَّكُمْ تَشْكُرُونَ.</w:t>
      </w:r>
    </w:p>
    <w:p>
      <w:r>
        <w:rPr>
          <w:b/>
        </w:rPr>
        <w:t xml:space="preserve">[43:55] </w:t>
      </w:r>
      <w:r>
        <w:t>aur allah dikhata hai tum ko nishaniyan taake tum shukr karo.</w:t>
      </w:r>
    </w:p>
    <w:p>
      <w:pPr>
        <w:jc w:val="right"/>
      </w:pPr>
      <w:r>
        <w:t>اور اللہ دکھاتا ہے تم کو نشانیاں تاکہ تم شکر کرو۔</w:t>
      </w:r>
    </w:p>
    <w:p>
      <w:r>
        <w:rPr>
          <w:b/>
        </w:rPr>
        <w:t xml:space="preserve">[43:58] </w:t>
      </w:r>
      <w:r>
        <w:t>is ayat ke bare mein mujhe</w:t>
      </w:r>
    </w:p>
    <w:p>
      <w:pPr>
        <w:jc w:val="right"/>
      </w:pPr>
      <w:r>
        <w:t>اس آیت کے بارے میں مجھے</w:t>
      </w:r>
    </w:p>
    <w:p>
      <w:r>
        <w:rPr>
          <w:b/>
        </w:rPr>
        <w:t xml:space="preserve">[44:01] </w:t>
      </w:r>
      <w:r>
        <w:t>woh nahi hai,</w:t>
      </w:r>
    </w:p>
    <w:p>
      <w:pPr>
        <w:jc w:val="right"/>
      </w:pPr>
      <w:r>
        <w:t>وہ نہیں ہے،</w:t>
      </w:r>
    </w:p>
    <w:p>
      <w:r>
        <w:rPr>
          <w:b/>
        </w:rPr>
        <w:t xml:space="preserve">[44:06] </w:t>
      </w:r>
      <w:r>
        <w:t>wazoh nahi hai ke waqeatan kya pesh aaya tha.</w:t>
      </w:r>
    </w:p>
    <w:p>
      <w:pPr>
        <w:jc w:val="right"/>
      </w:pPr>
      <w:r>
        <w:t>وضوح نہیں ہے کہ واقعتا کیا پیش آیا تھا۔</w:t>
      </w:r>
    </w:p>
    <w:p>
      <w:r>
        <w:rPr>
          <w:b/>
        </w:rPr>
        <w:t xml:space="preserve">[44:10] </w:t>
      </w:r>
      <w:r>
        <w:t>yaani yeh yeh tab samajh aata hai ke wahan par kisi ne kisi ko maar dala.</w:t>
      </w:r>
    </w:p>
    <w:p>
      <w:pPr>
        <w:jc w:val="right"/>
      </w:pPr>
      <w:r>
        <w:t>یعنی یہ یہ تب سمجھ آتا ہے کہ وہاں پر کسی نے کسی کو مار ڈالا۔</w:t>
      </w:r>
    </w:p>
    <w:p>
      <w:r>
        <w:rPr>
          <w:b/>
        </w:rPr>
        <w:t xml:space="preserve">[44:15] </w:t>
      </w:r>
      <w:r>
        <w:t>ab pata nahi chalta qatil kon hai, kisi ko saza di jaye to is ke liye yeh kya</w:t>
      </w:r>
    </w:p>
    <w:p>
      <w:pPr>
        <w:jc w:val="right"/>
      </w:pPr>
      <w:r>
        <w:t>اب پتہ نہیں چلتا قاتل کون ہے، کسی کو سزا دی جائے تو اس کے لیے یہ کیا</w:t>
      </w:r>
    </w:p>
    <w:p>
      <w:r>
        <w:rPr>
          <w:b/>
        </w:rPr>
        <w:t xml:space="preserve">[44:22] </w:t>
      </w:r>
      <w:r>
        <w:t>gaya ke janwar ka gosht jo hai, us se us ko maro.</w:t>
      </w:r>
    </w:p>
    <w:p>
      <w:pPr>
        <w:jc w:val="right"/>
      </w:pPr>
      <w:r>
        <w:t>گیا کہ جانور کا گوشت جو ہے، اس سے اس کو مارو۔</w:t>
      </w:r>
    </w:p>
    <w:p>
      <w:r>
        <w:rPr>
          <w:b/>
        </w:rPr>
        <w:t xml:space="preserve">[44:28] </w:t>
      </w:r>
      <w:r>
        <w:t>to woh samajha jata hai ke us ne bola ke kon mera qatil hai.</w:t>
      </w:r>
    </w:p>
    <w:p>
      <w:pPr>
        <w:jc w:val="right"/>
      </w:pPr>
      <w:r>
        <w:t>تو وہ سمجھا جاتا ہے کہ اس نے بولا کہ کون میرا قاتل ہے۔</w:t>
      </w:r>
    </w:p>
    <w:p>
      <w:r>
        <w:rPr>
          <w:b/>
        </w:rPr>
        <w:t xml:space="preserve">[44:33] </w:t>
      </w:r>
      <w:r>
        <w:t>to mein is hawale mein mera koi bohat yaqeeni rai nahi hai, lekin mufassireen is mein mukhtalif rai</w:t>
      </w:r>
    </w:p>
    <w:p>
      <w:pPr>
        <w:jc w:val="right"/>
      </w:pPr>
      <w:r>
        <w:t>تو میں اس حوالے میں میرا کوئی بہت یقینی رائے نہیں ہے، لیکن مفسرین اس میں مختلف رائے</w:t>
      </w:r>
    </w:p>
    <w:p>
      <w:r>
        <w:rPr>
          <w:b/>
        </w:rPr>
        <w:t xml:space="preserve">[44:41] </w:t>
      </w:r>
      <w:r>
        <w:t>dete hain. to aaj ka yeh</w:t>
      </w:r>
    </w:p>
    <w:p>
      <w:pPr>
        <w:jc w:val="right"/>
      </w:pPr>
      <w:r>
        <w:t>دیتے ہیں۔ تو آج کا یہ</w:t>
      </w:r>
    </w:p>
    <w:p>
      <w:r>
        <w:rPr>
          <w:b/>
        </w:rPr>
        <w:t xml:space="preserve">[44:44] </w:t>
      </w:r>
      <w:r>
        <w:t>yeh jo hissa tha, yeh sar peeche to</w:t>
      </w:r>
    </w:p>
    <w:p>
      <w:pPr>
        <w:jc w:val="right"/>
      </w:pPr>
      <w:r>
        <w:t>یہ جو حصہ تھا، یہ سر پیچھے تو</w:t>
      </w:r>
    </w:p>
    <w:p>
      <w:r>
        <w:rPr>
          <w:b/>
        </w:rPr>
        <w:t xml:space="preserve">[44:48] </w:t>
      </w:r>
      <w:r>
        <w:t>bani israel ke tareekh ki roshni mein</w:t>
      </w:r>
    </w:p>
    <w:p>
      <w:pPr>
        <w:jc w:val="right"/>
      </w:pPr>
      <w:r>
        <w:t>بنی اسرائیل کے تاریخ کی روشنی میں</w:t>
      </w:r>
    </w:p>
    <w:p>
      <w:r>
        <w:rPr>
          <w:b/>
        </w:rPr>
        <w:t xml:space="preserve">[44:52] </w:t>
      </w:r>
      <w:r>
        <w:t>musalmanon ko warning hai</w:t>
      </w:r>
    </w:p>
    <w:p>
      <w:pPr>
        <w:jc w:val="right"/>
      </w:pPr>
      <w:r>
        <w:t>مسلمانوں کو وارننگ ہے</w:t>
      </w:r>
    </w:p>
    <w:p>
      <w:r>
        <w:rPr>
          <w:b/>
        </w:rPr>
        <w:t xml:space="preserve">[44:57] </w:t>
      </w:r>
      <w:r>
        <w:t>ke zawal zawal ke zamane mein, jis tarah door zawal mein, jis tarah yahud ka ka andar bigad</w:t>
      </w:r>
    </w:p>
    <w:p>
      <w:pPr>
        <w:jc w:val="right"/>
      </w:pPr>
      <w:r>
        <w:t>کہ زوال زوال کے زمانے میں، جس طرح دور زوال میں، جس طرح یہود کا کا اندر بگاڑ</w:t>
      </w:r>
    </w:p>
    <w:p>
      <w:r>
        <w:rPr>
          <w:b/>
        </w:rPr>
        <w:t xml:space="preserve">[45:05] </w:t>
      </w:r>
      <w:r>
        <w:t>paida hua, to zawal ke zamane mein tumhare andar bhi yeh sab bigad paida hoga.</w:t>
      </w:r>
    </w:p>
    <w:p>
      <w:pPr>
        <w:jc w:val="right"/>
      </w:pPr>
      <w:r>
        <w:t>پیدا ہوا، تو زوال کے زمانے میں تمہارے اندر بھی یہ سب بگاڑ پیدا ہوگا۔</w:t>
      </w:r>
    </w:p>
    <w:p>
      <w:r>
        <w:rPr>
          <w:b/>
        </w:rPr>
        <w:t xml:space="preserve">[45:10] </w:t>
      </w:r>
      <w:r>
        <w:t>to muslehīn ko wahan reh gaya hai ke muslehīn jo hain, us ko janay rahen, waqt par kharay</w:t>
      </w:r>
    </w:p>
    <w:p>
      <w:pPr>
        <w:jc w:val="right"/>
      </w:pPr>
      <w:r>
        <w:t>تو مصلحین کو وہاں رہ گیا ہے کہ مصلحین جو ہیں، اس کو جانے رہیں، وقت پر کھڑے</w:t>
      </w:r>
    </w:p>
    <w:p>
      <w:r>
        <w:rPr>
          <w:b/>
        </w:rPr>
        <w:t xml:space="preserve">[45:16] </w:t>
      </w:r>
      <w:r>
        <w:t>hon batany ke liye aur logon ko bigar se bachen.</w:t>
      </w:r>
    </w:p>
    <w:p>
      <w:pPr>
        <w:jc w:val="right"/>
      </w:pPr>
      <w:r>
        <w:t>ہوں بتانے کے لیے اور لوگوں کو بگاڑ سے بچائیں۔</w:t>
      </w:r>
    </w:p>
    <w:p>
      <w:r>
        <w:rPr>
          <w:b/>
        </w:rPr>
        <w:t xml:space="preserve">[45:22] </w:t>
      </w:r>
      <w:r>
        <w:t>assalamu alaikum wa rehmatullahi.</w:t>
      </w:r>
    </w:p>
    <w:p>
      <w:pPr>
        <w:jc w:val="right"/>
      </w:pPr>
      <w:r>
        <w:t>السَّلَامُ عَلَيْكُمْ وَرَحْمَةُ اللَّهِ.</w:t>
      </w:r>
    </w:p>
    <w:p>
      <w:r>
        <w:rPr>
          <w:b/>
        </w:rPr>
        <w:t xml:space="preserve">[45:28] </w:t>
      </w:r>
      <w:r>
        <w:t>wo jo yeh hai ke Allah taala ne kaha ke bandar ho jao,</w:t>
      </w:r>
    </w:p>
    <w:p>
      <w:pPr>
        <w:jc w:val="right"/>
      </w:pPr>
      <w:r>
        <w:t>وہ جو یہ ہے کہ اللہ تعالی نے کہا کہ بندر ہو جاؤ،</w:t>
      </w:r>
    </w:p>
    <w:p>
      <w:r>
        <w:rPr>
          <w:b/>
        </w:rPr>
        <w:t xml:space="preserve">[45:34] </w:t>
      </w:r>
      <w:r>
        <w:t>to yeh kaise ho sakta hai ke agar koi ghalati kare to Allah taala ke hukum se woh</w:t>
      </w:r>
    </w:p>
    <w:p>
      <w:pPr>
        <w:jc w:val="right"/>
      </w:pPr>
      <w:r>
        <w:t>تو یہ کیسے ہو سکتا ہے کہ اگر کوئی غلطی کرے تو اللہ تعالی کے حکم سے وہ</w:t>
      </w:r>
    </w:p>
    <w:p>
      <w:r>
        <w:rPr>
          <w:b/>
        </w:rPr>
        <w:t xml:space="preserve">[45:39] </w:t>
      </w:r>
      <w:r>
        <w:t>bandar jaisay is ke akhlaq ho jayen ya janwar jaisay akhlaq ho jayen? Yeh kya matlab hai is</w:t>
      </w:r>
    </w:p>
    <w:p>
      <w:pPr>
        <w:jc w:val="right"/>
      </w:pPr>
      <w:r>
        <w:t>بندر جیسے اس کے اخلاق ہو جائیں یا جانور جیسے اخلاق ہو جائیں؟ یہ کیا مطلب ہے اس</w:t>
      </w:r>
    </w:p>
    <w:p>
      <w:r>
        <w:rPr>
          <w:b/>
        </w:rPr>
        <w:t xml:space="preserve">[45:43] </w:t>
      </w:r>
      <w:r>
        <w:t>ka? Dekhen, mufassireen aam tor par yeh samajhtay hain ke woh sach much bandar ban gaye,</w:t>
      </w:r>
    </w:p>
    <w:p>
      <w:pPr>
        <w:jc w:val="right"/>
      </w:pPr>
      <w:r>
        <w:t>کا؟ دیکھیں، مفسرین عام طور پر یہ سمجھتے ہیں کہ وہ سچ مچ بندر بن گئے،</w:t>
      </w:r>
    </w:p>
    <w:p>
      <w:r>
        <w:rPr>
          <w:b/>
        </w:rPr>
        <w:t xml:space="preserve">[45:53] </w:t>
      </w:r>
      <w:r>
        <w:t>lekin baaz mufassireen ki rai yeh bhi hai ke woh sach much bandar nahi, balkay bandar sifat.</w:t>
      </w:r>
    </w:p>
    <w:p>
      <w:pPr>
        <w:jc w:val="right"/>
      </w:pPr>
      <w:r>
        <w:t>لیکن بعض مفسرین کی رائے یہ بھی ہے کہ وہ سچ مچ بندر نہیں، بلکہ بندر صفت۔</w:t>
      </w:r>
    </w:p>
    <w:p>
      <w:r>
        <w:rPr>
          <w:b/>
        </w:rPr>
        <w:t xml:space="preserve">[46:01] </w:t>
      </w:r>
      <w:r>
        <w:t>to us ko maine socha ke bandar sifat honay ka matlab kya hai? To shayad is ka</w:t>
      </w:r>
    </w:p>
    <w:p>
      <w:pPr>
        <w:jc w:val="right"/>
      </w:pPr>
      <w:r>
        <w:t>تو اس کو میں نے سوچا کہ بندر صفت ہونے کا مطلب کیا ہے؟ تو شاید اس کا</w:t>
      </w:r>
    </w:p>
    <w:p>
      <w:r>
        <w:rPr>
          <w:b/>
        </w:rPr>
        <w:t xml:space="preserve">[46:07] </w:t>
      </w:r>
      <w:r>
        <w:t>matlab yeh ho ke bandar uchhal kood karta hai, yani meaningless, meaningless activities dikhata hai.</w:t>
      </w:r>
    </w:p>
    <w:p>
      <w:pPr>
        <w:jc w:val="right"/>
      </w:pPr>
      <w:r>
        <w:t>مطلب یہ ہو کہ بندر اچھل کود کرتا ہے، یعنی میننگ لیس، میننگ لیس ایکٹیوٹیز دکھاتا ہے۔</w:t>
      </w:r>
    </w:p>
    <w:p>
      <w:r>
        <w:rPr>
          <w:b/>
        </w:rPr>
        <w:t xml:space="preserve">[46:16] </w:t>
      </w:r>
      <w:r>
        <w:t>to shayad is ka matlab yeh ho ke</w:t>
      </w:r>
    </w:p>
    <w:p>
      <w:pPr>
        <w:jc w:val="right"/>
      </w:pPr>
      <w:r>
        <w:t>تو شاید اس کا مطلب یہ ہو کہ</w:t>
      </w:r>
    </w:p>
    <w:p>
      <w:r>
        <w:rPr>
          <w:b/>
        </w:rPr>
        <w:t xml:space="preserve">[46:20] </w:t>
      </w:r>
      <w:r>
        <w:t>jab lambi muddat tak insan Allah ki sarkashi kare aur woh hukum ki nafarmani kare, to Allah ki</w:t>
      </w:r>
    </w:p>
    <w:p>
      <w:pPr>
        <w:jc w:val="right"/>
      </w:pPr>
      <w:r>
        <w:t>جب لمبی مدت تک انسان اللہ کی سرکشی کرے اور وہ حکم کی نافرمانی کرے، تو اللہ کی</w:t>
      </w:r>
    </w:p>
    <w:p>
      <w:r>
        <w:rPr>
          <w:b/>
        </w:rPr>
        <w:t xml:space="preserve">[46:28] </w:t>
      </w:r>
      <w:r>
        <w:t>rehmat is se hat jati hai, Allah ki rehmat nikal jati hai, to us ko soojh boojh kam</w:t>
      </w:r>
    </w:p>
    <w:p>
      <w:pPr>
        <w:jc w:val="right"/>
      </w:pPr>
      <w:r>
        <w:t>رحمت اس سے ہٹ جاتی ہے، اللہ کی رحمت نکل جاتی ہے، تو اس کو سوجھ بوجھ کم</w:t>
      </w:r>
    </w:p>
    <w:p>
      <w:r>
        <w:rPr>
          <w:b/>
        </w:rPr>
        <w:t xml:space="preserve">[46:34] </w:t>
      </w:r>
      <w:r>
        <w:t>ho jati hai.</w:t>
      </w:r>
    </w:p>
    <w:p>
      <w:pPr>
        <w:jc w:val="right"/>
      </w:pPr>
      <w:r>
        <w:t>ہو جاتی ہے۔</w:t>
      </w:r>
    </w:p>
    <w:p>
      <w:r>
        <w:rPr>
          <w:b/>
        </w:rPr>
        <w:t xml:space="preserve">[46:36] </w:t>
      </w:r>
      <w:r>
        <w:t>soojh boojh ka matlab dunya ke baray mein soojh boojh kam nahi hoti, deen ke mamlay mein to</w:t>
      </w:r>
    </w:p>
    <w:p>
      <w:pPr>
        <w:jc w:val="right"/>
      </w:pPr>
      <w:r>
        <w:t>سوجھ بوجھ کا مطلب دنیا کے بارے میں سوجھ بوجھ کم نہیں ہوتی، دین کے معاملے میں تو</w:t>
      </w:r>
    </w:p>
    <w:p>
      <w:r>
        <w:rPr>
          <w:b/>
        </w:rPr>
        <w:t xml:space="preserve">[46:42] </w:t>
      </w:r>
      <w:r>
        <w:t>log, yani un ke andar planning nahi hoti, mansooba nahi hota, to uchhal kood karte hain.</w:t>
      </w:r>
    </w:p>
    <w:p>
      <w:pPr>
        <w:jc w:val="right"/>
      </w:pPr>
      <w:r>
        <w:t>لوگ، یعنی ان کے اندر پلاننگ نہیں ہوتی، منصوبہ نہیں ہوتا، تو اچھل کود کرتے ہیں۔</w:t>
      </w:r>
    </w:p>
    <w:p>
      <w:r>
        <w:rPr>
          <w:b/>
        </w:rPr>
        <w:t xml:space="preserve">[46:50] </w:t>
      </w:r>
      <w:r>
        <w:t>yani aisi harkaten karna jis ka koi natija nikalnay wala na ho.</w:t>
      </w:r>
    </w:p>
    <w:p>
      <w:pPr>
        <w:jc w:val="right"/>
      </w:pPr>
      <w:r>
        <w:t>یعنی ایسی حرکتیں کرنا جس کا کوئی نتیجہ نکلنے والا نہ ہو۔</w:t>
      </w:r>
    </w:p>
    <w:p>
      <w:r>
        <w:rPr>
          <w:b/>
        </w:rPr>
        <w:t xml:space="preserve">[46:56] </w:t>
      </w:r>
      <w:r>
        <w:t>to aaj kal to mujhe lagta hai ke hamaray haan jo</w:t>
      </w:r>
    </w:p>
    <w:p>
      <w:pPr>
        <w:jc w:val="right"/>
      </w:pPr>
      <w:r>
        <w:t>تو آج کل تو مجھے لگتا ہے کہ ہمارے ہاں جو</w:t>
      </w:r>
    </w:p>
    <w:p>
      <w:r>
        <w:rPr>
          <w:b/>
        </w:rPr>
        <w:t xml:space="preserve">[47:00] </w:t>
      </w:r>
      <w:r>
        <w:t>sargarmiyan hain, woh isi qism ki hain.</w:t>
      </w:r>
    </w:p>
    <w:p>
      <w:pPr>
        <w:jc w:val="right"/>
      </w:pPr>
      <w:r>
        <w:t>سرگرمیاں ہیں، وہ اسی قسم کی ہیں۔</w:t>
      </w:r>
    </w:p>
    <w:p>
      <w:r>
        <w:rPr>
          <w:b/>
        </w:rPr>
        <w:t xml:space="preserve">[47:03] </w:t>
      </w:r>
      <w:r>
        <w:t>uchhal kood, be maani uchhal kood, yani meaningless uchhal kood,</w:t>
      </w:r>
    </w:p>
    <w:p>
      <w:pPr>
        <w:jc w:val="right"/>
      </w:pPr>
      <w:r>
        <w:t>اچھل کود، بے معنی اچھل کود، یعنی میننگ لیس اچھل کود،</w:t>
      </w:r>
    </w:p>
    <w:p>
      <w:r>
        <w:rPr>
          <w:b/>
        </w:rPr>
        <w:t xml:space="preserve">[47:08] </w:t>
      </w:r>
      <w:r>
        <w:t>yeh to ho raha hai aaj kal.</w:t>
      </w:r>
    </w:p>
    <w:p>
      <w:pPr>
        <w:jc w:val="right"/>
      </w:pPr>
      <w:r>
        <w:t>یہ تو ہو رہا ہے آج کل۔</w:t>
      </w:r>
    </w:p>
    <w:p>
      <w:r>
        <w:rPr>
          <w:b/>
        </w:rPr>
        <w:t xml:space="preserve">[47:11] </w:t>
      </w:r>
      <w:r>
        <w:t>yani aaj kal jo ho raha hai, muzahire aur larai aur</w:t>
      </w:r>
    </w:p>
    <w:p>
      <w:pPr>
        <w:jc w:val="right"/>
      </w:pPr>
      <w:r>
        <w:t>یعنی آج کل جو ہو رہا ہے، مظاہرے اور لڑائی اور</w:t>
      </w:r>
    </w:p>
    <w:p>
      <w:r>
        <w:rPr>
          <w:b/>
        </w:rPr>
        <w:t xml:space="preserve">[47:20] </w:t>
      </w:r>
      <w:r>
        <w:t>society bombing, yeh sab kya hai? Uchhal kood hai, yeh koi faida nahi hai, is ka koi natija</w:t>
      </w:r>
    </w:p>
    <w:p>
      <w:pPr>
        <w:jc w:val="right"/>
      </w:pPr>
      <w:r>
        <w:t>سوسائٹی بمبنگ، یہ سب کیا ہے؟ اچھل کود ہے، یہ کوئی فائدہ نہیں ہے، اس کا کوئی نتیجہ</w:t>
      </w:r>
    </w:p>
    <w:p>
      <w:r>
        <w:rPr>
          <w:b/>
        </w:rPr>
        <w:t xml:space="preserve">[47:27] </w:t>
      </w:r>
      <w:r>
        <w:t>is ka nahi.</w:t>
      </w:r>
    </w:p>
    <w:p>
      <w:pPr>
        <w:jc w:val="right"/>
      </w:pPr>
      <w:r>
        <w:t>اس کا نہیں۔</w:t>
      </w:r>
    </w:p>
    <w:p>
      <w:r>
        <w:rPr>
          <w:b/>
        </w:rPr>
        <w:t xml:space="preserve">[47:28] </w:t>
      </w:r>
      <w:r>
        <w:t>to yeh main yaqeen nahi karta ke yahi matlab hai is ka, lekin us ko maine socha</w:t>
      </w:r>
    </w:p>
    <w:p>
      <w:pPr>
        <w:jc w:val="right"/>
      </w:pPr>
      <w:r>
        <w:t>تو یہ میں یقین نہیں کرتا کہ یہی مطلب ہے اس کا، لیکن اس کو میں نے سوچا</w:t>
      </w:r>
    </w:p>
    <w:p>
      <w:r>
        <w:rPr>
          <w:b/>
        </w:rPr>
        <w:t xml:space="preserve">[47:35] </w:t>
      </w:r>
      <w:r>
        <w:t>to mere samne ek baat ye aati hai ke bandar sifat banne ke mani kya hain? meaning less</w:t>
      </w:r>
    </w:p>
    <w:p>
      <w:pPr>
        <w:jc w:val="right"/>
      </w:pPr>
      <w:r>
        <w:t>تو میرے سامنے ایک بات یہ آتی ہے کہ بندر صفت بننے کے معنی کیا ہیں؟ میننگ لیس</w:t>
      </w:r>
    </w:p>
    <w:p>
      <w:r>
        <w:rPr>
          <w:b/>
        </w:rPr>
        <w:t xml:space="preserve">[47:41] </w:t>
      </w:r>
      <w:r>
        <w:t>uchhal kood. main ek martaba rajasthan mein ek pahadi ke upar chadha tha, to wahan ek building thi,</w:t>
      </w:r>
    </w:p>
    <w:p>
      <w:pPr>
        <w:jc w:val="right"/>
      </w:pPr>
      <w:r>
        <w:t>اچھل کود۔ میں ایک مرتبہ راجستھان میں ایک پہاڑی کے اوپر چڑھا تھا، تو وہاں ایک بلڈنگ تھی،</w:t>
      </w:r>
    </w:p>
    <w:p>
      <w:r>
        <w:rPr>
          <w:b/>
        </w:rPr>
        <w:t xml:space="preserve">[47:51] </w:t>
      </w:r>
      <w:r>
        <w:t>raja ne banai hogi, achhi khasi building thi, wo insan nahi rehte the wahan par.</w:t>
      </w:r>
    </w:p>
    <w:p>
      <w:pPr>
        <w:jc w:val="right"/>
      </w:pPr>
      <w:r>
        <w:t>راجہ نے بنائی ہوگی، اچھی خاصی بلڈنگ تھی، وہ انسان نہیں رہتے تھے وہاں پر۔</w:t>
      </w:r>
    </w:p>
    <w:p>
      <w:r>
        <w:rPr>
          <w:b/>
        </w:rPr>
        <w:t xml:space="preserve">[47:57] </w:t>
      </w:r>
      <w:r>
        <w:t>to bahut se bandar is mein the aur sab uchhal kood kar rahe the, meaning less uchhal kood,</w:t>
      </w:r>
    </w:p>
    <w:p>
      <w:pPr>
        <w:jc w:val="right"/>
      </w:pPr>
      <w:r>
        <w:t>تو بہت سے بندر اس میں تھے اور سب اچھل کود کر رہے تھے، میننگ لیس اچھل کود،</w:t>
      </w:r>
    </w:p>
    <w:p>
      <w:r>
        <w:rPr>
          <w:b/>
        </w:rPr>
        <w:t xml:space="preserve">[48:02] </w:t>
      </w:r>
      <w:r>
        <w:t>koi sara peer is ka.</w:t>
      </w:r>
    </w:p>
    <w:p>
      <w:pPr>
        <w:jc w:val="right"/>
      </w:pPr>
      <w:r>
        <w:t>کوئی سارا پیر اس کا۔</w:t>
      </w:r>
    </w:p>
    <w:p>
      <w:r>
        <w:rPr>
          <w:b/>
        </w:rPr>
        <w:t xml:space="preserve">[48:04] </w:t>
      </w:r>
      <w:r>
        <w:t>to main samajhta hoon ke jab Allah ki rehmat hat jati hai to aql dunya to nahi khatm</w:t>
      </w:r>
    </w:p>
    <w:p>
      <w:pPr>
        <w:jc w:val="right"/>
      </w:pPr>
      <w:r>
        <w:t>تو میں سمجھتا ہوں کہ جب اللہ کی رحمت ہٹ جاتی ہے تو عقل دنیا تو نہیں ختم</w:t>
      </w:r>
    </w:p>
    <w:p>
      <w:r>
        <w:rPr>
          <w:b/>
        </w:rPr>
        <w:t xml:space="preserve">[48:12] </w:t>
      </w:r>
      <w:r>
        <w:t>hoti, lekin aql deen khatm ho jata hai.</w:t>
      </w:r>
    </w:p>
    <w:p>
      <w:pPr>
        <w:jc w:val="right"/>
      </w:pPr>
      <w:r>
        <w:t>ہوتی، لیکن عقل دین ختم ہو جاتا ہے۔</w:t>
      </w:r>
    </w:p>
    <w:p>
      <w:r>
        <w:rPr>
          <w:b/>
        </w:rPr>
        <w:t xml:space="preserve">[48:15] </w:t>
      </w:r>
      <w:r>
        <w:t>to Islam ke naam par, jihad ke naam par, meaning less harkaten karne lagte hain.</w:t>
      </w:r>
    </w:p>
    <w:p>
      <w:pPr>
        <w:jc w:val="right"/>
      </w:pPr>
      <w:r>
        <w:t>تو اسلام کے نام پر، جہاد کے نام پر، میننگ لیس حرکتیں کرنے لگتے ہیں۔</w:t>
      </w:r>
    </w:p>
    <w:p>
      <w:r>
        <w:rPr>
          <w:b/>
        </w:rPr>
        <w:t xml:space="preserve">[48:20] </w:t>
      </w:r>
      <w:r>
        <w:t>ye hai shayad is ka matlab.</w:t>
      </w:r>
    </w:p>
    <w:p>
      <w:pPr>
        <w:jc w:val="right"/>
      </w:pPr>
      <w:r>
        <w:t>یہ ہے شاید اس کا مطلب۔</w:t>
      </w:r>
    </w:p>
    <w:p>
      <w:r>
        <w:rPr>
          <w:b/>
        </w:rPr>
        <w:t xml:space="preserve">[48:22] </w:t>
      </w:r>
      <w:r>
        <w:t>ek hai, dekhen, yani well planned activities,</w:t>
      </w:r>
    </w:p>
    <w:p>
      <w:pPr>
        <w:jc w:val="right"/>
      </w:pPr>
      <w:r>
        <w:t>ایک ہے، دیکھیں، یعنی ویل پلانڈ ایکٹیوٹیز،</w:t>
      </w:r>
    </w:p>
    <w:p>
      <w:r>
        <w:rPr>
          <w:b/>
        </w:rPr>
        <w:t xml:space="preserve">[48:28] </w:t>
      </w:r>
      <w:r>
        <w:t>aql se sochna, halaat ka jaiza lena, phir mansooba banana,</w:t>
      </w:r>
    </w:p>
    <w:p>
      <w:pPr>
        <w:jc w:val="right"/>
      </w:pPr>
      <w:r>
        <w:t>عقل سے سوچنا، حالات کا جائزہ لینا، پھر منصوبہ بنانا،</w:t>
      </w:r>
    </w:p>
    <w:p>
      <w:r>
        <w:rPr>
          <w:b/>
        </w:rPr>
        <w:t xml:space="preserve">[48:34] </w:t>
      </w:r>
      <w:r>
        <w:t>ye insani tareeqa hai.</w:t>
      </w:r>
    </w:p>
    <w:p>
      <w:pPr>
        <w:jc w:val="right"/>
      </w:pPr>
      <w:r>
        <w:t>یہ انسانی طریقہ ہے۔</w:t>
      </w:r>
    </w:p>
    <w:p>
      <w:r>
        <w:rPr>
          <w:b/>
        </w:rPr>
        <w:t xml:space="preserve">[48:36] </w:t>
      </w:r>
      <w:r>
        <w:t>ek hai, kuch sochna nahi, bas khwamkhwah uchhal kood karna, hangama karna, to wo bandar ka tareeqa hai.</w:t>
      </w:r>
    </w:p>
    <w:p>
      <w:pPr>
        <w:jc w:val="right"/>
      </w:pPr>
      <w:r>
        <w:t>ایک ہے، کچھ سوچنا نہیں، بس خوامخواہ اچھل کود کرنا، ہنگامہ کرنا، تو وہ بندر کا طریقہ ہے۔</w:t>
      </w:r>
    </w:p>
    <w:p>
      <w:r>
        <w:rPr>
          <w:b/>
        </w:rPr>
        <w:t xml:space="preserve">[48:44] </w:t>
      </w:r>
      <w:r>
        <w:t>to yahan mere khayal se matlab yahi ke aql insani khatm ho jaye, aql hawani reh jaye.</w:t>
      </w:r>
    </w:p>
    <w:p>
      <w:pPr>
        <w:jc w:val="right"/>
      </w:pPr>
      <w:r>
        <w:t>تو یہاں میرے خیال سے مطلب یہی کہ عقل انسانی ختم ہو جائے، عقل حیوانی رہ جائے۔</w:t>
      </w:r>
    </w:p>
    <w:p>
      <w:r>
        <w:rPr>
          <w:b/>
        </w:rPr>
        <w:t xml:space="preserve">[48:52] </w:t>
      </w:r>
      <w:r>
        <w:t>aur ye achhanak nahi hota, ye dheere dheere hota hai,</w:t>
      </w:r>
    </w:p>
    <w:p>
      <w:pPr>
        <w:jc w:val="right"/>
      </w:pPr>
      <w:r>
        <w:t>اور یہ اچانک نہیں ہوتا، یہ دھیرے دھیرے ہوتا ہے،</w:t>
      </w:r>
    </w:p>
    <w:p>
      <w:r>
        <w:rPr>
          <w:b/>
        </w:rPr>
        <w:t xml:space="preserve">[48:57] </w:t>
      </w:r>
      <w:r>
        <w:t>yani gradual tareeqe se ye girawat aati hai.</w:t>
      </w:r>
    </w:p>
    <w:p>
      <w:pPr>
        <w:jc w:val="right"/>
      </w:pPr>
      <w:r>
        <w:t>یعنی گریجول طریقے سے یہ گراوٹ آتی ہے۔</w:t>
      </w:r>
    </w:p>
    <w:p>
      <w:r>
        <w:rPr>
          <w:b/>
        </w:rPr>
        <w:t xml:space="preserve">[49:01] </w:t>
      </w:r>
      <w:r>
        <w:t>molana aik sawal hai mudassir maqbool sahib ka woh yeh keh rahe hain You told about Yahood, Nassara and Sabeen. Who were Sabeen? Sabeen kon the? Sabeen ke bare mein tafsiron mein jo aaya hai ke woh aik firqa tha pehle jo ab ghliban maujood nahi hai aik aik paighambar ko mante the woh.</w:t>
      </w:r>
    </w:p>
    <w:p>
      <w:pPr>
        <w:jc w:val="right"/>
      </w:pPr>
      <w:r>
        <w:t>مولانا ایک سوال ہے مدثر مقبول صاحب کا وہ یہ کہہ رہے ہیں You told about Yahood, Nassara and Sabeen. Who were Sabeen? Sabeen کون تھے؟ Sabeen کے بارے میں تفسیروں میں جو آیا ہے کہ وہ ایک فرقہ تھا پہلے جو اب غالباً موجود نہیں ہے ایک ایک پیغمبر کو مانتے تھے وہ.</w:t>
      </w:r>
    </w:p>
    <w:p>
      <w:r>
        <w:rPr>
          <w:b/>
        </w:rPr>
        <w:t xml:space="preserve">[49:28] </w:t>
      </w:r>
      <w:r>
        <w:t>. mujhe yaad nahi, naam yaad nahi, tafseeron mein naam maujood hai un ka.</w:t>
      </w:r>
    </w:p>
    <w:p>
      <w:pPr>
        <w:jc w:val="right"/>
      </w:pPr>
      <w:r>
        <w:t>۔ مجھے یاد نہیں، نام یاد نہیں، تفسیروں میں نام موجود ہے ان کا۔</w:t>
      </w:r>
    </w:p>
    <w:p>
      <w:r>
        <w:rPr>
          <w:b/>
        </w:rPr>
        <w:t xml:space="preserve">[49:32] </w:t>
      </w:r>
      <w:r>
        <w:t>to bahut kam ho gaye the wo,</w:t>
      </w:r>
    </w:p>
    <w:p>
      <w:pPr>
        <w:jc w:val="right"/>
      </w:pPr>
      <w:r>
        <w:t>تو بہت کم ہو گئے تھے وہ،</w:t>
      </w:r>
    </w:p>
    <w:p>
      <w:r>
        <w:rPr>
          <w:b/>
        </w:rPr>
        <w:t xml:space="preserve">[49:36] </w:t>
      </w:r>
      <w:r>
        <w:t>is zamane mein shayad kuch rahe honge, ab to itne bhi nahi hain.</w:t>
      </w:r>
    </w:p>
    <w:p>
      <w:pPr>
        <w:jc w:val="right"/>
      </w:pPr>
      <w:r>
        <w:t>اس زمانے میں شاید کچھ رہے ہوں گے، اب تو اتنے بھی نہیں ہیں۔</w:t>
      </w:r>
    </w:p>
    <w:p>
      <w:r>
        <w:rPr>
          <w:b/>
        </w:rPr>
        <w:t xml:space="preserve">[49:40] </w:t>
      </w:r>
      <w:r>
        <w:t>maqsad ye hai ke sabain ka naam le kar ek ek group jo us waqt tha maujood, to</w:t>
      </w:r>
    </w:p>
    <w:p>
      <w:pPr>
        <w:jc w:val="right"/>
      </w:pPr>
      <w:r>
        <w:t>مقصد یہ ہے کہ صابئین کا نام لے کر ایک ایک گروہ جو اس وقت تھا موجود، تو</w:t>
      </w:r>
    </w:p>
    <w:p>
      <w:r>
        <w:rPr>
          <w:b/>
        </w:rPr>
        <w:t xml:space="preserve">[49:47] </w:t>
      </w:r>
      <w:r>
        <w:t>is mein grouhi nijat ki</w:t>
      </w:r>
    </w:p>
    <w:p>
      <w:pPr>
        <w:jc w:val="right"/>
      </w:pPr>
      <w:r>
        <w:t>اس میں گروہی نجات کی</w:t>
      </w:r>
    </w:p>
    <w:p>
      <w:r>
        <w:rPr>
          <w:b/>
        </w:rPr>
        <w:t xml:space="preserve">[49:51] </w:t>
      </w:r>
      <w:r>
        <w:t>tarfeed hai. ab sabain us waqt hain ya nahi hain, wo masla nahi hai.</w:t>
      </w:r>
    </w:p>
    <w:p>
      <w:pPr>
        <w:jc w:val="right"/>
      </w:pPr>
      <w:r>
        <w:t>تردید ہے۔ اب صابئین اس وقت ہیں یا نہیں ہیں، وہ مسئلہ نہیں ہے۔</w:t>
      </w:r>
    </w:p>
    <w:p>
      <w:r>
        <w:rPr>
          <w:b/>
        </w:rPr>
        <w:t xml:space="preserve">[49:56] </w:t>
      </w:r>
      <w:r>
        <w:t>masla ye hai ke jo bhi group, yani yahudi group, isaiyon ka group, musalmanon ka group, to group</w:t>
      </w:r>
    </w:p>
    <w:p>
      <w:pPr>
        <w:jc w:val="right"/>
      </w:pPr>
      <w:r>
        <w:t>مسئلہ یہ ہے کہ جو بھی گروہ، یعنی یہودی گروہ، عیسائیوں کا گروہ، مسلمانوں کا گروہ، تو گروہ</w:t>
      </w:r>
    </w:p>
    <w:p>
      <w:r>
        <w:rPr>
          <w:b/>
        </w:rPr>
        <w:t xml:space="preserve">[50:05] </w:t>
      </w:r>
      <w:r>
        <w:t>ke ek koi group zyada</w:t>
      </w:r>
    </w:p>
    <w:p>
      <w:pPr>
        <w:jc w:val="right"/>
      </w:pPr>
      <w:r>
        <w:t>کے ایک کوئی گروہ زیادہ</w:t>
      </w:r>
    </w:p>
    <w:p>
      <w:r>
        <w:rPr>
          <w:b/>
        </w:rPr>
        <w:t xml:space="preserve">[50:09] </w:t>
      </w:r>
      <w:r>
        <w:t>behtar hai doosre group se.</w:t>
      </w:r>
    </w:p>
    <w:p>
      <w:pPr>
        <w:jc w:val="right"/>
      </w:pPr>
      <w:r>
        <w:t>بہتر ہے دوسرے گروہ سے۔</w:t>
      </w:r>
    </w:p>
    <w:p>
      <w:r>
        <w:rPr>
          <w:b/>
        </w:rPr>
        <w:t xml:space="preserve">[50:11] </w:t>
      </w:r>
      <w:r>
        <w:t>is groh ki nijaat hai, is groh ki nijaat nahi hai.</w:t>
      </w:r>
    </w:p>
    <w:p>
      <w:pPr>
        <w:jc w:val="right"/>
      </w:pPr>
      <w:r>
        <w:t>اس گروہ کی نجات ہے، اس گروہ کی نجات نہیں ہے۔</w:t>
      </w:r>
    </w:p>
    <w:p>
      <w:r>
        <w:rPr>
          <w:b/>
        </w:rPr>
        <w:t xml:space="preserve">[50:13] </w:t>
      </w:r>
      <w:r>
        <w:t>is ki tardeed hai is mein ke Allah ta'ala ke qanoon mein grohi nijaat ka tasawwur nahi hai,</w:t>
      </w:r>
    </w:p>
    <w:p>
      <w:pPr>
        <w:jc w:val="right"/>
      </w:pPr>
      <w:r>
        <w:t>اس کی تردید ہے اس میں کہ اللہ تعالی کے قانون میں گروہی نجات کا تصور نہیں ہے،</w:t>
      </w:r>
    </w:p>
    <w:p>
      <w:r>
        <w:rPr>
          <w:b/>
        </w:rPr>
        <w:t xml:space="preserve">[50:20] </w:t>
      </w:r>
      <w:r>
        <w:t>balkay nijaat jo hai woh imaan aur amal saleh par hai.</w:t>
      </w:r>
    </w:p>
    <w:p>
      <w:pPr>
        <w:jc w:val="right"/>
      </w:pPr>
      <w:r>
        <w:t>بلکہ نجات جو ہے وہ ایمان اور عمل صالح پر ہے۔</w:t>
      </w:r>
    </w:p>
    <w:p>
      <w:r>
        <w:rPr>
          <w:b/>
        </w:rPr>
        <w:t xml:space="preserve">[50:24] </w:t>
      </w:r>
      <w:r>
        <w:t>doosra lafz yeh hai ke infiradi amal par hai, yani groh ki bunyaad par nahi hai, balkay infiradi</w:t>
      </w:r>
    </w:p>
    <w:p>
      <w:pPr>
        <w:jc w:val="right"/>
      </w:pPr>
      <w:r>
        <w:t>دوسرا لفظ یہ ہے کہ انفرادی عمل پر ہے، یعنی گروہ کی بنیاد پر نہیں ہے، بلکہ انفرادی</w:t>
      </w:r>
    </w:p>
    <w:p>
      <w:r>
        <w:rPr>
          <w:b/>
        </w:rPr>
        <w:t xml:space="preserve">[50:30] </w:t>
      </w:r>
      <w:r>
        <w:t>amal par hai.</w:t>
      </w:r>
    </w:p>
    <w:p>
      <w:pPr>
        <w:jc w:val="right"/>
      </w:pPr>
      <w:r>
        <w:t>عمل پر ہے۔</w:t>
      </w:r>
    </w:p>
    <w:p>
      <w:r>
        <w:rPr>
          <w:b/>
        </w:rPr>
        <w:t xml:space="preserve">[50:31] </w:t>
      </w:r>
      <w:r>
        <w:t>sabieen ke baray mein kuch logon ne tehqeeq ki hai, aap tasweeron mein dekh sakte hain,</w:t>
      </w:r>
    </w:p>
    <w:p>
      <w:pPr>
        <w:jc w:val="right"/>
      </w:pPr>
      <w:r>
        <w:t>صابئین کے بارے میں کچھ لوگوں نے تحقیق کی ہے، آپ تصویروں میں دیکھ سکتے ہیں،</w:t>
      </w:r>
    </w:p>
    <w:p>
      <w:r>
        <w:rPr>
          <w:b/>
        </w:rPr>
        <w:t xml:space="preserve">[50:37] </w:t>
      </w:r>
      <w:r>
        <w:t>barwaqt ghaliban yeh firqa kahin maujood nahi hai.</w:t>
      </w:r>
    </w:p>
    <w:p>
      <w:pPr>
        <w:jc w:val="right"/>
      </w:pPr>
      <w:r>
        <w:t>بروقت غالباً یہ فرقہ کہیں موجود نہیں ہے۔</w:t>
      </w:r>
    </w:p>
    <w:p>
      <w:r>
        <w:rPr>
          <w:b/>
        </w:rPr>
        <w:t xml:space="preserve">[50:40] </w:t>
      </w:r>
      <w:r>
        <w:t>Maulana yeh Sajid Ansar Sahab Sajid Ansar Sahab ka aik sawal hai Is it necessary to get married? If not, whether we will be true followers? What is the role of parents? They should force the child or leave the decision on the child?</w:t>
      </w:r>
    </w:p>
    <w:p>
      <w:pPr>
        <w:jc w:val="right"/>
      </w:pPr>
      <w:r>
        <w:t>مولانا یہ ساجد انصار صاحب ساجد انصار صاحب کا ایک سوال ہے Is it necessary to get married? If not, whether we will be true followers? What is the role of parents? They should force the child or leave the decision on the child?</w:t>
      </w:r>
    </w:p>
    <w:p>
      <w:r>
        <w:rPr>
          <w:b/>
        </w:rPr>
        <w:t xml:space="preserve">[51:03] </w:t>
      </w:r>
      <w:r>
        <w:t>? dekhiye, Islam mein</w:t>
      </w:r>
    </w:p>
    <w:p>
      <w:pPr>
        <w:jc w:val="right"/>
      </w:pPr>
      <w:r>
        <w:t>؟" دیکھیے، اسلام میں</w:t>
      </w:r>
    </w:p>
    <w:p>
      <w:r>
        <w:rPr>
          <w:b/>
        </w:rPr>
        <w:t xml:space="preserve">[51:05] </w:t>
      </w:r>
      <w:r>
        <w:t>shadi ke baray mein yeh hadith aayi hai ke "al-nikah min sunnati"</w:t>
      </w:r>
    </w:p>
    <w:p>
      <w:pPr>
        <w:jc w:val="right"/>
      </w:pPr>
      <w:r>
        <w:t>شادی کے بارے میں یہ حدیث آئی ہے کہ "النکاح من سنتی"</w:t>
      </w:r>
    </w:p>
    <w:p>
      <w:r>
        <w:rPr>
          <w:b/>
        </w:rPr>
        <w:t xml:space="preserve">[51:14] </w:t>
      </w:r>
      <w:r>
        <w:t>nikah be sunnat hai.</w:t>
      </w:r>
    </w:p>
    <w:p>
      <w:pPr>
        <w:jc w:val="right"/>
      </w:pPr>
      <w:r>
        <w:t>نکاح بے سنت ہے۔</w:t>
      </w:r>
    </w:p>
    <w:p>
      <w:r>
        <w:rPr>
          <w:b/>
        </w:rPr>
        <w:t xml:space="preserve">[51:18] </w:t>
      </w:r>
      <w:r>
        <w:t>to yeh to nahi hai koi hadith ke nikah farz hai ke zaroor karo, baghair nikah ke na</w:t>
      </w:r>
    </w:p>
    <w:p>
      <w:pPr>
        <w:jc w:val="right"/>
      </w:pPr>
      <w:r>
        <w:t>تو یہ تو نہیں ہے کوئی حدیث کہ نکاح فرض ہے کہ ضرور کرو، بغیر نکاح کے نہ</w:t>
      </w:r>
    </w:p>
    <w:p>
      <w:r>
        <w:rPr>
          <w:b/>
        </w:rPr>
        <w:t xml:space="preserve">[51:24] </w:t>
      </w:r>
      <w:r>
        <w:t>raho. lekin nikah jo hai aik sunnat tareeqa hai, aur yahi sari ummat mein yahi hai ke log</w:t>
      </w:r>
    </w:p>
    <w:p>
      <w:pPr>
        <w:jc w:val="right"/>
      </w:pPr>
      <w:r>
        <w:t>رہو۔ لیکن نکاح جو ہے ایک سنت طریقہ ہے، اور یہی ساری امت میں یہی ہے کہ لوگ</w:t>
      </w:r>
    </w:p>
    <w:p>
      <w:r>
        <w:rPr>
          <w:b/>
        </w:rPr>
        <w:t xml:space="preserve">[51:31] </w:t>
      </w:r>
      <w:r>
        <w:t>shadiyan karte rahay hain.</w:t>
      </w:r>
    </w:p>
    <w:p>
      <w:pPr>
        <w:jc w:val="right"/>
      </w:pPr>
      <w:r>
        <w:t>شادیاں کرتے رہے ہیں۔</w:t>
      </w:r>
    </w:p>
    <w:p>
      <w:r>
        <w:rPr>
          <w:b/>
        </w:rPr>
        <w:t xml:space="preserve">[51:33] </w:t>
      </w:r>
      <w:r>
        <w:t>kuch afraad aisay hain jinhon ne shadi nahi ki, mislan Imam Ibn Taymiyyah bohat baray aalim thay, unhon</w:t>
      </w:r>
    </w:p>
    <w:p>
      <w:pPr>
        <w:jc w:val="right"/>
      </w:pPr>
      <w:r>
        <w:t>کچھ افراد ایسے ہیں جنہوں نے شادی نہیں کی، مثلاً امام ابن تیمیہ بہت بڑے عالم تھے، انہوں</w:t>
      </w:r>
    </w:p>
    <w:p>
      <w:r>
        <w:rPr>
          <w:b/>
        </w:rPr>
        <w:t xml:space="preserve">[51:40] </w:t>
      </w:r>
      <w:r>
        <w:t>ne shadi nahi ki.</w:t>
      </w:r>
    </w:p>
    <w:p>
      <w:pPr>
        <w:jc w:val="right"/>
      </w:pPr>
      <w:r>
        <w:t>نے شادی نہیں کی۔</w:t>
      </w:r>
    </w:p>
    <w:p>
      <w:r>
        <w:rPr>
          <w:b/>
        </w:rPr>
        <w:t xml:space="preserve">[51:41] </w:t>
      </w:r>
      <w:r>
        <w:t>woh kehtay thay ke meri shadi meri kitabon se ho gayi hai, bohat bohat ziyada parhtay thay woh.</w:t>
      </w:r>
    </w:p>
    <w:p>
      <w:pPr>
        <w:jc w:val="right"/>
      </w:pPr>
      <w:r>
        <w:t>وہ کہتے تھے کہ میری شادی میری کتابوں سے ہو گئی ہے، بہت بہت زیادہ پڑھتے تھے وہ۔</w:t>
      </w:r>
    </w:p>
    <w:p>
      <w:r>
        <w:rPr>
          <w:b/>
        </w:rPr>
        <w:t xml:space="preserve">[51:47] </w:t>
      </w:r>
      <w:r>
        <w:t>to kya shadi, nikah jo hai, woh is ma'nay mein farz to nahi hai jis tarah ma'nay ke</w:t>
      </w:r>
    </w:p>
    <w:p>
      <w:pPr>
        <w:jc w:val="right"/>
      </w:pPr>
      <w:r>
        <w:t>تو کیا شادی، نکاح جو ہے، وہ اس معنی میں فرض تو نہیں ہے جس طرح معنی کہ</w:t>
      </w:r>
    </w:p>
    <w:p>
      <w:r>
        <w:rPr>
          <w:b/>
        </w:rPr>
        <w:t xml:space="preserve">[51:53] </w:t>
      </w:r>
      <w:r>
        <w:t>namaz farz hoti hai, lekin woh sunnat hai, aur sari ummat ne is pe amal kiya hai.</w:t>
      </w:r>
    </w:p>
    <w:p>
      <w:pPr>
        <w:jc w:val="right"/>
      </w:pPr>
      <w:r>
        <w:t>نماز فرض ہوتی ہے، لیکن وہ سنت ہے، اور ساری امت نے اس پہ عمل کیا ہے۔</w:t>
      </w:r>
    </w:p>
    <w:p>
      <w:r>
        <w:rPr>
          <w:b/>
        </w:rPr>
        <w:t xml:space="preserve">[52:00] </w:t>
      </w:r>
      <w:r>
        <w:t>bohat hi chand logon ko chhod kar sab nikah karte rahay hain.</w:t>
      </w:r>
    </w:p>
    <w:p>
      <w:pPr>
        <w:jc w:val="right"/>
      </w:pPr>
      <w:r>
        <w:t>بہت ہی چند لوگوں کو چھوڑ کر سب نکاح کرتے رہے ہیں۔</w:t>
      </w:r>
    </w:p>
    <w:p>
      <w:r>
        <w:rPr>
          <w:b/>
        </w:rPr>
        <w:t xml:space="preserve">[52:05] </w:t>
      </w:r>
      <w:r>
        <w:t>acha, jahan tak bachon ka ta'alluq hai, to bachon ke baray mein hadith mein aata hai ke un</w:t>
      </w:r>
    </w:p>
    <w:p>
      <w:pPr>
        <w:jc w:val="right"/>
      </w:pPr>
      <w:r>
        <w:t>اچھا، جہاں تک بچوں کا تعلق ہے، تو بچوں کے بارے میں حدیث میں آتا ہے کہ ان</w:t>
      </w:r>
    </w:p>
    <w:p>
      <w:r>
        <w:rPr>
          <w:b/>
        </w:rPr>
        <w:t xml:space="preserve">[52:11] </w:t>
      </w:r>
      <w:r>
        <w:t>ki tarbiyat karna yeh sab se acha tohfa hai baap ki taraf se bachon ke liye.</w:t>
      </w:r>
    </w:p>
    <w:p>
      <w:pPr>
        <w:jc w:val="right"/>
      </w:pPr>
      <w:r>
        <w:t>کی تربیت کرنا یہ سب سے اچھا تحفہ ہے باپ کی طرف سے بچوں کے لیے۔</w:t>
      </w:r>
    </w:p>
    <w:p>
      <w:r>
        <w:rPr>
          <w:b/>
        </w:rPr>
        <w:t xml:space="preserve">[52:19] </w:t>
      </w:r>
      <w:r>
        <w:t>adab-e-husn ka lafz aaya hai, achi tarbiyat.</w:t>
      </w:r>
    </w:p>
    <w:p>
      <w:pPr>
        <w:jc w:val="right"/>
      </w:pPr>
      <w:r>
        <w:t>اداب حسن کا لفظ آیا ہے، اچھی تربیت۔</w:t>
      </w:r>
    </w:p>
    <w:p>
      <w:r>
        <w:rPr>
          <w:b/>
        </w:rPr>
        <w:t xml:space="preserve">[52:24] </w:t>
      </w:r>
      <w:r>
        <w:t>تو میں سمجھتا ہوں کہ بچہ جو ہے، اپنا جو جس کو کہتے ہیں formative period، formative period</w:t>
      </w:r>
    </w:p>
    <w:p>
      <w:pPr>
        <w:jc w:val="right"/>
      </w:pPr>
      <w:r>
        <w:t>تو میں سمجھتا ہوں کہ بچہ جو ہے، اپنا جو جس کو کہتے ہیں فارمیٹیو پیریڈ، فارمیٹیو پیریڈ</w:t>
      </w:r>
    </w:p>
    <w:p>
      <w:r>
        <w:rPr>
          <w:b/>
        </w:rPr>
        <w:t xml:space="preserve">[52:31] </w:t>
      </w:r>
      <w:r>
        <w:t>mein woh apnay parent ke paas hota hai.</w:t>
      </w:r>
    </w:p>
    <w:p>
      <w:pPr>
        <w:jc w:val="right"/>
      </w:pPr>
      <w:r>
        <w:t>میں وہ اپنے پیرنٹ کے پاس ہوتا ہے۔</w:t>
      </w:r>
    </w:p>
    <w:p>
      <w:r>
        <w:rPr>
          <w:b/>
        </w:rPr>
        <w:t xml:space="preserve">[52:34] </w:t>
      </w:r>
      <w:r>
        <w:t>to jis ko kehtay hain parenting, parenting ka sab se ziyada focus hona chahiye ke un ki achi</w:t>
      </w:r>
    </w:p>
    <w:p>
      <w:pPr>
        <w:jc w:val="right"/>
      </w:pPr>
      <w:r>
        <w:t>تو جس کو کہتے ہیں پیرنٹنگ، پیرنٹنگ کا سب سے زیادہ فوکس ہونا چاہیے کہ ان کی اچھی</w:t>
      </w:r>
    </w:p>
    <w:p>
      <w:r>
        <w:rPr>
          <w:b/>
        </w:rPr>
        <w:t xml:space="preserve">[52:40] </w:t>
      </w:r>
      <w:r>
        <w:t>tarbiyat ki jaye.</w:t>
      </w:r>
    </w:p>
    <w:p>
      <w:pPr>
        <w:jc w:val="right"/>
      </w:pPr>
      <w:r>
        <w:t>تربیت کی جائے۔</w:t>
      </w:r>
    </w:p>
    <w:p>
      <w:r>
        <w:rPr>
          <w:b/>
        </w:rPr>
        <w:t xml:space="preserve">[52:41] </w:t>
      </w:r>
      <w:r>
        <w:t>aur is waqt chounke bachcha hota hai,</w:t>
      </w:r>
    </w:p>
    <w:p>
      <w:pPr>
        <w:jc w:val="right"/>
      </w:pPr>
      <w:r>
        <w:t>اور اس وقت چونکہ بچہ ہوتا ہے،</w:t>
      </w:r>
    </w:p>
    <w:p>
      <w:r>
        <w:rPr>
          <w:b/>
        </w:rPr>
        <w:t xml:space="preserve">[52:48] </w:t>
      </w:r>
      <w:r>
        <w:t>yaani formative period mein, to bahut zyada umeed hai ke agar parent is par</w:t>
      </w:r>
    </w:p>
    <w:p>
      <w:pPr>
        <w:jc w:val="right"/>
      </w:pPr>
      <w:r>
        <w:t>یعنی فارمیٹیو پیریڈ میں، تو بہت زیادہ امید ہے کہ اگر پیرنٹ اس پر</w:t>
      </w:r>
    </w:p>
    <w:p>
      <w:r>
        <w:rPr>
          <w:b/>
        </w:rPr>
        <w:t xml:space="preserve">[52:57] </w:t>
      </w:r>
      <w:r>
        <w:t>iski tarbiyat karein aur sahi andaaz mein, to woh bigadne se bach jayega.</w:t>
      </w:r>
    </w:p>
    <w:p>
      <w:pPr>
        <w:jc w:val="right"/>
      </w:pPr>
      <w:r>
        <w:t>اس کی تربیت کریں اور صحیح انداز میں، تو وہ بگڑنے سے بچ جائے گا۔</w:t>
      </w:r>
    </w:p>
    <w:p>
      <w:r>
        <w:rPr>
          <w:b/>
        </w:rPr>
        <w:t xml:space="preserve">[53:03] </w:t>
      </w:r>
      <w:r>
        <w:t>agarche yeh nahin kaha jata ke zaroor bach jayega, koi had nawh ka beta bigadne se bach</w:t>
      </w:r>
    </w:p>
    <w:p>
      <w:pPr>
        <w:jc w:val="right"/>
      </w:pPr>
      <w:r>
        <w:t>اگرچہ یہ نہیں کہا جاتا کہ ضرور بچ جائے گا، کوئی حد نوح کا بیٹا بگڑنے سے بچا</w:t>
      </w:r>
    </w:p>
    <w:p>
      <w:r>
        <w:rPr>
          <w:b/>
        </w:rPr>
        <w:t xml:space="preserve">[53:09] </w:t>
      </w:r>
      <w:r>
        <w:t>nahin, lekin chounke</w:t>
      </w:r>
    </w:p>
    <w:p>
      <w:pPr>
        <w:jc w:val="right"/>
      </w:pPr>
      <w:r>
        <w:t>نہیں، لیکن چونکہ</w:t>
      </w:r>
    </w:p>
    <w:p>
      <w:r>
        <w:rPr>
          <w:b/>
        </w:rPr>
        <w:t xml:space="preserve">[53:12] </w:t>
      </w:r>
      <w:r>
        <w:t>yaani formative period parent ke paas hota hai, yeh zyada imkan yeh hai ke woh bigadne se bach</w:t>
      </w:r>
    </w:p>
    <w:p>
      <w:pPr>
        <w:jc w:val="right"/>
      </w:pPr>
      <w:r>
        <w:t>یعنی فارمیٹیو پیریڈ پیرنٹ کے پاس ہوتا ہے، یہ زیادہ امکان یہ ہے کہ وہ بگڑنے سے بچ</w:t>
      </w:r>
    </w:p>
    <w:p>
      <w:r>
        <w:rPr>
          <w:b/>
        </w:rPr>
        <w:t xml:space="preserve">[53:18] </w:t>
      </w:r>
      <w:r>
        <w:t>jayega. To do baatein huin, ek yeh ke nikah, to nikah ke bare mein saari ummat ne is</w:t>
      </w:r>
    </w:p>
    <w:p>
      <w:pPr>
        <w:jc w:val="right"/>
      </w:pPr>
      <w:r>
        <w:t>جائے۔ تو دو باتیں ہوئیں، ایک یہ کہ نکاح، تو نکاح کے بارے میں ساری امت نے اس</w:t>
      </w:r>
    </w:p>
    <w:p>
      <w:r>
        <w:rPr>
          <w:b/>
        </w:rPr>
        <w:t xml:space="preserve">[53:26] </w:t>
      </w:r>
      <w:r>
        <w:t>par amal kiya hai, aur</w:t>
      </w:r>
    </w:p>
    <w:p>
      <w:pPr>
        <w:jc w:val="right"/>
      </w:pPr>
      <w:r>
        <w:t>پر عمل کیا ہے، اور</w:t>
      </w:r>
    </w:p>
    <w:p>
      <w:r>
        <w:rPr>
          <w:b/>
        </w:rPr>
        <w:t xml:space="preserve">[53:30] </w:t>
      </w:r>
      <w:r>
        <w:t>kuch chand logon ko chhod kar sab ne shadiyan ki.</w:t>
      </w:r>
    </w:p>
    <w:p>
      <w:pPr>
        <w:jc w:val="right"/>
      </w:pPr>
      <w:r>
        <w:t>کچھ چند لوگوں کو چھوڑ کر سب نے شادیاں کی۔</w:t>
      </w:r>
    </w:p>
    <w:p>
      <w:r>
        <w:rPr>
          <w:b/>
        </w:rPr>
        <w:t xml:space="preserve">[53:34] </w:t>
      </w:r>
      <w:r>
        <w:t>To shadi karna woh ek achha kaam hai, nikah karna ek achha kaam hai.</w:t>
      </w:r>
    </w:p>
    <w:p>
      <w:pPr>
        <w:jc w:val="right"/>
      </w:pPr>
      <w:r>
        <w:t>تو شادی کرنا وہ ایک اچھا کام ہے، نکاح کرنا ایک اچھا کام ہے۔</w:t>
      </w:r>
    </w:p>
    <w:p>
      <w:r>
        <w:rPr>
          <w:b/>
        </w:rPr>
        <w:t xml:space="preserve">[53:40] </w:t>
      </w:r>
      <w:r>
        <w:t>Aur jahan tak bachchon ka mamla hai, to bachchon ke mamle mein</w:t>
      </w:r>
    </w:p>
    <w:p>
      <w:pPr>
        <w:jc w:val="right"/>
      </w:pPr>
      <w:r>
        <w:t>اور جہاں تک بچوں کا معاملہ ہے، تو بچوں کے معاملے میں</w:t>
      </w:r>
    </w:p>
    <w:p>
      <w:r>
        <w:rPr>
          <w:b/>
        </w:rPr>
        <w:t xml:space="preserve">[53:45] </w:t>
      </w:r>
      <w:r>
        <w:t>yaani parent ko yeh jaanna chahiye ke sab se achha period hamare paas inka hai, yaani formative</w:t>
      </w:r>
    </w:p>
    <w:p>
      <w:pPr>
        <w:jc w:val="right"/>
      </w:pPr>
      <w:r>
        <w:t>یعنی پیرنٹ کو یہ جاننا چاہیے کہ سب سے اچھا پیریڈ ہمارے پاس ان کا ہے، یعنی فارمیٹیو</w:t>
      </w:r>
    </w:p>
    <w:p>
      <w:r>
        <w:rPr>
          <w:b/>
        </w:rPr>
        <w:t xml:space="preserve">[53:51] </w:t>
      </w:r>
      <w:r>
        <w:t>period. Is zamane mein agar humne inko durust kar diya to zaroor woh theek niklenge.</w:t>
      </w:r>
    </w:p>
    <w:p>
      <w:pPr>
        <w:jc w:val="right"/>
      </w:pPr>
      <w:r>
        <w:t>پیریڈ۔ اس زمانے میں اگر ہم نے ان کو درست کر دیا تو ضرور وہ ٹھیک نکلیں گے۔</w:t>
      </w:r>
    </w:p>
    <w:p>
      <w:r>
        <w:rPr>
          <w:b/>
        </w:rPr>
        <w:t xml:space="preserve">[53:59] </w:t>
      </w:r>
      <w:r>
        <w:t>Lekin yeh ke, lekin tarbiyat jo hai, bahut hi ek ek planning ka kaam hai.</w:t>
      </w:r>
    </w:p>
    <w:p>
      <w:pPr>
        <w:jc w:val="right"/>
      </w:pPr>
      <w:r>
        <w:t>لیکن یہ کہ، لیکن تربیت جو ہے، بہت ہی ایک ایک پلاننگ کا کام ہے۔</w:t>
      </w:r>
    </w:p>
    <w:p>
      <w:r>
        <w:rPr>
          <w:b/>
        </w:rPr>
        <w:t xml:space="preserve">[54:05] </w:t>
      </w:r>
      <w:r>
        <w:t>Planning ka kaam, yeh koi boss aadmi nahin bata sakta ke aap planning kaise karein, aap ka ghar</w:t>
      </w:r>
    </w:p>
    <w:p>
      <w:pPr>
        <w:jc w:val="right"/>
      </w:pPr>
      <w:r>
        <w:t>پلاننگ کا کام، یہ کوئی باس آدمی نہیں بتا سکتا کہ آپ پلاننگ کیسے کریں، آپ کا گھر</w:t>
      </w:r>
    </w:p>
    <w:p>
      <w:r>
        <w:rPr>
          <w:b/>
        </w:rPr>
        <w:t xml:space="preserve">[54:10] </w:t>
      </w:r>
      <w:r>
        <w:t>ka mahaul kya hai, aur</w:t>
      </w:r>
    </w:p>
    <w:p>
      <w:pPr>
        <w:jc w:val="right"/>
      </w:pPr>
      <w:r>
        <w:t>کا ماحول کیا ہے، اور</w:t>
      </w:r>
    </w:p>
    <w:p>
      <w:r>
        <w:rPr>
          <w:b/>
        </w:rPr>
        <w:t xml:space="preserve">[54:14] </w:t>
      </w:r>
      <w:r>
        <w:t>aap ki aadatein kya hain waghera.</w:t>
      </w:r>
    </w:p>
    <w:p>
      <w:pPr>
        <w:jc w:val="right"/>
      </w:pPr>
      <w:r>
        <w:t>آپ کی عادتیں کیا ہیں وغیرہ۔</w:t>
      </w:r>
    </w:p>
    <w:p>
      <w:r>
        <w:rPr>
          <w:b/>
        </w:rPr>
        <w:t xml:space="preserve">[54:17] </w:t>
      </w:r>
      <w:r>
        <w:t>To sab ko dekhte hue bahut hi right planning karni chahiye, tab bachcha</w:t>
      </w:r>
    </w:p>
    <w:p>
      <w:pPr>
        <w:jc w:val="right"/>
      </w:pPr>
      <w:r>
        <w:t>تو سب کو دیکھتے ہوئے بہت ہی رائٹ پلاننگ کرنی چاہیے، تب بچہ</w:t>
      </w:r>
    </w:p>
    <w:p>
      <w:r>
        <w:rPr>
          <w:b/>
        </w:rPr>
        <w:t xml:space="preserve">[54:24] </w:t>
      </w:r>
      <w:r>
        <w:t>bigadne se bach sakta</w:t>
      </w:r>
    </w:p>
    <w:p>
      <w:pPr>
        <w:jc w:val="right"/>
      </w:pPr>
      <w:r>
        <w:t>بگڑنے سے بچ سکتا</w:t>
      </w:r>
    </w:p>
    <w:p>
      <w:r>
        <w:rPr>
          <w:b/>
        </w:rPr>
        <w:t xml:space="preserve">[54:25] </w:t>
      </w:r>
      <w:r>
        <w:t>hai. Maulana, inka doosra sawal yeh hai ke shadi byah ki zimmedari walidain ki hai ya</w:t>
      </w:r>
    </w:p>
    <w:p>
      <w:pPr>
        <w:jc w:val="right"/>
      </w:pPr>
      <w:r>
        <w:t>ہے۔ مولانا، ان کا دوسرا سوال یہ ہے کہ شادی بیاہ کی ذمہ داری والدین کی ہے یا</w:t>
      </w:r>
    </w:p>
    <w:p>
      <w:r>
        <w:rPr>
          <w:b/>
        </w:rPr>
        <w:t xml:space="preserve">[54:30] </w:t>
      </w:r>
      <w:r>
        <w:t>bachchon ke upar isko chhod deni chahiye ke apne decision se bachche karein?</w:t>
      </w:r>
    </w:p>
    <w:p>
      <w:pPr>
        <w:jc w:val="right"/>
      </w:pPr>
      <w:r>
        <w:t>بچوں کے اوپر اس کو چھوڑ دینی چاہیے کہ اپنے ڈیسیژن سے بچے کریں؟</w:t>
      </w:r>
    </w:p>
    <w:p>
      <w:r>
        <w:rPr>
          <w:b/>
        </w:rPr>
        <w:t xml:space="preserve">[54:36] </w:t>
      </w:r>
      <w:r>
        <w:t>Dekhein, is mamle mein</w:t>
      </w:r>
    </w:p>
    <w:p>
      <w:pPr>
        <w:jc w:val="right"/>
      </w:pPr>
      <w:r>
        <w:t>دیکھیں، اس معاملے میں</w:t>
      </w:r>
    </w:p>
    <w:p>
      <w:r>
        <w:rPr>
          <w:b/>
        </w:rPr>
        <w:t xml:space="preserve">[54:39] </w:t>
      </w:r>
      <w:r>
        <w:t>hanfi fuqaha to bahut shadeed hain, woh kehte hain "la la nikah illa be wali"</w:t>
      </w:r>
    </w:p>
    <w:p>
      <w:pPr>
        <w:jc w:val="right"/>
      </w:pPr>
      <w:r>
        <w:t>حنفی فقہاء تو بہت شدید ہیں، وہ کہتے ہیں "لا لا نکاح الا بے ولی"</w:t>
      </w:r>
    </w:p>
    <w:p>
      <w:r>
        <w:rPr>
          <w:b/>
        </w:rPr>
        <w:t xml:space="preserve">[54:46] </w:t>
      </w:r>
      <w:r>
        <w:t>To jab tak unki madad na ho, nikah isko mante hain woh ke nikah waqe na</w:t>
      </w:r>
    </w:p>
    <w:p>
      <w:pPr>
        <w:jc w:val="right"/>
      </w:pPr>
      <w:r>
        <w:t>تو جب تک ان کی مدد نہ ہو، نکاح اس کو مانتے ہیں وہ کہ نکاح واقع نہ</w:t>
      </w:r>
    </w:p>
    <w:p>
      <w:r>
        <w:rPr>
          <w:b/>
        </w:rPr>
        <w:t xml:space="preserve">[54:52] </w:t>
      </w:r>
      <w:r>
        <w:t>hua. To yeh hanfiya ka maslak hai, lekin doosre logon ka maslak itna sakht nahin hai.</w:t>
      </w:r>
    </w:p>
    <w:p>
      <w:pPr>
        <w:jc w:val="right"/>
      </w:pPr>
      <w:r>
        <w:t>ہوا۔ تو یہ حنفیہ کا مسلک ہے، لیکن دوسرے لوگوں کا مسلک اتنا سخت نہیں ہے۔</w:t>
      </w:r>
    </w:p>
    <w:p>
      <w:r>
        <w:rPr>
          <w:b/>
        </w:rPr>
        <w:t xml:space="preserve">[55:00] </w:t>
      </w:r>
      <w:r>
        <w:t>zati tor par main samajhta hoon ke yani is ka talluq nikah waqe honay se nahi hai, balkay</w:t>
      </w:r>
    </w:p>
    <w:p>
      <w:pPr>
        <w:jc w:val="right"/>
      </w:pPr>
      <w:r>
        <w:t>ذاتی طور پر میں سمجھتا ہوں کہ یعنی اس کا تعلق نکاح واقع ہونے سے نہیں ہے، بلکہ</w:t>
      </w:r>
    </w:p>
    <w:p>
      <w:r>
        <w:rPr>
          <w:b/>
        </w:rPr>
        <w:t xml:space="preserve">[55:09] </w:t>
      </w:r>
      <w:r>
        <w:t>yani aik practical wisdom ki baat hai yeh ke bachay jo hai, is ki aqal itni pakhta nahi</w:t>
      </w:r>
    </w:p>
    <w:p>
      <w:pPr>
        <w:jc w:val="right"/>
      </w:pPr>
      <w:r>
        <w:t>یعنی ایک پریکٹیکل وزڈم کی بات ہے یہ کہ بچہ جو ہے، اس کی عقل اتنی پختہ نہیں</w:t>
      </w:r>
    </w:p>
    <w:p>
      <w:r>
        <w:rPr>
          <w:b/>
        </w:rPr>
        <w:t xml:space="preserve">[55:16] </w:t>
      </w:r>
      <w:r>
        <w:t>hoti. to ghair pakhta aqal ke sath woh faislay karta hai.</w:t>
      </w:r>
    </w:p>
    <w:p>
      <w:pPr>
        <w:jc w:val="right"/>
      </w:pPr>
      <w:r>
        <w:t>ہوتی۔ تو غیر پختہ عقل کے ساتھ وہ فیصلے کرتا ہے۔</w:t>
      </w:r>
    </w:p>
    <w:p>
      <w:r>
        <w:rPr>
          <w:b/>
        </w:rPr>
        <w:t xml:space="preserve">[55:22] </w:t>
      </w:r>
      <w:r>
        <w:t>to behtar yeh hai ke jo baray boorhay hain, un ki rai par woh chalay.</w:t>
      </w:r>
    </w:p>
    <w:p>
      <w:pPr>
        <w:jc w:val="right"/>
      </w:pPr>
      <w:r>
        <w:t>تو بہتر یہ ہے کہ جو بڑے بوڑھے ہیں، ان کی رائے پر وہ چلے۔</w:t>
      </w:r>
    </w:p>
    <w:p>
      <w:r>
        <w:rPr>
          <w:b/>
        </w:rPr>
        <w:t xml:space="preserve">[55:29] </w:t>
      </w:r>
      <w:r>
        <w:t>lekan is mein koi farz ki baat nahi hai, farz ki baat nahi hai, yeh practical wisdom ki</w:t>
      </w:r>
    </w:p>
    <w:p>
      <w:pPr>
        <w:jc w:val="right"/>
      </w:pPr>
      <w:r>
        <w:t>لیکن اس میں کوئی فرض کی بات نہیں ہے، فرض کی بات نہیں ہے، یہ پریکٹیکل وزڈم کی</w:t>
      </w:r>
    </w:p>
    <w:p>
      <w:r>
        <w:rPr>
          <w:b/>
        </w:rPr>
        <w:t xml:space="preserve">[55:35] </w:t>
      </w:r>
      <w:r>
        <w:t>baat hai. aur mera apna khayal yeh hai ke bachay jo hai,</w:t>
      </w:r>
    </w:p>
    <w:p>
      <w:pPr>
        <w:jc w:val="right"/>
      </w:pPr>
      <w:r>
        <w:t>بات ہے۔ اور میرا اپنا خیال یہ ہے کہ بچہ جو ہے،</w:t>
      </w:r>
    </w:p>
    <w:p>
      <w:r>
        <w:rPr>
          <w:b/>
        </w:rPr>
        <w:t xml:space="preserve">[55:41] </w:t>
      </w:r>
      <w:r>
        <w:t>is ko zaroor apnay maa baap se poochna chahiye, maa baap ki rai ka ehtiram karna chahiye, kyunke</w:t>
      </w:r>
    </w:p>
    <w:p>
      <w:pPr>
        <w:jc w:val="right"/>
      </w:pPr>
      <w:r>
        <w:t>اس کو ضرور اپنے ماں باپ سے پوچھنا چاہیے، ماں باپ کی رائے کا احترام کرنا چاہیے، کیونکہ</w:t>
      </w:r>
    </w:p>
    <w:p>
      <w:r>
        <w:rPr>
          <w:b/>
        </w:rPr>
        <w:t xml:space="preserve">[55:49] </w:t>
      </w:r>
      <w:r>
        <w:t>maa baap jo hain, woh un ko tajurba hota hai, un ki aqal pakhta ho chuki hoti hai.</w:t>
      </w:r>
    </w:p>
    <w:p>
      <w:pPr>
        <w:jc w:val="right"/>
      </w:pPr>
      <w:r>
        <w:t>ماں باپ جو ہیں، وہ ان کو تجربہ ہوتا ہے، ان کی عقل پختہ ہو چکی ہوتی ہے۔</w:t>
      </w:r>
    </w:p>
    <w:p>
      <w:r>
        <w:rPr>
          <w:b/>
        </w:rPr>
        <w:t xml:space="preserve">[55:56] </w:t>
      </w:r>
      <w:r>
        <w:t>ab bachay ki aqal to</w:t>
      </w:r>
    </w:p>
    <w:p>
      <w:pPr>
        <w:jc w:val="right"/>
      </w:pPr>
      <w:r>
        <w:t>اب بچے کی عقل تو</w:t>
      </w:r>
    </w:p>
    <w:p>
      <w:r>
        <w:rPr>
          <w:b/>
        </w:rPr>
        <w:t xml:space="preserve">[55:59] </w:t>
      </w:r>
      <w:r>
        <w:t>abhi pakhta hui hui nahi hoti.</w:t>
      </w:r>
    </w:p>
    <w:p>
      <w:pPr>
        <w:jc w:val="right"/>
      </w:pPr>
      <w:r>
        <w:t>ابھی پختہ ہوئی ہوئی نہیں ہوتی۔</w:t>
      </w:r>
    </w:p>
    <w:p>
      <w:r>
        <w:rPr>
          <w:b/>
        </w:rPr>
        <w:t xml:space="preserve">[56:01] </w:t>
      </w:r>
      <w:r>
        <w:t>to practical wisdom ki bina par main yeh kahoon ga ke bachay ko maa baap ke mashwaray ke</w:t>
      </w:r>
    </w:p>
    <w:p>
      <w:pPr>
        <w:jc w:val="right"/>
      </w:pPr>
      <w:r>
        <w:t>تو پریکٹیکل وزڈم کی بنا پر میں یہ کہوں گا کہ بچے کو ماں باپ کے مشورے کے</w:t>
      </w:r>
    </w:p>
    <w:p>
      <w:r>
        <w:rPr>
          <w:b/>
        </w:rPr>
        <w:t xml:space="preserve">[56:07] </w:t>
      </w:r>
      <w:r>
        <w:t>baghair shadi nahi karni chahiye.</w:t>
      </w:r>
    </w:p>
    <w:p>
      <w:pPr>
        <w:jc w:val="right"/>
      </w:pPr>
      <w:r>
        <w:t>بغیر شادی نہیں کرنی چاہیے۔</w:t>
      </w:r>
    </w:p>
    <w:p>
      <w:r>
        <w:rPr>
          <w:b/>
        </w:rPr>
        <w:t xml:space="preserve">[56:09] </w:t>
      </w:r>
      <w:r>
        <w:t>is mein main nahi kahoon ga ke yeh farz hai, farz nahi hai.</w:t>
      </w:r>
    </w:p>
    <w:p>
      <w:pPr>
        <w:jc w:val="right"/>
      </w:pPr>
      <w:r>
        <w:t>اس میں میں نہیں کہوں گا کہ یہ فرض ہے، فرض نہیں ہے۔</w:t>
      </w:r>
    </w:p>
    <w:p>
      <w:r>
        <w:rPr>
          <w:b/>
        </w:rPr>
        <w:t xml:space="preserve">[56:14] </w:t>
      </w:r>
      <w:r>
        <w:t>maulana doctor owais siddiqui delhi ne sawal kiya hai ke maulana jab bani israel ne mann aur salwa ke ilawa doosri cheezon ka mutalba kiya to allah ne ghazab ka izhaar kiya halankeh yeh cheezen halaal hain kya hamari aaj ki zindagi mein bhi aise halaat hote hain jab zaroorat se zyada ka mutalba karna allah ko ghazab naak karta hai dekhein ghazab aap kis maani mein hai is maani mein nahi hai ke koi khinzir khaye to is par allah ka ghazab hoga is ka matlab hai ke allah ki scheme ke khilaaf hai tumhara mutalba allah ki scheme kya thi yahood ko saada zindagi ki aadat daal kar ke tayyar karna ke woh daawti kaam karein kyunke daai jo hai daai agar comfort aur luxury mein phans jaye to woh dawat ka kaam nahi kar sakta to yahood ko tayyar kiya ja raha tha is maani mein ghazab yaani woh is maani mein na lijiye is ko ghazab ko ke tum allah ke mansoobe ko nahi samajh rahe ho allah ki scheme kya hai tum ko tarbiyat di ja rahi hai yeh yeh chaalees din jo the woh tarbiyat ke din the aur is liye tayyar kiya gaya tum ko ke tum sehra mein tarbiyat pa kar ke insani abadiyon mein jao yaani sehra mein to wahi log sirf the to sehra mein tarbiyat pa kar tum insani abadiyon mein jao aur dawat ka kaam karo yeh bible mein yeh maujood hai ke un ko yaani shahadat ka kaam un ko sahpaga tha yaani allah ka witness banne ka kaam allah ka witness banne ka kaam is mein alfaaz is qism ke hain ke kothon par aawaz do sadkon par bulao aur yahan jao logon ko pukaro to wahi dawat ka kaam to sach poochhein to yeh jo tha saada zindagi ka ki aadat daal kar ke un ko dawat ke liye tayyar karna to ghazab ka matlab yahan yeh hai ke to allah ki scheme nahi samajh rahe ho allah ki jo.</w:t>
      </w:r>
    </w:p>
    <w:p>
      <w:pPr>
        <w:jc w:val="right"/>
      </w:pPr>
      <w:r>
        <w:t>مولانا ڈاکٹر اویس صدیقی دہلی نے سوال کیا ہے کہ مولانا جب بنی اسرائیل نے من اور سلوٰی کے علاوہ دوسری چیزوں کا مطالبہ کیا تو اللہ نے غضب کا اظہار کیا حالانکہ یہ چیزیں حلال ہیں کیا ہماری آج کی زندگی میں بھی ایسے حالات ہوتے ہیں جب ضرورت سے زیادہ کا مطالبہ کرنا اللہ کو غضب ناک کرتا ہے دیکھیں غضب آپ کس معنی میں ہے اس معنی میں نہیں ہے کہ کوئی خنزیر کھائے تو اس پر اللہ کا غضب ہوگا اس کا مطلب ہے کہ اللہ کی اسکیم کے خلاف ہے تمہارا مطالبہ اللہ کی اسکیم کیا تھی یہود کو سادہ زندگی کی عادت ڈال کر کے تیار کرنا کہ وہ دعوتی کام کریں کیونکہ داعی جو ہے داعی اگر کمفرٹ اور لگزری میں پھنس جائے تو وہ دعوت کا کام نہیں کر سکتا تو یہود کو تیار کیا جا رہا تھا اس معنی میں غضب یعنی وہ اس معنی میں نہ لیجئے اس کو غضب کو کہ تم اللہ کے منصوبے کو نہیں سمجھ رہے ہو اللہ کا منصوبہ کیا ہے تم کو تربیت دی جا رہی ہے یہ یہ چالیس دن جو تھے وہ تربیت کے دن تھے اور اس لیے تیار کیا گیا تم کو کہ تم صحرا میں تربیت پا کر کے انسانی آبادیوں میں جاؤ یعنی صحرا میں تو وہی لوگ صرف تھے تو صحرا میں تربیت پا کر تم انسانی آبادیوں میں جاؤ اور دعوت کا کام کرو یہ بائبل میں یہ موجود ہے کہ ان کو یعنی شہادت کا کام ان کو سپا گیا تھا یعنی اللہ کا وٹنس بننے کا کام اللہ کا وٹنس بننے کا کام اس میں الفاظ اس قسم کے ہیں کہ کوٹھوں پر آواز دو سڑکوں پر بلاؤ اور یہاں جاؤ لوگوں کو پکارو تو وہی دعوت کا کام تو سچ پوچھیں تو یہ جو تھا سادہ زندگی کا کی عادت ڈال کر کے ان کو دعوت کے لیے تیار کرنا تو غضب کا مطلب یہاں یہ ہے کہ تو اللہ کی اسکیم نہیں سمجھ رہے ہو اللہ کی جو.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