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2 30 37 Chapter Al Baqrah, Aug 09, 2015</w:t>
      </w:r>
    </w:p>
    <w:p>
      <w:r>
        <w:t>https://www.youtube.com/watch?v=9hF10hJ5BsU</w:t>
      </w:r>
    </w:p>
    <w:p>
      <w:r>
        <w:rPr>
          <w:b/>
        </w:rPr>
        <w:t xml:space="preserve">[00:21] </w:t>
      </w:r>
      <w:r>
        <w:t>bismillah rehman rehim,</w:t>
      </w:r>
    </w:p>
    <w:p>
      <w:pPr>
        <w:jc w:val="right"/>
      </w:pPr>
      <w:r>
        <w:t>بسم اللہ الرحمن الرحیم،</w:t>
      </w:r>
    </w:p>
    <w:p>
      <w:r>
        <w:rPr>
          <w:b/>
        </w:rPr>
        <w:t xml:space="preserve">[00:25] </w:t>
      </w:r>
      <w:r>
        <w:t>wasalli Allahu ala nabiyil karim.</w:t>
      </w:r>
    </w:p>
    <w:p>
      <w:pPr>
        <w:jc w:val="right"/>
      </w:pPr>
      <w:r>
        <w:t>وصلی اللہ علی نبی الکریم۔</w:t>
      </w:r>
    </w:p>
    <w:p>
      <w:r>
        <w:rPr>
          <w:b/>
        </w:rPr>
        <w:t xml:space="preserve">[00:29] </w:t>
      </w:r>
      <w:r>
        <w:t>rab ishrah li sadri, wa yassir li amri,</w:t>
      </w:r>
    </w:p>
    <w:p>
      <w:pPr>
        <w:jc w:val="right"/>
      </w:pPr>
      <w:r>
        <w:t>رب اشرح لی صدری، ویسر لی امری،</w:t>
      </w:r>
    </w:p>
    <w:p>
      <w:r>
        <w:rPr>
          <w:b/>
        </w:rPr>
        <w:t xml:space="preserve">[00:34] </w:t>
      </w:r>
      <w:r>
        <w:t>wahlul uqdatan min lisani,</w:t>
      </w:r>
    </w:p>
    <w:p>
      <w:pPr>
        <w:jc w:val="right"/>
      </w:pPr>
      <w:r>
        <w:t>واحل العقدۃ من لسانی،</w:t>
      </w:r>
    </w:p>
    <w:p>
      <w:r>
        <w:rPr>
          <w:b/>
        </w:rPr>
        <w:t xml:space="preserve">[00:37] </w:t>
      </w:r>
      <w:r>
        <w:t>yafqa qawli. 9 agast</w:t>
      </w:r>
    </w:p>
    <w:p>
      <w:pPr>
        <w:jc w:val="right"/>
      </w:pPr>
      <w:r>
        <w:t>یفقہ قولی۔ 9 اگست</w:t>
      </w:r>
    </w:p>
    <w:p>
      <w:r>
        <w:rPr>
          <w:b/>
        </w:rPr>
        <w:t xml:space="preserve">[00:43] </w:t>
      </w:r>
      <w:r>
        <w:t>2015. dars-e-quran shuru karnay se pehlay</w:t>
      </w:r>
    </w:p>
    <w:p>
      <w:pPr>
        <w:jc w:val="right"/>
      </w:pPr>
      <w:r>
        <w:t>2015۔ درس قرآن شروع کرنے سے پہلے</w:t>
      </w:r>
    </w:p>
    <w:p>
      <w:r>
        <w:rPr>
          <w:b/>
        </w:rPr>
        <w:t xml:space="preserve">[00:53] </w:t>
      </w:r>
      <w:r>
        <w:t>main aik tajurba bayan karna chahta hoon.</w:t>
      </w:r>
    </w:p>
    <w:p>
      <w:pPr>
        <w:jc w:val="right"/>
      </w:pPr>
      <w:r>
        <w:t>میں ایک تجربہ بیان کرنا چاہتا ہوں۔</w:t>
      </w:r>
    </w:p>
    <w:p>
      <w:r>
        <w:rPr>
          <w:b/>
        </w:rPr>
        <w:t xml:space="preserve">[01:00] </w:t>
      </w:r>
      <w:r>
        <w:t>is tajurba mein mujhe yeh daryaft hui, yeh discovery hui,</w:t>
      </w:r>
    </w:p>
    <w:p>
      <w:pPr>
        <w:jc w:val="right"/>
      </w:pPr>
      <w:r>
        <w:t>اس تجربے میں مجھے یہ دریافت ہوئی، یہ ڈسکوری ہوئی،</w:t>
      </w:r>
    </w:p>
    <w:p>
      <w:r>
        <w:rPr>
          <w:b/>
        </w:rPr>
        <w:t xml:space="preserve">[01:07] </w:t>
      </w:r>
      <w:r>
        <w:t>ke agar aap ke andar</w:t>
      </w:r>
    </w:p>
    <w:p>
      <w:pPr>
        <w:jc w:val="right"/>
      </w:pPr>
      <w:r>
        <w:t>کہ اگر آپ کے اندر</w:t>
      </w:r>
    </w:p>
    <w:p>
      <w:r>
        <w:rPr>
          <w:b/>
        </w:rPr>
        <w:t xml:space="preserve">[01:09] </w:t>
      </w:r>
      <w:r>
        <w:t>sacha— aap ke andar sachi spirit hai,</w:t>
      </w:r>
    </w:p>
    <w:p>
      <w:pPr>
        <w:jc w:val="right"/>
      </w:pPr>
      <w:r>
        <w:t>سچا— آپ کے اندر سچی اسپرٹ ہے،</w:t>
      </w:r>
    </w:p>
    <w:p>
      <w:r>
        <w:rPr>
          <w:b/>
        </w:rPr>
        <w:t xml:space="preserve">[01:13] </w:t>
      </w:r>
      <w:r>
        <w:t>to kai bar aisa hoga ke aap</w:t>
      </w:r>
    </w:p>
    <w:p>
      <w:pPr>
        <w:jc w:val="right"/>
      </w:pPr>
      <w:r>
        <w:t>تو کئی بار ایسا ہوگا کہ آپ</w:t>
      </w:r>
    </w:p>
    <w:p>
      <w:r>
        <w:rPr>
          <w:b/>
        </w:rPr>
        <w:t xml:space="preserve">[01:18] </w:t>
      </w:r>
      <w:r>
        <w:t>hain to 21wi sadi mein, lekin lagay ke aap 7wi sadi mein hain,</w:t>
      </w:r>
    </w:p>
    <w:p>
      <w:pPr>
        <w:jc w:val="right"/>
      </w:pPr>
      <w:r>
        <w:t>ہیں تو 21ویں صدی میں، لیکن لگے کہ آپ 7ویں صدی میں ہیں،</w:t>
      </w:r>
    </w:p>
    <w:p>
      <w:r>
        <w:rPr>
          <w:b/>
        </w:rPr>
        <w:t xml:space="preserve">[01:25] </w:t>
      </w:r>
      <w:r>
        <w:t>yani sahaba aur rasool aur sahaba ke zamane mein.</w:t>
      </w:r>
    </w:p>
    <w:p>
      <w:pPr>
        <w:jc w:val="right"/>
      </w:pPr>
      <w:r>
        <w:t>یعنی صحابہ اور رسول اور صحابہ کے زمانے میں۔</w:t>
      </w:r>
    </w:p>
    <w:p>
      <w:r>
        <w:rPr>
          <w:b/>
        </w:rPr>
        <w:t xml:space="preserve">[01:30] </w:t>
      </w:r>
      <w:r>
        <w:t>aisa lage ke aap ko, aap ko,</w:t>
      </w:r>
    </w:p>
    <w:p>
      <w:pPr>
        <w:jc w:val="right"/>
      </w:pPr>
      <w:r>
        <w:t>ایسا لگے کہ آپ کو، آپ کو،</w:t>
      </w:r>
    </w:p>
    <w:p>
      <w:r>
        <w:rPr>
          <w:b/>
        </w:rPr>
        <w:t xml:space="preserve">[01:34] </w:t>
      </w:r>
      <w:r>
        <w:t>ke jaise aap isi zamane mein hain jo zamana rasool ka tha aur sahaba ka tha.</w:t>
      </w:r>
    </w:p>
    <w:p>
      <w:pPr>
        <w:jc w:val="right"/>
      </w:pPr>
      <w:r>
        <w:t>کہ جیسے آپ اسی زمانے میں ہیں جو زمانہ رسول کا تھا اور صحابہ کا تھا۔</w:t>
      </w:r>
    </w:p>
    <w:p>
      <w:r>
        <w:rPr>
          <w:b/>
        </w:rPr>
        <w:t xml:space="preserve">[01:39] </w:t>
      </w:r>
      <w:r>
        <w:t>wo is tarah ke aaj aap jante hain ke barish ho rahi hai,</w:t>
      </w:r>
    </w:p>
    <w:p>
      <w:pPr>
        <w:jc w:val="right"/>
      </w:pPr>
      <w:r>
        <w:t>وہ اس طرح کہ آج آپ جانتے ہیں کہ بارش ہو رہی ہے،</w:t>
      </w:r>
    </w:p>
    <w:p>
      <w:r>
        <w:rPr>
          <w:b/>
        </w:rPr>
        <w:t xml:space="preserve">[01:46] </w:t>
      </w:r>
      <w:r>
        <w:t>aaj reni season ho gaya hai,</w:t>
      </w:r>
    </w:p>
    <w:p>
      <w:pPr>
        <w:jc w:val="right"/>
      </w:pPr>
      <w:r>
        <w:t>آج رینی سیزن ہو گیا ہے،</w:t>
      </w:r>
    </w:p>
    <w:p>
      <w:r>
        <w:rPr>
          <w:b/>
        </w:rPr>
        <w:t xml:space="preserve">[01:50] </w:t>
      </w:r>
      <w:r>
        <w:t>to hadith mein aata hai ke rasool Allah ke zamane mein</w:t>
      </w:r>
    </w:p>
    <w:p>
      <w:pPr>
        <w:jc w:val="right"/>
      </w:pPr>
      <w:r>
        <w:t>تو حدیث میں آتا ہے کہ رسول اللہ کے زمانے میں</w:t>
      </w:r>
    </w:p>
    <w:p>
      <w:r>
        <w:rPr>
          <w:b/>
        </w:rPr>
        <w:t xml:space="preserve">[01:56] </w:t>
      </w:r>
      <w:r>
        <w:t>barish hone lagi ba-jamaat namaz ke waqt, to yeh mushkil hoga ke log gharon se nikal kar wahan</w:t>
      </w:r>
    </w:p>
    <w:p>
      <w:pPr>
        <w:jc w:val="right"/>
      </w:pPr>
      <w:r>
        <w:t>بارش ہونے لگی باجماعت نماز کے وقت، تو یہ مشکل ہوگا کہ لوگ گھروں سے نکل کر وہاں</w:t>
      </w:r>
    </w:p>
    <w:p>
      <w:r>
        <w:rPr>
          <w:b/>
        </w:rPr>
        <w:t xml:space="preserve">[02:03] </w:t>
      </w:r>
      <w:r>
        <w:t>aayein jahan jamaat ki namaz</w:t>
      </w:r>
    </w:p>
    <w:p>
      <w:pPr>
        <w:jc w:val="right"/>
      </w:pPr>
      <w:r>
        <w:t>آئیں جہاں جماعت کی نماز</w:t>
      </w:r>
    </w:p>
    <w:p>
      <w:r>
        <w:rPr>
          <w:b/>
        </w:rPr>
        <w:t xml:space="preserve">[02:07] </w:t>
      </w:r>
      <w:r>
        <w:t>hone wali thi.</w:t>
      </w:r>
    </w:p>
    <w:p>
      <w:pPr>
        <w:jc w:val="right"/>
      </w:pPr>
      <w:r>
        <w:t>ہونے والی تھی۔</w:t>
      </w:r>
    </w:p>
    <w:p>
      <w:r>
        <w:rPr>
          <w:b/>
        </w:rPr>
        <w:t xml:space="preserve">[02:09] </w:t>
      </w:r>
      <w:r>
        <w:t>to aap ne ek sahabi se kaha ke jao aelan kar do</w:t>
      </w:r>
    </w:p>
    <w:p>
      <w:pPr>
        <w:jc w:val="right"/>
      </w:pPr>
      <w:r>
        <w:t>تو آپ نے ایک صحابی سے کہا کہ جاؤ اعلان کر دو</w:t>
      </w:r>
    </w:p>
    <w:p>
      <w:r>
        <w:rPr>
          <w:b/>
        </w:rPr>
        <w:t xml:space="preserve">[02:15] </w:t>
      </w:r>
      <w:r>
        <w:t>ke ala sallu</w:t>
      </w:r>
    </w:p>
    <w:p>
      <w:pPr>
        <w:jc w:val="right"/>
      </w:pPr>
      <w:r>
        <w:t>کہ ألا صلوا</w:t>
      </w:r>
    </w:p>
    <w:p>
      <w:r>
        <w:rPr>
          <w:b/>
        </w:rPr>
        <w:t xml:space="preserve">[02:17] </w:t>
      </w:r>
      <w:r>
        <w:t>fi rihalikum yani aye logo, apni qayam gaahon mein namaz padh lo.</w:t>
      </w:r>
    </w:p>
    <w:p>
      <w:pPr>
        <w:jc w:val="right"/>
      </w:pPr>
      <w:r>
        <w:t>في رحالكم یعنی اے لوگو، اپنی قیام گاہوں میں نماز پڑھ لو۔</w:t>
      </w:r>
    </w:p>
    <w:p>
      <w:r>
        <w:rPr>
          <w:b/>
        </w:rPr>
        <w:t xml:space="preserve">[02:23] </w:t>
      </w:r>
      <w:r>
        <w:t>to kitabon mein yeh hadith maujood hai, lekin iska koi,</w:t>
      </w:r>
    </w:p>
    <w:p>
      <w:pPr>
        <w:jc w:val="right"/>
      </w:pPr>
      <w:r>
        <w:t>تو کتابوں میں یہ حدیث موجود ہے، لیکن اس کا کوئی،</w:t>
      </w:r>
    </w:p>
    <w:p>
      <w:r>
        <w:rPr>
          <w:b/>
        </w:rPr>
        <w:t xml:space="preserve">[02:28] </w:t>
      </w:r>
      <w:r>
        <w:t>yani apne zamane ke lehaz se koi application logon ko banne walon,</w:t>
      </w:r>
    </w:p>
    <w:p>
      <w:pPr>
        <w:jc w:val="right"/>
      </w:pPr>
      <w:r>
        <w:t>یعنی اپنے زمانے کے لحاظ سے کوئی ایپلیکیشن لوگوں کو بننے والوں،</w:t>
      </w:r>
    </w:p>
    <w:p>
      <w:r>
        <w:rPr>
          <w:b/>
        </w:rPr>
        <w:t xml:space="preserve">[02:33] </w:t>
      </w:r>
      <w:r>
        <w:t>aaj ke zamane ke lehaz se application.</w:t>
      </w:r>
    </w:p>
    <w:p>
      <w:pPr>
        <w:jc w:val="right"/>
      </w:pPr>
      <w:r>
        <w:t>آج کے زمانے کے لحاظ سے ایپلیکیشن۔</w:t>
      </w:r>
    </w:p>
    <w:p>
      <w:r>
        <w:rPr>
          <w:b/>
        </w:rPr>
        <w:t xml:space="preserve">[02:36] </w:t>
      </w:r>
      <w:r>
        <w:t>to aaj maine socha</w:t>
      </w:r>
    </w:p>
    <w:p>
      <w:pPr>
        <w:jc w:val="right"/>
      </w:pPr>
      <w:r>
        <w:t>تو آج میں نے سوچا</w:t>
      </w:r>
    </w:p>
    <w:p>
      <w:r>
        <w:rPr>
          <w:b/>
        </w:rPr>
        <w:t xml:space="preserve">[02:39] </w:t>
      </w:r>
      <w:r>
        <w:t>ke hum, yani internet ke zamane mein hain,</w:t>
      </w:r>
    </w:p>
    <w:p>
      <w:pPr>
        <w:jc w:val="right"/>
      </w:pPr>
      <w:r>
        <w:t>کہ ہم، یعنی انٹرنیٹ کے زمانے میں ہیں،</w:t>
      </w:r>
    </w:p>
    <w:p>
      <w:r>
        <w:rPr>
          <w:b/>
        </w:rPr>
        <w:t xml:space="preserve">[02:46] </w:t>
      </w:r>
      <w:r>
        <w:t>ab wo zamana nahi hai ke chal kar aaye aadmi tab hi wo shareek hoga.</w:t>
      </w:r>
    </w:p>
    <w:p>
      <w:pPr>
        <w:jc w:val="right"/>
      </w:pPr>
      <w:r>
        <w:t>اب وہ زمانہ نہیں ہے کہ چل کر آئے آدمی تب ہی وہ شریک ہوگا۔</w:t>
      </w:r>
    </w:p>
    <w:p>
      <w:r>
        <w:rPr>
          <w:b/>
        </w:rPr>
        <w:t xml:space="preserve">[02:52] </w:t>
      </w:r>
      <w:r>
        <w:t>to isi maani mein yahan par city twenty nine mein</w:t>
      </w:r>
    </w:p>
    <w:p>
      <w:pPr>
        <w:jc w:val="right"/>
      </w:pPr>
      <w:r>
        <w:t>تو اسی معنی میں یہاں پر سٹی ٹوئنٹی نائن میں</w:t>
      </w:r>
    </w:p>
    <w:p>
      <w:r>
        <w:rPr>
          <w:b/>
        </w:rPr>
        <w:t xml:space="preserve">[02:57] </w:t>
      </w:r>
      <w:r>
        <w:t>hum dars ka program karein to log internet ke zariye se apne gharon mein sun sakte hain.</w:t>
      </w:r>
    </w:p>
    <w:p>
      <w:pPr>
        <w:jc w:val="right"/>
      </w:pPr>
      <w:r>
        <w:t>ہم درس کا پروگرام کریں تو لوگ انٹرنیٹ کے ذریعے سے اپنے گھروں میں سن سکتے ہیں۔</w:t>
      </w:r>
    </w:p>
    <w:p>
      <w:r>
        <w:rPr>
          <w:b/>
        </w:rPr>
        <w:t xml:space="preserve">[03:07] </w:t>
      </w:r>
      <w:r>
        <w:t>to maine is hadith ka ek extended version daryaft kiya aaj.</w:t>
      </w:r>
    </w:p>
    <w:p>
      <w:pPr>
        <w:jc w:val="right"/>
      </w:pPr>
      <w:r>
        <w:t>تو میں نے اس حدیث کا ایک ایکسٹینڈڈ ورژن دریافت کیا آج۔</w:t>
      </w:r>
    </w:p>
    <w:p>
      <w:r>
        <w:rPr>
          <w:b/>
        </w:rPr>
        <w:t xml:space="preserve">[03:14] </w:t>
      </w:r>
      <w:r>
        <w:t>hadith mein to yeh hai ke ala sallu fi rihalikum</w:t>
      </w:r>
    </w:p>
    <w:p>
      <w:pPr>
        <w:jc w:val="right"/>
      </w:pPr>
      <w:r>
        <w:t>حدیث میں تو یہ ہے کہ ألا صلوا في رحالكم</w:t>
      </w:r>
    </w:p>
    <w:p>
      <w:r>
        <w:rPr>
          <w:b/>
        </w:rPr>
        <w:t xml:space="preserve">[03:19] </w:t>
      </w:r>
      <w:r>
        <w:t>to mujhe, mere mind mein aaya ke hum logon ko bata dein ke ala sallu ke ala isma'u</w:t>
      </w:r>
    </w:p>
    <w:p>
      <w:pPr>
        <w:jc w:val="right"/>
      </w:pPr>
      <w:r>
        <w:t>تو مجھے، میرے مائنڈ میں آیا کہ ہم لوگوں کو بتا دیں کہ ألا صلوا کہ ألا اسمعوا</w:t>
      </w:r>
    </w:p>
    <w:p>
      <w:r>
        <w:rPr>
          <w:b/>
        </w:rPr>
        <w:t xml:space="preserve">[03:28] </w:t>
      </w:r>
      <w:r>
        <w:t>fi rihalikum ke aap is apne gharon par sun lo.</w:t>
      </w:r>
    </w:p>
    <w:p>
      <w:pPr>
        <w:jc w:val="right"/>
      </w:pPr>
      <w:r>
        <w:t>في رحالكم کہ آپ اس اپنے گھروں پر سن لو۔</w:t>
      </w:r>
    </w:p>
    <w:p>
      <w:r>
        <w:rPr>
          <w:b/>
        </w:rPr>
        <w:t xml:space="preserve">[03:34] </w:t>
      </w:r>
      <w:r>
        <w:t>to maine Raees se kaha,</w:t>
      </w:r>
    </w:p>
    <w:p>
      <w:pPr>
        <w:jc w:val="right"/>
      </w:pPr>
      <w:r>
        <w:t>تو میں نے رئیس سے کہا،</w:t>
      </w:r>
    </w:p>
    <w:p>
      <w:r>
        <w:rPr>
          <w:b/>
        </w:rPr>
        <w:t xml:space="preserve">[03:37] </w:t>
      </w:r>
      <w:r>
        <w:t>to unhon ne sab ko message de diya,</w:t>
      </w:r>
    </w:p>
    <w:p>
      <w:pPr>
        <w:jc w:val="right"/>
      </w:pPr>
      <w:r>
        <w:t>تو انہوں نے سب کو میسج دے دیا،</w:t>
      </w:r>
    </w:p>
    <w:p>
      <w:r>
        <w:rPr>
          <w:b/>
        </w:rPr>
        <w:t xml:space="preserve">[03:41] </w:t>
      </w:r>
      <w:r>
        <w:t>ala ala isma'u fi rihalikum</w:t>
      </w:r>
    </w:p>
    <w:p>
      <w:pPr>
        <w:jc w:val="right"/>
      </w:pPr>
      <w:r>
        <w:t>ألا ألا اسمعوا في رحالكم</w:t>
      </w:r>
    </w:p>
    <w:p>
      <w:r>
        <w:rPr>
          <w:b/>
        </w:rPr>
        <w:t xml:space="preserve">[03:45] </w:t>
      </w:r>
      <w:r>
        <w:t>ke aaj rainy season hai, to aap log apne internet, internet par apne gharon mein sun lijie.</w:t>
      </w:r>
    </w:p>
    <w:p>
      <w:pPr>
        <w:jc w:val="right"/>
      </w:pPr>
      <w:r>
        <w:t>کہ آج رینی سیزن ہے، تو آپ لوگ اپنے انٹرنیٹ، انٹرنیٹ پر اپنے گھروں میں سن لیجیے۔</w:t>
      </w:r>
    </w:p>
    <w:p>
      <w:r>
        <w:rPr>
          <w:b/>
        </w:rPr>
        <w:t xml:space="preserve">[03:52] </w:t>
      </w:r>
      <w:r>
        <w:t>to ek ajib mujhe ehsas hua</w:t>
      </w:r>
    </w:p>
    <w:p>
      <w:pPr>
        <w:jc w:val="right"/>
      </w:pPr>
      <w:r>
        <w:t>تو ایک عجیب مجھے احساس ہوا</w:t>
      </w:r>
    </w:p>
    <w:p>
      <w:r>
        <w:rPr>
          <w:b/>
        </w:rPr>
        <w:t xml:space="preserve">[03:55] </w:t>
      </w:r>
      <w:r>
        <w:t>ke goya ke hum isi zamane mein hain jis zamane mein yeh aelan kiya gaya tha.</w:t>
      </w:r>
    </w:p>
    <w:p>
      <w:pPr>
        <w:jc w:val="right"/>
      </w:pPr>
      <w:r>
        <w:t>کہ گویا کہ ہم اسی زمانے میں ہیں جس زمانے میں یہ اعلان کیا گیا تھا۔</w:t>
      </w:r>
    </w:p>
    <w:p>
      <w:r>
        <w:rPr>
          <w:b/>
        </w:rPr>
        <w:t xml:space="preserve">[04:04] </w:t>
      </w:r>
      <w:r>
        <w:t>to goya ek, is ko kaha jata hai electronic zamana.</w:t>
      </w:r>
    </w:p>
    <w:p>
      <w:pPr>
        <w:jc w:val="right"/>
      </w:pPr>
      <w:r>
        <w:t>تو گویا ایک، اس کو کہا جاتا ہے الیکٹرانک زمانہ۔</w:t>
      </w:r>
    </w:p>
    <w:p>
      <w:r>
        <w:rPr>
          <w:b/>
        </w:rPr>
        <w:t xml:space="preserve">[04:09] </w:t>
      </w:r>
      <w:r>
        <w:t>to electronic zamana yeh</w:t>
      </w:r>
    </w:p>
    <w:p>
      <w:pPr>
        <w:jc w:val="right"/>
      </w:pPr>
      <w:r>
        <w:t>تو الیکٹرانک زمانہ یہ</w:t>
      </w:r>
    </w:p>
    <w:p>
      <w:r>
        <w:rPr>
          <w:b/>
        </w:rPr>
        <w:t xml:space="preserve">[04:12] </w:t>
      </w:r>
      <w:r>
        <w:t>ne hamein mauqa diya hai ke hum is tajrube ko aaj ke zamane mein dohra saken, aaj ke</w:t>
      </w:r>
    </w:p>
    <w:p>
      <w:pPr>
        <w:jc w:val="right"/>
      </w:pPr>
      <w:r>
        <w:t>نے ہمیں موقع دیا ہے کہ ہم اس تجربے کو آج کے زمانے میں دہرا سکیں، آج کے</w:t>
      </w:r>
    </w:p>
    <w:p>
      <w:r>
        <w:rPr>
          <w:b/>
        </w:rPr>
        <w:t xml:space="preserve">[04:18] </w:t>
      </w:r>
      <w:r>
        <w:t>zamane mein repeat kar saken.</w:t>
      </w:r>
    </w:p>
    <w:p>
      <w:pPr>
        <w:jc w:val="right"/>
      </w:pPr>
      <w:r>
        <w:t>زمانے میں ریپیٹ کر سکیں۔</w:t>
      </w:r>
    </w:p>
    <w:p>
      <w:r>
        <w:rPr>
          <w:b/>
        </w:rPr>
        <w:t xml:space="preserve">[04:22] </w:t>
      </w:r>
      <w:r>
        <w:t>is is tajrube ko jo sahaba ke rasool ke zamane mein hua tha, is ko hum aaj ke</w:t>
      </w:r>
    </w:p>
    <w:p>
      <w:pPr>
        <w:jc w:val="right"/>
      </w:pPr>
      <w:r>
        <w:t>اس اس تجربے کو جو صحابہ کے رسول کے زمانے میں ہوا تھا، اس کو ہم آج کے</w:t>
      </w:r>
    </w:p>
    <w:p>
      <w:r>
        <w:rPr>
          <w:b/>
        </w:rPr>
        <w:t xml:space="preserve">[04:26] </w:t>
      </w:r>
      <w:r>
        <w:t>lihaz se repeat kar saken.</w:t>
      </w:r>
    </w:p>
    <w:p>
      <w:pPr>
        <w:jc w:val="right"/>
      </w:pPr>
      <w:r>
        <w:t>لحاظ سے ریپیٹ کر سکیں۔</w:t>
      </w:r>
    </w:p>
    <w:p>
      <w:r>
        <w:rPr>
          <w:b/>
        </w:rPr>
        <w:t xml:space="preserve">[04:30] </w:t>
      </w:r>
      <w:r>
        <w:t>to unhon ne is ko bola tha ala sallu fi rihalikum</w:t>
      </w:r>
    </w:p>
    <w:p>
      <w:pPr>
        <w:jc w:val="right"/>
      </w:pPr>
      <w:r>
        <w:t>تو انہوں نے اس کو بولا تھا ألا صلوا في رحالكم</w:t>
      </w:r>
    </w:p>
    <w:p>
      <w:r>
        <w:rPr>
          <w:b/>
        </w:rPr>
        <w:t xml:space="preserve">[04:37] </w:t>
      </w:r>
      <w:r>
        <w:t>to aaj hum keh sakte hain ke ala isma'u fi rihalikum apni qayam gahon mein sun lo.</w:t>
      </w:r>
    </w:p>
    <w:p>
      <w:pPr>
        <w:jc w:val="right"/>
      </w:pPr>
      <w:r>
        <w:t>تو آج ہم کہہ سکتے ہیں کہ ألا اسمعوا في رحالكم اپنی قیام گاہوں میں سن لو۔</w:t>
      </w:r>
    </w:p>
    <w:p>
      <w:r>
        <w:rPr>
          <w:b/>
        </w:rPr>
        <w:t xml:space="preserve">[04:43] </w:t>
      </w:r>
      <w:r>
        <w:t>to kaise ajib hai yeh, yani</w:t>
      </w:r>
    </w:p>
    <w:p>
      <w:pPr>
        <w:jc w:val="right"/>
      </w:pPr>
      <w:r>
        <w:t>تو کیسے عجیب ہے یہ، یعنی</w:t>
      </w:r>
    </w:p>
    <w:p>
      <w:r>
        <w:rPr>
          <w:b/>
        </w:rPr>
        <w:t xml:space="preserve">[04:47] </w:t>
      </w:r>
      <w:r>
        <w:t>naye zamane ka ya</w:t>
      </w:r>
    </w:p>
    <w:p>
      <w:pPr>
        <w:jc w:val="right"/>
      </w:pPr>
      <w:r>
        <w:t>نئے زمانے کا یا</w:t>
      </w:r>
    </w:p>
    <w:p>
      <w:r>
        <w:rPr>
          <w:b/>
        </w:rPr>
        <w:t xml:space="preserve">[04:51] </w:t>
      </w:r>
      <w:r>
        <w:t>modern civilization ka yeh gift.</w:t>
      </w:r>
    </w:p>
    <w:p>
      <w:pPr>
        <w:jc w:val="right"/>
      </w:pPr>
      <w:r>
        <w:t>ماڈرن سولائشن کا یہ گفٹ۔</w:t>
      </w:r>
    </w:p>
    <w:p>
      <w:r>
        <w:rPr>
          <w:b/>
        </w:rPr>
        <w:t xml:space="preserve">[04:55] </w:t>
      </w:r>
      <w:r>
        <w:t>modern civilization ka yeh bahut bada gift hai ke hum sunnat rasool ko ya sunnat sahaba ko repeat</w:t>
      </w:r>
    </w:p>
    <w:p>
      <w:pPr>
        <w:jc w:val="right"/>
      </w:pPr>
      <w:r>
        <w:t>ماڈرن سولائشن کا یہ بہت بڑا گفٹ ہے کہ ہم سنت رسول کو یا سنت صحابہ کو ریپیٹ</w:t>
      </w:r>
    </w:p>
    <w:p>
      <w:r>
        <w:rPr>
          <w:b/>
        </w:rPr>
        <w:t xml:space="preserve">[05:01] </w:t>
      </w:r>
      <w:r>
        <w:t>kar sakte hain apne apne zamane mein.</w:t>
      </w:r>
    </w:p>
    <w:p>
      <w:pPr>
        <w:jc w:val="right"/>
      </w:pPr>
      <w:r>
        <w:t>کر سکتے ہیں اپنے اپنے زمانے میں۔</w:t>
      </w:r>
    </w:p>
    <w:p>
      <w:r>
        <w:rPr>
          <w:b/>
        </w:rPr>
        <w:t xml:space="preserve">[05:06] </w:t>
      </w:r>
      <w:r>
        <w:t>to is par aap sab logon ko shukr karna chahiye, yani modern civilization se</w:t>
      </w:r>
    </w:p>
    <w:p>
      <w:pPr>
        <w:jc w:val="right"/>
      </w:pPr>
      <w:r>
        <w:t>تو اس پر آپ سب لوگوں کو شکر کرنا چاہیے، یعنی ماڈرن سولائشن سے</w:t>
      </w:r>
    </w:p>
    <w:p>
      <w:r>
        <w:rPr>
          <w:b/>
        </w:rPr>
        <w:t xml:space="preserve">[05:12] </w:t>
      </w:r>
      <w:r>
        <w:t>ko anti islam civilization samajhne ke bajaye is ko pro islam samajhna chahiye, aur is ko ek shukr</w:t>
      </w:r>
    </w:p>
    <w:p>
      <w:pPr>
        <w:jc w:val="right"/>
      </w:pPr>
      <w:r>
        <w:t>کو اینٹی اسلام سولائشن سمجھنے کے بجائے اس کو پرو اسلام سمجھنا چاہیے، اور اس کو ایک شکر</w:t>
      </w:r>
    </w:p>
    <w:p>
      <w:r>
        <w:rPr>
          <w:b/>
        </w:rPr>
        <w:t xml:space="preserve">[05:20] </w:t>
      </w:r>
      <w:r>
        <w:t>ka item janna chahiye.</w:t>
      </w:r>
    </w:p>
    <w:p>
      <w:pPr>
        <w:jc w:val="right"/>
      </w:pPr>
      <w:r>
        <w:t>کا آئٹم جاننا چاہیے۔</w:t>
      </w:r>
    </w:p>
    <w:p>
      <w:r>
        <w:rPr>
          <w:b/>
        </w:rPr>
        <w:t xml:space="preserve">[05:25] </w:t>
      </w:r>
      <w:r>
        <w:t>ab aap aaj, aaj jo dars quran hai woh surah al baqarah ki.</w:t>
      </w:r>
    </w:p>
    <w:p>
      <w:pPr>
        <w:jc w:val="right"/>
      </w:pPr>
      <w:r>
        <w:t>اب آپ آج، آج جو درس قرآن ہے وہ سورہ البقرہ کی.</w:t>
      </w:r>
    </w:p>
    <w:p>
      <w:r>
        <w:rPr>
          <w:b/>
        </w:rPr>
        <w:t xml:space="preserve">[05:31] </w:t>
      </w:r>
      <w:r>
        <w:t>ayat number 30.</w:t>
      </w:r>
    </w:p>
    <w:p>
      <w:pPr>
        <w:jc w:val="right"/>
      </w:pPr>
      <w:r>
        <w:t>آیت نمبر 30۔</w:t>
      </w:r>
    </w:p>
    <w:p>
      <w:r>
        <w:rPr>
          <w:b/>
        </w:rPr>
        <w:t xml:space="preserve">[05:32] </w:t>
      </w:r>
      <w:r>
        <w:t>ayat number 30 se hai, ayat number 30.</w:t>
      </w:r>
    </w:p>
    <w:p>
      <w:pPr>
        <w:jc w:val="right"/>
      </w:pPr>
      <w:r>
        <w:t>آیت نمبر 30 سے ہے، آیت نمبر 30۔</w:t>
      </w:r>
    </w:p>
    <w:p>
      <w:r>
        <w:rPr>
          <w:b/>
        </w:rPr>
        <w:t xml:space="preserve">[05:35] </w:t>
      </w:r>
      <w:r>
        <w:t>wa iz qala rabbuka lil malaikati inni ja'ilun fil ardi khalifa</w:t>
      </w:r>
    </w:p>
    <w:p>
      <w:pPr>
        <w:jc w:val="right"/>
      </w:pPr>
      <w:r>
        <w:t>وَإِذْ قَالَ رَبُّكَ لِلْمَلَائِكَةِ إِنِّي جَاعِلٌ فِي الْأَرْضِ خَلِيفًا</w:t>
      </w:r>
    </w:p>
    <w:p>
      <w:r>
        <w:rPr>
          <w:b/>
        </w:rPr>
        <w:t xml:space="preserve">[05:42] </w:t>
      </w:r>
      <w:r>
        <w:t>dekhen yeh quran, yeh surah al-baqarah ki ayat number 30 jo hai, yahan se shuru hoti hai takhleeq</w:t>
      </w:r>
    </w:p>
    <w:p>
      <w:pPr>
        <w:jc w:val="right"/>
      </w:pPr>
      <w:r>
        <w:t>دیکھیں یہ قرآن، یہ سورہ البقرہ کی آیت نمبر 30 جو ہے، یہاں سے شروع ہوتی ہے تخلیق</w:t>
      </w:r>
    </w:p>
    <w:p>
      <w:r>
        <w:rPr>
          <w:b/>
        </w:rPr>
        <w:t xml:space="preserve">[05:51] </w:t>
      </w:r>
      <w:r>
        <w:t>adam ki kahani</w:t>
      </w:r>
    </w:p>
    <w:p>
      <w:pPr>
        <w:jc w:val="right"/>
      </w:pPr>
      <w:r>
        <w:t>آدم کی کہانی</w:t>
      </w:r>
    </w:p>
    <w:p>
      <w:r>
        <w:rPr>
          <w:b/>
        </w:rPr>
        <w:t xml:space="preserve">[05:54] </w:t>
      </w:r>
      <w:r>
        <w:t>ke allah taala ne</w:t>
      </w:r>
    </w:p>
    <w:p>
      <w:pPr>
        <w:jc w:val="right"/>
      </w:pPr>
      <w:r>
        <w:t>کہ اللہ تعالی نے</w:t>
      </w:r>
    </w:p>
    <w:p>
      <w:r>
        <w:rPr>
          <w:b/>
        </w:rPr>
        <w:t xml:space="preserve">[05:56] </w:t>
      </w:r>
      <w:r>
        <w:t>insan ko paida kiya, pehla insan jo thay woh adam thay, is ki kahani shuru hoti hai.</w:t>
      </w:r>
    </w:p>
    <w:p>
      <w:pPr>
        <w:jc w:val="right"/>
      </w:pPr>
      <w:r>
        <w:t>انسان کو پیدا کیا، پہلا انسان جو تھے وہ آدم تھے، اس کی کہانی شروع ہوتی ہے۔</w:t>
      </w:r>
    </w:p>
    <w:p>
      <w:r>
        <w:rPr>
          <w:b/>
        </w:rPr>
        <w:t xml:space="preserve">[06:04] </w:t>
      </w:r>
      <w:r>
        <w:t>to is ka tarjuma yeh hai: jab kaha allah ne farishton se ke main zameen mein aik khalifa</w:t>
      </w:r>
    </w:p>
    <w:p>
      <w:pPr>
        <w:jc w:val="right"/>
      </w:pPr>
      <w:r>
        <w:t>تو اس کا ترجمہ یہ ہے: جب کہا اللہ نے فرشتوں سے کہ میں زمین میں ایک خلیفہ</w:t>
      </w:r>
    </w:p>
    <w:p>
      <w:r>
        <w:rPr>
          <w:b/>
        </w:rPr>
        <w:t xml:space="preserve">[06:13] </w:t>
      </w:r>
      <w:r>
        <w:t>banane wala hoon,</w:t>
      </w:r>
    </w:p>
    <w:p>
      <w:pPr>
        <w:jc w:val="right"/>
      </w:pPr>
      <w:r>
        <w:t>بنانے والا ہوں،</w:t>
      </w:r>
    </w:p>
    <w:p>
      <w:r>
        <w:rPr>
          <w:b/>
        </w:rPr>
        <w:t xml:space="preserve">[06:18] </w:t>
      </w:r>
      <w:r>
        <w:t>main zameen mein aik khalifa banane wala hoon.</w:t>
      </w:r>
    </w:p>
    <w:p>
      <w:pPr>
        <w:jc w:val="right"/>
      </w:pPr>
      <w:r>
        <w:t>میں زمین میں ایک خلیفہ بنانے والا ہوں۔</w:t>
      </w:r>
    </w:p>
    <w:p>
      <w:r>
        <w:rPr>
          <w:b/>
        </w:rPr>
        <w:t xml:space="preserve">[06:22] </w:t>
      </w:r>
      <w:r>
        <w:t>is par dekhen kuch log kehte hain ke quran ka bas tarjuma kafi hai, har giz tarjuma kafi nahi,</w:t>
      </w:r>
    </w:p>
    <w:p>
      <w:pPr>
        <w:jc w:val="right"/>
      </w:pPr>
      <w:r>
        <w:t>اس پر دیکھیں کچھ لوگ کہتے ہیں کہ قرآن کا بس ترجمہ کافی ہے، ہرگز ترجمہ کافی نہیں،</w:t>
      </w:r>
    </w:p>
    <w:p>
      <w:r>
        <w:rPr>
          <w:b/>
        </w:rPr>
        <w:t xml:space="preserve">[06:32] </w:t>
      </w:r>
      <w:r>
        <w:t>khud quran mein bataya gaya ke tadabbur karo, tadabbur karo, tadabbur kar ke quran ko samjho ge.</w:t>
      </w:r>
    </w:p>
    <w:p>
      <w:pPr>
        <w:jc w:val="right"/>
      </w:pPr>
      <w:r>
        <w:t>خود قرآن میں بتایا گیا کہ تدبر کرو، تدبر کرو، تدبر کر کے قرآن کو سمجھو گے۔</w:t>
      </w:r>
    </w:p>
    <w:p>
      <w:r>
        <w:rPr>
          <w:b/>
        </w:rPr>
        <w:t xml:space="preserve">[06:38] </w:t>
      </w:r>
      <w:r>
        <w:t>to dekhiye lafz to itna hi hai ke jab kaha allah ne farishton se ke main zameen mein</w:t>
      </w:r>
    </w:p>
    <w:p>
      <w:pPr>
        <w:jc w:val="right"/>
      </w:pPr>
      <w:r>
        <w:t>تو دیکھیے لفظ تو اتنا ہی ہے کہ جب کہا اللہ نے فرشتوں سے کہ میں زمین میں</w:t>
      </w:r>
    </w:p>
    <w:p>
      <w:r>
        <w:rPr>
          <w:b/>
        </w:rPr>
        <w:t xml:space="preserve">[06:46] </w:t>
      </w:r>
      <w:r>
        <w:t>aik khalifa banane wala hoon, lekin is mein bohat se baatein chupi hui hain,</w:t>
      </w:r>
    </w:p>
    <w:p>
      <w:pPr>
        <w:jc w:val="right"/>
      </w:pPr>
      <w:r>
        <w:t>ایک خلیفہ بنانے والا ہوں، لیکن اس میں بہت سے باتیں چھپی ہوئی ہیں،</w:t>
      </w:r>
    </w:p>
    <w:p>
      <w:r>
        <w:rPr>
          <w:b/>
        </w:rPr>
        <w:t xml:space="preserve">[06:51] </w:t>
      </w:r>
      <w:r>
        <w:t>bohat si baatein chupi hui hain.</w:t>
      </w:r>
    </w:p>
    <w:p>
      <w:pPr>
        <w:jc w:val="right"/>
      </w:pPr>
      <w:r>
        <w:t>بہت سی باتیں چھپی ہوئی ہیں۔</w:t>
      </w:r>
    </w:p>
    <w:p>
      <w:r>
        <w:rPr>
          <w:b/>
        </w:rPr>
        <w:t xml:space="preserve">[06:53] </w:t>
      </w:r>
      <w:r>
        <w:t>doosri aur ayaton ko mila kar samajh mein aata hai ke</w:t>
      </w:r>
    </w:p>
    <w:p>
      <w:pPr>
        <w:jc w:val="right"/>
      </w:pPr>
      <w:r>
        <w:t>دوسری اور آیتوں کو ملا کر سمجھ میں آتا ہے کہ</w:t>
      </w:r>
    </w:p>
    <w:p>
      <w:r>
        <w:rPr>
          <w:b/>
        </w:rPr>
        <w:t xml:space="preserve">[06:57] </w:t>
      </w:r>
      <w:r>
        <w:t>ke sab se pehle allah ne farishton ko paida kiya, sab se pehle kyunke kainat ka jo administration</w:t>
      </w:r>
    </w:p>
    <w:p>
      <w:pPr>
        <w:jc w:val="right"/>
      </w:pPr>
      <w:r>
        <w:t>کہ سب سے پہلے اللہ نے فرشتوں کو پیدا کیا، سب سے پہلے کیونکہ کائنات کا جو ایڈمنسٹریشن</w:t>
      </w:r>
    </w:p>
    <w:p>
      <w:r>
        <w:rPr>
          <w:b/>
        </w:rPr>
        <w:t xml:space="preserve">[07:06] </w:t>
      </w:r>
      <w:r>
        <w:t>tha woh farishte chalate hain.</w:t>
      </w:r>
    </w:p>
    <w:p>
      <w:pPr>
        <w:jc w:val="right"/>
      </w:pPr>
      <w:r>
        <w:t>تھا وہ فرشتے چلاتے ہیں۔</w:t>
      </w:r>
    </w:p>
    <w:p>
      <w:r>
        <w:rPr>
          <w:b/>
        </w:rPr>
        <w:t xml:space="preserve">[07:10] </w:t>
      </w:r>
      <w:r>
        <w:t>phir is ke baad paida kiya allah taala ne jin ko,</w:t>
      </w:r>
    </w:p>
    <w:p>
      <w:pPr>
        <w:jc w:val="right"/>
      </w:pPr>
      <w:r>
        <w:t>پھر اس کے بعد پیدا کیا اللہ تعالی نے جن کو،</w:t>
      </w:r>
    </w:p>
    <w:p>
      <w:r>
        <w:rPr>
          <w:b/>
        </w:rPr>
        <w:t xml:space="preserve">[07:14] </w:t>
      </w:r>
      <w:r>
        <w:t>jinat ko, yani insan se pehle paida kiya jin ko, yeh quran mein hai.</w:t>
      </w:r>
    </w:p>
    <w:p>
      <w:pPr>
        <w:jc w:val="right"/>
      </w:pPr>
      <w:r>
        <w:t>جنات کو، یعنی انسان سے پہلے پیدا کیا جن کو، یہ قرآن میں ہے۔</w:t>
      </w:r>
    </w:p>
    <w:p>
      <w:r>
        <w:rPr>
          <w:b/>
        </w:rPr>
        <w:t xml:space="preserve">[07:25] </w:t>
      </w:r>
      <w:r>
        <w:t>to phir paida kiya insan ko.</w:t>
      </w:r>
    </w:p>
    <w:p>
      <w:pPr>
        <w:jc w:val="right"/>
      </w:pPr>
      <w:r>
        <w:t>تو پھر پیدا کیا انسان کو۔</w:t>
      </w:r>
    </w:p>
    <w:p>
      <w:r>
        <w:rPr>
          <w:b/>
        </w:rPr>
        <w:t xml:space="preserve">[07:30] </w:t>
      </w:r>
      <w:r>
        <w:t>to farishton se jab allah ne kaha ke main zameen mein aik khalifa banane wala hoon,</w:t>
      </w:r>
    </w:p>
    <w:p>
      <w:pPr>
        <w:jc w:val="right"/>
      </w:pPr>
      <w:r>
        <w:t>تو فرشتوں سے جب اللہ نے کہا کہ میں زمین میں ایک خلیفہ بنانے والا ہوں،</w:t>
      </w:r>
    </w:p>
    <w:p>
      <w:r>
        <w:rPr>
          <w:b/>
        </w:rPr>
        <w:t xml:space="preserve">[07:37] </w:t>
      </w:r>
      <w:r>
        <w:t>to khalifa ka matlab kya hai? kuch log khalifa ka matlab samajhte hain khalifatullah, allah ka khalifa.</w:t>
      </w:r>
    </w:p>
    <w:p>
      <w:pPr>
        <w:jc w:val="right"/>
      </w:pPr>
      <w:r>
        <w:t>تو خلیفہ کا مطلب کیا ہے؟ کچھ لوگ خلیفہ کا مطلب سمجھتے ہیں خلیفۃ اللہ، اللہ کا خلیفہ۔</w:t>
      </w:r>
    </w:p>
    <w:p>
      <w:r>
        <w:rPr>
          <w:b/>
        </w:rPr>
        <w:t xml:space="preserve">[07:44] </w:t>
      </w:r>
      <w:r>
        <w:t>lekin imam taybiya ne jo fatawa wali kitab hai, us mein unhon ne likha hai ke yeh kehna</w:t>
      </w:r>
    </w:p>
    <w:p>
      <w:pPr>
        <w:jc w:val="right"/>
      </w:pPr>
      <w:r>
        <w:t>لیکن امام طیبیہ نے جو فتاوی والی کتاب ہے، اس میں انہوں نے لکھا ہے کہ یہ کہنا</w:t>
      </w:r>
    </w:p>
    <w:p>
      <w:r>
        <w:rPr>
          <w:b/>
        </w:rPr>
        <w:t xml:space="preserve">[07:53] </w:t>
      </w:r>
      <w:r>
        <w:t>kufr hai, haram hai yeh</w:t>
      </w:r>
    </w:p>
    <w:p>
      <w:pPr>
        <w:jc w:val="right"/>
      </w:pPr>
      <w:r>
        <w:t>کفر ہے، حرام ہے یہ</w:t>
      </w:r>
    </w:p>
    <w:p>
      <w:r>
        <w:rPr>
          <w:b/>
        </w:rPr>
        <w:t xml:space="preserve">[07:56] </w:t>
      </w:r>
      <w:r>
        <w:t>ke allah ka khalifa,</w:t>
      </w:r>
    </w:p>
    <w:p>
      <w:pPr>
        <w:jc w:val="right"/>
      </w:pPr>
      <w:r>
        <w:t>کہ اللہ کا خلیفہ،</w:t>
      </w:r>
    </w:p>
    <w:p>
      <w:r>
        <w:rPr>
          <w:b/>
        </w:rPr>
        <w:t xml:space="preserve">[07:59] </w:t>
      </w:r>
      <w:r>
        <w:t>allah ka khalifa kaise koi ho sakta hai? khalifa ke lafzi maani hain, dekhiye successor.</w:t>
      </w:r>
    </w:p>
    <w:p>
      <w:pPr>
        <w:jc w:val="right"/>
      </w:pPr>
      <w:r>
        <w:t>اللہ کا خلیفہ کیسے کوئی ہو سکتا ہے؟ خلیفہ کے لفظی معنی ہیں، دیکھیے سکسیسر۔</w:t>
      </w:r>
    </w:p>
    <w:p>
      <w:r>
        <w:rPr>
          <w:b/>
        </w:rPr>
        <w:t xml:space="preserve">[08:06] </w:t>
      </w:r>
      <w:r>
        <w:t>to allah ka jansheen, allah ka successor koi ho sakta hai? yeh to bilkul kufr o shirk ki</w:t>
      </w:r>
    </w:p>
    <w:p>
      <w:pPr>
        <w:jc w:val="right"/>
      </w:pPr>
      <w:r>
        <w:t>تو اللہ کا جانشین، اللہ کا سکسیسر کوئی ہو سکتا ہے؟ یہ تو بالکل کفر و شرک کی</w:t>
      </w:r>
    </w:p>
    <w:p>
      <w:r>
        <w:rPr>
          <w:b/>
        </w:rPr>
        <w:t xml:space="preserve">[08:12] </w:t>
      </w:r>
      <w:r>
        <w:t>baat hai. to jo logon ne is ka matlab yeh nikala ke Allah ka khaleefa, yeh bilkul galat</w:t>
      </w:r>
    </w:p>
    <w:p>
      <w:pPr>
        <w:jc w:val="right"/>
      </w:pPr>
      <w:r>
        <w:t>بات ہے۔ تو جو لوگوں نے اس کا مطلب یہ نکالا کہ اللہ کا خلیفہ، یہ بالکل غلط</w:t>
      </w:r>
    </w:p>
    <w:p>
      <w:r>
        <w:rPr>
          <w:b/>
        </w:rPr>
        <w:t xml:space="preserve">[08:18] </w:t>
      </w:r>
      <w:r>
        <w:t>nikala. lekin Ibn Kathir ne ek riwayat naqal ki hai, is se maloom hota hai ke khaleefa se</w:t>
      </w:r>
    </w:p>
    <w:p>
      <w:pPr>
        <w:jc w:val="right"/>
      </w:pPr>
      <w:r>
        <w:t>نکالا۔ لیکن ابن کثیر نے ایک روایت نقل کی ہے، اس سے معلوم ہوتا ہے کہ خلیفہ سے</w:t>
      </w:r>
    </w:p>
    <w:p>
      <w:r>
        <w:rPr>
          <w:b/>
        </w:rPr>
        <w:t xml:space="preserve">[08:26] </w:t>
      </w:r>
      <w:r>
        <w:t>murad hai yahan khaleefat al-jinn,</w:t>
      </w:r>
    </w:p>
    <w:p>
      <w:pPr>
        <w:jc w:val="right"/>
      </w:pPr>
      <w:r>
        <w:t>مراد ہے یہاں خلیفۃ الجن،</w:t>
      </w:r>
    </w:p>
    <w:p>
      <w:r>
        <w:rPr>
          <w:b/>
        </w:rPr>
        <w:t xml:space="preserve">[08:30] </w:t>
      </w:r>
      <w:r>
        <w:t>kyunke lafzi maani hai khaleefa ke baad ko aane wala.</w:t>
      </w:r>
    </w:p>
    <w:p>
      <w:pPr>
        <w:jc w:val="right"/>
      </w:pPr>
      <w:r>
        <w:t>کیونکہ لفظی معنی ہے خلیفہ کے بعد کو آنے والا۔</w:t>
      </w:r>
    </w:p>
    <w:p>
      <w:r>
        <w:rPr>
          <w:b/>
        </w:rPr>
        <w:t xml:space="preserve">[08:34] </w:t>
      </w:r>
      <w:r>
        <w:t>successor chunke baad ko aata hai,</w:t>
      </w:r>
    </w:p>
    <w:p>
      <w:pPr>
        <w:jc w:val="right"/>
      </w:pPr>
      <w:r>
        <w:t>سکسیسر چونکہ بعد کو آتا ہے،</w:t>
      </w:r>
    </w:p>
    <w:p>
      <w:r>
        <w:rPr>
          <w:b/>
        </w:rPr>
        <w:t xml:space="preserve">[08:38] </w:t>
      </w:r>
      <w:r>
        <w:t>to Adam aaye jin ke baad,</w:t>
      </w:r>
    </w:p>
    <w:p>
      <w:pPr>
        <w:jc w:val="right"/>
      </w:pPr>
      <w:r>
        <w:t>تو آدم آئے جن کے بعد،</w:t>
      </w:r>
    </w:p>
    <w:p>
      <w:r>
        <w:rPr>
          <w:b/>
        </w:rPr>
        <w:t xml:space="preserve">[08:44] </w:t>
      </w:r>
      <w:r>
        <w:t>jin ke baad.</w:t>
      </w:r>
    </w:p>
    <w:p>
      <w:pPr>
        <w:jc w:val="right"/>
      </w:pPr>
      <w:r>
        <w:t>جن کے بعد۔</w:t>
      </w:r>
    </w:p>
    <w:p>
      <w:r>
        <w:rPr>
          <w:b/>
        </w:rPr>
        <w:t xml:space="preserve">[08:45] </w:t>
      </w:r>
      <w:r>
        <w:t>to yahan matlab hai ke jin ke baad ek khaleef, ek makhlooq Allah ne paida ki insaan ki</w:t>
      </w:r>
    </w:p>
    <w:p>
      <w:pPr>
        <w:jc w:val="right"/>
      </w:pPr>
      <w:r>
        <w:t>تو یہاں مطلب ہے کہ جن کے بعد ایک خلیف، ایک مخلوق اللہ نے پیدا کی انسان کی</w:t>
      </w:r>
    </w:p>
    <w:p>
      <w:r>
        <w:rPr>
          <w:b/>
        </w:rPr>
        <w:t xml:space="preserve">[08:52] </w:t>
      </w:r>
      <w:r>
        <w:t>shakal mein. is lihaaz se yeh sahi hai kehna ke insaan khaleefat al-jinn hai, khaleefat Allah nahi hai.</w:t>
      </w:r>
    </w:p>
    <w:p>
      <w:pPr>
        <w:jc w:val="right"/>
      </w:pPr>
      <w:r>
        <w:t>شکل میں۔ اس لحاظ سے یہ صحیح ہے کہنا کہ انسان خلیفۃ الجن ہے، خلیفۃ اللہ نہیں ہے۔</w:t>
      </w:r>
    </w:p>
    <w:p>
      <w:r>
        <w:rPr>
          <w:b/>
        </w:rPr>
        <w:t xml:space="preserve">[09:04] </w:t>
      </w:r>
      <w:r>
        <w:t>ab sawal yeh hai ke Allah ne</w:t>
      </w:r>
    </w:p>
    <w:p>
      <w:pPr>
        <w:jc w:val="right"/>
      </w:pPr>
      <w:r>
        <w:t>اب سوال یہ ہے کہ اللہ نے</w:t>
      </w:r>
    </w:p>
    <w:p>
      <w:r>
        <w:rPr>
          <w:b/>
        </w:rPr>
        <w:t xml:space="preserve">[09:08] </w:t>
      </w:r>
      <w:r>
        <w:t>jinn ke baad insaan ko kyun paida kiya?</w:t>
      </w:r>
    </w:p>
    <w:p>
      <w:pPr>
        <w:jc w:val="right"/>
      </w:pPr>
      <w:r>
        <w:t>جن کے بعد انسان کو کیوں پیدا کیا؟</w:t>
      </w:r>
    </w:p>
    <w:p>
      <w:r>
        <w:rPr>
          <w:b/>
        </w:rPr>
        <w:t xml:space="preserve">[09:11] </w:t>
      </w:r>
      <w:r>
        <w:t>to ek riwayat Ibn Kathir ne naqal ki hai</w:t>
      </w:r>
    </w:p>
    <w:p>
      <w:pPr>
        <w:jc w:val="right"/>
      </w:pPr>
      <w:r>
        <w:t>تو ایک روایت ابن کثیر نے نقل کی ہے</w:t>
      </w:r>
    </w:p>
    <w:p>
      <w:r>
        <w:rPr>
          <w:b/>
        </w:rPr>
        <w:t xml:space="preserve">[09:16] </w:t>
      </w:r>
      <w:r>
        <w:t>ke jinnat bohat saare they, to unhon ne bari ladaiyan keen, bada fasad machaya.</w:t>
      </w:r>
    </w:p>
    <w:p>
      <w:pPr>
        <w:jc w:val="right"/>
      </w:pPr>
      <w:r>
        <w:t>کہ جنات بہت سارے تھے، تو انہوں نے بڑی لڑائیاں کیں، بڑا فساد مچایا۔</w:t>
      </w:r>
    </w:p>
    <w:p>
      <w:r>
        <w:rPr>
          <w:b/>
        </w:rPr>
        <w:t xml:space="preserve">[09:25] </w:t>
      </w:r>
      <w:r>
        <w:t>to Allah ne un ko maazool kar diya, aur phir ek aur makhlooq banane ke liye faisla kiya,</w:t>
      </w:r>
    </w:p>
    <w:p>
      <w:pPr>
        <w:jc w:val="right"/>
      </w:pPr>
      <w:r>
        <w:t>تو اللہ نے ان کو معزول کر دیا، اور پھر ایک اور مخلوق بنانے کے لیے فیصلہ کیا،</w:t>
      </w:r>
    </w:p>
    <w:p>
      <w:r>
        <w:rPr>
          <w:b/>
        </w:rPr>
        <w:t xml:space="preserve">[09:32] </w:t>
      </w:r>
      <w:r>
        <w:t>jis ko hum insaan kehte hain.</w:t>
      </w:r>
    </w:p>
    <w:p>
      <w:pPr>
        <w:jc w:val="right"/>
      </w:pPr>
      <w:r>
        <w:t>جس کو ہم انسان کہتے ہیں۔</w:t>
      </w:r>
    </w:p>
    <w:p>
      <w:r>
        <w:rPr>
          <w:b/>
        </w:rPr>
        <w:t xml:space="preserve">[09:35] </w:t>
      </w:r>
      <w:r>
        <w:t>to kya farq tha jinnat mein aur insaan mein? is par maine socha to mujhe Iblees ke</w:t>
      </w:r>
    </w:p>
    <w:p>
      <w:pPr>
        <w:jc w:val="right"/>
      </w:pPr>
      <w:r>
        <w:t>تو کیا فرق تھا جنات میں اور انسان میں؟ اس پر میں نے سوچا تو مجھے ابلیس کے</w:t>
      </w:r>
    </w:p>
    <w:p>
      <w:r>
        <w:rPr>
          <w:b/>
        </w:rPr>
        <w:t xml:space="preserve">[09:42] </w:t>
      </w:r>
      <w:r>
        <w:t>ek qaul mein is ka jawab mila.</w:t>
      </w:r>
    </w:p>
    <w:p>
      <w:pPr>
        <w:jc w:val="right"/>
      </w:pPr>
      <w:r>
        <w:t>ایک قول میں اس کا جواب ملا۔</w:t>
      </w:r>
    </w:p>
    <w:p>
      <w:r>
        <w:rPr>
          <w:b/>
        </w:rPr>
        <w:t xml:space="preserve">[09:45] </w:t>
      </w:r>
      <w:r>
        <w:t>us ne kaha tha</w:t>
      </w:r>
    </w:p>
    <w:p>
      <w:pPr>
        <w:jc w:val="right"/>
      </w:pPr>
      <w:r>
        <w:t>اس نے کہا تھا</w:t>
      </w:r>
    </w:p>
    <w:p>
      <w:r>
        <w:rPr>
          <w:b/>
        </w:rPr>
        <w:t xml:space="preserve">[09:48] </w:t>
      </w:r>
      <w:r>
        <w:t>khalqtalii min naarin wa khalqtahu min teen</w:t>
      </w:r>
    </w:p>
    <w:p>
      <w:pPr>
        <w:jc w:val="right"/>
      </w:pPr>
      <w:r>
        <w:t>خَلَقْتَ لِي مِن نَّارٍ وَخَلَقْتُهُ مِنْ تِينٍ</w:t>
      </w:r>
    </w:p>
    <w:p>
      <w:r>
        <w:rPr>
          <w:b/>
        </w:rPr>
        <w:t xml:space="preserve">[09:51] </w:t>
      </w:r>
      <w:r>
        <w:t>ke mujh ko paida kiya Allah ne aag se, aur insaan ko paida kiya mitti se.</w:t>
      </w:r>
    </w:p>
    <w:p>
      <w:pPr>
        <w:jc w:val="right"/>
      </w:pPr>
      <w:r>
        <w:t>کہ مجھ کو پیدا کیا اللہ نے آگ سے، اور انسان کو پیدا کیا مٹی سے۔</w:t>
      </w:r>
    </w:p>
    <w:p>
      <w:r>
        <w:rPr>
          <w:b/>
        </w:rPr>
        <w:t xml:space="preserve">[10:00] </w:t>
      </w:r>
      <w:r>
        <w:t>is se maine samjha ke jinnat jo they,</w:t>
      </w:r>
    </w:p>
    <w:p>
      <w:pPr>
        <w:jc w:val="right"/>
      </w:pPr>
      <w:r>
        <w:t>اس سے میں نے سمجھا کہ جنات جو تھے،</w:t>
      </w:r>
    </w:p>
    <w:p>
      <w:r>
        <w:rPr>
          <w:b/>
        </w:rPr>
        <w:t xml:space="preserve">[10:04] </w:t>
      </w:r>
      <w:r>
        <w:t>un ke andar bohat qualities they, lekin</w:t>
      </w:r>
    </w:p>
    <w:p>
      <w:pPr>
        <w:jc w:val="right"/>
      </w:pPr>
      <w:r>
        <w:t>ان کے اندر بہت کوالٹیز تھیں، لیکن</w:t>
      </w:r>
    </w:p>
    <w:p>
      <w:r>
        <w:rPr>
          <w:b/>
        </w:rPr>
        <w:t xml:space="preserve">[10:07] </w:t>
      </w:r>
      <w:r>
        <w:t>wo paida kiye gaye they</w:t>
      </w:r>
    </w:p>
    <w:p>
      <w:pPr>
        <w:jc w:val="right"/>
      </w:pPr>
      <w:r>
        <w:t>وہ پیدا کیے گئے تھے</w:t>
      </w:r>
    </w:p>
    <w:p>
      <w:r>
        <w:rPr>
          <w:b/>
        </w:rPr>
        <w:t xml:space="preserve">[10:11] </w:t>
      </w:r>
      <w:r>
        <w:t>aag se, yaani un ka jo stuff tha, stuff tha, wo aag, aag tha.</w:t>
      </w:r>
    </w:p>
    <w:p>
      <w:pPr>
        <w:jc w:val="right"/>
      </w:pPr>
      <w:r>
        <w:t>آگ سے، یعنی ان کا جو اسٹف تھا، اسٹف تھا، وہ آگ، آگ تھا۔</w:t>
      </w:r>
    </w:p>
    <w:p>
      <w:r>
        <w:rPr>
          <w:b/>
        </w:rPr>
        <w:t xml:space="preserve">[10:19] </w:t>
      </w:r>
      <w:r>
        <w:t>jaise ke sitare hain, sayare,</w:t>
      </w:r>
    </w:p>
    <w:p>
      <w:pPr>
        <w:jc w:val="right"/>
      </w:pPr>
      <w:r>
        <w:t>جیسے کہ ستارے ہیں، سیارے،</w:t>
      </w:r>
    </w:p>
    <w:p>
      <w:r>
        <w:rPr>
          <w:b/>
        </w:rPr>
        <w:t xml:space="preserve">[10:21] </w:t>
      </w:r>
      <w:r>
        <w:t>sitare hain, suraj hai, kahkashan hai, woh sab aag hai, aag hai.</w:t>
      </w:r>
    </w:p>
    <w:p>
      <w:pPr>
        <w:jc w:val="right"/>
      </w:pPr>
      <w:r>
        <w:t>ستارے ہیں، سورج ہے، کہکشاں ہے، وہ سب آگ ہے، آگ ہے۔</w:t>
      </w:r>
    </w:p>
    <w:p>
      <w:r>
        <w:rPr>
          <w:b/>
        </w:rPr>
        <w:t xml:space="preserve">[10:28] </w:t>
      </w:r>
      <w:r>
        <w:t>to jinn jo tha,</w:t>
      </w:r>
    </w:p>
    <w:p>
      <w:pPr>
        <w:jc w:val="right"/>
      </w:pPr>
      <w:r>
        <w:t>تو جن جو تھا،</w:t>
      </w:r>
    </w:p>
    <w:p>
      <w:r>
        <w:rPr>
          <w:b/>
        </w:rPr>
        <w:t xml:space="preserve">[10:32] </w:t>
      </w:r>
      <w:r>
        <w:t>is ka jo stuff tha, woh aag tha.</w:t>
      </w:r>
    </w:p>
    <w:p>
      <w:pPr>
        <w:jc w:val="right"/>
      </w:pPr>
      <w:r>
        <w:t>اس کا جو اسٹف تھا، وہ آگ تھا۔</w:t>
      </w:r>
    </w:p>
    <w:p>
      <w:r>
        <w:rPr>
          <w:b/>
        </w:rPr>
        <w:t xml:space="preserve">[10:36] </w:t>
      </w:r>
      <w:r>
        <w:t>to is liye is ka mizaj jo tha, garam mizaj tha.</w:t>
      </w:r>
    </w:p>
    <w:p>
      <w:pPr>
        <w:jc w:val="right"/>
      </w:pPr>
      <w:r>
        <w:t>تو اس لیے اس کا مزاج جو تھا، گرم مزاج تھا۔</w:t>
      </w:r>
    </w:p>
    <w:p>
      <w:r>
        <w:rPr>
          <w:b/>
        </w:rPr>
        <w:t xml:space="preserve">[10:39] </w:t>
      </w:r>
      <w:r>
        <w:t>is ke andar,</w:t>
      </w:r>
    </w:p>
    <w:p>
      <w:pPr>
        <w:jc w:val="right"/>
      </w:pPr>
      <w:r>
        <w:t>اس کے اندر،</w:t>
      </w:r>
    </w:p>
    <w:p>
      <w:r>
        <w:rPr>
          <w:b/>
        </w:rPr>
        <w:t xml:space="preserve">[10:41] </w:t>
      </w:r>
      <w:r>
        <w:t>yani ghussa, nafrat, intiqam, ladai bhadai, yeh tha is ke mizaj mein.</w:t>
      </w:r>
    </w:p>
    <w:p>
      <w:pPr>
        <w:jc w:val="right"/>
      </w:pPr>
      <w:r>
        <w:t>یعنی غصہ، نفرت، انتقام، لڑائی بھڑائی، یہ تھا اس کے مزاج میں۔</w:t>
      </w:r>
    </w:p>
    <w:p>
      <w:r>
        <w:rPr>
          <w:b/>
        </w:rPr>
        <w:t xml:space="preserve">[10:46] </w:t>
      </w:r>
      <w:r>
        <w:t>yeh kya unhon ne, jaisa ke khud hadith mein aata hai.</w:t>
      </w:r>
    </w:p>
    <w:p>
      <w:pPr>
        <w:jc w:val="right"/>
      </w:pPr>
      <w:r>
        <w:t>یہ کیا انہوں نے، جیسا کہ خود حدیث میں آتا ہے۔</w:t>
      </w:r>
    </w:p>
    <w:p>
      <w:r>
        <w:rPr>
          <w:b/>
        </w:rPr>
        <w:t xml:space="preserve">[10:52] </w:t>
      </w:r>
      <w:r>
        <w:t>to Allah ne insan ko paida hua mitti se,</w:t>
      </w:r>
    </w:p>
    <w:p>
      <w:pPr>
        <w:jc w:val="right"/>
      </w:pPr>
      <w:r>
        <w:t>تو اللہ نے انسان کو پیدا ہوا مٹی سے،</w:t>
      </w:r>
    </w:p>
    <w:p>
      <w:r>
        <w:rPr>
          <w:b/>
        </w:rPr>
        <w:t xml:space="preserve">[10:57] </w:t>
      </w:r>
      <w:r>
        <w:t>to aag ki sifat hai garmi, aur mitti ki sifat hai narmi, thandak.</w:t>
      </w:r>
    </w:p>
    <w:p>
      <w:pPr>
        <w:jc w:val="right"/>
      </w:pPr>
      <w:r>
        <w:t>تو آگ کی صفت ہے گرمی، اور مٹی کی صفت ہے نرمی، ٹھنڈک۔</w:t>
      </w:r>
    </w:p>
    <w:p>
      <w:r>
        <w:rPr>
          <w:b/>
        </w:rPr>
        <w:t xml:space="preserve">[11:05] </w:t>
      </w:r>
      <w:r>
        <w:t>to main samajhta hoon ke Allah ne paida kiya insan ko ke is ka jo stuff tha, woh</w:t>
      </w:r>
    </w:p>
    <w:p>
      <w:pPr>
        <w:jc w:val="right"/>
      </w:pPr>
      <w:r>
        <w:t>تو میں سمجھتا ہوں کہ اللہ نے پیدا کیا انسان کو کہ اس کا جو اسٹف تھا، وہ</w:t>
      </w:r>
    </w:p>
    <w:p>
      <w:r>
        <w:rPr>
          <w:b/>
        </w:rPr>
        <w:t xml:space="preserve">[11:11] </w:t>
      </w:r>
      <w:r>
        <w:t>thanda, naram, yani mitti wala.</w:t>
      </w:r>
    </w:p>
    <w:p>
      <w:pPr>
        <w:jc w:val="right"/>
      </w:pPr>
      <w:r>
        <w:t>ٹھنڈا، نرم، یعنی مٹی والا۔</w:t>
      </w:r>
    </w:p>
    <w:p>
      <w:r>
        <w:rPr>
          <w:b/>
        </w:rPr>
        <w:t xml:space="preserve">[11:17] </w:t>
      </w:r>
      <w:r>
        <w:t>to Allah ne pehla jo, yani pehla jo</w:t>
      </w:r>
    </w:p>
    <w:p>
      <w:pPr>
        <w:jc w:val="right"/>
      </w:pPr>
      <w:r>
        <w:t>تو اللہ نے پہلا جو، یعنی پہلا جو</w:t>
      </w:r>
    </w:p>
    <w:p>
      <w:r>
        <w:rPr>
          <w:b/>
        </w:rPr>
        <w:t xml:space="preserve">[11:23] </w:t>
      </w:r>
      <w:r>
        <w:t>takleeqi tajurba kiya, woh jinnaat ki shakal mein kiya, woh fail ho gaye.</w:t>
      </w:r>
    </w:p>
    <w:p>
      <w:pPr>
        <w:jc w:val="right"/>
      </w:pPr>
      <w:r>
        <w:t>تخلیقی تجربہ کیا، وہ جنات کی شکل میں کیا، وہ فیل ہو گئے۔</w:t>
      </w:r>
    </w:p>
    <w:p>
      <w:r>
        <w:rPr>
          <w:b/>
        </w:rPr>
        <w:t xml:space="preserve">[11:27] </w:t>
      </w:r>
      <w:r>
        <w:t>to phir insan ko paida kiya, aur us ko mitti se paida kiya taake</w:t>
      </w:r>
    </w:p>
    <w:p>
      <w:pPr>
        <w:jc w:val="right"/>
      </w:pPr>
      <w:r>
        <w:t>تو پھر انسان کو پیدا کیا، اور اس کو مٹی سے پیدا کیا تاکہ</w:t>
      </w:r>
    </w:p>
    <w:p>
      <w:r>
        <w:rPr>
          <w:b/>
        </w:rPr>
        <w:t xml:space="preserve">[11:33] </w:t>
      </w:r>
      <w:r>
        <w:t>woh is, yani</w:t>
      </w:r>
    </w:p>
    <w:p>
      <w:pPr>
        <w:jc w:val="right"/>
      </w:pPr>
      <w:r>
        <w:t>وہ اس، یعنی</w:t>
      </w:r>
    </w:p>
    <w:p>
      <w:r>
        <w:rPr>
          <w:b/>
        </w:rPr>
        <w:t xml:space="preserve">[11:38] </w:t>
      </w:r>
      <w:r>
        <w:t>is mizaj se bache jo jinnaat ka mizaj tha.</w:t>
      </w:r>
    </w:p>
    <w:p>
      <w:pPr>
        <w:jc w:val="right"/>
      </w:pPr>
      <w:r>
        <w:t>اس مزاج سے بچے جو جناتوں کا مزاج تھا۔</w:t>
      </w:r>
    </w:p>
    <w:p>
      <w:r>
        <w:rPr>
          <w:b/>
        </w:rPr>
        <w:t xml:space="preserve">[11:42] </w:t>
      </w:r>
      <w:r>
        <w:t>yeh mujhe quran ki mukhtalif aayaton ko, mukhtalif aayaton par ghor karne ke baad yeh baat mujhe samajh</w:t>
      </w:r>
    </w:p>
    <w:p>
      <w:pPr>
        <w:jc w:val="right"/>
      </w:pPr>
      <w:r>
        <w:t>یہ مجھے قرآن کی مختلف آیتوں کو، مختلف آیتوں پر غور کرنے کے بعد یہ بات مجھے سمجھ</w:t>
      </w:r>
    </w:p>
    <w:p>
      <w:r>
        <w:rPr>
          <w:b/>
        </w:rPr>
        <w:t xml:space="preserve">[11:50] </w:t>
      </w:r>
      <w:r>
        <w:t>aayi hai. qalu ataj al fiha man yufsidu fiha wa yasfikud dimaa yani farishton ne kaha Allah se ke kya</w:t>
      </w:r>
    </w:p>
    <w:p>
      <w:pPr>
        <w:jc w:val="right"/>
      </w:pPr>
      <w:r>
        <w:t>آئی ہے۔ قَالُوا أَتَجْعَلُ فِيهَا مَن يُفْسِدُ فِيهَا وَيَسْفِكُ الدِّمَاءِ یعنی فرشتوں نے کہا اللہ سے کہ کیا</w:t>
      </w:r>
    </w:p>
    <w:p>
      <w:r>
        <w:rPr>
          <w:b/>
        </w:rPr>
        <w:t xml:space="preserve">[12:01] </w:t>
      </w:r>
      <w:r>
        <w:t>to ek aisi makhlooq ko paida karta hai jo fasad machaye,</w:t>
      </w:r>
    </w:p>
    <w:p>
      <w:pPr>
        <w:jc w:val="right"/>
      </w:pPr>
      <w:r>
        <w:t>تو ایک ایسی مخلوق کو پیدا کرتا ہے جو فساد مچائے،</w:t>
      </w:r>
    </w:p>
    <w:p>
      <w:r>
        <w:rPr>
          <w:b/>
        </w:rPr>
        <w:t xml:space="preserve">[12:06] </w:t>
      </w:r>
      <w:r>
        <w:t>khoon bahaye? yahan maine socha ke farishton ne kyun kaha ke abhi, abhi to paida kiya, abhi</w:t>
      </w:r>
    </w:p>
    <w:p>
      <w:pPr>
        <w:jc w:val="right"/>
      </w:pPr>
      <w:r>
        <w:t>خون بہائے؟ یہاں میں نے سوچا کہ فرشتوں نے کیوں کہا کہ ابھی، ابھی تو پیدا کیا، ابھی</w:t>
      </w:r>
    </w:p>
    <w:p>
      <w:r>
        <w:rPr>
          <w:b/>
        </w:rPr>
        <w:t xml:space="preserve">[12:13] </w:t>
      </w:r>
      <w:r>
        <w:t>to paida karne ka</w:t>
      </w:r>
    </w:p>
    <w:p>
      <w:pPr>
        <w:jc w:val="right"/>
      </w:pPr>
      <w:r>
        <w:t>تو پیدا کرنے کا</w:t>
      </w:r>
    </w:p>
    <w:p>
      <w:r>
        <w:rPr>
          <w:b/>
        </w:rPr>
        <w:t xml:space="preserve">[12:16] </w:t>
      </w:r>
      <w:r>
        <w:t>shuruaat thi, to abhi tajurba to samne aaya nahi tha.</w:t>
      </w:r>
    </w:p>
    <w:p>
      <w:pPr>
        <w:jc w:val="right"/>
      </w:pPr>
      <w:r>
        <w:t>شروعات تھی، تو ابھی تجربہ تو سامنے آیا نہیں تھا۔</w:t>
      </w:r>
    </w:p>
    <w:p>
      <w:r>
        <w:rPr>
          <w:b/>
        </w:rPr>
        <w:t xml:space="preserve">[12:21] </w:t>
      </w:r>
      <w:r>
        <w:t>to farishton ne aisa kyun kaha? to main samajhta hoon ke unhon ne qiyas kiya jinnaat par</w:t>
      </w:r>
    </w:p>
    <w:p>
      <w:pPr>
        <w:jc w:val="right"/>
      </w:pPr>
      <w:r>
        <w:t>تو فرشتوں نے ایسا کیوں کہا؟ تو میں سمجھتا ہوں کہ انہوں نے قیاس کیا جنات پر</w:t>
      </w:r>
    </w:p>
    <w:p>
      <w:r>
        <w:rPr>
          <w:b/>
        </w:rPr>
        <w:t xml:space="preserve">[12:28] </w:t>
      </w:r>
      <w:r>
        <w:t>ke jab jinnaat ne yeh kiya fasad, to insan bhi yahi karega.</w:t>
      </w:r>
    </w:p>
    <w:p>
      <w:pPr>
        <w:jc w:val="right"/>
      </w:pPr>
      <w:r>
        <w:t>کہ جب جنات نے یہ کیا فساد، تو انسان بھی یہی کرے گا۔</w:t>
      </w:r>
    </w:p>
    <w:p>
      <w:r>
        <w:rPr>
          <w:b/>
        </w:rPr>
        <w:t xml:space="preserve">[12:35] </w:t>
      </w:r>
      <w:r>
        <w:t>to jinnaat aur jinnaat mein jis tarah aazadi di gayi thi, Allah taala ne insan ke paas aazadi</w:t>
      </w:r>
    </w:p>
    <w:p>
      <w:pPr>
        <w:jc w:val="right"/>
      </w:pPr>
      <w:r>
        <w:t>تو جنات اور جنات میں جس طرح آزادی دی گئی تھی، اللہ تعالی نے انسان کے پاس آزادی</w:t>
      </w:r>
    </w:p>
    <w:p>
      <w:r>
        <w:rPr>
          <w:b/>
        </w:rPr>
        <w:t xml:space="preserve">[12:40] </w:t>
      </w:r>
      <w:r>
        <w:t>ho gai. To jinnaat par qayas karte hue unhon ne yeh kaha ke insaan jo hai, yeh bhi</w:t>
      </w:r>
    </w:p>
    <w:p>
      <w:pPr>
        <w:jc w:val="right"/>
      </w:pPr>
      <w:r>
        <w:t>ہو گئی۔ تو جنات پر قیاس کرتے ہوئے انہوں نے یہ کہا کہ انسان جو ہے، یہ بھی</w:t>
      </w:r>
    </w:p>
    <w:p>
      <w:r>
        <w:rPr>
          <w:b/>
        </w:rPr>
        <w:t xml:space="preserve">[12:46] </w:t>
      </w:r>
      <w:r>
        <w:t>fasad machayega.</w:t>
      </w:r>
    </w:p>
    <w:p>
      <w:pPr>
        <w:jc w:val="right"/>
      </w:pPr>
      <w:r>
        <w:t>فساد مچائے گا۔</w:t>
      </w:r>
    </w:p>
    <w:p>
      <w:r>
        <w:rPr>
          <w:b/>
        </w:rPr>
        <w:t xml:space="preserve">[12:47] </w:t>
      </w:r>
      <w:r>
        <w:t>To kyun aap aisa kar rahe hain ke ek aur fasad wala, ek mufsidd, mufsidd makhlooq paida kar</w:t>
      </w:r>
    </w:p>
    <w:p>
      <w:pPr>
        <w:jc w:val="right"/>
      </w:pPr>
      <w:r>
        <w:t>تو کیوں آپ ایسا کر رہے ہیں کہ ایک اور فساد والا، ایک مفسد، مفسد مخلوق پیدا کر</w:t>
      </w:r>
    </w:p>
    <w:p>
      <w:r>
        <w:rPr>
          <w:b/>
        </w:rPr>
        <w:t xml:space="preserve">[12:52] </w:t>
      </w:r>
      <w:r>
        <w:t>rahe hain? Wa nahnu nusabbihu bihamdika wa nuqaddisu laka aur hum, yaani farishtay, aap ki taqdees karte hain aur aap</w:t>
      </w:r>
    </w:p>
    <w:p>
      <w:pPr>
        <w:jc w:val="right"/>
      </w:pPr>
      <w:r>
        <w:t>رہے ہیں؟ وَنَحْنُ نُسَبِّحُ بِحَمْدِكَ وَنُقَدِّسُ لَكَ اور ہم، یعنی فرشتے، آپ کی تقدیس کرتے ہیں اور آپ</w:t>
      </w:r>
    </w:p>
    <w:p>
      <w:r>
        <w:rPr>
          <w:b/>
        </w:rPr>
        <w:t xml:space="preserve">[13:03] </w:t>
      </w:r>
      <w:r>
        <w:t>ki hamd karte hain.</w:t>
      </w:r>
    </w:p>
    <w:p>
      <w:pPr>
        <w:jc w:val="right"/>
      </w:pPr>
      <w:r>
        <w:t>کی حمد کرتے ہیں۔</w:t>
      </w:r>
    </w:p>
    <w:p>
      <w:r>
        <w:rPr>
          <w:b/>
        </w:rPr>
        <w:t xml:space="preserve">[13:03] </w:t>
      </w:r>
      <w:r>
        <w:t>Hum to maujood hain, yeh par maine bohat ghhor kiya.</w:t>
      </w:r>
    </w:p>
    <w:p>
      <w:pPr>
        <w:jc w:val="right"/>
      </w:pPr>
      <w:r>
        <w:t>ہم تو موجود ہیں، یہ پر میں نے بہت غور کیا۔</w:t>
      </w:r>
    </w:p>
    <w:p>
      <w:r>
        <w:rPr>
          <w:b/>
        </w:rPr>
        <w:t xml:space="preserve">[13:09] </w:t>
      </w:r>
      <w:r>
        <w:t>Yaani qaseeda khwani ke mani mein nahi hai, jaise badshahon ke darbar mein hotay thay shair, aur badshah</w:t>
      </w:r>
    </w:p>
    <w:p>
      <w:pPr>
        <w:jc w:val="right"/>
      </w:pPr>
      <w:r>
        <w:t>یعنی قصیدہ خوانی کے معنی میں نہیں ہے، جیسے بادشاہوں کے دربار میں ہوتے تھے شاعر، اور بادشاہ</w:t>
      </w:r>
    </w:p>
    <w:p>
      <w:r>
        <w:rPr>
          <w:b/>
        </w:rPr>
        <w:t xml:space="preserve">[13:15] </w:t>
      </w:r>
      <w:r>
        <w:t>ka qaseeda parhtay thay, tareef karte thay un ki.</w:t>
      </w:r>
    </w:p>
    <w:p>
      <w:pPr>
        <w:jc w:val="right"/>
      </w:pPr>
      <w:r>
        <w:t>کا قصیدہ پڑھتے تھے، تعریف کرتے تھے ان کی۔</w:t>
      </w:r>
    </w:p>
    <w:p>
      <w:r>
        <w:rPr>
          <w:b/>
        </w:rPr>
        <w:t xml:space="preserve">[13:18] </w:t>
      </w:r>
      <w:r>
        <w:t>To Allah ki shaan nahi hai ke woh apni qaseeda sunay, apni tareef sunay.</w:t>
      </w:r>
    </w:p>
    <w:p>
      <w:pPr>
        <w:jc w:val="right"/>
      </w:pPr>
      <w:r>
        <w:t>تو اللہ کی شان نہیں ہے کہ وہ اپنی قصیدہ سنے، اپنی تعریف سنے۔</w:t>
      </w:r>
    </w:p>
    <w:p>
      <w:r>
        <w:rPr>
          <w:b/>
        </w:rPr>
        <w:t xml:space="preserve">[13:25] </w:t>
      </w:r>
      <w:r>
        <w:t>To yeh jo kaha farishtoon ne ke hum aap ki taqdees karte hain, aap ki hamd karte hain,</w:t>
      </w:r>
    </w:p>
    <w:p>
      <w:pPr>
        <w:jc w:val="right"/>
      </w:pPr>
      <w:r>
        <w:t>تو یہ جو کہا فرشتوں نے کہ ہم آپ کی تقدیس کرتے ہیں، آپ کی حمد کرتے ہیں،</w:t>
      </w:r>
    </w:p>
    <w:p>
      <w:r>
        <w:rPr>
          <w:b/>
        </w:rPr>
        <w:t xml:space="preserve">[13:31] </w:t>
      </w:r>
      <w:r>
        <w:t>To is mein bazahir yeh shubah hota hai ke Allah ka koi darbar hai, wahan shair hain aur</w:t>
      </w:r>
    </w:p>
    <w:p>
      <w:pPr>
        <w:jc w:val="right"/>
      </w:pPr>
      <w:r>
        <w:t>تو اس میں بظاہر یہ شبہ ہوتا ہے کہ اللہ کا کوئی دربار ہے، وہاں شاعر ہیں اور</w:t>
      </w:r>
    </w:p>
    <w:p>
      <w:r>
        <w:rPr>
          <w:b/>
        </w:rPr>
        <w:t xml:space="preserve">[13:39] </w:t>
      </w:r>
      <w:r>
        <w:t>qaseeda parh rahay hain.</w:t>
      </w:r>
    </w:p>
    <w:p>
      <w:pPr>
        <w:jc w:val="right"/>
      </w:pPr>
      <w:r>
        <w:t>قصیدہ پڑھ رہے ہیں۔</w:t>
      </w:r>
    </w:p>
    <w:p>
      <w:r>
        <w:rPr>
          <w:b/>
        </w:rPr>
        <w:t xml:space="preserve">[13:41] </w:t>
      </w:r>
      <w:r>
        <w:t>Yeh matlab nahi hai, yeh matlab nahi hai, yeh matlab ho nahi sakta.</w:t>
      </w:r>
    </w:p>
    <w:p>
      <w:pPr>
        <w:jc w:val="right"/>
      </w:pPr>
      <w:r>
        <w:t>یہ مطلب نہیں ہے، یہ مطلب نہیں ہے، یہ مطلب ہو نہیں سکتا۔</w:t>
      </w:r>
    </w:p>
    <w:p>
      <w:r>
        <w:rPr>
          <w:b/>
        </w:rPr>
        <w:t xml:space="preserve">[13:47] </w:t>
      </w:r>
      <w:r>
        <w:t>To is par ghhor karte hue maine samjhaya</w:t>
      </w:r>
    </w:p>
    <w:p>
      <w:pPr>
        <w:jc w:val="right"/>
      </w:pPr>
      <w:r>
        <w:t>تو اس پر غور کرتے ہوئے میں نے سمجھایا</w:t>
      </w:r>
    </w:p>
    <w:p>
      <w:r>
        <w:rPr>
          <w:b/>
        </w:rPr>
        <w:t xml:space="preserve">[13:50] </w:t>
      </w:r>
      <w:r>
        <w:t>ke yaani farishtoon ne yeh is harkat ka elaan kiya ke</w:t>
      </w:r>
    </w:p>
    <w:p>
      <w:pPr>
        <w:jc w:val="right"/>
      </w:pPr>
      <w:r>
        <w:t>کہ یعنی فرشتوں نے یہ اس حرکت کا اعلان کیا کہ</w:t>
      </w:r>
    </w:p>
    <w:p>
      <w:r>
        <w:rPr>
          <w:b/>
        </w:rPr>
        <w:t xml:space="preserve">[13:59] </w:t>
      </w:r>
      <w:r>
        <w:t>jinnat ne is liye fasad machaya ke un ko azaadi thi.</w:t>
      </w:r>
    </w:p>
    <w:p>
      <w:pPr>
        <w:jc w:val="right"/>
      </w:pPr>
      <w:r>
        <w:t>جنات نے اس لیے فساد مچایا کہ ان کو آزادی تھی۔</w:t>
      </w:r>
    </w:p>
    <w:p>
      <w:r>
        <w:rPr>
          <w:b/>
        </w:rPr>
        <w:t xml:space="preserve">[14:03] </w:t>
      </w:r>
      <w:r>
        <w:t>To hum to ek aur makhlooq hain jo Allah ne hukum de rakha hai, wahi hum karte hain.</w:t>
      </w:r>
    </w:p>
    <w:p>
      <w:pPr>
        <w:jc w:val="right"/>
      </w:pPr>
      <w:r>
        <w:t>تو ہم تو ایک اور مخلوق ہیں جو اللہ نے حکم دے رکھا ہے، وہی ہم کرتے ہیں۔</w:t>
      </w:r>
    </w:p>
    <w:p>
      <w:r>
        <w:rPr>
          <w:b/>
        </w:rPr>
        <w:t xml:space="preserve">[14:12] </w:t>
      </w:r>
      <w:r>
        <w:t>Hamein yeh choice hi nahi ke hum fasad machayein.</w:t>
      </w:r>
    </w:p>
    <w:p>
      <w:pPr>
        <w:jc w:val="right"/>
      </w:pPr>
      <w:r>
        <w:t>ہمیں یہ چوائس ہی نہیں کہ ہم فساد مچائیں۔</w:t>
      </w:r>
    </w:p>
    <w:p>
      <w:r>
        <w:rPr>
          <w:b/>
        </w:rPr>
        <w:t xml:space="preserve">[14:14] </w:t>
      </w:r>
      <w:r>
        <w:t>Yeh matlab hai is ka, hamein sirf yahi choice hai ke hum taqdees karein, ta'meed karein, woh bhi</w:t>
      </w:r>
    </w:p>
    <w:p>
      <w:pPr>
        <w:jc w:val="right"/>
      </w:pPr>
      <w:r>
        <w:t>یہ مطلب ہے اس کا، ہمیں صرف یہی چوائس ہے کہ ہم تقدیس کریں، تعمید کریں، وہ بھی</w:t>
      </w:r>
    </w:p>
    <w:p>
      <w:r>
        <w:rPr>
          <w:b/>
        </w:rPr>
        <w:t xml:space="preserve">[14:20] </w:t>
      </w:r>
      <w:r>
        <w:t>yeh nahi ke koi alfaaz ki shakal mein nahi.</w:t>
      </w:r>
    </w:p>
    <w:p>
      <w:pPr>
        <w:jc w:val="right"/>
      </w:pPr>
      <w:r>
        <w:t>یہ نہیں کہ کوئی الفاظ کی شکل میں نہیں۔</w:t>
      </w:r>
    </w:p>
    <w:p>
      <w:r>
        <w:rPr>
          <w:b/>
        </w:rPr>
        <w:t xml:space="preserve">[14:23] </w:t>
      </w:r>
      <w:r>
        <w:t>Matlab Allah ke mansoobay par chalein, Allah ke jo jo plan hai, us ko follow karein.</w:t>
      </w:r>
    </w:p>
    <w:p>
      <w:pPr>
        <w:jc w:val="right"/>
      </w:pPr>
      <w:r>
        <w:t>مطلب اللہ کے منصوبے پر چلیں، اللہ کے جو جو پلان ہے، اس کو فالو کریں۔</w:t>
      </w:r>
    </w:p>
    <w:p>
      <w:r>
        <w:rPr>
          <w:b/>
        </w:rPr>
        <w:t xml:space="preserve">[14:29] </w:t>
      </w:r>
      <w:r>
        <w:t>Yeh matlab hai is ka.</w:t>
      </w:r>
    </w:p>
    <w:p>
      <w:pPr>
        <w:jc w:val="right"/>
      </w:pPr>
      <w:r>
        <w:t>یہ مطلب ہے اس کا۔</w:t>
      </w:r>
    </w:p>
    <w:p>
      <w:r>
        <w:rPr>
          <w:b/>
        </w:rPr>
        <w:t xml:space="preserve">[14:32] </w:t>
      </w:r>
      <w:r>
        <w:t>To main samajhta hoon ke yeh bohat hi bari baat is ke andar hai</w:t>
      </w:r>
    </w:p>
    <w:p>
      <w:pPr>
        <w:jc w:val="right"/>
      </w:pPr>
      <w:r>
        <w:t>تو میں سمجھتا ہوں کہ یہ بہت ہی بڑی بات اس کے اندر ہے</w:t>
      </w:r>
    </w:p>
    <w:p>
      <w:r>
        <w:rPr>
          <w:b/>
        </w:rPr>
        <w:t xml:space="preserve">[14:37] </w:t>
      </w:r>
      <w:r>
        <w:t>ke Allah ne paida kiya,</w:t>
      </w:r>
    </w:p>
    <w:p>
      <w:pPr>
        <w:jc w:val="right"/>
      </w:pPr>
      <w:r>
        <w:t>کہ اللہ نے پیدا کیا،</w:t>
      </w:r>
    </w:p>
    <w:p>
      <w:r>
        <w:rPr>
          <w:b/>
        </w:rPr>
        <w:t xml:space="preserve">[14:40] </w:t>
      </w:r>
      <w:r>
        <w:t>Yaani jinnat ko, us ko choice tha, to us ne fasad machaya.</w:t>
      </w:r>
    </w:p>
    <w:p>
      <w:pPr>
        <w:jc w:val="right"/>
      </w:pPr>
      <w:r>
        <w:t>یعنی جنات کو، اس کو چوائس تھا، تو اس نے فساد مچایا۔</w:t>
      </w:r>
    </w:p>
    <w:p>
      <w:r>
        <w:rPr>
          <w:b/>
        </w:rPr>
        <w:t xml:space="preserve">[14:44] </w:t>
      </w:r>
      <w:r>
        <w:t>doosri taraf Allah ne paida kiya murder ko, murder ko choice nahi hai, to fasad nahi karta woh.</w:t>
      </w:r>
    </w:p>
    <w:p>
      <w:pPr>
        <w:jc w:val="right"/>
      </w:pPr>
      <w:r>
        <w:t>دوسری طرف اللہ نے پیدا کیا مرڈر کو، مرڈر کو چوائس نہیں ہے، تو فساد نہیں کرتا وہ۔</w:t>
      </w:r>
    </w:p>
    <w:p>
      <w:r>
        <w:rPr>
          <w:b/>
        </w:rPr>
        <w:t xml:space="preserve">[14:51] </w:t>
      </w:r>
      <w:r>
        <w:t>to farishtay jo hain, un ko choice nahi hai.</w:t>
      </w:r>
    </w:p>
    <w:p>
      <w:pPr>
        <w:jc w:val="right"/>
      </w:pPr>
      <w:r>
        <w:t>تو فرشتے جو ہیں، ان کو چوائس نہیں ہے۔</w:t>
      </w:r>
    </w:p>
    <w:p>
      <w:r>
        <w:rPr>
          <w:b/>
        </w:rPr>
        <w:t xml:space="preserve">[14:57] </w:t>
      </w:r>
      <w:r>
        <w:t>is ka matlab yeh hai, is ka matlab yeh nahi hai ke hum aap ki qaseeda parh rahe</w:t>
      </w:r>
    </w:p>
    <w:p>
      <w:pPr>
        <w:jc w:val="right"/>
      </w:pPr>
      <w:r>
        <w:t>اس کا مطلب یہ ہے، اس کا مطلب یہ نہیں ہے کہ ہم آپ کی قصیدہ پڑھ رہے</w:t>
      </w:r>
    </w:p>
    <w:p>
      <w:r>
        <w:rPr>
          <w:b/>
        </w:rPr>
        <w:t xml:space="preserve">[15:02] </w:t>
      </w:r>
      <w:r>
        <w:t>hain, kiya zaroorat hai kisi aur ki? yaani ke hum poori</w:t>
      </w:r>
    </w:p>
    <w:p>
      <w:pPr>
        <w:jc w:val="right"/>
      </w:pPr>
      <w:r>
        <w:t>ہیں، کیا ضرورت ہے کسی اور کی؟ یعنی کہ ہم پوری</w:t>
      </w:r>
    </w:p>
    <w:p>
      <w:r>
        <w:rPr>
          <w:b/>
        </w:rPr>
        <w:t xml:space="preserve">[15:10] </w:t>
      </w:r>
      <w:r>
        <w:t>farmanbardari ke sath dunya mein aap ka hukum naafiz kar rahe hain, aap ka jo creation plan hai,</w:t>
      </w:r>
    </w:p>
    <w:p>
      <w:pPr>
        <w:jc w:val="right"/>
      </w:pPr>
      <w:r>
        <w:t>فرمانبرداری کے ساتھ دنیا میں آپ کا حکم نافذ کر رہے ہیں، آپ کا جو کریشن پلان ہے،</w:t>
      </w:r>
    </w:p>
    <w:p>
      <w:r>
        <w:rPr>
          <w:b/>
        </w:rPr>
        <w:t xml:space="preserve">[15:17] </w:t>
      </w:r>
      <w:r>
        <w:t>us ke mutabiq hum sab administration sambhale hue hain,</w:t>
      </w:r>
    </w:p>
    <w:p>
      <w:pPr>
        <w:jc w:val="right"/>
      </w:pPr>
      <w:r>
        <w:t>اس کے مطابق ہم سب ایڈمنسٹریشن سنبھالے ہوئے ہیں،</w:t>
      </w:r>
    </w:p>
    <w:p>
      <w:r>
        <w:rPr>
          <w:b/>
        </w:rPr>
        <w:t xml:space="preserve">[15:23] </w:t>
      </w:r>
      <w:r>
        <w:t>kyun ke humein aur koi choice hi nahi hai is ke siwa.</w:t>
      </w:r>
    </w:p>
    <w:p>
      <w:pPr>
        <w:jc w:val="right"/>
      </w:pPr>
      <w:r>
        <w:t>کیونکہ ہمیں اور کوئی چوائس ہی نہیں ہے اس کے سوا۔</w:t>
      </w:r>
    </w:p>
    <w:p>
      <w:r>
        <w:rPr>
          <w:b/>
        </w:rPr>
        <w:t xml:space="preserve">[15:26] </w:t>
      </w:r>
      <w:r>
        <w:t>to lekin jo aap paida karein insan, to us ka to choice hoga.</w:t>
      </w:r>
    </w:p>
    <w:p>
      <w:pPr>
        <w:jc w:val="right"/>
      </w:pPr>
      <w:r>
        <w:t>تو لیکن جو آپ پیدا کریں انسان، تو اس کا تو چوائس ہوگا۔</w:t>
      </w:r>
    </w:p>
    <w:p>
      <w:r>
        <w:rPr>
          <w:b/>
        </w:rPr>
        <w:t xml:space="preserve">[15:31] </w:t>
      </w:r>
      <w:r>
        <w:t>to ek aman ki dunya mein, yaani poori kainat aman ki kainat hai, peaceful kainat, us mein</w:t>
      </w:r>
    </w:p>
    <w:p>
      <w:pPr>
        <w:jc w:val="right"/>
      </w:pPr>
      <w:r>
        <w:t>تو ایک امن کی دنیا میں، یعنی پوری کائنات امن کی کائنات ہے، پیس فل کائنات، اس میں</w:t>
      </w:r>
    </w:p>
    <w:p>
      <w:r>
        <w:rPr>
          <w:b/>
        </w:rPr>
        <w:t xml:space="preserve">[15:37] </w:t>
      </w:r>
      <w:r>
        <w:t>fasad machaye ga aadmi.</w:t>
      </w:r>
    </w:p>
    <w:p>
      <w:pPr>
        <w:jc w:val="right"/>
      </w:pPr>
      <w:r>
        <w:t>فساد مچائے گا آدمی۔</w:t>
      </w:r>
    </w:p>
    <w:p>
      <w:r>
        <w:rPr>
          <w:b/>
        </w:rPr>
        <w:t xml:space="preserve">[15:40] </w:t>
      </w:r>
      <w:r>
        <w:t>QALA INNI AALAMU MAA LA TAALAMOON to Allah ne kaha ke farishton se ke mein janta hoon jo</w:t>
      </w:r>
    </w:p>
    <w:p>
      <w:pPr>
        <w:jc w:val="right"/>
      </w:pPr>
      <w:r>
        <w:t>قَالَ إِنِّي أَعْلَمُ مَا لَا تَعْلَمُونَ تو اللہ نے کہا کہ فرشتوں سے کہ میں جانتا ہوں جو</w:t>
      </w:r>
    </w:p>
    <w:p>
      <w:r>
        <w:rPr>
          <w:b/>
        </w:rPr>
        <w:t xml:space="preserve">[15:47] </w:t>
      </w:r>
      <w:r>
        <w:t>tum nahi jante,</w:t>
      </w:r>
    </w:p>
    <w:p>
      <w:pPr>
        <w:jc w:val="right"/>
      </w:pPr>
      <w:r>
        <w:t>تم نہیں جانتے،</w:t>
      </w:r>
    </w:p>
    <w:p>
      <w:r>
        <w:rPr>
          <w:b/>
        </w:rPr>
        <w:t xml:space="preserve">[15:49] </w:t>
      </w:r>
      <w:r>
        <w:t>jo mein janta hoon woh tum jante ho, yaani jis jis</w:t>
      </w:r>
    </w:p>
    <w:p>
      <w:pPr>
        <w:jc w:val="right"/>
      </w:pPr>
      <w:r>
        <w:t>جو میں جانتا ہوں وہ تم جانتے ہو، یعنی جس جس</w:t>
      </w:r>
    </w:p>
    <w:p>
      <w:r>
        <w:rPr>
          <w:b/>
        </w:rPr>
        <w:t xml:space="preserve">[15:55] </w:t>
      </w:r>
      <w:r>
        <w:t>jis plan ke tehat mein ne insan ko banaya hai, woh mein janta hoon.</w:t>
      </w:r>
    </w:p>
    <w:p>
      <w:pPr>
        <w:jc w:val="right"/>
      </w:pPr>
      <w:r>
        <w:t>جس پلان کے تحت میں نے انسان کو بنایا ہے، وہ میں جانتا ہوں۔</w:t>
      </w:r>
    </w:p>
    <w:p>
      <w:r>
        <w:rPr>
          <w:b/>
        </w:rPr>
        <w:t xml:space="preserve">[16:00] </w:t>
      </w:r>
      <w:r>
        <w:t>is ka maani hai ke ek bohat bara plan tha Allah ke zehen mein insan ko paida karne</w:t>
      </w:r>
    </w:p>
    <w:p>
      <w:pPr>
        <w:jc w:val="right"/>
      </w:pPr>
      <w:r>
        <w:t>اس کا معنی ہے کہ ایک بہت بڑا پلان تھا اللہ کے ذہن میں انسان کو پیدا کرنے</w:t>
      </w:r>
    </w:p>
    <w:p>
      <w:r>
        <w:rPr>
          <w:b/>
        </w:rPr>
        <w:t xml:space="preserve">[16:06] </w:t>
      </w:r>
      <w:r>
        <w:t>ke liye. mein insan ko mein paida kar raha hoon, ek bohat bare plan ke tehat paida kar</w:t>
      </w:r>
    </w:p>
    <w:p>
      <w:pPr>
        <w:jc w:val="right"/>
      </w:pPr>
      <w:r>
        <w:t>کے لیے۔ میں انسان کو میں پیدا کر رہا ہوں، ایک بہت بڑے پلان کے تحت پیدا کر</w:t>
      </w:r>
    </w:p>
    <w:p>
      <w:r>
        <w:rPr>
          <w:b/>
        </w:rPr>
        <w:t xml:space="preserve">[16:10] </w:t>
      </w:r>
      <w:r>
        <w:t>raha hoon. agar to abhi is se ba khabar nahi ho.</w:t>
      </w:r>
    </w:p>
    <w:p>
      <w:pPr>
        <w:jc w:val="right"/>
      </w:pPr>
      <w:r>
        <w:t>رہا ہوں۔ اگر تو ابھی اس سے باخبر نہیں ہو۔</w:t>
      </w:r>
    </w:p>
    <w:p>
      <w:r>
        <w:rPr>
          <w:b/>
        </w:rPr>
        <w:t xml:space="preserve">[16:14] </w:t>
      </w:r>
      <w:r>
        <w:t>WA ALLAMA ADAMA AL ASMAA KULLAHA</w:t>
      </w:r>
    </w:p>
    <w:p>
      <w:pPr>
        <w:jc w:val="right"/>
      </w:pPr>
      <w:r>
        <w:t>وَعَلَّمَ آدَمَ الْأَسْمَاءَ كُلَّهَا</w:t>
      </w:r>
    </w:p>
    <w:p>
      <w:r>
        <w:rPr>
          <w:b/>
        </w:rPr>
        <w:t xml:space="preserve">[16:18] </w:t>
      </w:r>
      <w:r>
        <w:t>acha, ab jo hai is mein is plan ko Allah ne zahir kiya ke woh plan kiya hai</w:t>
      </w:r>
    </w:p>
    <w:p>
      <w:pPr>
        <w:jc w:val="right"/>
      </w:pPr>
      <w:r>
        <w:t>اچھا، اب جو ہے اس میں اس پلان کو اللہ نے ظاہر کیا کہ وہ پلان کیا ہے</w:t>
      </w:r>
    </w:p>
    <w:p>
      <w:r>
        <w:rPr>
          <w:b/>
        </w:rPr>
        <w:t xml:space="preserve">[16:22] </w:t>
      </w:r>
      <w:r>
        <w:t>jo insan ke liye Allah ke</w:t>
      </w:r>
    </w:p>
    <w:p>
      <w:pPr>
        <w:jc w:val="right"/>
      </w:pPr>
      <w:r>
        <w:t>جو انسان کے لیے اللہ کے</w:t>
      </w:r>
    </w:p>
    <w:p>
      <w:r>
        <w:rPr>
          <w:b/>
        </w:rPr>
        <w:t xml:space="preserve">[16:27] </w:t>
      </w:r>
      <w:r>
        <w:t>zehen mein tha.</w:t>
      </w:r>
    </w:p>
    <w:p>
      <w:pPr>
        <w:jc w:val="right"/>
      </w:pPr>
      <w:r>
        <w:t>ذہن میں تھا۔</w:t>
      </w:r>
    </w:p>
    <w:p>
      <w:r>
        <w:rPr>
          <w:b/>
        </w:rPr>
        <w:t xml:space="preserve">[16:28] </w:t>
      </w:r>
      <w:r>
        <w:t>to is mein hai ke Adam ko</w:t>
      </w:r>
    </w:p>
    <w:p>
      <w:pPr>
        <w:jc w:val="right"/>
      </w:pPr>
      <w:r>
        <w:t>تو اس میں ہے کہ آدم کو</w:t>
      </w:r>
    </w:p>
    <w:p>
      <w:r>
        <w:rPr>
          <w:b/>
        </w:rPr>
        <w:t xml:space="preserve">[16:32] </w:t>
      </w:r>
      <w:r>
        <w:t>sikhaye saare naam ALLAMA ADAMA AL ASMAA KULLAHA</w:t>
      </w:r>
    </w:p>
    <w:p>
      <w:pPr>
        <w:jc w:val="right"/>
      </w:pPr>
      <w:r>
        <w:t>سکھائے سارے نام عَلَّمَ آدَمَ الْأَسْمَاءَ كُلَّهَا</w:t>
      </w:r>
    </w:p>
    <w:p>
      <w:r>
        <w:rPr>
          <w:b/>
        </w:rPr>
        <w:t xml:space="preserve">[16:39] </w:t>
      </w:r>
      <w:r>
        <w:t>saare naam jo hain sikhaye.</w:t>
      </w:r>
    </w:p>
    <w:p>
      <w:pPr>
        <w:jc w:val="right"/>
      </w:pPr>
      <w:r>
        <w:t>سارے نام جو ہیں سکھائے۔</w:t>
      </w:r>
    </w:p>
    <w:p>
      <w:r>
        <w:rPr>
          <w:b/>
        </w:rPr>
        <w:t xml:space="preserve">[16:42] </w:t>
      </w:r>
      <w:r>
        <w:t>saare naam ka murad yeh hai ke har har ilm sikhaya us ko</w:t>
      </w:r>
    </w:p>
    <w:p>
      <w:pPr>
        <w:jc w:val="right"/>
      </w:pPr>
      <w:r>
        <w:t>سارے نام کا مراد یہ ہے کہ ہر ہر علم سکھایا اس کو</w:t>
      </w:r>
    </w:p>
    <w:p>
      <w:r>
        <w:rPr>
          <w:b/>
        </w:rPr>
        <w:t xml:space="preserve">[16:48] </w:t>
      </w:r>
      <w:r>
        <w:t>thumma 'aradahum 'alal amr phir Allah ne insanon ko pesh kiya farishton ke samne.</w:t>
      </w:r>
    </w:p>
    <w:p>
      <w:pPr>
        <w:jc w:val="right"/>
      </w:pPr>
      <w:r>
        <w:t>ثُمَّ عَرَضَهُمْ عَلَى الْأَمْرِ پھر اللہ نے انسانوں کو پیش کیا فرشتوں کے سامنے۔</w:t>
      </w:r>
    </w:p>
    <w:p>
      <w:r>
        <w:rPr>
          <w:b/>
        </w:rPr>
        <w:t xml:space="preserve">[16:55] </w:t>
      </w:r>
      <w:r>
        <w:t>dekhiye, Quran ki ek aur ayat hai, is mein yeh hai ke Allah ne sari insani, yani jo</w:t>
      </w:r>
    </w:p>
    <w:p>
      <w:pPr>
        <w:jc w:val="right"/>
      </w:pPr>
      <w:r>
        <w:t>دیکھیے، قرآن کی ایک اور آیت ہے، اس میں یہ ہے کہ اللہ نے ساری انسانی، یعنی جو</w:t>
      </w:r>
    </w:p>
    <w:p>
      <w:r>
        <w:rPr>
          <w:b/>
        </w:rPr>
        <w:t xml:space="preserve">[17:04] </w:t>
      </w:r>
      <w:r>
        <w:t>majmu'a hai, sab ko paida kiya.</w:t>
      </w:r>
    </w:p>
    <w:p>
      <w:pPr>
        <w:jc w:val="right"/>
      </w:pPr>
      <w:r>
        <w:t>مجموعہ ہے، سب کو پیدا کیا۔</w:t>
      </w:r>
    </w:p>
    <w:p>
      <w:r>
        <w:rPr>
          <w:b/>
        </w:rPr>
        <w:t xml:space="preserve">[17:07] </w:t>
      </w:r>
      <w:r>
        <w:t>aaghaz mein 'alastu bi rabbikum qaloo bala to</w:t>
      </w:r>
    </w:p>
    <w:p>
      <w:pPr>
        <w:jc w:val="right"/>
      </w:pPr>
      <w:r>
        <w:t>آغاز میں أَلَسْتُ بِرَبِّكُمْ قَالُوا بَلَىٰ تو</w:t>
      </w:r>
    </w:p>
    <w:p>
      <w:r>
        <w:rPr>
          <w:b/>
        </w:rPr>
        <w:t xml:space="preserve">[17:13] </w:t>
      </w:r>
      <w:r>
        <w:t>to wahi insan jo hai, woh</w:t>
      </w:r>
    </w:p>
    <w:p>
      <w:pPr>
        <w:jc w:val="right"/>
      </w:pPr>
      <w:r>
        <w:t>تو وہی انسان جو ہے، وہ</w:t>
      </w:r>
    </w:p>
    <w:p>
      <w:r>
        <w:rPr>
          <w:b/>
        </w:rPr>
        <w:t xml:space="preserve">[17:17] </w:t>
      </w:r>
      <w:r>
        <w:t>ab paida ho rahe hain,</w:t>
      </w:r>
    </w:p>
    <w:p>
      <w:pPr>
        <w:jc w:val="right"/>
      </w:pPr>
      <w:r>
        <w:t>اب پیدا ہو رہے ہیں،</w:t>
      </w:r>
    </w:p>
    <w:p>
      <w:r>
        <w:rPr>
          <w:b/>
        </w:rPr>
        <w:t xml:space="preserve">[17:19] </w:t>
      </w:r>
      <w:r>
        <w:t>yani paida ho ke bare hote hain, phir jawan hote hain, phir</w:t>
      </w:r>
    </w:p>
    <w:p>
      <w:pPr>
        <w:jc w:val="right"/>
      </w:pPr>
      <w:r>
        <w:t>یعنی پیدا ہو کے بڑے ہوتے ہیں، پھر جوان ہوتے ہیں، پھر</w:t>
      </w:r>
    </w:p>
    <w:p>
      <w:r>
        <w:rPr>
          <w:b/>
        </w:rPr>
        <w:t xml:space="preserve">[17:25] </w:t>
      </w:r>
      <w:r>
        <w:t>woh boodhe hote hain.</w:t>
      </w:r>
    </w:p>
    <w:p>
      <w:pPr>
        <w:jc w:val="right"/>
      </w:pPr>
      <w:r>
        <w:t>وہ بوڑھے ہوتے ہیں۔</w:t>
      </w:r>
    </w:p>
    <w:p>
      <w:r>
        <w:rPr>
          <w:b/>
        </w:rPr>
        <w:t xml:space="preserve">[17:27] </w:t>
      </w:r>
      <w:r>
        <w:t>to Allah ne ek back waqt sare insanon ko paida kiya, warna yeh sochein kaise insan paida ho</w:t>
      </w:r>
    </w:p>
    <w:p>
      <w:pPr>
        <w:jc w:val="right"/>
      </w:pPr>
      <w:r>
        <w:t>تو اللہ نے ایک بیک وقت سارے انسانوں کو پیدا کیا، ورنہ یہ سوچیں کیسے انسان پیدا ہو</w:t>
      </w:r>
    </w:p>
    <w:p>
      <w:r>
        <w:rPr>
          <w:b/>
        </w:rPr>
        <w:t xml:space="preserve">[17:34] </w:t>
      </w:r>
      <w:r>
        <w:t>rahe hain?aisa insan jo jo soche, jo bole, jo dekhe, yeh kaise paida ho raha hai?</w:t>
      </w:r>
    </w:p>
    <w:p>
      <w:pPr>
        <w:jc w:val="right"/>
      </w:pPr>
      <w:r>
        <w:t>رہے ہیں؟ ایسا انسان جو جو سوچے، جو بولے، جو دیکھے، یہ کیسے پیدا ہو رہا ہے؟</w:t>
      </w:r>
    </w:p>
    <w:p>
      <w:r>
        <w:rPr>
          <w:b/>
        </w:rPr>
        <w:t xml:space="preserve">[17:43] </w:t>
      </w:r>
      <w:r>
        <w:t>aisa insan kaise paida ho raha hai?</w:t>
      </w:r>
    </w:p>
    <w:p>
      <w:pPr>
        <w:jc w:val="right"/>
      </w:pPr>
      <w:r>
        <w:t>ایسا انسان کیسے پیدا ہو رہا ہے؟</w:t>
      </w:r>
    </w:p>
    <w:p>
      <w:r>
        <w:rPr>
          <w:b/>
        </w:rPr>
        <w:t xml:space="preserve">[17:46] </w:t>
      </w:r>
      <w:r>
        <w:t>aur kainaat mein koi aisa insan hai nahin.</w:t>
      </w:r>
    </w:p>
    <w:p>
      <w:pPr>
        <w:jc w:val="right"/>
      </w:pPr>
      <w:r>
        <w:t>اور کائنات میں کوئی ایسا انسان ہے نہیں۔</w:t>
      </w:r>
    </w:p>
    <w:p>
      <w:r>
        <w:rPr>
          <w:b/>
        </w:rPr>
        <w:t xml:space="preserve">[17:50] </w:t>
      </w:r>
      <w:r>
        <w:t>to yeh sare insan Allah ke special creation hain,</w:t>
      </w:r>
    </w:p>
    <w:p>
      <w:pPr>
        <w:jc w:val="right"/>
      </w:pPr>
      <w:r>
        <w:t>تو یہ سارے انسان اللہ کے اسپیشل کریشن ہیں،</w:t>
      </w:r>
    </w:p>
    <w:p>
      <w:r>
        <w:rPr>
          <w:b/>
        </w:rPr>
        <w:t xml:space="preserve">[17:54] </w:t>
      </w:r>
      <w:r>
        <w:t>special creation. to paida kar diya sab ko back waqt, phir us ko is duniya mein bhej rahe</w:t>
      </w:r>
    </w:p>
    <w:p>
      <w:pPr>
        <w:jc w:val="right"/>
      </w:pPr>
      <w:r>
        <w:t>اسپیشل کریشن۔ تو پیدا کر دیا سب کو بیک وقت، پھر اس کو اس دنیا میں بھیج رہے</w:t>
      </w:r>
    </w:p>
    <w:p>
      <w:r>
        <w:rPr>
          <w:b/>
        </w:rPr>
        <w:t xml:space="preserve">[18:01] </w:t>
      </w:r>
      <w:r>
        <w:t>hain test ke liye, azadi de kar ke</w:t>
      </w:r>
    </w:p>
    <w:p>
      <w:pPr>
        <w:jc w:val="right"/>
      </w:pPr>
      <w:r>
        <w:t>ہیں ٹیسٹ کے لیے، آزادی دے کر کے</w:t>
      </w:r>
    </w:p>
    <w:p>
      <w:r>
        <w:rPr>
          <w:b/>
        </w:rPr>
        <w:t xml:space="preserve">[18:05] </w:t>
      </w:r>
      <w:r>
        <w:t>faqala anbi'uni bi asmai ha'ula'i in kuntum sadiqeen haan, farishton se Allah ne kaha ke batao un ke naam</w:t>
      </w:r>
    </w:p>
    <w:p>
      <w:pPr>
        <w:jc w:val="right"/>
      </w:pPr>
      <w:r>
        <w:t>فَقَالَ أَنْبِيُّونِي بِأَسْمَائِ هَؤُلَٰٓئِ إِن كُنتُمْ صَادِقِينَ ہاں، فرشتوں سے اللہ نے کہا کہ بتاؤ ان کے نام</w:t>
      </w:r>
    </w:p>
    <w:p>
      <w:r>
        <w:rPr>
          <w:b/>
        </w:rPr>
        <w:t xml:space="preserve">[18:12] </w:t>
      </w:r>
      <w:r>
        <w:t>jo paida kar ke Allah ne samne kiya un ko.</w:t>
      </w:r>
    </w:p>
    <w:p>
      <w:pPr>
        <w:jc w:val="right"/>
      </w:pPr>
      <w:r>
        <w:t>جو پیدا کر کے اللہ نے سامنے کیا ان کو۔</w:t>
      </w:r>
    </w:p>
    <w:p>
      <w:r>
        <w:rPr>
          <w:b/>
        </w:rPr>
        <w:t xml:space="preserve">[18:17] </w:t>
      </w:r>
      <w:r>
        <w:t>dekhiye, naam ka matlab yahan par yeh nahin ke yeh abdul Rehman hain, yeh abdul Malik hain, yeh Mahmood hain,</w:t>
      </w:r>
    </w:p>
    <w:p>
      <w:pPr>
        <w:jc w:val="right"/>
      </w:pPr>
      <w:r>
        <w:t>دیکھیے، نام کا مطلب یہاں پر یہ نہیں کہ یہ عبدالرحمن ہیں، یہ عبدالملک ہیں، یہ محمود ہیں،</w:t>
      </w:r>
    </w:p>
    <w:p>
      <w:r>
        <w:rPr>
          <w:b/>
        </w:rPr>
        <w:t xml:space="preserve">[18:24] </w:t>
      </w:r>
      <w:r>
        <w:t>yeh matlab nahin is ka.</w:t>
      </w:r>
    </w:p>
    <w:p>
      <w:pPr>
        <w:jc w:val="right"/>
      </w:pPr>
      <w:r>
        <w:t>یہ مطلب نہیں اس کا۔</w:t>
      </w:r>
    </w:p>
    <w:p>
      <w:r>
        <w:rPr>
          <w:b/>
        </w:rPr>
        <w:t xml:space="preserve">[18:26] </w:t>
      </w:r>
      <w:r>
        <w:t>yahan naam se murad hai sifat, un ki shakhsiyat, un ki personality.</w:t>
      </w:r>
    </w:p>
    <w:p>
      <w:pPr>
        <w:jc w:val="right"/>
      </w:pPr>
      <w:r>
        <w:t>یہاں نام سے مراد ہے صفت، ان کی شخصیت، ان کی پرسنیلٹی۔</w:t>
      </w:r>
    </w:p>
    <w:p>
      <w:r>
        <w:rPr>
          <w:b/>
        </w:rPr>
        <w:t xml:space="preserve">[18:32] </w:t>
      </w:r>
      <w:r>
        <w:t>yani un ko batao ke yeh kaun hai, yeh kaun hai, yeh kaun hai.</w:t>
      </w:r>
    </w:p>
    <w:p>
      <w:pPr>
        <w:jc w:val="right"/>
      </w:pPr>
      <w:r>
        <w:t>یعنی ان کو بتاؤ کہ یہ کون ہے، یہ کون ہے، یہ کون ہے۔</w:t>
      </w:r>
    </w:p>
    <w:p>
      <w:r>
        <w:rPr>
          <w:b/>
        </w:rPr>
        <w:t xml:space="preserve">[18:37] </w:t>
      </w:r>
      <w:r>
        <w:t>to farishton ko yeh kisi tareeqe se Allah ne ilm diya un ko, to unhon ne bataya ke</w:t>
      </w:r>
    </w:p>
    <w:p>
      <w:pPr>
        <w:jc w:val="right"/>
      </w:pPr>
      <w:r>
        <w:t>تو فرشتوں کو یہ کسی طریقے سے اللہ نے علم دیا ان کو، تو انہوں نے بتایا کہ</w:t>
      </w:r>
    </w:p>
    <w:p>
      <w:r>
        <w:rPr>
          <w:b/>
        </w:rPr>
        <w:t xml:space="preserve">[18:42] </w:t>
      </w:r>
      <w:r>
        <w:t>yeh yeh to aboo jahal hai, yeh Umer hai, yeh</w:t>
      </w:r>
    </w:p>
    <w:p>
      <w:pPr>
        <w:jc w:val="right"/>
      </w:pPr>
      <w:r>
        <w:t>یہ یہ تو ابوجہل ہے، یہ عمر ہے، یہ</w:t>
      </w:r>
    </w:p>
    <w:p>
      <w:r>
        <w:rPr>
          <w:b/>
        </w:rPr>
        <w:t xml:space="preserve">[18:48] </w:t>
      </w:r>
      <w:r>
        <w:t>yani matlab farishton ko yeh maloom hua ke jo naslein paida hongi baad ki, to sab bure</w:t>
      </w:r>
    </w:p>
    <w:p>
      <w:pPr>
        <w:jc w:val="right"/>
      </w:pPr>
      <w:r>
        <w:t>یعنی مطلب فرشتوں کو یہ معلوم ہوا کہ جو نسلیں پیدا ہوں گی بعد کی، تو سب برے</w:t>
      </w:r>
    </w:p>
    <w:p>
      <w:r>
        <w:rPr>
          <w:b/>
        </w:rPr>
        <w:t xml:space="preserve">[18:56] </w:t>
      </w:r>
      <w:r>
        <w:t>nahin honge, sab fasadi nahin honge.</w:t>
      </w:r>
    </w:p>
    <w:p>
      <w:pPr>
        <w:jc w:val="right"/>
      </w:pPr>
      <w:r>
        <w:t>نہیں ہوں گے، سب فسادی نہیں ہوں گے۔</w:t>
      </w:r>
    </w:p>
    <w:p>
      <w:r>
        <w:rPr>
          <w:b/>
        </w:rPr>
        <w:t xml:space="preserve">[18:59] </w:t>
      </w:r>
      <w:r>
        <w:t>is mein bohat achhe achhe log honge,</w:t>
      </w:r>
    </w:p>
    <w:p>
      <w:pPr>
        <w:jc w:val="right"/>
      </w:pPr>
      <w:r>
        <w:t>اس میں بہت اچھے اچھے لوگ ہوں گے،</w:t>
      </w:r>
    </w:p>
    <w:p>
      <w:r>
        <w:rPr>
          <w:b/>
        </w:rPr>
        <w:t xml:space="preserve">[19:02] </w:t>
      </w:r>
      <w:r>
        <w:t>yani jo freedom ke bawajood achha choice lenge.</w:t>
      </w:r>
    </w:p>
    <w:p>
      <w:pPr>
        <w:jc w:val="right"/>
      </w:pPr>
      <w:r>
        <w:t>یعنی جو فریڈم کے باوجود اچھا چوائس لیں گے۔</w:t>
      </w:r>
    </w:p>
    <w:p>
      <w:r>
        <w:rPr>
          <w:b/>
        </w:rPr>
        <w:t xml:space="preserve">[19:08] </w:t>
      </w:r>
      <w:r>
        <w:t>yani jinnaat chunki aag se paida kiya gaya tha, to woh achha choice nahi le saka.</w:t>
      </w:r>
    </w:p>
    <w:p>
      <w:pPr>
        <w:jc w:val="right"/>
      </w:pPr>
      <w:r>
        <w:t>یعنی جنات چونکہ آگ سے پیدا کیا گیا تھا، تو وہ اچھا چوائس نہیں لے سکا۔</w:t>
      </w:r>
    </w:p>
    <w:p>
      <w:r>
        <w:rPr>
          <w:b/>
        </w:rPr>
        <w:t xml:space="preserve">[19:14] </w:t>
      </w:r>
      <w:r>
        <w:t>is ne evil choice liya.</w:t>
      </w:r>
    </w:p>
    <w:p>
      <w:pPr>
        <w:jc w:val="right"/>
      </w:pPr>
      <w:r>
        <w:t>اس نے ایول چوائس لیا۔</w:t>
      </w:r>
    </w:p>
    <w:p>
      <w:r>
        <w:rPr>
          <w:b/>
        </w:rPr>
        <w:t xml:space="preserve">[19:17] </w:t>
      </w:r>
      <w:r>
        <w:t>lekin insaan jo paida kiya gaya mitti se, to yeh is mein kuch bigdenge bhi, lekin aise</w:t>
      </w:r>
    </w:p>
    <w:p>
      <w:pPr>
        <w:jc w:val="right"/>
      </w:pPr>
      <w:r>
        <w:t>لیکن انسان جو پیدا کیا گیا مٹی سے، تو یہ اس میں کچھ بگڑیں گے بھی، لیکن ایسے</w:t>
      </w:r>
    </w:p>
    <w:p>
      <w:r>
        <w:rPr>
          <w:b/>
        </w:rPr>
        <w:t xml:space="preserve">[19:22] </w:t>
      </w:r>
      <w:r>
        <w:t>bhi log nahi jo achha choice lenge,</w:t>
      </w:r>
    </w:p>
    <w:p>
      <w:pPr>
        <w:jc w:val="right"/>
      </w:pPr>
      <w:r>
        <w:t>بھی لوگ نہیں جو اچھا چوائس لیں گے،</w:t>
      </w:r>
    </w:p>
    <w:p>
      <w:r>
        <w:rPr>
          <w:b/>
        </w:rPr>
        <w:t xml:space="preserve">[19:25] </w:t>
      </w:r>
      <w:r>
        <w:t>good choice lenge.</w:t>
      </w:r>
    </w:p>
    <w:p>
      <w:pPr>
        <w:jc w:val="right"/>
      </w:pPr>
      <w:r>
        <w:t>گڈ چوائس لیں گے۔</w:t>
      </w:r>
    </w:p>
    <w:p>
      <w:r>
        <w:rPr>
          <w:b/>
        </w:rPr>
        <w:t xml:space="preserve">[19:27] </w:t>
      </w:r>
      <w:r>
        <w:t>shaitan ne to sirf evil choice liya.</w:t>
      </w:r>
    </w:p>
    <w:p>
      <w:pPr>
        <w:jc w:val="right"/>
      </w:pPr>
      <w:r>
        <w:t>شیطان نے تو صرف ایول چوائس لیا۔</w:t>
      </w:r>
    </w:p>
    <w:p>
      <w:r>
        <w:rPr>
          <w:b/>
        </w:rPr>
        <w:t xml:space="preserve">[19:29] </w:t>
      </w:r>
      <w:r>
        <w:t>insanon mein aise log honge ke kuch evil choice lenge, to kuch aise bhi honge</w:t>
      </w:r>
    </w:p>
    <w:p>
      <w:pPr>
        <w:jc w:val="right"/>
      </w:pPr>
      <w:r>
        <w:t>انسانوں میں ایسے لوگ ہوں گے کہ کچھ ایول چوائس لیں گے، تو کچھ ایسے بھی ہوں گے</w:t>
      </w:r>
    </w:p>
    <w:p>
      <w:r>
        <w:rPr>
          <w:b/>
        </w:rPr>
        <w:t xml:space="preserve">[19:34] </w:t>
      </w:r>
      <w:r>
        <w:t>jo good choice lenge.</w:t>
      </w:r>
    </w:p>
    <w:p>
      <w:pPr>
        <w:jc w:val="right"/>
      </w:pPr>
      <w:r>
        <w:t>جو گڈ چوائس لیں گے۔</w:t>
      </w:r>
    </w:p>
    <w:p>
      <w:r>
        <w:rPr>
          <w:b/>
        </w:rPr>
        <w:t xml:space="preserve">[19:36] </w:t>
      </w:r>
      <w:r>
        <w:t>yeh yeh farishton ko maloom hua.</w:t>
      </w:r>
    </w:p>
    <w:p>
      <w:pPr>
        <w:jc w:val="right"/>
      </w:pPr>
      <w:r>
        <w:t>یہ یہ فرشتوں کو معلوم ہوا۔</w:t>
      </w:r>
    </w:p>
    <w:p>
      <w:r>
        <w:rPr>
          <w:b/>
        </w:rPr>
        <w:t xml:space="preserve">[19:41] </w:t>
      </w:r>
      <w:r>
        <w:t>qalu subhanaka la ilma lana illa ma allamtana innaka antal aleemul hakeem ab farishton ne jab yeh yeh</w:t>
      </w:r>
    </w:p>
    <w:p>
      <w:pPr>
        <w:jc w:val="right"/>
      </w:pPr>
      <w:r>
        <w:t>قَالُوا سُبْحَانَكَ لَا عِلْمَ لَنَا إِلَّا مَا عَلَّمْتَنَا إِنَّكَ أَنْتَ الْعَلِيمُ الْحَكِيمُ اب فرشتوں نے جب یہ یہ</w:t>
      </w:r>
    </w:p>
    <w:p>
      <w:r>
        <w:rPr>
          <w:b/>
        </w:rPr>
        <w:t xml:space="preserve">[19:48] </w:t>
      </w:r>
      <w:r>
        <w:t>un ke samne yeh haqeeqat aayi, to farishton ne kaha ke Allah se ke aap</w:t>
      </w:r>
    </w:p>
    <w:p>
      <w:pPr>
        <w:jc w:val="right"/>
      </w:pPr>
      <w:r>
        <w:t>ان کے سامنے یہ حقیقت آئی، تو فرشتوں نے کہا کہ اللہ سے کہ آپ</w:t>
      </w:r>
    </w:p>
    <w:p>
      <w:r>
        <w:rPr>
          <w:b/>
        </w:rPr>
        <w:t xml:space="preserve">[19:57] </w:t>
      </w:r>
      <w:r>
        <w:t>khuda hai, to teri zaat paak hai,</w:t>
      </w:r>
    </w:p>
    <w:p>
      <w:pPr>
        <w:jc w:val="right"/>
      </w:pPr>
      <w:r>
        <w:t>خدا ہے، تو تیری ذات پاک ہے،</w:t>
      </w:r>
    </w:p>
    <w:p>
      <w:r>
        <w:rPr>
          <w:b/>
        </w:rPr>
        <w:t xml:space="preserve">[20:02] </w:t>
      </w:r>
      <w:r>
        <w:t>hamein to wahi ilm hai jo tu ne hamein bataya, is se zyada nahi maloom.</w:t>
      </w:r>
    </w:p>
    <w:p>
      <w:pPr>
        <w:jc w:val="right"/>
      </w:pPr>
      <w:r>
        <w:t>ہمیں تو وہی علم ہے جو تو نے ہمیں بتایا، اس سے زیادہ نہیں معلوم۔</w:t>
      </w:r>
    </w:p>
    <w:p>
      <w:r>
        <w:rPr>
          <w:b/>
        </w:rPr>
        <w:t xml:space="preserve">[20:07] </w:t>
      </w:r>
      <w:r>
        <w:t>innaka antal aleemul hakeem asal janne wala to hi hai.</w:t>
      </w:r>
    </w:p>
    <w:p>
      <w:pPr>
        <w:jc w:val="right"/>
      </w:pPr>
      <w:r>
        <w:t>إِنَّكَ أَنْتَ الْعَلِيمُ الْحَكِيمُ اصل جاننے والا تو ہی ہے۔</w:t>
      </w:r>
    </w:p>
    <w:p>
      <w:r>
        <w:rPr>
          <w:b/>
        </w:rPr>
        <w:t xml:space="preserve">[20:11] </w:t>
      </w:r>
      <w:r>
        <w:t>dekhiye, yeh jo jumla hai, mujhe is par ghor karte hue samajh aaya ke bohat ba-maani hai</w:t>
      </w:r>
    </w:p>
    <w:p>
      <w:pPr>
        <w:jc w:val="right"/>
      </w:pPr>
      <w:r>
        <w:t>دیکھیے، یہ جو جملہ ہے، مجھے اس پر غور کرتے ہوئے سمجھ آیا کہ بہت بامعنی ہے</w:t>
      </w:r>
    </w:p>
    <w:p>
      <w:r>
        <w:rPr>
          <w:b/>
        </w:rPr>
        <w:t xml:space="preserve">[20:20] </w:t>
      </w:r>
      <w:r>
        <w:t>ke hamein wahi ilm hai jo tu ne hamein bataya.</w:t>
      </w:r>
    </w:p>
    <w:p>
      <w:pPr>
        <w:jc w:val="right"/>
      </w:pPr>
      <w:r>
        <w:t>کہ ہمیں وہی علم ہے جو تو نے ہمیں بتایا۔</w:t>
      </w:r>
    </w:p>
    <w:p>
      <w:r>
        <w:rPr>
          <w:b/>
        </w:rPr>
        <w:t xml:space="preserve">[20:26] </w:t>
      </w:r>
      <w:r>
        <w:t>mere samne yeh aata hai ke insaan jo paida kiya gaya hai, woh is se ek ek ek</w:t>
      </w:r>
    </w:p>
    <w:p>
      <w:pPr>
        <w:jc w:val="right"/>
      </w:pPr>
      <w:r>
        <w:t>میرے سامنے یہ آتا ہے کہ انسان جو پیدا کیا گیا ہے، وہ اس سے ایک ایک ایک</w:t>
      </w:r>
    </w:p>
    <w:p>
      <w:r>
        <w:rPr>
          <w:b/>
        </w:rPr>
        <w:t xml:space="preserve">[20:33] </w:t>
      </w:r>
      <w:r>
        <w:t>bohat hi bare plan ke tehat</w:t>
      </w:r>
    </w:p>
    <w:p>
      <w:pPr>
        <w:jc w:val="right"/>
      </w:pPr>
      <w:r>
        <w:t>بہت ہی بڑے پلان کے تحت</w:t>
      </w:r>
    </w:p>
    <w:p>
      <w:r>
        <w:rPr>
          <w:b/>
        </w:rPr>
        <w:t xml:space="preserve">[20:36] </w:t>
      </w:r>
      <w:r>
        <w:t>ke farishton ko to wahi ilm hai jo bataya gaya hai.</w:t>
      </w:r>
    </w:p>
    <w:p>
      <w:pPr>
        <w:jc w:val="right"/>
      </w:pPr>
      <w:r>
        <w:t>کہ فرشتوں کو تو وہی علم ہے جو بتایا گیا ہے۔</w:t>
      </w:r>
    </w:p>
    <w:p>
      <w:r>
        <w:rPr>
          <w:b/>
        </w:rPr>
        <w:t xml:space="preserve">[20:40] </w:t>
      </w:r>
      <w:r>
        <w:t>انسان صرف discover truth پر کھڑا ہوگا۔</w:t>
      </w:r>
    </w:p>
    <w:p>
      <w:pPr>
        <w:jc w:val="right"/>
      </w:pPr>
      <w:r>
        <w:t>انسان صرف ڈسکور ٹروتھ پر کھڑا ہوگا۔</w:t>
      </w:r>
    </w:p>
    <w:p>
      <w:r>
        <w:rPr>
          <w:b/>
        </w:rPr>
        <w:t xml:space="preserve">[20:44] </w:t>
      </w:r>
      <w:r>
        <w:t>انسان کی صفت یہ ہوگی کہ وہ خود discover کرے گا، وہ یعنی فرشتوں سے آگے جائے گا۔</w:t>
      </w:r>
    </w:p>
    <w:p>
      <w:pPr>
        <w:jc w:val="right"/>
      </w:pPr>
      <w:r>
        <w:t>انسان کی صفت یہ ہوگی کہ وہ خود ڈسکور کرے گا، وہ یعنی فرشتوں سے آگے جائے گا۔</w:t>
      </w:r>
    </w:p>
    <w:p>
      <w:r>
        <w:rPr>
          <w:b/>
        </w:rPr>
        <w:t xml:space="preserve">[20:51] </w:t>
      </w:r>
      <w:r>
        <w:t>woh hum sare insaan nahi, koi insaan baqi honge, lekin potentially insaan mein yeh sifat hai ke</w:t>
      </w:r>
    </w:p>
    <w:p>
      <w:pPr>
        <w:jc w:val="right"/>
      </w:pPr>
      <w:r>
        <w:t>وہ ہم سارے انسان نہیں، کوئی انسان باقی ہوں گے، لیکن پوٹینشلی انسان میں یہ صفت ہے کہ</w:t>
      </w:r>
    </w:p>
    <w:p>
      <w:r>
        <w:rPr>
          <w:b/>
        </w:rPr>
        <w:t xml:space="preserve">[20:59] </w:t>
      </w:r>
      <w:r>
        <w:t>وہ self-discovered truth پر کھڑا ہو۔</w:t>
      </w:r>
    </w:p>
    <w:p>
      <w:pPr>
        <w:jc w:val="right"/>
      </w:pPr>
      <w:r>
        <w:t>وہ سیلف ڈسکور ٹروتھ پر کھڑا ہو۔</w:t>
      </w:r>
    </w:p>
    <w:p>
      <w:r>
        <w:rPr>
          <w:b/>
        </w:rPr>
        <w:t xml:space="preserve">[21:03] </w:t>
      </w:r>
      <w:r>
        <w:t>اور صرف صرف discover truth سے ایک اور چیز پیدا ہوتی ہے، وہ ہے self-imposed discipline،</w:t>
      </w:r>
    </w:p>
    <w:p>
      <w:pPr>
        <w:jc w:val="right"/>
      </w:pPr>
      <w:r>
        <w:t>اور صرف صرف ڈسکور ٹروتھ سے ایک اور چیز پیدا ہوتی ہے، وہ ہے سیلف امپوز ڈسپلن،</w:t>
      </w:r>
    </w:p>
    <w:p>
      <w:r>
        <w:rPr>
          <w:b/>
        </w:rPr>
        <w:t xml:space="preserve">[21:10] </w:t>
      </w:r>
      <w:r>
        <w:t>jo jinnaat ne nahi kiya.</w:t>
      </w:r>
    </w:p>
    <w:p>
      <w:pPr>
        <w:jc w:val="right"/>
      </w:pPr>
      <w:r>
        <w:t>جو جنات نے نہیں کیا۔</w:t>
      </w:r>
    </w:p>
    <w:p>
      <w:r>
        <w:rPr>
          <w:b/>
        </w:rPr>
        <w:t xml:space="preserve">[21:13] </w:t>
      </w:r>
      <w:r>
        <w:t>jab ek insaan daryaft karta hai Allah Rabbul Alameen ko, to woh afford nahi kar sakta ke is</w:t>
      </w:r>
    </w:p>
    <w:p>
      <w:pPr>
        <w:jc w:val="right"/>
      </w:pPr>
      <w:r>
        <w:t>جب ایک انسان دریافت کرتا ہے اللہ رب العالمین کو، تو وہ افورڈ نہیں کر سکتا کہ اس</w:t>
      </w:r>
    </w:p>
    <w:p>
      <w:r>
        <w:rPr>
          <w:b/>
        </w:rPr>
        <w:t xml:space="preserve">[21:19] </w:t>
      </w:r>
      <w:r>
        <w:t>ki is ke khilaf jaye,</w:t>
      </w:r>
    </w:p>
    <w:p>
      <w:pPr>
        <w:jc w:val="right"/>
      </w:pPr>
      <w:r>
        <w:t>کی اس کے خلاف جائے،</w:t>
      </w:r>
    </w:p>
    <w:p>
      <w:r>
        <w:rPr>
          <w:b/>
        </w:rPr>
        <w:t xml:space="preserve">[21:22] </w:t>
      </w:r>
      <w:r>
        <w:t>is ki nafarmani kare, yeh afford nahi kar sakta.</w:t>
      </w:r>
    </w:p>
    <w:p>
      <w:pPr>
        <w:jc w:val="right"/>
      </w:pPr>
      <w:r>
        <w:t>اس کی نافرمانی کرے، یہ افورڈ نہیں کر سکتا۔</w:t>
      </w:r>
    </w:p>
    <w:p>
      <w:r>
        <w:rPr>
          <w:b/>
        </w:rPr>
        <w:t xml:space="preserve">[21:25] </w:t>
      </w:r>
      <w:r>
        <w:t>woh toh yeh jo kaha firashton ne</w:t>
      </w:r>
    </w:p>
    <w:p>
      <w:pPr>
        <w:jc w:val="right"/>
      </w:pPr>
      <w:r>
        <w:t>وہ تو یہ جو کہا فرشتوں نے</w:t>
      </w:r>
    </w:p>
    <w:p>
      <w:r>
        <w:rPr>
          <w:b/>
        </w:rPr>
        <w:t xml:space="preserve">[21:30] </w:t>
      </w:r>
      <w:r>
        <w:t>ke hamein toh wohi ilm hai jo aap ne hamein diya hai, is ka doosra matlab kya hai</w:t>
      </w:r>
    </w:p>
    <w:p>
      <w:pPr>
        <w:jc w:val="right"/>
      </w:pPr>
      <w:r>
        <w:t>کہ ہمیں تو وہی علم ہے جو آپ نے ہمیں دیا ہے، اس کا دوسرا مطلب کیا ہے</w:t>
      </w:r>
    </w:p>
    <w:p>
      <w:r>
        <w:rPr>
          <w:b/>
        </w:rPr>
        <w:t xml:space="preserve">[21:35] </w:t>
      </w:r>
      <w:r>
        <w:t>ke insaan ko woh ilm hoga jo khud discover kare.</w:t>
      </w:r>
    </w:p>
    <w:p>
      <w:pPr>
        <w:jc w:val="right"/>
      </w:pPr>
      <w:r>
        <w:t>کہ انسان کو وہ علم ہوگا جو خود ڈسکور کرے۔</w:t>
      </w:r>
    </w:p>
    <w:p>
      <w:r>
        <w:rPr>
          <w:b/>
        </w:rPr>
        <w:t xml:space="preserve">[21:39] </w:t>
      </w:r>
      <w:r>
        <w:t>تو انسان ایک ایسی مخلوق ہوگا جو self-discovered truth پر کھڑا ہوگا۔</w:t>
      </w:r>
    </w:p>
    <w:p>
      <w:pPr>
        <w:jc w:val="right"/>
      </w:pPr>
      <w:r>
        <w:t>تو انسان ایک ایسی مخلوق ہوگا جو سیلف ڈسکور ٹروتھ پر کھڑا ہوگا۔</w:t>
      </w:r>
    </w:p>
    <w:p>
      <w:r>
        <w:rPr>
          <w:b/>
        </w:rPr>
        <w:t xml:space="preserve">[21:45] </w:t>
      </w:r>
      <w:r>
        <w:t>پھر self-discovered truth سے ایک اور چیز پیدا ہوگی، self-imposed discipline،</w:t>
      </w:r>
    </w:p>
    <w:p>
      <w:pPr>
        <w:jc w:val="right"/>
      </w:pPr>
      <w:r>
        <w:t>پھر سیلف ڈسکور ٹروتھ سے ایک اور چیز پیدا ہوگی، سیلف امپوز ڈسپلن،</w:t>
      </w:r>
    </w:p>
    <w:p>
      <w:r>
        <w:rPr>
          <w:b/>
        </w:rPr>
        <w:t xml:space="preserve">[21:51] </w:t>
      </w:r>
      <w:r>
        <w:t>khud apne oopar sachai ko impose karega, khud</w:t>
      </w:r>
    </w:p>
    <w:p>
      <w:pPr>
        <w:jc w:val="right"/>
      </w:pPr>
      <w:r>
        <w:t>خود اپنے اوپر سچائی کو امپوز کرے گا، خود</w:t>
      </w:r>
    </w:p>
    <w:p>
      <w:r>
        <w:rPr>
          <w:b/>
        </w:rPr>
        <w:t xml:space="preserve">[21:57] </w:t>
      </w:r>
      <w:r>
        <w:t>yaani sahi bolega, galat nahi bolega, sahi action lega, galat action nahi lega, khud</w:t>
      </w:r>
    </w:p>
    <w:p>
      <w:pPr>
        <w:jc w:val="right"/>
      </w:pPr>
      <w:r>
        <w:t>یعنی صحیح بولے گا، غلط نہیں بولے گا، صحیح ایکشن لے گا، غلط ایکشن نہیں لے گا، خود</w:t>
      </w:r>
    </w:p>
    <w:p>
      <w:r>
        <w:rPr>
          <w:b/>
        </w:rPr>
        <w:t xml:space="preserve">[22:02] </w:t>
      </w:r>
      <w:r>
        <w:t>apne faisle se.</w:t>
      </w:r>
    </w:p>
    <w:p>
      <w:pPr>
        <w:jc w:val="right"/>
      </w:pPr>
      <w:r>
        <w:t>اپنے فیصلے سے۔</w:t>
      </w:r>
    </w:p>
    <w:p>
      <w:r>
        <w:rPr>
          <w:b/>
        </w:rPr>
        <w:t xml:space="preserve">[22:04] </w:t>
      </w:r>
      <w:r>
        <w:t>toh is mein is par ghhor karne se mujhe samajh mein aaya ke bohat bari baat is ke</w:t>
      </w:r>
    </w:p>
    <w:p>
      <w:pPr>
        <w:jc w:val="right"/>
      </w:pPr>
      <w:r>
        <w:t>تو اس میں اس پر غور کرنے سے مجھے سمجھ میں آیا کہ بہت بڑی بات اس کے</w:t>
      </w:r>
    </w:p>
    <w:p>
      <w:r>
        <w:rPr>
          <w:b/>
        </w:rPr>
        <w:t xml:space="preserve">[22:08] </w:t>
      </w:r>
      <w:r>
        <w:t>andar hai. Yahan par insaan bara hoga jinnaaton se bhi, aur bara hoga firashton se bhi.</w:t>
      </w:r>
    </w:p>
    <w:p>
      <w:pPr>
        <w:jc w:val="right"/>
      </w:pPr>
      <w:r>
        <w:t>اندر ہے۔ یہاں پر انسان بڑا ہوگا جناتوں سے بھی، اور بڑا ہوگا فرشتوں سے بھی۔</w:t>
      </w:r>
    </w:p>
    <w:p>
      <w:r>
        <w:rPr>
          <w:b/>
        </w:rPr>
        <w:t xml:space="preserve">[22:15] </w:t>
      </w:r>
      <w:r>
        <w:t>aur murder toh bara hai hi, yaani murder se, animal se, jinnaaton se, hatta ke firashton se bhi</w:t>
      </w:r>
    </w:p>
    <w:p>
      <w:pPr>
        <w:jc w:val="right"/>
      </w:pPr>
      <w:r>
        <w:t>اور مرڈر تو بڑا ہے ہی، یعنی مرڈر سے، اینیمل سے، جنات سے، حتیٰ کہ فرشتوں سے بھی</w:t>
      </w:r>
    </w:p>
    <w:p>
      <w:r>
        <w:rPr>
          <w:b/>
        </w:rPr>
        <w:t xml:space="preserve">[22:21] </w:t>
      </w:r>
      <w:r>
        <w:t>bara ho gaya.</w:t>
      </w:r>
    </w:p>
    <w:p>
      <w:pPr>
        <w:jc w:val="right"/>
      </w:pPr>
      <w:r>
        <w:t>بڑا ہو گیا۔</w:t>
      </w:r>
    </w:p>
    <w:p>
      <w:r>
        <w:rPr>
          <w:b/>
        </w:rPr>
        <w:t xml:space="preserve">[22:23] </w:t>
      </w:r>
      <w:r>
        <w:t>yaani saare insaan nahi, kyunke insaan mein yaani evil character ke bhi honge aur good character ke</w:t>
      </w:r>
    </w:p>
    <w:p>
      <w:pPr>
        <w:jc w:val="right"/>
      </w:pPr>
      <w:r>
        <w:t>یعنی سارے انسان نہیں، کیونکہ انسان میں یعنی ایول کریکٹر کے بھی ہوں گے اور گڈ کریکٹر کے</w:t>
      </w:r>
    </w:p>
    <w:p>
      <w:r>
        <w:rPr>
          <w:b/>
        </w:rPr>
        <w:t xml:space="preserve">[22:28] </w:t>
      </w:r>
      <w:r>
        <w:t>bhi log honge.</w:t>
      </w:r>
    </w:p>
    <w:p>
      <w:pPr>
        <w:jc w:val="right"/>
      </w:pPr>
      <w:r>
        <w:t>بھی لوگ ہوں گے۔</w:t>
      </w:r>
    </w:p>
    <w:p>
      <w:r>
        <w:rPr>
          <w:b/>
        </w:rPr>
        <w:t xml:space="preserve">[22:30] </w:t>
      </w:r>
      <w:r>
        <w:t>toh yahan par yeh bara is maani mein hoga ke woh woh ek aisi, ek aisa,</w:t>
      </w:r>
    </w:p>
    <w:p>
      <w:pPr>
        <w:jc w:val="right"/>
      </w:pPr>
      <w:r>
        <w:t>تو یہاں پر یہ بڑا اس معنی میں ہوگا کہ وہ وہ ایک ایسی، ایک ایسا،</w:t>
      </w:r>
    </w:p>
    <w:p>
      <w:r>
        <w:rPr>
          <w:b/>
        </w:rPr>
        <w:t xml:space="preserve">[22:38] </w:t>
      </w:r>
      <w:r>
        <w:t>ek aisa kaam karega jo na murder nahi kar sakta,</w:t>
      </w:r>
    </w:p>
    <w:p>
      <w:pPr>
        <w:jc w:val="right"/>
      </w:pPr>
      <w:r>
        <w:t>ایک ایسا کام کرے گا جو نہ مرڈر نہیں کر سکتا،</w:t>
      </w:r>
    </w:p>
    <w:p>
      <w:r>
        <w:rPr>
          <w:b/>
        </w:rPr>
        <w:t xml:space="preserve">[22:43] </w:t>
      </w:r>
      <w:r>
        <w:t>na animal kar sakte, na jinnaaton ne kiya, na farishte kar sakte.</w:t>
      </w:r>
    </w:p>
    <w:p>
      <w:pPr>
        <w:jc w:val="right"/>
      </w:pPr>
      <w:r>
        <w:t>نہ اینیمل کر سکتے، نہ جناتوں نے کیا، نہ فرشتے کر سکتے۔</w:t>
      </w:r>
    </w:p>
    <w:p>
      <w:r>
        <w:rPr>
          <w:b/>
        </w:rPr>
        <w:t xml:space="preserve">[22:48] </w:t>
      </w:r>
      <w:r>
        <w:t>woh hai self discover truth par khara hona, self discover marifat par khara hona.</w:t>
      </w:r>
    </w:p>
    <w:p>
      <w:pPr>
        <w:jc w:val="right"/>
      </w:pPr>
      <w:r>
        <w:t>وہ ہے سیلف ڈسکور ٹروتھ پر کھڑا ہونا، سیلف ڈسکور معرفت پر کھڑا ہونا۔</w:t>
      </w:r>
    </w:p>
    <w:p>
      <w:r>
        <w:rPr>
          <w:b/>
        </w:rPr>
        <w:t xml:space="preserve">[22:54] </w:t>
      </w:r>
      <w:r>
        <w:t>aur jab aisa hoga toh ek aur bohat bari baat aayegi, woh hai self impose discipline.</w:t>
      </w:r>
    </w:p>
    <w:p>
      <w:pPr>
        <w:jc w:val="right"/>
      </w:pPr>
      <w:r>
        <w:t>اور جب ایسا ہوگا تو ایک اور بہت بڑی بات آئے گی، وہ ہے سیلف امپوز ڈسپلن۔</w:t>
      </w:r>
    </w:p>
    <w:p>
      <w:r>
        <w:rPr>
          <w:b/>
        </w:rPr>
        <w:t xml:space="preserve">[23:03] </w:t>
      </w:r>
      <w:r>
        <w:t>bohat hi bari baat hai, self impose discipline ke aap</w:t>
      </w:r>
    </w:p>
    <w:p>
      <w:pPr>
        <w:jc w:val="right"/>
      </w:pPr>
      <w:r>
        <w:t>بہت ہی بڑی بات ہے، سیلف امپوز ڈسپلن کہ آپ</w:t>
      </w:r>
    </w:p>
    <w:p>
      <w:r>
        <w:rPr>
          <w:b/>
        </w:rPr>
        <w:t xml:space="preserve">[23:09] </w:t>
      </w:r>
      <w:r>
        <w:t>koi aap par compulsion nahi hai, koi aap ko danda maarne wala nahi hai.</w:t>
      </w:r>
    </w:p>
    <w:p>
      <w:pPr>
        <w:jc w:val="right"/>
      </w:pPr>
      <w:r>
        <w:t>کوئی آپ پر کمپلشن نہیں ہے، کوئی آپ کو ڈنڈا مارنے والا نہیں ہے۔</w:t>
      </w:r>
    </w:p>
    <w:p>
      <w:r>
        <w:rPr>
          <w:b/>
        </w:rPr>
        <w:t xml:space="preserve">[23:17] </w:t>
      </w:r>
      <w:r>
        <w:t>lekin aap apne faisle se sachai par amal karte hain, sacha bol bolte hain.</w:t>
      </w:r>
    </w:p>
    <w:p>
      <w:pPr>
        <w:jc w:val="right"/>
      </w:pPr>
      <w:r>
        <w:t>لیکن آپ اپنے فیصلے سے سچائی پر عمل کرتے ہیں، سچا بول بولتے ہیں۔</w:t>
      </w:r>
    </w:p>
    <w:p>
      <w:r>
        <w:rPr>
          <w:b/>
        </w:rPr>
        <w:t xml:space="preserve">[23:26] </w:t>
      </w:r>
      <w:r>
        <w:t>yeh bohat hi bari baat hai ke baghair kisi compulsion ke, baghair kisi</w:t>
      </w:r>
    </w:p>
    <w:p>
      <w:pPr>
        <w:jc w:val="right"/>
      </w:pPr>
      <w:r>
        <w:t>یہ بہت ہی بڑی بات ہے کہ بغیر کسی کمپلشن کے، بغیر کسی</w:t>
      </w:r>
    </w:p>
    <w:p>
      <w:r>
        <w:rPr>
          <w:b/>
        </w:rPr>
        <w:t xml:space="preserve">[23:32] </w:t>
      </w:r>
      <w:r>
        <w:t>dar ke, baghair kisi punishment ke, khud se aap faisla karte hain ke mujhe toh baharhaal sach hi</w:t>
      </w:r>
    </w:p>
    <w:p>
      <w:pPr>
        <w:jc w:val="right"/>
      </w:pPr>
      <w:r>
        <w:t>ڈر کے، بغیر کسی پنشمنٹ کے، خود سے آپ فیصلہ کرتے ہیں کہ مجھے تو بہرحال سچ ہی</w:t>
      </w:r>
    </w:p>
    <w:p>
      <w:r>
        <w:rPr>
          <w:b/>
        </w:rPr>
        <w:t xml:space="preserve">[23:38] </w:t>
      </w:r>
      <w:r>
        <w:t>bolna hai, mujhe toh baharhaal</w:t>
      </w:r>
    </w:p>
    <w:p>
      <w:pPr>
        <w:jc w:val="right"/>
      </w:pPr>
      <w:r>
        <w:t>بولنا ہے، مجھے تو بہرحال</w:t>
      </w:r>
    </w:p>
    <w:p>
      <w:r>
        <w:rPr>
          <w:b/>
        </w:rPr>
        <w:t xml:space="preserve">[23:43] </w:t>
      </w:r>
      <w:r>
        <w:t>sachai par hi chalna hai, mujhe toh baharhaal</w:t>
      </w:r>
    </w:p>
    <w:p>
      <w:pPr>
        <w:jc w:val="right"/>
      </w:pPr>
      <w:r>
        <w:t>سچائی پر ہی چلنا ہے، مجھے تو بہرحال</w:t>
      </w:r>
    </w:p>
    <w:p>
      <w:r>
        <w:rPr>
          <w:b/>
        </w:rPr>
        <w:t xml:space="preserve">[23:47] </w:t>
      </w:r>
      <w:r>
        <w:t>sachai ko follow karna hai apne faisle se.</w:t>
      </w:r>
    </w:p>
    <w:p>
      <w:pPr>
        <w:jc w:val="right"/>
      </w:pPr>
      <w:r>
        <w:t>سچائی کو فالو کرنا ہے اپنے فیصلے سے۔</w:t>
      </w:r>
    </w:p>
    <w:p>
      <w:r>
        <w:rPr>
          <w:b/>
        </w:rPr>
        <w:t xml:space="preserve">[23:50] </w:t>
      </w:r>
      <w:r>
        <w:t>to is farishton ke jumle mein yeh sab shamil hai ke insan woh makhlooq hoga, saare insan nahi,</w:t>
      </w:r>
    </w:p>
    <w:p>
      <w:pPr>
        <w:jc w:val="right"/>
      </w:pPr>
      <w:r>
        <w:t>تو اس فرشتوں کے جملے میں یہ سب شامل ہے کہ انسان وہ مخلوق ہوگا، سارے انسان نہیں،</w:t>
      </w:r>
    </w:p>
    <w:p>
      <w:r>
        <w:rPr>
          <w:b/>
        </w:rPr>
        <w:t xml:space="preserve">[24:01] </w:t>
      </w:r>
      <w:r>
        <w:t>in mein se kuch log.</w:t>
      </w:r>
    </w:p>
    <w:p>
      <w:pPr>
        <w:jc w:val="right"/>
      </w:pPr>
      <w:r>
        <w:t>ان میں سے کچھ لوگ۔</w:t>
      </w:r>
    </w:p>
    <w:p>
      <w:r>
        <w:rPr>
          <w:b/>
        </w:rPr>
        <w:t xml:space="preserve">[24:03] </w:t>
      </w:r>
      <w:r>
        <w:t>kyunke dekhein, quran mein yeh hai ke qaleelan mim nal ibadi shakoor</w:t>
      </w:r>
    </w:p>
    <w:p>
      <w:pPr>
        <w:jc w:val="right"/>
      </w:pPr>
      <w:r>
        <w:t>کیونکہ دیکھیں، قرآن میں یہ ہے کہ قَلِيلًا مِّنَ الْعِبَادِ شَكُورُ</w:t>
      </w:r>
    </w:p>
    <w:p>
      <w:r>
        <w:rPr>
          <w:b/>
        </w:rPr>
        <w:t xml:space="preserve">[24:09] </w:t>
      </w:r>
      <w:r>
        <w:t>mere bando mein, yahan bando se murad insan hai, yaani insano mein bohat hi kam hain jo shukr</w:t>
      </w:r>
    </w:p>
    <w:p>
      <w:pPr>
        <w:jc w:val="right"/>
      </w:pPr>
      <w:r>
        <w:t>میرے بندوں میں، یہاں بندوں سے مراد انسان ہے، یعنی انسانوں میں بہت ہی کم ہیں جو شکر</w:t>
      </w:r>
    </w:p>
    <w:p>
      <w:r>
        <w:rPr>
          <w:b/>
        </w:rPr>
        <w:t xml:space="preserve">[24:16] </w:t>
      </w:r>
      <w:r>
        <w:t>karne wale banenge.</w:t>
      </w:r>
    </w:p>
    <w:p>
      <w:pPr>
        <w:jc w:val="right"/>
      </w:pPr>
      <w:r>
        <w:t>کرنے والے بنیں گے۔</w:t>
      </w:r>
    </w:p>
    <w:p>
      <w:r>
        <w:rPr>
          <w:b/>
        </w:rPr>
        <w:t xml:space="preserve">[24:18] </w:t>
      </w:r>
      <w:r>
        <w:t>qaleelan mim nal ibadi shakoor</w:t>
      </w:r>
    </w:p>
    <w:p>
      <w:pPr>
        <w:jc w:val="right"/>
      </w:pPr>
      <w:r>
        <w:t>قَلِيلًا مِّنَ الْعِبَادِ شَكُورُ</w:t>
      </w:r>
    </w:p>
    <w:p>
      <w:r>
        <w:rPr>
          <w:b/>
        </w:rPr>
        <w:t xml:space="preserve">[24:21] </w:t>
      </w:r>
      <w:r>
        <w:t>insano mein kam hi niklenge jo shukr karne wale hon.</w:t>
      </w:r>
    </w:p>
    <w:p>
      <w:pPr>
        <w:jc w:val="right"/>
      </w:pPr>
      <w:r>
        <w:t>انسانوں میں کم ہی نکلیں گے جو شکر کرنے والے ہوں۔</w:t>
      </w:r>
    </w:p>
    <w:p>
      <w:r>
        <w:rPr>
          <w:b/>
        </w:rPr>
        <w:t xml:space="preserve">[24:25] </w:t>
      </w:r>
      <w:r>
        <w:t>shukr kya hai? acknowledge karna, Allah ke plan par chalna.</w:t>
      </w:r>
    </w:p>
    <w:p>
      <w:pPr>
        <w:jc w:val="right"/>
      </w:pPr>
      <w:r>
        <w:t>شکر کیا ہے؟ اکنالج کرنا، اللہ کے پلان پر چلنا۔</w:t>
      </w:r>
    </w:p>
    <w:p>
      <w:r>
        <w:rPr>
          <w:b/>
        </w:rPr>
        <w:t xml:space="preserve">[24:30] </w:t>
      </w:r>
      <w:r>
        <w:t>wohi mein jo maine kaha ke self discover truth par khara hona, self impose discipline ka saboot</w:t>
      </w:r>
    </w:p>
    <w:p>
      <w:pPr>
        <w:jc w:val="right"/>
      </w:pPr>
      <w:r>
        <w:t>وہی میں جو میں نے کہا کہ سیلف ڈسکور ٹروتھ پر کھڑا ہونا، سیلف امپوز ڈسپلن کا ثبوت</w:t>
      </w:r>
    </w:p>
    <w:p>
      <w:r>
        <w:rPr>
          <w:b/>
        </w:rPr>
        <w:t xml:space="preserve">[24:36] </w:t>
      </w:r>
      <w:r>
        <w:t>dena. to yeh hai poori tareekh kainat ka sab se bara</w:t>
      </w:r>
    </w:p>
    <w:p>
      <w:pPr>
        <w:jc w:val="right"/>
      </w:pPr>
      <w:r>
        <w:t>دینا۔ تو یہ ہے پوری تاریخ کائنات کا سب سے بڑا</w:t>
      </w:r>
    </w:p>
    <w:p>
      <w:r>
        <w:rPr>
          <w:b/>
        </w:rPr>
        <w:t xml:space="preserve">[24:45] </w:t>
      </w:r>
      <w:r>
        <w:t>sab bara waqia.</w:t>
      </w:r>
    </w:p>
    <w:p>
      <w:pPr>
        <w:jc w:val="right"/>
      </w:pPr>
      <w:r>
        <w:t>سب بڑا واقعہ۔</w:t>
      </w:r>
    </w:p>
    <w:p>
      <w:r>
        <w:rPr>
          <w:b/>
        </w:rPr>
        <w:t xml:space="preserve">[24:47] </w:t>
      </w:r>
      <w:r>
        <w:t>poori jo poori kainat ki jo tareekh hai, us mein sab se bara waqia yeh hai ke kuch</w:t>
      </w:r>
    </w:p>
    <w:p>
      <w:pPr>
        <w:jc w:val="right"/>
      </w:pPr>
      <w:r>
        <w:t>پوری جو پوری کائنات کی جو تاریخ ہے، اس میں سب سے بڑا واقعہ یہ ہے کہ کچھ</w:t>
      </w:r>
    </w:p>
    <w:p>
      <w:r>
        <w:rPr>
          <w:b/>
        </w:rPr>
        <w:t xml:space="preserve">[24:52] </w:t>
      </w:r>
      <w:r>
        <w:t>aise insan niklenge is mein se jo self discover, self discovred</w:t>
      </w:r>
    </w:p>
    <w:p>
      <w:pPr>
        <w:jc w:val="right"/>
      </w:pPr>
      <w:r>
        <w:t>ایسے انسان نکلیں گے اس میں سے جو سیلف ڈسکور، سیلف ڈسکورڈ</w:t>
      </w:r>
    </w:p>
    <w:p>
      <w:r>
        <w:rPr>
          <w:b/>
        </w:rPr>
        <w:t xml:space="preserve">[25:00] </w:t>
      </w:r>
      <w:r>
        <w:t>sachai par khare honge aur self impose discipline ka saboot denge.</w:t>
      </w:r>
    </w:p>
    <w:p>
      <w:pPr>
        <w:jc w:val="right"/>
      </w:pPr>
      <w:r>
        <w:t>سچائی پر کھڑے ہوں گے اور سیلف امپوز ڈسپلن کا ثبوت دیں گے۔</w:t>
      </w:r>
    </w:p>
    <w:p>
      <w:r>
        <w:rPr>
          <w:b/>
        </w:rPr>
        <w:t xml:space="preserve">[25:05] </w:t>
      </w:r>
      <w:r>
        <w:t>qala ya adamu anbiihim bi asmaa ihim</w:t>
      </w:r>
    </w:p>
    <w:p>
      <w:pPr>
        <w:jc w:val="right"/>
      </w:pPr>
      <w:r>
        <w:t>قَالَ يَا أَدَمُ أَنْبِئُهُمْ بِأَسْمَائِهِمْ</w:t>
      </w:r>
    </w:p>
    <w:p>
      <w:r>
        <w:rPr>
          <w:b/>
        </w:rPr>
        <w:t xml:space="preserve">[25:08] </w:t>
      </w:r>
      <w:r>
        <w:t>falamma anbaahum bi asmaa ihim qala alam aqul lakum inni aalamu minal laahi ma la taalamoon haan, yahan par dekhiye,</w:t>
      </w:r>
    </w:p>
    <w:p>
      <w:pPr>
        <w:jc w:val="right"/>
      </w:pPr>
      <w:r>
        <w:t>فَلَمَّا أَنْبَأَهُمْ بِأَسْمَائِهِمْ قَالَ أَلَمْ أَقُلْ لَكُمْ إِنِّي أَعْلَمُ مِنَ اللَّهِ مَا لَا تَعْلَمُونَ ہاں، یہاں پر دیکھیے،</w:t>
      </w:r>
    </w:p>
    <w:p>
      <w:r>
        <w:rPr>
          <w:b/>
        </w:rPr>
        <w:t xml:space="preserve">[25:16] </w:t>
      </w:r>
      <w:r>
        <w:t>Allah ne kaha farishton se ke batao un ke naam, naam pani kahan hain, matlab un ka introduction</w:t>
      </w:r>
    </w:p>
    <w:p>
      <w:pPr>
        <w:jc w:val="right"/>
      </w:pPr>
      <w:r>
        <w:t>اللہ نے کہا فرشتوں سے کہ بتاؤ ان کے نام، نام پانی کہاں ہیں، مطلب ان کا انٹروڈکشن</w:t>
      </w:r>
    </w:p>
    <w:p>
      <w:r>
        <w:rPr>
          <w:b/>
        </w:rPr>
        <w:t xml:space="preserve">[25:21] </w:t>
      </w:r>
      <w:r>
        <w:t>do. falamma anbaahum bi asmaa ihim to farishte nahi naam bata paye.</w:t>
      </w:r>
    </w:p>
    <w:p>
      <w:pPr>
        <w:jc w:val="right"/>
      </w:pPr>
      <w:r>
        <w:t>دو۔ فَلَمَّا أَنْبَأَهُمْ بِأَسْمَائِهِمْ تو فرشتے نہیں نام بتا پائے۔</w:t>
      </w:r>
    </w:p>
    <w:p>
      <w:r>
        <w:rPr>
          <w:b/>
        </w:rPr>
        <w:t xml:space="preserve">[25:28] </w:t>
      </w:r>
      <w:r>
        <w:t>qala alam aqul lakum inni aalamu ghayb al samawati wal arz to jab to Allah ne kaha ke dekho, to</w:t>
      </w:r>
    </w:p>
    <w:p>
      <w:pPr>
        <w:jc w:val="right"/>
      </w:pPr>
      <w:r>
        <w:t>قَالَ أَلَمْ أَقُلْ لَكُمْ إِنِّي أَعْلَمُ غَيْبَ السَّمَاوَاتِ وَالْأَرْضَ تو جب تو اللہ نے کہا کہ دیکھو، تو</w:t>
      </w:r>
    </w:p>
    <w:p>
      <w:r>
        <w:rPr>
          <w:b/>
        </w:rPr>
        <w:t xml:space="preserve">[25:35] </w:t>
      </w:r>
      <w:r>
        <w:t>maine kaha tha ke tum woh baat jo baat mein jaanta hoon, tum nahi jante.</w:t>
      </w:r>
    </w:p>
    <w:p>
      <w:pPr>
        <w:jc w:val="right"/>
      </w:pPr>
      <w:r>
        <w:t>میں نے کہا تھا کہ تم وہ بات جو بات میں جانتا ہوں، تم نہیں جانتے۔</w:t>
      </w:r>
    </w:p>
    <w:p>
      <w:r>
        <w:rPr>
          <w:b/>
        </w:rPr>
        <w:t xml:space="preserve">[25:40] </w:t>
      </w:r>
      <w:r>
        <w:t>to jo Adam ne,</w:t>
      </w:r>
    </w:p>
    <w:p>
      <w:pPr>
        <w:jc w:val="right"/>
      </w:pPr>
      <w:r>
        <w:t>تو جو آدم نے،</w:t>
      </w:r>
    </w:p>
    <w:p>
      <w:r>
        <w:rPr>
          <w:b/>
        </w:rPr>
        <w:t xml:space="preserve">[25:43] </w:t>
      </w:r>
      <w:r>
        <w:t>yaani un ki nasal mein jo insan paida hui, use bataya unhon ne ke dekho, aise log paida</w:t>
      </w:r>
    </w:p>
    <w:p>
      <w:pPr>
        <w:jc w:val="right"/>
      </w:pPr>
      <w:r>
        <w:t>یعنی ان کی نسل میں جو انسان پیدا ہوئی، اسے بتایا انہوں نے کہ دیکھو، ایسے لوگ پیدا</w:t>
      </w:r>
    </w:p>
    <w:p>
      <w:r>
        <w:rPr>
          <w:b/>
        </w:rPr>
        <w:t xml:space="preserve">[25:48] </w:t>
      </w:r>
      <w:r>
        <w:t>honge, aise log paida honge.</w:t>
      </w:r>
    </w:p>
    <w:p>
      <w:pPr>
        <w:jc w:val="right"/>
      </w:pPr>
      <w:r>
        <w:t>ہوں گے، ایسے لوگ پیدا ہوں گے۔</w:t>
      </w:r>
    </w:p>
    <w:p>
      <w:r>
        <w:rPr>
          <w:b/>
        </w:rPr>
        <w:t xml:space="preserve">[25:50] </w:t>
      </w:r>
      <w:r>
        <w:t>tab farishton ko samajh mein aaya ke waqai insan ki takhleeq bohat hi meaningful hai.</w:t>
      </w:r>
    </w:p>
    <w:p>
      <w:pPr>
        <w:jc w:val="right"/>
      </w:pPr>
      <w:r>
        <w:t>تب فرشتوں کو سمجھ میں آیا کہ واقعی انسان کی تخلیق بہت ہی میننگ فل ہے۔</w:t>
      </w:r>
    </w:p>
    <w:p>
      <w:r>
        <w:rPr>
          <w:b/>
        </w:rPr>
        <w:t xml:space="preserve">[25:56] </w:t>
      </w:r>
      <w:r>
        <w:t>wa aalam ma tubdoona wa ma kuntum taktumoon Allah ne kaha ke main jaanta hoon woh baat jo tumhare dil</w:t>
      </w:r>
    </w:p>
    <w:p>
      <w:pPr>
        <w:jc w:val="right"/>
      </w:pPr>
      <w:r>
        <w:t>وَأَعْلَمُ مَا تُبْدُونَ وَمَا كُنْتُمْ تَكْتُمُونَ اللہ نے کہا کہ میں جانتا ہوں وہ بات جو تمہارے دل</w:t>
      </w:r>
    </w:p>
    <w:p>
      <w:r>
        <w:rPr>
          <w:b/>
        </w:rPr>
        <w:t xml:space="preserve">[26:03] </w:t>
      </w:r>
      <w:r>
        <w:t>mein hai aur jo tum izhaar karte ho, mujhe dono ka pata hai.</w:t>
      </w:r>
    </w:p>
    <w:p>
      <w:pPr>
        <w:jc w:val="right"/>
      </w:pPr>
      <w:r>
        <w:t>میں ہے اور جو تم اظہار کرتے ہو، مجھے دونوں کا پتہ ہے۔</w:t>
      </w:r>
    </w:p>
    <w:p>
      <w:r>
        <w:rPr>
          <w:b/>
        </w:rPr>
        <w:t xml:space="preserve">[26:08] </w:t>
      </w:r>
      <w:r>
        <w:t>yaani maazi, yaani past, present aur future, sab ka mujhe ilm hai.</w:t>
      </w:r>
    </w:p>
    <w:p>
      <w:pPr>
        <w:jc w:val="right"/>
      </w:pPr>
      <w:r>
        <w:t>یعنی ماضی، یعنی پاسٹ، پریزنٹ اور فیوچر، سب کا مجھے علم ہے۔</w:t>
      </w:r>
    </w:p>
    <w:p>
      <w:r>
        <w:rPr>
          <w:b/>
        </w:rPr>
        <w:t xml:space="preserve">[26:16] </w:t>
      </w:r>
      <w:r>
        <w:t>wa iz qulna lilmalaikah asjudu li aadam fa sajadoo illa iblees ab ab doosra, doosre waqeye ka zikr hai, takhleeq ke</w:t>
      </w:r>
    </w:p>
    <w:p>
      <w:pPr>
        <w:jc w:val="right"/>
      </w:pPr>
      <w:r>
        <w:t>وَإِذْ قُلْنَا لِلْمَلَائِكَةِ اسْجُدُوا لِآدَمَ فَسَجَدُوا إِلَّا إِبْلِيسَ اب اب دوسرا، دوسرے واقعے کا ذکر ہے، تخلیق کے</w:t>
      </w:r>
    </w:p>
    <w:p>
      <w:r>
        <w:rPr>
          <w:b/>
        </w:rPr>
        <w:t xml:space="preserve">[26:23] </w:t>
      </w:r>
      <w:r>
        <w:t>baad. wa iz qulna lilmalaikah asjudu li aadam fa sajadoo illa iblees haan, Allah ne jab kaha, Allah ne farishton se</w:t>
      </w:r>
    </w:p>
    <w:p>
      <w:pPr>
        <w:jc w:val="right"/>
      </w:pPr>
      <w:r>
        <w:t>بعد۔ وَإِذْ قُلْنَا لِلْمَلَائِكَةِ اسْجُدُوا لِآدَمَ فَسَجَدُوا إِلَّا إِبْلِيسَ ہاں، اللہ نے جب کہا، اللہ نے فرشتوں سے</w:t>
      </w:r>
    </w:p>
    <w:p>
      <w:r>
        <w:rPr>
          <w:b/>
        </w:rPr>
        <w:t xml:space="preserve">[26:35] </w:t>
      </w:r>
      <w:r>
        <w:t>ke aadam ke aage sajda karo,</w:t>
      </w:r>
    </w:p>
    <w:p>
      <w:pPr>
        <w:jc w:val="right"/>
      </w:pPr>
      <w:r>
        <w:t>کہ آدم کے آگے سجدہ کرو،</w:t>
      </w:r>
    </w:p>
    <w:p>
      <w:r>
        <w:rPr>
          <w:b/>
        </w:rPr>
        <w:t xml:space="preserve">[26:39] </w:t>
      </w:r>
      <w:r>
        <w:t>to unhon ne sajda kiya.</w:t>
      </w:r>
    </w:p>
    <w:p>
      <w:pPr>
        <w:jc w:val="right"/>
      </w:pPr>
      <w:r>
        <w:t>تو انہوں نے سجدہ کیا۔</w:t>
      </w:r>
    </w:p>
    <w:p>
      <w:r>
        <w:rPr>
          <w:b/>
        </w:rPr>
        <w:t xml:space="preserve">[26:40] </w:t>
      </w:r>
      <w:r>
        <w:t>iblees ne nahin kiya.</w:t>
      </w:r>
    </w:p>
    <w:p>
      <w:pPr>
        <w:jc w:val="right"/>
      </w:pPr>
      <w:r>
        <w:t>ابلیس نے نہیں کیا۔</w:t>
      </w:r>
    </w:p>
    <w:p>
      <w:r>
        <w:rPr>
          <w:b/>
        </w:rPr>
        <w:t xml:space="preserve">[26:41] </w:t>
      </w:r>
      <w:r>
        <w:t>yahan iblees hai jinnaat ka sardaar,</w:t>
      </w:r>
    </w:p>
    <w:p>
      <w:pPr>
        <w:jc w:val="right"/>
      </w:pPr>
      <w:r>
        <w:t>یہاں ابلیس ہے جنات کا سردار،</w:t>
      </w:r>
    </w:p>
    <w:p>
      <w:r>
        <w:rPr>
          <w:b/>
        </w:rPr>
        <w:t xml:space="preserve">[26:45] </w:t>
      </w:r>
      <w:r>
        <w:t>jo jinnaat jinnaat ki numaindagi kar raha tha, us ko sab se bada uska leader tha, jo</w:t>
      </w:r>
    </w:p>
    <w:p>
      <w:pPr>
        <w:jc w:val="right"/>
      </w:pPr>
      <w:r>
        <w:t>جو جنات جنات کی نمائندگی کر رہا تھا، اس کو سب سے بڑا اس کا لیڈر تھا، جو</w:t>
      </w:r>
    </w:p>
    <w:p>
      <w:r>
        <w:rPr>
          <w:b/>
        </w:rPr>
        <w:t xml:space="preserve">[26:53] </w:t>
      </w:r>
      <w:r>
        <w:t>to us ne</w:t>
      </w:r>
    </w:p>
    <w:p>
      <w:pPr>
        <w:jc w:val="right"/>
      </w:pPr>
      <w:r>
        <w:t>تو اس نے</w:t>
      </w:r>
    </w:p>
    <w:p>
      <w:r>
        <w:rPr>
          <w:b/>
        </w:rPr>
        <w:t xml:space="preserve">[26:55] </w:t>
      </w:r>
      <w:r>
        <w:t>sajda nahin kiya.</w:t>
      </w:r>
    </w:p>
    <w:p>
      <w:pPr>
        <w:jc w:val="right"/>
      </w:pPr>
      <w:r>
        <w:t>سجدہ نہیں کیا۔</w:t>
      </w:r>
    </w:p>
    <w:p>
      <w:r>
        <w:rPr>
          <w:b/>
        </w:rPr>
        <w:t xml:space="preserve">[26:55] </w:t>
      </w:r>
      <w:r>
        <w:t>kaha saare jinnaat ne sajda nahin kiya.</w:t>
      </w:r>
    </w:p>
    <w:p>
      <w:pPr>
        <w:jc w:val="right"/>
      </w:pPr>
      <w:r>
        <w:t>کہا سارے جنات نے سجدہ نہیں کیا۔</w:t>
      </w:r>
    </w:p>
    <w:p>
      <w:r>
        <w:rPr>
          <w:b/>
        </w:rPr>
        <w:t xml:space="preserve">[26:58] </w:t>
      </w:r>
      <w:r>
        <w:t>dekhein, sajda ka matlab woh nahin ke zameen mein, zameen mein peshani rakhna, woh to sirf Allah ke</w:t>
      </w:r>
    </w:p>
    <w:p>
      <w:pPr>
        <w:jc w:val="right"/>
      </w:pPr>
      <w:r>
        <w:t>دیکھیں، سجدہ کا معنی وہ نہیں کہ زمین میں، زمین میں پیشانی رکھنا، وہ تو صرف اللہ کے</w:t>
      </w:r>
    </w:p>
    <w:p>
      <w:r>
        <w:rPr>
          <w:b/>
        </w:rPr>
        <w:t xml:space="preserve">[27:07] </w:t>
      </w:r>
      <w:r>
        <w:t>liye hai. zameen mein peshani rakhna yeh sirf Allah ke liye, yeh kisi ke liye nahin hai.</w:t>
      </w:r>
    </w:p>
    <w:p>
      <w:pPr>
        <w:jc w:val="right"/>
      </w:pPr>
      <w:r>
        <w:t>لیے ہے۔ زمین میں پیشانی رکھنا یہ صرف اللہ کے لیے، یہ کسی کے لیے نہیں ہے۔</w:t>
      </w:r>
    </w:p>
    <w:p>
      <w:r>
        <w:rPr>
          <w:b/>
        </w:rPr>
        <w:t xml:space="preserve">[27:13] </w:t>
      </w:r>
      <w:r>
        <w:t>yahan sajda ka matlab jhukne ke.</w:t>
      </w:r>
    </w:p>
    <w:p>
      <w:pPr>
        <w:jc w:val="right"/>
      </w:pPr>
      <w:r>
        <w:t>یہاں سجدہ کا معنی جھکنے کے۔</w:t>
      </w:r>
    </w:p>
    <w:p>
      <w:r>
        <w:rPr>
          <w:b/>
        </w:rPr>
        <w:t xml:space="preserve">[27:16] </w:t>
      </w:r>
      <w:r>
        <w:t>dekhein, sajda ka lafz arabi mein sajda ke liye bhi aata hai aur jhukne ke liye bhi aata</w:t>
      </w:r>
    </w:p>
    <w:p>
      <w:pPr>
        <w:jc w:val="right"/>
      </w:pPr>
      <w:r>
        <w:t>دیکھیں، سجدہ کا لفظ عربی میں سجدہ کے لیے بھی آتا ہے اور جھکنے کے لیے بھی آتا</w:t>
      </w:r>
    </w:p>
    <w:p>
      <w:r>
        <w:rPr>
          <w:b/>
        </w:rPr>
        <w:t xml:space="preserve">[27:21] </w:t>
      </w:r>
      <w:r>
        <w:t>hai. to kabhi agar aap ne darbaar dekha ho, yeh badshahon ka darbaar, abhi bhi film mein dikhaya</w:t>
      </w:r>
    </w:p>
    <w:p>
      <w:pPr>
        <w:jc w:val="right"/>
      </w:pPr>
      <w:r>
        <w:t>ہے۔ تو کبھی اگر آپ نے دربار دیکھا ہو، یہ بادشاہوں کا دربار، ابھی بھی فلم میں دکھایا</w:t>
      </w:r>
    </w:p>
    <w:p>
      <w:r>
        <w:rPr>
          <w:b/>
        </w:rPr>
        <w:t xml:space="preserve">[27:31] </w:t>
      </w:r>
      <w:r>
        <w:t>jata hai, woh to log aate the to jhukte the.</w:t>
      </w:r>
    </w:p>
    <w:p>
      <w:pPr>
        <w:jc w:val="right"/>
      </w:pPr>
      <w:r>
        <w:t>جاتا ہے، وہ تو لوگ آتے تھے تو جھکتے تھے۔</w:t>
      </w:r>
    </w:p>
    <w:p>
      <w:r>
        <w:rPr>
          <w:b/>
        </w:rPr>
        <w:t xml:space="preserve">[27:34] </w:t>
      </w:r>
      <w:r>
        <w:t>badshah takht pe hota tha, woh jhukte the.</w:t>
      </w:r>
    </w:p>
    <w:p>
      <w:pPr>
        <w:jc w:val="right"/>
      </w:pPr>
      <w:r>
        <w:t>بادشاہ تخت پہ ہوتا تھا، وہ جھکتے تھے۔</w:t>
      </w:r>
    </w:p>
    <w:p>
      <w:r>
        <w:rPr>
          <w:b/>
        </w:rPr>
        <w:t xml:space="preserve">[27:39] </w:t>
      </w:r>
      <w:r>
        <w:t>main ne dekha hai yeh manzar badshah ke darbaar ko, aur jinhon ne badshah ka darbaar na dekha</w:t>
      </w:r>
    </w:p>
    <w:p>
      <w:pPr>
        <w:jc w:val="right"/>
      </w:pPr>
      <w:r>
        <w:t>میں نے دیکھا ہے یہ منظر بادشاہ کے دربار کو، اور جنہوں نے بادشاہ کا دربار نہ دیکھا</w:t>
      </w:r>
    </w:p>
    <w:p>
      <w:r>
        <w:rPr>
          <w:b/>
        </w:rPr>
        <w:t xml:space="preserve">[27:45] </w:t>
      </w:r>
      <w:r>
        <w:t>ho, unhon ne film mein dekha hoga.</w:t>
      </w:r>
    </w:p>
    <w:p>
      <w:pPr>
        <w:jc w:val="right"/>
      </w:pPr>
      <w:r>
        <w:t>ہو، انہوں نے فلم میں دیکھا ہوگا۔</w:t>
      </w:r>
    </w:p>
    <w:p>
      <w:r>
        <w:rPr>
          <w:b/>
        </w:rPr>
        <w:t xml:space="preserve">[27:47] </w:t>
      </w:r>
      <w:r>
        <w:t>to yeh badshahon ki riwayat thi ke aise jhukna,</w:t>
      </w:r>
    </w:p>
    <w:p>
      <w:pPr>
        <w:jc w:val="right"/>
      </w:pPr>
      <w:r>
        <w:t>تو یہ بادشاہوں کی روایت تھی کہ ایسے جھکنا،</w:t>
      </w:r>
    </w:p>
    <w:p>
      <w:r>
        <w:rPr>
          <w:b/>
        </w:rPr>
        <w:t xml:space="preserve">[27:54] </w:t>
      </w:r>
      <w:r>
        <w:t>to us ko kehte the cornish baja lena persian mein.</w:t>
      </w:r>
    </w:p>
    <w:p>
      <w:pPr>
        <w:jc w:val="right"/>
      </w:pPr>
      <w:r>
        <w:t>تو اس کو کہتے تھے کورنش بجا لینا پرشین میں۔</w:t>
      </w:r>
    </w:p>
    <w:p>
      <w:r>
        <w:rPr>
          <w:b/>
        </w:rPr>
        <w:t xml:space="preserve">[28:00] </w:t>
      </w:r>
      <w:r>
        <w:t>to woh tha, yaani Allah ne farishton se kaha ke</w:t>
      </w:r>
    </w:p>
    <w:p>
      <w:pPr>
        <w:jc w:val="right"/>
      </w:pPr>
      <w:r>
        <w:t>تو وہ تھا، یعنی اللہ نے فرشتوں سے کہا کہ</w:t>
      </w:r>
    </w:p>
    <w:p>
      <w:r>
        <w:rPr>
          <w:b/>
        </w:rPr>
        <w:t xml:space="preserve">[28:05] </w:t>
      </w:r>
      <w:r>
        <w:t>jhuk jao adam ke aage, to woh jhuke.</w:t>
      </w:r>
    </w:p>
    <w:p>
      <w:pPr>
        <w:jc w:val="right"/>
      </w:pPr>
      <w:r>
        <w:t>جھک جاؤ آدم کے آگے، تو وہ جھکے۔</w:t>
      </w:r>
    </w:p>
    <w:p>
      <w:r>
        <w:rPr>
          <w:b/>
        </w:rPr>
        <w:t xml:space="preserve">[28:09] </w:t>
      </w:r>
      <w:r>
        <w:t>achha, yeh yeh ek ek token ke taur par tha, yeh is ka matlab kya? yeh kya tha?</w:t>
      </w:r>
    </w:p>
    <w:p>
      <w:pPr>
        <w:jc w:val="right"/>
      </w:pPr>
      <w:r>
        <w:t>اچھا، یہ یہ ایک ایک ٹوکن کے طور پر تھا، یہ اس کا مطلب کیا؟ یہ کیا تھا؟</w:t>
      </w:r>
    </w:p>
    <w:p>
      <w:r>
        <w:rPr>
          <w:b/>
        </w:rPr>
        <w:t xml:space="preserve">[28:15] </w:t>
      </w:r>
      <w:r>
        <w:t>farishte darasal kainat ko administration kar rahe hain, poore kainat ka nizam chala rahe hain.</w:t>
      </w:r>
    </w:p>
    <w:p>
      <w:pPr>
        <w:jc w:val="right"/>
      </w:pPr>
      <w:r>
        <w:t>فرشتے دراصل کائنات کو ایڈمنسٹریشن کر رہے ہیں، پورے کائنات کا نظم چلا رہے ہیں۔</w:t>
      </w:r>
    </w:p>
    <w:p>
      <w:r>
        <w:rPr>
          <w:b/>
        </w:rPr>
        <w:t xml:space="preserve">[28:22] </w:t>
      </w:r>
      <w:r>
        <w:t>woh jaise kisi hukumat ka ek administration hota hai, to Allah ka jo administration hai poori kainat mein,</w:t>
      </w:r>
    </w:p>
    <w:p>
      <w:pPr>
        <w:jc w:val="right"/>
      </w:pPr>
      <w:r>
        <w:t>وہ جیسے کسی حکومت کا ایک ایڈمنسٹریشن ہوتا ہے، تو اللہ کا جو ایڈمنسٹریشن ہے پوری کائنات میں،</w:t>
      </w:r>
    </w:p>
    <w:p>
      <w:r>
        <w:rPr>
          <w:b/>
        </w:rPr>
        <w:t xml:space="preserve">[28:30] </w:t>
      </w:r>
      <w:r>
        <w:t>woh farishton ke hawale hai.</w:t>
      </w:r>
    </w:p>
    <w:p>
      <w:pPr>
        <w:jc w:val="right"/>
      </w:pPr>
      <w:r>
        <w:t>وہ فرشتوں کے حوالے ہے۔</w:t>
      </w:r>
    </w:p>
    <w:p>
      <w:r>
        <w:rPr>
          <w:b/>
        </w:rPr>
        <w:t xml:space="preserve">[28:33] </w:t>
      </w:r>
      <w:r>
        <w:t>to is ka matlab kya tha?</w:t>
      </w:r>
    </w:p>
    <w:p>
      <w:pPr>
        <w:jc w:val="right"/>
      </w:pPr>
      <w:r>
        <w:t>تو اس کا مطلب کیا تھا؟</w:t>
      </w:r>
    </w:p>
    <w:p>
      <w:r>
        <w:rPr>
          <w:b/>
        </w:rPr>
        <w:t xml:space="preserve">[28:35] </w:t>
      </w:r>
      <w:r>
        <w:t>ke insaan jo chahega karna, tum is ka saath doge.</w:t>
      </w:r>
    </w:p>
    <w:p>
      <w:pPr>
        <w:jc w:val="right"/>
      </w:pPr>
      <w:r>
        <w:t>کہ انسان جو چاہے گا کرنا، تم اس کا ساتھ دو گے۔</w:t>
      </w:r>
    </w:p>
    <w:p>
      <w:r>
        <w:rPr>
          <w:b/>
        </w:rPr>
        <w:t xml:space="preserve">[28:41] </w:t>
      </w:r>
      <w:r>
        <w:t>insaan zameen pe chalne ke qabil banaye, to tum is ka saath doge.</w:t>
      </w:r>
    </w:p>
    <w:p>
      <w:pPr>
        <w:jc w:val="right"/>
      </w:pPr>
      <w:r>
        <w:t>انسان زمین پہ چلنے کے قابل بنائے، تو تم اس کا ساتھ دو گے۔</w:t>
      </w:r>
    </w:p>
    <w:p>
      <w:r>
        <w:rPr>
          <w:b/>
        </w:rPr>
        <w:t xml:space="preserve">[28:44] </w:t>
      </w:r>
      <w:r>
        <w:t>insaan samandar mein</w:t>
      </w:r>
    </w:p>
    <w:p>
      <w:pPr>
        <w:jc w:val="right"/>
      </w:pPr>
      <w:r>
        <w:t>انسان سمندر میں</w:t>
      </w:r>
    </w:p>
    <w:p>
      <w:r>
        <w:rPr>
          <w:b/>
        </w:rPr>
        <w:t xml:space="preserve">[28:48] </w:t>
      </w:r>
      <w:r>
        <w:t>pani ka jahaz banaye chalane ke liye, tum is ka saath doge.</w:t>
      </w:r>
    </w:p>
    <w:p>
      <w:pPr>
        <w:jc w:val="right"/>
      </w:pPr>
      <w:r>
        <w:t>پانی کا جہاز بنائے چلانے کے لیے، تم اس کا ساتھ دو گے۔</w:t>
      </w:r>
    </w:p>
    <w:p>
      <w:r>
        <w:rPr>
          <w:b/>
        </w:rPr>
        <w:t xml:space="preserve">[28:51] </w:t>
      </w:r>
      <w:r>
        <w:t>saath maani hai ke agar farishte saath na dein to hum nahi kar sakte.</w:t>
      </w:r>
    </w:p>
    <w:p>
      <w:pPr>
        <w:jc w:val="right"/>
      </w:pPr>
      <w:r>
        <w:t>ساتھ معنی ہے کہ اگر فرشتے ساتھ نہ دیں تو ہم نہیں کر سکتے۔</w:t>
      </w:r>
    </w:p>
    <w:p>
      <w:r>
        <w:rPr>
          <w:b/>
        </w:rPr>
        <w:t xml:space="preserve">[28:56] </w:t>
      </w:r>
      <w:r>
        <w:t>misalan dekhiye, car kya hai? car</w:t>
      </w:r>
    </w:p>
    <w:p>
      <w:pPr>
        <w:jc w:val="right"/>
      </w:pPr>
      <w:r>
        <w:t>مثلاً دیکھیے، کار کیا ہے؟ کار</w:t>
      </w:r>
    </w:p>
    <w:p>
      <w:r>
        <w:rPr>
          <w:b/>
        </w:rPr>
        <w:t xml:space="preserve">[29:00] </w:t>
      </w:r>
      <w:r>
        <w:t>yaani meter move kar raha hai aap ke liye, aap ke hukum par meter move kar raha hai.</w:t>
      </w:r>
    </w:p>
    <w:p>
      <w:pPr>
        <w:jc w:val="right"/>
      </w:pPr>
      <w:r>
        <w:t>یعنی میٹر موو کر رہا ہے آپ کے لیے، آپ کے حکم پر میٹر موو کر رہا ہے۔</w:t>
      </w:r>
    </w:p>
    <w:p>
      <w:r>
        <w:rPr>
          <w:b/>
        </w:rPr>
        <w:t xml:space="preserve">[29:06] </w:t>
      </w:r>
      <w:r>
        <w:t>pani ka jahaz kya hai? aap ke hukum par meter tair raha hai.</w:t>
      </w:r>
    </w:p>
    <w:p>
      <w:pPr>
        <w:jc w:val="right"/>
      </w:pPr>
      <w:r>
        <w:t>پانی کا جہاز کیا ہے؟ آپ کے حکم پر میٹر تیر رہا ہے۔</w:t>
      </w:r>
    </w:p>
    <w:p>
      <w:r>
        <w:rPr>
          <w:b/>
        </w:rPr>
        <w:t xml:space="preserve">[29:11] </w:t>
      </w:r>
      <w:r>
        <w:t>hawa jahaz kya hai? aap ke hukum par meter urr raha hai.</w:t>
      </w:r>
    </w:p>
    <w:p>
      <w:pPr>
        <w:jc w:val="right"/>
      </w:pPr>
      <w:r>
        <w:t>ہوا جہاز کیا ہے؟ آپ کے حکم پر میٹر اڑ رہا ہے۔</w:t>
      </w:r>
    </w:p>
    <w:p>
      <w:r>
        <w:rPr>
          <w:b/>
        </w:rPr>
        <w:t xml:space="preserve">[29:16] </w:t>
      </w:r>
      <w:r>
        <w:t>to yeh jo hai</w:t>
      </w:r>
    </w:p>
    <w:p>
      <w:pPr>
        <w:jc w:val="right"/>
      </w:pPr>
      <w:r>
        <w:t>تو یہ جو ہے</w:t>
      </w:r>
    </w:p>
    <w:p>
      <w:r>
        <w:rPr>
          <w:b/>
        </w:rPr>
        <w:t xml:space="preserve">[29:18] </w:t>
      </w:r>
      <w:r>
        <w:t>ke loha convert ho jata hai machine mein, yeh farishton ki madad ke baghair nahi ho sakta</w:t>
      </w:r>
    </w:p>
    <w:p>
      <w:pPr>
        <w:jc w:val="right"/>
      </w:pPr>
      <w:r>
        <w:t>کہ لوہا کنورٹ ہو جاتا ہے مشین میں، یہ فرشتوں کی مدد کے بغیر نہیں ہو سکتا</w:t>
      </w:r>
    </w:p>
    <w:p>
      <w:r>
        <w:rPr>
          <w:b/>
        </w:rPr>
        <w:t xml:space="preserve">[29:25] </w:t>
      </w:r>
      <w:r>
        <w:t>ke jab insaan wahan par chahe</w:t>
      </w:r>
    </w:p>
    <w:p>
      <w:pPr>
        <w:jc w:val="right"/>
      </w:pPr>
      <w:r>
        <w:t>کہ جب انسان وہاں پر چاہے</w:t>
      </w:r>
    </w:p>
    <w:p>
      <w:r>
        <w:rPr>
          <w:b/>
        </w:rPr>
        <w:t xml:space="preserve">[29:29] </w:t>
      </w:r>
      <w:r>
        <w:t>meter ko convert karna machine mein, to tum in ko karne do, tum in ko saath do, tum</w:t>
      </w:r>
    </w:p>
    <w:p>
      <w:pPr>
        <w:jc w:val="right"/>
      </w:pPr>
      <w:r>
        <w:t>میٹر کو کنورٹ کرنا مشین میں، تو تم ان کو کرنے دو، تم ان کو ساتھ دو، تم</w:t>
      </w:r>
    </w:p>
    <w:p>
      <w:r>
        <w:rPr>
          <w:b/>
        </w:rPr>
        <w:t xml:space="preserve">[29:35] </w:t>
      </w:r>
      <w:r>
        <w:t>in ko madad karo.</w:t>
      </w:r>
    </w:p>
    <w:p>
      <w:pPr>
        <w:jc w:val="right"/>
      </w:pPr>
      <w:r>
        <w:t>ان کو مدد کرو۔</w:t>
      </w:r>
    </w:p>
    <w:p>
      <w:r>
        <w:rPr>
          <w:b/>
        </w:rPr>
        <w:t xml:space="preserve">[29:36] </w:t>
      </w:r>
      <w:r>
        <w:t>yeh matlab hai is ka.</w:t>
      </w:r>
    </w:p>
    <w:p>
      <w:pPr>
        <w:jc w:val="right"/>
      </w:pPr>
      <w:r>
        <w:t>یہ مطلب ہے اس کا۔</w:t>
      </w:r>
    </w:p>
    <w:p>
      <w:r>
        <w:rPr>
          <w:b/>
        </w:rPr>
        <w:t xml:space="preserve">[29:38] </w:t>
      </w:r>
      <w:r>
        <w:t>aur poori history mein aisa ho raha hai.</w:t>
      </w:r>
    </w:p>
    <w:p>
      <w:pPr>
        <w:jc w:val="right"/>
      </w:pPr>
      <w:r>
        <w:t>اور پوری ہسٹری میں ایسا ہو رہا ہے۔</w:t>
      </w:r>
    </w:p>
    <w:p>
      <w:r>
        <w:rPr>
          <w:b/>
        </w:rPr>
        <w:t xml:space="preserve">[29:41] </w:t>
      </w:r>
      <w:r>
        <w:t>yaani what is civilization?</w:t>
      </w:r>
    </w:p>
    <w:p>
      <w:pPr>
        <w:jc w:val="right"/>
      </w:pPr>
      <w:r>
        <w:t>یعنی واٹ از سیولائزیشن؟</w:t>
      </w:r>
    </w:p>
    <w:p>
      <w:r>
        <w:rPr>
          <w:b/>
        </w:rPr>
        <w:t xml:space="preserve">[29:44] </w:t>
      </w:r>
      <w:r>
        <w:t>ek hai primitive age, ek hai age of civilization.</w:t>
      </w:r>
    </w:p>
    <w:p>
      <w:pPr>
        <w:jc w:val="right"/>
      </w:pPr>
      <w:r>
        <w:t>ایک ہے پریمیٹیو ایج، ایک ہے ایج اف سیولائزیشن۔</w:t>
      </w:r>
    </w:p>
    <w:p>
      <w:r>
        <w:rPr>
          <w:b/>
        </w:rPr>
        <w:t xml:space="preserve">[29:49] </w:t>
      </w:r>
      <w:r>
        <w:t>is mein farq kya hai? insaan jab paida hua is zameen par to woh</w:t>
      </w:r>
    </w:p>
    <w:p>
      <w:pPr>
        <w:jc w:val="right"/>
      </w:pPr>
      <w:r>
        <w:t>اس میں فرق کیا ہے؟ انسان جب پیدا ہوا اس زمین پر تو وہ</w:t>
      </w:r>
    </w:p>
    <w:p>
      <w:r>
        <w:rPr>
          <w:b/>
        </w:rPr>
        <w:t xml:space="preserve">[29:56] </w:t>
      </w:r>
      <w:r>
        <w:t>nechar mein jo cheezen hain, usi ko istemaal karta tha.</w:t>
      </w:r>
    </w:p>
    <w:p>
      <w:pPr>
        <w:jc w:val="right"/>
      </w:pPr>
      <w:r>
        <w:t>نیچر میں جو چیزیں ہیں، اسی کو استعمال کرتا تھا۔</w:t>
      </w:r>
    </w:p>
    <w:p>
      <w:r>
        <w:rPr>
          <w:b/>
        </w:rPr>
        <w:t xml:space="preserve">[30:01] </w:t>
      </w:r>
      <w:r>
        <w:t>mislan apne paon se chalna, apne haath se pakadna,</w:t>
      </w:r>
    </w:p>
    <w:p>
      <w:pPr>
        <w:jc w:val="right"/>
      </w:pPr>
      <w:r>
        <w:t>مثلاً اپنے پاؤں سے چلنا، اپنے ہاتھ سے پکڑنا،</w:t>
      </w:r>
    </w:p>
    <w:p>
      <w:r>
        <w:rPr>
          <w:b/>
        </w:rPr>
        <w:t xml:space="preserve">[30:05] </w:t>
      </w:r>
      <w:r>
        <w:t>phal ka phal hai, darakht, us ko apna haath se todna.</w:t>
      </w:r>
    </w:p>
    <w:p>
      <w:pPr>
        <w:jc w:val="right"/>
      </w:pPr>
      <w:r>
        <w:t>پھل کا پھل ہے، درخت، اس کو اپنا ہاتھ سے توڑنا۔</w:t>
      </w:r>
    </w:p>
    <w:p>
      <w:r>
        <w:rPr>
          <w:b/>
        </w:rPr>
        <w:t xml:space="preserve">[30:09] </w:t>
      </w:r>
      <w:r>
        <w:t>yaani apne apne haath paon se sab kuch karna.</w:t>
      </w:r>
    </w:p>
    <w:p>
      <w:pPr>
        <w:jc w:val="right"/>
      </w:pPr>
      <w:r>
        <w:t>یعنی اپنے اپنے ہاتھ پاؤں سے سب کچھ کرنا۔</w:t>
      </w:r>
    </w:p>
    <w:p>
      <w:r>
        <w:rPr>
          <w:b/>
        </w:rPr>
        <w:t xml:space="preserve">[30:14] </w:t>
      </w:r>
      <w:r>
        <w:t>bohat din tak yeh hota raha.</w:t>
      </w:r>
    </w:p>
    <w:p>
      <w:pPr>
        <w:jc w:val="right"/>
      </w:pPr>
      <w:r>
        <w:t>بہت دن تک یہ ہوتا رہا۔</w:t>
      </w:r>
    </w:p>
    <w:p>
      <w:r>
        <w:rPr>
          <w:b/>
        </w:rPr>
        <w:t xml:space="preserve">[30:15] </w:t>
      </w:r>
      <w:r>
        <w:t>phir aik waqt aaya ke insaan ne sochte sochte samjha ke woh meter ko convert kar sakta hai</w:t>
      </w:r>
    </w:p>
    <w:p>
      <w:pPr>
        <w:jc w:val="right"/>
      </w:pPr>
      <w:r>
        <w:t>پھر ایک وقت آیا کہ انسان نے سوچتے سوچتے سمجھا کہ وہ میٹر کو کنورٹ کر سکتا ہے</w:t>
      </w:r>
    </w:p>
    <w:p>
      <w:r>
        <w:rPr>
          <w:b/>
        </w:rPr>
        <w:t xml:space="preserve">[30:21] </w:t>
      </w:r>
      <w:r>
        <w:t>technology mein. to meter ko technology mein jo convert kiya insaan ne, woh sab ka sab farishton ki</w:t>
      </w:r>
    </w:p>
    <w:p>
      <w:pPr>
        <w:jc w:val="right"/>
      </w:pPr>
      <w:r>
        <w:t>ٹیکنالوجی میں۔ تو میٹر کو ٹیکنالوجی میں جو کنورٹ کیا انسان نے، وہ سب کا سب فرشتوں کی</w:t>
      </w:r>
    </w:p>
    <w:p>
      <w:r>
        <w:rPr>
          <w:b/>
        </w:rPr>
        <w:t xml:space="preserve">[30:28] </w:t>
      </w:r>
      <w:r>
        <w:t>madad se hua.</w:t>
      </w:r>
    </w:p>
    <w:p>
      <w:pPr>
        <w:jc w:val="right"/>
      </w:pPr>
      <w:r>
        <w:t>مدد سے ہوا۔</w:t>
      </w:r>
    </w:p>
    <w:p>
      <w:r>
        <w:rPr>
          <w:b/>
        </w:rPr>
        <w:t xml:space="preserve">[30:30] </w:t>
      </w:r>
      <w:r>
        <w:t>jaise quran mein aik ayat hai nooh ke baray mein: fasna' al-fulka bi-wahina</w:t>
      </w:r>
    </w:p>
    <w:p>
      <w:pPr>
        <w:jc w:val="right"/>
      </w:pPr>
      <w:r>
        <w:t>جیسے قرآن میں ایک آیت ہے نوح کے بارے میں: فَاسْنَعِ الْفُلْكَ بِوَهِنَا</w:t>
      </w:r>
    </w:p>
    <w:p>
      <w:r>
        <w:rPr>
          <w:b/>
        </w:rPr>
        <w:t xml:space="preserve">[30:40] </w:t>
      </w:r>
      <w:r>
        <w:t>yaani kashti banao hamari aankhon ke samnay aur hamari wahy ke mutabiq.</w:t>
      </w:r>
    </w:p>
    <w:p>
      <w:pPr>
        <w:jc w:val="right"/>
      </w:pPr>
      <w:r>
        <w:t>یعنی کشتی بناؤ ہماری آنکھوں کے سامنے اور ہماری وحی کے مطابق۔</w:t>
      </w:r>
    </w:p>
    <w:p>
      <w:r>
        <w:rPr>
          <w:b/>
        </w:rPr>
        <w:t xml:space="preserve">[30:45] </w:t>
      </w:r>
      <w:r>
        <w:t>yahan Allah se murad farishtay hain, yaani hamare farishton ki madad se.</w:t>
      </w:r>
    </w:p>
    <w:p>
      <w:pPr>
        <w:jc w:val="right"/>
      </w:pPr>
      <w:r>
        <w:t>یہاں اللہ سے مراد فرشتے ہیں، یعنی ہمارے فرشتوں کی مدد سے۔</w:t>
      </w:r>
    </w:p>
    <w:p>
      <w:r>
        <w:rPr>
          <w:b/>
        </w:rPr>
        <w:t xml:space="preserve">[30:51] </w:t>
      </w:r>
      <w:r>
        <w:t>shayad yeh pehli kashti thi jo nooh ne banai.</w:t>
      </w:r>
    </w:p>
    <w:p>
      <w:pPr>
        <w:jc w:val="right"/>
      </w:pPr>
      <w:r>
        <w:t>شاید یہ پہلی کشتی تھی جو نوح نے بنائی۔</w:t>
      </w:r>
    </w:p>
    <w:p>
      <w:r>
        <w:rPr>
          <w:b/>
        </w:rPr>
        <w:t xml:space="preserve">[30:57] </w:t>
      </w:r>
      <w:r>
        <w:t>to chunancha aata hai ke mazaaq urate thay log ke kya cheez bana rahe hain yeh.</w:t>
      </w:r>
    </w:p>
    <w:p>
      <w:pPr>
        <w:jc w:val="right"/>
      </w:pPr>
      <w:r>
        <w:t>تو چنانچہ آتا ہے کہ مذاق اڑاتے تھے لوگ کہ کیا چیز بنا رہے ہیں یہ۔</w:t>
      </w:r>
    </w:p>
    <w:p>
      <w:r>
        <w:rPr>
          <w:b/>
        </w:rPr>
        <w:t xml:space="preserve">[31:02] </w:t>
      </w:r>
      <w:r>
        <w:t>to jab insaan ne pehli kashti banai, us ke baray mein quran mein hai ke kashti banao hamari</w:t>
      </w:r>
    </w:p>
    <w:p>
      <w:pPr>
        <w:jc w:val="right"/>
      </w:pPr>
      <w:r>
        <w:t>تو جب انسان نے پہلی کشتی بنائی، اس کے بارے میں قرآن میں ہے کہ کشتی بناؤ ہماری</w:t>
      </w:r>
    </w:p>
    <w:p>
      <w:r>
        <w:rPr>
          <w:b/>
        </w:rPr>
        <w:t xml:space="preserve">[31:08] </w:t>
      </w:r>
      <w:r>
        <w:t>wahy ke mutabiq, hamari aankhon ke samnay.</w:t>
      </w:r>
    </w:p>
    <w:p>
      <w:pPr>
        <w:jc w:val="right"/>
      </w:pPr>
      <w:r>
        <w:t>وحی کے مطابق، ہماری آنکھوں کے سامنے۔</w:t>
      </w:r>
    </w:p>
    <w:p>
      <w:r>
        <w:rPr>
          <w:b/>
        </w:rPr>
        <w:t xml:space="preserve">[31:11] </w:t>
      </w:r>
      <w:r>
        <w:t>to is ka matlab nahi ke khud zaat zaat khudaawandi wahan maujood thi, khud Allah taala nahi.</w:t>
      </w:r>
    </w:p>
    <w:p>
      <w:pPr>
        <w:jc w:val="right"/>
      </w:pPr>
      <w:r>
        <w:t>تو اس کا مطلب نہیں کہ خود ذات ذات خداوندی وہاں موجود تھی، خود اللہ تعالیٰ نہیں۔</w:t>
      </w:r>
    </w:p>
    <w:p>
      <w:r>
        <w:rPr>
          <w:b/>
        </w:rPr>
        <w:t xml:space="preserve">[31:17] </w:t>
      </w:r>
      <w:r>
        <w:t>Allah taala ne hukum diya farishton ko ke tum un ka saath do bananay mein.</w:t>
      </w:r>
    </w:p>
    <w:p>
      <w:pPr>
        <w:jc w:val="right"/>
      </w:pPr>
      <w:r>
        <w:t>اللہ تعالیٰ نے حکم دیا فرشتوں کو کہ تم ان کا ساتھ دو بنانے میں۔</w:t>
      </w:r>
    </w:p>
    <w:p>
      <w:r>
        <w:rPr>
          <w:b/>
        </w:rPr>
        <w:t xml:space="preserve">[31:22] </w:t>
      </w:r>
      <w:r>
        <w:t>that was beginning of technology.</w:t>
      </w:r>
    </w:p>
    <w:p>
      <w:pPr>
        <w:jc w:val="right"/>
      </w:pPr>
      <w:r>
        <w:t>دیٹ واز بیگننگ اف ٹیکنالوجی۔</w:t>
      </w:r>
    </w:p>
    <w:p>
      <w:r>
        <w:rPr>
          <w:b/>
        </w:rPr>
        <w:t xml:space="preserve">[31:25] </w:t>
      </w:r>
      <w:r>
        <w:t>is ke baad insaan technology ko daryaft karta raha aur cheezon ko convert karta raha.</w:t>
      </w:r>
    </w:p>
    <w:p>
      <w:pPr>
        <w:jc w:val="right"/>
      </w:pPr>
      <w:r>
        <w:t>اس کے بعد انسان ٹیکنالوجی کو دریافت کرتا رہا اور چیزوں کو کنورٹ کرتا رہا۔</w:t>
      </w:r>
    </w:p>
    <w:p>
      <w:r>
        <w:rPr>
          <w:b/>
        </w:rPr>
        <w:t xml:space="preserve">[31:32] </w:t>
      </w:r>
      <w:r>
        <w:t>yaani mislan lohay ko convert kiya, us ne pul banaya,</w:t>
      </w:r>
    </w:p>
    <w:p>
      <w:pPr>
        <w:jc w:val="right"/>
      </w:pPr>
      <w:r>
        <w:t>یعنی مثلاً لوہے کو کنورٹ کیا، اس نے پل بنایا،</w:t>
      </w:r>
    </w:p>
    <w:p>
      <w:r>
        <w:rPr>
          <w:b/>
        </w:rPr>
        <w:t xml:space="preserve">[31:37] </w:t>
      </w:r>
      <w:r>
        <w:t>us ne meter ko convert kiya to car banai.</w:t>
      </w:r>
    </w:p>
    <w:p>
      <w:pPr>
        <w:jc w:val="right"/>
      </w:pPr>
      <w:r>
        <w:t>اس نے میٹر کو کنورٹ کیا تو کار بنائی۔</w:t>
      </w:r>
    </w:p>
    <w:p>
      <w:r>
        <w:rPr>
          <w:b/>
        </w:rPr>
        <w:t xml:space="preserve">[31:41] </w:t>
      </w:r>
      <w:r>
        <w:t>yeh jo insaan karta hai,</w:t>
      </w:r>
    </w:p>
    <w:p>
      <w:pPr>
        <w:jc w:val="right"/>
      </w:pPr>
      <w:r>
        <w:t>یہ جو انسان کرتا ہے،</w:t>
      </w:r>
    </w:p>
    <w:p>
      <w:r>
        <w:rPr>
          <w:b/>
        </w:rPr>
        <w:t xml:space="preserve">[31:44] </w:t>
      </w:r>
      <w:r>
        <w:t>sab conversion hota hai.</w:t>
      </w:r>
    </w:p>
    <w:p>
      <w:pPr>
        <w:jc w:val="right"/>
      </w:pPr>
      <w:r>
        <w:t>سب کنورژن ہوتا ہے۔</w:t>
      </w:r>
    </w:p>
    <w:p>
      <w:r>
        <w:rPr>
          <w:b/>
        </w:rPr>
        <w:t xml:space="preserve">[31:45] </w:t>
      </w:r>
      <w:r>
        <w:t>conversion meter ka conversion</w:t>
      </w:r>
    </w:p>
    <w:p>
      <w:pPr>
        <w:jc w:val="right"/>
      </w:pPr>
      <w:r>
        <w:t>کنورژن میٹر کا کنورژن</w:t>
      </w:r>
    </w:p>
    <w:p>
      <w:r>
        <w:rPr>
          <w:b/>
        </w:rPr>
        <w:t xml:space="preserve">[31:50] </w:t>
      </w:r>
      <w:r>
        <w:t>electronics hon, technology ho, jo bhi ho, woh sab meter conversion hai.</w:t>
      </w:r>
    </w:p>
    <w:p>
      <w:pPr>
        <w:jc w:val="right"/>
      </w:pPr>
      <w:r>
        <w:t>الیکٹرانکس ہوں، ٹیکنالوجی ہو، جو بھی ہو، وہ سب میٹر کنورژن ہے۔</w:t>
      </w:r>
    </w:p>
    <w:p>
      <w:r>
        <w:rPr>
          <w:b/>
        </w:rPr>
        <w:t xml:space="preserve">[31:57] </w:t>
      </w:r>
      <w:r>
        <w:t>yeh conversion kaise hota hai?</w:t>
      </w:r>
    </w:p>
    <w:p>
      <w:pPr>
        <w:jc w:val="right"/>
      </w:pPr>
      <w:r>
        <w:t>یہ کنورژن کیسے ہوتا ہے؟</w:t>
      </w:r>
    </w:p>
    <w:p>
      <w:r>
        <w:rPr>
          <w:b/>
        </w:rPr>
        <w:t xml:space="preserve">[32:00] </w:t>
      </w:r>
      <w:r>
        <w:t>insan ke bas mein nahin hai conversion kar sake.</w:t>
      </w:r>
    </w:p>
    <w:p>
      <w:pPr>
        <w:jc w:val="right"/>
      </w:pPr>
      <w:r>
        <w:t>انسان کے بس میں نہیں ہے کنورژن کر سکے۔</w:t>
      </w:r>
    </w:p>
    <w:p>
      <w:r>
        <w:rPr>
          <w:b/>
        </w:rPr>
        <w:t xml:space="preserve">[32:03] </w:t>
      </w:r>
      <w:r>
        <w:t>yeh conversion hota hai farishton ki madad se.</w:t>
      </w:r>
    </w:p>
    <w:p>
      <w:pPr>
        <w:jc w:val="right"/>
      </w:pPr>
      <w:r>
        <w:t>یہ کنورژن ہوتا ہے فرشتوں کی مدد سے۔</w:t>
      </w:r>
    </w:p>
    <w:p>
      <w:r>
        <w:rPr>
          <w:b/>
        </w:rPr>
        <w:t xml:space="preserve">[32:07] </w:t>
      </w:r>
      <w:r>
        <w:t>farishton ki madad se.</w:t>
      </w:r>
    </w:p>
    <w:p>
      <w:pPr>
        <w:jc w:val="right"/>
      </w:pPr>
      <w:r>
        <w:t>فرشتوں کی مدد سے۔</w:t>
      </w:r>
    </w:p>
    <w:p>
      <w:r>
        <w:rPr>
          <w:b/>
        </w:rPr>
        <w:t xml:space="preserve">[32:10] </w:t>
      </w:r>
      <w:r>
        <w:t>toh yeh jo jo sajde ki baat hai, is mein yeh sab baatein shamil hain.</w:t>
      </w:r>
    </w:p>
    <w:p>
      <w:pPr>
        <w:jc w:val="right"/>
      </w:pPr>
      <w:r>
        <w:t>تو یہ جو جو سجدے کی بات ہے، اس میں یہ سب باتیں شامل ہیں۔</w:t>
      </w:r>
    </w:p>
    <w:p>
      <w:r>
        <w:rPr>
          <w:b/>
        </w:rPr>
        <w:t xml:space="preserve">[32:15] </w:t>
      </w:r>
      <w:r>
        <w:t>yani Allah ne kaha farishton se ke Adam ko aage sajda karo.</w:t>
      </w:r>
    </w:p>
    <w:p>
      <w:pPr>
        <w:jc w:val="right"/>
      </w:pPr>
      <w:r>
        <w:t>یعنی اللہ نے کہا فرشتوں سے کہ آدم کو آگے سجدہ کرو۔</w:t>
      </w:r>
    </w:p>
    <w:p>
      <w:r>
        <w:rPr>
          <w:b/>
        </w:rPr>
        <w:t xml:space="preserve">[32:19] </w:t>
      </w:r>
      <w:r>
        <w:t>iska matlab hai ke insan jab civilization banayega toh uska inko help karna hoga.</w:t>
      </w:r>
    </w:p>
    <w:p>
      <w:pPr>
        <w:jc w:val="right"/>
      </w:pPr>
      <w:r>
        <w:t>اس کا معنی ہے کہ انسان جب سیولائزیشن بنائے گا تو اس کا ان کو ہیلپ کرنا ہوگا۔</w:t>
      </w:r>
    </w:p>
    <w:p>
      <w:r>
        <w:rPr>
          <w:b/>
        </w:rPr>
        <w:t xml:space="preserve">[32:25] </w:t>
      </w:r>
      <w:r>
        <w:t>jo bhi karega, tum help karoge usko.</w:t>
      </w:r>
    </w:p>
    <w:p>
      <w:pPr>
        <w:jc w:val="right"/>
      </w:pPr>
      <w:r>
        <w:t>جو بھی کرے گا، تم ہیلپ کرو گے اس کو۔</w:t>
      </w:r>
    </w:p>
    <w:p>
      <w:r>
        <w:rPr>
          <w:b/>
        </w:rPr>
        <w:t xml:space="preserve">[32:29] </w:t>
      </w:r>
      <w:r>
        <w:t>toh bas kahoon ke jo civilization hai, jis ko hum kehte hain civilization, woh sari ki sari farishton</w:t>
      </w:r>
    </w:p>
    <w:p>
      <w:pPr>
        <w:jc w:val="right"/>
      </w:pPr>
      <w:r>
        <w:t>تو بس کہوں کہ جو سیولائزیشن ہے، جس کو ہم کہتے ہیں سیولائزیشن، وہ ساری کی ساری فرشتوں</w:t>
      </w:r>
    </w:p>
    <w:p>
      <w:r>
        <w:rPr>
          <w:b/>
        </w:rPr>
        <w:t xml:space="preserve">[32:35] </w:t>
      </w:r>
      <w:r>
        <w:t>ki madad se bani hai.</w:t>
      </w:r>
    </w:p>
    <w:p>
      <w:pPr>
        <w:jc w:val="right"/>
      </w:pPr>
      <w:r>
        <w:t>کی مدد سے بنی ہے۔</w:t>
      </w:r>
    </w:p>
    <w:p>
      <w:r>
        <w:rPr>
          <w:b/>
        </w:rPr>
        <w:t xml:space="preserve">[32:36] </w:t>
      </w:r>
      <w:r>
        <w:t>aur yahan bhi wahi alfaaz apply hote hain ke fasna'il fulk</w:t>
      </w:r>
    </w:p>
    <w:p>
      <w:pPr>
        <w:jc w:val="right"/>
      </w:pPr>
      <w:r>
        <w:t>اور یہاں بھی وہی الفاظ اپلائی ہوتے ہیں کہ فَاسْنَعِ الْفُلْكَ</w:t>
      </w:r>
    </w:p>
    <w:p>
      <w:r>
        <w:rPr>
          <w:b/>
        </w:rPr>
        <w:t xml:space="preserve">[32:41] </w:t>
      </w:r>
      <w:r>
        <w:t>bi'aina wahna yani fasna'il hazara.</w:t>
      </w:r>
    </w:p>
    <w:p>
      <w:pPr>
        <w:jc w:val="right"/>
      </w:pPr>
      <w:r>
        <w:t>بِعَيْنَا وَهْنَا یعنی فَاسْنَعِ الْحَزَارَةَ۔</w:t>
      </w:r>
    </w:p>
    <w:p>
      <w:r>
        <w:rPr>
          <w:b/>
        </w:rPr>
        <w:t xml:space="preserve">[32:46] </w:t>
      </w:r>
      <w:r>
        <w:t>is mein fulk ka lafz hai, kashti ka lafz.</w:t>
      </w:r>
    </w:p>
    <w:p>
      <w:pPr>
        <w:jc w:val="right"/>
      </w:pPr>
      <w:r>
        <w:t>اس میں فل کا لفظ ہے، کشتی کا لفظ۔</w:t>
      </w:r>
    </w:p>
    <w:p>
      <w:r>
        <w:rPr>
          <w:b/>
        </w:rPr>
        <w:t xml:space="preserve">[32:48] </w:t>
      </w:r>
      <w:r>
        <w:t>main kahoon ke isi ko aap thoda sa badal dijiye toh fasna'il fulk</w:t>
      </w:r>
    </w:p>
    <w:p>
      <w:pPr>
        <w:jc w:val="right"/>
      </w:pPr>
      <w:r>
        <w:t>میں کہوں کہ اسی کو آپ تھوڑا سا بدل دیجیے تو فَاسْنَعِ الْفُلْكَ</w:t>
      </w:r>
    </w:p>
    <w:p>
      <w:r>
        <w:rPr>
          <w:b/>
        </w:rPr>
        <w:t xml:space="preserve">[32:53] </w:t>
      </w:r>
      <w:r>
        <w:t>ke bajaye aap kahein ke fasna'il hazara.</w:t>
      </w:r>
    </w:p>
    <w:p>
      <w:pPr>
        <w:jc w:val="right"/>
      </w:pPr>
      <w:r>
        <w:t>کے بجائے آپ کہیں کہ فَاسْنَعِ الْحَزَارَةَ۔</w:t>
      </w:r>
    </w:p>
    <w:p>
      <w:r>
        <w:rPr>
          <w:b/>
        </w:rPr>
        <w:t xml:space="preserve">[32:56] </w:t>
      </w:r>
      <w:r>
        <w:t>hazara matlab civilization.</w:t>
      </w:r>
    </w:p>
    <w:p>
      <w:pPr>
        <w:jc w:val="right"/>
      </w:pPr>
      <w:r>
        <w:t>حزارہ معنی سیولائزیشن۔</w:t>
      </w:r>
    </w:p>
    <w:p>
      <w:r>
        <w:rPr>
          <w:b/>
        </w:rPr>
        <w:t xml:space="preserve">[32:59] </w:t>
      </w:r>
      <w:r>
        <w:t>yani civilization banao hamari madad se, yani farishton ki madad se.</w:t>
      </w:r>
    </w:p>
    <w:p>
      <w:pPr>
        <w:jc w:val="right"/>
      </w:pPr>
      <w:r>
        <w:t>یعنی سیولائزیشن بناؤ ہماری مدد سے، یعنی فرشتوں کی مدد سے۔</w:t>
      </w:r>
    </w:p>
    <w:p>
      <w:r>
        <w:rPr>
          <w:b/>
        </w:rPr>
        <w:t xml:space="preserve">[33:05] </w:t>
      </w:r>
      <w:r>
        <w:t>aba wastakbara wa kana minal kafireen toh Iblees ne, jo ke jinnaat ka sardar tha, us ne inkar kiya</w:t>
      </w:r>
    </w:p>
    <w:p>
      <w:pPr>
        <w:jc w:val="right"/>
      </w:pPr>
      <w:r>
        <w:t>أَبَىٰ وَسْتَكْبَرَ وَكَانَ مِنَ الْكَافِرِينَ تو ابلیس نے، جو کہ جناتوں کا سردار تھا، اس نے انکار کیا</w:t>
      </w:r>
    </w:p>
    <w:p>
      <w:r>
        <w:rPr>
          <w:b/>
        </w:rPr>
        <w:t xml:space="preserve">[33:15] </w:t>
      </w:r>
      <w:r>
        <w:t>ke mujhe toh sajda nahin karna hai.</w:t>
      </w:r>
    </w:p>
    <w:p>
      <w:pPr>
        <w:jc w:val="right"/>
      </w:pPr>
      <w:r>
        <w:t>کہ مجھے تو سجدہ نہیں کرنا ہے۔</w:t>
      </w:r>
    </w:p>
    <w:p>
      <w:r>
        <w:rPr>
          <w:b/>
        </w:rPr>
        <w:t xml:space="preserve">[33:18] </w:t>
      </w:r>
      <w:r>
        <w:t>aur kibr ka muzahira kiya us ne,</w:t>
      </w:r>
    </w:p>
    <w:p>
      <w:pPr>
        <w:jc w:val="right"/>
      </w:pPr>
      <w:r>
        <w:t>اور کبر کا مظاہرہ کیا اس نے،</w:t>
      </w:r>
    </w:p>
    <w:p>
      <w:r>
        <w:rPr>
          <w:b/>
        </w:rPr>
        <w:t xml:space="preserve">[33:21] </w:t>
      </w:r>
      <w:r>
        <w:t>aur woh kafiron mein se tha.</w:t>
      </w:r>
    </w:p>
    <w:p>
      <w:pPr>
        <w:jc w:val="right"/>
      </w:pPr>
      <w:r>
        <w:t>اور وہ کافروں میں سے تھا۔</w:t>
      </w:r>
    </w:p>
    <w:p>
      <w:r>
        <w:rPr>
          <w:b/>
        </w:rPr>
        <w:t xml:space="preserve">[33:22] </w:t>
      </w:r>
      <w:r>
        <w:t>kafir matlab yahan inkar karne ke hain, yani inkar karne walon mein ban gaye woh.</w:t>
      </w:r>
    </w:p>
    <w:p>
      <w:pPr>
        <w:jc w:val="right"/>
      </w:pPr>
      <w:r>
        <w:t>کافر معنی یہاں انکار کرنے کے ہیں، یعنی انکار کرنے والوں میں بن گئے وہ۔</w:t>
      </w:r>
    </w:p>
    <w:p>
      <w:r>
        <w:rPr>
          <w:b/>
        </w:rPr>
        <w:t xml:space="preserve">[33:28] </w:t>
      </w:r>
      <w:r>
        <w:t>yani farishte toh manne wale ban gaye, aur aur yeh Iblees jo hai, inkar karne wala ban gaya.</w:t>
      </w:r>
    </w:p>
    <w:p>
      <w:pPr>
        <w:jc w:val="right"/>
      </w:pPr>
      <w:r>
        <w:t>یعنی فرشتے تو ماننے والے بن گئے، اور اور یہ ابلیس جو ہے، انکار کرنے والا بن گیا۔</w:t>
      </w:r>
    </w:p>
    <w:p>
      <w:r>
        <w:rPr>
          <w:b/>
        </w:rPr>
        <w:t xml:space="preserve">[33:38] </w:t>
      </w:r>
      <w:r>
        <w:t>wa qulna ya adamu uskun anta wa zawjukal jannata abhi ab yeh teesra iska,</w:t>
      </w:r>
    </w:p>
    <w:p>
      <w:pPr>
        <w:jc w:val="right"/>
      </w:pPr>
      <w:r>
        <w:t>وَقُلْنَا يَا آدَمُ اسْكُنْ أَنْتَ وَزَوْجُكَ الْجَنَّةَ ابھی اب یہ تیسرا اس کا،</w:t>
      </w:r>
    </w:p>
    <w:p>
      <w:r>
        <w:rPr>
          <w:b/>
        </w:rPr>
        <w:t xml:space="preserve">[33:45] </w:t>
      </w:r>
      <w:r>
        <w:t>yani teesra is par bataya ja raha hai ke Allah ne kaha Adam se ke aey Adam, tum</w:t>
      </w:r>
    </w:p>
    <w:p>
      <w:pPr>
        <w:jc w:val="right"/>
      </w:pPr>
      <w:r>
        <w:t>یعنی تیسرا اس پر بتایا جا رہا ہے کہ اللہ نے کہا آدم سے کہ اے آدم، تم</w:t>
      </w:r>
    </w:p>
    <w:p>
      <w:r>
        <w:rPr>
          <w:b/>
        </w:rPr>
        <w:t xml:space="preserve">[33:51] </w:t>
      </w:r>
      <w:r>
        <w:t>aur tumhari biwi</w:t>
      </w:r>
    </w:p>
    <w:p>
      <w:pPr>
        <w:jc w:val="right"/>
      </w:pPr>
      <w:r>
        <w:t>اور تمہاری بیوی</w:t>
      </w:r>
    </w:p>
    <w:p>
      <w:r>
        <w:rPr>
          <w:b/>
        </w:rPr>
        <w:t xml:space="preserve">[33:54] </w:t>
      </w:r>
      <w:r>
        <w:t>jannat mein baso aur wahan raho tum.</w:t>
      </w:r>
    </w:p>
    <w:p>
      <w:pPr>
        <w:jc w:val="right"/>
      </w:pPr>
      <w:r>
        <w:t>جنت میں بسو اور وہاں رہو تم۔</w:t>
      </w:r>
    </w:p>
    <w:p>
      <w:r>
        <w:rPr>
          <w:b/>
        </w:rPr>
        <w:t xml:space="preserve">[33:57] </w:t>
      </w:r>
      <w:r>
        <w:t>wa qulna minha raghadan haythu shaitan is mein jis tarah khao pio, jis tarah chaho.</w:t>
      </w:r>
    </w:p>
    <w:p>
      <w:pPr>
        <w:jc w:val="right"/>
      </w:pPr>
      <w:r>
        <w:t>وَقُلْنَا مِنْهَا رَغَدًا حَيْثُ شِيْطَانَ اس میں جس طرح کھاؤ پیو، جس طرح چاہو۔</w:t>
      </w:r>
    </w:p>
    <w:p>
      <w:r>
        <w:rPr>
          <w:b/>
        </w:rPr>
        <w:t xml:space="preserve">[34:01] </w:t>
      </w:r>
      <w:r>
        <w:t>tum azaadi hai tum ko.</w:t>
      </w:r>
    </w:p>
    <w:p>
      <w:pPr>
        <w:jc w:val="right"/>
      </w:pPr>
      <w:r>
        <w:t>تم آزادی ہے تم کو۔</w:t>
      </w:r>
    </w:p>
    <w:p>
      <w:r>
        <w:rPr>
          <w:b/>
        </w:rPr>
        <w:t xml:space="preserve">[34:03] </w:t>
      </w:r>
      <w:r>
        <w:t>wa la taqraba hathihi al-shajarata fa takuna min al-dhanabah albatta ek darakht wahan hai, is ke paas na jao.</w:t>
      </w:r>
    </w:p>
    <w:p>
      <w:pPr>
        <w:jc w:val="right"/>
      </w:pPr>
      <w:r>
        <w:t>وَلَا تَقْرَبَا هَذِهِ الشَّجَرَةَ فَتَكُونَ مِنَ الْذَنَبَةِ البتہ ایک درخت وہاں ہے، اس کے پاس نہ جاؤ۔</w:t>
      </w:r>
    </w:p>
    <w:p>
      <w:r>
        <w:rPr>
          <w:b/>
        </w:rPr>
        <w:t xml:space="preserve">[34:09] </w:t>
      </w:r>
      <w:r>
        <w:t>yani five burden tree jo kehte hain ya shajar mamnuah.</w:t>
      </w:r>
    </w:p>
    <w:p>
      <w:pPr>
        <w:jc w:val="right"/>
      </w:pPr>
      <w:r>
        <w:t>یعنی فائیو برڈن ٹری جو کہتے ہیں یا شجر ممنوعہ۔</w:t>
      </w:r>
    </w:p>
    <w:p>
      <w:r>
        <w:rPr>
          <w:b/>
        </w:rPr>
        <w:t xml:space="preserve">[34:14] </w:t>
      </w:r>
      <w:r>
        <w:t>to jannat mein raho tum aur tumhari biwi, aur wahan ke</w:t>
      </w:r>
    </w:p>
    <w:p>
      <w:pPr>
        <w:jc w:val="right"/>
      </w:pPr>
      <w:r>
        <w:t>تو جنت میں رہو تم اور تمہاری بیوی، اور وہاں کے</w:t>
      </w:r>
    </w:p>
    <w:p>
      <w:r>
        <w:rPr>
          <w:b/>
        </w:rPr>
        <w:t xml:space="preserve">[34:19] </w:t>
      </w:r>
      <w:r>
        <w:t>phalo mein khao pio, ke darakhton se khao pio, lekin is darakht ke paas na jana.</w:t>
      </w:r>
    </w:p>
    <w:p>
      <w:pPr>
        <w:jc w:val="right"/>
      </w:pPr>
      <w:r>
        <w:t>پھلوں میں کھاؤ پیو، کے درختوں سے کھاؤ پیو، لیکن اس درخت کے پاس نہ جانا۔</w:t>
      </w:r>
    </w:p>
    <w:p>
      <w:r>
        <w:rPr>
          <w:b/>
        </w:rPr>
        <w:t xml:space="preserve">[34:24] </w:t>
      </w:r>
      <w:r>
        <w:t>fa takuna min al-zalamin warna tum zalim ban jaoge.</w:t>
      </w:r>
    </w:p>
    <w:p>
      <w:pPr>
        <w:jc w:val="right"/>
      </w:pPr>
      <w:r>
        <w:t>فَتَكُونَ مِنَ الظَّالِمِينَ ورنہ تم ظالم بن جاؤ گے۔</w:t>
      </w:r>
    </w:p>
    <w:p>
      <w:r>
        <w:rPr>
          <w:b/>
        </w:rPr>
        <w:t xml:space="preserve">[34:28] </w:t>
      </w:r>
      <w:r>
        <w:t>yeh hidayat di Allah taala ne.</w:t>
      </w:r>
    </w:p>
    <w:p>
      <w:pPr>
        <w:jc w:val="right"/>
      </w:pPr>
      <w:r>
        <w:t>یہ ہدایت دی اللہ تعالیٰ نے۔</w:t>
      </w:r>
    </w:p>
    <w:p>
      <w:r>
        <w:rPr>
          <w:b/>
        </w:rPr>
        <w:t xml:space="preserve">[34:30] </w:t>
      </w:r>
      <w:r>
        <w:t>fa azalahuma al-shaitan anha fa akhrajahuma mimma kana fihi lekin shaitan ne baqaydah Adam ko,</w:t>
      </w:r>
    </w:p>
    <w:p>
      <w:pPr>
        <w:jc w:val="right"/>
      </w:pPr>
      <w:r>
        <w:t>فَأَزَلَّهُمَا الشَّيْطَانُ عَنْهَا فَأَخْرَجَهُمَا مِمَّا كَانَ فِيهِ لیکن شیطان نے باقاعدہ آدم کو،</w:t>
      </w:r>
    </w:p>
    <w:p>
      <w:r>
        <w:rPr>
          <w:b/>
        </w:rPr>
        <w:t xml:space="preserve">[34:39] </w:t>
      </w:r>
      <w:r>
        <w:t>jis tarah shaitan aaj hamare saath hai, Adam ke saath bhi shaitan tha,</w:t>
      </w:r>
    </w:p>
    <w:p>
      <w:pPr>
        <w:jc w:val="right"/>
      </w:pPr>
      <w:r>
        <w:t>جس طرح شیطان آج ہمارے ساتھ ہے، آدم کے ساتھ بھی شیطان تھا،</w:t>
      </w:r>
    </w:p>
    <w:p>
      <w:r>
        <w:rPr>
          <w:b/>
        </w:rPr>
        <w:t xml:space="preserve">[34:45] </w:t>
      </w:r>
      <w:r>
        <w:t>baqaydah us ne.</w:t>
      </w:r>
    </w:p>
    <w:p>
      <w:pPr>
        <w:jc w:val="right"/>
      </w:pPr>
      <w:r>
        <w:t>باقاعدہ اس نے۔</w:t>
      </w:r>
    </w:p>
    <w:p>
      <w:r>
        <w:rPr>
          <w:b/>
        </w:rPr>
        <w:t xml:space="preserve">[34:48] </w:t>
      </w:r>
      <w:r>
        <w:t>aur jab shaitan ne jab dekha ke khaleefa bana diya Adam ko,</w:t>
      </w:r>
    </w:p>
    <w:p>
      <w:pPr>
        <w:jc w:val="right"/>
      </w:pPr>
      <w:r>
        <w:t>اور جب شیطان نے جب دیکھا کہ خلیفہ بنا دیا آدم کو،</w:t>
      </w:r>
    </w:p>
    <w:p>
      <w:r>
        <w:rPr>
          <w:b/>
        </w:rPr>
        <w:t xml:space="preserve">[34:54] </w:t>
      </w:r>
      <w:r>
        <w:t>mujhe nahi banaya kuch, usi waqt se shaitan dushman ban gaya insaan ka,</w:t>
      </w:r>
    </w:p>
    <w:p>
      <w:pPr>
        <w:jc w:val="right"/>
      </w:pPr>
      <w:r>
        <w:t>مجھے نہیں بنایا کچھ، اسی وقت سے شیطان دشمن بن گیا انسان کا،</w:t>
      </w:r>
    </w:p>
    <w:p>
      <w:r>
        <w:rPr>
          <w:b/>
        </w:rPr>
        <w:t xml:space="preserve">[35:00] </w:t>
      </w:r>
      <w:r>
        <w:t>ke use yeh sabit karna hai ke Khuda ka choice galat tha.</w:t>
      </w:r>
    </w:p>
    <w:p>
      <w:pPr>
        <w:jc w:val="right"/>
      </w:pPr>
      <w:r>
        <w:t>کہ اسے یہ ثابت کرنا ہے کہ خدا کا چوائس غلط تھا۔</w:t>
      </w:r>
    </w:p>
    <w:p>
      <w:r>
        <w:rPr>
          <w:b/>
        </w:rPr>
        <w:t xml:space="preserve">[35:07] </w:t>
      </w:r>
      <w:r>
        <w:t>یعنی مجھے right choice میں تھا، لیکن خدا نے choice لے لیا آدم کا۔</w:t>
      </w:r>
    </w:p>
    <w:p>
      <w:pPr>
        <w:jc w:val="right"/>
      </w:pPr>
      <w:r>
        <w:t>یعنی مجھے رائٹ چوائس میں تھا، لیکن خدا نے چوائس لے لیا آدم کا۔</w:t>
      </w:r>
    </w:p>
    <w:p>
      <w:r>
        <w:rPr>
          <w:b/>
        </w:rPr>
        <w:t xml:space="preserve">[35:13] </w:t>
      </w:r>
      <w:r>
        <w:t>to shaitan dushman hone ka matlab yeh hai ke shaitan poori tareekh mein koshish kar raha hai ke</w:t>
      </w:r>
    </w:p>
    <w:p>
      <w:pPr>
        <w:jc w:val="right"/>
      </w:pPr>
      <w:r>
        <w:t>تو شیطان دشمن ہونے کا مطلب یہ ہے کہ شیطان پوری تاریخ میں کوشش کر رہا ہے کہ</w:t>
      </w:r>
    </w:p>
    <w:p>
      <w:r>
        <w:rPr>
          <w:b/>
        </w:rPr>
        <w:t xml:space="preserve">[35:19] </w:t>
      </w:r>
      <w:r>
        <w:t>wo sabit kare ke Allah ka choice galat tha.</w:t>
      </w:r>
    </w:p>
    <w:p>
      <w:pPr>
        <w:jc w:val="right"/>
      </w:pPr>
      <w:r>
        <w:t>وہ ثابت کرے کہ اللہ کا چوائس غلط تھا۔</w:t>
      </w:r>
    </w:p>
    <w:p>
      <w:r>
        <w:rPr>
          <w:b/>
        </w:rPr>
        <w:t xml:space="preserve">[35:22] </w:t>
      </w:r>
      <w:r>
        <w:t>ab ghor kijiye, kitni badi baat hai yeh ke agar aap shaitan ke waswase se apne ko bachayein,</w:t>
      </w:r>
    </w:p>
    <w:p>
      <w:pPr>
        <w:jc w:val="right"/>
      </w:pPr>
      <w:r>
        <w:t>اب غور کیجیے، کتنی بڑی بات ہے یہ کہ اگر آپ شیطان کے وسوسے سے اپنے کو بچائیں،</w:t>
      </w:r>
    </w:p>
    <w:p>
      <w:r>
        <w:rPr>
          <w:b/>
        </w:rPr>
        <w:t xml:space="preserve">[35:29] </w:t>
      </w:r>
      <w:r>
        <w:t>shaitan jab baqaydah to aap na bhagein, to yeh bahut badi baat hai.</w:t>
      </w:r>
    </w:p>
    <w:p>
      <w:pPr>
        <w:jc w:val="right"/>
      </w:pPr>
      <w:r>
        <w:t>شیطان جب باقاعدہ تو آپ نہ بھاگیں، تو یہ بہت بڑی بات ہے۔</w:t>
      </w:r>
    </w:p>
    <w:p>
      <w:r>
        <w:rPr>
          <w:b/>
        </w:rPr>
        <w:t xml:space="preserve">[35:34] </w:t>
      </w:r>
      <w:r>
        <w:t>yani aap ne goya yeh prove kiya ke shaitan kamyab nahi ho sakta Allah ke muqable mein, ke</w:t>
      </w:r>
    </w:p>
    <w:p>
      <w:pPr>
        <w:jc w:val="right"/>
      </w:pPr>
      <w:r>
        <w:t>یعنی آپ نے گویا یہ پروف کیا کہ شیطان کامیاب نہیں ہو سکتا اللہ کے مقابلے میں، کہ</w:t>
      </w:r>
    </w:p>
    <w:p>
      <w:r>
        <w:rPr>
          <w:b/>
        </w:rPr>
        <w:t xml:space="preserve">[35:43] </w:t>
      </w:r>
      <w:r>
        <w:t>Allah ki, Allah jo hai, uska faisla sahi tha.</w:t>
      </w:r>
    </w:p>
    <w:p>
      <w:pPr>
        <w:jc w:val="right"/>
      </w:pPr>
      <w:r>
        <w:t>اللہ کی، اللہ جو ہے، اس کا فیصلہ صحیح تھا۔</w:t>
      </w:r>
    </w:p>
    <w:p>
      <w:r>
        <w:rPr>
          <w:b/>
        </w:rPr>
        <w:t xml:space="preserve">[35:47] </w:t>
      </w:r>
      <w:r>
        <w:t>yeh insaan ke upar, yani iska test ho raha hai.</w:t>
      </w:r>
    </w:p>
    <w:p>
      <w:pPr>
        <w:jc w:val="right"/>
      </w:pPr>
      <w:r>
        <w:t>یہ انسان کے اوپر، یعنی اس کا ٹیسٹ ہو رہا ہے۔</w:t>
      </w:r>
    </w:p>
    <w:p>
      <w:r>
        <w:rPr>
          <w:b/>
        </w:rPr>
        <w:t xml:space="preserve">[35:52] </w:t>
      </w:r>
      <w:r>
        <w:t>insaan agar bigad jaye to is ka matlab Khuda ka choice galat tha, aur insaan na bigde to</w:t>
      </w:r>
    </w:p>
    <w:p>
      <w:pPr>
        <w:jc w:val="right"/>
      </w:pPr>
      <w:r>
        <w:t>انسان اگر بگڑ جائے تو اس کا معنی خدا کا چوائس غلط تھا، اور انسان نہ بگڑے تو</w:t>
      </w:r>
    </w:p>
    <w:p>
      <w:r>
        <w:rPr>
          <w:b/>
        </w:rPr>
        <w:t xml:space="preserve">[36:00] </w:t>
      </w:r>
      <w:r>
        <w:t>is ka matlab hai ke Allah ka choice sahi tha.</w:t>
      </w:r>
    </w:p>
    <w:p>
      <w:pPr>
        <w:jc w:val="right"/>
      </w:pPr>
      <w:r>
        <w:t>اس کا مطلب ہے کہ اللہ کا چوائس صحیح تھا۔</w:t>
      </w:r>
    </w:p>
    <w:p>
      <w:r>
        <w:rPr>
          <w:b/>
        </w:rPr>
        <w:t xml:space="preserve">[36:03] </w:t>
      </w:r>
      <w:r>
        <w:t>to insan jab</w:t>
      </w:r>
    </w:p>
    <w:p>
      <w:pPr>
        <w:jc w:val="right"/>
      </w:pPr>
      <w:r>
        <w:t>تو انسان جب</w:t>
      </w:r>
    </w:p>
    <w:p>
      <w:r>
        <w:rPr>
          <w:b/>
        </w:rPr>
        <w:t xml:space="preserve">[36:06] </w:t>
      </w:r>
      <w:r>
        <w:t>jab aap sahi sahi</w:t>
      </w:r>
    </w:p>
    <w:p>
      <w:pPr>
        <w:jc w:val="right"/>
      </w:pPr>
      <w:r>
        <w:t>جب آپ صحیح صحیح</w:t>
      </w:r>
    </w:p>
    <w:p>
      <w:r>
        <w:rPr>
          <w:b/>
        </w:rPr>
        <w:t xml:space="preserve">[36:11] </w:t>
      </w:r>
      <w:r>
        <w:t>rastay pe qaim rehta hai, Allah ke jo plan hai, us pe chalta hai, to is ka mani</w:t>
      </w:r>
    </w:p>
    <w:p>
      <w:pPr>
        <w:jc w:val="right"/>
      </w:pPr>
      <w:r>
        <w:t>راستے پہ قائم رہتا ہے، اللہ کے جو پلان ہے، اس پہ چلتا ہے، تو اس کا معنی</w:t>
      </w:r>
    </w:p>
    <w:p>
      <w:r>
        <w:rPr>
          <w:b/>
        </w:rPr>
        <w:t xml:space="preserve">[36:16] </w:t>
      </w:r>
      <w:r>
        <w:t>ke woh woh Allah ke choice ko sahi sabit kar raha hai.</w:t>
      </w:r>
    </w:p>
    <w:p>
      <w:pPr>
        <w:jc w:val="right"/>
      </w:pPr>
      <w:r>
        <w:t>کہ وہ وہ اللہ کے چوائس کو صحیح ثابت کر رہا ہے۔</w:t>
      </w:r>
    </w:p>
    <w:p>
      <w:r>
        <w:rPr>
          <w:b/>
        </w:rPr>
        <w:t xml:space="preserve">[36:21] </w:t>
      </w:r>
      <w:r>
        <w:t>bohat taaliqi baat hai.</w:t>
      </w:r>
    </w:p>
    <w:p>
      <w:pPr>
        <w:jc w:val="right"/>
      </w:pPr>
      <w:r>
        <w:t>بہت تعلیقی بات ہے۔</w:t>
      </w:r>
    </w:p>
    <w:p>
      <w:r>
        <w:rPr>
          <w:b/>
        </w:rPr>
        <w:t xml:space="preserve">[36:24] </w:t>
      </w:r>
      <w:r>
        <w:t>yani shaitan, shaitan ke challenge ke muqable mein is ne kaha ke la tanakurna durriyat hum wa la qailan ke</w:t>
      </w:r>
    </w:p>
    <w:p>
      <w:pPr>
        <w:jc w:val="right"/>
      </w:pPr>
      <w:r>
        <w:t>یعنی شیطان، شیطان کے چیلنج کے مقابلے میں اس نے کہا کہ لَا تَنْكَرْنَا دُرِّيَةُمْ وَلَا قَيْلًا کہ</w:t>
      </w:r>
    </w:p>
    <w:p>
      <w:r>
        <w:rPr>
          <w:b/>
        </w:rPr>
        <w:t xml:space="preserve">[36:31] </w:t>
      </w:r>
      <w:r>
        <w:t>mein sab ko behka doon ga.</w:t>
      </w:r>
    </w:p>
    <w:p>
      <w:pPr>
        <w:jc w:val="right"/>
      </w:pPr>
      <w:r>
        <w:t>میں سب کو بہکا دوں گا۔</w:t>
      </w:r>
    </w:p>
    <w:p>
      <w:r>
        <w:rPr>
          <w:b/>
        </w:rPr>
        <w:t xml:space="preserve">[36:35] </w:t>
      </w:r>
      <w:r>
        <w:t>baray ajeeb insan ko Allah taala ne yeh maqam diya hai, bohat hi bara maqam ke insan ke</w:t>
      </w:r>
    </w:p>
    <w:p>
      <w:pPr>
        <w:jc w:val="right"/>
      </w:pPr>
      <w:r>
        <w:t>بڑے عجیب انسان کو اللہ تعالیٰ نے یہ مقام دیا ہے، بہت ہی بڑا مقام کہ انسان کے</w:t>
      </w:r>
    </w:p>
    <w:p>
      <w:r>
        <w:rPr>
          <w:b/>
        </w:rPr>
        <w:t xml:space="preserve">[36:40] </w:t>
      </w:r>
      <w:r>
        <w:t>satah par yeh faisla ho raha hai ke Allah ka choice sahi tha ya galat tha.</w:t>
      </w:r>
    </w:p>
    <w:p>
      <w:pPr>
        <w:jc w:val="right"/>
      </w:pPr>
      <w:r>
        <w:t>سطح پر یہ فیصلہ ہو رہا ہے کہ اللہ کا چوائس صحیح تھا یا غلط تھا۔</w:t>
      </w:r>
    </w:p>
    <w:p>
      <w:r>
        <w:rPr>
          <w:b/>
        </w:rPr>
        <w:t xml:space="preserve">[36:47] </w:t>
      </w:r>
      <w:r>
        <w:t>kisi ajeeb baat hai.</w:t>
      </w:r>
    </w:p>
    <w:p>
      <w:pPr>
        <w:jc w:val="right"/>
      </w:pPr>
      <w:r>
        <w:t>کیسی عجیب بات ہے۔</w:t>
      </w:r>
    </w:p>
    <w:p>
      <w:r>
        <w:rPr>
          <w:b/>
        </w:rPr>
        <w:t xml:space="preserve">[36:50] </w:t>
      </w:r>
      <w:r>
        <w:t>yeh poori tareekh ko le kar sochiye</w:t>
      </w:r>
    </w:p>
    <w:p>
      <w:pPr>
        <w:jc w:val="right"/>
      </w:pPr>
      <w:r>
        <w:t>یہ پوری تاریخ کو لے کر سوچیے</w:t>
      </w:r>
    </w:p>
    <w:p>
      <w:r>
        <w:rPr>
          <w:b/>
        </w:rPr>
        <w:t xml:space="preserve">[36:53] </w:t>
      </w:r>
      <w:r>
        <w:t>to kya insan ki satah par is baat ka demonstration ho raha hai?</w:t>
      </w:r>
    </w:p>
    <w:p>
      <w:pPr>
        <w:jc w:val="right"/>
      </w:pPr>
      <w:r>
        <w:t>تو کیا انسان کی سطح پر اس بات کا ڈیمونسٹریشن ہو رہا ہے؟</w:t>
      </w:r>
    </w:p>
    <w:p>
      <w:r>
        <w:rPr>
          <w:b/>
        </w:rPr>
        <w:t xml:space="preserve">[37:00] </w:t>
      </w:r>
      <w:r>
        <w:t>demonstration ke Allah ka faisla insan ko ka choice lene mein sahi tha ya galat tha.</w:t>
      </w:r>
    </w:p>
    <w:p>
      <w:pPr>
        <w:jc w:val="right"/>
      </w:pPr>
      <w:r>
        <w:t>ڈیمونسٹریشن کہ اللہ کا فیصلہ انسان کو کا چوائس لینے میں صحیح تھا یا غلط تھا۔</w:t>
      </w:r>
    </w:p>
    <w:p>
      <w:r>
        <w:rPr>
          <w:b/>
        </w:rPr>
        <w:t xml:space="preserve">[37:07] </w:t>
      </w:r>
      <w:r>
        <w:t>to jab jab insan</w:t>
      </w:r>
    </w:p>
    <w:p>
      <w:pPr>
        <w:jc w:val="right"/>
      </w:pPr>
      <w:r>
        <w:t>تو جب جب انسان</w:t>
      </w:r>
    </w:p>
    <w:p>
      <w:r>
        <w:rPr>
          <w:b/>
        </w:rPr>
        <w:t xml:space="preserve">[37:10] </w:t>
      </w:r>
      <w:r>
        <w:t>shaitan ke baqa mein na huwe aur woh ditta rahe shaitan ke muqable mein, shaitan behkaye ga, shaitan</w:t>
      </w:r>
    </w:p>
    <w:p>
      <w:pPr>
        <w:jc w:val="right"/>
      </w:pPr>
      <w:r>
        <w:t>شیطان کے بقا میں نہ ہوئے اور وہ ڈٹا رہے شیطان کے مقابلے میں، شیطان بہکائے گا، شیطان</w:t>
      </w:r>
    </w:p>
    <w:p>
      <w:r>
        <w:rPr>
          <w:b/>
        </w:rPr>
        <w:t xml:space="preserve">[37:18] </w:t>
      </w:r>
      <w:r>
        <w:t>aap ke dimagh mein ulti baatein daalega, shaitan aap ke aap ke andar negative thought layega,</w:t>
      </w:r>
    </w:p>
    <w:p>
      <w:pPr>
        <w:jc w:val="right"/>
      </w:pPr>
      <w:r>
        <w:t>آپ کے دماغ میں الٹی باتیں ڈالے گا، شیطان آپ کے آپ کے اندر نیگیٹیو تھاٹ لائے گا،</w:t>
      </w:r>
    </w:p>
    <w:p>
      <w:r>
        <w:rPr>
          <w:b/>
        </w:rPr>
        <w:t xml:space="preserve">[37:25] </w:t>
      </w:r>
      <w:r>
        <w:t>lekin aap is ko resist karein, resist kar ke khare rahein</w:t>
      </w:r>
    </w:p>
    <w:p>
      <w:pPr>
        <w:jc w:val="right"/>
      </w:pPr>
      <w:r>
        <w:t>لیکن آپ اس کو ریزسٹ کریں، ریزسٹ کر کے کھڑے رہیں</w:t>
      </w:r>
    </w:p>
    <w:p>
      <w:r>
        <w:rPr>
          <w:b/>
        </w:rPr>
        <w:t xml:space="preserve">[37:30] </w:t>
      </w:r>
      <w:r>
        <w:t>to Allah kahe ga ke dekho yeh bande, in bandon ko dekho.</w:t>
      </w:r>
    </w:p>
    <w:p>
      <w:pPr>
        <w:jc w:val="right"/>
      </w:pPr>
      <w:r>
        <w:t>تو اللہ کہے گا کہ دیکھو یہ بندے، ان بندوں کو دیکھو۔</w:t>
      </w:r>
    </w:p>
    <w:p>
      <w:r>
        <w:rPr>
          <w:b/>
        </w:rPr>
        <w:t xml:space="preserve">[37:34] </w:t>
      </w:r>
      <w:r>
        <w:t>Iblees ne kaha ke dekho in bandon ko, yeh sabit ho raha hai ke mera choice sahi tha.</w:t>
      </w:r>
    </w:p>
    <w:p>
      <w:pPr>
        <w:jc w:val="right"/>
      </w:pPr>
      <w:r>
        <w:t>ابلیس نے کہا کہ دیکھو ان بندوں کو، یہ ثابت ہو رہا ہے کہ میرا چوائس صحیح تھا۔</w:t>
      </w:r>
    </w:p>
    <w:p>
      <w:r>
        <w:rPr>
          <w:b/>
        </w:rPr>
        <w:t xml:space="preserve">[37:40] </w:t>
      </w:r>
      <w:r>
        <w:t>kisi ajeeb baat hai.</w:t>
      </w:r>
    </w:p>
    <w:p>
      <w:pPr>
        <w:jc w:val="right"/>
      </w:pPr>
      <w:r>
        <w:t>کیسی عجیب بات ہے۔</w:t>
      </w:r>
    </w:p>
    <w:p>
      <w:r>
        <w:rPr>
          <w:b/>
        </w:rPr>
        <w:t xml:space="preserve">[37:42] </w:t>
      </w:r>
      <w:r>
        <w:t>in bandon ko</w:t>
      </w:r>
    </w:p>
    <w:p>
      <w:pPr>
        <w:jc w:val="right"/>
      </w:pPr>
      <w:r>
        <w:t>ان بندوں کو</w:t>
      </w:r>
    </w:p>
    <w:p>
      <w:r>
        <w:rPr>
          <w:b/>
        </w:rPr>
        <w:t xml:space="preserve">[37:45] </w:t>
      </w:r>
      <w:r>
        <w:t>le kar jo</w:t>
      </w:r>
    </w:p>
    <w:p>
      <w:pPr>
        <w:jc w:val="right"/>
      </w:pPr>
      <w:r>
        <w:t>لے کر جو</w:t>
      </w:r>
    </w:p>
    <w:p>
      <w:r>
        <w:rPr>
          <w:b/>
        </w:rPr>
        <w:t xml:space="preserve">[37:48] </w:t>
      </w:r>
      <w:r>
        <w:t>shaitan se behke nahi aur ditte rahe, is ko le kar shaitan, yani Iblees se kahe ga Allah</w:t>
      </w:r>
    </w:p>
    <w:p>
      <w:pPr>
        <w:jc w:val="right"/>
      </w:pPr>
      <w:r>
        <w:t>شیطان سے بہکے نہیں اور ڈٹے رہے، اس کو لے کر شیطان، یعنی ابلیس سے کہے گا اللہ</w:t>
      </w:r>
    </w:p>
    <w:p>
      <w:r>
        <w:rPr>
          <w:b/>
        </w:rPr>
        <w:t xml:space="preserve">[37:55] </w:t>
      </w:r>
      <w:r>
        <w:t>taala ke dekho in bandon ko, insano ko, mera choice sahi tha.</w:t>
      </w:r>
    </w:p>
    <w:p>
      <w:pPr>
        <w:jc w:val="right"/>
      </w:pPr>
      <w:r>
        <w:t>تعالیٰ کہ دیکھو ان بندوں کو، انسانوں کو، میرا چوائس صحیح تھا۔</w:t>
      </w:r>
    </w:p>
    <w:p>
      <w:r>
        <w:rPr>
          <w:b/>
        </w:rPr>
        <w:t xml:space="preserve">[38:01] </w:t>
      </w:r>
      <w:r>
        <w:t>dunya mein bhi keh raha hai, akhirat mein to baqayda, yani alfaaz ki soorat yahan bator waqia keh</w:t>
      </w:r>
    </w:p>
    <w:p>
      <w:pPr>
        <w:jc w:val="right"/>
      </w:pPr>
      <w:r>
        <w:t>دنیا میں بھی کہہ رہا ہے، آخرت میں تو باقاعدہ، یعنی الفاظ کی صورت یہاں بطور واقعہ کہہ</w:t>
      </w:r>
    </w:p>
    <w:p>
      <w:r>
        <w:rPr>
          <w:b/>
        </w:rPr>
        <w:t xml:space="preserve">[38:07] </w:t>
      </w:r>
      <w:r>
        <w:t>raha hai Allah taala, aur aakhirat mein lafzon mein kahega ke dekha hai iblis, mera faisla kitna</w:t>
      </w:r>
    </w:p>
    <w:p>
      <w:pPr>
        <w:jc w:val="right"/>
      </w:pPr>
      <w:r>
        <w:t>رہا ہے اللہ تعالیٰ، اور آخرت میں لفظوں میں کہے گا کہ دیکھا ہے ابلیس، میرا فیصلہ کتنا</w:t>
      </w:r>
    </w:p>
    <w:p>
      <w:r>
        <w:rPr>
          <w:b/>
        </w:rPr>
        <w:t xml:space="preserve">[38:14] </w:t>
      </w:r>
      <w:r>
        <w:t>saheeh tha. un insano ko dekho, yeh insaan</w:t>
      </w:r>
    </w:p>
    <w:p>
      <w:pPr>
        <w:jc w:val="right"/>
      </w:pPr>
      <w:r>
        <w:t>صحیح تھا۔ ان انسانوں کو دیکھو، یہ انسان</w:t>
      </w:r>
    </w:p>
    <w:p>
      <w:r>
        <w:rPr>
          <w:b/>
        </w:rPr>
        <w:t xml:space="preserve">[38:18] </w:t>
      </w:r>
      <w:r>
        <w:t>tune bahut behkaya, in ko tune bahut in ke mind mein baatein daali, lekin woh nahin</w:t>
      </w:r>
    </w:p>
    <w:p>
      <w:pPr>
        <w:jc w:val="right"/>
      </w:pPr>
      <w:r>
        <w:t>تو نے بہت بہکایا، ان کو تو نے بہت ان کے مائنڈ میں باتیں ڈالی، لیکن وہ نہیں</w:t>
      </w:r>
    </w:p>
    <w:p>
      <w:r>
        <w:rPr>
          <w:b/>
        </w:rPr>
        <w:t xml:space="preserve">[38:23] </w:t>
      </w:r>
      <w:r>
        <w:t>behke the, woh mere</w:t>
      </w:r>
    </w:p>
    <w:p>
      <w:pPr>
        <w:jc w:val="right"/>
      </w:pPr>
      <w:r>
        <w:t>بہکے تھے، وہ میرے</w:t>
      </w:r>
    </w:p>
    <w:p>
      <w:r>
        <w:rPr>
          <w:b/>
        </w:rPr>
        <w:t xml:space="preserve">[38:27] </w:t>
      </w:r>
      <w:r>
        <w:t>mere kehne par qaim rahe.</w:t>
      </w:r>
    </w:p>
    <w:p>
      <w:pPr>
        <w:jc w:val="right"/>
      </w:pPr>
      <w:r>
        <w:t>میرے کہنے پر قائم رہے۔</w:t>
      </w:r>
    </w:p>
    <w:p>
      <w:r>
        <w:rPr>
          <w:b/>
        </w:rPr>
        <w:t xml:space="preserve">[38:30] </w:t>
      </w:r>
      <w:r>
        <w:t>kaisa ajeeb insaan ko maqam diya Allah taala ne.</w:t>
      </w:r>
    </w:p>
    <w:p>
      <w:pPr>
        <w:jc w:val="right"/>
      </w:pPr>
      <w:r>
        <w:t>کیسا عجیب انسان کو مقام دیا اللہ تعالیٰ نے۔</w:t>
      </w:r>
    </w:p>
    <w:p>
      <w:r>
        <w:rPr>
          <w:b/>
        </w:rPr>
        <w:t xml:space="preserve">[38:36] </w:t>
      </w:r>
      <w:r>
        <w:t>wa qulna bituba walakum fil arzi mustaqarrona wa mataa'una ila hein aur Allah ne kaha ke utro,</w:t>
      </w:r>
    </w:p>
    <w:p>
      <w:pPr>
        <w:jc w:val="right"/>
      </w:pPr>
      <w:r>
        <w:t>وَقُلْنَا بِتُوبَا وَلَكُمْ فِي الْأَرْضِ مُسْتَقَرُّونَ وَمَتَاعُونَ إِلَى حَيْنٍ اور اللہ نے کہا کہ اترو،</w:t>
      </w:r>
    </w:p>
    <w:p>
      <w:r>
        <w:rPr>
          <w:b/>
        </w:rPr>
        <w:t xml:space="preserve">[38:47] </w:t>
      </w:r>
      <w:r>
        <w:t>yaani yeh yeh woh maqam jahan jannat thi, wahan se utro aur jao is planet earth par,</w:t>
      </w:r>
    </w:p>
    <w:p>
      <w:pPr>
        <w:jc w:val="right"/>
      </w:pPr>
      <w:r>
        <w:t>یعنی یہ یہ وہ مقام جہاں جنت تھی، وہاں سے اترو اور جاؤ اس پلینٹ ارتھ پر،</w:t>
      </w:r>
    </w:p>
    <w:p>
      <w:r>
        <w:rPr>
          <w:b/>
        </w:rPr>
        <w:t xml:space="preserve">[38:56] </w:t>
      </w:r>
      <w:r>
        <w:t>aur tum ek doosre ke dushman ho gaye, yaani</w:t>
      </w:r>
    </w:p>
    <w:p>
      <w:pPr>
        <w:jc w:val="right"/>
      </w:pPr>
      <w:r>
        <w:t>اور تم ایک دوسرے کے دشمن ہو گئے، یعنی</w:t>
      </w:r>
    </w:p>
    <w:p>
      <w:r>
        <w:rPr>
          <w:b/>
        </w:rPr>
        <w:t xml:space="preserve">[39:00] </w:t>
      </w:r>
      <w:r>
        <w:t>shaitan aur iblis aur insaan dono ek doosre ke dushman ho gaye.</w:t>
      </w:r>
    </w:p>
    <w:p>
      <w:pPr>
        <w:jc w:val="right"/>
      </w:pPr>
      <w:r>
        <w:t>شیطان اور ابلیس اور انسان دونوں ایک دوسرے کے دشمن ہو گئے۔</w:t>
      </w:r>
    </w:p>
    <w:p>
      <w:r>
        <w:rPr>
          <w:b/>
        </w:rPr>
        <w:t xml:space="preserve">[39:04] </w:t>
      </w:r>
      <w:r>
        <w:t>yaani shaitan chahega ke insaan ko neecha dikhaye, insaan chahega ke shaitan ki na chalne paaye.</w:t>
      </w:r>
    </w:p>
    <w:p>
      <w:pPr>
        <w:jc w:val="right"/>
      </w:pPr>
      <w:r>
        <w:t>یعنی شیطان چاہے گا کہ انسان کو نیچا دکھائے، انسان چاہے گا کہ شیطان کی نہ چلنے پائے۔</w:t>
      </w:r>
    </w:p>
    <w:p>
      <w:r>
        <w:rPr>
          <w:b/>
        </w:rPr>
        <w:t xml:space="preserve">[39:13] </w:t>
      </w:r>
      <w:r>
        <w:t>walakum fil arzi mustaqarrona wa mataa'una ila hein tumhare zameen par rehna hai ek muddat tak,</w:t>
      </w:r>
    </w:p>
    <w:p>
      <w:pPr>
        <w:jc w:val="right"/>
      </w:pPr>
      <w:r>
        <w:t>وَلَكُمْ فِي الْأَرْضِ مُسْتَقَرُّونَ وَمَتَاعُونَ إِلَى حَيْنٍ تمہارے زمین پر رہنا ہے ایک مدت تک،</w:t>
      </w:r>
    </w:p>
    <w:p>
      <w:r>
        <w:rPr>
          <w:b/>
        </w:rPr>
        <w:t xml:space="preserve">[39:20] </w:t>
      </w:r>
      <w:r>
        <w:t>ek muddat tak, hamesha ke liye nahin hai, ek muddat tak hai, is ke baad phir qayamat ka</w:t>
      </w:r>
    </w:p>
    <w:p>
      <w:pPr>
        <w:jc w:val="right"/>
      </w:pPr>
      <w:r>
        <w:t>ایک مدت تک، ہمیشہ کے لیے نہیں ہے، ایک مدت تک ہے، اس کے بعد پھر قیامت کا</w:t>
      </w:r>
    </w:p>
    <w:p>
      <w:r>
        <w:rPr>
          <w:b/>
        </w:rPr>
        <w:t xml:space="preserve">[39:26] </w:t>
      </w:r>
      <w:r>
        <w:t>waqt aa jayega.</w:t>
      </w:r>
    </w:p>
    <w:p>
      <w:pPr>
        <w:jc w:val="right"/>
      </w:pPr>
      <w:r>
        <w:t>وقت آ جائے گا۔</w:t>
      </w:r>
    </w:p>
    <w:p>
      <w:r>
        <w:rPr>
          <w:b/>
        </w:rPr>
        <w:t xml:space="preserve">[39:28] </w:t>
      </w:r>
      <w:r>
        <w:t>fatalaqqa adam min rabbihi kalimatin fataba alaih</w:t>
      </w:r>
    </w:p>
    <w:p>
      <w:pPr>
        <w:jc w:val="right"/>
      </w:pPr>
      <w:r>
        <w:t>فَتَلَقَّى آدَمُ مِنْ رَبِّهِ كَلِمَاتٍ فَتَابَ عَلَيْهِ</w:t>
      </w:r>
    </w:p>
    <w:p>
      <w:r>
        <w:rPr>
          <w:b/>
        </w:rPr>
        <w:t xml:space="preserve">[39:33] </w:t>
      </w:r>
      <w:r>
        <w:t>yaani shaitan ne behkaya, aur Adam ne ja kar ke is is five burden tree ka phal kha</w:t>
      </w:r>
    </w:p>
    <w:p>
      <w:pPr>
        <w:jc w:val="right"/>
      </w:pPr>
      <w:r>
        <w:t>یعنی شیطان نے بہکایا، اور آدم نے جا کر کے اس اس فائیو برڈن ٹری کا پھل کھا</w:t>
      </w:r>
    </w:p>
    <w:p>
      <w:r>
        <w:rPr>
          <w:b/>
        </w:rPr>
        <w:t xml:space="preserve">[39:39] </w:t>
      </w:r>
      <w:r>
        <w:t>liya. to hadith mein aata hai ke is ke baad bahut dinon tak Adam rote rahe, rote rahe,</w:t>
      </w:r>
    </w:p>
    <w:p>
      <w:pPr>
        <w:jc w:val="right"/>
      </w:pPr>
      <w:r>
        <w:t>لیا۔ تو حدیث میں آتا ہے کہ اس کے بعد بہت دنوں تک آدم روتے رہے، روتے رہے،</w:t>
      </w:r>
    </w:p>
    <w:p>
      <w:r>
        <w:rPr>
          <w:b/>
        </w:rPr>
        <w:t xml:space="preserve">[39:45] </w:t>
      </w:r>
      <w:r>
        <w:t>rote rahe, yaani waqti tor par un ko is temptation hua, un ko, aur shaitan ke behkane mein</w:t>
      </w:r>
    </w:p>
    <w:p>
      <w:pPr>
        <w:jc w:val="right"/>
      </w:pPr>
      <w:r>
        <w:t>روتے رہے، یعنی وقتی طور پر ان کو اس ٹیمپٹیشن ہوا، ان کو، اور شیطان کے بہکانے میں</w:t>
      </w:r>
    </w:p>
    <w:p>
      <w:r>
        <w:rPr>
          <w:b/>
        </w:rPr>
        <w:t xml:space="preserve">[39:52] </w:t>
      </w:r>
      <w:r>
        <w:t>aa gaye, waqti tor par, aur ja ke is is darakht ka phal kha liya, dono ne, Adam</w:t>
      </w:r>
    </w:p>
    <w:p>
      <w:pPr>
        <w:jc w:val="right"/>
      </w:pPr>
      <w:r>
        <w:t>آ گئے، وقتی طور پر، اور جا کے اس اس درخت کا پھل کھا لیا، دونوں نے، آدم</w:t>
      </w:r>
    </w:p>
    <w:p>
      <w:r>
        <w:rPr>
          <w:b/>
        </w:rPr>
        <w:t xml:space="preserve">[39:58] </w:t>
      </w:r>
      <w:r>
        <w:t>ne bhi aur un ki biwi ne bhi,</w:t>
      </w:r>
    </w:p>
    <w:p>
      <w:pPr>
        <w:jc w:val="right"/>
      </w:pPr>
      <w:r>
        <w:t>نے بھی اور ان کی بیوی نے بھی،</w:t>
      </w:r>
    </w:p>
    <w:p>
      <w:r>
        <w:rPr>
          <w:b/>
        </w:rPr>
        <w:t xml:space="preserve">[40:02] </w:t>
      </w:r>
      <w:r>
        <w:t>lekin jald hi un ko ehsaas ho gaya ke maine ghalti ki, aur ghalti yeh thi ke</w:t>
      </w:r>
    </w:p>
    <w:p>
      <w:pPr>
        <w:jc w:val="right"/>
      </w:pPr>
      <w:r>
        <w:t>لیکن جلد ہی ان کو احساس ہو گیا کہ میں نے غلطی کی، اور غلطی یہ تھی کہ</w:t>
      </w:r>
    </w:p>
    <w:p>
      <w:r>
        <w:rPr>
          <w:b/>
        </w:rPr>
        <w:t xml:space="preserve">[40:06] </w:t>
      </w:r>
      <w:r>
        <w:t>un ko Quran mein bataya gaya ke woh un ka libaas utar gaya.</w:t>
      </w:r>
    </w:p>
    <w:p>
      <w:pPr>
        <w:jc w:val="right"/>
      </w:pPr>
      <w:r>
        <w:t>ان کو قرآن میں بتایا گیا کہ وہ ان کا لباس اتر گیا۔</w:t>
      </w:r>
    </w:p>
    <w:p>
      <w:r>
        <w:rPr>
          <w:b/>
        </w:rPr>
        <w:t xml:space="preserve">[40:11] </w:t>
      </w:r>
      <w:r>
        <w:t>jab libaas utar gaya,</w:t>
      </w:r>
    </w:p>
    <w:p>
      <w:pPr>
        <w:jc w:val="right"/>
      </w:pPr>
      <w:r>
        <w:t>جب لباس اتر گیا،</w:t>
      </w:r>
    </w:p>
    <w:p>
      <w:r>
        <w:rPr>
          <w:b/>
        </w:rPr>
        <w:t xml:space="preserve">[40:14] </w:t>
      </w:r>
      <w:r>
        <w:t>libaas ka matlab mere khayal se yahan par yeh kapda nahin hai, balke rehmat, ek rehmat hai jo</w:t>
      </w:r>
    </w:p>
    <w:p>
      <w:pPr>
        <w:jc w:val="right"/>
      </w:pPr>
      <w:r>
        <w:t>لباس کا مطلب میرے خیال سے یہاں پر یہ کپڑا نہیں ہے، بلکہ رحمت، ایک رحمت ہے جو</w:t>
      </w:r>
    </w:p>
    <w:p>
      <w:r>
        <w:rPr>
          <w:b/>
        </w:rPr>
        <w:t xml:space="preserve">[40:20] </w:t>
      </w:r>
      <w:r>
        <w:t>aap ko engulf kiye rehti hai, woh rehmat khatm ho gayi.</w:t>
      </w:r>
    </w:p>
    <w:p>
      <w:pPr>
        <w:jc w:val="right"/>
      </w:pPr>
      <w:r>
        <w:t>آپ کو اینگلف کیے رہتی ہے، وہ رحمت ختم ہو گئی۔</w:t>
      </w:r>
    </w:p>
    <w:p>
      <w:r>
        <w:rPr>
          <w:b/>
        </w:rPr>
        <w:t xml:space="preserve">[40:24] </w:t>
      </w:r>
      <w:r>
        <w:t>to unhon ne kaha, "arey rehmat, main Allah ki rehmat se mehroom ho gaya!"</w:t>
      </w:r>
    </w:p>
    <w:p>
      <w:pPr>
        <w:jc w:val="right"/>
      </w:pPr>
      <w:r>
        <w:t>تو انہوں نے کہا، "ارے رحمت، میں اللہ کی رحمت سے محروم ہو گیا!"</w:t>
      </w:r>
    </w:p>
    <w:p>
      <w:r>
        <w:rPr>
          <w:b/>
        </w:rPr>
        <w:t xml:space="preserve">[40:28] </w:t>
      </w:r>
      <w:r>
        <w:t>tab woh lage rone aur maafi mangne.</w:t>
      </w:r>
    </w:p>
    <w:p>
      <w:pPr>
        <w:jc w:val="right"/>
      </w:pPr>
      <w:r>
        <w:t>تب وہ لگے رونے اور معافی مانگنے۔</w:t>
      </w:r>
    </w:p>
    <w:p>
      <w:r>
        <w:rPr>
          <w:b/>
        </w:rPr>
        <w:t xml:space="preserve">[40:32] </w:t>
      </w:r>
      <w:r>
        <w:t>innalahu huwat tawwabur rahim phir Allah ne un ki tauba qubool ki aur un ko maaf kar diya,</w:t>
      </w:r>
    </w:p>
    <w:p>
      <w:pPr>
        <w:jc w:val="right"/>
      </w:pPr>
      <w:r>
        <w:t>إِنَّهُ هُوَ التَّوَابُ الرَّحِيمُ پھر اللہ نے ان کی توبہ قبول کی اور ان کو معاف کر دیا،</w:t>
      </w:r>
    </w:p>
    <w:p>
      <w:r>
        <w:rPr>
          <w:b/>
        </w:rPr>
        <w:t xml:space="preserve">[40:39] </w:t>
      </w:r>
      <w:r>
        <w:t>aur phir un ko dobara woh hasiyat de di jo hasiyat pehle un ko hasil thi.</w:t>
      </w:r>
    </w:p>
    <w:p>
      <w:pPr>
        <w:jc w:val="right"/>
      </w:pPr>
      <w:r>
        <w:t>اور پھر ان کو دوبارہ وہ حیثیت دے دی جو حیثیت پہلے ان کو حاصل تھی۔</w:t>
      </w:r>
    </w:p>
    <w:p>
      <w:r>
        <w:rPr>
          <w:b/>
        </w:rPr>
        <w:t xml:space="preserve">[40:44] </w:t>
      </w:r>
      <w:r>
        <w:t>to aaj ka yeh</w:t>
      </w:r>
    </w:p>
    <w:p>
      <w:pPr>
        <w:jc w:val="right"/>
      </w:pPr>
      <w:r>
        <w:t>تو آج کا یہ</w:t>
      </w:r>
    </w:p>
    <w:p>
      <w:r>
        <w:rPr>
          <w:b/>
        </w:rPr>
        <w:t xml:space="preserve">[40:47] </w:t>
      </w:r>
      <w:r>
        <w:t>hissa aap ke samne aaya, aaj aap ne do baat daryaft ki, ek to yeh baat jo</w:t>
      </w:r>
    </w:p>
    <w:p>
      <w:pPr>
        <w:jc w:val="right"/>
      </w:pPr>
      <w:r>
        <w:t>حصہ آپ کے سامنے آیا، آج آپ نے دو بات دریافت کی، ایک تو یہ بات جو</w:t>
      </w:r>
    </w:p>
    <w:p>
      <w:r>
        <w:rPr>
          <w:b/>
        </w:rPr>
        <w:t xml:space="preserve">[40:56] </w:t>
      </w:r>
      <w:r>
        <w:t>Allah ki jo is wasf takhleeq hai insan, is ke bare mein, aur doosri baat jo main ne</w:t>
      </w:r>
    </w:p>
    <w:p>
      <w:pPr>
        <w:jc w:val="right"/>
      </w:pPr>
      <w:r>
        <w:t>اللہ کی جو اس وصف تخلیق ہے انسان، اس کے بارے میں، اور دوسری بات جو میں نے</w:t>
      </w:r>
    </w:p>
    <w:p>
      <w:r>
        <w:rPr>
          <w:b/>
        </w:rPr>
        <w:t xml:space="preserve">[41:02] </w:t>
      </w:r>
      <w:r>
        <w:t>pehley kahi thi ke agar hum,</w:t>
      </w:r>
    </w:p>
    <w:p>
      <w:pPr>
        <w:jc w:val="right"/>
      </w:pPr>
      <w:r>
        <w:t>پہلے کہی تھی کہ اگر ہم،</w:t>
      </w:r>
    </w:p>
    <w:p>
      <w:r>
        <w:rPr>
          <w:b/>
        </w:rPr>
        <w:t xml:space="preserve">[41:07] </w:t>
      </w:r>
      <w:r>
        <w:t>yani agar hamare andar</w:t>
      </w:r>
    </w:p>
    <w:p>
      <w:pPr>
        <w:jc w:val="right"/>
      </w:pPr>
      <w:r>
        <w:t>یعنی اگر ہمارے اندر</w:t>
      </w:r>
    </w:p>
    <w:p>
      <w:r>
        <w:rPr>
          <w:b/>
        </w:rPr>
        <w:t xml:space="preserve">[41:12] </w:t>
      </w:r>
      <w:r>
        <w:t>aala darje ki marifat ho to hum 21veen sadi mein saatveen sadi ko dohra sakte hain, is zamane</w:t>
      </w:r>
    </w:p>
    <w:p>
      <w:pPr>
        <w:jc w:val="right"/>
      </w:pPr>
      <w:r>
        <w:t>اعلیٰ درجے کی معرفت ہو تو ہم 21ویں صدی میں ساتویں صدی کو دہرا سکتے ہیں، اس زمانے</w:t>
      </w:r>
    </w:p>
    <w:p>
      <w:r>
        <w:rPr>
          <w:b/>
        </w:rPr>
        <w:t xml:space="preserve">[41:18] </w:t>
      </w:r>
      <w:r>
        <w:t>ko jab ke dunya mein Allah ke rasool, Allah aur sahaba maujood thay.</w:t>
      </w:r>
    </w:p>
    <w:p>
      <w:pPr>
        <w:jc w:val="right"/>
      </w:pPr>
      <w:r>
        <w:t>کو جب کہ دنیا میں اللہ کے رسول، اللہ اور صحابہ موجود تھے۔</w:t>
      </w:r>
    </w:p>
    <w:p>
      <w:r>
        <w:rPr>
          <w:b/>
        </w:rPr>
        <w:t xml:space="preserve">[41:25] </w:t>
      </w:r>
      <w:r>
        <w:t>assalamu alaikum wa rehmatullah.</w:t>
      </w:r>
    </w:p>
    <w:p>
      <w:pPr>
        <w:jc w:val="right"/>
      </w:pPr>
      <w:r>
        <w:t>السَّلَامُ عَلَيْكُمْ وَرَحْمَةُ اللَّهِ.</w:t>
      </w:r>
    </w:p>
    <w:p>
      <w:r>
        <w:rPr>
          <w:b/>
        </w:rPr>
        <w:t xml:space="preserve">[41:33] </w:t>
      </w:r>
      <w:r>
        <w:t>aur Maulana, yeh bhi bohat striking tha ke</w:t>
      </w:r>
    </w:p>
    <w:p>
      <w:pPr>
        <w:jc w:val="right"/>
      </w:pPr>
      <w:r>
        <w:t>اور مولانا، یہ بھی بہت سٹرائیکنگ تھا کہ</w:t>
      </w:r>
    </w:p>
    <w:p>
      <w:r>
        <w:rPr>
          <w:b/>
        </w:rPr>
        <w:t xml:space="preserve">[41:37] </w:t>
      </w:r>
      <w:r>
        <w:t>ke shaitan ke rastay pe na chal ke yeh prove karna ke Khuda ki choice jo thi woh</w:t>
      </w:r>
    </w:p>
    <w:p>
      <w:pPr>
        <w:jc w:val="right"/>
      </w:pPr>
      <w:r>
        <w:t>کہ شیطان کے راستے پہ نہ چل کے یہ پروف کرنا کہ خدا کی چوائس جو تھی وہ</w:t>
      </w:r>
    </w:p>
    <w:p>
      <w:r>
        <w:rPr>
          <w:b/>
        </w:rPr>
        <w:t xml:space="preserve">[41:44] </w:t>
      </w:r>
      <w:r>
        <w:t>sahi thi, to yeh bhi bohat bari cheez hai, Maulana.</w:t>
      </w:r>
    </w:p>
    <w:p>
      <w:pPr>
        <w:jc w:val="right"/>
      </w:pPr>
      <w:r>
        <w:t>صحیح تھی، تو یہ بھی بہت بڑی چیز ہے، مولانا۔</w:t>
      </w:r>
    </w:p>
    <w:p>
      <w:r>
        <w:rPr>
          <w:b/>
        </w:rPr>
        <w:t xml:space="preserve">[41:47] </w:t>
      </w:r>
      <w:r>
        <w:t>bohat ajeeb cheez hai, yani aap kitne bare maqam par hain, insan kitne bare maqam par hai ke</w:t>
      </w:r>
    </w:p>
    <w:p>
      <w:pPr>
        <w:jc w:val="right"/>
      </w:pPr>
      <w:r>
        <w:t>بہت عجیب چیز ہے، یعنی آپ کتنے بڑے مقام پر ہیں، انسان کتنے بڑے مقام پر ہے کہ</w:t>
      </w:r>
    </w:p>
    <w:p>
      <w:r>
        <w:rPr>
          <w:b/>
        </w:rPr>
        <w:t xml:space="preserve">[41:54] </w:t>
      </w:r>
      <w:r>
        <w:t>Allah ke bare mein sabit karega woh ke Allah ka choice sahi tha.</w:t>
      </w:r>
    </w:p>
    <w:p>
      <w:pPr>
        <w:jc w:val="right"/>
      </w:pPr>
      <w:r>
        <w:t>اللہ کے بارے میں ثابت کرے گا وہ کہ اللہ کا چوائس صحیح تھا۔</w:t>
      </w:r>
    </w:p>
    <w:p>
      <w:r>
        <w:rPr>
          <w:b/>
        </w:rPr>
        <w:t xml:space="preserve">[41:59] </w:t>
      </w:r>
      <w:r>
        <w:t>kisi ajeeb baat hai!</w:t>
      </w:r>
    </w:p>
    <w:p>
      <w:pPr>
        <w:jc w:val="right"/>
      </w:pPr>
      <w:r>
        <w:t>کیسی عجیب بات ہے!</w:t>
      </w:r>
    </w:p>
    <w:p>
      <w:r>
        <w:rPr>
          <w:b/>
        </w:rPr>
        <w:t xml:space="preserve">[42:00] </w:t>
      </w:r>
      <w:r>
        <w:t>ji, aur ab is is ke baad Allah kitni bari rehmaten dega is ko, kitna bara reward</w:t>
      </w:r>
    </w:p>
    <w:p>
      <w:pPr>
        <w:jc w:val="right"/>
      </w:pPr>
      <w:r>
        <w:t>جی، اور اب اس اس کے بعد اللہ کتنی بڑی رحمتیں دے گا اس کو، کتنا بڑا ریوارڈ</w:t>
      </w:r>
    </w:p>
    <w:p>
      <w:r>
        <w:rPr>
          <w:b/>
        </w:rPr>
        <w:t xml:space="preserve">[42:07] </w:t>
      </w:r>
      <w:r>
        <w:t>dega is ko.</w:t>
      </w:r>
    </w:p>
    <w:p>
      <w:pPr>
        <w:jc w:val="right"/>
      </w:pPr>
      <w:r>
        <w:t>دے گا اس کو۔</w:t>
      </w:r>
    </w:p>
    <w:p>
      <w:r>
        <w:rPr>
          <w:b/>
        </w:rPr>
        <w:t xml:space="preserve">[42:07] </w:t>
      </w:r>
      <w:r>
        <w:t>soch soch ke,</w:t>
      </w:r>
    </w:p>
    <w:p>
      <w:pPr>
        <w:jc w:val="right"/>
      </w:pPr>
      <w:r>
        <w:t>سوچ سوچ کے،</w:t>
      </w:r>
    </w:p>
    <w:p>
      <w:r>
        <w:rPr>
          <w:b/>
        </w:rPr>
        <w:t xml:space="preserve">[42:11] </w:t>
      </w:r>
      <w:r>
        <w:t>kyun ke Allah agar kahe ke mera choice sahi tha to woh to ek ek party ka khud</w:t>
      </w:r>
    </w:p>
    <w:p>
      <w:pPr>
        <w:jc w:val="right"/>
      </w:pPr>
      <w:r>
        <w:t>کیونکہ اللہ اگر کہے کہ میرا چوائس صحیح تھا تو وہ تو ایک ایک پارٹی کا خود</w:t>
      </w:r>
    </w:p>
    <w:p>
      <w:r>
        <w:rPr>
          <w:b/>
        </w:rPr>
        <w:t xml:space="preserve">[42:18] </w:t>
      </w:r>
      <w:r>
        <w:t>claim hua, lekin insan agar sabit kare to zyada bari baat hai.</w:t>
      </w:r>
    </w:p>
    <w:p>
      <w:pPr>
        <w:jc w:val="right"/>
      </w:pPr>
      <w:r>
        <w:t>کلیم ہوا، لیکن انسان اگر ثابت کرے تو زیادہ بڑی بات ہے۔</w:t>
      </w:r>
    </w:p>
    <w:p>
      <w:r>
        <w:rPr>
          <w:b/>
        </w:rPr>
        <w:t xml:space="preserve">[42:24] </w:t>
      </w:r>
      <w:r>
        <w:t>agar Allah yeh kahe ke mera choice sahi tha to yeh to ek party hai, is ka is</w:t>
      </w:r>
    </w:p>
    <w:p>
      <w:pPr>
        <w:jc w:val="right"/>
      </w:pPr>
      <w:r>
        <w:t>اگر اللہ یہ کہے کہ میرا چوائس صحیح تھا تو یہ تو ایک پارٹی ہے، اس کا اس</w:t>
      </w:r>
    </w:p>
    <w:p>
      <w:r>
        <w:rPr>
          <w:b/>
        </w:rPr>
        <w:t xml:space="preserve">[42:28] </w:t>
      </w:r>
      <w:r>
        <w:t>ne claim kiya, woh zyada bari baat nahi hai.</w:t>
      </w:r>
    </w:p>
    <w:p>
      <w:pPr>
        <w:jc w:val="right"/>
      </w:pPr>
      <w:r>
        <w:t>نے کلیم کیا، وہ زیادہ بڑی بات نہیں ہے۔</w:t>
      </w:r>
    </w:p>
    <w:p>
      <w:r>
        <w:rPr>
          <w:b/>
        </w:rPr>
        <w:t xml:space="preserve">[42:32] </w:t>
      </w:r>
      <w:r>
        <w:t>bari baat yeh hai ke insaan</w:t>
      </w:r>
    </w:p>
    <w:p>
      <w:pPr>
        <w:jc w:val="right"/>
      </w:pPr>
      <w:r>
        <w:t>بڑی بات یہ ہے کہ انسان</w:t>
      </w:r>
    </w:p>
    <w:p>
      <w:r>
        <w:rPr>
          <w:b/>
        </w:rPr>
        <w:t xml:space="preserve">[42:35] </w:t>
      </w:r>
      <w:r>
        <w:t>practically aisa kar ke dikhaye aur phir us ko</w:t>
      </w:r>
    </w:p>
    <w:p>
      <w:pPr>
        <w:jc w:val="right"/>
      </w:pPr>
      <w:r>
        <w:t>پریکٹیکلی ایسا کر کے دکھائے اور پھر اس کو</w:t>
      </w:r>
    </w:p>
    <w:p>
      <w:r>
        <w:rPr>
          <w:b/>
        </w:rPr>
        <w:t xml:space="preserve">[42:41] </w:t>
      </w:r>
      <w:r>
        <w:t>is baat ka demonstration de, insaan ke Allah ka choice sahi tha, to Allah us ko kitni zyada</w:t>
      </w:r>
    </w:p>
    <w:p>
      <w:pPr>
        <w:jc w:val="right"/>
      </w:pPr>
      <w:r>
        <w:t>اس بات کا ڈیمونسٹریشن دے، انسان کہ اللہ کا چوائس صحیح تھا، تو اللہ اس کو کتنی زیادہ</w:t>
      </w:r>
    </w:p>
    <w:p>
      <w:r>
        <w:rPr>
          <w:b/>
        </w:rPr>
        <w:t xml:space="preserve">[42:49] </w:t>
      </w:r>
      <w:r>
        <w:t>reward de ga.</w:t>
      </w:r>
    </w:p>
    <w:p>
      <w:pPr>
        <w:jc w:val="right"/>
      </w:pPr>
      <w:r>
        <w:t>ریوارڈ دے گا۔</w:t>
      </w:r>
    </w:p>
    <w:p>
      <w:r>
        <w:rPr>
          <w:b/>
        </w:rPr>
        <w:t xml:space="preserve">[42:50] </w:t>
      </w:r>
      <w:r>
        <w:t>sochiye</w:t>
      </w:r>
    </w:p>
    <w:p>
      <w:pPr>
        <w:jc w:val="right"/>
      </w:pPr>
      <w:r>
        <w:t>سوچیے</w:t>
      </w:r>
    </w:p>
    <w:p>
      <w:r>
        <w:rPr>
          <w:b/>
        </w:rPr>
        <w:t xml:space="preserve">[42:51] </w:t>
      </w:r>
      <w:r>
        <w:t>, Maulana, woh yeh pooch rahi hain aap se ke jab insaan ke paas freedom hoti hai to</w:t>
      </w:r>
    </w:p>
    <w:p>
      <w:pPr>
        <w:jc w:val="right"/>
      </w:pPr>
      <w:r>
        <w:t>، مولانا، وہ یہ پوچھ رہی ہیں آپ سے کہ جب انسان کے پاس فریڈم ہوتی ہے تو</w:t>
      </w:r>
    </w:p>
    <w:p>
      <w:r>
        <w:rPr>
          <w:b/>
        </w:rPr>
        <w:t xml:space="preserve">[42:57] </w:t>
      </w:r>
      <w:r>
        <w:t>woh bohat powerful apne aap ko mehsoos karta hai.</w:t>
      </w:r>
    </w:p>
    <w:p>
      <w:pPr>
        <w:jc w:val="right"/>
      </w:pPr>
      <w:r>
        <w:t>وہ بہت پاورفل اپنے آپ کو محسوس کرتا ہے۔</w:t>
      </w:r>
    </w:p>
    <w:p>
      <w:r>
        <w:rPr>
          <w:b/>
        </w:rPr>
        <w:t xml:space="preserve">[43:01] </w:t>
      </w:r>
      <w:r>
        <w:t>to sawal yeh hai ke freedom rehne ke bawajood kaise hum apne aap ko modest level pe rakh</w:t>
      </w:r>
    </w:p>
    <w:p>
      <w:pPr>
        <w:jc w:val="right"/>
      </w:pPr>
      <w:r>
        <w:t>تو سوال یہ ہے کہ فریڈم رہنے کے باوجود کیسے ہم اپنے آپ کو ماڈیسٹ لیول پہ رکھ</w:t>
      </w:r>
    </w:p>
    <w:p>
      <w:r>
        <w:rPr>
          <w:b/>
        </w:rPr>
        <w:t xml:space="preserve">[43:09] </w:t>
      </w:r>
      <w:r>
        <w:t>sakte hain? dekhiye, yeh</w:t>
      </w:r>
    </w:p>
    <w:p>
      <w:pPr>
        <w:jc w:val="right"/>
      </w:pPr>
      <w:r>
        <w:t>سکتے ہیں؟ دیکھیے، یہ</w:t>
      </w:r>
    </w:p>
    <w:p>
      <w:r>
        <w:rPr>
          <w:b/>
        </w:rPr>
        <w:t xml:space="preserve">[43:15] </w:t>
      </w:r>
      <w:r>
        <w:t>yeh marifat ki baat hai, yani Allah ki marifat.</w:t>
      </w:r>
    </w:p>
    <w:p>
      <w:pPr>
        <w:jc w:val="right"/>
      </w:pPr>
      <w:r>
        <w:t>یہ معرفت کی بات ہے، یعنی اللہ کی معرفت۔</w:t>
      </w:r>
    </w:p>
    <w:p>
      <w:r>
        <w:rPr>
          <w:b/>
        </w:rPr>
        <w:t xml:space="preserve">[43:21] </w:t>
      </w:r>
      <w:r>
        <w:t>Allah ki marifat, yani agar sach much marifat ho jaye ke ek Allah hai, woh powerful hai, woh</w:t>
      </w:r>
    </w:p>
    <w:p>
      <w:pPr>
        <w:jc w:val="right"/>
      </w:pPr>
      <w:r>
        <w:t>اللہ کی معرفت، یعنی اگر سچ مچ معرفت ہو جائے کہ ایک اللہ ہے، وہ پاورفل ہے، وہ</w:t>
      </w:r>
    </w:p>
    <w:p>
      <w:r>
        <w:rPr>
          <w:b/>
        </w:rPr>
        <w:t xml:space="preserve">[43:32] </w:t>
      </w:r>
      <w:r>
        <w:t>punishment deta hai, reward deta hai, us ke kabze mein jannat hai, us ke kabze mein jahannum hai,</w:t>
      </w:r>
    </w:p>
    <w:p>
      <w:pPr>
        <w:jc w:val="right"/>
      </w:pPr>
      <w:r>
        <w:t>پنچمنٹ دیتا ہے، ریوارڈ دیتا ہے، اس کے قبضے میں جنت ہے، اس کے قبضے میں جہنم ہے،</w:t>
      </w:r>
    </w:p>
    <w:p>
      <w:r>
        <w:rPr>
          <w:b/>
        </w:rPr>
        <w:t xml:space="preserve">[43:38] </w:t>
      </w:r>
      <w:r>
        <w:t>us ki jitni zyada marifat hogi, jitna zyada yaqeen hoga, utna zyada ismat paida hogi.</w:t>
      </w:r>
    </w:p>
    <w:p>
      <w:pPr>
        <w:jc w:val="right"/>
      </w:pPr>
      <w:r>
        <w:t>اس کی جتنی زیادہ معرفت ہوگی، جتنا زیادہ یقین ہوگا، اتنا زیادہ عصمت پیدا ہوگی۔</w:t>
      </w:r>
    </w:p>
    <w:p>
      <w:r>
        <w:rPr>
          <w:b/>
        </w:rPr>
        <w:t xml:space="preserve">[43:47] </w:t>
      </w:r>
      <w:r>
        <w:t>to agar kisi ke andar is mein kami ho to apni marifat ko barhana chahiye.</w:t>
      </w:r>
    </w:p>
    <w:p>
      <w:pPr>
        <w:jc w:val="right"/>
      </w:pPr>
      <w:r>
        <w:t>تو اگر کسی کے اندر اس میں کمی ہو تو اپنی معرفت کو بڑھانا چاہیے۔</w:t>
      </w:r>
    </w:p>
    <w:p>
      <w:r>
        <w:rPr>
          <w:b/>
        </w:rPr>
        <w:t xml:space="preserve">[43:56] </w:t>
      </w:r>
      <w:r>
        <w:t>aur Maulana ji, Maulana, marifat ko kaise barhayein?</w:t>
      </w:r>
    </w:p>
    <w:p>
      <w:pPr>
        <w:jc w:val="right"/>
      </w:pPr>
      <w:r>
        <w:t>اور مولانا جی، مولانا، معرفت کو کیسے بڑھائیں؟</w:t>
      </w:r>
    </w:p>
    <w:p>
      <w:r>
        <w:rPr>
          <w:b/>
        </w:rPr>
        <w:t xml:space="preserve">[44:00] </w:t>
      </w:r>
      <w:r>
        <w:t>marifat ka zariya to</w:t>
      </w:r>
    </w:p>
    <w:p>
      <w:pPr>
        <w:jc w:val="right"/>
      </w:pPr>
      <w:r>
        <w:t>معرفت کا ذریعہ تو</w:t>
      </w:r>
    </w:p>
    <w:p>
      <w:r>
        <w:rPr>
          <w:b/>
        </w:rPr>
        <w:t xml:space="preserve">[44:03] </w:t>
      </w:r>
      <w:r>
        <w:t>tadabbur, contemplation yahi hai, aur koi doosra tareeqa nahi hai.</w:t>
      </w:r>
    </w:p>
    <w:p>
      <w:pPr>
        <w:jc w:val="right"/>
      </w:pPr>
      <w:r>
        <w:t>تدبر، کنٹمپلیشن یہی ہے، اور کوئی دوسرا طریقہ نہیں ہے۔</w:t>
      </w:r>
    </w:p>
    <w:p>
      <w:r>
        <w:rPr>
          <w:b/>
        </w:rPr>
        <w:t xml:space="preserve">[44:11] </w:t>
      </w:r>
      <w:r>
        <w:t>Maulana, aap ne aaj bola ke mujhe bohat striking laga, self.</w:t>
      </w:r>
    </w:p>
    <w:p>
      <w:pPr>
        <w:jc w:val="right"/>
      </w:pPr>
      <w:r>
        <w:t>مولانا، آپ نے آج بولا کہ مجھے بہت سٹرائیکنگ لگا، سیلف۔</w:t>
      </w:r>
    </w:p>
    <w:p>
      <w:r>
        <w:rPr>
          <w:b/>
        </w:rPr>
        <w:t xml:space="preserve">[44:16] </w:t>
      </w:r>
      <w:r>
        <w:t>dekhein, aap ne bola ke insaan ke andar potential hai ke woh self discover kare, aur jab woh</w:t>
      </w:r>
    </w:p>
    <w:p>
      <w:pPr>
        <w:jc w:val="right"/>
      </w:pPr>
      <w:r>
        <w:t>دیکھیں، آپ نے بولا کہ انسان کے اندر پوٹینشل ہے کہ وہ سیلف ڈسکور کرے، اور جب وہ</w:t>
      </w:r>
    </w:p>
    <w:p>
      <w:r>
        <w:rPr>
          <w:b/>
        </w:rPr>
        <w:t xml:space="preserve">[44:22] </w:t>
      </w:r>
      <w:r>
        <w:t>self discover kare ga to woh self discipline ko follow kare ga.</w:t>
      </w:r>
    </w:p>
    <w:p>
      <w:pPr>
        <w:jc w:val="right"/>
      </w:pPr>
      <w:r>
        <w:t>سیلف ڈسکور کرے گا تو وہ سیلف ڈسپلن کو فالو کرے گا۔</w:t>
      </w:r>
    </w:p>
    <w:p>
      <w:r>
        <w:rPr>
          <w:b/>
        </w:rPr>
        <w:t xml:space="preserve">[44:28] </w:t>
      </w:r>
      <w:r>
        <w:t>yeh bohat striking point tha, Maulana.</w:t>
      </w:r>
    </w:p>
    <w:p>
      <w:pPr>
        <w:jc w:val="right"/>
      </w:pPr>
      <w:r>
        <w:t>یہ بہت سٹرائیکنگ پوائنٹ تھا، مولانا۔</w:t>
      </w:r>
    </w:p>
    <w:p>
      <w:r>
        <w:rPr>
          <w:b/>
        </w:rPr>
        <w:t xml:space="preserve">[44:30] </w:t>
      </w:r>
      <w:r>
        <w:t>us ko, us ko aur thoda elaborate kar sakte hain, Maulana?</w:t>
      </w:r>
    </w:p>
    <w:p>
      <w:pPr>
        <w:jc w:val="right"/>
      </w:pPr>
      <w:r>
        <w:t>اس کو، اس کو اور تھوڑا ایلیبریٹ کر سکتے ہیں، مولانا؟</w:t>
      </w:r>
    </w:p>
    <w:p>
      <w:r>
        <w:rPr>
          <w:b/>
        </w:rPr>
        <w:t xml:space="preserve">[44:40] </w:t>
      </w:r>
      <w:r>
        <w:t>main ek ek misaal deta hoon aap ko</w:t>
      </w:r>
    </w:p>
    <w:p>
      <w:pPr>
        <w:jc w:val="right"/>
      </w:pPr>
      <w:r>
        <w:t>میں ایک ایک مثال دیتا ہوں آپ کو</w:t>
      </w:r>
    </w:p>
    <w:p>
      <w:r>
        <w:rPr>
          <w:b/>
        </w:rPr>
        <w:t xml:space="preserve">[44:43] </w:t>
      </w:r>
      <w:r>
        <w:t>. CCTV to shuru shuru mein jab lagaye gaye the, woh mukhtalif jaghon par to</w:t>
      </w:r>
    </w:p>
    <w:p>
      <w:pPr>
        <w:jc w:val="right"/>
      </w:pPr>
      <w:r>
        <w:t>۔ سی سی ٹی وی تو شروع شروع میں جب لگائے گئے تھے، وہ مختلف جگہوں پر تو</w:t>
      </w:r>
    </w:p>
    <w:p>
      <w:r>
        <w:rPr>
          <w:b/>
        </w:rPr>
        <w:t xml:space="preserve">[44:50] </w:t>
      </w:r>
      <w:r>
        <w:t>logon ko pata nahi tha.</w:t>
      </w:r>
    </w:p>
    <w:p>
      <w:pPr>
        <w:jc w:val="right"/>
      </w:pPr>
      <w:r>
        <w:t>لوگوں کو پتہ نہیں تھا۔</w:t>
      </w:r>
    </w:p>
    <w:p>
      <w:r>
        <w:rPr>
          <w:b/>
        </w:rPr>
        <w:t xml:space="preserve">[44:52] </w:t>
      </w:r>
      <w:r>
        <w:t>to ek aisa chupa tha hindustan times mein ke ek</w:t>
      </w:r>
    </w:p>
    <w:p>
      <w:pPr>
        <w:jc w:val="right"/>
      </w:pPr>
      <w:r>
        <w:t>تو ایک ایسا چھپا تھا ہندوستان ٹائمز میں کہ ایک</w:t>
      </w:r>
    </w:p>
    <w:p>
      <w:r>
        <w:rPr>
          <w:b/>
        </w:rPr>
        <w:t xml:space="preserve">[44:57] </w:t>
      </w:r>
      <w:r>
        <w:t>ek yeh jo jo hote hain, three wheeler,</w:t>
      </w:r>
    </w:p>
    <w:p>
      <w:pPr>
        <w:jc w:val="right"/>
      </w:pPr>
      <w:r>
        <w:t>ایک یہ جو جو ہوتے ہیں، تھری ویلر،</w:t>
      </w:r>
    </w:p>
    <w:p>
      <w:r>
        <w:rPr>
          <w:b/>
        </w:rPr>
        <w:t xml:space="preserve">[45:02] </w:t>
      </w:r>
      <w:r>
        <w:t>three wheeler wala chalta hua aaya, ek jagah is ne khara kiya, likha hua tha "no parking" ka,</w:t>
      </w:r>
    </w:p>
    <w:p>
      <w:pPr>
        <w:jc w:val="right"/>
      </w:pPr>
      <w:r>
        <w:t>تھری ویلر والا چلتا ہوا آیا، ایک جگہ اس نے کھڑا کیا، لکھا ہوا تھا "نو پارکنگ" کا،</w:t>
      </w:r>
    </w:p>
    <w:p>
      <w:r>
        <w:rPr>
          <w:b/>
        </w:rPr>
        <w:t xml:space="preserve">[45:09] </w:t>
      </w:r>
      <w:r>
        <w:t>likha rehta hai "no parking, no parking" wahan khara kiya is ne.</w:t>
      </w:r>
    </w:p>
    <w:p>
      <w:pPr>
        <w:jc w:val="right"/>
      </w:pPr>
      <w:r>
        <w:t>لکھا رہتا ہے "نو پارکنگ، نو پارکنگ" وہاں کھڑا کیا اس نے۔</w:t>
      </w:r>
    </w:p>
    <w:p>
      <w:r>
        <w:rPr>
          <w:b/>
        </w:rPr>
        <w:t xml:space="preserve">[45:12] </w:t>
      </w:r>
      <w:r>
        <w:t>koi is ka dost mil gaya tha, ab khara kar ke baatein kar raha hai, cigarette exchange kiya</w:t>
      </w:r>
    </w:p>
    <w:p>
      <w:pPr>
        <w:jc w:val="right"/>
      </w:pPr>
      <w:r>
        <w:t>کوئی اس کا دوست مل گیا تھا، اب کھڑا کر کے باتیں کر رہا ہے، سگریٹ ایکسچینج کیا</w:t>
      </w:r>
    </w:p>
    <w:p>
      <w:r>
        <w:rPr>
          <w:b/>
        </w:rPr>
        <w:t xml:space="preserve">[45:18] </w:t>
      </w:r>
      <w:r>
        <w:t>is ne to wahan saaf boota sa likha tha "no parking".</w:t>
      </w:r>
    </w:p>
    <w:p>
      <w:pPr>
        <w:jc w:val="right"/>
      </w:pPr>
      <w:r>
        <w:t>اس نے تو وہاں صاف بوٹا سا لکھا تھا "نو پارکنگ"۔</w:t>
      </w:r>
    </w:p>
    <w:p>
      <w:r>
        <w:rPr>
          <w:b/>
        </w:rPr>
        <w:t xml:space="preserve">[45:24] </w:t>
      </w:r>
      <w:r>
        <w:t>to police wala aa gaya, yahan to dekhne dekhte nahi ho ge, likha hua hai to yahan koi</w:t>
      </w:r>
    </w:p>
    <w:p>
      <w:pPr>
        <w:jc w:val="right"/>
      </w:pPr>
      <w:r>
        <w:t>تو پولیس والا آ گیا، یہاں تو دیکھنے دیکھتے نہیں ہو گے، لکھا ہوا ہے تو یہاں کوئی</w:t>
      </w:r>
    </w:p>
    <w:p>
      <w:r>
        <w:rPr>
          <w:b/>
        </w:rPr>
        <w:t xml:space="preserve">[45:28] </w:t>
      </w:r>
      <w:r>
        <w:t>khara kar diya tum ne.</w:t>
      </w:r>
    </w:p>
    <w:p>
      <w:pPr>
        <w:jc w:val="right"/>
      </w:pPr>
      <w:r>
        <w:t>کھڑا کر دیا تم نے۔</w:t>
      </w:r>
    </w:p>
    <w:p>
      <w:r>
        <w:rPr>
          <w:b/>
        </w:rPr>
        <w:t xml:space="preserve">[45:30] </w:t>
      </w:r>
      <w:r>
        <w:t>to is ne pehle حجت ki,</w:t>
      </w:r>
    </w:p>
    <w:p>
      <w:pPr>
        <w:jc w:val="right"/>
      </w:pPr>
      <w:r>
        <w:t>تو اس نے پہلے حجت کی،</w:t>
      </w:r>
    </w:p>
    <w:p>
      <w:r>
        <w:rPr>
          <w:b/>
        </w:rPr>
        <w:t xml:space="preserve">[45:35] </w:t>
      </w:r>
      <w:r>
        <w:t>aur phir jab police wale ne kaha ke acha theek hai, chalo hamare</w:t>
      </w:r>
    </w:p>
    <w:p>
      <w:pPr>
        <w:jc w:val="right"/>
      </w:pPr>
      <w:r>
        <w:t>اور پھر جب پولیس والے نے کہا کہ اچھا ٹھیک ہے، چلو ہمارے</w:t>
      </w:r>
    </w:p>
    <w:p>
      <w:r>
        <w:rPr>
          <w:b/>
        </w:rPr>
        <w:t xml:space="preserve">[45:40] </w:t>
      </w:r>
      <w:r>
        <w:t>afsar ke paas chalo, to is ne samjha tha ke wahan bhi yahan pe inkar kar raha hoon,</w:t>
      </w:r>
    </w:p>
    <w:p>
      <w:pPr>
        <w:jc w:val="right"/>
      </w:pPr>
      <w:r>
        <w:t>افسر کے پاس چلو، تو اس نے سمجھا تھا کہ وہاں بھی یہاں پہ انکار کر رہا ہوں،</w:t>
      </w:r>
    </w:p>
    <w:p>
      <w:r>
        <w:rPr>
          <w:b/>
        </w:rPr>
        <w:t xml:space="preserve">[45:45] </w:t>
      </w:r>
      <w:r>
        <w:t>wahan bhi inkar kar doon ga.</w:t>
      </w:r>
    </w:p>
    <w:p>
      <w:pPr>
        <w:jc w:val="right"/>
      </w:pPr>
      <w:r>
        <w:t>وہاں بھی انکار کر دوں گا۔</w:t>
      </w:r>
    </w:p>
    <w:p>
      <w:r>
        <w:rPr>
          <w:b/>
        </w:rPr>
        <w:t xml:space="preserve">[45:47] </w:t>
      </w:r>
      <w:r>
        <w:t>to control room wahan tha, is ke andar jo baitha hua tha inspector, us ke paas le gaya.</w:t>
      </w:r>
    </w:p>
    <w:p>
      <w:pPr>
        <w:jc w:val="right"/>
      </w:pPr>
      <w:r>
        <w:t>تو کنٹرول روم وہاں تھا، اس کے اندر جو بیٹھا ہوا تھا انسپیکٹر، اس کے پاس لے گیا۔</w:t>
      </w:r>
    </w:p>
    <w:p>
      <w:r>
        <w:rPr>
          <w:b/>
        </w:rPr>
        <w:t xml:space="preserve">[45:54] </w:t>
      </w:r>
      <w:r>
        <w:t>to is ne kaha, afsar ne is se kaha ke tum ne kyun jab likha tha "no parking"</w:t>
      </w:r>
    </w:p>
    <w:p>
      <w:pPr>
        <w:jc w:val="right"/>
      </w:pPr>
      <w:r>
        <w:t>تو اس نے کہا، افسر نے اس سے کہا کہ تم نے کیوں جب لکھا تھا "نو پارکنگ"</w:t>
      </w:r>
    </w:p>
    <w:p>
      <w:r>
        <w:rPr>
          <w:b/>
        </w:rPr>
        <w:t xml:space="preserve">[46:01] </w:t>
      </w:r>
      <w:r>
        <w:t>to kyun khara kiya apna? kaha, main ne khara hi nahi kiya, yeh to galat keh raha hai,</w:t>
      </w:r>
    </w:p>
    <w:p>
      <w:pPr>
        <w:jc w:val="right"/>
      </w:pPr>
      <w:r>
        <w:t>تو کیوں کھڑا کیا اپنا؟ کہا، میں نے کھڑا ہی نہیں کیا، یہ تو غلط کہہ رہا ہے،</w:t>
      </w:r>
    </w:p>
    <w:p>
      <w:r>
        <w:rPr>
          <w:b/>
        </w:rPr>
        <w:t xml:space="preserve">[46:05] </w:t>
      </w:r>
      <w:r>
        <w:t>yani wahan inkar kar diya ke main ne khara hi nahi kiya.</w:t>
      </w:r>
    </w:p>
    <w:p>
      <w:pPr>
        <w:jc w:val="right"/>
      </w:pPr>
      <w:r>
        <w:t>یعنی وہاں انکار کر دیا کہ میں نے کھڑا ہی نہیں کیا۔</w:t>
      </w:r>
    </w:p>
    <w:p>
      <w:r>
        <w:rPr>
          <w:b/>
        </w:rPr>
        <w:t xml:space="preserve">[46:09] </w:t>
      </w:r>
      <w:r>
        <w:t>yeh to yeh police wala jo hai, kham khamosh hai, ilzaam laga raha hai.</w:t>
      </w:r>
    </w:p>
    <w:p>
      <w:pPr>
        <w:jc w:val="right"/>
      </w:pPr>
      <w:r>
        <w:t>یہ تو یہ پولیس والا جو ہے، خام خاموش ہے، الزام لگا رہا ہے۔</w:t>
      </w:r>
    </w:p>
    <w:p>
      <w:r>
        <w:rPr>
          <w:b/>
        </w:rPr>
        <w:t xml:space="preserve">[46:14] </w:t>
      </w:r>
      <w:r>
        <w:t>to woh jo baitha tha control room mein, us ne kaha acha theek hai, idhar dekho.</w:t>
      </w:r>
    </w:p>
    <w:p>
      <w:pPr>
        <w:jc w:val="right"/>
      </w:pPr>
      <w:r>
        <w:t>تو وہ جو بیٹھا تھا کنٹرول روم میں، اس نے کہا اچھا ٹھیک ہے، ادھر دیکھو۔</w:t>
      </w:r>
    </w:p>
    <w:p>
      <w:r>
        <w:rPr>
          <w:b/>
        </w:rPr>
        <w:t xml:space="preserve">[46:19] </w:t>
      </w:r>
      <w:r>
        <w:t>to is ne woh jo laga hua tha camera, us ko on kar diya.</w:t>
      </w:r>
    </w:p>
    <w:p>
      <w:pPr>
        <w:jc w:val="right"/>
      </w:pPr>
      <w:r>
        <w:t>تو اس نے وہ جو لگا ہوا تھا کیمرہ، اس کو آن کر دیا۔</w:t>
      </w:r>
    </w:p>
    <w:p>
      <w:r>
        <w:rPr>
          <w:b/>
        </w:rPr>
        <w:t xml:space="preserve">[46:24] </w:t>
      </w:r>
      <w:r>
        <w:t>ab woh laga screen pe dekhne apne aap ko ke main chalta hua aata hoon,</w:t>
      </w:r>
    </w:p>
    <w:p>
      <w:pPr>
        <w:jc w:val="right"/>
      </w:pPr>
      <w:r>
        <w:t>اب وہ لگا اسکرین پہ دیکھنے اپنے آپ کو کہ میں چلتا ہوا آتا ہوں،</w:t>
      </w:r>
    </w:p>
    <w:p>
      <w:r>
        <w:rPr>
          <w:b/>
        </w:rPr>
        <w:t xml:space="preserve">[46:32] </w:t>
      </w:r>
      <w:r>
        <w:t>wahan pe khara karta hoon, ek musafir main utarta hoon, wahan mujhe mil jata hai apna dost, us</w:t>
      </w:r>
    </w:p>
    <w:p>
      <w:pPr>
        <w:jc w:val="right"/>
      </w:pPr>
      <w:r>
        <w:t>وہاں پہ کھڑا کرتا ہوں، ایک مسافر میں اترتا ہوں، وہاں مجھے مل جاتا ہے اپنا دوست، اس</w:t>
      </w:r>
    </w:p>
    <w:p>
      <w:r>
        <w:rPr>
          <w:b/>
        </w:rPr>
        <w:t xml:space="preserve">[46:36] </w:t>
      </w:r>
      <w:r>
        <w:t>se baat kar raha hoon, cigarette exchange kar raha hoon.</w:t>
      </w:r>
    </w:p>
    <w:p>
      <w:pPr>
        <w:jc w:val="right"/>
      </w:pPr>
      <w:r>
        <w:t>سے بات کر رہا ہوں، سگریٹ ایکسچینج کر رہا ہوں۔</w:t>
      </w:r>
    </w:p>
    <w:p>
      <w:r>
        <w:rPr>
          <w:b/>
        </w:rPr>
        <w:t xml:space="preserve">[46:42] </w:t>
      </w:r>
      <w:r>
        <w:t>to ek dam woh is is peechay se ho gaya, is mein yahi tha, is mein.</w:t>
      </w:r>
    </w:p>
    <w:p>
      <w:pPr>
        <w:jc w:val="right"/>
      </w:pPr>
      <w:r>
        <w:t>تو ایک دم وہ اس اس پیچھے سے ہو گیا، اس میں یہی تھا، اس میں۔</w:t>
      </w:r>
    </w:p>
    <w:p>
      <w:r>
        <w:rPr>
          <w:b/>
        </w:rPr>
        <w:t xml:space="preserve">[46:47] </w:t>
      </w:r>
      <w:r>
        <w:t>to yeh yehin cheez hota hai momin ke awam mein ke momin jab soch le, soche ke Allah</w:t>
      </w:r>
    </w:p>
    <w:p>
      <w:pPr>
        <w:jc w:val="right"/>
      </w:pPr>
      <w:r>
        <w:t>تو یہ یہی چیز ہوتا ہے مومن کے عوم میں کہ مومن جب سوچ لے، سوچے کہ اللہ</w:t>
      </w:r>
    </w:p>
    <w:p>
      <w:r>
        <w:rPr>
          <w:b/>
        </w:rPr>
        <w:t xml:space="preserve">[46:54] </w:t>
      </w:r>
      <w:r>
        <w:t>ke samne to sab kuch, Allah sab cheez se ba khabar hai, aur is ba khabri ko qayamat mein khol</w:t>
      </w:r>
    </w:p>
    <w:p>
      <w:pPr>
        <w:jc w:val="right"/>
      </w:pPr>
      <w:r>
        <w:t>کے سامنے تو سب کچھ، اللہ سب چیز سے باخبر ہے، اور اس باخبری کو قیامت میں کھول</w:t>
      </w:r>
    </w:p>
    <w:p>
      <w:r>
        <w:rPr>
          <w:b/>
        </w:rPr>
        <w:t xml:space="preserve">[47:01] </w:t>
      </w:r>
      <w:r>
        <w:t>de ga. abhi to sirf ba khabar hai, lekin is din, is din is ka jaise control room mein</w:t>
      </w:r>
    </w:p>
    <w:p>
      <w:pPr>
        <w:jc w:val="right"/>
      </w:pPr>
      <w:r>
        <w:t>دے گا۔ ابھی تو صرف باخبر ہے، لیکن اس دن، اس دن اس کا جیسے کنٹرول روم میں</w:t>
      </w:r>
    </w:p>
    <w:p>
      <w:r>
        <w:rPr>
          <w:b/>
        </w:rPr>
        <w:t xml:space="preserve">[47:08] </w:t>
      </w:r>
      <w:r>
        <w:t>is ko dikha diya jaye ga, wahan dikha diya jaye ga.</w:t>
      </w:r>
    </w:p>
    <w:p>
      <w:pPr>
        <w:jc w:val="right"/>
      </w:pPr>
      <w:r>
        <w:t>اس کو دکھا دیا جائے گا، وہاں دکھا دیا جائے گا۔</w:t>
      </w:r>
    </w:p>
    <w:p>
      <w:r>
        <w:rPr>
          <w:b/>
        </w:rPr>
        <w:t xml:space="preserve">[47:11] </w:t>
      </w:r>
      <w:r>
        <w:t>to aadmi mehsoos kare ga, mere paas koi choice hi nahi hai, siwaye surrender karne ke.</w:t>
      </w:r>
    </w:p>
    <w:p>
      <w:pPr>
        <w:jc w:val="right"/>
      </w:pPr>
      <w:r>
        <w:t>تو آدمی محسوس کرے گا، میرے پاس کوئی چوائس ہی نہیں ہے، سوائے سرنڈر کرنے کے۔</w:t>
      </w:r>
    </w:p>
    <w:p>
      <w:r>
        <w:rPr>
          <w:b/>
        </w:rPr>
        <w:t xml:space="preserve">[47:18] </w:t>
      </w:r>
      <w:r>
        <w:t>is haqeeqat ko jitna zyada aadmi apne zehen mein bithaye ga, utni zyada is ke andar wo sifat</w:t>
      </w:r>
    </w:p>
    <w:p>
      <w:pPr>
        <w:jc w:val="right"/>
      </w:pPr>
      <w:r>
        <w:t>اس حقیقت کو جتنا زیادہ آدمی اپنے ذہن میں بٹھائے گا، اتنی زیادہ اس کے اندر وہ صفت</w:t>
      </w:r>
    </w:p>
    <w:p>
      <w:r>
        <w:rPr>
          <w:b/>
        </w:rPr>
        <w:t xml:space="preserve">[47:24] </w:t>
      </w:r>
      <w:r>
        <w:t>aaye gi. aur Maulana, aap ne yahan par ye bhi ek bari achi cheez batai ke is ka</w:t>
      </w:r>
    </w:p>
    <w:p>
      <w:pPr>
        <w:jc w:val="right"/>
      </w:pPr>
      <w:r>
        <w:t>آئے گی۔ اور مولانا، آپ نے یہاں پر یہ بھی ایک بڑی اچھی چیز بتائی کہ اس کا</w:t>
      </w:r>
    </w:p>
    <w:p>
      <w:r>
        <w:rPr>
          <w:b/>
        </w:rPr>
        <w:t xml:space="preserve">[47:29] </w:t>
      </w:r>
      <w:r>
        <w:t>result jo hai, wo ye hoga ke farishton ko to sab pata hai, lekin jab insan khud daryaft</w:t>
      </w:r>
    </w:p>
    <w:p>
      <w:pPr>
        <w:jc w:val="right"/>
      </w:pPr>
      <w:r>
        <w:t>رزلٹ جو ہے، وہ یہ ہوگا کہ فرشتوں کو تو سب پتہ ہے، لیکن جب انسان خود دریافت</w:t>
      </w:r>
    </w:p>
    <w:p>
      <w:r>
        <w:rPr>
          <w:b/>
        </w:rPr>
        <w:t xml:space="preserve">[47:35] </w:t>
      </w:r>
      <w:r>
        <w:t>kare ga to wo farishte se bhi aage ho jaye ga.</w:t>
      </w:r>
    </w:p>
    <w:p>
      <w:pPr>
        <w:jc w:val="right"/>
      </w:pPr>
      <w:r>
        <w:t>کرے گا تو وہ فرشتے سے بھی آگے ہو جائے گا۔</w:t>
      </w:r>
    </w:p>
    <w:p>
      <w:r>
        <w:rPr>
          <w:b/>
        </w:rPr>
        <w:t xml:space="preserve">[47:38] </w:t>
      </w:r>
      <w:r>
        <w:t>haan, to ye bohat bari cheez hai, Maulana.</w:t>
      </w:r>
    </w:p>
    <w:p>
      <w:pPr>
        <w:jc w:val="right"/>
      </w:pPr>
      <w:r>
        <w:t>ہاں، تو یہ بہت بڑی چیز ہے، مولانا۔</w:t>
      </w:r>
    </w:p>
    <w:p>
      <w:r>
        <w:rPr>
          <w:b/>
        </w:rPr>
        <w:t xml:space="preserve">[47:42] </w:t>
      </w:r>
      <w:r>
        <w:t>yani farishte to diye hue ilm ko jante hain, aur insan discovered ilm ko jane ga, aur is</w:t>
      </w:r>
    </w:p>
    <w:p>
      <w:pPr>
        <w:jc w:val="right"/>
      </w:pPr>
      <w:r>
        <w:t>یعنی فرشتے تو دیے ہوئے علم کو جانتے ہیں، اور انسان ڈسکورڈ علم کو جانے گا، اور اس</w:t>
      </w:r>
    </w:p>
    <w:p>
      <w:r>
        <w:rPr>
          <w:b/>
        </w:rPr>
        <w:t xml:space="preserve">[47:51] </w:t>
      </w:r>
      <w:r>
        <w:t>par chalega.</w:t>
      </w:r>
    </w:p>
    <w:p>
      <w:pPr>
        <w:jc w:val="right"/>
      </w:pPr>
      <w:r>
        <w:t>پر چلے گا۔</w:t>
      </w:r>
    </w:p>
    <w:p>
      <w:r>
        <w:rPr>
          <w:b/>
        </w:rPr>
        <w:t xml:space="preserve">[47:51] </w:t>
      </w:r>
      <w:r>
        <w:t>wo to ye kitni bari baat hai.</w:t>
      </w:r>
    </w:p>
    <w:p>
      <w:pPr>
        <w:jc w:val="right"/>
      </w:pPr>
      <w:r>
        <w:t>وہ تو یہ کتنی بڑی بات ہے۔</w:t>
      </w:r>
    </w:p>
    <w:p>
      <w:r>
        <w:rPr>
          <w:b/>
        </w:rPr>
        <w:t xml:space="preserve">[47:58] </w:t>
      </w:r>
      <w:r>
        <w:t>Maulana, Doctor Safeena ne ek comment bheja hai aaj ke talk ke upar, Ajmer se, aur unhon ne</w:t>
      </w:r>
    </w:p>
    <w:p>
      <w:pPr>
        <w:jc w:val="right"/>
      </w:pPr>
      <w:r>
        <w:t>مولانا، ڈاکٹر سفینہ نے ایک کمنٹ بھیجا ہے آج کے ٹاک کے اوپر، اجمیر سے، اور انہوں نے</w:t>
      </w:r>
    </w:p>
    <w:p>
      <w:r>
        <w:rPr>
          <w:b/>
        </w:rPr>
        <w:t xml:space="preserve">[48:05] </w:t>
      </w:r>
      <w:r>
        <w:t>likha hai ke Allah humein har haal mein ye sabit karne ki salahiyat de ke Allah ka faisla</w:t>
      </w:r>
    </w:p>
    <w:p>
      <w:pPr>
        <w:jc w:val="right"/>
      </w:pPr>
      <w:r>
        <w:t>لکھا ہے کہ اللہ ہمیں ہر حال میں یہ ثابت کرنے کی صلاحیت دے کہ اللہ کا فیصلہ</w:t>
      </w:r>
    </w:p>
    <w:p>
      <w:r>
        <w:rPr>
          <w:b/>
        </w:rPr>
        <w:t xml:space="preserve">[48:12] </w:t>
      </w:r>
      <w:r>
        <w:t>ghalat nahi, aur humein sahih raah par qaim rehne ki tofeeq de.</w:t>
      </w:r>
    </w:p>
    <w:p>
      <w:pPr>
        <w:jc w:val="right"/>
      </w:pPr>
      <w:r>
        <w:t>غلط نہیں، اور ہمیں صحیح راہ پر قائم رہنے کی توفیق دے۔</w:t>
      </w:r>
    </w:p>
    <w:p>
      <w:r>
        <w:rPr>
          <w:b/>
        </w:rPr>
        <w:t xml:space="preserve">[48:18] </w:t>
      </w:r>
      <w:r>
        <w:t>jo bara maqam humein mila hai, us ko hum nibha saken.</w:t>
      </w:r>
    </w:p>
    <w:p>
      <w:pPr>
        <w:jc w:val="right"/>
      </w:pPr>
      <w:r>
        <w:t>جو بڑا مقام ہمیں ملا ہے، اس کو ہم نبھا سکیں۔</w:t>
      </w:r>
    </w:p>
    <w:p>
      <w:r>
        <w:rPr>
          <w:b/>
        </w:rPr>
        <w:t xml:space="preserve">[48:23] </w:t>
      </w:r>
      <w:r>
        <w:t>ye is ke</w:t>
      </w:r>
    </w:p>
    <w:p>
      <w:pPr>
        <w:jc w:val="right"/>
      </w:pPr>
      <w:r>
        <w:t>یہ اس کے</w:t>
      </w:r>
    </w:p>
    <w:p>
      <w:r>
        <w:rPr>
          <w:b/>
        </w:rPr>
        <w:t xml:space="preserve">[48:26] </w:t>
      </w:r>
      <w:r>
        <w:t>ek bohat hi important point ko pakra unhon ne.</w:t>
      </w:r>
    </w:p>
    <w:p>
      <w:pPr>
        <w:jc w:val="right"/>
      </w:pPr>
      <w:r>
        <w:t>ایک بہت ہی امپورٹنٹ پوائنٹ کو پکڑا انہوں نے۔</w:t>
      </w:r>
    </w:p>
    <w:p>
      <w:r>
        <w:rPr>
          <w:b/>
        </w:rPr>
        <w:t xml:space="preserve">[48:28] </w:t>
      </w:r>
      <w:r>
        <w:t>aap ghor kijiye ke maidan e hashar hoga, sare insan ikhathe kiye jayen ge, wahan sare insan, aur wahan</w:t>
      </w:r>
    </w:p>
    <w:p>
      <w:pPr>
        <w:jc w:val="right"/>
      </w:pPr>
      <w:r>
        <w:t>آپ غور کیجئے کہ مادان حشر ہوگا، سارے انسان اکٹھے کیے جائیں گے، وہاں سارے انسان، اور وہاں</w:t>
      </w:r>
    </w:p>
    <w:p>
      <w:r>
        <w:rPr>
          <w:b/>
        </w:rPr>
        <w:t xml:space="preserve">[48:36] </w:t>
      </w:r>
      <w:r>
        <w:t>par ailan hoga ke ye falan falan log wo hain jinho ne</w:t>
      </w:r>
    </w:p>
    <w:p>
      <w:pPr>
        <w:jc w:val="right"/>
      </w:pPr>
      <w:r>
        <w:t>پر اعلان ہوگا کہ یہ فلاں فلاں لوگ وہ ہیں جنہوں نے</w:t>
      </w:r>
    </w:p>
    <w:p>
      <w:r>
        <w:rPr>
          <w:b/>
        </w:rPr>
        <w:t xml:space="preserve">[48:42] </w:t>
      </w:r>
      <w:r>
        <w:t>ye prove kiya dunya ki zindagi mein ke Allah ka choice sahi tha.</w:t>
      </w:r>
    </w:p>
    <w:p>
      <w:pPr>
        <w:jc w:val="right"/>
      </w:pPr>
      <w:r>
        <w:t>یہ پروف کیا دنیا کی زندگی میں کہ اللہ کا چوائس صحیح تھا۔</w:t>
      </w:r>
    </w:p>
    <w:p>
      <w:r>
        <w:rPr>
          <w:b/>
        </w:rPr>
        <w:t xml:space="preserve">[48:48] </w:t>
      </w:r>
      <w:r>
        <w:t>to kaisi ajeeb baat hogi,</w:t>
      </w:r>
    </w:p>
    <w:p>
      <w:pPr>
        <w:jc w:val="right"/>
      </w:pPr>
      <w:r>
        <w:t>تو کیسی عجیب بات ہوگی،</w:t>
      </w:r>
    </w:p>
    <w:p>
      <w:r>
        <w:rPr>
          <w:b/>
        </w:rPr>
        <w:t xml:space="preserve">[48:54] </w:t>
      </w:r>
      <w:r>
        <w:t>demonstration diya unhon ne ke Allah ka choice sahi tha.</w:t>
      </w:r>
    </w:p>
    <w:p>
      <w:pPr>
        <w:jc w:val="right"/>
      </w:pPr>
      <w:r>
        <w:t>ڈیمونسٹریشن دیا انہوں نے کہ اللہ کا چوائس صحیح تھا۔</w:t>
      </w:r>
    </w:p>
    <w:p>
      <w:r>
        <w:rPr>
          <w:b/>
        </w:rPr>
        <w:t xml:space="preserve">[48:58] </w:t>
      </w:r>
      <w:r>
        <w:t>to wahan par Iblees specialist ho jaye ga,</w:t>
      </w:r>
    </w:p>
    <w:p>
      <w:pPr>
        <w:jc w:val="right"/>
      </w:pPr>
      <w:r>
        <w:t>تو وہاں پر ابلیس اسپیشلسٹ ہو جائے گا،</w:t>
      </w:r>
    </w:p>
    <w:p>
      <w:r>
        <w:rPr>
          <w:b/>
        </w:rPr>
        <w:t xml:space="preserve">[49:04] </w:t>
      </w:r>
      <w:r>
        <w:t>Shaitan specialist ho jaye ga, aur farishton ko, farishton is ko, yani wo den ge, shabashi den ge,</w:t>
      </w:r>
    </w:p>
    <w:p>
      <w:pPr>
        <w:jc w:val="right"/>
      </w:pPr>
      <w:r>
        <w:t>شیطان اسپیشلسٹ ہو جائے گا، اور فرشتوں کو، فرشتوں اس کو، یعنی وہ دیں گے، شاباشی دیں گے،</w:t>
      </w:r>
    </w:p>
    <w:p>
      <w:r>
        <w:rPr>
          <w:b/>
        </w:rPr>
        <w:t xml:space="preserve">[49:12] </w:t>
      </w:r>
      <w:r>
        <w:t>aise insano ko.</w:t>
      </w:r>
    </w:p>
    <w:p>
      <w:pPr>
        <w:jc w:val="right"/>
      </w:pPr>
      <w:r>
        <w:t>ایسے انسانوں کو۔</w:t>
      </w:r>
    </w:p>
    <w:p>
      <w:r>
        <w:rPr>
          <w:b/>
        </w:rPr>
        <w:t xml:space="preserve">[49:13] </w:t>
      </w:r>
      <w:r>
        <w:t>hmm, molana, aaj ki explanation se mujhe kuch aisa bhi laga ke jo,</w:t>
      </w:r>
    </w:p>
    <w:p>
      <w:pPr>
        <w:jc w:val="right"/>
      </w:pPr>
      <w:r>
        <w:t>ہمم، مولانا، آج کی ایکسپلینیشن سے مجھے کچھ ایسا بھی لگا کہ جو،</w:t>
      </w:r>
    </w:p>
    <w:p>
      <w:r>
        <w:rPr>
          <w:b/>
        </w:rPr>
        <w:t xml:space="preserve">[49:24] </w:t>
      </w:r>
      <w:r>
        <w:t>jo purpose hai jinn ka aur angels ka,</w:t>
      </w:r>
    </w:p>
    <w:p>
      <w:pPr>
        <w:jc w:val="right"/>
      </w:pPr>
      <w:r>
        <w:t>جو پرپس ہے جن کا اور اینجلز کا،</w:t>
      </w:r>
    </w:p>
    <w:p>
      <w:r>
        <w:rPr>
          <w:b/>
        </w:rPr>
        <w:t xml:space="preserve">[49:30] </w:t>
      </w:r>
      <w:r>
        <w:t>wo insaan ke liye jaise un ka,</w:t>
      </w:r>
    </w:p>
    <w:p>
      <w:pPr>
        <w:jc w:val="right"/>
      </w:pPr>
      <w:r>
        <w:t>وہ انسان کے لیے جیسے ان کا،</w:t>
      </w:r>
    </w:p>
    <w:p>
      <w:r>
        <w:rPr>
          <w:b/>
        </w:rPr>
        <w:t xml:space="preserve">[49:34] </w:t>
      </w:r>
      <w:r>
        <w:t>allah ne un ko create kara, kuch mere ko aisa, aisa laga ke un ke, un ke existence</w:t>
      </w:r>
    </w:p>
    <w:p>
      <w:pPr>
        <w:jc w:val="right"/>
      </w:pPr>
      <w:r>
        <w:t>اللہ نے ان کو کریٹ کرا، کچھ میرے کو ایسا، ایسا لگا کہ ان کے، ان کے ایگزسٹنس</w:t>
      </w:r>
    </w:p>
    <w:p>
      <w:r>
        <w:rPr>
          <w:b/>
        </w:rPr>
        <w:t xml:space="preserve">[49:40] </w:t>
      </w:r>
      <w:r>
        <w:t>ka jo purpose hai, allah ne jin ko banaya, aur</w:t>
      </w:r>
    </w:p>
    <w:p>
      <w:pPr>
        <w:jc w:val="right"/>
      </w:pPr>
      <w:r>
        <w:t>کا جو پرپس ہے، اللہ نے جن کو بنایا، اور</w:t>
      </w:r>
    </w:p>
    <w:p>
      <w:r>
        <w:rPr>
          <w:b/>
        </w:rPr>
        <w:t xml:space="preserve">[49:45] </w:t>
      </w:r>
      <w:r>
        <w:t>angels ko banaya, is liye banaya ke wo insaan,</w:t>
      </w:r>
    </w:p>
    <w:p>
      <w:pPr>
        <w:jc w:val="right"/>
      </w:pPr>
      <w:r>
        <w:t>اینجلز کو بنایا، اس لیے بنایا کہ وہ انسان،</w:t>
      </w:r>
    </w:p>
    <w:p>
      <w:r>
        <w:rPr>
          <w:b/>
        </w:rPr>
        <w:t xml:space="preserve">[49:51] </w:t>
      </w:r>
      <w:r>
        <w:t>is ka center hai.</w:t>
      </w:r>
    </w:p>
    <w:p>
      <w:pPr>
        <w:jc w:val="right"/>
      </w:pPr>
      <w:r>
        <w:t>اس کا سینٹر ہے۔</w:t>
      </w:r>
    </w:p>
    <w:p>
      <w:r>
        <w:rPr>
          <w:b/>
        </w:rPr>
        <w:t xml:space="preserve">[49:52] </w:t>
      </w:r>
      <w:r>
        <w:t>matlab insaan ko ya to jinn influence karein ge ya angels influence karein ge.</w:t>
      </w:r>
    </w:p>
    <w:p>
      <w:pPr>
        <w:jc w:val="right"/>
      </w:pPr>
      <w:r>
        <w:t>مطلب انسان کو یا تو جن انفلوئنس کریں گے یا اینجلز انفلوئنس کریں گے۔</w:t>
      </w:r>
    </w:p>
    <w:p>
      <w:r>
        <w:rPr>
          <w:b/>
        </w:rPr>
        <w:t xml:space="preserve">[49:58] </w:t>
      </w:r>
      <w:r>
        <w:t>kya main theek hoon, molana?</w:t>
      </w:r>
    </w:p>
    <w:p>
      <w:pPr>
        <w:jc w:val="right"/>
      </w:pPr>
      <w:r>
        <w:t>کیا میں ٹھیک ہوں، مولانا؟</w:t>
      </w:r>
    </w:p>
    <w:p>
      <w:r>
        <w:rPr>
          <w:b/>
        </w:rPr>
        <w:t xml:space="preserve">[50:00] </w:t>
      </w:r>
      <w:r>
        <w:t>kya, kya justine ki baat hui? molana, wo yeh pooch rahe hain ke un ko</w:t>
      </w:r>
    </w:p>
    <w:p>
      <w:pPr>
        <w:jc w:val="right"/>
      </w:pPr>
      <w:r>
        <w:t>کیا، کیا جسٹائن کی بات ہوئی؟ مولانا، وہ یہ پوچھ رہے ہیں کہ ان کو</w:t>
      </w:r>
    </w:p>
    <w:p>
      <w:r>
        <w:rPr>
          <w:b/>
        </w:rPr>
        <w:t xml:space="preserve">[50:06] </w:t>
      </w:r>
      <w:r>
        <w:t>aaj ke talk se yeh bhi ek cheez lagi, to wo jaanna chahte hain ke wo sahi hai</w:t>
      </w:r>
    </w:p>
    <w:p>
      <w:pPr>
        <w:jc w:val="right"/>
      </w:pPr>
      <w:r>
        <w:t>آج کے ٹاک سے یہ بھی ایک چیز لگی، تو وہ جاننا چاہتے ہیں کہ وہ صحیح ہے</w:t>
      </w:r>
    </w:p>
    <w:p>
      <w:r>
        <w:rPr>
          <w:b/>
        </w:rPr>
        <w:t xml:space="preserve">[50:10] </w:t>
      </w:r>
      <w:r>
        <w:t>ke nahi, ke jo jinn ko aur jo farishton ko khuda ne banaya, to wo insaan ko nazar</w:t>
      </w:r>
    </w:p>
    <w:p>
      <w:pPr>
        <w:jc w:val="right"/>
      </w:pPr>
      <w:r>
        <w:t>کہ نہیں، کہ جو جن کو اور جو فرشتوں کو خدا نے بنایا، تو وہ انسان کو نظر</w:t>
      </w:r>
    </w:p>
    <w:p>
      <w:r>
        <w:rPr>
          <w:b/>
        </w:rPr>
        <w:t xml:space="preserve">[50:17] </w:t>
      </w:r>
      <w:r>
        <w:t>mein rakh ke banaya gaya, un ko insaan ke liye banaya gaya.</w:t>
      </w:r>
    </w:p>
    <w:p>
      <w:pPr>
        <w:jc w:val="right"/>
      </w:pPr>
      <w:r>
        <w:t>میں رکھ کے بنایا گیا، ان کو انسان کے لیے بنایا گیا۔</w:t>
      </w:r>
    </w:p>
    <w:p>
      <w:r>
        <w:rPr>
          <w:b/>
        </w:rPr>
        <w:t xml:space="preserve">[50:21] </w:t>
      </w:r>
      <w:r>
        <w:t>to kya yeh soch sahi hai? yeh baat bilkul sahi hai,</w:t>
      </w:r>
    </w:p>
    <w:p>
      <w:pPr>
        <w:jc w:val="right"/>
      </w:pPr>
      <w:r>
        <w:t>تو کیا یہ سوچ صحیح ہے؟ یہ بات بالکل صحیح ہے،</w:t>
      </w:r>
    </w:p>
    <w:p>
      <w:r>
        <w:rPr>
          <w:b/>
        </w:rPr>
        <w:t xml:space="preserve">[50:26] </w:t>
      </w:r>
      <w:r>
        <w:t>aur doosri quran ki doosri ayat sabit hai,</w:t>
      </w:r>
    </w:p>
    <w:p>
      <w:pPr>
        <w:jc w:val="right"/>
      </w:pPr>
      <w:r>
        <w:t>اور دوسری قرآن کی دوسری آیت ثابت ہے،</w:t>
      </w:r>
    </w:p>
    <w:p>
      <w:r>
        <w:rPr>
          <w:b/>
        </w:rPr>
        <w:t xml:space="preserve">[50:33] </w:t>
      </w:r>
      <w:r>
        <w:t>yani insaan ko hum ne izzat di,</w:t>
      </w:r>
    </w:p>
    <w:p>
      <w:pPr>
        <w:jc w:val="right"/>
      </w:pPr>
      <w:r>
        <w:t>یعنی انسان کو ہم نے عزت دی،</w:t>
      </w:r>
    </w:p>
    <w:p>
      <w:r>
        <w:rPr>
          <w:b/>
        </w:rPr>
        <w:t xml:space="preserve">[50:38] </w:t>
      </w:r>
      <w:r>
        <w:t>takreem di. yeh alfaaz na jinn ke liye hain, na farishte ke liye.</w:t>
      </w:r>
    </w:p>
    <w:p>
      <w:pPr>
        <w:jc w:val="right"/>
      </w:pPr>
      <w:r>
        <w:t>تکریم دی۔ یہ الفاظ نہ جن کے لیے ہیں، نہ فرشتے کے لیے۔</w:t>
      </w:r>
    </w:p>
    <w:p>
      <w:r>
        <w:rPr>
          <w:b/>
        </w:rPr>
        <w:t xml:space="preserve">[50:43] </w:t>
      </w:r>
      <w:r>
        <w:t>wo kya, wo ayat kis tarah hai?</w:t>
      </w:r>
    </w:p>
    <w:p>
      <w:pPr>
        <w:jc w:val="right"/>
      </w:pPr>
      <w:r>
        <w:t>وہ کیا، وہ آیت کس طرح ہے؟</w:t>
      </w:r>
    </w:p>
    <w:p>
      <w:r>
        <w:rPr>
          <w:b/>
        </w:rPr>
        <w:t xml:space="preserve">[50:47] </w:t>
      </w:r>
      <w:r>
        <w:t>wlaqad karramna bani adam w hamalnahu fil bard wal bahr wrz qnahu min tayyibat w fazzalnahu ala kasirm mimman khalaqna tafweezan dekhiye,</w:t>
      </w:r>
    </w:p>
    <w:p>
      <w:pPr>
        <w:jc w:val="right"/>
      </w:pPr>
      <w:r>
        <w:t>وَلَقَدْ كَرَّمْنَا بَنِي آدَمَ وَحَمَلْنَاهُ فِي الْبَرْدِ وَالْبَحْرِ وَرَزَقْنَاهُ مِنَ الطَّيِّبَاتِ وَفَزَّلْنَاهُ عَلَىٰ كَثِيرٍ مِمَّن خَلَقْنَا تَفْوِيزًا دیکھیے،</w:t>
      </w:r>
    </w:p>
    <w:p>
      <w:r>
        <w:rPr>
          <w:b/>
        </w:rPr>
        <w:t xml:space="preserve">[50:56] </w:t>
      </w:r>
      <w:r>
        <w:t>yeh al di hai, yeh ayat ka number bataiye, seventy, surah, surah bani israel, surah number 17,</w:t>
      </w:r>
    </w:p>
    <w:p>
      <w:pPr>
        <w:jc w:val="right"/>
      </w:pPr>
      <w:r>
        <w:t>یہ الف دی ہے، یہ آیت کا نمبر بتائیے، سیونٹی، سورہ، سورہ بنی اسرائیل، سورہ نمبر 17،</w:t>
      </w:r>
    </w:p>
    <w:p>
      <w:r>
        <w:rPr>
          <w:b/>
        </w:rPr>
        <w:t xml:space="preserve">[51:05] </w:t>
      </w:r>
      <w:r>
        <w:t>17 aur seventy.</w:t>
      </w:r>
    </w:p>
    <w:p>
      <w:pPr>
        <w:jc w:val="right"/>
      </w:pPr>
      <w:r>
        <w:t>17 اور سیونٹی۔</w:t>
      </w:r>
    </w:p>
    <w:p>
      <w:r>
        <w:rPr>
          <w:b/>
        </w:rPr>
        <w:t xml:space="preserve">[51:06] </w:t>
      </w:r>
      <w:r>
        <w:t>ji, is ko aap dekh lijiye</w:t>
      </w:r>
    </w:p>
    <w:p>
      <w:pPr>
        <w:jc w:val="right"/>
      </w:pPr>
      <w:r>
        <w:t>جی، اس کو آپ دیکھ لیجئے</w:t>
      </w:r>
    </w:p>
    <w:p>
      <w:r>
        <w:rPr>
          <w:b/>
        </w:rPr>
        <w:t xml:space="preserve">[51:09] </w:t>
      </w:r>
      <w:r>
        <w:t>ke doosri makhlooqat par insaan ko afzal, afzaliyat di, badhai di.</w:t>
      </w:r>
    </w:p>
    <w:p>
      <w:pPr>
        <w:jc w:val="right"/>
      </w:pPr>
      <w:r>
        <w:t>کہ دوسری مخلوقات پر انسان کو افضل، افضلیت دی، بڑائی دی۔</w:t>
      </w:r>
    </w:p>
    <w:p>
      <w:r>
        <w:rPr>
          <w:b/>
        </w:rPr>
        <w:t xml:space="preserve">[51:17] </w:t>
      </w:r>
      <w:r>
        <w:t>اور انہوں نے، مولانا، war veterans, also given free will.</w:t>
      </w:r>
    </w:p>
    <w:p>
      <w:pPr>
        <w:jc w:val="right"/>
      </w:pPr>
      <w:r>
        <w:t>اور انہوں نے، مولانا، وار جنز، السو گیون فری ویل۔</w:t>
      </w:r>
    </w:p>
    <w:p>
      <w:r>
        <w:rPr>
          <w:b/>
        </w:rPr>
        <w:t xml:space="preserve">[51:22] </w:t>
      </w:r>
      <w:r>
        <w:t>kya kaha? jinn ko bhi free will diya tha, molana? kya jinn ko? nadeem pooch rahe hain ke</w:t>
      </w:r>
    </w:p>
    <w:p>
      <w:pPr>
        <w:jc w:val="right"/>
      </w:pPr>
      <w:r>
        <w:t>کیا کہا؟ جن کو بھی فری ویل دیا تھا، مولانا؟ کیا جن کو؟ ندیم پوچھ رہے ہیں کہ</w:t>
      </w:r>
    </w:p>
    <w:p>
      <w:r>
        <w:rPr>
          <w:b/>
        </w:rPr>
        <w:t xml:space="preserve">[51:27] </w:t>
      </w:r>
      <w:r>
        <w:t>War, also given free will? Haan, bilkul, Quran se sabit hai,</w:t>
      </w:r>
    </w:p>
    <w:p>
      <w:pPr>
        <w:jc w:val="right"/>
      </w:pPr>
      <w:r>
        <w:t>وار جن، السو گیون فری ویل؟ ہاں، بالکل، قرآن سے ثابت ہے،</w:t>
      </w:r>
    </w:p>
    <w:p>
      <w:r>
        <w:rPr>
          <w:b/>
        </w:rPr>
        <w:t xml:space="preserve">[51:35] </w:t>
      </w:r>
      <w:r>
        <w:t>un ko free will diya gaya tha, lekin chounke un ki takhleeq aag se hui thi, to un</w:t>
      </w:r>
    </w:p>
    <w:p>
      <w:pPr>
        <w:jc w:val="right"/>
      </w:pPr>
      <w:r>
        <w:t>ان کو فری ویل دیا گیا تھا، لیکن چونکہ ان کی تخلیق آگ سے ہوئی تھی، تو ان</w:t>
      </w:r>
    </w:p>
    <w:p>
      <w:r>
        <w:rPr>
          <w:b/>
        </w:rPr>
        <w:t xml:space="preserve">[51:40] </w:t>
      </w:r>
      <w:r>
        <w:t>ka mizaj garam tha.</w:t>
      </w:r>
    </w:p>
    <w:p>
      <w:pPr>
        <w:jc w:val="right"/>
      </w:pPr>
      <w:r>
        <w:t>کا مزاج گرم تھا۔</w:t>
      </w:r>
    </w:p>
    <w:p>
      <w:r>
        <w:rPr>
          <w:b/>
        </w:rPr>
        <w:t xml:space="preserve">[51:42] </w:t>
      </w:r>
      <w:r>
        <w:t>to Allah ne un ko mitti se banaya,</w:t>
      </w:r>
    </w:p>
    <w:p>
      <w:pPr>
        <w:jc w:val="right"/>
      </w:pPr>
      <w:r>
        <w:t>تو اللہ نے ان کو مٹی سے بنایا،</w:t>
      </w:r>
    </w:p>
    <w:p>
      <w:r>
        <w:rPr>
          <w:b/>
        </w:rPr>
        <w:t xml:space="preserve">[51:44] </w:t>
      </w:r>
      <w:r>
        <w:t>to insan ka mizaj narmi,</w:t>
      </w:r>
    </w:p>
    <w:p>
      <w:pPr>
        <w:jc w:val="right"/>
      </w:pPr>
      <w:r>
        <w:t>تو انسان کا مزاج نرمی،</w:t>
      </w:r>
    </w:p>
    <w:p>
      <w:r>
        <w:rPr>
          <w:b/>
        </w:rPr>
        <w:t xml:space="preserve">[51:48] </w:t>
      </w:r>
      <w:r>
        <w:t>yeh sab mein nahin, lekin baaz zameen mein acha</w:t>
      </w:r>
    </w:p>
    <w:p>
      <w:pPr>
        <w:jc w:val="right"/>
      </w:pPr>
      <w:r>
        <w:t>یہ سب میں نہیں، لیکن بعض زمین میں اچھا</w:t>
      </w:r>
    </w:p>
    <w:p>
      <w:r>
        <w:rPr>
          <w:b/>
        </w:rPr>
        <w:t xml:space="preserve">[51:52] </w:t>
      </w:r>
      <w:r>
        <w:t>freewill to bilashuba un ko tha.</w:t>
      </w:r>
    </w:p>
    <w:p>
      <w:pPr>
        <w:jc w:val="right"/>
      </w:pPr>
      <w:r>
        <w:t>فری ویل تو بلاشبہ ان کو تھا۔</w:t>
      </w:r>
    </w:p>
    <w:p>
      <w:r>
        <w:rPr>
          <w:b/>
        </w:rPr>
        <w:t xml:space="preserve">[51:56] </w:t>
      </w:r>
      <w:r>
        <w:t>freewill par hi to Iblees ne inkar kar diya.</w:t>
      </w:r>
    </w:p>
    <w:p>
      <w:pPr>
        <w:jc w:val="right"/>
      </w:pPr>
      <w:r>
        <w:t>فری ویل پر ہی تو ابلیس نے انکار کر دیا۔</w:t>
      </w:r>
    </w:p>
    <w:p>
      <w:r>
        <w:rPr>
          <w:b/>
        </w:rPr>
        <w:t xml:space="preserve">[51:59] </w:t>
      </w:r>
      <w:r>
        <w:t>hmm, kabhi to inkar kiya, woh inkar karta kyun?</w:t>
      </w:r>
    </w:p>
    <w:p>
      <w:pPr>
        <w:jc w:val="right"/>
      </w:pPr>
      <w:r>
        <w:t>ہمم، کبھی تو انکار کیا، وہ انکار کرتا کیوں؟</w:t>
      </w:r>
    </w:p>
    <w:p>
      <w:r>
        <w:rPr>
          <w:b/>
        </w:rPr>
        <w:t xml:space="preserve">[52:08] </w:t>
      </w:r>
      <w:r>
        <w:t>ek hadith mein bataya gaya hai ke jab Allah ne insan ka putla banaya,</w:t>
      </w:r>
    </w:p>
    <w:p>
      <w:pPr>
        <w:jc w:val="right"/>
      </w:pPr>
      <w:r>
        <w:t>ایک حدیث میں بتایا گیا ہے کہ جب اللہ نے انسان کا پتلا بنایا،</w:t>
      </w:r>
    </w:p>
    <w:p>
      <w:r>
        <w:rPr>
          <w:b/>
        </w:rPr>
        <w:t xml:space="preserve">[52:14] </w:t>
      </w:r>
      <w:r>
        <w:t>putla ka matlab kya hota hai? Stee</w:t>
      </w:r>
    </w:p>
    <w:p>
      <w:pPr>
        <w:jc w:val="right"/>
      </w:pPr>
      <w:r>
        <w:t>پتلا کا مطلب کیا ہوتا ہے؟ اسٹی</w:t>
      </w:r>
    </w:p>
    <w:p>
      <w:r>
        <w:rPr>
          <w:b/>
        </w:rPr>
        <w:t xml:space="preserve">[52:16] </w:t>
      </w:r>
      <w:r>
        <w:t>aur us ko jannat mein khara kiya yani rooh phoonknay se pehlay rooh phoonknay se pehlay jo jinnat woh iblis aya is ne charon taraf ghoom ke aik dekha is ko idhar se udhar se udhar se.</w:t>
      </w:r>
    </w:p>
    <w:p>
      <w:pPr>
        <w:jc w:val="right"/>
      </w:pPr>
      <w:r>
        <w:t>اور اس کو جنت میں کھڑا کیا یعنی روح پھونکنے سے پہلے روح پھونکنے سے پہلے جو جنات وہ ابلیس آیا اس نے چاروں طرف گھوم کے ایک دیکھا اس کو ادھر سے ادھر سے ادھر سے.</w:t>
      </w:r>
    </w:p>
    <w:p>
      <w:r>
        <w:rPr>
          <w:b/>
        </w:rPr>
        <w:t xml:space="preserve">[52:32] </w:t>
      </w:r>
      <w:r>
        <w:t>لیکن یہ میں تو یہ پوچھنا چاہ رہا ہوں کہ what was the reason behind God making all</w:t>
      </w:r>
    </w:p>
    <w:p>
      <w:pPr>
        <w:jc w:val="right"/>
      </w:pPr>
      <w:r>
        <w:t>لیکن یہ میں تو یہ پوچھنا چاہ رہا ہوں کہ واٹ واز دا ریزن بیہائنڈ گاڈ میکنگ ال</w:t>
      </w:r>
    </w:p>
    <w:p>
      <w:r>
        <w:rPr>
          <w:b/>
        </w:rPr>
        <w:t xml:space="preserve">[52:39] </w:t>
      </w:r>
      <w:r>
        <w:t>These things. پہلے angels پھر کیا کریں گے؟ پہلے angels پھر jin پھر insaan. Maulana, کیوں بنایا وہ؟</w:t>
      </w:r>
    </w:p>
    <w:p>
      <w:pPr>
        <w:jc w:val="right"/>
      </w:pPr>
      <w:r>
        <w:t>دیز تھنگز پہلے اینجلز پھر کیا کریں گے پہلے اینجلز پھر جن پھر انسان مولانا کیوں بنایا وہ</w:t>
      </w:r>
    </w:p>
    <w:p>
      <w:r>
        <w:rPr>
          <w:b/>
        </w:rPr>
        <w:t xml:space="preserve">[52:47] </w:t>
      </w:r>
      <w:r>
        <w:t>Naveed پوچھ رہے ہیں کہ what was the objective of God. سمجھ گیا میں نے اس</w:t>
      </w:r>
    </w:p>
    <w:p>
      <w:pPr>
        <w:jc w:val="right"/>
      </w:pPr>
      <w:r>
        <w:t>Naveed پوچھ رہے ہیں کہ واٹ واٹ واٹ واز دی ابجیکٹو اف گاڈ سمجھ گیا میں نے اس</w:t>
      </w:r>
    </w:p>
    <w:p>
      <w:r>
        <w:rPr>
          <w:b/>
        </w:rPr>
        <w:t xml:space="preserve">[52:55] </w:t>
      </w:r>
      <w:r>
        <w:t>peh bahut socha barson tak to quran se kuch aisa hai quran mein literature to batai gayi hain</w:t>
      </w:r>
    </w:p>
    <w:p>
      <w:pPr>
        <w:jc w:val="right"/>
      </w:pPr>
      <w:r>
        <w:t>پہ بہت سوچا برسوں تک تو قرآن سے کچھ ایسا ہے قرآن میں لٹریچر تو بتائی گئی ہیں</w:t>
      </w:r>
    </w:p>
    <w:p>
      <w:r>
        <w:rPr>
          <w:b/>
        </w:rPr>
        <w:t xml:space="preserve">[53:02] </w:t>
      </w:r>
      <w:r>
        <w:t>kuch aise hain ke is se influence ke nikalti hain baatein to ghor karne ke baad mein ne</w:t>
      </w:r>
    </w:p>
    <w:p>
      <w:pPr>
        <w:jc w:val="right"/>
      </w:pPr>
      <w:r>
        <w:t>کچھ ایسے ہیں کہ اس سے انفلوئنس کے نکلتی ہیں باتیں تو غور کرنے کے بعد میں نے</w:t>
      </w:r>
    </w:p>
    <w:p>
      <w:r>
        <w:rPr>
          <w:b/>
        </w:rPr>
        <w:t xml:space="preserve">[53:10] </w:t>
      </w:r>
      <w:r>
        <w:t>samjha hai ke allah ko yeh lani hai chaha ke apne apne siwa jo super beeti ho woh</w:t>
      </w:r>
    </w:p>
    <w:p>
      <w:pPr>
        <w:jc w:val="right"/>
      </w:pPr>
      <w:r>
        <w:t>سمجھا ہے کہ اللہ کو یہ لانی ہے چاہا کہ اپنے اپنے سوا جو سپر بیٹی ہو وہ</w:t>
      </w:r>
    </w:p>
    <w:p>
      <w:r>
        <w:rPr>
          <w:b/>
        </w:rPr>
        <w:t xml:space="preserve">[53:18] </w:t>
      </w:r>
      <w:r>
        <w:t>kisi ko de koi aisi makhlooq ho yaani apne ko jaise allah self existent hai all powerful</w:t>
      </w:r>
    </w:p>
    <w:p>
      <w:pPr>
        <w:jc w:val="right"/>
      </w:pPr>
      <w:r>
        <w:t>کسی کو دے کوئی ایسی مخلوق ہو یعنی اپنے کو جیسے اللہ سیلف ایگزسٹنٹ ہے ال پاور فل</w:t>
      </w:r>
    </w:p>
    <w:p>
      <w:r>
        <w:rPr>
          <w:b/>
        </w:rPr>
        <w:t xml:space="preserve">[53:26] </w:t>
      </w:r>
      <w:r>
        <w:t>hai jo us ki sifaat hain to us ke siwa jo sab bari cheez hoti hai woh kisi</w:t>
      </w:r>
    </w:p>
    <w:p>
      <w:pPr>
        <w:jc w:val="right"/>
      </w:pPr>
      <w:r>
        <w:t>ہے جو اس کی صفات ہیں تو اس کے سوا جو سب بڑی چیز ہوتی ہے وہ کسی</w:t>
      </w:r>
    </w:p>
    <w:p>
      <w:r>
        <w:rPr>
          <w:b/>
        </w:rPr>
        <w:t xml:space="preserve">[53:33] </w:t>
      </w:r>
      <w:r>
        <w:t>ko de woh hai paradise paradise jo hai us ke bare mein hadith mein aata hai ke la</w:t>
      </w:r>
    </w:p>
    <w:p>
      <w:pPr>
        <w:jc w:val="right"/>
      </w:pPr>
      <w:r>
        <w:t>کو دے وہ ہے پارڈائز پارڈائز جو ہے اس کے بارے میں حدیث میں آتا ہے کہ لا</w:t>
      </w:r>
    </w:p>
    <w:p>
      <w:r>
        <w:rPr>
          <w:b/>
        </w:rPr>
        <w:t xml:space="preserve">[53:41] </w:t>
      </w:r>
      <w:r>
        <w:t>ain raat wa la uzur samat wa la khatar aqab bashar na kisi aankh ne dekha na kisi kaan ne</w:t>
      </w:r>
    </w:p>
    <w:p>
      <w:pPr>
        <w:jc w:val="right"/>
      </w:pPr>
      <w:r>
        <w:t>عین رات ولا عذر سمعت ولا خطر عقب بشر نہ کسی آنکھ نے دیکھا نہ کسی کان نے</w:t>
      </w:r>
    </w:p>
    <w:p>
      <w:r>
        <w:rPr>
          <w:b/>
        </w:rPr>
        <w:t xml:space="preserve">[53:49] </w:t>
      </w:r>
      <w:r>
        <w:t>suna na kisi ke dil mein khayal guzra aisi cheez jannat to allah taala ne yaani yeh mein</w:t>
      </w:r>
    </w:p>
    <w:p>
      <w:pPr>
        <w:jc w:val="right"/>
      </w:pPr>
      <w:r>
        <w:t>سنا نہ کسی کے دل میں خیال گزرا ایسی چیز جنت تو اللہ تعالی نے یعنی یہ میں</w:t>
      </w:r>
    </w:p>
    <w:p>
      <w:r>
        <w:rPr>
          <w:b/>
        </w:rPr>
        <w:t xml:space="preserve">[53:56] </w:t>
      </w:r>
      <w:r>
        <w:t>ne jo nikala hai mutale se aisi makhlooq paida karna aur ek ek buzurg ka woh jo qaul</w:t>
      </w:r>
    </w:p>
    <w:p>
      <w:pPr>
        <w:jc w:val="right"/>
      </w:pPr>
      <w:r>
        <w:t>نے جو نکالا ہے مطالعے سے ایسی مخلوق پیدا کرنا اور ایک ایک بزرگ کا وہ جو قول</w:t>
      </w:r>
    </w:p>
    <w:p>
      <w:r>
        <w:rPr>
          <w:b/>
        </w:rPr>
        <w:t xml:space="preserve">[54:04] </w:t>
      </w:r>
      <w:r>
        <w:t>hai bahut baba ne lagta hai mujhe ke kunt kunz makhfiya fa abbt an urfa fakhrata alkhalq yaani yeh</w:t>
      </w:r>
    </w:p>
    <w:p>
      <w:pPr>
        <w:jc w:val="right"/>
      </w:pPr>
      <w:r>
        <w:t>ہے بہت بابا نے لگتا ہے مجھے کہ كنت کنز مخفیہ فاببت عن عرف فخرة الخلق یعنی یہ</w:t>
      </w:r>
    </w:p>
    <w:p>
      <w:r>
        <w:rPr>
          <w:b/>
        </w:rPr>
        <w:t xml:space="preserve">[54:12] </w:t>
      </w:r>
      <w:r>
        <w:t>allah ka had se khud hi se ghusse ke taur par yeh hai agarche muhaddiseen ne is ko</w:t>
      </w:r>
    </w:p>
    <w:p>
      <w:pPr>
        <w:jc w:val="right"/>
      </w:pPr>
      <w:r>
        <w:t>اللہ کا حد سے خود ہی سے غصے کے طور پر یہ ہے اگرچہ محدثین نے اس کو</w:t>
      </w:r>
    </w:p>
    <w:p>
      <w:r>
        <w:rPr>
          <w:b/>
        </w:rPr>
        <w:t xml:space="preserve">[54:20] </w:t>
      </w:r>
      <w:r>
        <w:t>mana nahi hai ke mein allah ne kaha ke mein chupa hua khazana tha phir mein chaha ke</w:t>
      </w:r>
    </w:p>
    <w:p>
      <w:pPr>
        <w:jc w:val="right"/>
      </w:pPr>
      <w:r>
        <w:t>مانا نہیں ہے کہ میں اللہ نے کہا کہ میں چھپا ہوا خزانہ تھا پھر میں چاہا کہ</w:t>
      </w:r>
    </w:p>
    <w:p>
      <w:r>
        <w:rPr>
          <w:b/>
        </w:rPr>
        <w:t xml:space="preserve">[54:27] </w:t>
      </w:r>
      <w:r>
        <w:t>mein jana jaon jana jaon ke mani self discored self discovery sach janna yaani batane ke zareeye nahi</w:t>
      </w:r>
    </w:p>
    <w:p>
      <w:pPr>
        <w:jc w:val="right"/>
      </w:pPr>
      <w:r>
        <w:t>میں جانا جاؤں جانا جاؤں کے معنی سیلف ڈسکورڈ سیلف ڈسکوری سچ جاننا یعنی بتانے کے ذریعے نہیں</w:t>
      </w:r>
    </w:p>
    <w:p>
      <w:r>
        <w:rPr>
          <w:b/>
        </w:rPr>
        <w:t xml:space="preserve">[54:35] </w:t>
      </w:r>
      <w:r>
        <w:t>mein chupa hua khazana tha to mein ne chaha ke mein koi self discovery ke taur par daryaft</w:t>
      </w:r>
    </w:p>
    <w:p>
      <w:pPr>
        <w:jc w:val="right"/>
      </w:pPr>
      <w:r>
        <w:t>میں چھپا ہوا خزانہ تھا تو میں نے چاہا کہ میں کوئی سیلف ڈسکوری کے طور پر دریافت</w:t>
      </w:r>
    </w:p>
    <w:p>
      <w:r>
        <w:rPr>
          <w:b/>
        </w:rPr>
        <w:t xml:space="preserve">[54:43] </w:t>
      </w:r>
      <w:r>
        <w:t>kare to phir mein us ko jannat doon yeh jo qaul kisi ka hai yeh hadith rasool ke</w:t>
      </w:r>
    </w:p>
    <w:p>
      <w:pPr>
        <w:jc w:val="right"/>
      </w:pPr>
      <w:r>
        <w:t>کرے تو پھر میں اس کو جنت دوں یہ جو قول کسی کا ہے یہ حدیث رسول کے</w:t>
      </w:r>
    </w:p>
    <w:p>
      <w:r>
        <w:rPr>
          <w:b/>
        </w:rPr>
        <w:t xml:space="preserve">[54:50] </w:t>
      </w:r>
      <w:r>
        <w:t>upar mein ne nahi mana hai mujhe bohat hi important lagta hai isi mein mujhe jawab mila hai</w:t>
      </w:r>
    </w:p>
    <w:p>
      <w:pPr>
        <w:jc w:val="right"/>
      </w:pPr>
      <w:r>
        <w:t>اوپر میں نے نہیں مانا ہے مجھے بہت ہی امپورٹنٹ لگتا ہے اسی میں مجھے جواب ملا ہے</w:t>
      </w:r>
    </w:p>
    <w:p>
      <w:r>
        <w:rPr>
          <w:b/>
        </w:rPr>
        <w:t xml:space="preserve">[54:58] </w:t>
      </w:r>
      <w:r>
        <w:t>isi qaul mein is se ek aur jawab bhi nikal jata hai Maulana mera ek aur question tha</w:t>
      </w:r>
    </w:p>
    <w:p>
      <w:pPr>
        <w:jc w:val="right"/>
      </w:pPr>
      <w:r>
        <w:t>اسی قول میں اس سے ایک اور جواب بھی نکل جاتا ہے مولانا میرا ایک اور کوئسچن تھا</w:t>
      </w:r>
    </w:p>
    <w:p>
      <w:r>
        <w:rPr>
          <w:b/>
        </w:rPr>
        <w:t xml:space="preserve">[55:06] </w:t>
      </w:r>
      <w:r>
        <w:t>jis ka answer aap ne abhi de diya ke jab Maulana jab god to sari cheezein final shape</w:t>
      </w:r>
    </w:p>
    <w:p>
      <w:pPr>
        <w:jc w:val="right"/>
      </w:pPr>
      <w:r>
        <w:t>جس کا انسر آپ نے ابھی دے دیا کہ جب مولانا جب گاڈ تو ساری چیزیں فائنل شیپ</w:t>
      </w:r>
    </w:p>
    <w:p>
      <w:r>
        <w:rPr>
          <w:b/>
        </w:rPr>
        <w:t xml:space="preserve">[55:14] </w:t>
      </w:r>
      <w:r>
        <w:t>mein banate hain to insan ko final shape mein kyu nahi banaya to yeh aap ne keh bata</w:t>
      </w:r>
    </w:p>
    <w:p>
      <w:pPr>
        <w:jc w:val="right"/>
      </w:pPr>
      <w:r>
        <w:t>میں بناتے ہیں تو انسان کو فائنل شیپ میں کیوں نہیں بنایا تو یہ آپ نے کہہ بتا</w:t>
      </w:r>
    </w:p>
    <w:p>
      <w:r>
        <w:rPr>
          <w:b/>
        </w:rPr>
        <w:t xml:space="preserve">[55:21] </w:t>
      </w:r>
      <w:r>
        <w:t>diya is ka answer ke self discovery jab tak nahi hogi tab tak woh woh mazah nahi aaye</w:t>
      </w:r>
    </w:p>
    <w:p>
      <w:pPr>
        <w:jc w:val="right"/>
      </w:pPr>
      <w:r>
        <w:t>دیا اس کا انسر کہ سیلف ڈسکوری جب تک نہیں ہوگی تب تک وہ وہ مزہ نہیں آئے</w:t>
      </w:r>
    </w:p>
    <w:p>
      <w:r>
        <w:rPr>
          <w:b/>
        </w:rPr>
        <w:t xml:space="preserve">[55:29] </w:t>
      </w:r>
      <w:r>
        <w:t>ga ya paradise ka jo self discovery se hi woh personality banti hai personality banegi woh personality</w:t>
      </w:r>
    </w:p>
    <w:p>
      <w:pPr>
        <w:jc w:val="right"/>
      </w:pPr>
      <w:r>
        <w:t>گا یا پارڈائز کا جو سیلف ڈسکوری سے ہی وہ پرسنیلٹی بنتی ہے پرسنیلٹی بنے گی وہ پرسنیلٹی</w:t>
      </w:r>
    </w:p>
    <w:p>
      <w:r>
        <w:rPr>
          <w:b/>
        </w:rPr>
        <w:t xml:space="preserve">[55:37] </w:t>
      </w:r>
      <w:r>
        <w:t>banti hi nahi kyunke ek insan hi hai jisko final i mean agar waise khuda chahte to</w:t>
      </w:r>
    </w:p>
    <w:p>
      <w:pPr>
        <w:jc w:val="right"/>
      </w:pPr>
      <w:r>
        <w:t>بنتی ہی نہیں کیونکہ ایک انسان ہی ہے جس کو فائنل آئی مین اگر ویسے خدا چاہتے تو</w:t>
      </w:r>
    </w:p>
    <w:p>
      <w:r>
        <w:rPr>
          <w:b/>
        </w:rPr>
        <w:t xml:space="preserve">[55:44] </w:t>
      </w:r>
      <w:r>
        <w:t>ek insan ya shaitan ko bhi as a ya i mean jin ko bhi final is mein bana</w:t>
      </w:r>
    </w:p>
    <w:p>
      <w:pPr>
        <w:jc w:val="right"/>
      </w:pPr>
      <w:r>
        <w:t>ایک انسان یا شیطان کو بھی ایز اے یا آئی مین جن کو بھی فائنل اس میں بنا</w:t>
      </w:r>
    </w:p>
    <w:p>
      <w:r>
        <w:rPr>
          <w:b/>
        </w:rPr>
        <w:t xml:space="preserve">[55:52] </w:t>
      </w:r>
      <w:r>
        <w:t>sakate the but unhone woh nahi diya free will de ke unko woh test pe rakha</w:t>
      </w:r>
    </w:p>
    <w:p>
      <w:pPr>
        <w:jc w:val="right"/>
      </w:pPr>
      <w:r>
        <w:t>سکتے تھے بٹ انہوں نے وہ نہیں دیا فری ول دے کے ان کو وہ ٹیسٹ پہ رکھا</w:t>
      </w:r>
    </w:p>
    <w:p>
      <w:r>
        <w:rPr>
          <w:b/>
        </w:rPr>
        <w:t xml:space="preserve">[56:00] </w:t>
      </w:r>
      <w:r>
        <w:t>ke in mein se jo theek honge wahi paradise mein jayenge yeh sare test jo hote</w:t>
      </w:r>
    </w:p>
    <w:p>
      <w:pPr>
        <w:jc w:val="right"/>
      </w:pPr>
      <w:r>
        <w:t>کہ ان میں سے جو ٹھیک ہوں گے وہی پارڈائز میں جائیں گے یہ سارے ٹیسٹ جو ہوتے</w:t>
      </w:r>
    </w:p>
    <w:p>
      <w:r>
        <w:rPr>
          <w:b/>
        </w:rPr>
        <w:t xml:space="preserve">[56:08] </w:t>
      </w:r>
      <w:r>
        <w:t>hain ek jungle test ka hai is mein jo stand kare woh is qabil hai ke us ko</w:t>
      </w:r>
    </w:p>
    <w:p>
      <w:pPr>
        <w:jc w:val="right"/>
      </w:pPr>
      <w:r>
        <w:t>ہیں ایک جنگل ٹیسٹ کا ہے اس میں جو اسٹینڈ کرے وہ اس قابل ہے کہ اس کو</w:t>
      </w:r>
    </w:p>
    <w:p>
      <w:r>
        <w:rPr>
          <w:b/>
        </w:rPr>
        <w:t xml:space="preserve">[56:15] </w:t>
      </w:r>
      <w:r>
        <w:t>jannat bakhshate jayen kal mein soch raha tha ke insan ki jo creation hai bohat ajeeb creation hai</w:t>
      </w:r>
    </w:p>
    <w:p>
      <w:pPr>
        <w:jc w:val="right"/>
      </w:pPr>
      <w:r>
        <w:t>جنت بخشتے جائیں کل میں سوچ رہا تھا کہ انسان کی جو کریشن ہے بہت عجیب کریشن ہے</w:t>
      </w:r>
    </w:p>
    <w:p>
      <w:r>
        <w:rPr>
          <w:b/>
        </w:rPr>
        <w:t xml:space="preserve">[56:23] </w:t>
      </w:r>
      <w:r>
        <w:t>ek ek contradictory creation hai woh yeh ke aadmi desire se bhara hua hai har aadmi har aadmi</w:t>
      </w:r>
    </w:p>
    <w:p>
      <w:pPr>
        <w:jc w:val="right"/>
      </w:pPr>
      <w:r>
        <w:t>ایک ایک کنٹراڈکٹری کریشن ہے وہ یہ کہ آدمی ڈیزائر سے بھرا ہوا ہے ہر آدمی ہر آدمی</w:t>
      </w:r>
    </w:p>
    <w:p>
      <w:r>
        <w:rPr>
          <w:b/>
        </w:rPr>
        <w:t xml:space="preserve">[56:31] </w:t>
      </w:r>
      <w:r>
        <w:t>desire se lekin fulfillment nahi yani king ko bhi nahi aur jo wealthy logon ko bhi nahi kisi</w:t>
      </w:r>
    </w:p>
    <w:p>
      <w:pPr>
        <w:jc w:val="right"/>
      </w:pPr>
      <w:r>
        <w:t>ڈیزائر سے لیکن فلفلمنٹ نہیں یعنی کنگ کو بھی نہیں اور جو ویلدی لوگوں کو بھی نہیں کسی</w:t>
      </w:r>
    </w:p>
    <w:p>
      <w:r>
        <w:rPr>
          <w:b/>
        </w:rPr>
        <w:t xml:space="preserve">[56:38] </w:t>
      </w:r>
      <w:r>
        <w:t>ko bhi nahi yani desire to har ek ke andar hai aur fulfillment kisi ke andar nahi to</w:t>
      </w:r>
    </w:p>
    <w:p>
      <w:pPr>
        <w:jc w:val="right"/>
      </w:pPr>
      <w:r>
        <w:t>کو بھی نہیں یعنی ڈیزائر تو ہر ایک کے اندر ہے اور فلفلمنٹ کسی کے اندر نہیں تو</w:t>
      </w:r>
    </w:p>
    <w:p>
      <w:r>
        <w:rPr>
          <w:b/>
        </w:rPr>
        <w:t xml:space="preserve">[56:46] </w:t>
      </w:r>
      <w:r>
        <w:t>yeh jo farq rakha Allah taala ne isi se aadmi pehchan marifat hoti hai ke khuda ya to ne</w:t>
      </w:r>
    </w:p>
    <w:p>
      <w:pPr>
        <w:jc w:val="right"/>
      </w:pPr>
      <w:r>
        <w:t>یہ جو فرق رکھا اللہ تعالی نے اسی سے آدمی پہچان معرفت ہوتی ہے کہ خدایا تو نے</w:t>
      </w:r>
    </w:p>
    <w:p>
      <w:r>
        <w:rPr>
          <w:b/>
        </w:rPr>
        <w:t xml:space="preserve">[56:54] </w:t>
      </w:r>
      <w:r>
        <w:t>mujhe banaya koi desire ke sath to wealthy fulfillment yahan par aap paradise ko daryaft karte hain phir</w:t>
      </w:r>
    </w:p>
    <w:p>
      <w:pPr>
        <w:jc w:val="right"/>
      </w:pPr>
      <w:r>
        <w:t>مجھے بنایا کوئی ڈیزائر کے ساتھ تو ویلدی فلفلمنٹ یہاں پر آپ پارڈائز کو دریافت کرتے ہیں پھر</w:t>
      </w:r>
    </w:p>
    <w:p>
      <w:r>
        <w:rPr>
          <w:b/>
        </w:rPr>
        <w:t xml:space="preserve">[57:02] </w:t>
      </w:r>
      <w:r>
        <w:t>aap ka idhar personality banti hai ke mein is pe rehne ke qabil apne ko banaun ke wahan</w:t>
      </w:r>
    </w:p>
    <w:p>
      <w:pPr>
        <w:jc w:val="right"/>
      </w:pPr>
      <w:r>
        <w:t>آپ کا ادھر پرسنیلٹی بنتی ہے کہ میں اس پہ رہنے کے قابل اپنے کو بناؤں کہ وہاں</w:t>
      </w:r>
    </w:p>
    <w:p>
      <w:r>
        <w:rPr>
          <w:b/>
        </w:rPr>
        <w:t xml:space="preserve">[57:09] </w:t>
      </w:r>
      <w:r>
        <w:t>par kyunke wahan jo wahan ke liye jo jo competent log honge woh quality wahan pe idhar</w:t>
      </w:r>
    </w:p>
    <w:p>
      <w:pPr>
        <w:jc w:val="right"/>
      </w:pPr>
      <w:r>
        <w:t>پر کیونکہ وہاں جو وہاں کے لیے جو جو کمپیٹنٹ لوگ ہوں گے وہ کوالٹی وہاں پہ ادھر</w:t>
      </w:r>
    </w:p>
    <w:p>
      <w:r>
        <w:rPr>
          <w:b/>
        </w:rPr>
        <w:t xml:space="preserve">[57:17] </w:t>
      </w:r>
      <w:r>
        <w:t>paida karo yeh hai aap ne kya kaha tha Maulana Naveed ne yeh kaha tha ke aap ne</w:t>
      </w:r>
    </w:p>
    <w:p>
      <w:pPr>
        <w:jc w:val="right"/>
      </w:pPr>
      <w:r>
        <w:t>پیدا کرو یہ ہے آپ نے کیا کہا تھا مولانا Naveed نے یہ کہا تھا کہ آپ نے</w:t>
      </w:r>
    </w:p>
    <w:p>
      <w:r>
        <w:rPr>
          <w:b/>
        </w:rPr>
        <w:t xml:space="preserve">[57:25] </w:t>
      </w:r>
      <w:r>
        <w:t>ek aur analogy di thi ke agar koyle ki matlab is duniya ke bare mein ke woh aisa</w:t>
      </w:r>
    </w:p>
    <w:p>
      <w:pPr>
        <w:jc w:val="right"/>
      </w:pPr>
      <w:r>
        <w:t>ایک اور اینالوجی دی تھی کہ اگر کوئلے کی مطلب اس دنیا کے بارے میں کہ وہ ایسا</w:t>
      </w:r>
    </w:p>
    <w:p>
      <w:r>
        <w:rPr>
          <w:b/>
        </w:rPr>
        <w:t xml:space="preserve">[57:32] </w:t>
      </w:r>
      <w:r>
        <w:t>hai ke jaise ek insan koyle ki khan se nikal raha hai safed kapde daal ke aur us</w:t>
      </w:r>
    </w:p>
    <w:p>
      <w:pPr>
        <w:jc w:val="right"/>
      </w:pPr>
      <w:r>
        <w:t>ہے کہ جیسے ایک انسان کوئلے کی کھان سے نکل رہا ہے سفید کپڑے ڈال کے اور اس</w:t>
      </w:r>
    </w:p>
    <w:p>
      <w:r>
        <w:rPr>
          <w:b/>
        </w:rPr>
        <w:t xml:space="preserve">[57:40] </w:t>
      </w:r>
      <w:r>
        <w:t>ko safed hi bahar nikalna hai lekin jab koyle ki khan se koi insan niklega to daagh</w:t>
      </w:r>
    </w:p>
    <w:p>
      <w:pPr>
        <w:jc w:val="right"/>
      </w:pPr>
      <w:r>
        <w:t>کو سفید ہی باہر نکلنا ہے لیکن جب کوئلے کی کھان سے کوئی انسان نکلے گا تو داغ</w:t>
      </w:r>
    </w:p>
    <w:p>
      <w:r>
        <w:rPr>
          <w:b/>
        </w:rPr>
        <w:t xml:space="preserve">[57:48] </w:t>
      </w:r>
      <w:r>
        <w:t>to lagenge to to woh yeh puchna cha rahe the ke woh daagh ke mani mein ke</w:t>
      </w:r>
    </w:p>
    <w:p>
      <w:pPr>
        <w:jc w:val="right"/>
      </w:pPr>
      <w:r>
        <w:t>تو لگیں گے تو تو وہ یہ پوچھنا چاہ رہے تھے کہ وہ داغ کے معنی میں کہ</w:t>
      </w:r>
    </w:p>
    <w:p>
      <w:r>
        <w:rPr>
          <w:b/>
        </w:rPr>
        <w:t xml:space="preserve">[57:56] </w:t>
      </w:r>
      <w:r>
        <w:t>ghaltiyan hongi to kya Allah taala maaf karega yeh to hadith mein hai baqra ke law</w:t>
      </w:r>
    </w:p>
    <w:p>
      <w:pPr>
        <w:jc w:val="right"/>
      </w:pPr>
      <w:r>
        <w:t>غلطیاں ہوں گی تو کیا اللہ تعالی معاف کرے گا یہ تو حدیث میں ہے بقرہ کہ لَوْ</w:t>
      </w:r>
    </w:p>
    <w:p>
      <w:r>
        <w:rPr>
          <w:b/>
        </w:rPr>
        <w:t xml:space="preserve">[58:03] </w:t>
      </w:r>
      <w:r>
        <w:t>la an taznabu kya hai woh ke ek aur makhlooq paida karta raha jo ghalati kare maaf kare</w:t>
      </w:r>
    </w:p>
    <w:p>
      <w:pPr>
        <w:jc w:val="right"/>
      </w:pPr>
      <w:r>
        <w:t>لَا أَنْ تَذْنِبُ کیا ہے وہ کہ ایک اور مخلوق پیدا کرتا رہا جو غلطی کرے معاف کرے</w:t>
      </w:r>
    </w:p>
    <w:p>
      <w:r>
        <w:rPr>
          <w:b/>
        </w:rPr>
        <w:t xml:space="preserve">[58:11] </w:t>
      </w:r>
      <w:r>
        <w:t>woh woh nikali ke allah is ko pasand karta hai ke aadmi ko gilty feel kare apne aap</w:t>
      </w:r>
    </w:p>
    <w:p>
      <w:pPr>
        <w:jc w:val="right"/>
      </w:pPr>
      <w:r>
        <w:t>وہ وہ نکالی کہ اللہ اس کو پسند کرتا ہے کہ آدمی کو گلٹی فیل کرے اپنے آپ</w:t>
      </w:r>
    </w:p>
    <w:p>
      <w:r>
        <w:rPr>
          <w:b/>
        </w:rPr>
        <w:t xml:space="preserve">[58:19] </w:t>
      </w:r>
      <w:r>
        <w:t>ko kyunke isi jo jo guilt ka jo ehsas hota hai isi se to nekiyan aati hain tabhi</w:t>
      </w:r>
    </w:p>
    <w:p>
      <w:pPr>
        <w:jc w:val="right"/>
      </w:pPr>
      <w:r>
        <w:t>کو کیونکہ اسی جو جو گلٹ کا جو احساس ہوتا ہے اسی سے تو نیکیاں آتی ہیں تبھی</w:t>
      </w:r>
    </w:p>
    <w:p>
      <w:r>
        <w:rPr>
          <w:b/>
        </w:rPr>
        <w:t xml:space="preserve">[58:26] </w:t>
      </w:r>
      <w:r>
        <w:t>to virtue aata hai jo apne ko gilty feel na kare us ke andar virtue bhi nahi aaye</w:t>
      </w:r>
    </w:p>
    <w:p>
      <w:pPr>
        <w:jc w:val="right"/>
      </w:pPr>
      <w:r>
        <w:t>تو ورچو آتا ہے جو اپنے کو گلٹی فیل نہ کرے اس کے اندر ورچو بھی نہیں آئے</w:t>
      </w:r>
    </w:p>
    <w:p>
      <w:r>
        <w:rPr>
          <w:b/>
        </w:rPr>
        <w:t xml:space="preserve">[58:34] </w:t>
      </w:r>
      <w:r>
        <w:t>ga ya bohat si hadithain is par hain hmm ke agar insan gunah na kare to khuda ek</w:t>
      </w:r>
    </w:p>
    <w:p>
      <w:pPr>
        <w:jc w:val="right"/>
      </w:pPr>
      <w:r>
        <w:t>گا یا بہت سی حدیثیں اس پر ہیں ہمم کہ اگر انسان گناہ نہ کرے تو خدا ایک</w:t>
      </w:r>
    </w:p>
    <w:p>
      <w:r>
        <w:rPr>
          <w:b/>
        </w:rPr>
        <w:t xml:space="preserve">[58:42] </w:t>
      </w:r>
      <w:r>
        <w:t>aur makhlooq paida karega jo gunah kare aur aur maafi mange yeh maafi mangne ka mani hai</w:t>
      </w:r>
    </w:p>
    <w:p>
      <w:pPr>
        <w:jc w:val="right"/>
      </w:pPr>
      <w:r>
        <w:t>اور مخلوق پیدا کرے گا جو گناہ کرے اور اور معافی مانگے یہ معافی مانگنے کا معنی ہے</w:t>
      </w:r>
    </w:p>
    <w:p>
      <w:r>
        <w:rPr>
          <w:b/>
        </w:rPr>
        <w:t xml:space="preserve">[58:50] </w:t>
      </w:r>
      <w:r>
        <w:t>ke allah ki apni barhai dikhana chahta hai is ke baghair woh personality nahi banti ke agar yeh</w:t>
      </w:r>
    </w:p>
    <w:p>
      <w:pPr>
        <w:jc w:val="right"/>
      </w:pPr>
      <w:r>
        <w:t>کہ اللہ کی اپنی بڑائی دکھانا چاہتا ہے اس کے بغیر وہ پرسنیلٹی نہیں بنتی کہ اگر یہ</w:t>
      </w:r>
    </w:p>
    <w:p>
      <w:r>
        <w:rPr>
          <w:b/>
        </w:rPr>
        <w:t xml:space="preserve">[58:57] </w:t>
      </w:r>
      <w:r>
        <w:t>samjhe ke main to main mere andar to koi khami nahi main to sab kuch theek hai to</w:t>
      </w:r>
    </w:p>
    <w:p>
      <w:pPr>
        <w:jc w:val="right"/>
      </w:pPr>
      <w:r>
        <w:t>سمجھے کہ میں تو میں میرے اندر تو کوئی خامی نہیں میں تو سب کچھ ٹھیک ہے تو</w:t>
      </w:r>
    </w:p>
    <w:p>
      <w:r>
        <w:rPr>
          <w:b/>
        </w:rPr>
        <w:t xml:space="preserve">[59:05] </w:t>
      </w:r>
      <w:r>
        <w:t>us ke andar yani arrogance aayega arrogance jis ke andar hoga to woh jannat mein jaane wala</w:t>
      </w:r>
    </w:p>
    <w:p>
      <w:pPr>
        <w:jc w:val="right"/>
      </w:pPr>
      <w:r>
        <w:t>اس کے اندر یعنی اروگنس آئے گا اروگنس جس کے اندر ہوگا تو وہ جنت میں جانے والا</w:t>
      </w:r>
    </w:p>
    <w:p>
      <w:r>
        <w:rPr>
          <w:b/>
        </w:rPr>
        <w:t xml:space="preserve">[59:13] </w:t>
      </w:r>
      <w:r>
        <w:t>nahi ya hadith mein hai arrogance jis ke andar ho woh jannat mein nahi jayega to main</w:t>
      </w:r>
    </w:p>
    <w:p>
      <w:pPr>
        <w:jc w:val="right"/>
      </w:pPr>
      <w:r>
        <w:t>نہیں یا حدیث میں ہے اروگنس جس کے اندر ہو وہ جنت میں نہیں جائے گا تو میں</w:t>
      </w:r>
    </w:p>
    <w:p>
      <w:r>
        <w:rPr>
          <w:b/>
        </w:rPr>
        <w:t xml:space="preserve">[59:20] </w:t>
      </w:r>
      <w:r>
        <w:t>samajhta hoon ke yeh yeh gunah jo hai is ka ek positive aspect hai ke is se aadmi</w:t>
      </w:r>
    </w:p>
    <w:p>
      <w:pPr>
        <w:jc w:val="right"/>
      </w:pPr>
      <w:r>
        <w:t>سمجھتا ہوں کہ یہ یہ گناہ جو ہے اس کا ایک پوزیٹیو ایسپیکٹ ہے کہ اس سے آدمی</w:t>
      </w:r>
    </w:p>
    <w:p>
      <w:r>
        <w:rPr>
          <w:b/>
        </w:rPr>
        <w:t xml:space="preserve">[59:28] </w:t>
      </w:r>
      <w:r>
        <w:t>ke andar woh yani woh us ke andar ek ek awakening aati hai woh awakening aa nahi sakti</w:t>
      </w:r>
    </w:p>
    <w:p>
      <w:pPr>
        <w:jc w:val="right"/>
      </w:pPr>
      <w:r>
        <w:t>کے اندر وہ یعنی وہ اس کے اندر ایک ایک اویکننگ آتی ہے وہ اویکننگ آ نہیں سکتی</w:t>
      </w:r>
    </w:p>
    <w:p>
      <w:r>
        <w:rPr>
          <w:b/>
        </w:rPr>
        <w:t xml:space="preserve">[59:36] </w:t>
      </w:r>
      <w:r>
        <w:t>agar aadmi ko ehsas na ho ke bhai to mujh se to ghalati ho gayi mujh se to</w:t>
      </w:r>
    </w:p>
    <w:p>
      <w:pPr>
        <w:jc w:val="right"/>
      </w:pPr>
      <w:r>
        <w:t>اگر آدمی کو احساس نہ ہو کہ بھئی تو مجھ سے تو غلطی ہو گئی مجھ سے تو</w:t>
      </w:r>
    </w:p>
    <w:p>
      <w:r>
        <w:rPr>
          <w:b/>
        </w:rPr>
        <w:t xml:space="preserve">[59:44] </w:t>
      </w:r>
      <w:r>
        <w:t>ghalati ho gayi ke to ab kya kaam hai ji maulana aap yeh keh rahe hain ke aadmi</w:t>
      </w:r>
    </w:p>
    <w:p>
      <w:pPr>
        <w:jc w:val="right"/>
      </w:pPr>
      <w:r>
        <w:t>غلطی ہو گئی کہ تو اب کیا کام ہے جی مولانا آپ یہ کہہ رہے ہیں کہ آدمی</w:t>
      </w:r>
    </w:p>
    <w:p>
      <w:r>
        <w:rPr>
          <w:b/>
        </w:rPr>
        <w:t xml:space="preserve">[59:51] </w:t>
      </w:r>
      <w:r>
        <w:t>ke liye jo ghalati ka hona ek positive aspect hai is ki wajah se insan ke andar ek</w:t>
      </w:r>
    </w:p>
    <w:p>
      <w:pPr>
        <w:jc w:val="right"/>
      </w:pPr>
      <w:r>
        <w:t>کے لیے جو غلطی کا ہونا ایک پوزیٹیو ایسپیکٹ ہے اس کی وجہ سے انسان کے اندر ایک</w:t>
      </w:r>
    </w:p>
    <w:p>
      <w:r>
        <w:rPr>
          <w:b/>
        </w:rPr>
        <w:t xml:space="preserve">[59:59] </w:t>
      </w:r>
      <w:r>
        <w:t>awakening aati hai ke mujh se ghalati ho gayi mujh se ghalati ho gayi to personality mein development</w:t>
      </w:r>
    </w:p>
    <w:p>
      <w:pPr>
        <w:jc w:val="right"/>
      </w:pPr>
      <w:r>
        <w:t>اویکننگ آتی ہے کہ مجھ سے غلطی ہو گئی مجھ سے غلطی ہو گئی تو پرسنیلٹی میں ڈیولپمنٹ</w:t>
      </w:r>
    </w:p>
    <w:p>
      <w:r>
        <w:rPr>
          <w:b/>
        </w:rPr>
        <w:t xml:space="preserve">[1:00:07] </w:t>
      </w:r>
      <w:r>
        <w:t>hota hai ke creativity aati hai hmm creativity direct taur par isi se aati hai yani aadmi ka</w:t>
      </w:r>
    </w:p>
    <w:p>
      <w:pPr>
        <w:jc w:val="right"/>
      </w:pPr>
      <w:r>
        <w:t>ہوتا ہے کہ کریٹیوٹی آتی ہے ہمم کریٹیوٹی ڈائریکٹ طور پر اسی سے آتی ہے یعنی آدمی کا</w:t>
      </w:r>
    </w:p>
    <w:p>
      <w:r>
        <w:rPr>
          <w:b/>
        </w:rPr>
        <w:t xml:space="preserve">[1:00:14] </w:t>
      </w:r>
      <w:r>
        <w:t>jab guilty man jab hota hai aadmi to us ki creativity badhti hai us ki hmm to kya</w:t>
      </w:r>
    </w:p>
    <w:p>
      <w:pPr>
        <w:jc w:val="right"/>
      </w:pPr>
      <w:r>
        <w:t>جب گلٹی مان جب ہوتا ہے آدمی تو اس کی کریٹیوٹی بڑھتی ہے اس کی ہمم تو کیا</w:t>
      </w:r>
    </w:p>
    <w:p>
      <w:r>
        <w:rPr>
          <w:b/>
        </w:rPr>
        <w:t xml:space="preserve">[1:00:22] </w:t>
      </w:r>
      <w:r>
        <w:t>mani hai repeat kijiye ke maulana jab insan ghalati karta hai aur ghalati kar ke woh apni ghalati</w:t>
      </w:r>
    </w:p>
    <w:p>
      <w:pPr>
        <w:jc w:val="right"/>
      </w:pPr>
      <w:r>
        <w:t>معنی ہے ریپیٹ کیجئے کہ مولانا جب انسان غلطی کرتا ہے اور غلطی کر کے وہ اپنی غلطی</w:t>
      </w:r>
    </w:p>
    <w:p>
      <w:r>
        <w:rPr>
          <w:b/>
        </w:rPr>
        <w:t xml:space="preserve">[1:00:30] </w:t>
      </w:r>
      <w:r>
        <w:t>daryaft karta hai to us ke andar creativity aati hai aur uska mind ka expansion hota hai</w:t>
      </w:r>
    </w:p>
    <w:p>
      <w:pPr>
        <w:jc w:val="right"/>
      </w:pPr>
      <w:r>
        <w:t>دریافت کرتا ہے تو اس کے اندر کریٹیوٹی آتی ہے اور اس کا مائنڈ کا ایکسپینشن ہوتا ہے</w:t>
      </w:r>
    </w:p>
    <w:p>
      <w:r>
        <w:rPr>
          <w:b/>
        </w:rPr>
        <w:t xml:space="preserve">[1:00:38] </w:t>
      </w:r>
      <w:r>
        <w:t>hmm so that leads to intellectual development agar yeh na ho to stagnation aa jayega hmm intellectual</w:t>
      </w:r>
    </w:p>
    <w:p>
      <w:pPr>
        <w:jc w:val="right"/>
      </w:pPr>
      <w:r>
        <w:t>ہمم سو دیٹ لیڈز ٹو انٹلیکچول ڈیولپمنٹ اگر یہ نہ ہو تو اسٹیگنیشن آ جائے گا ہمم انٹلیکچول</w:t>
      </w:r>
    </w:p>
    <w:p>
      <w:r>
        <w:rPr>
          <w:b/>
        </w:rPr>
        <w:t xml:space="preserve">[1:00:45] </w:t>
      </w:r>
      <w:r>
        <w:t>stagnation ji nahi ji yeh process na aadmi kar raha hai to stagnation aa jayega woh artist</w:t>
      </w:r>
    </w:p>
    <w:p>
      <w:pPr>
        <w:jc w:val="right"/>
      </w:pPr>
      <w:r>
        <w:t>اسٹیگنیشن جی نہیں جی یہ پروسیس نہ آدمی کر رہا ہے تو اسٹیگنیشن آ جائے گا وہ آرٹسٹ</w:t>
      </w:r>
    </w:p>
    <w:p>
      <w:r>
        <w:rPr>
          <w:b/>
        </w:rPr>
        <w:t xml:space="preserve">[1:00:53] </w:t>
      </w:r>
      <w:r>
        <w:t>wala mujhe yaad aa raha hai jo aap ne kaha tha ke allah taala ne hamein insan ko</w:t>
      </w:r>
    </w:p>
    <w:p>
      <w:pPr>
        <w:jc w:val="right"/>
      </w:pPr>
      <w:r>
        <w:t>والا مجھے یاد آ رہا ہے جو آپ نے کہا تھا کہ اللہ تعالی نے ہمیں انسان کو</w:t>
      </w:r>
    </w:p>
    <w:p>
      <w:r>
        <w:rPr>
          <w:b/>
        </w:rPr>
        <w:t xml:space="preserve">[1:01:01] </w:t>
      </w:r>
      <w:r>
        <w:t>aur sari cheezon ko kyun paida kiya naveed ne kaha tha ke allah taala ne sari makhlooqat ko</w:t>
      </w:r>
    </w:p>
    <w:p>
      <w:pPr>
        <w:jc w:val="right"/>
      </w:pPr>
      <w:r>
        <w:t>اور ساری چیزوں کو کیوں پیدا کیا Naveed نے کہا تھا کہ اللہ تعالی نے ساری مخلوقات کو</w:t>
      </w:r>
    </w:p>
    <w:p>
      <w:r>
        <w:rPr>
          <w:b/>
        </w:rPr>
        <w:t xml:space="preserve">[1:01:08] </w:t>
      </w:r>
      <w:r>
        <w:t>paida hi kyun kiya to woh artist wala yaad aa raha hai qissa ek artist tha woh bohat</w:t>
      </w:r>
    </w:p>
    <w:p>
      <w:pPr>
        <w:jc w:val="right"/>
      </w:pPr>
      <w:r>
        <w:t>پیدا ہی کیوں کیا تو وہ آرٹسٹ والا یاد آ رہا ہے قصہ ایک آرٹسٹ تھا وہ بہت</w:t>
      </w:r>
    </w:p>
    <w:p>
      <w:r>
        <w:rPr>
          <w:b/>
        </w:rPr>
        <w:t xml:space="preserve">[1:01:16] </w:t>
      </w:r>
      <w:r>
        <w:t>mehnat se art ke objects tayyar karta tha lekin abhi is ka sale nahi hota tha to is</w:t>
      </w:r>
    </w:p>
    <w:p>
      <w:pPr>
        <w:jc w:val="right"/>
      </w:pPr>
      <w:r>
        <w:t>محنت سے آرٹ کے ابجیکٹس تیار کرتا تھا لیکن ابھی اس کا سیل نہیں ہوتا تھا تو اس</w:t>
      </w:r>
    </w:p>
    <w:p>
      <w:r>
        <w:rPr>
          <w:b/>
        </w:rPr>
        <w:t xml:space="preserve">[1:01:24] </w:t>
      </w:r>
      <w:r>
        <w:t>ke bhai ko ehsas hua ke wo baitha hai itni mehnat kar raha hai aur sale hota nahi</w:t>
      </w:r>
    </w:p>
    <w:p>
      <w:pPr>
        <w:jc w:val="right"/>
      </w:pPr>
      <w:r>
        <w:t>کے بھائی کو احساس ہوا کہ وہ بیٹھا ہے اتنی محنت کر رہا ہے اور سیل ہوتا نہیں</w:t>
      </w:r>
    </w:p>
    <w:p>
      <w:r>
        <w:rPr>
          <w:b/>
        </w:rPr>
        <w:t xml:space="preserve">[1:01:32] </w:t>
      </w:r>
      <w:r>
        <w:t>to is ke bhai ne kisi ko kuch hazar panch sau rupiya diya ke ja ke tum kharido</w:t>
      </w:r>
    </w:p>
    <w:p>
      <w:pPr>
        <w:jc w:val="right"/>
      </w:pPr>
      <w:r>
        <w:t>تو اس کے بھائی نے کسی کو کچھ ہزار پانچ سو روپیہ دیا کہ جا کے تم خریدو</w:t>
      </w:r>
    </w:p>
    <w:p>
      <w:r>
        <w:rPr>
          <w:b/>
        </w:rPr>
        <w:t xml:space="preserve">[1:01:39] </w:t>
      </w:r>
      <w:r>
        <w:t>to is ko koi zaouq tha nahi is ka art ka is ne kaha ke ye paisa hai</w:t>
      </w:r>
    </w:p>
    <w:p>
      <w:pPr>
        <w:jc w:val="right"/>
      </w:pPr>
      <w:r>
        <w:t>تو اس کو کوئی ذوق تھا نہیں اس کا آرٹ کا اس نے کہا کہ یہ پیسہ ہے</w:t>
      </w:r>
    </w:p>
    <w:p>
      <w:r>
        <w:rPr>
          <w:b/>
        </w:rPr>
        <w:t xml:space="preserve">[1:01:47] </w:t>
      </w:r>
      <w:r>
        <w:t>aur is mein se mujh ko hazar rupye de do ek de do wo ghusa ho gaya aur</w:t>
      </w:r>
    </w:p>
    <w:p>
      <w:pPr>
        <w:jc w:val="right"/>
      </w:pPr>
      <w:r>
        <w:t>اور اس میں سے مجھ کو ہزار روپے دے دو ایک دے دو وہ غصہ ہو گیا اور</w:t>
      </w:r>
    </w:p>
    <w:p>
      <w:r>
        <w:rPr>
          <w:b/>
        </w:rPr>
        <w:t xml:space="preserve">[1:01:55] </w:t>
      </w:r>
      <w:r>
        <w:t>is ne nahi diya acha to is ne yahi ke Allah taala ne ek poori ek kainaat poori</w:t>
      </w:r>
    </w:p>
    <w:p>
      <w:pPr>
        <w:jc w:val="right"/>
      </w:pPr>
      <w:r>
        <w:t>اس نے نہیں دیا اچھا تو اس نے یہی کہ اللہ تعالی نے ایک پوری ایک کائنات پوری</w:t>
      </w:r>
    </w:p>
    <w:p>
      <w:r>
        <w:rPr>
          <w:b/>
        </w:rPr>
        <w:t xml:space="preserve">[1:02:02] </w:t>
      </w:r>
      <w:r>
        <w:t>makhluqat ek ek ek object of art hai paida kiya ab Allah taala chahte hain ke is is</w:t>
      </w:r>
    </w:p>
    <w:p>
      <w:pPr>
        <w:jc w:val="right"/>
      </w:pPr>
      <w:r>
        <w:t>مخلوقات ایک ایک ایک ابجیکٹ آف آرٹ ہے پیدا کیا اب اللہ تعالی چاہتے ہیں کہ اس اس</w:t>
      </w:r>
    </w:p>
    <w:p>
      <w:r>
        <w:rPr>
          <w:b/>
        </w:rPr>
        <w:t xml:space="preserve">[1:02:10] </w:t>
      </w:r>
      <w:r>
        <w:t>ko marifat karne wale insan chahiye khalique ki bhi marifat aur makhluqat ki bhi marifat to wahi jo</w:t>
      </w:r>
    </w:p>
    <w:p>
      <w:pPr>
        <w:jc w:val="right"/>
      </w:pPr>
      <w:r>
        <w:t>کو معرفت کرنے والے انسان چاہیے خالق کی بھی معرفت اور مخلوقات کی بھی معرفت تو وہی جو</w:t>
      </w:r>
    </w:p>
    <w:p>
      <w:r>
        <w:rPr>
          <w:b/>
        </w:rPr>
        <w:t xml:space="preserve">[1:02:18] </w:t>
      </w:r>
      <w:r>
        <w:t>marifat karega usi ke liye phir is ka reward jo hai wo jannat hoga hmm ab ye</w:t>
      </w:r>
    </w:p>
    <w:p>
      <w:pPr>
        <w:jc w:val="right"/>
      </w:pPr>
      <w:r>
        <w:t>معرفت کرے گا اسی کے لیے پھر اس کا ریوارڈ جو ہے وہ جنت ہوگا ہمم اب یہ</w:t>
      </w:r>
    </w:p>
    <w:p>
      <w:r>
        <w:rPr>
          <w:b/>
        </w:rPr>
        <w:t xml:space="preserve">[1:02:26] </w:t>
      </w:r>
      <w:r>
        <w:t>bat jo maine kaha ji aaj hi mujhe aisi samajh mein aayi ke Allah taala ne insan</w:t>
      </w:r>
    </w:p>
    <w:p>
      <w:pPr>
        <w:jc w:val="right"/>
      </w:pPr>
      <w:r>
        <w:t>بات جو میں نے کہا جی آج ہی مجھے ایسی سمجھ میں آئی کہ اللہ تعالی نے انسان</w:t>
      </w:r>
    </w:p>
    <w:p>
      <w:r>
        <w:rPr>
          <w:b/>
        </w:rPr>
        <w:t xml:space="preserve">[1:02:33] </w:t>
      </w:r>
      <w:r>
        <w:t>ko paida kiya yani jo jis ko hote hain competitive age to insan apne hath se panch kaam</w:t>
      </w:r>
    </w:p>
    <w:p>
      <w:pPr>
        <w:jc w:val="right"/>
      </w:pPr>
      <w:r>
        <w:t>کو پیدا کیا یعنی جو جس کو ہوتے ہیں پمپیٹیو ایج تو انسان اپنے ہاتھ سے پانچ کام</w:t>
      </w:r>
    </w:p>
    <w:p>
      <w:r>
        <w:rPr>
          <w:b/>
        </w:rPr>
        <w:t xml:space="preserve">[1:02:41] </w:t>
      </w:r>
      <w:r>
        <w:t>karta tha aur sari technology wo chupa di nature ke andar is ko bataya nahi kabhi nahi bataya</w:t>
      </w:r>
    </w:p>
    <w:p>
      <w:pPr>
        <w:jc w:val="right"/>
      </w:pPr>
      <w:r>
        <w:t>کرتا تھا اور ساری ٹیکنالوجی وہ چھپا دی نیچر کے اندر اس کو بتایا نہیں کبھی نہیں بتایا</w:t>
      </w:r>
    </w:p>
    <w:p>
      <w:r>
        <w:rPr>
          <w:b/>
        </w:rPr>
        <w:t xml:space="preserve">[1:02:49] </w:t>
      </w:r>
      <w:r>
        <w:t>ke pani ko tum garam karoge is point pahunchega to wo steam banne banne lagegi</w:t>
      </w:r>
    </w:p>
    <w:p>
      <w:pPr>
        <w:jc w:val="right"/>
      </w:pPr>
      <w:r>
        <w:t>کہ پانی کو تم گرم کرو گے اس پوائنٹ پہنچے گا تو وہ اسٹیم بننے بننے لگے گی</w:t>
      </w:r>
    </w:p>
    <w:p>
      <w:r>
        <w:rPr>
          <w:b/>
        </w:rPr>
        <w:t xml:space="preserve">[1:02:56] </w:t>
      </w:r>
      <w:r>
        <w:t>koi bataya nahi to isi liye ke insan ki kehte hain creativity aaye self development self thinking aaye</w:t>
      </w:r>
    </w:p>
    <w:p>
      <w:pPr>
        <w:jc w:val="right"/>
      </w:pPr>
      <w:r>
        <w:t>کوئی بتایا نہیں تو اسی لیے کہ انسان کی کہتے ہیں کریٹیوٹی آئے سیلف ڈیولپ سیلف تھنکنگ آئے</w:t>
      </w:r>
    </w:p>
    <w:p>
      <w:r>
        <w:rPr>
          <w:b/>
        </w:rPr>
        <w:t xml:space="preserve">[1:03:04] </w:t>
      </w:r>
      <w:r>
        <w:t>intellectual development aaye is liye to sare nature mein technology chupa di maqsad yahi tha agar ye agar</w:t>
      </w:r>
    </w:p>
    <w:p>
      <w:pPr>
        <w:jc w:val="right"/>
      </w:pPr>
      <w:r>
        <w:t>انٹلیکچول ڈیولپمنٹ آئے اس لیے تو سارے نیچر میں ٹیکنالوجی چھپا دی مقصد یہی تھا اگر یہ اگر</w:t>
      </w:r>
    </w:p>
    <w:p>
      <w:r>
        <w:rPr>
          <w:b/>
        </w:rPr>
        <w:t xml:space="preserve">[1:03:12] </w:t>
      </w:r>
      <w:r>
        <w:t>agar sab kuch maloom hoti har cheez maloom hoti har cheez jaise yani jaise kahin peed aage hain</w:t>
      </w:r>
    </w:p>
    <w:p>
      <w:pPr>
        <w:jc w:val="right"/>
      </w:pPr>
      <w:r>
        <w:t>اگر سب کچھ معلوم ہوتی ہر چیز معلوم ہوتی ہر چیز جیسے یعنی جیسے کہیں پیڑ اگے ہیں</w:t>
      </w:r>
    </w:p>
    <w:p>
      <w:r>
        <w:rPr>
          <w:b/>
        </w:rPr>
        <w:t xml:space="preserve">[1:03:20] </w:t>
      </w:r>
      <w:r>
        <w:t>kahin motor rakhi rehti hain kahin machine daud rahi hain to kahin hawa jaat rakha hota to development</w:t>
      </w:r>
    </w:p>
    <w:p>
      <w:pPr>
        <w:jc w:val="right"/>
      </w:pPr>
      <w:r>
        <w:t>کہیں موٹر رکھی رہتی ہیں کہیں مشینیں دوڑ رہی ہیں تو کہیں ہوا جات رکھا ہوتا تو ڈیولپمنٹ</w:t>
      </w:r>
    </w:p>
    <w:p>
      <w:r>
        <w:rPr>
          <w:b/>
        </w:rPr>
        <w:t xml:space="preserve">[1:03:27] </w:t>
      </w:r>
      <w:r>
        <w:t>kaisa hota hai ji kaisa kya kaam hai repeat kijiye aap ji Maulana yahi ke Khuda ne jo</w:t>
      </w:r>
    </w:p>
    <w:p>
      <w:pPr>
        <w:jc w:val="right"/>
      </w:pPr>
      <w:r>
        <w:t>کیسا ہوتا ہے جی کیسا کیا کام ہے ریپیٹ کیجئے آپ جی مولانا یہی کہ خدا نے جو</w:t>
      </w:r>
    </w:p>
    <w:p>
      <w:r>
        <w:rPr>
          <w:b/>
        </w:rPr>
        <w:t xml:space="preserve">[1:03:35] </w:t>
      </w:r>
      <w:r>
        <w:t>sari properties thin development kiya daryaft karne wali wo nature mein rakhi taake insan khud is ko discover</w:t>
      </w:r>
    </w:p>
    <w:p>
      <w:pPr>
        <w:jc w:val="right"/>
      </w:pPr>
      <w:r>
        <w:t>ساری پراپرٹیز تھیں ڈیولپمنٹ کیا دریافت کرنے والی وہ نیچر میں رکھی تاکہ انسان خود اس کو ڈسکور</w:t>
      </w:r>
    </w:p>
    <w:p>
      <w:r>
        <w:rPr>
          <w:b/>
        </w:rPr>
        <w:t xml:space="preserve">[1:03:43] </w:t>
      </w:r>
      <w:r>
        <w:t>kare aur agar sari technology nature mein bhi to hai haan ji ji Maulana Allah taala ko developed</w:t>
      </w:r>
    </w:p>
    <w:p>
      <w:pPr>
        <w:jc w:val="right"/>
      </w:pPr>
      <w:r>
        <w:t>کرے اور اگر ساری ٹیکنالوجی نیچر میں بھی تو ہے ہاں جی جی مولانا اللہ تعالی کو ڈیولپڈ</w:t>
      </w:r>
    </w:p>
    <w:p>
      <w:r>
        <w:rPr>
          <w:b/>
        </w:rPr>
        <w:t xml:space="preserve">[1:03:50] </w:t>
      </w:r>
      <w:r>
        <w:t>mind pasand hai creative mind pasand hai stagnation ko tod kar ke aadmi apne ko jo mind banaye</w:t>
      </w:r>
    </w:p>
    <w:p>
      <w:pPr>
        <w:jc w:val="right"/>
      </w:pPr>
      <w:r>
        <w:t>مائنڈ پسند ہے کریٹیو مائنڈ پسند ہے اسٹیگنیشن کو توڑ کر کے آدمی اپنے کو جو مائنڈ بنائے</w:t>
      </w:r>
    </w:p>
    <w:p>
      <w:r>
        <w:rPr>
          <w:b/>
        </w:rPr>
        <w:t xml:space="preserve">[1:03:58] </w:t>
      </w:r>
      <w:r>
        <w:t>wo wo Allah ko ye kya kaam hai hmm ke Khuda ko developed mind pasand hai jo ah</w:t>
      </w:r>
    </w:p>
    <w:p>
      <w:pPr>
        <w:jc w:val="right"/>
      </w:pPr>
      <w:r>
        <w:t>وہ وہ اللہ کو یہ کیا کام ہے ہمم کہ خدا کو ڈیولپ مائنڈ پسند ہے جو اہ</w:t>
      </w:r>
    </w:p>
    <w:p>
      <w:r>
        <w:rPr>
          <w:b/>
        </w:rPr>
        <w:t xml:space="preserve">[1:04:06] </w:t>
      </w:r>
      <w:r>
        <w:t>stagnation ko tod ke aage badh sake creative cheezein kar sake aur cheezein discover kar sake tabhi wo</w:t>
      </w:r>
    </w:p>
    <w:p>
      <w:pPr>
        <w:jc w:val="right"/>
      </w:pPr>
      <w:r>
        <w:t>سٹیگنیشن کو توڑ کے آگے بڑھ سکے کریٹیو چیزیں کر سکے اور چیزیں ڈسکور کر سکے تبھی وہ</w:t>
      </w:r>
    </w:p>
    <w:p>
      <w:r>
        <w:rPr>
          <w:b/>
        </w:rPr>
        <w:t xml:space="preserve">[1:04:14] </w:t>
      </w:r>
      <w:r>
        <w:t>aage badh sakta hai Maulana otherwise his case will be of intellectual stagnation naghma pooch rahe hain ke</w:t>
      </w:r>
    </w:p>
    <w:p>
      <w:pPr>
        <w:jc w:val="right"/>
      </w:pPr>
      <w:r>
        <w:t>آگے بڑھ سکتا ہے مولانا ادروائز ہز کیس ول بی آف انٹلیکچول سٹیگنیشن نغمہ پوچھ رہے ہیں کہ</w:t>
      </w:r>
    </w:p>
    <w:p>
      <w:r>
        <w:rPr>
          <w:b/>
        </w:rPr>
        <w:t xml:space="preserve">[1:04:21] </w:t>
      </w:r>
      <w:r>
        <w:t>kya Quran mein aisi koi ayat hai ke insan ko nature ko develop karna hai nature ko develop</w:t>
      </w:r>
    </w:p>
    <w:p>
      <w:pPr>
        <w:jc w:val="right"/>
      </w:pPr>
      <w:r>
        <w:t>کیا قرآن میں ایسی کوئی آیت ہے کہ انسان کو نیچر کو ڈیولپ کرنا ہے نیچر کو ڈیولپ</w:t>
      </w:r>
    </w:p>
    <w:p>
      <w:r>
        <w:rPr>
          <w:b/>
        </w:rPr>
        <w:t xml:space="preserve">[1:04:29] </w:t>
      </w:r>
      <w:r>
        <w:t>karna hai nature ko develop karna hai haan maujood hai mein to mein ne kaha na ke quran</w:t>
      </w:r>
    </w:p>
    <w:p>
      <w:pPr>
        <w:jc w:val="right"/>
      </w:pPr>
      <w:r>
        <w:t>کرنا ہے نیچر کو ڈیولپ کرنا ہے ہاں موجود ہے میں تو میں نے کہا نا کہ قرآن</w:t>
      </w:r>
    </w:p>
    <w:p>
      <w:r>
        <w:rPr>
          <w:b/>
        </w:rPr>
        <w:t xml:space="preserve">[1:04:37] </w:t>
      </w:r>
      <w:r>
        <w:t>mein bari bari cheezein sab isharay ki zaban mein hain wa yakhluqu ma la ta'lamoon woh ayat parhiye wa alkhail</w:t>
      </w:r>
    </w:p>
    <w:p>
      <w:pPr>
        <w:jc w:val="right"/>
      </w:pPr>
      <w:r>
        <w:t>میں بڑی بڑی چیزیں سب اشارے کی زبان میں ہیں وَيَخْلُقُ مَا لَا تَعْلَمُونَ وہ آیت پڑھیے وَالخَيْلَ</w:t>
      </w:r>
    </w:p>
    <w:p>
      <w:r>
        <w:rPr>
          <w:b/>
        </w:rPr>
        <w:t xml:space="preserve">[1:04:44] </w:t>
      </w:r>
      <w:r>
        <w:t>wa albigala wa alhamira li tarkabooha wa zeenataha wa yakhluqu ma la ta'lamoon haan dekhiye is ka tarjuma yeh hai ke Allah ne</w:t>
      </w:r>
    </w:p>
    <w:p>
      <w:pPr>
        <w:jc w:val="right"/>
      </w:pPr>
      <w:r>
        <w:t>وَالْبِغَالَ وَالْحَمِيرَ لِتَرْكَبُوهَا وَزِينَهَا وَيَخْلُقُ مَا لَا تَعْلَمُونَ ہاں دیکھیے اس کا ترجمہ یہ ہے کہ اللہ نے</w:t>
      </w:r>
    </w:p>
    <w:p>
      <w:r>
        <w:rPr>
          <w:b/>
        </w:rPr>
        <w:t xml:space="preserve">[1:04:52] </w:t>
      </w:r>
      <w:r>
        <w:t>tumhare liye paida kiya khachhar aur ghore yeh cheezein paidaish paida ki taake is par sawari karo tum</w:t>
      </w:r>
    </w:p>
    <w:p>
      <w:pPr>
        <w:jc w:val="right"/>
      </w:pPr>
      <w:r>
        <w:t>تمہارے لیے پیدا کیا خچر اور گھوڑے یہ چیزیں پیدائش پیدا کی تاکہ اس پر سواری کرو تم</w:t>
      </w:r>
    </w:p>
    <w:p>
      <w:r>
        <w:rPr>
          <w:b/>
        </w:rPr>
        <w:t xml:space="preserve">[1:05:00] </w:t>
      </w:r>
      <w:r>
        <w:t>yani nature mein yeh cheezein paida kar dein aap jante hain ke tareekh batati hai ke insan ne</w:t>
      </w:r>
    </w:p>
    <w:p>
      <w:pPr>
        <w:jc w:val="right"/>
      </w:pPr>
      <w:r>
        <w:t>یعنی نیچر میں یہ چیزیں پیدا کر دیں آپ جانتے ہیں کہ تاریخ بتاتی ہے کہ انسان نے</w:t>
      </w:r>
    </w:p>
    <w:p>
      <w:r>
        <w:rPr>
          <w:b/>
        </w:rPr>
        <w:t xml:space="preserve">[1:05:08] </w:t>
      </w:r>
      <w:r>
        <w:t>jangal mein dekha ghore ko to aik aik bohat der mein insan ko daryaft hui phir yeh to</w:t>
      </w:r>
    </w:p>
    <w:p>
      <w:pPr>
        <w:jc w:val="right"/>
      </w:pPr>
      <w:r>
        <w:t>جنگل میں دیکھا گھوڑے کو تو ایک ایک بہت دیر میں انسان کو دریافت ہوئی پھر یہ تو</w:t>
      </w:r>
    </w:p>
    <w:p>
      <w:r>
        <w:rPr>
          <w:b/>
        </w:rPr>
        <w:t xml:space="preserve">[1:05:15] </w:t>
      </w:r>
      <w:r>
        <w:t>meri sari ki sari qabil cheezein phir pakra is ko phir harness kiya is ke baad is ko</w:t>
      </w:r>
    </w:p>
    <w:p>
      <w:pPr>
        <w:jc w:val="right"/>
      </w:pPr>
      <w:r>
        <w:t>میری ساری کی ساری قابل چیزیں پھر پکڑا اس کو پھر ہارنس کیا اس کے بعد اس کو</w:t>
      </w:r>
    </w:p>
    <w:p>
      <w:r>
        <w:rPr>
          <w:b/>
        </w:rPr>
        <w:t xml:space="preserve">[1:05:23] </w:t>
      </w:r>
      <w:r>
        <w:t>karne laga is ke baad yeh ayat hai ke wa yakhluqu ma la ta'lamoon aur Allah ne paida kiya</w:t>
      </w:r>
    </w:p>
    <w:p>
      <w:pPr>
        <w:jc w:val="right"/>
      </w:pPr>
      <w:r>
        <w:t>کرنے لگا اس کے بعد یہ آیت ہے کہ وَيَخْلُقُ مَا لَا تَعْلَمُونَ اور اللہ نے پیدا کیا</w:t>
      </w:r>
    </w:p>
    <w:p>
      <w:r>
        <w:rPr>
          <w:b/>
        </w:rPr>
        <w:t xml:space="preserve">[1:05:31] </w:t>
      </w:r>
      <w:r>
        <w:t>hai woh cheezein jo woh nahi jante yani abhi nahi jante yani seven century mein yeh ayat aayi</w:t>
      </w:r>
    </w:p>
    <w:p>
      <w:pPr>
        <w:jc w:val="right"/>
      </w:pPr>
      <w:r>
        <w:t>ہے وہ چیزیں جو وہ نہیں جانتے یعنی ابھی نہیں جانتے یعنی سیون سینچری میں یہ آیت آئی</w:t>
      </w:r>
    </w:p>
    <w:p>
      <w:r>
        <w:rPr>
          <w:b/>
        </w:rPr>
        <w:t xml:space="preserve">[1:05:38] </w:t>
      </w:r>
      <w:r>
        <w:t>ke Allah ne aur bhi paida kiya hai jis ko tu abhi nahi nahi jante is ke baray</w:t>
      </w:r>
    </w:p>
    <w:p>
      <w:pPr>
        <w:jc w:val="right"/>
      </w:pPr>
      <w:r>
        <w:t>کہ اللہ نے اور بھی پیدا کیا ہے جس کو تو ابھی نہیں نہیں جانتے اس کے بارے</w:t>
      </w:r>
    </w:p>
    <w:p>
      <w:r>
        <w:rPr>
          <w:b/>
        </w:rPr>
        <w:t xml:space="preserve">[1:05:46] </w:t>
      </w:r>
      <w:r>
        <w:t>mein aik to baat to janoge isi tarah technology yani aik woh cheez hai jis ko ke</w:t>
      </w:r>
    </w:p>
    <w:p>
      <w:pPr>
        <w:jc w:val="right"/>
      </w:pPr>
      <w:r>
        <w:t>میں ایک تو بات تو جانو گے اسی طرح ٹیکنالوجی یعنی ایک وہ چیز ہے جس کو کہ</w:t>
      </w:r>
    </w:p>
    <w:p>
      <w:r>
        <w:rPr>
          <w:b/>
        </w:rPr>
        <w:t xml:space="preserve">[1:05:54] </w:t>
      </w:r>
      <w:r>
        <w:t>Allah ne paida kiya direct tor par tum pakro istemal karo oont ko ghore ko aur aik woh</w:t>
      </w:r>
    </w:p>
    <w:p>
      <w:pPr>
        <w:jc w:val="right"/>
      </w:pPr>
      <w:r>
        <w:t>اللہ نے پیدا کیا ڈائریکٹ طور پر تم پکڑ استعمال کرو اونٹ کو گھوڑے کو اور ایک وہ</w:t>
      </w:r>
    </w:p>
    <w:p>
      <w:r>
        <w:rPr>
          <w:b/>
        </w:rPr>
        <w:t xml:space="preserve">[1:06:02] </w:t>
      </w:r>
      <w:r>
        <w:t>cheez hai jo tum baad to daryaft karoge wa yakhluqu ma la ta'lamoon is ka tarjuma yeh hai</w:t>
      </w:r>
    </w:p>
    <w:p>
      <w:pPr>
        <w:jc w:val="right"/>
      </w:pPr>
      <w:r>
        <w:t>چیز ہے جو تم بعد تو دریافت کرو گے وَيَخْلُقُ مَا لَا تَعْلَمُونَ اس کا ترجمہ یہ ہے</w:t>
      </w:r>
    </w:p>
    <w:p>
      <w:r>
        <w:rPr>
          <w:b/>
        </w:rPr>
        <w:t xml:space="preserve">[1:06:09] </w:t>
      </w:r>
      <w:r>
        <w:t>aur Allah ne paida kiya hai jis ko tu abhi nahi jante to isi yahi to matlab hai</w:t>
      </w:r>
    </w:p>
    <w:p>
      <w:pPr>
        <w:jc w:val="right"/>
      </w:pPr>
      <w:r>
        <w:t>اور اللہ نے پیدا کیا ہے جس کو تو ابھی نہیں جانتے تو اسی یہی تو مطلب ہے</w:t>
      </w:r>
    </w:p>
    <w:p>
      <w:r>
        <w:rPr>
          <w:b/>
        </w:rPr>
        <w:t xml:space="preserve">[1:06:17] </w:t>
      </w:r>
      <w:r>
        <w:t>sari technology is ke is ke andar aati hai Maulana aik question hamare mind mein bhi aa raha</w:t>
      </w:r>
    </w:p>
    <w:p>
      <w:pPr>
        <w:jc w:val="right"/>
      </w:pPr>
      <w:r>
        <w:t>ساری ٹیکنالوجی اس کے اس کے اندر آتی ہے مولانا ایک کوئسچن ہمارے مائنڈ میں بھی آ رہا</w:t>
      </w:r>
    </w:p>
    <w:p>
      <w:r>
        <w:rPr>
          <w:b/>
        </w:rPr>
        <w:t xml:space="preserve">[1:06:25] </w:t>
      </w:r>
      <w:r>
        <w:t>تھا وہ یہ کہ جب اہ جب ابلیس کو بولا اللہ تعالی نے کہ bow down before Adam</w:t>
      </w:r>
    </w:p>
    <w:p>
      <w:pPr>
        <w:jc w:val="right"/>
      </w:pPr>
      <w:r>
        <w:t>تھا وہ یہ کہ جب اہ جب ابلیس کو بولا اللہ تعالی نے کہ بو ڈاؤن بیفور ایڈم</w:t>
      </w:r>
    </w:p>
    <w:p>
      <w:r>
        <w:rPr>
          <w:b/>
        </w:rPr>
        <w:t xml:space="preserve">[1:06:32] </w:t>
      </w:r>
      <w:r>
        <w:t>aur usne refuse kiya to Allah Ta'ala ne kaha ke you are banished from here to us</w:t>
      </w:r>
    </w:p>
    <w:p>
      <w:pPr>
        <w:jc w:val="right"/>
      </w:pPr>
      <w:r>
        <w:t>اور اس نے ریفیوز کیا تو اللہ تعالی نے کہا کہ یو آر بینشڈ فرام ہیر تو اس</w:t>
      </w:r>
    </w:p>
    <w:p>
      <w:r>
        <w:rPr>
          <w:b/>
        </w:rPr>
        <w:t xml:space="preserve">[1:06:40] </w:t>
      </w:r>
      <w:r>
        <w:t>نے کہا تھا کہ give me respite till the last day تاکہ میں لوگوں کو بہکاؤں گا تو</w:t>
      </w:r>
    </w:p>
    <w:p>
      <w:pPr>
        <w:jc w:val="right"/>
      </w:pPr>
      <w:r>
        <w:t>نے کہا تھا کہ گیو می ریسپائٹ ٹل دا لاسٹ ڈے تاکہ میں لوگوں کو بہکاؤں گا تو</w:t>
      </w:r>
    </w:p>
    <w:p>
      <w:r>
        <w:rPr>
          <w:b/>
        </w:rPr>
        <w:t xml:space="preserve">[1:06:48] </w:t>
      </w:r>
      <w:r>
        <w:t>خدا نے یہ کہا تھا کہ I will fill the hell with jinn and men who follow you.</w:t>
      </w:r>
    </w:p>
    <w:p>
      <w:pPr>
        <w:jc w:val="right"/>
      </w:pPr>
      <w:r>
        <w:t>خدا نے یہ کہا تھا کہ ائی ول فل دی ہیل ود جن اینڈ مین ہو فالو یو</w:t>
      </w:r>
    </w:p>
    <w:p>
      <w:r>
        <w:rPr>
          <w:b/>
        </w:rPr>
        <w:t xml:space="preserve">[1:06:56] </w:t>
      </w:r>
      <w:r>
        <w:t>to Maulana kya is is ka matlab yeh hai ke yahan pe jab Khuda ne bola ke jis</w:t>
      </w:r>
    </w:p>
    <w:p>
      <w:pPr>
        <w:jc w:val="right"/>
      </w:pPr>
      <w:r>
        <w:t>تو مولانا کیا اس اس کا مطلب یہ ہے کہ یہاں پہ جب خدا نے بولا کہ جس</w:t>
      </w:r>
    </w:p>
    <w:p>
      <w:r>
        <w:rPr>
          <w:b/>
        </w:rPr>
        <w:t xml:space="preserve">[1:07:03] </w:t>
      </w:r>
      <w:r>
        <w:t>ne tumhein follow kiya jinn and man to kya jinn ka bhi test abhi kuch un mein se</w:t>
      </w:r>
    </w:p>
    <w:p>
      <w:pPr>
        <w:jc w:val="right"/>
      </w:pPr>
      <w:r>
        <w:t>نے تمہیں فالو کیا جن اینڈ مین تو کیا جن کا بھی ٹیسٹ ابھی کچھ ان میں سے</w:t>
      </w:r>
    </w:p>
    <w:p>
      <w:r>
        <w:rPr>
          <w:b/>
        </w:rPr>
        <w:t xml:space="preserve">[1:07:11] </w:t>
      </w:r>
      <w:r>
        <w:t>kuch logon ka abhi bhi hai Maulana un ka test baqi hai jab Khuda ne kaha ke i</w:t>
      </w:r>
    </w:p>
    <w:p>
      <w:pPr>
        <w:jc w:val="right"/>
      </w:pPr>
      <w:r>
        <w:t>کچھ لوگوں کا ابھی بھی ہے مولانا ان کا ٹیسٹ باقی ہے جب خدا نے کہا کہ ائی</w:t>
      </w:r>
    </w:p>
    <w:p>
      <w:r>
        <w:rPr>
          <w:b/>
        </w:rPr>
        <w:t xml:space="preserve">[1:07:19] </w:t>
      </w:r>
      <w:r>
        <w:t>will fill the hell with jinn and man who will follow you to is ka matlab kuch aise</w:t>
      </w:r>
    </w:p>
    <w:p>
      <w:pPr>
        <w:jc w:val="right"/>
      </w:pPr>
      <w:r>
        <w:t>ول فل دی ہیل ود جن اینڈ مین ہو ویل فالو یو تو اس کا مطلب کچھ ایسے</w:t>
      </w:r>
    </w:p>
    <w:p>
      <w:r>
        <w:rPr>
          <w:b/>
        </w:rPr>
        <w:t xml:space="preserve">[1:07:26] </w:t>
      </w:r>
      <w:r>
        <w:t>bhi jinn honge yahan follow ke ma'ne hain haan ke iblis ke behkawe par chalne lage na</w:t>
      </w:r>
    </w:p>
    <w:p>
      <w:pPr>
        <w:jc w:val="right"/>
      </w:pPr>
      <w:r>
        <w:t>بھی جن ہوں گے یہاں فالو کے معنی ہیں ہاں کہ ابلیس کے بہکاوے پر چلنے لگے نا</w:t>
      </w:r>
    </w:p>
    <w:p>
      <w:r>
        <w:rPr>
          <w:b/>
        </w:rPr>
        <w:t xml:space="preserve">[1:07:34] </w:t>
      </w:r>
      <w:r>
        <w:t>yeh hai follow iblis behkayega iblis ka kaam hai quran mein hai ke tazeen is ka behkaane</w:t>
      </w:r>
    </w:p>
    <w:p>
      <w:pPr>
        <w:jc w:val="right"/>
      </w:pPr>
      <w:r>
        <w:t>یہ ہے فالو ابلیس بہکائے گا ابلیس کا کام ہے قرآن میں ہے کہ تزین اس کا بہکانے</w:t>
      </w:r>
    </w:p>
    <w:p>
      <w:r>
        <w:rPr>
          <w:b/>
        </w:rPr>
        <w:t xml:space="preserve">[1:07:42] </w:t>
      </w:r>
      <w:r>
        <w:t>ka tareeqa hai tazeen tazeen ma'ne yani ghalat kaam ko beautify karna hmm ghalat kaam ko beautify kar</w:t>
      </w:r>
    </w:p>
    <w:p>
      <w:pPr>
        <w:jc w:val="right"/>
      </w:pPr>
      <w:r>
        <w:t>کا طریقہ ہے تزین تزین معنی یعنی غلط کام کو بیوٹیفائی کرنا ہمم غلط کام کو بیوٹیفائی کر</w:t>
      </w:r>
    </w:p>
    <w:p>
      <w:r>
        <w:rPr>
          <w:b/>
        </w:rPr>
        <w:t xml:space="preserve">[1:07:50] </w:t>
      </w:r>
      <w:r>
        <w:t>ke kahein ke yeh to bilkul jo tumhara yani tum jo nafrat kar rahe ho tum jo jazba</w:t>
      </w:r>
    </w:p>
    <w:p>
      <w:pPr>
        <w:jc w:val="right"/>
      </w:pPr>
      <w:r>
        <w:t>کے کہیں کہ یہ تو بالکل جو تمہارا یعنی تم جو نفرت کر رہے ہو تم جو جذبہ</w:t>
      </w:r>
    </w:p>
    <w:p>
      <w:r>
        <w:rPr>
          <w:b/>
        </w:rPr>
        <w:t xml:space="preserve">[1:07:57] </w:t>
      </w:r>
      <w:r>
        <w:t>andar revenge ka jazba aa gaya hai jo tum gussa kar rahe ho to to jaise sapphire tum</w:t>
      </w:r>
    </w:p>
    <w:p>
      <w:pPr>
        <w:jc w:val="right"/>
      </w:pPr>
      <w:r>
        <w:t>اندر ریونج کا جذبہ آ گیا ہے جو تم غصہ کر رہے ہو تو تو جیسے سفائر تم</w:t>
      </w:r>
    </w:p>
    <w:p>
      <w:r>
        <w:rPr>
          <w:b/>
        </w:rPr>
        <w:t xml:space="preserve">[1:08:05] </w:t>
      </w:r>
      <w:r>
        <w:t>ho is ki to is par to hona hi chahiye aisa to tazeen karta hai insan yani burai</w:t>
      </w:r>
    </w:p>
    <w:p>
      <w:pPr>
        <w:jc w:val="right"/>
      </w:pPr>
      <w:r>
        <w:t>ہو اس کی تو اس پر تو ہونا ہی چاہیے ایسا تو تزین کرتا ہے انسان یعنی برائی</w:t>
      </w:r>
    </w:p>
    <w:p>
      <w:r>
        <w:rPr>
          <w:b/>
        </w:rPr>
        <w:t xml:space="preserve">[1:08:13] </w:t>
      </w:r>
      <w:r>
        <w:t>ko beautify karta hai mera khayal hai un ka kehna yeh hai ke abhi bhi woh jinat test</w:t>
      </w:r>
    </w:p>
    <w:p>
      <w:pPr>
        <w:jc w:val="right"/>
      </w:pPr>
      <w:r>
        <w:t>کو بیوٹیفائی کرتا ہے میرا خیال ہے ان کا کہنا یہ ہے کہ ابھی بھی وہ جنات ٹیسٹ</w:t>
      </w:r>
    </w:p>
    <w:p>
      <w:r>
        <w:rPr>
          <w:b/>
        </w:rPr>
        <w:t xml:space="preserve">[1:08:20] </w:t>
      </w:r>
      <w:r>
        <w:t>par hain kiya jaise insan hai jaise insan test par hai Maulana to kiya woh bhi test par</w:t>
      </w:r>
    </w:p>
    <w:p>
      <w:pPr>
        <w:jc w:val="right"/>
      </w:pPr>
      <w:r>
        <w:t>پر ہیں کیا جیسے انسان ہے جیسے انسان ٹیسٹ پر ہے مولانا تو کیا وہ بھی ٹیسٹ پر</w:t>
      </w:r>
    </w:p>
    <w:p>
      <w:r>
        <w:rPr>
          <w:b/>
        </w:rPr>
        <w:t xml:space="preserve">[1:08:28] </w:t>
      </w:r>
      <w:r>
        <w:t>abhi haan Quran ke aik ayat is se yeh niklta hai ke abhi bhi test par hain Surah</w:t>
      </w:r>
    </w:p>
    <w:p>
      <w:pPr>
        <w:jc w:val="right"/>
      </w:pPr>
      <w:r>
        <w:t>ابھی ہاں قرآن کے ایک آیت اس سے یہ نکلتا ہے کہ ابھی بھی ٹیسٹ پر ہیں سورہ</w:t>
      </w:r>
    </w:p>
    <w:p>
      <w:r>
        <w:rPr>
          <w:b/>
        </w:rPr>
        <w:t xml:space="preserve">[1:08:36] </w:t>
      </w:r>
      <w:r>
        <w:t>e jinn mein jo hai wa anna minna as salihuna wa minna dun zalika haan wa anna tara aqeedatahum haan yeh yeh yeh</w:t>
      </w:r>
    </w:p>
    <w:p>
      <w:pPr>
        <w:jc w:val="right"/>
      </w:pPr>
      <w:r>
        <w:t>جن میں جو ہے وَأَنَّا مِنَّ الصَّالِحُونَ وَمِنَّا دُونَ ذَلِكَ ہاں وَأَنَّا تَرَى عِقِيدَتَهُمْ ہاں یہ یہ یہ</w:t>
      </w:r>
    </w:p>
    <w:p>
      <w:r>
        <w:rPr>
          <w:b/>
        </w:rPr>
        <w:t xml:space="preserve">[1:08:44] </w:t>
      </w:r>
      <w:r>
        <w:t>parhiye is ko yani hamare haan hum mein se kuch naik hain kuch bure hain hamare andar bhi</w:t>
      </w:r>
    </w:p>
    <w:p>
      <w:pPr>
        <w:jc w:val="right"/>
      </w:pPr>
      <w:r>
        <w:t>پڑھیے اس کو یعنی ہمارے ہاں ہم میں سے کچھ نیک ہیں کچھ برے ہیں ہمارے اندر بھی</w:t>
      </w:r>
    </w:p>
    <w:p>
      <w:r>
        <w:rPr>
          <w:b/>
        </w:rPr>
        <w:t xml:space="preserve">[1:08:51] </w:t>
      </w:r>
      <w:r>
        <w:t>yani kai category hai yeh is ka tarjuma yeh hai to yeh is ka mani hai ke aur</w:t>
      </w:r>
    </w:p>
    <w:p>
      <w:pPr>
        <w:jc w:val="right"/>
      </w:pPr>
      <w:r>
        <w:t>یعنی کئی کیٹگری ہے یہ اس کا ترجمہ یہ ہے تو یہ اس کا معنی ہے کہ اور</w:t>
      </w:r>
    </w:p>
    <w:p>
      <w:r>
        <w:rPr>
          <w:b/>
        </w:rPr>
        <w:t xml:space="preserve">[1:08:59] </w:t>
      </w:r>
      <w:r>
        <w:t>Rasool Allah se Quran suna is mein aata hai Quran suna to kaha in mein yeh process jari</w:t>
      </w:r>
    </w:p>
    <w:p>
      <w:pPr>
        <w:jc w:val="right"/>
      </w:pPr>
      <w:r>
        <w:t>رسول اللہ سے قرآن سنا اس میں آتا ہے قرآن سنا تو کہا ان میں یہ پراسیس جاری</w:t>
      </w:r>
    </w:p>
    <w:p>
      <w:r>
        <w:rPr>
          <w:b/>
        </w:rPr>
        <w:t xml:space="preserve">[1:09:07] </w:t>
      </w:r>
      <w:r>
        <w:t>hai abhi humm aisa nahi ke khatam ho gaya acha yeh jo shuru hua tha jab jinnat ne</w:t>
      </w:r>
    </w:p>
    <w:p>
      <w:pPr>
        <w:jc w:val="right"/>
      </w:pPr>
      <w:r>
        <w:t>ہے ابھی ہمم ایسا نہیں کہ ختم ہو گیا اچھا یہ جو شروع ہوا تھا جب جنات نے</w:t>
      </w:r>
    </w:p>
    <w:p>
      <w:r>
        <w:rPr>
          <w:b/>
        </w:rPr>
        <w:t xml:space="preserve">[1:09:14] </w:t>
      </w:r>
      <w:r>
        <w:t>yani refuse kiya tha is ke baad bhi chal raha hai to kuch log abhi bhi yani saleh</w:t>
      </w:r>
    </w:p>
    <w:p>
      <w:pPr>
        <w:jc w:val="right"/>
      </w:pPr>
      <w:r>
        <w:t>یعنی ریفیوز کیا تھا اس کے بعد بھی چل رہا ہے تو کچھ لوگ ابھی بھی یعنی صالح</w:t>
      </w:r>
    </w:p>
    <w:p>
      <w:r>
        <w:rPr>
          <w:b/>
        </w:rPr>
        <w:t xml:space="preserve">[1:09:22] </w:t>
      </w:r>
      <w:r>
        <w:t>ban jate hain kuch bure ban jate hain yeh Surah jinn jinn ka number kiya hai 72 haan</w:t>
      </w:r>
    </w:p>
    <w:p>
      <w:pPr>
        <w:jc w:val="right"/>
      </w:pPr>
      <w:r>
        <w:t>بن جاتے ہیں کچھ برے بن جاتے ہیں یہ سورہ جن جن کا نمبر کیا ہے 72 ہاں</w:t>
      </w:r>
    </w:p>
    <w:p>
      <w:r>
        <w:rPr>
          <w:b/>
        </w:rPr>
        <w:t xml:space="preserve">[1:09:30] </w:t>
      </w:r>
      <w:r>
        <w:t>72 jo hai is ko parhiye ga aur 46 mein bhi hai Maulana zikr hai jinn ka acha</w:t>
      </w:r>
    </w:p>
    <w:p>
      <w:pPr>
        <w:jc w:val="right"/>
      </w:pPr>
      <w:r>
        <w:t>72 جو ہے اس کو پڑھیے گا اور 46 میں بھی ہے مولانا ذکر ہے جن کا اچھا</w:t>
      </w:r>
    </w:p>
    <w:p>
      <w:r>
        <w:rPr>
          <w:b/>
        </w:rPr>
        <w:t xml:space="preserve">[1:09:38] </w:t>
      </w:r>
      <w:r>
        <w:t>hai 46 mein acha hai aur riwayat mein aata hai ke Rasool Allah par iman laye the haan</w:t>
      </w:r>
    </w:p>
    <w:p>
      <w:pPr>
        <w:jc w:val="right"/>
      </w:pPr>
      <w:r>
        <w:t>ہے 46 میں اچھا ہے اور روایت میں آتا ہے کہ رسول اللہ پر ایمان لائے تھے ہاں</w:t>
      </w:r>
    </w:p>
    <w:p>
      <w:r>
        <w:rPr>
          <w:b/>
        </w:rPr>
        <w:t xml:space="preserve">[1:09:45] </w:t>
      </w:r>
      <w:r>
        <w:t>yeh bhi hai riwayat mein hai baqayda ke unhon ne suna Quran aur Rasool Allah pe iman laye</w:t>
      </w:r>
    </w:p>
    <w:p>
      <w:pPr>
        <w:jc w:val="right"/>
      </w:pPr>
      <w:r>
        <w:t>یہ بھی ہے روایت میں ہے باقاعدہ کہ انہوں نے سنا قرآن اور رسول اللہ پہ ایمان لائے</w:t>
      </w:r>
    </w:p>
    <w:p>
      <w:r>
        <w:rPr>
          <w:b/>
        </w:rPr>
        <w:t xml:space="preserve">[1:09:53] </w:t>
      </w:r>
      <w:r>
        <w:t>jabke pehle waghera momin the acha sirf mere khayal se yahi farq hai insan jinn mein ke hamara</w:t>
      </w:r>
    </w:p>
    <w:p>
      <w:pPr>
        <w:jc w:val="right"/>
      </w:pPr>
      <w:r>
        <w:t>جبکہ پہلے وغیرہ مومن تھے اچھا صرف میرے خیال سے یہی فرق ہے انسان جن میں کہ ہمارا</w:t>
      </w:r>
    </w:p>
    <w:p>
      <w:r>
        <w:rPr>
          <w:b/>
        </w:rPr>
        <w:t xml:space="preserve">[1:10:01] </w:t>
      </w:r>
      <w:r>
        <w:t>zindagi o maut hai un ke haan sab zinda hain to zindagi hain qayamat tak un ke haan</w:t>
      </w:r>
    </w:p>
    <w:p>
      <w:pPr>
        <w:jc w:val="right"/>
      </w:pPr>
      <w:r>
        <w:t>زندگی و موت ہے ان کے ہاں سب زندہ ہیں تو زندگی ہیں قیامت تک ان کے ہاں</w:t>
      </w:r>
    </w:p>
    <w:p>
      <w:r>
        <w:rPr>
          <w:b/>
        </w:rPr>
        <w:t xml:space="preserve">[1:10:08] </w:t>
      </w:r>
      <w:r>
        <w:t>jaise hamare koi barhta hai phir qabar mein dafan hota hai yeh un ka nahi hai jo paida</w:t>
      </w:r>
    </w:p>
    <w:p>
      <w:pPr>
        <w:jc w:val="right"/>
      </w:pPr>
      <w:r>
        <w:t>جسے ہمارے کوئی بڑھتا ہے پھر قبر میں دفن ہوتا ہے یہ ان کا نہیں ہے جو پیدا</w:t>
      </w:r>
    </w:p>
    <w:p>
      <w:r>
        <w:rPr>
          <w:b/>
        </w:rPr>
        <w:t xml:space="preserve">[1:10:16] </w:t>
      </w:r>
      <w:r>
        <w:t>ho gaye woh hain qayamat tak warna woh Islam qabool kiya unhon ne khud Quran majeed mein hai woh</w:t>
      </w:r>
    </w:p>
    <w:p>
      <w:pPr>
        <w:jc w:val="right"/>
      </w:pPr>
      <w:r>
        <w:t>ہوگئے وہ ہیں قیامت تک ورنہ وہ اسلام قبول کیا انہوں نے خود قرآن مجید میں ہے وہ</w:t>
      </w:r>
    </w:p>
    <w:p>
      <w:r>
        <w:rPr>
          <w:b/>
        </w:rPr>
        <w:t xml:space="preserve">[1:10:24] </w:t>
      </w:r>
      <w:r>
        <w:t>ayat ka number bataiye nafirū mina al-jinn hain ji Iblees ko jab Khuda ne bola na ke I</w:t>
      </w:r>
    </w:p>
    <w:p>
      <w:pPr>
        <w:jc w:val="right"/>
      </w:pPr>
      <w:r>
        <w:t>آیت کا نمبر بتائیے نَفْرُوا مِنَ الجِنِّ ہیں جی ابلیس کو جب خدا نے بولا نا کہ ائی</w:t>
      </w:r>
    </w:p>
    <w:p>
      <w:r>
        <w:rPr>
          <w:b/>
        </w:rPr>
        <w:t xml:space="preserve">[1:10:32] </w:t>
      </w:r>
      <w:r>
        <w:t>will put you in hell tab bhi repent nahi kiya is ne to final judgment thi is ke liye</w:t>
      </w:r>
    </w:p>
    <w:p>
      <w:pPr>
        <w:jc w:val="right"/>
      </w:pPr>
      <w:r>
        <w:t>ول پٹو ان ہیل تب بھی ریپینڈ نہیں کیا اس نے تو فائنل ججمنٹ تھی اس کے لیے</w:t>
      </w:r>
    </w:p>
    <w:p>
      <w:r>
        <w:rPr>
          <w:b/>
        </w:rPr>
        <w:t xml:space="preserve">[1:10:39] </w:t>
      </w:r>
      <w:r>
        <w:t>al-Quran haan falamma hadharūhu qālū ansidū falamma qudi wallū ilā qawmihim haan Rasool Allah se sun kar ke</w:t>
      </w:r>
    </w:p>
    <w:p>
      <w:pPr>
        <w:jc w:val="right"/>
      </w:pPr>
      <w:r>
        <w:t>القرآن ہاں فَلَمَّا حَذَرُوهُ قَالُوا أَنْسِدُوا فَلَمَّا قُدِيَ وَلُّو إِلَى قَوْمِهِمْ ہاں رسول اللہ سے سن کر کے</w:t>
      </w:r>
    </w:p>
    <w:p>
      <w:r>
        <w:rPr>
          <w:b/>
        </w:rPr>
        <w:t xml:space="preserve">[1:10:47] </w:t>
      </w:r>
      <w:r>
        <w:t>gaye apni qom mein undhaar karne ke liye undhaar ka matlab wahi tha dawat work yeh bhi is</w:t>
      </w:r>
    </w:p>
    <w:p>
      <w:pPr>
        <w:jc w:val="right"/>
      </w:pPr>
      <w:r>
        <w:t>گئے اپنی قوم میں انظار کرنے کے لیے انظار کا مطلب وہی تھا دعوت ورک یہ بھی اس</w:t>
      </w:r>
    </w:p>
    <w:p>
      <w:r>
        <w:rPr>
          <w:b/>
        </w:rPr>
        <w:t xml:space="preserve">[1:10:55] </w:t>
      </w:r>
      <w:r>
        <w:t>mein hai is ka hawala bataiye Surah number 46 ayat number 29 haan 46 29 29 hain ji</w:t>
      </w:r>
    </w:p>
    <w:p>
      <w:pPr>
        <w:jc w:val="right"/>
      </w:pPr>
      <w:r>
        <w:t>میں ہے اس کا حوالہ بتائیے سورہ نمبر 46 آیت نمبر 29 ہاں 46 29 29 ہیں جی</w:t>
      </w:r>
    </w:p>
    <w:p>
      <w:r>
        <w:rPr>
          <w:b/>
        </w:rPr>
        <w:t xml:space="preserve">[1:11:02] </w:t>
      </w:r>
      <w:r>
        <w:t>hum ke Rasool Allah se suna to Rasool Allah pe iman laye aur woh gaye apni qom mein</w:t>
      </w:r>
    </w:p>
    <w:p>
      <w:pPr>
        <w:jc w:val="right"/>
      </w:pPr>
      <w:r>
        <w:t>ہمم کہ رسول اللہ سے سنا تو رسول اللہ پہ ایمان لائے اور وہ گئے اپنی قوم میں</w:t>
      </w:r>
    </w:p>
    <w:p>
      <w:r>
        <w:rPr>
          <w:b/>
        </w:rPr>
        <w:t xml:space="preserve">[1:11:10] </w:t>
      </w:r>
      <w:r>
        <w:t>undhaar karne ke liye dawat work karne ke liye to un ke haan bhi aisi hissa jari hai</w:t>
      </w:r>
    </w:p>
    <w:p>
      <w:pPr>
        <w:jc w:val="right"/>
      </w:pPr>
      <w:r>
        <w:t>انظار کرنے کے لیے دعوت ورک کرنے کے لیے تو ان کے ہاں بھی ایسی حصہ جاری ہے</w:t>
      </w:r>
    </w:p>
    <w:p>
      <w:r>
        <w:rPr>
          <w:b/>
        </w:rPr>
        <w:t xml:space="preserve">[1:11:18] </w:t>
      </w:r>
      <w:r>
        <w:t>hum agarche majority aisi nahi hogi lekin majority hai aisi kitab clear hai ji clear hai Maulana.</w:t>
      </w:r>
    </w:p>
    <w:p>
      <w:pPr>
        <w:jc w:val="right"/>
      </w:pPr>
      <w:r>
        <w:t>ہمم اگرچہ میجورٹی ایسی نہیں ہوگی لیکن میجورٹی ہے ایسی کتاب کلیئر ہے جی کلیئر ہے مولانا.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