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2 20 29  Chapter Al Baqrah, Aug 02, 2015</w:t>
      </w:r>
    </w:p>
    <w:p>
      <w:r>
        <w:t>https://www.youtube.com/watch?v=cTJGD7yxFyM</w:t>
      </w:r>
    </w:p>
    <w:p>
      <w:r>
        <w:rPr>
          <w:b/>
        </w:rPr>
        <w:t xml:space="preserve">[00:21] </w:t>
      </w:r>
      <w:r>
        <w:t>bismillah hir rahman nir rahim, wa salla Allahu ala an-nabiyyi al-karim.</w:t>
      </w:r>
    </w:p>
    <w:p>
      <w:pPr>
        <w:jc w:val="right"/>
      </w:pPr>
      <w:r>
        <w:t>بسم اللہ الرحمن الرحیم، وصلی اللہ علی النبی الکریم۔</w:t>
      </w:r>
    </w:p>
    <w:p>
      <w:r>
        <w:rPr>
          <w:b/>
        </w:rPr>
        <w:t xml:space="preserve">[00:28] </w:t>
      </w:r>
      <w:r>
        <w:t>rabbi-shrah li sadri, wa yassir li amri, wah-lul uqdatan min lisani yafqahu qawli.</w:t>
      </w:r>
    </w:p>
    <w:p>
      <w:pPr>
        <w:jc w:val="right"/>
      </w:pPr>
      <w:r>
        <w:t>رب اشرح لی صدری، ویسر لی امری، واحل العقدۃ من لسانی یفقہ قولی۔</w:t>
      </w:r>
    </w:p>
    <w:p>
      <w:r>
        <w:rPr>
          <w:b/>
        </w:rPr>
        <w:t xml:space="preserve">[00:36] </w:t>
      </w:r>
      <w:r>
        <w:t>2 aghustus 2015.</w:t>
      </w:r>
    </w:p>
    <w:p>
      <w:pPr>
        <w:jc w:val="right"/>
      </w:pPr>
      <w:r>
        <w:t>2 اگست 2015۔</w:t>
      </w:r>
    </w:p>
    <w:p>
      <w:r>
        <w:rPr>
          <w:b/>
        </w:rPr>
        <w:t xml:space="preserve">[00:44] </w:t>
      </w:r>
      <w:r>
        <w:t>aaj surah al-baqarah ki ayat 20 se, in sha Allah,</w:t>
      </w:r>
    </w:p>
    <w:p>
      <w:pPr>
        <w:jc w:val="right"/>
      </w:pPr>
      <w:r>
        <w:t>آج سورہ البقرہ کی آیت 20 سے، ان شاء اللہ،</w:t>
      </w:r>
    </w:p>
    <w:p>
      <w:r>
        <w:rPr>
          <w:b/>
        </w:rPr>
        <w:t xml:space="preserve">[00:51] </w:t>
      </w:r>
      <w:r>
        <w:t>dars hoga. dars se pehlay mein aik baat arz karna chahta hoon, woh yeh ke quran kisi aasmani zaban mein nahi hai, ya molay aala ki zaban mein nahi hai; woh insan ki zaban mein hai. jo quran mein huroof e muqattaat hain, alif lam meem, alif lam meem ra waghera, to woh kya</w:t>
      </w:r>
    </w:p>
    <w:p>
      <w:pPr>
        <w:jc w:val="right"/>
      </w:pPr>
      <w:r>
        <w:t>درس ہوگا۔ درس سے پہلے میں ایک بات عرض کرنا چاہتا ہوں، وہ یہ کہ قرآن کسی آسمانی زبان میں نہیں ہے، یا مولائے اعلیٰ کی زبان میں نہیں ہے؛ وہ انسان کی زبان میں ہے۔ جو قرآن میں حروفِ مقطعات ہیں، الف لام میم، الف لام میم را وغیرہ، تو وہ کیا</w:t>
      </w:r>
    </w:p>
    <w:p>
      <w:r>
        <w:rPr>
          <w:b/>
        </w:rPr>
        <w:t xml:space="preserve">[01:21] </w:t>
      </w:r>
      <w:r>
        <w:t>hain? huroof-e-tahajji hain, yani alphabets.</w:t>
      </w:r>
    </w:p>
    <w:p>
      <w:pPr>
        <w:jc w:val="right"/>
      </w:pPr>
      <w:r>
        <w:t>ہیں؟ حروفِ تہجی ہیں، یعنی الفابیٹس۔</w:t>
      </w:r>
    </w:p>
    <w:p>
      <w:r>
        <w:rPr>
          <w:b/>
        </w:rPr>
        <w:t xml:space="preserve">[01:26] </w:t>
      </w:r>
      <w:r>
        <w:t>is baat ki alamat hai yeh ke quran ki zaban insan ki zaban hai, koi farishton ki zaban</w:t>
      </w:r>
    </w:p>
    <w:p>
      <w:pPr>
        <w:jc w:val="right"/>
      </w:pPr>
      <w:r>
        <w:t>اس بات کی علامت ہے یہ کہ قرآن کی زبان انسان کی زبان ہے، کوئی فرشتوں کی زبان</w:t>
      </w:r>
    </w:p>
    <w:p>
      <w:r>
        <w:rPr>
          <w:b/>
        </w:rPr>
        <w:t xml:space="preserve">[01:31] </w:t>
      </w:r>
      <w:r>
        <w:t>mein nahin hai.</w:t>
      </w:r>
    </w:p>
    <w:p>
      <w:pPr>
        <w:jc w:val="right"/>
      </w:pPr>
      <w:r>
        <w:t>میں نہیں ہے۔</w:t>
      </w:r>
    </w:p>
    <w:p>
      <w:r>
        <w:rPr>
          <w:b/>
        </w:rPr>
        <w:t xml:space="preserve">[01:36] </w:t>
      </w:r>
      <w:r>
        <w:t>is ka matlab hai ke insan ki zaban ko samajhne ke liye jo usloob ikhtiyar kiya jata hai,</w:t>
      </w:r>
    </w:p>
    <w:p>
      <w:pPr>
        <w:jc w:val="right"/>
      </w:pPr>
      <w:r>
        <w:t>اس کا مطلب ہے کہ انسان کی زبان کو سمجھنے کے لیے جو اسلوب اختیار کیا جاتا ہے،</w:t>
      </w:r>
    </w:p>
    <w:p>
      <w:r>
        <w:rPr>
          <w:b/>
        </w:rPr>
        <w:t xml:space="preserve">[01:42] </w:t>
      </w:r>
      <w:r>
        <w:t>wohi usloob quran ko samajhne ke liye bhi ikhtiyar kiya jayega.</w:t>
      </w:r>
    </w:p>
    <w:p>
      <w:pPr>
        <w:jc w:val="right"/>
      </w:pPr>
      <w:r>
        <w:t>وہی اسلوب قرآن کو سمجھنے کے لیے بھی اختیار کیا جائے گا۔</w:t>
      </w:r>
    </w:p>
    <w:p>
      <w:r>
        <w:rPr>
          <w:b/>
        </w:rPr>
        <w:t xml:space="preserve">[01:47] </w:t>
      </w:r>
      <w:r>
        <w:t>misal ke taur par dekhiye,</w:t>
      </w:r>
    </w:p>
    <w:p>
      <w:pPr>
        <w:jc w:val="right"/>
      </w:pPr>
      <w:r>
        <w:t>مثال کے طور پر دیکھیے،</w:t>
      </w:r>
    </w:p>
    <w:p>
      <w:r>
        <w:rPr>
          <w:b/>
        </w:rPr>
        <w:t xml:space="preserve">[01:52] </w:t>
      </w:r>
      <w:r>
        <w:t>ek shakhs is kamre mein aaye aur woh kahe ke kursi par ek aadmi baitha hua quran ka</w:t>
      </w:r>
    </w:p>
    <w:p>
      <w:pPr>
        <w:jc w:val="right"/>
      </w:pPr>
      <w:r>
        <w:t>ایک شخص اس کمرے میں آئے اور وہ کہے کہ کرسی پر ایک آدمی بیٹھا ہوا قرآن کا</w:t>
      </w:r>
    </w:p>
    <w:p>
      <w:r>
        <w:rPr>
          <w:b/>
        </w:rPr>
        <w:t xml:space="preserve">[01:56] </w:t>
      </w:r>
      <w:r>
        <w:t>dars de raha hai.</w:t>
      </w:r>
    </w:p>
    <w:p>
      <w:pPr>
        <w:jc w:val="right"/>
      </w:pPr>
      <w:r>
        <w:t>درس دے رہا ہے۔</w:t>
      </w:r>
    </w:p>
    <w:p>
      <w:r>
        <w:rPr>
          <w:b/>
        </w:rPr>
        <w:t xml:space="preserve">[02:00] </w:t>
      </w:r>
      <w:r>
        <w:t>dars de raha hai.</w:t>
      </w:r>
    </w:p>
    <w:p>
      <w:pPr>
        <w:jc w:val="right"/>
      </w:pPr>
      <w:r>
        <w:t>درس دے رہا ہے۔</w:t>
      </w:r>
    </w:p>
    <w:p>
      <w:r>
        <w:rPr>
          <w:b/>
        </w:rPr>
        <w:t xml:space="preserve">[02:05] </w:t>
      </w:r>
      <w:r>
        <w:t>ab dekhiye, dena ke maani kya hain? to give, yani kuch dena, jaise main yeh kisi ko doon.</w:t>
      </w:r>
    </w:p>
    <w:p>
      <w:pPr>
        <w:jc w:val="right"/>
      </w:pPr>
      <w:r>
        <w:t>اب دیکھیے، دینا کے معنی کیا ہیں؟ To give، یعنی کچھ دینا، جیسے میں یہ کسی کو دوں۔</w:t>
      </w:r>
    </w:p>
    <w:p>
      <w:r>
        <w:rPr>
          <w:b/>
        </w:rPr>
        <w:t xml:space="preserve">[02:09] </w:t>
      </w:r>
      <w:r>
        <w:t>to is maani mein to dars nahin hai.</w:t>
      </w:r>
    </w:p>
    <w:p>
      <w:pPr>
        <w:jc w:val="right"/>
      </w:pPr>
      <w:r>
        <w:t>تو اس معنی میں تو درس نہیں ہے۔</w:t>
      </w:r>
    </w:p>
    <w:p>
      <w:r>
        <w:rPr>
          <w:b/>
        </w:rPr>
        <w:t xml:space="preserve">[02:14] </w:t>
      </w:r>
      <w:r>
        <w:t>yahan dena ka lafz jo hai, woh bayan karne ke maani mein hai, yani quran ki tafsir bayan</w:t>
      </w:r>
    </w:p>
    <w:p>
      <w:pPr>
        <w:jc w:val="right"/>
      </w:pPr>
      <w:r>
        <w:t>یہاں دینا کا لفظ جو ہے، وہ بیان کرنے کے معنی میں ہے، یعنی قرآن کی تفسیر بیان</w:t>
      </w:r>
    </w:p>
    <w:p>
      <w:r>
        <w:rPr>
          <w:b/>
        </w:rPr>
        <w:t xml:space="preserve">[02:18] </w:t>
      </w:r>
      <w:r>
        <w:t>kar raha hai.</w:t>
      </w:r>
    </w:p>
    <w:p>
      <w:pPr>
        <w:jc w:val="right"/>
      </w:pPr>
      <w:r>
        <w:t>کر رہا ہے۔</w:t>
      </w:r>
    </w:p>
    <w:p>
      <w:r>
        <w:rPr>
          <w:b/>
        </w:rPr>
        <w:t xml:space="preserve">[02:23] </w:t>
      </w:r>
      <w:r>
        <w:t>to lafz dena hai, lekin matlab kya hai? ke ek shakhs quran ki tafsir bayan kar raha hai.</w:t>
      </w:r>
    </w:p>
    <w:p>
      <w:pPr>
        <w:jc w:val="right"/>
      </w:pPr>
      <w:r>
        <w:t>تو لفظ دینا ہے، لیکن مطلب کیا ہے؟ کہ ایک شخص قرآن کی تفسیر بیان کر رہا ہے۔</w:t>
      </w:r>
    </w:p>
    <w:p>
      <w:r>
        <w:rPr>
          <w:b/>
        </w:rPr>
        <w:t xml:space="preserve">[02:28] </w:t>
      </w:r>
      <w:r>
        <w:t>isi liye quran mein ek quran mein utara gaya hai ke li-yadabbara ayatihi.</w:t>
      </w:r>
    </w:p>
    <w:p>
      <w:pPr>
        <w:jc w:val="right"/>
      </w:pPr>
      <w:r>
        <w:t>اسی لیے قرآن میں ایک قرآن میں اتارا گیا ہے کہ لَدَبَّرُ آیاتِهِ۔</w:t>
      </w:r>
    </w:p>
    <w:p>
      <w:r>
        <w:rPr>
          <w:b/>
        </w:rPr>
        <w:t xml:space="preserve">[02:33] </w:t>
      </w:r>
      <w:r>
        <w:t>log ghaur karen is ki ayaton par.</w:t>
      </w:r>
    </w:p>
    <w:p>
      <w:pPr>
        <w:jc w:val="right"/>
      </w:pPr>
      <w:r>
        <w:t>لوگ غور کریں اس کی آیتوں پر۔</w:t>
      </w:r>
    </w:p>
    <w:p>
      <w:r>
        <w:rPr>
          <w:b/>
        </w:rPr>
        <w:t xml:space="preserve">[02:38] </w:t>
      </w:r>
      <w:r>
        <w:t>agar lafzon ko le kar baith jayenge to quran samajh mein nahin aayega.</w:t>
      </w:r>
    </w:p>
    <w:p>
      <w:pPr>
        <w:jc w:val="right"/>
      </w:pPr>
      <w:r>
        <w:t>اگر لفظوں کو لے کر بیٹھ جائیں گے تو قرآن سمجھ میں نہیں آئے گا۔</w:t>
      </w:r>
    </w:p>
    <w:p>
      <w:r>
        <w:rPr>
          <w:b/>
        </w:rPr>
        <w:t xml:space="preserve">[02:43] </w:t>
      </w:r>
      <w:r>
        <w:t>tadabbur karenge tab samajh aayega quran. tadabbur.</w:t>
      </w:r>
    </w:p>
    <w:p>
      <w:pPr>
        <w:jc w:val="right"/>
      </w:pPr>
      <w:r>
        <w:t>تدبر کریں گے تب سمجھ آئے گا قرآن۔ تدبر۔</w:t>
      </w:r>
    </w:p>
    <w:p>
      <w:r>
        <w:rPr>
          <w:b/>
        </w:rPr>
        <w:t xml:space="preserve">[02:48] </w:t>
      </w:r>
      <w:r>
        <w:t>to yeh ek buniyadi baat thi jo main ne arz ki. ab</w:t>
      </w:r>
    </w:p>
    <w:p>
      <w:pPr>
        <w:jc w:val="right"/>
      </w:pPr>
      <w:r>
        <w:t>تو یہ ایک بنیادی بات تھی جو میں نے عرض کی۔ اب</w:t>
      </w:r>
    </w:p>
    <w:p>
      <w:r>
        <w:rPr>
          <w:b/>
        </w:rPr>
        <w:t xml:space="preserve">[02:53] </w:t>
      </w:r>
      <w:r>
        <w:t>chaliye, woh ayaten lijiye.</w:t>
      </w:r>
    </w:p>
    <w:p>
      <w:pPr>
        <w:jc w:val="right"/>
      </w:pPr>
      <w:r>
        <w:t>چلیے، وہ آیتیں لیجیے۔</w:t>
      </w:r>
    </w:p>
    <w:p>
      <w:r>
        <w:rPr>
          <w:b/>
        </w:rPr>
        <w:t xml:space="preserve">[02:57] </w:t>
      </w:r>
      <w:r>
        <w:t>yaqadu al barqu yakhtafu absarahum kullama adaa'a lahum mashawfeehi.</w:t>
      </w:r>
    </w:p>
    <w:p>
      <w:pPr>
        <w:jc w:val="right"/>
      </w:pPr>
      <w:r>
        <w:t>یَقَادُ الْبَرْقُ يَخْتَفُ أَبْصَارَهُمْ كُلَّمَا أَضَاءَ لَهُمْ مَشَوْفِيهِ۔</w:t>
      </w:r>
    </w:p>
    <w:p>
      <w:r>
        <w:rPr>
          <w:b/>
        </w:rPr>
        <w:t xml:space="preserve">[03:04] </w:t>
      </w:r>
      <w:r>
        <w:t>yeh ayat jo hai, pichlay silsilay se mutaliq hai. pesh silsilay mein, yani pichli ayaton mein jo baat kahi gayi hai, us se jurtay hai yeh ayat. phir say parhiye.</w:t>
      </w:r>
    </w:p>
    <w:p>
      <w:pPr>
        <w:jc w:val="right"/>
      </w:pPr>
      <w:r>
        <w:t>یہ آیت جو ہے، پچھلے سلسلے سے متعلق ہے۔ پیش سلسلے میں، یعنی پچھلی آیتوں میں جو بات کہی گئی ہے، اس سے جڑتی ہے یہ آیت۔ پھر سے پڑھیے۔</w:t>
      </w:r>
    </w:p>
    <w:p>
      <w:r>
        <w:rPr>
          <w:b/>
        </w:rPr>
        <w:t xml:space="preserve">[03:15] </w:t>
      </w:r>
      <w:r>
        <w:t>yaqadul barqu yakhtafu absarahum.</w:t>
      </w:r>
    </w:p>
    <w:p>
      <w:pPr>
        <w:jc w:val="right"/>
      </w:pPr>
      <w:r>
        <w:t>یَقَادُ الْبَرْقُ يَخْتَفُ أَبْصَارَهُمْ۔</w:t>
      </w:r>
    </w:p>
    <w:p>
      <w:r>
        <w:rPr>
          <w:b/>
        </w:rPr>
        <w:t xml:space="preserve">[03:17] </w:t>
      </w:r>
      <w:r>
        <w:t>haan. yeh is mein barq, yaani bijli, itni chamak rahi hai ke ho sakta hai, aisa lagta hai ke un ki aankhein chali jayengi. to yeh baarish ki misaal de kar is mein wahi ko bataya gaya hai ke Allah ki wahi utri, Quran utra, to aik noor-e-hidayaat ka phaila. hidayaat ki roshni phaili. to kuch logon ko to is se hid</w:t>
      </w:r>
    </w:p>
    <w:p>
      <w:pPr>
        <w:jc w:val="right"/>
      </w:pPr>
      <w:r>
        <w:t>ہاں۔ یہ اس میں برق، یعنی بجلی، اتنی چمک رہی ہے کہ ہو سکتا ہے، ایسا لگتا ہے کہ ان کی آنکھیں چلی جائیں گی۔ تو یہ بارش کی مثال دے کر اس میں وحی کو بتایا گیا ہے کہ اللہ کی وحی اتری، قرآن اترا، تو ایک نورِ ہدایت کا پھیلا۔ ہدایت کی روشنی پھیلی۔ تو کچھ لوگوں کو تو اس سے ہد</w:t>
      </w:r>
    </w:p>
    <w:p>
      <w:r>
        <w:rPr>
          <w:b/>
        </w:rPr>
        <w:t xml:space="preserve">[03:47] </w:t>
      </w:r>
      <w:r>
        <w:t>ayat mili, aur kuch log aisay thay jo is ko accept na kar sakay, to tarah tarah ki is ke khilaaf baatein bolnay lagay. inhi ke baray mein yeh baat hai ke wahi ki roshni se un ko roshni nahi mili, kyunkay un ka zehan bigra hua tha. jin ko hum kehtay hain munafiq, yeh un ka bayan hai. to munafiq koi aisa nahi ke qadeem zamanay mein koi aik firqa tha jo munafiqat kar</w:t>
      </w:r>
    </w:p>
    <w:p>
      <w:pPr>
        <w:jc w:val="right"/>
      </w:pPr>
      <w:r>
        <w:t>ایت ملی، اور کچھ لوگ ایسے تھے جو اس کو ایکسیپٹ نہ کر سکے، تو طرح طرح کی اس کے خلاف باتیں بولنے لگے۔ انہی کے بارے میں یہ بات ہے کہ وحی کی روشنی سے ان کو روشنی نہیں ملی، کیونکہ ان کا ذہن بگڑا ہوا تھا۔ جن کو ہم کہتے ہیں منافق، یہ ان کا بیان ہے۔ تو منافق کوئی ایسا نہیں کہ قدیم زمانے میں کوئی ایک فرقہ تھا جو منافقت کر</w:t>
      </w:r>
    </w:p>
    <w:p>
      <w:r>
        <w:rPr>
          <w:b/>
        </w:rPr>
        <w:t xml:space="preserve">[04:17] </w:t>
      </w:r>
      <w:r>
        <w:t>ta tha.</w:t>
      </w:r>
    </w:p>
    <w:p>
      <w:pPr>
        <w:jc w:val="right"/>
      </w:pPr>
      <w:r>
        <w:t>تا تھا۔</w:t>
      </w:r>
    </w:p>
    <w:p>
      <w:r>
        <w:rPr>
          <w:b/>
        </w:rPr>
        <w:t xml:space="preserve">[04:21] </w:t>
      </w:r>
      <w:r>
        <w:t>nahin, har zamane mein yeh ek insani phenomena hai.</w:t>
      </w:r>
    </w:p>
    <w:p>
      <w:pPr>
        <w:jc w:val="right"/>
      </w:pPr>
      <w:r>
        <w:t>نہیں، ہر زمانے میں یہ ایک انسانی فینومینا ہے۔</w:t>
      </w:r>
    </w:p>
    <w:p>
      <w:r>
        <w:rPr>
          <w:b/>
        </w:rPr>
        <w:t xml:space="preserve">[04:26] </w:t>
      </w:r>
      <w:r>
        <w:t>yeh insaan ka ek phenomena hai jo har zamane mein hota hai, aur hota rahega.</w:t>
      </w:r>
    </w:p>
    <w:p>
      <w:pPr>
        <w:jc w:val="right"/>
      </w:pPr>
      <w:r>
        <w:t>یہ انسان کا ایک فینومینا ہے جو ہر زمانے میں ہوتا ہے، اور ہوتا رہے گا۔</w:t>
      </w:r>
    </w:p>
    <w:p>
      <w:r>
        <w:rPr>
          <w:b/>
        </w:rPr>
        <w:t xml:space="preserve">[04:30] </w:t>
      </w:r>
      <w:r>
        <w:t>یعنی جو لوگ سچائی کو دل سے accept نہ کر پائیں، لیکن صاف صاف انکار بھی کرنے کی</w:t>
      </w:r>
    </w:p>
    <w:p>
      <w:pPr>
        <w:jc w:val="right"/>
      </w:pPr>
      <w:r>
        <w:t>یعنی جو لوگ سچائی کو دل سے ایکسیپٹ نہ کر پائیں، لیکن صاف صاف انکار بھی کرنے کی</w:t>
      </w:r>
    </w:p>
    <w:p>
      <w:r>
        <w:rPr>
          <w:b/>
        </w:rPr>
        <w:t xml:space="preserve">[04:34] </w:t>
      </w:r>
      <w:r>
        <w:t>himmat na un ke andar ho, un ko kehte hain munafiq.</w:t>
      </w:r>
    </w:p>
    <w:p>
      <w:pPr>
        <w:jc w:val="right"/>
      </w:pPr>
      <w:r>
        <w:t>ہمت نہ ان کے اندر ہو، ان کو کہتے ہیں منافق۔</w:t>
      </w:r>
    </w:p>
    <w:p>
      <w:r>
        <w:rPr>
          <w:b/>
        </w:rPr>
        <w:t xml:space="preserve">[04:39] </w:t>
      </w:r>
      <w:r>
        <w:t>to na to saaf saaf inkaar, aur na dil se manna is ko.</w:t>
      </w:r>
    </w:p>
    <w:p>
      <w:pPr>
        <w:jc w:val="right"/>
      </w:pPr>
      <w:r>
        <w:t>تو نہ تو صاف صاف انکار، اور نہ دل سے ماننا اس کو۔</w:t>
      </w:r>
    </w:p>
    <w:p>
      <w:r>
        <w:rPr>
          <w:b/>
        </w:rPr>
        <w:t xml:space="preserve">[04:43] </w:t>
      </w:r>
      <w:r>
        <w:t>to tarah tarah ki baatein karte hain woh.</w:t>
      </w:r>
    </w:p>
    <w:p>
      <w:pPr>
        <w:jc w:val="right"/>
      </w:pPr>
      <w:r>
        <w:t>تو طرح طرح کی باتیں کرتے ہیں وہ۔</w:t>
      </w:r>
    </w:p>
    <w:p>
      <w:r>
        <w:rPr>
          <w:b/>
        </w:rPr>
        <w:t xml:space="preserve">[04:48] </w:t>
      </w:r>
      <w:r>
        <w:t>isi ko kaha gaya hai ke aisa lagta hai ke roshni se un ki aankhein chali jayengi, yaani chakaachaund ho jayengi. yaani un ki aankhein, ya un ka mind, tahammul nahi kar raha hai is sachai ko jo un ki khwahishat ke against mein hai. jo un ke jazbaat hain, us ke against mein hai. to tahammul nahi kar saka is ko, maanay. to tarah tarah ki baatein karte hain.</w:t>
      </w:r>
    </w:p>
    <w:p>
      <w:pPr>
        <w:jc w:val="right"/>
      </w:pPr>
      <w:r>
        <w:t>اسی کو کہا گیا ہے کہ ایسا لگتا ہے کہ روشنی سے ان کی آنکھیں چلی جائیں گی، یعنی چکاچوند ہو جائیں گی۔ یعنی ان کی آنکھیں، یا ان کا مائنڈ، تحمل نہیں کر رہا ہے اس سچائی کو جو ان کی خواہشات کے اگینسٹ میں ہے۔ جو ان کے جذبات ہیں، اس کے اگینسٹ میں ہے۔ تو تحمل نہیں کر سکا اس کو، مانے۔ تو طرح طرح کی باتیں کرتے ہیں۔</w:t>
      </w:r>
    </w:p>
    <w:p>
      <w:r>
        <w:rPr>
          <w:b/>
        </w:rPr>
        <w:t xml:space="preserve">[05:15] </w:t>
      </w:r>
      <w:r>
        <w:t>kullama adaa'a lahum mashawfiyh.</w:t>
      </w:r>
    </w:p>
    <w:p>
      <w:pPr>
        <w:jc w:val="right"/>
      </w:pPr>
      <w:r>
        <w:t>كُلَّمَا أَضَاءَ لَهُمْ مَشَوْفِيهِ۔</w:t>
      </w:r>
    </w:p>
    <w:p>
      <w:r>
        <w:rPr>
          <w:b/>
        </w:rPr>
        <w:t xml:space="preserve">[05:17] </w:t>
      </w:r>
      <w:r>
        <w:t>jab roshni hoti hai to chal padte hain.</w:t>
      </w:r>
    </w:p>
    <w:p>
      <w:pPr>
        <w:jc w:val="right"/>
      </w:pPr>
      <w:r>
        <w:t>جب روشنی ہوتی ہے تو چل پڑتے ہیں۔</w:t>
      </w:r>
    </w:p>
    <w:p>
      <w:r>
        <w:rPr>
          <w:b/>
        </w:rPr>
        <w:t xml:space="preserve">[05:20] </w:t>
      </w:r>
      <w:r>
        <w:t>waizaa azlama alayhim qamoo.</w:t>
      </w:r>
    </w:p>
    <w:p>
      <w:pPr>
        <w:jc w:val="right"/>
      </w:pPr>
      <w:r>
        <w:t>وَإِذَا أَظْلَمَ عَلَيْهِمْ قَامُوا۔</w:t>
      </w:r>
    </w:p>
    <w:p>
      <w:r>
        <w:rPr>
          <w:b/>
        </w:rPr>
        <w:t xml:space="preserve">[05:22] </w:t>
      </w:r>
      <w:r>
        <w:t>aur jab roshni na ho to theher jaate hain.</w:t>
      </w:r>
    </w:p>
    <w:p>
      <w:pPr>
        <w:jc w:val="right"/>
      </w:pPr>
      <w:r>
        <w:t>اور جب روشنی نہ ہو تو ٹھہر جاتے ہیں۔</w:t>
      </w:r>
    </w:p>
    <w:p>
      <w:r>
        <w:rPr>
          <w:b/>
        </w:rPr>
        <w:t xml:space="preserve">[05:26] </w:t>
      </w:r>
      <w:r>
        <w:t>yeh lafzi taur par nahi, yeh baat kahi gayi hai.</w:t>
      </w:r>
    </w:p>
    <w:p>
      <w:pPr>
        <w:jc w:val="right"/>
      </w:pPr>
      <w:r>
        <w:t>یہ لفظی طور پر نہیں، یہ بات کہی گئی ہے۔</w:t>
      </w:r>
    </w:p>
    <w:p>
      <w:r>
        <w:rPr>
          <w:b/>
        </w:rPr>
        <w:t xml:space="preserve">[05:29] </w:t>
      </w:r>
      <w:r>
        <w:t>yeh tamseel hai.</w:t>
      </w:r>
    </w:p>
    <w:p>
      <w:pPr>
        <w:jc w:val="right"/>
      </w:pPr>
      <w:r>
        <w:t>یہ تمثیل ہے۔</w:t>
      </w:r>
    </w:p>
    <w:p>
      <w:r>
        <w:rPr>
          <w:b/>
        </w:rPr>
        <w:t xml:space="preserve">[05:32] </w:t>
      </w:r>
      <w:r>
        <w:t>ke baarish ho, bijli chamak rahi ho, to aadmi aisa karega ke andhera hai, roshni hui to</w:t>
      </w:r>
    </w:p>
    <w:p>
      <w:pPr>
        <w:jc w:val="right"/>
      </w:pPr>
      <w:r>
        <w:t>کہ بارش ہو، بجلی چمک رہی ہو، تو آدمی ایسا کرے گا کہ اندھیرا ہے، روشنی ہوئی تو</w:t>
      </w:r>
    </w:p>
    <w:p>
      <w:r>
        <w:rPr>
          <w:b/>
        </w:rPr>
        <w:t xml:space="preserve">[05:36] </w:t>
      </w:r>
      <w:r>
        <w:t>chal pada, phir andhera hua to ruk gaya.</w:t>
      </w:r>
    </w:p>
    <w:p>
      <w:pPr>
        <w:jc w:val="right"/>
      </w:pPr>
      <w:r>
        <w:t>چل پڑا، پھر اندھیرا ہوا تو رک گیا۔</w:t>
      </w:r>
    </w:p>
    <w:p>
      <w:r>
        <w:rPr>
          <w:b/>
        </w:rPr>
        <w:t xml:space="preserve">[05:39] </w:t>
      </w:r>
      <w:r>
        <w:t>aise hi un ka haal hai.</w:t>
      </w:r>
    </w:p>
    <w:p>
      <w:pPr>
        <w:jc w:val="right"/>
      </w:pPr>
      <w:r>
        <w:t>ایسے ہی ان کا حال ہے۔</w:t>
      </w:r>
    </w:p>
    <w:p>
      <w:r>
        <w:rPr>
          <w:b/>
        </w:rPr>
        <w:t xml:space="preserve">[05:42] </w:t>
      </w:r>
      <w:r>
        <w:t>ke kuch aayatain aisi agar un ko aati hain jo un ki samajh mein aata hai, jo un</w:t>
      </w:r>
    </w:p>
    <w:p>
      <w:pPr>
        <w:jc w:val="right"/>
      </w:pPr>
      <w:r>
        <w:t>کہ کچھ آیتیں ایسی اگر ان کو آتی ہیں جو ان کی سمجھ میں آتا ہے، جو ان</w:t>
      </w:r>
    </w:p>
    <w:p>
      <w:r>
        <w:rPr>
          <w:b/>
        </w:rPr>
        <w:t xml:space="preserve">[05:46] </w:t>
      </w:r>
      <w:r>
        <w:t>ki khwahishat se takrati nahi hain, to aage badhte hain kuch.</w:t>
      </w:r>
    </w:p>
    <w:p>
      <w:pPr>
        <w:jc w:val="right"/>
      </w:pPr>
      <w:r>
        <w:t>کی خواہشات سے ٹکراتی نہیں ہیں، تو آگے بڑھتے ہیں کچھ۔</w:t>
      </w:r>
    </w:p>
    <w:p>
      <w:r>
        <w:rPr>
          <w:b/>
        </w:rPr>
        <w:t xml:space="preserve">[05:49] </w:t>
      </w:r>
      <w:r>
        <w:t>jab dekhte hain ke aisi aayatain aa rahi</w:t>
      </w:r>
    </w:p>
    <w:p>
      <w:pPr>
        <w:jc w:val="right"/>
      </w:pPr>
      <w:r>
        <w:t>جب دیکھتے ہیں کہ ایسی آیتیں آ رہی</w:t>
      </w:r>
    </w:p>
    <w:p>
      <w:r>
        <w:rPr>
          <w:b/>
        </w:rPr>
        <w:t xml:space="preserve">[05:53] </w:t>
      </w:r>
      <w:r>
        <w:t>hain, aisi baatein kahi ja rahi hain, jo un ki khwahishat se takrati hain, jo un ko ghalat batati hain, to wahan par theher jatay hain, woh ruk jatay hain. yeh matlab hai is ka.</w:t>
      </w:r>
    </w:p>
    <w:p>
      <w:pPr>
        <w:jc w:val="right"/>
      </w:pPr>
      <w:r>
        <w:t>ہیں، ایسی باتیں کہی جا رہی ہیں، جو ان کی خواہشات سے ٹکراتی ہیں، جو ان کو غلط بتاتی ہیں، تو وہاں پر ٹھہر جاتے ہیں، وہ رک جاتے ہیں۔ یہ مطلب ہے اس کا۔</w:t>
      </w:r>
    </w:p>
    <w:p>
      <w:r>
        <w:rPr>
          <w:b/>
        </w:rPr>
        <w:t xml:space="preserve">[06:06] </w:t>
      </w:r>
      <w:r>
        <w:t>walaw shaa'a allahu lazahaba bisam'ihim wa absarihim.</w:t>
      </w:r>
    </w:p>
    <w:p>
      <w:pPr>
        <w:jc w:val="right"/>
      </w:pPr>
      <w:r>
        <w:t>وَلَوْ شَاءَ اللَّهُ لَذَهَبَ بِسَمْعِهِمْ وَأَبْصَارِهِمْ۔</w:t>
      </w:r>
    </w:p>
    <w:p>
      <w:r>
        <w:rPr>
          <w:b/>
        </w:rPr>
        <w:t xml:space="preserve">[06:09] </w:t>
      </w:r>
      <w:r>
        <w:t>aur Allah agar chahta to un ki aankh aur kaan le leta. is ka matlab yeh nahi ke un ko andha waghera bana deta. yeh matlab nahi hai. is ka matlab hai ke un ko aur bhi ziyada gumrahi mein par jatay hain, woh kuch samajh mein nahi aata un ko. yaani conditioning ki aakhri had par. lekin Allah yeh nahi chahta ke woh conditioning ki aakhri had tak pahunch jayen, balkay un ko mauqa de raha hai. mauqa de raha hai, mauqa de raha hai. yeh matlab hai is ka.</w:t>
      </w:r>
    </w:p>
    <w:p>
      <w:pPr>
        <w:jc w:val="right"/>
      </w:pPr>
      <w:r>
        <w:t>اور اللہ اگر چاہتا تو ان کی آنکھ اور کان لے لیتا۔ اس کا مطلب یہ نہیں کہ ان کو اندھا وغیرہ بنا دیتا۔ یہ مطلب نہیں ہے۔ اس کا مطلب ہے کہ ان کو اور بھی زیادہ گمراہی میں پڑ جاتے ہیں، وہ کچھ سمجھ میں نہیں آتا ان کو۔ یعنی کنڈیشننگ کی آخری حد پر۔ لیکن اللہ یہ نہیں چاہتا کہ وہ کنڈیشننگ کی آخری حد تک پہنچ جائیں، بلکہ ان کو موقع دے رہا ہے۔ موقع دے رہا ہے، موقع دے رہا ہے۔ یہ مطلب ہے اس کا۔</w:t>
      </w:r>
    </w:p>
    <w:p>
      <w:r>
        <w:rPr>
          <w:b/>
        </w:rPr>
        <w:t xml:space="preserve">[06:34] </w:t>
      </w:r>
      <w:r>
        <w:t>innallaha ala kulli shai'in qadeer.</w:t>
      </w:r>
    </w:p>
    <w:p>
      <w:pPr>
        <w:jc w:val="right"/>
      </w:pPr>
      <w:r>
        <w:t>إِنَّ اللَّهَ عَلَىٰ كُلِّ شَيْءٍ قَدِيرٌ۔</w:t>
      </w:r>
    </w:p>
    <w:p>
      <w:r>
        <w:rPr>
          <w:b/>
        </w:rPr>
        <w:t xml:space="preserve">[06:37] </w:t>
      </w:r>
      <w:r>
        <w:t>Allah qadir hai har cheez par.</w:t>
      </w:r>
    </w:p>
    <w:p>
      <w:pPr>
        <w:jc w:val="right"/>
      </w:pPr>
      <w:r>
        <w:t>اللہ قادر ہے ہر چیز پر۔</w:t>
      </w:r>
    </w:p>
    <w:p>
      <w:r>
        <w:rPr>
          <w:b/>
        </w:rPr>
        <w:t xml:space="preserve">[06:43] </w:t>
      </w:r>
      <w:r>
        <w:t>yaani mauqa dene par bhi qadir hai, mauqa chheen'ne par bhi qadir hai.</w:t>
      </w:r>
    </w:p>
    <w:p>
      <w:pPr>
        <w:jc w:val="right"/>
      </w:pPr>
      <w:r>
        <w:t>یعنی موقع دینے پر بھی قادر ہے، موقع چھیننے پر بھی قادر ہے۔</w:t>
      </w:r>
    </w:p>
    <w:p>
      <w:r>
        <w:rPr>
          <w:b/>
        </w:rPr>
        <w:t xml:space="preserve">[06:48] </w:t>
      </w:r>
      <w:r>
        <w:t>lekin Allah mauqa chheen'ta nahi.</w:t>
      </w:r>
    </w:p>
    <w:p>
      <w:pPr>
        <w:jc w:val="right"/>
      </w:pPr>
      <w:r>
        <w:t>لیکن اللہ موقع چھینتا نہیں۔</w:t>
      </w:r>
    </w:p>
    <w:p>
      <w:r>
        <w:rPr>
          <w:b/>
        </w:rPr>
        <w:t xml:space="preserve">[06:53] </w:t>
      </w:r>
      <w:r>
        <w:t>woh mauqa deta hai, mauqa deta hai, mauqa deta hai, aakhir waqt tak.</w:t>
      </w:r>
    </w:p>
    <w:p>
      <w:pPr>
        <w:jc w:val="right"/>
      </w:pPr>
      <w:r>
        <w:t>وہ موقع دیتا ہے، موقع دیتا ہے، موقع دیتا ہے، آخر وقت تک۔</w:t>
      </w:r>
    </w:p>
    <w:p>
      <w:r>
        <w:rPr>
          <w:b/>
        </w:rPr>
        <w:t xml:space="preserve">[06:58] </w:t>
      </w:r>
      <w:r>
        <w:t>yahan tak ke jab insaan, yaani poori tarah se, poori tarah munafiqat ka roshan ikhtiyar karta hai.</w:t>
      </w:r>
    </w:p>
    <w:p>
      <w:pPr>
        <w:jc w:val="right"/>
      </w:pPr>
      <w:r>
        <w:t>یہاں تک کہ جب انسان، یعنی پوری طرح سے، پوری طرح منافقت کا روشن اختیار کرتا ہے۔</w:t>
      </w:r>
    </w:p>
    <w:p>
      <w:r>
        <w:rPr>
          <w:b/>
        </w:rPr>
        <w:t xml:space="preserve">[07:03] </w:t>
      </w:r>
      <w:r>
        <w:t>munafiqat ka ma'ni yeh ke, yaani yeh jaante hue ke sachai hai, magar is ka saath na dena.</w:t>
      </w:r>
    </w:p>
    <w:p>
      <w:pPr>
        <w:jc w:val="right"/>
      </w:pPr>
      <w:r>
        <w:t>منافقت کا معنی یہ کہ، یعنی یہ جانتے ہوئے کہ سچائی ہے، مگر اس کا ساتھ نہ دینا۔</w:t>
      </w:r>
    </w:p>
    <w:p>
      <w:r>
        <w:rPr>
          <w:b/>
        </w:rPr>
        <w:t xml:space="preserve">[07:08] </w:t>
      </w:r>
      <w:r>
        <w:t>tab us ko Allah taala maroof kar deta hai.</w:t>
      </w:r>
    </w:p>
    <w:p>
      <w:pPr>
        <w:jc w:val="right"/>
      </w:pPr>
      <w:r>
        <w:t>تب اس کو اللہ تعالیٰ معروف کر دیتا ہے۔</w:t>
      </w:r>
    </w:p>
    <w:p>
      <w:r>
        <w:rPr>
          <w:b/>
        </w:rPr>
        <w:t xml:space="preserve">[07:12] </w:t>
      </w:r>
      <w:r>
        <w:t>yaa ayyuha annasu i'badoo rabbakumullazee khalqakum.</w:t>
      </w:r>
    </w:p>
    <w:p>
      <w:pPr>
        <w:jc w:val="right"/>
      </w:pPr>
      <w:r>
        <w:t>يَا أَيُّهَا النَّاسُ اعْبُدُوا رَبَّكُمُ الَّذِي خَلَقَكُمْ۔</w:t>
      </w:r>
    </w:p>
    <w:p>
      <w:r>
        <w:rPr>
          <w:b/>
        </w:rPr>
        <w:t xml:space="preserve">[07:16] </w:t>
      </w:r>
      <w:r>
        <w:t>ae logon! ibaadat karo Allah ki jis ne tum ko paida kiya hai.</w:t>
      </w:r>
    </w:p>
    <w:p>
      <w:pPr>
        <w:jc w:val="right"/>
      </w:pPr>
      <w:r>
        <w:t>اے لوگوں! عبادت کرو اللہ کی جس نے تم کو پیدا کیا ہے۔</w:t>
      </w:r>
    </w:p>
    <w:p>
      <w:r>
        <w:rPr>
          <w:b/>
        </w:rPr>
        <w:t xml:space="preserve">[07:24] </w:t>
      </w:r>
      <w:r>
        <w:t>wallazeena min qablikum la'allakum tattaqoon.</w:t>
      </w:r>
    </w:p>
    <w:p>
      <w:pPr>
        <w:jc w:val="right"/>
      </w:pPr>
      <w:r>
        <w:t>وَالَّذِينَ مِن قَبْلِكُمْ لَعَلَّكُمْ تَتَّقُونَ۔</w:t>
      </w:r>
    </w:p>
    <w:p>
      <w:r>
        <w:rPr>
          <w:b/>
        </w:rPr>
        <w:t xml:space="preserve">[07:27] </w:t>
      </w:r>
      <w:r>
        <w:t>aur tum se pehlay logon ko paida kiya hai. shayad tum muttaqi insaan ban jao. ab yahan par dawat shuru ho rahi hai. ke dawat Quran ki kya hai? woh sirf aik hai: insaan Allah ki ibaadat karay. kyun kare? is liye ke Allah ne paida kiya is ko. jo khaliq hai, jo malik hai, jo raziq hai, usi ko haq hai ke hum is ki ibaadat karein. ibaadat</w:t>
      </w:r>
    </w:p>
    <w:p>
      <w:pPr>
        <w:jc w:val="right"/>
      </w:pPr>
      <w:r>
        <w:t>اور تم سے پہلے لوگوں کو پیدا کیا ہے۔ شاید تم متقی انسان بن جاؤ۔ اب یہاں پر دعوت شروع ہو رہی ہے۔ کہ دعوت قرآن کی کیا ہے؟ وہ صرف ایک ہے: انسان اللہ کی عبادت کرے۔ کیوں کرے؟ اس لیے کہ اللہ نے پیدا کیا اس کو۔ جو خالق ہے، جو مالک ہے، جو رازق ہے، اسی کو حق ہے کہ ہم اس کی عبادت کریں۔ عبادت</w:t>
      </w:r>
    </w:p>
    <w:p>
      <w:r>
        <w:rPr>
          <w:b/>
        </w:rPr>
        <w:t xml:space="preserve">[07:57] </w:t>
      </w:r>
      <w:r>
        <w:t>ke ma'ni dekhiye.</w:t>
      </w:r>
    </w:p>
    <w:p>
      <w:pPr>
        <w:jc w:val="right"/>
      </w:pPr>
      <w:r>
        <w:t>کے معنی دیکھیے۔</w:t>
      </w:r>
    </w:p>
    <w:p>
      <w:r>
        <w:rPr>
          <w:b/>
        </w:rPr>
        <w:t xml:space="preserve">[08:01] </w:t>
      </w:r>
      <w:r>
        <w:t>ibadat ki ek shakal hoti hai jis ko hum dekhte hain masjidon mein, ibadat khanon mein.</w:t>
      </w:r>
    </w:p>
    <w:p>
      <w:pPr>
        <w:jc w:val="right"/>
      </w:pPr>
      <w:r>
        <w:t>عبادت کی ایک شکل ہوتی ہے جس کو ہم دیکھتے ہیں مسجدوں میں، عبادت خانوں میں۔</w:t>
      </w:r>
    </w:p>
    <w:p>
      <w:r>
        <w:rPr>
          <w:b/>
        </w:rPr>
        <w:t xml:space="preserve">[08:05] </w:t>
      </w:r>
      <w:r>
        <w:t>lekin wahi shakal asal nahi hai.</w:t>
      </w:r>
    </w:p>
    <w:p>
      <w:pPr>
        <w:jc w:val="right"/>
      </w:pPr>
      <w:r>
        <w:t>لیکن وہی شکل اصل نہیں ہے۔</w:t>
      </w:r>
    </w:p>
    <w:p>
      <w:r>
        <w:rPr>
          <w:b/>
        </w:rPr>
        <w:t xml:space="preserve">[08:10] </w:t>
      </w:r>
      <w:r>
        <w:t>wahi form asal nahi.</w:t>
      </w:r>
    </w:p>
    <w:p>
      <w:pPr>
        <w:jc w:val="right"/>
      </w:pPr>
      <w:r>
        <w:t>وہی فارم اصل نہیں۔</w:t>
      </w:r>
    </w:p>
    <w:p>
      <w:r>
        <w:rPr>
          <w:b/>
        </w:rPr>
        <w:t xml:space="preserve">[08:14] </w:t>
      </w:r>
      <w:r>
        <w:t>is form ke peeche jo spirit hai, woh asal hai.</w:t>
      </w:r>
    </w:p>
    <w:p>
      <w:pPr>
        <w:jc w:val="right"/>
      </w:pPr>
      <w:r>
        <w:t>اس فارم کے پیچھے جو اسپرٹ ہے، وہ اصل ہے۔</w:t>
      </w:r>
    </w:p>
    <w:p>
      <w:r>
        <w:rPr>
          <w:b/>
        </w:rPr>
        <w:t xml:space="preserve">[08:18] </w:t>
      </w:r>
      <w:r>
        <w:t>woh spirit kya hai? taqwa.</w:t>
      </w:r>
    </w:p>
    <w:p>
      <w:pPr>
        <w:jc w:val="right"/>
      </w:pPr>
      <w:r>
        <w:t>وہ اسپرٹ کیا ہے؟ تقویٰ۔</w:t>
      </w:r>
    </w:p>
    <w:p>
      <w:r>
        <w:rPr>
          <w:b/>
        </w:rPr>
        <w:t xml:space="preserve">[08:22] </w:t>
      </w:r>
      <w:r>
        <w:t>yani Allah ki daryaft karna is aitbaar se ke Allah hamara khaliq hai, woh hamara raziq hai, hamara maal</w:t>
      </w:r>
    </w:p>
    <w:p>
      <w:pPr>
        <w:jc w:val="right"/>
      </w:pPr>
      <w:r>
        <w:t>یعنی اللہ کی دریافت کرنا اس اعتبار سے کہ اللہ ہمارا خالق ہے، وہ ہمارا رازق ہے، ہمارا مال</w:t>
      </w:r>
    </w:p>
    <w:p>
      <w:r>
        <w:rPr>
          <w:b/>
        </w:rPr>
        <w:t xml:space="preserve">[08:27] </w:t>
      </w:r>
      <w:r>
        <w:t>k hai.</w:t>
      </w:r>
    </w:p>
    <w:p>
      <w:pPr>
        <w:jc w:val="right"/>
      </w:pPr>
      <w:r>
        <w:t>ک ہے۔</w:t>
      </w:r>
    </w:p>
    <w:p>
      <w:r>
        <w:rPr>
          <w:b/>
        </w:rPr>
        <w:t xml:space="preserve">[08:30] </w:t>
      </w:r>
      <w:r>
        <w:t>aur phir is ko apna attraction banana.</w:t>
      </w:r>
    </w:p>
    <w:p>
      <w:pPr>
        <w:jc w:val="right"/>
      </w:pPr>
      <w:r>
        <w:t>اور پھر اس کو اپنا اٹریکشن بنانا۔</w:t>
      </w:r>
    </w:p>
    <w:p>
      <w:r>
        <w:rPr>
          <w:b/>
        </w:rPr>
        <w:t xml:space="preserve">[08:33] </w:t>
      </w:r>
      <w:r>
        <w:t>is ka, yani ibadat guzar ban jana.</w:t>
      </w:r>
    </w:p>
    <w:p>
      <w:pPr>
        <w:jc w:val="right"/>
      </w:pPr>
      <w:r>
        <w:t>اس کا، یعنی عبادت گزار بن جانا۔</w:t>
      </w:r>
    </w:p>
    <w:p>
      <w:r>
        <w:rPr>
          <w:b/>
        </w:rPr>
        <w:t xml:space="preserve">[08:37] </w:t>
      </w:r>
      <w:r>
        <w:t>jab aisa karenge to is ka ek form bhi hoga.</w:t>
      </w:r>
    </w:p>
    <w:p>
      <w:pPr>
        <w:jc w:val="right"/>
      </w:pPr>
      <w:r>
        <w:t>جب ایسا کریں گے تو اس کا ایک فارم بھی ہوگا۔</w:t>
      </w:r>
    </w:p>
    <w:p>
      <w:r>
        <w:rPr>
          <w:b/>
        </w:rPr>
        <w:t xml:space="preserve">[08:40] </w:t>
      </w:r>
      <w:r>
        <w:t>lekin jab aisa karenge to ek spirit andar aayegi insan ke.</w:t>
      </w:r>
    </w:p>
    <w:p>
      <w:pPr>
        <w:jc w:val="right"/>
      </w:pPr>
      <w:r>
        <w:t>لیکن جب ایسا کریں گے تو ایک اسپرٹ اندر آئے گی انسان کے۔</w:t>
      </w:r>
    </w:p>
    <w:p>
      <w:r>
        <w:rPr>
          <w:b/>
        </w:rPr>
        <w:t xml:space="preserve">[08:43] </w:t>
      </w:r>
      <w:r>
        <w:t>woh spirit taqwa ki spirit hogi.</w:t>
      </w:r>
    </w:p>
    <w:p>
      <w:pPr>
        <w:jc w:val="right"/>
      </w:pPr>
      <w:r>
        <w:t>وہ اسپرٹ تقویٰ کی اسپرٹ ہوگی۔</w:t>
      </w:r>
    </w:p>
    <w:p>
      <w:r>
        <w:rPr>
          <w:b/>
        </w:rPr>
        <w:t xml:space="preserve">[08:47] </w:t>
      </w:r>
      <w:r>
        <w:t>taqwa ka matlab yeh hai ke Allah se insan ko mohabbat ho jaye.</w:t>
      </w:r>
    </w:p>
    <w:p>
      <w:pPr>
        <w:jc w:val="right"/>
      </w:pPr>
      <w:r>
        <w:t>تقویٰ کا مطلب یہ ہے کہ اللہ سے انسان کو محبت ہو جائے۔</w:t>
      </w:r>
    </w:p>
    <w:p>
      <w:r>
        <w:rPr>
          <w:b/>
        </w:rPr>
        <w:t xml:space="preserve">[08:50] </w:t>
      </w:r>
      <w:r>
        <w:t>Allah se insan darne lage.</w:t>
      </w:r>
    </w:p>
    <w:p>
      <w:pPr>
        <w:jc w:val="right"/>
      </w:pPr>
      <w:r>
        <w:t>اللہ سے انسان ڈرنے لگے۔</w:t>
      </w:r>
    </w:p>
    <w:p>
      <w:r>
        <w:rPr>
          <w:b/>
        </w:rPr>
        <w:t xml:space="preserve">[08:53] </w:t>
      </w:r>
      <w:r>
        <w:t>Allah ke aage insan apne aap ko accountable banne l</w:t>
      </w:r>
    </w:p>
    <w:p>
      <w:pPr>
        <w:jc w:val="right"/>
      </w:pPr>
      <w:r>
        <w:t>اللہ کے آگے انسان اپنے آپ کو اکاؤنٹیبل بننے ل</w:t>
      </w:r>
    </w:p>
    <w:p>
      <w:r>
        <w:rPr>
          <w:b/>
        </w:rPr>
        <w:t xml:space="preserve">[08:57] </w:t>
      </w:r>
      <w:r>
        <w:t>ge.</w:t>
      </w:r>
    </w:p>
    <w:p>
      <w:pPr>
        <w:jc w:val="right"/>
      </w:pPr>
      <w:r>
        <w:t>گے۔</w:t>
      </w:r>
    </w:p>
    <w:p>
      <w:r>
        <w:rPr>
          <w:b/>
        </w:rPr>
        <w:t xml:space="preserve">[09:00] </w:t>
      </w:r>
      <w:r>
        <w:t>accountable samajhne lage.</w:t>
      </w:r>
    </w:p>
    <w:p>
      <w:pPr>
        <w:jc w:val="right"/>
      </w:pPr>
      <w:r>
        <w:t>اکاؤنٹیبل سمجھنے لگے۔</w:t>
      </w:r>
    </w:p>
    <w:p>
      <w:r>
        <w:rPr>
          <w:b/>
        </w:rPr>
        <w:t xml:space="preserve">[09:04] </w:t>
      </w:r>
      <w:r>
        <w:t>yeh sab hoga.</w:t>
      </w:r>
    </w:p>
    <w:p>
      <w:pPr>
        <w:jc w:val="right"/>
      </w:pPr>
      <w:r>
        <w:t>یہ سب ہوگا۔</w:t>
      </w:r>
    </w:p>
    <w:p>
      <w:r>
        <w:rPr>
          <w:b/>
        </w:rPr>
        <w:t xml:space="preserve">[09:08] </w:t>
      </w:r>
      <w:r>
        <w:t>to pehli baat jo hai woh yeh ke insan daryaft kare Allah ko creator ke hesiyat se.</w:t>
      </w:r>
    </w:p>
    <w:p>
      <w:pPr>
        <w:jc w:val="right"/>
      </w:pPr>
      <w:r>
        <w:t>تو پہلی بات جو ہے وہ یہ کہ انسان دریافت کرے اللہ کو کریٹر کے حیثیت سے۔</w:t>
      </w:r>
    </w:p>
    <w:p>
      <w:r>
        <w:rPr>
          <w:b/>
        </w:rPr>
        <w:t xml:space="preserve">[09:12] </w:t>
      </w:r>
      <w:r>
        <w:t>phir daryaft kare ke wohi malik hai, wohi raziq hai, wohi dene wala hai.</w:t>
      </w:r>
    </w:p>
    <w:p>
      <w:pPr>
        <w:jc w:val="right"/>
      </w:pPr>
      <w:r>
        <w:t>پھر دریافت کرے کہ وہی مالک ہے، وہی رازق ہے، وہی دینے والا ہے۔</w:t>
      </w:r>
    </w:p>
    <w:p>
      <w:r>
        <w:rPr>
          <w:b/>
        </w:rPr>
        <w:t xml:space="preserve">[09:15] </w:t>
      </w:r>
      <w:r>
        <w:t>to phir is ka talluq qaim hoga Allah se. ibadat ka.</w:t>
      </w:r>
    </w:p>
    <w:p>
      <w:pPr>
        <w:jc w:val="right"/>
      </w:pPr>
      <w:r>
        <w:t>تو پھر اس کا تعلق قائم ہوگا اللہ سے۔ عبادت کا۔</w:t>
      </w:r>
    </w:p>
    <w:p>
      <w:r>
        <w:rPr>
          <w:b/>
        </w:rPr>
        <w:t xml:space="preserve">[09:19] </w:t>
      </w:r>
      <w:r>
        <w:t>jab talluq qaim hoga, ibadat guzar banega woh, to phir kya hoga? is ka taqwa paida hoga.</w:t>
      </w:r>
    </w:p>
    <w:p>
      <w:pPr>
        <w:jc w:val="right"/>
      </w:pPr>
      <w:r>
        <w:t>جب تعلق قائم ہوگا، عبادت گزار بنے گا وہ، تو پھر کیا ہوگا؟ اس کا تقویٰ پیدا ہوگا۔</w:t>
      </w:r>
    </w:p>
    <w:p>
      <w:r>
        <w:rPr>
          <w:b/>
        </w:rPr>
        <w:t xml:space="preserve">[09:23] </w:t>
      </w:r>
      <w:r>
        <w:t>yani woh spe</w:t>
      </w:r>
    </w:p>
    <w:p>
      <w:pPr>
        <w:jc w:val="right"/>
      </w:pPr>
      <w:r>
        <w:t>یعنی وہ اسپ</w:t>
      </w:r>
    </w:p>
    <w:p>
      <w:r>
        <w:rPr>
          <w:b/>
        </w:rPr>
        <w:t xml:space="preserve">[09:27] </w:t>
      </w:r>
      <w:r>
        <w:t>irit jis ko do lafzon mein kaha ja sakta hai: Allah se mohabbat, aur Allah se khauf.</w:t>
      </w:r>
    </w:p>
    <w:p>
      <w:pPr>
        <w:jc w:val="right"/>
      </w:pPr>
      <w:r>
        <w:t>رٹ جس کو دو لفظوں میں کہا جا سکتا ہے: اللہ سے محبت، اور اللہ سے خوف۔</w:t>
      </w:r>
    </w:p>
    <w:p>
      <w:r>
        <w:rPr>
          <w:b/>
        </w:rPr>
        <w:t xml:space="preserve">[09:34] </w:t>
      </w:r>
      <w:r>
        <w:t>allazee ja'ala lakumul arda fee al'arshati wassamaa'a binaa'an.</w:t>
      </w:r>
    </w:p>
    <w:p>
      <w:pPr>
        <w:jc w:val="right"/>
      </w:pPr>
      <w:r>
        <w:t>الَّذِي جَعَلَ لَكُمْ الْأَرْضَ فِي الْأَرْشَةِ وَالسَّمَاءِ بِنَاءً۔</w:t>
      </w:r>
    </w:p>
    <w:p>
      <w:r>
        <w:rPr>
          <w:b/>
        </w:rPr>
        <w:t xml:space="preserve">[09:37] </w:t>
      </w:r>
      <w:r>
        <w:t>haan.</w:t>
      </w:r>
    </w:p>
    <w:p>
      <w:pPr>
        <w:jc w:val="right"/>
      </w:pPr>
      <w:r>
        <w:t>ہاں۔</w:t>
      </w:r>
    </w:p>
    <w:p>
      <w:r>
        <w:rPr>
          <w:b/>
        </w:rPr>
        <w:t xml:space="preserve">[09:40] </w:t>
      </w:r>
      <w:r>
        <w:t>jis ne zameen banai, tumhare liye farsh.</w:t>
      </w:r>
    </w:p>
    <w:p>
      <w:pPr>
        <w:jc w:val="right"/>
      </w:pPr>
      <w:r>
        <w:t>جس نے زمین بنائی، تمہارے لیے فرش۔</w:t>
      </w:r>
    </w:p>
    <w:p>
      <w:r>
        <w:rPr>
          <w:b/>
        </w:rPr>
        <w:t xml:space="preserve">[09:44] </w:t>
      </w:r>
      <w:r>
        <w:t>aur aasman ko banaya, tumhare liye chhat.</w:t>
      </w:r>
    </w:p>
    <w:p>
      <w:pPr>
        <w:jc w:val="right"/>
      </w:pPr>
      <w:r>
        <w:t>اور آسمان کو بنایا، تمہارے لیے چھت۔</w:t>
      </w:r>
    </w:p>
    <w:p>
      <w:r>
        <w:rPr>
          <w:b/>
        </w:rPr>
        <w:t xml:space="preserve">[09:47] </w:t>
      </w:r>
      <w:r>
        <w:t>yeh farsh aur chhat, yeh tafsir ki zaban hai.</w:t>
      </w:r>
    </w:p>
    <w:p>
      <w:pPr>
        <w:jc w:val="right"/>
      </w:pPr>
      <w:r>
        <w:t>یہ فرش اور چھت، یہ تفسیر کی زبان ہے۔</w:t>
      </w:r>
    </w:p>
    <w:p>
      <w:r>
        <w:rPr>
          <w:b/>
        </w:rPr>
        <w:t xml:space="preserve">[09:51] </w:t>
      </w:r>
      <w:r>
        <w:t>مطلب یہ جو planet Earth ہے، یہ بہت ہی unique planet ہے۔</w:t>
      </w:r>
    </w:p>
    <w:p>
      <w:pPr>
        <w:jc w:val="right"/>
      </w:pPr>
      <w:r>
        <w:t>مطلب یہ جو پلینٹ ارتھ ہے، یہ بہت ہی یونیک پلینٹ ہے۔</w:t>
      </w:r>
    </w:p>
    <w:p>
      <w:r>
        <w:rPr>
          <w:b/>
        </w:rPr>
        <w:t xml:space="preserve">[09:54] </w:t>
      </w:r>
      <w:r>
        <w:t>شاید دنیا میں بے شمار stars ہیں، اور planets ہیں، لیکن زمین جیسا کوئی نہیں ہے، اب تک</w:t>
      </w:r>
    </w:p>
    <w:p>
      <w:pPr>
        <w:jc w:val="right"/>
      </w:pPr>
      <w:r>
        <w:t>شاید دنیا میں بے شمار اسٹارز ہیں، اور پلینٹس ہیں، لیکن زمین جیسا کوئی نہیں ہے، اب تک</w:t>
      </w:r>
    </w:p>
    <w:p>
      <w:r>
        <w:rPr>
          <w:b/>
        </w:rPr>
        <w:t xml:space="preserve">[09:57] </w:t>
      </w:r>
      <w:r>
        <w:t>ki discovery ke mutabiq.</w:t>
      </w:r>
    </w:p>
    <w:p>
      <w:pPr>
        <w:jc w:val="right"/>
      </w:pPr>
      <w:r>
        <w:t>کی ڈسکوری کے مطابق۔</w:t>
      </w:r>
    </w:p>
    <w:p>
      <w:r>
        <w:rPr>
          <w:b/>
        </w:rPr>
        <w:t xml:space="preserve">[10:01] </w:t>
      </w:r>
      <w:r>
        <w:t>yeh tum ko banaya.</w:t>
      </w:r>
    </w:p>
    <w:p>
      <w:pPr>
        <w:jc w:val="right"/>
      </w:pPr>
      <w:r>
        <w:t>یہ تم کو بنایا۔</w:t>
      </w:r>
    </w:p>
    <w:p>
      <w:r>
        <w:rPr>
          <w:b/>
        </w:rPr>
        <w:t xml:space="preserve">[10:04] </w:t>
      </w:r>
      <w:r>
        <w:t>yani insan agar</w:t>
      </w:r>
    </w:p>
    <w:p>
      <w:pPr>
        <w:jc w:val="right"/>
      </w:pPr>
      <w:r>
        <w:t>یعنی انسان اگر</w:t>
      </w:r>
    </w:p>
    <w:p>
      <w:r>
        <w:rPr>
          <w:b/>
        </w:rPr>
        <w:t xml:space="preserve">[10:07] </w:t>
      </w:r>
      <w:r>
        <w:t>پیدا کر دیا جاتا، اور اس کے لیے Planet Earth نہ ہوتی، تو کیا ہوتا؟ تمام جو universe</w:t>
      </w:r>
    </w:p>
    <w:p>
      <w:pPr>
        <w:jc w:val="right"/>
      </w:pPr>
      <w:r>
        <w:t>پیدا کر دیا جاتا، اور اس کے لیے پلینٹ ارتھ نہ ہوتی، تو کیا ہوتا؟ تمام جو یونیورس</w:t>
      </w:r>
    </w:p>
    <w:p>
      <w:r>
        <w:rPr>
          <w:b/>
        </w:rPr>
        <w:t xml:space="preserve">[10:13] </w:t>
      </w:r>
      <w:r>
        <w:t>ہے، پھیلی ہوئی، اس میں یا تو star ہیں، جو آگ ہی آگ ہیں، آگ ہی آگ ہیں۔</w:t>
      </w:r>
    </w:p>
    <w:p>
      <w:pPr>
        <w:jc w:val="right"/>
      </w:pPr>
      <w:r>
        <w:t>ہے، پھیلی ہوئی، اس میں یا تو اسٹار ہیں، جو آگ ہی آگ ہیں، آگ ہی آگ ہیں۔</w:t>
      </w:r>
    </w:p>
    <w:p>
      <w:r>
        <w:rPr>
          <w:b/>
        </w:rPr>
        <w:t xml:space="preserve">[10:20] </w:t>
      </w:r>
      <w:r>
        <w:t>is mein aap reh nahi sakte.</w:t>
      </w:r>
    </w:p>
    <w:p>
      <w:pPr>
        <w:jc w:val="right"/>
      </w:pPr>
      <w:r>
        <w:t>اس میں آپ رہ نہیں سکتے۔</w:t>
      </w:r>
    </w:p>
    <w:p>
      <w:r>
        <w:rPr>
          <w:b/>
        </w:rPr>
        <w:t xml:space="preserve">[10:26] </w:t>
      </w:r>
      <w:r>
        <w:t>یا planet ہے، جو چٹانیں ہیں، خشک چٹانیں ہیں، وہاں بھی نہیں رہ سکتے۔</w:t>
      </w:r>
    </w:p>
    <w:p>
      <w:pPr>
        <w:jc w:val="right"/>
      </w:pPr>
      <w:r>
        <w:t>یا پلینٹ ہے، جو چٹانیں ہیں، خشک چٹانیں ہیں، وہاں بھی نہیں رہ سکتے۔</w:t>
      </w:r>
    </w:p>
    <w:p>
      <w:r>
        <w:rPr>
          <w:b/>
        </w:rPr>
        <w:t xml:space="preserve">[10:32] </w:t>
      </w:r>
      <w:r>
        <w:t>تو زمین ایک ایسا کرہ ہے جہاں ہمارے لیے life support system ہے۔</w:t>
      </w:r>
    </w:p>
    <w:p>
      <w:pPr>
        <w:jc w:val="right"/>
      </w:pPr>
      <w:r>
        <w:t>تو زمین ایک ایسا کرہ ہے جہاں ہمارے لیے لائف سپورٹ سسٹم ہے۔</w:t>
      </w:r>
    </w:p>
    <w:p>
      <w:r>
        <w:rPr>
          <w:b/>
        </w:rPr>
        <w:t xml:space="preserve">[10:38] </w:t>
      </w:r>
      <w:r>
        <w:t>yahan pani hai, yahan ghalla paida hota hai, yahan roshni hai. jis ko kehte hain life support system. to planet earth with life support system, yeh diya. to is ko discover karo, aur is ko mano, tab tum Allah ki ibadat karne wale bano ge.</w:t>
      </w:r>
    </w:p>
    <w:p>
      <w:pPr>
        <w:jc w:val="right"/>
      </w:pPr>
      <w:r>
        <w:t>یہاں پانی ہے، یہاں غلہ پیدا ہوتا ہے، یہاں روشنی ہے۔ جس کو کہتے ہیں لائف سپورٹ سسٹم۔ تو پلینٹ ارتھ ودث لائف سپورٹ سسٹم، یہ دیا۔ تو اس کو ڈسکور کرو، اور اس کو مانو، تب تم اللہ کی عبادت کرنے والے بنو گے۔</w:t>
      </w:r>
    </w:p>
    <w:p>
      <w:r>
        <w:rPr>
          <w:b/>
        </w:rPr>
        <w:t xml:space="preserve">[11:01] </w:t>
      </w:r>
      <w:r>
        <w:t>wa anzala minal samai ma'an fa akhraja bihi minal thamarati rizqan lakum.</w:t>
      </w:r>
    </w:p>
    <w:p>
      <w:pPr>
        <w:jc w:val="right"/>
      </w:pPr>
      <w:r>
        <w:t>وَأَنْزَلَ مِنَ السَّمَاءِ مَاءً فَأَخْرَجَ بِهِ مِنَ الثَّمَرَاتِ رِزْقًا لَكُمْ۔</w:t>
      </w:r>
    </w:p>
    <w:p>
      <w:r>
        <w:rPr>
          <w:b/>
        </w:rPr>
        <w:t xml:space="preserve">[11:06] </w:t>
      </w:r>
      <w:r>
        <w:t>aur aasman se utara pani. aasman se utara pani. aur phir tumhare liye rizq paida kiya.</w:t>
      </w:r>
    </w:p>
    <w:p>
      <w:pPr>
        <w:jc w:val="right"/>
      </w:pPr>
      <w:r>
        <w:t>اور آسمان سے اتارا پانی۔ آسمان سے اتارا پانی۔ اور پھر تمہارے لیے رزق پیدا کیا۔</w:t>
      </w:r>
    </w:p>
    <w:p>
      <w:r>
        <w:rPr>
          <w:b/>
        </w:rPr>
        <w:t xml:space="preserve">[11:14] </w:t>
      </w:r>
      <w:r>
        <w:t>fala tajalu lillahi andadan wa antum ta'lamun.</w:t>
      </w:r>
    </w:p>
    <w:p>
      <w:pPr>
        <w:jc w:val="right"/>
      </w:pPr>
      <w:r>
        <w:t>فَلَا تَجْعَلُوا لِلَّهِ أَنْدَادَةً وَأَنْتُمْ تَعْلَمُونَ۔</w:t>
      </w:r>
    </w:p>
    <w:p>
      <w:r>
        <w:rPr>
          <w:b/>
        </w:rPr>
        <w:t xml:space="preserve">[11:17] </w:t>
      </w:r>
      <w:r>
        <w:t>to Allah ka kisi ko equal na banao.</w:t>
      </w:r>
    </w:p>
    <w:p>
      <w:pPr>
        <w:jc w:val="right"/>
      </w:pPr>
      <w:r>
        <w:t>تو اللہ کا کسی کو ایکول نہ بناؤ۔</w:t>
      </w:r>
    </w:p>
    <w:p>
      <w:r>
        <w:rPr>
          <w:b/>
        </w:rPr>
        <w:t xml:space="preserve">[11:21] </w:t>
      </w:r>
      <w:r>
        <w:t>hamsar na banao.</w:t>
      </w:r>
    </w:p>
    <w:p>
      <w:pPr>
        <w:jc w:val="right"/>
      </w:pPr>
      <w:r>
        <w:t>ہمسر نہ بناؤ۔</w:t>
      </w:r>
    </w:p>
    <w:p>
      <w:r>
        <w:rPr>
          <w:b/>
        </w:rPr>
        <w:t xml:space="preserve">[11:25] </w:t>
      </w:r>
      <w:r>
        <w:t>halankay tum jantay ho.</w:t>
      </w:r>
    </w:p>
    <w:p>
      <w:pPr>
        <w:jc w:val="right"/>
      </w:pPr>
      <w:r>
        <w:t>حالانکہ تم جانتے ہو۔</w:t>
      </w:r>
    </w:p>
    <w:p>
      <w:r>
        <w:rPr>
          <w:b/>
        </w:rPr>
        <w:t xml:space="preserve">[11:29] </w:t>
      </w:r>
      <w:r>
        <w:t>ab yahan par dekhiye, Allah ko hamein kyun khaliq manna hai? Allah ko hamein kyun ilaah manna hai?</w:t>
      </w:r>
    </w:p>
    <w:p>
      <w:pPr>
        <w:jc w:val="right"/>
      </w:pPr>
      <w:r>
        <w:t>اب یہاں پر دیکھیے، اللہ کو ہمیں کیوں خالق ماننا ہے؟ اللہ کو ہمیں کیوں الہ ماننا ہے؟</w:t>
      </w:r>
    </w:p>
    <w:p>
      <w:r>
        <w:rPr>
          <w:b/>
        </w:rPr>
        <w:t xml:space="preserve">[11:32] </w:t>
      </w:r>
      <w:r>
        <w:t>iski aik sabab bataya.</w:t>
      </w:r>
    </w:p>
    <w:p>
      <w:pPr>
        <w:jc w:val="right"/>
      </w:pPr>
      <w:r>
        <w:t>اس کی ایک سبب بتایا۔</w:t>
      </w:r>
    </w:p>
    <w:p>
      <w:r>
        <w:rPr>
          <w:b/>
        </w:rPr>
        <w:t xml:space="preserve">[11:36] </w:t>
      </w:r>
      <w:r>
        <w:t>ilaah is liye manna hai ke isi ne to sab kuch diya tum ko.</w:t>
      </w:r>
    </w:p>
    <w:p>
      <w:pPr>
        <w:jc w:val="right"/>
      </w:pPr>
      <w:r>
        <w:t>الہ اس لیے ماننا ہے کہ اسی نے تو سب کچھ دیا تم کو۔</w:t>
      </w:r>
    </w:p>
    <w:p>
      <w:r>
        <w:rPr>
          <w:b/>
        </w:rPr>
        <w:t xml:space="preserve">[11:40] </w:t>
      </w:r>
      <w:r>
        <w:t>sab kuch denay wala wohi hai.</w:t>
      </w:r>
    </w:p>
    <w:p>
      <w:pPr>
        <w:jc w:val="right"/>
      </w:pPr>
      <w:r>
        <w:t>سب کچھ دینے والا وہی ہے۔</w:t>
      </w:r>
    </w:p>
    <w:p>
      <w:r>
        <w:rPr>
          <w:b/>
        </w:rPr>
        <w:t xml:space="preserve">[11:44] </w:t>
      </w:r>
      <w:r>
        <w:t>to jab denay wala Khuda hai to</w:t>
      </w:r>
    </w:p>
    <w:p>
      <w:pPr>
        <w:jc w:val="right"/>
      </w:pPr>
      <w:r>
        <w:t>تو جب دینے والا خدا ہے تو</w:t>
      </w:r>
    </w:p>
    <w:p>
      <w:r>
        <w:rPr>
          <w:b/>
        </w:rPr>
        <w:t xml:space="preserve">[11:47] </w:t>
      </w:r>
      <w:r>
        <w:t>kisi aur ko kaisay ilaah bana saktay ho? Koi aur kaisay tumhara ilaah ban sakta hai? Yeh alfaaz</w:t>
      </w:r>
    </w:p>
    <w:p>
      <w:pPr>
        <w:jc w:val="right"/>
      </w:pPr>
      <w:r>
        <w:t>کسی اور کو کیسے الہ بنا سکتے ہو؟ کوئی اور کیسے تمہارا الہ بن سکتا ہے؟ یہ الفاظ</w:t>
      </w:r>
    </w:p>
    <w:p>
      <w:r>
        <w:rPr>
          <w:b/>
        </w:rPr>
        <w:t xml:space="preserve">[11:53] </w:t>
      </w:r>
      <w:r>
        <w:t>batatay hain ke hamein, hamara, yani marifat ka process kya hona chahiye.</w:t>
      </w:r>
    </w:p>
    <w:p>
      <w:pPr>
        <w:jc w:val="right"/>
      </w:pPr>
      <w:r>
        <w:t>بتاتے ہیں کہ ہمیں، ہمارا، یعنی معرفت کا پراسیس کیا ہونا چاہیے۔</w:t>
      </w:r>
    </w:p>
    <w:p>
      <w:r>
        <w:rPr>
          <w:b/>
        </w:rPr>
        <w:t xml:space="preserve">[11:58] </w:t>
      </w:r>
      <w:r>
        <w:t>marifat ka process.</w:t>
      </w:r>
    </w:p>
    <w:p>
      <w:pPr>
        <w:jc w:val="right"/>
      </w:pPr>
      <w:r>
        <w:t>معرفت کا پراسیس۔</w:t>
      </w:r>
    </w:p>
    <w:p>
      <w:r>
        <w:rPr>
          <w:b/>
        </w:rPr>
        <w:t xml:space="preserve">[12:03] </w:t>
      </w:r>
      <w:r>
        <w:t>yani hum apnay baray mein sochen, phir khaliq ko daryaft karen.</w:t>
      </w:r>
    </w:p>
    <w:p>
      <w:pPr>
        <w:jc w:val="right"/>
      </w:pPr>
      <w:r>
        <w:t>یعنی ہم اپنے بارے میں سوچیں، پھر خالق کو دریافت کریں۔</w:t>
      </w:r>
    </w:p>
    <w:p>
      <w:r>
        <w:rPr>
          <w:b/>
        </w:rPr>
        <w:t xml:space="preserve">[12:08] </w:t>
      </w:r>
      <w:r>
        <w:t>phir daryaft karen zameen ko, ke hamaray liye bohat hi muwafiq zameen di gayi hai.</w:t>
      </w:r>
    </w:p>
    <w:p>
      <w:pPr>
        <w:jc w:val="right"/>
      </w:pPr>
      <w:r>
        <w:t>پھر دریافت کریں زمین کو، کہ ہمارے لیے بہت ہی موفق زمین دی گئی ہے۔</w:t>
      </w:r>
    </w:p>
    <w:p>
      <w:r>
        <w:rPr>
          <w:b/>
        </w:rPr>
        <w:t xml:space="preserve">[12:14] </w:t>
      </w:r>
      <w:r>
        <w:t>phir daryaft karen ke kya kya nematein Allah Ta'ala ki hain: pani hai, roshni hai,</w:t>
      </w:r>
    </w:p>
    <w:p>
      <w:pPr>
        <w:jc w:val="right"/>
      </w:pPr>
      <w:r>
        <w:t>پھر دریافت کریں کہ کیا کیا نعمتیں اللہ تعالیٰ کی ہیں: پانی ہے، روشنی ہے،</w:t>
      </w:r>
    </w:p>
    <w:p>
      <w:r>
        <w:rPr>
          <w:b/>
        </w:rPr>
        <w:t xml:space="preserve">[12:19] </w:t>
      </w:r>
      <w:r>
        <w:t>phal hai, khane ka saman hai. to sari chezen jab daryaft karen ge hum, to isi daryaft ka naam hai marifat. isi marifat se niklega woh sara jazba jis ko ibadat kaha jata hai.</w:t>
      </w:r>
    </w:p>
    <w:p>
      <w:pPr>
        <w:jc w:val="right"/>
      </w:pPr>
      <w:r>
        <w:t>پھل ہے، کھانے کا سامان ہے۔ تو ساری چیزیں جب دریافت کریں گے ہم، تو اسی دریافت کا نام ہے معرفت۔ اسی معرفت سے نکلے گا وہ سارا جذبہ جس کو عبادت کہا جاتا ہے۔</w:t>
      </w:r>
    </w:p>
    <w:p>
      <w:r>
        <w:rPr>
          <w:b/>
        </w:rPr>
        <w:t xml:space="preserve">[12:35] </w:t>
      </w:r>
      <w:r>
        <w:t>wa in kuntum fi raibin mimma nazzalna ala abdina.</w:t>
      </w:r>
    </w:p>
    <w:p>
      <w:pPr>
        <w:jc w:val="right"/>
      </w:pPr>
      <w:r>
        <w:t>وَإِن كُنتُمْ فِي رَيْبٍ مِمَّا نَزَّلْنَا عَلَىٰ عَبْدِنَا۔</w:t>
      </w:r>
    </w:p>
    <w:p>
      <w:r>
        <w:rPr>
          <w:b/>
        </w:rPr>
        <w:t xml:space="preserve">[12:38] </w:t>
      </w:r>
      <w:r>
        <w:t>ab yeh Quran ki baat aa gayi.</w:t>
      </w:r>
    </w:p>
    <w:p>
      <w:pPr>
        <w:jc w:val="right"/>
      </w:pPr>
      <w:r>
        <w:t>اب یہ قرآن کی بات آ گئی۔</w:t>
      </w:r>
    </w:p>
    <w:p>
      <w:r>
        <w:rPr>
          <w:b/>
        </w:rPr>
        <w:t xml:space="preserve">[12:42] </w:t>
      </w:r>
      <w:r>
        <w:t>yani Quran mein yeh taleem di gayi hai.</w:t>
      </w:r>
    </w:p>
    <w:p>
      <w:pPr>
        <w:jc w:val="right"/>
      </w:pPr>
      <w:r>
        <w:t>یعنی قرآن میں یہ تعلیم دی گئی ہے۔</w:t>
      </w:r>
    </w:p>
    <w:p>
      <w:r>
        <w:rPr>
          <w:b/>
        </w:rPr>
        <w:t xml:space="preserve">[12:45] </w:t>
      </w:r>
      <w:r>
        <w:t>yeh nazariya hayat bataya gaya hai.</w:t>
      </w:r>
    </w:p>
    <w:p>
      <w:pPr>
        <w:jc w:val="right"/>
      </w:pPr>
      <w:r>
        <w:t>یہ نظریہ حیات بتایا گیا ہے۔</w:t>
      </w:r>
    </w:p>
    <w:p>
      <w:r>
        <w:rPr>
          <w:b/>
        </w:rPr>
        <w:t xml:space="preserve">[12:48] </w:t>
      </w:r>
      <w:r>
        <w:t>to agar tum ko shakk ho Quran par, shakk ka matlab yeh hai ke Quran is tarah nahi</w:t>
      </w:r>
    </w:p>
    <w:p>
      <w:pPr>
        <w:jc w:val="right"/>
      </w:pPr>
      <w:r>
        <w:t>تو اگر تم کو شک ہو قرآن پر، شک کا مطلب یہ ہے کہ قرآن اس طرح نہیں</w:t>
      </w:r>
    </w:p>
    <w:p>
      <w:r>
        <w:rPr>
          <w:b/>
        </w:rPr>
        <w:t xml:space="preserve">[12:52] </w:t>
      </w:r>
      <w:r>
        <w:t>utra ke koi aasman se hum dekhen, aankh se, ke koi utar raha hai, utar raha hai, koi</w:t>
      </w:r>
    </w:p>
    <w:p>
      <w:pPr>
        <w:jc w:val="right"/>
      </w:pPr>
      <w:r>
        <w:t>اترا کہ کوئی آسمان سے ہم دیکھیں، آنکھ سے، کہ کوئی اتر رہا ہے، اتر رہا ہے، کوئی</w:t>
      </w:r>
    </w:p>
    <w:p>
      <w:r>
        <w:rPr>
          <w:b/>
        </w:rPr>
        <w:t xml:space="preserve">[12:55] </w:t>
      </w:r>
      <w:r>
        <w:t>farishta la kar ke de diya kitab.</w:t>
      </w:r>
    </w:p>
    <w:p>
      <w:pPr>
        <w:jc w:val="right"/>
      </w:pPr>
      <w:r>
        <w:t>فرشتہ لا کر کے دے دیا کتاب۔</w:t>
      </w:r>
    </w:p>
    <w:p>
      <w:r>
        <w:rPr>
          <w:b/>
        </w:rPr>
        <w:t xml:space="preserve">[12:58] </w:t>
      </w:r>
      <w:r>
        <w:t>aisa nahi hota.</w:t>
      </w:r>
    </w:p>
    <w:p>
      <w:pPr>
        <w:jc w:val="right"/>
      </w:pPr>
      <w:r>
        <w:t>ایسا نہیں ہوتا۔</w:t>
      </w:r>
    </w:p>
    <w:p>
      <w:r>
        <w:rPr>
          <w:b/>
        </w:rPr>
        <w:t xml:space="preserve">[13:02] </w:t>
      </w:r>
      <w:r>
        <w:t>balkay woh aik unseen waqea hai.</w:t>
      </w:r>
    </w:p>
    <w:p>
      <w:pPr>
        <w:jc w:val="right"/>
      </w:pPr>
      <w:r>
        <w:t>بلکہ وہ ایک ان سین واقعہ ہے۔</w:t>
      </w:r>
    </w:p>
    <w:p>
      <w:r>
        <w:rPr>
          <w:b/>
        </w:rPr>
        <w:t xml:space="preserve">[13:05] </w:t>
      </w:r>
      <w:r>
        <w:t>yani aik paighambar kehta hai ke mujh par wahi utri hai.</w:t>
      </w:r>
    </w:p>
    <w:p>
      <w:pPr>
        <w:jc w:val="right"/>
      </w:pPr>
      <w:r>
        <w:t>یعنی ایک پیغمبر کہتا ہے کہ مجھ پر وحی اتری ہے۔</w:t>
      </w:r>
    </w:p>
    <w:p>
      <w:r>
        <w:rPr>
          <w:b/>
        </w:rPr>
        <w:t xml:space="preserve">[13:09] </w:t>
      </w:r>
      <w:r>
        <w:t>aur woh wahi Quran hai.</w:t>
      </w:r>
    </w:p>
    <w:p>
      <w:pPr>
        <w:jc w:val="right"/>
      </w:pPr>
      <w:r>
        <w:t>اور وہ وحی قرآن ہے۔</w:t>
      </w:r>
    </w:p>
    <w:p>
      <w:r>
        <w:rPr>
          <w:b/>
        </w:rPr>
        <w:t xml:space="preserve">[13:12] </w:t>
      </w:r>
      <w:r>
        <w:t>to aik unseen waqea yeh hai.</w:t>
      </w:r>
    </w:p>
    <w:p>
      <w:pPr>
        <w:jc w:val="right"/>
      </w:pPr>
      <w:r>
        <w:t>تو ایک ان سین واقعہ یہ ہے۔</w:t>
      </w:r>
    </w:p>
    <w:p>
      <w:r>
        <w:rPr>
          <w:b/>
        </w:rPr>
        <w:t xml:space="preserve">[13:16] </w:t>
      </w:r>
      <w:r>
        <w:t>is mein logon ko shuk hota tha ke pata nahin kya baat hai.</w:t>
      </w:r>
    </w:p>
    <w:p>
      <w:pPr>
        <w:jc w:val="right"/>
      </w:pPr>
      <w:r>
        <w:t>اس میں لوگوں کو شک ہوتا تھا کہ پتہ نہیں کیا بات ہے۔</w:t>
      </w:r>
    </w:p>
    <w:p>
      <w:r>
        <w:rPr>
          <w:b/>
        </w:rPr>
        <w:t xml:space="preserve">[13:20] </w:t>
      </w:r>
      <w:r>
        <w:t>to farmaaya ke agar tum ko shuk hai is quran par ke allah ki taraf se hai ke</w:t>
      </w:r>
    </w:p>
    <w:p>
      <w:pPr>
        <w:jc w:val="right"/>
      </w:pPr>
      <w:r>
        <w:t>تو فرمایا کہ اگر تم کو شک ہے اس قرآن پر کہ اللہ کی طرف سے ہے کہ</w:t>
      </w:r>
    </w:p>
    <w:p>
      <w:r>
        <w:rPr>
          <w:b/>
        </w:rPr>
        <w:t xml:space="preserve">[13:24] </w:t>
      </w:r>
      <w:r>
        <w:t>nahin hai, to is ki ek jaanch hai.</w:t>
      </w:r>
    </w:p>
    <w:p>
      <w:pPr>
        <w:jc w:val="right"/>
      </w:pPr>
      <w:r>
        <w:t>نہیں ہے، تو اس کی ایک جانچ ہے۔</w:t>
      </w:r>
    </w:p>
    <w:p>
      <w:r>
        <w:rPr>
          <w:b/>
        </w:rPr>
        <w:t xml:space="preserve">[13:27] </w:t>
      </w:r>
      <w:r>
        <w:t>is ko jaanch kar ke dekh lo.</w:t>
      </w:r>
    </w:p>
    <w:p>
      <w:pPr>
        <w:jc w:val="right"/>
      </w:pPr>
      <w:r>
        <w:t>اس کو جانچ کر کے دیکھ لو۔</w:t>
      </w:r>
    </w:p>
    <w:p>
      <w:r>
        <w:rPr>
          <w:b/>
        </w:rPr>
        <w:t xml:space="preserve">[13:31] </w:t>
      </w:r>
      <w:r>
        <w:t>woh kya hai? quran jaisi kitaab koi insaan nahin bana sakta.</w:t>
      </w:r>
    </w:p>
    <w:p>
      <w:pPr>
        <w:jc w:val="right"/>
      </w:pPr>
      <w:r>
        <w:t>وہ کیا ہے؟ قرآن جیسی کتاب کوئی انسان نہیں بنا سکتا۔</w:t>
      </w:r>
    </w:p>
    <w:p>
      <w:r>
        <w:rPr>
          <w:b/>
        </w:rPr>
        <w:t xml:space="preserve">[13:35] </w:t>
      </w:r>
      <w:r>
        <w:t>is ka matlab kya hai? dekhiye, is</w:t>
      </w:r>
    </w:p>
    <w:p>
      <w:pPr>
        <w:jc w:val="right"/>
      </w:pPr>
      <w:r>
        <w:t>اس کا مطلب کیا ہے؟ دیکھیے، اس</w:t>
      </w:r>
    </w:p>
    <w:p>
      <w:r>
        <w:rPr>
          <w:b/>
        </w:rPr>
        <w:t xml:space="preserve">[13:39] </w:t>
      </w:r>
      <w:r>
        <w:t>par mein ne tafseel se likha hai apni kitaabon mein.</w:t>
      </w:r>
    </w:p>
    <w:p>
      <w:pPr>
        <w:jc w:val="right"/>
      </w:pPr>
      <w:r>
        <w:t>پر میں نے تفصیل سے لکھا ہے اپنی کتابوں میں۔</w:t>
      </w:r>
    </w:p>
    <w:p>
      <w:r>
        <w:rPr>
          <w:b/>
        </w:rPr>
        <w:t xml:space="preserve">[13:44] </w:t>
      </w:r>
      <w:r>
        <w:t>quran ek aisi kitaab hai jo ab se taqreeban deyr hazaar saal pehle utri.</w:t>
      </w:r>
    </w:p>
    <w:p>
      <w:pPr>
        <w:jc w:val="right"/>
      </w:pPr>
      <w:r>
        <w:t>قرآن ایک ایسی کتاب ہے جو اب سے تقریباً ڈیڑھ ہزار سال پہلے اتری۔</w:t>
      </w:r>
    </w:p>
    <w:p>
      <w:r>
        <w:rPr>
          <w:b/>
        </w:rPr>
        <w:t xml:space="preserve">[13:49] </w:t>
      </w:r>
      <w:r>
        <w:t>quran ke siwa koi aisi kitaab nahin hai jis ke statement ab tak valid hon.</w:t>
      </w:r>
    </w:p>
    <w:p>
      <w:pPr>
        <w:jc w:val="right"/>
      </w:pPr>
      <w:r>
        <w:t>قرآن کے سوا کوئی ایسی کتاب نہیں ہے جس کے اسٹیٹمنٹ اب تک ویلڈ ہوں۔</w:t>
      </w:r>
    </w:p>
    <w:p>
      <w:r>
        <w:rPr>
          <w:b/>
        </w:rPr>
        <w:t xml:space="preserve">[13:54] </w:t>
      </w:r>
      <w:r>
        <w:t>yaani lambe muddat guzarne ke baad bhi is ke tamaam statement valid hain.</w:t>
      </w:r>
    </w:p>
    <w:p>
      <w:pPr>
        <w:jc w:val="right"/>
      </w:pPr>
      <w:r>
        <w:t>یعنی لمبے مدت گزرنے کے بعد بھی اس کے تمام اسٹیٹمنٹ ویلڈ ہیں۔</w:t>
      </w:r>
    </w:p>
    <w:p>
      <w:r>
        <w:rPr>
          <w:b/>
        </w:rPr>
        <w:t xml:space="preserve">[13:59] </w:t>
      </w:r>
      <w:r>
        <w:t>quran mein dekhiye, history ke baare mein kai references hain.</w:t>
      </w:r>
    </w:p>
    <w:p>
      <w:pPr>
        <w:jc w:val="right"/>
      </w:pPr>
      <w:r>
        <w:t>قرآن میں دیکھیے، ہسٹری کے بارے میں کئی ریفرنسز ہیں۔</w:t>
      </w:r>
    </w:p>
    <w:p>
      <w:r>
        <w:rPr>
          <w:b/>
        </w:rPr>
        <w:t xml:space="preserve">[14:04] </w:t>
      </w:r>
      <w:r>
        <w:t>science ke baare mein kai references hain.</w:t>
      </w:r>
    </w:p>
    <w:p>
      <w:pPr>
        <w:jc w:val="right"/>
      </w:pPr>
      <w:r>
        <w:t>سائنس کے بارے میں کئی ریفرنسز ہیں۔</w:t>
      </w:r>
    </w:p>
    <w:p>
      <w:r>
        <w:rPr>
          <w:b/>
        </w:rPr>
        <w:t xml:space="preserve">[14:10] </w:t>
      </w:r>
      <w:r>
        <w:t>jo mukhtalif qism ke jo discipline hain, woh un ke baare mein references hain.</w:t>
      </w:r>
    </w:p>
    <w:p>
      <w:pPr>
        <w:jc w:val="right"/>
      </w:pPr>
      <w:r>
        <w:t>جو مختلف قسم کے جو ڈسپلن ہیں، وہ ان کے بارے میں ریفرنسز ہیں۔</w:t>
      </w:r>
    </w:p>
    <w:p>
      <w:r>
        <w:rPr>
          <w:b/>
        </w:rPr>
        <w:t xml:space="preserve">[14:14] </w:t>
      </w:r>
      <w:r>
        <w:t>lekin aaj tak woh references apni validity ko baaqi rakhe hue hain.</w:t>
      </w:r>
    </w:p>
    <w:p>
      <w:pPr>
        <w:jc w:val="right"/>
      </w:pPr>
      <w:r>
        <w:t>لیکن آج تک وہ ریفرنسز اپنی ویلڈٹی کو باقی رکھے ہوئے ہیں۔</w:t>
      </w:r>
    </w:p>
    <w:p>
      <w:r>
        <w:rPr>
          <w:b/>
        </w:rPr>
        <w:t xml:space="preserve">[14:18] </w:t>
      </w:r>
      <w:r>
        <w:t>is mein koi farq nahin aaya.</w:t>
      </w:r>
    </w:p>
    <w:p>
      <w:pPr>
        <w:jc w:val="right"/>
      </w:pPr>
      <w:r>
        <w:t>اس میں کوئی فرق نہیں آیا۔</w:t>
      </w:r>
    </w:p>
    <w:p>
      <w:r>
        <w:rPr>
          <w:b/>
        </w:rPr>
        <w:t xml:space="preserve">[14:23] </w:t>
      </w:r>
      <w:r>
        <w:t>to koi insaan aisi kitaab nahin likh sakta jo kitaab itni lambi muddat tak apni validity ko baaqi</w:t>
      </w:r>
    </w:p>
    <w:p>
      <w:pPr>
        <w:jc w:val="right"/>
      </w:pPr>
      <w:r>
        <w:t>تو کوئی انسان ایسی کتاب نہیں لکھ سکتا جو کتاب اتنی لمبی مدت تک اپنی ویلڈٹی کو باقی</w:t>
      </w:r>
    </w:p>
    <w:p>
      <w:r>
        <w:rPr>
          <w:b/>
        </w:rPr>
        <w:t xml:space="preserve">[14:27] </w:t>
      </w:r>
      <w:r>
        <w:t>rakhe hue ho.</w:t>
      </w:r>
    </w:p>
    <w:p>
      <w:pPr>
        <w:jc w:val="right"/>
      </w:pPr>
      <w:r>
        <w:t>رکھے ہوئے ہو۔</w:t>
      </w:r>
    </w:p>
    <w:p>
      <w:r>
        <w:rPr>
          <w:b/>
        </w:rPr>
        <w:t xml:space="preserve">[14:31] </w:t>
      </w:r>
      <w:r>
        <w:t>kuch dinon ke baad khatm ho jaati hai.</w:t>
      </w:r>
    </w:p>
    <w:p>
      <w:pPr>
        <w:jc w:val="right"/>
      </w:pPr>
      <w:r>
        <w:t>کچھ دنوں کے بعد ختم ہو جاتی ہے۔</w:t>
      </w:r>
    </w:p>
    <w:p>
      <w:r>
        <w:rPr>
          <w:b/>
        </w:rPr>
        <w:t xml:space="preserve">[14:36] </w:t>
      </w:r>
      <w:r>
        <w:t>aise hi zabaan bhi dekhiye.</w:t>
      </w:r>
    </w:p>
    <w:p>
      <w:pPr>
        <w:jc w:val="right"/>
      </w:pPr>
      <w:r>
        <w:t>ایسے ہی زبان بھی دیکھیے۔</w:t>
      </w:r>
    </w:p>
    <w:p>
      <w:r>
        <w:rPr>
          <w:b/>
        </w:rPr>
        <w:t xml:space="preserve">[14:40] </w:t>
      </w:r>
      <w:r>
        <w:t>quran ki zabaan jo hai, deyr hazaar saal se wohi ki wohi hai.</w:t>
      </w:r>
    </w:p>
    <w:p>
      <w:pPr>
        <w:jc w:val="right"/>
      </w:pPr>
      <w:r>
        <w:t>قرآن کی زبان جو ہے، ڈیڑھ ہزار سال سے وہی کی وہی ہے۔</w:t>
      </w:r>
    </w:p>
    <w:p>
      <w:r>
        <w:rPr>
          <w:b/>
        </w:rPr>
        <w:t xml:space="preserve">[14:44] </w:t>
      </w:r>
      <w:r>
        <w:t>duniya mein koi zabaan aisi nahin hai jo deyr hazaar saal se wohi ki wohi baaqi ho.</w:t>
      </w:r>
    </w:p>
    <w:p>
      <w:pPr>
        <w:jc w:val="right"/>
      </w:pPr>
      <w:r>
        <w:t>دنیا میں کوئی زبان ایسی نہیں ہے جو ڈیڑھ ہزار سال سے وہی کی وہی باقی ہو۔</w:t>
      </w:r>
    </w:p>
    <w:p>
      <w:r>
        <w:rPr>
          <w:b/>
        </w:rPr>
        <w:t xml:space="preserve">[14:47] </w:t>
      </w:r>
      <w:r>
        <w:t>tamaam zabaanen badal gayeen. tamaam zabaanen.</w:t>
      </w:r>
    </w:p>
    <w:p>
      <w:pPr>
        <w:jc w:val="right"/>
      </w:pPr>
      <w:r>
        <w:t>تمام زبانیں بدل گئیں۔ تمام زبانیں۔</w:t>
      </w:r>
    </w:p>
    <w:p>
      <w:r>
        <w:rPr>
          <w:b/>
        </w:rPr>
        <w:t xml:space="preserve">[14:51] </w:t>
      </w:r>
      <w:r>
        <w:t>jo zabaan angrezi, misaal ke taur par, angrezi zabaan jo hai, misaal ke taur par, jo zabaan bolte the Chaucer ya</w:t>
      </w:r>
    </w:p>
    <w:p>
      <w:pPr>
        <w:jc w:val="right"/>
      </w:pPr>
      <w:r>
        <w:t>جو زبان انگریزی، مثلاً انگریزی زبان جو ہے، مثال کے طور پر، جو زبان بولتے تھے چاسر یا</w:t>
      </w:r>
    </w:p>
    <w:p>
      <w:r>
        <w:rPr>
          <w:b/>
        </w:rPr>
        <w:t xml:space="preserve">[14:55] </w:t>
      </w:r>
      <w:r>
        <w:t>Shakespeare, woh zabaan nahin hai aaj.</w:t>
      </w:r>
    </w:p>
    <w:p>
      <w:pPr>
        <w:jc w:val="right"/>
      </w:pPr>
      <w:r>
        <w:t>شکسپیر، وہ زبان نہیں ہے آج۔</w:t>
      </w:r>
    </w:p>
    <w:p>
      <w:r>
        <w:rPr>
          <w:b/>
        </w:rPr>
        <w:t xml:space="preserve">[14:59] </w:t>
      </w:r>
      <w:r>
        <w:t>aaj mukhtalif ho chuki hai.</w:t>
      </w:r>
    </w:p>
    <w:p>
      <w:pPr>
        <w:jc w:val="right"/>
      </w:pPr>
      <w:r>
        <w:t>آج مختلف ہو چکی ہے۔</w:t>
      </w:r>
    </w:p>
    <w:p>
      <w:r>
        <w:rPr>
          <w:b/>
        </w:rPr>
        <w:t xml:space="preserve">[15:03] </w:t>
      </w:r>
      <w:r>
        <w:t>halankay shakespeare ki zaban sirf 300 sal hai.</w:t>
      </w:r>
    </w:p>
    <w:p>
      <w:pPr>
        <w:jc w:val="right"/>
      </w:pPr>
      <w:r>
        <w:t>حالانکہ شکسپیر کی زبان صرف 300 سال ہے۔</w:t>
      </w:r>
    </w:p>
    <w:p>
      <w:r>
        <w:rPr>
          <w:b/>
        </w:rPr>
        <w:t xml:space="preserve">[15:06] </w:t>
      </w:r>
      <w:r>
        <w:t>chaser ki zaban 500</w:t>
      </w:r>
    </w:p>
    <w:p>
      <w:pPr>
        <w:jc w:val="right"/>
      </w:pPr>
      <w:r>
        <w:t>چاسر کی زبان 500</w:t>
      </w:r>
    </w:p>
    <w:p>
      <w:r>
        <w:rPr>
          <w:b/>
        </w:rPr>
        <w:t xml:space="preserve">[15:10] </w:t>
      </w:r>
      <w:r>
        <w:t>sal hai.</w:t>
      </w:r>
    </w:p>
    <w:p>
      <w:pPr>
        <w:jc w:val="right"/>
      </w:pPr>
      <w:r>
        <w:t>سال ہے۔</w:t>
      </w:r>
    </w:p>
    <w:p>
      <w:r>
        <w:rPr>
          <w:b/>
        </w:rPr>
        <w:t xml:space="preserve">[15:13] </w:t>
      </w:r>
      <w:r>
        <w:t>aur arabi zaban dehd hazar sal say wahi ki wahi hai.</w:t>
      </w:r>
    </w:p>
    <w:p>
      <w:pPr>
        <w:jc w:val="right"/>
      </w:pPr>
      <w:r>
        <w:t>اور عربی زبان ڈیڑھ ہزار سال سے وہی کی وہی ہے۔</w:t>
      </w:r>
    </w:p>
    <w:p>
      <w:r>
        <w:rPr>
          <w:b/>
        </w:rPr>
        <w:t xml:space="preserve">[15:16] </w:t>
      </w:r>
      <w:r>
        <w:t>yani jo zaban boltay thay rasool Allah, sahaba, wahi zaban aaj bhi boli jati hai.</w:t>
      </w:r>
    </w:p>
    <w:p>
      <w:pPr>
        <w:jc w:val="right"/>
      </w:pPr>
      <w:r>
        <w:t>یعنی جو زبان بولتے تھے رسول اللہ، صحابہ، وہی زبان آج بھی بولی جاتی ہے۔</w:t>
      </w:r>
    </w:p>
    <w:p>
      <w:r>
        <w:rPr>
          <w:b/>
        </w:rPr>
        <w:t xml:space="preserve">[15:19] </w:t>
      </w:r>
      <w:r>
        <w:t>wahi samjhi jati hai.</w:t>
      </w:r>
    </w:p>
    <w:p>
      <w:pPr>
        <w:jc w:val="right"/>
      </w:pPr>
      <w:r>
        <w:t>وہی سمجھی جاتی ہے۔</w:t>
      </w:r>
    </w:p>
    <w:p>
      <w:r>
        <w:rPr>
          <w:b/>
        </w:rPr>
        <w:t xml:space="preserve">[15:22] </w:t>
      </w:r>
      <w:r>
        <w:t>isi zaban mein aaj bhi kitabein likhi jati hain.</w:t>
      </w:r>
    </w:p>
    <w:p>
      <w:pPr>
        <w:jc w:val="right"/>
      </w:pPr>
      <w:r>
        <w:t>اسی زبان میں آج بھی کتابیں لکھی جاتی ہیں۔</w:t>
      </w:r>
    </w:p>
    <w:p>
      <w:r>
        <w:rPr>
          <w:b/>
        </w:rPr>
        <w:t xml:space="preserve">[15:25] </w:t>
      </w:r>
      <w:r>
        <w:t>maamooli farq hai.</w:t>
      </w:r>
    </w:p>
    <w:p>
      <w:pPr>
        <w:jc w:val="right"/>
      </w:pPr>
      <w:r>
        <w:t>معمولی فرق ہے۔</w:t>
      </w:r>
    </w:p>
    <w:p>
      <w:r>
        <w:rPr>
          <w:b/>
        </w:rPr>
        <w:t xml:space="preserve">[15:28] </w:t>
      </w:r>
      <w:r>
        <w:t>is maamooli farq ko to zamanay kay lihaz say hoga.</w:t>
      </w:r>
    </w:p>
    <w:p>
      <w:pPr>
        <w:jc w:val="right"/>
      </w:pPr>
      <w:r>
        <w:t>اس معمولی فرق کو تو زمانے کے لحاظ سے ہوگا۔</w:t>
      </w:r>
    </w:p>
    <w:p>
      <w:r>
        <w:rPr>
          <w:b/>
        </w:rPr>
        <w:t xml:space="preserve">[15:31] </w:t>
      </w:r>
      <w:r>
        <w:t>misal kay tor par telephone zamanay mein nahi tha.</w:t>
      </w:r>
    </w:p>
    <w:p>
      <w:pPr>
        <w:jc w:val="right"/>
      </w:pPr>
      <w:r>
        <w:t>مثلاً ٹیلی فون زمانے میں نہیں تھا۔</w:t>
      </w:r>
    </w:p>
    <w:p>
      <w:r>
        <w:rPr>
          <w:b/>
        </w:rPr>
        <w:t xml:space="preserve">[15:34] </w:t>
      </w:r>
      <w:r>
        <w:t>to aap aik lafz ka izafa ho jayega.</w:t>
      </w:r>
    </w:p>
    <w:p>
      <w:pPr>
        <w:jc w:val="right"/>
      </w:pPr>
      <w:r>
        <w:t>تو آپ ایک لفظ کا اضافہ ہو جائے گا۔</w:t>
      </w:r>
    </w:p>
    <w:p>
      <w:r>
        <w:rPr>
          <w:b/>
        </w:rPr>
        <w:t xml:space="preserve">[15:37] </w:t>
      </w:r>
      <w:r>
        <w:t>arabi mein kehtay hain tali</w:t>
      </w:r>
    </w:p>
    <w:p>
      <w:pPr>
        <w:jc w:val="right"/>
      </w:pPr>
      <w:r>
        <w:t>عربی میں کہتے ہیں تلی</w:t>
      </w:r>
    </w:p>
    <w:p>
      <w:r>
        <w:rPr>
          <w:b/>
        </w:rPr>
        <w:t xml:space="preserve">[15:40] </w:t>
      </w:r>
      <w:r>
        <w:t>phone, aur Arabi mein kaha jata hai hatif. to aisa hota hai. asal zaban to wohi ki wohi hai. asal zaban mein koi farq nahi hai. to yeh is baat ka saboot hai ke yeh koi insani kitab nahi hai.</w:t>
      </w:r>
    </w:p>
    <w:p>
      <w:pPr>
        <w:jc w:val="right"/>
      </w:pPr>
      <w:r>
        <w:t>فون، اور عربی میں کہا جاتا ہے حاتف۔ تو ایسا ہوتا ہے۔ اصل زبان تو وہی کی وہی ہے۔ اصل زبان میں کوئی فرق نہیں ہے۔ تو یہ اس بات کا ثبوت ہے کہ یہ کوئی انسانی کتاب نہیں ہے۔</w:t>
      </w:r>
    </w:p>
    <w:p>
      <w:r>
        <w:rPr>
          <w:b/>
        </w:rPr>
        <w:t xml:space="preserve">[15:57] </w:t>
      </w:r>
      <w:r>
        <w:t>fa'atu bisooratin mimthilihi wad'u shuhada'a min dunillahi.</w:t>
      </w:r>
    </w:p>
    <w:p>
      <w:pPr>
        <w:jc w:val="right"/>
      </w:pPr>
      <w:r>
        <w:t>فَأَتُوا بِسُورَةٍ مِّنْ مِثْلِهِ وَادْعُوا شُهَدَاءً مِنْ دُونِ اللَّهِ۔</w:t>
      </w:r>
    </w:p>
    <w:p>
      <w:r>
        <w:rPr>
          <w:b/>
        </w:rPr>
        <w:t xml:space="preserve">[16:02] </w:t>
      </w:r>
      <w:r>
        <w:t>haan. to agar tum ko shakk hai ke Quran Khuda ki kitab hai ke nahi, to aise hi aik Quran bana ke lao. aise hi aik Quran jo apni zaban ko, apne mani ko baqi rakhe, itni lambi muddat tak. to tum aisa nahi kar sako ge. chahe tum tumhare bohat se helper jama kar lo, tab bhi.</w:t>
      </w:r>
    </w:p>
    <w:p>
      <w:pPr>
        <w:jc w:val="right"/>
      </w:pPr>
      <w:r>
        <w:t>ہاں۔ تو اگر تم کو شک ہے کہ قرآن خدا کی کتاب ہے کہ نہیں، تو ایسے ہی ایک قرآن بنا کے لاؤ۔ ایسے ہی ایک قرآن جو اپنی زبان کو، اپنے معنی کو باقی رکھے، اتنی لمبی مدت تک۔ تو تم ایسا نہیں کر سکو گے۔ چاہے تم تمہارے بہت سے ہیلپر اکٹھا کر لو، تب بھی۔</w:t>
      </w:r>
    </w:p>
    <w:p>
      <w:r>
        <w:rPr>
          <w:b/>
        </w:rPr>
        <w:t xml:space="preserve">[16:28] </w:t>
      </w:r>
      <w:r>
        <w:t>wad'u shuhada'a min dunillahi in kuntum sadiqeen.</w:t>
      </w:r>
    </w:p>
    <w:p>
      <w:pPr>
        <w:jc w:val="right"/>
      </w:pPr>
      <w:r>
        <w:t>وَادْعُوا شُهَدَاءً مِنْ دُونِ اللَّهِ إِن كُنتُمْ صَادِقِينَ۔</w:t>
      </w:r>
    </w:p>
    <w:p>
      <w:r>
        <w:rPr>
          <w:b/>
        </w:rPr>
        <w:t xml:space="preserve">[16:32] </w:t>
      </w:r>
      <w:r>
        <w:t>yahan shuhadaa ba maani helper hain.</w:t>
      </w:r>
    </w:p>
    <w:p>
      <w:pPr>
        <w:jc w:val="right"/>
      </w:pPr>
      <w:r>
        <w:t>یہاں شہداء بمعنی ہیلپر ہیں۔</w:t>
      </w:r>
    </w:p>
    <w:p>
      <w:r>
        <w:rPr>
          <w:b/>
        </w:rPr>
        <w:t xml:space="preserve">[16:36] </w:t>
      </w:r>
      <w:r>
        <w:t>lao jo helper tumharay pas ho.</w:t>
      </w:r>
    </w:p>
    <w:p>
      <w:pPr>
        <w:jc w:val="right"/>
      </w:pPr>
      <w:r>
        <w:t>لاؤ جو ہیلپر تمہارے پاس ہوں۔</w:t>
      </w:r>
    </w:p>
    <w:p>
      <w:r>
        <w:rPr>
          <w:b/>
        </w:rPr>
        <w:t xml:space="preserve">[16:40] </w:t>
      </w:r>
      <w:r>
        <w:t>apnay helper ko bulao.</w:t>
      </w:r>
    </w:p>
    <w:p>
      <w:pPr>
        <w:jc w:val="right"/>
      </w:pPr>
      <w:r>
        <w:t>اپنے ہیلپر کو بلاؤ۔</w:t>
      </w:r>
    </w:p>
    <w:p>
      <w:r>
        <w:rPr>
          <w:b/>
        </w:rPr>
        <w:t xml:space="preserve">[16:45] </w:t>
      </w:r>
      <w:r>
        <w:t>Allah kay siwa.</w:t>
      </w:r>
    </w:p>
    <w:p>
      <w:pPr>
        <w:jc w:val="right"/>
      </w:pPr>
      <w:r>
        <w:t>اللہ کے سوا۔</w:t>
      </w:r>
    </w:p>
    <w:p>
      <w:r>
        <w:rPr>
          <w:b/>
        </w:rPr>
        <w:t xml:space="preserve">[16:49] </w:t>
      </w:r>
      <w:r>
        <w:t>to tum kamyab nahi ho gay aisi kitab bananay mein.</w:t>
      </w:r>
    </w:p>
    <w:p>
      <w:pPr>
        <w:jc w:val="right"/>
      </w:pPr>
      <w:r>
        <w:t>تو تم کامیاب نہیں ہو گے ایسی کتاب بنانے میں۔</w:t>
      </w:r>
    </w:p>
    <w:p>
      <w:r>
        <w:rPr>
          <w:b/>
        </w:rPr>
        <w:t xml:space="preserve">[16:53] </w:t>
      </w:r>
      <w:r>
        <w:t>tareekh mein aisi misalein hain kay kuch logon nay quran jaisi kitab likhnay ki koshish ki.</w:t>
      </w:r>
    </w:p>
    <w:p>
      <w:pPr>
        <w:jc w:val="right"/>
      </w:pPr>
      <w:r>
        <w:t>تاریخ میں ایسی مثالیں ہیں کہ کچھ لوگوں نے قرآن جیسی کتاب لکھنے کی کوشش کی۔</w:t>
      </w:r>
    </w:p>
    <w:p>
      <w:r>
        <w:rPr>
          <w:b/>
        </w:rPr>
        <w:t xml:space="preserve">[16:57] </w:t>
      </w:r>
      <w:r>
        <w:t>misal kay tor par qadeem zamanay mein, rasool Allah kay zamanay mein aik tha, musailmah. is</w:t>
      </w:r>
    </w:p>
    <w:p>
      <w:pPr>
        <w:jc w:val="right"/>
      </w:pPr>
      <w:r>
        <w:t>مثلاً قدیم زمانے میں، رسول اللہ کے زمانے میں ایک تھا، مسیلمہ۔ اس</w:t>
      </w:r>
    </w:p>
    <w:p>
      <w:r>
        <w:rPr>
          <w:b/>
        </w:rPr>
        <w:t xml:space="preserve">[17:02] </w:t>
      </w:r>
      <w:r>
        <w:t>nay chaha kay quran jaisi aik kitab likhay.</w:t>
      </w:r>
    </w:p>
    <w:p>
      <w:pPr>
        <w:jc w:val="right"/>
      </w:pPr>
      <w:r>
        <w:t>نے چاہا کہ قرآن جیسی ایک کتاب لکھے۔</w:t>
      </w:r>
    </w:p>
    <w:p>
      <w:r>
        <w:rPr>
          <w:b/>
        </w:rPr>
        <w:t xml:space="preserve">[17:05] </w:t>
      </w:r>
      <w:r>
        <w:t>lekin woh fail ho gaya.</w:t>
      </w:r>
    </w:p>
    <w:p>
      <w:pPr>
        <w:jc w:val="right"/>
      </w:pPr>
      <w:r>
        <w:t>لیکن وہ فیل ہو گیا۔</w:t>
      </w:r>
    </w:p>
    <w:p>
      <w:r>
        <w:rPr>
          <w:b/>
        </w:rPr>
        <w:t xml:space="preserve">[17:08] </w:t>
      </w:r>
      <w:r>
        <w:t>baad kay zamanay mein aik tha, ibn muqaffah.</w:t>
      </w:r>
    </w:p>
    <w:p>
      <w:pPr>
        <w:jc w:val="right"/>
      </w:pPr>
      <w:r>
        <w:t>بعد کے زمانے میں ایک تھا، ابن مقفہ۔</w:t>
      </w:r>
    </w:p>
    <w:p>
      <w:r>
        <w:rPr>
          <w:b/>
        </w:rPr>
        <w:t xml:space="preserve">[17:12] </w:t>
      </w:r>
      <w:r>
        <w:t>is nay bhi likhnay ki koshish ki quran jaisi aik kitab.</w:t>
      </w:r>
    </w:p>
    <w:p>
      <w:pPr>
        <w:jc w:val="right"/>
      </w:pPr>
      <w:r>
        <w:t>اس نے بھی لکھنے کی کوشش کی قرآن جیسی ایک کتاب۔</w:t>
      </w:r>
    </w:p>
    <w:p>
      <w:r>
        <w:rPr>
          <w:b/>
        </w:rPr>
        <w:t xml:space="preserve">[17:15] </w:t>
      </w:r>
      <w:r>
        <w:t>lekin woh fail ho gaya.</w:t>
      </w:r>
    </w:p>
    <w:p>
      <w:pPr>
        <w:jc w:val="right"/>
      </w:pPr>
      <w:r>
        <w:t>لیکن وہ فیل ہو گیا۔</w:t>
      </w:r>
    </w:p>
    <w:p>
      <w:r>
        <w:rPr>
          <w:b/>
        </w:rPr>
        <w:t xml:space="preserve">[17:19] </w:t>
      </w:r>
      <w:r>
        <w:t>to quran aik ajeeb o ghareeb kitab hai jo bilkul sadah kitab lagti hai. sadah.</w:t>
      </w:r>
    </w:p>
    <w:p>
      <w:pPr>
        <w:jc w:val="right"/>
      </w:pPr>
      <w:r>
        <w:t>تو قرآن ایک عجیب و غریب کتاب ہے جو بالکل سادہ کتاب لگتی ہے۔ سادہ۔</w:t>
      </w:r>
    </w:p>
    <w:p>
      <w:r>
        <w:rPr>
          <w:b/>
        </w:rPr>
        <w:t xml:space="preserve">[17:22] </w:t>
      </w:r>
      <w:r>
        <w:t>har aadmi samajh sakta hai is ko.</w:t>
      </w:r>
    </w:p>
    <w:p>
      <w:pPr>
        <w:jc w:val="right"/>
      </w:pPr>
      <w:r>
        <w:t>ہر آدمی سمجھ سکتا ہے اس کو۔</w:t>
      </w:r>
    </w:p>
    <w:p>
      <w:r>
        <w:rPr>
          <w:b/>
        </w:rPr>
        <w:t xml:space="preserve">[17:25] </w:t>
      </w:r>
      <w:r>
        <w:t>lekin is ke bawajood woh bohat hi anokhi kitaab hai.</w:t>
      </w:r>
    </w:p>
    <w:p>
      <w:pPr>
        <w:jc w:val="right"/>
      </w:pPr>
      <w:r>
        <w:t>لیکن اس کے باوجود وہ بہت ہی انوکھی کتاب ہے۔</w:t>
      </w:r>
    </w:p>
    <w:p>
      <w:r>
        <w:rPr>
          <w:b/>
        </w:rPr>
        <w:t xml:space="preserve">[17:29] </w:t>
      </w:r>
      <w:r>
        <w:t>aik moajza maloom hota hai. jo bhi</w:t>
      </w:r>
    </w:p>
    <w:p>
      <w:pPr>
        <w:jc w:val="right"/>
      </w:pPr>
      <w:r>
        <w:t>ایک معجزہ معلوم ہوتا ہے۔ جو بھی</w:t>
      </w:r>
    </w:p>
    <w:p>
      <w:r>
        <w:rPr>
          <w:b/>
        </w:rPr>
        <w:t xml:space="preserve">[17:32] </w:t>
      </w:r>
      <w:r>
        <w:t>parhega is ko, moajza maloom hoga. jaise misal ke taur par dekhiye, Harbury aik angrez tha, woh Morocco gaya. wahan kisi hotel mein thehra. to mile hue kamray mein aik Arab wahan muqeem tha. us ne Quran ki tilawat, us par woh cassette bajane laga apne</w:t>
      </w:r>
    </w:p>
    <w:p>
      <w:pPr>
        <w:jc w:val="right"/>
      </w:pPr>
      <w:r>
        <w:t>پڑھے گا اس کو، معجزہ معلوم ہوگا۔ جیسے مثال کے طور پر دیکھیے، ہاربری ایک انگریز تھا، وہ مراکش گیا۔ وہاں کسی ہوٹل میں ٹھہرا۔ تو ملے ہوئے کمرے میں ایک عرب وہاں مقیم تھا۔ اس نے قرآن کی تلاوت، اس پر وہ کا ٹیپس بجانے لگا اپنے</w:t>
      </w:r>
    </w:p>
    <w:p>
      <w:r>
        <w:rPr>
          <w:b/>
        </w:rPr>
        <w:t xml:space="preserve">[18:02] </w:t>
      </w:r>
      <w:r>
        <w:t>kamre mein.</w:t>
      </w:r>
    </w:p>
    <w:p>
      <w:pPr>
        <w:jc w:val="right"/>
      </w:pPr>
      <w:r>
        <w:t>کمرے میں۔</w:t>
      </w:r>
    </w:p>
    <w:p>
      <w:r>
        <w:rPr>
          <w:b/>
        </w:rPr>
        <w:t xml:space="preserve">[18:05] </w:t>
      </w:r>
      <w:r>
        <w:t>to us ne suna, harbour ne.</w:t>
      </w:r>
    </w:p>
    <w:p>
      <w:pPr>
        <w:jc w:val="right"/>
      </w:pPr>
      <w:r>
        <w:t>تو اس نے سنا، ہاربری نے۔</w:t>
      </w:r>
    </w:p>
    <w:p>
      <w:r>
        <w:rPr>
          <w:b/>
        </w:rPr>
        <w:t xml:space="preserve">[18:08] </w:t>
      </w:r>
      <w:r>
        <w:t>تو اس کو لگا کہ یہ different type کا کلام ہے۔</w:t>
      </w:r>
    </w:p>
    <w:p>
      <w:pPr>
        <w:jc w:val="right"/>
      </w:pPr>
      <w:r>
        <w:t>تو اس کو لگا کہ یہ ڈفرنٹ ٹائپ کا کلام ہے۔</w:t>
      </w:r>
    </w:p>
    <w:p>
      <w:r>
        <w:rPr>
          <w:b/>
        </w:rPr>
        <w:t xml:space="preserve">[18:11] </w:t>
      </w:r>
      <w:r>
        <w:t>sound war different.</w:t>
      </w:r>
    </w:p>
    <w:p>
      <w:pPr>
        <w:jc w:val="right"/>
      </w:pPr>
      <w:r>
        <w:t>ساؤنڈ وار ڈفرنٹ۔</w:t>
      </w:r>
    </w:p>
    <w:p>
      <w:r>
        <w:rPr>
          <w:b/>
        </w:rPr>
        <w:t xml:space="preserve">[18:14] </w:t>
      </w:r>
      <w:r>
        <w:t>to us ne kaha ke yeh to koi aur hi kitaab maloom hoti hai.</w:t>
      </w:r>
    </w:p>
    <w:p>
      <w:pPr>
        <w:jc w:val="right"/>
      </w:pPr>
      <w:r>
        <w:t>تو اس نے کہا کہ یہ تو کوئی اور ہی کتاب معلوم ہوتی ہے۔</w:t>
      </w:r>
    </w:p>
    <w:p>
      <w:r>
        <w:rPr>
          <w:b/>
        </w:rPr>
        <w:t xml:space="preserve">[18:18] </w:t>
      </w:r>
      <w:r>
        <w:t>to phir us ne tehqeeq ki, to maloom hua ke yeh to quran tha.</w:t>
      </w:r>
    </w:p>
    <w:p>
      <w:pPr>
        <w:jc w:val="right"/>
      </w:pPr>
      <w:r>
        <w:t>تو پھر اس نے تحقیق کی، تو معلوم ہوا کہ یہ تو قرآن تھا۔</w:t>
      </w:r>
    </w:p>
    <w:p>
      <w:r>
        <w:rPr>
          <w:b/>
        </w:rPr>
        <w:t xml:space="preserve">[18:21] </w:t>
      </w:r>
      <w:r>
        <w:t>phir us ne arabi zabaan seekhi.</w:t>
      </w:r>
    </w:p>
    <w:p>
      <w:pPr>
        <w:jc w:val="right"/>
      </w:pPr>
      <w:r>
        <w:t>پھر اس نے عربی زبان سیکھی۔</w:t>
      </w:r>
    </w:p>
    <w:p>
      <w:r>
        <w:rPr>
          <w:b/>
        </w:rPr>
        <w:t xml:space="preserve">[18:24] </w:t>
      </w:r>
      <w:r>
        <w:t>arabi zabaan seekh kar quran ko samjha.</w:t>
      </w:r>
    </w:p>
    <w:p>
      <w:pPr>
        <w:jc w:val="right"/>
      </w:pPr>
      <w:r>
        <w:t>عربی زبان سیکھ کر قرآن کو سمجھا۔</w:t>
      </w:r>
    </w:p>
    <w:p>
      <w:r>
        <w:rPr>
          <w:b/>
        </w:rPr>
        <w:t xml:space="preserve">[18:27] </w:t>
      </w:r>
      <w:r>
        <w:t>phir us ne angrezi mein is quran ka tarjuma kiya.</w:t>
      </w:r>
    </w:p>
    <w:p>
      <w:pPr>
        <w:jc w:val="right"/>
      </w:pPr>
      <w:r>
        <w:t>پھر اس نے انگریزی میں اس قرآن کا ترجمہ کیا۔</w:t>
      </w:r>
    </w:p>
    <w:p>
      <w:r>
        <w:rPr>
          <w:b/>
        </w:rPr>
        <w:t xml:space="preserve">[18:30] </w:t>
      </w:r>
      <w:r>
        <w:t>to quran ka jo mukhtalif</w:t>
      </w:r>
    </w:p>
    <w:p>
      <w:pPr>
        <w:jc w:val="right"/>
      </w:pPr>
      <w:r>
        <w:t>تو قرآن کا جو مختلف</w:t>
      </w:r>
    </w:p>
    <w:p>
      <w:r>
        <w:rPr>
          <w:b/>
        </w:rPr>
        <w:t xml:space="preserve">[18:33] </w:t>
      </w:r>
      <w:r>
        <w:t>zaban, mukhtalif usloob, mukhtalif awaz, yeh sab jo chezen hain, yeh insan ko majboor karti hain sochne ke liye ke yeh insani kalam nahi hai.</w:t>
      </w:r>
    </w:p>
    <w:p>
      <w:pPr>
        <w:jc w:val="right"/>
      </w:pPr>
      <w:r>
        <w:t>زبان، مختلف اسلوب، مختلف آواز، یہ سب جو چیزیں ہیں، یہ انسان کو مجبور کرتی ہیں سوچنے کے لیے کہ یہ انسانی کلام نہیں ہے۔</w:t>
      </w:r>
    </w:p>
    <w:p>
      <w:r>
        <w:rPr>
          <w:b/>
        </w:rPr>
        <w:t xml:space="preserve">[18:48] </w:t>
      </w:r>
      <w:r>
        <w:t>fain lam taf'alu walm taf'alu fattqoo annara allati waqooduha annasu walhijarata.</w:t>
      </w:r>
    </w:p>
    <w:p>
      <w:pPr>
        <w:jc w:val="right"/>
      </w:pPr>
      <w:r>
        <w:t>فَإِنْ لَمْ تَفْعَلُوا وَلَمْ تَفْعَلُوا فَاتَّقُوا النَّارَ الَّتِي وَقُودُهَا النَّاسُ وَالْحِجَارَةَ۔</w:t>
      </w:r>
    </w:p>
    <w:p>
      <w:r>
        <w:rPr>
          <w:b/>
        </w:rPr>
        <w:t xml:space="preserve">[18:54] </w:t>
      </w:r>
      <w:r>
        <w:t>tum aisa nahi kar sako ge.</w:t>
      </w:r>
    </w:p>
    <w:p>
      <w:pPr>
        <w:jc w:val="right"/>
      </w:pPr>
      <w:r>
        <w:t>تم ایسا نہیں کر سکو گے۔</w:t>
      </w:r>
    </w:p>
    <w:p>
      <w:r>
        <w:rPr>
          <w:b/>
        </w:rPr>
        <w:t xml:space="preserve">[18:58] </w:t>
      </w:r>
      <w:r>
        <w:t>yaani quran jaisi kitaab nahi bana pao ge.</w:t>
      </w:r>
    </w:p>
    <w:p>
      <w:pPr>
        <w:jc w:val="right"/>
      </w:pPr>
      <w:r>
        <w:t>یعنی قرآن جیسی کتاب نہیں بنا پاؤ گے۔</w:t>
      </w:r>
    </w:p>
    <w:p>
      <w:r>
        <w:rPr>
          <w:b/>
        </w:rPr>
        <w:t xml:space="preserve">[19:02] </w:t>
      </w:r>
      <w:r>
        <w:t>to daro us aag se jis ka endhan banen ge insaan aur pathar.</w:t>
      </w:r>
    </w:p>
    <w:p>
      <w:pPr>
        <w:jc w:val="right"/>
      </w:pPr>
      <w:r>
        <w:t>تو ڈرو اس آگ سے جس کا ایندھن بنیں گے انسان اور پتھر۔</w:t>
      </w:r>
    </w:p>
    <w:p>
      <w:r>
        <w:rPr>
          <w:b/>
        </w:rPr>
        <w:t xml:space="preserve">[19:06] </w:t>
      </w:r>
      <w:r>
        <w:t>is ka matlab yeh nahi ke sach much pathar is mein jalaye jayen ge.</w:t>
      </w:r>
    </w:p>
    <w:p>
      <w:pPr>
        <w:jc w:val="right"/>
      </w:pPr>
      <w:r>
        <w:t>اس کا مطلب یہ نہیں کہ سچ مچ پتھر اس میں جلائے جائیں گے۔</w:t>
      </w:r>
    </w:p>
    <w:p>
      <w:r>
        <w:rPr>
          <w:b/>
        </w:rPr>
        <w:t xml:space="preserve">[19:10] </w:t>
      </w:r>
      <w:r>
        <w:t>yeh usloob hai kehne ka.</w:t>
      </w:r>
    </w:p>
    <w:p>
      <w:pPr>
        <w:jc w:val="right"/>
      </w:pPr>
      <w:r>
        <w:t>یہ اسلوب ہے کہنے کا۔</w:t>
      </w:r>
    </w:p>
    <w:p>
      <w:r>
        <w:rPr>
          <w:b/>
        </w:rPr>
        <w:t xml:space="preserve">[19:13] </w:t>
      </w:r>
      <w:r>
        <w:t>log samajhte hain ke saari duniya ke buth ikatha kar ke jahannum mein dalen ge.</w:t>
      </w:r>
    </w:p>
    <w:p>
      <w:pPr>
        <w:jc w:val="right"/>
      </w:pPr>
      <w:r>
        <w:t>لوگ سمجھتے ہیں کہ ساری دنیا کے بت اکٹھا کر کے جہنم میں ڈالیں گے۔</w:t>
      </w:r>
    </w:p>
    <w:p>
      <w:r>
        <w:rPr>
          <w:b/>
        </w:rPr>
        <w:t xml:space="preserve">[19:17] </w:t>
      </w:r>
      <w:r>
        <w:t>yeh matlab nahi hai.</w:t>
      </w:r>
    </w:p>
    <w:p>
      <w:pPr>
        <w:jc w:val="right"/>
      </w:pPr>
      <w:r>
        <w:t>یہ مطلب نہیں ہے۔</w:t>
      </w:r>
    </w:p>
    <w:p>
      <w:r>
        <w:rPr>
          <w:b/>
        </w:rPr>
        <w:t xml:space="preserve">[19:21] </w:t>
      </w:r>
      <w:r>
        <w:t>buthon ko aap dalen ya na dalen, kya farq parta hai?</w:t>
      </w:r>
    </w:p>
    <w:p>
      <w:pPr>
        <w:jc w:val="right"/>
      </w:pPr>
      <w:r>
        <w:t>بتوں کو آپ ڈالیں یا نہ ڈالیں، کیا فرق پڑتا ہے؟</w:t>
      </w:r>
    </w:p>
    <w:p>
      <w:r>
        <w:rPr>
          <w:b/>
        </w:rPr>
        <w:t xml:space="preserve">[19:25] </w:t>
      </w:r>
      <w:r>
        <w:t>yeh kehne ka aik andaaz hai. kehne ka andaaz hai ke tum bhi jao gay jahannum mein, aur jin ko tum poojtay ho patharon ko, woh bhi jayen gay jahannum mein. yeh shiddat kalam mein aisa bola jata hai. matlab yeh ke agar tum itni khuli khuli nishaniyon ke bawajood na mano, to phir yaad rakho, us ke baad tumhari pakar hogi, aur tum ko sakht saza mile gi.</w:t>
      </w:r>
    </w:p>
    <w:p>
      <w:pPr>
        <w:jc w:val="right"/>
      </w:pPr>
      <w:r>
        <w:t>یہ کہنے کا ایک انداز ہے۔ کہنے کا انداز ہے کہ تم بھی جاؤ گے جہنم میں، اور جن کو تم پوجتے ہو پتھروں کو، وہ بھی جائیں گے جہنم میں۔ یہ شدت کلام میں ایسا بولا جاتا ہے۔ مطلب یہ کہ اگر تم اتنی کھلی کھلی نشانیوں کے باوجود نہ مانو، تو پھر یاد رکھو، اس کے بعد تمہاری پکڑ ہوگی، اور تم کو سخت سزا ملے گی۔</w:t>
      </w:r>
    </w:p>
    <w:p>
      <w:r>
        <w:rPr>
          <w:b/>
        </w:rPr>
        <w:t xml:space="preserve">[19:51] </w:t>
      </w:r>
      <w:r>
        <w:t>wa uiddat lil kafireen.</w:t>
      </w:r>
    </w:p>
    <w:p>
      <w:pPr>
        <w:jc w:val="right"/>
      </w:pPr>
      <w:r>
        <w:t>وَعِدَّتْ لِلْكَافِرِينَ۔</w:t>
      </w:r>
    </w:p>
    <w:p>
      <w:r>
        <w:rPr>
          <w:b/>
        </w:rPr>
        <w:t xml:space="preserve">[19:53] </w:t>
      </w:r>
      <w:r>
        <w:t>haan. woh aag, woh aag jo tayyar ki gayi hai munkireen ke liye. munkireen ke mani kya hain? munkireen koi qaum nahi hai. yani jo haqeeqat ko wazeh tor par samnay anay ke bawajood jo us ko na manay, us ka inkar karay, un ke liye tayyar ki gayi hai.</w:t>
      </w:r>
    </w:p>
    <w:p>
      <w:pPr>
        <w:jc w:val="right"/>
      </w:pPr>
      <w:r>
        <w:t>ہاں۔ وہ آگ، وہ آگ جو تیار کی گئی ہے منکرین کے لیے۔ منکرین کے معنی کیا ہیں؟ منکرین کوئی قوم نہیں ہے۔ یعنی جو حقیقت کو واضح طور پر سامنے آنے کے باوجود جو اس کو نہ مانے، اس کا انکار کرے، ان کے لیے تیار کی گئی ہے۔</w:t>
      </w:r>
    </w:p>
    <w:p>
      <w:r>
        <w:rPr>
          <w:b/>
        </w:rPr>
        <w:t xml:space="preserve">[20:13] </w:t>
      </w:r>
      <w:r>
        <w:t>wa bashir allazeena amanoo wa amiloo al salihat.</w:t>
      </w:r>
    </w:p>
    <w:p>
      <w:pPr>
        <w:jc w:val="right"/>
      </w:pPr>
      <w:r>
        <w:t>وَبَشِّرِ الَّذِينَ آمَنُوا وَعَمِلُوا الصَّالِحَاتِ۔</w:t>
      </w:r>
    </w:p>
    <w:p>
      <w:r>
        <w:rPr>
          <w:b/>
        </w:rPr>
        <w:t xml:space="preserve">[20:17] </w:t>
      </w:r>
      <w:r>
        <w:t>aur basharat de do, khushkhabri de do un logon ko jo iman laye aur amal saleh kiya. un ke liye jannat ke baghat hain jin mein naray jari hon gay.</w:t>
      </w:r>
    </w:p>
    <w:p>
      <w:pPr>
        <w:jc w:val="right"/>
      </w:pPr>
      <w:r>
        <w:t>اور بشارت دے دو، خوشخبری دے دو ان لوگوں کو جو ایمان لائے اور عمل صالح کیا۔ ان کے لیے جنت کے باغات ہیں جن میں نعرے جاری ہوں گے۔</w:t>
      </w:r>
    </w:p>
    <w:p>
      <w:r>
        <w:rPr>
          <w:b/>
        </w:rPr>
        <w:t xml:space="preserve">[20:33] </w:t>
      </w:r>
      <w:r>
        <w:t>qul lamma ruziqoo minha min thamarati al rizqi.</w:t>
      </w:r>
    </w:p>
    <w:p>
      <w:pPr>
        <w:jc w:val="right"/>
      </w:pPr>
      <w:r>
        <w:t>قُلْ لَّمَا رُزِقُوا مِنْهَا مِنْ ثَمَرَةِ الرِّزْقِ۔</w:t>
      </w:r>
    </w:p>
    <w:p>
      <w:r>
        <w:rPr>
          <w:b/>
        </w:rPr>
        <w:t xml:space="preserve">[20:37] </w:t>
      </w:r>
      <w:r>
        <w:t>to dekhiye, yahan par imaan aur amal saleh ka lafz jo hai, is par ghor kijiye.</w:t>
      </w:r>
    </w:p>
    <w:p>
      <w:pPr>
        <w:jc w:val="right"/>
      </w:pPr>
      <w:r>
        <w:t>تو دیکھیے، یہاں پر ایمان اور عمل صالح کا لفظ جو ہے، اس پر غور کیجیے۔</w:t>
      </w:r>
    </w:p>
    <w:p>
      <w:r>
        <w:rPr>
          <w:b/>
        </w:rPr>
        <w:t xml:space="preserve">[20:42] </w:t>
      </w:r>
      <w:r>
        <w:t>imaan ka matlab kya hai? imaan ka matlab yeh nahi ke aik kalma hai, is ke alfaaz ko</w:t>
      </w:r>
    </w:p>
    <w:p>
      <w:pPr>
        <w:jc w:val="right"/>
      </w:pPr>
      <w:r>
        <w:t>ایمان کا مطلب کیا ہے؟ ایمان کا مطلب یہ نہیں کہ ایک کلمہ ہے، اس کے الفاظ کو</w:t>
      </w:r>
    </w:p>
    <w:p>
      <w:r>
        <w:rPr>
          <w:b/>
        </w:rPr>
        <w:t xml:space="preserve">[20:47] </w:t>
      </w:r>
      <w:r>
        <w:t>parh dijiye to imaan haasil ho gaya. nahi.</w:t>
      </w:r>
    </w:p>
    <w:p>
      <w:pPr>
        <w:jc w:val="right"/>
      </w:pPr>
      <w:r>
        <w:t>پڑھ دیجیے تو ایمان حاصل ہو گیا۔ نہیں۔</w:t>
      </w:r>
    </w:p>
    <w:p>
      <w:r>
        <w:rPr>
          <w:b/>
        </w:rPr>
        <w:t xml:space="preserve">[20:52] </w:t>
      </w:r>
      <w:r>
        <w:t>imaan ka matlab daryaft, discovery, marifat.</w:t>
      </w:r>
    </w:p>
    <w:p>
      <w:pPr>
        <w:jc w:val="right"/>
      </w:pPr>
      <w:r>
        <w:t>ایمان کا مطلب دریافت، ڈسکوری، معرفت۔</w:t>
      </w:r>
    </w:p>
    <w:p>
      <w:r>
        <w:rPr>
          <w:b/>
        </w:rPr>
        <w:t xml:space="preserve">[20:57] </w:t>
      </w:r>
      <w:r>
        <w:t>yaani woh log jinhon ne apni aqal ko istemal kiya, jinhon ne mutala kiya, socha samjha, baaton ko</w:t>
      </w:r>
    </w:p>
    <w:p>
      <w:pPr>
        <w:jc w:val="right"/>
      </w:pPr>
      <w:r>
        <w:t>یعنی وہ لوگ جنہوں نے اپنی عقل کو استعمال کیا، جنہوں نے مطالعہ کیا، سوچا سمجھا، باتوں کو</w:t>
      </w:r>
    </w:p>
    <w:p>
      <w:r>
        <w:rPr>
          <w:b/>
        </w:rPr>
        <w:t xml:space="preserve">[21:02] </w:t>
      </w:r>
      <w:r>
        <w:t>gehrai mein janne ki koshish ki, phir un par</w:t>
      </w:r>
    </w:p>
    <w:p>
      <w:pPr>
        <w:jc w:val="right"/>
      </w:pPr>
      <w:r>
        <w:t>گہرائی میں جاننے کی کوشش کی، پھر ان پر</w:t>
      </w:r>
    </w:p>
    <w:p>
      <w:r>
        <w:rPr>
          <w:b/>
        </w:rPr>
        <w:t xml:space="preserve">[21:07] </w:t>
      </w:r>
      <w:r>
        <w:t>marifat un ko hui. Allah ki marifat. aur phir woh imaan laye. to imaan ka matlab hai discovery. discovery ke darje mein jab un ko marifat hasil hoti hai to us ko kehte hain imaan. aur amal saleh ka matlab hai imaan ke mutabiq amal karna. imaan ke mutabiq amal karna kya hai? imaan yeh kehta hai ke aap, ke insan jo hai, Allah ke aage jawab deh</w:t>
      </w:r>
    </w:p>
    <w:p>
      <w:pPr>
        <w:jc w:val="right"/>
      </w:pPr>
      <w:r>
        <w:t>معرفت ان کو ہوئی۔ اللہ کی معرفت۔ اور پھر وہ ایمان لائے۔ تو ایمان کا مطلب ہے ڈسکوری۔ ڈسکوری کے درجے میں جب ان کو معرفت حاصل ہوتی ہے تو اس کو کہتے ہیں ایمان۔ اور عمل صالح کا مطلب ہے ایمان کے مطابق عمل کرنا۔ ایمان کے مطابق عمل کرنا کیا ہے؟ ایمان یہ کہتا ہے کہ آپ، کہ انسان جو ہے، اللہ کے آگے جواب دہ</w:t>
      </w:r>
    </w:p>
    <w:p>
      <w:r>
        <w:rPr>
          <w:b/>
        </w:rPr>
        <w:t xml:space="preserve">[21:37] </w:t>
      </w:r>
      <w:r>
        <w:t>hai.</w:t>
      </w:r>
    </w:p>
    <w:p>
      <w:pPr>
        <w:jc w:val="right"/>
      </w:pPr>
      <w:r>
        <w:t>ہے۔</w:t>
      </w:r>
    </w:p>
    <w:p>
      <w:r>
        <w:rPr>
          <w:b/>
        </w:rPr>
        <w:t xml:space="preserve">[21:42] </w:t>
      </w:r>
      <w:r>
        <w:t>یعنی responsible ہے، accountable ہے۔</w:t>
      </w:r>
    </w:p>
    <w:p>
      <w:pPr>
        <w:jc w:val="right"/>
      </w:pPr>
      <w:r>
        <w:t>یعنی ریسپانسبل ہے، اکاؤنٹیبل ہے۔</w:t>
      </w:r>
    </w:p>
    <w:p>
      <w:r>
        <w:rPr>
          <w:b/>
        </w:rPr>
        <w:t xml:space="preserve">[21:46] </w:t>
      </w:r>
      <w:r>
        <w:t>to ab aap ka mamla yeh ho jaye, imaan ke baad, ke jab bhi aap koi kaam karen</w:t>
      </w:r>
    </w:p>
    <w:p>
      <w:pPr>
        <w:jc w:val="right"/>
      </w:pPr>
      <w:r>
        <w:t>تو اب آپ کا معاملہ یہ ہو جائے، ایمان کے بعد، کہ جب بھی آپ کوئی کام کریں</w:t>
      </w:r>
    </w:p>
    <w:p>
      <w:r>
        <w:rPr>
          <w:b/>
        </w:rPr>
        <w:t xml:space="preserve">[21:50] </w:t>
      </w:r>
      <w:r>
        <w:t>تو سوچیں کہ کیا میں اللہ کے سامنے اپنے آپ کو justify کر سکتا ہوں اس کام کے</w:t>
      </w:r>
    </w:p>
    <w:p>
      <w:pPr>
        <w:jc w:val="right"/>
      </w:pPr>
      <w:r>
        <w:t>تو سوچیں کہ کیا میں اللہ کے سامنے اپنے آپ کو جسٹیفائی کر سکتا ہوں اس کام کے</w:t>
      </w:r>
    </w:p>
    <w:p>
      <w:r>
        <w:rPr>
          <w:b/>
        </w:rPr>
        <w:t xml:space="preserve">[21:55] </w:t>
      </w:r>
      <w:r>
        <w:t>liye? yani imaan ne aap ko yeh tasawwur diya ke tum apne tamam aamal ke liye Allah ke</w:t>
      </w:r>
    </w:p>
    <w:p>
      <w:pPr>
        <w:jc w:val="right"/>
      </w:pPr>
      <w:r>
        <w:t>لیے؟ یعنی ایمان نے آپ کو یہ تصور دیا کہ تم اپنے تمام اعمال کے لیے اللہ کے</w:t>
      </w:r>
    </w:p>
    <w:p>
      <w:r>
        <w:rPr>
          <w:b/>
        </w:rPr>
        <w:t xml:space="preserve">[21:59] </w:t>
      </w:r>
      <w:r>
        <w:t>samne accountable ho.</w:t>
      </w:r>
    </w:p>
    <w:p>
      <w:pPr>
        <w:jc w:val="right"/>
      </w:pPr>
      <w:r>
        <w:t>سامنے اکاؤنٹیبل ہو۔</w:t>
      </w:r>
    </w:p>
    <w:p>
      <w:r>
        <w:rPr>
          <w:b/>
        </w:rPr>
        <w:t xml:space="preserve">[22:03] </w:t>
      </w:r>
      <w:r>
        <w:t>to ab kya hai? aap jab kuch bolen, kuch karen, kuch planning karen, to sochen ke kya meri</w:t>
      </w:r>
    </w:p>
    <w:p>
      <w:pPr>
        <w:jc w:val="right"/>
      </w:pPr>
      <w:r>
        <w:t>تو اب کیا ہے؟ آپ جب کچھ بولیں، کچھ کریں، کچھ پلاننگ کریں، تو سوچیں کہ کیا میری</w:t>
      </w:r>
    </w:p>
    <w:p>
      <w:r>
        <w:rPr>
          <w:b/>
        </w:rPr>
        <w:t xml:space="preserve">[22:07] </w:t>
      </w:r>
      <w:r>
        <w:t>yeh planning jo hai, Allah ke haan mein justify rahoonga is ke liye? wahan pakar nahi hogi</w:t>
      </w:r>
    </w:p>
    <w:p>
      <w:pPr>
        <w:jc w:val="right"/>
      </w:pPr>
      <w:r>
        <w:t>یہ پلاننگ جو ہے، اللہ کے ہاں میں جسٹیفائی رہوں گا اس کے لیے؟ وہاں پکڑ نہیں ہوگی</w:t>
      </w:r>
    </w:p>
    <w:p>
      <w:r>
        <w:rPr>
          <w:b/>
        </w:rPr>
        <w:t xml:space="preserve">[22:13] </w:t>
      </w:r>
      <w:r>
        <w:t>meri? ya is ke mutabiq amal karna? to imaan aur amal saleh, yani haqeeqat ki daryaft kar ke</w:t>
      </w:r>
    </w:p>
    <w:p>
      <w:pPr>
        <w:jc w:val="right"/>
      </w:pPr>
      <w:r>
        <w:t>میری؟ یا اس کے مطابق عمل کرنا؟ تو ایمان اور عمل صالح، یعنی حقیقت کی دریافت کر کے</w:t>
      </w:r>
    </w:p>
    <w:p>
      <w:r>
        <w:rPr>
          <w:b/>
        </w:rPr>
        <w:t xml:space="preserve">[22:19] </w:t>
      </w:r>
      <w:r>
        <w:t>jo banta hai mind, us ko imaan kaha gaya hai.</w:t>
      </w:r>
    </w:p>
    <w:p>
      <w:pPr>
        <w:jc w:val="right"/>
      </w:pPr>
      <w:r>
        <w:t>جو بنتا ہے مائنڈ، اس کو ایمان کہا گیا ہے۔</w:t>
      </w:r>
    </w:p>
    <w:p>
      <w:r>
        <w:rPr>
          <w:b/>
        </w:rPr>
        <w:t xml:space="preserve">[22:26] </w:t>
      </w:r>
      <w:r>
        <w:t>aur is ke mutabiq jo amal hota hai, us ko amal saleh kaha gaya hai.</w:t>
      </w:r>
    </w:p>
    <w:p>
      <w:pPr>
        <w:jc w:val="right"/>
      </w:pPr>
      <w:r>
        <w:t>اور اس کے مطابق جو عمل ہوتا ہے، اس کو عمل صالح کہا گیا ہے۔</w:t>
      </w:r>
    </w:p>
    <w:p>
      <w:r>
        <w:rPr>
          <w:b/>
        </w:rPr>
        <w:t xml:space="preserve">[22:32] </w:t>
      </w:r>
      <w:r>
        <w:t>yeh woh log hain jin ke liye basharat hai aur jin</w:t>
      </w:r>
    </w:p>
    <w:p>
      <w:pPr>
        <w:jc w:val="right"/>
      </w:pPr>
      <w:r>
        <w:t>یہ وہ لوگ ہیں جن کے لیے بشارت ہے اور جن</w:t>
      </w:r>
    </w:p>
    <w:p>
      <w:r>
        <w:rPr>
          <w:b/>
        </w:rPr>
        <w:t xml:space="preserve">[22:38] </w:t>
      </w:r>
      <w:r>
        <w:t>ke liye jannat hai.</w:t>
      </w:r>
    </w:p>
    <w:p>
      <w:pPr>
        <w:jc w:val="right"/>
      </w:pPr>
      <w:r>
        <w:t>کے لیے جنت ہے۔</w:t>
      </w:r>
    </w:p>
    <w:p>
      <w:r>
        <w:rPr>
          <w:b/>
        </w:rPr>
        <w:t xml:space="preserve">[22:40] </w:t>
      </w:r>
      <w:r>
        <w:t>qul lamma ruziqoo minha min thamarati ar rizqi.</w:t>
      </w:r>
    </w:p>
    <w:p>
      <w:pPr>
        <w:jc w:val="right"/>
      </w:pPr>
      <w:r>
        <w:t>قُلْ لَّمَا رُزِقُوا مِنْهَا مِنْ ثَمَرَةِ الرِّزْقِ۔</w:t>
      </w:r>
    </w:p>
    <w:p>
      <w:r>
        <w:rPr>
          <w:b/>
        </w:rPr>
        <w:t xml:space="preserve">[22:44] </w:t>
      </w:r>
      <w:r>
        <w:t>jab un ko jannat mein koi rizq diya jaye ga to kahein ge, yeh rizq to hum ko dunya mein bhi mila tha. aur wahan ka jannat ki nematein dunya ki nematein ke mushabeh hongi.</w:t>
      </w:r>
    </w:p>
    <w:p>
      <w:pPr>
        <w:jc w:val="right"/>
      </w:pPr>
      <w:r>
        <w:t>جب ان کو جنت میں کوئی رزق دیا جائے گا تو کہیں گے، یہ رزق تو ہم کو دنیا میں بھی ملا تھا۔ اور وہاں کا جنت کی نعمتیں دنیا کی نعمتوں کے مشابہ ہوں گی۔</w:t>
      </w:r>
    </w:p>
    <w:p>
      <w:r>
        <w:rPr>
          <w:b/>
        </w:rPr>
        <w:t xml:space="preserve">[23:03] </w:t>
      </w:r>
      <w:r>
        <w:t>qaloo hatha allathi ruziqna min qablu wa ootoo bihi mutashabihaeen.</w:t>
      </w:r>
    </w:p>
    <w:p>
      <w:pPr>
        <w:jc w:val="right"/>
      </w:pPr>
      <w:r>
        <w:t>قَالُوا هَذَا الَّذِي رُزِقْنَا مِنْ قَبْلُ وَأُوتُوا بِهِ مُتَشَابِهَينَ۔</w:t>
      </w:r>
    </w:p>
    <w:p>
      <w:r>
        <w:rPr>
          <w:b/>
        </w:rPr>
        <w:t xml:space="preserve">[23:07] </w:t>
      </w:r>
      <w:r>
        <w:t>haan.</w:t>
      </w:r>
    </w:p>
    <w:p>
      <w:pPr>
        <w:jc w:val="right"/>
      </w:pPr>
      <w:r>
        <w:t>ہاں۔</w:t>
      </w:r>
    </w:p>
    <w:p>
      <w:r>
        <w:rPr>
          <w:b/>
        </w:rPr>
        <w:t xml:space="preserve">[23:11] </w:t>
      </w:r>
      <w:r>
        <w:t>jannat mein woh kahenge ke aise hi milta julta rizq hum ko dunya mein bhi mila tha.</w:t>
      </w:r>
    </w:p>
    <w:p>
      <w:pPr>
        <w:jc w:val="right"/>
      </w:pPr>
      <w:r>
        <w:t>جنت میں وہ کہیں گے کہ ایسے ہی ملتا جلتا رزق ہم کو دنیا میں بھی ملا تھا۔</w:t>
      </w:r>
    </w:p>
    <w:p>
      <w:r>
        <w:rPr>
          <w:b/>
        </w:rPr>
        <w:t xml:space="preserve">[23:16] </w:t>
      </w:r>
      <w:r>
        <w:t>to akhirat ki nematen dunya ki nematon ke mushabeh hongi.</w:t>
      </w:r>
    </w:p>
    <w:p>
      <w:pPr>
        <w:jc w:val="right"/>
      </w:pPr>
      <w:r>
        <w:t>تو آخرت کی نعمتیں دنیا کی نعمتوں کے مشابہ ہوں گی۔</w:t>
      </w:r>
    </w:p>
    <w:p>
      <w:r>
        <w:rPr>
          <w:b/>
        </w:rPr>
        <w:t xml:space="preserve">[23:20] </w:t>
      </w:r>
      <w:r>
        <w:t>mushabeh ke mani hain ke shakal ke aitbar se mushabeh, lekin test ke aitbar se aur enjoyment ke</w:t>
      </w:r>
    </w:p>
    <w:p>
      <w:pPr>
        <w:jc w:val="right"/>
      </w:pPr>
      <w:r>
        <w:t>مشابہ کے معنی ہیں کہ شکل کے اعتبار سے مشابہ، لیکن ٹیسٹ کے اعتبار سے اور انجوائمنٹ کے</w:t>
      </w:r>
    </w:p>
    <w:p>
      <w:r>
        <w:rPr>
          <w:b/>
        </w:rPr>
        <w:t xml:space="preserve">[23:25] </w:t>
      </w:r>
      <w:r>
        <w:t>aitbar se bohat mukhtalif, bohat mukhtalif, bohat mukhtalif.</w:t>
      </w:r>
    </w:p>
    <w:p>
      <w:pPr>
        <w:jc w:val="right"/>
      </w:pPr>
      <w:r>
        <w:t>اعتبار سے بہت مختلف، بہت مختلف، بہت مختلف۔</w:t>
      </w:r>
    </w:p>
    <w:p>
      <w:r>
        <w:rPr>
          <w:b/>
        </w:rPr>
        <w:t xml:space="preserve">[23:29] </w:t>
      </w:r>
      <w:r>
        <w:t>misalan yahan jo pani hota hai, wahan bhi pani hoga, lekin wahan ka jo pani hoga, bohat ziyada</w:t>
      </w:r>
    </w:p>
    <w:p>
      <w:pPr>
        <w:jc w:val="right"/>
      </w:pPr>
      <w:r>
        <w:t>مثلاً یہاں جو پانی ہوتا ہے، وہاں بھی پانی ہوگا، لیکن وہاں کا جو پانی ہوگا، بہت زیادہ</w:t>
      </w:r>
    </w:p>
    <w:p>
      <w:r>
        <w:rPr>
          <w:b/>
        </w:rPr>
        <w:t xml:space="preserve">[23:34] </w:t>
      </w:r>
      <w:r>
        <w:t>iska test bohat aala hoga.</w:t>
      </w:r>
    </w:p>
    <w:p>
      <w:pPr>
        <w:jc w:val="right"/>
      </w:pPr>
      <w:r>
        <w:t>اس کا ٹیسٹ بہت اعلیٰ ہوگا۔</w:t>
      </w:r>
    </w:p>
    <w:p>
      <w:r>
        <w:rPr>
          <w:b/>
        </w:rPr>
        <w:t xml:space="preserve">[23:38] </w:t>
      </w:r>
      <w:r>
        <w:t>wa lahum feeha azwajun mutahharatun wa hum feeha khalidoon.</w:t>
      </w:r>
    </w:p>
    <w:p>
      <w:pPr>
        <w:jc w:val="right"/>
      </w:pPr>
      <w:r>
        <w:t>وَلَهُمْ فِيهَا أَزْوَاجٌ مُّطَهَّرَةٌ وَهُمْ فِيهَا خَالِدُونَ۔</w:t>
      </w:r>
    </w:p>
    <w:p>
      <w:r>
        <w:rPr>
          <w:b/>
        </w:rPr>
        <w:t xml:space="preserve">[23:42] </w:t>
      </w:r>
      <w:r>
        <w:t>wahan un ke liye azwaj hongi bohat hi pakiza.</w:t>
      </w:r>
    </w:p>
    <w:p>
      <w:pPr>
        <w:jc w:val="right"/>
      </w:pPr>
      <w:r>
        <w:t>وہاں ان کے لیے ازواج ہوں گی بہت ہی پاکیزہ۔</w:t>
      </w:r>
    </w:p>
    <w:p>
      <w:r>
        <w:rPr>
          <w:b/>
        </w:rPr>
        <w:t xml:space="preserve">[23:46] </w:t>
      </w:r>
      <w:r>
        <w:t>woh is mein hamesha rahenge.</w:t>
      </w:r>
    </w:p>
    <w:p>
      <w:pPr>
        <w:jc w:val="right"/>
      </w:pPr>
      <w:r>
        <w:t>وہ اس میں ہمیشہ رہیں گے۔</w:t>
      </w:r>
    </w:p>
    <w:p>
      <w:r>
        <w:rPr>
          <w:b/>
        </w:rPr>
        <w:t xml:space="preserve">[23:50] </w:t>
      </w:r>
      <w:r>
        <w:t>dekhiye, azwaj jo hai, arabi zaban mein zawj ke mani hote hain spouses.</w:t>
      </w:r>
    </w:p>
    <w:p>
      <w:pPr>
        <w:jc w:val="right"/>
      </w:pPr>
      <w:r>
        <w:t>دیکھیے، ازواج جو ہے، عربی زبان میں زوج کے معنی ہوتے ہیں اسپاؤز۔</w:t>
      </w:r>
    </w:p>
    <w:p>
      <w:r>
        <w:rPr>
          <w:b/>
        </w:rPr>
        <w:t xml:space="preserve">[23:54] </w:t>
      </w:r>
      <w:r>
        <w:t>zawj ke mani biwi ke nahi hain. spouses.</w:t>
      </w:r>
    </w:p>
    <w:p>
      <w:pPr>
        <w:jc w:val="right"/>
      </w:pPr>
      <w:r>
        <w:t>زوج کے معنی بیوی کے نہیں ہیں۔ اسپاؤز۔</w:t>
      </w:r>
    </w:p>
    <w:p>
      <w:r>
        <w:rPr>
          <w:b/>
        </w:rPr>
        <w:t xml:space="preserve">[23:58] </w:t>
      </w:r>
      <w:r>
        <w:t>yeh dono ke liye hai.</w:t>
      </w:r>
    </w:p>
    <w:p>
      <w:pPr>
        <w:jc w:val="right"/>
      </w:pPr>
      <w:r>
        <w:t>یہ دونوں کے لیے ہے۔</w:t>
      </w:r>
    </w:p>
    <w:p>
      <w:r>
        <w:rPr>
          <w:b/>
        </w:rPr>
        <w:t xml:space="preserve">[24:02] </w:t>
      </w:r>
      <w:r>
        <w:t>yani mard ke liye bhi, aurat ke liye bhi.</w:t>
      </w:r>
    </w:p>
    <w:p>
      <w:pPr>
        <w:jc w:val="right"/>
      </w:pPr>
      <w:r>
        <w:t>یعنی مرد کے لیے بھی، عورت کے لیے بھی۔</w:t>
      </w:r>
    </w:p>
    <w:p>
      <w:r>
        <w:rPr>
          <w:b/>
        </w:rPr>
        <w:t xml:space="preserve">[24:05] </w:t>
      </w:r>
      <w:r>
        <w:t>zawj ka lafz dono ke liye hai.</w:t>
      </w:r>
    </w:p>
    <w:p>
      <w:pPr>
        <w:jc w:val="right"/>
      </w:pPr>
      <w:r>
        <w:t>زوج کا لفظ دونوں کے لیے ہے۔</w:t>
      </w:r>
    </w:p>
    <w:p>
      <w:r>
        <w:rPr>
          <w:b/>
        </w:rPr>
        <w:t xml:space="preserve">[24:09] </w:t>
      </w:r>
      <w:r>
        <w:t>mardon ke liye behtareen</w:t>
      </w:r>
    </w:p>
    <w:p>
      <w:pPr>
        <w:jc w:val="right"/>
      </w:pPr>
      <w:r>
        <w:t>مردوں کے لیے بہترین</w:t>
      </w:r>
    </w:p>
    <w:p>
      <w:r>
        <w:rPr>
          <w:b/>
        </w:rPr>
        <w:t xml:space="preserve">[24:13] </w:t>
      </w:r>
      <w:r>
        <w:t>pair honge aurat ki shakal mein, auraton ke liye behtareen pair honge mardon ki shakal mein.</w:t>
      </w:r>
    </w:p>
    <w:p>
      <w:pPr>
        <w:jc w:val="right"/>
      </w:pPr>
      <w:r>
        <w:t>پیئر ہوں گے عورت کی شکل میں، عورتوں کے لیے بہترین پیئر ہوں گے مردوں کی شکل میں۔</w:t>
      </w:r>
    </w:p>
    <w:p>
      <w:r>
        <w:rPr>
          <w:b/>
        </w:rPr>
        <w:t xml:space="preserve">[24:18] </w:t>
      </w:r>
      <w:r>
        <w:t>yeh matlab hai is ka.</w:t>
      </w:r>
    </w:p>
    <w:p>
      <w:pPr>
        <w:jc w:val="right"/>
      </w:pPr>
      <w:r>
        <w:t>یہ مطلب ہے اس کا۔</w:t>
      </w:r>
    </w:p>
    <w:p>
      <w:r>
        <w:rPr>
          <w:b/>
        </w:rPr>
        <w:t xml:space="preserve">[24:23] </w:t>
      </w:r>
      <w:r>
        <w:t>to bohat si nematein jahan se hongi, is mein se aik nemat hogi ke wahan par aap</w:t>
      </w:r>
    </w:p>
    <w:p>
      <w:pPr>
        <w:jc w:val="right"/>
      </w:pPr>
      <w:r>
        <w:t>تو بہت سی نعمتیں جہاں سے ہوں گی، اس میں سے ایک نعمت ہوگی کہ وہاں پر آپ</w:t>
      </w:r>
    </w:p>
    <w:p>
      <w:r>
        <w:rPr>
          <w:b/>
        </w:rPr>
        <w:t xml:space="preserve">[24:28] </w:t>
      </w:r>
      <w:r>
        <w:t>ko apni apni desire ke mutabiq, apne chahne ke mutabiq, wahan aap ko partner milega. life partner.</w:t>
      </w:r>
    </w:p>
    <w:p>
      <w:pPr>
        <w:jc w:val="right"/>
      </w:pPr>
      <w:r>
        <w:t>کو اپنی اپنی ڈیزائر کے مطابق، اپنے چاہنے کے مطابق، وہاں آپ کو پارٹنر ملے گا۔ لائف پارٹنر۔</w:t>
      </w:r>
    </w:p>
    <w:p>
      <w:r>
        <w:rPr>
          <w:b/>
        </w:rPr>
        <w:t xml:space="preserve">[24:33] </w:t>
      </w:r>
      <w:r>
        <w:t>dunya mein aap jante hain ke aap ko partner nahi milta apne matlab ka partner.</w:t>
      </w:r>
    </w:p>
    <w:p>
      <w:pPr>
        <w:jc w:val="right"/>
      </w:pPr>
      <w:r>
        <w:t>دنیا میں آپ جانتے ہیں کہ آپ کو پارٹنر نہیں ملتا اپنے مطلب کا پارٹنر۔</w:t>
      </w:r>
    </w:p>
    <w:p>
      <w:r>
        <w:rPr>
          <w:b/>
        </w:rPr>
        <w:t xml:space="preserve">[24:38] </w:t>
      </w:r>
      <w:r>
        <w:t>wahan bilkul apne</w:t>
      </w:r>
    </w:p>
    <w:p>
      <w:pPr>
        <w:jc w:val="right"/>
      </w:pPr>
      <w:r>
        <w:t>وہاں بالکل اپنے</w:t>
      </w:r>
    </w:p>
    <w:p>
      <w:r>
        <w:rPr>
          <w:b/>
        </w:rPr>
        <w:t xml:space="preserve">[24:43] </w:t>
      </w:r>
      <w:r>
        <w:t>matlab ka partner mile ga aap ko.</w:t>
      </w:r>
    </w:p>
    <w:p>
      <w:pPr>
        <w:jc w:val="right"/>
      </w:pPr>
      <w:r>
        <w:t>مطلب کا پارٹنر ملے گا آپ کو۔</w:t>
      </w:r>
    </w:p>
    <w:p>
      <w:r>
        <w:rPr>
          <w:b/>
        </w:rPr>
        <w:t xml:space="preserve">[24:49] </w:t>
      </w:r>
      <w:r>
        <w:t>inna allaha la yastheehu an yadhriya wa mathla ma ba'oodhu.</w:t>
      </w:r>
    </w:p>
    <w:p>
      <w:pPr>
        <w:jc w:val="right"/>
      </w:pPr>
      <w:r>
        <w:t>إِنَّ اللَّهَ لَا يَسْتَحِيْ أَنْ يَضْرِي وَمَثْلَ مَا بَعُوذَهُ۔</w:t>
      </w:r>
    </w:p>
    <w:p>
      <w:r>
        <w:rPr>
          <w:b/>
        </w:rPr>
        <w:t xml:space="preserve">[24:53] </w:t>
      </w:r>
      <w:r>
        <w:t>ab yeh farmaya ke Allah is par nahi sharmata ke woh misaal de makhi ki, machhar ki.</w:t>
      </w:r>
    </w:p>
    <w:p>
      <w:pPr>
        <w:jc w:val="right"/>
      </w:pPr>
      <w:r>
        <w:t>اب یہ فرمایا کہ اللہ اس پر نہیں شرماتا کہ وہ مثال دے مکھی کی، مچھر کی۔</w:t>
      </w:r>
    </w:p>
    <w:p>
      <w:r>
        <w:rPr>
          <w:b/>
        </w:rPr>
        <w:t xml:space="preserve">[24:59] </w:t>
      </w:r>
      <w:r>
        <w:t>makhi aur machhar ki misaal dene mein Allah nahi sharmata.</w:t>
      </w:r>
    </w:p>
    <w:p>
      <w:pPr>
        <w:jc w:val="right"/>
      </w:pPr>
      <w:r>
        <w:t>مکھی اور مچھر کی مثال دینے میں اللہ نہیں شرماتا۔</w:t>
      </w:r>
    </w:p>
    <w:p>
      <w:r>
        <w:rPr>
          <w:b/>
        </w:rPr>
        <w:t xml:space="preserve">[25:06] </w:t>
      </w:r>
      <w:r>
        <w:t>ya aur bhi kisi haqeer cheez ki.</w:t>
      </w:r>
    </w:p>
    <w:p>
      <w:pPr>
        <w:jc w:val="right"/>
      </w:pPr>
      <w:r>
        <w:t>یا اور بھی کسی حقیر چیز کی۔</w:t>
      </w:r>
    </w:p>
    <w:p>
      <w:r>
        <w:rPr>
          <w:b/>
        </w:rPr>
        <w:t xml:space="preserve">[25:12] </w:t>
      </w:r>
      <w:r>
        <w:t>to is ka qissa yeh tha ke Quran majeed mein aisi ayat thi ke jin par tum bharosa</w:t>
      </w:r>
    </w:p>
    <w:p>
      <w:pPr>
        <w:jc w:val="right"/>
      </w:pPr>
      <w:r>
        <w:t>تو اس کا قصہ یہ تھا کہ قرآن مجید میں ایسی آیت تھی کہ جن پر تم بھروسہ</w:t>
      </w:r>
    </w:p>
    <w:p>
      <w:r>
        <w:rPr>
          <w:b/>
        </w:rPr>
        <w:t xml:space="preserve">[25:18] </w:t>
      </w:r>
      <w:r>
        <w:t>karte ho, jin ko tum ne Allah ka</w:t>
      </w:r>
    </w:p>
    <w:p>
      <w:pPr>
        <w:jc w:val="right"/>
      </w:pPr>
      <w:r>
        <w:t>کرتے ہو، جن کو تم نے اللہ کا</w:t>
      </w:r>
    </w:p>
    <w:p>
      <w:r>
        <w:rPr>
          <w:b/>
        </w:rPr>
        <w:t xml:space="preserve">[25:24] </w:t>
      </w:r>
      <w:r>
        <w:t>mushrik bana rakha hai, woh bilkul zaeef hai. woh makri se bhi zaeef hai. to isi ki taraf ishara hai. yaani is ko unho ne woh reticulate karte the ke kya misal hai? ke kaisa quran hai yeh? ke makhi aur machhar ki misal deta hai, makri ki misal deta hai. to yahan par kya bataya gaya?</w:t>
      </w:r>
    </w:p>
    <w:p>
      <w:pPr>
        <w:jc w:val="right"/>
      </w:pPr>
      <w:r>
        <w:t>مشرک بنا رکھا ہے، وہ بالکل ضعیف ہے۔ وہ مکڑی سے بھی ضعیف ہے۔ تو اسی کی طرف اشارہ ہے۔ یعنی اس کو انہوں نے وہ ریٹیکول کرتے تھے کہ کیا مثال ہے؟ کہ کسا قرآن ہے یہ؟ کہ مکھی اور مچھر کی مثال دیتا ہے، مکڑی کی مثال دیتا ہے۔ تو یہاں پر کیا بتایا گیا؟</w:t>
      </w:r>
    </w:p>
    <w:p>
      <w:r>
        <w:rPr>
          <w:b/>
        </w:rPr>
        <w:t xml:space="preserve">[25:50] </w:t>
      </w:r>
      <w:r>
        <w:t>fa amma allatheena amanoo fa ya'lamoona annahu alhaqqu min rabbihim.</w:t>
      </w:r>
    </w:p>
    <w:p>
      <w:pPr>
        <w:jc w:val="right"/>
      </w:pPr>
      <w:r>
        <w:t>فَأَمَّا الَّذِينَ آمَنُوا فَيَعْلَمُونَ أَنَّهُ الْحَقُّ مِن رَبِّهِمْ۔</w:t>
      </w:r>
    </w:p>
    <w:p>
      <w:r>
        <w:rPr>
          <w:b/>
        </w:rPr>
        <w:t xml:space="preserve">[25:54] </w:t>
      </w:r>
      <w:r>
        <w:t>jo iman wale hain, matlab jin ko sachai ki daryaft ho chuki hai, woh is ko sachai, sach</w:t>
      </w:r>
    </w:p>
    <w:p>
      <w:pPr>
        <w:jc w:val="right"/>
      </w:pPr>
      <w:r>
        <w:t>جو ایمان والے ہیں، مطلب جن کو سچائی کی دریافت ہو چکی ہے، وہ اس کو سچائی، سچ</w:t>
      </w:r>
    </w:p>
    <w:p>
      <w:r>
        <w:rPr>
          <w:b/>
        </w:rPr>
        <w:t xml:space="preserve">[25:58] </w:t>
      </w:r>
      <w:r>
        <w:t>samajhte hain, haq samajhte hain.</w:t>
      </w:r>
    </w:p>
    <w:p>
      <w:pPr>
        <w:jc w:val="right"/>
      </w:pPr>
      <w:r>
        <w:t>سمجھتے ہیں، حق سمجھتے ہیں۔</w:t>
      </w:r>
    </w:p>
    <w:p>
      <w:r>
        <w:rPr>
          <w:b/>
        </w:rPr>
        <w:t xml:space="preserve">[26:02] </w:t>
      </w:r>
      <w:r>
        <w:t>haq ke maani, is ka matlab kya hai? ke un ko yeh aql hasil ho jati hai ke</w:t>
      </w:r>
    </w:p>
    <w:p>
      <w:pPr>
        <w:jc w:val="right"/>
      </w:pPr>
      <w:r>
        <w:t>حق کے معنی، اس کا مطلب کیا ہے؟ کہ ان کو یہ عقل حاصل ہو جاتی ہے کہ</w:t>
      </w:r>
    </w:p>
    <w:p>
      <w:r>
        <w:rPr>
          <w:b/>
        </w:rPr>
        <w:t xml:space="preserve">[26:07] </w:t>
      </w:r>
      <w:r>
        <w:t>woh samjhein ke is tarah ki misalein jo hoti hain, woh is aitbar se hain ke aik cheez</w:t>
      </w:r>
    </w:p>
    <w:p>
      <w:pPr>
        <w:jc w:val="right"/>
      </w:pPr>
      <w:r>
        <w:t>وہ سمجھیں کہ اس طرح کی مثالیں جو ہوتی ہیں، وہ اس اعتبار سے ہیں کہ ایک چیز</w:t>
      </w:r>
    </w:p>
    <w:p>
      <w:r>
        <w:rPr>
          <w:b/>
        </w:rPr>
        <w:t xml:space="preserve">[26:11] </w:t>
      </w:r>
      <w:r>
        <w:t>afzal hai ke ghair afzal.</w:t>
      </w:r>
    </w:p>
    <w:p>
      <w:pPr>
        <w:jc w:val="right"/>
      </w:pPr>
      <w:r>
        <w:t>افضل ہے کہ غیر افضل۔</w:t>
      </w:r>
    </w:p>
    <w:p>
      <w:r>
        <w:rPr>
          <w:b/>
        </w:rPr>
        <w:t xml:space="preserve">[26:15] </w:t>
      </w:r>
      <w:r>
        <w:t>aala hai ke ghair aala.</w:t>
      </w:r>
    </w:p>
    <w:p>
      <w:pPr>
        <w:jc w:val="right"/>
      </w:pPr>
      <w:r>
        <w:t>اعلیٰ ہے کہ غیر اعلیٰ۔</w:t>
      </w:r>
    </w:p>
    <w:p>
      <w:r>
        <w:rPr>
          <w:b/>
        </w:rPr>
        <w:t xml:space="preserve">[26:19] </w:t>
      </w:r>
      <w:r>
        <w:t>matlab balkeh aik cheez ko illustrate karne ke liye, misaal hamesh</w:t>
      </w:r>
    </w:p>
    <w:p>
      <w:pPr>
        <w:jc w:val="right"/>
      </w:pPr>
      <w:r>
        <w:t>مطلب بلکہ ایک چیز کو اِلسٹریٹ کرنے کے لیے، مثال ہمیش</w:t>
      </w:r>
    </w:p>
    <w:p>
      <w:r>
        <w:rPr>
          <w:b/>
        </w:rPr>
        <w:t xml:space="preserve">[26:24] </w:t>
      </w:r>
      <w:r>
        <w:t>hoti hai kisi point ko illustrate karne ke liye. to yeh dekho ke kya is misal se woh point illustrate ho raha hai? yeh dekho. baqi woh choti cheezein, bari cheezein, us aitbar se mat dekho us ko.</w:t>
      </w:r>
    </w:p>
    <w:p>
      <w:pPr>
        <w:jc w:val="right"/>
      </w:pPr>
      <w:r>
        <w:t>ہ ہوتی ہے کسی پوائنٹ کو اِلسٹریٹ کرنے کے لیے۔ تو یہ دیکھو کہ کیا اس مثال سے وہ پوائنٹ اِلسٹریٹ ہو رہا ہے؟ یہ دیکھو۔ باقی وہ چھوٹی چیزیں، بڑی چیزیں، اس اعتبار سے مت دیکھو اس کو۔</w:t>
      </w:r>
    </w:p>
    <w:p>
      <w:r>
        <w:rPr>
          <w:b/>
        </w:rPr>
        <w:t xml:space="preserve">[26:40] </w:t>
      </w:r>
      <w:r>
        <w:t>wa amma allatheena kafaroo fa yaqooloona matha arada allahu bi hatha mathalan.</w:t>
      </w:r>
    </w:p>
    <w:p>
      <w:pPr>
        <w:jc w:val="right"/>
      </w:pPr>
      <w:r>
        <w:t>وَأَمَّا الَّذِينَ كَفَرُوا فَيَقُولُونَ مَاذَا أَرَادَ اللَّهُ بِهَذَا مَثَلًا۔</w:t>
      </w:r>
    </w:p>
    <w:p>
      <w:r>
        <w:rPr>
          <w:b/>
        </w:rPr>
        <w:t xml:space="preserve">[26:45] </w:t>
      </w:r>
      <w:r>
        <w:t>jo ahle inkar hain, woh is ka mazak udate hain. lekin jo ahle imaan hain, woh samajh lete hain yeh to misal hai. misal kisi bhi cheez ki di ja sakti hai. yeh afzal, ghair afzal ka mamla nahi hai.</w:t>
      </w:r>
    </w:p>
    <w:p>
      <w:pPr>
        <w:jc w:val="right"/>
      </w:pPr>
      <w:r>
        <w:t>جو اہل انکار ہیں، وہ اس کا مذاق اڑاتے ہیں۔ لیکن جو اہل ایمان ہیں، وہ سمجھ لیتے ہیں یہ تو مثال ہے۔ مثال کسی بھی چیز کی دی جا سکتی ہے۔ یہ افضل، غیر افضل کا معاملہ نہیں ہے۔</w:t>
      </w:r>
    </w:p>
    <w:p>
      <w:r>
        <w:rPr>
          <w:b/>
        </w:rPr>
        <w:t xml:space="preserve">[27:00] </w:t>
      </w:r>
      <w:r>
        <w:t>yudillu bihi katheeran wa yahdee bihi katheeran.</w:t>
      </w:r>
    </w:p>
    <w:p>
      <w:pPr>
        <w:jc w:val="right"/>
      </w:pPr>
      <w:r>
        <w:t>يُضِلُّ بِهِ كَثِيرًا وَيَهْدِي بِهِ كَثِيرًا۔</w:t>
      </w:r>
    </w:p>
    <w:p>
      <w:r>
        <w:rPr>
          <w:b/>
        </w:rPr>
        <w:t xml:space="preserve">[27:02] </w:t>
      </w:r>
      <w:r>
        <w:t>haan. Allah isi ke zariye se, yaani ek hi cheez ke zariye se, kisi ko hidayat deta hai, kisi ko gumrah karta hai.</w:t>
      </w:r>
    </w:p>
    <w:p>
      <w:pPr>
        <w:jc w:val="right"/>
      </w:pPr>
      <w:r>
        <w:t>ہاں۔ اللہ اسی کے ذریعے سے، یعنی ایک ہی چیز کے ذریعے سے، کسی کو ہدایت دیتا ہے، کسی کو گمراہ کرتا ہے۔</w:t>
      </w:r>
    </w:p>
    <w:p>
      <w:r>
        <w:rPr>
          <w:b/>
        </w:rPr>
        <w:t xml:space="preserve">[27:10] </w:t>
      </w:r>
      <w:r>
        <w:t>wa ma yudillu bihi illa al fasiqeena.</w:t>
      </w:r>
    </w:p>
    <w:p>
      <w:pPr>
        <w:jc w:val="right"/>
      </w:pPr>
      <w:r>
        <w:t>وَمَا يُضِلُّ بِهِ إِلَّا الْفَاسِقِينَ۔</w:t>
      </w:r>
    </w:p>
    <w:p>
      <w:r>
        <w:rPr>
          <w:b/>
        </w:rPr>
        <w:t xml:space="preserve">[27:12] </w:t>
      </w:r>
      <w:r>
        <w:t>aur gumrah karta hai sirf fasiqon ko. dekhiye, is ka matlab kya hai? yeh matlab nahi ke Allah qasdan kisi ko gumrah kar deta hai aur qasdan kisi ko hidayat de deta hai. yeh matlab nahi hai. matlab yeh hai ke jo aadmi, jis aadmi ne apni aqal ko prepare kiya ho, apne andar wisdom paida ki ho, apna intellectual development kiya ho, woh</w:t>
      </w:r>
    </w:p>
    <w:p>
      <w:pPr>
        <w:jc w:val="right"/>
      </w:pPr>
      <w:r>
        <w:t>اور گمراہ کرتا ہے صرف فاسقوں کو۔ دیکھیے، اس کا مطلب کیا ہے؟ یہ مطلب نہیں کہ اللہ قصداً کسی کو گمراہ کر دیتا ہے اور قصداً کسی کو ہدایت دے دیتا ہے۔ یہ مطلب نہیں ہے۔ مطلب یہ ہے کہ جو آدمی، جس آدمی نے اپنی عقل کو پریپیئر کیا ہو، اپنے اندر وزڈم پیدا کی ہو، اپنا انٹلیکچول ڈیولپمنٹ کیا ہو، وہ</w:t>
      </w:r>
    </w:p>
    <w:p>
      <w:r>
        <w:rPr>
          <w:b/>
        </w:rPr>
        <w:t xml:space="preserve">[27:42] </w:t>
      </w:r>
      <w:r>
        <w:t>samajh leta hai ke misaal to illustrate karne ke liye hoti hai, afzaliyat batane ke liye nahi hoti.</w:t>
      </w:r>
    </w:p>
    <w:p>
      <w:pPr>
        <w:jc w:val="right"/>
      </w:pPr>
      <w:r>
        <w:t>سمجھ لیتا ہے کہ مثال تو اِلسٹریٹ کرنے کے لیے ہوتی ہے، افضلیت بتانے کے لیے نہیں ہوتی۔</w:t>
      </w:r>
    </w:p>
    <w:p>
      <w:r>
        <w:rPr>
          <w:b/>
        </w:rPr>
        <w:t xml:space="preserve">[27:48] </w:t>
      </w:r>
      <w:r>
        <w:t>aur jo aise log hain jinhone apne aap ko, yani jo intellectually awaken log nahi hain, jinhone</w:t>
      </w:r>
    </w:p>
    <w:p>
      <w:pPr>
        <w:jc w:val="right"/>
      </w:pPr>
      <w:r>
        <w:t>اور جو ایسے لوگ ہیں جنہوں نے اپنے آپ کو، یعنی جو انٹلیکچولی اویکن لوگ نہیں ہیں، جنہوں</w:t>
      </w:r>
    </w:p>
    <w:p>
      <w:r>
        <w:rPr>
          <w:b/>
        </w:rPr>
        <w:t xml:space="preserve">[27:54] </w:t>
      </w:r>
      <w:r>
        <w:t>apni aql ko tarbiyat nahi di hai, to woh is se galat fehmi mein pad jate hain.</w:t>
      </w:r>
    </w:p>
    <w:p>
      <w:pPr>
        <w:jc w:val="right"/>
      </w:pPr>
      <w:r>
        <w:t>نے اپنی عقل کو تربیت نہیں دی ہے، تو وہ اس سے غلط فہمی میں پڑ جاتے ہیں۔</w:t>
      </w:r>
    </w:p>
    <w:p>
      <w:r>
        <w:rPr>
          <w:b/>
        </w:rPr>
        <w:t xml:space="preserve">[28:00] </w:t>
      </w:r>
      <w:r>
        <w:t>aur is mein woh gumrahi ki ghiza le lete hain is mein se.</w:t>
      </w:r>
    </w:p>
    <w:p>
      <w:pPr>
        <w:jc w:val="right"/>
      </w:pPr>
      <w:r>
        <w:t>اور اس میں وہ گمراہی کی غذا لے لیتے ہیں اس میں سے۔</w:t>
      </w:r>
    </w:p>
    <w:p>
      <w:r>
        <w:rPr>
          <w:b/>
        </w:rPr>
        <w:t xml:space="preserve">[28:06] </w:t>
      </w:r>
      <w:r>
        <w:t>to agarche yahan par mansoob kiya gaya Allah ki taraf</w:t>
      </w:r>
    </w:p>
    <w:p>
      <w:pPr>
        <w:jc w:val="right"/>
      </w:pPr>
      <w:r>
        <w:t>تو اگرچہ یہاں پر منسوب کیا گیا اللہ کی طرف</w:t>
      </w:r>
    </w:p>
    <w:p>
      <w:r>
        <w:rPr>
          <w:b/>
        </w:rPr>
        <w:t xml:space="preserve">[28:12] </w:t>
      </w:r>
      <w:r>
        <w:t>, lekin haqeeqatan woh inhi ka mamla hota hai. isi ko maine kaha ke yeh Quran insani zaban mein hai, yeh kisi milaylah ki zaban mein nahi hai. yeh usool aam, insani zaban mein yeh usool aam hai. is tarah se baatein kahi jaati hain.</w:t>
      </w:r>
    </w:p>
    <w:p>
      <w:pPr>
        <w:jc w:val="right"/>
      </w:pPr>
      <w:r>
        <w:t>، لیکن حقیقتاً وہ انہی کا معاملہ ہوتا ہے۔ اسی کو میں نے کہا کہ یہ قرآن انسانی زبان میں ہے، یہ کسی ملایلہ کی زبان میں نہیں ہے۔ یہ اصول عام، انسانی زبان میں یہ اصول عام ہے۔ اس طریقے سے باتیں کہی جاتی ہیں۔</w:t>
      </w:r>
    </w:p>
    <w:p>
      <w:r>
        <w:rPr>
          <w:b/>
        </w:rPr>
        <w:t xml:space="preserve">[28:30] </w:t>
      </w:r>
      <w:r>
        <w:t>allazina yanqudoona ahdallahi min ba'di mithaqihi wa yaqt'aoona ma amrallahu bihi an yusali.</w:t>
      </w:r>
    </w:p>
    <w:p>
      <w:pPr>
        <w:jc w:val="right"/>
      </w:pPr>
      <w:r>
        <w:t>الَّذِينَ يَنْقُضُونَ عَهْدَ اللَّهِ مِنْ بَعْدِ مِثَاقِهِ وَيَخْتَعُونَ مَا أَمَرَ اللَّهُ بِهِ أَنْ يُصَلِّ۔</w:t>
      </w:r>
    </w:p>
    <w:p>
      <w:r>
        <w:rPr>
          <w:b/>
        </w:rPr>
        <w:t xml:space="preserve">[28:38] </w:t>
      </w:r>
      <w:r>
        <w:t>ab dekhiye, woh log jo ke ahd ko todte hain, baad is ke ke is ahd ko pakka kiya ja chuka hai, aur qata karte hain is amr ko jis ko jodne ke liye Allah ne hukum diya hai. yeh bohat, yeh bhi wahi baat hai jo insani zaban mein mein ne kaha ke pehle jumle mein</w:t>
      </w:r>
    </w:p>
    <w:p>
      <w:pPr>
        <w:jc w:val="right"/>
      </w:pPr>
      <w:r>
        <w:t>اب دیکھیے، وہ لوگ جو کہ عہد کو توڑتے ہیں، بعد اس کے کہ اس عہد کو پختہ کیا جا چکا ہے، اور قطع کرتے ہیں اس امر کو جس کو جوڑنے کے لیے اللہ نے حکم دیا ہے۔ یہ بہت، یہ بھی وہی بات ہے جو انسانی زبان میں میں نے کہا کہ پہلے جملے میں</w:t>
      </w:r>
    </w:p>
    <w:p>
      <w:r>
        <w:rPr>
          <w:b/>
        </w:rPr>
        <w:t xml:space="preserve">[29:08] </w:t>
      </w:r>
      <w:r>
        <w:t>ahd fitrat ka zikr hai. ahd fitrat. yaani Allah se ahd fitrat insan ka ho chuka hai ke woh Allah ko ilah maane ga. dekhiye, jaisa Quran majeed mein hai ke Allah ne jab insan ko paida kiya to sare insano ko ekatha kar ke us se ahd liya. to yeh hum ne yeh waqea to nahi dekha, lekin ek cheez hai jo hum mein har shakhs jaanta hai. woh kya? ke woh ahd-e-alast jis ko hum kehte</w:t>
      </w:r>
    </w:p>
    <w:p>
      <w:pPr>
        <w:jc w:val="right"/>
      </w:pPr>
      <w:r>
        <w:t>عہد فطرت کا ذکر ہے۔ عہد فطرت۔ یعنی اللہ سے عہد فطرت انسان کا ہو چکا ہے کہ وہ اللہ کو الہ مانے گا۔ دیکھیے، جیسا قرآن مجید میں ہے کہ اللہ نے جب انسان کو پیدا کیا تو سارے انسانوں کو اکٹھا کر کے اس سے عہد لیا۔ تو یہ ہم نے یہ واقعہ تو نہیں دیکھا، لیکن ایک چیز ہے جو ہم میں ہر شخص جانتا ہے۔ وہ کیا؟ کہ وہ عہد الست جس کو ہم کہتے</w:t>
      </w:r>
    </w:p>
    <w:p>
      <w:r>
        <w:rPr>
          <w:b/>
        </w:rPr>
        <w:t xml:space="preserve">[29:38] </w:t>
      </w:r>
      <w:r>
        <w:t>hain, woh insan ki fitrat mein interwoven hai.</w:t>
      </w:r>
    </w:p>
    <w:p>
      <w:pPr>
        <w:jc w:val="right"/>
      </w:pPr>
      <w:r>
        <w:t>ہیں، وہ انسان کی فطرت میں انٹروونڈ ہے۔</w:t>
      </w:r>
    </w:p>
    <w:p>
      <w:r>
        <w:rPr>
          <w:b/>
        </w:rPr>
        <w:t xml:space="preserve">[29:42] </w:t>
      </w:r>
      <w:r>
        <w:t>insan ke conscious mein introverted hai.</w:t>
      </w:r>
    </w:p>
    <w:p>
      <w:pPr>
        <w:jc w:val="right"/>
      </w:pPr>
      <w:r>
        <w:t>انسان کے کانشس میں انٹروونڈ ہے۔</w:t>
      </w:r>
    </w:p>
    <w:p>
      <w:r>
        <w:rPr>
          <w:b/>
        </w:rPr>
        <w:t xml:space="preserve">[29:46] </w:t>
      </w:r>
      <w:r>
        <w:t>insan ke nature mein introverted hai.</w:t>
      </w:r>
    </w:p>
    <w:p>
      <w:pPr>
        <w:jc w:val="right"/>
      </w:pPr>
      <w:r>
        <w:t>انسان کے نیچر میں انٹروونڈ ہے۔</w:t>
      </w:r>
    </w:p>
    <w:p>
      <w:r>
        <w:rPr>
          <w:b/>
        </w:rPr>
        <w:t xml:space="preserve">[29:51] </w:t>
      </w:r>
      <w:r>
        <w:t>isi liye aadmi is se bahar nahi aa pata.</w:t>
      </w:r>
    </w:p>
    <w:p>
      <w:pPr>
        <w:jc w:val="right"/>
      </w:pPr>
      <w:r>
        <w:t>اسی لیے آدمی اس سے باہر نہیں آ پاتا۔</w:t>
      </w:r>
    </w:p>
    <w:p>
      <w:r>
        <w:rPr>
          <w:b/>
        </w:rPr>
        <w:t xml:space="preserve">[29:55] </w:t>
      </w:r>
      <w:r>
        <w:t>to wo jab aadmi Allah ke siwa kisi aur ko ilah banata hai, to wo jo andar ka</w:t>
      </w:r>
    </w:p>
    <w:p>
      <w:pPr>
        <w:jc w:val="right"/>
      </w:pPr>
      <w:r>
        <w:t>تو وہ جب آدمی اللہ کے سوا کسی اور کو الہ بناتا ہے، تو وہ جو اندر کا</w:t>
      </w:r>
    </w:p>
    <w:p>
      <w:r>
        <w:rPr>
          <w:b/>
        </w:rPr>
        <w:t xml:space="preserve">[30:00] </w:t>
      </w:r>
      <w:r>
        <w:t>insan hai, jo insan ka jo nature hai, insan ka jo conscious hai, wo is ko tokta hai,</w:t>
      </w:r>
    </w:p>
    <w:p>
      <w:pPr>
        <w:jc w:val="right"/>
      </w:pPr>
      <w:r>
        <w:t>انسان ہے، جو انسان کا جو نیچر ہے، انسان کا جو کانشس ہے، وہ اس کو ٹوکتا ہے،</w:t>
      </w:r>
    </w:p>
    <w:p>
      <w:r>
        <w:rPr>
          <w:b/>
        </w:rPr>
        <w:t xml:space="preserve">[30:04] </w:t>
      </w:r>
      <w:r>
        <w:t>is ko batata hai.</w:t>
      </w:r>
    </w:p>
    <w:p>
      <w:pPr>
        <w:jc w:val="right"/>
      </w:pPr>
      <w:r>
        <w:t>اس کو بتاتا ہے۔</w:t>
      </w:r>
    </w:p>
    <w:p>
      <w:r>
        <w:rPr>
          <w:b/>
        </w:rPr>
        <w:t xml:space="preserve">[30:09] </w:t>
      </w:r>
      <w:r>
        <w:t>lekin insan apne interest ki khatir is ko nazar andaz kar ke apna rawaya ko badalta nahi.</w:t>
      </w:r>
    </w:p>
    <w:p>
      <w:pPr>
        <w:jc w:val="right"/>
      </w:pPr>
      <w:r>
        <w:t>لیکن انسان اپنے انٹرسٹ کی خاطر اس کو نظر انداز کر کے اپنا روش کو بدلتا نہیں۔</w:t>
      </w:r>
    </w:p>
    <w:p>
      <w:r>
        <w:rPr>
          <w:b/>
        </w:rPr>
        <w:t xml:space="preserve">[30:14] </w:t>
      </w:r>
      <w:r>
        <w:t>aur wo qata karte hain is cheez ko jis ko Allah ne hukum diya hai ke is ko</w:t>
      </w:r>
    </w:p>
    <w:p>
      <w:pPr>
        <w:jc w:val="right"/>
      </w:pPr>
      <w:r>
        <w:t>اور وہ قطع کرتے ہیں اس چیز کو جس کو اللہ نے حکم دیا ہے کہ اس کو</w:t>
      </w:r>
    </w:p>
    <w:p>
      <w:r>
        <w:rPr>
          <w:b/>
        </w:rPr>
        <w:t xml:space="preserve">[30:19] </w:t>
      </w:r>
      <w:r>
        <w:t>qata na kiya jaye.</w:t>
      </w:r>
    </w:p>
    <w:p>
      <w:pPr>
        <w:jc w:val="right"/>
      </w:pPr>
      <w:r>
        <w:t>قطع نہ کیا جائے۔</w:t>
      </w:r>
    </w:p>
    <w:p>
      <w:r>
        <w:rPr>
          <w:b/>
        </w:rPr>
        <w:t xml:space="preserve">[30:24] </w:t>
      </w:r>
      <w:r>
        <w:t>ye kya cheez hai? dekhiye, dono aayaton par maine ghor kiya hai, dono jumlon par.</w:t>
      </w:r>
    </w:p>
    <w:p>
      <w:pPr>
        <w:jc w:val="right"/>
      </w:pPr>
      <w:r>
        <w:t>یہ کیا چیز ہے؟ دیکھیے، دونوں آیتوں پر میں نے غور کیا ہے، دونوں جملوں پر۔</w:t>
      </w:r>
    </w:p>
    <w:p>
      <w:r>
        <w:rPr>
          <w:b/>
        </w:rPr>
        <w:t xml:space="preserve">[30:29] </w:t>
      </w:r>
      <w:r>
        <w:t>to pehle hisse mein huqooq Allah ki baat hai, doosre hisse mein huqooq al-ibad ki baat hai.</w:t>
      </w:r>
    </w:p>
    <w:p>
      <w:pPr>
        <w:jc w:val="right"/>
      </w:pPr>
      <w:r>
        <w:t>تو پہلے حصے میں حقوق اللہ کی بات ہے، دوسرے حصے میں حقوق العباد کی بات ہے۔</w:t>
      </w:r>
    </w:p>
    <w:p>
      <w:r>
        <w:rPr>
          <w:b/>
        </w:rPr>
        <w:t xml:space="preserve">[30:34] </w:t>
      </w:r>
      <w:r>
        <w:t>ye do hisse yahan par hain ke wo</w:t>
      </w:r>
    </w:p>
    <w:p>
      <w:pPr>
        <w:jc w:val="right"/>
      </w:pPr>
      <w:r>
        <w:t>یہ دو حصے یہاں پر ہیں کہ وہ</w:t>
      </w:r>
    </w:p>
    <w:p>
      <w:r>
        <w:rPr>
          <w:b/>
        </w:rPr>
        <w:t xml:space="preserve">[30:40] </w:t>
      </w:r>
      <w:r>
        <w:t>Allah ke ahad ko todte hain.</w:t>
      </w:r>
    </w:p>
    <w:p>
      <w:pPr>
        <w:jc w:val="right"/>
      </w:pPr>
      <w:r>
        <w:t>اللہ کے عہد کو توڑتے ہیں۔</w:t>
      </w:r>
    </w:p>
    <w:p>
      <w:r>
        <w:rPr>
          <w:b/>
        </w:rPr>
        <w:t xml:space="preserve">[30:45] </w:t>
      </w:r>
      <w:r>
        <w:t>is ka matlab ye hai ke Allah ka jo haq hai, is haq ki khilaf warzi karte hain.</w:t>
      </w:r>
    </w:p>
    <w:p>
      <w:pPr>
        <w:jc w:val="right"/>
      </w:pPr>
      <w:r>
        <w:t>اس کا مطلب یہ ہے کہ اللہ کا جو حق ہے، اس حق کی خلاف ورزی کرتے ہیں۔</w:t>
      </w:r>
    </w:p>
    <w:p>
      <w:r>
        <w:rPr>
          <w:b/>
        </w:rPr>
        <w:t xml:space="preserve">[30:50] </w:t>
      </w:r>
      <w:r>
        <w:t>aur doosri jagah qata karte hain, yani insani taluq ko.</w:t>
      </w:r>
    </w:p>
    <w:p>
      <w:pPr>
        <w:jc w:val="right"/>
      </w:pPr>
      <w:r>
        <w:t>اور دوسری جگہ قطع کرتے ہیں، یعنی انسانی تعلق کو۔</w:t>
      </w:r>
    </w:p>
    <w:p>
      <w:r>
        <w:rPr>
          <w:b/>
        </w:rPr>
        <w:t xml:space="preserve">[30:55] </w:t>
      </w:r>
      <w:r>
        <w:t>yahan par kya hai? huqooq insani ko nazar andaz karna.</w:t>
      </w:r>
    </w:p>
    <w:p>
      <w:pPr>
        <w:jc w:val="right"/>
      </w:pPr>
      <w:r>
        <w:t>یہاں پر کیا ہے؟ حقوق انسانی کو نظر انداز کرنا۔</w:t>
      </w:r>
    </w:p>
    <w:p>
      <w:r>
        <w:rPr>
          <w:b/>
        </w:rPr>
        <w:t xml:space="preserve">[31:00] </w:t>
      </w:r>
      <w:r>
        <w:t>to Allah se, Allah ke se jo taluq billah jo hai, Allah ka jo haq hai, insan ke</w:t>
      </w:r>
    </w:p>
    <w:p>
      <w:pPr>
        <w:jc w:val="right"/>
      </w:pPr>
      <w:r>
        <w:t>تو اللہ سے، اللہ کے سے جو تعلق باللہ جو ہے، اللہ کا جو حق ہے، انسان کے</w:t>
      </w:r>
    </w:p>
    <w:p>
      <w:r>
        <w:rPr>
          <w:b/>
        </w:rPr>
        <w:t xml:space="preserve">[31:05] </w:t>
      </w:r>
      <w:r>
        <w:t>upar Allah ka jo haq hai, wo ye hai ke Allah</w:t>
      </w:r>
    </w:p>
    <w:p>
      <w:pPr>
        <w:jc w:val="right"/>
      </w:pPr>
      <w:r>
        <w:t>اوپر اللہ کا جو حق ہے، وہ یہ ہے کہ اللہ</w:t>
      </w:r>
    </w:p>
    <w:p>
      <w:r>
        <w:rPr>
          <w:b/>
        </w:rPr>
        <w:t xml:space="preserve">[31:10] </w:t>
      </w:r>
      <w:r>
        <w:t>ke siwa kisi se hum mohabbat na karein. Allah ke siwa kisi se, yaani khauf rakhein. Allah ke siwa kisi ko apna sole concern na banayein. yeh haq hai Allah taala ka. lekin insan apne, yaani duniyavi mafad ki khatir is se hat jata hai. to huqooq Allah yeh hai ke aap Allah ko apna ilah banayein, apna sole concern banayein. isi se mohabbat rakhein, isi se khauf khayein. yeh hai Allah ka haq. lekin is ko in</w:t>
      </w:r>
    </w:p>
    <w:p>
      <w:pPr>
        <w:jc w:val="right"/>
      </w:pPr>
      <w:r>
        <w:t>کے سوا کسی سے ہم محبت نہ کریں۔ اللہ کے سوا کسی سے، یعنی خوف رکھیں۔ اللہ کے سوا کسی کو اپنا سول کنسرن نہ بنائیں۔ یہ حق ہے اللہ تعالیٰ کا۔ لیکن انسان اپنے، یعنی دنیاوی مفاد کی خاطر اس سے ہٹ جاتا ہے۔ تو حقوق اللہ یہ ہے کہ آپ اللہ کو اپنا الہ بنائیں، اپنا سول کنسرن بنائیں۔ اسی سے محبت رکھیں، اسی سے خوف کھائیں۔ یہ ہے اللہ کا حق۔ لیکن اس کو ان</w:t>
      </w:r>
    </w:p>
    <w:p>
      <w:r>
        <w:rPr>
          <w:b/>
        </w:rPr>
        <w:t xml:space="preserve">[31:40] </w:t>
      </w:r>
      <w:r>
        <w:t>insan tod deta hai.</w:t>
      </w:r>
    </w:p>
    <w:p>
      <w:pPr>
        <w:jc w:val="right"/>
      </w:pPr>
      <w:r>
        <w:t>سان توڑ دیتا ہے۔</w:t>
      </w:r>
    </w:p>
    <w:p>
      <w:r>
        <w:rPr>
          <w:b/>
        </w:rPr>
        <w:t xml:space="preserve">[31:43] </w:t>
      </w:r>
      <w:r>
        <w:t>halankay andar insan ka jo nature hai, wo kuch waqt is ko hoshyar karti hai.</w:t>
      </w:r>
    </w:p>
    <w:p>
      <w:pPr>
        <w:jc w:val="right"/>
      </w:pPr>
      <w:r>
        <w:t>حالانکہ اندر انسان کا جو نیچر ہے، وہ کچھ وقت اس کو ہوشیار کرتی ہے۔</w:t>
      </w:r>
    </w:p>
    <w:p>
      <w:r>
        <w:rPr>
          <w:b/>
        </w:rPr>
        <w:t xml:space="preserve">[31:47] </w:t>
      </w:r>
      <w:r>
        <w:t>nature batati hai ke tum galat kar rahe ho.</w:t>
      </w:r>
    </w:p>
    <w:p>
      <w:pPr>
        <w:jc w:val="right"/>
      </w:pPr>
      <w:r>
        <w:t>نیچر بتاتی ہے کہ تم غلط کر رہے ہو۔</w:t>
      </w:r>
    </w:p>
    <w:p>
      <w:r>
        <w:rPr>
          <w:b/>
        </w:rPr>
        <w:t xml:space="preserve">[31:50] </w:t>
      </w:r>
      <w:r>
        <w:t>tum galat kar rahe ho.</w:t>
      </w:r>
    </w:p>
    <w:p>
      <w:pPr>
        <w:jc w:val="right"/>
      </w:pPr>
      <w:r>
        <w:t>تم غلط کر رہے ہو۔</w:t>
      </w:r>
    </w:p>
    <w:p>
      <w:r>
        <w:rPr>
          <w:b/>
        </w:rPr>
        <w:t xml:space="preserve">[31:53] </w:t>
      </w:r>
      <w:r>
        <w:t>Allah ke siwa doosre ko jo apna concern banaya hua hai, wo sahi nahi kar rahe ho.</w:t>
      </w:r>
    </w:p>
    <w:p>
      <w:pPr>
        <w:jc w:val="right"/>
      </w:pPr>
      <w:r>
        <w:t>اللہ کے سوا دوسرے کو جو اپنا کنسرن بنایا ہوا ہے، وہ صحیح نہیں کر رہے ہو۔</w:t>
      </w:r>
    </w:p>
    <w:p>
      <w:r>
        <w:rPr>
          <w:b/>
        </w:rPr>
        <w:t xml:space="preserve">[31:57] </w:t>
      </w:r>
      <w:r>
        <w:t>kyun ke wo andar introverted hai, wo cheez, wo ahad alast.</w:t>
      </w:r>
    </w:p>
    <w:p>
      <w:pPr>
        <w:jc w:val="right"/>
      </w:pPr>
      <w:r>
        <w:t>کیونکہ وہ اندر انٹروونڈ ہے، وہ چیز، وہ عہد الست۔</w:t>
      </w:r>
    </w:p>
    <w:p>
      <w:r>
        <w:rPr>
          <w:b/>
        </w:rPr>
        <w:t xml:space="preserve">[32:00] </w:t>
      </w:r>
      <w:r>
        <w:t>lekin insan apne mafad ki khatir is ki parwah nahi karta.</w:t>
      </w:r>
    </w:p>
    <w:p>
      <w:pPr>
        <w:jc w:val="right"/>
      </w:pPr>
      <w:r>
        <w:t>لیکن انسان اپنے مفاد کی خاطر اس کی پرواہ نہیں کرتا۔</w:t>
      </w:r>
    </w:p>
    <w:p>
      <w:r>
        <w:rPr>
          <w:b/>
        </w:rPr>
        <w:t xml:space="preserve">[32:03] </w:t>
      </w:r>
      <w:r>
        <w:t>yahi muamla insan ka hai.</w:t>
      </w:r>
    </w:p>
    <w:p>
      <w:pPr>
        <w:jc w:val="right"/>
      </w:pPr>
      <w:r>
        <w:t>یہی معاملہ انسان کا ہے۔</w:t>
      </w:r>
    </w:p>
    <w:p>
      <w:r>
        <w:rPr>
          <w:b/>
        </w:rPr>
        <w:t xml:space="preserve">[32:07] </w:t>
      </w:r>
      <w:r>
        <w:t>agle hisse mein jo baat kahi gayi, us se murad hai</w:t>
      </w:r>
    </w:p>
    <w:p>
      <w:pPr>
        <w:jc w:val="right"/>
      </w:pPr>
      <w:r>
        <w:t>اگلے حصے میں جو بات کہی گئی، اس سے مراد ہے</w:t>
      </w:r>
    </w:p>
    <w:p>
      <w:r>
        <w:rPr>
          <w:b/>
        </w:rPr>
        <w:t xml:space="preserve">[32:10] </w:t>
      </w:r>
      <w:r>
        <w:t>huqooq al-ibad. insan ke huqooq. insan ke huqooq kya hain? insan ke huqooq yeh hain ke aap doosre insan ke sath adl ka mamla karein, justice ka mamla karein. doosre insan ke liye aap ka andar predictable character ho. ke aap us ko gaali nahi denge, aap us ko us ke khilaf jhoota propaganda nahi karenge, aap us ka maal nahi kha jayenge, us ki property hath mein nahi kar lenge.</w:t>
      </w:r>
    </w:p>
    <w:p>
      <w:pPr>
        <w:jc w:val="right"/>
      </w:pPr>
      <w:r>
        <w:t>حقوق العباد۔ انسان کے حقوق۔ انسان کے حقوق کیا ہیں؟ انسان کے حقوق یہ ہیں کہ آپ دوسرے انسان کے ساتھ عدل کا معاملہ کریں، جسٹس کا معاملہ کریں۔ دوسرے انسان کے لیے آپ کا اندر پریڈکٹیبل کریکٹر ہو۔ کہ آپ اس کو گالی نہیں دیں گے، آپ اس کو اس کے خلاف جھوٹا پروپیگنڈا نہیں کریں گے، آپ اس کا مال نہیں کھا جائیں گے، اس کی پراپرٹی ہاتھ میں نہیں کر لیں گے۔</w:t>
      </w:r>
    </w:p>
    <w:p>
      <w:r>
        <w:rPr>
          <w:b/>
        </w:rPr>
        <w:t xml:space="preserve">[32:40] </w:t>
      </w:r>
      <w:r>
        <w:t>yeh insan ke huqooq hain.</w:t>
      </w:r>
    </w:p>
    <w:p>
      <w:pPr>
        <w:jc w:val="right"/>
      </w:pPr>
      <w:r>
        <w:t>یہ انسان کے حقوق ہیں۔</w:t>
      </w:r>
    </w:p>
    <w:p>
      <w:r>
        <w:rPr>
          <w:b/>
        </w:rPr>
        <w:t xml:space="preserve">[32:46] </w:t>
      </w:r>
      <w:r>
        <w:t>to yeh huqooq bhi insan ke nature mein pevast hain.</w:t>
      </w:r>
    </w:p>
    <w:p>
      <w:pPr>
        <w:jc w:val="right"/>
      </w:pPr>
      <w:r>
        <w:t>تو یہ حقوق بھی انسان کے نیچر میں پیوست ہیں۔</w:t>
      </w:r>
    </w:p>
    <w:p>
      <w:r>
        <w:rPr>
          <w:b/>
        </w:rPr>
        <w:t xml:space="preserve">[32:52] </w:t>
      </w:r>
      <w:r>
        <w:t>aur sath sath shariyat mein bata diye gaye hain. shariyat mein.</w:t>
      </w:r>
    </w:p>
    <w:p>
      <w:pPr>
        <w:jc w:val="right"/>
      </w:pPr>
      <w:r>
        <w:t>اور ساتھ ساتھ شریعت میں بتا دیے گئے ہیں۔ شریعت میں۔</w:t>
      </w:r>
    </w:p>
    <w:p>
      <w:r>
        <w:rPr>
          <w:b/>
        </w:rPr>
        <w:t xml:space="preserve">[32:58] </w:t>
      </w:r>
      <w:r>
        <w:t>lekin insan apne mafad ki khatir, apni zid ki khatir, apni sarkashi ki khatir in ke khilaf amal karta hai.</w:t>
      </w:r>
    </w:p>
    <w:p>
      <w:pPr>
        <w:jc w:val="right"/>
      </w:pPr>
      <w:r>
        <w:t>لیکن انسان اپنے مفاد کی خاطر، اپنی ضد کی خاطر، اپنی سرکشی کی خاطر ان کے خلاف عمل کرتا ہے۔</w:t>
      </w:r>
    </w:p>
    <w:p>
      <w:r>
        <w:rPr>
          <w:b/>
        </w:rPr>
        <w:t xml:space="preserve">[33:04] </w:t>
      </w:r>
      <w:r>
        <w:t>to yeh do lafz mein bataya gaya, jo baat batai gayi hai, us ko aage lafzon mein, agle</w:t>
      </w:r>
    </w:p>
    <w:p>
      <w:pPr>
        <w:jc w:val="right"/>
      </w:pPr>
      <w:r>
        <w:t>تو یہ دو لفظ میں بتایا گیا، جو بات بتائی گئی ہے، اس کو آگے لفظوں میں، اگلے</w:t>
      </w:r>
    </w:p>
    <w:p>
      <w:r>
        <w:rPr>
          <w:b/>
        </w:rPr>
        <w:t xml:space="preserve">[33:10] </w:t>
      </w:r>
      <w:r>
        <w:t>lafzon mein isi ko zahir kiya gaya hai ke woh fasad fil-ard hai. fasad fil-ard hai. woh ayat kya hai woh?</w:t>
      </w:r>
    </w:p>
    <w:p>
      <w:pPr>
        <w:jc w:val="right"/>
      </w:pPr>
      <w:r>
        <w:t>لفظوں میں اسی کو ظاہر کیا گیا ہے کہ وہ فساد فی الارض ہے۔ فساد فی الارض ہے۔ وہ آیت کیا ہے وہ؟</w:t>
      </w:r>
    </w:p>
    <w:p>
      <w:r>
        <w:rPr>
          <w:b/>
        </w:rPr>
        <w:t xml:space="preserve">[33:17] </w:t>
      </w:r>
      <w:r>
        <w:t>wa yufsidoona fil-ard.</w:t>
      </w:r>
    </w:p>
    <w:p>
      <w:pPr>
        <w:jc w:val="right"/>
      </w:pPr>
      <w:r>
        <w:t>وَيُفْسِدُونَ فِي الْأَرْضِ۔</w:t>
      </w:r>
    </w:p>
    <w:p>
      <w:r>
        <w:rPr>
          <w:b/>
        </w:rPr>
        <w:t xml:space="preserve">[33:19] </w:t>
      </w:r>
      <w:r>
        <w:t>haan, woh zameen mein fasad phailate hain.</w:t>
      </w:r>
    </w:p>
    <w:p>
      <w:pPr>
        <w:jc w:val="right"/>
      </w:pPr>
      <w:r>
        <w:t>ہاں، وہ زمین میں فساد پھیلاتے ہیں۔</w:t>
      </w:r>
    </w:p>
    <w:p>
      <w:r>
        <w:rPr>
          <w:b/>
        </w:rPr>
        <w:t xml:space="preserve">[33:23] </w:t>
      </w:r>
      <w:r>
        <w:t>dekhiye, fasad ka matlab yeh nahi ke woh ladai karte hain, tashaddud karte hain, bomb marte hain.</w:t>
      </w:r>
    </w:p>
    <w:p>
      <w:pPr>
        <w:jc w:val="right"/>
      </w:pPr>
      <w:r>
        <w:t>دیکھیے، فساد کا مطلب یہ نہیں کہ وہ لڑائی کرتے ہیں، تشدد کرتے ہیں، بم مارتے ہیں۔</w:t>
      </w:r>
    </w:p>
    <w:p>
      <w:r>
        <w:rPr>
          <w:b/>
        </w:rPr>
        <w:t xml:space="preserve">[33:27] </w:t>
      </w:r>
      <w:r>
        <w:t>yahan yeh cheez nahi hai.</w:t>
      </w:r>
    </w:p>
    <w:p>
      <w:pPr>
        <w:jc w:val="right"/>
      </w:pPr>
      <w:r>
        <w:t>یہاں یہ چیز نہیں ہے۔</w:t>
      </w:r>
    </w:p>
    <w:p>
      <w:r>
        <w:rPr>
          <w:b/>
        </w:rPr>
        <w:t xml:space="preserve">[33:32] </w:t>
      </w:r>
      <w:r>
        <w:t>yahan yeh hai ke Allah ke jo us ki thanks hain, us ke khilaf karte hain.</w:t>
      </w:r>
    </w:p>
    <w:p>
      <w:pPr>
        <w:jc w:val="right"/>
      </w:pPr>
      <w:r>
        <w:t>یہاں یہ ہے کہ اللہ کے جو اس کی تھنکس ہیں، اس کے خلاف کرتے ہیں۔</w:t>
      </w:r>
    </w:p>
    <w:p>
      <w:r>
        <w:rPr>
          <w:b/>
        </w:rPr>
        <w:t xml:space="preserve">[33:36] </w:t>
      </w:r>
      <w:r>
        <w:t>Allah ka jo creation plan hai, us ko kharab karte hain.</w:t>
      </w:r>
    </w:p>
    <w:p>
      <w:pPr>
        <w:jc w:val="right"/>
      </w:pPr>
      <w:r>
        <w:t>اللہ کا جو کریشن پلان ہے، اس کو خراب کرتے ہیں۔</w:t>
      </w:r>
    </w:p>
    <w:p>
      <w:r>
        <w:rPr>
          <w:b/>
        </w:rPr>
        <w:t xml:space="preserve">[33:40] </w:t>
      </w:r>
      <w:r>
        <w:t>yahan fasad fil-ardh ke mani hain ke Allah ne zameen ko banaya, insan ko yahan abad kiya.</w:t>
      </w:r>
    </w:p>
    <w:p>
      <w:pPr>
        <w:jc w:val="right"/>
      </w:pPr>
      <w:r>
        <w:t>یہاں فساد فی الارض کے معنی ہیں کہ اللہ نے زمین کو بنایا، انسان کو یہاں آباد کیا۔</w:t>
      </w:r>
    </w:p>
    <w:p>
      <w:r>
        <w:rPr>
          <w:b/>
        </w:rPr>
        <w:t xml:space="preserve">[33:44] </w:t>
      </w:r>
      <w:r>
        <w:t>to Allah ki taraf se insan ki fitrat mein rakh diya ke tum</w:t>
      </w:r>
    </w:p>
    <w:p>
      <w:pPr>
        <w:jc w:val="right"/>
      </w:pPr>
      <w:r>
        <w:t>تو اللہ کی طرف سے انسان کی فطرت میں رکھ دیا کہ تم</w:t>
      </w:r>
    </w:p>
    <w:p>
      <w:r>
        <w:rPr>
          <w:b/>
        </w:rPr>
        <w:t xml:space="preserve">[33:49] </w:t>
      </w:r>
      <w:r>
        <w:t>ko aise aise rehna hai.</w:t>
      </w:r>
    </w:p>
    <w:p>
      <w:pPr>
        <w:jc w:val="right"/>
      </w:pPr>
      <w:r>
        <w:t>کو ایسے ایسے رہنا ہے۔</w:t>
      </w:r>
    </w:p>
    <w:p>
      <w:r>
        <w:rPr>
          <w:b/>
        </w:rPr>
        <w:t xml:space="preserve">[33:53] </w:t>
      </w:r>
      <w:r>
        <w:t>aur shariyat ki zaban mein, peghambar ke zariye, us ko bata bhi diya gaya, phir bhi us ke</w:t>
      </w:r>
    </w:p>
    <w:p>
      <w:pPr>
        <w:jc w:val="right"/>
      </w:pPr>
      <w:r>
        <w:t>اور شریعت کی زبان میں، پیغمبر کے ذریعے، اس کو بتا بھی دیا گیا، پھر بھی اس کے</w:t>
      </w:r>
    </w:p>
    <w:p>
      <w:r>
        <w:rPr>
          <w:b/>
        </w:rPr>
        <w:t xml:space="preserve">[33:57] </w:t>
      </w:r>
      <w:r>
        <w:t>khilaf karta hai.</w:t>
      </w:r>
    </w:p>
    <w:p>
      <w:pPr>
        <w:jc w:val="right"/>
      </w:pPr>
      <w:r>
        <w:t>خلاف کرتا ہے۔</w:t>
      </w:r>
    </w:p>
    <w:p>
      <w:r>
        <w:rPr>
          <w:b/>
        </w:rPr>
        <w:t xml:space="preserve">[34:02] </w:t>
      </w:r>
      <w:r>
        <w:t>to us ke khilaf karna, yani Allah ki jo naqsha takhleeq hai, us ke khilaf rehna dunya mein,</w:t>
      </w:r>
    </w:p>
    <w:p>
      <w:pPr>
        <w:jc w:val="right"/>
      </w:pPr>
      <w:r>
        <w:t>تو اس کے خلاف کرنا، یعنی اللہ کی جو نقشہ تخلیق ہے، اس کے خلاف رہنا دنیا میں،</w:t>
      </w:r>
    </w:p>
    <w:p>
      <w:r>
        <w:rPr>
          <w:b/>
        </w:rPr>
        <w:t xml:space="preserve">[34:06] </w:t>
      </w:r>
      <w:r>
        <w:t>yeh fasad fil-ardh hai.</w:t>
      </w:r>
    </w:p>
    <w:p>
      <w:pPr>
        <w:jc w:val="right"/>
      </w:pPr>
      <w:r>
        <w:t>یہ فساد فی الارض ہے۔</w:t>
      </w:r>
    </w:p>
    <w:p>
      <w:r>
        <w:rPr>
          <w:b/>
        </w:rPr>
        <w:t xml:space="preserve">[34:10] </w:t>
      </w:r>
      <w:r>
        <w:t>misalan aap insan, doosre insanon se aap mohabbat na karein, balkeh dushmani karein.</w:t>
      </w:r>
    </w:p>
    <w:p>
      <w:pPr>
        <w:jc w:val="right"/>
      </w:pPr>
      <w:r>
        <w:t>مثلاً آپ انسان، دوسرے انسانوں سے آپ محبت نہ کریں، بلکہ دشمنی کریں۔</w:t>
      </w:r>
    </w:p>
    <w:p>
      <w:r>
        <w:rPr>
          <w:b/>
        </w:rPr>
        <w:t xml:space="preserve">[34:15] </w:t>
      </w:r>
      <w:r>
        <w:t>doosre insanon ke maal ki hifazat na karein, bil</w:t>
      </w:r>
    </w:p>
    <w:p>
      <w:pPr>
        <w:jc w:val="right"/>
      </w:pPr>
      <w:r>
        <w:t>دوسرے انسانوں کے مال کی حفاظت نہ کریں، بل</w:t>
      </w:r>
    </w:p>
    <w:p>
      <w:r>
        <w:rPr>
          <w:b/>
        </w:rPr>
        <w:t xml:space="preserve">[34:19] </w:t>
      </w:r>
      <w:r>
        <w:t>ke un ke baal khare kar lein.</w:t>
      </w:r>
    </w:p>
    <w:p>
      <w:pPr>
        <w:jc w:val="right"/>
      </w:pPr>
      <w:r>
        <w:t>کہ ان کے بال کھڑے کر لیں۔</w:t>
      </w:r>
    </w:p>
    <w:p>
      <w:r>
        <w:rPr>
          <w:b/>
        </w:rPr>
        <w:t xml:space="preserve">[34:23] </w:t>
      </w:r>
      <w:r>
        <w:t>aap doosre insan ki abru razi karein.</w:t>
      </w:r>
    </w:p>
    <w:p>
      <w:pPr>
        <w:jc w:val="right"/>
      </w:pPr>
      <w:r>
        <w:t>آپ دوسرے انسان کی ابرو رضی کریں۔</w:t>
      </w:r>
    </w:p>
    <w:p>
      <w:r>
        <w:rPr>
          <w:b/>
        </w:rPr>
        <w:t xml:space="preserve">[34:28] </w:t>
      </w:r>
      <w:r>
        <w:t>us ko us se ahad karein aur ahad kar ke phir jayein.</w:t>
      </w:r>
    </w:p>
    <w:p>
      <w:pPr>
        <w:jc w:val="right"/>
      </w:pPr>
      <w:r>
        <w:t>اس کو اس سے عہد کریں اور عہد کر کے پھر جائیں۔</w:t>
      </w:r>
    </w:p>
    <w:p>
      <w:r>
        <w:rPr>
          <w:b/>
        </w:rPr>
        <w:t xml:space="preserve">[34:32] </w:t>
      </w:r>
      <w:r>
        <w:t>doosre insan ke sath aap manfi muamla karein waghera.</w:t>
      </w:r>
    </w:p>
    <w:p>
      <w:pPr>
        <w:jc w:val="right"/>
      </w:pPr>
      <w:r>
        <w:t>دوسرے انسان کے ساتھ آپ منفی معاملہ کریں وغیرہ۔</w:t>
      </w:r>
    </w:p>
    <w:p>
      <w:r>
        <w:rPr>
          <w:b/>
        </w:rPr>
        <w:t xml:space="preserve">[34:36] </w:t>
      </w:r>
      <w:r>
        <w:t>to yeh hai fasad fi al-arz.</w:t>
      </w:r>
    </w:p>
    <w:p>
      <w:pPr>
        <w:jc w:val="right"/>
      </w:pPr>
      <w:r>
        <w:t>تو یہ ہے فساد فی الارض۔</w:t>
      </w:r>
    </w:p>
    <w:p>
      <w:r>
        <w:rPr>
          <w:b/>
        </w:rPr>
        <w:t xml:space="preserve">[34:41] </w:t>
      </w:r>
      <w:r>
        <w:t>fasad fi al-arz koi laraai bhraai ki baat nahi hai.</w:t>
      </w:r>
    </w:p>
    <w:p>
      <w:pPr>
        <w:jc w:val="right"/>
      </w:pPr>
      <w:r>
        <w:t>فساد فی الارض کوئی لڑائی بھڑائی کی بات نہیں ہے۔</w:t>
      </w:r>
    </w:p>
    <w:p>
      <w:r>
        <w:rPr>
          <w:b/>
        </w:rPr>
        <w:t xml:space="preserve">[34:45] </w:t>
      </w:r>
      <w:r>
        <w:t>insaan ke maamle mein, mein apne lafzon mein kahunga ke predictable character na hona.</w:t>
      </w:r>
    </w:p>
    <w:p>
      <w:pPr>
        <w:jc w:val="right"/>
      </w:pPr>
      <w:r>
        <w:t>انسان کے معاملے میں، میں اپنے لفظوں میں کہوں گا کہ پریڈکٹیبل کریکٹر نہ ہونا۔</w:t>
      </w:r>
    </w:p>
    <w:p>
      <w:r>
        <w:rPr>
          <w:b/>
        </w:rPr>
        <w:t xml:space="preserve">[34:50] </w:t>
      </w:r>
      <w:r>
        <w:t>insan ki nisbat se yahi fasad fil-ard hai ke aap ke andar predictable character na ho. aap ke khandan wale, aap ke pados wale, jin insano se aap ka mamla hai, woh sab aap se predict karte hain ke aap aisa karenge, aisa karenge, aisa karenge. justice karenge. aap us ke khilaf karein. to yahi fasad fil-ard hai. aur fasad fil-ard Allah ki nazar mein bohat bada jurm hai.</w:t>
      </w:r>
    </w:p>
    <w:p>
      <w:pPr>
        <w:jc w:val="right"/>
      </w:pPr>
      <w:r>
        <w:t>انسان کی نسبت سے یہی فساد فی الارض ہے کہ آپ کے اندر پریڈکٹیبل کریکٹر نہ ہو۔ آپ کے خاندان والے، آپ کے پڑوس والے، جن انسانوں سے آپ کا معاملہ ہے، وہ سب آپ سے پریڈکٹ کرتے ہیں کہ آپ ایسا کریں گے، ایسا کریں گے، ایسا کریں گے۔ جسٹس کریں گے۔ آپ اس کے خلاف کریں۔ تو یہی فساد فی الارض ہے۔ اور فساد فی الارض اللہ کی نظر میں بہت بڑا جرم ہے۔</w:t>
      </w:r>
    </w:p>
    <w:p>
      <w:r>
        <w:rPr>
          <w:b/>
        </w:rPr>
        <w:t xml:space="preserve">[35:17] </w:t>
      </w:r>
      <w:r>
        <w:t>ulā'ika humul khāsirūn.</w:t>
      </w:r>
    </w:p>
    <w:p>
      <w:pPr>
        <w:jc w:val="right"/>
      </w:pPr>
      <w:r>
        <w:t>أُولَئِكَ هُمُ الْخَاسِرُونَ۔</w:t>
      </w:r>
    </w:p>
    <w:p>
      <w:r>
        <w:rPr>
          <w:b/>
        </w:rPr>
        <w:t xml:space="preserve">[35:19] </w:t>
      </w:r>
      <w:r>
        <w:t>yeh log hain inkar karne wale. inkar ka matlab kya hai? yaani Allah ke naqsha-e-takhlioq se inkar karne wale. inkar karne wale ka matlab na manna. jo Allah ka jo creation plan hai, us ko na manna. us ke khilaf khud se ek rasta banana apna. achha, yahi woh log hain jo ghaate wale log hain. ghata. khasar ma'ni ghate wala. to duniya mein</w:t>
      </w:r>
    </w:p>
    <w:p>
      <w:pPr>
        <w:jc w:val="right"/>
      </w:pPr>
      <w:r>
        <w:t>یہ لوگ ہیں انکار کرنے والے۔ انکار کا مطلب کیا ہے؟ یعنی اللہ کے نقشہ تخلیق سے انکار کرنے والے۔ انکار کرنے والے کا مطلب نہ ماننا۔ جو اللہ کا جو کریشن پلان ہے، اس کو نہ ماننا۔ اس کے خلاف خود سے ایک راستہ بنانا اپنا۔ اچھا، یہی وہ لوگ ہیں جو گھاٹے والے لوگ ہیں۔ گھاٹا۔ خاطر معنی گھاٹے والا۔ تو دنیا میں</w:t>
      </w:r>
    </w:p>
    <w:p>
      <w:r>
        <w:rPr>
          <w:b/>
        </w:rPr>
        <w:t xml:space="preserve">[35:49] </w:t>
      </w:r>
      <w:r>
        <w:t>ek woh log hain jo faiz hain.</w:t>
      </w:r>
    </w:p>
    <w:p>
      <w:pPr>
        <w:jc w:val="right"/>
      </w:pPr>
      <w:r>
        <w:t>ایک وہ لوگ ہیں جو فائز ہیں۔</w:t>
      </w:r>
    </w:p>
    <w:p>
      <w:r>
        <w:rPr>
          <w:b/>
        </w:rPr>
        <w:t xml:space="preserve">[35:53] </w:t>
      </w:r>
      <w:r>
        <w:t>faiz maani kaamyaab.</w:t>
      </w:r>
    </w:p>
    <w:p>
      <w:pPr>
        <w:jc w:val="right"/>
      </w:pPr>
      <w:r>
        <w:t>فائز معنی کامیاب۔</w:t>
      </w:r>
    </w:p>
    <w:p>
      <w:r>
        <w:rPr>
          <w:b/>
        </w:rPr>
        <w:t xml:space="preserve">[35:57] </w:t>
      </w:r>
      <w:r>
        <w:t>ek doosre khaasar hain, nakaam.</w:t>
      </w:r>
    </w:p>
    <w:p>
      <w:pPr>
        <w:jc w:val="right"/>
      </w:pPr>
      <w:r>
        <w:t>ایک دوسرے خاسر ہیں، ناکام۔</w:t>
      </w:r>
    </w:p>
    <w:p>
      <w:r>
        <w:rPr>
          <w:b/>
        </w:rPr>
        <w:t xml:space="preserve">[36:01] </w:t>
      </w:r>
      <w:r>
        <w:t>to faiz woh log hain jinhone Allah ki daryaft kiya, Allah ke hukum ke mutabiq chale dunya</w:t>
      </w:r>
    </w:p>
    <w:p>
      <w:pPr>
        <w:jc w:val="right"/>
      </w:pPr>
      <w:r>
        <w:t>تو فائز وہ لوگ ہیں جنہوں نے اللہ کی دریافت کیا، اللہ کے حکم کے مطابق چلے دنیا</w:t>
      </w:r>
    </w:p>
    <w:p>
      <w:r>
        <w:rPr>
          <w:b/>
        </w:rPr>
        <w:t xml:space="preserve">[36:04] </w:t>
      </w:r>
      <w:r>
        <w:t>mein, Allah ke naqsha takhleeq ki pairwi ki.</w:t>
      </w:r>
    </w:p>
    <w:p>
      <w:pPr>
        <w:jc w:val="right"/>
      </w:pPr>
      <w:r>
        <w:t>میں، اللہ کے نقشہ تخلیق کی پیروی کی۔</w:t>
      </w:r>
    </w:p>
    <w:p>
      <w:r>
        <w:rPr>
          <w:b/>
        </w:rPr>
        <w:t xml:space="preserve">[36:08] </w:t>
      </w:r>
      <w:r>
        <w:t>to woh faiz hain, kaamyaab.</w:t>
      </w:r>
    </w:p>
    <w:p>
      <w:pPr>
        <w:jc w:val="right"/>
      </w:pPr>
      <w:r>
        <w:t>تو وہ فائز ہیں، کامیاب۔</w:t>
      </w:r>
    </w:p>
    <w:p>
      <w:r>
        <w:rPr>
          <w:b/>
        </w:rPr>
        <w:t xml:space="preserve">[36:12] </w:t>
      </w:r>
      <w:r>
        <w:t>aur jo is ke khilaaf chale aur apne mafad ki pairwi ki, khwahish ki pairwi ki, to woh</w:t>
      </w:r>
    </w:p>
    <w:p>
      <w:pPr>
        <w:jc w:val="right"/>
      </w:pPr>
      <w:r>
        <w:t>اور جو اس کے خلاف چلے اور اپنے مفاد کی پیروی کی، خواہش کی پیروی کی، تو وہ</w:t>
      </w:r>
    </w:p>
    <w:p>
      <w:r>
        <w:rPr>
          <w:b/>
        </w:rPr>
        <w:t xml:space="preserve">[36:16] </w:t>
      </w:r>
      <w:r>
        <w:t>khaasar hain, ya</w:t>
      </w:r>
    </w:p>
    <w:p>
      <w:pPr>
        <w:jc w:val="right"/>
      </w:pPr>
      <w:r>
        <w:t>خاسر ہیں، یع</w:t>
      </w:r>
    </w:p>
    <w:p>
      <w:r>
        <w:rPr>
          <w:b/>
        </w:rPr>
        <w:t xml:space="preserve">[36:20] </w:t>
      </w:r>
      <w:r>
        <w:t>ani nakam. yeh do giroh isi duniya mein bante hain aur un ka anjam aakhirat mein samne aayega.</w:t>
      </w:r>
    </w:p>
    <w:p>
      <w:pPr>
        <w:jc w:val="right"/>
      </w:pPr>
      <w:r>
        <w:t>نی ناکام۔ یہ دو گروہ اسی دنیا میں بنتے ہیں اور ان کا انجام آخرت میں سامنے آئے گا۔</w:t>
      </w:r>
    </w:p>
    <w:p>
      <w:r>
        <w:rPr>
          <w:b/>
        </w:rPr>
        <w:t xml:space="preserve">[36:28] </w:t>
      </w:r>
      <w:r>
        <w:t>kaifa takfuroona billahi wa kuntum amwātan fa aḥyākum.</w:t>
      </w:r>
    </w:p>
    <w:p>
      <w:pPr>
        <w:jc w:val="right"/>
      </w:pPr>
      <w:r>
        <w:t>كَيْفَ تَكْفُرُونَ بِاللَّهِ وَكُنْتُمْ أَمْوَاتًا فَأَحْيَاكُمْ۔</w:t>
      </w:r>
    </w:p>
    <w:p>
      <w:r>
        <w:rPr>
          <w:b/>
        </w:rPr>
        <w:t xml:space="preserve">[36:33] </w:t>
      </w:r>
      <w:r>
        <w:t>kaise tum inkaar karoge Allah ka, haalanki tum, yaani maray hue thay, Allah ne tum ko zindagi di.</w:t>
      </w:r>
    </w:p>
    <w:p>
      <w:pPr>
        <w:jc w:val="right"/>
      </w:pPr>
      <w:r>
        <w:t>کیسے تم انکار کرو گے اللہ کا، حالانکہ تم، یعنی مرے ہوئے تھے، اللہ نے تم کو زندگی دی۔</w:t>
      </w:r>
    </w:p>
    <w:p>
      <w:r>
        <w:rPr>
          <w:b/>
        </w:rPr>
        <w:t xml:space="preserve">[36:39] </w:t>
      </w:r>
      <w:r>
        <w:t>yahan maray hue ka matlab yeh nahi ke maray hue, ke tum maujood nahi thay.</w:t>
      </w:r>
    </w:p>
    <w:p>
      <w:pPr>
        <w:jc w:val="right"/>
      </w:pPr>
      <w:r>
        <w:t>یہاں مرے ہوئے کا مطلب یہ نہیں کہ مرے ہوئے، کہ تم موجود نہیں تھے۔</w:t>
      </w:r>
    </w:p>
    <w:p>
      <w:r>
        <w:rPr>
          <w:b/>
        </w:rPr>
        <w:t xml:space="preserve">[36:45] </w:t>
      </w:r>
      <w:r>
        <w:t>tum ghair maujood thay, tum ko maujood kar diya.</w:t>
      </w:r>
    </w:p>
    <w:p>
      <w:pPr>
        <w:jc w:val="right"/>
      </w:pPr>
      <w:r>
        <w:t>تم غیر موجود تھے، تم کو موجود کر دیا۔</w:t>
      </w:r>
    </w:p>
    <w:p>
      <w:r>
        <w:rPr>
          <w:b/>
        </w:rPr>
        <w:t xml:space="preserve">[36:51] </w:t>
      </w:r>
      <w:r>
        <w:t>yahan jo lafz istemaal kiya gaya hai, yaani maut ka aur zindagi ka, woh is maani mein hai</w:t>
      </w:r>
    </w:p>
    <w:p>
      <w:pPr>
        <w:jc w:val="right"/>
      </w:pPr>
      <w:r>
        <w:t>یہاں جو لفظ استعمال کیا گیا ہے، یعنی موت کا اور زندگی کا، وہ اس معنی میں ہے</w:t>
      </w:r>
    </w:p>
    <w:p>
      <w:r>
        <w:rPr>
          <w:b/>
        </w:rPr>
        <w:t xml:space="preserve">[36:58] </w:t>
      </w:r>
      <w:r>
        <w:t>ke tum ghair maujood thay, tumhara koi wajood nahi tha.</w:t>
      </w:r>
    </w:p>
    <w:p>
      <w:pPr>
        <w:jc w:val="right"/>
      </w:pPr>
      <w:r>
        <w:t>کہ تم غیر موجود تھے، تمہارا کوئی وجود نہیں تھا۔</w:t>
      </w:r>
    </w:p>
    <w:p>
      <w:r>
        <w:rPr>
          <w:b/>
        </w:rPr>
        <w:t xml:space="preserve">[37:04] </w:t>
      </w:r>
      <w:r>
        <w:t>phir tum ko paida kiya aur zameen par basaya. yeh kitni badi nemat tumhari hai, Allah ki, tumhare upar hai.</w:t>
      </w:r>
    </w:p>
    <w:p>
      <w:pPr>
        <w:jc w:val="right"/>
      </w:pPr>
      <w:r>
        <w:t>پھر تم کو پیدا کیا اور زمین پر بسایا۔ یہ کتنی بڑی نعمت تمہاری ہے، اللہ کی، تمہارے اوپر ہے۔</w:t>
      </w:r>
    </w:p>
    <w:p>
      <w:r>
        <w:rPr>
          <w:b/>
        </w:rPr>
        <w:t xml:space="preserve">[37:13] </w:t>
      </w:r>
      <w:r>
        <w:t>thumma yumeetukum thumma yuhyeekum.</w:t>
      </w:r>
    </w:p>
    <w:p>
      <w:pPr>
        <w:jc w:val="right"/>
      </w:pPr>
      <w:r>
        <w:t>ثُمَّ يُمِيتُكُمْ ثُمَّ يُحْيِيكُمْ۔</w:t>
      </w:r>
    </w:p>
    <w:p>
      <w:r>
        <w:rPr>
          <w:b/>
        </w:rPr>
        <w:t xml:space="preserve">[37:15] </w:t>
      </w:r>
      <w:r>
        <w:t>phir Allah tum ko maut dega aur phir zinda karega.</w:t>
      </w:r>
    </w:p>
    <w:p>
      <w:pPr>
        <w:jc w:val="right"/>
      </w:pPr>
      <w:r>
        <w:t>پھر اللہ تم کو موت دے گا اور پھر زندہ کرے گا۔</w:t>
      </w:r>
    </w:p>
    <w:p>
      <w:r>
        <w:rPr>
          <w:b/>
        </w:rPr>
        <w:t xml:space="preserve">[37:23] </w:t>
      </w:r>
      <w:r>
        <w:t>yaani is dunya mein ek mehdood muddat ke liye tum ko raana hai.</w:t>
      </w:r>
    </w:p>
    <w:p>
      <w:pPr>
        <w:jc w:val="right"/>
      </w:pPr>
      <w:r>
        <w:t>یعنی اس دنیا میں ایک محدود مدت کے لیے تم کو رانا ہے۔</w:t>
      </w:r>
    </w:p>
    <w:p>
      <w:r>
        <w:rPr>
          <w:b/>
        </w:rPr>
        <w:t xml:space="preserve">[37:30] </w:t>
      </w:r>
      <w:r>
        <w:t>lekin is ke baad tum ko phir jaana hai Allah ki taraf, wahan hisaab kitaab hoga.</w:t>
      </w:r>
    </w:p>
    <w:p>
      <w:pPr>
        <w:jc w:val="right"/>
      </w:pPr>
      <w:r>
        <w:t>لیکن اس کے بعد تم کو پھر جانا ہے اللہ کی طرف، وہاں حساب کتاب ہوگا۔</w:t>
      </w:r>
    </w:p>
    <w:p>
      <w:r>
        <w:rPr>
          <w:b/>
        </w:rPr>
        <w:t xml:space="preserve">[37:38] </w:t>
      </w:r>
      <w:r>
        <w:t>to yeh jo dunya mein jo zindagi hai, maut yaad dilati hai ke aadmi is dunya mein hamesha ke liye</w:t>
      </w:r>
    </w:p>
    <w:p>
      <w:pPr>
        <w:jc w:val="right"/>
      </w:pPr>
      <w:r>
        <w:t>تو یہ جو دنیا میں جو زندگی ہے، موت یاد دلاتی ہے کہ آدمی اس دنیا میں ہمیشہ کے لیے</w:t>
      </w:r>
    </w:p>
    <w:p>
      <w:r>
        <w:rPr>
          <w:b/>
        </w:rPr>
        <w:t xml:space="preserve">[37:45] </w:t>
      </w:r>
      <w:r>
        <w:t>nahi hai.</w:t>
      </w:r>
    </w:p>
    <w:p>
      <w:pPr>
        <w:jc w:val="right"/>
      </w:pPr>
      <w:r>
        <w:t>نہیں ہے۔</w:t>
      </w:r>
    </w:p>
    <w:p>
      <w:r>
        <w:rPr>
          <w:b/>
        </w:rPr>
        <w:t xml:space="preserve">[37:50] </w:t>
      </w:r>
      <w:r>
        <w:t>to jo average umar batai gayi hai insaan ki, woh to taqreeban 70 saal batai gayi hai.</w:t>
      </w:r>
    </w:p>
    <w:p>
      <w:pPr>
        <w:jc w:val="right"/>
      </w:pPr>
      <w:r>
        <w:t>تو جو ایوریج عمر بتائی گئی ہے انسان کی، وہ تو تقریباً 70 سال بتائی گئی ہے۔</w:t>
      </w:r>
    </w:p>
    <w:p>
      <w:r>
        <w:rPr>
          <w:b/>
        </w:rPr>
        <w:t xml:space="preserve">[37:55] </w:t>
      </w:r>
      <w:r>
        <w:t>lekin yeh average hai.</w:t>
      </w:r>
    </w:p>
    <w:p>
      <w:pPr>
        <w:jc w:val="right"/>
      </w:pPr>
      <w:r>
        <w:t>لیکن یہ ایوریج ہے۔</w:t>
      </w:r>
    </w:p>
    <w:p>
      <w:r>
        <w:rPr>
          <w:b/>
        </w:rPr>
        <w:t xml:space="preserve">[38:00] </w:t>
      </w:r>
      <w:r>
        <w:t>koi is se kam mar jaata hai, koi is se zyada mar jaata hai.</w:t>
      </w:r>
    </w:p>
    <w:p>
      <w:pPr>
        <w:jc w:val="right"/>
      </w:pPr>
      <w:r>
        <w:t>کوئی اس سے کم مر جاتا ہے، کوئی اس سے زیادہ مر جاتا ہے۔</w:t>
      </w:r>
    </w:p>
    <w:p>
      <w:r>
        <w:rPr>
          <w:b/>
        </w:rPr>
        <w:t xml:space="preserve">[38:05] </w:t>
      </w:r>
      <w:r>
        <w:t>aur mujhe jo abhi doctor abdul kalam ki jo maut hui hai, woh ek aur cheez ki yaad dilati hai. Achanak maut.</w:t>
      </w:r>
    </w:p>
    <w:p>
      <w:pPr>
        <w:jc w:val="right"/>
      </w:pPr>
      <w:r>
        <w:t>اور مجھے جو ابھی ڈاکٹر عبدالکلام کی جو موت ہوئی ہے، وہ ایک اور چیز کی یاد دلاتی ہے۔ اچانک موت۔</w:t>
      </w:r>
    </w:p>
    <w:p>
      <w:r>
        <w:rPr>
          <w:b/>
        </w:rPr>
        <w:t xml:space="preserve">[38:10] </w:t>
      </w:r>
      <w:r>
        <w:t>yani ek to yeh hai</w:t>
      </w:r>
    </w:p>
    <w:p>
      <w:pPr>
        <w:jc w:val="right"/>
      </w:pPr>
      <w:r>
        <w:t>یعنی ایک تو یہ ہے</w:t>
      </w:r>
    </w:p>
    <w:p>
      <w:r>
        <w:rPr>
          <w:b/>
        </w:rPr>
        <w:t xml:space="preserve">[38:15] </w:t>
      </w:r>
      <w:r>
        <w:t>ke aadmi kisi hadse ka shikar ho jaye, is mein us ki maut ho jaye.</w:t>
      </w:r>
    </w:p>
    <w:p>
      <w:pPr>
        <w:jc w:val="right"/>
      </w:pPr>
      <w:r>
        <w:t>کہ آدمی کسی حادثے کا شکار ہو جائے، اس میں اس کی موت ہو جائے۔</w:t>
      </w:r>
    </w:p>
    <w:p>
      <w:r>
        <w:rPr>
          <w:b/>
        </w:rPr>
        <w:t xml:space="preserve">[38:19] </w:t>
      </w:r>
      <w:r>
        <w:t>wo bimar pada rahe, bimar pade pade maut ho jaye.</w:t>
      </w:r>
    </w:p>
    <w:p>
      <w:pPr>
        <w:jc w:val="right"/>
      </w:pPr>
      <w:r>
        <w:t>وہ بیمار پڑا رہے، بیمار پڑے پڑے موت ہو جائے۔</w:t>
      </w:r>
    </w:p>
    <w:p>
      <w:r>
        <w:rPr>
          <w:b/>
        </w:rPr>
        <w:t xml:space="preserve">[38:23] </w:t>
      </w:r>
      <w:r>
        <w:t>ya boodha ho jaye, boodha ho kar ke mar jaye.</w:t>
      </w:r>
    </w:p>
    <w:p>
      <w:pPr>
        <w:jc w:val="right"/>
      </w:pPr>
      <w:r>
        <w:t>یا بوڑھا ہو جائے، بوڑھا ہو کر کے مر جائے۔</w:t>
      </w:r>
    </w:p>
    <w:p>
      <w:r>
        <w:rPr>
          <w:b/>
        </w:rPr>
        <w:t xml:space="preserve">[38:26] </w:t>
      </w:r>
      <w:r>
        <w:t>yeh us ko kehte hain natural death. natural death.</w:t>
      </w:r>
    </w:p>
    <w:p>
      <w:pPr>
        <w:jc w:val="right"/>
      </w:pPr>
      <w:r>
        <w:t>یہ اس کو کہتے ہیں نیچرل ڈیتھ۔ نیچرل ڈیتھ۔</w:t>
      </w:r>
    </w:p>
    <w:p>
      <w:r>
        <w:rPr>
          <w:b/>
        </w:rPr>
        <w:t xml:space="preserve">[38:30] </w:t>
      </w:r>
      <w:r>
        <w:t>lekin ek maut, wo achanak ho, bilkul.</w:t>
      </w:r>
    </w:p>
    <w:p>
      <w:pPr>
        <w:jc w:val="right"/>
      </w:pPr>
      <w:r>
        <w:t>لیکن ایک موت، وہ اچانک ہو، بالکل۔</w:t>
      </w:r>
    </w:p>
    <w:p>
      <w:r>
        <w:rPr>
          <w:b/>
        </w:rPr>
        <w:t xml:space="preserve">[38:34] </w:t>
      </w:r>
      <w:r>
        <w:t>ek dam, ek dam, within second ho jaye.</w:t>
      </w:r>
    </w:p>
    <w:p>
      <w:pPr>
        <w:jc w:val="right"/>
      </w:pPr>
      <w:r>
        <w:t>ایک دم، ایک دم، ود ان سیکنڈ ہو جائے۔</w:t>
      </w:r>
    </w:p>
    <w:p>
      <w:r>
        <w:rPr>
          <w:b/>
        </w:rPr>
        <w:t xml:space="preserve">[38:38] </w:t>
      </w:r>
      <w:r>
        <w:t>yeh thi doctor abdul kalam ki maut.</w:t>
      </w:r>
    </w:p>
    <w:p>
      <w:pPr>
        <w:jc w:val="right"/>
      </w:pPr>
      <w:r>
        <w:t>یہ تھی ڈاکٹر عبدالکلام کی موت۔</w:t>
      </w:r>
    </w:p>
    <w:p>
      <w:r>
        <w:rPr>
          <w:b/>
        </w:rPr>
        <w:t xml:space="preserve">[38:42] </w:t>
      </w:r>
      <w:r>
        <w:t>aap jante hain ke wo nai dilli se gaye</w:t>
      </w:r>
    </w:p>
    <w:p>
      <w:pPr>
        <w:jc w:val="right"/>
      </w:pPr>
      <w:r>
        <w:t>آپ جانتے ہیں کہ وہ نئی دہلی سے گئے</w:t>
      </w:r>
    </w:p>
    <w:p>
      <w:r>
        <w:rPr>
          <w:b/>
        </w:rPr>
        <w:t xml:space="preserve">[38:45] </w:t>
      </w:r>
      <w:r>
        <w:t>shillong, speech lecture dene ke liye.</w:t>
      </w:r>
    </w:p>
    <w:p>
      <w:pPr>
        <w:jc w:val="right"/>
      </w:pPr>
      <w:r>
        <w:t>، شیلانگ، اسپیچ لیکچر دینے کے لیے۔</w:t>
      </w:r>
    </w:p>
    <w:p>
      <w:r>
        <w:rPr>
          <w:b/>
        </w:rPr>
        <w:t xml:space="preserve">[38:50] </w:t>
      </w:r>
      <w:r>
        <w:t>to jab wo khade hue stage par aur bolna shuru kiya unhone, to panch minute bole the</w:t>
      </w:r>
    </w:p>
    <w:p>
      <w:pPr>
        <w:jc w:val="right"/>
      </w:pPr>
      <w:r>
        <w:t>تو جب وہ کھڑے ہوئے اسٹیج پر اور بولنا شروع کیا انہوں نے، تو پانچ منٹ بولے تھے</w:t>
      </w:r>
    </w:p>
    <w:p>
      <w:r>
        <w:rPr>
          <w:b/>
        </w:rPr>
        <w:t xml:space="preserve">[38:54] </w:t>
      </w:r>
      <w:r>
        <w:t>ke is ke baad wo gir pade.</w:t>
      </w:r>
    </w:p>
    <w:p>
      <w:pPr>
        <w:jc w:val="right"/>
      </w:pPr>
      <w:r>
        <w:t>کہ اس کے بعد وہ گر پڑے۔</w:t>
      </w:r>
    </w:p>
    <w:p>
      <w:r>
        <w:rPr>
          <w:b/>
        </w:rPr>
        <w:t xml:space="preserve">[38:59] </w:t>
      </w:r>
      <w:r>
        <w:t>ek jumla bol rahe the wo, jis ka aakhri lafz tha 'foreign'.</w:t>
      </w:r>
    </w:p>
    <w:p>
      <w:pPr>
        <w:jc w:val="right"/>
      </w:pPr>
      <w:r>
        <w:t>ایک جملہ بول رہے تھے وہ، جس کا آخری لفظ تھا 'فارن'۔</w:t>
      </w:r>
    </w:p>
    <w:p>
      <w:r>
        <w:rPr>
          <w:b/>
        </w:rPr>
        <w:t xml:space="preserve">[39:03] </w:t>
      </w:r>
      <w:r>
        <w:t>is jumle ka abhi mukammal nahi hua tha.</w:t>
      </w:r>
    </w:p>
    <w:p>
      <w:pPr>
        <w:jc w:val="right"/>
      </w:pPr>
      <w:r>
        <w:t>اس جملے کا ابھی مکمل نہیں ہوا تھا۔</w:t>
      </w:r>
    </w:p>
    <w:p>
      <w:r>
        <w:rPr>
          <w:b/>
        </w:rPr>
        <w:t xml:space="preserve">[39:08] </w:t>
      </w:r>
      <w:r>
        <w:t>'foreign' ke aage kya kehna chahte the, wo nahi keh paye the.</w:t>
      </w:r>
    </w:p>
    <w:p>
      <w:pPr>
        <w:jc w:val="right"/>
      </w:pPr>
      <w:r>
        <w:t>'فارن' کے آگے کیا کہنا چاہتے تھے، وہ نہیں کہہ پائے تھے۔</w:t>
      </w:r>
    </w:p>
    <w:p>
      <w:r>
        <w:rPr>
          <w:b/>
        </w:rPr>
        <w:t xml:space="preserve">[39:12] </w:t>
      </w:r>
      <w:r>
        <w:t>to jumle ka</w:t>
      </w:r>
    </w:p>
    <w:p>
      <w:pPr>
        <w:jc w:val="right"/>
      </w:pPr>
      <w:r>
        <w:t>تو جملے کا</w:t>
      </w:r>
    </w:p>
    <w:p>
      <w:r>
        <w:rPr>
          <w:b/>
        </w:rPr>
        <w:t xml:space="preserve">[39:17] </w:t>
      </w:r>
      <w:r>
        <w:t>ek lafz 'foreign' kaha aur gir pade.</w:t>
      </w:r>
    </w:p>
    <w:p>
      <w:pPr>
        <w:jc w:val="right"/>
      </w:pPr>
      <w:r>
        <w:t>ایک لفظ 'فارن' کہا اور گر پڑے۔</w:t>
      </w:r>
    </w:p>
    <w:p>
      <w:r>
        <w:rPr>
          <w:b/>
        </w:rPr>
        <w:t xml:space="preserve">[39:21] </w:t>
      </w:r>
      <w:r>
        <w:t>aur achanak phir khatm ho gaye wo.</w:t>
      </w:r>
    </w:p>
    <w:p>
      <w:pPr>
        <w:jc w:val="right"/>
      </w:pPr>
      <w:r>
        <w:t>اور اچانک پھر ختم ہو گئے وہ۔</w:t>
      </w:r>
    </w:p>
    <w:p>
      <w:r>
        <w:rPr>
          <w:b/>
        </w:rPr>
        <w:t xml:space="preserve">[39:25] </w:t>
      </w:r>
      <w:r>
        <w:t>doctor ne dekha to us ne declare kiya ke wo mar chuke hain.</w:t>
      </w:r>
    </w:p>
    <w:p>
      <w:pPr>
        <w:jc w:val="right"/>
      </w:pPr>
      <w:r>
        <w:t>ڈاکٹر نے دیکھا تو اس نے ڈیکلیئر کیا کہ وہ مر چکے ہیں۔</w:t>
      </w:r>
    </w:p>
    <w:p>
      <w:r>
        <w:rPr>
          <w:b/>
        </w:rPr>
        <w:t xml:space="preserve">[39:30] </w:t>
      </w:r>
      <w:r>
        <w:t>to maut, yani natural death bhi hoti hai, achanak bhi hoti hai.</w:t>
      </w:r>
    </w:p>
    <w:p>
      <w:pPr>
        <w:jc w:val="right"/>
      </w:pPr>
      <w:r>
        <w:t>تو موت، یعنی نیچرل ڈیتھ بھی ہوتی ہے، اچانک بھی ہوتی ہے۔</w:t>
      </w:r>
    </w:p>
    <w:p>
      <w:r>
        <w:rPr>
          <w:b/>
        </w:rPr>
        <w:t xml:space="preserve">[39:34] </w:t>
      </w:r>
      <w:r>
        <w:t>to asal cheez jo zindagi ke bare mein sochna hai, wo aakhirat hai.</w:t>
      </w:r>
    </w:p>
    <w:p>
      <w:pPr>
        <w:jc w:val="right"/>
      </w:pPr>
      <w:r>
        <w:t>تو اصل چیز جو زندگی کے بارے میں سوچنا ہے، وہ آخرت ہے۔</w:t>
      </w:r>
    </w:p>
    <w:p>
      <w:r>
        <w:rPr>
          <w:b/>
        </w:rPr>
        <w:t xml:space="preserve">[39:38] </w:t>
      </w:r>
      <w:r>
        <w:t>kyun ke aakhirat bhi eternal hai.</w:t>
      </w:r>
    </w:p>
    <w:p>
      <w:pPr>
        <w:jc w:val="right"/>
      </w:pPr>
      <w:r>
        <w:t>کیونکہ آخرت بھی ایٹرنل ہے۔</w:t>
      </w:r>
    </w:p>
    <w:p>
      <w:r>
        <w:rPr>
          <w:b/>
        </w:rPr>
        <w:t xml:space="preserve">[39:43] </w:t>
      </w:r>
      <w:r>
        <w:t>aur wahin par insan ko ya to jahannum pesh ayegi ya jannat pesh ayegi.</w:t>
      </w:r>
    </w:p>
    <w:p>
      <w:pPr>
        <w:jc w:val="right"/>
      </w:pPr>
      <w:r>
        <w:t>اور وہیں پر انسان کو یا تو جہنم پیش آئے گی یا جنت پیش آئے گی۔</w:t>
      </w:r>
    </w:p>
    <w:p>
      <w:r>
        <w:rPr>
          <w:b/>
        </w:rPr>
        <w:t xml:space="preserve">[39:47] </w:t>
      </w:r>
      <w:r>
        <w:t>thumma ilayhi turja'oon.</w:t>
      </w:r>
    </w:p>
    <w:p>
      <w:pPr>
        <w:jc w:val="right"/>
      </w:pPr>
      <w:r>
        <w:t>ثُمَّ إِلَيْهِ تُرْجَعُونَ۔</w:t>
      </w:r>
    </w:p>
    <w:p>
      <w:r>
        <w:rPr>
          <w:b/>
        </w:rPr>
        <w:t xml:space="preserve">[39:49] </w:t>
      </w:r>
      <w:r>
        <w:t>phir tum Allah ki taraf lotaye jaoge. yani dunya mein kuch din guzarnay ke baad khatam nahi ho jaoge. yani maut tum ko khatam nahi kar deti, balkeh woh lota di hai. yahan se wahan tum ko pohncha diya jata hai. maut zindagi ka khataama nahi hai, balkeh maut aik aur daur-e-hayat ka aaghaz hai.</w:t>
      </w:r>
    </w:p>
    <w:p>
      <w:pPr>
        <w:jc w:val="right"/>
      </w:pPr>
      <w:r>
        <w:t>پھر تم اللہ کی طرف لوٹائے جاؤ گے۔ یعنی دنیا میں کچھ دن گزارنے کے بعد ختم نہیں ہو جاؤ گے۔ یعنی موت تم کو ختم نہیں کر دیتی، بلکہ وہ لوٹا دی ہے۔ یہاں سے وہاں تم کو پہنچا دیا جاتا ہے۔ موت زندگی کا خاتمہ نہیں ہے، بلکہ موت ایک اور دورِ حیات کا آغاز ہے۔</w:t>
      </w:r>
    </w:p>
    <w:p>
      <w:r>
        <w:rPr>
          <w:b/>
        </w:rPr>
        <w:t xml:space="preserve">[40:14] </w:t>
      </w:r>
      <w:r>
        <w:t>walladhi khalaqa lakum ma fil ardi jamee'an.</w:t>
      </w:r>
    </w:p>
    <w:p>
      <w:pPr>
        <w:jc w:val="right"/>
      </w:pPr>
      <w:r>
        <w:t>وَالَّذِي خَلَقَ لَكُم مَّا فِي الْأَرْضِ جَمِيعًا۔</w:t>
      </w:r>
    </w:p>
    <w:p>
      <w:r>
        <w:rPr>
          <w:b/>
        </w:rPr>
        <w:t xml:space="preserve">[40:17] </w:t>
      </w:r>
      <w:r>
        <w:t>wohi hai jis ne paida kiya tumhari zameen ki tamam cheezon. isi ne paida kiya tum ko, tumhari tamam cheezon. mein aksar sochta hoon ke koi aik cheez kya mein daryaft kar sakta hoon jo Allah ne paida ki ho? kya koi baal, koi naakhun, koi patti? koi cheez nahi. har cheez ko paida karne wala aik hi hasti hai. to kaisi ajeeb cheez hai jab aadmi is ko daryaft karta hai ke har cheez ko paida</w:t>
      </w:r>
    </w:p>
    <w:p>
      <w:pPr>
        <w:jc w:val="right"/>
      </w:pPr>
      <w:r>
        <w:t>وہی ہے جس نے پیدا کیا تمہاری زمین کی تمام چیزیں۔ اسی نے پیدا کیا تم کو، تمہاری تمام چیزیں۔ میں اکثر سوچتا ہوں کہ کوئی ایک چیز کیا میں دریافت کر سکتا ہوں جو اللہ نے پیدا کی ہو؟ کیا کوئی بال، کوئی ناخن، کوئی پتی؟ کوئی چیز نہیں۔ ہر چیز کو پیدا کرنے والا ایک ہی ہستی ہے۔ تو کیسی عجیب چیز ہے جب آدمی اس کو دریافت کرتا ہے کہ ہر چیز کو پیدا</w:t>
      </w:r>
    </w:p>
    <w:p>
      <w:r>
        <w:rPr>
          <w:b/>
        </w:rPr>
        <w:t xml:space="preserve">[40:47] </w:t>
      </w:r>
      <w:r>
        <w:t>karne wala sirf aik hasti hai. to yahin se imaan ka aaghaz hota hai. yahin se aadmi ka Khuda ke liye surrender karna shuru hota hai.</w:t>
      </w:r>
    </w:p>
    <w:p>
      <w:pPr>
        <w:jc w:val="right"/>
      </w:pPr>
      <w:r>
        <w:t>کرنے والا صرف ایک ہستی ہے۔ تو یہیں سے ایمان کا آغاز ہوتا ہے۔ یہیں سے آدمی کا خدا کے لیے سرنڈر کرنا شروع ہوتا ہے۔</w:t>
      </w:r>
    </w:p>
    <w:p>
      <w:r>
        <w:rPr>
          <w:b/>
        </w:rPr>
        <w:t xml:space="preserve">[40:56] </w:t>
      </w:r>
      <w:r>
        <w:t>thumma istawa ila samai fasawwahunna sab'a samawat.</w:t>
      </w:r>
    </w:p>
    <w:p>
      <w:pPr>
        <w:jc w:val="right"/>
      </w:pPr>
      <w:r>
        <w:t>ثُمَّ اسْتَوَىٰ إِلَى السَّمَاءِ فَسَوَّهُنَّ سَبْعَ سَمَاوَاتٍ۔</w:t>
      </w:r>
    </w:p>
    <w:p>
      <w:r>
        <w:rPr>
          <w:b/>
        </w:rPr>
        <w:t xml:space="preserve">[41:00] </w:t>
      </w:r>
      <w:r>
        <w:t>phir woh mutawajjah hua aasman ki taraf aur us ko saat aasman banaaye. yeh saat aasman ka mamla abhi tak science daryaft nahi kar saki hai. lekin hum, aqeedah hamara yahi hai ke koi aisi cheez hai jis ko saat aasman Quran mein kaha gaya hai. kyunke universe bohat hi wasee hai, bohat hi wasee hai, bohat hi vast hai. to abhi tak koi khushbin ya doorbeen us ko dekh nahi payi hai. to kya h</w:t>
      </w:r>
    </w:p>
    <w:p>
      <w:pPr>
        <w:jc w:val="right"/>
      </w:pPr>
      <w:r>
        <w:t>پھر وہ متوجہ ہوا آسمان کی طرف اور اس کو سات آسمان بنائے۔ یہ سات آسمان کا معاملہ ابھی تک سائنس دریافت نہیں کر سکی ہے۔ لیکن ہم، عقیدہ ہمارا یہی ہے کہ کوئی ایسی چیز ہے جس کو سات آسمان قرآن میں کہا گیا ہے۔ کیونکہ یونیورس بہت ہی وسیع ہے، بہت ہی وسیع ہے، بہت ہی واسٹ ہے۔ تو ابھی تک کوئی خوش بین یا دوربین اس کو دیکھ نہیں پائی ہے۔ تو کیا ہ</w:t>
      </w:r>
    </w:p>
    <w:p>
      <w:r>
        <w:rPr>
          <w:b/>
        </w:rPr>
        <w:t xml:space="preserve">[41:30] </w:t>
      </w:r>
      <w:r>
        <w:t>m ulama ki daryaften hon? hamare mulk ke saat aasman ki haqeeqat yeh thi. lekin behal humein aqeedah yahi rakhna hai ke aasman jo hain, hamari wujood se bahar hain, woh saat tabqat us ke hain. koi aisa mamla hai jis ko Allah taala ne saat mein taqseem kiya hai. to saat aasman banaaye.</w:t>
      </w:r>
    </w:p>
    <w:p>
      <w:pPr>
        <w:jc w:val="right"/>
      </w:pPr>
      <w:r>
        <w:t>م علماء کی دریافتیں ہوں؟ ہمارے ملک کے سات آسمان کی حقیقت یہ تھی۔ لیکن بہرحال ہمیں عقیدہ یہی رکھنا ہے کہ آسمان جو ہیں، ہماری وجود سے باہر ہیں، وہ سات طبقات اس کے ہیں۔ کوئی ایسا معاملہ ہے جس کو اللہ تعالیٰ نے سات میں تقسیم کیا ہے۔ تو سات آسمان بنائے۔</w:t>
      </w:r>
    </w:p>
    <w:p>
      <w:r>
        <w:rPr>
          <w:b/>
        </w:rPr>
        <w:t xml:space="preserve">[41:51] </w:t>
      </w:r>
      <w:r>
        <w:t>wahuwa bikulli shai'in aleem.</w:t>
      </w:r>
    </w:p>
    <w:p>
      <w:pPr>
        <w:jc w:val="right"/>
      </w:pPr>
      <w:r>
        <w:t>وَهُوَ بِكُلِّ شَيْءٍ عَلِيمٌ۔</w:t>
      </w:r>
    </w:p>
    <w:p>
      <w:r>
        <w:rPr>
          <w:b/>
        </w:rPr>
        <w:t xml:space="preserve">[41:53] </w:t>
      </w:r>
      <w:r>
        <w:t>har cheez pe ba-khabar hai woh. yani 'aleem' ka lafz aik ba-ma'ni hai yahan par. ke kisi, kisi, kisi ilm ke barabar aisa kiya hai is ne? agarche humein abhi nahi maloom ke yeh Allah taala ne jo saat taqseem kiye aasmanon ki, us mein kya hikmat hai, humein abhi pata nahi hai. aindah science in sha Allah bataye gi. to kya is saat taqseem jo aasmanon ki hai, us mein bohat bari hikmat hai? apne ilm-e-bartar ke</w:t>
      </w:r>
    </w:p>
    <w:p>
      <w:pPr>
        <w:jc w:val="right"/>
      </w:pPr>
      <w:r>
        <w:t>ہر چیز پہ باخبر ہے وہ۔ یعنی 'علیم' کا لفظ ایک بامعنی ہے یہاں پر۔ کہ کسی، کسی، کسی علم کے برابر ایسا کیا ہے اس نے؟ اگرچہ ہمیں ابھی نہیں معلوم کہ یہ اللہ تعالیٰ نے جو سات تقسیم کیے آسمانوں کی، اس میں کیا حکمت ہے، ہمیں ابھی پتہ نہیں ہے۔ آئندہ سائنس ان شاء اللہ بتائے گی۔ تو کیا اس سات تقسیم جو آسمانوں کی ہے، اس میں بہت بڑی حکمت ہے؟ اپنے علم برتر کے</w:t>
      </w:r>
    </w:p>
    <w:p>
      <w:r>
        <w:rPr>
          <w:b/>
        </w:rPr>
        <w:t xml:space="preserve">[42:23] </w:t>
      </w:r>
      <w:r>
        <w:t>tehat Allah taala ne aisa kiya hai. to aaj ka dars-e-Quran yahin tak, kis ayat tak khatam hua hai?</w:t>
      </w:r>
    </w:p>
    <w:p>
      <w:pPr>
        <w:jc w:val="right"/>
      </w:pPr>
      <w:r>
        <w:t>تحت اللہ تعالیٰ نے ایسا کیا ہے۔ تو آج کا درسِ قرآن یہیں تک، کس آیت تک ختم ہوا ہے؟</w:t>
      </w:r>
    </w:p>
    <w:p>
      <w:r>
        <w:rPr>
          <w:b/>
        </w:rPr>
        <w:t xml:space="preserve">[42:33] </w:t>
      </w:r>
      <w:r>
        <w:t>29.</w:t>
      </w:r>
    </w:p>
    <w:p>
      <w:pPr>
        <w:jc w:val="right"/>
      </w:pPr>
      <w:r>
        <w:t>29۔</w:t>
      </w:r>
    </w:p>
    <w:p>
      <w:r>
        <w:rPr>
          <w:b/>
        </w:rPr>
        <w:t xml:space="preserve">[42:35] </w:t>
      </w:r>
      <w:r>
        <w:t>29 par khatm hua hai.</w:t>
      </w:r>
    </w:p>
    <w:p>
      <w:pPr>
        <w:jc w:val="right"/>
      </w:pPr>
      <w:r>
        <w:t>29 پر ختم ہوا ہے۔</w:t>
      </w:r>
    </w:p>
    <w:p>
      <w:r>
        <w:rPr>
          <w:b/>
        </w:rPr>
        <w:t xml:space="preserve">[42:40] </w:t>
      </w:r>
      <w:r>
        <w:t>agle dars inshallah 30 se hoga, 30, yani al-baqarah ayat number 30 se agla dars shuru hoga.</w:t>
      </w:r>
    </w:p>
    <w:p>
      <w:pPr>
        <w:jc w:val="right"/>
      </w:pPr>
      <w:r>
        <w:t>اگلا درس ان شاء اللہ 30 سے ہوگا، 30، یعنی البقرہ آیت نمبر 30 سے اگلا درس شروع ہوگا۔</w:t>
      </w:r>
    </w:p>
    <w:p>
      <w:r>
        <w:rPr>
          <w:b/>
        </w:rPr>
        <w:t xml:space="preserve">[42:45] </w:t>
      </w:r>
      <w:r>
        <w:t>aur main phir usi ko dohraunga ke quran ko samajhne ke liye bohat hi zaroori hai ke</w:t>
      </w:r>
    </w:p>
    <w:p>
      <w:pPr>
        <w:jc w:val="right"/>
      </w:pPr>
      <w:r>
        <w:t>اور میں پھر اسی کو دہراؤں گا کہ قرآن کو سمجھنے کے لیے بہت ہی ضروری ہے کہ</w:t>
      </w:r>
    </w:p>
    <w:p>
      <w:r>
        <w:rPr>
          <w:b/>
        </w:rPr>
        <w:t xml:space="preserve">[42:50] </w:t>
      </w:r>
      <w:r>
        <w:t>aap yeh janen ke quran kisi, kisi aur zaban mein nahi, kisi aasmani zaban mein nahi hai, woh</w:t>
      </w:r>
    </w:p>
    <w:p>
      <w:pPr>
        <w:jc w:val="right"/>
      </w:pPr>
      <w:r>
        <w:t>آپ یہ جانیں کہ قرآن کسی، کسی اور زبان میں نہیں، کسی آسمانی زبان میں نہیں ہے، وہ</w:t>
      </w:r>
    </w:p>
    <w:p>
      <w:r>
        <w:rPr>
          <w:b/>
        </w:rPr>
        <w:t xml:space="preserve">[42:55] </w:t>
      </w:r>
      <w:r>
        <w:t>insani zaban mein hai.</w:t>
      </w:r>
    </w:p>
    <w:p>
      <w:pPr>
        <w:jc w:val="right"/>
      </w:pPr>
      <w:r>
        <w:t>انسانی زبان میں ہے۔</w:t>
      </w:r>
    </w:p>
    <w:p>
      <w:r>
        <w:rPr>
          <w:b/>
        </w:rPr>
        <w:t xml:space="preserve">[43:00] </w:t>
      </w:r>
      <w:r>
        <w:t>kyunke yeh, yeh</w:t>
      </w:r>
    </w:p>
    <w:p>
      <w:pPr>
        <w:jc w:val="right"/>
      </w:pPr>
      <w:r>
        <w:t>کیونکہ یہ، یہ</w:t>
      </w:r>
    </w:p>
    <w:p>
      <w:r>
        <w:rPr>
          <w:b/>
        </w:rPr>
        <w:t xml:space="preserve">[43:05] </w:t>
      </w:r>
      <w:r>
        <w:t>jane baghair aap quran ke hikmaton ko daryaft nahi kar sakte.</w:t>
      </w:r>
    </w:p>
    <w:p>
      <w:pPr>
        <w:jc w:val="right"/>
      </w:pPr>
      <w:r>
        <w:t>جانے بغیر آپ قرآن کے حکمتوں کو دریافت نہیں کر سکتے۔</w:t>
      </w:r>
    </w:p>
    <w:p>
      <w:r>
        <w:rPr>
          <w:b/>
        </w:rPr>
        <w:t xml:space="preserve">[43:09] </w:t>
      </w:r>
      <w:r>
        <w:t>lafzon mein phanse rahenge aap.</w:t>
      </w:r>
    </w:p>
    <w:p>
      <w:pPr>
        <w:jc w:val="right"/>
      </w:pPr>
      <w:r>
        <w:t>لفظوں میں پھنسے رہیں گے آپ۔</w:t>
      </w:r>
    </w:p>
    <w:p>
      <w:r>
        <w:rPr>
          <w:b/>
        </w:rPr>
        <w:t xml:space="preserve">[43:12] </w:t>
      </w:r>
      <w:r>
        <w:t>lafzon mein phanse rahenge.</w:t>
      </w:r>
    </w:p>
    <w:p>
      <w:pPr>
        <w:jc w:val="right"/>
      </w:pPr>
      <w:r>
        <w:t>لفظوں میں پھنسے رہیں گے۔</w:t>
      </w:r>
    </w:p>
    <w:p>
      <w:r>
        <w:rPr>
          <w:b/>
        </w:rPr>
        <w:t xml:space="preserve">[43:16] </w:t>
      </w:r>
      <w:r>
        <w:t>jaise maine misaal di aap ko ke koi kahe ke yahan ek shakhs dars-e-quran de raha</w:t>
      </w:r>
    </w:p>
    <w:p>
      <w:pPr>
        <w:jc w:val="right"/>
      </w:pPr>
      <w:r>
        <w:t>جیسے میں نے مثال دی آپ کو کہ کوئی کہے کہ یہاں ایک شخص درسِ قرآن دے رہا</w:t>
      </w:r>
    </w:p>
    <w:p>
      <w:r>
        <w:rPr>
          <w:b/>
        </w:rPr>
        <w:t xml:space="preserve">[43:20] </w:t>
      </w:r>
      <w:r>
        <w:t>hai, to aap dene par phans jayenge aap.</w:t>
      </w:r>
    </w:p>
    <w:p>
      <w:pPr>
        <w:jc w:val="right"/>
      </w:pPr>
      <w:r>
        <w:t>ہے، تو آپ دینے پر پھنس جائیں گے آپ۔</w:t>
      </w:r>
    </w:p>
    <w:p>
      <w:r>
        <w:rPr>
          <w:b/>
        </w:rPr>
        <w:t xml:space="preserve">[43:24] </w:t>
      </w:r>
      <w:r>
        <w:t>de de ke aadmi jaise de raha hai, glass de raha hai, qalam de raha hai.</w:t>
      </w:r>
    </w:p>
    <w:p>
      <w:pPr>
        <w:jc w:val="right"/>
      </w:pPr>
      <w:r>
        <w:t>دے دے کے آدمی جیسے دے رہا ہے، گلاس دے رہا ہے، قلم دے رہا ہے۔</w:t>
      </w:r>
    </w:p>
    <w:p>
      <w:r>
        <w:rPr>
          <w:b/>
        </w:rPr>
        <w:t xml:space="preserve">[43:27] </w:t>
      </w:r>
      <w:r>
        <w:t>wahan dena togi ke maene mein nahi hai, balke bayan ke maene mein hai.</w:t>
      </w:r>
    </w:p>
    <w:p>
      <w:pPr>
        <w:jc w:val="right"/>
      </w:pPr>
      <w:r>
        <w:t>وہاں دینا ٹوگی کے معنی میں نہیں ہے، بلکہ بیان کے معنی میں ہے۔</w:t>
      </w:r>
    </w:p>
    <w:p>
      <w:r>
        <w:rPr>
          <w:b/>
        </w:rPr>
        <w:t xml:space="preserve">[43:31] </w:t>
      </w:r>
      <w:r>
        <w:t>to yeh andaaz jo hai</w:t>
      </w:r>
    </w:p>
    <w:p>
      <w:pPr>
        <w:jc w:val="right"/>
      </w:pPr>
      <w:r>
        <w:t>تو یہ انداز جو ہے</w:t>
      </w:r>
    </w:p>
    <w:p>
      <w:r>
        <w:rPr>
          <w:b/>
        </w:rPr>
        <w:t xml:space="preserve">[43:35] </w:t>
      </w:r>
      <w:r>
        <w:t>insani zuban mein hota hai, yahi andaaz Quran mein bhi hai. to mein sochta hoon ke aap Allah taala se, mein Allah taala se dua karta hoon ke Allah taala aap ko Allah ki Quran ki fehm ki tofeeq de. aur Quran jitna gehrai ke sath aap samjhenge, utni gehrai ke sath aap ke andar marifat aur imaan paida hoga. Assalamualaikum Warahmatullahi.</w:t>
      </w:r>
    </w:p>
    <w:p>
      <w:pPr>
        <w:jc w:val="right"/>
      </w:pPr>
      <w:r>
        <w:t>انسانی زبان میں ہوتا ہے، یہی انداز قرآن میں بھی ہے۔ تو میں سوچتا ہوں کہ آپ اللہ تعالیٰ سے، میں اللہ تعالیٰ سے دعا کرتا ہوں کہ اللہ تعالیٰ آپ کو اللہ کی قرآن کی فہم کی توفیق دے۔ اور قرآن جتنا گہرائی کے ساتھ آپ سمجھیں گے، اتنی گہرائی کے ساتھ آپ کے اندر معرفت اور ایمان پیدا ہوگا۔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