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Addressing Kashmir Team September 20, 2015</w:t>
      </w:r>
    </w:p>
    <w:p>
      <w:r>
        <w:t>https://www.youtube.com/watch?v=mnlryjULvfM</w:t>
      </w:r>
    </w:p>
    <w:p>
      <w:r>
        <w:rPr>
          <w:b/>
        </w:rPr>
        <w:t xml:space="preserve">[00:01] </w:t>
      </w:r>
      <w:r>
        <w:t>bismillah-ir-rehman-ir-rahim. aaj</w:t>
      </w:r>
    </w:p>
    <w:p>
      <w:pPr>
        <w:jc w:val="right"/>
      </w:pPr>
      <w:r>
        <w:t>بسم اللہ الرحمن الرحیم۔ آج</w:t>
      </w:r>
    </w:p>
    <w:p>
      <w:r>
        <w:rPr>
          <w:b/>
        </w:rPr>
        <w:t xml:space="preserve">[00:09] </w:t>
      </w:r>
      <w:r>
        <w:t>20 september 2015,</w:t>
      </w:r>
    </w:p>
    <w:p>
      <w:pPr>
        <w:jc w:val="right"/>
      </w:pPr>
      <w:r>
        <w:t>20 ستمبر 2015،</w:t>
      </w:r>
    </w:p>
    <w:p>
      <w:r>
        <w:rPr>
          <w:b/>
        </w:rPr>
        <w:t xml:space="preserve">[00:18] </w:t>
      </w:r>
      <w:r>
        <w:t>kashmir mein hamare</w:t>
      </w:r>
    </w:p>
    <w:p>
      <w:pPr>
        <w:jc w:val="right"/>
      </w:pPr>
      <w:r>
        <w:t>کشمیر میں ہمارے</w:t>
      </w:r>
    </w:p>
    <w:p>
      <w:r>
        <w:rPr>
          <w:b/>
        </w:rPr>
        <w:t xml:space="preserve">[00:22] </w:t>
      </w:r>
      <w:r>
        <w:t>dawat-e-Allah ke log ikattha hue hain,</w:t>
      </w:r>
    </w:p>
    <w:p>
      <w:pPr>
        <w:jc w:val="right"/>
      </w:pPr>
      <w:r>
        <w:t>دعوتِ اللہ کے لوگ اکٹھا ہوئے ہیں،</w:t>
      </w:r>
    </w:p>
    <w:p>
      <w:r>
        <w:rPr>
          <w:b/>
        </w:rPr>
        <w:t xml:space="preserve">[00:27] </w:t>
      </w:r>
      <w:r>
        <w:t>aur main dili se in ko khitab kar raha hoon.</w:t>
      </w:r>
    </w:p>
    <w:p>
      <w:pPr>
        <w:jc w:val="right"/>
      </w:pPr>
      <w:r>
        <w:t>اور میں دلی سے ان کو خطاب کر رہا ہوں۔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