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Glow Tv Maulana Wahiduddin Khan discussing with Zain Khan, about the Ideology of Maulana Maududi</w:t>
      </w:r>
    </w:p>
    <w:p>
      <w:r>
        <w:t>https://www.youtube.com/watch?v=wVNhLUk_YS0</w:t>
      </w:r>
    </w:p>
    <w:p>
      <w:r>
        <w:rPr>
          <w:b/>
        </w:rPr>
        <w:t xml:space="preserve">[00:13] </w:t>
      </w:r>
      <w:r>
        <w:t>assalam o alaikum, welcome to the query, aik sawal.</w:t>
      </w:r>
    </w:p>
    <w:p>
      <w:pPr>
        <w:jc w:val="right"/>
      </w:pPr>
      <w:r>
        <w:t>السلام علیکم، ویلکم ٹو دی کوئری، ایک سوال۔</w:t>
      </w:r>
    </w:p>
    <w:p>
      <w:r>
        <w:rPr>
          <w:b/>
        </w:rPr>
        <w:t xml:space="preserve">[00:15] </w:t>
      </w:r>
      <w:r>
        <w:t>aaj ka hamara mozu hai Maulana Maududi aur un ki fikr par aik criticism.</w:t>
      </w:r>
    </w:p>
    <w:p>
      <w:pPr>
        <w:jc w:val="right"/>
      </w:pPr>
      <w:r>
        <w:t>آج کا ہمارا موضوع ہے مولانا مودودی اور ان کی فکر پر ایک کریٹیسزم۔</w:t>
      </w:r>
    </w:p>
    <w:p>
      <w:r>
        <w:rPr>
          <w:b/>
        </w:rPr>
        <w:t xml:space="preserve">[00:20] </w:t>
      </w:r>
      <w:r>
        <w:t>aaj ke hamare guest hain Maulana Wahiduddin Khan, aik jadeed aalim aur peace activist.</w:t>
      </w:r>
    </w:p>
    <w:p>
      <w:pPr>
        <w:jc w:val="right"/>
      </w:pPr>
      <w:r>
        <w:t>آج کے ہمارے گیسٹ ہیں مولانا وحید الدین خان، ایک جید عالم اور پیس ایکٹیوسٹ۔</w:t>
      </w:r>
    </w:p>
    <w:p>
      <w:r>
        <w:rPr>
          <w:b/>
        </w:rPr>
        <w:t xml:space="preserve">[00:25] </w:t>
      </w:r>
      <w:r>
        <w:t>Maulana sahib ko bohat se peace awards mile hain, jin mein se aik hai India's third highest civilian</w:t>
      </w:r>
    </w:p>
    <w:p>
      <w:pPr>
        <w:jc w:val="right"/>
      </w:pPr>
      <w:r>
        <w:t>مولانا صاحب کو بہت سے پیس ایوارڈز ملے ہیں، جن میں سے ایک ہے انڈیاز تھرڈ ہائیسٹ سویلین</w:t>
      </w:r>
    </w:p>
    <w:p>
      <w:r>
        <w:rPr>
          <w:b/>
        </w:rPr>
        <w:t xml:space="preserve">[00:31] </w:t>
      </w:r>
      <w:r>
        <w:t>honor, the National Citizens Award, presented by Mother Teresa.</w:t>
      </w:r>
    </w:p>
    <w:p>
      <w:pPr>
        <w:jc w:val="right"/>
      </w:pPr>
      <w:r>
        <w:t>آنر، دی نیشنل سٹیزنز ایوارڈ، پریزنٹڈ بائی مدر ٹریسا۔</w:t>
      </w:r>
    </w:p>
    <w:p>
      <w:r>
        <w:rPr>
          <w:b/>
        </w:rPr>
        <w:t xml:space="preserve">[00:34] </w:t>
      </w:r>
      <w:r>
        <w:t>Maulana sahib ne Quran ka aasan tarjuma aur tafseer bhi likhi hai.</w:t>
      </w:r>
    </w:p>
    <w:p>
      <w:pPr>
        <w:jc w:val="right"/>
      </w:pPr>
      <w:r>
        <w:t>مولانا صاحب نے قرآن کا آسان ترجمہ اور تفسیر بھی لکھی ہے۔</w:t>
      </w:r>
    </w:p>
    <w:p>
      <w:r>
        <w:rPr>
          <w:b/>
        </w:rPr>
        <w:t xml:space="preserve">[00:38] </w:t>
      </w:r>
      <w:r>
        <w:t>Maulana sahib ke lectures aur appearances bohat se channels pe hui hain, nationally aur internationally.</w:t>
      </w:r>
    </w:p>
    <w:p>
      <w:pPr>
        <w:jc w:val="right"/>
      </w:pPr>
      <w:r>
        <w:t>مولانا صاحب کے لیکچرز اور اپیئرنسز بہت سے چینلز پہ ہوئی ہیں، نیشنلی اور انٹرنیشنلی۔</w:t>
      </w:r>
    </w:p>
    <w:p>
      <w:r>
        <w:rPr>
          <w:b/>
        </w:rPr>
        <w:t xml:space="preserve">[00:43] </w:t>
      </w:r>
      <w:r>
        <w:t>Assalam o alaikum Maulana sahib, this is Zain Khan, welcome</w:t>
      </w:r>
    </w:p>
    <w:p>
      <w:pPr>
        <w:jc w:val="right"/>
      </w:pPr>
      <w:r>
        <w:t>السلام علیکم مولانا صاحب، دس از زین خان، ویلکم</w:t>
      </w:r>
    </w:p>
    <w:p>
      <w:r>
        <w:rPr>
          <w:b/>
        </w:rPr>
        <w:t xml:space="preserve">[00:46] </w:t>
      </w:r>
      <w:r>
        <w:t>Main aap logon ka bohat zyada shukr guzar hoon ke aap ne mujhe yeh mauqa diya ke main apne nuqta nazar ko wazeh karoon, aur inshallah aap ke zariye se yeh nuqta nazar doosron tak pohnchega aur musalmanon ko khaas taur par jo galat fehmiyan hain Islam ke bare mein, woh door hongi. Maulana sahib, aap ka Maulana Maududi ki fikr se kya ikhtilaf hai, aur kahan ikhtilaf hai?</w:t>
      </w:r>
    </w:p>
    <w:p>
      <w:pPr>
        <w:jc w:val="right"/>
      </w:pPr>
      <w:r>
        <w:t>میں آپ لوگوں کا بہت زیادہ شکر گزار ہوں کہ آپ نے مجھے یہ موقع دیا کہ میں اپنے نقطہ نظر کو واضح کروں، اور انشاءاللہ آپ کے ذریعے سے یہ نقطہ نظر دوسروں تک پہنچے گا اور مسلمانوں کو خاص طور پر جو غلط فہمیاں ہیں اسلام کے بارے میں، وہ دور ہوں گی۔ مولانا صاحب، آپ کا مولانا مودودی کی فکر سے کیا اختلاف ہے، اور کہاں اختلاف ہے؟</w:t>
      </w:r>
    </w:p>
    <w:p>
      <w:r>
        <w:rPr>
          <w:b/>
        </w:rPr>
        <w:t xml:space="preserve">[01:13] </w:t>
      </w:r>
      <w:r>
        <w:t>? basically jo ikhtilaf hai woh is baat par hai jis ko main kehta hoon political interpretation of</w:t>
      </w:r>
    </w:p>
    <w:p>
      <w:pPr>
        <w:jc w:val="right"/>
      </w:pPr>
      <w:r>
        <w:t>؟ بیسکلی جو اختلاف ہے وہ اس بات پر ہے جس کو میں کہتا ہوں پولیٹیکل انٹرپریشن آف</w:t>
      </w:r>
    </w:p>
    <w:p>
      <w:r>
        <w:rPr>
          <w:b/>
        </w:rPr>
        <w:t xml:space="preserve">[01:21] </w:t>
      </w:r>
      <w:r>
        <w:t>Islam, Islam ki siyasi ta'abeer.</w:t>
      </w:r>
    </w:p>
    <w:p>
      <w:pPr>
        <w:jc w:val="right"/>
      </w:pPr>
      <w:r>
        <w:t>اسلام، اسلام کی سیاسی تعبیر۔</w:t>
      </w:r>
    </w:p>
    <w:p>
      <w:r>
        <w:rPr>
          <w:b/>
        </w:rPr>
        <w:t xml:space="preserve">[01:25] </w:t>
      </w:r>
      <w:r>
        <w:t>unhon ne Islam ki taleemat ko, Quran aur Hadees ko, is andaaz mein interpret kiya hai jis se</w:t>
      </w:r>
    </w:p>
    <w:p>
      <w:pPr>
        <w:jc w:val="right"/>
      </w:pPr>
      <w:r>
        <w:t>انہوں نے اسلام کی تعلیمات کو، قرآن اور حدیث کو، اس انداز میں انٹرپریٹ کیا ہے جس سے</w:t>
      </w:r>
    </w:p>
    <w:p>
      <w:r>
        <w:rPr>
          <w:b/>
        </w:rPr>
        <w:t xml:space="preserve">[01:32] </w:t>
      </w:r>
      <w:r>
        <w:t>maloom hota hai ke Islam jo hai aik system hai,</w:t>
      </w:r>
    </w:p>
    <w:p>
      <w:pPr>
        <w:jc w:val="right"/>
      </w:pPr>
      <w:r>
        <w:t>معلوم ہوتا ہے کہ اسلام جو ہے ایک سسٹم ہے،</w:t>
      </w:r>
    </w:p>
    <w:p>
      <w:r>
        <w:rPr>
          <w:b/>
        </w:rPr>
        <w:t xml:space="preserve">[01:38] </w:t>
      </w:r>
      <w:r>
        <w:t>political system, social system, legal system, aur is ko hum zameen par implement karein, yahi Islam ka nishana</w:t>
      </w:r>
    </w:p>
    <w:p>
      <w:pPr>
        <w:jc w:val="right"/>
      </w:pPr>
      <w:r>
        <w:t>پولیٹیکل سسٹم، سوشل سسٹم، لیگل سسٹم، اور اس کو ہم زمین پر امپلیمنٹ کریں، یہی اسلام کا نشانہ</w:t>
      </w:r>
    </w:p>
    <w:p>
      <w:r>
        <w:rPr>
          <w:b/>
        </w:rPr>
        <w:t xml:space="preserve">[01:46] </w:t>
      </w:r>
      <w:r>
        <w:t>hai. to main is ko galat samajhta hoon.</w:t>
      </w:r>
    </w:p>
    <w:p>
      <w:pPr>
        <w:jc w:val="right"/>
      </w:pPr>
      <w:r>
        <w:t>ہے۔ تو میں اس کو غلط سمجھتا ہوں۔</w:t>
      </w:r>
    </w:p>
    <w:p>
      <w:r>
        <w:rPr>
          <w:b/>
        </w:rPr>
        <w:t xml:space="preserve">[01:50] </w:t>
      </w:r>
      <w:r>
        <w:t>un ki kuch kitabein hain jis mein unhon ne apne is interpretation ko sabit karne ki koshish ki</w:t>
      </w:r>
    </w:p>
    <w:p>
      <w:pPr>
        <w:jc w:val="right"/>
      </w:pPr>
      <w:r>
        <w:t>ان کی کچھ کتابیں ہیں جس میں انہوں نے اپنے اس انٹرپریٹیشن کو ثابت کرنے کی کوشش کی</w:t>
      </w:r>
    </w:p>
    <w:p>
      <w:r>
        <w:rPr>
          <w:b/>
        </w:rPr>
        <w:t xml:space="preserve">[01:56] </w:t>
      </w:r>
      <w:r>
        <w:t>hai, maslan aik kitab hai "Quran ki chaar bunyadi istilahaat".</w:t>
      </w:r>
    </w:p>
    <w:p>
      <w:pPr>
        <w:jc w:val="right"/>
      </w:pPr>
      <w:r>
        <w:t>ہے، مثلاً ایک کتاب ہے "قرآن کی چار بنیادی اصطلاحیں"۔</w:t>
      </w:r>
    </w:p>
    <w:p>
      <w:r>
        <w:rPr>
          <w:b/>
        </w:rPr>
        <w:t xml:space="preserve">[02:02] </w:t>
      </w:r>
      <w:r>
        <w:t>un kitabon ka maine bohat tafseel se tajziya kiya hai, aur yeh dikhaya hai ke un ke</w:t>
      </w:r>
    </w:p>
    <w:p>
      <w:pPr>
        <w:jc w:val="right"/>
      </w:pPr>
      <w:r>
        <w:t>ان کتابوں کا میں نے بہت تفصیل سے تجزیہ کیا ہے، اور یہ دکھایا ہے کہ ان کے</w:t>
      </w:r>
    </w:p>
    <w:p>
      <w:r>
        <w:rPr>
          <w:b/>
        </w:rPr>
        <w:t xml:space="preserve">[02:07] </w:t>
      </w:r>
      <w:r>
        <w:t>saare arguments jo hain galat hain, lughat se aur doosre jo relevant data hai us se sabit nahi</w:t>
      </w:r>
    </w:p>
    <w:p>
      <w:pPr>
        <w:jc w:val="right"/>
      </w:pPr>
      <w:r>
        <w:t>سارے آرگومنٹ جو ہیں غلط ہیں، لغت سے اور دوسرے جو ریلیونٹ ڈیٹا ہے اس سے ثابت نہیں</w:t>
      </w:r>
    </w:p>
    <w:p>
      <w:r>
        <w:rPr>
          <w:b/>
        </w:rPr>
        <w:t xml:space="preserve">[02:15] </w:t>
      </w:r>
      <w:r>
        <w:t>hote. to mera yaqeen hai ke Islam ka nishana political system ko raafiz karna nahi hai, balkay yani</w:t>
      </w:r>
    </w:p>
    <w:p>
      <w:pPr>
        <w:jc w:val="right"/>
      </w:pPr>
      <w:r>
        <w:t>ہوتے۔ تو میرا یقین ہے کہ اسلام کا نشانہ پولیٹیکل سسٹم کو رافض کرنا نہیں ہے، بلکہ یعنی</w:t>
      </w:r>
    </w:p>
    <w:p>
      <w:r>
        <w:rPr>
          <w:b/>
        </w:rPr>
        <w:t xml:space="preserve">[02:24] </w:t>
      </w:r>
      <w:r>
        <w:t>Islam ka nishana Islam sirf state nahi hai, Islam sirf man hai.</w:t>
      </w:r>
    </w:p>
    <w:p>
      <w:pPr>
        <w:jc w:val="right"/>
      </w:pPr>
      <w:r>
        <w:t>اسلام کا نشانہ اسلام صرف اسٹیٹ نہیں ہے، اسلام صرف مین ہے۔</w:t>
      </w:r>
    </w:p>
    <w:p>
      <w:r>
        <w:rPr>
          <w:b/>
        </w:rPr>
        <w:t xml:space="preserve">[02:30] </w:t>
      </w:r>
      <w:r>
        <w:t>basic jo baat hai woh yahi hai ke Islam ka nishana</w:t>
      </w:r>
    </w:p>
    <w:p>
      <w:pPr>
        <w:jc w:val="right"/>
      </w:pPr>
      <w:r>
        <w:t>بیسک جو بات ہے وہ یہی ہے کہ اسلام کا نشانہ</w:t>
      </w:r>
    </w:p>
    <w:p>
      <w:r>
        <w:rPr>
          <w:b/>
        </w:rPr>
        <w:t xml:space="preserve">[02:35] </w:t>
      </w:r>
      <w:r>
        <w:t>Islam sirf state nahi hai, balkay Islam sirf man hai.</w:t>
      </w:r>
    </w:p>
    <w:p>
      <w:pPr>
        <w:jc w:val="right"/>
      </w:pPr>
      <w:r>
        <w:t>اسلام صرف اسٹیٹ نہیں ہے، بلکہ اسلام صرف مین ہے۔</w:t>
      </w:r>
    </w:p>
    <w:p>
      <w:r>
        <w:rPr>
          <w:b/>
        </w:rPr>
        <w:t xml:space="preserve">[02:39] </w:t>
      </w:r>
      <w:r>
        <w:t>jaise iqamat-e-deen ka lafz jo Quran majeed mein hai, us ko lete hain woh isi maani mein,</w:t>
      </w:r>
    </w:p>
    <w:p>
      <w:pPr>
        <w:jc w:val="right"/>
      </w:pPr>
      <w:r>
        <w:t>جیسے اقامت الدین کا لفظ جو قرآن مجید میں ہے، اس کو لیتے ہیں وہ اسی معنی میں،</w:t>
      </w:r>
    </w:p>
    <w:p>
      <w:r>
        <w:rPr>
          <w:b/>
        </w:rPr>
        <w:t xml:space="preserve">[02:44] </w:t>
      </w:r>
      <w:r>
        <w:t>Islam sirf state ke maani mein.</w:t>
      </w:r>
    </w:p>
    <w:p>
      <w:pPr>
        <w:jc w:val="right"/>
      </w:pPr>
      <w:r>
        <w:t>اسلام صرف اسٹیٹ کے معنی میں۔</w:t>
      </w:r>
    </w:p>
    <w:p>
      <w:r>
        <w:rPr>
          <w:b/>
        </w:rPr>
        <w:t xml:space="preserve">[02:46] </w:t>
      </w:r>
      <w:r>
        <w:t>lekin us ko main</w:t>
      </w:r>
    </w:p>
    <w:p>
      <w:pPr>
        <w:jc w:val="right"/>
      </w:pPr>
      <w:r>
        <w:t>لیکن اس کو میں</w:t>
      </w:r>
    </w:p>
    <w:p>
      <w:r>
        <w:rPr>
          <w:b/>
        </w:rPr>
        <w:t xml:space="preserve">[02:48] </w:t>
      </w:r>
      <w:r>
        <w:t>bilkul galat samajhta hoon, yeh is ka yeh matlab har giz nahi hai.</w:t>
      </w:r>
    </w:p>
    <w:p>
      <w:pPr>
        <w:jc w:val="right"/>
      </w:pPr>
      <w:r>
        <w:t>بالکل غلط سمجھتا ہوں، یہ اس کا یہ مطلب ہرگز نہیں ہے۔</w:t>
      </w:r>
    </w:p>
    <w:p>
      <w:r>
        <w:rPr>
          <w:b/>
        </w:rPr>
        <w:t xml:space="preserve">[02:53] </w:t>
      </w:r>
      <w:r>
        <w:t>is ka matlab wahi hai jis ko main kehta hoon islam sirf men.</w:t>
      </w:r>
    </w:p>
    <w:p>
      <w:pPr>
        <w:jc w:val="right"/>
      </w:pPr>
      <w:r>
        <w:t>اس کا مطلب وہی ہے جس کو میں کہتا ہوں اسلام صرف مین۔</w:t>
      </w:r>
    </w:p>
    <w:p>
      <w:r>
        <w:rPr>
          <w:b/>
        </w:rPr>
        <w:t xml:space="preserve">[02:56] </w:t>
      </w:r>
      <w:r>
        <w:t>yani aadmi ke dil mein, dimagh mein, is ki behavior mein change aana, apni zindagi mein Allah ke</w:t>
      </w:r>
    </w:p>
    <w:p>
      <w:pPr>
        <w:jc w:val="right"/>
      </w:pPr>
      <w:r>
        <w:t>یعنی آدمی کے دل میں، دماغ میں، اس کی بیہیویئر میں چینج آنا، اپنی زندگی میں اللہ کے</w:t>
      </w:r>
    </w:p>
    <w:p>
      <w:r>
        <w:rPr>
          <w:b/>
        </w:rPr>
        <w:t xml:space="preserve">[03:03] </w:t>
      </w:r>
      <w:r>
        <w:t>deen ko follow karna, apni soch ko badalna, apne mizaj ko badalna, apni behavior ko badalna, apni dealing</w:t>
      </w:r>
    </w:p>
    <w:p>
      <w:pPr>
        <w:jc w:val="right"/>
      </w:pPr>
      <w:r>
        <w:t>دین کو فالو کرنا، اپنی سوچ کو بدلنا، اپنے مزاج کو بدلنا، اپنی بیہیویئر کو بدلنا، اپنی ڈیلنگ</w:t>
      </w:r>
    </w:p>
    <w:p>
      <w:r>
        <w:rPr>
          <w:b/>
        </w:rPr>
        <w:t xml:space="preserve">[03:12] </w:t>
      </w:r>
      <w:r>
        <w:t>ko badalna, yeh matlab hai iqamat-e-deen ka.</w:t>
      </w:r>
    </w:p>
    <w:p>
      <w:pPr>
        <w:jc w:val="right"/>
      </w:pPr>
      <w:r>
        <w:t>کو بدلنا، یہ مطلب ہے اقامت الدین کا۔</w:t>
      </w:r>
    </w:p>
    <w:p>
      <w:r>
        <w:rPr>
          <w:b/>
        </w:rPr>
        <w:t xml:space="preserve">[03:16] </w:t>
      </w:r>
      <w:r>
        <w:t>lekin unhon ne iqamat-e-deen ko aisa bana diya hai ke is ko political system ko badalna ya</w:t>
      </w:r>
    </w:p>
    <w:p>
      <w:pPr>
        <w:jc w:val="right"/>
      </w:pPr>
      <w:r>
        <w:t>لیکن انہوں نے اقامت الدین کو ایسا بنا دیا ہے کہ اس کو پولیٹیکل سسٹم کو بدلنا یا</w:t>
      </w:r>
    </w:p>
    <w:p>
      <w:r>
        <w:rPr>
          <w:b/>
        </w:rPr>
        <w:t xml:space="preserve">[03:21] </w:t>
      </w:r>
      <w:r>
        <w:t>is se murad hai, halanke yeh bilkul galat hai.</w:t>
      </w:r>
    </w:p>
    <w:p>
      <w:pPr>
        <w:jc w:val="right"/>
      </w:pPr>
      <w:r>
        <w:t>اس سے مراد ہے، حالانکہ یہ بالکل غلط ہے۔</w:t>
      </w:r>
    </w:p>
    <w:p>
      <w:r>
        <w:rPr>
          <w:b/>
        </w:rPr>
        <w:t xml:space="preserve">[03:25] </w:t>
      </w:r>
      <w:r>
        <w:t>main ne dikhaya hai ke jitni bhi tafaseer hain, kisi ek tafseer mein bhi woh matlab nahi bataya</w:t>
      </w:r>
    </w:p>
    <w:p>
      <w:pPr>
        <w:jc w:val="right"/>
      </w:pPr>
      <w:r>
        <w:t>میں نے دکھایا ہے کہ جتنی بھی تفسیریں ہیں، کسی ایک تفسیر میں بھی وہ مطلب نہیں بتایا</w:t>
      </w:r>
    </w:p>
    <w:p>
      <w:r>
        <w:rPr>
          <w:b/>
        </w:rPr>
        <w:t xml:space="preserve">[03:32] </w:t>
      </w:r>
      <w:r>
        <w:t>gaya hai jo Maulana Abdullah Maududi sahib ne liya hai.</w:t>
      </w:r>
    </w:p>
    <w:p>
      <w:pPr>
        <w:jc w:val="right"/>
      </w:pPr>
      <w:r>
        <w:t>گیا ہے جو مولانا عبداللہ مودودی صاحب نے لیا ہے۔</w:t>
      </w:r>
    </w:p>
    <w:p>
      <w:r>
        <w:rPr>
          <w:b/>
        </w:rPr>
        <w:t xml:space="preserve">[03:36] </w:t>
      </w:r>
      <w:r>
        <w:t>koi ek bhi tafseer aisi nahi.</w:t>
      </w:r>
    </w:p>
    <w:p>
      <w:pPr>
        <w:jc w:val="right"/>
      </w:pPr>
      <w:r>
        <w:t>کوئی ایک بھی تفسیر ایسی نہیں۔</w:t>
      </w:r>
    </w:p>
    <w:p>
      <w:r>
        <w:rPr>
          <w:b/>
        </w:rPr>
        <w:t xml:space="preserve">[03:38] </w:t>
      </w:r>
      <w:r>
        <w:t>main ne sari tafaseer ke hawale diye hain.</w:t>
      </w:r>
    </w:p>
    <w:p>
      <w:pPr>
        <w:jc w:val="right"/>
      </w:pPr>
      <w:r>
        <w:t>میں نے ساری تفسیروں کے حوالے دیے ہیں۔</w:t>
      </w:r>
    </w:p>
    <w:p>
      <w:r>
        <w:rPr>
          <w:b/>
        </w:rPr>
        <w:t xml:space="preserve">[03:42] </w:t>
      </w:r>
      <w:r>
        <w:t>to ek to main ne lughat se aur context se bataya hai ke iqamat-e-deen ka yeh matlab</w:t>
      </w:r>
    </w:p>
    <w:p>
      <w:pPr>
        <w:jc w:val="right"/>
      </w:pPr>
      <w:r>
        <w:t>تو ایک تو میں نے لغت سے اور کنٹیکسٹ سے بتایا ہے کہ اقامت الدین کا یہ مطلب</w:t>
      </w:r>
    </w:p>
    <w:p>
      <w:r>
        <w:rPr>
          <w:b/>
        </w:rPr>
        <w:t xml:space="preserve">[03:48] </w:t>
      </w:r>
      <w:r>
        <w:t>hargiz nahi hai.</w:t>
      </w:r>
    </w:p>
    <w:p>
      <w:pPr>
        <w:jc w:val="right"/>
      </w:pPr>
      <w:r>
        <w:t>ہرگز نہیں ہے۔</w:t>
      </w:r>
    </w:p>
    <w:p>
      <w:r>
        <w:rPr>
          <w:b/>
        </w:rPr>
        <w:t xml:space="preserve">[03:49] </w:t>
      </w:r>
      <w:r>
        <w:t>aur doosre tamam tafaseer ko main ne quote kar ke bataya hai ke woh bilkul innovation hai, bidat</w:t>
      </w:r>
    </w:p>
    <w:p>
      <w:pPr>
        <w:jc w:val="right"/>
      </w:pPr>
      <w:r>
        <w:t>اور دوسرے تمام تفسیروں کو میں نے کوٹ کر کے بتایا ہے کہ وہ بالکل انویشن ہے، بدعت</w:t>
      </w:r>
    </w:p>
    <w:p>
      <w:r>
        <w:rPr>
          <w:b/>
        </w:rPr>
        <w:t xml:space="preserve">[03:56] </w:t>
      </w:r>
      <w:r>
        <w:t>hai. Kisi ne bhi in ayaton ka yeh mafhoom nahi liya hai.</w:t>
      </w:r>
    </w:p>
    <w:p>
      <w:pPr>
        <w:jc w:val="right"/>
      </w:pPr>
      <w:r>
        <w:t>ہے۔ کسی نے بھی ان آیتوں کا یہ مفہوم نہیں لیا ہے۔</w:t>
      </w:r>
    </w:p>
    <w:p>
      <w:r>
        <w:rPr>
          <w:b/>
        </w:rPr>
        <w:t xml:space="preserve">[04:01] </w:t>
      </w:r>
      <w:r>
        <w:t>to mera basic jo ikhtilaf hai, is ko ek lafz mein yahi kahunga ke Maulana Maududi ne</w:t>
      </w:r>
    </w:p>
    <w:p>
      <w:pPr>
        <w:jc w:val="right"/>
      </w:pPr>
      <w:r>
        <w:t>تو میرا بیسک جو اختلاف ہے، اس کو ایک لفظ میں یہی کہوں گا کہ مولانا مودودی نے</w:t>
      </w:r>
    </w:p>
    <w:p>
      <w:r>
        <w:rPr>
          <w:b/>
        </w:rPr>
        <w:t xml:space="preserve">[04:07] </w:t>
      </w:r>
      <w:r>
        <w:t>Quran aur hadith ko is tarah pesh kiya hai ke Islam sirf state nishana ban jata hai musalman</w:t>
      </w:r>
    </w:p>
    <w:p>
      <w:pPr>
        <w:jc w:val="right"/>
      </w:pPr>
      <w:r>
        <w:t>قرآن اور حدیث کو اس طرح پیش کیا ہے کہ اسلام صرف اسٹیٹ نشانہ بن جاتا ہے مسلمان</w:t>
      </w:r>
    </w:p>
    <w:p>
      <w:r>
        <w:rPr>
          <w:b/>
        </w:rPr>
        <w:t xml:space="preserve">[04:13] </w:t>
      </w:r>
      <w:r>
        <w:t>ka. Jabke mere nazdeek sahi nishana jo hai Islam sirf men hai, yani apne aap ko badalna.</w:t>
      </w:r>
    </w:p>
    <w:p>
      <w:pPr>
        <w:jc w:val="right"/>
      </w:pPr>
      <w:r>
        <w:t>کا۔ جبکہ میرے نزدیک صحیح نشانہ جو ہے اسلام صرف مین ہے، یعنی اپنے آپ کو بدلنا۔</w:t>
      </w:r>
    </w:p>
    <w:p>
      <w:r>
        <w:rPr>
          <w:b/>
        </w:rPr>
        <w:t xml:space="preserve">[04:22] </w:t>
      </w:r>
      <w:r>
        <w:t>Maulana sahib, aap hamein yeh bata sakte hain ke Maulana Maududi ki jo interpretation hai Islam ki, woh kahin hamare classical text mein maujood hai? Agar nahi to woh hamein us ki roots kahan pe milti hain?</w:t>
      </w:r>
    </w:p>
    <w:p>
      <w:pPr>
        <w:jc w:val="right"/>
      </w:pPr>
      <w:r>
        <w:t>مولانا صاحب، آپ ہمیں یہ بتا سکتے ہیں کہ مولانا مودودی کی جو انٹرپریٹیشن ہے اسلام کی، وہ کہیں ہمارے کلاسیکل ٹیکسٹ میں موجود ہے؟ اگر نہیں تو وہ ہمیں اس کی روٹس کہاں پہ ملتی ہیں؟</w:t>
      </w:r>
    </w:p>
    <w:p>
      <w:r>
        <w:rPr>
          <w:b/>
        </w:rPr>
        <w:t xml:space="preserve">[04:32] </w:t>
      </w:r>
      <w:r>
        <w:t>dekhen, main ne bohat kaafi padha hai.</w:t>
      </w:r>
    </w:p>
    <w:p>
      <w:pPr>
        <w:jc w:val="right"/>
      </w:pPr>
      <w:r>
        <w:t>دیکھیں، میں نے بہت کافی پڑھا ہے۔</w:t>
      </w:r>
    </w:p>
    <w:p>
      <w:r>
        <w:rPr>
          <w:b/>
        </w:rPr>
        <w:t xml:space="preserve">[04:35] </w:t>
      </w:r>
      <w:r>
        <w:t>mere janne mein koi ek bhi book aisi nahi hai jis mein is ko,</w:t>
      </w:r>
    </w:p>
    <w:p>
      <w:pPr>
        <w:jc w:val="right"/>
      </w:pPr>
      <w:r>
        <w:t>میرے جاننے میں کوئی ایک بھی بک ایسی نہیں ہے جس میں اس کو،</w:t>
      </w:r>
    </w:p>
    <w:p>
      <w:r>
        <w:rPr>
          <w:b/>
        </w:rPr>
        <w:t xml:space="preserve">[04:44] </w:t>
      </w:r>
      <w:r>
        <w:t>jis mein is ka, yani is ko is tarah se interpret kiya gaya ho Islam ko.</w:t>
      </w:r>
    </w:p>
    <w:p>
      <w:pPr>
        <w:jc w:val="right"/>
      </w:pPr>
      <w:r>
        <w:t>جس میں اس کا، یعنی اس کو اس طرح سے انٹرپریٹ کیا گیا ہو اسلام کو۔</w:t>
      </w:r>
    </w:p>
    <w:p>
      <w:r>
        <w:rPr>
          <w:b/>
        </w:rPr>
        <w:t xml:space="preserve">[04:50] </w:t>
      </w:r>
      <w:r>
        <w:t>is zamane mein sirf do aadmiyon ne aisa kiya hai, Arab ke Syed Qutb aur Indian sub sub</w:t>
      </w:r>
    </w:p>
    <w:p>
      <w:pPr>
        <w:jc w:val="right"/>
      </w:pPr>
      <w:r>
        <w:t>اس زمانے میں صرف دو آدمیوں نے ایسا کیا ہے، عرب کے سید قطب اور انڈین سب سب</w:t>
      </w:r>
    </w:p>
    <w:p>
      <w:r>
        <w:rPr>
          <w:b/>
        </w:rPr>
        <w:t xml:space="preserve">[04:57] </w:t>
      </w:r>
      <w:r>
        <w:t>continents of continent ke Maulana Maududi.</w:t>
      </w:r>
    </w:p>
    <w:p>
      <w:pPr>
        <w:jc w:val="right"/>
      </w:pPr>
      <w:r>
        <w:t>کنٹینینٹس آف کانٹیننٹ کے مولانا مودودی۔</w:t>
      </w:r>
    </w:p>
    <w:p>
      <w:r>
        <w:rPr>
          <w:b/>
        </w:rPr>
        <w:t xml:space="preserve">[05:00] </w:t>
      </w:r>
      <w:r>
        <w:t>bas. Koi bhi history mein, mujhe teesra aadmi nahi maloom jis ne Islam ko political andaaz mein interpret</w:t>
      </w:r>
    </w:p>
    <w:p>
      <w:pPr>
        <w:jc w:val="right"/>
      </w:pPr>
      <w:r>
        <w:t>بس۔ کوئی بھی ہسٹری میں، مجھے تیسرا آدمی نہیں معلوم جس نے اسلام کو پولیٹیکل انداز میں انٹرپریٹ</w:t>
      </w:r>
    </w:p>
    <w:p>
      <w:r>
        <w:rPr>
          <w:b/>
        </w:rPr>
        <w:t xml:space="preserve">[05:08] </w:t>
      </w:r>
      <w:r>
        <w:t>kiya ho. Jo hawale diye jate hain, woh hawale sab, yani galat hote hain, out of context hote</w:t>
      </w:r>
    </w:p>
    <w:p>
      <w:pPr>
        <w:jc w:val="right"/>
      </w:pPr>
      <w:r>
        <w:t>کیا ہو۔ جو حوالے دیے جاتے ہیں، وہ حوالے سب، یعنی غلط ہوتے ہیں، آؤٹ آف کنٹیکسٹ ہوتے</w:t>
      </w:r>
    </w:p>
    <w:p>
      <w:r>
        <w:rPr>
          <w:b/>
        </w:rPr>
        <w:t xml:space="preserve">[05:15] </w:t>
      </w:r>
      <w:r>
        <w:t>hain, matlab kuch ka kuch nikal aata hai.</w:t>
      </w:r>
    </w:p>
    <w:p>
      <w:pPr>
        <w:jc w:val="right"/>
      </w:pPr>
      <w:r>
        <w:t>ہیں، مطلب کچھ کا کچھ نکل آتا ہے۔</w:t>
      </w:r>
    </w:p>
    <w:p>
      <w:r>
        <w:rPr>
          <w:b/>
        </w:rPr>
        <w:t xml:space="preserve">[05:18] </w:t>
      </w:r>
      <w:r>
        <w:t>koi bhi, ek bhi koi aisa reference nahi hai, na koi aisi kitab hai jo waqeatan in logon</w:t>
      </w:r>
    </w:p>
    <w:p>
      <w:pPr>
        <w:jc w:val="right"/>
      </w:pPr>
      <w:r>
        <w:t>کوئی بھی، ایک بھی کوئی ایسا ریفرنس نہیں ہے، نہ کوئی ایسی کتاب ہے جو واقعتاً ان لوگوں</w:t>
      </w:r>
    </w:p>
    <w:p>
      <w:r>
        <w:rPr>
          <w:b/>
        </w:rPr>
        <w:t xml:space="preserve">[05:26] </w:t>
      </w:r>
      <w:r>
        <w:t>ke nazariye ki tasdeeq karti ho.</w:t>
      </w:r>
    </w:p>
    <w:p>
      <w:pPr>
        <w:jc w:val="right"/>
      </w:pPr>
      <w:r>
        <w:t>کے نظریے کی تصدیق کرتی ہو۔</w:t>
      </w:r>
    </w:p>
    <w:p>
      <w:r>
        <w:rPr>
          <w:b/>
        </w:rPr>
        <w:t xml:space="preserve">[05:28] </w:t>
      </w:r>
      <w:r>
        <w:t>koi ek bhi nahi.</w:t>
      </w:r>
    </w:p>
    <w:p>
      <w:pPr>
        <w:jc w:val="right"/>
      </w:pPr>
      <w:r>
        <w:t>کوئی ایک بھی نہیں۔</w:t>
      </w:r>
    </w:p>
    <w:p>
      <w:r>
        <w:rPr>
          <w:b/>
        </w:rPr>
        <w:t xml:space="preserve">[05:31] </w:t>
      </w:r>
      <w:r>
        <w:t>jo bhi in ka false argument hota hai, false reference hota hai, to false argument de kar ke</w:t>
      </w:r>
    </w:p>
    <w:p>
      <w:pPr>
        <w:jc w:val="right"/>
      </w:pPr>
      <w:r>
        <w:t>جو بھی ان کا فالس آرگومنٹ ہوتا ہے، فالس ریفرنس ہوتا ہے، تو فالس آرگومنٹ دے کر کے</w:t>
      </w:r>
    </w:p>
    <w:p>
      <w:r>
        <w:rPr>
          <w:b/>
        </w:rPr>
        <w:t xml:space="preserve">[05:38] </w:t>
      </w:r>
      <w:r>
        <w:t>to aap koi baat sabit kar sakte hain.</w:t>
      </w:r>
    </w:p>
    <w:p>
      <w:pPr>
        <w:jc w:val="right"/>
      </w:pPr>
      <w:r>
        <w:t>تو آپ کوئی بات ثابت کر سکتے ہیں۔</w:t>
      </w:r>
    </w:p>
    <w:p>
      <w:r>
        <w:rPr>
          <w:b/>
        </w:rPr>
        <w:t xml:space="preserve">[05:40] </w:t>
      </w:r>
      <w:r>
        <w:t>dekhein, orientalist log jo hain, woh bohat aisa karte hain ke kahin kahin ki baat kahin jorte hain.</w:t>
      </w:r>
    </w:p>
    <w:p>
      <w:pPr>
        <w:jc w:val="right"/>
      </w:pPr>
      <w:r>
        <w:t>دیکھیں، اورینٹلسٹ لوگ جو ہیں، وہ بہت ایسا کرتے ہیں کہ کہیں کہیں کی بات کہیں جوڑتے ہیں۔</w:t>
      </w:r>
    </w:p>
    <w:p>
      <w:r>
        <w:rPr>
          <w:b/>
        </w:rPr>
        <w:t xml:space="preserve">[05:46] </w:t>
      </w:r>
      <w:r>
        <w:t>to maine tajziya kar ke bataya hai, doosre hawale bhi diye hain, ke maazi mein koi ek</w:t>
      </w:r>
    </w:p>
    <w:p>
      <w:pPr>
        <w:jc w:val="right"/>
      </w:pPr>
      <w:r>
        <w:t>تو میں نے تجزیہ کر کے بتایا ہے، دوسرے حوالے بھی دیے ہیں، کہ ماضی میں کوئی ایک</w:t>
      </w:r>
    </w:p>
    <w:p>
      <w:r>
        <w:rPr>
          <w:b/>
        </w:rPr>
        <w:t xml:space="preserve">[05:53] </w:t>
      </w:r>
      <w:r>
        <w:t>bhi aisa, yaani author nahi hai, koi aisa Islamic scholar nahi hai jis ne woh baat kahi ho</w:t>
      </w:r>
    </w:p>
    <w:p>
      <w:pPr>
        <w:jc w:val="right"/>
      </w:pPr>
      <w:r>
        <w:t>بھی ایسا، یعنی آتھر نہیں ہے، کوئی ایسا اسلامک اسکالر نہیں ہے جس نے وہ بات کہی ہو</w:t>
      </w:r>
    </w:p>
    <w:p>
      <w:r>
        <w:rPr>
          <w:b/>
        </w:rPr>
        <w:t xml:space="preserve">[06:02] </w:t>
      </w:r>
      <w:r>
        <w:t>jo Syed Qutb sahib aur Maulana Maududi sahib kehte hain.</w:t>
      </w:r>
    </w:p>
    <w:p>
      <w:pPr>
        <w:jc w:val="right"/>
      </w:pPr>
      <w:r>
        <w:t>جو سید قطب صاحب اور مولانا مودودی صاحب کہتے ہیں۔</w:t>
      </w:r>
    </w:p>
    <w:p>
      <w:r>
        <w:rPr>
          <w:b/>
        </w:rPr>
        <w:t xml:space="preserve">[06:07] </w:t>
      </w:r>
      <w:r>
        <w:t>meri kitab mein jo hai, sirf tabai ghalati nahi, balke aur kitabon mein maine is ko wazeh</w:t>
      </w:r>
    </w:p>
    <w:p>
      <w:pPr>
        <w:jc w:val="right"/>
      </w:pPr>
      <w:r>
        <w:t>میری کتاب میں جو ہے، صرف تابعی غلطی نہیں، بلکہ اور کتابوں میں میں نے اس کو واضح</w:t>
      </w:r>
    </w:p>
    <w:p>
      <w:r>
        <w:rPr>
          <w:b/>
        </w:rPr>
        <w:t xml:space="preserve">[06:11] </w:t>
      </w:r>
      <w:r>
        <w:t>kiya hai. Jaise deen ki, jaise deen,</w:t>
      </w:r>
    </w:p>
    <w:p>
      <w:pPr>
        <w:jc w:val="right"/>
      </w:pPr>
      <w:r>
        <w:t>کیا ہے۔ جیسے دین کی، جیسے دین،</w:t>
      </w:r>
    </w:p>
    <w:p>
      <w:r>
        <w:rPr>
          <w:b/>
        </w:rPr>
        <w:t xml:space="preserve">[06:18] </w:t>
      </w:r>
      <w:r>
        <w:t>ek kitab hai "Deen o Shariat"</w:t>
      </w:r>
    </w:p>
    <w:p>
      <w:pPr>
        <w:jc w:val="right"/>
      </w:pPr>
      <w:r>
        <w:t>ایک کتاب ہے "دین و شریعت"</w:t>
      </w:r>
    </w:p>
    <w:p>
      <w:r>
        <w:rPr>
          <w:b/>
        </w:rPr>
        <w:t xml:space="preserve">[06:21] </w:t>
      </w:r>
      <w:r>
        <w:t>aur kitab, kai is tarah ki kitabein hain.</w:t>
      </w:r>
    </w:p>
    <w:p>
      <w:pPr>
        <w:jc w:val="right"/>
      </w:pPr>
      <w:r>
        <w:t>اور کتاب، کئی اس طرح کی کتابیں ہیں۔</w:t>
      </w:r>
    </w:p>
    <w:p>
      <w:r>
        <w:rPr>
          <w:b/>
        </w:rPr>
        <w:t xml:space="preserve">[06:23] </w:t>
      </w:r>
      <w:r>
        <w:t>aur khud meri jo tafsir hai,</w:t>
      </w:r>
    </w:p>
    <w:p>
      <w:pPr>
        <w:jc w:val="right"/>
      </w:pPr>
      <w:r>
        <w:t>اور خود میری جو تفسیر ہے،</w:t>
      </w:r>
    </w:p>
    <w:p>
      <w:r>
        <w:rPr>
          <w:b/>
        </w:rPr>
        <w:t xml:space="preserve">[06:26] </w:t>
      </w:r>
      <w:r>
        <w:t>meri jo tafsir hai "Tazkir ul Quran", is mein bhi bohat tafseel ke sath is nuqte nazar ko main</w:t>
      </w:r>
    </w:p>
    <w:p>
      <w:pPr>
        <w:jc w:val="right"/>
      </w:pPr>
      <w:r>
        <w:t>میری جو تفسیر ہے "تذکر القرآن"، اس میں بھی بہت تفصیل کے ساتھ اس نقطہ نظر کو میں</w:t>
      </w:r>
    </w:p>
    <w:p>
      <w:r>
        <w:rPr>
          <w:b/>
        </w:rPr>
        <w:t xml:space="preserve">[06:31] </w:t>
      </w:r>
      <w:r>
        <w:t>ne wazeh kiya hai, baghair hawale diye hue.</w:t>
      </w:r>
    </w:p>
    <w:p>
      <w:pPr>
        <w:jc w:val="right"/>
      </w:pPr>
      <w:r>
        <w:t>نے واضح کیا ہے، بغیر حوالہ دیے ہوئے۔</w:t>
      </w:r>
    </w:p>
    <w:p>
      <w:r>
        <w:rPr>
          <w:b/>
        </w:rPr>
        <w:t xml:space="preserve">[06:34] </w:t>
      </w:r>
      <w:r>
        <w:t>tafsiron mein is ka lihaaz kiya hai ke main kisi ka hawala na doon, na Syed Qutb sahib</w:t>
      </w:r>
    </w:p>
    <w:p>
      <w:pPr>
        <w:jc w:val="right"/>
      </w:pPr>
      <w:r>
        <w:t>تفسیروں میں اس کا لحاظ کیا ہے کہ میں کسی کا حوالہ نہ دوں، نہ سید قطب صاحب</w:t>
      </w:r>
    </w:p>
    <w:p>
      <w:r>
        <w:rPr>
          <w:b/>
        </w:rPr>
        <w:t xml:space="preserve">[06:39] </w:t>
      </w:r>
      <w:r>
        <w:t>ka, na Maududi sahib ka.</w:t>
      </w:r>
    </w:p>
    <w:p>
      <w:pPr>
        <w:jc w:val="right"/>
      </w:pPr>
      <w:r>
        <w:t>کا، نہ مودودی صاحب کا۔</w:t>
      </w:r>
    </w:p>
    <w:p>
      <w:r>
        <w:rPr>
          <w:b/>
        </w:rPr>
        <w:t xml:space="preserve">[06:41] </w:t>
      </w:r>
      <w:r>
        <w:t>lekin baghair hawale maine</w:t>
      </w:r>
    </w:p>
    <w:p>
      <w:pPr>
        <w:jc w:val="right"/>
      </w:pPr>
      <w:r>
        <w:t>لیکن بغیر حوالہ میں نے</w:t>
      </w:r>
    </w:p>
    <w:p>
      <w:r>
        <w:rPr>
          <w:b/>
        </w:rPr>
        <w:t xml:space="preserve">[06:44] </w:t>
      </w:r>
      <w:r>
        <w:t>yeh baat is mein dikhai hai ke Quran ka jo</w:t>
      </w:r>
    </w:p>
    <w:p>
      <w:pPr>
        <w:jc w:val="right"/>
      </w:pPr>
      <w:r>
        <w:t>یہ بات اس میں دکھائی ہے کہ قرآن کا جو</w:t>
      </w:r>
    </w:p>
    <w:p>
      <w:r>
        <w:rPr>
          <w:b/>
        </w:rPr>
        <w:t xml:space="preserve">[06:49] </w:t>
      </w:r>
      <w:r>
        <w:t>mansha hai, Quran ka jo nishana hai, woh har giz woh nahi hai jo hazraat pesh karte hain.</w:t>
      </w:r>
    </w:p>
    <w:p>
      <w:pPr>
        <w:jc w:val="right"/>
      </w:pPr>
      <w:r>
        <w:t>منشا ہے، قرآن کا جو نشانہ ہے، وہ ہرگز وہ نہیں ہے جو حضرات پیش کرتے ہیں۔</w:t>
      </w:r>
    </w:p>
    <w:p>
      <w:r>
        <w:rPr>
          <w:b/>
        </w:rPr>
        <w:t xml:space="preserve">[06:55] </w:t>
      </w:r>
      <w:r>
        <w:t>yaani, yaani state qaim karna.</w:t>
      </w:r>
    </w:p>
    <w:p>
      <w:pPr>
        <w:jc w:val="right"/>
      </w:pPr>
      <w:r>
        <w:t>یعنی، یعنی اسٹیٹ قائم کرنا۔</w:t>
      </w:r>
    </w:p>
    <w:p>
      <w:r>
        <w:rPr>
          <w:b/>
        </w:rPr>
        <w:t xml:space="preserve">[06:58] </w:t>
      </w:r>
      <w:r>
        <w:t>abhi main Maulana Maududi ka ek mazmoon padh raha tha, Pakistan ka ek pressure hai, "Al Tafsir", is mein,</w:t>
      </w:r>
    </w:p>
    <w:p>
      <w:pPr>
        <w:jc w:val="right"/>
      </w:pPr>
      <w:r>
        <w:t>ابھی میں مولانا مودودی کا ایک مضمون پڑھ رہا تھا، پاکستان کا ایک پریشر ہے، "التفسیر"، اس میں،</w:t>
      </w:r>
    </w:p>
    <w:p>
      <w:r>
        <w:rPr>
          <w:b/>
        </w:rPr>
        <w:t xml:space="preserve">[07:05] </w:t>
      </w:r>
      <w:r>
        <w:t>is mein woh likhte hain ke</w:t>
      </w:r>
    </w:p>
    <w:p>
      <w:pPr>
        <w:jc w:val="right"/>
      </w:pPr>
      <w:r>
        <w:t>اس میں وہ لکھتے ہیں کہ</w:t>
      </w:r>
    </w:p>
    <w:p>
      <w:r>
        <w:rPr>
          <w:b/>
        </w:rPr>
        <w:t xml:space="preserve">[07:08] </w:t>
      </w:r>
      <w:r>
        <w:t>musalman ka yeh kaam hai ke woh Allah ki niyabat mein, Allah ki badshahi duniya mein qaim kare.</w:t>
      </w:r>
    </w:p>
    <w:p>
      <w:pPr>
        <w:jc w:val="right"/>
      </w:pPr>
      <w:r>
        <w:t>مسلمان کا یہ کام ہے کہ وہ اللہ کی نیابت میں، اللہ کی بادشاہی دنیا میں قائم کرے۔</w:t>
      </w:r>
    </w:p>
    <w:p>
      <w:r>
        <w:rPr>
          <w:b/>
        </w:rPr>
        <w:t xml:space="preserve">[07:16] </w:t>
      </w:r>
      <w:r>
        <w:t>yeh bilkul base less baat hai.</w:t>
      </w:r>
    </w:p>
    <w:p>
      <w:pPr>
        <w:jc w:val="right"/>
      </w:pPr>
      <w:r>
        <w:t>یہ بالکل بیس لیس بات ہے۔</w:t>
      </w:r>
    </w:p>
    <w:p>
      <w:r>
        <w:rPr>
          <w:b/>
        </w:rPr>
        <w:t xml:space="preserve">[07:18] </w:t>
      </w:r>
      <w:r>
        <w:t>allah ki niyabat mein, allah ki badshahi dunya mein qaim kare, yeh un ke apne mind ka innovation</w:t>
      </w:r>
    </w:p>
    <w:p>
      <w:pPr>
        <w:jc w:val="right"/>
      </w:pPr>
      <w:r>
        <w:t>اللہ کی نیابت میں، اللہ کی بادشاہی دنیا میں قائم کرے، یہ ان کے اپنے مائنڈ کا انویشن</w:t>
      </w:r>
    </w:p>
    <w:p>
      <w:r>
        <w:rPr>
          <w:b/>
        </w:rPr>
        <w:t xml:space="preserve">[07:23] </w:t>
      </w:r>
      <w:r>
        <w:t>hai, apne mind ki ijad hai.</w:t>
      </w:r>
    </w:p>
    <w:p>
      <w:pPr>
        <w:jc w:val="right"/>
      </w:pPr>
      <w:r>
        <w:t>ہے، اپنے مائنڈ کی ایجاد ہے۔</w:t>
      </w:r>
    </w:p>
    <w:p>
      <w:r>
        <w:rPr>
          <w:b/>
        </w:rPr>
        <w:t xml:space="preserve">[07:26] </w:t>
      </w:r>
      <w:r>
        <w:t>kahin bhi quran o hadith se yeh tasawwur sabit nahi hota.</w:t>
      </w:r>
    </w:p>
    <w:p>
      <w:pPr>
        <w:jc w:val="right"/>
      </w:pPr>
      <w:r>
        <w:t>کہیں بھی قرآن و حدیث سے یہ تصور ثابت نہیں ہوتا۔</w:t>
      </w:r>
    </w:p>
    <w:p>
      <w:r>
        <w:rPr>
          <w:b/>
        </w:rPr>
        <w:t xml:space="preserve">[07:30] </w:t>
      </w:r>
      <w:r>
        <w:t>Maulana sahib, aap ne abhi mention kiya hai apni kitab Ta'abeer ki Ghalati ka. Aap is ko please thoda sa elaborate kar dein.</w:t>
      </w:r>
    </w:p>
    <w:p>
      <w:pPr>
        <w:jc w:val="right"/>
      </w:pPr>
      <w:r>
        <w:t>مولانا صاحب، آپ نے ابھی مینشن کیا ہے اپنی کتاب تعبیر کی غلطی کا۔ آپ اس کو پلیز تھوڑا سا ایلیبریٹ کر دیں۔</w:t>
      </w:r>
    </w:p>
    <w:p>
      <w:r>
        <w:rPr>
          <w:b/>
        </w:rPr>
        <w:t xml:space="preserve">[07:38] </w:t>
      </w:r>
      <w:r>
        <w:t>dekhein, yeh kitab jo hai, is mein bohat tafseel ke sath maulana modudi ke khayalat ka tajziya kiya</w:t>
      </w:r>
    </w:p>
    <w:p>
      <w:pPr>
        <w:jc w:val="right"/>
      </w:pPr>
      <w:r>
        <w:t>دیکھیں، یہ کتاب جو ہے، اس میں بہت تفصیل کے ساتھ مولانا مودودی کے خیالات کا تجزیہ کیا</w:t>
      </w:r>
    </w:p>
    <w:p>
      <w:r>
        <w:rPr>
          <w:b/>
        </w:rPr>
        <w:t xml:space="preserve">[07:45] </w:t>
      </w:r>
      <w:r>
        <w:t>gaya hai. aur is mein aik, aik bara hissa woh bhi hai jis mein maine sare woh</w:t>
      </w:r>
    </w:p>
    <w:p>
      <w:pPr>
        <w:jc w:val="right"/>
      </w:pPr>
      <w:r>
        <w:t>گیا ہے۔ اور اس میں ایک، ایک بڑا حصہ وہ بھی ہے جس میں میں نے سارے وہ</w:t>
      </w:r>
    </w:p>
    <w:p>
      <w:r>
        <w:rPr>
          <w:b/>
        </w:rPr>
        <w:t xml:space="preserve">[07:51] </w:t>
      </w:r>
      <w:r>
        <w:t>ulama jo jamaat islami se wabasta thay, khud maulana modudi sahab, sab se khat o kitabt ki.</w:t>
      </w:r>
    </w:p>
    <w:p>
      <w:pPr>
        <w:jc w:val="right"/>
      </w:pPr>
      <w:r>
        <w:t>علماء جو جماعت اسلامی سے وابستہ تھے، خود مولانا مودودی صاحب، سب سے خط و کتابت کی۔</w:t>
      </w:r>
    </w:p>
    <w:p>
      <w:r>
        <w:rPr>
          <w:b/>
        </w:rPr>
        <w:t xml:space="preserve">[07:58] </w:t>
      </w:r>
      <w:r>
        <w:t>yani do saal se ziyada mein in logon se khat o kitabt karta raha hoon.</w:t>
      </w:r>
    </w:p>
    <w:p>
      <w:pPr>
        <w:jc w:val="right"/>
      </w:pPr>
      <w:r>
        <w:t>یعنی دو سال سے زیادہ میں ان لوگوں سے خط و کتابت کرتا رہا ہوں۔</w:t>
      </w:r>
    </w:p>
    <w:p>
      <w:r>
        <w:rPr>
          <w:b/>
        </w:rPr>
        <w:t xml:space="preserve">[08:02] </w:t>
      </w:r>
      <w:r>
        <w:t>aur un ke khatoot jo hain, woh sab maine shamil kar diye hain.</w:t>
      </w:r>
    </w:p>
    <w:p>
      <w:pPr>
        <w:jc w:val="right"/>
      </w:pPr>
      <w:r>
        <w:t>اور ان کے خطوط جو ہیں، وہ سب میں نے شامل کر دیے ہیں۔</w:t>
      </w:r>
    </w:p>
    <w:p>
      <w:r>
        <w:rPr>
          <w:b/>
        </w:rPr>
        <w:t xml:space="preserve">[08:05] </w:t>
      </w:r>
      <w:r>
        <w:t>aap dekh sakte hain ke is mein kuch bhi woh sabit nahi kar paye.</w:t>
      </w:r>
    </w:p>
    <w:p>
      <w:pPr>
        <w:jc w:val="right"/>
      </w:pPr>
      <w:r>
        <w:t>آپ دیکھ سکتے ہیں کہ اس میں کچھ بھی وہ ثابت نہیں کر پائے۔</w:t>
      </w:r>
    </w:p>
    <w:p>
      <w:r>
        <w:rPr>
          <w:b/>
        </w:rPr>
        <w:t xml:space="preserve">[08:10] </w:t>
      </w:r>
      <w:r>
        <w:t>is mein maine aik taraf to quran aur hadith ke woh hawale jo hain, un ka tajziya</w:t>
      </w:r>
    </w:p>
    <w:p>
      <w:pPr>
        <w:jc w:val="right"/>
      </w:pPr>
      <w:r>
        <w:t>اس میں میں نے ایک طرف تو قرآن اور حدیث کے وہ حوالے جو ہیں، ان کا تجزیہ</w:t>
      </w:r>
    </w:p>
    <w:p>
      <w:r>
        <w:rPr>
          <w:b/>
        </w:rPr>
        <w:t xml:space="preserve">[08:15] </w:t>
      </w:r>
      <w:r>
        <w:t>kiya hai, jin ko le kar woh log sabit karte hain ke islam ka nishana political state qaim</w:t>
      </w:r>
    </w:p>
    <w:p>
      <w:pPr>
        <w:jc w:val="right"/>
      </w:pPr>
      <w:r>
        <w:t>کیا ہے، جن کو لے کر وہ لوگ ثابت کرتے ہیں کہ اسلام کا نشانہ پولیٹیکل اسٹیٹ قائم</w:t>
      </w:r>
    </w:p>
    <w:p>
      <w:r>
        <w:rPr>
          <w:b/>
        </w:rPr>
        <w:t xml:space="preserve">[08:20] </w:t>
      </w:r>
      <w:r>
        <w:t>karna hai. is ka tajziya kar ke bataya hai ke har giz nahi aisa hai.</w:t>
      </w:r>
    </w:p>
    <w:p>
      <w:pPr>
        <w:jc w:val="right"/>
      </w:pPr>
      <w:r>
        <w:t>کرنا ہے۔ اس کا تجزیہ کر کے بتایا ہے کہ ہرگز نہیں ایسا ہے۔</w:t>
      </w:r>
    </w:p>
    <w:p>
      <w:r>
        <w:rPr>
          <w:b/>
        </w:rPr>
        <w:t xml:space="preserve">[08:25] </w:t>
      </w:r>
      <w:r>
        <w:t>aur phir in logon se maine do saal se ziyada muddat tak khat o kitabt karta raha</w:t>
      </w:r>
    </w:p>
    <w:p>
      <w:pPr>
        <w:jc w:val="right"/>
      </w:pPr>
      <w:r>
        <w:t>اور پھر ان لوگوں سے میں نے دو سال سے زیادہ مدت تک خط و کتابت کرتا رہا</w:t>
      </w:r>
    </w:p>
    <w:p>
      <w:r>
        <w:rPr>
          <w:b/>
        </w:rPr>
        <w:t xml:space="preserve">[08:29] </w:t>
      </w:r>
      <w:r>
        <w:t>hoon. lekin aap dekh sakte hain ke is mein koi aik bhi aisi baat woh nahi keh paye</w:t>
      </w:r>
    </w:p>
    <w:p>
      <w:pPr>
        <w:jc w:val="right"/>
      </w:pPr>
      <w:r>
        <w:t>ہوں۔ لیکن آپ دیکھ سکتے ہیں کہ اس میں کوئی ایک بھی ایسی بات وہ نہیں کہہ پائے</w:t>
      </w:r>
    </w:p>
    <w:p>
      <w:r>
        <w:rPr>
          <w:b/>
        </w:rPr>
        <w:t xml:space="preserve">[08:37] </w:t>
      </w:r>
      <w:r>
        <w:t>jis mein woh mere dalail ko kaat kar sakein ya apne nuqte nazar ko sabit kar sakein.</w:t>
      </w:r>
    </w:p>
    <w:p>
      <w:pPr>
        <w:jc w:val="right"/>
      </w:pPr>
      <w:r>
        <w:t>جس میں وہ میرے دلائل کو کاٹ کر سکیں یا اپنے نقطہ نظر کو ثابت کر سکیں۔</w:t>
      </w:r>
    </w:p>
    <w:p>
      <w:r>
        <w:rPr>
          <w:b/>
        </w:rPr>
        <w:t xml:space="preserve">[08:44] </w:t>
      </w:r>
      <w:r>
        <w:t>to yeh sab tafseelat is mein maujood</w:t>
      </w:r>
    </w:p>
    <w:p>
      <w:pPr>
        <w:jc w:val="right"/>
      </w:pPr>
      <w:r>
        <w:t>تو یہ سب تفصیلات اس میں موجود</w:t>
      </w:r>
    </w:p>
    <w:p>
      <w:r>
        <w:rPr>
          <w:b/>
        </w:rPr>
        <w:t xml:space="preserve">[08:46] </w:t>
      </w:r>
      <w:r>
        <w:t>Maulana sahib, aap is ko thoda sa aur elaborate karein ke un ke kaun kaun se dalail hain, un mein se chand dalail ko le kar un ka jawab dijiye.</w:t>
      </w:r>
    </w:p>
    <w:p>
      <w:pPr>
        <w:jc w:val="right"/>
      </w:pPr>
      <w:r>
        <w:t>مولانا صاحب، آپ اس کو تھوڑا سا اور ایلیبریٹ کریں کہ ان کے کون کون سے دلائل ہیں، ان میں سے چند دلائل کو لے کر ان کا جواب دیجیے۔</w:t>
      </w:r>
    </w:p>
    <w:p>
      <w:r>
        <w:rPr>
          <w:b/>
        </w:rPr>
        <w:t xml:space="preserve">[08:57] </w:t>
      </w:r>
      <w:r>
        <w:t>aik dalil un ki to is ayat par mabni hai ke</w:t>
      </w:r>
    </w:p>
    <w:p>
      <w:pPr>
        <w:jc w:val="right"/>
      </w:pPr>
      <w:r>
        <w:t>ایک دلیل ان کی تو اس آیت پر مبنی ہے کہ</w:t>
      </w:r>
    </w:p>
    <w:p>
      <w:r>
        <w:rPr>
          <w:b/>
        </w:rPr>
        <w:t xml:space="preserve">[09:02] </w:t>
      </w:r>
      <w:r>
        <w:t>"aqimuddin wala tafraqu fihi".</w:t>
      </w:r>
    </w:p>
    <w:p>
      <w:pPr>
        <w:jc w:val="right"/>
      </w:pPr>
      <w:r>
        <w:t>"اقیم الدین ولا تفرقوا فیہ"۔</w:t>
      </w:r>
    </w:p>
    <w:p>
      <w:r>
        <w:rPr>
          <w:b/>
        </w:rPr>
        <w:t xml:space="preserve">[09:05] </w:t>
      </w:r>
      <w:r>
        <w:t>is ka tarjuma hai ke deen ko qaim karo.</w:t>
      </w:r>
    </w:p>
    <w:p>
      <w:pPr>
        <w:jc w:val="right"/>
      </w:pPr>
      <w:r>
        <w:t>اس کا ترجمہ ہے کہ دین کو قائم کرو۔</w:t>
      </w:r>
    </w:p>
    <w:p>
      <w:r>
        <w:rPr>
          <w:b/>
        </w:rPr>
        <w:t xml:space="preserve">[09:09] </w:t>
      </w:r>
      <w:r>
        <w:t>lekin isi ayat mein</w:t>
      </w:r>
    </w:p>
    <w:p>
      <w:pPr>
        <w:jc w:val="right"/>
      </w:pPr>
      <w:r>
        <w:t>لیکن اسی آیت میں</w:t>
      </w:r>
    </w:p>
    <w:p>
      <w:r>
        <w:rPr>
          <w:b/>
        </w:rPr>
        <w:t xml:space="preserve">[09:12] </w:t>
      </w:r>
      <w:r>
        <w:t>kai nabiyon ka zikr kar ke bataya gaya hai ke is deen ko jis ko doosre nabiyon ne</w:t>
      </w:r>
    </w:p>
    <w:p>
      <w:pPr>
        <w:jc w:val="right"/>
      </w:pPr>
      <w:r>
        <w:t>کئی نبیوں کا ذکر کر کے بتایا گیا ہے کہ اس دین کو جس کو دوسرے نبیوں نے</w:t>
      </w:r>
    </w:p>
    <w:p>
      <w:r>
        <w:rPr>
          <w:b/>
        </w:rPr>
        <w:t xml:space="preserve">[09:17] </w:t>
      </w:r>
      <w:r>
        <w:t>qaim kiya, isi, isi ayat mein.</w:t>
      </w:r>
    </w:p>
    <w:p>
      <w:pPr>
        <w:jc w:val="right"/>
      </w:pPr>
      <w:r>
        <w:t>قائم کیا، اسی، اسی آیت میں۔</w:t>
      </w:r>
    </w:p>
    <w:p>
      <w:r>
        <w:rPr>
          <w:b/>
        </w:rPr>
        <w:t xml:space="preserve">[09:21] </w:t>
      </w:r>
      <w:r>
        <w:t>to tamam mufassireen yeh likhte hain ke is ayat mein aik mushtarak mafhoom lena parega, aisa mushtarak</w:t>
      </w:r>
    </w:p>
    <w:p>
      <w:pPr>
        <w:jc w:val="right"/>
      </w:pPr>
      <w:r>
        <w:t>تو تمام مفسرین یہ لکھتے ہیں کہ اس آیت میں ایک مشترک مفہوم لینا پڑے گا، ایسا مشترک</w:t>
      </w:r>
    </w:p>
    <w:p>
      <w:r>
        <w:rPr>
          <w:b/>
        </w:rPr>
        <w:t xml:space="preserve">[09:28] </w:t>
      </w:r>
      <w:r>
        <w:t>mafhoom jo sare nabiyon par apply hota ho.</w:t>
      </w:r>
    </w:p>
    <w:p>
      <w:pPr>
        <w:jc w:val="right"/>
      </w:pPr>
      <w:r>
        <w:t>مفہوم جو سارے نبیوں پر اپلائی ہوتا ہو۔</w:t>
      </w:r>
    </w:p>
    <w:p>
      <w:r>
        <w:rPr>
          <w:b/>
        </w:rPr>
        <w:t xml:space="preserve">[09:32] </w:t>
      </w:r>
      <w:r>
        <w:t>to agar aap yeh kahein ke is ayat ka matlab hai political system qaim karna, to kisi bhi</w:t>
      </w:r>
    </w:p>
    <w:p>
      <w:pPr>
        <w:jc w:val="right"/>
      </w:pPr>
      <w:r>
        <w:t>تو اگر آپ یہ کہیں کہ اس آیت کا مطلب ہے پولیٹیکل سسٹم قائم کرنا، تو کسی بھی</w:t>
      </w:r>
    </w:p>
    <w:p>
      <w:r>
        <w:rPr>
          <w:b/>
        </w:rPr>
        <w:t xml:space="preserve">[09:39] </w:t>
      </w:r>
      <w:r>
        <w:t>nabi ne political system qaim nahi kiya, balkeh kisi bhi nabi par political nizam kisi ko nabi ko</w:t>
      </w:r>
    </w:p>
    <w:p>
      <w:pPr>
        <w:jc w:val="right"/>
      </w:pPr>
      <w:r>
        <w:t>نبی نے پولیٹیکل سسٹم قائم نہیں کیا، بلکہ کسی بھی نبی پر پولیٹیکل نظام کسی کو نبی کو</w:t>
      </w:r>
    </w:p>
    <w:p>
      <w:r>
        <w:rPr>
          <w:b/>
        </w:rPr>
        <w:t xml:space="preserve">[09:45] </w:t>
      </w:r>
      <w:r>
        <w:t>bataya bhi nahi gaya.</w:t>
      </w:r>
    </w:p>
    <w:p>
      <w:pPr>
        <w:jc w:val="right"/>
      </w:pPr>
      <w:r>
        <w:t>بتایا بھی نہیں گیا۔</w:t>
      </w:r>
    </w:p>
    <w:p>
      <w:r>
        <w:rPr>
          <w:b/>
        </w:rPr>
        <w:t xml:space="preserve">[09:46] </w:t>
      </w:r>
      <w:r>
        <w:t>to yeh tamam tasveer mufassireen ne likha hai ke is mein woh mafhoom nahi liya ja sakta jo</w:t>
      </w:r>
    </w:p>
    <w:p>
      <w:pPr>
        <w:jc w:val="right"/>
      </w:pPr>
      <w:r>
        <w:t>تو یہ تمام تصویر مفسرین نے لکھا ہے کہ اس میں وہ مفہوم نہیں لیا جا سکتا جو</w:t>
      </w:r>
    </w:p>
    <w:p>
      <w:r>
        <w:rPr>
          <w:b/>
        </w:rPr>
        <w:t xml:space="preserve">[09:53] </w:t>
      </w:r>
      <w:r>
        <w:t>sirf rasool Allah par aap le kar ke aap nikalen aur doosre nabiyon ko hadaf kar dein.</w:t>
      </w:r>
    </w:p>
    <w:p>
      <w:pPr>
        <w:jc w:val="right"/>
      </w:pPr>
      <w:r>
        <w:t>صرف رسول اللہ پر آپ لے کر کے آپ نکالیں اور دوسرے نبیوں کو حذف کر دیں۔</w:t>
      </w:r>
    </w:p>
    <w:p>
      <w:r>
        <w:rPr>
          <w:b/>
        </w:rPr>
        <w:t xml:space="preserve">[10:00] </w:t>
      </w:r>
      <w:r>
        <w:t>to ek yeh hai.</w:t>
      </w:r>
    </w:p>
    <w:p>
      <w:pPr>
        <w:jc w:val="right"/>
      </w:pPr>
      <w:r>
        <w:t>تو ایک یہ ہے۔</w:t>
      </w:r>
    </w:p>
    <w:p>
      <w:r>
        <w:rPr>
          <w:b/>
        </w:rPr>
        <w:t xml:space="preserve">[10:02] </w:t>
      </w:r>
      <w:r>
        <w:t>aise hi dekhiye, unhone kya kiya hai ke Quran mein hai ke</w:t>
      </w:r>
    </w:p>
    <w:p>
      <w:pPr>
        <w:jc w:val="right"/>
      </w:pPr>
      <w:r>
        <w:t>ایسے ہی دیکھیے، انہوں نے کیا کیا ہے کہ قرآن میں ہے کہ</w:t>
      </w:r>
    </w:p>
    <w:p>
      <w:r>
        <w:rPr>
          <w:b/>
        </w:rPr>
        <w:t xml:space="preserve">[10:07] </w:t>
      </w:r>
      <w:r>
        <w:t>Quran mein hai ke woh</w:t>
      </w:r>
    </w:p>
    <w:p>
      <w:pPr>
        <w:jc w:val="right"/>
      </w:pPr>
      <w:r>
        <w:t>قرآن میں ہے کہ وہ</w:t>
      </w:r>
    </w:p>
    <w:p>
      <w:r>
        <w:rPr>
          <w:b/>
        </w:rPr>
        <w:t xml:space="preserve">[10:16] </w:t>
      </w:r>
      <w:r>
        <w:t>"kaano qawwameen bil qist".</w:t>
      </w:r>
    </w:p>
    <w:p>
      <w:pPr>
        <w:jc w:val="right"/>
      </w:pPr>
      <w:r>
        <w:t>"کون قوابین بالقسط"۔</w:t>
      </w:r>
    </w:p>
    <w:p>
      <w:r>
        <w:rPr>
          <w:b/>
        </w:rPr>
        <w:t xml:space="preserve">[10:19] </w:t>
      </w:r>
      <w:r>
        <w:t>"kaano qawwameen bil qist" ke aye musalmano tum qist ke qawwam bano.</w:t>
      </w:r>
    </w:p>
    <w:p>
      <w:pPr>
        <w:jc w:val="right"/>
      </w:pPr>
      <w:r>
        <w:t>"کون قوابین بالقسط" کہ اے مسلمانوں تم قسط کے قوام بنو۔</w:t>
      </w:r>
    </w:p>
    <w:p>
      <w:r>
        <w:rPr>
          <w:b/>
        </w:rPr>
        <w:t xml:space="preserve">[10:27] </w:t>
      </w:r>
      <w:r>
        <w:t>is mein unhone kya kiya hai ke qawwam ka jo lafz hai, woh grammar ke aitbar se</w:t>
      </w:r>
    </w:p>
    <w:p>
      <w:pPr>
        <w:jc w:val="right"/>
      </w:pPr>
      <w:r>
        <w:t>اس میں انہوں نے کیا کیا ہے کہ قوام کا جو لفظ ہے، وہ گرامر کے اعتبار سے</w:t>
      </w:r>
    </w:p>
    <w:p>
      <w:r>
        <w:rPr>
          <w:b/>
        </w:rPr>
        <w:t xml:space="preserve">[10:33] </w:t>
      </w:r>
      <w:r>
        <w:t>yeh mutaddi ka sigha nahi balkeh laazim ka sigha hai.</w:t>
      </w:r>
    </w:p>
    <w:p>
      <w:pPr>
        <w:jc w:val="right"/>
      </w:pPr>
      <w:r>
        <w:t>یہ متعدی کا صیغہ نہیں بلکہ لازم کا صیغہ ہے۔</w:t>
      </w:r>
    </w:p>
    <w:p>
      <w:r>
        <w:rPr>
          <w:b/>
        </w:rPr>
        <w:t xml:space="preserve">[10:36] </w:t>
      </w:r>
      <w:r>
        <w:t>yani is ka matlab yeh hai ke aye musalmano tum khud khoob, khoob adl par qaim ho jao,</w:t>
      </w:r>
    </w:p>
    <w:p>
      <w:pPr>
        <w:jc w:val="right"/>
      </w:pPr>
      <w:r>
        <w:t>یعنی اس کا مطلب یہ ہے کہ اے مسلمانوں تم خود خوب، خوب عدل پر قائم ہو جاؤ،</w:t>
      </w:r>
    </w:p>
    <w:p>
      <w:r>
        <w:rPr>
          <w:b/>
        </w:rPr>
        <w:t xml:space="preserve">[10:44] </w:t>
      </w:r>
      <w:r>
        <w:t>justice par qaim ho jao.</w:t>
      </w:r>
    </w:p>
    <w:p>
      <w:pPr>
        <w:jc w:val="right"/>
      </w:pPr>
      <w:r>
        <w:t>جسٹس پر قائم ہو جاؤ۔</w:t>
      </w:r>
    </w:p>
    <w:p>
      <w:r>
        <w:rPr>
          <w:b/>
        </w:rPr>
        <w:t xml:space="preserve">[10:45] </w:t>
      </w:r>
      <w:r>
        <w:t>lekin is ko unhone kya kiya, mutaddi mani mein le liya ke aye musalmano tum dunya mein</w:t>
      </w:r>
    </w:p>
    <w:p>
      <w:pPr>
        <w:jc w:val="right"/>
      </w:pPr>
      <w:r>
        <w:t>لیکن اس کو انہوں نے کیا کیا، متعدی معنی میں لے لیا کہ اے مسلمانوں تم دنیا میں</w:t>
      </w:r>
    </w:p>
    <w:p>
      <w:r>
        <w:rPr>
          <w:b/>
        </w:rPr>
        <w:t xml:space="preserve">[10:49] </w:t>
      </w:r>
      <w:r>
        <w:t>qist qaim karo.</w:t>
      </w:r>
    </w:p>
    <w:p>
      <w:pPr>
        <w:jc w:val="right"/>
      </w:pPr>
      <w:r>
        <w:t>قسط قائم کرو۔</w:t>
      </w:r>
    </w:p>
    <w:p>
      <w:r>
        <w:rPr>
          <w:b/>
        </w:rPr>
        <w:t xml:space="preserve">[10:51] </w:t>
      </w:r>
      <w:r>
        <w:t>to yeh laazim ko mutaddi kar ke unhone yeh mafhoom nikala hai jo bohat hi zyada galat</w:t>
      </w:r>
    </w:p>
    <w:p>
      <w:pPr>
        <w:jc w:val="right"/>
      </w:pPr>
      <w:r>
        <w:t>تو یہ لازم کو متعدی کر کے انہوں نے یہ مفہوم نکالا ہے جو بہت ہی زیادہ غلط</w:t>
      </w:r>
    </w:p>
    <w:p>
      <w:r>
        <w:rPr>
          <w:b/>
        </w:rPr>
        <w:t xml:space="preserve">[10:55] </w:t>
      </w:r>
      <w:r>
        <w:t>hai. Yani ek hai</w:t>
      </w:r>
    </w:p>
    <w:p>
      <w:pPr>
        <w:jc w:val="right"/>
      </w:pPr>
      <w:r>
        <w:t>ہے۔ یعنی ایک ہے</w:t>
      </w:r>
    </w:p>
    <w:p>
      <w:r>
        <w:rPr>
          <w:b/>
        </w:rPr>
        <w:t xml:space="preserve">[10:58] </w:t>
      </w:r>
      <w:r>
        <w:t>qist ko follow karna, ek hai qist ko dunya mein implement karna.</w:t>
      </w:r>
    </w:p>
    <w:p>
      <w:pPr>
        <w:jc w:val="right"/>
      </w:pPr>
      <w:r>
        <w:t>قسط کو فالو کرنا، ایک ہے قسط کو دنیا میں امپلیمنٹ کرنا۔</w:t>
      </w:r>
    </w:p>
    <w:p>
      <w:r>
        <w:rPr>
          <w:b/>
        </w:rPr>
        <w:t xml:space="preserve">[11:03] </w:t>
      </w:r>
      <w:r>
        <w:t>to is mein yeh baat kahi nahi gayi hai.</w:t>
      </w:r>
    </w:p>
    <w:p>
      <w:pPr>
        <w:jc w:val="right"/>
      </w:pPr>
      <w:r>
        <w:t>تو اس میں یہ بات کہی نہیں گئی ہے۔</w:t>
      </w:r>
    </w:p>
    <w:p>
      <w:r>
        <w:rPr>
          <w:b/>
        </w:rPr>
        <w:t xml:space="preserve">[11:06] </w:t>
      </w:r>
      <w:r>
        <w:t>yeh baat kahi nahi gayi hai.</w:t>
      </w:r>
    </w:p>
    <w:p>
      <w:pPr>
        <w:jc w:val="right"/>
      </w:pPr>
      <w:r>
        <w:t>یہ بات کہی نہیں گئی ہے۔</w:t>
      </w:r>
    </w:p>
    <w:p>
      <w:r>
        <w:rPr>
          <w:b/>
        </w:rPr>
        <w:t xml:space="preserve">[11:08] </w:t>
      </w:r>
      <w:r>
        <w:t>aise hi dekhiye, Firon aur Moosa ka jo qissa hai Quran majeed mein, to</w:t>
      </w:r>
    </w:p>
    <w:p>
      <w:pPr>
        <w:jc w:val="right"/>
      </w:pPr>
      <w:r>
        <w:t>ایسے ہی دیکھیے، فرعون اور موسیٰ کا جو قصہ ہے قرآن مجید میں، تو</w:t>
      </w:r>
    </w:p>
    <w:p>
      <w:r>
        <w:rPr>
          <w:b/>
        </w:rPr>
        <w:t xml:space="preserve">[11:14] </w:t>
      </w:r>
      <w:r>
        <w:t>jab Hazrat Moosa ne apni, apni, apni, apna paigham pesh kiya Firon ke darbar mein, to Firon kehta</w:t>
      </w:r>
    </w:p>
    <w:p>
      <w:pPr>
        <w:jc w:val="right"/>
      </w:pPr>
      <w:r>
        <w:t>جب حضرت موسیٰ نے اپنی، اپنی، اپنی، اپنا پیغام پیش کیا فرعون کے دربار میں، تو فرعون کہتا</w:t>
      </w:r>
    </w:p>
    <w:p>
      <w:r>
        <w:rPr>
          <w:b/>
        </w:rPr>
        <w:t xml:space="preserve">[11:22] </w:t>
      </w:r>
      <w:r>
        <w:t>hai ke "yureedo an yukhrijakum min adlikum" ke Moosa chahte hain ke</w:t>
      </w:r>
    </w:p>
    <w:p>
      <w:pPr>
        <w:jc w:val="right"/>
      </w:pPr>
      <w:r>
        <w:t>ہے کہ "یریدو ان یخرجکم من عدلکم" کہ موسیٰ چاہتے ہیں کہ</w:t>
      </w:r>
    </w:p>
    <w:p>
      <w:r>
        <w:rPr>
          <w:b/>
        </w:rPr>
        <w:t xml:space="preserve">[11:28] </w:t>
      </w:r>
      <w:r>
        <w:t>hum ko, hamari hukoomat ko khatam kar dein aur khud Misr ki hukoomat par qabza kar len.</w:t>
      </w:r>
    </w:p>
    <w:p>
      <w:pPr>
        <w:jc w:val="right"/>
      </w:pPr>
      <w:r>
        <w:t>ہم کو، ہماری حکومت کو ختم کر دیں اور خود مصر کی حکومت پر قبضہ کر لیں۔</w:t>
      </w:r>
    </w:p>
    <w:p>
      <w:r>
        <w:rPr>
          <w:b/>
        </w:rPr>
        <w:t xml:space="preserve">[11:36] </w:t>
      </w:r>
      <w:r>
        <w:t>yeh nikala hai is se.</w:t>
      </w:r>
    </w:p>
    <w:p>
      <w:pPr>
        <w:jc w:val="right"/>
      </w:pPr>
      <w:r>
        <w:t>یہ نکالا ہے اس سے۔</w:t>
      </w:r>
    </w:p>
    <w:p>
      <w:r>
        <w:rPr>
          <w:b/>
        </w:rPr>
        <w:t xml:space="preserve">[11:37] </w:t>
      </w:r>
      <w:r>
        <w:t>lekin yeh bilkul hi galat istadlal hai.</w:t>
      </w:r>
    </w:p>
    <w:p>
      <w:pPr>
        <w:jc w:val="right"/>
      </w:pPr>
      <w:r>
        <w:t>لیکن یہ بالکل ہی غلط استدلال ہے۔</w:t>
      </w:r>
    </w:p>
    <w:p>
      <w:r>
        <w:rPr>
          <w:b/>
        </w:rPr>
        <w:t xml:space="preserve">[11:41] </w:t>
      </w:r>
      <w:r>
        <w:t>kyun? dekhiye, Moosa ka, yani jo Moosa ki jo dawat thi, woh kalam Firon se nahi niklegi,</w:t>
      </w:r>
    </w:p>
    <w:p>
      <w:pPr>
        <w:jc w:val="right"/>
      </w:pPr>
      <w:r>
        <w:t>کیوں؟ دیکھیے، موسیٰ کا، یعنی جو موسیٰ کی جو دعوت تھی، وہ کلام فرعون سے نہیں نکلے گی،</w:t>
      </w:r>
    </w:p>
    <w:p>
      <w:r>
        <w:rPr>
          <w:b/>
        </w:rPr>
        <w:t xml:space="preserve">[11:50] </w:t>
      </w:r>
      <w:r>
        <w:t>woh kalam Moosa se niklegi.</w:t>
      </w:r>
    </w:p>
    <w:p>
      <w:pPr>
        <w:jc w:val="right"/>
      </w:pPr>
      <w:r>
        <w:t>وہ کلام موسیٰ سے نکلے گی۔</w:t>
      </w:r>
    </w:p>
    <w:p>
      <w:r>
        <w:rPr>
          <w:b/>
        </w:rPr>
        <w:t xml:space="preserve">[11:52] </w:t>
      </w:r>
      <w:r>
        <w:t>hazrat Moosa ne to kabhi yeh nahi kaha ke main chahta hoon hukoomat ko qabza karna.</w:t>
      </w:r>
    </w:p>
    <w:p>
      <w:pPr>
        <w:jc w:val="right"/>
      </w:pPr>
      <w:r>
        <w:t>حضرت موسیٰ نے تو کبھی یہ نہیں کہا کہ میں چاہتا ہوں حکومت کو قبضہ کرنا۔</w:t>
      </w:r>
    </w:p>
    <w:p>
      <w:r>
        <w:rPr>
          <w:b/>
        </w:rPr>
        <w:t xml:space="preserve">[11:56] </w:t>
      </w:r>
      <w:r>
        <w:t>doosri baat dekhiye, yeh hai ke Allah taala ne yeh madad farmayi ke</w:t>
      </w:r>
    </w:p>
    <w:p>
      <w:pPr>
        <w:jc w:val="right"/>
      </w:pPr>
      <w:r>
        <w:t>دوسری بات دیکھیے، یہ ہے کہ اللہ تعالیٰ نے یہ مدد فرمائی کہ</w:t>
      </w:r>
    </w:p>
    <w:p>
      <w:r>
        <w:rPr>
          <w:b/>
        </w:rPr>
        <w:t xml:space="preserve">[12:03] </w:t>
      </w:r>
      <w:r>
        <w:t>Firon aur uska lashkar gharaq ho gaya samandar mein.</w:t>
      </w:r>
    </w:p>
    <w:p>
      <w:pPr>
        <w:jc w:val="right"/>
      </w:pPr>
      <w:r>
        <w:t>فرعون اور اس کا لشکر غرق ہو گیا سمندر میں۔</w:t>
      </w:r>
    </w:p>
    <w:p>
      <w:r>
        <w:rPr>
          <w:b/>
        </w:rPr>
        <w:t xml:space="preserve">[12:06] </w:t>
      </w:r>
      <w:r>
        <w:t>to sara Misr jo hai khaali ho gaya Moosa ke liye.</w:t>
      </w:r>
    </w:p>
    <w:p>
      <w:pPr>
        <w:jc w:val="right"/>
      </w:pPr>
      <w:r>
        <w:t>تو سارا مصر جو ہے خالی ہو گیا موسیٰ کے لیے۔</w:t>
      </w:r>
    </w:p>
    <w:p>
      <w:r>
        <w:rPr>
          <w:b/>
        </w:rPr>
        <w:t xml:space="preserve">[12:09] </w:t>
      </w:r>
      <w:r>
        <w:t>to kaisa ajeeb tha Moosa ka tasawwur ke woh Misr chhod kar sar aasman mein chale gaye.</w:t>
      </w:r>
    </w:p>
    <w:p>
      <w:pPr>
        <w:jc w:val="right"/>
      </w:pPr>
      <w:r>
        <w:t>تو کیسا عجیب تھا موسیٰ کا تصور کہ وہ مصر چھوڑ کر سر آسمان میں چلے گئے۔</w:t>
      </w:r>
    </w:p>
    <w:p>
      <w:r>
        <w:rPr>
          <w:b/>
        </w:rPr>
        <w:t xml:space="preserve">[12:15] </w:t>
      </w:r>
      <w:r>
        <w:t>agar Hazrat Moosa ka yeh mission hota ke Misr mein hukoomat qaim karna hai to bahut achha waqt</w:t>
      </w:r>
    </w:p>
    <w:p>
      <w:pPr>
        <w:jc w:val="right"/>
      </w:pPr>
      <w:r>
        <w:t>اگر حضرت موسیٰ کا یہ مشن ہوتا کہ مصر میں حکومت قائم کرنا ہے تو بہت اچھا وقت</w:t>
      </w:r>
    </w:p>
    <w:p>
      <w:r>
        <w:rPr>
          <w:b/>
        </w:rPr>
        <w:t xml:space="preserve">[12:20] </w:t>
      </w:r>
      <w:r>
        <w:t>tha ke ab Firon is ka lashkar gharaq ho chuka hai, ab chalo hum qaim karte hain Misr</w:t>
      </w:r>
    </w:p>
    <w:p>
      <w:pPr>
        <w:jc w:val="right"/>
      </w:pPr>
      <w:r>
        <w:t>تھا کہ اب فرعون اس کا لشکر غرق ہو چکا ہے، اب چلو ہم قائم کرتے ہیں مصر</w:t>
      </w:r>
    </w:p>
    <w:p>
      <w:r>
        <w:rPr>
          <w:b/>
        </w:rPr>
        <w:t xml:space="preserve">[12:26] </w:t>
      </w:r>
      <w:r>
        <w:t>mein Islami hukoomat.</w:t>
      </w:r>
    </w:p>
    <w:p>
      <w:pPr>
        <w:jc w:val="right"/>
      </w:pPr>
      <w:r>
        <w:t>میں اسلامی حکومت۔</w:t>
      </w:r>
    </w:p>
    <w:p>
      <w:r>
        <w:rPr>
          <w:b/>
        </w:rPr>
        <w:t xml:space="preserve">[12:27] </w:t>
      </w:r>
      <w:r>
        <w:t>woh chale gaye sar aasman mein.</w:t>
      </w:r>
    </w:p>
    <w:p>
      <w:pPr>
        <w:jc w:val="right"/>
      </w:pPr>
      <w:r>
        <w:t>وہ چلے گئے سر آسمان میں۔</w:t>
      </w:r>
    </w:p>
    <w:p>
      <w:r>
        <w:rPr>
          <w:b/>
        </w:rPr>
        <w:t xml:space="preserve">[12:29] </w:t>
      </w:r>
      <w:r>
        <w:t>to is qism ke bahut hi, yani in scientific daleelen unhon ne di hain Quran o Hadees se.</w:t>
      </w:r>
    </w:p>
    <w:p>
      <w:pPr>
        <w:jc w:val="right"/>
      </w:pPr>
      <w:r>
        <w:t>تو اس قسم کے بہت ہی، یعنی ان سائنٹیفک دلیلیں انہوں نے دی ہیں قرآن و حدیث سے۔</w:t>
      </w:r>
    </w:p>
    <w:p>
      <w:r>
        <w:rPr>
          <w:b/>
        </w:rPr>
        <w:t xml:space="preserve">[12:35] </w:t>
      </w:r>
      <w:r>
        <w:t>maine is ko bahut si misalen le le kar ke is ka tajziya kiya.</w:t>
      </w:r>
    </w:p>
    <w:p>
      <w:pPr>
        <w:jc w:val="right"/>
      </w:pPr>
      <w:r>
        <w:t>میں نے اس کو بہت سی مثالیں لے لے کر کے اس کا تجزیہ کیا۔</w:t>
      </w:r>
    </w:p>
    <w:p>
      <w:r>
        <w:rPr>
          <w:b/>
        </w:rPr>
        <w:t xml:space="preserve">[12:40] </w:t>
      </w:r>
      <w:r>
        <w:t>Maulana sahib, aap ne bhi yeh state kiya tha ke Maulana Maududi aur Syed Qutb ki writings mein hamein yeh milta hai, but kafi writers ka yeh opinion hai ke Ibn Taymiyyah ki bhi ek similar rai thi. Kya yeh durust hai?</w:t>
      </w:r>
    </w:p>
    <w:p>
      <w:pPr>
        <w:jc w:val="right"/>
      </w:pPr>
      <w:r>
        <w:t>مولانا صاحب، آپ نے بھی یہ سٹیٹ کیا تھا کہ مولانا مودودی اور سید قطب کی رائٹنگز میں ہمیں یہ ملتا ہے، بٹ کافی رائٹرز کا یہ اوپینین ہے کہ ابن تیمیہ کی بھی ایک سمیلر رائے تھی۔ کیا یہ درست ہے؟</w:t>
      </w:r>
    </w:p>
    <w:p>
      <w:r>
        <w:rPr>
          <w:b/>
        </w:rPr>
        <w:t xml:space="preserve">[12:52] </w:t>
      </w:r>
      <w:r>
        <w:t>yeh to bilkul galat baat hai.</w:t>
      </w:r>
    </w:p>
    <w:p>
      <w:pPr>
        <w:jc w:val="right"/>
      </w:pPr>
      <w:r>
        <w:t>یہ تو بالکل غلط بات ہے۔</w:t>
      </w:r>
    </w:p>
    <w:p>
      <w:r>
        <w:rPr>
          <w:b/>
        </w:rPr>
        <w:t xml:space="preserve">[12:54] </w:t>
      </w:r>
      <w:r>
        <w:t>dekhiye, Fatawa Ibn Taymiyyah ne, aap dekhiye, is mein Ibn Taymiyyah ne fatwa diya tha ke yeh kehna</w:t>
      </w:r>
    </w:p>
    <w:p>
      <w:pPr>
        <w:jc w:val="right"/>
      </w:pPr>
      <w:r>
        <w:t>دیکھیے، فتاویٰ ابن تیمیہ نے، آپ دیکھیے، اس میں ابن تیمیہ نے فتویٰ دیا تھا کہ یہ کہنا</w:t>
      </w:r>
    </w:p>
    <w:p>
      <w:r>
        <w:rPr>
          <w:b/>
        </w:rPr>
        <w:t xml:space="preserve">[13:01] </w:t>
      </w:r>
      <w:r>
        <w:t>ke insaan Allah ka khaleefa hai, yeh kufar hai, yeh haram hai.</w:t>
      </w:r>
    </w:p>
    <w:p>
      <w:pPr>
        <w:jc w:val="right"/>
      </w:pPr>
      <w:r>
        <w:t>کہ انسان اللہ کا خلیفہ ہے، یہ کفر ہے، یہ حرام ہے۔</w:t>
      </w:r>
    </w:p>
    <w:p>
      <w:r>
        <w:rPr>
          <w:b/>
        </w:rPr>
        <w:t xml:space="preserve">[13:05] </w:t>
      </w:r>
      <w:r>
        <w:t>yani kaisi ajeeb baat hai ke log Ibn Taymiyyah ka hawala dete hain, haalanke Ibn Taymiyyah ne kabhi,</w:t>
      </w:r>
    </w:p>
    <w:p>
      <w:pPr>
        <w:jc w:val="right"/>
      </w:pPr>
      <w:r>
        <w:t>یعنی کیسی عجیب بات ہے کہ لوگ ابن تیمیہ کا حوالہ دیتے ہیں، حالانکہ ابن تیمیہ نے کبھی،</w:t>
      </w:r>
    </w:p>
    <w:p>
      <w:r>
        <w:rPr>
          <w:b/>
        </w:rPr>
        <w:t xml:space="preserve">[13:10] </w:t>
      </w:r>
      <w:r>
        <w:t>yani kisi kitaab mein aisa nahi hai.</w:t>
      </w:r>
    </w:p>
    <w:p>
      <w:pPr>
        <w:jc w:val="right"/>
      </w:pPr>
      <w:r>
        <w:t>یعنی کسی کتاب میں ایسا نہیں ہے۔</w:t>
      </w:r>
    </w:p>
    <w:p>
      <w:r>
        <w:rPr>
          <w:b/>
        </w:rPr>
        <w:t xml:space="preserve">[13:12] </w:t>
      </w:r>
      <w:r>
        <w:t>Maulana Maududi ka jo falsafa hai aur jo Syed Qutb ki jo philosophy hai, woh base karti hai</w:t>
      </w:r>
    </w:p>
    <w:p>
      <w:pPr>
        <w:jc w:val="right"/>
      </w:pPr>
      <w:r>
        <w:t>مولانا مودودی کا جو فلسفہ ہے اور جو سید قطب کی جو فلاسفی ہے، وہ بیس کرتی ہے</w:t>
      </w:r>
    </w:p>
    <w:p>
      <w:r>
        <w:rPr>
          <w:b/>
        </w:rPr>
        <w:t xml:space="preserve">[13:18] </w:t>
      </w:r>
      <w:r>
        <w:t>isi nazariye par ke Quran mein hai ke "ani ja'alna fil ardh khaleefa".</w:t>
      </w:r>
    </w:p>
    <w:p>
      <w:pPr>
        <w:jc w:val="right"/>
      </w:pPr>
      <w:r>
        <w:t>اسی نظریے پر کہ قرآن میں ہے کہ "انی جعلن فی الارض خلیفہ"۔</w:t>
      </w:r>
    </w:p>
    <w:p>
      <w:r>
        <w:rPr>
          <w:b/>
        </w:rPr>
        <w:t xml:space="preserve">[13:23] </w:t>
      </w:r>
      <w:r>
        <w:t>woh kehte hain ke is ka matlab hai ke insaan zameen par Allah ka khaleefa hai.</w:t>
      </w:r>
    </w:p>
    <w:p>
      <w:pPr>
        <w:jc w:val="right"/>
      </w:pPr>
      <w:r>
        <w:t>وہ کہتے ہیں کہ اس کا مطلب ہے کہ انسان زمین پر اللہ کا خلیفہ ہے۔</w:t>
      </w:r>
    </w:p>
    <w:p>
      <w:r>
        <w:rPr>
          <w:b/>
        </w:rPr>
        <w:t xml:space="preserve">[13:27] </w:t>
      </w:r>
      <w:r>
        <w:t>to Ibn Taymiyyah ne to fatwa diya tha ke yeh kehna kufar hai ke insaan Khuda ka khaleefa</w:t>
      </w:r>
    </w:p>
    <w:p>
      <w:pPr>
        <w:jc w:val="right"/>
      </w:pPr>
      <w:r>
        <w:t>تو ابن تیمیہ نے تو فتویٰ دیا تھا کہ یہ کہنا کفر ہے کہ انسان خدا کا خلیفہ</w:t>
      </w:r>
    </w:p>
    <w:p>
      <w:r>
        <w:rPr>
          <w:b/>
        </w:rPr>
        <w:t xml:space="preserve">[13:32] </w:t>
      </w:r>
      <w:r>
        <w:t>hai. Jo joṛon ke Ibn Taymiyyah ke hawale dete hain, un ke paas is ka koi reference nahi</w:t>
      </w:r>
    </w:p>
    <w:p>
      <w:pPr>
        <w:jc w:val="right"/>
      </w:pPr>
      <w:r>
        <w:t>ہے۔ جو جوڑوں کے ابن تیمیہ کے حوالے دیتے ہیں، ان کے پاس اس کا کوئی ریفرنس نہیں</w:t>
      </w:r>
    </w:p>
    <w:p>
      <w:r>
        <w:rPr>
          <w:b/>
        </w:rPr>
        <w:t xml:space="preserve">[13:37] </w:t>
      </w:r>
      <w:r>
        <w:t>hai. Main poore yaqeen se keh sakta hoon ke unhon ne jo Ibn Taymiyyah ka jab mansoob karte</w:t>
      </w:r>
    </w:p>
    <w:p>
      <w:pPr>
        <w:jc w:val="right"/>
      </w:pPr>
      <w:r>
        <w:t>ہے۔ میں پورے یقین سے کہہ سکتا ہوں کہ انہوں نے جو ابن تیمیہ کا جب منسوب کرتے</w:t>
      </w:r>
    </w:p>
    <w:p>
      <w:r>
        <w:rPr>
          <w:b/>
        </w:rPr>
        <w:t xml:space="preserve">[13:44] </w:t>
      </w:r>
      <w:r>
        <w:t>the, woh galat mansoob karte hain.</w:t>
      </w:r>
    </w:p>
    <w:p>
      <w:pPr>
        <w:jc w:val="right"/>
      </w:pPr>
      <w:r>
        <w:t>تھے، وہ غلط منسوب کرتے ہیں۔</w:t>
      </w:r>
    </w:p>
    <w:p>
      <w:r>
        <w:rPr>
          <w:b/>
        </w:rPr>
        <w:t xml:space="preserve">[13:47] </w:t>
      </w:r>
      <w:r>
        <w:t>Yeh Ibn Taymiyyah ka nuqta nahi tha.</w:t>
      </w:r>
    </w:p>
    <w:p>
      <w:pPr>
        <w:jc w:val="right"/>
      </w:pPr>
      <w:r>
        <w:t>یہ ابن تیمیہ کا نقطہ نہیں تھا۔</w:t>
      </w:r>
    </w:p>
    <w:p>
      <w:r>
        <w:rPr>
          <w:b/>
        </w:rPr>
        <w:t xml:space="preserve">[13:49] </w:t>
      </w:r>
      <w:r>
        <w:t>But Maulana sahib, rebellion against the state aur by force deen ko naafiz karna, yeh Ibn Taymiyyah ki history mein paaya jaata hai. Jaise unhon ne Damascus mein wine shops ko toda apne saahiyon ke saath. Aap is ke bare mein kis tarah reply karte hain?</w:t>
      </w:r>
    </w:p>
    <w:p>
      <w:pPr>
        <w:jc w:val="right"/>
      </w:pPr>
      <w:r>
        <w:t>بٹ مولانا صاحب، ریبیلین اگینسٹ دا اسٹیٹ اور بائی فورس دین کو نافذ کرنا، یہ ابن تیمیہ کی ہسٹری میں پایا جاتا ہے۔ جیسے انہوں نے ڈیماسکس میں وائن کی شاپس کو توڑا اپنے ساتھیوں کے ساتھ۔ آپ اس کے بارے میں کس طرح ریپلائی کرتے ہیں؟</w:t>
      </w:r>
    </w:p>
    <w:p>
      <w:r>
        <w:rPr>
          <w:b/>
        </w:rPr>
        <w:t xml:space="preserve">[14:04] </w:t>
      </w:r>
      <w:r>
        <w:t>Nahi, nahi, woh, woh bilkul galat hai yeh baat.</w:t>
      </w:r>
    </w:p>
    <w:p>
      <w:pPr>
        <w:jc w:val="right"/>
      </w:pPr>
      <w:r>
        <w:t>نہیں، نہیں، وہ، وہ بالکل غلط ہے یہ بات۔</w:t>
      </w:r>
    </w:p>
    <w:p>
      <w:r>
        <w:rPr>
          <w:b/>
        </w:rPr>
        <w:t xml:space="preserve">[14:07] </w:t>
      </w:r>
      <w:r>
        <w:t>Main ne is pe mazmoon likha hai Ibn Taymiyyah ke baray mein.</w:t>
      </w:r>
    </w:p>
    <w:p>
      <w:pPr>
        <w:jc w:val="right"/>
      </w:pPr>
      <w:r>
        <w:t>میں نے اس پہ مضمون لکھا ہے ابن تیمیہ کے بارے میں۔</w:t>
      </w:r>
    </w:p>
    <w:p>
      <w:r>
        <w:rPr>
          <w:b/>
        </w:rPr>
        <w:t xml:space="preserve">[14:09] </w:t>
      </w:r>
      <w:r>
        <w:t>Aik baat main clear kar doon ke qanoon ko naafiz karna, yeh is ke do tasawwur hain.</w:t>
      </w:r>
    </w:p>
    <w:p>
      <w:pPr>
        <w:jc w:val="right"/>
      </w:pPr>
      <w:r>
        <w:t>ایک بات میں کلیئر کر دوں کہ قانون کو نافذ کرنا، یہ اس کے دو تصور ہیں۔</w:t>
      </w:r>
    </w:p>
    <w:p>
      <w:r>
        <w:rPr>
          <w:b/>
        </w:rPr>
        <w:t xml:space="preserve">[14:17] </w:t>
      </w:r>
      <w:r>
        <w:t>Aik hai, aik muashra qaim hai, is muashray se aik state emerge karti hai, to us ki zimme</w:t>
      </w:r>
    </w:p>
    <w:p>
      <w:pPr>
        <w:jc w:val="right"/>
      </w:pPr>
      <w:r>
        <w:t>ایک ہے، ایک معاشرہ قائم ہے، اس معاشرے سے ایک اسٹیٹ ایمرج کرتی ہے، تو اس کی ذمہ</w:t>
      </w:r>
    </w:p>
    <w:p>
      <w:r>
        <w:rPr>
          <w:b/>
        </w:rPr>
        <w:t xml:space="preserve">[14:24] </w:t>
      </w:r>
      <w:r>
        <w:t>daari hogi ke woh</w:t>
      </w:r>
    </w:p>
    <w:p>
      <w:pPr>
        <w:jc w:val="right"/>
      </w:pPr>
      <w:r>
        <w:t>داری ہوگی کہ وہ</w:t>
      </w:r>
    </w:p>
    <w:p>
      <w:r>
        <w:rPr>
          <w:b/>
        </w:rPr>
        <w:t xml:space="preserve">[14:27] </w:t>
      </w:r>
      <w:r>
        <w:t>apne istita'at ke mutabiq qanoon ko naafiz kare.</w:t>
      </w:r>
    </w:p>
    <w:p>
      <w:pPr>
        <w:jc w:val="right"/>
      </w:pPr>
      <w:r>
        <w:t>اپنے استطاعت کے مطابق قانون کو نافذ کرے۔</w:t>
      </w:r>
    </w:p>
    <w:p>
      <w:r>
        <w:rPr>
          <w:b/>
        </w:rPr>
        <w:t xml:space="preserve">[14:30] </w:t>
      </w:r>
      <w:r>
        <w:t>Aur aik hai nishana, nasb ul ain.</w:t>
      </w:r>
    </w:p>
    <w:p>
      <w:pPr>
        <w:jc w:val="right"/>
      </w:pPr>
      <w:r>
        <w:t>اور ایک ہے نشانہ، نصب العین۔</w:t>
      </w:r>
    </w:p>
    <w:p>
      <w:r>
        <w:rPr>
          <w:b/>
        </w:rPr>
        <w:t xml:space="preserve">[14:33] </w:t>
      </w:r>
      <w:r>
        <w:t>To main jis ka munkir hoon woh yeh hai ke ummat e muslema ka nasb ul ain yeh nahi hai</w:t>
      </w:r>
    </w:p>
    <w:p>
      <w:pPr>
        <w:jc w:val="right"/>
      </w:pPr>
      <w:r>
        <w:t>تو میں جس کا منکر ہوں وہ یہ ہے کہ امت مسلمہ کا نصب العین یہ نہیں ہے</w:t>
      </w:r>
    </w:p>
    <w:p>
      <w:r>
        <w:rPr>
          <w:b/>
        </w:rPr>
        <w:t xml:space="preserve">[14:38] </w:t>
      </w:r>
      <w:r>
        <w:t>ke Islami hukoomat qaim karna.</w:t>
      </w:r>
    </w:p>
    <w:p>
      <w:pPr>
        <w:jc w:val="right"/>
      </w:pPr>
      <w:r>
        <w:t>کہ اسلامی حکومت قائم کرنا۔</w:t>
      </w:r>
    </w:p>
    <w:p>
      <w:r>
        <w:rPr>
          <w:b/>
        </w:rPr>
        <w:t xml:space="preserve">[14:41] </w:t>
      </w:r>
      <w:r>
        <w:t>Is ka main munkir hoon.</w:t>
      </w:r>
    </w:p>
    <w:p>
      <w:pPr>
        <w:jc w:val="right"/>
      </w:pPr>
      <w:r>
        <w:t>اس کا میں منکر ہوں۔</w:t>
      </w:r>
    </w:p>
    <w:p>
      <w:r>
        <w:rPr>
          <w:b/>
        </w:rPr>
        <w:t xml:space="preserve">[14:43] </w:t>
      </w:r>
      <w:r>
        <w:t>Baaki agar koi Muslim muashra hai aur muashra tayyar bhi ho, tayyar bhi ho agar, tab aisa hoga</w:t>
      </w:r>
    </w:p>
    <w:p>
      <w:pPr>
        <w:jc w:val="right"/>
      </w:pPr>
      <w:r>
        <w:t>باقی اگر کوئی مسلم معاشرہ ہے اور معاشرہ تیار بھی ہو، تیار بھی ہو اگر، تب ایسا ہوگا</w:t>
      </w:r>
    </w:p>
    <w:p>
      <w:r>
        <w:rPr>
          <w:b/>
        </w:rPr>
        <w:t xml:space="preserve">[14:50] </w:t>
      </w:r>
      <w:r>
        <w:t>ke Islam ke woh qawaneen jo is muashray mein</w:t>
      </w:r>
    </w:p>
    <w:p>
      <w:pPr>
        <w:jc w:val="right"/>
      </w:pPr>
      <w:r>
        <w:t>کہ اسلام کے وہ قوانین جو اس معاشرے میں</w:t>
      </w:r>
    </w:p>
    <w:p>
      <w:r>
        <w:rPr>
          <w:b/>
        </w:rPr>
        <w:t xml:space="preserve">[14:55] </w:t>
      </w:r>
      <w:r>
        <w:t>qabil e intibaq hon, is ka, is par amal kiya jayega.</w:t>
      </w:r>
    </w:p>
    <w:p>
      <w:pPr>
        <w:jc w:val="right"/>
      </w:pPr>
      <w:r>
        <w:t>قابل انطباق ہوں، اس کا، اس پر عمل کیا جائے گا۔</w:t>
      </w:r>
    </w:p>
    <w:p>
      <w:r>
        <w:rPr>
          <w:b/>
        </w:rPr>
        <w:t xml:space="preserve">[14:59] </w:t>
      </w:r>
      <w:r>
        <w:t>Main aap ko aik hawala deta hoon sahih Bukhari ka.</w:t>
      </w:r>
    </w:p>
    <w:p>
      <w:pPr>
        <w:jc w:val="right"/>
      </w:pPr>
      <w:r>
        <w:t>میں آپ کو ایک حوالہ دیتا ہوں صحیح بخاری کا۔</w:t>
      </w:r>
    </w:p>
    <w:p>
      <w:r>
        <w:rPr>
          <w:b/>
        </w:rPr>
        <w:t xml:space="preserve">[15:02] </w:t>
      </w:r>
      <w:r>
        <w:t>Bukhari mein Hazrat Aisha ki aik riwayat hai ke Islam mein pehle woh ayat utri "fiha zikr al jannat</w:t>
      </w:r>
    </w:p>
    <w:p>
      <w:pPr>
        <w:jc w:val="right"/>
      </w:pPr>
      <w:r>
        <w:t>بخاری میں حضرت عائشہ کی ایک روایت ہے کہ اسلام میں پہلے وہ آیت اتری "فیہا ذکر الجنت</w:t>
      </w:r>
    </w:p>
    <w:p>
      <w:r>
        <w:rPr>
          <w:b/>
        </w:rPr>
        <w:t xml:space="preserve">[15:10] </w:t>
      </w:r>
      <w:r>
        <w:t>wal nar". Is mein</w:t>
      </w:r>
    </w:p>
    <w:p>
      <w:pPr>
        <w:jc w:val="right"/>
      </w:pPr>
      <w:r>
        <w:t>والنار"۔ اس میں</w:t>
      </w:r>
    </w:p>
    <w:p>
      <w:r>
        <w:rPr>
          <w:b/>
        </w:rPr>
        <w:t xml:space="preserve">[15:13] </w:t>
      </w:r>
      <w:r>
        <w:t>jahannum ka aur jannat ka tazkira tha.</w:t>
      </w:r>
    </w:p>
    <w:p>
      <w:pPr>
        <w:jc w:val="right"/>
      </w:pPr>
      <w:r>
        <w:t>جہنم کا اور جنت کا تذکرہ تھا۔</w:t>
      </w:r>
    </w:p>
    <w:p>
      <w:r>
        <w:rPr>
          <w:b/>
        </w:rPr>
        <w:t xml:space="preserve">[15:15] </w:t>
      </w:r>
      <w:r>
        <w:t>Yahan tak ke jab logon ke dilo mein amadagi aa gayi, un ka dil qabool karne ke liye</w:t>
      </w:r>
    </w:p>
    <w:p>
      <w:pPr>
        <w:jc w:val="right"/>
      </w:pPr>
      <w:r>
        <w:t>یہاں تک کہ جب لوگوں کے دلوں میں آمادگی آ گئی، ان کا دل قبول کرنے کے لیے</w:t>
      </w:r>
    </w:p>
    <w:p>
      <w:r>
        <w:rPr>
          <w:b/>
        </w:rPr>
        <w:t xml:space="preserve">[15:20] </w:t>
      </w:r>
      <w:r>
        <w:t>tayyar ho gaya, to farmati hain ke is ke baad utra ke zina chhod do aur sharab chhod</w:t>
      </w:r>
    </w:p>
    <w:p>
      <w:pPr>
        <w:jc w:val="right"/>
      </w:pPr>
      <w:r>
        <w:t>تیار ہو گیا، تو فرماتی ہیں کہ اس کے بعد اترا کہ زنا چھوڑ دو اور شراب چھوڑ</w:t>
      </w:r>
    </w:p>
    <w:p>
      <w:r>
        <w:rPr>
          <w:b/>
        </w:rPr>
        <w:t xml:space="preserve">[15:26] </w:t>
      </w:r>
      <w:r>
        <w:t>do. To woh kehti hain ke agar is se pehle utarta,</w:t>
      </w:r>
    </w:p>
    <w:p>
      <w:pPr>
        <w:jc w:val="right"/>
      </w:pPr>
      <w:r>
        <w:t>دو۔ تو وہ کہتی ہیں کہ اگر اس سے پہلے اترتا،</w:t>
      </w:r>
    </w:p>
    <w:p>
      <w:r>
        <w:rPr>
          <w:b/>
        </w:rPr>
        <w:t xml:space="preserve">[15:30] </w:t>
      </w:r>
      <w:r>
        <w:t>is se pehle utarta to log kehte ke "la nad'u az zina abadan, la nad'u al khamr abadan".</w:t>
      </w:r>
    </w:p>
    <w:p>
      <w:pPr>
        <w:jc w:val="right"/>
      </w:pPr>
      <w:r>
        <w:t>اس سے پہلے اترتا تو لوگ کہتے کہ "لا ندعو الزنا ابداً، لا ندعو الخمر ابداً"۔</w:t>
      </w:r>
    </w:p>
    <w:p>
      <w:r>
        <w:rPr>
          <w:b/>
        </w:rPr>
        <w:t xml:space="preserve">[15:37] </w:t>
      </w:r>
      <w:r>
        <w:t>Hum to kabhi bhi zina nahi chhodenge, hum to kabhi bhi sharab nahi piyenge.</w:t>
      </w:r>
    </w:p>
    <w:p>
      <w:pPr>
        <w:jc w:val="right"/>
      </w:pPr>
      <w:r>
        <w:t>ہم تو کبھی بھی زنا نہیں چھوڑیں گے، ہم تو کبھی بھی شراب نہیں پیئیں گے۔</w:t>
      </w:r>
    </w:p>
    <w:p>
      <w:r>
        <w:rPr>
          <w:b/>
        </w:rPr>
        <w:t xml:space="preserve">[15:41] </w:t>
      </w:r>
      <w:r>
        <w:t>is ka ma'ni hai ke pehle ma'ashre ko tayyar karna hai, na ke nishana bana kar hukoomat ke</w:t>
      </w:r>
    </w:p>
    <w:p>
      <w:pPr>
        <w:jc w:val="right"/>
      </w:pPr>
      <w:r>
        <w:t>اس کا معنی ہے کہ پہلے معاشرہ کو تیار کرنا ہے، نہ کہ نشانہ بنا کر حکومت کے</w:t>
      </w:r>
    </w:p>
    <w:p>
      <w:r>
        <w:rPr>
          <w:b/>
        </w:rPr>
        <w:t xml:space="preserve">[15:46] </w:t>
      </w:r>
      <w:r>
        <w:t>toor phor karna.</w:t>
      </w:r>
    </w:p>
    <w:p>
      <w:pPr>
        <w:jc w:val="right"/>
      </w:pPr>
      <w:r>
        <w:t>توڑ پھوڑ کرنا۔</w:t>
      </w:r>
    </w:p>
    <w:p>
      <w:r>
        <w:rPr>
          <w:b/>
        </w:rPr>
        <w:t xml:space="preserve">[15:48] </w:t>
      </w:r>
      <w:r>
        <w:t>Syed Qutb ne, Maulana Maududi ne jo kiya, nishana bana kar ke hukoomaton se takraye woh, ke hukoomaton</w:t>
      </w:r>
    </w:p>
    <w:p>
      <w:pPr>
        <w:jc w:val="right"/>
      </w:pPr>
      <w:r>
        <w:t>سید قطب نے، مولانا مودودی نے جو کیا، نشانہ بنا کر کہ حکومتوں سے ٹکرائے وہ، کہ حکومتوں</w:t>
      </w:r>
    </w:p>
    <w:p>
      <w:r>
        <w:rPr>
          <w:b/>
        </w:rPr>
        <w:t xml:space="preserve">[15:54] </w:t>
      </w:r>
      <w:r>
        <w:t>ko constitution kar ke un ke upar khud qaboo mein Islam ka qanoon nafiz kar dain.</w:t>
      </w:r>
    </w:p>
    <w:p>
      <w:pPr>
        <w:jc w:val="right"/>
      </w:pPr>
      <w:r>
        <w:t>کو کانسٹیٹیوٹ کر کے ان کے اوپر خود قابو میں اسلام کا قانون نافذ کرائیں۔</w:t>
      </w:r>
    </w:p>
    <w:p>
      <w:r>
        <w:rPr>
          <w:b/>
        </w:rPr>
        <w:t xml:space="preserve">[15:59] </w:t>
      </w:r>
      <w:r>
        <w:t>yeh har giz, har giz Islam mein nahi hai.</w:t>
      </w:r>
    </w:p>
    <w:p>
      <w:pPr>
        <w:jc w:val="right"/>
      </w:pPr>
      <w:r>
        <w:t>یہ ہرگز، ہرگز اسلام میں نہیں ہے۔</w:t>
      </w:r>
    </w:p>
    <w:p>
      <w:r>
        <w:rPr>
          <w:b/>
        </w:rPr>
        <w:t xml:space="preserve">[16:01] </w:t>
      </w:r>
      <w:r>
        <w:t>dekhiye, main aap ko arz karna chahta hoon ke aap Imam Nawawi ki woh jo sharah Muslim hai,</w:t>
      </w:r>
    </w:p>
    <w:p>
      <w:pPr>
        <w:jc w:val="right"/>
      </w:pPr>
      <w:r>
        <w:t>دیکھیے، میں آپ کو عرض کرنا چاہتا ہوں کہ آپ امام نووی کی وہ جو شرح مسلم ہے،</w:t>
      </w:r>
    </w:p>
    <w:p>
      <w:r>
        <w:rPr>
          <w:b/>
        </w:rPr>
        <w:t xml:space="preserve">[16:08] </w:t>
      </w:r>
      <w:r>
        <w:t>use parhiye. Is mein woh kehte hain ke</w:t>
      </w:r>
    </w:p>
    <w:p>
      <w:pPr>
        <w:jc w:val="right"/>
      </w:pPr>
      <w:r>
        <w:t>اسے پڑھیے۔ اس میں وہ کہتے ہیں کہ</w:t>
      </w:r>
    </w:p>
    <w:p>
      <w:r>
        <w:rPr>
          <w:b/>
        </w:rPr>
        <w:t xml:space="preserve">[16:12] </w:t>
      </w:r>
      <w:r>
        <w:t>Islam mein khurooj haram hai.</w:t>
      </w:r>
    </w:p>
    <w:p>
      <w:pPr>
        <w:jc w:val="right"/>
      </w:pPr>
      <w:r>
        <w:t>اسلام میں خروج حرام ہے۔</w:t>
      </w:r>
    </w:p>
    <w:p>
      <w:r>
        <w:rPr>
          <w:b/>
        </w:rPr>
        <w:t xml:space="preserve">[16:15] </w:t>
      </w:r>
      <w:r>
        <w:t>yani ek established hukoomat hai, us ke sath aap baghavat nahi kar sakte.</w:t>
      </w:r>
    </w:p>
    <w:p>
      <w:pPr>
        <w:jc w:val="right"/>
      </w:pPr>
      <w:r>
        <w:t>یعنی ایک اسٹیبلش گورنمنٹ ہے، اس کے ساتھ آپ بغاوت نہیں کر سکتے۔</w:t>
      </w:r>
    </w:p>
    <w:p>
      <w:r>
        <w:rPr>
          <w:b/>
        </w:rPr>
        <w:t xml:space="preserve">[16:20] </w:t>
      </w:r>
      <w:r>
        <w:t>Is mein woh likhte hain ke agar aap ko ikhtilaf hai hukoomat se to "fa baini wa bainah".</w:t>
      </w:r>
    </w:p>
    <w:p>
      <w:pPr>
        <w:jc w:val="right"/>
      </w:pPr>
      <w:r>
        <w:t>اس میں وہ لکھتے ہیں کہ اگر آپ کو اختلاف ہے حکومت سے تو "ففیم بینک و بینہ"۔</w:t>
      </w:r>
    </w:p>
    <w:p>
      <w:r>
        <w:rPr>
          <w:b/>
        </w:rPr>
        <w:t xml:space="preserve">[16:26] </w:t>
      </w:r>
      <w:r>
        <w:t>yani us se apart le kar ke person to person baat karein aap.</w:t>
      </w:r>
    </w:p>
    <w:p>
      <w:pPr>
        <w:jc w:val="right"/>
      </w:pPr>
      <w:r>
        <w:t>یعنی اس سے اپارٹمنٹ لے کر کے پرسن ٹو پرسن بات کریں آپ۔</w:t>
      </w:r>
    </w:p>
    <w:p>
      <w:r>
        <w:rPr>
          <w:b/>
        </w:rPr>
        <w:t xml:space="preserve">[16:31] </w:t>
      </w:r>
      <w:r>
        <w:t>"wa amr al-khurooj alaihim fa haram bij ba al-muslimeen".</w:t>
      </w:r>
    </w:p>
    <w:p>
      <w:pPr>
        <w:jc w:val="right"/>
      </w:pPr>
      <w:r>
        <w:t>"وامر الخروج علیہم فحرام بیج با المسلمین"۔</w:t>
      </w:r>
    </w:p>
    <w:p>
      <w:r>
        <w:rPr>
          <w:b/>
        </w:rPr>
        <w:t xml:space="preserve">[16:36] </w:t>
      </w:r>
      <w:r>
        <w:t>"wa in kanoo fasqo wa in kanoo zaleemeen".</w:t>
      </w:r>
    </w:p>
    <w:p>
      <w:pPr>
        <w:jc w:val="right"/>
      </w:pPr>
      <w:r>
        <w:t>"وین کانو فسقہ وین کانو ظالمین"۔</w:t>
      </w:r>
    </w:p>
    <w:p>
      <w:r>
        <w:rPr>
          <w:b/>
        </w:rPr>
        <w:t xml:space="preserve">[16:38] </w:t>
      </w:r>
      <w:r>
        <w:t>Aur jahan tak khurooj ka ta'alluq hai, baghavat ka ta'alluq hai, woh haram hai Islam mein.</w:t>
      </w:r>
    </w:p>
    <w:p>
      <w:pPr>
        <w:jc w:val="right"/>
      </w:pPr>
      <w:r>
        <w:t>اور جہاں تک خروج کا تعلق ہے، بغاوت کا تعلق ہے، وہ حرام ہے اسلام میں۔</w:t>
      </w:r>
    </w:p>
    <w:p>
      <w:r>
        <w:rPr>
          <w:b/>
        </w:rPr>
        <w:t xml:space="preserve">[16:43] </w:t>
      </w:r>
      <w:r>
        <w:t>To main kehta hoon ke Syed Qutb ne Misr mein, Maulana Maududi ne Pakistan mein wohi fa'al kiya</w:t>
      </w:r>
    </w:p>
    <w:p>
      <w:pPr>
        <w:jc w:val="right"/>
      </w:pPr>
      <w:r>
        <w:t>تو میں کہتا ہوں کہ سید قطب نے مصر میں، مولانا مودودی نے پاکستان میں وہی فعل کیا</w:t>
      </w:r>
    </w:p>
    <w:p>
      <w:r>
        <w:rPr>
          <w:b/>
        </w:rPr>
        <w:t xml:space="preserve">[16:48] </w:t>
      </w:r>
      <w:r>
        <w:t>jo haram tha Islam mein, hukoomat se takrana.</w:t>
      </w:r>
    </w:p>
    <w:p>
      <w:pPr>
        <w:jc w:val="right"/>
      </w:pPr>
      <w:r>
        <w:t>جو حرام تھا اسلام میں، حکومت سے ٹکرانا۔</w:t>
      </w:r>
    </w:p>
    <w:p>
      <w:r>
        <w:rPr>
          <w:b/>
        </w:rPr>
        <w:t xml:space="preserve">[16:53] </w:t>
      </w:r>
      <w:r>
        <w:t>Is mein bohat kuch likha hai maine, aap parh sakte hain meri kitabon mein.</w:t>
      </w:r>
    </w:p>
    <w:p>
      <w:pPr>
        <w:jc w:val="right"/>
      </w:pPr>
      <w:r>
        <w:t>اس میں بہت کچھ لکھا ہے میں نے، آپ پڑھ سکتے ہیں میری کتابوں میں۔</w:t>
      </w:r>
    </w:p>
    <w:p>
      <w:r>
        <w:rPr>
          <w:b/>
        </w:rPr>
        <w:t xml:space="preserve">[16:57] </w:t>
      </w:r>
      <w:r>
        <w:t>Maulana sahib, aakhri sawal aap se. Aap ka ikhtilaf rai hai Maulana Maududi ke saath, kaafi ulama ka aapas mein. Aap ki rai mein ek achhe musalman ka kya ravaiyya hona chahiye ikhtilaf rai ke upar?</w:t>
      </w:r>
    </w:p>
    <w:p>
      <w:pPr>
        <w:jc w:val="right"/>
      </w:pPr>
      <w:r>
        <w:t>مولانا صاحب، آخری سوال آپ سے۔ آپ کا اختلاف رائے ہے مولانا مودودی کے ساتھ، کافی علماء کا آپس میں ہے۔ آپ کی رائے میں ایک اچھے مسلمان کا کیا رویہ ہونا چاہیے اختلاف رائے کے اوپر؟</w:t>
      </w:r>
    </w:p>
    <w:p>
      <w:r>
        <w:rPr>
          <w:b/>
        </w:rPr>
        <w:t xml:space="preserve">[17:12] </w:t>
      </w:r>
      <w:r>
        <w:t>? Dekhiye, ikhtilaf-e-rai ko main ek blessing samajhta hoon, nemat.</w:t>
      </w:r>
    </w:p>
    <w:p>
      <w:pPr>
        <w:jc w:val="right"/>
      </w:pPr>
      <w:r>
        <w:t>؟ دیکھیے، اختلاف رائے کو میں ایک بلیسنگ سمجھتا ہوں، نعمت۔</w:t>
      </w:r>
    </w:p>
    <w:p>
      <w:r>
        <w:rPr>
          <w:b/>
        </w:rPr>
        <w:t xml:space="preserve">[17:18] </w:t>
      </w:r>
      <w:r>
        <w:t>Hadees mein aata hai ke "ikhtilaf ummati rahmat".</w:t>
      </w:r>
    </w:p>
    <w:p>
      <w:pPr>
        <w:jc w:val="right"/>
      </w:pPr>
      <w:r>
        <w:t>حدیث میں آتا ہے کہ "اختلاف امتی رحمہ"۔</w:t>
      </w:r>
    </w:p>
    <w:p>
      <w:r>
        <w:rPr>
          <w:b/>
        </w:rPr>
        <w:t xml:space="preserve">[17:22] </w:t>
      </w:r>
      <w:r>
        <w:t>Meri ummat ka ikhtilaf rehmat hai.</w:t>
      </w:r>
    </w:p>
    <w:p>
      <w:pPr>
        <w:jc w:val="right"/>
      </w:pPr>
      <w:r>
        <w:t>میری امت کا اختلاف رحمت ہے۔</w:t>
      </w:r>
    </w:p>
    <w:p>
      <w:r>
        <w:rPr>
          <w:b/>
        </w:rPr>
        <w:t xml:space="preserve">[17:26] </w:t>
      </w:r>
      <w:r>
        <w:t>To ikhtilaf ko main ek positive sense mein leta hoon, yani reason ke silsile mein.</w:t>
      </w:r>
    </w:p>
    <w:p>
      <w:pPr>
        <w:jc w:val="right"/>
      </w:pPr>
      <w:r>
        <w:t>تو اختلاف کو میں ایک پازیٹو سینس میں لیتا ہوں، یعنی ریسنٹ کے سلسلے میں۔</w:t>
      </w:r>
    </w:p>
    <w:p>
      <w:r>
        <w:rPr>
          <w:b/>
        </w:rPr>
        <w:t xml:space="preserve">[17:31] </w:t>
      </w:r>
      <w:r>
        <w:t>Ke jab bhi</w:t>
      </w:r>
    </w:p>
    <w:p>
      <w:pPr>
        <w:jc w:val="right"/>
      </w:pPr>
      <w:r>
        <w:t>کہ جب بھی</w:t>
      </w:r>
    </w:p>
    <w:p>
      <w:r>
        <w:rPr>
          <w:b/>
        </w:rPr>
        <w:t xml:space="preserve">[17:35] </w:t>
      </w:r>
      <w:r>
        <w:t>kisi ko kisi aur dhang se woh soch raha ho, us ki ek alag rai ho, us ko</w:t>
      </w:r>
    </w:p>
    <w:p>
      <w:pPr>
        <w:jc w:val="right"/>
      </w:pPr>
      <w:r>
        <w:t>کسی کو کسی اور ڈھنگ سے وہ سوچ رہا ہو، اس کی ایک الگ رائے ہو، اس کو</w:t>
      </w:r>
    </w:p>
    <w:p>
      <w:r>
        <w:rPr>
          <w:b/>
        </w:rPr>
        <w:t xml:space="preserve">[17:40] </w:t>
      </w:r>
      <w:r>
        <w:t>chahiye ke woh apni rai ko pesh kare, us par discussion ho, aur us par intellectual exchange ho.</w:t>
      </w:r>
    </w:p>
    <w:p>
      <w:pPr>
        <w:jc w:val="right"/>
      </w:pPr>
      <w:r>
        <w:t>چاہیے کہ وہ اپنی رائے کو پیش کرے، اس پر ڈسکشن ہو، اور اس پر انٹلیکچول ایکسچینج ہو۔</w:t>
      </w:r>
    </w:p>
    <w:p>
      <w:r>
        <w:rPr>
          <w:b/>
        </w:rPr>
        <w:t xml:space="preserve">[17:47] </w:t>
      </w:r>
      <w:r>
        <w:t>Yeh hota tha Rasool Allah ke zamane mein, Sahaba ke zamane mein.</w:t>
      </w:r>
    </w:p>
    <w:p>
      <w:pPr>
        <w:jc w:val="right"/>
      </w:pPr>
      <w:r>
        <w:t>یہ ہوتا تھا رسول اللہ کے زمانے میں، صحابہ کے زمانے میں۔</w:t>
      </w:r>
    </w:p>
    <w:p>
      <w:r>
        <w:rPr>
          <w:b/>
        </w:rPr>
        <w:t xml:space="preserve">[17:50] </w:t>
      </w:r>
      <w:r>
        <w:t>kabhi bhi aisa nahi tha rasool Allah aur sahaba aur tabeen ke zamanay mein ke ikhtilaf e rai ko</w:t>
      </w:r>
    </w:p>
    <w:p>
      <w:pPr>
        <w:jc w:val="right"/>
      </w:pPr>
      <w:r>
        <w:t>کبھی بھی ایسا نہیں تھا رسول اللہ اور صحابہ اور تابعین کے زمانے میں کہ اختلاف رائے کو</w:t>
      </w:r>
    </w:p>
    <w:p>
      <w:r>
        <w:rPr>
          <w:b/>
        </w:rPr>
        <w:t xml:space="preserve">[17:56] </w:t>
      </w:r>
      <w:r>
        <w:t>bara mana jata.</w:t>
      </w:r>
    </w:p>
    <w:p>
      <w:pPr>
        <w:jc w:val="right"/>
      </w:pPr>
      <w:r>
        <w:t>برا مانا جاتا۔</w:t>
      </w:r>
    </w:p>
    <w:p>
      <w:r>
        <w:rPr>
          <w:b/>
        </w:rPr>
        <w:t xml:space="preserve">[17:58] </w:t>
      </w:r>
      <w:r>
        <w:t>اختلاف رائے کو ہمیشہ invite کیا جاتا تھا۔</w:t>
      </w:r>
    </w:p>
    <w:p>
      <w:pPr>
        <w:jc w:val="right"/>
      </w:pPr>
      <w:r>
        <w:t>اختلاف رائے کو ہمیشہ انوائٹ کیا جاتا تھا۔</w:t>
      </w:r>
    </w:p>
    <w:p>
      <w:r>
        <w:rPr>
          <w:b/>
        </w:rPr>
        <w:t xml:space="preserve">[18:02] </w:t>
      </w:r>
      <w:r>
        <w:t>balkay mein kaha karta hoon ke khud Allah taala ne is ka aik example set kiya.</w:t>
      </w:r>
    </w:p>
    <w:p>
      <w:pPr>
        <w:jc w:val="right"/>
      </w:pPr>
      <w:r>
        <w:t>بلکہ میں کہا کرتا ہوں کہ خود اللہ تعالیٰ نے اس کا ایک ایگزامپل سیٹ کیا۔</w:t>
      </w:r>
    </w:p>
    <w:p>
      <w:r>
        <w:rPr>
          <w:b/>
        </w:rPr>
        <w:t xml:space="preserve">[18:08] </w:t>
      </w:r>
      <w:r>
        <w:t>aap jantay hain Quran mein bataya gaya hai ke Allah taala ne jab Adam ko paida kiya to</w:t>
      </w:r>
    </w:p>
    <w:p>
      <w:pPr>
        <w:jc w:val="right"/>
      </w:pPr>
      <w:r>
        <w:t>آپ جانتے ہیں قرآن میں بتایا گیا ہے کہ اللہ تعالیٰ نے جب آدم کو پیدا کیا تو</w:t>
      </w:r>
    </w:p>
    <w:p>
      <w:r>
        <w:rPr>
          <w:b/>
        </w:rPr>
        <w:t xml:space="preserve">[18:16] </w:t>
      </w:r>
      <w:r>
        <w:t>firishton ko aik shakk hua jis ko hum ikhtilaf e rai keh saktay hain.</w:t>
      </w:r>
    </w:p>
    <w:p>
      <w:pPr>
        <w:jc w:val="right"/>
      </w:pPr>
      <w:r>
        <w:t>فرشتوں کو ایک شک ہوا جس کو ہم اختلاف رائے کہہ سکتے ہیں۔</w:t>
      </w:r>
    </w:p>
    <w:p>
      <w:r>
        <w:rPr>
          <w:b/>
        </w:rPr>
        <w:t xml:space="preserve">[18:21] </w:t>
      </w:r>
      <w:r>
        <w:t>unhon ne kaha ke "atajalu fiha ma yusdiha wa yashfiqu al-dimaa".</w:t>
      </w:r>
    </w:p>
    <w:p>
      <w:pPr>
        <w:jc w:val="right"/>
      </w:pPr>
      <w:r>
        <w:t>انہوں نے کہا کہ "اتجلو فیہا میسدیہ ویسفک الدماء"۔</w:t>
      </w:r>
    </w:p>
    <w:p>
      <w:r>
        <w:rPr>
          <w:b/>
        </w:rPr>
        <w:t xml:space="preserve">[18:27] </w:t>
      </w:r>
      <w:r>
        <w:t>yeh wazeh tor par aik ikhtilaf e rai ki baat thi, yeh dissent ki baat thi.</w:t>
      </w:r>
    </w:p>
    <w:p>
      <w:pPr>
        <w:jc w:val="right"/>
      </w:pPr>
      <w:r>
        <w:t>یہ واضح طور پر ایک اختلاف رائے کی بات تھی، یہ ڈیسنٹ کی بات تھی۔</w:t>
      </w:r>
    </w:p>
    <w:p>
      <w:r>
        <w:rPr>
          <w:b/>
        </w:rPr>
        <w:t xml:space="preserve">[18:31] </w:t>
      </w:r>
      <w:r>
        <w:t>to Allah taala ne un ko daanta nahi, Allah taala ne un ko condemn nahi kiya, balkay is</w:t>
      </w:r>
    </w:p>
    <w:p>
      <w:pPr>
        <w:jc w:val="right"/>
      </w:pPr>
      <w:r>
        <w:t>تو اللہ تعالیٰ نے ان کو ڈانٹا نہیں، اللہ تعالیٰ نے ان کو کنڈم نہیں کیا، بلکہ اس</w:t>
      </w:r>
    </w:p>
    <w:p>
      <w:r>
        <w:rPr>
          <w:b/>
        </w:rPr>
        <w:t xml:space="preserve">[18:36] </w:t>
      </w:r>
      <w:r>
        <w:t>ko explain kiya.</w:t>
      </w:r>
    </w:p>
    <w:p>
      <w:pPr>
        <w:jc w:val="right"/>
      </w:pPr>
      <w:r>
        <w:t>کو ایکسپلین کیا۔</w:t>
      </w:r>
    </w:p>
    <w:p>
      <w:r>
        <w:rPr>
          <w:b/>
        </w:rPr>
        <w:t xml:space="preserve">[18:39] </w:t>
      </w:r>
      <w:r>
        <w:t>to woh Allah aur firishton ke darmiyan aik qisam ka tabadul e khayal tha, intellectual exchange tha, discussion tha.</w:t>
      </w:r>
    </w:p>
    <w:p>
      <w:pPr>
        <w:jc w:val="right"/>
      </w:pPr>
      <w:r>
        <w:t>تو وہ اللہ اور فرشتوں کے درمیان ایک قسم کا تبادل خیال تھا، انٹلیکچول ایکسچینج تھا، ڈسکشن تھا۔</w:t>
      </w:r>
    </w:p>
    <w:p>
      <w:r>
        <w:rPr>
          <w:b/>
        </w:rPr>
        <w:t xml:space="preserve">[18:46] </w:t>
      </w:r>
      <w:r>
        <w:t>to mein samajhta hoon ke Allah taala ne khud is ka aik example set kiya ke ikhtilaf ko</w:t>
      </w:r>
    </w:p>
    <w:p>
      <w:pPr>
        <w:jc w:val="right"/>
      </w:pPr>
      <w:r>
        <w:t>تو میں سمجھتا ہوں کہ اللہ تعالیٰ نے خود اس کا ایک ایگزامپل سیٹ کیا کہ اختلاف کو</w:t>
      </w:r>
    </w:p>
    <w:p>
      <w:r>
        <w:rPr>
          <w:b/>
        </w:rPr>
        <w:t xml:space="preserve">[18:51] </w:t>
      </w:r>
      <w:r>
        <w:t>bara mat mano, ikhtilaf ko positive sense mein lo.</w:t>
      </w:r>
    </w:p>
    <w:p>
      <w:pPr>
        <w:jc w:val="right"/>
      </w:pPr>
      <w:r>
        <w:t>برا مت مانو، اختلاف کو پازیٹو سینس میں لو۔</w:t>
      </w:r>
    </w:p>
    <w:p>
      <w:r>
        <w:rPr>
          <w:b/>
        </w:rPr>
        <w:t xml:space="preserve">[18:55] </w:t>
      </w:r>
      <w:r>
        <w:t>kyun ke ikhtilaf se baatein aur clear hoti hain, ikhtilaf se intellectual development hota hai, ikhtilaf se ilmi taraqqi</w:t>
      </w:r>
    </w:p>
    <w:p>
      <w:pPr>
        <w:jc w:val="right"/>
      </w:pPr>
      <w:r>
        <w:t>کیونکہ اختلاف سے باتیں اور کلیئر ہوتی ہیں، اختلاف سے انٹلیکچول ڈیولپمنٹ ہوتا ہے، اختلاف سے علمی ترقی</w:t>
      </w:r>
    </w:p>
    <w:p>
      <w:r>
        <w:rPr>
          <w:b/>
        </w:rPr>
        <w:t xml:space="preserve">[19:01] </w:t>
      </w:r>
      <w:r>
        <w:t>hoti</w:t>
      </w:r>
    </w:p>
    <w:p>
      <w:pPr>
        <w:jc w:val="right"/>
      </w:pPr>
      <w:r>
        <w:t>ہوتی</w:t>
      </w:r>
    </w:p>
    <w:p>
      <w:r>
        <w:rPr>
          <w:b/>
        </w:rPr>
        <w:t xml:space="preserve">[19:02] </w:t>
      </w:r>
      <w:r>
        <w:t>Thank you so much Maulana sahib for being on our show. Aap ka bohat bohat shukriya, aap ne hamare liye waqt nikala. Main dobara aap ka shukriya ada karta hoon ke aap ne mujhe yeh mauqa diya. Allah taala aap ko jazaye khair de aur main is ko aap ki taraf se ek ta'awun samajhta hoon apne mission mein. Aur aap ke is ta'awun ke liye main dua karta hoon ke Allah taala aap ko jazaye khair ata farmaye.</w:t>
      </w:r>
    </w:p>
    <w:p>
      <w:pPr>
        <w:jc w:val="right"/>
      </w:pPr>
      <w:r>
        <w:t>تھینک یو سو مچ مولانا صاحب فار بینگ ان اور شو۔ آپ کا بہت بہت شکریہ، آپ نے ہمارے لیے وقت نکالا۔ میں دوبارہ آپ کا شکریہ ادا کرتا ہوں کہ آپ نے مجھے یہ موقع دیا۔ اللہ تعالیٰ آپ کو جزائے خیر دے اور میں اس کو آپ کی طرف سے ایک تعاون سمجھتا ہوں اپنے مشن میں۔ اور آپ کے اس تعاون کے لیے میں دعا کرتا ہوں کہ اللہ تعالیٰ آپ کو جزائے خیر عطا فرمائے۔</w:t>
      </w:r>
    </w:p>
    <w:p>
      <w:r>
        <w:rPr>
          <w:b/>
        </w:rPr>
        <w:t xml:space="preserve">[19:25] </w:t>
      </w:r>
      <w:r>
        <w:t>Yeh thay Maulana Wahiduddin Khan, ek jadeed Islamic scholar. Unhon ne apni ikhtilaf rai Maulana Maududi ke saath elaborate ki. Intel the next query aur agle sawal ke liye ijazat dijiye. This is Zain Khan. Take care and goodbye.</w:t>
      </w:r>
    </w:p>
    <w:p>
      <w:pPr>
        <w:jc w:val="right"/>
      </w:pPr>
      <w:r>
        <w:t>یہ تھے مولانا وحید الدین خان، ایک جید اسلامک سکالر۔ انہوں نے اپنی اختلاف رائے مولانا مودودی کے ساتھ ایلیبریٹ کی۔ انٹل دی نیکسٹ کوئری اور اگلے سوال کے لیے اجازت دیجیے۔ دس از Zain خان۔ ٹیک کیئر اینڈ گڈ بائے۔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