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Maulana Addressal to the CPS Team at Nizamuddin Park January 18, 2015</w:t>
      </w:r>
    </w:p>
    <w:p>
      <w:r>
        <w:t>https://www.youtube.com/watch?v=GLx-fj6TU8s</w:t>
      </w:r>
    </w:p>
    <w:p>
      <w:r>
        <w:rPr>
          <w:b/>
        </w:rPr>
        <w:t xml:space="preserve">[01:16] </w:t>
      </w:r>
      <w:r>
        <w:t>Aage Maulana. Ji, Maulana. Dekhiye, is waqt main kuch bolunga, aap bhi mat samjhiye ke us mein mann mein kuch sthit hoga. Theek hai, Maulana. Woh soch-samajh baat hai. Theek hai, Maulana.</w:t>
      </w:r>
    </w:p>
    <w:p>
      <w:pPr>
        <w:jc w:val="right"/>
      </w:pPr>
      <w:r>
        <w:t>आगे मलाना। जी, मलाना। देखिए, इस वक्त मैं कुछ बोलूँगा, आप भी मत समझिए कि उसमें मन में कुछ स्थित होगा। ठीक है, मलाना। वो सोच-समझ बात है। ठीक है, मलाना।</w:t>
      </w:r>
    </w:p>
    <w:p>
      <w:r>
        <w:rPr>
          <w:b/>
        </w:rPr>
        <w:t xml:space="preserve">[01:45] </w:t>
      </w:r>
      <w:r>
        <w:t>hai. theek hai Maulana? woh kuch sochta nahi hai.</w:t>
      </w:r>
    </w:p>
    <w:p>
      <w:pPr>
        <w:jc w:val="right"/>
      </w:pPr>
      <w:r>
        <w:t>ہے۔ ٹھیک ہے مولانا؟ وہ کچھ سوچتا نہیں ہے۔</w:t>
      </w:r>
    </w:p>
    <w:p>
      <w:r>
        <w:rPr>
          <w:b/>
        </w:rPr>
        <w:t xml:space="preserve">[01:47] </w:t>
      </w:r>
      <w:r>
        <w:t>theek hai Maulana?</w:t>
      </w:r>
    </w:p>
    <w:p>
      <w:pPr>
        <w:jc w:val="right"/>
      </w:pPr>
      <w:r>
        <w:t>ٹھیک ہے مولانا؟</w:t>
      </w:r>
    </w:p>
    <w:p>
      <w:r>
        <w:rPr>
          <w:b/>
        </w:rPr>
        <w:t xml:space="preserve">[01:59] </w:t>
      </w:r>
      <w:r>
        <w:t>aaj kya date kya hai? ji Maulana? aaj 18 hai Maulana.</w:t>
      </w:r>
    </w:p>
    <w:p>
      <w:pPr>
        <w:jc w:val="right"/>
      </w:pPr>
      <w:r>
        <w:t>آج کیا ڈیٹ کیا ہے؟ جی مولانا؟ آج 18 ہے مولانا۔</w:t>
      </w:r>
    </w:p>
    <w:p>
      <w:r>
        <w:rPr>
          <w:b/>
        </w:rPr>
        <w:t xml:space="preserve">[02:05] </w:t>
      </w:r>
      <w:r>
        <w:t>18? ji. aap aa rahay hain?</w:t>
      </w:r>
    </w:p>
    <w:p>
      <w:pPr>
        <w:jc w:val="right"/>
      </w:pPr>
      <w:r>
        <w:t>18؟ جی۔ آپ آ رہے ہیں؟</w:t>
      </w:r>
    </w:p>
    <w:p>
      <w:r>
        <w:rPr>
          <w:b/>
        </w:rPr>
        <w:t xml:space="preserve">[02:24] </w:t>
      </w:r>
      <w:r>
        <w:t>کیا شروع کریں؟ رجت؟ Should we start? نہیں نہیں، ایک منٹ رکو، میسج آ رہا ہے۔</w:t>
      </w:r>
    </w:p>
    <w:p>
      <w:pPr>
        <w:jc w:val="right"/>
      </w:pPr>
      <w:r>
        <w:t>کیا شروع کریں؟ رجت؟ شوڈ بی سٹارٹ؟ نہیں نہیں، ایک منٹ رکو، میسج آ رہا ہے۔</w:t>
      </w:r>
    </w:p>
    <w:p>
      <w:r>
        <w:rPr>
          <w:b/>
        </w:rPr>
        <w:t xml:space="preserve">[02:28] </w:t>
      </w:r>
      <w:r>
        <w:t>abhi aik minute.</w:t>
      </w:r>
    </w:p>
    <w:p>
      <w:pPr>
        <w:jc w:val="right"/>
      </w:pPr>
      <w:r>
        <w:t>ابھی ایک منٹ۔</w:t>
      </w:r>
    </w:p>
    <w:p>
      <w:r>
        <w:rPr>
          <w:b/>
        </w:rPr>
        <w:t xml:space="preserve">[02:30] </w:t>
      </w:r>
      <w:r>
        <w:t>apa aanay walay hain Maulana.</w:t>
      </w:r>
    </w:p>
    <w:p>
      <w:pPr>
        <w:jc w:val="right"/>
      </w:pPr>
      <w:r>
        <w:t>آپا آنے والے ہیں مولانا۔</w:t>
      </w:r>
    </w:p>
    <w:p>
      <w:r>
        <w:rPr>
          <w:b/>
        </w:rPr>
        <w:t xml:space="preserve">[02:32] </w:t>
      </w:r>
      <w:r>
        <w:t>acha. kya karna hai? hath nikalna hai? haan.</w:t>
      </w:r>
    </w:p>
    <w:p>
      <w:pPr>
        <w:jc w:val="right"/>
      </w:pPr>
      <w:r>
        <w:t>اچھا۔ کیا کرنا ہے؟ ہاتھ نکالنا ہے؟ ہاں۔</w:t>
      </w:r>
    </w:p>
    <w:p>
      <w:r>
        <w:rPr>
          <w:b/>
        </w:rPr>
        <w:t xml:space="preserve">[03:15] </w:t>
      </w:r>
      <w:r>
        <w:t>Aa gayin aap. Saleem sahib dekh rahe hain aap ko. Saleem sahib is waqt aap ko dekh rahe hain. Achha. Jab shuru karna ho, bataiyega. Ladies aa rahi hain. Woh baithengi, aap vagairah. Kaun kaun?</w:t>
      </w:r>
    </w:p>
    <w:p>
      <w:pPr>
        <w:jc w:val="right"/>
      </w:pPr>
      <w:r>
        <w:t>आ गईं आप। सलीम साहब देख रहे हैं आपको। सलीम साहब इस वक्त आपको देख रहे हैं। अच्छा। जब शुरू करना हो, बताइएगा। लेडीज़ आ रही हैं। वो बैठेंगी, आप वगैरह। कौन-कौन?</w:t>
      </w:r>
    </w:p>
    <w:p>
      <w:r>
        <w:rPr>
          <w:b/>
        </w:rPr>
        <w:t xml:space="preserve">[03:42] </w:t>
      </w:r>
      <w:r>
        <w:t>bas yahin par do log baith jaen. aur koi nahin hai, bas three ladies hain. assalam walekum. apa, neeche taar de diya. kab hui? ab wo jo aap ki biography likh rahi hain, azamgarh ja rahi hain, to wo bhi aai hain.</w:t>
      </w:r>
    </w:p>
    <w:p>
      <w:pPr>
        <w:jc w:val="right"/>
      </w:pPr>
      <w:r>
        <w:t>बस यहीं पर दो लोग बैठ जाएँ। और कोई नहीं है, बस थ्री लेडीज़ हैं। अस्सलाम वालेकुम। अपा, नीचे तार दे दिया। कब हुई? अब वो जो आपकी बायोग्राफी लिख रही हैं, आजमगढ़ जा रही हैं, तो वो भी आई हैं।</w:t>
      </w:r>
    </w:p>
    <w:p>
      <w:r>
        <w:rPr>
          <w:b/>
        </w:rPr>
        <w:t xml:space="preserve">[04:11] </w:t>
      </w:r>
      <w:r>
        <w:t>bhai is waqt to mein— aisay hi woh aisay aisay milenge.</w:t>
      </w:r>
    </w:p>
    <w:p>
      <w:pPr>
        <w:jc w:val="right"/>
      </w:pPr>
      <w:r>
        <w:t>بھائی اس وقت تو میں— ایسے ہی وہ ایسے ایسے ملیں گے۔</w:t>
      </w:r>
    </w:p>
    <w:p>
      <w:r>
        <w:rPr>
          <w:b/>
        </w:rPr>
        <w:t xml:space="preserve">[04:15] </w:t>
      </w:r>
      <w:r>
        <w:t>woh bas abhi koi baat nahi karne Maulana, woh bas baithenge.</w:t>
      </w:r>
    </w:p>
    <w:p>
      <w:pPr>
        <w:jc w:val="right"/>
      </w:pPr>
      <w:r>
        <w:t>وہ بس ابھی کوئی بات نہیں کرنے مولانا، وہ بس بیٹھیں گے۔</w:t>
      </w:r>
    </w:p>
    <w:p>
      <w:r>
        <w:rPr>
          <w:b/>
        </w:rPr>
        <w:t xml:space="preserve">[04:18] </w:t>
      </w:r>
      <w:r>
        <w:t>theek hai. theek hai.</w:t>
      </w:r>
    </w:p>
    <w:p>
      <w:pPr>
        <w:jc w:val="right"/>
      </w:pPr>
      <w:r>
        <w:t>ٹھیک ہے۔ ٹھیک ہے۔</w:t>
      </w:r>
    </w:p>
    <w:p>
      <w:r>
        <w:rPr>
          <w:b/>
        </w:rPr>
        <w:t xml:space="preserve">[04:21] </w:t>
      </w:r>
      <w:r>
        <w:t>aap ko idhar bhi— ji Maulana? woh wahan class mein theen.</w:t>
      </w:r>
    </w:p>
    <w:p>
      <w:pPr>
        <w:jc w:val="right"/>
      </w:pPr>
      <w:r>
        <w:t>آپ کو ادھر بھی— جی مولانا؟ وہ وہاں کلاس میں تھیں۔</w:t>
      </w:r>
    </w:p>
    <w:p>
      <w:r>
        <w:rPr>
          <w:b/>
        </w:rPr>
        <w:t xml:space="preserve">[04:25] </w:t>
      </w:r>
      <w:r>
        <w:t>achha. thehrne wale logon se pooch lete hain.</w:t>
      </w:r>
    </w:p>
    <w:p>
      <w:pPr>
        <w:jc w:val="right"/>
      </w:pPr>
      <w:r>
        <w:t>اچھا۔ ٹھہرنے والے لوگوں سے پوچھ لیتے ہیں۔</w:t>
      </w:r>
    </w:p>
    <w:p>
      <w:r>
        <w:rPr>
          <w:b/>
        </w:rPr>
        <w:t xml:space="preserve">[04:29] </w:t>
      </w:r>
      <w:r>
        <w:t>bhai safi sahib, baat kar len?</w:t>
      </w:r>
    </w:p>
    <w:p>
      <w:pPr>
        <w:jc w:val="right"/>
      </w:pPr>
      <w:r>
        <w:t>بھائی صفی صاحب، بات کر لیں؟</w:t>
      </w:r>
    </w:p>
    <w:p>
      <w:r>
        <w:rPr>
          <w:b/>
        </w:rPr>
        <w:t xml:space="preserve">[04:34] </w:t>
      </w:r>
      <w:r>
        <w:t>nahi, aap kon aa rahe hain? bas akele hi.</w:t>
      </w:r>
    </w:p>
    <w:p>
      <w:pPr>
        <w:jc w:val="right"/>
      </w:pPr>
      <w:r>
        <w:t>نہیں، آپ کون آ رہے ہیں؟ بس اکیلے ہی۔</w:t>
      </w:r>
    </w:p>
    <w:p>
      <w:r>
        <w:rPr>
          <w:b/>
        </w:rPr>
        <w:t xml:space="preserve">[04:37] </w:t>
      </w:r>
      <w:r>
        <w:t>kitne din rehna hai aap ko? aap kitne din aa rahe hain? as</w:t>
      </w:r>
    </w:p>
    <w:p>
      <w:pPr>
        <w:jc w:val="right"/>
      </w:pPr>
      <w:r>
        <w:t>کتنے دن رہنا ہے آپ کو؟ آپ کتنے دن آ رہے ہیں؟ الس</w:t>
      </w:r>
    </w:p>
    <w:p>
      <w:r>
        <w:rPr>
          <w:b/>
        </w:rPr>
        <w:t xml:space="preserve">[04:42] </w:t>
      </w:r>
      <w:r>
        <w:t>salam alaikum. salam</w:t>
      </w:r>
    </w:p>
    <w:p>
      <w:pPr>
        <w:jc w:val="right"/>
      </w:pPr>
      <w:r>
        <w:t>لام علیکم۔ السلام</w:t>
      </w:r>
    </w:p>
    <w:p>
      <w:r>
        <w:rPr>
          <w:b/>
        </w:rPr>
        <w:t xml:space="preserve">[04:47] </w:t>
      </w:r>
      <w:r>
        <w:t>alaikum. achha, aap kaise hain? aap bataiye bas, aap ke ghar kaise chal rahi hai? aap theek hain?</w:t>
      </w:r>
    </w:p>
    <w:p>
      <w:pPr>
        <w:jc w:val="right"/>
      </w:pPr>
      <w:r>
        <w:t>علیکم۔ اچھا، آپ کیسے ہیں؟ آپ بتائیے بس، آپ کے گھر کیسے چل رہی ہے؟ آپ ٹھیک ہیں؟</w:t>
      </w:r>
    </w:p>
    <w:p>
      <w:r>
        <w:rPr>
          <w:b/>
        </w:rPr>
        <w:t xml:space="preserve">[04:55] </w:t>
      </w:r>
      <w:r>
        <w:t>haan. baat kar rahi hoon.</w:t>
      </w:r>
    </w:p>
    <w:p>
      <w:pPr>
        <w:jc w:val="right"/>
      </w:pPr>
      <w:r>
        <w:t>ہاں۔ بات کر رہی ہوں۔</w:t>
      </w:r>
    </w:p>
    <w:p>
      <w:r>
        <w:rPr>
          <w:b/>
        </w:rPr>
        <w:t xml:space="preserve">[04:56] </w:t>
      </w:r>
      <w:r>
        <w:t>theek hai. woh is area se related questions the, aap ne bheja tha.</w:t>
      </w:r>
    </w:p>
    <w:p>
      <w:pPr>
        <w:jc w:val="right"/>
      </w:pPr>
      <w:r>
        <w:t>ٹھیک ہے۔ وہ اس ایریا سے ریلیٹڈ کوسچنز تھے، آپ نے بھیجا تھا۔</w:t>
      </w:r>
    </w:p>
    <w:p>
      <w:r>
        <w:rPr>
          <w:b/>
        </w:rPr>
        <w:t xml:space="preserve">[05:03] </w:t>
      </w:r>
      <w:r>
        <w:t>achha, main 2020 mein—</w:t>
      </w:r>
    </w:p>
    <w:p>
      <w:pPr>
        <w:jc w:val="right"/>
      </w:pPr>
      <w:r>
        <w:t>اچھا، میں 2020 میں—</w:t>
      </w:r>
    </w:p>
    <w:p>
      <w:r>
        <w:rPr>
          <w:b/>
        </w:rPr>
        <w:t xml:space="preserve">[05:06] </w:t>
      </w:r>
      <w:r>
        <w:t>main 22 ko ja rahi hoon, 23 pohnchoongi wahan.</w:t>
      </w:r>
    </w:p>
    <w:p>
      <w:pPr>
        <w:jc w:val="right"/>
      </w:pPr>
      <w:r>
        <w:t>میں 22 کو جا رہی ہوں، 23 پہنچوں گی وہاں۔</w:t>
      </w:r>
    </w:p>
    <w:p>
      <w:r>
        <w:rPr>
          <w:b/>
        </w:rPr>
        <w:t xml:space="preserve">[05:09] </w:t>
      </w:r>
      <w:r>
        <w:t>24, 25 nikal gayi.</w:t>
      </w:r>
    </w:p>
    <w:p>
      <w:pPr>
        <w:jc w:val="right"/>
      </w:pPr>
      <w:r>
        <w:t>24، 25 نکل گئی۔</w:t>
      </w:r>
    </w:p>
    <w:p>
      <w:r>
        <w:rPr>
          <w:b/>
        </w:rPr>
        <w:t xml:space="preserve">[05:18] </w:t>
      </w:r>
      <w:r>
        <w:t>agar wo honge to aaj start kar lo. start kar lete hain, nahin to start karni padegi. 18, malana. mobile phones check kar lo, sab log. 18 tarikh. rajat? rajat? it should we start? he is asking. ji, malana, start kar dijiye. aap?</w:t>
      </w:r>
    </w:p>
    <w:p>
      <w:pPr>
        <w:jc w:val="right"/>
      </w:pPr>
      <w:r>
        <w:t>अगर वो होंगे तो आज स्टार्ट कर लो। स्टार्ट कर लेते हैं, नहीं तो स्टार्ट करनी पड़ेगी। 18, मलाना। मोबाइल फोन्स चेक कर लो, सब लोग। 18 तारीख। रजत? रजत? इट शुड वी स्टार्ट? ही इज़ आस्किंग। जी, मलाना, स्टार्ट कर दीजिए। आप?</w:t>
      </w:r>
    </w:p>
    <w:p>
      <w:r>
        <w:rPr>
          <w:b/>
        </w:rPr>
        <w:t xml:space="preserve">[05:48] </w:t>
      </w:r>
      <w:r>
        <w:t>bismillahir rahmanir rahim. 18 december 2014. 18 january, november? december nahin hai, january. 18 january 2015. 15. bismillahir rahmanir rahim. 18 january 2014. 15, malana. 15.</w:t>
      </w:r>
    </w:p>
    <w:p>
      <w:pPr>
        <w:jc w:val="right"/>
      </w:pPr>
      <w:r>
        <w:t>बिस्मिल्लाहिर्रहमानिर्रहीम। 18 दिसंबर 2014। 18 जनवरी, नवंबर? दिसंबर नहीं है, जनवरी। 18 जनवरी 2015। 15। बिस्मिल्लाहिर्रहमानिर्रहीम। 18 जनवरी 2014। 15, मलाना। 15।</w:t>
      </w:r>
    </w:p>
    <w:p>
      <w:r>
        <w:rPr>
          <w:b/>
        </w:rPr>
        <w:t xml:space="preserve">[06:15] </w:t>
      </w:r>
      <w:r>
        <w:t>bismillah rahman rahim.</w:t>
      </w:r>
    </w:p>
    <w:p>
      <w:pPr>
        <w:jc w:val="right"/>
      </w:pPr>
      <w:r>
        <w:t>بسم اللہ الرحمن الرحیم۔</w:t>
      </w:r>
    </w:p>
    <w:p>
      <w:r>
        <w:rPr>
          <w:b/>
        </w:rPr>
        <w:t xml:space="preserve">[06:18] </w:t>
      </w:r>
      <w:r>
        <w:t>18 janvari 2015.</w:t>
      </w:r>
    </w:p>
    <w:p>
      <w:pPr>
        <w:jc w:val="right"/>
      </w:pPr>
      <w:r>
        <w:t>18 جنوری 2015۔</w:t>
      </w:r>
    </w:p>
    <w:p>
      <w:r>
        <w:rPr>
          <w:b/>
        </w:rPr>
        <w:t xml:space="preserve">[06:24] </w:t>
      </w:r>
      <w:r>
        <w:t>dekhiye, is waqt mein jo kuch</w:t>
      </w:r>
    </w:p>
    <w:p>
      <w:pPr>
        <w:jc w:val="right"/>
      </w:pPr>
      <w:r>
        <w:t>دیکھیے، اس وقت میں جو کچھ</w:t>
      </w:r>
    </w:p>
    <w:p>
      <w:r>
        <w:rPr>
          <w:b/>
        </w:rPr>
        <w:t xml:space="preserve">[06:28] </w:t>
      </w:r>
      <w:r>
        <w:t>keh raha hoon, yeh</w:t>
      </w:r>
    </w:p>
    <w:p>
      <w:pPr>
        <w:jc w:val="right"/>
      </w:pPr>
      <w:r>
        <w:t>کہہ رہا ہوں، یہ</w:t>
      </w:r>
    </w:p>
    <w:p>
      <w:r>
        <w:rPr>
          <w:b/>
        </w:rPr>
        <w:t xml:space="preserve">[06:31] </w:t>
      </w:r>
      <w:r>
        <w:t>bohat thori samjhi baat hai, aur yeh hamara</w:t>
      </w:r>
    </w:p>
    <w:p>
      <w:pPr>
        <w:jc w:val="right"/>
      </w:pPr>
      <w:r>
        <w:t>بہت تھوڑی سمجھی بات ہے، اور یہ ہمارا</w:t>
      </w:r>
    </w:p>
    <w:p>
      <w:r>
        <w:rPr>
          <w:b/>
        </w:rPr>
        <w:t xml:space="preserve">[06:36] </w:t>
      </w:r>
      <w:r>
        <w:t>final message hai aap sab logon ke liye.</w:t>
      </w:r>
    </w:p>
    <w:p>
      <w:pPr>
        <w:jc w:val="right"/>
      </w:pPr>
      <w:r>
        <w:t>فائنل میسج ہے آپ سب لوگوں کے لیے۔</w:t>
      </w:r>
    </w:p>
    <w:p>
      <w:r>
        <w:rPr>
          <w:b/>
        </w:rPr>
        <w:t xml:space="preserve">[06:40] </w:t>
      </w:r>
      <w:r>
        <w:t>main chahe zinda rahu ya na rahu,</w:t>
      </w:r>
    </w:p>
    <w:p>
      <w:pPr>
        <w:jc w:val="right"/>
      </w:pPr>
      <w:r>
        <w:t>میں چاہے زندہ رہوں یا نہ رہوں،</w:t>
      </w:r>
    </w:p>
    <w:p>
      <w:r>
        <w:rPr>
          <w:b/>
        </w:rPr>
        <w:t xml:space="preserve">[06:46] </w:t>
      </w:r>
      <w:r>
        <w:t>jo log is mission ke loyal hain,</w:t>
      </w:r>
    </w:p>
    <w:p>
      <w:pPr>
        <w:jc w:val="right"/>
      </w:pPr>
      <w:r>
        <w:t>جو لوگ اس مشن کے لائل ہیں،</w:t>
      </w:r>
    </w:p>
    <w:p>
      <w:r>
        <w:rPr>
          <w:b/>
        </w:rPr>
        <w:t xml:space="preserve">[06:49] </w:t>
      </w:r>
      <w:r>
        <w:t>un ko yahi kaam karna hai.</w:t>
      </w:r>
    </w:p>
    <w:p>
      <w:pPr>
        <w:jc w:val="right"/>
      </w:pPr>
      <w:r>
        <w:t>ان کو یہی کام کرنا ہے۔</w:t>
      </w:r>
    </w:p>
    <w:p>
      <w:r>
        <w:rPr>
          <w:b/>
        </w:rPr>
        <w:t xml:space="preserve">[06:55] </w:t>
      </w:r>
      <w:r>
        <w:t>chahe abhi aap jo dilli mein sun rahe hain meri baat, ya duniya mein kahin doosre sun rahe</w:t>
      </w:r>
    </w:p>
    <w:p>
      <w:pPr>
        <w:jc w:val="right"/>
      </w:pPr>
      <w:r>
        <w:t>چاہے ابھی آپ جو دلی میں سن رہے ہیں میری بات، یا دنیا میں کہیں دوسرے سن رہے</w:t>
      </w:r>
    </w:p>
    <w:p>
      <w:r>
        <w:rPr>
          <w:b/>
        </w:rPr>
        <w:t xml:space="preserve">[07:01] </w:t>
      </w:r>
      <w:r>
        <w:t>hain, ya baat ko sunein, un sab ke liye mera yeh message hai.</w:t>
      </w:r>
    </w:p>
    <w:p>
      <w:pPr>
        <w:jc w:val="right"/>
      </w:pPr>
      <w:r>
        <w:t>ہیں، یا بات کو سنیں، ان سب کے لیے میرا یہ میسج ہے۔</w:t>
      </w:r>
    </w:p>
    <w:p>
      <w:r>
        <w:rPr>
          <w:b/>
        </w:rPr>
        <w:t xml:space="preserve">[07:10] </w:t>
      </w:r>
      <w:r>
        <w:t>dekhiye, is waqt</w:t>
      </w:r>
    </w:p>
    <w:p>
      <w:pPr>
        <w:jc w:val="right"/>
      </w:pPr>
      <w:r>
        <w:t>دیکھیے، اس وقت</w:t>
      </w:r>
    </w:p>
    <w:p>
      <w:r>
        <w:rPr>
          <w:b/>
        </w:rPr>
        <w:t xml:space="preserve">[07:18] </w:t>
      </w:r>
      <w:r>
        <w:t>jo kaam hamein karna hai,</w:t>
      </w:r>
    </w:p>
    <w:p>
      <w:pPr>
        <w:jc w:val="right"/>
      </w:pPr>
      <w:r>
        <w:t>جو کام ہمیں کرنا ہے،</w:t>
      </w:r>
    </w:p>
    <w:p>
      <w:r>
        <w:rPr>
          <w:b/>
        </w:rPr>
        <w:t xml:space="preserve">[07:22] </w:t>
      </w:r>
      <w:r>
        <w:t>is ko main batana chahta hoon.</w:t>
      </w:r>
    </w:p>
    <w:p>
      <w:pPr>
        <w:jc w:val="right"/>
      </w:pPr>
      <w:r>
        <w:t>اس کو میں بتانا چاہتا ہوں۔</w:t>
      </w:r>
    </w:p>
    <w:p>
      <w:r>
        <w:rPr>
          <w:b/>
        </w:rPr>
        <w:t xml:space="preserve">[07:26] </w:t>
      </w:r>
      <w:r>
        <w:t>yeh hamare mission ka final phase hai.</w:t>
      </w:r>
    </w:p>
    <w:p>
      <w:pPr>
        <w:jc w:val="right"/>
      </w:pPr>
      <w:r>
        <w:t>یہ ہمارے مشن کا فائنل فیز ہے۔</w:t>
      </w:r>
    </w:p>
    <w:p>
      <w:r>
        <w:rPr>
          <w:b/>
        </w:rPr>
        <w:t xml:space="preserve">[07:32] </w:t>
      </w:r>
      <w:r>
        <w:t>final phase hai.</w:t>
      </w:r>
    </w:p>
    <w:p>
      <w:pPr>
        <w:jc w:val="right"/>
      </w:pPr>
      <w:r>
        <w:t>فائنل فیز ہے۔</w:t>
      </w:r>
    </w:p>
    <w:p>
      <w:r>
        <w:rPr>
          <w:b/>
        </w:rPr>
        <w:t xml:space="preserve">[07:35] </w:t>
      </w:r>
      <w:r>
        <w:t>hamara mission bohat se phases se guzra hai, ab woh final phase mein hai.</w:t>
      </w:r>
    </w:p>
    <w:p>
      <w:pPr>
        <w:jc w:val="right"/>
      </w:pPr>
      <w:r>
        <w:t>ہمارا مشن بہت سے فیزز سے گزرا ہے، اب وہ فائنل فیز میں ہے۔</w:t>
      </w:r>
    </w:p>
    <w:p>
      <w:r>
        <w:rPr>
          <w:b/>
        </w:rPr>
        <w:t xml:space="preserve">[07:46] </w:t>
      </w:r>
      <w:r>
        <w:t>woh final phase</w:t>
      </w:r>
    </w:p>
    <w:p>
      <w:pPr>
        <w:jc w:val="right"/>
      </w:pPr>
      <w:r>
        <w:t>وہ فائنل فیز</w:t>
      </w:r>
    </w:p>
    <w:p>
      <w:r>
        <w:rPr>
          <w:b/>
        </w:rPr>
        <w:t xml:space="preserve">[07:50] </w:t>
      </w:r>
      <w:r>
        <w:t>mein aap ka target sirf ek hoga, koi do nahin.</w:t>
      </w:r>
    </w:p>
    <w:p>
      <w:pPr>
        <w:jc w:val="right"/>
      </w:pPr>
      <w:r>
        <w:t>میں آپ کا ٹارگٹ صرف ایک ہوگا، کوئی دو نہیں۔</w:t>
      </w:r>
    </w:p>
    <w:p>
      <w:r>
        <w:rPr>
          <w:b/>
        </w:rPr>
        <w:t xml:space="preserve">[07:57] </w:t>
      </w:r>
      <w:r>
        <w:t>woh yeh hai:</w:t>
      </w:r>
    </w:p>
    <w:p>
      <w:pPr>
        <w:jc w:val="right"/>
      </w:pPr>
      <w:r>
        <w:t>وہ یہ ہے:</w:t>
      </w:r>
    </w:p>
    <w:p>
      <w:r>
        <w:rPr>
          <w:b/>
        </w:rPr>
        <w:t xml:space="preserve">[08:00] </w:t>
      </w:r>
      <w:r>
        <w:t>Islam ki image ko</w:t>
      </w:r>
    </w:p>
    <w:p>
      <w:pPr>
        <w:jc w:val="right"/>
      </w:pPr>
      <w:r>
        <w:t>اسلام کی امیج کو</w:t>
      </w:r>
    </w:p>
    <w:p>
      <w:r>
        <w:rPr>
          <w:b/>
        </w:rPr>
        <w:t xml:space="preserve">[08:04] </w:t>
      </w:r>
      <w:r>
        <w:t>durust karna. Is waqt jo Islam ki image ban gayi hai,</w:t>
      </w:r>
    </w:p>
    <w:p>
      <w:pPr>
        <w:jc w:val="right"/>
      </w:pPr>
      <w:r>
        <w:t>درست کرنا۔ اس وقت جو اسلام کی امیج بن گئی ہے،</w:t>
      </w:r>
    </w:p>
    <w:p>
      <w:r>
        <w:rPr>
          <w:b/>
        </w:rPr>
        <w:t xml:space="preserve">[08:11] </w:t>
      </w:r>
      <w:r>
        <w:t>وہ یہ ہے کہ Islam is a religion of violence.</w:t>
      </w:r>
    </w:p>
    <w:p>
      <w:pPr>
        <w:jc w:val="right"/>
      </w:pPr>
      <w:r>
        <w:t>وہ یہ ہے کہ اسلام از اے ریجنٹ آف وائلنس۔</w:t>
      </w:r>
    </w:p>
    <w:p>
      <w:r>
        <w:rPr>
          <w:b/>
        </w:rPr>
        <w:t xml:space="preserve">[08:17] </w:t>
      </w:r>
      <w:r>
        <w:t>ہمیں کرنا ہے کہ Islam is a religion of peace.</w:t>
      </w:r>
    </w:p>
    <w:p>
      <w:pPr>
        <w:jc w:val="right"/>
      </w:pPr>
      <w:r>
        <w:t>ہمیں کرنا ہے کہ اسلام از اے ریجنٹ آف پیس۔</w:t>
      </w:r>
    </w:p>
    <w:p>
      <w:r>
        <w:rPr>
          <w:b/>
        </w:rPr>
        <w:t xml:space="preserve">[08:22] </w:t>
      </w:r>
      <w:r>
        <w:t>to hamare nazdeek is ka blame</w:t>
      </w:r>
    </w:p>
    <w:p>
      <w:pPr>
        <w:jc w:val="right"/>
      </w:pPr>
      <w:r>
        <w:t>تو ہمارے نزدیک اس کا بلیم</w:t>
      </w:r>
    </w:p>
    <w:p>
      <w:r>
        <w:rPr>
          <w:b/>
        </w:rPr>
        <w:t xml:space="preserve">[08:26] </w:t>
      </w:r>
      <w:r>
        <w:t>poora ka poora jata hai musalmanon par,</w:t>
      </w:r>
    </w:p>
    <w:p>
      <w:pPr>
        <w:jc w:val="right"/>
      </w:pPr>
      <w:r>
        <w:t>پورا کا پورا جاتا ہے مسلمانوں پر،</w:t>
      </w:r>
    </w:p>
    <w:p>
      <w:r>
        <w:rPr>
          <w:b/>
        </w:rPr>
        <w:t xml:space="preserve">[08:30] </w:t>
      </w:r>
      <w:r>
        <w:t>dusron par nahin.</w:t>
      </w:r>
    </w:p>
    <w:p>
      <w:pPr>
        <w:jc w:val="right"/>
      </w:pPr>
      <w:r>
        <w:t>دوسروں پر نہیں۔</w:t>
      </w:r>
    </w:p>
    <w:p>
      <w:r>
        <w:rPr>
          <w:b/>
        </w:rPr>
        <w:t xml:space="preserve">[08:33] </w:t>
      </w:r>
      <w:r>
        <w:t>jis cheez ko kehte hain log Islamophobia,</w:t>
      </w:r>
    </w:p>
    <w:p>
      <w:pPr>
        <w:jc w:val="right"/>
      </w:pPr>
      <w:r>
        <w:t>جس چیز کو کہتے ہیں لوگ اسلامو فوبیا،</w:t>
      </w:r>
    </w:p>
    <w:p>
      <w:r>
        <w:rPr>
          <w:b/>
        </w:rPr>
        <w:t xml:space="preserve">[08:38] </w:t>
      </w:r>
      <w:r>
        <w:t>woh haqeeqat mein hai Americaphobia.</w:t>
      </w:r>
    </w:p>
    <w:p>
      <w:pPr>
        <w:jc w:val="right"/>
      </w:pPr>
      <w:r>
        <w:t>وہ حقیقت میں ہے امریکو فوبیا۔</w:t>
      </w:r>
    </w:p>
    <w:p>
      <w:r>
        <w:rPr>
          <w:b/>
        </w:rPr>
        <w:t xml:space="preserve">[08:43] </w:t>
      </w:r>
      <w:r>
        <w:t>koi doosra zimmedar nahin hai,</w:t>
      </w:r>
    </w:p>
    <w:p>
      <w:pPr>
        <w:jc w:val="right"/>
      </w:pPr>
      <w:r>
        <w:t>کوئی دوسرا ذمہ دار نہیں ہے،</w:t>
      </w:r>
    </w:p>
    <w:p>
      <w:r>
        <w:rPr>
          <w:b/>
        </w:rPr>
        <w:t xml:space="preserve">[08:47] </w:t>
      </w:r>
      <w:r>
        <w:t>sirf musalman zimmedar hain ke yeh image jo Islam ki aisi hui hai.</w:t>
      </w:r>
    </w:p>
    <w:p>
      <w:pPr>
        <w:jc w:val="right"/>
      </w:pPr>
      <w:r>
        <w:t>صرف مسلمان ذمہ دار ہیں کہ یہ امیج جو اسلام کی ایسی ہوئی ہے۔</w:t>
      </w:r>
    </w:p>
    <w:p>
      <w:r>
        <w:rPr>
          <w:b/>
        </w:rPr>
        <w:t xml:space="preserve">[08:51] </w:t>
      </w:r>
      <w:r>
        <w:t>yeh bohat afsos aur mushkil aap se yeh baat kar raha hoon.</w:t>
      </w:r>
    </w:p>
    <w:p>
      <w:pPr>
        <w:jc w:val="right"/>
      </w:pPr>
      <w:r>
        <w:t>یہ بہت افسوس اور مشکل آپ سے یہ بات کر رہا ہوں۔</w:t>
      </w:r>
    </w:p>
    <w:p>
      <w:r>
        <w:rPr>
          <w:b/>
        </w:rPr>
        <w:t xml:space="preserve">[08:56] </w:t>
      </w:r>
      <w:r>
        <w:t>to hamein khud hi</w:t>
      </w:r>
    </w:p>
    <w:p>
      <w:pPr>
        <w:jc w:val="right"/>
      </w:pPr>
      <w:r>
        <w:t>تو ہمیں خود ہی</w:t>
      </w:r>
    </w:p>
    <w:p>
      <w:r>
        <w:rPr>
          <w:b/>
        </w:rPr>
        <w:t xml:space="preserve">[09:01] </w:t>
      </w:r>
      <w:r>
        <w:t>yeh kaam karna hai ke Islam ki image ko badlein.</w:t>
      </w:r>
    </w:p>
    <w:p>
      <w:pPr>
        <w:jc w:val="right"/>
      </w:pPr>
      <w:r>
        <w:t>یہ کام کرنا ہے کہ اسلام کی امیج کو بدلیں۔</w:t>
      </w:r>
    </w:p>
    <w:p>
      <w:r>
        <w:rPr>
          <w:b/>
        </w:rPr>
        <w:t xml:space="preserve">[09:05] </w:t>
      </w:r>
      <w:r>
        <w:t>image ka matlab kya hai?</w:t>
      </w:r>
    </w:p>
    <w:p>
      <w:pPr>
        <w:jc w:val="right"/>
      </w:pPr>
      <w:r>
        <w:t>امیج کا مطلب کیا ہے؟</w:t>
      </w:r>
    </w:p>
    <w:p>
      <w:r>
        <w:rPr>
          <w:b/>
        </w:rPr>
        <w:t xml:space="preserve">[09:07] </w:t>
      </w:r>
      <w:r>
        <w:t>image ka matlab hai media image.</w:t>
      </w:r>
    </w:p>
    <w:p>
      <w:pPr>
        <w:jc w:val="right"/>
      </w:pPr>
      <w:r>
        <w:t>امیج کا مطلب ہے میڈیا امیج۔</w:t>
      </w:r>
    </w:p>
    <w:p>
      <w:r>
        <w:rPr>
          <w:b/>
        </w:rPr>
        <w:t xml:space="preserve">[09:11] </w:t>
      </w:r>
      <w:r>
        <w:t>basically image ka matlab hai media image.</w:t>
      </w:r>
    </w:p>
    <w:p>
      <w:pPr>
        <w:jc w:val="right"/>
      </w:pPr>
      <w:r>
        <w:t>بیسکلی امیج کا مطلب ہے میڈیا امیج۔</w:t>
      </w:r>
    </w:p>
    <w:p>
      <w:r>
        <w:rPr>
          <w:b/>
        </w:rPr>
        <w:t xml:space="preserve">[09:16] </w:t>
      </w:r>
      <w:r>
        <w:t>hamare paas na to koi</w:t>
      </w:r>
    </w:p>
    <w:p>
      <w:pPr>
        <w:jc w:val="right"/>
      </w:pPr>
      <w:r>
        <w:t>ہمارے پاس نہ تو کوئی</w:t>
      </w:r>
    </w:p>
    <w:p>
      <w:r>
        <w:rPr>
          <w:b/>
        </w:rPr>
        <w:t xml:space="preserve">[09:20] </w:t>
      </w:r>
      <w:r>
        <w:t>political mission hai,</w:t>
      </w:r>
    </w:p>
    <w:p>
      <w:pPr>
        <w:jc w:val="right"/>
      </w:pPr>
      <w:r>
        <w:t>پولیٹیکل مشن ہے،</w:t>
      </w:r>
    </w:p>
    <w:p>
      <w:r>
        <w:rPr>
          <w:b/>
        </w:rPr>
        <w:t xml:space="preserve">[09:23] </w:t>
      </w:r>
      <w:r>
        <w:t>na koi system hamein badalna hai,</w:t>
      </w:r>
    </w:p>
    <w:p>
      <w:pPr>
        <w:jc w:val="right"/>
      </w:pPr>
      <w:r>
        <w:t>نہ کوئی سسٹم ہمیں بدلنا ہے،</w:t>
      </w:r>
    </w:p>
    <w:p>
      <w:r>
        <w:rPr>
          <w:b/>
        </w:rPr>
        <w:t xml:space="preserve">[09:26] </w:t>
      </w:r>
      <w:r>
        <w:t>na hamein koi musalmanon ka koi</w:t>
      </w:r>
    </w:p>
    <w:p>
      <w:pPr>
        <w:jc w:val="right"/>
      </w:pPr>
      <w:r>
        <w:t>نہ ہمیں کوئی مسلمانوں کا کوئی</w:t>
      </w:r>
    </w:p>
    <w:p>
      <w:r>
        <w:rPr>
          <w:b/>
        </w:rPr>
        <w:t xml:space="preserve">[09:32] </w:t>
      </w:r>
      <w:r>
        <w:t>right hai is ko humain dilana hai.</w:t>
      </w:r>
    </w:p>
    <w:p>
      <w:pPr>
        <w:jc w:val="right"/>
      </w:pPr>
      <w:r>
        <w:t>رائٹ ہے اس کو ہمیں دلانا ہے۔</w:t>
      </w:r>
    </w:p>
    <w:p>
      <w:r>
        <w:rPr>
          <w:b/>
        </w:rPr>
        <w:t xml:space="preserve">[09:34] </w:t>
      </w:r>
      <w:r>
        <w:t>yeh hamara mission nahi hai.</w:t>
      </w:r>
    </w:p>
    <w:p>
      <w:pPr>
        <w:jc w:val="right"/>
      </w:pPr>
      <w:r>
        <w:t>یہ ہمارا مشن نہیں ہے۔</w:t>
      </w:r>
    </w:p>
    <w:p>
      <w:r>
        <w:rPr>
          <w:b/>
        </w:rPr>
        <w:t xml:space="preserve">[09:37] </w:t>
      </w:r>
      <w:r>
        <w:t>to is waqt jo media hai,</w:t>
      </w:r>
    </w:p>
    <w:p>
      <w:pPr>
        <w:jc w:val="right"/>
      </w:pPr>
      <w:r>
        <w:t>تو اس وقت جو میڈیا ہے،</w:t>
      </w:r>
    </w:p>
    <w:p>
      <w:r>
        <w:rPr>
          <w:b/>
        </w:rPr>
        <w:t xml:space="preserve">[09:42] </w:t>
      </w:r>
      <w:r>
        <w:t>basically world media,</w:t>
      </w:r>
    </w:p>
    <w:p>
      <w:pPr>
        <w:jc w:val="right"/>
      </w:pPr>
      <w:r>
        <w:t>بیسکلی ورلڈ میڈیا،</w:t>
      </w:r>
    </w:p>
    <w:p>
      <w:r>
        <w:rPr>
          <w:b/>
        </w:rPr>
        <w:t xml:space="preserve">[09:45] </w:t>
      </w:r>
      <w:r>
        <w:t>woh bhar gaya hai</w:t>
      </w:r>
    </w:p>
    <w:p>
      <w:pPr>
        <w:jc w:val="right"/>
      </w:pPr>
      <w:r>
        <w:t>وہ بھر گیا ہے</w:t>
      </w:r>
    </w:p>
    <w:p>
      <w:r>
        <w:rPr>
          <w:b/>
        </w:rPr>
        <w:t xml:space="preserve">[09:48] </w:t>
      </w:r>
      <w:r>
        <w:t>aisi news se</w:t>
      </w:r>
    </w:p>
    <w:p>
      <w:pPr>
        <w:jc w:val="right"/>
      </w:pPr>
      <w:r>
        <w:t>ایسی نیوز سے</w:t>
      </w:r>
    </w:p>
    <w:p>
      <w:r>
        <w:rPr>
          <w:b/>
        </w:rPr>
        <w:t xml:space="preserve">[09:51] </w:t>
      </w:r>
      <w:r>
        <w:t>کہ Islam is a religion of violence.</w:t>
      </w:r>
    </w:p>
    <w:p>
      <w:pPr>
        <w:jc w:val="right"/>
      </w:pPr>
      <w:r>
        <w:t>کہ اسلام از اے ریجنٹ آف وائلنس۔</w:t>
      </w:r>
    </w:p>
    <w:p>
      <w:r>
        <w:rPr>
          <w:b/>
        </w:rPr>
        <w:t xml:space="preserve">[09:54] </w:t>
      </w:r>
      <w:r>
        <w:t>to world media mein lana hai.</w:t>
      </w:r>
    </w:p>
    <w:p>
      <w:pPr>
        <w:jc w:val="right"/>
      </w:pPr>
      <w:r>
        <w:t>تو ورلڈ میڈیا میں لانا ہے۔</w:t>
      </w:r>
    </w:p>
    <w:p>
      <w:r>
        <w:rPr>
          <w:b/>
        </w:rPr>
        <w:t xml:space="preserve">[10:00] </w:t>
      </w:r>
      <w:r>
        <w:t>ab jo mein baat kar raha hoon aap se, aap ko poori energy,</w:t>
      </w:r>
    </w:p>
    <w:p>
      <w:pPr>
        <w:jc w:val="right"/>
      </w:pPr>
      <w:r>
        <w:t>اب جو میں بات کر رہا ہوں آپ سے، آپ کو پوری انرجی،</w:t>
      </w:r>
    </w:p>
    <w:p>
      <w:r>
        <w:rPr>
          <w:b/>
        </w:rPr>
        <w:t xml:space="preserve">[10:06] </w:t>
      </w:r>
      <w:r>
        <w:t>apna poora soul concern</w:t>
      </w:r>
    </w:p>
    <w:p>
      <w:pPr>
        <w:jc w:val="right"/>
      </w:pPr>
      <w:r>
        <w:t>اپنا پورا سول کنسرن</w:t>
      </w:r>
    </w:p>
    <w:p>
      <w:r>
        <w:rPr>
          <w:b/>
        </w:rPr>
        <w:t xml:space="preserve">[10:12] </w:t>
      </w:r>
      <w:r>
        <w:t>sirf yeh banana hai ke world media mein</w:t>
      </w:r>
    </w:p>
    <w:p>
      <w:pPr>
        <w:jc w:val="right"/>
      </w:pPr>
      <w:r>
        <w:t>صرف یہ بنانا ہے کہ ورلڈ میڈیا میں</w:t>
      </w:r>
    </w:p>
    <w:p>
      <w:r>
        <w:rPr>
          <w:b/>
        </w:rPr>
        <w:t xml:space="preserve">[10:17] </w:t>
      </w:r>
      <w:r>
        <w:t>یہ آ جائے: Islam is a religion of peace.</w:t>
      </w:r>
    </w:p>
    <w:p>
      <w:pPr>
        <w:jc w:val="right"/>
      </w:pPr>
      <w:r>
        <w:t>یہ آ جائے: اسلام از اے ریجنٹ آف پیس۔</w:t>
      </w:r>
    </w:p>
    <w:p>
      <w:r>
        <w:rPr>
          <w:b/>
        </w:rPr>
        <w:t xml:space="preserve">[10:22] </w:t>
      </w:r>
      <w:r>
        <w:t>dekhiye, hum hamesha aik cheez central hoti hai,</w:t>
      </w:r>
    </w:p>
    <w:p>
      <w:pPr>
        <w:jc w:val="right"/>
      </w:pPr>
      <w:r>
        <w:t>دیکھیے، ہم ہمیشہ ایک چیز سینٹرل ہوتی ہے،</w:t>
      </w:r>
    </w:p>
    <w:p>
      <w:r>
        <w:rPr>
          <w:b/>
        </w:rPr>
        <w:t xml:space="preserve">[10:29] </w:t>
      </w:r>
      <w:r>
        <w:t>is ko kehte hain master stroke.</w:t>
      </w:r>
    </w:p>
    <w:p>
      <w:pPr>
        <w:jc w:val="right"/>
      </w:pPr>
      <w:r>
        <w:t>اس کو کہتے ہیں ماسٹر اسٹروک۔</w:t>
      </w:r>
    </w:p>
    <w:p>
      <w:r>
        <w:rPr>
          <w:b/>
        </w:rPr>
        <w:t xml:space="preserve">[10:32] </w:t>
      </w:r>
      <w:r>
        <w:t>aik baat ho jaye to saari baat apnay aap ho jati hai.</w:t>
      </w:r>
    </w:p>
    <w:p>
      <w:pPr>
        <w:jc w:val="right"/>
      </w:pPr>
      <w:r>
        <w:t>ایک بات ہو جائے تو ساری بات اپنے آپ ہو جاتی ہے۔</w:t>
      </w:r>
    </w:p>
    <w:p>
      <w:r>
        <w:rPr>
          <w:b/>
        </w:rPr>
        <w:t xml:space="preserve">[10:38] </w:t>
      </w:r>
      <w:r>
        <w:t>to agar aik bar world media mein yeh baat aa jaye</w:t>
      </w:r>
    </w:p>
    <w:p>
      <w:pPr>
        <w:jc w:val="right"/>
      </w:pPr>
      <w:r>
        <w:t>تو اگر ایک بار ورلڈ میڈیا میں یہ بات آ جائے</w:t>
      </w:r>
    </w:p>
    <w:p>
      <w:r>
        <w:rPr>
          <w:b/>
        </w:rPr>
        <w:t xml:space="preserve">[10:45] </w:t>
      </w:r>
      <w:r>
        <w:t>کہ اسلام is a religion of peace، تو کیا ہوگا</w:t>
      </w:r>
    </w:p>
    <w:p>
      <w:pPr>
        <w:jc w:val="right"/>
      </w:pPr>
      <w:r>
        <w:t>کہ اسلام از اے ریجنٹ آف پیس، تو کیا ہوگا</w:t>
      </w:r>
    </w:p>
    <w:p>
      <w:r>
        <w:rPr>
          <w:b/>
        </w:rPr>
        <w:t xml:space="preserve">[10:48] </w:t>
      </w:r>
      <w:r>
        <w:t>? aik naya process chalega</w:t>
      </w:r>
    </w:p>
    <w:p>
      <w:pPr>
        <w:jc w:val="right"/>
      </w:pPr>
      <w:r>
        <w:t>؟ ایک نیا پراسیس چلے گا</w:t>
      </w:r>
    </w:p>
    <w:p>
      <w:r>
        <w:rPr>
          <w:b/>
        </w:rPr>
        <w:t xml:space="preserve">[10:52] </w:t>
      </w:r>
      <w:r>
        <w:t>apnay aap. to abhi hum quran distribute kar rahe hain, religion distribute kar rahe hain,</w:t>
      </w:r>
    </w:p>
    <w:p>
      <w:pPr>
        <w:jc w:val="right"/>
      </w:pPr>
      <w:r>
        <w:t>اپنے آپ۔ تو ابھی ہم قرآن ڈسٹریبیوٹ کر رہے ہیں، ریلیجن ڈسٹریبیوٹ کر رہے ہیں،</w:t>
      </w:r>
    </w:p>
    <w:p>
      <w:r>
        <w:rPr>
          <w:b/>
        </w:rPr>
        <w:t xml:space="preserve">[11:00] </w:t>
      </w:r>
      <w:r>
        <w:t>lekin abhi world media mein yeh baatein nahi aayi hain.</w:t>
      </w:r>
    </w:p>
    <w:p>
      <w:pPr>
        <w:jc w:val="right"/>
      </w:pPr>
      <w:r>
        <w:t>لیکن ابھی ورلڈ میڈیا میں یہ باتیں نہیں آئیں۔</w:t>
      </w:r>
    </w:p>
    <w:p>
      <w:r>
        <w:rPr>
          <w:b/>
        </w:rPr>
        <w:t xml:space="preserve">[11:06] </w:t>
      </w:r>
      <w:r>
        <w:t>woh humein lana hai.</w:t>
      </w:r>
    </w:p>
    <w:p>
      <w:pPr>
        <w:jc w:val="right"/>
      </w:pPr>
      <w:r>
        <w:t>وہ ہمیں لانا ہے۔</w:t>
      </w:r>
    </w:p>
    <w:p>
      <w:r>
        <w:rPr>
          <w:b/>
        </w:rPr>
        <w:t xml:space="preserve">[11:10] </w:t>
      </w:r>
      <w:r>
        <w:t>aur mein samajhta hoon ke world media mein yeh mission</w:t>
      </w:r>
    </w:p>
    <w:p>
      <w:pPr>
        <w:jc w:val="right"/>
      </w:pPr>
      <w:r>
        <w:t>اور میں سمجھتا ہوں کہ ورلڈ میڈیا میں یہ مشن</w:t>
      </w:r>
    </w:p>
    <w:p>
      <w:r>
        <w:rPr>
          <w:b/>
        </w:rPr>
        <w:t xml:space="preserve">[11:16] </w:t>
      </w:r>
      <w:r>
        <w:t>aane ke qareeb pohanch chuka hai.</w:t>
      </w:r>
    </w:p>
    <w:p>
      <w:pPr>
        <w:jc w:val="right"/>
      </w:pPr>
      <w:r>
        <w:t>آنے کے قریب پہنچ چکا ہے۔</w:t>
      </w:r>
    </w:p>
    <w:p>
      <w:r>
        <w:rPr>
          <w:b/>
        </w:rPr>
        <w:t xml:space="preserve">[11:21] </w:t>
      </w:r>
      <w:r>
        <w:t>dekhiye, new york times ne, washington post ne,</w:t>
      </w:r>
    </w:p>
    <w:p>
      <w:pPr>
        <w:jc w:val="right"/>
      </w:pPr>
      <w:r>
        <w:t>دیکھیے، نیویارک ٹائمز نے، واشنگٹن پوسٹ نے،</w:t>
      </w:r>
    </w:p>
    <w:p>
      <w:r>
        <w:rPr>
          <w:b/>
        </w:rPr>
        <w:t xml:space="preserve">[11:29] </w:t>
      </w:r>
      <w:r>
        <w:t>time magazine ne</w:t>
      </w:r>
    </w:p>
    <w:p>
      <w:pPr>
        <w:jc w:val="right"/>
      </w:pPr>
      <w:r>
        <w:t>ٹائم میگزین نے</w:t>
      </w:r>
    </w:p>
    <w:p>
      <w:r>
        <w:rPr>
          <w:b/>
        </w:rPr>
        <w:t xml:space="preserve">[11:31] </w:t>
      </w:r>
      <w:r>
        <w:t>ab hamare afsaran ne lagaya hai.</w:t>
      </w:r>
    </w:p>
    <w:p>
      <w:pPr>
        <w:jc w:val="right"/>
      </w:pPr>
      <w:r>
        <w:t>اب ہمارے افسران نے لگایا ہے۔</w:t>
      </w:r>
    </w:p>
    <w:p>
      <w:r>
        <w:rPr>
          <w:b/>
        </w:rPr>
        <w:t xml:space="preserve">[11:33] </w:t>
      </w:r>
      <w:r>
        <w:t>india mein to sabza farm aata hai.</w:t>
      </w:r>
    </w:p>
    <w:p>
      <w:pPr>
        <w:jc w:val="right"/>
      </w:pPr>
      <w:r>
        <w:t>انڈیا میں تو سبزہ فارم آتا ہے۔</w:t>
      </w:r>
    </w:p>
    <w:p>
      <w:r>
        <w:rPr>
          <w:b/>
        </w:rPr>
        <w:t xml:space="preserve">[11:38] </w:t>
      </w:r>
      <w:r>
        <w:t>to ab humein kya karna hai?</w:t>
      </w:r>
    </w:p>
    <w:p>
      <w:pPr>
        <w:jc w:val="right"/>
      </w:pPr>
      <w:r>
        <w:t>تو اب ہمیں کیا کرنا ہے؟</w:t>
      </w:r>
    </w:p>
    <w:p>
      <w:r>
        <w:rPr>
          <w:b/>
        </w:rPr>
        <w:t xml:space="preserve">[11:49] </w:t>
      </w:r>
      <w:r>
        <w:t>keh sari planning hamari badalni hai.</w:t>
      </w:r>
    </w:p>
    <w:p>
      <w:pPr>
        <w:jc w:val="right"/>
      </w:pPr>
      <w:r>
        <w:t>کہ ساری پلاننگ ہماری بدلنی ہے۔</w:t>
      </w:r>
    </w:p>
    <w:p>
      <w:r>
        <w:rPr>
          <w:b/>
        </w:rPr>
        <w:t xml:space="preserve">[11:54] </w:t>
      </w:r>
      <w:r>
        <w:t>abhi hamari planning basically</w:t>
      </w:r>
    </w:p>
    <w:p>
      <w:pPr>
        <w:jc w:val="right"/>
      </w:pPr>
      <w:r>
        <w:t>ابھی ہماری پلاننگ بیسکلی</w:t>
      </w:r>
    </w:p>
    <w:p>
      <w:r>
        <w:rPr>
          <w:b/>
        </w:rPr>
        <w:t xml:space="preserve">[11:57] </w:t>
      </w:r>
      <w:r>
        <w:t>thi urdu based.</w:t>
      </w:r>
    </w:p>
    <w:p>
      <w:pPr>
        <w:jc w:val="right"/>
      </w:pPr>
      <w:r>
        <w:t>تھی اردو بیسڈ۔</w:t>
      </w:r>
    </w:p>
    <w:p>
      <w:r>
        <w:rPr>
          <w:b/>
        </w:rPr>
        <w:t xml:space="preserve">[12:02] </w:t>
      </w:r>
      <w:r>
        <w:t>urdu based kaun hai? muslim based.</w:t>
      </w:r>
    </w:p>
    <w:p>
      <w:pPr>
        <w:jc w:val="right"/>
      </w:pPr>
      <w:r>
        <w:t>اردو بیسڈ کون ہے؟ مسلم بیسڈ۔</w:t>
      </w:r>
    </w:p>
    <w:p>
      <w:r>
        <w:rPr>
          <w:b/>
        </w:rPr>
        <w:t xml:space="preserve">[12:06] </w:t>
      </w:r>
      <w:r>
        <w:t>ab hamein is ko bilkul chhod dena hai.</w:t>
      </w:r>
    </w:p>
    <w:p>
      <w:pPr>
        <w:jc w:val="right"/>
      </w:pPr>
      <w:r>
        <w:t>اب ہمیں اس کو بالکل چھوڑ دینا ہے۔</w:t>
      </w:r>
    </w:p>
    <w:p>
      <w:r>
        <w:rPr>
          <w:b/>
        </w:rPr>
        <w:t xml:space="preserve">[12:11] </w:t>
      </w:r>
      <w:r>
        <w:t>chhodne ka matlab secondary banana hai.</w:t>
      </w:r>
    </w:p>
    <w:p>
      <w:pPr>
        <w:jc w:val="right"/>
      </w:pPr>
      <w:r>
        <w:t>چھوڑنے کا معنی سیکنڈری بنانا ہے۔</w:t>
      </w:r>
    </w:p>
    <w:p>
      <w:r>
        <w:rPr>
          <w:b/>
        </w:rPr>
        <w:t xml:space="preserve">[12:15] </w:t>
      </w:r>
      <w:r>
        <w:t>ab hamare concern na musalman hain na urdu hain.</w:t>
      </w:r>
    </w:p>
    <w:p>
      <w:pPr>
        <w:jc w:val="right"/>
      </w:pPr>
      <w:r>
        <w:t>اب ہمارے کنسرن نہ مسلمان ہیں نہ اردو ہیں۔</w:t>
      </w:r>
    </w:p>
    <w:p>
      <w:r>
        <w:rPr>
          <w:b/>
        </w:rPr>
        <w:t xml:space="preserve">[12:21] </w:t>
      </w:r>
      <w:r>
        <w:t>jo kuch ab tak hum ne kiya hai urdu mein,</w:t>
      </w:r>
    </w:p>
    <w:p>
      <w:pPr>
        <w:jc w:val="right"/>
      </w:pPr>
      <w:r>
        <w:t>جو کچھ اب تک ہم نے کیا ہے اردو میں،</w:t>
      </w:r>
    </w:p>
    <w:p>
      <w:r>
        <w:rPr>
          <w:b/>
        </w:rPr>
        <w:t xml:space="preserve">[12:25] </w:t>
      </w:r>
      <w:r>
        <w:t>is ki hesiyat</w:t>
      </w:r>
    </w:p>
    <w:p>
      <w:pPr>
        <w:jc w:val="right"/>
      </w:pPr>
      <w:r>
        <w:t>اس کی حیثیت</w:t>
      </w:r>
    </w:p>
    <w:p>
      <w:r>
        <w:rPr>
          <w:b/>
        </w:rPr>
        <w:t xml:space="preserve">[12:28] </w:t>
      </w:r>
      <w:r>
        <w:t>supporting base ki hai.</w:t>
      </w:r>
    </w:p>
    <w:p>
      <w:pPr>
        <w:jc w:val="right"/>
      </w:pPr>
      <w:r>
        <w:t>سپورٹنگ بیس کی ہے۔</w:t>
      </w:r>
    </w:p>
    <w:p>
      <w:r>
        <w:rPr>
          <w:b/>
        </w:rPr>
        <w:t xml:space="preserve">[12:34] </w:t>
      </w:r>
      <w:r>
        <w:t>keh jo log mutasir hue hain,</w:t>
      </w:r>
    </w:p>
    <w:p>
      <w:pPr>
        <w:jc w:val="right"/>
      </w:pPr>
      <w:r>
        <w:t>کہ جو لوگ متاثر ہوئے ہیں،</w:t>
      </w:r>
    </w:p>
    <w:p>
      <w:r>
        <w:rPr>
          <w:b/>
        </w:rPr>
        <w:t xml:space="preserve">[12:39] </w:t>
      </w:r>
      <w:r>
        <w:t>wo different jo tareeqe hain is mein phailain.</w:t>
      </w:r>
    </w:p>
    <w:p>
      <w:pPr>
        <w:jc w:val="right"/>
      </w:pPr>
      <w:r>
        <w:t>وہ ڈفرنٹ جو طریقے ہیں اس میں پھیلائیں۔</w:t>
      </w:r>
    </w:p>
    <w:p>
      <w:r>
        <w:rPr>
          <w:b/>
        </w:rPr>
        <w:t xml:space="preserve">[12:50] </w:t>
      </w:r>
      <w:r>
        <w:t>quran ka translation,</w:t>
      </w:r>
    </w:p>
    <w:p>
      <w:pPr>
        <w:jc w:val="right"/>
      </w:pPr>
      <w:r>
        <w:t>قرآن کا ٹرانسلیشن،</w:t>
      </w:r>
    </w:p>
    <w:p>
      <w:r>
        <w:rPr>
          <w:b/>
        </w:rPr>
        <w:t xml:space="preserve">[12:52] </w:t>
      </w:r>
      <w:r>
        <w:t>kitabein, waghera. aur aap logon ko kya karna hai?</w:t>
      </w:r>
    </w:p>
    <w:p>
      <w:pPr>
        <w:jc w:val="right"/>
      </w:pPr>
      <w:r>
        <w:t>کتابیں، وغیرہ۔ اور آپ لوگوں کو کیا کرنا ہے؟</w:t>
      </w:r>
    </w:p>
    <w:p>
      <w:r>
        <w:rPr>
          <w:b/>
        </w:rPr>
        <w:t xml:space="preserve">[13:03] </w:t>
      </w:r>
      <w:r>
        <w:t>english jo media hai, is ko target karna hai.</w:t>
      </w:r>
    </w:p>
    <w:p>
      <w:pPr>
        <w:jc w:val="right"/>
      </w:pPr>
      <w:r>
        <w:t>انگلش جو میڈیا ہے، اس کو ٹارگٹ کرنا ہے۔</w:t>
      </w:r>
    </w:p>
    <w:p>
      <w:r>
        <w:rPr>
          <w:b/>
        </w:rPr>
        <w:t xml:space="preserve">[13:09] </w:t>
      </w:r>
      <w:r>
        <w:t>india mein dekhiye, bohat se top ke jo woh hain,</w:t>
      </w:r>
    </w:p>
    <w:p>
      <w:pPr>
        <w:jc w:val="right"/>
      </w:pPr>
      <w:r>
        <w:t>انڈیا میں دیکھیے، بہت سے ٹاپ کے جو وہ ہیں،</w:t>
      </w:r>
    </w:p>
    <w:p>
      <w:r>
        <w:rPr>
          <w:b/>
        </w:rPr>
        <w:t xml:space="preserve">[13:15] </w:t>
      </w:r>
      <w:r>
        <w:t>wo tayyar hain.</w:t>
      </w:r>
    </w:p>
    <w:p>
      <w:pPr>
        <w:jc w:val="right"/>
      </w:pPr>
      <w:r>
        <w:t>وہ تیار ہیں۔</w:t>
      </w:r>
    </w:p>
    <w:p>
      <w:r>
        <w:rPr>
          <w:b/>
        </w:rPr>
        <w:t xml:space="preserve">[13:17] </w:t>
      </w:r>
      <w:r>
        <w:t>times media,</w:t>
      </w:r>
    </w:p>
    <w:p>
      <w:pPr>
        <w:jc w:val="right"/>
      </w:pPr>
      <w:r>
        <w:t>دس ٹائمز میڈیا،</w:t>
      </w:r>
    </w:p>
    <w:p>
      <w:r>
        <w:rPr>
          <w:b/>
        </w:rPr>
        <w:t xml:space="preserve">[13:19] </w:t>
      </w:r>
      <w:r>
        <w:t>india today, life positive,</w:t>
      </w:r>
    </w:p>
    <w:p>
      <w:pPr>
        <w:jc w:val="right"/>
      </w:pPr>
      <w:r>
        <w:t>انڈیا ٹوڈے، لائف پازیٹو،</w:t>
      </w:r>
    </w:p>
    <w:p>
      <w:r>
        <w:rPr>
          <w:b/>
        </w:rPr>
        <w:t xml:space="preserve">[13:24] </w:t>
      </w:r>
      <w:r>
        <w:t>obas se.</w:t>
      </w:r>
    </w:p>
    <w:p>
      <w:pPr>
        <w:jc w:val="right"/>
      </w:pPr>
      <w:r>
        <w:t>او باس سے۔</w:t>
      </w:r>
    </w:p>
    <w:p>
      <w:r>
        <w:rPr>
          <w:b/>
        </w:rPr>
        <w:t xml:space="preserve">[13:26] </w:t>
      </w:r>
      <w:r>
        <w:t>is ko avail karna hai.</w:t>
      </w:r>
    </w:p>
    <w:p>
      <w:pPr>
        <w:jc w:val="right"/>
      </w:pPr>
      <w:r>
        <w:t>اس کو اویل کرنا ہے۔</w:t>
      </w:r>
    </w:p>
    <w:p>
      <w:r>
        <w:rPr>
          <w:b/>
        </w:rPr>
        <w:t xml:space="preserve">[13:29] </w:t>
      </w:r>
      <w:r>
        <w:t>aur bahar ke media se musalsal contact kar ke</w:t>
      </w:r>
    </w:p>
    <w:p>
      <w:pPr>
        <w:jc w:val="right"/>
      </w:pPr>
      <w:r>
        <w:t>اور باہر کے میڈیا سے مسلسل کنٹیکٹ کر کے</w:t>
      </w:r>
    </w:p>
    <w:p>
      <w:r>
        <w:rPr>
          <w:b/>
        </w:rPr>
        <w:t xml:space="preserve">[13:34] </w:t>
      </w:r>
      <w:r>
        <w:t>wahan yeh baat pahunchana hai.</w:t>
      </w:r>
    </w:p>
    <w:p>
      <w:pPr>
        <w:jc w:val="right"/>
      </w:pPr>
      <w:r>
        <w:t>وہاں یہ بات پہنچانا ہے۔</w:t>
      </w:r>
    </w:p>
    <w:p>
      <w:r>
        <w:rPr>
          <w:b/>
        </w:rPr>
        <w:t xml:space="preserve">[13:38] </w:t>
      </w:r>
      <w:r>
        <w:t>aap ko flood karna hai.</w:t>
      </w:r>
    </w:p>
    <w:p>
      <w:pPr>
        <w:jc w:val="right"/>
      </w:pPr>
      <w:r>
        <w:t>آپ کو فلڈ کرنا ہے۔</w:t>
      </w:r>
    </w:p>
    <w:p>
      <w:r>
        <w:rPr>
          <w:b/>
        </w:rPr>
        <w:t xml:space="preserve">[13:40] </w:t>
      </w:r>
      <w:r>
        <w:t>yani english media mein,</w:t>
      </w:r>
    </w:p>
    <w:p>
      <w:pPr>
        <w:jc w:val="right"/>
      </w:pPr>
      <w:r>
        <w:t>یعنی انگلش میڈیا میں،</w:t>
      </w:r>
    </w:p>
    <w:p>
      <w:r>
        <w:rPr>
          <w:b/>
        </w:rPr>
        <w:t xml:space="preserve">[13:45] </w:t>
      </w:r>
      <w:r>
        <w:t>india mein aur india ke bahir,</w:t>
      </w:r>
    </w:p>
    <w:p>
      <w:pPr>
        <w:jc w:val="right"/>
      </w:pPr>
      <w:r>
        <w:t>انڈیا میں اور انڈیا کے باہر،</w:t>
      </w:r>
    </w:p>
    <w:p>
      <w:r>
        <w:rPr>
          <w:b/>
        </w:rPr>
        <w:t xml:space="preserve">[13:49] </w:t>
      </w:r>
      <w:r>
        <w:t>aap ko yeh baat flood karni hai</w:t>
      </w:r>
    </w:p>
    <w:p>
      <w:pPr>
        <w:jc w:val="right"/>
      </w:pPr>
      <w:r>
        <w:t>آپ کو یہ بات فلڈ کرنی ہے</w:t>
      </w:r>
    </w:p>
    <w:p>
      <w:r>
        <w:rPr>
          <w:b/>
        </w:rPr>
        <w:t xml:space="preserve">[13:53] </w:t>
      </w:r>
      <w:r>
        <w:t>ke islam is a regent of peace.</w:t>
      </w:r>
    </w:p>
    <w:p>
      <w:pPr>
        <w:jc w:val="right"/>
      </w:pPr>
      <w:r>
        <w:t>کہ اسلام از اے ریجنٹ آف پیس۔</w:t>
      </w:r>
    </w:p>
    <w:p>
      <w:r>
        <w:rPr>
          <w:b/>
        </w:rPr>
        <w:t xml:space="preserve">[13:56] </w:t>
      </w:r>
      <w:r>
        <w:t>is mein kisi qism ka koi doosra shamil nahi karna.</w:t>
      </w:r>
    </w:p>
    <w:p>
      <w:pPr>
        <w:jc w:val="right"/>
      </w:pPr>
      <w:r>
        <w:t>اس میں کسی قسم کا کوئی دوسرا شامل نہیں کرنا۔</w:t>
      </w:r>
    </w:p>
    <w:p>
      <w:r>
        <w:rPr>
          <w:b/>
        </w:rPr>
        <w:t xml:space="preserve">[14:01] </w:t>
      </w:r>
      <w:r>
        <w:t>humein koi musalmanon ka,</w:t>
      </w:r>
    </w:p>
    <w:p>
      <w:pPr>
        <w:jc w:val="right"/>
      </w:pPr>
      <w:r>
        <w:t>ہمیں کوئی مسلمانوں کا،</w:t>
      </w:r>
    </w:p>
    <w:p>
      <w:r>
        <w:rPr>
          <w:b/>
        </w:rPr>
        <w:t xml:space="preserve">[14:04] </w:t>
      </w:r>
      <w:r>
        <w:t>yeh muslim empowerment ka mission nahi hai yeh.</w:t>
      </w:r>
    </w:p>
    <w:p>
      <w:pPr>
        <w:jc w:val="right"/>
      </w:pPr>
      <w:r>
        <w:t>یہ مسلم ایمپاورمنٹ کا مشن نہیں ہے یہ۔</w:t>
      </w:r>
    </w:p>
    <w:p>
      <w:r>
        <w:rPr>
          <w:b/>
        </w:rPr>
        <w:t xml:space="preserve">[14:08] </w:t>
      </w:r>
      <w:r>
        <w:t>yeh sirf dawat ka mission hai.</w:t>
      </w:r>
    </w:p>
    <w:p>
      <w:pPr>
        <w:jc w:val="right"/>
      </w:pPr>
      <w:r>
        <w:t>یہ صرف دعوت کا مشن ہے۔</w:t>
      </w:r>
    </w:p>
    <w:p>
      <w:r>
        <w:rPr>
          <w:b/>
        </w:rPr>
        <w:t xml:space="preserve">[14:13] </w:t>
      </w:r>
      <w:r>
        <w:t>kisi aur cheez ko shamil nahi karna hai.</w:t>
      </w:r>
    </w:p>
    <w:p>
      <w:pPr>
        <w:jc w:val="right"/>
      </w:pPr>
      <w:r>
        <w:t>کسی اور چیز کو شامل نہیں کرنا ہے۔</w:t>
      </w:r>
    </w:p>
    <w:p>
      <w:r>
        <w:rPr>
          <w:b/>
        </w:rPr>
        <w:t xml:space="preserve">[14:15] </w:t>
      </w:r>
      <w:r>
        <w:t>agar shamil karein ge aap,</w:t>
      </w:r>
    </w:p>
    <w:p>
      <w:pPr>
        <w:jc w:val="right"/>
      </w:pPr>
      <w:r>
        <w:t>اگر شامل کریں گے آپ،</w:t>
      </w:r>
    </w:p>
    <w:p>
      <w:r>
        <w:rPr>
          <w:b/>
        </w:rPr>
        <w:t xml:space="preserve">[14:18] </w:t>
      </w:r>
      <w:r>
        <w:t>toh bhari cost deni pare gi.</w:t>
      </w:r>
    </w:p>
    <w:p>
      <w:pPr>
        <w:jc w:val="right"/>
      </w:pPr>
      <w:r>
        <w:t>تو بھاری کاسٹ دینی پڑے گی۔</w:t>
      </w:r>
    </w:p>
    <w:p>
      <w:r>
        <w:rPr>
          <w:b/>
        </w:rPr>
        <w:t xml:space="preserve">[14:20] </w:t>
      </w:r>
      <w:r>
        <w:t>bhari cost. world media aap ko</w:t>
      </w:r>
    </w:p>
    <w:p>
      <w:pPr>
        <w:jc w:val="right"/>
      </w:pPr>
      <w:r>
        <w:t>بھاری کاسٹ۔ ورلڈ میڈیا آپ کو</w:t>
      </w:r>
    </w:p>
    <w:p>
      <w:r>
        <w:rPr>
          <w:b/>
        </w:rPr>
        <w:t xml:space="preserve">[14:26] </w:t>
      </w:r>
      <w:r>
        <w:t>le ga hi nahi.</w:t>
      </w:r>
    </w:p>
    <w:p>
      <w:pPr>
        <w:jc w:val="right"/>
      </w:pPr>
      <w:r>
        <w:t>لے گا ہی نہیں۔</w:t>
      </w:r>
    </w:p>
    <w:p>
      <w:r>
        <w:rPr>
          <w:b/>
        </w:rPr>
        <w:t xml:space="preserve">[14:28] </w:t>
      </w:r>
      <w:r>
        <w:t>jaise hi aap ne yeh dikhaya</w:t>
      </w:r>
    </w:p>
    <w:p>
      <w:pPr>
        <w:jc w:val="right"/>
      </w:pPr>
      <w:r>
        <w:t>جیسے ہی آپ نے یہ دکھایا</w:t>
      </w:r>
    </w:p>
    <w:p>
      <w:r>
        <w:rPr>
          <w:b/>
        </w:rPr>
        <w:t xml:space="preserve">[14:32] </w:t>
      </w:r>
      <w:r>
        <w:t>ke aap ka kuch aur doosra political interest,</w:t>
      </w:r>
    </w:p>
    <w:p>
      <w:pPr>
        <w:jc w:val="right"/>
      </w:pPr>
      <w:r>
        <w:t>کہ آپ کا کچھ اور دوسرا پولیٹیکل انٹرسٹ،</w:t>
      </w:r>
    </w:p>
    <w:p>
      <w:r>
        <w:rPr>
          <w:b/>
        </w:rPr>
        <w:t xml:space="preserve">[14:36] </w:t>
      </w:r>
      <w:r>
        <w:t>material interest, muslim interest hai,</w:t>
      </w:r>
    </w:p>
    <w:p>
      <w:pPr>
        <w:jc w:val="right"/>
      </w:pPr>
      <w:r>
        <w:t>مٹیریل انٹرسٹ، مسلم انٹرسٹ ہے،</w:t>
      </w:r>
    </w:p>
    <w:p>
      <w:r>
        <w:rPr>
          <w:b/>
        </w:rPr>
        <w:t xml:space="preserve">[14:40] </w:t>
      </w:r>
      <w:r>
        <w:t>toh world media aap ko</w:t>
      </w:r>
    </w:p>
    <w:p>
      <w:pPr>
        <w:jc w:val="right"/>
      </w:pPr>
      <w:r>
        <w:t>تو ورلڈ میڈیا آپ کو</w:t>
      </w:r>
    </w:p>
    <w:p>
      <w:r>
        <w:rPr>
          <w:b/>
        </w:rPr>
        <w:t xml:space="preserve">[14:43] </w:t>
      </w:r>
      <w:r>
        <w:t>neglect kare ga.</w:t>
      </w:r>
    </w:p>
    <w:p>
      <w:pPr>
        <w:jc w:val="right"/>
      </w:pPr>
      <w:r>
        <w:t>نگلیکٹ کرے گا۔</w:t>
      </w:r>
    </w:p>
    <w:p>
      <w:r>
        <w:rPr>
          <w:b/>
        </w:rPr>
        <w:t xml:space="preserve">[14:46] </w:t>
      </w:r>
      <w:r>
        <w:t>toh jab aap ko 100%</w:t>
      </w:r>
    </w:p>
    <w:p>
      <w:pPr>
        <w:jc w:val="right"/>
      </w:pPr>
      <w:r>
        <w:t>تو جب آپ کو 100%</w:t>
      </w:r>
    </w:p>
    <w:p>
      <w:r>
        <w:rPr>
          <w:b/>
        </w:rPr>
        <w:t xml:space="preserve">[14:53] </w:t>
      </w:r>
      <w:r>
        <w:t>yeh cheez apna</w:t>
      </w:r>
    </w:p>
    <w:p>
      <w:pPr>
        <w:jc w:val="right"/>
      </w:pPr>
      <w:r>
        <w:t>یہی چیز اپنا</w:t>
      </w:r>
    </w:p>
    <w:p>
      <w:r>
        <w:rPr>
          <w:b/>
        </w:rPr>
        <w:t xml:space="preserve">[14:56] </w:t>
      </w:r>
      <w:r>
        <w:t>sole concern banana hai, tab world media aap ko</w:t>
      </w:r>
    </w:p>
    <w:p>
      <w:pPr>
        <w:jc w:val="right"/>
      </w:pPr>
      <w:r>
        <w:t>سول کنسرن بنانا ہے، تب ورلڈ میڈیا آپ کو</w:t>
      </w:r>
    </w:p>
    <w:p>
      <w:r>
        <w:rPr>
          <w:b/>
        </w:rPr>
        <w:t xml:space="preserve">[15:04] </w:t>
      </w:r>
      <w:r>
        <w:t>abhi jo hamari baat hai, new york times mein ya washington post, washington post mein, aur time magazine, times</w:t>
      </w:r>
    </w:p>
    <w:p>
      <w:pPr>
        <w:jc w:val="right"/>
      </w:pPr>
      <w:r>
        <w:t>ابھی جو ہماری بات ہے، نیویارک ٹائمز میں یا واشنگٹن پوسٹ، واشنگٹن پوسٹ میں، اور ٹائم میگزین، ٹائمز</w:t>
      </w:r>
    </w:p>
    <w:p>
      <w:r>
        <w:rPr>
          <w:b/>
        </w:rPr>
        <w:t xml:space="preserve">[15:12] </w:t>
      </w:r>
      <w:r>
        <w:t>of india mein, har asia le raha hai.</w:t>
      </w:r>
    </w:p>
    <w:p>
      <w:pPr>
        <w:jc w:val="right"/>
      </w:pPr>
      <w:r>
        <w:t>آف انڈیا میں، ہر ایشیا لے رہا ہے۔</w:t>
      </w:r>
    </w:p>
    <w:p>
      <w:r>
        <w:rPr>
          <w:b/>
        </w:rPr>
        <w:t xml:space="preserve">[15:15] </w:t>
      </w:r>
      <w:r>
        <w:t>agar hum koi tilted dikhayein toh nahi hoga.</w:t>
      </w:r>
    </w:p>
    <w:p>
      <w:pPr>
        <w:jc w:val="right"/>
      </w:pPr>
      <w:r>
        <w:t>اگر ہم کوئی ٹلٹڈ دکھائیں تو نہیں ہوگا۔</w:t>
      </w:r>
    </w:p>
    <w:p>
      <w:r>
        <w:rPr>
          <w:b/>
        </w:rPr>
        <w:t xml:space="preserve">[15:20] </w:t>
      </w:r>
      <w:r>
        <w:t>aur mein aap ko</w:t>
      </w:r>
    </w:p>
    <w:p>
      <w:pPr>
        <w:jc w:val="right"/>
      </w:pPr>
      <w:r>
        <w:t>اور میں آپ کو</w:t>
      </w:r>
    </w:p>
    <w:p>
      <w:r>
        <w:rPr>
          <w:b/>
        </w:rPr>
        <w:t xml:space="preserve">[15:23] </w:t>
      </w:r>
      <w:r>
        <w:t>ek hi yani</w:t>
      </w:r>
    </w:p>
    <w:p>
      <w:pPr>
        <w:jc w:val="right"/>
      </w:pPr>
      <w:r>
        <w:t>ایک ہی یعنی</w:t>
      </w:r>
    </w:p>
    <w:p>
      <w:r>
        <w:rPr>
          <w:b/>
        </w:rPr>
        <w:t xml:space="preserve">[15:29] </w:t>
      </w:r>
      <w:r>
        <w:t>milne walon ki, main kal rahoon ga ya nahin rahoon ga, lekin ek cheez baqi rahe gi, woh</w:t>
      </w:r>
    </w:p>
    <w:p>
      <w:pPr>
        <w:jc w:val="right"/>
      </w:pPr>
      <w:r>
        <w:t>ملنے والوں کی، میں کل رہوں گا یا نہیں رہوں گا، لیکن ایک چیز باقی رہے گی، وہ</w:t>
      </w:r>
    </w:p>
    <w:p>
      <w:r>
        <w:rPr>
          <w:b/>
        </w:rPr>
        <w:t xml:space="preserve">[15:35] </w:t>
      </w:r>
      <w:r>
        <w:t>Allah rab ul alameen.</w:t>
      </w:r>
    </w:p>
    <w:p>
      <w:pPr>
        <w:jc w:val="right"/>
      </w:pPr>
      <w:r>
        <w:t>اللہ رب العالمین۔</w:t>
      </w:r>
    </w:p>
    <w:p>
      <w:r>
        <w:rPr>
          <w:b/>
        </w:rPr>
        <w:t xml:space="preserve">[15:39] </w:t>
      </w:r>
      <w:r>
        <w:t>aur dekhiye, ek hadith hai:</w:t>
      </w:r>
    </w:p>
    <w:p>
      <w:pPr>
        <w:jc w:val="right"/>
      </w:pPr>
      <w:r>
        <w:t>اور دیکھیے، ایک حدیث ہے:</w:t>
      </w:r>
    </w:p>
    <w:p>
      <w:r>
        <w:rPr>
          <w:b/>
        </w:rPr>
        <w:t xml:space="preserve">[15:45] </w:t>
      </w:r>
      <w:r>
        <w:t>man min hum akhirat</w:t>
      </w:r>
    </w:p>
    <w:p>
      <w:pPr>
        <w:jc w:val="right"/>
      </w:pPr>
      <w:r>
        <w:t>من منہم آخرت</w:t>
      </w:r>
    </w:p>
    <w:p>
      <w:r>
        <w:rPr>
          <w:b/>
        </w:rPr>
        <w:t xml:space="preserve">[15:54] </w:t>
      </w:r>
      <w:r>
        <w:t>man. is ke alfaaz yeh hain:</w:t>
      </w:r>
    </w:p>
    <w:p>
      <w:pPr>
        <w:jc w:val="right"/>
      </w:pPr>
      <w:r>
        <w:t>من۔ اس کے الفاظ یہ ہیں:</w:t>
      </w:r>
    </w:p>
    <w:p>
      <w:r>
        <w:rPr>
          <w:b/>
        </w:rPr>
        <w:t xml:space="preserve">[16:01] </w:t>
      </w:r>
      <w:r>
        <w:t>man ja'al al ham Muhammad wahidan ham akhirat kafa Allah anhu.</w:t>
      </w:r>
    </w:p>
    <w:p>
      <w:pPr>
        <w:jc w:val="right"/>
      </w:pPr>
      <w:r>
        <w:t>من جعل الہم محمد واحدا ہم آخرت کفاء اللہ عنہ۔</w:t>
      </w:r>
    </w:p>
    <w:p>
      <w:r>
        <w:rPr>
          <w:b/>
        </w:rPr>
        <w:t xml:space="preserve">[16:09] </w:t>
      </w:r>
      <w:r>
        <w:t>main is ko mamooli</w:t>
      </w:r>
    </w:p>
    <w:p>
      <w:pPr>
        <w:jc w:val="right"/>
      </w:pPr>
      <w:r>
        <w:t>میں اس کو معمولی</w:t>
      </w:r>
    </w:p>
    <w:p>
      <w:r>
        <w:rPr>
          <w:b/>
        </w:rPr>
        <w:t xml:space="preserve">[16:13] </w:t>
      </w:r>
      <w:r>
        <w:t>ke sath kehta hoon</w:t>
      </w:r>
    </w:p>
    <w:p>
      <w:pPr>
        <w:jc w:val="right"/>
      </w:pPr>
      <w:r>
        <w:t>کے ساتھ کہتا ہوں</w:t>
      </w:r>
    </w:p>
    <w:p>
      <w:r>
        <w:rPr>
          <w:b/>
        </w:rPr>
        <w:t xml:space="preserve">[16:15] </w:t>
      </w:r>
      <w:r>
        <w:t>ke man ham rabbah</w:t>
      </w:r>
    </w:p>
    <w:p>
      <w:pPr>
        <w:jc w:val="right"/>
      </w:pPr>
      <w:r>
        <w:t>کہ من ہم ربہ</w:t>
      </w:r>
    </w:p>
    <w:p>
      <w:r>
        <w:rPr>
          <w:b/>
        </w:rPr>
        <w:t xml:space="preserve">[16:25] </w:t>
      </w:r>
      <w:r>
        <w:t>yani rab ke mission ko</w:t>
      </w:r>
    </w:p>
    <w:p>
      <w:pPr>
        <w:jc w:val="right"/>
      </w:pPr>
      <w:r>
        <w:t>یعنی رب کے مشن کو</w:t>
      </w:r>
    </w:p>
    <w:p>
      <w:r>
        <w:rPr>
          <w:b/>
        </w:rPr>
        <w:t xml:space="preserve">[16:29] </w:t>
      </w:r>
      <w:r>
        <w:t>jo apna ham banaye ga.</w:t>
      </w:r>
    </w:p>
    <w:p>
      <w:pPr>
        <w:jc w:val="right"/>
      </w:pPr>
      <w:r>
        <w:t>جو اپنا ہم بنائے گا۔</w:t>
      </w:r>
    </w:p>
    <w:p>
      <w:r>
        <w:rPr>
          <w:b/>
        </w:rPr>
        <w:t xml:space="preserve">[16:30] </w:t>
      </w:r>
      <w:r>
        <w:t>ham ma'ani hote hain soul concern.</w:t>
      </w:r>
    </w:p>
    <w:p>
      <w:pPr>
        <w:jc w:val="right"/>
      </w:pPr>
      <w:r>
        <w:t>ہم معنی ہوتے ہیں سول کنسرن۔</w:t>
      </w:r>
    </w:p>
    <w:p>
      <w:r>
        <w:rPr>
          <w:b/>
        </w:rPr>
        <w:t xml:space="preserve">[16:34] </w:t>
      </w:r>
      <w:r>
        <w:t>jo rab ka</w:t>
      </w:r>
    </w:p>
    <w:p>
      <w:pPr>
        <w:jc w:val="right"/>
      </w:pPr>
      <w:r>
        <w:t>جو رب کا</w:t>
      </w:r>
    </w:p>
    <w:p>
      <w:r>
        <w:rPr>
          <w:b/>
        </w:rPr>
        <w:t xml:space="preserve">[16:39] </w:t>
      </w:r>
      <w:r>
        <w:t>concern ko apna concern banaye ga, to Allah ta'ala kafi ho jaye ga</w:t>
      </w:r>
    </w:p>
    <w:p>
      <w:pPr>
        <w:jc w:val="right"/>
      </w:pPr>
      <w:r>
        <w:t>کنسرن کو اپنا کنسرن بنائے گا، تو اللہ تعالی کافی ہو جائے گا</w:t>
      </w:r>
    </w:p>
    <w:p>
      <w:r>
        <w:rPr>
          <w:b/>
        </w:rPr>
        <w:t xml:space="preserve">[16:46] </w:t>
      </w:r>
      <w:r>
        <w:t>is ke liye.</w:t>
      </w:r>
    </w:p>
    <w:p>
      <w:pPr>
        <w:jc w:val="right"/>
      </w:pPr>
      <w:r>
        <w:t>اس کے لیے۔</w:t>
      </w:r>
    </w:p>
    <w:p>
      <w:r>
        <w:rPr>
          <w:b/>
        </w:rPr>
        <w:t xml:space="preserve">[16:47] </w:t>
      </w:r>
      <w:r>
        <w:t>kafi hone ka ma'ani yeh nahin ke</w:t>
      </w:r>
    </w:p>
    <w:p>
      <w:pPr>
        <w:jc w:val="right"/>
      </w:pPr>
      <w:r>
        <w:t>کافی ہونے کا معنی یہ نہیں کہ</w:t>
      </w:r>
    </w:p>
    <w:p>
      <w:r>
        <w:rPr>
          <w:b/>
        </w:rPr>
        <w:t xml:space="preserve">[16:51] </w:t>
      </w:r>
      <w:r>
        <w:t>material sense mein, political sense mein, right ke sense mein.</w:t>
      </w:r>
    </w:p>
    <w:p>
      <w:pPr>
        <w:jc w:val="right"/>
      </w:pPr>
      <w:r>
        <w:t>مٹیریل سینس میں، پولیٹیکل سینس میں، رائٹ کے سینس میں۔</w:t>
      </w:r>
    </w:p>
    <w:p>
      <w:r>
        <w:rPr>
          <w:b/>
        </w:rPr>
        <w:t xml:space="preserve">[16:56] </w:t>
      </w:r>
      <w:r>
        <w:t>nahin. is mission ko,</w:t>
      </w:r>
    </w:p>
    <w:p>
      <w:pPr>
        <w:jc w:val="right"/>
      </w:pPr>
      <w:r>
        <w:t>نہیں۔ اس مشن کو،</w:t>
      </w:r>
    </w:p>
    <w:p>
      <w:r>
        <w:rPr>
          <w:b/>
        </w:rPr>
        <w:t xml:space="preserve">[17:01] </w:t>
      </w:r>
      <w:r>
        <w:t>is mission ko</w:t>
      </w:r>
    </w:p>
    <w:p>
      <w:pPr>
        <w:jc w:val="right"/>
      </w:pPr>
      <w:r>
        <w:t>اس مشن کو</w:t>
      </w:r>
    </w:p>
    <w:p>
      <w:r>
        <w:rPr>
          <w:b/>
        </w:rPr>
        <w:t xml:space="preserve">[17:08] </w:t>
      </w:r>
      <w:r>
        <w:t>takmeel tak pohnchanay ke liye</w:t>
      </w:r>
    </w:p>
    <w:p>
      <w:pPr>
        <w:jc w:val="right"/>
      </w:pPr>
      <w:r>
        <w:t>تکمیل تک پہنچانے کے لیے</w:t>
      </w:r>
    </w:p>
    <w:p>
      <w:r>
        <w:rPr>
          <w:b/>
        </w:rPr>
        <w:t xml:space="preserve">[17:12] </w:t>
      </w:r>
      <w:r>
        <w:t>aap ko sirf isi condition ko poora karna hai</w:t>
      </w:r>
    </w:p>
    <w:p>
      <w:pPr>
        <w:jc w:val="right"/>
      </w:pPr>
      <w:r>
        <w:t>آپ کو صرف اسی کنڈیشن کو پورا کرنا ہے</w:t>
      </w:r>
    </w:p>
    <w:p>
      <w:r>
        <w:rPr>
          <w:b/>
        </w:rPr>
        <w:t xml:space="preserve">[17:17] </w:t>
      </w:r>
      <w:r>
        <w:t>ke soul concern aap ka ho jaye</w:t>
      </w:r>
    </w:p>
    <w:p>
      <w:pPr>
        <w:jc w:val="right"/>
      </w:pPr>
      <w:r>
        <w:t>کہ سول کنسرن آپ کا ہو جائے</w:t>
      </w:r>
    </w:p>
    <w:p>
      <w:r>
        <w:rPr>
          <w:b/>
        </w:rPr>
        <w:t xml:space="preserve">[17:21] </w:t>
      </w:r>
      <w:r>
        <w:t>ke Allah ki image, jo Allah ke mission ki image jo bigar gayi hai, woh aap ko theek</w:t>
      </w:r>
    </w:p>
    <w:p>
      <w:pPr>
        <w:jc w:val="right"/>
      </w:pPr>
      <w:r>
        <w:t>کہ اللہ کی امیج، جو اللہ کے مشن کی امیج جو بگڑ گئی ہے، وہ آپ کو ٹھیک</w:t>
      </w:r>
    </w:p>
    <w:p>
      <w:r>
        <w:rPr>
          <w:b/>
        </w:rPr>
        <w:t xml:space="preserve">[17:26] </w:t>
      </w:r>
      <w:r>
        <w:t>karna hai. yani Islam ko regiont of peace batana hai.</w:t>
      </w:r>
    </w:p>
    <w:p>
      <w:pPr>
        <w:jc w:val="right"/>
      </w:pPr>
      <w:r>
        <w:t>کرنا ہے۔ یعنی اسلام کو ریجنٹ آف پیس بتانا ہے۔</w:t>
      </w:r>
    </w:p>
    <w:p>
      <w:r>
        <w:rPr>
          <w:b/>
        </w:rPr>
        <w:t xml:space="preserve">[17:34] </w:t>
      </w:r>
      <w:r>
        <w:t>is ke baad zameen o aasman ki sari taqatein aap ke sath ho jayen gi.</w:t>
      </w:r>
    </w:p>
    <w:p>
      <w:pPr>
        <w:jc w:val="right"/>
      </w:pPr>
      <w:r>
        <w:t>اس کے بعد زمین و آسمان کی ساری طاقتیں آپ کے ساتھ ہو جائیں گی۔</w:t>
      </w:r>
    </w:p>
    <w:p>
      <w:r>
        <w:rPr>
          <w:b/>
        </w:rPr>
        <w:t xml:space="preserve">[17:42] </w:t>
      </w:r>
      <w:r>
        <w:t>to ab mujhe zyada nahi kehna hai.</w:t>
      </w:r>
    </w:p>
    <w:p>
      <w:pPr>
        <w:jc w:val="right"/>
      </w:pPr>
      <w:r>
        <w:t>تو اب مجھے زیادہ نہیں کہنا ہے۔</w:t>
      </w:r>
    </w:p>
    <w:p>
      <w:r>
        <w:rPr>
          <w:b/>
        </w:rPr>
        <w:t xml:space="preserve">[17:49] </w:t>
      </w:r>
      <w:r>
        <w:t>do baat keh kar baat khatm karunga.</w:t>
      </w:r>
    </w:p>
    <w:p>
      <w:pPr>
        <w:jc w:val="right"/>
      </w:pPr>
      <w:r>
        <w:t>دو بات کہہ کر بات ختم کروں گا۔</w:t>
      </w:r>
    </w:p>
    <w:p>
      <w:r>
        <w:rPr>
          <w:b/>
        </w:rPr>
        <w:t xml:space="preserve">[17:52] </w:t>
      </w:r>
      <w:r>
        <w:t>ek to ke mera aakhri jo</w:t>
      </w:r>
    </w:p>
    <w:p>
      <w:pPr>
        <w:jc w:val="right"/>
      </w:pPr>
      <w:r>
        <w:t>ایک تو کہ میرا آخری جو</w:t>
      </w:r>
    </w:p>
    <w:p>
      <w:r>
        <w:rPr>
          <w:b/>
        </w:rPr>
        <w:t xml:space="preserve">[17:57] </w:t>
      </w:r>
      <w:r>
        <w:t>aakhri jo target hai,</w:t>
      </w:r>
    </w:p>
    <w:p>
      <w:pPr>
        <w:jc w:val="right"/>
      </w:pPr>
      <w:r>
        <w:t>آخری جو ٹارگٹ ہے،</w:t>
      </w:r>
    </w:p>
    <w:p>
      <w:r>
        <w:rPr>
          <w:b/>
        </w:rPr>
        <w:t xml:space="preserve">[18:04] </w:t>
      </w:r>
      <w:r>
        <w:t>woh hai kitaab likhna.</w:t>
      </w:r>
    </w:p>
    <w:p>
      <w:pPr>
        <w:jc w:val="right"/>
      </w:pPr>
      <w:r>
        <w:t>وہ ہے کتاب لکھنا۔</w:t>
      </w:r>
    </w:p>
    <w:p>
      <w:r>
        <w:rPr>
          <w:b/>
        </w:rPr>
        <w:t xml:space="preserve">[18:07] </w:t>
      </w:r>
      <w:r>
        <w:t>ab mein angrezi chhodna chhod dunga.</w:t>
      </w:r>
    </w:p>
    <w:p>
      <w:pPr>
        <w:jc w:val="right"/>
      </w:pPr>
      <w:r>
        <w:t>اب میں انگریزی چھوڑنا چھوڑ دوں گا۔</w:t>
      </w:r>
    </w:p>
    <w:p>
      <w:r>
        <w:rPr>
          <w:b/>
        </w:rPr>
        <w:t xml:space="preserve">[18:10] </w:t>
      </w:r>
      <w:r>
        <w:t>ab mein angrezi mein kuch nahi likhunga kyunke disturb karta hai.</w:t>
      </w:r>
    </w:p>
    <w:p>
      <w:pPr>
        <w:jc w:val="right"/>
      </w:pPr>
      <w:r>
        <w:t>اب میں انگریزی میں کچھ نہیں لکھوں گا کیونکہ ڈسٹرب کرتا ہے۔</w:t>
      </w:r>
    </w:p>
    <w:p>
      <w:r>
        <w:rPr>
          <w:b/>
        </w:rPr>
        <w:t xml:space="preserve">[18:14] </w:t>
      </w:r>
      <w:r>
        <w:t>ab mein urdu mein likhunga.</w:t>
      </w:r>
    </w:p>
    <w:p>
      <w:pPr>
        <w:jc w:val="right"/>
      </w:pPr>
      <w:r>
        <w:t>اب میں اردو میں لکھوں گا۔</w:t>
      </w:r>
    </w:p>
    <w:p>
      <w:r>
        <w:rPr>
          <w:b/>
        </w:rPr>
        <w:t xml:space="preserve">[18:17] </w:t>
      </w:r>
      <w:r>
        <w:t>to is ka translation chhapega english mein.</w:t>
      </w:r>
    </w:p>
    <w:p>
      <w:pPr>
        <w:jc w:val="right"/>
      </w:pPr>
      <w:r>
        <w:t>تو اس کا ٹرانسلیشن چھپے گا انگلش میں۔</w:t>
      </w:r>
    </w:p>
    <w:p>
      <w:r>
        <w:rPr>
          <w:b/>
        </w:rPr>
        <w:t xml:space="preserve">[18:22] </w:t>
      </w:r>
      <w:r>
        <w:t>is kitaab ka naam hoga: islam</w:t>
      </w:r>
    </w:p>
    <w:p>
      <w:pPr>
        <w:jc w:val="right"/>
      </w:pPr>
      <w:r>
        <w:t>اس کتاب کا نام ہوگا: اسلام</w:t>
      </w:r>
    </w:p>
    <w:p>
      <w:r>
        <w:rPr>
          <w:b/>
        </w:rPr>
        <w:t xml:space="preserve">[18:26] </w:t>
      </w:r>
      <w:r>
        <w:t>mazhab aman, islam is religion of peace.</w:t>
      </w:r>
    </w:p>
    <w:p>
      <w:pPr>
        <w:jc w:val="right"/>
      </w:pPr>
      <w:r>
        <w:t>مذہب امن، اسلام از ریجنٹ آف پیس۔</w:t>
      </w:r>
    </w:p>
    <w:p>
      <w:r>
        <w:rPr>
          <w:b/>
        </w:rPr>
        <w:t xml:space="preserve">[18:33] </w:t>
      </w:r>
      <w:r>
        <w:t>aur wohi meri shayad aakhri kitaab ho.</w:t>
      </w:r>
    </w:p>
    <w:p>
      <w:pPr>
        <w:jc w:val="right"/>
      </w:pPr>
      <w:r>
        <w:t>اور وہی میری شاید آخری کتاب ہو۔</w:t>
      </w:r>
    </w:p>
    <w:p>
      <w:r>
        <w:rPr>
          <w:b/>
        </w:rPr>
        <w:t xml:space="preserve">[18:39] </w:t>
      </w:r>
      <w:r>
        <w:t>lekin is subject par</w:t>
      </w:r>
    </w:p>
    <w:p>
      <w:pPr>
        <w:jc w:val="right"/>
      </w:pPr>
      <w:r>
        <w:t>لیکن اس سبجیکٹ پر</w:t>
      </w:r>
    </w:p>
    <w:p>
      <w:r>
        <w:rPr>
          <w:b/>
        </w:rPr>
        <w:t xml:space="preserve">[18:43] </w:t>
      </w:r>
      <w:r>
        <w:t>bahut zyada material hai, hazaron ki tadad mein.</w:t>
      </w:r>
    </w:p>
    <w:p>
      <w:pPr>
        <w:jc w:val="right"/>
      </w:pPr>
      <w:r>
        <w:t>بہت زیادہ مٹیریل ہے، ہزاروں کی تعداد میں۔</w:t>
      </w:r>
    </w:p>
    <w:p>
      <w:r>
        <w:rPr>
          <w:b/>
        </w:rPr>
        <w:t xml:space="preserve">[18:48] </w:t>
      </w:r>
      <w:r>
        <w:t>english mein bhi hai, urdu mein bhi.</w:t>
      </w:r>
    </w:p>
    <w:p>
      <w:pPr>
        <w:jc w:val="right"/>
      </w:pPr>
      <w:r>
        <w:t>انگلش میں بھی ہے، اردو میں بھی۔</w:t>
      </w:r>
    </w:p>
    <w:p>
      <w:r>
        <w:rPr>
          <w:b/>
        </w:rPr>
        <w:t xml:space="preserve">[18:51] </w:t>
      </w:r>
      <w:r>
        <w:t>is ko aap ko</w:t>
      </w:r>
    </w:p>
    <w:p>
      <w:pPr>
        <w:jc w:val="right"/>
      </w:pPr>
      <w:r>
        <w:t>اس کو آپ کو</w:t>
      </w:r>
    </w:p>
    <w:p>
      <w:r>
        <w:rPr>
          <w:b/>
        </w:rPr>
        <w:t xml:space="preserve">[18:53] </w:t>
      </w:r>
      <w:r>
        <w:t>flood karna hai.</w:t>
      </w:r>
    </w:p>
    <w:p>
      <w:pPr>
        <w:jc w:val="right"/>
      </w:pPr>
      <w:r>
        <w:t>فلڈ کرنا ہے۔</w:t>
      </w:r>
    </w:p>
    <w:p>
      <w:r>
        <w:rPr>
          <w:b/>
        </w:rPr>
        <w:t xml:space="preserve">[18:56] </w:t>
      </w:r>
      <w:r>
        <w:t>is ko aap ko flood karna hai.</w:t>
      </w:r>
    </w:p>
    <w:p>
      <w:pPr>
        <w:jc w:val="right"/>
      </w:pPr>
      <w:r>
        <w:t>اس کو آپ کو فلڈ کرنا ہے۔</w:t>
      </w:r>
    </w:p>
    <w:p>
      <w:r>
        <w:rPr>
          <w:b/>
        </w:rPr>
        <w:t xml:space="preserve">[18:58] </w:t>
      </w:r>
      <w:r>
        <w:t>tamam. dekhiye, urdu mein hindi mein flood karne se koi faida nahi hoga.</w:t>
      </w:r>
    </w:p>
    <w:p>
      <w:pPr>
        <w:jc w:val="right"/>
      </w:pPr>
      <w:r>
        <w:t>تمام۔ دیکھیے، اردو میں ہندی میں فلڈ کرنے سے کوئی فائدہ نہیں ہوگا۔</w:t>
      </w:r>
    </w:p>
    <w:p>
      <w:r>
        <w:rPr>
          <w:b/>
        </w:rPr>
        <w:t xml:space="preserve">[19:06] </w:t>
      </w:r>
      <w:r>
        <w:t>english mein flood karna hai.</w:t>
      </w:r>
    </w:p>
    <w:p>
      <w:pPr>
        <w:jc w:val="right"/>
      </w:pPr>
      <w:r>
        <w:t>انگلش میں فلڈ کرنا ہے۔</w:t>
      </w:r>
    </w:p>
    <w:p>
      <w:r>
        <w:rPr>
          <w:b/>
        </w:rPr>
        <w:t xml:space="preserve">[19:08] </w:t>
      </w:r>
      <w:r>
        <w:t>aur woh flood karna yeh nahi ke aap muslim case pesh kar rahe hain.</w:t>
      </w:r>
    </w:p>
    <w:p>
      <w:pPr>
        <w:jc w:val="right"/>
      </w:pPr>
      <w:r>
        <w:t>اور وہ فلڈ کرنا یہ نہیں کہ آپ مسلم کیس پیش کر رہے ہیں۔</w:t>
      </w:r>
    </w:p>
    <w:p>
      <w:r>
        <w:rPr>
          <w:b/>
        </w:rPr>
        <w:t xml:space="preserve">[19:15] </w:t>
      </w:r>
      <w:r>
        <w:t>tab kuch bhi nahi hoga.</w:t>
      </w:r>
    </w:p>
    <w:p>
      <w:pPr>
        <w:jc w:val="right"/>
      </w:pPr>
      <w:r>
        <w:t>تب کچھ بھی نہیں ہوگا۔</w:t>
      </w:r>
    </w:p>
    <w:p>
      <w:r>
        <w:rPr>
          <w:b/>
        </w:rPr>
        <w:t xml:space="preserve">[19:17] </w:t>
      </w:r>
      <w:r>
        <w:t>agar aap ki image yeh ho jaye ke aap muslim case pesh kar rahe hain, to doosron ko</w:t>
      </w:r>
    </w:p>
    <w:p>
      <w:pPr>
        <w:jc w:val="right"/>
      </w:pPr>
      <w:r>
        <w:t>اگر آپ کی امیج یہ ہو جائے کہ آپ مسلم کیس پیش کر رہے ہیں، تو دوسروں کو</w:t>
      </w:r>
    </w:p>
    <w:p>
      <w:r>
        <w:rPr>
          <w:b/>
        </w:rPr>
        <w:t xml:space="preserve">[19:24] </w:t>
      </w:r>
      <w:r>
        <w:t>jo hai woh nothing hoga.</w:t>
      </w:r>
    </w:p>
    <w:p>
      <w:pPr>
        <w:jc w:val="right"/>
      </w:pPr>
      <w:r>
        <w:t>جو ہے وہ نتھنگ ہوگا۔</w:t>
      </w:r>
    </w:p>
    <w:p>
      <w:r>
        <w:rPr>
          <w:b/>
        </w:rPr>
        <w:t xml:space="preserve">[19:27] </w:t>
      </w:r>
      <w:r>
        <w:t>kisi ko aap ka</w:t>
      </w:r>
    </w:p>
    <w:p>
      <w:pPr>
        <w:jc w:val="right"/>
      </w:pPr>
      <w:r>
        <w:t>کسی کو آپ کا</w:t>
      </w:r>
    </w:p>
    <w:p>
      <w:r>
        <w:rPr>
          <w:b/>
        </w:rPr>
        <w:t xml:space="preserve">[19:29] </w:t>
      </w:r>
      <w:r>
        <w:t>kays nahi sunna.</w:t>
      </w:r>
    </w:p>
    <w:p>
      <w:pPr>
        <w:jc w:val="right"/>
      </w:pPr>
      <w:r>
        <w:t>کیس نہیں سننا۔</w:t>
      </w:r>
    </w:p>
    <w:p>
      <w:r>
        <w:rPr>
          <w:b/>
        </w:rPr>
        <w:t xml:space="preserve">[19:31] </w:t>
      </w:r>
      <w:r>
        <w:t>aap ka kays kya hai? aap jee rahay hain ke mar rahay hain? kisi ko is se matlab</w:t>
      </w:r>
    </w:p>
    <w:p>
      <w:pPr>
        <w:jc w:val="right"/>
      </w:pPr>
      <w:r>
        <w:t>آپ کا کیس کیا ہے؟ آپ جی رہے ہیں کہ مر رہے ہیں؟ کسی کو اس سے مطلب</w:t>
      </w:r>
    </w:p>
    <w:p>
      <w:r>
        <w:rPr>
          <w:b/>
        </w:rPr>
        <w:t xml:space="preserve">[19:36] </w:t>
      </w:r>
      <w:r>
        <w:t>nahi. lekin aik sawal jo hai</w:t>
      </w:r>
    </w:p>
    <w:p>
      <w:pPr>
        <w:jc w:val="right"/>
      </w:pPr>
      <w:r>
        <w:t>نہیں۔ لیکن ایک سوال جو ہے</w:t>
      </w:r>
    </w:p>
    <w:p>
      <w:r>
        <w:rPr>
          <w:b/>
        </w:rPr>
        <w:t xml:space="preserve">[19:43] </w:t>
      </w:r>
      <w:r>
        <w:t>media mein already bharpoor tor par aa chuka hai: what is islam?</w:t>
      </w:r>
    </w:p>
    <w:p>
      <w:pPr>
        <w:jc w:val="right"/>
      </w:pPr>
      <w:r>
        <w:t>میڈیا میں الریڈی بھرپور طور پر آ چکا ہے: واٹ از اسلام؟</w:t>
      </w:r>
    </w:p>
    <w:p>
      <w:r>
        <w:rPr>
          <w:b/>
        </w:rPr>
        <w:t xml:space="preserve">[19:50] </w:t>
      </w:r>
      <w:r>
        <w:t>musalman kahan, ye un ka koi concern nahin hai. what is islam? kya islam sachmuch ye target hota hai ki musalman sab ko lad kar ke duniya mein hukoomat qayam karein? kya waqai islam resident of peace hai?</w:t>
      </w:r>
    </w:p>
    <w:p>
      <w:pPr>
        <w:jc w:val="right"/>
      </w:pPr>
      <w:r>
        <w:t>मुसलमान कहाँ, ये उनका कोई कंसर्न नहीं है। व्हाट इज़ इस्लाम? क्या इस्लाम सचमुच ये टारगेट होता है कि मुसलमान सबको लड़ करके दुनिया में हुकूमत कायम करें? क्या वाकई इस्लाम रेजिडेंट ऑफ़ पीस है?</w:t>
      </w:r>
    </w:p>
    <w:p>
      <w:r>
        <w:rPr>
          <w:b/>
        </w:rPr>
        <w:t xml:space="preserve">[20:05] </w:t>
      </w:r>
      <w:r>
        <w:t>peace hai? yeh yeh sab mind mein hai.</w:t>
      </w:r>
    </w:p>
    <w:p>
      <w:pPr>
        <w:jc w:val="right"/>
      </w:pPr>
      <w:r>
        <w:t>پیس ہے؟ یہ یہ سب مائنڈ میں ہے۔</w:t>
      </w:r>
    </w:p>
    <w:p>
      <w:r>
        <w:rPr>
          <w:b/>
        </w:rPr>
        <w:t xml:space="preserve">[20:09] </w:t>
      </w:r>
      <w:r>
        <w:t>is ko aap ko avail karna hai.</w:t>
      </w:r>
    </w:p>
    <w:p>
      <w:pPr>
        <w:jc w:val="right"/>
      </w:pPr>
      <w:r>
        <w:t>اس کو آپ کو اویل کرنا ہے۔</w:t>
      </w:r>
    </w:p>
    <w:p>
      <w:r>
        <w:rPr>
          <w:b/>
        </w:rPr>
        <w:t xml:space="preserve">[20:14] </w:t>
      </w:r>
      <w:r>
        <w:t>dunya ko islam se yeh jo</w:t>
      </w:r>
    </w:p>
    <w:p>
      <w:pPr>
        <w:jc w:val="right"/>
      </w:pPr>
      <w:r>
        <w:t>دنیا کو اسلام سے یہ جو</w:t>
      </w:r>
    </w:p>
    <w:p>
      <w:r>
        <w:rPr>
          <w:b/>
        </w:rPr>
        <w:t xml:space="preserve">[20:20] </w:t>
      </w:r>
      <w:r>
        <w:t>aaj ki aaj ka jo modern mind hai, is ko apni civilization ko bachana hai.</w:t>
      </w:r>
    </w:p>
    <w:p>
      <w:pPr>
        <w:jc w:val="right"/>
      </w:pPr>
      <w:r>
        <w:t>آج کی آج کا جو ماڈرن مائنڈ ہے، اس کو اپنی سویلائزیشن کو بچانا ہے۔</w:t>
      </w:r>
    </w:p>
    <w:p>
      <w:r>
        <w:rPr>
          <w:b/>
        </w:rPr>
        <w:t xml:space="preserve">[20:26] </w:t>
      </w:r>
      <w:r>
        <w:t>aur musalman yahan society bobbing kar ke third banay ga.</w:t>
      </w:r>
    </w:p>
    <w:p>
      <w:pPr>
        <w:jc w:val="right"/>
      </w:pPr>
      <w:r>
        <w:t>اور مسلمان یہاں سوسائٹی بابنگ کر کے تھرڈ بنے گی۔</w:t>
      </w:r>
    </w:p>
    <w:p>
      <w:r>
        <w:rPr>
          <w:b/>
        </w:rPr>
        <w:t xml:space="preserve">[20:32] </w:t>
      </w:r>
      <w:r>
        <w:t>to islamophobia nahi, yeh muslimophobia hai.</w:t>
      </w:r>
    </w:p>
    <w:p>
      <w:pPr>
        <w:jc w:val="right"/>
      </w:pPr>
      <w:r>
        <w:t>تو اسلامو فوبیا نہیں، یہ مسلمو فوبیا ہے۔</w:t>
      </w:r>
    </w:p>
    <w:p>
      <w:r>
        <w:rPr>
          <w:b/>
        </w:rPr>
        <w:t xml:space="preserve">[20:36] </w:t>
      </w:r>
      <w:r>
        <w:t>yeh woh samajhte hain ke yeh to ajeeb ghareeb log hain</w:t>
      </w:r>
    </w:p>
    <w:p>
      <w:pPr>
        <w:jc w:val="right"/>
      </w:pPr>
      <w:r>
        <w:t>یہ وہ سمجھتے ہیں کہ یہ تو عجیب غریب لوگ ہیں</w:t>
      </w:r>
    </w:p>
    <w:p>
      <w:r>
        <w:rPr>
          <w:b/>
        </w:rPr>
        <w:t xml:space="preserve">[20:41] </w:t>
      </w:r>
      <w:r>
        <w:t>ke apne aap ko maar kar ke hamein tabah karna chahte hain.</w:t>
      </w:r>
    </w:p>
    <w:p>
      <w:pPr>
        <w:jc w:val="right"/>
      </w:pPr>
      <w:r>
        <w:t>کہ اپنے آپ کو مار کر کے ہمیں تباہ کرنا چاہتے ہیں۔</w:t>
      </w:r>
    </w:p>
    <w:p>
      <w:r>
        <w:rPr>
          <w:b/>
        </w:rPr>
        <w:t xml:space="preserve">[20:48] </w:t>
      </w:r>
      <w:r>
        <w:t>to yeh islamophobia harghiz nahi hai.</w:t>
      </w:r>
    </w:p>
    <w:p>
      <w:pPr>
        <w:jc w:val="right"/>
      </w:pPr>
      <w:r>
        <w:t>تو یہ اسلامو فوبیا ہرگز نہیں ہے۔</w:t>
      </w:r>
    </w:p>
    <w:p>
      <w:r>
        <w:rPr>
          <w:b/>
        </w:rPr>
        <w:t xml:space="preserve">[20:51] </w:t>
      </w:r>
      <w:r>
        <w:t>yeh muslimophobia hai.</w:t>
      </w:r>
    </w:p>
    <w:p>
      <w:pPr>
        <w:jc w:val="right"/>
      </w:pPr>
      <w:r>
        <w:t>یہ مسلمو فوبیا ہے۔</w:t>
      </w:r>
    </w:p>
    <w:p>
      <w:r>
        <w:rPr>
          <w:b/>
        </w:rPr>
        <w:t xml:space="preserve">[20:54] </w:t>
      </w:r>
      <w:r>
        <w:t>aur aap ko</w:t>
      </w:r>
    </w:p>
    <w:p>
      <w:pPr>
        <w:jc w:val="right"/>
      </w:pPr>
      <w:r>
        <w:t>اور آپ کو</w:t>
      </w:r>
    </w:p>
    <w:p>
      <w:r>
        <w:rPr>
          <w:b/>
        </w:rPr>
        <w:t xml:space="preserve">[20:59] </w:t>
      </w:r>
      <w:r>
        <w:t>one percent bhi aap ko concern musalman nahi hona chahiye.</w:t>
      </w:r>
    </w:p>
    <w:p>
      <w:pPr>
        <w:jc w:val="right"/>
      </w:pPr>
      <w:r>
        <w:t>ون پرسنٹ بھی آپ کو کنسرن مسلم نہیں ہونا چاہیے۔</w:t>
      </w:r>
    </w:p>
    <w:p>
      <w:r>
        <w:rPr>
          <w:b/>
        </w:rPr>
        <w:t xml:space="preserve">[21:04] </w:t>
      </w:r>
      <w:r>
        <w:t>sirf islam hona chahiye.</w:t>
      </w:r>
    </w:p>
    <w:p>
      <w:pPr>
        <w:jc w:val="right"/>
      </w:pPr>
      <w:r>
        <w:t>صرف اسلام ہونا چاہیے۔</w:t>
      </w:r>
    </w:p>
    <w:p>
      <w:r>
        <w:rPr>
          <w:b/>
        </w:rPr>
        <w:t xml:space="preserve">[21:06] </w:t>
      </w:r>
      <w:r>
        <w:t>bas. to already aik</w:t>
      </w:r>
    </w:p>
    <w:p>
      <w:pPr>
        <w:jc w:val="right"/>
      </w:pPr>
      <w:r>
        <w:t>بس۔ تو الریڈی ایک</w:t>
      </w:r>
    </w:p>
    <w:p>
      <w:r>
        <w:rPr>
          <w:b/>
        </w:rPr>
        <w:t xml:space="preserve">[21:14] </w:t>
      </w:r>
      <w:r>
        <w:t>aik ban chuka hai</w:t>
      </w:r>
    </w:p>
    <w:p>
      <w:pPr>
        <w:jc w:val="right"/>
      </w:pPr>
      <w:r>
        <w:t>ایک بن چکا ہے</w:t>
      </w:r>
    </w:p>
    <w:p>
      <w:r>
        <w:rPr>
          <w:b/>
        </w:rPr>
        <w:t xml:space="preserve">[21:21] </w:t>
      </w:r>
      <w:r>
        <w:t>ke woh kuch islam</w:t>
      </w:r>
    </w:p>
    <w:p>
      <w:pPr>
        <w:jc w:val="right"/>
      </w:pPr>
      <w:r>
        <w:t>کہ وہ کچھ اسلام</w:t>
      </w:r>
    </w:p>
    <w:p>
      <w:r>
        <w:rPr>
          <w:b/>
        </w:rPr>
        <w:t xml:space="preserve">[21:24] </w:t>
      </w:r>
      <w:r>
        <w:t>kya hai. woh aap ko dena hai.</w:t>
      </w:r>
    </w:p>
    <w:p>
      <w:pPr>
        <w:jc w:val="right"/>
      </w:pPr>
      <w:r>
        <w:t>کیا ہے۔ وہ آپ کو دینا ہے۔</w:t>
      </w:r>
    </w:p>
    <w:p>
      <w:r>
        <w:rPr>
          <w:b/>
        </w:rPr>
        <w:t xml:space="preserve">[21:28] </w:t>
      </w:r>
      <w:r>
        <w:t>to aap ko mere jo article hain, jo jo is mein peace peace hai, tolerance hai, positive thinking</w:t>
      </w:r>
    </w:p>
    <w:p>
      <w:pPr>
        <w:jc w:val="right"/>
      </w:pPr>
      <w:r>
        <w:t>تو آپ کو میرے جو آرٹیکل ہیں، جو جو اس میں پیس پیس ہے، ٹالرنس ہے، پازیٹو تھنکنگ</w:t>
      </w:r>
    </w:p>
    <w:p>
      <w:r>
        <w:rPr>
          <w:b/>
        </w:rPr>
        <w:t xml:space="preserve">[21:40] </w:t>
      </w:r>
      <w:r>
        <w:t>hai, in retail patience hai,</w:t>
      </w:r>
    </w:p>
    <w:p>
      <w:pPr>
        <w:jc w:val="right"/>
      </w:pPr>
      <w:r>
        <w:t>ہے، ان ریٹل پیشنس ہے،</w:t>
      </w:r>
    </w:p>
    <w:p>
      <w:r>
        <w:rPr>
          <w:b/>
        </w:rPr>
        <w:t xml:space="preserve">[21:45] </w:t>
      </w:r>
      <w:r>
        <w:t>aur creation plan of god hai,</w:t>
      </w:r>
    </w:p>
    <w:p>
      <w:pPr>
        <w:jc w:val="right"/>
      </w:pPr>
      <w:r>
        <w:t>اور کریشن پلان آف گاڈ ہے،</w:t>
      </w:r>
    </w:p>
    <w:p>
      <w:r>
        <w:rPr>
          <w:b/>
        </w:rPr>
        <w:t xml:space="preserve">[21:52] </w:t>
      </w:r>
      <w:r>
        <w:t>yeh jo yeh jo cheezein hum ne di hain, in ko flood karna hai.</w:t>
      </w:r>
    </w:p>
    <w:p>
      <w:pPr>
        <w:jc w:val="right"/>
      </w:pPr>
      <w:r>
        <w:t>یہ جو یہ جو چیزیں ہم نے دی ہیں، ان کو فلڈ کرنا ہے۔</w:t>
      </w:r>
    </w:p>
    <w:p>
      <w:r>
        <w:rPr>
          <w:b/>
        </w:rPr>
        <w:t xml:space="preserve">[21:59] </w:t>
      </w:r>
      <w:r>
        <w:t>aur is mein one percent bhi is mein koi</w:t>
      </w:r>
    </w:p>
    <w:p>
      <w:pPr>
        <w:jc w:val="right"/>
      </w:pPr>
      <w:r>
        <w:t>اور اس میں ون پرسنٹ بھی اس میں کوئی</w:t>
      </w:r>
    </w:p>
    <w:p>
      <w:r>
        <w:rPr>
          <w:b/>
        </w:rPr>
        <w:t xml:space="preserve">[22:04] </w:t>
      </w:r>
      <w:r>
        <w:t>milana nahi hai.</w:t>
      </w:r>
    </w:p>
    <w:p>
      <w:pPr>
        <w:jc w:val="right"/>
      </w:pPr>
      <w:r>
        <w:t>ملانا نہیں ہے۔</w:t>
      </w:r>
    </w:p>
    <w:p>
      <w:r>
        <w:rPr>
          <w:b/>
        </w:rPr>
        <w:t xml:space="preserve">[22:06] </w:t>
      </w:r>
      <w:r>
        <w:t>muslim interest ko</w:t>
      </w:r>
    </w:p>
    <w:p>
      <w:pPr>
        <w:jc w:val="right"/>
      </w:pPr>
      <w:r>
        <w:t>مسلم انٹرسٹ کو</w:t>
      </w:r>
    </w:p>
    <w:p>
      <w:r>
        <w:rPr>
          <w:b/>
        </w:rPr>
        <w:t xml:space="preserve">[22:09] </w:t>
      </w:r>
      <w:r>
        <w:t>hargiz nahi. un ke muslim interest ka aap se koi talluq nahi hai.</w:t>
      </w:r>
    </w:p>
    <w:p>
      <w:pPr>
        <w:jc w:val="right"/>
      </w:pPr>
      <w:r>
        <w:t>ہرگز نہیں۔ ان کے مسلم انٹرسٹ کا آپ سے کوئی تعلق نہیں ہے۔</w:t>
      </w:r>
    </w:p>
    <w:p>
      <w:r>
        <w:rPr>
          <w:b/>
        </w:rPr>
        <w:t xml:space="preserve">[22:16] </w:t>
      </w:r>
      <w:r>
        <w:t>to ab mera jo aakhri</w:t>
      </w:r>
    </w:p>
    <w:p>
      <w:pPr>
        <w:jc w:val="right"/>
      </w:pPr>
      <w:r>
        <w:t>تو اب میرا جو آخری</w:t>
      </w:r>
    </w:p>
    <w:p>
      <w:r>
        <w:rPr>
          <w:b/>
        </w:rPr>
        <w:t xml:space="preserve">[22:21] </w:t>
      </w:r>
      <w:r>
        <w:t>tamanna hai, wo yahi ke chahe main rahoon ya na rahoon, aap ko yahi kaam karna hai.</w:t>
      </w:r>
    </w:p>
    <w:p>
      <w:pPr>
        <w:jc w:val="right"/>
      </w:pPr>
      <w:r>
        <w:t>تمنا ہے، وہ یہی کہ چاہے میں رہوں یا نہ رہوں، آپ کو یہی کام کرنا ہے۔</w:t>
      </w:r>
    </w:p>
    <w:p>
      <w:r>
        <w:rPr>
          <w:b/>
        </w:rPr>
        <w:t xml:space="preserve">[22:29] </w:t>
      </w:r>
      <w:r>
        <w:t>chahe main rahoon dunya mein ya na rahoon dunya mein.</w:t>
      </w:r>
    </w:p>
    <w:p>
      <w:pPr>
        <w:jc w:val="right"/>
      </w:pPr>
      <w:r>
        <w:t>چاہے میں رہوں دنیا میں یا نہ رہوں دنیا میں۔</w:t>
      </w:r>
    </w:p>
    <w:p>
      <w:r>
        <w:rPr>
          <w:b/>
        </w:rPr>
        <w:t xml:space="preserve">[22:34] </w:t>
      </w:r>
      <w:r>
        <w:t>aur main aap ko aik basharat deta hoon.</w:t>
      </w:r>
    </w:p>
    <w:p>
      <w:pPr>
        <w:jc w:val="right"/>
      </w:pPr>
      <w:r>
        <w:t>اور میں آپ کو ایک بشارت دیتا ہوں۔</w:t>
      </w:r>
    </w:p>
    <w:p>
      <w:r>
        <w:rPr>
          <w:b/>
        </w:rPr>
        <w:t xml:space="preserve">[22:37] </w:t>
      </w:r>
      <w:r>
        <w:t>aik basharat. aik hadith hai.</w:t>
      </w:r>
    </w:p>
    <w:p>
      <w:pPr>
        <w:jc w:val="right"/>
      </w:pPr>
      <w:r>
        <w:t>ایک بشارت۔ ایک حدیث ہے۔</w:t>
      </w:r>
    </w:p>
    <w:p>
      <w:r>
        <w:rPr>
          <w:b/>
        </w:rPr>
        <w:t xml:space="preserve">[22:45] </w:t>
      </w:r>
      <w:r>
        <w:t>is hadith mein yeh bataya gaya hai ke</w:t>
      </w:r>
    </w:p>
    <w:p>
      <w:pPr>
        <w:jc w:val="right"/>
      </w:pPr>
      <w:r>
        <w:t>اس حدیث میں یہ بتایا گیا ہے کہ</w:t>
      </w:r>
    </w:p>
    <w:p>
      <w:r>
        <w:rPr>
          <w:b/>
        </w:rPr>
        <w:t xml:space="preserve">[22:50] </w:t>
      </w:r>
      <w:r>
        <w:t>dajjal zahir hoga.</w:t>
      </w:r>
    </w:p>
    <w:p>
      <w:pPr>
        <w:jc w:val="right"/>
      </w:pPr>
      <w:r>
        <w:t>دجال ظاہر ہوگا۔</w:t>
      </w:r>
    </w:p>
    <w:p>
      <w:r>
        <w:rPr>
          <w:b/>
        </w:rPr>
        <w:t xml:space="preserve">[22:51] </w:t>
      </w:r>
      <w:r>
        <w:t>dekhiye, dajjal ka matlab koi insan nahi hai.</w:t>
      </w:r>
    </w:p>
    <w:p>
      <w:pPr>
        <w:jc w:val="right"/>
      </w:pPr>
      <w:r>
        <w:t>دیکھیے، دجال کا مطلب کوئی انسان نہیں ہے۔</w:t>
      </w:r>
    </w:p>
    <w:p>
      <w:r>
        <w:rPr>
          <w:b/>
        </w:rPr>
        <w:t xml:space="preserve">[22:54] </w:t>
      </w:r>
      <w:r>
        <w:t>dajjal ka matlab yahi hai</w:t>
      </w:r>
    </w:p>
    <w:p>
      <w:pPr>
        <w:jc w:val="right"/>
      </w:pPr>
      <w:r>
        <w:t>دجال کا مطلب یہی ہے</w:t>
      </w:r>
    </w:p>
    <w:p>
      <w:r>
        <w:rPr>
          <w:b/>
        </w:rPr>
        <w:t xml:space="preserve">[22:58] </w:t>
      </w:r>
      <w:r>
        <w:t>ke islam ki image</w:t>
      </w:r>
    </w:p>
    <w:p>
      <w:pPr>
        <w:jc w:val="right"/>
      </w:pPr>
      <w:r>
        <w:t>کہ اسلام کی امیج</w:t>
      </w:r>
    </w:p>
    <w:p>
      <w:r>
        <w:rPr>
          <w:b/>
        </w:rPr>
        <w:t xml:space="preserve">[23:00] </w:t>
      </w:r>
      <w:r>
        <w:t>bigad dena. non islam ko islam bana dena.</w:t>
      </w:r>
    </w:p>
    <w:p>
      <w:pPr>
        <w:jc w:val="right"/>
      </w:pPr>
      <w:r>
        <w:t>بگاڑ دینا۔ نان اسلام کو اسلام بنا دینا۔</w:t>
      </w:r>
    </w:p>
    <w:p>
      <w:r>
        <w:rPr>
          <w:b/>
        </w:rPr>
        <w:t xml:space="preserve">[23:06] </w:t>
      </w:r>
      <w:r>
        <w:t>dajjal ke mani yahi hote hain.</w:t>
      </w:r>
    </w:p>
    <w:p>
      <w:pPr>
        <w:jc w:val="right"/>
      </w:pPr>
      <w:r>
        <w:t>دجال کے معنی یہی ہوتے ہیں۔</w:t>
      </w:r>
    </w:p>
    <w:p>
      <w:r>
        <w:rPr>
          <w:b/>
        </w:rPr>
        <w:t xml:space="preserve">[23:10] </w:t>
      </w:r>
      <w:r>
        <w:t>wo poora zahir ho chuka hai.</w:t>
      </w:r>
    </w:p>
    <w:p>
      <w:pPr>
        <w:jc w:val="right"/>
      </w:pPr>
      <w:r>
        <w:t>وہ پورا ظاہر ہو چکا ہے۔</w:t>
      </w:r>
    </w:p>
    <w:p>
      <w:r>
        <w:rPr>
          <w:b/>
        </w:rPr>
        <w:t xml:space="preserve">[23:14] </w:t>
      </w:r>
      <w:r>
        <w:t>is mein hadith mein aata hai ke aise</w:t>
      </w:r>
    </w:p>
    <w:p>
      <w:pPr>
        <w:jc w:val="right"/>
      </w:pPr>
      <w:r>
        <w:t>اس میں حدیث میں آتا ہے کہ ایسے</w:t>
      </w:r>
    </w:p>
    <w:p>
      <w:r>
        <w:rPr>
          <w:b/>
        </w:rPr>
        <w:t xml:space="preserve">[23:18] </w:t>
      </w:r>
      <w:r>
        <w:t>kuch log uthein ge</w:t>
      </w:r>
    </w:p>
    <w:p>
      <w:pPr>
        <w:jc w:val="right"/>
      </w:pPr>
      <w:r>
        <w:t>کچھ لوگ اٹھیں گے</w:t>
      </w:r>
    </w:p>
    <w:p>
      <w:r>
        <w:rPr>
          <w:b/>
        </w:rPr>
        <w:t xml:space="preserve">[23:21] </w:t>
      </w:r>
      <w:r>
        <w:t>jo is mein hujjat ka lafz hai, yani حجت.</w:t>
      </w:r>
    </w:p>
    <w:p>
      <w:pPr>
        <w:jc w:val="right"/>
      </w:pPr>
      <w:r>
        <w:t>جو اس میں حجیج کا لفظ ہے، یعنی حجت۔</w:t>
      </w:r>
    </w:p>
    <w:p>
      <w:r>
        <w:rPr>
          <w:b/>
        </w:rPr>
        <w:t xml:space="preserve">[23:28] </w:t>
      </w:r>
      <w:r>
        <w:t>to حجت ki satah par</w:t>
      </w:r>
    </w:p>
    <w:p>
      <w:pPr>
        <w:jc w:val="right"/>
      </w:pPr>
      <w:r>
        <w:t>تو حجت کی سطح پر</w:t>
      </w:r>
    </w:p>
    <w:p>
      <w:r>
        <w:rPr>
          <w:b/>
        </w:rPr>
        <w:t xml:space="preserve">[23:31] </w:t>
      </w:r>
      <w:r>
        <w:t>is ka muqabla karein ge.</w:t>
      </w:r>
    </w:p>
    <w:p>
      <w:pPr>
        <w:jc w:val="right"/>
      </w:pPr>
      <w:r>
        <w:t>اس کا مقابلہ کریں گے۔</w:t>
      </w:r>
    </w:p>
    <w:p>
      <w:r>
        <w:rPr>
          <w:b/>
        </w:rPr>
        <w:t xml:space="preserve">[23:35] </w:t>
      </w:r>
      <w:r>
        <w:t>lad ke mar ke keh nahi.</w:t>
      </w:r>
    </w:p>
    <w:p>
      <w:pPr>
        <w:jc w:val="right"/>
      </w:pPr>
      <w:r>
        <w:t>لڑ کے مر کے کہ نہیں۔</w:t>
      </w:r>
    </w:p>
    <w:p>
      <w:r>
        <w:rPr>
          <w:b/>
        </w:rPr>
        <w:t xml:space="preserve">[23:38] </w:t>
      </w:r>
      <w:r>
        <w:t>to wo aap ko karna hai.</w:t>
      </w:r>
    </w:p>
    <w:p>
      <w:pPr>
        <w:jc w:val="right"/>
      </w:pPr>
      <w:r>
        <w:t>تو وہ آپ کو کرنا ہے۔</w:t>
      </w:r>
    </w:p>
    <w:p>
      <w:r>
        <w:rPr>
          <w:b/>
        </w:rPr>
        <w:t xml:space="preserve">[23:40] </w:t>
      </w:r>
      <w:r>
        <w:t>aur is mein bohat ajeeb o ghareeb basharat hai.</w:t>
      </w:r>
    </w:p>
    <w:p>
      <w:pPr>
        <w:jc w:val="right"/>
      </w:pPr>
      <w:r>
        <w:t>اور اس میں بہت عجیب و غریب بشارت ہے۔</w:t>
      </w:r>
    </w:p>
    <w:p>
      <w:r>
        <w:rPr>
          <w:b/>
        </w:rPr>
        <w:t xml:space="preserve">[23:44] </w:t>
      </w:r>
      <w:r>
        <w:t>hadis mein aata hai:haza</w:t>
      </w:r>
    </w:p>
    <w:p>
      <w:pPr>
        <w:jc w:val="right"/>
      </w:pPr>
      <w:r>
        <w:t>حدیث میں آتا ہے:ھذا</w:t>
      </w:r>
    </w:p>
    <w:p>
      <w:r>
        <w:rPr>
          <w:b/>
        </w:rPr>
        <w:t xml:space="preserve">[23:47] </w:t>
      </w:r>
      <w:r>
        <w:t>azam alnas shaden antar alamin.</w:t>
      </w:r>
    </w:p>
    <w:p>
      <w:pPr>
        <w:jc w:val="right"/>
      </w:pPr>
      <w:r>
        <w:t>اعظم الناس شادن انتر العالمین۔</w:t>
      </w:r>
    </w:p>
    <w:p>
      <w:r>
        <w:rPr>
          <w:b/>
        </w:rPr>
        <w:t xml:space="preserve">[23:52] </w:t>
      </w:r>
      <w:r>
        <w:t>yeh jo dajjal ko jo log khatm karenge,</w:t>
      </w:r>
    </w:p>
    <w:p>
      <w:pPr>
        <w:jc w:val="right"/>
      </w:pPr>
      <w:r>
        <w:t>یہ جو دجال کو جو لوگ ختم کریں گے،</w:t>
      </w:r>
    </w:p>
    <w:p>
      <w:r>
        <w:rPr>
          <w:b/>
        </w:rPr>
        <w:t xml:space="preserve">[23:58] </w:t>
      </w:r>
      <w:r>
        <w:t>dajjal ke mani hargiz yeh mat samjhiye ga ke koi political larai hogi,</w:t>
      </w:r>
    </w:p>
    <w:p>
      <w:pPr>
        <w:jc w:val="right"/>
      </w:pPr>
      <w:r>
        <w:t>دجال کے معنی ہرگز یہ مت سمجھیے گا کہ کوئی پولیٹیکل لڑائی ہوگی،</w:t>
      </w:r>
    </w:p>
    <w:p>
      <w:r>
        <w:rPr>
          <w:b/>
        </w:rPr>
        <w:t xml:space="preserve">[24:04] </w:t>
      </w:r>
      <w:r>
        <w:t>koi hukumat qaim hogi,</w:t>
      </w:r>
    </w:p>
    <w:p>
      <w:pPr>
        <w:jc w:val="right"/>
      </w:pPr>
      <w:r>
        <w:t>کوئی حکومت قائم ہوگی،</w:t>
      </w:r>
    </w:p>
    <w:p>
      <w:r>
        <w:rPr>
          <w:b/>
        </w:rPr>
        <w:t xml:space="preserve">[24:07] </w:t>
      </w:r>
      <w:r>
        <w:t>ya koi is mein muslim interest hoga.</w:t>
      </w:r>
    </w:p>
    <w:p>
      <w:pPr>
        <w:jc w:val="right"/>
      </w:pPr>
      <w:r>
        <w:t>یا کوئی اس میں مسلم انٹرسٹ ہوگا۔</w:t>
      </w:r>
    </w:p>
    <w:p>
      <w:r>
        <w:rPr>
          <w:b/>
        </w:rPr>
        <w:t xml:space="preserve">[24:11] </w:t>
      </w:r>
      <w:r>
        <w:t>kuch nahi. Allah ke deen ki</w:t>
      </w:r>
    </w:p>
    <w:p>
      <w:pPr>
        <w:jc w:val="right"/>
      </w:pPr>
      <w:r>
        <w:t>کچھ نہیں۔ اللہ کے دین کی</w:t>
      </w:r>
    </w:p>
    <w:p>
      <w:r>
        <w:rPr>
          <w:b/>
        </w:rPr>
        <w:t xml:space="preserve">[24:16] </w:t>
      </w:r>
      <w:r>
        <w:t>jo image bigar di gayi hai,</w:t>
      </w:r>
    </w:p>
    <w:p>
      <w:pPr>
        <w:jc w:val="right"/>
      </w:pPr>
      <w:r>
        <w:t>جو امیج بگاڑ دی گئی ہے،</w:t>
      </w:r>
    </w:p>
    <w:p>
      <w:r>
        <w:rPr>
          <w:b/>
        </w:rPr>
        <w:t xml:space="preserve">[24:24] </w:t>
      </w:r>
      <w:r>
        <w:t>yani islam ko bana diya gaya ke yeh regent of violence hai,</w:t>
      </w:r>
    </w:p>
    <w:p>
      <w:pPr>
        <w:jc w:val="right"/>
      </w:pPr>
      <w:r>
        <w:t>یعنی اسلام کو بنا دیا گیا کہ یہ ریجنٹ آف وائلنس ہے،</w:t>
      </w:r>
    </w:p>
    <w:p>
      <w:r>
        <w:rPr>
          <w:b/>
        </w:rPr>
        <w:t xml:space="preserve">[24:32] </w:t>
      </w:r>
      <w:r>
        <w:t>jabke islam regent of peace hai.</w:t>
      </w:r>
    </w:p>
    <w:p>
      <w:pPr>
        <w:jc w:val="right"/>
      </w:pPr>
      <w:r>
        <w:t>جبکہ اسلام ریجنٹ آف پیس ہے۔</w:t>
      </w:r>
    </w:p>
    <w:p>
      <w:r>
        <w:rPr>
          <w:b/>
        </w:rPr>
        <w:t xml:space="preserve">[24:37] </w:t>
      </w:r>
      <w:r>
        <w:t>aur is mein koi kisi community ka koi interest shamil nahi hai.</w:t>
      </w:r>
    </w:p>
    <w:p>
      <w:pPr>
        <w:jc w:val="right"/>
      </w:pPr>
      <w:r>
        <w:t>اور اس میں کوئی کسی کمیونٹی کا کوئی انٹرسٹ شامل نہیں ہے۔</w:t>
      </w:r>
    </w:p>
    <w:p>
      <w:r>
        <w:rPr>
          <w:b/>
        </w:rPr>
        <w:t xml:space="preserve">[24:42] </w:t>
      </w:r>
      <w:r>
        <w:t>muslim community ko khud janna hai ke use kya karna hai.</w:t>
      </w:r>
    </w:p>
    <w:p>
      <w:pPr>
        <w:jc w:val="right"/>
      </w:pPr>
      <w:r>
        <w:t>مسلم کمیونٹی کو خود جاننا ہے کہ اسے کیا کرنا ہے۔</w:t>
      </w:r>
    </w:p>
    <w:p>
      <w:r>
        <w:rPr>
          <w:b/>
        </w:rPr>
        <w:t xml:space="preserve">[24:46] </w:t>
      </w:r>
      <w:r>
        <w:t>islam is islam ka concern muslim community nahi hai.</w:t>
      </w:r>
    </w:p>
    <w:p>
      <w:pPr>
        <w:jc w:val="right"/>
      </w:pPr>
      <w:r>
        <w:t>اسلام اس اسلام کا کنسرن مسلم کمیونٹی نہیں ہے۔</w:t>
      </w:r>
    </w:p>
    <w:p>
      <w:r>
        <w:rPr>
          <w:b/>
        </w:rPr>
        <w:t xml:space="preserve">[24:52] </w:t>
      </w:r>
      <w:r>
        <w:t>to Allah ko inzar aur tafsir mutlab hai.</w:t>
      </w:r>
    </w:p>
    <w:p>
      <w:pPr>
        <w:jc w:val="right"/>
      </w:pPr>
      <w:r>
        <w:t>تو اللہ کو انظار اور تفسیر مطلوب ہے۔</w:t>
      </w:r>
    </w:p>
    <w:p>
      <w:r>
        <w:rPr>
          <w:b/>
        </w:rPr>
        <w:t xml:space="preserve">[24:56] </w:t>
      </w:r>
      <w:r>
        <w:t>inzar aur tafsir.</w:t>
      </w:r>
    </w:p>
    <w:p>
      <w:pPr>
        <w:jc w:val="right"/>
      </w:pPr>
      <w:r>
        <w:t>انظار اور تفسیر۔</w:t>
      </w:r>
    </w:p>
    <w:p>
      <w:r>
        <w:rPr>
          <w:b/>
        </w:rPr>
        <w:t xml:space="preserve">[24:59] </w:t>
      </w:r>
      <w:r>
        <w:t>to yani inzar aur tafsir ka matlab kya hai?</w:t>
      </w:r>
    </w:p>
    <w:p>
      <w:pPr>
        <w:jc w:val="right"/>
      </w:pPr>
      <w:r>
        <w:t>تو یعنی انظار اور تفسیر کا مطلب کیا ہے؟</w:t>
      </w:r>
    </w:p>
    <w:p>
      <w:r>
        <w:rPr>
          <w:b/>
        </w:rPr>
        <w:t xml:space="preserve">[25:04] </w:t>
      </w:r>
      <w:r>
        <w:t>ye bata dena ki what is the creation plan of god? bas. what is the creation plan of god?</w:t>
      </w:r>
    </w:p>
    <w:p>
      <w:pPr>
        <w:jc w:val="right"/>
      </w:pPr>
      <w:r>
        <w:t>ये बता देना कि व्हाट इज़ द क्रिएशन प्लान ऑफ़ गॉड? बस। व्हाट इज़ द क्रिएशन प्लान ऑफ़ गॉड?</w:t>
      </w:r>
    </w:p>
    <w:p>
      <w:r>
        <w:rPr>
          <w:b/>
        </w:rPr>
        <w:t xml:space="preserve">[25:17] </w:t>
      </w:r>
      <w:r>
        <w:t>to yeh jo</w:t>
      </w:r>
    </w:p>
    <w:p>
      <w:pPr>
        <w:jc w:val="right"/>
      </w:pPr>
      <w:r>
        <w:t>تو یہ جو</w:t>
      </w:r>
    </w:p>
    <w:p>
      <w:r>
        <w:rPr>
          <w:b/>
        </w:rPr>
        <w:t xml:space="preserve">[25:19] </w:t>
      </w:r>
      <w:r>
        <w:t>is ko fateh dohama kaha gaya hai ke ek azad zamana ayega ke sab kuch jo hai</w:t>
      </w:r>
    </w:p>
    <w:p>
      <w:pPr>
        <w:jc w:val="right"/>
      </w:pPr>
      <w:r>
        <w:t>اس کو فتح دوہما کہا گیا ہے کہ ایک آزاد زمانہ آئے گا کہ سب کچھ جو ہے</w:t>
      </w:r>
    </w:p>
    <w:p>
      <w:r>
        <w:rPr>
          <w:b/>
        </w:rPr>
        <w:t xml:space="preserve">[25:26] </w:t>
      </w:r>
      <w:r>
        <w:t>ek dam, yani</w:t>
      </w:r>
    </w:p>
    <w:p>
      <w:pPr>
        <w:jc w:val="right"/>
      </w:pPr>
      <w:r>
        <w:t>ایک دم، یعنی</w:t>
      </w:r>
    </w:p>
    <w:p>
      <w:r>
        <w:rPr>
          <w:b/>
        </w:rPr>
        <w:t xml:space="preserve">[25:30] </w:t>
      </w:r>
      <w:r>
        <w:t>ek andhere ka jangal ho jayega.</w:t>
      </w:r>
    </w:p>
    <w:p>
      <w:pPr>
        <w:jc w:val="right"/>
      </w:pPr>
      <w:r>
        <w:t>ایک اندھیرے کا جنگل ہو جائے گا۔</w:t>
      </w:r>
    </w:p>
    <w:p>
      <w:r>
        <w:rPr>
          <w:b/>
        </w:rPr>
        <w:t xml:space="preserve">[25:34] </w:t>
      </w:r>
      <w:r>
        <w:t>itna darkness hoga</w:t>
      </w:r>
    </w:p>
    <w:p>
      <w:pPr>
        <w:jc w:val="right"/>
      </w:pPr>
      <w:r>
        <w:t>اتنا ڈارکنس ہوگا</w:t>
      </w:r>
    </w:p>
    <w:p>
      <w:r>
        <w:rPr>
          <w:b/>
        </w:rPr>
        <w:t xml:space="preserve">[25:37] </w:t>
      </w:r>
      <w:r>
        <w:t>ke kuch samajh mein nahi ayega.</w:t>
      </w:r>
    </w:p>
    <w:p>
      <w:pPr>
        <w:jc w:val="right"/>
      </w:pPr>
      <w:r>
        <w:t>کہ کچھ سمجھ میں نہیں آئے گا۔</w:t>
      </w:r>
    </w:p>
    <w:p>
      <w:r>
        <w:rPr>
          <w:b/>
        </w:rPr>
        <w:t xml:space="preserve">[25:40] </w:t>
      </w:r>
      <w:r>
        <w:t>is darkness se nikalna islam ko.</w:t>
      </w:r>
    </w:p>
    <w:p>
      <w:pPr>
        <w:jc w:val="right"/>
      </w:pPr>
      <w:r>
        <w:t>اس ڈارکنس سے نکالنا اسلام کو۔</w:t>
      </w:r>
    </w:p>
    <w:p>
      <w:r>
        <w:rPr>
          <w:b/>
        </w:rPr>
        <w:t xml:space="preserve">[25:42] </w:t>
      </w:r>
      <w:r>
        <w:t>aur dobara islam ko batana ke Allah ka mansha</w:t>
      </w:r>
    </w:p>
    <w:p>
      <w:pPr>
        <w:jc w:val="right"/>
      </w:pPr>
      <w:r>
        <w:t>اور دوبارہ اسلام کو بتانا کہ اللہ کا منشا</w:t>
      </w:r>
    </w:p>
    <w:p>
      <w:r>
        <w:rPr>
          <w:b/>
        </w:rPr>
        <w:t xml:space="preserve">[25:50] </w:t>
      </w:r>
      <w:r>
        <w:t>tumhare bare mein kya hai.</w:t>
      </w:r>
    </w:p>
    <w:p>
      <w:pPr>
        <w:jc w:val="right"/>
      </w:pPr>
      <w:r>
        <w:t>تمہارے بارے میں کیا ہے۔</w:t>
      </w:r>
    </w:p>
    <w:p>
      <w:r>
        <w:rPr>
          <w:b/>
        </w:rPr>
        <w:t xml:space="preserve">[25:52] </w:t>
      </w:r>
      <w:r>
        <w:t>is ko main kehta hoon</w:t>
      </w:r>
    </w:p>
    <w:p>
      <w:pPr>
        <w:jc w:val="right"/>
      </w:pPr>
      <w:r>
        <w:t>اس کو میں کہتا ہوں</w:t>
      </w:r>
    </w:p>
    <w:p>
      <w:r>
        <w:rPr>
          <w:b/>
        </w:rPr>
        <w:t xml:space="preserve">[25:56] </w:t>
      </w:r>
      <w:r>
        <w:t>keh krishan plan of god.</w:t>
      </w:r>
    </w:p>
    <w:p>
      <w:pPr>
        <w:jc w:val="right"/>
      </w:pPr>
      <w:r>
        <w:t>کہ کریشن پلان آف گاڈ۔</w:t>
      </w:r>
    </w:p>
    <w:p>
      <w:r>
        <w:rPr>
          <w:b/>
        </w:rPr>
        <w:t xml:space="preserve">[25:58] </w:t>
      </w:r>
      <w:r>
        <w:t>allah ka soul concern jo hai woh yeh hai</w:t>
      </w:r>
    </w:p>
    <w:p>
      <w:pPr>
        <w:jc w:val="right"/>
      </w:pPr>
      <w:r>
        <w:t>اللہ کا سول کنسرن جو ہے وہ یہ ہے</w:t>
      </w:r>
    </w:p>
    <w:p>
      <w:r>
        <w:rPr>
          <w:b/>
        </w:rPr>
        <w:t xml:space="preserve">[26:02] </w:t>
      </w:r>
      <w:r>
        <w:t>keh insaan ko yeh bata diya jaye</w:t>
      </w:r>
    </w:p>
    <w:p>
      <w:pPr>
        <w:jc w:val="right"/>
      </w:pPr>
      <w:r>
        <w:t>کہ انسان کو یہ بتا دیا جائے</w:t>
      </w:r>
    </w:p>
    <w:p>
      <w:r>
        <w:rPr>
          <w:b/>
        </w:rPr>
        <w:t xml:space="preserve">[26:05] </w:t>
      </w:r>
      <w:r>
        <w:t>keh allah ne jo paida kiya insaan ko, to is ka kya tha?</w:t>
      </w:r>
    </w:p>
    <w:p>
      <w:pPr>
        <w:jc w:val="right"/>
      </w:pPr>
      <w:r>
        <w:t>کہ اللہ نے جو پیدا کیا انسان کو، تو اس کا کیا تھا؟</w:t>
      </w:r>
    </w:p>
    <w:p>
      <w:r>
        <w:rPr>
          <w:b/>
        </w:rPr>
        <w:t xml:space="preserve">[26:12] </w:t>
      </w:r>
      <w:r>
        <w:t>What was the history of things? What was that of Allah? That is to tell.</w:t>
      </w:r>
    </w:p>
    <w:p>
      <w:pPr>
        <w:jc w:val="right"/>
      </w:pPr>
      <w:r>
        <w:t>واٹ واٹ دا ہسٹری آف تھنگز؟ وہ کیا تھی اللہ کی؟ وہ بتانا۔</w:t>
      </w:r>
    </w:p>
    <w:p>
      <w:r>
        <w:rPr>
          <w:b/>
        </w:rPr>
        <w:t xml:space="preserve">[26:21] </w:t>
      </w:r>
      <w:r>
        <w:t>yeh ajeeb o ghareeb basharat hai keh hadha aazam al-nas shadan intarat al-alameen.</w:t>
      </w:r>
    </w:p>
    <w:p>
      <w:pPr>
        <w:jc w:val="right"/>
      </w:pPr>
      <w:r>
        <w:t>یہ عجیب و غریب بشارت ہے کہھذا اعظم الناس شادن انترۃ العالمین۔</w:t>
      </w:r>
    </w:p>
    <w:p>
      <w:r>
        <w:rPr>
          <w:b/>
        </w:rPr>
        <w:t xml:space="preserve">[26:28] </w:t>
      </w:r>
      <w:r>
        <w:t>yani jo log aisa karein ge,</w:t>
      </w:r>
    </w:p>
    <w:p>
      <w:pPr>
        <w:jc w:val="right"/>
      </w:pPr>
      <w:r>
        <w:t>یعنی جو لوگ ایسا کریں گے،</w:t>
      </w:r>
    </w:p>
    <w:p>
      <w:r>
        <w:rPr>
          <w:b/>
        </w:rPr>
        <w:t xml:space="preserve">[26:31] </w:t>
      </w:r>
      <w:r>
        <w:t>allah ki nazar mein</w:t>
      </w:r>
    </w:p>
    <w:p>
      <w:pPr>
        <w:jc w:val="right"/>
      </w:pPr>
      <w:r>
        <w:t>اللہ کی نظر میں</w:t>
      </w:r>
    </w:p>
    <w:p>
      <w:r>
        <w:rPr>
          <w:b/>
        </w:rPr>
        <w:t xml:space="preserve">[26:34] </w:t>
      </w:r>
      <w:r>
        <w:t>woh sab se</w:t>
      </w:r>
    </w:p>
    <w:p>
      <w:pPr>
        <w:jc w:val="right"/>
      </w:pPr>
      <w:r>
        <w:t>وہ سب سے</w:t>
      </w:r>
    </w:p>
    <w:p>
      <w:r>
        <w:rPr>
          <w:b/>
        </w:rPr>
        <w:t xml:space="preserve">[26:37] </w:t>
      </w:r>
      <w:r>
        <w:t>poori tareekh ki sab bari shahadat hogi.</w:t>
      </w:r>
    </w:p>
    <w:p>
      <w:pPr>
        <w:jc w:val="right"/>
      </w:pPr>
      <w:r>
        <w:t>پوری تاریخ کی سب بڑی شہادت ہوگی۔</w:t>
      </w:r>
    </w:p>
    <w:p>
      <w:r>
        <w:rPr>
          <w:b/>
        </w:rPr>
        <w:t xml:space="preserve">[26:41] </w:t>
      </w:r>
      <w:r>
        <w:t>shahadat ke maani witness.</w:t>
      </w:r>
    </w:p>
    <w:p>
      <w:pPr>
        <w:jc w:val="right"/>
      </w:pPr>
      <w:r>
        <w:t>شہادت کے معنی وٹنس۔</w:t>
      </w:r>
    </w:p>
    <w:p>
      <w:r>
        <w:rPr>
          <w:b/>
        </w:rPr>
        <w:t xml:space="preserve">[26:43] </w:t>
      </w:r>
      <w:r>
        <w:t>yeh nahi keh mar jana.</w:t>
      </w:r>
    </w:p>
    <w:p>
      <w:pPr>
        <w:jc w:val="right"/>
      </w:pPr>
      <w:r>
        <w:t>یہ نہیں کہ مر جانا۔</w:t>
      </w:r>
    </w:p>
    <w:p>
      <w:r>
        <w:rPr>
          <w:b/>
        </w:rPr>
        <w:t xml:space="preserve">[26:47] </w:t>
      </w:r>
      <w:r>
        <w:t>yeh nahi hai.</w:t>
      </w:r>
    </w:p>
    <w:p>
      <w:pPr>
        <w:jc w:val="right"/>
      </w:pPr>
      <w:r>
        <w:t>یہ نہیں ہے۔</w:t>
      </w:r>
    </w:p>
    <w:p>
      <w:r>
        <w:rPr>
          <w:b/>
        </w:rPr>
        <w:t xml:space="preserve">[26:49] </w:t>
      </w:r>
      <w:r>
        <w:t>to aap ko allah taala ke haan, yeh aap ne agar is ko soul concern banaya aur allah</w:t>
      </w:r>
    </w:p>
    <w:p>
      <w:pPr>
        <w:jc w:val="right"/>
      </w:pPr>
      <w:r>
        <w:t>تو آپ کو اللہ تعالی کے ہاں، یہ آپ نے اگر اس کو سول کنسرن بنایا اور اللہ</w:t>
      </w:r>
    </w:p>
    <w:p>
      <w:r>
        <w:rPr>
          <w:b/>
        </w:rPr>
        <w:t xml:space="preserve">[26:56] </w:t>
      </w:r>
      <w:r>
        <w:t>ki madad se aap ne woh kaam kar dala, to qayamat mein aap ko yeh darja mile ga.</w:t>
      </w:r>
    </w:p>
    <w:p>
      <w:pPr>
        <w:jc w:val="right"/>
      </w:pPr>
      <w:r>
        <w:t>کی مدد سے آپ نے وہ کام کر ڈالا، تو قیامت میں آپ کو یہ درجہ ملے گا۔</w:t>
      </w:r>
    </w:p>
    <w:p>
      <w:r>
        <w:rPr>
          <w:b/>
        </w:rPr>
        <w:t xml:space="preserve">[27:04] </w:t>
      </w:r>
      <w:r>
        <w:t>yeh woh log hain jinho ne allah ki witness ke liye khare hue.</w:t>
      </w:r>
    </w:p>
    <w:p>
      <w:pPr>
        <w:jc w:val="right"/>
      </w:pPr>
      <w:r>
        <w:t>یہ وہ لوگ ہیں جنہوں نے اللہ کی وٹنس کے لیے کھڑے ہوئے۔</w:t>
      </w:r>
    </w:p>
    <w:p>
      <w:r>
        <w:rPr>
          <w:b/>
        </w:rPr>
        <w:t xml:space="preserve">[27:09] </w:t>
      </w:r>
      <w:r>
        <w:t>aur yeh aazam al-nas shadan intarat al-alameen.</w:t>
      </w:r>
    </w:p>
    <w:p>
      <w:pPr>
        <w:jc w:val="right"/>
      </w:pPr>
      <w:r>
        <w:t>اور یہ اعظم الناس شادن انترۃ العالمین۔</w:t>
      </w:r>
    </w:p>
    <w:p>
      <w:r>
        <w:rPr>
          <w:b/>
        </w:rPr>
        <w:t xml:space="preserve">[27:17] </w:t>
      </w:r>
      <w:r>
        <w:t>to main aap ko,</w:t>
      </w:r>
    </w:p>
    <w:p>
      <w:pPr>
        <w:jc w:val="right"/>
      </w:pPr>
      <w:r>
        <w:t>تو میں آپ کو،</w:t>
      </w:r>
    </w:p>
    <w:p>
      <w:r>
        <w:rPr>
          <w:b/>
        </w:rPr>
        <w:t xml:space="preserve">[27:20] </w:t>
      </w:r>
      <w:r>
        <w:t>yani mujhe nahi maloom keh mera aaj ka din aakhri din ho ya abhi aur mujhe dunya mein</w:t>
      </w:r>
    </w:p>
    <w:p>
      <w:pPr>
        <w:jc w:val="right"/>
      </w:pPr>
      <w:r>
        <w:t>یعنی مجھے نہیں معلوم کہ میرا آج کا دن آخری دن ہو یا ابھی اور مجھے دنیا میں</w:t>
      </w:r>
    </w:p>
    <w:p>
      <w:r>
        <w:rPr>
          <w:b/>
        </w:rPr>
        <w:t xml:space="preserve">[27:25] </w:t>
      </w:r>
      <w:r>
        <w:t>rehna hai, lekin aap ko behrahal</w:t>
      </w:r>
    </w:p>
    <w:p>
      <w:pPr>
        <w:jc w:val="right"/>
      </w:pPr>
      <w:r>
        <w:t>رہنا ہے، لیکن آپ کو بہرحال</w:t>
      </w:r>
    </w:p>
    <w:p>
      <w:r>
        <w:rPr>
          <w:b/>
        </w:rPr>
        <w:t xml:space="preserve">[27:34] </w:t>
      </w:r>
      <w:r>
        <w:t>isi par jam, isi ko kaam, isi ke ooper jana hai.</w:t>
      </w:r>
    </w:p>
    <w:p>
      <w:pPr>
        <w:jc w:val="right"/>
      </w:pPr>
      <w:r>
        <w:t>اسی پر جم، اسی کو کام، اسی کے اوپر جانا ہے۔</w:t>
      </w:r>
    </w:p>
    <w:p>
      <w:r>
        <w:rPr>
          <w:b/>
        </w:rPr>
        <w:t xml:space="preserve">[27:40] </w:t>
      </w:r>
      <w:r>
        <w:t>aur is umeed mein keh allah ki madad</w:t>
      </w:r>
    </w:p>
    <w:p>
      <w:pPr>
        <w:jc w:val="right"/>
      </w:pPr>
      <w:r>
        <w:t>اور اس امید میں کہ اللہ کی مدد</w:t>
      </w:r>
    </w:p>
    <w:p>
      <w:r>
        <w:rPr>
          <w:b/>
        </w:rPr>
        <w:t xml:space="preserve">[27:43] </w:t>
      </w:r>
      <w:r>
        <w:t>zarur aap ko hasil hogi.</w:t>
      </w:r>
    </w:p>
    <w:p>
      <w:pPr>
        <w:jc w:val="right"/>
      </w:pPr>
      <w:r>
        <w:t>ضرور آپ کو حاصل ہوگی۔</w:t>
      </w:r>
    </w:p>
    <w:p>
      <w:r>
        <w:rPr>
          <w:b/>
        </w:rPr>
        <w:t xml:space="preserve">[27:47] </w:t>
      </w:r>
      <w:r>
        <w:t>to bas yeh mujhe kehna tha.</w:t>
      </w:r>
    </w:p>
    <w:p>
      <w:pPr>
        <w:jc w:val="right"/>
      </w:pPr>
      <w:r>
        <w:t>تو بس یہ مجھے کہنا تھا۔</w:t>
      </w:r>
    </w:p>
    <w:p>
      <w:r>
        <w:rPr>
          <w:b/>
        </w:rPr>
        <w:t xml:space="preserve">[27:50] </w:t>
      </w:r>
      <w:r>
        <w:t>aur mujhe yaqeen hai keh aap logon ko is baat ko</w:t>
      </w:r>
    </w:p>
    <w:p>
      <w:pPr>
        <w:jc w:val="right"/>
      </w:pPr>
      <w:r>
        <w:t>اور مجھے یقین ہے کہ آپ لوگوں کو اس بات کو</w:t>
      </w:r>
    </w:p>
    <w:p>
      <w:r>
        <w:rPr>
          <w:b/>
        </w:rPr>
        <w:t xml:space="preserve">[27:54] </w:t>
      </w:r>
      <w:r>
        <w:t>mana hoga aur</w:t>
      </w:r>
    </w:p>
    <w:p>
      <w:pPr>
        <w:jc w:val="right"/>
      </w:pPr>
      <w:r>
        <w:t>مانا ہوگا۔ اور</w:t>
      </w:r>
    </w:p>
    <w:p>
      <w:r>
        <w:rPr>
          <w:b/>
        </w:rPr>
        <w:t xml:space="preserve">[28:01] </w:t>
      </w:r>
      <w:r>
        <w:t>ab mujh se koi hatega nahi is se.</w:t>
      </w:r>
    </w:p>
    <w:p>
      <w:pPr>
        <w:jc w:val="right"/>
      </w:pPr>
      <w:r>
        <w:t>اب مجھ سے کوئی ہٹے گا نہیں اس سے۔</w:t>
      </w:r>
    </w:p>
    <w:p>
      <w:r>
        <w:rPr>
          <w:b/>
        </w:rPr>
        <w:t xml:space="preserve">[28:04] </w:t>
      </w:r>
      <w:r>
        <w:t>chahe main dunya mein rahu ya na rahu.</w:t>
      </w:r>
    </w:p>
    <w:p>
      <w:pPr>
        <w:jc w:val="right"/>
      </w:pPr>
      <w:r>
        <w:t>چاہے میں دنیا میں رہوں یا نہ رہوں۔</w:t>
      </w:r>
    </w:p>
    <w:p>
      <w:r>
        <w:rPr>
          <w:b/>
        </w:rPr>
        <w:t xml:space="preserve">[28:06] </w:t>
      </w:r>
      <w:r>
        <w:t>hatega nahi.</w:t>
      </w:r>
    </w:p>
    <w:p>
      <w:pPr>
        <w:jc w:val="right"/>
      </w:pPr>
      <w:r>
        <w:t>ہٹے گا نہیں۔</w:t>
      </w:r>
    </w:p>
    <w:p>
      <w:r>
        <w:rPr>
          <w:b/>
        </w:rPr>
        <w:t xml:space="preserve">[28:10] </w:t>
      </w:r>
      <w:r>
        <w:t>to ab ab aap ko</w:t>
      </w:r>
    </w:p>
    <w:p>
      <w:pPr>
        <w:jc w:val="right"/>
      </w:pPr>
      <w:r>
        <w:t>تو اب اب آپ کو</w:t>
      </w:r>
    </w:p>
    <w:p>
      <w:r>
        <w:rPr>
          <w:b/>
        </w:rPr>
        <w:t xml:space="preserve">[28:13] </w:t>
      </w:r>
      <w:r>
        <w:t>urdu mein jo kaam hamara hua tha, us ko secondary banana hai.</w:t>
      </w:r>
    </w:p>
    <w:p>
      <w:pPr>
        <w:jc w:val="right"/>
      </w:pPr>
      <w:r>
        <w:t>اردو میں جو کام ہمارا ہوا تھا، اس کو سیکنڈری بنانا ہے۔</w:t>
      </w:r>
    </w:p>
    <w:p>
      <w:r>
        <w:rPr>
          <w:b/>
        </w:rPr>
        <w:t xml:space="preserve">[28:17] </w:t>
      </w:r>
      <w:r>
        <w:t>wo chalta rahega, lekin</w:t>
      </w:r>
    </w:p>
    <w:p>
      <w:pPr>
        <w:jc w:val="right"/>
      </w:pPr>
      <w:r>
        <w:t>وہ چلتا رہے گا، لیکن</w:t>
      </w:r>
    </w:p>
    <w:p>
      <w:r>
        <w:rPr>
          <w:b/>
        </w:rPr>
        <w:t xml:space="preserve">[28:22] </w:t>
      </w:r>
      <w:r>
        <w:t>wo kalam bhi kaam nahi hoga.</w:t>
      </w:r>
    </w:p>
    <w:p>
      <w:pPr>
        <w:jc w:val="right"/>
      </w:pPr>
      <w:r>
        <w:t>وہ کلام بھی کام نہیں ہوگا۔</w:t>
      </w:r>
    </w:p>
    <w:p>
      <w:r>
        <w:rPr>
          <w:b/>
        </w:rPr>
        <w:t xml:space="preserve">[28:25] </w:t>
      </w:r>
      <w:r>
        <w:t>kyunke urdu kaam jo hai, wo</w:t>
      </w:r>
    </w:p>
    <w:p>
      <w:pPr>
        <w:jc w:val="right"/>
      </w:pPr>
      <w:r>
        <w:t>کیونکہ اردو کام جو ہے، وہ</w:t>
      </w:r>
    </w:p>
    <w:p>
      <w:r>
        <w:rPr>
          <w:b/>
        </w:rPr>
        <w:t xml:space="preserve">[28:28] </w:t>
      </w:r>
      <w:r>
        <w:t>mostly wo muslim page hai.</w:t>
      </w:r>
    </w:p>
    <w:p>
      <w:pPr>
        <w:jc w:val="right"/>
      </w:pPr>
      <w:r>
        <w:t>موسٹلی وہ مسلم پیج ہے۔</w:t>
      </w:r>
    </w:p>
    <w:p>
      <w:r>
        <w:rPr>
          <w:b/>
        </w:rPr>
        <w:t xml:space="preserve">[28:30] </w:t>
      </w:r>
      <w:r>
        <w:t>ab hamein, yani</w:t>
      </w:r>
    </w:p>
    <w:p>
      <w:pPr>
        <w:jc w:val="right"/>
      </w:pPr>
      <w:r>
        <w:t>اب ہمیں، یعنی</w:t>
      </w:r>
    </w:p>
    <w:p>
      <w:r>
        <w:rPr>
          <w:b/>
        </w:rPr>
        <w:t xml:space="preserve">[28:39] </w:t>
      </w:r>
      <w:r>
        <w:t>poori humanity ko apna nishana banana hai.</w:t>
      </w:r>
    </w:p>
    <w:p>
      <w:pPr>
        <w:jc w:val="right"/>
      </w:pPr>
      <w:r>
        <w:t>پوری ہیومینٹی کو اپنا نشانہ بنانا ہے۔</w:t>
      </w:r>
    </w:p>
    <w:p>
      <w:r>
        <w:rPr>
          <w:b/>
        </w:rPr>
        <w:t xml:space="preserve">[28:43] </w:t>
      </w:r>
      <w:r>
        <w:t>taake insaan jaan le</w:t>
      </w:r>
    </w:p>
    <w:p>
      <w:pPr>
        <w:jc w:val="right"/>
      </w:pPr>
      <w:r>
        <w:t>تاکہ انسان جان لے</w:t>
      </w:r>
    </w:p>
    <w:p>
      <w:r>
        <w:rPr>
          <w:b/>
        </w:rPr>
        <w:t xml:space="preserve">[28:48] </w:t>
      </w:r>
      <w:r>
        <w:t>ke use khuda ne jo deen us ko diya tha, wo kya tha.</w:t>
      </w:r>
    </w:p>
    <w:p>
      <w:pPr>
        <w:jc w:val="right"/>
      </w:pPr>
      <w:r>
        <w:t>کہ اسے خدا نے جو دین اس کو دیا تھا، وہ کیا تھا۔</w:t>
      </w:r>
    </w:p>
    <w:p>
      <w:r>
        <w:rPr>
          <w:b/>
        </w:rPr>
        <w:t xml:space="preserve">[28:54] </w:t>
      </w:r>
      <w:r>
        <w:t>to bas main ye</w:t>
      </w:r>
    </w:p>
    <w:p>
      <w:pPr>
        <w:jc w:val="right"/>
      </w:pPr>
      <w:r>
        <w:t>تو بس میں یہ</w:t>
      </w:r>
    </w:p>
    <w:p>
      <w:r>
        <w:rPr>
          <w:b/>
        </w:rPr>
        <w:t xml:space="preserve">[28:57] </w:t>
      </w:r>
      <w:r>
        <w:t>yahi chahta tha aap se kehna.</w:t>
      </w:r>
    </w:p>
    <w:p>
      <w:pPr>
        <w:jc w:val="right"/>
      </w:pPr>
      <w:r>
        <w:t>یہی چاہتا تھا آپ سے کہنا۔</w:t>
      </w:r>
    </w:p>
    <w:p>
      <w:r>
        <w:rPr>
          <w:b/>
        </w:rPr>
        <w:t xml:space="preserve">[29:00] </w:t>
      </w:r>
      <w:r>
        <w:t>aur meri dua hai ke Allah taala</w:t>
      </w:r>
    </w:p>
    <w:p>
      <w:pPr>
        <w:jc w:val="right"/>
      </w:pPr>
      <w:r>
        <w:t>اور میری دعا ہے کہ اللہ تعالی</w:t>
      </w:r>
    </w:p>
    <w:p>
      <w:r>
        <w:rPr>
          <w:b/>
        </w:rPr>
        <w:t xml:space="preserve">[29:03] </w:t>
      </w:r>
      <w:r>
        <w:t>aap ko tofeeq de</w:t>
      </w:r>
    </w:p>
    <w:p>
      <w:pPr>
        <w:jc w:val="right"/>
      </w:pPr>
      <w:r>
        <w:t>آپ کو توفیق دے</w:t>
      </w:r>
    </w:p>
    <w:p>
      <w:r>
        <w:rPr>
          <w:b/>
        </w:rPr>
        <w:t xml:space="preserve">[29:08] </w:t>
      </w:r>
      <w:r>
        <w:t>ke aap is par qaim rahen.</w:t>
      </w:r>
    </w:p>
    <w:p>
      <w:pPr>
        <w:jc w:val="right"/>
      </w:pPr>
      <w:r>
        <w:t>کہ آپ اس پر قائم رہیں۔</w:t>
      </w:r>
    </w:p>
    <w:p>
      <w:r>
        <w:rPr>
          <w:b/>
        </w:rPr>
        <w:t xml:space="preserve">[29:12] </w:t>
      </w:r>
      <w:r>
        <w:t>aur isi ko apna sole concern banaen.</w:t>
      </w:r>
    </w:p>
    <w:p>
      <w:pPr>
        <w:jc w:val="right"/>
      </w:pPr>
      <w:r>
        <w:t>اور اسی کو اپنا سول کنسرن بنائیں۔</w:t>
      </w:r>
    </w:p>
    <w:p>
      <w:r>
        <w:rPr>
          <w:b/>
        </w:rPr>
        <w:t xml:space="preserve">[29:17] </w:t>
      </w:r>
      <w:r>
        <w:t>bas. Assalam o alaikum wa rehmatullah.</w:t>
      </w:r>
    </w:p>
    <w:p>
      <w:pPr>
        <w:jc w:val="right"/>
      </w:pPr>
      <w:r>
        <w:t>بس۔ السلام علیکم ورحمۃ اللہ۔</w:t>
      </w:r>
    </w:p>
    <w:p>
      <w:r>
        <w:rPr>
          <w:b/>
        </w:rPr>
        <w:t xml:space="preserve">[29:30] </w:t>
      </w:r>
      <w:r>
        <w:t>rajat? aap.</w:t>
      </w:r>
    </w:p>
    <w:p>
      <w:pPr>
        <w:jc w:val="right"/>
      </w:pPr>
      <w:r>
        <w:t>रजत? आप।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