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Surah Al Baqrah 7 30 06 2007</w:t>
      </w:r>
    </w:p>
    <w:p>
      <w:r>
        <w:t>https://www.youtube.com/watch?v=MAcqd-DJRJQ</w:t>
      </w:r>
    </w:p>
    <w:p>
      <w:r>
        <w:rPr>
          <w:b/>
        </w:rPr>
        <w:t xml:space="preserve">[00:20]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[00:24] </w:t>
      </w:r>
      <w:r>
        <w:t>wa-sallallahu 'ala-n-nabiyyi-l-karim.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[00:28] </w:t>
      </w:r>
      <w:r>
        <w:t>rab-bish-rah-li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[00:31] </w:t>
      </w:r>
      <w:r>
        <w:t>wa-yassir-li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[00:33] </w:t>
      </w:r>
      <w:r>
        <w:t>wa-hlul 'uqdatan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[00:36] </w:t>
      </w:r>
      <w:r>
        <w:t>yaf-qahu qawli. yeh</w:t>
      </w:r>
    </w:p>
    <w:p>
      <w:pPr>
        <w:jc w:val="right"/>
      </w:pPr>
      <w:r>
        <w:t>یفقہ قولی۔ یہ</w:t>
      </w:r>
    </w:p>
    <w:p>
      <w:r>
        <w:rPr>
          <w:b/>
        </w:rPr>
        <w:t xml:space="preserve">[00:43] </w:t>
      </w:r>
      <w:r>
        <w:t>dars-e-Qur'an ka silsila hai,</w:t>
      </w:r>
    </w:p>
    <w:p>
      <w:pPr>
        <w:jc w:val="right"/>
      </w:pPr>
      <w:r>
        <w:t>درسِ قرآن کا سلسلہ ہے،</w:t>
      </w:r>
    </w:p>
    <w:p>
      <w:r>
        <w:rPr>
          <w:b/>
        </w:rPr>
        <w:t xml:space="preserve">[00:46] </w:t>
      </w:r>
      <w:r>
        <w:t>aaj hum Surah Baqarah ki</w:t>
      </w:r>
    </w:p>
    <w:p>
      <w:pPr>
        <w:jc w:val="right"/>
      </w:pPr>
      <w:r>
        <w:t>آج ہم سورہ بقرہ کی</w:t>
      </w:r>
    </w:p>
    <w:p>
      <w:r>
        <w:rPr>
          <w:b/>
        </w:rPr>
        <w:t xml:space="preserve">[00:50] </w:t>
      </w:r>
      <w:r>
        <w:t>kuch aayatun ko</w:t>
      </w:r>
    </w:p>
    <w:p>
      <w:pPr>
        <w:jc w:val="right"/>
      </w:pPr>
      <w:r>
        <w:t>کچھ آیتوں کو</w:t>
      </w:r>
    </w:p>
    <w:p>
      <w:r>
        <w:rPr>
          <w:b/>
        </w:rPr>
        <w:t xml:space="preserve">[00:53] </w:t>
      </w:r>
      <w:r>
        <w:t>lenge. ek buniyadi baat main yeh kehna chahta hoon</w:t>
      </w:r>
    </w:p>
    <w:p>
      <w:pPr>
        <w:jc w:val="right"/>
      </w:pPr>
      <w:r>
        <w:t>لیں گے۔ ایک بنیادی بات میں یہ کہنا چاہتا ہوں</w:t>
      </w:r>
    </w:p>
    <w:p>
      <w:r>
        <w:rPr>
          <w:b/>
        </w:rPr>
        <w:t xml:space="preserve">[00:59] </w:t>
      </w:r>
      <w:r>
        <w:t>ke Qur'an ko samajhne ke liye zaroori hai ke is ki central theme ko samjha jaye.</w:t>
      </w:r>
    </w:p>
    <w:p>
      <w:pPr>
        <w:jc w:val="right"/>
      </w:pPr>
      <w:r>
        <w:t>کہ قرآن کو سمجھنے کے لیے ضروری ہے کہ اس کی سنٹرل تھیم کو سمجھا جائے۔</w:t>
      </w:r>
    </w:p>
    <w:p>
      <w:r>
        <w:rPr>
          <w:b/>
        </w:rPr>
        <w:t xml:space="preserve">[01:08] </w:t>
      </w:r>
      <w:r>
        <w:t>central theme agar zehan mein na ho to aadmi</w:t>
      </w:r>
    </w:p>
    <w:p>
      <w:pPr>
        <w:jc w:val="right"/>
      </w:pPr>
      <w:r>
        <w:t>سنٹرل تھیم اگر ذہن میں نہ ہو تو آدمی</w:t>
      </w:r>
    </w:p>
    <w:p>
      <w:r>
        <w:rPr>
          <w:b/>
        </w:rPr>
        <w:t xml:space="preserve">[01:14] </w:t>
      </w:r>
      <w:r>
        <w:t>bhatak jayega,</w:t>
      </w:r>
    </w:p>
    <w:p>
      <w:pPr>
        <w:jc w:val="right"/>
      </w:pPr>
      <w:r>
        <w:t>بھٹک جائے گا،</w:t>
      </w:r>
    </w:p>
    <w:p>
      <w:r>
        <w:rPr>
          <w:b/>
        </w:rPr>
        <w:t xml:space="preserve">[01:16] </w:t>
      </w:r>
      <w:r>
        <w:t>idhar udhar ka matlab nikalne lagega. lekin jab central theme</w:t>
      </w:r>
    </w:p>
    <w:p>
      <w:pPr>
        <w:jc w:val="right"/>
      </w:pPr>
      <w:r>
        <w:t>ادھر ادھر کا مطلب نکالنے لگے گا۔ لیکن جب سنٹرل تھیم</w:t>
      </w:r>
    </w:p>
    <w:p>
      <w:r>
        <w:rPr>
          <w:b/>
        </w:rPr>
        <w:t xml:space="preserve">[01:25] </w:t>
      </w:r>
      <w:r>
        <w:t>aadmi ke zehan mein maujood ho to usi ke ird gird sochega woh, aur phir sachi</w:t>
      </w:r>
    </w:p>
    <w:p>
      <w:pPr>
        <w:jc w:val="right"/>
      </w:pPr>
      <w:r>
        <w:t>آدمی کے ذہن میں موجود ہو تو اسی کے اردگرد سوچے گا وہ، اور پھر سچی</w:t>
      </w:r>
    </w:p>
    <w:p>
      <w:r>
        <w:rPr>
          <w:b/>
        </w:rPr>
        <w:t xml:space="preserve">[01:35] </w:t>
      </w:r>
      <w:r>
        <w:t>jo Qur'an ka jo asal mafhoom hai wahan tak pahunch jayega.</w:t>
      </w:r>
    </w:p>
    <w:p>
      <w:pPr>
        <w:jc w:val="right"/>
      </w:pPr>
      <w:r>
        <w:t>جو قرآن کا جو اصل مفہوم ہے وہاں تک پہنچ جائے گا۔</w:t>
      </w:r>
    </w:p>
    <w:p>
      <w:r>
        <w:rPr>
          <w:b/>
        </w:rPr>
        <w:t xml:space="preserve">[01:44] </w:t>
      </w:r>
      <w:r>
        <w:t>dekhiye, Qur'an ke</w:t>
      </w:r>
    </w:p>
    <w:p>
      <w:pPr>
        <w:jc w:val="right"/>
      </w:pPr>
      <w:r>
        <w:t>دیکھیے، قرآن کے</w:t>
      </w:r>
    </w:p>
    <w:p>
      <w:r>
        <w:rPr>
          <w:b/>
        </w:rPr>
        <w:t xml:space="preserve">[01:47] </w:t>
      </w:r>
      <w:r>
        <w:t>saari taleemat do</w:t>
      </w:r>
    </w:p>
    <w:p>
      <w:pPr>
        <w:jc w:val="right"/>
      </w:pPr>
      <w:r>
        <w:t>ساری تعلیمات دو</w:t>
      </w:r>
    </w:p>
    <w:p>
      <w:r>
        <w:rPr>
          <w:b/>
        </w:rPr>
        <w:t xml:space="preserve">[01:53] </w:t>
      </w:r>
      <w:r>
        <w:t>lafz mein simat aati hain,</w:t>
      </w:r>
    </w:p>
    <w:p>
      <w:pPr>
        <w:jc w:val="right"/>
      </w:pPr>
      <w:r>
        <w:t>لفظ میں سمٹ آتی ہیں،</w:t>
      </w:r>
    </w:p>
    <w:p>
      <w:r>
        <w:rPr>
          <w:b/>
        </w:rPr>
        <w:t xml:space="preserve">[02:00] </w:t>
      </w:r>
      <w:r>
        <w:t>do lafz: ibadat aur sabr.</w:t>
      </w:r>
    </w:p>
    <w:p>
      <w:pPr>
        <w:jc w:val="right"/>
      </w:pPr>
      <w:r>
        <w:t>دو لفظ: عبادت اور صبر۔</w:t>
      </w:r>
    </w:p>
    <w:p>
      <w:r>
        <w:rPr>
          <w:b/>
        </w:rPr>
        <w:t xml:space="preserve">[02:05] </w:t>
      </w:r>
      <w:r>
        <w:t>saari taleemat isi mein aati hain, ibadat aur sabr.</w:t>
      </w:r>
    </w:p>
    <w:p>
      <w:pPr>
        <w:jc w:val="right"/>
      </w:pPr>
      <w:r>
        <w:t>ساری تعلیمات اسی میں آتی ہیں، عبادت اور صبر۔</w:t>
      </w:r>
    </w:p>
    <w:p>
      <w:r>
        <w:rPr>
          <w:b/>
        </w:rPr>
        <w:t xml:space="preserve">[02:12] </w:t>
      </w:r>
      <w:r>
        <w:t>ibadat ek bohat hi</w:t>
      </w:r>
    </w:p>
    <w:p>
      <w:pPr>
        <w:jc w:val="right"/>
      </w:pPr>
      <w:r>
        <w:t>عبادت ایک بہت ہی</w:t>
      </w:r>
    </w:p>
    <w:p>
      <w:r>
        <w:rPr>
          <w:b/>
        </w:rPr>
        <w:t xml:space="preserve">[02:17] </w:t>
      </w:r>
      <w:r>
        <w:t>jaame lafz hai, comprehensive lafz hai. woh sab kuch jo Allah ne</w:t>
      </w:r>
    </w:p>
    <w:p>
      <w:pPr>
        <w:jc w:val="right"/>
      </w:pPr>
      <w:r>
        <w:t>جامع لفظ ہے، کمپرہنسیو لفظ ہے۔ وہ سب کچھ جو خدا نے</w:t>
      </w:r>
    </w:p>
    <w:p>
      <w:r>
        <w:rPr>
          <w:b/>
        </w:rPr>
        <w:t xml:space="preserve">[02:25] </w:t>
      </w:r>
      <w:r>
        <w:t>insaan ko hidayat ki hai karne ke liye, woh sab ibaadat hai.</w:t>
      </w:r>
    </w:p>
    <w:p>
      <w:pPr>
        <w:jc w:val="right"/>
      </w:pPr>
      <w:r>
        <w:t>انسان کو ہدایت کی ہے کرنے کے لیے، وہ سب عبادت ہے۔</w:t>
      </w:r>
    </w:p>
    <w:p>
      <w:r>
        <w:rPr>
          <w:b/>
        </w:rPr>
        <w:t xml:space="preserve">[02:31] </w:t>
      </w:r>
      <w:r>
        <w:t>quran mein hai ke: wa ma khalaqtul jinna wal insa illa li ya'budoon</w:t>
      </w:r>
    </w:p>
    <w:p>
      <w:pPr>
        <w:jc w:val="right"/>
      </w:pPr>
      <w:r>
        <w:t>قرآن میں ہے کہ: وَمَا خَلَقْتُ الْجِنَّ وَالْإِنسَ إِلَّا لِيَعْبُدُونِ</w:t>
      </w:r>
    </w:p>
    <w:p>
      <w:r>
        <w:rPr>
          <w:b/>
        </w:rPr>
        <w:t xml:space="preserve">[02:35] </w:t>
      </w:r>
      <w:r>
        <w:t>insaan aur jin ko paida kiya gaya sirf is liye ke woh Allah ki ibaadat karein.</w:t>
      </w:r>
    </w:p>
    <w:p>
      <w:pPr>
        <w:jc w:val="right"/>
      </w:pPr>
      <w:r>
        <w:t>انسان اور جن کو پیدا کیا گیا صرف اس لیے کہ وہ اللہ کی عبادت کریں۔</w:t>
      </w:r>
    </w:p>
    <w:p>
      <w:r>
        <w:rPr>
          <w:b/>
        </w:rPr>
        <w:t xml:space="preserve">[02:44] </w:t>
      </w:r>
      <w:r>
        <w:t>toh yahi maqsad-e-hayat hai.</w:t>
      </w:r>
    </w:p>
    <w:p>
      <w:pPr>
        <w:jc w:val="right"/>
      </w:pPr>
      <w:r>
        <w:t>تو یہی مقصدِ حیات ہے۔</w:t>
      </w:r>
    </w:p>
    <w:p>
      <w:r>
        <w:rPr>
          <w:b/>
        </w:rPr>
        <w:t xml:space="preserve">[02:47] </w:t>
      </w:r>
      <w:r>
        <w:t>jab maqsad-e-hayat yahi hai toh sari taleemat bhi isi ke ird gird rahengi.</w:t>
      </w:r>
    </w:p>
    <w:p>
      <w:pPr>
        <w:jc w:val="right"/>
      </w:pPr>
      <w:r>
        <w:t>جب مقصدِ حیات یہی ہے تو ساری تعلیمات بھی اسی کے اردگرد رہیں گی۔</w:t>
      </w:r>
    </w:p>
    <w:p>
      <w:r>
        <w:rPr>
          <w:b/>
        </w:rPr>
        <w:t xml:space="preserve">[02:54] </w:t>
      </w:r>
      <w:r>
        <w:t>toh woh sab kuch jo quran mein hai, us ko ibaadat ke asal hukum ke tehat le kar</w:t>
      </w:r>
    </w:p>
    <w:p>
      <w:pPr>
        <w:jc w:val="right"/>
      </w:pPr>
      <w:r>
        <w:t>تو وہ سب کچھ جو قرآن میں ہے، اس کو عبادت کے اصل حکم کے تحت لے کر</w:t>
      </w:r>
    </w:p>
    <w:p>
      <w:r>
        <w:rPr>
          <w:b/>
        </w:rPr>
        <w:t xml:space="preserve">[03:02] </w:t>
      </w:r>
      <w:r>
        <w:t>samajhna chahiye. Doosri cheez jo hai woh hai</w:t>
      </w:r>
    </w:p>
    <w:p>
      <w:pPr>
        <w:jc w:val="right"/>
      </w:pPr>
      <w:r>
        <w:t>سمجھنا چاہیے۔ دوسری چیز جو ہے وہ ہے</w:t>
      </w:r>
    </w:p>
    <w:p>
      <w:r>
        <w:rPr>
          <w:b/>
        </w:rPr>
        <w:t xml:space="preserve">[03:08] </w:t>
      </w:r>
      <w:r>
        <w:t>sabr. Sabr ki ahmiyat yeh hai ke sabr ke baghair aadmi ibaadat</w:t>
      </w:r>
    </w:p>
    <w:p>
      <w:pPr>
        <w:jc w:val="right"/>
      </w:pPr>
      <w:r>
        <w:t>صبر۔ صبر کی اہمیت یہ ہے کہ صبر کے بغیر آدمی عبادت</w:t>
      </w:r>
    </w:p>
    <w:p>
      <w:r>
        <w:rPr>
          <w:b/>
        </w:rPr>
        <w:t xml:space="preserve">[03:16] </w:t>
      </w:r>
      <w:r>
        <w:t>ka kaam nahi kar sakta, yaani Khuda ke hukum par qaim nahi reh sakta. Kyun?</w:t>
      </w:r>
    </w:p>
    <w:p>
      <w:pPr>
        <w:jc w:val="right"/>
      </w:pPr>
      <w:r>
        <w:t>کا کام نہیں کر سکتا، یعنی خدا کے حکم پر قائم نہیں رہ سکتا۔ کیوں؟</w:t>
      </w:r>
    </w:p>
    <w:p>
      <w:r>
        <w:rPr>
          <w:b/>
        </w:rPr>
        <w:t xml:space="preserve">[03:25] </w:t>
      </w:r>
      <w:r>
        <w:t>is duniya ko Khuda ne banaya hai</w:t>
      </w:r>
    </w:p>
    <w:p>
      <w:pPr>
        <w:jc w:val="right"/>
      </w:pPr>
      <w:r>
        <w:t>اس دنیا کو خدا نے بنایا ہے</w:t>
      </w:r>
    </w:p>
    <w:p>
      <w:r>
        <w:rPr>
          <w:b/>
        </w:rPr>
        <w:t xml:space="preserve">[03:29] </w:t>
      </w:r>
      <w:r>
        <w:t>daar-ul-imtaan ke taur par, yaani testing ground ke taur par.</w:t>
      </w:r>
    </w:p>
    <w:p>
      <w:pPr>
        <w:jc w:val="right"/>
      </w:pPr>
      <w:r>
        <w:t>دارالامتحان کے طور پر، یعنی ٹیسٹنگ گراؤنڈ کے طور پر۔</w:t>
      </w:r>
    </w:p>
    <w:p>
      <w:r>
        <w:rPr>
          <w:b/>
        </w:rPr>
        <w:t xml:space="preserve">[03:34] </w:t>
      </w:r>
      <w:r>
        <w:t>is liye yahan par har qism ke asbaab hain,</w:t>
      </w:r>
    </w:p>
    <w:p>
      <w:pPr>
        <w:jc w:val="right"/>
      </w:pPr>
      <w:r>
        <w:t>اس لیے یہاں پر ہر قسم کے اسباب ہیں،</w:t>
      </w:r>
    </w:p>
    <w:p>
      <w:r>
        <w:rPr>
          <w:b/>
        </w:rPr>
        <w:t xml:space="preserve">[03:39] </w:t>
      </w:r>
      <w:r>
        <w:t>har qism ke asbaab. Yaani aadmi ko bhagne ke liye har tarah, har taraf aise asbaab maujood hain</w:t>
      </w:r>
    </w:p>
    <w:p>
      <w:pPr>
        <w:jc w:val="right"/>
      </w:pPr>
      <w:r>
        <w:t>ہر قسم کے اسباب۔ یعنی آدمی کو بھاگنے کے لیے ہر طرح، ہر طرف ایسے اسباب موجود ہیں</w:t>
      </w:r>
    </w:p>
    <w:p>
      <w:r>
        <w:rPr>
          <w:b/>
        </w:rPr>
        <w:t xml:space="preserve">[03:47] </w:t>
      </w:r>
      <w:r>
        <w:t>ke aadmi bhag kar sirat-ul-mustaqeem se hat jaye. Toh bohat zyada options hamesha maujood rehte hain. Agar</w:t>
      </w:r>
    </w:p>
    <w:p>
      <w:pPr>
        <w:jc w:val="right"/>
      </w:pPr>
      <w:r>
        <w:t>کہ آدمی بھاگ کر صراطِ مستقیم سے ہٹ جائے۔ تو بہت زیادہ آپشنز ہمیشہ موجود رہتے ہیں۔ اگر</w:t>
      </w:r>
    </w:p>
    <w:p>
      <w:r>
        <w:rPr>
          <w:b/>
        </w:rPr>
        <w:t xml:space="preserve">[03:57] </w:t>
      </w:r>
      <w:r>
        <w:t>bohat se options na hon, sirf aik hi option ho toh phir insaan ka test nahi liya ja</w:t>
      </w:r>
    </w:p>
    <w:p>
      <w:pPr>
        <w:jc w:val="right"/>
      </w:pPr>
      <w:r>
        <w:t>بہت سے آپشنز نہ ہوں، صرف ایک ہی آپشن ہو تو پھر انسان کا ٹیسٹ نہیں لیا جا</w:t>
      </w:r>
    </w:p>
    <w:p>
      <w:r>
        <w:rPr>
          <w:b/>
        </w:rPr>
        <w:t xml:space="preserve">[04:05] </w:t>
      </w:r>
      <w:r>
        <w:t>sakta. Jab yeh testing ground hai, jab yeh daar-ul-imtaan hai, toh phir</w:t>
      </w:r>
    </w:p>
    <w:p>
      <w:pPr>
        <w:jc w:val="right"/>
      </w:pPr>
      <w:r>
        <w:t>سکتا۔ جب یہ ٹیسٹنگ گراؤنڈ ہے، جب یہ دارالامتحان ہے، تو پھر</w:t>
      </w:r>
    </w:p>
    <w:p>
      <w:r>
        <w:rPr>
          <w:b/>
        </w:rPr>
        <w:t xml:space="preserve">[04:13] </w:t>
      </w:r>
      <w:r>
        <w:t>it is but natural ke yahan par har waqt aadmi ke samne kai option hon.</w:t>
      </w:r>
    </w:p>
    <w:p>
      <w:pPr>
        <w:jc w:val="right"/>
      </w:pPr>
      <w:r>
        <w:t>it is but natural کہ یہاں پر ہر وقت آدمی کے سامنے کئی آپشن ہوں۔</w:t>
      </w:r>
    </w:p>
    <w:p>
      <w:r>
        <w:rPr>
          <w:b/>
        </w:rPr>
        <w:t xml:space="preserve">[04:20] </w:t>
      </w:r>
      <w:r>
        <w:t>yahin par sabr ki zaroorat hoti hai.</w:t>
      </w:r>
    </w:p>
    <w:p>
      <w:pPr>
        <w:jc w:val="right"/>
      </w:pPr>
      <w:r>
        <w:t>یہیں پر صبر کی ضرورت ہوتی ہے۔</w:t>
      </w:r>
    </w:p>
    <w:p>
      <w:r>
        <w:rPr>
          <w:b/>
        </w:rPr>
        <w:t xml:space="preserve">[04:24] </w:t>
      </w:r>
      <w:r>
        <w:t>yaani aik taraf aap ki khwahish kheench rahi hoti hai aap ko, doosri taraf principal ki baat hoti</w:t>
      </w:r>
    </w:p>
    <w:p>
      <w:pPr>
        <w:jc w:val="right"/>
      </w:pPr>
      <w:r>
        <w:t>یعنی ایک طرف آپ کی خواہش کھینچ رہی ہوتی ہے آپ کو، دوسری طرف پرنسپل کی بات ہوتی</w:t>
      </w:r>
    </w:p>
    <w:p>
      <w:r>
        <w:rPr>
          <w:b/>
        </w:rPr>
        <w:t xml:space="preserve">[04:31] </w:t>
      </w:r>
      <w:r>
        <w:t>hai. Principal mein bazahir ghaata dikhai deta hai, aur khwahish par chalne mein bazahir</w:t>
      </w:r>
    </w:p>
    <w:p>
      <w:pPr>
        <w:jc w:val="right"/>
      </w:pPr>
      <w:r>
        <w:t>ہے۔ پرنسپل میں بظاہر گھاٹا دکھائی دیتا ہے، اور خواہش پر چلنے میں بظاہر</w:t>
      </w:r>
    </w:p>
    <w:p>
      <w:r>
        <w:rPr>
          <w:b/>
        </w:rPr>
        <w:t xml:space="preserve">[04:40] </w:t>
      </w:r>
      <w:r>
        <w:t>faida dikhai deta hai. Toh yahan sabr hai jo aap ki khwahish par rok lagayega.</w:t>
      </w:r>
    </w:p>
    <w:p>
      <w:pPr>
        <w:jc w:val="right"/>
      </w:pPr>
      <w:r>
        <w:t>فائدہ دکھائی دیتا ہے۔ تو یہاں صبر ہے جو آپ کی خواہش پر روک لگائے گا۔</w:t>
      </w:r>
    </w:p>
    <w:p>
      <w:r>
        <w:rPr>
          <w:b/>
        </w:rPr>
        <w:t xml:space="preserve">[04:48] </w:t>
      </w:r>
      <w:r>
        <w:t>isi liye quran mein dekhiye, sabr ka zikr baar baar aaya hai.</w:t>
      </w:r>
    </w:p>
    <w:p>
      <w:pPr>
        <w:jc w:val="right"/>
      </w:pPr>
      <w:r>
        <w:t>اسی لیے قرآن میں دیکھیے، صبر کا ذکر بار بار آیا ہے۔</w:t>
      </w:r>
    </w:p>
    <w:p>
      <w:r>
        <w:rPr>
          <w:b/>
        </w:rPr>
        <w:t xml:space="preserve">[04:54] </w:t>
      </w:r>
      <w:r>
        <w:t>saare quran mein agar aap dekhein toh sabr ka maada</w:t>
      </w:r>
    </w:p>
    <w:p>
      <w:pPr>
        <w:jc w:val="right"/>
      </w:pPr>
      <w:r>
        <w:t>سارے قرآن میں اگر آپ دیکھیں تو صبر کا مادہ</w:t>
      </w:r>
    </w:p>
    <w:p>
      <w:r>
        <w:rPr>
          <w:b/>
        </w:rPr>
        <w:t xml:space="preserve">[05:01] </w:t>
      </w:r>
      <w:r>
        <w:t>125 baar istemaal hua hai poore quran mein.</w:t>
      </w:r>
    </w:p>
    <w:p>
      <w:pPr>
        <w:jc w:val="right"/>
      </w:pPr>
      <w:r>
        <w:t>125 بار استعمال ہوا ہے پورے قرآن میں۔</w:t>
      </w:r>
    </w:p>
    <w:p>
      <w:r>
        <w:rPr>
          <w:b/>
        </w:rPr>
        <w:t xml:space="preserve">[05:08] </w:t>
      </w:r>
      <w:r>
        <w:t>quran mein kul suratain 114 hain, aur sabr ka maada quran mein 125 baar aaya hai.</w:t>
      </w:r>
    </w:p>
    <w:p>
      <w:pPr>
        <w:jc w:val="right"/>
      </w:pPr>
      <w:r>
        <w:t>قرآن میں کل سورتیں 114 ہیں، اور صبر کا مادہ قرآن میں 125 بار آیا ہے۔</w:t>
      </w:r>
    </w:p>
    <w:p>
      <w:r>
        <w:rPr>
          <w:b/>
        </w:rPr>
        <w:t xml:space="preserve">[05:16] </w:t>
      </w:r>
      <w:r>
        <w:t>aur jahan tak surah al-baqarah ki baat hai, to surah baqarah mein sabr ka madah 9 baar istemal</w:t>
      </w:r>
    </w:p>
    <w:p>
      <w:pPr>
        <w:jc w:val="right"/>
      </w:pPr>
      <w:r>
        <w:t>اور جہاں تک سورہ البقرہ کی بات ہے، تو سورہ بقرہ میں صبر کا مادہ 9 بار استعمال</w:t>
      </w:r>
    </w:p>
    <w:p>
      <w:r>
        <w:rPr>
          <w:b/>
        </w:rPr>
        <w:t xml:space="preserve">[05:22] </w:t>
      </w:r>
      <w:r>
        <w:t>hua hai, 9 baar.</w:t>
      </w:r>
    </w:p>
    <w:p>
      <w:pPr>
        <w:jc w:val="right"/>
      </w:pPr>
      <w:r>
        <w:t>ہوا ہے، 9 بار۔</w:t>
      </w:r>
    </w:p>
    <w:p>
      <w:r>
        <w:rPr>
          <w:b/>
        </w:rPr>
        <w:t xml:space="preserve">[05:26] </w:t>
      </w:r>
      <w:r>
        <w:t>to is se andazah hota hai ke sabr ki ahmiyat kitni zyada hai.</w:t>
      </w:r>
    </w:p>
    <w:p>
      <w:pPr>
        <w:jc w:val="right"/>
      </w:pPr>
      <w:r>
        <w:t>تو اس سے اندازہ ہوتا ہے کہ صبر کی اہمیت کتنی زیادہ ہے۔</w:t>
      </w:r>
    </w:p>
    <w:p>
      <w:r>
        <w:rPr>
          <w:b/>
        </w:rPr>
        <w:t xml:space="preserve">[05:32] </w:t>
      </w:r>
      <w:r>
        <w:t>to insan ko agarche</w:t>
      </w:r>
    </w:p>
    <w:p>
      <w:pPr>
        <w:jc w:val="right"/>
      </w:pPr>
      <w:r>
        <w:t>تو انسان کو اگرچہ</w:t>
      </w:r>
    </w:p>
    <w:p>
      <w:r>
        <w:rPr>
          <w:b/>
        </w:rPr>
        <w:t xml:space="preserve">[05:36] </w:t>
      </w:r>
      <w:r>
        <w:t>asli maqsad hai ibadat, yani Khuda ka</w:t>
      </w:r>
    </w:p>
    <w:p>
      <w:pPr>
        <w:jc w:val="right"/>
      </w:pPr>
      <w:r>
        <w:t>اصل مقصد ہے عبادت، یعنی خدا کا</w:t>
      </w:r>
    </w:p>
    <w:p>
      <w:r>
        <w:rPr>
          <w:b/>
        </w:rPr>
        <w:t xml:space="preserve">[05:42] </w:t>
      </w:r>
      <w:r>
        <w:t>Khuda ko man kar us ki tabedari karna, Khuda ke hukumon par chalna,</w:t>
      </w:r>
    </w:p>
    <w:p>
      <w:pPr>
        <w:jc w:val="right"/>
      </w:pPr>
      <w:r>
        <w:t>خدا کو مان کر اس کی تابعداری کرنا، خدا کے حکموں پر چلنا،</w:t>
      </w:r>
    </w:p>
    <w:p>
      <w:r>
        <w:rPr>
          <w:b/>
        </w:rPr>
        <w:t xml:space="preserve">[05:51] </w:t>
      </w:r>
      <w:r>
        <w:t>har cheez mein, har mamle mein,</w:t>
      </w:r>
    </w:p>
    <w:p>
      <w:pPr>
        <w:jc w:val="right"/>
      </w:pPr>
      <w:r>
        <w:t>ہر چیز میں، ہر معاملے میں،</w:t>
      </w:r>
    </w:p>
    <w:p>
      <w:r>
        <w:rPr>
          <w:b/>
        </w:rPr>
        <w:t xml:space="preserve">[05:55] </w:t>
      </w:r>
      <w:r>
        <w:t>to poori zindagi ko god oriented zindagi banana, yeh hai ibadat.</w:t>
      </w:r>
    </w:p>
    <w:p>
      <w:pPr>
        <w:jc w:val="right"/>
      </w:pPr>
      <w:r>
        <w:t>تو پوری زندگی کو گاڈ اورینٹڈ زندگی بنانا، یہ ہے عبادت۔</w:t>
      </w:r>
    </w:p>
    <w:p>
      <w:r>
        <w:rPr>
          <w:b/>
        </w:rPr>
        <w:t xml:space="preserve">[06:02] </w:t>
      </w:r>
      <w:r>
        <w:t>lekin jab ke is dunya ko banaya gaya hai dar-ul-imtihan ke liye,</w:t>
      </w:r>
    </w:p>
    <w:p>
      <w:pPr>
        <w:jc w:val="right"/>
      </w:pPr>
      <w:r>
        <w:t>لیکن جب کہ اس دنیا کو بنایا گیا ہے دارالامتحان کے لیے،</w:t>
      </w:r>
    </w:p>
    <w:p>
      <w:r>
        <w:rPr>
          <w:b/>
        </w:rPr>
        <w:t xml:space="preserve">[06:07] </w:t>
      </w:r>
      <w:r>
        <w:t>testing ground ke taur par, to is bana par yahan har waqt</w:t>
      </w:r>
    </w:p>
    <w:p>
      <w:pPr>
        <w:jc w:val="right"/>
      </w:pPr>
      <w:r>
        <w:t>ٹیسٹنگ گراؤنڈ کے طور پر، تو اس بنا پر یہاں ہر وقت</w:t>
      </w:r>
    </w:p>
    <w:p>
      <w:r>
        <w:rPr>
          <w:b/>
        </w:rPr>
        <w:t xml:space="preserve">[06:15] </w:t>
      </w:r>
      <w:r>
        <w:t>aise imkanat hain jo aadmi ko bharkayen, jo aadmi ko rastay se hatayen.</w:t>
      </w:r>
    </w:p>
    <w:p>
      <w:pPr>
        <w:jc w:val="right"/>
      </w:pPr>
      <w:r>
        <w:t>ایسے امکانات ہیں جو آدمی کو بھڑکائیں، جو آدمی کو راستے سے ہٹائیں۔</w:t>
      </w:r>
    </w:p>
    <w:p>
      <w:r>
        <w:rPr>
          <w:b/>
        </w:rPr>
        <w:t xml:space="preserve">[06:21] </w:t>
      </w:r>
      <w:r>
        <w:t>is mauqe par sabr ki zaroorat hai.</w:t>
      </w:r>
    </w:p>
    <w:p>
      <w:pPr>
        <w:jc w:val="right"/>
      </w:pPr>
      <w:r>
        <w:t>اس موقع پر صبر کی ضرورت ہے۔</w:t>
      </w:r>
    </w:p>
    <w:p>
      <w:r>
        <w:rPr>
          <w:b/>
        </w:rPr>
        <w:t xml:space="preserve">[06:25] </w:t>
      </w:r>
      <w:r>
        <w:t>sabr aadmi ko darkar hai apne interest ke muqable mein,</w:t>
      </w:r>
    </w:p>
    <w:p>
      <w:pPr>
        <w:jc w:val="right"/>
      </w:pPr>
      <w:r>
        <w:t>صبر آدمی کو درکار ہے اپنے انٹرسٹ کے مقابلے میں،</w:t>
      </w:r>
    </w:p>
    <w:p>
      <w:r>
        <w:rPr>
          <w:b/>
        </w:rPr>
        <w:t xml:space="preserve">[06:32] </w:t>
      </w:r>
      <w:r>
        <w:t>apne satan ke behkaway ke muqable mein,</w:t>
      </w:r>
    </w:p>
    <w:p>
      <w:pPr>
        <w:jc w:val="right"/>
      </w:pPr>
      <w:r>
        <w:t>اپنے سیٹن کے بہکاوے کے مقابلے میں،</w:t>
      </w:r>
    </w:p>
    <w:p>
      <w:r>
        <w:rPr>
          <w:b/>
        </w:rPr>
        <w:t xml:space="preserve">[06:40] </w:t>
      </w:r>
      <w:r>
        <w:t>apni khwahish ke muqable mein.</w:t>
      </w:r>
    </w:p>
    <w:p>
      <w:pPr>
        <w:jc w:val="right"/>
      </w:pPr>
      <w:r>
        <w:t>اپنی خواہش کے مقابلے میں۔</w:t>
      </w:r>
    </w:p>
    <w:p>
      <w:r>
        <w:rPr>
          <w:b/>
        </w:rPr>
        <w:t xml:space="preserve">[06:45] </w:t>
      </w:r>
      <w:r>
        <w:t>to sabr ke baghair aadmi apne aap ko</w:t>
      </w:r>
    </w:p>
    <w:p>
      <w:pPr>
        <w:jc w:val="right"/>
      </w:pPr>
      <w:r>
        <w:t>تو صبر کے بغیر آدمی اپنے آپ کو</w:t>
      </w:r>
    </w:p>
    <w:p>
      <w:r>
        <w:rPr>
          <w:b/>
        </w:rPr>
        <w:t xml:space="preserve">[06:49] </w:t>
      </w:r>
      <w:r>
        <w:t>sachai ke rastay par qaim nahi reh sakta. bar bar woh</w:t>
      </w:r>
    </w:p>
    <w:p>
      <w:pPr>
        <w:jc w:val="right"/>
      </w:pPr>
      <w:r>
        <w:t>سچائی کے راستے پر قائم نہیں رہ سکتا۔ بار بار وہ</w:t>
      </w:r>
    </w:p>
    <w:p>
      <w:r>
        <w:rPr>
          <w:b/>
        </w:rPr>
        <w:t xml:space="preserve">[06:55] </w:t>
      </w:r>
      <w:r>
        <w:t>bhag jayega, hat jayega, deviate karega.</w:t>
      </w:r>
    </w:p>
    <w:p>
      <w:pPr>
        <w:jc w:val="right"/>
      </w:pPr>
      <w:r>
        <w:t>بھاگ جائے گا، ہٹ جائے گا، ڈیویئٹ کرے گا۔</w:t>
      </w:r>
    </w:p>
    <w:p>
      <w:r>
        <w:rPr>
          <w:b/>
        </w:rPr>
        <w:t xml:space="preserve">[06:59] </w:t>
      </w:r>
      <w:r>
        <w:t>is waja se asli maqsad agarche zindagi ka ibadat hai, lekin sabr ki baat Quran mein itni zyada</w:t>
      </w:r>
    </w:p>
    <w:p>
      <w:pPr>
        <w:jc w:val="right"/>
      </w:pPr>
      <w:r>
        <w:t>اس وجہ سے اصل مقصد اگرچہ زندگی کا عبادت ہے، لیکن صبر کی بات قرآن میں اتنی زیادہ</w:t>
      </w:r>
    </w:p>
    <w:p>
      <w:r>
        <w:rPr>
          <w:b/>
        </w:rPr>
        <w:t xml:space="preserve">[07:07] </w:t>
      </w:r>
      <w:r>
        <w:t>baar is liye kahi gayi hai ke sabr nahi to ibadat bhi nahi.</w:t>
      </w:r>
    </w:p>
    <w:p>
      <w:pPr>
        <w:jc w:val="right"/>
      </w:pPr>
      <w:r>
        <w:t>بار اس لیے کہی گئی ہے کہ صبر نہیں تو عبادت بھی نہیں۔</w:t>
      </w:r>
    </w:p>
    <w:p>
      <w:r>
        <w:rPr>
          <w:b/>
        </w:rPr>
        <w:t xml:space="preserve">[07:14] </w:t>
      </w:r>
      <w:r>
        <w:t>jo aadmi sabr par tayyar na ho, woh Khuda ka abid bhi nahi ban sakta.</w:t>
      </w:r>
    </w:p>
    <w:p>
      <w:pPr>
        <w:jc w:val="right"/>
      </w:pPr>
      <w:r>
        <w:t>جو آدمی صبر پر تیار نہ ہو، وہ خدا کا عابد بھی نہیں بن سکتا۔</w:t>
      </w:r>
    </w:p>
    <w:p>
      <w:r>
        <w:rPr>
          <w:b/>
        </w:rPr>
        <w:t xml:space="preserve">[07:22] </w:t>
      </w:r>
      <w:r>
        <w:t>yeh ahmiyat hai Quran majeed mein sabr ki. isi liye surah baqarah mein 9 baar aur sare Quran</w:t>
      </w:r>
    </w:p>
    <w:p>
      <w:pPr>
        <w:jc w:val="right"/>
      </w:pPr>
      <w:r>
        <w:t>یہ اہمیت ہے قرآن مجید میں صبر کی۔ اسی لیے سورہ بقرہ میں 9 بار اور سارے قرآن</w:t>
      </w:r>
    </w:p>
    <w:p>
      <w:r>
        <w:rPr>
          <w:b/>
        </w:rPr>
        <w:t xml:space="preserve">[07:29] </w:t>
      </w:r>
      <w:r>
        <w:t>mein 125 baar sabr ka madah istemal hua hai.</w:t>
      </w:r>
    </w:p>
    <w:p>
      <w:pPr>
        <w:jc w:val="right"/>
      </w:pPr>
      <w:r>
        <w:t>میں 125 بار صبر کا مادہ استعمال ہوا ہے۔</w:t>
      </w:r>
    </w:p>
    <w:p>
      <w:r>
        <w:rPr>
          <w:b/>
        </w:rPr>
        <w:t xml:space="preserve">[07:35] </w:t>
      </w:r>
      <w:r>
        <w:t>ab dekhiye, surah baqarah ki ayat number</w:t>
      </w:r>
    </w:p>
    <w:p>
      <w:pPr>
        <w:jc w:val="right"/>
      </w:pPr>
      <w:r>
        <w:t>اب دیکھیے، سورہ بقرہ کی آیت نمبر</w:t>
      </w:r>
    </w:p>
    <w:p>
      <w:r>
        <w:rPr>
          <w:b/>
        </w:rPr>
        <w:t xml:space="preserve">[07:38] </w:t>
      </w:r>
      <w:r>
        <w:t>193, 193. yeh hai: qatiluhum hatta la takuna fitnah</w:t>
      </w:r>
    </w:p>
    <w:p>
      <w:pPr>
        <w:jc w:val="right"/>
      </w:pPr>
      <w:r>
        <w:t>193، 193۔ یہ ہے: قَاتِلُوهُمْ حَتَّىٰ لَا تَكُونَ فِتْنَةٌ</w:t>
      </w:r>
    </w:p>
    <w:p>
      <w:r>
        <w:rPr>
          <w:b/>
        </w:rPr>
        <w:t xml:space="preserve">[07:51] </w:t>
      </w:r>
      <w:r>
        <w:t>wa yakoon ad deenu kulluhu lillah. qatiluhum hatta la takoon fitnatun wa yakoon ad deenu kulluhu lillah.</w:t>
      </w:r>
    </w:p>
    <w:p>
      <w:pPr>
        <w:jc w:val="right"/>
      </w:pPr>
      <w:r>
        <w:t>وَيَكُونَ الدِّينُ كُلُّهُ لِلَّهِ۔ قاتلُهم حتَّىٰ لَا تَكُونَ فِتْنَةٌ وَيَكُونَ الدِّينُ كُلُّهُ لِلَّهِ۔</w:t>
      </w:r>
    </w:p>
    <w:p>
      <w:r>
        <w:rPr>
          <w:b/>
        </w:rPr>
        <w:t xml:space="preserve">[08:02] </w:t>
      </w:r>
      <w:r>
        <w:t>un se lado yahan tak ke fitna baqi na rahe</w:t>
      </w:r>
    </w:p>
    <w:p>
      <w:pPr>
        <w:jc w:val="right"/>
      </w:pPr>
      <w:r>
        <w:t>ان سے لڑو یہاں تک کہ فتنہ باقی نہ رہے</w:t>
      </w:r>
    </w:p>
    <w:p>
      <w:r>
        <w:rPr>
          <w:b/>
        </w:rPr>
        <w:t xml:space="preserve">[08:09] </w:t>
      </w:r>
      <w:r>
        <w:t>aur deen sab Allah ka ho jaye.</w:t>
      </w:r>
    </w:p>
    <w:p>
      <w:pPr>
        <w:jc w:val="right"/>
      </w:pPr>
      <w:r>
        <w:t>اور دین سب اللہ کا ہو جائے۔</w:t>
      </w:r>
    </w:p>
    <w:p>
      <w:r>
        <w:rPr>
          <w:b/>
        </w:rPr>
        <w:t xml:space="preserve">[08:13] </w:t>
      </w:r>
      <w:r>
        <w:t>yeh ayat hai.</w:t>
      </w:r>
    </w:p>
    <w:p>
      <w:pPr>
        <w:jc w:val="right"/>
      </w:pPr>
      <w:r>
        <w:t>یہ آیت ہے۔</w:t>
      </w:r>
    </w:p>
    <w:p>
      <w:r>
        <w:rPr>
          <w:b/>
        </w:rPr>
        <w:t xml:space="preserve">[08:15] </w:t>
      </w:r>
      <w:r>
        <w:t>is ayat ka matlab yeh nahi ke sari zindagi ladte raho.</w:t>
      </w:r>
    </w:p>
    <w:p>
      <w:pPr>
        <w:jc w:val="right"/>
      </w:pPr>
      <w:r>
        <w:t>اس آیت کا مطلب یہ نہیں کہ ساری زندگی لڑتے رہو۔</w:t>
      </w:r>
    </w:p>
    <w:p>
      <w:r>
        <w:rPr>
          <w:b/>
        </w:rPr>
        <w:t xml:space="preserve">[08:22] </w:t>
      </w:r>
      <w:r>
        <w:t>ladai Islam ka koi,</w:t>
      </w:r>
    </w:p>
    <w:p>
      <w:pPr>
        <w:jc w:val="right"/>
      </w:pPr>
      <w:r>
        <w:t>لڑائی اسلام کا کوئی،</w:t>
      </w:r>
    </w:p>
    <w:p>
      <w:r>
        <w:rPr>
          <w:b/>
        </w:rPr>
        <w:t xml:space="preserve">[08:26] </w:t>
      </w:r>
      <w:r>
        <w:t>اسلام کی تعلیمات کا کوئی positive حصہ نہیں ہے۔</w:t>
      </w:r>
    </w:p>
    <w:p>
      <w:pPr>
        <w:jc w:val="right"/>
      </w:pPr>
      <w:r>
        <w:t>اسلام کی تعلیمات کا کوئی پازیٹو حصہ نہیں ہے۔</w:t>
      </w:r>
    </w:p>
    <w:p>
      <w:r>
        <w:rPr>
          <w:b/>
        </w:rPr>
        <w:t xml:space="preserve">[08:31] </w:t>
      </w:r>
      <w:r>
        <w:t>jaise ke namaz, roza, haj, zakat, yeh Islam ke positive hisse hain</w:t>
      </w:r>
    </w:p>
    <w:p>
      <w:pPr>
        <w:jc w:val="right"/>
      </w:pPr>
      <w:r>
        <w:t>جیسے کہ نماز، روزہ، حج، زکوۃ، یہ اسلام کے پازیٹو حصے ہیں</w:t>
      </w:r>
    </w:p>
    <w:p>
      <w:r>
        <w:rPr>
          <w:b/>
        </w:rPr>
        <w:t xml:space="preserve">[08:39] </w:t>
      </w:r>
      <w:r>
        <w:t>ya ijjabi hisse hain. to ladai ka matlab yeh nahi hai. ladai hai,</w:t>
      </w:r>
    </w:p>
    <w:p>
      <w:pPr>
        <w:jc w:val="right"/>
      </w:pPr>
      <w:r>
        <w:t>یا ایجابی حصے ہیں۔ تو لڑائی کا مطلب یہ نہیں ہے۔ لڑائی ہے،</w:t>
      </w:r>
    </w:p>
    <w:p>
      <w:r>
        <w:rPr>
          <w:b/>
        </w:rPr>
        <w:t xml:space="preserve">[08:46] </w:t>
      </w:r>
      <w:r>
        <w:t>yani qital, kisi aur maqsad ki bina par hai.</w:t>
      </w:r>
    </w:p>
    <w:p>
      <w:pPr>
        <w:jc w:val="right"/>
      </w:pPr>
      <w:r>
        <w:t>یعنی قتال، کسی اور مقصد کی بنا پر ہے۔</w:t>
      </w:r>
    </w:p>
    <w:p>
      <w:r>
        <w:rPr>
          <w:b/>
        </w:rPr>
        <w:t xml:space="preserve">[08:54] </w:t>
      </w:r>
      <w:r>
        <w:t>is ko kaha jata hai ke</w:t>
      </w:r>
    </w:p>
    <w:p>
      <w:pPr>
        <w:jc w:val="right"/>
      </w:pPr>
      <w:r>
        <w:t>اس کو کہا جاتا ہے کہ</w:t>
      </w:r>
    </w:p>
    <w:p>
      <w:r>
        <w:rPr>
          <w:b/>
        </w:rPr>
        <w:t xml:space="preserve">[08:57] </w:t>
      </w:r>
      <w:r>
        <w:t>fuqaha kehte hain ke qital husn lidhata nahi hai, balkeh husn li ghayrihi hai. Islam mein</w:t>
      </w:r>
    </w:p>
    <w:p>
      <w:pPr>
        <w:jc w:val="right"/>
      </w:pPr>
      <w:r>
        <w:t>فقہاء کہتے ہیں کہ قتال حسن لذاتہ نہیں ہے، بلکہ حسن لغیرہی ہے۔ اسلام میں</w:t>
      </w:r>
    </w:p>
    <w:p>
      <w:r>
        <w:rPr>
          <w:b/>
        </w:rPr>
        <w:t xml:space="preserve">[09:08] </w:t>
      </w:r>
      <w:r>
        <w:t>qital husn lidhata nahi hai, balkeh husn li ghayrihi hai. yani</w:t>
      </w:r>
    </w:p>
    <w:p>
      <w:pPr>
        <w:jc w:val="right"/>
      </w:pPr>
      <w:r>
        <w:t>قتال حسن لذاتہ نہیں ہے، بلکہ حسن لغیرہی ہے۔ یعنی</w:t>
      </w:r>
    </w:p>
    <w:p>
      <w:r>
        <w:rPr>
          <w:b/>
        </w:rPr>
        <w:t xml:space="preserve">[09:13] </w:t>
      </w:r>
      <w:r>
        <w:t>qital fads kaff qital nahi hai Islam mein,</w:t>
      </w:r>
    </w:p>
    <w:p>
      <w:pPr>
        <w:jc w:val="right"/>
      </w:pPr>
      <w:r>
        <w:t>قتال فدس کف قتال نہیں ہے اسلام میں،</w:t>
      </w:r>
    </w:p>
    <w:p>
      <w:r>
        <w:rPr>
          <w:b/>
        </w:rPr>
        <w:t xml:space="preserve">[09:17] </w:t>
      </w:r>
      <w:r>
        <w:t>balkeh qital fads kaff</w:t>
      </w:r>
    </w:p>
    <w:p>
      <w:pPr>
        <w:jc w:val="right"/>
      </w:pPr>
      <w:r>
        <w:t>بلکہ قتال فدس کف</w:t>
      </w:r>
    </w:p>
    <w:p>
      <w:r>
        <w:rPr>
          <w:b/>
        </w:rPr>
        <w:t xml:space="preserve">[09:23] </w:t>
      </w:r>
      <w:r>
        <w:t>noble purpose, some other purpose. وہ کیا ہے؟ اس زمانے میں ساری دنیا میں فتنہ تھا۔ فتنہ کا</w:t>
      </w:r>
    </w:p>
    <w:p>
      <w:pPr>
        <w:jc w:val="right"/>
      </w:pPr>
      <w:r>
        <w:t>نوبل پرپس، سم ادر پرپس۔ وہ کیا ہے؟ اس زمانے میں ساری دنیا میں فتنہ تھا۔ فتنہ کا</w:t>
      </w:r>
    </w:p>
    <w:p>
      <w:r>
        <w:rPr>
          <w:b/>
        </w:rPr>
        <w:t xml:space="preserve">[09:32] </w:t>
      </w:r>
      <w:r>
        <w:t>matlab hai religious persecution, yani mazhabi jabr.</w:t>
      </w:r>
    </w:p>
    <w:p>
      <w:pPr>
        <w:jc w:val="right"/>
      </w:pPr>
      <w:r>
        <w:t>مطلب ہے ریلیجس پرسیکیوشن، یعنی مذہبی جبر۔</w:t>
      </w:r>
    </w:p>
    <w:p>
      <w:r>
        <w:rPr>
          <w:b/>
        </w:rPr>
        <w:t xml:space="preserve">[09:38] </w:t>
      </w:r>
      <w:r>
        <w:t>is zamane mein kingship thi. sari duniya mein king log rule kiya karte the.</w:t>
      </w:r>
    </w:p>
    <w:p>
      <w:pPr>
        <w:jc w:val="right"/>
      </w:pPr>
      <w:r>
        <w:t>اس زمانے میں کنگ شپ تھی۔ ساری دنیا میں کنگ لوگ رول کیا کرتے تھے۔</w:t>
      </w:r>
    </w:p>
    <w:p>
      <w:r>
        <w:rPr>
          <w:b/>
        </w:rPr>
        <w:t xml:space="preserve">[09:46] </w:t>
      </w:r>
      <w:r>
        <w:t>to king log sarparasti karte the</w:t>
      </w:r>
    </w:p>
    <w:p>
      <w:pPr>
        <w:jc w:val="right"/>
      </w:pPr>
      <w:r>
        <w:t>تو کنگ لوگ سرپرستی کرتے تھے</w:t>
      </w:r>
    </w:p>
    <w:p>
      <w:r>
        <w:rPr>
          <w:b/>
        </w:rPr>
        <w:t xml:space="preserve">[09:49] </w:t>
      </w:r>
      <w:r>
        <w:t>kisi ek mazhab ki.</w:t>
      </w:r>
    </w:p>
    <w:p>
      <w:pPr>
        <w:jc w:val="right"/>
      </w:pPr>
      <w:r>
        <w:t>کسی ایک مذہب کی۔</w:t>
      </w:r>
    </w:p>
    <w:p>
      <w:r>
        <w:rPr>
          <w:b/>
        </w:rPr>
        <w:t xml:space="preserve">[09:52] </w:t>
      </w:r>
      <w:r>
        <w:t>woh chahte the ke sare log ek hi mazhab ko manen.</w:t>
      </w:r>
    </w:p>
    <w:p>
      <w:pPr>
        <w:jc w:val="right"/>
      </w:pPr>
      <w:r>
        <w:t>وہ چاہتے تھے کہ سارے لوگ ایک ہی مذہب کو مانیں۔</w:t>
      </w:r>
    </w:p>
    <w:p>
      <w:r>
        <w:rPr>
          <w:b/>
        </w:rPr>
        <w:t xml:space="preserve">[09:57] </w:t>
      </w:r>
      <w:r>
        <w:t>isi liye pehle kaha jata tha: an nasu ala deeni mulukihim</w:t>
      </w:r>
    </w:p>
    <w:p>
      <w:pPr>
        <w:jc w:val="right"/>
      </w:pPr>
      <w:r>
        <w:t>اسی لیے پہلے کہا جاتا تھا: النَّاسُ عَلَىٰ دِينِ مُلُوكِهِمْ</w:t>
      </w:r>
    </w:p>
    <w:p>
      <w:r>
        <w:rPr>
          <w:b/>
        </w:rPr>
        <w:t xml:space="preserve">[10:02] </w:t>
      </w:r>
      <w:r>
        <w:t>log hote hain apne badshah ke mazhab par.</w:t>
      </w:r>
    </w:p>
    <w:p>
      <w:pPr>
        <w:jc w:val="right"/>
      </w:pPr>
      <w:r>
        <w:t>لوگ ہوتے ہیں اپنے بادشاہ کے مذہب پر۔</w:t>
      </w:r>
    </w:p>
    <w:p>
      <w:r>
        <w:rPr>
          <w:b/>
        </w:rPr>
        <w:t xml:space="preserve">[10:07] </w:t>
      </w:r>
      <w:r>
        <w:t>to badshahi zamane mein badshahon ka, yani king ka yeh khayal hota tha ke agar sab ka mazhab</w:t>
      </w:r>
    </w:p>
    <w:p>
      <w:pPr>
        <w:jc w:val="right"/>
      </w:pPr>
      <w:r>
        <w:t>تو بادشاہی زمانے میں بادشاہوں کا، یعنی کنگ کا یہ خیال ہوتا تھا کہ اگر سب کا مذہب</w:t>
      </w:r>
    </w:p>
    <w:p>
      <w:r>
        <w:rPr>
          <w:b/>
        </w:rPr>
        <w:t xml:space="preserve">[10:14] </w:t>
      </w:r>
      <w:r>
        <w:t>wohi ho jo badshah ka mazhab hai, to log badshah ke loyal bane rahenge, wafadar bane rahen</w:t>
      </w:r>
    </w:p>
    <w:p>
      <w:pPr>
        <w:jc w:val="right"/>
      </w:pPr>
      <w:r>
        <w:t>وہی ہو جو بادشاہ کا مذہب ہے، تو لوگ بادشاہ کے لائل بنے رہیں گے، وفادار بنے رہیں</w:t>
      </w:r>
    </w:p>
    <w:p>
      <w:r>
        <w:rPr>
          <w:b/>
        </w:rPr>
        <w:t xml:space="preserve">[10:23] </w:t>
      </w:r>
      <w:r>
        <w:t>ge. to apni wafadari ko qaim rakhne ke liye,</w:t>
      </w:r>
    </w:p>
    <w:p>
      <w:pPr>
        <w:jc w:val="right"/>
      </w:pPr>
      <w:r>
        <w:t>گے۔ تو اپنی وفاداری کو قائم رکھنے کے لیے،</w:t>
      </w:r>
    </w:p>
    <w:p>
      <w:r>
        <w:rPr>
          <w:b/>
        </w:rPr>
        <w:t xml:space="preserve">[10:29] </w:t>
      </w:r>
      <w:r>
        <w:t>logon ko apna loyal bana rakhne ke liye, woh kisi aur mazhab ki ijazat nahi dete the.</w:t>
      </w:r>
    </w:p>
    <w:p>
      <w:pPr>
        <w:jc w:val="right"/>
      </w:pPr>
      <w:r>
        <w:t>لوگوں کو اپنا لائل بنا رکھنے کے لیے، وہ کسی اور مذہب کی اجازت نہیں دیتے تھے۔</w:t>
      </w:r>
    </w:p>
    <w:p>
      <w:r>
        <w:rPr>
          <w:b/>
        </w:rPr>
        <w:t xml:space="preserve">[10:38] </w:t>
      </w:r>
      <w:r>
        <w:t>kisi aur mazhab ki baat agar koi kare to us ko marte the, peette the,</w:t>
      </w:r>
    </w:p>
    <w:p>
      <w:pPr>
        <w:jc w:val="right"/>
      </w:pPr>
      <w:r>
        <w:t>کسی اور مذہب کی بات اگر کوئی کرے تو اس کو مارتے تھے، پیٹتے تھے،</w:t>
      </w:r>
    </w:p>
    <w:p>
      <w:r>
        <w:rPr>
          <w:b/>
        </w:rPr>
        <w:t xml:space="preserve">[10:43] </w:t>
      </w:r>
      <w:r>
        <w:t>us ko qatl kar dete the, use jail mein band kar dete the. yeh tha fitna. fitna ka</w:t>
      </w:r>
    </w:p>
    <w:p>
      <w:pPr>
        <w:jc w:val="right"/>
      </w:pPr>
      <w:r>
        <w:t>اس کو قتل کر دیتے تھے، اسے جیل میں بند کر دیتے تھے۔ یہ تھا فتنہ۔ فتنہ کا</w:t>
      </w:r>
    </w:p>
    <w:p>
      <w:r>
        <w:rPr>
          <w:b/>
        </w:rPr>
        <w:t xml:space="preserve">[10:50] </w:t>
      </w:r>
      <w:r>
        <w:t>matlab hai religious persecution, mazhabi jabr.</w:t>
      </w:r>
    </w:p>
    <w:p>
      <w:pPr>
        <w:jc w:val="right"/>
      </w:pPr>
      <w:r>
        <w:t>مطلب ہے ریلیجس پرسیکیوشن، مذہبی جبر۔</w:t>
      </w:r>
    </w:p>
    <w:p>
      <w:r>
        <w:rPr>
          <w:b/>
        </w:rPr>
        <w:t xml:space="preserve">[10:58] </w:t>
      </w:r>
      <w:r>
        <w:t>to Islam to yahan kaha gaya hai ke in se laro yahan tak ke fitna baqi na rahe.</w:t>
      </w:r>
    </w:p>
    <w:p>
      <w:pPr>
        <w:jc w:val="right"/>
      </w:pPr>
      <w:r>
        <w:t>تو اسلام تو یہاں کہا گیا ہے کہ ان سے لڑو یہاں تک کہ فتنہ باقی نہ رہے۔</w:t>
      </w:r>
    </w:p>
    <w:p>
      <w:r>
        <w:rPr>
          <w:b/>
        </w:rPr>
        <w:t xml:space="preserve">[11:07] </w:t>
      </w:r>
      <w:r>
        <w:t>yani religious persecution baqi na rahe.</w:t>
      </w:r>
    </w:p>
    <w:p>
      <w:pPr>
        <w:jc w:val="right"/>
      </w:pPr>
      <w:r>
        <w:t>یعنی ریلیجس پرسیکیوشن باقی نہ رہے۔</w:t>
      </w:r>
    </w:p>
    <w:p>
      <w:r>
        <w:rPr>
          <w:b/>
        </w:rPr>
        <w:t xml:space="preserve">[11:10] </w:t>
      </w:r>
      <w:r>
        <w:t>dekhiye, ek baat samajh lijiye</w:t>
      </w:r>
    </w:p>
    <w:p>
      <w:pPr>
        <w:jc w:val="right"/>
      </w:pPr>
      <w:r>
        <w:t>دیکھیے، ایک بات سمجھ لیجیے</w:t>
      </w:r>
    </w:p>
    <w:p>
      <w:r>
        <w:rPr>
          <w:b/>
        </w:rPr>
        <w:t xml:space="preserve">[11:13] </w:t>
      </w:r>
      <w:r>
        <w:t>ke religious persecution jo hai, woh Khuda ki scheme of things ke khilaf hai. woh Khuda ke creation</w:t>
      </w:r>
    </w:p>
    <w:p>
      <w:pPr>
        <w:jc w:val="right"/>
      </w:pPr>
      <w:r>
        <w:t>کہ ریلیجس پرسیکیوشن جو ہے، وہ خدا کی اسکیم آف تھنگز کے خلاف ہے۔ وہ خدا کے کریشن</w:t>
      </w:r>
    </w:p>
    <w:p>
      <w:r>
        <w:rPr>
          <w:b/>
        </w:rPr>
        <w:t xml:space="preserve">[11:23] </w:t>
      </w:r>
      <w:r>
        <w:t>plan ke khilaf hai. kyun?</w:t>
      </w:r>
    </w:p>
    <w:p>
      <w:pPr>
        <w:jc w:val="right"/>
      </w:pPr>
      <w:r>
        <w:t>پلان کے خلاف ہے۔ کیوں؟</w:t>
      </w:r>
    </w:p>
    <w:p>
      <w:r>
        <w:rPr>
          <w:b/>
        </w:rPr>
        <w:t xml:space="preserve">[11:28] </w:t>
      </w:r>
      <w:r>
        <w:t>Khuda ne duniya ko banaya hai</w:t>
      </w:r>
    </w:p>
    <w:p>
      <w:pPr>
        <w:jc w:val="right"/>
      </w:pPr>
      <w:r>
        <w:t>خدا نے دنیا کو بنایا ہے</w:t>
      </w:r>
    </w:p>
    <w:p>
      <w:r>
        <w:rPr>
          <w:b/>
        </w:rPr>
        <w:t xml:space="preserve">[11:33] </w:t>
      </w:r>
      <w:r>
        <w:t>test ke liye.</w:t>
      </w:r>
    </w:p>
    <w:p>
      <w:pPr>
        <w:jc w:val="right"/>
      </w:pPr>
      <w:r>
        <w:t>ٹیسٹ کے لیے۔</w:t>
      </w:r>
    </w:p>
    <w:p>
      <w:r>
        <w:rPr>
          <w:b/>
        </w:rPr>
        <w:t xml:space="preserve">[11:36] </w:t>
      </w:r>
      <w:r>
        <w:t>test kab hoga? jab different options honge.</w:t>
      </w:r>
    </w:p>
    <w:p>
      <w:pPr>
        <w:jc w:val="right"/>
      </w:pPr>
      <w:r>
        <w:t>ٹیسٹ کب ہوگا؟ جب ڈفرنٹ آپشنز ہوں گے۔</w:t>
      </w:r>
    </w:p>
    <w:p>
      <w:r>
        <w:rPr>
          <w:b/>
        </w:rPr>
        <w:t xml:space="preserve">[11:42] </w:t>
      </w:r>
      <w:r>
        <w:t>kayi option na hon to phir test kahan raha?</w:t>
      </w:r>
    </w:p>
    <w:p>
      <w:pPr>
        <w:jc w:val="right"/>
      </w:pPr>
      <w:r>
        <w:t>کئی آپشن نہ ہوں تو پھر ٹیسٹ کہاں رہا؟</w:t>
      </w:r>
    </w:p>
    <w:p>
      <w:r>
        <w:rPr>
          <w:b/>
        </w:rPr>
        <w:t xml:space="preserve">[11:47] </w:t>
      </w:r>
      <w:r>
        <w:t>to religious persecution jo hai,</w:t>
      </w:r>
    </w:p>
    <w:p>
      <w:pPr>
        <w:jc w:val="right"/>
      </w:pPr>
      <w:r>
        <w:t>تو ریلیجس پرسیکیوشن جو ہے،</w:t>
      </w:r>
    </w:p>
    <w:p>
      <w:r>
        <w:rPr>
          <w:b/>
        </w:rPr>
        <w:t xml:space="preserve">[11:50] </w:t>
      </w:r>
      <w:r>
        <w:t>options ko khatam kar deta hai. tum ko ek hi mazhab ko manna hai. doosre mazhab ko mano</w:t>
      </w:r>
    </w:p>
    <w:p>
      <w:pPr>
        <w:jc w:val="right"/>
      </w:pPr>
      <w:r>
        <w:t>آپشنز کو ختم کر دیتا ہے۔ تم کو ایک ہی مذہب کو ماننا ہے۔ دوسرے مذہب کو مانو</w:t>
      </w:r>
    </w:p>
    <w:p>
      <w:r>
        <w:rPr>
          <w:b/>
        </w:rPr>
        <w:t xml:space="preserve">[11:56] </w:t>
      </w:r>
      <w:r>
        <w:t>ge to tum ko marne kaatenge.</w:t>
      </w:r>
    </w:p>
    <w:p>
      <w:pPr>
        <w:jc w:val="right"/>
      </w:pPr>
      <w:r>
        <w:t>گے تو تم کو مارے کاٹیں گے۔</w:t>
      </w:r>
    </w:p>
    <w:p>
      <w:r>
        <w:rPr>
          <w:b/>
        </w:rPr>
        <w:t xml:space="preserve">[12:00] </w:t>
      </w:r>
      <w:r>
        <w:t>isi liye Quran mein kaha gaya hai ke la yakraha fid deen mazhab ke mamle mein koi zabardasti</w:t>
      </w:r>
    </w:p>
    <w:p>
      <w:pPr>
        <w:jc w:val="right"/>
      </w:pPr>
      <w:r>
        <w:t>اسی لیے قرآن میں کہا گیا ہے کہ لَا يَكْرَهَ فِي الدِّينِ مذہب کے معاملے میں کوئی زبردستی</w:t>
      </w:r>
    </w:p>
    <w:p>
      <w:r>
        <w:rPr>
          <w:b/>
        </w:rPr>
        <w:t xml:space="preserve">[12:06] </w:t>
      </w:r>
      <w:r>
        <w:t>nahi hai. jab options khule hue hon, tabhi to yeh jana ja sakta hai ke insaan ne apne</w:t>
      </w:r>
    </w:p>
    <w:p>
      <w:pPr>
        <w:jc w:val="right"/>
      </w:pPr>
      <w:r>
        <w:t>نہیں ہے۔ جب آپشنز کھلے ہوئے ہوں، تبھی تو یہ جانا جا سکتا ہے کہ انسان نے اپنے</w:t>
      </w:r>
    </w:p>
    <w:p>
      <w:r>
        <w:rPr>
          <w:b/>
        </w:rPr>
        <w:t xml:space="preserve">[12:14] </w:t>
      </w:r>
      <w:r>
        <w:t>choice se, apni azadi se,</w:t>
      </w:r>
    </w:p>
    <w:p>
      <w:pPr>
        <w:jc w:val="right"/>
      </w:pPr>
      <w:r>
        <w:t>چوائس سے، اپنی آزادی سے،</w:t>
      </w:r>
    </w:p>
    <w:p>
      <w:r>
        <w:rPr>
          <w:b/>
        </w:rPr>
        <w:t xml:space="preserve">[12:17] </w:t>
      </w:r>
      <w:r>
        <w:t>apni azad marzi se, us ne Khuda ke aage surrender kiya ya nahi kiya.</w:t>
      </w:r>
    </w:p>
    <w:p>
      <w:pPr>
        <w:jc w:val="right"/>
      </w:pPr>
      <w:r>
        <w:t>اپنی آزاد مرضی سے، اس نے خدا کے آگے سرنڈر کیا یا نہیں کیا۔</w:t>
      </w:r>
    </w:p>
    <w:p>
      <w:r>
        <w:rPr>
          <w:b/>
        </w:rPr>
        <w:t xml:space="preserve">[12:23] </w:t>
      </w:r>
      <w:r>
        <w:t>to yeh to Khuda ki scheme of things jo hai, is mein ain is mein shamil hai ke</w:t>
      </w:r>
    </w:p>
    <w:p>
      <w:pPr>
        <w:jc w:val="right"/>
      </w:pPr>
      <w:r>
        <w:t>تو یہ تو خدا کی اسکیم آف تھنگز جو ہے، اس میں عین اس میں شامل ہے کہ</w:t>
      </w:r>
    </w:p>
    <w:p>
      <w:r>
        <w:rPr>
          <w:b/>
        </w:rPr>
        <w:t xml:space="preserve">[12:31] </w:t>
      </w:r>
      <w:r>
        <w:t>logon ko mazhabi azadi ho.</w:t>
      </w:r>
    </w:p>
    <w:p>
      <w:pPr>
        <w:jc w:val="right"/>
      </w:pPr>
      <w:r>
        <w:t>لوگوں کو مذہبی آزادی ہو۔</w:t>
      </w:r>
    </w:p>
    <w:p>
      <w:r>
        <w:rPr>
          <w:b/>
        </w:rPr>
        <w:t xml:space="preserve">[12:34] </w:t>
      </w:r>
      <w:r>
        <w:t>logon ko options khule hue hon logon ke liye. to badshah logon ne yeh kiya tha ke options</w:t>
      </w:r>
    </w:p>
    <w:p>
      <w:pPr>
        <w:jc w:val="right"/>
      </w:pPr>
      <w:r>
        <w:t>لوگوں کو آپشنز کھلے ہوئے ہوں لوگوں کے لیے۔ تو بادشاہ لوگوں نے یہ کیا تھا کہ آپشنز</w:t>
      </w:r>
    </w:p>
    <w:p>
      <w:r>
        <w:rPr>
          <w:b/>
        </w:rPr>
        <w:t xml:space="preserve">[12:41] </w:t>
      </w:r>
      <w:r>
        <w:t>ko khatam kar diya tha.</w:t>
      </w:r>
    </w:p>
    <w:p>
      <w:pPr>
        <w:jc w:val="right"/>
      </w:pPr>
      <w:r>
        <w:t>کو ختم کر دیا تھا۔</w:t>
      </w:r>
    </w:p>
    <w:p>
      <w:r>
        <w:rPr>
          <w:b/>
        </w:rPr>
        <w:t xml:space="preserve">[12:44] </w:t>
      </w:r>
      <w:r>
        <w:t>saare logon par yeh,</w:t>
      </w:r>
    </w:p>
    <w:p>
      <w:pPr>
        <w:jc w:val="right"/>
      </w:pPr>
      <w:r>
        <w:t>سارے لوگوں پر یہ،</w:t>
      </w:r>
    </w:p>
    <w:p>
      <w:r>
        <w:rPr>
          <w:b/>
        </w:rPr>
        <w:t xml:space="preserve">[12:48] </w:t>
      </w:r>
      <w:r>
        <w:t>saare logon ko majboor karte the ke ek hi mazhab, koi nahi, badshah ka mazhab, yani state religion</w:t>
      </w:r>
    </w:p>
    <w:p>
      <w:pPr>
        <w:jc w:val="right"/>
      </w:pPr>
      <w:r>
        <w:t>سارے لوگوں کو مجبور کرتے تھے کہ ایک ہی مذہب، کوئی نہیں، بادشاہ کا مذہب، یعنی اسٹیٹ ریلیجن</w:t>
      </w:r>
    </w:p>
    <w:p>
      <w:r>
        <w:rPr>
          <w:b/>
        </w:rPr>
        <w:t xml:space="preserve">[12:53] </w:t>
      </w:r>
      <w:r>
        <w:t>jo hai, state religion ko maanay. kisi aur mazhab ke liye option hi nahi tha.</w:t>
      </w:r>
    </w:p>
    <w:p>
      <w:pPr>
        <w:jc w:val="right"/>
      </w:pPr>
      <w:r>
        <w:t>جو ہے، اسٹیٹ ریلیجن کو مانے۔ کسی اور مذہب کے لیے آپشن ہی نہیں تھا۔</w:t>
      </w:r>
    </w:p>
    <w:p>
      <w:r>
        <w:rPr>
          <w:b/>
        </w:rPr>
        <w:t xml:space="preserve">[13:02] </w:t>
      </w:r>
      <w:r>
        <w:t>yeh baat thi</w:t>
      </w:r>
    </w:p>
    <w:p>
      <w:pPr>
        <w:jc w:val="right"/>
      </w:pPr>
      <w:r>
        <w:t>یہ بات تھی</w:t>
      </w:r>
    </w:p>
    <w:p>
      <w:r>
        <w:rPr>
          <w:b/>
        </w:rPr>
        <w:t xml:space="preserve">[13:05] </w:t>
      </w:r>
      <w:r>
        <w:t>khuda ki scheme of things ke khilaaf.</w:t>
      </w:r>
    </w:p>
    <w:p>
      <w:pPr>
        <w:jc w:val="right"/>
      </w:pPr>
      <w:r>
        <w:t>خدا کی اسکیم آف تھنگز کے خلاف۔</w:t>
      </w:r>
    </w:p>
    <w:p>
      <w:r>
        <w:rPr>
          <w:b/>
        </w:rPr>
        <w:t xml:space="preserve">[13:11] </w:t>
      </w:r>
      <w:r>
        <w:t>jab bhi dunya mein yaad rakhiye, aisa hoga to khuda is ko chalne nahi de ga.</w:t>
      </w:r>
    </w:p>
    <w:p>
      <w:pPr>
        <w:jc w:val="right"/>
      </w:pPr>
      <w:r>
        <w:t>جب بھی دنیا میں یاد رکھیے، ایسا ہوگا تو خدا اس کو چلنے نہیں دے گا۔</w:t>
      </w:r>
    </w:p>
    <w:p>
      <w:r>
        <w:rPr>
          <w:b/>
        </w:rPr>
        <w:t xml:space="preserve">[13:20] </w:t>
      </w:r>
      <w:r>
        <w:t>maujooda zamane mein hum dekha hai ke hum ne ke ek baray raqbay mein communism</w:t>
      </w:r>
    </w:p>
    <w:p>
      <w:pPr>
        <w:jc w:val="right"/>
      </w:pPr>
      <w:r>
        <w:t>موجودہ زمانے میں ہم دیکھا ہے کہ ہم نے کہ ایک بڑے رقبے میں کمیونزم</w:t>
      </w:r>
    </w:p>
    <w:p>
      <w:r>
        <w:rPr>
          <w:b/>
        </w:rPr>
        <w:t xml:space="preserve">[13:26] </w:t>
      </w:r>
      <w:r>
        <w:t>ka role qaim hua. communist empire,</w:t>
      </w:r>
    </w:p>
    <w:p>
      <w:pPr>
        <w:jc w:val="right"/>
      </w:pPr>
      <w:r>
        <w:t>کا رول قائم ہوا۔ کمیونسٹ ایمپائر،</w:t>
      </w:r>
    </w:p>
    <w:p>
      <w:r>
        <w:rPr>
          <w:b/>
        </w:rPr>
        <w:t xml:space="preserve">[13:33] </w:t>
      </w:r>
      <w:r>
        <w:t>jis ko kehte thay Soviet Union,</w:t>
      </w:r>
    </w:p>
    <w:p>
      <w:pPr>
        <w:jc w:val="right"/>
      </w:pPr>
      <w:r>
        <w:t>جس کو کہتے تھے سوویت یونین،</w:t>
      </w:r>
    </w:p>
    <w:p>
      <w:r>
        <w:rPr>
          <w:b/>
        </w:rPr>
        <w:t xml:space="preserve">[13:37] </w:t>
      </w:r>
      <w:r>
        <w:t>wahan par unhon ne kiya kiya tha? mazhab ke option ko khatam kar diya tha.</w:t>
      </w:r>
    </w:p>
    <w:p>
      <w:pPr>
        <w:jc w:val="right"/>
      </w:pPr>
      <w:r>
        <w:t>وہاں پر انہوں نے کیا کیا تھا؟ مذہب کے آپشن کو ختم کر دیا تھا۔</w:t>
      </w:r>
    </w:p>
    <w:p>
      <w:r>
        <w:rPr>
          <w:b/>
        </w:rPr>
        <w:t xml:space="preserve">[13:44] </w:t>
      </w:r>
      <w:r>
        <w:t>mazhab ke option ko khatam kar diya tha.</w:t>
      </w:r>
    </w:p>
    <w:p>
      <w:pPr>
        <w:jc w:val="right"/>
      </w:pPr>
      <w:r>
        <w:t>مذہب کے آپشن کو ختم کر دیا تھا۔</w:t>
      </w:r>
    </w:p>
    <w:p>
      <w:r>
        <w:rPr>
          <w:b/>
        </w:rPr>
        <w:t xml:space="preserve">[13:47] </w:t>
      </w:r>
      <w:r>
        <w:t>mazhab par aap kitaab nahi likh sakte, mazhab par aap discussion nahi kar sakte,</w:t>
      </w:r>
    </w:p>
    <w:p>
      <w:pPr>
        <w:jc w:val="right"/>
      </w:pPr>
      <w:r>
        <w:t>مذہب پر آپ کتاب نہیں لکھ سکتے، مذہب پر آپ ڈسکشن نہیں کر سکتے،</w:t>
      </w:r>
    </w:p>
    <w:p>
      <w:r>
        <w:rPr>
          <w:b/>
        </w:rPr>
        <w:t xml:space="preserve">[13:52] </w:t>
      </w:r>
      <w:r>
        <w:t>mazhab par aap bol nahi sakte,</w:t>
      </w:r>
    </w:p>
    <w:p>
      <w:pPr>
        <w:jc w:val="right"/>
      </w:pPr>
      <w:r>
        <w:t>مذہب پر آپ بول نہیں سکتے،</w:t>
      </w:r>
    </w:p>
    <w:p>
      <w:r>
        <w:rPr>
          <w:b/>
        </w:rPr>
        <w:t xml:space="preserve">[13:56] </w:t>
      </w:r>
      <w:r>
        <w:t>mazhab par aap seminar nahi kar sakte.</w:t>
      </w:r>
    </w:p>
    <w:p>
      <w:pPr>
        <w:jc w:val="right"/>
      </w:pPr>
      <w:r>
        <w:t>مذہب پر آپ سیمینار نہیں کر سکتے۔</w:t>
      </w:r>
    </w:p>
    <w:p>
      <w:r>
        <w:rPr>
          <w:b/>
        </w:rPr>
        <w:t xml:space="preserve">[13:59] </w:t>
      </w:r>
      <w:r>
        <w:t>to mazhab ka option khatam kar diya tha unhon ne.</w:t>
      </w:r>
    </w:p>
    <w:p>
      <w:pPr>
        <w:jc w:val="right"/>
      </w:pPr>
      <w:r>
        <w:t>تو مذہب کا آپشن ختم کر دیا تھا انہوں نے۔</w:t>
      </w:r>
    </w:p>
    <w:p>
      <w:r>
        <w:rPr>
          <w:b/>
        </w:rPr>
        <w:t xml:space="preserve">[14:05] </w:t>
      </w:r>
      <w:r>
        <w:t>yeh khuda ki scheme ke khilaaf tha, khuda ke creation plan ke khilaaf tha. chunancha aap jante hain</w:t>
      </w:r>
    </w:p>
    <w:p>
      <w:pPr>
        <w:jc w:val="right"/>
      </w:pPr>
      <w:r>
        <w:t>یہ خدا کی اسکیم کے خلاف تھا، خدا کے کریشن پلان کے خلاف تھا۔ چنانچہ آپ جانتے ہیں</w:t>
      </w:r>
    </w:p>
    <w:p>
      <w:r>
        <w:rPr>
          <w:b/>
        </w:rPr>
        <w:t xml:space="preserve">[14:12] </w:t>
      </w:r>
      <w:r>
        <w:t>ke itna bara Soviet Union, jo ek zamane mein</w:t>
      </w:r>
    </w:p>
    <w:p>
      <w:pPr>
        <w:jc w:val="right"/>
      </w:pPr>
      <w:r>
        <w:t>کہ اتنا بڑا سوویت یونین، جو ایک زمانے میں</w:t>
      </w:r>
    </w:p>
    <w:p>
      <w:r>
        <w:rPr>
          <w:b/>
        </w:rPr>
        <w:t xml:space="preserve">[14:18] </w:t>
      </w:r>
      <w:r>
        <w:t>superpower maana jata tha, superpower,</w:t>
      </w:r>
    </w:p>
    <w:p>
      <w:pPr>
        <w:jc w:val="right"/>
      </w:pPr>
      <w:r>
        <w:t>سپر پاور مانا جاتا تھا، سپر پاور،</w:t>
      </w:r>
    </w:p>
    <w:p>
      <w:r>
        <w:rPr>
          <w:b/>
        </w:rPr>
        <w:t xml:space="preserve">[14:22] </w:t>
      </w:r>
      <w:r>
        <w:t>wo taash ke patay ki tarah dhal gaya,</w:t>
      </w:r>
    </w:p>
    <w:p>
      <w:pPr>
        <w:jc w:val="right"/>
      </w:pPr>
      <w:r>
        <w:t>وہ تاش کے پتے کی طرح ڈھل گیا،</w:t>
      </w:r>
    </w:p>
    <w:p>
      <w:r>
        <w:rPr>
          <w:b/>
        </w:rPr>
        <w:t xml:space="preserve">[14:27] </w:t>
      </w:r>
      <w:r>
        <w:t>achanak khatam ho gaya. kyunke wo khuda ki scheme ke khilaaf tha. is ko khuda ka sanction nahi</w:t>
      </w:r>
    </w:p>
    <w:p>
      <w:pPr>
        <w:jc w:val="right"/>
      </w:pPr>
      <w:r>
        <w:t>اچانک ختم ہو گیا۔ کیونکہ وہ خدا کی اسکیم کے خلاف تھا۔ اس کو خدا کا سینکشن نہیں</w:t>
      </w:r>
    </w:p>
    <w:p>
      <w:r>
        <w:rPr>
          <w:b/>
        </w:rPr>
        <w:t xml:space="preserve">[14:34] </w:t>
      </w:r>
      <w:r>
        <w:t>haasil nahi tha.</w:t>
      </w:r>
    </w:p>
    <w:p>
      <w:pPr>
        <w:jc w:val="right"/>
      </w:pPr>
      <w:r>
        <w:t>حاصل نہیں تھا۔</w:t>
      </w:r>
    </w:p>
    <w:p>
      <w:r>
        <w:rPr>
          <w:b/>
        </w:rPr>
        <w:t xml:space="preserve">[14:36] </w:t>
      </w:r>
      <w:r>
        <w:t>is se pehle king log jo thay, kingship jo hua karti thi, is ne bhi mazhab ke</w:t>
      </w:r>
    </w:p>
    <w:p>
      <w:pPr>
        <w:jc w:val="right"/>
      </w:pPr>
      <w:r>
        <w:t>اس سے پہلے کنگ لوگ جو تھے، کنگ شپ جو ہوا کرتی تھی، اس نے بھی مذہب کے</w:t>
      </w:r>
    </w:p>
    <w:p>
      <w:r>
        <w:rPr>
          <w:b/>
        </w:rPr>
        <w:t xml:space="preserve">[14:41] </w:t>
      </w:r>
      <w:r>
        <w:t>option ko khatam kar diya tha.</w:t>
      </w:r>
    </w:p>
    <w:p>
      <w:pPr>
        <w:jc w:val="right"/>
      </w:pPr>
      <w:r>
        <w:t>آپشن کو ختم کر دیا تھا۔</w:t>
      </w:r>
    </w:p>
    <w:p>
      <w:r>
        <w:rPr>
          <w:b/>
        </w:rPr>
        <w:t xml:space="preserve">[14:44] </w:t>
      </w:r>
      <w:r>
        <w:t>jise communist empire mein khatam kiya gaya. to communist empire ko bhi khuda ne khatam kar diya. aise</w:t>
      </w:r>
    </w:p>
    <w:p>
      <w:pPr>
        <w:jc w:val="right"/>
      </w:pPr>
      <w:r>
        <w:t>جسے کمیونسٹ ایمپائر میں ختم کیا گیا۔ تو کمیونسٹ ایمپائر کو بھی خدا نے ختم کر دیا۔ ایسے</w:t>
      </w:r>
    </w:p>
    <w:p>
      <w:r>
        <w:rPr>
          <w:b/>
        </w:rPr>
        <w:t xml:space="preserve">[14:50] </w:t>
      </w:r>
      <w:r>
        <w:t>hi kingship ko bhi khuda ne khatam kar diya. taake azaadi baqi rahe. وَيَكُونُ الدِّينُ كُلُّهُ لِلَّهِ</w:t>
      </w:r>
    </w:p>
    <w:p>
      <w:pPr>
        <w:jc w:val="right"/>
      </w:pPr>
      <w:r>
        <w:t>ہی کنگ شپ کو بھی خدا نے ختم کر دیا۔ تاکہ آزادی باقی رہے۔ وَيَكُونُ الدِّينُ كُلُّهُ لِلَّهِ</w:t>
      </w:r>
    </w:p>
    <w:p>
      <w:r>
        <w:rPr>
          <w:b/>
        </w:rPr>
        <w:t xml:space="preserve">[14:57] </w:t>
      </w:r>
      <w:r>
        <w:t>azaadi rahe logon ko ke wo chahe is is mazhab ko maane, is mazhab ko maane, yahan tak</w:t>
      </w:r>
    </w:p>
    <w:p>
      <w:pPr>
        <w:jc w:val="right"/>
      </w:pPr>
      <w:r>
        <w:t>آزادی رہے لوگوں کو کہ وہ چاہے اس اس مذہب کو مانے، اس مذہب کو مانے، یہاں تک</w:t>
      </w:r>
    </w:p>
    <w:p>
      <w:r>
        <w:rPr>
          <w:b/>
        </w:rPr>
        <w:t xml:space="preserve">[15:04] </w:t>
      </w:r>
      <w:r>
        <w:t>ke inkaar ki bhi azaadi ho.</w:t>
      </w:r>
    </w:p>
    <w:p>
      <w:pPr>
        <w:jc w:val="right"/>
      </w:pPr>
      <w:r>
        <w:t>کہ انکار کی بھی آزادی ہو۔</w:t>
      </w:r>
    </w:p>
    <w:p>
      <w:r>
        <w:rPr>
          <w:b/>
        </w:rPr>
        <w:t xml:space="preserve">[15:07] </w:t>
      </w:r>
      <w:r>
        <w:t>yani iqrar ki azadi, inkar ki azadi,</w:t>
      </w:r>
    </w:p>
    <w:p>
      <w:pPr>
        <w:jc w:val="right"/>
      </w:pPr>
      <w:r>
        <w:t>یعنی اقرار کی آزادی، انکار کی آزادی،</w:t>
      </w:r>
    </w:p>
    <w:p>
      <w:r>
        <w:rPr>
          <w:b/>
        </w:rPr>
        <w:t xml:space="preserve">[15:10] </w:t>
      </w:r>
      <w:r>
        <w:t>mannay ki azadi, na mannay ki azadi,</w:t>
      </w:r>
    </w:p>
    <w:p>
      <w:pPr>
        <w:jc w:val="right"/>
      </w:pPr>
      <w:r>
        <w:t>ماننے کی آزادی، نہ ماننے کی آزادی،</w:t>
      </w:r>
    </w:p>
    <w:p>
      <w:r>
        <w:rPr>
          <w:b/>
        </w:rPr>
        <w:t xml:space="preserve">[15:13] </w:t>
      </w:r>
      <w:r>
        <w:t>donon ke donon baqi rahe.</w:t>
      </w:r>
    </w:p>
    <w:p>
      <w:pPr>
        <w:jc w:val="right"/>
      </w:pPr>
      <w:r>
        <w:t>دونوں کے دونوں باقی رہے۔</w:t>
      </w:r>
    </w:p>
    <w:p>
      <w:r>
        <w:rPr>
          <w:b/>
        </w:rPr>
        <w:t xml:space="preserve">[15:18] </w:t>
      </w:r>
      <w:r>
        <w:t>to yeh Khuda ki scheme ka muamla hai.</w:t>
      </w:r>
    </w:p>
    <w:p>
      <w:pPr>
        <w:jc w:val="right"/>
      </w:pPr>
      <w:r>
        <w:t>تو یہ خدا کی اسکیم کا معاملہ ہے۔</w:t>
      </w:r>
    </w:p>
    <w:p>
      <w:r>
        <w:rPr>
          <w:b/>
        </w:rPr>
        <w:t xml:space="preserve">[15:21] </w:t>
      </w:r>
      <w:r>
        <w:t>yeh koi Muslim rule qaim karne ka muamla nahi hai.</w:t>
      </w:r>
    </w:p>
    <w:p>
      <w:pPr>
        <w:jc w:val="right"/>
      </w:pPr>
      <w:r>
        <w:t>یہ کوئی مسلم رول قائم کرنے کا معاملہ نہیں ہے۔</w:t>
      </w:r>
    </w:p>
    <w:p>
      <w:r>
        <w:rPr>
          <w:b/>
        </w:rPr>
        <w:t xml:space="preserve">[15:25] </w:t>
      </w:r>
      <w:r>
        <w:t>yeh jo farmaya ke qātilūhum ḥattā lā takūna fitnatun wa yakūna ad-dīnu kulluhu lillāh is ka matlab yeh nahi</w:t>
      </w:r>
    </w:p>
    <w:p>
      <w:pPr>
        <w:jc w:val="right"/>
      </w:pPr>
      <w:r>
        <w:t>یہ جو فرمایا کہ قَاتِلُوهُمْ حَتَّىٰ لَا تَكُونَ فِتْنَةٌ وَيَكُونَ الدِّينُ كُلُّهُ لِلَّهِ اس کا مطلب یہ نہیں</w:t>
      </w:r>
    </w:p>
    <w:p>
      <w:r>
        <w:rPr>
          <w:b/>
        </w:rPr>
        <w:t xml:space="preserve">[15:30] </w:t>
      </w:r>
      <w:r>
        <w:t>ke Muslim rule qaim karo. Is ka Muslim rule se koi talluq nahi hai.</w:t>
      </w:r>
    </w:p>
    <w:p>
      <w:pPr>
        <w:jc w:val="right"/>
      </w:pPr>
      <w:r>
        <w:t>کہ مسلم رول قائم کرو۔ اس کا مسلم رول سے کوئی تعلق نہیں ہے۔</w:t>
      </w:r>
    </w:p>
    <w:p>
      <w:r>
        <w:rPr>
          <w:b/>
        </w:rPr>
        <w:t xml:space="preserve">[15:36] </w:t>
      </w:r>
      <w:r>
        <w:t>khilafat se koi talluq nahi hai.</w:t>
      </w:r>
    </w:p>
    <w:p>
      <w:pPr>
        <w:jc w:val="right"/>
      </w:pPr>
      <w:r>
        <w:t>خلافت سے کوئی تعلق نہیں ہے۔</w:t>
      </w:r>
    </w:p>
    <w:p>
      <w:r>
        <w:rPr>
          <w:b/>
        </w:rPr>
        <w:t xml:space="preserve">[15:39] </w:t>
      </w:r>
      <w:r>
        <w:t>Muslim khilafat, Muslim rule, Muslim saltanat, Muslim empire, is se is ayat ka koi talluq nahi hai.</w:t>
      </w:r>
    </w:p>
    <w:p>
      <w:pPr>
        <w:jc w:val="right"/>
      </w:pPr>
      <w:r>
        <w:t>مسلم خلافت، مسلم رول، مسلم سلطنت، مسلم ایمپائر، اس سے اس آیت کا کوئی تعلق نہیں ہے۔</w:t>
      </w:r>
    </w:p>
    <w:p>
      <w:r>
        <w:rPr>
          <w:b/>
        </w:rPr>
        <w:t xml:space="preserve">[15:49] </w:t>
      </w:r>
      <w:r>
        <w:t>yeh ayat jo hai, Khuda ki, Khuda ke is is ayat ka talluq Khuda ke creation plan se</w:t>
      </w:r>
    </w:p>
    <w:p>
      <w:pPr>
        <w:jc w:val="right"/>
      </w:pPr>
      <w:r>
        <w:t>یہ آیت جو ہے، خدا کی، خدا کے اس اس آیت کا تعلق خدا کے کریشن پلان سے</w:t>
      </w:r>
    </w:p>
    <w:p>
      <w:r>
        <w:rPr>
          <w:b/>
        </w:rPr>
        <w:t xml:space="preserve">[15:57] </w:t>
      </w:r>
      <w:r>
        <w:t>hai. Is ayat ka talluq Khuda ke creation plan se hai. Jab bhi insan aisa karega</w:t>
      </w:r>
    </w:p>
    <w:p>
      <w:pPr>
        <w:jc w:val="right"/>
      </w:pPr>
      <w:r>
        <w:t>ہے۔ اس آیت کا تعلق خدا کے کریشن پلان سے ہے۔ جب بھی انسان ایسا کرے گا</w:t>
      </w:r>
    </w:p>
    <w:p>
      <w:r>
        <w:rPr>
          <w:b/>
        </w:rPr>
        <w:t xml:space="preserve">[16:08] </w:t>
      </w:r>
      <w:r>
        <w:t>ke dunya mein jabr layega</w:t>
      </w:r>
    </w:p>
    <w:p>
      <w:pPr>
        <w:jc w:val="right"/>
      </w:pPr>
      <w:r>
        <w:t>کہ دنیا میں جبر لائے گا</w:t>
      </w:r>
    </w:p>
    <w:p>
      <w:r>
        <w:rPr>
          <w:b/>
        </w:rPr>
        <w:t xml:space="preserve">[16:12] </w:t>
      </w:r>
      <w:r>
        <w:t>aur options khatm kar dega,</w:t>
      </w:r>
    </w:p>
    <w:p>
      <w:pPr>
        <w:jc w:val="right"/>
      </w:pPr>
      <w:r>
        <w:t>اور آپشنز ختم کر دے گا،</w:t>
      </w:r>
    </w:p>
    <w:p>
      <w:r>
        <w:rPr>
          <w:b/>
        </w:rPr>
        <w:t xml:space="preserve">[16:15] </w:t>
      </w:r>
      <w:r>
        <w:t>to Khuda is ko tod dega.</w:t>
      </w:r>
    </w:p>
    <w:p>
      <w:pPr>
        <w:jc w:val="right"/>
      </w:pPr>
      <w:r>
        <w:t>تو خدا اس کو توڑ دے گا۔</w:t>
      </w:r>
    </w:p>
    <w:p>
      <w:r>
        <w:rPr>
          <w:b/>
        </w:rPr>
        <w:t xml:space="preserve">[16:19] </w:t>
      </w:r>
      <w:r>
        <w:t>Khuda is ko tod dega. Kyun ke phir yeh dunya</w:t>
      </w:r>
    </w:p>
    <w:p>
      <w:pPr>
        <w:jc w:val="right"/>
      </w:pPr>
      <w:r>
        <w:t>خدا اس کو توڑ دے گا۔ کیونکہ پھر یہ دنیا</w:t>
      </w:r>
    </w:p>
    <w:p>
      <w:r>
        <w:rPr>
          <w:b/>
        </w:rPr>
        <w:t xml:space="preserve">[16:24] </w:t>
      </w:r>
      <w:r>
        <w:t>ko Khuda ka ne banaya jo hai, dunya jis maslehat ke tehat, wahi khatm ho jati hai.</w:t>
      </w:r>
    </w:p>
    <w:p>
      <w:pPr>
        <w:jc w:val="right"/>
      </w:pPr>
      <w:r>
        <w:t>کو خدا کا نے بنایا جو ہے، دنیا جس مصلحت کے تحت، وہی ختم ہو جاتی ہے۔</w:t>
      </w:r>
    </w:p>
    <w:p>
      <w:r>
        <w:rPr>
          <w:b/>
        </w:rPr>
        <w:t xml:space="preserve">[16:32] </w:t>
      </w:r>
      <w:r>
        <w:t>yeh dunya banai gayi hai is liye ta ke insan ka test liya jaye.</w:t>
      </w:r>
    </w:p>
    <w:p>
      <w:pPr>
        <w:jc w:val="right"/>
      </w:pPr>
      <w:r>
        <w:t>یہ دنیا بنائی گئی ہے اس لیے تاکہ انسان کا ٹیسٹ لیا جائے۔</w:t>
      </w:r>
    </w:p>
    <w:p>
      <w:r>
        <w:rPr>
          <w:b/>
        </w:rPr>
        <w:t xml:space="preserve">[16:39] </w:t>
      </w:r>
      <w:r>
        <w:t>jis ko ibtila kaha gaya hai Quran majeed mein. Ibtila</w:t>
      </w:r>
    </w:p>
    <w:p>
      <w:pPr>
        <w:jc w:val="right"/>
      </w:pPr>
      <w:r>
        <w:t>جس کو ابتلا کہا گیا ہے قرآن مجید میں۔ ابتلا</w:t>
      </w:r>
    </w:p>
    <w:p>
      <w:r>
        <w:rPr>
          <w:b/>
        </w:rPr>
        <w:t xml:space="preserve">[16:44] </w:t>
      </w:r>
      <w:r>
        <w:t>yani insan ko azma kar yeh dekhna</w:t>
      </w:r>
    </w:p>
    <w:p>
      <w:pPr>
        <w:jc w:val="right"/>
      </w:pPr>
      <w:r>
        <w:t>یعنی انسان کو آزما کر یہ دیکھنا</w:t>
      </w:r>
    </w:p>
    <w:p>
      <w:r>
        <w:rPr>
          <w:b/>
        </w:rPr>
        <w:t xml:space="preserve">[16:48] </w:t>
      </w:r>
      <w:r>
        <w:t>ke kaun apni azadi ko</w:t>
      </w:r>
    </w:p>
    <w:p>
      <w:pPr>
        <w:jc w:val="right"/>
      </w:pPr>
      <w:r>
        <w:t>کہ کون اپنی آزادی کو</w:t>
      </w:r>
    </w:p>
    <w:p>
      <w:r>
        <w:rPr>
          <w:b/>
        </w:rPr>
        <w:t xml:space="preserve">[16:55] </w:t>
      </w:r>
      <w:r>
        <w:t>misuse karta hai aur kaun apni azadi ko theek theek istemal karta hai.</w:t>
      </w:r>
    </w:p>
    <w:p>
      <w:pPr>
        <w:jc w:val="right"/>
      </w:pPr>
      <w:r>
        <w:t>مس یوز کرتا ہے اور کون اپنی آزادی کو ٹھیک ٹھیک استعمال کرتا ہے۔</w:t>
      </w:r>
    </w:p>
    <w:p>
      <w:r>
        <w:rPr>
          <w:b/>
        </w:rPr>
        <w:t xml:space="preserve">[17:02] </w:t>
      </w:r>
      <w:r>
        <w:t>khalaqa al-mawta wal-ḥayāta li yablūkum ayyukum aḥsanu ʿamalan</w:t>
      </w:r>
    </w:p>
    <w:p>
      <w:pPr>
        <w:jc w:val="right"/>
      </w:pPr>
      <w:r>
        <w:t>خَلَقَ الْمَوْتَ وَالْحَيَاةُ لِيَبْلُوْكُمْ أَيُّكُمْ أَحْسَنُ عَمَلًا</w:t>
      </w:r>
    </w:p>
    <w:p>
      <w:r>
        <w:rPr>
          <w:b/>
        </w:rPr>
        <w:t xml:space="preserve">[17:09] </w:t>
      </w:r>
      <w:r>
        <w:t>to jab options khule hue hon, tabhi to azmaya jayega.</w:t>
      </w:r>
    </w:p>
    <w:p>
      <w:pPr>
        <w:jc w:val="right"/>
      </w:pPr>
      <w:r>
        <w:t>تو جب آپشنز کھلے ہوئے ہوں، تبھی تو آزمایا جائے گا۔</w:t>
      </w:r>
    </w:p>
    <w:p>
      <w:r>
        <w:rPr>
          <w:b/>
        </w:rPr>
        <w:t xml:space="preserve">[17:15] </w:t>
      </w:r>
      <w:r>
        <w:t>to mazhabi jabr ya religious persecution</w:t>
      </w:r>
    </w:p>
    <w:p>
      <w:pPr>
        <w:jc w:val="right"/>
      </w:pPr>
      <w:r>
        <w:t>تو مذہبی جبر یا ریلیجس پرسیکیوشن</w:t>
      </w:r>
    </w:p>
    <w:p>
      <w:r>
        <w:rPr>
          <w:b/>
        </w:rPr>
        <w:t xml:space="preserve">[17:19] </w:t>
      </w:r>
      <w:r>
        <w:t>yeh options ko khatm kar deta hai.</w:t>
      </w:r>
    </w:p>
    <w:p>
      <w:pPr>
        <w:jc w:val="right"/>
      </w:pPr>
      <w:r>
        <w:t>یہ آپشنز کو ختم کر دیتا ہے۔</w:t>
      </w:r>
    </w:p>
    <w:p>
      <w:r>
        <w:rPr>
          <w:b/>
        </w:rPr>
        <w:t xml:space="preserve">[17:23] </w:t>
      </w:r>
      <w:r>
        <w:t>to khuda ne kaha ke yeh is is nizaam ko khatm kar do jis ne options ko khatm</w:t>
      </w:r>
    </w:p>
    <w:p>
      <w:pPr>
        <w:jc w:val="right"/>
      </w:pPr>
      <w:r>
        <w:t>تو خدا نے کہا کہ یہ اس اس نظام کو ختم کر دو جس نے آپشنز کو ختم</w:t>
      </w:r>
    </w:p>
    <w:p>
      <w:r>
        <w:rPr>
          <w:b/>
        </w:rPr>
        <w:t xml:space="preserve">[17:31] </w:t>
      </w:r>
      <w:r>
        <w:t>kar rakha hai.</w:t>
      </w:r>
    </w:p>
    <w:p>
      <w:pPr>
        <w:jc w:val="right"/>
      </w:pPr>
      <w:r>
        <w:t>کر رکھا ہے۔</w:t>
      </w:r>
    </w:p>
    <w:p>
      <w:r>
        <w:rPr>
          <w:b/>
        </w:rPr>
        <w:t xml:space="preserve">[17:33] </w:t>
      </w:r>
      <w:r>
        <w:t>taake khuda ki jo</w:t>
      </w:r>
    </w:p>
    <w:p>
      <w:pPr>
        <w:jc w:val="right"/>
      </w:pPr>
      <w:r>
        <w:t>تاکہ خدا کی جو</w:t>
      </w:r>
    </w:p>
    <w:p>
      <w:r>
        <w:rPr>
          <w:b/>
        </w:rPr>
        <w:t xml:space="preserve">[17:36] </w:t>
      </w:r>
      <w:r>
        <w:t>khuda ke creation plan ke mutabiq jaisi honi chahiye zameen, wahi zameen ho jaye.</w:t>
      </w:r>
    </w:p>
    <w:p>
      <w:pPr>
        <w:jc w:val="right"/>
      </w:pPr>
      <w:r>
        <w:t>خدا کے کریشن پلان کے مطابق جیسی ہونی چاہیے زمین، وہی زمین ہو جائے۔</w:t>
      </w:r>
    </w:p>
    <w:p>
      <w:r>
        <w:rPr>
          <w:b/>
        </w:rPr>
        <w:t xml:space="preserve">[17:43] </w:t>
      </w:r>
      <w:r>
        <w:t>logon ko khuli azaadi ho ke chahe maane ya na maane. Wa man shaa'</w:t>
      </w:r>
    </w:p>
    <w:p>
      <w:pPr>
        <w:jc w:val="right"/>
      </w:pPr>
      <w:r>
        <w:t>لوگ کھلی آزادی ہو کہ چاہے مانے یا نہ مانے۔ وَمَن شَاء</w:t>
      </w:r>
    </w:p>
    <w:p>
      <w:r>
        <w:rPr>
          <w:b/>
        </w:rPr>
        <w:t xml:space="preserve">[17:50] </w:t>
      </w:r>
      <w:r>
        <w:t>fal yu'min wa man shaa' fal yakfur</w:t>
      </w:r>
    </w:p>
    <w:p>
      <w:pPr>
        <w:jc w:val="right"/>
      </w:pPr>
      <w:r>
        <w:t>فَلْيُؤْمِنْ وَمَن شَاء فَلْيَكْفُرْ</w:t>
      </w:r>
    </w:p>
    <w:p>
      <w:r>
        <w:rPr>
          <w:b/>
        </w:rPr>
        <w:t xml:space="preserve">[17:53] </w:t>
      </w:r>
      <w:r>
        <w:t>jo chahe maane, jo chahe na maane. Kyunke isi record par, dekhiye, isi record par aakhirat mein faisla</w:t>
      </w:r>
    </w:p>
    <w:p>
      <w:pPr>
        <w:jc w:val="right"/>
      </w:pPr>
      <w:r>
        <w:t>جو چاہے مانے، جو چاہے نہ مانے۔ کیونکہ اسی ریکارڈ پر، دیکھیے، اسی ریکارڈ پر آخرت میں فیصلہ</w:t>
      </w:r>
    </w:p>
    <w:p>
      <w:r>
        <w:rPr>
          <w:b/>
        </w:rPr>
        <w:t xml:space="preserve">[18:02] </w:t>
      </w:r>
      <w:r>
        <w:t>hone wala hai.</w:t>
      </w:r>
    </w:p>
    <w:p>
      <w:pPr>
        <w:jc w:val="right"/>
      </w:pPr>
      <w:r>
        <w:t>ہونے والا ہے۔</w:t>
      </w:r>
    </w:p>
    <w:p>
      <w:r>
        <w:rPr>
          <w:b/>
        </w:rPr>
        <w:t xml:space="preserve">[18:04] </w:t>
      </w:r>
      <w:r>
        <w:t>to jab azaadi nahi to record kis baat ka banega?</w:t>
      </w:r>
    </w:p>
    <w:p>
      <w:pPr>
        <w:jc w:val="right"/>
      </w:pPr>
      <w:r>
        <w:t>تو جب آزادی نہیں تو ریکارڈ کس بات کا بنے گا؟</w:t>
      </w:r>
    </w:p>
    <w:p>
      <w:r>
        <w:rPr>
          <w:b/>
        </w:rPr>
        <w:t xml:space="preserve">[18:10] </w:t>
      </w:r>
      <w:r>
        <w:t>to yeh jo farmaya ayat number 193</w:t>
      </w:r>
    </w:p>
    <w:p>
      <w:pPr>
        <w:jc w:val="right"/>
      </w:pPr>
      <w:r>
        <w:t>تو یہ جو فرمایا آیت نمبر 193</w:t>
      </w:r>
    </w:p>
    <w:p>
      <w:r>
        <w:rPr>
          <w:b/>
        </w:rPr>
        <w:t xml:space="preserve">[18:15] </w:t>
      </w:r>
      <w:r>
        <w:t>mein, surah baqarah ki 193 ayat,</w:t>
      </w:r>
    </w:p>
    <w:p>
      <w:pPr>
        <w:jc w:val="right"/>
      </w:pPr>
      <w:r>
        <w:t>میں، سورہ بقرہ کی 193 آیت،</w:t>
      </w:r>
    </w:p>
    <w:p>
      <w:r>
        <w:rPr>
          <w:b/>
        </w:rPr>
        <w:t xml:space="preserve">[18:24] </w:t>
      </w:r>
      <w:r>
        <w:t>wa qaatiloohum hatta laa takuuna fitnatun wa yakunad deenu kulluhu lillaah</w:t>
      </w:r>
    </w:p>
    <w:p>
      <w:pPr>
        <w:jc w:val="right"/>
      </w:pPr>
      <w:r>
        <w:t>وَقَاتِلُوهُمْ حَتَّىٰ لَا تَكُونَ فِتْنَةٌ وَيَكُونَ الدِّينُ كُلُّهُ لِلَّهِ</w:t>
      </w:r>
    </w:p>
    <w:p>
      <w:r>
        <w:rPr>
          <w:b/>
        </w:rPr>
        <w:t xml:space="preserve">[18:32] </w:t>
      </w:r>
      <w:r>
        <w:t>iska matlab yeh har giz nahi hai ke musalman rule qaim karo, musalman empire qaim karo,</w:t>
      </w:r>
    </w:p>
    <w:p>
      <w:pPr>
        <w:jc w:val="right"/>
      </w:pPr>
      <w:r>
        <w:t>اس کا مطلب یہ ہرگز نہیں ہے کہ مسلم رول قائم کرو، مسلم ایمپائر قائم کرو،</w:t>
      </w:r>
    </w:p>
    <w:p>
      <w:r>
        <w:rPr>
          <w:b/>
        </w:rPr>
        <w:t xml:space="preserve">[18:38] </w:t>
      </w:r>
      <w:r>
        <w:t>musalman hukoomat qaim karo. Is se iska koi ta'alluq nahi hai.</w:t>
      </w:r>
    </w:p>
    <w:p>
      <w:pPr>
        <w:jc w:val="right"/>
      </w:pPr>
      <w:r>
        <w:t>مسلم حکومت قائم کرو۔ اس سے اس کا کوئی تعلق نہیں ہے۔</w:t>
      </w:r>
    </w:p>
    <w:p>
      <w:r>
        <w:rPr>
          <w:b/>
        </w:rPr>
        <w:t xml:space="preserve">[18:43] </w:t>
      </w:r>
      <w:r>
        <w:t>iska ke khuda ke</w:t>
      </w:r>
    </w:p>
    <w:p>
      <w:pPr>
        <w:jc w:val="right"/>
      </w:pPr>
      <w:r>
        <w:t>اس کا کہ خدا کے</w:t>
      </w:r>
    </w:p>
    <w:p>
      <w:r>
        <w:rPr>
          <w:b/>
        </w:rPr>
        <w:t xml:space="preserve">[18:46] </w:t>
      </w:r>
      <w:r>
        <w:t>creation plan ke mutabiq zameen jaisa hona chahiye, waisa zameen ho jaye.</w:t>
      </w:r>
    </w:p>
    <w:p>
      <w:pPr>
        <w:jc w:val="right"/>
      </w:pPr>
      <w:r>
        <w:t>کریشن پلان کے مطابق زمین جیسا ہونا چاہیے، ویسا زمین ہو جائے۔</w:t>
      </w:r>
    </w:p>
    <w:p>
      <w:r>
        <w:rPr>
          <w:b/>
        </w:rPr>
        <w:t xml:space="preserve">[18:52] </w:t>
      </w:r>
      <w:r>
        <w:t>wa yakunad deenu kulluhu lillaah ka matlab hai ke khuda ke creation plan ke mutabiq,</w:t>
      </w:r>
    </w:p>
    <w:p>
      <w:pPr>
        <w:jc w:val="right"/>
      </w:pPr>
      <w:r>
        <w:t>وَيَكُونَ الدِّينُ كُلُّهُ لِلَّهِ کا مطلب ہے کہ خدا کے کریشن پلان کے مطابق،</w:t>
      </w:r>
    </w:p>
    <w:p>
      <w:r>
        <w:rPr>
          <w:b/>
        </w:rPr>
        <w:t xml:space="preserve">[18:59] </w:t>
      </w:r>
      <w:r>
        <w:t>khuda ki scheme of things ke mutabiq,</w:t>
      </w:r>
    </w:p>
    <w:p>
      <w:pPr>
        <w:jc w:val="right"/>
      </w:pPr>
      <w:r>
        <w:t>خدا کی اسکیم آف تھنگز کے مطابق،</w:t>
      </w:r>
    </w:p>
    <w:p>
      <w:r>
        <w:rPr>
          <w:b/>
        </w:rPr>
        <w:t xml:space="preserve">[19:02] </w:t>
      </w:r>
      <w:r>
        <w:t>jaisa hona chahiye zameen ko, waisa zameen ho jaye. Yaani options khul khul jayein, har aadmi ko azaadi</w:t>
      </w:r>
    </w:p>
    <w:p>
      <w:pPr>
        <w:jc w:val="right"/>
      </w:pPr>
      <w:r>
        <w:t>جیسا ہونا چاہیے زمین کو، ویسا زمین ہو جائے۔ یعنی آپشنز کھل کھل جائیں، ہر آدمی کو آزادی</w:t>
      </w:r>
    </w:p>
    <w:p>
      <w:r>
        <w:rPr>
          <w:b/>
        </w:rPr>
        <w:t xml:space="preserve">[19:09] </w:t>
      </w:r>
      <w:r>
        <w:t>ho ke chahe woh inkaar kare, chahe iqraar kare.</w:t>
      </w:r>
    </w:p>
    <w:p>
      <w:pPr>
        <w:jc w:val="right"/>
      </w:pPr>
      <w:r>
        <w:t>ہو کہ چاہے وہ انکار کرے، چاہے اقرار کرے۔</w:t>
      </w:r>
    </w:p>
    <w:p>
      <w:r>
        <w:rPr>
          <w:b/>
        </w:rPr>
        <w:t xml:space="preserve">[19:15] </w:t>
      </w:r>
      <w:r>
        <w:t>taake isi ke mutabiq,</w:t>
      </w:r>
    </w:p>
    <w:p>
      <w:pPr>
        <w:jc w:val="right"/>
      </w:pPr>
      <w:r>
        <w:t>تاکہ اسی کے مطابق،</w:t>
      </w:r>
    </w:p>
    <w:p>
      <w:r>
        <w:rPr>
          <w:b/>
        </w:rPr>
        <w:t xml:space="preserve">[19:18] </w:t>
      </w:r>
      <w:r>
        <w:t>kyunke aakhirat mein jo faisla hone wala hai, uski asal jo buniyad hogi, woh yeh hogi</w:t>
      </w:r>
    </w:p>
    <w:p>
      <w:pPr>
        <w:jc w:val="right"/>
      </w:pPr>
      <w:r>
        <w:t>کیونکہ آخرت میں جو فیصلہ ہونے والا ہے، اس کی اصل جو بنیاد ہوگی، وہ یہ ہوگی</w:t>
      </w:r>
    </w:p>
    <w:p>
      <w:r>
        <w:rPr>
          <w:b/>
        </w:rPr>
        <w:t xml:space="preserve">[19:26] </w:t>
      </w:r>
      <w:r>
        <w:t>ke insaan ne</w:t>
      </w:r>
    </w:p>
    <w:p>
      <w:pPr>
        <w:jc w:val="right"/>
      </w:pPr>
      <w:r>
        <w:t>کہ انسان نے</w:t>
      </w:r>
    </w:p>
    <w:p>
      <w:r>
        <w:rPr>
          <w:b/>
        </w:rPr>
        <w:t xml:space="preserve">[19:29] </w:t>
      </w:r>
      <w:r>
        <w:t>apni mili hui azaadi ko</w:t>
      </w:r>
    </w:p>
    <w:p>
      <w:pPr>
        <w:jc w:val="right"/>
      </w:pPr>
      <w:r>
        <w:t>اپنی ملی ہوئی آزادی کو</w:t>
      </w:r>
    </w:p>
    <w:p>
      <w:r>
        <w:rPr>
          <w:b/>
        </w:rPr>
        <w:t xml:space="preserve">[19:31] </w:t>
      </w:r>
      <w:r>
        <w:t>kis tarah istemaal kiya.</w:t>
      </w:r>
    </w:p>
    <w:p>
      <w:pPr>
        <w:jc w:val="right"/>
      </w:pPr>
      <w:r>
        <w:t>کس طرح استعمال کیا۔</w:t>
      </w:r>
    </w:p>
    <w:p>
      <w:r>
        <w:rPr>
          <w:b/>
        </w:rPr>
        <w:t xml:space="preserve">[19:35] </w:t>
      </w:r>
      <w:r>
        <w:t>sehi tarike se kiya ya galat tarike se kiya. to sara mamla</w:t>
      </w:r>
    </w:p>
    <w:p>
      <w:pPr>
        <w:jc w:val="right"/>
      </w:pPr>
      <w:r>
        <w:t>صحیح طریقے سے کیا یا غلط طریقے سے کیا۔ تو سارا معاملہ</w:t>
      </w:r>
    </w:p>
    <w:p>
      <w:r>
        <w:rPr>
          <w:b/>
        </w:rPr>
        <w:t xml:space="preserve">[19:40] </w:t>
      </w:r>
      <w:r>
        <w:t>azadi ke istemal par depend karta hai. to jab azadi hi na ho</w:t>
      </w:r>
    </w:p>
    <w:p>
      <w:pPr>
        <w:jc w:val="right"/>
      </w:pPr>
      <w:r>
        <w:t>آزادی کے استعمال پر ڈیپینڈ کرتا ہے۔ تو جب آزادی ہی نہ ہو</w:t>
      </w:r>
    </w:p>
    <w:p>
      <w:r>
        <w:rPr>
          <w:b/>
        </w:rPr>
        <w:t xml:space="preserve">[19:48] </w:t>
      </w:r>
      <w:r>
        <w:t>to phir to sari baat khatam ho jayegi.</w:t>
      </w:r>
    </w:p>
    <w:p>
      <w:pPr>
        <w:jc w:val="right"/>
      </w:pPr>
      <w:r>
        <w:t>تو پھر تو ساری بات ختم ہو جائے گی۔</w:t>
      </w:r>
    </w:p>
    <w:p>
      <w:r>
        <w:rPr>
          <w:b/>
        </w:rPr>
        <w:t xml:space="preserve">[19:52] </w:t>
      </w:r>
      <w:r>
        <w:t>to is zamane mein hum ne dekha ke communist empire ne options ko khatam kar diya tha.</w:t>
      </w:r>
    </w:p>
    <w:p>
      <w:pPr>
        <w:jc w:val="right"/>
      </w:pPr>
      <w:r>
        <w:t>تو اس زمانے میں ہم نے دیکھا کہ کمیونسٹ ایمپائر نے آپشنز کو ختم کر دیا تھا۔</w:t>
      </w:r>
    </w:p>
    <w:p>
      <w:r>
        <w:rPr>
          <w:b/>
        </w:rPr>
        <w:t xml:space="preserve">[19:58] </w:t>
      </w:r>
      <w:r>
        <w:t>to khuda ne communist empire ko tod diya.</w:t>
      </w:r>
    </w:p>
    <w:p>
      <w:pPr>
        <w:jc w:val="right"/>
      </w:pPr>
      <w:r>
        <w:t>تو خدا نے کمیونسٹ ایمپائر کو توڑ دیا۔</w:t>
      </w:r>
    </w:p>
    <w:p>
      <w:r>
        <w:rPr>
          <w:b/>
        </w:rPr>
        <w:t xml:space="preserve">[20:02] </w:t>
      </w:r>
      <w:r>
        <w:t>aise hi pichle zamane mein kingship ne options ko khatam kar rakha tha.</w:t>
      </w:r>
    </w:p>
    <w:p>
      <w:pPr>
        <w:jc w:val="right"/>
      </w:pPr>
      <w:r>
        <w:t>ایسے ہی پچھلے زمانے میں کنگ شپ نے آپشنز کو ختم کر رکھا تھا۔</w:t>
      </w:r>
    </w:p>
    <w:p>
      <w:r>
        <w:rPr>
          <w:b/>
        </w:rPr>
        <w:t xml:space="preserve">[20:09] </w:t>
      </w:r>
      <w:r>
        <w:t>religious persecution ka nizam bana rakha tha. khuda ne kaha ke is ko tod, is ko khatam kar</w:t>
      </w:r>
    </w:p>
    <w:p>
      <w:pPr>
        <w:jc w:val="right"/>
      </w:pPr>
      <w:r>
        <w:t>ریلیجس پرسیکیوشن کا نظام بنا رکھا تھا۔ خدا نے کہا کہ اس کو توڑ، اس کو ختم کر</w:t>
      </w:r>
    </w:p>
    <w:p>
      <w:r>
        <w:rPr>
          <w:b/>
        </w:rPr>
        <w:t xml:space="preserve">[20:14] </w:t>
      </w:r>
      <w:r>
        <w:t>do. taake khuda ke bande azad ho jayen,</w:t>
      </w:r>
    </w:p>
    <w:p>
      <w:pPr>
        <w:jc w:val="right"/>
      </w:pPr>
      <w:r>
        <w:t>دو۔ تاکہ خدا کے بندے آزاد ہو جائیں،</w:t>
      </w:r>
    </w:p>
    <w:p>
      <w:r>
        <w:rPr>
          <w:b/>
        </w:rPr>
        <w:t xml:space="preserve">[20:22] </w:t>
      </w:r>
      <w:r>
        <w:t>jaisa ke khuda ne un ko azad paida kiya hai.</w:t>
      </w:r>
    </w:p>
    <w:p>
      <w:pPr>
        <w:jc w:val="right"/>
      </w:pPr>
      <w:r>
        <w:t>جیسا کہ خدا نے ان کو آزاد پیدا کیا ہے۔</w:t>
      </w:r>
    </w:p>
    <w:p>
      <w:r>
        <w:rPr>
          <w:b/>
        </w:rPr>
        <w:t xml:space="preserve">[20:26] </w:t>
      </w:r>
      <w:r>
        <w:t>aur phir azadana taur par un ka jo</w:t>
      </w:r>
    </w:p>
    <w:p>
      <w:pPr>
        <w:jc w:val="right"/>
      </w:pPr>
      <w:r>
        <w:t>اور پھر آزادانہ طور پر ان کا جو</w:t>
      </w:r>
    </w:p>
    <w:p>
      <w:r>
        <w:rPr>
          <w:b/>
        </w:rPr>
        <w:t xml:space="preserve">[20:30] </w:t>
      </w:r>
      <w:r>
        <w:t>amal ho, us ko dekh kar ke, us ke mutabiq un ke</w:t>
      </w:r>
    </w:p>
    <w:p>
      <w:pPr>
        <w:jc w:val="right"/>
      </w:pPr>
      <w:r>
        <w:t>عمل ہو، اس کو دیکھ کر کے، اس کے مطابق ان کے</w:t>
      </w:r>
    </w:p>
    <w:p>
      <w:r>
        <w:rPr>
          <w:b/>
        </w:rPr>
        <w:t xml:space="preserve">[20:36] </w:t>
      </w:r>
      <w:r>
        <w:t>un ke abadi anjam ka faisla kiya ja sake. yeh matlab hai is ayat ka.</w:t>
      </w:r>
    </w:p>
    <w:p>
      <w:pPr>
        <w:jc w:val="right"/>
      </w:pPr>
      <w:r>
        <w:t>ان کے ابدی انجام کا فیصلہ کیا جا سکے۔ یہ مطلب ہے اس آیت کا۔</w:t>
      </w:r>
    </w:p>
    <w:p>
      <w:r>
        <w:rPr>
          <w:b/>
        </w:rPr>
        <w:t xml:space="preserve">[20:44] </w:t>
      </w:r>
      <w:r>
        <w:t>is ke baad dekhiye,</w:t>
      </w:r>
    </w:p>
    <w:p>
      <w:pPr>
        <w:jc w:val="right"/>
      </w:pPr>
      <w:r>
        <w:t>اس کے بعد دیکھیے،</w:t>
      </w:r>
    </w:p>
    <w:p>
      <w:r>
        <w:rPr>
          <w:b/>
        </w:rPr>
        <w:t xml:space="preserve">[20:47] </w:t>
      </w:r>
      <w:r>
        <w:t>ayat number 195,</w:t>
      </w:r>
    </w:p>
    <w:p>
      <w:pPr>
        <w:jc w:val="right"/>
      </w:pPr>
      <w:r>
        <w:t>آیت نمبر 195،</w:t>
      </w:r>
    </w:p>
    <w:p>
      <w:r>
        <w:rPr>
          <w:b/>
        </w:rPr>
        <w:t xml:space="preserve">[20:52] </w:t>
      </w:r>
      <w:r>
        <w:t>surah baqarah ki ayat number 195</w:t>
      </w:r>
    </w:p>
    <w:p>
      <w:pPr>
        <w:jc w:val="right"/>
      </w:pPr>
      <w:r>
        <w:t>سورہ بقرہ کی آیت نمبر 195</w:t>
      </w:r>
    </w:p>
    <w:p>
      <w:r>
        <w:rPr>
          <w:b/>
        </w:rPr>
        <w:t xml:space="preserve">[20:56] </w:t>
      </w:r>
      <w:r>
        <w:t>mein farmaya ke</w:t>
      </w:r>
    </w:p>
    <w:p>
      <w:pPr>
        <w:jc w:val="right"/>
      </w:pPr>
      <w:r>
        <w:t>میں فرمایا کہ</w:t>
      </w:r>
    </w:p>
    <w:p>
      <w:r>
        <w:rPr>
          <w:b/>
        </w:rPr>
        <w:t xml:space="preserve">[20:59] </w:t>
      </w:r>
      <w:r>
        <w:t>ahsan fa innalaha yuhibbul muhsineen</w:t>
      </w:r>
    </w:p>
    <w:p>
      <w:pPr>
        <w:jc w:val="right"/>
      </w:pPr>
      <w:r>
        <w:t>أَحْسَنُ فَإِنَّ اللَّهَ يُحِبُّ الْمُحْسِنِينَ</w:t>
      </w:r>
    </w:p>
    <w:p>
      <w:r>
        <w:rPr>
          <w:b/>
        </w:rPr>
        <w:t xml:space="preserve">[21:06] </w:t>
      </w:r>
      <w:r>
        <w:t>aah, aah, aah, aah.</w:t>
      </w:r>
    </w:p>
    <w:p>
      <w:pPr>
        <w:jc w:val="right"/>
      </w:pPr>
      <w:r>
        <w:t>آہ، آہ، آہ، آہ۔</w:t>
      </w:r>
    </w:p>
    <w:p>
      <w:r>
        <w:rPr>
          <w:b/>
        </w:rPr>
        <w:t xml:space="preserve">[21:09] </w:t>
      </w:r>
      <w:r>
        <w:t>yeh hai ayat number 193,</w:t>
      </w:r>
    </w:p>
    <w:p>
      <w:pPr>
        <w:jc w:val="right"/>
      </w:pPr>
      <w:r>
        <w:t>یہ ہے آیت نمبر 193،</w:t>
      </w:r>
    </w:p>
    <w:p>
      <w:r>
        <w:rPr>
          <w:b/>
        </w:rPr>
        <w:t xml:space="preserve">[21:12] </w:t>
      </w:r>
      <w:r>
        <w:t>nahi, ayat number 195.</w:t>
      </w:r>
    </w:p>
    <w:p>
      <w:pPr>
        <w:jc w:val="right"/>
      </w:pPr>
      <w:r>
        <w:t>نہیں، آیت نمبر 195۔</w:t>
      </w:r>
    </w:p>
    <w:p>
      <w:r>
        <w:rPr>
          <w:b/>
        </w:rPr>
        <w:t xml:space="preserve">[21:18] </w:t>
      </w:r>
      <w:r>
        <w:t>is ka matlab kya hai?</w:t>
      </w:r>
    </w:p>
    <w:p>
      <w:pPr>
        <w:jc w:val="right"/>
      </w:pPr>
      <w:r>
        <w:t>اس کا مطلب کیا ہے؟</w:t>
      </w:r>
    </w:p>
    <w:p>
      <w:r>
        <w:rPr>
          <w:b/>
        </w:rPr>
        <w:t xml:space="preserve">[21:23] </w:t>
      </w:r>
      <w:r>
        <w:t>ehsan ke mani hote hain kisi kaam ko husn o khoobi ke sath anjam dena.</w:t>
      </w:r>
    </w:p>
    <w:p>
      <w:pPr>
        <w:jc w:val="right"/>
      </w:pPr>
      <w:r>
        <w:t>احسان کے معنی ہوتے ہیں کسی کام کو حسن و خوبی کے ساتھ انجام دینا۔</w:t>
      </w:r>
    </w:p>
    <w:p>
      <w:r>
        <w:rPr>
          <w:b/>
        </w:rPr>
        <w:t xml:space="preserve">[21:30] </w:t>
      </w:r>
      <w:r>
        <w:t>ek hai ke aap kisi kaam ko ek routine ke taur par karen,</w:t>
      </w:r>
    </w:p>
    <w:p>
      <w:pPr>
        <w:jc w:val="right"/>
      </w:pPr>
      <w:r>
        <w:t>ایک ہے کہ آپ کسی کام کو ایک روٹین کے طور پر کریں،</w:t>
      </w:r>
    </w:p>
    <w:p>
      <w:r>
        <w:rPr>
          <w:b/>
        </w:rPr>
        <w:t xml:space="preserve">[21:35] </w:t>
      </w:r>
      <w:r>
        <w:t>ek hai ke us ko husn o khoobi ke sath anjam den.</w:t>
      </w:r>
    </w:p>
    <w:p>
      <w:pPr>
        <w:jc w:val="right"/>
      </w:pPr>
      <w:r>
        <w:t>ایک ہے کہ اس کو حسن و خوبی کے ساتھ انجام دیں۔</w:t>
      </w:r>
    </w:p>
    <w:p>
      <w:r>
        <w:rPr>
          <w:b/>
        </w:rPr>
        <w:t xml:space="preserve">[21:39] </w:t>
      </w:r>
      <w:r>
        <w:t>to farmaya ke jo</w:t>
      </w:r>
    </w:p>
    <w:p>
      <w:pPr>
        <w:jc w:val="right"/>
      </w:pPr>
      <w:r>
        <w:t>تو فرمایا کہ جو</w:t>
      </w:r>
    </w:p>
    <w:p>
      <w:r>
        <w:rPr>
          <w:b/>
        </w:rPr>
        <w:t xml:space="preserve">[21:42] </w:t>
      </w:r>
      <w:r>
        <w:t>khuda ke ahkam hain, jo tumhari zimmedariyan hain,</w:t>
      </w:r>
    </w:p>
    <w:p>
      <w:pPr>
        <w:jc w:val="right"/>
      </w:pPr>
      <w:r>
        <w:t>خدا کے احکام ہیں، جو تمہاری ذمہ داریاں ہیں،</w:t>
      </w:r>
    </w:p>
    <w:p>
      <w:r>
        <w:rPr>
          <w:b/>
        </w:rPr>
        <w:t xml:space="preserve">[21:48] </w:t>
      </w:r>
      <w:r>
        <w:t>jo tumhari duty hai,</w:t>
      </w:r>
    </w:p>
    <w:p>
      <w:pPr>
        <w:jc w:val="right"/>
      </w:pPr>
      <w:r>
        <w:t>جو تمہاری ڈیوٹی ہے،</w:t>
      </w:r>
    </w:p>
    <w:p>
      <w:r>
        <w:rPr>
          <w:b/>
        </w:rPr>
        <w:t xml:space="preserve">[21:51] </w:t>
      </w:r>
      <w:r>
        <w:t>us ko husn o khoobi ke sath anjam do.</w:t>
      </w:r>
    </w:p>
    <w:p>
      <w:pPr>
        <w:jc w:val="right"/>
      </w:pPr>
      <w:r>
        <w:t>اس کو حسن و خوبی کے ساتھ انجام دو۔</w:t>
      </w:r>
    </w:p>
    <w:p>
      <w:r>
        <w:rPr>
          <w:b/>
        </w:rPr>
        <w:t xml:space="preserve">[21:56] </w:t>
      </w:r>
      <w:r>
        <w:t>husn o khoobi ka matlab yeh hai ke dil ki poori razamandi ho,</w:t>
      </w:r>
    </w:p>
    <w:p>
      <w:pPr>
        <w:jc w:val="right"/>
      </w:pPr>
      <w:r>
        <w:t>حسن و خوبی کا مطلب یہ ہے کہ دل کی پوری رضامندی ہو،</w:t>
      </w:r>
    </w:p>
    <w:p>
      <w:r>
        <w:rPr>
          <w:b/>
        </w:rPr>
        <w:t xml:space="preserve">[22:03] </w:t>
      </w:r>
      <w:r>
        <w:t>soch samajh kar kiya jaye,</w:t>
      </w:r>
    </w:p>
    <w:p>
      <w:pPr>
        <w:jc w:val="right"/>
      </w:pPr>
      <w:r>
        <w:t>سوچ سمجھ کر کیا جائے،</w:t>
      </w:r>
    </w:p>
    <w:p>
      <w:r>
        <w:rPr>
          <w:b/>
        </w:rPr>
        <w:t xml:space="preserve">[22:05] </w:t>
      </w:r>
      <w:r>
        <w:t>achhe se achhe andaz mein kiya jaye,</w:t>
      </w:r>
    </w:p>
    <w:p>
      <w:pPr>
        <w:jc w:val="right"/>
      </w:pPr>
      <w:r>
        <w:t>اچھے سے اچھے انداز میں کیا جائے،</w:t>
      </w:r>
    </w:p>
    <w:p>
      <w:r>
        <w:rPr>
          <w:b/>
        </w:rPr>
        <w:t xml:space="preserve">[22:09] </w:t>
      </w:r>
      <w:r>
        <w:t>har aitbar se us ko</w:t>
      </w:r>
    </w:p>
    <w:p>
      <w:pPr>
        <w:jc w:val="right"/>
      </w:pPr>
      <w:r>
        <w:t>ہر اعتبار سے اس کو</w:t>
      </w:r>
    </w:p>
    <w:p>
      <w:r>
        <w:rPr>
          <w:b/>
        </w:rPr>
        <w:t xml:space="preserve">[22:13] </w:t>
      </w:r>
      <w:r>
        <w:t>behtar banane ki koshish ki jaye. yeh hai husn o khoobi ke sath karna.</w:t>
      </w:r>
    </w:p>
    <w:p>
      <w:pPr>
        <w:jc w:val="right"/>
      </w:pPr>
      <w:r>
        <w:t>بہتر بنانے کی کوشش کی جائے۔ یہ ہے حسن و خوبی کے ساتھ کرنا۔</w:t>
      </w:r>
    </w:p>
    <w:p>
      <w:r>
        <w:rPr>
          <w:b/>
        </w:rPr>
        <w:t xml:space="preserve">[22:20] </w:t>
      </w:r>
      <w:r>
        <w:t>to is ka taluq har cheez se hai,</w:t>
      </w:r>
    </w:p>
    <w:p>
      <w:pPr>
        <w:jc w:val="right"/>
      </w:pPr>
      <w:r>
        <w:t>تو اس کا تعلق ہر چیز سے ہے،</w:t>
      </w:r>
    </w:p>
    <w:p>
      <w:r>
        <w:rPr>
          <w:b/>
        </w:rPr>
        <w:t xml:space="preserve">[22:23] </w:t>
      </w:r>
      <w:r>
        <w:t>yani speech se bhi hai, aur amal se bhi hai,</w:t>
      </w:r>
    </w:p>
    <w:p>
      <w:pPr>
        <w:jc w:val="right"/>
      </w:pPr>
      <w:r>
        <w:t>یعنی اسپیچ سے بھی ہے، اور عمل سے بھی ہے،</w:t>
      </w:r>
    </w:p>
    <w:p>
      <w:r>
        <w:rPr>
          <w:b/>
        </w:rPr>
        <w:t xml:space="preserve">[22:27] </w:t>
      </w:r>
      <w:r>
        <w:t>qol se bhi hai, aur action se bhi hai, har cheez se.</w:t>
      </w:r>
    </w:p>
    <w:p>
      <w:pPr>
        <w:jc w:val="right"/>
      </w:pPr>
      <w:r>
        <w:t>قول سے بھی ہے، اور ایکشن سے بھی ہے، ہر چیز سے۔</w:t>
      </w:r>
    </w:p>
    <w:p>
      <w:r>
        <w:rPr>
          <w:b/>
        </w:rPr>
        <w:t xml:space="preserve">[22:36] </w:t>
      </w:r>
      <w:r>
        <w:t>misalan, yahan tak ke is ka taluq niyat se bhi hai.</w:t>
      </w:r>
    </w:p>
    <w:p>
      <w:pPr>
        <w:jc w:val="right"/>
      </w:pPr>
      <w:r>
        <w:t>مثلاً، یہاں تک کہ اس کا تعلق نیت سے بھی ہے۔</w:t>
      </w:r>
    </w:p>
    <w:p>
      <w:r>
        <w:rPr>
          <w:b/>
        </w:rPr>
        <w:t xml:space="preserve">[22:43] </w:t>
      </w:r>
      <w:r>
        <w:t>ehsan ka taluq niyat se bhi hai. woh kaise?</w:t>
      </w:r>
    </w:p>
    <w:p>
      <w:pPr>
        <w:jc w:val="right"/>
      </w:pPr>
      <w:r>
        <w:t>احسان کا تعلق نیت سے بھی ہے۔ وہ کیسے؟</w:t>
      </w:r>
    </w:p>
    <w:p>
      <w:r>
        <w:rPr>
          <w:b/>
        </w:rPr>
        <w:t xml:space="preserve">[22:48] </w:t>
      </w:r>
      <w:r>
        <w:t>kisi ne kisi ke bare mein aap ko yeh baat pahunchi</w:t>
      </w:r>
    </w:p>
    <w:p>
      <w:pPr>
        <w:jc w:val="right"/>
      </w:pPr>
      <w:r>
        <w:t>کسی نے کسی کے بارے میں آپ کو یہ بات پہنچی</w:t>
      </w:r>
    </w:p>
    <w:p>
      <w:r>
        <w:rPr>
          <w:b/>
        </w:rPr>
        <w:t xml:space="preserve">[22:53] </w:t>
      </w:r>
      <w:r>
        <w:t>ke us ne aisa aur aisa kaha,</w:t>
      </w:r>
    </w:p>
    <w:p>
      <w:pPr>
        <w:jc w:val="right"/>
      </w:pPr>
      <w:r>
        <w:t>کہ اس نے ایسا اور ایسا کہا،</w:t>
      </w:r>
    </w:p>
    <w:p>
      <w:r>
        <w:rPr>
          <w:b/>
        </w:rPr>
        <w:t xml:space="preserve">[22:57] </w:t>
      </w:r>
      <w:r>
        <w:t>to aap us ko achhe sense mein len.</w:t>
      </w:r>
    </w:p>
    <w:p>
      <w:pPr>
        <w:jc w:val="right"/>
      </w:pPr>
      <w:r>
        <w:t>تو آپ اس کو اچھے سینس میں لیں۔</w:t>
      </w:r>
    </w:p>
    <w:p>
      <w:r>
        <w:rPr>
          <w:b/>
        </w:rPr>
        <w:t xml:space="preserve">[23:00] </w:t>
      </w:r>
      <w:r>
        <w:t>farz kijiye ke batane wale ne jis tarah bataya hai, us se lagta hai ke us ne aap</w:t>
      </w:r>
    </w:p>
    <w:p>
      <w:pPr>
        <w:jc w:val="right"/>
      </w:pPr>
      <w:r>
        <w:t>فرض کیجئے کہ بتانے والے نے جس طرح بتایا ہے، اس سے لگتا ہے کہ اس نے آپ</w:t>
      </w:r>
    </w:p>
    <w:p>
      <w:r>
        <w:rPr>
          <w:b/>
        </w:rPr>
        <w:t xml:space="preserve">[23:06] </w:t>
      </w:r>
      <w:r>
        <w:t>ke khilaf koi negative baat keh di hai.</w:t>
      </w:r>
    </w:p>
    <w:p>
      <w:pPr>
        <w:jc w:val="right"/>
      </w:pPr>
      <w:r>
        <w:t>کے خلاف کوئی نیگیٹیو بات کہہ دی ہے۔</w:t>
      </w:r>
    </w:p>
    <w:p>
      <w:r>
        <w:rPr>
          <w:b/>
        </w:rPr>
        <w:t xml:space="preserve">[23:10] </w:t>
      </w:r>
      <w:r>
        <w:t>تو آپ اس کی scrutiny کریں، اس کی تحقیق کریں،</w:t>
      </w:r>
    </w:p>
    <w:p>
      <w:pPr>
        <w:jc w:val="right"/>
      </w:pPr>
      <w:r>
        <w:t>تو آپ اس کی اسکرٹنی کریں، اس کی تحقیق کریں،</w:t>
      </w:r>
    </w:p>
    <w:p>
      <w:r>
        <w:rPr>
          <w:b/>
        </w:rPr>
        <w:t xml:space="preserve">[23:16] </w:t>
      </w:r>
      <w:r>
        <w:t>achhe tarike se jaanchen ke sahi baat kya hai.</w:t>
      </w:r>
    </w:p>
    <w:p>
      <w:pPr>
        <w:jc w:val="right"/>
      </w:pPr>
      <w:r>
        <w:t>اچھے طریقے سے جانچیں کہ صحیح بات کیا ہے۔</w:t>
      </w:r>
    </w:p>
    <w:p>
      <w:r>
        <w:rPr>
          <w:b/>
        </w:rPr>
        <w:t xml:space="preserve">[23:23] </w:t>
      </w:r>
      <w:r>
        <w:t>ho sakta hai ke yeh pata chale ke us ne jo baat kahi thi, woh aur thi, aur</w:t>
      </w:r>
    </w:p>
    <w:p>
      <w:pPr>
        <w:jc w:val="right"/>
      </w:pPr>
      <w:r>
        <w:t>ہو سکتا ہے کہ یہ پتہ چلے کہ اس نے جو بات کہی تھی، وہ اور تھی، اور</w:t>
      </w:r>
    </w:p>
    <w:p>
      <w:r>
        <w:rPr>
          <w:b/>
        </w:rPr>
        <w:t xml:space="preserve">[23:28] </w:t>
      </w:r>
      <w:r>
        <w:t>batane wale ne us ko badal kar kuch aur keh diya.</w:t>
      </w:r>
    </w:p>
    <w:p>
      <w:pPr>
        <w:jc w:val="right"/>
      </w:pPr>
      <w:r>
        <w:t>بتانے والے نے اس کو بدل کر کچھ اور کہہ دیا۔</w:t>
      </w:r>
    </w:p>
    <w:p>
      <w:r>
        <w:rPr>
          <w:b/>
        </w:rPr>
        <w:t xml:space="preserve">[23:31] </w:t>
      </w:r>
      <w:r>
        <w:t>to aisa hoga to baat wahin ke wahin khatm ho jayegi.</w:t>
      </w:r>
    </w:p>
    <w:p>
      <w:pPr>
        <w:jc w:val="right"/>
      </w:pPr>
      <w:r>
        <w:t>تو ایسا ہوگا تو بات وہیں کے وہیں ختم ہو جائے گی۔</w:t>
      </w:r>
    </w:p>
    <w:p>
      <w:r>
        <w:rPr>
          <w:b/>
        </w:rPr>
        <w:t xml:space="preserve">[23:37] </w:t>
      </w:r>
      <w:r>
        <w:t>dusri shakal yeh hai ke us ne sach much hi aap ke khilaf kuch keh diya ho.</w:t>
      </w:r>
    </w:p>
    <w:p>
      <w:pPr>
        <w:jc w:val="right"/>
      </w:pPr>
      <w:r>
        <w:t>دوسری شکل یہ ہے کہ اس نے سچ مچ ہی آپ کے خلاف کچھ کہہ دیا ہو۔</w:t>
      </w:r>
    </w:p>
    <w:p>
      <w:r>
        <w:rPr>
          <w:b/>
        </w:rPr>
        <w:t xml:space="preserve">[23:43] </w:t>
      </w:r>
      <w:r>
        <w:t>tab bhi ehsan kiya hai</w:t>
      </w:r>
    </w:p>
    <w:p>
      <w:pPr>
        <w:jc w:val="right"/>
      </w:pPr>
      <w:r>
        <w:t>تب بھی احسان کیا ہے</w:t>
      </w:r>
    </w:p>
    <w:p>
      <w:r>
        <w:rPr>
          <w:b/>
        </w:rPr>
        <w:t xml:space="preserve">[23:46] </w:t>
      </w:r>
      <w:r>
        <w:t>ke agar us ne bura kaha hai to aap bura na kahen.</w:t>
      </w:r>
    </w:p>
    <w:p>
      <w:pPr>
        <w:jc w:val="right"/>
      </w:pPr>
      <w:r>
        <w:t>کہ اگر اس نے برا کہا ہے تو آپ برا نہ کہیں۔</w:t>
      </w:r>
    </w:p>
    <w:p>
      <w:r>
        <w:rPr>
          <w:b/>
        </w:rPr>
        <w:t xml:space="preserve">[23:50] </w:t>
      </w:r>
      <w:r>
        <w:t>aap is ke liye dua karen.</w:t>
      </w:r>
    </w:p>
    <w:p>
      <w:pPr>
        <w:jc w:val="right"/>
      </w:pPr>
      <w:r>
        <w:t>آپ اس کے لیے دعا کریں۔</w:t>
      </w:r>
    </w:p>
    <w:p>
      <w:r>
        <w:rPr>
          <w:b/>
        </w:rPr>
        <w:t xml:space="preserve">[23:53] </w:t>
      </w:r>
      <w:r>
        <w:t>jaise ek shakhs ne, ek buzurg the, ek shakhs ne un ko bura kaha,</w:t>
      </w:r>
    </w:p>
    <w:p>
      <w:pPr>
        <w:jc w:val="right"/>
      </w:pPr>
      <w:r>
        <w:t>جیسے ایک شخص نے، ایک بزرگ تھے، ایک شخص نے ان کو برا کہا،</w:t>
      </w:r>
    </w:p>
    <w:p>
      <w:r>
        <w:rPr>
          <w:b/>
        </w:rPr>
        <w:t xml:space="preserve">[24:01] </w:t>
      </w:r>
      <w:r>
        <w:t>ek burai mansoob ki un ki taraf ke tum aise ho.</w:t>
      </w:r>
    </w:p>
    <w:p>
      <w:pPr>
        <w:jc w:val="right"/>
      </w:pPr>
      <w:r>
        <w:t>ایک برائی منسوب کی ان کی طرف کہ تم ایسے ہو۔</w:t>
      </w:r>
    </w:p>
    <w:p>
      <w:r>
        <w:rPr>
          <w:b/>
        </w:rPr>
        <w:t xml:space="preserve">[24:06] </w:t>
      </w:r>
      <w:r>
        <w:t>to buzurg ne kaha ke agar</w:t>
      </w:r>
    </w:p>
    <w:p>
      <w:pPr>
        <w:jc w:val="right"/>
      </w:pPr>
      <w:r>
        <w:t>تو بزرگ نے کہا کہ اگر</w:t>
      </w:r>
    </w:p>
    <w:p>
      <w:r>
        <w:rPr>
          <w:b/>
        </w:rPr>
        <w:t xml:space="preserve">[24:11] </w:t>
      </w:r>
      <w:r>
        <w:t>yeh burai mere andar hai to Khuda mujhe maaf kare, aur tum ne agar galat baat keh di</w:t>
      </w:r>
    </w:p>
    <w:p>
      <w:pPr>
        <w:jc w:val="right"/>
      </w:pPr>
      <w:r>
        <w:t>یہ برائی میرے اندر ہے تو خدا مجھے معاف کرے، اور تم نے اگر غلط بات کہہ دی</w:t>
      </w:r>
    </w:p>
    <w:p>
      <w:r>
        <w:rPr>
          <w:b/>
        </w:rPr>
        <w:t xml:space="preserve">[24:18] </w:t>
      </w:r>
      <w:r>
        <w:t>hai to Khuda tumhein maaf kare.</w:t>
      </w:r>
    </w:p>
    <w:p>
      <w:pPr>
        <w:jc w:val="right"/>
      </w:pPr>
      <w:r>
        <w:t>ہے تو خدا تمہیں معاف کرے۔</w:t>
      </w:r>
    </w:p>
    <w:p>
      <w:r>
        <w:rPr>
          <w:b/>
        </w:rPr>
        <w:t xml:space="preserve">[24:20] </w:t>
      </w:r>
      <w:r>
        <w:t>yeh hai ehsaan.</w:t>
      </w:r>
    </w:p>
    <w:p>
      <w:pPr>
        <w:jc w:val="right"/>
      </w:pPr>
      <w:r>
        <w:t>یہ ہے احسان۔</w:t>
      </w:r>
    </w:p>
    <w:p>
      <w:r>
        <w:rPr>
          <w:b/>
        </w:rPr>
        <w:t xml:space="preserve">[24:24] </w:t>
      </w:r>
      <w:r>
        <w:t>to jab koi baat aap ko pohnche</w:t>
      </w:r>
    </w:p>
    <w:p>
      <w:pPr>
        <w:jc w:val="right"/>
      </w:pPr>
      <w:r>
        <w:t>تو جب کوئی بات آپ کو پہنچے</w:t>
      </w:r>
    </w:p>
    <w:p>
      <w:r>
        <w:rPr>
          <w:b/>
        </w:rPr>
        <w:t xml:space="preserve">[24:27] </w:t>
      </w:r>
      <w:r>
        <w:t>to pehli aap ko pehla kaam yeh karna chahiye ke is ki scrutiny karen,</w:t>
      </w:r>
    </w:p>
    <w:p>
      <w:pPr>
        <w:jc w:val="right"/>
      </w:pPr>
      <w:r>
        <w:t>تو پہلی آپ کو پہلا کام یہ کرنا چاہیے کہ اس کی اسکرٹنی کریں،</w:t>
      </w:r>
    </w:p>
    <w:p>
      <w:r>
        <w:rPr>
          <w:b/>
        </w:rPr>
        <w:t xml:space="preserve">[24:34] </w:t>
      </w:r>
      <w:r>
        <w:t>is ki tehqeeq karen, is ki detail mein jayen ke sach much is ne kya kaha hai.</w:t>
      </w:r>
    </w:p>
    <w:p>
      <w:pPr>
        <w:jc w:val="right"/>
      </w:pPr>
      <w:r>
        <w:t>اس کی تحقیق کریں، اس کی ڈیٹیل میں جائیں کہ سچ مچ اس نے کیا کہا ہے۔</w:t>
      </w:r>
    </w:p>
    <w:p>
      <w:r>
        <w:rPr>
          <w:b/>
        </w:rPr>
        <w:t xml:space="preserve">[24:44] </w:t>
      </w:r>
      <w:r>
        <w:t>aam tor par aap jante hain, yeh tajruba hai har ek ka ke aam tor par baton ko</w:t>
      </w:r>
    </w:p>
    <w:p>
      <w:pPr>
        <w:jc w:val="right"/>
      </w:pPr>
      <w:r>
        <w:t>عام طور پر آپ جانتے ہیں، یہ تجربہ ہے ہر ایک کا کہ عام طور پر باتوں کو</w:t>
      </w:r>
    </w:p>
    <w:p>
      <w:r>
        <w:rPr>
          <w:b/>
        </w:rPr>
        <w:t xml:space="preserve">[24:48] </w:t>
      </w:r>
      <w:r>
        <w:t>report karne mein log ghatate badhate hain.</w:t>
      </w:r>
    </w:p>
    <w:p>
      <w:pPr>
        <w:jc w:val="right"/>
      </w:pPr>
      <w:r>
        <w:t>رپورٹ کرنے میں لوگ گھٹاتے بڑھاتے ہیں۔</w:t>
      </w:r>
    </w:p>
    <w:p>
      <w:r>
        <w:rPr>
          <w:b/>
        </w:rPr>
        <w:t xml:space="preserve">[24:53] </w:t>
      </w:r>
      <w:r>
        <w:t>aise aisa insan jo baton ko na ghataye na badhaye, woh as it is ka hai. aisa insan</w:t>
      </w:r>
    </w:p>
    <w:p>
      <w:pPr>
        <w:jc w:val="right"/>
      </w:pPr>
      <w:r>
        <w:t>ایسے ایسا انسان جو باتوں کو نہ گھٹائے نہ بڑھائے، وہ ایز اٹ از کا ہے۔ ایسا انسان</w:t>
      </w:r>
    </w:p>
    <w:p>
      <w:r>
        <w:rPr>
          <w:b/>
        </w:rPr>
        <w:t xml:space="preserve">[25:01] </w:t>
      </w:r>
      <w:r>
        <w:t>kahin hazaron hazar mein koi ek hota hoga,</w:t>
      </w:r>
    </w:p>
    <w:p>
      <w:pPr>
        <w:jc w:val="right"/>
      </w:pPr>
      <w:r>
        <w:t>کہیں ہزاروں ہزار میں کوئی ایک ہوتا ہوگا،</w:t>
      </w:r>
    </w:p>
    <w:p>
      <w:r>
        <w:rPr>
          <w:b/>
        </w:rPr>
        <w:t xml:space="preserve">[25:06] </w:t>
      </w:r>
      <w:r>
        <w:t>ya shayad koi bhi na ho.</w:t>
      </w:r>
    </w:p>
    <w:p>
      <w:pPr>
        <w:jc w:val="right"/>
      </w:pPr>
      <w:r>
        <w:t>یا شاید کوئی بھی نہ ہو۔</w:t>
      </w:r>
    </w:p>
    <w:p>
      <w:r>
        <w:rPr>
          <w:b/>
        </w:rPr>
        <w:t xml:space="preserve">[25:09] </w:t>
      </w:r>
      <w:r>
        <w:t>is wajah se zaroori hai ke is ki scrutiny ki jaye.</w:t>
      </w:r>
    </w:p>
    <w:p>
      <w:pPr>
        <w:jc w:val="right"/>
      </w:pPr>
      <w:r>
        <w:t>اس وجہ سے ضروری ہے کہ اس کی اسکرٹنی کی جائے۔</w:t>
      </w:r>
    </w:p>
    <w:p>
      <w:r>
        <w:rPr>
          <w:b/>
        </w:rPr>
        <w:t xml:space="preserve">[25:14] </w:t>
      </w:r>
      <w:r>
        <w:t>to jab aap scrutiny karenge to do mein se ek baat niklegi.</w:t>
      </w:r>
    </w:p>
    <w:p>
      <w:pPr>
        <w:jc w:val="right"/>
      </w:pPr>
      <w:r>
        <w:t>تو جب آپ اسکرٹنی کریں گے تو دو میں سے ایک بات نکلے گی۔</w:t>
      </w:r>
    </w:p>
    <w:p>
      <w:r>
        <w:rPr>
          <w:b/>
        </w:rPr>
        <w:t xml:space="preserve">[25:19] </w:t>
      </w:r>
      <w:r>
        <w:t>ya to is ne sach much aap ke khilaf kaha hoga,</w:t>
      </w:r>
    </w:p>
    <w:p>
      <w:pPr>
        <w:jc w:val="right"/>
      </w:pPr>
      <w:r>
        <w:t>یا تو اس نے سچ مچ آپ کے خلاف کہا ہوگا،</w:t>
      </w:r>
    </w:p>
    <w:p>
      <w:r>
        <w:rPr>
          <w:b/>
        </w:rPr>
        <w:t xml:space="preserve">[25:24] </w:t>
      </w:r>
      <w:r>
        <w:t>to aap us ko maaf kar dijiye.</w:t>
      </w:r>
    </w:p>
    <w:p>
      <w:pPr>
        <w:jc w:val="right"/>
      </w:pPr>
      <w:r>
        <w:t>تو آپ اس کو معاف کر دیجئے۔</w:t>
      </w:r>
    </w:p>
    <w:p>
      <w:r>
        <w:rPr>
          <w:b/>
        </w:rPr>
        <w:t xml:space="preserve">[25:29] </w:t>
      </w:r>
      <w:r>
        <w:t>agar galat kaha is ne,</w:t>
      </w:r>
    </w:p>
    <w:p>
      <w:pPr>
        <w:jc w:val="right"/>
      </w:pPr>
      <w:r>
        <w:t>اگر غلط کہا اس نے،</w:t>
      </w:r>
    </w:p>
    <w:p>
      <w:r>
        <w:rPr>
          <w:b/>
        </w:rPr>
        <w:t xml:space="preserve">[25:32] </w:t>
      </w:r>
      <w:r>
        <w:t>tab bhi us ko maaf kar dijiye.</w:t>
      </w:r>
    </w:p>
    <w:p>
      <w:pPr>
        <w:jc w:val="right"/>
      </w:pPr>
      <w:r>
        <w:t>تب بھی اس کو معاف کر دیجئے۔</w:t>
      </w:r>
    </w:p>
    <w:p>
      <w:r>
        <w:rPr>
          <w:b/>
        </w:rPr>
        <w:t xml:space="preserve">[25:35] </w:t>
      </w:r>
      <w:r>
        <w:t>donon halaton mein apne sine ko khali kar lijiye, is se</w:t>
      </w:r>
    </w:p>
    <w:p>
      <w:pPr>
        <w:jc w:val="right"/>
      </w:pPr>
      <w:r>
        <w:t>دونوں حالتوں میں اپنے سینے کو خالی کر لیجئے، اس سے</w:t>
      </w:r>
    </w:p>
    <w:p>
      <w:r>
        <w:rPr>
          <w:b/>
        </w:rPr>
        <w:t xml:space="preserve">[25:40] </w:t>
      </w:r>
      <w:r>
        <w:t>jawabi nafrat na kijiye.</w:t>
      </w:r>
    </w:p>
    <w:p>
      <w:pPr>
        <w:jc w:val="right"/>
      </w:pPr>
      <w:r>
        <w:t>جوابی نفرت نہ کیجئے۔</w:t>
      </w:r>
    </w:p>
    <w:p>
      <w:r>
        <w:rPr>
          <w:b/>
        </w:rPr>
        <w:t xml:space="preserve">[25:44] </w:t>
      </w:r>
      <w:r>
        <w:t>yeh hai ehsaan.</w:t>
      </w:r>
    </w:p>
    <w:p>
      <w:pPr>
        <w:jc w:val="right"/>
      </w:pPr>
      <w:r>
        <w:t>یہ ہے احسان۔</w:t>
      </w:r>
    </w:p>
    <w:p>
      <w:r>
        <w:rPr>
          <w:b/>
        </w:rPr>
        <w:t xml:space="preserve">[25:46] </w:t>
      </w:r>
      <w:r>
        <w:t>to is ka taluq niyat se bhi hai, qaul se bhi hai, amal se bhi hai.</w:t>
      </w:r>
    </w:p>
    <w:p>
      <w:pPr>
        <w:jc w:val="right"/>
      </w:pPr>
      <w:r>
        <w:t>تو اس کا تعلق نیت سے بھی ہے، قول سے بھی ہے، عمل سے بھی ہے۔</w:t>
      </w:r>
    </w:p>
    <w:p>
      <w:r>
        <w:rPr>
          <w:b/>
        </w:rPr>
        <w:t xml:space="preserve">[25:52] </w:t>
      </w:r>
      <w:r>
        <w:t>niyat ke mamle mein aap ko yeh karna chahiye</w:t>
      </w:r>
    </w:p>
    <w:p>
      <w:pPr>
        <w:jc w:val="right"/>
      </w:pPr>
      <w:r>
        <w:t>نیت کے معاملے میں آپ کو یہ کرنا چاہیے</w:t>
      </w:r>
    </w:p>
    <w:p>
      <w:r>
        <w:rPr>
          <w:b/>
        </w:rPr>
        <w:t xml:space="preserve">[25:55] </w:t>
      </w:r>
      <w:r>
        <w:t>ke buri niyat apne dil mein na aane dein, kisi ke bare mein badgumani ko na aane dein,</w:t>
      </w:r>
    </w:p>
    <w:p>
      <w:pPr>
        <w:jc w:val="right"/>
      </w:pPr>
      <w:r>
        <w:t>کہ بری نیت اپنے دل میں نہ آنے دیں، کسی کے بارے میں بدگمانی کو نہ آنے دیں،</w:t>
      </w:r>
    </w:p>
    <w:p>
      <w:r>
        <w:rPr>
          <w:b/>
        </w:rPr>
        <w:t xml:space="preserve">[26:03] </w:t>
      </w:r>
      <w:r>
        <w:t>kisi ke bare mein apne ko badzan na hone dein,</w:t>
      </w:r>
    </w:p>
    <w:p>
      <w:pPr>
        <w:jc w:val="right"/>
      </w:pPr>
      <w:r>
        <w:t>کسی کے بارے میں اپنے کو بدزن نہ ہونے دیں،</w:t>
      </w:r>
    </w:p>
    <w:p>
      <w:r>
        <w:rPr>
          <w:b/>
        </w:rPr>
        <w:t xml:space="preserve">[26:09] </w:t>
      </w:r>
      <w:r>
        <w:t>kisi ke khilaf negative</w:t>
      </w:r>
    </w:p>
    <w:p>
      <w:pPr>
        <w:jc w:val="right"/>
      </w:pPr>
      <w:r>
        <w:t>کسی کے خلاف نیگیٹیو</w:t>
      </w:r>
    </w:p>
    <w:p>
      <w:r>
        <w:rPr>
          <w:b/>
        </w:rPr>
        <w:t xml:space="preserve">[26:11] </w:t>
      </w:r>
      <w:r>
        <w:t>thought ko apne andar</w:t>
      </w:r>
    </w:p>
    <w:p>
      <w:pPr>
        <w:jc w:val="right"/>
      </w:pPr>
      <w:r>
        <w:t>تھاٹ کو اپنے اندر</w:t>
      </w:r>
    </w:p>
    <w:p>
      <w:r>
        <w:rPr>
          <w:b/>
        </w:rPr>
        <w:t xml:space="preserve">[26:15] </w:t>
      </w:r>
      <w:r>
        <w:t>na palne dein. yeh niyat ki baat hui,</w:t>
      </w:r>
    </w:p>
    <w:p>
      <w:pPr>
        <w:jc w:val="right"/>
      </w:pPr>
      <w:r>
        <w:t>نہ پلنے دیں۔ یہ نیت کی بات ہوئی،</w:t>
      </w:r>
    </w:p>
    <w:p>
      <w:r>
        <w:rPr>
          <w:b/>
        </w:rPr>
        <w:t xml:space="preserve">[26:20] </w:t>
      </w:r>
      <w:r>
        <w:t>qoul ki baat hui. kisi ke bare mein jab bolein to justice ki baat bolein.</w:t>
      </w:r>
    </w:p>
    <w:p>
      <w:pPr>
        <w:jc w:val="right"/>
      </w:pPr>
      <w:r>
        <w:t>قول کی بات ہوئی۔ کسی کے بارے میں جب بولیں تو جسٹس کی بات بولیں۔</w:t>
      </w:r>
    </w:p>
    <w:p>
      <w:r>
        <w:rPr>
          <w:b/>
        </w:rPr>
        <w:t xml:space="preserve">[26:27] </w:t>
      </w:r>
      <w:r>
        <w:t>quran mein hai ke la wala yajrauna lishara'u qawmin 'ala allahi ta'budu wa aqrabu liltaqwa yani kisi se</w:t>
      </w:r>
    </w:p>
    <w:p>
      <w:pPr>
        <w:jc w:val="right"/>
      </w:pPr>
      <w:r>
        <w:t>قرآن میں ہے کہ لَا وَلَا يَجْرَوْنَ لَكُمْ شَرَانُ قَوْمٍ عَلَى اللَّهِ تَعْبُدُوا وَأَقْرَبُوا لِلْتَقْوٰى یعنی کسی سے</w:t>
      </w:r>
    </w:p>
    <w:p>
      <w:r>
        <w:rPr>
          <w:b/>
        </w:rPr>
        <w:t xml:space="preserve">[26:35] </w:t>
      </w:r>
      <w:r>
        <w:t>aap ko ghussa ho,</w:t>
      </w:r>
    </w:p>
    <w:p>
      <w:pPr>
        <w:jc w:val="right"/>
      </w:pPr>
      <w:r>
        <w:t>آپ کو غصہ ہو،</w:t>
      </w:r>
    </w:p>
    <w:p>
      <w:r>
        <w:rPr>
          <w:b/>
        </w:rPr>
        <w:t xml:space="preserve">[26:38] </w:t>
      </w:r>
      <w:r>
        <w:t>kisi se aap ko shikayat ho, tab bhi aap justice ki baat kahein.</w:t>
      </w:r>
    </w:p>
    <w:p>
      <w:pPr>
        <w:jc w:val="right"/>
      </w:pPr>
      <w:r>
        <w:t>کسی سے آپ کو شکایت ہو، تب بھی آپ جسٹس کی بات کہیں۔</w:t>
      </w:r>
    </w:p>
    <w:p>
      <w:r>
        <w:rPr>
          <w:b/>
        </w:rPr>
        <w:t xml:space="preserve">[26:43] </w:t>
      </w:r>
      <w:r>
        <w:t>kisi bhi haal mein justice se na hatein.</w:t>
      </w:r>
    </w:p>
    <w:p>
      <w:pPr>
        <w:jc w:val="right"/>
      </w:pPr>
      <w:r>
        <w:t>کسی بھی حال میں جسٹس سے نہ ہٹیں۔</w:t>
      </w:r>
    </w:p>
    <w:p>
      <w:r>
        <w:rPr>
          <w:b/>
        </w:rPr>
        <w:t xml:space="preserve">[26:50] </w:t>
      </w:r>
      <w:r>
        <w:t>yeh hai qoul ka ehsaan</w:t>
      </w:r>
    </w:p>
    <w:p>
      <w:pPr>
        <w:jc w:val="right"/>
      </w:pPr>
      <w:r>
        <w:t>یہ ہے قول کا احسان</w:t>
      </w:r>
    </w:p>
    <w:p>
      <w:r>
        <w:rPr>
          <w:b/>
        </w:rPr>
        <w:t xml:space="preserve">[26:55] </w:t>
      </w:r>
      <w:r>
        <w:t>ke wohi kaha jaye jo ke</w:t>
      </w:r>
    </w:p>
    <w:p>
      <w:pPr>
        <w:jc w:val="right"/>
      </w:pPr>
      <w:r>
        <w:t>کہ وہی کہا جائے جو کہ</w:t>
      </w:r>
    </w:p>
    <w:p>
      <w:r>
        <w:rPr>
          <w:b/>
        </w:rPr>
        <w:t xml:space="preserve">[26:58] </w:t>
      </w:r>
      <w:r>
        <w:t>waqe ke mutabiq hai.</w:t>
      </w:r>
    </w:p>
    <w:p>
      <w:pPr>
        <w:jc w:val="right"/>
      </w:pPr>
      <w:r>
        <w:t>واقعے کے مطابق ہے۔</w:t>
      </w:r>
    </w:p>
    <w:p>
      <w:r>
        <w:rPr>
          <w:b/>
        </w:rPr>
        <w:t xml:space="preserve">[27:02] </w:t>
      </w:r>
      <w:r>
        <w:t>zara sa bhi baat ko badal kar na kaha jaye, na ghatakar kaha jaye, na badhakar</w:t>
      </w:r>
    </w:p>
    <w:p>
      <w:pPr>
        <w:jc w:val="right"/>
      </w:pPr>
      <w:r>
        <w:t>ذرا سا بھی بات کو بدل کر نہ کہا جائے، نہ گھٹا کر کہا جائے، نہ بڑھا کر</w:t>
      </w:r>
    </w:p>
    <w:p>
      <w:r>
        <w:rPr>
          <w:b/>
        </w:rPr>
        <w:t xml:space="preserve">[27:06] </w:t>
      </w:r>
      <w:r>
        <w:t>kaha jaye. aur yeh isi wohi isi waqt hoga jab aadmi bahut soch kar bolega,</w:t>
      </w:r>
    </w:p>
    <w:p>
      <w:pPr>
        <w:jc w:val="right"/>
      </w:pPr>
      <w:r>
        <w:t>کہا جائے۔ اور یہ اسی وہی اسی وقت ہوگا جب آدمی بہت سوچ کر بولے گا،</w:t>
      </w:r>
    </w:p>
    <w:p>
      <w:r>
        <w:rPr>
          <w:b/>
        </w:rPr>
        <w:t xml:space="preserve">[27:17] </w:t>
      </w:r>
      <w:r>
        <w:t>bahut zyada baat ko gehrai mein samajh kar bolega. aur sab se badhkar yeh ke sochne</w:t>
      </w:r>
    </w:p>
    <w:p>
      <w:pPr>
        <w:jc w:val="right"/>
      </w:pPr>
      <w:r>
        <w:t>بہت زیادہ بات کو گہرائی میں سمجھ کر بولے گا۔ اور سب سے بڑھ کر یہ کہ سوچنے</w:t>
      </w:r>
    </w:p>
    <w:p>
      <w:r>
        <w:rPr>
          <w:b/>
        </w:rPr>
        <w:t xml:space="preserve">[27:27] </w:t>
      </w:r>
      <w:r>
        <w:t>se sab se badhkar yeh ke bolne se pehle yeh sochega ke iska jawab mujhe</w:t>
      </w:r>
    </w:p>
    <w:p>
      <w:pPr>
        <w:jc w:val="right"/>
      </w:pPr>
      <w:r>
        <w:t>سے سب سے بڑھ کر یہ کہ بولنے سے پہلے یہ سوچے گا کہ اس کا جواب مجھے</w:t>
      </w:r>
    </w:p>
    <w:p>
      <w:r>
        <w:rPr>
          <w:b/>
        </w:rPr>
        <w:t xml:space="preserve">[27:32] </w:t>
      </w:r>
      <w:r>
        <w:t>khuda ke haan dena hai.</w:t>
      </w:r>
    </w:p>
    <w:p>
      <w:pPr>
        <w:jc w:val="right"/>
      </w:pPr>
      <w:r>
        <w:t>خدا کے ہاں دینا ہے۔</w:t>
      </w:r>
    </w:p>
    <w:p>
      <w:r>
        <w:rPr>
          <w:b/>
        </w:rPr>
        <w:t xml:space="preserve">[27:34] </w:t>
      </w:r>
      <w:r>
        <w:t>jo mein bolunga aaj ki duniya mein to kal ke din mujhe khuda ke haan iska</w:t>
      </w:r>
    </w:p>
    <w:p>
      <w:pPr>
        <w:jc w:val="right"/>
      </w:pPr>
      <w:r>
        <w:t>جو میں بولوں گا آج کی دنیا میں تو کل کے دن مجھے خدا کے ہاں اس کا</w:t>
      </w:r>
    </w:p>
    <w:p>
      <w:r>
        <w:rPr>
          <w:b/>
        </w:rPr>
        <w:t xml:space="preserve">[27:41] </w:t>
      </w:r>
      <w:r>
        <w:t>jawab dena hai.</w:t>
      </w:r>
    </w:p>
    <w:p>
      <w:pPr>
        <w:jc w:val="right"/>
      </w:pPr>
      <w:r>
        <w:t>جواب دینا ہے۔</w:t>
      </w:r>
    </w:p>
    <w:p>
      <w:r>
        <w:rPr>
          <w:b/>
        </w:rPr>
        <w:t xml:space="preserve">[27:44] </w:t>
      </w:r>
      <w:r>
        <w:t>to jab aadmi yeh soch kar bolega to</w:t>
      </w:r>
    </w:p>
    <w:p>
      <w:pPr>
        <w:jc w:val="right"/>
      </w:pPr>
      <w:r>
        <w:t>تو جب آدمی یہ سوچ کر بولے گا تو</w:t>
      </w:r>
    </w:p>
    <w:p>
      <w:r>
        <w:rPr>
          <w:b/>
        </w:rPr>
        <w:t xml:space="preserve">[27:48] </w:t>
      </w:r>
      <w:r>
        <w:t>phir yahi hoga ke woh as it is bolega, justice ki baat kahega,</w:t>
      </w:r>
    </w:p>
    <w:p>
      <w:pPr>
        <w:jc w:val="right"/>
      </w:pPr>
      <w:r>
        <w:t>پھر یہی ہوگا کہ وہ ایز اٹ از بولے گا، جسٹس کی بات کہے گا،</w:t>
      </w:r>
    </w:p>
    <w:p>
      <w:r>
        <w:rPr>
          <w:b/>
        </w:rPr>
        <w:t xml:space="preserve">[27:56] </w:t>
      </w:r>
      <w:r>
        <w:t>kisi baat ko bigad kar nahi kahega. woh</w:t>
      </w:r>
    </w:p>
    <w:p>
      <w:pPr>
        <w:jc w:val="right"/>
      </w:pPr>
      <w:r>
        <w:t>کسی بات کو بگاڑ کر نہیں کہے گا۔ وہ</w:t>
      </w:r>
    </w:p>
    <w:p>
      <w:r>
        <w:rPr>
          <w:b/>
        </w:rPr>
        <w:t xml:space="preserve">[28:00] </w:t>
      </w:r>
      <w:r>
        <w:t>aise hi amal ka mamla hai.</w:t>
      </w:r>
    </w:p>
    <w:p>
      <w:pPr>
        <w:jc w:val="right"/>
      </w:pPr>
      <w:r>
        <w:t>ایسے ہی عمل کا معاملہ ہے۔</w:t>
      </w:r>
    </w:p>
    <w:p>
      <w:r>
        <w:rPr>
          <w:b/>
        </w:rPr>
        <w:t xml:space="preserve">[28:03] </w:t>
      </w:r>
      <w:r>
        <w:t>ab deling mein bar bar aisa hota hai ke yeh mauqa hota hai aadmi ke liye ke apne</w:t>
      </w:r>
    </w:p>
    <w:p>
      <w:pPr>
        <w:jc w:val="right"/>
      </w:pPr>
      <w:r>
        <w:t>اب ڈیلنگ میں بار بار ایسا ہوتا ہے کہ یہ موقع ہوتا ہے آدمی کے لیے کہ اپنے</w:t>
      </w:r>
    </w:p>
    <w:p>
      <w:r>
        <w:rPr>
          <w:b/>
        </w:rPr>
        <w:t xml:space="preserve">[28:10] </w:t>
      </w:r>
      <w:r>
        <w:t>interest ko dekhe aur doosre ke interest ko nazar andaaz kar de.</w:t>
      </w:r>
    </w:p>
    <w:p>
      <w:pPr>
        <w:jc w:val="right"/>
      </w:pPr>
      <w:r>
        <w:t>انٹرسٹ کو دیکھے اور دوسرے کے انٹرسٹ کو نظر انداز کر دے۔</w:t>
      </w:r>
    </w:p>
    <w:p>
      <w:r>
        <w:rPr>
          <w:b/>
        </w:rPr>
        <w:t xml:space="preserve">[28:15] </w:t>
      </w:r>
      <w:r>
        <w:t>yani apne interest ko dekhna aur doosre ke interest ko nazar andaaz kar dena yeh ehsaan ke khilaaf</w:t>
      </w:r>
    </w:p>
    <w:p>
      <w:pPr>
        <w:jc w:val="right"/>
      </w:pPr>
      <w:r>
        <w:t>یعنی اپنے انٹرسٹ کو دیکھنا اور دوسرے کے انٹرسٹ کو نظر انداز کر دینا یہ احسان کے خلاف</w:t>
      </w:r>
    </w:p>
    <w:p>
      <w:r>
        <w:rPr>
          <w:b/>
        </w:rPr>
        <w:t xml:space="preserve">[28:21] </w:t>
      </w:r>
      <w:r>
        <w:t>hai. To amal mein zaroori hai ke aap yeh dekhen ke</w:t>
      </w:r>
    </w:p>
    <w:p>
      <w:pPr>
        <w:jc w:val="right"/>
      </w:pPr>
      <w:r>
        <w:t>ہے۔ تو عمل میں ضروری ہے کہ آپ یہ دیکھیں کہ</w:t>
      </w:r>
    </w:p>
    <w:p>
      <w:r>
        <w:rPr>
          <w:b/>
        </w:rPr>
        <w:t xml:space="preserve">[28:32] </w:t>
      </w:r>
      <w:r>
        <w:t>kisi doosre ki haq talfi na ho rahi ho,</w:t>
      </w:r>
    </w:p>
    <w:p>
      <w:pPr>
        <w:jc w:val="right"/>
      </w:pPr>
      <w:r>
        <w:t>کسی دوسرے کی حق تلفی نہ ہو رہی ہو،</w:t>
      </w:r>
    </w:p>
    <w:p>
      <w:r>
        <w:rPr>
          <w:b/>
        </w:rPr>
        <w:t xml:space="preserve">[28:37] </w:t>
      </w:r>
      <w:r>
        <w:t>kisi doosre ko aap</w:t>
      </w:r>
    </w:p>
    <w:p>
      <w:pPr>
        <w:jc w:val="right"/>
      </w:pPr>
      <w:r>
        <w:t>کسی دوسرے کو آپ</w:t>
      </w:r>
    </w:p>
    <w:p>
      <w:r>
        <w:rPr>
          <w:b/>
        </w:rPr>
        <w:t xml:space="preserve">[28:41] </w:t>
      </w:r>
      <w:r>
        <w:t>yani apna haq dete hue doosre ka haq maarne wale na ban rahe hon.</w:t>
      </w:r>
    </w:p>
    <w:p>
      <w:pPr>
        <w:jc w:val="right"/>
      </w:pPr>
      <w:r>
        <w:t>یعنی اپنا حق دیتے ہوئے دوسرے کا حق مارنے والے نہ بن رہے ہوں۔</w:t>
      </w:r>
    </w:p>
    <w:p>
      <w:r>
        <w:rPr>
          <w:b/>
        </w:rPr>
        <w:t xml:space="preserve">[28:47] </w:t>
      </w:r>
      <w:r>
        <w:t>To amal ka ehsaan yeh hai ke aap jo amal karen woh amal is tarah ho ke aap</w:t>
      </w:r>
    </w:p>
    <w:p>
      <w:pPr>
        <w:jc w:val="right"/>
      </w:pPr>
      <w:r>
        <w:t>تو عمل کا احسان یہ ہے کہ آپ جو عمل کریں وہ عمل اس طرح ہو کہ آپ</w:t>
      </w:r>
    </w:p>
    <w:p>
      <w:r>
        <w:rPr>
          <w:b/>
        </w:rPr>
        <w:t xml:space="preserve">[28:54] </w:t>
      </w:r>
      <w:r>
        <w:t>kisi doosre ko aap ne nuksaan na pahanchaya ho,</w:t>
      </w:r>
    </w:p>
    <w:p>
      <w:pPr>
        <w:jc w:val="right"/>
      </w:pPr>
      <w:r>
        <w:t>کسی دوسرے کو آپ نے نقصان نہ پہنچایا ہو،</w:t>
      </w:r>
    </w:p>
    <w:p>
      <w:r>
        <w:rPr>
          <w:b/>
        </w:rPr>
        <w:t xml:space="preserve">[28:58] </w:t>
      </w:r>
      <w:r>
        <w:t>apna faida lene ke liye doosre ko nuksaan na pahanchaya ho, apne ko achha banane ke liye doosre</w:t>
      </w:r>
    </w:p>
    <w:p>
      <w:pPr>
        <w:jc w:val="right"/>
      </w:pPr>
      <w:r>
        <w:t>اپنا فائدہ لینے کے لیے دوسرے کو نقصان نہ پہنچایا ہو، اپنے کو اچھا بنانے کے لیے دوسرے</w:t>
      </w:r>
    </w:p>
    <w:p>
      <w:r>
        <w:rPr>
          <w:b/>
        </w:rPr>
        <w:t xml:space="preserve">[29:05] </w:t>
      </w:r>
      <w:r>
        <w:t>ko bura na kiya ho.</w:t>
      </w:r>
    </w:p>
    <w:p>
      <w:pPr>
        <w:jc w:val="right"/>
      </w:pPr>
      <w:r>
        <w:t>کو برا نہ کیا ہو۔</w:t>
      </w:r>
    </w:p>
    <w:p>
      <w:r>
        <w:rPr>
          <w:b/>
        </w:rPr>
        <w:t xml:space="preserve">[29:10] </w:t>
      </w:r>
      <w:r>
        <w:t>Aadmi ko yeh haq hai ke woh jo chahe bole, jo chahe kare, lekin</w:t>
      </w:r>
    </w:p>
    <w:p>
      <w:pPr>
        <w:jc w:val="right"/>
      </w:pPr>
      <w:r>
        <w:t>آدمی کو یہ حق ہے کہ وہ جو چاہے بولے، جو چاہے کرے، لیکن</w:t>
      </w:r>
    </w:p>
    <w:p>
      <w:r>
        <w:rPr>
          <w:b/>
        </w:rPr>
        <w:t xml:space="preserve">[29:19] </w:t>
      </w:r>
      <w:r>
        <w:t>ek condition hai. Condition ek yeh hai ke jin logon ke beech mein rehta hai woh aadmi,</w:t>
      </w:r>
    </w:p>
    <w:p>
      <w:pPr>
        <w:jc w:val="right"/>
      </w:pPr>
      <w:r>
        <w:t>ایک کنڈیشن ہے۔ کنڈیشن ایک یہ ہے کہ جن لوگوں کے بیچ میں رہتا ہے وہ آدمی،</w:t>
      </w:r>
    </w:p>
    <w:p>
      <w:r>
        <w:rPr>
          <w:b/>
        </w:rPr>
        <w:t xml:space="preserve">[29:26] </w:t>
      </w:r>
      <w:r>
        <w:t>un ke liye use problem create nahi karna hai, un ko exploit nahi karna hai,</w:t>
      </w:r>
    </w:p>
    <w:p>
      <w:pPr>
        <w:jc w:val="right"/>
      </w:pPr>
      <w:r>
        <w:t>ان کے لیے اسے پرابلم کریٹ نہیں کرنا ہے، ان کو ایکسپلائٹ نہیں کرنا ہے،</w:t>
      </w:r>
    </w:p>
    <w:p>
      <w:r>
        <w:rPr>
          <w:b/>
        </w:rPr>
        <w:t xml:space="preserve">[29:32] </w:t>
      </w:r>
      <w:r>
        <w:t>un ke interest ko kill nahi karna hai.</w:t>
      </w:r>
    </w:p>
    <w:p>
      <w:pPr>
        <w:jc w:val="right"/>
      </w:pPr>
      <w:r>
        <w:t>ان کے انٹرسٹ کو کل نہیں کرنا ہے۔</w:t>
      </w:r>
    </w:p>
    <w:p>
      <w:r>
        <w:rPr>
          <w:b/>
        </w:rPr>
        <w:t xml:space="preserve">[29:36] </w:t>
      </w:r>
      <w:r>
        <w:t>Is tarah se rehna hai.</w:t>
      </w:r>
    </w:p>
    <w:p>
      <w:pPr>
        <w:jc w:val="right"/>
      </w:pPr>
      <w:r>
        <w:t>اس طرح سے رہنا ہے۔</w:t>
      </w:r>
    </w:p>
    <w:p>
      <w:r>
        <w:rPr>
          <w:b/>
        </w:rPr>
        <w:t xml:space="preserve">[29:39] </w:t>
      </w:r>
      <w:r>
        <w:t>Jo log is tarah rahen, wahi Khuda ke haan</w:t>
      </w:r>
    </w:p>
    <w:p>
      <w:pPr>
        <w:jc w:val="right"/>
      </w:pPr>
      <w:r>
        <w:t>جو لوگ اس طرح رہیں، وہی خدا کے ہاں</w:t>
      </w:r>
    </w:p>
    <w:p>
      <w:r>
        <w:rPr>
          <w:b/>
        </w:rPr>
        <w:t xml:space="preserve">[29:42] </w:t>
      </w:r>
      <w:r>
        <w:t>bach jayenge pakad se. Aur jo log</w:t>
      </w:r>
    </w:p>
    <w:p>
      <w:pPr>
        <w:jc w:val="right"/>
      </w:pPr>
      <w:r>
        <w:t>بچ جائیں گے پکڑ سے۔ اور جو لوگ</w:t>
      </w:r>
    </w:p>
    <w:p>
      <w:r>
        <w:rPr>
          <w:b/>
        </w:rPr>
        <w:t xml:space="preserve">[29:47] </w:t>
      </w:r>
      <w:r>
        <w:t>is tarah rahen, wahi woh log hain jin ko jannat mein jagah di jayegi. Yeh baat dekhiye,</w:t>
      </w:r>
    </w:p>
    <w:p>
      <w:pPr>
        <w:jc w:val="right"/>
      </w:pPr>
      <w:r>
        <w:t>اس طرح رہیں، وہی وہ لوگ ہیں جن کو جنت میں جگہ دی جائے گی۔ یہ بات دیکھیے،</w:t>
      </w:r>
    </w:p>
    <w:p>
      <w:r>
        <w:rPr>
          <w:b/>
        </w:rPr>
        <w:t xml:space="preserve">[29:58] </w:t>
      </w:r>
      <w:r>
        <w:t>100 97 Surah Baqarah 197 mein Hajj ka bayan hai</w:t>
      </w:r>
    </w:p>
    <w:p>
      <w:pPr>
        <w:jc w:val="right"/>
      </w:pPr>
      <w:r>
        <w:t>100 97 سورہ بقرہ 197 میں حج کا بیان ہے</w:t>
      </w:r>
    </w:p>
    <w:p>
      <w:r>
        <w:rPr>
          <w:b/>
        </w:rPr>
        <w:t xml:space="preserve">[30:12] </w:t>
      </w:r>
      <w:r>
        <w:t>to farmaya ke jab Hajj ke liye niklo</w:t>
      </w:r>
    </w:p>
    <w:p>
      <w:pPr>
        <w:jc w:val="right"/>
      </w:pPr>
      <w:r>
        <w:t>تو فرمایا کہ جب حج کے لیے نکلو</w:t>
      </w:r>
    </w:p>
    <w:p>
      <w:r>
        <w:rPr>
          <w:b/>
        </w:rPr>
        <w:t xml:space="preserve">[30:17] </w:t>
      </w:r>
      <w:r>
        <w:t>to fularrafas walafusooq</w:t>
      </w:r>
    </w:p>
    <w:p>
      <w:pPr>
        <w:jc w:val="right"/>
      </w:pPr>
      <w:r>
        <w:t>تو فلا رفس ولا فسوق</w:t>
      </w:r>
    </w:p>
    <w:p>
      <w:r>
        <w:rPr>
          <w:b/>
        </w:rPr>
        <w:t xml:space="preserve">[30:20] </w:t>
      </w:r>
      <w:r>
        <w:t>walajidala fil hajj</w:t>
      </w:r>
    </w:p>
    <w:p>
      <w:pPr>
        <w:jc w:val="right"/>
      </w:pPr>
      <w:r>
        <w:t>ولا جدال فی الحج</w:t>
      </w:r>
    </w:p>
    <w:p>
      <w:r>
        <w:rPr>
          <w:b/>
        </w:rPr>
        <w:t xml:space="preserve">[30:25] </w:t>
      </w:r>
      <w:r>
        <w:t>fularrafas walafusooq walajidala fil hajj</w:t>
      </w:r>
    </w:p>
    <w:p>
      <w:pPr>
        <w:jc w:val="right"/>
      </w:pPr>
      <w:r>
        <w:t>فلا رفس ولا فسوق ولا جدال فی الحج</w:t>
      </w:r>
    </w:p>
    <w:p>
      <w:r>
        <w:rPr>
          <w:b/>
        </w:rPr>
        <w:t xml:space="preserve">[30:29] </w:t>
      </w:r>
      <w:r>
        <w:t>yani Hajj ke safar mein</w:t>
      </w:r>
    </w:p>
    <w:p>
      <w:pPr>
        <w:jc w:val="right"/>
      </w:pPr>
      <w:r>
        <w:t>یعنی حج کے سفر میں</w:t>
      </w:r>
    </w:p>
    <w:p>
      <w:r>
        <w:rPr>
          <w:b/>
        </w:rPr>
        <w:t xml:space="preserve">[30:32] </w:t>
      </w:r>
      <w:r>
        <w:t>aap jante hain ke aadmi bohat se logon ke beech mein aa jata hai. aap ghar mein, aap</w:t>
      </w:r>
    </w:p>
    <w:p>
      <w:pPr>
        <w:jc w:val="right"/>
      </w:pPr>
      <w:r>
        <w:t>آپ جانتے ہیں کہ آدمی بہت سے لوگوں کے بیچ میں آ جاتا ہے۔ آپ گھر میں، آپ</w:t>
      </w:r>
    </w:p>
    <w:p>
      <w:r>
        <w:rPr>
          <w:b/>
        </w:rPr>
        <w:t xml:space="preserve">[30:38] </w:t>
      </w:r>
      <w:r>
        <w:t>apne ghar mein akele hain, lekin jab hajj ke liye niklenge aap to bohat se logon ke</w:t>
      </w:r>
    </w:p>
    <w:p>
      <w:pPr>
        <w:jc w:val="right"/>
      </w:pPr>
      <w:r>
        <w:t>اپنے گھر میں اکیلے ہیں، لیکن جب حج کے لیے نکلیں گے آپ تو بہت سے لوگوں کے</w:t>
      </w:r>
    </w:p>
    <w:p>
      <w:r>
        <w:rPr>
          <w:b/>
        </w:rPr>
        <w:t xml:space="preserve">[30:44] </w:t>
      </w:r>
      <w:r>
        <w:t>saath safar karna parega, bohat se logon ke saath rehna parega,</w:t>
      </w:r>
    </w:p>
    <w:p>
      <w:pPr>
        <w:jc w:val="right"/>
      </w:pPr>
      <w:r>
        <w:t>ساتھ سفر کرنا پڑے گا، بہت سے لوگوں کے ساتھ رہنا پڑے گا،</w:t>
      </w:r>
    </w:p>
    <w:p>
      <w:r>
        <w:rPr>
          <w:b/>
        </w:rPr>
        <w:t xml:space="preserve">[30:49] </w:t>
      </w:r>
      <w:r>
        <w:t>bohat se logon ke saath mil kar ke ibadat karna parega.</w:t>
      </w:r>
    </w:p>
    <w:p>
      <w:pPr>
        <w:jc w:val="right"/>
      </w:pPr>
      <w:r>
        <w:t>بہت سے لوگوں کے ساتھ مل کر کے عبادت کرنا پڑے گا۔</w:t>
      </w:r>
    </w:p>
    <w:p>
      <w:r>
        <w:rPr>
          <w:b/>
        </w:rPr>
        <w:t xml:space="preserve">[30:55] </w:t>
      </w:r>
      <w:r>
        <w:t>to kya hota hai? phir</w:t>
      </w:r>
    </w:p>
    <w:p>
      <w:pPr>
        <w:jc w:val="right"/>
      </w:pPr>
      <w:r>
        <w:t>تو کیا ہوتا ہے؟ پھر</w:t>
      </w:r>
    </w:p>
    <w:p>
      <w:r>
        <w:rPr>
          <w:b/>
        </w:rPr>
        <w:t xml:space="preserve">[30:57] </w:t>
      </w:r>
      <w:r>
        <w:t>bar bar aisa hota hai ke koi kahin ikhtilaf ho gaya, kahin difference aa gaya, kahin shikayat ho</w:t>
      </w:r>
    </w:p>
    <w:p>
      <w:pPr>
        <w:jc w:val="right"/>
      </w:pPr>
      <w:r>
        <w:t>بار بار ایسا ہوتا ہے کہ کوئی کہیں اختلاف ہو گیا، کہیں ڈفرنس آ گیا، کہیں شکایت ہو</w:t>
      </w:r>
    </w:p>
    <w:p>
      <w:r>
        <w:rPr>
          <w:b/>
        </w:rPr>
        <w:t xml:space="preserve">[31:02] </w:t>
      </w:r>
      <w:r>
        <w:t>gayi, kahin kisi se kisi ko takleef pahunch gayi.</w:t>
      </w:r>
    </w:p>
    <w:p>
      <w:pPr>
        <w:jc w:val="right"/>
      </w:pPr>
      <w:r>
        <w:t>گئی، کہیں کسی سے کسی کو تکلیف پہنچ گئی۔</w:t>
      </w:r>
    </w:p>
    <w:p>
      <w:r>
        <w:rPr>
          <w:b/>
        </w:rPr>
        <w:t xml:space="preserve">[31:08] </w:t>
      </w:r>
      <w:r>
        <w:t>to farmaya ke fasaq refas wa la fusooqa wa la jidala fil hajj</w:t>
      </w:r>
    </w:p>
    <w:p>
      <w:pPr>
        <w:jc w:val="right"/>
      </w:pPr>
      <w:r>
        <w:t>تو فرمایا کہ فلا رفس ولا فسوق ولا جدال فی الحج</w:t>
      </w:r>
    </w:p>
    <w:p>
      <w:r>
        <w:rPr>
          <w:b/>
        </w:rPr>
        <w:t xml:space="preserve">[31:14] </w:t>
      </w:r>
      <w:r>
        <w:t>ke hajj ke liye niklo jab tum to na to tumhein gandi baat bolna hai,</w:t>
      </w:r>
    </w:p>
    <w:p>
      <w:pPr>
        <w:jc w:val="right"/>
      </w:pPr>
      <w:r>
        <w:t>کہ حج کے لیے نکلو جب تم تو نہ تو تمہیں گندی بات بولنا ہے،</w:t>
      </w:r>
    </w:p>
    <w:p>
      <w:r>
        <w:rPr>
          <w:b/>
        </w:rPr>
        <w:t xml:space="preserve">[31:20] </w:t>
      </w:r>
      <w:r>
        <w:t>na jhagda karna hai,</w:t>
      </w:r>
    </w:p>
    <w:p>
      <w:pPr>
        <w:jc w:val="right"/>
      </w:pPr>
      <w:r>
        <w:t>نہ جھگڑا کرنا ہے،</w:t>
      </w:r>
    </w:p>
    <w:p>
      <w:r>
        <w:rPr>
          <w:b/>
        </w:rPr>
        <w:t xml:space="preserve">[31:23] </w:t>
      </w:r>
      <w:r>
        <w:t>na koi buri baat bolna hai.</w:t>
      </w:r>
    </w:p>
    <w:p>
      <w:pPr>
        <w:jc w:val="right"/>
      </w:pPr>
      <w:r>
        <w:t>نہ کوئی بری بات بولنا ہے۔</w:t>
      </w:r>
    </w:p>
    <w:p>
      <w:r>
        <w:rPr>
          <w:b/>
        </w:rPr>
        <w:t xml:space="preserve">[31:28] </w:t>
      </w:r>
      <w:r>
        <w:t>to gandi baat, buri baat, jhagde wali baat, in sab baaton se apne aap ko bachana hai. is</w:t>
      </w:r>
    </w:p>
    <w:p>
      <w:pPr>
        <w:jc w:val="right"/>
      </w:pPr>
      <w:r>
        <w:t>تو گندی بات، بری بات، جھگڑے والی بات، ان سب باتوں سے اپنے آپ کو بچانا ہے۔ اس</w:t>
      </w:r>
    </w:p>
    <w:p>
      <w:r>
        <w:rPr>
          <w:b/>
        </w:rPr>
        <w:t xml:space="preserve">[31:35] </w:t>
      </w:r>
      <w:r>
        <w:t>ka matlab yeh nahi ke hajj mein bachana hai sirf</w:t>
      </w:r>
    </w:p>
    <w:p>
      <w:pPr>
        <w:jc w:val="right"/>
      </w:pPr>
      <w:r>
        <w:t>کا مطلب یہ نہیں کہ حج میں بچانا ہے صرف</w:t>
      </w:r>
    </w:p>
    <w:p>
      <w:r>
        <w:rPr>
          <w:b/>
        </w:rPr>
        <w:t xml:space="preserve">[31:39] </w:t>
      </w:r>
      <w:r>
        <w:t>nahin. hajj to training period hai in baaton ke liye.</w:t>
      </w:r>
    </w:p>
    <w:p>
      <w:pPr>
        <w:jc w:val="right"/>
      </w:pPr>
      <w:r>
        <w:t>نہیں۔ حج تو ٹریننگ پیریڈ ہے ان باتوں کے لیے۔</w:t>
      </w:r>
    </w:p>
    <w:p>
      <w:r>
        <w:rPr>
          <w:b/>
        </w:rPr>
        <w:t xml:space="preserve">[31:47] </w:t>
      </w:r>
      <w:r>
        <w:t>hum society mein kaise rahen?</w:t>
      </w:r>
    </w:p>
    <w:p>
      <w:pPr>
        <w:jc w:val="right"/>
      </w:pPr>
      <w:r>
        <w:t>ہم سوسائٹی میں کیسے رہیں؟</w:t>
      </w:r>
    </w:p>
    <w:p>
      <w:r>
        <w:rPr>
          <w:b/>
        </w:rPr>
        <w:t xml:space="preserve">[31:50] </w:t>
      </w:r>
      <w:r>
        <w:t>logon ke saath mil jul kar rehna. jab hum logon ke saath mil jul, logon ke saath jab</w:t>
      </w:r>
    </w:p>
    <w:p>
      <w:pPr>
        <w:jc w:val="right"/>
      </w:pPr>
      <w:r>
        <w:t>لوگوں کے ساتھ مل جل کر رہنا۔ جب ہم لوگوں کے ساتھ مل جل، لوگوں کے ساتھ جب</w:t>
      </w:r>
    </w:p>
    <w:p>
      <w:r>
        <w:rPr>
          <w:b/>
        </w:rPr>
        <w:t xml:space="preserve">[31:55] </w:t>
      </w:r>
      <w:r>
        <w:t>hum mil jul kar rahen to kaise rahen? to wahan par yeh karna hai hamein</w:t>
      </w:r>
    </w:p>
    <w:p>
      <w:pPr>
        <w:jc w:val="right"/>
      </w:pPr>
      <w:r>
        <w:t>ہم مل جل کر رہیں تو کیسے رہیں؟ تو وہاں پر یہ کرنا ہے ہمیں</w:t>
      </w:r>
    </w:p>
    <w:p>
      <w:r>
        <w:rPr>
          <w:b/>
        </w:rPr>
        <w:t xml:space="preserve">[32:01] </w:t>
      </w:r>
      <w:r>
        <w:t>roz apni daily life mein</w:t>
      </w:r>
    </w:p>
    <w:p>
      <w:pPr>
        <w:jc w:val="right"/>
      </w:pPr>
      <w:r>
        <w:t>روز اپنی ڈیلی لائف میں</w:t>
      </w:r>
    </w:p>
    <w:p>
      <w:r>
        <w:rPr>
          <w:b/>
        </w:rPr>
        <w:t xml:space="preserve">[32:04] </w:t>
      </w:r>
      <w:r>
        <w:t>ke na munh se hum gandi baat bolen, na buri baat nikalein, na jhagda karen.</w:t>
      </w:r>
    </w:p>
    <w:p>
      <w:pPr>
        <w:jc w:val="right"/>
      </w:pPr>
      <w:r>
        <w:t>کہ نہ منہ سے ہم گندی بات بولیں، نہ بری بات نکالیں، نہ جھگڑا کریں۔</w:t>
      </w:r>
    </w:p>
    <w:p>
      <w:r>
        <w:rPr>
          <w:b/>
        </w:rPr>
        <w:t xml:space="preserve">[32:11] </w:t>
      </w:r>
      <w:r>
        <w:t>is tarah se hamein apni society mein rehna hai. to hajj mein ek ibadat ke mahol paida kar</w:t>
      </w:r>
    </w:p>
    <w:p>
      <w:pPr>
        <w:jc w:val="right"/>
      </w:pPr>
      <w:r>
        <w:t>اس طرح سے ہمیں اپنی سوسائٹی میں رہنا ہے۔ تو حج میں ایک عبادت کے ماحول پیدا کر</w:t>
      </w:r>
    </w:p>
    <w:p>
      <w:r>
        <w:rPr>
          <w:b/>
        </w:rPr>
        <w:t xml:space="preserve">[32:18] </w:t>
      </w:r>
      <w:r>
        <w:t>ke wahan us ki training ki jati hai,</w:t>
      </w:r>
    </w:p>
    <w:p>
      <w:pPr>
        <w:jc w:val="right"/>
      </w:pPr>
      <w:r>
        <w:t>کے وہاں اس کی ٹریننگ کی جاتی ہے،</w:t>
      </w:r>
    </w:p>
    <w:p>
      <w:r>
        <w:rPr>
          <w:b/>
        </w:rPr>
        <w:t xml:space="preserve">[32:22] </w:t>
      </w:r>
      <w:r>
        <w:t>us ki training di jati hai.</w:t>
      </w:r>
    </w:p>
    <w:p>
      <w:pPr>
        <w:jc w:val="right"/>
      </w:pPr>
      <w:r>
        <w:t>اس کی ٹریننگ دی جاتی ہے۔</w:t>
      </w:r>
    </w:p>
    <w:p>
      <w:r>
        <w:rPr>
          <w:b/>
        </w:rPr>
        <w:t xml:space="preserve">[32:26] </w:t>
      </w:r>
      <w:r>
        <w:t>to yeh sari zindagi ke liye</w:t>
      </w:r>
    </w:p>
    <w:p>
      <w:pPr>
        <w:jc w:val="right"/>
      </w:pPr>
      <w:r>
        <w:t>تو یہ ساری زندگی کے لیے</w:t>
      </w:r>
    </w:p>
    <w:p>
      <w:r>
        <w:rPr>
          <w:b/>
        </w:rPr>
        <w:t xml:space="preserve">[32:30] </w:t>
      </w:r>
      <w:r>
        <w:t>yeh baat chahiye ke aadmi sari zindagi is tarah rahe ke logon ke saath woh peaceful tareeqe</w:t>
      </w:r>
    </w:p>
    <w:p>
      <w:pPr>
        <w:jc w:val="right"/>
      </w:pPr>
      <w:r>
        <w:t>یہ بات چاہیے کہ آدمی ساری زندگی اس طرح رہے کہ لوگوں کے ساتھ وہ پیس فل طریقے</w:t>
      </w:r>
    </w:p>
    <w:p>
      <w:r>
        <w:rPr>
          <w:b/>
        </w:rPr>
        <w:t xml:space="preserve">[32:36] </w:t>
      </w:r>
      <w:r>
        <w:t>se rahe, logon ke saath sharafat ke saath rahe,</w:t>
      </w:r>
    </w:p>
    <w:p>
      <w:pPr>
        <w:jc w:val="right"/>
      </w:pPr>
      <w:r>
        <w:t>سے رہے، لوگوں کے ساتھ شرافت کے ساتھ رہے،</w:t>
      </w:r>
    </w:p>
    <w:p>
      <w:r>
        <w:rPr>
          <w:b/>
        </w:rPr>
        <w:t xml:space="preserve">[32:41] </w:t>
      </w:r>
      <w:r>
        <w:t>logon ke sath is tarah rahe ke un ke liye koi woh problem create nahi kar raha hai.</w:t>
      </w:r>
    </w:p>
    <w:p>
      <w:pPr>
        <w:jc w:val="right"/>
      </w:pPr>
      <w:r>
        <w:t>لوگوں کے ساتھ اس طرح رہے کہ ان کے لیے کوئی وہ پرابلم کریٹ نہیں کر رہا ہے۔</w:t>
      </w:r>
    </w:p>
    <w:p>
      <w:r>
        <w:rPr>
          <w:b/>
        </w:rPr>
        <w:t xml:space="preserve">[32:47] </w:t>
      </w:r>
      <w:r>
        <w:t>yeh hamein apni daily life mein karna hai aur sari umar karna hai.</w:t>
      </w:r>
    </w:p>
    <w:p>
      <w:pPr>
        <w:jc w:val="right"/>
      </w:pPr>
      <w:r>
        <w:t>یہ ہمیں اپنی ڈیلی لائف میں کرنا ہے اور ساری عمر کرنا ہے۔</w:t>
      </w:r>
    </w:p>
    <w:p>
      <w:r>
        <w:rPr>
          <w:b/>
        </w:rPr>
        <w:t xml:space="preserve">[32:54] </w:t>
      </w:r>
      <w:r>
        <w:t>isi ki training ke liye, isi ki tarbiyat ke liye haj mein is ko khas tarike se</w:t>
      </w:r>
    </w:p>
    <w:p>
      <w:pPr>
        <w:jc w:val="right"/>
      </w:pPr>
      <w:r>
        <w:t>اسی کی ٹریننگ کے لیے، اسی کی تربیت کے لیے حج میں اس کو خاص طریقے سے</w:t>
      </w:r>
    </w:p>
    <w:p>
      <w:r>
        <w:rPr>
          <w:b/>
        </w:rPr>
        <w:t xml:space="preserve">[33:02] </w:t>
      </w:r>
      <w:r>
        <w:t>is par emphasis di gayi,</w:t>
      </w:r>
    </w:p>
    <w:p>
      <w:pPr>
        <w:jc w:val="right"/>
      </w:pPr>
      <w:r>
        <w:t>اس پر ایمفیسز دی گئی،</w:t>
      </w:r>
    </w:p>
    <w:p>
      <w:r>
        <w:rPr>
          <w:b/>
        </w:rPr>
        <w:t xml:space="preserve">[33:05] </w:t>
      </w:r>
      <w:r>
        <w:t>bohat hi important ke sath is ko bataya gaya</w:t>
      </w:r>
    </w:p>
    <w:p>
      <w:pPr>
        <w:jc w:val="right"/>
      </w:pPr>
      <w:r>
        <w:t>بہت ہی امپورٹنٹ کے ساتھ اس کو بتایا گیا</w:t>
      </w:r>
    </w:p>
    <w:p>
      <w:r>
        <w:rPr>
          <w:b/>
        </w:rPr>
        <w:t xml:space="preserve">[33:09] </w:t>
      </w:r>
      <w:r>
        <w:t>ke haj mein agar tum bharpoor taur par apne andar</w:t>
      </w:r>
    </w:p>
    <w:p>
      <w:pPr>
        <w:jc w:val="right"/>
      </w:pPr>
      <w:r>
        <w:t>کہ حج میں اگر تم بھرپور طور پر اپنے اندر</w:t>
      </w:r>
    </w:p>
    <w:p>
      <w:r>
        <w:rPr>
          <w:b/>
        </w:rPr>
        <w:t xml:space="preserve">[33:14] </w:t>
      </w:r>
      <w:r>
        <w:t>yeh habit paida kar lo, apne aap ko train kar lo, apne zehan ko bana lo to phir</w:t>
      </w:r>
    </w:p>
    <w:p>
      <w:pPr>
        <w:jc w:val="right"/>
      </w:pPr>
      <w:r>
        <w:t>یہ ہیبٹ پیدا کر لو، اپنے آپ کو ٹرین کر لو، اپنے ذہن کو بنا لو تو پھر</w:t>
      </w:r>
    </w:p>
    <w:p>
      <w:r>
        <w:rPr>
          <w:b/>
        </w:rPr>
        <w:t xml:space="preserve">[33:22] </w:t>
      </w:r>
      <w:r>
        <w:t>sari zindagi is ka asar rahega aur tumhari daily life mein yani wapas aane ke baad jo</w:t>
      </w:r>
    </w:p>
    <w:p>
      <w:pPr>
        <w:jc w:val="right"/>
      </w:pPr>
      <w:r>
        <w:t>ساری زندگی اس کا اثر رہے گا اور تمہاری ڈیلی لائف میں یعنی واپس آنے کے بعد جو</w:t>
      </w:r>
    </w:p>
    <w:p>
      <w:r>
        <w:rPr>
          <w:b/>
        </w:rPr>
        <w:t xml:space="preserve">[33:28] </w:t>
      </w:r>
      <w:r>
        <w:t>tumhari daily life hai, woh</w:t>
      </w:r>
    </w:p>
    <w:p>
      <w:pPr>
        <w:jc w:val="right"/>
      </w:pPr>
      <w:r>
        <w:t>تمہاری ڈیلی لائف ہے، وہ</w:t>
      </w:r>
    </w:p>
    <w:p>
      <w:r>
        <w:rPr>
          <w:b/>
        </w:rPr>
        <w:t xml:space="preserve">[33:33] </w:t>
      </w:r>
      <w:r>
        <w:t>is mein, is mein is ka rang dikhai dega.</w:t>
      </w:r>
    </w:p>
    <w:p>
      <w:pPr>
        <w:jc w:val="right"/>
      </w:pPr>
      <w:r>
        <w:t>اس میں، اس میں اس کا رنگ دکھائی دے گا۔</w:t>
      </w:r>
    </w:p>
    <w:p>
      <w:r>
        <w:rPr>
          <w:b/>
        </w:rPr>
        <w:t xml:space="preserve">[33:39] </w:t>
      </w:r>
      <w:r>
        <w:t>to is tarah se dekhiye, ayat number 197</w:t>
      </w:r>
    </w:p>
    <w:p>
      <w:pPr>
        <w:jc w:val="right"/>
      </w:pPr>
      <w:r>
        <w:t>تو اس طرح سے دیکھیے، آیت نمبر 197</w:t>
      </w:r>
    </w:p>
    <w:p>
      <w:r>
        <w:rPr>
          <w:b/>
        </w:rPr>
        <w:t xml:space="preserve">[33:54] </w:t>
      </w:r>
      <w:r>
        <w:t>surah baqarah ki ayat number 197 mein farmaya</w:t>
      </w:r>
    </w:p>
    <w:p>
      <w:pPr>
        <w:jc w:val="right"/>
      </w:pPr>
      <w:r>
        <w:t>سورہ بقرہ کی آیت نمبر 197 میں فرمایا</w:t>
      </w:r>
    </w:p>
    <w:p>
      <w:r>
        <w:rPr>
          <w:b/>
        </w:rPr>
        <w:t xml:space="preserve">[33:59] </w:t>
      </w:r>
      <w:r>
        <w:t>wa taqoon ya olul albab</w:t>
      </w:r>
    </w:p>
    <w:p>
      <w:pPr>
        <w:jc w:val="right"/>
      </w:pPr>
      <w:r>
        <w:t>وتقون یا اولی الباب</w:t>
      </w:r>
    </w:p>
    <w:p>
      <w:r>
        <w:rPr>
          <w:b/>
        </w:rPr>
        <w:t xml:space="preserve">[34:06] </w:t>
      </w:r>
      <w:r>
        <w:t>wa taqoon ya olul albab</w:t>
      </w:r>
    </w:p>
    <w:p>
      <w:pPr>
        <w:jc w:val="right"/>
      </w:pPr>
      <w:r>
        <w:t>وتقون یا اولی الباب</w:t>
      </w:r>
    </w:p>
    <w:p>
      <w:r>
        <w:rPr>
          <w:b/>
        </w:rPr>
        <w:t xml:space="preserve">[34:10] </w:t>
      </w:r>
      <w:r>
        <w:t>ae</w:t>
      </w:r>
    </w:p>
    <w:p>
      <w:pPr>
        <w:jc w:val="right"/>
      </w:pPr>
      <w:r>
        <w:t>اے</w:t>
      </w:r>
    </w:p>
    <w:p>
      <w:r>
        <w:rPr>
          <w:b/>
        </w:rPr>
        <w:t xml:space="preserve">[34:11] </w:t>
      </w:r>
      <w:r>
        <w:t>aql walo! mujh se daro,</w:t>
      </w:r>
    </w:p>
    <w:p>
      <w:pPr>
        <w:jc w:val="right"/>
      </w:pPr>
      <w:r>
        <w:t>عقل والو! مجھ سے ڈرو،</w:t>
      </w:r>
    </w:p>
    <w:p>
      <w:r>
        <w:rPr>
          <w:b/>
        </w:rPr>
        <w:t xml:space="preserve">[34:16] </w:t>
      </w:r>
      <w:r>
        <w:t>ae aql walo!</w:t>
      </w:r>
    </w:p>
    <w:p>
      <w:pPr>
        <w:jc w:val="right"/>
      </w:pPr>
      <w:r>
        <w:t>اے عقل والو!</w:t>
      </w:r>
    </w:p>
    <w:p>
      <w:r>
        <w:rPr>
          <w:b/>
        </w:rPr>
        <w:t xml:space="preserve">[34:17] </w:t>
      </w:r>
      <w:r>
        <w:t>mujh se daro,</w:t>
      </w:r>
    </w:p>
    <w:p>
      <w:pPr>
        <w:jc w:val="right"/>
      </w:pPr>
      <w:r>
        <w:t>مجھ سے ڈرو،</w:t>
      </w:r>
    </w:p>
    <w:p>
      <w:r>
        <w:rPr>
          <w:b/>
        </w:rPr>
        <w:t xml:space="preserve">[34:19] </w:t>
      </w:r>
      <w:r>
        <w:t>ae aql walo!</w:t>
      </w:r>
    </w:p>
    <w:p>
      <w:pPr>
        <w:jc w:val="right"/>
      </w:pPr>
      <w:r>
        <w:t>اے عقل والو!</w:t>
      </w:r>
    </w:p>
    <w:p>
      <w:r>
        <w:rPr>
          <w:b/>
        </w:rPr>
        <w:t xml:space="preserve">[34:21] </w:t>
      </w:r>
      <w:r>
        <w:t>taqwa ka tarika ikhtiyar karo.</w:t>
      </w:r>
    </w:p>
    <w:p>
      <w:pPr>
        <w:jc w:val="right"/>
      </w:pPr>
      <w:r>
        <w:t>تقویٰ کا طریقہ اختیار کرو۔</w:t>
      </w:r>
    </w:p>
    <w:p>
      <w:r>
        <w:rPr>
          <w:b/>
        </w:rPr>
        <w:t xml:space="preserve">[34:24] </w:t>
      </w:r>
      <w:r>
        <w:t>yeh bohat hi ahem baat hai,</w:t>
      </w:r>
    </w:p>
    <w:p>
      <w:pPr>
        <w:jc w:val="right"/>
      </w:pPr>
      <w:r>
        <w:t>یہ بہت ہی اہم بات ہے،</w:t>
      </w:r>
    </w:p>
    <w:p>
      <w:r>
        <w:rPr>
          <w:b/>
        </w:rPr>
        <w:t xml:space="preserve">[34:29] </w:t>
      </w:r>
      <w:r>
        <w:t>is se yeh maloom hua ke taqwa ka talluq aql se hai.</w:t>
      </w:r>
    </w:p>
    <w:p>
      <w:pPr>
        <w:jc w:val="right"/>
      </w:pPr>
      <w:r>
        <w:t>اس سے یہ معلوم ہوا کہ تقویٰ کا تعلق عقل سے ہے۔</w:t>
      </w:r>
    </w:p>
    <w:p>
      <w:r>
        <w:rPr>
          <w:b/>
        </w:rPr>
        <w:t xml:space="preserve">[34:35] </w:t>
      </w:r>
      <w:r>
        <w:t>khuda ke khuda se dar kar dunya mein rehna,</w:t>
      </w:r>
    </w:p>
    <w:p>
      <w:pPr>
        <w:jc w:val="right"/>
      </w:pPr>
      <w:r>
        <w:t>خدا کے خدا سے ڈر کر دنیا میں رہنا،</w:t>
      </w:r>
    </w:p>
    <w:p>
      <w:r>
        <w:rPr>
          <w:b/>
        </w:rPr>
        <w:t xml:space="preserve">[34:40] </w:t>
      </w:r>
      <w:r>
        <w:t>muttaqi ban kar dunya mein rehna,</w:t>
      </w:r>
    </w:p>
    <w:p>
      <w:pPr>
        <w:jc w:val="right"/>
      </w:pPr>
      <w:r>
        <w:t>متقی بن کر دنیا میں رہنا،</w:t>
      </w:r>
    </w:p>
    <w:p>
      <w:r>
        <w:rPr>
          <w:b/>
        </w:rPr>
        <w:t xml:space="preserve">[34:43] </w:t>
      </w:r>
      <w:r>
        <w:t>taqwa ka tarika ikhtiyar karna, is ka talluq kis se hai? aql se hai.</w:t>
      </w:r>
    </w:p>
    <w:p>
      <w:pPr>
        <w:jc w:val="right"/>
      </w:pPr>
      <w:r>
        <w:t>تقویٰ کا طریقہ اختیار کرنا، اس کا تعلق کس سے ہے؟ عقل سے ہے۔</w:t>
      </w:r>
    </w:p>
    <w:p>
      <w:r>
        <w:rPr>
          <w:b/>
        </w:rPr>
        <w:t xml:space="preserve">[34:51] </w:t>
      </w:r>
      <w:r>
        <w:t>aql kaise hai? aql se</w:t>
      </w:r>
    </w:p>
    <w:p>
      <w:pPr>
        <w:jc w:val="right"/>
      </w:pPr>
      <w:r>
        <w:t>عقل کیسے ہے؟ عقل سے</w:t>
      </w:r>
    </w:p>
    <w:p>
      <w:r>
        <w:rPr>
          <w:b/>
        </w:rPr>
        <w:t xml:space="preserve">[34:54] </w:t>
      </w:r>
      <w:r>
        <w:t>aadmi ke poore behaviour ko insaan ka mind control karta hai.</w:t>
      </w:r>
    </w:p>
    <w:p>
      <w:pPr>
        <w:jc w:val="right"/>
      </w:pPr>
      <w:r>
        <w:t>آدمی کے پورے بیہیویئر کو انسان کا مائنڈ کنٹرول کرتا ہے۔</w:t>
      </w:r>
    </w:p>
    <w:p>
      <w:r>
        <w:rPr>
          <w:b/>
        </w:rPr>
        <w:t xml:space="preserve">[35:02] </w:t>
      </w:r>
      <w:r>
        <w:t>yeh body jo hai, yeh toh mind ka vehicle hai,</w:t>
      </w:r>
    </w:p>
    <w:p>
      <w:pPr>
        <w:jc w:val="right"/>
      </w:pPr>
      <w:r>
        <w:t>یہ باڈی جو ہے، یہ تو باڈی جو ہے، یہ تو مائنڈ کا وہیکل ہے،</w:t>
      </w:r>
    </w:p>
    <w:p>
      <w:r>
        <w:rPr>
          <w:b/>
        </w:rPr>
        <w:t xml:space="preserve">[35:07] </w:t>
      </w:r>
      <w:r>
        <w:t>mind ki sawari hai.</w:t>
      </w:r>
    </w:p>
    <w:p>
      <w:pPr>
        <w:jc w:val="right"/>
      </w:pPr>
      <w:r>
        <w:t>مائنڈ کی سواری ہے۔</w:t>
      </w:r>
    </w:p>
    <w:p>
      <w:r>
        <w:rPr>
          <w:b/>
        </w:rPr>
        <w:t xml:space="preserve">[35:10] </w:t>
      </w:r>
      <w:r>
        <w:t>asal jo hai, woh toh mind hai.</w:t>
      </w:r>
    </w:p>
    <w:p>
      <w:pPr>
        <w:jc w:val="right"/>
      </w:pPr>
      <w:r>
        <w:t>اصل جو ہے، وہ تو مائنڈ ہے۔</w:t>
      </w:r>
    </w:p>
    <w:p>
      <w:r>
        <w:rPr>
          <w:b/>
        </w:rPr>
        <w:t xml:space="preserve">[35:13] </w:t>
      </w:r>
      <w:r>
        <w:t>saara kaam mind ke zariye hota hai</w:t>
      </w:r>
    </w:p>
    <w:p>
      <w:pPr>
        <w:jc w:val="right"/>
      </w:pPr>
      <w:r>
        <w:t>سارا کام مائنڈ کے ذریعے ہوتا ہے</w:t>
      </w:r>
    </w:p>
    <w:p>
      <w:r>
        <w:rPr>
          <w:b/>
        </w:rPr>
        <w:t xml:space="preserve">[35:17] </w:t>
      </w:r>
      <w:r>
        <w:t>اور مائنڈ جو ہے، کیا ہے؟ وہ thinking capacity اس کے اندر بے پناہ ہے۔</w:t>
      </w:r>
    </w:p>
    <w:p>
      <w:pPr>
        <w:jc w:val="right"/>
      </w:pPr>
      <w:r>
        <w:t>اور مائنڈ جو ہے، کیا ہے؟ وہ تھنکنگ کیپیسٹی اس کے اندر بے پناہ ہے۔</w:t>
      </w:r>
    </w:p>
    <w:p>
      <w:r>
        <w:rPr>
          <w:b/>
        </w:rPr>
        <w:t xml:space="preserve">[35:25] </w:t>
      </w:r>
      <w:r>
        <w:t>hamaara mind is ke andar ek</w:t>
      </w:r>
    </w:p>
    <w:p>
      <w:pPr>
        <w:jc w:val="right"/>
      </w:pPr>
      <w:r>
        <w:t>ہمارا مائنڈ اس کے اندر ایک</w:t>
      </w:r>
    </w:p>
    <w:p>
      <w:r>
        <w:rPr>
          <w:b/>
        </w:rPr>
        <w:t xml:space="preserve">[35:32] </w:t>
      </w:r>
      <w:r>
        <w:t>universe of thinking hai, woh</w:t>
      </w:r>
    </w:p>
    <w:p>
      <w:pPr>
        <w:jc w:val="right"/>
      </w:pPr>
      <w:r>
        <w:t>یونیورس آف تھنکنگ ہے، وہ</w:t>
      </w:r>
    </w:p>
    <w:p>
      <w:r>
        <w:rPr>
          <w:b/>
        </w:rPr>
        <w:t xml:space="preserve">[35:35] </w:t>
      </w:r>
      <w:r>
        <w:t>سارے universe کے برابر اس کے اندر thinking کی طاقت پائی جاتی ہے۔</w:t>
      </w:r>
    </w:p>
    <w:p>
      <w:pPr>
        <w:jc w:val="right"/>
      </w:pPr>
      <w:r>
        <w:t>سارے یونیورس کے برابر اس کے اندر تھنکنگ کی طاقت پائی جاتی ہے۔</w:t>
      </w:r>
    </w:p>
    <w:p>
      <w:r>
        <w:rPr>
          <w:b/>
        </w:rPr>
        <w:t xml:space="preserve">[35:41] </w:t>
      </w:r>
      <w:r>
        <w:t>toh soch samajh kar ke jab aadmi ek ravaiyya banaye ga toh woh bohat bari baat hogi is</w:t>
      </w:r>
    </w:p>
    <w:p>
      <w:pPr>
        <w:jc w:val="right"/>
      </w:pPr>
      <w:r>
        <w:t>تو سوچ سمجھ کر کے جب آدمی ایک رویہ بنائے گا تو وہ بہت بڑی بات ہوگی اس</w:t>
      </w:r>
    </w:p>
    <w:p>
      <w:r>
        <w:rPr>
          <w:b/>
        </w:rPr>
        <w:t xml:space="preserve">[35:50] </w:t>
      </w:r>
      <w:r>
        <w:t>ke liye. toh taqwa mein aql ka talluq kis tarah se hai? is tarah se hai ke</w:t>
      </w:r>
    </w:p>
    <w:p>
      <w:pPr>
        <w:jc w:val="right"/>
      </w:pPr>
      <w:r>
        <w:t>کے لیے۔ تو تقویٰ میں عقل کا تعلق کس طرح سے ہے؟ اس طرح سے ہے کہ</w:t>
      </w:r>
    </w:p>
    <w:p>
      <w:r>
        <w:rPr>
          <w:b/>
        </w:rPr>
        <w:t xml:space="preserve">[35:58] </w:t>
      </w:r>
      <w:r>
        <w:t>hum apni aql ko istemaal kar ke ghore o fikr karte hain, sochte hain</w:t>
      </w:r>
    </w:p>
    <w:p>
      <w:pPr>
        <w:jc w:val="right"/>
      </w:pPr>
      <w:r>
        <w:t>ہم اپنی عقل کو استعمال کر کے غور و فکر کرتے ہیں، سوچتے ہیں</w:t>
      </w:r>
    </w:p>
    <w:p>
      <w:r>
        <w:rPr>
          <w:b/>
        </w:rPr>
        <w:t xml:space="preserve">[36:09] </w:t>
      </w:r>
      <w:r>
        <w:t>aur phir hum Khuda ko discover karte hain, Khuda ki marifat haasil karte hain. hum ko Khuda ki</w:t>
      </w:r>
    </w:p>
    <w:p>
      <w:pPr>
        <w:jc w:val="right"/>
      </w:pPr>
      <w:r>
        <w:t>اور پھر ہم خدا کو ڈسکور کرتے ہیں، خدا کی معرفت حاصل کرتے ہیں۔ ہم کو خدا کی</w:t>
      </w:r>
    </w:p>
    <w:p>
      <w:r>
        <w:rPr>
          <w:b/>
        </w:rPr>
        <w:t xml:space="preserve">[36:17] </w:t>
      </w:r>
      <w:r>
        <w:t>daryaft hoti hai.</w:t>
      </w:r>
    </w:p>
    <w:p>
      <w:pPr>
        <w:jc w:val="right"/>
      </w:pPr>
      <w:r>
        <w:t>دریافت ہوتی ہے۔</w:t>
      </w:r>
    </w:p>
    <w:p>
      <w:r>
        <w:rPr>
          <w:b/>
        </w:rPr>
        <w:t xml:space="preserve">[36:20] </w:t>
      </w:r>
      <w:r>
        <w:t>toh marifat Khuda ki kaise hoti hai? aql ke zariye hoti hai.</w:t>
      </w:r>
    </w:p>
    <w:p>
      <w:pPr>
        <w:jc w:val="right"/>
      </w:pPr>
      <w:r>
        <w:t>تو معرفت خدا کی کیسے ہوتی ہے؟ عقل کے ذریعے ہوتی ہے۔</w:t>
      </w:r>
    </w:p>
    <w:p>
      <w:r>
        <w:rPr>
          <w:b/>
        </w:rPr>
        <w:t xml:space="preserve">[36:28] </w:t>
      </w:r>
      <w:r>
        <w:t>aql ko istemaal jab karein ge hum, tabhi hum ko marifat ka darja mile ga.</w:t>
      </w:r>
    </w:p>
    <w:p>
      <w:pPr>
        <w:jc w:val="right"/>
      </w:pPr>
      <w:r>
        <w:t>عقل کو استعمال جب کریں گے ہم، تبھی ہم کو معرفت کا درجہ ملے گا۔</w:t>
      </w:r>
    </w:p>
    <w:p>
      <w:r>
        <w:rPr>
          <w:b/>
        </w:rPr>
        <w:t xml:space="preserve">[36:38] </w:t>
      </w:r>
      <w:r>
        <w:t>toh jab aadmi ko Khuda ki gehri marifat ho, us ne Khuda ki barhai ko daryaft kiya ho,</w:t>
      </w:r>
    </w:p>
    <w:p>
      <w:pPr>
        <w:jc w:val="right"/>
      </w:pPr>
      <w:r>
        <w:t>تو جب آدمی کو خدا کی گہری معرفت ہو، اس نے خدا کی بڑائی کو دریافت کیا ہو،</w:t>
      </w:r>
    </w:p>
    <w:p>
      <w:r>
        <w:rPr>
          <w:b/>
        </w:rPr>
        <w:t xml:space="preserve">[36:45] </w:t>
      </w:r>
      <w:r>
        <w:t>خدا کی greatness کو اس نے پایا ہو،</w:t>
      </w:r>
    </w:p>
    <w:p>
      <w:pPr>
        <w:jc w:val="right"/>
      </w:pPr>
      <w:r>
        <w:t>خدا کی گریٹنس کو اس نے پایا ہو،</w:t>
      </w:r>
    </w:p>
    <w:p>
      <w:r>
        <w:rPr>
          <w:b/>
        </w:rPr>
        <w:t xml:space="preserve">[36:51] </w:t>
      </w:r>
      <w:r>
        <w:t>apni aql ko istemaal kar ke, apni ghore o fikr ko istemaal kar ke,</w:t>
      </w:r>
    </w:p>
    <w:p>
      <w:pPr>
        <w:jc w:val="right"/>
      </w:pPr>
      <w:r>
        <w:t>اپنی عقل کو استعمال کر کے، اپنی غور و فکر کو استعمال کر کے،</w:t>
      </w:r>
    </w:p>
    <w:p>
      <w:r>
        <w:rPr>
          <w:b/>
        </w:rPr>
        <w:t xml:space="preserve">[36:56] </w:t>
      </w:r>
      <w:r>
        <w:t>tadabbur aur tafakkur ko istemaal kar ke, us ne jaana ho</w:t>
      </w:r>
    </w:p>
    <w:p>
      <w:pPr>
        <w:jc w:val="right"/>
      </w:pPr>
      <w:r>
        <w:t>تدبر اور تفکر کو استعمال کر کے، اس نے جانا ہو</w:t>
      </w:r>
    </w:p>
    <w:p>
      <w:r>
        <w:rPr>
          <w:b/>
        </w:rPr>
        <w:t xml:space="preserve">[37:00] </w:t>
      </w:r>
      <w:r>
        <w:t>ke Khuda hi is aalam ka creator hai, Khuda hi is aalam ka sustainer hai,</w:t>
      </w:r>
    </w:p>
    <w:p>
      <w:pPr>
        <w:jc w:val="right"/>
      </w:pPr>
      <w:r>
        <w:t>کہ خدا ہی اس عالم کا کریٹر ہے، خدا ہی اس عالم کا سسٹینر ہے،</w:t>
      </w:r>
    </w:p>
    <w:p>
      <w:r>
        <w:rPr>
          <w:b/>
        </w:rPr>
        <w:t xml:space="preserve">[37:07] </w:t>
      </w:r>
      <w:r>
        <w:t>Khuda Rabb ul Aalameen hai,</w:t>
      </w:r>
    </w:p>
    <w:p>
      <w:pPr>
        <w:jc w:val="right"/>
      </w:pPr>
      <w:r>
        <w:t>خدا رب العالمین ہے،</w:t>
      </w:r>
    </w:p>
    <w:p>
      <w:r>
        <w:rPr>
          <w:b/>
        </w:rPr>
        <w:t xml:space="preserve">[37:11] </w:t>
      </w:r>
      <w:r>
        <w:t>Khuda Malik-e-Yum-id-Deen hai. yeh saari baatein soch kar aadmi ke dimagh mein aati hain</w:t>
      </w:r>
    </w:p>
    <w:p>
      <w:pPr>
        <w:jc w:val="right"/>
      </w:pPr>
      <w:r>
        <w:t>خدا مالک یوم الدین ہے۔ یہ ساری باتیں سوچ کر آدمی کے دماغ میں آتی ہیں</w:t>
      </w:r>
    </w:p>
    <w:p>
      <w:r>
        <w:rPr>
          <w:b/>
        </w:rPr>
        <w:t xml:space="preserve">[37:19] </w:t>
      </w:r>
      <w:r>
        <w:t>aur isi ko marifat kaha gaya hai.</w:t>
      </w:r>
    </w:p>
    <w:p>
      <w:pPr>
        <w:jc w:val="right"/>
      </w:pPr>
      <w:r>
        <w:t>اور اسی کو معرفت کہا گیا ہے۔</w:t>
      </w:r>
    </w:p>
    <w:p>
      <w:r>
        <w:rPr>
          <w:b/>
        </w:rPr>
        <w:t xml:space="preserve">[37:22] </w:t>
      </w:r>
      <w:r>
        <w:t>toh marifat sochne se aati hai, aql ko istemaal karne se aati hai.</w:t>
      </w:r>
    </w:p>
    <w:p>
      <w:pPr>
        <w:jc w:val="right"/>
      </w:pPr>
      <w:r>
        <w:t>تو معرفت سوچنے سے آتی ہے، عقل کو استعمال کرنے سے آتی ہے۔</w:t>
      </w:r>
    </w:p>
    <w:p>
      <w:r>
        <w:rPr>
          <w:b/>
        </w:rPr>
        <w:t xml:space="preserve">[37:31] </w:t>
      </w:r>
      <w:r>
        <w:t>toh jab hum aql ko istemaal kar ke</w:t>
      </w:r>
    </w:p>
    <w:p>
      <w:pPr>
        <w:jc w:val="right"/>
      </w:pPr>
      <w:r>
        <w:t>تو جب ہم عقل کو استعمال کر کے</w:t>
      </w:r>
    </w:p>
    <w:p>
      <w:r>
        <w:rPr>
          <w:b/>
        </w:rPr>
        <w:t xml:space="preserve">[37:34] </w:t>
      </w:r>
      <w:r>
        <w:t>Khuda ki is tarah marifat haasil karein ge toh isi ke nateeje ka naam taqwa hai.</w:t>
      </w:r>
    </w:p>
    <w:p>
      <w:pPr>
        <w:jc w:val="right"/>
      </w:pPr>
      <w:r>
        <w:t>خدا کی اس طرح معرفت حاصل کریں گے تو اسی کے نتیجے کا نام تقویٰ ہے۔</w:t>
      </w:r>
    </w:p>
    <w:p>
      <w:r>
        <w:rPr>
          <w:b/>
        </w:rPr>
        <w:t xml:space="preserve">[37:43] </w:t>
      </w:r>
      <w:r>
        <w:t>isi ke nateejay ka naam taqwa hai.</w:t>
      </w:r>
    </w:p>
    <w:p>
      <w:pPr>
        <w:jc w:val="right"/>
      </w:pPr>
      <w:r>
        <w:t>اسی کے نتیجے کا نام تقویٰ ہے۔</w:t>
      </w:r>
    </w:p>
    <w:p>
      <w:r>
        <w:rPr>
          <w:b/>
        </w:rPr>
        <w:t xml:space="preserve">[37:48] </w:t>
      </w:r>
      <w:r>
        <w:t>jaise aap ek jagah hain,</w:t>
      </w:r>
    </w:p>
    <w:p>
      <w:pPr>
        <w:jc w:val="right"/>
      </w:pPr>
      <w:r>
        <w:t>جیسے آپ ایک جگہ ہیں،</w:t>
      </w:r>
    </w:p>
    <w:p>
      <w:r>
        <w:rPr>
          <w:b/>
        </w:rPr>
        <w:t xml:space="preserve">[37:52] </w:t>
      </w:r>
      <w:r>
        <w:t>achanak aap ko yeh daryaft ho ke yahan par ek sher khara hua hai</w:t>
      </w:r>
    </w:p>
    <w:p>
      <w:pPr>
        <w:jc w:val="right"/>
      </w:pPr>
      <w:r>
        <w:t>اچانک آپ کو یہ دریافت ہو کہ یہاں پر ایک شیر کھڑا ہوا ہے</w:t>
      </w:r>
    </w:p>
    <w:p>
      <w:r>
        <w:rPr>
          <w:b/>
        </w:rPr>
        <w:t xml:space="preserve">[37:59] </w:t>
      </w:r>
      <w:r>
        <w:t>to kya hoga? ek zabardast ehsaas jaagega aap ke andar</w:t>
      </w:r>
    </w:p>
    <w:p>
      <w:pPr>
        <w:jc w:val="right"/>
      </w:pPr>
      <w:r>
        <w:t>تو کیا ہوگا؟ ایک زبردست احساس جاگے گا آپ کے اندر</w:t>
      </w:r>
    </w:p>
    <w:p>
      <w:r>
        <w:rPr>
          <w:b/>
        </w:rPr>
        <w:t xml:space="preserve">[38:04] </w:t>
      </w:r>
      <w:r>
        <w:t>ke apne aap ko sher se bachana hai.</w:t>
      </w:r>
    </w:p>
    <w:p>
      <w:pPr>
        <w:jc w:val="right"/>
      </w:pPr>
      <w:r>
        <w:t>کہ اپنے آپ کو شیر سے بچانا ہے۔</w:t>
      </w:r>
    </w:p>
    <w:p>
      <w:r>
        <w:rPr>
          <w:b/>
        </w:rPr>
        <w:t xml:space="preserve">[38:09] </w:t>
      </w:r>
      <w:r>
        <w:t>sher ki daryaft</w:t>
      </w:r>
    </w:p>
    <w:p>
      <w:pPr>
        <w:jc w:val="right"/>
      </w:pPr>
      <w:r>
        <w:t>شیر کی دریافت</w:t>
      </w:r>
    </w:p>
    <w:p>
      <w:r>
        <w:rPr>
          <w:b/>
        </w:rPr>
        <w:t xml:space="preserve">[38:11] </w:t>
      </w:r>
      <w:r>
        <w:t>apne aap sher ke baray mein aap ko jaga deti hai.</w:t>
      </w:r>
    </w:p>
    <w:p>
      <w:pPr>
        <w:jc w:val="right"/>
      </w:pPr>
      <w:r>
        <w:t>اپنے آپ شیر کے بارے میں آپ کو جگا دیتی ہے۔</w:t>
      </w:r>
    </w:p>
    <w:p>
      <w:r>
        <w:rPr>
          <w:b/>
        </w:rPr>
        <w:t xml:space="preserve">[38:18] </w:t>
      </w:r>
      <w:r>
        <w:t>sher ki maujoodgi</w:t>
      </w:r>
    </w:p>
    <w:p>
      <w:pPr>
        <w:jc w:val="right"/>
      </w:pPr>
      <w:r>
        <w:t>شیر کی موجودگی</w:t>
      </w:r>
    </w:p>
    <w:p>
      <w:r>
        <w:rPr>
          <w:b/>
        </w:rPr>
        <w:t xml:space="preserve">[38:23] </w:t>
      </w:r>
      <w:r>
        <w:t>ko daryaft karte hi aap ke andar ek zabardast storm aata hai.</w:t>
      </w:r>
    </w:p>
    <w:p>
      <w:pPr>
        <w:jc w:val="right"/>
      </w:pPr>
      <w:r>
        <w:t>کو دریافت کرتے ہی آپ کے اندر ایک زبردست اسٹارم آتا ہے۔</w:t>
      </w:r>
    </w:p>
    <w:p>
      <w:r>
        <w:rPr>
          <w:b/>
        </w:rPr>
        <w:t xml:space="preserve">[38:32] </w:t>
      </w:r>
      <w:r>
        <w:t>is tareeqay se</w:t>
      </w:r>
    </w:p>
    <w:p>
      <w:pPr>
        <w:jc w:val="right"/>
      </w:pPr>
      <w:r>
        <w:t>اس طریقے سے</w:t>
      </w:r>
    </w:p>
    <w:p>
      <w:r>
        <w:rPr>
          <w:b/>
        </w:rPr>
        <w:t xml:space="preserve">[38:35] </w:t>
      </w:r>
      <w:r>
        <w:t>Khuda ki daryaft bhi ek zabardast storm layegi aap ke andar.</w:t>
      </w:r>
    </w:p>
    <w:p>
      <w:pPr>
        <w:jc w:val="right"/>
      </w:pPr>
      <w:r>
        <w:t>خدا کی دریافت بھی ایک زبردست اسٹارم لائے گی آپ کے اندر۔</w:t>
      </w:r>
    </w:p>
    <w:p>
      <w:r>
        <w:rPr>
          <w:b/>
        </w:rPr>
        <w:t xml:space="preserve">[38:41] </w:t>
      </w:r>
      <w:r>
        <w:t>Khuda aap ka sab se bara concern ban jayega.</w:t>
      </w:r>
    </w:p>
    <w:p>
      <w:pPr>
        <w:jc w:val="right"/>
      </w:pPr>
      <w:r>
        <w:t>خدا آپ کا سب سے بڑا کنسرن بن جائے گا۔</w:t>
      </w:r>
    </w:p>
    <w:p>
      <w:r>
        <w:rPr>
          <w:b/>
        </w:rPr>
        <w:t xml:space="preserve">[38:45] </w:t>
      </w:r>
      <w:r>
        <w:t>aap sab se zyada Khuda se darenge,</w:t>
      </w:r>
    </w:p>
    <w:p>
      <w:pPr>
        <w:jc w:val="right"/>
      </w:pPr>
      <w:r>
        <w:t>آپ سب سے زیادہ خدا سے ڈریں گے،</w:t>
      </w:r>
    </w:p>
    <w:p>
      <w:r>
        <w:rPr>
          <w:b/>
        </w:rPr>
        <w:t xml:space="preserve">[38:49] </w:t>
      </w:r>
      <w:r>
        <w:t>aap sab se zyada Khuda se mohabbat karenge,</w:t>
      </w:r>
    </w:p>
    <w:p>
      <w:pPr>
        <w:jc w:val="right"/>
      </w:pPr>
      <w:r>
        <w:t>آپ سب سے زیادہ خدا سے محبت کریں گے،</w:t>
      </w:r>
    </w:p>
    <w:p>
      <w:r>
        <w:rPr>
          <w:b/>
        </w:rPr>
        <w:t xml:space="preserve">[38:53] </w:t>
      </w:r>
      <w:r>
        <w:t>aap ke saare jazbaat ka markaz Khuda ban jayega.</w:t>
      </w:r>
    </w:p>
    <w:p>
      <w:pPr>
        <w:jc w:val="right"/>
      </w:pPr>
      <w:r>
        <w:t>آپ کے سارے جذبات کا مرکز خدا بن جائے گا۔</w:t>
      </w:r>
    </w:p>
    <w:p>
      <w:r>
        <w:rPr>
          <w:b/>
        </w:rPr>
        <w:t xml:space="preserve">[38:59] </w:t>
      </w:r>
      <w:r>
        <w:t>aap ki soch</w:t>
      </w:r>
    </w:p>
    <w:p>
      <w:pPr>
        <w:jc w:val="right"/>
      </w:pPr>
      <w:r>
        <w:t>آپ کی سوچ</w:t>
      </w:r>
    </w:p>
    <w:p>
      <w:r>
        <w:rPr>
          <w:b/>
        </w:rPr>
        <w:t xml:space="preserve">[39:05] </w:t>
      </w:r>
      <w:r>
        <w:t>god oriented soch hogi,</w:t>
      </w:r>
    </w:p>
    <w:p>
      <w:pPr>
        <w:jc w:val="right"/>
      </w:pPr>
      <w:r>
        <w:t>گاڈ اورینٹڈ سوچ ہوگی،</w:t>
      </w:r>
    </w:p>
    <w:p>
      <w:r>
        <w:rPr>
          <w:b/>
        </w:rPr>
        <w:t xml:space="preserve">[39:08] </w:t>
      </w:r>
      <w:r>
        <w:t>aap ki speech</w:t>
      </w:r>
    </w:p>
    <w:p>
      <w:pPr>
        <w:jc w:val="right"/>
      </w:pPr>
      <w:r>
        <w:t>آپ کی سپیچ</w:t>
      </w:r>
    </w:p>
    <w:p>
      <w:r>
        <w:rPr>
          <w:b/>
        </w:rPr>
        <w:t xml:space="preserve">[39:10] </w:t>
      </w:r>
      <w:r>
        <w:t>god oriented speech hogi, aap ka amal god oriented amal hoga,</w:t>
      </w:r>
    </w:p>
    <w:p>
      <w:pPr>
        <w:jc w:val="right"/>
      </w:pPr>
      <w:r>
        <w:t>گاڈ اورینٹڈ سپیچ ہوگی، آپ کا عمل گاڈ اورینٹڈ عمل ہوگا،</w:t>
      </w:r>
    </w:p>
    <w:p>
      <w:r>
        <w:rPr>
          <w:b/>
        </w:rPr>
        <w:t xml:space="preserve">[39:20] </w:t>
      </w:r>
      <w:r>
        <w:t>aap ka behavior</w:t>
      </w:r>
    </w:p>
    <w:p>
      <w:pPr>
        <w:jc w:val="right"/>
      </w:pPr>
      <w:r>
        <w:t>آپ کا بیہیویئر</w:t>
      </w:r>
    </w:p>
    <w:p>
      <w:r>
        <w:rPr>
          <w:b/>
        </w:rPr>
        <w:t xml:space="preserve">[39:22] </w:t>
      </w:r>
      <w:r>
        <w:t>god oriented behavior hoga.</w:t>
      </w:r>
    </w:p>
    <w:p>
      <w:pPr>
        <w:jc w:val="right"/>
      </w:pPr>
      <w:r>
        <w:t>گاڈ اورینٹڈ بیہیویئر ہوگا۔</w:t>
      </w:r>
    </w:p>
    <w:p>
      <w:r>
        <w:rPr>
          <w:b/>
        </w:rPr>
        <w:t xml:space="preserve">[39:26] </w:t>
      </w:r>
      <w:r>
        <w:t>to sab cheez juri hui hai marifat se aur marifat ka nateejah hai taqwa.</w:t>
      </w:r>
    </w:p>
    <w:p>
      <w:pPr>
        <w:jc w:val="right"/>
      </w:pPr>
      <w:r>
        <w:t>تو سب چیز جڑی ہوئی ہے معرفت سے اور معرفت کا نتیجہ ہے تقویٰ۔</w:t>
      </w:r>
    </w:p>
    <w:p>
      <w:r>
        <w:rPr>
          <w:b/>
        </w:rPr>
        <w:t xml:space="preserve">[39:37] </w:t>
      </w:r>
      <w:r>
        <w:t>to farmaya ke</w:t>
      </w:r>
    </w:p>
    <w:p>
      <w:pPr>
        <w:jc w:val="right"/>
      </w:pPr>
      <w:r>
        <w:t>تو فرمایا کہ</w:t>
      </w:r>
    </w:p>
    <w:p>
      <w:r>
        <w:rPr>
          <w:b/>
        </w:rPr>
        <w:t xml:space="preserve">[39:42] </w:t>
      </w:r>
      <w:r>
        <w:t>atqoon ya uli al bab</w:t>
      </w:r>
    </w:p>
    <w:p>
      <w:pPr>
        <w:jc w:val="right"/>
      </w:pPr>
      <w:r>
        <w:t>اتقون یا اولی الباب</w:t>
      </w:r>
    </w:p>
    <w:p>
      <w:r>
        <w:rPr>
          <w:b/>
        </w:rPr>
        <w:t xml:space="preserve">[39:45] </w:t>
      </w:r>
      <w:r>
        <w:t>ae aql walo!</w:t>
      </w:r>
    </w:p>
    <w:p>
      <w:pPr>
        <w:jc w:val="right"/>
      </w:pPr>
      <w:r>
        <w:t>اے عقل والو!</w:t>
      </w:r>
    </w:p>
    <w:p>
      <w:r>
        <w:rPr>
          <w:b/>
        </w:rPr>
        <w:t xml:space="preserve">[39:47] </w:t>
      </w:r>
      <w:r>
        <w:t>mujhe se daro,</w:t>
      </w:r>
    </w:p>
    <w:p>
      <w:pPr>
        <w:jc w:val="right"/>
      </w:pPr>
      <w:r>
        <w:t>مجھ سے ڈرو،</w:t>
      </w:r>
    </w:p>
    <w:p>
      <w:r>
        <w:rPr>
          <w:b/>
        </w:rPr>
        <w:t xml:space="preserve">[39:51] </w:t>
      </w:r>
      <w:r>
        <w:t>ae aql walo!</w:t>
      </w:r>
    </w:p>
    <w:p>
      <w:pPr>
        <w:jc w:val="right"/>
      </w:pPr>
      <w:r>
        <w:t>اے عقل والو!</w:t>
      </w:r>
    </w:p>
    <w:p>
      <w:r>
        <w:rPr>
          <w:b/>
        </w:rPr>
        <w:t xml:space="preserve">[39:52] </w:t>
      </w:r>
      <w:r>
        <w:t>mujhe se daro.</w:t>
      </w:r>
    </w:p>
    <w:p>
      <w:pPr>
        <w:jc w:val="right"/>
      </w:pPr>
      <w:r>
        <w:t>مجھ سے ڈرو۔</w:t>
      </w:r>
    </w:p>
    <w:p>
      <w:r>
        <w:rPr>
          <w:b/>
        </w:rPr>
        <w:t xml:space="preserve">[39:57] </w:t>
      </w:r>
      <w:r>
        <w:t>is ayat se clear tor par yeh maloom hota hai ke taqwa jo hai,</w:t>
      </w:r>
    </w:p>
    <w:p>
      <w:pPr>
        <w:jc w:val="right"/>
      </w:pPr>
      <w:r>
        <w:t>اس آیت سے کلیئر طور پر یہ معلوم ہوتا ہے کہ تقویٰ جو ہے،</w:t>
      </w:r>
    </w:p>
    <w:p>
      <w:r>
        <w:rPr>
          <w:b/>
        </w:rPr>
        <w:t xml:space="preserve">[40:04] </w:t>
      </w:r>
      <w:r>
        <w:t>kisi ritual ka naam nahi hai, kisi form ka naam nahi hai.</w:t>
      </w:r>
    </w:p>
    <w:p>
      <w:pPr>
        <w:jc w:val="right"/>
      </w:pPr>
      <w:r>
        <w:t>کسی ریچول کا نام نہیں ہے، کسی فارم کا نام نہیں ہے۔</w:t>
      </w:r>
    </w:p>
    <w:p>
      <w:r>
        <w:rPr>
          <w:b/>
        </w:rPr>
        <w:t xml:space="preserve">[40:09] </w:t>
      </w:r>
      <w:r>
        <w:t>yani aap khaas tarah ka kapra pehan lein,</w:t>
      </w:r>
    </w:p>
    <w:p>
      <w:pPr>
        <w:jc w:val="right"/>
      </w:pPr>
      <w:r>
        <w:t>یعنی آپ خاص طرح کا کپڑا پہن لیں،</w:t>
      </w:r>
    </w:p>
    <w:p>
      <w:r>
        <w:rPr>
          <w:b/>
        </w:rPr>
        <w:t xml:space="preserve">[40:13] </w:t>
      </w:r>
      <w:r>
        <w:t>khaas tarah ka kapra,</w:t>
      </w:r>
    </w:p>
    <w:p>
      <w:pPr>
        <w:jc w:val="right"/>
      </w:pPr>
      <w:r>
        <w:t>خاص طرح کا کپڑا،</w:t>
      </w:r>
    </w:p>
    <w:p>
      <w:r>
        <w:rPr>
          <w:b/>
        </w:rPr>
        <w:t xml:space="preserve">[40:16] </w:t>
      </w:r>
      <w:r>
        <w:t>khaas tarah ki topi,</w:t>
      </w:r>
    </w:p>
    <w:p>
      <w:pPr>
        <w:jc w:val="right"/>
      </w:pPr>
      <w:r>
        <w:t>خاص طرح کی ٹوپی،</w:t>
      </w:r>
    </w:p>
    <w:p>
      <w:r>
        <w:rPr>
          <w:b/>
        </w:rPr>
        <w:t xml:space="preserve">[40:18] </w:t>
      </w:r>
      <w:r>
        <w:t>khaas tarah ki waza qata,</w:t>
      </w:r>
    </w:p>
    <w:p>
      <w:pPr>
        <w:jc w:val="right"/>
      </w:pPr>
      <w:r>
        <w:t>خاص طرح کی وضع قطع،</w:t>
      </w:r>
    </w:p>
    <w:p>
      <w:r>
        <w:rPr>
          <w:b/>
        </w:rPr>
        <w:t xml:space="preserve">[40:23] </w:t>
      </w:r>
      <w:r>
        <w:t>khaas tarah ka</w:t>
      </w:r>
    </w:p>
    <w:p>
      <w:pPr>
        <w:jc w:val="right"/>
      </w:pPr>
      <w:r>
        <w:t>خاص طرح کا</w:t>
      </w:r>
    </w:p>
    <w:p>
      <w:r>
        <w:rPr>
          <w:b/>
        </w:rPr>
        <w:t xml:space="preserve">[40:26] </w:t>
      </w:r>
      <w:r>
        <w:t>form, in cheezon ka naam taqwa nahi hai. Yeh to culture hai,</w:t>
      </w:r>
    </w:p>
    <w:p>
      <w:pPr>
        <w:jc w:val="right"/>
      </w:pPr>
      <w:r>
        <w:t>فارم، ان چیزوں کا نام تقویٰ نہیں ہے۔ یہ تو کلچر ہے،</w:t>
      </w:r>
    </w:p>
    <w:p>
      <w:r>
        <w:rPr>
          <w:b/>
        </w:rPr>
        <w:t xml:space="preserve">[40:34] </w:t>
      </w:r>
      <w:r>
        <w:t>yeh sab culture ki cheezain hain.</w:t>
      </w:r>
    </w:p>
    <w:p>
      <w:pPr>
        <w:jc w:val="right"/>
      </w:pPr>
      <w:r>
        <w:t>یہ سب کلچر کی چیزیں ہیں۔</w:t>
      </w:r>
    </w:p>
    <w:p>
      <w:r>
        <w:rPr>
          <w:b/>
        </w:rPr>
        <w:t xml:space="preserve">[40:37] </w:t>
      </w:r>
      <w:r>
        <w:t>taqwa ka talluq aql se hai, taqwa ka talluq marifat se hai, taqwa ka talluq</w:t>
      </w:r>
    </w:p>
    <w:p>
      <w:pPr>
        <w:jc w:val="right"/>
      </w:pPr>
      <w:r>
        <w:t>تقویٰ کا تعلق عقل سے ہے، تقویٰ کا تعلق معرفت سے ہے، تقویٰ کا تعلق</w:t>
      </w:r>
    </w:p>
    <w:p>
      <w:r>
        <w:rPr>
          <w:b/>
        </w:rPr>
        <w:t xml:space="preserve">[40:44] </w:t>
      </w:r>
      <w:r>
        <w:t>realization se hai,</w:t>
      </w:r>
    </w:p>
    <w:p>
      <w:pPr>
        <w:jc w:val="right"/>
      </w:pPr>
      <w:r>
        <w:t>ریلائزیشن سے ہے،</w:t>
      </w:r>
    </w:p>
    <w:p>
      <w:r>
        <w:rPr>
          <w:b/>
        </w:rPr>
        <w:t xml:space="preserve">[40:47] </w:t>
      </w:r>
      <w:r>
        <w:t>taqwa ka talluq Khuda ki daryaft se hai.</w:t>
      </w:r>
    </w:p>
    <w:p>
      <w:pPr>
        <w:jc w:val="right"/>
      </w:pPr>
      <w:r>
        <w:t>تقویٰ کا تعلق خدا کی دریافت سے ہے۔</w:t>
      </w:r>
    </w:p>
    <w:p>
      <w:r>
        <w:rPr>
          <w:b/>
        </w:rPr>
        <w:t xml:space="preserve">[40:51] </w:t>
      </w:r>
      <w:r>
        <w:t>yeh sab jo jis ko kehte hain mazahir taqwa, woh kuch bhi nahi,</w:t>
      </w:r>
    </w:p>
    <w:p>
      <w:pPr>
        <w:jc w:val="right"/>
      </w:pPr>
      <w:r>
        <w:t>یہ سب جو جس کو کہتے ہیں مظاہر تقویٰ، وہ کچھ بھی نہیں،</w:t>
      </w:r>
    </w:p>
    <w:p>
      <w:r>
        <w:rPr>
          <w:b/>
        </w:rPr>
        <w:t xml:space="preserve">[40:57] </w:t>
      </w:r>
      <w:r>
        <w:t>woh mazahir culture hain.</w:t>
      </w:r>
    </w:p>
    <w:p>
      <w:pPr>
        <w:jc w:val="right"/>
      </w:pPr>
      <w:r>
        <w:t>وہ مظاہر کلچر ہیں۔</w:t>
      </w:r>
    </w:p>
    <w:p>
      <w:r>
        <w:rPr>
          <w:b/>
        </w:rPr>
        <w:t xml:space="preserve">[41:00] </w:t>
      </w:r>
      <w:r>
        <w:t>ek khaas tarah ka kapra, khaas tarah ki topi,</w:t>
      </w:r>
    </w:p>
    <w:p>
      <w:pPr>
        <w:jc w:val="right"/>
      </w:pPr>
      <w:r>
        <w:t>ایک خاص طرح کا کپڑا، خاص طرح کی ٹوپی،</w:t>
      </w:r>
    </w:p>
    <w:p>
      <w:r>
        <w:rPr>
          <w:b/>
        </w:rPr>
        <w:t xml:space="preserve">[41:06] </w:t>
      </w:r>
      <w:r>
        <w:t>khaas tarah ka zahiri</w:t>
      </w:r>
    </w:p>
    <w:p>
      <w:pPr>
        <w:jc w:val="right"/>
      </w:pPr>
      <w:r>
        <w:t>خاص طرح کا ظاہری</w:t>
      </w:r>
    </w:p>
    <w:p>
      <w:r>
        <w:rPr>
          <w:b/>
        </w:rPr>
        <w:t xml:space="preserve">[41:10] </w:t>
      </w:r>
      <w:r>
        <w:t>andaaz, is ka talluq culture se hai, taqwa se nahi hai.</w:t>
      </w:r>
    </w:p>
    <w:p>
      <w:pPr>
        <w:jc w:val="right"/>
      </w:pPr>
      <w:r>
        <w:t>انداز، اس کا تعلق کلچر سے ہے، تقویٰ سے نہیں ہے۔</w:t>
      </w:r>
    </w:p>
    <w:p>
      <w:r>
        <w:rPr>
          <w:b/>
        </w:rPr>
        <w:t xml:space="preserve">[41:18] </w:t>
      </w:r>
      <w:r>
        <w:t>taqwa direct tor par nataij hai aqli ghore o fikr ka.</w:t>
      </w:r>
    </w:p>
    <w:p>
      <w:pPr>
        <w:jc w:val="right"/>
      </w:pPr>
      <w:r>
        <w:t>تقویٰ ڈائریکٹ طور پر نتیجہ ہے عقلی غور و فکر کا۔</w:t>
      </w:r>
    </w:p>
    <w:p>
      <w:r>
        <w:rPr>
          <w:b/>
        </w:rPr>
        <w:t xml:space="preserve">[41:26] </w:t>
      </w:r>
      <w:r>
        <w:t>taqwa barah-e-rast tor par nataij hai aqli ghore o fikr ka.</w:t>
      </w:r>
    </w:p>
    <w:p>
      <w:pPr>
        <w:jc w:val="right"/>
      </w:pPr>
      <w:r>
        <w:t>تقویٰ براہ راست طور پر نتیجہ ہے عقلی غور و فکر کا۔</w:t>
      </w:r>
    </w:p>
    <w:p>
      <w:r>
        <w:rPr>
          <w:b/>
        </w:rPr>
        <w:t xml:space="preserve">[41:34] </w:t>
      </w:r>
      <w:r>
        <w:t>aqli ghore o fikr se Khuda ki marifat hasil hoti hai, Khuda ki azmat maloom hoti hai, aur</w:t>
      </w:r>
    </w:p>
    <w:p>
      <w:pPr>
        <w:jc w:val="right"/>
      </w:pPr>
      <w:r>
        <w:t>عقلی غور و فکر سے خدا کی معرفت حاصل ہوتی ہے، خدا کی عظمت معلوم ہوتی ہے، اور</w:t>
      </w:r>
    </w:p>
    <w:p>
      <w:r>
        <w:rPr>
          <w:b/>
        </w:rPr>
        <w:t xml:space="preserve">[41:41] </w:t>
      </w:r>
      <w:r>
        <w:t>jab Khuda ki azmaton ki marifat ho jaye to us ke baad yeh hoga ke aadmi ke andar</w:t>
      </w:r>
    </w:p>
    <w:p>
      <w:pPr>
        <w:jc w:val="right"/>
      </w:pPr>
      <w:r>
        <w:t>جب خدا کی عظمتوں کی معرفت ہو جائے تو اس کے بعد یہ ہوگا کہ آدمی کے اندر</w:t>
      </w:r>
    </w:p>
    <w:p>
      <w:r>
        <w:rPr>
          <w:b/>
        </w:rPr>
        <w:t xml:space="preserve">[41:46] </w:t>
      </w:r>
      <w:r>
        <w:t>taqwa aa jayega.</w:t>
      </w:r>
    </w:p>
    <w:p>
      <w:pPr>
        <w:jc w:val="right"/>
      </w:pPr>
      <w:r>
        <w:t>تقویٰ آ جائے گا۔</w:t>
      </w:r>
    </w:p>
    <w:p>
      <w:r>
        <w:rPr>
          <w:b/>
        </w:rPr>
        <w:t xml:space="preserve">[41:48] </w:t>
      </w:r>
      <w:r>
        <w:t>aadmi khuda ko sab se bari cheez samajh lega.</w:t>
      </w:r>
    </w:p>
    <w:p>
      <w:pPr>
        <w:jc w:val="right"/>
      </w:pPr>
      <w:r>
        <w:t>آدمی خدا کو سب سے بڑی چیز سمجھ لے گا۔</w:t>
      </w:r>
    </w:p>
    <w:p>
      <w:r>
        <w:rPr>
          <w:b/>
        </w:rPr>
        <w:t xml:space="preserve">[41:54] </w:t>
      </w:r>
      <w:r>
        <w:t>to yeh bohat important baat hai, sab baat samajhna chahiye ke taqwa ka talluq aql se hai, taqwa</w:t>
      </w:r>
    </w:p>
    <w:p>
      <w:pPr>
        <w:jc w:val="right"/>
      </w:pPr>
      <w:r>
        <w:t>تو یہ بہت امپورٹنٹ بات ہے، سب بات سمجھنا چاہیے کہ تقویٰ کا تعلق عقل سے ہے، تقویٰ</w:t>
      </w:r>
    </w:p>
    <w:p>
      <w:r>
        <w:rPr>
          <w:b/>
        </w:rPr>
        <w:t xml:space="preserve">[42:00] </w:t>
      </w:r>
      <w:r>
        <w:t>ka talluq marifat se hai,</w:t>
      </w:r>
    </w:p>
    <w:p>
      <w:pPr>
        <w:jc w:val="right"/>
      </w:pPr>
      <w:r>
        <w:t>کا تعلق معرفت سے ہے،</w:t>
      </w:r>
    </w:p>
    <w:p>
      <w:r>
        <w:rPr>
          <w:b/>
        </w:rPr>
        <w:t xml:space="preserve">[42:03] </w:t>
      </w:r>
      <w:r>
        <w:t>taqwa ka talluq tadabbur aur tafakkur se hai.</w:t>
      </w:r>
    </w:p>
    <w:p>
      <w:pPr>
        <w:jc w:val="right"/>
      </w:pPr>
      <w:r>
        <w:t>تقویٰ کا تعلق تدبر اور تفکر سے ہے۔</w:t>
      </w:r>
    </w:p>
    <w:p>
      <w:r>
        <w:rPr>
          <w:b/>
        </w:rPr>
        <w:t xml:space="preserve">[42:15] </w:t>
      </w:r>
      <w:r>
        <w:t>yeh baat quran mein doosre tareeqe se jagah jagah kahi gayi hai.</w:t>
      </w:r>
    </w:p>
    <w:p>
      <w:pPr>
        <w:jc w:val="right"/>
      </w:pPr>
      <w:r>
        <w:t>یہ بات قرآن میں دوسرے طریقے سے جگہ جگہ کہی گئی ہے۔</w:t>
      </w:r>
    </w:p>
    <w:p>
      <w:r>
        <w:rPr>
          <w:b/>
        </w:rPr>
        <w:t xml:space="preserve">[42:23] </w:t>
      </w:r>
      <w:r>
        <w:t>aayat number 198</w:t>
      </w:r>
    </w:p>
    <w:p>
      <w:pPr>
        <w:jc w:val="right"/>
      </w:pPr>
      <w:r>
        <w:t>آیت نمبر 198</w:t>
      </w:r>
    </w:p>
    <w:p>
      <w:r>
        <w:rPr>
          <w:b/>
        </w:rPr>
        <w:t xml:space="preserve">[42:30] </w:t>
      </w:r>
      <w:r>
        <w:t>farmaya ke adhkurohu kama hadakum</w:t>
      </w:r>
    </w:p>
    <w:p>
      <w:pPr>
        <w:jc w:val="right"/>
      </w:pPr>
      <w:r>
        <w:t>فرمایا کہ اذكروه كما هدىكم</w:t>
      </w:r>
    </w:p>
    <w:p>
      <w:r>
        <w:rPr>
          <w:b/>
        </w:rPr>
        <w:t xml:space="preserve">[42:36] </w:t>
      </w:r>
      <w:r>
        <w:t>adhkurohu kama hadakum</w:t>
      </w:r>
    </w:p>
    <w:p>
      <w:pPr>
        <w:jc w:val="right"/>
      </w:pPr>
      <w:r>
        <w:t>اذكروه كما هدىكم</w:t>
      </w:r>
    </w:p>
    <w:p>
      <w:r>
        <w:rPr>
          <w:b/>
        </w:rPr>
        <w:t xml:space="preserve">[42:46] </w:t>
      </w:r>
      <w:r>
        <w:t>yani khuda ka zikr karo jis tarah is ne hidayat di hai.</w:t>
      </w:r>
    </w:p>
    <w:p>
      <w:pPr>
        <w:jc w:val="right"/>
      </w:pPr>
      <w:r>
        <w:t>یعنی خدا کا ذکر کرو جس طرح اس نے ہدایت دی ہے۔</w:t>
      </w:r>
    </w:p>
    <w:p>
      <w:r>
        <w:rPr>
          <w:b/>
        </w:rPr>
        <w:t xml:space="preserve">[42:53] </w:t>
      </w:r>
      <w:r>
        <w:t>to khuda ki hidayat ke mutabiq hi zikr hai.</w:t>
      </w:r>
    </w:p>
    <w:p>
      <w:pPr>
        <w:jc w:val="right"/>
      </w:pPr>
      <w:r>
        <w:t>تو خدا کی ہدایت کے مطابق ہی ذکر ہے۔</w:t>
      </w:r>
    </w:p>
    <w:p>
      <w:r>
        <w:rPr>
          <w:b/>
        </w:rPr>
        <w:t xml:space="preserve">[42:57] </w:t>
      </w:r>
      <w:r>
        <w:t>yani khuda ko hum kaise yaad karein,</w:t>
      </w:r>
    </w:p>
    <w:p>
      <w:pPr>
        <w:jc w:val="right"/>
      </w:pPr>
      <w:r>
        <w:t>یعنی خدا کو ہم کیسے یاد کریں،</w:t>
      </w:r>
    </w:p>
    <w:p>
      <w:r>
        <w:rPr>
          <w:b/>
        </w:rPr>
        <w:t xml:space="preserve">[43:00] </w:t>
      </w:r>
      <w:r>
        <w:t>is ka hum khud se apni taraf se koi tareeqa nahi bana sakte,</w:t>
      </w:r>
    </w:p>
    <w:p>
      <w:pPr>
        <w:jc w:val="right"/>
      </w:pPr>
      <w:r>
        <w:t>اس کا ہم خود سے اپنی طرف سے کوئی طریقہ نہیں بنا سکتے،</w:t>
      </w:r>
    </w:p>
    <w:p>
      <w:r>
        <w:rPr>
          <w:b/>
        </w:rPr>
        <w:t xml:space="preserve">[43:08] </w:t>
      </w:r>
      <w:r>
        <w:t>yeh apni taraf se nahi bana sakte ke hum kaise khuda ko zikr karein.</w:t>
      </w:r>
    </w:p>
    <w:p>
      <w:pPr>
        <w:jc w:val="right"/>
      </w:pPr>
      <w:r>
        <w:t>یہ اپنی طرف سے نہیں بنا سکتے کہ ہم کیسے خدا کو ذکر کریں۔</w:t>
      </w:r>
    </w:p>
    <w:p>
      <w:r>
        <w:rPr>
          <w:b/>
        </w:rPr>
        <w:t xml:space="preserve">[43:12] </w:t>
      </w:r>
      <w:r>
        <w:t>khuda ne jis tareeqe se hidayat di hai, usi tareeqe se hum jaan sakte hain ke khuda ka</w:t>
      </w:r>
    </w:p>
    <w:p>
      <w:pPr>
        <w:jc w:val="right"/>
      </w:pPr>
      <w:r>
        <w:t>خدا نے جس طریقے سے ہدایت دی ہے، اسی طریقے سے ہم جان سکتے ہیں کہ خدا کا</w:t>
      </w:r>
    </w:p>
    <w:p>
      <w:r>
        <w:rPr>
          <w:b/>
        </w:rPr>
        <w:t xml:space="preserve">[43:18] </w:t>
      </w:r>
      <w:r>
        <w:t>zikr kaise kiya jaye, khuda ki yaad kaise ki jaye, khuda se apne talluq ko kaise banaya jaye.</w:t>
      </w:r>
    </w:p>
    <w:p>
      <w:pPr>
        <w:jc w:val="right"/>
      </w:pPr>
      <w:r>
        <w:t>ذکر کیسے کیا جائے، خدا کی یاد کیسے کی جائے، خدا سے اپنے تعلق کو کیسے بنایا جائے۔</w:t>
      </w:r>
    </w:p>
    <w:p>
      <w:r>
        <w:rPr>
          <w:b/>
        </w:rPr>
        <w:t xml:space="preserve">[43:27] </w:t>
      </w:r>
      <w:r>
        <w:t>yeh quran ke mutale se maloom hota hai,</w:t>
      </w:r>
    </w:p>
    <w:p>
      <w:pPr>
        <w:jc w:val="right"/>
      </w:pPr>
      <w:r>
        <w:t>یہ قرآن کے مطالعے سے معلوم ہوتا ہے،</w:t>
      </w:r>
    </w:p>
    <w:p>
      <w:r>
        <w:rPr>
          <w:b/>
        </w:rPr>
        <w:t xml:space="preserve">[43:34] </w:t>
      </w:r>
      <w:r>
        <w:t>hadees ko parhne se maloom hota hai,</w:t>
      </w:r>
    </w:p>
    <w:p>
      <w:pPr>
        <w:jc w:val="right"/>
      </w:pPr>
      <w:r>
        <w:t>حدیث کو پڑھنے سے معلوم ہوتا ہے،</w:t>
      </w:r>
    </w:p>
    <w:p>
      <w:r>
        <w:rPr>
          <w:b/>
        </w:rPr>
        <w:t xml:space="preserve">[43:38] </w:t>
      </w:r>
      <w:r>
        <w:t>ashab-e-rasool ki zindagi ko</w:t>
      </w:r>
    </w:p>
    <w:p>
      <w:pPr>
        <w:jc w:val="right"/>
      </w:pPr>
      <w:r>
        <w:t>اصحاب رسول کی زندگیوں کو</w:t>
      </w:r>
    </w:p>
    <w:p>
      <w:r>
        <w:rPr>
          <w:b/>
        </w:rPr>
        <w:t xml:space="preserve">[43:41] </w:t>
      </w:r>
      <w:r>
        <w:t>dekhne se maloom hota hai.</w:t>
      </w:r>
    </w:p>
    <w:p>
      <w:pPr>
        <w:jc w:val="right"/>
      </w:pPr>
      <w:r>
        <w:t>دیکھنے سے معلوم ہوتا ہے۔</w:t>
      </w:r>
    </w:p>
    <w:p>
      <w:r>
        <w:rPr>
          <w:b/>
        </w:rPr>
        <w:t xml:space="preserve">[43:49] </w:t>
      </w:r>
      <w:r>
        <w:t>is ke baad</w:t>
      </w:r>
    </w:p>
    <w:p>
      <w:pPr>
        <w:jc w:val="right"/>
      </w:pPr>
      <w:r>
        <w:t>اس کے بعد</w:t>
      </w:r>
    </w:p>
    <w:p>
      <w:r>
        <w:rPr>
          <w:b/>
        </w:rPr>
        <w:t xml:space="preserve">[43:52] </w:t>
      </w:r>
      <w:r>
        <w:t>aayat number 201</w:t>
      </w:r>
    </w:p>
    <w:p>
      <w:pPr>
        <w:jc w:val="right"/>
      </w:pPr>
      <w:r>
        <w:t>آیت نمبر 201</w:t>
      </w:r>
    </w:p>
    <w:p>
      <w:r>
        <w:rPr>
          <w:b/>
        </w:rPr>
        <w:t xml:space="preserve">[43:59] </w:t>
      </w:r>
      <w:r>
        <w:t>soorah baqarah ki aayat number 201</w:t>
      </w:r>
    </w:p>
    <w:p>
      <w:pPr>
        <w:jc w:val="right"/>
      </w:pPr>
      <w:r>
        <w:t>سورہ بقرہ کی آیت نمبر 201</w:t>
      </w:r>
    </w:p>
    <w:p>
      <w:r>
        <w:rPr>
          <w:b/>
        </w:rPr>
        <w:t xml:space="preserve">[44:05] </w:t>
      </w:r>
      <w:r>
        <w:t>mein ek dua aayi hai,</w:t>
      </w:r>
    </w:p>
    <w:p>
      <w:pPr>
        <w:jc w:val="right"/>
      </w:pPr>
      <w:r>
        <w:t>میں ایک دعا آئی ہے،</w:t>
      </w:r>
    </w:p>
    <w:p>
      <w:r>
        <w:rPr>
          <w:b/>
        </w:rPr>
        <w:t xml:space="preserve">[44:09] </w:t>
      </w:r>
      <w:r>
        <w:t>bohat hi jaame dua</w:t>
      </w:r>
    </w:p>
    <w:p>
      <w:pPr>
        <w:jc w:val="right"/>
      </w:pPr>
      <w:r>
        <w:t>بہت ہی جامع دعا</w:t>
      </w:r>
    </w:p>
    <w:p>
      <w:r>
        <w:rPr>
          <w:b/>
        </w:rPr>
        <w:t xml:space="preserve">[44:12] </w:t>
      </w:r>
      <w:r>
        <w:t>aur bohat hi</w:t>
      </w:r>
    </w:p>
    <w:p>
      <w:pPr>
        <w:jc w:val="right"/>
      </w:pPr>
      <w:r>
        <w:t>اور بہت ہی</w:t>
      </w:r>
    </w:p>
    <w:p>
      <w:r>
        <w:rPr>
          <w:b/>
        </w:rPr>
        <w:t xml:space="preserve">[44:16] </w:t>
      </w:r>
      <w:r>
        <w:t>yani sari baat is ke andar aa gayi.</w:t>
      </w:r>
    </w:p>
    <w:p>
      <w:pPr>
        <w:jc w:val="right"/>
      </w:pPr>
      <w:r>
        <w:t>یعنی ساری بات اس کے اندر آ گئی۔</w:t>
      </w:r>
    </w:p>
    <w:p>
      <w:r>
        <w:rPr>
          <w:b/>
        </w:rPr>
        <w:t xml:space="preserve">[44:19] </w:t>
      </w:r>
      <w:r>
        <w:t>wo dua is tareeqay se hai</w:t>
      </w:r>
    </w:p>
    <w:p>
      <w:pPr>
        <w:jc w:val="right"/>
      </w:pPr>
      <w:r>
        <w:t>وہ دعا اس طریقے سے ہے</w:t>
      </w:r>
    </w:p>
    <w:p>
      <w:r>
        <w:rPr>
          <w:b/>
        </w:rPr>
        <w:t xml:space="preserve">[44:23] </w:t>
      </w:r>
      <w:r>
        <w:t>ke rabbana atina fid dunya hasanah wa fil aakhirati hasanah</w:t>
      </w:r>
    </w:p>
    <w:p>
      <w:pPr>
        <w:jc w:val="right"/>
      </w:pPr>
      <w:r>
        <w:t>کہ ربنا اتنا فی الدنیا حسنہ وفی الاخرۃ حسنہ</w:t>
      </w:r>
    </w:p>
    <w:p>
      <w:r>
        <w:rPr>
          <w:b/>
        </w:rPr>
        <w:t xml:space="preserve">[44:30] </w:t>
      </w:r>
      <w:r>
        <w:t>wa qina azaab an naar</w:t>
      </w:r>
    </w:p>
    <w:p>
      <w:pPr>
        <w:jc w:val="right"/>
      </w:pPr>
      <w:r>
        <w:t>وقنا عذاب النار</w:t>
      </w:r>
    </w:p>
    <w:p>
      <w:r>
        <w:rPr>
          <w:b/>
        </w:rPr>
        <w:t xml:space="preserve">[44:37] </w:t>
      </w:r>
      <w:r>
        <w:t>rabbana atina fid dunya hasanah</w:t>
      </w:r>
    </w:p>
    <w:p>
      <w:pPr>
        <w:jc w:val="right"/>
      </w:pPr>
      <w:r>
        <w:t>ربنا اتنا فی الدنیا حسنہ</w:t>
      </w:r>
    </w:p>
    <w:p>
      <w:r>
        <w:rPr>
          <w:b/>
        </w:rPr>
        <w:t xml:space="preserve">[44:40] </w:t>
      </w:r>
      <w:r>
        <w:t>wa fil aakhirati hasanah</w:t>
      </w:r>
    </w:p>
    <w:p>
      <w:pPr>
        <w:jc w:val="right"/>
      </w:pPr>
      <w:r>
        <w:t>وفی الاخرۃ حسنہ</w:t>
      </w:r>
    </w:p>
    <w:p>
      <w:r>
        <w:rPr>
          <w:b/>
        </w:rPr>
        <w:t xml:space="preserve">[44:44] </w:t>
      </w:r>
      <w:r>
        <w:t>wa qina azaab an naar</w:t>
      </w:r>
    </w:p>
    <w:p>
      <w:pPr>
        <w:jc w:val="right"/>
      </w:pPr>
      <w:r>
        <w:t>وقنا عذاب النار</w:t>
      </w:r>
    </w:p>
    <w:p>
      <w:r>
        <w:rPr>
          <w:b/>
        </w:rPr>
        <w:t xml:space="preserve">[44:48] </w:t>
      </w:r>
      <w:r>
        <w:t>iska tarjuma yeh hai ke aye hamare rab</w:t>
      </w:r>
    </w:p>
    <w:p>
      <w:pPr>
        <w:jc w:val="right"/>
      </w:pPr>
      <w:r>
        <w:t>اس کا ترجمہ یہ ہے کہ اے ہمارے رب</w:t>
      </w:r>
    </w:p>
    <w:p>
      <w:r>
        <w:rPr>
          <w:b/>
        </w:rPr>
        <w:t xml:space="preserve">[44:52] </w:t>
      </w:r>
      <w:r>
        <w:t>hum ko de</w:t>
      </w:r>
    </w:p>
    <w:p>
      <w:pPr>
        <w:jc w:val="right"/>
      </w:pPr>
      <w:r>
        <w:t>، ہم کو دے</w:t>
      </w:r>
    </w:p>
    <w:p>
      <w:r>
        <w:rPr>
          <w:b/>
        </w:rPr>
        <w:t xml:space="preserve">[44:55] </w:t>
      </w:r>
      <w:r>
        <w:t>dunya mein hasanah,</w:t>
      </w:r>
    </w:p>
    <w:p>
      <w:pPr>
        <w:jc w:val="right"/>
      </w:pPr>
      <w:r>
        <w:t>دنیا میں حسنہ،</w:t>
      </w:r>
    </w:p>
    <w:p>
      <w:r>
        <w:rPr>
          <w:b/>
        </w:rPr>
        <w:t xml:space="preserve">[44:59] </w:t>
      </w:r>
      <w:r>
        <w:t>aye rab hum ko de dunya mein hasanah</w:t>
      </w:r>
    </w:p>
    <w:p>
      <w:pPr>
        <w:jc w:val="right"/>
      </w:pPr>
      <w:r>
        <w:t>اے رب، ہم کو دے دنیا میں حسنہ</w:t>
      </w:r>
    </w:p>
    <w:p>
      <w:r>
        <w:rPr>
          <w:b/>
        </w:rPr>
        <w:t xml:space="preserve">[45:03] </w:t>
      </w:r>
      <w:r>
        <w:t>aur aakhirat mein hasanah,</w:t>
      </w:r>
    </w:p>
    <w:p>
      <w:pPr>
        <w:jc w:val="right"/>
      </w:pPr>
      <w:r>
        <w:t>اور آخرت میں حسنہ،</w:t>
      </w:r>
    </w:p>
    <w:p>
      <w:r>
        <w:rPr>
          <w:b/>
        </w:rPr>
        <w:t xml:space="preserve">[45:06] </w:t>
      </w:r>
      <w:r>
        <w:t>aur hum ko bacha</w:t>
      </w:r>
    </w:p>
    <w:p>
      <w:pPr>
        <w:jc w:val="right"/>
      </w:pPr>
      <w:r>
        <w:t>اور ہم کو بچا</w:t>
      </w:r>
    </w:p>
    <w:p>
      <w:r>
        <w:rPr>
          <w:b/>
        </w:rPr>
        <w:t xml:space="preserve">[45:10] </w:t>
      </w:r>
      <w:r>
        <w:t>aakhirat ke azaab se.</w:t>
      </w:r>
    </w:p>
    <w:p>
      <w:pPr>
        <w:jc w:val="right"/>
      </w:pPr>
      <w:r>
        <w:t>آخرت کے عذاب سے۔</w:t>
      </w:r>
    </w:p>
    <w:p>
      <w:r>
        <w:rPr>
          <w:b/>
        </w:rPr>
        <w:t xml:space="preserve">[45:16] </w:t>
      </w:r>
      <w:r>
        <w:t>yahan hasanah ka matlab kya hai? iska matlab yeh hai ke dunya mein hum jis ko hasanah</w:t>
      </w:r>
    </w:p>
    <w:p>
      <w:pPr>
        <w:jc w:val="right"/>
      </w:pPr>
      <w:r>
        <w:t>یہاں حسنہ کا مطلب کیا ہے؟ اس کا مطلب یہ ہے کہ دنیا میں ہم جس کو حسنہ</w:t>
      </w:r>
    </w:p>
    <w:p>
      <w:r>
        <w:rPr>
          <w:b/>
        </w:rPr>
        <w:t xml:space="preserve">[45:20] </w:t>
      </w:r>
      <w:r>
        <w:t>samajhte hain hum chahte hain ke hamare paas khoob paisa ho,</w:t>
      </w:r>
    </w:p>
    <w:p>
      <w:pPr>
        <w:jc w:val="right"/>
      </w:pPr>
      <w:r>
        <w:t>سمجھتے ہیں، ہم چاہتے ہیں کہ ہمارے پاس خوب پیسہ ہو،</w:t>
      </w:r>
    </w:p>
    <w:p>
      <w:r>
        <w:rPr>
          <w:b/>
        </w:rPr>
        <w:t xml:space="preserve">[45:25] </w:t>
      </w:r>
      <w:r>
        <w:t>khoob bara bara business ho,</w:t>
      </w:r>
    </w:p>
    <w:p>
      <w:pPr>
        <w:jc w:val="right"/>
      </w:pPr>
      <w:r>
        <w:t>خوب بڑا بڑا بزنس ہو،</w:t>
      </w:r>
    </w:p>
    <w:p>
      <w:r>
        <w:rPr>
          <w:b/>
        </w:rPr>
        <w:t xml:space="preserve">[45:29] </w:t>
      </w:r>
      <w:r>
        <w:t>bari bari property hamare paas ho. to yeh matlab nahi hai ke rabbana atina fid dunya hasanah ka</w:t>
      </w:r>
    </w:p>
    <w:p>
      <w:pPr>
        <w:jc w:val="right"/>
      </w:pPr>
      <w:r>
        <w:t>بڑی بڑی پراپرٹی ہمارے پاس ہو۔ تو یہ مطلب نہیں ہے کہ ربنا اتنا فی الدنیا حسنہ کا</w:t>
      </w:r>
    </w:p>
    <w:p>
      <w:r>
        <w:rPr>
          <w:b/>
        </w:rPr>
        <w:t xml:space="preserve">[45:34] </w:t>
      </w:r>
      <w:r>
        <w:t>matlab yeh nahi hai ke dunya ki achhaiyan humein de dein,</w:t>
      </w:r>
    </w:p>
    <w:p>
      <w:pPr>
        <w:jc w:val="right"/>
      </w:pPr>
      <w:r>
        <w:t>مطلب یہ نہیں ہے کہ دنیا کی اچھائیاں ہمیں دے دے،</w:t>
      </w:r>
    </w:p>
    <w:p>
      <w:r>
        <w:rPr>
          <w:b/>
        </w:rPr>
        <w:t xml:space="preserve">[45:39] </w:t>
      </w:r>
      <w:r>
        <w:t>yeh matlab nahi hai. iska dekhiye is mein khud bata diya gaya hai</w:t>
      </w:r>
    </w:p>
    <w:p>
      <w:pPr>
        <w:jc w:val="right"/>
      </w:pPr>
      <w:r>
        <w:t>یہ مطلب نہیں ہے۔ اس کا دیکھیے، اس میں خود بتا دیا گیا ہے</w:t>
      </w:r>
    </w:p>
    <w:p>
      <w:r>
        <w:rPr>
          <w:b/>
        </w:rPr>
        <w:t xml:space="preserve">[45:44] </w:t>
      </w:r>
      <w:r>
        <w:t>ke hasanah ka criterion kya hai,</w:t>
      </w:r>
    </w:p>
    <w:p>
      <w:pPr>
        <w:jc w:val="right"/>
      </w:pPr>
      <w:r>
        <w:t>کہ حسنہ کا کرائیٹیرین کیا ہے،</w:t>
      </w:r>
    </w:p>
    <w:p>
      <w:r>
        <w:rPr>
          <w:b/>
        </w:rPr>
        <w:t xml:space="preserve">[45:48] </w:t>
      </w:r>
      <w:r>
        <w:t>wo hai isi mein. dekhiye,</w:t>
      </w:r>
    </w:p>
    <w:p>
      <w:pPr>
        <w:jc w:val="right"/>
      </w:pPr>
      <w:r>
        <w:t>وہ ہے اسی میں۔ دیکھیے،</w:t>
      </w:r>
    </w:p>
    <w:p>
      <w:r>
        <w:rPr>
          <w:b/>
        </w:rPr>
        <w:t xml:space="preserve">[45:54] </w:t>
      </w:r>
      <w:r>
        <w:t>wa qina azaab an naar yeh hai criterion,</w:t>
      </w:r>
    </w:p>
    <w:p>
      <w:pPr>
        <w:jc w:val="right"/>
      </w:pPr>
      <w:r>
        <w:t>وقنا عذاب النار یہ ہے کرائیٹیرین،</w:t>
      </w:r>
    </w:p>
    <w:p>
      <w:r>
        <w:rPr>
          <w:b/>
        </w:rPr>
        <w:t xml:space="preserve">[46:00] </w:t>
      </w:r>
      <w:r>
        <w:t>aur bacha hum ko aakhirat ke azaab se</w:t>
      </w:r>
    </w:p>
    <w:p>
      <w:pPr>
        <w:jc w:val="right"/>
      </w:pPr>
      <w:r>
        <w:t>اور بچا ہم کو آخرت کے عذاب سے</w:t>
      </w:r>
    </w:p>
    <w:p>
      <w:r>
        <w:rPr>
          <w:b/>
        </w:rPr>
        <w:t xml:space="preserve">[46:07] </w:t>
      </w:r>
      <w:r>
        <w:t>yeh hai criterion. yani</w:t>
      </w:r>
    </w:p>
    <w:p>
      <w:pPr>
        <w:jc w:val="right"/>
      </w:pPr>
      <w:r>
        <w:t>یہ ہے کرائیٹیرین۔ یعنی</w:t>
      </w:r>
    </w:p>
    <w:p>
      <w:r>
        <w:rPr>
          <w:b/>
        </w:rPr>
        <w:t xml:space="preserve">[46:10] </w:t>
      </w:r>
      <w:r>
        <w:t>woh zindagi hamein guzarnay ki tofeeq de jo hamein akhirat ki pakar se bachanay wali ho,</w:t>
      </w:r>
    </w:p>
    <w:p>
      <w:pPr>
        <w:jc w:val="right"/>
      </w:pPr>
      <w:r>
        <w:t>وہ زندگی ہمیں گزارنے کی توفیق دے جو ہمیں آخرت کی پکڑ سے بچانے والی ہو،</w:t>
      </w:r>
    </w:p>
    <w:p>
      <w:r>
        <w:rPr>
          <w:b/>
        </w:rPr>
        <w:t xml:space="preserve">[46:18] </w:t>
      </w:r>
      <w:r>
        <w:t>jo hum ko</w:t>
      </w:r>
    </w:p>
    <w:p>
      <w:pPr>
        <w:jc w:val="right"/>
      </w:pPr>
      <w:r>
        <w:t>جو ہم کو</w:t>
      </w:r>
    </w:p>
    <w:p>
      <w:r>
        <w:rPr>
          <w:b/>
        </w:rPr>
        <w:t xml:space="preserve">[46:21] </w:t>
      </w:r>
      <w:r>
        <w:t>jannat mein le janay wali ho. yeh matlab hai is ka.</w:t>
      </w:r>
    </w:p>
    <w:p>
      <w:pPr>
        <w:jc w:val="right"/>
      </w:pPr>
      <w:r>
        <w:t>جنت میں لے جانے والی ہو۔ یہ مطلب ہے اس کا۔</w:t>
      </w:r>
    </w:p>
    <w:p>
      <w:r>
        <w:rPr>
          <w:b/>
        </w:rPr>
        <w:t xml:space="preserve">[46:27] </w:t>
      </w:r>
      <w:r>
        <w:t>Rabbana atina fid dunya hasanah wa fil akhirati hasanah</w:t>
      </w:r>
    </w:p>
    <w:p>
      <w:pPr>
        <w:jc w:val="right"/>
      </w:pPr>
      <w:r>
        <w:t>ربنا اتنا فی الدنیا حسنہ وفی الاخرۃ حسنہ</w:t>
      </w:r>
    </w:p>
    <w:p>
      <w:r>
        <w:rPr>
          <w:b/>
        </w:rPr>
        <w:t xml:space="preserve">[46:33] </w:t>
      </w:r>
      <w:r>
        <w:t>wa qina azab an-nar</w:t>
      </w:r>
    </w:p>
    <w:p>
      <w:pPr>
        <w:jc w:val="right"/>
      </w:pPr>
      <w:r>
        <w:t>وقنا عذاب النار</w:t>
      </w:r>
    </w:p>
    <w:p>
      <w:r>
        <w:rPr>
          <w:b/>
        </w:rPr>
        <w:t xml:space="preserve">[46:38] </w:t>
      </w:r>
      <w:r>
        <w:t>to</w:t>
      </w:r>
    </w:p>
    <w:p>
      <w:pPr>
        <w:jc w:val="right"/>
      </w:pPr>
      <w:r>
        <w:t>تو</w:t>
      </w:r>
    </w:p>
    <w:p>
      <w:r>
        <w:rPr>
          <w:b/>
        </w:rPr>
        <w:t xml:space="preserve">[46:39] </w:t>
      </w:r>
      <w:r>
        <w:t>ae rab, hum ko de</w:t>
      </w:r>
    </w:p>
    <w:p>
      <w:pPr>
        <w:jc w:val="right"/>
      </w:pPr>
      <w:r>
        <w:t>اے رب، ہم کو دے</w:t>
      </w:r>
    </w:p>
    <w:p>
      <w:r>
        <w:rPr>
          <w:b/>
        </w:rPr>
        <w:t xml:space="preserve">[46:41] </w:t>
      </w:r>
      <w:r>
        <w:t>dunya mein hasanah, dunya mein achhai.</w:t>
      </w:r>
    </w:p>
    <w:p>
      <w:pPr>
        <w:jc w:val="right"/>
      </w:pPr>
      <w:r>
        <w:t>دنیا میں حسنہ، دنیا میں اچھائی۔</w:t>
      </w:r>
    </w:p>
    <w:p>
      <w:r>
        <w:rPr>
          <w:b/>
        </w:rPr>
        <w:t xml:space="preserve">[46:46] </w:t>
      </w:r>
      <w:r>
        <w:t>hasanah ka matlab hai achhai,</w:t>
      </w:r>
    </w:p>
    <w:p>
      <w:pPr>
        <w:jc w:val="right"/>
      </w:pPr>
      <w:r>
        <w:t>حسنہ کا مطلب ہے اچھائی،</w:t>
      </w:r>
    </w:p>
    <w:p>
      <w:r>
        <w:rPr>
          <w:b/>
        </w:rPr>
        <w:t xml:space="preserve">[46:50] </w:t>
      </w:r>
      <w:r>
        <w:t>to is ka matlab yeh hai ke dunya mein hum jis ko acha samajhte hain, woh cheez hamein</w:t>
      </w:r>
    </w:p>
    <w:p>
      <w:pPr>
        <w:jc w:val="right"/>
      </w:pPr>
      <w:r>
        <w:t>تو اس کا مطلب یہ ہے کہ دنیا میں ہم جس کو اچھا سمجھتے ہیں، وہ چیز ہمیں</w:t>
      </w:r>
    </w:p>
    <w:p>
      <w:r>
        <w:rPr>
          <w:b/>
        </w:rPr>
        <w:t xml:space="preserve">[46:54] </w:t>
      </w:r>
      <w:r>
        <w:t>de de. Khuda jis ko acha samajhta hai, woh hum mang rahe hain.</w:t>
      </w:r>
    </w:p>
    <w:p>
      <w:pPr>
        <w:jc w:val="right"/>
      </w:pPr>
      <w:r>
        <w:t>دے دے۔ خدا جس کو اچھا سمجھتا ہے، وہ ہم مانگ رہے ہیں۔</w:t>
      </w:r>
    </w:p>
    <w:p>
      <w:r>
        <w:rPr>
          <w:b/>
        </w:rPr>
        <w:t xml:space="preserve">[47:00] </w:t>
      </w:r>
      <w:r>
        <w:t>is ayat, is dua mein Khuda</w:t>
      </w:r>
    </w:p>
    <w:p>
      <w:pPr>
        <w:jc w:val="right"/>
      </w:pPr>
      <w:r>
        <w:t>اس آیت، اس دعا میں خدا</w:t>
      </w:r>
    </w:p>
    <w:p>
      <w:r>
        <w:rPr>
          <w:b/>
        </w:rPr>
        <w:t xml:space="preserve">[47:04] </w:t>
      </w:r>
      <w:r>
        <w:t>mangta hai hasanah, woh hasanah jo Khuda ke nazdeek hasanah ho,</w:t>
      </w:r>
    </w:p>
    <w:p>
      <w:pPr>
        <w:jc w:val="right"/>
      </w:pPr>
      <w:r>
        <w:t>مانگتا ہے حسنہ، وہ حسنہ جو خدا کے نزدیک حسنہ ہو،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