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June 28, 2007</w:t>
      </w:r>
    </w:p>
    <w:p>
      <w:r>
        <w:t>https://youtu.be/2zYv7VV4iwk</w:t>
      </w:r>
    </w:p>
    <w:p>
      <w:r>
        <w:rPr>
          <w:b/>
        </w:rPr>
        <w:t xml:space="preserve">[00:11] </w:t>
      </w:r>
      <w:r>
        <w:t>bismillah-ir-rehman-ir-rahim, wa salla allahu ala-n-nabi-il-karim. rab-ish-rah li sadri, wa yassir li amri, wah-al-uqdatan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[00:28] </w:t>
      </w:r>
      <w:r>
        <w:t>yaf-qahu qawli.</w:t>
      </w:r>
    </w:p>
    <w:p>
      <w:pPr>
        <w:jc w:val="right"/>
      </w:pPr>
      <w:r>
        <w:t>یفقہ قولی۔</w:t>
      </w:r>
    </w:p>
    <w:p>
      <w:r>
        <w:rPr>
          <w:b/>
        </w:rPr>
        <w:t xml:space="preserve">[00:33] </w:t>
      </w:r>
      <w:r>
        <w:t>yeh dars-e-quran ka silsila hai.</w:t>
      </w:r>
    </w:p>
    <w:p>
      <w:pPr>
        <w:jc w:val="right"/>
      </w:pPr>
      <w:r>
        <w:t>یہ درس قرآن کا سلسلہ ہے۔</w:t>
      </w:r>
    </w:p>
    <w:p>
      <w:r>
        <w:rPr>
          <w:b/>
        </w:rPr>
        <w:t xml:space="preserve">[00:38] </w:t>
      </w:r>
      <w:r>
        <w:t>aaj hum</w:t>
      </w:r>
    </w:p>
    <w:p>
      <w:pPr>
        <w:jc w:val="right"/>
      </w:pPr>
      <w:r>
        <w:t>آج ہم</w:t>
      </w:r>
    </w:p>
    <w:p>
      <w:r>
        <w:rPr>
          <w:b/>
        </w:rPr>
        <w:t xml:space="preserve">[00:41] </w:t>
      </w:r>
      <w:r>
        <w:t>quran ki surah number 2, yani al-baqarah, ki kuch ayaton ki tafsir karenge, inshallah.</w:t>
      </w:r>
    </w:p>
    <w:p>
      <w:pPr>
        <w:jc w:val="right"/>
      </w:pPr>
      <w:r>
        <w:t>قرآن کی سورہ نمبر 2، یعنی البقرہ، کی کچھ آیتوں کی تفسیر کریں گے، انشاءاللہ۔</w:t>
      </w:r>
    </w:p>
    <w:p>
      <w:r>
        <w:rPr>
          <w:b/>
        </w:rPr>
        <w:t xml:space="preserve">[00:54] </w:t>
      </w:r>
      <w:r>
        <w:t>dekhiye, surah baqarah ki ayat number 152, 152. mein allah ta'ala ne farmaya:</w:t>
      </w:r>
    </w:p>
    <w:p>
      <w:pPr>
        <w:jc w:val="right"/>
      </w:pPr>
      <w:r>
        <w:t>دیکھیے، سورہ بقرہ کی آیت نمبر 152، 152۔ میں اللہ تعالیٰ نے فرمایا:</w:t>
      </w:r>
    </w:p>
    <w:p>
      <w:r>
        <w:rPr>
          <w:b/>
        </w:rPr>
        <w:t xml:space="preserve">[01:06] </w:t>
      </w:r>
      <w:r>
        <w:t>FAZKURUNI AZKURKUM</w:t>
      </w:r>
    </w:p>
    <w:p>
      <w:pPr>
        <w:jc w:val="right"/>
      </w:pPr>
      <w:r>
        <w:t>فَاذْكُرُونِي أَذْكُرْكُمْ</w:t>
      </w:r>
    </w:p>
    <w:p>
      <w:r>
        <w:rPr>
          <w:b/>
        </w:rPr>
        <w:t xml:space="preserve">[01:12] </w:t>
      </w:r>
      <w:r>
        <w:t>tum mujh ko yaad karo, mein tum ko yaad rakhunga.</w:t>
      </w:r>
    </w:p>
    <w:p>
      <w:pPr>
        <w:jc w:val="right"/>
      </w:pPr>
      <w:r>
        <w:t>تم مجھ کو یاد کرو، میں تم کو یاد رکھوں گا۔</w:t>
      </w:r>
    </w:p>
    <w:p>
      <w:r>
        <w:rPr>
          <w:b/>
        </w:rPr>
        <w:t xml:space="preserve">[01:21] </w:t>
      </w:r>
      <w:r>
        <w:t>FAZKURUNI AZKURKUM tum mujh ko yaad karo, mein tum ko yaad rakhunga.</w:t>
      </w:r>
    </w:p>
    <w:p>
      <w:pPr>
        <w:jc w:val="right"/>
      </w:pPr>
      <w:r>
        <w:t>فَاذْكُرُونِي أَذْكُرْكُمْ تم مجھ کو یاد کرو، میں تم کو یاد رکھوں گا۔</w:t>
      </w:r>
    </w:p>
    <w:p>
      <w:r>
        <w:rPr>
          <w:b/>
        </w:rPr>
        <w:t xml:space="preserve">[01:30] </w:t>
      </w:r>
      <w:r>
        <w:t>yeh bohat hi ahem ayat hai ke khuda ki madad agar hamein leni hai, agar hum yeh chahte hain ke hum khuda ka concern ban jayein,</w:t>
      </w:r>
    </w:p>
    <w:p>
      <w:pPr>
        <w:jc w:val="right"/>
      </w:pPr>
      <w:r>
        <w:t>یہ بہت ہی اہم آیت ہے کہ خدا کی مدد اگر ہمیں لینی ہے، اگر ہم یہ چاہتے ہیں کہ ہم خدا کا کنسرن بن جائیں،</w:t>
      </w:r>
    </w:p>
    <w:p>
      <w:r>
        <w:rPr>
          <w:b/>
        </w:rPr>
        <w:t xml:space="preserve">[01:46] </w:t>
      </w:r>
      <w:r>
        <w:t>to hamein khuda ko apna concern banana hoga. zikr kya hai? zikr koi lafzi takrar ka naam nahin hai.</w:t>
      </w:r>
    </w:p>
    <w:p>
      <w:pPr>
        <w:jc w:val="right"/>
      </w:pPr>
      <w:r>
        <w:t>تو ہمیں خدا کو اپنا کنسرن بنانا ہوگا۔ ذکر کیا ہے؟ ذکر کوئی لفظی تکرار کا نام نہیں ہے۔</w:t>
      </w:r>
    </w:p>
    <w:p>
      <w:r>
        <w:rPr>
          <w:b/>
        </w:rPr>
        <w:t xml:space="preserve">[02:00] </w:t>
      </w:r>
      <w:r>
        <w:t>kuch alfaz hum rat lein aur is ko hum zaban se dohrate rahein, yeh zikr nahin hai.</w:t>
      </w:r>
    </w:p>
    <w:p>
      <w:pPr>
        <w:jc w:val="right"/>
      </w:pPr>
      <w:r>
        <w:t>کچھ الفاظ ہم رٹ لیں اور اس کو ہم زبان سے دہراتے رہیں، یہ ذکر نہیں ہے۔</w:t>
      </w:r>
    </w:p>
    <w:p>
      <w:r>
        <w:rPr>
          <w:b/>
        </w:rPr>
        <w:t xml:space="preserve">[02:11] </w:t>
      </w:r>
      <w:r>
        <w:t>yeh zikr ko underestimate karna hai. dekhiye, zikr ka jo</w:t>
      </w:r>
    </w:p>
    <w:p>
      <w:pPr>
        <w:jc w:val="right"/>
      </w:pPr>
      <w:r>
        <w:t>یہ ذکر کو انڈر ایسٹیمیٹ کرنا ہے۔ دیکھیے، ذکر کا جو</w:t>
      </w:r>
    </w:p>
    <w:p>
      <w:r>
        <w:rPr>
          <w:b/>
        </w:rPr>
        <w:t xml:space="preserve">[02:21] </w:t>
      </w:r>
      <w:r>
        <w:t>zikr ke jo lafzi mani hain, jo is ka lafzi mafhoom hai, woh hai yaad karna. to yaad kya cheez hai?</w:t>
      </w:r>
    </w:p>
    <w:p>
      <w:pPr>
        <w:jc w:val="right"/>
      </w:pPr>
      <w:r>
        <w:t>ذکر کے جو لفظی معنی ہیں، جو اس کا لفظی مفہوم ہے، وہ ہے یاد کرنا۔ تو یاد کیا چیز ہے؟</w:t>
      </w:r>
    </w:p>
    <w:p>
      <w:r>
        <w:rPr>
          <w:b/>
        </w:rPr>
        <w:t xml:space="preserve">[02:30] </w:t>
      </w:r>
      <w:r>
        <w:t>yaad ka ta'alluq dil se hota hai.</w:t>
      </w:r>
    </w:p>
    <w:p>
      <w:pPr>
        <w:jc w:val="right"/>
      </w:pPr>
      <w:r>
        <w:t>یاد کا تعلق دل سے ہوتا ہے۔</w:t>
      </w:r>
    </w:p>
    <w:p>
      <w:r>
        <w:rPr>
          <w:b/>
        </w:rPr>
        <w:t xml:space="preserve">[02:36] </w:t>
      </w:r>
      <w:r>
        <w:t>ek aadmi ka beta kahin door hai, woh kisi aur shahar mein hai, woh kisi aur shahar mein hai. ab woh apne bete ko yaad kare to kya hoga?</w:t>
      </w:r>
    </w:p>
    <w:p>
      <w:pPr>
        <w:jc w:val="right"/>
      </w:pPr>
      <w:r>
        <w:t>ایک آدمی کا بیٹا کہیں دور ہے، وہ کسی اور شہر میں ہے، وہ کسی اور شہر میں ہے۔ اب وہ اپنے بیٹے کو یاد کرے تو کیا ہوگا؟</w:t>
      </w:r>
    </w:p>
    <w:p>
      <w:r>
        <w:rPr>
          <w:b/>
        </w:rPr>
        <w:t xml:space="preserve">[02:48] </w:t>
      </w:r>
      <w:r>
        <w:t>kya woh beta, beta, beta, beta apni zaban se bole ga? aisa kabhi nahin hota.</w:t>
      </w:r>
    </w:p>
    <w:p>
      <w:pPr>
        <w:jc w:val="right"/>
      </w:pPr>
      <w:r>
        <w:t>کیا وہ بیٹا، بیٹا، بیٹا، بیٹا اپنی زبان سے بولے گا؟ ایسا کبھی نہیں ہوتا۔</w:t>
      </w:r>
    </w:p>
    <w:p>
      <w:r>
        <w:rPr>
          <w:b/>
        </w:rPr>
        <w:t xml:space="preserve">[02:57] </w:t>
      </w:r>
      <w:r>
        <w:t>yaad ka ta'alluq dil se hai, zaban par to sirf is ka ek izhar hota hai. to asal cheez yeh hai ke</w:t>
      </w:r>
    </w:p>
    <w:p>
      <w:pPr>
        <w:jc w:val="right"/>
      </w:pPr>
      <w:r>
        <w:t>یاد کا تعلق دل سے ہے، زبان پر تو صرف اس کا ایک اظہار ہوتا ہے۔ تو اصل چیز یہ ہے کہ</w:t>
      </w:r>
    </w:p>
    <w:p>
      <w:r>
        <w:rPr>
          <w:b/>
        </w:rPr>
        <w:t xml:space="preserve">[03:10] </w:t>
      </w:r>
      <w:r>
        <w:t>jab ek aadmi ko khuda ki marifat hoti hai, jab us ko khuda ka realization hota hai, to khuda us ke dil mein bas jata hai.</w:t>
      </w:r>
    </w:p>
    <w:p>
      <w:pPr>
        <w:jc w:val="right"/>
      </w:pPr>
      <w:r>
        <w:t>جب ایک آدمی کو خدا کی معرفت ہوتی ہے، جب اس کو خدا کا ریلائزیشن ہوتا ہے، تو خدا اس کے دل میں بس جاتا ہے۔</w:t>
      </w:r>
    </w:p>
    <w:p>
      <w:r>
        <w:rPr>
          <w:b/>
        </w:rPr>
        <w:t xml:space="preserve">[03:25] </w:t>
      </w:r>
      <w:r>
        <w:t>jis tarah ek maa ke dil mein us ka beta basa hua hota hai.</w:t>
      </w:r>
    </w:p>
    <w:p>
      <w:pPr>
        <w:jc w:val="right"/>
      </w:pPr>
      <w:r>
        <w:t>جس طرح ایک ماں کے دل میں اس کا بیٹا بسا ہوا ہوتا ہے۔</w:t>
      </w:r>
    </w:p>
    <w:p>
      <w:r>
        <w:rPr>
          <w:b/>
        </w:rPr>
        <w:t xml:space="preserve">[03:31] </w:t>
      </w:r>
      <w:r>
        <w:t>to jab khuda ek aadmi ke dil mein aur dimagh mein bas jaye, us waqt jo us ke andar feeling hoti hai, jo ehsasat hote hain, usi ka naam hai zikr.</w:t>
      </w:r>
    </w:p>
    <w:p>
      <w:pPr>
        <w:jc w:val="right"/>
      </w:pPr>
      <w:r>
        <w:t>تو جب خدا ایک آدمی کے دل میں اور دماغ میں بس جائے، اس وقت جو اس کے اندر فیلنگ ہوتی ہے، جو احساسات ہوتے ہیں، اسی کا نام ہے ذکر۔</w:t>
      </w:r>
    </w:p>
    <w:p>
      <w:r>
        <w:rPr>
          <w:b/>
        </w:rPr>
        <w:t xml:space="preserve">[03:43] </w:t>
      </w:r>
      <w:r>
        <w:t>ab zahir hai ke jab dil mein shadeed ehsas hoga to zaban se bhi kuch na kuch kalimat niklte rahein ge.</w:t>
      </w:r>
    </w:p>
    <w:p>
      <w:pPr>
        <w:jc w:val="right"/>
      </w:pPr>
      <w:r>
        <w:t>اب ظاہر ہے کہ جب دل میں شدید احساس ہوگا تو زبان سے بھی کچھ نہ کچھ کلمات نکلتے رہیں گے۔</w:t>
      </w:r>
    </w:p>
    <w:p>
      <w:r>
        <w:rPr>
          <w:b/>
        </w:rPr>
        <w:t xml:space="preserve">[03:57] </w:t>
      </w:r>
      <w:r>
        <w:t>to yeh hai zikr ki haqiqat. to zikr haqiqat mein yeh hai ke aadmi kisi ko apna concern bana le.</w:t>
      </w:r>
    </w:p>
    <w:p>
      <w:pPr>
        <w:jc w:val="right"/>
      </w:pPr>
      <w:r>
        <w:t>تو یہ ہے ذکر کی حقیقت۔ تو ذکر حقیقت میں یہ ہے کہ آدمی کسی کو اپنا کنسرن بنا لے۔</w:t>
      </w:r>
    </w:p>
    <w:p>
      <w:r>
        <w:rPr>
          <w:b/>
        </w:rPr>
        <w:t xml:space="preserve">[04:10] </w:t>
      </w:r>
      <w:r>
        <w:t>waldein ke liye un ka beta un ka concern hota hai, is liye woh us ko yaad rakhte hain aur kabhi kabhi woh yaad un ki zuban par bhi aa jati hai.</w:t>
      </w:r>
    </w:p>
    <w:p>
      <w:pPr>
        <w:jc w:val="right"/>
      </w:pPr>
      <w:r>
        <w:t>والدین کے لیے ان کا بیٹا ان کا کنسرن ہوتا ہے، اس لیے وہ اس کو یاد رکھتے ہیں اور کبھی کبھی وہ یاد ان کی زبان پر بھی آ جاتی ہے۔</w:t>
      </w:r>
    </w:p>
    <w:p>
      <w:r>
        <w:rPr>
          <w:b/>
        </w:rPr>
        <w:t xml:space="preserve">[04:22] </w:t>
      </w:r>
      <w:r>
        <w:t>to isi tarah se insan jab Khuda ko apna sab se bara concern bana le to kya hota hai?</w:t>
      </w:r>
    </w:p>
    <w:p>
      <w:pPr>
        <w:jc w:val="right"/>
      </w:pPr>
      <w:r>
        <w:t>تو اسی طرح سے انسان جب خدا کو اپنا سب سے بڑا کنسرن بنا لے تو کیا ہوتا ہے؟</w:t>
      </w:r>
    </w:p>
    <w:p>
      <w:r>
        <w:rPr>
          <w:b/>
        </w:rPr>
        <w:t xml:space="preserve">[04:36] </w:t>
      </w:r>
      <w:r>
        <w:t>Khuda bhi is insan ko apna concern bana leta hai.</w:t>
      </w:r>
    </w:p>
    <w:p>
      <w:pPr>
        <w:jc w:val="right"/>
      </w:pPr>
      <w:r>
        <w:t>خدا بھی اس انسان کو اپنا کنسرن بنا لیتا ہے۔</w:t>
      </w:r>
    </w:p>
    <w:p>
      <w:r>
        <w:rPr>
          <w:b/>
        </w:rPr>
        <w:t xml:space="preserve">[04:44] </w:t>
      </w:r>
      <w:r>
        <w:t>hadees mein aata hai ke jab Khuda kisi insan se mohabbat karta hai to woh ailan karwa deta hai aasmanon mein</w:t>
      </w:r>
    </w:p>
    <w:p>
      <w:pPr>
        <w:jc w:val="right"/>
      </w:pPr>
      <w:r>
        <w:t>حدیث میں آتا ہے کہ جب خدا کسی انسان سے محبت کرتا ہے تو وہ اعلان کروا دیتا ہے آسمانوں میں</w:t>
      </w:r>
    </w:p>
    <w:p>
      <w:r>
        <w:rPr>
          <w:b/>
        </w:rPr>
        <w:t xml:space="preserve">[04:57] </w:t>
      </w:r>
      <w:r>
        <w:t>, farishton se ke: "ae farishton! main falan bande se mohabbat karta hoon, tum bhi is se mohabbat karo."</w:t>
      </w:r>
    </w:p>
    <w:p>
      <w:pPr>
        <w:jc w:val="right"/>
      </w:pPr>
      <w:r>
        <w:t>، فرشتوں سے کہ: "اے فرشتوں! میں فلاں بندے سے محبت کرتا ہوں، تم بھی اس سے محبت کرو۔"</w:t>
      </w:r>
    </w:p>
    <w:p>
      <w:r>
        <w:rPr>
          <w:b/>
        </w:rPr>
        <w:t xml:space="preserve">[05:09] </w:t>
      </w:r>
      <w:r>
        <w:t>aap jante hain ke yeh mamooli baat nahi hai. kyunke dunya mein hum jo kaam bhi karte hain, woh farishton ki madad se hota hai.</w:t>
      </w:r>
    </w:p>
    <w:p>
      <w:pPr>
        <w:jc w:val="right"/>
      </w:pPr>
      <w:r>
        <w:t>آپ جانتے ہیں کہ یہ معمولی بات نہیں ہے۔ کیونکہ دنیا میں ہم جو کام بھی کرتے ہیں، وہ فرشتوں کی مدد سے ہوتا ہے۔</w:t>
      </w:r>
    </w:p>
    <w:p>
      <w:r>
        <w:rPr>
          <w:b/>
        </w:rPr>
        <w:t xml:space="preserve">[05:21] </w:t>
      </w:r>
      <w:r>
        <w:t>jo</w:t>
      </w:r>
    </w:p>
    <w:p>
      <w:pPr>
        <w:jc w:val="right"/>
      </w:pPr>
      <w:r>
        <w:t>جو</w:t>
      </w:r>
    </w:p>
    <w:p>
      <w:r>
        <w:rPr>
          <w:b/>
        </w:rPr>
        <w:t xml:space="preserve">[05:22] </w:t>
      </w:r>
      <w:r>
        <w:t>hum parhte hain ke Allah taala ne jab Adam ko paida kiya to farishton se kaha ke: "Adam ko sajda karo." aur farishton ne Adam ko sajda kiya.</w:t>
      </w:r>
    </w:p>
    <w:p>
      <w:pPr>
        <w:jc w:val="right"/>
      </w:pPr>
      <w:r>
        <w:t>ہم پڑھتے ہیں کہ اللہ تعالیٰ نے جب آدم کو پیدا کیا تو فرشتوں سے کہا کہ: "آدم کو سجدہ کرو۔" اور فرشتوں نے آدم کو سجدہ کیا۔</w:t>
      </w:r>
    </w:p>
    <w:p>
      <w:r>
        <w:rPr>
          <w:b/>
        </w:rPr>
        <w:t xml:space="preserve">[05:36] </w:t>
      </w:r>
      <w:r>
        <w:t>is ka matlab kya tha?</w:t>
      </w:r>
    </w:p>
    <w:p>
      <w:pPr>
        <w:jc w:val="right"/>
      </w:pPr>
      <w:r>
        <w:t>اس کا مطلب کیا تھا؟</w:t>
      </w:r>
    </w:p>
    <w:p>
      <w:r>
        <w:rPr>
          <w:b/>
        </w:rPr>
        <w:t xml:space="preserve">[05:40] </w:t>
      </w:r>
      <w:r>
        <w:t>yeh alamati tor par is baat ka takrar karana tha farishton se ke zameen par hum insan ko basa rahe hain, is ko azadi de rahe hain,</w:t>
      </w:r>
    </w:p>
    <w:p>
      <w:pPr>
        <w:jc w:val="right"/>
      </w:pPr>
      <w:r>
        <w:t>یہ علامتی طور پر اس بات کا تکرار کرانا تھا فرشتوں سے کہ زمین پر ہم انسان کو بسا رہے ہیں، اس کو آزادی دے رہے ہیں،</w:t>
      </w:r>
    </w:p>
    <w:p>
      <w:r>
        <w:rPr>
          <w:b/>
        </w:rPr>
        <w:t xml:space="preserve">[05:56] </w:t>
      </w:r>
      <w:r>
        <w:t>to woh jo bhi kare, tum ko is ka saath dena hoga. kyunke zameen o aasman ka intezam jo hai, woh farishte kar rahe hain.</w:t>
      </w:r>
    </w:p>
    <w:p>
      <w:pPr>
        <w:jc w:val="right"/>
      </w:pPr>
      <w:r>
        <w:t>تو وہ جو بھی کرے، تم کو اس کا ساتھ دینا ہوگا۔ کیونکہ زمین و آسمان کا انتظام جو ہے، وہ فرشتے کر رہے ہیں۔</w:t>
      </w:r>
    </w:p>
    <w:p>
      <w:r>
        <w:rPr>
          <w:b/>
        </w:rPr>
        <w:t xml:space="preserve">[06:09] </w:t>
      </w:r>
      <w:r>
        <w:t>farishte Khuda ke intezam kar hain. to sajda kar ke Allah taala ne farishton ko yeh hukum diya ke tum insan ke sath taawun ka muamla karo.</w:t>
      </w:r>
    </w:p>
    <w:p>
      <w:pPr>
        <w:jc w:val="right"/>
      </w:pPr>
      <w:r>
        <w:t>فرشتے خدا کے انتظام کار ہیں۔ تو سجدہ کر کے اللہ تعالیٰ نے فرشتوں کو یہ حکم دیا کہ تم انسان کے ساتھ تعاون کا معاملہ کرو۔</w:t>
      </w:r>
    </w:p>
    <w:p>
      <w:r>
        <w:rPr>
          <w:b/>
        </w:rPr>
        <w:t xml:space="preserve">[06:27] </w:t>
      </w:r>
      <w:r>
        <w:t>to jab aadmi Khuda ki yaad karta hai, Khuda ko apna concern bana leta hai, to Khuda bhi is ko yaad karta hai.</w:t>
      </w:r>
    </w:p>
    <w:p>
      <w:pPr>
        <w:jc w:val="right"/>
      </w:pPr>
      <w:r>
        <w:t>تو جب آدمی خدا کی یاد کرتا ہے، خدا کو اپنا کنسرن بنا لیتا ہے، تو خدا بھی اس کو یاد کرتا ہے۔</w:t>
      </w:r>
    </w:p>
    <w:p>
      <w:r>
        <w:rPr>
          <w:b/>
        </w:rPr>
        <w:t xml:space="preserve">[06:37] </w:t>
      </w:r>
      <w:r>
        <w:t>Khuda aise insan ko apna concern bana leta hai. aur jab Khuda kisi ko apna concern bana le to is ka matlab kya hua?</w:t>
      </w:r>
    </w:p>
    <w:p>
      <w:pPr>
        <w:jc w:val="right"/>
      </w:pPr>
      <w:r>
        <w:t>خدا ایسے انسان کو اپنا کنسرن بنا لیتا ہے۔ اور جب خدا کسی کو اپنا کنسرن بنا لے تو اس کا مطلب کیا ہوا؟</w:t>
      </w:r>
    </w:p>
    <w:p>
      <w:r>
        <w:rPr>
          <w:b/>
        </w:rPr>
        <w:t xml:space="preserve">[06:50] </w:t>
      </w:r>
      <w:r>
        <w:t>ke woh tamam farishton ka concern ban gaya. woh sare zameen o aasman ka concern ban gaya. to yeh kitni bari baat hai.</w:t>
      </w:r>
    </w:p>
    <w:p>
      <w:pPr>
        <w:jc w:val="right"/>
      </w:pPr>
      <w:r>
        <w:t>کہ وہ تمام فرشتوں کا کنسرن بن گیا۔ وہ سارے زمین و آسمان کا کنسرن بن گیا۔ تو یہ کتنی بڑی بات ہے۔</w:t>
      </w:r>
    </w:p>
    <w:p>
      <w:r>
        <w:rPr>
          <w:b/>
        </w:rPr>
        <w:t xml:space="preserve">[07:03] </w:t>
      </w:r>
      <w:r>
        <w:t>zahir hai ke is se bari baat aur kya ho sakti hai?</w:t>
      </w:r>
    </w:p>
    <w:p>
      <w:pPr>
        <w:jc w:val="right"/>
      </w:pPr>
      <w:r>
        <w:t>ظاہر ہے کہ اس سے بڑی بات اور کیا ہو سکتی ہے؟</w:t>
      </w:r>
    </w:p>
    <w:p>
      <w:r>
        <w:rPr>
          <w:b/>
        </w:rPr>
        <w:t xml:space="preserve">[07:07] </w:t>
      </w:r>
      <w:r>
        <w:t>to farmaya ke: "tum mera zikr karo, main tumhara zikr karunga." yaani tum is ko apna concern bana lo to main tum ko apna concern bana lunga.</w:t>
      </w:r>
    </w:p>
    <w:p>
      <w:pPr>
        <w:jc w:val="right"/>
      </w:pPr>
      <w:r>
        <w:t>تو فرمایا کہ: "تم میرا ذکر کرو، میں تمہارا ذکر کروں گا۔" یعنی تم اس کو اپنا کنسرن بنا لو تو میں تم کو اپنا کنسرن بنا لوں گا۔</w:t>
      </w:r>
    </w:p>
    <w:p>
      <w:r>
        <w:rPr>
          <w:b/>
        </w:rPr>
        <w:t xml:space="preserve">[07:27] </w:t>
      </w:r>
      <w:r>
        <w:t>hum concern bana kar Khuda ko kuch nahi dete hain. hum aisa kar ke Khuda ka etaraf karte hain, Khuda ka iqrar karte hain.</w:t>
      </w:r>
    </w:p>
    <w:p>
      <w:pPr>
        <w:jc w:val="right"/>
      </w:pPr>
      <w:r>
        <w:t>ہم کنسرن بنا کر خدا کو کچھ نہیں دیتے۔ ہم ایسا کر کے خدا کا اعتراف کرتے ہیں، خدا کا اقرار کرتے ہیں۔</w:t>
      </w:r>
    </w:p>
    <w:p>
      <w:r>
        <w:rPr>
          <w:b/>
        </w:rPr>
        <w:t xml:space="preserve">[07:37] </w:t>
      </w:r>
      <w:r>
        <w:t>yaad rakhiye, insan ka zikr aur Khuda ka zikr, ya insan ka concern banana aur Khuda ka concern banana, lafz to aik hi hai dono jagah, lekin dono ke matlab mein farq hai.</w:t>
      </w:r>
    </w:p>
    <w:p>
      <w:pPr>
        <w:jc w:val="right"/>
      </w:pPr>
      <w:r>
        <w:t>یاد رکھیے، انسان کا ذکر اور خدا کا ذکر، یا انسان کا کنسرن بنانا اور خدا کا کنسرن بنانا، لفظ تو ایک ہی ہے دونوں جگہ، لیکن دونوں کے مطلب میں فرق ہے۔</w:t>
      </w:r>
    </w:p>
    <w:p>
      <w:r>
        <w:rPr>
          <w:b/>
        </w:rPr>
        <w:t xml:space="preserve">[07:56] </w:t>
      </w:r>
      <w:r>
        <w:t>jab insan ki taraf se bola jaye ke insan Khuda ko apna concern bana le to is ka matlab hota hai: insan Khuda ko iqrar kare.</w:t>
      </w:r>
    </w:p>
    <w:p>
      <w:pPr>
        <w:jc w:val="right"/>
      </w:pPr>
      <w:r>
        <w:t>جب انسان کی طرف سے بولا جائے کہ انسان خدا کو اپنا کنسرن بنا لے تو اس کا مطلب ہوتا ہے: انسان خدا کو اقرار کرے۔</w:t>
      </w:r>
    </w:p>
    <w:p>
      <w:r>
        <w:rPr>
          <w:b/>
        </w:rPr>
        <w:t xml:space="preserve">[08:10] </w:t>
      </w:r>
      <w:r>
        <w:t>insan Khuda ki barhai ko maane. insan Khuda ki Khodai ka etaraf kare.</w:t>
      </w:r>
    </w:p>
    <w:p>
      <w:pPr>
        <w:jc w:val="right"/>
      </w:pPr>
      <w:r>
        <w:t>انسان خدا کی بڑائی کو مانے۔ انسان خدا کی خدائی کا اعتراف کرے۔</w:t>
      </w:r>
    </w:p>
    <w:p>
      <w:r>
        <w:rPr>
          <w:b/>
        </w:rPr>
        <w:t xml:space="preserve">[08:21] </w:t>
      </w:r>
      <w:r>
        <w:t>to yeh darasal etaraf ke mani mein hota hai jab hum insan ki taraf se bolein. aur jab yeh lafz Khuda ki taraf se bola jaye to is ka matlab hota hai:</w:t>
      </w:r>
    </w:p>
    <w:p>
      <w:pPr>
        <w:jc w:val="right"/>
      </w:pPr>
      <w:r>
        <w:t>تو یہ دراصل اعتراف کے معنی میں ہوتا ہے جب ہم انسان کی طرف سے بولیں۔ اور جب یہ لفظ خدا کی طرف سے بولا جائے تو اس کا مطلب ہوتا ہے:</w:t>
      </w:r>
    </w:p>
    <w:p>
      <w:r>
        <w:rPr>
          <w:b/>
        </w:rPr>
        <w:t xml:space="preserve">[08:34] </w:t>
      </w:r>
      <w:r>
        <w:t>madad, nusrat.</w:t>
      </w:r>
    </w:p>
    <w:p>
      <w:pPr>
        <w:jc w:val="right"/>
      </w:pPr>
      <w:r>
        <w:t>مدد، نصرت۔</w:t>
      </w:r>
    </w:p>
    <w:p>
      <w:r>
        <w:rPr>
          <w:b/>
        </w:rPr>
        <w:t xml:space="preserve">[08:39] </w:t>
      </w:r>
      <w:r>
        <w:t>yaani insan Khuda ki madad ka mustahiq ban jata hai agar woh aisa kare.</w:t>
      </w:r>
    </w:p>
    <w:p>
      <w:pPr>
        <w:jc w:val="right"/>
      </w:pPr>
      <w:r>
        <w:t>یعنی انسان خدا کی مدد کا مستحق بن جاتا ہے اگر وہ ایسا کرے۔</w:t>
      </w:r>
    </w:p>
    <w:p>
      <w:r>
        <w:rPr>
          <w:b/>
        </w:rPr>
        <w:t xml:space="preserve">[08:46] </w:t>
      </w:r>
      <w:r>
        <w:t>to insan Khuda ko iqrar karega, Khuda ka etaraf karega, aur is ke baad us ko yeh barkat milegi Khuda ki ke Khuda is ko apni nusrat ka mustahiq bana lega.</w:t>
      </w:r>
    </w:p>
    <w:p>
      <w:pPr>
        <w:jc w:val="right"/>
      </w:pPr>
      <w:r>
        <w:t>تو انسان خدا کو اقرار کرے گا، خدا کا اعتراف کرے گا، اور اس کے بعد اس کو یہ برکت ملے گی خدا کی کہ خدا اس کو اپنی نصرت کا مستحق بنا لے گا۔</w:t>
      </w:r>
    </w:p>
    <w:p>
      <w:r>
        <w:rPr>
          <w:b/>
        </w:rPr>
        <w:t xml:space="preserve">[09:03] </w:t>
      </w:r>
      <w:r>
        <w:t>is ko khuda ki madad pohnchne lage gi. to agarchay lafz dono jagah aik hi bolay ja rahay hain, lekin farq hai dono mein.</w:t>
      </w:r>
    </w:p>
    <w:p>
      <w:pPr>
        <w:jc w:val="right"/>
      </w:pPr>
      <w:r>
        <w:t>اس کو خدا کی مدد پہنچنے لگے گی۔ تو اگرچہ لفظ دونوں جگہ ایک ہی بولے جا رہے ہیں، لیکن فرق ہے دونوں میں۔</w:t>
      </w:r>
    </w:p>
    <w:p>
      <w:r>
        <w:rPr>
          <w:b/>
        </w:rPr>
        <w:t xml:space="preserve">[09:15] </w:t>
      </w:r>
      <w:r>
        <w:t>insan ki taraf se is ka matlab hai ke insan ne khuda ko iqrar kiya. aur khuda ki taraf se is ka matlab yeh hai ke khuda ne aisay insan ko apni madad ka mustahiq samjha.</w:t>
      </w:r>
    </w:p>
    <w:p>
      <w:pPr>
        <w:jc w:val="right"/>
      </w:pPr>
      <w:r>
        <w:t>انسان کی طرف سے اس کا مطلب ہے کہ انسان نے خدا کو اقرار کیا۔ اور خدا کی طرف سے اس کا مطلب یہ ہے کہ خدا نے ایسے انسان کو اپنی مدد کا مستحق سمجھا۔</w:t>
      </w:r>
    </w:p>
    <w:p>
      <w:r>
        <w:rPr>
          <w:b/>
        </w:rPr>
        <w:t xml:space="preserve">[09:34] </w:t>
      </w:r>
      <w:r>
        <w:t>is ke baad dekhiye,</w:t>
      </w:r>
    </w:p>
    <w:p>
      <w:pPr>
        <w:jc w:val="right"/>
      </w:pPr>
      <w:r>
        <w:t>اس کے بعد دیکھیے،</w:t>
      </w:r>
    </w:p>
    <w:p>
      <w:r>
        <w:rPr>
          <w:b/>
        </w:rPr>
        <w:t xml:space="preserve">[09:38] </w:t>
      </w:r>
      <w:r>
        <w:t>ayat number 158.</w:t>
      </w:r>
    </w:p>
    <w:p>
      <w:pPr>
        <w:jc w:val="right"/>
      </w:pPr>
      <w:r>
        <w:t>آیت نمبر 158۔</w:t>
      </w:r>
    </w:p>
    <w:p>
      <w:r>
        <w:rPr>
          <w:b/>
        </w:rPr>
        <w:t xml:space="preserve">[09:43] </w:t>
      </w:r>
      <w:r>
        <w:t>yeh hajj ka zikr ho raha hai. hajj ke zikr ke tehat yeh farmaya:</w:t>
      </w:r>
    </w:p>
    <w:p>
      <w:pPr>
        <w:jc w:val="right"/>
      </w:pPr>
      <w:r>
        <w:t>یہ حج کا ذکر ہو رہا ہے۔ حج کے ذکر کے تحت یہ فرمایا:</w:t>
      </w:r>
    </w:p>
    <w:p>
      <w:r>
        <w:rPr>
          <w:b/>
        </w:rPr>
        <w:t xml:space="preserve">[09:54] </w:t>
      </w:r>
      <w:r>
        <w:t>aap jantay hain ke jo log bhi hajj ke liye jatay hain ya umrah ke liye jatay hain to wahan par safa aur marwa do pahariyan hain, un ke darmiyan woh dorrtay hain, tez tez chalte hain,</w:t>
      </w:r>
    </w:p>
    <w:p>
      <w:pPr>
        <w:jc w:val="right"/>
      </w:pPr>
      <w:r>
        <w:t>آپ جانتے ہیں کہ جو لوگ بھی حج کے لیے جاتے ہیں یا عمرہ کے لیے جاتے ہیں تو وہاں پر صفا اور مروہ دو پہاڑیاں ہیں، ان کے درمیان وہ دوڑتے ہیں، تیز تیز چلتے ہیں،</w:t>
      </w:r>
    </w:p>
    <w:p>
      <w:r>
        <w:rPr>
          <w:b/>
        </w:rPr>
        <w:t xml:space="preserve">[10:11] </w:t>
      </w:r>
      <w:r>
        <w:t>saat bar. to farmaya ke:</w:t>
      </w:r>
    </w:p>
    <w:p>
      <w:pPr>
        <w:jc w:val="right"/>
      </w:pPr>
      <w:r>
        <w:t>سات بار۔ تو فرمایا کہ:</w:t>
      </w:r>
    </w:p>
    <w:p>
      <w:r>
        <w:rPr>
          <w:b/>
        </w:rPr>
        <w:t xml:space="preserve">[10:19] </w:t>
      </w:r>
      <w:r>
        <w:t>inna al-safa wa al-marwata min sha'a'ir Allah</w:t>
      </w:r>
    </w:p>
    <w:p>
      <w:pPr>
        <w:jc w:val="right"/>
      </w:pPr>
      <w:r>
        <w:t>إِنَّ الصَّفَى وَالْمَرْوَةَ مِنْ شَاعِرِ اللَّهِ</w:t>
      </w:r>
    </w:p>
    <w:p>
      <w:r>
        <w:rPr>
          <w:b/>
        </w:rPr>
        <w:t xml:space="preserve">[10:28] </w:t>
      </w:r>
      <w:r>
        <w:t>yeh hajj ke zail mein ayat aai hai ke inna al-safa wa al-marwata min sha'a'ir Allah. safa aur marwa khuda ke sha'air hain.</w:t>
      </w:r>
    </w:p>
    <w:p>
      <w:pPr>
        <w:jc w:val="right"/>
      </w:pPr>
      <w:r>
        <w:t>یہ حج کے ذیل میں آیت آئی ہے کہ إِنَّ الصَّفَى وَالْمَرْوَةَ مِنْ شَاعِرِ اللَّهِ صفا اور مروہ خدا کے شاعر ہیں۔</w:t>
      </w:r>
    </w:p>
    <w:p>
      <w:r>
        <w:rPr>
          <w:b/>
        </w:rPr>
        <w:t xml:space="preserve">[10:44] </w:t>
      </w:r>
      <w:r>
        <w:t>sha'air ka matlab hai yaadgar, khuda ki yaadgarain hain. is ka kya matlab hai?</w:t>
      </w:r>
    </w:p>
    <w:p>
      <w:pPr>
        <w:jc w:val="right"/>
      </w:pPr>
      <w:r>
        <w:t>شاعر کا مطلب ہے یادگار، خدا کی یادگاریں ہیں۔ اس کا کیا مطلب ہے؟</w:t>
      </w:r>
    </w:p>
    <w:p>
      <w:r>
        <w:rPr>
          <w:b/>
        </w:rPr>
        <w:t xml:space="preserve">[10:52] </w:t>
      </w:r>
      <w:r>
        <w:t>is ka matlab yeh hai ke safa aur marwa se kuch tareekhi yaadgarain wabasta hain. safa aur marwa jo hain, mahaz chattanain nahi hain.</w:t>
      </w:r>
    </w:p>
    <w:p>
      <w:pPr>
        <w:jc w:val="right"/>
      </w:pPr>
      <w:r>
        <w:t>اس کا مطلب یہ ہے کہ صفا اور مروہ سے کچھ تاریخی یادگاریں وابستہ ہیں۔ صفا اور مروہ جو ہیں، محض چٹانیں نہیں ہیں۔</w:t>
      </w:r>
    </w:p>
    <w:p>
      <w:r>
        <w:rPr>
          <w:b/>
        </w:rPr>
        <w:t xml:space="preserve">[11:03] </w:t>
      </w:r>
      <w:r>
        <w:t>woh aik tareekh ka alamat hain, aik tareekh ki yaadgar hain. woh kya tareekh</w:t>
      </w:r>
    </w:p>
    <w:p>
      <w:pPr>
        <w:jc w:val="right"/>
      </w:pPr>
      <w:r>
        <w:t>وہ ایک تاریخ کا علامت ہیں، ایک تاریخ کی یادگار ہیں۔ وہ کیا تاریخ</w:t>
      </w:r>
    </w:p>
    <w:p>
      <w:r>
        <w:rPr>
          <w:b/>
        </w:rPr>
        <w:t xml:space="preserve">[11:14] </w:t>
      </w:r>
      <w:r>
        <w:t>? woh tareekh yeh hai ke char hazar saal pehle hazrat ibrahim ne apni biwi hajra aur apne bete ismail ko yahan par basaya.</w:t>
      </w:r>
    </w:p>
    <w:p>
      <w:pPr>
        <w:jc w:val="right"/>
      </w:pPr>
      <w:r>
        <w:t>؟ وہ تاریخ یہ ہے کہ چار ہزار سال پہلے حضرت ابراہیم نے اپنی بیوی ہاجرہ اور اپنے بیٹے اسماعیل کو یہاں پر بسا دیا۔</w:t>
      </w:r>
    </w:p>
    <w:p>
      <w:r>
        <w:rPr>
          <w:b/>
        </w:rPr>
        <w:t xml:space="preserve">[11:31] </w:t>
      </w:r>
      <w:r>
        <w:t>jabke yeh poora ilaqah sehra tha, wahan pani nahi tha, kuch nahi tha.</w:t>
      </w:r>
    </w:p>
    <w:p>
      <w:pPr>
        <w:jc w:val="right"/>
      </w:pPr>
      <w:r>
        <w:t>جبکہ یہ پورا علاقہ صحرا تھا، وہاں پانی نہیں تھا، کچھ نہیں تھا۔</w:t>
      </w:r>
    </w:p>
    <w:p>
      <w:r>
        <w:rPr>
          <w:b/>
        </w:rPr>
        <w:t xml:space="preserve">[11:43] </w:t>
      </w:r>
      <w:r>
        <w:t>to yeh aik bohat bara mansooba tha ke sehra mein aik nai nasal banai jaye</w:t>
      </w:r>
    </w:p>
    <w:p>
      <w:pPr>
        <w:jc w:val="right"/>
      </w:pPr>
      <w:r>
        <w:t>تو یہ ایک بہت بڑا منصوبہ تھا کہ صحرا میں ایک نئی نسل بنائی جائے</w:t>
      </w:r>
    </w:p>
    <w:p>
      <w:r>
        <w:rPr>
          <w:b/>
        </w:rPr>
        <w:t xml:space="preserve">[11:54] </w:t>
      </w:r>
      <w:r>
        <w:t>jo shehri buraiyon se pak ho, shehar mein jo halaat hotay hain us se pak ho.</w:t>
      </w:r>
    </w:p>
    <w:p>
      <w:pPr>
        <w:jc w:val="right"/>
      </w:pPr>
      <w:r>
        <w:t>جو شہری برائیوں سے پاک ہو، شہر میں جو حالات ہوتے ہیں اس سے پاک ہو۔</w:t>
      </w:r>
    </w:p>
    <w:p>
      <w:r>
        <w:rPr>
          <w:b/>
        </w:rPr>
        <w:t xml:space="preserve">[12:05] </w:t>
      </w:r>
      <w:r>
        <w:t>yahan sehra mein aap jantay hain ke wahan fitrat thi, wahan woh buraiyan nahi theen jo shehron mein hoti hain.</w:t>
      </w:r>
    </w:p>
    <w:p>
      <w:pPr>
        <w:jc w:val="right"/>
      </w:pPr>
      <w:r>
        <w:t>یہاں صحرا میں آپ جانتے ہیں کہ وہاں فطرت تھی، وہاں وہ برائیاں نہیں تھیں جو شہروں میں ہوتی ہیں۔</w:t>
      </w:r>
    </w:p>
    <w:p>
      <w:r>
        <w:rPr>
          <w:b/>
        </w:rPr>
        <w:t xml:space="preserve">[12:18] </w:t>
      </w:r>
      <w:r>
        <w:t>yahan sehra hai, pahar hai, zameen hai, aasman hai, hawaein hain, to fitrat ka mahol hai.</w:t>
      </w:r>
    </w:p>
    <w:p>
      <w:pPr>
        <w:jc w:val="right"/>
      </w:pPr>
      <w:r>
        <w:t>یہاں صحرا ہے، پہاڑ ہے، زمین ہے، آسمان ہے، ہوائیں ہیں، تو فطرت کا ماحول ہے۔</w:t>
      </w:r>
    </w:p>
    <w:p>
      <w:r>
        <w:rPr>
          <w:b/>
        </w:rPr>
        <w:t xml:space="preserve">[12:27] </w:t>
      </w:r>
      <w:r>
        <w:t>to khuda ki yeh marzi hui ke is fitrat ke mahol mein aik nai nasal banai jaye jo shehron ki halaat se bachi hui ho.</w:t>
      </w:r>
    </w:p>
    <w:p>
      <w:pPr>
        <w:jc w:val="right"/>
      </w:pPr>
      <w:r>
        <w:t>تو خدا کی یہ مرضی ہوئی کہ اس فطرت کے ماحول میں ایک نئی نسل بنائی جائے جو شہروں کی حالات سے بچی ہوئی ہو۔</w:t>
      </w:r>
    </w:p>
    <w:p>
      <w:r>
        <w:rPr>
          <w:b/>
        </w:rPr>
        <w:t xml:space="preserve">[12:45] </w:t>
      </w:r>
      <w:r>
        <w:t>to is maqsad ke liye wahan par hazrat hajra ko aur un ke bete ismail ko basaya gaya.</w:t>
      </w:r>
    </w:p>
    <w:p>
      <w:pPr>
        <w:jc w:val="right"/>
      </w:pPr>
      <w:r>
        <w:t>تو اس مقصد کے لیے وہاں پر حضرت ہاجرہ کو اور ان کے بیٹے اسماعیل کو بسایا گیا۔</w:t>
      </w:r>
    </w:p>
    <w:p>
      <w:r>
        <w:rPr>
          <w:b/>
        </w:rPr>
        <w:t xml:space="preserve">[12:54] </w:t>
      </w:r>
      <w:r>
        <w:t>to yeh aik is baray mein lambi tareekh hai, bohat saray waqiat is mein joday hue hain. is mein se aik yeh hai ke pani ki qillat hui,</w:t>
      </w:r>
    </w:p>
    <w:p>
      <w:pPr>
        <w:jc w:val="right"/>
      </w:pPr>
      <w:r>
        <w:t>تو یہ ایک اس بارے میں لمبی تاریخ ہے، بہت سارے واقعات اس میں جڑے ہوئے ہیں۔ اس میں سے ایک یہ ہے کہ پانی کی قلت ہوئی،</w:t>
      </w:r>
    </w:p>
    <w:p>
      <w:r>
        <w:rPr>
          <w:b/>
        </w:rPr>
        <w:t xml:space="preserve">[13:10] </w:t>
      </w:r>
      <w:r>
        <w:t>pani ki zaroorat pesh aai. to hazrat hajra jo hain, woh dorrin dono chattanon ke beech mein.</w:t>
      </w:r>
    </w:p>
    <w:p>
      <w:pPr>
        <w:jc w:val="right"/>
      </w:pPr>
      <w:r>
        <w:t>پانی کی ضرورت پیش آئی۔ تو حضرت ہاجرہ جو ہیں، وہ دوڑیں دونوں چٹانوں کے بیچ میں۔</w:t>
      </w:r>
    </w:p>
    <w:p>
      <w:r>
        <w:rPr>
          <w:b/>
        </w:rPr>
        <w:t xml:space="preserve">[13:22] </w:t>
      </w:r>
      <w:r>
        <w:t>aik martaba jati theen safa par, charh ke dekhti theen kahin koi cheez hai, koi insan hai, koi pani ka koi zakhira hai, kuch hai.</w:t>
      </w:r>
    </w:p>
    <w:p>
      <w:pPr>
        <w:jc w:val="right"/>
      </w:pPr>
      <w:r>
        <w:t>ایک مرتبہ جاتی تھیں صفا پر، چڑھ کے دیکھتی تھیں کہیں کوئی چیز ہے، کوئی انسان ہے، کوئی پانی کا کوئی ذخیرہ ہے، کچھ ہے۔</w:t>
      </w:r>
    </w:p>
    <w:p>
      <w:r>
        <w:rPr>
          <w:b/>
        </w:rPr>
        <w:t xml:space="preserve">[13:33] </w:t>
      </w:r>
      <w:r>
        <w:t>phir jati theen doosri taraf. to is tarah saat bar woh safa aur marwa ke darmiyan dorrin.</w:t>
      </w:r>
    </w:p>
    <w:p>
      <w:pPr>
        <w:jc w:val="right"/>
      </w:pPr>
      <w:r>
        <w:t>پھر جاتی تھیں دوسری طرف۔ تو اس طرح سات بار وہ صفا اور مروہ کے درمیان دوڑیں۔</w:t>
      </w:r>
    </w:p>
    <w:p>
      <w:r>
        <w:rPr>
          <w:b/>
        </w:rPr>
        <w:t xml:space="preserve">[13:43] </w:t>
      </w:r>
      <w:r>
        <w:t>to yeh Allah taala ko itna ziyada pasand aaya ke khuda ke aik mansoobe ke liye is bandi ne apne aap ko waqf kiya.</w:t>
      </w:r>
    </w:p>
    <w:p>
      <w:pPr>
        <w:jc w:val="right"/>
      </w:pPr>
      <w:r>
        <w:t>تو یہ اللہ تعالیٰ کو اتنا زیادہ پسند آیا کہ خدا کے ایک منصوبے کے لیے اس بندی نے اپنے آپ کو وقف کیا۔</w:t>
      </w:r>
    </w:p>
    <w:p>
      <w:r>
        <w:rPr>
          <w:b/>
        </w:rPr>
        <w:t xml:space="preserve">[13:56] </w:t>
      </w:r>
      <w:r>
        <w:t>yeh aik mansooba ilahi tha. is mansooba ilahi mein is ne apnay aap ko qurbani ki had tak laga diya.</w:t>
      </w:r>
    </w:p>
    <w:p>
      <w:pPr>
        <w:jc w:val="right"/>
      </w:pPr>
      <w:r>
        <w:t>یہ ایک منصوبہ الہی تھا۔ اس منصوبہ الہی میں اس نے اپنے آپ کو قربانی کی حد تک لگا دیا۔</w:t>
      </w:r>
    </w:p>
    <w:p>
      <w:r>
        <w:rPr>
          <w:b/>
        </w:rPr>
        <w:t xml:space="preserve">[14:07] </w:t>
      </w:r>
      <w:r>
        <w:t>to dorr dhoop dikhai unhon ne is mein.</w:t>
      </w:r>
    </w:p>
    <w:p>
      <w:pPr>
        <w:jc w:val="right"/>
      </w:pPr>
      <w:r>
        <w:t>تو دوڑ دھوپ دکھائی انہوں نے اس میں۔</w:t>
      </w:r>
    </w:p>
    <w:p>
      <w:r>
        <w:rPr>
          <w:b/>
        </w:rPr>
        <w:t xml:space="preserve">[14:11] </w:t>
      </w:r>
      <w:r>
        <w:t>to Allah taala ne is tareekhi waqeye ko aik yaadgar qarar de kar ke tamam hajiyon ko aur tamam umrah karne walon ko yeh hukum hai ke woh safa aur marwa ke darmiyan hajra ki taraf se saat bar dauren.</w:t>
      </w:r>
    </w:p>
    <w:p>
      <w:pPr>
        <w:jc w:val="right"/>
      </w:pPr>
      <w:r>
        <w:t>تو اللہ تعالیٰ نے اس تاریخی واقعے کو ایک یادگار قرار دے کر کے تمام حاجیوں کو اور تمام عمرہ کرنے والوں کو یہ حکم ہے کہ وہ صفا اور مروہ کے درمیان ہاجرہ کی طرف سے سات بار دوڑیں۔</w:t>
      </w:r>
    </w:p>
    <w:p>
      <w:r>
        <w:rPr>
          <w:b/>
        </w:rPr>
        <w:t xml:space="preserve">[14:30] </w:t>
      </w:r>
      <w:r>
        <w:t>yani hajra ke footsteps par chalen. to yeh dekhiye, koi yeh koi rasam nahi hai.</w:t>
      </w:r>
    </w:p>
    <w:p>
      <w:pPr>
        <w:jc w:val="right"/>
      </w:pPr>
      <w:r>
        <w:t>یعنی ہاجرہ کے فٹ اسٹیپ پر چلیں۔ تو یہ دیکھیے، کوئی یہ کوئی رسم نہیں ہے۔</w:t>
      </w:r>
    </w:p>
    <w:p>
      <w:r>
        <w:rPr>
          <w:b/>
        </w:rPr>
        <w:t xml:space="preserve">[14:40] </w:t>
      </w:r>
      <w:r>
        <w:t>hajra ke footsteps par chalne ka matlab kya hai?</w:t>
      </w:r>
    </w:p>
    <w:p>
      <w:pPr>
        <w:jc w:val="right"/>
      </w:pPr>
      <w:r>
        <w:t>ہاجرہ کے فٹ اسٹیپ پر چلنے کا مطلب کیا ہے؟</w:t>
      </w:r>
    </w:p>
    <w:p>
      <w:r>
        <w:rPr>
          <w:b/>
        </w:rPr>
        <w:t xml:space="preserve">[14:47] </w:t>
      </w:r>
      <w:r>
        <w:t>woh yeh hai ke doosre log jo hajra ke baad aaye hain, woh is qurbani ko yaad karen, is qurbani ko apnay andar paida karen.</w:t>
      </w:r>
    </w:p>
    <w:p>
      <w:pPr>
        <w:jc w:val="right"/>
      </w:pPr>
      <w:r>
        <w:t>وہ یہ ہے کہ دوسرے لوگ جو ہاجرہ کے بعد آئے ہیں، وہ اس قربانی کو یاد کریں، اس قربانی کو اپنے اندر پیدا کریں۔</w:t>
      </w:r>
    </w:p>
    <w:p>
      <w:r>
        <w:rPr>
          <w:b/>
        </w:rPr>
        <w:t xml:space="preserve">[15:01] </w:t>
      </w:r>
      <w:r>
        <w:t>jis qurbani ke jazbe ke tehat, jis qurbani ki rooh ke sath hajra ne apnay aap ko wahan basaya tha, us sehra mein dorr dhoop ki thi unhon ne.</w:t>
      </w:r>
    </w:p>
    <w:p>
      <w:pPr>
        <w:jc w:val="right"/>
      </w:pPr>
      <w:r>
        <w:t>جس قربانی کے جذبے کے تحت، جس قربانی کی روح کے ساتھ ہاجرہ نے اپنے آپ کو وہاں بسایا تھا، اس صحرا میں دوڑ دھوپ کی تھی انہوں نے۔</w:t>
      </w:r>
    </w:p>
    <w:p>
      <w:r>
        <w:rPr>
          <w:b/>
        </w:rPr>
        <w:t xml:space="preserve">[15:15] </w:t>
      </w:r>
      <w:r>
        <w:t>to is qurbani ki rooh ko le kar ke loten haj ke baad aur phir zindagi mein is ko dohrane.</w:t>
      </w:r>
    </w:p>
    <w:p>
      <w:pPr>
        <w:jc w:val="right"/>
      </w:pPr>
      <w:r>
        <w:t>تو اس قربانی کی روح کو لے کر کے لوٹیں حج کے بعد اور پھر زندگی میں اس کو دہرائیں۔</w:t>
      </w:r>
    </w:p>
    <w:p>
      <w:r>
        <w:rPr>
          <w:b/>
        </w:rPr>
        <w:t xml:space="preserve">[15:25] </w:t>
      </w:r>
      <w:r>
        <w:t>yeh matlab hai is ka.</w:t>
      </w:r>
    </w:p>
    <w:p>
      <w:pPr>
        <w:jc w:val="right"/>
      </w:pPr>
      <w:r>
        <w:t>یہ مطلب ہے اس کا۔</w:t>
      </w:r>
    </w:p>
    <w:p>
      <w:r>
        <w:rPr>
          <w:b/>
        </w:rPr>
        <w:t xml:space="preserve">[15:28] </w:t>
      </w:r>
      <w:r>
        <w:t>to farmaya ke inna al-safa wa al-marwata min sha'air Allah. safa aur marwa jo hain, woh Khuda ki yaadgarain hain.</w:t>
      </w:r>
    </w:p>
    <w:p>
      <w:pPr>
        <w:jc w:val="right"/>
      </w:pPr>
      <w:r>
        <w:t>تو فرمایا کہ إِنَّ الصَّفَى وَالْمَرْوَةَ مِنْ شَاعِرِ اللَّهِ صفا اور مروہ جو ہیں، وہ خدا کی یادگاریں ہیں۔</w:t>
      </w:r>
    </w:p>
    <w:p>
      <w:r>
        <w:rPr>
          <w:b/>
        </w:rPr>
        <w:t xml:space="preserve">[15:39] </w:t>
      </w:r>
      <w:r>
        <w:t>yani Khudaai tareekh ke namoonay hain, Khudaai tareekh ki yaadgarain hain.</w:t>
      </w:r>
    </w:p>
    <w:p>
      <w:pPr>
        <w:jc w:val="right"/>
      </w:pPr>
      <w:r>
        <w:t>یعنی خدائی تاریخ کے نمونے ہیں، خدائی تاریخ کی یادگاریں ہیں۔</w:t>
      </w:r>
    </w:p>
    <w:p>
      <w:r>
        <w:rPr>
          <w:b/>
        </w:rPr>
        <w:t xml:space="preserve">[15:50] </w:t>
      </w:r>
      <w:r>
        <w:t>to is mein jab tum haj ke liye jao ya umrah ke liye jao aur safa aur marwa ke darmiyan daudo to is jazbe ke sath daudo ke humein bhi isi tareekh ko apni zindagi mein dohrana hai jo Hazrat Ibrahim ne, Hazrat Ismail ne aur Hazrat Hajra ne pesh ki thi.</w:t>
      </w:r>
    </w:p>
    <w:p>
      <w:pPr>
        <w:jc w:val="right"/>
      </w:pPr>
      <w:r>
        <w:t>تو اس میں جب تم حج کے لیے جاؤ یا عمرہ کے لیے جاؤ اور صفا اور مروہ کے درمیان دوڑو تو اس جذبے کے ساتھ دوڑو کہ ہمیں بھی اسی تاریخ کو اپنی زندگی میں دہرانا ہے جو حضرت ابراہیم نے، حضرت اسماعیل نے اور حضرت ہاجرہ نے پیش کی تھی۔</w:t>
      </w:r>
    </w:p>
    <w:p>
      <w:r>
        <w:rPr>
          <w:b/>
        </w:rPr>
        <w:t xml:space="preserve">[16:18] </w:t>
      </w:r>
      <w:r>
        <w:t>to is amal ko apni zindagi mein dohrane ki</w:t>
      </w:r>
    </w:p>
    <w:p>
      <w:pPr>
        <w:jc w:val="right"/>
      </w:pPr>
      <w:r>
        <w:t>تو اس عمل کو اپنی زندگی میں دہرانے کی</w:t>
      </w:r>
    </w:p>
    <w:p>
      <w:r>
        <w:rPr>
          <w:b/>
        </w:rPr>
        <w:t xml:space="preserve">[16:24] </w:t>
      </w:r>
      <w:r>
        <w:t>yeh tarbiyat hai, training hai. yeh koi rasam nahi hai, yeh aik haqeeqat hai. aur jo is ka jo asal izhaar hai, woh to lotne ke baad hai.</w:t>
      </w:r>
    </w:p>
    <w:p>
      <w:pPr>
        <w:jc w:val="right"/>
      </w:pPr>
      <w:r>
        <w:t>یہ تربیت ہے، ٹریننگ ہے۔ یہ کوئی رسم نہیں ہے، یہ ایک حقیقت ہے۔ اور جو اس کا جو اصل اظہار ہے، وہ تو لوٹنے کے بعد ہے۔</w:t>
      </w:r>
    </w:p>
    <w:p>
      <w:r>
        <w:rPr>
          <w:b/>
        </w:rPr>
        <w:t xml:space="preserve">[16:39] </w:t>
      </w:r>
      <w:r>
        <w:t>haj ke mauqe par ya umrah ke mauqe par safa aur marwa ke darmiyan jo dorr ki jati hai, jo chala jata hai, to woh to wahan par aik alamati taur par hota hai.</w:t>
      </w:r>
    </w:p>
    <w:p>
      <w:pPr>
        <w:jc w:val="right"/>
      </w:pPr>
      <w:r>
        <w:t>حج کے موقع پر یا عمرہ کے موقع پر صفا اور مروہ کے درمیان جو دوڑ کی جاتی ہے، جو چلا جاتا ہے، تو وہ تو وہاں پر ایک علامتی طور پر ہوتا ہے۔</w:t>
      </w:r>
    </w:p>
    <w:p>
      <w:r>
        <w:rPr>
          <w:b/>
        </w:rPr>
        <w:t xml:space="preserve">[16:57] </w:t>
      </w:r>
      <w:r>
        <w:t>is ke baad jab aadmi lotta hai apnay mahaul mein, apnay ghar mein to is rooh ko usay haqeeqi banana hai, is rooh ko apni zindagi mein ikhtiyar karna hai,</w:t>
      </w:r>
    </w:p>
    <w:p>
      <w:pPr>
        <w:jc w:val="right"/>
      </w:pPr>
      <w:r>
        <w:t>اس کے بعد جب آدمی لوٹتا ہے اپنے ماحول میں، اپنے گھر میں تو اس روح کو اسے حقیقی بنانا ہے، اس روح کو اپنی زندگی میں اختیار کرنا ہے،</w:t>
      </w:r>
    </w:p>
    <w:p>
      <w:r>
        <w:rPr>
          <w:b/>
        </w:rPr>
        <w:t xml:space="preserve">[17:08] </w:t>
      </w:r>
      <w:r>
        <w:t>is rooh ko apni zindagi mein muntaqil karna hai. yeh hai is ka matlab. phir dekhiye, aagay ayat number 160 yani al-Baqarah ki ayat number 160 mein farmaya ke illa allazeena ta'abbu wa aslahu wa bayyanu</w:t>
      </w:r>
    </w:p>
    <w:p>
      <w:pPr>
        <w:jc w:val="right"/>
      </w:pPr>
      <w:r>
        <w:t>اس روح کو اپنی زندگی میں منتقل کرنا ہے۔ یہ ہے اس کا مطلب۔ پھر دیکھیے، آگے آیت نمبر 160 یعنی البقرہ کی آیت نمبر 160 میں فرمایا کہ إِلَّا الَّذِينَ تَعْبُدُوا وَأَصْلَحُوا وَبَيَّنُوا</w:t>
      </w:r>
    </w:p>
    <w:p>
      <w:r>
        <w:rPr>
          <w:b/>
        </w:rPr>
        <w:t xml:space="preserve">[17:35] </w:t>
      </w:r>
      <w:r>
        <w:t>yeh un logon ke baray mein hai ke jin se koi ghalat fehmi ho jaye, jin se koi khata sarzad ho jaye. to farmaya ke illa allazeena ta'abbu wa aslahu wa bayyanu</w:t>
      </w:r>
    </w:p>
    <w:p>
      <w:pPr>
        <w:jc w:val="right"/>
      </w:pPr>
      <w:r>
        <w:t>یہ ان لوگوں کے بارے میں ہے کہ جن سے کوئی غلطی ہو جائے، جن سے کوئی خطا سرزد ہو جائے۔ تو فرمایا کہ إِلَّا الَّذِينَ تَعْبُدُوا وَأَصْلَحُوا وَبَيَّنُوا</w:t>
      </w:r>
    </w:p>
    <w:p>
      <w:r>
        <w:rPr>
          <w:b/>
        </w:rPr>
        <w:t xml:space="preserve">[17:53] </w:t>
      </w:r>
      <w:r>
        <w:t>magar woh log jo toba karen aur islah karen aur is ko bayan karen.</w:t>
      </w:r>
    </w:p>
    <w:p>
      <w:pPr>
        <w:jc w:val="right"/>
      </w:pPr>
      <w:r>
        <w:t>مگر وہ لوگ جو توبہ کریں اور اصلاح کریں اور اس کو بیان کریں۔</w:t>
      </w:r>
    </w:p>
    <w:p>
      <w:r>
        <w:rPr>
          <w:b/>
        </w:rPr>
        <w:t xml:space="preserve">[18:06] </w:t>
      </w:r>
      <w:r>
        <w:t>yeh bohat hi teeno lafz is mein bohat hi ahem hain ke agar aap ne koi aisi baat kar di, yeh kisi se aap lar gaye, kisi ko gaali de di, aap ne ghassay mein aa gaye to kya karna hai?</w:t>
      </w:r>
    </w:p>
    <w:p>
      <w:pPr>
        <w:jc w:val="right"/>
      </w:pPr>
      <w:r>
        <w:t>یہ بہت ہی تینوں لفظ اس میں بہت ہی اہم ہیں کہ اگر آپ نے کوئی ایسی بات کر دی، یہ کسی سے آپ لڑ گئے، کسی کو گالی دے دی، آپ نے غصے میں آگئے تو کیا کرنا ہے؟</w:t>
      </w:r>
    </w:p>
    <w:p>
      <w:r>
        <w:rPr>
          <w:b/>
        </w:rPr>
        <w:t xml:space="preserve">[18:24] </w:t>
      </w:r>
      <w:r>
        <w:t>toba karna hai. toba ka matlab hota hai. hadith mein aata hai ke al-tawbah wa al-nadam. toba sharmindagi ka naam hai.</w:t>
      </w:r>
    </w:p>
    <w:p>
      <w:pPr>
        <w:jc w:val="right"/>
      </w:pPr>
      <w:r>
        <w:t>توبہ کرنا ہے۔ توبہ کا مطلب ہوتا ہے۔ حدیث میں آتا ہے کہ التَّوبَةُ وَالنَّدَمُ توبہ شرمندگی کا نام ہے۔</w:t>
      </w:r>
    </w:p>
    <w:p>
      <w:r>
        <w:rPr>
          <w:b/>
        </w:rPr>
        <w:t xml:space="preserve">[18:35] </w:t>
      </w:r>
      <w:r>
        <w:t>yeh ehsas ke mujh se ghalati ho gayi, mein ne Khuda ke aik banday ko be-izzati kar diya, mein ne Khuda ke aik banday ki haq talfi ki, yeh soch kar aap ke andar toba aaye,</w:t>
      </w:r>
    </w:p>
    <w:p>
      <w:pPr>
        <w:jc w:val="right"/>
      </w:pPr>
      <w:r>
        <w:t>یہ احساس کہ مجھ سے غلطی ہوگئی، میں نے خدا کے ایک بندے کو بے عزت کر دیا، میں نے خدا کے ایک بندے کی حق تلفی کی، یہ سوچ کر آپ کے اندر توبہ آئے،</w:t>
      </w:r>
    </w:p>
    <w:p>
      <w:r>
        <w:rPr>
          <w:b/>
        </w:rPr>
        <w:t xml:space="preserve">[18:53] </w:t>
      </w:r>
      <w:r>
        <w:t>sharmindagi aaye, pachtawa aaye to pehla hai ta'abbu. is ke baad kya hai? aslihu</w:t>
      </w:r>
    </w:p>
    <w:p>
      <w:pPr>
        <w:jc w:val="right"/>
      </w:pPr>
      <w:r>
        <w:t>شرمندگی آئے، پچھتاوا آئے تو پہلا ہے تعبُو۔ اس کے بعد کیا ہے؟ أصلَهُ</w:t>
      </w:r>
    </w:p>
    <w:p>
      <w:r>
        <w:rPr>
          <w:b/>
        </w:rPr>
        <w:t xml:space="preserve">[19:02] </w:t>
      </w:r>
      <w:r>
        <w:t>to toba aisi cheez nahi ke aap mujh se bol dein toba toba. yeh nahi hai. toba ka nateeja hona chahiye islah yani islah.</w:t>
      </w:r>
    </w:p>
    <w:p>
      <w:pPr>
        <w:jc w:val="right"/>
      </w:pPr>
      <w:r>
        <w:t>تو توبہ ایسی چیز نہیں کہ آپ مجھ سے بول دیں توبہ توبہ۔ یہ نہیں ہے۔ توبہ کا نتیجہ ہونا چاہیے اصلاح یعنی اصلاح۔</w:t>
      </w:r>
    </w:p>
    <w:p>
      <w:r>
        <w:rPr>
          <w:b/>
        </w:rPr>
        <w:t xml:space="preserve">[19:20] </w:t>
      </w:r>
      <w:r>
        <w:t>agar dili dil mein ho tab bhi woh toba nahi hai. munh se aap ne bol diya toba toba, woh bhi toba nahi hai. toba woh hai jo islah ban jaye.</w:t>
      </w:r>
    </w:p>
    <w:p>
      <w:pPr>
        <w:jc w:val="right"/>
      </w:pPr>
      <w:r>
        <w:t>اگر دلی دل میں ہو تب بھی وہ توبہ نہیں ہے۔ منہ سے آپ نے بول دیا توبہ توبہ، وہ بھی توبہ نہیں ہے۔ توبہ وہ ہے جو اصلاح بن جائے۔</w:t>
      </w:r>
    </w:p>
    <w:p>
      <w:r>
        <w:rPr>
          <w:b/>
        </w:rPr>
        <w:t xml:space="preserve">[19:32] </w:t>
      </w:r>
      <w:r>
        <w:t>tooba woh hai jo islaah. tooba woh hai jo khud islaah ban jaye. yaani jo ghalti hui hai, uski islaah.</w:t>
      </w:r>
    </w:p>
    <w:p>
      <w:pPr>
        <w:jc w:val="right"/>
      </w:pPr>
      <w:r>
        <w:t>توبہ وہ ہے جو اصلاح۔ توبہ وہ ہے جو خود اصلاح بن جائے۔ یعنی جو غلطی ہوئی ہے، اس کی اصلاح۔</w:t>
      </w:r>
    </w:p>
    <w:p>
      <w:r>
        <w:rPr>
          <w:b/>
        </w:rPr>
        <w:t xml:space="preserve">[19:45] </w:t>
      </w:r>
      <w:r>
        <w:t>aur iske baad farmaya ke wa bayyanu</w:t>
      </w:r>
    </w:p>
    <w:p>
      <w:pPr>
        <w:jc w:val="right"/>
      </w:pPr>
      <w:r>
        <w:t>اور اس کے بعد فرمایا کہ وَبَيَّنُوا</w:t>
      </w:r>
    </w:p>
    <w:p>
      <w:r>
        <w:rPr>
          <w:b/>
        </w:rPr>
        <w:t xml:space="preserve">[19:51] </w:t>
      </w:r>
      <w:r>
        <w:t>yeh surah baqarah ki 160 aayat hai.</w:t>
      </w:r>
    </w:p>
    <w:p>
      <w:pPr>
        <w:jc w:val="right"/>
      </w:pPr>
      <w:r>
        <w:t>یہ سورہ بقرہ کی 160 آیت ہے۔</w:t>
      </w:r>
    </w:p>
    <w:p>
      <w:r>
        <w:rPr>
          <w:b/>
        </w:rPr>
        <w:t xml:space="preserve">[19:55] </w:t>
      </w:r>
      <w:r>
        <w:t>is mein dekhiye ke tooba, islaah. phir ek baar farmate hain ke wa bayyanu aur usko bayan kiya.</w:t>
      </w:r>
    </w:p>
    <w:p>
      <w:pPr>
        <w:jc w:val="right"/>
      </w:pPr>
      <w:r>
        <w:t>اس میں دیکھیے کہ توبہ، اصلاح۔ پھر ایک بار فرماتے ہیں کہ وَبَيَّنُوا اور اس کو بیان کیا۔</w:t>
      </w:r>
    </w:p>
    <w:p>
      <w:r>
        <w:rPr>
          <w:b/>
        </w:rPr>
        <w:t xml:space="preserve">[20:06] </w:t>
      </w:r>
      <w:r>
        <w:t>bayan karne ka matlab kya hai? agar aap ko ehsaas hua ke maine ghalti ki hai to aap ko bayan karna padega.</w:t>
      </w:r>
    </w:p>
    <w:p>
      <w:pPr>
        <w:jc w:val="right"/>
      </w:pPr>
      <w:r>
        <w:t>بیان کرنے کا مطلب کیا ہے؟ اگر آپ کو احساس ہوا کہ میں نے غلطی کی ہے تو آپ کو بیان کرنا پڑے گا۔</w:t>
      </w:r>
    </w:p>
    <w:p>
      <w:r>
        <w:rPr>
          <w:b/>
        </w:rPr>
        <w:t xml:space="preserve">[20:15] </w:t>
      </w:r>
      <w:r>
        <w:t>yaani bolna padega. aap ko kehna padega I was wrong mein ghalti par tha. yeh bolna padega.</w:t>
      </w:r>
    </w:p>
    <w:p>
      <w:pPr>
        <w:jc w:val="right"/>
      </w:pPr>
      <w:r>
        <w:t>یعنی بولنا پڑے گا۔ آپ کو کہنا پڑے گا I was wrong میں غلطی پر تھا۔ یہ بولنا پڑے گا۔</w:t>
      </w:r>
    </w:p>
    <w:p>
      <w:r>
        <w:rPr>
          <w:b/>
        </w:rPr>
        <w:t xml:space="preserve">[20:25] </w:t>
      </w:r>
      <w:r>
        <w:t>dili dil mein liye rahein to woh Khuda ke nazdeek qabool nahi ki jayegi. yeh bohat ahem aayat hai.</w:t>
      </w:r>
    </w:p>
    <w:p>
      <w:pPr>
        <w:jc w:val="right"/>
      </w:pPr>
      <w:r>
        <w:t>دلی دل میں لیے رہیں تو وہ خدا کے نزدیک قبول نہیں کی جائے گی۔ یہ بہت اہم آیت ہے۔</w:t>
      </w:r>
    </w:p>
    <w:p>
      <w:r>
        <w:rPr>
          <w:b/>
        </w:rPr>
        <w:t xml:space="preserve">[20:34] </w:t>
      </w:r>
      <w:r>
        <w:t>to teen baatein hain: tooba, islaah aur bayan.</w:t>
      </w:r>
    </w:p>
    <w:p>
      <w:pPr>
        <w:jc w:val="right"/>
      </w:pPr>
      <w:r>
        <w:t>تو تین باتیں ہیں: توبہ، اصلاح اور بیان۔</w:t>
      </w:r>
    </w:p>
    <w:p>
      <w:r>
        <w:rPr>
          <w:b/>
        </w:rPr>
        <w:t xml:space="preserve">[20:43] </w:t>
      </w:r>
      <w:r>
        <w:t>bayan ka matlab hai ailaan. to tooba naam hai sharmindagi ka.</w:t>
      </w:r>
    </w:p>
    <w:p>
      <w:pPr>
        <w:jc w:val="right"/>
      </w:pPr>
      <w:r>
        <w:t>بیان کا مطلب ہے اعلان۔ تو توبہ نام ہے شرمندگی کا۔</w:t>
      </w:r>
    </w:p>
    <w:p>
      <w:r>
        <w:rPr>
          <w:b/>
        </w:rPr>
        <w:t xml:space="preserve">[20:51] </w:t>
      </w:r>
      <w:r>
        <w:t>aadmi dil mein sharminda ho. aur islaah naam hai khud islaah ka. ke jo ghalti ho gayi thi, usko phir aap na dohraayein.</w:t>
      </w:r>
    </w:p>
    <w:p>
      <w:pPr>
        <w:jc w:val="right"/>
      </w:pPr>
      <w:r>
        <w:t>آدمی دل میں شرمندہ ہو۔ اور اصلاح نام ہے خود اصلاح کا۔ کہ جو غلطی ہوگئی تھی، اس کو پھر آپ نہ دہرائیں۔</w:t>
      </w:r>
    </w:p>
    <w:p>
      <w:r>
        <w:rPr>
          <w:b/>
        </w:rPr>
        <w:t xml:space="preserve">[21:06] </w:t>
      </w:r>
      <w:r>
        <w:t>aur saath saath bayan aur ailaan. yaani itraaf aap ka itna zabardast ho ke munh se aap bolein.</w:t>
      </w:r>
    </w:p>
    <w:p>
      <w:pPr>
        <w:jc w:val="right"/>
      </w:pPr>
      <w:r>
        <w:t>اور ساتھ ساتھ بیان اور اعلان۔ یعنی اعتراف آپ کا اتنا زبردست ہو کہ منہ سے آپ بولیں۔</w:t>
      </w:r>
    </w:p>
    <w:p>
      <w:r>
        <w:rPr>
          <w:b/>
        </w:rPr>
        <w:t xml:space="preserve">[21:15] </w:t>
      </w:r>
      <w:r>
        <w:t>dekhiye, agar aap ko sakht sharmindagi hogi, sakht sharmindagi, sakht tooba, to aap bole baghair reh nahi sakte.</w:t>
      </w:r>
    </w:p>
    <w:p>
      <w:pPr>
        <w:jc w:val="right"/>
      </w:pPr>
      <w:r>
        <w:t>دیکھیے، اگر آپ کو سخت شرمندگی ہوگی، سخت شرمندگی، سخت توبہ، تو آپ بولے بغیر رہ نہیں سکتے۔</w:t>
      </w:r>
    </w:p>
    <w:p>
      <w:r>
        <w:rPr>
          <w:b/>
        </w:rPr>
        <w:t xml:space="preserve">[21:28] </w:t>
      </w:r>
      <w:r>
        <w:t>agar sakht sharmindagi aaye dil ke andar, bohat zyada ehsaas aaye ke maine bhaari bhool mujh se ho gayi,</w:t>
      </w:r>
    </w:p>
    <w:p>
      <w:pPr>
        <w:jc w:val="right"/>
      </w:pPr>
      <w:r>
        <w:t>اگر سخت شرمندگی آئے دل کے اندر، بہت زیادہ احساس آئے کہ میں نے بھاری بھول مجھ سے ہوگئی،</w:t>
      </w:r>
    </w:p>
    <w:p>
      <w:r>
        <w:rPr>
          <w:b/>
        </w:rPr>
        <w:t xml:space="preserve">[21:39] </w:t>
      </w:r>
      <w:r>
        <w:t>to yeh namumkin hai ke dili dil mein reh jaye aisa ehsaas. aur munh se niklega woh. yaani aap munh se bolein ge I was wrong munh se bolein ge ke aye bhai, mujhe maaf karo.</w:t>
      </w:r>
    </w:p>
    <w:p>
      <w:pPr>
        <w:jc w:val="right"/>
      </w:pPr>
      <w:r>
        <w:t>تو یہ ناممکن ہے کہ دلی دل میں رہ جائے ایسا احساس۔ اور منہ سے نکلے گا وہ۔ یعنی آپ منہ سے بولیں گے I was wrong منہ سے بولیں گے کہ اے بھائی، مجھے معاف کرو۔</w:t>
      </w:r>
    </w:p>
    <w:p>
      <w:r>
        <w:rPr>
          <w:b/>
        </w:rPr>
        <w:t xml:space="preserve">[21:57] </w:t>
      </w:r>
      <w:r>
        <w:t>mujh se ghalti ho gayi. to yaad rakhiye, jab tak yeh teeno cheezein ekatha na hon, woh tooba nahi hai.</w:t>
      </w:r>
    </w:p>
    <w:p>
      <w:pPr>
        <w:jc w:val="right"/>
      </w:pPr>
      <w:r>
        <w:t>مجھ سے غلطی ہوگئی۔ تو یاد رکھیے، جب تک یہ تینوں چیزیں اکٹھا نہ ہوں، وہ توبہ نہیں ہے۔</w:t>
      </w:r>
    </w:p>
    <w:p>
      <w:r>
        <w:rPr>
          <w:b/>
        </w:rPr>
        <w:t xml:space="preserve">[22:08] </w:t>
      </w:r>
      <w:r>
        <w:t>teen cheez ka matlab hai ke jo ghalti ho gayi hai, us par sakht sharmindagi. uske baad apni islaah kar leni.</w:t>
      </w:r>
    </w:p>
    <w:p>
      <w:pPr>
        <w:jc w:val="right"/>
      </w:pPr>
      <w:r>
        <w:t>تین چیز کا مطلب ہے کہ جو غلطی ہوگئی ہے، اس پر سخت شرمندگی۔ اس کے بعد اپنی اصلاح کر لینا۔</w:t>
      </w:r>
    </w:p>
    <w:p>
      <w:r>
        <w:rPr>
          <w:b/>
        </w:rPr>
        <w:t xml:space="preserve">[22:21] </w:t>
      </w:r>
      <w:r>
        <w:t>apne ko sudhaar leni. aur uske baad apni ghalti ka ailaan karna. apni ghaltiyon par maafi mangna.</w:t>
      </w:r>
    </w:p>
    <w:p>
      <w:pPr>
        <w:jc w:val="right"/>
      </w:pPr>
      <w:r>
        <w:t>اپنے کو سدھار لینا۔ اور اس کے بعد اپنی غلطی کا اعلان کرنا۔ اپنی غلطیوں پر معافی مانگنا۔</w:t>
      </w:r>
    </w:p>
    <w:p>
      <w:r>
        <w:rPr>
          <w:b/>
        </w:rPr>
        <w:t xml:space="preserve">[22:36] </w:t>
      </w:r>
      <w:r>
        <w:t>yeh bohat hi zaroori hai ke teeno shartein ekatha hon. agar teeno shartein ekatha na hon to woh Khuda ke nazdeek tooba nahi hogi.</w:t>
      </w:r>
    </w:p>
    <w:p>
      <w:pPr>
        <w:jc w:val="right"/>
      </w:pPr>
      <w:r>
        <w:t>یہ بہت ہی ضروری ہے کہ تینوں شرطیں اکٹھا ہوں۔ اگر تینوں شرطیں اکٹھا نہ ہوں تو وہ خدا کے نزدیک توبہ نہیں ہوگی۔</w:t>
      </w:r>
    </w:p>
    <w:p>
      <w:r>
        <w:rPr>
          <w:b/>
        </w:rPr>
        <w:t xml:space="preserve">[22:48] </w:t>
      </w:r>
      <w:r>
        <w:t>dekhiye, iske baad 163 yaani surah baqarah ki aayat number 163 mein farmaya ilahukum ilahun wahidun</w:t>
      </w:r>
    </w:p>
    <w:p>
      <w:pPr>
        <w:jc w:val="right"/>
      </w:pPr>
      <w:r>
        <w:t>دیکھیے، اس کے بعد 163 یعنی سورہ بقرہ کی آیت نمبر 163 میں فرمایا إِلَهُكُمْ إِلَهٌ وَاحِدٌ</w:t>
      </w:r>
    </w:p>
    <w:p>
      <w:r>
        <w:rPr>
          <w:b/>
        </w:rPr>
        <w:t xml:space="preserve">[23:07] </w:t>
      </w:r>
      <w:r>
        <w:t>ilahukum ilahun wahidun to bara ilah sirf ek ilah hai. yeh Quran ka sab se, Quran ki taleemat ka sab se zyada ahem hissa hai.</w:t>
      </w:r>
    </w:p>
    <w:p>
      <w:pPr>
        <w:jc w:val="right"/>
      </w:pPr>
      <w:r>
        <w:t>إِلَهُكُمْ إِلَهٌ وَاحِدٌ تو بڑا الہ صرف ایک الہ ہے۔ یہ قرآن کا سب سے، قرآن کی تعلیمات کا سب سے زیادہ اہم حصہ ہے۔</w:t>
      </w:r>
    </w:p>
    <w:p>
      <w:r>
        <w:rPr>
          <w:b/>
        </w:rPr>
        <w:t xml:space="preserve">[23:26] </w:t>
      </w:r>
      <w:r>
        <w:t>Quran mein baar baar yeh baat kahi gayi hai ke ilahukum ilahun wahidun baar baar. ke tumhara ilah ek ilah hai. tumhara maabood ek hi maabood hai.</w:t>
      </w:r>
    </w:p>
    <w:p>
      <w:pPr>
        <w:jc w:val="right"/>
      </w:pPr>
      <w:r>
        <w:t>قرآن میں بار بار یہ بات کہی گئی ہے کہ إِلَهُكُمْ إِلَهٌ وَاحِدٌ بار بار۔ کہ تمہارا الہ ایک الہ ہے۔ تمہارا معبود ایک ہی معبود ہے۔</w:t>
      </w:r>
    </w:p>
    <w:p>
      <w:r>
        <w:rPr>
          <w:b/>
        </w:rPr>
        <w:t xml:space="preserve">[23:42] </w:t>
      </w:r>
      <w:r>
        <w:t>is mein dekhiye, kuch log isko ghalt tashreeh kar ke is mein ek aur baat mila dete hain. ke</w:t>
      </w:r>
    </w:p>
    <w:p>
      <w:pPr>
        <w:jc w:val="right"/>
      </w:pPr>
      <w:r>
        <w:t>اس میں دیکھیے، کچھ لوگ اس کو غلط تشریح کر کے اس میں ایک اور بات ملا دیتے ہیں۔ کہ</w:t>
      </w:r>
    </w:p>
    <w:p>
      <w:r>
        <w:rPr>
          <w:b/>
        </w:rPr>
        <w:t xml:space="preserve">[23:54] </w:t>
      </w:r>
      <w:r>
        <w:t>la ma'booda illa Allah yeh to aayat mein hai. ilahukum ilahun wahidun ka matlab hai la ma'booda illa Allah. Allah ke siwa koi maabood nahi.</w:t>
      </w:r>
    </w:p>
    <w:p>
      <w:pPr>
        <w:jc w:val="right"/>
      </w:pPr>
      <w:r>
        <w:t>لَا مَعْبُودَ إِلَّا اللَّهُ یہ تو آیت میں ہے۔ إِلَهُكُمْ إِلَهٌ وَاحِدٌ کا مطلب ہے لَا مَعْبُودَ إِلَّا اللَّهُ اللہ کے سوا کوئی معبود نہیں۔</w:t>
      </w:r>
    </w:p>
    <w:p>
      <w:r>
        <w:rPr>
          <w:b/>
        </w:rPr>
        <w:t xml:space="preserve">[24:07] </w:t>
      </w:r>
      <w:r>
        <w:t>is mein ek aur cheez mila dete hain. ke la haakima illa Allah</w:t>
      </w:r>
    </w:p>
    <w:p>
      <w:pPr>
        <w:jc w:val="right"/>
      </w:pPr>
      <w:r>
        <w:t>اس میں ایک اور چیز ملا دیتے ہیں۔ کہ لَا حَاكِمَ إِلَّا اللَّهُ</w:t>
      </w:r>
    </w:p>
    <w:p>
      <w:r>
        <w:rPr>
          <w:b/>
        </w:rPr>
        <w:t xml:space="preserve">[24:14] </w:t>
      </w:r>
      <w:r>
        <w:t>Khuda ke siwa koi hakim nahi. dekhiye, yeh Quran ke, yeh Quran ki is taleem ka koi siyasi banana hai.</w:t>
      </w:r>
    </w:p>
    <w:p>
      <w:pPr>
        <w:jc w:val="right"/>
      </w:pPr>
      <w:r>
        <w:t>خدا کے سوا کوئی حاکم نہیں۔ دیکھیے، یہ قرآن کے، یہ قرآن کی اس تعلیم کا کوئی سیاسی بنانا ہے۔</w:t>
      </w:r>
    </w:p>
    <w:p>
      <w:r>
        <w:rPr>
          <w:b/>
        </w:rPr>
        <w:t xml:space="preserve">[24:25] </w:t>
      </w:r>
      <w:r>
        <w:t>siyasat. quran ki yeh taleem ke la ma'bood illa Allah ko siyasi banana hai, yeh keh kar ke la hakim illa Allah yeh bilashuba apni taraf se izafa hai.</w:t>
      </w:r>
    </w:p>
    <w:p>
      <w:pPr>
        <w:jc w:val="right"/>
      </w:pPr>
      <w:r>
        <w:t>سیاست۔ قرآن کی یہ تعلیم کہ لَا مَعْبُودَ إِلَّا اللَّهُ کو سیاسی بنانا ہے، یہ کہہ کر کہ لَا حَاكِمَ إِلَّا اللَّهُ یہ بلاشبہ اپنی طرف سے اضافہ ہے۔</w:t>
      </w:r>
    </w:p>
    <w:p>
      <w:r>
        <w:rPr>
          <w:b/>
        </w:rPr>
        <w:t xml:space="preserve">[24:42] </w:t>
      </w:r>
      <w:r>
        <w:t>kahin bhi quran mein nahi hai ke is ke la ma'bood illa Allah ke sath la hakim illa Allah is mein shamil kiya gaya ho.</w:t>
      </w:r>
    </w:p>
    <w:p>
      <w:pPr>
        <w:jc w:val="right"/>
      </w:pPr>
      <w:r>
        <w:t>کہیں بھی قرآن میں نہیں ہے کہ اس کے لَا مَعْبُودَ إِلَّا اللَّهُ کے ساتھ لَا حَاكِمَ إِلَّا اللَّهُ اس میں شامل کیا گیا ہو۔</w:t>
      </w:r>
    </w:p>
    <w:p>
      <w:r>
        <w:rPr>
          <w:b/>
        </w:rPr>
        <w:t xml:space="preserve">[24:52] </w:t>
      </w:r>
      <w:r>
        <w:t>yeh bilashuba aik izafa hai. aur quran mein izafa bilkul na, bilkul jaiz nahi hai. kisi insan ko yeh haq nahi hai ke quran mein woh baat shamil kare jo khud quran mein nahi thi.</w:t>
      </w:r>
    </w:p>
    <w:p>
      <w:pPr>
        <w:jc w:val="right"/>
      </w:pPr>
      <w:r>
        <w:t>یہ بلاشبہ ایک اضافہ ہے۔ اور قرآن میں اضافہ بالکل نہ، بالکل جائز نہیں ہے۔ کسی انسان کو یہ حق نہیں ہے کہ قرآن میں وہ بات شامل کرے جو خود قرآن میں نہیں تھی۔</w:t>
      </w:r>
    </w:p>
    <w:p>
      <w:r>
        <w:rPr>
          <w:b/>
        </w:rPr>
        <w:t xml:space="preserve">[25:08] </w:t>
      </w:r>
      <w:r>
        <w:t>jo khud quran mein batai nahi gayi thi.</w:t>
      </w:r>
    </w:p>
    <w:p>
      <w:pPr>
        <w:jc w:val="right"/>
      </w:pPr>
      <w:r>
        <w:t>جو خود قرآن میں بتائی نہیں گئی تھی۔</w:t>
      </w:r>
    </w:p>
    <w:p>
      <w:r>
        <w:rPr>
          <w:b/>
        </w:rPr>
        <w:t xml:space="preserve">[25:11] </w:t>
      </w:r>
      <w:r>
        <w:t>to ilahukum ilahun wahid ka matlab hai la ma'bood illa Allah is mein hargiz hargiz yeh shamil nahi hai ke la hakim illa Allah yeh to siyasat hai.</w:t>
      </w:r>
    </w:p>
    <w:p>
      <w:pPr>
        <w:jc w:val="right"/>
      </w:pPr>
      <w:r>
        <w:t>تو إِلَهُكُمْ إِلَهٌ وَاحِدٌ کا مطلب ہے لَا مَعْبُودَ إِلَّا اللَّهُ اس میں ہرگز ہرگز یہ شامل نہیں ہے کہ لَا حَاكِمَ إِلَّا اللَّهُ یہ تو سیاست ہے۔</w:t>
      </w:r>
    </w:p>
    <w:p>
      <w:r>
        <w:rPr>
          <w:b/>
        </w:rPr>
        <w:t xml:space="preserve">[25:23] </w:t>
      </w:r>
      <w:r>
        <w:t>yeh to siyasat hai. ab dekhiye, la ma'bood illa Allah ka matlab kya hai?</w:t>
      </w:r>
    </w:p>
    <w:p>
      <w:pPr>
        <w:jc w:val="right"/>
      </w:pPr>
      <w:r>
        <w:t>یہ تو سیاست ہے۔ اب دیکھیے، لَا مَعْبُودَ إِلَّا اللَّهُ کا مطلب کیا ہے؟</w:t>
      </w:r>
    </w:p>
    <w:p>
      <w:r>
        <w:rPr>
          <w:b/>
        </w:rPr>
        <w:t xml:space="preserve">[25:33] </w:t>
      </w:r>
      <w:r>
        <w:t>ma'bood us ko kehte hain jis ko hum, yani فوق الفطری taqat jis ko hasil ho. super natural power jis ko hasil ho.</w:t>
      </w:r>
    </w:p>
    <w:p>
      <w:pPr>
        <w:jc w:val="right"/>
      </w:pPr>
      <w:r>
        <w:t>معبود اس کو کہتے ہیں جس کو ہم، یعنی فوق الفطری طاقت جس کو حاصل ہو۔ سپر نیچرل پاور جس کو حاصل ہو۔</w:t>
      </w:r>
    </w:p>
    <w:p>
      <w:r>
        <w:rPr>
          <w:b/>
        </w:rPr>
        <w:t xml:space="preserve">[25:45] </w:t>
      </w:r>
      <w:r>
        <w:t>yani woh power jo insan ko nahi hai. hum zameen ko gardish nahi de sakte. hum suraj ko paida nahi kar sakte.</w:t>
      </w:r>
    </w:p>
    <w:p>
      <w:pPr>
        <w:jc w:val="right"/>
      </w:pPr>
      <w:r>
        <w:t>یعنی وہ پاور جو انسان کو نہیں ہے۔ ہم زمین کو گردش نہیں دے سکتے۔ ہم سورج کو پیدا نہیں کر سکتے۔</w:t>
      </w:r>
    </w:p>
    <w:p>
      <w:r>
        <w:rPr>
          <w:b/>
        </w:rPr>
        <w:t xml:space="preserve">[25:56] </w:t>
      </w:r>
      <w:r>
        <w:t>hum aasman ko khara nahi kar sakte. hum pahar aur samandar ko nahi bana sakte.</w:t>
      </w:r>
    </w:p>
    <w:p>
      <w:pPr>
        <w:jc w:val="right"/>
      </w:pPr>
      <w:r>
        <w:t>ہم آسمان کو کھڑا نہیں کر سکتے۔ ہم پہاڑ اور سمندر کو نہیں بنا سکتے۔</w:t>
      </w:r>
    </w:p>
    <w:p>
      <w:r>
        <w:rPr>
          <w:b/>
        </w:rPr>
        <w:t xml:space="preserve">[26:04] </w:t>
      </w:r>
      <w:r>
        <w:t>to woh cheezein jo insan ke se mawara hoti hain. hum dekhte hain ke yahan par woh sab kuch ho raha hai.</w:t>
      </w:r>
    </w:p>
    <w:p>
      <w:pPr>
        <w:jc w:val="right"/>
      </w:pPr>
      <w:r>
        <w:t>تو وہ چیزیں جو انسان کے سے ماوراء ہوتی ہیں۔ ہم دیکھتے ہیں کہ یہاں پر وہ سب کچھ ہو رہا ہے۔</w:t>
      </w:r>
    </w:p>
    <w:p>
      <w:r>
        <w:rPr>
          <w:b/>
        </w:rPr>
        <w:t xml:space="preserve">[26:14] </w:t>
      </w:r>
      <w:r>
        <w:t>to woh kon hai is ko karne wala? woh Khuda hai. yani Khuda ko فوق الفطری satah par manna, yeh hai la ma'bood illa Allah</w:t>
      </w:r>
    </w:p>
    <w:p>
      <w:pPr>
        <w:jc w:val="right"/>
      </w:pPr>
      <w:r>
        <w:t>تو وہ کون ہے اس کو کرنے والا؟ وہ خدا ہے۔ یعنی خدا کو فوق الفطری سطح پر ماننا، یہ ہے لَا مَعْبُودَ إِلَّا اللَّهُ</w:t>
      </w:r>
    </w:p>
    <w:p>
      <w:r>
        <w:rPr>
          <w:b/>
        </w:rPr>
        <w:t xml:space="preserve">[26:29] </w:t>
      </w:r>
      <w:r>
        <w:t>to is se kya</w:t>
      </w:r>
    </w:p>
    <w:p>
      <w:pPr>
        <w:jc w:val="right"/>
      </w:pPr>
      <w:r>
        <w:t>تو اس سے کیا</w:t>
      </w:r>
    </w:p>
    <w:p>
      <w:r>
        <w:rPr>
          <w:b/>
        </w:rPr>
        <w:t xml:space="preserve">[26:30] </w:t>
      </w:r>
      <w:r>
        <w:t>hota hai? jab aap yeh manen ke ke Khuda hum se, is ko manne ka matlab yeh hua ke Khuda hum se zyada taqatwar hai.</w:t>
      </w:r>
    </w:p>
    <w:p>
      <w:pPr>
        <w:jc w:val="right"/>
      </w:pPr>
      <w:r>
        <w:t>ہوتا ہے؟ جب آپ یہ مانیں کہ کہ خدا ہم سے، اس کو ماننے کا مطلب یہ ہوا کہ خدا ہم سے زیادہ طاقتور ہے۔</w:t>
      </w:r>
    </w:p>
    <w:p>
      <w:r>
        <w:rPr>
          <w:b/>
        </w:rPr>
        <w:t xml:space="preserve">[26:41] </w:t>
      </w:r>
      <w:r>
        <w:t>Khuda hamare upar hai. sari cheezein Khuda ke qabze mein hain. sara qanoon fitrat ko wahi control kar raha hai.</w:t>
      </w:r>
    </w:p>
    <w:p>
      <w:pPr>
        <w:jc w:val="right"/>
      </w:pPr>
      <w:r>
        <w:t>خدا ہمارے اوپر ہے۔ ساری چیزیں خدا کے قبضے میں ہیں۔ سارا قانون فطرت کو وہی کنٹرول کر رہا ہے۔</w:t>
      </w:r>
    </w:p>
    <w:p>
      <w:r>
        <w:rPr>
          <w:b/>
        </w:rPr>
        <w:t xml:space="preserve">[26:54] </w:t>
      </w:r>
      <w:r>
        <w:t>woh sara jo hai, zindagi ka support system jo hai, woh sab Khuda ke tehat hai. to kya hoga?</w:t>
      </w:r>
    </w:p>
    <w:p>
      <w:pPr>
        <w:jc w:val="right"/>
      </w:pPr>
      <w:r>
        <w:t>وہ سارا جو ہے، زندگی کا سپورٹ سسٹم جو ہے، وہ سب خدا کے تحت ہے۔ تو کیا ہوگا؟</w:t>
      </w:r>
    </w:p>
    <w:p>
      <w:r>
        <w:rPr>
          <w:b/>
        </w:rPr>
        <w:t xml:space="preserve">[27:04] </w:t>
      </w:r>
      <w:r>
        <w:t>jab aap yeh aqeedah rakhenge to zabardast tor par aap ke andar Khuda se walhana ta'alluq paida ho jayega. walhana ta'alluq.</w:t>
      </w:r>
    </w:p>
    <w:p>
      <w:pPr>
        <w:jc w:val="right"/>
      </w:pPr>
      <w:r>
        <w:t>جب آپ یہ عقیدہ رکھیں گے تو زبردست طور پر آپ کے اندر خدا سے والہانہ تعلق پیدا ہو جائے گا۔ والہانہ تعلق۔</w:t>
      </w:r>
    </w:p>
    <w:p>
      <w:r>
        <w:rPr>
          <w:b/>
        </w:rPr>
        <w:t xml:space="preserve">[27:16] </w:t>
      </w:r>
      <w:r>
        <w:t>aap ghor kijiye ke hum pani ke intehai mohtaj hain.</w:t>
      </w:r>
    </w:p>
    <w:p>
      <w:pPr>
        <w:jc w:val="right"/>
      </w:pPr>
      <w:r>
        <w:t>آپ غور کیجیے کہ ہم پانی کے انتہائی محتاج ہیں۔</w:t>
      </w:r>
    </w:p>
    <w:p>
      <w:r>
        <w:rPr>
          <w:b/>
        </w:rPr>
        <w:t xml:space="preserve">[27:19] </w:t>
      </w:r>
      <w:r>
        <w:t>ab aap jab sochein ke pani Khuda ne paida kiya. barish ka intezam Khuda karta hai. to kitna zabardast ta'alluq badhega.</w:t>
      </w:r>
    </w:p>
    <w:p>
      <w:pPr>
        <w:jc w:val="right"/>
      </w:pPr>
      <w:r>
        <w:t>اب آپ جب سوچیں کہ پانی خدا نے پیدا کیا۔ بارش کا انتظام خدا کرتا ہے۔ تو کتنا زبردست تعلق بڑھے گا۔</w:t>
      </w:r>
    </w:p>
    <w:p>
      <w:r>
        <w:rPr>
          <w:b/>
        </w:rPr>
        <w:t xml:space="preserve">[27:30] </w:t>
      </w:r>
      <w:r>
        <w:t>hum roshni ke mohtaj hain. roshni ke baghair aap kuch nahi kar sakte. ab jab aap sochein ke yeh suraj ko Khuda ne banaya. suraj nizam ko Khuda ne qaim kiya.</w:t>
      </w:r>
    </w:p>
    <w:p>
      <w:pPr>
        <w:jc w:val="right"/>
      </w:pPr>
      <w:r>
        <w:t>ہم روشنی کے محتاج ہیں۔ روشنی کے بغیر آپ کچھ نہیں کر سکتے۔ اب جب آپ سوچیں کہ یہ سورج کو خدا نے بنایا۔ سورج نظام کو خدا نے قائم کیا۔</w:t>
      </w:r>
    </w:p>
    <w:p>
      <w:r>
        <w:rPr>
          <w:b/>
        </w:rPr>
        <w:t xml:space="preserve">[27:41] </w:t>
      </w:r>
      <w:r>
        <w:t>to Khuda ke bare mein bohat zabardast qism ka</w:t>
      </w:r>
    </w:p>
    <w:p>
      <w:pPr>
        <w:jc w:val="right"/>
      </w:pPr>
      <w:r>
        <w:t>تو خدا کے بارے میں بہت زبردست قسم کا</w:t>
      </w:r>
    </w:p>
    <w:p>
      <w:r>
        <w:rPr>
          <w:b/>
        </w:rPr>
        <w:t xml:space="preserve">[27:47] </w:t>
      </w:r>
      <w:r>
        <w:t>ehsas paida hoga.</w:t>
      </w:r>
    </w:p>
    <w:p>
      <w:pPr>
        <w:jc w:val="right"/>
      </w:pPr>
      <w:r>
        <w:t>احساس پیدا ہوگا۔</w:t>
      </w:r>
    </w:p>
    <w:p>
      <w:r>
        <w:rPr>
          <w:b/>
        </w:rPr>
        <w:t xml:space="preserve">[27:49] </w:t>
      </w:r>
      <w:r>
        <w:t>aik aik jazbati ehsas. jo kisi insan ke bare mein nahi ho sakta. woh hai ma'bood. is mani mein jab kisi ko aap apni zindagi mein shamil karein to isi ko kaha jayega ke aap ne ab Khuda ko apna ma'bood banaya.</w:t>
      </w:r>
    </w:p>
    <w:p>
      <w:pPr>
        <w:jc w:val="right"/>
      </w:pPr>
      <w:r>
        <w:t>ایک ایک جذباتی احساس۔ جو کسی انسان کے بارے میں نہیں ہو سکتا۔ وہ ہے معبود۔ اس معنی میں جب کسی کو آپ اپنی زندگی میں شامل کریں تو اسی کو کہا جائے کہ آپ نے اب خدا کو اپنا معبود بنایا۔</w:t>
      </w:r>
    </w:p>
    <w:p>
      <w:r>
        <w:rPr>
          <w:b/>
        </w:rPr>
        <w:t xml:space="preserve">[28:07] </w:t>
      </w:r>
      <w:r>
        <w:t>ma'bood banana koi rasmi aqeedah nahi hai. rasmi tor par aap ne keh diya ke Khuda mera ma'bood hai.</w:t>
      </w:r>
    </w:p>
    <w:p>
      <w:pPr>
        <w:jc w:val="right"/>
      </w:pPr>
      <w:r>
        <w:t>معبود بنانا کوئی رسمی عقیدہ نہیں ہے۔ رسمی طور پر آپ نے کہہ دیا کہ خدا میرا معبود ہے۔</w:t>
      </w:r>
    </w:p>
    <w:p>
      <w:r>
        <w:rPr>
          <w:b/>
        </w:rPr>
        <w:t xml:space="preserve">[28:16] </w:t>
      </w:r>
      <w:r>
        <w:t>balkeh sare zameen aasman ka khaliq manna Khuda ko. sari taqaton ka khazana manna Khuda ko. woh sab kuch jo hamare aas pas hai, poori kainat mein,</w:t>
      </w:r>
    </w:p>
    <w:p>
      <w:pPr>
        <w:jc w:val="right"/>
      </w:pPr>
      <w:r>
        <w:t>بلکہ سارے زمین آسمان کا خالق ماننا خدا کو۔ ساری طاقتوں کا خزانہ ماننا خدا کو۔ وہ سب کچھ جو ہمارے آس پاس ہے، پوری کائنات میں،</w:t>
      </w:r>
    </w:p>
    <w:p>
      <w:r>
        <w:rPr>
          <w:b/>
        </w:rPr>
        <w:t xml:space="preserve">[28:29] </w:t>
      </w:r>
      <w:r>
        <w:t>woh sab Khuda control kar raha hai, yeh manna. to yeh sab manenge jab aap sachay dil ke sath to Khuda aap ke dil par, dimagh par chha jayega.</w:t>
      </w:r>
    </w:p>
    <w:p>
      <w:pPr>
        <w:jc w:val="right"/>
      </w:pPr>
      <w:r>
        <w:t>وہ سب خدا کنٹرول کر رہا ہے، یہ ماننا۔ تو یہ سب مانیں گے جب آپ سچے دل کے ساتھ تو خدا آپ کے دل پر، دماغ پر چھا جائے گا۔</w:t>
      </w:r>
    </w:p>
    <w:p>
      <w:r>
        <w:rPr>
          <w:b/>
        </w:rPr>
        <w:t xml:space="preserve">[28:45] </w:t>
      </w:r>
      <w:r>
        <w:t>tab kaha jayega ke maine khuda ko apna mabood banaya. to yeh jo farmaya quran mein jagah jagah ke jagah jagah farmaya ke</w:t>
      </w:r>
    </w:p>
    <w:p>
      <w:pPr>
        <w:jc w:val="right"/>
      </w:pPr>
      <w:r>
        <w:t>تب کہا جائے گا کہ میں نے خدا کو اپنا معبود بنایا۔ تو یہ جو فرمایا قرآن میں جگہ جگہ کہ جگہ جگہ فرمایا کہ</w:t>
      </w:r>
    </w:p>
    <w:p>
      <w:r>
        <w:rPr>
          <w:b/>
        </w:rPr>
        <w:t xml:space="preserve">[29:06] </w:t>
      </w:r>
      <w:r>
        <w:t>khuda hi tumhara ilah hai. khuda hi tumhara mabood hai.</w:t>
      </w:r>
    </w:p>
    <w:p>
      <w:pPr>
        <w:jc w:val="right"/>
      </w:pPr>
      <w:r>
        <w:t>خدا ہی تمہارا الہ ہے۔ خدا ہی تمہارا معبود ہے۔</w:t>
      </w:r>
    </w:p>
    <w:p>
      <w:r>
        <w:rPr>
          <w:b/>
        </w:rPr>
        <w:t xml:space="preserve">[29:12] </w:t>
      </w:r>
      <w:r>
        <w:t>to yeh sab se bada aqeedah hai. balkeh buniyadi aqeedah hai. yahin se islam ka aghaz hota hai.</w:t>
      </w:r>
    </w:p>
    <w:p>
      <w:pPr>
        <w:jc w:val="right"/>
      </w:pPr>
      <w:r>
        <w:t>تو یہ سب سے بڑا عقیدہ ہے۔ بلکہ بنیادی عقیدہ ہے۔ یہیں سے اسلام کا آغاز ہوتا ہے۔</w:t>
      </w:r>
    </w:p>
    <w:p>
      <w:r>
        <w:rPr>
          <w:b/>
        </w:rPr>
        <w:t xml:space="preserve">[29:24] </w:t>
      </w:r>
      <w:r>
        <w:t>yeh islam ka aghaz hai. ab dekhiye ayat number 164 yani 164</w:t>
      </w:r>
    </w:p>
    <w:p>
      <w:pPr>
        <w:jc w:val="right"/>
      </w:pPr>
      <w:r>
        <w:t>یہ اسلام کا آغاز ہے۔ اب دیکھیے آیت نمبر 164 یعنی 164</w:t>
      </w:r>
    </w:p>
    <w:p>
      <w:r>
        <w:rPr>
          <w:b/>
        </w:rPr>
        <w:t xml:space="preserve">[29:37] </w:t>
      </w:r>
      <w:r>
        <w:t>ayat number 164</w:t>
      </w:r>
    </w:p>
    <w:p>
      <w:pPr>
        <w:jc w:val="right"/>
      </w:pPr>
      <w:r>
        <w:t>آیت نمبر 164</w:t>
      </w:r>
    </w:p>
    <w:p>
      <w:r>
        <w:rPr>
          <w:b/>
        </w:rPr>
        <w:t xml:space="preserve">[29:41] </w:t>
      </w:r>
      <w:r>
        <w:t>mein farmaya ke inn fi khalqis samawati wal ardi waktilafilil laili wan nahari is tarah se kuch nishaniyan bataein.</w:t>
      </w:r>
    </w:p>
    <w:p>
      <w:pPr>
        <w:jc w:val="right"/>
      </w:pPr>
      <w:r>
        <w:t>میں فرمایا کہ إِنَّ فِي خَلْقِ السَّمَاوَاتِ وَالْأَرْضِ وَاخْتِلَافِ الليلِ وَالنَّهَارِ اس طرح سے کچھ نشانیاں بتائیں۔</w:t>
      </w:r>
    </w:p>
    <w:p>
      <w:r>
        <w:rPr>
          <w:b/>
        </w:rPr>
        <w:t xml:space="preserve">[29:54] </w:t>
      </w:r>
      <w:r>
        <w:t>kuch nishaniyan.</w:t>
      </w:r>
    </w:p>
    <w:p>
      <w:pPr>
        <w:jc w:val="right"/>
      </w:pPr>
      <w:r>
        <w:t>کچھ نشانیاں۔</w:t>
      </w:r>
    </w:p>
    <w:p>
      <w:r>
        <w:rPr>
          <w:b/>
        </w:rPr>
        <w:t xml:space="preserve">[29:59] </w:t>
      </w:r>
      <w:r>
        <w:t>ke zameen o aasman ki paidaish, raat aur din ka aana,</w:t>
      </w:r>
    </w:p>
    <w:p>
      <w:pPr>
        <w:jc w:val="right"/>
      </w:pPr>
      <w:r>
        <w:t>کہ زمین و آسمان کی پیدائش، رات اور دن کا آنا،</w:t>
      </w:r>
    </w:p>
    <w:p>
      <w:r>
        <w:rPr>
          <w:b/>
        </w:rPr>
        <w:t xml:space="preserve">[30:07] </w:t>
      </w:r>
      <w:r>
        <w:t>is tarah ke jo fitrat ke bade bade waqeat hain, us ka hawala de kar ke khuda ne bataya ke yeh kaun hai yeh karne wala</w:t>
      </w:r>
    </w:p>
    <w:p>
      <w:pPr>
        <w:jc w:val="right"/>
      </w:pPr>
      <w:r>
        <w:t>اس طرح کے جو فطرت کے بڑے بڑے واقعات ہیں، اس کا حوالہ دے کر کے خدا نے بتایا کہ یہ کون ہے یہ کرنے وال</w:t>
      </w:r>
    </w:p>
    <w:p>
      <w:r>
        <w:rPr>
          <w:b/>
        </w:rPr>
        <w:t xml:space="preserve">[30:18] </w:t>
      </w:r>
      <w:r>
        <w:t>a? yeh khuda hai jo yeh kaam kar raha hai. to phir khudai ki ibadat karo. khudai ko apna mabood banao.</w:t>
      </w:r>
    </w:p>
    <w:p>
      <w:pPr>
        <w:jc w:val="right"/>
      </w:pPr>
      <w:r>
        <w:t>ا؟ یہ خدا ہے جو یہ کام کر رہا ہے۔ تو پھر خدائی کی عبادت کرو۔ خدائی کو اپنا معبود بناؤ۔</w:t>
      </w:r>
    </w:p>
    <w:p>
      <w:r>
        <w:rPr>
          <w:b/>
        </w:rPr>
        <w:t xml:space="preserve">[30:33] </w:t>
      </w:r>
      <w:r>
        <w:t>jab hum dekhte hain apne aas paas to hum paate hain ke yahan bohat bade peimane par waqeat ho rahe hain.</w:t>
      </w:r>
    </w:p>
    <w:p>
      <w:pPr>
        <w:jc w:val="right"/>
      </w:pPr>
      <w:r>
        <w:t>جب ہم دیکھتے ہیں اپنے آس پاس تو ہم پاتے ہیں کہ یہاں بہت بڑے پیمانے پر واقعات ہو رہے ہیں۔</w:t>
      </w:r>
    </w:p>
    <w:p>
      <w:r>
        <w:rPr>
          <w:b/>
        </w:rPr>
        <w:t xml:space="preserve">[30:44] </w:t>
      </w:r>
      <w:r>
        <w:t>raat aati hai, phir din aata hai.</w:t>
      </w:r>
    </w:p>
    <w:p>
      <w:pPr>
        <w:jc w:val="right"/>
      </w:pPr>
      <w:r>
        <w:t>رات آتی ہے، پھر دن آتا ہے۔</w:t>
      </w:r>
    </w:p>
    <w:p>
      <w:r>
        <w:rPr>
          <w:b/>
        </w:rPr>
        <w:t xml:space="preserve">[30:48] </w:t>
      </w:r>
      <w:r>
        <w:t>sooraj musalsal gardish kar raha hai.</w:t>
      </w:r>
    </w:p>
    <w:p>
      <w:pPr>
        <w:jc w:val="right"/>
      </w:pPr>
      <w:r>
        <w:t>سورج مسلسل گردش کر رہا ہے۔</w:t>
      </w:r>
    </w:p>
    <w:p>
      <w:r>
        <w:rPr>
          <w:b/>
        </w:rPr>
        <w:t xml:space="preserve">[30:52] </w:t>
      </w:r>
      <w:r>
        <w:t>barish. aalami barish ek poora ek aalami nizam hai, us ke tehat barish ho rahi hai. kashtiyan samundaron mein chal rahi hain.</w:t>
      </w:r>
    </w:p>
    <w:p>
      <w:pPr>
        <w:jc w:val="right"/>
      </w:pPr>
      <w:r>
        <w:t>بارش۔ عالمی بارش ایک پورا ایک عالمی نظام ہے، اس کے تحت بارش ہو رہی ہے۔ کشتیاں سمندروں میں چل رہی ہیں۔</w:t>
      </w:r>
    </w:p>
    <w:p>
      <w:r>
        <w:rPr>
          <w:b/>
        </w:rPr>
        <w:t xml:space="preserve">[31:04] </w:t>
      </w:r>
      <w:r>
        <w:t>yeh saare bade bade waqeat jo hamare samne ho rahe hain, jab hum un ko sochte hain to khuda ki azmat hamare samne aati hai.</w:t>
      </w:r>
    </w:p>
    <w:p>
      <w:pPr>
        <w:jc w:val="right"/>
      </w:pPr>
      <w:r>
        <w:t>یہ سارے بڑے بڑے واقعات جو ہمارے سامنے ہو رہے ہیں، جب ہم ان کو سوچتے ہیں تو خدا کی عظمت ہمارے سامنے آتی ہے۔</w:t>
      </w:r>
    </w:p>
    <w:p>
      <w:r>
        <w:rPr>
          <w:b/>
        </w:rPr>
        <w:t xml:space="preserve">[31:17] </w:t>
      </w:r>
      <w:r>
        <w:t>ke khuda ne itne bade peimane par agar yeh intezam na kiya hota to hum zameen mein kuch bhi nahi the. bilkul hum be bas ban kar reh jaate.</w:t>
      </w:r>
    </w:p>
    <w:p>
      <w:pPr>
        <w:jc w:val="right"/>
      </w:pPr>
      <w:r>
        <w:t>کہ خدا نے اتنے بڑے پیمانے پر اگر یہ انتظام نہ کیا ہوتا تو ہم زمین میں کچھ بھی نہیں تھے۔ بالکل ہم بے بس بن کر رہ جاتے۔</w:t>
      </w:r>
    </w:p>
    <w:p>
      <w:r>
        <w:rPr>
          <w:b/>
        </w:rPr>
        <w:t xml:space="preserve">[31:32] </w:t>
      </w:r>
      <w:r>
        <w:t>to</w:t>
      </w:r>
    </w:p>
    <w:p>
      <w:pPr>
        <w:jc w:val="right"/>
      </w:pPr>
      <w:r>
        <w:t>تو</w:t>
      </w:r>
    </w:p>
    <w:p>
      <w:r>
        <w:rPr>
          <w:b/>
        </w:rPr>
        <w:t xml:space="preserve">[31:35] </w:t>
      </w:r>
      <w:r>
        <w:t>yaad rakhiye, imaan ka jo sar chashmah hai, woh hai tadabbur aur tafakkur zameen o aasman mein.</w:t>
      </w:r>
    </w:p>
    <w:p>
      <w:pPr>
        <w:jc w:val="right"/>
      </w:pPr>
      <w:r>
        <w:t>یاد رکھیے، ایمان کا جو سرچشمہ ہے، وہ ہے تدبر اور تفکر زمین و آسمان میں۔</w:t>
      </w:r>
    </w:p>
    <w:p>
      <w:r>
        <w:rPr>
          <w:b/>
        </w:rPr>
        <w:t xml:space="preserve">[31:47] </w:t>
      </w:r>
      <w:r>
        <w:t>yeh hai imaan ka sar chashmah. imaan koi, imaan koi rasmi cheez nahi hai.</w:t>
      </w:r>
    </w:p>
    <w:p>
      <w:pPr>
        <w:jc w:val="right"/>
      </w:pPr>
      <w:r>
        <w:t>یہ ہے ایمان کا سرچشمہ۔ ایمان کوئی، ایمان کوئی رسمی چیز نہیں ہے۔</w:t>
      </w:r>
    </w:p>
    <w:p>
      <w:r>
        <w:rPr>
          <w:b/>
        </w:rPr>
        <w:t xml:space="preserve">[31:56] </w:t>
      </w:r>
      <w:r>
        <w:t>kuch rasmi alfaaz munh se bol diye to imaan hasil ho gaya.</w:t>
      </w:r>
    </w:p>
    <w:p>
      <w:pPr>
        <w:jc w:val="right"/>
      </w:pPr>
      <w:r>
        <w:t>کچھ رسمی الفاظ منہ سے بول دیے تو ایمان حاصل ہو گیا۔</w:t>
      </w:r>
    </w:p>
    <w:p>
      <w:r>
        <w:rPr>
          <w:b/>
        </w:rPr>
        <w:t xml:space="preserve">[32:00] </w:t>
      </w:r>
      <w:r>
        <w:t>koi mantra nahi hai. koi mantra padh diya to imaan mil gaya. imaan nateeja hai ek gehre ghore o fikr ka.</w:t>
      </w:r>
    </w:p>
    <w:p>
      <w:pPr>
        <w:jc w:val="right"/>
      </w:pPr>
      <w:r>
        <w:t>کوئی منتر نہیں ہے۔ کوئی منتر پڑھ دیا تو ایمان مل گیا۔ ایمان نتیجہ ہے ایک گہرے غور و فکر کا۔</w:t>
      </w:r>
    </w:p>
    <w:p>
      <w:r>
        <w:rPr>
          <w:b/>
        </w:rPr>
        <w:t xml:space="preserve">[32:12] </w:t>
      </w:r>
      <w:r>
        <w:t>imaan nateeja hai apni soch ko amal banane ka.</w:t>
      </w:r>
    </w:p>
    <w:p>
      <w:pPr>
        <w:jc w:val="right"/>
      </w:pPr>
      <w:r>
        <w:t>ایمان نتیجہ ہے اپنی سوچ کو عمل بنانے کا۔</w:t>
      </w:r>
    </w:p>
    <w:p>
      <w:r>
        <w:rPr>
          <w:b/>
        </w:rPr>
        <w:t xml:space="preserve">[32:19] </w:t>
      </w:r>
      <w:r>
        <w:t>hum ko Allah taala ne jo sochne ki taqat di hai, tadabbur aur tafakkur ki jo taqat di hai, us ko jab hum istemal karte hain to aas paas ki duniya poori ki poori hamein nazar aati hai ke yahan, yahan ek khuda hai.</w:t>
      </w:r>
    </w:p>
    <w:p>
      <w:pPr>
        <w:jc w:val="right"/>
      </w:pPr>
      <w:r>
        <w:t>ہم کو اللہ تعالیٰ نے جو سوچنے کی طاقت دی ہے، تدبر اور تفکر کی جو طاقت دی ہے، اس کو جب ہم استعمال کرتے ہیں تو آس پاس کی دنیا پوری کی پوری ہمیں نظر آتی ہے کہ یہاں، یہاں ایک خدا ہے۔</w:t>
      </w:r>
    </w:p>
    <w:p>
      <w:r>
        <w:rPr>
          <w:b/>
        </w:rPr>
        <w:t xml:space="preserve">[32:39] </w:t>
      </w:r>
      <w:r>
        <w:t>jise arab shair ne kaha tha ke wa fi kullish shai'i lahu ayatul tadullu ala annahu</w:t>
      </w:r>
    </w:p>
    <w:p>
      <w:pPr>
        <w:jc w:val="right"/>
      </w:pPr>
      <w:r>
        <w:t>جسے عرب شاعر نے کہا تھا کہ وَفِي كُلِّ الشَّيْءِ لَهُ آَيَةٌ تَدُلُّ عَلَى أَنَّه</w:t>
      </w:r>
    </w:p>
    <w:p>
      <w:r>
        <w:rPr>
          <w:b/>
        </w:rPr>
        <w:t xml:space="preserve">[32:47] </w:t>
      </w:r>
      <w:r>
        <w:t>al wahidu yeh poori duniya jo hai, is ki har cheez is baat ka ishara kar rahi hai, is baat ka ailan kar rahi hai ke is duniya ka ek khaliq hai, yeh duniya ka ek mabood hai.</w:t>
      </w:r>
    </w:p>
    <w:p>
      <w:pPr>
        <w:jc w:val="right"/>
      </w:pPr>
      <w:r>
        <w:t>ُ الْوَاحِدُ یہ پوری دنیا جو ہے، اس کی ہر چیز اس بات کا اشارہ کر رہی ہے، اس بات کا اعلان کر رہی ہے کہ اس دنیا کا ایک خالق ہے، یہ دنیا کا ایک معبود ہے۔</w:t>
      </w:r>
    </w:p>
    <w:p>
      <w:r>
        <w:rPr>
          <w:b/>
        </w:rPr>
        <w:t xml:space="preserve">[33:02] </w:t>
      </w:r>
      <w:r>
        <w:t>yeh hota hai, isi ko kehte hain marifat. isi ka naam hai marifat. to marifat se imaan shuru hota hai.</w:t>
      </w:r>
    </w:p>
    <w:p>
      <w:pPr>
        <w:jc w:val="right"/>
      </w:pPr>
      <w:r>
        <w:t>یہ ہوتا ہے، اسی کو کہتے ہیں معرفت۔ اسی کا نام ہے معرفت۔ تو معرفت سے ایمان شروع ہوتا ہے۔</w:t>
      </w:r>
    </w:p>
    <w:p>
      <w:r>
        <w:rPr>
          <w:b/>
        </w:rPr>
        <w:t xml:space="preserve">[33:14] </w:t>
      </w:r>
      <w:r>
        <w:t>marifat jo hai, wahi imaan ka aaghaz hai. aur marifat hasil hoti hai ghor o fikr se. to aadmi ne ghor o fikr kiya, us ko khuda ki marifat hui.</w:t>
      </w:r>
    </w:p>
    <w:p>
      <w:pPr>
        <w:jc w:val="right"/>
      </w:pPr>
      <w:r>
        <w:t>معرفت جو ہے، وہی ایمان کا آغاز ہے۔ اور معرفت حاصل ہوتی ہے غور و فکر سے۔ تو آدمی نے غور و فکر کیا، اس کو خدا کی معرفت ہوئی۔</w:t>
      </w:r>
    </w:p>
    <w:p>
      <w:r>
        <w:rPr>
          <w:b/>
        </w:rPr>
        <w:t xml:space="preserve">[33:27] </w:t>
      </w:r>
      <w:r>
        <w:t>is ke baad woh keh pada ash-hadu an la ilaha illallahu wa ash-hadu anna muhammadan abduhu wa rasuluhu</w:t>
      </w:r>
    </w:p>
    <w:p>
      <w:pPr>
        <w:jc w:val="right"/>
      </w:pPr>
      <w:r>
        <w:t>اس کے بعد وہ کہہ پڑا أَشْهَدُ أَنَّ لَا إِلَهَ إِلَّا اللَّهُ وَأَشْهَدُ أَنَّ مُحَمَّدًا عَبْدُهُ وَرَسُولُهُ</w:t>
      </w:r>
    </w:p>
    <w:p>
      <w:r>
        <w:rPr>
          <w:b/>
        </w:rPr>
        <w:t xml:space="preserve">[33:37] </w:t>
      </w:r>
      <w:r>
        <w:t>to marifat jo hai, wahi sar-chashma hai imaan ka. aur marifat aati hai ghor o fikr ke zariye se. to imaan koi rasmi alfaaz dohrane ka naam nahi hai.</w:t>
      </w:r>
    </w:p>
    <w:p>
      <w:pPr>
        <w:jc w:val="right"/>
      </w:pPr>
      <w:r>
        <w:t>تو معرفت جو ہے، وہی سرچشمہ ہے ایمان کا۔ اور معرفت آتی ہے غور و فکر کے ذریعے سے۔ تو ایمان کوئی رسمی الفاظ دہرانے کا نام نہیں ہے۔</w:t>
      </w:r>
    </w:p>
    <w:p>
      <w:r>
        <w:rPr>
          <w:b/>
        </w:rPr>
        <w:t xml:space="preserve">[33:58] </w:t>
      </w:r>
      <w:r>
        <w:t>aur imaan koi pur-asrar cheez bhi nahi hai.</w:t>
      </w:r>
    </w:p>
    <w:p>
      <w:pPr>
        <w:jc w:val="right"/>
      </w:pPr>
      <w:r>
        <w:t>اور ایمان کوئی پراسرار چیز بھی نہیں ہے۔</w:t>
      </w:r>
    </w:p>
    <w:p>
      <w:r>
        <w:rPr>
          <w:b/>
        </w:rPr>
        <w:t xml:space="preserve">[34:02] </w:t>
      </w:r>
      <w:r>
        <w:t>islam, imaan jo hai, woh koi pur-asrar cheez nahi hai. jaise mantar hote hain ke mantar padhte hain log.</w:t>
      </w:r>
    </w:p>
    <w:p>
      <w:pPr>
        <w:jc w:val="right"/>
      </w:pPr>
      <w:r>
        <w:t>اسلام، ایمان جو ہے، وہ کوئی پراسرار چیز نہیں ہے۔ جیسے منتر ہوتے ہیں کہ منتر پڑھتے ہیں لوگ۔</w:t>
      </w:r>
    </w:p>
    <w:p>
      <w:r>
        <w:rPr>
          <w:b/>
        </w:rPr>
        <w:t xml:space="preserve">[34:12] </w:t>
      </w:r>
      <w:r>
        <w:t>to woh ek pur-asrar cheez hoti hai. koi mantar padha to ek samajhte hain ke aisa ho jayega, waisa ho jayega. to imaan ya kalma-e-imaan, yeh koi mantar nahi hai.</w:t>
      </w:r>
    </w:p>
    <w:p>
      <w:pPr>
        <w:jc w:val="right"/>
      </w:pPr>
      <w:r>
        <w:t>تو وہ ایک پراسرار چیز ہوتی ہے۔ کوئی منتر پڑھا تو ایک سمجھتے ہیں کہ ایسا ہو جائے گا، ویسا ہو جائے گا۔ تو ایمان یا کلمہِ ایمان، یہ کوئی منتر نہیں ہے۔</w:t>
      </w:r>
    </w:p>
    <w:p>
      <w:r>
        <w:rPr>
          <w:b/>
        </w:rPr>
        <w:t xml:space="preserve">[34:25] </w:t>
      </w:r>
      <w:r>
        <w:t>yeh koi pur-asrar cheez nahi hai.</w:t>
      </w:r>
    </w:p>
    <w:p>
      <w:pPr>
        <w:jc w:val="right"/>
      </w:pPr>
      <w:r>
        <w:t>یہ کوئی پراسرار چیز نہیں ہے۔</w:t>
      </w:r>
    </w:p>
    <w:p>
      <w:r>
        <w:rPr>
          <w:b/>
        </w:rPr>
        <w:t xml:space="preserve">[34:28] </w:t>
      </w:r>
      <w:r>
        <w:t>yeh khalis ek sainsi cheez hai. khalis ek aqli cheez hai. khalis ek samajh mein aane wali baat hai. to islam ki buniyad ghor o fikr par hai.</w:t>
      </w:r>
    </w:p>
    <w:p>
      <w:pPr>
        <w:jc w:val="right"/>
      </w:pPr>
      <w:r>
        <w:t>یہ خالص ایک سائنسی چیز ہے۔ خالص ایک عقلی چیز ہے۔ خالص ایک سمجھ میں آنے والی بات ہے۔ تو اسلام کی بنیاد غور و فکر پر ہے۔</w:t>
      </w:r>
    </w:p>
    <w:p>
      <w:r>
        <w:rPr>
          <w:b/>
        </w:rPr>
        <w:t xml:space="preserve">[34:41] </w:t>
      </w:r>
      <w:r>
        <w:t>quran ke bare mein farmaya ke li-yudabbiru ayatihi quran jo utara gaya to farmaya ke li-yudabbiru ayatihi wa li-yatazakkaru al-albab</w:t>
      </w:r>
    </w:p>
    <w:p>
      <w:pPr>
        <w:jc w:val="right"/>
      </w:pPr>
      <w:r>
        <w:t>قرآن کے بارے میں فرمایا کہ لِيَدَبَّرُوا آَيَاتِهِ قرآن جو اتارا گیا تو فرمایا کہ لِيَدَبَّرُوا آَيَاتِهِ وَلِيَتَذَكَّرُوا الْأَلْبَابَ</w:t>
      </w:r>
    </w:p>
    <w:p>
      <w:r>
        <w:rPr>
          <w:b/>
        </w:rPr>
        <w:t xml:space="preserve">[34:55] </w:t>
      </w:r>
      <w:r>
        <w:t>is liye utara gaya quran ke log is ki ayaton par ghor karen. aur is se naseehat len. li-yudabbiru ayatihi wa li-yatazakkaru al-albab</w:t>
      </w:r>
    </w:p>
    <w:p>
      <w:pPr>
        <w:jc w:val="right"/>
      </w:pPr>
      <w:r>
        <w:t>اس لیے اتارا گیا قرآن کہ لوگ اس کی آیتوں پر غور کریں۔ اور اس سے نصیحت لیں۔ لِيَدَبَّرُوا آَيَاتِهِ وَلِيَتَذَكَّرُوا الْأَلْبَابَ</w:t>
      </w:r>
    </w:p>
    <w:p>
      <w:r>
        <w:rPr>
          <w:b/>
        </w:rPr>
        <w:t xml:space="preserve">[35:08] </w:t>
      </w:r>
      <w:r>
        <w:t>ul-albab ka matlab hai aql wale.</w:t>
      </w:r>
    </w:p>
    <w:p>
      <w:pPr>
        <w:jc w:val="right"/>
      </w:pPr>
      <w:r>
        <w:t>اُلْأَلْبَاب کا مطلب ہے عقل والے۔</w:t>
      </w:r>
    </w:p>
    <w:p>
      <w:r>
        <w:rPr>
          <w:b/>
        </w:rPr>
        <w:t xml:space="preserve">[35:15] </w:t>
      </w:r>
      <w:r>
        <w:t>to quran ke utarne ka maqsad yeh bataya ke log is ki ayaton par ghor karen. aur ghor kar ke haqiqaton ko daryaft karen.</w:t>
      </w:r>
    </w:p>
    <w:p>
      <w:pPr>
        <w:jc w:val="right"/>
      </w:pPr>
      <w:r>
        <w:t>تو قرآن کے اتارنے کا مقصد یہ بتایا کہ لوگ اس کی آیتوں پر غور کریں۔ اور غور کر کے حقیقتوں کو دریافت کریں۔</w:t>
      </w:r>
    </w:p>
    <w:p>
      <w:r>
        <w:rPr>
          <w:b/>
        </w:rPr>
        <w:t xml:space="preserve">[35:29] </w:t>
      </w:r>
      <w:r>
        <w:t>ghor kar ke apna zehn banayen. ghor kar ke naseehaten hasil karen.</w:t>
      </w:r>
    </w:p>
    <w:p>
      <w:pPr>
        <w:jc w:val="right"/>
      </w:pPr>
      <w:r>
        <w:t>غور کر کے اپنا ذہن بنائیں۔ غور کر کے نصیحتیں حاصل کریں۔</w:t>
      </w:r>
    </w:p>
    <w:p>
      <w:r>
        <w:rPr>
          <w:b/>
        </w:rPr>
        <w:t xml:space="preserve">[35:40] </w:t>
      </w:r>
      <w:r>
        <w:t>yeh hai maqsad.</w:t>
      </w:r>
    </w:p>
    <w:p>
      <w:pPr>
        <w:jc w:val="right"/>
      </w:pPr>
      <w:r>
        <w:t>یہ ہے مقصد۔</w:t>
      </w:r>
    </w:p>
    <w:p>
      <w:r>
        <w:rPr>
          <w:b/>
        </w:rPr>
        <w:t xml:space="preserve">[35:42] </w:t>
      </w:r>
      <w:r>
        <w:t>to</w:t>
      </w:r>
    </w:p>
    <w:p>
      <w:pPr>
        <w:jc w:val="right"/>
      </w:pPr>
      <w:r>
        <w:t>تو</w:t>
      </w:r>
    </w:p>
    <w:p>
      <w:r>
        <w:rPr>
          <w:b/>
        </w:rPr>
        <w:t xml:space="preserve">[35:51] </w:t>
      </w:r>
      <w:r>
        <w:t>asal jo aaghaz hai, woh hai marifat. marifat se aaghaz hota hai islam ka.</w:t>
      </w:r>
    </w:p>
    <w:p>
      <w:pPr>
        <w:jc w:val="right"/>
      </w:pPr>
      <w:r>
        <w:t>اصل جو آغاز ہے، وہ ہے معرفت۔ معرفت سے آغاز ہوتا ہے اسلام کا۔</w:t>
      </w:r>
    </w:p>
    <w:p>
      <w:r>
        <w:rPr>
          <w:b/>
        </w:rPr>
        <w:t xml:space="preserve">[36:00] </w:t>
      </w:r>
      <w:r>
        <w:t>aur marifat hasil hoti hai ghor o fikr ke zariye se. to phir zehn mein inqilab aata hai. ek nayi soch paida hoti hai.</w:t>
      </w:r>
    </w:p>
    <w:p>
      <w:pPr>
        <w:jc w:val="right"/>
      </w:pPr>
      <w:r>
        <w:t>اور معرفت حاصل ہوتی ہے غور و فکر کے ذریعے سے۔ تو پھر ذہن میں انقلاب آتا ہے۔ ایک نئی سوچ پیدا ہوتی ہے۔</w:t>
      </w:r>
    </w:p>
    <w:p>
      <w:r>
        <w:rPr>
          <w:b/>
        </w:rPr>
        <w:t xml:space="preserve">[36:09] </w:t>
      </w:r>
      <w:r>
        <w:t>aadmi ke andar ek nayi shakhsiyat ubharti hai. jab aadmi marifat ke zariye imaan tak pahunchta hai, marifat ke zariye islam tak pahunchta hai, to woh koi saada baat nahi hoti.</w:t>
      </w:r>
    </w:p>
    <w:p>
      <w:pPr>
        <w:jc w:val="right"/>
      </w:pPr>
      <w:r>
        <w:t>آدمی کے اندر ایک نئی شخصیت ابھرتی ہے۔ جب آدمی معرفت کے ذریعے ایمان تک پہنچتا ہے، معرفت کے ذریعے اسلام تک پہنچتا ہے، تو وہ کوئی سادہ بات نہیں ہوتی۔</w:t>
      </w:r>
    </w:p>
    <w:p>
      <w:r>
        <w:rPr>
          <w:b/>
        </w:rPr>
        <w:t xml:space="preserve">[36:25] </w:t>
      </w:r>
      <w:r>
        <w:t>is ke baad aadmi ke andar ek nayi shakhsiyat ubharti hai. ek naya insaan ubharta hai us ke andar.</w:t>
      </w:r>
    </w:p>
    <w:p>
      <w:pPr>
        <w:jc w:val="right"/>
      </w:pPr>
      <w:r>
        <w:t>اس کے بعد آدمی کے اندر ایک نئی شخصیت ابھرتی ہے۔ ایک نیا انسان ابھرتا ہے اس کے اندر۔</w:t>
      </w:r>
    </w:p>
    <w:p>
      <w:r>
        <w:rPr>
          <w:b/>
        </w:rPr>
        <w:t xml:space="preserve">[36:33] </w:t>
      </w:r>
      <w:r>
        <w:t>ek aisa insaan jis ke andar sanjeedgi ho. jis ke andar sanjeedgi ho. jis ke andar imandari ho.</w:t>
      </w:r>
    </w:p>
    <w:p>
      <w:pPr>
        <w:jc w:val="right"/>
      </w:pPr>
      <w:r>
        <w:t>ایک ایسا انسان جس کے اندر سنجیدگی ہو۔ جس کے اندر سنجیدگی ہو۔ جس کے اندر ایمانداری ہو۔</w:t>
      </w:r>
    </w:p>
    <w:p>
      <w:r>
        <w:rPr>
          <w:b/>
        </w:rPr>
        <w:t xml:space="preserve">[36:43] </w:t>
      </w:r>
      <w:r>
        <w:t>jis ke andar kirdaar ho. jis ko jawab-dehi ka ehsas ho. jo aakhirat ko apni manzil samjhe.</w:t>
      </w:r>
    </w:p>
    <w:p>
      <w:pPr>
        <w:jc w:val="right"/>
      </w:pPr>
      <w:r>
        <w:t>جس کے اندر کردار ہو۔ جس کو جوابدہی کا احساس ہو۔ جو آخرت کو اپنی منزل سمجھے۔</w:t>
      </w:r>
    </w:p>
    <w:p>
      <w:r>
        <w:rPr>
          <w:b/>
        </w:rPr>
        <w:t xml:space="preserve">[36:56] </w:t>
      </w:r>
      <w:r>
        <w:t>jo khuda se darne wala ho. yeh sab paida hota hai.</w:t>
      </w:r>
    </w:p>
    <w:p>
      <w:pPr>
        <w:jc w:val="right"/>
      </w:pPr>
      <w:r>
        <w:t>جو خدا سے ڈرنے والا ہو۔ یہ سب پیدا ہوتا ہے۔</w:t>
      </w:r>
    </w:p>
    <w:p>
      <w:r>
        <w:rPr>
          <w:b/>
        </w:rPr>
        <w:t xml:space="preserve">[37:02] </w:t>
      </w:r>
      <w:r>
        <w:t>isi ko main keh raha hoon ke ek nayi shakhsiyat ubharti hai. ek nayi shakhsiyat janm leti hai. yeh hai marifat, yeh hai imaan, yeh hai islam.</w:t>
      </w:r>
    </w:p>
    <w:p>
      <w:pPr>
        <w:jc w:val="right"/>
      </w:pPr>
      <w:r>
        <w:t>اسی کو میں کہہ رہا ہوں کہ ایک نئی شخصیت ابھرتی ہے۔ ایک نئی شخصیت جنم لیتی ہے۔ یہ ہے معرفت، یہ ہے ایمان، یہ ہے اسلام۔</w:t>
      </w:r>
    </w:p>
    <w:p>
      <w:r>
        <w:rPr>
          <w:b/>
        </w:rPr>
        <w:t xml:space="preserve">[37:16] </w:t>
      </w:r>
      <w:r>
        <w:t>yeh koi khidmat-e-zaban ki baat nahi hai. yeh koi rasmi mantar ko dohrane ki baat nahi hai. aur yeh koi pur-asrar cheez bhi nahi hai.</w:t>
      </w:r>
    </w:p>
    <w:p>
      <w:pPr>
        <w:jc w:val="right"/>
      </w:pPr>
      <w:r>
        <w:t>یہ کوئی خدمتِ زبان کی بات نہیں ہے۔ یہ کوئی رسمی منتر کو دہرانے کی بات نہیں ہے۔ اور یہ کوئی پراسرار چیز بھی نہیں ہے۔</w:t>
      </w:r>
    </w:p>
    <w:p>
      <w:r>
        <w:rPr>
          <w:b/>
        </w:rPr>
        <w:t xml:space="preserve">[37:28] </w:t>
      </w:r>
      <w:r>
        <w:t>aik aisi cheez hai jis ko aap soch kar ke khalis aqli tareeqay se soch kar samajh sakte hain is ko.</w:t>
      </w:r>
    </w:p>
    <w:p>
      <w:pPr>
        <w:jc w:val="right"/>
      </w:pPr>
      <w:r>
        <w:t>ایک ایسی چیز ہے جس کو آپ سوچ کر کے خالص عقلی طریقے سے سوچ کر سمجھ سکتے ہیں اس کو۔</w:t>
      </w:r>
    </w:p>
    <w:p>
      <w:r>
        <w:rPr>
          <w:b/>
        </w:rPr>
        <w:t xml:space="preserve">[37:38] </w:t>
      </w:r>
      <w:r>
        <w:t>to</w:t>
      </w:r>
    </w:p>
    <w:p>
      <w:pPr>
        <w:jc w:val="right"/>
      </w:pPr>
      <w:r>
        <w:t>تو</w:t>
      </w:r>
    </w:p>
    <w:p>
      <w:r>
        <w:rPr>
          <w:b/>
        </w:rPr>
        <w:t xml:space="preserve">[37:43] </w:t>
      </w:r>
      <w:r>
        <w:t>yeh thi, yeh tha ayat 164 ka sabaq</w:t>
      </w:r>
    </w:p>
    <w:p>
      <w:pPr>
        <w:jc w:val="right"/>
      </w:pPr>
      <w:r>
        <w:t>یہ تھی، یہ تھا آیت 164 کا سبق</w:t>
      </w:r>
    </w:p>
    <w:p>
      <w:r>
        <w:rPr>
          <w:b/>
        </w:rPr>
        <w:t xml:space="preserve">[37:51] </w:t>
      </w:r>
      <w:r>
        <w:t>ab dekhiye, is ke baad ayat number 170.</w:t>
      </w:r>
    </w:p>
    <w:p>
      <w:pPr>
        <w:jc w:val="right"/>
      </w:pPr>
      <w:r>
        <w:t>۔ اب دیکھیے، اس کے بعد آیت نمبر 170۔</w:t>
      </w:r>
    </w:p>
    <w:p>
      <w:r>
        <w:rPr>
          <w:b/>
        </w:rPr>
        <w:t xml:space="preserve">[38:02] </w:t>
      </w:r>
      <w:r>
        <w:t>ayat number 170. is mein farmaya ke wa izaa qeela lahumuttabi'oo ma anzalallahu qaloo bal nattabi'oo ma alfayna alayhi abaa'ana</w:t>
      </w:r>
    </w:p>
    <w:p>
      <w:pPr>
        <w:jc w:val="right"/>
      </w:pPr>
      <w:r>
        <w:t>آیت نمبر 170۔ اس میں فرمایا کہ وَإِذَا قِيلَ لَهُمْ اتَّبَعُوا مَا أَنْزَلَ اللَّهُ قَالُوا بَلْ نَتَّبَعُوا مَا أَلْفَنَا عَلَيْهِ أَبَاءَنَا</w:t>
      </w:r>
    </w:p>
    <w:p>
      <w:r>
        <w:rPr>
          <w:b/>
        </w:rPr>
        <w:t xml:space="preserve">[38:25] </w:t>
      </w:r>
      <w:r>
        <w:t>jab un se, yani mukhatib jo peghambar ke jo mukhatib thay, aaj bhi wohi nafsiyat hai logon ki. jab un se kaha jata hai ke Khuda ne jo utara hai,</w:t>
      </w:r>
    </w:p>
    <w:p>
      <w:pPr>
        <w:jc w:val="right"/>
      </w:pPr>
      <w:r>
        <w:t>جب ان سے، یعنی مخاطب جو پیغمبر کے جو مخاطب تھے، آج بھی وہی نفسیات ہے لوگوں کی۔ جب ان سے کہا جاتا ہے کہ خدا نے جو اتارا ہے،</w:t>
      </w:r>
    </w:p>
    <w:p>
      <w:r>
        <w:rPr>
          <w:b/>
        </w:rPr>
        <w:t xml:space="preserve">[38:42] </w:t>
      </w:r>
      <w:r>
        <w:t>Khuda ne jo hidayat, Khuda ne jo hidayat utari hai, jo rehnumai utari hai, Khuda ne to is ki pairwi karo, is ko follow karo.</w:t>
      </w:r>
    </w:p>
    <w:p>
      <w:pPr>
        <w:jc w:val="right"/>
      </w:pPr>
      <w:r>
        <w:t>خدا نے جو ہدایت، خدا نے جو ہدایت اتاری ہے، جو رہنمائی اتاری ہے، خدا نے تو اس کی پیروی کرو، اس کو فالو کرو۔</w:t>
      </w:r>
    </w:p>
    <w:p>
      <w:r>
        <w:rPr>
          <w:b/>
        </w:rPr>
        <w:t xml:space="preserve">[38:53] </w:t>
      </w:r>
      <w:r>
        <w:t>to woh kehte hain ke nahi, hum to apne aba, apne abao ajdad se, hum ko jo mila hai, is ki hum pairwi karein ge, is ko follow karein ge.</w:t>
      </w:r>
    </w:p>
    <w:p>
      <w:pPr>
        <w:jc w:val="right"/>
      </w:pPr>
      <w:r>
        <w:t>تو وہ کہتے ہیں کہ نہیں، ہم تو اپنے ابا، اپنے اباؤ اجداد سے، ہم کو جو ملا ہے، اس کی ہم پیروی کریں گے، اس کو فالو کریں گے۔</w:t>
      </w:r>
    </w:p>
    <w:p>
      <w:r>
        <w:rPr>
          <w:b/>
        </w:rPr>
        <w:t xml:space="preserve">[39:09] </w:t>
      </w:r>
      <w:r>
        <w:t>abao ajdad se jo riwayat chali aa rahi hai, hum to is ko follow karein ge. yeh jo Khuda ki taraf se hidayat batate hain aap ke, aaiye, is ko hum follow nahi karein ge.</w:t>
      </w:r>
    </w:p>
    <w:p>
      <w:pPr>
        <w:jc w:val="right"/>
      </w:pPr>
      <w:r>
        <w:t>اباؤ اجداد سے جو روایت چلی آ رہی ہے، ہم تو اس کو فالو کریں گے۔ یہ جو خدا کی طرف سے ہدایت بتاتے ہیں آپ کے، آئیے، اس کو ہم فالو نہیں کریں گے۔</w:t>
      </w:r>
    </w:p>
    <w:p>
      <w:r>
        <w:rPr>
          <w:b/>
        </w:rPr>
        <w:t xml:space="preserve">[39:24] </w:t>
      </w:r>
      <w:r>
        <w:t>dekhiye, yeh koi saada baat nahi hai. yeh bohat ziyada sochne ki baat hai.</w:t>
      </w:r>
    </w:p>
    <w:p>
      <w:pPr>
        <w:jc w:val="right"/>
      </w:pPr>
      <w:r>
        <w:t>دیکھیے، یہ کوئی سادہ بات نہیں ہے۔ یہ بہت زیادہ سوچنے کی بات ہے۔</w:t>
      </w:r>
    </w:p>
    <w:p>
      <w:r>
        <w:rPr>
          <w:b/>
        </w:rPr>
        <w:t xml:space="preserve">[39:33] </w:t>
      </w:r>
      <w:r>
        <w:t>hota yeh hai ke aadmi jis mahol mein paida hua, jis khandan mein paida hua, us mein is ki shart bandi shuru ho jati hai.</w:t>
      </w:r>
    </w:p>
    <w:p>
      <w:pPr>
        <w:jc w:val="right"/>
      </w:pPr>
      <w:r>
        <w:t>ہوتا یہ ہے کہ آدمی جس ماحول میں پیدا ہوا، جس خاندان میں پیدا ہوا، اس میں اس کی شرط بندی شروع ہو جاتی ہے۔</w:t>
      </w:r>
    </w:p>
    <w:p>
      <w:r>
        <w:rPr>
          <w:b/>
        </w:rPr>
        <w:t xml:space="preserve">[39:44] </w:t>
      </w:r>
      <w:r>
        <w:t>shart bandi.</w:t>
      </w:r>
    </w:p>
    <w:p>
      <w:pPr>
        <w:jc w:val="right"/>
      </w:pPr>
      <w:r>
        <w:t>شرط بندی۔</w:t>
      </w:r>
    </w:p>
    <w:p>
      <w:r>
        <w:rPr>
          <w:b/>
        </w:rPr>
        <w:t xml:space="preserve">[39:47] </w:t>
      </w:r>
      <w:r>
        <w:t>jaisa ke hadith mein aaya hai ke kullu mawloodinyooladu alal fitri fabawaahu yahubbidanihawayamajjisanihayawanasaranihi</w:t>
      </w:r>
    </w:p>
    <w:p>
      <w:pPr>
        <w:jc w:val="right"/>
      </w:pPr>
      <w:r>
        <w:t>جیسا کہ حدیث میں آیا ہے کہ كُلُّ مَولُودٍ يُولَدُ عَلَى الْفِطْرِ فَبَوَاهُ يَهُبْ وِدَانِهِ وَيَمَجَّسَانِهِ وَيَنَسَّرَانِهِ</w:t>
      </w:r>
    </w:p>
    <w:p>
      <w:r>
        <w:rPr>
          <w:b/>
        </w:rPr>
        <w:t xml:space="preserve">[40:05] </w:t>
      </w:r>
      <w:r>
        <w:t>ke har aadmi fitrat par paida hota hai. har paida hone wala ilahi fitrat par paida hota hai.</w:t>
      </w:r>
    </w:p>
    <w:p>
      <w:pPr>
        <w:jc w:val="right"/>
      </w:pPr>
      <w:r>
        <w:t>کہ ہر آدمی فطرت پر پیدا ہوتا ہے۔ ہر پیدا ہونے والا الٰہی فطرت پر پیدا ہوتا ہے۔</w:t>
      </w:r>
    </w:p>
    <w:p>
      <w:r>
        <w:rPr>
          <w:b/>
        </w:rPr>
        <w:t xml:space="preserve">[40:16] </w:t>
      </w:r>
      <w:r>
        <w:t>fitrat par paida hota hai. lekin is ke maa baap is ko yahoodi aur majosi aur nasrani bana dete hain.</w:t>
      </w:r>
    </w:p>
    <w:p>
      <w:pPr>
        <w:jc w:val="right"/>
      </w:pPr>
      <w:r>
        <w:t>فطرت پر پیدا ہوتا ہے۔ لیکن اس کے ماں باپ اس کو یہودی اور مجوسی اور نصرانی بنا دیتے ہیں۔</w:t>
      </w:r>
    </w:p>
    <w:p>
      <w:r>
        <w:rPr>
          <w:b/>
        </w:rPr>
        <w:t xml:space="preserve">[40:26] </w:t>
      </w:r>
      <w:r>
        <w:t>is ka matlab kya hai? paida hota hai insaan fitrat mein</w:t>
      </w:r>
    </w:p>
    <w:p>
      <w:pPr>
        <w:jc w:val="right"/>
      </w:pPr>
      <w:r>
        <w:t>اس کا مطلب کیا ہے؟ پیدا ہوتا ہے انسان فطرت میں</w:t>
      </w:r>
    </w:p>
    <w:p>
      <w:r>
        <w:rPr>
          <w:b/>
        </w:rPr>
        <w:t xml:space="preserve">[40:39] </w:t>
      </w:r>
      <w:r>
        <w:t>jo Khuda ne rakha hai deen, us par paida hota hai. lekin mahol ke asar se, khandan ka mahol, aas paas ka mahol, us ke asar se woh mukhtalif mazhab ikhtiyar kar leta hai.</w:t>
      </w:r>
    </w:p>
    <w:p>
      <w:pPr>
        <w:jc w:val="right"/>
      </w:pPr>
      <w:r>
        <w:t>جو خدا نے رکھا ہے دین، اس پر پیدا ہوتا ہے۔ لیکن ماحول کے اثر سے، خاندان کا ماحول، آس پاس کا ماحول، اس کے اثر سے وہ مختلف مذہب اختیار کر لیتا ہے۔</w:t>
      </w:r>
    </w:p>
    <w:p>
      <w:r>
        <w:rPr>
          <w:b/>
        </w:rPr>
        <w:t xml:space="preserve">[40:56] </w:t>
      </w:r>
      <w:r>
        <w:t>to yeh jo mazhab hota hai, abai mazhab, to abai mazhab jo hai, woh haqeeqat mein hota hai shart bandi ki wajah se.</w:t>
      </w:r>
    </w:p>
    <w:p>
      <w:pPr>
        <w:jc w:val="right"/>
      </w:pPr>
      <w:r>
        <w:t>تو یہ جو مذہب ہوتا ہے، آبائی مذہب، تو آبائی مذہب جو ہے، وہ حقیقت میں ہوتا ہے شرط بندی کی وجہ سے۔</w:t>
      </w:r>
    </w:p>
    <w:p>
      <w:r>
        <w:rPr>
          <w:b/>
        </w:rPr>
        <w:t xml:space="preserve">[41:07] </w:t>
      </w:r>
      <w:r>
        <w:t>is liye nahi ke is ne batore sachai ke is ko daryaft kiya hai. aap dekhiye, jo log apne</w:t>
      </w:r>
    </w:p>
    <w:p>
      <w:pPr>
        <w:jc w:val="right"/>
      </w:pPr>
      <w:r>
        <w:t>اس لیے نہیں کہ اس نے بطور سچائی کہ اس کو دریافت کیا ہے۔ آپ دیکھیے، جو لوگ اپنے</w:t>
      </w:r>
    </w:p>
    <w:p>
      <w:r>
        <w:rPr>
          <w:b/>
        </w:rPr>
        <w:t xml:space="preserve">[41:18] </w:t>
      </w:r>
      <w:r>
        <w:t>abai riwayat par, abai riwayat par chal rahe hotay hain, aisa nahi ke unhon ne is ko daryaft kiya ho, is ki sachai ko. nahi.</w:t>
      </w:r>
    </w:p>
    <w:p>
      <w:pPr>
        <w:jc w:val="right"/>
      </w:pPr>
      <w:r>
        <w:t>آبائی روایت پر، آبائی روایات پر چل رہے ہوتے ہیں، ایسا نہیں کہ انہوں نے اس کو دریافت کیا ہو، اس کی سچائی کو۔ نہیں۔</w:t>
      </w:r>
    </w:p>
    <w:p>
      <w:r>
        <w:rPr>
          <w:b/>
        </w:rPr>
        <w:t xml:space="preserve">[41:29] </w:t>
      </w:r>
      <w:r>
        <w:t>shart bandi ki wajah se woh aisa karte hain.</w:t>
      </w:r>
    </w:p>
    <w:p>
      <w:pPr>
        <w:jc w:val="right"/>
      </w:pPr>
      <w:r>
        <w:t>شرط بندی کی وجہ سے وہ ایسا کرتے ہیں۔</w:t>
      </w:r>
    </w:p>
    <w:p>
      <w:r>
        <w:rPr>
          <w:b/>
        </w:rPr>
        <w:t xml:space="preserve">[41:34] </w:t>
      </w:r>
      <w:r>
        <w:t>shart bandi ki wajah se woh aisa karte hain. yeh jo farmaya ke jab un se kaha jata hai ke tum jo Khuda ki taraf se jo rehnumai utri hai, is ko follow karo, to woh kehte hain ke hum to apne baap dada ke tareeqay par chalein ge.</w:t>
      </w:r>
    </w:p>
    <w:p>
      <w:pPr>
        <w:jc w:val="right"/>
      </w:pPr>
      <w:r>
        <w:t>شرط بندی کی وجہ سے وہ ایسا کرتے ہیں۔ یہ جو فرمایا کہ جب ان سے کہا جاتا ہے کہ تم جو خدا کی طرف سے جو رہنمائی اتری ہے، اس کو فالو کرو، تو وہ کہتے ہیں کہ ہم تو اپنے باپ دادا کے طریقے پر چلیں گے۔</w:t>
      </w:r>
    </w:p>
    <w:p>
      <w:r>
        <w:rPr>
          <w:b/>
        </w:rPr>
        <w:t xml:space="preserve">[41:54] </w:t>
      </w:r>
      <w:r>
        <w:t>to yeh hai shart bandi insaan ki poori.</w:t>
      </w:r>
    </w:p>
    <w:p>
      <w:pPr>
        <w:jc w:val="right"/>
      </w:pPr>
      <w:r>
        <w:t>تو یہ ہے شرط بندی انسان کی پولی۔</w:t>
      </w:r>
    </w:p>
    <w:p>
      <w:r>
        <w:rPr>
          <w:b/>
        </w:rPr>
        <w:t xml:space="preserve">[42:03] </w:t>
      </w:r>
      <w:r>
        <w:t>to yeh Khuda ke haan maaf nahi ki jaye gi. agar aap ki shart bandi ho gayi ho kisi mahol mein, to aap ko soch soch kar apni zindagi banani parti hai.</w:t>
      </w:r>
    </w:p>
    <w:p>
      <w:pPr>
        <w:jc w:val="right"/>
      </w:pPr>
      <w:r>
        <w:t>تو یہ خدا کے ہاں معاف نہیں کی جائے گی۔ اگر آپ کی شرط بندی ہو گئی ہو کسی ماحول میں، تو آپ کو سوچ سوچ کر اپنی زندگی بنانی پڑتی ہے۔</w:t>
      </w:r>
    </w:p>
    <w:p>
      <w:r>
        <w:rPr>
          <w:b/>
        </w:rPr>
        <w:t xml:space="preserve">[42:13] </w:t>
      </w:r>
      <w:r>
        <w:t>Khuda ne dimagh kis liye diya hai? zehan kis liye diya hai? zehni salahiyat kis liye di hai? sochne ki taqat kyun di hai?</w:t>
      </w:r>
    </w:p>
    <w:p>
      <w:pPr>
        <w:jc w:val="right"/>
      </w:pPr>
      <w:r>
        <w:t>خدا نے دماغ کس لئے دیا ہے؟ ذہن کس لئے دیا ہے؟ ذہنی صلاحیت کس لئے دی ہے؟ سوچنے کی طاقت کیوں دی ہے؟</w:t>
      </w:r>
    </w:p>
    <w:p>
      <w:r>
        <w:rPr>
          <w:b/>
        </w:rPr>
        <w:t xml:space="preserve">[42:23] </w:t>
      </w:r>
      <w:r>
        <w:t>is</w:t>
      </w:r>
    </w:p>
    <w:p>
      <w:pPr>
        <w:jc w:val="right"/>
      </w:pPr>
      <w:r>
        <w:t>اس</w:t>
      </w:r>
    </w:p>
    <w:p>
      <w:r>
        <w:rPr>
          <w:b/>
        </w:rPr>
        <w:t xml:space="preserve">[42:24] </w:t>
      </w:r>
      <w:r>
        <w:t>liye di hai ke haq aur nahq ko soch kar jaane, na ke shart bandi ke zariye se jaane.</w:t>
      </w:r>
    </w:p>
    <w:p>
      <w:pPr>
        <w:jc w:val="right"/>
      </w:pPr>
      <w:r>
        <w:t>لیے دی ہے کہ حق اور ناحق کو سوچ کر جانے، نہ کہ شرط بندی کے ذریعے سے جانے۔</w:t>
      </w:r>
    </w:p>
    <w:p>
      <w:r>
        <w:rPr>
          <w:b/>
        </w:rPr>
        <w:t xml:space="preserve">[42:33] </w:t>
      </w:r>
      <w:r>
        <w:t>agar aadmi ki shart bandi apne</w:t>
      </w:r>
    </w:p>
    <w:p>
      <w:pPr>
        <w:jc w:val="right"/>
      </w:pPr>
      <w:r>
        <w:t>اگر آدمی کی شرط بندی اپنے</w:t>
      </w:r>
    </w:p>
    <w:p>
      <w:r>
        <w:rPr>
          <w:b/>
        </w:rPr>
        <w:t xml:space="preserve">[42:40] </w:t>
      </w:r>
      <w:r>
        <w:t>mahaul mein ho gayi hai, to yeh us ke liye uzar nahi hai. aur saare maamle woh sochta hai.</w:t>
      </w:r>
    </w:p>
    <w:p>
      <w:pPr>
        <w:jc w:val="right"/>
      </w:pPr>
      <w:r>
        <w:t>ماحول میں ہو گئی ہے، تو یہ اس کے لئے عذر نہیں ہے۔ اور سارے معاملے وہ سوچتا ہے۔</w:t>
      </w:r>
    </w:p>
    <w:p>
      <w:r>
        <w:rPr>
          <w:b/>
        </w:rPr>
        <w:t xml:space="preserve">[42:52] </w:t>
      </w:r>
      <w:r>
        <w:t>misal ke taur par, ek aadmi agar ghareeb ghar mein paida hua, to aisa nahi karega ke bhai, bas ghareebi rehna hai mujhe. nahi, woh sochta hai ke main apni ghareebi ko kaise badlun, kis tarah se main daulat hasil karun.</w:t>
      </w:r>
    </w:p>
    <w:p>
      <w:pPr>
        <w:jc w:val="right"/>
      </w:pPr>
      <w:r>
        <w:t>مثال کے طور پر، ایک آدمی اگر غریب گھر میں پیدا ہوا، تو ایسا نہیں کرے گا کہ بھئی، بس غریبی رہنا ہے مجھے۔ نہیں، وہ سوچتا ہے کہ میں اپنی غریبی کو کیسے بدلوں، کس طرح سے میں دولت حاصل کروں۔</w:t>
      </w:r>
    </w:p>
    <w:p>
      <w:r>
        <w:rPr>
          <w:b/>
        </w:rPr>
        <w:t xml:space="preserve">[43:09] </w:t>
      </w:r>
      <w:r>
        <w:t>ek aadmi jahil ke ghar mein paida hua hai, sab jahil hain, to woh sochta hai ke main is se bahar niklun aur main taleem yafta banun.</w:t>
      </w:r>
    </w:p>
    <w:p>
      <w:pPr>
        <w:jc w:val="right"/>
      </w:pPr>
      <w:r>
        <w:t>ایک آدمی جاہل کے گھر میں پیدا ہوا ہے، سب جاہل ہیں، تو وہ سوچتا ہے کہ میں اس سے باہر نکلوں اور میں تعلیم یافتہ بنوں۔</w:t>
      </w:r>
    </w:p>
    <w:p>
      <w:r>
        <w:rPr>
          <w:b/>
        </w:rPr>
        <w:t xml:space="preserve">[43:22] </w:t>
      </w:r>
      <w:r>
        <w:t>to doosre maamlaat mein aadmi apni shart bandi yahi karta hai. agar na kare to taraqqi na kare woh. har doosre maamle mein.</w:t>
      </w:r>
    </w:p>
    <w:p>
      <w:pPr>
        <w:jc w:val="right"/>
      </w:pPr>
      <w:r>
        <w:t>تو دوسرے معاملات میں آدمی اپنی شرط بندی یہی کرتا ہے۔ اگر نہ کرے تو ترقی نہ کرے وہ۔ ہر دوسرے معاملے میں۔</w:t>
      </w:r>
    </w:p>
    <w:p>
      <w:r>
        <w:rPr>
          <w:b/>
        </w:rPr>
        <w:t xml:space="preserve">[43:35] </w:t>
      </w:r>
      <w:r>
        <w:t>to shart bandi ka talluq sirf mazhab se nahi hai, har cheez se hai. to sawal yeh hai ke ek aadmi jab doosre maamlaat mein apni shart bandi kar raha hai, shart bandi ka matlab hai ke phir se sochna, phir se rai banana,</w:t>
      </w:r>
    </w:p>
    <w:p>
      <w:pPr>
        <w:jc w:val="right"/>
      </w:pPr>
      <w:r>
        <w:t>تو شرط بندی کا تعلق صرف مذہب سے نہیں ہے، ہر چیز سے ہے۔ تو سوال یہ ہے کہ ایک آدمی جب دوسرے معاملات میں اپنی شرط بندی کر رہا ہے، شرط بندی کا مطلب ہے کہ پھر سے سوچنا، پھر سے رائے بنانا،</w:t>
      </w:r>
    </w:p>
    <w:p>
      <w:r>
        <w:rPr>
          <w:b/>
        </w:rPr>
        <w:t xml:space="preserve">[43:52] </w:t>
      </w:r>
      <w:r>
        <w:t>p</w:t>
      </w:r>
    </w:p>
    <w:p>
      <w:pPr>
        <w:jc w:val="right"/>
      </w:pPr>
      <w:r>
        <w:t>پ</w:t>
      </w:r>
    </w:p>
    <w:p>
      <w:r>
        <w:rPr>
          <w:b/>
        </w:rPr>
        <w:t xml:space="preserve">[43:53] </w:t>
      </w:r>
      <w:r>
        <w:t>har se apni zindagi ka naqsha banana. ke maa baap agar kheti karte the, farz ki jiye, to aadmi sanat lagata hai.</w:t>
      </w:r>
    </w:p>
    <w:p>
      <w:pPr>
        <w:jc w:val="right"/>
      </w:pPr>
      <w:r>
        <w:t>ھر سے اپنی زندگی کا نقشہ بنانا۔ کہ ماں باپ اگر کھیتی کرتے تھے، فرض کیجیے، تو آدمی صنعت لگاتا ہے۔</w:t>
      </w:r>
    </w:p>
    <w:p>
      <w:r>
        <w:rPr>
          <w:b/>
        </w:rPr>
        <w:t xml:space="preserve">[44:02] </w:t>
      </w:r>
      <w:r>
        <w:t>maa baap agar jahil reh gaye the, to woh ja kar university mein parhta hai woh. har aadmi apne dunyavi maamlaat mein, apne dunyavi maamlaat hain, is mein har aadmi apni shart bandi yahi karta hai.</w:t>
      </w:r>
    </w:p>
    <w:p>
      <w:pPr>
        <w:jc w:val="right"/>
      </w:pPr>
      <w:r>
        <w:t>ماں باپ اگر جاہل رہ گئے تھے، تو وہ جا کر یونیورسٹی میں پڑھتا ہے وہ۔ ہر آدمی اپنے دنیاوی معاملات میں، اپنے دنیاوی معاملات ہیں، اس میں ہر آدمی اپنی شرط بندی یہی کرتا ہے۔</w:t>
      </w:r>
    </w:p>
    <w:p>
      <w:r>
        <w:rPr>
          <w:b/>
        </w:rPr>
        <w:t xml:space="preserve">[44:19] </w:t>
      </w:r>
      <w:r>
        <w:t>na kare to woh taraqqi na kare woh</w:t>
      </w:r>
    </w:p>
    <w:p>
      <w:pPr>
        <w:jc w:val="right"/>
      </w:pPr>
      <w:r>
        <w:t>نہ کرے تو وہ ترقی نہ کرے وہ</w:t>
      </w:r>
    </w:p>
    <w:p>
      <w:r>
        <w:rPr>
          <w:b/>
        </w:rPr>
        <w:t xml:space="preserve">[44:21] </w:t>
      </w:r>
      <w:r>
        <w:t>. is liye agar mazhab ke maamle mein woh shart bandi ka shikar hai, to woh us ke liye uzar nahi hai. yahan bhi is ko apni aqal ko istemal karna parega.</w:t>
      </w:r>
    </w:p>
    <w:p>
      <w:pPr>
        <w:jc w:val="right"/>
      </w:pPr>
      <w:r>
        <w:t>۔ اس لیے اگر مذہب کے معاملے میں وہ شرط بندی کا شکار ہے، تو وہ اس کے لئے عذر نہیں ہے۔ یہاں بھی اس کو اپنی عقل کو استعمال کرنا پڑے گا۔</w:t>
      </w:r>
    </w:p>
    <w:p>
      <w:r>
        <w:rPr>
          <w:b/>
        </w:rPr>
        <w:t xml:space="preserve">[44:34] </w:t>
      </w:r>
      <w:r>
        <w:t>yeh nahi kar sakta hai woh Khuda ke haan ke hum ne apne baap dada ko paya, aisa karte hue to hum bhi wohi karne lagay.</w:t>
      </w:r>
    </w:p>
    <w:p>
      <w:pPr>
        <w:jc w:val="right"/>
      </w:pPr>
      <w:r>
        <w:t>یہ نہیں کر سکتا ہے وہ خدا کے ہاں کہ ہم نے اپنے باپ دادا کو پایا، ایسا کرتے ہوئے تو ہم بھی وہی کرنے لگے۔</w:t>
      </w:r>
    </w:p>
    <w:p>
      <w:r>
        <w:rPr>
          <w:b/>
        </w:rPr>
        <w:t xml:space="preserve">[44:45] </w:t>
      </w:r>
      <w:r>
        <w:t>to zahir hai ke is se poocha jayega ke doosre maamlaat mein tum ne aisa kyun nahi kiya?</w:t>
      </w:r>
    </w:p>
    <w:p>
      <w:pPr>
        <w:jc w:val="right"/>
      </w:pPr>
      <w:r>
        <w:t>تو ظاہر ہے کہ اس سے پوچھا جائے گا کہ دوسرے معاملات میں تم نے ایسا کیوں نہیں کیا؟</w:t>
      </w:r>
    </w:p>
    <w:p>
      <w:r>
        <w:rPr>
          <w:b/>
        </w:rPr>
        <w:t xml:space="preserve">[44:53] </w:t>
      </w:r>
      <w:r>
        <w:t>maa baap ko jahil paya, tum jahil reh gaye. maa baap ko ghareeb paya, to kya tum ghareebi mein reh gaye? maa baap ko tum ne dekha ke woh gaon mein rehte hain, tum shehar mein nahi gaye.</w:t>
      </w:r>
    </w:p>
    <w:p>
      <w:pPr>
        <w:jc w:val="right"/>
      </w:pPr>
      <w:r>
        <w:t>ماں باپ کو جاہل پایا، تم جاہل رہ گئے۔ ماں باپ کو غریب پایا، تو کیا تم غریبی میں رہ گئے؟ ماں باپ کو تم نے دیکھا کہ وہ گاؤں میں رہتے ہیں، تم شہر میں نہیں گئے۔</w:t>
      </w:r>
    </w:p>
    <w:p>
      <w:r>
        <w:rPr>
          <w:b/>
        </w:rPr>
        <w:t xml:space="preserve">[45:06] </w:t>
      </w:r>
      <w:r>
        <w:t>to doosre maamlaat mein aadmi apni shart bandi ko todta hai, tab bhi woh badi badi taraqqiyan karta hai. isi tarah se is ko mazhab ke maamle mein bhi apni shart bandi ko todna parega.</w:t>
      </w:r>
    </w:p>
    <w:p>
      <w:pPr>
        <w:jc w:val="right"/>
      </w:pPr>
      <w:r>
        <w:t>تو دوسرے معاملات میں آدمی اپنی شرط بندی کو توڑتا ہے، تب بھی وہ بڑی بڑی ترقیاں کرتا ہے۔ اسی طرح سے اس کو مذہب کے معاملے میں بھی اپنی شرط بندی کو توڑنا پڑے گا۔</w:t>
      </w:r>
    </w:p>
    <w:p>
      <w:r>
        <w:rPr>
          <w:b/>
        </w:rPr>
        <w:t xml:space="preserve">[45:25] </w:t>
      </w:r>
      <w:r>
        <w:t>aakhir Allah taala ne dimagh kyun diya hai? yeh sochne ki salahiyat jo insaan ko di gayi hai, woh kis liye di gayi hai?</w:t>
      </w:r>
    </w:p>
    <w:p>
      <w:pPr>
        <w:jc w:val="right"/>
      </w:pPr>
      <w:r>
        <w:t>آخر اللہ تعالیٰ نے دماغ کیوں دیا ہے؟ یہ سوچنے کی صلاحیت جو انسان کو دی گئی ہے، وہ کس لئے دی گئی ہے؟</w:t>
      </w:r>
    </w:p>
    <w:p>
      <w:r>
        <w:rPr>
          <w:b/>
        </w:rPr>
        <w:t xml:space="preserve">[45:37] </w:t>
      </w:r>
      <w:r>
        <w:t>to sacha insaan woh hai jo soch kar apni rai banaye, soch kar apna deen ikhtiyar kare.</w:t>
      </w:r>
    </w:p>
    <w:p>
      <w:pPr>
        <w:jc w:val="right"/>
      </w:pPr>
      <w:r>
        <w:t>تو سچا انسان وہ ہے جو سوچ کر اپنی رائے بنائے، سوچ کر اپنا دین اختیار کرے۔</w:t>
      </w:r>
    </w:p>
    <w:p>
      <w:r>
        <w:rPr>
          <w:b/>
        </w:rPr>
        <w:t xml:space="preserve">[45:51] </w:t>
      </w:r>
      <w:r>
        <w:t>woh soch kar apni zindagi ka, woh soch kar apni zindagi ka tareeqa mutayyan kare.</w:t>
      </w:r>
    </w:p>
    <w:p>
      <w:pPr>
        <w:jc w:val="right"/>
      </w:pPr>
      <w:r>
        <w:t>وہ سوچ کر اپنی زندگی کا، وہ سوچ کر اپنی زندگی کا طریقہ متعین کرے۔</w:t>
      </w:r>
    </w:p>
    <w:p>
      <w:r>
        <w:rPr>
          <w:b/>
        </w:rPr>
        <w:t xml:space="preserve">[46:01] </w:t>
      </w:r>
      <w:r>
        <w:t>to insaan apni soch ke aitbar se zimmedar hai, shart bandi ke aitbar se nahi.</w:t>
      </w:r>
    </w:p>
    <w:p>
      <w:pPr>
        <w:jc w:val="right"/>
      </w:pPr>
      <w:r>
        <w:t>تو انسان اپنی سوچ کے اعتبار سے ذمہ دار ہے، شرط بندی کے اعتبار سے نہیں۔</w:t>
      </w:r>
    </w:p>
    <w:p>
      <w:r>
        <w:rPr>
          <w:b/>
        </w:rPr>
        <w:t xml:space="preserve">[46:11] </w:t>
      </w:r>
      <w:r>
        <w:t>to agar insaan apni soch ko istemal na kare, to kabhi bhi Khuda ke haan woh</w:t>
      </w:r>
    </w:p>
    <w:p>
      <w:pPr>
        <w:jc w:val="right"/>
      </w:pPr>
      <w:r>
        <w:t>تو اگر انسان اپنی سوچ کو استعمال نہ کرے، تو کبھی بھی خدا کے ہاں وہ</w:t>
      </w:r>
    </w:p>
    <w:p>
      <w:r>
        <w:rPr>
          <w:b/>
        </w:rPr>
        <w:t xml:space="preserve">[46:25] </w:t>
      </w:r>
      <w:r>
        <w:t>us ko maaf nahi kiya jayega. agar soch ko istemal na kare, to woh kabhi maaf nahi kiya jayega.</w:t>
      </w:r>
    </w:p>
    <w:p>
      <w:pPr>
        <w:jc w:val="right"/>
      </w:pPr>
      <w:r>
        <w:t>اس کو معاف نہیں کیا جائے گا۔ اگر سوچ کو استعمال نہ کرے، تو وہ کبھی معاف نہیں کیا جائے گا۔</w:t>
      </w:r>
    </w:p>
    <w:p>
      <w:r>
        <w:rPr>
          <w:b/>
        </w:rPr>
        <w:t xml:space="preserve">[46:33] </w:t>
      </w:r>
      <w:r>
        <w:t>aap ghor kijiye ke ek baap apne bete ko kisi bare shehar mein bheje aur us ko kafi paisa de de</w:t>
      </w:r>
    </w:p>
    <w:p>
      <w:pPr>
        <w:jc w:val="right"/>
      </w:pPr>
      <w:r>
        <w:t>آپ غور کیجیے کہ ایک باپ اپنے بیٹے کو کسی بڑے شہر میں بھیجے اور اس کو کافی پیسہ دے دے</w:t>
      </w:r>
    </w:p>
    <w:p>
      <w:r>
        <w:rPr>
          <w:b/>
        </w:rPr>
        <w:t xml:space="preserve">[46:46] </w:t>
      </w:r>
      <w:r>
        <w:t>ke le jao aur wahan par aaram se rehna, ek hafta, das din guzar kar ke phir wapas aana.</w:t>
      </w:r>
    </w:p>
    <w:p>
      <w:pPr>
        <w:jc w:val="right"/>
      </w:pPr>
      <w:r>
        <w:t>کہ لے جاؤ اور وہاں پر آرام سے رہنا، ایک ہفتہ، دس دن گزار کر کے پھر واپس آنا۔</w:t>
      </w:r>
    </w:p>
    <w:p>
      <w:r>
        <w:rPr>
          <w:b/>
        </w:rPr>
        <w:t xml:space="preserve">[46:57] </w:t>
      </w:r>
      <w:r>
        <w:t>ab woh gaya wahan par shehar mein, to paisa jeeb mein maujood hai. aur kya hai woh? sarkon par pada hua hai. hotel kamra us ne le liya.</w:t>
      </w:r>
    </w:p>
    <w:p>
      <w:pPr>
        <w:jc w:val="right"/>
      </w:pPr>
      <w:r>
        <w:t>اب وہ گیا وہاں پر شہر میں، تو پیسہ جیب میں موجود ہے۔ اور کیا ہے وہ؟ سڑکوں پر پڑا ہوا ہے۔ ہوٹل کمرہ اس نے لے لیا۔</w:t>
      </w:r>
    </w:p>
    <w:p>
      <w:r>
        <w:rPr>
          <w:b/>
        </w:rPr>
        <w:t xml:space="preserve">[47:11] </w:t>
      </w:r>
      <w:r>
        <w:t>woh footpath par pada hua hai. us ne ja kar khana nahi khaya. dukan par.</w:t>
      </w:r>
    </w:p>
    <w:p>
      <w:pPr>
        <w:jc w:val="right"/>
      </w:pPr>
      <w:r>
        <w:t>وہ فٹ پاتھ پر پڑا ہوا ہے۔ اس نے جا کر کھانا نہیں کھایا۔ دکان پر۔</w:t>
      </w:r>
    </w:p>
    <w:p>
      <w:r>
        <w:rPr>
          <w:b/>
        </w:rPr>
        <w:t xml:space="preserve">[47:19] </w:t>
      </w:r>
      <w:r>
        <w:t>yani paisa waise hi ki waise hi rakhe hue hain. aur apne aap ko wahan par musibat mein dale hue hain.</w:t>
      </w:r>
    </w:p>
    <w:p>
      <w:pPr>
        <w:jc w:val="right"/>
      </w:pPr>
      <w:r>
        <w:t>یعنی پیسہ ویسے ہی کی ویسے ہی رکھے ہوئے ہیں۔ اور اپنے آپ کو وہاں پر مصیبت میں ڈالے ہوئے ہیں۔</w:t>
      </w:r>
    </w:p>
    <w:p>
      <w:r>
        <w:rPr>
          <w:b/>
        </w:rPr>
        <w:t xml:space="preserve">[47:27] </w:t>
      </w:r>
      <w:r>
        <w:t>ab agar woh wapas aata hai aur aur aur apne baap se kehta hai ke main aise aise raha wahan par, to kya baap khush hoga?</w:t>
      </w:r>
    </w:p>
    <w:p>
      <w:pPr>
        <w:jc w:val="right"/>
      </w:pPr>
      <w:r>
        <w:t>اب اگر وہ واپس آتا ہے اور اور اور اپنے باپ سے کہتا ہے کہ میں ایسے ایسے رہا وہاں پر، تو کیا باپ خوش ہوگا؟</w:t>
      </w:r>
    </w:p>
    <w:p>
      <w:r>
        <w:rPr>
          <w:b/>
        </w:rPr>
        <w:t xml:space="preserve">[47:39] </w:t>
      </w:r>
      <w:r>
        <w:t>baap bohat ghussa hoga ke tum ko main ne paisa diya tha kis liye? is liye ke tum sarkon par pade raho aur bhooke raho.</w:t>
      </w:r>
    </w:p>
    <w:p>
      <w:pPr>
        <w:jc w:val="right"/>
      </w:pPr>
      <w:r>
        <w:t>باپ بہت غصہ ہوگا کہ تم کو میں نے پیسہ دیا تھا کس لئے؟ اس لئے کہ تم سڑکوں پر پڑے رہو اور بھوکے رہو۔</w:t>
      </w:r>
    </w:p>
    <w:p>
      <w:r>
        <w:rPr>
          <w:b/>
        </w:rPr>
        <w:t xml:space="preserve">[47:51] </w:t>
      </w:r>
      <w:r>
        <w:t>isi tarah se Khuda ne aap ko dimagh diya hai. sochne ki taqat di hai. baaton ko gehrai mein ja kar ke us ko daryaft karne ki taqat di hai.</w:t>
      </w:r>
    </w:p>
    <w:p>
      <w:pPr>
        <w:jc w:val="right"/>
      </w:pPr>
      <w:r>
        <w:t>اسی طرح سے خدا نے آپ کو دماغ دیا ہے۔ سوچنے کی طاقت دی ہے۔ باتوں کو گہرائی میں جا کر کے اس کو دریافت کرنے کی طاقت دی ہے۔</w:t>
      </w:r>
    </w:p>
    <w:p>
      <w:r>
        <w:rPr>
          <w:b/>
        </w:rPr>
        <w:t xml:space="preserve">[48:05] </w:t>
      </w:r>
      <w:r>
        <w:t>is sochne ki taqat ko istemal karna hai.</w:t>
      </w:r>
    </w:p>
    <w:p>
      <w:pPr>
        <w:jc w:val="right"/>
      </w:pPr>
      <w:r>
        <w:t>اس سوچنے کی طاقت کو استعمال کرنا ہے۔</w:t>
      </w:r>
    </w:p>
    <w:p>
      <w:r>
        <w:rPr>
          <w:b/>
        </w:rPr>
        <w:t xml:space="preserve">[48:13] </w:t>
      </w:r>
      <w:r>
        <w:t>is sochne ki taqat ko istemal karna hai.</w:t>
      </w:r>
    </w:p>
    <w:p>
      <w:pPr>
        <w:jc w:val="right"/>
      </w:pPr>
      <w:r>
        <w:t>اس سوچنے کی طاقت کو استعمال کرنا ہے۔</w:t>
      </w:r>
    </w:p>
    <w:p>
      <w:r>
        <w:rPr>
          <w:b/>
        </w:rPr>
        <w:t xml:space="preserve">[48:17] </w:t>
      </w:r>
      <w:r>
        <w:t>yeh bhi is insan ki zimmedari hai. yeh bhi insan ki ek zimmedari hai ke woh apne sochne ki taqat ko istemal kare.</w:t>
      </w:r>
    </w:p>
    <w:p>
      <w:pPr>
        <w:jc w:val="right"/>
      </w:pPr>
      <w:r>
        <w:t>یہ بھی اس انسان کی ذمہ داری ہے۔ یہ بھی انسان کی ایک ذمہ داری ہے کہ وہ اپنے سوچنے کی طاقت کو استعمال کرے۔</w:t>
      </w:r>
    </w:p>
    <w:p>
      <w:r>
        <w:rPr>
          <w:b/>
        </w:rPr>
        <w:t xml:space="preserve">[48:30] </w:t>
      </w:r>
      <w:r>
        <w:t>aur aur daryaft kare, daryaft kare ke What isright, what is wrong yeh dunya aap jante hain ke dunya jo hai woh imtehan ke liye banai gayi hai, test ke liye.</w:t>
      </w:r>
    </w:p>
    <w:p>
      <w:pPr>
        <w:jc w:val="right"/>
      </w:pPr>
      <w:r>
        <w:t>اور اور دریافت کرے، دریافت کرے کہ What isright, what is wrong یہ دنیا آپ جانتے ہیں کہ دنیا جو ہے وہ امتحان کے لئے بنائی گئی ہے، ٹیسٹ کے لئے۔</w:t>
      </w:r>
    </w:p>
    <w:p>
      <w:r>
        <w:rPr>
          <w:b/>
        </w:rPr>
        <w:t xml:space="preserve">[48:47] </w:t>
      </w:r>
      <w:r>
        <w:t>yahan har cheez, har tarah ki cheezen hain. yahan phool bhi hain to kaante bhi hain. ek jungle of thought hai jis ke darmiyan hum ko rehna padta hai.</w:t>
      </w:r>
    </w:p>
    <w:p>
      <w:pPr>
        <w:jc w:val="right"/>
      </w:pPr>
      <w:r>
        <w:t>یہاں ہر چیز، ہر طرح کی چیزیں ہیں۔ یہاں پھول بھی ہیں تو کانٹے بھی ہیں۔ ایک جنگل آف thought ہے جس کے درمیان ہم کو رہنا پڑتا ہے۔</w:t>
      </w:r>
    </w:p>
    <w:p>
      <w:r>
        <w:rPr>
          <w:b/>
        </w:rPr>
        <w:t xml:space="preserve">[48:59] </w:t>
      </w:r>
      <w:r>
        <w:t>lekin insan ne, lekin Khuda ne insan ko jo aqal di hai, woh bohat bari cheez hai.</w:t>
      </w:r>
    </w:p>
    <w:p>
      <w:pPr>
        <w:jc w:val="right"/>
      </w:pPr>
      <w:r>
        <w:t>لیکن انسان نے، لیکن خدا نے انسان کو جو عقل دی ہے، وہ بہت بڑی چیز ہے۔</w:t>
      </w:r>
    </w:p>
    <w:p>
      <w:r>
        <w:rPr>
          <w:b/>
        </w:rPr>
        <w:t xml:space="preserve">[49:11] </w:t>
      </w:r>
      <w:r>
        <w:t>jo aqal di hai, woh bohat bari cheez hai.</w:t>
      </w:r>
    </w:p>
    <w:p>
      <w:pPr>
        <w:jc w:val="right"/>
      </w:pPr>
      <w:r>
        <w:t>جو عقل دی ہے، وہ بہت بڑی چیز ہے۔</w:t>
      </w:r>
    </w:p>
    <w:p>
      <w:r>
        <w:rPr>
          <w:b/>
        </w:rPr>
        <w:t xml:space="preserve">[49:14] </w:t>
      </w:r>
      <w:r>
        <w:t>hum kale aur safed mein farq kar ke dekh sakte hain. isi tarike se hum haq aur nah-haq mein farq kar ke jaan sakte hain.</w:t>
      </w:r>
    </w:p>
    <w:p>
      <w:pPr>
        <w:jc w:val="right"/>
      </w:pPr>
      <w:r>
        <w:t>ہم کالے اور سفید میں فرق کر کے دیکھ سکتے ہیں۔ اسی طریقے سے ہم حق اور ناحق میں فرق کر کے جان سکتے ہیں۔</w:t>
      </w:r>
    </w:p>
    <w:p>
      <w:r>
        <w:rPr>
          <w:b/>
        </w:rPr>
        <w:t xml:space="preserve">[49:26] </w:t>
      </w:r>
      <w:r>
        <w:t>jhoot aur sach mein farq kar ke samajh sakte hain. yeh hamari aqal ki wajah se hai. janwar ko yeh taqat nahi mili hui hai.</w:t>
      </w:r>
    </w:p>
    <w:p>
      <w:pPr>
        <w:jc w:val="right"/>
      </w:pPr>
      <w:r>
        <w:t>جھوٹ اور سچ میں فرق کر کے سمجھ سکتے ہیں۔ یہ ہماری عقل کی وجہ سے ہے۔ جانور کو یہ طاقت نہیں ملی ہوئی ہے۔</w:t>
      </w:r>
    </w:p>
    <w:p>
      <w:r>
        <w:rPr>
          <w:b/>
        </w:rPr>
        <w:t xml:space="preserve">[49:34] </w:t>
      </w:r>
      <w:r>
        <w:t>kisi pahad ko, kisi samandar ko, kisi sitare ko, kisi sayare ko, yahan tak ke janwar ko, yeh jo yeh jo tameez karne ki salahiyat, tameez ke farq kar ke janna,</w:t>
      </w:r>
    </w:p>
    <w:p>
      <w:pPr>
        <w:jc w:val="right"/>
      </w:pPr>
      <w:r>
        <w:t>کسی پہاڑ کو، کسی سمندر کو، کسی ستارے کو، کسی سیارے کو، یہاں تک کہ جانور کو، یہ جو یہ جو تمیز کرنے کی صلاحیت، تمیز کہ فرق کر کے جاننا،</w:t>
      </w:r>
    </w:p>
    <w:p>
      <w:r>
        <w:rPr>
          <w:b/>
        </w:rPr>
        <w:t xml:space="preserve">[49:51] </w:t>
      </w:r>
      <w:r>
        <w:t>yeh sirf insan mein hai. to kis liye hai? is liye nahi ke aadmi is ko le kar paida ho, phir mar jaye. nahi, is ko istemal karna hai.</w:t>
      </w:r>
    </w:p>
    <w:p>
      <w:pPr>
        <w:jc w:val="right"/>
      </w:pPr>
      <w:r>
        <w:t>یہ صرف انسان میں ہے۔ تو کس لئے ہے؟ اس لئے نہیں کہ آدمی اس کو لے کر پیدا ہو، پھر مر جائے۔ نہیں، اس کو استعمال کرنا ہے۔</w:t>
      </w:r>
    </w:p>
    <w:p>
      <w:r>
        <w:rPr>
          <w:b/>
        </w:rPr>
        <w:t xml:space="preserve">[50:03] </w:t>
      </w:r>
      <w:r>
        <w:t>is ko istemal kar ke hamein sachai ko daryaft karna hai. haq ko nah-haq se alag karna hai. jhoot ko sach se alag kar ke dekhna hai.</w:t>
      </w:r>
    </w:p>
    <w:p>
      <w:pPr>
        <w:jc w:val="right"/>
      </w:pPr>
      <w:r>
        <w:t>اس کو استعمال کر کے ہمیں سچائی کو دریافت کرنا ہے۔ حق کو ناحق سے الگ کرنا ہے۔ جھوٹ کو سچ سے الگ کر کے دیکھنا ہے۔</w:t>
      </w:r>
    </w:p>
    <w:p>
      <w:r>
        <w:rPr>
          <w:b/>
        </w:rPr>
        <w:t xml:space="preserve">[50:25] </w:t>
      </w:r>
      <w:r>
        <w:t>yeh bhi farz hai insan ke upar.</w:t>
      </w:r>
    </w:p>
    <w:p>
      <w:pPr>
        <w:jc w:val="right"/>
      </w:pPr>
      <w:r>
        <w:t>یہ بھی فرض ہے انسان کے اوپر۔</w:t>
      </w:r>
    </w:p>
    <w:p>
      <w:r>
        <w:rPr>
          <w:b/>
        </w:rPr>
        <w:t xml:space="preserve">[50:30] </w:t>
      </w:r>
      <w:r>
        <w:t>apni aqal ko istemal karna, yeh bhi insan ke upar farz hai.</w:t>
      </w:r>
    </w:p>
    <w:p>
      <w:pPr>
        <w:jc w:val="right"/>
      </w:pPr>
      <w:r>
        <w:t>اپنی عقل کو استعمال کرنا، یہ بھی انسان کے اوپر فرض ہے۔</w:t>
      </w:r>
    </w:p>
    <w:p>
      <w:r>
        <w:rPr>
          <w:b/>
        </w:rPr>
        <w:t xml:space="preserve">[50:37] </w:t>
      </w:r>
      <w:r>
        <w:t>aur apni aqal ko istemal kar ke agar kisi ne sach aur jhoot, haq aur batil ko daryaft nahi kiya, to Khuda ke haan woh maaf nahi kiya jayega.</w:t>
      </w:r>
    </w:p>
    <w:p>
      <w:pPr>
        <w:jc w:val="right"/>
      </w:pPr>
      <w:r>
        <w:t>اور اپنی عقل کو استعمال کر کے اگر کسی نے سچ اور جھوٹ، حق اور باطل کو دریافت نہیں کیا، تو خدا کے ہاں وہ معاف نہیں کیا جائے گا۔</w:t>
      </w:r>
    </w:p>
    <w:p>
      <w:r>
        <w:rPr>
          <w:b/>
        </w:rPr>
        <w:t xml:space="preserve">[50:49] </w:t>
      </w:r>
      <w:r>
        <w:t>is ki pakad hogi. isi liye to tum ko diya tha aqal, to tum ne istemal kar ke kyun nahi jana sachai ko?</w:t>
      </w:r>
    </w:p>
    <w:p>
      <w:pPr>
        <w:jc w:val="right"/>
      </w:pPr>
      <w:r>
        <w:t>اس کی پکڑ ہوگی۔ اسی لئے تو تم کو دیا تھا عقل، تو تم نے استعمال کر کے کیوں نہیں جانا سچائی کو؟</w:t>
      </w:r>
    </w:p>
    <w:p>
      <w:r>
        <w:rPr>
          <w:b/>
        </w:rPr>
        <w:t xml:space="preserve">[50:59] </w:t>
      </w:r>
      <w:r>
        <w:t>to behal yeh bhi ek aadmi ki zimmedari hai. aur is ke liye bhi insan ki pooch hogi.</w:t>
      </w:r>
    </w:p>
    <w:p>
      <w:pPr>
        <w:jc w:val="right"/>
      </w:pPr>
      <w:r>
        <w:t>تو بہرحال یہ بھی ایک آدمی کی ذمہ داری ہے۔ اور اس کے لئے بھی انسان کی پوچھ ہوگی۔</w:t>
      </w:r>
    </w:p>
    <w:p>
      <w:r>
        <w:rPr>
          <w:b/>
        </w:rPr>
        <w:t xml:space="preserve">[51:17] </w:t>
      </w:r>
      <w:r>
        <w:t>likha hai ayat number 172 Surah Baqarah ki ayat number 172 mein farmaya</w:t>
      </w:r>
    </w:p>
    <w:p>
      <w:pPr>
        <w:jc w:val="right"/>
      </w:pPr>
      <w:r>
        <w:t>لکھا ہے آیت نمبر 172 سورہ بقرہ کی آیت نمبر 172 میں فرمایا</w:t>
      </w:r>
    </w:p>
    <w:p>
      <w:r>
        <w:rPr>
          <w:b/>
        </w:rPr>
        <w:t xml:space="preserve">[51:28] </w:t>
      </w:r>
      <w:r>
        <w:t>qulub tayyibat ma razaqnakum washkuru lillah</w:t>
      </w:r>
    </w:p>
    <w:p>
      <w:pPr>
        <w:jc w:val="right"/>
      </w:pPr>
      <w:r>
        <w:t>قلوب طیبات ما رزقناکم واشکرو لله</w:t>
      </w:r>
    </w:p>
    <w:p>
      <w:r>
        <w:rPr>
          <w:b/>
        </w:rPr>
        <w:t xml:space="preserve">[51:37] </w:t>
      </w:r>
      <w:r>
        <w:t>quloob tayyibat ma rozaqnakum wa-ashkuro lillah farmaya ke aey logon!</w:t>
      </w:r>
    </w:p>
    <w:p>
      <w:pPr>
        <w:jc w:val="right"/>
      </w:pPr>
      <w:r>
        <w:t>قلوب طیبات ما رزقناکم واشکرو لله فرمایا کہ اے لوگوں!</w:t>
      </w:r>
    </w:p>
    <w:p>
      <w:r>
        <w:rPr>
          <w:b/>
        </w:rPr>
        <w:t xml:space="preserve">[51:48] </w:t>
      </w:r>
      <w:r>
        <w:t>jo rizq hum ne diya hai tum ko, us mein se khao.</w:t>
      </w:r>
    </w:p>
    <w:p>
      <w:pPr>
        <w:jc w:val="right"/>
      </w:pPr>
      <w:r>
        <w:t>جو رزق ہم نے دیا ہے تم کو، اس میں سے کھاؤ۔</w:t>
      </w:r>
    </w:p>
    <w:p>
      <w:r>
        <w:rPr>
          <w:b/>
        </w:rPr>
        <w:t xml:space="preserve">[51:55] </w:t>
      </w:r>
      <w:r>
        <w:t>paak cheezen</w:t>
      </w:r>
    </w:p>
    <w:p>
      <w:pPr>
        <w:jc w:val="right"/>
      </w:pPr>
      <w:r>
        <w:t>پاک چیزیں</w:t>
      </w:r>
    </w:p>
    <w:p>
      <w:r>
        <w:rPr>
          <w:b/>
        </w:rPr>
        <w:t xml:space="preserve">[51:57] </w:t>
      </w:r>
      <w:r>
        <w:t>jo rizq utara hai hum ne zameen par, us mein se paak cheezon ko khao. aur Khuda ka shukr karo.</w:t>
      </w:r>
    </w:p>
    <w:p>
      <w:pPr>
        <w:jc w:val="right"/>
      </w:pPr>
      <w:r>
        <w:t>جو رزق اتارا ہے ہم نے زمین پر، اس میں سے پاک چیزوں کو کھاؤ۔ اور خدا کا شکر کرو۔</w:t>
      </w:r>
    </w:p>
    <w:p>
      <w:r>
        <w:rPr>
          <w:b/>
        </w:rPr>
        <w:t xml:space="preserve">[52:07] </w:t>
      </w:r>
      <w:r>
        <w:t>yeh farmaya.</w:t>
      </w:r>
    </w:p>
    <w:p>
      <w:pPr>
        <w:jc w:val="right"/>
      </w:pPr>
      <w:r>
        <w:t>یہ فرمایا۔</w:t>
      </w:r>
    </w:p>
    <w:p>
      <w:r>
        <w:rPr>
          <w:b/>
        </w:rPr>
        <w:t xml:space="preserve">[52:11] </w:t>
      </w:r>
      <w:r>
        <w:t>yeh bohat ahem hidayat hai. yeh dunya mein Khuda ne sari cheezen paida ki hain. har qism ki cheezen.</w:t>
      </w:r>
    </w:p>
    <w:p>
      <w:pPr>
        <w:jc w:val="right"/>
      </w:pPr>
      <w:r>
        <w:t>یہ بہت اہم ہدایت ہے۔ یہ دنیا میں خدا نے ساری چیزیں پیدا کی ہیں۔ ہر قسم کی چیزیں۔</w:t>
      </w:r>
    </w:p>
    <w:p>
      <w:r>
        <w:rPr>
          <w:b/>
        </w:rPr>
        <w:t xml:space="preserve">[52:24] </w:t>
      </w:r>
      <w:r>
        <w:t>lekin jab hum is ko lena chahte hain, to wahan par haram halaal aa jata hai. yaani agar hum, yaani ghaseb kar ke lein, istemal kar ke lein, to woh haram tareeqa ho gaya.</w:t>
      </w:r>
    </w:p>
    <w:p>
      <w:pPr>
        <w:jc w:val="right"/>
      </w:pPr>
      <w:r>
        <w:t>لیکن جب ہم اس کو لینا چاہتے ہیں، تو وہاں پر حرام حلال آ جاتا ہے۔ یعنی اگر ہم، یعنی غصب کر کے لیں، استعمال کر کے لیں، تو وہ حرام طریقہ ہو گیا۔</w:t>
      </w:r>
    </w:p>
    <w:p>
      <w:r>
        <w:rPr>
          <w:b/>
        </w:rPr>
        <w:t xml:space="preserve">[52:38] </w:t>
      </w:r>
      <w:r>
        <w:t>aur jaiz tareeqay par kama kar hasil karein, to woh woh jaiz, woh jaiz tareeqa hua.</w:t>
      </w:r>
    </w:p>
    <w:p>
      <w:pPr>
        <w:jc w:val="right"/>
      </w:pPr>
      <w:r>
        <w:t>اور جائز طریقے پر کما کر حاصل کریں، تو وہ وہ جائز، وہ جائز طریقہ ہوا۔</w:t>
      </w:r>
    </w:p>
    <w:p>
      <w:r>
        <w:rPr>
          <w:b/>
        </w:rPr>
        <w:t xml:space="preserve">[52:47] </w:t>
      </w:r>
      <w:r>
        <w:t>agar hum in cheezon ko istemal kar ke lein, to woh najaaiz hai.</w:t>
      </w:r>
    </w:p>
    <w:p>
      <w:pPr>
        <w:jc w:val="right"/>
      </w:pPr>
      <w:r>
        <w:t>اگر ہم ان چیزوں کو استعمال کر کے لیں، تو وہ ناجائز ہے۔</w:t>
      </w:r>
    </w:p>
    <w:p>
      <w:r>
        <w:rPr>
          <w:b/>
        </w:rPr>
        <w:t xml:space="preserve">[52:54] </w:t>
      </w:r>
      <w:r>
        <w:t>agar hum in cheezon ko ghaseb kar ke lein, to woh najaaiz hai. agar in cheezon ko hum kisi ki chori kar ke lein, to woh najaaiz hai. agar hum in cheezon ko kisi ka haq maar kar lein, to woh najaaiz hai.</w:t>
      </w:r>
    </w:p>
    <w:p>
      <w:pPr>
        <w:jc w:val="right"/>
      </w:pPr>
      <w:r>
        <w:t>اگر ہم ان چیزوں کو غصب کر کے لیں، تو وہ ناجائز ہے۔ اگر ان چیزوں کو ہم کسی کی چوری کر کے لیں، تو وہ ناجائز ہے۔ اگر ہم ان چیزوں کو کسی کا حق مار کر لیں، تو وہ ناجائز ہے۔</w:t>
      </w:r>
    </w:p>
    <w:p>
      <w:r>
        <w:rPr>
          <w:b/>
        </w:rPr>
        <w:t xml:space="preserve">[53:08] </w:t>
      </w:r>
      <w:r>
        <w:t>to farmaya ke yeh sahih nahi hai. jaiz tareeqay par tum is mein se apna hissa le sakte ho.</w:t>
      </w:r>
    </w:p>
    <w:p>
      <w:pPr>
        <w:jc w:val="right"/>
      </w:pPr>
      <w:r>
        <w:t>تو فرمایا کہ یہ صحیح نہیں ہے۔ جائز طریقے پر تم اس میں سے اپنا حصہ لے سکتے ہو۔</w:t>
      </w:r>
    </w:p>
    <w:p>
      <w:r>
        <w:rPr>
          <w:b/>
        </w:rPr>
        <w:t xml:space="preserve">[53:15] </w:t>
      </w:r>
      <w:r>
        <w:t>yaani apni kamai se, insaaf ke sath koshish kar ke, kisi ka haq na maar kar ke.</w:t>
      </w:r>
    </w:p>
    <w:p>
      <w:pPr>
        <w:jc w:val="right"/>
      </w:pPr>
      <w:r>
        <w:t>یعنی اپنی کمائی سے، انصاف کے ساتھ کوشش کر کے، کسی کا حق نہ مار کر کے۔</w:t>
      </w:r>
    </w:p>
    <w:p>
      <w:r>
        <w:rPr>
          <w:b/>
        </w:rPr>
        <w:t xml:space="preserve">[53:26] </w:t>
      </w:r>
      <w:r>
        <w:t>is ko kahein ke jaiz tareeqay se lena. to jab aap doosron ka haq maar kar lete hain, to woh najaaiz ho gaya. aur jab doosron ka haq nahi maarte, balkeh apni mehnat se kamate hain, to woh jaiz hua aap ke liye.</w:t>
      </w:r>
    </w:p>
    <w:p>
      <w:pPr>
        <w:jc w:val="right"/>
      </w:pPr>
      <w:r>
        <w:t>اس کو کہیں کہ جائز طریقے سے لینا۔ تو جب آپ دوسروں کا حق مار کر لیتے ہیں، تو وہ ناجائز ہو گیا۔ اور جب دوسروں کا حق نہیں مارتے، بلکہ اپنی محنت سے کماتے ہیں، تو وہ جائز ہوا آپ کے لئے۔</w:t>
      </w:r>
    </w:p>
    <w:p>
      <w:r>
        <w:rPr>
          <w:b/>
        </w:rPr>
        <w:t xml:space="preserve">[53:43] </w:t>
      </w:r>
      <w:r>
        <w:t>to yeh farmaya ke Khuda ki paida ki hui rizq ko jaiz tareeqay par, paak tareeqay par hasil karo.</w:t>
      </w:r>
    </w:p>
    <w:p>
      <w:pPr>
        <w:jc w:val="right"/>
      </w:pPr>
      <w:r>
        <w:t>تو یہ فرمایا کہ خدا کی پیدا کی ہوئی رزق کو جائز طریقے پر، پاک طریقے پر حاصل کرو۔</w:t>
      </w:r>
    </w:p>
    <w:p>
      <w:r>
        <w:rPr>
          <w:b/>
        </w:rPr>
        <w:t xml:space="preserve">[53:53] </w:t>
      </w:r>
      <w:r>
        <w:t>aur phir shukr karo.</w:t>
      </w:r>
    </w:p>
    <w:p>
      <w:pPr>
        <w:jc w:val="right"/>
      </w:pPr>
      <w:r>
        <w:t>اور پھر شکر کرو۔</w:t>
      </w:r>
    </w:p>
    <w:p>
      <w:r>
        <w:rPr>
          <w:b/>
        </w:rPr>
        <w:t xml:space="preserve">[53:58] </w:t>
      </w:r>
      <w:r>
        <w:t>shukr ka matlab hai maanna Khuda ko. Khuda ko maanna. dekhiye, dono cheezen aik doosre se bohat ziyada juri hui hain.</w:t>
      </w:r>
    </w:p>
    <w:p>
      <w:pPr>
        <w:jc w:val="right"/>
      </w:pPr>
      <w:r>
        <w:t>شکر کا مطلب ہے ماننا خدا کو۔ خدا کو ماننا۔ دیکھیے، دونوں چیزیں ایک دوسرے سے بہت زیادہ جڑی ہوئی ہیں۔</w:t>
      </w:r>
    </w:p>
    <w:p>
      <w:r>
        <w:rPr>
          <w:b/>
        </w:rPr>
        <w:t xml:space="preserve">[54:12] </w:t>
      </w:r>
      <w:r>
        <w:t>yaani jaiz kamai aur shukr. dono aik doosre se bandhe hue hain. kyun?</w:t>
      </w:r>
    </w:p>
    <w:p>
      <w:pPr>
        <w:jc w:val="right"/>
      </w:pPr>
      <w:r>
        <w:t>یعنی جائز کمائی اور شکر۔ دونوں ایک دوسرے سے بندھے ہوئے ہیں۔ کیوں؟</w:t>
      </w:r>
    </w:p>
    <w:p>
      <w:r>
        <w:rPr>
          <w:b/>
        </w:rPr>
        <w:t xml:space="preserve">[54:24] </w:t>
      </w:r>
      <w:r>
        <w:t>agar aap najaaiz tareeqay se hasil karein. dhoka de kar, istemal kar ke, jhoot bol kar,</w:t>
      </w:r>
    </w:p>
    <w:p>
      <w:pPr>
        <w:jc w:val="right"/>
      </w:pPr>
      <w:r>
        <w:t>اگر آپ ناجائز طریقے سے حاصل کریں۔ دھوکہ دے کر، استعمال کر کے، جھوٹ بول کر،</w:t>
      </w:r>
    </w:p>
    <w:p>
      <w:r>
        <w:rPr>
          <w:b/>
        </w:rPr>
        <w:t xml:space="preserve">[54:37] </w:t>
      </w:r>
      <w:r>
        <w:t>ghaseb kar ke, is tareeqay se agar aap hasil karein, to aap ke andar Khudaai nafsiyaati nahi paida hogi.</w:t>
      </w:r>
    </w:p>
    <w:p>
      <w:pPr>
        <w:jc w:val="right"/>
      </w:pPr>
      <w:r>
        <w:t>غصب کر کے، اس طریقے سے اگر آپ حاصل کریں، تو آپ کے اندر خدائی نفسیاتی نہیں پیدا ہوگی۔</w:t>
      </w:r>
    </w:p>
    <w:p>
      <w:r>
        <w:rPr>
          <w:b/>
        </w:rPr>
        <w:t xml:space="preserve">[54:48] </w:t>
      </w:r>
      <w:r>
        <w:t>farishtay aap se door ho jayenge.</w:t>
      </w:r>
    </w:p>
    <w:p>
      <w:pPr>
        <w:jc w:val="right"/>
      </w:pPr>
      <w:r>
        <w:t>فرشتے آپ سے دور ہو جائیں گے۔</w:t>
      </w:r>
    </w:p>
    <w:p>
      <w:r>
        <w:rPr>
          <w:b/>
        </w:rPr>
        <w:t xml:space="preserve">[54:53] </w:t>
      </w:r>
      <w:r>
        <w:t>to aap shukr kiya karenge? hadith mein aata hai ke har insaan ke sath aik farishta aur aik shaitan laga rehta hai.</w:t>
      </w:r>
    </w:p>
    <w:p>
      <w:pPr>
        <w:jc w:val="right"/>
      </w:pPr>
      <w:r>
        <w:t>تو آپ شکر کیا کریں گے؟ حدیث میں آتا ہے کہ ہر انسان کے ساتھ ایک فرشتہ اور ایک شیطان لگا رہتا ہے۔</w:t>
      </w:r>
    </w:p>
    <w:p>
      <w:r>
        <w:rPr>
          <w:b/>
        </w:rPr>
        <w:t xml:space="preserve">[55:04] </w:t>
      </w:r>
      <w:r>
        <w:t>har insaan ke sath. har aurat ke sath, har mard ke sath. aik shaitan, aik farishta. to kya hai?</w:t>
      </w:r>
    </w:p>
    <w:p>
      <w:pPr>
        <w:jc w:val="right"/>
      </w:pPr>
      <w:r>
        <w:t>ہر انسان کے ساتھ۔ ہر عورت کے ساتھ، ہر مرد کے ساتھ۔ ایک شیطان، ایک فرشتہ۔ تو کیا ہے؟</w:t>
      </w:r>
    </w:p>
    <w:p>
      <w:r>
        <w:rPr>
          <w:b/>
        </w:rPr>
        <w:t xml:space="preserve">[55:14] </w:t>
      </w:r>
      <w:r>
        <w:t>insaan ke ikhtiyar mein azadi hai. azadi hamara hissa hai.</w:t>
      </w:r>
    </w:p>
    <w:p>
      <w:pPr>
        <w:jc w:val="right"/>
      </w:pPr>
      <w:r>
        <w:t>انسان کے اختیار میں آزادی ہے۔ آزادی ہمارا حصہ ہے۔</w:t>
      </w:r>
    </w:p>
    <w:p>
      <w:r>
        <w:rPr>
          <w:b/>
        </w:rPr>
        <w:t xml:space="preserve">[55:21] </w:t>
      </w:r>
      <w:r>
        <w:t>azadi ko jab hum sahih istemal karein, to foran farishtay aa jate hain hamari madad karne ke liye. aur jab hum azadi ko ghalat istemal karein, to foran shaitan aa jata hai hamare andar.</w:t>
      </w:r>
    </w:p>
    <w:p>
      <w:pPr>
        <w:jc w:val="right"/>
      </w:pPr>
      <w:r>
        <w:t>آزادی کو جب ہم صحیح استعمال کریں، تو فوراً فرشتے آ جاتے ہیں ہماری مدد کرنے کے لئے۔ اور جب ہم آزادی کو غلط استعمال کریں، تو فوراً شیطان آ جاتا ہے ہمارے اندر۔</w:t>
      </w:r>
    </w:p>
    <w:p>
      <w:r>
        <w:rPr>
          <w:b/>
        </w:rPr>
        <w:t xml:space="preserve">[55:35] </w:t>
      </w:r>
      <w:r>
        <w:t>to jab shaitan ghus aaya, to Khuda ka shukr ka jazba kahan se ugega? Khuda ka shukr to aik bohat hi musbat cheez hai.</w:t>
      </w:r>
    </w:p>
    <w:p>
      <w:pPr>
        <w:jc w:val="right"/>
      </w:pPr>
      <w:r>
        <w:t>تو جب شیطان گھس آیا، تو خدا کا شکر کا جذبہ کہاں سے اُگے گا؟ خدا کا شکر تو ایک بہت ہی مثبت چیز ہے۔</w:t>
      </w:r>
    </w:p>
    <w:p>
      <w:r>
        <w:rPr>
          <w:b/>
        </w:rPr>
        <w:t xml:space="preserve">[55:45] </w:t>
      </w:r>
      <w:r>
        <w:t>boht hi oonchi cheez hai.</w:t>
      </w:r>
    </w:p>
    <w:p>
      <w:pPr>
        <w:jc w:val="right"/>
      </w:pPr>
      <w:r>
        <w:t>بہت ہی اونچی چیز ہے۔</w:t>
      </w:r>
    </w:p>
    <w:p>
      <w:r>
        <w:rPr>
          <w:b/>
        </w:rPr>
        <w:t xml:space="preserve">[55:47] </w:t>
      </w:r>
      <w:r>
        <w:t>yeh us dil mein paida hogi jis ke, jis ke, jis ke saathi farishtey hon. yeh jo farmaaya ke Khuda ke diye hue rizq mein se paakeezah cheezon ko khaao aur Khuda ka shukr karo.</w:t>
      </w:r>
    </w:p>
    <w:p>
      <w:pPr>
        <w:jc w:val="right"/>
      </w:pPr>
      <w:r>
        <w:t>یہ اس دل میں پیدا ہوگی جس کے، جس کے، جس کے ساتھی فرشتے ہوں۔ یہ جو فرمایا کہ خدا کے دیئے ہوئے رزق میں سے پاکیزہ چیزوں کو کھاؤ اور خدا کا شکر کرو۔</w:t>
      </w:r>
    </w:p>
    <w:p>
      <w:r>
        <w:rPr>
          <w:b/>
        </w:rPr>
        <w:t xml:space="preserve">[56:05] </w:t>
      </w:r>
      <w:r>
        <w:t>is mein yeh baat apne aap shaamil hai ke jab tum</w:t>
      </w:r>
    </w:p>
    <w:p>
      <w:pPr>
        <w:jc w:val="right"/>
      </w:pPr>
      <w:r>
        <w:t>اس میں یہ بات اپنے آپ شامل ہے کہ جب تم</w:t>
      </w:r>
    </w:p>
    <w:p>
      <w:r>
        <w:rPr>
          <w:b/>
        </w:rPr>
        <w:t xml:space="preserve">[56:13] </w:t>
      </w:r>
      <w:r>
        <w:t>kamaai ke napak tareeqon ko ikhtiyaar karoge, to shukr ka jazba nikal jaayega. aur shukr hi to qeemat hai. duniya ki jo cheezain hum lete hain, duniya ki jo jo hum istemaal karte hain, to is ki qeemat kya hai?</w:t>
      </w:r>
    </w:p>
    <w:p>
      <w:pPr>
        <w:jc w:val="right"/>
      </w:pPr>
      <w:r>
        <w:t>کمائی کے ناپاک طریقوں کو اختیار کرو گے، تو شکر کا جذبہ نکل جائے گا۔ اور شکر ہی تو قیمت ہے۔ دنیا کی جو چیزیں ہم لیتے ہیں، دنیا کی جو جو ہم استعمال کرتے ہیں، تو اس کی قیمت کیا ہے؟</w:t>
      </w:r>
    </w:p>
    <w:p>
      <w:r>
        <w:rPr>
          <w:b/>
        </w:rPr>
        <w:t xml:space="preserve">[56:29] </w:t>
      </w:r>
      <w:r>
        <w:t>shukr hai.</w:t>
      </w:r>
    </w:p>
    <w:p>
      <w:pPr>
        <w:jc w:val="right"/>
      </w:pPr>
      <w:r>
        <w:t>شکر ہے۔</w:t>
      </w:r>
    </w:p>
    <w:p>
      <w:r>
        <w:rPr>
          <w:b/>
        </w:rPr>
        <w:t xml:space="preserve">[56:31] </w:t>
      </w:r>
      <w:r>
        <w:t>aur to koi qeemat hum nahin de sakte Khuda ko. lekin shukr jo hai, woh qeemat hai. is ke maani hain ke jab bhi aadmi is duniya ko istemaal kare aur sachcha shukr kare, to is ne is ki qeemat di aur woh is ke liye jaaiz ho gaya.</w:t>
      </w:r>
    </w:p>
    <w:p>
      <w:pPr>
        <w:jc w:val="right"/>
      </w:pPr>
      <w:r>
        <w:t>اور تو کوئی قیمت ہم نہیں دے سکتے خدا کو۔ لیکن شکر جو ہے، وہ قیمت ہے۔ اس کے معنی ہیں کہ جب بھی آدمی اس دنیا کو استعمال کرے اور سچا شکر کرے، تو اس نے اس کی قیمت دی اور وہ اس کے لئے جائز ہو گیا۔</w:t>
      </w:r>
    </w:p>
    <w:p>
      <w:r>
        <w:rPr>
          <w:b/>
        </w:rPr>
        <w:t xml:space="preserve">[56:48] </w:t>
      </w:r>
      <w:r>
        <w:t>lekin jab aadmi duniya ki cheezon ko ghlat tareeqay se istemaal kare, bure andaaz se kamaaye, aur phir is ke andar shukr ka jazba nahin paida hua, sachcha shukr ka jazba,</w:t>
      </w:r>
    </w:p>
    <w:p>
      <w:pPr>
        <w:jc w:val="right"/>
      </w:pPr>
      <w:r>
        <w:t>لیکن جب آدمی دنیا کی چیزوں کو غلط طور پر استعمال کرے، برے انداز سے کمائے، اور پھر اس کے اندر شکر کا جذبہ نہیں پیدا ہوا، سچا شکر کا جذبہ،</w:t>
      </w:r>
    </w:p>
    <w:p>
      <w:r>
        <w:rPr>
          <w:b/>
        </w:rPr>
        <w:t xml:space="preserve">[57:06] </w:t>
      </w:r>
      <w:r>
        <w:t>to kya matlab hua? ke is ne qeemat diye baghair duniya ki cheezain lein. woh to ghaasib ban gaya. yeh boht hi aham baat hai.</w:t>
      </w:r>
    </w:p>
    <w:p>
      <w:pPr>
        <w:jc w:val="right"/>
      </w:pPr>
      <w:r>
        <w:t>تو کیا مطلب ہوا؟ کہ اس نے قیمت دیے بغیر دنیا کی چیزیں لیں۔ وہ تو غاصب بن گیا۔ یہ بہت ہی اہم بات ہے۔</w:t>
      </w:r>
    </w:p>
    <w:p>
      <w:r>
        <w:rPr>
          <w:b/>
        </w:rPr>
        <w:t xml:space="preserve">[57:19] </w:t>
      </w:r>
      <w:r>
        <w:t>duniya ki cheezain jo hain, sab Khuda ki di hui hain. hum ne to paida nahin ki hain. to Khuda ki taraf se jo shariat hai, woh yeh kehti hai ke agar tum duniya ki cheezon ko</w:t>
      </w:r>
    </w:p>
    <w:p>
      <w:pPr>
        <w:jc w:val="right"/>
      </w:pPr>
      <w:r>
        <w:t>دنیا کی چیزیں جو ہیں، سب خدا کی دی ہوئی ہیں۔ ہم نے تو پیدا نہیں کی ہیں۔ تو خدا کی طرف سے جو شریعت ہے، وہ یہ کہتی ہے کہ اگر تم دنیا کی چیزوں کو</w:t>
      </w:r>
    </w:p>
    <w:p>
      <w:r>
        <w:rPr>
          <w:b/>
        </w:rPr>
        <w:t xml:space="preserve">[57:34] </w:t>
      </w:r>
      <w:r>
        <w:t>haasil karo jaaiz tareeqay se, aur phir tum Khuda ka sachcha shukr karo, to tum ne is ki qeemat de di. phir tumhein haq mil gaya is ka.</w:t>
      </w:r>
    </w:p>
    <w:p>
      <w:pPr>
        <w:jc w:val="right"/>
      </w:pPr>
      <w:r>
        <w:t>حاصل کرو جائز طریقے سے، اور پھر تم خدا کا سچا شکر کرو، تو تم نے اس کی قیمت دے دی۔ پھر تمہیں حق مل گیا اس کا۔</w:t>
      </w:r>
    </w:p>
    <w:p>
      <w:r>
        <w:rPr>
          <w:b/>
        </w:rPr>
        <w:t xml:space="preserve">[57:45] </w:t>
      </w:r>
      <w:r>
        <w:t>lekin</w:t>
      </w:r>
    </w:p>
    <w:p>
      <w:pPr>
        <w:jc w:val="right"/>
      </w:pPr>
      <w:r>
        <w:t>لیکن</w:t>
      </w:r>
    </w:p>
    <w:p>
      <w:r>
        <w:rPr>
          <w:b/>
        </w:rPr>
        <w:t xml:space="preserve">[57:47] </w:t>
      </w:r>
      <w:r>
        <w:t>agar tum ghlat tareeqay se haasil karo, aur shukr ka jazba tumhare andar nahin aaya, tum ne Khuda ka itraaf nahin kiya, to tum ne qeemat nahin di.</w:t>
      </w:r>
    </w:p>
    <w:p>
      <w:pPr>
        <w:jc w:val="right"/>
      </w:pPr>
      <w:r>
        <w:t>اگر تم غلط طریقے سے حاصل کرو، اور شکر کا جذبہ تمہارے اندر نہیں آیا، تم نے خدا کا اعتراف نہیں کیا، تو تم نے قیمت نہیں دی۔</w:t>
      </w:r>
    </w:p>
    <w:p>
      <w:r>
        <w:rPr>
          <w:b/>
        </w:rPr>
        <w:t xml:space="preserve">[58:02] </w:t>
      </w:r>
      <w:r>
        <w:t>to aik hai Khuda ka itraaf kar ke cheezon ko lena, aur aik hai be itraafi ke saath lena. to dono mein boht ziyaada farq hai.</w:t>
      </w:r>
    </w:p>
    <w:p>
      <w:pPr>
        <w:jc w:val="right"/>
      </w:pPr>
      <w:r>
        <w:t>تو ایک ہے خدا کا اعتراف کر کے چیزوں کو لینا، اور ایک ہے بے اعترافی کے ساتھ لینا۔ تو دونوں میں بہت زیادہ فرق ہے۔</w:t>
      </w:r>
    </w:p>
    <w:p>
      <w:r>
        <w:rPr>
          <w:b/>
        </w:rPr>
        <w:t xml:space="preserve">[58:13] </w:t>
      </w:r>
      <w:r>
        <w:t>aik haraam hai aur aik halaall hai.</w:t>
      </w:r>
    </w:p>
    <w:p>
      <w:pPr>
        <w:jc w:val="right"/>
      </w:pPr>
      <w:r>
        <w:t>ایک حرام ہے اور ایک حلال ہے۔</w:t>
      </w:r>
    </w:p>
    <w:p>
      <w:r>
        <w:rPr>
          <w:b/>
        </w:rPr>
        <w:t xml:space="preserve">[58:17] </w:t>
      </w:r>
      <w:r>
        <w:t>aqool qooli haaza wastaghfirullaaha li walakum ajmaeen.</w:t>
      </w:r>
    </w:p>
    <w:p>
      <w:pPr>
        <w:jc w:val="right"/>
      </w:pPr>
      <w:r>
        <w:t>أقول قولي هذا واستغفرالله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