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Addressal To Italy Team 17 07 2014</w:t>
      </w:r>
    </w:p>
    <w:p>
      <w:r>
        <w:t>https://www.youtube.com/watch?v=JcYQKvBkKIU</w:t>
      </w:r>
    </w:p>
    <w:p>
      <w:r>
        <w:rPr>
          <w:b/>
        </w:rPr>
        <w:t xml:space="preserve">[00:20] </w:t>
      </w:r>
      <w:r>
        <w:t>Good evening, everyone.</w:t>
      </w:r>
    </w:p>
    <w:p>
      <w:pPr>
        <w:jc w:val="right"/>
      </w:pPr>
      <w:r>
        <w:t>Good evening, everyone.</w:t>
      </w:r>
    </w:p>
    <w:p>
      <w:r>
        <w:rPr>
          <w:b/>
        </w:rPr>
        <w:t xml:space="preserve">[00:22] </w:t>
      </w:r>
      <w:r>
        <w:t>On behalf of Center for Peace and Spirituality, I welcome Mr.</w:t>
      </w:r>
    </w:p>
    <w:p>
      <w:pPr>
        <w:jc w:val="right"/>
      </w:pPr>
      <w:r>
        <w:t>On behalf of Center for Peace and Spirituality, I welcome Mr.</w:t>
      </w:r>
    </w:p>
    <w:p>
      <w:r>
        <w:rPr>
          <w:b/>
        </w:rPr>
        <w:t xml:space="preserve">[00:28] </w:t>
      </w:r>
      <w:r>
        <w:t>Mario Tombre and all the brothers and sisters who have come here to our center today.</w:t>
      </w:r>
    </w:p>
    <w:p>
      <w:pPr>
        <w:jc w:val="right"/>
      </w:pPr>
      <w:r>
        <w:t>Mario Tombre and all the brothers and sisters who have come here to our center today.</w:t>
      </w:r>
    </w:p>
    <w:p>
      <w:r>
        <w:rPr>
          <w:b/>
        </w:rPr>
        <w:t xml:space="preserve">[00:35] </w:t>
      </w:r>
      <w:r>
        <w:t>As we all know, Mr.</w:t>
      </w:r>
    </w:p>
    <w:p>
      <w:pPr>
        <w:jc w:val="right"/>
      </w:pPr>
      <w:r>
        <w:t>As we all know, Mr.</w:t>
      </w:r>
    </w:p>
    <w:p>
      <w:r>
        <w:rPr>
          <w:b/>
        </w:rPr>
        <w:t xml:space="preserve">[00:37] </w:t>
      </w:r>
      <w:r>
        <w:t>Mario is a symbol of peace, spirituality, and friendship, and I would also like to add here that</w:t>
      </w:r>
    </w:p>
    <w:p>
      <w:pPr>
        <w:jc w:val="right"/>
      </w:pPr>
      <w:r>
        <w:t>Mario is a symbol of peace, spirituality, and friendship, and I would also like to add here that</w:t>
      </w:r>
    </w:p>
    <w:p>
      <w:r>
        <w:rPr>
          <w:b/>
        </w:rPr>
        <w:t xml:space="preserve">[00:45] </w:t>
      </w:r>
      <w:r>
        <w:t>our founder, Maulana Wahiduddin Khan, always emphasizes the great teaching of Jesus Christ, which says that, "Love thy</w:t>
      </w:r>
    </w:p>
    <w:p>
      <w:pPr>
        <w:jc w:val="right"/>
      </w:pPr>
      <w:r>
        <w:t>our founder, Maulana Wahiduddin Khan, always emphasizes the great teaching of Jesus Christ, which says that, "Love thy</w:t>
      </w:r>
    </w:p>
    <w:p>
      <w:r>
        <w:rPr>
          <w:b/>
        </w:rPr>
        <w:t xml:space="preserve">[00:54] </w:t>
      </w:r>
      <w:r>
        <w:t>neighbor." And Maulana often says that in the present electronic age,</w:t>
      </w:r>
    </w:p>
    <w:p>
      <w:pPr>
        <w:jc w:val="right"/>
      </w:pPr>
      <w:r>
        <w:t>neighbor." And Maulana often says that in the present electronic age,</w:t>
      </w:r>
    </w:p>
    <w:p>
      <w:r>
        <w:rPr>
          <w:b/>
        </w:rPr>
        <w:t xml:space="preserve">[01:01] </w:t>
      </w:r>
      <w:r>
        <w:t>your neighbor is not your immediate neighbor, next-door neighbor, but your neighbor is your Europe, your Asia, your</w:t>
      </w:r>
    </w:p>
    <w:p>
      <w:pPr>
        <w:jc w:val="right"/>
      </w:pPr>
      <w:r>
        <w:t>your neighbor is not your immediate neighbor, next-door neighbor, but your neighbor is your Europe, your Asia, your</w:t>
      </w:r>
    </w:p>
    <w:p>
      <w:r>
        <w:rPr>
          <w:b/>
        </w:rPr>
        <w:t xml:space="preserve">[01:09] </w:t>
      </w:r>
      <w:r>
        <w:t>America, your Africa.</w:t>
      </w:r>
    </w:p>
    <w:p>
      <w:pPr>
        <w:jc w:val="right"/>
      </w:pPr>
      <w:r>
        <w:t>America, your Africa.</w:t>
      </w:r>
    </w:p>
    <w:p>
      <w:r>
        <w:rPr>
          <w:b/>
        </w:rPr>
        <w:t xml:space="preserve">[01:10] </w:t>
      </w:r>
      <w:r>
        <w:t>So the electronic age makes everyone our neighbor</w:t>
      </w:r>
    </w:p>
    <w:p>
      <w:pPr>
        <w:jc w:val="right"/>
      </w:pPr>
      <w:r>
        <w:t>So the electronic age makes everyone our neighbor</w:t>
      </w:r>
    </w:p>
    <w:p>
      <w:r>
        <w:rPr>
          <w:b/>
        </w:rPr>
        <w:t xml:space="preserve">[01:14] </w:t>
      </w:r>
      <w:r>
        <w:t>and maulana feels that mario, mr. mario, is a manifestation of that great teaching of jesus christ, extending his hand of friendship and love and spirituality to everyone all around the world. so from the bottom of our heart, mr. mario, we welcome you and we welcome all our brothers and sisters here at our centre. and we also pray that the great work that mr. mario is doing continues and gets success all over the world.</w:t>
      </w:r>
    </w:p>
    <w:p>
      <w:pPr>
        <w:jc w:val="right"/>
      </w:pPr>
      <w:r>
        <w:t>And Maulana feels that Mario, Mr. Mario, is a manifestation of that great teaching of Jesus Christ, extending his hand of friendship and love and spirituality to everyone all around the world. So from the bottom of our heart, Mr. Mario, we welcome you and we welcome all our brothers and sisters here at our centre. And we also pray that the great work that Mr. Mario is doing continues and gets success all over the world.</w:t>
      </w:r>
    </w:p>
    <w:p>
      <w:r>
        <w:rPr>
          <w:b/>
        </w:rPr>
        <w:t xml:space="preserve">[01:44] </w:t>
      </w:r>
      <w:r>
        <w:t>. So we will now begin today's program.</w:t>
      </w:r>
    </w:p>
    <w:p>
      <w:pPr>
        <w:jc w:val="right"/>
      </w:pPr>
      <w:r>
        <w:t>. So we will now begin today's program.</w:t>
      </w:r>
    </w:p>
    <w:p>
      <w:r>
        <w:rPr>
          <w:b/>
        </w:rPr>
        <w:t xml:space="preserve">[01:48] </w:t>
      </w:r>
      <w:r>
        <w:t>Let me just tell you the format that we are going to have today.</w:t>
      </w:r>
    </w:p>
    <w:p>
      <w:pPr>
        <w:jc w:val="right"/>
      </w:pPr>
      <w:r>
        <w:t>Let me just tell you the format that we are going to have today.</w:t>
      </w:r>
    </w:p>
    <w:p>
      <w:r>
        <w:rPr>
          <w:b/>
        </w:rPr>
        <w:t xml:space="preserve">[01:53] </w:t>
      </w:r>
      <w:r>
        <w:t>We will have, as you know, that the Ramadan is in progress, so we will begin the program</w:t>
      </w:r>
    </w:p>
    <w:p>
      <w:pPr>
        <w:jc w:val="right"/>
      </w:pPr>
      <w:r>
        <w:t>We will have, as you know, that the Ramadan is in progress, so we will begin the program</w:t>
      </w:r>
    </w:p>
    <w:p>
      <w:r>
        <w:rPr>
          <w:b/>
        </w:rPr>
        <w:t xml:space="preserve">[01:59] </w:t>
      </w:r>
      <w:r>
        <w:t>with Quran recitation, which will be done by Maulana Zakwan Nadvi, and then after that.</w:t>
      </w:r>
    </w:p>
    <w:p>
      <w:pPr>
        <w:jc w:val="right"/>
      </w:pPr>
      <w:r>
        <w:t>with Quran recitation, which will be done by Maulana Zakwan Nadvi, and then after that.</w:t>
      </w:r>
    </w:p>
    <w:p>
      <w:r>
        <w:rPr>
          <w:b/>
        </w:rPr>
        <w:t xml:space="preserve">[02:07] </w:t>
      </w:r>
      <w:r>
        <w:t>I'm deeply— I think I should translate something because you have just a lot of language.</w:t>
      </w:r>
    </w:p>
    <w:p>
      <w:pPr>
        <w:jc w:val="right"/>
      </w:pPr>
      <w:r>
        <w:t>I'm deeply— I think I should translate something because you have just a lot of language.</w:t>
      </w:r>
    </w:p>
    <w:p>
      <w:r>
        <w:rPr>
          <w:b/>
        </w:rPr>
        <w:t xml:space="preserve">[02:17] </w:t>
      </w:r>
      <w:r>
        <w:t>Yes. Ri</w:t>
      </w:r>
    </w:p>
    <w:p>
      <w:pPr>
        <w:jc w:val="right"/>
      </w:pPr>
      <w:r>
        <w:t>Yes. Ri</w:t>
      </w:r>
    </w:p>
    <w:p>
      <w:r>
        <w:rPr>
          <w:b/>
        </w:rPr>
        <w:t xml:space="preserve">[02:20] </w:t>
      </w:r>
      <w:r>
        <w:t>assumo brevemente: dato a tutti noi il più caldo benvenuto, a noi e soprattutto a Mario.</w:t>
      </w:r>
    </w:p>
    <w:p>
      <w:pPr>
        <w:jc w:val="right"/>
      </w:pPr>
      <w:r>
        <w:t>assumo brevemente: dato a tutti noi il più caldo benvenuto, a noi e soprattutto a Mario.</w:t>
      </w:r>
    </w:p>
    <w:p>
      <w:r>
        <w:rPr>
          <w:b/>
        </w:rPr>
        <w:t xml:space="preserve">[02:29] </w:t>
      </w:r>
      <w:r>
        <w:t>Maulana, qui presente,</w:t>
      </w:r>
    </w:p>
    <w:p>
      <w:pPr>
        <w:jc w:val="right"/>
      </w:pPr>
      <w:r>
        <w:t>Maulana, qui presente,</w:t>
      </w:r>
    </w:p>
    <w:p>
      <w:r>
        <w:rPr>
          <w:b/>
        </w:rPr>
        <w:t xml:space="preserve">[02:31] </w:t>
      </w:r>
      <w:r>
        <w:t>ricorda sempre l'insegnamento di Gesù Cristo: ritiene che Mario ne sia un degno successore, e ricorda che</w:t>
      </w:r>
    </w:p>
    <w:p>
      <w:pPr>
        <w:jc w:val="right"/>
      </w:pPr>
      <w:r>
        <w:t>ricorda sempre l'insegnamento di Gesù Cristo: ritiene che Mario ne sia un degno successore, e ricorda che</w:t>
      </w:r>
    </w:p>
    <w:p>
      <w:r>
        <w:rPr>
          <w:b/>
        </w:rPr>
        <w:t xml:space="preserve">[02:40] </w:t>
      </w:r>
      <w:r>
        <w:t>Dio è il tuo vicino.</w:t>
      </w:r>
    </w:p>
    <w:p>
      <w:pPr>
        <w:jc w:val="right"/>
      </w:pPr>
      <w:r>
        <w:t>Dio è il tuo vicino.</w:t>
      </w:r>
    </w:p>
    <w:p>
      <w:r>
        <w:rPr>
          <w:b/>
        </w:rPr>
        <w:t xml:space="preserve">[02:42] </w:t>
      </w:r>
      <w:r>
        <w:t>In un tempo in cui, in un'era di elettronica, il tuo vicino non è più concretamente, fisicamente vicino</w:t>
      </w:r>
    </w:p>
    <w:p>
      <w:pPr>
        <w:jc w:val="right"/>
      </w:pPr>
      <w:r>
        <w:t>In un tempo in cui, in un'era di elettronica, il tuo vicino non è più concretamente, fisicamente vicino</w:t>
      </w:r>
    </w:p>
    <w:p>
      <w:r>
        <w:rPr>
          <w:b/>
        </w:rPr>
        <w:t xml:space="preserve">[02:49] </w:t>
      </w:r>
      <w:r>
        <w:t>a te, il tuo vicino è chiunque.</w:t>
      </w:r>
    </w:p>
    <w:p>
      <w:pPr>
        <w:jc w:val="right"/>
      </w:pPr>
      <w:r>
        <w:t>a te, il tuo vicino è chiunque.</w:t>
      </w:r>
    </w:p>
    <w:p>
      <w:r>
        <w:rPr>
          <w:b/>
        </w:rPr>
        <w:t xml:space="preserve">[02:52] </w:t>
      </w:r>
      <w:r>
        <w:t>Mario, in questo caso, sta giocando un ruolo veramente fondamentale nel portare avanti questo messaggio di Gesù Cristo.</w:t>
      </w:r>
    </w:p>
    <w:p>
      <w:pPr>
        <w:jc w:val="right"/>
      </w:pPr>
      <w:r>
        <w:t>Mario, in questo caso, sta giocando un ruolo veramente fondamentale nel portare avanti questo messaggio di Gesù Cristo.</w:t>
      </w:r>
    </w:p>
    <w:p>
      <w:r>
        <w:rPr>
          <w:b/>
        </w:rPr>
        <w:t xml:space="preserve">[03:02] </w:t>
      </w:r>
      <w:r>
        <w:t>So the format for today's programme would be that we will begin with Quran recitation. Cominceremo con una recitazione del Corano per seguire il programma del pomeriggio. And then after that we will have a 30-minute talk by our founder, Maulana Vaiduddin Khan. Dopodiché ci sarà un discorso di 30 minuti del fondatore, Maulana Vaiduddin Khan.</w:t>
      </w:r>
    </w:p>
    <w:p>
      <w:pPr>
        <w:jc w:val="right"/>
      </w:pPr>
      <w:r>
        <w:t>So the format for today's programme would be that we will begin with Quran recitation. Cominceremo con una recitazione del Corano per seguire il programma del pomeriggio. And then after that we will have a 30-minute talk by our founder, Maulana Vaiduddin Khan. Dopodiché ci sarà un discorso di 30 minuti del fondatore, Maulana Vaiduddin Khan.</w:t>
      </w:r>
    </w:p>
    <w:p>
      <w:r>
        <w:rPr>
          <w:b/>
        </w:rPr>
        <w:t xml:space="preserve">[03:25] </w:t>
      </w:r>
      <w:r>
        <w:t>And since all of you are here, it would be wonderful if we could have a little interaction</w:t>
      </w:r>
    </w:p>
    <w:p>
      <w:pPr>
        <w:jc w:val="right"/>
      </w:pPr>
      <w:r>
        <w:t>And since all of you are here, it would be wonderful if we could have a little interaction</w:t>
      </w:r>
    </w:p>
    <w:p>
      <w:r>
        <w:rPr>
          <w:b/>
        </w:rPr>
        <w:t xml:space="preserve">[03:30] </w:t>
      </w:r>
      <w:r>
        <w:t>with all of you in the form of questions or any comment that you would want to make.</w:t>
      </w:r>
    </w:p>
    <w:p>
      <w:pPr>
        <w:jc w:val="right"/>
      </w:pPr>
      <w:r>
        <w:t>with all of you in the form of questions or any comment that you would want to make.</w:t>
      </w:r>
    </w:p>
    <w:p>
      <w:r>
        <w:rPr>
          <w:b/>
        </w:rPr>
        <w:t xml:space="preserve">[03:35] </w:t>
      </w:r>
      <w:r>
        <w:t>E dal momento che siamo tutti presenti, sarebbe bello poter poi avere una sorta di interazione in termini</w:t>
      </w:r>
    </w:p>
    <w:p>
      <w:pPr>
        <w:jc w:val="right"/>
      </w:pPr>
      <w:r>
        <w:t>E dal momento che siamo tutti presenti, sarebbe bello poter poi avere una sorta di interazione in termini</w:t>
      </w:r>
    </w:p>
    <w:p>
      <w:r>
        <w:rPr>
          <w:b/>
        </w:rPr>
        <w:t xml:space="preserve">[03:40] </w:t>
      </w:r>
      <w:r>
        <w:t>di commenti o domande.</w:t>
      </w:r>
    </w:p>
    <w:p>
      <w:pPr>
        <w:jc w:val="right"/>
      </w:pPr>
      <w:r>
        <w:t>di commenti o domande.</w:t>
      </w:r>
    </w:p>
    <w:p>
      <w:r>
        <w:rPr>
          <w:b/>
        </w:rPr>
        <w:t xml:space="preserve">[03:43] </w:t>
      </w:r>
      <w:r>
        <w:t>And in the end, we would request Mr.</w:t>
      </w:r>
    </w:p>
    <w:p>
      <w:pPr>
        <w:jc w:val="right"/>
      </w:pPr>
      <w:r>
        <w:t>And in the end, we would request Mr.</w:t>
      </w:r>
    </w:p>
    <w:p>
      <w:r>
        <w:rPr>
          <w:b/>
        </w:rPr>
        <w:t xml:space="preserve">[03:45] </w:t>
      </w:r>
      <w:r>
        <w:t>Mario to close the session with a few words.</w:t>
      </w:r>
    </w:p>
    <w:p>
      <w:pPr>
        <w:jc w:val="right"/>
      </w:pPr>
      <w:r>
        <w:t>Mario to close the session with a few words.</w:t>
      </w:r>
    </w:p>
    <w:p>
      <w:r>
        <w:rPr>
          <w:b/>
        </w:rPr>
        <w:t xml:space="preserve">[03:50] </w:t>
      </w:r>
      <w:r>
        <w:t>Al termine vorremmo richiedere a Mario se potesse chiudere la sessione con alcune parole.</w:t>
      </w:r>
    </w:p>
    <w:p>
      <w:pPr>
        <w:jc w:val="right"/>
      </w:pPr>
      <w:r>
        <w:t>Al termine vorremmo richiedere a Mario se potesse chiudere la sessione con alcune parole.</w:t>
      </w:r>
    </w:p>
    <w:p>
      <w:r>
        <w:rPr>
          <w:b/>
        </w:rPr>
        <w:t xml:space="preserve">[03:56] </w:t>
      </w:r>
      <w:r>
        <w:t>And as I mentioned that Ramadan is on, so we will break the fast with all of you at 7:20 on the first floor. E poiché è in vigore il Ramadan, saremo onorati di poterlo chiudere alle 7:20 insieme a voi. Sì. Al piano inferiore.</w:t>
      </w:r>
    </w:p>
    <w:p>
      <w:pPr>
        <w:jc w:val="right"/>
      </w:pPr>
      <w:r>
        <w:t>And as I mentioned that Ramadan is on, so we will break the fast with all of you at 7:20 on the first floor. E poiché è in vigore il Ramadan, saremo onorati di poterlo chiudere alle 7:20 insieme a voi. Sì. Al piano inferiore.</w:t>
      </w:r>
    </w:p>
    <w:p>
      <w:r>
        <w:rPr>
          <w:b/>
        </w:rPr>
        <w:t xml:space="preserve">[04:22] </w:t>
      </w:r>
      <w:r>
        <w:t>So I would request Maulana Zaqwan Nadvi to come here and do the Quran recitation. E quindi adesso avremo l'onore di ascoltare la recitazione del Corano. aoozu billahi minash shaitanir rajeem, bismillahir rahmanir raheem.</w:t>
      </w:r>
    </w:p>
    <w:p>
      <w:pPr>
        <w:jc w:val="right"/>
      </w:pPr>
      <w:r>
        <w:t>So I would request Maulana Zaqwan Nadvi to come here and do the Quran recitation. E quindi adesso avremo l'onore di ascoltare la recitazione del Corano. أعوذ بالله من الشيطان الرجيم، بسم الله الرحمن الرحيم.</w:t>
      </w:r>
    </w:p>
    <w:p>
      <w:r>
        <w:rPr>
          <w:b/>
        </w:rPr>
        <w:t xml:space="preserve">[04:49] </w:t>
      </w:r>
      <w:r>
        <w:t>innal lazina qalu rabbuna</w:t>
      </w:r>
    </w:p>
    <w:p>
      <w:pPr>
        <w:jc w:val="right"/>
      </w:pPr>
      <w:r>
        <w:t>إن الذين قالوا ربنا</w:t>
      </w:r>
    </w:p>
    <w:p>
      <w:r>
        <w:rPr>
          <w:b/>
        </w:rPr>
        <w:t xml:space="preserve">[04:54] </w:t>
      </w:r>
      <w:r>
        <w:t>allahu thumma istaqamu</w:t>
      </w:r>
    </w:p>
    <w:p>
      <w:pPr>
        <w:jc w:val="right"/>
      </w:pPr>
      <w:r>
        <w:t>الله ثم استقاموا</w:t>
      </w:r>
    </w:p>
    <w:p>
      <w:r>
        <w:rPr>
          <w:b/>
        </w:rPr>
        <w:t xml:space="preserve">[05:00] </w:t>
      </w:r>
      <w:r>
        <w:t>tatanazzalu alayhimul malaikatu</w:t>
      </w:r>
    </w:p>
    <w:p>
      <w:pPr>
        <w:jc w:val="right"/>
      </w:pPr>
      <w:r>
        <w:t>تتنزل عليهم الملائكة</w:t>
      </w:r>
    </w:p>
    <w:p>
      <w:r>
        <w:rPr>
          <w:b/>
        </w:rPr>
        <w:t xml:space="preserve">[05:11] </w:t>
      </w:r>
      <w:r>
        <w:t>alla takhafū walā taḥzanū,</w:t>
      </w:r>
    </w:p>
    <w:p>
      <w:pPr>
        <w:jc w:val="right"/>
      </w:pPr>
      <w:r>
        <w:t>ألا تخافوا ولا تحزنوا،</w:t>
      </w:r>
    </w:p>
    <w:p>
      <w:r>
        <w:rPr>
          <w:b/>
        </w:rPr>
        <w:t xml:space="preserve">[05:19] </w:t>
      </w:r>
      <w:r>
        <w:t>wa abshirū bil jannatil lati kuntum</w:t>
      </w:r>
    </w:p>
    <w:p>
      <w:pPr>
        <w:jc w:val="right"/>
      </w:pPr>
      <w:r>
        <w:t>وأبشروا بالجنة التي كنتم</w:t>
      </w:r>
    </w:p>
    <w:p>
      <w:r>
        <w:rPr>
          <w:b/>
        </w:rPr>
        <w:t xml:space="preserve">[05:27] </w:t>
      </w:r>
      <w:r>
        <w:t>tū`adūn.</w:t>
      </w:r>
    </w:p>
    <w:p>
      <w:pPr>
        <w:jc w:val="right"/>
      </w:pPr>
      <w:r>
        <w:t>توعدون.</w:t>
      </w:r>
    </w:p>
    <w:p>
      <w:r>
        <w:rPr>
          <w:b/>
        </w:rPr>
        <w:t xml:space="preserve">[05:34] </w:t>
      </w:r>
      <w:r>
        <w:t>naḥnu awliyā'ukum fil ḥayātid</w:t>
      </w:r>
    </w:p>
    <w:p>
      <w:pPr>
        <w:jc w:val="right"/>
      </w:pPr>
      <w:r>
        <w:t>نحن أولياؤكم في الحياة</w:t>
      </w:r>
    </w:p>
    <w:p>
      <w:r>
        <w:rPr>
          <w:b/>
        </w:rPr>
        <w:t xml:space="preserve">[05:42] </w:t>
      </w:r>
      <w:r>
        <w:t>dunyā wa fil ākhiroti,</w:t>
      </w:r>
    </w:p>
    <w:p>
      <w:pPr>
        <w:jc w:val="right"/>
      </w:pPr>
      <w:r>
        <w:t>الدنيا وفي الآخرة،</w:t>
      </w:r>
    </w:p>
    <w:p>
      <w:r>
        <w:rPr>
          <w:b/>
        </w:rPr>
        <w:t xml:space="preserve">[05:48] </w:t>
      </w:r>
      <w:r>
        <w:t>wa lakum fīhā mā tashtahī</w:t>
      </w:r>
    </w:p>
    <w:p>
      <w:pPr>
        <w:jc w:val="right"/>
      </w:pPr>
      <w:r>
        <w:t>ولكم فيها ما تشتهي</w:t>
      </w:r>
    </w:p>
    <w:p>
      <w:r>
        <w:rPr>
          <w:b/>
        </w:rPr>
        <w:t xml:space="preserve">[05:56] </w:t>
      </w:r>
      <w:r>
        <w:t>anfusukum, wa lakum fīhā</w:t>
      </w:r>
    </w:p>
    <w:p>
      <w:pPr>
        <w:jc w:val="right"/>
      </w:pPr>
      <w:r>
        <w:t>أنفسكم، ولكم فيها</w:t>
      </w:r>
    </w:p>
    <w:p>
      <w:r>
        <w:rPr>
          <w:b/>
        </w:rPr>
        <w:t xml:space="preserve">[06:04] </w:t>
      </w:r>
      <w:r>
        <w:t>mā tadda`ūn. Nuzulan</w:t>
      </w:r>
    </w:p>
    <w:p>
      <w:pPr>
        <w:jc w:val="right"/>
      </w:pPr>
      <w:r>
        <w:t>ما تدعون. نزلاً</w:t>
      </w:r>
    </w:p>
    <w:p>
      <w:r>
        <w:rPr>
          <w:b/>
        </w:rPr>
        <w:t xml:space="preserve">[06:15] </w:t>
      </w:r>
      <w:r>
        <w:t>min ghafūrir raḥīm.</w:t>
      </w:r>
    </w:p>
    <w:p>
      <w:pPr>
        <w:jc w:val="right"/>
      </w:pPr>
      <w:r>
        <w:t>من غفور رحيم.</w:t>
      </w:r>
    </w:p>
    <w:p>
      <w:r>
        <w:rPr>
          <w:b/>
        </w:rPr>
        <w:t xml:space="preserve">[06:24] </w:t>
      </w:r>
      <w:r>
        <w:t>wa man aḥsanu qawlan</w:t>
      </w:r>
    </w:p>
    <w:p>
      <w:pPr>
        <w:jc w:val="right"/>
      </w:pPr>
      <w:r>
        <w:t>ومن أحسن قولاً</w:t>
      </w:r>
    </w:p>
    <w:p>
      <w:r>
        <w:rPr>
          <w:b/>
        </w:rPr>
        <w:t xml:space="preserve">[06:29] </w:t>
      </w:r>
      <w:r>
        <w:t>mimman da`ā ilallāhi</w:t>
      </w:r>
    </w:p>
    <w:p>
      <w:pPr>
        <w:jc w:val="right"/>
      </w:pPr>
      <w:r>
        <w:t>ممن دعا إلى الله</w:t>
      </w:r>
    </w:p>
    <w:p>
      <w:r>
        <w:rPr>
          <w:b/>
        </w:rPr>
        <w:t xml:space="preserve">[06:47] </w:t>
      </w:r>
      <w:r>
        <w:t>wa `amila ṣāliḥan, wa qāla: innani</w:t>
      </w:r>
    </w:p>
    <w:p>
      <w:pPr>
        <w:jc w:val="right"/>
      </w:pPr>
      <w:r>
        <w:t>وعمل صالحاً، وقال: إنني</w:t>
      </w:r>
    </w:p>
    <w:p>
      <w:r>
        <w:rPr>
          <w:b/>
        </w:rPr>
        <w:t xml:space="preserve">[06:56] </w:t>
      </w:r>
      <w:r>
        <w:t>minal muslimīn, wa lā tastawī</w:t>
      </w:r>
    </w:p>
    <w:p>
      <w:pPr>
        <w:jc w:val="right"/>
      </w:pPr>
      <w:r>
        <w:t>من المسلمين، ولا تستوي</w:t>
      </w:r>
    </w:p>
    <w:p>
      <w:r>
        <w:rPr>
          <w:b/>
        </w:rPr>
        <w:t xml:space="preserve">[07:06] </w:t>
      </w:r>
      <w:r>
        <w:t>al ḥasnatū walā as-sayyi'ah,</w:t>
      </w:r>
    </w:p>
    <w:p>
      <w:pPr>
        <w:jc w:val="right"/>
      </w:pPr>
      <w:r>
        <w:t>الحسنة ولا السيئة،</w:t>
      </w:r>
    </w:p>
    <w:p>
      <w:r>
        <w:rPr>
          <w:b/>
        </w:rPr>
        <w:t xml:space="preserve">[07:21] </w:t>
      </w:r>
      <w:r>
        <w:t>idfa` billati hiya aḥsan.</w:t>
      </w:r>
    </w:p>
    <w:p>
      <w:pPr>
        <w:jc w:val="right"/>
      </w:pPr>
      <w:r>
        <w:t>ادفع بالتي هي أحسن.</w:t>
      </w:r>
    </w:p>
    <w:p>
      <w:r>
        <w:rPr>
          <w:b/>
        </w:rPr>
        <w:t xml:space="preserve">[07:27] </w:t>
      </w:r>
      <w:r>
        <w:t>fa idhālladhī baynaka wa baynahu</w:t>
      </w:r>
    </w:p>
    <w:p>
      <w:pPr>
        <w:jc w:val="right"/>
      </w:pPr>
      <w:r>
        <w:t>فإذا الذي بينك وبينه</w:t>
      </w:r>
    </w:p>
    <w:p>
      <w:r>
        <w:rPr>
          <w:b/>
        </w:rPr>
        <w:t xml:space="preserve">[07:34] </w:t>
      </w:r>
      <w:r>
        <w:t>`adāwatun ka'annahu waliyyun.</w:t>
      </w:r>
    </w:p>
    <w:p>
      <w:pPr>
        <w:jc w:val="right"/>
      </w:pPr>
      <w:r>
        <w:t>عداوة كأنه ولي.</w:t>
      </w:r>
    </w:p>
    <w:p>
      <w:r>
        <w:rPr>
          <w:b/>
        </w:rPr>
        <w:t xml:space="preserve">[07:41] </w:t>
      </w:r>
      <w:r>
        <w:t>fa idhālladhī baynaka wa baynahu</w:t>
      </w:r>
    </w:p>
    <w:p>
      <w:pPr>
        <w:jc w:val="right"/>
      </w:pPr>
      <w:r>
        <w:t>فإذا الذي بينك وبينه</w:t>
      </w:r>
    </w:p>
    <w:p>
      <w:r>
        <w:rPr>
          <w:b/>
        </w:rPr>
        <w:t xml:space="preserve">[07:46] </w:t>
      </w:r>
      <w:r>
        <w:t>`adāwatun ka'annahu waliyyun</w:t>
      </w:r>
    </w:p>
    <w:p>
      <w:pPr>
        <w:jc w:val="right"/>
      </w:pPr>
      <w:r>
        <w:t>عداوة كأنه ولي</w:t>
      </w:r>
    </w:p>
    <w:p>
      <w:r>
        <w:rPr>
          <w:b/>
        </w:rPr>
        <w:t xml:space="preserve">[07:54] </w:t>
      </w:r>
      <w:r>
        <w:t>ḥamīm. Wa mā yulqqāhā</w:t>
      </w:r>
    </w:p>
    <w:p>
      <w:pPr>
        <w:jc w:val="right"/>
      </w:pPr>
      <w:r>
        <w:t>حميم. وما يلقاها</w:t>
      </w:r>
    </w:p>
    <w:p>
      <w:r>
        <w:rPr>
          <w:b/>
        </w:rPr>
        <w:t xml:space="preserve">[08:03] </w:t>
      </w:r>
      <w:r>
        <w:t>illalladhīna ṣabaru.</w:t>
      </w:r>
    </w:p>
    <w:p>
      <w:pPr>
        <w:jc w:val="right"/>
      </w:pPr>
      <w:r>
        <w:t>إلا الذين صبروا.</w:t>
      </w:r>
    </w:p>
    <w:p>
      <w:r>
        <w:rPr>
          <w:b/>
        </w:rPr>
        <w:t xml:space="preserve">[08:09] </w:t>
      </w:r>
      <w:r>
        <w:t>wa ma yulqaha illa</w:t>
      </w:r>
    </w:p>
    <w:p>
      <w:pPr>
        <w:jc w:val="right"/>
      </w:pPr>
      <w:r>
        <w:t>وما يلقاها إلا</w:t>
      </w:r>
    </w:p>
    <w:p>
      <w:r>
        <w:rPr>
          <w:b/>
        </w:rPr>
        <w:t xml:space="preserve">[08:16] </w:t>
      </w:r>
      <w:r>
        <w:t>zu hazzin azeem.</w:t>
      </w:r>
    </w:p>
    <w:p>
      <w:pPr>
        <w:jc w:val="right"/>
      </w:pPr>
      <w:r>
        <w:t>ذو حظ عظيم.</w:t>
      </w:r>
    </w:p>
    <w:p>
      <w:r>
        <w:rPr>
          <w:b/>
        </w:rPr>
        <w:t xml:space="preserve">[08:26] </w:t>
      </w:r>
      <w:r>
        <w:t>wa ma yulqaha illa allazeena</w:t>
      </w:r>
    </w:p>
    <w:p>
      <w:pPr>
        <w:jc w:val="right"/>
      </w:pPr>
      <w:r>
        <w:t>وما يلقاها إلا الذين</w:t>
      </w:r>
    </w:p>
    <w:p>
      <w:r>
        <w:rPr>
          <w:b/>
        </w:rPr>
        <w:t xml:space="preserve">[08:34] </w:t>
      </w:r>
      <w:r>
        <w:t>sabroo, wa ma yulqaha</w:t>
      </w:r>
    </w:p>
    <w:p>
      <w:pPr>
        <w:jc w:val="right"/>
      </w:pPr>
      <w:r>
        <w:t>صبروا، وما يلقاها</w:t>
      </w:r>
    </w:p>
    <w:p>
      <w:r>
        <w:rPr>
          <w:b/>
        </w:rPr>
        <w:t xml:space="preserve">[08:39] </w:t>
      </w:r>
      <w:r>
        <w:t>illa zu hazzin azeem.</w:t>
      </w:r>
    </w:p>
    <w:p>
      <w:pPr>
        <w:jc w:val="right"/>
      </w:pPr>
      <w:r>
        <w:t>إلا ذو حظ عظيم.</w:t>
      </w:r>
    </w:p>
    <w:p>
      <w:r>
        <w:rPr>
          <w:b/>
        </w:rPr>
        <w:t xml:space="preserve">[08:45] </w:t>
      </w:r>
      <w:r>
        <w:t>wa imma yanzaghannaka minash shaitani</w:t>
      </w:r>
    </w:p>
    <w:p>
      <w:pPr>
        <w:jc w:val="right"/>
      </w:pPr>
      <w:r>
        <w:t>وإما ينزغنك من الشيطان</w:t>
      </w:r>
    </w:p>
    <w:p>
      <w:r>
        <w:rPr>
          <w:b/>
        </w:rPr>
        <w:t xml:space="preserve">[08:54] </w:t>
      </w:r>
      <w:r>
        <w:t>nazghun fasta'iz billah,</w:t>
      </w:r>
    </w:p>
    <w:p>
      <w:pPr>
        <w:jc w:val="right"/>
      </w:pPr>
      <w:r>
        <w:t>نزغ فاستعذ بالله،</w:t>
      </w:r>
    </w:p>
    <w:p>
      <w:r>
        <w:rPr>
          <w:b/>
        </w:rPr>
        <w:t xml:space="preserve">[09:02] </w:t>
      </w:r>
      <w:r>
        <w:t>innahu huwas samee'u</w:t>
      </w:r>
    </w:p>
    <w:p>
      <w:pPr>
        <w:jc w:val="right"/>
      </w:pPr>
      <w:r>
        <w:t>إنه هو السميع</w:t>
      </w:r>
    </w:p>
    <w:p>
      <w:r>
        <w:rPr>
          <w:b/>
        </w:rPr>
        <w:t xml:space="preserve">[09:09] </w:t>
      </w:r>
      <w:r>
        <w:t>aleem.</w:t>
      </w:r>
    </w:p>
    <w:p>
      <w:pPr>
        <w:jc w:val="right"/>
      </w:pPr>
      <w:r>
        <w:t>العليم.</w:t>
      </w:r>
    </w:p>
    <w:p>
      <w:r>
        <w:rPr>
          <w:b/>
        </w:rPr>
        <w:t xml:space="preserve">[09:14] </w:t>
      </w:r>
      <w:r>
        <w:t>bismillah hir rahman nir raheem.</w:t>
      </w:r>
    </w:p>
    <w:p>
      <w:pPr>
        <w:jc w:val="right"/>
      </w:pPr>
      <w:r>
        <w:t>بسم الله الرحمن الرحيم.</w:t>
      </w:r>
    </w:p>
    <w:p>
      <w:r>
        <w:rPr>
          <w:b/>
        </w:rPr>
        <w:t xml:space="preserve">[09:21] </w:t>
      </w:r>
      <w:r>
        <w:t>ya ayyatuhan nafsul mutma'innah,</w:t>
      </w:r>
    </w:p>
    <w:p>
      <w:pPr>
        <w:jc w:val="right"/>
      </w:pPr>
      <w:r>
        <w:t>يا أيتها النفس المطمئنة،</w:t>
      </w:r>
    </w:p>
    <w:p>
      <w:r>
        <w:rPr>
          <w:b/>
        </w:rPr>
        <w:t xml:space="preserve">[09:34] </w:t>
      </w:r>
      <w:r>
        <w:t>irji'ee ila rabbiki</w:t>
      </w:r>
    </w:p>
    <w:p>
      <w:pPr>
        <w:jc w:val="right"/>
      </w:pPr>
      <w:r>
        <w:t>ارجعي إلى ربك</w:t>
      </w:r>
    </w:p>
    <w:p>
      <w:r>
        <w:rPr>
          <w:b/>
        </w:rPr>
        <w:t xml:space="preserve">[09:40] </w:t>
      </w:r>
      <w:r>
        <w:t>raziyatan marziyyatan, fadkhilee</w:t>
      </w:r>
    </w:p>
    <w:p>
      <w:pPr>
        <w:jc w:val="right"/>
      </w:pPr>
      <w:r>
        <w:t>راضية مرضية، فادخلي</w:t>
      </w:r>
    </w:p>
    <w:p>
      <w:r>
        <w:rPr>
          <w:b/>
        </w:rPr>
        <w:t xml:space="preserve">[09:48] </w:t>
      </w:r>
      <w:r>
        <w:t>fi 'ibadee wadkhilee</w:t>
      </w:r>
    </w:p>
    <w:p>
      <w:pPr>
        <w:jc w:val="right"/>
      </w:pPr>
      <w:r>
        <w:t>في عبادي وادخلي</w:t>
      </w:r>
    </w:p>
    <w:p>
      <w:r>
        <w:rPr>
          <w:b/>
        </w:rPr>
        <w:t xml:space="preserve">[09:54] </w:t>
      </w:r>
      <w:r>
        <w:t>jannatee. Sadaqallah hul azeem</w:t>
      </w:r>
    </w:p>
    <w:p>
      <w:pPr>
        <w:jc w:val="right"/>
      </w:pPr>
      <w:r>
        <w:t>جنتي. صدق الله العظيم</w:t>
      </w:r>
    </w:p>
    <w:p>
      <w:r>
        <w:rPr>
          <w:b/>
        </w:rPr>
        <w:t xml:space="preserve">[10:06] </w:t>
      </w:r>
      <w:r>
        <w:t>. Bismillah hir rahman nir raheem.</w:t>
      </w:r>
    </w:p>
    <w:p>
      <w:pPr>
        <w:jc w:val="right"/>
      </w:pPr>
      <w:r>
        <w:t>. بسم اللہ الرحمن الرحیم.</w:t>
      </w:r>
    </w:p>
    <w:p>
      <w:r>
        <w:rPr>
          <w:b/>
        </w:rPr>
        <w:t xml:space="preserve">[10:10] </w:t>
      </w:r>
      <w:r>
        <w:t>wa sallallahu 'alan nabiyyil kareem.</w:t>
      </w:r>
    </w:p>
    <w:p>
      <w:pPr>
        <w:jc w:val="right"/>
      </w:pPr>
      <w:r>
        <w:t>وصلی اللہ علی النبی الکریم.</w:t>
      </w:r>
    </w:p>
    <w:p>
      <w:r>
        <w:rPr>
          <w:b/>
        </w:rPr>
        <w:t xml:space="preserve">[10:15] </w:t>
      </w:r>
      <w:r>
        <w:t>Sisters and brothers of PITAILI,</w:t>
      </w:r>
    </w:p>
    <w:p>
      <w:pPr>
        <w:jc w:val="right"/>
      </w:pPr>
      <w:r>
        <w:t>Sisters and brothers of PITAILI,</w:t>
      </w:r>
    </w:p>
    <w:p>
      <w:r>
        <w:rPr>
          <w:b/>
        </w:rPr>
        <w:t xml:space="preserve">[10:20] </w:t>
      </w:r>
      <w:r>
        <w:t>welcome to you</w:t>
      </w:r>
    </w:p>
    <w:p>
      <w:pPr>
        <w:jc w:val="right"/>
      </w:pPr>
      <w:r>
        <w:t>welcome to you</w:t>
      </w:r>
    </w:p>
    <w:p>
      <w:r>
        <w:rPr>
          <w:b/>
        </w:rPr>
        <w:t xml:space="preserve">[10:24] </w:t>
      </w:r>
      <w:r>
        <w:t>in India. Shri Mario is my guru.</w:t>
      </w:r>
    </w:p>
    <w:p>
      <w:pPr>
        <w:jc w:val="right"/>
      </w:pPr>
      <w:r>
        <w:t>in India. Shri Mario is my guru.</w:t>
      </w:r>
    </w:p>
    <w:p>
      <w:r>
        <w:rPr>
          <w:b/>
        </w:rPr>
        <w:t xml:space="preserve">[10:34] </w:t>
      </w:r>
      <w:r>
        <w:t>By his permission,</w:t>
      </w:r>
    </w:p>
    <w:p>
      <w:pPr>
        <w:jc w:val="right"/>
      </w:pPr>
      <w:r>
        <w:t>By his permission,</w:t>
      </w:r>
    </w:p>
    <w:p>
      <w:r>
        <w:rPr>
          <w:b/>
        </w:rPr>
        <w:t xml:space="preserve">[10:37] </w:t>
      </w:r>
      <w:r>
        <w:t>I would like to say a few words about my experience.</w:t>
      </w:r>
    </w:p>
    <w:p>
      <w:pPr>
        <w:jc w:val="right"/>
      </w:pPr>
      <w:r>
        <w:t>I would like to say a few words about my experience.</w:t>
      </w:r>
    </w:p>
    <w:p>
      <w:r>
        <w:rPr>
          <w:b/>
        </w:rPr>
        <w:t xml:space="preserve">[10:47] </w:t>
      </w:r>
      <w:r>
        <w:t>I would say that I was a seeker.</w:t>
      </w:r>
    </w:p>
    <w:p>
      <w:pPr>
        <w:jc w:val="right"/>
      </w:pPr>
      <w:r>
        <w:t>I would say that I was a seeker.</w:t>
      </w:r>
    </w:p>
    <w:p>
      <w:r>
        <w:rPr>
          <w:b/>
        </w:rPr>
        <w:t xml:space="preserve">[10:51] </w:t>
      </w:r>
      <w:r>
        <w:t>I wanted to know</w:t>
      </w:r>
    </w:p>
    <w:p>
      <w:pPr>
        <w:jc w:val="right"/>
      </w:pPr>
      <w:r>
        <w:t>I wanted to know</w:t>
      </w:r>
    </w:p>
    <w:p>
      <w:r>
        <w:rPr>
          <w:b/>
        </w:rPr>
        <w:t xml:space="preserve">[10:53] </w:t>
      </w:r>
      <w:r>
        <w:t>what is the meaning of life.</w:t>
      </w:r>
    </w:p>
    <w:p>
      <w:pPr>
        <w:jc w:val="right"/>
      </w:pPr>
      <w:r>
        <w:t>what is the meaning of life.</w:t>
      </w:r>
    </w:p>
    <w:p>
      <w:r>
        <w:rPr>
          <w:b/>
        </w:rPr>
        <w:t xml:space="preserve">[10:59] </w:t>
      </w:r>
      <w:r>
        <w:t>Eh, la sua guru e diventata.</w:t>
      </w:r>
    </w:p>
    <w:p>
      <w:pPr>
        <w:jc w:val="right"/>
      </w:pPr>
      <w:r>
        <w:t>Eh, la sua guru è diventata.</w:t>
      </w:r>
    </w:p>
    <w:p>
      <w:r>
        <w:rPr>
          <w:b/>
        </w:rPr>
        <w:t xml:space="preserve">[11:03] </w:t>
      </w:r>
      <w:r>
        <w:t>Mario is my guru. Io ero un ricercatore. What is the purpose of life? Why am I here in this world? What is life and what is death?</w:t>
      </w:r>
    </w:p>
    <w:p>
      <w:pPr>
        <w:jc w:val="right"/>
      </w:pPr>
      <w:r>
        <w:t>Mario è il mio guru. Io ero un ricercatore. What is the purpose of life? Why am I here in this world? What is life and what is death?</w:t>
      </w:r>
    </w:p>
    <w:p>
      <w:r>
        <w:rPr>
          <w:b/>
        </w:rPr>
        <w:t xml:space="preserve">[11:21] </w:t>
      </w:r>
      <w:r>
        <w:t>These were my questions.</w:t>
      </w:r>
    </w:p>
    <w:p>
      <w:pPr>
        <w:jc w:val="right"/>
      </w:pPr>
      <w:r>
        <w:t>These were my questions.</w:t>
      </w:r>
    </w:p>
    <w:p>
      <w:r>
        <w:rPr>
          <w:b/>
        </w:rPr>
        <w:t xml:space="preserve">[11:25] </w:t>
      </w:r>
      <w:r>
        <w:t>Then I discovered</w:t>
      </w:r>
    </w:p>
    <w:p>
      <w:pPr>
        <w:jc w:val="right"/>
      </w:pPr>
      <w:r>
        <w:t>Then I discovered</w:t>
      </w:r>
    </w:p>
    <w:p>
      <w:r>
        <w:rPr>
          <w:b/>
        </w:rPr>
        <w:t xml:space="preserve">[11:32] </w:t>
      </w:r>
      <w:r>
        <w:t>what is the purpose of my life.</w:t>
      </w:r>
    </w:p>
    <w:p>
      <w:pPr>
        <w:jc w:val="right"/>
      </w:pPr>
      <w:r>
        <w:t>what is the purpose of my life.</w:t>
      </w:r>
    </w:p>
    <w:p>
      <w:r>
        <w:rPr>
          <w:b/>
        </w:rPr>
        <w:t xml:space="preserve">[11:35] </w:t>
      </w:r>
      <w:r>
        <w:t>I read a lot</w:t>
      </w:r>
    </w:p>
    <w:p>
      <w:pPr>
        <w:jc w:val="right"/>
      </w:pPr>
      <w:r>
        <w:t>I read a lot</w:t>
      </w:r>
    </w:p>
    <w:p>
      <w:r>
        <w:rPr>
          <w:b/>
        </w:rPr>
        <w:t xml:space="preserve">[11:38] </w:t>
      </w:r>
      <w:r>
        <w:t>for this purpose.</w:t>
      </w:r>
    </w:p>
    <w:p>
      <w:pPr>
        <w:jc w:val="right"/>
      </w:pPr>
      <w:r>
        <w:t>for this purpose.</w:t>
      </w:r>
    </w:p>
    <w:p>
      <w:r>
        <w:rPr>
          <w:b/>
        </w:rPr>
        <w:t xml:space="preserve">[11:40] </w:t>
      </w:r>
      <w:r>
        <w:t>I read different disciplines, different traditions, so many books.</w:t>
      </w:r>
    </w:p>
    <w:p>
      <w:pPr>
        <w:jc w:val="right"/>
      </w:pPr>
      <w:r>
        <w:t>I read different disciplines, different traditions, so many books.</w:t>
      </w:r>
    </w:p>
    <w:p>
      <w:r>
        <w:rPr>
          <w:b/>
        </w:rPr>
        <w:t xml:space="preserve">[11:48] </w:t>
      </w:r>
      <w:r>
        <w:t>Then I found the answer in a Quranic</w:t>
      </w:r>
    </w:p>
    <w:p>
      <w:pPr>
        <w:jc w:val="right"/>
      </w:pPr>
      <w:r>
        <w:t>Then I found the answer in a Quranic</w:t>
      </w:r>
    </w:p>
    <w:p>
      <w:r>
        <w:rPr>
          <w:b/>
        </w:rPr>
        <w:t xml:space="preserve">[11:55] </w:t>
      </w:r>
      <w:r>
        <w:t>verse that is:</w:t>
      </w:r>
    </w:p>
    <w:p>
      <w:pPr>
        <w:jc w:val="right"/>
      </w:pPr>
      <w:r>
        <w:t>verse that is:</w:t>
      </w:r>
    </w:p>
    <w:p>
      <w:r>
        <w:rPr>
          <w:b/>
        </w:rPr>
        <w:t xml:space="preserve">[11:58] </w:t>
      </w:r>
      <w:r>
        <w:t>ila rabbikal muntaha</w:t>
      </w:r>
    </w:p>
    <w:p>
      <w:pPr>
        <w:jc w:val="right"/>
      </w:pPr>
      <w:r>
        <w:t>إِلَى رَبِّكَ الْمُنْتَهَىٰ</w:t>
      </w:r>
    </w:p>
    <w:p>
      <w:r>
        <w:rPr>
          <w:b/>
        </w:rPr>
        <w:t xml:space="preserve">[12:02] </w:t>
      </w:r>
      <w:r>
        <w:t>Your creator is your goal.</w:t>
      </w:r>
    </w:p>
    <w:p>
      <w:pPr>
        <w:jc w:val="right"/>
      </w:pPr>
      <w:r>
        <w:t>Your creator is your goal.</w:t>
      </w:r>
    </w:p>
    <w:p>
      <w:r>
        <w:rPr>
          <w:b/>
        </w:rPr>
        <w:t xml:space="preserve">[12:06] </w:t>
      </w:r>
      <w:r>
        <w:t>Io, come dicevo, ero un ricercatore. Ho cercato di capire quale fosse il significato della vita, qual è il significato di vivere e qual è il significato di morire. Ho ricercato molte credenze, ho letto molti libri e alla fine la risposta mi è arrivata nelle parole del Corano.</w:t>
      </w:r>
    </w:p>
    <w:p>
      <w:pPr>
        <w:jc w:val="right"/>
      </w:pPr>
      <w:r>
        <w:t>Io, come dicevo, ero un ricercatore. Ho cercato di capire quale fosse il significato della vita, qual è il significato di vivere e qual è il significato di morire. Ho ricercato molte credenze, ho letto molti libri e alla fine la risposta mi è arrivata nelle parole del Corano.</w:t>
      </w:r>
    </w:p>
    <w:p>
      <w:r>
        <w:rPr>
          <w:b/>
        </w:rPr>
        <w:t xml:space="preserve">[12:33] </w:t>
      </w:r>
      <w:r>
        <w:t>This was my discovery. Thus, God Almighty is my goal. Dio Onnipotente è il mio guru. You know He was my creator.</w:t>
      </w:r>
    </w:p>
    <w:p>
      <w:pPr>
        <w:jc w:val="right"/>
      </w:pPr>
      <w:r>
        <w:t>This was my discovery. Thus, God Almighty is my goal. Dio Onnipotente è il mio guru. You know He was my creator.</w:t>
      </w:r>
    </w:p>
    <w:p>
      <w:r>
        <w:rPr>
          <w:b/>
        </w:rPr>
        <w:t xml:space="preserve">[12:50] </w:t>
      </w:r>
      <w:r>
        <w:t>. He is the sustainer.</w:t>
      </w:r>
    </w:p>
    <w:p>
      <w:pPr>
        <w:jc w:val="right"/>
      </w:pPr>
      <w:r>
        <w:t>. He is the sustainer.</w:t>
      </w:r>
    </w:p>
    <w:p>
      <w:r>
        <w:rPr>
          <w:b/>
        </w:rPr>
        <w:t xml:space="preserve">[12:53] </w:t>
      </w:r>
      <w:r>
        <w:t>He is the super giver.</w:t>
      </w:r>
    </w:p>
    <w:p>
      <w:pPr>
        <w:jc w:val="right"/>
      </w:pPr>
      <w:r>
        <w:t>He is the super giver.</w:t>
      </w:r>
    </w:p>
    <w:p>
      <w:r>
        <w:rPr>
          <w:b/>
        </w:rPr>
        <w:t xml:space="preserve">[12:58] </w:t>
      </w:r>
      <w:r>
        <w:t>Quran says that,</w:t>
      </w:r>
    </w:p>
    <w:p>
      <w:pPr>
        <w:jc w:val="right"/>
      </w:pPr>
      <w:r>
        <w:t>Quran says that,</w:t>
      </w:r>
    </w:p>
    <w:p>
      <w:r>
        <w:rPr>
          <w:b/>
        </w:rPr>
        <w:t xml:space="preserve">[13:00] </w:t>
      </w:r>
      <w:r>
        <w:t>wallazeena amanoo ashaddoo hubban lillah</w:t>
      </w:r>
    </w:p>
    <w:p>
      <w:pPr>
        <w:jc w:val="right"/>
      </w:pPr>
      <w:r>
        <w:t>وَالَّذِينَ آمَنُوا أَشَدُّ حُبًّا لِّلَّهِ</w:t>
      </w:r>
    </w:p>
    <w:p>
      <w:r>
        <w:rPr>
          <w:b/>
        </w:rPr>
        <w:t xml:space="preserve">[13:04] </w:t>
      </w:r>
      <w:r>
        <w:t>The believers love God most.</w:t>
      </w:r>
    </w:p>
    <w:p>
      <w:pPr>
        <w:jc w:val="right"/>
      </w:pPr>
      <w:r>
        <w:t>The believers love God most.</w:t>
      </w:r>
    </w:p>
    <w:p>
      <w:r>
        <w:rPr>
          <w:b/>
        </w:rPr>
        <w:t xml:space="preserve">[13:10] </w:t>
      </w:r>
      <w:r>
        <w:t>This is the</w:t>
      </w:r>
    </w:p>
    <w:p>
      <w:pPr>
        <w:jc w:val="right"/>
      </w:pPr>
      <w:r>
        <w:t>This is the</w:t>
      </w:r>
    </w:p>
    <w:p>
      <w:r>
        <w:rPr>
          <w:b/>
        </w:rPr>
        <w:t xml:space="preserve">[13:12] </w:t>
      </w:r>
      <w:r>
        <w:t>only response that God Almighty wants from me.</w:t>
      </w:r>
    </w:p>
    <w:p>
      <w:pPr>
        <w:jc w:val="right"/>
      </w:pPr>
      <w:r>
        <w:t>only response that God Almighty wants from me.</w:t>
      </w:r>
    </w:p>
    <w:p>
      <w:r>
        <w:rPr>
          <w:b/>
        </w:rPr>
        <w:t xml:space="preserve">[13:19] </w:t>
      </w:r>
      <w:r>
        <w:t>I have to love Him.</w:t>
      </w:r>
    </w:p>
    <w:p>
      <w:pPr>
        <w:jc w:val="right"/>
      </w:pPr>
      <w:r>
        <w:t>I have to love Him.</w:t>
      </w:r>
    </w:p>
    <w:p>
      <w:r>
        <w:rPr>
          <w:b/>
        </w:rPr>
        <w:t xml:space="preserve">[13:22] </w:t>
      </w:r>
      <w:r>
        <w:t>I will have strong affection towards Him.</w:t>
      </w:r>
    </w:p>
    <w:p>
      <w:pPr>
        <w:jc w:val="right"/>
      </w:pPr>
      <w:r>
        <w:t>I will have strong affection towards Him.</w:t>
      </w:r>
    </w:p>
    <w:p>
      <w:r>
        <w:rPr>
          <w:b/>
        </w:rPr>
        <w:t xml:space="preserve">[13:25] </w:t>
      </w:r>
      <w:r>
        <w:t>Because everything that I have is given by God.</w:t>
      </w:r>
    </w:p>
    <w:p>
      <w:pPr>
        <w:jc w:val="right"/>
      </w:pPr>
      <w:r>
        <w:t>Because everything that I have is given by God.</w:t>
      </w:r>
    </w:p>
    <w:p>
      <w:r>
        <w:rPr>
          <w:b/>
        </w:rPr>
        <w:t xml:space="preserve">[13:33] </w:t>
      </w:r>
      <w:r>
        <w:t>E</w:t>
      </w:r>
    </w:p>
    <w:p>
      <w:pPr>
        <w:jc w:val="right"/>
      </w:pPr>
      <w:r>
        <w:t>E</w:t>
      </w:r>
    </w:p>
    <w:p>
      <w:r>
        <w:rPr>
          <w:b/>
        </w:rPr>
        <w:t xml:space="preserve">[13:34] </w:t>
      </w:r>
      <w:r>
        <w:t>La risposta alla fine è questa: chi cerca Dio deve amarlo. Questo chiede a noi di essere amati.</w:t>
      </w:r>
    </w:p>
    <w:p>
      <w:pPr>
        <w:jc w:val="right"/>
      </w:pPr>
      <w:r>
        <w:t>La risposta alla fine è questa: chi cerca Dio deve amarlo. Questo chiede a noi di essere amati.</w:t>
      </w:r>
    </w:p>
    <w:p>
      <w:r>
        <w:rPr>
          <w:b/>
        </w:rPr>
        <w:t xml:space="preserve">[13:48] </w:t>
      </w:r>
      <w:r>
        <w:t>I surrendered to God Almighty. I adopted a life that is God-oriented life. By birth, I was not a materialist person.</w:t>
      </w:r>
    </w:p>
    <w:p>
      <w:pPr>
        <w:jc w:val="right"/>
      </w:pPr>
      <w:r>
        <w:t>I surrendered to God Almighty. I adopted a life that is God-oriented life. By birth, I was not a materialist person.</w:t>
      </w:r>
    </w:p>
    <w:p>
      <w:r>
        <w:rPr>
          <w:b/>
        </w:rPr>
        <w:t xml:space="preserve">[14:08] </w:t>
      </w:r>
      <w:r>
        <w:t>. I have no interest in</w:t>
      </w:r>
    </w:p>
    <w:p>
      <w:pPr>
        <w:jc w:val="right"/>
      </w:pPr>
      <w:r>
        <w:t>. I have no interest in</w:t>
      </w:r>
    </w:p>
    <w:p>
      <w:r>
        <w:rPr>
          <w:b/>
        </w:rPr>
        <w:t xml:space="preserve">[14:12] </w:t>
      </w:r>
      <w:r>
        <w:t>comfort, in luxury, in material things.</w:t>
      </w:r>
    </w:p>
    <w:p>
      <w:pPr>
        <w:jc w:val="right"/>
      </w:pPr>
      <w:r>
        <w:t>comfort, in luxury, in material things.</w:t>
      </w:r>
    </w:p>
    <w:p>
      <w:r>
        <w:rPr>
          <w:b/>
        </w:rPr>
        <w:t xml:space="preserve">[14:16] </w:t>
      </w:r>
      <w:r>
        <w:t>So I have no interest.</w:t>
      </w:r>
    </w:p>
    <w:p>
      <w:pPr>
        <w:jc w:val="right"/>
      </w:pPr>
      <w:r>
        <w:t>So I have no interest.</w:t>
      </w:r>
    </w:p>
    <w:p>
      <w:r>
        <w:rPr>
          <w:b/>
        </w:rPr>
        <w:t xml:space="preserve">[14:19] </w:t>
      </w:r>
      <w:r>
        <w:t>I was a seeker of truth.</w:t>
      </w:r>
    </w:p>
    <w:p>
      <w:pPr>
        <w:jc w:val="right"/>
      </w:pPr>
      <w:r>
        <w:t>I was a seeker of truth.</w:t>
      </w:r>
    </w:p>
    <w:p>
      <w:r>
        <w:rPr>
          <w:b/>
        </w:rPr>
        <w:t xml:space="preserve">[14:24] </w:t>
      </w:r>
      <w:r>
        <w:t>Seeker of truth.</w:t>
      </w:r>
    </w:p>
    <w:p>
      <w:pPr>
        <w:jc w:val="right"/>
      </w:pPr>
      <w:r>
        <w:t>Seeker of truth.</w:t>
      </w:r>
    </w:p>
    <w:p>
      <w:r>
        <w:rPr>
          <w:b/>
        </w:rPr>
        <w:t xml:space="preserve">[14:26] </w:t>
      </w:r>
      <w:r>
        <w:t>When I discovered the truth</w:t>
      </w:r>
    </w:p>
    <w:p>
      <w:pPr>
        <w:jc w:val="right"/>
      </w:pPr>
      <w:r>
        <w:t>When I discovered the truth</w:t>
      </w:r>
    </w:p>
    <w:p>
      <w:r>
        <w:rPr>
          <w:b/>
        </w:rPr>
        <w:t xml:space="preserve">[14:29] </w:t>
      </w:r>
      <w:r>
        <w:t>in the form of God Almighty,</w:t>
      </w:r>
    </w:p>
    <w:p>
      <w:pPr>
        <w:jc w:val="right"/>
      </w:pPr>
      <w:r>
        <w:t>in the form of God Almighty,</w:t>
      </w:r>
    </w:p>
    <w:p>
      <w:r>
        <w:rPr>
          <w:b/>
        </w:rPr>
        <w:t xml:space="preserve">[14:32] </w:t>
      </w:r>
      <w:r>
        <w:t>then I became His devotee.</w:t>
      </w:r>
    </w:p>
    <w:p>
      <w:pPr>
        <w:jc w:val="right"/>
      </w:pPr>
      <w:r>
        <w:t>then I became His devotee.</w:t>
      </w:r>
    </w:p>
    <w:p>
      <w:r>
        <w:rPr>
          <w:b/>
        </w:rPr>
        <w:t xml:space="preserve">[14:43] </w:t>
      </w:r>
      <w:r>
        <w:t>E</w:t>
      </w:r>
    </w:p>
    <w:p>
      <w:pPr>
        <w:jc w:val="right"/>
      </w:pPr>
      <w:r>
        <w:t>E</w:t>
      </w:r>
    </w:p>
    <w:p>
      <w:r>
        <w:rPr>
          <w:b/>
        </w:rPr>
        <w:t xml:space="preserve">[14:44] </w:t>
      </w:r>
      <w:r>
        <w:t>Ero quindi un ricercatore della verità e quando ho scoperto la verità in Dio Onnipotente, ho trovato quello che cercavo. When I see the sun, I remember God. When I see rain, I remember God.</w:t>
      </w:r>
    </w:p>
    <w:p>
      <w:pPr>
        <w:jc w:val="right"/>
      </w:pPr>
      <w:r>
        <w:t>Ero quindi un ricercatore della verità e quando ho scoperto la verità in Dio Onnipotente, ho trovato quello che cercavo. When I see the sun, I remember God. When I see rain, I remember God.</w:t>
      </w:r>
    </w:p>
    <w:p>
      <w:r>
        <w:rPr>
          <w:b/>
        </w:rPr>
        <w:t xml:space="preserve">[15:13] </w:t>
      </w:r>
      <w:r>
        <w:t>When I see all those trees and greenery, I remember God. When I see a bird flying in the space, I remember God. So everything for me was created by God, and from everything I remember God.</w:t>
      </w:r>
    </w:p>
    <w:p>
      <w:pPr>
        <w:jc w:val="right"/>
      </w:pPr>
      <w:r>
        <w:t>When I see all those trees and greenery, I remember God. When I see a bird flying in the space, I remember God. So everything for me was created by God, and from everything I remember God.</w:t>
      </w:r>
    </w:p>
    <w:p>
      <w:r>
        <w:rPr>
          <w:b/>
        </w:rPr>
        <w:t xml:space="preserve">[15:40] </w:t>
      </w:r>
      <w:r>
        <w:t>Quando vedo il sole, ricordo Dio. Quando vedo la pioggia, ricordo Dio. Quando vedo un albero, ricordo Dio. Quando vedo un uccello cantare, ricordo Dio. In qualunque cosa vedo Dio.</w:t>
      </w:r>
    </w:p>
    <w:p>
      <w:pPr>
        <w:jc w:val="right"/>
      </w:pPr>
      <w:r>
        <w:t>Quando vedo il sole, ricordo Dio. Quando vedo la pioggia, ricordo Dio. Quando vedo un albero, ricordo Dio. Quando vedo un uccello cantare, ricordo Dio. In qualunque cosa vedo Dio.</w:t>
      </w:r>
    </w:p>
    <w:p>
      <w:r>
        <w:rPr>
          <w:b/>
        </w:rPr>
        <w:t xml:space="preserve">[15:55] </w:t>
      </w:r>
      <w:r>
        <w:t>Then from the Quran I discovered that if I surrender to God, then what is the reward from God?</w:t>
      </w:r>
    </w:p>
    <w:p>
      <w:pPr>
        <w:jc w:val="right"/>
      </w:pPr>
      <w:r>
        <w:t>Then from the Quran I discovered that if I surrender to God, then what is the reward from God?</w:t>
      </w:r>
    </w:p>
    <w:p>
      <w:r>
        <w:rPr>
          <w:b/>
        </w:rPr>
        <w:t xml:space="preserve">[16:11] </w:t>
      </w:r>
      <w:r>
        <w:t>That is paradise. From man, it is required that he must surrender to God, and from God, it is the reward to man in the form of paradise.</w:t>
      </w:r>
    </w:p>
    <w:p>
      <w:pPr>
        <w:jc w:val="right"/>
      </w:pPr>
      <w:r>
        <w:t>That is paradise. From man, it is required that he must surrender to God, and from God, it is the reward to man in the form of paradise.</w:t>
      </w:r>
    </w:p>
    <w:p>
      <w:r>
        <w:rPr>
          <w:b/>
        </w:rPr>
        <w:t xml:space="preserve">[16:35] </w:t>
      </w:r>
      <w:r>
        <w:t>La dimora di Dio è il paradiso. Quello che noi cerchiamo è di raggiungere Dio nella Sua dimora.</w:t>
      </w:r>
    </w:p>
    <w:p>
      <w:pPr>
        <w:jc w:val="right"/>
      </w:pPr>
      <w:r>
        <w:t>La dimora di Dio è il paradiso. Quello che noi cerchiamo è di raggiungere Dio nella Sua dimora.</w:t>
      </w:r>
    </w:p>
    <w:p>
      <w:r>
        <w:rPr>
          <w:b/>
        </w:rPr>
        <w:t xml:space="preserve">[16:49] </w:t>
      </w:r>
      <w:r>
        <w:t>Jesus Christ has said, "O Lord, give our daily bread. O Lord, give us our daily bread." The same is mentioned in the Quran. The Quran says, "O Lord, give us our risk." Risk means food.</w:t>
      </w:r>
    </w:p>
    <w:p>
      <w:pPr>
        <w:jc w:val="right"/>
      </w:pPr>
      <w:r>
        <w:t>Jesus Christ has said, "O Lord, give our daily bread. O Lord, give us our daily bread." The same is mentioned in the Quran. The Quran says, "O Lord, give us our risk." Risk means food.</w:t>
      </w:r>
    </w:p>
    <w:p>
      <w:r>
        <w:rPr>
          <w:b/>
        </w:rPr>
        <w:t xml:space="preserve">[17:11] </w:t>
      </w:r>
      <w:r>
        <w:t>So I discovered that the teaching of Jesus Christ and the teaching of Muhammad was one and the same. Ho scoperto che gli insegnamenti di Gesù Cristo e di Muhammad erano gli stessi, perché sia nel Quran che in Gesù dicevano le stesse cose. O Dio, assumo le mie responsabilità. Now, what is daily bread and what is daily food?</w:t>
      </w:r>
    </w:p>
    <w:p>
      <w:pPr>
        <w:jc w:val="right"/>
      </w:pPr>
      <w:r>
        <w:t>So I discovered that the teaching of Jesus Christ and the teaching of Muhammad was one and the same. Ho scoperto che gli insegnamenti di Gesù Cristo e di Muhammad erano gli stessi, perché sia nel Quran che in Gesù dicevano le stesse cose. O Dio, assumo le mie responsabilità. Now, what is daily bread and what is daily food?</w:t>
      </w:r>
    </w:p>
    <w:p>
      <w:r>
        <w:rPr>
          <w:b/>
        </w:rPr>
        <w:t xml:space="preserve">[17:39] </w:t>
      </w:r>
      <w:r>
        <w:t>Is it spiritual food? We need two kinds of food. One, physical food that gives health to our body. Ci sono due tipi di cibo. Assumersi la propria responsabilità, noi chiediamo a Dio: "Dacci oggi il nostro pane quotidiano." Ci sono due tipi di cibo. Uno è quello materiale che dà forza al nostro corpo.</w:t>
      </w:r>
    </w:p>
    <w:p>
      <w:pPr>
        <w:jc w:val="right"/>
      </w:pPr>
      <w:r>
        <w:t>Is it spiritual food? We need two kinds of food. One, physical food that gives health to our body. Ci sono due tipi di cibo. Assumersi la propria responsabilità, noi chiediamo a Dio: "Dacci oggi il nostro pane quotidiano." Ci sono due tipi di cibo. Uno è quello materiale che dà forza al nostro corpo.</w:t>
      </w:r>
    </w:p>
    <w:p>
      <w:r>
        <w:rPr>
          <w:b/>
        </w:rPr>
        <w:t xml:space="preserve">[18:07] </w:t>
      </w:r>
      <w:r>
        <w:t>And second food is the spiritual food. Spiritual food gives us food for our soul. Il secondo tipo di cibo è il cibo spirituale. È del cibo che diamo alla nostra anima. Food for our mind. Food for our heart. Cibo per il cuore, cibo per la mente.</w:t>
      </w:r>
    </w:p>
    <w:p>
      <w:pPr>
        <w:jc w:val="right"/>
      </w:pPr>
      <w:r>
        <w:t>And second food is the spiritual food. Spiritual food gives us food for our soul. Il secondo tipo di cibo è il cibo spirituale. È del cibo che diamo alla nostra anima. Food for our mind. Food for our heart. Cibo per il cuore, cibo per la mente.</w:t>
      </w:r>
    </w:p>
    <w:p>
      <w:r>
        <w:rPr>
          <w:b/>
        </w:rPr>
        <w:t xml:space="preserve">[18:34] </w:t>
      </w:r>
      <w:r>
        <w:t>So what is required for paradise is that we must develop ourselves as a spiritual personality. Quello che viene richiesto per raggiungere il paradiso è poter avere questo cibo spirituale.</w:t>
      </w:r>
    </w:p>
    <w:p>
      <w:pPr>
        <w:jc w:val="right"/>
      </w:pPr>
      <w:r>
        <w:t>So what is required for paradise is that we must develop ourselves as a spiritual personality. Quello che viene richiesto per raggiungere il paradiso è poter avere questo cibo spirituale.</w:t>
      </w:r>
    </w:p>
    <w:p>
      <w:r>
        <w:rPr>
          <w:b/>
        </w:rPr>
        <w:t xml:space="preserve">[18:56] </w:t>
      </w:r>
      <w:r>
        <w:t>By spiritual personality, I mean a personality that may love to all mankind. Jesus Christ has rightly said that, "Love your enemy." It means that love all, including your enemy. Il cibo spirituale significa anche quel, come ha detto Gesù Cristo, amare il proprio nemico.</w:t>
      </w:r>
    </w:p>
    <w:p>
      <w:pPr>
        <w:jc w:val="right"/>
      </w:pPr>
      <w:r>
        <w:t>By spiritual personality, I mean a personality that may love to all mankind. Jesus Christ has rightly said that, "Love your enemy." It means that love all, including your enemy. Il cibo spirituale significa anche quel, come ha detto Gesù Cristo, amare il proprio nemico.</w:t>
      </w:r>
    </w:p>
    <w:p>
      <w:r>
        <w:rPr>
          <w:b/>
        </w:rPr>
        <w:t xml:space="preserve">[19:25] </w:t>
      </w:r>
      <w:r>
        <w:t>Love is the source of all kinds of betterment. If you inculcate love, then you are a positive person. You are a hate-free person. Then you are a tolerant person. Then you have a healthy spirit in your personality. L'amore è la risposta e il centro di tutto.</w:t>
      </w:r>
    </w:p>
    <w:p>
      <w:pPr>
        <w:jc w:val="right"/>
      </w:pPr>
      <w:r>
        <w:t>Love is the source of all kinds of betterment. If you inculcate love, then you are a positive person. You are a hate-free person. Then you are a tolerant person. Then you have a healthy spirit in your personality. L'amore è la risposta e il centro di tutto.</w:t>
      </w:r>
    </w:p>
    <w:p>
      <w:r>
        <w:rPr>
          <w:b/>
        </w:rPr>
        <w:t xml:space="preserve">[19:49] </w:t>
      </w:r>
      <w:r>
        <w:t>Quando tu ami, sei una persona positiva, sei una persona sana, sei una persona che non odia alcuno al mondo. This is the condition of paradise. There is a verse in the Quran, "Wallahu yadu ila daris salam," and God calls to the home of peace.</w:t>
      </w:r>
    </w:p>
    <w:p>
      <w:pPr>
        <w:jc w:val="right"/>
      </w:pPr>
      <w:r>
        <w:t>Quando tu ami, sei una persona positiva, sei una persona sana, sei una persona che non odia alcuno al mondo. This is the condition of paradise. There is a verse in the Quran, "Wallahu yadu ila daris salam," and God calls to the home of peace.</w:t>
      </w:r>
    </w:p>
    <w:p>
      <w:r>
        <w:rPr>
          <w:b/>
        </w:rPr>
        <w:t xml:space="preserve">[20:15] </w:t>
      </w:r>
      <w:r>
        <w:t>It means that paradise is a peaceful society. Questo è il paradiso, così come è scritto nel Quran di cui ha citato le parole, la cui interpretazione è chiara: il paradiso è una società di pace.</w:t>
      </w:r>
    </w:p>
    <w:p>
      <w:pPr>
        <w:jc w:val="right"/>
      </w:pPr>
      <w:r>
        <w:t>It means that paradise is a peaceful society. Questo è il paradiso, così come è scritto nel Quran di cui ha citato le parole, la cui interpretazione è chiara: il paradiso è una società di pace.</w:t>
      </w:r>
    </w:p>
    <w:p>
      <w:r>
        <w:rPr>
          <w:b/>
        </w:rPr>
        <w:t xml:space="preserve">[20:39] </w:t>
      </w:r>
      <w:r>
        <w:t>Only that person will find entry into paradise who is a peaceful person, who has positive thinking, who is hate-free thinking. Solo la persona che ha un pensiero, un modo di pensare positivo potrà raggiungere il paradiso.</w:t>
      </w:r>
    </w:p>
    <w:p>
      <w:pPr>
        <w:jc w:val="right"/>
      </w:pPr>
      <w:r>
        <w:t>Only that person will find entry into paradise who is a peaceful person, who has positive thinking, who is hate-free thinking. Solo la persona che ha un pensiero, un modo di pensare positivo potrà raggiungere il paradiso.</w:t>
      </w:r>
    </w:p>
    <w:p>
      <w:r>
        <w:rPr>
          <w:b/>
        </w:rPr>
        <w:t xml:space="preserve">[21:00] </w:t>
      </w:r>
      <w:r>
        <w:t>So I discovered that</w:t>
      </w:r>
    </w:p>
    <w:p>
      <w:pPr>
        <w:jc w:val="right"/>
      </w:pPr>
      <w:r>
        <w:t>So I discovered that</w:t>
      </w:r>
    </w:p>
    <w:p>
      <w:r>
        <w:rPr>
          <w:b/>
        </w:rPr>
        <w:t xml:space="preserve">[21:03] </w:t>
      </w:r>
      <w:r>
        <w:t>it is my, it is the purpose of my life that I may develop myself</w:t>
      </w:r>
    </w:p>
    <w:p>
      <w:pPr>
        <w:jc w:val="right"/>
      </w:pPr>
      <w:r>
        <w:t>it is my, it is the purpose of my life that I may develop myself</w:t>
      </w:r>
    </w:p>
    <w:p>
      <w:r>
        <w:rPr>
          <w:b/>
        </w:rPr>
        <w:t xml:space="preserve">[21:11] </w:t>
      </w:r>
      <w:r>
        <w:t>in such a way that I may be able to find entry to paradise.</w:t>
      </w:r>
    </w:p>
    <w:p>
      <w:pPr>
        <w:jc w:val="right"/>
      </w:pPr>
      <w:r>
        <w:t>in such a way that I may be able to find entry to paradise.</w:t>
      </w:r>
    </w:p>
    <w:p>
      <w:r>
        <w:rPr>
          <w:b/>
        </w:rPr>
        <w:t xml:space="preserve">[21:17] </w:t>
      </w:r>
      <w:r>
        <w:t>It is my purpose to</w:t>
      </w:r>
    </w:p>
    <w:p>
      <w:pPr>
        <w:jc w:val="right"/>
      </w:pPr>
      <w:r>
        <w:t>It is my purpose to</w:t>
      </w:r>
    </w:p>
    <w:p>
      <w:r>
        <w:rPr>
          <w:b/>
        </w:rPr>
        <w:t xml:space="preserve">[21:20] </w:t>
      </w:r>
      <w:r>
        <w:t>develop our, my soul, my personality</w:t>
      </w:r>
    </w:p>
    <w:p>
      <w:pPr>
        <w:jc w:val="right"/>
      </w:pPr>
      <w:r>
        <w:t>develop our, my soul, my personality</w:t>
      </w:r>
    </w:p>
    <w:p>
      <w:r>
        <w:rPr>
          <w:b/>
        </w:rPr>
        <w:t xml:space="preserve">[21:26] </w:t>
      </w:r>
      <w:r>
        <w:t>in such a way that I may be able to,</w:t>
      </w:r>
    </w:p>
    <w:p>
      <w:pPr>
        <w:jc w:val="right"/>
      </w:pPr>
      <w:r>
        <w:t>in such a way that I may be able to,</w:t>
      </w:r>
    </w:p>
    <w:p>
      <w:r>
        <w:rPr>
          <w:b/>
        </w:rPr>
        <w:t xml:space="preserve">[21:30] </w:t>
      </w:r>
      <w:r>
        <w:t>to, I may be able to as a deserving candidate for par</w:t>
      </w:r>
    </w:p>
    <w:p>
      <w:pPr>
        <w:jc w:val="right"/>
      </w:pPr>
      <w:r>
        <w:t>to, I may be able to as a deserving candidate for par</w:t>
      </w:r>
    </w:p>
    <w:p>
      <w:r>
        <w:rPr>
          <w:b/>
        </w:rPr>
        <w:t xml:space="preserve">[21:37] </w:t>
      </w:r>
      <w:r>
        <w:t>E quindi il proposito di cui io, che sto seguendo nell'andare della mia vita, l'unico proposito è quello di sviluppare la mia anima in modo tale da raggiungere il paradiso. E raggiungere il paradiso è quello di cui diceva prima, e cioè essere positivo. So according to my discovery, God is my creator, my Lord, and paradise is my goal.</w:t>
      </w:r>
    </w:p>
    <w:p>
      <w:pPr>
        <w:jc w:val="right"/>
      </w:pPr>
      <w:r>
        <w:t>E quindi il proposito di cui io, che sto seguendo nell'andare della mia vita, l'unico proposito è quello di sviluppare la mia anima in modo tale da raggiungere il paradiso. E raggiungere il paradiso è quello di cui diceva prima, e cioè essere positivo. So according to my discovery, God is my creator, my Lord, and paradise is my goal.</w:t>
      </w:r>
    </w:p>
    <w:p>
      <w:r>
        <w:rPr>
          <w:b/>
        </w:rPr>
        <w:t xml:space="preserve">[22:04] </w:t>
      </w:r>
      <w:r>
        <w:t>E quindi ecco la mia scoperta: Dio è il mio creatore e il paradiso è l'obiettivo che mi prefiggo.</w:t>
      </w:r>
    </w:p>
    <w:p>
      <w:pPr>
        <w:jc w:val="right"/>
      </w:pPr>
      <w:r>
        <w:t>E quindi ecco la mia scoperta: Dio è il mio creatore e il paradiso è l'obiettivo che mi prefiggo.</w:t>
      </w:r>
    </w:p>
    <w:p>
      <w:r>
        <w:rPr>
          <w:b/>
        </w:rPr>
        <w:t xml:space="preserve">[22:13] </w:t>
      </w:r>
      <w:r>
        <w:t>Then I discovered that the concept right here, right now, is a wrong concept. Because man is born as an eternal being. We live in this world for 70 years or 80 years. Then we die.</w:t>
      </w:r>
    </w:p>
    <w:p>
      <w:pPr>
        <w:jc w:val="right"/>
      </w:pPr>
      <w:r>
        <w:t>Then I discovered that the concept right here, right now, is a wrong concept. Because man is born as an eternal being. We live in this world for 70 years or 80 years. Then we die.</w:t>
      </w:r>
    </w:p>
    <w:p>
      <w:r>
        <w:rPr>
          <w:b/>
        </w:rPr>
        <w:t xml:space="preserve">[22:35] </w:t>
      </w:r>
      <w:r>
        <w:t>. And after death, there is eternity.</w:t>
      </w:r>
    </w:p>
    <w:p>
      <w:pPr>
        <w:jc w:val="right"/>
      </w:pPr>
      <w:r>
        <w:t>. And after death, there is eternity.</w:t>
      </w:r>
    </w:p>
    <w:p>
      <w:r>
        <w:rPr>
          <w:b/>
        </w:rPr>
        <w:t xml:space="preserve">[22:39] </w:t>
      </w:r>
      <w:r>
        <w:t>After death, there is, there is not end of life, but begins the eternity.</w:t>
      </w:r>
    </w:p>
    <w:p>
      <w:pPr>
        <w:jc w:val="right"/>
      </w:pPr>
      <w:r>
        <w:t>After death, there is, there is not end of life, but begins the eternity.</w:t>
      </w:r>
    </w:p>
    <w:p>
      <w:r>
        <w:rPr>
          <w:b/>
        </w:rPr>
        <w:t xml:space="preserve">[22:47] </w:t>
      </w:r>
      <w:r>
        <w:t>So in this present world, I have to</w:t>
      </w:r>
    </w:p>
    <w:p>
      <w:pPr>
        <w:jc w:val="right"/>
      </w:pPr>
      <w:r>
        <w:t>So in this present world, I have to</w:t>
      </w:r>
    </w:p>
    <w:p>
      <w:r>
        <w:rPr>
          <w:b/>
        </w:rPr>
        <w:t xml:space="preserve">[22:53] </w:t>
      </w:r>
      <w:r>
        <w:t>develop myself as a deserving candidate for paradise.</w:t>
      </w:r>
    </w:p>
    <w:p>
      <w:pPr>
        <w:jc w:val="right"/>
      </w:pPr>
      <w:r>
        <w:t>develop myself as a deserving candidate for paradise.</w:t>
      </w:r>
    </w:p>
    <w:p>
      <w:r>
        <w:rPr>
          <w:b/>
        </w:rPr>
        <w:t xml:space="preserve">[22:58] </w:t>
      </w:r>
      <w:r>
        <w:t>And this will be, and then after death, I may be selected for paradise.</w:t>
      </w:r>
    </w:p>
    <w:p>
      <w:pPr>
        <w:jc w:val="right"/>
      </w:pPr>
      <w:r>
        <w:t>And this will be, and then after death, I may be selected for paradise.</w:t>
      </w:r>
    </w:p>
    <w:p>
      <w:r>
        <w:rPr>
          <w:b/>
        </w:rPr>
        <w:t xml:space="preserve">[23:05] </w:t>
      </w:r>
      <w:r>
        <w:t>This is my experience and this is my discovery.</w:t>
      </w:r>
    </w:p>
    <w:p>
      <w:pPr>
        <w:jc w:val="right"/>
      </w:pPr>
      <w:r>
        <w:t>This is my experience and this is my discovery.</w:t>
      </w:r>
    </w:p>
    <w:p>
      <w:r>
        <w:rPr>
          <w:b/>
        </w:rPr>
        <w:t xml:space="preserve">[23:09] </w:t>
      </w:r>
      <w:r>
        <w:t>E quindi quello che, come mi ripeto, mi sono prefisso e di raggiungere il paradiso.</w:t>
      </w:r>
    </w:p>
    <w:p>
      <w:pPr>
        <w:jc w:val="right"/>
      </w:pPr>
      <w:r>
        <w:t>E quindi quello che, come mi ripeto, mi sono prefisso è di raggiungere il paradiso.</w:t>
      </w:r>
    </w:p>
    <w:p>
      <w:r>
        <w:rPr>
          <w:b/>
        </w:rPr>
        <w:t xml:space="preserve">[23:16] </w:t>
      </w:r>
      <w:r>
        <w:t>E in realta il qui e ora e un pensiero negativo.</w:t>
      </w:r>
    </w:p>
    <w:p>
      <w:pPr>
        <w:jc w:val="right"/>
      </w:pPr>
      <w:r>
        <w:t>E in realtà il qui e ora è un pensiero negativo.</w:t>
      </w:r>
    </w:p>
    <w:p>
      <w:r>
        <w:rPr>
          <w:b/>
        </w:rPr>
        <w:t xml:space="preserve">[23:21] </w:t>
      </w:r>
      <w:r>
        <w:t>Noi viviamo per 70, 80 anni e</w:t>
      </w:r>
    </w:p>
    <w:p>
      <w:pPr>
        <w:jc w:val="right"/>
      </w:pPr>
      <w:r>
        <w:t>Noi viviamo per 70, 80 anni e</w:t>
      </w:r>
    </w:p>
    <w:p>
      <w:r>
        <w:rPr>
          <w:b/>
        </w:rPr>
        <w:t xml:space="preserve">[23:26] </w:t>
      </w:r>
      <w:r>
        <w:t>spesso non, senza accorgercene.</w:t>
      </w:r>
    </w:p>
    <w:p>
      <w:pPr>
        <w:jc w:val="right"/>
      </w:pPr>
      <w:r>
        <w:t>spesso non, senza accorgercene.</w:t>
      </w:r>
    </w:p>
    <w:p>
      <w:r>
        <w:rPr>
          <w:b/>
        </w:rPr>
        <w:t xml:space="preserve">[23:28] </w:t>
      </w:r>
      <w:r>
        <w:t>Quello che invece io ho scoperto e mi sono prefisso di fare nel corso della mia vita e</w:t>
      </w:r>
    </w:p>
    <w:p>
      <w:pPr>
        <w:jc w:val="right"/>
      </w:pPr>
      <w:r>
        <w:t>Quello che invece io ho scoperto e mi sono prefisso di fare nel corso della mia vita è</w:t>
      </w:r>
    </w:p>
    <w:p>
      <w:r>
        <w:rPr>
          <w:b/>
        </w:rPr>
        <w:t xml:space="preserve">[23:33] </w:t>
      </w:r>
      <w:r>
        <w:t>di sviluppare la mia anima in modo tale da essere in grado di avere il paradiso.</w:t>
      </w:r>
    </w:p>
    <w:p>
      <w:pPr>
        <w:jc w:val="right"/>
      </w:pPr>
      <w:r>
        <w:t>di sviluppare la mia anima in modo tale da essere in grado di avere il paradiso.</w:t>
      </w:r>
    </w:p>
    <w:p>
      <w:r>
        <w:rPr>
          <w:b/>
        </w:rPr>
        <w:t xml:space="preserve">[23:41] </w:t>
      </w:r>
      <w:r>
        <w:t>I discovered that the greatest quality of a man is that he is a hate-free person. Hate-free person. No hate against anyone. Well-shared to anyone. Love to everyone. This is the greatest quality of a person.</w:t>
      </w:r>
    </w:p>
    <w:p>
      <w:pPr>
        <w:jc w:val="right"/>
      </w:pPr>
      <w:r>
        <w:t>I discovered that the greatest quality of a man is that he is a hate-free person. Hate-free person. No hate against anyone. Well-shared to anyone. Love to everyone. This is the greatest quality of a person.</w:t>
      </w:r>
    </w:p>
    <w:p>
      <w:r>
        <w:rPr>
          <w:b/>
        </w:rPr>
        <w:t xml:space="preserve">[24:01] </w:t>
      </w:r>
      <w:r>
        <w:t>La più grande qualità di una persona è di essere libero, di avere la propria mente libera, di poter amare e di non odiare nessuno. Questa è la più grande qualità di una persona. Here I would like to narrate a story of the Prophet Muhammad صلى الله عليه وسلم. Vorrei raccontare una storia del Profeta Muhammad صلى الله عليه وسلم.</w:t>
      </w:r>
    </w:p>
    <w:p>
      <w:pPr>
        <w:jc w:val="right"/>
      </w:pPr>
      <w:r>
        <w:t>La più grande qualità di una persona è di essere libero, di avere la propria mente libera, di poter amare e di non odiare nessuno. Questa è la più grande qualità di una persona. Here I would like to narrate a story of the Prophet Muhammad صلى الله عليه وسلم. Vorrei raccontare una storia del Profeta Muhammad صلى الله عليه وسلم.</w:t>
      </w:r>
    </w:p>
    <w:p>
      <w:r>
        <w:rPr>
          <w:b/>
        </w:rPr>
        <w:t xml:space="preserve">[24:23] </w:t>
      </w:r>
      <w:r>
        <w:t>You know Prophet Muhammad was born in Mecca. He lived in Mecca up to 13 years. Then he migrated to Medina. Nacque alla Mecca, visse lì per i primi 30, 40 anni e poi si sposò alla Medina.</w:t>
      </w:r>
    </w:p>
    <w:p>
      <w:pPr>
        <w:jc w:val="right"/>
      </w:pPr>
      <w:r>
        <w:t>You know Prophet Muhammad was born in Mecca. He lived in Mecca up to 13 years. Then he migrated to Medina. Nacque alla Mecca, visse lì per i primi 30, 40 anni e poi si sposò alla Medina.</w:t>
      </w:r>
    </w:p>
    <w:p>
      <w:r>
        <w:rPr>
          <w:b/>
        </w:rPr>
        <w:t xml:space="preserve">[24:39] </w:t>
      </w:r>
      <w:r>
        <w:t>In Medina, there were Jews. Roughly half of the population of Medina were Jews. So when he migrated to Medina and settled in Medina, in his neighborhood there were Jewish communities that comprised half of the population of Medina.</w:t>
      </w:r>
    </w:p>
    <w:p>
      <w:pPr>
        <w:jc w:val="right"/>
      </w:pPr>
      <w:r>
        <w:t>In Medina, there were Jews. Roughly half of the population of Medina were Jews. So when he migrated to Medina and settled in Medina, in his neighborhood there were Jewish communities that comprised half of the population of Medina.</w:t>
      </w:r>
    </w:p>
    <w:p>
      <w:r>
        <w:rPr>
          <w:b/>
        </w:rPr>
        <w:t xml:space="preserve">[25:04] </w:t>
      </w:r>
      <w:r>
        <w:t>Allora alla Medina c'erano gli ebrei, commercianti ebrei che commerciavano normalmente.</w:t>
      </w:r>
    </w:p>
    <w:p>
      <w:pPr>
        <w:jc w:val="right"/>
      </w:pPr>
      <w:r>
        <w:t>Allora alla Medina c'erano gli ebrei, commercianti ebrei che commerciavano normalmente.</w:t>
      </w:r>
    </w:p>
    <w:p>
      <w:r>
        <w:rPr>
          <w:b/>
        </w:rPr>
        <w:t xml:space="preserve">[25:15] </w:t>
      </w:r>
      <w:r>
        <w:t>One story that</w:t>
      </w:r>
    </w:p>
    <w:p>
      <w:pPr>
        <w:jc w:val="right"/>
      </w:pPr>
      <w:r>
        <w:t>One story that</w:t>
      </w:r>
    </w:p>
    <w:p>
      <w:r>
        <w:rPr>
          <w:b/>
        </w:rPr>
        <w:t xml:space="preserve">[25:19] </w:t>
      </w:r>
      <w:r>
        <w:t>tells us how God heard of the Prophet.</w:t>
      </w:r>
    </w:p>
    <w:p>
      <w:pPr>
        <w:jc w:val="right"/>
      </w:pPr>
      <w:r>
        <w:t>tells us how God heard of the Prophet.</w:t>
      </w:r>
    </w:p>
    <w:p>
      <w:r>
        <w:rPr>
          <w:b/>
        </w:rPr>
        <w:t xml:space="preserve">[25:24] </w:t>
      </w:r>
      <w:r>
        <w:t>One day he saw a funeral passing through a street in Medina.</w:t>
      </w:r>
    </w:p>
    <w:p>
      <w:pPr>
        <w:jc w:val="right"/>
      </w:pPr>
      <w:r>
        <w:t>One day he saw a funeral passing through a street in Medina.</w:t>
      </w:r>
    </w:p>
    <w:p>
      <w:r>
        <w:rPr>
          <w:b/>
        </w:rPr>
        <w:t xml:space="preserve">[25:30] </w:t>
      </w:r>
      <w:r>
        <w:t>Prophet was seated at the time.</w:t>
      </w:r>
    </w:p>
    <w:p>
      <w:pPr>
        <w:jc w:val="right"/>
      </w:pPr>
      <w:r>
        <w:t>Prophet was seated at the time.</w:t>
      </w:r>
    </w:p>
    <w:p>
      <w:r>
        <w:rPr>
          <w:b/>
        </w:rPr>
        <w:t xml:space="preserve">[25:34] </w:t>
      </w:r>
      <w:r>
        <w:t>He stood up in respect.</w:t>
      </w:r>
    </w:p>
    <w:p>
      <w:pPr>
        <w:jc w:val="right"/>
      </w:pPr>
      <w:r>
        <w:t>He stood up in respect.</w:t>
      </w:r>
    </w:p>
    <w:p>
      <w:r>
        <w:rPr>
          <w:b/>
        </w:rPr>
        <w:t xml:space="preserve">[25:37] </w:t>
      </w:r>
      <w:r>
        <w:t>One of his companions said, "O Prophet, it was funeral of a Jew, not a Muslim."</w:t>
      </w:r>
    </w:p>
    <w:p>
      <w:pPr>
        <w:jc w:val="right"/>
      </w:pPr>
      <w:r>
        <w:t>One of his companions said, "O Prophet, it was funeral of a Jew, not a Muslim."</w:t>
      </w:r>
    </w:p>
    <w:p>
      <w:r>
        <w:rPr>
          <w:b/>
        </w:rPr>
        <w:t xml:space="preserve">[25:45] </w:t>
      </w:r>
      <w:r>
        <w:t>Prophet said, alayst nafsan was he not a human being</w:t>
      </w:r>
    </w:p>
    <w:p>
      <w:pPr>
        <w:jc w:val="right"/>
      </w:pPr>
      <w:r>
        <w:t>Prophet said, أَلَيْسَتْ نَفْسًا was he not a human being</w:t>
      </w:r>
    </w:p>
    <w:p>
      <w:r>
        <w:rPr>
          <w:b/>
        </w:rPr>
        <w:t xml:space="preserve">[25:51] </w:t>
      </w:r>
      <w:r>
        <w:t>" It means that a believer is a positive person. In a believer's heart, there is nothing but love to everyone. Egli incontrò il Profeta e disse: "Ma come mai ci sono appunto tutti questi ebrei?</w:t>
      </w:r>
    </w:p>
    <w:p>
      <w:pPr>
        <w:jc w:val="right"/>
      </w:pPr>
      <w:r>
        <w:t>" It means that a believer is a positive person. In a believer's heart, there is nothing but love to everyone. Egli incontrò il Profeta e disse: "Ma come mai ci sono appunto tutti questi ebrei?</w:t>
      </w:r>
    </w:p>
    <w:p>
      <w:r>
        <w:rPr>
          <w:b/>
        </w:rPr>
        <w:t xml:space="preserve">[26:16] </w:t>
      </w:r>
      <w:r>
        <w:t>" Il Profeta gli disse: "Anche gli ebrei sono uomini, anche se sono commercianti, sono uomini. Tutti gli uomini sono uguali." This is true spirituality. And this is the true condition of paradise. Questa è la vera spiritualità, questa è la vera condizione del paradiso.</w:t>
      </w:r>
    </w:p>
    <w:p>
      <w:pPr>
        <w:jc w:val="right"/>
      </w:pPr>
      <w:r>
        <w:t>" Il Profeta gli disse: "Anche gli ebrei sono uomini, anche se sono commercianti, sono uomini. Tutti gli uomini sono uguali." This is true spirituality. And this is the true condition of paradise. Questa è la vera spiritualità, questa è la vera condizione del paradiso.</w:t>
      </w:r>
    </w:p>
    <w:p>
      <w:r>
        <w:rPr>
          <w:b/>
        </w:rPr>
        <w:t xml:space="preserve">[26:40] </w:t>
      </w:r>
      <w:r>
        <w:t>en there is a hadith.</w:t>
      </w:r>
    </w:p>
    <w:p>
      <w:pPr>
        <w:jc w:val="right"/>
      </w:pPr>
      <w:r>
        <w:t>en there is a hadith.</w:t>
      </w:r>
    </w:p>
    <w:p>
      <w:r>
        <w:rPr>
          <w:b/>
        </w:rPr>
        <w:t xml:space="preserve">[26:42] </w:t>
      </w:r>
      <w:r>
        <w:t>A person came to the Prophet and asked a question.</w:t>
      </w:r>
    </w:p>
    <w:p>
      <w:pPr>
        <w:jc w:val="right"/>
      </w:pPr>
      <w:r>
        <w:t>A person came to the Prophet and asked a question.</w:t>
      </w:r>
    </w:p>
    <w:p>
      <w:r>
        <w:rPr>
          <w:b/>
        </w:rPr>
        <w:t xml:space="preserve">[26:48] </w:t>
      </w:r>
      <w:r>
        <w:t>ya rasool Allah alamni kalimatin ayushir bihin anta ya rasool Allah alamni kalimatin ayushir bihin o</w:t>
      </w:r>
    </w:p>
    <w:p>
      <w:pPr>
        <w:jc w:val="right"/>
      </w:pPr>
      <w:r>
        <w:t>يَا رَسُولَ اللَّهِ أَلَّمْنِي كَلَمَاتٍ أَيُّشْهَا بِهِنَّ you are a Rasulullah, أَلَّمْنِي كَلَمَاتٍ أَيُّشْهَا بِهِنَّ O</w:t>
      </w:r>
    </w:p>
    <w:p>
      <w:r>
        <w:rPr>
          <w:b/>
        </w:rPr>
        <w:t xml:space="preserve">[27:00] </w:t>
      </w:r>
      <w:r>
        <w:t>Prophet, give me a master advice by which I may be able to manage all the affairs of</w:t>
      </w:r>
    </w:p>
    <w:p>
      <w:pPr>
        <w:jc w:val="right"/>
      </w:pPr>
      <w:r>
        <w:t>Prophet, give me a master advice by which I may be able to manage all the affairs of</w:t>
      </w:r>
    </w:p>
    <w:p>
      <w:r>
        <w:rPr>
          <w:b/>
        </w:rPr>
        <w:t xml:space="preserve">[27:09] </w:t>
      </w:r>
      <w:r>
        <w:t>my life. Prophet said,</w:t>
      </w:r>
    </w:p>
    <w:p>
      <w:pPr>
        <w:jc w:val="right"/>
      </w:pPr>
      <w:r>
        <w:t>my life. Prophet said,</w:t>
      </w:r>
    </w:p>
    <w:p>
      <w:r>
        <w:rPr>
          <w:b/>
        </w:rPr>
        <w:t xml:space="preserve">[27:13] </w:t>
      </w:r>
      <w:r>
        <w:t>la taghdab don't be angry.</w:t>
      </w:r>
    </w:p>
    <w:p>
      <w:pPr>
        <w:jc w:val="right"/>
      </w:pPr>
      <w:r>
        <w:t>لَا تَغْضَبْ don't be angry.</w:t>
      </w:r>
    </w:p>
    <w:p>
      <w:r>
        <w:rPr>
          <w:b/>
        </w:rPr>
        <w:t xml:space="preserve">[27:17] </w:t>
      </w:r>
      <w:r>
        <w:t>It means that</w:t>
      </w:r>
    </w:p>
    <w:p>
      <w:pPr>
        <w:jc w:val="right"/>
      </w:pPr>
      <w:r>
        <w:t>It means that</w:t>
      </w:r>
    </w:p>
    <w:p>
      <w:r>
        <w:rPr>
          <w:b/>
        </w:rPr>
        <w:t xml:space="preserve">[27:20] </w:t>
      </w:r>
      <w:r>
        <w:t>don't be angry even when provoked.</w:t>
      </w:r>
    </w:p>
    <w:p>
      <w:pPr>
        <w:jc w:val="right"/>
      </w:pPr>
      <w:r>
        <w:t>don't be angry even when provoked.</w:t>
      </w:r>
    </w:p>
    <w:p>
      <w:r>
        <w:rPr>
          <w:b/>
        </w:rPr>
        <w:t xml:space="preserve">[27:23] </w:t>
      </w:r>
      <w:r>
        <w:t>So this is the secret of, of believer's life.</w:t>
      </w:r>
    </w:p>
    <w:p>
      <w:pPr>
        <w:jc w:val="right"/>
      </w:pPr>
      <w:r>
        <w:t>So this is the secret of, of believer's life.</w:t>
      </w:r>
    </w:p>
    <w:p>
      <w:r>
        <w:rPr>
          <w:b/>
        </w:rPr>
        <w:t xml:space="preserve">[27:28] </w:t>
      </w:r>
      <w:r>
        <w:t>Maulana sta ora raccontando una ditta del Profeta in cui il Profeta dice di non essere mai arrabbiato, anche quando vieni provocato. Non bisogna mai odiare. The Prophet of Islam was rahmatul lil alamin and blessing for all mankind.</w:t>
      </w:r>
    </w:p>
    <w:p>
      <w:pPr>
        <w:jc w:val="right"/>
      </w:pPr>
      <w:r>
        <w:t>Maulana sta ora raccontando una ditta del Profeta in cui il Profeta dice di non essere mai arrabbiato, anche quando vieni provocato. Non bisogna mai odiare. The Prophet of Islam was rahmatul lil alamin and blessing for all mankind.</w:t>
      </w:r>
    </w:p>
    <w:p>
      <w:r>
        <w:rPr>
          <w:b/>
        </w:rPr>
        <w:t xml:space="preserve">[27:51] </w:t>
      </w:r>
      <w:r>
        <w:t>These are so of Sunnah of the Prophet.</w:t>
      </w:r>
    </w:p>
    <w:p>
      <w:pPr>
        <w:jc w:val="right"/>
      </w:pPr>
      <w:r>
        <w:t>These are so of Sunnah of the Prophet.</w:t>
      </w:r>
    </w:p>
    <w:p>
      <w:r>
        <w:rPr>
          <w:b/>
        </w:rPr>
        <w:t xml:space="preserve">[27:54] </w:t>
      </w:r>
      <w:r>
        <w:t>So everyone must live with this spirit.</w:t>
      </w:r>
    </w:p>
    <w:p>
      <w:pPr>
        <w:jc w:val="right"/>
      </w:pPr>
      <w:r>
        <w:t>So everyone must live with this spirit.</w:t>
      </w:r>
    </w:p>
    <w:p>
      <w:r>
        <w:rPr>
          <w:b/>
        </w:rPr>
        <w:t xml:space="preserve">[27:58] </w:t>
      </w:r>
      <w:r>
        <w:t>Everyone must live with the spirit that he is blessing for all mankind.</w:t>
      </w:r>
    </w:p>
    <w:p>
      <w:pPr>
        <w:jc w:val="right"/>
      </w:pPr>
      <w:r>
        <w:t>Everyone must live with the spirit that he is blessing for all mankind.</w:t>
      </w:r>
    </w:p>
    <w:p>
      <w:r>
        <w:rPr>
          <w:b/>
        </w:rPr>
        <w:t xml:space="preserve">[28:05] </w:t>
      </w:r>
      <w:r>
        <w:t>He loves all mankind.</w:t>
      </w:r>
    </w:p>
    <w:p>
      <w:pPr>
        <w:jc w:val="right"/>
      </w:pPr>
      <w:r>
        <w:t>He loves all mankind.</w:t>
      </w:r>
    </w:p>
    <w:p>
      <w:r>
        <w:rPr>
          <w:b/>
        </w:rPr>
        <w:t xml:space="preserve">[28:09] </w:t>
      </w:r>
      <w:r>
        <w:t>He is well-wishing, he is well-wisher to all mankind.</w:t>
      </w:r>
    </w:p>
    <w:p>
      <w:pPr>
        <w:jc w:val="right"/>
      </w:pPr>
      <w:r>
        <w:t>He is well-wishing, he is well-wisher to all mankind.</w:t>
      </w:r>
    </w:p>
    <w:p>
      <w:r>
        <w:rPr>
          <w:b/>
        </w:rPr>
        <w:t xml:space="preserve">[28:13] </w:t>
      </w:r>
      <w:r>
        <w:t>He is the Sunnah of the Prophet of Islam.</w:t>
      </w:r>
    </w:p>
    <w:p>
      <w:pPr>
        <w:jc w:val="right"/>
      </w:pPr>
      <w:r>
        <w:t>He is the Sunnah of the Prophet of Islam.</w:t>
      </w:r>
    </w:p>
    <w:p>
      <w:r>
        <w:rPr>
          <w:b/>
        </w:rPr>
        <w:t xml:space="preserve">[28:16] </w:t>
      </w:r>
      <w:r>
        <w:t>Questa è la vera Sunnah del Profeta dell'Islam.</w:t>
      </w:r>
    </w:p>
    <w:p>
      <w:pPr>
        <w:jc w:val="right"/>
      </w:pPr>
      <w:r>
        <w:t>Questa è la vera Sunnah del Profeta dell'Islam.</w:t>
      </w:r>
    </w:p>
    <w:p>
      <w:r>
        <w:rPr>
          <w:b/>
        </w:rPr>
        <w:t xml:space="preserve">[28:19] </w:t>
      </w:r>
      <w:r>
        <w:t>Amare tutta l'umanità.</w:t>
      </w:r>
    </w:p>
    <w:p>
      <w:pPr>
        <w:jc w:val="right"/>
      </w:pPr>
      <w:r>
        <w:t>Amare tutta l'umanità.</w:t>
      </w:r>
    </w:p>
    <w:p>
      <w:r>
        <w:rPr>
          <w:b/>
        </w:rPr>
        <w:t xml:space="preserve">[28:24] </w:t>
      </w:r>
      <w:r>
        <w:t>so according to my experience, this is the purpose of life. by this discovery, i discovered the meaning of life. e questa è la mia esperienza. in questo modo io ho scoperto il vero significato della vita. then what is paradise?</w:t>
      </w:r>
    </w:p>
    <w:p>
      <w:pPr>
        <w:jc w:val="right"/>
      </w:pPr>
      <w:r>
        <w:t>So according to my experience, this is the purpose of life. By this discovery, I discovered the meaning of life. E questa è la mia esperienza. In questo modo io ho scoperto il vero significato della vita. Then what is paradise?</w:t>
      </w:r>
    </w:p>
    <w:p>
      <w:r>
        <w:rPr>
          <w:b/>
        </w:rPr>
        <w:t xml:space="preserve">[28:50] </w:t>
      </w:r>
      <w:r>
        <w:t>paradise is the neighborhood of god. quindi che cos'è il paradiso? il paradiso è tutta l'umanità, tutti i vicini di dio, dell'umanità intera.</w:t>
      </w:r>
    </w:p>
    <w:p>
      <w:pPr>
        <w:jc w:val="right"/>
      </w:pPr>
      <w:r>
        <w:t>Paradise is the neighborhood of God. Quindi che cos'è il paradiso? Il paradiso è tutta l'umanità, tutti i vicini di Dio, dell'umanità intera.</w:t>
      </w:r>
    </w:p>
    <w:p>
      <w:r>
        <w:rPr>
          <w:b/>
        </w:rPr>
        <w:t xml:space="preserve">[29:05] </w:t>
      </w:r>
      <w:r>
        <w:t>there is a verse in the quran in terms of du'a: "rabbim li baitan inta kafil jannah." "o god, give me a home in your neighborhood." this is the paradise. i think that paradise is a very refined calling, an ideal calling, perfect calling in the neighborhood of god.</w:t>
      </w:r>
    </w:p>
    <w:p>
      <w:pPr>
        <w:jc w:val="right"/>
      </w:pPr>
      <w:r>
        <w:t>There is a verse in the Quran in terms of du'a: "Rabbim li baitan inta kafil jannah." "O God, give me a home in Your neighborhood." This is the paradise. I think that paradise is a very refined calling, an ideal calling, perfect calling in the neighborhood of God.</w:t>
      </w:r>
    </w:p>
    <w:p>
      <w:r>
        <w:rPr>
          <w:b/>
        </w:rPr>
        <w:t xml:space="preserve">[29:35] </w:t>
      </w:r>
      <w:r>
        <w:t>and the greatest ambition of a man is to find a place in this paradise that is built in the neighborhood of god. e quindi, citando il quran in cui si dice: "o dio, dammi una casa vicino a te", maulana ci sta dicendo che questo è il vero paradiso: riuscire a trovare un posto in cui noi possiamo essere vicino a dio.</w:t>
      </w:r>
    </w:p>
    <w:p>
      <w:pPr>
        <w:jc w:val="right"/>
      </w:pPr>
      <w:r>
        <w:t>And the greatest ambition of a man is to find a place in this paradise that is built in the neighborhood of God. E quindi, citando il Quran in cui si dice: "O Dio, dammi una casa vicino a Te", Maulana ci sta dicendo che questo è il vero paradiso: riuscire a trovare un posto in cui noi possiamo essere vicino a Dio.</w:t>
      </w:r>
    </w:p>
    <w:p>
      <w:r>
        <w:rPr>
          <w:b/>
        </w:rPr>
        <w:t xml:space="preserve">[30:05] </w:t>
      </w:r>
      <w:r>
        <w:t>according to this concept of life, our present life in this world is only for test. this world is a testing ground. here we are only for one purpose, that is to qualify ourselves for paradise.</w:t>
      </w:r>
    </w:p>
    <w:p>
      <w:pPr>
        <w:jc w:val="right"/>
      </w:pPr>
      <w:r>
        <w:t>According to this concept of life, our present life in this world is only for test. This world is a testing ground. Here we are only for one purpose, that is to qualify ourselves for paradise.</w:t>
      </w:r>
    </w:p>
    <w:p>
      <w:r>
        <w:rPr>
          <w:b/>
        </w:rPr>
        <w:t xml:space="preserve">[30:33] </w:t>
      </w:r>
      <w:r>
        <w:t>e quindi il vero scopo della nostra vita e per vita intendo qui la nostra vita reale qui è quella di poterci sviluppare, cioè siamo messi alla prova per poterci migliorare ed essere in grado di poter trovare un posto vicino a dio. i discovered that our life is divided into two parts: pre-death period and post-death period.</w:t>
      </w:r>
    </w:p>
    <w:p>
      <w:pPr>
        <w:jc w:val="right"/>
      </w:pPr>
      <w:r>
        <w:t>E quindi il vero scopo della nostra vita e per vita intendo qui la nostra vita reale qui è quella di poterci sviluppare, cioè siamo messi alla prova per poterci migliorare ed essere in grado di poter trovare un posto vicino a Dio. I discovered that our life is divided into two parts: pre-death period and post-death period.</w:t>
      </w:r>
    </w:p>
    <w:p>
      <w:r>
        <w:rPr>
          <w:b/>
        </w:rPr>
        <w:t xml:space="preserve">[31:02] </w:t>
      </w:r>
      <w:r>
        <w:t>pre-death period is for test and post-death period is for reward. this is the greatest concept that i discovered from the quran.</w:t>
      </w:r>
    </w:p>
    <w:p>
      <w:pPr>
        <w:jc w:val="right"/>
      </w:pPr>
      <w:r>
        <w:t>Pre-death period is for test and post-death period is for reward. This is the greatest concept that I discovered from the Quran.</w:t>
      </w:r>
    </w:p>
    <w:p>
      <w:r>
        <w:rPr>
          <w:b/>
        </w:rPr>
        <w:t xml:space="preserve">[31:16] </w:t>
      </w:r>
      <w:r>
        <w:t>Quello che ho scoperto, la più grande scoperta che ho avuto dal Corano è che la vita è</w:t>
      </w:r>
    </w:p>
    <w:p>
      <w:pPr>
        <w:jc w:val="right"/>
      </w:pPr>
      <w:r>
        <w:t>Quello che ho scoperto, la più grande scoperta che ho avuto dal Corano è che la vita è</w:t>
      </w:r>
    </w:p>
    <w:p>
      <w:r>
        <w:rPr>
          <w:b/>
        </w:rPr>
        <w:t xml:space="preserve">[31:21] </w:t>
      </w:r>
      <w:r>
        <w:t>divisa in due parti.</w:t>
      </w:r>
    </w:p>
    <w:p>
      <w:pPr>
        <w:jc w:val="right"/>
      </w:pPr>
      <w:r>
        <w:t>divisa in due parti.</w:t>
      </w:r>
    </w:p>
    <w:p>
      <w:r>
        <w:rPr>
          <w:b/>
        </w:rPr>
        <w:t xml:space="preserve">[31:23] </w:t>
      </w:r>
      <w:r>
        <w:t>La prima parte, quella della vita, è quella di essere messì, di poter superare le prove, di essere</w:t>
      </w:r>
    </w:p>
    <w:p>
      <w:pPr>
        <w:jc w:val="right"/>
      </w:pPr>
      <w:r>
        <w:t>La prima parte, quella della vita, è quella di essere messì, di poter superare le prove, di essere</w:t>
      </w:r>
    </w:p>
    <w:p>
      <w:r>
        <w:rPr>
          <w:b/>
        </w:rPr>
        <w:t xml:space="preserve">[31:29] </w:t>
      </w:r>
      <w:r>
        <w:t>messi alla prova, e quella dopo è quella della, di ricevere il, il premio meritato.</w:t>
      </w:r>
    </w:p>
    <w:p>
      <w:pPr>
        <w:jc w:val="right"/>
      </w:pPr>
      <w:r>
        <w:t>messi alla prova, e quella dopo è quella della, di ricevere il, il premio meritato.</w:t>
      </w:r>
    </w:p>
    <w:p>
      <w:r>
        <w:rPr>
          <w:b/>
        </w:rPr>
        <w:t xml:space="preserve">[31:36] </w:t>
      </w:r>
      <w:r>
        <w:t>I have read the Bible and the Quran both.</w:t>
      </w:r>
    </w:p>
    <w:p>
      <w:pPr>
        <w:jc w:val="right"/>
      </w:pPr>
      <w:r>
        <w:t>I have read the Bible and the Quran both.</w:t>
      </w:r>
    </w:p>
    <w:p>
      <w:r>
        <w:rPr>
          <w:b/>
        </w:rPr>
        <w:t xml:space="preserve">[31:44] </w:t>
      </w:r>
      <w:r>
        <w:t>New Testament and the Quran both.</w:t>
      </w:r>
    </w:p>
    <w:p>
      <w:pPr>
        <w:jc w:val="right"/>
      </w:pPr>
      <w:r>
        <w:t>New Testament and the Quran both.</w:t>
      </w:r>
    </w:p>
    <w:p>
      <w:r>
        <w:rPr>
          <w:b/>
        </w:rPr>
        <w:t xml:space="preserve">[31:47] </w:t>
      </w:r>
      <w:r>
        <w:t>i found that the teaching of jesus christ and the teaching of muhammad are one and the same. i don't know that there is any difference between the two. non ho trovato nessuna differenza leggendo il nuovo testamento, l'antico testamento e il quran. l'insegnamento del profeta maometto e di gesù cristo sono esattamente gli stessi.</w:t>
      </w:r>
    </w:p>
    <w:p>
      <w:pPr>
        <w:jc w:val="right"/>
      </w:pPr>
      <w:r>
        <w:t>I found that the teaching of Jesus Christ and the teaching of Muhammad are one and the same. I don't know that there is any difference between the two. Non ho trovato nessuna differenza leggendo il Nuovo Testamento, l'Antico Testamento e il Quran. L'insegnamento del Profeta Maometto e di Gesù Cristo sono esattamente gli stessi.</w:t>
      </w:r>
    </w:p>
    <w:p>
      <w:r>
        <w:rPr>
          <w:b/>
        </w:rPr>
        <w:t xml:space="preserve">[32:13] </w:t>
      </w:r>
      <w:r>
        <w:t>i am a great lover of muhammad. at the same time, i am a great lover of jesus christ. sono un amo maometto, ma allo stesso tempo amo anche gesù cristo.</w:t>
      </w:r>
    </w:p>
    <w:p>
      <w:pPr>
        <w:jc w:val="right"/>
      </w:pPr>
      <w:r>
        <w:t>I am a great lover of Muhammad. At the same time, I am a great lover of Jesus Christ. Sono un amo Maometto, ma allo stesso tempo amo anche Gesù Cristo.</w:t>
      </w:r>
    </w:p>
    <w:p>
      <w:r>
        <w:rPr>
          <w:b/>
        </w:rPr>
        <w:t xml:space="preserve">[32:26] </w:t>
      </w:r>
      <w:r>
        <w:t>once i was invited in a church, during a visit in the usa, i was invited to give a lecture in a church, an american church.</w:t>
      </w:r>
    </w:p>
    <w:p>
      <w:pPr>
        <w:jc w:val="right"/>
      </w:pPr>
      <w:r>
        <w:t>Once I was invited in a church, during a visit in the USA, I was invited to give a lecture in a church, an American church.</w:t>
      </w:r>
    </w:p>
    <w:p>
      <w:r>
        <w:rPr>
          <w:b/>
        </w:rPr>
        <w:t xml:space="preserve">[32:45] </w:t>
      </w:r>
      <w:r>
        <w:t>so after my lecture, they asked a question. one christian scholar asked a question. he said that jesus christ has said, "love your enemy." whether you can cite any such verse from the quran? i said yes.</w:t>
      </w:r>
    </w:p>
    <w:p>
      <w:pPr>
        <w:jc w:val="right"/>
      </w:pPr>
      <w:r>
        <w:t>So after my lecture, they asked a question. One Christian scholar asked a question. He said that Jesus Christ has said, "Love your enemy." Whether you can cite any such verse from the Quran? I said yes.</w:t>
      </w:r>
    </w:p>
    <w:p>
      <w:r>
        <w:rPr>
          <w:b/>
        </w:rPr>
        <w:t xml:space="preserve">[33:08] </w:t>
      </w:r>
      <w:r>
        <w:t>una volta ero, sono stato invitato negli Stati Uniti a tenere un discorso e alla termine mi è</w:t>
      </w:r>
    </w:p>
    <w:p>
      <w:pPr>
        <w:jc w:val="right"/>
      </w:pPr>
      <w:r>
        <w:t>una volta ero, sono stato invitato negli Stati Uniti a tenere un discorso e alla termine mi è</w:t>
      </w:r>
    </w:p>
    <w:p>
      <w:r>
        <w:rPr>
          <w:b/>
        </w:rPr>
        <w:t xml:space="preserve">[33:13] </w:t>
      </w:r>
      <w:r>
        <w:t>stata posta questa domanda da un, un astante, ovviamente di religione cristiana.</w:t>
      </w:r>
    </w:p>
    <w:p>
      <w:pPr>
        <w:jc w:val="right"/>
      </w:pPr>
      <w:r>
        <w:t>stata posta questa domanda da un, un astante, ovviamente di religione cristiana.</w:t>
      </w:r>
    </w:p>
    <w:p>
      <w:r>
        <w:rPr>
          <w:b/>
        </w:rPr>
        <w:t xml:space="preserve">[33:20] </w:t>
      </w:r>
      <w:r>
        <w:t>Nel Nuovo Testamento è scritto, "Ama il tuo nemico."</w:t>
      </w:r>
    </w:p>
    <w:p>
      <w:pPr>
        <w:jc w:val="right"/>
      </w:pPr>
      <w:r>
        <w:t>Nel Nuovo Testamento è scritto, "Ama il tuo nemico."</w:t>
      </w:r>
    </w:p>
    <w:p>
      <w:r>
        <w:rPr>
          <w:b/>
        </w:rPr>
        <w:t xml:space="preserve">[33:23] </w:t>
      </w:r>
      <w:r>
        <w:t>Mi è stato chiesto, dove trovo queste parole nel Corano?</w:t>
      </w:r>
    </w:p>
    <w:p>
      <w:pPr>
        <w:jc w:val="right"/>
      </w:pPr>
      <w:r>
        <w:t>Mi è stato chiesto, dove trovo queste parole nel Corano?</w:t>
      </w:r>
    </w:p>
    <w:p>
      <w:r>
        <w:rPr>
          <w:b/>
        </w:rPr>
        <w:t xml:space="preserve">[33:28] </w:t>
      </w:r>
      <w:r>
        <w:t>Then I referred that verse which is mentioned</w:t>
      </w:r>
    </w:p>
    <w:p>
      <w:pPr>
        <w:jc w:val="right"/>
      </w:pPr>
      <w:r>
        <w:t>Then I referred that verse which is mentioned</w:t>
      </w:r>
    </w:p>
    <w:p>
      <w:r>
        <w:rPr>
          <w:b/>
        </w:rPr>
        <w:t xml:space="preserve">[33:33] </w:t>
      </w:r>
      <w:r>
        <w:t>in chapter 41.</w:t>
      </w:r>
    </w:p>
    <w:p>
      <w:pPr>
        <w:jc w:val="right"/>
      </w:pPr>
      <w:r>
        <w:t>in chapter 41.</w:t>
      </w:r>
    </w:p>
    <w:p>
      <w:r>
        <w:rPr>
          <w:b/>
        </w:rPr>
        <w:t xml:space="preserve">[33:38] </w:t>
      </w:r>
      <w:r>
        <w:t>la tasta'al hasanatub-bus sayyi'at. Idfa' billati hiya ahsan. Fa-izallazi baina waka wabehi adawatun ka'annahu waliyyun hamim.</w:t>
      </w:r>
    </w:p>
    <w:p>
      <w:pPr>
        <w:jc w:val="right"/>
      </w:pPr>
      <w:r>
        <w:t>لَا تَسْتَبِلْ حَسَنَةً وَبُرًّا سَيِّئًا اِطْفَ بِالَّتِي هِيَ أَسَنُ فَإِذَا الَّذِي بَيْنَكَ وَبَيْنِهِ عَذَابٌ كَانَهُ وَلِيٌّ حَمِيمٌ</w:t>
      </w:r>
    </w:p>
    <w:p>
      <w:r>
        <w:rPr>
          <w:b/>
        </w:rPr>
        <w:t xml:space="preserve">[33:48] </w:t>
      </w:r>
      <w:r>
        <w:t>it means that do good deeds in return for bad deeds. and you will find that your enemy has become your dearest friend. la citazione del quran che ci ha appena espresso lo dice chiaramente: "fai delle buone azioni e scoprirai che il tuo peggiore nemico è il tuo migliore amico."</w:t>
      </w:r>
    </w:p>
    <w:p>
      <w:pPr>
        <w:jc w:val="right"/>
      </w:pPr>
      <w:r>
        <w:t>It means that do good deeds in return for bad deeds. And you will find that your enemy has become your dearest friend. La citazione del Quran che ci ha appena espresso lo dice chiaramente: "Fai delle buone azioni e scoprirai che il tuo peggiore nemico è il tuo migliore amico."</w:t>
      </w:r>
    </w:p>
    <w:p>
      <w:r>
        <w:rPr>
          <w:b/>
        </w:rPr>
        <w:t xml:space="preserve">[34:12] </w:t>
      </w:r>
      <w:r>
        <w:t>it means that according to the creation plan of god, this verse refers to the creation plan of god. so according to the creation plan of god, there is no enemy and no difference between enemy and friend. both are friends. e questa è la rivelazione di quello che è il piano di dio. secondo il piano di dio non esistono nemici o amici. questo è il piano di dio.</w:t>
      </w:r>
    </w:p>
    <w:p>
      <w:pPr>
        <w:jc w:val="right"/>
      </w:pPr>
      <w:r>
        <w:t>It means that according to the creation plan of God, this verse refers to the creation plan of God. So according to the creation plan of God, there is no enemy and no difference between enemy and friend. Both are friends. E questa è la rivelazione di quello che è il piano di Dio. Secondo il piano di Dio non esistono nemici o amici. Questo è il piano di Dio.</w:t>
      </w:r>
    </w:p>
    <w:p>
      <w:r>
        <w:rPr>
          <w:b/>
        </w:rPr>
        <w:t xml:space="preserve">[34:39] </w:t>
      </w:r>
      <w:r>
        <w:t>the concept of friend and foe is wrong. everyone is your friend. some are your potential friends and some are your actual friends. non esistono differenze. il concetto stesso di amico o nemico è sbagliato. possono esistere amici o nemici potenziali e amici o nemici reali.</w:t>
      </w:r>
    </w:p>
    <w:p>
      <w:pPr>
        <w:jc w:val="right"/>
      </w:pPr>
      <w:r>
        <w:t>The concept of friend and foe is wrong. Everyone is your friend. Some are your potential friends and some are your actual friends. Non esistono differenze. Il concetto stesso di amico o nemico è sbagliato. Possono esistere amici o nemici potenziali e amici o nemici reali.</w:t>
      </w:r>
    </w:p>
    <w:p>
      <w:r>
        <w:rPr>
          <w:b/>
        </w:rPr>
        <w:t xml:space="preserve">[35:05] </w:t>
      </w:r>
      <w:r>
        <w:t>so in this verse you can see that the teaching of jesus christ and the teaching of the prophet muhammad is one and the same. both have insisted that don't think in terms of friend and foe. everyone is your friend.</w:t>
      </w:r>
    </w:p>
    <w:p>
      <w:pPr>
        <w:jc w:val="right"/>
      </w:pPr>
      <w:r>
        <w:t>So in this verse you can see that the teaching of Jesus Christ and the teaching of the Prophet Muhammad is one and the same. Both have insisted that don't think in terms of friend and foe. Everyone is your friend.</w:t>
      </w:r>
    </w:p>
    <w:p>
      <w:r>
        <w:rPr>
          <w:b/>
        </w:rPr>
        <w:t xml:space="preserve">[35:30] </w:t>
      </w:r>
      <w:r>
        <w:t>e questo è il vero insegnamento che lega il profeta maometto con gesù cristo, cioè non esistono amici o nemici. non bisogna pensare in termini di amici o nemici. tutti siamo uguali.</w:t>
      </w:r>
    </w:p>
    <w:p>
      <w:pPr>
        <w:jc w:val="right"/>
      </w:pPr>
      <w:r>
        <w:t>E questo è il vero insegnamento che lega il Profeta Maometto con Gesù Cristo, cioè non esistono amici o nemici. Non bisogna pensare in termini di amici o nemici. Tutti siamo uguali.</w:t>
      </w:r>
    </w:p>
    <w:p>
      <w:r>
        <w:rPr>
          <w:b/>
        </w:rPr>
        <w:t xml:space="preserve">[35:45] </w:t>
      </w:r>
      <w:r>
        <w:t>it is very important because if you are a hateful person, if you are an intolerant person, then you cannot develop that kind of personality that may be qualified for paradise. e questo è molto importante.</w:t>
      </w:r>
    </w:p>
    <w:p>
      <w:pPr>
        <w:jc w:val="right"/>
      </w:pPr>
      <w:r>
        <w:t>It is very important because if you are a hateful person, if you are an intolerant person, then you cannot develop that kind of personality that may be qualified for paradise. E questo è molto importante.</w:t>
      </w:r>
    </w:p>
    <w:p>
      <w:r>
        <w:rPr>
          <w:b/>
        </w:rPr>
        <w:t xml:space="preserve">[36:13] </w:t>
      </w:r>
      <w:r>
        <w:t>E bisogna essere persone attente, attive, perché le persone indolenti non sono in grado di qualificarsi, di migliorare per poter raggiungere il paradiso. So if you want to find entry into paradise, you have to love all. You have to follow this teaching of Jesus Christ that love your enemy. Otherwise, your paradise is doubtful.</w:t>
      </w:r>
    </w:p>
    <w:p>
      <w:pPr>
        <w:jc w:val="right"/>
      </w:pPr>
      <w:r>
        <w:t>E bisogna essere persone attente, attive, perché le persone indolenti non sono in grado di qualificarsi, di migliorare per poter raggiungere il paradiso. So if you want to find entry into paradise, you have to love all. You have to follow this teaching of Jesus Christ that love your enemy. Otherwise, your paradise is doubtful.</w:t>
      </w:r>
    </w:p>
    <w:p>
      <w:r>
        <w:rPr>
          <w:b/>
        </w:rPr>
        <w:t xml:space="preserve">[36:40] </w:t>
      </w:r>
      <w:r>
        <w:t>E questo è il significato. Se vuoi ottenere, se vuoi poter entrare nel paradiso, devi renderti in grado, essere in grado di farlo e quindi qualificarti, migliorare per poterlo fare. So love your enemy is not simply an ethical teaching. No. It is a way of life that may lead you to paradise.</w:t>
      </w:r>
    </w:p>
    <w:p>
      <w:pPr>
        <w:jc w:val="right"/>
      </w:pPr>
      <w:r>
        <w:t>E questo è il significato. Se vuoi ottenere, se vuoi poter entrare nel paradiso, devi renderti in grado, essere in grado di farlo e quindi qualificarti, migliorare per poterlo fare. So love your enemy is not simply an ethical teaching. No. It is a way of life that may lead you to paradise.</w:t>
      </w:r>
    </w:p>
    <w:p>
      <w:r>
        <w:rPr>
          <w:b/>
        </w:rPr>
        <w:t xml:space="preserve">[37:08] </w:t>
      </w:r>
      <w:r>
        <w:t>Quindi amare il tuo nemico non è solamente un precetto etico. È qualcosa che fa in modo che tu possa ottenere la porta, l'ingresso per il paradiso. So love your enemy is the source of all kinds of good behavior. L'amore per il nemico è la sorgente stessa di ogni buon comportamento.</w:t>
      </w:r>
    </w:p>
    <w:p>
      <w:pPr>
        <w:jc w:val="right"/>
      </w:pPr>
      <w:r>
        <w:t>Quindi amare il tuo nemico non è solamente un precetto etico. È qualcosa che fa in modo che tu possa ottenere la porta, l'ingresso per il paradiso. So love your enemy is the source of all kinds of good behavior. L'amore per il nemico è la sorgente stessa di ogni buon comportamento.</w:t>
      </w:r>
    </w:p>
    <w:p>
      <w:r>
        <w:rPr>
          <w:b/>
        </w:rPr>
        <w:t xml:space="preserve">[37:33] </w:t>
      </w:r>
      <w:r>
        <w:t>So according to my study, this is the gist of both the religions, Christianity and Islam. This is the gist of both the religions. Questo è il cuore di entrambe le religioni, il Cristianesimo e l'Islam.</w:t>
      </w:r>
    </w:p>
    <w:p>
      <w:pPr>
        <w:jc w:val="right"/>
      </w:pPr>
      <w:r>
        <w:t>So according to my study, this is the gist of both the religions, Christianity and Islam. This is the gist of both the religions. Questo è il cuore di entrambe le religioni, il Cristianesimo e l'Islam.</w:t>
      </w:r>
    </w:p>
    <w:p>
      <w:r>
        <w:rPr>
          <w:b/>
        </w:rPr>
        <w:t xml:space="preserve">[37:52] </w:t>
      </w:r>
      <w:r>
        <w:t>You have to live in positivity. And again I would say that our world is a world of problems. In our world, every time there are some unpleasant situations. So how to love all?</w:t>
      </w:r>
    </w:p>
    <w:p>
      <w:pPr>
        <w:jc w:val="right"/>
      </w:pPr>
      <w:r>
        <w:t>You have to live in positivity. And again I would say that our world is a world of problems. In our world, every time there are some unpleasant situations. So how to love all?</w:t>
      </w:r>
    </w:p>
    <w:p>
      <w:r>
        <w:rPr>
          <w:b/>
        </w:rPr>
        <w:t xml:space="preserve">[38:12] </w:t>
      </w:r>
      <w:r>
        <w:t>I would say that you have to develop that kind of quality that you are able to turn negativity into positivity. E quindi la cosa importante è vivere nella positività. Effettivamente i problemi sorgono ogni giorno. E che cosa significa, come diceva prima, essere in grado di migliorare e di essere qualificati per poter entrare in paradiso?</w:t>
      </w:r>
    </w:p>
    <w:p>
      <w:pPr>
        <w:jc w:val="right"/>
      </w:pPr>
      <w:r>
        <w:t>I would say that you have to develop that kind of quality that you are able to turn negativity into positivity. E quindi la cosa importante è vivere nella positività. Effettivamente i problemi sorgono ogni giorno. E che cosa significa, come diceva prima, essere in grado di migliorare e di essere qualificati per poter entrare in paradiso?</w:t>
      </w:r>
    </w:p>
    <w:p>
      <w:r>
        <w:rPr>
          <w:b/>
        </w:rPr>
        <w:t xml:space="preserve">[38:41] </w:t>
      </w:r>
      <w:r>
        <w:t>E cioè riuscire a trasformare la negatività, i problemi, le negatività in positività. There is a verse in the Quran: "Bole Rabbe ka fazbir." It means that adopt this character for the sake of God. Adopt this character for the sake of God. You have to live as a hatefree person.</w:t>
      </w:r>
    </w:p>
    <w:p>
      <w:pPr>
        <w:jc w:val="right"/>
      </w:pPr>
      <w:r>
        <w:t>E cioè riuscire a trasformare la negatività, i problemi, le negatività in positività. There is a verse in the Quran: "Bole Rabbe ka fazbir." It means that adopt this character for the sake of God. Adopt this character for the sake of God. You have to live as a hatefree person.</w:t>
      </w:r>
    </w:p>
    <w:p>
      <w:r>
        <w:rPr>
          <w:b/>
        </w:rPr>
        <w:t xml:space="preserve">[39:10] </w:t>
      </w:r>
      <w:r>
        <w:t>You have to love your enemy. Why? Because God will love you and God will give you entry into paradise. E quindi ripete nuovamente una citazione del Quran in cui si dice che devi amare il tuo nemico, perché solo questo potrà fare in modo che tu possa entrare nel paradiso.</w:t>
      </w:r>
    </w:p>
    <w:p>
      <w:pPr>
        <w:jc w:val="right"/>
      </w:pPr>
      <w:r>
        <w:t>You have to love your enemy. Why? Because God will love you and God will give you entry into paradise. E quindi ripete nuovamente una citazione del Quran in cui si dice che devi amare il tuo nemico, perché solo questo potrà fare in modo che tu possa entrare nel paradiso.</w:t>
      </w:r>
    </w:p>
    <w:p>
      <w:r>
        <w:rPr>
          <w:b/>
        </w:rPr>
        <w:t xml:space="preserve">[39:35] </w:t>
      </w:r>
      <w:r>
        <w:t>So according to my discovery, this teaching, that is the gist of both the religions, love to all, this is the gist of both the religions. This is not simply an ethical teaching. It is to develop ourselves as a positive personality, as a personality that will find entry into paradise.</w:t>
      </w:r>
    </w:p>
    <w:p>
      <w:pPr>
        <w:jc w:val="right"/>
      </w:pPr>
      <w:r>
        <w:t>So according to my discovery, this teaching, that is the gist of both the religions, love to all, this is the gist of both the religions. This is not simply an ethical teaching. It is to develop ourselves as a positive personality, as a personality that will find entry into paradise.</w:t>
      </w:r>
    </w:p>
    <w:p>
      <w:r>
        <w:rPr>
          <w:b/>
        </w:rPr>
        <w:t xml:space="preserve">[40:05] </w:t>
      </w:r>
      <w:r>
        <w:t>E questo, ripete, è quello il messaggio che lega le due religioni, cioè la positività. Trasformare le proprie negatività in positività, amando il proprio nemico.</w:t>
      </w:r>
    </w:p>
    <w:p>
      <w:pPr>
        <w:jc w:val="right"/>
      </w:pPr>
      <w:r>
        <w:t>E questo, ripete, è quello il messaggio che lega le due religioni, cioè la positività. Trasformare le proprie negatività in positività, amando il proprio nemico.</w:t>
      </w:r>
    </w:p>
    <w:p>
      <w:r>
        <w:rPr>
          <w:b/>
        </w:rPr>
        <w:t xml:space="preserve">[40:18] </w:t>
      </w:r>
      <w:r>
        <w:t>So according to my discovery, party has nothing to do with religion. Party is not a part of Islam, not a part of Christianity. Jesus Christ has rightly said that give to Caesar what is due to Caesar. Give to God what is due to God.</w:t>
      </w:r>
    </w:p>
    <w:p>
      <w:pPr>
        <w:jc w:val="right"/>
      </w:pPr>
      <w:r>
        <w:t>So according to my discovery, party has nothing to do with religion. Party is not a part of Islam, not a part of Christianity. Jesus Christ has rightly said that give to Caesar what is due to Caesar. Give to God what is due to God.</w:t>
      </w:r>
    </w:p>
    <w:p>
      <w:r>
        <w:rPr>
          <w:b/>
        </w:rPr>
        <w:t xml:space="preserve">[40:39] </w:t>
      </w:r>
      <w:r>
        <w:t>This is the Islamic teaching also. The Prophet Muhammad has said: "أَدُّوا إِلَيْهِمْ حَقَّهُمْ وَسَلُّوا لَّهَ حَقَّكُمْ" Date a Cesare quel che è di Cesare. Date a Dio quel che è di Dio. Non è solamente un insegnamento presente nel nostro testo religioso, ma è presente anche nel Quran.</w:t>
      </w:r>
    </w:p>
    <w:p>
      <w:pPr>
        <w:jc w:val="right"/>
      </w:pPr>
      <w:r>
        <w:t>This is the Islamic teaching also. The Prophet Muhammad has said: "أَدُّوا إِلَيْهِمْ حَقَّهُمْ وَسَلُّوا لَّهَ حَقَّكُمْ" Date a Cesare quel che è di Cesare. Date a Dio quel che è di Dio. Non è solamente un insegnamento presente nel nostro testo religioso, ma è presente anche nel Quran.</w:t>
      </w:r>
    </w:p>
    <w:p>
      <w:r>
        <w:rPr>
          <w:b/>
        </w:rPr>
        <w:t xml:space="preserve">[41:01] </w:t>
      </w:r>
      <w:r>
        <w:t>So "أَدُّوا إِلَيْهِمْ حَقَّهُمْ وَسَلُّوا لَّهَ حَقَّكُمْ" means that give to people what is due to people. Give to people what is due to people. And ask your right from God. Dai alla gente quello che puoi fare alla gente.</w:t>
      </w:r>
    </w:p>
    <w:p>
      <w:pPr>
        <w:jc w:val="right"/>
      </w:pPr>
      <w:r>
        <w:t>So "أَدُّوا إِلَيْهِمْ حَقَّهُمْ وَسَلُّوا لَّهَ حَقَّكُمْ" means that give to people what is due to people. Give to people what is due to people. And ask your right from God. Dai alla gente quello che puoi fare alla gente.</w:t>
      </w:r>
    </w:p>
    <w:p>
      <w:r>
        <w:rPr>
          <w:b/>
        </w:rPr>
        <w:t xml:space="preserve">[41:31] </w:t>
      </w:r>
      <w:r>
        <w:t>So this is the gist of Islamic character and also Christian character. This is the gist of teaching of the Prophet Muhammad. Also this is the gist of teaching of Jesus Christ. È un insegnamento che lega sia il Profeta Maometto che Gesù Cristo. You know Muslims believe that in the final days Jesus Christ will come again.</w:t>
      </w:r>
    </w:p>
    <w:p>
      <w:pPr>
        <w:jc w:val="right"/>
      </w:pPr>
      <w:r>
        <w:t>So this is the gist of Islamic character and also Christian character. This is the gist of teaching of the Prophet Muhammad. Also this is the gist of teaching of Jesus Christ. È un insegnamento che lega sia il Profeta Maometto che Gesù Cristo. You know Muslims believe that in the final days Jesus Christ will come again.</w:t>
      </w:r>
    </w:p>
    <w:p>
      <w:r>
        <w:rPr>
          <w:b/>
        </w:rPr>
        <w:t xml:space="preserve">[41:59] </w:t>
      </w:r>
      <w:r>
        <w:t>I musulmani pensano, credono che l'ultimo giorno Gesù Cristo verrà di nuovo. So why is it that Jesus Christ will come again after Muhammad? Now the Muhammad era. But Muslims believe that Jesus Christ will come again. Ma com'è possibile che Gesù Cristo venga dopo Maometto? Invece è così, Gesù Cristo verrà nuovamente.</w:t>
      </w:r>
    </w:p>
    <w:p>
      <w:pPr>
        <w:jc w:val="right"/>
      </w:pPr>
      <w:r>
        <w:t>I musulmani pensano, credono che l'ultimo giorno Gesù Cristo verrà di nuovo. So why is it that Jesus Christ will come again after Muhammad? Now the Muhammad era. But Muslims believe that Jesus Christ will come again. Ma com'è possibile che Gesù Cristo venga dopo Maometto? Invece è così, Gesù Cristo verrà nuovamente.</w:t>
      </w:r>
    </w:p>
    <w:p>
      <w:r>
        <w:rPr>
          <w:b/>
        </w:rPr>
        <w:t xml:space="preserve">[42:28] </w:t>
      </w:r>
      <w:r>
        <w:t>Because there is no difference between the two. Perché non c'è differenza fra i due. So Jesus Christ will come again only to show that there was no difference between the two religions. Perché Gesù Cristo verrà semplicemente per dimostrare che non c'è differenza fra i due. So this is my belief.</w:t>
      </w:r>
    </w:p>
    <w:p>
      <w:pPr>
        <w:jc w:val="right"/>
      </w:pPr>
      <w:r>
        <w:t>Because there is no difference between the two. Perché non c'è differenza fra i due. So Jesus Christ will come again only to show that there was no difference between the two religions. Perché Gesù Cristo verrà semplicemente per dimostrare che non c'è differenza fra i due. So this is my belief.</w:t>
      </w:r>
    </w:p>
    <w:p>
      <w:r>
        <w:rPr>
          <w:b/>
        </w:rPr>
        <w:t xml:space="preserve">[42:56] </w:t>
      </w:r>
      <w:r>
        <w:t>And this belief gave me enormous love.</w:t>
      </w:r>
    </w:p>
    <w:p>
      <w:pPr>
        <w:jc w:val="right"/>
      </w:pPr>
      <w:r>
        <w:t>And this belief gave me enormous love.</w:t>
      </w:r>
    </w:p>
    <w:p>
      <w:r>
        <w:rPr>
          <w:b/>
        </w:rPr>
        <w:t xml:space="preserve">[43:01] </w:t>
      </w:r>
      <w:r>
        <w:t>Questo è quello in cui credo.</w:t>
      </w:r>
    </w:p>
    <w:p>
      <w:pPr>
        <w:jc w:val="right"/>
      </w:pPr>
      <w:r>
        <w:t>Questo è quello in cui credo.</w:t>
      </w:r>
    </w:p>
    <w:p>
      <w:r>
        <w:rPr>
          <w:b/>
        </w:rPr>
        <w:t xml:space="preserve">[43:03] </w:t>
      </w:r>
      <w:r>
        <w:t>Quello in cui credo è amore.</w:t>
      </w:r>
    </w:p>
    <w:p>
      <w:pPr>
        <w:jc w:val="right"/>
      </w:pPr>
      <w:r>
        <w:t>Quello in cui credo è amore.</w:t>
      </w:r>
    </w:p>
    <w:p>
      <w:r>
        <w:rPr>
          <w:b/>
        </w:rPr>
        <w:t xml:space="preserve">[43:05] </w:t>
      </w:r>
      <w:r>
        <w:t>I'm a hatefree person.</w:t>
      </w:r>
    </w:p>
    <w:p>
      <w:pPr>
        <w:jc w:val="right"/>
      </w:pPr>
      <w:r>
        <w:t>I'm a hatefree person.</w:t>
      </w:r>
    </w:p>
    <w:p>
      <w:r>
        <w:rPr>
          <w:b/>
        </w:rPr>
        <w:t xml:space="preserve">[43:07] </w:t>
      </w:r>
      <w:r>
        <w:t>I have no hate against anyone.</w:t>
      </w:r>
    </w:p>
    <w:p>
      <w:pPr>
        <w:jc w:val="right"/>
      </w:pPr>
      <w:r>
        <w:t>I have no hate against anyone.</w:t>
      </w:r>
    </w:p>
    <w:p>
      <w:r>
        <w:rPr>
          <w:b/>
        </w:rPr>
        <w:t xml:space="preserve">[43:11] </w:t>
      </w:r>
      <w:r>
        <w:t>I, I have adopted this culture.</w:t>
      </w:r>
    </w:p>
    <w:p>
      <w:pPr>
        <w:jc w:val="right"/>
      </w:pPr>
      <w:r>
        <w:t>I, I have adopted this culture.</w:t>
      </w:r>
    </w:p>
    <w:p>
      <w:r>
        <w:rPr>
          <w:b/>
        </w:rPr>
        <w:t xml:space="preserve">[43:15] </w:t>
      </w:r>
      <w:r>
        <w:t>Love all, include your enemy.</w:t>
      </w:r>
    </w:p>
    <w:p>
      <w:pPr>
        <w:jc w:val="right"/>
      </w:pPr>
      <w:r>
        <w:t>Love all, include your enemy.</w:t>
      </w:r>
    </w:p>
    <w:p>
      <w:r>
        <w:rPr>
          <w:b/>
        </w:rPr>
        <w:t xml:space="preserve">[43:18] </w:t>
      </w:r>
      <w:r>
        <w:t>Sono una persona di cuore.</w:t>
      </w:r>
    </w:p>
    <w:p>
      <w:pPr>
        <w:jc w:val="right"/>
      </w:pPr>
      <w:r>
        <w:t>Sono una persona di cuore.</w:t>
      </w:r>
    </w:p>
    <w:p>
      <w:r>
        <w:rPr>
          <w:b/>
        </w:rPr>
        <w:t xml:space="preserve">[43:19] </w:t>
      </w:r>
      <w:r>
        <w:t>Quello in cui credo è ama tutti.</w:t>
      </w:r>
    </w:p>
    <w:p>
      <w:pPr>
        <w:jc w:val="right"/>
      </w:pPr>
      <w:r>
        <w:t>Quello in cui credo è ama tutti.</w:t>
      </w:r>
    </w:p>
    <w:p>
      <w:r>
        <w:rPr>
          <w:b/>
        </w:rPr>
        <w:t xml:space="preserve">[43:23] </w:t>
      </w:r>
      <w:r>
        <w:t>Sono di cuore aperto.</w:t>
      </w:r>
    </w:p>
    <w:p>
      <w:pPr>
        <w:jc w:val="right"/>
      </w:pPr>
      <w:r>
        <w:t>Sono di cuore aperto.</w:t>
      </w:r>
    </w:p>
    <w:p>
      <w:r>
        <w:rPr>
          <w:b/>
        </w:rPr>
        <w:t xml:space="preserve">[43:28] </w:t>
      </w:r>
      <w:r>
        <w:t>I think that love culture is a positive culture. Love culture inculcates positive thinking. E io penso che la cultura dell'amore sia pensare positivamente. And only those people will find entry into paradise who are positive personalities, hatefree personalities.</w:t>
      </w:r>
    </w:p>
    <w:p>
      <w:pPr>
        <w:jc w:val="right"/>
      </w:pPr>
      <w:r>
        <w:t>I think that love culture is a positive culture. Love culture inculcates positive thinking. E io penso che la cultura dell'amore sia pensare positivamente. And only those people will find entry into paradise who are positive personalities, hatefree personalities.</w:t>
      </w:r>
    </w:p>
    <w:p>
      <w:r>
        <w:rPr>
          <w:b/>
        </w:rPr>
        <w:t xml:space="preserve">[43:56] </w:t>
      </w:r>
      <w:r>
        <w:t>E solo quelle persone di cuore potranno trovare la porta aperta per il paradiso. So this is our mission. We have established CPS for this purpose. CPS means Center for Peace and Spirituality.</w:t>
      </w:r>
    </w:p>
    <w:p>
      <w:pPr>
        <w:jc w:val="right"/>
      </w:pPr>
      <w:r>
        <w:t>E solo quelle persone di cuore potranno trovare la porta aperta per il paradiso. So this is our mission. We have established CPS for this purpose. CPS means Center for Peace and Spirituality.</w:t>
      </w:r>
    </w:p>
    <w:p>
      <w:r>
        <w:rPr>
          <w:b/>
        </w:rPr>
        <w:t xml:space="preserve">[44:19] </w:t>
      </w:r>
      <w:r>
        <w:t>Spirituality. E questa è la missione che noi ci siamo preposti, quella di creare questo CPS, cioè un</w:t>
      </w:r>
    </w:p>
    <w:p>
      <w:pPr>
        <w:jc w:val="right"/>
      </w:pPr>
      <w:r>
        <w:t>Spirituality. E questa è la missione che noi ci siamo preposti, quella di creare questo CPS, cioè un</w:t>
      </w:r>
    </w:p>
    <w:p>
      <w:r>
        <w:rPr>
          <w:b/>
        </w:rPr>
        <w:t xml:space="preserve">[44:24] </w:t>
      </w:r>
      <w:r>
        <w:t>centro per la cultura, la spiritualità del cuore.</w:t>
      </w:r>
    </w:p>
    <w:p>
      <w:pPr>
        <w:jc w:val="right"/>
      </w:pPr>
      <w:r>
        <w:t>centro per la cultura, la spiritualità del cuore.</w:t>
      </w:r>
    </w:p>
    <w:p>
      <w:r>
        <w:rPr>
          <w:b/>
        </w:rPr>
        <w:t xml:space="preserve">[44:29] </w:t>
      </w:r>
      <w:r>
        <w:t>So according to my, according to my</w:t>
      </w:r>
    </w:p>
    <w:p>
      <w:pPr>
        <w:jc w:val="right"/>
      </w:pPr>
      <w:r>
        <w:t>So according to my, according to my</w:t>
      </w:r>
    </w:p>
    <w:p>
      <w:r>
        <w:rPr>
          <w:b/>
        </w:rPr>
        <w:t xml:space="preserve">[44:33] </w:t>
      </w:r>
      <w:r>
        <w:t>experience, peace is the</w:t>
      </w:r>
    </w:p>
    <w:p>
      <w:pPr>
        <w:jc w:val="right"/>
      </w:pPr>
      <w:r>
        <w:t>experience, peace is the</w:t>
      </w:r>
    </w:p>
    <w:p>
      <w:r>
        <w:rPr>
          <w:b/>
        </w:rPr>
        <w:t xml:space="preserve">[44:38] </w:t>
      </w:r>
      <w:r>
        <w:t>external behavior of spirituality.</w:t>
      </w:r>
    </w:p>
    <w:p>
      <w:pPr>
        <w:jc w:val="right"/>
      </w:pPr>
      <w:r>
        <w:t>external behavior of spirituality.</w:t>
      </w:r>
    </w:p>
    <w:p>
      <w:r>
        <w:rPr>
          <w:b/>
        </w:rPr>
        <w:t xml:space="preserve">[44:42] </w:t>
      </w:r>
      <w:r>
        <w:t>And spirituality is the inner content of peace.</w:t>
      </w:r>
    </w:p>
    <w:p>
      <w:pPr>
        <w:jc w:val="right"/>
      </w:pPr>
      <w:r>
        <w:t>And spirituality is the inner content of peace.</w:t>
      </w:r>
    </w:p>
    <w:p>
      <w:r>
        <w:rPr>
          <w:b/>
        </w:rPr>
        <w:t xml:space="preserve">[44:45] </w:t>
      </w:r>
      <w:r>
        <w:t>Scusatemi, ho sbagliato frase.</w:t>
      </w:r>
    </w:p>
    <w:p>
      <w:pPr>
        <w:jc w:val="right"/>
      </w:pPr>
      <w:r>
        <w:t>Scusatemi, ho sbagliato frase.</w:t>
      </w:r>
    </w:p>
    <w:p>
      <w:r>
        <w:rPr>
          <w:b/>
        </w:rPr>
        <w:t xml:space="preserve">[44:59] </w:t>
      </w:r>
      <w:r>
        <w:t>Some Muslims hate Americans. Some Muslims have opted for violence in the name of Jihad. È vero che alcuni musulmani odiano gli americani e li combattono in nome di Dio. But this has nothing to do with Islam. This is Muslim culture, not Islamic culture. Ma questa cultura non ha niente a vedere con l'Islam.</w:t>
      </w:r>
    </w:p>
    <w:p>
      <w:pPr>
        <w:jc w:val="right"/>
      </w:pPr>
      <w:r>
        <w:t>Some Muslims hate Americans. Some Muslims have opted for violence in the name of Jihad. È vero che alcuni musulmani odiano gli americani e li combattono in nome di Dio. But this has nothing to do with Islam. This is Muslim culture, not Islamic culture. Ma questa cultura non ha niente a vedere con l'Islam.</w:t>
      </w:r>
    </w:p>
    <w:p>
      <w:r>
        <w:rPr>
          <w:b/>
        </w:rPr>
        <w:t xml:space="preserve">[45:28] </w:t>
      </w:r>
      <w:r>
        <w:t>So this is my discovery. This is my experience. And this is the mission of CPS. Questa è quindi la missione, questa è la scoperta che si propone il centro di cui ho appena parlato. I am grateful to Sri Mario, who is my Guru, Insha'Allah. And his mission is also a spiritual mission. My mission is also a spiritual mission.</w:t>
      </w:r>
    </w:p>
    <w:p>
      <w:pPr>
        <w:jc w:val="right"/>
      </w:pPr>
      <w:r>
        <w:t>So this is my discovery. This is my experience. And this is the mission of CPS. Questa è quindi la missione, questa è la scoperta che si propone il centro di cui ho appena parlato. I am grateful to Sri Mario, who is my Guru, Insha'Allah. And his mission is also a spiritual mission. My mission is also a spiritual mission.</w:t>
      </w:r>
    </w:p>
    <w:p>
      <w:r>
        <w:rPr>
          <w:b/>
        </w:rPr>
        <w:t xml:space="preserve">[45:56] </w:t>
      </w:r>
      <w:r>
        <w:t>And spirituality is the gist of all religions. Io sono quindi grato a Mario, che è il mio Guru, per il cammino che sta facendo, che è lo stesso cammino che sto facendo io, e cioè quello della spiritualità e della pace. Your coming in India is very good.</w:t>
      </w:r>
    </w:p>
    <w:p>
      <w:pPr>
        <w:jc w:val="right"/>
      </w:pPr>
      <w:r>
        <w:t>And spirituality is the gist of all religions. Io sono quindi grato a Mario, che è il mio Guru, per il cammino che sta facendo, che è lo stesso cammino che sto facendo io, e cioè quello della spiritualità e della pace. Your coming in India is very good.</w:t>
      </w:r>
    </w:p>
    <w:p>
      <w:r>
        <w:rPr>
          <w:b/>
        </w:rPr>
        <w:t xml:space="preserve">[46:19] </w:t>
      </w:r>
      <w:r>
        <w:t>And I think you are an ambassador of spirituality. I think that Sri Mario is a link between India and Italy. Io penso che tutti voi siate molto fortunati ad essere qui, siete i benvenuti. E penso che Sri Mario sia il vero legame fra l'Italia e l'India.</w:t>
      </w:r>
    </w:p>
    <w:p>
      <w:pPr>
        <w:jc w:val="right"/>
      </w:pPr>
      <w:r>
        <w:t>And I think you are an ambassador of spirituality. I think that Sri Mario is a link between India and Italy. Io penso che tutti voi siate molto fortunati ad essere qui, siete i benvenuti. E penso che Sri Mario sia il vero legame fra l'Italia e l'India.</w:t>
      </w:r>
    </w:p>
    <w:p>
      <w:r>
        <w:rPr>
          <w:b/>
        </w:rPr>
        <w:t xml:space="preserve">[46:50] </w:t>
      </w:r>
      <w:r>
        <w:t>So I love Mr.</w:t>
      </w:r>
    </w:p>
    <w:p>
      <w:pPr>
        <w:jc w:val="right"/>
      </w:pPr>
      <w:r>
        <w:t>So I love Mr.</w:t>
      </w:r>
    </w:p>
    <w:p>
      <w:r>
        <w:rPr>
          <w:b/>
        </w:rPr>
        <w:t xml:space="preserve">[46:51] </w:t>
      </w:r>
      <w:r>
        <w:t>Mario. Mario, I love Mr.</w:t>
      </w:r>
    </w:p>
    <w:p>
      <w:pPr>
        <w:jc w:val="right"/>
      </w:pPr>
      <w:r>
        <w:t>Mario. Mario, I love Mr.</w:t>
      </w:r>
    </w:p>
    <w:p>
      <w:r>
        <w:rPr>
          <w:b/>
        </w:rPr>
        <w:t xml:space="preserve">[46:54] </w:t>
      </w:r>
      <w:r>
        <w:t>Mario. Io amo Mario.</w:t>
      </w:r>
    </w:p>
    <w:p>
      <w:pPr>
        <w:jc w:val="right"/>
      </w:pPr>
      <w:r>
        <w:t>Mario. Io amo Mario.</w:t>
      </w:r>
    </w:p>
    <w:p>
      <w:r>
        <w:rPr>
          <w:b/>
        </w:rPr>
        <w:t xml:space="preserve">[46:56] </w:t>
      </w:r>
      <w:r>
        <w:t>And all, all his disciples.</w:t>
      </w:r>
    </w:p>
    <w:p>
      <w:pPr>
        <w:jc w:val="right"/>
      </w:pPr>
      <w:r>
        <w:t>And all, all his disciples.</w:t>
      </w:r>
    </w:p>
    <w:p>
      <w:r>
        <w:rPr>
          <w:b/>
        </w:rPr>
        <w:t xml:space="preserve">[46:58] </w:t>
      </w:r>
      <w:r>
        <w:t>E tutti i suoi discepoli.</w:t>
      </w:r>
    </w:p>
    <w:p>
      <w:pPr>
        <w:jc w:val="right"/>
      </w:pPr>
      <w:r>
        <w:t>E tutti i suoi discepoli.</w:t>
      </w:r>
    </w:p>
    <w:p>
      <w:r>
        <w:rPr>
          <w:b/>
        </w:rPr>
        <w:t xml:space="preserve">[46:59] </w:t>
      </w:r>
      <w:r>
        <w:t>You are my sister and brothers.</w:t>
      </w:r>
    </w:p>
    <w:p>
      <w:pPr>
        <w:jc w:val="right"/>
      </w:pPr>
      <w:r>
        <w:t>You are my sister and brothers.</w:t>
      </w:r>
    </w:p>
    <w:p>
      <w:r>
        <w:rPr>
          <w:b/>
        </w:rPr>
        <w:t xml:space="preserve">[47:01] </w:t>
      </w:r>
      <w:r>
        <w:t>Fratelli e sorelle.</w:t>
      </w:r>
    </w:p>
    <w:p>
      <w:pPr>
        <w:jc w:val="right"/>
      </w:pPr>
      <w:r>
        <w:t>Fratelli e sorelle.</w:t>
      </w:r>
    </w:p>
    <w:p>
      <w:r>
        <w:rPr>
          <w:b/>
        </w:rPr>
        <w:t xml:space="preserve">[47:03] </w:t>
      </w:r>
      <w:r>
        <w:t>I think you are also</w:t>
      </w:r>
    </w:p>
    <w:p>
      <w:pPr>
        <w:jc w:val="right"/>
      </w:pPr>
      <w:r>
        <w:t>I think you are also</w:t>
      </w:r>
    </w:p>
    <w:p>
      <w:r>
        <w:rPr>
          <w:b/>
        </w:rPr>
        <w:t xml:space="preserve">[47:06] </w:t>
      </w:r>
      <w:r>
        <w:t>member of CPS in extended sense of the word.</w:t>
      </w:r>
    </w:p>
    <w:p>
      <w:pPr>
        <w:jc w:val="right"/>
      </w:pPr>
      <w:r>
        <w:t>member of CPS in extended sense of the word.</w:t>
      </w:r>
    </w:p>
    <w:p>
      <w:r>
        <w:rPr>
          <w:b/>
        </w:rPr>
        <w:t xml:space="preserve">[47:10] </w:t>
      </w:r>
      <w:r>
        <w:t>E penso che tutti voi siate membri dell'associazione CPS di cui, di cui lui è il, il dirigente.</w:t>
      </w:r>
    </w:p>
    <w:p>
      <w:pPr>
        <w:jc w:val="right"/>
      </w:pPr>
      <w:r>
        <w:t>E penso che tutti voi siate membri dell'associazione CPS di cui, di cui lui è il, il dirigente.</w:t>
      </w:r>
    </w:p>
    <w:p>
      <w:r>
        <w:rPr>
          <w:b/>
        </w:rPr>
        <w:t xml:space="preserve">[47:57] </w:t>
      </w:r>
      <w:r>
        <w:t>I think that we and you, members of CPS and also all these sisters and brothers, are members of a global spirituality. You are members of a global group of spirituality.</w:t>
      </w:r>
    </w:p>
    <w:p>
      <w:pPr>
        <w:jc w:val="right"/>
      </w:pPr>
      <w:r>
        <w:t>I think that we and you, members of CPS and also all these sisters and brothers, are members of a global spirituality. You are members of a global group of spirituality.</w:t>
      </w:r>
    </w:p>
    <w:p>
      <w:r>
        <w:rPr>
          <w:b/>
        </w:rPr>
        <w:t xml:space="preserve">[48:26] </w:t>
      </w:r>
      <w:r>
        <w:t>E io penso che noi, voi, fratelli e sorelle, membri della CPS, siamo tutti membri appartenenti a una spiritualità globale.</w:t>
      </w:r>
    </w:p>
    <w:p>
      <w:pPr>
        <w:jc w:val="right"/>
      </w:pPr>
      <w:r>
        <w:t>E io penso che noi, voi, fratelli e sorelle, membri della CPS, siamo tutti membri appartenenti a una spiritualità globale.</w:t>
      </w:r>
    </w:p>
    <w:p>
      <w:r>
        <w:rPr>
          <w:b/>
        </w:rPr>
        <w:t xml:space="preserve">[48:37] </w:t>
      </w:r>
      <w:r>
        <w:t>The present world is in a great need of spirituality. Now we don't need atom bombs or all those luxuries and other developments. We need spirituality, peace. This is the greatest need of the modern world.</w:t>
      </w:r>
    </w:p>
    <w:p>
      <w:pPr>
        <w:jc w:val="right"/>
      </w:pPr>
      <w:r>
        <w:t>The present world is in a great need of spirituality. Now we don't need atom bombs or all those luxuries and other developments. We need spirituality, peace. This is the greatest need of the modern world.</w:t>
      </w:r>
    </w:p>
    <w:p>
      <w:r>
        <w:rPr>
          <w:b/>
        </w:rPr>
        <w:t xml:space="preserve">[49:01] </w:t>
      </w:r>
      <w:r>
        <w:t>Quello di cui abbiamo veramente bisogno adesso, certamente non sono più bombe o beni di lusso. Quello di cui abbiamo veramente bisogno è spiritualità in questo mondo. And I think, Insha'Allah, we will be able to spread spirituality throughout the world. E a Dio piacendo, penso che noi saremo in grado di diffondere la spiritualità nel mondo. Today everyone is in need of spirituality.</w:t>
      </w:r>
    </w:p>
    <w:p>
      <w:pPr>
        <w:jc w:val="right"/>
      </w:pPr>
      <w:r>
        <w:t>Quello di cui abbiamo veramente bisogno adesso, certamente non sono più bombe o beni di lusso. Quello di cui abbiamo veramente bisogno è spiritualità in questo mondo. And I think, Insha'Allah, we will be able to spread spirituality throughout the world. E a Dio piacendo, penso che noi saremo in grado di diffondere la spiritualità nel mondo. Today everyone is in need of spirituality.</w:t>
      </w:r>
    </w:p>
    <w:p>
      <w:r>
        <w:rPr>
          <w:b/>
        </w:rPr>
        <w:t xml:space="preserve">[49:31] </w:t>
      </w:r>
      <w:r>
        <w:t>Chiunque al mondo al giorno d'oggi ha bisogno di spiritualità.</w:t>
      </w:r>
    </w:p>
    <w:p>
      <w:pPr>
        <w:jc w:val="right"/>
      </w:pPr>
      <w:r>
        <w:t>Chiunque al mondo al giorno d'oggi ha bisogno di spiritualità.</w:t>
      </w:r>
    </w:p>
    <w:p>
      <w:r>
        <w:rPr>
          <w:b/>
        </w:rPr>
        <w:t xml:space="preserve">[49:35] </w:t>
      </w:r>
      <w:r>
        <w:t>Once I checked internet</w:t>
      </w:r>
    </w:p>
    <w:p>
      <w:pPr>
        <w:jc w:val="right"/>
      </w:pPr>
      <w:r>
        <w:t>Once I checked internet</w:t>
      </w:r>
    </w:p>
    <w:p>
      <w:r>
        <w:rPr>
          <w:b/>
        </w:rPr>
        <w:t xml:space="preserve">[49:41] </w:t>
      </w:r>
      <w:r>
        <w:t>about how those great people,</w:t>
      </w:r>
    </w:p>
    <w:p>
      <w:pPr>
        <w:jc w:val="right"/>
      </w:pPr>
      <w:r>
        <w:t>about how those great people,</w:t>
      </w:r>
    </w:p>
    <w:p>
      <w:r>
        <w:rPr>
          <w:b/>
        </w:rPr>
        <w:t xml:space="preserve">[49:45] </w:t>
      </w:r>
      <w:r>
        <w:t>super achievers, died.</w:t>
      </w:r>
    </w:p>
    <w:p>
      <w:pPr>
        <w:jc w:val="right"/>
      </w:pPr>
      <w:r>
        <w:t>super achievers, died.</w:t>
      </w:r>
    </w:p>
    <w:p>
      <w:r>
        <w:rPr>
          <w:b/>
        </w:rPr>
        <w:t xml:space="preserve">[49:46] </w:t>
      </w:r>
      <w:r>
        <w:t>What was their final days.</w:t>
      </w:r>
    </w:p>
    <w:p>
      <w:pPr>
        <w:jc w:val="right"/>
      </w:pPr>
      <w:r>
        <w:t>What was their final days.</w:t>
      </w:r>
    </w:p>
    <w:p>
      <w:r>
        <w:rPr>
          <w:b/>
        </w:rPr>
        <w:t xml:space="preserve">[49:50] </w:t>
      </w:r>
      <w:r>
        <w:t>So more than 400 peoples</w:t>
      </w:r>
    </w:p>
    <w:p>
      <w:pPr>
        <w:jc w:val="right"/>
      </w:pPr>
      <w:r>
        <w:t>So more than 400 peoples</w:t>
      </w:r>
    </w:p>
    <w:p>
      <w:r>
        <w:rPr>
          <w:b/>
        </w:rPr>
        <w:t xml:space="preserve">[49:56] </w:t>
      </w:r>
      <w:r>
        <w:t>I listed and all these people died in frustration, in tension.</w:t>
      </w:r>
    </w:p>
    <w:p>
      <w:pPr>
        <w:jc w:val="right"/>
      </w:pPr>
      <w:r>
        <w:t>I listed and all these people died in frustration, in tension.</w:t>
      </w:r>
    </w:p>
    <w:p>
      <w:r>
        <w:rPr>
          <w:b/>
        </w:rPr>
        <w:t xml:space="preserve">[50:02] </w:t>
      </w:r>
      <w:r>
        <w:t>Why?</w:t>
      </w:r>
    </w:p>
    <w:p>
      <w:pPr>
        <w:jc w:val="right"/>
      </w:pPr>
      <w:r>
        <w:t>Why?</w:t>
      </w:r>
    </w:p>
    <w:p>
      <w:r>
        <w:rPr>
          <w:b/>
        </w:rPr>
        <w:t xml:space="preserve">[50:03] </w:t>
      </w:r>
      <w:r>
        <w:t>Because material things cannot give you peace, inner peace. Un giorno ho fatto una ricerca su internet, cercando come sono morte delle persone importanti, e mi è venuto fuori un elenco di 400 persone che sono tutte morte in condizioni di tristezza, perché la materialità non dà la felicità nel momento del trapasso.</w:t>
      </w:r>
    </w:p>
    <w:p>
      <w:pPr>
        <w:jc w:val="right"/>
      </w:pPr>
      <w:r>
        <w:t>Because material things cannot give you peace, inner peace. Un giorno ho fatto una ricerca su internet, cercando come sono morte delle persone importanti, e mi è venuto fuori un elenco di 400 persone che sono tutte morte in condizioni di tristezza, perché la materialità non dà la felicità nel momento del trapasso.</w:t>
      </w:r>
    </w:p>
    <w:p>
      <w:r>
        <w:rPr>
          <w:b/>
        </w:rPr>
        <w:t xml:space="preserve">[50:29] </w:t>
      </w:r>
      <w:r>
        <w:t>You know Bill Gates is the</w:t>
      </w:r>
    </w:p>
    <w:p>
      <w:pPr>
        <w:jc w:val="right"/>
      </w:pPr>
      <w:r>
        <w:t>You know Bill Gates is the</w:t>
      </w:r>
    </w:p>
    <w:p>
      <w:r>
        <w:rPr>
          <w:b/>
        </w:rPr>
        <w:t xml:space="preserve">[50:34] </w:t>
      </w:r>
      <w:r>
        <w:t>richest man of the world.</w:t>
      </w:r>
    </w:p>
    <w:p>
      <w:pPr>
        <w:jc w:val="right"/>
      </w:pPr>
      <w:r>
        <w:t>richest man of the world.</w:t>
      </w:r>
    </w:p>
    <w:p>
      <w:r>
        <w:rPr>
          <w:b/>
        </w:rPr>
        <w:t xml:space="preserve">[50:38] </w:t>
      </w:r>
      <w:r>
        <w:t>In one of his lectures he said</w:t>
      </w:r>
    </w:p>
    <w:p>
      <w:pPr>
        <w:jc w:val="right"/>
      </w:pPr>
      <w:r>
        <w:t>In one of his lectures he said</w:t>
      </w:r>
    </w:p>
    <w:p>
      <w:r>
        <w:rPr>
          <w:b/>
        </w:rPr>
        <w:t xml:space="preserve">[50:41] </w:t>
      </w:r>
      <w:r>
        <w:t>once you get beyond a million dollar it is the same hand burger.</w:t>
      </w:r>
    </w:p>
    <w:p>
      <w:pPr>
        <w:jc w:val="right"/>
      </w:pPr>
      <w:r>
        <w:t>once you get beyond a million dollar it is the same hand burger.</w:t>
      </w:r>
    </w:p>
    <w:p>
      <w:r>
        <w:rPr>
          <w:b/>
        </w:rPr>
        <w:t xml:space="preserve">[50:48] </w:t>
      </w:r>
      <w:r>
        <w:t>So this is the, this is the money culture.</w:t>
      </w:r>
    </w:p>
    <w:p>
      <w:pPr>
        <w:jc w:val="right"/>
      </w:pPr>
      <w:r>
        <w:t>So this is the, this is the money culture.</w:t>
      </w:r>
    </w:p>
    <w:p>
      <w:r>
        <w:rPr>
          <w:b/>
        </w:rPr>
        <w:t xml:space="preserve">[50:54] </w:t>
      </w:r>
      <w:r>
        <w:t>Money culture is not</w:t>
      </w:r>
    </w:p>
    <w:p>
      <w:pPr>
        <w:jc w:val="right"/>
      </w:pPr>
      <w:r>
        <w:t>Money culture is not</w:t>
      </w:r>
    </w:p>
    <w:p>
      <w:r>
        <w:rPr>
          <w:b/>
        </w:rPr>
        <w:t xml:space="preserve">[50:58] </w:t>
      </w:r>
      <w:r>
        <w:t>enough for man.</w:t>
      </w:r>
    </w:p>
    <w:p>
      <w:pPr>
        <w:jc w:val="right"/>
      </w:pPr>
      <w:r>
        <w:t>enough for man.</w:t>
      </w:r>
    </w:p>
    <w:p>
      <w:r>
        <w:rPr>
          <w:b/>
        </w:rPr>
        <w:t xml:space="preserve">[51:00] </w:t>
      </w:r>
      <w:r>
        <w:t>Citando Bill Gates, egli cita la cultura del denaro, che non è la cultura che noi stiamo cercando. I would like to end my talk with the saying of Jesus Christ.</w:t>
      </w:r>
    </w:p>
    <w:p>
      <w:pPr>
        <w:jc w:val="right"/>
      </w:pPr>
      <w:r>
        <w:t>Citando Bill Gates, egli cita la cultura del denaro, che non è la cultura che noi stiamo cercando. I would like to end my talk with the saying of Jesus Christ.</w:t>
      </w:r>
    </w:p>
    <w:p>
      <w:r>
        <w:rPr>
          <w:b/>
        </w:rPr>
        <w:t xml:space="preserve">[51:21] </w:t>
      </w:r>
      <w:r>
        <w:t>You know Jesus Christ has said, "Man cannot live by bread alone." Man cannot live by bread alone. E quindi vorrei concludere citando Gesù Cristo, che ha detto che non di solo pane vive l'uomo. It means that physical bread is not enough for man. Man needs spiritual food.</w:t>
      </w:r>
    </w:p>
    <w:p>
      <w:pPr>
        <w:jc w:val="right"/>
      </w:pPr>
      <w:r>
        <w:t>You know Jesus Christ has said, "Man cannot live by bread alone." Man cannot live by bread alone. E quindi vorrei concludere citando Gesù Cristo, che ha detto che non di solo pane vive l'uomo. It means that physical bread is not enough for man. Man needs spiritual food.</w:t>
      </w:r>
    </w:p>
    <w:p>
      <w:r>
        <w:rPr>
          <w:b/>
        </w:rPr>
        <w:t xml:space="preserve">[51:47] </w:t>
      </w:r>
      <w:r>
        <w:t>E il significato di ciò è che l'uomo, appunto, non vive solamente cibandosi di pane materiale, ma ha bisogno di cibarsi di spiritualità. May God bless you. May God help you realize this noble cause. Che Dio possa aiutarvi ed assistervi nel raggiungere questo obiettivo. Thank you.</w:t>
      </w:r>
    </w:p>
    <w:p>
      <w:pPr>
        <w:jc w:val="right"/>
      </w:pPr>
      <w:r>
        <w:t>E il significato di ciò è che l'uomo, appunto, non vive solamente cibandosi di pane materiale, ma ha bisogno di cibarsi di spiritualità. May God bless you. May God help you realize this noble cause. Che Dio possa aiutarvi ed assistervi nel raggiungere questo obiettivo. Thank you.</w:t>
      </w:r>
    </w:p>
    <w:p>
      <w:r>
        <w:rPr>
          <w:b/>
        </w:rPr>
        <w:t xml:space="preserve">[52:14] </w:t>
      </w:r>
      <w:r>
        <w:t>Thank you very much. Glass to me. Se qualcuno ha delle domande o dei commenti, questo è il momento di esprimerli. È proprio il maestro. Io sono il Guru, lui è il mio maestro.</w:t>
      </w:r>
    </w:p>
    <w:p>
      <w:pPr>
        <w:jc w:val="right"/>
      </w:pPr>
      <w:r>
        <w:t>Thank you very much. Glass to me. Se qualcuno ha delle domande o dei commenti, questo è il momento di esprimerli. È proprio il maestro. Io sono il Guru, lui è il mio maestro.</w:t>
      </w:r>
    </w:p>
    <w:p>
      <w:r>
        <w:rPr>
          <w:b/>
        </w:rPr>
        <w:t xml:space="preserve">[52:41] </w:t>
      </w:r>
      <w:r>
        <w:t>mio maestro. It is difficult to talk</w:t>
      </w:r>
    </w:p>
    <w:p>
      <w:pPr>
        <w:jc w:val="right"/>
      </w:pPr>
      <w:r>
        <w:t>mio maestro. It is difficult to talk</w:t>
      </w:r>
    </w:p>
    <w:p>
      <w:r>
        <w:rPr>
          <w:b/>
        </w:rPr>
        <w:t xml:space="preserve">[52:44] </w:t>
      </w:r>
      <w:r>
        <w:t>to, to his master.</w:t>
      </w:r>
    </w:p>
    <w:p>
      <w:pPr>
        <w:jc w:val="right"/>
      </w:pPr>
      <w:r>
        <w:t>to, to his master.</w:t>
      </w:r>
    </w:p>
    <w:p>
      <w:r>
        <w:rPr>
          <w:b/>
        </w:rPr>
        <w:t xml:space="preserve">[52:46] </w:t>
      </w:r>
      <w:r>
        <w:t>And he says I am the disciple and you are the master.</w:t>
      </w:r>
    </w:p>
    <w:p>
      <w:pPr>
        <w:jc w:val="right"/>
      </w:pPr>
      <w:r>
        <w:t>And he says I am the disciple and you are the master.</w:t>
      </w:r>
    </w:p>
    <w:p>
      <w:r>
        <w:rPr>
          <w:b/>
        </w:rPr>
        <w:t xml:space="preserve">[52:52] </w:t>
      </w:r>
      <w:r>
        <w:t>Una poeta sufi dice che si pu dimenticare Dio ma non dimenticare il proprio maestro.</w:t>
      </w:r>
    </w:p>
    <w:p>
      <w:pPr>
        <w:jc w:val="right"/>
      </w:pPr>
      <w:r>
        <w:t>Una poeta sufi dice che si può dimenticare Dio ma non dimenticare il proprio maestro.</w:t>
      </w:r>
    </w:p>
    <w:p>
      <w:r>
        <w:rPr>
          <w:b/>
        </w:rPr>
        <w:t xml:space="preserve">[52:58] </w:t>
      </w:r>
      <w:r>
        <w:t>A sufi poet says that you can forget God but you cannot forget your master.</w:t>
      </w:r>
    </w:p>
    <w:p>
      <w:pPr>
        <w:jc w:val="right"/>
      </w:pPr>
      <w:r>
        <w:t>A sufi poet says that you can forget God but you cannot forget your master.</w:t>
      </w:r>
    </w:p>
    <w:p>
      <w:r>
        <w:rPr>
          <w:b/>
        </w:rPr>
        <w:t xml:space="preserve">[53:06] </w:t>
      </w:r>
      <w:r>
        <w:t>Non dimentico una cosa fondamentale.</w:t>
      </w:r>
    </w:p>
    <w:p>
      <w:pPr>
        <w:jc w:val="right"/>
      </w:pPr>
      <w:r>
        <w:t>Non dimentico una cosa fondamentale.</w:t>
      </w:r>
    </w:p>
    <w:p>
      <w:r>
        <w:rPr>
          <w:b/>
        </w:rPr>
        <w:t xml:space="preserve">[53:09] </w:t>
      </w:r>
      <w:r>
        <w:t>I can't forget one fundamental thing.</w:t>
      </w:r>
    </w:p>
    <w:p>
      <w:pPr>
        <w:jc w:val="right"/>
      </w:pPr>
      <w:r>
        <w:t>I can't forget one fundamental thing.</w:t>
      </w:r>
    </w:p>
    <w:p>
      <w:r>
        <w:rPr>
          <w:b/>
        </w:rPr>
        <w:t xml:space="preserve">[53:13] </w:t>
      </w:r>
      <w:r>
        <w:t>Il discorso che ha fatto a Noè. That is the discourse that he made in Noè. Sorry. Quando citava che non bisogna vestirsi da sufi.</w:t>
      </w:r>
    </w:p>
    <w:p>
      <w:pPr>
        <w:jc w:val="right"/>
      </w:pPr>
      <w:r>
        <w:t>Il discorso che ha fatto a Noè. That is the discourse that he made in Noè. Sorry. Quando citava che non bisogna vestirsi da sufi.</w:t>
      </w:r>
    </w:p>
    <w:p>
      <w:r>
        <w:rPr>
          <w:b/>
        </w:rPr>
        <w:t xml:space="preserve">[53:42] </w:t>
      </w:r>
      <w:r>
        <w:t>fi. When you said that you have not to wear sufi clothes.</w:t>
      </w:r>
    </w:p>
    <w:p>
      <w:pPr>
        <w:jc w:val="right"/>
      </w:pPr>
      <w:r>
        <w:t>fi. When you said that you have not to wear sufi clothes.</w:t>
      </w:r>
    </w:p>
    <w:p>
      <w:r>
        <w:rPr>
          <w:b/>
        </w:rPr>
        <w:t xml:space="preserve">[53:46] </w:t>
      </w:r>
      <w:r>
        <w:t>Per uccidere le colombe.</w:t>
      </w:r>
    </w:p>
    <w:p>
      <w:pPr>
        <w:jc w:val="right"/>
      </w:pPr>
      <w:r>
        <w:t>Per uccidere le colombe.</w:t>
      </w:r>
    </w:p>
    <w:p>
      <w:r>
        <w:rPr>
          <w:b/>
        </w:rPr>
        <w:t xml:space="preserve">[53:48] </w:t>
      </w:r>
      <w:r>
        <w:t>Just to kill doves.</w:t>
      </w:r>
    </w:p>
    <w:p>
      <w:pPr>
        <w:jc w:val="right"/>
      </w:pPr>
      <w:r>
        <w:t>Just to kill doves.</w:t>
      </w:r>
    </w:p>
    <w:p>
      <w:r>
        <w:rPr>
          <w:b/>
        </w:rPr>
        <w:t xml:space="preserve">[53:51] </w:t>
      </w:r>
      <w:r>
        <w:t>Ma costi quel che costi bisogna essere sempre sufi.</w:t>
      </w:r>
    </w:p>
    <w:p>
      <w:pPr>
        <w:jc w:val="right"/>
      </w:pPr>
      <w:r>
        <w:t>Ma costi quel che costi bisogna essere sempre sufi.</w:t>
      </w:r>
    </w:p>
    <w:p>
      <w:r>
        <w:rPr>
          <w:b/>
        </w:rPr>
        <w:t xml:space="preserve">[53:55] </w:t>
      </w:r>
      <w:r>
        <w:t>But you have to be a true sufi.</w:t>
      </w:r>
    </w:p>
    <w:p>
      <w:pPr>
        <w:jc w:val="right"/>
      </w:pPr>
      <w:r>
        <w:t>But you have to be a true sufi.</w:t>
      </w:r>
    </w:p>
    <w:p>
      <w:r>
        <w:rPr>
          <w:b/>
        </w:rPr>
        <w:t xml:space="preserve">[53:58] </w:t>
      </w:r>
      <w:r>
        <w:t>Always be a true sufi.</w:t>
      </w:r>
    </w:p>
    <w:p>
      <w:pPr>
        <w:jc w:val="right"/>
      </w:pPr>
      <w:r>
        <w:t>Always be a true sufi.</w:t>
      </w:r>
    </w:p>
    <w:p>
      <w:r>
        <w:rPr>
          <w:b/>
        </w:rPr>
        <w:t xml:space="preserve">[54:00] </w:t>
      </w:r>
      <w:r>
        <w:t>Sufi deve solo amare, cercare Dio.</w:t>
      </w:r>
    </w:p>
    <w:p>
      <w:pPr>
        <w:jc w:val="right"/>
      </w:pPr>
      <w:r>
        <w:t>Sufi deve solo amare, cercare Dio.</w:t>
      </w:r>
    </w:p>
    <w:p>
      <w:r>
        <w:rPr>
          <w:b/>
        </w:rPr>
        <w:t xml:space="preserve">[54:04] </w:t>
      </w:r>
      <w:r>
        <w:t>A sufi has only the only task of a sufi is just to love and to seek God.</w:t>
      </w:r>
    </w:p>
    <w:p>
      <w:pPr>
        <w:jc w:val="right"/>
      </w:pPr>
      <w:r>
        <w:t>A sufi has only the only task of a sufi is just to love and to seek God.</w:t>
      </w:r>
    </w:p>
    <w:p>
      <w:r>
        <w:rPr>
          <w:b/>
        </w:rPr>
        <w:t xml:space="preserve">[54:09] </w:t>
      </w:r>
      <w:r>
        <w:t>Grazie Maharaji. Thank you very much.</w:t>
      </w:r>
    </w:p>
    <w:p>
      <w:pPr>
        <w:jc w:val="right"/>
      </w:pPr>
      <w:r>
        <w:t>Grazie Maharaji. Thank you very much.</w:t>
      </w:r>
    </w:p>
    <w:p>
      <w:r>
        <w:rPr>
          <w:b/>
        </w:rPr>
        <w:t xml:space="preserve">[54:11] </w:t>
      </w:r>
      <w:r>
        <w:t>Grazie.</w:t>
      </w:r>
    </w:p>
    <w:p>
      <w:pPr>
        <w:jc w:val="right"/>
      </w:pPr>
      <w:r>
        <w:t>Grazie.</w:t>
      </w:r>
    </w:p>
    <w:p>
      <w:r>
        <w:rPr>
          <w:b/>
        </w:rPr>
        <w:t xml:space="preserve">[54:25] </w:t>
      </w:r>
      <w:r>
        <w:t>We wanted to show you our calendar of our association. Thank you. Thank you. मैडम, वो ऐसे कैमरा की तरफ कर दीजिए। अच्छा, अच्छा। तब tradूँगा मैं? जी। बनाती हूँ फिर।</w:t>
      </w:r>
    </w:p>
    <w:p>
      <w:pPr>
        <w:jc w:val="right"/>
      </w:pPr>
      <w:r>
        <w:t>We wanted to show you our calendar of our association. Thank you. Thank you. मैडम, वो ऐसे कैमरा की तरफ कर दीजिए। अच्छा, अच्छा। तब tradूँगा मैं? जी। बनाती हूँ फिर।</w:t>
      </w:r>
    </w:p>
    <w:p>
      <w:r>
        <w:rPr>
          <w:b/>
        </w:rPr>
        <w:t xml:space="preserve">[54:50] </w:t>
      </w:r>
      <w:r>
        <w:t>I tried to translate it for you. It says, "If I had to make a wish to a person who is seeking God, I would say, 'May you sit down at the feet of Maulana in silence and just listen to his teaching. Your heart will get the color, like a cloth will get the color of love.'"</w:t>
      </w:r>
    </w:p>
    <w:p>
      <w:pPr>
        <w:jc w:val="right"/>
      </w:pPr>
      <w:r>
        <w:t>I tried to translate it for you. It says, "If I had to make a wish to a person who is seeking God, I would say, 'May you sit down at the feet of Maulana in silence and just listen to his teaching. Your heart will get the color, like a cloth will get the color of love.'"</w:t>
      </w:r>
    </w:p>
    <w:p>
      <w:r>
        <w:rPr>
          <w:b/>
        </w:rPr>
        <w:t xml:space="preserve">[55:17] </w:t>
      </w:r>
      <w:r>
        <w:t>Thank you. Thank you. For the dot for your daughter. Thank you. And the sufi your teacher for your son. Thank you. Thank you. Thank you. Thank you. Thank you. Thank you. Thank you. Grazie, Maharaji. Grazie. E adesso sentite la mia domanda.</w:t>
      </w:r>
    </w:p>
    <w:p>
      <w:pPr>
        <w:jc w:val="right"/>
      </w:pPr>
      <w:r>
        <w:t>Thank you. Thank you. For the dot for your daughter. Thank you. And the sufi your teacher for your son. Thank you. Thank you. Thank you. Thank you. Thank you. Thank you. Thank you. Grazie, Maharaji. Grazie. E adesso sentite la mia domanda.</w:t>
      </w:r>
    </w:p>
    <w:p>
      <w:r>
        <w:rPr>
          <w:b/>
        </w:rPr>
        <w:t xml:space="preserve">[55:46] </w:t>
      </w:r>
      <w:r>
        <w:t>Ma è una preghiera. She has a prayer for you. A prayer. Perché quando si incontrano dei maestri come lei. When you can meet a master like you. Quando si cammina con un maestro come Mario. When you walk beside a master like Mario. L'unica domanda che si può fare è una domanda rivolta a Dio.</w:t>
      </w:r>
    </w:p>
    <w:p>
      <w:pPr>
        <w:jc w:val="right"/>
      </w:pPr>
      <w:r>
        <w:t>Ma è una preghiera. She has a prayer for you. A prayer. Perché quando si incontrano dei maestri come lei. When you can meet a master like you. Quando si cammina con un maestro come Mario. When you walk beside a master like Mario. L'unica domanda che si può fare è una domanda rivolta a Dio.</w:t>
      </w:r>
    </w:p>
    <w:p>
      <w:r>
        <w:rPr>
          <w:b/>
        </w:rPr>
        <w:t xml:space="preserve">[56:11] </w:t>
      </w:r>
      <w:r>
        <w:t>The only question you can do is to God. E la domanda che noi rivolgiamo a Dio è che le vostre parole, come semi, quanto prima germoglino dentro i nostri cuori. And the question we make to God is that your word-like seeds can flower as soon as possible in the heart of every man. Grazie. Thank you very much.</w:t>
      </w:r>
    </w:p>
    <w:p>
      <w:pPr>
        <w:jc w:val="right"/>
      </w:pPr>
      <w:r>
        <w:t>The only question you can do is to God. E la domanda che noi rivolgiamo a Dio è che le vostre parole, come semi, quanto prima germoglino dentro i nostri cuori. And the question we make to God is that your word-like seeds can flower as soon as possible in the heart of every man. Grazie. Thank you very much.</w:t>
      </w:r>
    </w:p>
    <w:p>
      <w:r>
        <w:rPr>
          <w:b/>
        </w:rPr>
        <w:t xml:space="preserve">[56:36] </w:t>
      </w:r>
      <w:r>
        <w:t>Thank you. Thank you. Thank you. This is my final word. I am a Muslim. At the same time, I am a Christian. Io sono un musulmano, ma allo stesso momento sono anche cristiano. I am a follower of Muhammad. At the same time, I am a follower of Jesus Christ. Sono un seguace del profeta, ma allo stesso tempo un seguace di Gesù Cristo. This is my religion.</w:t>
      </w:r>
    </w:p>
    <w:p>
      <w:pPr>
        <w:jc w:val="right"/>
      </w:pPr>
      <w:r>
        <w:t>Thank you. Thank you. Thank you. This is my final word. I am a Muslim. At the same time, I am a Christian. Io sono un musulmano, ma allo stesso momento sono anche cristiano. I am a follower of Muhammad. At the same time, I am a follower of Jesus Christ. Sono un seguace del profeta, ma allo stesso tempo un seguace di Gesù Cristo. This is my religion.</w:t>
      </w:r>
    </w:p>
    <w:p>
      <w:r>
        <w:rPr>
          <w:b/>
        </w:rPr>
        <w:t xml:space="preserve">[57:05] </w:t>
      </w:r>
      <w:r>
        <w:t>Questa è la vera religione. Qualcuno voleva dire qualcosa? No, io volevo dire come di tutti che abbiamo il cuore colmo di commozione e di amore. She just said that our hearts are full of devotion and love. Perché dopo avere girato per tanti giorni l'India. Because we are touring India.</w:t>
      </w:r>
    </w:p>
    <w:p>
      <w:pPr>
        <w:jc w:val="right"/>
      </w:pPr>
      <w:r>
        <w:t>Questa è la vera religione. Qualcuno voleva dire qualcosa? No, io volevo dire come di tutti che abbiamo il cuore colmo di commozione e di amore. She just said that our hearts are full of devotion and love. Perché dopo avere girato per tanti giorni l'India. Because we are touring India.</w:t>
      </w:r>
    </w:p>
    <w:p>
      <w:r>
        <w:rPr>
          <w:b/>
        </w:rPr>
        <w:t xml:space="preserve">[57:35] </w:t>
      </w:r>
      <w:r>
        <w:t>Siamo arrivati veramente dove il maestro aveva lo scopo di portarci. And we have reached our true goal. So the place where our master had to bring us. Perché questa terra ha bisogno dell'amore degli induisti, dell'amore dei musulmani, delle preghiere dei cristiani. Because the whole world needs prayer of Muslims, of Christians, of everybody.</w:t>
      </w:r>
    </w:p>
    <w:p>
      <w:pPr>
        <w:jc w:val="right"/>
      </w:pPr>
      <w:r>
        <w:t>Siamo arrivati veramente dove il maestro aveva lo scopo di portarci. And we have reached our true goal. So the place where our master had to bring us. Perché questa terra ha bisogno dell'amore degli induisti, dell'amore dei musulmani, delle preghiere dei cristiani. Because the whole world needs prayer of Muslims, of Christians, of everybody.</w:t>
      </w:r>
    </w:p>
    <w:p>
      <w:r>
        <w:rPr>
          <w:b/>
        </w:rPr>
        <w:t xml:space="preserve">[58:02] </w:t>
      </w:r>
      <w:r>
        <w:t>E speriamo presto di poter raggiungere il modo di poter pregare tutti insieme per nutrire questa terra che ha proprio tanto bisogno di essere salvata. And we wish that we will be able, as soon as possible, to pray together to save the whole world. Insha'Allah. Insha'Allah.</w:t>
      </w:r>
    </w:p>
    <w:p>
      <w:pPr>
        <w:jc w:val="right"/>
      </w:pPr>
      <w:r>
        <w:t>E speriamo presto di poter raggiungere il modo di poter pregare tutti insieme per nutrire questa terra che ha proprio tanto bisogno di essere salvata. And we wish that we will be able, as soon as possible, to pray together to save the whole world. Insha'Allah. Insha'Allah.</w:t>
      </w:r>
    </w:p>
    <w:p>
      <w:r>
        <w:rPr>
          <w:b/>
        </w:rPr>
        <w:t xml:space="preserve">[58:21] </w:t>
      </w:r>
      <w:r>
        <w:t>E cominciamo una preghiera.</w:t>
      </w:r>
    </w:p>
    <w:p>
      <w:pPr>
        <w:jc w:val="right"/>
      </w:pPr>
      <w:r>
        <w:t>E cominciamo una preghiera.</w:t>
      </w:r>
    </w:p>
    <w:p>
      <w:r>
        <w:rPr>
          <w:b/>
        </w:rPr>
        <w:t xml:space="preserve">[58:23] </w:t>
      </w:r>
      <w:r>
        <w:t>So we will, we will have to start a prayer.</w:t>
      </w:r>
    </w:p>
    <w:p>
      <w:pPr>
        <w:jc w:val="right"/>
      </w:pPr>
      <w:r>
        <w:t>So we will, we will have to start a prayer.</w:t>
      </w:r>
    </w:p>
    <w:p>
      <w:r>
        <w:rPr>
          <w:b/>
        </w:rPr>
        <w:t xml:space="preserve">[58:27] </w:t>
      </w:r>
      <w:r>
        <w:t>Bismillahirrahmanirrahim Allahu.Bismillahirrahmanirrahim</w:t>
      </w:r>
    </w:p>
    <w:p>
      <w:pPr>
        <w:jc w:val="right"/>
      </w:pPr>
      <w:r>
        <w:t>Bismillahirrahmanirrahim Allahu. Bismillahirrahmanirrahim</w:t>
      </w:r>
    </w:p>
    <w:p>
      <w:r>
        <w:rPr>
          <w:b/>
        </w:rPr>
        <w:t xml:space="preserve">[58:39] </w:t>
      </w:r>
      <w:r>
        <w:t>Allahu.Bismillahirrahmanirrahim Allahu.</w:t>
      </w:r>
    </w:p>
    <w:p>
      <w:pPr>
        <w:jc w:val="right"/>
      </w:pPr>
      <w:r>
        <w:t>Allahu. Bismillahirrahmanirrahim Allahu.</w:t>
      </w:r>
    </w:p>
    <w:p>
      <w:r>
        <w:rPr>
          <w:b/>
        </w:rPr>
        <w:t xml:space="preserve">[58:47] </w:t>
      </w:r>
      <w:r>
        <w:t>Bismillahirrahmanirrahim Allahu. She said, Maulana, I have always very,</w:t>
      </w:r>
    </w:p>
    <w:p>
      <w:pPr>
        <w:jc w:val="right"/>
      </w:pPr>
      <w:r>
        <w:t>Bismillahirrahmanirrahim Allahu. She said, Maulana, I have always very,</w:t>
      </w:r>
    </w:p>
    <w:p>
      <w:r>
        <w:rPr>
          <w:b/>
        </w:rPr>
        <w:t xml:space="preserve">[59:18] </w:t>
      </w:r>
      <w:r>
        <w:t>very well absorb your incident.</w:t>
      </w:r>
    </w:p>
    <w:p>
      <w:pPr>
        <w:jc w:val="right"/>
      </w:pPr>
      <w:r>
        <w:t>very well absorb your incident.</w:t>
      </w:r>
    </w:p>
    <w:p>
      <w:r>
        <w:rPr>
          <w:b/>
        </w:rPr>
        <w:t xml:space="preserve">[59:21] </w:t>
      </w:r>
      <w:r>
        <w:t>Can you tell us something?</w:t>
      </w:r>
    </w:p>
    <w:p>
      <w:pPr>
        <w:jc w:val="right"/>
      </w:pPr>
      <w:r>
        <w:t>Can you tell us something?</w:t>
      </w:r>
    </w:p>
    <w:p>
      <w:r>
        <w:rPr>
          <w:b/>
        </w:rPr>
        <w:t xml:space="preserve">[59:23] </w:t>
      </w:r>
      <w:r>
        <w:t>An incident? For me?</w:t>
      </w:r>
    </w:p>
    <w:p>
      <w:pPr>
        <w:jc w:val="right"/>
      </w:pPr>
      <w:r>
        <w:t>An incident? For me?</w:t>
      </w:r>
    </w:p>
    <w:p>
      <w:r>
        <w:rPr>
          <w:b/>
        </w:rPr>
        <w:t xml:space="preserve">[59:25] </w:t>
      </w:r>
      <w:r>
        <w:t>An incident about what?</w:t>
      </w:r>
    </w:p>
    <w:p>
      <w:pPr>
        <w:jc w:val="right"/>
      </w:pPr>
      <w:r>
        <w:t>An incident about what?</w:t>
      </w:r>
    </w:p>
    <w:p>
      <w:r>
        <w:rPr>
          <w:b/>
        </w:rPr>
        <w:t xml:space="preserve">[59:26] </w:t>
      </w:r>
      <w:r>
        <w:t>About what initiate?</w:t>
      </w:r>
    </w:p>
    <w:p>
      <w:pPr>
        <w:jc w:val="right"/>
      </w:pPr>
      <w:r>
        <w:t>About what initiate?</w:t>
      </w:r>
    </w:p>
    <w:p>
      <w:r>
        <w:rPr>
          <w:b/>
        </w:rPr>
        <w:t xml:space="preserve">[59:28] </w:t>
      </w:r>
      <w:r>
        <w:t>Like, one of the.</w:t>
      </w:r>
    </w:p>
    <w:p>
      <w:pPr>
        <w:jc w:val="right"/>
      </w:pPr>
      <w:r>
        <w:t>Like, one of the.</w:t>
      </w:r>
    </w:p>
    <w:p>
      <w:r>
        <w:rPr>
          <w:b/>
        </w:rPr>
        <w:t xml:space="preserve">[59:31] </w:t>
      </w:r>
      <w:r>
        <w:t>He's teaching sufi, teachings.</w:t>
      </w:r>
    </w:p>
    <w:p>
      <w:pPr>
        <w:jc w:val="right"/>
      </w:pPr>
      <w:r>
        <w:t>He's teaching sufi, teachings.</w:t>
      </w:r>
    </w:p>
    <w:p>
      <w:r>
        <w:rPr>
          <w:b/>
        </w:rPr>
        <w:t xml:space="preserve">[59:34] </w:t>
      </w:r>
      <w:r>
        <w:t>By incident. Mario chiedeva, Conte chiedeva a Maulana se poteva raccontarci un aneddoto,</w:t>
      </w:r>
    </w:p>
    <w:p>
      <w:pPr>
        <w:jc w:val="right"/>
      </w:pPr>
      <w:r>
        <w:t>By incident. Mario chiedeva, Conte chiedeva a Maulana se poteva raccontarci un aneddoto,</w:t>
      </w:r>
    </w:p>
    <w:p>
      <w:r>
        <w:rPr>
          <w:b/>
        </w:rPr>
        <w:t xml:space="preserve">[59:40] </w:t>
      </w:r>
      <w:r>
        <w:t>qualunque.</w:t>
      </w:r>
    </w:p>
    <w:p>
      <w:pPr>
        <w:jc w:val="right"/>
      </w:pPr>
      <w:r>
        <w:t>qualunque.</w:t>
      </w:r>
    </w:p>
    <w:p>
      <w:r>
        <w:rPr>
          <w:b/>
        </w:rPr>
        <w:t xml:space="preserve">[59:52] </w:t>
      </w:r>
      <w:r>
        <w:t>According to my history, the gist of sufi teaching is Sulh-ul Kul. Sulh-ul Kul means love all. Secondo la mia esperienza, il vero insegnamento, il cuore del sufismo è: ama tutti. This is the same teaching which we read in the New Testament by Jesus Christ: love your enemy.</w:t>
      </w:r>
    </w:p>
    <w:p>
      <w:pPr>
        <w:jc w:val="right"/>
      </w:pPr>
      <w:r>
        <w:t>According to my history, the gist of sufi teaching is Sulh-ul Kul. Sulh-ul Kul means love all. Secondo la mia esperienza, il vero insegnamento, il cuore del sufismo è: ama tutti. This is the same teaching which we read in the New Testament by Jesus Christ: love your enemy.</w:t>
      </w:r>
    </w:p>
    <w:p>
      <w:r>
        <w:rPr>
          <w:b/>
        </w:rPr>
        <w:t xml:space="preserve">[1:00:19] </w:t>
      </w:r>
      <w:r>
        <w:t>emy. Ed è lo stesso quello che c'è scritto nel Nuovo Testamento, ama il nemico, il tuo nemico.</w:t>
      </w:r>
    </w:p>
    <w:p>
      <w:pPr>
        <w:jc w:val="right"/>
      </w:pPr>
      <w:r>
        <w:t>emy. Ed è lo stesso quello che c'è scritto nel Nuovo Testamento, ama il nemico, il tuo nemico.</w:t>
      </w:r>
    </w:p>
    <w:p>
      <w:r>
        <w:rPr>
          <w:b/>
        </w:rPr>
        <w:t xml:space="preserve">[1:00:24] </w:t>
      </w:r>
      <w:r>
        <w:t>So according to my study, sufi teaching and Christian teaching, the gist of sufi teaching</w:t>
      </w:r>
    </w:p>
    <w:p>
      <w:pPr>
        <w:jc w:val="right"/>
      </w:pPr>
      <w:r>
        <w:t>So according to my study, sufi teaching and Christian teaching, the gist of sufi teaching</w:t>
      </w:r>
    </w:p>
    <w:p>
      <w:r>
        <w:rPr>
          <w:b/>
        </w:rPr>
        <w:t xml:space="preserve">[1:00:34] </w:t>
      </w:r>
      <w:r>
        <w:t>is only one.</w:t>
      </w:r>
    </w:p>
    <w:p>
      <w:pPr>
        <w:jc w:val="right"/>
      </w:pPr>
      <w:r>
        <w:t>is only one.</w:t>
      </w:r>
    </w:p>
    <w:p>
      <w:r>
        <w:rPr>
          <w:b/>
        </w:rPr>
        <w:t xml:space="preserve">[1:00:36] </w:t>
      </w:r>
      <w:r>
        <w:t>That is love all.</w:t>
      </w:r>
    </w:p>
    <w:p>
      <w:pPr>
        <w:jc w:val="right"/>
      </w:pPr>
      <w:r>
        <w:t>That is love all.</w:t>
      </w:r>
    </w:p>
    <w:p>
      <w:r>
        <w:rPr>
          <w:b/>
        </w:rPr>
        <w:t xml:space="preserve">[1:00:39] </w:t>
      </w:r>
      <w:r>
        <w:t>E quindi questo accomuna ed è veramente il nocciolo del, sia del, dell'Islam che della cristianità e cioè</w:t>
      </w:r>
    </w:p>
    <w:p>
      <w:pPr>
        <w:jc w:val="right"/>
      </w:pPr>
      <w:r>
        <w:t>E quindi questo accomuna ed è veramente il nocciolo del, sia del, dell'Islam che della cristianità e cioè</w:t>
      </w:r>
    </w:p>
    <w:p>
      <w:r>
        <w:rPr>
          <w:b/>
        </w:rPr>
        <w:t xml:space="preserve">[1:00:47] </w:t>
      </w:r>
      <w:r>
        <w:t>ama tutto, ama tutti.</w:t>
      </w:r>
    </w:p>
    <w:p>
      <w:pPr>
        <w:jc w:val="right"/>
      </w:pPr>
      <w:r>
        <w:t>ama tutto, ama tutti.</w:t>
      </w:r>
    </w:p>
    <w:p>
      <w:r>
        <w:rPr>
          <w:b/>
        </w:rPr>
        <w:t xml:space="preserve">[1:00:50] </w:t>
      </w:r>
      <w:r>
        <w:t>One of my experiences that I can share with you. C'è un aneddoto, la mia esperienza che vorrei condividere con voi. That according to present literature produced by Muslims, I came to know that Europe is the enemy of Islam.</w:t>
      </w:r>
    </w:p>
    <w:p>
      <w:pPr>
        <w:jc w:val="right"/>
      </w:pPr>
      <w:r>
        <w:t>One of my experiences that I can share with you. C'è un aneddoto, la mia esperienza che vorrei condividere con voi. That according to present literature produced by Muslims, I came to know that Europe is the enemy of Islam.</w:t>
      </w:r>
    </w:p>
    <w:p>
      <w:r>
        <w:rPr>
          <w:b/>
        </w:rPr>
        <w:t xml:space="preserve">[1:01:17] </w:t>
      </w:r>
      <w:r>
        <w:t>All the Muslims say like this.</w:t>
      </w:r>
    </w:p>
    <w:p>
      <w:pPr>
        <w:jc w:val="right"/>
      </w:pPr>
      <w:r>
        <w:t>All the Muslims say like this.</w:t>
      </w:r>
    </w:p>
    <w:p>
      <w:r>
        <w:rPr>
          <w:b/>
        </w:rPr>
        <w:t xml:space="preserve">[1:01:20] </w:t>
      </w:r>
      <w:r>
        <w:t>Europe is enemy of Islam.</w:t>
      </w:r>
    </w:p>
    <w:p>
      <w:pPr>
        <w:jc w:val="right"/>
      </w:pPr>
      <w:r>
        <w:t>Europe is enemy of Islam.</w:t>
      </w:r>
    </w:p>
    <w:p>
      <w:r>
        <w:rPr>
          <w:b/>
        </w:rPr>
        <w:t xml:space="preserve">[1:01:22] </w:t>
      </w:r>
      <w:r>
        <w:t>But my nature was not ready to accept this concept.</w:t>
      </w:r>
    </w:p>
    <w:p>
      <w:pPr>
        <w:jc w:val="right"/>
      </w:pPr>
      <w:r>
        <w:t>But my nature was not ready to accept this concept.</w:t>
      </w:r>
    </w:p>
    <w:p>
      <w:r>
        <w:rPr>
          <w:b/>
        </w:rPr>
        <w:t xml:space="preserve">[1:01:27] </w:t>
      </w:r>
      <w:r>
        <w:t>Then I discovered that Europe is the greatest benefactor of humanity.</w:t>
      </w:r>
    </w:p>
    <w:p>
      <w:pPr>
        <w:jc w:val="right"/>
      </w:pPr>
      <w:r>
        <w:t>Then I discovered that Europe is the greatest benefactor of humanity.</w:t>
      </w:r>
    </w:p>
    <w:p>
      <w:r>
        <w:rPr>
          <w:b/>
        </w:rPr>
        <w:t xml:space="preserve">[1:01:33] </w:t>
      </w:r>
      <w:r>
        <w:t>It is Europe who has given us all those things that is part of civilization.</w:t>
      </w:r>
    </w:p>
    <w:p>
      <w:pPr>
        <w:jc w:val="right"/>
      </w:pPr>
      <w:r>
        <w:t>It is Europe who has given us all those things that is part of civilization.</w:t>
      </w:r>
    </w:p>
    <w:p>
      <w:r>
        <w:rPr>
          <w:b/>
        </w:rPr>
        <w:t xml:space="preserve">[1:01:40] </w:t>
      </w:r>
      <w:r>
        <w:t>For example, car, motor car, aeroplane, and communication.</w:t>
      </w:r>
    </w:p>
    <w:p>
      <w:pPr>
        <w:jc w:val="right"/>
      </w:pPr>
      <w:r>
        <w:t>For example, car, motor car, aeroplane, and communication.</w:t>
      </w:r>
    </w:p>
    <w:p>
      <w:r>
        <w:rPr>
          <w:b/>
        </w:rPr>
        <w:t xml:space="preserve">[1:01:47] </w:t>
      </w:r>
      <w:r>
        <w:t>Everything, everything, everything was given by West</w:t>
      </w:r>
    </w:p>
    <w:p>
      <w:pPr>
        <w:jc w:val="right"/>
      </w:pPr>
      <w:r>
        <w:t>Everything, everything, everything was given by West</w:t>
      </w:r>
    </w:p>
    <w:p>
      <w:r>
        <w:rPr>
          <w:b/>
        </w:rPr>
        <w:t xml:space="preserve">[1:01:52] </w:t>
      </w:r>
      <w:r>
        <w:t>So I love the West. Although Muslims are, Muslims are living in hate towards Europe. But I have discovered, it is my discovery, that Western nations have done a very great job.</w:t>
      </w:r>
    </w:p>
    <w:p>
      <w:pPr>
        <w:jc w:val="right"/>
      </w:pPr>
      <w:r>
        <w:t>So I love the West. Although Muslims are, Muslims are living in hate towards Europe. But I have discovered, it is my discovery, that Western nations have done a very great job.</w:t>
      </w:r>
    </w:p>
    <w:p>
      <w:r>
        <w:rPr>
          <w:b/>
        </w:rPr>
        <w:t xml:space="preserve">[1:02:14] </w:t>
      </w:r>
      <w:r>
        <w:t>That is, they discovered nature. There were so many, so many secrets of nature. All those boundaries were hidden in nature. So Western nations discovered these things. And they made it common.</w:t>
      </w:r>
    </w:p>
    <w:p>
      <w:pPr>
        <w:jc w:val="right"/>
      </w:pPr>
      <w:r>
        <w:t>That is, they discovered nature. There were so many, so many secrets of nature. All those boundaries were hidden in nature. So Western nations discovered these things. And they made it common.</w:t>
      </w:r>
    </w:p>
    <w:p>
      <w:r>
        <w:rPr>
          <w:b/>
        </w:rPr>
        <w:t xml:space="preserve">[1:02:33] </w:t>
      </w:r>
      <w:r>
        <w:t>Quello che vorrei dirvi è che molto spesso sento dire da dei musulmani che odiano l'Occidente e tutto</w:t>
      </w:r>
    </w:p>
    <w:p>
      <w:pPr>
        <w:jc w:val="right"/>
      </w:pPr>
      <w:r>
        <w:t>Quello che vorrei dirvi è che molto spesso sento dire da dei musulmani che odiano l'Occidente e tutto</w:t>
      </w:r>
    </w:p>
    <w:p>
      <w:r>
        <w:rPr>
          <w:b/>
        </w:rPr>
        <w:t xml:space="preserve">[1:02:41] </w:t>
      </w:r>
      <w:r>
        <w:t>ciò che proviene dall'Occidente.</w:t>
      </w:r>
    </w:p>
    <w:p>
      <w:pPr>
        <w:jc w:val="right"/>
      </w:pPr>
      <w:r>
        <w:t>ciò che proviene dall'Occidente.</w:t>
      </w:r>
    </w:p>
    <w:p>
      <w:r>
        <w:rPr>
          <w:b/>
        </w:rPr>
        <w:t xml:space="preserve">[1:02:42] </w:t>
      </w:r>
      <w:r>
        <w:t>Ma da quanto sembra a me, da quello che io vedo, e invece l'Occidente, io amo l'Occidente in</w:t>
      </w:r>
    </w:p>
    <w:p>
      <w:pPr>
        <w:jc w:val="right"/>
      </w:pPr>
      <w:r>
        <w:t>Ma da quanto sembra a me, da quello che io vedo, e invece l'Occidente, io amo l'Occidente in</w:t>
      </w:r>
    </w:p>
    <w:p>
      <w:r>
        <w:rPr>
          <w:b/>
        </w:rPr>
        <w:t xml:space="preserve">[1:02:49] </w:t>
      </w:r>
      <w:r>
        <w:t>quanto l'Occidente ha creato molte cose, automobili, aeroplani, molte cose anche positive e hanno, sono riusciti a fare</w:t>
      </w:r>
    </w:p>
    <w:p>
      <w:pPr>
        <w:jc w:val="right"/>
      </w:pPr>
      <w:r>
        <w:t>quanto l'Occidente ha creato molte cose, automobili, aeroplani, molte cose anche positive e hanno, sono riusciti a fare</w:t>
      </w:r>
    </w:p>
    <w:p>
      <w:r>
        <w:rPr>
          <w:b/>
        </w:rPr>
        <w:t xml:space="preserve">[1:02:58] </w:t>
      </w:r>
      <w:r>
        <w:t>una grande cosa, cioè sono riusciti a trovare nella natura, a scovare nella, nella natura moltissime cose che</w:t>
      </w:r>
    </w:p>
    <w:p>
      <w:pPr>
        <w:jc w:val="right"/>
      </w:pPr>
      <w:r>
        <w:t>una grande cosa, cioè sono riusciti a trovare nella natura, a scovare nella, nella natura moltissime cose che</w:t>
      </w:r>
    </w:p>
    <w:p>
      <w:r>
        <w:rPr>
          <w:b/>
        </w:rPr>
        <w:t xml:space="preserve">[1:03:05] </w:t>
      </w:r>
      <w:r>
        <w:t>noi tutti utilizziamo.</w:t>
      </w:r>
    </w:p>
    <w:p>
      <w:pPr>
        <w:jc w:val="right"/>
      </w:pPr>
      <w:r>
        <w:t>noi tutti utilizziamo.</w:t>
      </w:r>
    </w:p>
    <w:p>
      <w:r>
        <w:rPr>
          <w:b/>
        </w:rPr>
        <w:t xml:space="preserve">[1:03:06] </w:t>
      </w:r>
      <w:r>
        <w:t>Quindi io, io mi sento di dire che io amo l'Occidente.</w:t>
      </w:r>
    </w:p>
    <w:p>
      <w:pPr>
        <w:jc w:val="right"/>
      </w:pPr>
      <w:r>
        <w:t>Quindi io, io mi sento di dire che io amo l'Occidente.</w:t>
      </w:r>
    </w:p>
    <w:p>
      <w:r>
        <w:rPr>
          <w:b/>
        </w:rPr>
        <w:t xml:space="preserve">[1:03:10] </w:t>
      </w:r>
      <w:r>
        <w:t>For example, you came from Rome to Delhi. Per esempio, voi venite da Roma a Delhi. And you know the distance between Rome and Delhi is 6,000 kilometers. La distanza fra Roma e Delhi è 6,000 chilometri. And by a commercial flight, it takes only six hours. Ci vogliono solo sei ore? Nine hours. Massimo nove ore di volo.</w:t>
      </w:r>
    </w:p>
    <w:p>
      <w:pPr>
        <w:jc w:val="right"/>
      </w:pPr>
      <w:r>
        <w:t>For example, you came from Rome to Delhi. Per esempio, voi venite da Roma a Delhi. And you know the distance between Rome and Delhi is 6,000 kilometers. La distanza fra Roma e Delhi è 6,000 chilometri. And by a commercial flight, it takes only six hours. Ci vogliono solo sei ore? Nine hours. Massimo nove ore di volo.</w:t>
      </w:r>
    </w:p>
    <w:p>
      <w:r>
        <w:rPr>
          <w:b/>
        </w:rPr>
        <w:t xml:space="preserve">[1:03:40] </w:t>
      </w:r>
      <w:r>
        <w:t>Nine hours. So in previous years, it was not possible. Prima di oggi non sarebbe stato possibile. Then if you speak through your mobile telephone, it takes only a single second to communicate your message throughout the world. Addirittura per telefono basta un secondo per poter comunicare con l'intero pianeta. Who discovered these secrets of nature?</w:t>
      </w:r>
    </w:p>
    <w:p>
      <w:pPr>
        <w:jc w:val="right"/>
      </w:pPr>
      <w:r>
        <w:t>Nine hours. So in previous years, it was not possible. Prima di oggi non sarebbe stato possibile. Then if you speak through your mobile telephone, it takes only a single second to communicate your message throughout the world. Addirittura per telefono basta un secondo per poter comunicare con l'intero pianeta. Who discovered these secrets of nature?</w:t>
      </w:r>
    </w:p>
    <w:p>
      <w:r>
        <w:rPr>
          <w:b/>
        </w:rPr>
        <w:t xml:space="preserve">[1:04:07] </w:t>
      </w:r>
      <w:r>
        <w:t>Western people. They discovered and they made it common to all humanity.</w:t>
      </w:r>
    </w:p>
    <w:p>
      <w:pPr>
        <w:jc w:val="right"/>
      </w:pPr>
      <w:r>
        <w:t>Western people. They discovered and they made it common to all humanity.</w:t>
      </w:r>
    </w:p>
    <w:p>
      <w:r>
        <w:rPr>
          <w:b/>
        </w:rPr>
        <w:t xml:space="preserve">[1:04:13] </w:t>
      </w:r>
      <w:r>
        <w:t>E chi è stato a far sì che ciò fosse possibile?</w:t>
      </w:r>
    </w:p>
    <w:p>
      <w:pPr>
        <w:jc w:val="right"/>
      </w:pPr>
      <w:r>
        <w:t>E chi è stato a far sì che ciò fosse possibile?</w:t>
      </w:r>
    </w:p>
    <w:p>
      <w:r>
        <w:rPr>
          <w:b/>
        </w:rPr>
        <w:t xml:space="preserve">[1:04:16] </w:t>
      </w:r>
      <w:r>
        <w:t>Gli occidentali. E questo lo hanno dato, lo hanno donato all'intero, all'intero pianeta.</w:t>
      </w:r>
    </w:p>
    <w:p>
      <w:pPr>
        <w:jc w:val="right"/>
      </w:pPr>
      <w:r>
        <w:t>Gli occidentali. E questo lo hanno dato, lo hanno donato all'intero, all'intero pianeta.</w:t>
      </w:r>
    </w:p>
    <w:p>
      <w:r>
        <w:rPr>
          <w:b/>
        </w:rPr>
        <w:t xml:space="preserve">[1:04:21] </w:t>
      </w:r>
      <w:r>
        <w:t>So I love Western people.</w:t>
      </w:r>
    </w:p>
    <w:p>
      <w:pPr>
        <w:jc w:val="right"/>
      </w:pPr>
      <w:r>
        <w:t>So I love Western people.</w:t>
      </w:r>
    </w:p>
    <w:p>
      <w:r>
        <w:rPr>
          <w:b/>
        </w:rPr>
        <w:t xml:space="preserve">[1:04:24] </w:t>
      </w:r>
      <w:r>
        <w:t>I love Europe.</w:t>
      </w:r>
    </w:p>
    <w:p>
      <w:pPr>
        <w:jc w:val="right"/>
      </w:pPr>
      <w:r>
        <w:t>I love Europe.</w:t>
      </w:r>
    </w:p>
    <w:p>
      <w:r>
        <w:rPr>
          <w:b/>
        </w:rPr>
        <w:t xml:space="preserve">[1:04:25] </w:t>
      </w:r>
      <w:r>
        <w:t>I love America.</w:t>
      </w:r>
    </w:p>
    <w:p>
      <w:pPr>
        <w:jc w:val="right"/>
      </w:pPr>
      <w:r>
        <w:t>I love America.</w:t>
      </w:r>
    </w:p>
    <w:p>
      <w:r>
        <w:rPr>
          <w:b/>
        </w:rPr>
        <w:t xml:space="preserve">[1:04:27] </w:t>
      </w:r>
      <w:r>
        <w:t>I have no hate against anyone.</w:t>
      </w:r>
    </w:p>
    <w:p>
      <w:pPr>
        <w:jc w:val="right"/>
      </w:pPr>
      <w:r>
        <w:t>I have no hate against anyone.</w:t>
      </w:r>
    </w:p>
    <w:p>
      <w:r>
        <w:rPr>
          <w:b/>
        </w:rPr>
        <w:t xml:space="preserve">[1:04:29] </w:t>
      </w:r>
      <w:r>
        <w:t>Per cui io mi sento di dire che amo l'Europa, amo gli occidentali, amo gli americani.</w:t>
      </w:r>
    </w:p>
    <w:p>
      <w:pPr>
        <w:jc w:val="right"/>
      </w:pPr>
      <w:r>
        <w:t>Per cui io mi sento di dire che amo l'Europa, amo gli occidentali, amo gli americani.</w:t>
      </w:r>
    </w:p>
    <w:p>
      <w:r>
        <w:rPr>
          <w:b/>
        </w:rPr>
        <w:t xml:space="preserve">[1:04:33] </w:t>
      </w:r>
      <w:r>
        <w:t>Io non ho odio nei confronti di nessuno.</w:t>
      </w:r>
    </w:p>
    <w:p>
      <w:pPr>
        <w:jc w:val="right"/>
      </w:pPr>
      <w:r>
        <w:t>Io non ho odio nei confronti di nessuno.</w:t>
      </w:r>
    </w:p>
    <w:p>
      <w:r>
        <w:rPr>
          <w:b/>
        </w:rPr>
        <w:t xml:space="preserve">[1:04:38] </w:t>
      </w:r>
      <w:r>
        <w:t>All those boundaries were given to us by modern civilization. Who created this modern civilization? Western people. Tutti questi doni ci sono stati dati dall'Occidente. Chi è stato a creare tutte queste cose? L'Occidente. So Western peoples are benefactors to all mankind. Da questo punto di vista, gli occidentali sono dei benefattori nei confronti dell'intera umanità.</w:t>
      </w:r>
    </w:p>
    <w:p>
      <w:pPr>
        <w:jc w:val="right"/>
      </w:pPr>
      <w:r>
        <w:t>All those boundaries were given to us by modern civilization. Who created this modern civilization? Western people. Tutti questi doni ci sono stati dati dall'Occidente. Chi è stato a creare tutte queste cose? L'Occidente. So Western peoples are benefactors to all mankind. Da questo punto di vista, gli occidentali sono dei benefattori nei confronti dell'intera umanità.</w:t>
      </w:r>
    </w:p>
    <w:p>
      <w:r>
        <w:rPr>
          <w:b/>
        </w:rPr>
        <w:t xml:space="preserve">[1:05:07] </w:t>
      </w:r>
      <w:r>
        <w:t>So I love Italian, I love German, I love French, I love Americans. Quindi amo gli italiani, i francesi, i tedeschi, gli americani, l'intera umanità. Because they gave us all these boundaries. Perché ci hanno dato tutti questi doni.</w:t>
      </w:r>
    </w:p>
    <w:p>
      <w:pPr>
        <w:jc w:val="right"/>
      </w:pPr>
      <w:r>
        <w:t>So I love Italian, I love German, I love French, I love Americans. Quindi amo gli italiani, i francesi, i tedeschi, gli americani, l'intera umanità. Because they gave us all these boundaries. Perché ci hanno dato tutti questi doni.</w:t>
      </w:r>
    </w:p>
    <w:p>
      <w:r>
        <w:rPr>
          <w:b/>
        </w:rPr>
        <w:t xml:space="preserve">[1:05:22] </w:t>
      </w:r>
      <w:r>
        <w:t>In the end, I pray for you. May God bless you. May God help you realize this noble cause. Per concludere, vorrei di nuovo augurarvi, vorrei darvi la mia benedizione e augurarvi che Dio possa aiutarvi a portare avanti la missione, la vostra missione.</w:t>
      </w:r>
    </w:p>
    <w:p>
      <w:pPr>
        <w:jc w:val="right"/>
      </w:pPr>
      <w:r>
        <w:t>In the end, I pray for you. May God bless you. May God help you realize this noble cause. Per concludere, vorrei di nuovo augurarvi, vorrei darvi la mia benedizione e augurarvi che Dio possa aiutarvi a portare avanti la missione, la vostra missione.</w:t>
      </w:r>
    </w:p>
    <w:p>
      <w:r>
        <w:rPr>
          <w:b/>
        </w:rPr>
        <w:t xml:space="preserve">[1:05:49] </w:t>
      </w:r>
      <w:r>
        <w:t>I hope we will meet again, Insha'Allah, in the Paradise. Spero che, Insha'Allah, ci incontreremo di nuovo in Paradiso. I will repeat: Insha'Allah, we will meet again in the eternal Paradise. E a Dio piacendo, ci incontreremo di nuovo nel Paradiso eterno.</w:t>
      </w:r>
    </w:p>
    <w:p>
      <w:pPr>
        <w:jc w:val="right"/>
      </w:pPr>
      <w:r>
        <w:t>I hope we will meet again, Insha'Allah, in the Paradise. Spero che, Insha'Allah, ci incontreremo di nuovo in Paradiso. I will repeat: Insha'Allah, we will meet again in the eternal Paradise. E a Dio piacendo, ci incontreremo di nuovo nel Paradiso eterno.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