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Addressal 29 07 2014</w:t>
      </w:r>
    </w:p>
    <w:p>
      <w:r>
        <w:t>https://www.youtube.com/watch?v=dqTi9dKCAFI</w:t>
      </w:r>
    </w:p>
    <w:p>
      <w:r>
        <w:rPr>
          <w:b/>
        </w:rPr>
        <w:t xml:space="preserve">[00:21] </w:t>
      </w:r>
      <w:r>
        <w:t>Surah Al-Ma'idah, Ayat No. 112, 113, 114,</w:t>
      </w:r>
    </w:p>
    <w:p>
      <w:pPr>
        <w:jc w:val="right"/>
      </w:pPr>
      <w:r>
        <w:t>سورہ المائدہ، آیت نمبر 112، 113، 114،</w:t>
      </w:r>
    </w:p>
    <w:p>
      <w:r>
        <w:rPr>
          <w:b/>
        </w:rPr>
        <w:t xml:space="preserve">[00:27] </w:t>
      </w:r>
      <w:r>
        <w:t>115. Idh qaalal hawariyyoon: Yaa 'eesaa ibna Maryam, hal yastatee'u rabbuka an yunzzila 'alainaa ma'idatan minas samaa'? Qaal:</w:t>
      </w:r>
    </w:p>
    <w:p>
      <w:pPr>
        <w:jc w:val="right"/>
      </w:pPr>
      <w:r>
        <w:t>115۔ إذ قال الحواريون: يا عيسى ابن مريم، هل يستطيع ربك أن ينزل علينا مائدة من السماء؟ قال:</w:t>
      </w:r>
    </w:p>
    <w:p>
      <w:r>
        <w:rPr>
          <w:b/>
        </w:rPr>
        <w:t xml:space="preserve">[00:38] </w:t>
      </w:r>
      <w:r>
        <w:t>Ittaqool laaha in kuntum mu'mineen.</w:t>
      </w:r>
    </w:p>
    <w:p>
      <w:pPr>
        <w:jc w:val="right"/>
      </w:pPr>
      <w:r>
        <w:t>اتقوا الله إن كنتم مؤمنين.</w:t>
      </w:r>
    </w:p>
    <w:p>
      <w:r>
        <w:rPr>
          <w:b/>
        </w:rPr>
        <w:t xml:space="preserve">[00:40] </w:t>
      </w:r>
      <w:r>
        <w:t>Qaaloo: Nureedu an na'kula minhaa wa tatma'inna quloobunaa, wa na'lama an qad sadaqtanaa wa nakoonu 'alaihaa minash shaahideen.</w:t>
      </w:r>
    </w:p>
    <w:p>
      <w:pPr>
        <w:jc w:val="right"/>
      </w:pPr>
      <w:r>
        <w:t>قالوا: نريد أن نأكل منها وتطمئن قلوبنا، ونعلم أن قد صدقتنا ونكون عليها من الشاهدين.</w:t>
      </w:r>
    </w:p>
    <w:p>
      <w:r>
        <w:rPr>
          <w:b/>
        </w:rPr>
        <w:t xml:space="preserve">[00:49] </w:t>
      </w:r>
      <w:r>
        <w:t>Qaal 'eesaa ibnu Maryam: Allaahumma Rabbanaa anzil 'alainaa ma'idatan minas samaa'i takoonu lanaa 'eedan li'awwalinaa wa aakhirinaa wa aayatan minka,</w:t>
      </w:r>
    </w:p>
    <w:p>
      <w:pPr>
        <w:jc w:val="right"/>
      </w:pPr>
      <w:r>
        <w:t>قال عيسى ابن مريم: اللهم ربنا أنزل علينا مائدة من السماء تكون لنا عيداً لأولنا وآخرنا وآية منك،</w:t>
      </w:r>
    </w:p>
    <w:p>
      <w:r>
        <w:rPr>
          <w:b/>
        </w:rPr>
        <w:t xml:space="preserve">[00:59] </w:t>
      </w:r>
      <w:r>
        <w:t>Warzuqnaa wa anta khairur raaziqeen.</w:t>
      </w:r>
    </w:p>
    <w:p>
      <w:pPr>
        <w:jc w:val="right"/>
      </w:pPr>
      <w:r>
        <w:t>وارزقنا وأنت خير الرازقين.</w:t>
      </w:r>
    </w:p>
    <w:p>
      <w:r>
        <w:rPr>
          <w:b/>
        </w:rPr>
        <w:t xml:space="preserve">[01:02] </w:t>
      </w:r>
      <w:r>
        <w:t>Qaalal laahu: Innee munzziluhaa 'alaikum, fa man yakfur ba'du minkum fa innee u'azzibuhu 'azaaban laa u'azzibuhu ahadan minal 'aalameen.</w:t>
      </w:r>
    </w:p>
    <w:p>
      <w:pPr>
        <w:jc w:val="right"/>
      </w:pPr>
      <w:r>
        <w:t>قال الله: إني منزلها عليكم، فمن يكفر بعد منكم فإني أعذبه عذاباً لا أعذبه أحداً من العالمين.</w:t>
      </w:r>
    </w:p>
    <w:p>
      <w:r>
        <w:rPr>
          <w:b/>
        </w:rPr>
        <w:t xml:space="preserve">[01:16] </w:t>
      </w:r>
      <w:r>
        <w:t>In aayaton ka tarjuma yeh hai: Jab hawariyon ne kaha: Ae Isa ibn Maryam,</w:t>
      </w:r>
    </w:p>
    <w:p>
      <w:pPr>
        <w:jc w:val="right"/>
      </w:pPr>
      <w:r>
        <w:t>ان آیتوں کا ترجمہ یہ ہے: جب حواریوں نے کہا: اے عیسیٰ ابن مریم،</w:t>
      </w:r>
    </w:p>
    <w:p>
      <w:r>
        <w:rPr>
          <w:b/>
        </w:rPr>
        <w:t xml:space="preserve">[01:23] </w:t>
      </w:r>
      <w:r>
        <w:t>Kya tumhara Rabb yeh kar sakta hai ke hum par aasman se ek khan utare? 'Isa ne kaha: Allah se daro agar tum iman wale ho. Unhon ne kaha: Ke hum chahte hain ke hum is mein se khayen aur hamare dil mutma'in hon, aur hum yeh jaan len ke tu ne hum se sach kaha aur hum is par gawahi dene wale ban jayen. 'Isa ibn Maryam ne dua ki: Ke Ae Allah! Hamare Rabb!</w:t>
      </w:r>
    </w:p>
    <w:p>
      <w:pPr>
        <w:jc w:val="right"/>
      </w:pPr>
      <w:r>
        <w:t>کیا تمہارا رب یہ کر سکتا ہے کہ ہم پر آسمان سے ایک خان اتارے؟ عیسٰی نے کہا: اللہ سے ڈرو اگر تم ایمان والے ہو۔ انہوں نے کہا: کہ ہم چاہتے ہیں کہ ہم اس میں سے کھائیں اور ہمارے دل مطمئن ہوں، اور ہم یہ جان لیں کہ تو نے ہم سے سچ کہا اور ہم اس پر گواہی دینے والے بن جائیں۔ عیسٰی ابن مریم نے دعا کی: کہ اے اللہ! ہمارے رب!</w:t>
      </w:r>
    </w:p>
    <w:p>
      <w:r>
        <w:rPr>
          <w:b/>
        </w:rPr>
        <w:t xml:space="preserve">[01:49] </w:t>
      </w:r>
      <w:r>
        <w:t>Tu aasman se hum par ek khan utaar jo hamare liye ek Eid ban jaye, hamare aglon ke liye aur hamare pichlon ke liye, aur teri taraf se ek nishani ho, aur hum ko ata kar. Tu hi behtareen ata karne wala hai. Allah ne kaha: Main yeh khan zaroor tum par utarunga. Phir is ke baad tum mein se jo shakhs munkir hoga us ko main aisi saza doonga jo duniya mein kisi ko na di hogi.</w:t>
      </w:r>
    </w:p>
    <w:p>
      <w:pPr>
        <w:jc w:val="right"/>
      </w:pPr>
      <w:r>
        <w:t>تو آسمان سے ہم پر ایک خان اتار جو ہمارے لیے ایک عید بن جائے، ہمارے اگلوں کے لیے اور ہمارے پچھلوں کے لیے، اور تیری طرف سے ایک نشانی ہو، اور ہم کو عطا کر۔ تو ہی بہترین عطا کرنے والا ہے۔ اللہ نے کہا: میں یہ خان ضرور تم پر اتاروں گا۔ پھر اس کے بعد تم میں سے جو شخص منکر ہوگا اس کو میں ایسی سزا دوں گا جو دنیا میں کسی کو نہ دی ہوگی۔</w:t>
      </w:r>
    </w:p>
    <w:p>
      <w:r>
        <w:rPr>
          <w:b/>
        </w:rPr>
        <w:t xml:space="preserve">[02:17] </w:t>
      </w:r>
      <w:r>
        <w:t>Bismillah al-Rahman al-Rahim. Wa sallallahu 'ala an-nabiyyi al-karim. Rabbi ishrah li sadri wa yassir li amri wah-lul 'uqdatan min lisani yafqahu qawli.</w:t>
      </w:r>
    </w:p>
    <w:p>
      <w:pPr>
        <w:jc w:val="right"/>
      </w:pPr>
      <w:r>
        <w:t>بسم اللہ الرحمن الرحیم۔ وصلى الله على النبي الكريم. رب اشرح لی صدری ویسر لی امری واحل العقدۃ من لسانی یفقہ قولی.</w:t>
      </w:r>
    </w:p>
    <w:p>
      <w:r>
        <w:rPr>
          <w:b/>
        </w:rPr>
        <w:t xml:space="preserve">[02:36] </w:t>
      </w:r>
      <w:r>
        <w:t>Aaj Shawwal 1435 Hijri</w:t>
      </w:r>
    </w:p>
    <w:p>
      <w:pPr>
        <w:jc w:val="right"/>
      </w:pPr>
      <w:r>
        <w:t>آج شوال 1435 ہجری</w:t>
      </w:r>
    </w:p>
    <w:p>
      <w:r>
        <w:rPr>
          <w:b/>
        </w:rPr>
        <w:t xml:space="preserve">[02:42] </w:t>
      </w:r>
      <w:r>
        <w:t>ki pehli tareekh hai,</w:t>
      </w:r>
    </w:p>
    <w:p>
      <w:pPr>
        <w:jc w:val="right"/>
      </w:pPr>
      <w:r>
        <w:t>کی پہلی تاریخ ہے،</w:t>
      </w:r>
    </w:p>
    <w:p>
      <w:r>
        <w:rPr>
          <w:b/>
        </w:rPr>
        <w:t xml:space="preserve">[02:45] </w:t>
      </w:r>
      <w:r>
        <w:t>ya'ni Eid ul Fitr ka din.</w:t>
      </w:r>
    </w:p>
    <w:p>
      <w:pPr>
        <w:jc w:val="right"/>
      </w:pPr>
      <w:r>
        <w:t>یعنی عید الفطر کا دن۔</w:t>
      </w:r>
    </w:p>
    <w:p>
      <w:r>
        <w:rPr>
          <w:b/>
        </w:rPr>
        <w:t xml:space="preserve">[02:51] </w:t>
      </w:r>
      <w:r>
        <w:t>abhi jo aayten parhi gayi hain, is mein eid ka lafz aaya hai, jo</w:t>
      </w:r>
    </w:p>
    <w:p>
      <w:pPr>
        <w:jc w:val="right"/>
      </w:pPr>
      <w:r>
        <w:t>ابھی جو آیتیں پڑھی گئی ہیں، اس میں عید کا لفظ آیا ہے، جو</w:t>
      </w:r>
    </w:p>
    <w:p>
      <w:r>
        <w:rPr>
          <w:b/>
        </w:rPr>
        <w:t xml:space="preserve">[02:59] </w:t>
      </w:r>
      <w:r>
        <w:t>krishchan tareekh se talluq rakhta hai.</w:t>
      </w:r>
    </w:p>
    <w:p>
      <w:pPr>
        <w:jc w:val="right"/>
      </w:pPr>
      <w:r>
        <w:t>کرسچن تاریخ سے تعلق رکھتا ہے۔</w:t>
      </w:r>
    </w:p>
    <w:p>
      <w:r>
        <w:rPr>
          <w:b/>
        </w:rPr>
        <w:t xml:space="preserve">[03:05] </w:t>
      </w:r>
      <w:r>
        <w:t>yeh bohat ajeeb baat hai ke jo eid musalman manate hain, eid ul fitr ya eid ul azha, itni dhoom</w:t>
      </w:r>
    </w:p>
    <w:p>
      <w:pPr>
        <w:jc w:val="right"/>
      </w:pPr>
      <w:r>
        <w:t>یہ بہت عجیب بات ہے کہ جو عید مسلمان مناتے ہیں، عید الفطر یا عید الاضحی، اتنی دھوم</w:t>
      </w:r>
    </w:p>
    <w:p>
      <w:r>
        <w:rPr>
          <w:b/>
        </w:rPr>
        <w:t xml:space="preserve">[03:12] </w:t>
      </w:r>
      <w:r>
        <w:t>ke sath sari dunya mein, is ka koi zikr quran majeed mein nahi hai.</w:t>
      </w:r>
    </w:p>
    <w:p>
      <w:pPr>
        <w:jc w:val="right"/>
      </w:pPr>
      <w:r>
        <w:t>کے ساتھ ساری دنیا میں، اس کا کوئی ذکر قرآن مجید میں نہیں ہے۔</w:t>
      </w:r>
    </w:p>
    <w:p>
      <w:r>
        <w:rPr>
          <w:b/>
        </w:rPr>
        <w:t xml:space="preserve">[03:21] </w:t>
      </w:r>
      <w:r>
        <w:t>bohat anokhi baat hai ke musalman jo</w:t>
      </w:r>
    </w:p>
    <w:p>
      <w:pPr>
        <w:jc w:val="right"/>
      </w:pPr>
      <w:r>
        <w:t>بہت انوکھی بات ہے کہ مسلمان جو</w:t>
      </w:r>
    </w:p>
    <w:p>
      <w:r>
        <w:rPr>
          <w:b/>
        </w:rPr>
        <w:t xml:space="preserve">[03:26] </w:t>
      </w:r>
      <w:r>
        <w:t>eid manate hain har saal,</w:t>
      </w:r>
    </w:p>
    <w:p>
      <w:pPr>
        <w:jc w:val="right"/>
      </w:pPr>
      <w:r>
        <w:t>عید مناتے ہیں ہر سال،</w:t>
      </w:r>
    </w:p>
    <w:p>
      <w:r>
        <w:rPr>
          <w:b/>
        </w:rPr>
        <w:t xml:space="preserve">[03:29] </w:t>
      </w:r>
      <w:r>
        <w:t>bari dhoom ke sath sari dunya mein, is ka koi zikr quran majeed mein nahi hai.</w:t>
      </w:r>
    </w:p>
    <w:p>
      <w:pPr>
        <w:jc w:val="right"/>
      </w:pPr>
      <w:r>
        <w:t>بڑی دھوم کے ساتھ ساری دنیا میں، اس کا کوئی ذکر قرآن مجید میں نہیں ہے۔</w:t>
      </w:r>
    </w:p>
    <w:p>
      <w:r>
        <w:rPr>
          <w:b/>
        </w:rPr>
        <w:t xml:space="preserve">[03:34] </w:t>
      </w:r>
      <w:r>
        <w:t>lekin yeh jo krishchan ke zamane mein, hazrat masih ke zamane mein,</w:t>
      </w:r>
    </w:p>
    <w:p>
      <w:pPr>
        <w:jc w:val="right"/>
      </w:pPr>
      <w:r>
        <w:t>لیکن یہ جو کرسچن کے زمانے میں، حضرت مسیح کے زمانے میں،</w:t>
      </w:r>
    </w:p>
    <w:p>
      <w:r>
        <w:rPr>
          <w:b/>
        </w:rPr>
        <w:t xml:space="preserve">[03:41] </w:t>
      </w:r>
      <w:r>
        <w:t>jo ek waqea hua tha jis mein eid ka lafz istemal kiya tha, unhon ne woh quran mein</w:t>
      </w:r>
    </w:p>
    <w:p>
      <w:pPr>
        <w:jc w:val="right"/>
      </w:pPr>
      <w:r>
        <w:t>جو ایک واقعہ ہوا تھا جس میں عید کا لفظ استعمال کیا تھا، انہوں نے وہ قرآن میں</w:t>
      </w:r>
    </w:p>
    <w:p>
      <w:r>
        <w:rPr>
          <w:b/>
        </w:rPr>
        <w:t xml:space="preserve">[03:47] </w:t>
      </w:r>
      <w:r>
        <w:t>mazkoor hai. Aisa kyun hai? Is liye ke musalman jo eid manate hain, woh to bas ek khushi</w:t>
      </w:r>
    </w:p>
    <w:p>
      <w:pPr>
        <w:jc w:val="right"/>
      </w:pPr>
      <w:r>
        <w:t>مذکور ہے۔ ایسا کیوں ہے؟ اس لیے کہ مسلمان جو عید مناتے ہیں، وہ تو بس ایک خوشی</w:t>
      </w:r>
    </w:p>
    <w:p>
      <w:r>
        <w:rPr>
          <w:b/>
        </w:rPr>
        <w:t xml:space="preserve">[03:56] </w:t>
      </w:r>
      <w:r>
        <w:t>ka din hai, ek jashn hai,</w:t>
      </w:r>
    </w:p>
    <w:p>
      <w:pPr>
        <w:jc w:val="right"/>
      </w:pPr>
      <w:r>
        <w:t>کا دن ہے، ایک جشن ہے،</w:t>
      </w:r>
    </w:p>
    <w:p>
      <w:r>
        <w:rPr>
          <w:b/>
        </w:rPr>
        <w:t xml:space="preserve">[04:02] </w:t>
      </w:r>
      <w:r>
        <w:t>ek tehwar hai.</w:t>
      </w:r>
    </w:p>
    <w:p>
      <w:pPr>
        <w:jc w:val="right"/>
      </w:pPr>
      <w:r>
        <w:t>ایک تہوار ہے۔</w:t>
      </w:r>
    </w:p>
    <w:p>
      <w:r>
        <w:rPr>
          <w:b/>
        </w:rPr>
        <w:t xml:space="preserve">[04:03] </w:t>
      </w:r>
      <w:r>
        <w:t>لیکن یہ جو عید کا لفظ آیا ہے، Christian history کے اعتبار سے،</w:t>
      </w:r>
    </w:p>
    <w:p>
      <w:pPr>
        <w:jc w:val="right"/>
      </w:pPr>
      <w:r>
        <w:t>لیکن یہ جو عید کا لفظ آیا ہے، کرسچن ہسٹری کے اعتبار سے،</w:t>
      </w:r>
    </w:p>
    <w:p>
      <w:r>
        <w:rPr>
          <w:b/>
        </w:rPr>
        <w:t xml:space="preserve">[04:09] </w:t>
      </w:r>
      <w:r>
        <w:t>woh bohat hi bara sabaq is ke andar hai.</w:t>
      </w:r>
    </w:p>
    <w:p>
      <w:pPr>
        <w:jc w:val="right"/>
      </w:pPr>
      <w:r>
        <w:t>وہ بہت ہی بڑا سبق اس کے اندر ہے۔</w:t>
      </w:r>
    </w:p>
    <w:p>
      <w:r>
        <w:rPr>
          <w:b/>
        </w:rPr>
        <w:t xml:space="preserve">[04:13] </w:t>
      </w:r>
      <w:r>
        <w:t>bohat bara sabaq.</w:t>
      </w:r>
    </w:p>
    <w:p>
      <w:pPr>
        <w:jc w:val="right"/>
      </w:pPr>
      <w:r>
        <w:t>بہت بڑا سبق۔</w:t>
      </w:r>
    </w:p>
    <w:p>
      <w:r>
        <w:rPr>
          <w:b/>
        </w:rPr>
        <w:t xml:space="preserve">[04:16] </w:t>
      </w:r>
      <w:r>
        <w:t>woh yeh hai</w:t>
      </w:r>
    </w:p>
    <w:p>
      <w:pPr>
        <w:jc w:val="right"/>
      </w:pPr>
      <w:r>
        <w:t>وہ یہ ہے</w:t>
      </w:r>
    </w:p>
    <w:p>
      <w:r>
        <w:rPr>
          <w:b/>
        </w:rPr>
        <w:t xml:space="preserve">[04:19] </w:t>
      </w:r>
      <w:r>
        <w:t>ke hazrat masih ke hawariyon ne kaha ke aasman se hamein food utaren,</w:t>
      </w:r>
    </w:p>
    <w:p>
      <w:pPr>
        <w:jc w:val="right"/>
      </w:pPr>
      <w:r>
        <w:t>کہ حضرت مسیح کے حواریوں نے کہا کہ آسمان سے ہمیں فوڈ اتاریں،</w:t>
      </w:r>
    </w:p>
    <w:p>
      <w:r>
        <w:rPr>
          <w:b/>
        </w:rPr>
        <w:t xml:space="preserve">[04:24] </w:t>
      </w:r>
      <w:r>
        <w:t>khan, tayyar paka hua khana aasman se aaye.</w:t>
      </w:r>
    </w:p>
    <w:p>
      <w:pPr>
        <w:jc w:val="right"/>
      </w:pPr>
      <w:r>
        <w:t>خان، تیار پکا ہوا کھانا آسمان سے آئے۔</w:t>
      </w:r>
    </w:p>
    <w:p>
      <w:r>
        <w:rPr>
          <w:b/>
        </w:rPr>
        <w:t xml:space="preserve">[04:32] </w:t>
      </w:r>
      <w:r>
        <w:t>to hazrat masih ne dua ki, Allah ne farmaya ke main khan utaroonga, lekin is ke baad</w:t>
      </w:r>
    </w:p>
    <w:p>
      <w:pPr>
        <w:jc w:val="right"/>
      </w:pPr>
      <w:r>
        <w:t>تو حضرت مسیح نے دعا کی، اللہ نے فرمایا کہ میں خان اتاروں گا، لیکن اس کے بعد</w:t>
      </w:r>
    </w:p>
    <w:p>
      <w:r>
        <w:rPr>
          <w:b/>
        </w:rPr>
        <w:t xml:space="preserve">[04:39] </w:t>
      </w:r>
      <w:r>
        <w:t>jo nashukri karega, to us ko aisa azab doonga jo azab kisi aur ko na diya</w:t>
      </w:r>
    </w:p>
    <w:p>
      <w:pPr>
        <w:jc w:val="right"/>
      </w:pPr>
      <w:r>
        <w:t>جو ناشکری کرے گا، تو اس کو ایسا عذاب دوں گا جو عذاب کسی اور کو نہ دیا</w:t>
      </w:r>
    </w:p>
    <w:p>
      <w:r>
        <w:rPr>
          <w:b/>
        </w:rPr>
        <w:t xml:space="preserve">[04:47] </w:t>
      </w:r>
      <w:r>
        <w:t>hoga. Is mein baat kya hai?</w:t>
      </w:r>
    </w:p>
    <w:p>
      <w:pPr>
        <w:jc w:val="right"/>
      </w:pPr>
      <w:r>
        <w:t>ہوگا۔ اس میں بات کیا ہے؟</w:t>
      </w:r>
    </w:p>
    <w:p>
      <w:r>
        <w:rPr>
          <w:b/>
        </w:rPr>
        <w:t xml:space="preserve">[04:53] </w:t>
      </w:r>
      <w:r>
        <w:t>masih ke hawariyon ne aasman se food utarne ko sirf ek jashn ki baat samjha, eid ka baat</w:t>
      </w:r>
    </w:p>
    <w:p>
      <w:pPr>
        <w:jc w:val="right"/>
      </w:pPr>
      <w:r>
        <w:t>مسیح کے حواریوں نے آسمان سے فوڈ اتارنے کو صرف ایک جشن کی بات سمجھا، عید کا بات</w:t>
      </w:r>
    </w:p>
    <w:p>
      <w:r>
        <w:rPr>
          <w:b/>
        </w:rPr>
        <w:t xml:space="preserve">[04:59] </w:t>
      </w:r>
      <w:r>
        <w:t>samjha. Eid matlab hai jashn, khushi ka din.</w:t>
      </w:r>
    </w:p>
    <w:p>
      <w:pPr>
        <w:jc w:val="right"/>
      </w:pPr>
      <w:r>
        <w:t>سمجھا۔ عید مطلب ہے جشن، خوشی کا دن۔</w:t>
      </w:r>
    </w:p>
    <w:p>
      <w:r>
        <w:rPr>
          <w:b/>
        </w:rPr>
        <w:t xml:space="preserve">[05:05] </w:t>
      </w:r>
      <w:r>
        <w:t>woh is baat se bekhabar the</w:t>
      </w:r>
    </w:p>
    <w:p>
      <w:pPr>
        <w:jc w:val="right"/>
      </w:pPr>
      <w:r>
        <w:t>وہ اس بات سے بے خبر تھے</w:t>
      </w:r>
    </w:p>
    <w:p>
      <w:r>
        <w:rPr>
          <w:b/>
        </w:rPr>
        <w:t xml:space="preserve">[05:09] </w:t>
      </w:r>
      <w:r>
        <w:t>ke har nemat ke sath responsibility juri hui hai.</w:t>
      </w:r>
    </w:p>
    <w:p>
      <w:pPr>
        <w:jc w:val="right"/>
      </w:pPr>
      <w:r>
        <w:t>کہ ہر نعمت کے ساتھ ریسپانسبیلٹی جڑی ہوئی ہے۔</w:t>
      </w:r>
    </w:p>
    <w:p>
      <w:r>
        <w:rPr>
          <w:b/>
        </w:rPr>
        <w:t xml:space="preserve">[05:16] </w:t>
      </w:r>
      <w:r>
        <w:t>yani agar yeh Allah taala yeh nemat utare un ke upar, ke aasman se khan utar raha hai,</w:t>
      </w:r>
    </w:p>
    <w:p>
      <w:pPr>
        <w:jc w:val="right"/>
      </w:pPr>
      <w:r>
        <w:t>یعنی اگر یہ اللہ تعالیٰ یہ نعمت اتارے ان کے اوپر، کہ آسمان سے خان اتر رہا ہے،</w:t>
      </w:r>
    </w:p>
    <w:p>
      <w:r>
        <w:rPr>
          <w:b/>
        </w:rPr>
        <w:t xml:space="preserve">[05:22] </w:t>
      </w:r>
      <w:r>
        <w:t>to bohat bari zimmedari aati hai ke jo is ka right response na de, to phir is</w:t>
      </w:r>
    </w:p>
    <w:p>
      <w:pPr>
        <w:jc w:val="right"/>
      </w:pPr>
      <w:r>
        <w:t>تو بہت بڑی ذمہ داری آتی ہے کہ جو اس کا رائٹ ریسپانس نہ دے، تو پھر اس</w:t>
      </w:r>
    </w:p>
    <w:p>
      <w:r>
        <w:rPr>
          <w:b/>
        </w:rPr>
        <w:t xml:space="preserve">[05:29] </w:t>
      </w:r>
      <w:r>
        <w:t>ko bohat bara azab bhugtna pare ga.</w:t>
      </w:r>
    </w:p>
    <w:p>
      <w:pPr>
        <w:jc w:val="right"/>
      </w:pPr>
      <w:r>
        <w:t>کو بہت بڑا عذاب بھگتنا پڑے گا۔</w:t>
      </w:r>
    </w:p>
    <w:p>
      <w:r>
        <w:rPr>
          <w:b/>
        </w:rPr>
        <w:t xml:space="preserve">[05:34] </w:t>
      </w:r>
      <w:r>
        <w:t>to yeh aik principle tha jo Allah taala ne is waqe ke zariye se hamein bataya hai.</w:t>
      </w:r>
    </w:p>
    <w:p>
      <w:pPr>
        <w:jc w:val="right"/>
      </w:pPr>
      <w:r>
        <w:t>تو یہ ایک پرنسپل تھا جو اللہ تعالیٰ نے اس واقعے کے ذریعے سے ہمیں بتایا ہے۔</w:t>
      </w:r>
    </w:p>
    <w:p>
      <w:r>
        <w:rPr>
          <w:b/>
        </w:rPr>
        <w:t xml:space="preserve">[05:41] </w:t>
      </w:r>
      <w:r>
        <w:t>yeh waqti cheez nahi hai.</w:t>
      </w:r>
    </w:p>
    <w:p>
      <w:pPr>
        <w:jc w:val="right"/>
      </w:pPr>
      <w:r>
        <w:t>یہ وقتی چیز نہیں ہے۔</w:t>
      </w:r>
    </w:p>
    <w:p>
      <w:r>
        <w:rPr>
          <w:b/>
        </w:rPr>
        <w:t xml:space="preserve">[05:43] </w:t>
      </w:r>
      <w:r>
        <w:t>yeh aisa nahi ke do hazar saal pehle Hazrat Masih ke zamane mein aik waqe hua, bas.</w:t>
      </w:r>
    </w:p>
    <w:p>
      <w:pPr>
        <w:jc w:val="right"/>
      </w:pPr>
      <w:r>
        <w:t>یہ ایسا نہیں کہ دو ہزار سال پہلے حضرت مسیح کے زمانے میں ایک واقعہ ہوا، بس۔</w:t>
      </w:r>
    </w:p>
    <w:p>
      <w:r>
        <w:rPr>
          <w:b/>
        </w:rPr>
        <w:t xml:space="preserve">[05:50] </w:t>
      </w:r>
      <w:r>
        <w:t>nahi, is ki aik eternal value hai.</w:t>
      </w:r>
    </w:p>
    <w:p>
      <w:pPr>
        <w:jc w:val="right"/>
      </w:pPr>
      <w:r>
        <w:t>نہیں، اس کی ایک ایٹرنل ویلیو ہے۔</w:t>
      </w:r>
    </w:p>
    <w:p>
      <w:r>
        <w:rPr>
          <w:b/>
        </w:rPr>
        <w:t xml:space="preserve">[05:54] </w:t>
      </w:r>
      <w:r>
        <w:t>woh yeh hai ke Allah ki jo nematein hain,</w:t>
      </w:r>
    </w:p>
    <w:p>
      <w:pPr>
        <w:jc w:val="right"/>
      </w:pPr>
      <w:r>
        <w:t>وہ یہ ہے کہ اللہ کی جو نعمتیں ہیں،</w:t>
      </w:r>
    </w:p>
    <w:p>
      <w:r>
        <w:rPr>
          <w:b/>
        </w:rPr>
        <w:t xml:space="preserve">[06:00] </w:t>
      </w:r>
      <w:r>
        <w:t>woh nematein is liye nahi ke bas de diya, baat khatam.</w:t>
      </w:r>
    </w:p>
    <w:p>
      <w:pPr>
        <w:jc w:val="right"/>
      </w:pPr>
      <w:r>
        <w:t>وہ نعمتیں اس لیے نہیں کہ بس دے دیا، بات ختم۔</w:t>
      </w:r>
    </w:p>
    <w:p>
      <w:r>
        <w:rPr>
          <w:b/>
        </w:rPr>
        <w:t xml:space="preserve">[06:09] </w:t>
      </w:r>
      <w:r>
        <w:t>woh nematon ke sath jura hua hai</w:t>
      </w:r>
    </w:p>
    <w:p>
      <w:pPr>
        <w:jc w:val="right"/>
      </w:pPr>
      <w:r>
        <w:t>وہ نعمتوں کے ساتھ جڑا ہوا ہے</w:t>
      </w:r>
    </w:p>
    <w:p>
      <w:r>
        <w:rPr>
          <w:b/>
        </w:rPr>
        <w:t xml:space="preserve">[06:13] </w:t>
      </w:r>
      <w:r>
        <w:t>hisab kitab, pakar, responsibility,</w:t>
      </w:r>
    </w:p>
    <w:p>
      <w:pPr>
        <w:jc w:val="right"/>
      </w:pPr>
      <w:r>
        <w:t>حساب کتاب، پکڑ، ریسپانسبیلٹی،</w:t>
      </w:r>
    </w:p>
    <w:p>
      <w:r>
        <w:rPr>
          <w:b/>
        </w:rPr>
        <w:t xml:space="preserve">[06:17] </w:t>
      </w:r>
      <w:r>
        <w:t>accountability. dosre mauqe par Quran mein yeh ayat hai ke</w:t>
      </w:r>
    </w:p>
    <w:p>
      <w:pPr>
        <w:jc w:val="right"/>
      </w:pPr>
      <w:r>
        <w:t>اکاؤنٹیبلٹی۔ دوسرے موقع پر قرآن میں یہ آیت ہے کہ</w:t>
      </w:r>
    </w:p>
    <w:p>
      <w:r>
        <w:rPr>
          <w:b/>
        </w:rPr>
        <w:t xml:space="preserve">[06:30] </w:t>
      </w:r>
      <w:r>
        <w:t>tum logon se poocha jaye ga nematon ke bare mein.</w:t>
      </w:r>
    </w:p>
    <w:p>
      <w:pPr>
        <w:jc w:val="right"/>
      </w:pPr>
      <w:r>
        <w:t>تم لوگوں سے پوچھا جائے گا نعمتوں کے بارے میں۔</w:t>
      </w:r>
    </w:p>
    <w:p>
      <w:r>
        <w:rPr>
          <w:b/>
        </w:rPr>
        <w:t xml:space="preserve">[06:35] </w:t>
      </w:r>
      <w:r>
        <w:t>to yeh jura hua hai.</w:t>
      </w:r>
    </w:p>
    <w:p>
      <w:pPr>
        <w:jc w:val="right"/>
      </w:pPr>
      <w:r>
        <w:t>تو یہ جڑا ہوا ہے۔</w:t>
      </w:r>
    </w:p>
    <w:p>
      <w:r>
        <w:rPr>
          <w:b/>
        </w:rPr>
        <w:t xml:space="preserve">[06:39] </w:t>
      </w:r>
      <w:r>
        <w:t>aur yeh jo waqe Hazrat Masih ke zamane mein pesh aya, is ko is liye yahan par</w:t>
      </w:r>
    </w:p>
    <w:p>
      <w:pPr>
        <w:jc w:val="right"/>
      </w:pPr>
      <w:r>
        <w:t>اور یہ جو واقعہ حضرت مسیح کے زمانے میں پیش آیا، اس کو اس لیے یہاں پر</w:t>
      </w:r>
    </w:p>
    <w:p>
      <w:r>
        <w:rPr>
          <w:b/>
        </w:rPr>
        <w:t xml:space="preserve">[06:46] </w:t>
      </w:r>
      <w:r>
        <w:t>refer kiya gaya hai ke unhon ne ziyada bari nemat ke liye</w:t>
      </w:r>
    </w:p>
    <w:p>
      <w:pPr>
        <w:jc w:val="right"/>
      </w:pPr>
      <w:r>
        <w:t>ریفر کیا گیا ہے کہ انہوں نے زیادہ بڑی نعمت کے لیے</w:t>
      </w:r>
    </w:p>
    <w:p>
      <w:r>
        <w:rPr>
          <w:b/>
        </w:rPr>
        <w:t xml:space="preserve">[06:53] </w:t>
      </w:r>
      <w:r>
        <w:t>chaha tha ke hamein mile.</w:t>
      </w:r>
    </w:p>
    <w:p>
      <w:pPr>
        <w:jc w:val="right"/>
      </w:pPr>
      <w:r>
        <w:t>چاہا تھا کہ ہمیں ملے۔</w:t>
      </w:r>
    </w:p>
    <w:p>
      <w:r>
        <w:rPr>
          <w:b/>
        </w:rPr>
        <w:t xml:space="preserve">[06:54] </w:t>
      </w:r>
      <w:r>
        <w:t>aik to rozmarra ka khana to milta hi tha un ko,</w:t>
      </w:r>
    </w:p>
    <w:p>
      <w:pPr>
        <w:jc w:val="right"/>
      </w:pPr>
      <w:r>
        <w:t>ایک تو روزمرہ کا کھانا تو ملتا ہی تھا ان کو،</w:t>
      </w:r>
    </w:p>
    <w:p>
      <w:r>
        <w:rPr>
          <w:b/>
        </w:rPr>
        <w:t xml:space="preserve">[06:59] </w:t>
      </w:r>
      <w:r>
        <w:t>lekin unhon ne chaha ke aasman se koi bohat bara khan utre,</w:t>
      </w:r>
    </w:p>
    <w:p>
      <w:pPr>
        <w:jc w:val="right"/>
      </w:pPr>
      <w:r>
        <w:t>لیکن انہوں نے چاہا کہ آسمان سے کوئی بہت بڑا خان اترے،</w:t>
      </w:r>
    </w:p>
    <w:p>
      <w:r>
        <w:rPr>
          <w:b/>
        </w:rPr>
        <w:t xml:space="preserve">[07:04] </w:t>
      </w:r>
      <w:r>
        <w:t>to ziyada bari nemat ka unhon ne taqaza kiya.</w:t>
      </w:r>
    </w:p>
    <w:p>
      <w:pPr>
        <w:jc w:val="right"/>
      </w:pPr>
      <w:r>
        <w:t>تو زیادہ بڑی نعمت کا انہوں نے تقاضا کیا۔</w:t>
      </w:r>
    </w:p>
    <w:p>
      <w:r>
        <w:rPr>
          <w:b/>
        </w:rPr>
        <w:t xml:space="preserve">[07:09] </w:t>
      </w:r>
      <w:r>
        <w:t>is ka matlab ke nemat ziyada</w:t>
      </w:r>
    </w:p>
    <w:p>
      <w:pPr>
        <w:jc w:val="right"/>
      </w:pPr>
      <w:r>
        <w:t>اس کا معنی کہ نعمت زیادہ</w:t>
      </w:r>
    </w:p>
    <w:p>
      <w:r>
        <w:rPr>
          <w:b/>
        </w:rPr>
        <w:t xml:space="preserve">[07:13] </w:t>
      </w:r>
      <w:r>
        <w:t>bari nemat utre to zimmedari barh jati hai.</w:t>
      </w:r>
    </w:p>
    <w:p>
      <w:pPr>
        <w:jc w:val="right"/>
      </w:pPr>
      <w:r>
        <w:t>بڑی نعمت اترے تو ذمہ داری بڑھ جاتی ہے۔</w:t>
      </w:r>
    </w:p>
    <w:p>
      <w:r>
        <w:rPr>
          <w:b/>
        </w:rPr>
        <w:t xml:space="preserve">[07:19] </w:t>
      </w:r>
      <w:r>
        <w:t>to mein samajhta hoon ke is mein aik ishara hai, bohat bara ishara.</w:t>
      </w:r>
    </w:p>
    <w:p>
      <w:pPr>
        <w:jc w:val="right"/>
      </w:pPr>
      <w:r>
        <w:t>تو میں سمجھتا ہوں کہ اس میں ایک اشارہ ہے، بہت بڑا اشارہ۔</w:t>
      </w:r>
    </w:p>
    <w:p>
      <w:r>
        <w:rPr>
          <w:b/>
        </w:rPr>
        <w:t xml:space="preserve">[07:24] </w:t>
      </w:r>
      <w:r>
        <w:t>us waqt to Allah ne khan nahi utara, na Quran mein is ka zikr hai, na hadith mein</w:t>
      </w:r>
    </w:p>
    <w:p>
      <w:pPr>
        <w:jc w:val="right"/>
      </w:pPr>
      <w:r>
        <w:t>اس وقت تو اللہ نے خان نہیں اتارا، نہ قرآن میں اس کا ذکر ہے، نہ حدیث میں</w:t>
      </w:r>
    </w:p>
    <w:p>
      <w:r>
        <w:rPr>
          <w:b/>
        </w:rPr>
        <w:t xml:space="preserve">[07:30] </w:t>
      </w:r>
      <w:r>
        <w:t>ke Allah ne khan utara.</w:t>
      </w:r>
    </w:p>
    <w:p>
      <w:pPr>
        <w:jc w:val="right"/>
      </w:pPr>
      <w:r>
        <w:t>کہ اللہ نے خان اتارا۔</w:t>
      </w:r>
    </w:p>
    <w:p>
      <w:r>
        <w:rPr>
          <w:b/>
        </w:rPr>
        <w:t xml:space="preserve">[07:33] </w:t>
      </w:r>
      <w:r>
        <w:t>khan nahi utara gaya.</w:t>
      </w:r>
    </w:p>
    <w:p>
      <w:pPr>
        <w:jc w:val="right"/>
      </w:pPr>
      <w:r>
        <w:t>خان نہیں اتارا گیا۔</w:t>
      </w:r>
    </w:p>
    <w:p>
      <w:r>
        <w:rPr>
          <w:b/>
        </w:rPr>
        <w:t xml:space="preserve">[07:37] </w:t>
      </w:r>
      <w:r>
        <w:t>is ayat ka zikr yahan is liye aaya hai</w:t>
      </w:r>
    </w:p>
    <w:p>
      <w:pPr>
        <w:jc w:val="right"/>
      </w:pPr>
      <w:r>
        <w:t>اس آیت کا ذکر یہاں اس لیے آیا ہے</w:t>
      </w:r>
    </w:p>
    <w:p>
      <w:r>
        <w:rPr>
          <w:b/>
        </w:rPr>
        <w:t xml:space="preserve">[07:42] </w:t>
      </w:r>
      <w:r>
        <w:t>ke aindah zamana aaye ga jo khan utre ga,</w:t>
      </w:r>
    </w:p>
    <w:p>
      <w:pPr>
        <w:jc w:val="right"/>
      </w:pPr>
      <w:r>
        <w:t>کہ آئندہ زمانہ آئے گا جو خان اترے گا،</w:t>
      </w:r>
    </w:p>
    <w:p>
      <w:r>
        <w:rPr>
          <w:b/>
        </w:rPr>
        <w:t xml:space="preserve">[07:47] </w:t>
      </w:r>
      <w:r>
        <w:t>agarche aasman se nahi balkeh technology ke zariye se.</w:t>
      </w:r>
    </w:p>
    <w:p>
      <w:pPr>
        <w:jc w:val="right"/>
      </w:pPr>
      <w:r>
        <w:t>اگرچہ آسمان سے نہیں بلکہ ٹیکنالوجی کے ذریعے سے۔</w:t>
      </w:r>
    </w:p>
    <w:p>
      <w:r>
        <w:rPr>
          <w:b/>
        </w:rPr>
        <w:t xml:space="preserve">[07:51] </w:t>
      </w:r>
      <w:r>
        <w:t>is mein ishara is baat ka hai.</w:t>
      </w:r>
    </w:p>
    <w:p>
      <w:pPr>
        <w:jc w:val="right"/>
      </w:pPr>
      <w:r>
        <w:t>اس میں اشارہ اس بات کا ہے۔</w:t>
      </w:r>
    </w:p>
    <w:p>
      <w:r>
        <w:rPr>
          <w:b/>
        </w:rPr>
        <w:t xml:space="preserve">[07:56] </w:t>
      </w:r>
      <w:r>
        <w:t>aaj ke zamane mein jo aap ko milti hain cheezein, chahe woh khane peene ki hon, sawari ki</w:t>
      </w:r>
    </w:p>
    <w:p>
      <w:pPr>
        <w:jc w:val="right"/>
      </w:pPr>
      <w:r>
        <w:t>آج کے زمانے میں جو آپ کو ملتی ہیں چیزیں، چاہے وہ کھانے پینے کی ہوں، سواری کی</w:t>
      </w:r>
    </w:p>
    <w:p>
      <w:r>
        <w:rPr>
          <w:b/>
        </w:rPr>
        <w:t xml:space="preserve">[08:01] </w:t>
      </w:r>
      <w:r>
        <w:t>hon, ghar ho,</w:t>
      </w:r>
    </w:p>
    <w:p>
      <w:pPr>
        <w:jc w:val="right"/>
      </w:pPr>
      <w:r>
        <w:t>ہوں، گھر ہو،</w:t>
      </w:r>
    </w:p>
    <w:p>
      <w:r>
        <w:rPr>
          <w:b/>
        </w:rPr>
        <w:t xml:space="preserve">[08:04] </w:t>
      </w:r>
      <w:r>
        <w:t>jo bhi jo hum civilization jo kehte hain, jo ab hamari zindagi ke jo saz o saman hain,</w:t>
      </w:r>
    </w:p>
    <w:p>
      <w:pPr>
        <w:jc w:val="right"/>
      </w:pPr>
      <w:r>
        <w:t>جو بھی جو ہم سویلائزیشن جو کہتے ہیں، جو اب ہماری زندگی کے جو ساز و سامان ہیں،</w:t>
      </w:r>
    </w:p>
    <w:p>
      <w:r>
        <w:rPr>
          <w:b/>
        </w:rPr>
        <w:t xml:space="preserve">[08:12] </w:t>
      </w:r>
      <w:r>
        <w:t>aaj woh hazar guna nahi balkeh million time zyada hain is zamane se jo Hazrat Masih ke zamane</w:t>
      </w:r>
    </w:p>
    <w:p>
      <w:pPr>
        <w:jc w:val="right"/>
      </w:pPr>
      <w:r>
        <w:t>آج وہ ہزار گنا نہیں بلکہ ملین ٹائم زیادہ ہیں اس زمانے سے جو حضرت مسیح کے زمانے</w:t>
      </w:r>
    </w:p>
    <w:p>
      <w:r>
        <w:rPr>
          <w:b/>
        </w:rPr>
        <w:t xml:space="preserve">[08:19] </w:t>
      </w:r>
      <w:r>
        <w:t>mein tha, do hazar saal pehle.</w:t>
      </w:r>
    </w:p>
    <w:p>
      <w:pPr>
        <w:jc w:val="right"/>
      </w:pPr>
      <w:r>
        <w:t>میں تھا، دو ہزار سال پہلے۔</w:t>
      </w:r>
    </w:p>
    <w:p>
      <w:r>
        <w:rPr>
          <w:b/>
        </w:rPr>
        <w:t xml:space="preserve">[08:23] </w:t>
      </w:r>
      <w:r>
        <w:t>do hazar saal pehle ki zindagi bilkul traditional zindagi thi.</w:t>
      </w:r>
    </w:p>
    <w:p>
      <w:pPr>
        <w:jc w:val="right"/>
      </w:pPr>
      <w:r>
        <w:t>دو ہزار سال پہلے کی زندگی بالکل ٹریڈیشنل زندگی تھی۔</w:t>
      </w:r>
    </w:p>
    <w:p>
      <w:r>
        <w:rPr>
          <w:b/>
        </w:rPr>
        <w:t xml:space="preserve">[08:27] </w:t>
      </w:r>
      <w:r>
        <w:t>chand item hote the bas.</w:t>
      </w:r>
    </w:p>
    <w:p>
      <w:pPr>
        <w:jc w:val="right"/>
      </w:pPr>
      <w:r>
        <w:t>چند آئٹم ہوتے تھے بس۔</w:t>
      </w:r>
    </w:p>
    <w:p>
      <w:r>
        <w:rPr>
          <w:b/>
        </w:rPr>
        <w:t xml:space="preserve">[08:29] </w:t>
      </w:r>
      <w:r>
        <w:t>khane ke liye chand item, sawari ke liye khachhar, rehne ke liye mamooli ghar.</w:t>
      </w:r>
    </w:p>
    <w:p>
      <w:pPr>
        <w:jc w:val="right"/>
      </w:pPr>
      <w:r>
        <w:t>کھانے کے لیے چند آئٹم، سواری کے لیے خچر، رہنے کے لیے معمولی گھر۔</w:t>
      </w:r>
    </w:p>
    <w:p>
      <w:r>
        <w:rPr>
          <w:b/>
        </w:rPr>
        <w:t xml:space="preserve">[08:36] </w:t>
      </w:r>
      <w:r>
        <w:t>to jin nematon ko unhon ne chaha tha ke zyada bare tareeqe se hamein mile, woh mili dunya</w:t>
      </w:r>
    </w:p>
    <w:p>
      <w:pPr>
        <w:jc w:val="right"/>
      </w:pPr>
      <w:r>
        <w:t>تو جن نعمتوں کو انہوں نے چاہا تھا کہ زیادہ بڑے طریقے سے ہمیں ملے، وہ ملی دنیا</w:t>
      </w:r>
    </w:p>
    <w:p>
      <w:r>
        <w:rPr>
          <w:b/>
        </w:rPr>
        <w:t xml:space="preserve">[08:44] </w:t>
      </w:r>
      <w:r>
        <w:t>ko. ab is zamane mein, lekin technology ke zariye se.</w:t>
      </w:r>
    </w:p>
    <w:p>
      <w:pPr>
        <w:jc w:val="right"/>
      </w:pPr>
      <w:r>
        <w:t>کو۔ اب اس زمانے میں، لیکن ٹیکنالوجی کے ذریعے سے۔</w:t>
      </w:r>
    </w:p>
    <w:p>
      <w:r>
        <w:rPr>
          <w:b/>
        </w:rPr>
        <w:t xml:space="preserve">[08:50] </w:t>
      </w:r>
      <w:r>
        <w:t>is ayat mein yeh ishara hai ke jab bari nemat aaye gi to us ke baad kya hoga?</w:t>
      </w:r>
    </w:p>
    <w:p>
      <w:pPr>
        <w:jc w:val="right"/>
      </w:pPr>
      <w:r>
        <w:t>اس آیت میں یہ اشارہ ہے کہ جب بڑی نعمت آئے گی تو اس کے بعد کیا ہوگا؟</w:t>
      </w:r>
    </w:p>
    <w:p>
      <w:r>
        <w:rPr>
          <w:b/>
        </w:rPr>
        <w:t xml:space="preserve">[08:55] </w:t>
      </w:r>
      <w:r>
        <w:t>us ke baad azab aata hai.</w:t>
      </w:r>
    </w:p>
    <w:p>
      <w:pPr>
        <w:jc w:val="right"/>
      </w:pPr>
      <w:r>
        <w:t>اس کے بعد عذاب آتا ہے۔</w:t>
      </w:r>
    </w:p>
    <w:p>
      <w:r>
        <w:rPr>
          <w:b/>
        </w:rPr>
        <w:t xml:space="preserve">[08:58] </w:t>
      </w:r>
      <w:r>
        <w:t>mein samajhta hoon ke is zamane mein jo technology ke zariye se sari nematein Allah ne khol di</w:t>
      </w:r>
    </w:p>
    <w:p>
      <w:pPr>
        <w:jc w:val="right"/>
      </w:pPr>
      <w:r>
        <w:t>میں سمجھتا ہوں کہ اس زمانے میں جو ٹیکنالوجی کے ذریعے سے ساری نعمتیں اللہ نے کھول دی</w:t>
      </w:r>
    </w:p>
    <w:p>
      <w:r>
        <w:rPr>
          <w:b/>
        </w:rPr>
        <w:t xml:space="preserve">[09:05] </w:t>
      </w:r>
      <w:r>
        <w:t>hain, yeh is baat ka ishara hai ke qayamat bohat qareeb hai.</w:t>
      </w:r>
    </w:p>
    <w:p>
      <w:pPr>
        <w:jc w:val="right"/>
      </w:pPr>
      <w:r>
        <w:t>ہیں، یہ اس بات کا اشارہ ہے کہ قیامت بہت قریب ہے۔</w:t>
      </w:r>
    </w:p>
    <w:p>
      <w:r>
        <w:rPr>
          <w:b/>
        </w:rPr>
        <w:t xml:space="preserve">[09:11] </w:t>
      </w:r>
      <w:r>
        <w:t>aur is ka alamat zahir ho gayi hain.</w:t>
      </w:r>
    </w:p>
    <w:p>
      <w:pPr>
        <w:jc w:val="right"/>
      </w:pPr>
      <w:r>
        <w:t>اور اس کا علامتیں ظاہر ہو گئی ہیں۔</w:t>
      </w:r>
    </w:p>
    <w:p>
      <w:r>
        <w:rPr>
          <w:b/>
        </w:rPr>
        <w:t xml:space="preserve">[09:14] </w:t>
      </w:r>
      <w:r>
        <w:t>is zamane mein dekhein,</w:t>
      </w:r>
    </w:p>
    <w:p>
      <w:pPr>
        <w:jc w:val="right"/>
      </w:pPr>
      <w:r>
        <w:t>اس زمانے میں دیکھیں،</w:t>
      </w:r>
    </w:p>
    <w:p>
      <w:r>
        <w:rPr>
          <w:b/>
        </w:rPr>
        <w:t xml:space="preserve">[09:16] </w:t>
      </w:r>
      <w:r>
        <w:t>sare scientist yeh keh rahe hain ke dunya ke jo resources khatam ho rahe hain.</w:t>
      </w:r>
    </w:p>
    <w:p>
      <w:pPr>
        <w:jc w:val="right"/>
      </w:pPr>
      <w:r>
        <w:t>سارے سائنٹسٹ یہ کہہ رہے ہیں کہ دنیا کے جو ریسورسز ختم ہو رہے ہیں۔</w:t>
      </w:r>
    </w:p>
    <w:p>
      <w:r>
        <w:rPr>
          <w:b/>
        </w:rPr>
        <w:t xml:space="preserve">[09:23] </w:t>
      </w:r>
      <w:r>
        <w:t>pani kharab ho raha hai, pollution, sara pani polluted ho raha hai, aur pani ki bohat qillat ho</w:t>
      </w:r>
    </w:p>
    <w:p>
      <w:pPr>
        <w:jc w:val="right"/>
      </w:pPr>
      <w:r>
        <w:t>پانی خراب ہو رہا ہے، پولیوشن، سارا پانی پلوٹڈ ہو رہا ہے، اور پانی کی بہت قلت ہو</w:t>
      </w:r>
    </w:p>
    <w:p>
      <w:r>
        <w:rPr>
          <w:b/>
        </w:rPr>
        <w:t xml:space="preserve">[09:31] </w:t>
      </w:r>
      <w:r>
        <w:t>jayegi. ek ecology,</w:t>
      </w:r>
    </w:p>
    <w:p>
      <w:pPr>
        <w:jc w:val="right"/>
      </w:pPr>
      <w:r>
        <w:t>جائے گی۔ ایک ایکولوجی،</w:t>
      </w:r>
    </w:p>
    <w:p>
      <w:r>
        <w:rPr>
          <w:b/>
        </w:rPr>
        <w:t xml:space="preserve">[09:36] </w:t>
      </w:r>
      <w:r>
        <w:t>ek ecology ka jo system hai, woh tab tabah ho raha hai.</w:t>
      </w:r>
    </w:p>
    <w:p>
      <w:pPr>
        <w:jc w:val="right"/>
      </w:pPr>
      <w:r>
        <w:t>ایک ایکولوجی کا جو سسٹم ہے، وہ تب تباہ ہو رہا ہے۔</w:t>
      </w:r>
    </w:p>
    <w:p>
      <w:r>
        <w:rPr>
          <w:b/>
        </w:rPr>
        <w:t xml:space="preserve">[09:40] </w:t>
      </w:r>
      <w:r>
        <w:t>bahut sare changes aa rahe hain jis ki wajah se yeh yeh zameen jo hai hamari habitable nahi</w:t>
      </w:r>
    </w:p>
    <w:p>
      <w:pPr>
        <w:jc w:val="right"/>
      </w:pPr>
      <w:r>
        <w:t>بہت سارے چینجز آ رہے ہیں جس کی وجہ سے یہ یہ زمین جو ہے ہماری ہیبیٹیبل نہیں</w:t>
      </w:r>
    </w:p>
    <w:p>
      <w:r>
        <w:rPr>
          <w:b/>
        </w:rPr>
        <w:t xml:space="preserve">[09:46] </w:t>
      </w:r>
      <w:r>
        <w:t>rahe gi. Chunancha</w:t>
      </w:r>
    </w:p>
    <w:p>
      <w:pPr>
        <w:jc w:val="right"/>
      </w:pPr>
      <w:r>
        <w:t>رہے گی۔ چنانچہ</w:t>
      </w:r>
    </w:p>
    <w:p>
      <w:r>
        <w:rPr>
          <w:b/>
        </w:rPr>
        <w:t xml:space="preserve">[09:50] </w:t>
      </w:r>
      <w:r>
        <w:t>mashhoor jo scientist hai,</w:t>
      </w:r>
    </w:p>
    <w:p>
      <w:pPr>
        <w:jc w:val="right"/>
      </w:pPr>
      <w:r>
        <w:t>مشہور جو سائنٹسٹ ہے،</w:t>
      </w:r>
    </w:p>
    <w:p>
      <w:r>
        <w:rPr>
          <w:b/>
        </w:rPr>
        <w:t xml:space="preserve">[09:54] </w:t>
      </w:r>
      <w:r>
        <w:t>British Stephen Hawking, is ne kaha ke bohat jald, is ke thirty years ke baad, thirty years ke</w:t>
      </w:r>
    </w:p>
    <w:p>
      <w:pPr>
        <w:jc w:val="right"/>
      </w:pPr>
      <w:r>
        <w:t>برٹش اسٹیفن ہاکنگ، اس نے کہا کہ بہت جلد، اس کے تھرٹی ایئرز کے بعد، تھرٹی ایئرز کے</w:t>
      </w:r>
    </w:p>
    <w:p>
      <w:r>
        <w:rPr>
          <w:b/>
        </w:rPr>
        <w:t xml:space="preserve">[10:03] </w:t>
      </w:r>
      <w:r>
        <w:t>baad insan is dunya mein rehne ke qabil nahi rahe ga.</w:t>
      </w:r>
    </w:p>
    <w:p>
      <w:pPr>
        <w:jc w:val="right"/>
      </w:pPr>
      <w:r>
        <w:t>بعد انسان اس دنیا میں رہنے کے قابل نہیں رہے گا۔</w:t>
      </w:r>
    </w:p>
    <w:p>
      <w:r>
        <w:rPr>
          <w:b/>
        </w:rPr>
        <w:t xml:space="preserve">[10:05] </w:t>
      </w:r>
      <w:r>
        <w:t>To hamein chahiye ke hum space colony'n banayein.</w:t>
      </w:r>
    </w:p>
    <w:p>
      <w:pPr>
        <w:jc w:val="right"/>
      </w:pPr>
      <w:r>
        <w:t>تو ہمیں چاہیے کہ ہم اسپیس کالونیاں بنائیں۔</w:t>
      </w:r>
    </w:p>
    <w:p>
      <w:r>
        <w:rPr>
          <w:b/>
        </w:rPr>
        <w:t xml:space="preserve">[10:10] </w:t>
      </w:r>
      <w:r>
        <w:t>Halankey ek joke hai, yeh space colony nahi bana sakte aap.</w:t>
      </w:r>
    </w:p>
    <w:p>
      <w:pPr>
        <w:jc w:val="right"/>
      </w:pPr>
      <w:r>
        <w:t>حالانکہ ایک جوک ہے، یہ اسپیس کالونی نہیں بنا سکتے آپ۔</w:t>
      </w:r>
    </w:p>
    <w:p>
      <w:r>
        <w:rPr>
          <w:b/>
        </w:rPr>
        <w:t xml:space="preserve">[10:16] </w:t>
      </w:r>
      <w:r>
        <w:t>To mein samajhta hoon ke yeh jo waqia Quran mein bataya gaya hai, Hazrat Masih ke aur hawariyon</w:t>
      </w:r>
    </w:p>
    <w:p>
      <w:pPr>
        <w:jc w:val="right"/>
      </w:pPr>
      <w:r>
        <w:t>تو میں سمجھتا ہوں کہ یہ جو واقعہ قرآن میں بتایا گیا ہے، حضرت مسیح کے اور حواریوں</w:t>
      </w:r>
    </w:p>
    <w:p>
      <w:r>
        <w:rPr>
          <w:b/>
        </w:rPr>
        <w:t xml:space="preserve">[10:21] </w:t>
      </w:r>
      <w:r>
        <w:t>ke hawale se, is mein ek ishara maujood tha, ishara</w:t>
      </w:r>
    </w:p>
    <w:p>
      <w:pPr>
        <w:jc w:val="right"/>
      </w:pPr>
      <w:r>
        <w:t>کے حوالے سے، اس میں ایک اشارہ موجود تھا، اشارہ</w:t>
      </w:r>
    </w:p>
    <w:p>
      <w:r>
        <w:rPr>
          <w:b/>
        </w:rPr>
        <w:t xml:space="preserve">[10:26] </w:t>
      </w:r>
      <w:r>
        <w:t>ke is waqt to hum nahi utaar rahe hain Khan, is waqt to hum bari bari nematein nahi</w:t>
      </w:r>
    </w:p>
    <w:p>
      <w:pPr>
        <w:jc w:val="right"/>
      </w:pPr>
      <w:r>
        <w:t>کہ اس وقت تو ہم نہیں اتار رہے ہیں خان، اس وقت تو ہم بڑی بڑی نعمتیں نہیں</w:t>
      </w:r>
    </w:p>
    <w:p>
      <w:r>
        <w:rPr>
          <w:b/>
        </w:rPr>
        <w:t xml:space="preserve">[10:31] </w:t>
      </w:r>
      <w:r>
        <w:t>tum ko de rahe.</w:t>
      </w:r>
    </w:p>
    <w:p>
      <w:pPr>
        <w:jc w:val="right"/>
      </w:pPr>
      <w:r>
        <w:t>تم کو دے رہے۔</w:t>
      </w:r>
    </w:p>
    <w:p>
      <w:r>
        <w:rPr>
          <w:b/>
        </w:rPr>
        <w:t xml:space="preserve">[10:33] </w:t>
      </w:r>
      <w:r>
        <w:t>Ek waqt aaye ga jo nematein di jayengi tum ko, agarche aasman se nahi balkey technology ke</w:t>
      </w:r>
    </w:p>
    <w:p>
      <w:pPr>
        <w:jc w:val="right"/>
      </w:pPr>
      <w:r>
        <w:t>ایک وقت آئے گا جو نعمتیں دی جائیں گی تم کو، اگرچہ آسمان سے نہیں بلکہ ٹیکنالوجی کے</w:t>
      </w:r>
    </w:p>
    <w:p>
      <w:r>
        <w:rPr>
          <w:b/>
        </w:rPr>
        <w:t xml:space="preserve">[10:39] </w:t>
      </w:r>
      <w:r>
        <w:t>zariye se. Ab dekhein, Quran mein kai cheezein aisi hain jin ke bare mein yeh alfaaz aaye hain</w:t>
      </w:r>
    </w:p>
    <w:p>
      <w:pPr>
        <w:jc w:val="right"/>
      </w:pPr>
      <w:r>
        <w:t>ذریعے سے۔ اب دیکھیں، قرآن میں کئی چیزیں ایسی ہیں جن کے بارے میں یہ الفاظ آئے ہیں</w:t>
      </w:r>
    </w:p>
    <w:p>
      <w:r>
        <w:rPr>
          <w:b/>
        </w:rPr>
        <w:t xml:space="preserve">[10:49] </w:t>
      </w:r>
      <w:r>
        <w:t>ke aasman se utara pani.</w:t>
      </w:r>
    </w:p>
    <w:p>
      <w:pPr>
        <w:jc w:val="right"/>
      </w:pPr>
      <w:r>
        <w:t>کہ آسمان سے اتارا پانی۔</w:t>
      </w:r>
    </w:p>
    <w:p>
      <w:r>
        <w:rPr>
          <w:b/>
        </w:rPr>
        <w:t xml:space="preserve">[10:54] </w:t>
      </w:r>
      <w:r>
        <w:t>Aisi lohe ke bare mein Allah ne loha utara.</w:t>
      </w:r>
    </w:p>
    <w:p>
      <w:pPr>
        <w:jc w:val="right"/>
      </w:pPr>
      <w:r>
        <w:t>ایسی لوہے کے بارے میں اللہ نے لوہا اتارا۔</w:t>
      </w:r>
    </w:p>
    <w:p>
      <w:r>
        <w:rPr>
          <w:b/>
        </w:rPr>
        <w:t xml:space="preserve">[10:57] </w:t>
      </w:r>
      <w:r>
        <w:t>To loha koi yaani aisa nahi ke kahin aasman se chala raha hai ya pani aasman se chala</w:t>
      </w:r>
    </w:p>
    <w:p>
      <w:pPr>
        <w:jc w:val="right"/>
      </w:pPr>
      <w:r>
        <w:t>تو لوہا کوئی یعنی ایسا نہیں کہ کہیں آسمان سے چلا رہا ہے یا پانی آسمان سے چلا</w:t>
      </w:r>
    </w:p>
    <w:p>
      <w:r>
        <w:rPr>
          <w:b/>
        </w:rPr>
        <w:t xml:space="preserve">[11:03] </w:t>
      </w:r>
      <w:r>
        <w:t>raha hai. Isi cause and effect ke tehat isi dunya mein woh hum ko mil raha hai.</w:t>
      </w:r>
    </w:p>
    <w:p>
      <w:pPr>
        <w:jc w:val="right"/>
      </w:pPr>
      <w:r>
        <w:t>رہا ہے۔ اسی کاز اینڈ ایفیکٹ کے تحت اسی دنیا میں وہ ہم کو مل رہا ہے۔</w:t>
      </w:r>
    </w:p>
    <w:p>
      <w:r>
        <w:rPr>
          <w:b/>
        </w:rPr>
        <w:t xml:space="preserve">[11:10] </w:t>
      </w:r>
      <w:r>
        <w:t>Is ko bhi Allah ne kaha ke utarna.</w:t>
      </w:r>
    </w:p>
    <w:p>
      <w:pPr>
        <w:jc w:val="right"/>
      </w:pPr>
      <w:r>
        <w:t>اس کو بھی اللہ نے کہا کہ اتارنا۔</w:t>
      </w:r>
    </w:p>
    <w:p>
      <w:r>
        <w:rPr>
          <w:b/>
        </w:rPr>
        <w:t xml:space="preserve">[11:12] </w:t>
      </w:r>
      <w:r>
        <w:t>Allah ne utara hai is ko.</w:t>
      </w:r>
    </w:p>
    <w:p>
      <w:pPr>
        <w:jc w:val="right"/>
      </w:pPr>
      <w:r>
        <w:t>اللہ نے اتارا ہے اس کو۔</w:t>
      </w:r>
    </w:p>
    <w:p>
      <w:r>
        <w:rPr>
          <w:b/>
        </w:rPr>
        <w:t xml:space="preserve">[11:14] </w:t>
      </w:r>
      <w:r>
        <w:t>To har cheez jo aap ko mili hui hai, woh utari hui hai.</w:t>
      </w:r>
    </w:p>
    <w:p>
      <w:pPr>
        <w:jc w:val="right"/>
      </w:pPr>
      <w:r>
        <w:t>تو ہر چیز جو آپ کو ملی ہوئی ہے، وہ اتاری ہوئی ہے۔</w:t>
      </w:r>
    </w:p>
    <w:p>
      <w:r>
        <w:rPr>
          <w:b/>
        </w:rPr>
        <w:t xml:space="preserve">[11:18] </w:t>
      </w:r>
      <w:r>
        <w:t>Jo khana aap khate hain, jo technology aap istemal karte hain, jis sawari pe aap baithte hain, jo</w:t>
      </w:r>
    </w:p>
    <w:p>
      <w:pPr>
        <w:jc w:val="right"/>
      </w:pPr>
      <w:r>
        <w:t>جو کھانا آپ کھاتے ہیں، جو ٹیکنالوجی آپ استعمال کرتے ہیں، جس سواری پہ آپ بیٹھتے ہیں، جو</w:t>
      </w:r>
    </w:p>
    <w:p>
      <w:r>
        <w:rPr>
          <w:b/>
        </w:rPr>
        <w:t xml:space="preserve">[11:25] </w:t>
      </w:r>
      <w:r>
        <w:t>civilization ke jo item hain, woh sab ke sab Allah ke utare hue hain.</w:t>
      </w:r>
    </w:p>
    <w:p>
      <w:pPr>
        <w:jc w:val="right"/>
      </w:pPr>
      <w:r>
        <w:t>سویلائزیشن کے جو آئٹم ہیں، وہ سب کے سب اللہ کے اتارے ہوئے ہیں۔</w:t>
      </w:r>
    </w:p>
    <w:p>
      <w:r>
        <w:rPr>
          <w:b/>
        </w:rPr>
        <w:t xml:space="preserve">[11:32] </w:t>
      </w:r>
      <w:r>
        <w:t>To yeh jo is zamane mein aap jin nematon ke sath rehte hain, jo comfort,</w:t>
      </w:r>
    </w:p>
    <w:p>
      <w:pPr>
        <w:jc w:val="right"/>
      </w:pPr>
      <w:r>
        <w:t>تو یہ جو اس زمانے میں آپ جن نعمتوں کے ساتھ رہتے ہیں، جو کمفرٹ،</w:t>
      </w:r>
    </w:p>
    <w:p>
      <w:r>
        <w:rPr>
          <w:b/>
        </w:rPr>
        <w:t xml:space="preserve">[11:38] </w:t>
      </w:r>
      <w:r>
        <w:t>jo luxury, jo saman hayat,</w:t>
      </w:r>
    </w:p>
    <w:p>
      <w:pPr>
        <w:jc w:val="right"/>
      </w:pPr>
      <w:r>
        <w:t>جو لگزری، جو سامان حیات،</w:t>
      </w:r>
    </w:p>
    <w:p>
      <w:r>
        <w:rPr>
          <w:b/>
        </w:rPr>
        <w:t xml:space="preserve">[11:43] </w:t>
      </w:r>
      <w:r>
        <w:t>woh is baat ka ishara hai ke bohat hi sakht pakar hone wali hai.</w:t>
      </w:r>
    </w:p>
    <w:p>
      <w:pPr>
        <w:jc w:val="right"/>
      </w:pPr>
      <w:r>
        <w:t>وہ اس بات کا اشارہ ہے کہ بہت ہی سخت پکڑ ہونے والی ہے۔</w:t>
      </w:r>
    </w:p>
    <w:p>
      <w:r>
        <w:rPr>
          <w:b/>
        </w:rPr>
        <w:t xml:space="preserve">[11:49] </w:t>
      </w:r>
      <w:r>
        <w:t>Woh pakar, isi pakar ko kehte hain qayamat.</w:t>
      </w:r>
    </w:p>
    <w:p>
      <w:pPr>
        <w:jc w:val="right"/>
      </w:pPr>
      <w:r>
        <w:t>وہ پکڑ، اسی پکڑ کو کہتے ہیں قیامت۔</w:t>
      </w:r>
    </w:p>
    <w:p>
      <w:r>
        <w:rPr>
          <w:b/>
        </w:rPr>
        <w:t xml:space="preserve">[11:54] </w:t>
      </w:r>
      <w:r>
        <w:t>aur dunya mein jo resources khatm ho rahe hain, woh is baat ka ishara hai, alamaati taur par,</w:t>
      </w:r>
    </w:p>
    <w:p>
      <w:pPr>
        <w:jc w:val="right"/>
      </w:pPr>
      <w:r>
        <w:t>اور دنیا میں جو ریسورسز ختم ہو رہے ہیں، وہ اس بات کا اشارہ ہے، علامتی طور پر،</w:t>
      </w:r>
    </w:p>
    <w:p>
      <w:r>
        <w:rPr>
          <w:b/>
        </w:rPr>
        <w:t xml:space="preserve">[12:00] </w:t>
      </w:r>
      <w:r>
        <w:t>keh woh waqt bohat qareeb aa gaya, bohat qareeb aa gaya.</w:t>
      </w:r>
    </w:p>
    <w:p>
      <w:pPr>
        <w:jc w:val="right"/>
      </w:pPr>
      <w:r>
        <w:t>کہ وہ وقت بہت قریب آ گیا، بہت قریب آ گیا۔</w:t>
      </w:r>
    </w:p>
    <w:p>
      <w:r>
        <w:rPr>
          <w:b/>
        </w:rPr>
        <w:t xml:space="preserve">[12:06] </w:t>
      </w:r>
      <w:r>
        <w:t>toh ab ek taraf toh yeh hai keh hamein jaanna chahiye keh hamein Allah ka shukar karna hai.</w:t>
      </w:r>
    </w:p>
    <w:p>
      <w:pPr>
        <w:jc w:val="right"/>
      </w:pPr>
      <w:r>
        <w:t>تو اب ایک طرف تو یہ ہے کہ ہمیں جاننا چاہیے کہ ہمیں اللہ کا شکر کرنا ہے۔</w:t>
      </w:r>
    </w:p>
    <w:p>
      <w:r>
        <w:rPr>
          <w:b/>
        </w:rPr>
        <w:t xml:space="preserve">[12:13] </w:t>
      </w:r>
      <w:r>
        <w:t>aaj kal jo musalman bad duaen kar rahe hain, jagah jagah, woh mere khayal mein yaani gunah se</w:t>
      </w:r>
    </w:p>
    <w:p>
      <w:pPr>
        <w:jc w:val="right"/>
      </w:pPr>
      <w:r>
        <w:t>آج کل جو مسلمان بد دعائیں کر رہے ہیں، جگہ جگہ، وہ میرے خیال میں یعنی گناہ سے</w:t>
      </w:r>
    </w:p>
    <w:p>
      <w:r>
        <w:rPr>
          <w:b/>
        </w:rPr>
        <w:t xml:space="preserve">[12:19] </w:t>
      </w:r>
      <w:r>
        <w:t>ziada buri koi cheez hai.</w:t>
      </w:r>
    </w:p>
    <w:p>
      <w:pPr>
        <w:jc w:val="right"/>
      </w:pPr>
      <w:r>
        <w:t>زیادہ بری کوئی چیز ہے۔</w:t>
      </w:r>
    </w:p>
    <w:p>
      <w:r>
        <w:rPr>
          <w:b/>
        </w:rPr>
        <w:t xml:space="preserve">[12:21] </w:t>
      </w:r>
      <w:r>
        <w:t>bad dua ka waqt kahan hai? ab toh logon ko batane ka waqt hai keh logon,</w:t>
      </w:r>
    </w:p>
    <w:p>
      <w:pPr>
        <w:jc w:val="right"/>
      </w:pPr>
      <w:r>
        <w:t>بد دعا کا وقت کہاں ہے؟ اب تو لوگوں کو بتانے کا وقت ہے کہ لوگوں،</w:t>
      </w:r>
    </w:p>
    <w:p>
      <w:r>
        <w:rPr>
          <w:b/>
        </w:rPr>
        <w:t xml:space="preserve">[12:26] </w:t>
      </w:r>
      <w:r>
        <w:t>Allah ko pehchano.</w:t>
      </w:r>
    </w:p>
    <w:p>
      <w:pPr>
        <w:jc w:val="right"/>
      </w:pPr>
      <w:r>
        <w:t>اللہ کو پہچانو۔</w:t>
      </w:r>
    </w:p>
    <w:p>
      <w:r>
        <w:rPr>
          <w:b/>
        </w:rPr>
        <w:t xml:space="preserve">[12:28] </w:t>
      </w:r>
      <w:r>
        <w:t>log jano keh Allah ne apni kitaab mein kya likha hai.</w:t>
      </w:r>
    </w:p>
    <w:p>
      <w:pPr>
        <w:jc w:val="right"/>
      </w:pPr>
      <w:r>
        <w:t>لوگ جانو کہ اللہ نے اپنی کتاب میں کیا لکھا ہے۔</w:t>
      </w:r>
    </w:p>
    <w:p>
      <w:r>
        <w:rPr>
          <w:b/>
        </w:rPr>
        <w:t xml:space="preserve">[12:32] </w:t>
      </w:r>
      <w:r>
        <w:t>logon, qayamat aane wali hai, is ki tayyari karo.</w:t>
      </w:r>
    </w:p>
    <w:p>
      <w:pPr>
        <w:jc w:val="right"/>
      </w:pPr>
      <w:r>
        <w:t>لوگوں، قیامت آنے والی ہے، اس کی تیاری کرو۔</w:t>
      </w:r>
    </w:p>
    <w:p>
      <w:r>
        <w:rPr>
          <w:b/>
        </w:rPr>
        <w:t xml:space="preserve">[12:35] </w:t>
      </w:r>
      <w:r>
        <w:t>bad dua ka waqt kahan hai?</w:t>
      </w:r>
    </w:p>
    <w:p>
      <w:pPr>
        <w:jc w:val="right"/>
      </w:pPr>
      <w:r>
        <w:t>بد دعا کا وقت کہاں ہے؟</w:t>
      </w:r>
    </w:p>
    <w:p>
      <w:r>
        <w:rPr>
          <w:b/>
        </w:rPr>
        <w:t xml:space="preserve">[12:38] </w:t>
      </w:r>
      <w:r>
        <w:t>bad dua ka waqt hi nahi hai.</w:t>
      </w:r>
    </w:p>
    <w:p>
      <w:pPr>
        <w:jc w:val="right"/>
      </w:pPr>
      <w:r>
        <w:t>بد دعا کا وقت ہی نہیں ہے۔</w:t>
      </w:r>
    </w:p>
    <w:p>
      <w:r>
        <w:rPr>
          <w:b/>
        </w:rPr>
        <w:t xml:space="preserve">[12:41] </w:t>
      </w:r>
      <w:r>
        <w:t>waqt hai apne aap ko,</w:t>
      </w:r>
    </w:p>
    <w:p>
      <w:pPr>
        <w:jc w:val="right"/>
      </w:pPr>
      <w:r>
        <w:t>وقت ہے اپنے آپ کو،</w:t>
      </w:r>
    </w:p>
    <w:p>
      <w:r>
        <w:rPr>
          <w:b/>
        </w:rPr>
        <w:t xml:space="preserve">[12:43] </w:t>
      </w:r>
      <w:r>
        <w:t>apne andar Allah ka shukar paida karne ka, aur doosron ko batane ka keh logon,</w:t>
      </w:r>
    </w:p>
    <w:p>
      <w:pPr>
        <w:jc w:val="right"/>
      </w:pPr>
      <w:r>
        <w:t>اپنے اندر اللہ کا شکر پیدا کرنے کا، اور دوسروں کو بتانے کا کہ لوگوں،</w:t>
      </w:r>
    </w:p>
    <w:p>
      <w:r>
        <w:rPr>
          <w:b/>
        </w:rPr>
        <w:t xml:space="preserve">[12:51] </w:t>
      </w:r>
      <w:r>
        <w:t>Allah ki nematton ko acknowledge karo,</w:t>
      </w:r>
    </w:p>
    <w:p>
      <w:pPr>
        <w:jc w:val="right"/>
      </w:pPr>
      <w:r>
        <w:t>اللہ کی نعمتوں کو ایکنالج کرو،</w:t>
      </w:r>
    </w:p>
    <w:p>
      <w:r>
        <w:rPr>
          <w:b/>
        </w:rPr>
        <w:t xml:space="preserve">[12:55] </w:t>
      </w:r>
      <w:r>
        <w:t>Allah ki pasand wali zindagi guzaro, kyunkeh bohat jald waqt aa gaya jabkeh dunya baqi nahi rahe gi.</w:t>
      </w:r>
    </w:p>
    <w:p>
      <w:pPr>
        <w:jc w:val="right"/>
      </w:pPr>
      <w:r>
        <w:t>اللہ کی پسند والی زندگی گزارو، کیونکہ بہت جلد وقت آ گیا جبکہ دنیا باقی نہیں رہے گی۔</w:t>
      </w:r>
    </w:p>
    <w:p>
      <w:r>
        <w:rPr>
          <w:b/>
        </w:rPr>
        <w:t xml:space="preserve">[13:03] </w:t>
      </w:r>
      <w:r>
        <w:t>log is liye bad duaen kar rahe hain keh unhein pata hi nahi keh aage kya hone wala</w:t>
      </w:r>
    </w:p>
    <w:p>
      <w:pPr>
        <w:jc w:val="right"/>
      </w:pPr>
      <w:r>
        <w:t>لوگ اس لیے بد دعائیں کر رہے ہیں کہ انہیں پتہ ہی نہیں کہ آگے کیا ہونے والا</w:t>
      </w:r>
    </w:p>
    <w:p>
      <w:r>
        <w:rPr>
          <w:b/>
        </w:rPr>
        <w:t xml:space="preserve">[13:07] </w:t>
      </w:r>
      <w:r>
        <w:t>hai. aage qayamat aane wali hai.</w:t>
      </w:r>
    </w:p>
    <w:p>
      <w:pPr>
        <w:jc w:val="right"/>
      </w:pPr>
      <w:r>
        <w:t>ہے۔ آگے قیامت آنے والی ہے۔</w:t>
      </w:r>
    </w:p>
    <w:p>
      <w:r>
        <w:rPr>
          <w:b/>
        </w:rPr>
        <w:t xml:space="preserve">[13:12] </w:t>
      </w:r>
      <w:r>
        <w:t>toh main samajhta hoon keh yeh jo waqia Quran mein Hazrat Maseeh ke hawariyon ke hawale se aaya</w:t>
      </w:r>
    </w:p>
    <w:p>
      <w:pPr>
        <w:jc w:val="right"/>
      </w:pPr>
      <w:r>
        <w:t>تو میں سمجھتا ہوں کہ یہ جو واقعہ قرآن میں حضرت مسیح کے حواریوں کے حوالے سے آیا</w:t>
      </w:r>
    </w:p>
    <w:p>
      <w:r>
        <w:rPr>
          <w:b/>
        </w:rPr>
        <w:t xml:space="preserve">[13:19] </w:t>
      </w:r>
      <w:r>
        <w:t>hai, is ke andar ek bohat bara ek hidden lesson hai, ek chupa hua sabak.</w:t>
      </w:r>
    </w:p>
    <w:p>
      <w:pPr>
        <w:jc w:val="right"/>
      </w:pPr>
      <w:r>
        <w:t>ہے، اس کے اندر ایک بہت بڑا ایک ہڈن لیسن ہے، ایک چھپا ہوا سبق۔</w:t>
      </w:r>
    </w:p>
    <w:p>
      <w:r>
        <w:rPr>
          <w:b/>
        </w:rPr>
        <w:t xml:space="preserve">[13:27] </w:t>
      </w:r>
      <w:r>
        <w:t>woh sabak yeh hai</w:t>
      </w:r>
    </w:p>
    <w:p>
      <w:pPr>
        <w:jc w:val="right"/>
      </w:pPr>
      <w:r>
        <w:t>وہ سبق یہ ہے</w:t>
      </w:r>
    </w:p>
    <w:p>
      <w:r>
        <w:rPr>
          <w:b/>
        </w:rPr>
        <w:t xml:space="preserve">[13:29] </w:t>
      </w:r>
      <w:r>
        <w:t>keh jin nematton ko do hazar saal pehle unhon ne manga tha, aur Allah ne is ko is</w:t>
      </w:r>
    </w:p>
    <w:p>
      <w:pPr>
        <w:jc w:val="right"/>
      </w:pPr>
      <w:r>
        <w:t>کہ جن نعمتوں کو دو ہزار سال پہلے انہوں نے مانگا تھا، اور اللہ نے اس کو اس</w:t>
      </w:r>
    </w:p>
    <w:p>
      <w:r>
        <w:rPr>
          <w:b/>
        </w:rPr>
        <w:t xml:space="preserve">[13:36] </w:t>
      </w:r>
      <w:r>
        <w:t>waqt nahi bheja, toh woh postpone kar diya gaya,</w:t>
      </w:r>
    </w:p>
    <w:p>
      <w:pPr>
        <w:jc w:val="right"/>
      </w:pPr>
      <w:r>
        <w:t>وقت نہیں بھیجا، تو وہ پوسٹ پون کر دیا گیا،</w:t>
      </w:r>
    </w:p>
    <w:p>
      <w:r>
        <w:rPr>
          <w:b/>
        </w:rPr>
        <w:t xml:space="preserve">[13:42] </w:t>
      </w:r>
      <w:r>
        <w:t>aur aasman se</w:t>
      </w:r>
    </w:p>
    <w:p>
      <w:pPr>
        <w:jc w:val="right"/>
      </w:pPr>
      <w:r>
        <w:t>اور آسمان سے</w:t>
      </w:r>
    </w:p>
    <w:p>
      <w:r>
        <w:rPr>
          <w:b/>
        </w:rPr>
        <w:t xml:space="preserve">[13:45] </w:t>
      </w:r>
      <w:r>
        <w:t>unhon ne chaha tha keh utre, kyunkeh us waqt technology nahi thi.</w:t>
      </w:r>
    </w:p>
    <w:p>
      <w:pPr>
        <w:jc w:val="right"/>
      </w:pPr>
      <w:r>
        <w:t>انہوں نے چاہا تھا کہ اترے، کیونکہ اس وقت ٹیکنالوجی نہیں تھی۔</w:t>
      </w:r>
    </w:p>
    <w:p>
      <w:r>
        <w:rPr>
          <w:b/>
        </w:rPr>
        <w:t xml:space="preserve">[13:48] </w:t>
      </w:r>
      <w:r>
        <w:t>Allah ka tareeqa yeh nahi hai keh cheezain aasman se utren.</w:t>
      </w:r>
    </w:p>
    <w:p>
      <w:pPr>
        <w:jc w:val="right"/>
      </w:pPr>
      <w:r>
        <w:t>اللہ کا طریقہ یہ نہیں ہے کہ چیزیں آسمان سے اتریں۔</w:t>
      </w:r>
    </w:p>
    <w:p>
      <w:r>
        <w:rPr>
          <w:b/>
        </w:rPr>
        <w:t xml:space="preserve">[13:53] </w:t>
      </w:r>
      <w:r>
        <w:t>cheezein utarti hain cause and effect ke</w:t>
      </w:r>
    </w:p>
    <w:p>
      <w:pPr>
        <w:jc w:val="right"/>
      </w:pPr>
      <w:r>
        <w:t>چیزیں اترتی ہیں کاز اینڈ ایفیکٹ کے</w:t>
      </w:r>
    </w:p>
    <w:p>
      <w:r>
        <w:rPr>
          <w:b/>
        </w:rPr>
        <w:t xml:space="preserve">[13:58] </w:t>
      </w:r>
      <w:r>
        <w:t>parde mein, asbaab ke parde mein.</w:t>
      </w:r>
    </w:p>
    <w:p>
      <w:pPr>
        <w:jc w:val="right"/>
      </w:pPr>
      <w:r>
        <w:t>پردے میں، اسباب کے پردے میں۔</w:t>
      </w:r>
    </w:p>
    <w:p>
      <w:r>
        <w:rPr>
          <w:b/>
        </w:rPr>
        <w:t xml:space="preserve">[14:02] </w:t>
      </w:r>
      <w:r>
        <w:t>to ek process ek chala, tareekh mein woh pra chalte chalte modern civilization wajood mein aayi, aur yeh</w:t>
      </w:r>
    </w:p>
    <w:p>
      <w:pPr>
        <w:jc w:val="right"/>
      </w:pPr>
      <w:r>
        <w:t>تو ایک پروسیس ایک چلا، تاریخ میں وہ پرا چلتے چلتے ماڈرن سویلائزیشن وجود میں آئی، اور یہ</w:t>
      </w:r>
    </w:p>
    <w:p>
      <w:r>
        <w:rPr>
          <w:b/>
        </w:rPr>
        <w:t xml:space="preserve">[14:09] </w:t>
      </w:r>
      <w:r>
        <w:t>technology wajood mein aayi, aur saari boundaries jo zameen mein chupi hui theen, is duniya mein woh saari</w:t>
      </w:r>
    </w:p>
    <w:p>
      <w:pPr>
        <w:jc w:val="right"/>
      </w:pPr>
      <w:r>
        <w:t>ٹیکنالوجی وجود میں آئی، اور ساری باؤنڈریز جو زمین میں چھپی ہوئی تھیں، اس دنیا میں وہ ساری</w:t>
      </w:r>
    </w:p>
    <w:p>
      <w:r>
        <w:rPr>
          <w:b/>
        </w:rPr>
        <w:t xml:space="preserve">[14:15] </w:t>
      </w:r>
      <w:r>
        <w:t>boundaries zahir ho gaein.</w:t>
      </w:r>
    </w:p>
    <w:p>
      <w:pPr>
        <w:jc w:val="right"/>
      </w:pPr>
      <w:r>
        <w:t>باؤنڈریز ظاہر ہو گئیں۔</w:t>
      </w:r>
    </w:p>
    <w:p>
      <w:r>
        <w:rPr>
          <w:b/>
        </w:rPr>
        <w:t xml:space="preserve">[14:18] </w:t>
      </w:r>
      <w:r>
        <w:t>jin cheezon se aaj hum, jin cheezon ko aaj hum istemaal karte hain, jise hum enjoy karte hain,</w:t>
      </w:r>
    </w:p>
    <w:p>
      <w:pPr>
        <w:jc w:val="right"/>
      </w:pPr>
      <w:r>
        <w:t>جن چیزوں سے آج ہم، جن چیزوں کو آج ہم استعمال کرتے ہیں، جسے ہم انجوائے کرتے ہیں،</w:t>
      </w:r>
    </w:p>
    <w:p>
      <w:r>
        <w:rPr>
          <w:b/>
        </w:rPr>
        <w:t xml:space="preserve">[14:24] </w:t>
      </w:r>
      <w:r>
        <w:t>woh sab ke sab isi maujood theen, isi duniya mein.</w:t>
      </w:r>
    </w:p>
    <w:p>
      <w:pPr>
        <w:jc w:val="right"/>
      </w:pPr>
      <w:r>
        <w:t>وہ سب کے سب اسی موجود تھیں، اسی دنیا میں۔</w:t>
      </w:r>
    </w:p>
    <w:p>
      <w:r>
        <w:rPr>
          <w:b/>
        </w:rPr>
        <w:t xml:space="preserve">[14:28] </w:t>
      </w:r>
      <w:r>
        <w:t>chahe technology ho, chahe sawari ho, chahe khane peene ki cheezein hon.</w:t>
      </w:r>
    </w:p>
    <w:p>
      <w:pPr>
        <w:jc w:val="right"/>
      </w:pPr>
      <w:r>
        <w:t>چاہے ٹیکنالوجی ہو، چاہے سواری ہو، چاہے کھانے پینے کی چیزیں ہوں۔</w:t>
      </w:r>
    </w:p>
    <w:p>
      <w:r>
        <w:rPr>
          <w:b/>
        </w:rPr>
        <w:t xml:space="preserve">[14:33] </w:t>
      </w:r>
      <w:r>
        <w:t>to ab aakhri had tak in ka zahoor ho chuka.</w:t>
      </w:r>
    </w:p>
    <w:p>
      <w:pPr>
        <w:jc w:val="right"/>
      </w:pPr>
      <w:r>
        <w:t>تو اب آخری حد تک ان کا ظہور ہو چکا۔</w:t>
      </w:r>
    </w:p>
    <w:p>
      <w:r>
        <w:rPr>
          <w:b/>
        </w:rPr>
        <w:t xml:space="preserve">[14:36] </w:t>
      </w:r>
      <w:r>
        <w:t>aakhri had tak.</w:t>
      </w:r>
    </w:p>
    <w:p>
      <w:pPr>
        <w:jc w:val="right"/>
      </w:pPr>
      <w:r>
        <w:t>آخری حد تک۔</w:t>
      </w:r>
    </w:p>
    <w:p>
      <w:r>
        <w:rPr>
          <w:b/>
        </w:rPr>
        <w:t xml:space="preserve">[14:39] </w:t>
      </w:r>
      <w:r>
        <w:t>is duniya mein Allah taala ne nematoun ko ek ek</w:t>
      </w:r>
    </w:p>
    <w:p>
      <w:pPr>
        <w:jc w:val="right"/>
      </w:pPr>
      <w:r>
        <w:t>اس دنیا میں اللہ تعالیٰ نے نعمتوں کو ایک ایک</w:t>
      </w:r>
    </w:p>
    <w:p>
      <w:r>
        <w:rPr>
          <w:b/>
        </w:rPr>
        <w:t xml:space="preserve">[14:44] </w:t>
      </w:r>
      <w:r>
        <w:t>had ke andar rakha tha, ek had zyada nahin.</w:t>
      </w:r>
    </w:p>
    <w:p>
      <w:pPr>
        <w:jc w:val="right"/>
      </w:pPr>
      <w:r>
        <w:t>حد کے اندر رکھا تھا، ایک حد زیادہ نہیں۔</w:t>
      </w:r>
    </w:p>
    <w:p>
      <w:r>
        <w:rPr>
          <w:b/>
        </w:rPr>
        <w:t xml:space="preserve">[14:47] </w:t>
      </w:r>
      <w:r>
        <w:t>had se zyada to jannat mein hai.</w:t>
      </w:r>
    </w:p>
    <w:p>
      <w:pPr>
        <w:jc w:val="right"/>
      </w:pPr>
      <w:r>
        <w:t>حد سے زیادہ تو جنت میں ہے۔</w:t>
      </w:r>
    </w:p>
    <w:p>
      <w:r>
        <w:rPr>
          <w:b/>
        </w:rPr>
        <w:t xml:space="preserve">[14:50] </w:t>
      </w:r>
      <w:r>
        <w:t>woh had aa gayi.</w:t>
      </w:r>
    </w:p>
    <w:p>
      <w:pPr>
        <w:jc w:val="right"/>
      </w:pPr>
      <w:r>
        <w:t>وہ حد آ گئی۔</w:t>
      </w:r>
    </w:p>
    <w:p>
      <w:r>
        <w:rPr>
          <w:b/>
        </w:rPr>
        <w:t xml:space="preserve">[14:52] </w:t>
      </w:r>
      <w:r>
        <w:t>woh had aa gayi.</w:t>
      </w:r>
    </w:p>
    <w:p>
      <w:pPr>
        <w:jc w:val="right"/>
      </w:pPr>
      <w:r>
        <w:t>وہ حد آ گئی۔</w:t>
      </w:r>
    </w:p>
    <w:p>
      <w:r>
        <w:rPr>
          <w:b/>
        </w:rPr>
        <w:t xml:space="preserve">[14:55] </w:t>
      </w:r>
      <w:r>
        <w:t>ecological system toot gaya.</w:t>
      </w:r>
    </w:p>
    <w:p>
      <w:pPr>
        <w:jc w:val="right"/>
      </w:pPr>
      <w:r>
        <w:t>ایکلوجیکل سسٹم ٹوٹ گیا۔</w:t>
      </w:r>
    </w:p>
    <w:p>
      <w:r>
        <w:rPr>
          <w:b/>
        </w:rPr>
        <w:t xml:space="preserve">[14:59] </w:t>
      </w:r>
      <w:r>
        <w:t>bahut jald paani ki, is ke is ke scientist batane ke, paani pe ladaai hogi aindah, kyunke paani</w:t>
      </w:r>
    </w:p>
    <w:p>
      <w:pPr>
        <w:jc w:val="right"/>
      </w:pPr>
      <w:r>
        <w:t>بہت جلد پانی کی، اس کے اس کے سائنسدان بتانے کے، پانی پہ لڑائی ہوگی آئندہ، کیونکہ پانی</w:t>
      </w:r>
    </w:p>
    <w:p>
      <w:r>
        <w:rPr>
          <w:b/>
        </w:rPr>
        <w:t xml:space="preserve">[15:06] </w:t>
      </w:r>
      <w:r>
        <w:t>nahin milega logon ko.</w:t>
      </w:r>
    </w:p>
    <w:p>
      <w:pPr>
        <w:jc w:val="right"/>
      </w:pPr>
      <w:r>
        <w:t>نہیں ملے گا لوگوں کو۔</w:t>
      </w:r>
    </w:p>
    <w:p>
      <w:r>
        <w:rPr>
          <w:b/>
        </w:rPr>
        <w:t xml:space="preserve">[15:08] </w:t>
      </w:r>
      <w:r>
        <w:t>hawa mein jo oxygen hota hai, woh kharab ho raha hai.</w:t>
      </w:r>
    </w:p>
    <w:p>
      <w:pPr>
        <w:jc w:val="right"/>
      </w:pPr>
      <w:r>
        <w:t>ہوا میں جو اکسیجن ہوتا ہے، وہ خراب ہو رہا ہے۔</w:t>
      </w:r>
    </w:p>
    <w:p>
      <w:r>
        <w:rPr>
          <w:b/>
        </w:rPr>
        <w:t xml:space="preserve">[15:12] </w:t>
      </w:r>
      <w:r>
        <w:t>har taraf pollution, pollution, pollution.</w:t>
      </w:r>
    </w:p>
    <w:p>
      <w:pPr>
        <w:jc w:val="right"/>
      </w:pPr>
      <w:r>
        <w:t>ہر طرف پولیوشن، پولیوشن، پولیوشن۔</w:t>
      </w:r>
    </w:p>
    <w:p>
      <w:r>
        <w:rPr>
          <w:b/>
        </w:rPr>
        <w:t xml:space="preserve">[15:15] </w:t>
      </w:r>
      <w:r>
        <w:t>to Quran mein hai ke</w:t>
      </w:r>
    </w:p>
    <w:p>
      <w:pPr>
        <w:jc w:val="right"/>
      </w:pPr>
      <w:r>
        <w:t>تو قرآن میں ہے کہ</w:t>
      </w:r>
    </w:p>
    <w:p>
      <w:r>
        <w:rPr>
          <w:b/>
        </w:rPr>
        <w:t xml:space="preserve">[15:21] </w:t>
      </w:r>
      <w:r>
        <w:t>yaani yeh sab made made cheezein hain, made made.</w:t>
      </w:r>
    </w:p>
    <w:p>
      <w:pPr>
        <w:jc w:val="right"/>
      </w:pPr>
      <w:r>
        <w:t>یعنی یہ سب میڈ میڈ چیزیں ہیں، میڈ میڈ۔</w:t>
      </w:r>
    </w:p>
    <w:p>
      <w:r>
        <w:rPr>
          <w:b/>
        </w:rPr>
        <w:t xml:space="preserve">[15:25] </w:t>
      </w:r>
      <w:r>
        <w:t>yeh nature made nahin hain, made made.</w:t>
      </w:r>
    </w:p>
    <w:p>
      <w:pPr>
        <w:jc w:val="right"/>
      </w:pPr>
      <w:r>
        <w:t>یہ نیچر میڈ نہیں ہیں، میڈ میڈ۔</w:t>
      </w:r>
    </w:p>
    <w:p>
      <w:r>
        <w:rPr>
          <w:b/>
        </w:rPr>
        <w:t xml:space="preserve">[15:30] </w:t>
      </w:r>
      <w:r>
        <w:t>to ab main samajhta hoon ke insani tareekh ki had aa gayi.</w:t>
      </w:r>
    </w:p>
    <w:p>
      <w:pPr>
        <w:jc w:val="right"/>
      </w:pPr>
      <w:r>
        <w:t>تو اب میں سمجھتا ہوں کہ انسانی تاریخ کی حد آ گئی۔</w:t>
      </w:r>
    </w:p>
    <w:p>
      <w:r>
        <w:rPr>
          <w:b/>
        </w:rPr>
        <w:t xml:space="preserve">[15:34] </w:t>
      </w:r>
      <w:r>
        <w:t>jab had aa jaye to kya hota hai?</w:t>
      </w:r>
    </w:p>
    <w:p>
      <w:pPr>
        <w:jc w:val="right"/>
      </w:pPr>
      <w:r>
        <w:t>جب حد آ جائے تو کیا ہوتا ہے؟</w:t>
      </w:r>
    </w:p>
    <w:p>
      <w:r>
        <w:rPr>
          <w:b/>
        </w:rPr>
        <w:t xml:space="preserve">[15:37] </w:t>
      </w:r>
      <w:r>
        <w:t>had aa jaye to dawat ke kaam ki ahmiyat barh jati hai ke bohat thora waqt aa gaya,</w:t>
      </w:r>
    </w:p>
    <w:p>
      <w:pPr>
        <w:jc w:val="right"/>
      </w:pPr>
      <w:r>
        <w:t>حد آ جائے تو دعوت کے کام کی اہمیت بڑھ جاتی ہے کہ بہت تھوڑا وقت آ گیا،</w:t>
      </w:r>
    </w:p>
    <w:p>
      <w:r>
        <w:rPr>
          <w:b/>
        </w:rPr>
        <w:t xml:space="preserve">[15:42] </w:t>
      </w:r>
      <w:r>
        <w:t>bohat thora waqt hai.</w:t>
      </w:r>
    </w:p>
    <w:p>
      <w:pPr>
        <w:jc w:val="right"/>
      </w:pPr>
      <w:r>
        <w:t>بہت تھوڑا وقت ہے۔</w:t>
      </w:r>
    </w:p>
    <w:p>
      <w:r>
        <w:rPr>
          <w:b/>
        </w:rPr>
        <w:t xml:space="preserve">[15:45] </w:t>
      </w:r>
      <w:r>
        <w:t>ab to hamein daur kar ke, chala kar ke dawat ka kaam karna hai.</w:t>
      </w:r>
    </w:p>
    <w:p>
      <w:pPr>
        <w:jc w:val="right"/>
      </w:pPr>
      <w:r>
        <w:t>اب تو ہمیں دوڑ کر کے، چلا کر کے دعوت کا کام کرنا ہے۔</w:t>
      </w:r>
    </w:p>
    <w:p>
      <w:r>
        <w:rPr>
          <w:b/>
        </w:rPr>
        <w:t xml:space="preserve">[15:51] </w:t>
      </w:r>
      <w:r>
        <w:t>jis zamane mein hum madrase mein parhte the, to madrase mein ek subject hota tha balaghat.</w:t>
      </w:r>
    </w:p>
    <w:p>
      <w:pPr>
        <w:jc w:val="right"/>
      </w:pPr>
      <w:r>
        <w:t>جس زمانے میں ہم مدرسے میں پڑھتے تھے، تو مدرسے میں ایک سبجیکٹ ہوتا تھا بلاغت۔</w:t>
      </w:r>
    </w:p>
    <w:p>
      <w:r>
        <w:rPr>
          <w:b/>
        </w:rPr>
        <w:t xml:space="preserve">[15:59] </w:t>
      </w:r>
      <w:r>
        <w:t>balaghat mein ek qissa bataya tha unhon ne</w:t>
      </w:r>
    </w:p>
    <w:p>
      <w:pPr>
        <w:jc w:val="right"/>
      </w:pPr>
      <w:r>
        <w:t>بلاغت میں ایک قصہ بتایا تھا انہوں نے</w:t>
      </w:r>
    </w:p>
    <w:p>
      <w:r>
        <w:rPr>
          <w:b/>
        </w:rPr>
        <w:t xml:space="preserve">[16:04] </w:t>
      </w:r>
      <w:r>
        <w:t>ke ek andha aadmi hai, ek andha aadmi hai, chala ja raha hai, chala ja raha hai, aur</w:t>
      </w:r>
    </w:p>
    <w:p>
      <w:pPr>
        <w:jc w:val="right"/>
      </w:pPr>
      <w:r>
        <w:t>کہ ایک اندھا آدمی ہے، ایک اندھا آدمی ہے، چلا جا رہا ہے، چلا جا رہا ہے، اور</w:t>
      </w:r>
    </w:p>
    <w:p>
      <w:r>
        <w:rPr>
          <w:b/>
        </w:rPr>
        <w:t xml:space="preserve">[16:08] </w:t>
      </w:r>
      <w:r>
        <w:t>us ke samne ek ku'an hai,</w:t>
      </w:r>
    </w:p>
    <w:p>
      <w:pPr>
        <w:jc w:val="right"/>
      </w:pPr>
      <w:r>
        <w:t>اس کے سامنے ایک کنواں ہے،</w:t>
      </w:r>
    </w:p>
    <w:p>
      <w:r>
        <w:rPr>
          <w:b/>
        </w:rPr>
        <w:t xml:space="preserve">[16:11] </w:t>
      </w:r>
      <w:r>
        <w:t>aur bilkul lagta hai ke thora sa aage barhega to ku'an mein gir jayega woh.</w:t>
      </w:r>
    </w:p>
    <w:p>
      <w:pPr>
        <w:jc w:val="right"/>
      </w:pPr>
      <w:r>
        <w:t>اور بالکل لگتا ہے کہ تھوڑا سا آگے بڑھے گا تو کنویں میں گر جائے گا وہ۔</w:t>
      </w:r>
    </w:p>
    <w:p>
      <w:r>
        <w:rPr>
          <w:b/>
        </w:rPr>
        <w:t xml:space="preserve">[16:18] </w:t>
      </w:r>
      <w:r>
        <w:t>to us waqt yeh nahi kaha jayega, aye buzurg, aye bare bhaiya,</w:t>
      </w:r>
    </w:p>
    <w:p>
      <w:pPr>
        <w:jc w:val="right"/>
      </w:pPr>
      <w:r>
        <w:t>تو اس وقت یہ نہیں کہا جائے گا، اے بزرگ، اے بڑے بھیا،</w:t>
      </w:r>
    </w:p>
    <w:p>
      <w:r>
        <w:rPr>
          <w:b/>
        </w:rPr>
        <w:t xml:space="preserve">[16:24] </w:t>
      </w:r>
      <w:r>
        <w:t>zara sambhal ke chalo, aage to shayad ku'an hai hi.</w:t>
      </w:r>
    </w:p>
    <w:p>
      <w:pPr>
        <w:jc w:val="right"/>
      </w:pPr>
      <w:r>
        <w:t>ذرا سنبھل کے چلو، آگے تو شاید کنواں ہے ہی۔</w:t>
      </w:r>
    </w:p>
    <w:p>
      <w:r>
        <w:rPr>
          <w:b/>
        </w:rPr>
        <w:t xml:space="preserve">[16:28] </w:t>
      </w:r>
      <w:r>
        <w:t>yeh sab nahi kaha jayega.</w:t>
      </w:r>
    </w:p>
    <w:p>
      <w:pPr>
        <w:jc w:val="right"/>
      </w:pPr>
      <w:r>
        <w:t>یہ سب نہیں کہا جائے گا۔</w:t>
      </w:r>
    </w:p>
    <w:p>
      <w:r>
        <w:rPr>
          <w:b/>
        </w:rPr>
        <w:t xml:space="preserve">[16:29] </w:t>
      </w:r>
      <w:r>
        <w:t>sirf albair, albair, ek hi lafz bola jayega.</w:t>
      </w:r>
    </w:p>
    <w:p>
      <w:pPr>
        <w:jc w:val="right"/>
      </w:pPr>
      <w:r>
        <w:t>صرف البیر، البیر، ایک ہی لفظ بولا جائے گا۔</w:t>
      </w:r>
    </w:p>
    <w:p>
      <w:r>
        <w:rPr>
          <w:b/>
        </w:rPr>
        <w:t xml:space="preserve">[16:32] </w:t>
      </w:r>
      <w:r>
        <w:t>ku'an, ku'an, ku'an.</w:t>
      </w:r>
    </w:p>
    <w:p>
      <w:pPr>
        <w:jc w:val="right"/>
      </w:pPr>
      <w:r>
        <w:t>کنواں، کنواں، کنواں۔</w:t>
      </w:r>
    </w:p>
    <w:p>
      <w:r>
        <w:rPr>
          <w:b/>
        </w:rPr>
        <w:t xml:space="preserve">[16:35] </w:t>
      </w:r>
      <w:r>
        <w:t>kyun ke itna time kahan hai? itna time kahan hai yeh kehne ka ke aye bare miyan,</w:t>
      </w:r>
    </w:p>
    <w:p>
      <w:pPr>
        <w:jc w:val="right"/>
      </w:pPr>
      <w:r>
        <w:t>کیونکہ اتنا ٹائم کہاں ہے؟ اتنا ٹائم کہاں ہے یہ کہنے کا کہ اے بڑے میاں،</w:t>
      </w:r>
    </w:p>
    <w:p>
      <w:r>
        <w:rPr>
          <w:b/>
        </w:rPr>
        <w:t xml:space="preserve">[16:42] </w:t>
      </w:r>
      <w:r>
        <w:t>aye hazrat ya sheikh, zara sambhal ke chaliye,</w:t>
      </w:r>
    </w:p>
    <w:p>
      <w:pPr>
        <w:jc w:val="right"/>
      </w:pPr>
      <w:r>
        <w:t>اے حضرت یا شیخ، ذرا سنبھل کے چلیے،</w:t>
      </w:r>
    </w:p>
    <w:p>
      <w:r>
        <w:rPr>
          <w:b/>
        </w:rPr>
        <w:t xml:space="preserve">[16:47] </w:t>
      </w:r>
      <w:r>
        <w:t>aap ke aage ek ku'an hai.</w:t>
      </w:r>
    </w:p>
    <w:p>
      <w:pPr>
        <w:jc w:val="right"/>
      </w:pPr>
      <w:r>
        <w:t>آپ کے آگے ایک کنواں ہے۔</w:t>
      </w:r>
    </w:p>
    <w:p>
      <w:r>
        <w:rPr>
          <w:b/>
        </w:rPr>
        <w:t xml:space="preserve">[16:50] </w:t>
      </w:r>
      <w:r>
        <w:t>itna lamba chaura bolne ka mauqa hi nahi hai.</w:t>
      </w:r>
    </w:p>
    <w:p>
      <w:pPr>
        <w:jc w:val="right"/>
      </w:pPr>
      <w:r>
        <w:t>اتنا لمبا چوڑا بولنے کا موقع ہی نہیں ہے۔</w:t>
      </w:r>
    </w:p>
    <w:p>
      <w:r>
        <w:rPr>
          <w:b/>
        </w:rPr>
        <w:t xml:space="preserve">[16:53] </w:t>
      </w:r>
      <w:r>
        <w:t>to is mein hai ke balaghat ka usool bataya gaya hai ke sirf yahi kaha jayega, albair,</w:t>
      </w:r>
    </w:p>
    <w:p>
      <w:pPr>
        <w:jc w:val="right"/>
      </w:pPr>
      <w:r>
        <w:t>تو اس میں ہے کہ بلاغت کا اصول بتایا گیا ہے کہ صرف یہی کہا جائے گا، البیر،</w:t>
      </w:r>
    </w:p>
    <w:p>
      <w:r>
        <w:rPr>
          <w:b/>
        </w:rPr>
        <w:t xml:space="preserve">[16:58] </w:t>
      </w:r>
      <w:r>
        <w:t>albair, albair. to mein samajhta hoon ke bohat waqt aa gaya hai.</w:t>
      </w:r>
    </w:p>
    <w:p>
      <w:pPr>
        <w:jc w:val="right"/>
      </w:pPr>
      <w:r>
        <w:t>البیر، البیر۔ تو میں سمجھتا ہوں کہ بہت وقت آ گیا ہے۔</w:t>
      </w:r>
    </w:p>
    <w:p>
      <w:r>
        <w:rPr>
          <w:b/>
        </w:rPr>
        <w:t xml:space="preserve">[17:03] </w:t>
      </w:r>
      <w:r>
        <w:t>har kaam choro, har kaam choro.</w:t>
      </w:r>
    </w:p>
    <w:p>
      <w:pPr>
        <w:jc w:val="right"/>
      </w:pPr>
      <w:r>
        <w:t>ہر کام چھوڑو، ہر کام چھوڑو۔</w:t>
      </w:r>
    </w:p>
    <w:p>
      <w:r>
        <w:rPr>
          <w:b/>
        </w:rPr>
        <w:t xml:space="preserve">[17:07] </w:t>
      </w:r>
      <w:r>
        <w:t>bad dua'en choro, shikayatein choro,</w:t>
      </w:r>
    </w:p>
    <w:p>
      <w:pPr>
        <w:jc w:val="right"/>
      </w:pPr>
      <w:r>
        <w:t>بد دعائیں چھوڑو، شکایتیں چھوڑو،</w:t>
      </w:r>
    </w:p>
    <w:p>
      <w:r>
        <w:rPr>
          <w:b/>
        </w:rPr>
        <w:t xml:space="preserve">[17:10] </w:t>
      </w:r>
      <w:r>
        <w:t>ladai jhagde choro.</w:t>
      </w:r>
    </w:p>
    <w:p>
      <w:pPr>
        <w:jc w:val="right"/>
      </w:pPr>
      <w:r>
        <w:t>لڑائی جھگڑے چھوڑو۔</w:t>
      </w:r>
    </w:p>
    <w:p>
      <w:r>
        <w:rPr>
          <w:b/>
        </w:rPr>
        <w:t xml:space="preserve">[17:14] </w:t>
      </w:r>
      <w:r>
        <w:t>jihad ka naam par jo jagah jagah ladaiyan hain, us ko choro.</w:t>
      </w:r>
    </w:p>
    <w:p>
      <w:pPr>
        <w:jc w:val="right"/>
      </w:pPr>
      <w:r>
        <w:t>جہاد کا نام پر جو جگہ جگہ لڑائیاں ہیں، اس کو چھوڑو۔</w:t>
      </w:r>
    </w:p>
    <w:p>
      <w:r>
        <w:rPr>
          <w:b/>
        </w:rPr>
        <w:t xml:space="preserve">[17:18] </w:t>
      </w:r>
      <w:r>
        <w:t>ek hi kaam karo, albair, albair.</w:t>
      </w:r>
    </w:p>
    <w:p>
      <w:pPr>
        <w:jc w:val="right"/>
      </w:pPr>
      <w:r>
        <w:t>ایک ہی کام کرو، البیر، البیر۔</w:t>
      </w:r>
    </w:p>
    <w:p>
      <w:r>
        <w:rPr>
          <w:b/>
        </w:rPr>
        <w:t xml:space="preserve">[17:21] </w:t>
      </w:r>
      <w:r>
        <w:t>qayamat, qayamat, qayamat, qayamat.</w:t>
      </w:r>
    </w:p>
    <w:p>
      <w:pPr>
        <w:jc w:val="right"/>
      </w:pPr>
      <w:r>
        <w:t>قیامت، قیامت، قیامت، قیامت۔</w:t>
      </w:r>
    </w:p>
    <w:p>
      <w:r>
        <w:rPr>
          <w:b/>
        </w:rPr>
        <w:t xml:space="preserve">[17:25] </w:t>
      </w:r>
      <w:r>
        <w:t>woh waqt aa gaya hai.</w:t>
      </w:r>
    </w:p>
    <w:p>
      <w:pPr>
        <w:jc w:val="right"/>
      </w:pPr>
      <w:r>
        <w:t>وہ وقت آ گیا ہے۔</w:t>
      </w:r>
    </w:p>
    <w:p>
      <w:r>
        <w:rPr>
          <w:b/>
        </w:rPr>
        <w:t xml:space="preserve">[17:31] </w:t>
      </w:r>
      <w:r>
        <w:t>to sab se zaroori kaam yeh hai ke jo Allah ki kitaab hai, mein samajhta hoon ke sab</w:t>
      </w:r>
    </w:p>
    <w:p>
      <w:pPr>
        <w:jc w:val="right"/>
      </w:pPr>
      <w:r>
        <w:t>تو سب سے ضروری کام یہ ہے کہ جو اللہ کی کتاب ہے، میں سمجھتا ہوں کہ سب</w:t>
      </w:r>
    </w:p>
    <w:p>
      <w:r>
        <w:rPr>
          <w:b/>
        </w:rPr>
        <w:t xml:space="preserve">[17:35] </w:t>
      </w:r>
      <w:r>
        <w:t>se authentic cheez jo hai insaan ke liye ke Allah ki marzi kya hai, woh Quran hai.</w:t>
      </w:r>
    </w:p>
    <w:p>
      <w:pPr>
        <w:jc w:val="right"/>
      </w:pPr>
      <w:r>
        <w:t>سے اتھینٹک چیز جو ہے انسان کے لیے کہ اللہ کی مرضی کیا ہے، وہ قرآن ہے۔</w:t>
      </w:r>
    </w:p>
    <w:p>
      <w:r>
        <w:rPr>
          <w:b/>
        </w:rPr>
        <w:t xml:space="preserve">[17:41] </w:t>
      </w:r>
      <w:r>
        <w:t>kyunke woh preserved hai.</w:t>
      </w:r>
    </w:p>
    <w:p>
      <w:pPr>
        <w:jc w:val="right"/>
      </w:pPr>
      <w:r>
        <w:t>کیونکہ وہ پریزروڈ ہے۔</w:t>
      </w:r>
    </w:p>
    <w:p>
      <w:r>
        <w:rPr>
          <w:b/>
        </w:rPr>
        <w:t xml:space="preserve">[17:44] </w:t>
      </w:r>
      <w:r>
        <w:t>mein samajhta hoon ke is waqt sab se zaroori kaam yeh hai ke Quran ke transmission har zabaan</w:t>
      </w:r>
    </w:p>
    <w:p>
      <w:pPr>
        <w:jc w:val="right"/>
      </w:pPr>
      <w:r>
        <w:t>میں سمجھتا ہوں کہ اس وقت سب سے ضروری کام یہ ہے کہ قرآن کے ٹرانسمیشن ہر زبان</w:t>
      </w:r>
    </w:p>
    <w:p>
      <w:r>
        <w:rPr>
          <w:b/>
        </w:rPr>
        <w:t xml:space="preserve">[17:49] </w:t>
      </w:r>
      <w:r>
        <w:t>mein kiye jaayen aur saari duniya mein phaila diya jaaye.</w:t>
      </w:r>
    </w:p>
    <w:p>
      <w:pPr>
        <w:jc w:val="right"/>
      </w:pPr>
      <w:r>
        <w:t>میں کیے جائیں اور ساری دنیا میں پھیلا دیا جائے۔</w:t>
      </w:r>
    </w:p>
    <w:p>
      <w:r>
        <w:rPr>
          <w:b/>
        </w:rPr>
        <w:t xml:space="preserve">[17:53] </w:t>
      </w:r>
      <w:r>
        <w:t>kyunke Quran mein dekhiye, yeh hai</w:t>
      </w:r>
    </w:p>
    <w:p>
      <w:pPr>
        <w:jc w:val="right"/>
      </w:pPr>
      <w:r>
        <w:t>کیونکہ قرآن میں دیکھیے، یہ ہے</w:t>
      </w:r>
    </w:p>
    <w:p>
      <w:r>
        <w:rPr>
          <w:b/>
        </w:rPr>
        <w:t xml:space="preserve">[18:00] </w:t>
      </w:r>
      <w:r>
        <w:t>Allah ne jo nabi utaare, sab ke sab</w:t>
      </w:r>
    </w:p>
    <w:p>
      <w:pPr>
        <w:jc w:val="right"/>
      </w:pPr>
      <w:r>
        <w:t>اللہ نے جو نبی اتارے، سب کے سب</w:t>
      </w:r>
    </w:p>
    <w:p>
      <w:r>
        <w:rPr>
          <w:b/>
        </w:rPr>
        <w:t xml:space="preserve">[18:05] </w:t>
      </w:r>
      <w:r>
        <w:t>mad'u qaum ki zabaan mein thay.</w:t>
      </w:r>
    </w:p>
    <w:p>
      <w:pPr>
        <w:jc w:val="right"/>
      </w:pPr>
      <w:r>
        <w:t>مدعو قوم کی زبان میں تھے۔</w:t>
      </w:r>
    </w:p>
    <w:p>
      <w:r>
        <w:rPr>
          <w:b/>
        </w:rPr>
        <w:t xml:space="preserve">[18:08] </w:t>
      </w:r>
      <w:r>
        <w:t>to Allah ka kalaam jo hai, logon ki apni zabaan mein pahunchna chahiye.</w:t>
      </w:r>
    </w:p>
    <w:p>
      <w:pPr>
        <w:jc w:val="right"/>
      </w:pPr>
      <w:r>
        <w:t>تو اللہ کا کلام جو ہے، لوگوں کی اپنی زبان میں پہنچنا چاہیے۔</w:t>
      </w:r>
    </w:p>
    <w:p>
      <w:r>
        <w:rPr>
          <w:b/>
        </w:rPr>
        <w:t xml:space="preserve">[18:13] </w:t>
      </w:r>
      <w:r>
        <w:t>لوگوں کی understandable language میں۔</w:t>
      </w:r>
    </w:p>
    <w:p>
      <w:pPr>
        <w:jc w:val="right"/>
      </w:pPr>
      <w:r>
        <w:t>لوگوں کی انڈرسٹینڈ ایبل لینگویج میں۔</w:t>
      </w:r>
    </w:p>
    <w:p>
      <w:r>
        <w:rPr>
          <w:b/>
        </w:rPr>
        <w:t xml:space="preserve">[18:16] </w:t>
      </w:r>
      <w:r>
        <w:t>لوگوں کی جو understandable language ہے، اس میں پہنچنا چاہیے۔</w:t>
      </w:r>
    </w:p>
    <w:p>
      <w:pPr>
        <w:jc w:val="right"/>
      </w:pPr>
      <w:r>
        <w:t>لوگوں کی جو انڈرسٹینڈ ایبل لینگویج ہے، اس میں پہنچنا چاہیے۔</w:t>
      </w:r>
    </w:p>
    <w:p>
      <w:r>
        <w:rPr>
          <w:b/>
        </w:rPr>
        <w:t xml:space="preserve">[18:21] </w:t>
      </w:r>
      <w:r>
        <w:t>to sab se bada mission, sab se bada kaam, sab se badi duty yeh hai ke Quran ke</w:t>
      </w:r>
    </w:p>
    <w:p>
      <w:pPr>
        <w:jc w:val="right"/>
      </w:pPr>
      <w:r>
        <w:t>تو سب سے بڑا مشن، سب سے بڑا کام، سب سے بڑی ڈیوٹی یہ ہے کہ قرآن کے</w:t>
      </w:r>
    </w:p>
    <w:p>
      <w:r>
        <w:rPr>
          <w:b/>
        </w:rPr>
        <w:t xml:space="preserve">[18:28] </w:t>
      </w:r>
      <w:r>
        <w:t>tarjame bahut achhe andaaz mein, bahut hi umda language mein, bahut hi effective andaaz mein tayyar karke</w:t>
      </w:r>
    </w:p>
    <w:p>
      <w:pPr>
        <w:jc w:val="right"/>
      </w:pPr>
      <w:r>
        <w:t>ترجمے بہت اچھے انداز میں، بہت ہی عمدہ لینگویج میں، بہت ہی ایفیکٹیو انداز میں تیار کر کے</w:t>
      </w:r>
    </w:p>
    <w:p>
      <w:r>
        <w:rPr>
          <w:b/>
        </w:rPr>
        <w:t xml:space="preserve">[18:35] </w:t>
      </w:r>
      <w:r>
        <w:t>saari duniya mein phailaya jaaye.</w:t>
      </w:r>
    </w:p>
    <w:p>
      <w:pPr>
        <w:jc w:val="right"/>
      </w:pPr>
      <w:r>
        <w:t>ساری دنیا میں پھیلایا جائے۔</w:t>
      </w:r>
    </w:p>
    <w:p>
      <w:r>
        <w:rPr>
          <w:b/>
        </w:rPr>
        <w:t xml:space="preserve">[18:37] </w:t>
      </w:r>
      <w:r>
        <w:t>sab se bada kaam yeh hai.</w:t>
      </w:r>
    </w:p>
    <w:p>
      <w:pPr>
        <w:jc w:val="right"/>
      </w:pPr>
      <w:r>
        <w:t>سب سے بڑا کام یہ ہے۔</w:t>
      </w:r>
    </w:p>
    <w:p>
      <w:r>
        <w:rPr>
          <w:b/>
        </w:rPr>
        <w:t xml:space="preserve">[18:40] </w:t>
      </w:r>
      <w:r>
        <w:t>aur dekhiye, ek baat yeh samajh lijiye</w:t>
      </w:r>
    </w:p>
    <w:p>
      <w:pPr>
        <w:jc w:val="right"/>
      </w:pPr>
      <w:r>
        <w:t>اور دیکھیے، ایک بات یہ سمجھ لیجیے</w:t>
      </w:r>
    </w:p>
    <w:p>
      <w:r>
        <w:rPr>
          <w:b/>
        </w:rPr>
        <w:t xml:space="preserve">[18:45] </w:t>
      </w:r>
      <w:r>
        <w:t>ke aadmi kisi cheez ko mustahiq nahi padhta jab tak woh news mein na aa jaaye.</w:t>
      </w:r>
    </w:p>
    <w:p>
      <w:pPr>
        <w:jc w:val="right"/>
      </w:pPr>
      <w:r>
        <w:t>کہ آدمی کسی چیز کو مستحق نہیں پڑھتا جب تک وہ نیوز میں نہ آ جائے۔</w:t>
      </w:r>
    </w:p>
    <w:p>
      <w:r>
        <w:rPr>
          <w:b/>
        </w:rPr>
        <w:t xml:space="preserve">[18:49] </w:t>
      </w:r>
      <w:r>
        <w:t>news mein hum</w:t>
      </w:r>
    </w:p>
    <w:p>
      <w:pPr>
        <w:jc w:val="right"/>
      </w:pPr>
      <w:r>
        <w:t>نیوز میں ہم</w:t>
      </w:r>
    </w:p>
    <w:p>
      <w:r>
        <w:rPr>
          <w:b/>
        </w:rPr>
        <w:t xml:space="preserve">[18:54] </w:t>
      </w:r>
      <w:r>
        <w:t>hum ek kitaab tayyar karen, lekin woh news mein na aayi ho to kaun padhega is</w:t>
      </w:r>
    </w:p>
    <w:p>
      <w:pPr>
        <w:jc w:val="right"/>
      </w:pPr>
      <w:r>
        <w:t>ہم ایک کتاب تیار کریں، لیکن وہ نیوز نہ میں نہ آئی ہو تو کون پڑھے گا اس</w:t>
      </w:r>
    </w:p>
    <w:p>
      <w:r>
        <w:rPr>
          <w:b/>
        </w:rPr>
        <w:t xml:space="preserve">[18:58] </w:t>
      </w:r>
      <w:r>
        <w:t>ko? koi nahi padhega.</w:t>
      </w:r>
    </w:p>
    <w:p>
      <w:pPr>
        <w:jc w:val="right"/>
      </w:pPr>
      <w:r>
        <w:t>کو؟ کوئی نہیں پڑھے گا۔</w:t>
      </w:r>
    </w:p>
    <w:p>
      <w:r>
        <w:rPr>
          <w:b/>
        </w:rPr>
        <w:t xml:space="preserve">[19:00] </w:t>
      </w:r>
      <w:r>
        <w:t>is cheez ko news banana chahiye.</w:t>
      </w:r>
    </w:p>
    <w:p>
      <w:pPr>
        <w:jc w:val="right"/>
      </w:pPr>
      <w:r>
        <w:t>اس چیز کو نیوز بنانا چاہیے۔</w:t>
      </w:r>
    </w:p>
    <w:p>
      <w:r>
        <w:rPr>
          <w:b/>
        </w:rPr>
        <w:t xml:space="preserve">[19:03] </w:t>
      </w:r>
      <w:r>
        <w:t>tab woh padhega aadmi.</w:t>
      </w:r>
    </w:p>
    <w:p>
      <w:pPr>
        <w:jc w:val="right"/>
      </w:pPr>
      <w:r>
        <w:t>تب وہ پڑھے گا آدمی۔</w:t>
      </w:r>
    </w:p>
    <w:p>
      <w:r>
        <w:rPr>
          <w:b/>
        </w:rPr>
        <w:t xml:space="preserve">[19:09] </w:t>
      </w:r>
      <w:r>
        <w:t>to Allah taala ne aise halaat paida kiye ke Quran news mein aa gaya.</w:t>
      </w:r>
    </w:p>
    <w:p>
      <w:pPr>
        <w:jc w:val="right"/>
      </w:pPr>
      <w:r>
        <w:t>تو اللہ تعالیٰ نے ایسے حالات پیدا کیے کہ قرآن نیوز میں آ گیا۔</w:t>
      </w:r>
    </w:p>
    <w:p>
      <w:r>
        <w:rPr>
          <w:b/>
        </w:rPr>
        <w:t xml:space="preserve">[19:14] </w:t>
      </w:r>
      <w:r>
        <w:t>ab jahan dekhen Quran ka charcha hai, akhbaron mein, TV mein,</w:t>
      </w:r>
    </w:p>
    <w:p>
      <w:pPr>
        <w:jc w:val="right"/>
      </w:pPr>
      <w:r>
        <w:t>اب جہاں دیکھیں قرآن کا چرچا ہے، اخباروں میں، ٹی وی میں،</w:t>
      </w:r>
    </w:p>
    <w:p>
      <w:r>
        <w:rPr>
          <w:b/>
        </w:rPr>
        <w:t xml:space="preserve">[19:20] </w:t>
      </w:r>
      <w:r>
        <w:t>jalson mein, seminar mein, jahan dekhen Quran ka charcha hai.</w:t>
      </w:r>
    </w:p>
    <w:p>
      <w:pPr>
        <w:jc w:val="right"/>
      </w:pPr>
      <w:r>
        <w:t>جلسوں میں، سیمینار میں، جہاں دیکھیں قرآن کا چرچا ہے۔</w:t>
      </w:r>
    </w:p>
    <w:p>
      <w:r>
        <w:rPr>
          <w:b/>
        </w:rPr>
        <w:t xml:space="preserve">[19:24] </w:t>
      </w:r>
      <w:r>
        <w:t>kuch aise asbaab paida hue.</w:t>
      </w:r>
    </w:p>
    <w:p>
      <w:pPr>
        <w:jc w:val="right"/>
      </w:pPr>
      <w:r>
        <w:t>کچھ ایسے اسباب پیدا ہوئے۔</w:t>
      </w:r>
    </w:p>
    <w:p>
      <w:r>
        <w:rPr>
          <w:b/>
        </w:rPr>
        <w:t xml:space="preserve">[19:27] </w:t>
      </w:r>
      <w:r>
        <w:t>to allah ta'ala ki hikmat thi ke quran news mein aa jae.</w:t>
      </w:r>
    </w:p>
    <w:p>
      <w:pPr>
        <w:jc w:val="right"/>
      </w:pPr>
      <w:r>
        <w:t>تو اللہ تعالیٰ کی حکمت تھی کہ قرآن نیوز میں آ جائے۔</w:t>
      </w:r>
    </w:p>
    <w:p>
      <w:r>
        <w:rPr>
          <w:b/>
        </w:rPr>
        <w:t xml:space="preserve">[19:32] </w:t>
      </w:r>
      <w:r>
        <w:t>ab aap jahan jaate hain, kisi gathering mein, aap kehte hain ke yeh quran to bohat shauq se</w:t>
      </w:r>
    </w:p>
    <w:p>
      <w:pPr>
        <w:jc w:val="right"/>
      </w:pPr>
      <w:r>
        <w:t>اب آپ جہاں جاتے ہیں، کسی گیدرنگ میں، آپ کہتے ہیں کہ یہ قرآن تو بہت شوق سے</w:t>
      </w:r>
    </w:p>
    <w:p>
      <w:r>
        <w:rPr>
          <w:b/>
        </w:rPr>
        <w:t xml:space="preserve">[19:38] </w:t>
      </w:r>
      <w:r>
        <w:t>leta hai woh.</w:t>
      </w:r>
    </w:p>
    <w:p>
      <w:pPr>
        <w:jc w:val="right"/>
      </w:pPr>
      <w:r>
        <w:t>لیتا ہے وہ۔</w:t>
      </w:r>
    </w:p>
    <w:p>
      <w:r>
        <w:rPr>
          <w:b/>
        </w:rPr>
        <w:t xml:space="preserve">[19:40] </w:t>
      </w:r>
      <w:r>
        <w:t>aap kisi aur kitab ka naam len, jo hum ne aur aap ne likhi ho, to woh kahe</w:t>
      </w:r>
    </w:p>
    <w:p>
      <w:pPr>
        <w:jc w:val="right"/>
      </w:pPr>
      <w:r>
        <w:t>آپ کسی اور کتاب کا نام لیں، جو ہم نے اور آپ نے لکھی ہو، تو وہ کہے</w:t>
      </w:r>
    </w:p>
    <w:p>
      <w:r>
        <w:rPr>
          <w:b/>
        </w:rPr>
        <w:t xml:space="preserve">[19:46] </w:t>
      </w:r>
      <w:r>
        <w:t>ga ke kya cheez, hum to jante nahin kya cheez thi? woh pooche ga bhai kya cheez thi?</w:t>
      </w:r>
    </w:p>
    <w:p>
      <w:pPr>
        <w:jc w:val="right"/>
      </w:pPr>
      <w:r>
        <w:t>گا کہ کیا چیز، ہم تو جانتے نہیں کیا چیز تھی؟ وہ پوچھے گا بھئی کیا چیز تھی؟</w:t>
      </w:r>
    </w:p>
    <w:p>
      <w:r>
        <w:rPr>
          <w:b/>
        </w:rPr>
        <w:t xml:space="preserve">[19:50] </w:t>
      </w:r>
      <w:r>
        <w:t>kis language mein hai? kya hai? lekin jaise aap naam lete hain quran ka, foran woh lafz ko</w:t>
      </w:r>
    </w:p>
    <w:p>
      <w:pPr>
        <w:jc w:val="right"/>
      </w:pPr>
      <w:r>
        <w:t>کس لینگویج میں ہے؟ کیا ہے؟ لیکن جیسے آپ نام لیتے ہیں قرآن کا، فوراً وہ لفظ کو</w:t>
      </w:r>
    </w:p>
    <w:p>
      <w:r>
        <w:rPr>
          <w:b/>
        </w:rPr>
        <w:t xml:space="preserve">[19:55] </w:t>
      </w:r>
      <w:r>
        <w:t>sun leta hai.</w:t>
      </w:r>
    </w:p>
    <w:p>
      <w:pPr>
        <w:jc w:val="right"/>
      </w:pPr>
      <w:r>
        <w:t>سن لیتا ہے۔</w:t>
      </w:r>
    </w:p>
    <w:p>
      <w:r>
        <w:rPr>
          <w:b/>
        </w:rPr>
        <w:t xml:space="preserve">[19:56] </w:t>
      </w:r>
      <w:r>
        <w:t>kyunke quran az in da news.</w:t>
      </w:r>
    </w:p>
    <w:p>
      <w:pPr>
        <w:jc w:val="right"/>
      </w:pPr>
      <w:r>
        <w:t>کیونکہ قرآن از ان دا نیوز۔</w:t>
      </w:r>
    </w:p>
    <w:p>
      <w:r>
        <w:rPr>
          <w:b/>
        </w:rPr>
        <w:t xml:space="preserve">[20:02] </w:t>
      </w:r>
      <w:r>
        <w:t>yeh hamare liye allah ta'ala ne bohat si cheezein paida kaen.</w:t>
      </w:r>
    </w:p>
    <w:p>
      <w:pPr>
        <w:jc w:val="right"/>
      </w:pPr>
      <w:r>
        <w:t>یہ ہمارے لیے اللہ تعالیٰ نے بہت سی چیزیں پیدا کیں۔</w:t>
      </w:r>
    </w:p>
    <w:p>
      <w:r>
        <w:rPr>
          <w:b/>
        </w:rPr>
        <w:t xml:space="preserve">[20:05] </w:t>
      </w:r>
      <w:r>
        <w:t>mislan kaghaz paida kiya, printing press paida kiya, communication paida kiya, geography dunya bhar ki maloom ho gai.</w:t>
      </w:r>
    </w:p>
    <w:p>
      <w:pPr>
        <w:jc w:val="right"/>
      </w:pPr>
      <w:r>
        <w:t>مثلاً کاغذ پیدا کیا، پرنٹنگ پریس پیدا کیا، کمیونیکیشن پیدا کیا، جیوگرافی دنیا بھر کی معلوم ہو گئی۔</w:t>
      </w:r>
    </w:p>
    <w:p>
      <w:r>
        <w:rPr>
          <w:b/>
        </w:rPr>
        <w:t xml:space="preserve">[20:15] </w:t>
      </w:r>
      <w:r>
        <w:t>yeh mumkin hoga ghar ghar pahunchaya jae is ko.</w:t>
      </w:r>
    </w:p>
    <w:p>
      <w:pPr>
        <w:jc w:val="right"/>
      </w:pPr>
      <w:r>
        <w:t>یہ ممکن ہوگا گھر گھر پہنچایا جائے اس کو۔</w:t>
      </w:r>
    </w:p>
    <w:p>
      <w:r>
        <w:rPr>
          <w:b/>
        </w:rPr>
        <w:t xml:space="preserve">[20:19] </w:t>
      </w:r>
      <w:r>
        <w:t>mazeed yeh ke ab to printing press ka zamana bhi, is se bhi aage baat pahunch gai.</w:t>
      </w:r>
    </w:p>
    <w:p>
      <w:pPr>
        <w:jc w:val="right"/>
      </w:pPr>
      <w:r>
        <w:t>مزید یہ کہ اب تو پرنٹنگ پریس کا زمانہ بھی، اس سے بھی آگے بات پہنچ گئی۔</w:t>
      </w:r>
    </w:p>
    <w:p>
      <w:r>
        <w:rPr>
          <w:b/>
        </w:rPr>
        <w:t xml:space="preserve">[20:23] </w:t>
      </w:r>
      <w:r>
        <w:t>aaj jo aap ke paas smart phone hota hai, usi mein sari sab kuch maujood hai.</w:t>
      </w:r>
    </w:p>
    <w:p>
      <w:pPr>
        <w:jc w:val="right"/>
      </w:pPr>
      <w:r>
        <w:t>آج جو آپ کے پاس اسمارٹ فون ہوتا ہے، اسی میں ساری سب کچھ موجود ہے۔</w:t>
      </w:r>
    </w:p>
    <w:p>
      <w:r>
        <w:rPr>
          <w:b/>
        </w:rPr>
        <w:t xml:space="preserve">[20:28] </w:t>
      </w:r>
      <w:r>
        <w:t>aap ki jeeb mein.</w:t>
      </w:r>
    </w:p>
    <w:p>
      <w:pPr>
        <w:jc w:val="right"/>
      </w:pPr>
      <w:r>
        <w:t>آپ کی جیب میں۔</w:t>
      </w:r>
    </w:p>
    <w:p>
      <w:r>
        <w:rPr>
          <w:b/>
        </w:rPr>
        <w:t xml:space="preserve">[20:31] </w:t>
      </w:r>
      <w:r>
        <w:t>to ek taraf allah ta'ala ne quran ko mehfooz kiya, is ko preserve kiya, aur us ke baad</w:t>
      </w:r>
    </w:p>
    <w:p>
      <w:pPr>
        <w:jc w:val="right"/>
      </w:pPr>
      <w:r>
        <w:t>تو ایک طرف اللہ تعالیٰ نے قرآن کو محفوظ کیا، اس کو پریزرو کیا، اور اس کے بعد</w:t>
      </w:r>
    </w:p>
    <w:p>
      <w:r>
        <w:rPr>
          <w:b/>
        </w:rPr>
        <w:t xml:space="preserve">[20:37] </w:t>
      </w:r>
      <w:r>
        <w:t>quran ko news mein laya allah ta'ala.</w:t>
      </w:r>
    </w:p>
    <w:p>
      <w:pPr>
        <w:jc w:val="right"/>
      </w:pPr>
      <w:r>
        <w:t>قرآن کو نیوز میں لایا اللہ تعالیٰ۔</w:t>
      </w:r>
    </w:p>
    <w:p>
      <w:r>
        <w:rPr>
          <w:b/>
        </w:rPr>
        <w:t xml:space="preserve">[20:41] </w:t>
      </w:r>
      <w:r>
        <w:t>aur phir yeh sab sadan paida kae.</w:t>
      </w:r>
    </w:p>
    <w:p>
      <w:pPr>
        <w:jc w:val="right"/>
      </w:pPr>
      <w:r>
        <w:t>اور پھر یہ سب سادن پیدا کیے۔</w:t>
      </w:r>
    </w:p>
    <w:p>
      <w:r>
        <w:rPr>
          <w:b/>
        </w:rPr>
        <w:t xml:space="preserve">[20:45] </w:t>
      </w:r>
      <w:r>
        <w:t>to ab to main samajhta hoon ke jo log bad duaen karte hain, woh to haram hai, haram.</w:t>
      </w:r>
    </w:p>
    <w:p>
      <w:pPr>
        <w:jc w:val="right"/>
      </w:pPr>
      <w:r>
        <w:t>تو اب تو میں سمجھتا ہوں کہ جو لوگ بد دعائیں کرتے ہیں، وہ تو حرام ہے، حرام۔</w:t>
      </w:r>
    </w:p>
    <w:p>
      <w:r>
        <w:rPr>
          <w:b/>
        </w:rPr>
        <w:t xml:space="preserve">[20:50] </w:t>
      </w:r>
      <w:r>
        <w:t>bad dua kyun karte ho?</w:t>
      </w:r>
    </w:p>
    <w:p>
      <w:pPr>
        <w:jc w:val="right"/>
      </w:pPr>
      <w:r>
        <w:t>بد دعا کیوں کرتے ہو؟</w:t>
      </w:r>
    </w:p>
    <w:p>
      <w:r>
        <w:rPr>
          <w:b/>
        </w:rPr>
        <w:t xml:space="preserve">[20:52] </w:t>
      </w:r>
      <w:r>
        <w:t>un ko quran pahunchao, un ko allah ki baat pahunchao.</w:t>
      </w:r>
    </w:p>
    <w:p>
      <w:pPr>
        <w:jc w:val="right"/>
      </w:pPr>
      <w:r>
        <w:t>ان کو قرآن پہنچاؤ، ان کو اللہ کی بات پہنچاؤ۔</w:t>
      </w:r>
    </w:p>
    <w:p>
      <w:r>
        <w:rPr>
          <w:b/>
        </w:rPr>
        <w:t xml:space="preserve">[20:59] </w:t>
      </w:r>
      <w:r>
        <w:t>un ko baat pahunchao.</w:t>
      </w:r>
    </w:p>
    <w:p>
      <w:pPr>
        <w:jc w:val="right"/>
      </w:pPr>
      <w:r>
        <w:t>ان کو بات پہنچاؤ۔</w:t>
      </w:r>
    </w:p>
    <w:p>
      <w:r>
        <w:rPr>
          <w:b/>
        </w:rPr>
        <w:t xml:space="preserve">[21:01] </w:t>
      </w:r>
      <w:r>
        <w:t>yani jab insan ka qafila girne wala hai kunwein mein, to al-bir kehne ka mauqa hai, al-bir aur</w:t>
      </w:r>
    </w:p>
    <w:p>
      <w:pPr>
        <w:jc w:val="right"/>
      </w:pPr>
      <w:r>
        <w:t>یعنی جب انسان کا قافلہ گرنے والا ہے کنویں میں، تو البیر کہنے کا موقع ہے، البیر اور</w:t>
      </w:r>
    </w:p>
    <w:p>
      <w:r>
        <w:rPr>
          <w:b/>
        </w:rPr>
        <w:t xml:space="preserve">[21:07] </w:t>
      </w:r>
      <w:r>
        <w:t>koi baat nahin kehne ka mauqa hai.</w:t>
      </w:r>
    </w:p>
    <w:p>
      <w:pPr>
        <w:jc w:val="right"/>
      </w:pPr>
      <w:r>
        <w:t>کوئی بات نہیں کہنے کا موقع ہے۔</w:t>
      </w:r>
    </w:p>
    <w:p>
      <w:r>
        <w:rPr>
          <w:b/>
        </w:rPr>
        <w:t xml:space="preserve">[21:09] </w:t>
      </w:r>
      <w:r>
        <w:t>sab bhula dijiye sab kuch.</w:t>
      </w:r>
    </w:p>
    <w:p>
      <w:pPr>
        <w:jc w:val="right"/>
      </w:pPr>
      <w:r>
        <w:t>سب بھلا دیجیے سب کچھ۔</w:t>
      </w:r>
    </w:p>
    <w:p>
      <w:r>
        <w:rPr>
          <w:b/>
        </w:rPr>
        <w:t xml:space="preserve">[21:15] </w:t>
      </w:r>
      <w:r>
        <w:t>yani poora insan ka qafila jo hai, woh garhe mein girne wala hai.</w:t>
      </w:r>
    </w:p>
    <w:p>
      <w:pPr>
        <w:jc w:val="right"/>
      </w:pPr>
      <w:r>
        <w:t>یعنی پورا انسان کا قافلہ جو ہے، وہ گڑھے میں گرنے والا ہے۔</w:t>
      </w:r>
    </w:p>
    <w:p>
      <w:r>
        <w:rPr>
          <w:b/>
        </w:rPr>
        <w:t xml:space="preserve">[21:19] </w:t>
      </w:r>
      <w:r>
        <w:t>aur aap doosri doosri baatein chheede hue hain.</w:t>
      </w:r>
    </w:p>
    <w:p>
      <w:pPr>
        <w:jc w:val="right"/>
      </w:pPr>
      <w:r>
        <w:t>اور آپ دوسری دوسری باتیں چھیڑے ہوئے ہیں۔</w:t>
      </w:r>
    </w:p>
    <w:p>
      <w:r>
        <w:rPr>
          <w:b/>
        </w:rPr>
        <w:t xml:space="preserve">[21:22] </w:t>
      </w:r>
      <w:r>
        <w:t>apni complaint chheede hue hain, bad duaayein kar rahe hain, political hungaame jaari kiye hue hain, jihad ke</w:t>
      </w:r>
    </w:p>
    <w:p>
      <w:pPr>
        <w:jc w:val="right"/>
      </w:pPr>
      <w:r>
        <w:t>اپنی کمپلینٹ چھیڑے ہوئے ہیں، بد دعائیں کر رہے ہیں، پولیٹیکل ہنگامے جاری کیے ہوئے ہیں، جہاد کے</w:t>
      </w:r>
    </w:p>
    <w:p>
      <w:r>
        <w:rPr>
          <w:b/>
        </w:rPr>
        <w:t xml:space="preserve">[21:28] </w:t>
      </w:r>
      <w:r>
        <w:t>naam par ladaiyan karte hain.</w:t>
      </w:r>
    </w:p>
    <w:p>
      <w:pPr>
        <w:jc w:val="right"/>
      </w:pPr>
      <w:r>
        <w:t>نام پر لڑائیاں کرتے ہیں۔</w:t>
      </w:r>
    </w:p>
    <w:p>
      <w:r>
        <w:rPr>
          <w:b/>
        </w:rPr>
        <w:t xml:space="preserve">[21:30] </w:t>
      </w:r>
      <w:r>
        <w:t>is ka mauqa kahan hai?</w:t>
      </w:r>
    </w:p>
    <w:p>
      <w:pPr>
        <w:jc w:val="right"/>
      </w:pPr>
      <w:r>
        <w:t>اس کا موقع کہاں ہے؟</w:t>
      </w:r>
    </w:p>
    <w:p>
      <w:r>
        <w:rPr>
          <w:b/>
        </w:rPr>
        <w:t xml:space="preserve">[21:33] </w:t>
      </w:r>
      <w:r>
        <w:t>hamare jab mein rehta tha purane dilli mein, ek qissa mujhe yaad hai.</w:t>
      </w:r>
    </w:p>
    <w:p>
      <w:pPr>
        <w:jc w:val="right"/>
      </w:pPr>
      <w:r>
        <w:t>ہمارے جب میں رہتا تھا پرانے دلی میں، ایک قصہ مجھے یاد ہے۔</w:t>
      </w:r>
    </w:p>
    <w:p>
      <w:r>
        <w:rPr>
          <w:b/>
        </w:rPr>
        <w:t xml:space="preserve">[21:39] </w:t>
      </w:r>
      <w:r>
        <w:t>ek naujawan ko</w:t>
      </w:r>
    </w:p>
    <w:p>
      <w:pPr>
        <w:jc w:val="right"/>
      </w:pPr>
      <w:r>
        <w:t>ایک نوجوان کو</w:t>
      </w:r>
    </w:p>
    <w:p>
      <w:r>
        <w:rPr>
          <w:b/>
        </w:rPr>
        <w:t xml:space="preserve">[21:42] </w:t>
      </w:r>
      <w:r>
        <w:t>invitation aaya wahan se bombay se.</w:t>
      </w:r>
    </w:p>
    <w:p>
      <w:pPr>
        <w:jc w:val="right"/>
      </w:pPr>
      <w:r>
        <w:t>انویٹیشن آیا وہاں سے بمبئی سے۔</w:t>
      </w:r>
    </w:p>
    <w:p>
      <w:r>
        <w:rPr>
          <w:b/>
        </w:rPr>
        <w:t xml:space="preserve">[21:47] </w:t>
      </w:r>
      <w:r>
        <w:t>wahan par ek job tha, us job ke liye logon ne bulaya tha interview ke liye mukhtalif naujawanon</w:t>
      </w:r>
    </w:p>
    <w:p>
      <w:pPr>
        <w:jc w:val="right"/>
      </w:pPr>
      <w:r>
        <w:t>وہاں پر ایک جاب تھا، اس جاب کے لیے لوگوں نے بلایا تھا انٹرویو کے لیے مختلف نوجوانوں</w:t>
      </w:r>
    </w:p>
    <w:p>
      <w:r>
        <w:rPr>
          <w:b/>
        </w:rPr>
        <w:t xml:space="preserve">[21:53] </w:t>
      </w:r>
      <w:r>
        <w:t>ko. is interview ke liye woh wahan par ja raha tha.</w:t>
      </w:r>
    </w:p>
    <w:p>
      <w:pPr>
        <w:jc w:val="right"/>
      </w:pPr>
      <w:r>
        <w:t>کو۔ اس انٹرویو کے لیے وہ وہاں پر جا رہا تھا۔</w:t>
      </w:r>
    </w:p>
    <w:p>
      <w:r>
        <w:rPr>
          <w:b/>
        </w:rPr>
        <w:t xml:space="preserve">[21:58] </w:t>
      </w:r>
      <w:r>
        <w:t>toh woh rickshaw par baitha taake rail se jaana tha, us ko train pakadna tha, us ko phir</w:t>
      </w:r>
    </w:p>
    <w:p>
      <w:pPr>
        <w:jc w:val="right"/>
      </w:pPr>
      <w:r>
        <w:t>تو وہ رکشے پر بیٹھا تاکہ ریل سے جانا تھا، اس کو ٹرین پکڑنا تھا، اس کو پھر</w:t>
      </w:r>
    </w:p>
    <w:p>
      <w:r>
        <w:rPr>
          <w:b/>
        </w:rPr>
        <w:t xml:space="preserve">[22:05] </w:t>
      </w:r>
      <w:r>
        <w:t>bombay pahunchna tha aur interview dena tha aur job dena tha.</w:t>
      </w:r>
    </w:p>
    <w:p>
      <w:pPr>
        <w:jc w:val="right"/>
      </w:pPr>
      <w:r>
        <w:t>بمبئی پہنچنا تھا اور انٹرویو دینا تھا اور جاب دینا تھا۔</w:t>
      </w:r>
    </w:p>
    <w:p>
      <w:r>
        <w:rPr>
          <w:b/>
        </w:rPr>
        <w:t xml:space="preserve">[22:11] </w:t>
      </w:r>
      <w:r>
        <w:t>toh aisa hua ke us ke saath us ka ek dost us ko see off karne ke liye</w:t>
      </w:r>
    </w:p>
    <w:p>
      <w:pPr>
        <w:jc w:val="right"/>
      </w:pPr>
      <w:r>
        <w:t>تو ایسا ہوا کہ اس کے ساتھ اس کا ایک دوست اس کو سی آف کرنے کے لیے</w:t>
      </w:r>
    </w:p>
    <w:p>
      <w:r>
        <w:rPr>
          <w:b/>
        </w:rPr>
        <w:t xml:space="preserve">[22:17] </w:t>
      </w:r>
      <w:r>
        <w:t>baith gaya ke main bhi chalta hoon.</w:t>
      </w:r>
    </w:p>
    <w:p>
      <w:pPr>
        <w:jc w:val="right"/>
      </w:pPr>
      <w:r>
        <w:t>بیٹھ گیا کہ میں بھی چلتا ہوں۔</w:t>
      </w:r>
    </w:p>
    <w:p>
      <w:r>
        <w:rPr>
          <w:b/>
        </w:rPr>
        <w:t xml:space="preserve">[22:20] </w:t>
      </w:r>
      <w:r>
        <w:t>toh abhi purane dilli ke jo mohalle hote hain, bahut hi zyada ladke hote hain, sharir qism ke.</w:t>
      </w:r>
    </w:p>
    <w:p>
      <w:pPr>
        <w:jc w:val="right"/>
      </w:pPr>
      <w:r>
        <w:t>تو ابھی پرانے دلی کے جو محلے ہوتے ہیں، بہت ہی زیادہ لڑکے ہوتے ہیں، شریر قسم کے۔</w:t>
      </w:r>
    </w:p>
    <w:p>
      <w:r>
        <w:rPr>
          <w:b/>
        </w:rPr>
        <w:t xml:space="preserve">[22:27] </w:t>
      </w:r>
      <w:r>
        <w:t>toh ek ladka</w:t>
      </w:r>
    </w:p>
    <w:p>
      <w:pPr>
        <w:jc w:val="right"/>
      </w:pPr>
      <w:r>
        <w:t>تو ایک لڑکا</w:t>
      </w:r>
    </w:p>
    <w:p>
      <w:r>
        <w:rPr>
          <w:b/>
        </w:rPr>
        <w:t xml:space="preserve">[22:30] </w:t>
      </w:r>
      <w:r>
        <w:t>rickshaw ke peeche latak gaya, us ke peeche.</w:t>
      </w:r>
    </w:p>
    <w:p>
      <w:pPr>
        <w:jc w:val="right"/>
      </w:pPr>
      <w:r>
        <w:t>رکشے کے پیچھے لٹک گیا، اس کے پیچھے۔</w:t>
      </w:r>
    </w:p>
    <w:p>
      <w:r>
        <w:rPr>
          <w:b/>
        </w:rPr>
        <w:t xml:space="preserve">[22:34] </w:t>
      </w:r>
      <w:r>
        <w:t>aise shararat karte hain ladke,</w:t>
      </w:r>
    </w:p>
    <w:p>
      <w:pPr>
        <w:jc w:val="right"/>
      </w:pPr>
      <w:r>
        <w:t>ایسے شرارت کرتے ہیں لڑکے،</w:t>
      </w:r>
    </w:p>
    <w:p>
      <w:r>
        <w:rPr>
          <w:b/>
        </w:rPr>
        <w:t xml:space="preserve">[22:36] </w:t>
      </w:r>
      <w:r>
        <w:t>peeche latak jaate hain.</w:t>
      </w:r>
    </w:p>
    <w:p>
      <w:pPr>
        <w:jc w:val="right"/>
      </w:pPr>
      <w:r>
        <w:t>پیچھے لٹک جاتے ہیں۔</w:t>
      </w:r>
    </w:p>
    <w:p>
      <w:r>
        <w:rPr>
          <w:b/>
        </w:rPr>
        <w:t xml:space="preserve">[22:39] </w:t>
      </w:r>
      <w:r>
        <w:t>toh un ke saathi ne rickshaw wale se kaha ke khada karo, roko, hum is ko maarenge</w:t>
      </w:r>
    </w:p>
    <w:p>
      <w:pPr>
        <w:jc w:val="right"/>
      </w:pPr>
      <w:r>
        <w:t>تو ان کے ساتھی نے رکشے والے سے کہا کہ کھڑا کرو، روکو، ہم اس کو ماریں گے</w:t>
      </w:r>
    </w:p>
    <w:p>
      <w:r>
        <w:rPr>
          <w:b/>
        </w:rPr>
        <w:t xml:space="preserve">[22:44] </w:t>
      </w:r>
      <w:r>
        <w:t>pakad kar. yaani rickshaw jo chala raha tha, us ne kaha ke roko, hum is ko pakad kar</w:t>
      </w:r>
    </w:p>
    <w:p>
      <w:pPr>
        <w:jc w:val="right"/>
      </w:pPr>
      <w:r>
        <w:t>پکڑ کر۔ یعنی رکشہ جو چلا رہا تھا، اس نے کہا کہ روکو، ہم اس کو پکڑ کر</w:t>
      </w:r>
    </w:p>
    <w:p>
      <w:r>
        <w:rPr>
          <w:b/>
        </w:rPr>
        <w:t xml:space="preserve">[22:53] </w:t>
      </w:r>
      <w:r>
        <w:t>maar rahe hain aaj ladke ko.</w:t>
      </w:r>
    </w:p>
    <w:p>
      <w:pPr>
        <w:jc w:val="right"/>
      </w:pPr>
      <w:r>
        <w:t>مار رہے ہیں آج لڑکے کو۔</w:t>
      </w:r>
    </w:p>
    <w:p>
      <w:r>
        <w:rPr>
          <w:b/>
        </w:rPr>
        <w:t xml:space="preserve">[22:56] </w:t>
      </w:r>
      <w:r>
        <w:t>toh us ka jo aadmi ja raha tha interview dene ke liye, us ne rok diya us ko.</w:t>
      </w:r>
    </w:p>
    <w:p>
      <w:pPr>
        <w:jc w:val="right"/>
      </w:pPr>
      <w:r>
        <w:t>تو اس کا جو آدمی جا رہا تھا انٹرویو دینے کے لیے، اس نے روک دیا اس کو۔</w:t>
      </w:r>
    </w:p>
    <w:p>
      <w:r>
        <w:rPr>
          <w:b/>
        </w:rPr>
        <w:t xml:space="preserve">[23:02] </w:t>
      </w:r>
      <w:r>
        <w:t>ke nahin chalao, chalo aage chalo.</w:t>
      </w:r>
    </w:p>
    <w:p>
      <w:pPr>
        <w:jc w:val="right"/>
      </w:pPr>
      <w:r>
        <w:t>کہ نہیں چلاؤ، چلو آگے چلو۔</w:t>
      </w:r>
    </w:p>
    <w:p>
      <w:r>
        <w:rPr>
          <w:b/>
        </w:rPr>
        <w:t xml:space="preserve">[23:04] </w:t>
      </w:r>
      <w:r>
        <w:t>us ne kaha, us waqt us ne kaha tha, hamara time kahan hai?</w:t>
      </w:r>
    </w:p>
    <w:p>
      <w:pPr>
        <w:jc w:val="right"/>
      </w:pPr>
      <w:r>
        <w:t>اس نے کہا، اس وقت اس نے کہا تھا، ہمارا ٹائم کہاں ہے؟</w:t>
      </w:r>
    </w:p>
    <w:p>
      <w:r>
        <w:rPr>
          <w:b/>
        </w:rPr>
        <w:t xml:space="preserve">[23:09] </w:t>
      </w:r>
      <w:r>
        <w:t>jo interview dene ja raha tha, us ne kaha, hamara time kahan hai?</w:t>
      </w:r>
    </w:p>
    <w:p>
      <w:pPr>
        <w:jc w:val="right"/>
      </w:pPr>
      <w:r>
        <w:t>جو انٹرویو دینے جا رہا تھا، اس نے کہا، ہمارا ٹائم کہاں ہے؟</w:t>
      </w:r>
    </w:p>
    <w:p>
      <w:r>
        <w:rPr>
          <w:b/>
        </w:rPr>
        <w:t xml:space="preserve">[23:13] </w:t>
      </w:r>
      <w:r>
        <w:t>is waqt hum, hum mein se har shakhs ko yahi isi tarah sochna hai ke hamara time kahan</w:t>
      </w:r>
    </w:p>
    <w:p>
      <w:pPr>
        <w:jc w:val="right"/>
      </w:pPr>
      <w:r>
        <w:t>اس وقت ہم، ہم میں سے ہر شخص کو یہی اسی طرح سوچنا ہے کہ ہمارا ٹائم کہاں</w:t>
      </w:r>
    </w:p>
    <w:p>
      <w:r>
        <w:rPr>
          <w:b/>
        </w:rPr>
        <w:t xml:space="preserve">[23:18] </w:t>
      </w:r>
      <w:r>
        <w:t>hai? kisi aur kaam ka.</w:t>
      </w:r>
    </w:p>
    <w:p>
      <w:pPr>
        <w:jc w:val="right"/>
      </w:pPr>
      <w:r>
        <w:t>ہے؟ کسی اور کام کا۔</w:t>
      </w:r>
    </w:p>
    <w:p>
      <w:r>
        <w:rPr>
          <w:b/>
        </w:rPr>
        <w:t xml:space="preserve">[23:21] </w:t>
      </w:r>
      <w:r>
        <w:t>kisi kaam ka time nahi hai.</w:t>
      </w:r>
    </w:p>
    <w:p>
      <w:pPr>
        <w:jc w:val="right"/>
      </w:pPr>
      <w:r>
        <w:t>کسی کام کا ٹائم نہیں ہے۔</w:t>
      </w:r>
    </w:p>
    <w:p>
      <w:r>
        <w:rPr>
          <w:b/>
        </w:rPr>
        <w:t xml:space="preserve">[23:23] </w:t>
      </w:r>
      <w:r>
        <w:t>ab to bas albir, albir kehne ka waqt hai.</w:t>
      </w:r>
    </w:p>
    <w:p>
      <w:pPr>
        <w:jc w:val="right"/>
      </w:pPr>
      <w:r>
        <w:t>اب تو بس البیر، البیر کہنے کا وقت ہے۔</w:t>
      </w:r>
    </w:p>
    <w:p>
      <w:r>
        <w:rPr>
          <w:b/>
        </w:rPr>
        <w:t xml:space="preserve">[23:27] </w:t>
      </w:r>
      <w:r>
        <w:t>kya hai insan?</w:t>
      </w:r>
    </w:p>
    <w:p>
      <w:pPr>
        <w:jc w:val="right"/>
      </w:pPr>
      <w:r>
        <w:t>کیا ہے انسان؟</w:t>
      </w:r>
    </w:p>
    <w:p>
      <w:r>
        <w:rPr>
          <w:b/>
        </w:rPr>
        <w:t xml:space="preserve">[23:29] </w:t>
      </w:r>
      <w:r>
        <w:t>qayamat qareeb aa gayi.</w:t>
      </w:r>
    </w:p>
    <w:p>
      <w:pPr>
        <w:jc w:val="right"/>
      </w:pPr>
      <w:r>
        <w:t>قیامت قریب آ گئی۔</w:t>
      </w:r>
    </w:p>
    <w:p>
      <w:r>
        <w:rPr>
          <w:b/>
        </w:rPr>
        <w:t xml:space="preserve">[23:31] </w:t>
      </w:r>
      <w:r>
        <w:t>ae insan, Allah ki baat kya, is ko</w:t>
      </w:r>
    </w:p>
    <w:p>
      <w:pPr>
        <w:jc w:val="right"/>
      </w:pPr>
      <w:r>
        <w:t>اے انسان، اللہ کی بات کیا، اس کو</w:t>
      </w:r>
    </w:p>
    <w:p>
      <w:r>
        <w:rPr>
          <w:b/>
        </w:rPr>
        <w:t xml:space="preserve">[23:35] </w:t>
      </w:r>
      <w:r>
        <w:t>samajh, kya Allah ki marzi hai, is ko jaan, Allah ki kitab ko parh.</w:t>
      </w:r>
    </w:p>
    <w:p>
      <w:pPr>
        <w:jc w:val="right"/>
      </w:pPr>
      <w:r>
        <w:t>سمجھ، کیا اللہ کی مرضی ہے، اس کو جان، اللہ کی کتاب کو پڑھ۔</w:t>
      </w:r>
    </w:p>
    <w:p>
      <w:r>
        <w:rPr>
          <w:b/>
        </w:rPr>
        <w:t xml:space="preserve">[23:41] </w:t>
      </w:r>
      <w:r>
        <w:t>koi doosre doosre</w:t>
      </w:r>
    </w:p>
    <w:p>
      <w:pPr>
        <w:jc w:val="right"/>
      </w:pPr>
      <w:r>
        <w:t>کوئی دوسرے دوسرے</w:t>
      </w:r>
    </w:p>
    <w:p>
      <w:r>
        <w:rPr>
          <w:b/>
        </w:rPr>
        <w:t xml:space="preserve">[23:44] </w:t>
      </w:r>
      <w:r>
        <w:t>activities ka waqt hi nahi raha.</w:t>
      </w:r>
    </w:p>
    <w:p>
      <w:pPr>
        <w:jc w:val="right"/>
      </w:pPr>
      <w:r>
        <w:t>ایکٹیویٹیز کا وقت ہی نہیں رہا۔</w:t>
      </w:r>
    </w:p>
    <w:p>
      <w:r>
        <w:rPr>
          <w:b/>
        </w:rPr>
        <w:t xml:space="preserve">[23:48] </w:t>
      </w:r>
      <w:r>
        <w:t>saare jo asaar hain bata rahe hain ke ab woh zyada der tak yeh duniya mein nahi reh</w:t>
      </w:r>
    </w:p>
    <w:p>
      <w:pPr>
        <w:jc w:val="right"/>
      </w:pPr>
      <w:r>
        <w:t>سارے جو آثار ہیں بتا رہے ہیں کہ اب وہ زیادہ دیر تک یہ دنیا میں نہیں رہ</w:t>
      </w:r>
    </w:p>
    <w:p>
      <w:r>
        <w:rPr>
          <w:b/>
        </w:rPr>
        <w:t xml:space="preserve">[23:52] </w:t>
      </w:r>
      <w:r>
        <w:t>rahi. Stephen Hawking ne to keh diya ke thirty years, bas thirty years ke baad yeh duniya habitable</w:t>
      </w:r>
    </w:p>
    <w:p>
      <w:pPr>
        <w:jc w:val="right"/>
      </w:pPr>
      <w:r>
        <w:t>رہی۔ اسٹیفن ہاکنگ نے تو کہہ دیا کہ تھرٹی ایئرز، بس تھرٹی ایئرز کے بعد یہ دنیا ہیبیٹیبل</w:t>
      </w:r>
    </w:p>
    <w:p>
      <w:r>
        <w:rPr>
          <w:b/>
        </w:rPr>
        <w:t xml:space="preserve">[24:00] </w:t>
      </w:r>
      <w:r>
        <w:t>hi nahi rahe gi.</w:t>
      </w:r>
    </w:p>
    <w:p>
      <w:pPr>
        <w:jc w:val="right"/>
      </w:pPr>
      <w:r>
        <w:t>ہی نہیں رہے گی۔</w:t>
      </w:r>
    </w:p>
    <w:p>
      <w:r>
        <w:rPr>
          <w:b/>
        </w:rPr>
        <w:t xml:space="preserve">[24:04] </w:t>
      </w:r>
      <w:r>
        <w:t>to behal main samajhta hoon ke yeh jo ayat parhi gayi aap ke samne, is mein yeh sab</w:t>
      </w:r>
    </w:p>
    <w:p>
      <w:pPr>
        <w:jc w:val="right"/>
      </w:pPr>
      <w:r>
        <w:t>تو بہرحال میں سمجھتا ہوں کہ یہ جو آیت پڑھی گئی آپ کے سامنے، اس میں یہ سب</w:t>
      </w:r>
    </w:p>
    <w:p>
      <w:r>
        <w:rPr>
          <w:b/>
        </w:rPr>
        <w:t xml:space="preserve">[24:09] </w:t>
      </w:r>
      <w:r>
        <w:t>sabak chupa hua hai.</w:t>
      </w:r>
    </w:p>
    <w:p>
      <w:pPr>
        <w:jc w:val="right"/>
      </w:pPr>
      <w:r>
        <w:t>سبق چھپا ہوا ہے۔</w:t>
      </w:r>
    </w:p>
    <w:p>
      <w:r>
        <w:rPr>
          <w:b/>
        </w:rPr>
        <w:t xml:space="preserve">[24:14] </w:t>
      </w:r>
      <w:r>
        <w:t>bohat din tak main ne socha ke yeh baat jo thi, un ki ek dua hai, jo woh</w:t>
      </w:r>
    </w:p>
    <w:p>
      <w:pPr>
        <w:jc w:val="right"/>
      </w:pPr>
      <w:r>
        <w:t>بہت دن تک میں نے سوچا کہ یہ بات جو تھی، ان کی ایک دعا ہے، جو وہ</w:t>
      </w:r>
    </w:p>
    <w:p>
      <w:r>
        <w:rPr>
          <w:b/>
        </w:rPr>
        <w:t xml:space="preserve">[24:20] </w:t>
      </w:r>
      <w:r>
        <w:t>dua poori bhi nahi hui, aasman se khan utra bhi nahi, is ko Quran mein kyun bayan kiya</w:t>
      </w:r>
    </w:p>
    <w:p>
      <w:pPr>
        <w:jc w:val="right"/>
      </w:pPr>
      <w:r>
        <w:t>دعا پوری بھی نہیں ہوئی، آسمان سے خان اترا بھی نہیں، اس کو قرآن میں کیوں بیان کیا</w:t>
      </w:r>
    </w:p>
    <w:p>
      <w:r>
        <w:rPr>
          <w:b/>
        </w:rPr>
        <w:t xml:space="preserve">[24:24] </w:t>
      </w:r>
      <w:r>
        <w:t>gaya? to Quran ka tareeqa yeh hai ke kisi waqe ke reference mein koi principle bataya jata hai.</w:t>
      </w:r>
    </w:p>
    <w:p>
      <w:pPr>
        <w:jc w:val="right"/>
      </w:pPr>
      <w:r>
        <w:t>گیا؟ تو قرآن کا طریقہ یہ ہے کہ کسی واقعے کے ریفرنس میں کوئی پرنسپل بتایا جاتا ہے۔</w:t>
      </w:r>
    </w:p>
    <w:p>
      <w:r>
        <w:rPr>
          <w:b/>
        </w:rPr>
        <w:t xml:space="preserve">[24:35] </w:t>
      </w:r>
      <w:r>
        <w:t>yeh Quran ka aam tareeqa hai ke kisi waqe ke reference mein ek principle.</w:t>
      </w:r>
    </w:p>
    <w:p>
      <w:pPr>
        <w:jc w:val="right"/>
      </w:pPr>
      <w:r>
        <w:t>یہ قرآن کا عام طریقہ ہے کہ کسی واقعے کے ریفرنس میں ایک پرنسپل۔</w:t>
      </w:r>
    </w:p>
    <w:p>
      <w:r>
        <w:rPr>
          <w:b/>
        </w:rPr>
        <w:t xml:space="preserve">[24:41] </w:t>
      </w:r>
      <w:r>
        <w:t>to yeh jo waqe hua tha, is ke reference mein ek principle bata diya gaya.</w:t>
      </w:r>
    </w:p>
    <w:p>
      <w:pPr>
        <w:jc w:val="right"/>
      </w:pPr>
      <w:r>
        <w:t>تو یہ جو واقعہ ہوا تھا، اس کے ریفرنس میں ایک پرنسپل بتا دیا گیا۔</w:t>
      </w:r>
    </w:p>
    <w:p>
      <w:r>
        <w:rPr>
          <w:b/>
        </w:rPr>
        <w:t xml:space="preserve">[24:46] </w:t>
      </w:r>
      <w:r>
        <w:t>woh principle yeh hai ke jab nematein</w:t>
      </w:r>
    </w:p>
    <w:p>
      <w:pPr>
        <w:jc w:val="right"/>
      </w:pPr>
      <w:r>
        <w:t>وہ پرنسپل یہ ہے کہ جب نعمتیں</w:t>
      </w:r>
    </w:p>
    <w:p>
      <w:r>
        <w:rPr>
          <w:b/>
        </w:rPr>
        <w:t xml:space="preserve">[24:51] </w:t>
      </w:r>
      <w:r>
        <w:t>bohat zyada de di jayen, jab nematon ka khan utar jaye,</w:t>
      </w:r>
    </w:p>
    <w:p>
      <w:pPr>
        <w:jc w:val="right"/>
      </w:pPr>
      <w:r>
        <w:t>بہت زیادہ دے دی جائیں، جب نعمتوں کا خان اتر جائے،</w:t>
      </w:r>
    </w:p>
    <w:p>
      <w:r>
        <w:rPr>
          <w:b/>
        </w:rPr>
        <w:t xml:space="preserve">[24:59] </w:t>
      </w:r>
      <w:r>
        <w:t>to is ke baad agla waqt hota hai</w:t>
      </w:r>
    </w:p>
    <w:p>
      <w:pPr>
        <w:jc w:val="right"/>
      </w:pPr>
      <w:r>
        <w:t>تو اس کے بعد اگلا وقت ہوتا ہے</w:t>
      </w:r>
    </w:p>
    <w:p>
      <w:r>
        <w:rPr>
          <w:b/>
        </w:rPr>
        <w:t xml:space="preserve">[25:02] </w:t>
      </w:r>
      <w:r>
        <w:t>accountability ka, pakar ka,</w:t>
      </w:r>
    </w:p>
    <w:p>
      <w:pPr>
        <w:jc w:val="right"/>
      </w:pPr>
      <w:r>
        <w:t>اکاؤنٹیبلٹی کا، پکڑ کا،</w:t>
      </w:r>
    </w:p>
    <w:p>
      <w:r>
        <w:rPr>
          <w:b/>
        </w:rPr>
        <w:t xml:space="preserve">[25:06] </w:t>
      </w:r>
      <w:r>
        <w:t>hisab kitab ka.</w:t>
      </w:r>
    </w:p>
    <w:p>
      <w:pPr>
        <w:jc w:val="right"/>
      </w:pPr>
      <w:r>
        <w:t>حساب کتاب کا۔</w:t>
      </w:r>
    </w:p>
    <w:p>
      <w:r>
        <w:rPr>
          <w:b/>
        </w:rPr>
        <w:t xml:space="preserve">[25:09] </w:t>
      </w:r>
      <w:r>
        <w:t>to woh waqt do hazar saal pehle to nahi aaya tha, lekin ab aa gaya hai woh.</w:t>
      </w:r>
    </w:p>
    <w:p>
      <w:pPr>
        <w:jc w:val="right"/>
      </w:pPr>
      <w:r>
        <w:t>تو وہ وقت دو ہزار سال پہلے تو نہیں آیا تھا، لیکن اب آ گیا ہے وہ۔</w:t>
      </w:r>
    </w:p>
    <w:p>
      <w:r>
        <w:rPr>
          <w:b/>
        </w:rPr>
        <w:t xml:space="preserve">[25:16] </w:t>
      </w:r>
      <w:r>
        <w:t>ab technology ke zariye se woh sari cheezein</w:t>
      </w:r>
    </w:p>
    <w:p>
      <w:pPr>
        <w:jc w:val="right"/>
      </w:pPr>
      <w:r>
        <w:t>اب ٹیکنالوجی کے ذریعے سے وہ ساری چیزیں</w:t>
      </w:r>
    </w:p>
    <w:p>
      <w:r>
        <w:rPr>
          <w:b/>
        </w:rPr>
        <w:t xml:space="preserve">[25:21] </w:t>
      </w:r>
      <w:r>
        <w:t>jo pehle insan ke khwab mein bhi nahi theen,</w:t>
      </w:r>
    </w:p>
    <w:p>
      <w:pPr>
        <w:jc w:val="right"/>
      </w:pPr>
      <w:r>
        <w:t>جو پہلے انسان کے خواب میں بھی نہیں تھیں،</w:t>
      </w:r>
    </w:p>
    <w:p>
      <w:r>
        <w:rPr>
          <w:b/>
        </w:rPr>
        <w:t xml:space="preserve">[25:25] </w:t>
      </w:r>
      <w:r>
        <w:t>aaj aap jaiye apne kitchen mein to aaj ka jaisa kitchen kisi badshah ke paas bhi nahi hota</w:t>
      </w:r>
    </w:p>
    <w:p>
      <w:pPr>
        <w:jc w:val="right"/>
      </w:pPr>
      <w:r>
        <w:t>آج آپ جائیے اپنے کچن میں تو آج کا جیسا کچن کسی بادشاہ کے پاس بھی نہیں ہوتا</w:t>
      </w:r>
    </w:p>
    <w:p>
      <w:r>
        <w:rPr>
          <w:b/>
        </w:rPr>
        <w:t xml:space="preserve">[25:29] </w:t>
      </w:r>
      <w:r>
        <w:t>tha. jo car, jis car mein aap baithte hain, woh kisi badshah ke paas nahi hoti thi.</w:t>
      </w:r>
    </w:p>
    <w:p>
      <w:pPr>
        <w:jc w:val="right"/>
      </w:pPr>
      <w:r>
        <w:t>تھا۔ جو کار، جس کار میں آپ بیٹھتے ہیں، وہ کسی بادشاہ کے پاس نہیں ہوتی تھی۔</w:t>
      </w:r>
    </w:p>
    <w:p>
      <w:r>
        <w:rPr>
          <w:b/>
        </w:rPr>
        <w:t xml:space="preserve">[25:35] </w:t>
      </w:r>
      <w:r>
        <w:t>jis hawa jahaz mein ur ke jahan se wahan jaate hain, kisi badshah ke paas bhi nahi hota</w:t>
      </w:r>
    </w:p>
    <w:p>
      <w:pPr>
        <w:jc w:val="right"/>
      </w:pPr>
      <w:r>
        <w:t>جس ہوا جہاز میں اڑ کے جہاں سے وہاں جاتے ہیں، کسی بادشاہ کے پاس بھی نہیں ہوتا</w:t>
      </w:r>
    </w:p>
    <w:p>
      <w:r>
        <w:rPr>
          <w:b/>
        </w:rPr>
        <w:t xml:space="preserve">[25:39] </w:t>
      </w:r>
      <w:r>
        <w:t>tha. yeh technology</w:t>
      </w:r>
    </w:p>
    <w:p>
      <w:pPr>
        <w:jc w:val="right"/>
      </w:pPr>
      <w:r>
        <w:t>تھا۔ یہ ٹیکنالوجی</w:t>
      </w:r>
    </w:p>
    <w:p>
      <w:r>
        <w:rPr>
          <w:b/>
        </w:rPr>
        <w:t xml:space="preserve">[25:42] </w:t>
      </w:r>
      <w:r>
        <w:t>jo jis ke zariye se aap har lamha kisi se contact kar lete hain, yeh mobile, yeh tele</w:t>
      </w:r>
    </w:p>
    <w:p>
      <w:pPr>
        <w:jc w:val="right"/>
      </w:pPr>
      <w:r>
        <w:t>جو جس کے ذریعے سے آپ ہر لمحہ کسی سے کنٹیکٹ کر لیتے ہیں، یہ موبائل، یہ ٹیلی</w:t>
      </w:r>
    </w:p>
    <w:p>
      <w:r>
        <w:rPr>
          <w:b/>
        </w:rPr>
        <w:t xml:space="preserve">[25:47] </w:t>
      </w:r>
      <w:r>
        <w:t>phone, kisi badshah ke paas bhi nahi hota tha.</w:t>
      </w:r>
    </w:p>
    <w:p>
      <w:pPr>
        <w:jc w:val="right"/>
      </w:pPr>
      <w:r>
        <w:t>فون، کسی بادشاہ کے پاس بھی نہیں ہوتا تھا۔</w:t>
      </w:r>
    </w:p>
    <w:p>
      <w:r>
        <w:rPr>
          <w:b/>
        </w:rPr>
        <w:t xml:space="preserve">[25:51] </w:t>
      </w:r>
      <w:r>
        <w:t>ab to nematon ka bilkul ek toofan aa gaya hai, explosion hai.</w:t>
      </w:r>
    </w:p>
    <w:p>
      <w:pPr>
        <w:jc w:val="right"/>
      </w:pPr>
      <w:r>
        <w:t>اب تو نعمتوں کا بالکل ایک طوفان آ گیا ہے، ایکسپلوژن ہے۔</w:t>
      </w:r>
    </w:p>
    <w:p>
      <w:r>
        <w:rPr>
          <w:b/>
        </w:rPr>
        <w:t xml:space="preserve">[25:57] </w:t>
      </w:r>
      <w:r>
        <w:t>nematon ka explosion ho chuka hai.</w:t>
      </w:r>
    </w:p>
    <w:p>
      <w:pPr>
        <w:jc w:val="right"/>
      </w:pPr>
      <w:r>
        <w:t>نعمتوں کا ایکسپلوژن ہو چکا ہے۔</w:t>
      </w:r>
    </w:p>
    <w:p>
      <w:r>
        <w:rPr>
          <w:b/>
        </w:rPr>
        <w:t xml:space="preserve">[26:00] </w:t>
      </w:r>
      <w:r>
        <w:t>to is ke baad kya hai? is ke baad mawakhza hai, is ke baad hisab kitab hai, is</w:t>
      </w:r>
    </w:p>
    <w:p>
      <w:pPr>
        <w:jc w:val="right"/>
      </w:pPr>
      <w:r>
        <w:t>تو اس کے بعد کیا ہے؟ اس کے بعد مواخذہ ہے، اس کے بعد حساب کتاب ہے، اس</w:t>
      </w:r>
    </w:p>
    <w:p>
      <w:r>
        <w:rPr>
          <w:b/>
        </w:rPr>
        <w:t xml:space="preserve">[26:05] </w:t>
      </w:r>
      <w:r>
        <w:t>ke baad pakad hai.</w:t>
      </w:r>
    </w:p>
    <w:p>
      <w:pPr>
        <w:jc w:val="right"/>
      </w:pPr>
      <w:r>
        <w:t>کے بعد پکڑ ہے۔</w:t>
      </w:r>
    </w:p>
    <w:p>
      <w:r>
        <w:rPr>
          <w:b/>
        </w:rPr>
        <w:t xml:space="preserve">[26:08] </w:t>
      </w:r>
      <w:r>
        <w:t>to main samajhta hoon ke ab bohat hi kam waqt reh gaya hai.</w:t>
      </w:r>
    </w:p>
    <w:p>
      <w:pPr>
        <w:jc w:val="right"/>
      </w:pPr>
      <w:r>
        <w:t>تو میں سمجھتا ہوں کہ اب بہت ہی کم وقت رہ گیا ہے۔</w:t>
      </w:r>
    </w:p>
    <w:p>
      <w:r>
        <w:rPr>
          <w:b/>
        </w:rPr>
        <w:t xml:space="preserve">[26:12] </w:t>
      </w:r>
      <w:r>
        <w:t>bohat hi kam waqt reh gaya hai.</w:t>
      </w:r>
    </w:p>
    <w:p>
      <w:pPr>
        <w:jc w:val="right"/>
      </w:pPr>
      <w:r>
        <w:t>بہت ہی کم وقت رہ گیا ہے۔</w:t>
      </w:r>
    </w:p>
    <w:p>
      <w:r>
        <w:rPr>
          <w:b/>
        </w:rPr>
        <w:t xml:space="preserve">[26:15] </w:t>
      </w:r>
      <w:r>
        <w:t>to hamein apne waqt ka</w:t>
      </w:r>
    </w:p>
    <w:p>
      <w:pPr>
        <w:jc w:val="right"/>
      </w:pPr>
      <w:r>
        <w:t>تو ہمیں اپنے وقت کا</w:t>
      </w:r>
    </w:p>
    <w:p>
      <w:r>
        <w:rPr>
          <w:b/>
        </w:rPr>
        <w:t xml:space="preserve">[26:18] </w:t>
      </w:r>
      <w:r>
        <w:t>koi lamha kisi aur kaam mein zaya nahi karna chahiye.</w:t>
      </w:r>
    </w:p>
    <w:p>
      <w:pPr>
        <w:jc w:val="right"/>
      </w:pPr>
      <w:r>
        <w:t>کوئی لمحہ کسی اور کام میں ضائع نہیں کرنا چاہیے۔</w:t>
      </w:r>
    </w:p>
    <w:p>
      <w:r>
        <w:rPr>
          <w:b/>
        </w:rPr>
        <w:t xml:space="preserve">[26:24] </w:t>
      </w:r>
      <w:r>
        <w:t>sirf zaroori jo hamari zindagi ki bilkul zaroori cheezein hain, is ke siwa saare waqt ko, apni energy</w:t>
      </w:r>
    </w:p>
    <w:p>
      <w:pPr>
        <w:jc w:val="right"/>
      </w:pPr>
      <w:r>
        <w:t>صرف ضروری جو ہماری زندگی کی بالکل ضروری چیزیں ہیں، اس کے سوا سارے وقت کو، اپنی انرجی</w:t>
      </w:r>
    </w:p>
    <w:p>
      <w:r>
        <w:rPr>
          <w:b/>
        </w:rPr>
        <w:t xml:space="preserve">[26:31] </w:t>
      </w:r>
      <w:r>
        <w:t>ko, apne paise ko, apne waqt ko, apni taqat ko jhonk dena chahiye, jhonk dena chahiye da'wati kaam</w:t>
      </w:r>
    </w:p>
    <w:p>
      <w:pPr>
        <w:jc w:val="right"/>
      </w:pPr>
      <w:r>
        <w:t>کو، اپنے پیسے کو، اپنے وقت کو، اپنی طاقت کو جھونک دینا چاہیے، جھونک دینا چاہیے دعوتی کام</w:t>
      </w:r>
    </w:p>
    <w:p>
      <w:r>
        <w:rPr>
          <w:b/>
        </w:rPr>
        <w:t xml:space="preserve">[26:37] </w:t>
      </w:r>
      <w:r>
        <w:t>mein. da'wati kaam mein.</w:t>
      </w:r>
    </w:p>
    <w:p>
      <w:pPr>
        <w:jc w:val="right"/>
      </w:pPr>
      <w:r>
        <w:t>میں۔ دعوتی کام میں۔</w:t>
      </w:r>
    </w:p>
    <w:p>
      <w:r>
        <w:rPr>
          <w:b/>
        </w:rPr>
        <w:t xml:space="preserve">[26:43] </w:t>
      </w:r>
      <w:r>
        <w:t>to main samajhta hoon ke yeh hai sab se bari bari baat jo Quran ki is ayat se</w:t>
      </w:r>
    </w:p>
    <w:p>
      <w:pPr>
        <w:jc w:val="right"/>
      </w:pPr>
      <w:r>
        <w:t>تو میں سمجھتا ہوں کہ یہ ہے سب سے بڑی بڑی بات جو قرآن کی اس آیت سے</w:t>
      </w:r>
    </w:p>
    <w:p>
      <w:r>
        <w:rPr>
          <w:b/>
        </w:rPr>
        <w:t xml:space="preserve">[26:49] </w:t>
      </w:r>
      <w:r>
        <w:t>hamein seekhna chahiye.</w:t>
      </w:r>
    </w:p>
    <w:p>
      <w:pPr>
        <w:jc w:val="right"/>
      </w:pPr>
      <w:r>
        <w:t>ہمیں سیکھنا چاہیے۔</w:t>
      </w:r>
    </w:p>
    <w:p>
      <w:r>
        <w:rPr>
          <w:b/>
        </w:rPr>
        <w:t xml:space="preserve">[26:55] </w:t>
      </w:r>
      <w:r>
        <w:t>aur aaj jo eid ka din hai,</w:t>
      </w:r>
    </w:p>
    <w:p>
      <w:pPr>
        <w:jc w:val="right"/>
      </w:pPr>
      <w:r>
        <w:t>اور آج جو عید کا دن ہے،</w:t>
      </w:r>
    </w:p>
    <w:p>
      <w:r>
        <w:rPr>
          <w:b/>
        </w:rPr>
        <w:t xml:space="preserve">[27:00] </w:t>
      </w:r>
      <w:r>
        <w:t>to jaisa ke maine arz kiya,</w:t>
      </w:r>
    </w:p>
    <w:p>
      <w:pPr>
        <w:jc w:val="right"/>
      </w:pPr>
      <w:r>
        <w:t>تو جیسا کہ میں نے عرض کیا،</w:t>
      </w:r>
    </w:p>
    <w:p>
      <w:r>
        <w:rPr>
          <w:b/>
        </w:rPr>
        <w:t xml:space="preserve">[27:04] </w:t>
      </w:r>
      <w:r>
        <w:t>musalman jo eid manate hain, is ka Quran majeed mein nahi hai.</w:t>
      </w:r>
    </w:p>
    <w:p>
      <w:pPr>
        <w:jc w:val="right"/>
      </w:pPr>
      <w:r>
        <w:t>مسلمان جو عید مناتے ہیں، اس کا قرآن مجید میں نہیں ہے۔</w:t>
      </w:r>
    </w:p>
    <w:p>
      <w:r>
        <w:rPr>
          <w:b/>
        </w:rPr>
        <w:t xml:space="preserve">[27:08] </w:t>
      </w:r>
      <w:r>
        <w:t>koi reference is ka nahi hai.</w:t>
      </w:r>
    </w:p>
    <w:p>
      <w:pPr>
        <w:jc w:val="right"/>
      </w:pPr>
      <w:r>
        <w:t>کوئی ریفرنس اس کا نہیں ہے۔</w:t>
      </w:r>
    </w:p>
    <w:p>
      <w:r>
        <w:rPr>
          <w:b/>
        </w:rPr>
        <w:t xml:space="preserve">[27:09] </w:t>
      </w:r>
      <w:r>
        <w:t>lekin yeh jo christian ne jo eid ka lafz bola tha, hawariyon ne, woh quran mein bataya gaya.</w:t>
      </w:r>
    </w:p>
    <w:p>
      <w:pPr>
        <w:jc w:val="right"/>
      </w:pPr>
      <w:r>
        <w:t>لیکن یہ جو کرسچن نے جو عید کا لفظ بولا تھا، حوارین نے، وہ قرآن میں بتایا گیا۔</w:t>
      </w:r>
    </w:p>
    <w:p>
      <w:r>
        <w:rPr>
          <w:b/>
        </w:rPr>
        <w:t xml:space="preserve">[27:16] </w:t>
      </w:r>
      <w:r>
        <w:t>isi liye bataya gaya ke is ke andar bohat bara sabak hai.</w:t>
      </w:r>
    </w:p>
    <w:p>
      <w:pPr>
        <w:jc w:val="right"/>
      </w:pPr>
      <w:r>
        <w:t>اسی لیے بتایا گیا کہ اس کے اندر بہت بڑا سبق ہے۔</w:t>
      </w:r>
    </w:p>
    <w:p>
      <w:r>
        <w:rPr>
          <w:b/>
        </w:rPr>
        <w:t xml:space="preserve">[27:19] </w:t>
      </w:r>
      <w:r>
        <w:t>hum aap jo eid manate hain to woh to aik jashan hai, aik khushi ka din hai, khane</w:t>
      </w:r>
    </w:p>
    <w:p>
      <w:pPr>
        <w:jc w:val="right"/>
      </w:pPr>
      <w:r>
        <w:t>ہم آپ جو عید مناتے ہیں تو وہ تو ایک جشن ہے، ایک خوشی کا دن ہے، کھانے</w:t>
      </w:r>
    </w:p>
    <w:p>
      <w:r>
        <w:rPr>
          <w:b/>
        </w:rPr>
        <w:t xml:space="preserve">[27:23] </w:t>
      </w:r>
      <w:r>
        <w:t>peene ka din hai.</w:t>
      </w:r>
    </w:p>
    <w:p>
      <w:pPr>
        <w:jc w:val="right"/>
      </w:pPr>
      <w:r>
        <w:t>پینے کا دن ہے۔</w:t>
      </w:r>
    </w:p>
    <w:p>
      <w:r>
        <w:rPr>
          <w:b/>
        </w:rPr>
        <w:t xml:space="preserve">[27:25] </w:t>
      </w:r>
      <w:r>
        <w:t>un ke waqe mein yeh bohat bara sabak hai ke jab nematein apni aakhri shakal mein zahir ho</w:t>
      </w:r>
    </w:p>
    <w:p>
      <w:pPr>
        <w:jc w:val="right"/>
      </w:pPr>
      <w:r>
        <w:t>ان کے واقعے میں یہ بہت بڑا سبق ہے کہ جب نعمتیں اپنی آخری شکل میں ظاہر ہو</w:t>
      </w:r>
    </w:p>
    <w:p>
      <w:r>
        <w:rPr>
          <w:b/>
        </w:rPr>
        <w:t xml:space="preserve">[27:30] </w:t>
      </w:r>
      <w:r>
        <w:t>jayen, to is ke baad pakar ka lamha aa jata hai.</w:t>
      </w:r>
    </w:p>
    <w:p>
      <w:pPr>
        <w:jc w:val="right"/>
      </w:pPr>
      <w:r>
        <w:t>جائیں، تو اس کے بعد پکڑ کا لمحہ آ جاتا ہے۔</w:t>
      </w:r>
    </w:p>
    <w:p>
      <w:r>
        <w:rPr>
          <w:b/>
        </w:rPr>
        <w:t xml:space="preserve">[27:35] </w:t>
      </w:r>
      <w:r>
        <w:t>pakar ka. is ke baad</w:t>
      </w:r>
    </w:p>
    <w:p>
      <w:pPr>
        <w:jc w:val="right"/>
      </w:pPr>
      <w:r>
        <w:t>پکڑ کا۔ اس کے بعد</w:t>
      </w:r>
    </w:p>
    <w:p>
      <w:r>
        <w:rPr>
          <w:b/>
        </w:rPr>
        <w:t xml:space="preserve">[27:38] </w:t>
      </w:r>
      <w:r>
        <w:t>waiting period khatam ho jata hai.</w:t>
      </w:r>
    </w:p>
    <w:p>
      <w:pPr>
        <w:jc w:val="right"/>
      </w:pPr>
      <w:r>
        <w:t>ویٹنگ پیریڈ ختم ہو جاتا ہے۔</w:t>
      </w:r>
    </w:p>
    <w:p>
      <w:r>
        <w:rPr>
          <w:b/>
        </w:rPr>
        <w:t xml:space="preserve">[27:41] </w:t>
      </w:r>
      <w:r>
        <w:t>jab nematein apni aakhri shakal mein zahir ho jayen, to waiting period khatam ho jata hai.</w:t>
      </w:r>
    </w:p>
    <w:p>
      <w:pPr>
        <w:jc w:val="right"/>
      </w:pPr>
      <w:r>
        <w:t>جب نعمتیں اپنی آخری شکل میں ظاہر ہو جائیں، تو ویٹنگ پیریڈ ختم ہو جاتا ہے۔</w:t>
      </w:r>
    </w:p>
    <w:p>
      <w:r>
        <w:rPr>
          <w:b/>
        </w:rPr>
        <w:t xml:space="preserve">[27:47] </w:t>
      </w:r>
      <w:r>
        <w:t>yeh kitni bari baat hai jo,</w:t>
      </w:r>
    </w:p>
    <w:p>
      <w:pPr>
        <w:jc w:val="right"/>
      </w:pPr>
      <w:r>
        <w:t>یہ کتنی بڑی بات ہے جو،</w:t>
      </w:r>
    </w:p>
    <w:p>
      <w:r>
        <w:rPr>
          <w:b/>
        </w:rPr>
        <w:t xml:space="preserve">[27:50] </w:t>
      </w:r>
      <w:r>
        <w:t>kitni bari baat hai jo</w:t>
      </w:r>
    </w:p>
    <w:p>
      <w:pPr>
        <w:jc w:val="right"/>
      </w:pPr>
      <w:r>
        <w:t>کتنی بڑی بات ہے جو</w:t>
      </w:r>
    </w:p>
    <w:p>
      <w:r>
        <w:rPr>
          <w:b/>
        </w:rPr>
        <w:t xml:space="preserve">[27:53] </w:t>
      </w:r>
      <w:r>
        <w:t>is waqe mein chupi hui hai.</w:t>
      </w:r>
    </w:p>
    <w:p>
      <w:pPr>
        <w:jc w:val="right"/>
      </w:pPr>
      <w:r>
        <w:t>اس واقعے میں چھپی ہوئی ہے۔</w:t>
      </w:r>
    </w:p>
    <w:p>
      <w:r>
        <w:rPr>
          <w:b/>
        </w:rPr>
        <w:t xml:space="preserve">[27:57] </w:t>
      </w:r>
      <w:r>
        <w:t>ke nematein jab</w:t>
      </w:r>
    </w:p>
    <w:p>
      <w:pPr>
        <w:jc w:val="right"/>
      </w:pPr>
      <w:r>
        <w:t>کہ نعمتیں جب</w:t>
      </w:r>
    </w:p>
    <w:p>
      <w:r>
        <w:rPr>
          <w:b/>
        </w:rPr>
        <w:t xml:space="preserve">[28:00] </w:t>
      </w:r>
      <w:r>
        <w:t>apni poori shakal mein zahir ho jayen, to waiting period khatam ho jata hai.</w:t>
      </w:r>
    </w:p>
    <w:p>
      <w:pPr>
        <w:jc w:val="right"/>
      </w:pPr>
      <w:r>
        <w:t>اپنی پوری شکل میں ظاہر ہو جائیں، تو ویٹنگ پیریڈ ختم ہو جاتا ہے۔</w:t>
      </w:r>
    </w:p>
    <w:p>
      <w:r>
        <w:rPr>
          <w:b/>
        </w:rPr>
        <w:t xml:space="preserve">[28:08] </w:t>
      </w:r>
      <w:r>
        <w:t>is lihaz se</w:t>
      </w:r>
    </w:p>
    <w:p>
      <w:pPr>
        <w:jc w:val="right"/>
      </w:pPr>
      <w:r>
        <w:t>اس لحاظ سے</w:t>
      </w:r>
    </w:p>
    <w:p>
      <w:r>
        <w:rPr>
          <w:b/>
        </w:rPr>
        <w:t xml:space="preserve">[28:10] </w:t>
      </w:r>
      <w:r>
        <w:t>dawat ki zimmedari kitni barh jati hai, aap samajh sakte hain.</w:t>
      </w:r>
    </w:p>
    <w:p>
      <w:pPr>
        <w:jc w:val="right"/>
      </w:pPr>
      <w:r>
        <w:t>دعوت کی ذمہ داری کتنی بڑھ جاتی ہے، آپ سمجھ سکتے ہیں۔</w:t>
      </w:r>
    </w:p>
    <w:p>
      <w:r>
        <w:rPr>
          <w:b/>
        </w:rPr>
        <w:t xml:space="preserve">[28:15] </w:t>
      </w:r>
      <w:r>
        <w:t>yani million, billion, billion, billion trains time se bhi zyada barh jati hai dawat ki zimmedari.</w:t>
      </w:r>
    </w:p>
    <w:p>
      <w:pPr>
        <w:jc w:val="right"/>
      </w:pPr>
      <w:r>
        <w:t>یعنی ملین، بلین، بلین، بلین ٹرینز ٹائم سے بھی زیادہ بڑھ جاتی ہے دعوت کی ذمہ داری۔</w:t>
      </w:r>
    </w:p>
    <w:p>
      <w:r>
        <w:rPr>
          <w:b/>
        </w:rPr>
        <w:t xml:space="preserve">[28:23] </w:t>
      </w:r>
      <w:r>
        <w:t>kyun ke aap jante hain ke</w:t>
      </w:r>
    </w:p>
    <w:p>
      <w:pPr>
        <w:jc w:val="right"/>
      </w:pPr>
      <w:r>
        <w:t>کیونکہ آپ جانتے ہیں کہ</w:t>
      </w:r>
    </w:p>
    <w:p>
      <w:r>
        <w:rPr>
          <w:b/>
        </w:rPr>
        <w:t xml:space="preserve">[28:26] </w:t>
      </w:r>
      <w:r>
        <w:t>dobara moqa nahi milega kisi ko.</w:t>
      </w:r>
    </w:p>
    <w:p>
      <w:pPr>
        <w:jc w:val="right"/>
      </w:pPr>
      <w:r>
        <w:t>دوبارہ موقع نہیں ملے گا کسی کو۔</w:t>
      </w:r>
    </w:p>
    <w:p>
      <w:r>
        <w:rPr>
          <w:b/>
        </w:rPr>
        <w:t xml:space="preserve">[28:30] </w:t>
      </w:r>
      <w:r>
        <w:t>jab qayamat aa jayegi,</w:t>
      </w:r>
    </w:p>
    <w:p>
      <w:pPr>
        <w:jc w:val="right"/>
      </w:pPr>
      <w:r>
        <w:t>جب قیامت آ جائے گی،</w:t>
      </w:r>
    </w:p>
    <w:p>
      <w:r>
        <w:rPr>
          <w:b/>
        </w:rPr>
        <w:t xml:space="preserve">[28:33] </w:t>
      </w:r>
      <w:r>
        <w:t>to is ke baad dobara nahi aisa hoga ke insan ko yahan bheja jaye aur woh amal kare.</w:t>
      </w:r>
    </w:p>
    <w:p>
      <w:pPr>
        <w:jc w:val="right"/>
      </w:pPr>
      <w:r>
        <w:t>تو اس کے بعد دوبارہ نہیں ایسا ہوگا کہ انسان کو یہاں بھیجا جائے اور وہ عمل کرے۔</w:t>
      </w:r>
    </w:p>
    <w:p>
      <w:r>
        <w:rPr>
          <w:b/>
        </w:rPr>
        <w:t xml:space="preserve">[28:39] </w:t>
      </w:r>
      <w:r>
        <w:t>quran mein hai ke logon ko jab qayamat ayegi aur log hashar ke maidan mein jama kiye</w:t>
      </w:r>
    </w:p>
    <w:p>
      <w:pPr>
        <w:jc w:val="right"/>
      </w:pPr>
      <w:r>
        <w:t>قرآن میں ہے کہ لوگوں کو جب قیامت آئے گی اور لوگ حشر کے میدان میں جمع کیے</w:t>
      </w:r>
    </w:p>
    <w:p>
      <w:r>
        <w:rPr>
          <w:b/>
        </w:rPr>
        <w:t xml:space="preserve">[28:45] </w:t>
      </w:r>
      <w:r>
        <w:t>jayen ge, to kahen ge hum ko dobara zameen mein bhej do, hum acha kaam karenge.</w:t>
      </w:r>
    </w:p>
    <w:p>
      <w:pPr>
        <w:jc w:val="right"/>
      </w:pPr>
      <w:r>
        <w:t>جائیں گے، تو کہیں گے ہم کو دوبارہ زمین میں بھیج دو، ہم اچھا کام کریں گے۔</w:t>
      </w:r>
    </w:p>
    <w:p>
      <w:r>
        <w:rPr>
          <w:b/>
        </w:rPr>
        <w:t xml:space="preserve">[28:51] </w:t>
      </w:r>
      <w:r>
        <w:t>to farishte kahen ge ab moqa kahan? ab wapsi ka waqt khatam.</w:t>
      </w:r>
    </w:p>
    <w:p>
      <w:pPr>
        <w:jc w:val="right"/>
      </w:pPr>
      <w:r>
        <w:t>تو فرشتے کہیں گے اب موقع کہاں؟ اب واپسی کا وقت ختم۔</w:t>
      </w:r>
    </w:p>
    <w:p>
      <w:r>
        <w:rPr>
          <w:b/>
        </w:rPr>
        <w:t xml:space="preserve">[28:57] </w:t>
      </w:r>
      <w:r>
        <w:t>to qayamat aaye gi point of no return ke satah par.</w:t>
      </w:r>
    </w:p>
    <w:p>
      <w:pPr>
        <w:jc w:val="right"/>
      </w:pPr>
      <w:r>
        <w:t>تو قیامت آئے گی پوائنٹ آف نو ریٹرن کے سطح پر۔</w:t>
      </w:r>
    </w:p>
    <w:p>
      <w:r>
        <w:rPr>
          <w:b/>
        </w:rPr>
        <w:t xml:space="preserve">[29:02] </w:t>
      </w:r>
      <w:r>
        <w:t>qayamat jab aaye gi to point of no return ka mamla hoga woh.</w:t>
      </w:r>
    </w:p>
    <w:p>
      <w:pPr>
        <w:jc w:val="right"/>
      </w:pPr>
      <w:r>
        <w:t>قیامت جب آئے گی تو پوائنٹ آف نو ریٹرن کا معاملہ ہوگا وہ۔</w:t>
      </w:r>
    </w:p>
    <w:p>
      <w:r>
        <w:rPr>
          <w:b/>
        </w:rPr>
        <w:t xml:space="preserve">[29:05] </w:t>
      </w:r>
      <w:r>
        <w:t>aap lot nahi sakte.</w:t>
      </w:r>
    </w:p>
    <w:p>
      <w:pPr>
        <w:jc w:val="right"/>
      </w:pPr>
      <w:r>
        <w:t>آپ لوٹ نہیں سکتے۔</w:t>
      </w:r>
    </w:p>
    <w:p>
      <w:r>
        <w:rPr>
          <w:b/>
        </w:rPr>
        <w:t xml:space="preserve">[29:10] </w:t>
      </w:r>
      <w:r>
        <w:t>to mein samajhta hoon ke yeh aayat</w:t>
      </w:r>
    </w:p>
    <w:p>
      <w:pPr>
        <w:jc w:val="right"/>
      </w:pPr>
      <w:r>
        <w:t>تو میں سمجھتا ہوں کہ یہ آیت</w:t>
      </w:r>
    </w:p>
    <w:p>
      <w:r>
        <w:rPr>
          <w:b/>
        </w:rPr>
        <w:t xml:space="preserve">[29:15] </w:t>
      </w:r>
      <w:r>
        <w:t>believers ki da'wati zimmedari ko batati hai.</w:t>
      </w:r>
    </w:p>
    <w:p>
      <w:pPr>
        <w:jc w:val="right"/>
      </w:pPr>
      <w:r>
        <w:t>بلیورز کی دعوتی ذمہ داری کو بتاتی ہے۔</w:t>
      </w:r>
    </w:p>
    <w:p>
      <w:r>
        <w:rPr>
          <w:b/>
        </w:rPr>
        <w:t xml:space="preserve">[29:20] </w:t>
      </w:r>
      <w:r>
        <w:t>believers ki da'wati zimmedari ko.</w:t>
      </w:r>
    </w:p>
    <w:p>
      <w:pPr>
        <w:jc w:val="right"/>
      </w:pPr>
      <w:r>
        <w:t>بلیورز کی دعوتی ذمہ داری کو۔</w:t>
      </w:r>
    </w:p>
    <w:p>
      <w:r>
        <w:rPr>
          <w:b/>
        </w:rPr>
        <w:t xml:space="preserve">[29:24] </w:t>
      </w:r>
      <w:r>
        <w:t>ab jo log</w:t>
      </w:r>
    </w:p>
    <w:p>
      <w:pPr>
        <w:jc w:val="right"/>
      </w:pPr>
      <w:r>
        <w:t>اب جو لوگ</w:t>
      </w:r>
    </w:p>
    <w:p>
      <w:r>
        <w:rPr>
          <w:b/>
        </w:rPr>
        <w:t xml:space="preserve">[29:26] </w:t>
      </w:r>
      <w:r>
        <w:t>da'wat ka kaam karein,</w:t>
      </w:r>
    </w:p>
    <w:p>
      <w:pPr>
        <w:jc w:val="right"/>
      </w:pPr>
      <w:r>
        <w:t>دعوت کا کام کریں،</w:t>
      </w:r>
    </w:p>
    <w:p>
      <w:r>
        <w:rPr>
          <w:b/>
        </w:rPr>
        <w:t xml:space="preserve">[29:29] </w:t>
      </w:r>
      <w:r>
        <w:t>quran ko phailayein, Allah ke message ko logon tak pahunchayein, to un ke liye bohat bara reward hai,</w:t>
      </w:r>
    </w:p>
    <w:p>
      <w:pPr>
        <w:jc w:val="right"/>
      </w:pPr>
      <w:r>
        <w:t>قرآن کو پھیلائیں، اللہ کے میسج کو لوگوں تک پہنچائیں، تو ان کے لیے بہت بڑا ریوارڈ ہے،</w:t>
      </w:r>
    </w:p>
    <w:p>
      <w:r>
        <w:rPr>
          <w:b/>
        </w:rPr>
        <w:t xml:space="preserve">[29:37] </w:t>
      </w:r>
      <w:r>
        <w:t>bohat bara reward hai.</w:t>
      </w:r>
    </w:p>
    <w:p>
      <w:pPr>
        <w:jc w:val="right"/>
      </w:pPr>
      <w:r>
        <w:t>بہت بڑا ریوارڈ ہے۔</w:t>
      </w:r>
    </w:p>
    <w:p>
      <w:r>
        <w:rPr>
          <w:b/>
        </w:rPr>
        <w:t xml:space="preserve">[29:39] </w:t>
      </w:r>
      <w:r>
        <w:t>aur is ke baad yeh hai ke jo log jaan lein aur phir bhi is ko follow na</w:t>
      </w:r>
    </w:p>
    <w:p>
      <w:pPr>
        <w:jc w:val="right"/>
      </w:pPr>
      <w:r>
        <w:t>اور اس کے بعد یہ ہے کہ جو لوگ جان لیں اور پھر بھی اس کو فالو نہ</w:t>
      </w:r>
    </w:p>
    <w:p>
      <w:r>
        <w:rPr>
          <w:b/>
        </w:rPr>
        <w:t xml:space="preserve">[29:43] </w:t>
      </w:r>
      <w:r>
        <w:t>karein, to un ke liye bohat bari pakad hai.</w:t>
      </w:r>
    </w:p>
    <w:p>
      <w:pPr>
        <w:jc w:val="right"/>
      </w:pPr>
      <w:r>
        <w:t>کریں، تو ان کے لیے بہت بڑی پکڑ ہے۔</w:t>
      </w:r>
    </w:p>
    <w:p>
      <w:r>
        <w:rPr>
          <w:b/>
        </w:rPr>
        <w:t xml:space="preserve">[29:47] </w:t>
      </w:r>
      <w:r>
        <w:t>ek group ke liye bohat bara reward aur doosre logon ke liye bohat bari pakad.</w:t>
      </w:r>
    </w:p>
    <w:p>
      <w:pPr>
        <w:jc w:val="right"/>
      </w:pPr>
      <w:r>
        <w:t>ایک گروپ کے لیے بہت بڑا ریوارڈ اور دوسرے لوگوں کے لیے بہت بڑی پکڑ۔</w:t>
      </w:r>
    </w:p>
    <w:p>
      <w:r>
        <w:rPr>
          <w:b/>
        </w:rPr>
        <w:t xml:space="preserve">[29:54] </w:t>
      </w:r>
      <w:r>
        <w:t>yeh lamha hai.</w:t>
      </w:r>
    </w:p>
    <w:p>
      <w:pPr>
        <w:jc w:val="right"/>
      </w:pPr>
      <w:r>
        <w:t>یہ لمحہ ہے۔</w:t>
      </w:r>
    </w:p>
    <w:p>
      <w:r>
        <w:rPr>
          <w:b/>
        </w:rPr>
        <w:t xml:space="preserve">[29:56] </w:t>
      </w:r>
      <w:r>
        <w:t>to in riwayaton mein ko padh kar hamein in baaton ko yaad karna hai.</w:t>
      </w:r>
    </w:p>
    <w:p>
      <w:pPr>
        <w:jc w:val="right"/>
      </w:pPr>
      <w:r>
        <w:t>تو ان روایتوں میں کو پڑھ کر ہمیں ان باتوں کو یاد کرنا ہے۔</w:t>
      </w:r>
    </w:p>
    <w:p>
      <w:r>
        <w:rPr>
          <w:b/>
        </w:rPr>
        <w:t xml:space="preserve">[30:04] </w:t>
      </w:r>
      <w:r>
        <w:t>yeh jo aayatein quran majeed ki padhi gayi, woh hamein remind karti hain ke is ko samjho, is</w:t>
      </w:r>
    </w:p>
    <w:p>
      <w:pPr>
        <w:jc w:val="right"/>
      </w:pPr>
      <w:r>
        <w:t>یہ جو آیتیں قرآن مجید کی پڑھی گئی، وہ ہمیں ریمائنڈ کرتی ہیں کہ اس کو سمجھو، اس</w:t>
      </w:r>
    </w:p>
    <w:p>
      <w:r>
        <w:rPr>
          <w:b/>
        </w:rPr>
        <w:t xml:space="preserve">[30:10] </w:t>
      </w:r>
      <w:r>
        <w:t>is mamle ki nazakat ko samjho.</w:t>
      </w:r>
    </w:p>
    <w:p>
      <w:pPr>
        <w:jc w:val="right"/>
      </w:pPr>
      <w:r>
        <w:t>اس معاملے کی نزاکت کو سمجھو۔</w:t>
      </w:r>
    </w:p>
    <w:p>
      <w:r>
        <w:rPr>
          <w:b/>
        </w:rPr>
        <w:t xml:space="preserve">[30:13] </w:t>
      </w:r>
      <w:r>
        <w:t>yeh saada baat nahi hai.</w:t>
      </w:r>
    </w:p>
    <w:p>
      <w:pPr>
        <w:jc w:val="right"/>
      </w:pPr>
      <w:r>
        <w:t>یہ سادہ بات نہیں ہے۔</w:t>
      </w:r>
    </w:p>
    <w:p>
      <w:r>
        <w:rPr>
          <w:b/>
        </w:rPr>
        <w:t xml:space="preserve">[30:16] </w:t>
      </w:r>
      <w:r>
        <w:t>quran mein hai ke</w:t>
      </w:r>
    </w:p>
    <w:p>
      <w:pPr>
        <w:jc w:val="right"/>
      </w:pPr>
      <w:r>
        <w:t>قرآن میں ہے کہ</w:t>
      </w:r>
    </w:p>
    <w:p>
      <w:r>
        <w:rPr>
          <w:b/>
        </w:rPr>
        <w:t xml:space="preserve">[30:25] </w:t>
      </w:r>
      <w:r>
        <w:t>کیا تم سمجھتے ہو کہ ہم نے تم کو پیدا کیا ہے یوں ہی purposeless</w:t>
      </w:r>
    </w:p>
    <w:p>
      <w:pPr>
        <w:jc w:val="right"/>
      </w:pPr>
      <w:r>
        <w:t>کیا تم سمجھتے ہو کہ ہم نے تم کو پیدا کیا ہے یوں ہی پرپس لیس</w:t>
      </w:r>
    </w:p>
    <w:p>
      <w:r>
        <w:rPr>
          <w:b/>
        </w:rPr>
        <w:t xml:space="preserve">[30:31] </w:t>
      </w:r>
      <w:r>
        <w:t>aur koi kya</w:t>
      </w:r>
    </w:p>
    <w:p>
      <w:pPr>
        <w:jc w:val="right"/>
      </w:pPr>
      <w:r>
        <w:t>اور کوئی کیا</w:t>
      </w:r>
    </w:p>
    <w:p>
      <w:r>
        <w:rPr>
          <w:b/>
        </w:rPr>
        <w:t xml:space="preserve">[30:37] </w:t>
      </w:r>
      <w:r>
        <w:t>tum samajhte ho ke humne paida kiya hai insaan ko purposeless nahin</w:t>
      </w:r>
    </w:p>
    <w:p>
      <w:pPr>
        <w:jc w:val="right"/>
      </w:pPr>
      <w:r>
        <w:t>تم سمجھتے ہو کہ ہم نے پیدا کیا ہے انسان کو پرپس لیس نہیں</w:t>
      </w:r>
    </w:p>
    <w:p>
      <w:r>
        <w:rPr>
          <w:b/>
        </w:rPr>
        <w:t xml:space="preserve">[30:43] </w:t>
      </w:r>
      <w:r>
        <w:t>insan ko Allah ke samne khada hona hai</w:t>
      </w:r>
    </w:p>
    <w:p>
      <w:pPr>
        <w:jc w:val="right"/>
      </w:pPr>
      <w:r>
        <w:t>انسان کو اللہ کے سامنے کھڑا ہونا ہے</w:t>
      </w:r>
    </w:p>
    <w:p>
      <w:r>
        <w:rPr>
          <w:b/>
        </w:rPr>
        <w:t xml:space="preserve">[30:48] </w:t>
      </w:r>
      <w:r>
        <w:t>insan ko Allah ke samne khada hona hai aur apni zindagi ka hisab dena hai</w:t>
      </w:r>
    </w:p>
    <w:p>
      <w:pPr>
        <w:jc w:val="right"/>
      </w:pPr>
      <w:r>
        <w:t>انسان کو اللہ کے سامنے کھڑا ہونا ہے اور اپنی زندگی کا حساب دینا ہے</w:t>
      </w:r>
    </w:p>
    <w:p>
      <w:r>
        <w:rPr>
          <w:b/>
        </w:rPr>
        <w:t xml:space="preserve">[30:56] </w:t>
      </w:r>
      <w:r>
        <w:t>jo paida kiya jo nematein dein</w:t>
      </w:r>
    </w:p>
    <w:p>
      <w:pPr>
        <w:jc w:val="right"/>
      </w:pPr>
      <w:r>
        <w:t>جو پیدا کیا جو نعمتیں دیں</w:t>
      </w:r>
    </w:p>
    <w:p>
      <w:r>
        <w:rPr>
          <w:b/>
        </w:rPr>
        <w:t xml:space="preserve">[31:00] </w:t>
      </w:r>
      <w:r>
        <w:t>to woh is ka lazmi taqaza hai ke yeh sab ho</w:t>
      </w:r>
    </w:p>
    <w:p>
      <w:pPr>
        <w:jc w:val="right"/>
      </w:pPr>
      <w:r>
        <w:t>تو وہ اس کا لازمی تقاضا ہے کہ یہ سب ہو</w:t>
      </w:r>
    </w:p>
    <w:p>
      <w:r>
        <w:rPr>
          <w:b/>
        </w:rPr>
        <w:t xml:space="preserve">[31:12] </w:t>
      </w:r>
      <w:r>
        <w:t>jo paida kiya Allah taala ne aur nematein dein yeh zameen di</w:t>
      </w:r>
    </w:p>
    <w:p>
      <w:pPr>
        <w:jc w:val="right"/>
      </w:pPr>
      <w:r>
        <w:t>جو پیدا کیا اللہ تعالی نے اور نعمتیں دیں یہ زمین دی</w:t>
      </w:r>
    </w:p>
    <w:p>
      <w:r>
        <w:rPr>
          <w:b/>
        </w:rPr>
        <w:t xml:space="preserve">[31:18] </w:t>
      </w:r>
      <w:r>
        <w:t>yeh saman diya to is ka lazmi taqaza hai ke yeh</w:t>
      </w:r>
    </w:p>
    <w:p>
      <w:pPr>
        <w:jc w:val="right"/>
      </w:pPr>
      <w:r>
        <w:t>یہ سامان دیا تو اس کا لازمی تقاضا ہے کہ یہ</w:t>
      </w:r>
    </w:p>
    <w:p>
      <w:r>
        <w:rPr>
          <w:b/>
        </w:rPr>
        <w:t xml:space="preserve">[31:25] </w:t>
      </w:r>
      <w:r>
        <w:t>yeh sab ho</w:t>
      </w:r>
    </w:p>
    <w:p>
      <w:pPr>
        <w:jc w:val="right"/>
      </w:pPr>
      <w:r>
        <w:t>یہ سب ہو</w:t>
      </w:r>
    </w:p>
    <w:p>
      <w:r>
        <w:rPr>
          <w:b/>
        </w:rPr>
        <w:t xml:space="preserve">[31:28] </w:t>
      </w:r>
      <w:r>
        <w:t>qayamat aaye hisab kitab ho</w:t>
      </w:r>
    </w:p>
    <w:p>
      <w:pPr>
        <w:jc w:val="right"/>
      </w:pPr>
      <w:r>
        <w:t>قیامت آئے حساب کتاب ہو</w:t>
      </w:r>
    </w:p>
    <w:p>
      <w:r>
        <w:rPr>
          <w:b/>
        </w:rPr>
        <w:t xml:space="preserve">[31:36] </w:t>
      </w:r>
      <w:r>
        <w:t>jo log sahi raste par chale</w:t>
      </w:r>
    </w:p>
    <w:p>
      <w:pPr>
        <w:jc w:val="right"/>
      </w:pPr>
      <w:r>
        <w:t>جو لوگ صحیح راستے پر چلے</w:t>
      </w:r>
    </w:p>
    <w:p>
      <w:r>
        <w:rPr>
          <w:b/>
        </w:rPr>
        <w:t xml:space="preserve">[31:40] </w:t>
      </w:r>
      <w:r>
        <w:t>un ko reward diya jaye</w:t>
      </w:r>
    </w:p>
    <w:p>
      <w:pPr>
        <w:jc w:val="right"/>
      </w:pPr>
      <w:r>
        <w:t>ان کو ریوارڈ دیا جائے</w:t>
      </w:r>
    </w:p>
    <w:p>
      <w:r>
        <w:rPr>
          <w:b/>
        </w:rPr>
        <w:t xml:space="preserve">[31:44] </w:t>
      </w:r>
      <w:r>
        <w:t>jo nahi chale un ko punishment diya jaye</w:t>
      </w:r>
    </w:p>
    <w:p>
      <w:pPr>
        <w:jc w:val="right"/>
      </w:pPr>
      <w:r>
        <w:t>جو نہیں چلے ان کو پنشمنٹ دیا جائے</w:t>
      </w:r>
    </w:p>
    <w:p>
      <w:r>
        <w:rPr>
          <w:b/>
        </w:rPr>
        <w:t xml:space="preserve">[31:50] </w:t>
      </w:r>
      <w:r>
        <w:t>to main dua karta hoon ke Allah taala mujh ko aur aap ko tofeeq de ke hum</w:t>
      </w:r>
    </w:p>
    <w:p>
      <w:pPr>
        <w:jc w:val="right"/>
      </w:pPr>
      <w:r>
        <w:t>تو میں دعا کرتا ہوں کہ اللہ تعالی مجھ کو اور آپ کو توفیق دے کہ ہم</w:t>
      </w:r>
    </w:p>
    <w:p>
      <w:r>
        <w:rPr>
          <w:b/>
        </w:rPr>
        <w:t xml:space="preserve">[31:59] </w:t>
      </w:r>
      <w:r>
        <w:t>is nazakat ko samjhein</w:t>
      </w:r>
    </w:p>
    <w:p>
      <w:pPr>
        <w:jc w:val="right"/>
      </w:pPr>
      <w:r>
        <w:t>اس نزاکت کو سمجھیں</w:t>
      </w:r>
    </w:p>
    <w:p>
      <w:r>
        <w:rPr>
          <w:b/>
        </w:rPr>
        <w:t xml:space="preserve">[32:04] </w:t>
      </w:r>
      <w:r>
        <w:t>aur ek lamha</w:t>
      </w:r>
    </w:p>
    <w:p>
      <w:pPr>
        <w:jc w:val="right"/>
      </w:pPr>
      <w:r>
        <w:t>اور ایک لمحہ</w:t>
      </w:r>
    </w:p>
    <w:p>
      <w:r>
        <w:rPr>
          <w:b/>
        </w:rPr>
        <w:t xml:space="preserve">[32:10] </w:t>
      </w:r>
      <w:r>
        <w:t>der kiye baghair</w:t>
      </w:r>
    </w:p>
    <w:p>
      <w:pPr>
        <w:jc w:val="right"/>
      </w:pPr>
      <w:r>
        <w:t>دیر کیے بغیر</w:t>
      </w:r>
    </w:p>
    <w:p>
      <w:r>
        <w:rPr>
          <w:b/>
        </w:rPr>
        <w:t xml:space="preserve">[32:14] </w:t>
      </w:r>
      <w:r>
        <w:t>jo kaam hamein karna hai is kaam mein lag jayein</w:t>
      </w:r>
    </w:p>
    <w:p>
      <w:pPr>
        <w:jc w:val="right"/>
      </w:pPr>
      <w:r>
        <w:t>جو کام ہمیں کرنا ہے اس کام میں لگ جائیں</w:t>
      </w:r>
    </w:p>
    <w:p>
      <w:r>
        <w:rPr>
          <w:b/>
        </w:rPr>
        <w:t xml:space="preserve">[32:17] </w:t>
      </w:r>
      <w:r>
        <w:t>jo duty hamari hai us duty mein hum lag jayein ek lamha bhi is mein moqa nahi ke</w:t>
      </w:r>
    </w:p>
    <w:p>
      <w:pPr>
        <w:jc w:val="right"/>
      </w:pPr>
      <w:r>
        <w:t>جو ڈیوٹی ہماری ہے اس ڈیوٹی میں ہم لگ جائیں ایک لمحہ بھی اس میں موقع نہیں کہ</w:t>
      </w:r>
    </w:p>
    <w:p>
      <w:r>
        <w:rPr>
          <w:b/>
        </w:rPr>
        <w:t xml:space="preserve">[32:23] </w:t>
      </w:r>
      <w:r>
        <w:t>hum khoyein ek lamha khone ka waqt nahi hai</w:t>
      </w:r>
    </w:p>
    <w:p>
      <w:pPr>
        <w:jc w:val="right"/>
      </w:pPr>
      <w:r>
        <w:t>ہم کھوئیں ایک لمحہ کھونے کا وقت نہیں ہے</w:t>
      </w:r>
    </w:p>
    <w:p>
      <w:r>
        <w:rPr>
          <w:b/>
        </w:rPr>
        <w:t xml:space="preserve">[32:31] </w:t>
      </w:r>
      <w:r>
        <w:t>aur yeh kaam jaisa ke main aksar kaha karta hoon ke hum mein shakhs ko khud planning karni</w:t>
      </w:r>
    </w:p>
    <w:p>
      <w:pPr>
        <w:jc w:val="right"/>
      </w:pPr>
      <w:r>
        <w:t>اور یہ کام جیسا کہ میں اکثر کہا کرتا ہوں کہ ہم میں شخص کو خود پلاننگ کرنی</w:t>
      </w:r>
    </w:p>
    <w:p>
      <w:r>
        <w:rPr>
          <w:b/>
        </w:rPr>
        <w:t xml:space="preserve">[32:35] </w:t>
      </w:r>
      <w:r>
        <w:t>hai khud sochna hai</w:t>
      </w:r>
    </w:p>
    <w:p>
      <w:pPr>
        <w:jc w:val="right"/>
      </w:pPr>
      <w:r>
        <w:t>ہے خود سوچنا ہے</w:t>
      </w:r>
    </w:p>
    <w:p>
      <w:r>
        <w:rPr>
          <w:b/>
        </w:rPr>
        <w:t xml:space="preserve">[32:40] </w:t>
      </w:r>
      <w:r>
        <w:t>ab mein shakhs ko sirf programmer banna hai tab sacha reward milega</w:t>
      </w:r>
    </w:p>
    <w:p>
      <w:pPr>
        <w:jc w:val="right"/>
      </w:pPr>
      <w:r>
        <w:t>اب میں شخص کو صرف پروگرامر بننا ہے تب سچا ریوارڈ ملے گا</w:t>
      </w:r>
    </w:p>
    <w:p>
      <w:r>
        <w:rPr>
          <w:b/>
        </w:rPr>
        <w:t xml:space="preserve">[32:49] </w:t>
      </w:r>
      <w:r>
        <w:t>to aap ko jo aqal di hai Allah taala ne us aqal ko bharpoor istemal karna hai</w:t>
      </w:r>
    </w:p>
    <w:p>
      <w:pPr>
        <w:jc w:val="right"/>
      </w:pPr>
      <w:r>
        <w:t>تو آپ کو جو عقل دی ہے اللہ تعالی نے اس عقل کو بھرپور استعمال کرنا ہے</w:t>
      </w:r>
    </w:p>
    <w:p>
      <w:r>
        <w:rPr>
          <w:b/>
        </w:rPr>
        <w:t xml:space="preserve">[32:54] </w:t>
      </w:r>
      <w:r>
        <w:t>jo energy di hai us ko bharpoor istemal karna hai</w:t>
      </w:r>
    </w:p>
    <w:p>
      <w:pPr>
        <w:jc w:val="right"/>
      </w:pPr>
      <w:r>
        <w:t>جو انرجی دی ہے اس کو بھرپور استعمال کرنا ہے</w:t>
      </w:r>
    </w:p>
    <w:p>
      <w:r>
        <w:rPr>
          <w:b/>
        </w:rPr>
        <w:t xml:space="preserve">[33:01] </w:t>
      </w:r>
      <w:r>
        <w:t>aur poora apna aap ko poora</w:t>
      </w:r>
    </w:p>
    <w:p>
      <w:pPr>
        <w:jc w:val="right"/>
      </w:pPr>
      <w:r>
        <w:t>اور پورا اپنا آپ کو پورا</w:t>
      </w:r>
    </w:p>
    <w:p>
      <w:r>
        <w:rPr>
          <w:b/>
        </w:rPr>
        <w:t xml:space="preserve">[33:05] </w:t>
      </w:r>
      <w:r>
        <w:t>yani jhonk dena hai is dawat ke kaam mein</w:t>
      </w:r>
    </w:p>
    <w:p>
      <w:pPr>
        <w:jc w:val="right"/>
      </w:pPr>
      <w:r>
        <w:t>یعنی جھونک دینا ہے اس دعوت کے کام میں</w:t>
      </w:r>
    </w:p>
    <w:p>
      <w:r>
        <w:rPr>
          <w:b/>
        </w:rPr>
        <w:t xml:space="preserve">[33:09] </w:t>
      </w:r>
      <w:r>
        <w:t>is se kam mein samajhta hoon ke koi lafz nahi mere paas jo main</w:t>
      </w:r>
    </w:p>
    <w:p>
      <w:pPr>
        <w:jc w:val="right"/>
      </w:pPr>
      <w:r>
        <w:t>اس سے کم میں سمجھتا ہوں کہ کوئی لفظ نہیں میرے پاس جو میں</w:t>
      </w:r>
    </w:p>
    <w:p>
      <w:r>
        <w:rPr>
          <w:b/>
        </w:rPr>
        <w:t xml:space="preserve">[33:16] </w:t>
      </w:r>
      <w:r>
        <w:t>boloon ke apne aap ko jhonk dijiye</w:t>
      </w:r>
    </w:p>
    <w:p>
      <w:pPr>
        <w:jc w:val="right"/>
      </w:pPr>
      <w:r>
        <w:t>بولوں کہ اپنے آپ کو جھونک دیجئے</w:t>
      </w:r>
    </w:p>
    <w:p>
      <w:r>
        <w:rPr>
          <w:b/>
        </w:rPr>
        <w:t xml:space="preserve">[33:20] </w:t>
      </w:r>
      <w:r>
        <w:t>apne aap ko jhonk dijiye</w:t>
      </w:r>
    </w:p>
    <w:p>
      <w:pPr>
        <w:jc w:val="right"/>
      </w:pPr>
      <w:r>
        <w:t>اپنے آپ کو جھونک دیجئے</w:t>
      </w:r>
    </w:p>
    <w:p>
      <w:r>
        <w:rPr>
          <w:b/>
        </w:rPr>
        <w:t xml:space="preserve">[33:24] </w:t>
      </w:r>
      <w:r>
        <w:t>to meri dua hai ke Allah taala hum sab ko tofeeq de ke hum</w:t>
      </w:r>
    </w:p>
    <w:p>
      <w:pPr>
        <w:jc w:val="right"/>
      </w:pPr>
      <w:r>
        <w:t>تو میری دعا ہے کہ اللہ تعالی ہم سب کو توفیق دے کہ ہم</w:t>
      </w:r>
    </w:p>
    <w:p>
      <w:r>
        <w:rPr>
          <w:b/>
        </w:rPr>
        <w:t xml:space="preserve">[33:31] </w:t>
      </w:r>
      <w:r>
        <w:t>Allah ki pukar ko sunein</w:t>
      </w:r>
    </w:p>
    <w:p>
      <w:pPr>
        <w:jc w:val="right"/>
      </w:pPr>
      <w:r>
        <w:t>اللہ کی پکار کو سنیں</w:t>
      </w:r>
    </w:p>
    <w:p>
      <w:r>
        <w:rPr>
          <w:b/>
        </w:rPr>
        <w:t xml:space="preserve">[33:35] </w:t>
      </w:r>
      <w:r>
        <w:t>aur Allah ko hum se jo matlab hai us ko hum janen</w:t>
      </w:r>
    </w:p>
    <w:p>
      <w:pPr>
        <w:jc w:val="right"/>
      </w:pPr>
      <w:r>
        <w:t>اور اللہ کو ہم سے جو مطلوب ہے اس کو ہم جانیں</w:t>
      </w:r>
    </w:p>
    <w:p>
      <w:r>
        <w:rPr>
          <w:b/>
        </w:rPr>
        <w:t xml:space="preserve">[33:41] </w:t>
      </w:r>
      <w:r>
        <w:t>aur Allah se tofeeq</w:t>
      </w:r>
    </w:p>
    <w:p>
      <w:pPr>
        <w:jc w:val="right"/>
      </w:pPr>
      <w:r>
        <w:t>اور اللہ سے توفیق</w:t>
      </w:r>
    </w:p>
    <w:p>
      <w:r>
        <w:rPr>
          <w:b/>
        </w:rPr>
        <w:t xml:space="preserve">[33:46] </w:t>
      </w:r>
      <w:r>
        <w:t>ke talabgar rehte hue Allah se duaen karte hue is kaam mein hum apne aap ko laga den</w:t>
      </w:r>
    </w:p>
    <w:p>
      <w:pPr>
        <w:jc w:val="right"/>
      </w:pPr>
      <w:r>
        <w:t>کے طلبگار رہتے ہوئے اللہ سے دعائیں کرتے ہوئے اس کام میں ہم اپنے آپ کو لگا دیں</w:t>
      </w:r>
    </w:p>
    <w:p>
      <w:r>
        <w:rPr>
          <w:b/>
        </w:rPr>
        <w:t xml:space="preserve">[33:55] </w:t>
      </w:r>
      <w:r>
        <w:t>assalam o alaikum wa rehmatullahi wa barakatuh</w:t>
      </w:r>
    </w:p>
    <w:p>
      <w:pPr>
        <w:jc w:val="right"/>
      </w:pPr>
      <w:r>
        <w:t>السلام علیکم ورحمۃ اللہ وبرکاتہ</w:t>
      </w:r>
    </w:p>
    <w:p>
      <w:r>
        <w:rPr>
          <w:b/>
        </w:rPr>
        <w:t xml:space="preserve">[33:58] </w:t>
      </w:r>
      <w:r>
        <w:t>mein aisa samajhta tha ke in ke dil mein hamari in ke dil mein koi doubt tha is</w:t>
      </w:r>
    </w:p>
    <w:p>
      <w:pPr>
        <w:jc w:val="right"/>
      </w:pPr>
      <w:r>
        <w:t>میں ایسا سمجھتا تھا کہ ان کے دل میں ہماری ان کے دل میں کوئی ڈاؤٹ تھا اس</w:t>
      </w:r>
    </w:p>
    <w:p>
      <w:r>
        <w:rPr>
          <w:b/>
        </w:rPr>
        <w:t xml:space="preserve">[34:04] </w:t>
      </w:r>
      <w:r>
        <w:t>waja se unhon ne Allah se kaha ke ye khan utaren taake in ke pair mein matlab istiqamat</w:t>
      </w:r>
    </w:p>
    <w:p>
      <w:pPr>
        <w:jc w:val="right"/>
      </w:pPr>
      <w:r>
        <w:t>وجہ سے انہوں نے اللہ سے کہا کہ یہ خان اتاریں تاکہ ان کے پیر میں مطلب استقامت</w:t>
      </w:r>
    </w:p>
    <w:p>
      <w:r>
        <w:rPr>
          <w:b/>
        </w:rPr>
        <w:t xml:space="preserve">[34:08] </w:t>
      </w:r>
      <w:r>
        <w:t>aaye in ke pair jam jayen aur aur zyada mehnat se wo log kaam kar saken</w:t>
      </w:r>
    </w:p>
    <w:p>
      <w:pPr>
        <w:jc w:val="right"/>
      </w:pPr>
      <w:r>
        <w:t>آئے ان کے پیر جم جائیں اور اور زیادہ محنت سے وہ لوگ کام کر سکیں</w:t>
      </w:r>
    </w:p>
    <w:p>
      <w:r>
        <w:rPr>
          <w:b/>
        </w:rPr>
        <w:t xml:space="preserve">[34:13] </w:t>
      </w:r>
      <w:r>
        <w:t>to is pe kaisa mera wo doubt ho ya jo bhi ho masla ye hai ke jo Allah</w:t>
      </w:r>
    </w:p>
    <w:p>
      <w:pPr>
        <w:jc w:val="right"/>
      </w:pPr>
      <w:r>
        <w:t>تو اس پہ کیسا میرا وہ ڈاؤٹ ہو یا جو بھی ہو مسئلہ یہ ہے کہ جو اللہ</w:t>
      </w:r>
    </w:p>
    <w:p>
      <w:r>
        <w:rPr>
          <w:b/>
        </w:rPr>
        <w:t xml:space="preserve">[34:18] </w:t>
      </w:r>
      <w:r>
        <w:t>ne jawab diya tha us mein kya message hai wo dekhna hai</w:t>
      </w:r>
    </w:p>
    <w:p>
      <w:pPr>
        <w:jc w:val="right"/>
      </w:pPr>
      <w:r>
        <w:t>نے جواب دیا تھا اس میں کیا میسج ہے وہ دیکھنا ہے</w:t>
      </w:r>
    </w:p>
    <w:p>
      <w:r>
        <w:rPr>
          <w:b/>
        </w:rPr>
        <w:t xml:space="preserve">[34:24] </w:t>
      </w:r>
      <w:r>
        <w:t>masla ye nahi ke wo</w:t>
      </w:r>
    </w:p>
    <w:p>
      <w:pPr>
        <w:jc w:val="right"/>
      </w:pPr>
      <w:r>
        <w:t>مسئلہ یہ نہیں کہ وہ</w:t>
      </w:r>
    </w:p>
    <w:p>
      <w:r>
        <w:rPr>
          <w:b/>
        </w:rPr>
        <w:t xml:space="preserve">[34:28] </w:t>
      </w:r>
      <w:r>
        <w:t>un ke mind mein kya tha masla ye hai ke Allah ne kya jawab diya Allah ne jawab</w:t>
      </w:r>
    </w:p>
    <w:p>
      <w:pPr>
        <w:jc w:val="right"/>
      </w:pPr>
      <w:r>
        <w:t>ان کے مائنڈ میں کیا تھا مسئلہ یہ ہے کہ اللہ نے کیا جواب دیا اللہ نے جواب</w:t>
      </w:r>
    </w:p>
    <w:p>
      <w:r>
        <w:rPr>
          <w:b/>
        </w:rPr>
        <w:t xml:space="preserve">[34:32] </w:t>
      </w:r>
      <w:r>
        <w:t>ye diya ke agar nematen is tarah zahir ki jayengi to is ke sath accountability juri hui</w:t>
      </w:r>
    </w:p>
    <w:p>
      <w:pPr>
        <w:jc w:val="right"/>
      </w:pPr>
      <w:r>
        <w:t>یہ دیا کہ اگر نعمتیں اس طرح ظاہر کی جائیں گی تو اس کے ساتھ اکاؤنٹیبلٹی جڑی ہوئی</w:t>
      </w:r>
    </w:p>
    <w:p>
      <w:r>
        <w:rPr>
          <w:b/>
        </w:rPr>
        <w:t xml:space="preserve">[34:37] </w:t>
      </w:r>
      <w:r>
        <w:t>hai aisa nahi ke bas nematen de di jayen ek ayat hai na ke nematon ki pooch hogi</w:t>
      </w:r>
    </w:p>
    <w:p>
      <w:pPr>
        <w:jc w:val="right"/>
      </w:pPr>
      <w:r>
        <w:t>ہے ایسا نہیں کہ بس نعمتیں دے دی جائیں ایک آیت ہے نا کہ نعمتوں کی پوچھ ہوگی</w:t>
      </w:r>
    </w:p>
    <w:p>
      <w:r>
        <w:rPr>
          <w:b/>
        </w:rPr>
        <w:t xml:space="preserve">[34:43] </w:t>
      </w:r>
      <w:r>
        <w:t>zarur to wo isi se related hai kya hai nematen nematon ki pooch hogi zarur</w:t>
      </w:r>
    </w:p>
    <w:p>
      <w:pPr>
        <w:jc w:val="right"/>
      </w:pPr>
      <w:r>
        <w:t>ضرور تو وہ اسی سے ریلیٹڈ ہے کیا ہے نعمتیں نعمتوں کی پوچھ ہوگی ضرور</w:t>
      </w:r>
    </w:p>
    <w:p>
      <w:r>
        <w:rPr>
          <w:b/>
        </w:rPr>
        <w:t xml:space="preserve">[34:50] </w:t>
      </w:r>
      <w:r>
        <w:t>haan wo isi se related hai</w:t>
      </w:r>
    </w:p>
    <w:p>
      <w:pPr>
        <w:jc w:val="right"/>
      </w:pPr>
      <w:r>
        <w:t>ہاں وہ اسی سے ریلیٹڈ ہے</w:t>
      </w:r>
    </w:p>
    <w:p>
      <w:r>
        <w:rPr>
          <w:b/>
        </w:rPr>
        <w:t xml:space="preserve">[34:59] </w:t>
      </w:r>
      <w:r>
        <w:t>to is is waqe ka part ye nahi hai lekin is usool ko is ke is ayat se</w:t>
      </w:r>
    </w:p>
    <w:p>
      <w:pPr>
        <w:jc w:val="right"/>
      </w:pPr>
      <w:r>
        <w:t>تو اس اس واقعے کا پارٹ یہ نہیں ہے لیکن اس اصول کو اس کے اس آیت سے</w:t>
      </w:r>
    </w:p>
    <w:p>
      <w:r>
        <w:rPr>
          <w:b/>
        </w:rPr>
        <w:t xml:space="preserve">[35:07] </w:t>
      </w:r>
      <w:r>
        <w:t>bhi hum samajh sakte hain ke jahan nemat hai wahan pooch hai accountability hai har nemat ke sath</w:t>
      </w:r>
    </w:p>
    <w:p>
      <w:pPr>
        <w:jc w:val="right"/>
      </w:pPr>
      <w:r>
        <w:t>بھی ہم سمجھ سکتے ہیں کہ جہاں نعمت ہے وہاں پوچھ ہے اکاؤنٹیبلٹی ہے ہر نعمت کے ساتھ</w:t>
      </w:r>
    </w:p>
    <w:p>
      <w:r>
        <w:rPr>
          <w:b/>
        </w:rPr>
        <w:t xml:space="preserve">[35:14] </w:t>
      </w:r>
      <w:r>
        <w:t>accountability hai baghair accountability ki nemat nahi hai jo log kehte hain ke right here right now to</w:t>
      </w:r>
    </w:p>
    <w:p>
      <w:pPr>
        <w:jc w:val="right"/>
      </w:pPr>
      <w:r>
        <w:t>اکاؤنٹیبلٹی ہے بغیر اکاؤنٹیبلٹی کی نعمت نہیں ہے جو لوگ کہتے ہیں کہ رائٹ ہیر رائٹ ناو تو</w:t>
      </w:r>
    </w:p>
    <w:p>
      <w:r>
        <w:rPr>
          <w:b/>
        </w:rPr>
        <w:t xml:space="preserve">[35:21] </w:t>
      </w:r>
      <w:r>
        <w:t>is jante nahi is baat ko</w:t>
      </w:r>
    </w:p>
    <w:p>
      <w:pPr>
        <w:jc w:val="right"/>
      </w:pPr>
      <w:r>
        <w:t>اس جانتے نہیں اس بات کو</w:t>
      </w:r>
    </w:p>
    <w:p>
      <w:r>
        <w:rPr>
          <w:b/>
        </w:rPr>
        <w:t xml:space="preserve">[35:24] </w:t>
      </w:r>
      <w:r>
        <w:t>ke jin nematon ko le kar aap chahte hain ke khoob</w:t>
      </w:r>
    </w:p>
    <w:p>
      <w:pPr>
        <w:jc w:val="right"/>
      </w:pPr>
      <w:r>
        <w:t>کہ جن نعمتوں کو لے کر آپ چاہتے ہیں کہ خوب</w:t>
      </w:r>
    </w:p>
    <w:p>
      <w:r>
        <w:rPr>
          <w:b/>
        </w:rPr>
        <w:t xml:space="preserve">[35:30] </w:t>
      </w:r>
      <w:r>
        <w:t>yani ise enjoy karen to yahi to batana hai yani Quran ka distribution jo hai ye batana hai</w:t>
      </w:r>
    </w:p>
    <w:p>
      <w:pPr>
        <w:jc w:val="right"/>
      </w:pPr>
      <w:r>
        <w:t>یعنی اسے انجوائے کریں تو یہی تو بتانا ہے یعنی قرآن کا ڈسٹریبیوشن جو ہے یہ بتانا ہے</w:t>
      </w:r>
    </w:p>
    <w:p>
      <w:r>
        <w:rPr>
          <w:b/>
        </w:rPr>
        <w:t xml:space="preserve">[35:37] </w:t>
      </w:r>
      <w:r>
        <w:t>ke tum samajhte ho ke nematen hain to enjoy kar lo bas ho gaya enjoy karte raho nahi</w:t>
      </w:r>
    </w:p>
    <w:p>
      <w:pPr>
        <w:jc w:val="right"/>
      </w:pPr>
      <w:r>
        <w:t>کہ تم سمجھتے ہو کہ نعمتیں ہیں تو انجوائے کر لو بس ہو گیا انجوائے کرتے رہو نہیں</w:t>
      </w:r>
    </w:p>
    <w:p>
      <w:r>
        <w:rPr>
          <w:b/>
        </w:rPr>
        <w:t xml:space="preserve">[35:42] </w:t>
      </w:r>
      <w:r>
        <w:t>wo nematon ke sath accountability juri hui hai yahi to batana hai</w:t>
      </w:r>
    </w:p>
    <w:p>
      <w:pPr>
        <w:jc w:val="right"/>
      </w:pPr>
      <w:r>
        <w:t>وہ نعمتوں کے ساتھ اکاؤنٹیبلٹی جڑی ہوئی ہے یہی تو بتانا ہے</w:t>
      </w:r>
    </w:p>
    <w:p>
      <w:r>
        <w:rPr>
          <w:b/>
        </w:rPr>
        <w:t xml:space="preserve">[35:49] </w:t>
      </w:r>
      <w:r>
        <w:t>maulana is cheez ki koi kahin pe wo nahi hai tafseel ke utara gaya ke nahi utara gaya</w:t>
      </w:r>
    </w:p>
    <w:p>
      <w:pPr>
        <w:jc w:val="right"/>
      </w:pPr>
      <w:r>
        <w:t>مولانا اس چیز کی کوئی کہیں پہ وہ نہیں ہے تفصیل کی اتارا گیا کہ نہیں اتارا گیا</w:t>
      </w:r>
    </w:p>
    <w:p>
      <w:r>
        <w:rPr>
          <w:b/>
        </w:rPr>
        <w:t xml:space="preserve">[35:53] </w:t>
      </w:r>
      <w:r>
        <w:t>aap ne kaha ke shayad nahi utara gaya jo maulana dua kare isa alaihissalam ne ke is</w:t>
      </w:r>
    </w:p>
    <w:p>
      <w:pPr>
        <w:jc w:val="right"/>
      </w:pPr>
      <w:r>
        <w:t>آپ نے کہا کہ شاید نہیں اتارا گیا جو مولانا دعا کری عیسی علیہ السلام نے کہ اس</w:t>
      </w:r>
    </w:p>
    <w:p>
      <w:r>
        <w:rPr>
          <w:b/>
        </w:rPr>
        <w:t xml:space="preserve">[36:00] </w:t>
      </w:r>
      <w:r>
        <w:t>ko khan ko utara jaye to woh kya utra phir molana jannat se dekhiye quran mein to hai</w:t>
      </w:r>
    </w:p>
    <w:p>
      <w:pPr>
        <w:jc w:val="right"/>
      </w:pPr>
      <w:r>
        <w:t>کو خان کو اتارا جائے تو وہ کیا اترا پھر مولانا جنت سے دیکھیے قرآن میں تو ہے</w:t>
      </w:r>
    </w:p>
    <w:p>
      <w:r>
        <w:rPr>
          <w:b/>
        </w:rPr>
        <w:t xml:space="preserve">[36:07] </w:t>
      </w:r>
      <w:r>
        <w:t>nahi ke utra ji riwayat mein zyada jo qawi riwayat hai us se ke nahi utra baz riwayatein</w:t>
      </w:r>
    </w:p>
    <w:p>
      <w:pPr>
        <w:jc w:val="right"/>
      </w:pPr>
      <w:r>
        <w:t>نہیں کہ اترا جی روایات میں زیادہ جو قوی روایت ہے اس سے کہ نہیں اترا بعض روایتیں</w:t>
      </w:r>
    </w:p>
    <w:p>
      <w:r>
        <w:rPr>
          <w:b/>
        </w:rPr>
        <w:t xml:space="preserve">[36:15] </w:t>
      </w:r>
      <w:r>
        <w:t>aisi hain ke utra lekin mein is ko sahi nahi samajhta acha jo jo zyada</w:t>
      </w:r>
    </w:p>
    <w:p>
      <w:pPr>
        <w:jc w:val="right"/>
      </w:pPr>
      <w:r>
        <w:t>ایسی ہیں کہ اترا لیکن میں اس کو صحیح نہیں سمجھتا اچھا جو جو زیادہ</w:t>
      </w:r>
    </w:p>
    <w:p>
      <w:r>
        <w:rPr>
          <w:b/>
        </w:rPr>
        <w:t xml:space="preserve">[36:22] </w:t>
      </w:r>
      <w:r>
        <w:t>riwayatein hain woh yahi ke utra nahi</w:t>
      </w:r>
    </w:p>
    <w:p>
      <w:pPr>
        <w:jc w:val="right"/>
      </w:pPr>
      <w:r>
        <w:t>روایتیں ہیں وہ یہی کہ اترا نہیں</w:t>
      </w:r>
    </w:p>
    <w:p>
      <w:r>
        <w:rPr>
          <w:b/>
        </w:rPr>
        <w:t xml:space="preserve">[36:25] </w:t>
      </w:r>
      <w:r>
        <w:t>jo jin baz riwayatton mein hai ke utra is ko mein sahi nahi samajhta</w:t>
      </w:r>
    </w:p>
    <w:p>
      <w:pPr>
        <w:jc w:val="right"/>
      </w:pPr>
      <w:r>
        <w:t>جو جن بعض روایتوں میں ہے کہ اترا اس کو میں صحیح نہیں سمجھتا</w:t>
      </w:r>
    </w:p>
    <w:p>
      <w:r>
        <w:rPr>
          <w:b/>
        </w:rPr>
        <w:t xml:space="preserve">[36:30] </w:t>
      </w:r>
      <w:r>
        <w:t>quran mein nahi hai ke utra ji</w:t>
      </w:r>
    </w:p>
    <w:p>
      <w:pPr>
        <w:jc w:val="right"/>
      </w:pPr>
      <w:r>
        <w:t>قرآن میں نہیں ہے کہ اترا جی</w:t>
      </w:r>
    </w:p>
    <w:p>
      <w:r>
        <w:rPr>
          <w:b/>
        </w:rPr>
        <w:t xml:space="preserve">[36:36] </w:t>
      </w:r>
      <w:r>
        <w:t>aur is ka dekhiye ek ek saboot yeh hai ke agar utra hota aur is ke baad zahir</w:t>
      </w:r>
    </w:p>
    <w:p>
      <w:pPr>
        <w:jc w:val="right"/>
      </w:pPr>
      <w:r>
        <w:t>اور اس کا دیکھیے ایک ایک ثبوت یہ ہے کہ اگر اترا ہوتا اور اس کے بعد ظاہر</w:t>
      </w:r>
    </w:p>
    <w:p>
      <w:r>
        <w:rPr>
          <w:b/>
        </w:rPr>
        <w:t xml:space="preserve">[36:41] </w:t>
      </w:r>
      <w:r>
        <w:t>hai ke christian ne is ka haq to ada nahi kiya to bohat bara un ke pas pakar</w:t>
      </w:r>
    </w:p>
    <w:p>
      <w:pPr>
        <w:jc w:val="right"/>
      </w:pPr>
      <w:r>
        <w:t>ہے کہ کرسچن نے اس کا حق تو ادا نہیں کیا تو بہت بڑا ان کے پاس پکڑ</w:t>
      </w:r>
    </w:p>
    <w:p>
      <w:r>
        <w:rPr>
          <w:b/>
        </w:rPr>
        <w:t xml:space="preserve">[36:46] </w:t>
      </w:r>
      <w:r>
        <w:t>hoti un ki to pakar kahan hui to woh flash karte rahe</w:t>
      </w:r>
    </w:p>
    <w:p>
      <w:pPr>
        <w:jc w:val="right"/>
      </w:pPr>
      <w:r>
        <w:t>ہوتی ان کی تو پکڑ کہاں ہوئی تو وہ فلش کرتے رہے</w:t>
      </w:r>
    </w:p>
    <w:p>
      <w:r>
        <w:rPr>
          <w:b/>
        </w:rPr>
        <w:t xml:space="preserve">[36:51] </w:t>
      </w:r>
      <w:r>
        <w:t>christian to flash karte rahe</w:t>
      </w:r>
    </w:p>
    <w:p>
      <w:pPr>
        <w:jc w:val="right"/>
      </w:pPr>
      <w:r>
        <w:t>کرسچن تو فلش کرتے رہے</w:t>
      </w:r>
    </w:p>
    <w:p>
      <w:r>
        <w:rPr>
          <w:b/>
        </w:rPr>
        <w:t xml:space="preserve">[36:54] </w:t>
      </w:r>
      <w:r>
        <w:t>to agar utra hota to christian ka mamla bohat bigar jata</w:t>
      </w:r>
    </w:p>
    <w:p>
      <w:pPr>
        <w:jc w:val="right"/>
      </w:pPr>
      <w:r>
        <w:t>تو اگر اترا ہوتا تو کرسچن کا معاملہ بہت بگڑ جاتا</w:t>
      </w:r>
    </w:p>
    <w:p>
      <w:r>
        <w:rPr>
          <w:b/>
        </w:rPr>
        <w:t xml:space="preserve">[36:59] </w:t>
      </w:r>
      <w:r>
        <w:t>yeh na hota jo ab hai molana woh kamal kothari ji bhi dekh rahe hain pune se to</w:t>
      </w:r>
    </w:p>
    <w:p>
      <w:pPr>
        <w:jc w:val="right"/>
      </w:pPr>
      <w:r>
        <w:t>یہ نہ ہوتا جو اب ہے مولانا وہ کمل کوٹھاری جی بھی دیکھ رہے ہیں پونے سے تو</w:t>
      </w:r>
    </w:p>
    <w:p>
      <w:r>
        <w:rPr>
          <w:b/>
        </w:rPr>
        <w:t xml:space="preserve">[37:05] </w:t>
      </w:r>
      <w:r>
        <w:t>وہ پوچھ رہے ہیں کہ which were the verses that were recited at the beginning of the lecture</w:t>
      </w:r>
    </w:p>
    <w:p>
      <w:pPr>
        <w:jc w:val="right"/>
      </w:pPr>
      <w:r>
        <w:t>وہ پوچھ رہے ہیں کہ وچ وار دا ورسز دیٹ وار ریسائیٹڈ ایٹ دا بگننگ اف دا لیکچر</w:t>
      </w:r>
    </w:p>
    <w:p>
      <w:r>
        <w:rPr>
          <w:b/>
        </w:rPr>
        <w:t xml:space="preserve">[37:10] </w:t>
      </w:r>
      <w:r>
        <w:t>un arabi</w:t>
      </w:r>
    </w:p>
    <w:p>
      <w:pPr>
        <w:jc w:val="right"/>
      </w:pPr>
      <w:r>
        <w:t>ان عربی</w:t>
      </w:r>
    </w:p>
    <w:p>
      <w:r>
        <w:rPr>
          <w:b/>
        </w:rPr>
        <w:t xml:space="preserve">[37:12] </w:t>
      </w:r>
      <w:r>
        <w:t>please give me the chapter number and verse number</w:t>
      </w:r>
    </w:p>
    <w:p>
      <w:pPr>
        <w:jc w:val="right"/>
      </w:pPr>
      <w:r>
        <w:t>پلیز گیو می دی چیپٹر نمبر اینڈ ورس نمبر</w:t>
      </w:r>
    </w:p>
    <w:p>
      <w:r>
        <w:rPr>
          <w:b/>
        </w:rPr>
        <w:t xml:space="preserve">[37:16] </w:t>
      </w:r>
      <w:r>
        <w:t>chapter number chapter number panch surah maidah</w:t>
      </w:r>
    </w:p>
    <w:p>
      <w:pPr>
        <w:jc w:val="right"/>
      </w:pPr>
      <w:r>
        <w:t>چیپٹر نمبر چیپٹر نمبر پانچ سورہ مائدہ</w:t>
      </w:r>
    </w:p>
    <w:p>
      <w:r>
        <w:rPr>
          <w:b/>
        </w:rPr>
        <w:t xml:space="preserve">[37:21] </w:t>
      </w:r>
      <w:r>
        <w:t>chapter number panch aur verse number verse number is mein batayein 112 13 14 chapter number five verse</w:t>
      </w:r>
    </w:p>
    <w:p>
      <w:pPr>
        <w:jc w:val="right"/>
      </w:pPr>
      <w:r>
        <w:t>چیپٹر نمبر پانچ اور ورس نمبر ورس نمبر اس میں بتائیں 112 13 14 چیپٹر نمبر فائیو ورس</w:t>
      </w:r>
    </w:p>
    <w:p>
      <w:r>
        <w:rPr>
          <w:b/>
        </w:rPr>
        <w:t xml:space="preserve">[37:29] </w:t>
      </w:r>
      <w:r>
        <w:t>number 112 12 13 14 15 112 to 115</w:t>
      </w:r>
    </w:p>
    <w:p>
      <w:pPr>
        <w:jc w:val="right"/>
      </w:pPr>
      <w:r>
        <w:t>نمبر 112 12 13 14 15 112 ٹو 115</w:t>
      </w:r>
    </w:p>
    <w:p>
      <w:r>
        <w:rPr>
          <w:b/>
        </w:rPr>
        <w:t xml:space="preserve">[37:38] </w:t>
      </w:r>
      <w:r>
        <w:t>dekhein quran mein aisa bohat hai</w:t>
      </w:r>
    </w:p>
    <w:p>
      <w:pPr>
        <w:jc w:val="right"/>
      </w:pPr>
      <w:r>
        <w:t>دیکھیں قرآن میں ایسا بہت ہے</w:t>
      </w:r>
    </w:p>
    <w:p>
      <w:r>
        <w:rPr>
          <w:b/>
        </w:rPr>
        <w:t xml:space="preserve">[37:42] </w:t>
      </w:r>
      <w:r>
        <w:t>ke kuch kisi waqeay ka zikr hai to log samajhte hain ke bas ek waqeha hai yeh</w:t>
      </w:r>
    </w:p>
    <w:p>
      <w:pPr>
        <w:jc w:val="right"/>
      </w:pPr>
      <w:r>
        <w:t>کہ کچھ کسی واقعے کا ذکر ہے تو لوگ سمجھتے ہیں کہ بس ایک واقعہ ہے یہ</w:t>
      </w:r>
    </w:p>
    <w:p>
      <w:r>
        <w:rPr>
          <w:b/>
        </w:rPr>
        <w:t xml:space="preserve">[37:49] </w:t>
      </w:r>
      <w:r>
        <w:t>nahi is waqeay ke reference mein ek principle ko bataya gaya hai yeh har jagah hai</w:t>
      </w:r>
    </w:p>
    <w:p>
      <w:pPr>
        <w:jc w:val="right"/>
      </w:pPr>
      <w:r>
        <w:t>نہیں اس واقعے کے ریفرنس میں ایک پرنسپل کو بتایا گیا ہے یہ ہر جگہ ہے</w:t>
      </w:r>
    </w:p>
    <w:p>
      <w:r>
        <w:rPr>
          <w:b/>
        </w:rPr>
        <w:t xml:space="preserve">[37:56] </w:t>
      </w:r>
      <w:r>
        <w:t>aur yahan bhi dekhiye commentary aap padhenge to bas isi waqeay ko le kar woh is ko</w:t>
      </w:r>
    </w:p>
    <w:p>
      <w:pPr>
        <w:jc w:val="right"/>
      </w:pPr>
      <w:r>
        <w:t>اور یہاں بھی دیکھیے کمنٹری آپ پڑھیں گے تو بس اسی واقعے کو لے کر وہ اس کو</w:t>
      </w:r>
    </w:p>
    <w:p>
      <w:r>
        <w:rPr>
          <w:b/>
        </w:rPr>
        <w:t xml:space="preserve">[38:02] </w:t>
      </w:r>
      <w:r>
        <w:t>batayenge is ka matlab halanke asal baat woh nahi hai woh woh to bator ek point of</w:t>
      </w:r>
    </w:p>
    <w:p>
      <w:pPr>
        <w:jc w:val="right"/>
      </w:pPr>
      <w:r>
        <w:t>بتائیں گے اس کا مطلب حالانکہ اصل بات وہ نہیں ہے وہ وہ تو بطور ایک پوائنٹ اف</w:t>
      </w:r>
    </w:p>
    <w:p>
      <w:r>
        <w:rPr>
          <w:b/>
        </w:rPr>
        <w:t xml:space="preserve">[38:09] </w:t>
      </w:r>
      <w:r>
        <w:t>reference hai woh waqeha point of reference ko reference tor par hai asal baat to doosri hai woh</w:t>
      </w:r>
    </w:p>
    <w:p>
      <w:pPr>
        <w:jc w:val="right"/>
      </w:pPr>
      <w:r>
        <w:t>ریفرنس ہے وہ واقعہ پوائنٹ اف ریفرنس کو ریفرنس طور پر ہے اصل بات تو دوسری ہے وہ</w:t>
      </w:r>
    </w:p>
    <w:p>
      <w:r>
        <w:rPr>
          <w:b/>
        </w:rPr>
        <w:t xml:space="preserve">[38:16] </w:t>
      </w:r>
      <w:r>
        <w:t>commentary wale kahein kisi commentary mein milegi nahi aap ko kyunke is is nuqte ko le samjho</w:t>
      </w:r>
    </w:p>
    <w:p>
      <w:pPr>
        <w:jc w:val="right"/>
      </w:pPr>
      <w:r>
        <w:t>کمنٹری والے کہیں کسی کمنٹری میں ملے گی نہیں آپ کو کیونکہ اس اس نقطے کو لے سمجھو</w:t>
      </w:r>
    </w:p>
    <w:p>
      <w:r>
        <w:rPr>
          <w:b/>
        </w:rPr>
        <w:t xml:space="preserve">[38:21] </w:t>
      </w:r>
      <w:r>
        <w:t>log ke quran ek waqeay ka zikr karta hai to woh bator point of reference hota hai is</w:t>
      </w:r>
    </w:p>
    <w:p>
      <w:pPr>
        <w:jc w:val="right"/>
      </w:pPr>
      <w:r>
        <w:t>لوگ کہ قرآن ایک واقعہ کا ذکر کرتا ہے تو وہ بطور پوائنٹ اف ریفرنس ہوتا ہے اس</w:t>
      </w:r>
    </w:p>
    <w:p>
      <w:r>
        <w:rPr>
          <w:b/>
        </w:rPr>
        <w:t xml:space="preserve">[38:28] </w:t>
      </w:r>
      <w:r>
        <w:t>ko le kar ek principal ko batana hota hai</w:t>
      </w:r>
    </w:p>
    <w:p>
      <w:pPr>
        <w:jc w:val="right"/>
      </w:pPr>
      <w:r>
        <w:t>کو لے کر ایک پرنسپل کو بتانا ہوتا ہے</w:t>
      </w:r>
    </w:p>
    <w:p>
      <w:r>
        <w:rPr>
          <w:b/>
        </w:rPr>
        <w:t xml:space="preserve">[38:32] </w:t>
      </w:r>
      <w:r>
        <w:t>yeh hamari kitabon mein likha hua nahi hai</w:t>
      </w:r>
    </w:p>
    <w:p>
      <w:pPr>
        <w:jc w:val="right"/>
      </w:pPr>
      <w:r>
        <w:t>یہ ہماری کتابوں میں لکھا ہوا نہیں ہے</w:t>
      </w:r>
    </w:p>
    <w:p>
      <w:r>
        <w:rPr>
          <w:b/>
        </w:rPr>
        <w:t xml:space="preserve">[38:36] </w:t>
      </w:r>
      <w:r>
        <w:t>yeh koi janta nahi</w:t>
      </w:r>
    </w:p>
    <w:p>
      <w:pPr>
        <w:jc w:val="right"/>
      </w:pPr>
      <w:r>
        <w:t>یہ کوئی جانتا نہیں</w:t>
      </w:r>
    </w:p>
    <w:p>
      <w:r>
        <w:rPr>
          <w:b/>
        </w:rPr>
        <w:t xml:space="preserve">[38:38] </w:t>
      </w:r>
      <w:r>
        <w:t>yeh to meri kehna chahiye ke discovery hai tafseeron mein kabhi is ko explain is tareeqay se nahi</w:t>
      </w:r>
    </w:p>
    <w:p>
      <w:pPr>
        <w:jc w:val="right"/>
      </w:pPr>
      <w:r>
        <w:t>یہ تو میری کہنا چاہیے کہ ڈسکوری ہے تفسیروں میں کبھی اس کو ایکسپلین اس طریقے سے نہیں</w:t>
      </w:r>
    </w:p>
    <w:p>
      <w:r>
        <w:rPr>
          <w:b/>
        </w:rPr>
        <w:t xml:space="preserve">[38:46] </w:t>
      </w:r>
      <w:r>
        <w:t>kia gaya kisi bhi commentary mein nahi kyunke saari commentary itni hamari arabi jo arabi commentary ki baat</w:t>
      </w:r>
    </w:p>
    <w:p>
      <w:pPr>
        <w:jc w:val="right"/>
      </w:pPr>
      <w:r>
        <w:t>کیا گیا کسی بھی کمنٹری میں نہیں کیونکہ ساری کمنٹری اتنی ہماری عربی جو عربی کمنٹری کی بات</w:t>
      </w:r>
    </w:p>
    <w:p>
      <w:r>
        <w:rPr>
          <w:b/>
        </w:rPr>
        <w:t xml:space="preserve">[38:53] </w:t>
      </w:r>
      <w:r>
        <w:t>karta hoon mein is waqe ko le kar bas isi waqe ko batayenge</w:t>
      </w:r>
    </w:p>
    <w:p>
      <w:pPr>
        <w:jc w:val="right"/>
      </w:pPr>
      <w:r>
        <w:t>کرتا ہوں میں اس واقعے کو لے کر بس اسی واقعے کو بتائیں گے</w:t>
      </w:r>
    </w:p>
    <w:p>
      <w:r>
        <w:rPr>
          <w:b/>
        </w:rPr>
        <w:t xml:space="preserve">[39:00] </w:t>
      </w:r>
      <w:r>
        <w:t>is ko yeh is raat ko woh nahi jante ke yeh point of reference ke tor par yeh</w:t>
      </w:r>
    </w:p>
    <w:p>
      <w:pPr>
        <w:jc w:val="right"/>
      </w:pPr>
      <w:r>
        <w:t>اس کو یہ اس رات کو وہ نہیں جانتے کہ یہ پوائنٹ اف ریفرنس کے طور پر یہ</w:t>
      </w:r>
    </w:p>
    <w:p>
      <w:r>
        <w:rPr>
          <w:b/>
        </w:rPr>
        <w:t xml:space="preserve">[39:04] </w:t>
      </w:r>
      <w:r>
        <w:t>waqa hai asal baat kuch aur hai is is</w:t>
      </w:r>
    </w:p>
    <w:p>
      <w:pPr>
        <w:jc w:val="right"/>
      </w:pPr>
      <w:r>
        <w:t>واقعہ ہے اصل بات کچھ اور ہے اس اس</w:t>
      </w:r>
    </w:p>
    <w:p>
      <w:r>
        <w:rPr>
          <w:b/>
        </w:rPr>
        <w:t xml:space="preserve">[39:09] </w:t>
      </w:r>
      <w:r>
        <w:t>yani commentary ka yeh tareeqa jante nahi hain woh</w:t>
      </w:r>
    </w:p>
    <w:p>
      <w:pPr>
        <w:jc w:val="right"/>
      </w:pPr>
      <w:r>
        <w:t>یعنی کمنٹری کا یہ طریقہ جانتے نہیں ہیں وہ</w:t>
      </w:r>
    </w:p>
    <w:p>
      <w:r>
        <w:rPr>
          <w:b/>
        </w:rPr>
        <w:t xml:space="preserve">[39:15] </w:t>
      </w:r>
      <w:r>
        <w:t>is wajah se bohat hi yani asal baat jo hai woh log</w:t>
      </w:r>
    </w:p>
    <w:p>
      <w:pPr>
        <w:jc w:val="right"/>
      </w:pPr>
      <w:r>
        <w:t>اس وجہ سے بہت ہی یعنی اصل بات جو ہے وہ لوگ</w:t>
      </w:r>
    </w:p>
    <w:p>
      <w:r>
        <w:rPr>
          <w:b/>
        </w:rPr>
        <w:t xml:space="preserve">[39:21] </w:t>
      </w:r>
      <w:r>
        <w:t>سمجھ نہیں پاتے اس کو How should we discover potential</w:t>
      </w:r>
    </w:p>
    <w:p>
      <w:pPr>
        <w:jc w:val="right"/>
      </w:pPr>
      <w:r>
        <w:t>سمجھ نہیں پاتے اس کو ہاؤ شوڈ وی ڈسکور پوٹینشل</w:t>
      </w:r>
    </w:p>
    <w:p>
      <w:r>
        <w:rPr>
          <w:b/>
        </w:rPr>
        <w:t xml:space="preserve">[39:31] </w:t>
      </w:r>
      <w:r>
        <w:t>bhai yeh to sab se zyada asan hai apne aap hi koi aadmi ka na jaane aisa ho</w:t>
      </w:r>
    </w:p>
    <w:p>
      <w:pPr>
        <w:jc w:val="right"/>
      </w:pPr>
      <w:r>
        <w:t>بھئی یہ تو سب سے زیادہ اسان ہے اپنے آپ ہی کوئی آدمی کا نہ جانے ایسا ہو</w:t>
      </w:r>
    </w:p>
    <w:p>
      <w:r>
        <w:rPr>
          <w:b/>
        </w:rPr>
        <w:t xml:space="preserve">[39:36] </w:t>
      </w:r>
      <w:r>
        <w:t>sakta hai apne aap ko na jaye to kiya janega phir woh sab se asan hai apne</w:t>
      </w:r>
    </w:p>
    <w:p>
      <w:pPr>
        <w:jc w:val="right"/>
      </w:pPr>
      <w:r>
        <w:t>سکتا ہے اپنے آپ کو نہ جائے تو کیا جانے گا پھر وہ سب سے اسان ہے اپنے</w:t>
      </w:r>
    </w:p>
    <w:p>
      <w:r>
        <w:rPr>
          <w:b/>
        </w:rPr>
        <w:t xml:space="preserve">[39:43] </w:t>
      </w:r>
      <w:r>
        <w:t>aap ko janna</w:t>
      </w:r>
    </w:p>
    <w:p>
      <w:pPr>
        <w:jc w:val="right"/>
      </w:pPr>
      <w:r>
        <w:t>آپ کو جاننا</w:t>
      </w:r>
    </w:p>
    <w:p>
      <w:r>
        <w:rPr>
          <w:b/>
        </w:rPr>
        <w:t xml:space="preserve">[39:47] </w:t>
      </w:r>
      <w:r>
        <w:t>sab se zyada asan hai apne aap ko janna cheez kiya hai ke distraction ki wajah se hum</w:t>
      </w:r>
    </w:p>
    <w:p>
      <w:pPr>
        <w:jc w:val="right"/>
      </w:pPr>
      <w:r>
        <w:t>سب سے زیادہ اسان ہے اپنے آپ کو جاننا چیز کیا ہے کہ ڈسٹریکشن کی وجہ سے ہم</w:t>
      </w:r>
    </w:p>
    <w:p>
      <w:r>
        <w:rPr>
          <w:b/>
        </w:rPr>
        <w:t xml:space="preserve">[39:54] </w:t>
      </w:r>
      <w:r>
        <w:t>apne aap ko nahi jaan paate har waqt hum distract hotay rehte hain</w:t>
      </w:r>
    </w:p>
    <w:p>
      <w:pPr>
        <w:jc w:val="right"/>
      </w:pPr>
      <w:r>
        <w:t>اپنے آپ کو نہیں جان پاتے ہر وقت ہم ڈسٹریکٹ ہوتے رہتے ہیں</w:t>
      </w:r>
    </w:p>
    <w:p>
      <w:r>
        <w:rPr>
          <w:b/>
        </w:rPr>
        <w:t xml:space="preserve">[40:02] </w:t>
      </w:r>
      <w:r>
        <w:t>abhi yeh misra aankhein jo hain yeh distraction ki badshahat thi distraction ki wajah se apne aap ko</w:t>
      </w:r>
    </w:p>
    <w:p>
      <w:pPr>
        <w:jc w:val="right"/>
      </w:pPr>
      <w:r>
        <w:t>ابھی یہ مصرع آنکھیں جو ہیں یہ ڈسٹرکشن کی بادشاہت تھی ڈسٹرکشن کی وجہ سے اپنے آپ کو</w:t>
      </w:r>
    </w:p>
    <w:p>
      <w:r>
        <w:rPr>
          <w:b/>
        </w:rPr>
        <w:t xml:space="preserve">[40:10] </w:t>
      </w:r>
      <w:r>
        <w:t>discover nahi kiya tha in ko in ko mein ne kafi samjhaya to ab mashallah aap ne kuch</w:t>
      </w:r>
    </w:p>
    <w:p>
      <w:pPr>
        <w:jc w:val="right"/>
      </w:pPr>
      <w:r>
        <w:t>ڈسکور نہیں کیا تھا ان کو ان کو میں نے کافی سمجھایا تو اب ماشاءاللہ آپ نے کچھ</w:t>
      </w:r>
    </w:p>
    <w:p>
      <w:r>
        <w:rPr>
          <w:b/>
        </w:rPr>
        <w:t xml:space="preserve">[40:16] </w:t>
      </w:r>
      <w:r>
        <w:t>discover kar liya inhon ne</w:t>
      </w:r>
    </w:p>
    <w:p>
      <w:pPr>
        <w:jc w:val="right"/>
      </w:pPr>
      <w:r>
        <w:t>ڈسکور کر لیا انہوں نے</w:t>
      </w:r>
    </w:p>
    <w:p>
      <w:r>
        <w:rPr>
          <w:b/>
        </w:rPr>
        <w:t xml:space="preserve">[40:18] </w:t>
      </w:r>
      <w:r>
        <w:t>ki sahib ji molana sahi keh nahi sahi ji molana aap bataiye aap bataiye apna case bataiye</w:t>
      </w:r>
    </w:p>
    <w:p>
      <w:pPr>
        <w:jc w:val="right"/>
      </w:pPr>
      <w:r>
        <w:t>کی صاحب جی مولانا صحیح کہ نہیں صحیح جی مولانا آپ بتائیے آپ بتائیے اپنا کیس بتائیے</w:t>
      </w:r>
    </w:p>
    <w:p>
      <w:r>
        <w:rPr>
          <w:b/>
        </w:rPr>
        <w:t xml:space="preserve">[40:26] </w:t>
      </w:r>
      <w:r>
        <w:t>جی میں پہلے بہت زیادہ ڈسٹریکٹڈ تھی مجھے اپنا پوٹینشل English بولیے I'm sorry</w:t>
      </w:r>
    </w:p>
    <w:p>
      <w:pPr>
        <w:jc w:val="right"/>
      </w:pPr>
      <w:r>
        <w:t>جی میں پہلے بہت زیادہ ڈسٹریکٹڈ تھی مجھے اپنا پوٹینشل انگلش بولیے ایم سوری</w:t>
      </w:r>
    </w:p>
    <w:p>
      <w:r>
        <w:rPr>
          <w:b/>
        </w:rPr>
        <w:t xml:space="preserve">[40:33] </w:t>
      </w:r>
      <w:r>
        <w:t>Earlier I was very distracted with other worldly relations or affairs, and I could not discover my potential as to what God had prepared me for.</w:t>
      </w:r>
    </w:p>
    <w:p>
      <w:pPr>
        <w:jc w:val="right"/>
      </w:pPr>
      <w:r>
        <w:t>Earlier I was very distracted with other worldly relations or affairs, and I could not discover my potential as to what God had prepared me for.</w:t>
      </w:r>
    </w:p>
    <w:p>
      <w:r>
        <w:rPr>
          <w:b/>
        </w:rPr>
        <w:t xml:space="preserve">[40:47] </w:t>
      </w:r>
      <w:r>
        <w:t>But now with your advice and guidance I have started believing in myself and my potential and</w:t>
      </w:r>
    </w:p>
    <w:p>
      <w:pPr>
        <w:jc w:val="right"/>
      </w:pPr>
      <w:r>
        <w:t>بٹ ناؤ ود یور ایڈوائس اینڈ گائیڈنس ائی ہیو سٹارٹڈ بیلیونگ ان مائی سیلف اینڈ مائی پوٹینشل اینڈ</w:t>
      </w:r>
    </w:p>
    <w:p>
      <w:r>
        <w:rPr>
          <w:b/>
        </w:rPr>
        <w:t xml:space="preserve">[40:54] </w:t>
      </w:r>
      <w:r>
        <w:t>I am working on</w:t>
      </w:r>
    </w:p>
    <w:p>
      <w:pPr>
        <w:jc w:val="right"/>
      </w:pPr>
      <w:r>
        <w:t>ائی ایم ورکنگ ان</w:t>
      </w:r>
    </w:p>
    <w:p>
      <w:r>
        <w:rPr>
          <w:b/>
        </w:rPr>
        <w:t xml:space="preserve">[40:57] </w:t>
      </w:r>
      <w:r>
        <w:t>in going forward with my nahi yeh baat hai ke nahi ke distraction jo hai wohi rokta hai</w:t>
      </w:r>
    </w:p>
    <w:p>
      <w:pPr>
        <w:jc w:val="right"/>
      </w:pPr>
      <w:r>
        <w:t>ان گوئنگ فارورڈ ود مائی نہیں یہ بات ہے کہ نہیں کہ ڈسٹریکشن جو ہے وہی روکتا ہے</w:t>
      </w:r>
    </w:p>
    <w:p>
      <w:r>
        <w:rPr>
          <w:b/>
        </w:rPr>
        <w:t xml:space="preserve">[41:04] </w:t>
      </w:r>
      <w:r>
        <w:t>aadmi ko janne mein ke mein kiya hoon absolutely yeh sahi keh nahi sahi hai yes absolutely</w:t>
      </w:r>
    </w:p>
    <w:p>
      <w:pPr>
        <w:jc w:val="right"/>
      </w:pPr>
      <w:r>
        <w:t>آدمی کو جاننے میں کہ میں کیا ہوں ایبسولیوٹلی یہ صحیح کہ نہیں صحیح ہے یس ایبسولیوٹلی</w:t>
      </w:r>
    </w:p>
    <w:p>
      <w:r>
        <w:rPr>
          <w:b/>
        </w:rPr>
        <w:t xml:space="preserve">[41:11] </w:t>
      </w:r>
      <w:r>
        <w:t>Maulana, up till today I had only understood the importance of doing shukr for blessings.</w:t>
      </w:r>
    </w:p>
    <w:p>
      <w:pPr>
        <w:jc w:val="right"/>
      </w:pPr>
      <w:r>
        <w:t>مولانا اب ٹل ٹل ٹوڈے ائی ہیڈ اونلی انڈرسٹڈ دا امپورٹنس اف ڈوئنگ شکر فار بلیسنگ</w:t>
      </w:r>
    </w:p>
    <w:p>
      <w:r>
        <w:rPr>
          <w:b/>
        </w:rPr>
        <w:t xml:space="preserve">[41:21] </w:t>
      </w:r>
      <w:r>
        <w:t>Right now for the first time I understood that account. When you have blessings, you are accountable for</w:t>
      </w:r>
    </w:p>
    <w:p>
      <w:pPr>
        <w:jc w:val="right"/>
      </w:pPr>
      <w:r>
        <w:t>رائٹ ناؤ فار دا فرسٹ ٹائم ائی انڈرسٹڈ دیٹ اکاؤنٹ وین یو ہیو بلیسنگز یو ار اکاؤنٹیبل فار</w:t>
      </w:r>
    </w:p>
    <w:p>
      <w:r>
        <w:rPr>
          <w:b/>
        </w:rPr>
        <w:t xml:space="preserve">[41:28] </w:t>
      </w:r>
      <w:r>
        <w:t>them you are responsible for them</w:t>
      </w:r>
    </w:p>
    <w:p>
      <w:pPr>
        <w:jc w:val="right"/>
      </w:pPr>
      <w:r>
        <w:t>دیم یو ار ریسپانسبل فار دیم</w:t>
      </w:r>
    </w:p>
    <w:p>
      <w:r>
        <w:rPr>
          <w:b/>
        </w:rPr>
        <w:t xml:space="preserve">[41:31] </w:t>
      </w:r>
      <w:r>
        <w:t>تو it's doing shukr and then standing up I mean to be to be responsible for them this</w:t>
      </w:r>
    </w:p>
    <w:p>
      <w:pPr>
        <w:jc w:val="right"/>
      </w:pPr>
      <w:r>
        <w:t>تو اٹس ڈوئنگ شکر اینڈ دین سٹینڈنگ اپ ائی مین ٹو بی ٹو بی ریسپانسبل فار دیم دس</w:t>
      </w:r>
    </w:p>
    <w:p>
      <w:r>
        <w:rPr>
          <w:b/>
        </w:rPr>
        <w:t xml:space="preserve">[41:40] </w:t>
      </w:r>
      <w:r>
        <w:t>is two point formula for blessing I realize today.</w:t>
      </w:r>
    </w:p>
    <w:p>
      <w:pPr>
        <w:jc w:val="right"/>
      </w:pPr>
      <w:r>
        <w:t>از ٹو پوائنٹ فارمولا فار بلیسنگ ائی ریلائز ٹوڈے</w:t>
      </w:r>
    </w:p>
    <w:p>
      <w:r>
        <w:rPr>
          <w:b/>
        </w:rPr>
        <w:t xml:space="preserve">[41:45] </w:t>
      </w:r>
      <w:r>
        <w:t>yeh teesvan para jo Quran majeed ka is ki ayat hai</w:t>
      </w:r>
    </w:p>
    <w:p>
      <w:pPr>
        <w:jc w:val="right"/>
      </w:pPr>
      <w:r>
        <w:t>یہ تیسواں پارہ جو قرآن مجید کا اس کی آیت ہے</w:t>
      </w:r>
    </w:p>
    <w:p>
      <w:r>
        <w:rPr>
          <w:b/>
        </w:rPr>
        <w:t xml:space="preserve">[41:51] </w:t>
      </w:r>
      <w:r>
        <w:t>اس کا literal translation یہ ہے کہ تم دیکھیں ڈبل تاکید اس میں ہے لا انا جی اس</w:t>
      </w:r>
    </w:p>
    <w:p>
      <w:pPr>
        <w:jc w:val="right"/>
      </w:pPr>
      <w:r>
        <w:t>اس کا لٹرل ٹرانسلیشن یہ ہے کہ تم دیکھیں ڈبل تاکید اس میں ہے لا انا جی اس</w:t>
      </w:r>
    </w:p>
    <w:p>
      <w:r>
        <w:rPr>
          <w:b/>
        </w:rPr>
        <w:t xml:space="preserve">[42:00] </w:t>
      </w:r>
      <w:r>
        <w:t>ka tarjuma yeh hoga</w:t>
      </w:r>
    </w:p>
    <w:p>
      <w:pPr>
        <w:jc w:val="right"/>
      </w:pPr>
      <w:r>
        <w:t>کا ترجمہ یہ ہوگا</w:t>
      </w:r>
    </w:p>
    <w:p>
      <w:r>
        <w:rPr>
          <w:b/>
        </w:rPr>
        <w:t xml:space="preserve">[42:02] </w:t>
      </w:r>
      <w:r>
        <w:t>tum se zaroor hi poocha jayega</w:t>
      </w:r>
    </w:p>
    <w:p>
      <w:pPr>
        <w:jc w:val="right"/>
      </w:pPr>
      <w:r>
        <w:t>تم سے ضرور ہی پوچھا جائے گا</w:t>
      </w:r>
    </w:p>
    <w:p>
      <w:r>
        <w:rPr>
          <w:b/>
        </w:rPr>
        <w:t xml:space="preserve">[42:06] </w:t>
      </w:r>
      <w:r>
        <w:t>neamaton ke bare mein</w:t>
      </w:r>
    </w:p>
    <w:p>
      <w:pPr>
        <w:jc w:val="right"/>
      </w:pPr>
      <w:r>
        <w:t>نعمتوں کے بارے میں</w:t>
      </w:r>
    </w:p>
    <w:p>
      <w:r>
        <w:rPr>
          <w:b/>
        </w:rPr>
        <w:t xml:space="preserve">[42:09] </w:t>
      </w:r>
      <w:r>
        <w:t>to nemat yani boundaries jo hain un ke sath sath jori hui hai accountability</w:t>
      </w:r>
    </w:p>
    <w:p>
      <w:pPr>
        <w:jc w:val="right"/>
      </w:pPr>
      <w:r>
        <w:t>تو نعمت یعنی باؤنڈریز جو ہیں ان کے ساتھ ساتھ جڑی ہوئی ہے اکاؤنٹیبلٹی</w:t>
      </w:r>
    </w:p>
    <w:p>
      <w:r>
        <w:rPr>
          <w:b/>
        </w:rPr>
        <w:t xml:space="preserve">[42:16] </w:t>
      </w:r>
      <w:r>
        <w:t>یعنی نعمت جہاں ہے وہاں اکاؤنٹیبلٹی ہے تو یہ جو لوگوں نے بنایا ہے کہ right here right</w:t>
      </w:r>
    </w:p>
    <w:p>
      <w:pPr>
        <w:jc w:val="right"/>
      </w:pPr>
      <w:r>
        <w:t>یعنی نعمت جہاں ہے وہاں اکاؤنٹیبلٹی ہے تو یہ جو لوگوں نے بنایا ہے کہ رائٹ ہیر رائٹ</w:t>
      </w:r>
    </w:p>
    <w:p>
      <w:r>
        <w:rPr>
          <w:b/>
        </w:rPr>
        <w:t xml:space="preserve">[42:22] </w:t>
      </w:r>
      <w:r>
        <w:t>Now our la yani zindagi ko enjoy karo. Woh woh unho ne dono ko alag kar diya.</w:t>
      </w:r>
    </w:p>
    <w:p>
      <w:pPr>
        <w:jc w:val="right"/>
      </w:pPr>
      <w:r>
        <w:t>ناو اور لا یعنی زندگی کو انجوائے کرو وہ وہ انہوں نے دونوں کو الگ کر دیا</w:t>
      </w:r>
    </w:p>
    <w:p>
      <w:r>
        <w:rPr>
          <w:b/>
        </w:rPr>
        <w:t xml:space="preserve">[42:30] </w:t>
      </w:r>
      <w:r>
        <w:t>یعنی اکاؤنٹیبلٹی کو الگ کر کے باؤنڈریز کو لے لیا ہے that is against creation of God</w:t>
      </w:r>
    </w:p>
    <w:p>
      <w:pPr>
        <w:jc w:val="right"/>
      </w:pPr>
      <w:r>
        <w:t>یعنی اکاؤنٹیبلٹی کو الگ کر کے باؤنڈریز کو لے لیا ہے دیٹ از اگینز کریشن اف گاڈ</w:t>
      </w:r>
    </w:p>
    <w:p>
      <w:r>
        <w:rPr>
          <w:b/>
        </w:rPr>
        <w:t xml:space="preserve">[42:39] </w:t>
      </w:r>
      <w:r>
        <w:t>مولانا مسلمہ آپا آپ سے جاننا چاہتی ہیں جو chapter five اور verse number 114 ہے وہ چاہ</w:t>
      </w:r>
    </w:p>
    <w:p>
      <w:pPr>
        <w:jc w:val="right"/>
      </w:pPr>
      <w:r>
        <w:t>مولانا مسلمہ آپا آپ سے جاننا چاہتی ہیں جو چیپٹر فائیو اور ورس نمبر 114 ہے وہ چاہ</w:t>
      </w:r>
    </w:p>
    <w:p>
      <w:r>
        <w:rPr>
          <w:b/>
        </w:rPr>
        <w:t xml:space="preserve">[42:48] </w:t>
      </w:r>
      <w:r>
        <w:t>rahi hain ke aap isko explain kar dein kya kar dein Chapter 5 Verse number 114</w:t>
      </w:r>
    </w:p>
    <w:p>
      <w:pPr>
        <w:jc w:val="right"/>
      </w:pPr>
      <w:r>
        <w:t>رہی ہیں کہ آپ اس کو ایکسپلین کر دیں کیا کر دیں چیپٹر فائیو ورس نمبر 114</w:t>
      </w:r>
    </w:p>
    <w:p>
      <w:r>
        <w:rPr>
          <w:b/>
        </w:rPr>
        <w:t xml:space="preserve">[42:55] </w:t>
      </w:r>
      <w:r>
        <w:t>wo explain karne ke liye request kar rahi hain musalma wahi wahi to koi aur ayat wahi ayat</w:t>
      </w:r>
    </w:p>
    <w:p>
      <w:pPr>
        <w:jc w:val="right"/>
      </w:pPr>
      <w:r>
        <w:t>وہ ایکسپلین کرنے کے لیے ریکویسٹ کر رہی ہیں مسلمہ وہی وہی تو کوئی اور آیت وہی آیت</w:t>
      </w:r>
    </w:p>
    <w:p>
      <w:r>
        <w:rPr>
          <w:b/>
        </w:rPr>
        <w:t xml:space="preserve">[43:02] </w:t>
      </w:r>
      <w:r>
        <w:t>wahi hai wahi hai wahi hai acha</w:t>
      </w:r>
    </w:p>
    <w:p>
      <w:pPr>
        <w:jc w:val="right"/>
      </w:pPr>
      <w:r>
        <w:t>وہی ہے وہی ہے وہی ہے اچھا</w:t>
      </w:r>
    </w:p>
    <w:p>
      <w:r>
        <w:rPr>
          <w:b/>
        </w:rPr>
        <w:t xml:space="preserve">[43:06] </w:t>
      </w:r>
      <w:r>
        <w:t>wo ayat parhiye</w:t>
      </w:r>
    </w:p>
    <w:p>
      <w:pPr>
        <w:jc w:val="right"/>
      </w:pPr>
      <w:r>
        <w:t>وہ آیت پڑھیے</w:t>
      </w:r>
    </w:p>
    <w:p>
      <w:r>
        <w:rPr>
          <w:b/>
        </w:rPr>
        <w:t xml:space="preserve">[43:09] </w:t>
      </w:r>
      <w:r>
        <w:t>14 114 qala isa ibn maryam allahumma rabbana anzil alayna ma idatan min as-samaa'i takoonu lana 'eedan li-awwalina wa akhirina</w:t>
      </w:r>
    </w:p>
    <w:p>
      <w:pPr>
        <w:jc w:val="right"/>
      </w:pPr>
      <w:r>
        <w:t>14 114 قال عیسی ابن مریم اللہم ربنا انزل علینا مائدۃ من السماء تکون لنا عیدا لاولنا واخرنا</w:t>
      </w:r>
    </w:p>
    <w:p>
      <w:r>
        <w:rPr>
          <w:b/>
        </w:rPr>
        <w:t xml:space="preserve">[43:20] </w:t>
      </w:r>
      <w:r>
        <w:t>wayatan mink wa-rzukna wa anta khayr ar-raziqeen</w:t>
      </w:r>
    </w:p>
    <w:p>
      <w:pPr>
        <w:jc w:val="right"/>
      </w:pPr>
      <w:r>
        <w:t>وایت منک ورزقنا وانت خیر الرازقین</w:t>
      </w:r>
    </w:p>
    <w:p>
      <w:r>
        <w:rPr>
          <w:b/>
        </w:rPr>
        <w:t xml:space="preserve">[43:24] </w:t>
      </w:r>
      <w:r>
        <w:t>تو بھئی اسی کو تو explain کیا ہے اب اب جو پوائنٹ رہ گیا وہ بتائیں تو جی</w:t>
      </w:r>
    </w:p>
    <w:p>
      <w:pPr>
        <w:jc w:val="right"/>
      </w:pPr>
      <w:r>
        <w:t>تو بھئی اسی کو تو ایکسپلین کیا ہے اب اب جو پوائنٹ رہ گیا وہ بتائیں تو جی</w:t>
      </w:r>
    </w:p>
    <w:p>
      <w:r>
        <w:rPr>
          <w:b/>
        </w:rPr>
        <w:t xml:space="preserve">[43:29] </w:t>
      </w:r>
      <w:r>
        <w:t>کریں اسی کو تو ہم نے explain کیا جی اب تو یہ کہ کوئی بتائے کہ فلاں چیز</w:t>
      </w:r>
    </w:p>
    <w:p>
      <w:pPr>
        <w:jc w:val="right"/>
      </w:pPr>
      <w:r>
        <w:t>کریں اسی کو تو ہم نے ایکسپلین کیا جی اب تو یہ کہ کوئی بتائے کہ فلاں چیز</w:t>
      </w:r>
    </w:p>
    <w:p>
      <w:r>
        <w:rPr>
          <w:b/>
        </w:rPr>
        <w:t xml:space="preserve">[43:34] </w:t>
      </w:r>
      <w:r>
        <w:t>رہ گئی تو پھر اس کو کریں مولانا کلیم صاحب نے کیا ہے question انہوں نے لکھا ہے</w:t>
      </w:r>
    </w:p>
    <w:p>
      <w:pPr>
        <w:jc w:val="right"/>
      </w:pPr>
      <w:r>
        <w:t>رہ گئی تو پھر اس کو کریں مولانا کلیم صاحب نے کیا ہے کوئسچن انہوں نے لکھا ہے</w:t>
      </w:r>
    </w:p>
    <w:p>
      <w:r>
        <w:rPr>
          <w:b/>
        </w:rPr>
        <w:t xml:space="preserve">[43:39] </w:t>
      </w:r>
      <w:r>
        <w:t>کہ What is the importance of Khatm-ul-Quran events and the collective duas after completing the recitation of</w:t>
      </w:r>
    </w:p>
    <w:p>
      <w:pPr>
        <w:jc w:val="right"/>
      </w:pPr>
      <w:r>
        <w:t>کہ واٹ از دی امپورٹنس اف ختم القرآن ایونٹس اینڈ دی کلیکٹیو دعاز افٹر کمپلیٹنگ دا ریسیٹیشن اف</w:t>
      </w:r>
    </w:p>
    <w:p>
      <w:r>
        <w:rPr>
          <w:b/>
        </w:rPr>
        <w:t xml:space="preserve">[43:49] </w:t>
      </w:r>
      <w:r>
        <w:t>quran in taraveeh</w:t>
      </w:r>
    </w:p>
    <w:p>
      <w:pPr>
        <w:jc w:val="right"/>
      </w:pPr>
      <w:r>
        <w:t>قرآن ان تراویح</w:t>
      </w:r>
    </w:p>
    <w:p>
      <w:r>
        <w:rPr>
          <w:b/>
        </w:rPr>
        <w:t xml:space="preserve">[43:51] </w:t>
      </w:r>
      <w:r>
        <w:t>People here attend these duas very religiously that are lined up one after the other in different mosques.</w:t>
      </w:r>
    </w:p>
    <w:p>
      <w:pPr>
        <w:jc w:val="right"/>
      </w:pPr>
      <w:r>
        <w:t>پیپل ہیر اٹینڈ دیز دعاز ویری ریلیجیسلی دیٹ ار لائنڈ اپ ون افٹر دی ادر ان ڈفرنٹ ماس</w:t>
      </w:r>
    </w:p>
    <w:p>
      <w:r>
        <w:rPr>
          <w:b/>
        </w:rPr>
        <w:t xml:space="preserve">[43:59] </w:t>
      </w:r>
      <w:r>
        <w:t>during da last nights of ramadan</w:t>
      </w:r>
    </w:p>
    <w:p>
      <w:pPr>
        <w:jc w:val="right"/>
      </w:pPr>
      <w:r>
        <w:t>ڈیورنگ دا لاسٹ نائٹس اف رمضان</w:t>
      </w:r>
    </w:p>
    <w:p>
      <w:r>
        <w:rPr>
          <w:b/>
        </w:rPr>
        <w:t xml:space="preserve">[44:04] </w:t>
      </w:r>
      <w:r>
        <w:t>دیکھیں یہ سب کی سب بدعت ہے innovation. رسول اللہ کی زبان میں، صحابہ کی زبان میں یہ</w:t>
      </w:r>
    </w:p>
    <w:p>
      <w:pPr>
        <w:jc w:val="right"/>
      </w:pPr>
      <w:r>
        <w:t>دیکھیں یہ سب کی سب بدعت ہے انویشن رسول اللہ کی زبان میں صحابہ کی زبان میں یہ</w:t>
      </w:r>
    </w:p>
    <w:p>
      <w:r>
        <w:rPr>
          <w:b/>
        </w:rPr>
        <w:t xml:space="preserve">[44:09] </w:t>
      </w:r>
      <w:r>
        <w:t>sab kuch tha hi nahi</w:t>
      </w:r>
    </w:p>
    <w:p>
      <w:pPr>
        <w:jc w:val="right"/>
      </w:pPr>
      <w:r>
        <w:t>سب کچھ تھا ہی نہیں</w:t>
      </w:r>
    </w:p>
    <w:p>
      <w:r>
        <w:rPr>
          <w:b/>
        </w:rPr>
        <w:t xml:space="preserve">[44:12] </w:t>
      </w:r>
      <w:r>
        <w:t>kuch bhi nahi tha yeh sab yeh to baad ko yeh sab banaya aur is ka zyada dhoom</w:t>
      </w:r>
    </w:p>
    <w:p>
      <w:pPr>
        <w:jc w:val="right"/>
      </w:pPr>
      <w:r>
        <w:t>کچھ بھی نہیں تھا یہ سب یہ تو بعد کو یہ سب بنایا اور اس کا زیادہ دھوم</w:t>
      </w:r>
    </w:p>
    <w:p>
      <w:r>
        <w:rPr>
          <w:b/>
        </w:rPr>
        <w:t xml:space="preserve">[44:16] </w:t>
      </w:r>
      <w:r>
        <w:t>abhi bhi india mein hai</w:t>
      </w:r>
    </w:p>
    <w:p>
      <w:pPr>
        <w:jc w:val="right"/>
      </w:pPr>
      <w:r>
        <w:t>ابھی بھی انڈیا میں ہے</w:t>
      </w:r>
    </w:p>
    <w:p>
      <w:r>
        <w:rPr>
          <w:b/>
        </w:rPr>
        <w:t xml:space="preserve">[44:19] </w:t>
      </w:r>
      <w:r>
        <w:t>pakistan mein abhi bhi arab mulkon mein is ki hai magar itni dhoom nahi hai yeh sab to</w:t>
      </w:r>
    </w:p>
    <w:p>
      <w:pPr>
        <w:jc w:val="right"/>
      </w:pPr>
      <w:r>
        <w:t>پاکستان میں ابھی بھی عرب ملکوں میں اس کی ہے مگر اتنی دھوم نہیں ہے یہ سب تو</w:t>
      </w:r>
    </w:p>
    <w:p>
      <w:r>
        <w:rPr>
          <w:b/>
        </w:rPr>
        <w:t xml:space="preserve">[44:27] </w:t>
      </w:r>
      <w:r>
        <w:t>kuch bhi nahi hai</w:t>
      </w:r>
    </w:p>
    <w:p>
      <w:pPr>
        <w:jc w:val="right"/>
      </w:pPr>
      <w:r>
        <w:t>کچھ بھی نہیں ہے</w:t>
      </w:r>
    </w:p>
    <w:p>
      <w:r>
        <w:rPr>
          <w:b/>
        </w:rPr>
        <w:t xml:space="preserve">[44:29] </w:t>
      </w:r>
      <w:r>
        <w:t>nothing hai ab aap dekhiye</w:t>
      </w:r>
    </w:p>
    <w:p>
      <w:pPr>
        <w:jc w:val="right"/>
      </w:pPr>
      <w:r>
        <w:t>نتھنگ ہے اب آپ دیکھیے</w:t>
      </w:r>
    </w:p>
    <w:p>
      <w:r>
        <w:rPr>
          <w:b/>
        </w:rPr>
        <w:t xml:space="preserve">[44:33] </w:t>
      </w:r>
      <w:r>
        <w:t>kitni duaein hoti hain har saal</w:t>
      </w:r>
    </w:p>
    <w:p>
      <w:pPr>
        <w:jc w:val="right"/>
      </w:pPr>
      <w:r>
        <w:t>کتنی دعائیں ہوتی ہیں ہر سال</w:t>
      </w:r>
    </w:p>
    <w:p>
      <w:r>
        <w:rPr>
          <w:b/>
        </w:rPr>
        <w:t xml:space="preserve">[44:35] </w:t>
      </w:r>
      <w:r>
        <w:t>to qabool kyun nahi hoti</w:t>
      </w:r>
    </w:p>
    <w:p>
      <w:pPr>
        <w:jc w:val="right"/>
      </w:pPr>
      <w:r>
        <w:t>تو قبول کیوں نہیں ہوتی</w:t>
      </w:r>
    </w:p>
    <w:p>
      <w:r>
        <w:rPr>
          <w:b/>
        </w:rPr>
        <w:t xml:space="preserve">[44:40] </w:t>
      </w:r>
      <w:r>
        <w:t>مثلا آپ بار بار دعائیں کرتے ہیں کہ number the arm shati sharm mazdaqam Israel کے بارے میں تو</w:t>
      </w:r>
    </w:p>
    <w:p>
      <w:pPr>
        <w:jc w:val="right"/>
      </w:pPr>
      <w:r>
        <w:t>مثلا آپ بار بار دعائیں کرتے ہیں کہ دمبر دیارم شتی شمرم مزدقم اسرائیل کے بارے میں تو</w:t>
      </w:r>
    </w:p>
    <w:p>
      <w:r>
        <w:rPr>
          <w:b/>
        </w:rPr>
        <w:t xml:space="preserve">[44:48] </w:t>
      </w:r>
      <w:r>
        <w:t>wo kahan kuch bigra is ka bigra kuch bhi nahi</w:t>
      </w:r>
    </w:p>
    <w:p>
      <w:pPr>
        <w:jc w:val="right"/>
      </w:pPr>
      <w:r>
        <w:t>وہ کہاں کچھ بگڑا اس کا بگڑا کچھ بھی نہیں</w:t>
      </w:r>
    </w:p>
    <w:p>
      <w:r>
        <w:rPr>
          <w:b/>
        </w:rPr>
        <w:t xml:space="preserve">[44:53] </w:t>
      </w:r>
      <w:r>
        <w:t>likhvane kya Allah ke is ke khilaf hai</w:t>
      </w:r>
    </w:p>
    <w:p>
      <w:pPr>
        <w:jc w:val="right"/>
      </w:pPr>
      <w:r>
        <w:t>لکھوانے کیا اللہ کے اس کے خلاف ہے</w:t>
      </w:r>
    </w:p>
    <w:p>
      <w:r>
        <w:rPr>
          <w:b/>
        </w:rPr>
        <w:t xml:space="preserve">[44:58] </w:t>
      </w:r>
      <w:r>
        <w:t>aur hadith mein aata hai ke ek zamana aayega ke tum duaen karoge aur dua qabool</w:t>
      </w:r>
    </w:p>
    <w:p>
      <w:pPr>
        <w:jc w:val="right"/>
      </w:pPr>
      <w:r>
        <w:t>اور حدیث میں آتا ہے کہ ایک زمانہ آئے گا کہ تم دعائیں کرو گے اور دعا قبول</w:t>
      </w:r>
    </w:p>
    <w:p>
      <w:r>
        <w:rPr>
          <w:b/>
        </w:rPr>
        <w:t xml:space="preserve">[45:02] </w:t>
      </w:r>
      <w:r>
        <w:t>nahi hogi wala yustajabu lakum ye hadith hai ek zamana aayega ke</w:t>
      </w:r>
    </w:p>
    <w:p>
      <w:pPr>
        <w:jc w:val="right"/>
      </w:pPr>
      <w:r>
        <w:t>نہیں ہوگی ولا یستجاب لکم یہ حدیث ہے ایک زمانہ آئے گا کہ</w:t>
      </w:r>
    </w:p>
    <w:p>
      <w:r>
        <w:rPr>
          <w:b/>
        </w:rPr>
        <w:t xml:space="preserve">[45:10] </w:t>
      </w:r>
      <w:r>
        <w:t>tum duaein karoge dua qabool nahi hogi wala yastajab sab bade ghor kiya aisa kyun hoga kyunke</w:t>
      </w:r>
    </w:p>
    <w:p>
      <w:pPr>
        <w:jc w:val="right"/>
      </w:pPr>
      <w:r>
        <w:t>تم دعائیں کرو گے دعا قبول نہیں ہوگی ولا یستجاب سب بڑے غور کیا ایسا کیوں ہوگا کیونکہ</w:t>
      </w:r>
    </w:p>
    <w:p>
      <w:r>
        <w:rPr>
          <w:b/>
        </w:rPr>
        <w:t xml:space="preserve">[45:17] </w:t>
      </w:r>
      <w:r>
        <w:t>aap duaein karenge allah ke</w:t>
      </w:r>
    </w:p>
    <w:p>
      <w:pPr>
        <w:jc w:val="right"/>
      </w:pPr>
      <w:r>
        <w:t>آپ دعائیں کریں گے اللہ کے</w:t>
      </w:r>
    </w:p>
    <w:p>
      <w:r>
        <w:rPr>
          <w:b/>
        </w:rPr>
        <w:t xml:space="preserve">[45:20] </w:t>
      </w:r>
      <w:r>
        <w:t>scheme ke khilaf jo allah ke scheme of things hai us ke khilaf mislan aap duaein karein chahe</w:t>
      </w:r>
    </w:p>
    <w:p>
      <w:pPr>
        <w:jc w:val="right"/>
      </w:pPr>
      <w:r>
        <w:t>اسکیم کے خلاف جو اللہ کے اسکیم اف تھنگز ہے اس کے خلاف مثلا آپ دعائیں کریں چاہے</w:t>
      </w:r>
    </w:p>
    <w:p>
      <w:r>
        <w:rPr>
          <w:b/>
        </w:rPr>
        <w:t xml:space="preserve">[45:27] </w:t>
      </w:r>
      <w:r>
        <w:t>raat din ke khuda suraj ki roshni khatm ho jaye to karte rahiye kabhi nahi khatm hogi kyunke</w:t>
      </w:r>
    </w:p>
    <w:p>
      <w:pPr>
        <w:jc w:val="right"/>
      </w:pPr>
      <w:r>
        <w:t>رات دن کہ خدا سورج کی روشنی ختم ہو جائے تو کرتے رہیے کبھی نہیں ختم ہوگی کیونکہ</w:t>
      </w:r>
    </w:p>
    <w:p>
      <w:r>
        <w:rPr>
          <w:b/>
        </w:rPr>
        <w:t xml:space="preserve">[45:34] </w:t>
      </w:r>
      <w:r>
        <w:t>allah ki is ke khilaf hai yeh</w:t>
      </w:r>
    </w:p>
    <w:p>
      <w:pPr>
        <w:jc w:val="right"/>
      </w:pPr>
      <w:r>
        <w:t>اللہ کی اس کی خلاف ہے یہ</w:t>
      </w:r>
    </w:p>
    <w:p>
      <w:r>
        <w:rPr>
          <w:b/>
        </w:rPr>
        <w:t xml:space="preserve">[45:38] </w:t>
      </w:r>
      <w:r>
        <w:t>to yeh duaein jo karte hain log wo allah ki is ke khilaf hoti hai allah ke is</w:t>
      </w:r>
    </w:p>
    <w:p>
      <w:pPr>
        <w:jc w:val="right"/>
      </w:pPr>
      <w:r>
        <w:t>تو یہ دعائیں جو کرتے ہیں لوگ وہ اللہ کی اس کی خلاف ہوتی ہے اللہ کے اس</w:t>
      </w:r>
    </w:p>
    <w:p>
      <w:r>
        <w:rPr>
          <w:b/>
        </w:rPr>
        <w:t xml:space="preserve">[45:43] </w:t>
      </w:r>
      <w:r>
        <w:t>kyunke is ko is ko dawat do is ko dua dawat do</w:t>
      </w:r>
    </w:p>
    <w:p>
      <w:pPr>
        <w:jc w:val="right"/>
      </w:pPr>
      <w:r>
        <w:t>کیونکہ اس کو اس کو دعوت دو اس کو دعا دعوت دو</w:t>
      </w:r>
    </w:p>
    <w:p>
      <w:r>
        <w:rPr>
          <w:b/>
        </w:rPr>
        <w:t xml:space="preserve">[45:48] </w:t>
      </w:r>
      <w:r>
        <w:t>yeh allah ke hawale karo is ki punishment ko allah ke hawale karo dawat do dawat do to</w:t>
      </w:r>
    </w:p>
    <w:p>
      <w:pPr>
        <w:jc w:val="right"/>
      </w:pPr>
      <w:r>
        <w:t>یہ اللہ کے حوالے کرو اس کی پنشمنٹ کو اللہ کے حوالے کرو دعوت دو دعوت دو تو</w:t>
      </w:r>
    </w:p>
    <w:p>
      <w:r>
        <w:rPr>
          <w:b/>
        </w:rPr>
        <w:t xml:space="preserve">[45:54] </w:t>
      </w:r>
      <w:r>
        <w:t>aap agar dawat ke liye khare hon to aap ko zaroor madad hogi</w:t>
      </w:r>
    </w:p>
    <w:p>
      <w:pPr>
        <w:jc w:val="right"/>
      </w:pPr>
      <w:r>
        <w:t>آپ اگر دعوت کے لیے کھڑے ہوں تو آپ کو ضرور مدد ہوگی</w:t>
      </w:r>
    </w:p>
    <w:p>
      <w:r>
        <w:rPr>
          <w:b/>
        </w:rPr>
        <w:t xml:space="preserve">[45:59] </w:t>
      </w:r>
      <w:r>
        <w:t>abhi hum aj mujhe maloom hua ke falasteen mein jahan ke log jante hain ke sirf wahan bomb</w:t>
      </w:r>
    </w:p>
    <w:p>
      <w:pPr>
        <w:jc w:val="right"/>
      </w:pPr>
      <w:r>
        <w:t>ابھی ہم اج مجھے معلوم ہوا کہ فلسطین میں جہاں کے لوگ جانتے ہیں کہ صرف وہاں بم</w:t>
      </w:r>
    </w:p>
    <w:p>
      <w:r>
        <w:rPr>
          <w:b/>
        </w:rPr>
        <w:t xml:space="preserve">[46:06] </w:t>
      </w:r>
      <w:r>
        <w:t>aur gola chal raha hai kuch hamare saathi mil gaye hain arab saathi arab wahan unhon ne baqayda</w:t>
      </w:r>
    </w:p>
    <w:p>
      <w:pPr>
        <w:jc w:val="right"/>
      </w:pPr>
      <w:r>
        <w:t>اور گولہ چل رہا ہے کچھ ہمارے ساتھی مل گئے ہیں عرب ساتھی عرب وہاں انہوں نے باقاعدہ</w:t>
      </w:r>
    </w:p>
    <w:p>
      <w:r>
        <w:rPr>
          <w:b/>
        </w:rPr>
        <w:t xml:space="preserve">[46:11] </w:t>
      </w:r>
      <w:r>
        <w:t>khol diya ek ko jisay hamare india mein sara fatima waghera ne khola hai darussalam is ka naam</w:t>
      </w:r>
    </w:p>
    <w:p>
      <w:pPr>
        <w:jc w:val="right"/>
      </w:pPr>
      <w:r>
        <w:t>کھول دیا ایک کو جسے ہمارے انڈیا میں سرا فاطمہ وغیرہ نے کھولا ہے دارالسلام اس کا نام</w:t>
      </w:r>
    </w:p>
    <w:p>
      <w:r>
        <w:rPr>
          <w:b/>
        </w:rPr>
        <w:t xml:space="preserve">[46:17] </w:t>
      </w:r>
      <w:r>
        <w:t>hai wahan quran distribute kar rahe hain ke literature de rahe hain woh un ka abhi abhi aya</w:t>
      </w:r>
    </w:p>
    <w:p>
      <w:pPr>
        <w:jc w:val="right"/>
      </w:pPr>
      <w:r>
        <w:t>ہے وہاں قرآن ڈسٹریبیوٹ کر رہے ہیں کہ لٹریچر دے رہے ہیں وہ ان کا ابھی ابھی ایا</w:t>
      </w:r>
    </w:p>
    <w:p>
      <w:r>
        <w:rPr>
          <w:b/>
        </w:rPr>
        <w:t xml:space="preserve">[46:22] </w:t>
      </w:r>
      <w:r>
        <w:t>ek arabi mein un ka message unhon ne likha hai ke hum aap ki faqra se poora</w:t>
      </w:r>
    </w:p>
    <w:p>
      <w:pPr>
        <w:jc w:val="right"/>
      </w:pPr>
      <w:r>
        <w:t>ایک عربی میں ان کا میسج انہوں نے لکھا ہے کہ ہم آپ کی فقرہ سے پورا</w:t>
      </w:r>
    </w:p>
    <w:p>
      <w:r>
        <w:rPr>
          <w:b/>
        </w:rPr>
        <w:t xml:space="preserve">[46:30] </w:t>
      </w:r>
      <w:r>
        <w:t>پوری طرح اتفاق رکھتے ہیں فقرہ مطلب ہے ideology آپ کی ideology سے ہم پوری طرح agree کرتے</w:t>
      </w:r>
    </w:p>
    <w:p>
      <w:pPr>
        <w:jc w:val="right"/>
      </w:pPr>
      <w:r>
        <w:t>پوری طرح اتفاق رکھتے ہیں فقرہ مطلب ہے ائیڈیالوجی آپ کی ائیڈیالوجی سے ہم پوری طرح ایگری کرتے</w:t>
      </w:r>
    </w:p>
    <w:p>
      <w:r>
        <w:rPr>
          <w:b/>
        </w:rPr>
        <w:t xml:space="preserve">[46:36] </w:t>
      </w:r>
      <w:r>
        <w:t>hain yeh kaam karne ka hai</w:t>
      </w:r>
    </w:p>
    <w:p>
      <w:pPr>
        <w:jc w:val="right"/>
      </w:pPr>
      <w:r>
        <w:t>ہیں یہ کام کرنے کا ہے</w:t>
      </w:r>
    </w:p>
    <w:p>
      <w:r>
        <w:rPr>
          <w:b/>
        </w:rPr>
        <w:t xml:space="preserve">[46:40] </w:t>
      </w:r>
      <w:r>
        <w:t>to allah ke jo scheme of things hai is ke mutabiq karenge tab dua qabool hogi nahi</w:t>
      </w:r>
    </w:p>
    <w:p>
      <w:pPr>
        <w:jc w:val="right"/>
      </w:pPr>
      <w:r>
        <w:t>تو اللہ کے جو اسکیم اف تھنگز ہے اس کے مطابق کریں گے تب دعا قبول ہوگی نہیں</w:t>
      </w:r>
    </w:p>
    <w:p>
      <w:r>
        <w:rPr>
          <w:b/>
        </w:rPr>
        <w:t xml:space="preserve">[46:46] </w:t>
      </w:r>
      <w:r>
        <w:t>dua qabool hi nahi hogi yeh matlab wala istijab lakum tum duayen karoge aur dua qabool nahi</w:t>
      </w:r>
    </w:p>
    <w:p>
      <w:pPr>
        <w:jc w:val="right"/>
      </w:pPr>
      <w:r>
        <w:t>دعا قبول ہی نہیں ہوگی یہ مطلب ولا استجاب لکم تم دعائیں کرو گے اور دعا قبول نہیں</w:t>
      </w:r>
    </w:p>
    <w:p>
      <w:r>
        <w:rPr>
          <w:b/>
        </w:rPr>
        <w:t xml:space="preserve">[46:52] </w:t>
      </w:r>
      <w:r>
        <w:t>hogi yeh bohat hi important baat samajhne ki hai ke koi bhi dua sari dunya ke musalman mil</w:t>
      </w:r>
    </w:p>
    <w:p>
      <w:pPr>
        <w:jc w:val="right"/>
      </w:pPr>
      <w:r>
        <w:t>ہوگی یہ بہت ہی امپورٹنٹ بات سمجھنے کی ہے کہ کوئی بھی دعا ساری دنیا کے مسلمان مل</w:t>
      </w:r>
    </w:p>
    <w:p>
      <w:r>
        <w:rPr>
          <w:b/>
        </w:rPr>
        <w:t xml:space="preserve">[47:01] </w:t>
      </w:r>
      <w:r>
        <w:t>kar karen ameen ameen ka shor machayen lekin agar allah ki jo scheme of things hai is ke</w:t>
      </w:r>
    </w:p>
    <w:p>
      <w:pPr>
        <w:jc w:val="right"/>
      </w:pPr>
      <w:r>
        <w:t>کر کریں امین امین کا شور مچائیں لیکن اگر اللہ کی جو اسکیم اف تھنگز ہے اس کے</w:t>
      </w:r>
    </w:p>
    <w:p>
      <w:r>
        <w:rPr>
          <w:b/>
        </w:rPr>
        <w:t xml:space="preserve">[47:07] </w:t>
      </w:r>
      <w:r>
        <w:t>mutabiq khatam qabool hogi nahi to qabool nahi hogi</w:t>
      </w:r>
    </w:p>
    <w:p>
      <w:pPr>
        <w:jc w:val="right"/>
      </w:pPr>
      <w:r>
        <w:t>مطابق ختم قبول ہوگی نہیں تو قبول نہیں ہوگی</w:t>
      </w:r>
    </w:p>
    <w:p>
      <w:r>
        <w:rPr>
          <w:b/>
        </w:rPr>
        <w:t xml:space="preserve">[47:11] </w:t>
      </w:r>
      <w:r>
        <w:t>aur falasteen ke bare mein to 60 baras se duayen ho rahi hain poore 60 saal beet gaye</w:t>
      </w:r>
    </w:p>
    <w:p>
      <w:pPr>
        <w:jc w:val="right"/>
      </w:pPr>
      <w:r>
        <w:t>اور فلسطین کے بارے میں تو 60 برس سے دعائیں ہو رہی ہیں پورے 60 سال بیت گئے</w:t>
      </w:r>
    </w:p>
    <w:p>
      <w:r>
        <w:rPr>
          <w:b/>
        </w:rPr>
        <w:t xml:space="preserve">[47:15] </w:t>
      </w:r>
      <w:r>
        <w:t>aur kuch bhi kuch bhi nahi qabool hua</w:t>
      </w:r>
    </w:p>
    <w:p>
      <w:pPr>
        <w:jc w:val="right"/>
      </w:pPr>
      <w:r>
        <w:t>اور کچھ بھی کچھ بھی نہیں قبول ہوا</w:t>
      </w:r>
    </w:p>
    <w:p>
      <w:r>
        <w:rPr>
          <w:b/>
        </w:rPr>
        <w:t xml:space="preserve">[47:21] </w:t>
      </w:r>
      <w:r>
        <w:t>maulana un ka ek aur question hai unhon ne poocha hai aap se can we ask sum one</w:t>
      </w:r>
    </w:p>
    <w:p>
      <w:pPr>
        <w:jc w:val="right"/>
      </w:pPr>
      <w:r>
        <w:t>مولانا ان کا ایک اور کوئسچن ہے انہوں نے پوچھا ہے اپ سے کین وی اسک سم ون</w:t>
      </w:r>
    </w:p>
    <w:p>
      <w:r>
        <w:rPr>
          <w:b/>
        </w:rPr>
        <w:t xml:space="preserve">[47:27] </w:t>
      </w:r>
      <w:r>
        <w:t>to remember us in their duas and also sum one who is going for hajj and umrah to</w:t>
      </w:r>
    </w:p>
    <w:p>
      <w:pPr>
        <w:jc w:val="right"/>
      </w:pPr>
      <w:r>
        <w:t>ٹو ریممبر اس ان دیر دعاز اینڈ السو سم ون ہو از گوئنگ فار حج اینڈ عمرہ ٹو</w:t>
      </w:r>
    </w:p>
    <w:p>
      <w:r>
        <w:rPr>
          <w:b/>
        </w:rPr>
        <w:t xml:space="preserve">[47:34] </w:t>
      </w:r>
      <w:r>
        <w:t>make dua there in arbah</w:t>
      </w:r>
    </w:p>
    <w:p>
      <w:pPr>
        <w:jc w:val="right"/>
      </w:pPr>
      <w:r>
        <w:t>میک دعا دیر ان ار بہ</w:t>
      </w:r>
    </w:p>
    <w:p>
      <w:r>
        <w:rPr>
          <w:b/>
        </w:rPr>
        <w:t xml:space="preserve">[47:37] </w:t>
      </w:r>
      <w:r>
        <w:t>af yeh sab bidat</w:t>
      </w:r>
    </w:p>
    <w:p>
      <w:pPr>
        <w:jc w:val="right"/>
      </w:pPr>
      <w:r>
        <w:t>اف یہ سب بدعت</w:t>
      </w:r>
    </w:p>
    <w:p>
      <w:r>
        <w:rPr>
          <w:b/>
        </w:rPr>
        <w:t xml:space="preserve">[47:41] </w:t>
      </w:r>
      <w:r>
        <w:t>aap sahaba ke waqiat parhiye kabhi bhi sahaba aisi dua nahi karte the</w:t>
      </w:r>
    </w:p>
    <w:p>
      <w:pPr>
        <w:jc w:val="right"/>
      </w:pPr>
      <w:r>
        <w:t>اپ صحابہ کے واقعات پڑھیے کبھی بھی صحابہ ایسی دعا نہیں کرتے تھے</w:t>
      </w:r>
    </w:p>
    <w:p>
      <w:r>
        <w:rPr>
          <w:b/>
        </w:rPr>
        <w:t xml:space="preserve">[47:50] </w:t>
      </w:r>
      <w:r>
        <w:t>kabhi bhi nahi sirf ek waqia aata hai rasool allah ne hazrat umar se kaha tha ke</w:t>
      </w:r>
    </w:p>
    <w:p>
      <w:pPr>
        <w:jc w:val="right"/>
      </w:pPr>
      <w:r>
        <w:t>کبھی بھی نہیں صرف ایک واقعہ اتا ہے رسول اللہ نے حضرت عمر سے کہا تھا کہ</w:t>
      </w:r>
    </w:p>
    <w:p>
      <w:r>
        <w:rPr>
          <w:b/>
        </w:rPr>
        <w:t xml:space="preserve">[47:57] </w:t>
      </w:r>
      <w:r>
        <w:t>la woh ya ya akhiya kehta hai ya akhiya la tunsana ya fi duai ka kia la</w:t>
      </w:r>
    </w:p>
    <w:p>
      <w:pPr>
        <w:jc w:val="right"/>
      </w:pPr>
      <w:r>
        <w:t>لا وہ یا یا اخیا کیا کہتا ہے یا اخیا لا تنسنا یا فی دعائی کا کیا لا</w:t>
      </w:r>
    </w:p>
    <w:p>
      <w:r>
        <w:rPr>
          <w:b/>
        </w:rPr>
        <w:t xml:space="preserve">[48:05] </w:t>
      </w:r>
      <w:r>
        <w:t>tunsana ya la la tunsana ya akhiya fi duai ka yahi ek waqia milta hai woh to phir</w:t>
      </w:r>
    </w:p>
    <w:p>
      <w:pPr>
        <w:jc w:val="right"/>
      </w:pPr>
      <w:r>
        <w:t>تنسنا یا لا لا تنسنا یا اخیا فی دعائی کا یہی ایک واقعہ ملتا ہے وہ تو پھر</w:t>
      </w:r>
    </w:p>
    <w:p>
      <w:r>
        <w:rPr>
          <w:b/>
        </w:rPr>
        <w:t xml:space="preserve">[48:14] </w:t>
      </w:r>
      <w:r>
        <w:t>ek woh ek arz courtesy kaha tha rasool allah ne kisi ke dua se kuch nahi ho jaye</w:t>
      </w:r>
    </w:p>
    <w:p>
      <w:pPr>
        <w:jc w:val="right"/>
      </w:pPr>
      <w:r>
        <w:t>ایک وہ ایک عرض کٹسی کہا تھا رسول اللہ نے کسی کے دعا سے کچھ نہیں ہو جائے</w:t>
      </w:r>
    </w:p>
    <w:p>
      <w:r>
        <w:rPr>
          <w:b/>
        </w:rPr>
        <w:t xml:space="preserve">[48:19] </w:t>
      </w:r>
      <w:r>
        <w:t>ga dat was ek arz kutsi</w:t>
      </w:r>
    </w:p>
    <w:p>
      <w:pPr>
        <w:jc w:val="right"/>
      </w:pPr>
      <w:r>
        <w:t>گا دیٹ واز ایک عرض کٹسی</w:t>
      </w:r>
    </w:p>
    <w:p>
      <w:r>
        <w:rPr>
          <w:b/>
        </w:rPr>
        <w:t xml:space="preserve">[48:23] </w:t>
      </w:r>
      <w:r>
        <w:t>warna sahaba ke darmiyan yeh ek riwaj nahi tha ke is tarah duaen karwana</w:t>
      </w:r>
    </w:p>
    <w:p>
      <w:pPr>
        <w:jc w:val="right"/>
      </w:pPr>
      <w:r>
        <w:t>ورنہ صحابہ کے درمیان یہ ایک رواج نہیں تھا کہ اس طرح دعائیں کروانا</w:t>
      </w:r>
    </w:p>
    <w:p>
      <w:r>
        <w:rPr>
          <w:b/>
        </w:rPr>
        <w:t xml:space="preserve">[48:29] </w:t>
      </w:r>
      <w:r>
        <w:t>mein ne jo quran hadith aur sahaba ke waqiat se samjhaya woh yeh hai ke islam mein dua</w:t>
      </w:r>
    </w:p>
    <w:p>
      <w:pPr>
        <w:jc w:val="right"/>
      </w:pPr>
      <w:r>
        <w:t>میں نے جو قران حدیث اور صحابہ کے واقعات سے سمجھایا وہ یہ ہے کہ اسلام میں دعا</w:t>
      </w:r>
    </w:p>
    <w:p>
      <w:r>
        <w:rPr>
          <w:b/>
        </w:rPr>
        <w:t xml:space="preserve">[48:36] </w:t>
      </w:r>
      <w:r>
        <w:t>karna hai dua karwana nahi hai</w:t>
      </w:r>
    </w:p>
    <w:p>
      <w:pPr>
        <w:jc w:val="right"/>
      </w:pPr>
      <w:r>
        <w:t>کرنا ہے دعا کروانا نہیں ہے</w:t>
      </w:r>
    </w:p>
    <w:p>
      <w:r>
        <w:rPr>
          <w:b/>
        </w:rPr>
        <w:t xml:space="preserve">[48:40] </w:t>
      </w:r>
      <w:r>
        <w:t>dua karna hai dua karwana nahi hai to aj kal jo riwaj bana hua hai dua karwane ka</w:t>
      </w:r>
    </w:p>
    <w:p>
      <w:pPr>
        <w:jc w:val="right"/>
      </w:pPr>
      <w:r>
        <w:t>دعا کرنا ہے دعا کروانا نہیں ہے تو اج کل جو رواج بنا ہوا ہے دعا کروانے کا</w:t>
      </w:r>
    </w:p>
    <w:p>
      <w:r>
        <w:rPr>
          <w:b/>
        </w:rPr>
        <w:t xml:space="preserve">[48:45] </w:t>
      </w:r>
      <w:r>
        <w:t>woh bidat hai bidat hai</w:t>
      </w:r>
    </w:p>
    <w:p>
      <w:pPr>
        <w:jc w:val="right"/>
      </w:pPr>
      <w:r>
        <w:t>وہ بدعت ہے بدعت ہے</w:t>
      </w:r>
    </w:p>
    <w:p>
      <w:r>
        <w:rPr>
          <w:b/>
        </w:rPr>
        <w:t xml:space="preserve">[48:49] </w:t>
      </w:r>
      <w:r>
        <w:t>Maulana, this can be said because individual is in test.</w:t>
      </w:r>
    </w:p>
    <w:p>
      <w:pPr>
        <w:jc w:val="right"/>
      </w:pPr>
      <w:r>
        <w:t>مولانا دس کین بی سیڈ بیکاز انڈیویجول از ان ٹیسٹ</w:t>
      </w:r>
    </w:p>
    <w:p>
      <w:r>
        <w:rPr>
          <w:b/>
        </w:rPr>
        <w:t xml:space="preserve">[48:53] </w:t>
      </w:r>
      <w:r>
        <w:t>that is why dua bhi individual hi kar sakta hai, collective nahi hogi.</w:t>
      </w:r>
    </w:p>
    <w:p>
      <w:pPr>
        <w:jc w:val="right"/>
      </w:pPr>
      <w:r>
        <w:t>That is why دعا بھی individual ہی کر سکتا ہے، collective نہیں ہوگی۔</w:t>
      </w:r>
    </w:p>
    <w:p>
      <w:r>
        <w:rPr>
          <w:b/>
        </w:rPr>
        <w:t xml:space="preserve">[48:58] </w:t>
      </w:r>
      <w:r>
        <w:t>kyunke individual.</w:t>
      </w:r>
    </w:p>
    <w:p>
      <w:pPr>
        <w:jc w:val="right"/>
      </w:pPr>
      <w:r>
        <w:t>کیونکہ individual۔</w:t>
      </w:r>
    </w:p>
    <w:p>
      <w:r>
        <w:rPr>
          <w:b/>
        </w:rPr>
        <w:t xml:space="preserve">[49:00] </w:t>
      </w:r>
      <w:r>
        <w:t>collective dua ki koi saboot hi nahi, rasool Allah ke haan.</w:t>
      </w:r>
    </w:p>
    <w:p>
      <w:pPr>
        <w:jc w:val="right"/>
      </w:pPr>
      <w:r>
        <w:t>Collective دعا کی کوئی ثبوت ہی نہیں، رسول اللہ کے ہاں۔</w:t>
      </w:r>
    </w:p>
    <w:p>
      <w:r>
        <w:rPr>
          <w:b/>
        </w:rPr>
        <w:t xml:space="preserve">[49:04] </w:t>
      </w:r>
      <w:r>
        <w:t>rasool Allah ki zindagi mein aik bhi koi saboot nahi collective dua ka.</w:t>
      </w:r>
    </w:p>
    <w:p>
      <w:pPr>
        <w:jc w:val="right"/>
      </w:pPr>
      <w:r>
        <w:t>رسول اللہ کی زندگی میں ایک بھی کوئی ثبوت نہیں collective دعا کا۔</w:t>
      </w:r>
    </w:p>
    <w:p>
      <w:r>
        <w:rPr>
          <w:b/>
        </w:rPr>
        <w:t xml:space="preserve">[49:10] </w:t>
      </w:r>
      <w:r>
        <w:t>yeh toh musalman nikaal rakha hai.</w:t>
      </w:r>
    </w:p>
    <w:p>
      <w:pPr>
        <w:jc w:val="right"/>
      </w:pPr>
      <w:r>
        <w:t>یہ تو مسلمان نکال رکھا ہے۔</w:t>
      </w:r>
    </w:p>
    <w:p>
      <w:r>
        <w:rPr>
          <w:b/>
        </w:rPr>
        <w:t xml:space="preserve">[49:12] </w:t>
      </w:r>
      <w:r>
        <w:t>wahan toh namaz hui toh bas khatam ho gayi.</w:t>
      </w:r>
    </w:p>
    <w:p>
      <w:pPr>
        <w:jc w:val="right"/>
      </w:pPr>
      <w:r>
        <w:t>وہاں تو نماز ہوئی تو بس ختم ہو گئی۔</w:t>
      </w:r>
    </w:p>
    <w:p>
      <w:r>
        <w:rPr>
          <w:b/>
        </w:rPr>
        <w:t xml:space="preserve">[49:16] </w:t>
      </w:r>
      <w:r>
        <w:t>yeh dua karte hain namaz ke baad.</w:t>
      </w:r>
    </w:p>
    <w:p>
      <w:pPr>
        <w:jc w:val="right"/>
      </w:pPr>
      <w:r>
        <w:t>یہ دعا کرتے ہیں نماز کے بعد۔</w:t>
      </w:r>
    </w:p>
    <w:p>
      <w:r>
        <w:rPr>
          <w:b/>
        </w:rPr>
        <w:t xml:space="preserve">[49:19] </w:t>
      </w:r>
      <w:r>
        <w:t>woh saabit nahi hai.</w:t>
      </w:r>
    </w:p>
    <w:p>
      <w:pPr>
        <w:jc w:val="right"/>
      </w:pPr>
      <w:r>
        <w:t>وہ ثابت نہیں ہے۔</w:t>
      </w:r>
    </w:p>
    <w:p>
      <w:r>
        <w:rPr>
          <w:b/>
        </w:rPr>
        <w:t xml:space="preserve">[49:21] </w:t>
      </w:r>
      <w:r>
        <w:t>aur salafi log is ko jaiz samajhte thay.</w:t>
      </w:r>
    </w:p>
    <w:p>
      <w:pPr>
        <w:jc w:val="right"/>
      </w:pPr>
      <w:r>
        <w:t>اور سلفی لوگ اس کو جائز سمجھتے تھے۔</w:t>
      </w:r>
    </w:p>
    <w:p>
      <w:r>
        <w:rPr>
          <w:b/>
        </w:rPr>
        <w:t xml:space="preserve">[49:24] </w:t>
      </w:r>
      <w:r>
        <w:t>sirf hanafi ka hi dua hai.</w:t>
      </w:r>
    </w:p>
    <w:p>
      <w:pPr>
        <w:jc w:val="right"/>
      </w:pPr>
      <w:r>
        <w:t>صرف حنفیوں کا ہی دعا ہے۔</w:t>
      </w:r>
    </w:p>
    <w:p>
      <w:r>
        <w:rPr>
          <w:b/>
        </w:rPr>
        <w:t xml:space="preserve">[49:27] </w:t>
      </w:r>
      <w:r>
        <w:t>kaisa? salafiyon ka nahi hai na? nahi.</w:t>
      </w:r>
    </w:p>
    <w:p>
      <w:pPr>
        <w:jc w:val="right"/>
      </w:pPr>
      <w:r>
        <w:t>کیسا؟ سلفیوں کا نہیں ہے نا؟ نہیں۔</w:t>
      </w:r>
    </w:p>
    <w:p>
      <w:r>
        <w:rPr>
          <w:b/>
        </w:rPr>
        <w:t xml:space="preserve">[49:30] </w:t>
      </w:r>
      <w:r>
        <w:t>haan, namaz ke khatam par jaise karte hain dua, woh salafiyon ka nahi hai.</w:t>
      </w:r>
    </w:p>
    <w:p>
      <w:pPr>
        <w:jc w:val="right"/>
      </w:pPr>
      <w:r>
        <w:t>ہاں، نماز کے ختم پر جیسے کرتے ہیں دعا، وہ سلفیوں کا نہیں ہے۔</w:t>
      </w:r>
    </w:p>
    <w:p>
      <w:r>
        <w:rPr>
          <w:b/>
        </w:rPr>
        <w:t xml:space="preserve">[49:36] </w:t>
      </w:r>
      <w:r>
        <w:t>kyunke hadith mein nahi hai aisa.</w:t>
      </w:r>
    </w:p>
    <w:p>
      <w:pPr>
        <w:jc w:val="right"/>
      </w:pPr>
      <w:r>
        <w:t>کیونکہ حدیث میں نہیں ہے ایسا۔</w:t>
      </w:r>
    </w:p>
    <w:p>
      <w:r>
        <w:rPr>
          <w:b/>
        </w:rPr>
        <w:t xml:space="preserve">[49:39] </w:t>
      </w:r>
      <w:r>
        <w:t>sirf hanafi ke haan sirf.</w:t>
      </w:r>
    </w:p>
    <w:p>
      <w:pPr>
        <w:jc w:val="right"/>
      </w:pPr>
      <w:r>
        <w:t>صرف حنفیوں کے ہاں صرف ہے۔</w:t>
      </w:r>
    </w:p>
    <w:p>
      <w:r>
        <w:rPr>
          <w:b/>
        </w:rPr>
        <w:t xml:space="preserve">[49:41] </w:t>
      </w:r>
      <w:r>
        <w:t>toh yeh sab toh bidat hain.</w:t>
      </w:r>
    </w:p>
    <w:p>
      <w:pPr>
        <w:jc w:val="right"/>
      </w:pPr>
      <w:r>
        <w:t>تو یہ سب تو بدعت ہیں۔</w:t>
      </w:r>
    </w:p>
    <w:p>
      <w:r>
        <w:rPr>
          <w:b/>
        </w:rPr>
        <w:t xml:space="preserve">[49:44] </w:t>
      </w:r>
      <w:r>
        <w:t>maulana, jo rasool Allah dua kara karte thay, woh woh kiya kiya tha Maulana? zaati.</w:t>
      </w:r>
    </w:p>
    <w:p>
      <w:pPr>
        <w:jc w:val="right"/>
      </w:pPr>
      <w:r>
        <w:t>مولانا، جو رسول اللہ دعا کرا کرتے تھے، وہ وہ کیا کیا تھا مولانا؟ ذاتی۔</w:t>
      </w:r>
    </w:p>
    <w:p>
      <w:r>
        <w:rPr>
          <w:b/>
        </w:rPr>
        <w:t xml:space="preserve">[49:50] </w:t>
      </w:r>
      <w:r>
        <w:t>dua aik aik individual kaam hai.</w:t>
      </w:r>
    </w:p>
    <w:p>
      <w:pPr>
        <w:jc w:val="right"/>
      </w:pPr>
      <w:r>
        <w:t>دعا ایک ایک individual کام ہے۔</w:t>
      </w:r>
    </w:p>
    <w:p>
      <w:r>
        <w:rPr>
          <w:b/>
        </w:rPr>
        <w:t xml:space="preserve">[49:53] </w:t>
      </w:r>
      <w:r>
        <w:t>apne liye dua karta hai aadmi.</w:t>
      </w:r>
    </w:p>
    <w:p>
      <w:pPr>
        <w:jc w:val="right"/>
      </w:pPr>
      <w:r>
        <w:t>اپنے لیے دعا کرتا ہے آدمی۔</w:t>
      </w:r>
    </w:p>
    <w:p>
      <w:r>
        <w:rPr>
          <w:b/>
        </w:rPr>
        <w:t xml:space="preserve">[49:55] </w:t>
      </w:r>
      <w:r>
        <w:t>achha, kabhi agar dua koi rasool Allah salallahu alaihi wasallam se hai toh woh arz-e-kat si</w:t>
      </w:r>
    </w:p>
    <w:p>
      <w:pPr>
        <w:jc w:val="right"/>
      </w:pPr>
      <w:r>
        <w:t>اچھا، کبھی اگر دعا کوئی رسول اللہ صلی اللہ علیہ وسلم سے ہے تو وہ عرضِ کٹ سی</w:t>
      </w:r>
    </w:p>
    <w:p>
      <w:r>
        <w:rPr>
          <w:b/>
        </w:rPr>
        <w:t xml:space="preserve">[50:03] </w:t>
      </w:r>
      <w:r>
        <w:t>hai.</w:t>
      </w:r>
    </w:p>
    <w:p>
      <w:pPr>
        <w:jc w:val="right"/>
      </w:pPr>
      <w:r>
        <w:t>ہے۔</w:t>
      </w:r>
    </w:p>
    <w:p>
      <w:r>
        <w:rPr>
          <w:b/>
        </w:rPr>
        <w:t xml:space="preserve">[50:04] </w:t>
      </w:r>
      <w:r>
        <w:t>kisi aur ki dua se kisi aur ka muamla theek ho jaye, aisa impossible hai.</w:t>
      </w:r>
    </w:p>
    <w:p>
      <w:pPr>
        <w:jc w:val="right"/>
      </w:pPr>
      <w:r>
        <w:t>کسی اور کی دعا سے کسی اور کا معاملہ ٹھیک ہو جائے، ایسا impossible ہے۔</w:t>
      </w:r>
    </w:p>
    <w:p>
      <w:r>
        <w:rPr>
          <w:b/>
        </w:rPr>
        <w:t xml:space="preserve">[50:11] </w:t>
      </w:r>
      <w:r>
        <w:t>iska agar aisa hota, ibrahim ki dua se un ke baap islaah ho jati hai, un ki</w:t>
      </w:r>
    </w:p>
    <w:p>
      <w:pPr>
        <w:jc w:val="right"/>
      </w:pPr>
      <w:r>
        <w:t>اس کا اگر ایسا ہوتا، ابراہیم کی دعا سے ان کے باپ اصلاح ہو جاتی ہے، ان کی</w:t>
      </w:r>
    </w:p>
    <w:p>
      <w:r>
        <w:rPr>
          <w:b/>
        </w:rPr>
        <w:t xml:space="preserve">[50:19] </w:t>
      </w:r>
      <w:r>
        <w:t>rasool Allah ki dua se un ke chacha ki islaah ho jati hai, hazrat nooh ki dua se</w:t>
      </w:r>
    </w:p>
    <w:p>
      <w:pPr>
        <w:jc w:val="right"/>
      </w:pPr>
      <w:r>
        <w:t>رسول اللہ کی دعا سے ان کے چچا کی اصلاح ہو جاتی ہے، حضرت نوح کی دعا سے</w:t>
      </w:r>
    </w:p>
    <w:p>
      <w:r>
        <w:rPr>
          <w:b/>
        </w:rPr>
        <w:t xml:space="preserve">[50:26] </w:t>
      </w:r>
      <w:r>
        <w:t>un ke bete ki ho jati hai, hazrat nooh ki dua se un ki biwi ki ho jati</w:t>
      </w:r>
    </w:p>
    <w:p>
      <w:pPr>
        <w:jc w:val="right"/>
      </w:pPr>
      <w:r>
        <w:t>ان کے بیٹے کی ہو جاتی ہے، حضرت نوح کی دعا سے ان کی بیوی کی ہو جاتی</w:t>
      </w:r>
    </w:p>
    <w:p>
      <w:r>
        <w:rPr>
          <w:b/>
        </w:rPr>
        <w:t xml:space="preserve">[50:34] </w:t>
      </w:r>
      <w:r>
        <w:t>hai.</w:t>
      </w:r>
    </w:p>
    <w:p>
      <w:pPr>
        <w:jc w:val="right"/>
      </w:pPr>
      <w:r>
        <w:t>ہے۔</w:t>
      </w:r>
    </w:p>
    <w:p>
      <w:r>
        <w:rPr>
          <w:b/>
        </w:rPr>
        <w:t xml:space="preserve">[50:36] </w:t>
      </w:r>
      <w:r>
        <w:t>yeh ho nahi sakta, yeh Allah ke is ke khilaaf hai ke dua koi aur kare, maamla kisi</w:t>
      </w:r>
    </w:p>
    <w:p>
      <w:pPr>
        <w:jc w:val="right"/>
      </w:pPr>
      <w:r>
        <w:t>یہ ہو نہیں سکتا، یہ اللہ کے اس کے خلاف ہے کہ دعا کوئی اور کرے، معاملہ کسی</w:t>
      </w:r>
    </w:p>
    <w:p>
      <w:r>
        <w:rPr>
          <w:b/>
        </w:rPr>
        <w:t xml:space="preserve">[50:43] </w:t>
      </w:r>
      <w:r>
        <w:t>aur ko durust ho jaye.</w:t>
      </w:r>
    </w:p>
    <w:p>
      <w:pPr>
        <w:jc w:val="right"/>
      </w:pPr>
      <w:r>
        <w:t>اور کو درست ہو جائے۔</w:t>
      </w:r>
    </w:p>
    <w:p>
      <w:r>
        <w:rPr>
          <w:b/>
        </w:rPr>
        <w:t xml:space="preserve">[50:45] </w:t>
      </w:r>
      <w:r>
        <w:t>woh toh kahein ek aadmi milta hai, agar toh arz-e-kat se hota hai.</w:t>
      </w:r>
    </w:p>
    <w:p>
      <w:pPr>
        <w:jc w:val="right"/>
      </w:pPr>
      <w:r>
        <w:t>وہ تو کہیں ایک آدمی ملتا ہے، اگر تو عرضِ کٹ سے ہوتا ہے۔</w:t>
      </w:r>
    </w:p>
    <w:p>
      <w:r>
        <w:rPr>
          <w:b/>
        </w:rPr>
        <w:t xml:space="preserve">[50:51] </w:t>
      </w:r>
      <w:r>
        <w:t>woh arz-e-kat se.</w:t>
      </w:r>
    </w:p>
    <w:p>
      <w:pPr>
        <w:jc w:val="right"/>
      </w:pPr>
      <w:r>
        <w:t>وہ عرضِ کٹ سے۔</w:t>
      </w:r>
    </w:p>
    <w:p>
      <w:r>
        <w:rPr>
          <w:b/>
        </w:rPr>
        <w:t xml:space="preserve">[50:53] </w:t>
      </w:r>
      <w:r>
        <w:t>aur mad'u ke liye dua agar ki jaye? haan, mad'u? doctor sahib pooch rahe hain, agar mad'u ke</w:t>
      </w:r>
    </w:p>
    <w:p>
      <w:pPr>
        <w:jc w:val="right"/>
      </w:pPr>
      <w:r>
        <w:t>اور مدعو کے لیے دعا اگر کی جائے؟ ہاں، مدعو؟ ڈاکٹر صاحب پوچھ رہے ہیں، اگر مدعو کے</w:t>
      </w:r>
    </w:p>
    <w:p>
      <w:r>
        <w:rPr>
          <w:b/>
        </w:rPr>
        <w:t xml:space="preserve">[51:01] </w:t>
      </w:r>
      <w:r>
        <w:t>liye dua kari jaye toh? mad'u ke liye dua zaroor karna chahiye, is mein toh shakk nahi hai.</w:t>
      </w:r>
    </w:p>
    <w:p>
      <w:pPr>
        <w:jc w:val="right"/>
      </w:pPr>
      <w:r>
        <w:t>لیے دعا کری جائے تو؟ مدعو کے لیے دعا ضرور کرنا چاہیے، اس میں تو شک نہیں ہے۔</w:t>
      </w:r>
    </w:p>
    <w:p>
      <w:r>
        <w:rPr>
          <w:b/>
        </w:rPr>
        <w:t xml:space="preserve">[51:09] </w:t>
      </w:r>
      <w:r>
        <w:t>mad'u ke liye dua rasool Allah ne bhi ki hai, woh toh bilkul sahi hai.</w:t>
      </w:r>
    </w:p>
    <w:p>
      <w:pPr>
        <w:jc w:val="right"/>
      </w:pPr>
      <w:r>
        <w:t>مدعو کے لیے دعا رسول اللہ نے بھی کی ہے، وہ تو بالکل صحیح ہے۔</w:t>
      </w:r>
    </w:p>
    <w:p>
      <w:r>
        <w:rPr>
          <w:b/>
        </w:rPr>
        <w:t xml:space="preserve">[51:15] </w:t>
      </w:r>
      <w:r>
        <w:t>mad'u ke liye dua, is mein mujhe ikhtilaaf nahi hai.</w:t>
      </w:r>
    </w:p>
    <w:p>
      <w:pPr>
        <w:jc w:val="right"/>
      </w:pPr>
      <w:r>
        <w:t>مدعو کے لیے دعا، اس میں مجھے اختلاف نہیں ہے۔</w:t>
      </w:r>
    </w:p>
    <w:p>
      <w:r>
        <w:rPr>
          <w:b/>
        </w:rPr>
        <w:t xml:space="preserve">[51:19] </w:t>
      </w:r>
      <w:r>
        <w:t>yahi ek dua saabit hai mad'u ke liye, mad'u ki islaah ke liye.</w:t>
      </w:r>
    </w:p>
    <w:p>
      <w:pPr>
        <w:jc w:val="right"/>
      </w:pPr>
      <w:r>
        <w:t>یہی ایک دعا ثابت ہے مدعو کے لیے، مدعو کی اصلاح کے لیے۔</w:t>
      </w:r>
    </w:p>
    <w:p>
      <w:r>
        <w:rPr>
          <w:b/>
        </w:rPr>
        <w:t xml:space="preserve">[51:25] </w:t>
      </w:r>
      <w:r>
        <w:t>yeh ek dua saabit hai.</w:t>
      </w:r>
    </w:p>
    <w:p>
      <w:pPr>
        <w:jc w:val="right"/>
      </w:pPr>
      <w:r>
        <w:t>یہ ایک دعا ثابت ہے۔</w:t>
      </w:r>
    </w:p>
    <w:p>
      <w:r>
        <w:rPr>
          <w:b/>
        </w:rPr>
        <w:t xml:space="preserve">[51:27] </w:t>
      </w:r>
      <w:r>
        <w:t>rabb-i-qawmi fa innahum la ya'lamoon toh mad'u ke liye dua toh saabit hai.</w:t>
      </w:r>
    </w:p>
    <w:p>
      <w:pPr>
        <w:jc w:val="right"/>
      </w:pPr>
      <w:r>
        <w:t>ربّت قومي فإنهم لا يعلمون تو مدعو کے لیے دعا تو ثابت ہے۔</w:t>
      </w:r>
    </w:p>
    <w:p>
      <w:r>
        <w:rPr>
          <w:b/>
        </w:rPr>
        <w:t xml:space="preserve">[51:33] </w:t>
      </w:r>
      <w:r>
        <w:t>baqi jo duayein hain, woh un ka saboot nahi koi.</w:t>
      </w:r>
    </w:p>
    <w:p>
      <w:pPr>
        <w:jc w:val="right"/>
      </w:pPr>
      <w:r>
        <w:t>باقی جو دعائیں ہیں، وہ ان کا ثبوت نہیں کوئی۔</w:t>
      </w:r>
    </w:p>
    <w:p>
      <w:r>
        <w:rPr>
          <w:b/>
        </w:rPr>
        <w:t xml:space="preserve">[51:37] </w:t>
      </w:r>
      <w:r>
        <w:t>maulana? haan.</w:t>
      </w:r>
    </w:p>
    <w:p>
      <w:pPr>
        <w:jc w:val="right"/>
      </w:pPr>
      <w:r>
        <w:t>مولانا؟ ہاں۔</w:t>
      </w:r>
    </w:p>
    <w:p>
      <w:r>
        <w:rPr>
          <w:b/>
        </w:rPr>
        <w:t xml:space="preserve">[51:38] </w:t>
      </w:r>
      <w:r>
        <w:t>mission ke liye bhi dua saabit hai.</w:t>
      </w:r>
    </w:p>
    <w:p>
      <w:pPr>
        <w:jc w:val="right"/>
      </w:pPr>
      <w:r>
        <w:t>مشن کے لیے بھی دعا ثابت ہے۔</w:t>
      </w:r>
    </w:p>
    <w:p>
      <w:r>
        <w:rPr>
          <w:b/>
        </w:rPr>
        <w:t xml:space="preserve">[51:41] </w:t>
      </w:r>
      <w:r>
        <w:t>haan, sahi hai.</w:t>
      </w:r>
    </w:p>
    <w:p>
      <w:pPr>
        <w:jc w:val="right"/>
      </w:pPr>
      <w:r>
        <w:t>ہاں، صحیح ہے۔</w:t>
      </w:r>
    </w:p>
    <w:p>
      <w:r>
        <w:rPr>
          <w:b/>
        </w:rPr>
        <w:t xml:space="preserve">[51:43] </w:t>
      </w:r>
      <w:r>
        <w:t>bilkul sahi hai.</w:t>
      </w:r>
    </w:p>
    <w:p>
      <w:pPr>
        <w:jc w:val="right"/>
      </w:pPr>
      <w:r>
        <w:t>بالکل صحیح ہے۔</w:t>
      </w:r>
    </w:p>
    <w:p>
      <w:r>
        <w:rPr>
          <w:b/>
        </w:rPr>
        <w:t xml:space="preserve">[51:44] </w:t>
      </w:r>
      <w:r>
        <w:t>maulana abdul basit umri ne doha se ek comment bheja hai.</w:t>
      </w:r>
    </w:p>
    <w:p>
      <w:pPr>
        <w:jc w:val="right"/>
      </w:pPr>
      <w:r>
        <w:t>مولانا عبدالباسط عمری نے دوحہ سے ایک کمنٹ بھیجا ہے۔</w:t>
      </w:r>
    </w:p>
    <w:p>
      <w:r>
        <w:rPr>
          <w:b/>
        </w:rPr>
        <w:t xml:space="preserve">[51:49] </w:t>
      </w:r>
      <w:r>
        <w:t>unhone likha hai ke maulana, eid se mutalliq jo baat aap ne batai, us se mujhe clarity</w:t>
      </w:r>
    </w:p>
    <w:p>
      <w:pPr>
        <w:jc w:val="right"/>
      </w:pPr>
      <w:r>
        <w:t>انہوں نے لکھا ہے کہ مولانا، عید سے متعلق جو بات آپ نے بتائی، اس سے مجھے clarity</w:t>
      </w:r>
    </w:p>
    <w:p>
      <w:r>
        <w:rPr>
          <w:b/>
        </w:rPr>
        <w:t xml:space="preserve">[51:56] </w:t>
      </w:r>
      <w:r>
        <w:t>mili.</w:t>
      </w:r>
    </w:p>
    <w:p>
      <w:pPr>
        <w:jc w:val="right"/>
      </w:pPr>
      <w:r>
        <w:t>ملی۔</w:t>
      </w:r>
    </w:p>
    <w:p>
      <w:r>
        <w:rPr>
          <w:b/>
        </w:rPr>
        <w:t xml:space="preserve">[51:58] </w:t>
      </w:r>
      <w:r>
        <w:t>kyunke hamara jo nazariya hai eid ke baray mein, woh quran aur hadith ke khilaaf hai.</w:t>
      </w:r>
    </w:p>
    <w:p>
      <w:pPr>
        <w:jc w:val="right"/>
      </w:pPr>
      <w:r>
        <w:t>کیونکہ ہمارا جو نظریہ ہے عید کے بارے میں، وہ قرآن اور حدیث کے خلاف ہے۔</w:t>
      </w:r>
    </w:p>
    <w:p>
      <w:r>
        <w:rPr>
          <w:b/>
        </w:rPr>
        <w:t xml:space="preserve">[52:05] </w:t>
      </w:r>
      <w:r>
        <w:t>ramzan bhar mein hamein mutala-e-quran se jo cheez hasil ki, jo spirit mili, us se dekhein toh</w:t>
      </w:r>
    </w:p>
    <w:p>
      <w:pPr>
        <w:jc w:val="right"/>
      </w:pPr>
      <w:r>
        <w:t>رمضان بھر میں ہمیں مطالعہ قرآن سے جو چیز حاصل کی، جو spirit ملی، اس سے دیکھیں تو</w:t>
      </w:r>
    </w:p>
    <w:p>
      <w:r>
        <w:rPr>
          <w:b/>
        </w:rPr>
        <w:t xml:space="preserve">[52:12] </w:t>
      </w:r>
      <w:r>
        <w:t>hamare eid ka koi talluq nahi.</w:t>
      </w:r>
    </w:p>
    <w:p>
      <w:pPr>
        <w:jc w:val="right"/>
      </w:pPr>
      <w:r>
        <w:t>ہمارے عید کا کوئی تعلق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