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Success in life and Life Hereafter 20 04 2014</w:t>
      </w:r>
    </w:p>
    <w:p>
      <w:r>
        <w:t>https://www.youtube.com/watch?v=QLAztskx66U</w:t>
      </w:r>
    </w:p>
    <w:p>
      <w:r>
        <w:rPr>
          <w:b/>
        </w:rPr>
        <w:t xml:space="preserve">[00:21]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Salla Allahu ala an-nabiyyi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[00:36]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[00:40] </w:t>
      </w:r>
      <w:r>
        <w:t>yifqh qawli. aaj ka topic hai:</w:t>
      </w:r>
    </w:p>
    <w:p>
      <w:pPr>
        <w:jc w:val="right"/>
      </w:pPr>
      <w:r>
        <w:t>یفقہ قولی۔ آج کا ٹاپک ہے:</w:t>
      </w:r>
    </w:p>
    <w:p>
      <w:r>
        <w:rPr>
          <w:b/>
        </w:rPr>
        <w:t xml:space="preserve">[00:48] </w:t>
      </w:r>
      <w:r>
        <w:t>dunya aur aakhirat,</w:t>
      </w:r>
    </w:p>
    <w:p>
      <w:pPr>
        <w:jc w:val="right"/>
      </w:pPr>
      <w:r>
        <w:t>دنیا اور آخرت،</w:t>
      </w:r>
    </w:p>
    <w:p>
      <w:r>
        <w:rPr>
          <w:b/>
        </w:rPr>
        <w:t xml:space="preserve">[00:52] </w:t>
      </w:r>
      <w:r>
        <w:t>yani islam ka concept kya hai</w:t>
      </w:r>
    </w:p>
    <w:p>
      <w:pPr>
        <w:jc w:val="right"/>
      </w:pPr>
      <w:r>
        <w:t>یعنی اسلام کا کانسیپٹ کیا ہے</w:t>
      </w:r>
    </w:p>
    <w:p>
      <w:r>
        <w:rPr>
          <w:b/>
        </w:rPr>
        <w:t xml:space="preserve">[00:59] </w:t>
      </w:r>
      <w:r>
        <w:t>dunya aur aakhirat ki</w:t>
      </w:r>
    </w:p>
    <w:p>
      <w:pPr>
        <w:jc w:val="right"/>
      </w:pPr>
      <w:r>
        <w:t>دنیا اور آخرت کی</w:t>
      </w:r>
    </w:p>
    <w:p>
      <w:r>
        <w:rPr>
          <w:b/>
        </w:rPr>
        <w:t xml:space="preserve">[01:02] </w:t>
      </w:r>
      <w:r>
        <w:t>success ke liye.</w:t>
      </w:r>
    </w:p>
    <w:p>
      <w:pPr>
        <w:jc w:val="right"/>
      </w:pPr>
      <w:r>
        <w:t>سکسیس کے لیے۔</w:t>
      </w:r>
    </w:p>
    <w:p>
      <w:r>
        <w:rPr>
          <w:b/>
        </w:rPr>
        <w:t xml:space="preserve">[01:07] </w:t>
      </w:r>
      <w:r>
        <w:t>yeh bohat hi important</w:t>
      </w:r>
    </w:p>
    <w:p>
      <w:pPr>
        <w:jc w:val="right"/>
      </w:pPr>
      <w:r>
        <w:t>یہ بہت ہی امپورٹنٹ</w:t>
      </w:r>
    </w:p>
    <w:p>
      <w:r>
        <w:rPr>
          <w:b/>
        </w:rPr>
        <w:t xml:space="preserve">[01:09] </w:t>
      </w:r>
      <w:r>
        <w:t>topic hai, kyunke beshtar log</w:t>
      </w:r>
    </w:p>
    <w:p>
      <w:pPr>
        <w:jc w:val="right"/>
      </w:pPr>
      <w:r>
        <w:t>ٹاپک ہے، کیونکہ بیشتر لوگ</w:t>
      </w:r>
    </w:p>
    <w:p>
      <w:r>
        <w:rPr>
          <w:b/>
        </w:rPr>
        <w:t xml:space="preserve">[01:14] </w:t>
      </w:r>
      <w:r>
        <w:t>wishful thinking mein pade rehte hain,</w:t>
      </w:r>
    </w:p>
    <w:p>
      <w:pPr>
        <w:jc w:val="right"/>
      </w:pPr>
      <w:r>
        <w:t>وش فل تھنکنگ میں پڑے رہتے ہیں،</w:t>
      </w:r>
    </w:p>
    <w:p>
      <w:r>
        <w:rPr>
          <w:b/>
        </w:rPr>
        <w:t xml:space="preserve">[01:17] </w:t>
      </w:r>
      <w:r>
        <w:t>jisko quran mein kaha gaya hai "amani".</w:t>
      </w:r>
    </w:p>
    <w:p>
      <w:pPr>
        <w:jc w:val="right"/>
      </w:pPr>
      <w:r>
        <w:t>جس کو قرآن میں کہا گیا ہے "امانی"۔</w:t>
      </w:r>
    </w:p>
    <w:p>
      <w:r>
        <w:rPr>
          <w:b/>
        </w:rPr>
        <w:t xml:space="preserve">[01:22] </w:t>
      </w:r>
      <w:r>
        <w:t>yani apne mind se woh</w:t>
      </w:r>
    </w:p>
    <w:p>
      <w:pPr>
        <w:jc w:val="right"/>
      </w:pPr>
      <w:r>
        <w:t>یعنی اپنے مائنڈ سے وہ</w:t>
      </w:r>
    </w:p>
    <w:p>
      <w:r>
        <w:rPr>
          <w:b/>
        </w:rPr>
        <w:t xml:space="preserve">[01:26] </w:t>
      </w:r>
      <w:r>
        <w:t>ek naqsha bana lete hain, samajhte hain ke bas is naqshe par chalne se success mil jayegi.</w:t>
      </w:r>
    </w:p>
    <w:p>
      <w:pPr>
        <w:jc w:val="right"/>
      </w:pPr>
      <w:r>
        <w:t>ایک نقشہ بنا لیتے ہیں، سمجھتے ہیں کہ بس اس نقشے پر چلنے سے سکسیس مل جائے گی۔</w:t>
      </w:r>
    </w:p>
    <w:p>
      <w:r>
        <w:rPr>
          <w:b/>
        </w:rPr>
        <w:t xml:space="preserve">[01:35] </w:t>
      </w:r>
      <w:r>
        <w:t>magar yeh baat nahi hai.</w:t>
      </w:r>
    </w:p>
    <w:p>
      <w:pPr>
        <w:jc w:val="right"/>
      </w:pPr>
      <w:r>
        <w:t>مگر یہ بات نہیں ہے۔</w:t>
      </w:r>
    </w:p>
    <w:p>
      <w:r>
        <w:rPr>
          <w:b/>
        </w:rPr>
        <w:t xml:space="preserve">[01:39] </w:t>
      </w:r>
      <w:r>
        <w:t>humein janna hoga ke khud jo khaliq hai, jo rab-ul-alameen hai,</w:t>
      </w:r>
    </w:p>
    <w:p>
      <w:pPr>
        <w:jc w:val="right"/>
      </w:pPr>
      <w:r>
        <w:t>ہمیں جاننا ہوگا کہ خود جو خالق ہے، جو رب العالمین ہے،</w:t>
      </w:r>
    </w:p>
    <w:p>
      <w:r>
        <w:rPr>
          <w:b/>
        </w:rPr>
        <w:t xml:space="preserve">[01:46] </w:t>
      </w:r>
      <w:r>
        <w:t>iska naqsha kya hai.</w:t>
      </w:r>
    </w:p>
    <w:p>
      <w:pPr>
        <w:jc w:val="right"/>
      </w:pPr>
      <w:r>
        <w:t>اس کا نقشہ کیا ہے۔</w:t>
      </w:r>
    </w:p>
    <w:p>
      <w:r>
        <w:rPr>
          <w:b/>
        </w:rPr>
        <w:t xml:space="preserve">[01:50] </w:t>
      </w:r>
      <w:r>
        <w:t>یعنی وہی جو میں کہا کرتا ہوں کہ "we have to know</w:t>
      </w:r>
    </w:p>
    <w:p>
      <w:pPr>
        <w:jc w:val="right"/>
      </w:pPr>
      <w:r>
        <w:t>یعنی وہی جو میں کہا کرتا ہوں کہ "وی ہیو ٹو نو</w:t>
      </w:r>
    </w:p>
    <w:p>
      <w:r>
        <w:rPr>
          <w:b/>
        </w:rPr>
        <w:t xml:space="preserve">[01:55] </w:t>
      </w:r>
      <w:r>
        <w:t>the creation plan of god".</w:t>
      </w:r>
    </w:p>
    <w:p>
      <w:pPr>
        <w:jc w:val="right"/>
      </w:pPr>
      <w:r>
        <w:t>دا کریشن پلان آف گاڈ"۔</w:t>
      </w:r>
    </w:p>
    <w:p>
      <w:r>
        <w:rPr>
          <w:b/>
        </w:rPr>
        <w:t xml:space="preserve">[02:01] </w:t>
      </w:r>
      <w:r>
        <w:t>toh dono pehluon se aaj mein kuch baatein arz karna chahta hoon.</w:t>
      </w:r>
    </w:p>
    <w:p>
      <w:pPr>
        <w:jc w:val="right"/>
      </w:pPr>
      <w:r>
        <w:t>تو دونوں پہلوؤں سے آج میں کچھ باتیں عرض کرنا چاہتا ہوں۔</w:t>
      </w:r>
    </w:p>
    <w:p>
      <w:r>
        <w:rPr>
          <w:b/>
        </w:rPr>
        <w:t xml:space="preserve">[02:11] </w:t>
      </w:r>
      <w:r>
        <w:t>sab se pehle</w:t>
      </w:r>
    </w:p>
    <w:p>
      <w:pPr>
        <w:jc w:val="right"/>
      </w:pPr>
      <w:r>
        <w:t>سب سے پہلے</w:t>
      </w:r>
    </w:p>
    <w:p>
      <w:r>
        <w:rPr>
          <w:b/>
        </w:rPr>
        <w:t xml:space="preserve">[02:13] </w:t>
      </w:r>
      <w:r>
        <w:t>aakhirat ke pehlu ko lijiye.</w:t>
      </w:r>
    </w:p>
    <w:p>
      <w:pPr>
        <w:jc w:val="right"/>
      </w:pPr>
      <w:r>
        <w:t>آخرت کے پہلو کو لیجیے۔</w:t>
      </w:r>
    </w:p>
    <w:p>
      <w:r>
        <w:rPr>
          <w:b/>
        </w:rPr>
        <w:t xml:space="preserve">[02:17] </w:t>
      </w:r>
      <w:r>
        <w:t>quran mein surah al-zumr mein ek ayat hai,</w:t>
      </w:r>
    </w:p>
    <w:p>
      <w:pPr>
        <w:jc w:val="right"/>
      </w:pPr>
      <w:r>
        <w:t>قرآن میں سورہ الزمر میں ایک آیت ہے،</w:t>
      </w:r>
    </w:p>
    <w:p>
      <w:r>
        <w:rPr>
          <w:b/>
        </w:rPr>
        <w:t xml:space="preserve">[02:23] </w:t>
      </w:r>
      <w:r>
        <w:t>iska alfaz yeh hain:</w:t>
      </w:r>
    </w:p>
    <w:p>
      <w:pPr>
        <w:jc w:val="right"/>
      </w:pPr>
      <w:r>
        <w:t>اس کے الفاظ یہ ہیں:</w:t>
      </w:r>
    </w:p>
    <w:p>
      <w:r>
        <w:rPr>
          <w:b/>
        </w:rPr>
        <w:t xml:space="preserve">[02:27] </w:t>
      </w:r>
      <w:r>
        <w:t>qul ya ibad allazina asrafu ala anfusihim</w:t>
      </w:r>
    </w:p>
    <w:p>
      <w:pPr>
        <w:jc w:val="right"/>
      </w:pPr>
      <w:r>
        <w:t>قُلْ يَا عِبَادِ الَّذِينَ أَسْرَفُوا عَلَى أَنْفُسِهِمْ</w:t>
      </w:r>
    </w:p>
    <w:p>
      <w:r>
        <w:rPr>
          <w:b/>
        </w:rPr>
        <w:t xml:space="preserve">[02:33] </w:t>
      </w:r>
      <w:r>
        <w:t>la taqnatu min rahmatillah</w:t>
      </w:r>
    </w:p>
    <w:p>
      <w:pPr>
        <w:jc w:val="right"/>
      </w:pPr>
      <w:r>
        <w:t>لَا تَقْنَطُوا مِن رَحْمَةِ اللَّهِ</w:t>
      </w:r>
    </w:p>
    <w:p>
      <w:r>
        <w:rPr>
          <w:b/>
        </w:rPr>
        <w:t xml:space="preserve">[02:36] </w:t>
      </w:r>
      <w:r>
        <w:t>innallaha yaghfiruz zunuba jami'an</w:t>
      </w:r>
    </w:p>
    <w:p>
      <w:pPr>
        <w:jc w:val="right"/>
      </w:pPr>
      <w:r>
        <w:t>إِنَّ اللَّهَ يَغْفِرُ الذُّنُوبَ جَمِيعًا</w:t>
      </w:r>
    </w:p>
    <w:p>
      <w:r>
        <w:rPr>
          <w:b/>
        </w:rPr>
        <w:t xml:space="preserve">[02:40] </w:t>
      </w:r>
      <w:r>
        <w:t>wa innahu huwal ghafurur rahim</w:t>
      </w:r>
    </w:p>
    <w:p>
      <w:pPr>
        <w:jc w:val="right"/>
      </w:pPr>
      <w:r>
        <w:t>وَإِنَّهُ هُوَ الْغَفُورُ الرَّحِيمُ</w:t>
      </w:r>
    </w:p>
    <w:p>
      <w:r>
        <w:rPr>
          <w:b/>
        </w:rPr>
        <w:t xml:space="preserve">[02:43] </w:t>
      </w:r>
      <w:r>
        <w:t>. iska tarjuma yeh hai ke keh do</w:t>
      </w:r>
    </w:p>
    <w:p>
      <w:pPr>
        <w:jc w:val="right"/>
      </w:pPr>
      <w:r>
        <w:t>۔ اس کا ترجمہ یہ ہے کہ کہہ دو</w:t>
      </w:r>
    </w:p>
    <w:p>
      <w:r>
        <w:rPr>
          <w:b/>
        </w:rPr>
        <w:t xml:space="preserve">[02:50] </w:t>
      </w:r>
      <w:r>
        <w:t>keh aye mere bando</w:t>
      </w:r>
    </w:p>
    <w:p>
      <w:pPr>
        <w:jc w:val="right"/>
      </w:pPr>
      <w:r>
        <w:t>کہ اے میرے بندو</w:t>
      </w:r>
    </w:p>
    <w:p>
      <w:r>
        <w:rPr>
          <w:b/>
        </w:rPr>
        <w:t xml:space="preserve">[02:54] </w:t>
      </w:r>
      <w:r>
        <w:t>jinhon ne apni zindagi'on par</w:t>
      </w:r>
    </w:p>
    <w:p>
      <w:pPr>
        <w:jc w:val="right"/>
      </w:pPr>
      <w:r>
        <w:t>جنہوں نے اپنی زندگیوں پر</w:t>
      </w:r>
    </w:p>
    <w:p>
      <w:r>
        <w:rPr>
          <w:b/>
        </w:rPr>
        <w:t xml:space="preserve">[03:00] </w:t>
      </w:r>
      <w:r>
        <w:t>ziadati ki hai,</w:t>
      </w:r>
    </w:p>
    <w:p>
      <w:pPr>
        <w:jc w:val="right"/>
      </w:pPr>
      <w:r>
        <w:t>زیادتی کی ہے،</w:t>
      </w:r>
    </w:p>
    <w:p>
      <w:r>
        <w:rPr>
          <w:b/>
        </w:rPr>
        <w:t xml:space="preserve">[03:05] </w:t>
      </w:r>
      <w:r>
        <w:t>tum Allah ki rehmat se</w:t>
      </w:r>
    </w:p>
    <w:p>
      <w:pPr>
        <w:jc w:val="right"/>
      </w:pPr>
      <w:r>
        <w:t>تم اللہ کی رحمت سے</w:t>
      </w:r>
    </w:p>
    <w:p>
      <w:r>
        <w:rPr>
          <w:b/>
        </w:rPr>
        <w:t xml:space="preserve">[03:07] </w:t>
      </w:r>
      <w:r>
        <w:t>mayoos na ho,</w:t>
      </w:r>
    </w:p>
    <w:p>
      <w:pPr>
        <w:jc w:val="right"/>
      </w:pPr>
      <w:r>
        <w:t>مایوس نہ ہو،</w:t>
      </w:r>
    </w:p>
    <w:p>
      <w:r>
        <w:rPr>
          <w:b/>
        </w:rPr>
        <w:t xml:space="preserve">[03:10] </w:t>
      </w:r>
      <w:r>
        <w:t>kyunke Allah tamam gunahon ko maaf kar deta hai.</w:t>
      </w:r>
    </w:p>
    <w:p>
      <w:pPr>
        <w:jc w:val="right"/>
      </w:pPr>
      <w:r>
        <w:t>کیونکہ اللہ تمام گناہوں کو معاف کر دیتا ہے۔</w:t>
      </w:r>
    </w:p>
    <w:p>
      <w:r>
        <w:rPr>
          <w:b/>
        </w:rPr>
        <w:t xml:space="preserve">[03:18] </w:t>
      </w:r>
      <w:r>
        <w:t>is mein "tamam" ka lafz hai, jameea, tamam gunahon ko maaf kar deta hai, aur Allah bakhshne wala,</w:t>
      </w:r>
    </w:p>
    <w:p>
      <w:pPr>
        <w:jc w:val="right"/>
      </w:pPr>
      <w:r>
        <w:t>اس میں "تمام" کا لفظ ہے، جمیعہ، تمام گناہوں کو معاف کر دیتا ہے، اور اللہ بخشنے والا،</w:t>
      </w:r>
    </w:p>
    <w:p>
      <w:r>
        <w:rPr>
          <w:b/>
        </w:rPr>
        <w:t xml:space="preserve">[03:25] </w:t>
      </w:r>
      <w:r>
        <w:t>meherban hai. is ayat ke bare mein</w:t>
      </w:r>
    </w:p>
    <w:p>
      <w:pPr>
        <w:jc w:val="right"/>
      </w:pPr>
      <w:r>
        <w:t>مہربان ہے۔ اس آیت کے بارے میں</w:t>
      </w:r>
    </w:p>
    <w:p>
      <w:r>
        <w:rPr>
          <w:b/>
        </w:rPr>
        <w:t xml:space="preserve">[03:32] </w:t>
      </w:r>
      <w:r>
        <w:t>sahaba ke kai aqwal hain.</w:t>
      </w:r>
    </w:p>
    <w:p>
      <w:pPr>
        <w:jc w:val="right"/>
      </w:pPr>
      <w:r>
        <w:t>صحابہ کے کئی اقوال ہیں۔</w:t>
      </w:r>
    </w:p>
    <w:p>
      <w:r>
        <w:rPr>
          <w:b/>
        </w:rPr>
        <w:t xml:space="preserve">[03:35] </w:t>
      </w:r>
      <w:r>
        <w:t>ek top ke sahabi the Hazrat Abdullah Ibn Umar, unhon ne kaha ke "hazihi arjah ayat fil Quran"</w:t>
      </w:r>
    </w:p>
    <w:p>
      <w:pPr>
        <w:jc w:val="right"/>
      </w:pPr>
      <w:r>
        <w:t>ایک ٹاپ کے صحابی تھے حضرت عبداللہ ابن عمر، انہوں نے کہا کہ "هذه أرجح آية في القرآن"</w:t>
      </w:r>
    </w:p>
    <w:p>
      <w:r>
        <w:rPr>
          <w:b/>
        </w:rPr>
        <w:t xml:space="preserve">[03:45] </w:t>
      </w:r>
      <w:r>
        <w:t>yeh Quran ki sab se zyada umeed wali ayat hai.</w:t>
      </w:r>
    </w:p>
    <w:p>
      <w:pPr>
        <w:jc w:val="right"/>
      </w:pPr>
      <w:r>
        <w:t>۔ یہ قرآن کی سب سے زیادہ امید والی آیت ہے۔</w:t>
      </w:r>
    </w:p>
    <w:p>
      <w:r>
        <w:rPr>
          <w:b/>
        </w:rPr>
        <w:t xml:space="preserve">[03:54] </w:t>
      </w:r>
      <w:r>
        <w:t>The most hopeful verse of the Quran.</w:t>
      </w:r>
    </w:p>
    <w:p>
      <w:pPr>
        <w:jc w:val="right"/>
      </w:pPr>
      <w:r>
        <w:t>The most hopeful verse of the Quran.</w:t>
      </w:r>
    </w:p>
    <w:p>
      <w:r>
        <w:rPr>
          <w:b/>
        </w:rPr>
        <w:t xml:space="preserve">[04:02] </w:t>
      </w:r>
      <w:r>
        <w:t>lekin dekhiye, is ka matlab yeh nahi hai ke yeh ayat logon ko clean chit de rahi hai.</w:t>
      </w:r>
    </w:p>
    <w:p>
      <w:pPr>
        <w:jc w:val="right"/>
      </w:pPr>
      <w:r>
        <w:t>لیکن دیکھیے، اس کا مطلب یہ نہیں ہے کہ یہ آیت لوگوں کو کلین چٹ دے رہی ہے۔</w:t>
      </w:r>
    </w:p>
    <w:p>
      <w:r>
        <w:rPr>
          <w:b/>
        </w:rPr>
        <w:t xml:space="preserve">[04:10] </w:t>
      </w:r>
      <w:r>
        <w:t>har giz aisa nahi hai.</w:t>
      </w:r>
    </w:p>
    <w:p>
      <w:pPr>
        <w:jc w:val="right"/>
      </w:pPr>
      <w:r>
        <w:t>ہرگز ایسا نہیں ہے۔</w:t>
      </w:r>
    </w:p>
    <w:p>
      <w:r>
        <w:rPr>
          <w:b/>
        </w:rPr>
        <w:t xml:space="preserve">[04:14] </w:t>
      </w:r>
      <w:r>
        <w:t>is ayat ko samajhne ke liye bohat zyada sochana parega,</w:t>
      </w:r>
    </w:p>
    <w:p>
      <w:pPr>
        <w:jc w:val="right"/>
      </w:pPr>
      <w:r>
        <w:t>اس آیت کو سمجھنے کے لیے بہت زیادہ سوچنا پڑے گا،</w:t>
      </w:r>
    </w:p>
    <w:p>
      <w:r>
        <w:rPr>
          <w:b/>
        </w:rPr>
        <w:t xml:space="preserve">[04:21] </w:t>
      </w:r>
      <w:r>
        <w:t>kyunke agar aap clean chit ke mani mein le lein to sara creation plan hi darham barham ho</w:t>
      </w:r>
    </w:p>
    <w:p>
      <w:pPr>
        <w:jc w:val="right"/>
      </w:pPr>
      <w:r>
        <w:t>کیونکہ اگر آپ کلین چٹ کے معنی میں لے لیں تو سارا کریشن پلان ہی درہم برہم ہو</w:t>
      </w:r>
    </w:p>
    <w:p>
      <w:r>
        <w:rPr>
          <w:b/>
        </w:rPr>
        <w:t xml:space="preserve">[04:27] </w:t>
      </w:r>
      <w:r>
        <w:t>jata hai. dekhiye, pehli baat yeh hai ke</w:t>
      </w:r>
    </w:p>
    <w:p>
      <w:pPr>
        <w:jc w:val="right"/>
      </w:pPr>
      <w:r>
        <w:t>جاتا ہے۔ دیکھیے، پہلی بات یہ ہے کہ</w:t>
      </w:r>
    </w:p>
    <w:p>
      <w:r>
        <w:rPr>
          <w:b/>
        </w:rPr>
        <w:t xml:space="preserve">[04:33] </w:t>
      </w:r>
      <w:r>
        <w:t>jo lafz hai</w:t>
      </w:r>
    </w:p>
    <w:p>
      <w:pPr>
        <w:jc w:val="right"/>
      </w:pPr>
      <w:r>
        <w:t>جو لفظ ہے</w:t>
      </w:r>
    </w:p>
    <w:p>
      <w:r>
        <w:rPr>
          <w:b/>
        </w:rPr>
        <w:t xml:space="preserve">[04:36] </w:t>
      </w:r>
      <w:r>
        <w:t>"Allah ke bande",</w:t>
      </w:r>
    </w:p>
    <w:p>
      <w:pPr>
        <w:jc w:val="right"/>
      </w:pPr>
      <w:r>
        <w:t>"اللہ کے بندے"،</w:t>
      </w:r>
    </w:p>
    <w:p>
      <w:r>
        <w:rPr>
          <w:b/>
        </w:rPr>
        <w:t xml:space="preserve">[04:39] </w:t>
      </w:r>
      <w:r>
        <w:t>yeh khitab hai Allah ke bando se.</w:t>
      </w:r>
    </w:p>
    <w:p>
      <w:pPr>
        <w:jc w:val="right"/>
      </w:pPr>
      <w:r>
        <w:t>یہ خطاب ہے اللہ کے بندوں سے۔</w:t>
      </w:r>
    </w:p>
    <w:p>
      <w:r>
        <w:rPr>
          <w:b/>
        </w:rPr>
        <w:t xml:space="preserve">[04:45] </w:t>
      </w:r>
      <w:r>
        <w:t>to main samajhta hoon ke is ayat mein jo baat kahi gayi hai, woh un logon ke liye</w:t>
      </w:r>
    </w:p>
    <w:p>
      <w:pPr>
        <w:jc w:val="right"/>
      </w:pPr>
      <w:r>
        <w:t>تو میں سمجھتا ہوں کہ اس آیت میں جو بات کہی گئی ہے، وہ ان لوگوں کے لیے</w:t>
      </w:r>
    </w:p>
    <w:p>
      <w:r>
        <w:rPr>
          <w:b/>
        </w:rPr>
        <w:t xml:space="preserve">[04:50] </w:t>
      </w:r>
      <w:r>
        <w:t>hai jo marifat ke marhale tay kar chuke hon.</w:t>
      </w:r>
    </w:p>
    <w:p>
      <w:pPr>
        <w:jc w:val="right"/>
      </w:pPr>
      <w:r>
        <w:t>ہے جو معرفت کے مرحلے طے کر چکے ہوں۔</w:t>
      </w:r>
    </w:p>
    <w:p>
      <w:r>
        <w:rPr>
          <w:b/>
        </w:rPr>
        <w:t xml:space="preserve">[04:56] </w:t>
      </w:r>
      <w:r>
        <w:t>sirf amal ke aitbar se woh apne aap ko paate hon kam.</w:t>
      </w:r>
    </w:p>
    <w:p>
      <w:pPr>
        <w:jc w:val="right"/>
      </w:pPr>
      <w:r>
        <w:t>صرف عمل کے اعتبار سے وہ اپنے آپ کو پاتے ہوں کم۔</w:t>
      </w:r>
    </w:p>
    <w:p>
      <w:r>
        <w:rPr>
          <w:b/>
        </w:rPr>
        <w:t xml:space="preserve">[05:04] </w:t>
      </w:r>
      <w:r>
        <w:t>to amal ke aitbar se peghambar bhi apne ko kam pata hai.</w:t>
      </w:r>
    </w:p>
    <w:p>
      <w:pPr>
        <w:jc w:val="right"/>
      </w:pPr>
      <w:r>
        <w:t>تو عمل کے اعتبار سے پیغمبر بھی اپنے کو کم پاتا ہے۔</w:t>
      </w:r>
    </w:p>
    <w:p>
      <w:r>
        <w:rPr>
          <w:b/>
        </w:rPr>
        <w:t xml:space="preserve">[05:10] </w:t>
      </w:r>
      <w:r>
        <w:t>to is par ghor kijiye.</w:t>
      </w:r>
    </w:p>
    <w:p>
      <w:pPr>
        <w:jc w:val="right"/>
      </w:pPr>
      <w:r>
        <w:t>تو اس پر غور کیجیے۔</w:t>
      </w:r>
    </w:p>
    <w:p>
      <w:r>
        <w:rPr>
          <w:b/>
        </w:rPr>
        <w:t xml:space="preserve">[05:12] </w:t>
      </w:r>
      <w:r>
        <w:t>pehli baat hai, pehli marifat ka pehla point yeh hai ke insaan apne aap ko daryaft kare ke</w:t>
      </w:r>
    </w:p>
    <w:p>
      <w:pPr>
        <w:jc w:val="right"/>
      </w:pPr>
      <w:r>
        <w:t>پہلی بات ہے، پہلی معرفت کا پہلا پوائنٹ یہ ہے کہ انسان اپنے آپ کو دریافت کرے کہ</w:t>
      </w:r>
    </w:p>
    <w:p>
      <w:r>
        <w:rPr>
          <w:b/>
        </w:rPr>
        <w:t xml:space="preserve">[05:20] </w:t>
      </w:r>
      <w:r>
        <w:t>woh Allah ka abd hai, Allah ka banda hai.</w:t>
      </w:r>
    </w:p>
    <w:p>
      <w:pPr>
        <w:jc w:val="right"/>
      </w:pPr>
      <w:r>
        <w:t>وہ اللہ کا عبد ہے، اللہ کا بندہ ہے۔</w:t>
      </w:r>
    </w:p>
    <w:p>
      <w:r>
        <w:rPr>
          <w:b/>
        </w:rPr>
        <w:t xml:space="preserve">[05:26] </w:t>
      </w:r>
      <w:r>
        <w:t>yeh bohat hi important baat hai. sahi maano mein apne ko Allah ka banda hone ke aitbaar se</w:t>
      </w:r>
    </w:p>
    <w:p>
      <w:pPr>
        <w:jc w:val="right"/>
      </w:pPr>
      <w:r>
        <w:t>یہ بہت ہی امپورٹنٹ بات ہے۔ صحیح معنوں میں اپنے کو اللہ کا بندہ ہونے کے اعتبار سے</w:t>
      </w:r>
    </w:p>
    <w:p>
      <w:r>
        <w:rPr>
          <w:b/>
        </w:rPr>
        <w:t xml:space="preserve">[05:33] </w:t>
      </w:r>
      <w:r>
        <w:t>daryaft karna, yeh koi aasan kaam nahi hai.</w:t>
      </w:r>
    </w:p>
    <w:p>
      <w:pPr>
        <w:jc w:val="right"/>
      </w:pPr>
      <w:r>
        <w:t>دریافت کرنا، یہ کوئی آسان کام نہیں ہے۔</w:t>
      </w:r>
    </w:p>
    <w:p>
      <w:r>
        <w:rPr>
          <w:b/>
        </w:rPr>
        <w:t xml:space="preserve">[05:38] </w:t>
      </w:r>
      <w:r>
        <w:t>aasan kaam nahi hai.</w:t>
      </w:r>
    </w:p>
    <w:p>
      <w:pPr>
        <w:jc w:val="right"/>
      </w:pPr>
      <w:r>
        <w:t>آسان کام نہیں ہے۔</w:t>
      </w:r>
    </w:p>
    <w:p>
      <w:r>
        <w:rPr>
          <w:b/>
        </w:rPr>
        <w:t xml:space="preserve">[05:42] </w:t>
      </w:r>
      <w:r>
        <w:t>dekhiye, hota yeh hai ke log kisi na kisi obsession mein jeete hain, tarah tarah ke obsession.</w:t>
      </w:r>
    </w:p>
    <w:p>
      <w:pPr>
        <w:jc w:val="right"/>
      </w:pPr>
      <w:r>
        <w:t>دیکھیے، ہوتا یہ ہے کہ لوگ کسی نہ کسی اوبسیشن میں جیتے ہیں، طرح طرح کے اوبسیشن۔</w:t>
      </w:r>
    </w:p>
    <w:p>
      <w:r>
        <w:rPr>
          <w:b/>
        </w:rPr>
        <w:t xml:space="preserve">[05:52] </w:t>
      </w:r>
      <w:r>
        <w:t>woh obsession un ko sachai ki daryaft mein rok ban jata hai.</w:t>
      </w:r>
    </w:p>
    <w:p>
      <w:pPr>
        <w:jc w:val="right"/>
      </w:pPr>
      <w:r>
        <w:t>وہ اوبسیشن ان کو سچائی کی دریافت میں روک بن جاتا ہے۔</w:t>
      </w:r>
    </w:p>
    <w:p>
      <w:r>
        <w:rPr>
          <w:b/>
        </w:rPr>
        <w:t xml:space="preserve">[05:58] </w:t>
      </w:r>
      <w:r>
        <w:t>to jab aap apne ko obsession se bahar layenge,</w:t>
      </w:r>
    </w:p>
    <w:p>
      <w:pPr>
        <w:jc w:val="right"/>
      </w:pPr>
      <w:r>
        <w:t>تو جب آپ اپنے کو اوبسیشن سے باہر لائیں گے،</w:t>
      </w:r>
    </w:p>
    <w:p>
      <w:r>
        <w:rPr>
          <w:b/>
        </w:rPr>
        <w:t xml:space="preserve">[06:05] </w:t>
      </w:r>
      <w:r>
        <w:t>anti marifat jo soch hai, us se bahar layenge, tab aap daryaft kar payenge ke main</w:t>
      </w:r>
    </w:p>
    <w:p>
      <w:pPr>
        <w:jc w:val="right"/>
      </w:pPr>
      <w:r>
        <w:t>اینٹی معرفت جو سوچ ہے، اس سے باہر لائیں گے، تب آپ دریافت کر پائیں گے کہ میں</w:t>
      </w:r>
    </w:p>
    <w:p>
      <w:r>
        <w:rPr>
          <w:b/>
        </w:rPr>
        <w:t xml:space="preserve">[06:11] </w:t>
      </w:r>
      <w:r>
        <w:t>Allah ka banda hoon.</w:t>
      </w:r>
    </w:p>
    <w:p>
      <w:pPr>
        <w:jc w:val="right"/>
      </w:pPr>
      <w:r>
        <w:t>اللہ کا بندہ ہوں۔</w:t>
      </w:r>
    </w:p>
    <w:p>
      <w:r>
        <w:rPr>
          <w:b/>
        </w:rPr>
        <w:t xml:space="preserve">[06:14] </w:t>
      </w:r>
      <w:r>
        <w:t>aasan kaam nahi hai.</w:t>
      </w:r>
    </w:p>
    <w:p>
      <w:pPr>
        <w:jc w:val="right"/>
      </w:pPr>
      <w:r>
        <w:t>آسان کام نہیں ہے۔</w:t>
      </w:r>
    </w:p>
    <w:p>
      <w:r>
        <w:rPr>
          <w:b/>
        </w:rPr>
        <w:t xml:space="preserve">[06:18] </w:t>
      </w:r>
      <w:r>
        <w:t>jab aadmi apne ko Allah ka banda hone ki wajah se daryaft kare to us ki pehchan kya</w:t>
      </w:r>
    </w:p>
    <w:p>
      <w:pPr>
        <w:jc w:val="right"/>
      </w:pPr>
      <w:r>
        <w:t>جب آدمی اپنے کو اللہ کا بندہ ہونے کی وجہ سے دریافت کرے تو اس کی پہچان کیا</w:t>
      </w:r>
    </w:p>
    <w:p>
      <w:r>
        <w:rPr>
          <w:b/>
        </w:rPr>
        <w:t xml:space="preserve">[06:24] </w:t>
      </w:r>
      <w:r>
        <w:t>hai? us ki pehchan yeh hai ke us ki soch</w:t>
      </w:r>
    </w:p>
    <w:p>
      <w:pPr>
        <w:jc w:val="right"/>
      </w:pPr>
      <w:r>
        <w:t>ہے؟ اس کی پہچان یہ ہے کہ اس کی سوچ</w:t>
      </w:r>
    </w:p>
    <w:p>
      <w:r>
        <w:rPr>
          <w:b/>
        </w:rPr>
        <w:t xml:space="preserve">[06:29] </w:t>
      </w:r>
      <w:r>
        <w:t>Khuda rukh soch ban jaye. yani God oriented thinking aa jaye us ke andar.</w:t>
      </w:r>
    </w:p>
    <w:p>
      <w:pPr>
        <w:jc w:val="right"/>
      </w:pPr>
      <w:r>
        <w:t>خدا رخ سوچ بن جائے۔ یعنی گاڈ اورینٹڈ تھنکنگ آ جائے اس کے اندر۔</w:t>
      </w:r>
    </w:p>
    <w:p>
      <w:r>
        <w:rPr>
          <w:b/>
        </w:rPr>
        <w:t xml:space="preserve">[06:36] </w:t>
      </w:r>
      <w:r>
        <w:t>woh sirf Allah se khauf karne lage,</w:t>
      </w:r>
    </w:p>
    <w:p>
      <w:pPr>
        <w:jc w:val="right"/>
      </w:pPr>
      <w:r>
        <w:t>وہ صرف اللہ سے خوف کرنے لگے،</w:t>
      </w:r>
    </w:p>
    <w:p>
      <w:r>
        <w:rPr>
          <w:b/>
        </w:rPr>
        <w:t xml:space="preserve">[06:41] </w:t>
      </w:r>
      <w:r>
        <w:t>sirf Allah se mohabbat karne lage,</w:t>
      </w:r>
    </w:p>
    <w:p>
      <w:pPr>
        <w:jc w:val="right"/>
      </w:pPr>
      <w:r>
        <w:t>صرف اللہ سے محبت کرنے لگے،</w:t>
      </w:r>
    </w:p>
    <w:p>
      <w:r>
        <w:rPr>
          <w:b/>
        </w:rPr>
        <w:t xml:space="preserve">[06:45] </w:t>
      </w:r>
      <w:r>
        <w:t>Allah uska consent ban jaye.</w:t>
      </w:r>
    </w:p>
    <w:p>
      <w:pPr>
        <w:jc w:val="right"/>
      </w:pPr>
      <w:r>
        <w:t>اللہ اس کا کنسنٹ بن جائے۔</w:t>
      </w:r>
    </w:p>
    <w:p>
      <w:r>
        <w:rPr>
          <w:b/>
        </w:rPr>
        <w:t xml:space="preserve">[06:51] </w:t>
      </w:r>
      <w:r>
        <w:t>marifat ke darje mein woh apne ko pa jaye ke main Allah ka banda hoon.</w:t>
      </w:r>
    </w:p>
    <w:p>
      <w:pPr>
        <w:jc w:val="right"/>
      </w:pPr>
      <w:r>
        <w:t>معرفت کے درجے میں وہ اپنے کو پا جائے کہ میں اللہ کا بندہ ہوں۔</w:t>
      </w:r>
    </w:p>
    <w:p>
      <w:r>
        <w:rPr>
          <w:b/>
        </w:rPr>
        <w:t xml:space="preserve">[06:57] </w:t>
      </w:r>
      <w:r>
        <w:t>to jab marifat ke darje mein woh pa le to saada baat nahi hogi.</w:t>
      </w:r>
    </w:p>
    <w:p>
      <w:pPr>
        <w:jc w:val="right"/>
      </w:pPr>
      <w:r>
        <w:t>تو جب معرفت کے درجے میں وہ پا لے تو سادہ بات نہیں ہوگی۔</w:t>
      </w:r>
    </w:p>
    <w:p>
      <w:r>
        <w:rPr>
          <w:b/>
        </w:rPr>
        <w:t xml:space="preserve">[07:03] </w:t>
      </w:r>
      <w:r>
        <w:t>us ki poori zindagi mein ek naya emergence aayega,</w:t>
      </w:r>
    </w:p>
    <w:p>
      <w:pPr>
        <w:jc w:val="right"/>
      </w:pPr>
      <w:r>
        <w:t>اس کی پوری زندگی میں ایک نیا ایمرجنس آئے گا،</w:t>
      </w:r>
    </w:p>
    <w:p>
      <w:r>
        <w:rPr>
          <w:b/>
        </w:rPr>
        <w:t xml:space="preserve">[07:09] </w:t>
      </w:r>
      <w:r>
        <w:t>ek naya inqilab aayega.</w:t>
      </w:r>
    </w:p>
    <w:p>
      <w:pPr>
        <w:jc w:val="right"/>
      </w:pPr>
      <w:r>
        <w:t>ایک نیا انقلاب آئے گا۔</w:t>
      </w:r>
    </w:p>
    <w:p>
      <w:r>
        <w:rPr>
          <w:b/>
        </w:rPr>
        <w:t xml:space="preserve">[07:12] </w:t>
      </w:r>
      <w:r>
        <w:t>to un ke liye, un se khitab kiya gaya hai yeh.</w:t>
      </w:r>
    </w:p>
    <w:p>
      <w:pPr>
        <w:jc w:val="right"/>
      </w:pPr>
      <w:r>
        <w:t>تو ان کے لیے، ان سے خطاب کیا گیا ہے یہ۔</w:t>
      </w:r>
    </w:p>
    <w:p>
      <w:r>
        <w:rPr>
          <w:b/>
        </w:rPr>
        <w:t xml:space="preserve">[07:17] </w:t>
      </w:r>
      <w:r>
        <w:t>YA IBADI</w:t>
      </w:r>
    </w:p>
    <w:p>
      <w:pPr>
        <w:jc w:val="right"/>
      </w:pPr>
      <w:r>
        <w:t>يَا عِبَادِي</w:t>
      </w:r>
    </w:p>
    <w:p>
      <w:r>
        <w:rPr>
          <w:b/>
        </w:rPr>
        <w:t xml:space="preserve">[07:19] </w:t>
      </w:r>
      <w:r>
        <w:t>AY MAR'U ALA ANTTUM mere bando, yani jinhone apne aap ko Allah ke banda hone ki</w:t>
      </w:r>
    </w:p>
    <w:p>
      <w:pPr>
        <w:jc w:val="right"/>
      </w:pPr>
      <w:r>
        <w:t>أَيْ مَرْءُ عَلَىٰ أَنْتَمُمْ اے میرے بندو، یعنی جنہوں نے اپنے آپ کو اللہ کے بندہ ہونے کی</w:t>
      </w:r>
    </w:p>
    <w:p>
      <w:r>
        <w:rPr>
          <w:b/>
        </w:rPr>
        <w:t xml:space="preserve">[07:23] </w:t>
      </w:r>
      <w:r>
        <w:t>wajah se discover kar liya hai,</w:t>
      </w:r>
    </w:p>
    <w:p>
      <w:pPr>
        <w:jc w:val="right"/>
      </w:pPr>
      <w:r>
        <w:t>وجہ سے ڈسکور کر لیا ہے،</w:t>
      </w:r>
    </w:p>
    <w:p>
      <w:r>
        <w:rPr>
          <w:b/>
        </w:rPr>
        <w:t xml:space="preserve">[07:27] </w:t>
      </w:r>
      <w:r>
        <w:t>jinhon ne is baat ki marifat,</w:t>
      </w:r>
    </w:p>
    <w:p>
      <w:pPr>
        <w:jc w:val="right"/>
      </w:pPr>
      <w:r>
        <w:t>جنہوں نے اس بات کی معرفت،</w:t>
      </w:r>
    </w:p>
    <w:p>
      <w:r>
        <w:rPr>
          <w:b/>
        </w:rPr>
        <w:t xml:space="preserve">[07:30] </w:t>
      </w:r>
      <w:r>
        <w:t>jin ko is baat ki marifat ho gayi hai ke main Allah ka banda hoon.</w:t>
      </w:r>
    </w:p>
    <w:p>
      <w:pPr>
        <w:jc w:val="right"/>
      </w:pPr>
      <w:r>
        <w:t>جن کو اس بات کی معرفت ہو گئی ہے کہ میں اللہ کا بندہ ہوں۔</w:t>
      </w:r>
    </w:p>
    <w:p>
      <w:r>
        <w:rPr>
          <w:b/>
        </w:rPr>
        <w:t xml:space="preserve">[07:35] </w:t>
      </w:r>
      <w:r>
        <w:t>to jab aap Allah ka banda hone ki wajah se pa len apne aap ko, to saada baat</w:t>
      </w:r>
    </w:p>
    <w:p>
      <w:pPr>
        <w:jc w:val="right"/>
      </w:pPr>
      <w:r>
        <w:t>تو جب آپ اللہ کا بندہ ہونے کی وجہ سے پا لیں اپنے آپ کو، تو سادہ بات</w:t>
      </w:r>
    </w:p>
    <w:p>
      <w:r>
        <w:rPr>
          <w:b/>
        </w:rPr>
        <w:t xml:space="preserve">[07:39] </w:t>
      </w:r>
      <w:r>
        <w:t>nahin hogi. Aap ki poori zindagi mein aik bhonchal aaye ga.</w:t>
      </w:r>
    </w:p>
    <w:p>
      <w:pPr>
        <w:jc w:val="right"/>
      </w:pPr>
      <w:r>
        <w:t>نہیں ہوگی۔ آپ کی پوری زندگی میں ایک بھونچال آئے گا۔</w:t>
      </w:r>
    </w:p>
    <w:p>
      <w:r>
        <w:rPr>
          <w:b/>
        </w:rPr>
        <w:t xml:space="preserve">[07:45] </w:t>
      </w:r>
      <w:r>
        <w:t>aik bhonchal. asr</w:t>
      </w:r>
    </w:p>
    <w:p>
      <w:pPr>
        <w:jc w:val="right"/>
      </w:pPr>
      <w:r>
        <w:t>ایک بھونچال۔ أَصْر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