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 Sep 29, 2006 | Maulana Wahiduddin Khan</w:t>
      </w:r>
    </w:p>
    <w:p>
      <w:r>
        <w:t>https://www.youtube.com/watch?v=hOjGmwFykR4</w:t>
      </w:r>
    </w:p>
    <w:p>
      <w:r>
        <w:rPr>
          <w:b/>
        </w:rPr>
        <w:t xml:space="preserve">[00:21] </w:t>
      </w:r>
      <w:r>
        <w:t>aakhir mein main apna ek ehsaas arz karunga.</w:t>
      </w:r>
    </w:p>
    <w:p>
      <w:pPr>
        <w:jc w:val="right"/>
      </w:pPr>
      <w:r>
        <w:t>آخر میں میں اپنا ایک احساس عرض کروں گا۔</w:t>
      </w:r>
    </w:p>
    <w:p>
      <w:r>
        <w:rPr>
          <w:b/>
        </w:rPr>
        <w:t xml:space="preserve">[00:29] </w:t>
      </w:r>
      <w:r>
        <w:t>ek baar mujhe yeh mere mind mein aaya ke quran ka just kya hai, quran ka khulasa kya hai.</w:t>
      </w:r>
    </w:p>
    <w:p>
      <w:pPr>
        <w:jc w:val="right"/>
      </w:pPr>
      <w:r>
        <w:t>ایک بار مجھے یہ میرے مائنڈ میں آیا کہ قرآن کا جست کیا ہے، قرآن کا خلاصہ کیا ہے۔</w:t>
      </w:r>
    </w:p>
    <w:p>
      <w:r>
        <w:rPr>
          <w:b/>
        </w:rPr>
        <w:t xml:space="preserve">[00:37] </w:t>
      </w:r>
      <w:r>
        <w:t>bahut dinon tak socha, bahut dinon tak padha, aakhir mein meri samajh mein jo baat aayi woh yeh</w:t>
      </w:r>
    </w:p>
    <w:p>
      <w:pPr>
        <w:jc w:val="right"/>
      </w:pPr>
      <w:r>
        <w:t>بہت دنوں تک سوچا، بہت دنوں تک پڑھا، آخر میں میری سمجھ میں جو بات آئی وہ یہ</w:t>
      </w:r>
    </w:p>
    <w:p>
      <w:r>
        <w:rPr>
          <w:b/>
        </w:rPr>
        <w:t xml:space="preserve">[00:45] </w:t>
      </w:r>
      <w:r>
        <w:t>thi ke quran ka pehla sentence hi quran ka khulasa hai.</w:t>
      </w:r>
    </w:p>
    <w:p>
      <w:pPr>
        <w:jc w:val="right"/>
      </w:pPr>
      <w:r>
        <w:t>تھی کہ قرآن کا پہلا سینٹنس ہی قرآن کا خلاصہ ہے۔</w:t>
      </w:r>
    </w:p>
    <w:p>
      <w:r>
        <w:rPr>
          <w:b/>
        </w:rPr>
        <w:t xml:space="preserve">[00:53] </w:t>
      </w:r>
      <w:r>
        <w:t>quran ka pehla sentence wahi quran ka khulasa hai.</w:t>
      </w:r>
    </w:p>
    <w:p>
      <w:pPr>
        <w:jc w:val="right"/>
      </w:pPr>
      <w:r>
        <w:t>قرآن کا پہلا سینٹنس وہی قرآن کا خلاصہ ہے۔</w:t>
      </w:r>
    </w:p>
    <w:p>
      <w:r>
        <w:rPr>
          <w:b/>
        </w:rPr>
        <w:t xml:space="preserve">[00:58] </w:t>
      </w:r>
      <w:r>
        <w:t>yaani: Alhamdulillah Rabb-ul-Aalameen.</w:t>
      </w:r>
    </w:p>
    <w:p>
      <w:pPr>
        <w:jc w:val="right"/>
      </w:pPr>
      <w:r>
        <w:t>یعنی: الحمدللہ رب العالمین۔</w:t>
      </w:r>
    </w:p>
    <w:p>
      <w:r>
        <w:rPr>
          <w:b/>
        </w:rPr>
        <w:t xml:space="preserve">[01:03] </w:t>
      </w:r>
      <w:r>
        <w:t>shukr hai us khuda ka jo saare aalam ka lord hai.</w:t>
      </w:r>
    </w:p>
    <w:p>
      <w:pPr>
        <w:jc w:val="right"/>
      </w:pPr>
      <w:r>
        <w:t>شکر ہے اس خدا کا جو سارے عالم کا لارڈ ہے۔</w:t>
      </w:r>
    </w:p>
    <w:p>
      <w:r>
        <w:rPr>
          <w:b/>
        </w:rPr>
        <w:t xml:space="preserve">[01:08] </w:t>
      </w:r>
      <w:r>
        <w:t>yaani shukr, thanks giving.</w:t>
      </w:r>
    </w:p>
    <w:p>
      <w:pPr>
        <w:jc w:val="right"/>
      </w:pPr>
      <w:r>
        <w:t>یعنی شکر، تھینکس گیونگ۔</w:t>
      </w:r>
    </w:p>
    <w:p>
      <w:r>
        <w:rPr>
          <w:b/>
        </w:rPr>
        <w:t xml:space="preserve">[01:13] </w:t>
      </w:r>
      <w:r>
        <w:t>aap shukr ki spirit ke saath jiyein, thanks giving ki spirit ke saath jiyein.</w:t>
      </w:r>
    </w:p>
    <w:p>
      <w:pPr>
        <w:jc w:val="right"/>
      </w:pPr>
      <w:r>
        <w:t>آپ شکر کی اسپرٹ کے ساتھ جیئیں، تھینکس گیونگ کی اسپرٹ کے ساتھ جیئیں۔</w:t>
      </w:r>
    </w:p>
    <w:p>
      <w:r>
        <w:rPr>
          <w:b/>
        </w:rPr>
        <w:t xml:space="preserve">[01:18] </w:t>
      </w:r>
      <w:r>
        <w:t>yeh hai khulasa deen ka, yeh hai khulasa</w:t>
      </w:r>
    </w:p>
    <w:p>
      <w:pPr>
        <w:jc w:val="right"/>
      </w:pPr>
      <w:r>
        <w:t>یہ ہے خلاصہ دین کا، یہ ہے خلاص</w:t>
      </w:r>
    </w:p>
    <w:p>
      <w:r>
        <w:rPr>
          <w:b/>
        </w:rPr>
        <w:t xml:space="preserve">[01:23] </w:t>
      </w:r>
      <w:r>
        <w:t>ہ اسلام کا، یہ ہے خلاصہ قرآن کا۔ تو شکر کی اسپرٹ کو لے کر کیسے جیئیں گے آپ؟ ایک ایسی دنیا میں جہاں ہر وقت، یعنی، نیگیٹیو تھاٹ موجود ہوں، منفی کانٹے۔ دیکھیے، اس دنیا میں کسی prophet کے لیے بھی یہ possible نہیں تھا کہ وہ negative experience سے اپنے کو</w:t>
      </w:r>
    </w:p>
    <w:p>
      <w:pPr>
        <w:jc w:val="right"/>
      </w:pPr>
      <w:r>
        <w:t>ہ اسلام کا، یہ ہے خلاصہ قرآن کا۔ تو شکر کی اسپرٹ کو لے کر کیسے جیئیں گے آپ؟ ایک ایسی دنیا میں جہاں ہر وقت، یعنی، نیگیٹیو تھاٹ موجود ہوں، منفی کانٹے۔ دیکھیے، اس دنیا میں کسی پرافٹ کے لیے بھی یہ پاسیبل نہیں تھا کہ وہ نیگیٹیو ایکسپیرینس سے اپنے کو</w:t>
      </w:r>
    </w:p>
    <w:p>
      <w:r>
        <w:rPr>
          <w:b/>
        </w:rPr>
        <w:t xml:space="preserve">[01:53] </w:t>
      </w:r>
      <w:r>
        <w:t>bacha sake.</w:t>
      </w:r>
    </w:p>
    <w:p>
      <w:pPr>
        <w:jc w:val="right"/>
      </w:pPr>
      <w:r>
        <w:t>بچا سکے۔</w:t>
      </w:r>
    </w:p>
    <w:p>
      <w:r>
        <w:rPr>
          <w:b/>
        </w:rPr>
        <w:t xml:space="preserve">[02:01] </w:t>
      </w:r>
      <w:r>
        <w:t>Negativity is a part of life, it is a part of society.</w:t>
      </w:r>
    </w:p>
    <w:p>
      <w:pPr>
        <w:jc w:val="right"/>
      </w:pPr>
      <w:r>
        <w:t>نیگیٹیوٹی از اے پارٹ آف لائف، اٹ از اے پارٹ آف سوسائٹی۔</w:t>
      </w:r>
    </w:p>
    <w:p>
      <w:r>
        <w:rPr>
          <w:b/>
        </w:rPr>
        <w:t xml:space="preserve">[02:08] </w:t>
      </w:r>
      <w:r>
        <w:t>آپ کہیں بھی رہیں، دنیا کے کسی حصے میں رہیں، آپ کو negative experience تو ہونا ہی ہونا ہے۔</w:t>
      </w:r>
    </w:p>
    <w:p>
      <w:pPr>
        <w:jc w:val="right"/>
      </w:pPr>
      <w:r>
        <w:t>آپ کہیں بھی رہیں، دنیا کے کسی حصے میں رہیں، آپ کو نیگیٹیو ایکسپیرینس تو ہونا ہی ہونا ہے۔</w:t>
      </w:r>
    </w:p>
    <w:p>
      <w:r>
        <w:rPr>
          <w:b/>
        </w:rPr>
        <w:t xml:space="preserve">[02:16] </w:t>
      </w:r>
      <w:r>
        <w:t>toh shukr ka sentiment kaise baqi rahega</w:t>
      </w:r>
    </w:p>
    <w:p>
      <w:pPr>
        <w:jc w:val="right"/>
      </w:pPr>
      <w:r>
        <w:t>تو شکر کا سینٹیمنٹ کیسے باقی رہے گا</w:t>
      </w:r>
    </w:p>
    <w:p>
      <w:r>
        <w:rPr>
          <w:b/>
        </w:rPr>
        <w:t xml:space="preserve">[02:23] </w:t>
      </w:r>
      <w:r>
        <w:t>? shukr ki spirit kaise baqi rahegi? yeh sochna hai.</w:t>
      </w:r>
    </w:p>
    <w:p>
      <w:pPr>
        <w:jc w:val="right"/>
      </w:pPr>
      <w:r>
        <w:t>؟ شکر کی اسپرٹ کیسے باقی رہے گی؟ یہ سوچنا ہے۔</w:t>
      </w:r>
    </w:p>
    <w:p>
      <w:r>
        <w:rPr>
          <w:b/>
        </w:rPr>
        <w:t xml:space="preserve">[02:29] </w:t>
      </w:r>
      <w:r>
        <w:t>toh isi tarah baqi rahegi ke aap convert kar sakein negativity ko positivity mein.</w:t>
      </w:r>
    </w:p>
    <w:p>
      <w:pPr>
        <w:jc w:val="right"/>
      </w:pPr>
      <w:r>
        <w:t>تو اسی طرح باقی رہے گی کہ آپ کنورٹ کر سکیں نیگیٹیوٹی کو پازیٹیوٹی میں۔</w:t>
      </w:r>
    </w:p>
    <w:p>
      <w:r>
        <w:rPr>
          <w:b/>
        </w:rPr>
        <w:t xml:space="preserve">[02:34] </w:t>
      </w:r>
      <w:r>
        <w:t>یعنی you have the capacity to convert the negativity into positivity.</w:t>
      </w:r>
    </w:p>
    <w:p>
      <w:pPr>
        <w:jc w:val="right"/>
      </w:pPr>
      <w:r>
        <w:t>یعنی یو ہیو دی کیپیسٹی ٹو کنورٹ دا نیگیٹیوٹی انٹو پازیٹیوٹی۔</w:t>
      </w:r>
    </w:p>
    <w:p>
      <w:r>
        <w:rPr>
          <w:b/>
        </w:rPr>
        <w:t xml:space="preserve">[02:39] </w:t>
      </w:r>
      <w:r>
        <w:t>there is no other option.</w:t>
      </w:r>
    </w:p>
    <w:p>
      <w:pPr>
        <w:jc w:val="right"/>
      </w:pPr>
      <w:r>
        <w:t>دیر از نو ادر آپشن۔</w:t>
      </w:r>
    </w:p>
    <w:p>
      <w:r>
        <w:rPr>
          <w:b/>
        </w:rPr>
        <w:t xml:space="preserve">[02:44] </w:t>
      </w:r>
      <w:r>
        <w:t>koi doosra option aap ke liye nahi hai.</w:t>
      </w:r>
    </w:p>
    <w:p>
      <w:pPr>
        <w:jc w:val="right"/>
      </w:pPr>
      <w:r>
        <w:t>کوئی دوسرا آپشن آپ کے لیے نہیں ہے۔</w:t>
      </w:r>
    </w:p>
    <w:p>
      <w:r>
        <w:rPr>
          <w:b/>
        </w:rPr>
        <w:t xml:space="preserve">[02:49] </w:t>
      </w:r>
      <w:r>
        <w:t>agar aap yeh samjhein ke jab sab kuch positive hoga toh main shukr kar lunga,</w:t>
      </w:r>
    </w:p>
    <w:p>
      <w:pPr>
        <w:jc w:val="right"/>
      </w:pPr>
      <w:r>
        <w:t>اگر آپ یہ سمجھیں کہ جب سب کچھ پازیٹو ہوگا تو میں شکر کر لوں گا،</w:t>
      </w:r>
    </w:p>
    <w:p>
      <w:r>
        <w:rPr>
          <w:b/>
        </w:rPr>
        <w:t xml:space="preserve">[02:54] </w:t>
      </w:r>
      <w:r>
        <w:t>toh aisa shukr aap kabhi nahi kar payenge yahan tak ke mar jayenge.</w:t>
      </w:r>
    </w:p>
    <w:p>
      <w:pPr>
        <w:jc w:val="right"/>
      </w:pPr>
      <w:r>
        <w:t>تو ایسا شکر آپ کبھی نہیں کر پائیں گے یہاں تک کہ مر جائیں گے۔</w:t>
      </w:r>
    </w:p>
    <w:p>
      <w:r>
        <w:rPr>
          <w:b/>
        </w:rPr>
        <w:t xml:space="preserve">[03:02] </w:t>
      </w:r>
      <w:r>
        <w:t>kyunke sab kuch positive aap ke liye kabhi hoga hi nahi, hone wala hi nahi hai.</w:t>
      </w:r>
    </w:p>
    <w:p>
      <w:pPr>
        <w:jc w:val="right"/>
      </w:pPr>
      <w:r>
        <w:t>کیونکہ سب کچھ پازیٹو آپ کے لیے کبھی ہوگا ہی نہیں، ہونے والا ہی نہیں ہے۔</w:t>
      </w:r>
    </w:p>
    <w:p>
      <w:r>
        <w:rPr>
          <w:b/>
        </w:rPr>
        <w:t xml:space="preserve">[03:10] </w:t>
      </w:r>
      <w:r>
        <w:t>jab profit ke liye nahi hua to aap ke liye kahan se ho jayega? to shukr mein</w:t>
      </w:r>
    </w:p>
    <w:p>
      <w:pPr>
        <w:jc w:val="right"/>
      </w:pPr>
      <w:r>
        <w:t>جب پرافٹ کے لیے نہیں ہوا تو آپ کے لیے کہاں سے ہو جائے گا؟ تو شکر میں</w:t>
      </w:r>
    </w:p>
    <w:p>
      <w:r>
        <w:rPr>
          <w:b/>
        </w:rPr>
        <w:t xml:space="preserve">[03:17] </w:t>
      </w:r>
      <w:r>
        <w:t>jeene ke liye, shukr ki spirit mein jeene ke liye zaruri hai ke aap apne andar yeh,</w:t>
      </w:r>
    </w:p>
    <w:p>
      <w:pPr>
        <w:jc w:val="right"/>
      </w:pPr>
      <w:r>
        <w:t>جینے کے لیے، شکر کی اسپرٹ میں جینے کے لیے ضروری ہے کہ آپ اپنے اندر یہ،</w:t>
      </w:r>
    </w:p>
    <w:p>
      <w:r>
        <w:rPr>
          <w:b/>
        </w:rPr>
        <w:t xml:space="preserve">[03:25] </w:t>
      </w:r>
      <w:r>
        <w:t>yeh yaani capacity paida karein ke aap convert sakein, convert kar sakein negativity ko positivity mein.</w:t>
      </w:r>
    </w:p>
    <w:p>
      <w:pPr>
        <w:jc w:val="right"/>
      </w:pPr>
      <w:r>
        <w:t>یہ یعنی کیپیسٹی پیدا کریں کہ آپ کنورٹ سکیں، کنورٹ کر سکیں نیگیٹیوٹی کو پازیٹیوٹی میں۔</w:t>
      </w:r>
    </w:p>
    <w:p>
      <w:r>
        <w:rPr>
          <w:b/>
        </w:rPr>
        <w:t xml:space="preserve">[03:31] </w:t>
      </w:r>
      <w:r>
        <w:t>jaise gaaye convert karti hai ghaas ko doodh mein.</w:t>
      </w:r>
    </w:p>
    <w:p>
      <w:pPr>
        <w:jc w:val="right"/>
      </w:pPr>
      <w:r>
        <w:t>جیسے گائے کنورٹ کرتی ہے گھاس کو دودھ میں۔</w:t>
      </w:r>
    </w:p>
    <w:p>
      <w:r>
        <w:rPr>
          <w:b/>
        </w:rPr>
        <w:t xml:space="preserve">[03:37] </w:t>
      </w:r>
      <w:r>
        <w:t>to aap ke andar yeh spirit hona chahiye ke main kisi bhi haal mein mujhe shukr ka erosion</w:t>
      </w:r>
    </w:p>
    <w:p>
      <w:pPr>
        <w:jc w:val="right"/>
      </w:pPr>
      <w:r>
        <w:t>تو آپ کے اندر یہ اسپرٹ ہونا چاہیے کہ میں کسی بھی حال میں مجھے شکر کا ایروژن</w:t>
      </w:r>
    </w:p>
    <w:p>
      <w:r>
        <w:rPr>
          <w:b/>
        </w:rPr>
        <w:t xml:space="preserve">[03:43] </w:t>
      </w:r>
      <w:r>
        <w:t>meri tolerance nahi hai.</w:t>
      </w:r>
    </w:p>
    <w:p>
      <w:pPr>
        <w:jc w:val="right"/>
      </w:pPr>
      <w:r>
        <w:t>میری ٹالرنس نہیں ہے۔</w:t>
      </w:r>
    </w:p>
    <w:p>
      <w:r>
        <w:rPr>
          <w:b/>
        </w:rPr>
        <w:t xml:space="preserve">[03:49] </w:t>
      </w:r>
      <w:r>
        <w:t>shukr ki spirit ka erosion mujhe, main iska af</w:t>
      </w:r>
    </w:p>
    <w:p>
      <w:pPr>
        <w:jc w:val="right"/>
      </w:pPr>
      <w:r>
        <w:t>شکر کی اسپرٹ کا ایروژن مجھے، میں اس کا اف</w:t>
      </w:r>
    </w:p>
    <w:p>
      <w:r>
        <w:rPr>
          <w:b/>
        </w:rPr>
        <w:t xml:space="preserve">[03:55] </w:t>
      </w:r>
      <w:r>
        <w:t>ford nahi kar sakta.</w:t>
      </w:r>
    </w:p>
    <w:p>
      <w:pPr>
        <w:jc w:val="right"/>
      </w:pPr>
      <w:r>
        <w:t>ورڈ نہیں کر سکتا۔</w:t>
      </w:r>
    </w:p>
    <w:p>
      <w:r>
        <w:rPr>
          <w:b/>
        </w:rPr>
        <w:t xml:space="preserve">[04:01] </w:t>
      </w:r>
      <w:r>
        <w:t>I cannot afford erosion of my shukr spirit.</w:t>
      </w:r>
    </w:p>
    <w:p>
      <w:pPr>
        <w:jc w:val="right"/>
      </w:pPr>
      <w:r>
        <w:t>آئی کینٹ افورڈ ایریژن آف مائی شکر اسپرٹ۔</w:t>
      </w:r>
    </w:p>
    <w:p>
      <w:r>
        <w:rPr>
          <w:b/>
        </w:rPr>
        <w:t xml:space="preserve">[04:07] </w:t>
      </w:r>
      <w:r>
        <w:t>to jab aap aisa karenge to aap apni soch ko ek naya direction denge.</w:t>
      </w:r>
    </w:p>
    <w:p>
      <w:pPr>
        <w:jc w:val="right"/>
      </w:pPr>
      <w:r>
        <w:t>تو جب آپ ایسا کریں گے تو آپ اپنی سوچ کو ایک نیا ڈائریکشن دیں گے۔</w:t>
      </w:r>
    </w:p>
    <w:p>
      <w:r>
        <w:rPr>
          <w:b/>
        </w:rPr>
        <w:t xml:space="preserve">[04:13] </w:t>
      </w:r>
      <w:r>
        <w:t>apni soch ko aap ek positive direction denge.</w:t>
      </w:r>
    </w:p>
    <w:p>
      <w:pPr>
        <w:jc w:val="right"/>
      </w:pPr>
      <w:r>
        <w:t>اپنی سوچ کو آپ ایک پازیٹیو ڈائریکشن دیں گے۔</w:t>
      </w:r>
    </w:p>
    <w:p>
      <w:r>
        <w:rPr>
          <w:b/>
        </w:rPr>
        <w:t xml:space="preserve">[04:19] </w:t>
      </w:r>
      <w:r>
        <w:t>woh kya? ke x, x, x, har har cheez mein se positivity ko nikalo.</w:t>
      </w:r>
    </w:p>
    <w:p>
      <w:pPr>
        <w:jc w:val="right"/>
      </w:pPr>
      <w:r>
        <w:t>وہ کیا؟ کہ ایکس، ایکس، ایکس، ہر ہر چیز میں سے پازیٹیوٹی کو نکالو۔</w:t>
      </w:r>
    </w:p>
    <w:p>
      <w:r>
        <w:rPr>
          <w:b/>
        </w:rPr>
        <w:t xml:space="preserve">[04:25] </w:t>
      </w:r>
      <w:r>
        <w:t>yaani negativity bhi extract karo, extract karo positivity.</w:t>
      </w:r>
    </w:p>
    <w:p>
      <w:pPr>
        <w:jc w:val="right"/>
      </w:pPr>
      <w:r>
        <w:t>یعنی نیگیٹیوٹی بھی ایکسٹریکٹ کرو، ایکسٹریکٹ کرو پازیٹیوٹی۔</w:t>
      </w:r>
    </w:p>
    <w:p>
      <w:r>
        <w:rPr>
          <w:b/>
        </w:rPr>
        <w:t xml:space="preserve">[04:30] </w:t>
      </w:r>
      <w:r>
        <w:t>jaise gaaye extract karti hai ghaas se doodh.</w:t>
      </w:r>
    </w:p>
    <w:p>
      <w:pPr>
        <w:jc w:val="right"/>
      </w:pPr>
      <w:r>
        <w:t>جیسے گائے ایکسٹریکٹ کرتی ہے گھاس سے دودھ۔</w:t>
      </w:r>
    </w:p>
    <w:p>
      <w:r>
        <w:rPr>
          <w:b/>
        </w:rPr>
        <w:t xml:space="preserve">[04:35] </w:t>
      </w:r>
      <w:r>
        <w:t>yeh, yeh aap ke andar spirit aa jayegi.</w:t>
      </w:r>
    </w:p>
    <w:p>
      <w:pPr>
        <w:jc w:val="right"/>
      </w:pPr>
      <w:r>
        <w:t>یہ، یہ آپ کے اندر اسپرٹ آ جائے گی۔</w:t>
      </w:r>
    </w:p>
    <w:p>
      <w:r>
        <w:rPr>
          <w:b/>
        </w:rPr>
        <w:t xml:space="preserve">[04:40] </w:t>
      </w:r>
      <w:r>
        <w:t>tab maloom hoga ke har cheez se aap, chahe kitni bazahir negative ho dekhne mein, us se aap</w:t>
      </w:r>
    </w:p>
    <w:p>
      <w:pPr>
        <w:jc w:val="right"/>
      </w:pPr>
      <w:r>
        <w:t>تب معلوم ہوگا کہ ہر چیز سے آپ، چاہے کتنی بظاہر نیگیٹیو ہو دیکھنے میں، اس سے آپ</w:t>
      </w:r>
    </w:p>
    <w:p>
      <w:r>
        <w:rPr>
          <w:b/>
        </w:rPr>
        <w:t xml:space="preserve">[04:45] </w:t>
      </w:r>
      <w:r>
        <w:t>positivity ko extract kar sakte hain, nichod sakte hain.</w:t>
      </w:r>
    </w:p>
    <w:p>
      <w:pPr>
        <w:jc w:val="right"/>
      </w:pPr>
      <w:r>
        <w:t>پازیٹیوٹی کو ایکسٹریکٹ کر سکتے ہیں، نچوڑ سکتے ہیں۔</w:t>
      </w:r>
    </w:p>
    <w:p>
      <w:r>
        <w:rPr>
          <w:b/>
        </w:rPr>
        <w:t xml:space="preserve">[04:50] </w:t>
      </w:r>
      <w:r>
        <w:t>jaise ke is waqeye mein maine nikala ke kar</w:t>
      </w:r>
    </w:p>
    <w:p>
      <w:pPr>
        <w:jc w:val="right"/>
      </w:pPr>
      <w:r>
        <w:t>جیسا کہ اس واقعے میں میں نے نکالا کہ کر</w:t>
      </w:r>
    </w:p>
    <w:p>
      <w:r>
        <w:rPr>
          <w:b/>
        </w:rPr>
        <w:t xml:space="preserve">[04:55] </w:t>
      </w:r>
      <w:r>
        <w:t>sachin pop ke statement ki wajah se duniya bhar mein ek, ek halchal machi media ke andar.</w:t>
      </w:r>
    </w:p>
    <w:p>
      <w:pPr>
        <w:jc w:val="right"/>
      </w:pPr>
      <w:r>
        <w:t>سچن پوپ کے اسٹیٹمنٹ کی وجہ سے دنیا بھر میں ایک، ایک ہلچل مچی میڈیا کے اندر۔</w:t>
      </w:r>
    </w:p>
    <w:p>
      <w:r>
        <w:rPr>
          <w:b/>
        </w:rPr>
        <w:t xml:space="preserve">[05:03] </w:t>
      </w:r>
      <w:r>
        <w:t>to is ki wajah se yeh possible hua ke mere paas subah shaam raat din log chale aa</w:t>
      </w:r>
    </w:p>
    <w:p>
      <w:pPr>
        <w:jc w:val="right"/>
      </w:pPr>
      <w:r>
        <w:t>تو اس کی وجہ سے یہ پاسیبل ہوا کہ میرے پاس صبح شام رات دن لوگ چلے آ</w:t>
      </w:r>
    </w:p>
    <w:p>
      <w:r>
        <w:rPr>
          <w:b/>
        </w:rPr>
        <w:t xml:space="preserve">[05:11] </w:t>
      </w:r>
      <w:r>
        <w:t>rahe hain poochne ke liye ke bhai yeh kya hai? Muhammad ka kya contribution? Muhammad ka contribution kya</w:t>
      </w:r>
    </w:p>
    <w:p>
      <w:pPr>
        <w:jc w:val="right"/>
      </w:pPr>
      <w:r>
        <w:t>رہے ہیں پوچھنے کے لیے کہ بھئی یہ کیا ہے؟ محمد کا کیا کنٹریبیوشن؟ محمد کا کنٹریبیوشن کیا</w:t>
      </w:r>
    </w:p>
    <w:p>
      <w:r>
        <w:rPr>
          <w:b/>
        </w:rPr>
        <w:t xml:space="preserve">[05:18] </w:t>
      </w:r>
      <w:r>
        <w:t>hai history mein? Islam ki teaching kya hai? to mujhe</w:t>
      </w:r>
    </w:p>
    <w:p>
      <w:pPr>
        <w:jc w:val="right"/>
      </w:pPr>
      <w:r>
        <w:t>ہے ہسٹری میں؟ اسلام کی ٹیچنگ کیا ہے؟ تو مجھے</w:t>
      </w:r>
    </w:p>
    <w:p>
      <w:r>
        <w:rPr>
          <w:b/>
        </w:rPr>
        <w:t xml:space="preserve">[05:26] </w:t>
      </w:r>
      <w:r>
        <w:t>is negative news ki wajah se yeh positive chance mila ke main Islam ko, ke true face ko logon ke samne pesh kar sakun. Jaisa ke main karta raha. Is beech mein ek interview bara lamba mera hua ke jo yahan par jo this is park, yaani dedh ghante ek, ek TV ki ek team aayi, poori ek team, jo dedh ghante is park ke andar</w:t>
      </w:r>
    </w:p>
    <w:p>
      <w:pPr>
        <w:jc w:val="right"/>
      </w:pPr>
      <w:r>
        <w:t>اس نیگیٹیو نیوز کی وجہ سے یہ پازیٹیو چانس ملا کہ میں اسلام کو، کے ٹرو فیس کو لوگوں کے سامنے پیش کر سکوں۔ جیسا کہ میں کرتا رہا۔ اس بیچ میں ایک انٹرویو بڑا لمبا میرا ہوا کہ جو یہاں پر جو یہ ہے پارک، یعنی ڈیڑھ گھنٹہ ایک، ایک ٹی وی کی ایک ٹیم آئی، پوری ایک ٹیم، جو ڈیڑھ گھنٹہ اس پارک کے اند</w:t>
      </w:r>
    </w:p>
    <w:p>
      <w:r>
        <w:rPr>
          <w:b/>
        </w:rPr>
        <w:t xml:space="preserve">[05:56] </w:t>
      </w:r>
      <w:r>
        <w:t>r hum log chalte rahe.</w:t>
      </w:r>
    </w:p>
    <w:p>
      <w:pPr>
        <w:jc w:val="right"/>
      </w:pPr>
      <w:r>
        <w:t>ر ہم لوگ چلتے رہے۔</w:t>
      </w:r>
    </w:p>
    <w:p>
      <w:r>
        <w:rPr>
          <w:b/>
        </w:rPr>
        <w:t xml:space="preserve">[05:59] </w:t>
      </w:r>
      <w:r>
        <w:t>aur woh tha ek walking interview.</w:t>
      </w:r>
    </w:p>
    <w:p>
      <w:pPr>
        <w:jc w:val="right"/>
      </w:pPr>
      <w:r>
        <w:t>اور وہ تھا ایک واکنگ انٹرویو۔</w:t>
      </w:r>
    </w:p>
    <w:p>
      <w:r>
        <w:rPr>
          <w:b/>
        </w:rPr>
        <w:t xml:space="preserve">[06:03] </w:t>
      </w:r>
      <w:r>
        <w:t>yaani pedon ke beech mein, lawn ke beech mein hum chalte rahe aur barabar woh camera se woh</w:t>
      </w:r>
    </w:p>
    <w:p>
      <w:pPr>
        <w:jc w:val="right"/>
      </w:pPr>
      <w:r>
        <w:t>یعنی پیڑوں کے بیچ میں، لان کے بیچ میں ہم چلتے رہے اور برابر وہ کیمرے سے وہ</w:t>
      </w:r>
    </w:p>
    <w:p>
      <w:r>
        <w:rPr>
          <w:b/>
        </w:rPr>
        <w:t xml:space="preserve">[06:06] </w:t>
      </w:r>
      <w:r>
        <w:t>record karte rahe.</w:t>
      </w:r>
    </w:p>
    <w:p>
      <w:pPr>
        <w:jc w:val="right"/>
      </w:pPr>
      <w:r>
        <w:t>ریکارڈ کرتے رہے۔</w:t>
      </w:r>
    </w:p>
    <w:p>
      <w:r>
        <w:rPr>
          <w:b/>
        </w:rPr>
        <w:t xml:space="preserve">[06:09] </w:t>
      </w:r>
      <w:r>
        <w:t>dedh ghante ka musalsal interview tha.</w:t>
      </w:r>
    </w:p>
    <w:p>
      <w:pPr>
        <w:jc w:val="right"/>
      </w:pPr>
      <w:r>
        <w:t>ڈیڑھ گھنٹے کا مسلسل انٹرویو تھا۔</w:t>
      </w:r>
    </w:p>
    <w:p>
      <w:r>
        <w:rPr>
          <w:b/>
        </w:rPr>
        <w:t xml:space="preserve">[06:13] </w:t>
      </w:r>
      <w:r>
        <w:t>saara tha Islam par.</w:t>
      </w:r>
    </w:p>
    <w:p>
      <w:pPr>
        <w:jc w:val="right"/>
      </w:pPr>
      <w:r>
        <w:t>سارا تھا اسلام پر۔</w:t>
      </w:r>
    </w:p>
    <w:p>
      <w:r>
        <w:rPr>
          <w:b/>
        </w:rPr>
        <w:t xml:space="preserve">[06:16] </w:t>
      </w:r>
      <w:r>
        <w:t>aap ghor kijiye ke saara Islam par tha woh.</w:t>
      </w:r>
    </w:p>
    <w:p>
      <w:pPr>
        <w:jc w:val="right"/>
      </w:pPr>
      <w:r>
        <w:t>آپ غور کیجیے کہ سارا اسلام پر تھا وہ۔</w:t>
      </w:r>
    </w:p>
    <w:p>
      <w:r>
        <w:rPr>
          <w:b/>
        </w:rPr>
        <w:t xml:space="preserve">[06:19] </w:t>
      </w:r>
      <w:r>
        <w:t>ab kitna bada yeh chance mujhe mila, kaise? Isi ki wajah se.</w:t>
      </w:r>
    </w:p>
    <w:p>
      <w:pPr>
        <w:jc w:val="right"/>
      </w:pPr>
      <w:r>
        <w:t>اب کتنا بڑا یہ چانس مجھے ملا، کیسے؟ اسی کی وجہ سے۔</w:t>
      </w:r>
    </w:p>
    <w:p>
      <w:r>
        <w:rPr>
          <w:b/>
        </w:rPr>
        <w:t xml:space="preserve">[06:23] </w:t>
      </w:r>
      <w:r>
        <w:t>hum jo kaam kar rahe hain</w:t>
      </w:r>
    </w:p>
    <w:p>
      <w:pPr>
        <w:jc w:val="right"/>
      </w:pPr>
      <w:r>
        <w:t>ہم جو کام کر رہے ہیں</w:t>
      </w:r>
    </w:p>
    <w:p>
      <w:r>
        <w:rPr>
          <w:b/>
        </w:rPr>
        <w:t xml:space="preserve">[06:26] </w:t>
      </w:r>
      <w:r>
        <w:t>yeh, is kaam ne logon ko excite nahin kiya ke aa kar hum se interview lein is tarah ka.</w:t>
      </w:r>
    </w:p>
    <w:p>
      <w:pPr>
        <w:jc w:val="right"/>
      </w:pPr>
      <w:r>
        <w:t>یہ، اس کام نے لوگوں کو ایکسائٹ نہیں کیا کہ آ کر ہم سے انٹرویو لیں اس طرح کا۔</w:t>
      </w:r>
    </w:p>
    <w:p>
      <w:r>
        <w:rPr>
          <w:b/>
        </w:rPr>
        <w:t xml:space="preserve">[06:30] </w:t>
      </w:r>
      <w:r>
        <w:t>lekin idhar udhar jo bomb phode gaye, idhar udhar jo negative news paida ki gayi, is ne logon</w:t>
      </w:r>
    </w:p>
    <w:p>
      <w:pPr>
        <w:jc w:val="right"/>
      </w:pPr>
      <w:r>
        <w:t>لیکن ادھر ادھر جو بم پھوڑے گئے، ادھر ادھر جو نیگیٹیو نیوز پیدا کی گئی، اس نے لوگوں</w:t>
      </w:r>
    </w:p>
    <w:p>
      <w:r>
        <w:rPr>
          <w:b/>
        </w:rPr>
        <w:t xml:space="preserve">[06:35] </w:t>
      </w:r>
      <w:r>
        <w:t>ko kaha ke ja kar un se poocho.</w:t>
      </w:r>
    </w:p>
    <w:p>
      <w:pPr>
        <w:jc w:val="right"/>
      </w:pPr>
      <w:r>
        <w:t>کو کہا کہ جا کر ان سے پوچھو۔</w:t>
      </w:r>
    </w:p>
    <w:p>
      <w:r>
        <w:rPr>
          <w:b/>
        </w:rPr>
        <w:t xml:space="preserve">[06:39] </w:t>
      </w:r>
      <w:r>
        <w:t>kyunke woh jante hain ke main ek Islami scholar hoon.</w:t>
      </w:r>
    </w:p>
    <w:p>
      <w:pPr>
        <w:jc w:val="right"/>
      </w:pPr>
      <w:r>
        <w:t>کیونکہ وہ جانتے ہیں کہ میں ایک اسلامی سکالر ہوں۔</w:t>
      </w:r>
    </w:p>
    <w:p>
      <w:r>
        <w:rPr>
          <w:b/>
        </w:rPr>
        <w:t xml:space="preserve">[06:43] </w:t>
      </w:r>
      <w:r>
        <w:t>to aa kar poochne lage.</w:t>
      </w:r>
    </w:p>
    <w:p>
      <w:pPr>
        <w:jc w:val="right"/>
      </w:pPr>
      <w:r>
        <w:t>تو آ کر پوچھنے لگے۔</w:t>
      </w:r>
    </w:p>
    <w:p>
      <w:r>
        <w:rPr>
          <w:b/>
        </w:rPr>
        <w:t xml:space="preserve">[06:48] </w:t>
      </w:r>
      <w:r>
        <w:t>is tarah se negativity se maine positivity ko nichoda.</w:t>
      </w:r>
    </w:p>
    <w:p>
      <w:pPr>
        <w:jc w:val="right"/>
      </w:pPr>
      <w:r>
        <w:t>اس طرح سے نیگیٹیوٹی سے میں نے پازیٹیوٹی کو نچوڑا۔</w:t>
      </w:r>
    </w:p>
    <w:p>
      <w:r>
        <w:rPr>
          <w:b/>
        </w:rPr>
        <w:t xml:space="preserve">[06:52] </w:t>
      </w:r>
      <w:r>
        <w:t>aur Khuda ka shukar, shukar ada kiya.</w:t>
      </w:r>
    </w:p>
    <w:p>
      <w:pPr>
        <w:jc w:val="right"/>
      </w:pPr>
      <w:r>
        <w:t>اور خدا کا شکر، شکر ادا کیا۔</w:t>
      </w:r>
    </w:p>
    <w:p>
      <w:r>
        <w:rPr>
          <w:b/>
        </w:rPr>
        <w:t xml:space="preserve">[06:56] </w:t>
      </w:r>
      <w:r>
        <w:t>maine shukar ada kiya ke yeh jo waqea hua, kis tarah Allah taala ne is mein hamare</w:t>
      </w:r>
    </w:p>
    <w:p>
      <w:pPr>
        <w:jc w:val="right"/>
      </w:pPr>
      <w:r>
        <w:t>میں نے شکر ادا کیا کہ یہ جو واقعہ ہوا، کس طرح اللہ تعالی نے اس میں ہمارے</w:t>
      </w:r>
    </w:p>
    <w:p>
      <w:r>
        <w:rPr>
          <w:b/>
        </w:rPr>
        <w:t xml:space="preserve">[07:02] </w:t>
      </w:r>
      <w:r>
        <w:t>liye ek, ek blessing paida kar di.</w:t>
      </w:r>
    </w:p>
    <w:p>
      <w:pPr>
        <w:jc w:val="right"/>
      </w:pPr>
      <w:r>
        <w:t>لیے ایک، ایک بلیسنگ پیدا کر دی۔</w:t>
      </w:r>
    </w:p>
    <w:p>
      <w:r>
        <w:rPr>
          <w:b/>
        </w:rPr>
        <w:t xml:space="preserve">[07:09] </w:t>
      </w:r>
      <w:r>
        <w:t>kis tarah is mein hum ko, hamare liye ek blessing in disguise ban gayi.</w:t>
      </w:r>
    </w:p>
    <w:p>
      <w:pPr>
        <w:jc w:val="right"/>
      </w:pPr>
      <w:r>
        <w:t>کس طرح اس میں ہم کو، ہمارے لیے ایک بلیسنگ ان ڈسگائز بن گئی۔</w:t>
      </w:r>
    </w:p>
    <w:p>
      <w:r>
        <w:rPr>
          <w:b/>
        </w:rPr>
        <w:t xml:space="preserve">[07:15] </w:t>
      </w:r>
      <w:r>
        <w:t>to main aap ko aakhri naseehat yahi karunga ke aap yeh spirit apne andar paida karein ke</w:t>
      </w:r>
    </w:p>
    <w:p>
      <w:pPr>
        <w:jc w:val="right"/>
      </w:pPr>
      <w:r>
        <w:t>تو میں آپ کو آخری نصیحت یہی کروں گا کہ آپ یہ اسپرٹ اپنے اندر پیدا کریں کہ</w:t>
      </w:r>
    </w:p>
    <w:p>
      <w:r>
        <w:rPr>
          <w:b/>
        </w:rPr>
        <w:t xml:space="preserve">[07:21] </w:t>
      </w:r>
      <w:r>
        <w:t>mujhe Khuda ke haan is haal mein jana hai</w:t>
      </w:r>
    </w:p>
    <w:p>
      <w:pPr>
        <w:jc w:val="right"/>
      </w:pPr>
      <w:r>
        <w:t>مجھے خدا کے ہاں اس حال میں جانا ہے</w:t>
      </w:r>
    </w:p>
    <w:p>
      <w:r>
        <w:rPr>
          <w:b/>
        </w:rPr>
        <w:t xml:space="preserve">[07:27] </w:t>
      </w:r>
      <w:r>
        <w:t>ke mere dil mein ek ayat ke barabar bhi negativity na ho.</w:t>
      </w:r>
    </w:p>
    <w:p>
      <w:pPr>
        <w:jc w:val="right"/>
      </w:pPr>
      <w:r>
        <w:t>کہ میرے دل میں ایک آیت کے برابر بھی نیگیٹیوٹی نہ ہو۔</w:t>
      </w:r>
    </w:p>
    <w:p>
      <w:r>
        <w:rPr>
          <w:b/>
        </w:rPr>
        <w:t xml:space="preserve">[07:33] </w:t>
      </w:r>
      <w:r>
        <w:t>sab positivity ho, sab shukar hi shukar ho.</w:t>
      </w:r>
    </w:p>
    <w:p>
      <w:pPr>
        <w:jc w:val="right"/>
      </w:pPr>
      <w:r>
        <w:t>سب پازیٹیوٹی ہو، سب شکر ہی شکر ہو۔</w:t>
      </w:r>
    </w:p>
    <w:p>
      <w:r>
        <w:rPr>
          <w:b/>
        </w:rPr>
        <w:t xml:space="preserve">[07:39] </w:t>
      </w:r>
      <w:r>
        <w:t>is haal mein main dunya se rokhsati meri ho.</w:t>
      </w:r>
    </w:p>
    <w:p>
      <w:pPr>
        <w:jc w:val="right"/>
      </w:pPr>
      <w:r>
        <w:t>اس حال میں میں دنیا سے رخصتی میری ہو۔</w:t>
      </w:r>
    </w:p>
    <w:p>
      <w:r>
        <w:rPr>
          <w:b/>
        </w:rPr>
        <w:t xml:space="preserve">[07:46] </w:t>
      </w:r>
      <w:r>
        <w:t>kyunke mera manna yeh hai ke paradise mein woh soul nahin jayegi jis mein zara bhi negativity ho.</w:t>
      </w:r>
    </w:p>
    <w:p>
      <w:pPr>
        <w:jc w:val="right"/>
      </w:pPr>
      <w:r>
        <w:t>کیونکہ میرا ماننا یہ ہے کہ پیراڈائز میں وہ سول نہیں جائے گی جس میں ذرا بھی نیگیٹیوٹی ہو۔</w:t>
      </w:r>
    </w:p>
    <w:p>
      <w:r>
        <w:rPr>
          <w:b/>
        </w:rPr>
        <w:t xml:space="preserve">[07:52] </w:t>
      </w:r>
      <w:r>
        <w:t>negativity ka matlab kya hai? Nafrat, inteqaam, tashaddud,</w:t>
      </w:r>
    </w:p>
    <w:p>
      <w:pPr>
        <w:jc w:val="right"/>
      </w:pPr>
      <w:r>
        <w:t>نیگیٹیوٹی کا مطلب کیا ہے؟ نفرت، انتقام، تشدد،</w:t>
      </w:r>
    </w:p>
    <w:p>
      <w:r>
        <w:rPr>
          <w:b/>
        </w:rPr>
        <w:t xml:space="preserve">[07:58] </w:t>
      </w:r>
      <w:r>
        <w:t>intolerance.</w:t>
      </w:r>
    </w:p>
    <w:p>
      <w:pPr>
        <w:jc w:val="right"/>
      </w:pPr>
      <w:r>
        <w:t>انٹالرنس۔</w:t>
      </w:r>
    </w:p>
    <w:p>
      <w:r>
        <w:rPr>
          <w:b/>
        </w:rPr>
        <w:t xml:space="preserve">[08:04] </w:t>
      </w:r>
      <w:r>
        <w:t>jiske andar yeh baat hai woh kabhi bhi paradise mein jaane wala nahin hai.</w:t>
      </w:r>
    </w:p>
    <w:p>
      <w:pPr>
        <w:jc w:val="right"/>
      </w:pPr>
      <w:r>
        <w:t>جس کے اندر یہ بات ہے وہ کبھی بھی پیراڈائز میں جانے والا نہیں ہے۔</w:t>
      </w:r>
    </w:p>
    <w:p>
      <w:r>
        <w:rPr>
          <w:b/>
        </w:rPr>
        <w:t xml:space="preserve">[08:10] </w:t>
      </w:r>
      <w:r>
        <w:t>aap ne ek sahabi ke, rasool Allah ne ek baar ek sahabi ka kandhe pe haath rakha aur</w:t>
      </w:r>
    </w:p>
    <w:p>
      <w:pPr>
        <w:jc w:val="right"/>
      </w:pPr>
      <w:r>
        <w:t>آپ نے ایک صحابی کے، رسول اللہ نے ایک بار ایک صحابی کا کندھے پہ ہاتھ رکھا اور</w:t>
      </w:r>
    </w:p>
    <w:p>
      <w:r>
        <w:rPr>
          <w:b/>
        </w:rPr>
        <w:t xml:space="preserve">[08:16] </w:t>
      </w:r>
      <w:r>
        <w:t>kaha ke tum is tarah se subah karo, is tarah shaam karo ke tumhare dil mein kisi ke</w:t>
      </w:r>
    </w:p>
    <w:p>
      <w:pPr>
        <w:jc w:val="right"/>
      </w:pPr>
      <w:r>
        <w:t>کہا کہ تم اس طرح سے صبح کرو، اس طرح شام کرو کہ تمہارے دل میں کسی کے</w:t>
      </w:r>
    </w:p>
    <w:p>
      <w:r>
        <w:rPr>
          <w:b/>
        </w:rPr>
        <w:t xml:space="preserve">[08:22] </w:t>
      </w:r>
      <w:r>
        <w:t>khilaf keena na ho, ghush na ho</w:t>
      </w:r>
    </w:p>
    <w:p>
      <w:pPr>
        <w:jc w:val="right"/>
      </w:pPr>
      <w:r>
        <w:t>خلاف کینہ نہ ہو، غش نہ ہو</w:t>
      </w:r>
    </w:p>
    <w:p>
      <w:r>
        <w:rPr>
          <w:b/>
        </w:rPr>
        <w:t xml:space="preserve">[08:28] </w:t>
      </w:r>
      <w:r>
        <w:t>—</w:t>
      </w:r>
    </w:p>
    <w:p>
      <w:pPr>
        <w:jc w:val="right"/>
      </w:pPr>
      <w:r>
        <w:t>۔</w:t>
      </w:r>
    </w:p>
    <w:p>
      <w:r>
        <w:rPr>
          <w:b/>
        </w:rPr>
        <w:t xml:space="preserve">[08:34] </w:t>
      </w:r>
      <w:r>
        <w:t>is tarah subah karo, is tarah shaam karo.</w:t>
      </w:r>
    </w:p>
    <w:p>
      <w:pPr>
        <w:jc w:val="right"/>
      </w:pPr>
      <w:r>
        <w:t>اس طرح صبح کرو، اس طرح شام کرو۔</w:t>
      </w:r>
    </w:p>
    <w:p>
      <w:r>
        <w:rPr>
          <w:b/>
        </w:rPr>
        <w:t xml:space="preserve">[08:40] </w:t>
      </w:r>
      <w:r>
        <w:t>matlab is tarah se jiyo dunya mein ke kisi ke khilaf bhi tumhare dil mein koi ghush na</w:t>
      </w:r>
    </w:p>
    <w:p>
      <w:pPr>
        <w:jc w:val="right"/>
      </w:pPr>
      <w:r>
        <w:t>مطلب اس طرح سے جیو دنیا میں کہ کسی کے خلاف بھی تمہارے دل میں کوئی غش نہ</w:t>
      </w:r>
    </w:p>
    <w:p>
      <w:r>
        <w:rPr>
          <w:b/>
        </w:rPr>
        <w:t xml:space="preserve">[08:46] </w:t>
      </w:r>
      <w:r>
        <w:t>ho, koi negative thought na ho, koi keena na ho, ghussa na ho, revenge ki baat na ho.</w:t>
      </w:r>
    </w:p>
    <w:p>
      <w:pPr>
        <w:jc w:val="right"/>
      </w:pPr>
      <w:r>
        <w:t>ہو، کوئی نیگیٹیو تھاٹ نہ ہو، کوئی کینہ نہ ہو، غصہ نہ ہو، ریونج کی بات نہ ہو۔</w:t>
      </w:r>
    </w:p>
    <w:p>
      <w:r>
        <w:rPr>
          <w:b/>
        </w:rPr>
        <w:t xml:space="preserve">[08:52] </w:t>
      </w:r>
      <w:r>
        <w:t>apne aap ko completely negative thought se paak rakho.</w:t>
      </w:r>
    </w:p>
    <w:p>
      <w:pPr>
        <w:jc w:val="right"/>
      </w:pPr>
      <w:r>
        <w:t>اپنے آپ کو کمپلیٹلی نیگیٹیو تھاٹ سے پاک رکھو۔</w:t>
      </w:r>
    </w:p>
    <w:p>
      <w:r>
        <w:rPr>
          <w:b/>
        </w:rPr>
        <w:t xml:space="preserve">[08:58] </w:t>
      </w:r>
      <w:r>
        <w:t>yahi hai paradise ka certificate.</w:t>
      </w:r>
    </w:p>
    <w:p>
      <w:pPr>
        <w:jc w:val="right"/>
      </w:pPr>
      <w:r>
        <w:t>یہی ہے پیراڈائز کا سرٹیفیکیٹ۔</w:t>
      </w:r>
    </w:p>
    <w:p>
      <w:r>
        <w:rPr>
          <w:b/>
        </w:rPr>
        <w:t xml:space="preserve">[09:06] </w:t>
      </w:r>
      <w:r>
        <w:t>to agar aap chahte hain ke Khuda aap ke liye ko select kare paradise ke liye to is</w:t>
      </w:r>
    </w:p>
    <w:p>
      <w:pPr>
        <w:jc w:val="right"/>
      </w:pPr>
      <w:r>
        <w:t>تو اگر آپ چاہتے ہیں کہ خدا آپ کے لیے کو سلیکٹ کرے پیراڈائز کے لیے تو اس</w:t>
      </w:r>
    </w:p>
    <w:p>
      <w:r>
        <w:rPr>
          <w:b/>
        </w:rPr>
        <w:t xml:space="preserve">[09:14] </w:t>
      </w:r>
      <w:r>
        <w:t>ka sab se zaroori jo test hai wo yahi hai ke aap apne aap ko bachayein negative thought ke sath.</w:t>
      </w:r>
    </w:p>
    <w:p>
      <w:pPr>
        <w:jc w:val="right"/>
      </w:pPr>
      <w:r>
        <w:t>کا سب سے ضروری جو ٹیسٹ ہے وہ یہی ہے کہ آپ اپنے آپ کو بچائیں نیگیٹیو تھاٹ کے ساتھ۔</w:t>
      </w:r>
    </w:p>
    <w:p>
      <w:r>
        <w:rPr>
          <w:b/>
        </w:rPr>
        <w:t xml:space="preserve">[09:21] </w:t>
      </w:r>
      <w:r>
        <w:t>ek martaba maine ek interview padha ek singer ka</w:t>
      </w:r>
    </w:p>
    <w:p>
      <w:pPr>
        <w:jc w:val="right"/>
      </w:pPr>
      <w:r>
        <w:t>ایک مرتبہ میں نے ایک انٹرویو پڑھا ایک سنگر کا</w:t>
      </w:r>
    </w:p>
    <w:p>
      <w:r>
        <w:rPr>
          <w:b/>
        </w:rPr>
        <w:t xml:space="preserve">[09:29] </w:t>
      </w:r>
      <w:r>
        <w:t>, to us se poocha gaya ke aap ke bare mein kaha jata hai ke aap ke andar</w:t>
      </w:r>
    </w:p>
    <w:p>
      <w:pPr>
        <w:jc w:val="right"/>
      </w:pPr>
      <w:r>
        <w:t>، تو اس سے پوچھا گیا کہ آپ کے بارے میں کہا جاتا ہے کہ آپ کے اندر</w:t>
      </w:r>
    </w:p>
    <w:p>
      <w:r>
        <w:rPr>
          <w:b/>
        </w:rPr>
        <w:t xml:space="preserve">[09:34] </w:t>
      </w:r>
      <w:r>
        <w:t>ghamand aa gaya hai, arrogance aa gaya hai.</w:t>
      </w:r>
    </w:p>
    <w:p>
      <w:pPr>
        <w:jc w:val="right"/>
      </w:pPr>
      <w:r>
        <w:t>گھمنڈ آ گیا ہے، اروگنس آ گیا ہے۔</w:t>
      </w:r>
    </w:p>
    <w:p>
      <w:r>
        <w:rPr>
          <w:b/>
        </w:rPr>
        <w:t xml:space="preserve">[09:39] </w:t>
      </w:r>
      <w:r>
        <w:t>kyun ke aap ko bohat acha gana aata hai, aap ki awaaz mein bara sareela pan hai.</w:t>
      </w:r>
    </w:p>
    <w:p>
      <w:pPr>
        <w:jc w:val="right"/>
      </w:pPr>
      <w:r>
        <w:t>کیونکہ آپ کو بہت اچھا گانا آتا ہے، آپ کی آواز میں بڑا سریلا پن ہے۔</w:t>
      </w:r>
    </w:p>
    <w:p>
      <w:r>
        <w:rPr>
          <w:b/>
        </w:rPr>
        <w:t xml:space="preserve">[09:44] </w:t>
      </w:r>
      <w:r>
        <w:t>to interviewer ne poocha ke aap ke andar kaha jata hai ke ghamand aa gaya hai, arrogance aa gaya hai.</w:t>
      </w:r>
    </w:p>
    <w:p>
      <w:pPr>
        <w:jc w:val="right"/>
      </w:pPr>
      <w:r>
        <w:t>تو انٹرویوئر نے پوچھا کہ آپ کے اندر کہا جاتا ہے کہ گھمنڈ آ گیا ہے، اروگنس آ گیا ہے۔</w:t>
      </w:r>
    </w:p>
    <w:p>
      <w:r>
        <w:rPr>
          <w:b/>
        </w:rPr>
        <w:t xml:space="preserve">[09:49] </w:t>
      </w:r>
      <w:r>
        <w:t>to dekhiye, is singer ne kya kaha? bara anokha jawab diya us ne.</w:t>
      </w:r>
    </w:p>
    <w:p>
      <w:pPr>
        <w:jc w:val="right"/>
      </w:pPr>
      <w:r>
        <w:t>تو دیکھیے، اس سنگر نے کیا کہا؟ بڑا انوکھا جواب دیا اس نے۔</w:t>
      </w:r>
    </w:p>
    <w:p>
      <w:r>
        <w:rPr>
          <w:b/>
        </w:rPr>
        <w:t xml:space="preserve">[09:54] </w:t>
      </w:r>
      <w:r>
        <w:t>us ne kaha</w:t>
      </w:r>
    </w:p>
    <w:p>
      <w:pPr>
        <w:jc w:val="right"/>
      </w:pPr>
      <w:r>
        <w:t>اس نے کہ</w:t>
      </w:r>
    </w:p>
    <w:p>
      <w:r>
        <w:rPr>
          <w:b/>
        </w:rPr>
        <w:t xml:space="preserve">[09:59] </w:t>
      </w:r>
      <w:r>
        <w:t>ke ye propounda sahi nahi hai.</w:t>
      </w:r>
    </w:p>
    <w:p>
      <w:pPr>
        <w:jc w:val="right"/>
      </w:pPr>
      <w:r>
        <w:t>ا کہ یہ پروپونڈا صحیح نہیں ہے۔</w:t>
      </w:r>
    </w:p>
    <w:p>
      <w:r>
        <w:rPr>
          <w:b/>
        </w:rPr>
        <w:t xml:space="preserve">[10:05] </w:t>
      </w:r>
      <w:r>
        <w:t>aur phir usne kaha ke I cannot afford arrogance.</w:t>
      </w:r>
    </w:p>
    <w:p>
      <w:pPr>
        <w:jc w:val="right"/>
      </w:pPr>
      <w:r>
        <w:t>اور پھر اس نے کہا کہ آئی کین ناٹ افورڈ اروگنس۔</w:t>
      </w:r>
    </w:p>
    <w:p>
      <w:r>
        <w:rPr>
          <w:b/>
        </w:rPr>
        <w:t xml:space="preserve">[10:12] </w:t>
      </w:r>
      <w:r>
        <w:t>I cannot afford arrogance.</w:t>
      </w:r>
    </w:p>
    <w:p>
      <w:pPr>
        <w:jc w:val="right"/>
      </w:pPr>
      <w:r>
        <w:t>آئی کین ناٹ افورڈ اروگنس۔</w:t>
      </w:r>
    </w:p>
    <w:p>
      <w:r>
        <w:rPr>
          <w:b/>
        </w:rPr>
        <w:t xml:space="preserve">[10:18] </w:t>
      </w:r>
      <w:r>
        <w:t>kyun? mere gale mein jo mithas hai wo isi liye hai ke mere andar modesty hai.</w:t>
      </w:r>
    </w:p>
    <w:p>
      <w:pPr>
        <w:jc w:val="right"/>
      </w:pPr>
      <w:r>
        <w:t>کیوں؟ میرے گلے میں جو مٹھاس ہے وہ اسی لیے ہے کہ میرے اندر مودیسٹی ہے۔</w:t>
      </w:r>
    </w:p>
    <w:p>
      <w:r>
        <w:rPr>
          <w:b/>
        </w:rPr>
        <w:t xml:space="preserve">[10:24] </w:t>
      </w:r>
      <w:r>
        <w:t>agar mere andar arrogance aa jaye to mere gale ki mithas khatam ho jayegi.</w:t>
      </w:r>
    </w:p>
    <w:p>
      <w:pPr>
        <w:jc w:val="right"/>
      </w:pPr>
      <w:r>
        <w:t>اگر میرے اندر اروگنس آ جائے تو میرے گلے کی مٹھاس ختم ہو جائے گی۔</w:t>
      </w:r>
    </w:p>
    <w:p>
      <w:r>
        <w:rPr>
          <w:b/>
        </w:rPr>
        <w:t xml:space="preserve">[10:30] </w:t>
      </w:r>
      <w:r>
        <w:t>ab bataiye kya wo main apne singing hi ko khatam kar loon ga? meri kya value rahe gi</w:t>
      </w:r>
    </w:p>
    <w:p>
      <w:pPr>
        <w:jc w:val="right"/>
      </w:pPr>
      <w:r>
        <w:t>اب بتائیے کیا وہ میں اپنے سنگنگ ہی کو ختم کر لوں گا؟ میری کیا ویلیو رہے گی</w:t>
      </w:r>
    </w:p>
    <w:p>
      <w:r>
        <w:rPr>
          <w:b/>
        </w:rPr>
        <w:t xml:space="preserve">[10:38] </w:t>
      </w:r>
      <w:r>
        <w:t>اس کے بعد؟ تو اس نے کہا کہ I cannot afford arrogance.</w:t>
      </w:r>
    </w:p>
    <w:p>
      <w:pPr>
        <w:jc w:val="right"/>
      </w:pPr>
      <w:r>
        <w:t>اس کے بعد؟ تو اس نے کہا کہ آئی کین ناٹ افورڈ اروگنس۔</w:t>
      </w:r>
    </w:p>
    <w:p>
      <w:r>
        <w:rPr>
          <w:b/>
        </w:rPr>
        <w:t xml:space="preserve">[10:46] </w:t>
      </w:r>
      <w:r>
        <w:t>اسی طرح مومن کو کہنا چاہیے کہ I cannot afford negativity.</w:t>
      </w:r>
    </w:p>
    <w:p>
      <w:pPr>
        <w:jc w:val="right"/>
      </w:pPr>
      <w:r>
        <w:t>اسی طرح مومن کو کہنا چاہیے کہ آئی کین ناٹ افورڈ نیگیٹیوٹی۔</w:t>
      </w:r>
    </w:p>
    <w:p>
      <w:r>
        <w:rPr>
          <w:b/>
        </w:rPr>
        <w:t xml:space="preserve">[10:53] </w:t>
      </w:r>
      <w:r>
        <w:t>ek believer ko, ek momin ko, ek aisa insan jo paradise chahta ho,</w:t>
      </w:r>
    </w:p>
    <w:p>
      <w:pPr>
        <w:jc w:val="right"/>
      </w:pPr>
      <w:r>
        <w:t>ایک بلیور کو، ایک مومن کو، ایک ایسا انسان جو پیراڈائز چاہتا ہو،</w:t>
      </w:r>
    </w:p>
    <w:p>
      <w:r>
        <w:rPr>
          <w:b/>
        </w:rPr>
        <w:t xml:space="preserve">[11:01] </w:t>
      </w:r>
      <w:r>
        <w:t>اس کو یہ کہنا چاہیے کہ I cannot afford negativity.</w:t>
      </w:r>
    </w:p>
    <w:p>
      <w:pPr>
        <w:jc w:val="right"/>
      </w:pPr>
      <w:r>
        <w:t>اس کو یہ کہنا چاہیے کہ آئی کین ناٹ افورڈ نیگیٹیوٹی۔</w:t>
      </w:r>
    </w:p>
    <w:p>
      <w:r>
        <w:rPr>
          <w:b/>
        </w:rPr>
        <w:t xml:space="preserve">[11:07] </w:t>
      </w:r>
      <w:r>
        <w:t>kyun? mere paradise hi doubt full ho jayegi.</w:t>
      </w:r>
    </w:p>
    <w:p>
      <w:pPr>
        <w:jc w:val="right"/>
      </w:pPr>
      <w:r>
        <w:t>کیوں؟ میرے پیراڈائز ہی ڈاؤٹ فل ہو جائے گی۔</w:t>
      </w:r>
    </w:p>
    <w:p>
      <w:r>
        <w:rPr>
          <w:b/>
        </w:rPr>
        <w:t xml:space="preserve">[11:14] </w:t>
      </w:r>
      <w:r>
        <w:t>jaise is ne kaha ke mera, mera jo geet hai, mera jo art hai, wahi doubt full ho jaye ga.</w:t>
      </w:r>
    </w:p>
    <w:p>
      <w:pPr>
        <w:jc w:val="right"/>
      </w:pPr>
      <w:r>
        <w:t>جیسے اس نے کہا کہ میرا، میرا جو گیت ہے، میرا جو آرٹ ہے، وہی ڈاؤٹ فل ہو جائے گا۔</w:t>
      </w:r>
    </w:p>
    <w:p>
      <w:r>
        <w:rPr>
          <w:b/>
        </w:rPr>
        <w:t xml:space="preserve">[11:20] </w:t>
      </w:r>
      <w:r>
        <w:t>to mein kaise arrogant ban sakta hoon? to momin ke dil mein yeh hona chahiye ke agar mein,</w:t>
      </w:r>
    </w:p>
    <w:p>
      <w:pPr>
        <w:jc w:val="right"/>
      </w:pPr>
      <w:r>
        <w:t>تو میں کیسے اروگنٹ بن سکتا ہوں؟ تو مومن کے دل میں یہ ہونا چاہیے کہ اگر میں،</w:t>
      </w:r>
    </w:p>
    <w:p>
      <w:r>
        <w:rPr>
          <w:b/>
        </w:rPr>
        <w:t xml:space="preserve">[11:26] </w:t>
      </w:r>
      <w:r>
        <w:t>agar mere andar negative thought aa gaya</w:t>
      </w:r>
    </w:p>
    <w:p>
      <w:pPr>
        <w:jc w:val="right"/>
      </w:pPr>
      <w:r>
        <w:t>اگر میرے اندر نیگیٹیو تھاٹ آ گیا</w:t>
      </w:r>
    </w:p>
    <w:p>
      <w:r>
        <w:rPr>
          <w:b/>
        </w:rPr>
        <w:t xml:space="preserve">[11:32] </w:t>
      </w:r>
      <w:r>
        <w:t>to mere paradise hi doubt full ho jaye ga.</w:t>
      </w:r>
    </w:p>
    <w:p>
      <w:pPr>
        <w:jc w:val="right"/>
      </w:pPr>
      <w:r>
        <w:t>تو میرے پیراڈائز ہی ڈاؤٹ فل ہو جائے گی۔</w:t>
      </w:r>
    </w:p>
    <w:p>
      <w:r>
        <w:rPr>
          <w:b/>
        </w:rPr>
        <w:t xml:space="preserve">[11:38] </w:t>
      </w:r>
      <w:r>
        <w:t>to mujhe to bachna hi bachna hai negative thought se.</w:t>
      </w:r>
    </w:p>
    <w:p>
      <w:pPr>
        <w:jc w:val="right"/>
      </w:pPr>
      <w:r>
        <w:t>تو مجھے تو بچنا ہی بچنا ہے نیگیٹیو تھاٹ سے۔</w:t>
      </w:r>
    </w:p>
    <w:p>
      <w:r>
        <w:rPr>
          <w:b/>
        </w:rPr>
        <w:t xml:space="preserve">[11:44] </w:t>
      </w:r>
      <w:r>
        <w:t>اس کے دل میں یہ احساس بھرا ہوا ہونا چاہیے کہ I cannot afford negativity.</w:t>
      </w:r>
    </w:p>
    <w:p>
      <w:pPr>
        <w:jc w:val="right"/>
      </w:pPr>
      <w:r>
        <w:t>اس کے دل میں یہ احساس بھرا ہوا ہونا چاہیے کہ آئی کین ناٹ افورڈ نیگیٹیوٹی۔</w:t>
      </w:r>
    </w:p>
    <w:p>
      <w:r>
        <w:rPr>
          <w:b/>
        </w:rPr>
        <w:t xml:space="preserve">[11:50] </w:t>
      </w:r>
      <w:r>
        <w:t>yeh hai raaz is baat ka ke aap apne aap ko woh insan banayein jo Khuda ke haan</w:t>
      </w:r>
    </w:p>
    <w:p>
      <w:pPr>
        <w:jc w:val="right"/>
      </w:pPr>
      <w:r>
        <w:t>یہ ہے راز اس بات کا کہ آپ اپنے آپ کو وہ انسان بنائیں جو خدا کے ہاں</w:t>
      </w:r>
    </w:p>
    <w:p>
      <w:r>
        <w:rPr>
          <w:b/>
        </w:rPr>
        <w:t xml:space="preserve">[11:56] </w:t>
      </w:r>
      <w:r>
        <w:t>select kiya jaye paradise</w:t>
      </w:r>
    </w:p>
    <w:p>
      <w:pPr>
        <w:jc w:val="right"/>
      </w:pPr>
      <w:r>
        <w:t>سلیکٹ کیا جائے پیراڈائز</w:t>
      </w:r>
    </w:p>
    <w:p>
      <w:r>
        <w:rPr>
          <w:b/>
        </w:rPr>
        <w:t xml:space="preserve">[12:02] </w:t>
      </w:r>
      <w:r>
        <w:t>mein settle karne ke liye.</w:t>
      </w:r>
    </w:p>
    <w:p>
      <w:pPr>
        <w:jc w:val="right"/>
      </w:pPr>
      <w:r>
        <w:t>میں سیٹل کرنے کے لیے۔</w:t>
      </w:r>
    </w:p>
    <w:p>
      <w:r>
        <w:rPr>
          <w:b/>
        </w:rPr>
        <w:t xml:space="preserve">[12:17] </w:t>
      </w:r>
      <w:r>
        <w:t>aqool qooli haaza wastaghfirullaha li walakum ajmaeen das question is from gresh Maulana sahib agar jahad ra</w:t>
      </w:r>
    </w:p>
    <w:p>
      <w:pPr>
        <w:jc w:val="right"/>
      </w:pPr>
      <w:r>
        <w:t>أقول قولی هذا واستغفراللہ لي ولكم أجمعين دس کوسچن از فرام گریش مولانا صاحب اگر جہاد را</w:t>
      </w:r>
    </w:p>
    <w:p>
      <w:r>
        <w:rPr>
          <w:b/>
        </w:rPr>
        <w:t xml:space="preserve">[12:32] </w:t>
      </w:r>
      <w:r>
        <w:t>jihad ka subject hai to is jihad ladne ke kya tareeqe honge dekhein Islam mein yeh hai</w:t>
      </w:r>
    </w:p>
    <w:p>
      <w:pPr>
        <w:jc w:val="right"/>
      </w:pPr>
      <w:r>
        <w:t>جہ کا विषय ہے تو اس جہاد لڑنے کے کیا طریقے ہوں گے دیکھیں اسلام میں یہ ہے</w:t>
      </w:r>
    </w:p>
    <w:p>
      <w:r>
        <w:rPr>
          <w:b/>
        </w:rPr>
        <w:t xml:space="preserve">[12:43] </w:t>
      </w:r>
      <w:r>
        <w:t>ke agar koi aggression aur attack ki baat hoti hai kisi ki taraf se to is ka matlab</w:t>
      </w:r>
    </w:p>
    <w:p>
      <w:pPr>
        <w:jc w:val="right"/>
      </w:pPr>
      <w:r>
        <w:t>کہ اگر کوئی ایگریشن اور اٹیک کی بات ہوتی ہے کسی کی طرف سے تو اس کا مطلب</w:t>
      </w:r>
    </w:p>
    <w:p>
      <w:r>
        <w:rPr>
          <w:b/>
        </w:rPr>
        <w:t xml:space="preserve">[12:53] </w:t>
      </w:r>
      <w:r>
        <w:t>nahi ke aap dein and der aap bhi attack kar dein. nahi,</w:t>
      </w:r>
    </w:p>
    <w:p>
      <w:pPr>
        <w:jc w:val="right"/>
      </w:pPr>
      <w:r>
        <w:t>نہیں کہ آپ دین اینڈ دیر آپ بھی اٹیک کر دیں۔ نہیں،</w:t>
      </w:r>
    </w:p>
    <w:p>
      <w:r>
        <w:rPr>
          <w:b/>
        </w:rPr>
        <w:t xml:space="preserve">[13:03] </w:t>
      </w:r>
      <w:r>
        <w:t>Sab se pehle aap ko koshish karni chahiye avoid karne ki. Avoid karne ke bohat se tareeqe ho sakte hain jaise negotiation, dialogue, ya Prophet ne ek baar aisa kiya ke Prophet Muhammad ne ke aap ne ek trench khod di yani Madina ke bahir 12 hazar log aa kar jama ho gaye the ladne ke liye to aap ne Madine ke bahir ek t</w:t>
      </w:r>
    </w:p>
    <w:p>
      <w:pPr>
        <w:jc w:val="right"/>
      </w:pPr>
      <w:r>
        <w:t>سب سے پہلے آپ کو کوشش کرنی چاہیے اوائڈ کرنے کی۔ اوائڈ کرنے کے بہت سے طریقے ہو سکتے ہیں جیسے نیگوشی ایشن، ڈائیلاگ، یا پرافٹ نے ایک بار ایسا کیا کہ پرافٹ محمد نے کہ آپ نے ایک ٹرینچ کھود دی یعنی مدینہ کے باہر 12 ہزار لوگ آ کر اکٹھا ہو گئے تھے لڑنے کے لیے تو آپ نے مدینے کے باہر ایک ٹ</w:t>
      </w:r>
    </w:p>
    <w:p>
      <w:r>
        <w:rPr>
          <w:b/>
        </w:rPr>
        <w:t xml:space="preserve">[13:33] </w:t>
      </w:r>
      <w:r>
        <w:t>rench khod di khandak is tarah un ko rok diya kyunke woh helicopter ka zamana nahi tha</w:t>
      </w:r>
    </w:p>
    <w:p>
      <w:pPr>
        <w:jc w:val="right"/>
      </w:pPr>
      <w:r>
        <w:t>رینچ کھود دی خندق اس طرح ان کو روک دیا کیونکہ وہ ہیلی کاپٹر کا زمانہ نہیں تھا</w:t>
      </w:r>
    </w:p>
    <w:p>
      <w:r>
        <w:rPr>
          <w:b/>
        </w:rPr>
        <w:t xml:space="preserve">[13:42] </w:t>
      </w:r>
      <w:r>
        <w:t>to trench kaam kar gayi aur ladai nahi hui to yeh tha ladai ko avoid karne ka tareeqa</w:t>
      </w:r>
    </w:p>
    <w:p>
      <w:pPr>
        <w:jc w:val="right"/>
      </w:pPr>
      <w:r>
        <w:t>تو ٹرینچ کام کر گئی اور لڑائی نہیں ہوئی تو یہ تھا لڑائی کو اوائڈ کرنے کا طریقہ</w:t>
      </w:r>
    </w:p>
    <w:p>
      <w:r>
        <w:rPr>
          <w:b/>
        </w:rPr>
        <w:t xml:space="preserve">[13:50] </w:t>
      </w:r>
      <w:r>
        <w:t>to Islam mein yeh hai ke sab se pehle ladai ko avoid karo avoid karo avoid karo jab</w:t>
      </w:r>
    </w:p>
    <w:p>
      <w:pPr>
        <w:jc w:val="right"/>
      </w:pPr>
      <w:r>
        <w:t>تو اسلام میں یہ ہے کہ سب سے پہلے لڑائی کو اوائڈ کرو اوائڈ کرو اوائڈ کرو جب</w:t>
      </w:r>
    </w:p>
    <w:p>
      <w:r>
        <w:rPr>
          <w:b/>
        </w:rPr>
        <w:t xml:space="preserve">[13:58] </w:t>
      </w:r>
      <w:r>
        <w:t>avoid karne ki sari koshish fail ho jaye tab ja kar ke</w:t>
      </w:r>
    </w:p>
    <w:p>
      <w:pPr>
        <w:jc w:val="right"/>
      </w:pPr>
      <w:r>
        <w:t>روایت کرنے کی ساری کوشش فیل ہو جائے تب جا کر کے</w:t>
      </w:r>
    </w:p>
    <w:p>
      <w:r>
        <w:rPr>
          <w:b/>
        </w:rPr>
        <w:t xml:space="preserve">[14:06] </w:t>
      </w:r>
      <w:r>
        <w:t>ek dum jab compulsion ki surat paida ho jaye to aap lad sakte hain ladne ka tareeqa wahi</w:t>
      </w:r>
    </w:p>
    <w:p>
      <w:pPr>
        <w:jc w:val="right"/>
      </w:pPr>
      <w:r>
        <w:t>ایک دم جب کمپلشن کی صورت پیدا ہو جائے تو آپ لڑ سکتے ہیں لڑنے کا طریقہ وہی</w:t>
      </w:r>
    </w:p>
    <w:p>
      <w:r>
        <w:rPr>
          <w:b/>
        </w:rPr>
        <w:t xml:space="preserve">[14:12] </w:t>
      </w:r>
      <w:r>
        <w:t>hai mein samajhta hoon ke koi alag tareeqa nahi hai aaj jo United Nations ne jo norm banaye</w:t>
      </w:r>
    </w:p>
    <w:p>
      <w:pPr>
        <w:jc w:val="right"/>
      </w:pPr>
      <w:r>
        <w:t>ہے میں سمجھتا ہوں کہ کوئی الگ طریقہ نہیں ہے آج جو یونائٹ نیشنز نے جو نارم بنائے</w:t>
      </w:r>
    </w:p>
    <w:p>
      <w:r>
        <w:rPr>
          <w:b/>
        </w:rPr>
        <w:t xml:space="preserve">[14:18] </w:t>
      </w:r>
      <w:r>
        <w:t>hain jo sare country follow karte hain jis ko wahi Islam ka tareeqa bhi hoga ek baat arz</w:t>
      </w:r>
    </w:p>
    <w:p>
      <w:pPr>
        <w:jc w:val="right"/>
      </w:pPr>
      <w:r>
        <w:t>ہیں جو سارے کنٹری فالو کرتے ہیں جس کو وہی اسلام کا طریقہ بھی ہوگا ایک بات عرض</w:t>
      </w:r>
    </w:p>
    <w:p>
      <w:r>
        <w:rPr>
          <w:b/>
        </w:rPr>
        <w:t xml:space="preserve">[14:24] </w:t>
      </w:r>
      <w:r>
        <w:t>karoon yeh mamle mein ke ek bohat bara principle Islam mein yeh hai ke international affairs mein Islam</w:t>
      </w:r>
    </w:p>
    <w:p>
      <w:pPr>
        <w:jc w:val="right"/>
      </w:pPr>
      <w:r>
        <w:t>کروں یہ معاملے میں کہ ایک بہت بڑا پرنسپل اسلام میں یہ ہے کہ انٹرنیشنل افیئرز میں اسلام</w:t>
      </w:r>
    </w:p>
    <w:p>
      <w:r>
        <w:rPr>
          <w:b/>
        </w:rPr>
        <w:t xml:space="preserve">[14:30] </w:t>
      </w:r>
      <w:r>
        <w:t>ka tareeqa wahi hoga</w:t>
      </w:r>
    </w:p>
    <w:p>
      <w:pPr>
        <w:jc w:val="right"/>
      </w:pPr>
      <w:r>
        <w:t>کا طریقہ وہی ہوگا</w:t>
      </w:r>
    </w:p>
    <w:p>
      <w:r>
        <w:rPr>
          <w:b/>
        </w:rPr>
        <w:t xml:space="preserve">[14:36] </w:t>
      </w:r>
      <w:r>
        <w:t>jo internationally accepted ho alag tareeqa Islam ka nahi hoga yeh bohat important baat hai jo log samajhte</w:t>
      </w:r>
    </w:p>
    <w:p>
      <w:pPr>
        <w:jc w:val="right"/>
      </w:pPr>
      <w:r>
        <w:t>جو انٹرنیشنلی ایکسیپٹڈ ہو الگ طریقہ اسلام کا نہیں ہوگا یہ بہت امپورٹنٹ بات ہے جو لوگ سمجھتے</w:t>
      </w:r>
    </w:p>
    <w:p>
      <w:r>
        <w:rPr>
          <w:b/>
        </w:rPr>
        <w:t xml:space="preserve">[14:44] </w:t>
      </w:r>
      <w:r>
        <w:t>nahi hain is ke liye maine likha hai apni kitabon mein yeh baat detail mein ke jahan</w:t>
      </w:r>
    </w:p>
    <w:p>
      <w:pPr>
        <w:jc w:val="right"/>
      </w:pPr>
      <w:r>
        <w:t>نہیں ہیں اس کے لیے میں نے لکھا ہے اپنی کتابوں میں یہ بات ڈیٹیل میں کہ جہاں</w:t>
      </w:r>
    </w:p>
    <w:p>
      <w:r>
        <w:rPr>
          <w:b/>
        </w:rPr>
        <w:t xml:space="preserve">[14:51] </w:t>
      </w:r>
      <w:r>
        <w:t>international taluqat ki baat ho to Islam koi apna alag tareeqa wahan impose nahi karega internationally accepted</w:t>
      </w:r>
    </w:p>
    <w:p>
      <w:pPr>
        <w:jc w:val="right"/>
      </w:pPr>
      <w:r>
        <w:t>انٹرنیشنل تعلقات کی بات ہو تو اسلام کوئی اپنا الگ طریقہ وہاں امپوز نہیں کرے گا انٹرنیشنلی ایکسیپٹڈ</w:t>
      </w:r>
    </w:p>
    <w:p>
      <w:r>
        <w:rPr>
          <w:b/>
        </w:rPr>
        <w:t xml:space="preserve">[14:59] </w:t>
      </w:r>
      <w:r>
        <w:t>norm bhi ko Islam bhi ikhtiyar kar lega</w:t>
      </w:r>
    </w:p>
    <w:p>
      <w:pPr>
        <w:jc w:val="right"/>
      </w:pPr>
      <w:r>
        <w:t>نارم بھی کو اسلام بھی اختیار کر لے گا</w:t>
      </w:r>
    </w:p>
    <w:p>
      <w:r>
        <w:rPr>
          <w:b/>
        </w:rPr>
        <w:t xml:space="preserve">[15:06] </w:t>
      </w:r>
      <w:r>
        <w:t>is mein agar exception ho sakta hai to do ek cheezon ka jaise sharab. ke Islam ki yani Islam jo yani khane peene ke waqt jo sharab serve ki jati hai to Muslim state aisa nahi karegi. to yeh to aik aik culture ki baat hai. culture ki baat hai. culture to different hain aur different honge. aik country mein</w:t>
      </w:r>
    </w:p>
    <w:p>
      <w:pPr>
        <w:jc w:val="right"/>
      </w:pPr>
      <w:r>
        <w:t>اس میں اگر ایکسیپشن ہو سکتا ہے تو دو ایک چیزوں کا جیسے شراب کہ اسلام کی یعنی اسلام جو یعنی کھانے پینے کے وقت جو شراب سرو کی جاتی ہے تو مسلم اسٹیٹ ایسا نہیں کرے گی تو یہ تو ایک ایک کلچر کی بات ہے کلچر کی بات ہے کلچر تو ڈفرنٹ ہیں اور ڈفرنٹ ہوں گے ایک کنٹری میں</w:t>
      </w:r>
    </w:p>
    <w:p>
      <w:r>
        <w:rPr>
          <w:b/>
        </w:rPr>
        <w:t xml:space="preserve">[15:36] </w:t>
      </w:r>
      <w:r>
        <w:t>bhi culture different hote hain ek family mein bhi culture different hote hain mein ek hindu family mein</w:t>
      </w:r>
    </w:p>
    <w:p>
      <w:pPr>
        <w:jc w:val="right"/>
      </w:pPr>
      <w:r>
        <w:t>بھی کلچر ڈفرنٹ ہوتے ہیں ایک فیملی میں بھی کلچر ڈفرنٹ ہوتے ہیں میں ایک ہندو فیملی میں</w:t>
      </w:r>
    </w:p>
    <w:p>
      <w:r>
        <w:rPr>
          <w:b/>
        </w:rPr>
        <w:t xml:space="preserve">[15:42] </w:t>
      </w:r>
      <w:r>
        <w:t>gaya to wahan mein ne dekha ke jo husband hai wo to hai non vegetarian aur wife jo</w:t>
      </w:r>
    </w:p>
    <w:p>
      <w:pPr>
        <w:jc w:val="right"/>
      </w:pPr>
      <w:r>
        <w:t>گیا تو وہاں میں نے دیکھا کہ جو ہسبینڈ ہے وہ تو ہے نان ویجیٹیرین اور وائف جو</w:t>
      </w:r>
    </w:p>
    <w:p>
      <w:r>
        <w:rPr>
          <w:b/>
        </w:rPr>
        <w:t xml:space="preserve">[15:48] </w:t>
      </w:r>
      <w:r>
        <w:t>hai wo vegetarian hai wife khana bana kar ke la kar ke rakh deti thi table par aur</w:t>
      </w:r>
    </w:p>
    <w:p>
      <w:pPr>
        <w:jc w:val="right"/>
      </w:pPr>
      <w:r>
        <w:t>ہے وہ ویجیٹیرین ہے وائف کھانا بنا کر کے لا کر کے رکھ دیتی تھی ٹیبل پر اور</w:t>
      </w:r>
    </w:p>
    <w:p>
      <w:r>
        <w:rPr>
          <w:b/>
        </w:rPr>
        <w:t xml:space="preserve">[15:54] </w:t>
      </w:r>
      <w:r>
        <w:t>ja kar phir ishnan karti thi chhooti nahi thi is ko sirf husband akela khata tha is ko</w:t>
      </w:r>
    </w:p>
    <w:p>
      <w:pPr>
        <w:jc w:val="right"/>
      </w:pPr>
      <w:r>
        <w:t>جا کر پھر اشنان کرتی تھی چھوتی نہیں تھی اس کو صرف ہسبینڈ اکیلا کھاتا تھا اس کو</w:t>
      </w:r>
    </w:p>
    <w:p>
      <w:r>
        <w:rPr>
          <w:b/>
        </w:rPr>
        <w:t xml:space="preserve">[16:00] </w:t>
      </w:r>
      <w:r>
        <w:t>to ye hai</w:t>
      </w:r>
    </w:p>
    <w:p>
      <w:pPr>
        <w:jc w:val="right"/>
      </w:pPr>
      <w:r>
        <w:t>تو یہ ہے</w:t>
      </w:r>
    </w:p>
    <w:p>
      <w:r>
        <w:rPr>
          <w:b/>
        </w:rPr>
        <w:t xml:space="preserve">[16:06] </w:t>
      </w:r>
      <w:r>
        <w:t>ke do culture ek ghar mein bhi reh sakte hain to cultural difference ki baat alag hai baqi</w:t>
      </w:r>
    </w:p>
    <w:p>
      <w:pPr>
        <w:jc w:val="right"/>
      </w:pPr>
      <w:r>
        <w:t>کہ دو کلچر ایک گھر میں بھی رہ سکتے ہیں تو کلچرل ڈفرنس کی بات الگ ہے باقی</w:t>
      </w:r>
    </w:p>
    <w:p>
      <w:r>
        <w:rPr>
          <w:b/>
        </w:rPr>
        <w:t xml:space="preserve">[16:14] </w:t>
      </w:r>
      <w:r>
        <w:t>jo jo jang ki technique hai jo ladai ka tareeqa hai is ka alag se koi islam ka</w:t>
      </w:r>
    </w:p>
    <w:p>
      <w:pPr>
        <w:jc w:val="right"/>
      </w:pPr>
      <w:r>
        <w:t>جو جو جنگ کی ٹیکنیک ہے جو لڑائی کا طریقہ ہے اس کا الگ سے کوئی اسلام کا</w:t>
      </w:r>
    </w:p>
    <w:p>
      <w:r>
        <w:rPr>
          <w:b/>
        </w:rPr>
        <w:t xml:space="preserve">[16:21] </w:t>
      </w:r>
      <w:r>
        <w:t>tareeqa nahi hoga internationally accepted jo hoga wahi islam ka bhi hoga in ka ek aur sawal hai</w:t>
      </w:r>
    </w:p>
    <w:p>
      <w:pPr>
        <w:jc w:val="right"/>
      </w:pPr>
      <w:r>
        <w:t>طریقہ نہیں ہوگا انٹرنیشنلی ایکسیپٹڈ جو ہوگا وہی اسلام کا بھی ہوگا ان کا ایک اور سوال ہے</w:t>
      </w:r>
    </w:p>
    <w:p>
      <w:r>
        <w:rPr>
          <w:b/>
        </w:rPr>
        <w:t xml:space="preserve">[16:29] </w:t>
      </w:r>
      <w:r>
        <w:t>ke jo rooh jannat mein nahi jayegi is ka inte kaisa hoga dekhen islam</w:t>
      </w:r>
    </w:p>
    <w:p>
      <w:pPr>
        <w:jc w:val="right"/>
      </w:pPr>
      <w:r>
        <w:t>کہ جو روح جنت میں نہیں جائے گی اس کا انت کیسے ہوگا دیکھیں اسلام</w:t>
      </w:r>
    </w:p>
    <w:p>
      <w:r>
        <w:rPr>
          <w:b/>
        </w:rPr>
        <w:t xml:space="preserve">[16:36] </w:t>
      </w:r>
      <w:r>
        <w:t>mein jo mana gaya hai woh yeh hai ke maut se pehle aik period hai, aik hai maut ke baad period. bas do hi period hain. to yahan test liya ja raha hai. to test par jo log qualify karenge woh to jayenge paradise mein aur jo test par qualify nahi karenge woh hamesha ke</w:t>
      </w:r>
    </w:p>
    <w:p>
      <w:pPr>
        <w:jc w:val="right"/>
      </w:pPr>
      <w:r>
        <w:t>میں جو مانا گیا ہے وہ یہ ہے کہ موت سے پہلے ایک پیریڈ ہے ایک ہے موت کے بعد پیریڈ بس دو ہی پیریڈ ہیں تو یہاں ٹیسٹ لیا جا رہا ہے تو ٹیسٹ پر جو لوگ کوالیفائی کریں گے وہ تو جائیں گے پیراڈائز میں اور جو ٹیسٹ پر کوالیفائی نہیں کریں گے وہ ہمیشہ کے</w:t>
      </w:r>
    </w:p>
    <w:p>
      <w:r>
        <w:rPr>
          <w:b/>
        </w:rPr>
        <w:t xml:space="preserve">[17:06] </w:t>
      </w:r>
      <w:r>
        <w:t>liye paradise se mehroom ho jayenge yani sukh aur shanti ki zindagi phir unhein agli duniya mein</w:t>
      </w:r>
    </w:p>
    <w:p>
      <w:pPr>
        <w:jc w:val="right"/>
      </w:pPr>
      <w:r>
        <w:t>لیے پیراڈائز سے محروم ہو جائیں گے یعنی سکھ اور شانتی کی زندگی پھر انہیں اگلی دنیا میں</w:t>
      </w:r>
    </w:p>
    <w:p>
      <w:r>
        <w:rPr>
          <w:b/>
        </w:rPr>
        <w:t xml:space="preserve">[17:14] </w:t>
      </w:r>
      <w:r>
        <w:t>nahi milegi ye hai islam ka concept this question is from doctor farida khanum of fatwa is</w:t>
      </w:r>
    </w:p>
    <w:p>
      <w:pPr>
        <w:jc w:val="right"/>
      </w:pPr>
      <w:r>
        <w:t>نہیں ملے گی یہ ہے اسلام کا کانسیپٹ دس کوسچن از فرام ڈاکٹر فریدہ خانم اف فتوی از</w:t>
      </w:r>
    </w:p>
    <w:p>
      <w:r>
        <w:rPr>
          <w:b/>
        </w:rPr>
        <w:t xml:space="preserve">[17:21] </w:t>
      </w:r>
      <w:r>
        <w:t>a personal opinion then why do the muftis issue it as a verdict woh to misuse hai</w:t>
      </w:r>
    </w:p>
    <w:p>
      <w:pPr>
        <w:jc w:val="right"/>
      </w:pPr>
      <w:r>
        <w:t>ا پرسنل اوپینین دین وائی ڈو دا مفتیز ایشو اٹ ایز ا ورڈکٹ وہ تو مس یوز ہے</w:t>
      </w:r>
    </w:p>
    <w:p>
      <w:r>
        <w:rPr>
          <w:b/>
        </w:rPr>
        <w:t xml:space="preserve">[17:29] </w:t>
      </w:r>
      <w:r>
        <w:t>fatwa ka fatwa hargiz har</w:t>
      </w:r>
    </w:p>
    <w:p>
      <w:pPr>
        <w:jc w:val="right"/>
      </w:pPr>
      <w:r>
        <w:t>فتوے کا فتوی ہرگز ہر</w:t>
      </w:r>
    </w:p>
    <w:p>
      <w:r>
        <w:rPr>
          <w:b/>
        </w:rPr>
        <w:t xml:space="preserve">[17:36] </w:t>
      </w:r>
      <w:r>
        <w:t>guz verdict nahi hai fatwa sirf personal opinion hai aaj kal jo fatwa ki baatein ho rahi hain</w:t>
      </w:r>
    </w:p>
    <w:p>
      <w:pPr>
        <w:jc w:val="right"/>
      </w:pPr>
      <w:r>
        <w:t>گز ورڈکٹ نہیں ہے فتوی صرف پرسنل اوپینین ہے اج کل جو فتوے کی باتیں ہو رہی ہیں</w:t>
      </w:r>
    </w:p>
    <w:p>
      <w:r>
        <w:rPr>
          <w:b/>
        </w:rPr>
        <w:t xml:space="preserve">[17:44] </w:t>
      </w:r>
      <w:r>
        <w:t>wo sab misuse hi hota hai dekhiye pehli baat ye hai ke fatwa ek personal opinion hai</w:t>
      </w:r>
    </w:p>
    <w:p>
      <w:pPr>
        <w:jc w:val="right"/>
      </w:pPr>
      <w:r>
        <w:t>وہ سب مس یوز ہی ہوتا ہے دیکھیے پہلی بات یہ ہے کہ فتوی ایک پرسنل اوپینین ہے</w:t>
      </w:r>
    </w:p>
    <w:p>
      <w:r>
        <w:rPr>
          <w:b/>
        </w:rPr>
        <w:t xml:space="preserve">[17:51] </w:t>
      </w:r>
      <w:r>
        <w:t>jo sahi bhi ho sakta hai galat bhi ho sakta hai jaise ke moza hai pehle zamaney mein</w:t>
      </w:r>
    </w:p>
    <w:p>
      <w:pPr>
        <w:jc w:val="right"/>
      </w:pPr>
      <w:r>
        <w:t>جو صحیح بھی ہو سکتا ہے غلط بھی ہو سکتا ہے جیسے کہ موزہ ہے پہلے زمانے میں</w:t>
      </w:r>
    </w:p>
    <w:p>
      <w:r>
        <w:rPr>
          <w:b/>
        </w:rPr>
        <w:t xml:space="preserve">[17:59] </w:t>
      </w:r>
      <w:r>
        <w:t>jo hai wo leather ke moze hote the us par mas</w:t>
      </w:r>
    </w:p>
    <w:p>
      <w:pPr>
        <w:jc w:val="right"/>
      </w:pPr>
      <w:r>
        <w:t>جو ہے وہ لیدر کے موزے ہوتے تھے اس پر مس</w:t>
      </w:r>
    </w:p>
    <w:p>
      <w:r>
        <w:rPr>
          <w:b/>
        </w:rPr>
        <w:t xml:space="preserve">[18:07] </w:t>
      </w:r>
      <w:r>
        <w:t>ha kiya jata tha to kuch mufti ne fatwa de diya ke masah jo hai sirf leather hi</w:t>
      </w:r>
    </w:p>
    <w:p>
      <w:pPr>
        <w:jc w:val="right"/>
      </w:pPr>
      <w:r>
        <w:t>ح کیا جاتا تھا تو کچھ مفتی نے فتوی دے دیا کہ مسح جو ہے صرف لیدر ہی</w:t>
      </w:r>
    </w:p>
    <w:p>
      <w:r>
        <w:rPr>
          <w:b/>
        </w:rPr>
        <w:t xml:space="preserve">[18:14] </w:t>
      </w:r>
      <w:r>
        <w:t>ke moze pe hoga aaj kal jo moze hote hain jo factory mein bante hain us par nahi</w:t>
      </w:r>
    </w:p>
    <w:p>
      <w:pPr>
        <w:jc w:val="right"/>
      </w:pPr>
      <w:r>
        <w:t>کے موزے پہ ہوگا اج کل جو موزے ہوتے ہیں جو فیکٹری میں بنتے ہیں اس پر نہیں</w:t>
      </w:r>
    </w:p>
    <w:p>
      <w:r>
        <w:rPr>
          <w:b/>
        </w:rPr>
        <w:t xml:space="preserve">[18:22] </w:t>
      </w:r>
      <w:r>
        <w:t>hoga to ye in ka personal opinion hai kuch aur log hain misr ke ulma jo hain wo</w:t>
      </w:r>
    </w:p>
    <w:p>
      <w:pPr>
        <w:jc w:val="right"/>
      </w:pPr>
      <w:r>
        <w:t>ہوگا تو یہ ان کا پرسنل اوپینین ہے کچھ اور لوگ ہیں مصر کے علماء جو ہیں وہ</w:t>
      </w:r>
    </w:p>
    <w:p>
      <w:r>
        <w:rPr>
          <w:b/>
        </w:rPr>
        <w:t xml:space="preserve">[18:30] </w:t>
      </w:r>
      <w:r>
        <w:t>sahi mante hain misr ke ulma ne fatwa diya hai ke ye is moze mein bhi jaiz hai masah karna</w:t>
      </w:r>
    </w:p>
    <w:p>
      <w:pPr>
        <w:jc w:val="right"/>
      </w:pPr>
      <w:r>
        <w:t>صحیح مانتے ہیں مصر کے علماء نے فتوی دیا ہے کہ یہ اس موزے میں بھی جائز ہے مسح کرنا</w:t>
      </w:r>
    </w:p>
    <w:p>
      <w:r>
        <w:rPr>
          <w:b/>
        </w:rPr>
        <w:t xml:space="preserve">[18:37] </w:t>
      </w:r>
      <w:r>
        <w:t>to personal opinion jo hai wo different ho sakti hai doosri baat ye hai ke ek aadmi pooche</w:t>
      </w:r>
    </w:p>
    <w:p>
      <w:pPr>
        <w:jc w:val="right"/>
      </w:pPr>
      <w:r>
        <w:t>تو پرسنل اوپینین جو ہے وہ ڈفرنٹ ہو سکتی ہے دوسری بات یہ ہے کہ ایک ادمی پوچھے</w:t>
      </w:r>
    </w:p>
    <w:p>
      <w:r>
        <w:rPr>
          <w:b/>
        </w:rPr>
        <w:t xml:space="preserve">[18:43] </w:t>
      </w:r>
      <w:r>
        <w:t>apne bare mein tab mufti rai de sakta hai agar aap kisi aur ke bare mein poochen maslan</w:t>
      </w:r>
    </w:p>
    <w:p>
      <w:pPr>
        <w:jc w:val="right"/>
      </w:pPr>
      <w:r>
        <w:t>اپنے بارے میں تب مفتی رائے دے سکتا ہے اگر اپ کسی اور کے بارے میں پوچھیں مثلا</w:t>
      </w:r>
    </w:p>
    <w:p>
      <w:r>
        <w:rPr>
          <w:b/>
        </w:rPr>
        <w:t xml:space="preserve">[18:49] </w:t>
      </w:r>
      <w:r>
        <w:t>aap poochen ke sania mirza kapra jo hai is ka jo dress hai wo islami hai ke nahi</w:t>
      </w:r>
    </w:p>
    <w:p>
      <w:pPr>
        <w:jc w:val="right"/>
      </w:pPr>
      <w:r>
        <w:t>اپ پوچھیں کہ ثانیہ مرزا کپڑا جو ہے اس کا جو ڈریس ہے وہ اسلامی ہے کہ نہیں</w:t>
      </w:r>
    </w:p>
    <w:p>
      <w:r>
        <w:rPr>
          <w:b/>
        </w:rPr>
        <w:t xml:space="preserve">[18:55] </w:t>
      </w:r>
      <w:r>
        <w:t>to mufti ko right nahi hai ke is par wo fatwa de kyunke sania mirza khud to pooch</w:t>
      </w:r>
    </w:p>
    <w:p>
      <w:pPr>
        <w:jc w:val="right"/>
      </w:pPr>
      <w:r>
        <w:t>تو مفتی کو رائٹ نہیں ہے کہ اس پر وہ فتوی دے کیونکہ ثانیہ مرزا خود تو پوچھ</w:t>
      </w:r>
    </w:p>
    <w:p>
      <w:r>
        <w:rPr>
          <w:b/>
        </w:rPr>
        <w:t xml:space="preserve">[19:02] </w:t>
      </w:r>
      <w:r>
        <w:t>nahi rahi hai</w:t>
      </w:r>
    </w:p>
    <w:p>
      <w:pPr>
        <w:jc w:val="right"/>
      </w:pPr>
      <w:r>
        <w:t>نہیں رہی ہے</w:t>
      </w:r>
    </w:p>
    <w:p>
      <w:r>
        <w:rPr>
          <w:b/>
        </w:rPr>
        <w:t xml:space="preserve">[19:08] </w:t>
      </w:r>
      <w:r>
        <w:t>to aise mufti aisa mufti jo kisi aur ke fatwa poochne par saniya mirza ke address ke bare</w:t>
      </w:r>
    </w:p>
    <w:p>
      <w:pPr>
        <w:jc w:val="right"/>
      </w:pPr>
      <w:r>
        <w:t>تو ایسے مفتی ایسا مفتی جو کسی اور کے فتوی پوچھنے پر ثانیہ مرزا کے ایڈریس کے بارے</w:t>
      </w:r>
    </w:p>
    <w:p>
      <w:r>
        <w:rPr>
          <w:b/>
        </w:rPr>
        <w:t xml:space="preserve">[19:14] </w:t>
      </w:r>
      <w:r>
        <w:t>mein saniya mirza ke address ke bare mein fatwa de woh mufti khud gunah ka kaam kar raha</w:t>
      </w:r>
    </w:p>
    <w:p>
      <w:pPr>
        <w:jc w:val="right"/>
      </w:pPr>
      <w:r>
        <w:t>میں ثانیہ مرزا کے ایڈریس کے بارے میں فتوی دے وہ مفتی خود گناہ کا کام کر رہا</w:t>
      </w:r>
    </w:p>
    <w:p>
      <w:r>
        <w:rPr>
          <w:b/>
        </w:rPr>
        <w:t xml:space="preserve">[19:20] </w:t>
      </w:r>
      <w:r>
        <w:t>hai is ko right nahi hai aisa fatwa dene ka is ko kehna chahiye ke bhai sare mirza</w:t>
      </w:r>
    </w:p>
    <w:p>
      <w:pPr>
        <w:jc w:val="right"/>
      </w:pPr>
      <w:r>
        <w:t>ہے اس کو رائٹ نہیں ہے ایسا فتوی دینے کا اس کو کہنا چاہیے کہ بھئی سارے مرزا</w:t>
      </w:r>
    </w:p>
    <w:p>
      <w:r>
        <w:rPr>
          <w:b/>
        </w:rPr>
        <w:t xml:space="preserve">[19:26] </w:t>
      </w:r>
      <w:r>
        <w:t>poochegi to hum batayenge unhe poochegi to hum fatwa dena bhi nahi hai woh jaane</w:t>
      </w:r>
    </w:p>
    <w:p>
      <w:pPr>
        <w:jc w:val="right"/>
      </w:pPr>
      <w:r>
        <w:t>پوچھے گی تو ہم بتائیں گے انہیں پوچھے گی تو ہم فتوی دینا بھی نہیں ہے وہ جانے</w:t>
      </w:r>
    </w:p>
    <w:p>
      <w:r>
        <w:rPr>
          <w:b/>
        </w:rPr>
        <w:t xml:space="preserve">[19:32] </w:t>
      </w:r>
      <w:r>
        <w:t>iska khuda jaane bas</w:t>
      </w:r>
    </w:p>
    <w:p>
      <w:pPr>
        <w:jc w:val="right"/>
      </w:pPr>
      <w:r>
        <w:t>اس کا خدا جانے بس</w:t>
      </w:r>
    </w:p>
    <w:p>
      <w:r>
        <w:rPr>
          <w:b/>
        </w:rPr>
        <w:t xml:space="preserve">[19:38] </w:t>
      </w:r>
      <w:r>
        <w:t>This question is from Faraz. Is it okay to hold the holy book and read the translation during</w:t>
      </w:r>
    </w:p>
    <w:p>
      <w:pPr>
        <w:jc w:val="right"/>
      </w:pPr>
      <w:r>
        <w:t>دس کوسچن از فرام فراز از اٹ اوکے ٹو ہولڈ دی ہولی بک اینڈ ریڈ دی ٹرانسلیشن ڈیورنگ</w:t>
      </w:r>
    </w:p>
    <w:p>
      <w:r>
        <w:rPr>
          <w:b/>
        </w:rPr>
        <w:t xml:space="preserve">[19:46] </w:t>
      </w:r>
      <w:r>
        <w:t>تراویح نہیں نہیں یہ یہ کوئی طریقہ نہیں ہے قیامت تو پھر تھوڑی ہے Is it okay to</w:t>
      </w:r>
    </w:p>
    <w:p>
      <w:pPr>
        <w:jc w:val="right"/>
      </w:pPr>
      <w:r>
        <w:t>تراویح نہیں نہیں یہ یہ کوئی طریقہ نہیں ہے قیامت تو پھر تھوڑی ہے از اٹ اوکے ٹو</w:t>
      </w:r>
    </w:p>
    <w:p>
      <w:r>
        <w:rPr>
          <w:b/>
        </w:rPr>
        <w:t xml:space="preserve">[19:53] </w:t>
      </w:r>
      <w:r>
        <w:t>hold the holy book and read the translation during taravih nahi nahi aisa koi tareeqa nahi hai taravih</w:t>
      </w:r>
    </w:p>
    <w:p>
      <w:pPr>
        <w:jc w:val="right"/>
      </w:pPr>
      <w:r>
        <w:t>ہولڈ دی ہولی بک اینڈ ریڈ دا ٹرانسلیشن ڈیورنگ تراویح نہیں نہیں ایسا کوئی طریقہ نہیں ہے تراویح</w:t>
      </w:r>
    </w:p>
    <w:p>
      <w:r>
        <w:rPr>
          <w:b/>
        </w:rPr>
        <w:t xml:space="preserve">[20:01] </w:t>
      </w:r>
      <w:r>
        <w:t>mein bas wahi ke yeh hota hai aaj kal ke aap peeche khade ho jaiye</w:t>
      </w:r>
    </w:p>
    <w:p>
      <w:pPr>
        <w:jc w:val="right"/>
      </w:pPr>
      <w:r>
        <w:t>میں بس وہی کہ یہ ہوتا ہے اج کل کہ اپ پیچھے کھڑے ہو جائیے</w:t>
      </w:r>
    </w:p>
    <w:p>
      <w:r>
        <w:rPr>
          <w:b/>
        </w:rPr>
        <w:t xml:space="preserve">[20:09] </w:t>
      </w:r>
      <w:r>
        <w:t>aur chup chap suniye quran ko agar aap samajh sakte hain to bohat acha hai nahi samajh sakte</w:t>
      </w:r>
    </w:p>
    <w:p>
      <w:pPr>
        <w:jc w:val="right"/>
      </w:pPr>
      <w:r>
        <w:t>اور چپ چاپ سنیے قران کو اگر اپ سمجھ سکتے ہیں تو بہت اچھا ہے نہیں سمجھ سکتے</w:t>
      </w:r>
    </w:p>
    <w:p>
      <w:r>
        <w:rPr>
          <w:b/>
        </w:rPr>
        <w:t xml:space="preserve">[20:16] </w:t>
      </w:r>
      <w:r>
        <w:t>hain to dil mein dua kijiye khuda aap ko samajh de aur quran ki language itni simple hai</w:t>
      </w:r>
    </w:p>
    <w:p>
      <w:pPr>
        <w:jc w:val="right"/>
      </w:pPr>
      <w:r>
        <w:t>ہیں تو دل میں دعا کیجئے خدا اپ کو سمجھ دے اور قران کی لینگویج اتنی سمپل ہے</w:t>
      </w:r>
    </w:p>
    <w:p>
      <w:r>
        <w:rPr>
          <w:b/>
        </w:rPr>
        <w:t xml:space="preserve">[20:24] </w:t>
      </w:r>
      <w:r>
        <w:t>ke urdu janne wale ke liye to bohat hi asan hai samajhna kai baatein aisi samajh mein aati</w:t>
      </w:r>
    </w:p>
    <w:p>
      <w:pPr>
        <w:jc w:val="right"/>
      </w:pPr>
      <w:r>
        <w:t>کہ اردو جاننے والے کے لیے تو بہت ہی اسان ہے سمجھنا کئی باتیں ایسی سمجھ میں اتی</w:t>
      </w:r>
    </w:p>
    <w:p>
      <w:r>
        <w:rPr>
          <w:b/>
        </w:rPr>
        <w:t xml:space="preserve">[20:31] </w:t>
      </w:r>
      <w:r>
        <w:t>hain baghair bataye hue to dekhein agar aap rozana quran ka tarjuma padhein to maine dekha</w:t>
      </w:r>
    </w:p>
    <w:p>
      <w:pPr>
        <w:jc w:val="right"/>
      </w:pPr>
      <w:r>
        <w:t>ہیں بغیر بتائے ہوئے تو دیکھیں اگر اپ روزانہ قران کا ترجمہ پڑھیں تو میں نے دیکھا</w:t>
      </w:r>
    </w:p>
    <w:p>
      <w:r>
        <w:rPr>
          <w:b/>
        </w:rPr>
        <w:t xml:space="preserve">[20:39] </w:t>
      </w:r>
      <w:r>
        <w:t>hai ke jo log rozana quran ka translation padhte hain to itna familiar ho jate hain text se</w:t>
      </w:r>
    </w:p>
    <w:p>
      <w:pPr>
        <w:jc w:val="right"/>
      </w:pPr>
      <w:r>
        <w:t>ہے کہ جو لوگ روزانہ قران کا ٹرانسلیشن پڑھتے ہیں تو اتنا فیمیلر ہو جاتے ہیں ٹیکسٹ سے</w:t>
      </w:r>
    </w:p>
    <w:p>
      <w:r>
        <w:rPr>
          <w:b/>
        </w:rPr>
        <w:t xml:space="preserve">[20:46] </w:t>
      </w:r>
      <w:r>
        <w:t>ke apne aap woh is ka yani broader sense mein is ka matlab samajh lete hain samajhte jate</w:t>
      </w:r>
    </w:p>
    <w:p>
      <w:pPr>
        <w:jc w:val="right"/>
      </w:pPr>
      <w:r>
        <w:t>کہ اپنے اپ وہ اس کا یعنی براڈر سینس میں اس کا مطلب سمجھ لیتے ہیں سمجھتے جاتے</w:t>
      </w:r>
    </w:p>
    <w:p>
      <w:r>
        <w:rPr>
          <w:b/>
        </w:rPr>
        <w:t xml:space="preserve">[20:54] </w:t>
      </w:r>
      <w:r>
        <w:t>chale aate hain to bajaye wahan par tarjuma lene ke rozana apne ghar par subah ko is ko</w:t>
      </w:r>
    </w:p>
    <w:p>
      <w:pPr>
        <w:jc w:val="right"/>
      </w:pPr>
      <w:r>
        <w:t>چلے اتے ہیں تو بجائے وہاں پر ترجمہ لینے کے روزانہ اپنے گھر پر صبح کو اس کو</w:t>
      </w:r>
    </w:p>
    <w:p>
      <w:r>
        <w:rPr>
          <w:b/>
        </w:rPr>
        <w:t xml:space="preserve">[21:01] </w:t>
      </w:r>
      <w:r>
        <w:t>padhiye translation apne aap samajhne ki</w:t>
      </w:r>
    </w:p>
    <w:p>
      <w:pPr>
        <w:jc w:val="right"/>
      </w:pPr>
      <w:r>
        <w:t>پڑھیے ٹرانسلیشن اپنے اپ سمجھنے کی</w:t>
      </w:r>
    </w:p>
    <w:p>
      <w:r>
        <w:rPr>
          <w:b/>
        </w:rPr>
        <w:t xml:space="preserve">[21:09] </w:t>
      </w:r>
      <w:r>
        <w:t>yani samajh sakenge us ko. jana hoga. ab ji. ab ji. ab ji. yeh sawal hai Shiraz se. How can one be positive and patient and not get provoked in petty and small issues? kya principle hai? he says how can one</w:t>
      </w:r>
    </w:p>
    <w:p>
      <w:pPr>
        <w:jc w:val="right"/>
      </w:pPr>
      <w:r>
        <w:t>یعنی سمجھ سکیں گے اس کو جانا ہوگا اب جی اب جی اب جی دس کوسچن از فرام شیراز ہاؤ کین ون بی پوزیٹیو اینڈ پیشنٹ اینڈ ناٹ گیٹ پرووکڈ ان پیٹی اینڈ سمال ایشوز کیا پرنسپل ہے ہی سیز ہاؤ کین ون</w:t>
      </w:r>
    </w:p>
    <w:p>
      <w:r>
        <w:rPr>
          <w:b/>
        </w:rPr>
        <w:t xml:space="preserve">[21:39] </w:t>
      </w:r>
      <w:r>
        <w:t>be positive and patient and not get provoked in petty and small issues in day to day life</w:t>
      </w:r>
    </w:p>
    <w:p>
      <w:pPr>
        <w:jc w:val="right"/>
      </w:pPr>
      <w:r>
        <w:t>بی پوزیٹیو اینڈ پیشنٹ اینڈ ناٹ گیٹ پرووکڈ ان پیٹی اینڈ سمال ایشوز ان ڈے ٹو ڈے لائف</w:t>
      </w:r>
    </w:p>
    <w:p>
      <w:r>
        <w:rPr>
          <w:b/>
        </w:rPr>
        <w:t xml:space="preserve">[21:47] </w:t>
      </w:r>
      <w:r>
        <w:t>kuch bhi nahi to mushkil kya hai koi mushkil ki baat hi nahi har aadmi karta bhi hai</w:t>
      </w:r>
    </w:p>
    <w:p>
      <w:pPr>
        <w:jc w:val="right"/>
      </w:pPr>
      <w:r>
        <w:t>کچھ بھی نہیں تو مشکل کیا ہے کوئی مشکل کی بات ہی نہیں ہر ادمی کرتا بھی ہے</w:t>
      </w:r>
    </w:p>
    <w:p>
      <w:r>
        <w:rPr>
          <w:b/>
        </w:rPr>
        <w:t xml:space="preserve">[21:54] </w:t>
      </w:r>
      <w:r>
        <w:t>aap agar ek industry chalate hon aap kisi office mein job karte hon to aap daily yahi karte</w:t>
      </w:r>
    </w:p>
    <w:p>
      <w:pPr>
        <w:jc w:val="right"/>
      </w:pPr>
      <w:r>
        <w:t>اپ اگر ایک انڈسٹری چلاتے ہوں اپ کسی افس میں جاب کرتے ہوں تو اپ ڈیلی یہی کرتے</w:t>
      </w:r>
    </w:p>
    <w:p>
      <w:r>
        <w:rPr>
          <w:b/>
        </w:rPr>
        <w:t xml:space="preserve">[22:02] </w:t>
      </w:r>
      <w:r>
        <w:t>bhi hain sirf yeh hai ke log chahte hain ke yani double tareeqe se rahein jahan compulsion hai</w:t>
      </w:r>
    </w:p>
    <w:p>
      <w:pPr>
        <w:jc w:val="right"/>
      </w:pPr>
      <w:r>
        <w:t>بھی ہیں صرف یہ ہے کہ لوگ چاہتے ہیں کہ یعنی ڈبل طریقے سے رہیں جہاں کمپلشن ہے</w:t>
      </w:r>
    </w:p>
    <w:p>
      <w:r>
        <w:rPr>
          <w:b/>
        </w:rPr>
        <w:t xml:space="preserve">[22:10] </w:t>
      </w:r>
      <w:r>
        <w:t>wahan to provoke na hon compulsion nahi hai wahan provoke hote rahein har aadmi ka yahi haal hai</w:t>
      </w:r>
    </w:p>
    <w:p>
      <w:pPr>
        <w:jc w:val="right"/>
      </w:pPr>
      <w:r>
        <w:t>وہاں تو پرووک نہ ہوں کمپلشن نہیں ہے وہاں پرووک ہوتے رہیں ہر ادمی کا یہی حال ہے</w:t>
      </w:r>
    </w:p>
    <w:p>
      <w:r>
        <w:rPr>
          <w:b/>
        </w:rPr>
        <w:t xml:space="preserve">[22:16] </w:t>
      </w:r>
      <w:r>
        <w:t>yeh question jo hai maine dekh yani sahi nahi hai yeh socha hona chahiye ke jahan compulsion</w:t>
      </w:r>
    </w:p>
    <w:p>
      <w:pPr>
        <w:jc w:val="right"/>
      </w:pPr>
      <w:r>
        <w:t>یہ کوئسچن جو ہے میں نے دیکھ یعنی صحیح نہیں ہے یہ سوچا ہونا چاہیے کہ جہاں کمپلشن</w:t>
      </w:r>
    </w:p>
    <w:p>
      <w:r>
        <w:rPr>
          <w:b/>
        </w:rPr>
        <w:t xml:space="preserve">[22:22] </w:t>
      </w:r>
      <w:r>
        <w:t>hai wahan to main provoke nahi hota ab yeh bataiye ke jahan compulsion nahi hai wahan main kaise</w:t>
      </w:r>
    </w:p>
    <w:p>
      <w:pPr>
        <w:jc w:val="right"/>
      </w:pPr>
      <w:r>
        <w:t>ہے وہاں تو میں پرووک نہیں ہوتا اب یہ بتائیے کہ جہاں کمپلشن نہیں ہے وہاں میں کیسے</w:t>
      </w:r>
    </w:p>
    <w:p>
      <w:r>
        <w:rPr>
          <w:b/>
        </w:rPr>
        <w:t xml:space="preserve">[22:28] </w:t>
      </w:r>
      <w:r>
        <w:t>aisa karoon ke na provoke hon to bhai yeh to aap ka problem hai aap double standard kyun</w:t>
      </w:r>
    </w:p>
    <w:p>
      <w:pPr>
        <w:jc w:val="right"/>
      </w:pPr>
      <w:r>
        <w:t>ایسا کروں کہ نہ پرووک ہوں تو بھئی یہ تو اپ کا پرابلم ہے اپ ڈبل اسٹینڈرڈ کیوں</w:t>
      </w:r>
    </w:p>
    <w:p>
      <w:r>
        <w:rPr>
          <w:b/>
        </w:rPr>
        <w:t xml:space="preserve">[22:34] </w:t>
      </w:r>
      <w:r>
        <w:t>hain aap double standard kyun hain</w:t>
      </w:r>
    </w:p>
    <w:p>
      <w:pPr>
        <w:jc w:val="right"/>
      </w:pPr>
      <w:r>
        <w:t>ہیں اپ ڈبل اسٹینڈرڈ کیوں ہیں</w:t>
      </w:r>
    </w:p>
    <w:p>
      <w:r>
        <w:rPr>
          <w:b/>
        </w:rPr>
        <w:t xml:space="preserve">[22:40] </w:t>
      </w:r>
      <w:r>
        <w:t>mujhe ek aadmi aap nahin bata sakte including george bush ke jahan compulsion hai wahan sab apne aap</w:t>
      </w:r>
    </w:p>
    <w:p>
      <w:pPr>
        <w:jc w:val="right"/>
      </w:pPr>
      <w:r>
        <w:t>مجھے ایک ادمی اپ نہیں بتا سکتے انکلوڈنگ جارج بش کہ جہاں کمپلشن ہے وہاں سب اپنے اپ</w:t>
      </w:r>
    </w:p>
    <w:p>
      <w:r>
        <w:rPr>
          <w:b/>
        </w:rPr>
        <w:t xml:space="preserve">[22:47] </w:t>
      </w:r>
      <w:r>
        <w:t>ko provoke provocation se bachaye rakhte hain aur jahan compulsion nahin hai wahan provoke ho jaate hain to</w:t>
      </w:r>
    </w:p>
    <w:p>
      <w:pPr>
        <w:jc w:val="right"/>
      </w:pPr>
      <w:r>
        <w:t>کو پرووک پرووکیشن سے بچائے رہتے ہیں اور جہاں کمپلشن نہیں ہے وہاں پرووک ہو جاتے ہیں تو</w:t>
      </w:r>
    </w:p>
    <w:p>
      <w:r>
        <w:rPr>
          <w:b/>
        </w:rPr>
        <w:t xml:space="preserve">[22:55] </w:t>
      </w:r>
      <w:r>
        <w:t>yeh to bhai aap ka problem hai kyun aap double standard bane hue hain yeh mufti ka problem</w:t>
      </w:r>
    </w:p>
    <w:p>
      <w:pPr>
        <w:jc w:val="right"/>
      </w:pPr>
      <w:r>
        <w:t>یہ تو بھئی اپ کا پرابلم ہے کیوں اپ ڈبل اسٹینڈرڈ بنے ہوئے ہیں یہ مفتی کا پرابلم</w:t>
      </w:r>
    </w:p>
    <w:p>
      <w:r>
        <w:rPr>
          <w:b/>
        </w:rPr>
        <w:t xml:space="preserve">[23:03] </w:t>
      </w:r>
      <w:r>
        <w:t>nahin hai yeh okay bilal would like</w:t>
      </w:r>
    </w:p>
    <w:p>
      <w:pPr>
        <w:jc w:val="right"/>
      </w:pPr>
      <w:r>
        <w:t>نہیں ہے یہ اوکے بلال وڈ لائک</w:t>
      </w:r>
    </w:p>
    <w:p>
      <w:r>
        <w:rPr>
          <w:b/>
        </w:rPr>
        <w:t xml:space="preserve">[23:10] </w:t>
      </w:r>
      <w:r>
        <w:t>to ask is azan the call for prayer is part of revelation or it was incorporated in the</w:t>
      </w:r>
    </w:p>
    <w:p>
      <w:pPr>
        <w:jc w:val="right"/>
      </w:pPr>
      <w:r>
        <w:t>ٹو اسک از اذان دی کال فار پریا از پارٹ اف ریولیشن اور اٹ واز انکارپوریٹڈ ان دا</w:t>
      </w:r>
    </w:p>
    <w:p>
      <w:r>
        <w:rPr>
          <w:b/>
        </w:rPr>
        <w:t xml:space="preserve">[23:20] </w:t>
      </w:r>
      <w:r>
        <w:t>system later hmm phir se parhiye is azan a part of the revelation that is in quran or</w:t>
      </w:r>
    </w:p>
    <w:p>
      <w:pPr>
        <w:jc w:val="right"/>
      </w:pPr>
      <w:r>
        <w:t>سسٹم لیٹر ہمم پھر سے پڑھیے از اذان ا پارٹ اف دی ریولیشن دیٹ از ان قران اور</w:t>
      </w:r>
    </w:p>
    <w:p>
      <w:r>
        <w:rPr>
          <w:b/>
        </w:rPr>
        <w:t xml:space="preserve">[23:30] </w:t>
      </w:r>
      <w:r>
        <w:t>it was incorporated later in the</w:t>
      </w:r>
    </w:p>
    <w:p>
      <w:pPr>
        <w:jc w:val="right"/>
      </w:pPr>
      <w:r>
        <w:t>اٹ واز انکارپوریٹڈ لیٹر ان دی</w:t>
      </w:r>
    </w:p>
    <w:p>
      <w:r>
        <w:rPr>
          <w:b/>
        </w:rPr>
        <w:t xml:space="preserve">[23:40] </w:t>
      </w:r>
      <w:r>
        <w:t>prayer dekhen Quran mein saaf saaf yeh likha hua hai jab namaz ke liye pukara jaye yani azan di jaye اذا نودی علیہ الصلوۃ یوم الجمعہ to namaz bhi isi tarah se Quran mein hai woh detail jis ke sath aap namaz parhte hain woh Quran mein kahin bhi nahin</w:t>
      </w:r>
    </w:p>
    <w:p>
      <w:pPr>
        <w:jc w:val="right"/>
      </w:pPr>
      <w:r>
        <w:t>پریا دیکھیں قران میں صاف صاف یہ لکھا ہوا ہے اذا نودی علیہ الصلوۃ یوم الجمعہ جب جمعہ کی نماز کے لیے پکارا جائے یعنی اذان دی جائے اذا نودی علیہ الصلوۃ یوم الجمعہ تو نماز بھی اسی طرح سے قران میں ہے وہ ڈیٹیل جس کے ساتھ اپ نماز پڑھتے ہیں وہ قران میں کہیں بھی نہیں</w:t>
      </w:r>
    </w:p>
    <w:p>
      <w:r>
        <w:rPr>
          <w:b/>
        </w:rPr>
        <w:t xml:space="preserve">[24:10] </w:t>
      </w:r>
      <w:r>
        <w:t>hai sirf quran mein basic jo hai hukum wahi hai to basic cheez namaz azan ke bare mein</w:t>
      </w:r>
    </w:p>
    <w:p>
      <w:pPr>
        <w:jc w:val="right"/>
      </w:pPr>
      <w:r>
        <w:t>ہے صرف قران میں بیسک جو ہے حکم وہی ہے تو بیسک چیز نماز اذان کے بارے میں</w:t>
      </w:r>
    </w:p>
    <w:p>
      <w:r>
        <w:rPr>
          <w:b/>
        </w:rPr>
        <w:t xml:space="preserve">[24:18] </w:t>
      </w:r>
      <w:r>
        <w:t>bhi quran majeed mein hai namaz bhi detail ke sath nahin hai quran mein to azan bhi detail</w:t>
      </w:r>
    </w:p>
    <w:p>
      <w:pPr>
        <w:jc w:val="right"/>
      </w:pPr>
      <w:r>
        <w:t>بھی قران مجید میں ہے نماز بھی ڈیٹیل کے ساتھ نہیں ہے قران میں تو اذان بھی ڈیٹیل</w:t>
      </w:r>
    </w:p>
    <w:p>
      <w:r>
        <w:rPr>
          <w:b/>
        </w:rPr>
        <w:t xml:space="preserve">[24:25] </w:t>
      </w:r>
      <w:r>
        <w:t>ke sath quran mein nahin hai to namaz ki detail rasool allah ne muqarrar ki isi tarah se</w:t>
      </w:r>
    </w:p>
    <w:p>
      <w:pPr>
        <w:jc w:val="right"/>
      </w:pPr>
      <w:r>
        <w:t>کے ساتھ قران میں نہیں ہے تو نماز کی ڈیٹیل رسول اللہ نے مقرر کی اسی طرح سے</w:t>
      </w:r>
    </w:p>
    <w:p>
      <w:r>
        <w:rPr>
          <w:b/>
        </w:rPr>
        <w:t xml:space="preserve">[24:33] </w:t>
      </w:r>
      <w:r>
        <w:t>azan ke bare mein jo hua woh yeh tha</w:t>
      </w:r>
    </w:p>
    <w:p>
      <w:pPr>
        <w:jc w:val="right"/>
      </w:pPr>
      <w:r>
        <w:t>اذان کے بارے میں جو ہوا وہ یہ تھا</w:t>
      </w:r>
    </w:p>
    <w:p>
      <w:r>
        <w:rPr>
          <w:b/>
        </w:rPr>
        <w:t xml:space="preserve">[24:41] </w:t>
      </w:r>
      <w:r>
        <w:t>ke wahan par غالبا do sahabi ne khwab dekha unhi shabdon ko jo aaj muazzin dohrata hai khade</w:t>
      </w:r>
    </w:p>
    <w:p>
      <w:pPr>
        <w:jc w:val="right"/>
      </w:pPr>
      <w:r>
        <w:t>کہ وہاں پر غالبا دو صحابیوں نے خواب دیکھا انہی शब्दوں کو جو اج موذن دہراتا ہے کھڑے</w:t>
      </w:r>
    </w:p>
    <w:p>
      <w:r>
        <w:rPr>
          <w:b/>
        </w:rPr>
        <w:t xml:space="preserve">[24:48] </w:t>
      </w:r>
      <w:r>
        <w:t>hokar to unhone kaha ke maine aisa khwab dekha hai ke main aise aise bol</w:t>
      </w:r>
    </w:p>
    <w:p>
      <w:pPr>
        <w:jc w:val="right"/>
      </w:pPr>
      <w:r>
        <w:t>ہو کر تو انہوں نے کہا کہ میں نے ایسا خواب دیکھا ہے کہ میں ایسے ایسے بول</w:t>
      </w:r>
    </w:p>
    <w:p>
      <w:r>
        <w:rPr>
          <w:b/>
        </w:rPr>
        <w:t xml:space="preserve">[24:56] </w:t>
      </w:r>
      <w:r>
        <w:t>raha hoon to aap ne kaha ke yeh angel ne aakar ke bataya hai aur yahi tareeqa</w:t>
      </w:r>
    </w:p>
    <w:p>
      <w:pPr>
        <w:jc w:val="right"/>
      </w:pPr>
      <w:r>
        <w:t>رہا ہوں تو اپ نے کہا کہ یہ اینجل نے ا کر کے بتایا ہے اور یہی طریقہ</w:t>
      </w:r>
    </w:p>
    <w:p>
      <w:r>
        <w:rPr>
          <w:b/>
        </w:rPr>
        <w:t xml:space="preserve">[25:04] </w:t>
      </w:r>
      <w:r>
        <w:t>rahega namaz ke liye</w:t>
      </w:r>
    </w:p>
    <w:p>
      <w:pPr>
        <w:jc w:val="right"/>
      </w:pPr>
      <w:r>
        <w:t>رہے گا نماز کے لیے</w:t>
      </w:r>
    </w:p>
    <w:p>
      <w:r>
        <w:rPr>
          <w:b/>
        </w:rPr>
        <w:t xml:space="preserve">[25:11] </w:t>
      </w:r>
      <w:r>
        <w:t>is tareeqe se namaz ke sath azan shamil hui lekin usooli taur par azan bhi quran mein maujood</w:t>
      </w:r>
    </w:p>
    <w:p>
      <w:pPr>
        <w:jc w:val="right"/>
      </w:pPr>
      <w:r>
        <w:t>اس طریقے سے نماز کے ساتھ اذان شامل ہوئی لیکن اصولی طور پر اذان بھی قران میں موجود</w:t>
      </w:r>
    </w:p>
    <w:p>
      <w:r>
        <w:rPr>
          <w:b/>
        </w:rPr>
        <w:t xml:space="preserve">[25:20] </w:t>
      </w:r>
      <w:r>
        <w:t>hai aur namaz bhi quran mein maujood hai in principle next question is from priya she says that</w:t>
      </w:r>
    </w:p>
    <w:p>
      <w:pPr>
        <w:jc w:val="right"/>
      </w:pPr>
      <w:r>
        <w:t>ہے اور نماز بھی قران میں موجود ہے ان پرنسپل نیکسٹ کوسچن از فرام پریا شی سیز دیٹ</w:t>
      </w:r>
    </w:p>
    <w:p>
      <w:r>
        <w:rPr>
          <w:b/>
        </w:rPr>
        <w:t xml:space="preserve">[25:28] </w:t>
      </w:r>
      <w:r>
        <w:t>when you adopt a particular faith there exist major conflict between society family and your own self how</w:t>
      </w:r>
    </w:p>
    <w:p>
      <w:pPr>
        <w:jc w:val="right"/>
      </w:pPr>
      <w:r>
        <w:t>وین یو اڈاپٹ ا پرٹیکولر فیتھ دیر ایگزسٹ میجر کانفلکٹ بٹوین سوسائٹی فیملی اینڈ یور اون سیلف ہاؤ</w:t>
      </w:r>
    </w:p>
    <w:p>
      <w:r>
        <w:rPr>
          <w:b/>
        </w:rPr>
        <w:t xml:space="preserve">[25:37] </w:t>
      </w:r>
      <w:r>
        <w:t>do you manage this</w:t>
      </w:r>
    </w:p>
    <w:p>
      <w:pPr>
        <w:jc w:val="right"/>
      </w:pPr>
      <w:r>
        <w:t>ڈو یو مینج دس</w:t>
      </w:r>
    </w:p>
    <w:p>
      <w:r>
        <w:rPr>
          <w:b/>
        </w:rPr>
        <w:t xml:space="preserve">[25:46] </w:t>
      </w:r>
      <w:r>
        <w:t>haan yeh ek bada difficult question hai aur yeh har family mein hota hai yahan tak ke aap</w:t>
      </w:r>
    </w:p>
    <w:p>
      <w:pPr>
        <w:jc w:val="right"/>
      </w:pPr>
      <w:r>
        <w:t>ہاں یہ ایک بڑا ڈیفیکلٹ کوسچن ہے اور یہ ہر فیملی میں ہوتا ہے یہاں تک کہ اپ</w:t>
      </w:r>
    </w:p>
    <w:p>
      <w:r>
        <w:rPr>
          <w:b/>
        </w:rPr>
        <w:t xml:space="preserve">[25:56] </w:t>
      </w:r>
      <w:r>
        <w:t>alag faith na apnaen tab bhi hota hai tab bhi hota hai to conflict jo hai har ghar</w:t>
      </w:r>
    </w:p>
    <w:p>
      <w:pPr>
        <w:jc w:val="right"/>
      </w:pPr>
      <w:r>
        <w:t>الگ فیتھ نہ اپنائیں تب بھی ہوتا ہے تب بھی ہوتا ہے تو کانفلکٹ جو ہے ہر گھر</w:t>
      </w:r>
    </w:p>
    <w:p>
      <w:r>
        <w:rPr>
          <w:b/>
        </w:rPr>
        <w:t xml:space="preserve">[26:06] </w:t>
      </w:r>
      <w:r>
        <w:t>mein already maujood hai chahe sab ka faith ek ho chahe sab ka faith ek na ho har haal mein</w:t>
      </w:r>
    </w:p>
    <w:p>
      <w:pPr>
        <w:jc w:val="right"/>
      </w:pPr>
      <w:r>
        <w:t>میں الریڈی موجود ہے چاہے سب کا فیتھ ایک ہو چاہے سب کا فیتھ ایک نہ ہو ہر حال میں</w:t>
      </w:r>
    </w:p>
    <w:p>
      <w:r>
        <w:rPr>
          <w:b/>
        </w:rPr>
        <w:t xml:space="preserve">[26:16] </w:t>
      </w:r>
      <w:r>
        <w:t>to isko manage karne ka jo hai mamla woh sabse yani sabhi ke liye hai woh</w:t>
      </w:r>
    </w:p>
    <w:p>
      <w:pPr>
        <w:jc w:val="right"/>
      </w:pPr>
      <w:r>
        <w:t>تو اس کو مینج کرنے کا جو ہے معاملہ وہ سب سے یعنی سبھی کے لیے ہے وہ</w:t>
      </w:r>
    </w:p>
    <w:p>
      <w:r>
        <w:rPr>
          <w:b/>
        </w:rPr>
        <w:t xml:space="preserve">[26:24] </w:t>
      </w:r>
      <w:r>
        <w:t>isi ke liye nahin jisne apne faith ko badla ho to ab manage kaise kiya jaye main</w:t>
      </w:r>
    </w:p>
    <w:p>
      <w:pPr>
        <w:jc w:val="right"/>
      </w:pPr>
      <w:r>
        <w:t>اسی کے لیے نہیں جس نے اپنے فیتھ کو بدلا ہو تو اب مینج کیسے کیا جائے میں</w:t>
      </w:r>
    </w:p>
    <w:p>
      <w:r>
        <w:rPr>
          <w:b/>
        </w:rPr>
        <w:t xml:space="preserve">[26:32] </w:t>
      </w:r>
      <w:r>
        <w:t>samajhta hoon ke manage karne ka tareeqa yeh hai ke isko takrao tak to kabhi na le</w:t>
      </w:r>
    </w:p>
    <w:p>
      <w:pPr>
        <w:jc w:val="right"/>
      </w:pPr>
      <w:r>
        <w:t>سمجھتا ہوں کہ مینج کرنے کا طریقہ یہ ہے کہ اس کو ٹکراؤ تک تو کبھی نہ لے</w:t>
      </w:r>
    </w:p>
    <w:p>
      <w:r>
        <w:rPr>
          <w:b/>
        </w:rPr>
        <w:t xml:space="preserve">[26:40] </w:t>
      </w:r>
      <w:r>
        <w:t>jayen kabhi bhi takrao tak na le jayen</w:t>
      </w:r>
    </w:p>
    <w:p>
      <w:pPr>
        <w:jc w:val="right"/>
      </w:pPr>
      <w:r>
        <w:t>جائیں کبھی بھی ٹکراؤ تک نہ لے جائیں</w:t>
      </w:r>
    </w:p>
    <w:p>
      <w:r>
        <w:rPr>
          <w:b/>
        </w:rPr>
        <w:t xml:space="preserve">[26:48] </w:t>
      </w:r>
      <w:r>
        <w:t>aur yeh koshish honi chahiye ke without confrontation is</w:t>
      </w:r>
    </w:p>
    <w:p>
      <w:pPr>
        <w:jc w:val="right"/>
      </w:pPr>
      <w:r>
        <w:t>اور یہ کوشش ہونی چاہیے کہ ودا اؤٹ کنفرنٹیشن اس کو مائنس کریں ٹھنڈے طریقے سے سمجھا بجھا کر کے اور اخری بات یہ ہے کہ دعا کریں میرا اپنا ایکسپیرینس ہے کہ بڑی بڑی بات بھی دعا سے سالو ہو جاتی ہے بہت ہی بڑی بڑی بات تو میں سمج</w:t>
      </w:r>
    </w:p>
    <w:p>
      <w:r>
        <w:rPr>
          <w:b/>
        </w:rPr>
        <w:t xml:space="preserve">[27:18] </w:t>
      </w:r>
      <w:r>
        <w:t>hata hoon ke log jo hain apne aap ko jante hain wo khuda ko nahi jante doosri baat</w:t>
      </w:r>
    </w:p>
    <w:p>
      <w:pPr>
        <w:jc w:val="right"/>
      </w:pPr>
      <w:r>
        <w:t>ھتا ہوں کہ لوگ جو ہیں اپنے اپ کو جانتے ہیں وہ خدا کو نہیں جانتے دوسری بات</w:t>
      </w:r>
    </w:p>
    <w:p>
      <w:r>
        <w:rPr>
          <w:b/>
        </w:rPr>
        <w:t xml:space="preserve">[27:26] </w:t>
      </w:r>
      <w:r>
        <w:t>dua is ka matlab nahi hai ke aap kuch lafz lafz service ka naam dua nahi hai aksar</w:t>
      </w:r>
    </w:p>
    <w:p>
      <w:pPr>
        <w:jc w:val="right"/>
      </w:pPr>
      <w:r>
        <w:t>دعا اس کا مطلب نہیں ہے کہ اپ کچھ لفظ لفظ سروس کا نام دعا نہیں ہے اکثر</w:t>
      </w:r>
    </w:p>
    <w:p>
      <w:r>
        <w:rPr>
          <w:b/>
        </w:rPr>
        <w:t xml:space="preserve">[27:33] </w:t>
      </w:r>
      <w:r>
        <w:t>log dua karte hain wo samajhte hain ke main dua karta hoon halanke wo hoti hai lafz service</w:t>
      </w:r>
    </w:p>
    <w:p>
      <w:pPr>
        <w:jc w:val="right"/>
      </w:pPr>
      <w:r>
        <w:t>لوگ دعا کرتے ہیں وہ سمجھتے ہیں کہ میں دعا کرتا ہوں حالانکہ وہ ہوتی ہے لفظ سروس</w:t>
      </w:r>
    </w:p>
    <w:p>
      <w:r>
        <w:rPr>
          <w:b/>
        </w:rPr>
        <w:t xml:space="preserve">[27:41] </w:t>
      </w:r>
      <w:r>
        <w:t>lafz lafz service ki koi value nahi hai dua to dil ki ek bohat</w:t>
      </w:r>
    </w:p>
    <w:p>
      <w:pPr>
        <w:jc w:val="right"/>
      </w:pPr>
      <w:r>
        <w:t>لفظ لفظ سروس کی کوئی ویلیو نہیں ہے دعا تو دل کی ایک بہت</w:t>
      </w:r>
    </w:p>
    <w:p>
      <w:r>
        <w:rPr>
          <w:b/>
        </w:rPr>
        <w:t xml:space="preserve">[27:48] </w:t>
      </w:r>
      <w:r>
        <w:t>hai yani ek bohat hi deep se nikalne wali ek cheez hai main ne ek qissa aap ko bataya tha is se pehle ke Rampur ka qissa ke ek school teacher tha uska ek beta tha bete ne baap se kaha ke mujhe ek bicycle chahiye to bete ne to baap ne taal diya kyunke woh us ki salary kam thi bete ne kai</w:t>
      </w:r>
    </w:p>
    <w:p>
      <w:pPr>
        <w:jc w:val="right"/>
      </w:pPr>
      <w:r>
        <w:t>ہی ڈیپ یعنی ایک بہت ہی ڈیپ سے نکلنے والی ایک چیز ہے میں نے ایک قصہ اپ کو بتایا تھا اس سے پہلے کہ رام پور کا قصہ کہ ایک سکول ٹیچر تھا اس کا ایک بیٹا تھا بیٹے نے باپ سے کہا کہ مجھے ایک بائیسکل چاہیے تو بیٹے نے تو باپ نے ٹال دیا کیونکہ وہ اس کی سیلری کم تھی بیٹے نے کئی</w:t>
      </w:r>
    </w:p>
    <w:p>
      <w:r>
        <w:rPr>
          <w:b/>
        </w:rPr>
        <w:t xml:space="preserve">[28:18] </w:t>
      </w:r>
      <w:r>
        <w:t>baar kaha to baap ghusa ho gaya us ne danta ke dekho main bicycle khareed nahi sakta ab</w:t>
      </w:r>
    </w:p>
    <w:p>
      <w:pPr>
        <w:jc w:val="right"/>
      </w:pPr>
      <w:r>
        <w:t>بار کہا تو باپ غصہ ہو گیا اس نے ڈانٹا کہ دیکھو میں بائیسکل خرید نہیں سکتا اب</w:t>
      </w:r>
    </w:p>
    <w:p>
      <w:r>
        <w:rPr>
          <w:b/>
        </w:rPr>
        <w:t xml:space="preserve">[28:26] </w:t>
      </w:r>
      <w:r>
        <w:t>agar tum kahoge to main tum ko maroonga jab yeh us ne kaha to beta rone</w:t>
      </w:r>
    </w:p>
    <w:p>
      <w:pPr>
        <w:jc w:val="right"/>
      </w:pPr>
      <w:r>
        <w:t>اگر تم کہو گے تو میں تم کو ماروں گا جب یہ اس نے کہا تو بیٹا رونے</w:t>
      </w:r>
    </w:p>
    <w:p>
      <w:r>
        <w:rPr>
          <w:b/>
        </w:rPr>
        <w:t xml:space="preserve">[28:34] </w:t>
      </w:r>
      <w:r>
        <w:t xml:space="preserve"> laga aur rote hi us ne kaha ke aap hi to hamare baap hain aap se na kahein</w:t>
      </w:r>
    </w:p>
    <w:p>
      <w:pPr>
        <w:jc w:val="right"/>
      </w:pPr>
      <w:r>
        <w:t>لگا اور روتے ہی اس نے کہا کہ اپ ہی تو ہمارے باپ ہیں اپ سے نہ کہیں</w:t>
      </w:r>
    </w:p>
    <w:p>
      <w:r>
        <w:rPr>
          <w:b/>
        </w:rPr>
        <w:t xml:space="preserve">[28:42] </w:t>
      </w:r>
      <w:r>
        <w:t>to kis se kahein</w:t>
      </w:r>
    </w:p>
    <w:p>
      <w:pPr>
        <w:jc w:val="right"/>
      </w:pPr>
      <w:r>
        <w:t>تو کس سے کہیں</w:t>
      </w:r>
    </w:p>
    <w:p>
      <w:r>
        <w:rPr>
          <w:b/>
        </w:rPr>
        <w:t xml:space="preserve">[28:49] </w:t>
      </w:r>
      <w:r>
        <w:t>yeh hai dua chahe jab aisa kaha us ne to ab baap bhi rone laga ke theek hai</w:t>
      </w:r>
    </w:p>
    <w:p>
      <w:pPr>
        <w:jc w:val="right"/>
      </w:pPr>
      <w:r>
        <w:t>یہ ہے دعا چاہے جب ایسا کہا اس نے تو اب باپ بھی رونے لگا کہ ٹھیک ہے</w:t>
      </w:r>
    </w:p>
    <w:p>
      <w:r>
        <w:rPr>
          <w:b/>
        </w:rPr>
        <w:t xml:space="preserve">[28:57] </w:t>
      </w:r>
      <w:r>
        <w:t>main tumhare liye bicycle ka intezam karta hoon to main sochta raha ke aisa kyun hua is sentence</w:t>
      </w:r>
    </w:p>
    <w:p>
      <w:pPr>
        <w:jc w:val="right"/>
      </w:pPr>
      <w:r>
        <w:t>میں تمہارے لیے بائیسکل کا انتظام کرتا ہوں تو میں سوچتا رہا کہ ایسا کیوں ہوا اس سینٹنس</w:t>
      </w:r>
    </w:p>
    <w:p>
      <w:r>
        <w:rPr>
          <w:b/>
        </w:rPr>
        <w:t xml:space="preserve">[29:05] </w:t>
      </w:r>
      <w:r>
        <w:t>mein kya cheez thi to asal cheez yeh thi ke jab bete ne aisa kaha to us ne</w:t>
      </w:r>
    </w:p>
    <w:p>
      <w:pPr>
        <w:jc w:val="right"/>
      </w:pPr>
      <w:r>
        <w:t>میں کیا چیز تھی تو اصل چیز یہ تھی کہ جب بیٹے نے ایسا کہا تو اس نے</w:t>
      </w:r>
    </w:p>
    <w:p>
      <w:r>
        <w:rPr>
          <w:b/>
        </w:rPr>
        <w:t xml:space="preserve">[29:13] </w:t>
      </w:r>
      <w:r>
        <w:t>kaha ke fatherhood ko test par khara kar diya</w:t>
      </w:r>
    </w:p>
    <w:p>
      <w:pPr>
        <w:jc w:val="right"/>
      </w:pPr>
      <w:r>
        <w:t>کہا کہ فادر ہڈ کو ٹیسٹ پر کھڑا کر دیا</w:t>
      </w:r>
    </w:p>
    <w:p>
      <w:r>
        <w:rPr>
          <w:b/>
        </w:rPr>
        <w:t xml:space="preserve">[29:21] </w:t>
      </w:r>
      <w:r>
        <w:t>fatherhood test par aa gayi ke jahan pehle bete bete ka problem tha wahan father ka problem ban gaya bete ka problem yeh tha ke mujhe mujhe bicycle na ho gi to main kaise jaon ga kahin jana hai ab father ka problem yeh gaya ke meri meri fatherhood doubtful hai agar main is ko bicycle na de saka to main father nahin is ka is extent tak jab pahunch jaye dua to hi sachi dua hoti hai auraisi dua zaroor qabool hoti hai is</w:t>
      </w:r>
    </w:p>
    <w:p>
      <w:pPr>
        <w:jc w:val="right"/>
      </w:pPr>
      <w:r>
        <w:t>فادر ہڈ ٹیسٹ پر ا گئی کہ جہاں پہلے بیٹے بیٹے کا پرابلم تھا وہاں فادر کا پرابلم بن گیا بیٹے کا پرابلم یہ تھا کہ مجھے مجھے بائیسکل نہ ہو گی تو میں کیسے جاؤں گا کہیں جانا ہے اب فادر کا پرابلم یہ گیا کہ میری میری فادر ہڈ ڈاؤٹ فل ہے اگر میں اس کو بائیسکل نہ دے سکا تو میں فادر نہیں اس کا اس ایکسٹنٹ تک جب پہنچ جائے دعا تو ہی سچی دعا ہوتی ہے اور ایسی دعا ضرور قبول ہوتی ہے اس</w:t>
      </w:r>
    </w:p>
    <w:p>
      <w:r>
        <w:rPr>
          <w:b/>
        </w:rPr>
        <w:t xml:space="preserve">[29:51] </w:t>
      </w:r>
      <w:r>
        <w:t>wajeh se main samajhta hoon ke is mamle mein kam az kam yeh to zaroor karna chahiye ke</w:t>
      </w:r>
    </w:p>
    <w:p>
      <w:pPr>
        <w:jc w:val="right"/>
      </w:pPr>
      <w:r>
        <w:t>وجہ سے میں سمجھتا ہوں کہ اس معاملے میں کم از کم یہ تو ضرور کرنا چاہیے کہ</w:t>
      </w:r>
    </w:p>
    <w:p>
      <w:r>
        <w:rPr>
          <w:b/>
        </w:rPr>
        <w:t xml:space="preserve">[29:58] </w:t>
      </w:r>
      <w:r>
        <w:t>kisi bhi haal mein aadmi na to ladai jhagda kare na negative boli bole yahan tak ke dil</w:t>
      </w:r>
    </w:p>
    <w:p>
      <w:pPr>
        <w:jc w:val="right"/>
      </w:pPr>
      <w:r>
        <w:t>کسی بھی حال میں ادمی نہ تو لڑائی جھگڑا کرے نہ نیگیٹیو بولی بولے یہاں تک کہ دل</w:t>
      </w:r>
    </w:p>
    <w:p>
      <w:r>
        <w:rPr>
          <w:b/>
        </w:rPr>
        <w:t xml:space="preserve">[30:06] </w:t>
      </w:r>
      <w:r>
        <w:t>mein bhi negative thought na aaye dil mein bhi nahi to zaroor woh manage ho jayega das</w:t>
      </w:r>
    </w:p>
    <w:p>
      <w:pPr>
        <w:jc w:val="right"/>
      </w:pPr>
      <w:r>
        <w:t>میں بھی نیگیٹیو تھاٹ نہ ائے دل میں بھی نہیں تو ضرور وہ مینج ہو جائے گا دس</w:t>
      </w:r>
    </w:p>
    <w:p>
      <w:r>
        <w:rPr>
          <w:b/>
        </w:rPr>
        <w:t xml:space="preserve">[30:13] </w:t>
      </w:r>
      <w:r>
        <w:t>next question rather its an observation from Maulana Zik</w:t>
      </w:r>
    </w:p>
    <w:p>
      <w:pPr>
        <w:jc w:val="right"/>
      </w:pPr>
      <w:r>
        <w:t>نیکسٹ کوسچن رادر اٹس این ابزرویشن فرام مولانا زک</w:t>
      </w:r>
    </w:p>
    <w:p>
      <w:r>
        <w:rPr>
          <w:b/>
        </w:rPr>
        <w:t xml:space="preserve">[30:21] </w:t>
      </w:r>
      <w:r>
        <w:t>Wahiduddin Nadvi, he says that he has observed that people who have been coming to these classes, they</w:t>
      </w:r>
    </w:p>
    <w:p>
      <w:pPr>
        <w:jc w:val="right"/>
      </w:pPr>
      <w:r>
        <w:t>وان ندوی ہی سیز دیٹ ہی ہیز ابزروڈ دیٹ پیپل ہو ہیو بین کمنگ ٹو دیز کلاسز دے</w:t>
      </w:r>
    </w:p>
    <w:p>
      <w:r>
        <w:rPr>
          <w:b/>
        </w:rPr>
        <w:t xml:space="preserve">[30:33] </w:t>
      </w:r>
      <w:r>
        <w:t>are getting benefited in terms of their intellectual development and other related aspects of learning then why is</w:t>
      </w:r>
    </w:p>
    <w:p>
      <w:pPr>
        <w:jc w:val="right"/>
      </w:pPr>
      <w:r>
        <w:t>ار گیٹنگ بینیفٹڈ ان ٹرمز اف دیر انٹلیکچول ڈیویلپمنٹ اینڈ ادر ریلیٹڈ اسپیکٹس اف لرننگ دین وائی از</w:t>
      </w:r>
    </w:p>
    <w:p>
      <w:r>
        <w:rPr>
          <w:b/>
        </w:rPr>
        <w:t xml:space="preserve">[30:44] </w:t>
      </w:r>
      <w:r>
        <w:t>at that people don't take it seriously and come to these classes regularly. What is the psychology behind it?</w:t>
      </w:r>
    </w:p>
    <w:p>
      <w:pPr>
        <w:jc w:val="right"/>
      </w:pPr>
      <w:r>
        <w:t>اٹ دیٹ پیپل ڈونٹ ٹیک اٹ سیریسلی اینڈ کم ٹو دیز کلاسز ریگولرلی واٹ از دی سائیکالوجی بیہائنڈ اٹ</w:t>
      </w:r>
    </w:p>
    <w:p>
      <w:r>
        <w:rPr>
          <w:b/>
        </w:rPr>
        <w:t xml:space="preserve">[30:56] </w:t>
      </w:r>
      <w:r>
        <w:t>dekhen is mein aisa hai is question ke peeche jo baat hai wo yeh hai ke wo compare</w:t>
      </w:r>
    </w:p>
    <w:p>
      <w:pPr>
        <w:jc w:val="right"/>
      </w:pPr>
      <w:r>
        <w:t>دیکھیں اس میں ایسا ہے اس کوئسچن کے پیچھے جو بات ہے وہ یہ ہے کہ وہ کمپیئر</w:t>
      </w:r>
    </w:p>
    <w:p>
      <w:r>
        <w:rPr>
          <w:b/>
        </w:rPr>
        <w:t xml:space="preserve">[31:04] </w:t>
      </w:r>
      <w:r>
        <w:t>kar rahe hain do ideology se yani is aanay wale ke peeche ek ideology thi jis se wo</w:t>
      </w:r>
    </w:p>
    <w:p>
      <w:pPr>
        <w:jc w:val="right"/>
      </w:pPr>
      <w:r>
        <w:t>کر رہے ہیں دو ائیڈیالوجی سے یعنی اس انے والے کے پیچھے ایک ائیڈیالوجی تھی جس سے وہ</w:t>
      </w:r>
    </w:p>
    <w:p>
      <w:r>
        <w:rPr>
          <w:b/>
        </w:rPr>
        <w:t xml:space="preserve">[31:11] </w:t>
      </w:r>
      <w:r>
        <w:t>jura hua tha is se pehle ab wo yahan aanay laga kaha ke bhai zyada better ideology hai</w:t>
      </w:r>
    </w:p>
    <w:p>
      <w:pPr>
        <w:jc w:val="right"/>
      </w:pPr>
      <w:r>
        <w:t>جڑا ہوا تھا اس سے پہلے اب وہ یہاں انے لگا کہا کہ بھئی زیادہ بیٹر ائیڈیالوجی ہے</w:t>
      </w:r>
    </w:p>
    <w:p>
      <w:r>
        <w:rPr>
          <w:b/>
        </w:rPr>
        <w:t xml:space="preserve">[31:19] </w:t>
      </w:r>
      <w:r>
        <w:t>yahan zyada better way mein is ko sachai mil rahi hai lekin is ke sath ek teesri cheez bhi hai</w:t>
      </w:r>
    </w:p>
    <w:p>
      <w:pPr>
        <w:jc w:val="right"/>
      </w:pPr>
      <w:r>
        <w:t>یہاں زیادہ بیٹر وے میں اس کو سچائی مل رہی ہے لیکن اس کے ساتھ ایک تیسری چیز بھی ہے</w:t>
      </w:r>
    </w:p>
    <w:p>
      <w:r>
        <w:rPr>
          <w:b/>
        </w:rPr>
        <w:t xml:space="preserve">[31:27] </w:t>
      </w:r>
      <w:r>
        <w:t>wo ek wo aadmi jo aaya aur phir nahi aa saka to wo is ke sath material interest</w:t>
      </w:r>
    </w:p>
    <w:p>
      <w:pPr>
        <w:jc w:val="right"/>
      </w:pPr>
      <w:r>
        <w:t>وہ ایک وہ ادمی جو ایا اور پھر نہیں ا سکا تو وہ اس کے ساتھ مٹیریل انٹرسٹ</w:t>
      </w:r>
    </w:p>
    <w:p>
      <w:r>
        <w:rPr>
          <w:b/>
        </w:rPr>
        <w:t xml:space="preserve">[31:34] </w:t>
      </w:r>
      <w:r>
        <w:t>bhi jura hua tha wo aadmi jo tha kisi island se nahi aaya tha is ke sath</w:t>
      </w:r>
    </w:p>
    <w:p>
      <w:pPr>
        <w:jc w:val="right"/>
      </w:pPr>
      <w:r>
        <w:t>بھی جڑا ہوا تھا وہ ادمی جو تھا کسی ائی لینڈ سے نہیں ایا تھا اس کے ساتھ</w:t>
      </w:r>
    </w:p>
    <w:p>
      <w:r>
        <w:rPr>
          <w:b/>
        </w:rPr>
        <w:t xml:space="preserve">[31:42] </w:t>
      </w:r>
      <w:r>
        <w:t>is ka material interest jura hua hai family se related society se related job se related industry se</w:t>
      </w:r>
    </w:p>
    <w:p>
      <w:pPr>
        <w:jc w:val="right"/>
      </w:pPr>
      <w:r>
        <w:t>اس کا مٹیریل انٹرسٹ جڑا ہوا ہے فیملی سے ریلیٹڈ سوسائٹی سے ریلیٹڈ جاب سے ریلیٹڈ انڈسٹری سے</w:t>
      </w:r>
    </w:p>
    <w:p>
      <w:r>
        <w:rPr>
          <w:b/>
        </w:rPr>
        <w:t xml:space="preserve">[31:50] </w:t>
      </w:r>
      <w:r>
        <w:t>related to ab jo hai comparison jo practical tor par jo ho jata hai baat ko regular aanay mein</w:t>
      </w:r>
    </w:p>
    <w:p>
      <w:pPr>
        <w:jc w:val="right"/>
      </w:pPr>
      <w:r>
        <w:t>ریلیٹڈ تو اب جو ہے کمپیریزن جو پریکٹیکل طور پر جو ہو جاتا ہے بات کو ریگولر انے میں</w:t>
      </w:r>
    </w:p>
    <w:p>
      <w:r>
        <w:rPr>
          <w:b/>
        </w:rPr>
        <w:t xml:space="preserve">[31:57] </w:t>
      </w:r>
      <w:r>
        <w:t>keh is ka interest ko security banana parta hai is ko to apne pehli ideology ko to woh</w:t>
      </w:r>
    </w:p>
    <w:p>
      <w:pPr>
        <w:jc w:val="right"/>
      </w:pPr>
      <w:r>
        <w:t>کہ اس کا انٹرسٹ کو سکرٹی بنانا پڑتا ہے اس کو تو اپنے پچھلی ائیڈیالوجی کو تو وہ</w:t>
      </w:r>
    </w:p>
    <w:p>
      <w:r>
        <w:rPr>
          <w:b/>
        </w:rPr>
        <w:t xml:space="preserve">[32:05] </w:t>
      </w:r>
      <w:r>
        <w:t>security bananay tayyar tha woh lekin apne interest ko woh security banaye is liye tayyar nahi tha woh</w:t>
      </w:r>
    </w:p>
    <w:p>
      <w:pPr>
        <w:jc w:val="right"/>
      </w:pPr>
      <w:r>
        <w:t>سکرٹی بنانے تیار تھا وہ لیکن اپنے انٹرسٹ کو وہ سکرٹی بنائے اس لیے تیار نہیں تھا وہ</w:t>
      </w:r>
    </w:p>
    <w:p>
      <w:r>
        <w:rPr>
          <w:b/>
        </w:rPr>
        <w:t xml:space="preserve">[32:12] </w:t>
      </w:r>
      <w:r>
        <w:t>to jab jab clash tha do ideology mein tab woh hamare sath milnay ko tayyar tha lekin jab</w:t>
      </w:r>
    </w:p>
    <w:p>
      <w:pPr>
        <w:jc w:val="right"/>
      </w:pPr>
      <w:r>
        <w:t>تو جب جب کلیش تھا دو ائیڈیالوجی میں تب وہ ہمارے ساتھ ملنے کو تیار تھا لیکن جب</w:t>
      </w:r>
    </w:p>
    <w:p>
      <w:r>
        <w:rPr>
          <w:b/>
        </w:rPr>
        <w:t xml:space="preserve">[32:20] </w:t>
      </w:r>
      <w:r>
        <w:t>clash ho gaya keh hamari ideology aur is ka material interest to idhar</w:t>
      </w:r>
    </w:p>
    <w:p>
      <w:pPr>
        <w:jc w:val="right"/>
      </w:pPr>
      <w:r>
        <w:t>کلیش ہو گیا کہ ہماری ائیڈیالوجی اور اس کا مٹیریل انٹرسٹ تو ادھر</w:t>
      </w:r>
    </w:p>
    <w:p>
      <w:r>
        <w:rPr>
          <w:b/>
        </w:rPr>
        <w:t xml:space="preserve">[32:27] </w:t>
      </w:r>
      <w:r>
        <w:t>jhuk gaya kyunke material interest ka mamla aisa hai ke bohat hi zabardast pakad is ki hoti hai to bohat hi kam log hote hain jo material interest ko ignore kar ke hamare sath juden to main samajhta hoon ke un ka na aana baat ko pehle aana jab ke woh maan rahe the ke bohat hi sahi baat yahan kahi ja rahi hai jis ki wajah se material interest ka jo bond tha woh</w:t>
      </w:r>
    </w:p>
    <w:p>
      <w:pPr>
        <w:jc w:val="right"/>
      </w:pPr>
      <w:r>
        <w:t>جھک گیا کیونکہ مٹیریل انٹرسٹ کا معاملہ ایسا ہے کہ بہت ہی زبردست پکڑ اس کی ہوتی ہے تو بہت ہی کم لوگ ہوتے ہیں جو مٹیریل انٹرسٹ کو اگنور کر کے ہمارے ساتھ جڑیں تو میں سمجھتا ہوں کہ ان کا نہ انا بات کو پہلے انا جب کہ وہ مان رہے تھے کہ بہت ہی صحیح بات یہاں کہی جا رہی ہے جس کی وجہ سے مٹیریل انٹرسٹ کا جو بانڈ تھا وہ</w:t>
      </w:r>
    </w:p>
    <w:p>
      <w:r>
        <w:rPr>
          <w:b/>
        </w:rPr>
        <w:t xml:space="preserve">[32:57] </w:t>
      </w:r>
      <w:r>
        <w:t>in ka bohat hi strong tha is ko nazar aik usay ignore kar kay woh hum sath jurt</w:t>
      </w:r>
    </w:p>
    <w:p>
      <w:pPr>
        <w:jc w:val="right"/>
      </w:pPr>
      <w:r>
        <w:t>ان کا بہت ہی سٹرانگ تھا اس کو نظر ایک اسے اگنور کر کے وہ ہم ساتھ جڑ</w:t>
      </w:r>
    </w:p>
    <w:p>
      <w:r>
        <w:rPr>
          <w:b/>
        </w:rPr>
        <w:t xml:space="preserve">[33:03] </w:t>
      </w:r>
      <w:r>
        <w:t>nahi jurr saktay thay woh is liye idhar loot gaye yeh hai qissa ab agar unhein samjhaya jaye</w:t>
      </w:r>
    </w:p>
    <w:p>
      <w:pPr>
        <w:jc w:val="right"/>
      </w:pPr>
      <w:r>
        <w:t>نہیں جڑ سکتے تھے وہ اس لیے ادھر لوٹ گئے یہ ہے قصہ اب اگر انہیں سمجھایا جائے</w:t>
      </w:r>
    </w:p>
    <w:p>
      <w:r>
        <w:rPr>
          <w:b/>
        </w:rPr>
        <w:t xml:space="preserve">[33:10] </w:t>
      </w:r>
      <w:r>
        <w:t>to shayad phir woh revise karein apne is par keh material interest to khuda ke hath mein hai</w:t>
      </w:r>
    </w:p>
    <w:p>
      <w:pPr>
        <w:jc w:val="right"/>
      </w:pPr>
      <w:r>
        <w:t>تو شاید پھر وہ ریوائز کریں اپنے اس پر کہ مٹیریل انٹرسٹ تو خدا کے ہاتھ میں ہے</w:t>
      </w:r>
    </w:p>
    <w:p>
      <w:r>
        <w:rPr>
          <w:b/>
        </w:rPr>
        <w:t xml:space="preserve">[33:16] </w:t>
      </w:r>
      <w:r>
        <w:t>ap ke hath mein hai hi nahi ap ayein ya na ayein dono halaton mein khuda ke hath</w:t>
      </w:r>
    </w:p>
    <w:p>
      <w:pPr>
        <w:jc w:val="right"/>
      </w:pPr>
      <w:r>
        <w:t>اپ کے ہاتھ میں ہے ہی نہیں اپ ائیں یا نہ ائیں دونوں حالتوں میں خدا کے ہاتھ</w:t>
      </w:r>
    </w:p>
    <w:p>
      <w:r>
        <w:rPr>
          <w:b/>
        </w:rPr>
        <w:t xml:space="preserve">[33:22] </w:t>
      </w:r>
      <w:r>
        <w:t>mein hai to ap khuda par bharosa kijiye</w:t>
      </w:r>
    </w:p>
    <w:p>
      <w:pPr>
        <w:jc w:val="right"/>
      </w:pPr>
      <w:r>
        <w:t>میں ہے تو اپ خدا پر بھروسہ کیجئے</w:t>
      </w:r>
    </w:p>
    <w:p>
      <w:r>
        <w:rPr>
          <w:b/>
        </w:rPr>
        <w:t xml:space="preserve">[33:28] </w:t>
      </w:r>
      <w:r>
        <w:t>agar yeh baat un ki samajh mein aa gayi to mera khayal hai keh woh phir ana shuru</w:t>
      </w:r>
    </w:p>
    <w:p>
      <w:pPr>
        <w:jc w:val="right"/>
      </w:pPr>
      <w:r>
        <w:t>اگر یہ بات ان کی سمجھ میں ا گئی تو میرا خیال ہے کہ وہ پھر انا شروع</w:t>
      </w:r>
    </w:p>
    <w:p>
      <w:r>
        <w:rPr>
          <w:b/>
        </w:rPr>
        <w:t xml:space="preserve">[33:36] </w:t>
      </w:r>
      <w:r>
        <w:t>kardenge here is gentleman mr faraz who have come to see cps classes very first</w:t>
      </w:r>
    </w:p>
    <w:p>
      <w:pPr>
        <w:jc w:val="right"/>
      </w:pPr>
      <w:r>
        <w:t>کر دیں گے ہیر از جنٹلمین مسٹر فراز ہو ہیو کم ٹو سی پی ایس کلاسز ویری فرسٹ</w:t>
      </w:r>
    </w:p>
    <w:p>
      <w:r>
        <w:rPr>
          <w:b/>
        </w:rPr>
        <w:t xml:space="preserve">[33:43] </w:t>
      </w:r>
      <w:r>
        <w:t>time his question is that is it all right to hold the holy book and read the translation</w:t>
      </w:r>
    </w:p>
    <w:p>
      <w:pPr>
        <w:jc w:val="right"/>
      </w:pPr>
      <w:r>
        <w:t>ٹائم ہز کوسچن از دیٹ از اٹ ال رائٹ ٹو ہولڈ دی ہولی بک اینڈ ریڈ دی ٹرانسلیشن</w:t>
      </w:r>
    </w:p>
    <w:p>
      <w:r>
        <w:rPr>
          <w:b/>
        </w:rPr>
        <w:t xml:space="preserve">[33:51] </w:t>
      </w:r>
      <w:r>
        <w:t>during taravih ho gaya sorry</w:t>
      </w:r>
    </w:p>
    <w:p>
      <w:pPr>
        <w:jc w:val="right"/>
      </w:pPr>
      <w:r>
        <w:t>ڈیورنگ تراویح ہو گیا سوری</w:t>
      </w:r>
    </w:p>
    <w:p>
      <w:r>
        <w:rPr>
          <w:b/>
        </w:rPr>
        <w:t xml:space="preserve">[33:59] </w:t>
      </w:r>
      <w:r>
        <w:t>next question is from Warija. I agree that ultimate paradise lies in the hereafter, but can I do anything to find it even partially on this earth also? Dekhen, Hindi mein ek word hai bangi. Bangi ka matlab hota</w:t>
      </w:r>
    </w:p>
    <w:p>
      <w:pPr>
        <w:jc w:val="right"/>
      </w:pPr>
      <w:r>
        <w:t>نیکسٹ کوسچن از فرام واریجا ائی ایگری دیٹ الٹیمیٹ پیراڈائز لائیز ان دی ہیئر افٹر بٹ کین ائی ڈو اینی تھنگ ٹو فائنڈ اٹ ایون پارشلی ان دس ارتھ السو دیکھیں ہندی میں ایک ورڈ ہے بانگی بانگی کا مطلب ہوت</w:t>
      </w:r>
    </w:p>
    <w:p>
      <w:r>
        <w:rPr>
          <w:b/>
        </w:rPr>
        <w:t xml:space="preserve">[34:29] </w:t>
      </w:r>
      <w:r>
        <w:t>hai specimen to main yahan tak samjha hoon Khuda ne paradise jo banai hai jo perfect hai ideal hai har qism ka pleasure jahan hai us ki bangi ke tor par yeh duniya bana di hai yahan par hamein das bees saal chalis pachas saal rehte hain sirf yeh samajhne ke liye ke paradise kaisi ho gi to ek partial test hamein</w:t>
      </w:r>
    </w:p>
    <w:p>
      <w:pPr>
        <w:jc w:val="right"/>
      </w:pPr>
      <w:r>
        <w:t>ا ہے اسپیسیمن تو میں یہاں تک سمجھا ہوں خدا نے پیراڈائز جو بنائی ہے جو پرفیکٹ ہے ائیڈیل ہے ہر قسم کا پلیژر جہاں ہے اس کی بانگی کے طور پر یہ دنیا بنا دی ہے یہاں پر ہمیں دس بیس سال چالیس پچاس سال رہتے ہیں صرف یہ سمجھنے کے لیے کہ پیراڈائز کیسی ہوگی تو ایک پارشیل ٹیسٹ ہمیں</w:t>
      </w:r>
    </w:p>
    <w:p>
      <w:r>
        <w:rPr>
          <w:b/>
        </w:rPr>
        <w:t xml:space="preserve">[34:59] </w:t>
      </w:r>
      <w:r>
        <w:t>diya jata hai is liye nahi keh is ko enjoy kar kay khoob yahan samjhein keh chalo hum</w:t>
      </w:r>
    </w:p>
    <w:p>
      <w:pPr>
        <w:jc w:val="right"/>
      </w:pPr>
      <w:r>
        <w:t>دیا جاتا ہے اس لیے نہیں کہ اس کو انجوائے کر کے خوب یہاں سمجھیں کہ چلو ہم</w:t>
      </w:r>
    </w:p>
    <w:p>
      <w:r>
        <w:rPr>
          <w:b/>
        </w:rPr>
        <w:t xml:space="preserve">[35:05] </w:t>
      </w:r>
      <w:r>
        <w:t>yahin mil gaya is liye nahi balkeh is is ko samajhnay ke liye yeh hai is ka woh</w:t>
      </w:r>
    </w:p>
    <w:p>
      <w:pPr>
        <w:jc w:val="right"/>
      </w:pPr>
      <w:r>
        <w:t>یہیں مل گیا اس لیے نہیں بلکہ اس اس کو سمجھنے کے لیے یہ ہے اس کا وہ</w:t>
      </w:r>
    </w:p>
    <w:p>
      <w:r>
        <w:rPr>
          <w:b/>
        </w:rPr>
        <w:t xml:space="preserve">[35:11] </w:t>
      </w:r>
      <w:r>
        <w:t>jahan tak mein samajhta hoon keh agar koi yeh chahe keh isi dunya hi mein apni paradise bana</w:t>
      </w:r>
    </w:p>
    <w:p>
      <w:pPr>
        <w:jc w:val="right"/>
      </w:pPr>
      <w:r>
        <w:t>جہاں تک میں سمجھتا ہوں کہ اگر کوئی یہ چاہے کہ اسی دنیا ہی میں اپنی پیراڈائز بنا</w:t>
      </w:r>
    </w:p>
    <w:p>
      <w:r>
        <w:rPr>
          <w:b/>
        </w:rPr>
        <w:t xml:space="preserve">[35:17] </w:t>
      </w:r>
      <w:r>
        <w:t>le chahe woh das bees saal ke liye bhi pachas saal ke liye bhi to mein samajhta hoon</w:t>
      </w:r>
    </w:p>
    <w:p>
      <w:pPr>
        <w:jc w:val="right"/>
      </w:pPr>
      <w:r>
        <w:t>لے چاہے وہ دس بیس سال کے لیے بھی پچاس سال کے لیے بھی تو میں سمجھتا ہوں</w:t>
      </w:r>
    </w:p>
    <w:p>
      <w:r>
        <w:rPr>
          <w:b/>
        </w:rPr>
        <w:t xml:space="preserve">[35:23] </w:t>
      </w:r>
      <w:r>
        <w:t>keh yeh possible nahi hai</w:t>
      </w:r>
    </w:p>
    <w:p>
      <w:pPr>
        <w:jc w:val="right"/>
      </w:pPr>
      <w:r>
        <w:t>کہ یہ پاسیبل نہیں ہے</w:t>
      </w:r>
    </w:p>
    <w:p>
      <w:r>
        <w:rPr>
          <w:b/>
        </w:rPr>
        <w:t xml:space="preserve">[35:30] </w:t>
      </w:r>
      <w:r>
        <w:t>possible nahi hai is liye keh dunya mein jo bhi pleasure rakha gaya hai har pleasure ke sath</w:t>
      </w:r>
    </w:p>
    <w:p>
      <w:pPr>
        <w:jc w:val="right"/>
      </w:pPr>
      <w:r>
        <w:t>پاسیبل نہیں ہے اس لیے کہ دنیا میں جو بھی پلیژر رکھا گیا ہے ہر پلیژر کے ساتھ</w:t>
      </w:r>
    </w:p>
    <w:p>
      <w:r>
        <w:rPr>
          <w:b/>
        </w:rPr>
        <w:t xml:space="preserve">[35:37] </w:t>
      </w:r>
      <w:r>
        <w:t>sath kuch kuch cheezein aisi hain jo is ko negate karne wali hain admi ke sath koi hasil</w:t>
      </w:r>
    </w:p>
    <w:p>
      <w:pPr>
        <w:jc w:val="right"/>
      </w:pPr>
      <w:r>
        <w:t>ساتھ کچھ کچھ چیزیں ایسی ہیں جو اس کو نیگیٹ کرنے والی ہیں ادمی کے ساتھ کوئی حاصل</w:t>
      </w:r>
    </w:p>
    <w:p>
      <w:r>
        <w:rPr>
          <w:b/>
        </w:rPr>
        <w:t xml:space="preserve">[35:45] </w:t>
      </w:r>
      <w:r>
        <w:t>kar liya pleasure us ne is mein jeenay laga tab bhi kya hota hai kabhi boredom aa jata</w:t>
      </w:r>
    </w:p>
    <w:p>
      <w:pPr>
        <w:jc w:val="right"/>
      </w:pPr>
      <w:r>
        <w:t>کر لیا پلیژر اس نے اس میں جینے لگا تب بھی کیا ہوتا ہے کبھی بورڈم ا جاتا</w:t>
      </w:r>
    </w:p>
    <w:p>
      <w:r>
        <w:rPr>
          <w:b/>
        </w:rPr>
        <w:t xml:space="preserve">[35:53] </w:t>
      </w:r>
      <w:r>
        <w:t>hai kabhi bimari aa jati hai kabhi accident ho jata hai</w:t>
      </w:r>
    </w:p>
    <w:p>
      <w:pPr>
        <w:jc w:val="right"/>
      </w:pPr>
      <w:r>
        <w:t>ہے کبھی بیماری ا جاتی ہے کبھی ایکسیڈنٹ ہو جاتا ہے</w:t>
      </w:r>
    </w:p>
    <w:p>
      <w:r>
        <w:rPr>
          <w:b/>
        </w:rPr>
        <w:t xml:space="preserve">[36:01] </w:t>
      </w:r>
      <w:r>
        <w:t>kabhi social compulsion is ko na chahtay huay kahin musibat mein daal dete hain to tarah tarah ki</w:t>
      </w:r>
    </w:p>
    <w:p>
      <w:pPr>
        <w:jc w:val="right"/>
      </w:pPr>
      <w:r>
        <w:t>کبھی سوشل کمپلشن اس کو نہ چاہتے ہوئے کہیں مصیبت میں ڈال دیتے ہیں تو طرح طرح کی</w:t>
      </w:r>
    </w:p>
    <w:p>
      <w:r>
        <w:rPr>
          <w:b/>
        </w:rPr>
        <w:t xml:space="preserve">[36:08] </w:t>
      </w:r>
      <w:r>
        <w:t>baatein yahan aisi hain jo ap ko rukawat hain keh dunya mein ap partial sense mein bhi paradise</w:t>
      </w:r>
    </w:p>
    <w:p>
      <w:pPr>
        <w:jc w:val="right"/>
      </w:pPr>
      <w:r>
        <w:t>باتیں یہاں ایسی ہیں جو اپ کو رکاوٹ ہیں کہ دنیا میں اپ پارشل سینس میں بھی پیراڈائز</w:t>
      </w:r>
    </w:p>
    <w:p>
      <w:r>
        <w:rPr>
          <w:b/>
        </w:rPr>
        <w:t xml:space="preserve">[36:16] </w:t>
      </w:r>
      <w:r>
        <w:t>bana sakein bas door se dekh sakte hain bas door se dekh sakte hain jaise mein apna qissa</w:t>
      </w:r>
    </w:p>
    <w:p>
      <w:pPr>
        <w:jc w:val="right"/>
      </w:pPr>
      <w:r>
        <w:t>بنا سکیں بس دور سے دیکھ سکتے ہیں بس دور سے دیکھ سکتے ہیں جیسے میں اپنا قصہ</w:t>
      </w:r>
    </w:p>
    <w:p>
      <w:r>
        <w:rPr>
          <w:b/>
        </w:rPr>
        <w:t xml:space="preserve">[36:23] </w:t>
      </w:r>
      <w:r>
        <w:t>arz karun ke main kashmir gaya wahan pahalgam mein</w:t>
      </w:r>
    </w:p>
    <w:p>
      <w:pPr>
        <w:jc w:val="right"/>
      </w:pPr>
      <w:r>
        <w:t>عرض کروں کہ میں کشمیر گیا وہاں پہلگام میں</w:t>
      </w:r>
    </w:p>
    <w:p>
      <w:r>
        <w:rPr>
          <w:b/>
        </w:rPr>
        <w:t xml:space="preserve">[36:31] </w:t>
      </w:r>
      <w:r>
        <w:t>bohat hi pure water hai wahan par flow kar raha hai ek river to pani wahan ka bohat</w:t>
      </w:r>
    </w:p>
    <w:p>
      <w:pPr>
        <w:jc w:val="right"/>
      </w:pPr>
      <w:r>
        <w:t>بہت ہی پیور واٹر ہے وہاں پر فلو کر رہا ہے ایک ریور تو پانی وہاں کا بہت</w:t>
      </w:r>
    </w:p>
    <w:p>
      <w:r>
        <w:rPr>
          <w:b/>
        </w:rPr>
        <w:t xml:space="preserve">[36:38] </w:t>
      </w:r>
      <w:r>
        <w:t>hi acha hai jo seedha aa raha hai hamare pahar ke upar se to hamare sath the ek</w:t>
      </w:r>
    </w:p>
    <w:p>
      <w:pPr>
        <w:jc w:val="right"/>
      </w:pPr>
      <w:r>
        <w:t>ہی اچھا ہے جو سیدھا ا رہا ہے ہمارے پہاڑ کے اوپر سے تو ہمارے ساتھ تھے ایک</w:t>
      </w:r>
    </w:p>
    <w:p>
      <w:r>
        <w:rPr>
          <w:b/>
        </w:rPr>
        <w:t xml:space="preserve">[36:46] </w:t>
      </w:r>
      <w:r>
        <w:t>kashmiri un ke pas ek glass tha to main ne kaha ke glass unhon ne diya mujhe to</w:t>
      </w:r>
    </w:p>
    <w:p>
      <w:pPr>
        <w:jc w:val="right"/>
      </w:pPr>
      <w:r>
        <w:t>کشمیری ان کے پاس ایک گلاس تھا تو میں نے کہا کہ گلاس انہوں نے دیا مجھے تو</w:t>
      </w:r>
    </w:p>
    <w:p>
      <w:r>
        <w:rPr>
          <w:b/>
        </w:rPr>
        <w:t xml:space="preserve">[36:54] </w:t>
      </w:r>
      <w:r>
        <w:t>main ne piya ek glass piya to bara acha laga bohat acha behtareen yani wo</w:t>
      </w:r>
    </w:p>
    <w:p>
      <w:pPr>
        <w:jc w:val="right"/>
      </w:pPr>
      <w:r>
        <w:t>میں نے پیا ایک گلاس پیا تو بڑا اچھا لگا بہت اچھا بہترین یعنی وہ</w:t>
      </w:r>
    </w:p>
    <w:p>
      <w:r>
        <w:rPr>
          <w:b/>
        </w:rPr>
        <w:t xml:space="preserve">[37:01] </w:t>
      </w:r>
      <w:r>
        <w:t>drink tha wo sab se best drink do piya teen piya char piya acha hi lagta ja raha</w:t>
      </w:r>
    </w:p>
    <w:p>
      <w:pPr>
        <w:jc w:val="right"/>
      </w:pPr>
      <w:r>
        <w:t>ڈرنک تھا وہ سب سے بیسٹ ڈرنک دو پیا تین پیا چار پیا اچھا ہی لگتا جا رہا</w:t>
      </w:r>
    </w:p>
    <w:p>
      <w:r>
        <w:rPr>
          <w:b/>
        </w:rPr>
        <w:t xml:space="preserve">[37:07] </w:t>
      </w:r>
      <w:r>
        <w:t>tha wo yahan tak ke phir chhe glass pi gaya ab chhe glass pite hi itna mere sir</w:t>
      </w:r>
    </w:p>
    <w:p>
      <w:pPr>
        <w:jc w:val="right"/>
      </w:pPr>
      <w:r>
        <w:t>تھا وہ یہاں تک کہ پھر چھ گلاس پی گیا اب چھ گلاس پیتے ہی اتنا میرے سر</w:t>
      </w:r>
    </w:p>
    <w:p>
      <w:r>
        <w:rPr>
          <w:b/>
        </w:rPr>
        <w:t xml:space="preserve">[37:14] </w:t>
      </w:r>
      <w:r>
        <w:t>mein headache hua itna headache hua ke ye bhi bhool gaya ke main ne chhe glass bara acha</w:t>
      </w:r>
    </w:p>
    <w:p>
      <w:pPr>
        <w:jc w:val="right"/>
      </w:pPr>
      <w:r>
        <w:t>میں ہیڈیک ہوا اتنا ہیڈیک ہوا کہ یہ بھی بھول گیا کہ میں نے چھ گلاس بڑا اچھا</w:t>
      </w:r>
    </w:p>
    <w:p>
      <w:r>
        <w:rPr>
          <w:b/>
        </w:rPr>
        <w:t xml:space="preserve">[37:20] </w:t>
      </w:r>
      <w:r>
        <w:t>pani piya hai yani panch minute ke liye main ne test kiya is pani ka aur is ke</w:t>
      </w:r>
    </w:p>
    <w:p>
      <w:pPr>
        <w:jc w:val="right"/>
      </w:pPr>
      <w:r>
        <w:t>پانی پیا ہے یعنی پانچ منٹ کے لیے میں نے ٹیسٹ کیا اس پانی کا اور اس کے</w:t>
      </w:r>
    </w:p>
    <w:p>
      <w:r>
        <w:rPr>
          <w:b/>
        </w:rPr>
        <w:t xml:space="preserve">[37:26] </w:t>
      </w:r>
      <w:r>
        <w:t>bad khud wo pani bhool gaya mujhe wo test bhi bhool gaya wo</w:t>
      </w:r>
    </w:p>
    <w:p>
      <w:pPr>
        <w:jc w:val="right"/>
      </w:pPr>
      <w:r>
        <w:t>بعد خود وہ پانی بھول گیا مجھے وہ ٹیسٹ بھی بھول گیا وہ</w:t>
      </w:r>
    </w:p>
    <w:p>
      <w:r>
        <w:rPr>
          <w:b/>
        </w:rPr>
        <w:t xml:space="preserve">[37:32] </w:t>
      </w:r>
      <w:r>
        <w:t>to dunya mein jo hai pleasure woh bohat hi limited hai itna limited ke taqreeban nahi ke barabar hai bas door se aap dekh sakte hain ek jhalak door se ke bhai kitni bari hogi paradise is se zyada aur kuch nahi hai aap isi dilli mein aap dekhiye jo bohat hi bare bare paise wale log hain un ke un ke ja ke dekhiye qareeb itne tension mein honge itne frustration mein honge itne stress mein honge ke aap sochenge ke is se a</w:t>
      </w:r>
    </w:p>
    <w:p>
      <w:pPr>
        <w:jc w:val="right"/>
      </w:pPr>
      <w:r>
        <w:t>تو دنیا میں جو ہے پلیژر وہ بہت ہی لمیٹڈ ہے اتنا لمیٹڈ کہ تقریبا نہیں کے برابر ہے بس دور سے اپ دیکھ سکتے ہیں ایک جھلک دور سے کہ بھئی کتنی بڑی ہوگی پیراڈائز اس سے زیادہ اور کچھ نہیں ہے اپ اسی دلی میں اپ دیکھیے جو بہت ہی بڑے بڑے پیسے والے لوگ ہیں ان کے ان کے جا کے دیکھیے قریب اتنے ٹینشن میں ہوں گے اتنے فرسٹریشن میں ہوں گے اتنے اسٹریس میں ہوں گے کہ اپ سوچیں گے کہ اس سے ا</w:t>
      </w:r>
    </w:p>
    <w:p>
      <w:r>
        <w:rPr>
          <w:b/>
        </w:rPr>
        <w:t xml:space="preserve">[38:02] </w:t>
      </w:r>
      <w:r>
        <w:t>acha to ghareeb aadmi hai jis ko sound sleep aati hai wo becharon ko sound sleep bhi nahi</w:t>
      </w:r>
    </w:p>
    <w:p>
      <w:pPr>
        <w:jc w:val="right"/>
      </w:pPr>
      <w:r>
        <w:t>چھا تو غریب ادمی ہے جس کو ساؤنڈ سلیپ اتی ہے وہ بیچاروں کو ساؤنڈ سلیپ بھی نہیں</w:t>
      </w:r>
    </w:p>
    <w:p>
      <w:r>
        <w:rPr>
          <w:b/>
        </w:rPr>
        <w:t xml:space="preserve">[38:12] </w:t>
      </w:r>
      <w:r>
        <w:t>aati is wajah se ye sochna mere nazdeek koi practical baat nahi hai with this question we end</w:t>
      </w:r>
    </w:p>
    <w:p>
      <w:pPr>
        <w:jc w:val="right"/>
      </w:pPr>
      <w:r>
        <w:t>اتی اس وجہ سے یہ سوچنا میرے نزدیک کوئی پریکٹیکل بات نہیں ہے ود دس کوسچن وی اینڈ</w:t>
      </w:r>
    </w:p>
    <w:p>
      <w:r>
        <w:rPr>
          <w:b/>
        </w:rPr>
        <w:t xml:space="preserve">[38:22] </w:t>
      </w:r>
      <w:r>
        <w:t>the session here and you all go for the super بسم اللہ الرحمن الرحیم ji start karen</w:t>
      </w:r>
    </w:p>
    <w:p>
      <w:pPr>
        <w:jc w:val="right"/>
      </w:pPr>
      <w:r>
        <w:t>دی سیشن ہیر اینڈ یو ال گو فار دی سپرچ بسم اللہ الرحمن الرحیم جی سٹارٹ کریں</w:t>
      </w:r>
    </w:p>
    <w:p>
      <w:r>
        <w:rPr>
          <w:b/>
        </w:rPr>
        <w:t xml:space="preserve">[38:32] </w:t>
      </w:r>
      <w:r>
        <w:t>بسم اللہ الرحمن الرحیم wa صلی اللہ علی النبی الکریم رب اشرح لی صدری ویسر لی امری واحل</w:t>
      </w:r>
    </w:p>
    <w:p>
      <w:pPr>
        <w:jc w:val="right"/>
      </w:pPr>
      <w:r>
        <w:t>بسم اللہ الرحمن الرحیم و صلی اللہ علی النبی الکریم رب اشرح لی صدری ویسر لی امری واحل</w:t>
      </w:r>
    </w:p>
    <w:p>
      <w:r>
        <w:rPr>
          <w:b/>
        </w:rPr>
        <w:t xml:space="preserve">[38:48] </w:t>
      </w:r>
      <w:r>
        <w:t>العقدۃ من لسانی یفقہ قولی aj ka jo lecture hai is ka title hai</w:t>
      </w:r>
    </w:p>
    <w:p>
      <w:pPr>
        <w:jc w:val="right"/>
      </w:pPr>
      <w:r>
        <w:t>العقدۃ من لسانی یفقہ قولی اج کا جو لیکچر ہے اس کا ٹائٹل ہے</w:t>
      </w:r>
    </w:p>
    <w:p>
      <w:r>
        <w:rPr>
          <w:b/>
        </w:rPr>
        <w:t xml:space="preserve">[39:04] </w:t>
      </w:r>
      <w:r>
        <w:t>from the spiritual tree from the spiritual tree dekhiye parsun yahan delhi mein meri ek speech thi aap</w:t>
      </w:r>
    </w:p>
    <w:p>
      <w:pPr>
        <w:jc w:val="right"/>
      </w:pPr>
      <w:r>
        <w:t>فرام دا سپریچول ٹری فرام دا سپریچول ٹری دیکھیے پرسوں یہاں دہلی میں میری ایک سپیچ تھی اپ</w:t>
      </w:r>
    </w:p>
    <w:p>
      <w:r>
        <w:rPr>
          <w:b/>
        </w:rPr>
        <w:t xml:space="preserve">[39:20] </w:t>
      </w:r>
      <w:r>
        <w:t>jante hain ke yahan sai international center hai lodhi road par to har mahine wahan mera ek lecture hota hai</w:t>
      </w:r>
    </w:p>
    <w:p>
      <w:pPr>
        <w:jc w:val="right"/>
      </w:pPr>
      <w:r>
        <w:t>جانتے ہیں کہ یہاں سائی انٹرنیشنل سینٹر ہے لودھی روڈ پر تو ہر مہینے وہاں میرا ایک لیکچر ہوتا ہے</w:t>
      </w:r>
    </w:p>
    <w:p>
      <w:r>
        <w:rPr>
          <w:b/>
        </w:rPr>
        <w:t xml:space="preserve">[39:36] </w:t>
      </w:r>
      <w:r>
        <w:t>is bar bhi tha to roze ka mahina chuki chal raha hai is nisbat se main ne roze</w:t>
      </w:r>
    </w:p>
    <w:p>
      <w:pPr>
        <w:jc w:val="right"/>
      </w:pPr>
      <w:r>
        <w:t>اس بار بھی تھا تو روزہ کا مہینہ چونکہ چل رہا ہے اس نسبت سے میں نے روزے</w:t>
      </w:r>
    </w:p>
    <w:p>
      <w:r>
        <w:rPr>
          <w:b/>
        </w:rPr>
        <w:t xml:space="preserve">[39:51] </w:t>
      </w:r>
      <w:r>
        <w:t>se apni baat shuru ki main ne kaha ke roza ek aisa ek aisi ibadat</w:t>
      </w:r>
    </w:p>
    <w:p>
      <w:pPr>
        <w:jc w:val="right"/>
      </w:pPr>
      <w:r>
        <w:t>سے اپنی بات شروع کی میں نے کہا کہ روزہ ایک ایسا ایک ایسی عبادت</w:t>
      </w:r>
    </w:p>
    <w:p>
      <w:r>
        <w:rPr>
          <w:b/>
        </w:rPr>
        <w:t xml:space="preserve">[40:06] </w:t>
      </w:r>
      <w:r>
        <w:t>hai jo sab ko karna parta hai aap jante hain ke roze mein subah se sham tak khana</w:t>
      </w:r>
    </w:p>
    <w:p>
      <w:pPr>
        <w:jc w:val="right"/>
      </w:pPr>
      <w:r>
        <w:t>ہے جو سب کو کرنا پڑتا ہے اپ جانتے ہیں کہ روزہ میں صبح سے شام تک کھانا</w:t>
      </w:r>
    </w:p>
    <w:p>
      <w:r>
        <w:rPr>
          <w:b/>
        </w:rPr>
        <w:t xml:space="preserve">[40:16] </w:t>
      </w:r>
      <w:r>
        <w:t>aur pani chhod dena parta hai ye jo chhodna hai khana aur pani ye sirf ghareebon ke liye</w:t>
      </w:r>
    </w:p>
    <w:p>
      <w:pPr>
        <w:jc w:val="right"/>
      </w:pPr>
      <w:r>
        <w:t>اور پانی چھوڑ دینا پڑتا ہے یہ جو چھوڑنا ہے کھانا اور پانی یہ صرف غریبوں کے لیے</w:t>
      </w:r>
    </w:p>
    <w:p>
      <w:r>
        <w:rPr>
          <w:b/>
        </w:rPr>
        <w:t xml:space="preserve">[40:26] </w:t>
      </w:r>
      <w:r>
        <w:t>nahi hai ye sab ke liye hai kisi ghar mein khana pani bhara hua ho</w:t>
      </w:r>
    </w:p>
    <w:p>
      <w:pPr>
        <w:jc w:val="right"/>
      </w:pPr>
      <w:r>
        <w:t>نہیں ہے یہ سب کے لیے ہے کسی گھر میں کھانا پانی بھرا ہوا ہو</w:t>
      </w:r>
    </w:p>
    <w:p>
      <w:r>
        <w:rPr>
          <w:b/>
        </w:rPr>
        <w:t xml:space="preserve">[40:36] </w:t>
      </w:r>
      <w:r>
        <w:t>us ke pas bohat kuch bank balance ho kuch bhi ho lekin har aadmi ko ek hi dhang</w:t>
      </w:r>
    </w:p>
    <w:p>
      <w:pPr>
        <w:jc w:val="right"/>
      </w:pPr>
      <w:r>
        <w:t>اس کے پاس بہت کچھ بینک بیلنس ہو کچھ بھی ہو لیکن ہر ادمی کو ایک ہی ڈھنگ</w:t>
      </w:r>
    </w:p>
    <w:p>
      <w:r>
        <w:rPr>
          <w:b/>
        </w:rPr>
        <w:t xml:space="preserve">[40:46] </w:t>
      </w:r>
      <w:r>
        <w:t>se roza rakhna parta hai to goya sab ko barabar kar dena roze ka matlab ye hai ke</w:t>
      </w:r>
    </w:p>
    <w:p>
      <w:pPr>
        <w:jc w:val="right"/>
      </w:pPr>
      <w:r>
        <w:t>سے روزہ رکھنا پڑتا ہے تو گویا سب کو برابر کر دینا روزہ کا مطلب یہ ہے کہ</w:t>
      </w:r>
    </w:p>
    <w:p>
      <w:r>
        <w:rPr>
          <w:b/>
        </w:rPr>
        <w:t xml:space="preserve">[40:57] </w:t>
      </w:r>
      <w:r>
        <w:t>sab ko barabar kar dena to main ne kaha ke roza jo hai wo hai</w:t>
      </w:r>
    </w:p>
    <w:p>
      <w:pPr>
        <w:jc w:val="right"/>
      </w:pPr>
      <w:r>
        <w:t>سب کو برابر کر دینا تو میں نے کہا کہ روزہ جو ہے وہ ہے</w:t>
      </w:r>
    </w:p>
    <w:p>
      <w:r>
        <w:rPr>
          <w:b/>
        </w:rPr>
        <w:t xml:space="preserve">[41:07] </w:t>
      </w:r>
      <w:r>
        <w:t>equalization of all classes of society yeh equalization ka ek process hai islam mein yeh bohat zyada matloob hai ke sare insan barabar hon barabar ka matlab yeh nahi ke un ki economic earning barabar ho political</w:t>
      </w:r>
    </w:p>
    <w:p>
      <w:pPr>
        <w:jc w:val="right"/>
      </w:pPr>
      <w:r>
        <w:t>ایکولائزیشن اف ال کلاسز اف سوسائٹی یہ ایکولائزیشن کا ایک پروسیس ہے اسلام میں یہ بہت زیادہ مطلوب ہے کہ سارے انسان برابر ہوں برابر کا مطلب یہ نہیں کہ ان کی اکنامک ارننگ برابر ہو پولیٹیکل</w:t>
      </w:r>
    </w:p>
    <w:p>
      <w:r>
        <w:rPr>
          <w:b/>
        </w:rPr>
        <w:t xml:space="preserve">[41:37] </w:t>
      </w:r>
      <w:r>
        <w:t>afas barabar ho yeh nahi yeh to secondary cheezen hain islam mein primary cheez hai respect dignity insaniyat</w:t>
      </w:r>
    </w:p>
    <w:p>
      <w:pPr>
        <w:jc w:val="right"/>
      </w:pPr>
      <w:r>
        <w:t>افس برابر ہو یہ نہیں یہ تو سیکنڈری چیزیں ہیں اسلام میں پرائمری چیز ہے ریسپیکٹ ڈگنیٹی انسانیت</w:t>
      </w:r>
    </w:p>
    <w:p>
      <w:r>
        <w:rPr>
          <w:b/>
        </w:rPr>
        <w:t xml:space="preserve">[41:47] </w:t>
      </w:r>
      <w:r>
        <w:t>to roze ka matlab yeh hai ke equalization of all classes of the society sab ko barabar ke</w:t>
      </w:r>
    </w:p>
    <w:p>
      <w:pPr>
        <w:jc w:val="right"/>
      </w:pPr>
      <w:r>
        <w:t>تو روزے کا مطلب یہ ہے کہ ایکولائزیشن اف ال کلاسز اف دا سوسائٹی سب کو برابر کے</w:t>
      </w:r>
    </w:p>
    <w:p>
      <w:r>
        <w:rPr>
          <w:b/>
        </w:rPr>
        <w:t xml:space="preserve">[41:57] </w:t>
      </w:r>
      <w:r>
        <w:t>darje mein rakha jaye</w:t>
      </w:r>
    </w:p>
    <w:p>
      <w:pPr>
        <w:jc w:val="right"/>
      </w:pPr>
      <w:r>
        <w:t>درجے میں رکھا جائے</w:t>
      </w:r>
    </w:p>
    <w:p>
      <w:r>
        <w:rPr>
          <w:b/>
        </w:rPr>
        <w:t xml:space="preserve">[42:07] </w:t>
      </w:r>
      <w:r>
        <w:t>aap jante hain ke insan mein yeh weakness hai ke agar kisi ke paas koi cheez zyada ho in terms of money, in terms of in terms of fame, in terms of office, in terms of physical power, koi bhi cheez agar admi ke andar doosre se kuch zyada ho to kya hota hai woh foran arrogance mein</w:t>
      </w:r>
    </w:p>
    <w:p>
      <w:pPr>
        <w:jc w:val="right"/>
      </w:pPr>
      <w:r>
        <w:t>اپ جانتے ہیں کہ انسان میں یہ ویکنس ہے کہ اگر کسی کے پاس کوئی چیز زیادہ ہو ان ٹرم اف منی ان ٹرم اف ان ٹرم اف فیم ان ٹرم اف افس ان ٹرم اف فزیکل پاور کوئی بھی چیز اگر ادمی کے اندر دوسرے سے کچھ زیادہ ہو تو کیا ہوتا ہے وہ فورا ارگونس میں</w:t>
      </w:r>
    </w:p>
    <w:p>
      <w:r>
        <w:rPr>
          <w:b/>
        </w:rPr>
        <w:t xml:space="preserve">[42:37] </w:t>
      </w:r>
      <w:r>
        <w:t>par jata hai jaise hi woh dekhta hai ke main doosron se kuch zyada hoon koi smart ho jo dekhne mein woh doosron ke muqable mein good looking ho tab bhi us ke andar arrogance aa jata hai acha speech dena aata ho kisi ko bohat acha speaker ho tab bhi woh arrogant ban jata hai yeh jo inequality hai dekhiye islam mein is ki koi import</w:t>
      </w:r>
    </w:p>
    <w:p>
      <w:pPr>
        <w:jc w:val="right"/>
      </w:pPr>
      <w:r>
        <w:t>پڑ جاتا ہے جیسے ہی وہ دیکھتا ہے کہ میں دوسروں سے کچھ زیادہ ہوں کوئی سمارٹ ہو جو دیکھنے میں وہ دوسروں کے مقابلے میں گڈ لوکنگ ہو تب بھی اس کے اندر ارگنس ا جاتا ہے اچھا اسپیچ دینا اتا ہو کسی کو بہت اچھا سپیکر ہو تب بھی وہ ارگنٹ بن جاتا ہے یہ جو ان ایکویلٹی ہے دیکھیں اسلام میں اس کی کوئی امپورٹ</w:t>
      </w:r>
    </w:p>
    <w:p>
      <w:r>
        <w:rPr>
          <w:b/>
        </w:rPr>
        <w:t xml:space="preserve">[43:07] </w:t>
      </w:r>
      <w:r>
        <w:t>nas nahi hai ke rupay paisay ke mamle mein inequality ho is ko islam important nahi deta</w:t>
      </w:r>
    </w:p>
    <w:p>
      <w:pPr>
        <w:jc w:val="right"/>
      </w:pPr>
      <w:r>
        <w:t>نس نہیں ہے کہ روپے پیسے کے معاملے میں ان ایکویلٹی ہو اس کو اسلام امپورٹنٹ نہیں دیتا</w:t>
      </w:r>
    </w:p>
    <w:p>
      <w:r>
        <w:rPr>
          <w:b/>
        </w:rPr>
        <w:t xml:space="preserve">[43:18] </w:t>
      </w:r>
      <w:r>
        <w:t>yeh sab secondary cheezen hain balkay ariely cheezen hain asal cheez woh hai jo inequality hoti hai</w:t>
      </w:r>
    </w:p>
    <w:p>
      <w:pPr>
        <w:jc w:val="right"/>
      </w:pPr>
      <w:r>
        <w:t>یہ سب سیکنڈری چیزیں ہیں بلکہ اریلیبل چیزیں ہیں اصل چیز وہ ہے جو ان ایکویلٹی ہوتی ہے</w:t>
      </w:r>
    </w:p>
    <w:p>
      <w:r>
        <w:rPr>
          <w:b/>
        </w:rPr>
        <w:t xml:space="preserve">[43:28] </w:t>
      </w:r>
      <w:r>
        <w:t>soch mein to islam ka yeh pehla concern hai ke sare log apnay ko barabar samjhen</w:t>
      </w:r>
    </w:p>
    <w:p>
      <w:pPr>
        <w:jc w:val="right"/>
      </w:pPr>
      <w:r>
        <w:t>سوچ میں تو اسلام کا یہ پہلا کنسرن ہے کہ سارے لوگ اپنے کو برابر سمجھیں</w:t>
      </w:r>
    </w:p>
    <w:p>
      <w:r>
        <w:rPr>
          <w:b/>
        </w:rPr>
        <w:t xml:space="preserve">[43:38] </w:t>
      </w:r>
      <w:r>
        <w:t>yani khuda ke muqable mein dekhen adam jab apnay ko janche insan ke kis ko dekh kar ke</w:t>
      </w:r>
    </w:p>
    <w:p>
      <w:pPr>
        <w:jc w:val="right"/>
      </w:pPr>
      <w:r>
        <w:t>یعنی خدا کے مقابلے میں دیکھیں ادمی جب اپنے کو جانچے انسان کے کس کو دیکھ کر کے</w:t>
      </w:r>
    </w:p>
    <w:p>
      <w:r>
        <w:rPr>
          <w:b/>
        </w:rPr>
        <w:t xml:space="preserve">[43:46] </w:t>
      </w:r>
      <w:r>
        <w:t>tabhi yeh inequality ka ehsas ata hai tabhi arrogance ata hai kyunke insan insan mein barabari nahi</w:t>
      </w:r>
    </w:p>
    <w:p>
      <w:pPr>
        <w:jc w:val="right"/>
      </w:pPr>
      <w:r>
        <w:t>تبھی یہ ان ایکویلٹی کا احساس اتا ہے تبھی ارگنس اتا ہے کیونکہ انسان انسان میں برابری نہیں</w:t>
      </w:r>
    </w:p>
    <w:p>
      <w:r>
        <w:rPr>
          <w:b/>
        </w:rPr>
        <w:t xml:space="preserve">[43:53] </w:t>
      </w:r>
      <w:r>
        <w:t>hai insan insan mein barabari nahi hai aur yeh according to the law of nature hai kyunke barabari</w:t>
      </w:r>
    </w:p>
    <w:p>
      <w:pPr>
        <w:jc w:val="right"/>
      </w:pPr>
      <w:r>
        <w:t>ہے انسان انسان میں برابری نہیں ہے اور یہ اکارڈنگ ٹو دا لاء اف نیچر ہے کیونکہ برابری</w:t>
      </w:r>
    </w:p>
    <w:p>
      <w:r>
        <w:rPr>
          <w:b/>
        </w:rPr>
        <w:t xml:space="preserve">[44:01] </w:t>
      </w:r>
      <w:r>
        <w:t>ho to challenge nahi hoga kam</w:t>
      </w:r>
    </w:p>
    <w:p>
      <w:pPr>
        <w:jc w:val="right"/>
      </w:pPr>
      <w:r>
        <w:t>ہو تو چیلنج نہیں ہوگا کم</w:t>
      </w:r>
    </w:p>
    <w:p>
      <w:r>
        <w:rPr>
          <w:b/>
        </w:rPr>
        <w:t xml:space="preserve">[44:08] </w:t>
      </w:r>
      <w:r>
        <w:t>petition nahi hoga aur jab challenge aur competition nahi hoga to sare development sare progress ruk jayenge</w:t>
      </w:r>
    </w:p>
    <w:p>
      <w:pPr>
        <w:jc w:val="right"/>
      </w:pPr>
      <w:r>
        <w:t>پیٹیشن نہیں ہوگا اور جب چیلنج اور کمپیٹیشن نہیں ہوگا تو سارے ڈیولپمنٹ سارے پراگریس رک جائیں گے</w:t>
      </w:r>
    </w:p>
    <w:p>
      <w:r>
        <w:rPr>
          <w:b/>
        </w:rPr>
        <w:t xml:space="preserve">[44:18] </w:t>
      </w:r>
      <w:r>
        <w:t>is liye khuda ne is tarah banaya hai dunya ka system ke inequality kabhi khatam na ho</w:t>
      </w:r>
    </w:p>
    <w:p>
      <w:pPr>
        <w:jc w:val="right"/>
      </w:pPr>
      <w:r>
        <w:t>اس لیے خدا نے اس طرح بنایا ہے دنیا کا سسٹم کہ ان ایکویلٹی کبھی ختم نہ ہو</w:t>
      </w:r>
    </w:p>
    <w:p>
      <w:r>
        <w:rPr>
          <w:b/>
        </w:rPr>
        <w:t xml:space="preserve">[44:29] </w:t>
      </w:r>
      <w:r>
        <w:t>lekin yeh hai insan aur insan ke muqable mein yani men versus men</w:t>
      </w:r>
    </w:p>
    <w:p>
      <w:pPr>
        <w:jc w:val="right"/>
      </w:pPr>
      <w:r>
        <w:t>لیکن یہ ہے انسان اور انسان کے مقابلے میں یعنی مین ورسز مین</w:t>
      </w:r>
    </w:p>
    <w:p>
      <w:r>
        <w:rPr>
          <w:b/>
        </w:rPr>
        <w:t xml:space="preserve">[44:39] </w:t>
      </w:r>
      <w:r>
        <w:t>lekin doosra aspect hai man versus god ka to god ke muqable mein sab barabar hain god ke muqable mein koi bhi na ooncha hai na necha na bara hai na chhota to god ke muqable mein khuda ke muqable mein jo real position hai insan ki us par laya jata hai insan ko us ko remind kiya jata hai to isi ko maine kaha ke equalization ka process hai yeh yeh batana hai ke</w:t>
      </w:r>
    </w:p>
    <w:p>
      <w:pPr>
        <w:jc w:val="right"/>
      </w:pPr>
      <w:r>
        <w:t>لیکن دوسرا اسپیکٹ ہے مین ورسز گاڈ کا تو گاڈ کے مقابلے میں سب برابر ہیں گاڈ کے مقابلے میں کوئی بھی نہ اونچا ہے نہ نیچا نہ بڑا ہے نہ چھوٹا تو گاڈ کے مقابلے میں خدا کے مقابلے میں جو ریئل پوزیشن ہے انسان کی اس پر لایا جاتا ہے انسان کو اس کو ریمائنڈ کیا جاتا ہے تو اسی کو میں نے کہا کہ ایکولائزیشن کا پراسیس ہے یہ یہ بتانا ہے کہ</w:t>
      </w:r>
    </w:p>
    <w:p>
      <w:r>
        <w:rPr>
          <w:b/>
        </w:rPr>
        <w:t xml:space="preserve">[45:09] </w:t>
      </w:r>
      <w:r>
        <w:t>tum sab khuda ke muqable mein barabar ho isi barabari par sari jo moral values hain jo human</w:t>
      </w:r>
    </w:p>
    <w:p>
      <w:pPr>
        <w:jc w:val="right"/>
      </w:pPr>
      <w:r>
        <w:t>تم سب خدا کے مقابلے میں برابر ہو اسی برابری پر ساری جو مورل ویلیوز ہیں جو ہیومن</w:t>
      </w:r>
    </w:p>
    <w:p>
      <w:r>
        <w:rPr>
          <w:b/>
        </w:rPr>
        <w:t xml:space="preserve">[45:19] </w:t>
      </w:r>
      <w:r>
        <w:t>values hain woh depend karti hain dekhen dunya mein yeh barabari jo hoti hai yeh voluntary hoti hai</w:t>
      </w:r>
    </w:p>
    <w:p>
      <w:pPr>
        <w:jc w:val="right"/>
      </w:pPr>
      <w:r>
        <w:t>ویلیوز ہیں وہ ڈیپینڈ کرتی ہیں دیکھیں دنیا میں یہ برابری جو ہوتی ہے یہ والنٹری ہوتی ہے</w:t>
      </w:r>
    </w:p>
    <w:p>
      <w:r>
        <w:rPr>
          <w:b/>
        </w:rPr>
        <w:t xml:space="preserve">[45:29] </w:t>
      </w:r>
      <w:r>
        <w:t>voluntary equalization hota hai akhirat mein yeh hoga compulsory equalization</w:t>
      </w:r>
    </w:p>
    <w:p>
      <w:pPr>
        <w:jc w:val="right"/>
      </w:pPr>
      <w:r>
        <w:t>والنٹری ایکولائزیشن ہوتا ہے اخرت میں یہ ہوگا کمپلسری ایکولائزیشن</w:t>
      </w:r>
    </w:p>
    <w:p>
      <w:r>
        <w:rPr>
          <w:b/>
        </w:rPr>
        <w:t xml:space="preserve">[45:39] </w:t>
      </w:r>
      <w:r>
        <w:t>yahan par agar koi apnay ko barabar na kare phir bhi woh apnay ko bara hi samjhta rahe</w:t>
      </w:r>
    </w:p>
    <w:p>
      <w:pPr>
        <w:jc w:val="right"/>
      </w:pPr>
      <w:r>
        <w:t>یہاں پر اگر کوئی اپنے کو برابر نہ کرے پھر بھی وہ اپنے کو بڑا ہی سمجھتا رہے</w:t>
      </w:r>
    </w:p>
    <w:p>
      <w:r>
        <w:rPr>
          <w:b/>
        </w:rPr>
        <w:t xml:space="preserve">[45:47] </w:t>
      </w:r>
      <w:r>
        <w:t>yani ramzan ka mahina aya yani fasting month of fasting aya to khuda ki taraf se woh is</w:t>
      </w:r>
    </w:p>
    <w:p>
      <w:pPr>
        <w:jc w:val="right"/>
      </w:pPr>
      <w:r>
        <w:t>یعنی رمضان کا مہینہ ایا یعنی فاسٹنگ منتھ اف فاسٹنگ ایا تو خدا کی طرف سے وہ اس</w:t>
      </w:r>
    </w:p>
    <w:p>
      <w:r>
        <w:rPr>
          <w:b/>
        </w:rPr>
        <w:t xml:space="preserve">[45:54] </w:t>
      </w:r>
      <w:r>
        <w:t>baat ka elan hota hai ke ke logon tum khuda ke muqable mein barabar ho to sab ke</w:t>
      </w:r>
    </w:p>
    <w:p>
      <w:pPr>
        <w:jc w:val="right"/>
      </w:pPr>
      <w:r>
        <w:t>بات کا اعلان ہوتا ہے کہ کہ لوگوں تم خدا کے مقابلے میں برابر ہو تو سب کے</w:t>
      </w:r>
    </w:p>
    <w:p>
      <w:r>
        <w:rPr>
          <w:b/>
        </w:rPr>
        <w:t xml:space="preserve">[46:02] </w:t>
      </w:r>
      <w:r>
        <w:t>sab barabar ho jao dunya hi mein to jo log</w:t>
      </w:r>
    </w:p>
    <w:p>
      <w:pPr>
        <w:jc w:val="right"/>
      </w:pPr>
      <w:r>
        <w:t>سب برابر ہو جاؤ دنیا ہی میں تو جو لوگ</w:t>
      </w:r>
    </w:p>
    <w:p>
      <w:r>
        <w:rPr>
          <w:b/>
        </w:rPr>
        <w:t xml:space="preserve">[46:10] </w:t>
      </w:r>
      <w:r>
        <w:t>apnay aap khuda ke muqable mein apnay ko barabar bana len to woh khuda ki pakar se bach</w:t>
      </w:r>
    </w:p>
    <w:p>
      <w:pPr>
        <w:jc w:val="right"/>
      </w:pPr>
      <w:r>
        <w:t>اپنے اپ خدا کے مقابلے میں اپنے کو برابر بنا لیں تو وہ خدا کی پکڑ سے بچ</w:t>
      </w:r>
    </w:p>
    <w:p>
      <w:r>
        <w:rPr>
          <w:b/>
        </w:rPr>
        <w:t xml:space="preserve">[46:17] </w:t>
      </w:r>
      <w:r>
        <w:t>jayenge aur jo na banayen to akhirat mein jab sare insan ekatha kiya jayenge to wahan</w:t>
      </w:r>
    </w:p>
    <w:p>
      <w:pPr>
        <w:jc w:val="right"/>
      </w:pPr>
      <w:r>
        <w:t>جائیں گے اور جو نہ بنائیں تو اخرت میں جب سارے انسان اکٹھا کیا جائیں گے تو وہاں</w:t>
      </w:r>
    </w:p>
    <w:p>
      <w:r>
        <w:rPr>
          <w:b/>
        </w:rPr>
        <w:t xml:space="preserve">[46:25] </w:t>
      </w:r>
      <w:r>
        <w:t>compulsory equalization hoga sab ki barai ko sab ko khuda criticize kar dega lekin wahan barabar hone</w:t>
      </w:r>
    </w:p>
    <w:p>
      <w:pPr>
        <w:jc w:val="right"/>
      </w:pPr>
      <w:r>
        <w:t>کمپلسری ایکولائزیشن ہوگا سب کی بڑائی کو سب کو خدا کرٹیسائز کر دے گا لیکن وہاں برابر ہونے</w:t>
      </w:r>
    </w:p>
    <w:p>
      <w:r>
        <w:rPr>
          <w:b/>
        </w:rPr>
        <w:t xml:space="preserve">[46:33] </w:t>
      </w:r>
      <w:r>
        <w:t>ka koi faida nahi hoga</w:t>
      </w:r>
    </w:p>
    <w:p>
      <w:pPr>
        <w:jc w:val="right"/>
      </w:pPr>
      <w:r>
        <w:t>کا کوئی فائدہ نہیں ہوگا</w:t>
      </w:r>
    </w:p>
    <w:p>
      <w:r>
        <w:rPr>
          <w:b/>
        </w:rPr>
        <w:t xml:space="preserve">[46:41] </w:t>
      </w:r>
      <w:r>
        <w:t>apnay ko barabar kar lene ka ya apnay ko criticize kar lene ka faida yeh isi dunya mein</w:t>
      </w:r>
    </w:p>
    <w:p>
      <w:pPr>
        <w:jc w:val="right"/>
      </w:pPr>
      <w:r>
        <w:t>اپنے کو برابر کر لینے کا یا اپنے کو کرٹیسائز کر لینے کا فائدہ یہ اسی دنیا میں</w:t>
      </w:r>
    </w:p>
    <w:p>
      <w:r>
        <w:rPr>
          <w:b/>
        </w:rPr>
        <w:t xml:space="preserve">[46:51] </w:t>
      </w:r>
      <w:r>
        <w:t>hai wahan nahin hai is se ek aur baat juri hui hai dekhen zindagi mein bar bar aisa</w:t>
      </w:r>
    </w:p>
    <w:p>
      <w:pPr>
        <w:jc w:val="right"/>
      </w:pPr>
      <w:r>
        <w:t>ہے وہاں نہیں ہے اس سے ایک اور بات جڑی ہوئی ہے دیکھیں زندگی میں بار بار ایسا</w:t>
      </w:r>
    </w:p>
    <w:p>
      <w:r>
        <w:rPr>
          <w:b/>
        </w:rPr>
        <w:t xml:space="preserve">[47:01] </w:t>
      </w:r>
      <w:r>
        <w:t>hota hai ke crisis aata hai crisis is also part of life</w:t>
      </w:r>
    </w:p>
    <w:p>
      <w:pPr>
        <w:jc w:val="right"/>
      </w:pPr>
      <w:r>
        <w:t>ہوتا ہے کہ کرائسس اتا ہے کرائسس از السو پارٹ اف لائف</w:t>
      </w:r>
    </w:p>
    <w:p>
      <w:r>
        <w:rPr>
          <w:b/>
        </w:rPr>
        <w:t xml:space="preserve">[47:11] </w:t>
      </w:r>
      <w:r>
        <w:t>rozana hamari zindagi mein kabhi chhota aur kabhi bada crisis aata hai ab do qism ke log hote</w:t>
      </w:r>
    </w:p>
    <w:p>
      <w:pPr>
        <w:jc w:val="right"/>
      </w:pPr>
      <w:r>
        <w:t>روزانہ ہماری زندگی میں کبھی چھوٹا اور کبھی بڑا کرائسس اتا ہے اب دو قسم کے لوگ ہوتے</w:t>
      </w:r>
    </w:p>
    <w:p>
      <w:r>
        <w:rPr>
          <w:b/>
        </w:rPr>
        <w:t xml:space="preserve">[47:21] </w:t>
      </w:r>
      <w:r>
        <w:t>ہیں ایک وہ جو victim of situation بن جاتے ہیں جو situation create ہوئی اس کا شکار ہو</w:t>
      </w:r>
    </w:p>
    <w:p>
      <w:pPr>
        <w:jc w:val="right"/>
      </w:pPr>
      <w:r>
        <w:t>ہیں ایک وہ جو وکٹم اف سچویشن بن جاتے ہیں جو سچویشن کریٹ ہوئی اس کا شکار ہو</w:t>
      </w:r>
    </w:p>
    <w:p>
      <w:r>
        <w:rPr>
          <w:b/>
        </w:rPr>
        <w:t xml:space="preserve">[47:31] </w:t>
      </w:r>
      <w:r>
        <w:t>کر رہ جاتے ہیں victim of situation دوسرے وہ لوگ ہیں</w:t>
      </w:r>
    </w:p>
    <w:p>
      <w:pPr>
        <w:jc w:val="right"/>
      </w:pPr>
      <w:r>
        <w:t>کر رہ جاتے ہیں وکٹم اف سچویشن دوسرے وہ لوگ ہیں</w:t>
      </w:r>
    </w:p>
    <w:p>
      <w:r>
        <w:rPr>
          <w:b/>
        </w:rPr>
        <w:t xml:space="preserve">[47:41] </w:t>
      </w:r>
      <w:r>
        <w:t>jo apne aap ko master of situation prove karte hain ye daily hota hai daily ke aadmi ya</w:t>
      </w:r>
    </w:p>
    <w:p>
      <w:pPr>
        <w:jc w:val="right"/>
      </w:pPr>
      <w:r>
        <w:t>جو اپنے اپ کو ماسٹر اف سچویشن پروف کرتے ہیں یہ ڈیلی ہوتا ہے ڈیلی کہ ادمی یا</w:t>
      </w:r>
    </w:p>
    <w:p>
      <w:r>
        <w:rPr>
          <w:b/>
        </w:rPr>
        <w:t xml:space="preserve">[47:52] </w:t>
      </w:r>
      <w:r>
        <w:t>to victim of situation banta hai ya wo master of situation banta hai yeh aap ka test hai</w:t>
      </w:r>
    </w:p>
    <w:p>
      <w:pPr>
        <w:jc w:val="right"/>
      </w:pPr>
      <w:r>
        <w:t>تو وکٹم اف سچویشن بنتا ہے یا وہ ماسٹر اف سچویشن بنتا ہے یہ اپ کا ٹیسٹ ہے</w:t>
      </w:r>
    </w:p>
    <w:p>
      <w:r>
        <w:rPr>
          <w:b/>
        </w:rPr>
        <w:t xml:space="preserve">[48:02] </w:t>
      </w:r>
      <w:r>
        <w:t>to situation management aap ko janna chahiye aap ko situation management janna chahiye</w:t>
      </w:r>
    </w:p>
    <w:p>
      <w:pPr>
        <w:jc w:val="right"/>
      </w:pPr>
      <w:r>
        <w:t>تو سچویشن مینجمنٹ اپ کو جاننا چاہیے اپ کو سچویشن مینجمنٹ جاننا چاہیے</w:t>
      </w:r>
    </w:p>
    <w:p>
      <w:r>
        <w:rPr>
          <w:b/>
        </w:rPr>
        <w:t xml:space="preserve">[48:12] </w:t>
      </w:r>
      <w:r>
        <w:t>aisa nahin hona chahiye ke jo situation aai bas aap us ke us ka shikar ho kar reh</w:t>
      </w:r>
    </w:p>
    <w:p>
      <w:pPr>
        <w:jc w:val="right"/>
      </w:pPr>
      <w:r>
        <w:t>ایسا نہیں ہونا چاہیے کہ جو سچویشن ائی بس اپ اس کے اس کا شکار ہو کر رہ</w:t>
      </w:r>
    </w:p>
    <w:p>
      <w:r>
        <w:rPr>
          <w:b/>
        </w:rPr>
        <w:t xml:space="preserve">[48:23] </w:t>
      </w:r>
      <w:r>
        <w:t>گئے یہ تو animal کا لیول ہے سچویشن کا وکٹم بن جانا یہ animal کا لیول ہے انسان</w:t>
      </w:r>
    </w:p>
    <w:p>
      <w:pPr>
        <w:jc w:val="right"/>
      </w:pPr>
      <w:r>
        <w:t>گئے یہ تو اینیبل کا لیول ہے سچویشن کا وکٹم بن جانا یہ اینیبل کا لیول ہے انسان</w:t>
      </w:r>
    </w:p>
    <w:p>
      <w:r>
        <w:rPr>
          <w:b/>
        </w:rPr>
        <w:t xml:space="preserve">[48:34] </w:t>
      </w:r>
      <w:r>
        <w:t>ko khuda ne mind diya hai planning ki capacity di hai</w:t>
      </w:r>
    </w:p>
    <w:p>
      <w:pPr>
        <w:jc w:val="right"/>
      </w:pPr>
      <w:r>
        <w:t>کو خدا نے مائنڈ دیا ہے پلاننگ کی کیپیسٹی دی ہے</w:t>
      </w:r>
    </w:p>
    <w:p>
      <w:r>
        <w:rPr>
          <w:b/>
        </w:rPr>
        <w:t xml:space="preserve">[48:45] </w:t>
      </w:r>
      <w:r>
        <w:t>wo wo jo halaat hote hain us se oopar uth kar sochne sochne ki taqat di hai jis</w:t>
      </w:r>
    </w:p>
    <w:p>
      <w:pPr>
        <w:jc w:val="right"/>
      </w:pPr>
      <w:r>
        <w:t>وہ وہ جو حالات ہوتے ہیں اس سے اوپر اٹھ کر سوچنے سوچنے کی طاقت دی ہے جس</w:t>
      </w:r>
    </w:p>
    <w:p>
      <w:r>
        <w:rPr>
          <w:b/>
        </w:rPr>
        <w:t xml:space="preserve">[48:53] </w:t>
      </w:r>
      <w:r>
        <w:t>ko main kaha karta hun ki big bird thinking, yeh insan ki sifat hai, koi haiwan aisa nahin.</w:t>
      </w:r>
    </w:p>
    <w:p>
      <w:pPr>
        <w:jc w:val="right"/>
      </w:pPr>
      <w:r>
        <w:t>کو میں کہا کرتا ہوں کہ بگ برڈ تھنکنگ یہ انسان کی صفت ہے کوئی حیوان ایسا نہیں</w:t>
      </w:r>
    </w:p>
    <w:p>
      <w:r>
        <w:rPr>
          <w:b/>
        </w:rPr>
        <w:t xml:space="preserve">[49:00] </w:t>
      </w:r>
      <w:r>
        <w:t>hai jis ke andar big bird thinking ki salahiyat ho. Big bird thinking asal mein yeh bana hai</w:t>
      </w:r>
    </w:p>
    <w:p>
      <w:pPr>
        <w:jc w:val="right"/>
      </w:pPr>
      <w:r>
        <w:t>ہے جس کے اندر بگ برڈ تھنکنگ کی صلاحیت ہو بگ برڈ تھنکنگ اصل میں یہ بنا ہے</w:t>
      </w:r>
    </w:p>
    <w:p>
      <w:r>
        <w:rPr>
          <w:b/>
        </w:rPr>
        <w:t xml:space="preserve">[49:08] </w:t>
      </w:r>
      <w:r>
        <w:t>is tarah se</w:t>
      </w:r>
    </w:p>
    <w:p>
      <w:pPr>
        <w:jc w:val="right"/>
      </w:pPr>
      <w:r>
        <w:t>اس طرح سے</w:t>
      </w:r>
    </w:p>
    <w:p>
      <w:r>
        <w:rPr>
          <w:b/>
        </w:rPr>
        <w:t xml:space="preserve">[49:16] </w:t>
      </w:r>
      <w:r>
        <w:t>ke sard mulkon mein aisa hota hai ke storm aate hain to wahan par jo chidiya hoti hain</w:t>
      </w:r>
    </w:p>
    <w:p>
      <w:pPr>
        <w:jc w:val="right"/>
      </w:pPr>
      <w:r>
        <w:t>کہ سرد ملکوں میں ایسا ہوتا ہے کہ اسٹارم اتے ہیں تو وہاں پر جو چڑیاں ہوتی ہیں</w:t>
      </w:r>
    </w:p>
    <w:p>
      <w:r>
        <w:rPr>
          <w:b/>
        </w:rPr>
        <w:t xml:space="preserve">[49:24] </w:t>
      </w:r>
      <w:r>
        <w:t>کچھ چھوٹی ہوتی ہیں کچھ بڑی ہوتی ہیں چھوٹے چڑیوں کے ونگ کمزور ہوتے ہیں weak ہوتے ہیں</w:t>
      </w:r>
    </w:p>
    <w:p>
      <w:pPr>
        <w:jc w:val="right"/>
      </w:pPr>
      <w:r>
        <w:t>کچھ چھوٹی ہوتی ہیں کچھ بڑی ہوتی ہیں چھوٹے چڑیوں کے ونگ کمزور ہوتے ہیں ویک ہوتے ہیں</w:t>
      </w:r>
    </w:p>
    <w:p>
      <w:r>
        <w:rPr>
          <w:b/>
        </w:rPr>
        <w:t xml:space="preserve">[49:31] </w:t>
      </w:r>
      <w:r>
        <w:t>to chhoti chidiya zyada oopar uth nahin sakti zyada oopar uth kar urr nahin sakti hain to wo</w:t>
      </w:r>
    </w:p>
    <w:p>
      <w:pPr>
        <w:jc w:val="right"/>
      </w:pPr>
      <w:r>
        <w:t>تو چھوٹی چڑیاں زیادہ اوپر اٹھ نہیں سکتی زیادہ اوپر اٹھ کر اڑ نہیں سکتی ہیں تو وہ</w:t>
      </w:r>
    </w:p>
    <w:p>
      <w:r>
        <w:rPr>
          <w:b/>
        </w:rPr>
        <w:t xml:space="preserve">[49:39] </w:t>
      </w:r>
      <w:r>
        <w:t>storm ke zad mein aakar ke mar jati hain</w:t>
      </w:r>
    </w:p>
    <w:p>
      <w:pPr>
        <w:jc w:val="right"/>
      </w:pPr>
      <w:r>
        <w:t>اسٹارم کے زد میں ا کر کے مر جاتی ہیں</w:t>
      </w:r>
    </w:p>
    <w:p>
      <w:r>
        <w:rPr>
          <w:b/>
        </w:rPr>
        <w:t xml:space="preserve">[49:47] </w:t>
      </w:r>
      <w:r>
        <w:t>لیکن جن کے wing بہت ہی strong ہیں جن چڑیوں کے تو اوپر اٹھتی ہیں اوپر اٹھتی ہیں</w:t>
      </w:r>
    </w:p>
    <w:p>
      <w:pPr>
        <w:jc w:val="right"/>
      </w:pPr>
      <w:r>
        <w:t>لیکن جن کے ونگ بہت ہی سٹرونگ ہیں جن چڑیوں کے تو اوپر اٹھتی ہیں اوپر اٹھتی ہیں</w:t>
      </w:r>
    </w:p>
    <w:p>
      <w:r>
        <w:rPr>
          <w:b/>
        </w:rPr>
        <w:t xml:space="preserve">[49:53] </w:t>
      </w:r>
      <w:r>
        <w:t>oopar uthti hain yahan tak ke storms ke zad se oopar nikal jati hain aap jante hain ke</w:t>
      </w:r>
    </w:p>
    <w:p>
      <w:pPr>
        <w:jc w:val="right"/>
      </w:pPr>
      <w:r>
        <w:t>اوپر اٹھتی ہیں یہاں تک کہ اسٹارمز کے زد سے اوپر نکل جاتی ہیں اپ جانتے ہیں کہ</w:t>
      </w:r>
    </w:p>
    <w:p>
      <w:r>
        <w:rPr>
          <w:b/>
        </w:rPr>
        <w:t xml:space="preserve">[49:59] </w:t>
      </w:r>
      <w:r>
        <w:t>storm jo hai aasman tak nahin hota hai thodi door tak hota hai to strong wing wali chidiya</w:t>
      </w:r>
    </w:p>
    <w:p>
      <w:pPr>
        <w:jc w:val="right"/>
      </w:pPr>
      <w:r>
        <w:t>اسٹارم جو ہے اسمان تک نہیں ہوتا ہے تھوڑی دور تک ہوتا ہے تو اسٹرونگ ونگ والی چڑیاں</w:t>
      </w:r>
    </w:p>
    <w:p>
      <w:r>
        <w:rPr>
          <w:b/>
        </w:rPr>
        <w:t xml:space="preserve">[50:05] </w:t>
      </w:r>
      <w:r>
        <w:t>urr kar oopar nikal jati hain yaani storm ki jahan tak pohnch hai us se oopar usi se</w:t>
      </w:r>
    </w:p>
    <w:p>
      <w:pPr>
        <w:jc w:val="right"/>
      </w:pPr>
      <w:r>
        <w:t>اڑ کر اوپر نکل جاتی ہیں یعنی اسٹارم کی جہاں تک پہنچ ہے اس سے اوپر اسی سے</w:t>
      </w:r>
    </w:p>
    <w:p>
      <w:r>
        <w:rPr>
          <w:b/>
        </w:rPr>
        <w:t xml:space="preserve">[50:11] </w:t>
      </w:r>
      <w:r>
        <w:t>maine yeh banaya hai ke</w:t>
      </w:r>
    </w:p>
    <w:p>
      <w:pPr>
        <w:jc w:val="right"/>
      </w:pPr>
      <w:r>
        <w:t>میں نے یہ بنایا ہے کہ</w:t>
      </w:r>
    </w:p>
    <w:p>
      <w:r>
        <w:rPr>
          <w:b/>
        </w:rPr>
        <w:t xml:space="preserve">[50:17] </w:t>
      </w:r>
      <w:r>
        <w:t>Big Bird of the storm. اسی سے وہ بنی ہے اسی سے ایک ایک سینگ بنی ہے انگریزی</w:t>
      </w:r>
    </w:p>
    <w:p>
      <w:pPr>
        <w:jc w:val="right"/>
      </w:pPr>
      <w:r>
        <w:t>بگ برڈ اف دی سٹارم اسی سے وہ بنی ہے اسی سے ایک ایک سینگ بنی ہے انگریزی</w:t>
      </w:r>
    </w:p>
    <w:p>
      <w:r>
        <w:rPr>
          <w:b/>
        </w:rPr>
        <w:t xml:space="preserve">[50:27] </w:t>
      </w:r>
      <w:r>
        <w:t>میں کہ big bird of the storm طوفان کی بڑی چڑیا تو اسی سے میں نے یہ فارمولا</w:t>
      </w:r>
    </w:p>
    <w:p>
      <w:pPr>
        <w:jc w:val="right"/>
      </w:pPr>
      <w:r>
        <w:t>میں کہ بگ برڈ اف دا سٹارم طوفان کی بڑی چڑیا تو اسی سے میں نے یہ فارمولا</w:t>
      </w:r>
    </w:p>
    <w:p>
      <w:r>
        <w:rPr>
          <w:b/>
        </w:rPr>
        <w:t xml:space="preserve">[50:37] </w:t>
      </w:r>
      <w:r>
        <w:t>banaya hai ke big bird thinking is duniya</w:t>
      </w:r>
    </w:p>
    <w:p>
      <w:pPr>
        <w:jc w:val="right"/>
      </w:pPr>
      <w:r>
        <w:t>بنایا ہے کہ بگ برڈ تھنکنگ اس دنیا</w:t>
      </w:r>
    </w:p>
    <w:p>
      <w:r>
        <w:rPr>
          <w:b/>
        </w:rPr>
        <w:t xml:space="preserve">[50:47] </w:t>
      </w:r>
      <w:r>
        <w:t>mein aadmi ki kamyabi yeh hai ke wo big bird thinker bane dekhiye mera tajurba hai yeh ke</w:t>
      </w:r>
    </w:p>
    <w:p>
      <w:pPr>
        <w:jc w:val="right"/>
      </w:pPr>
      <w:r>
        <w:t>میں ادمی کی کامیابی یہ ہے کہ وہ بگ برڈ تھنکر بنے دیکھیے میرا تجربہ ہے یہ کہ</w:t>
      </w:r>
    </w:p>
    <w:p>
      <w:r>
        <w:rPr>
          <w:b/>
        </w:rPr>
        <w:t xml:space="preserve">[51:02] </w:t>
      </w:r>
      <w:r>
        <w:t>دنیا میں انسان کے لیے سب سے killer کیا چیز ہے میں سمجھتا ہوں کہ dengue مچھر سب</w:t>
      </w:r>
    </w:p>
    <w:p>
      <w:pPr>
        <w:jc w:val="right"/>
      </w:pPr>
      <w:r>
        <w:t>دنیا میں انسان کے لیے سب سے کلر کیا چیز ہے میں سمجھتا ہوں کہ ڈیگو مچھر سب</w:t>
      </w:r>
    </w:p>
    <w:p>
      <w:r>
        <w:rPr>
          <w:b/>
        </w:rPr>
        <w:t xml:space="preserve">[51:17] </w:t>
      </w:r>
      <w:r>
        <w:t>se color nahin hai insan ke liye sab se zyada color jo cheez hai insan ke liye wo</w:t>
      </w:r>
    </w:p>
    <w:p>
      <w:pPr>
        <w:jc w:val="right"/>
      </w:pPr>
      <w:r>
        <w:t>سے کلر نہیں ہے انسان کے لیے سب سے زیادہ کلر جو چیز ہے انسان کے لیے وہ</w:t>
      </w:r>
    </w:p>
    <w:p>
      <w:r>
        <w:rPr>
          <w:b/>
        </w:rPr>
        <w:t xml:space="preserve">[51:28] </w:t>
      </w:r>
      <w:r>
        <w:t>hai excuse ye meri zindagi ke upar ka experience hai koi bhi serpent koi bhi degu machar ya</w:t>
      </w:r>
    </w:p>
    <w:p>
      <w:pPr>
        <w:jc w:val="right"/>
      </w:pPr>
      <w:r>
        <w:t>ہے ایکسکیوز یہ میری زندگی کے اوپر کا ایکسپیرینس ہے کوئی بھی سرپنٹ کوئی بھی ڈیگو مچھر یا</w:t>
      </w:r>
    </w:p>
    <w:p>
      <w:r>
        <w:rPr>
          <w:b/>
        </w:rPr>
        <w:t xml:space="preserve">[51:38] </w:t>
      </w:r>
      <w:r>
        <w:t>کوئی بھی دوسری چیز جس کو لوگ جانتے ہوں اس سے زیادہ بڑا killer ہے excuse لینا</w:t>
      </w:r>
    </w:p>
    <w:p>
      <w:pPr>
        <w:jc w:val="right"/>
      </w:pPr>
      <w:r>
        <w:t>کوئی بھی دوسری چیز جس کو لوگ جانتے ہوں اس سے زیادہ بڑا کلر ہے ایکسکیوز لینا</w:t>
      </w:r>
    </w:p>
    <w:p>
      <w:r>
        <w:rPr>
          <w:b/>
        </w:rPr>
        <w:t xml:space="preserve">[51:48] </w:t>
      </w:r>
      <w:r>
        <w:t>میں نے پوچھا یہ ایک سینگ بہت پسند ہے کہ if you have a good excuse don't use it</w:t>
      </w:r>
    </w:p>
    <w:p>
      <w:pPr>
        <w:jc w:val="right"/>
      </w:pPr>
      <w:r>
        <w:t>میں نے پوچھا یہ ایک سینگ بہت پسند ہے کہ اف یو ہیو گڈ ایکسکیوز ڈونٹ یوز اٹ</w:t>
      </w:r>
    </w:p>
    <w:p>
      <w:r>
        <w:rPr>
          <w:b/>
        </w:rPr>
        <w:t xml:space="preserve">[51:59] </w:t>
      </w:r>
      <w:r>
        <w:t>If you got excuse don't use it. کیوں excuse تو ڈیلی اتے ہیں life is full of excuses.</w:t>
      </w:r>
    </w:p>
    <w:p>
      <w:pPr>
        <w:jc w:val="right"/>
      </w:pPr>
      <w:r>
        <w:t>اف یو گڈ ایکسکیوز ڈونٹ یوز اٹ کیوں ایکسکیوز تو ڈیلی اتے ہیں لائف از فل اف ایکسکیوزز</w:t>
      </w:r>
    </w:p>
    <w:p>
      <w:r>
        <w:rPr>
          <w:b/>
        </w:rPr>
        <w:t xml:space="preserve">[52:10] </w:t>
      </w:r>
      <w:r>
        <w:t>life is full of excuses kabhi aisa nahin hota nahin ho sakta ke aap ki zindagi mein excuse na ho</w:t>
      </w:r>
    </w:p>
    <w:p>
      <w:pPr>
        <w:jc w:val="right"/>
      </w:pPr>
      <w:r>
        <w:t>لائف از فل اف ایکسکیوزز کبھی ایسا نہیں ہوتا نہیں ہو سکتا کہ اپ کی زندگی میں ایکسکیوز نہ ہو</w:t>
      </w:r>
    </w:p>
    <w:p>
      <w:r>
        <w:rPr>
          <w:b/>
        </w:rPr>
        <w:t xml:space="preserve">[52:21] </w:t>
      </w:r>
      <w:r>
        <w:t>to agar aap excuse lete rahen to kya hoga aap koi badi taraqqi nahin kar sakte taraqqi se</w:t>
      </w:r>
    </w:p>
    <w:p>
      <w:pPr>
        <w:jc w:val="right"/>
      </w:pPr>
      <w:r>
        <w:t>تو اگر اپ ایکسکیوز لیتے رہیں تو کیا ہوگا اپ کوئی بڑی ترقی نہیں کر سکتے ترقی سے</w:t>
      </w:r>
    </w:p>
    <w:p>
      <w:r>
        <w:rPr>
          <w:b/>
        </w:rPr>
        <w:t xml:space="preserve">[52:31] </w:t>
      </w:r>
      <w:r>
        <w:t>مراد میری مراد material ترقی نہیں ہے بلکہ intellectual level, intellectual development, spiritual development یہ جو چیز ہے</w:t>
      </w:r>
    </w:p>
    <w:p>
      <w:pPr>
        <w:jc w:val="right"/>
      </w:pPr>
      <w:r>
        <w:t>مراد میری مراد مٹیریل ترقی نہیں ہے بلکہ انٹلیکچول لیول انٹلیکچول ڈیولپمنٹ اسپیریچول ڈیولپمنٹ یہ جو چیز ہے</w:t>
      </w:r>
    </w:p>
    <w:p>
      <w:r>
        <w:rPr>
          <w:b/>
        </w:rPr>
        <w:t xml:space="preserve">[52:41] </w:t>
      </w:r>
      <w:r>
        <w:t>yeh khuda ke raste mein sachai ke raste mein jo taraqqiyan hoti hain insan ki</w:t>
      </w:r>
    </w:p>
    <w:p>
      <w:pPr>
        <w:jc w:val="right"/>
      </w:pPr>
      <w:r>
        <w:t>یہ خدا کے راستے میں سچائی کے راستے میں جو ترقیاں ہوتی ہیں انسان کی</w:t>
      </w:r>
    </w:p>
    <w:p>
      <w:r>
        <w:rPr>
          <w:b/>
        </w:rPr>
        <w:t xml:space="preserve">[52:51] </w:t>
      </w:r>
      <w:r>
        <w:t>to jo aadmi excuse ko leta rahe wo kabhi bhi badi taraqqi nahin kar sake ga kyunke har</w:t>
      </w:r>
    </w:p>
    <w:p>
      <w:pPr>
        <w:jc w:val="right"/>
      </w:pPr>
      <w:r>
        <w:t>تو جو ادمی ایکسکیوز کو لیتا رہے وہ کبھی بھی بڑی ترقی نہیں کر سکے گا کیونکہ ہر</w:t>
      </w:r>
    </w:p>
    <w:p>
      <w:r>
        <w:rPr>
          <w:b/>
        </w:rPr>
        <w:t xml:space="preserve">[53:01] </w:t>
      </w:r>
      <w:r>
        <w:t>dil ek excuse rahe ga har dil ek excuse rahe ga to aap ke liye is ke siwa</w:t>
      </w:r>
    </w:p>
    <w:p>
      <w:pPr>
        <w:jc w:val="right"/>
      </w:pPr>
      <w:r>
        <w:t>دل ایک ایکسکیوز رہے گا ہر دل ایک ایکسکیوز رہے گا تو اپ کے لیے اس کے سوا</w:t>
      </w:r>
    </w:p>
    <w:p>
      <w:r>
        <w:rPr>
          <w:b/>
        </w:rPr>
        <w:t xml:space="preserve">[53:11] </w:t>
      </w:r>
      <w:r>
        <w:t>koi rasta nahin hai ke</w:t>
      </w:r>
    </w:p>
    <w:p>
      <w:pPr>
        <w:jc w:val="right"/>
      </w:pPr>
      <w:r>
        <w:t>کوئی راستہ نہیں ہے کہ</w:t>
      </w:r>
    </w:p>
    <w:p>
      <w:r>
        <w:rPr>
          <w:b/>
        </w:rPr>
        <w:t xml:space="preserve">[53:22] </w:t>
      </w:r>
      <w:r>
        <w:t>Excuse ko aap sabse bada killer samjhe killer warna excuse aapko khatam kar dega dekhiye</w:t>
      </w:r>
    </w:p>
    <w:p>
      <w:pPr>
        <w:jc w:val="right"/>
      </w:pPr>
      <w:r>
        <w:t>ایکسکیوز کو اپ سب سے بڑا کلر سمجھیں کلر ورنہ ایکسکیوز اپ کو ختم کر دے گا دیکھیں</w:t>
      </w:r>
    </w:p>
    <w:p>
      <w:r>
        <w:rPr>
          <w:b/>
        </w:rPr>
        <w:t xml:space="preserve">[53:39] </w:t>
      </w:r>
      <w:r>
        <w:t>zindagi mein baar baar aisa hota hai ke kuch rukawatein pesh aati hain rukawat har aadmi ki zindagi mein</w:t>
      </w:r>
    </w:p>
    <w:p>
      <w:pPr>
        <w:jc w:val="right"/>
      </w:pPr>
      <w:r>
        <w:t>زندگی میں بار بار ایسا ہوتا ہے کہ کچھ رکاوٹیں پیش اتی ہیں رکاوٹ ہر ادمی کی زندگی میں</w:t>
      </w:r>
    </w:p>
    <w:p>
      <w:r>
        <w:rPr>
          <w:b/>
        </w:rPr>
        <w:t xml:space="preserve">[53:56] </w:t>
      </w:r>
      <w:r>
        <w:t>rukawat rukawat bhi zindagi ka aik part hai to mein yeh kahunga ke obstacle ya rukawat jab</w:t>
      </w:r>
    </w:p>
    <w:p>
      <w:pPr>
        <w:jc w:val="right"/>
      </w:pPr>
      <w:r>
        <w:t>رکاوٹ رکاوٹ بھی زندگی کا ایک پارٹ ہے تو میں یہ کہوں گا کہ ابسٹیکل یا رکاوٹ جب</w:t>
      </w:r>
    </w:p>
    <w:p>
      <w:r>
        <w:rPr>
          <w:b/>
        </w:rPr>
        <w:t xml:space="preserve">[54:06] </w:t>
      </w:r>
      <w:r>
        <w:t>pesh aaye to unko aap aik aik naya chance samjhein apne liye yani is tarah ki cheez</w:t>
      </w:r>
    </w:p>
    <w:p>
      <w:pPr>
        <w:jc w:val="right"/>
      </w:pPr>
      <w:r>
        <w:t>پیش ائے تو ان کو اپ ایک ایک نیا چانس سمجھیں اپنے لیے یعنی اس طرح کی چیز</w:t>
      </w:r>
    </w:p>
    <w:p>
      <w:r>
        <w:rPr>
          <w:b/>
        </w:rPr>
        <w:t xml:space="preserve">[54:17] </w:t>
      </w:r>
      <w:r>
        <w:t>کو اپ ابسٹیکل نہ سمجھیں بلکہ ایک نیا چانس سمجھیں take it as a chance rather than an obstacle</w:t>
      </w:r>
    </w:p>
    <w:p>
      <w:pPr>
        <w:jc w:val="right"/>
      </w:pPr>
      <w:r>
        <w:t>کو اپ ابسٹیکل نہ سمجھیں بلکہ ایک نیا چانس سمجھیں ٹیک اٹ ایز اے چانس رادر دین اینڈ ابسٹیکل</w:t>
      </w:r>
    </w:p>
    <w:p>
      <w:r>
        <w:rPr>
          <w:b/>
        </w:rPr>
        <w:t xml:space="preserve">[54:28] </w:t>
      </w:r>
      <w:r>
        <w:t>woh kaise woh is tarah se ke is agar bilkul smooth sab kuch smooth ho aap ko koi difficulty na pesh aa rahi ho aur aap sachai ke raste pe chale ja rahe hon to aap ko</w:t>
      </w:r>
    </w:p>
    <w:p>
      <w:pPr>
        <w:jc w:val="right"/>
      </w:pPr>
      <w:r>
        <w:t>وہ کیسے وہ اس طرح سے کہ اس اگر بالکل سموتھ سب کچھ سموتھ ہو اپ کو کوئی ڈیفیکلٹی نہ پیش ا رہی ہو اور اپ سچائی کے راستے پہ چلے جا رہے ہوں تو اپ کو</w:t>
      </w:r>
    </w:p>
    <w:p>
      <w:r>
        <w:rPr>
          <w:b/>
        </w:rPr>
        <w:t xml:space="preserve">[54:58] </w:t>
      </w:r>
      <w:r>
        <w:t>chhota reward milega chhota reward aur agar aap rukawaton ko todte hue excuse ko na lete hue</w:t>
      </w:r>
    </w:p>
    <w:p>
      <w:pPr>
        <w:jc w:val="right"/>
      </w:pPr>
      <w:r>
        <w:t>چھوٹا ریوارڈ ملے گا چھوٹا ریوارڈ اور اگر اپ رکاوٹوں کو توڑتے ہوئے ایکسکیوز کو نہ لیتے ہوئے</w:t>
      </w:r>
    </w:p>
    <w:p>
      <w:r>
        <w:rPr>
          <w:b/>
        </w:rPr>
        <w:t xml:space="preserve">[55:08] </w:t>
      </w:r>
      <w:r>
        <w:t>saari difficulties ko paar karte hue sachai ke raaste par chalne lage to aap ko super reward mile</w:t>
      </w:r>
    </w:p>
    <w:p>
      <w:pPr>
        <w:jc w:val="right"/>
      </w:pPr>
      <w:r>
        <w:t>ساری ڈیفیکلٹیز کو پار کرتے ہوئے سچائی کے راستے پر چلنے لگے تو اپ کو سپر ریوارڈ ملے</w:t>
      </w:r>
    </w:p>
    <w:p>
      <w:r>
        <w:rPr>
          <w:b/>
        </w:rPr>
        <w:t xml:space="preserve">[55:19] </w:t>
      </w:r>
      <w:r>
        <w:t>ga isi ko aik hadith mein kaha gaya hai</w:t>
      </w:r>
    </w:p>
    <w:p>
      <w:pPr>
        <w:jc w:val="right"/>
      </w:pPr>
      <w:r>
        <w:t>گا اسی کو ایک حدیث میں کہا گیا ہے</w:t>
      </w:r>
    </w:p>
    <w:p>
      <w:r>
        <w:rPr>
          <w:b/>
        </w:rPr>
        <w:t xml:space="preserve">[55:30] </w:t>
      </w:r>
      <w:r>
        <w:t>کہ ان عظم الجزائے ما عظم البلائے ان عظم الجزائے ما عظم البلائے یعنی جتنی جتنی زیادہ difficulty</w:t>
      </w:r>
    </w:p>
    <w:p>
      <w:pPr>
        <w:jc w:val="right"/>
      </w:pPr>
      <w:r>
        <w:t>کہ ان عظم الجزائے ما عظم البلائے ان عظم الجزائے ما عظم البلائے یعنی جتنی جتنی زیادہ ڈیفیکلٹی</w:t>
      </w:r>
    </w:p>
    <w:p>
      <w:r>
        <w:rPr>
          <w:b/>
        </w:rPr>
        <w:t xml:space="preserve">[55:46] </w:t>
      </w:r>
      <w:r>
        <w:t>itna hi bada reward</w:t>
      </w:r>
    </w:p>
    <w:p>
      <w:pPr>
        <w:jc w:val="right"/>
      </w:pPr>
      <w:r>
        <w:t>اتنا ہی بڑا ریوارڈ</w:t>
      </w:r>
    </w:p>
    <w:p>
      <w:r>
        <w:rPr>
          <w:b/>
        </w:rPr>
        <w:t xml:space="preserve">[56:03] </w:t>
      </w:r>
      <w:r>
        <w:t>jitni badi difficulty itna hi bada reward yeh aik principle hai isi liye maine kaha ke is</w:t>
      </w:r>
    </w:p>
    <w:p>
      <w:pPr>
        <w:jc w:val="right"/>
      </w:pPr>
      <w:r>
        <w:t>جتنی بڑی ڈیفیکلٹی اتنا ہی بڑا ریوارڈ یہ ایک پرنسپل ہے اسی لیے میں نے کہا کہ اس</w:t>
      </w:r>
    </w:p>
    <w:p>
      <w:r>
        <w:rPr>
          <w:b/>
        </w:rPr>
        <w:t xml:space="preserve">[56:13] </w:t>
      </w:r>
      <w:r>
        <w:t>ko obstacle ko aap aik chance samjhiye aik opportunity samjhiye kyun obstacle jab aaya to kya hua aap</w:t>
      </w:r>
    </w:p>
    <w:p>
      <w:pPr>
        <w:jc w:val="right"/>
      </w:pPr>
      <w:r>
        <w:t>کو ابسٹیکل کو اپ ایک چانس سمجھئے ایک اپرچونیٹی سمجھئے کیوں ابسٹیکل جب ایا تو کیا ہوا اپ</w:t>
      </w:r>
    </w:p>
    <w:p>
      <w:r>
        <w:rPr>
          <w:b/>
        </w:rPr>
        <w:t xml:space="preserve">[56:23] </w:t>
      </w:r>
      <w:r>
        <w:t>ke liye aik naya raasta khula ke zyada effort kar ke zyada sacrifice kar ke zyada apne aap ko devot</w:t>
      </w:r>
    </w:p>
    <w:p>
      <w:pPr>
        <w:jc w:val="right"/>
      </w:pPr>
      <w:r>
        <w:t>کے لیے ایک نیا راستہ کھلا کہ زیادہ ایفرٹ کر کے زیادہ سیکریفائس کر کے زیادہ اپنے اپ کو ڈیووٹ</w:t>
      </w:r>
    </w:p>
    <w:p>
      <w:r>
        <w:rPr>
          <w:b/>
        </w:rPr>
        <w:t xml:space="preserve">[56:33] </w:t>
      </w:r>
      <w:r>
        <w:t>kar ke aap ek sachai ke raste pe aage badh sakte hain to obstacle ya difficulty aap ke liye ek nayi opportunity kholti hai zyada bada reward lene ki dekhein hota hai yeh sab kyun hota hai aadmi is tarah ki weakness mein kyun pad jata hai is ke wajah yeh hoti hai ke aadmi apni conditioning ki wajah se aap jante hain ke bachpan se aadmi con</w:t>
      </w:r>
    </w:p>
    <w:p>
      <w:pPr>
        <w:jc w:val="right"/>
      </w:pPr>
      <w:r>
        <w:t>کر کے اپ ایک سچائی کے راستے پہ اگے بڑھ سکتے ہیں تو ابسٹیکل یا ڈیفیکلٹی اپ کے لیے ایک نئی اپرچونیٹی کھولتی ہے زیادہ بڑا ریوارڈ لینے کی دیکھیں ہوتا ہے یہ سب کیوں ہوتا ہے ادمی اس طرح کی ویکنس میں کیوں پڑ جاتا ہے اس کے کی وجہ یہ ہوتی ہے کہ ادمی اپنی کنڈیشننگ کی وجہ سے اپ جانتے ہیں کہ بچپن سے ادمی کن</w:t>
      </w:r>
    </w:p>
    <w:p>
      <w:r>
        <w:rPr>
          <w:b/>
        </w:rPr>
        <w:t xml:space="preserve">[57:03] </w:t>
      </w:r>
      <w:r>
        <w:t>dicationing hoti hai to aik is ki zindagi mein aik kuch cheez ki hesiyat kuch cheezon ke bare</w:t>
      </w:r>
    </w:p>
    <w:p>
      <w:pPr>
        <w:jc w:val="right"/>
      </w:pPr>
      <w:r>
        <w:t>ڈیشننگ ہوتی ہے تو ایک اس کی زندگی میں ایک کچھ چیز کی حیثیت کچھ چیزوں کے بارے</w:t>
      </w:r>
    </w:p>
    <w:p>
      <w:r>
        <w:rPr>
          <w:b/>
        </w:rPr>
        <w:t xml:space="preserve">[57:10] </w:t>
      </w:r>
      <w:r>
        <w:t>mein woh priority ka darja le leti hain is ki zindagi kuch cheezein priority ka darja le leti</w:t>
      </w:r>
    </w:p>
    <w:p>
      <w:pPr>
        <w:jc w:val="right"/>
      </w:pPr>
      <w:r>
        <w:t>میں وہ پرائیورٹی کا درجہ لے لیتی ہیں اس کی زندگی کچھ چیزیں پرائیورٹی کا درجہ لے لیتی</w:t>
      </w:r>
    </w:p>
    <w:p>
      <w:r>
        <w:rPr>
          <w:b/>
        </w:rPr>
        <w:t xml:space="preserve">[57:18] </w:t>
      </w:r>
      <w:r>
        <w:t>hain maslan itne baje sona zaroori hai itne baje khana zaroori hai aur falan falan cheez mere khane</w:t>
      </w:r>
    </w:p>
    <w:p>
      <w:pPr>
        <w:jc w:val="right"/>
      </w:pPr>
      <w:r>
        <w:t>ہیں مثلا اتنے بجے سونا ضروری ہے اتنے بجے کھانا ضروری ہے اور فلاں فلاں چیز میرے کھانے</w:t>
      </w:r>
    </w:p>
    <w:p>
      <w:r>
        <w:rPr>
          <w:b/>
        </w:rPr>
        <w:t xml:space="preserve">[57:25] </w:t>
      </w:r>
      <w:r>
        <w:t>ke mein zaroor hona chahiye aur tarah tarah ki priority ban jaati hain aadmi ki</w:t>
      </w:r>
    </w:p>
    <w:p>
      <w:pPr>
        <w:jc w:val="right"/>
      </w:pPr>
      <w:r>
        <w:t>کے میں ضرور ہونا چاہیے اور طرح طرح کی پرائیورٹی بن جاتی ہیں ادمی کی</w:t>
      </w:r>
    </w:p>
    <w:p>
      <w:r>
        <w:rPr>
          <w:b/>
        </w:rPr>
        <w:t xml:space="preserve">[57:33] </w:t>
      </w:r>
      <w:r>
        <w:t>dekhein agar aap agar aap ko khuda ki blessing chahiye to jab aap par sachai khule to aap</w:t>
      </w:r>
    </w:p>
    <w:p>
      <w:pPr>
        <w:jc w:val="right"/>
      </w:pPr>
      <w:r>
        <w:t>دیکھیں اگر اپ اگر اپ کو خدا کی بلیسنگ چاہیے تو جب اپ پر سچائی کھلے تو اپ</w:t>
      </w:r>
    </w:p>
    <w:p>
      <w:r>
        <w:rPr>
          <w:b/>
        </w:rPr>
        <w:t xml:space="preserve">[57:41] </w:t>
      </w:r>
      <w:r>
        <w:t>ko apni priority ko resetting karni chahiye har aadmi ko yeh karna padega agar priority ki</w:t>
      </w:r>
    </w:p>
    <w:p>
      <w:pPr>
        <w:jc w:val="right"/>
      </w:pPr>
      <w:r>
        <w:t>کو اپنی پرائیورٹی کو ری سیٹنگ کرنی چاہیے ہر ادمی کو یہ کرنا پڑے گا اگر پرائیورٹی کی</w:t>
      </w:r>
    </w:p>
    <w:p>
      <w:r>
        <w:rPr>
          <w:b/>
        </w:rPr>
        <w:t xml:space="preserve">[57:48] </w:t>
      </w:r>
      <w:r>
        <w:t>resetting na karein aap to phir isi mein phanse rahenge priority ka jo pehle se chala</w:t>
      </w:r>
    </w:p>
    <w:p>
      <w:pPr>
        <w:jc w:val="right"/>
      </w:pPr>
      <w:r>
        <w:t>ری سیٹنگ نہ کریں اپ تو پھر اسی میں پھنسے رہیں گے پرائیورٹی کا جو پہلے سے چلا</w:t>
      </w:r>
    </w:p>
    <w:p>
      <w:r>
        <w:rPr>
          <w:b/>
        </w:rPr>
        <w:t xml:space="preserve">[57:56] </w:t>
      </w:r>
      <w:r>
        <w:t>a raha hai aap ke haan isi par agar aap chalte rahen</w:t>
      </w:r>
    </w:p>
    <w:p>
      <w:pPr>
        <w:jc w:val="right"/>
      </w:pPr>
      <w:r>
        <w:t>ا رہا ہے اپ کے ہاں اسی پر اگر اپ چلتے رہیں</w:t>
      </w:r>
    </w:p>
    <w:p>
      <w:r>
        <w:rPr>
          <w:b/>
        </w:rPr>
        <w:t xml:space="preserve">[58:03] </w:t>
      </w:r>
      <w:r>
        <w:t>to sachai ko paane ke baad bhi aap sachai se door rahenge priorities ko agar aap reset na karein to main samajhta hoon ke aap kabhi bhi sachai ke raste</w:t>
      </w:r>
    </w:p>
    <w:p>
      <w:pPr>
        <w:jc w:val="right"/>
      </w:pPr>
      <w:r>
        <w:t>تو سچائی کو پانے کے بعد بھی اپ سچائی سے دور رہیں گے پرائیورٹیز کو اگر اپ ری سیٹ نہ کریں تو میں سمجھتا ہوں کہ اپ کبھی بھی سچائی کے راست</w:t>
      </w:r>
    </w:p>
    <w:p>
      <w:r>
        <w:rPr>
          <w:b/>
        </w:rPr>
        <w:t xml:space="preserve">[58:33] </w:t>
      </w:r>
      <w:r>
        <w:t>e mein aage pahunch sakte hain zindagi mein mein samajhta hoon ke master formula sirf aik hai hadith</w:t>
      </w:r>
    </w:p>
    <w:p>
      <w:pPr>
        <w:jc w:val="right"/>
      </w:pPr>
      <w:r>
        <w:t>ے میں اگے پہنچ سکتے ہیں زندگی میں میں سمجھتا ہوں کہ ماسٹر فارمولا صرف ایک ہے حدیث</w:t>
      </w:r>
    </w:p>
    <w:p>
      <w:r>
        <w:rPr>
          <w:b/>
        </w:rPr>
        <w:t xml:space="preserve">[58:43] </w:t>
      </w:r>
      <w:r>
        <w:t>mein aata hai ke aksaro zikr hadim ul lazzat ul maut mein samajhta hoon ke yahi master formula hai yani</w:t>
      </w:r>
    </w:p>
    <w:p>
      <w:pPr>
        <w:jc w:val="right"/>
      </w:pPr>
      <w:r>
        <w:t>میں اتا ہے کہ اکثرو ذکر حادم اللذات الموت میں سمجھتا ہوں کہ یہی ماسٹر فارمولا ہے یعنی</w:t>
      </w:r>
    </w:p>
    <w:p>
      <w:r>
        <w:rPr>
          <w:b/>
        </w:rPr>
        <w:t xml:space="preserve">[58:53] </w:t>
      </w:r>
      <w:r>
        <w:t>maut maut ko maut ko</w:t>
      </w:r>
    </w:p>
    <w:p>
      <w:pPr>
        <w:jc w:val="right"/>
      </w:pPr>
      <w:r>
        <w:t>موت موت کو موت کو</w:t>
      </w:r>
    </w:p>
    <w:p>
      <w:r>
        <w:rPr>
          <w:b/>
        </w:rPr>
        <w:t xml:space="preserve">[59:03] </w:t>
      </w:r>
      <w:r>
        <w:t>yaad kar ke apni soch banana maut ko yaad kar ke apni soch banana mein aik waqia arz</w:t>
      </w:r>
    </w:p>
    <w:p>
      <w:pPr>
        <w:jc w:val="right"/>
      </w:pPr>
      <w:r>
        <w:t>یاد کر کے اپنی سوچ بنانا موت کو یاد کر کے اپنی سوچ بنانا میں ایک واقعہ عرض</w:t>
      </w:r>
    </w:p>
    <w:p>
      <w:r>
        <w:rPr>
          <w:b/>
        </w:rPr>
        <w:t xml:space="preserve">[59:11] </w:t>
      </w:r>
      <w:r>
        <w:t>karoon jis se yeh baat clear hoti hai ke mein kya kehna chahta hoon mein 1965 ke lag</w:t>
      </w:r>
    </w:p>
    <w:p>
      <w:pPr>
        <w:jc w:val="right"/>
      </w:pPr>
      <w:r>
        <w:t>کروں جس سے یہ بات کلیئر ہوتی ہے کہ میں کیا کہنا چاہتا ہوں میں 1965 کے لگ</w:t>
      </w:r>
    </w:p>
    <w:p>
      <w:r>
        <w:rPr>
          <w:b/>
        </w:rPr>
        <w:t xml:space="preserve">[59:19] </w:t>
      </w:r>
      <w:r>
        <w:t>bhag lucknow mein tha koi teen saal ke liye to wahan aik sahab the jo nadwa mein padhte</w:t>
      </w:r>
    </w:p>
    <w:p>
      <w:pPr>
        <w:jc w:val="right"/>
      </w:pPr>
      <w:r>
        <w:t>بھگ لکھنو میں تھا کوئی تین سال کے لیے تو وہاں ایک صاحب تھے جو ندوہ میں پڑھتے</w:t>
      </w:r>
    </w:p>
    <w:p>
      <w:r>
        <w:rPr>
          <w:b/>
        </w:rPr>
        <w:t xml:space="preserve">[59:27] </w:t>
      </w:r>
      <w:r>
        <w:t>the un ka naam tha iqbal azmi</w:t>
      </w:r>
    </w:p>
    <w:p>
      <w:pPr>
        <w:jc w:val="right"/>
      </w:pPr>
      <w:r>
        <w:t>تھے ان کا نام تھا اقبال اعظمی</w:t>
      </w:r>
    </w:p>
    <w:p>
      <w:r>
        <w:rPr>
          <w:b/>
        </w:rPr>
        <w:t xml:space="preserve">[59:35] </w:t>
      </w:r>
      <w:r>
        <w:t>woh you pi ke thay woh to mujh se aksar miltay thay woh to aik din aye to</w:t>
      </w:r>
    </w:p>
    <w:p>
      <w:pPr>
        <w:jc w:val="right"/>
      </w:pPr>
      <w:r>
        <w:t>وہ یو پی کے تھے وہ تو مجھ سے اکثر ملتے تھے وہ تو ایک دن ائے تو</w:t>
      </w:r>
    </w:p>
    <w:p>
      <w:r>
        <w:rPr>
          <w:b/>
        </w:rPr>
        <w:t xml:space="preserve">[59:45] </w:t>
      </w:r>
      <w:r>
        <w:t>bohat hi said dikhai partay thay bohat said to mein ne poocha ke aaj aap kuch ghamgeen hain</w:t>
      </w:r>
    </w:p>
    <w:p>
      <w:pPr>
        <w:jc w:val="right"/>
      </w:pPr>
      <w:r>
        <w:t>بہت ہی سیڈ دکھائی پڑتے تھے بہت سیڈ تو میں نے پوچھا کہ اج اپ کچھ غمگین ہیں</w:t>
      </w:r>
    </w:p>
    <w:p>
      <w:r>
        <w:rPr>
          <w:b/>
        </w:rPr>
        <w:t xml:space="preserve">[59:55] </w:t>
      </w:r>
      <w:r>
        <w:t>kya baat hai unhon ne kaha aaj mein ghar ja raha hoon chhod kar education</w:t>
      </w:r>
    </w:p>
    <w:p>
      <w:pPr>
        <w:jc w:val="right"/>
      </w:pPr>
      <w:r>
        <w:t>کیا بات ہے انہوں نے کہا اج میں گھر جا رہا ہوں چھوڑ کر ایجوکیشن</w:t>
      </w:r>
    </w:p>
    <w:p>
      <w:r>
        <w:rPr>
          <w:b/>
        </w:rPr>
        <w:t xml:space="preserve">[1:00:05] </w:t>
      </w:r>
      <w:r>
        <w:t>chhod kar ghar ja raha hoon main ne kaha kyon kaha mere baap mar gaye hain mere baap ki death ho chuki hai to ghar ka kaam ab main hi bada hoon ghar ka aur jo mere bhai bahan hain wo bahut chhote hain to un ke ghar par kuchh chhota sa agriculture ka kaam tha kisan wala kaam chhota to unhon ne kaha ke ab main ja kar ke wahi</w:t>
      </w:r>
    </w:p>
    <w:p>
      <w:pPr>
        <w:jc w:val="right"/>
      </w:pPr>
      <w:r>
        <w:t>چھوڑ کر گھر جا رہا ہوں میں نے کہا کیوں کہا میرے باپ مر گئے ہیں میرے باپ کی ڈیتھ ہو چکی ہے تو گھر کا کام اب میں ہی بڑا ہوں گھر کا اور جو میرے بھائی بہن ہیں وہ بہت چھوٹے ہیں تو ان کے گھر پر کچھ چھوٹا سا ایگریکلچر کا کام تھا کسان والا کام چھوٹا تو انہوں نے کہا کہ اب میں جا کر کے وہی</w:t>
      </w:r>
    </w:p>
    <w:p>
      <w:r>
        <w:rPr>
          <w:b/>
        </w:rPr>
        <w:t xml:space="preserve">[1:00:35] </w:t>
      </w:r>
      <w:r>
        <w:t>sambhalunga jo mere baap karte the ab tak to baap mar gaye hain is liye ab mujhe jana padega achaanak mere munh se nikla ke agar aap bhi mar jayen to agar aap bhi mar jayen to wo meri baat ko samajh gaye wo samajh</w:t>
      </w:r>
    </w:p>
    <w:p>
      <w:pPr>
        <w:jc w:val="right"/>
      </w:pPr>
      <w:r>
        <w:t>سنبھالوں گا جو میرے باپ کرتے تھے اب تک تو باپ مر گئے ہیں اس لیے اب مجھے جانا پڑے گا اچانک میرے منہ سے نکلا کہ اگر اپ بھی مر جائیں تو اگر اپ بھی مر جائیں تو وہ میری بات کو سمجھ گئے وہ سمجھ</w:t>
      </w:r>
    </w:p>
    <w:p>
      <w:r>
        <w:rPr>
          <w:b/>
        </w:rPr>
        <w:t xml:space="preserve">[1:01:05] </w:t>
      </w:r>
      <w:r>
        <w:t>gaye ke jis tarah mere baap ka peecha kar rahi thi maut isi tarah mera bhi peecha kar</w:t>
      </w:r>
    </w:p>
    <w:p>
      <w:pPr>
        <w:jc w:val="right"/>
      </w:pPr>
      <w:r>
        <w:t>گئے کہ جس طرح میرے باپ کا پیچھا کر رہی تھی موت اسی طرح میرا بھی پیچھا کر</w:t>
      </w:r>
    </w:p>
    <w:p>
      <w:r>
        <w:rPr>
          <w:b/>
        </w:rPr>
        <w:t xml:space="preserve">[1:01:11] </w:t>
      </w:r>
      <w:r>
        <w:t>rahi hai maut ummat ka koi time nahi hai boorhay ko bhi lagti hai jawan ko bhi ati</w:t>
      </w:r>
    </w:p>
    <w:p>
      <w:pPr>
        <w:jc w:val="right"/>
      </w:pPr>
      <w:r>
        <w:t>رہی ہے موت امت کا کوئی ٹائم نہیں ہے بوڑھے کو بھی لگتی ہے جوان کو بھی اتی</w:t>
      </w:r>
    </w:p>
    <w:p>
      <w:r>
        <w:rPr>
          <w:b/>
        </w:rPr>
        <w:t xml:space="preserve">[1:01:17] </w:t>
      </w:r>
      <w:r>
        <w:t>hai bachay bhi mar jatay hain jab mein ne kaha ke aap bhi mar jayen to to un</w:t>
      </w:r>
    </w:p>
    <w:p>
      <w:pPr>
        <w:jc w:val="right"/>
      </w:pPr>
      <w:r>
        <w:t>ہے بچے بھی مر جاتے ہیں جب میں نے کہا کہ اپ بھی مر جائیں تو تو ان</w:t>
      </w:r>
    </w:p>
    <w:p>
      <w:r>
        <w:rPr>
          <w:b/>
        </w:rPr>
        <w:t xml:space="preserve">[1:01:23] </w:t>
      </w:r>
      <w:r>
        <w:t>ka mind mein aik aik bohat aik storm aa gaya aik nai soch jaag pari to mere advice</w:t>
      </w:r>
    </w:p>
    <w:p>
      <w:pPr>
        <w:jc w:val="right"/>
      </w:pPr>
      <w:r>
        <w:t>کا مائنڈ میں ایک ایک بہت ایک اسٹارم ا گیا ایک نئی سوچ جاگ پڑی تو میرے ایڈوائس</w:t>
      </w:r>
    </w:p>
    <w:p>
      <w:r>
        <w:rPr>
          <w:b/>
        </w:rPr>
        <w:t xml:space="preserve">[1:01:29] </w:t>
      </w:r>
      <w:r>
        <w:t>ke mutabiq unhon</w:t>
      </w:r>
    </w:p>
    <w:p>
      <w:pPr>
        <w:jc w:val="right"/>
      </w:pPr>
      <w:r>
        <w:t>کے مطابق انہوں</w:t>
      </w:r>
    </w:p>
    <w:p>
      <w:r>
        <w:rPr>
          <w:b/>
        </w:rPr>
        <w:t xml:space="preserve">[1:01:35] </w:t>
      </w:r>
      <w:r>
        <w:t>ne ghar janay ka irada chhod diya agarche baap mar gaye thay lekin ghar nahi gaye woh mein</w:t>
      </w:r>
    </w:p>
    <w:p>
      <w:pPr>
        <w:jc w:val="right"/>
      </w:pPr>
      <w:r>
        <w:t>نے گھر جانے کا ارادہ چھوڑ دیا اگرچہ باپ مر گئے تھے لیکن گھر نہیں گئے وہ میں</w:t>
      </w:r>
    </w:p>
    <w:p>
      <w:r>
        <w:rPr>
          <w:b/>
        </w:rPr>
        <w:t xml:space="preserve">[1:01:43] </w:t>
      </w:r>
      <w:r>
        <w:t>ne kaha agar ghar jayen ge aap to ghar walay pakar len ge aap ko phir lotnay nahi</w:t>
      </w:r>
    </w:p>
    <w:p>
      <w:pPr>
        <w:jc w:val="right"/>
      </w:pPr>
      <w:r>
        <w:t>نے کہا اگر گھر جائیں گے اپ تو گھر والے پکڑ لیں گے اپ کو پھر لوٹنے نہیں</w:t>
      </w:r>
    </w:p>
    <w:p>
      <w:r>
        <w:rPr>
          <w:b/>
        </w:rPr>
        <w:t xml:space="preserve">[1:01:50] </w:t>
      </w:r>
      <w:r>
        <w:t>den ge is se acha hai ke aap jaiye nahi bohat se bohat aik letter likh dijiye to</w:t>
      </w:r>
    </w:p>
    <w:p>
      <w:pPr>
        <w:jc w:val="right"/>
      </w:pPr>
      <w:r>
        <w:t>دیں گے اس سے اچھا ہے کہ اپ جائیے نہیں بہت سے بہت ایک لیٹر لکھ دیجیے تو</w:t>
      </w:r>
    </w:p>
    <w:p>
      <w:r>
        <w:rPr>
          <w:b/>
        </w:rPr>
        <w:t xml:space="preserve">[1:01:58] </w:t>
      </w:r>
      <w:r>
        <w:t>woh ghar nahi gaye phir kya hua apni education unhon ne lucknow mein poori ki phir lucknow university</w:t>
      </w:r>
    </w:p>
    <w:p>
      <w:pPr>
        <w:jc w:val="right"/>
      </w:pPr>
      <w:r>
        <w:t>وہ گھر نہیں گئے پھر کیا ہوا اپنی ایجوکیشن انہوں نے لکھنو میں پوری کی پھر لکھنو یونیورس</w:t>
      </w:r>
    </w:p>
    <w:p>
      <w:r>
        <w:rPr>
          <w:b/>
        </w:rPr>
        <w:t xml:space="preserve">[1:02:05] </w:t>
      </w:r>
      <w:r>
        <w:t>se m a kiya unhon ne phir woh chalay gaye arab arab mein bhi kuch parha unhon</w:t>
      </w:r>
    </w:p>
    <w:p>
      <w:pPr>
        <w:jc w:val="right"/>
      </w:pPr>
      <w:r>
        <w:t>ٹی سے ایم اے کیا انہوں نے پھر وہ چلے گئے عرب عرب میں بھی کچھ پڑھا انہوں</w:t>
      </w:r>
    </w:p>
    <w:p>
      <w:r>
        <w:rPr>
          <w:b/>
        </w:rPr>
        <w:t xml:space="preserve">[1:02:13] </w:t>
      </w:r>
      <w:r>
        <w:t>ne ab woh hain africa ke aik country mein africa mein aur kafi paisa kamatay hain wahan par</w:t>
      </w:r>
    </w:p>
    <w:p>
      <w:pPr>
        <w:jc w:val="right"/>
      </w:pPr>
      <w:r>
        <w:t>نے اب وہ ہیں افریقہ کے ایک کنٹری میں افریقہ میں اور کافی پیسہ کماتے ہیں وہاں پر</w:t>
      </w:r>
    </w:p>
    <w:p>
      <w:r>
        <w:rPr>
          <w:b/>
        </w:rPr>
        <w:t xml:space="preserve">[1:02:21] </w:t>
      </w:r>
      <w:r>
        <w:t>is ke baad yani is se pehle in ke ghar walay bohat un se ghussa thay ke baap</w:t>
      </w:r>
    </w:p>
    <w:p>
      <w:pPr>
        <w:jc w:val="right"/>
      </w:pPr>
      <w:r>
        <w:t>اس کے بعد یعنی اس سے پہلے ان کے گھر والے بہت ان سے غصہ تھے کہ باپ</w:t>
      </w:r>
    </w:p>
    <w:p>
      <w:r>
        <w:rPr>
          <w:b/>
        </w:rPr>
        <w:t xml:space="preserve">[1:02:28] </w:t>
      </w:r>
      <w:r>
        <w:t>mar gaya aur aye nahi baap mar gaya aur aye nahi to bohat ghussa thay lekin jab africa pohanch gaye</w:t>
      </w:r>
    </w:p>
    <w:p>
      <w:pPr>
        <w:jc w:val="right"/>
      </w:pPr>
      <w:r>
        <w:t>مر گیا اور ائے نہیں باپ مر گیا اور ائے نہیں تو بہت غصہ تھے لیکن جب افریقہ پہنچ گئے</w:t>
      </w:r>
    </w:p>
    <w:p>
      <w:r>
        <w:rPr>
          <w:b/>
        </w:rPr>
        <w:t xml:space="preserve">[1:02:36] </w:t>
      </w:r>
      <w:r>
        <w:t>khoob paisa kamana shuru kiya to ghar walon ko paisa bheja unhon ne unhon ne ghar banaya jo</w:t>
      </w:r>
    </w:p>
    <w:p>
      <w:pPr>
        <w:jc w:val="right"/>
      </w:pPr>
      <w:r>
        <w:t>خوب پیسہ کمانا شروع کیا تو گھر والوں کو پیسہ بھیجا انہوں نے انہوں نے گھر بنایا جو</w:t>
      </w:r>
    </w:p>
    <w:p>
      <w:r>
        <w:rPr>
          <w:b/>
        </w:rPr>
        <w:t xml:space="preserve">[1:02:43] </w:t>
      </w:r>
      <w:r>
        <w:t>pehlay kacha ghar tha pakka ghar ho gaya bhai behan ki shadi ki bachon ko parhaya rishtadaron</w:t>
      </w:r>
    </w:p>
    <w:p>
      <w:pPr>
        <w:jc w:val="right"/>
      </w:pPr>
      <w:r>
        <w:t>پہلے کچا گھر تھا پکا گھر ہو گیا بھائی بہن کی شادی کی بچوں کو پڑھایا رشتہ داروں</w:t>
      </w:r>
    </w:p>
    <w:p>
      <w:r>
        <w:rPr>
          <w:b/>
        </w:rPr>
        <w:t xml:space="preserve">[1:02:51] </w:t>
      </w:r>
      <w:r>
        <w:t>ki madad ki ab saray log khush hain un se to yeh hai master formula yani master formula</w:t>
      </w:r>
    </w:p>
    <w:p>
      <w:pPr>
        <w:jc w:val="right"/>
      </w:pPr>
      <w:r>
        <w:t>کی مدد کی اب سارے لوگ خوش ہیں ان سے تو یہ ہے ماسٹر فارمولا یعنی ماسٹر فارمولا</w:t>
      </w:r>
    </w:p>
    <w:p>
      <w:r>
        <w:rPr>
          <w:b/>
        </w:rPr>
        <w:t xml:space="preserve">[1:02:58] </w:t>
      </w:r>
      <w:r>
        <w:t>yeh yeh hai art of crises management dekhen agar aadmi yeh</w:t>
      </w:r>
    </w:p>
    <w:p>
      <w:pPr>
        <w:jc w:val="right"/>
      </w:pPr>
      <w:r>
        <w:t>یہ یہ ہے ارٹ اف کرائسز مینجمنٹ دیکھیں اگر ادمی یہ</w:t>
      </w:r>
    </w:p>
    <w:p>
      <w:r>
        <w:rPr>
          <w:b/>
        </w:rPr>
        <w:t xml:space="preserve">[1:03:06] </w:t>
      </w:r>
      <w:r>
        <w:t>soch le ke maut to mera hi peecha kar rahi hai mein ja raha hoon baap se milnay</w:t>
      </w:r>
    </w:p>
    <w:p>
      <w:pPr>
        <w:jc w:val="right"/>
      </w:pPr>
      <w:r>
        <w:t>سوچ لے کہ موت تو میرا ہی پیچھا کر رہی ہے میں جا رہا ہوں باپ سے ملنے</w:t>
      </w:r>
    </w:p>
    <w:p>
      <w:r>
        <w:rPr>
          <w:b/>
        </w:rPr>
        <w:t xml:space="preserve">[1:03:13] </w:t>
      </w:r>
      <w:r>
        <w:t>ke liye ho sakta hai ke baap se baap ki lash ko dafan karne ke liye mein ja</w:t>
      </w:r>
    </w:p>
    <w:p>
      <w:pPr>
        <w:jc w:val="right"/>
      </w:pPr>
      <w:r>
        <w:t>کے لیے ہو سکتا ہے کہ باپ سے باپ کی لاش کو دفن کرنے کے لیے میں جا</w:t>
      </w:r>
    </w:p>
    <w:p>
      <w:r>
        <w:rPr>
          <w:b/>
        </w:rPr>
        <w:t xml:space="preserve">[1:03:21] </w:t>
      </w:r>
      <w:r>
        <w:t>raha hoon baap ki lash ko dafan karne ke liye ho sakta hai ke meri maut beech mein</w:t>
      </w:r>
    </w:p>
    <w:p>
      <w:pPr>
        <w:jc w:val="right"/>
      </w:pPr>
      <w:r>
        <w:t>رہا ہوں باپ کی لاش کو دفن کرنے کے لیے ہو سکتا ہے کہ میری موت بیچ میں</w:t>
      </w:r>
    </w:p>
    <w:p>
      <w:r>
        <w:rPr>
          <w:b/>
        </w:rPr>
        <w:t xml:space="preserve">[1:03:29] </w:t>
      </w:r>
      <w:r>
        <w:t>meri maut aa jaye aur woh mujh ko bhi log dafan karne ke liye namaz janaza parhein meri</w:t>
      </w:r>
    </w:p>
    <w:p>
      <w:pPr>
        <w:jc w:val="right"/>
      </w:pPr>
      <w:r>
        <w:t>میری موت ا جائے اور وہ مجھ کو بھی لوگ دفن کرنے کے لیے نماز جنازہ پڑھیں میری</w:t>
      </w:r>
    </w:p>
    <w:p>
      <w:r>
        <w:rPr>
          <w:b/>
        </w:rPr>
        <w:t xml:space="preserve">[1:03:36] </w:t>
      </w:r>
      <w:r>
        <w:t>to hadith mein aata hai aksaro zikr hath bil zait al maut maut ko bohat ziyada yaad karo agar maut</w:t>
      </w:r>
    </w:p>
    <w:p>
      <w:pPr>
        <w:jc w:val="right"/>
      </w:pPr>
      <w:r>
        <w:t>تو حدیث میں اتا ہے اکثرو ذکر ہاتھ بالذات الموت موت کو بہت زیادہ یاد کرو اگر موت</w:t>
      </w:r>
    </w:p>
    <w:p>
      <w:r>
        <w:rPr>
          <w:b/>
        </w:rPr>
        <w:t xml:space="preserve">[1:03:46] </w:t>
      </w:r>
      <w:r>
        <w:t>ko yaad karta rahe admi to sari zindagi ka sara maamla in ka theek ho jaye woh kat</w:t>
      </w:r>
    </w:p>
    <w:p>
      <w:pPr>
        <w:jc w:val="right"/>
      </w:pPr>
      <w:r>
        <w:t>کو یاد کرتا رہے ادمی تو ساری زندگی کا سارا معاملہ ان کا ٹھیک ہو جائے وہ کٹ</w:t>
      </w:r>
    </w:p>
    <w:p>
      <w:r>
        <w:rPr>
          <w:b/>
        </w:rPr>
        <w:t xml:space="preserve">[1:03:57] </w:t>
      </w:r>
      <w:r>
        <w:t>to size ho jaye woh aur ambitious na baney woh excuse le kar ke sachai ko chhod na de</w:t>
      </w:r>
    </w:p>
    <w:p>
      <w:pPr>
        <w:jc w:val="right"/>
      </w:pPr>
      <w:r>
        <w:t>ٹو سائز ہو جائے وہ اور ایمبیشیس نہ بنے وہ ایکسکیوز لے کر کے سچائی کو چھوڑ نہ دے</w:t>
      </w:r>
    </w:p>
    <w:p>
      <w:r>
        <w:rPr>
          <w:b/>
        </w:rPr>
        <w:t xml:space="preserve">[1:04:07] </w:t>
      </w:r>
      <w:r>
        <w:t>yani jitni baatein hoti hain in sab ka ek hi master formula yeh hai ke admi maut ko</w:t>
      </w:r>
    </w:p>
    <w:p>
      <w:pPr>
        <w:jc w:val="right"/>
      </w:pPr>
      <w:r>
        <w:t>یعنی جتنی باتیں ہوتی ہیں ان سب کا ایک ہی ماسٹر فارمولا یہ ہے کہ ادمی موت کو</w:t>
      </w:r>
    </w:p>
    <w:p>
      <w:r>
        <w:rPr>
          <w:b/>
        </w:rPr>
        <w:t xml:space="preserve">[1:04:17] </w:t>
      </w:r>
      <w:r>
        <w:t>yaad karta rahe ab mein kuch baat da work ke bare mein kahoon ga dekhein da work kiya</w:t>
      </w:r>
    </w:p>
    <w:p>
      <w:pPr>
        <w:jc w:val="right"/>
      </w:pPr>
      <w:r>
        <w:t>یاد کرتا رہے اب میں کچھ بات دا ورک کے بارے میں کہوں گا دیکھیں دا ورک کیا</w:t>
      </w:r>
    </w:p>
    <w:p>
      <w:r>
        <w:rPr>
          <w:b/>
        </w:rPr>
        <w:t xml:space="preserve">[1:04:27] </w:t>
      </w:r>
      <w:r>
        <w:t>hai da work koi simple cheez nahi hai aaj mein shaam ko</w:t>
      </w:r>
    </w:p>
    <w:p>
      <w:pPr>
        <w:jc w:val="right"/>
      </w:pPr>
      <w:r>
        <w:t>ہے دا ورک کوئی سمپل چیز نہیں ہے اج میں شام کو</w:t>
      </w:r>
    </w:p>
    <w:p>
      <w:r>
        <w:rPr>
          <w:b/>
        </w:rPr>
        <w:t xml:space="preserve">[1:04:38] </w:t>
      </w:r>
      <w:r>
        <w:t>jab baitha iftar ke waqt to ek ajeeb ehsas hua aaj ki baat batata hoon aap ko ek</w:t>
      </w:r>
    </w:p>
    <w:p>
      <w:pPr>
        <w:jc w:val="right"/>
      </w:pPr>
      <w:r>
        <w:t>جب بیٹھا افطار کے وقت تو ایک عجیب احساس ہوا اج کی بات بتاتا ہوں اپ کو ایک</w:t>
      </w:r>
    </w:p>
    <w:p>
      <w:r>
        <w:rPr>
          <w:b/>
        </w:rPr>
        <w:t xml:space="preserve">[1:04:49] </w:t>
      </w:r>
      <w:r>
        <w:t>sher hai jo acha to language is ki achi nahi hai lekin mujhe woh yaad agaya jo hum</w:t>
      </w:r>
    </w:p>
    <w:p>
      <w:pPr>
        <w:jc w:val="right"/>
      </w:pPr>
      <w:r>
        <w:t>شعر ہے جو اچھا تو لینگویج اس کی اچھی نہیں ہے لیکن مجھے وہ یاد اگیا جو ہم</w:t>
      </w:r>
    </w:p>
    <w:p>
      <w:r>
        <w:rPr>
          <w:b/>
        </w:rPr>
        <w:t xml:space="preserve">[1:05:01] </w:t>
      </w:r>
      <w:r>
        <w:t>hi na honge to kiya rang mehfil kise dekh kar aap sharmaye ga</w:t>
      </w:r>
    </w:p>
    <w:p>
      <w:pPr>
        <w:jc w:val="right"/>
      </w:pPr>
      <w:r>
        <w:t>ہی نہ ہوں گے تو کیا رنگ محفل کسے دیکھ کر اپ شرمائیے گا</w:t>
      </w:r>
    </w:p>
    <w:p>
      <w:r>
        <w:rPr>
          <w:b/>
        </w:rPr>
        <w:t xml:space="preserve">[1:05:12] </w:t>
      </w:r>
      <w:r>
        <w:t>jo hum hi na honge to kiya rang mehfil kise dekh kar aap sharmaye ga yeh sher</w:t>
      </w:r>
    </w:p>
    <w:p>
      <w:pPr>
        <w:jc w:val="right"/>
      </w:pPr>
      <w:r>
        <w:t>جو ہم ہی نہ ہوں گے تو کیا رنگ محفل کسے دیکھ کر اپ شرمائیے گا یہ شعر</w:t>
      </w:r>
    </w:p>
    <w:p>
      <w:r>
        <w:rPr>
          <w:b/>
        </w:rPr>
        <w:t xml:space="preserve">[1:05:20] </w:t>
      </w:r>
      <w:r>
        <w:t>ne mujhe aap logon ko yaad dila diya yeh team jo aap logon ki hai agarche yahan thore</w:t>
      </w:r>
    </w:p>
    <w:p>
      <w:pPr>
        <w:jc w:val="right"/>
      </w:pPr>
      <w:r>
        <w:t>نے مجھے اپ لوگوں کو یاد دلا دیا یہ ٹیم جو اپ لوگوں کی ہے اگرچہ یہاں تھوڑے</w:t>
      </w:r>
    </w:p>
    <w:p>
      <w:r>
        <w:rPr>
          <w:b/>
        </w:rPr>
        <w:t xml:space="preserve">[1:05:28] </w:t>
      </w:r>
      <w:r>
        <w:t>se log dikhai de rahe hain lekin aap jante hain ke it is quality that matters and not</w:t>
      </w:r>
    </w:p>
    <w:p>
      <w:pPr>
        <w:jc w:val="right"/>
      </w:pPr>
      <w:r>
        <w:t>سے لوگ دکھائی دے رہے ہیں لیکن اپ جانتے ہیں کہ اٹ از کوالٹی دیٹ میٹرز اینڈ ناٹ</w:t>
      </w:r>
    </w:p>
    <w:p>
      <w:r>
        <w:rPr>
          <w:b/>
        </w:rPr>
        <w:t xml:space="preserve">[1:05:36] </w:t>
      </w:r>
      <w:r>
        <w:t>the quantity mein samajhta hoon ke yeh team jo ekatha hui hai da work ke liye</w:t>
      </w:r>
    </w:p>
    <w:p>
      <w:pPr>
        <w:jc w:val="right"/>
      </w:pPr>
      <w:r>
        <w:t>دی کوانٹٹی میں سمجھتا ہوں کہ یہ ٹیم جو اکٹھا ہوئی ہے دعوی ورک کے لیے</w:t>
      </w:r>
    </w:p>
    <w:p>
      <w:r>
        <w:rPr>
          <w:b/>
        </w:rPr>
        <w:t xml:space="preserve">[1:05:44] </w:t>
      </w:r>
      <w:r>
        <w:t>yeh ek anokhi team hai yani yeh scientific age mein pehli bar aisa hua hai ke ek team</w:t>
      </w:r>
    </w:p>
    <w:p>
      <w:pPr>
        <w:jc w:val="right"/>
      </w:pPr>
      <w:r>
        <w:t>یہ ایک انوکھی ٹیم ہے یعنی یہ سائنٹیفک ایج میں پہلی بار ایسا ہوا ہے کہ ایک ٹیم</w:t>
      </w:r>
    </w:p>
    <w:p>
      <w:r>
        <w:rPr>
          <w:b/>
        </w:rPr>
        <w:t xml:space="preserve">[1:05:52] </w:t>
      </w:r>
      <w:r>
        <w:t>ekatha hui hai scientific age mein islam ka paigham pohnchaney ke liye sachai ki baat batane ke liye</w:t>
      </w:r>
    </w:p>
    <w:p>
      <w:pPr>
        <w:jc w:val="right"/>
      </w:pPr>
      <w:r>
        <w:t>اکٹھا ہوئی ہے سائنٹیفک ایڈیم میں اسلام کا پیغام پہنچانے کے لیے سچائی کی بات بتانے کے لیے</w:t>
      </w:r>
    </w:p>
    <w:p>
      <w:r>
        <w:rPr>
          <w:b/>
        </w:rPr>
        <w:t xml:space="preserve">[1:05:59] </w:t>
      </w:r>
      <w:r>
        <w:t>pehli bar pre scientific age mein to bohat se logon ne da work kiya different countries mein lekin</w:t>
      </w:r>
    </w:p>
    <w:p>
      <w:pPr>
        <w:jc w:val="right"/>
      </w:pPr>
      <w:r>
        <w:t>پہلی بار پری سائنٹیفک ایج میں تو بہت سے لوگوں نے دعوی ورک کیا ڈفرنٹ کنٹریز میں لیکن</w:t>
      </w:r>
    </w:p>
    <w:p>
      <w:r>
        <w:rPr>
          <w:b/>
        </w:rPr>
        <w:t xml:space="preserve">[1:06:07] </w:t>
      </w:r>
      <w:r>
        <w:t>post scientific era mein scientific age mein</w:t>
      </w:r>
    </w:p>
    <w:p>
      <w:pPr>
        <w:jc w:val="right"/>
      </w:pPr>
      <w:r>
        <w:t>پوسٹ سائنٹیفک ایرا میں سائنٹیفک ایڈیم میں</w:t>
      </w:r>
    </w:p>
    <w:p>
      <w:r>
        <w:rPr>
          <w:b/>
        </w:rPr>
        <w:t xml:space="preserve">[1:06:15] </w:t>
      </w:r>
      <w:r>
        <w:t>scientific language mein scientific reasoning ke sath agar koi group ekatha hua hai koi team bani hai to</w:t>
      </w:r>
    </w:p>
    <w:p>
      <w:pPr>
        <w:jc w:val="right"/>
      </w:pPr>
      <w:r>
        <w:t>سائنٹیفک لینگویج میں سائنٹیفک ریزننگ کے ساتھ اگر کوئی گروپ اکٹھا ہوا ہے کوئی ٹیم بنی ہے تو</w:t>
      </w:r>
    </w:p>
    <w:p>
      <w:r>
        <w:rPr>
          <w:b/>
        </w:rPr>
        <w:t xml:space="preserve">[1:06:24] </w:t>
      </w:r>
      <w:r>
        <w:t>mein samajhta hoon ke jahan tak meri meri jankari hai yahi yahi ek team hai koi doosri team</w:t>
      </w:r>
    </w:p>
    <w:p>
      <w:pPr>
        <w:jc w:val="right"/>
      </w:pPr>
      <w:r>
        <w:t>میں سمجھتا ہوں کہ جہاں تک میری میری جانکاری ہے یہی یہی ایک ٹیم ہے کوئی دوسری ٹیم</w:t>
      </w:r>
    </w:p>
    <w:p>
      <w:r>
        <w:rPr>
          <w:b/>
        </w:rPr>
        <w:t xml:space="preserve">[1:06:32] </w:t>
      </w:r>
      <w:r>
        <w:t>nahi to is waqt mere dil mein aya woh jo sher mein ne parha ke khuda ya meri team</w:t>
      </w:r>
    </w:p>
    <w:p>
      <w:pPr>
        <w:jc w:val="right"/>
      </w:pPr>
      <w:r>
        <w:t>نہیں تو اس وقت میرے دل میں ایا وہ جو شعر میں نے پڑھا کہ خدایا میری ٹیم</w:t>
      </w:r>
    </w:p>
    <w:p>
      <w:r>
        <w:rPr>
          <w:b/>
        </w:rPr>
        <w:t xml:space="preserve">[1:06:40] </w:t>
      </w:r>
      <w:r>
        <w:t>ko bakhsh de</w:t>
      </w:r>
    </w:p>
    <w:p>
      <w:pPr>
        <w:jc w:val="right"/>
      </w:pPr>
      <w:r>
        <w:t>کو بخش دے</w:t>
      </w:r>
    </w:p>
    <w:p>
      <w:r>
        <w:rPr>
          <w:b/>
        </w:rPr>
        <w:t xml:space="preserve">[1:06:49] </w:t>
      </w:r>
      <w:r>
        <w:t>kyon ke agar is team ko to own nahi karega is team ko to apnayega nahi to tujh ko point of reference kahan se milega ye bahut sakht baat hai lekin ye is liye maine kaha ke mujhe ek hadith yaad aayi ke ana abdi bi fali nabbi mashaa ek hadith hai allah taala ki zuban se jis ko</w:t>
      </w:r>
    </w:p>
    <w:p>
      <w:pPr>
        <w:jc w:val="right"/>
      </w:pPr>
      <w:r>
        <w:t>کیونکہ اگر اس ٹیم کو تو اون نہیں کرے گا اس ٹیم کو تو اپنائے گا نہیں تو تجھ کو پوائنٹ اف ریفرنس کہاں سے ملے گا یہ بہت سخت بات ہے لیکن یہ اس لیے میں نے کہا کہ مجھے ایک حدیث یاد ائی کہ انا عبدی بی فلی نبی ماشاء ایک حدیث ہے اللہ تعالی کی زبان سے جس کو</w:t>
      </w:r>
    </w:p>
    <w:p>
      <w:r>
        <w:rPr>
          <w:b/>
        </w:rPr>
        <w:t xml:space="preserve">[1:07:19] </w:t>
      </w:r>
      <w:r>
        <w:t>kehte hain hadith qudsi yani khuda ne farmaya ana abdi fa li nabbi mashaa i am with expectations of my servants i am with the expectations of my servants so he may expect as he like main</w:t>
      </w:r>
    </w:p>
    <w:p>
      <w:pPr>
        <w:jc w:val="right"/>
      </w:pPr>
      <w:r>
        <w:t>کہتے ہیں حدیث قدسی یعنی خدا نے فرمایا انا عبدی فلی نبی ماشاء ائی ایم ود ایکسپٹ ائی ایم ود ایکسپیکٹ ایکسپیکٹیشنز اف مائی سرونٹس ائی ایم ود دی ایکسپیکٹیشنز اف مائی سرونٹس سو ہی می ایکسپیکٹ ایز ہی لائک میں</w:t>
      </w:r>
    </w:p>
    <w:p>
      <w:r>
        <w:rPr>
          <w:b/>
        </w:rPr>
        <w:t xml:space="preserve">[1:07:49] </w:t>
      </w:r>
      <w:r>
        <w:t>apne bandon ke guman ke sath hoon to woh jo chahe mere bare mein guman kar le to</w:t>
      </w:r>
    </w:p>
    <w:p>
      <w:pPr>
        <w:jc w:val="right"/>
      </w:pPr>
      <w:r>
        <w:t>اپنے بندوں کے گمان کے ساتھ ہوں تو وہ جو چاہے میرے بارے میں گمان کر لے تو</w:t>
      </w:r>
    </w:p>
    <w:p>
      <w:r>
        <w:rPr>
          <w:b/>
        </w:rPr>
        <w:t xml:space="preserve">[1:07:57] </w:t>
      </w:r>
      <w:r>
        <w:t>mein ne kaha khuda ya yeh team jo hai mein yeh guman karta hoon ke tu is team ko</w:t>
      </w:r>
    </w:p>
    <w:p>
      <w:pPr>
        <w:jc w:val="right"/>
      </w:pPr>
      <w:r>
        <w:t>میں نے کہا خدایا یہ ٹیم جو ہے میں یہ گمان کرتا ہوں کہ تو اس ٹیم کو</w:t>
      </w:r>
    </w:p>
    <w:p>
      <w:r>
        <w:rPr>
          <w:b/>
        </w:rPr>
        <w:t xml:space="preserve">[1:08:04] </w:t>
      </w:r>
      <w:r>
        <w:t>apnaye ga kyunke yahi team hai jo point of reference baney scientific daur mein aap log jo jis</w:t>
      </w:r>
    </w:p>
    <w:p>
      <w:pPr>
        <w:jc w:val="right"/>
      </w:pPr>
      <w:r>
        <w:t>اپنائے گا کیونکہ یہی ٹیم ہے جو پوائنٹ اف ریفرنس بنے سائنٹیفک دور میں اپ لوگ جو جس</w:t>
      </w:r>
    </w:p>
    <w:p>
      <w:r>
        <w:rPr>
          <w:b/>
        </w:rPr>
        <w:t xml:space="preserve">[1:08:12] </w:t>
      </w:r>
      <w:r>
        <w:t>kaam ke liye uthe hain jis jis kaam ko le kar aap aage badhna chahte hain</w:t>
      </w:r>
    </w:p>
    <w:p>
      <w:pPr>
        <w:jc w:val="right"/>
      </w:pPr>
      <w:r>
        <w:t>کام کے لیے اٹھے ہیں جس جس کام کو لے کر اپ اگے بڑھنا چاہتے ہیں</w:t>
      </w:r>
    </w:p>
    <w:p>
      <w:r>
        <w:rPr>
          <w:b/>
        </w:rPr>
        <w:t xml:space="preserve">[1:08:19] </w:t>
      </w:r>
      <w:r>
        <w:t>woh kiya hai scientific age mein logon ko scientific scientific age mein logon ko reason base sachai chahiye</w:t>
      </w:r>
    </w:p>
    <w:p>
      <w:pPr>
        <w:jc w:val="right"/>
      </w:pPr>
      <w:r>
        <w:t>وہ کیا ہے سائنٹیفک ایج میں لوگوں کو سائنٹیفک سائنٹیفک ایج میں لوگوں کو ریزن بیس سچائی چاہیے</w:t>
      </w:r>
    </w:p>
    <w:p>
      <w:r>
        <w:rPr>
          <w:b/>
        </w:rPr>
        <w:t xml:space="preserve">[1:08:29] </w:t>
      </w:r>
      <w:r>
        <w:t>woh ap unhein faraham kar rahe hain is se pehle maine kaha tha ke ab se 80</w:t>
      </w:r>
    </w:p>
    <w:p>
      <w:pPr>
        <w:jc w:val="right"/>
      </w:pPr>
      <w:r>
        <w:t>وہ اپ انہیں فراہم کر رہے ہیں اس سے پہلے میں نے کہا تھا کہ اب سے 80</w:t>
      </w:r>
    </w:p>
    <w:p>
      <w:r>
        <w:rPr>
          <w:b/>
        </w:rPr>
        <w:t xml:space="preserve">[1:08:39] </w:t>
      </w:r>
      <w:r>
        <w:t>saal pehle ya 70 saal pehle ek kitab chhapi thi radat wala</w:t>
      </w:r>
    </w:p>
    <w:p>
      <w:pPr>
        <w:jc w:val="right"/>
      </w:pPr>
      <w:r>
        <w:t>سال پہلے یا 70 سال پہلے ایک کتاب چھپی تھی ردۃ ولا</w:t>
      </w:r>
    </w:p>
    <w:p>
      <w:r>
        <w:rPr>
          <w:b/>
        </w:rPr>
        <w:t xml:space="preserve">[1:08:49] </w:t>
      </w:r>
      <w:r>
        <w:t>aba bakar allah ke ek blasphemy hai lekin koi aba bakar ke abubakar nahi to maine kaha</w:t>
      </w:r>
    </w:p>
    <w:p>
      <w:pPr>
        <w:jc w:val="right"/>
      </w:pPr>
      <w:r>
        <w:t>ابا بکر اللہ کہ ایک بلاسفیمی ہے لیکن کوئی ابا بکر کہ ابوبکر نہیں تو میں نے کہا</w:t>
      </w:r>
    </w:p>
    <w:p>
      <w:r>
        <w:rPr>
          <w:b/>
        </w:rPr>
        <w:t xml:space="preserve">[1:08:59] </w:t>
      </w:r>
      <w:r>
        <w:t>tha ke yeh blasphemy nahi hai yeh modern education ne jo ke baad jo jo generation bani hai</w:t>
      </w:r>
    </w:p>
    <w:p>
      <w:pPr>
        <w:jc w:val="right"/>
      </w:pPr>
      <w:r>
        <w:t>تھا کہ یہ بلاسفیمی نہیں ہے یہ ماڈرن ایجوکیشن نے جو کے بعد جو جو جنریشن بنی ہے</w:t>
      </w:r>
    </w:p>
    <w:p>
      <w:r>
        <w:rPr>
          <w:b/>
        </w:rPr>
        <w:t xml:space="preserve">[1:09:10] </w:t>
      </w:r>
      <w:r>
        <w:t>woh naye edium mein chahti hai sachai ko janna nai language</w:t>
      </w:r>
    </w:p>
    <w:p>
      <w:pPr>
        <w:jc w:val="right"/>
      </w:pPr>
      <w:r>
        <w:t>وہ نئے ایڈیم میں چاہتی ہے سچائی کو جاننا نئی لینگویج</w:t>
      </w:r>
    </w:p>
    <w:p>
      <w:r>
        <w:rPr>
          <w:b/>
        </w:rPr>
        <w:t xml:space="preserve">[1:09:20] </w:t>
      </w:r>
      <w:r>
        <w:t>naya age ya ek lafz mein scientific reasoning ke sath scientific logic ke sath chahti hai sachai ko janna aur main samajhta hoon ke aap log pehle log hain is is poore scientific age mein jab ke scientific reasoning ke sath aap insan ko sachai ke message de rahe hain abhi chand din hue hain main yahan India Interni</w:t>
      </w:r>
    </w:p>
    <w:p>
      <w:pPr>
        <w:jc w:val="right"/>
      </w:pPr>
      <w:r>
        <w:t>نیا ایڈیم یا ایک لفظ میں سائنٹیفک ریزننگ کے ساتھ سائنٹیفک لاجک کے ساتھ چاہتی ہے سچائی کو جاننا اور میں سمجھتا ہوں کہ اپ لوگ پہلے لوگ ہیں اس اس پورے سائنٹیفک ایج میں جبکہ سائنٹیفک ریزننگ کے ساتھ اپ انسان کو سچائی کے میسج دے رہے ہیں ابھی چند دن ہوئے ہیں میں یہاں انڈیا انٹرنی</w:t>
      </w:r>
    </w:p>
    <w:p>
      <w:r>
        <w:rPr>
          <w:b/>
        </w:rPr>
        <w:t xml:space="preserve">[1:09:50] </w:t>
      </w:r>
      <w:r>
        <w:t>ational center mein ek ek program mein gaya tha us mein top ke log the to hamari team wahan par thi to logon ko ye baat bahut ajeeb lagi ke hamare sath naujawan tabqa kaise youth sare itne sab kyon hain unhon ne kaha ke aaj kal jo mission chal</w:t>
      </w:r>
    </w:p>
    <w:p>
      <w:pPr>
        <w:jc w:val="right"/>
      </w:pPr>
      <w:r>
        <w:t>شنل سینٹر میں ایک ایک پروگرام میں گیا تھا اس میں ٹاپ کے لوگ تھے تو ہماری ٹیم وہاں پر تھی تو لوگوں کو یہ بات بہت عجیب لگی کہ ہمارے ساتھ نوجوان طبقہ کیسے یوتھ سارے اتنے سب کیوں ہیں انہوں نے کہا کہ اج کل جو مشن چل</w:t>
      </w:r>
    </w:p>
    <w:p>
      <w:r>
        <w:rPr>
          <w:b/>
        </w:rPr>
        <w:t xml:space="preserve">[1:10:20] </w:t>
      </w:r>
      <w:r>
        <w:t>rahe hain special mission religious mission sab mein senior log hain senior log hain kahin bhi naujawan dikhai</w:t>
      </w:r>
    </w:p>
    <w:p>
      <w:pPr>
        <w:jc w:val="right"/>
      </w:pPr>
      <w:r>
        <w:t>رہے ہیں اسپیشل مشن ریلیجیس مشن سب میں سینئر لوگ ہیں سینئر لوگ ہیں کہیں بھی نوجوان دکھائی</w:t>
      </w:r>
    </w:p>
    <w:p>
      <w:r>
        <w:rPr>
          <w:b/>
        </w:rPr>
        <w:t xml:space="preserve">[1:10:37] </w:t>
      </w:r>
      <w:r>
        <w:t>nahi dete aur ap ke sath yeh sare naujawan hain</w:t>
      </w:r>
    </w:p>
    <w:p>
      <w:pPr>
        <w:jc w:val="right"/>
      </w:pPr>
      <w:r>
        <w:t>نہیں دیتے اور اپ کے ساتھ یہ سارے نوجوان ہیں</w:t>
      </w:r>
    </w:p>
    <w:p>
      <w:r>
        <w:rPr>
          <w:b/>
        </w:rPr>
        <w:t xml:space="preserve">[1:10:55] </w:t>
      </w:r>
      <w:r>
        <w:t>to maine kaha ke yeh koi mystery nahi hai yeh koi mysterious baat nahi hai maine</w:t>
      </w:r>
    </w:p>
    <w:p>
      <w:pPr>
        <w:jc w:val="right"/>
      </w:pPr>
      <w:r>
        <w:t>تو میں نے کہا کہ یہ کوئی مسٹری نہیں ہے یہ کوئی مسٹیریس بات نہیں ہے میں نے</w:t>
      </w:r>
    </w:p>
    <w:p>
      <w:r>
        <w:rPr>
          <w:b/>
        </w:rPr>
        <w:t xml:space="preserve">[1:11:01] </w:t>
      </w:r>
      <w:r>
        <w:t>kaha ke hum aaj ka jo naujawan hai ap samajhte hain ke woh mazhab se phira hua hai</w:t>
      </w:r>
    </w:p>
    <w:p>
      <w:pPr>
        <w:jc w:val="right"/>
      </w:pPr>
      <w:r>
        <w:t>کہا کہ ہم اج کا جو نوجوان ہے اپ سمجھتے ہیں کہ وہ مذہب سے پھرا ہوا ہے</w:t>
      </w:r>
    </w:p>
    <w:p>
      <w:r>
        <w:rPr>
          <w:b/>
        </w:rPr>
        <w:t xml:space="preserve">[1:11:07] </w:t>
      </w:r>
      <w:r>
        <w:t>us ne revolt kar diya hai mazhab se aisa nahi hai asal cheez yeh hai ke mazhab ke</w:t>
      </w:r>
    </w:p>
    <w:p>
      <w:pPr>
        <w:jc w:val="right"/>
      </w:pPr>
      <w:r>
        <w:t>اس نے ریولٹ کر دیا ہے مذہب سے ایسا نہیں ہے اصل چیز یہ ہے کہ مذہب کے</w:t>
      </w:r>
    </w:p>
    <w:p>
      <w:r>
        <w:rPr>
          <w:b/>
        </w:rPr>
        <w:t xml:space="preserve">[1:11:14] </w:t>
      </w:r>
      <w:r>
        <w:t>log ya spirituality ko jo log le kar uthe hain woh log apni baat ko traditional language mein</w:t>
      </w:r>
    </w:p>
    <w:p>
      <w:pPr>
        <w:jc w:val="right"/>
      </w:pPr>
      <w:r>
        <w:t>لوگ یا سپریچولٹی کو جو لوگ لے کر اٹھے ہیں وہ لوگ اپنی بات کو ٹریڈیشنل لینگویج میں</w:t>
      </w:r>
    </w:p>
    <w:p>
      <w:r>
        <w:rPr>
          <w:b/>
        </w:rPr>
        <w:t xml:space="preserve">[1:11:20] </w:t>
      </w:r>
      <w:r>
        <w:t>karte hain traditional</w:t>
      </w:r>
    </w:p>
    <w:p>
      <w:pPr>
        <w:jc w:val="right"/>
      </w:pPr>
      <w:r>
        <w:t>کرتے ہیں ٹریڈیشنل</w:t>
      </w:r>
    </w:p>
    <w:p>
      <w:r>
        <w:rPr>
          <w:b/>
        </w:rPr>
        <w:t xml:space="preserve">[1:11:26] </w:t>
      </w:r>
      <w:r>
        <w:t>reason dete hain hum khuda ki fazal se scientific reasoning ke sath in ko sachai ka paigham de</w:t>
      </w:r>
    </w:p>
    <w:p>
      <w:pPr>
        <w:jc w:val="right"/>
      </w:pPr>
      <w:r>
        <w:t>ریزن دیتے ہیں ہم خدا کی فضل سے سائنٹیفک ریزننگ کے ساتھ ان کو سچائی کا پیغام دے</w:t>
      </w:r>
    </w:p>
    <w:p>
      <w:r>
        <w:rPr>
          <w:b/>
        </w:rPr>
        <w:t xml:space="preserve">[1:11:33] </w:t>
      </w:r>
      <w:r>
        <w:t>rahe hain bas yeh farq hai ke ap ki traditional language un ki samajh mein nahi ati is</w:t>
      </w:r>
    </w:p>
    <w:p>
      <w:pPr>
        <w:jc w:val="right"/>
      </w:pPr>
      <w:r>
        <w:t>رہے ہیں بس یہ فرق ہے کہ اپ کی ٹریڈیشنل لینگویج ان کی سمجھ میں نہیں اتی اس</w:t>
      </w:r>
    </w:p>
    <w:p>
      <w:r>
        <w:rPr>
          <w:b/>
        </w:rPr>
        <w:t xml:space="preserve">[1:11:41] </w:t>
      </w:r>
      <w:r>
        <w:t>liye woh ap ke sath lagte nahi hum unhein de rahe hain rational language mein scientific language mein</w:t>
      </w:r>
    </w:p>
    <w:p>
      <w:pPr>
        <w:jc w:val="right"/>
      </w:pPr>
      <w:r>
        <w:t>لیے وہ اپ کے ساتھ لگتے نہیں ہم انہیں دے رہے ہیں ریشنل لینگویج میں سائنٹیفک لینگویج میں</w:t>
      </w:r>
    </w:p>
    <w:p>
      <w:r>
        <w:rPr>
          <w:b/>
        </w:rPr>
        <w:t xml:space="preserve">[1:11:48] </w:t>
      </w:r>
      <w:r>
        <w:t>to un ke mind ko address karti hai woh cheez is liye woh hamara sath de rahe hain</w:t>
      </w:r>
    </w:p>
    <w:p>
      <w:pPr>
        <w:jc w:val="right"/>
      </w:pPr>
      <w:r>
        <w:t>تو ان کے مائنڈ کو ایڈریس کرتی ہے وہ چیز اس لیے وہ ہمارا ساتھ دے رہے ہیں</w:t>
      </w:r>
    </w:p>
    <w:p>
      <w:r>
        <w:rPr>
          <w:b/>
        </w:rPr>
        <w:t xml:space="preserve">[1:11:56] </w:t>
      </w:r>
      <w:r>
        <w:t>to khair main ye keh raha tha ke aaj sham ko jo mujh par ek ek tajurba guzra ke qayamat mein quran mein aata hai ke log group group ki shakal mein aayenge group group ki shakal mein aayenge yani jo logon ne sachai ka message diya hoga wo group group ki shakal mein aayenge to main ne socha ke ek gro</w:t>
      </w:r>
    </w:p>
    <w:p>
      <w:pPr>
        <w:jc w:val="right"/>
      </w:pPr>
      <w:r>
        <w:t>تو خیر میں یہ کہہ رہا تھا کہ اج شام کو جو مجھ پر ایک ایک تجربہ گزرا کہ قیامت میں قران میں اتا ہے کہ لوگ گروپ گروپ کی شکل میں ائیں گے گروپ گروپ کی شکل میں ائیں گے یعنی جو لوگوں نے سچائی کا میسج دیا ہوگا وہ گروپ گروپ کی شکل میں ائیں گے تو میں نے سوچا کہ ایک گرو</w:t>
      </w:r>
    </w:p>
    <w:p>
      <w:r>
        <w:rPr>
          <w:b/>
        </w:rPr>
        <w:t xml:space="preserve">[1:12:26] </w:t>
      </w:r>
      <w:r>
        <w:t>p woh hoga jis ne traditional age mein sachai ka message logon ko diya hoga ab sawal hoga</w:t>
      </w:r>
    </w:p>
    <w:p>
      <w:pPr>
        <w:jc w:val="right"/>
      </w:pPr>
      <w:r>
        <w:t>پ وہ ہوگا جس نے ٹریڈیشنل ایج میں سچائی کا میسج لوگوں کو دیا ہوگا اب سوال ہوگا</w:t>
      </w:r>
    </w:p>
    <w:p>
      <w:r>
        <w:rPr>
          <w:b/>
        </w:rPr>
        <w:t xml:space="preserve">[1:12:36] </w:t>
      </w:r>
      <w:r>
        <w:t>wahan ke woh kaun hai woh kaun log hain jinho ne scientific age mein logon ko sachai ka</w:t>
      </w:r>
    </w:p>
    <w:p>
      <w:pPr>
        <w:jc w:val="right"/>
      </w:pPr>
      <w:r>
        <w:t>وہاں کہ وہ کون ہے وہ کون لوگ ہیں جنہوں نے سائنٹیفک ایج میں لوگوں کو سچائی کا</w:t>
      </w:r>
    </w:p>
    <w:p>
      <w:r>
        <w:rPr>
          <w:b/>
        </w:rPr>
        <w:t xml:space="preserve">[1:12:47] </w:t>
      </w:r>
      <w:r>
        <w:t>message diya to mere dil ne kaha ke angel pukarenge inshallah yeh hain woh log</w:t>
      </w:r>
    </w:p>
    <w:p>
      <w:pPr>
        <w:jc w:val="right"/>
      </w:pPr>
      <w:r>
        <w:t>میسج دیا تو میرے دل نے کہا کہ اینجل پکاریں گے انشاءاللہ یہ ہیں وہ لوگ</w:t>
      </w:r>
    </w:p>
    <w:p>
      <w:r>
        <w:rPr>
          <w:b/>
        </w:rPr>
        <w:t xml:space="preserve">[1:12:57] </w:t>
      </w:r>
      <w:r>
        <w:t>yeh jo team hai woh kahein ke yeh hai team jis ne scientific age mein logon ko scientific</w:t>
      </w:r>
    </w:p>
    <w:p>
      <w:pPr>
        <w:jc w:val="right"/>
      </w:pPr>
      <w:r>
        <w:t>یہ جو ٹیم ہے وہ کہیں کہ یہ ہے ٹیم جس نے سائنٹیفک ایج میں لوگوں کو سائنٹیفک</w:t>
      </w:r>
    </w:p>
    <w:p>
      <w:r>
        <w:rPr>
          <w:b/>
        </w:rPr>
        <w:t xml:space="preserve">[1:13:03] </w:t>
      </w:r>
      <w:r>
        <w:t>language mein sachai ka message diya yeh mere dil mein aya aur phir woh hadith yaad ayi jo</w:t>
      </w:r>
    </w:p>
    <w:p>
      <w:pPr>
        <w:jc w:val="right"/>
      </w:pPr>
      <w:r>
        <w:t>لینگویج میں سچائی کا میسج دیا یہ میرے دل میں ایا اور پھر وہ حدیث یاد ائی جو</w:t>
      </w:r>
    </w:p>
    <w:p>
      <w:r>
        <w:rPr>
          <w:b/>
        </w:rPr>
        <w:t xml:space="preserve">[1:13:09] </w:t>
      </w:r>
      <w:r>
        <w:t>mein ne ap ko sunaya abhi ke mein apne bande ke guman ke sath hoon to jo guman</w:t>
      </w:r>
    </w:p>
    <w:p>
      <w:pPr>
        <w:jc w:val="right"/>
      </w:pPr>
      <w:r>
        <w:t>میں نے اپ کو سنایا ابھی کہ میں اپنے بندے کے گمان کے ساتھ ہوں تو جو گمان</w:t>
      </w:r>
    </w:p>
    <w:p>
      <w:r>
        <w:rPr>
          <w:b/>
        </w:rPr>
        <w:t xml:space="preserve">[1:13:15] </w:t>
      </w:r>
      <w:r>
        <w:t>woh chahe kar le to maine kaha khuda ya main ne tere sath yeh guman kiya hai yeh</w:t>
      </w:r>
    </w:p>
    <w:p>
      <w:pPr>
        <w:jc w:val="right"/>
      </w:pPr>
      <w:r>
        <w:t>وہ چاہے کر لے تو میں نے کہا خدایا میں نے تیرے ساتھ یہ گمان کیا ہے یہ</w:t>
      </w:r>
    </w:p>
    <w:p>
      <w:r>
        <w:rPr>
          <w:b/>
        </w:rPr>
        <w:t xml:space="preserve">[1:13:21] </w:t>
      </w:r>
      <w:r>
        <w:t>ummeed kiya hai</w:t>
      </w:r>
    </w:p>
    <w:p>
      <w:pPr>
        <w:jc w:val="right"/>
      </w:pPr>
      <w:r>
        <w:t>امید کیا ہے</w:t>
      </w:r>
    </w:p>
    <w:p>
      <w:r>
        <w:rPr>
          <w:b/>
        </w:rPr>
        <w:t xml:space="preserve">[1:13:27] </w:t>
      </w:r>
      <w:r>
        <w:t>ke tu hamari team ko point of reference banaye ga scientific age ke liye wahan yeh elan kiya</w:t>
      </w:r>
    </w:p>
    <w:p>
      <w:pPr>
        <w:jc w:val="right"/>
      </w:pPr>
      <w:r>
        <w:t>کہ تو ہماری ٹیم کو پوائنٹ اف ریفرنس بنائے گا سائنٹیفک ایج کے لیے وہاں یہ اعلان کیا</w:t>
      </w:r>
    </w:p>
    <w:p>
      <w:r>
        <w:rPr>
          <w:b/>
        </w:rPr>
        <w:t xml:space="preserve">[1:13:38] </w:t>
      </w:r>
      <w:r>
        <w:t>jayega ke yeh thi woh team jis ne scientific age mein logon ko scientific language mein sachai</w:t>
      </w:r>
    </w:p>
    <w:p>
      <w:pPr>
        <w:jc w:val="right"/>
      </w:pPr>
      <w:r>
        <w:t>جائے گا کہ یہ تھی وہ ٹیم جس نے سائنٹیفک ایج میں لوگوں کو سائنٹیفک لینگویج میں سچائی</w:t>
      </w:r>
    </w:p>
    <w:p>
      <w:r>
        <w:rPr>
          <w:b/>
        </w:rPr>
        <w:t xml:space="preserve">[1:13:48] </w:t>
      </w:r>
      <w:r>
        <w:t>ka message diya to mein aap logon ko yeh maine apna yeh</w:t>
      </w:r>
    </w:p>
    <w:p>
      <w:pPr>
        <w:jc w:val="right"/>
      </w:pPr>
      <w:r>
        <w:t>کا میسج دیا تو میں اپ لوگوں کو یہ میں نے اپنا یہ</w:t>
      </w:r>
    </w:p>
    <w:p>
      <w:r>
        <w:rPr>
          <w:b/>
        </w:rPr>
        <w:t xml:space="preserve">[1:13:59] </w:t>
      </w:r>
      <w:r>
        <w:t>yeh jo mujh par guzra yeh experience is liye bayan kiya aap ke responsibility ki yaad dilaon yeh</w:t>
      </w:r>
    </w:p>
    <w:p>
      <w:pPr>
        <w:jc w:val="right"/>
      </w:pPr>
      <w:r>
        <w:t>یہ جو مجھ پر گزرا یہ ایکسپیرینس اس لیے بیان کیا اپ کے رسپانسبیلٹی کی یاد دلاؤں یہ</w:t>
      </w:r>
    </w:p>
    <w:p>
      <w:r>
        <w:rPr>
          <w:b/>
        </w:rPr>
        <w:t xml:space="preserve">[1:14:06] </w:t>
      </w:r>
      <w:r>
        <w:t>good tidings ki baat nahi hai yeh responsibility ki baat hai ke ek opportunity aap ke liye khuli</w:t>
      </w:r>
    </w:p>
    <w:p>
      <w:pPr>
        <w:jc w:val="right"/>
      </w:pPr>
      <w:r>
        <w:t>گڈ ٹائڈنگ کی بات نہیں ہے یہ رسپانسبیلٹی کی بات ہے کہ ایک اپرچونیٹی اپ کے لیے کھلی</w:t>
      </w:r>
    </w:p>
    <w:p>
      <w:r>
        <w:rPr>
          <w:b/>
        </w:rPr>
        <w:t xml:space="preserve">[1:14:14] </w:t>
      </w:r>
      <w:r>
        <w:t>hui hai jis mein aap ko monopoly hasil ho sakti hai kyunke mein jahan tak mein ne bohat</w:t>
      </w:r>
    </w:p>
    <w:p>
      <w:pPr>
        <w:jc w:val="right"/>
      </w:pPr>
      <w:r>
        <w:t>ہوئی ہے جس میں اپ کو موناپلی حاصل ہو سکتی ہے کیونکہ میں جہاں تک میں نے بہت</w:t>
      </w:r>
    </w:p>
    <w:p>
      <w:r>
        <w:rPr>
          <w:b/>
        </w:rPr>
        <w:t xml:space="preserve">[1:14:21] </w:t>
      </w:r>
      <w:r>
        <w:t>parha bohat parha jo bhi book bhi parhta hoon jo kitab bhi parhta hoon sab traditional language</w:t>
      </w:r>
    </w:p>
    <w:p>
      <w:pPr>
        <w:jc w:val="right"/>
      </w:pPr>
      <w:r>
        <w:t>پڑھا بہت پڑھا جو بھی بک بھی پڑھتا ہوں جو کتاب بھی پڑھتا ہوں سب ٹریڈیشنل لینگ</w:t>
      </w:r>
    </w:p>
    <w:p>
      <w:r>
        <w:rPr>
          <w:b/>
        </w:rPr>
        <w:t xml:space="preserve">[1:14:29] </w:t>
      </w:r>
      <w:r>
        <w:t>mein milti hai mujhe traditional language mein yahan tak keh doctor raja krishan ki kitab maine parhi recovery of faith woh bhi traditional language mein hai hindu ki kitab musalman ki kitab jo yeh parta hoon woh sab traditional language mein milti hai mujhe scientific language mein sahi maano mein mujhe nahi koi kitab mili koi literature nahi mila mujhe siwaye is aap ke paas jo literature hai to aap</w:t>
      </w:r>
    </w:p>
    <w:p>
      <w:pPr>
        <w:jc w:val="right"/>
      </w:pPr>
      <w:r>
        <w:t>ویج میں ملتی ہے مجھے ٹریڈیشنل لینگویج میں یہاں تک کہ ڈاکٹر راجہ کرشن کی کتاب میں نے پڑھی ریکوری اف فیتھ وہ بھی ٹریڈیشنل لینگویج میں ہے ہندو کی کتاب مسلمان کی کتاب جو یہ پڑھتا ہوں وہ سب ٹریڈیشنل لینگویج میں ملتی ہے مجھے سائنٹیفک لینگویج میں صحیح معنوں میں مجھے نہیں کوئی کتاب ملی کوئی لٹریچر نہیں ملا مجھے سوائے اس اپ کے پاس جو لٹریچر ہے تو اپ</w:t>
      </w:r>
    </w:p>
    <w:p>
      <w:r>
        <w:rPr>
          <w:b/>
        </w:rPr>
        <w:t xml:space="preserve">[1:14:59] </w:t>
      </w:r>
      <w:r>
        <w:t>log jo hai yeh aap logon ke upar Khuda ki blessing hai ke aap ko aisa literature mila</w:t>
      </w:r>
    </w:p>
    <w:p>
      <w:pPr>
        <w:jc w:val="right"/>
      </w:pPr>
      <w:r>
        <w:t>لوگ جو ہے یہ اپ لوگوں کے اوپر خدا کی بلیسنگ ہے کہ اپ کو ایسا لٹریچر ملا</w:t>
      </w:r>
    </w:p>
    <w:p>
      <w:r>
        <w:rPr>
          <w:b/>
        </w:rPr>
        <w:t xml:space="preserve">[1:15:10] </w:t>
      </w:r>
      <w:r>
        <w:t>jo scientific age mein insan ko address karta ho aap ko is literature ko le kar aage barhna</w:t>
      </w:r>
    </w:p>
    <w:p>
      <w:pPr>
        <w:jc w:val="right"/>
      </w:pPr>
      <w:r>
        <w:t>جو سائنٹیفک ایج میں انسان کو ایڈریس کرتا ہو اپ کو اس لٹریچر کو لے کر اگے بڑھنا</w:t>
      </w:r>
    </w:p>
    <w:p>
      <w:r>
        <w:rPr>
          <w:b/>
        </w:rPr>
        <w:t xml:space="preserve">[1:15:22] </w:t>
      </w:r>
      <w:r>
        <w:t>hai is literature ko sari duniya mein pohncha dena hai ek aur baat mere dil mein aayi woh yeh</w:t>
      </w:r>
    </w:p>
    <w:p>
      <w:pPr>
        <w:jc w:val="right"/>
      </w:pPr>
      <w:r>
        <w:t>ہے اس لٹریچر کو ساری دنیا میں پہنچا دینا ہے ایک اور بات میرے دل میں ائی وہ یہ</w:t>
      </w:r>
    </w:p>
    <w:p>
      <w:r>
        <w:rPr>
          <w:b/>
        </w:rPr>
        <w:t xml:space="preserve">[1:15:33] </w:t>
      </w:r>
      <w:r>
        <w:t>ke ek anokhi blessing hai jo jo sirf aap ka hissa hai woh kya sari duniya mein sachai</w:t>
      </w:r>
    </w:p>
    <w:p>
      <w:pPr>
        <w:jc w:val="right"/>
      </w:pPr>
      <w:r>
        <w:t>کہ ایک انوکھی بلیسنگ ہے جو جو صرف اپ کا حصہ ہے وہ کیا ساری دنیا میں سچائی</w:t>
      </w:r>
    </w:p>
    <w:p>
      <w:r>
        <w:rPr>
          <w:b/>
        </w:rPr>
        <w:t xml:space="preserve">[1:15:41] </w:t>
      </w:r>
      <w:r>
        <w:t>ke message ko ko phailana yeh pehle sirf ek word tha aaj ek reality ban chuka hai aap</w:t>
      </w:r>
    </w:p>
    <w:p>
      <w:pPr>
        <w:jc w:val="right"/>
      </w:pPr>
      <w:r>
        <w:t>کے میسج کو کو پھیلانا یہ پہلے صرف ایک ورڈ تھا اج ایک ریلیٹی بن چکا ہے اپ</w:t>
      </w:r>
    </w:p>
    <w:p>
      <w:r>
        <w:rPr>
          <w:b/>
        </w:rPr>
        <w:t xml:space="preserve">[1:15:49] </w:t>
      </w:r>
      <w:r>
        <w:t>sochain ke pehle zamane mein agar koi chahta ke sari duniya mein sachai ke message ko pohnchaye to</w:t>
      </w:r>
    </w:p>
    <w:p>
      <w:pPr>
        <w:jc w:val="right"/>
      </w:pPr>
      <w:r>
        <w:t>سوچیں کہ پہلے زمانے میں اگر کوئی چاہتا کہ ساری دنیا میں سچائی کے میسج کو پہنچائے تو</w:t>
      </w:r>
    </w:p>
    <w:p>
      <w:r>
        <w:rPr>
          <w:b/>
        </w:rPr>
        <w:t xml:space="preserve">[1:15:56] </w:t>
      </w:r>
      <w:r>
        <w:t>woh kaise pohnchata kyunke communication ka zamana abhi nahi aaya tha</w:t>
      </w:r>
    </w:p>
    <w:p>
      <w:pPr>
        <w:jc w:val="right"/>
      </w:pPr>
      <w:r>
        <w:t>وہ کیسے پہنچاتا کیونکہ کمیونیکیشن کا زمانہ ابھی نہیں ایا تھا</w:t>
      </w:r>
    </w:p>
    <w:p>
      <w:r>
        <w:rPr>
          <w:b/>
        </w:rPr>
        <w:t xml:space="preserve">[1:16:04] </w:t>
      </w:r>
      <w:r>
        <w:t>sare duniya ke ek ek ghar mein sare duniya ke ek ek hisse mein sachai ke message ko pohnchana yeh communication chahta hai modern communication jo abhi 20th century mein hamare samne aya hai to poori history mein pehli bar aisa possible hua hai keh poore poore globe ko aap address kar saken poore poore globe par</w:t>
      </w:r>
    </w:p>
    <w:p>
      <w:pPr>
        <w:jc w:val="right"/>
      </w:pPr>
      <w:r>
        <w:t>سارے دنیا کے ایک ایک گھر میں سارے دنیا کے ایک ایک حصے میں سچائی کے میسج کو پہنچانا یہ کمیونیکیشن چاہتا ہے ماڈرن کمیونیکیشن جو ابھی 20 سینچری میں ہمارے سامنے ایا ہے تو پوری ہسٹری میں پہلی بار ایسا پاسیبل ہوا ہے کہ پورے پورے گلوب کو اپ ایڈریس کر سکیں پورے پورے گلوب پر</w:t>
      </w:r>
    </w:p>
    <w:p>
      <w:r>
        <w:rPr>
          <w:b/>
        </w:rPr>
        <w:t xml:space="preserve">[1:16:34] </w:t>
      </w:r>
      <w:r>
        <w:t>base hue insanon ko aap bata saken ke sachai kya hai yeh kitni bari opportunity hai jo aap</w:t>
      </w:r>
    </w:p>
    <w:p>
      <w:pPr>
        <w:jc w:val="right"/>
      </w:pPr>
      <w:r>
        <w:t>بسے ہوئے انسانوں کو اپ بتا سکیں کہ سچائی کیا ہے یہ کتنی بڑی اپرچونیٹی ہے جو اپ</w:t>
      </w:r>
    </w:p>
    <w:p>
      <w:r>
        <w:rPr>
          <w:b/>
        </w:rPr>
        <w:t xml:space="preserve">[1:16:46] </w:t>
      </w:r>
      <w:r>
        <w:t>ke liye khuli hai jo aap se pehle ke logon ko nahi hasil thi aap se pehle ke</w:t>
      </w:r>
    </w:p>
    <w:p>
      <w:pPr>
        <w:jc w:val="right"/>
      </w:pPr>
      <w:r>
        <w:t>کے لیے کھلی ہے جو اپ سے پہلے کے لوگوں کو نہیں حاصل تھی اپ سے پہلے کے</w:t>
      </w:r>
    </w:p>
    <w:p>
      <w:r>
        <w:rPr>
          <w:b/>
        </w:rPr>
        <w:t xml:space="preserve">[1:16:59] </w:t>
      </w:r>
      <w:r>
        <w:t>logon ko nahi hasil thi to is baat ko samjhiye ke aap kitni bari opportunity ke kinare khare hue hain</w:t>
      </w:r>
    </w:p>
    <w:p>
      <w:pPr>
        <w:jc w:val="right"/>
      </w:pPr>
      <w:r>
        <w:t>لوگوں کو نہیں حاصل تھی تو اس بات کو سمجھیے کہ اپ کتنی بڑی اپرچونیٹی کے کنارے کھڑے ہوئے ہیں</w:t>
      </w:r>
    </w:p>
    <w:p>
      <w:r>
        <w:rPr>
          <w:b/>
        </w:rPr>
        <w:t xml:space="preserve">[1:17:11] </w:t>
      </w:r>
      <w:r>
        <w:t>ek baat mere dil mein aaj aayi ek baat aaj hi meri samajh mein aayi woh bhi mein</w:t>
      </w:r>
    </w:p>
    <w:p>
      <w:pPr>
        <w:jc w:val="right"/>
      </w:pPr>
      <w:r>
        <w:t>ایک بات میرے دل میں اج ائی ایک بات اج ہی میری سمجھ میں ائی وہ بھی میں</w:t>
      </w:r>
    </w:p>
    <w:p>
      <w:r>
        <w:rPr>
          <w:b/>
        </w:rPr>
        <w:t xml:space="preserve">[1:17:18] </w:t>
      </w:r>
      <w:r>
        <w:t>arz karta hoon kyunke kyunke bohat zyada relevant hai woh is se dekhiye prophet of Islam ki zindagi</w:t>
      </w:r>
    </w:p>
    <w:p>
      <w:pPr>
        <w:jc w:val="right"/>
      </w:pPr>
      <w:r>
        <w:t>عرض کرتا ہوں کیونکہ کیونکہ بہت زیادہ ریلیونٹ ہے وہ اس سے دیکھیے پرافٹ اف اسلام کی زندگی</w:t>
      </w:r>
    </w:p>
    <w:p>
      <w:r>
        <w:rPr>
          <w:b/>
        </w:rPr>
        <w:t xml:space="preserve">[1:17:26] </w:t>
      </w:r>
      <w:r>
        <w:t>mein ek ladai hui thi us ko kehte hain battle of Badr to battle Badr mein prophet ke</w:t>
      </w:r>
    </w:p>
    <w:p>
      <w:pPr>
        <w:jc w:val="right"/>
      </w:pPr>
      <w:r>
        <w:t>میں ایک لڑائی ہوئی تھی اس کو کہتے ہیں بیٹل اف بدر تو بیٹل بدر میں پرافٹ کے</w:t>
      </w:r>
    </w:p>
    <w:p>
      <w:r>
        <w:rPr>
          <w:b/>
        </w:rPr>
        <w:t xml:space="preserve">[1:17:33] </w:t>
      </w:r>
      <w:r>
        <w:t>jo saathi the woh sirf 313 the bas</w:t>
      </w:r>
    </w:p>
    <w:p>
      <w:pPr>
        <w:jc w:val="right"/>
      </w:pPr>
      <w:r>
        <w:t>جو ساتھی تھے وہ صرف تین 313 تھے بس</w:t>
      </w:r>
    </w:p>
    <w:p>
      <w:r>
        <w:rPr>
          <w:b/>
        </w:rPr>
        <w:t xml:space="preserve">[1:17:41] </w:t>
      </w:r>
      <w:r>
        <w:t>313 aur doosri taraf jo log the woh 1000 the un ke paas zyada arbi the zyada</w:t>
      </w:r>
    </w:p>
    <w:p>
      <w:pPr>
        <w:jc w:val="right"/>
      </w:pPr>
      <w:r>
        <w:t>313 اور دوسری طرف جو لوگ تھے وہ 1000 تھے ان کے پاس زیادہ ار بھی تھے زیادہ</w:t>
      </w:r>
    </w:p>
    <w:p>
      <w:r>
        <w:rPr>
          <w:b/>
        </w:rPr>
        <w:t xml:space="preserve">[1:17:49] </w:t>
      </w:r>
      <w:r>
        <w:t>ration bhi tha zyada saman bhi tha to battle of Badr jahan hui thi wahan par aap</w:t>
      </w:r>
    </w:p>
    <w:p>
      <w:pPr>
        <w:jc w:val="right"/>
      </w:pPr>
      <w:r>
        <w:t>راشن بھی تھا زیادہ سامان بھی تھا تو بیٹل اف بدر جس جہاں ہوئی تھی وہاں پر اپ</w:t>
      </w:r>
    </w:p>
    <w:p>
      <w:r>
        <w:rPr>
          <w:b/>
        </w:rPr>
        <w:t xml:space="preserve">[1:17:56] </w:t>
      </w:r>
      <w:r>
        <w:t>kinare ek areesh banaya gaya tha aap ke liye wahan bethe hue the aur dekha aap ne ke</w:t>
      </w:r>
    </w:p>
    <w:p>
      <w:pPr>
        <w:jc w:val="right"/>
      </w:pPr>
      <w:r>
        <w:t>کنارے ایک عریش بنایا گیا تھا اپ کے لیے وہاں بیٹھے ہوئے تھے اور دیکھا اپ نے کہ</w:t>
      </w:r>
    </w:p>
    <w:p>
      <w:r>
        <w:rPr>
          <w:b/>
        </w:rPr>
        <w:t xml:space="preserve">[1:18:04] </w:t>
      </w:r>
      <w:r>
        <w:t>yeh thore se log zyada logon ke muqable mein maidan mein utre hain</w:t>
      </w:r>
    </w:p>
    <w:p>
      <w:pPr>
        <w:jc w:val="right"/>
      </w:pPr>
      <w:r>
        <w:t>یہ تھوڑے سے لوگ زیادہ لوگوں کے مقابلے میں میدان میں اترے ہیں</w:t>
      </w:r>
    </w:p>
    <w:p>
      <w:r>
        <w:rPr>
          <w:b/>
        </w:rPr>
        <w:t xml:space="preserve">[1:18:12] </w:t>
      </w:r>
      <w:r>
        <w:t>us waqt aap ne dua ki to yeh aap ki zuban se yeh word nikle Allah man tahallak</w:t>
      </w:r>
    </w:p>
    <w:p>
      <w:pPr>
        <w:jc w:val="right"/>
      </w:pPr>
      <w:r>
        <w:t>اس وقت اپ نے دعا کی تو یہ اپ کی زبان سے یہ ورڈ نکلے اللہ من تحلک</w:t>
      </w:r>
    </w:p>
    <w:p>
      <w:r>
        <w:rPr>
          <w:b/>
        </w:rPr>
        <w:t xml:space="preserve">[1:18:20] </w:t>
      </w:r>
      <w:r>
        <w:t>haz al-usab la tauba ba'd fi al-ard ae khuda agar tu is giroh ko halak kar de is</w:t>
      </w:r>
    </w:p>
    <w:p>
      <w:pPr>
        <w:jc w:val="right"/>
      </w:pPr>
      <w:r>
        <w:t>حاز العصاب لا توبت بعد فی الارض اے خدا اگر تو اس گروہ کو ہلاک کر دے اس</w:t>
      </w:r>
    </w:p>
    <w:p>
      <w:r>
        <w:rPr>
          <w:b/>
        </w:rPr>
        <w:t xml:space="preserve">[1:18:28] </w:t>
      </w:r>
      <w:r>
        <w:t>giroh ko destroy kar de to is ke baad qayamat tak teri abad nahi hogi mein bohat dinon</w:t>
      </w:r>
    </w:p>
    <w:p>
      <w:pPr>
        <w:jc w:val="right"/>
      </w:pPr>
      <w:r>
        <w:t>گروہ کو ڈسٹرائے کر دے تو اس کے بعد قیامت تک تیری اباد نہیں ہوگی میں بہت دنوں</w:t>
      </w:r>
    </w:p>
    <w:p>
      <w:r>
        <w:rPr>
          <w:b/>
        </w:rPr>
        <w:t xml:space="preserve">[1:18:35] </w:t>
      </w:r>
      <w:r>
        <w:t>sochta tha ke is ka matlab kya hai</w:t>
      </w:r>
    </w:p>
    <w:p>
      <w:pPr>
        <w:jc w:val="right"/>
      </w:pPr>
      <w:r>
        <w:t>سوچتا تھا کہ اس کا مطلب کیا ہے</w:t>
      </w:r>
    </w:p>
    <w:p>
      <w:r>
        <w:rPr>
          <w:b/>
        </w:rPr>
        <w:t xml:space="preserve">[1:18:43] </w:t>
      </w:r>
      <w:r>
        <w:t>yeh aaj hi meri samajh mein aya keh is ka matlab kya hai dekhen is ka matlab yeh hai keh jo aadmi founder hota hai kisi mission ka to us ke baad doosra founder nahi paida hota aksar log mujh se poochte hain keh aage baad kaun yeh sawal hi galat hai aage baad kaun aisa kabhi history mein hua hi nahi gandhi ke baad</w:t>
      </w:r>
    </w:p>
    <w:p>
      <w:pPr>
        <w:jc w:val="right"/>
      </w:pPr>
      <w:r>
        <w:t>یہ اج ہی میری سمجھ میں ایا کہ اس کا مطلب کیا ہے دیکھیں اس کا مطلب یہ ہے کہ جو ادمی فاؤنڈر ہوتا ہے کسی مشن کا تو اس کے بعد دوسرا فاؤنڈر نہیں پیدا ہوتا اکثر لوگ مجھ سے پوچھتے ہیں کہ اگے بعد کون یہ سوال ہی غلط ہے اگے بعد کون ایسا کبھی ہسٹری میں ہوا ہی نہیں گاندھی کے بعد</w:t>
      </w:r>
    </w:p>
    <w:p>
      <w:r>
        <w:rPr>
          <w:b/>
        </w:rPr>
        <w:t xml:space="preserve">[1:19:13] </w:t>
      </w:r>
      <w:r>
        <w:t>dusra gandhi nahi paida hua sarsyed ke baad dusra sarsyed nahi paida hua abul Kalam azad ke pas baad</w:t>
      </w:r>
    </w:p>
    <w:p>
      <w:pPr>
        <w:jc w:val="right"/>
      </w:pPr>
      <w:r>
        <w:t>دوسرا گاندھی نہیں پیدا ہوا سرسید کے بعد دوسرا سرسید نہیں پیدا ہوا ابوالکلام ازاد کے پاس بعد</w:t>
      </w:r>
    </w:p>
    <w:p>
      <w:r>
        <w:rPr>
          <w:b/>
        </w:rPr>
        <w:t xml:space="preserve">[1:19:21] </w:t>
      </w:r>
      <w:r>
        <w:t>dusra abul Kalam azad nahi paida hua is secular field mein bhi yahi hai aur religious field mein bhi</w:t>
      </w:r>
    </w:p>
    <w:p>
      <w:pPr>
        <w:jc w:val="right"/>
      </w:pPr>
      <w:r>
        <w:t>دوسرا ابوالکلام ازاد نہیں پیدا ہوا اس سیکولر فیلڈ میں بھی یہی ہے اور ریلیجیس فیلڈ میں بھی</w:t>
      </w:r>
    </w:p>
    <w:p>
      <w:r>
        <w:rPr>
          <w:b/>
        </w:rPr>
        <w:t xml:space="preserve">[1:19:28] </w:t>
      </w:r>
      <w:r>
        <w:t>yahi hai ke dusra aadmi nahi paida hua karta dusri cheez jo possible hoti hai wo kya team</w:t>
      </w:r>
    </w:p>
    <w:p>
      <w:pPr>
        <w:jc w:val="right"/>
      </w:pPr>
      <w:r>
        <w:t>یہی ہے کہ دوسرا ادمی نہیں پیدا ہوا کرتا دوسری چیز جو پاسیبل ہوتی ہے وہ کیا ٹیم</w:t>
      </w:r>
    </w:p>
    <w:p>
      <w:r>
        <w:rPr>
          <w:b/>
        </w:rPr>
        <w:t xml:space="preserve">[1:19:36] </w:t>
      </w:r>
      <w:r>
        <w:t>yani pehle insan ko replace karne ke liye dusra insan kabhi paida nahi hua karta yeh</w:t>
      </w:r>
    </w:p>
    <w:p>
      <w:pPr>
        <w:jc w:val="right"/>
      </w:pPr>
      <w:r>
        <w:t>یعنی پہلے انسان کو ریپلیس کرنے کے لیے دوسرا انسان کبھی پیدا نہیں ہوا کرتا یہ</w:t>
      </w:r>
    </w:p>
    <w:p>
      <w:r>
        <w:rPr>
          <w:b/>
        </w:rPr>
        <w:t xml:space="preserve">[1:19:44] </w:t>
      </w:r>
      <w:r>
        <w:t>law of nature ke khilaf hai there is against law of nature pehle insan ko replace karne ke</w:t>
      </w:r>
    </w:p>
    <w:p>
      <w:pPr>
        <w:jc w:val="right"/>
      </w:pPr>
      <w:r>
        <w:t>لاء اف نیچر کے خلاف ہے دیر از اگینسٹ لاء اف نیچر پہلے انسان کو ریپلیس کرنے کے</w:t>
      </w:r>
    </w:p>
    <w:p>
      <w:r>
        <w:rPr>
          <w:b/>
        </w:rPr>
        <w:t xml:space="preserve">[1:19:50] </w:t>
      </w:r>
      <w:r>
        <w:t>liye dusra insan kabhi paida nahi hua gandhi ko replace karne ke liye koi dusra gandhi nahi paida</w:t>
      </w:r>
    </w:p>
    <w:p>
      <w:pPr>
        <w:jc w:val="right"/>
      </w:pPr>
      <w:r>
        <w:t>لیے دوسرا انسان کبھی پیدا نہیں ہوا گاندھی کو ریپلیس کرنے کے لیے کوئی دوسرا گاندھی نہیں پیدا</w:t>
      </w:r>
    </w:p>
    <w:p>
      <w:r>
        <w:rPr>
          <w:b/>
        </w:rPr>
        <w:t xml:space="preserve">[1:19:57] </w:t>
      </w:r>
      <w:r>
        <w:t>hua sarsyed ko replace karne ke liye koi dusra sarsyed nahi paida hua isi tarah se Muhammad sall</w:t>
      </w:r>
    </w:p>
    <w:p>
      <w:pPr>
        <w:jc w:val="right"/>
      </w:pPr>
      <w:r>
        <w:t>ہوا سرسید کو ریپلیس کرنے کے لیے کوئی دوسرا سرسید نہیں پیدا ہوا اسی طرح سے محمد صلی</w:t>
      </w:r>
    </w:p>
    <w:p>
      <w:r>
        <w:rPr>
          <w:b/>
        </w:rPr>
        <w:t xml:space="preserve">[1:20:03] </w:t>
      </w:r>
      <w:r>
        <w:t>Allah aleh wasallam ko replace karne ke liye koi dusra Muhammad paida hone wala nahi tha replace karne</w:t>
      </w:r>
    </w:p>
    <w:p>
      <w:pPr>
        <w:jc w:val="right"/>
      </w:pPr>
      <w:r>
        <w:t>اللہ علیہ وسلم کو ریپلیس کرنے کے لیے کوئی دوسرا محمد پیدا ہونے والا نہیں تھا ریپلیس کرنے</w:t>
      </w:r>
    </w:p>
    <w:p>
      <w:r>
        <w:rPr>
          <w:b/>
        </w:rPr>
        <w:t xml:space="preserve">[1:20:10] </w:t>
      </w:r>
      <w:r>
        <w:t>wale kon log the wahi team thi</w:t>
      </w:r>
    </w:p>
    <w:p>
      <w:pPr>
        <w:jc w:val="right"/>
      </w:pPr>
      <w:r>
        <w:t>والے کون لوگ تھے وہی ٹیم تھی</w:t>
      </w:r>
    </w:p>
    <w:p>
      <w:r>
        <w:rPr>
          <w:b/>
        </w:rPr>
        <w:t xml:space="preserve">[1:20:16] </w:t>
      </w:r>
      <w:r>
        <w:t>is team ke liye aap ne kaha ke yahi team to replace karegi yahi agar team khatam</w:t>
      </w:r>
    </w:p>
    <w:p>
      <w:pPr>
        <w:jc w:val="right"/>
      </w:pPr>
      <w:r>
        <w:t>اس ٹیم کے لیے اپ نے کہا کہ یہی ٹیم تو ریپلیس کرے گی یہی اگر ٹیم ختم</w:t>
      </w:r>
    </w:p>
    <w:p>
      <w:r>
        <w:rPr>
          <w:b/>
        </w:rPr>
        <w:t xml:space="preserve">[1:20:24] </w:t>
      </w:r>
      <w:r>
        <w:t>ho jaye to phir kya hoga phir to discontinue ho jayega hamara mission to mein samajhta</w:t>
      </w:r>
    </w:p>
    <w:p>
      <w:pPr>
        <w:jc w:val="right"/>
      </w:pPr>
      <w:r>
        <w:t>ہو جائے تو پھر کیا ہوگا پھر تو ڈس کنٹینیو ہو جائے گا ہمارا مشن تو میں سمجھتا</w:t>
      </w:r>
    </w:p>
    <w:p>
      <w:r>
        <w:rPr>
          <w:b/>
        </w:rPr>
        <w:t xml:space="preserve">[1:20:31] </w:t>
      </w:r>
      <w:r>
        <w:t>hoon ke aap log is ko samjhein apne giroh par ja kar sochein ke aap ko replace karna</w:t>
      </w:r>
    </w:p>
    <w:p>
      <w:pPr>
        <w:jc w:val="right"/>
      </w:pPr>
      <w:r>
        <w:t>ہوں کہ اپ لوگ اس کو سمجھیں اپنے گروہ پر جا کر سوچیں کہ اپ کو ریپلیس کرنا</w:t>
      </w:r>
    </w:p>
    <w:p>
      <w:r>
        <w:rPr>
          <w:b/>
        </w:rPr>
        <w:t xml:space="preserve">[1:20:39] </w:t>
      </w:r>
      <w:r>
        <w:t>hai yeh jo team hai is team ko replace karna hai aage jo hai aage</w:t>
      </w:r>
    </w:p>
    <w:p>
      <w:pPr>
        <w:jc w:val="right"/>
      </w:pPr>
      <w:r>
        <w:t>ہے یہ جو ٹیم ہے اس ٹیم کو ریپلیس کرنا ہے اگے جو ہے اگے</w:t>
      </w:r>
    </w:p>
    <w:p>
      <w:r>
        <w:rPr>
          <w:b/>
        </w:rPr>
        <w:t xml:space="preserve">[1:20:47] </w:t>
      </w:r>
      <w:r>
        <w:t>isi team ke zariye mission aage badhega yeh ek bohat hi important pehlu hai agar aap ise sochenge to samajh sakenge aur jahan tak maine parha hai main samajhta hoon keh history mein pehli bar aisa hua keh aisi ek team bani hai doosri bar rasool Allah ke zamane mein jo team bani thi woh pehla waqia tha kabhi history mein nahi hua keh a</w:t>
      </w:r>
    </w:p>
    <w:p>
      <w:pPr>
        <w:jc w:val="right"/>
      </w:pPr>
      <w:r>
        <w:t>اسی ٹیم کے ذریعے مشن اگے بڑھے گا یہ ایک بہت ہی امپورٹنٹ پہلو ہے اگر اپ اسے سوچیں گے تو سمجھ سکیں گے اور جہاں تک میں نے پڑھا ہے میں سمجھتا ہوں کہ ہسٹری میں پہلی بار ایسا ہوا کہ ایسی ایک ٹیم بنی ہے دوسری بار رسول اللہ کے زمانے میں جو ٹیم بنی تھی وہ پہلا واقعہ تھا کبھی ہسٹری میں نہیں ہوا کہ ای</w:t>
      </w:r>
    </w:p>
    <w:p>
      <w:r>
        <w:rPr>
          <w:b/>
        </w:rPr>
        <w:t xml:space="preserve">[1:21:17] </w:t>
      </w:r>
      <w:r>
        <w:t>isi ek team banaya ho bana paya ho koi kisi koi jaise plato hai itna bara philosopher plato ne ideal state ka theory banai ideal state aur us ke marne ke baad sab khatam ho gaya kyunkeh koi koi team nahi thi jo replace kare plato ko jo plato ko replace kare sari zindagi ek dream dekhta raha ho ideal state ideal state aai</w:t>
      </w:r>
    </w:p>
    <w:p>
      <w:pPr>
        <w:jc w:val="right"/>
      </w:pPr>
      <w:r>
        <w:t>سی ایک ٹیم بنایا ہو بنا پایا ہو کوئی کسی کوئی جیسے پلیٹو ہے اتنا بڑا فلاسفر پلیٹو نے ائیڈیل اسٹیٹ کا تھیوری بنائی ائیڈیل اسٹیٹ اور اس کے مرنے کے بعد سب ختم ہو گیا کیونکہ کوئی کوئی ٹیم نہیں تھی جو ریپلیس کرے پلیٹو کو جو پلیٹو کو ریپلیس کرے ساری زندگی ایک ڈریم دیکھتا رہا ہو ائیڈیل اسٹیٹ ائیڈیل اسٹیٹ ائی</w:t>
      </w:r>
    </w:p>
    <w:p>
      <w:r>
        <w:rPr>
          <w:b/>
        </w:rPr>
        <w:t xml:space="preserve">[1:21:47] </w:t>
      </w:r>
      <w:r>
        <w:t>delstate lekin wo greece ke ek state bhi nahi ban saki wo state ke level par bhi</w:t>
      </w:r>
    </w:p>
    <w:p>
      <w:pPr>
        <w:jc w:val="right"/>
      </w:pPr>
      <w:r>
        <w:t>ڈیل اسٹیٹ لیکن وہ گریس کے ایک سٹی بھی نہیں بن سکی وہ سٹی کے لیول پر بھی</w:t>
      </w:r>
    </w:p>
    <w:p>
      <w:r>
        <w:rPr>
          <w:b/>
        </w:rPr>
        <w:t xml:space="preserve">[1:21:54] </w:t>
      </w:r>
      <w:r>
        <w:t>nahi ban saki wo kyun koi team state us ke paas thi nahi plato koi team nahi bana</w:t>
      </w:r>
    </w:p>
    <w:p>
      <w:pPr>
        <w:jc w:val="right"/>
      </w:pPr>
      <w:r>
        <w:t>نہیں بن سکی وہ کیوں کوئی ٹیم سٹی اس کے پاس تھی نہیں پلیٹو کوئی ٹیم نہیں بنا</w:t>
      </w:r>
    </w:p>
    <w:p>
      <w:r>
        <w:rPr>
          <w:b/>
        </w:rPr>
        <w:t xml:space="preserve">[1:22:02] </w:t>
      </w:r>
      <w:r>
        <w:t>saka tha to plato ke baad dusra plato paida hona zaroori nahi tha plato ke baad jo cheez</w:t>
      </w:r>
    </w:p>
    <w:p>
      <w:pPr>
        <w:jc w:val="right"/>
      </w:pPr>
      <w:r>
        <w:t>سکا تھا تو پلیٹو کے بعد دوسرا پلیٹو پیدا ہونا ضروری نہیں تھا پلیٹو کے بعد جو چیز</w:t>
      </w:r>
    </w:p>
    <w:p>
      <w:r>
        <w:rPr>
          <w:b/>
        </w:rPr>
        <w:t xml:space="preserve">[1:22:09] </w:t>
      </w:r>
      <w:r>
        <w:t>chahiye thi wo ek team chahiye thi to mein samajhta hoon ke hamari yeh khush qismati hai ke Allah ta</w:t>
      </w:r>
    </w:p>
    <w:p>
      <w:pPr>
        <w:jc w:val="right"/>
      </w:pPr>
      <w:r>
        <w:t>چاہیے تھی وہ ایک ٹیم چاہیے تھی تو میں سمجھتا ہوں کہ ہماری یہ خوش قسمتی ہے کہ اللہ تع</w:t>
      </w:r>
    </w:p>
    <w:p>
      <w:r>
        <w:rPr>
          <w:b/>
        </w:rPr>
        <w:t xml:space="preserve">[1:22:17] </w:t>
      </w:r>
      <w:r>
        <w:t>ala ke fazal se hum ek team bana paye hain mujhe yaqeen hai ke yeh team jo hai</w:t>
      </w:r>
    </w:p>
    <w:p>
      <w:pPr>
        <w:jc w:val="right"/>
      </w:pPr>
      <w:r>
        <w:t>الی کے فضل سے ہم ایک ٹیم بنا پائے ہیں مجھے یقین ہے کہ یہ ٹیم جو ہے</w:t>
      </w:r>
    </w:p>
    <w:p>
      <w:r>
        <w:rPr>
          <w:b/>
        </w:rPr>
        <w:t xml:space="preserve">[1:22:23] </w:t>
      </w:r>
      <w:r>
        <w:t>yahi replace karegi aage yeh team jo hai yahi aage kaam karegi to meri aaj jaisa</w:t>
      </w:r>
    </w:p>
    <w:p>
      <w:pPr>
        <w:jc w:val="right"/>
      </w:pPr>
      <w:r>
        <w:t>یہی ریپلیس کرے گی اگے یہ ٹیم جو ہے یہی اگے کام کرے گی تو میری اج جیسا</w:t>
      </w:r>
    </w:p>
    <w:p>
      <w:r>
        <w:rPr>
          <w:b/>
        </w:rPr>
        <w:t xml:space="preserve">[1:22:29] </w:t>
      </w:r>
      <w:r>
        <w:t>ke mein ne arz kiya mujhe ek ek inspiration aaya ke yeh team inshallah apne aap ko agar</w:t>
      </w:r>
    </w:p>
    <w:p>
      <w:pPr>
        <w:jc w:val="right"/>
      </w:pPr>
      <w:r>
        <w:t>کہ میں نے عرض کیا مجھے ایک ایک انسپریشن ایا کہ یہ ٹیم انشاءاللہ اپنے اپ کو اگر</w:t>
      </w:r>
    </w:p>
    <w:p>
      <w:r>
        <w:rPr>
          <w:b/>
        </w:rPr>
        <w:t xml:space="preserve">[1:22:35] </w:t>
      </w:r>
      <w:r>
        <w:t>is ne devote kiya agar is ko is ne apne ko dedicate kiya is kaam mein agar sach</w:t>
      </w:r>
    </w:p>
    <w:p>
      <w:pPr>
        <w:jc w:val="right"/>
      </w:pPr>
      <w:r>
        <w:t>اس نے ڈیووٹ کیا اگر اس کو اس نے اپنے کو ڈیڈیکیٹ کیا اس کام میں اگر سچ</w:t>
      </w:r>
    </w:p>
    <w:p>
      <w:r>
        <w:rPr>
          <w:b/>
        </w:rPr>
        <w:t xml:space="preserve">[1:22:41] </w:t>
      </w:r>
      <w:r>
        <w:t>much dua work mein uth gayi</w:t>
      </w:r>
    </w:p>
    <w:p>
      <w:pPr>
        <w:jc w:val="right"/>
      </w:pPr>
      <w:r>
        <w:t>مچ دعا ورک میں اٹھ گئی</w:t>
      </w:r>
    </w:p>
    <w:p>
      <w:r>
        <w:rPr>
          <w:b/>
        </w:rPr>
        <w:t xml:space="preserve">[1:22:47] </w:t>
      </w:r>
      <w:r>
        <w:t>yeh team to kaisa ajeeb thrilling experience hua mujhe ke qayamat mein jab pukara jayega ke kaun</w:t>
      </w:r>
    </w:p>
    <w:p>
      <w:pPr>
        <w:jc w:val="right"/>
      </w:pPr>
      <w:r>
        <w:t>یہ ٹیم تو کیسا عجیب تھرلنگ ایکسپیرینس ہوا مجھے کہ قیامت میں جب پکارا جائے گا کہ کون</w:t>
      </w:r>
    </w:p>
    <w:p>
      <w:r>
        <w:rPr>
          <w:b/>
        </w:rPr>
        <w:t xml:space="preserve">[1:22:57] </w:t>
      </w:r>
      <w:r>
        <w:t>hai woh log jinhone scientific age mein divine truth ko pahunchaya tha logon tak aur angel kahin</w:t>
      </w:r>
    </w:p>
    <w:p>
      <w:pPr>
        <w:jc w:val="right"/>
      </w:pPr>
      <w:r>
        <w:t>ہے وہ لوگ جنہوں نے سائنٹیفک ایج میں ڈیوائن ٹروتھ کو پہنچایا تھا لوگوں تک اور اینجل کہیں</w:t>
      </w:r>
    </w:p>
    <w:p>
      <w:r>
        <w:rPr>
          <w:b/>
        </w:rPr>
        <w:t xml:space="preserve">[1:23:07] </w:t>
      </w:r>
      <w:r>
        <w:t>ke yeh hai yeh hai woh team jisne pahunchaya tha to aap logon ko yeh aap logon ko</w:t>
      </w:r>
    </w:p>
    <w:p>
      <w:pPr>
        <w:jc w:val="right"/>
      </w:pPr>
      <w:r>
        <w:t>کہ یہ ہے یہ ہے وہ ٹیم جس نے پہنچایا تھا تو اپ لوگوں کو یہ اپ لوگوں کو</w:t>
      </w:r>
    </w:p>
    <w:p>
      <w:r>
        <w:rPr>
          <w:b/>
        </w:rPr>
        <w:t xml:space="preserve">[1:23:17] </w:t>
      </w:r>
      <w:r>
        <w:t>is par bohat zyada sochna hai aur yeh jo opportunity khuli hai is ko avail karne ke liye</w:t>
      </w:r>
    </w:p>
    <w:p>
      <w:pPr>
        <w:jc w:val="right"/>
      </w:pPr>
      <w:r>
        <w:t>اس پر بہت زیادہ سوچنا ہے اور یہ جو اپرچونیٹی کھلی ہے اس کو اویل کرنے کے لیے</w:t>
      </w:r>
    </w:p>
    <w:p>
      <w:r>
        <w:rPr>
          <w:b/>
        </w:rPr>
        <w:t xml:space="preserve">[1:23:35] </w:t>
      </w:r>
      <w:r>
        <w:t>aage badhna hai</w:t>
      </w:r>
    </w:p>
    <w:p>
      <w:pPr>
        <w:jc w:val="right"/>
      </w:pPr>
      <w:r>
        <w:t>اگے بڑھنا ہے</w:t>
      </w:r>
    </w:p>
    <w:p>
      <w:r>
        <w:rPr>
          <w:b/>
        </w:rPr>
        <w:t xml:space="preserve">[1:23:54] </w:t>
      </w:r>
      <w:r>
        <w:t>mein ek martaba jab pehla insan jab chand pe utra tha to us raat ko ittefaq se mein</w:t>
      </w:r>
    </w:p>
    <w:p>
      <w:pPr>
        <w:jc w:val="right"/>
      </w:pPr>
      <w:r>
        <w:t>میں ایک مرتبہ جب پہلا انسان جب چاند پہ اترا تھا تو اس رات کو اتفاق سے میں</w:t>
      </w:r>
    </w:p>
    <w:p>
      <w:r>
        <w:rPr>
          <w:b/>
        </w:rPr>
        <w:t xml:space="preserve">[1:24:02] </w:t>
      </w:r>
      <w:r>
        <w:t>ek paper ek ek newspaper ke office mein gaya to news aa rahi thi aap ne dekha</w:t>
      </w:r>
    </w:p>
    <w:p>
      <w:pPr>
        <w:jc w:val="right"/>
      </w:pPr>
      <w:r>
        <w:t>ایک پیپر ایک ایک نیوز پیپر کے افس میں گیا تو نیوز ا رہی تھی اپ نے دیکھا</w:t>
      </w:r>
    </w:p>
    <w:p>
      <w:r>
        <w:rPr>
          <w:b/>
        </w:rPr>
        <w:t xml:space="preserve">[1:24:10] </w:t>
      </w:r>
      <w:r>
        <w:t>hoga press mein barabar news aati rehti hai aur isi ko le le kar ke log akhbar mein</w:t>
      </w:r>
    </w:p>
    <w:p>
      <w:pPr>
        <w:jc w:val="right"/>
      </w:pPr>
      <w:r>
        <w:t>ہوگا پریس میں برابر نیوز اتی رہتی ہے اور اسی کو لے لے کر کے لوگ اخبار میں</w:t>
      </w:r>
    </w:p>
    <w:p>
      <w:r>
        <w:rPr>
          <w:b/>
        </w:rPr>
        <w:t xml:space="preserve">[1:24:18] </w:t>
      </w:r>
      <w:r>
        <w:t>shamil karte hain</w:t>
      </w:r>
    </w:p>
    <w:p>
      <w:pPr>
        <w:jc w:val="right"/>
      </w:pPr>
      <w:r>
        <w:t>شامل کرتے ہیں</w:t>
      </w:r>
    </w:p>
    <w:p>
      <w:r>
        <w:rPr>
          <w:b/>
        </w:rPr>
        <w:t xml:space="preserve">[1:24:26] </w:t>
      </w:r>
      <w:r>
        <w:t>to news aa rahi thi barabar to editor news editor the wahan par ek to un se meri</w:t>
      </w:r>
    </w:p>
    <w:p>
      <w:pPr>
        <w:jc w:val="right"/>
      </w:pPr>
      <w:r>
        <w:t>تو نیوز ا رہی تھی برابر تو ایڈیٹر نیوز ایڈیٹر تھے وہاں پر ایک تو ان سے میری</w:t>
      </w:r>
    </w:p>
    <w:p>
      <w:r>
        <w:rPr>
          <w:b/>
        </w:rPr>
        <w:t xml:space="preserve">[1:24:32] </w:t>
      </w:r>
      <w:r>
        <w:t>jaan pehchan thi to main ne poocha un se to un ki zuban se nikla ke bari thrilling</w:t>
      </w:r>
    </w:p>
    <w:p>
      <w:pPr>
        <w:jc w:val="right"/>
      </w:pPr>
      <w:r>
        <w:t>جان پہچان تھی تو میں نے پوچھا ان سے تو ان کی زبان سے نکلا کہ بڑی تھرلنگ</w:t>
      </w:r>
    </w:p>
    <w:p>
      <w:r>
        <w:rPr>
          <w:b/>
        </w:rPr>
        <w:t xml:space="preserve">[1:24:38] </w:t>
      </w:r>
      <w:r>
        <w:t>news aa rahi hain yani chand par insan jo pahunch gaya aur is par jo khabrein bhejna shuru</w:t>
      </w:r>
    </w:p>
    <w:p>
      <w:pPr>
        <w:jc w:val="right"/>
      </w:pPr>
      <w:r>
        <w:t>نیوز ا رہی ہیں یعنی چاند پر انسان جو پہنچ گیا اور اس پر جو خبریں بھیجنا شروع</w:t>
      </w:r>
    </w:p>
    <w:p>
      <w:r>
        <w:rPr>
          <w:b/>
        </w:rPr>
        <w:t xml:space="preserve">[1:24:44] </w:t>
      </w:r>
      <w:r>
        <w:t>kiya press agencies ne to is ke bare mein unhone kaha ke bari thrilling news aa rahi</w:t>
      </w:r>
    </w:p>
    <w:p>
      <w:pPr>
        <w:jc w:val="right"/>
      </w:pPr>
      <w:r>
        <w:t>کیا پریس ایجنسیز نے تو اس کے بارے میں انہوں نے کہا کہ بڑی تھرلنگ نیوز ا رہی</w:t>
      </w:r>
    </w:p>
    <w:p>
      <w:r>
        <w:rPr>
          <w:b/>
        </w:rPr>
        <w:t xml:space="preserve">[1:24:50] </w:t>
      </w:r>
      <w:r>
        <w:t>hain ab ghor kijiye ke</w:t>
      </w:r>
    </w:p>
    <w:p>
      <w:pPr>
        <w:jc w:val="right"/>
      </w:pPr>
      <w:r>
        <w:t>ہیں اب غور کیجئے کہ</w:t>
      </w:r>
    </w:p>
    <w:p>
      <w:r>
        <w:rPr>
          <w:b/>
        </w:rPr>
        <w:t xml:space="preserve">[1:24:56] </w:t>
      </w:r>
      <w:r>
        <w:t>chand par insan ka utarna ziyada bari cheez hai keh aap ka jannat mein dakhil hona aap ka paradise mein dakhil hona chand to ek pathar hai chand to roshan bhi nahi hai woh light bhi nahi hai chand mein light hai na life support system hai wahan par na pani hai kuch bhi nahi hai kuch bhi nahi hai kuch bhi nahi hai simply pathar hai bas to chand par utarna ziyada thrilling</w:t>
      </w:r>
    </w:p>
    <w:p>
      <w:pPr>
        <w:jc w:val="right"/>
      </w:pPr>
      <w:r>
        <w:t>چاند پر انسان کا اترنا زیادہ بڑی چیز ہے کہ اپ کا جنت میں داخل ہونا اپ کا پیراڈائز میں داخل ہونا چاند تو ایک پتھر ہے چاند تو روشن بھی نہیں ہے وہ لائٹ بھی نہیں ہے چاند میں لائٹ ہے نہ لائف سپورٹ سسٹم ہے وہاں پر نہ پانی ہے کچھ بھی نہیں ہے کچھ بھی نہیں ہے کچھ بھی نہیں ہے سمپلی پتھر ہے بس تو چاند پر اترنا زیادہ تھرلنگ</w:t>
      </w:r>
    </w:p>
    <w:p>
      <w:r>
        <w:rPr>
          <w:b/>
        </w:rPr>
        <w:t xml:space="preserve">[1:25:26] </w:t>
      </w:r>
      <w:r>
        <w:t>cheez hai ya paradise mein dakhil hona zyada thrilling cheez hai zahir hai ke woh super thrill aana</w:t>
      </w:r>
    </w:p>
    <w:p>
      <w:pPr>
        <w:jc w:val="right"/>
      </w:pPr>
      <w:r>
        <w:t>چیز ہے یا پیراڈائز میں داخل ہونا زیادہ تھرلنگ چیز ہے ظاہر ہے کہ وہ سپر تھرل انا</w:t>
      </w:r>
    </w:p>
    <w:p>
      <w:r>
        <w:rPr>
          <w:b/>
        </w:rPr>
        <w:t xml:space="preserve">[1:25:34] </w:t>
      </w:r>
      <w:r>
        <w:t>chahiye aap ko yeh soch kar ke ke Khuda ne mujhe ek aise zamane mein paida kiya hai</w:t>
      </w:r>
    </w:p>
    <w:p>
      <w:pPr>
        <w:jc w:val="right"/>
      </w:pPr>
      <w:r>
        <w:t>چاہیے اپ کو یہ سوچ کر کے کہ خدا نے مجھے ایک ایسے زمانے میں پیدا کیا ہے</w:t>
      </w:r>
    </w:p>
    <w:p>
      <w:r>
        <w:rPr>
          <w:b/>
        </w:rPr>
        <w:t xml:space="preserve">[1:25:41] </w:t>
      </w:r>
      <w:r>
        <w:t>jab ke main Khuda ke mission mein apne aap ko devote kar ke paradise mein pahunch sakta hoon</w:t>
      </w:r>
    </w:p>
    <w:p>
      <w:pPr>
        <w:jc w:val="right"/>
      </w:pPr>
      <w:r>
        <w:t>جب کہ میں خدا کے مشن میں اپنے اپ کو ڈیووٹ کر کے پیراڈائز میں پہنچ سکتا ہوں</w:t>
      </w:r>
    </w:p>
    <w:p>
      <w:r>
        <w:rPr>
          <w:b/>
        </w:rPr>
        <w:t xml:space="preserve">[1:25:49] </w:t>
      </w:r>
      <w:r>
        <w:t>is par aap ko super thrill aana chahiye super thrill aise zamane mein paida hona</w:t>
      </w:r>
    </w:p>
    <w:p>
      <w:pPr>
        <w:jc w:val="right"/>
      </w:pPr>
      <w:r>
        <w:t>اس پر اپ کو سپر تھرل انا چاہیے سپر تھرل ایسے زمانے میں پیدا ہونا</w:t>
      </w:r>
    </w:p>
    <w:p>
      <w:r>
        <w:rPr>
          <w:b/>
        </w:rPr>
        <w:t xml:space="preserve">[1:25:57] </w:t>
      </w:r>
      <w:r>
        <w:t>jab ke ek taraf dunya jo hai un aware hai aur doosri taraf aap ke sath pass sare</w:t>
      </w:r>
    </w:p>
    <w:p>
      <w:pPr>
        <w:jc w:val="right"/>
      </w:pPr>
      <w:r>
        <w:t>جب کہ ایک طرف دنیا جو ہے ان اویئر ہے اور دوسری طرف اپ کے ساتھ پاس سارے</w:t>
      </w:r>
    </w:p>
    <w:p>
      <w:r>
        <w:rPr>
          <w:b/>
        </w:rPr>
        <w:t xml:space="preserve">[1:26:05] </w:t>
      </w:r>
      <w:r>
        <w:t>saman khul chuke hain sirf istemal karna baqi hai to aap ko yeh soch kar super thrill aana</w:t>
      </w:r>
    </w:p>
    <w:p>
      <w:pPr>
        <w:jc w:val="right"/>
      </w:pPr>
      <w:r>
        <w:t>سامان کھل چکے ہیں صرف استعمال کرنا باقی ہے تو اپ کو یہ سوچ کر سپر تھرل انا</w:t>
      </w:r>
    </w:p>
    <w:p>
      <w:r>
        <w:rPr>
          <w:b/>
        </w:rPr>
        <w:t xml:space="preserve">[1:26:13] </w:t>
      </w:r>
      <w:r>
        <w:t>chahiye ke ke main agar is opportunities ko avail karoon to mere liye paradise ke gate khol diye</w:t>
      </w:r>
    </w:p>
    <w:p>
      <w:pPr>
        <w:jc w:val="right"/>
      </w:pPr>
      <w:r>
        <w:t>چاہیے کہ کہ میں اگر اس اپرچونیٹیز کو اویل کروں تو میرے لیے پیراڈائز کے گیٹ کھول دیے</w:t>
      </w:r>
    </w:p>
    <w:p>
      <w:r>
        <w:rPr>
          <w:b/>
        </w:rPr>
        <w:t xml:space="preserve">[1:26:21] </w:t>
      </w:r>
      <w:r>
        <w:t>jayenge ek baat aur main arz karoon jo</w:t>
      </w:r>
    </w:p>
    <w:p>
      <w:pPr>
        <w:jc w:val="right"/>
      </w:pPr>
      <w:r>
        <w:t>جائیں گے ایک بات اور میں عرض کروں جو</w:t>
      </w:r>
    </w:p>
    <w:p>
      <w:r>
        <w:rPr>
          <w:b/>
        </w:rPr>
        <w:t xml:space="preserve">[1:26:28] </w:t>
      </w:r>
      <w:r>
        <w:t>abhi kal parson meri samajh mein aai hai aur mere nazdeek ek bohat bari discovery hai yeh dekhiye sachai ka jo mission hai wo in other words logon ko paradise ka good news dene ka mission hai a logon tumhare aage paradise hai a logon jo chand saal</w:t>
      </w:r>
    </w:p>
    <w:p>
      <w:pPr>
        <w:jc w:val="right"/>
      </w:pPr>
      <w:r>
        <w:t>ابھی کل پرسوں میری سمجھ میں ائی ہے اور میرے نزدیک ایک بہت بڑی ڈسکوری ہے یہ دیکھیے سچائی کا جو مشن ہے وہ ان ادر ورڈز لوگوں کو پیراڈائز کا کی نیوز دینے کا مشن ہے اے لوگوں تمہارے اگے پیراڈائز ہے اے لوگوں جو چند سالوں</w:t>
      </w:r>
    </w:p>
    <w:p>
      <w:r>
        <w:rPr>
          <w:b/>
        </w:rPr>
        <w:t xml:space="preserve">[1:26:58] </w:t>
      </w:r>
      <w:r>
        <w:t>ke liye kamate ho paisa jama karte ho mar jate ho mar kar ke khatam ho jate ho</w:t>
      </w:r>
    </w:p>
    <w:p>
      <w:pPr>
        <w:jc w:val="right"/>
      </w:pPr>
      <w:r>
        <w:t>کے لیے کماتے ہو پیسہ جمع کرتے ہو مر جاتے ہو مر کر کے ختم ہو جاتے ہو</w:t>
      </w:r>
    </w:p>
    <w:p>
      <w:r>
        <w:rPr>
          <w:b/>
        </w:rPr>
        <w:t xml:space="preserve">[1:27:06] </w:t>
      </w:r>
      <w:r>
        <w:t>to paradise ke liye kamai karo aap jante hain koi billion trillion dollar kamaye to kya hoga 50</w:t>
      </w:r>
    </w:p>
    <w:p>
      <w:pPr>
        <w:jc w:val="right"/>
      </w:pPr>
      <w:r>
        <w:t>تو پیراڈائز کے لیے کمائی کرو اپ جانتے ہیں کوئی بلین ٹریلین ڈالر کمائے تو کیا ہوگا 50</w:t>
      </w:r>
    </w:p>
    <w:p>
      <w:r>
        <w:rPr>
          <w:b/>
        </w:rPr>
        <w:t xml:space="preserve">[1:27:14] </w:t>
      </w:r>
      <w:r>
        <w:t>saal 60 60 saal 80 saal mar jayega aur phir ek paisa bhi is ke sath nahi</w:t>
      </w:r>
    </w:p>
    <w:p>
      <w:pPr>
        <w:jc w:val="right"/>
      </w:pPr>
      <w:r>
        <w:t>سال 60 60 سال 80 سال مر جائے گا اور پھر ایک پیسہ بھی اس کے ساتھ نہیں</w:t>
      </w:r>
    </w:p>
    <w:p>
      <w:r>
        <w:rPr>
          <w:b/>
        </w:rPr>
        <w:t xml:space="preserve">[1:27:21] </w:t>
      </w:r>
      <w:r>
        <w:t>jayega khatm to insan ko yeh message dena yeh khushkhabri dena yeh good news dena</w:t>
      </w:r>
    </w:p>
    <w:p>
      <w:pPr>
        <w:jc w:val="right"/>
      </w:pPr>
      <w:r>
        <w:t>جائے گا ختم تو انسان کو یہ میسج دینا یہ خوشخبری دینا یہ گڈ نیوز دینا</w:t>
      </w:r>
    </w:p>
    <w:p>
      <w:r>
        <w:rPr>
          <w:b/>
        </w:rPr>
        <w:t xml:space="preserve">[1:27:29] </w:t>
      </w:r>
      <w:r>
        <w:t>keh tumhare liye is se bari kamai ka aik aik opportunity khuli hui hai woh opportunity yeh hai</w:t>
      </w:r>
    </w:p>
    <w:p>
      <w:pPr>
        <w:jc w:val="right"/>
      </w:pPr>
      <w:r>
        <w:t>کہ تمہارے لیے اس سے بڑی کمائی کا ایک ایک اپرچونیٹی کھلی ہوئی ہے وہ اپرچونیٹی یہ ہے</w:t>
      </w:r>
    </w:p>
    <w:p>
      <w:r>
        <w:rPr>
          <w:b/>
        </w:rPr>
        <w:t xml:space="preserve">[1:27:39] </w:t>
      </w:r>
      <w:r>
        <w:t>keh tayari karo apne aap ko khuda ke test mein stand karo to tumhare liye eternal bliss wali</w:t>
      </w:r>
    </w:p>
    <w:p>
      <w:pPr>
        <w:jc w:val="right"/>
      </w:pPr>
      <w:r>
        <w:t>کہ تیاری کرو اپنے اپ کو خدا کے ٹیسٹ میں اسٹینڈ کرو تو تمہارے لیے ایٹرنل بلیس والی</w:t>
      </w:r>
    </w:p>
    <w:p>
      <w:r>
        <w:rPr>
          <w:b/>
        </w:rPr>
        <w:t xml:space="preserve">[1:27:49] </w:t>
      </w:r>
      <w:r>
        <w:t>paradise ke gate khole jayenge to yeh kitni bari b</w:t>
      </w:r>
    </w:p>
    <w:p>
      <w:pPr>
        <w:jc w:val="right"/>
      </w:pPr>
      <w:r>
        <w:t>پیراڈائز کے گیٹ کھولے جائیں گے تو یہ کتنی بڑی ب</w:t>
      </w:r>
    </w:p>
    <w:p>
      <w:r>
        <w:rPr>
          <w:b/>
        </w:rPr>
        <w:t xml:space="preserve">[1:27:59] </w:t>
      </w:r>
      <w:r>
        <w:t>aat hai to meri samajh mein yeh baat aai keh pehle zamane ka insan is baat ko jitna</w:t>
      </w:r>
    </w:p>
    <w:p>
      <w:pPr>
        <w:jc w:val="right"/>
      </w:pPr>
      <w:r>
        <w:t>ات ہے تو میری سمجھ میں یہ بات ائی کہ پہلے زمانے کا انسان اس بات کو جتنا</w:t>
      </w:r>
    </w:p>
    <w:p>
      <w:r>
        <w:rPr>
          <w:b/>
        </w:rPr>
        <w:t xml:space="preserve">[1:28:09] </w:t>
      </w:r>
      <w:r>
        <w:t>samajh sakta tha yani paradise ki importance ko is se bohat zyada aaj ka insan samajh sakta hai</w:t>
      </w:r>
    </w:p>
    <w:p>
      <w:pPr>
        <w:jc w:val="right"/>
      </w:pPr>
      <w:r>
        <w:t>سمجھ سکتا تھا یعنی پیراڈائز کی امپورٹنس کو اس سے بہت زیادہ اج کا انسان سمجھ سکتا ہے</w:t>
      </w:r>
    </w:p>
    <w:p>
      <w:r>
        <w:rPr>
          <w:b/>
        </w:rPr>
        <w:t xml:space="preserve">[1:28:19] </w:t>
      </w:r>
      <w:r>
        <w:t>is cheez ko kyun pehle zamane ke log jo hain is dream</w:t>
      </w:r>
    </w:p>
    <w:p>
      <w:pPr>
        <w:jc w:val="right"/>
      </w:pPr>
      <w:r>
        <w:t>اس چیز کو کیوں پہلے زمانے کے لوگ جو ہیں اس ڈریم</w:t>
      </w:r>
    </w:p>
    <w:p>
      <w:r>
        <w:rPr>
          <w:b/>
        </w:rPr>
        <w:t xml:space="preserve">[1:28:29] </w:t>
      </w:r>
      <w:r>
        <w:t>mein jeete the ke kaash hamare paas bohat acha ghar ho mere paas bohat achi sawariyan hon har qism ka comfort mere mere paas ho sari history mein log is ko is ka dream dekhte rahe lekin aap jante hain ke pre industrial era mein wo cheezein abhi samne aai nahi thi jis jis mein aap apna paradise bana saken mere bachpan mein abhi me</w:t>
      </w:r>
    </w:p>
    <w:p>
      <w:pPr>
        <w:jc w:val="right"/>
      </w:pPr>
      <w:r>
        <w:t>میں جیتے تھے کہ کاش ہمارے پاس بہت اچھا گھر ہو میرے پاس بہت اچھی سواریاں ہوں ہر قسم کا کمفرٹ میرے میرے پاس ہو ساری ہسٹری میں لوگ اس کو اس کے اس کا ڈریم دیکھتے رہے لیکن اپ جانتے ہیں کہ پری انڈسٹریل ایرا میں وہ چیزیں ابھی سامنے ائی نہیں تھی جس جس میں اپ اپنا پیراڈائز بنا سکیں میرے بچپن میں ابھی می</w:t>
      </w:r>
    </w:p>
    <w:p>
      <w:r>
        <w:rPr>
          <w:b/>
        </w:rPr>
        <w:t xml:space="preserve">[1:28:59] </w:t>
      </w:r>
      <w:r>
        <w:t>re mere bachpan ki baat hai keh kuch bhi nahi hota tha abhi karein to kya karein mitti</w:t>
      </w:r>
    </w:p>
    <w:p>
      <w:pPr>
        <w:jc w:val="right"/>
      </w:pPr>
      <w:r>
        <w:t>رے میرے بچپن کی بات ہے کہ کچھ بھی نہیں ہوتا تھا ابھی کریں تو کیا کریں مٹی</w:t>
      </w:r>
    </w:p>
    <w:p>
      <w:r>
        <w:rPr>
          <w:b/>
        </w:rPr>
        <w:t xml:space="preserve">[1:29:05] </w:t>
      </w:r>
      <w:r>
        <w:t>ghar bana li aap lakri ke pyala hota tha aur mamooli qism ke tin ka chamcha hota tha</w:t>
      </w:r>
    </w:p>
    <w:p>
      <w:pPr>
        <w:jc w:val="right"/>
      </w:pPr>
      <w:r>
        <w:t>گھر بنا لی اپ لکڑی کے پیالہ ہوتا تھا اور معمولی قسم کے ٹن کا چمچہ ہوتا تھا</w:t>
      </w:r>
    </w:p>
    <w:p>
      <w:r>
        <w:rPr>
          <w:b/>
        </w:rPr>
        <w:t xml:space="preserve">[1:29:11] </w:t>
      </w:r>
      <w:r>
        <w:t>khane peene ke liye bohat bohat thori cheezein hua karti thi yeh to industrial era mein aisa hua</w:t>
      </w:r>
    </w:p>
    <w:p>
      <w:pPr>
        <w:jc w:val="right"/>
      </w:pPr>
      <w:r>
        <w:t>کھانے پینے کے لیے بہت بہت تھوڑی چیزیں ہوا کرتی تھیں یہ تو انڈسٹریل ایرا میں ایسا ہوا</w:t>
      </w:r>
    </w:p>
    <w:p>
      <w:r>
        <w:rPr>
          <w:b/>
        </w:rPr>
        <w:t xml:space="preserve">[1:29:17] </w:t>
      </w:r>
      <w:r>
        <w:t>hai keh itne sare saman ekatha ho gaye aise beautiful ghar pehle nahi ban sakte the aise</w:t>
      </w:r>
    </w:p>
    <w:p>
      <w:pPr>
        <w:jc w:val="right"/>
      </w:pPr>
      <w:r>
        <w:t>ہے کہ اتنے سارے سامان اکٹھا ہو گئے ایسے بیوٹی فل گھر پہلے نہیں بن سکتے تھے ایسے</w:t>
      </w:r>
    </w:p>
    <w:p>
      <w:r>
        <w:rPr>
          <w:b/>
        </w:rPr>
        <w:t xml:space="preserve">[1:29:23] </w:t>
      </w:r>
      <w:r>
        <w:t>beautiful kapde nahi milte the bazaar</w:t>
      </w:r>
    </w:p>
    <w:p>
      <w:pPr>
        <w:jc w:val="right"/>
      </w:pPr>
      <w:r>
        <w:t>بیوٹی فل کپڑے نہیں ملتے تھے بازار</w:t>
      </w:r>
    </w:p>
    <w:p>
      <w:r>
        <w:rPr>
          <w:b/>
        </w:rPr>
        <w:t xml:space="preserve">[1:29:29] </w:t>
      </w:r>
      <w:r>
        <w:t>mein beauty parlor ka koi wajood nahi tha pehle to industrial age se pehle insan is position mein</w:t>
      </w:r>
    </w:p>
    <w:p>
      <w:pPr>
        <w:jc w:val="right"/>
      </w:pPr>
      <w:r>
        <w:t>میں بیوٹی پارلر کا کوئی وجود نہیں تھا پہلے تو انڈسٹریل ایج سے پہلے انسان اس پوزیشن میں</w:t>
      </w:r>
    </w:p>
    <w:p>
      <w:r>
        <w:rPr>
          <w:b/>
        </w:rPr>
        <w:t xml:space="preserve">[1:29:37] </w:t>
      </w:r>
      <w:r>
        <w:t>nahi tha keh jo paradise is ke mann mein basi hui hai woh bana sake yahan tak keh</w:t>
      </w:r>
    </w:p>
    <w:p>
      <w:pPr>
        <w:jc w:val="right"/>
      </w:pPr>
      <w:r>
        <w:t>نہیں تھا کہ جو پیراڈائز اس کے من میں بسی ہوئی ہے وہ بنا سکے یہاں تک کہ</w:t>
      </w:r>
    </w:p>
    <w:p>
      <w:r>
        <w:rPr>
          <w:b/>
        </w:rPr>
        <w:t xml:space="preserve">[1:29:44] </w:t>
      </w:r>
      <w:r>
        <w:t>industrial age aya sab raste khul gaye logon ne khoob paisa kamaya khoob logon ne achhe achhe ghar</w:t>
      </w:r>
    </w:p>
    <w:p>
      <w:pPr>
        <w:jc w:val="right"/>
      </w:pPr>
      <w:r>
        <w:t>انڈسٹریل ایج ایا سب راستے کھل گئے لوگوں نے خوب پیسہ کمایا خوب لوگوں نے اچھے اچھے گھر</w:t>
      </w:r>
    </w:p>
    <w:p>
      <w:r>
        <w:rPr>
          <w:b/>
        </w:rPr>
        <w:t xml:space="preserve">[1:29:52] </w:t>
      </w:r>
      <w:r>
        <w:t>banaye khoob unhone beautiful carain hasil</w:t>
      </w:r>
    </w:p>
    <w:p>
      <w:pPr>
        <w:jc w:val="right"/>
      </w:pPr>
      <w:r>
        <w:t>بنائے خوب انہوں نے بیوٹی فل کاریں حاصل</w:t>
      </w:r>
    </w:p>
    <w:p>
      <w:r>
        <w:rPr>
          <w:b/>
        </w:rPr>
        <w:t xml:space="preserve">[1:29:59] </w:t>
      </w:r>
      <w:r>
        <w:t>ki khoob unhone city planning ki khoob unhone market banaye khoob logon ne consumer consumer consumer</w:t>
      </w:r>
    </w:p>
    <w:p>
      <w:pPr>
        <w:jc w:val="right"/>
      </w:pPr>
      <w:r>
        <w:t>کیں خوب انہوں نے سٹی پلاننگ کی خوب انہوں نے مارکیٹ بنائے خوب لوگوں نے کنزیومر کنزیوم کنزیومر</w:t>
      </w:r>
    </w:p>
    <w:p>
      <w:r>
        <w:rPr>
          <w:b/>
        </w:rPr>
        <w:t xml:space="preserve">[1:30:07] </w:t>
      </w:r>
      <w:r>
        <w:t>goods ka aik aik sailab aa gaya aur har har khareed khareed kar ke is ko apne ghar</w:t>
      </w:r>
    </w:p>
    <w:p>
      <w:pPr>
        <w:jc w:val="right"/>
      </w:pPr>
      <w:r>
        <w:t>گڈز کا ایک ایک سیلاب ا گیا اور ہر ہر خرید خرید کر کے اس کو اپنے گھر</w:t>
      </w:r>
    </w:p>
    <w:p>
      <w:r>
        <w:rPr>
          <w:b/>
        </w:rPr>
        <w:t xml:space="preserve">[1:30:15] </w:t>
      </w:r>
      <w:r>
        <w:t>mein bharne laga phir kya hua pata chala hai keh is mein khushi hai hi nahi jin logon</w:t>
      </w:r>
    </w:p>
    <w:p>
      <w:pPr>
        <w:jc w:val="right"/>
      </w:pPr>
      <w:r>
        <w:t>میں بھرنے لگا پھر کیا ہوا پتہ چلا ہے کہ اس میں خوشی ہے ہی نہیں جن لوگوں</w:t>
      </w:r>
    </w:p>
    <w:p>
      <w:r>
        <w:rPr>
          <w:b/>
        </w:rPr>
        <w:t xml:space="preserve">[1:30:22] </w:t>
      </w:r>
      <w:r>
        <w:t>ne zyada paise kamaye hain jo bohat bade gharon mein rehte hain jin jin ke paas bohat sari</w:t>
      </w:r>
    </w:p>
    <w:p>
      <w:pPr>
        <w:jc w:val="right"/>
      </w:pPr>
      <w:r>
        <w:t>نے زیادہ پیسے کمائے ہیں جو بہت بڑے گھروں میں رہتے ہیں جن جن کے پاس بہت ساری</w:t>
      </w:r>
    </w:p>
    <w:p>
      <w:r>
        <w:rPr>
          <w:b/>
        </w:rPr>
        <w:t xml:space="preserve">[1:30:30] </w:t>
      </w:r>
      <w:r>
        <w:t>carain hoti hain private hawai jahaz hote hain aap un ko ja kar qareeb se dekhiye sab tension</w:t>
      </w:r>
    </w:p>
    <w:p>
      <w:pPr>
        <w:jc w:val="right"/>
      </w:pPr>
      <w:r>
        <w:t>کاریں ہوتی ہیں پرائیویٹ ہوائی جہاز ہوتے ہیں اپ ان کو جا کر قریب سے دیکھیے سب ٹینشن</w:t>
      </w:r>
    </w:p>
    <w:p>
      <w:r>
        <w:rPr>
          <w:b/>
        </w:rPr>
        <w:t xml:space="preserve">[1:30:36] </w:t>
      </w:r>
      <w:r>
        <w:t>mein jeete hain sab stress mein jeete hain sab ka haal yeh hai keh koi diabetic hai kisi</w:t>
      </w:r>
    </w:p>
    <w:p>
      <w:pPr>
        <w:jc w:val="right"/>
      </w:pPr>
      <w:r>
        <w:t>میں جیتے ہیں سب اسٹریس میں جیتے ہیں سب کا حال یہ ہے کہ کوئی ڈائبیٹک ہے کسی</w:t>
      </w:r>
    </w:p>
    <w:p>
      <w:r>
        <w:rPr>
          <w:b/>
        </w:rPr>
        <w:t xml:space="preserve">[1:30:42] </w:t>
      </w:r>
      <w:r>
        <w:t>ka high blood pressure ho gaya hai koi kuch ho gaya hai kuch ho gaya hai aur phir</w:t>
      </w:r>
    </w:p>
    <w:p>
      <w:pPr>
        <w:jc w:val="right"/>
      </w:pPr>
      <w:r>
        <w:t>کا ہائی بلڈ پریشر ہو گیا ہے کوئی کچھ ہو گیا ہے کچھ ہو گیا ہے اور پھر</w:t>
      </w:r>
    </w:p>
    <w:p>
      <w:r>
        <w:rPr>
          <w:b/>
        </w:rPr>
        <w:t xml:space="preserve">[1:30:48] </w:t>
      </w:r>
      <w:r>
        <w:t>aakhir mein accident aik nai cheez zamane mein hui hai accident pehle accident marne ka koi concept nahi</w:t>
      </w:r>
    </w:p>
    <w:p>
      <w:pPr>
        <w:jc w:val="right"/>
      </w:pPr>
      <w:r>
        <w:t>اخر میں ایکسیڈنٹ ایک نئی چیز زمانے میں ہوئی ہے ایکسیڈنٹ پہلے ایکسیڈنٹ مرنے کا کوئی کانسیپٹ نہیں</w:t>
      </w:r>
    </w:p>
    <w:p>
      <w:r>
        <w:rPr>
          <w:b/>
        </w:rPr>
        <w:t xml:space="preserve">[1:30:54] </w:t>
      </w:r>
      <w:r>
        <w:t>tha pehle ab jo hai sadkon par log</w:t>
      </w:r>
    </w:p>
    <w:p>
      <w:pPr>
        <w:jc w:val="right"/>
      </w:pPr>
      <w:r>
        <w:t>تھا پہلے اب جو ہے سڑکوں پر لوگ</w:t>
      </w:r>
    </w:p>
    <w:p>
      <w:r>
        <w:rPr>
          <w:b/>
        </w:rPr>
        <w:t xml:space="preserve">[1:31:00] </w:t>
      </w:r>
      <w:r>
        <w:t>road accident hota hai mar jate hain is mein barhapa bimari yeh sari cheezen to jo jab tak</w:t>
      </w:r>
    </w:p>
    <w:p>
      <w:pPr>
        <w:jc w:val="right"/>
      </w:pPr>
      <w:r>
        <w:t>روڈ ایکسیڈنٹ ہوتا ہے مر جاتے ہیں اس میں بڑھاپا بیماری یہ ساری چیزیں تو جو جب تک</w:t>
      </w:r>
    </w:p>
    <w:p>
      <w:r>
        <w:rPr>
          <w:b/>
        </w:rPr>
        <w:t xml:space="preserve">[1:31:08] </w:t>
      </w:r>
      <w:r>
        <w:t>insan ne zindagi ke comfort ko hasil nahi kiya tha pre industrial era mein tab tak woh is</w:t>
      </w:r>
    </w:p>
    <w:p>
      <w:pPr>
        <w:jc w:val="right"/>
      </w:pPr>
      <w:r>
        <w:t>انسان نے زندگی کے کمفرٹ کو حاصل نہیں کیا تھا پری انڈسٹریل ایرا میں تب تک وہ اس</w:t>
      </w:r>
    </w:p>
    <w:p>
      <w:r>
        <w:rPr>
          <w:b/>
        </w:rPr>
        <w:t xml:space="preserve">[1:31:15] </w:t>
      </w:r>
      <w:r>
        <w:t>ka dream toota nahi tha is ka dream wahi baqi tha lekin post industrial era mein kya hua</w:t>
      </w:r>
    </w:p>
    <w:p>
      <w:pPr>
        <w:jc w:val="right"/>
      </w:pPr>
      <w:r>
        <w:t>کا ڈریم ٹوٹا نہیں تھا اس کا ڈریم وہی باقی تھا لیکن پوسٹ انڈسٹریل ایرا میں کیا ہوا</w:t>
      </w:r>
    </w:p>
    <w:p>
      <w:r>
        <w:rPr>
          <w:b/>
        </w:rPr>
        <w:t xml:space="preserve">[1:31:23] </w:t>
      </w:r>
      <w:r>
        <w:t>ke sare comfort us ne hasil kar liye sari luxury us ne hasil kar li</w:t>
      </w:r>
    </w:p>
    <w:p>
      <w:pPr>
        <w:jc w:val="right"/>
      </w:pPr>
      <w:r>
        <w:t>کہ سارے کمفرٹ اس نے حاصل کر لیے ساری لگزری اس نے حاصل کر لی</w:t>
      </w:r>
    </w:p>
    <w:p>
      <w:r>
        <w:rPr>
          <w:b/>
        </w:rPr>
        <w:t xml:space="preserve">[1:31:31] </w:t>
      </w:r>
      <w:r>
        <w:t>pehle zamane ka insan soch nahi sakta tha ke aisa bhi ghar ho sakta hai jo air conditioned ho fully air conditioned ho koi soch nahi sakta tha hawaon mein ure koi soch nahi sakta tha to sari cheezein jo is ke mann mein basi hui thi wo hasil kar liya is ne phir bhi is ko khushi nahi mili phir bhi is ko chain ki zindagi nahi mili to ab jo hai</w:t>
      </w:r>
    </w:p>
    <w:p>
      <w:pPr>
        <w:jc w:val="right"/>
      </w:pPr>
      <w:r>
        <w:t>پہلے زمانے کا انسان سوچ نہیں سکتا تھا کہ ایسا بھی گھر ہو سکتا ہے جو ایئر کنڈیشنڈ ہو فلی ایئر کنڈیشنڈ ہو کوئی سوچ نہیں سکتا تھا ہواؤں میں اڑے کوئی سوچ نہیں سکتا تھا تو ساری چیزیں جو اس کے من میں بسی ہوئی تھیں وہ حاصل کر لیا اس نے پھر بھی اس کو خوشی نہیں ملی پھر بھی اس کو چین کی زندگی نہیں ملی تو اب جو ہے</w:t>
      </w:r>
    </w:p>
    <w:p>
      <w:r>
        <w:rPr>
          <w:b/>
        </w:rPr>
        <w:t xml:space="preserve">[1:32:01] </w:t>
      </w:r>
      <w:r>
        <w:t>insan frustration ke dour mein hai andar se har aadmi frustration mein hai andar se har aadmi stress</w:t>
      </w:r>
    </w:p>
    <w:p>
      <w:pPr>
        <w:jc w:val="right"/>
      </w:pPr>
      <w:r>
        <w:t>انسان فرسٹریشن کے دور میں ہے اندر سے ہر ادمی فرسٹریشن میں ہے اندر سے ہر ادمی اسٹریس</w:t>
      </w:r>
    </w:p>
    <w:p>
      <w:r>
        <w:rPr>
          <w:b/>
        </w:rPr>
        <w:t xml:space="preserve">[1:32:07] </w:t>
      </w:r>
      <w:r>
        <w:t>mein hai isi liye is zamane mein aap ko maloom hoga ke ek bohat bara business hai jis</w:t>
      </w:r>
    </w:p>
    <w:p>
      <w:pPr>
        <w:jc w:val="right"/>
      </w:pPr>
      <w:r>
        <w:t>میں ہے اسی لیے اس زمانے میں اپ کو معلوم ہوگا کہ ایک بہت بڑا بزنس ہے جس</w:t>
      </w:r>
    </w:p>
    <w:p>
      <w:r>
        <w:rPr>
          <w:b/>
        </w:rPr>
        <w:t xml:space="preserve">[1:32:13] </w:t>
      </w:r>
      <w:r>
        <w:t>ko kehte hain de-stressing sari dunya mein sari dunya mein ek bohat hi first business hai de-</w:t>
      </w:r>
    </w:p>
    <w:p>
      <w:pPr>
        <w:jc w:val="right"/>
      </w:pPr>
      <w:r>
        <w:t>کو کہتے ہیں ڈی سٹریسنگ ساری دنیا میں ساری دنیا میں ایک بہت ہی فرسٹ بزنس ہے ڈی</w:t>
      </w:r>
    </w:p>
    <w:p>
      <w:r>
        <w:rPr>
          <w:b/>
        </w:rPr>
        <w:t xml:space="preserve">[1:32:19] </w:t>
      </w:r>
      <w:r>
        <w:t>stressing ke log jo stress mein hain to un ke stress ko khatam karna maine ek kitab</w:t>
      </w:r>
    </w:p>
    <w:p>
      <w:pPr>
        <w:jc w:val="right"/>
      </w:pPr>
      <w:r>
        <w:t>سٹریسنگ کہ لوگ جو اسٹریس میں ہیں تو ان کے اسٹریس کو ختم کرنا میں نے ایک کتاب</w:t>
      </w:r>
    </w:p>
    <w:p>
      <w:r>
        <w:rPr>
          <w:b/>
        </w:rPr>
        <w:t xml:space="preserve">[1:32:26] </w:t>
      </w:r>
      <w:r>
        <w:t>parhi hai american writer ki</w:t>
      </w:r>
    </w:p>
    <w:p>
      <w:pPr>
        <w:jc w:val="right"/>
      </w:pPr>
      <w:r>
        <w:t>پڑھی ہے امریکن رائٹر کی</w:t>
      </w:r>
    </w:p>
    <w:p>
      <w:r>
        <w:rPr>
          <w:b/>
        </w:rPr>
        <w:t xml:space="preserve">[1:32:32] </w:t>
      </w:r>
      <w:r>
        <w:t>jis ka mein is se pehle zikr kar chuka hoon aming ho sold ferrari unhon ne bataya hai ke america ka ek bohat hi successful barrister zindagi se pareshan tha bohat successful lawyer bohat paisa kamaya sari cheezein is ke paas ho gayi ferrari mein baithta tha wo aakhir mein kya hua ke itna zyada bore hua wo zindagi se is is comfort se ke sab chhod chhad kar ke bech kar ke wo cha</w:t>
      </w:r>
    </w:p>
    <w:p>
      <w:pPr>
        <w:jc w:val="right"/>
      </w:pPr>
      <w:r>
        <w:t>جس کا میں اس سے پہلے ذکر کر چکا ہوں امنگ ہو سولڈ فراری انہوں نے بتایا ہے کہ امریکہ کا ایک بہت ہی سکسیس فل بارسٹر زندگی سے پریشان تھا بہت سکسیس فل لائر بہت پیسہ کمایا ساری چیزیں اس کے پاس ہو گئی فراری میں بیٹھتا تھا وہ اخر میں کیا ہوا کہ اتنا زیادہ بور ہوا وہ زندگی سے اس اس کمفرٹ سے کہ سب چھوڑ چھاڑ کر کے بیچ کر کے وہ چ</w:t>
      </w:r>
    </w:p>
    <w:p>
      <w:r>
        <w:rPr>
          <w:b/>
        </w:rPr>
        <w:t xml:space="preserve">[1:33:02] </w:t>
      </w:r>
      <w:r>
        <w:t>la gaya himalaya pahad mein jangalon mein chala gaya wo to mein yeh keh raha hoon ke pre industrial era mein insan ka dream toota nahi tha kyun ke abhi is ko mila nahi tha sab cheezein ab to dream toot gaya ab shatter ho gaya ab is ka dream shatter ho chuka ab is ko aage aage kuch dikhai nahi deta yeh behtareen time hai behtareen waqt hai ke aap is ke samne paradise ka concept bataye</w:t>
      </w:r>
    </w:p>
    <w:p>
      <w:pPr>
        <w:jc w:val="right"/>
      </w:pPr>
      <w:r>
        <w:t>لا گیا ہمالیہ پہاڑ میں جنگلوں میں چلا گیا وہ تو میں یہ کہہ رہا ہوں کہ پری انڈسٹریل ایرا میں انسان کا ڈریم ٹوٹا نہیں تھا کیونکہ ابھی اس کو ملا نہیں تھا سب چیزیں اب تو ڈریم ٹوٹ گیا اب شیٹر ہو گیا اب اس کا ڈریم شیٹر ہو چکا اب اس کو اگے اگے کچھ دکھائی نہیں دیتا یہ بہترین ٹائم ہے بہترین وقت ہے کہ اپ اس کے سامنے پیراڈائز کا کانسیپٹ بتائیں</w:t>
      </w:r>
    </w:p>
    <w:p>
      <w:r>
        <w:rPr>
          <w:b/>
        </w:rPr>
        <w:t xml:space="preserve">[1:33:32] </w:t>
      </w:r>
      <w:r>
        <w:t>aur woh daud kar us ko qabool kar le mera khud tajurba hai ke jab mein jo educated</w:t>
      </w:r>
    </w:p>
    <w:p>
      <w:pPr>
        <w:jc w:val="right"/>
      </w:pPr>
      <w:r>
        <w:t>اور وہ دوڑ کر اس کو قبول کر لے میرا خود تجربہ ہے کہ جب میں جو ایجوکیٹڈ</w:t>
      </w:r>
    </w:p>
    <w:p>
      <w:r>
        <w:rPr>
          <w:b/>
        </w:rPr>
        <w:t xml:space="preserve">[1:33:38] </w:t>
      </w:r>
      <w:r>
        <w:t>log hain jo paise wale log hain jab un ko paradise ki baat mein kehta hoon to bare</w:t>
      </w:r>
    </w:p>
    <w:p>
      <w:pPr>
        <w:jc w:val="right"/>
      </w:pPr>
      <w:r>
        <w:t>لوگ ہیں جو پیسے والے لوگ ہیں جب ان کو پیراڈائز کی بات میں کہتا ہوں تو بڑے</w:t>
      </w:r>
    </w:p>
    <w:p>
      <w:r>
        <w:rPr>
          <w:b/>
        </w:rPr>
        <w:t xml:space="preserve">[1:33:44] </w:t>
      </w:r>
      <w:r>
        <w:t>dhans sunne lagte hain us ko woh ke jo jo paradise maine apne paise se hasil na</w:t>
      </w:r>
    </w:p>
    <w:p>
      <w:pPr>
        <w:jc w:val="right"/>
      </w:pPr>
      <w:r>
        <w:t>دھانس سننے لگتے ہیں اس کو وہ کہ جو جو پیراڈائز میں نے اپنے پیسے سے حاصل نہ</w:t>
      </w:r>
    </w:p>
    <w:p>
      <w:r>
        <w:rPr>
          <w:b/>
        </w:rPr>
        <w:t xml:space="preserve">[1:33:51] </w:t>
      </w:r>
      <w:r>
        <w:t>kar saka woh kahin aur kya aur kahin aur jis ko mein ja ke le sakta hoon yani</w:t>
      </w:r>
    </w:p>
    <w:p>
      <w:pPr>
        <w:jc w:val="right"/>
      </w:pPr>
      <w:r>
        <w:t>کر سکا وہ کہیں اور کیا اور کہیں اور جس کو میں جا کے لے سکتا ہوں یعنی</w:t>
      </w:r>
    </w:p>
    <w:p>
      <w:r>
        <w:rPr>
          <w:b/>
        </w:rPr>
        <w:t xml:space="preserve">[1:33:57] </w:t>
      </w:r>
      <w:r>
        <w:t>paise ke zariye paradise woh nahi bana sake apni to jab woh un ko bataya jata hai ke</w:t>
      </w:r>
    </w:p>
    <w:p>
      <w:pPr>
        <w:jc w:val="right"/>
      </w:pPr>
      <w:r>
        <w:t>پیسے کے ذریعے پیراڈائز وہ نہیں بنا سکے اپنی تو جب وہ ان کو بتایا جاتا ہے کہ</w:t>
      </w:r>
    </w:p>
    <w:p>
      <w:r>
        <w:rPr>
          <w:b/>
        </w:rPr>
        <w:t xml:space="preserve">[1:34:03] </w:t>
      </w:r>
      <w:r>
        <w:t>post death period mein wahi paradise jo aap chahte hain zyada shan o shaukat ke sath maujood hai</w:t>
      </w:r>
    </w:p>
    <w:p>
      <w:pPr>
        <w:jc w:val="right"/>
      </w:pPr>
      <w:r>
        <w:t>پوسٹ ڈیتھ پیریڈ میں وہی پیراڈائز جو اپ چاہتے ہیں زیادہ شان و شوکت کے ساتھ موجود ہے</w:t>
      </w:r>
    </w:p>
    <w:p>
      <w:r>
        <w:rPr>
          <w:b/>
        </w:rPr>
        <w:t xml:space="preserve">[1:34:09] </w:t>
      </w:r>
      <w:r>
        <w:t>to us ki taraf un ka mind foran daudne lagta hai ke jo cheez hum chahte hain kya</w:t>
      </w:r>
    </w:p>
    <w:p>
      <w:pPr>
        <w:jc w:val="right"/>
      </w:pPr>
      <w:r>
        <w:t>تو اس کی طرف ان کا مائنڈ فورا دوڑنے لگتا ہے کہ جو چیز ہم چاہتے ہیں کیا</w:t>
      </w:r>
    </w:p>
    <w:p>
      <w:r>
        <w:rPr>
          <w:b/>
        </w:rPr>
        <w:t xml:space="preserve">[1:34:15] </w:t>
      </w:r>
      <w:r>
        <w:t>woh sach much exist kar rahi hai kahin to mein samajhta hoon ke industrial revolution jo laya industrial</w:t>
      </w:r>
    </w:p>
    <w:p>
      <w:pPr>
        <w:jc w:val="right"/>
      </w:pPr>
      <w:r>
        <w:t>وہ سچ مچ ایگزسٹ کر رہی ہے کہیں تو میں سمجھتا ہوں کہ انڈسٹریل ریولوشن جو لایا انڈسٹریل</w:t>
      </w:r>
    </w:p>
    <w:p>
      <w:r>
        <w:rPr>
          <w:b/>
        </w:rPr>
        <w:t xml:space="preserve">[1:34:22] </w:t>
      </w:r>
      <w:r>
        <w:t>revolution jo aya aur consumers ka zamana jo aya is ne hamare liye paradise movement ke liye ek</w:t>
      </w:r>
    </w:p>
    <w:p>
      <w:pPr>
        <w:jc w:val="right"/>
      </w:pPr>
      <w:r>
        <w:t>ریولوشن جو ایا اور کنزیومرز کا زمانہ جو ایا اس نے ہمارے لیے پیراڈائز موومنٹ کے لیے ایک</w:t>
      </w:r>
    </w:p>
    <w:p>
      <w:r>
        <w:rPr>
          <w:b/>
        </w:rPr>
        <w:t xml:space="preserve">[1:34:28] </w:t>
      </w:r>
      <w:r>
        <w:t>naya rasta khol diya</w:t>
      </w:r>
    </w:p>
    <w:p>
      <w:pPr>
        <w:jc w:val="right"/>
      </w:pPr>
      <w:r>
        <w:t>نیا راستہ کھول دیا</w:t>
      </w:r>
    </w:p>
    <w:p>
      <w:r>
        <w:rPr>
          <w:b/>
        </w:rPr>
        <w:t xml:space="preserve">[1:34:34] </w:t>
      </w:r>
      <w:r>
        <w:t>nai opportunities khol dein to mein samajhta hoon ke aap is ko istemal karen aap woh khush qismat</w:t>
      </w:r>
    </w:p>
    <w:p>
      <w:pPr>
        <w:jc w:val="right"/>
      </w:pPr>
      <w:r>
        <w:t>نئی اپرچونیٹیز کھول دیں تو میں سمجھتا ہوں کہ اپ اس کو استعمال کریں اپ وہ خوش قسمت</w:t>
      </w:r>
    </w:p>
    <w:p>
      <w:r>
        <w:rPr>
          <w:b/>
        </w:rPr>
        <w:t xml:space="preserve">[1:34:42] </w:t>
      </w:r>
      <w:r>
        <w:t>log hain jin ke zamane mein yeh waqea hua hai yani pichle zamane ke logon ke pichle zamane</w:t>
      </w:r>
    </w:p>
    <w:p>
      <w:pPr>
        <w:jc w:val="right"/>
      </w:pPr>
      <w:r>
        <w:t>لوگ ہیں جن کے زمانے میں یہ واقعہ ہوا ہے یعنی پچھلے زمانے کے لوگوں کے پچھلے زمانے</w:t>
      </w:r>
    </w:p>
    <w:p>
      <w:r>
        <w:rPr>
          <w:b/>
        </w:rPr>
        <w:t xml:space="preserve">[1:34:49] </w:t>
      </w:r>
      <w:r>
        <w:t>mein logon ka dream shatter nahi hua tha shatter nahi hua tha to aap aage barhen aage barh</w:t>
      </w:r>
    </w:p>
    <w:p>
      <w:pPr>
        <w:jc w:val="right"/>
      </w:pPr>
      <w:r>
        <w:t>میں لوگوں کا ڈریم شیٹر نہیں ہوا تھا شیٹر نہیں ہوا تھا تو اپ اگے بڑھیں اگے بڑھ</w:t>
      </w:r>
    </w:p>
    <w:p>
      <w:r>
        <w:rPr>
          <w:b/>
        </w:rPr>
        <w:t xml:space="preserve">[1:34:57] </w:t>
      </w:r>
      <w:r>
        <w:t>kar ke is is</w:t>
      </w:r>
    </w:p>
    <w:p>
      <w:pPr>
        <w:jc w:val="right"/>
      </w:pPr>
      <w:r>
        <w:t>کر کے اس اس</w:t>
      </w:r>
    </w:p>
    <w:p>
      <w:r>
        <w:rPr>
          <w:b/>
        </w:rPr>
        <w:t xml:space="preserve">[1:35:04] </w:t>
      </w:r>
      <w:r>
        <w:t>opportunity ko avail karen ke aaj jo yeh khula hua hai yeh yeh mauqa khula hai ke log</w:t>
      </w:r>
    </w:p>
    <w:p>
      <w:pPr>
        <w:jc w:val="right"/>
      </w:pPr>
      <w:r>
        <w:t>اپرچونیٹی کو اویل کریں کہ اج جو یہ کھلا ہوا ہے یہ یہ موقع کھلا ہے کہ لوگ</w:t>
      </w:r>
    </w:p>
    <w:p>
      <w:r>
        <w:rPr>
          <w:b/>
        </w:rPr>
        <w:t xml:space="preserve">[1:35:10] </w:t>
      </w:r>
      <w:r>
        <w:t>pehli bar history mein pehli bar aisa hua hai ke log mayoos ho gaye hain log frustration mein</w:t>
      </w:r>
    </w:p>
    <w:p>
      <w:pPr>
        <w:jc w:val="right"/>
      </w:pPr>
      <w:r>
        <w:t>پہلی بار ہسٹری میں پہلی بار ایسا ہوا ہے کہ لوگ مایوس ہو گئے ہیں لوگ فرسٹریشن میں</w:t>
      </w:r>
    </w:p>
    <w:p>
      <w:r>
        <w:rPr>
          <w:b/>
        </w:rPr>
        <w:t xml:space="preserve">[1:35:16] </w:t>
      </w:r>
      <w:r>
        <w:t>parh gaye hain in ka dream shatter ho chuka hai ke is pre-death period mein chahte thay</w:t>
      </w:r>
    </w:p>
    <w:p>
      <w:pPr>
        <w:jc w:val="right"/>
      </w:pPr>
      <w:r>
        <w:t>پڑ گئے ہیں ان کا ڈریم شیٹر ہو چکا ہے کہ اس پری ڈیتھ پیریڈ میں چاہتے تھے</w:t>
      </w:r>
    </w:p>
    <w:p>
      <w:r>
        <w:rPr>
          <w:b/>
        </w:rPr>
        <w:t xml:space="preserve">[1:35:22] </w:t>
      </w:r>
      <w:r>
        <w:t>paradise banana woh nahi bani ab unhein aap ko batane ka moqa hai ke jo cheez tum pre</w:t>
      </w:r>
    </w:p>
    <w:p>
      <w:pPr>
        <w:jc w:val="right"/>
      </w:pPr>
      <w:r>
        <w:t>پیراڈائز بنانا وہ نہیں بنی اب انہیں اپ کو بتانے کا موقع ہے کہ جو چیز تم پری</w:t>
      </w:r>
    </w:p>
    <w:p>
      <w:r>
        <w:rPr>
          <w:b/>
        </w:rPr>
        <w:t xml:space="preserve">[1:35:28] </w:t>
      </w:r>
      <w:r>
        <w:t>death period mein chahte thay woh asal mein post-death period mein hai</w:t>
      </w:r>
    </w:p>
    <w:p>
      <w:pPr>
        <w:jc w:val="right"/>
      </w:pPr>
      <w:r>
        <w:t>ڈیتھ پیریڈ میں چاہتے تھے وہ اصل میں پوسٹ ڈیتھ پیریڈ میں ہے</w:t>
      </w:r>
    </w:p>
    <w:p>
      <w:r>
        <w:rPr>
          <w:b/>
        </w:rPr>
        <w:t xml:space="preserve">[1:35:34] </w:t>
      </w:r>
      <w:r>
        <w:t>yeh batane ka moqa hai quran mein bataya gaya hai jannat walay jo paradise walay logon ko do</w:t>
      </w:r>
    </w:p>
    <w:p>
      <w:pPr>
        <w:jc w:val="right"/>
      </w:pPr>
      <w:r>
        <w:t>یہ بتانے کا موقع ہے قران میں بتایا گیا ہے جنت والے جو پیراڈائز والے لوگوں کو دو</w:t>
      </w:r>
    </w:p>
    <w:p>
      <w:r>
        <w:rPr>
          <w:b/>
        </w:rPr>
        <w:t xml:space="preserve">[1:35:44] </w:t>
      </w:r>
      <w:r>
        <w:t>do category batayi gayi unki ek ashab-e-kon al-awwaloon aur doosre ashab-ul-maymanah as-sabiqun kon hain agay barhne</w:t>
      </w:r>
    </w:p>
    <w:p>
      <w:pPr>
        <w:jc w:val="right"/>
      </w:pPr>
      <w:r>
        <w:t>دو کیٹگری بتائی گئی ان کی ایک اصحابکون الاولون اور دوسرے اصحاب المیمنہ السابقون کون ہیں اگے بڑھنے</w:t>
      </w:r>
    </w:p>
    <w:p>
      <w:r>
        <w:rPr>
          <w:b/>
        </w:rPr>
        <w:t xml:space="preserve">[1:35:54] </w:t>
      </w:r>
      <w:r>
        <w:t>walay agay barhne walay yani saare excuses ko torrne walay</w:t>
      </w:r>
    </w:p>
    <w:p>
      <w:pPr>
        <w:jc w:val="right"/>
      </w:pPr>
      <w:r>
        <w:t>والے اگے بڑھنے والے یعنی سارے ایکسکیوزز کو توڑنے والے</w:t>
      </w:r>
    </w:p>
    <w:p>
      <w:r>
        <w:rPr>
          <w:b/>
        </w:rPr>
        <w:t xml:space="preserve">[1:36:04] </w:t>
      </w:r>
      <w:r>
        <w:t>sare excuse ko tod kar aage badhne wale sare sari maslehaton ko tod kar aage badhne wale sare interest ko kill kar ke aage badhne wale sachai ke liye un ko kaha gaya hai sabiqoon sabiqoon ke mani yahi hote hain aage badhne wale aage aage kaun badhega aage wahi badhega jo sare doosri cheezon ko secondary bana de jab tak aap doosri cheezon ko secondary na banaye is</w:t>
      </w:r>
    </w:p>
    <w:p>
      <w:pPr>
        <w:jc w:val="right"/>
      </w:pPr>
      <w:r>
        <w:t>سارے ایکسکیوز کو توڑ کر اگے بڑھنے والے سارے ساری مصلحتوں کو توڑ کر اگے بڑھنے والے سارے انٹرسٹ کو کل کر کے اگے بڑھنے والے سچائی کے لیے ان کو کہا گیا ہے السابقون السابقون کے معنی یہی ہوتے ہیں اگے بڑھنے والے اگے اگے کون بڑھے گا اگے وہی بڑھے گا جو سارے دوسری چیزوں کو سیکنڈری بنا دے جب تک اپ دوسری چیزوں کو سیکنڈری نہ بنائیں اس</w:t>
      </w:r>
    </w:p>
    <w:p>
      <w:r>
        <w:rPr>
          <w:b/>
        </w:rPr>
        <w:t xml:space="preserve">[1:36:34] </w:t>
      </w:r>
      <w:r>
        <w:t>waqt tak aap agay nahi barh sakte as-sabiqun ka jo jo darja hai woh nahi pa sakte aap</w:t>
      </w:r>
    </w:p>
    <w:p>
      <w:pPr>
        <w:jc w:val="right"/>
      </w:pPr>
      <w:r>
        <w:t>وقت تک اپ اگے نہیں بڑھ سکتے السابقون کا جو جو درجہ ہے وہ نہیں پا سکتے اپ</w:t>
      </w:r>
    </w:p>
    <w:p>
      <w:r>
        <w:rPr>
          <w:b/>
        </w:rPr>
        <w:t xml:space="preserve">[1:36:42] </w:t>
      </w:r>
      <w:r>
        <w:t>as-sabiqun ke baray mein quran mein aya hai ke ra'ait ra'ait na'eem malik kabirah in logon ko jannat</w:t>
      </w:r>
    </w:p>
    <w:p>
      <w:pPr>
        <w:jc w:val="right"/>
      </w:pPr>
      <w:r>
        <w:t>السابقون کے بارے میں قران میں ایا ہے کہ رایت رایت نعیم ملک کبیرہ ان لوگوں کو جنت</w:t>
      </w:r>
    </w:p>
    <w:p>
      <w:r>
        <w:rPr>
          <w:b/>
        </w:rPr>
        <w:t xml:space="preserve">[1:36:50] </w:t>
      </w:r>
      <w:r>
        <w:t>mein ek royal maqam diya jayega shahana ra'ait ra'ait na'eem o malik kabirah ek woh log hain</w:t>
      </w:r>
    </w:p>
    <w:p>
      <w:pPr>
        <w:jc w:val="right"/>
      </w:pPr>
      <w:r>
        <w:t>میں ایک رائل مقام دیا جائے گا شاہانہ رایت رایت نعیم و ملک کبیرہ ایک وہ لوگ ہیں</w:t>
      </w:r>
    </w:p>
    <w:p>
      <w:r>
        <w:rPr>
          <w:b/>
        </w:rPr>
        <w:t xml:space="preserve">[1:36:58] </w:t>
      </w:r>
      <w:r>
        <w:t>jin ko aam jannat milegi common jannat</w:t>
      </w:r>
    </w:p>
    <w:p>
      <w:pPr>
        <w:jc w:val="right"/>
      </w:pPr>
      <w:r>
        <w:t>جن کو عام جنت ملے گی کامن جنت</w:t>
      </w:r>
    </w:p>
    <w:p>
      <w:r>
        <w:rPr>
          <w:b/>
        </w:rPr>
        <w:t xml:space="preserve">[1:37:06] </w:t>
      </w:r>
      <w:r>
        <w:t>lekin as-sabiqun jo hain unko shahana jannat milegi royal royal paradise unhein di jayegi to</w:t>
      </w:r>
    </w:p>
    <w:p>
      <w:pPr>
        <w:jc w:val="right"/>
      </w:pPr>
      <w:r>
        <w:t>لیکن السابقون جو ہیں ان کو شاہانہ جنت ملے گی رائل رائل پیراڈائز انہیں دی جائے گی تو</w:t>
      </w:r>
    </w:p>
    <w:p>
      <w:r>
        <w:rPr>
          <w:b/>
        </w:rPr>
        <w:t xml:space="preserve">[1:37:16] </w:t>
      </w:r>
      <w:r>
        <w:t>yeh woh log honge jo sab saari cheezon ko reject karte saari maslehaton ko tor kar ke</w:t>
      </w:r>
    </w:p>
    <w:p>
      <w:pPr>
        <w:jc w:val="right"/>
      </w:pPr>
      <w:r>
        <w:t>یہ وہ لوگ ہوں گے جو سب ساری چیزوں کو ریجیکٹ کرتے سارے مصلحتوں کو توڑ کر کے</w:t>
      </w:r>
    </w:p>
    <w:p>
      <w:r>
        <w:rPr>
          <w:b/>
        </w:rPr>
        <w:t xml:space="preserve">[1:37:27] </w:t>
      </w:r>
      <w:r>
        <w:t>saare interest ko ko ignore kar ke agay agay barhenge sachai ke liye yahan mein aap ko ek</w:t>
      </w:r>
    </w:p>
    <w:p>
      <w:pPr>
        <w:jc w:val="right"/>
      </w:pPr>
      <w:r>
        <w:t>سارے انٹرسٹ کو کو اگنور کر کے اگے اگے بڑھیں گے سچائی کے لیے یہاں میں اپ کو ایک</w:t>
      </w:r>
    </w:p>
    <w:p>
      <w:r>
        <w:rPr>
          <w:b/>
        </w:rPr>
        <w:t xml:space="preserve">[1:37:37] </w:t>
      </w:r>
      <w:r>
        <w:t>ek sher sunana chahta hoon jo mein ne parha tha bachpan mein ke ek hichkichahat is ka is</w:t>
      </w:r>
    </w:p>
    <w:p>
      <w:pPr>
        <w:jc w:val="right"/>
      </w:pPr>
      <w:r>
        <w:t>ایک شعر سنانا چاہتا ہوں جو میں نے پڑھا تھا بچپن میں کہ ایک ہچکچاہٹ اس کا اس</w:t>
      </w:r>
    </w:p>
    <w:p>
      <w:r>
        <w:rPr>
          <w:b/>
        </w:rPr>
        <w:t xml:space="preserve">[1:37:43] </w:t>
      </w:r>
      <w:r>
        <w:t>ka just yeh hai ke aadmi ke andar agay barhne ke liye ek hichkichahat ek rok banti hai</w:t>
      </w:r>
    </w:p>
    <w:p>
      <w:pPr>
        <w:jc w:val="right"/>
      </w:pPr>
      <w:r>
        <w:t>کا جست یہ ہے کہ ادمی کے اندر اگے بڑھنے کے لیے ایک ہچکچاہٹ ایک روک بنتی ہے</w:t>
      </w:r>
    </w:p>
    <w:p>
      <w:r>
        <w:rPr>
          <w:b/>
        </w:rPr>
        <w:t xml:space="preserve">[1:37:49] </w:t>
      </w:r>
      <w:r>
        <w:t>hichkichahat hesitation jab koi agay barhna ho to ek qism ka hesitation develop ho jata hai aadmi ke</w:t>
      </w:r>
    </w:p>
    <w:p>
      <w:pPr>
        <w:jc w:val="right"/>
      </w:pPr>
      <w:r>
        <w:t>ہچکچاہٹ ہیزیٹیشن جب کوئی اگے بڑھنا ہو تو ایک قسم کا ہیزیٹیشن ڈیولپ ہو جاتا ہے ادمی کے</w:t>
      </w:r>
    </w:p>
    <w:p>
      <w:r>
        <w:rPr>
          <w:b/>
        </w:rPr>
        <w:t xml:space="preserve">[1:37:55] </w:t>
      </w:r>
      <w:r>
        <w:t>andar is ki wajah se barhta nahi agay to is mein unhon ne ek misaal ki zaban mein</w:t>
      </w:r>
    </w:p>
    <w:p>
      <w:pPr>
        <w:jc w:val="right"/>
      </w:pPr>
      <w:r>
        <w:t>اندر اس کی وجہ سے بڑھتا نہیں اگے تو اس میں انہوں نے ایک مثال کی زبان میں</w:t>
      </w:r>
    </w:p>
    <w:p>
      <w:r>
        <w:rPr>
          <w:b/>
        </w:rPr>
        <w:t xml:space="preserve">[1:38:02] </w:t>
      </w:r>
      <w:r>
        <w:t>kaha tha is by ability ka yeh sher hai</w:t>
      </w:r>
    </w:p>
    <w:p>
      <w:pPr>
        <w:jc w:val="right"/>
      </w:pPr>
      <w:r>
        <w:t>کہا تھا اس بائے بلٹی کا یہ شعر ہے</w:t>
      </w:r>
    </w:p>
    <w:p>
      <w:r>
        <w:rPr>
          <w:b/>
        </w:rPr>
        <w:t xml:space="preserve">[1:38:08] </w:t>
      </w:r>
      <w:r>
        <w:t>yeh jo horse race hoti hai ghud daur jis ko kehte hain hum urdu mein horse race to</w:t>
      </w:r>
    </w:p>
    <w:p>
      <w:pPr>
        <w:jc w:val="right"/>
      </w:pPr>
      <w:r>
        <w:t>یہ جو ہارس ریس ہوتی ہے گھڑ دوڑ جس کو کہتے ہیں ہم اردو میں ہارس ریس تو</w:t>
      </w:r>
    </w:p>
    <w:p>
      <w:r>
        <w:rPr>
          <w:b/>
        </w:rPr>
        <w:t xml:space="preserve">[1:38:14] </w:t>
      </w:r>
      <w:r>
        <w:t>is mein jump karte hain ghoṛe to is ka khulasa yeh hai ke jump karne ka ke race</w:t>
      </w:r>
    </w:p>
    <w:p>
      <w:pPr>
        <w:jc w:val="right"/>
      </w:pPr>
      <w:r>
        <w:t>اس میں جمپ کرتے ہیں گھوڑے تو اس کا خلاصہ یہ ہے کہ جمپ کرنے کا کہ ریس</w:t>
      </w:r>
    </w:p>
    <w:p>
      <w:r>
        <w:rPr>
          <w:b/>
        </w:rPr>
        <w:t xml:space="preserve">[1:38:20] </w:t>
      </w:r>
      <w:r>
        <w:t>jumping race thi woh kai log apne ghoṛon par charh charh kar aaye aur aur woh apne ghoṛe</w:t>
      </w:r>
    </w:p>
    <w:p>
      <w:pPr>
        <w:jc w:val="right"/>
      </w:pPr>
      <w:r>
        <w:t>جمپنگ ریس تھی وہ کئی لوگ اپنے گھوڑوں پر چڑھ چڑھ کر ائے اور اور وہ اپنے گھوڑے</w:t>
      </w:r>
    </w:p>
    <w:p>
      <w:r>
        <w:rPr>
          <w:b/>
        </w:rPr>
        <w:t xml:space="preserve">[1:38:26] </w:t>
      </w:r>
      <w:r>
        <w:t>ko kida rahe thay is mein to kai log aisay thay jo hichkichaa gaye aur nahi kida nahi</w:t>
      </w:r>
    </w:p>
    <w:p>
      <w:pPr>
        <w:jc w:val="right"/>
      </w:pPr>
      <w:r>
        <w:t>کو کدا رہے تھے اس میں تو کئی لوگ ایسے تھے جو ہچکچا گئے اور نہیں کدا نہیں</w:t>
      </w:r>
    </w:p>
    <w:p>
      <w:r>
        <w:rPr>
          <w:b/>
        </w:rPr>
        <w:t xml:space="preserve">[1:38:32] </w:t>
      </w:r>
      <w:r>
        <w:t>paye apne ghoṛon ko aur koi utha tha jis ko ke kood kar agay barh</w:t>
      </w:r>
    </w:p>
    <w:p>
      <w:pPr>
        <w:jc w:val="right"/>
      </w:pPr>
      <w:r>
        <w:t>پائے اپنے گھوڑوں کو اور کوئی اتھا تھا جس کو کہ کود کر اگے بڑھ</w:t>
      </w:r>
    </w:p>
    <w:p>
      <w:r>
        <w:rPr>
          <w:b/>
        </w:rPr>
        <w:t xml:space="preserve">[1:38:38] </w:t>
      </w:r>
      <w:r>
        <w:t>gaya woh to sher yeh hai ke ghuṛ daur mein kidaai ki baazi thi ek din bohat hi</w:t>
      </w:r>
    </w:p>
    <w:p>
      <w:pPr>
        <w:jc w:val="right"/>
      </w:pPr>
      <w:r>
        <w:t>گیا وہ تو شعر یہ ہے کہ گھڑ دوڑ میں کدائی کی بازی تھی ایک دن بہت ہی</w:t>
      </w:r>
    </w:p>
    <w:p>
      <w:r>
        <w:rPr>
          <w:b/>
        </w:rPr>
        <w:t xml:space="preserve">[1:38:45] </w:t>
      </w:r>
      <w:r>
        <w:t>simple language hai aap samajh sakte hain is ko ghuṛ daur ka matlab hai horse race ghuṛ daur</w:t>
      </w:r>
    </w:p>
    <w:p>
      <w:pPr>
        <w:jc w:val="right"/>
      </w:pPr>
      <w:r>
        <w:t>سمپل لینگویج ہے اپ سمجھ سکتے ہیں اس کو گھڑ دوڑ کا مطلب ہے ہارس ریس گھڑ دوڑ</w:t>
      </w:r>
    </w:p>
    <w:p>
      <w:r>
        <w:rPr>
          <w:b/>
        </w:rPr>
        <w:t xml:space="preserve">[1:38:53] </w:t>
      </w:r>
      <w:r>
        <w:t>mein kodai ki kodai ka matlab jump karna ghar dor mein kodai ki bazi thi ek din taziye</w:t>
      </w:r>
    </w:p>
    <w:p>
      <w:pPr>
        <w:jc w:val="right"/>
      </w:pPr>
      <w:r>
        <w:t>میں کدائی کی کدائی کا مطلب جمپ کرنا گھڑ دوڑ میں کدائی کی بازی تھی ایک دن تازیے</w:t>
      </w:r>
    </w:p>
    <w:p>
      <w:r>
        <w:rPr>
          <w:b/>
        </w:rPr>
        <w:t xml:space="preserve">[1:39:00] </w:t>
      </w:r>
      <w:r>
        <w:t>par koi turki pe apne</w:t>
      </w:r>
    </w:p>
    <w:p>
      <w:pPr>
        <w:jc w:val="right"/>
      </w:pPr>
      <w:r>
        <w:t>پر کوئی ترکی پہ اپنے</w:t>
      </w:r>
    </w:p>
    <w:p>
      <w:r>
        <w:rPr>
          <w:b/>
        </w:rPr>
        <w:t xml:space="preserve">[1:39:08] </w:t>
      </w:r>
      <w:r>
        <w:t>sawar tha tazi aur turki ek ghoron ke naam hain yani kuch jin kuch naslein hoti hain ghoron</w:t>
      </w:r>
    </w:p>
    <w:p>
      <w:pPr>
        <w:jc w:val="right"/>
      </w:pPr>
      <w:r>
        <w:t>سوار تھا تازی اور ترکی ایک گھوڑوں کے نام ہیں یعنی کچھ جن کچھ نسلیں ہوتی ہیں گھوڑوں</w:t>
      </w:r>
    </w:p>
    <w:p>
      <w:r>
        <w:rPr>
          <w:b/>
        </w:rPr>
        <w:t xml:space="preserve">[1:39:15] </w:t>
      </w:r>
      <w:r>
        <w:t>ki un ko kehte hain tazi aur turki tazi aur turki aur arab yeh sab to ghar dor</w:t>
      </w:r>
    </w:p>
    <w:p>
      <w:pPr>
        <w:jc w:val="right"/>
      </w:pPr>
      <w:r>
        <w:t>کی ان کو کہتے ہیں تازی اور ترکی تازی اور ترکی اور عرب یہ سب تو گھڑ دوڑ</w:t>
      </w:r>
    </w:p>
    <w:p>
      <w:r>
        <w:rPr>
          <w:b/>
        </w:rPr>
        <w:t xml:space="preserve">[1:39:23] </w:t>
      </w:r>
      <w:r>
        <w:t>mein kodai ki bazi thi ek din taziye par koi turki par apne sawar tha jo hichkichake</w:t>
      </w:r>
    </w:p>
    <w:p>
      <w:pPr>
        <w:jc w:val="right"/>
      </w:pPr>
      <w:r>
        <w:t>میں کدائی کی بازی تھی ایک دن تازیے پر کوئی ترکی پر اپنے سوار تھا جو ہچکچا کے</w:t>
      </w:r>
    </w:p>
    <w:p>
      <w:r>
        <w:rPr>
          <w:b/>
        </w:rPr>
        <w:t xml:space="preserve">[1:39:30] </w:t>
      </w:r>
      <w:r>
        <w:t>reh gaya to reh gaya idhar hichkichahat mein hesitation jo h</w:t>
      </w:r>
    </w:p>
    <w:p>
      <w:pPr>
        <w:jc w:val="right"/>
      </w:pPr>
      <w:r>
        <w:t>رہ گیا تو رہ گیا ادھر ہچکچاہٹ میں ہیزیٹیشن جو ہ</w:t>
      </w:r>
    </w:p>
    <w:p>
      <w:r>
        <w:rPr>
          <w:b/>
        </w:rPr>
        <w:t xml:space="preserve">[1:39:38] </w:t>
      </w:r>
      <w:r>
        <w:t>ichkachake reh gaya so reh gaya idhar jis ne lagai ead woh khandAK ke paar tha to</w:t>
      </w:r>
    </w:p>
    <w:p>
      <w:pPr>
        <w:jc w:val="right"/>
      </w:pPr>
      <w:r>
        <w:t>چکچا کے رہ گیا سو رہ گیا ادھر جس نے لگائی ایڑ وہ خندق کے پار تھا تو</w:t>
      </w:r>
    </w:p>
    <w:p>
      <w:r>
        <w:rPr>
          <w:b/>
        </w:rPr>
        <w:t xml:space="preserve">[1:39:48] </w:t>
      </w:r>
      <w:r>
        <w:t>bari tamanna hai ke aap in logon se na banen jo kisi hesitation mein padh kar ke peechhe</w:t>
      </w:r>
    </w:p>
    <w:p>
      <w:pPr>
        <w:jc w:val="right"/>
      </w:pPr>
      <w:r>
        <w:t>بڑی تمنا ہے کہ اپ ان لوگوں سے نہ بنیں جو کسی ہیزیٹیشن میں پڑھ کر کے پیچھے</w:t>
      </w:r>
    </w:p>
    <w:p>
      <w:r>
        <w:rPr>
          <w:b/>
        </w:rPr>
        <w:t xml:space="preserve">[1:39:58] </w:t>
      </w:r>
      <w:r>
        <w:t>reh jayen balke aap</w:t>
      </w:r>
    </w:p>
    <w:p>
      <w:pPr>
        <w:jc w:val="right"/>
      </w:pPr>
      <w:r>
        <w:t>رہ جائیں بلکہ اپ</w:t>
      </w:r>
    </w:p>
    <w:p>
      <w:r>
        <w:rPr>
          <w:b/>
        </w:rPr>
        <w:t xml:space="preserve">[1:40:08] </w:t>
      </w:r>
      <w:r>
        <w:t>in logon se banen in logon mein se banen jo hichkichahat ko tod kar hesitation ko khatm kar</w:t>
      </w:r>
    </w:p>
    <w:p>
      <w:pPr>
        <w:jc w:val="right"/>
      </w:pPr>
      <w:r>
        <w:t>ان لوگوں سے بنیں ان لوگوں میں سے بنیں جو ہچکچاہٹ کو توڑ کر ہیزیٹیشن کو ختم کر</w:t>
      </w:r>
    </w:p>
    <w:p>
      <w:r>
        <w:rPr>
          <w:b/>
        </w:rPr>
        <w:t xml:space="preserve">[1:40:18] </w:t>
      </w:r>
      <w:r>
        <w:t>ke aage badhen aur sabiqoon mein aap ka shumar ho aap ka shumar sabiqoon mein ho aakhir mein</w:t>
      </w:r>
    </w:p>
    <w:p>
      <w:pPr>
        <w:jc w:val="right"/>
      </w:pPr>
      <w:r>
        <w:t>کے اگے بڑھیں اور السابقون میں اپ کا شمار ہو اپ کا شمار السابقون میں ہو اخر میں</w:t>
      </w:r>
    </w:p>
    <w:p>
      <w:r>
        <w:rPr>
          <w:b/>
        </w:rPr>
        <w:t xml:space="preserve">[1:40:28] </w:t>
      </w:r>
      <w:r>
        <w:t>mein ek hadith sunana chahta hoon</w:t>
      </w:r>
    </w:p>
    <w:p>
      <w:pPr>
        <w:jc w:val="right"/>
      </w:pPr>
      <w:r>
        <w:t>میں ایک حدیث سنانا چاہتا ہوں</w:t>
      </w:r>
    </w:p>
    <w:p>
      <w:r>
        <w:rPr>
          <w:b/>
        </w:rPr>
        <w:t xml:space="preserve">[1:40:38] </w:t>
      </w:r>
      <w:r>
        <w:t>yeh jo hum majlis karte hain jo class karte hain to is tarah ki class ke liye arabic</w:t>
      </w:r>
    </w:p>
    <w:p>
      <w:pPr>
        <w:jc w:val="right"/>
      </w:pPr>
      <w:r>
        <w:t>یہ جو ہم مجلس کرتے ہیں جو کلاس کرتے ہیں تو اس طرح کی کلاس کے لیے عربک</w:t>
      </w:r>
    </w:p>
    <w:p>
      <w:r>
        <w:rPr>
          <w:b/>
        </w:rPr>
        <w:t xml:space="preserve">[1:40:48] </w:t>
      </w:r>
      <w:r>
        <w:t>mein lafz hai majlis halqa yani Allah ki yaad ke liye ekatha hona dekhiye ek hai ke insan</w:t>
      </w:r>
    </w:p>
    <w:p>
      <w:pPr>
        <w:jc w:val="right"/>
      </w:pPr>
      <w:r>
        <w:t>میں لفظ ہے مجلس حلقہ یعنی اللہ کی یاد کے لیے اکٹھا ہونا دیکھیے ایک ہے کہ انسان</w:t>
      </w:r>
    </w:p>
    <w:p>
      <w:r>
        <w:rPr>
          <w:b/>
        </w:rPr>
        <w:t xml:space="preserve">[1:40:59] </w:t>
      </w:r>
      <w:r>
        <w:t>akele mein Allah ko yaad kare is ki bhi value hai ek hai</w:t>
      </w:r>
    </w:p>
    <w:p>
      <w:pPr>
        <w:jc w:val="right"/>
      </w:pPr>
      <w:r>
        <w:t>اکیلے میں اللہ کو یاد کرے اس کی بھی ویلیو ہے ایک ہے</w:t>
      </w:r>
    </w:p>
    <w:p>
      <w:r>
        <w:rPr>
          <w:b/>
        </w:rPr>
        <w:t xml:space="preserve">[1:41:09] </w:t>
      </w:r>
      <w:r>
        <w:t>mil kar Allah ko yaad karna ekatha ho kar Allah ko yaad karna to is mein angel aate</w:t>
      </w:r>
    </w:p>
    <w:p>
      <w:pPr>
        <w:jc w:val="right"/>
      </w:pPr>
      <w:r>
        <w:t>مل کر اللہ کو یاد کرنا اکٹھا ہو کر اللہ کو یاد کرنا تو اس میں اینجل اتے</w:t>
      </w:r>
    </w:p>
    <w:p>
      <w:r>
        <w:rPr>
          <w:b/>
        </w:rPr>
        <w:t xml:space="preserve">[1:41:18] </w:t>
      </w:r>
      <w:r>
        <w:t>hain jab aap mil kar yaad karte hain Khuda ko to angel aate hain wahan par angels a</w:t>
      </w:r>
    </w:p>
    <w:p>
      <w:pPr>
        <w:jc w:val="right"/>
      </w:pPr>
      <w:r>
        <w:t>ہیں جب اپ مل کر یاد کرتے ہیں خدا کو تو اینجل اتے ہیں وہاں پر اینجلز ا</w:t>
      </w:r>
    </w:p>
    <w:p>
      <w:r>
        <w:rPr>
          <w:b/>
        </w:rPr>
        <w:t xml:space="preserve">[1:41:27] </w:t>
      </w:r>
      <w:r>
        <w:t>kar ke wahan ke mahol ko bilkul ek ek noorani mahol bana dete hain to hadith yeh hai</w:t>
      </w:r>
    </w:p>
    <w:p>
      <w:pPr>
        <w:jc w:val="right"/>
      </w:pPr>
      <w:r>
        <w:t>کر کے وہاں کے ماحول کو بالکل ایک ایک نورانی ماحول بنا دیتے ہیں تو حدیث یہ ہے</w:t>
      </w:r>
    </w:p>
    <w:p>
      <w:r>
        <w:rPr>
          <w:b/>
        </w:rPr>
        <w:t xml:space="preserve">[1:41:36] </w:t>
      </w:r>
      <w:r>
        <w:t>ke Allah ke kuch angel hain</w:t>
      </w:r>
    </w:p>
    <w:p>
      <w:pPr>
        <w:jc w:val="right"/>
      </w:pPr>
      <w:r>
        <w:t>کہ اللہ کے کچھ اینجل ہیں</w:t>
      </w:r>
    </w:p>
    <w:p>
      <w:r>
        <w:rPr>
          <w:b/>
        </w:rPr>
        <w:t xml:space="preserve">[1:41:45] </w:t>
      </w:r>
      <w:r>
        <w:t>Allah ke kuch angel hain jo is liye hain ke woh in in jaghon ko talash karen jahan khuda ko mil kar log khuda ko yaad kar rahay hon mil kar khuda ka charcha kar rahay hon mil kar khuda ki baaten kar rahay hon is ko talash karte hain woh to hadith mein hai ke jab woh woh angel</w:t>
      </w:r>
    </w:p>
    <w:p>
      <w:pPr>
        <w:jc w:val="right"/>
      </w:pPr>
      <w:r>
        <w:t>اللہ کے کچھ اینجل ہیں جو اس لیے ہیں کہ وہ ان ان جگہوں کو تلاش کریں جہاں خدا کو مل کر لوگ خدا کو یاد کر رہے ہوں مل کر خدا کا چرچہ کر رہے ہوں مل کر خدا کی باتیں کر رہے ہوں اس کو تلاش کرتے ہیں وہ تو حدیث میں ہے کہ جب وہ وہ اینجل</w:t>
      </w:r>
    </w:p>
    <w:p>
      <w:r>
        <w:rPr>
          <w:b/>
        </w:rPr>
        <w:t xml:space="preserve">[1:42:15] </w:t>
      </w:r>
      <w:r>
        <w:t>aisi kisi jagah ko pa lete hain to awaz dete hain ke aao yahan hai woh cheez jis</w:t>
      </w:r>
    </w:p>
    <w:p>
      <w:pPr>
        <w:jc w:val="right"/>
      </w:pPr>
      <w:r>
        <w:t>ایسی کسی جگہ کو پا لیتے ہیں تو اواز دیتے ہیں کہ اؤ یہاں ہے وہ چیز جس</w:t>
      </w:r>
    </w:p>
    <w:p>
      <w:r>
        <w:rPr>
          <w:b/>
        </w:rPr>
        <w:t xml:space="preserve">[1:42:22] </w:t>
      </w:r>
      <w:r>
        <w:t>ko hum talash kar rahe the to itne farishte wahan ekatha ho jate hain ke aasman tak in</w:t>
      </w:r>
    </w:p>
    <w:p>
      <w:pPr>
        <w:jc w:val="right"/>
      </w:pPr>
      <w:r>
        <w:t>کو ہم تلاش کر رہے تھے تو اتنے فرشتے وہاں اکٹھا ہو جاتے ہیں کہ اسمان تک ان</w:t>
      </w:r>
    </w:p>
    <w:p>
      <w:r>
        <w:rPr>
          <w:b/>
        </w:rPr>
        <w:t xml:space="preserve">[1:42:30] </w:t>
      </w:r>
      <w:r>
        <w:t>ka in ka tata ban jata hai to Khuda se woh kehte hain ke aye rab hum ne</w:t>
      </w:r>
    </w:p>
    <w:p>
      <w:pPr>
        <w:jc w:val="right"/>
      </w:pPr>
      <w:r>
        <w:t>کا ان کا تاتا بن جاتا ہے تو خدا سے وہ کہتے ہیں کہ اے رب ہم نے</w:t>
      </w:r>
    </w:p>
    <w:p>
      <w:r>
        <w:rPr>
          <w:b/>
        </w:rPr>
        <w:t xml:space="preserve">[1:42:37] </w:t>
      </w:r>
      <w:r>
        <w:t>falan jagah par tere bndon ko paya</w:t>
      </w:r>
    </w:p>
    <w:p>
      <w:pPr>
        <w:jc w:val="right"/>
      </w:pPr>
      <w:r>
        <w:t>فلاں جگہ پر تیرے بندوں کو پایا</w:t>
      </w:r>
    </w:p>
    <w:p>
      <w:r>
        <w:rPr>
          <w:b/>
        </w:rPr>
        <w:t xml:space="preserve">[1:42:45] </w:t>
      </w:r>
      <w:r>
        <w:t>ke woh ekatha ho kar teri yaad kar rahe the to Khuda poochta hai ke aye farishton aye</w:t>
      </w:r>
    </w:p>
    <w:p>
      <w:pPr>
        <w:jc w:val="right"/>
      </w:pPr>
      <w:r>
        <w:t>کہ وہ اکٹھا ہو کر تیری یاد کر رہے تھے تو خدا پوچھتا ہے کہ اے فرشتوں اے</w:t>
      </w:r>
    </w:p>
    <w:p>
      <w:r>
        <w:rPr>
          <w:b/>
        </w:rPr>
        <w:t xml:space="preserve">[1:42:55] </w:t>
      </w:r>
      <w:r>
        <w:t>aye angels agar woh mujh ko dekhte agar woh mujh ko dekhte abhi to baghair dekhe yaad kar</w:t>
      </w:r>
    </w:p>
    <w:p>
      <w:pPr>
        <w:jc w:val="right"/>
      </w:pPr>
      <w:r>
        <w:t>اے اینجلس اگر وہ مجھ کو دیکھتے اگر وہ مجھ کو دیکھتے ابھی تو بغیر دیکھے یاد کر</w:t>
      </w:r>
    </w:p>
    <w:p>
      <w:r>
        <w:rPr>
          <w:b/>
        </w:rPr>
        <w:t xml:space="preserve">[1:43:06] </w:t>
      </w:r>
      <w:r>
        <w:t>rahay hain woh agar woh mujh ko dekhte to un ka haal kya hota</w:t>
      </w:r>
    </w:p>
    <w:p>
      <w:pPr>
        <w:jc w:val="right"/>
      </w:pPr>
      <w:r>
        <w:t>رہے ہیں وہ اگر وہ مجھ کو دیکھتے تو ان کا حال کیا ہوتا</w:t>
      </w:r>
    </w:p>
    <w:p>
      <w:r>
        <w:rPr>
          <w:b/>
        </w:rPr>
        <w:t xml:space="preserve">[1:43:16] </w:t>
      </w:r>
      <w:r>
        <w:t>to angel kehte hain ke agar woh tujh ko dekh lete aur bhi ziyada teri yaad karte aur</w:t>
      </w:r>
    </w:p>
    <w:p>
      <w:pPr>
        <w:jc w:val="right"/>
      </w:pPr>
      <w:r>
        <w:t>تو اینجل کہتے ہیں کہ اگر وہ تجھ کو دیکھ لیتے اور بھی زیادہ تیری یاد کرتے اور</w:t>
      </w:r>
    </w:p>
    <w:p>
      <w:r>
        <w:rPr>
          <w:b/>
        </w:rPr>
        <w:t xml:space="preserve">[1:43:27] </w:t>
      </w:r>
      <w:r>
        <w:t>bhi ziyada teri glory bayan karte phir khuda poochta hai ke woh mujh se kya mangte hain to</w:t>
      </w:r>
    </w:p>
    <w:p>
      <w:pPr>
        <w:jc w:val="right"/>
      </w:pPr>
      <w:r>
        <w:t>بھی زیادہ تیری گلوری بیان کرتے پھر خدا پوچھتا ہے کہ وہ مجھ سے کیا مانگتے ہیں تو</w:t>
      </w:r>
    </w:p>
    <w:p>
      <w:r>
        <w:rPr>
          <w:b/>
        </w:rPr>
        <w:t xml:space="preserve">[1:43:39] </w:t>
      </w:r>
      <w:r>
        <w:t>angel kehte hain ke tujh se woh paradise mang rahe hain</w:t>
      </w:r>
    </w:p>
    <w:p>
      <w:pPr>
        <w:jc w:val="right"/>
      </w:pPr>
      <w:r>
        <w:t>اینجل کہتے ہیں کہ تجھ سے وہ پیراڈائز مانگ رہے ہیں</w:t>
      </w:r>
    </w:p>
    <w:p>
      <w:r>
        <w:rPr>
          <w:b/>
        </w:rPr>
        <w:t xml:space="preserve">[1:43:50] </w:t>
      </w:r>
      <w:r>
        <w:t>to khuda kehta hai ke agar woh paradise ko dekh len to un ka haal kya ho to</w:t>
      </w:r>
    </w:p>
    <w:p>
      <w:pPr>
        <w:jc w:val="right"/>
      </w:pPr>
      <w:r>
        <w:t>تو خدا کہتا ہے کہ اگر وہ پیراڈائز کو دیکھ لیں تو ان کا حال کیا ہو تو</w:t>
      </w:r>
    </w:p>
    <w:p>
      <w:r>
        <w:rPr>
          <w:b/>
        </w:rPr>
        <w:t xml:space="preserve">[1:43:58] </w:t>
      </w:r>
      <w:r>
        <w:t>angel kehte hain jo ke khud paradise ko dekh rakha hai jinhon ne angel kehte hain ke agar</w:t>
      </w:r>
    </w:p>
    <w:p>
      <w:pPr>
        <w:jc w:val="right"/>
      </w:pPr>
      <w:r>
        <w:t>اینجل کہتے ہیں جو کہ خود پیراڈائز کو دیکھ رکھا ہے جنہوں نے اینجل کہتے ہیں کہ اگر</w:t>
      </w:r>
    </w:p>
    <w:p>
      <w:r>
        <w:rPr>
          <w:b/>
        </w:rPr>
        <w:t xml:space="preserve">[1:44:06] </w:t>
      </w:r>
      <w:r>
        <w:t>woh dekh len paradise ko aur bhi ziyada is ke is ke talib banen aur bhi ziyada is</w:t>
      </w:r>
    </w:p>
    <w:p>
      <w:pPr>
        <w:jc w:val="right"/>
      </w:pPr>
      <w:r>
        <w:t>وہ دیکھ لیں پیراڈائز کو اور بھی زیادہ اس کے اس کے طالب بنیں اور بھی زیادہ اس</w:t>
      </w:r>
    </w:p>
    <w:p>
      <w:r>
        <w:rPr>
          <w:b/>
        </w:rPr>
        <w:t xml:space="preserve">[1:44:14] </w:t>
      </w:r>
      <w:r>
        <w:t>se mangen is ko aur bhi ziyada is ki tamanna karen</w:t>
      </w:r>
    </w:p>
    <w:p>
      <w:pPr>
        <w:jc w:val="right"/>
      </w:pPr>
      <w:r>
        <w:t>سے مانگیں اس کو اور بھی زیادہ اس کی تمنا کریں</w:t>
      </w:r>
    </w:p>
    <w:p>
      <w:r>
        <w:rPr>
          <w:b/>
        </w:rPr>
        <w:t xml:space="preserve">[1:44:22] </w:t>
      </w:r>
      <w:r>
        <w:t>to khuda kehta hai ke aye farishton tum witness bano ke main ne in logon ko bakhsh</w:t>
      </w:r>
    </w:p>
    <w:p>
      <w:pPr>
        <w:jc w:val="right"/>
      </w:pPr>
      <w:r>
        <w:t>تو خدا کہتا ہے کہ اے فرشتوں تم وٹنس بن جاؤ کہ میں نے ان لوگوں کو بخش</w:t>
      </w:r>
    </w:p>
    <w:p>
      <w:r>
        <w:rPr>
          <w:b/>
        </w:rPr>
        <w:t xml:space="preserve">[1:44:32] </w:t>
      </w:r>
      <w:r>
        <w:t>diya aur paradise un ke liye likh di aur main ne un ke liye paradise likh di to</w:t>
      </w:r>
    </w:p>
    <w:p>
      <w:pPr>
        <w:jc w:val="right"/>
      </w:pPr>
      <w:r>
        <w:t>دیا اور پیراڈائز ان کے لیے لکھ دی اور میں نے ان کے لیے پیراڈائز لکھ دی تو</w:t>
      </w:r>
    </w:p>
    <w:p>
      <w:r>
        <w:rPr>
          <w:b/>
        </w:rPr>
        <w:t xml:space="preserve">[1:44:42] </w:t>
      </w:r>
      <w:r>
        <w:t>meri dua hai ke Allah taala aap</w:t>
      </w:r>
    </w:p>
    <w:p>
      <w:pPr>
        <w:jc w:val="right"/>
      </w:pPr>
      <w:r>
        <w:t>میری دعا ہے کہ اللہ تعالی اپ</w:t>
      </w:r>
    </w:p>
    <w:p>
      <w:r>
        <w:rPr>
          <w:b/>
        </w:rPr>
        <w:t xml:space="preserve">[1:44:52] </w:t>
      </w:r>
      <w:r>
        <w:t>logon ko in blessed logon mein in khush qismat logon mein shamil kare jin ke liye khud khuda</w:t>
      </w:r>
    </w:p>
    <w:p>
      <w:pPr>
        <w:jc w:val="right"/>
      </w:pPr>
      <w:r>
        <w:t>لوگوں کو ان بلیسڈ لوگوں میں ان خوش قسمت لوگوں میں شامل کرے جن کے لیے خود خدا</w:t>
      </w:r>
    </w:p>
    <w:p>
      <w:r>
        <w:rPr>
          <w:b/>
        </w:rPr>
        <w:t xml:space="preserve">[1:45:02] </w:t>
      </w:r>
      <w:r>
        <w:t>ne pehle hi se yeh lafz bol diya ho yani pehle hi se abhi woh zinda hain is</w:t>
      </w:r>
    </w:p>
    <w:p>
      <w:pPr>
        <w:jc w:val="right"/>
      </w:pPr>
      <w:r>
        <w:t>نے پہلے ہی سے یہ لفظ بول دیا ہو یعنی پہلے ہی سے ابھی وہ زندہ ہیں اس</w:t>
      </w:r>
    </w:p>
    <w:p>
      <w:r>
        <w:rPr>
          <w:b/>
        </w:rPr>
        <w:t xml:space="preserve">[1:45:12] </w:t>
      </w:r>
      <w:r>
        <w:t>duniya mein abhi woh daud dhoop kar rahe hain</w:t>
      </w:r>
    </w:p>
    <w:p>
      <w:pPr>
        <w:jc w:val="right"/>
      </w:pPr>
      <w:r>
        <w:t>دنیا میں ابھی وہ دوڑ دھوپ کر رہے ہیں</w:t>
      </w:r>
    </w:p>
    <w:p>
      <w:r>
        <w:rPr>
          <w:b/>
        </w:rPr>
        <w:t xml:space="preserve">[1:45:23] </w:t>
      </w:r>
      <w:r>
        <w:t>isi waqt khuda ne yeh keh diya ho ke aye farishton tum gawah raho ke main ne in</w:t>
      </w:r>
    </w:p>
    <w:p>
      <w:pPr>
        <w:jc w:val="right"/>
      </w:pPr>
      <w:r>
        <w:t>اسی وقت خدا نے یہ کہہ دیا ہو کہ اے فرشتوں تم گواہ رہو کہ میں نے ان</w:t>
      </w:r>
    </w:p>
    <w:p>
      <w:r>
        <w:rPr>
          <w:b/>
        </w:rPr>
        <w:t xml:space="preserve">[1:45:33] </w:t>
      </w:r>
      <w:r>
        <w:t>logon ko bakhsh diya main ne un ke liye paradise ka ke gate khol diye to meri dua</w:t>
      </w:r>
    </w:p>
    <w:p>
      <w:pPr>
        <w:jc w:val="right"/>
      </w:pPr>
      <w:r>
        <w:t>لوگوں کو بخش دیا میں نے ان کے لیے پیراڈائز کا کے گیٹ کھول دیے تو میری دعا</w:t>
      </w:r>
    </w:p>
    <w:p>
      <w:r>
        <w:rPr>
          <w:b/>
        </w:rPr>
        <w:t xml:space="preserve">[1:45:43] </w:t>
      </w:r>
      <w:r>
        <w:t>hai ke aap log in khush qismat mard</w:t>
      </w:r>
    </w:p>
    <w:p>
      <w:pPr>
        <w:jc w:val="right"/>
      </w:pPr>
      <w:r>
        <w:t>ہے کہ اپ لوگ ان خوش قسمت مرد</w:t>
      </w:r>
    </w:p>
    <w:p>
      <w:r>
        <w:rPr>
          <w:b/>
        </w:rPr>
        <w:t xml:space="preserve">[1:45:53] </w:t>
      </w:r>
      <w:r>
        <w:t>on aur auraton mein banen jin par yeh hadith apply hoti ho aap log peghambar ne ek baar</w:t>
      </w:r>
    </w:p>
    <w:p>
      <w:pPr>
        <w:jc w:val="right"/>
      </w:pPr>
      <w:r>
        <w:t>وں اور عورتوں میں بنیں جن پر یہ حدیث اپلائی ہوتی ہو اپ لوگ پیغمبر نے ایک بار</w:t>
      </w:r>
    </w:p>
    <w:p>
      <w:r>
        <w:rPr>
          <w:b/>
        </w:rPr>
        <w:t xml:space="preserve">[1:46:08] </w:t>
      </w:r>
      <w:r>
        <w:t>logon se bai</w:t>
      </w:r>
    </w:p>
    <w:p>
      <w:pPr>
        <w:jc w:val="right"/>
      </w:pPr>
      <w:r>
        <w:t>لوگوں سے بی</w:t>
      </w:r>
    </w:p>
    <w:p>
      <w:r>
        <w:rPr>
          <w:b/>
        </w:rPr>
        <w:t xml:space="preserve">[1:46:23] </w:t>
      </w:r>
      <w:r>
        <w:t>at liya tha baiat is tarah hoti hai hath par hath rakh kar ke baiat liya ke tum</w:t>
      </w:r>
    </w:p>
    <w:p>
      <w:pPr>
        <w:jc w:val="right"/>
      </w:pPr>
      <w:r>
        <w:t>عت لیا تھا بیعت اس طرح ہوتی ہے ہاتھ پر ہاتھ رکھ کر کے بیعت لیا کہ تم</w:t>
      </w:r>
    </w:p>
    <w:p>
      <w:r>
        <w:rPr>
          <w:b/>
        </w:rPr>
        <w:t xml:space="preserve">[1:46:30] </w:t>
      </w:r>
      <w:r>
        <w:t>baiat karo ke aaj se le kar marte tak aaj se le kar marte dam tak tum is</w:t>
      </w:r>
    </w:p>
    <w:p>
      <w:pPr>
        <w:jc w:val="right"/>
      </w:pPr>
      <w:r>
        <w:t>بیعت کرو کہ اج سے لے کر مرتے تک اج سے لے کر مرتے دم تک تم اس</w:t>
      </w:r>
    </w:p>
    <w:p>
      <w:r>
        <w:rPr>
          <w:b/>
        </w:rPr>
        <w:t xml:space="preserve">[1:46:38] </w:t>
      </w:r>
      <w:r>
        <w:t>mission ko nahin chhodoge jiyo ge to isi par jiyo ge aur maroge to isi par</w:t>
      </w:r>
    </w:p>
    <w:p>
      <w:pPr>
        <w:jc w:val="right"/>
      </w:pPr>
      <w:r>
        <w:t>مشن کو نہیں چھوڑو گے جیو گے تو اسی پر جیو گے اور مرو گے تو اسی پر</w:t>
      </w:r>
    </w:p>
    <w:p>
      <w:r>
        <w:rPr>
          <w:b/>
        </w:rPr>
        <w:t xml:space="preserve">[1:46:46] </w:t>
      </w:r>
      <w:r>
        <w:t>maroge main aap se kehta hoon ke aaj</w:t>
      </w:r>
    </w:p>
    <w:p>
      <w:pPr>
        <w:jc w:val="right"/>
      </w:pPr>
      <w:r>
        <w:t>مرو گے میں اپ سے کہتا ہوں کہ اج</w:t>
      </w:r>
    </w:p>
    <w:p>
      <w:r>
        <w:rPr>
          <w:b/>
        </w:rPr>
        <w:t xml:space="preserve">[1:46:53] </w:t>
      </w:r>
      <w:r>
        <w:t>aap mein se har shakhs yeh pledge le pledge khuda ko gawah bana kar ke aap mein se</w:t>
      </w:r>
    </w:p>
    <w:p>
      <w:pPr>
        <w:jc w:val="right"/>
      </w:pPr>
      <w:r>
        <w:t>اپ میں سے ہر شخص یہ پلج لے پلج خدا کو گواہ بنا کر کے اپ میں سے</w:t>
      </w:r>
    </w:p>
    <w:p>
      <w:r>
        <w:rPr>
          <w:b/>
        </w:rPr>
        <w:t xml:space="preserve">[1:47:03] </w:t>
      </w:r>
      <w:r>
        <w:t>har shakhs khuda gawah bana kar ek pledge le ke khuda ya main ne aaj se decide kiya hai</w:t>
      </w:r>
    </w:p>
    <w:p>
      <w:pPr>
        <w:jc w:val="right"/>
      </w:pPr>
      <w:r>
        <w:t>ہر شخص خدا گواہ بنا کر ایک پلج لے کہ خدایا میں نے اج سے ڈیسائیڈ کیا ہے</w:t>
      </w:r>
    </w:p>
    <w:p>
      <w:r>
        <w:rPr>
          <w:b/>
        </w:rPr>
        <w:t xml:space="preserve">[1:47:13] </w:t>
      </w:r>
      <w:r>
        <w:t>keh mein isi daawa mission ke liye zinda rahoon ga aur isi daawa mission pe meri maut hogi</w:t>
      </w:r>
    </w:p>
    <w:p>
      <w:pPr>
        <w:jc w:val="right"/>
      </w:pPr>
      <w:r>
        <w:t>کہ میں اسی دعوی مشن کے لیے زندہ رہوں گا اور اسی دعوی مشن پہ میری موت ہوگی</w:t>
      </w:r>
    </w:p>
    <w:p>
      <w:r>
        <w:rPr>
          <w:b/>
        </w:rPr>
        <w:t xml:space="preserve">[1:47:23] </w:t>
      </w:r>
      <w:r>
        <w:t>kyunkeh yaad rakhiye sab se bara kaam daawa ka kaam hai daawa work hai saare insaan million nahi</w:t>
      </w:r>
    </w:p>
    <w:p>
      <w:pPr>
        <w:jc w:val="right"/>
      </w:pPr>
      <w:r>
        <w:t>کیونکہ یاد رکھیے سب سے بڑا کام دعوی کا کام ہے دعوی ورک ہے سارے انسان ملین نہیں</w:t>
      </w:r>
    </w:p>
    <w:p>
      <w:r>
        <w:rPr>
          <w:b/>
        </w:rPr>
        <w:t xml:space="preserve">[1:47:33] </w:t>
      </w:r>
      <w:r>
        <w:t>billion ki tadad mein paida ho kar mar rahe hain aur hell mein ja rahe hain is se</w:t>
      </w:r>
    </w:p>
    <w:p>
      <w:pPr>
        <w:jc w:val="right"/>
      </w:pPr>
      <w:r>
        <w:t>بلین کی تعداد میں پیدا ہو کر مر رہے ہیں اور ہیل میں جا رہے ہیں اس سے</w:t>
      </w:r>
    </w:p>
    <w:p>
      <w:r>
        <w:rPr>
          <w:b/>
        </w:rPr>
        <w:t xml:space="preserve">[1:47:43] </w:t>
      </w:r>
      <w:r>
        <w:t>bara mission kya ho sakta hai keh aap un ko batayein keh sachai kya hai woh kya</w:t>
      </w:r>
    </w:p>
    <w:p>
      <w:pPr>
        <w:jc w:val="right"/>
      </w:pPr>
      <w:r>
        <w:t>بڑا مشن کیا ہو سکتا ہے کہ اپ ان کو بتائیں کہ سچائی کیا ہے وہ کیا</w:t>
      </w:r>
    </w:p>
    <w:p>
      <w:r>
        <w:rPr>
          <w:b/>
        </w:rPr>
        <w:t xml:space="preserve">[1:47:54] </w:t>
      </w:r>
      <w:r>
        <w:t>rasta hai jis ko follow kar ke tum hell se bach sakte ho aur paradise mein ja sakte ho aur khuda ki blessing pa sakte ho to main kahoon ga ke aap mein se har aik yeh pledge le sari zindagi ke liye life time ke liye ke aaj hi se aaj se there is no better time to start then this very minute jaisa ke main ne iqbal admi se kaha tha ke aap</w:t>
      </w:r>
    </w:p>
    <w:p>
      <w:pPr>
        <w:jc w:val="right"/>
      </w:pPr>
      <w:r>
        <w:t>راستہ ہے جس کو فالو کر کے تم ہیل سے بچ سکتے ہو اور پیراڈائز میں جا سکتے ہو اور خدا کی بلیسنگ پا سکتے ہو تو میں کہوں گا کہ اپ میں سے ہر ایک یہ پلج لے ساری زندگی کے لیے لائف ٹائم کے لیے کہ اج ہی سے اج سے دیر از نو بیٹر ٹائم ٹو سٹارٹ دین دس ویری منٹ جیسا کہ میں نے اقبال ادمی سے کہا تھا کہ اپ</w:t>
      </w:r>
    </w:p>
    <w:p>
      <w:r>
        <w:rPr>
          <w:b/>
        </w:rPr>
        <w:t xml:space="preserve">[1:48:24] </w:t>
      </w:r>
      <w:r>
        <w:t>bhi mar jayein to to agar aap hum mein se har shakhs kal mar chuka ho to to</w:t>
      </w:r>
    </w:p>
    <w:p>
      <w:pPr>
        <w:jc w:val="right"/>
      </w:pPr>
      <w:r>
        <w:t>بھی مر جائیں تو تو اگر اپ ہم میں سے ہر شخص کل مر چکا ہو تو تو</w:t>
      </w:r>
    </w:p>
    <w:p>
      <w:r>
        <w:rPr>
          <w:b/>
        </w:rPr>
        <w:t xml:space="preserve">[1:48:32] </w:t>
      </w:r>
      <w:r>
        <w:t>kya hamare paas time hai keh hum is ko parson ke liye rakhein narsoun ke liye rakhein is</w:t>
      </w:r>
    </w:p>
    <w:p>
      <w:pPr>
        <w:jc w:val="right"/>
      </w:pPr>
      <w:r>
        <w:t>کیا ہمارے پاس ٹائم ہے کہ ہم اس کو پرسوں کے لیے رکھیں نرسوں کے لیے رکھیں اس</w:t>
      </w:r>
    </w:p>
    <w:p>
      <w:r>
        <w:rPr>
          <w:b/>
        </w:rPr>
        <w:t xml:space="preserve">[1:48:40] </w:t>
      </w:r>
      <w:r>
        <w:t>luxury ko hum afford nahi kar sakte keh hum kal aur parson par rakhein is ko is luxury</w:t>
      </w:r>
    </w:p>
    <w:p>
      <w:pPr>
        <w:jc w:val="right"/>
      </w:pPr>
      <w:r>
        <w:t>لگزری کو ہم افورڈ نہیں کر سکتے کہ ہم کل اور پرسوں پر رکھیں اس کو اس لگزری</w:t>
      </w:r>
    </w:p>
    <w:p>
      <w:r>
        <w:rPr>
          <w:b/>
        </w:rPr>
        <w:t xml:space="preserve">[1:48:48] </w:t>
      </w:r>
      <w:r>
        <w:t>ko hum afford nahi kar sakte kyunkeh maut hum mein se har ek se peecha ki hui hai</w:t>
      </w:r>
    </w:p>
    <w:p>
      <w:pPr>
        <w:jc w:val="right"/>
      </w:pPr>
      <w:r>
        <w:t>کو ہم افورڈ نہیں کر سکتے کیونکہ موت ہم میں سے ہر ایک سے پیچھا کی ہوئی ہے</w:t>
      </w:r>
    </w:p>
    <w:p>
      <w:r>
        <w:rPr>
          <w:b/>
        </w:rPr>
        <w:t xml:space="preserve">[1:48:56] </w:t>
      </w:r>
      <w:r>
        <w:t>to aaj hi aap mein se har shakhs yeh pledge le Khuda ko gawah bana kar angel ko</w:t>
      </w:r>
    </w:p>
    <w:p>
      <w:pPr>
        <w:jc w:val="right"/>
      </w:pPr>
      <w:r>
        <w:t>تو اج ہی اپ میں سے ہر شخص یہ پلج لے خدا کو گواہ بنا کر اینجل کو</w:t>
      </w:r>
    </w:p>
    <w:p>
      <w:r>
        <w:rPr>
          <w:b/>
        </w:rPr>
        <w:t xml:space="preserve">[1:49:03] </w:t>
      </w:r>
      <w:r>
        <w:t>gawah bana kar keh hum poori zindagi isi mission mein bitayein ge isi mein apne aap ko devote</w:t>
      </w:r>
    </w:p>
    <w:p>
      <w:pPr>
        <w:jc w:val="right"/>
      </w:pPr>
      <w:r>
        <w:t>گواہ بنا کر کہ ہم پوری زندگی اسی مشن میں بتائیں گے اسی میں اپنے اپ کو ڈیووٹ</w:t>
      </w:r>
    </w:p>
    <w:p>
      <w:r>
        <w:rPr>
          <w:b/>
        </w:rPr>
        <w:t xml:space="preserve">[1:49:11] </w:t>
      </w:r>
      <w:r>
        <w:t>karein ge apni saari energy isi mein lagayein ge yahan tak keh hum woh group ban jayein woh</w:t>
      </w:r>
    </w:p>
    <w:p>
      <w:pPr>
        <w:jc w:val="right"/>
      </w:pPr>
      <w:r>
        <w:t>کریں گے اپنی ساری انرجی اسی میں لگائیں گے یہاں تک کہ ہم وہ گروپ بن جائیں وہ</w:t>
      </w:r>
    </w:p>
    <w:p>
      <w:r>
        <w:rPr>
          <w:b/>
        </w:rPr>
        <w:t xml:space="preserve">[1:49:19] </w:t>
      </w:r>
      <w:r>
        <w:t>group ban jayein</w:t>
      </w:r>
    </w:p>
    <w:p>
      <w:pPr>
        <w:jc w:val="right"/>
      </w:pPr>
      <w:r>
        <w:t>گروپ بن جائیں</w:t>
      </w:r>
    </w:p>
    <w:p>
      <w:r>
        <w:rPr>
          <w:b/>
        </w:rPr>
        <w:t xml:space="preserve">[1:49:26] </w:t>
      </w:r>
      <w:r>
        <w:t>jo khuda ke liye point of reference ka kaam de point of reference ka matlab yeh hai jab akhirat mein kaha jaye ke woh kon log hain jinhon ne scientific age mein khuda ke bandon ko khuda ka paigham pohanchaya tha jab wahan yeh sawal ho to farishtay kahen ke hain yeh hain woh log to gaya ke aap khuda ke liye poin</w:t>
      </w:r>
    </w:p>
    <w:p>
      <w:pPr>
        <w:jc w:val="right"/>
      </w:pPr>
      <w:r>
        <w:t>جو خدا کے لیے پوائنٹ اف ریفرنس کا کام دے پوائنٹ اف ریفرنس کا مطلب یہ ہے جب اخرت میں کہا جائے کہ وہ کون لوگ ہیں جنہوں نے سائنٹیفک ایج میں خدا کے بندوں کو خدا کا پیغام پہنچایا تھا جب وہاں یہ سوال ہو تو فرشتے کہیں کہ ہیں یہ ہیں وہ لوگ تو گیا کہ اپ خدا کے لیے پوائن</w:t>
      </w:r>
    </w:p>
    <w:p>
      <w:r>
        <w:rPr>
          <w:b/>
        </w:rPr>
        <w:t xml:space="preserve">[1:49:56] </w:t>
      </w:r>
      <w:r>
        <w:t>t of reference ban jayen ge kya is se baṛa koi thrill ho sakta hai is se baṛi koi khushi ho sakti hai ke khuda ke liye aap point of reference reference ban jayen woh khuda is liye itni baṛi universe ko paida kiya aap sochiye zara itni baṛi universe itni galaxies itna baṛa solar system itni baṛi hamari zameen yeh ocean yeh mountain yeh kitni baṛi dunya hai yeh jis ne</w:t>
      </w:r>
    </w:p>
    <w:p>
      <w:pPr>
        <w:jc w:val="right"/>
      </w:pPr>
      <w:r>
        <w:t>ٹ اف ریفرنس بن جائیں گے کیا اس سے بڑا کوئی تھرل ہو سکتا ہے اس سے بڑی کوئی خوشی ہو سکتی ہے کہ خدا کے لیے اپ پوائنٹ اف ریفرنس ریفرنس بن جائیں وہ خدا اس لیے اتنی بڑی یونیورس کو پیدا کیا اپ سوچیے ذرا اتنی بڑی یونیورس اتنی گلیکسیز اتنا بڑا سولر سسٹم اتنی بڑی ہماری زمین یہ اوشن یہ ماؤنٹن یہ کتنی بڑی دنیا ہے یہ جس نے</w:t>
      </w:r>
    </w:p>
    <w:p>
      <w:r>
        <w:rPr>
          <w:b/>
        </w:rPr>
        <w:t xml:space="preserve">[1:50:26] </w:t>
      </w:r>
      <w:r>
        <w:t>yeh paida kiya is Khuda ke liye aap point of reference ban jayein kya is se bari koi</w:t>
      </w:r>
    </w:p>
    <w:p>
      <w:pPr>
        <w:jc w:val="right"/>
      </w:pPr>
      <w:r>
        <w:t>یہ پیدا کیا اس خدا کے لیے اپ پوائنٹ اف ریفرنس بن جائیں کیا اس سے بڑی کوئی</w:t>
      </w:r>
    </w:p>
    <w:p>
      <w:r>
        <w:rPr>
          <w:b/>
        </w:rPr>
        <w:t xml:space="preserve">[1:50:35] </w:t>
      </w:r>
      <w:r>
        <w:t>blessing ho sakti hai is se bari koi thrilling baat ho sakti hai to behal mein yeh kahoon</w:t>
      </w:r>
    </w:p>
    <w:p>
      <w:pPr>
        <w:jc w:val="right"/>
      </w:pPr>
      <w:r>
        <w:t>بلیسنگ ہو سکتی ہے اس سے بڑی کوئی تھرلنگ بات ہو سکتی ہے تو بہرحال میں یہ کہوں</w:t>
      </w:r>
    </w:p>
    <w:p>
      <w:r>
        <w:rPr>
          <w:b/>
        </w:rPr>
        <w:t xml:space="preserve">[1:50:44] </w:t>
      </w:r>
      <w:r>
        <w:t>کہ there is no better time to start than this very minute. اسی وقت آپ pledge لیجئے</w:t>
      </w:r>
    </w:p>
    <w:p>
      <w:pPr>
        <w:jc w:val="right"/>
      </w:pPr>
      <w:r>
        <w:t>گا کہ دیر از نو بیٹر ٹائم ٹو سٹارٹ دین دس ویری منٹ اسی وقت اپ پلیج لیجئے</w:t>
      </w:r>
    </w:p>
    <w:p>
      <w:r>
        <w:rPr>
          <w:b/>
        </w:rPr>
        <w:t xml:space="preserve">[1:50:52] </w:t>
      </w:r>
      <w:r>
        <w:t>isi waqt aap pledge le liya apne dilon mein</w:t>
      </w:r>
    </w:p>
    <w:p>
      <w:pPr>
        <w:jc w:val="right"/>
      </w:pPr>
      <w:r>
        <w:t>اسی وقت اپ پلیج لے لیا اپنے دلوں میں</w:t>
      </w:r>
    </w:p>
    <w:p>
      <w:r>
        <w:rPr>
          <w:b/>
        </w:rPr>
        <w:t xml:space="preserve">[1:51:01] </w:t>
      </w:r>
      <w:r>
        <w:t>apne aap se pledge kisi lots paper par nahi hota pledge kisi paper par nahi hota woh dil se hota hai to aap ko sari zindagi dua work karna hai insanon ko dua work kiya hai dua work insan se mohabbat karna</w:t>
      </w:r>
    </w:p>
    <w:p>
      <w:pPr>
        <w:jc w:val="right"/>
      </w:pPr>
      <w:r>
        <w:t>اپنے اپ سے پلیج کسی لاٹس پیپر پر نہیں ہوتا پلیج کسی پیپر پر نہیں ہوتا وہ دل سے ہوتا ہے تو اپ کو ساری زندگی دعا ورک کرنا ہے انسانوں کو دعا ورک کیا ہے دعا ورک انسان سے محبت کرنا</w:t>
      </w:r>
    </w:p>
    <w:p>
      <w:r>
        <w:rPr>
          <w:b/>
        </w:rPr>
        <w:t xml:space="preserve">[1:51:31] </w:t>
      </w:r>
      <w:r>
        <w:t>hai insaan se pyar karna hai jo shakhs jis shakhs ke dil mein insaan ke liye pyar na</w:t>
      </w:r>
    </w:p>
    <w:p>
      <w:pPr>
        <w:jc w:val="right"/>
      </w:pPr>
      <w:r>
        <w:t>ہے انسان سے پیار کرنا ہے جو شخص جس شخص کے دل میں انسان کے لیے پیار نہ</w:t>
      </w:r>
    </w:p>
    <w:p>
      <w:r>
        <w:rPr>
          <w:b/>
        </w:rPr>
        <w:t xml:space="preserve">[1:51:40] </w:t>
      </w:r>
      <w:r>
        <w:t>ho woh daai nahi hai woh daawa work nahi kar sakta hai Hazrat Masih ne jo kaha tha</w:t>
      </w:r>
    </w:p>
    <w:p>
      <w:pPr>
        <w:jc w:val="right"/>
      </w:pPr>
      <w:r>
        <w:t>ہو وہ داعی نہیں ہے وہ دعا ورک نہیں کر سکتا ہے حضرت مسیح نے جو کہا تھا</w:t>
      </w:r>
    </w:p>
    <w:p>
      <w:r>
        <w:rPr>
          <w:b/>
        </w:rPr>
        <w:t xml:space="preserve">[1:51:48] </w:t>
      </w:r>
      <w:r>
        <w:t>کہ love your enemy. اس کا مطلب یہی میں سمجھتا ہوں کہ enemy سے بھی پیار کرو اس</w:t>
      </w:r>
    </w:p>
    <w:p>
      <w:pPr>
        <w:jc w:val="right"/>
      </w:pPr>
      <w:r>
        <w:t>کہ لو یور اینمی اس کا مطلب یہی میں سمجھتا ہوں کہ اینمی سے بھی پیار کرو اس</w:t>
      </w:r>
    </w:p>
    <w:p>
      <w:r>
        <w:rPr>
          <w:b/>
        </w:rPr>
        <w:t xml:space="preserve">[1:51:57] </w:t>
      </w:r>
      <w:r>
        <w:t>ke baghair tum daawa work nahi kar sakte</w:t>
      </w:r>
    </w:p>
    <w:p>
      <w:pPr>
        <w:jc w:val="right"/>
      </w:pPr>
      <w:r>
        <w:t>کے بغیر تم دعا ورک نہیں کر سکتے</w:t>
      </w:r>
    </w:p>
    <w:p>
      <w:r>
        <w:rPr>
          <w:b/>
        </w:rPr>
        <w:t xml:space="preserve">[1:52:06] </w:t>
      </w:r>
      <w:r>
        <w:t>saare insaanon se aap ke dil mein pyar hona chahiye kyunkeh pyar hi woh cheez hai jo incentive</w:t>
      </w:r>
    </w:p>
    <w:p>
      <w:pPr>
        <w:jc w:val="right"/>
      </w:pPr>
      <w:r>
        <w:t>سارے انسانوں سے اپ کے دل میں پیار ہونا چاہیے کیونکہ پیار ہی وہ چیز ہے جو انسینٹو</w:t>
      </w:r>
    </w:p>
    <w:p>
      <w:r>
        <w:rPr>
          <w:b/>
        </w:rPr>
        <w:t xml:space="preserve">[1:52:14] </w:t>
      </w:r>
      <w:r>
        <w:t>banti hai keh yeh saare log chale ja rahe hain aag mein yeh saare log chale jayein hell</w:t>
      </w:r>
    </w:p>
    <w:p>
      <w:pPr>
        <w:jc w:val="right"/>
      </w:pPr>
      <w:r>
        <w:t>بنتی ہے کہ یہ سارے لوگ چلے جا رہے ہیں اگ میں یہ سارے لوگ چلے جائیں ہیل</w:t>
      </w:r>
    </w:p>
    <w:p>
      <w:r>
        <w:rPr>
          <w:b/>
        </w:rPr>
        <w:t xml:space="preserve">[1:52:21] </w:t>
      </w:r>
      <w:r>
        <w:t>mein kaise mein unhein bachaoon prophet of Islam ne kaha tha ek baar keh log patangon ki tarah</w:t>
      </w:r>
    </w:p>
    <w:p>
      <w:pPr>
        <w:jc w:val="right"/>
      </w:pPr>
      <w:r>
        <w:t>میں کیسے میں انہیں بچاؤں پرافٹ اف اسلام نے کہا تھا ایک بار کہ لوگ پتنگوں کی طرح</w:t>
      </w:r>
    </w:p>
    <w:p>
      <w:r>
        <w:rPr>
          <w:b/>
        </w:rPr>
        <w:t xml:space="preserve">[1:52:29] </w:t>
      </w:r>
      <w:r>
        <w:t>aag ke gurhe mein gir rahe hain</w:t>
      </w:r>
    </w:p>
    <w:p>
      <w:pPr>
        <w:jc w:val="right"/>
      </w:pPr>
      <w:r>
        <w:t>اگ کے گڑھے میں گر رہے ہیں</w:t>
      </w:r>
    </w:p>
    <w:p>
      <w:r>
        <w:rPr>
          <w:b/>
        </w:rPr>
        <w:t xml:space="preserve">[1:52:37] </w:t>
      </w:r>
      <w:r>
        <w:t>aur mein un ke peeche se kheench raha hoon aag ka ek bara gurha hai aur log patangon</w:t>
      </w:r>
    </w:p>
    <w:p>
      <w:pPr>
        <w:jc w:val="right"/>
      </w:pPr>
      <w:r>
        <w:t>اور میں ان کے پیچھے سے کھینچ رہا ہوں اگ کا ایک بڑا گڑھا ہے اور لوگ پتنگوں</w:t>
      </w:r>
    </w:p>
    <w:p>
      <w:r>
        <w:rPr>
          <w:b/>
        </w:rPr>
        <w:t xml:space="preserve">[1:52:44] </w:t>
      </w:r>
      <w:r>
        <w:t>ki tarah aap jante hain keh patange jo hote hain barsaat jab shuru hoti hai to patange bill</w:t>
      </w:r>
    </w:p>
    <w:p>
      <w:pPr>
        <w:jc w:val="right"/>
      </w:pPr>
      <w:r>
        <w:t>کی طرح اپ جانتے ہیں کہ پتنگے جو ہوتے ہیں برسات جب شروع ہوتی ہے تو پتنگے بل</w:t>
      </w:r>
    </w:p>
    <w:p>
      <w:r>
        <w:rPr>
          <w:b/>
        </w:rPr>
        <w:t xml:space="preserve">[1:52:52] </w:t>
      </w:r>
      <w:r>
        <w:t>par ya lamp par toot te hain isi ko love aap ne kaha keh log patangon ki tarah</w:t>
      </w:r>
    </w:p>
    <w:p>
      <w:pPr>
        <w:jc w:val="right"/>
      </w:pPr>
      <w:r>
        <w:t>پر یا لیم پر ٹوٹتے ہیں اسی کو لو کر اپ نے کہا کہ لوگ پتنگوں کی طرح</w:t>
      </w:r>
    </w:p>
    <w:p>
      <w:r>
        <w:rPr>
          <w:b/>
        </w:rPr>
        <w:t xml:space="preserve">[1:52:59] </w:t>
      </w:r>
      <w:r>
        <w:t>aag ke garhe mein kood rahe hain main peechay say</w:t>
      </w:r>
    </w:p>
    <w:p>
      <w:pPr>
        <w:jc w:val="right"/>
      </w:pPr>
      <w:r>
        <w:t>اگ کے گڑھے میں کود رہے ہیں میں پیچھے سے</w:t>
      </w:r>
    </w:p>
    <w:p>
      <w:r>
        <w:rPr>
          <w:b/>
        </w:rPr>
        <w:t xml:space="preserve">[1:53:07] </w:t>
      </w:r>
      <w:r>
        <w:t>un ko khainch raha hoon ab bataiye aap sochiye zara sa kay jo insaan dekh raha ho kay</w:t>
      </w:r>
    </w:p>
    <w:p>
      <w:pPr>
        <w:jc w:val="right"/>
      </w:pPr>
      <w:r>
        <w:t>ان کو کھینچ رہا ہوں اب بتائیے اپ سوچیے ذرا سا کہ جو انسان دیکھ رہا ہو کہ</w:t>
      </w:r>
    </w:p>
    <w:p>
      <w:r>
        <w:rPr>
          <w:b/>
        </w:rPr>
        <w:t xml:space="preserve">[1:53:14] </w:t>
      </w:r>
      <w:r>
        <w:t>log kay jo aadmi dekh raha ho kay log aag kay garhe mein giray galay chalay ja rahay</w:t>
      </w:r>
    </w:p>
    <w:p>
      <w:pPr>
        <w:jc w:val="right"/>
      </w:pPr>
      <w:r>
        <w:t>لوگ کہ جو ادمی دیکھ رہا ہو کہ لوگ اگ کے گڑھے میں گرے گلے چلے جا رہے</w:t>
      </w:r>
    </w:p>
    <w:p>
      <w:r>
        <w:rPr>
          <w:b/>
        </w:rPr>
        <w:t xml:space="preserve">[1:53:22] </w:t>
      </w:r>
      <w:r>
        <w:t>hain to kitna ziyada is kay andar yeh spirit jaag uthay gi kay mujhe unhain bachana hai unhain</w:t>
      </w:r>
    </w:p>
    <w:p>
      <w:pPr>
        <w:jc w:val="right"/>
      </w:pPr>
      <w:r>
        <w:t>ہیں تو کتنا زیادہ اس کے اندر یہ سپرٹ جاگ اٹھے گی کہ مجھے انہیں بچانا ہے انہیں</w:t>
      </w:r>
    </w:p>
    <w:p>
      <w:r>
        <w:rPr>
          <w:b/>
        </w:rPr>
        <w:t xml:space="preserve">[1:53:29] </w:t>
      </w:r>
      <w:r>
        <w:t>bachana hai bachana hai hum jab bachpan mein parhtay thay to arabic aik book mein yeh bata</w:t>
      </w:r>
    </w:p>
    <w:p>
      <w:pPr>
        <w:jc w:val="right"/>
      </w:pPr>
      <w:r>
        <w:t>بچانا ہے بچانا ہے ہم جب بچپن میں پڑھتے تھے تو عربک ایک بک میں یہ بت</w:t>
      </w:r>
    </w:p>
    <w:p>
      <w:r>
        <w:rPr>
          <w:b/>
        </w:rPr>
        <w:t xml:space="preserve">[1:53:37] </w:t>
      </w:r>
      <w:r>
        <w:t>ایا گیا تھا کہ اگر ایک اندھا ادمی ہے ایک blind aadmi hai ek blind aadmi chala ja</w:t>
      </w:r>
    </w:p>
    <w:p>
      <w:pPr>
        <w:jc w:val="right"/>
      </w:pPr>
      <w:r>
        <w:t>ایا گیا تھا کہ اگر ایک اندھا ادمی ہے ایک بلائنڈ ادمی ہے ایک بلائنڈ ادمی چلا جا</w:t>
      </w:r>
    </w:p>
    <w:p>
      <w:r>
        <w:rPr>
          <w:b/>
        </w:rPr>
        <w:t xml:space="preserve">[1:53:43] </w:t>
      </w:r>
      <w:r>
        <w:t>رہا ہے اور سامنے ایک well ہے ایک کنواں ہے وہ کنویں کس چیز میں چلا جا رہا</w:t>
      </w:r>
    </w:p>
    <w:p>
      <w:pPr>
        <w:jc w:val="right"/>
      </w:pPr>
      <w:r>
        <w:t>رہا ہے اور سامنے ایک ویل ہے ایک کنواں ہے وہ کنویں کس چیز میں چلا جا رہا</w:t>
      </w:r>
    </w:p>
    <w:p>
      <w:r>
        <w:rPr>
          <w:b/>
        </w:rPr>
        <w:t xml:space="preserve">[1:53:49] </w:t>
      </w:r>
      <w:r>
        <w:t>hai bilkul abhi gir jayega isi mein kyunkay blind hai woh to us waqt jab us ko</w:t>
      </w:r>
    </w:p>
    <w:p>
      <w:pPr>
        <w:jc w:val="right"/>
      </w:pPr>
      <w:r>
        <w:t>ہے بالکل ابھی گر جائے گا اسی میں کیونکہ بلائنڈ ہے وہ تو اس وقت جب اس کو</w:t>
      </w:r>
    </w:p>
    <w:p>
      <w:r>
        <w:rPr>
          <w:b/>
        </w:rPr>
        <w:t xml:space="preserve">[1:53:55] </w:t>
      </w:r>
      <w:r>
        <w:t>kaha jayega yeh batana ho kay yeh kuwan hai is mein tum gir jao gay to sirf</w:t>
      </w:r>
    </w:p>
    <w:p>
      <w:pPr>
        <w:jc w:val="right"/>
      </w:pPr>
      <w:r>
        <w:t>کہا جائے گا یہ بتانا ہو کہ یہ کنواں ہے اس میں تم گر جاؤ گے تو صرف</w:t>
      </w:r>
    </w:p>
    <w:p>
      <w:r>
        <w:rPr>
          <w:b/>
        </w:rPr>
        <w:t xml:space="preserve">[1:54:01] </w:t>
      </w:r>
      <w:r>
        <w:t>yeh bola ja jayega albair albair albair</w:t>
      </w:r>
    </w:p>
    <w:p>
      <w:pPr>
        <w:jc w:val="right"/>
      </w:pPr>
      <w:r>
        <w:t>یہ بولا جا جائے گا البیر البیر البیر</w:t>
      </w:r>
    </w:p>
    <w:p>
      <w:r>
        <w:rPr>
          <w:b/>
        </w:rPr>
        <w:t xml:space="preserve">[1:54:07] </w:t>
      </w:r>
      <w:r>
        <w:t>al-birr maani hote hain kuwaan well well yeh nahi kaha jayega are bade miyan are buzurg sahab are sahab aap kidhar ja rahe hain zara sochiye zara thehriye yahan to aap ke aage do qadam par aik kuwaan hai aisa nahi kaha jayega jaldi se kaha jayega al-birr al-birr kuwaan kuwaan to isi tareeqe se jab insaan ko aap dekh rahe hon ke sab aag ke gurhe mein kabootar daude chale ja rahe</w:t>
      </w:r>
    </w:p>
    <w:p>
      <w:pPr>
        <w:jc w:val="right"/>
      </w:pPr>
      <w:r>
        <w:t>البیر معنی ہوتے ہیں کنواں ویل ویل یہ نہیں کہا جائے گا ارے بڑے میاں ارے بزرگ صاحب ارے صاحب اپ کدھر جا رہے ہیں ذرا سوچیے ذرا ٹھہریے یہاں تو اپ کے اگے دو قدم پر ایک کنواں ہے ایسا نہیں کہا جائے گا جلدی سے کہا جائے گا البیر البیر کنواں کنواں تو اسی طریقے سے جب انسان کو اپ دیکھ رہے ہوں کہ سب اگ کے گڑھے میں کبوتر دوڑے چلے جا رہے</w:t>
      </w:r>
    </w:p>
    <w:p>
      <w:r>
        <w:rPr>
          <w:b/>
        </w:rPr>
        <w:t xml:space="preserve">[1:54:37] </w:t>
      </w:r>
      <w:r>
        <w:t>hain yani eternally apni life ko tabah kar rahay hain eternally jo spirit jaagay gi aap kay andar</w:t>
      </w:r>
    </w:p>
    <w:p>
      <w:pPr>
        <w:jc w:val="right"/>
      </w:pPr>
      <w:r>
        <w:t>ہیں یعنی ایٹرنلی اپنی لائف کو تباہ کر رہے ہیں ایٹرنلی جو اسپیریٹ جاگے گی اپ کے اندر</w:t>
      </w:r>
    </w:p>
    <w:p>
      <w:r>
        <w:rPr>
          <w:b/>
        </w:rPr>
        <w:t xml:space="preserve">[1:54:48] </w:t>
      </w:r>
      <w:r>
        <w:t>to aap ko koi aur cheez dikhai nahi degi koi cheez nahi dikhai degi yeh dikhai</w:t>
      </w:r>
    </w:p>
    <w:p>
      <w:pPr>
        <w:jc w:val="right"/>
      </w:pPr>
      <w:r>
        <w:t>تو اپ کو کوئی اور چیز دکھائی نہیں دے گی کوئی چیز نہیں دکھائی دے گی یہ دکھائی</w:t>
      </w:r>
    </w:p>
    <w:p>
      <w:r>
        <w:rPr>
          <w:b/>
        </w:rPr>
        <w:t xml:space="preserve">[1:54:58] </w:t>
      </w:r>
      <w:r>
        <w:t>dega sirf itna hi kay insaan ko bachao save humanity save humanity to baharhal</w:t>
      </w:r>
    </w:p>
    <w:p>
      <w:pPr>
        <w:jc w:val="right"/>
      </w:pPr>
      <w:r>
        <w:t>دے گا صرف اتنا ہی کہ انسان کو بچاؤ سیو ہیومینٹی سیو ہیومینٹی تو بہرحال</w:t>
      </w:r>
    </w:p>
    <w:p>
      <w:r>
        <w:rPr>
          <w:b/>
        </w:rPr>
        <w:t xml:space="preserve">[1:55:09] </w:t>
      </w:r>
      <w:r>
        <w:t>yeh kuch inspiration say mein nay aaj kaha kay aaj kay talk ka jo woh hai title woh</w:t>
      </w:r>
    </w:p>
    <w:p>
      <w:pPr>
        <w:jc w:val="right"/>
      </w:pPr>
      <w:r>
        <w:t>یہ کچھ انسپیریشن سے میں نے اج کہا کہ اج کے ٹاک کا جو وہ ہے ٹائٹل وہ</w:t>
      </w:r>
    </w:p>
    <w:p>
      <w:r>
        <w:rPr>
          <w:b/>
        </w:rPr>
        <w:t xml:space="preserve">[1:55:17] </w:t>
      </w:r>
      <w:r>
        <w:t>hai from the spiritual tree to mein rozana wahan par baithta hoon to aaj jab mein baitha tha</w:t>
      </w:r>
    </w:p>
    <w:p>
      <w:pPr>
        <w:jc w:val="right"/>
      </w:pPr>
      <w:r>
        <w:t>ہے فرام دا سپریچول ٹری تو میں روزانہ وہاں پر بیٹھتا ہوں تو اج جب میں بیٹھا تھا</w:t>
      </w:r>
    </w:p>
    <w:p>
      <w:r>
        <w:rPr>
          <w:b/>
        </w:rPr>
        <w:t xml:space="preserve">[1:55:25] </w:t>
      </w:r>
      <w:r>
        <w:t>to yeh sab baatein meray mind mein aayin aur bilkul ajeeb meri halat ho gayi to mein nay</w:t>
      </w:r>
    </w:p>
    <w:p>
      <w:pPr>
        <w:jc w:val="right"/>
      </w:pPr>
      <w:r>
        <w:t>تو یہ سب باتیں میرے مائنڈ میں ائیں اور بالکل عجیب میری حالت ہو گئی تو میں نے</w:t>
      </w:r>
    </w:p>
    <w:p>
      <w:r>
        <w:rPr>
          <w:b/>
        </w:rPr>
        <w:t xml:space="preserve">[1:55:33] </w:t>
      </w:r>
      <w:r>
        <w:t>chaha kay aap ko</w:t>
      </w:r>
    </w:p>
    <w:p>
      <w:pPr>
        <w:jc w:val="right"/>
      </w:pPr>
      <w:r>
        <w:t>چاہا کہ اپ کو</w:t>
      </w:r>
    </w:p>
    <w:p>
      <w:r>
        <w:rPr>
          <w:b/>
        </w:rPr>
        <w:t xml:space="preserve">[1:55:40] </w:t>
      </w:r>
      <w:r>
        <w:t>yeh baatein keh doon mujhe nahi maloom ke kab tak yeh raat aur din hamare saath denge aur kab woh waqt aa jayega jab na raat hogi na din hoga na koi sunne wala hoga na sunane wala hoga kuch nahi maloom ke kab tak hamein</w:t>
      </w:r>
    </w:p>
    <w:p>
      <w:pPr>
        <w:jc w:val="right"/>
      </w:pPr>
      <w:r>
        <w:t>یہ باتیں کہہ دوں مجھے نہیں معلوم کہ کب تک یہ رات اور دن ہمارے ساتھ دیں گے اور کب وہ وقت ا جائے گا جب نہ رات ہوگی نہ دن ہوگا نہ کوئی سننے والا ہوگا نہ سنانے والا ہوگا کچھ نہیں معلوم کہ کب تک ہمیں</w:t>
      </w:r>
    </w:p>
    <w:p>
      <w:r>
        <w:rPr>
          <w:b/>
        </w:rPr>
        <w:t xml:space="preserve">[1:56:10] </w:t>
      </w:r>
      <w:r>
        <w:t>khuda nay yeh mauqa diya hai aur kab yeh mauqa khatam ho jayega to meri dua hai</w:t>
      </w:r>
    </w:p>
    <w:p>
      <w:pPr>
        <w:jc w:val="right"/>
      </w:pPr>
      <w:r>
        <w:t>خدا نے یہ موقع دیا ہے اور کب یہ موقع ختم ہو جائے گا تو میری دعا ہے</w:t>
      </w:r>
    </w:p>
    <w:p>
      <w:r>
        <w:rPr>
          <w:b/>
        </w:rPr>
        <w:t xml:space="preserve">[1:56:21] </w:t>
      </w:r>
      <w:r>
        <w:t>kay Allah taala mujh ko aur aap ko sachai kay rastay par chalnay ki tofeeq day aur yeh</w:t>
      </w:r>
    </w:p>
    <w:p>
      <w:pPr>
        <w:jc w:val="right"/>
      </w:pPr>
      <w:r>
        <w:t>کہ اللہ تعالی مجھ کو اور اپ کو سچائی کے راستے پر چلنے کی توفیق دے اور یہ</w:t>
      </w:r>
    </w:p>
    <w:p>
      <w:r>
        <w:rPr>
          <w:b/>
        </w:rPr>
        <w:t xml:space="preserve">[1:56:32] </w:t>
      </w:r>
      <w:r>
        <w:t>himmat day kay hum sari dunya ko sachai ka message day sakain</w:t>
      </w:r>
    </w:p>
    <w:p>
      <w:pPr>
        <w:jc w:val="right"/>
      </w:pPr>
      <w:r>
        <w:t>ہمت دے کہ ہم ساری دنیا کو سچائی کا میسج دے سکیں</w:t>
      </w:r>
    </w:p>
    <w:p>
      <w:r>
        <w:rPr>
          <w:b/>
        </w:rPr>
        <w:t xml:space="preserve">[1:56:43] </w:t>
      </w:r>
      <w:r>
        <w:t>aqoolu qawli hadha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