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Interactive Session (English) May 26, 2007</w:t>
      </w:r>
    </w:p>
    <w:p>
      <w:r>
        <w:t>https://www.youtube.com/watch?v=SCVv18gR2sU</w:t>
      </w:r>
    </w:p>
    <w:p>
      <w:r>
        <w:rPr>
          <w:b/>
        </w:rPr>
        <w:t xml:space="preserve">[00:04] </w:t>
      </w:r>
      <w:r>
        <w:t>greetings to you all. it gives me pleasure today to introduce the well-known Islamic spiritual scholar, Maulana Wahiduddin Khan. Maulana Wahiduddin Khan is the president of Islamic Center, New Delhi, and the founder of Center for Peace and Spirituality. today we will travel with him through the road of intellectual development and lead you to the destination of wisdom. welcome, Maulana Wahiduddin Khan. thank you.</w:t>
      </w:r>
    </w:p>
    <w:p>
      <w:pPr>
        <w:jc w:val="right"/>
      </w:pPr>
      <w:r>
        <w:t>ग्रीटिंग्स टू यू ऑल। इट गिव्स मी प्लेजर टुडे टू इंट्रोड्यूस द वेल-नोन इस्लामिक स्पिरिचुअल स्कॉलर, मुलाना वैदुद्दीन खान। मुलाना वैदुद्दीन खान इज़ द प्रेसिडेंट ऑफ इस्लामिक सेंटर, न्यू दिल्ली, एंड द फाउंडर ऑफ सेंटर फॉर पीस एंड स्पिरिचुअलिटी। टुडे वी विल ट्रैवल विद हिम थ्रू द रोड ऑफ इंटेलेक्चुअल डेवलपमेंट एंड लीड यू टू द डेस्टिनेशन ऑफ विज़डम। वेलकम, मुलाना वैदुद्दीन खान। थैंक यू।</w:t>
      </w:r>
    </w:p>
    <w:p>
      <w:r>
        <w:rPr>
          <w:b/>
        </w:rPr>
        <w:t xml:space="preserve">[00:32] </w:t>
      </w:r>
      <w:r>
        <w:t>ank you. Maulana, the well-known psychologist J.</w:t>
      </w:r>
    </w:p>
    <w:p>
      <w:pPr>
        <w:jc w:val="right"/>
      </w:pPr>
      <w:r>
        <w:t>ank you. Maulana, the well-known psychologist J.</w:t>
      </w:r>
    </w:p>
    <w:p>
      <w:r>
        <w:rPr>
          <w:b/>
        </w:rPr>
        <w:t xml:space="preserve">[00:35] </w:t>
      </w:r>
      <w:r>
        <w:t>B. Watson was the first one to discover conditioning of a man.</w:t>
      </w:r>
    </w:p>
    <w:p>
      <w:pPr>
        <w:jc w:val="right"/>
      </w:pPr>
      <w:r>
        <w:t>B. Watson was the first one to discover conditioning of a man.</w:t>
      </w:r>
    </w:p>
    <w:p>
      <w:r>
        <w:rPr>
          <w:b/>
        </w:rPr>
        <w:t xml:space="preserve">[00:40] </w:t>
      </w:r>
      <w:r>
        <w:t>He said that man is born on nature, but it is the environment that nurtures a man.</w:t>
      </w:r>
    </w:p>
    <w:p>
      <w:pPr>
        <w:jc w:val="right"/>
      </w:pPr>
      <w:r>
        <w:t>He said that man is born on nature, but it is the environment that nurtures a man.</w:t>
      </w:r>
    </w:p>
    <w:p>
      <w:r>
        <w:rPr>
          <w:b/>
        </w:rPr>
        <w:t xml:space="preserve">[00:46] </w:t>
      </w:r>
      <w:r>
        <w:t>And this nurturing conditions a man and is permanent.</w:t>
      </w:r>
    </w:p>
    <w:p>
      <w:pPr>
        <w:jc w:val="right"/>
      </w:pPr>
      <w:r>
        <w:t>And this nurturing conditions a man and is permanent.</w:t>
      </w:r>
    </w:p>
    <w:p>
      <w:r>
        <w:rPr>
          <w:b/>
        </w:rPr>
        <w:t xml:space="preserve">[00:51] </w:t>
      </w:r>
      <w:r>
        <w:t>After J. B.</w:t>
      </w:r>
    </w:p>
    <w:p>
      <w:pPr>
        <w:jc w:val="right"/>
      </w:pPr>
      <w:r>
        <w:t>After J. B.</w:t>
      </w:r>
    </w:p>
    <w:p>
      <w:r>
        <w:rPr>
          <w:b/>
        </w:rPr>
        <w:t xml:space="preserve">[00:52] </w:t>
      </w:r>
      <w:r>
        <w:t>Watson, I believe you used the word "deconditioning" of a man.</w:t>
      </w:r>
    </w:p>
    <w:p>
      <w:pPr>
        <w:jc w:val="right"/>
      </w:pPr>
      <w:r>
        <w:t>Watson, I believe you used the word "deconditioning" of a man.</w:t>
      </w:r>
    </w:p>
    <w:p>
      <w:r>
        <w:rPr>
          <w:b/>
        </w:rPr>
        <w:t xml:space="preserve">[00:56] </w:t>
      </w:r>
      <w:r>
        <w:t>My question to you is: what is this deconditioning, and can it be done?</w:t>
      </w:r>
    </w:p>
    <w:p>
      <w:pPr>
        <w:jc w:val="right"/>
      </w:pPr>
      <w:r>
        <w:t>My question to you is: what is this deconditioning, and can it be done?</w:t>
      </w:r>
    </w:p>
    <w:p>
      <w:r>
        <w:rPr>
          <w:b/>
        </w:rPr>
        <w:t xml:space="preserve">[01:06] </w:t>
      </w:r>
      <w:r>
        <w:t>It is a very important question.</w:t>
      </w:r>
    </w:p>
    <w:p>
      <w:pPr>
        <w:jc w:val="right"/>
      </w:pPr>
      <w:r>
        <w:t>It is a very important question.</w:t>
      </w:r>
    </w:p>
    <w:p>
      <w:r>
        <w:rPr>
          <w:b/>
        </w:rPr>
        <w:t xml:space="preserve">[01:12] </w:t>
      </w:r>
      <w:r>
        <w:t>Professor Watson discovered the—what</w:t>
      </w:r>
    </w:p>
    <w:p>
      <w:pPr>
        <w:jc w:val="right"/>
      </w:pPr>
      <w:r>
        <w:t>Professor Watson discovered the—what</w:t>
      </w:r>
    </w:p>
    <w:p>
      <w:r>
        <w:rPr>
          <w:b/>
        </w:rPr>
        <w:t xml:space="preserve">[01:19] </w:t>
      </w:r>
      <w:r>
        <w:t>Professor Watson discovered was the</w:t>
      </w:r>
    </w:p>
    <w:p>
      <w:pPr>
        <w:jc w:val="right"/>
      </w:pPr>
      <w:r>
        <w:t>Professor Watson discovered was the</w:t>
      </w:r>
    </w:p>
    <w:p>
      <w:r>
        <w:rPr>
          <w:b/>
        </w:rPr>
        <w:t xml:space="preserve">[01:23] </w:t>
      </w:r>
      <w:r>
        <w:t>half of the truth,</w:t>
      </w:r>
    </w:p>
    <w:p>
      <w:pPr>
        <w:jc w:val="right"/>
      </w:pPr>
      <w:r>
        <w:t>half of the truth,</w:t>
      </w:r>
    </w:p>
    <w:p>
      <w:r>
        <w:rPr>
          <w:b/>
        </w:rPr>
        <w:t xml:space="preserve">[01:25] </w:t>
      </w:r>
      <w:r>
        <w:t>and the rest</w:t>
      </w:r>
    </w:p>
    <w:p>
      <w:pPr>
        <w:jc w:val="right"/>
      </w:pPr>
      <w:r>
        <w:t>and the rest</w:t>
      </w:r>
    </w:p>
    <w:p>
      <w:r>
        <w:rPr>
          <w:b/>
        </w:rPr>
        <w:t xml:space="preserve">[01:28] </w:t>
      </w:r>
      <w:r>
        <w:t>half was undiscovered.</w:t>
      </w:r>
    </w:p>
    <w:p>
      <w:pPr>
        <w:jc w:val="right"/>
      </w:pPr>
      <w:r>
        <w:t>half was undiscovered.</w:t>
      </w:r>
    </w:p>
    <w:p>
      <w:r>
        <w:rPr>
          <w:b/>
        </w:rPr>
        <w:t xml:space="preserve">[01:32] </w:t>
      </w:r>
      <w:r>
        <w:t>That is, he discovered that there is a process of conditioning,</w:t>
      </w:r>
    </w:p>
    <w:p>
      <w:pPr>
        <w:jc w:val="right"/>
      </w:pPr>
      <w:r>
        <w:t>That is, he discovered that there is a process of conditioning,</w:t>
      </w:r>
    </w:p>
    <w:p>
      <w:r>
        <w:rPr>
          <w:b/>
        </w:rPr>
        <w:t xml:space="preserve">[01:39] </w:t>
      </w:r>
      <w:r>
        <w:t>but he failed to discover that this conditioning</w:t>
      </w:r>
    </w:p>
    <w:p>
      <w:pPr>
        <w:jc w:val="right"/>
      </w:pPr>
      <w:r>
        <w:t>but he failed to discover that this conditioning</w:t>
      </w:r>
    </w:p>
    <w:p>
      <w:r>
        <w:rPr>
          <w:b/>
        </w:rPr>
        <w:t xml:space="preserve">[01:43] </w:t>
      </w:r>
      <w:r>
        <w:t>can be deconditioned.</w:t>
      </w:r>
    </w:p>
    <w:p>
      <w:pPr>
        <w:jc w:val="right"/>
      </w:pPr>
      <w:r>
        <w:t>can be deconditioned.</w:t>
      </w:r>
    </w:p>
    <w:p>
      <w:r>
        <w:rPr>
          <w:b/>
        </w:rPr>
        <w:t xml:space="preserve">[01:47] </w:t>
      </w:r>
      <w:r>
        <w:t>It is very difficult.</w:t>
      </w:r>
    </w:p>
    <w:p>
      <w:pPr>
        <w:jc w:val="right"/>
      </w:pPr>
      <w:r>
        <w:t>It is very difficult.</w:t>
      </w:r>
    </w:p>
    <w:p>
      <w:r>
        <w:rPr>
          <w:b/>
        </w:rPr>
        <w:t xml:space="preserve">[01:49] </w:t>
      </w:r>
      <w:r>
        <w:t>Deconditioning process is very, very difficult.</w:t>
      </w:r>
    </w:p>
    <w:p>
      <w:pPr>
        <w:jc w:val="right"/>
      </w:pPr>
      <w:r>
        <w:t>Deconditioning process is very, very difficult.</w:t>
      </w:r>
    </w:p>
    <w:p>
      <w:r>
        <w:rPr>
          <w:b/>
        </w:rPr>
        <w:t xml:space="preserve">[01:53] </w:t>
      </w:r>
      <w:r>
        <w:t>I can say that without the help of God it is impossible.</w:t>
      </w:r>
    </w:p>
    <w:p>
      <w:pPr>
        <w:jc w:val="right"/>
      </w:pPr>
      <w:r>
        <w:t>I can say that without the help of God it is impossible.</w:t>
      </w:r>
    </w:p>
    <w:p>
      <w:r>
        <w:rPr>
          <w:b/>
        </w:rPr>
        <w:t xml:space="preserve">[02:00] </w:t>
      </w:r>
      <w:r>
        <w:t>according to my</w:t>
      </w:r>
    </w:p>
    <w:p>
      <w:pPr>
        <w:jc w:val="right"/>
      </w:pPr>
      <w:r>
        <w:t>According to my</w:t>
      </w:r>
    </w:p>
    <w:p>
      <w:r>
        <w:rPr>
          <w:b/>
        </w:rPr>
        <w:t xml:space="preserve">[02:03] </w:t>
      </w:r>
      <w:r>
        <w:t>study, no one in the</w:t>
      </w:r>
    </w:p>
    <w:p>
      <w:pPr>
        <w:jc w:val="right"/>
      </w:pPr>
      <w:r>
        <w:t>study, no one in the</w:t>
      </w:r>
    </w:p>
    <w:p>
      <w:r>
        <w:rPr>
          <w:b/>
        </w:rPr>
        <w:t xml:space="preserve">[02:07] </w:t>
      </w:r>
      <w:r>
        <w:t>history was able to decondition his conditioning.</w:t>
      </w:r>
    </w:p>
    <w:p>
      <w:pPr>
        <w:jc w:val="right"/>
      </w:pPr>
      <w:r>
        <w:t>history was able to decondition his conditioning.</w:t>
      </w:r>
    </w:p>
    <w:p>
      <w:r>
        <w:rPr>
          <w:b/>
        </w:rPr>
        <w:t xml:space="preserve">[02:13] </w:t>
      </w:r>
      <w:r>
        <w:t>i don't know anyone except prophets.</w:t>
      </w:r>
    </w:p>
    <w:p>
      <w:pPr>
        <w:jc w:val="right"/>
      </w:pPr>
      <w:r>
        <w:t>I don't know anyone except prophets.</w:t>
      </w:r>
    </w:p>
    <w:p>
      <w:r>
        <w:rPr>
          <w:b/>
        </w:rPr>
        <w:t xml:space="preserve">[02:17] </w:t>
      </w:r>
      <w:r>
        <w:t>so prophets were deconditioned people, but their deconditioning was through angels,</w:t>
      </w:r>
    </w:p>
    <w:p>
      <w:pPr>
        <w:jc w:val="right"/>
      </w:pPr>
      <w:r>
        <w:t>So prophets were deconditioned people, but their deconditioning was through angels,</w:t>
      </w:r>
    </w:p>
    <w:p>
      <w:r>
        <w:rPr>
          <w:b/>
        </w:rPr>
        <w:t xml:space="preserve">[02:26] </w:t>
      </w:r>
      <w:r>
        <w:t>by the help of god.</w:t>
      </w:r>
    </w:p>
    <w:p>
      <w:pPr>
        <w:jc w:val="right"/>
      </w:pPr>
      <w:r>
        <w:t>by the help of God.</w:t>
      </w:r>
    </w:p>
    <w:p>
      <w:r>
        <w:rPr>
          <w:b/>
        </w:rPr>
        <w:t xml:space="preserve">[02:29] </w:t>
      </w:r>
      <w:r>
        <w:t>again, deconditioning process requires the help of god.</w:t>
      </w:r>
    </w:p>
    <w:p>
      <w:pPr>
        <w:jc w:val="right"/>
      </w:pPr>
      <w:r>
        <w:t>Again, deconditioning process requires the help of God.</w:t>
      </w:r>
    </w:p>
    <w:p>
      <w:r>
        <w:rPr>
          <w:b/>
        </w:rPr>
        <w:t xml:space="preserve">[02:36] </w:t>
      </w:r>
      <w:r>
        <w:t>so i believe that deconditioning is possible, but it is possible only by the help of god.</w:t>
      </w:r>
    </w:p>
    <w:p>
      <w:pPr>
        <w:jc w:val="right"/>
      </w:pPr>
      <w:r>
        <w:t>So I believe that deconditioning is possible, but it is possible only by the help of God.</w:t>
      </w:r>
    </w:p>
    <w:p>
      <w:r>
        <w:rPr>
          <w:b/>
        </w:rPr>
        <w:t xml:space="preserve">[02:48] </w:t>
      </w:r>
      <w:r>
        <w:t>so first of all, we have to ready for introspection.</w:t>
      </w:r>
    </w:p>
    <w:p>
      <w:pPr>
        <w:jc w:val="right"/>
      </w:pPr>
      <w:r>
        <w:t>So first of all, we have to ready for introspection.</w:t>
      </w:r>
    </w:p>
    <w:p>
      <w:r>
        <w:rPr>
          <w:b/>
        </w:rPr>
        <w:t xml:space="preserve">[02:54] </w:t>
      </w:r>
      <w:r>
        <w:t>i always say that</w:t>
      </w:r>
    </w:p>
    <w:p>
      <w:pPr>
        <w:jc w:val="right"/>
      </w:pPr>
      <w:r>
        <w:t>I always say that</w:t>
      </w:r>
    </w:p>
    <w:p>
      <w:r>
        <w:rPr>
          <w:b/>
        </w:rPr>
        <w:t xml:space="preserve">[02:57] </w:t>
      </w:r>
      <w:r>
        <w:t>when we talk about the help of god, so it is a</w:t>
      </w:r>
    </w:p>
    <w:p>
      <w:pPr>
        <w:jc w:val="right"/>
      </w:pPr>
      <w:r>
        <w:t>when we talk about the help of God, so it is a</w:t>
      </w:r>
    </w:p>
    <w:p>
      <w:r>
        <w:rPr>
          <w:b/>
        </w:rPr>
        <w:t xml:space="preserve">[03:04] </w:t>
      </w:r>
      <w:r>
        <w:t>half of the</w:t>
      </w:r>
    </w:p>
    <w:p>
      <w:pPr>
        <w:jc w:val="right"/>
      </w:pPr>
      <w:r>
        <w:t>half of the</w:t>
      </w:r>
    </w:p>
    <w:p>
      <w:r>
        <w:rPr>
          <w:b/>
        </w:rPr>
        <w:t xml:space="preserve">[03:07] </w:t>
      </w:r>
      <w:r>
        <w:t>problem. because half of the process</w:t>
      </w:r>
    </w:p>
    <w:p>
      <w:pPr>
        <w:jc w:val="right"/>
      </w:pPr>
      <w:r>
        <w:t>problem. Because half of the process</w:t>
      </w:r>
    </w:p>
    <w:p>
      <w:r>
        <w:rPr>
          <w:b/>
        </w:rPr>
        <w:t xml:space="preserve">[03:14] </w:t>
      </w:r>
      <w:r>
        <w:t>is—half of the process depends on man himself.</w:t>
      </w:r>
    </w:p>
    <w:p>
      <w:pPr>
        <w:jc w:val="right"/>
      </w:pPr>
      <w:r>
        <w:t>is—half of the process depends on man himself.</w:t>
      </w:r>
    </w:p>
    <w:p>
      <w:r>
        <w:rPr>
          <w:b/>
        </w:rPr>
        <w:t xml:space="preserve">[03:19] </w:t>
      </w:r>
      <w:r>
        <w:t>so you have to fulfill</w:t>
      </w:r>
    </w:p>
    <w:p>
      <w:pPr>
        <w:jc w:val="right"/>
      </w:pPr>
      <w:r>
        <w:t>So you have to fulfill</w:t>
      </w:r>
    </w:p>
    <w:p>
      <w:r>
        <w:rPr>
          <w:b/>
        </w:rPr>
        <w:t xml:space="preserve">[03:23] </w:t>
      </w:r>
      <w:r>
        <w:t>this half of the process.</w:t>
      </w:r>
    </w:p>
    <w:p>
      <w:pPr>
        <w:jc w:val="right"/>
      </w:pPr>
      <w:r>
        <w:t>this half of the process.</w:t>
      </w:r>
    </w:p>
    <w:p>
      <w:r>
        <w:rPr>
          <w:b/>
        </w:rPr>
        <w:t xml:space="preserve">[03:26] </w:t>
      </w:r>
      <w:r>
        <w:t>then you can expect that the</w:t>
      </w:r>
    </w:p>
    <w:p>
      <w:pPr>
        <w:jc w:val="right"/>
      </w:pPr>
      <w:r>
        <w:t>Then you can expect that the</w:t>
      </w:r>
    </w:p>
    <w:p>
      <w:r>
        <w:rPr>
          <w:b/>
        </w:rPr>
        <w:t xml:space="preserve">[03:34] </w:t>
      </w:r>
      <w:r>
        <w:t>rest half can be—can</w:t>
      </w:r>
    </w:p>
    <w:p>
      <w:pPr>
        <w:jc w:val="right"/>
      </w:pPr>
      <w:r>
        <w:t>rest half can be—can</w:t>
      </w:r>
    </w:p>
    <w:p>
      <w:r>
        <w:rPr>
          <w:b/>
        </w:rPr>
        <w:t xml:space="preserve">[03:37] </w:t>
      </w:r>
      <w:r>
        <w:t>be provided by god.</w:t>
      </w:r>
    </w:p>
    <w:p>
      <w:pPr>
        <w:jc w:val="right"/>
      </w:pPr>
      <w:r>
        <w:t>be provided by God.</w:t>
      </w:r>
    </w:p>
    <w:p>
      <w:r>
        <w:rPr>
          <w:b/>
        </w:rPr>
        <w:t xml:space="preserve">[03:41] </w:t>
      </w:r>
      <w:r>
        <w:t>so according to my experience or my study,</w:t>
      </w:r>
    </w:p>
    <w:p>
      <w:pPr>
        <w:jc w:val="right"/>
      </w:pPr>
      <w:r>
        <w:t>So according to my experience or my study,</w:t>
      </w:r>
    </w:p>
    <w:p>
      <w:r>
        <w:rPr>
          <w:b/>
        </w:rPr>
        <w:t xml:space="preserve">[03:47] </w:t>
      </w:r>
      <w:r>
        <w:t>Deconditioning is near impossible.</w:t>
      </w:r>
    </w:p>
    <w:p>
      <w:pPr>
        <w:jc w:val="right"/>
      </w:pPr>
      <w:r>
        <w:t>deconditioning is near impossible.</w:t>
      </w:r>
    </w:p>
    <w:p>
      <w:r>
        <w:rPr>
          <w:b/>
        </w:rPr>
        <w:t xml:space="preserve">[03:53] </w:t>
      </w:r>
      <w:r>
        <w:t>but it is possible for that person who is ready</w:t>
      </w:r>
    </w:p>
    <w:p>
      <w:pPr>
        <w:jc w:val="right"/>
      </w:pPr>
      <w:r>
        <w:t>But it is possible for that person who is ready</w:t>
      </w:r>
    </w:p>
    <w:p>
      <w:r>
        <w:rPr>
          <w:b/>
        </w:rPr>
        <w:t xml:space="preserve">[03:58] </w:t>
      </w:r>
      <w:r>
        <w:t>to introspection, who is ready to—to</w:t>
      </w:r>
    </w:p>
    <w:p>
      <w:pPr>
        <w:jc w:val="right"/>
      </w:pPr>
      <w:r>
        <w:t>to introspection, who is ready to—to</w:t>
      </w:r>
    </w:p>
    <w:p>
      <w:r>
        <w:rPr>
          <w:b/>
        </w:rPr>
        <w:t xml:space="preserve">[04:03] </w:t>
      </w:r>
      <w:r>
        <w:t>say that i was wrong,</w:t>
      </w:r>
    </w:p>
    <w:p>
      <w:pPr>
        <w:jc w:val="right"/>
      </w:pPr>
      <w:r>
        <w:t>say that I was wrong,</w:t>
      </w:r>
    </w:p>
    <w:p>
      <w:r>
        <w:rPr>
          <w:b/>
        </w:rPr>
        <w:t xml:space="preserve">[04:06] </w:t>
      </w:r>
      <w:r>
        <w:t>and at the same time he seek help from god.</w:t>
      </w:r>
    </w:p>
    <w:p>
      <w:pPr>
        <w:jc w:val="right"/>
      </w:pPr>
      <w:r>
        <w:t>and at the same time he seek help from God.</w:t>
      </w:r>
    </w:p>
    <w:p>
      <w:r>
        <w:rPr>
          <w:b/>
        </w:rPr>
        <w:t xml:space="preserve">[04:13] </w:t>
      </w:r>
      <w:r>
        <w:t>so on one side introspection,</w:t>
      </w:r>
    </w:p>
    <w:p>
      <w:pPr>
        <w:jc w:val="right"/>
      </w:pPr>
      <w:r>
        <w:t>So on one side introspection,</w:t>
      </w:r>
    </w:p>
    <w:p>
      <w:r>
        <w:rPr>
          <w:b/>
        </w:rPr>
        <w:t xml:space="preserve">[04:16] </w:t>
      </w:r>
      <w:r>
        <w:t>and the other side</w:t>
      </w:r>
    </w:p>
    <w:p>
      <w:pPr>
        <w:jc w:val="right"/>
      </w:pPr>
      <w:r>
        <w:t>and the other side</w:t>
      </w:r>
    </w:p>
    <w:p>
      <w:r>
        <w:rPr>
          <w:b/>
        </w:rPr>
        <w:t xml:space="preserve">[04:18] </w:t>
      </w:r>
      <w:r>
        <w:t>help of God.</w:t>
      </w:r>
    </w:p>
    <w:p>
      <w:pPr>
        <w:jc w:val="right"/>
      </w:pPr>
      <w:r>
        <w:t>help of God.</w:t>
      </w:r>
    </w:p>
    <w:p>
      <w:r>
        <w:rPr>
          <w:b/>
        </w:rPr>
        <w:t xml:space="preserve">[04:21] </w:t>
      </w:r>
      <w:r>
        <w:t>By these two things,</w:t>
      </w:r>
    </w:p>
    <w:p>
      <w:pPr>
        <w:jc w:val="right"/>
      </w:pPr>
      <w:r>
        <w:t>By these two things,</w:t>
      </w:r>
    </w:p>
    <w:p>
      <w:r>
        <w:rPr>
          <w:b/>
        </w:rPr>
        <w:t xml:space="preserve">[04:25] </w:t>
      </w:r>
      <w:r>
        <w:t>one can decondition his conditioning.</w:t>
      </w:r>
    </w:p>
    <w:p>
      <w:pPr>
        <w:jc w:val="right"/>
      </w:pPr>
      <w:r>
        <w:t>one can decondition his conditioning.</w:t>
      </w:r>
    </w:p>
    <w:p>
      <w:r>
        <w:rPr>
          <w:b/>
        </w:rPr>
        <w:t xml:space="preserve">[04:31] </w:t>
      </w:r>
      <w:r>
        <w:t>Maulana, you always, you know, emphasized on a person doing intellectual development. please tell us, what is this intellectual development, and how can one do it?</w:t>
      </w:r>
    </w:p>
    <w:p>
      <w:pPr>
        <w:jc w:val="right"/>
      </w:pPr>
      <w:r>
        <w:t>मुलाना, यू ऑलवेज, यू नो, एमफसाइज्ड ऑन अ पर्सन डूइंग इंटेलेक्चुअल डेवलपमेंट। प्लीज टेल अस, व्हाट इज़ दिस इंटेलेक्चुअल डेवलपमेंट, एंड हाउ कैन वन डू इट?</w:t>
      </w:r>
    </w:p>
    <w:p>
      <w:r>
        <w:rPr>
          <w:b/>
        </w:rPr>
        <w:t xml:space="preserve">[04:44] </w:t>
      </w:r>
      <w:r>
        <w:t>Intellectual development is the most,</w:t>
      </w:r>
    </w:p>
    <w:p>
      <w:pPr>
        <w:jc w:val="right"/>
      </w:pPr>
      <w:r>
        <w:t>Intellectual development is the most,</w:t>
      </w:r>
    </w:p>
    <w:p>
      <w:r>
        <w:rPr>
          <w:b/>
        </w:rPr>
        <w:t xml:space="preserve">[04:50] </w:t>
      </w:r>
      <w:r>
        <w:t>most important thing in, in, in the life of any man or woman.</w:t>
      </w:r>
    </w:p>
    <w:p>
      <w:pPr>
        <w:jc w:val="right"/>
      </w:pPr>
      <w:r>
        <w:t>most important thing in, in, in the life of any man or woman.</w:t>
      </w:r>
    </w:p>
    <w:p>
      <w:r>
        <w:rPr>
          <w:b/>
        </w:rPr>
        <w:t xml:space="preserve">[05:00] </w:t>
      </w:r>
      <w:r>
        <w:t>We are, you know, we are—we,</w:t>
      </w:r>
    </w:p>
    <w:p>
      <w:pPr>
        <w:jc w:val="right"/>
      </w:pPr>
      <w:r>
        <w:t>We are, you know, we are—we,</w:t>
      </w:r>
    </w:p>
    <w:p>
      <w:r>
        <w:rPr>
          <w:b/>
        </w:rPr>
        <w:t xml:space="preserve">[05:06] </w:t>
      </w:r>
      <w:r>
        <w:t>we have a dual personality.</w:t>
      </w:r>
    </w:p>
    <w:p>
      <w:pPr>
        <w:jc w:val="right"/>
      </w:pPr>
      <w:r>
        <w:t>we have a dual personality.</w:t>
      </w:r>
    </w:p>
    <w:p>
      <w:r>
        <w:rPr>
          <w:b/>
        </w:rPr>
        <w:t xml:space="preserve">[05:08] </w:t>
      </w:r>
      <w:r>
        <w:t>We have a physical body, and at the same time we have a mind.</w:t>
      </w:r>
    </w:p>
    <w:p>
      <w:pPr>
        <w:jc w:val="right"/>
      </w:pPr>
      <w:r>
        <w:t>We have a physical body, and at the same time we have a mind.</w:t>
      </w:r>
    </w:p>
    <w:p>
      <w:r>
        <w:rPr>
          <w:b/>
        </w:rPr>
        <w:t xml:space="preserve">[05:14] </w:t>
      </w:r>
      <w:r>
        <w:t>So physical body also maintained, also requires</w:t>
      </w:r>
    </w:p>
    <w:p>
      <w:pPr>
        <w:jc w:val="right"/>
      </w:pPr>
      <w:r>
        <w:t>So physical body also maintained, also requires</w:t>
      </w:r>
    </w:p>
    <w:p>
      <w:r>
        <w:rPr>
          <w:b/>
        </w:rPr>
        <w:t xml:space="preserve">[05:22] </w:t>
      </w:r>
      <w:r>
        <w:t>that, requires health, health.</w:t>
      </w:r>
    </w:p>
    <w:p>
      <w:pPr>
        <w:jc w:val="right"/>
      </w:pPr>
      <w:r>
        <w:t>that, requires health, health.</w:t>
      </w:r>
    </w:p>
    <w:p>
      <w:r>
        <w:rPr>
          <w:b/>
        </w:rPr>
        <w:t xml:space="preserve">[05:27] </w:t>
      </w:r>
      <w:r>
        <w:t>So physical health can be maintained through physical food.</w:t>
      </w:r>
    </w:p>
    <w:p>
      <w:pPr>
        <w:jc w:val="right"/>
      </w:pPr>
      <w:r>
        <w:t>So physical health can be maintained through physical food.</w:t>
      </w:r>
    </w:p>
    <w:p>
      <w:r>
        <w:rPr>
          <w:b/>
        </w:rPr>
        <w:t xml:space="preserve">[05:33] </w:t>
      </w:r>
      <w:r>
        <w:t>So is the case of mind.</w:t>
      </w:r>
    </w:p>
    <w:p>
      <w:pPr>
        <w:jc w:val="right"/>
      </w:pPr>
      <w:r>
        <w:t>So is the case of mind.</w:t>
      </w:r>
    </w:p>
    <w:p>
      <w:r>
        <w:rPr>
          <w:b/>
        </w:rPr>
        <w:t xml:space="preserve">[05:35] </w:t>
      </w:r>
      <w:r>
        <w:t>Mind also requires food.</w:t>
      </w:r>
    </w:p>
    <w:p>
      <w:pPr>
        <w:jc w:val="right"/>
      </w:pPr>
      <w:r>
        <w:t>Mind also requires food.</w:t>
      </w:r>
    </w:p>
    <w:p>
      <w:r>
        <w:rPr>
          <w:b/>
        </w:rPr>
        <w:t xml:space="preserve">[05:38] </w:t>
      </w:r>
      <w:r>
        <w:t>That is spiritual food, or intellectual food.</w:t>
      </w:r>
    </w:p>
    <w:p>
      <w:pPr>
        <w:jc w:val="right"/>
      </w:pPr>
      <w:r>
        <w:t>That is spiritual food, or intellectual food.</w:t>
      </w:r>
    </w:p>
    <w:p>
      <w:r>
        <w:rPr>
          <w:b/>
        </w:rPr>
        <w:t xml:space="preserve">[05:42] </w:t>
      </w:r>
      <w:r>
        <w:t>Through thinking process</w:t>
      </w:r>
    </w:p>
    <w:p>
      <w:pPr>
        <w:jc w:val="right"/>
      </w:pPr>
      <w:r>
        <w:t>Through thinking process</w:t>
      </w:r>
    </w:p>
    <w:p>
      <w:r>
        <w:rPr>
          <w:b/>
        </w:rPr>
        <w:t xml:space="preserve">[05:46] </w:t>
      </w:r>
      <w:r>
        <w:t>you can achieve the intellectual development.</w:t>
      </w:r>
    </w:p>
    <w:p>
      <w:pPr>
        <w:jc w:val="right"/>
      </w:pPr>
      <w:r>
        <w:t>you can achieve the intellectual development.</w:t>
      </w:r>
    </w:p>
    <w:p>
      <w:r>
        <w:rPr>
          <w:b/>
        </w:rPr>
        <w:t xml:space="preserve">[05:53] </w:t>
      </w:r>
      <w:r>
        <w:t>It is not,</w:t>
      </w:r>
    </w:p>
    <w:p>
      <w:pPr>
        <w:jc w:val="right"/>
      </w:pPr>
      <w:r>
        <w:t>It is not,</w:t>
      </w:r>
    </w:p>
    <w:p>
      <w:r>
        <w:rPr>
          <w:b/>
        </w:rPr>
        <w:t xml:space="preserve">[05:55] </w:t>
      </w:r>
      <w:r>
        <w:t>it is, it is not very easy, but it is possible.</w:t>
      </w:r>
    </w:p>
    <w:p>
      <w:pPr>
        <w:jc w:val="right"/>
      </w:pPr>
      <w:r>
        <w:t>it is, it is not very easy, but it is possible.</w:t>
      </w:r>
    </w:p>
    <w:p>
      <w:r>
        <w:rPr>
          <w:b/>
        </w:rPr>
        <w:t xml:space="preserve">[06:00] </w:t>
      </w:r>
      <w:r>
        <w:t>Because intellectual development</w:t>
      </w:r>
    </w:p>
    <w:p>
      <w:pPr>
        <w:jc w:val="right"/>
      </w:pPr>
      <w:r>
        <w:t>Because intellectual development</w:t>
      </w:r>
    </w:p>
    <w:p>
      <w:r>
        <w:rPr>
          <w:b/>
        </w:rPr>
        <w:t xml:space="preserve">[06:05] </w:t>
      </w:r>
      <w:r>
        <w:t>and thinking process</w:t>
      </w:r>
    </w:p>
    <w:p>
      <w:pPr>
        <w:jc w:val="right"/>
      </w:pPr>
      <w:r>
        <w:t>and thinking process</w:t>
      </w:r>
    </w:p>
    <w:p>
      <w:r>
        <w:rPr>
          <w:b/>
        </w:rPr>
        <w:t xml:space="preserve">[06:09] </w:t>
      </w:r>
      <w:r>
        <w:t>requires objectivity, sincerity,</w:t>
      </w:r>
    </w:p>
    <w:p>
      <w:pPr>
        <w:jc w:val="right"/>
      </w:pPr>
      <w:r>
        <w:t>requires objectivity, sincerity,</w:t>
      </w:r>
    </w:p>
    <w:p>
      <w:r>
        <w:rPr>
          <w:b/>
        </w:rPr>
        <w:t xml:space="preserve">[06:16] </w:t>
      </w:r>
      <w:r>
        <w:t>and more than that, the capacity to say that I was wrong.</w:t>
      </w:r>
    </w:p>
    <w:p>
      <w:pPr>
        <w:jc w:val="right"/>
      </w:pPr>
      <w:r>
        <w:t>and more than that, the capacity to say that I was wrong.</w:t>
      </w:r>
    </w:p>
    <w:p>
      <w:r>
        <w:rPr>
          <w:b/>
        </w:rPr>
        <w:t xml:space="preserve">[06:24] </w:t>
      </w:r>
      <w:r>
        <w:t>So if you have these qualities, that you are ready to say, you are ready to, to say</w:t>
      </w:r>
    </w:p>
    <w:p>
      <w:pPr>
        <w:jc w:val="right"/>
      </w:pPr>
      <w:r>
        <w:t>So if you have these qualities, that you are ready to say, you are ready to, to say</w:t>
      </w:r>
    </w:p>
    <w:p>
      <w:r>
        <w:rPr>
          <w:b/>
        </w:rPr>
        <w:t xml:space="preserve">[06:31] </w:t>
      </w:r>
      <w:r>
        <w:t>I was wrong,</w:t>
      </w:r>
    </w:p>
    <w:p>
      <w:pPr>
        <w:jc w:val="right"/>
      </w:pPr>
      <w:r>
        <w:t>I was wrong,</w:t>
      </w:r>
    </w:p>
    <w:p>
      <w:r>
        <w:rPr>
          <w:b/>
        </w:rPr>
        <w:t xml:space="preserve">[06:34] </w:t>
      </w:r>
      <w:r>
        <w:t>and you are</w:t>
      </w:r>
    </w:p>
    <w:p>
      <w:pPr>
        <w:jc w:val="right"/>
      </w:pPr>
      <w:r>
        <w:t>and you are</w:t>
      </w:r>
    </w:p>
    <w:p>
      <w:r>
        <w:rPr>
          <w:b/>
        </w:rPr>
        <w:t xml:space="preserve">[06:36] </w:t>
      </w:r>
      <w:r>
        <w:t>ready to think objectively,</w:t>
      </w:r>
    </w:p>
    <w:p>
      <w:pPr>
        <w:jc w:val="right"/>
      </w:pPr>
      <w:r>
        <w:t>ready to think objectively,</w:t>
      </w:r>
    </w:p>
    <w:p>
      <w:r>
        <w:rPr>
          <w:b/>
        </w:rPr>
        <w:t xml:space="preserve">[06:40] </w:t>
      </w:r>
      <w:r>
        <w:t>and you are</w:t>
      </w:r>
    </w:p>
    <w:p>
      <w:pPr>
        <w:jc w:val="right"/>
      </w:pPr>
      <w:r>
        <w:t>and you are</w:t>
      </w:r>
    </w:p>
    <w:p>
      <w:r>
        <w:rPr>
          <w:b/>
        </w:rPr>
        <w:t xml:space="preserve">[06:42] </w:t>
      </w:r>
      <w:r>
        <w:t>ready to be patient,</w:t>
      </w:r>
    </w:p>
    <w:p>
      <w:pPr>
        <w:jc w:val="right"/>
      </w:pPr>
      <w:r>
        <w:t>ready to be patient,</w:t>
      </w:r>
    </w:p>
    <w:p>
      <w:r>
        <w:rPr>
          <w:b/>
        </w:rPr>
        <w:t xml:space="preserve">[06:46] </w:t>
      </w:r>
      <w:r>
        <w:t>and you are ready to,</w:t>
      </w:r>
    </w:p>
    <w:p>
      <w:pPr>
        <w:jc w:val="right"/>
      </w:pPr>
      <w:r>
        <w:t>and you are ready to,</w:t>
      </w:r>
    </w:p>
    <w:p>
      <w:r>
        <w:rPr>
          <w:b/>
        </w:rPr>
        <w:t xml:space="preserve">[06:49] </w:t>
      </w:r>
      <w:r>
        <w:t>to live positively, so all these qualities require</w:t>
      </w:r>
    </w:p>
    <w:p>
      <w:pPr>
        <w:jc w:val="right"/>
      </w:pPr>
      <w:r>
        <w:t>to live positively, so all these qualities require</w:t>
      </w:r>
    </w:p>
    <w:p>
      <w:r>
        <w:rPr>
          <w:b/>
        </w:rPr>
        <w:t xml:space="preserve">[06:56] </w:t>
      </w:r>
      <w:r>
        <w:t>for intellectual development.</w:t>
      </w:r>
    </w:p>
    <w:p>
      <w:pPr>
        <w:jc w:val="right"/>
      </w:pPr>
      <w:r>
        <w:t>for intellectual development.</w:t>
      </w:r>
    </w:p>
    <w:p>
      <w:r>
        <w:rPr>
          <w:b/>
        </w:rPr>
        <w:t xml:space="preserve">[06:59] </w:t>
      </w:r>
      <w:r>
        <w:t>Intellectual development can be at, cannot be attained in, cannot be attained in a vacuum.</w:t>
      </w:r>
    </w:p>
    <w:p>
      <w:pPr>
        <w:jc w:val="right"/>
      </w:pPr>
      <w:r>
        <w:t>Intellectual development can be at, cannot be attained in, cannot be attained in a vacuum.</w:t>
      </w:r>
    </w:p>
    <w:p>
      <w:r>
        <w:rPr>
          <w:b/>
        </w:rPr>
        <w:t xml:space="preserve">[07:06] </w:t>
      </w:r>
      <w:r>
        <w:t>It requires a full,</w:t>
      </w:r>
    </w:p>
    <w:p>
      <w:pPr>
        <w:jc w:val="right"/>
      </w:pPr>
      <w:r>
        <w:t>It requires a full,</w:t>
      </w:r>
    </w:p>
    <w:p>
      <w:r>
        <w:rPr>
          <w:b/>
        </w:rPr>
        <w:t xml:space="preserve">[07:09] </w:t>
      </w:r>
      <w:r>
        <w:t>a full process.</w:t>
      </w:r>
    </w:p>
    <w:p>
      <w:pPr>
        <w:jc w:val="right"/>
      </w:pPr>
      <w:r>
        <w:t>a full process.</w:t>
      </w:r>
    </w:p>
    <w:p>
      <w:r>
        <w:rPr>
          <w:b/>
        </w:rPr>
        <w:t xml:space="preserve">[07:12] </w:t>
      </w:r>
      <w:r>
        <w:t>A full process.</w:t>
      </w:r>
    </w:p>
    <w:p>
      <w:pPr>
        <w:jc w:val="right"/>
      </w:pPr>
      <w:r>
        <w:t>A full process.</w:t>
      </w:r>
    </w:p>
    <w:p>
      <w:r>
        <w:rPr>
          <w:b/>
        </w:rPr>
        <w:t xml:space="preserve">[07:14] </w:t>
      </w:r>
      <w:r>
        <w:t>So this process</w:t>
      </w:r>
    </w:p>
    <w:p>
      <w:pPr>
        <w:jc w:val="right"/>
      </w:pPr>
      <w:r>
        <w:t>So this process</w:t>
      </w:r>
    </w:p>
    <w:p>
      <w:r>
        <w:rPr>
          <w:b/>
        </w:rPr>
        <w:t xml:space="preserve">[07:17] </w:t>
      </w:r>
      <w:r>
        <w:t>requires all these things,</w:t>
      </w:r>
    </w:p>
    <w:p>
      <w:pPr>
        <w:jc w:val="right"/>
      </w:pPr>
      <w:r>
        <w:t>requires all these things,</w:t>
      </w:r>
    </w:p>
    <w:p>
      <w:r>
        <w:rPr>
          <w:b/>
        </w:rPr>
        <w:t xml:space="preserve">[07:20] </w:t>
      </w:r>
      <w:r>
        <w:t>like objectivity and sincerity and patience, all these things.</w:t>
      </w:r>
    </w:p>
    <w:p>
      <w:pPr>
        <w:jc w:val="right"/>
      </w:pPr>
      <w:r>
        <w:t>like objectivity and sincerity and patience, all these things.</w:t>
      </w:r>
    </w:p>
    <w:p>
      <w:r>
        <w:rPr>
          <w:b/>
        </w:rPr>
        <w:t xml:space="preserve">[07:24] </w:t>
      </w:r>
      <w:r>
        <w:t>So if you are ready to</w:t>
      </w:r>
    </w:p>
    <w:p>
      <w:pPr>
        <w:jc w:val="right"/>
      </w:pPr>
      <w:r>
        <w:t>So if you are ready to</w:t>
      </w:r>
    </w:p>
    <w:p>
      <w:r>
        <w:rPr>
          <w:b/>
        </w:rPr>
        <w:t xml:space="preserve">[07:27] </w:t>
      </w:r>
      <w:r>
        <w:t>pay this price,</w:t>
      </w:r>
    </w:p>
    <w:p>
      <w:pPr>
        <w:jc w:val="right"/>
      </w:pPr>
      <w:r>
        <w:t>pay this price,</w:t>
      </w:r>
    </w:p>
    <w:p>
      <w:r>
        <w:rPr>
          <w:b/>
        </w:rPr>
        <w:t xml:space="preserve">[07:29] </w:t>
      </w:r>
      <w:r>
        <w:t>you can develop your mind.</w:t>
      </w:r>
    </w:p>
    <w:p>
      <w:pPr>
        <w:jc w:val="right"/>
      </w:pPr>
      <w:r>
        <w:t>you can develop your mind.</w:t>
      </w:r>
    </w:p>
    <w:p>
      <w:r>
        <w:rPr>
          <w:b/>
        </w:rPr>
        <w:t xml:space="preserve">[07:33] </w:t>
      </w:r>
      <w:r>
        <w:t>This is my experience.</w:t>
      </w:r>
    </w:p>
    <w:p>
      <w:pPr>
        <w:jc w:val="right"/>
      </w:pPr>
      <w:r>
        <w:t>This is my experience.</w:t>
      </w:r>
    </w:p>
    <w:p>
      <w:r>
        <w:rPr>
          <w:b/>
        </w:rPr>
        <w:t xml:space="preserve">[07:34] </w:t>
      </w:r>
      <w:r>
        <w:t>when you talk about mind, the first thing that comes is stress, which many people face today. in fact, many distressing shops have sprung up all over the world. what is your formula for distressing?</w:t>
      </w:r>
    </w:p>
    <w:p>
      <w:pPr>
        <w:jc w:val="right"/>
      </w:pPr>
      <w:r>
        <w:t>व्हेन यू टॉक अबाउट माइंड, द फर्स्ट थिंग दैट कम्स इज़ स्ट्रेस, व्हिच मेनी पीपल फेस टुडे। इन फैक्ट, मेनी डिस्ट्रेसिंग शॉप्स हैव स्प्रंग अप ऑल ओवर द वर्ल्ड। व्हाट इज़ योर फार्मूला फॉर डिस्ट्रेसिंग?</w:t>
      </w:r>
    </w:p>
    <w:p>
      <w:r>
        <w:rPr>
          <w:b/>
        </w:rPr>
        <w:t xml:space="preserve">[07:49] </w:t>
      </w:r>
      <w:r>
        <w:t>I think that stress and tension is a man-made phenomenon.</w:t>
      </w:r>
    </w:p>
    <w:p>
      <w:pPr>
        <w:jc w:val="right"/>
      </w:pPr>
      <w:r>
        <w:t>I think that stress and tension is a man-made phenomenon.</w:t>
      </w:r>
    </w:p>
    <w:p>
      <w:r>
        <w:rPr>
          <w:b/>
        </w:rPr>
        <w:t xml:space="preserve">[07:58] </w:t>
      </w:r>
      <w:r>
        <w:t>Man-made phenomenon. It is not</w:t>
      </w:r>
    </w:p>
    <w:p>
      <w:pPr>
        <w:jc w:val="right"/>
      </w:pPr>
      <w:r>
        <w:t>Man-made phenomenon. It is not</w:t>
      </w:r>
    </w:p>
    <w:p>
      <w:r>
        <w:rPr>
          <w:b/>
        </w:rPr>
        <w:t xml:space="preserve">[08:01] </w:t>
      </w:r>
      <w:r>
        <w:t>natural phenomenon. So what is the,</w:t>
      </w:r>
    </w:p>
    <w:p>
      <w:pPr>
        <w:jc w:val="right"/>
      </w:pPr>
      <w:r>
        <w:t>natural phenomenon. So what is the,</w:t>
      </w:r>
    </w:p>
    <w:p>
      <w:r>
        <w:rPr>
          <w:b/>
        </w:rPr>
        <w:t xml:space="preserve">[08:08] </w:t>
      </w:r>
      <w:r>
        <w:t>what is the</w:t>
      </w:r>
    </w:p>
    <w:p>
      <w:pPr>
        <w:jc w:val="right"/>
      </w:pPr>
      <w:r>
        <w:t>what is the</w:t>
      </w:r>
    </w:p>
    <w:p>
      <w:r>
        <w:rPr>
          <w:b/>
        </w:rPr>
        <w:t xml:space="preserve">[08:10] </w:t>
      </w:r>
      <w:r>
        <w:t>crux of this matter is that</w:t>
      </w:r>
    </w:p>
    <w:p>
      <w:pPr>
        <w:jc w:val="right"/>
      </w:pPr>
      <w:r>
        <w:t>crux of this matter is that</w:t>
      </w:r>
    </w:p>
    <w:p>
      <w:r>
        <w:rPr>
          <w:b/>
        </w:rPr>
        <w:t xml:space="preserve">[08:14] </w:t>
      </w:r>
      <w:r>
        <w:t>we are living here in a world that is a limited world, but our desires are unlimited.</w:t>
      </w:r>
    </w:p>
    <w:p>
      <w:pPr>
        <w:jc w:val="right"/>
      </w:pPr>
      <w:r>
        <w:t>we are living here in a world that is a limited world, but our desires are unlimited.</w:t>
      </w:r>
    </w:p>
    <w:p>
      <w:r>
        <w:rPr>
          <w:b/>
        </w:rPr>
        <w:t xml:space="preserve">[08:23] </w:t>
      </w:r>
      <w:r>
        <w:t>So we want to fulfill our desires</w:t>
      </w:r>
    </w:p>
    <w:p>
      <w:pPr>
        <w:jc w:val="right"/>
      </w:pPr>
      <w:r>
        <w:t>So we want to fulfill our desires</w:t>
      </w:r>
    </w:p>
    <w:p>
      <w:r>
        <w:rPr>
          <w:b/>
        </w:rPr>
        <w:t xml:space="preserve">[08:26] </w:t>
      </w:r>
      <w:r>
        <w:t>in an unlimited way.</w:t>
      </w:r>
    </w:p>
    <w:p>
      <w:pPr>
        <w:jc w:val="right"/>
      </w:pPr>
      <w:r>
        <w:t>in an unlimited way.</w:t>
      </w:r>
    </w:p>
    <w:p>
      <w:r>
        <w:rPr>
          <w:b/>
        </w:rPr>
        <w:t xml:space="preserve">[08:29] </w:t>
      </w:r>
      <w:r>
        <w:t>But as world is limited, sources are limited.</w:t>
      </w:r>
    </w:p>
    <w:p>
      <w:pPr>
        <w:jc w:val="right"/>
      </w:pPr>
      <w:r>
        <w:t>But as world is limited, sources are limited.</w:t>
      </w:r>
    </w:p>
    <w:p>
      <w:r>
        <w:rPr>
          <w:b/>
        </w:rPr>
        <w:t xml:space="preserve">[08:34] </w:t>
      </w:r>
      <w:r>
        <w:t>So how you can fulfill all your des</w:t>
      </w:r>
    </w:p>
    <w:p>
      <w:pPr>
        <w:jc w:val="right"/>
      </w:pPr>
      <w:r>
        <w:t>So how you can fulfill all your des</w:t>
      </w:r>
    </w:p>
    <w:p>
      <w:r>
        <w:rPr>
          <w:b/>
        </w:rPr>
        <w:t xml:space="preserve">[08:37] </w:t>
      </w:r>
      <w:r>
        <w:t>ires? It is impossible.</w:t>
      </w:r>
    </w:p>
    <w:p>
      <w:pPr>
        <w:jc w:val="right"/>
      </w:pPr>
      <w:r>
        <w:t>ires? It is impossible.</w:t>
      </w:r>
    </w:p>
    <w:p>
      <w:r>
        <w:rPr>
          <w:b/>
        </w:rPr>
        <w:t xml:space="preserve">[08:39] </w:t>
      </w:r>
      <w:r>
        <w:t>So the only formula</w:t>
      </w:r>
    </w:p>
    <w:p>
      <w:pPr>
        <w:jc w:val="right"/>
      </w:pPr>
      <w:r>
        <w:t>So the only formula</w:t>
      </w:r>
    </w:p>
    <w:p>
      <w:r>
        <w:rPr>
          <w:b/>
        </w:rPr>
        <w:t xml:space="preserve">[08:42] </w:t>
      </w:r>
      <w:r>
        <w:t>to, to achieve peace of mind is contentment.</w:t>
      </w:r>
    </w:p>
    <w:p>
      <w:pPr>
        <w:jc w:val="right"/>
      </w:pPr>
      <w:r>
        <w:t>to, to achieve peace of mind is contentment.</w:t>
      </w:r>
    </w:p>
    <w:p>
      <w:r>
        <w:rPr>
          <w:b/>
        </w:rPr>
        <w:t xml:space="preserve">[08:49] </w:t>
      </w:r>
      <w:r>
        <w:t>Contentment. But people are not ready</w:t>
      </w:r>
    </w:p>
    <w:p>
      <w:pPr>
        <w:jc w:val="right"/>
      </w:pPr>
      <w:r>
        <w:t>Contentment. But people are not ready</w:t>
      </w:r>
    </w:p>
    <w:p>
      <w:r>
        <w:rPr>
          <w:b/>
        </w:rPr>
        <w:t xml:space="preserve">[08:54] </w:t>
      </w:r>
      <w:r>
        <w:t>for contentment. They always want more and more, more and more, whereas it is impossible.</w:t>
      </w:r>
    </w:p>
    <w:p>
      <w:pPr>
        <w:jc w:val="right"/>
      </w:pPr>
      <w:r>
        <w:t>for contentment. They always want more and more, more and more, whereas it is impossible.</w:t>
      </w:r>
    </w:p>
    <w:p>
      <w:r>
        <w:rPr>
          <w:b/>
        </w:rPr>
        <w:t xml:space="preserve">[09:03] </w:t>
      </w:r>
      <w:r>
        <w:t>So we live in a contradiction.</w:t>
      </w:r>
    </w:p>
    <w:p>
      <w:pPr>
        <w:jc w:val="right"/>
      </w:pPr>
      <w:r>
        <w:t>So we live in a contradiction.</w:t>
      </w:r>
    </w:p>
    <w:p>
      <w:r>
        <w:rPr>
          <w:b/>
        </w:rPr>
        <w:t xml:space="preserve">[09:07] </w:t>
      </w:r>
      <w:r>
        <w:t>Our desires are unlimited, but</w:t>
      </w:r>
    </w:p>
    <w:p>
      <w:pPr>
        <w:jc w:val="right"/>
      </w:pPr>
      <w:r>
        <w:t>Our desires are unlimited, but</w:t>
      </w:r>
    </w:p>
    <w:p>
      <w:r>
        <w:rPr>
          <w:b/>
        </w:rPr>
        <w:t xml:space="preserve">[09:12] </w:t>
      </w:r>
      <w:r>
        <w:t>the world is limited.</w:t>
      </w:r>
    </w:p>
    <w:p>
      <w:pPr>
        <w:jc w:val="right"/>
      </w:pPr>
      <w:r>
        <w:t>the world is limited.</w:t>
      </w:r>
    </w:p>
    <w:p>
      <w:r>
        <w:rPr>
          <w:b/>
        </w:rPr>
        <w:t xml:space="preserve">[09:14] </w:t>
      </w:r>
      <w:r>
        <w:t>Sources are limited.</w:t>
      </w:r>
    </w:p>
    <w:p>
      <w:pPr>
        <w:jc w:val="right"/>
      </w:pPr>
      <w:r>
        <w:t>Sources are limited.</w:t>
      </w:r>
    </w:p>
    <w:p>
      <w:r>
        <w:rPr>
          <w:b/>
        </w:rPr>
        <w:t xml:space="preserve">[09:17] </w:t>
      </w:r>
      <w:r>
        <w:t>Also we are living in a world of competition.</w:t>
      </w:r>
    </w:p>
    <w:p>
      <w:pPr>
        <w:jc w:val="right"/>
      </w:pPr>
      <w:r>
        <w:t>Also we are living in a world of competition.</w:t>
      </w:r>
    </w:p>
    <w:p>
      <w:r>
        <w:rPr>
          <w:b/>
        </w:rPr>
        <w:t xml:space="preserve">[09:21] </w:t>
      </w:r>
      <w:r>
        <w:t>So we cannot achieve</w:t>
      </w:r>
    </w:p>
    <w:p>
      <w:pPr>
        <w:jc w:val="right"/>
      </w:pPr>
      <w:r>
        <w:t>So we cannot achieve</w:t>
      </w:r>
    </w:p>
    <w:p>
      <w:r>
        <w:rPr>
          <w:b/>
        </w:rPr>
        <w:t xml:space="preserve">[09:24] </w:t>
      </w:r>
      <w:r>
        <w:t>all those desires.</w:t>
      </w:r>
    </w:p>
    <w:p>
      <w:pPr>
        <w:jc w:val="right"/>
      </w:pPr>
      <w:r>
        <w:t>all those desires.</w:t>
      </w:r>
    </w:p>
    <w:p>
      <w:r>
        <w:rPr>
          <w:b/>
        </w:rPr>
        <w:t xml:space="preserve">[09:29] </w:t>
      </w:r>
      <w:r>
        <w:t>So we have, so you have to be realistic.</w:t>
      </w:r>
    </w:p>
    <w:p>
      <w:pPr>
        <w:jc w:val="right"/>
      </w:pPr>
      <w:r>
        <w:t>So we have, so you have to be realistic.</w:t>
      </w:r>
    </w:p>
    <w:p>
      <w:r>
        <w:rPr>
          <w:b/>
        </w:rPr>
        <w:t xml:space="preserve">[09:34] </w:t>
      </w:r>
      <w:r>
        <w:t>The realistic approach is</w:t>
      </w:r>
    </w:p>
    <w:p>
      <w:pPr>
        <w:jc w:val="right"/>
      </w:pPr>
      <w:r>
        <w:t>The realistic approach is</w:t>
      </w:r>
    </w:p>
    <w:p>
      <w:r>
        <w:rPr>
          <w:b/>
        </w:rPr>
        <w:t xml:space="preserve">[09:38] </w:t>
      </w:r>
      <w:r>
        <w:t>that you have to adopt contentment, formula of contentment.</w:t>
      </w:r>
    </w:p>
    <w:p>
      <w:pPr>
        <w:jc w:val="right"/>
      </w:pPr>
      <w:r>
        <w:t>that you have to adopt contentment, formula of contentment.</w:t>
      </w:r>
    </w:p>
    <w:p>
      <w:r>
        <w:rPr>
          <w:b/>
        </w:rPr>
        <w:t xml:space="preserve">[09:43] </w:t>
      </w:r>
      <w:r>
        <w:t>This is realistic approach.</w:t>
      </w:r>
    </w:p>
    <w:p>
      <w:pPr>
        <w:jc w:val="right"/>
      </w:pPr>
      <w:r>
        <w:t>This is realistic approach.</w:t>
      </w:r>
    </w:p>
    <w:p>
      <w:r>
        <w:rPr>
          <w:b/>
        </w:rPr>
        <w:t xml:space="preserve">[09:46] </w:t>
      </w:r>
      <w:r>
        <w:t>It means that</w:t>
      </w:r>
    </w:p>
    <w:p>
      <w:pPr>
        <w:jc w:val="right"/>
      </w:pPr>
      <w:r>
        <w:t>It means that</w:t>
      </w:r>
    </w:p>
    <w:p>
      <w:r>
        <w:rPr>
          <w:b/>
        </w:rPr>
        <w:t xml:space="preserve">[09:49] </w:t>
      </w:r>
      <w:r>
        <w:t>why you bother about that, that thing which is impossible to achieve.</w:t>
      </w:r>
    </w:p>
    <w:p>
      <w:pPr>
        <w:jc w:val="right"/>
      </w:pPr>
      <w:r>
        <w:t>why you bother about that, that thing which is impossible to achieve.</w:t>
      </w:r>
    </w:p>
    <w:p>
      <w:r>
        <w:rPr>
          <w:b/>
        </w:rPr>
        <w:t xml:space="preserve">[09:56] </w:t>
      </w:r>
      <w:r>
        <w:t>It is impossible to achieve all those things we desire.</w:t>
      </w:r>
    </w:p>
    <w:p>
      <w:pPr>
        <w:jc w:val="right"/>
      </w:pPr>
      <w:r>
        <w:t>It is impossible to achieve all those things we desire.</w:t>
      </w:r>
    </w:p>
    <w:p>
      <w:r>
        <w:rPr>
          <w:b/>
        </w:rPr>
        <w:t xml:space="preserve">[10:02] </w:t>
      </w:r>
      <w:r>
        <w:t>Simply is not possible because</w:t>
      </w:r>
    </w:p>
    <w:p>
      <w:pPr>
        <w:jc w:val="right"/>
      </w:pPr>
      <w:r>
        <w:t>Simply is not possible because</w:t>
      </w:r>
    </w:p>
    <w:p>
      <w:r>
        <w:rPr>
          <w:b/>
        </w:rPr>
        <w:t xml:space="preserve">[10:06] </w:t>
      </w:r>
      <w:r>
        <w:t>world is limited.</w:t>
      </w:r>
    </w:p>
    <w:p>
      <w:pPr>
        <w:jc w:val="right"/>
      </w:pPr>
      <w:r>
        <w:t>world is limited.</w:t>
      </w:r>
    </w:p>
    <w:p>
      <w:r>
        <w:rPr>
          <w:b/>
        </w:rPr>
        <w:t xml:space="preserve">[10:08] </w:t>
      </w:r>
      <w:r>
        <w:t>So you have to be realistic.</w:t>
      </w:r>
    </w:p>
    <w:p>
      <w:pPr>
        <w:jc w:val="right"/>
      </w:pPr>
      <w:r>
        <w:t>So you have to be realistic.</w:t>
      </w:r>
    </w:p>
    <w:p>
      <w:r>
        <w:rPr>
          <w:b/>
        </w:rPr>
        <w:t xml:space="preserve">[10:11] </w:t>
      </w:r>
      <w:r>
        <w:t>You have to adopt the formula of contentment.</w:t>
      </w:r>
    </w:p>
    <w:p>
      <w:pPr>
        <w:jc w:val="right"/>
      </w:pPr>
      <w:r>
        <w:t>You have to adopt the formula of contentment.</w:t>
      </w:r>
    </w:p>
    <w:p>
      <w:r>
        <w:rPr>
          <w:b/>
        </w:rPr>
        <w:t xml:space="preserve">[10:16] </w:t>
      </w:r>
      <w:r>
        <w:t>So tension and stress is only the phenomena of failure,</w:t>
      </w:r>
    </w:p>
    <w:p>
      <w:pPr>
        <w:jc w:val="right"/>
      </w:pPr>
      <w:r>
        <w:t>So tension and stress is only the phenomena of failure,</w:t>
      </w:r>
    </w:p>
    <w:p>
      <w:r>
        <w:rPr>
          <w:b/>
        </w:rPr>
        <w:t xml:space="preserve">[10:25] </w:t>
      </w:r>
      <w:r>
        <w:t>failure, when you are not ready to adopt the formula of contentment, then you are bound to pay</w:t>
      </w:r>
    </w:p>
    <w:p>
      <w:pPr>
        <w:jc w:val="right"/>
      </w:pPr>
      <w:r>
        <w:t>failure, when you are not ready to adopt the formula of contentment, then you are bound to pay</w:t>
      </w:r>
    </w:p>
    <w:p>
      <w:r>
        <w:rPr>
          <w:b/>
        </w:rPr>
        <w:t xml:space="preserve">[10:33] </w:t>
      </w:r>
      <w:r>
        <w:t>the price in term of stress, in term of tension.</w:t>
      </w:r>
    </w:p>
    <w:p>
      <w:pPr>
        <w:jc w:val="right"/>
      </w:pPr>
      <w:r>
        <w:t>the price in term of stress, in term of tension.</w:t>
      </w:r>
    </w:p>
    <w:p>
      <w:r>
        <w:rPr>
          <w:b/>
        </w:rPr>
        <w:t xml:space="preserve">[10:40] </w:t>
      </w:r>
      <w:r>
        <w:t>So I think that simple formula</w:t>
      </w:r>
    </w:p>
    <w:p>
      <w:pPr>
        <w:jc w:val="right"/>
      </w:pPr>
      <w:r>
        <w:t>So I think that simple formula</w:t>
      </w:r>
    </w:p>
    <w:p>
      <w:r>
        <w:rPr>
          <w:b/>
        </w:rPr>
        <w:t xml:space="preserve">[10:44] </w:t>
      </w:r>
      <w:r>
        <w:t>of saving yourself from tension and stress is that you have to adopt the way of contentment.</w:t>
      </w:r>
    </w:p>
    <w:p>
      <w:pPr>
        <w:jc w:val="right"/>
      </w:pPr>
      <w:r>
        <w:t>of saving yourself from tension and stress is that you have to adopt the way of contentment.</w:t>
      </w:r>
    </w:p>
    <w:p>
      <w:r>
        <w:rPr>
          <w:b/>
        </w:rPr>
        <w:t xml:space="preserve">[10:56] </w:t>
      </w:r>
      <w:r>
        <w:t>Then you will enjoy</w:t>
      </w:r>
    </w:p>
    <w:p>
      <w:pPr>
        <w:jc w:val="right"/>
      </w:pPr>
      <w:r>
        <w:t>Then you will enjoy</w:t>
      </w:r>
    </w:p>
    <w:p>
      <w:r>
        <w:rPr>
          <w:b/>
        </w:rPr>
        <w:t xml:space="preserve">[10:58] </w:t>
      </w:r>
      <w:r>
        <w:t>peace of mind.</w:t>
      </w:r>
    </w:p>
    <w:p>
      <w:pPr>
        <w:jc w:val="right"/>
      </w:pPr>
      <w:r>
        <w:t>peace of mind.</w:t>
      </w:r>
    </w:p>
    <w:p>
      <w:r>
        <w:rPr>
          <w:b/>
        </w:rPr>
        <w:t xml:space="preserve">[11:01] </w:t>
      </w:r>
      <w:r>
        <w:t>you mentioned that this world is a limited world, but philosophers have always believed that this universe was eternal, and the scientific community said that no, it is not eternal. it has a life. so, can this universe be explained without God? what is your opinion on it?</w:t>
      </w:r>
    </w:p>
    <w:p>
      <w:pPr>
        <w:jc w:val="right"/>
      </w:pPr>
      <w:r>
        <w:t>यू मेंशन दैट दिस वर्ल्ड इज़ अ लिमिटेड वर्ल्ड, बट फिलोसोफर्स हैव ऑलवेज बिलीव्ड दैट दिस यूनिवर्स वाज़ एटर्नल, एंड द साइंटिफिक कम्युनिटी सेड दैट नो, इट इज़ नॉट एटर्नल। इट हैज़ अ लाइफ। सो, कैन दिस यूनिवर्स बी एक्सप्लेन विदाउट गॉड? व्हाट इज़ योर ओपिनियन ऑन इट?</w:t>
      </w:r>
    </w:p>
    <w:p>
      <w:r>
        <w:rPr>
          <w:b/>
        </w:rPr>
        <w:t xml:space="preserve">[11:25] </w:t>
      </w:r>
      <w:r>
        <w:t>i believe that you cannot explain universe without god, because universe means creation. phenomena of creation. if there is a phenomena of creation, how can you explain a creation without the accepting the existence of creator?</w:t>
      </w:r>
    </w:p>
    <w:p>
      <w:pPr>
        <w:jc w:val="right"/>
      </w:pPr>
      <w:r>
        <w:t>आई बिलीव दैट यू कैन नॉट एक्सप्लेन यूनिवर्स विदाउट गॉड, बिकॉज़ यूनिवर्स मींस क्रिएशन। फिनोमिना ऑफ क्रिएशन। इफ देयर इज़ अ फिनोमिना ऑफ क्रिएशन, हाउ कैन यू एक्सप्लेन अ क्रिएशन विदाउट द एक्सेप्टिंग द एक्जिस्टेंस ऑफ क्रिएटर?</w:t>
      </w:r>
    </w:p>
    <w:p>
      <w:r>
        <w:rPr>
          <w:b/>
        </w:rPr>
        <w:t xml:space="preserve">[11:55] </w:t>
      </w:r>
      <w:r>
        <w:t>? It is impossible.</w:t>
      </w:r>
    </w:p>
    <w:p>
      <w:pPr>
        <w:jc w:val="right"/>
      </w:pPr>
      <w:r>
        <w:t>? It is impossible.</w:t>
      </w:r>
    </w:p>
    <w:p>
      <w:r>
        <w:rPr>
          <w:b/>
        </w:rPr>
        <w:t xml:space="preserve">[11:59] </w:t>
      </w:r>
      <w:r>
        <w:t>Everything which we,</w:t>
      </w:r>
    </w:p>
    <w:p>
      <w:pPr>
        <w:jc w:val="right"/>
      </w:pPr>
      <w:r>
        <w:t>Everything which we,</w:t>
      </w:r>
    </w:p>
    <w:p>
      <w:r>
        <w:rPr>
          <w:b/>
        </w:rPr>
        <w:t xml:space="preserve">[12:02] </w:t>
      </w:r>
      <w:r>
        <w:t>which we experience in this world, which we see in this world, there is creation.</w:t>
      </w:r>
    </w:p>
    <w:p>
      <w:pPr>
        <w:jc w:val="right"/>
      </w:pPr>
      <w:r>
        <w:t>which we experience in this world, which we see in this world, there is creation.</w:t>
      </w:r>
    </w:p>
    <w:p>
      <w:r>
        <w:rPr>
          <w:b/>
        </w:rPr>
        <w:t xml:space="preserve">[12:08] </w:t>
      </w:r>
      <w:r>
        <w:t>No, nothing was created by, by on his own.</w:t>
      </w:r>
    </w:p>
    <w:p>
      <w:pPr>
        <w:jc w:val="right"/>
      </w:pPr>
      <w:r>
        <w:t>No, nothing was created by, by on his own.</w:t>
      </w:r>
    </w:p>
    <w:p>
      <w:r>
        <w:rPr>
          <w:b/>
        </w:rPr>
        <w:t xml:space="preserve">[12:14] </w:t>
      </w:r>
      <w:r>
        <w:t>We are a creation.</w:t>
      </w:r>
    </w:p>
    <w:p>
      <w:pPr>
        <w:jc w:val="right"/>
      </w:pPr>
      <w:r>
        <w:t>We are a creation.</w:t>
      </w:r>
    </w:p>
    <w:p>
      <w:r>
        <w:rPr>
          <w:b/>
        </w:rPr>
        <w:t xml:space="preserve">[12:16] </w:t>
      </w:r>
      <w:r>
        <w:t>But we cannot say that I created myself on my own.</w:t>
      </w:r>
    </w:p>
    <w:p>
      <w:pPr>
        <w:jc w:val="right"/>
      </w:pPr>
      <w:r>
        <w:t>But we cannot say that I created myself on my own.</w:t>
      </w:r>
    </w:p>
    <w:p>
      <w:r>
        <w:rPr>
          <w:b/>
        </w:rPr>
        <w:t xml:space="preserve">[12:20] </w:t>
      </w:r>
      <w:r>
        <w:t>No one can claim this.</w:t>
      </w:r>
    </w:p>
    <w:p>
      <w:pPr>
        <w:jc w:val="right"/>
      </w:pPr>
      <w:r>
        <w:t>No one can claim this.</w:t>
      </w:r>
    </w:p>
    <w:p>
      <w:r>
        <w:rPr>
          <w:b/>
        </w:rPr>
        <w:t xml:space="preserve">[12:23] </w:t>
      </w:r>
      <w:r>
        <w:t>So everyone is a creation.</w:t>
      </w:r>
    </w:p>
    <w:p>
      <w:pPr>
        <w:jc w:val="right"/>
      </w:pPr>
      <w:r>
        <w:t>So everyone is a creation.</w:t>
      </w:r>
    </w:p>
    <w:p>
      <w:r>
        <w:rPr>
          <w:b/>
        </w:rPr>
        <w:t xml:space="preserve">[12:25] </w:t>
      </w:r>
      <w:r>
        <w:t>So where is the creator?</w:t>
      </w:r>
    </w:p>
    <w:p>
      <w:pPr>
        <w:jc w:val="right"/>
      </w:pPr>
      <w:r>
        <w:t>So where is the creator?</w:t>
      </w:r>
    </w:p>
    <w:p>
      <w:r>
        <w:rPr>
          <w:b/>
        </w:rPr>
        <w:t xml:space="preserve">[12:28] </w:t>
      </w:r>
      <w:r>
        <w:t>When I am not creator, then I have to believe that there is a creator.</w:t>
      </w:r>
    </w:p>
    <w:p>
      <w:pPr>
        <w:jc w:val="right"/>
      </w:pPr>
      <w:r>
        <w:t>When I am not creator, then I have to believe that there is a creator.</w:t>
      </w:r>
    </w:p>
    <w:p>
      <w:r>
        <w:rPr>
          <w:b/>
        </w:rPr>
        <w:t xml:space="preserve">[12:33] </w:t>
      </w:r>
      <w:r>
        <w:t>Just like machine.</w:t>
      </w:r>
    </w:p>
    <w:p>
      <w:pPr>
        <w:jc w:val="right"/>
      </w:pPr>
      <w:r>
        <w:t>Just like machine.</w:t>
      </w:r>
    </w:p>
    <w:p>
      <w:r>
        <w:rPr>
          <w:b/>
        </w:rPr>
        <w:t xml:space="preserve">[12:35] </w:t>
      </w:r>
      <w:r>
        <w:t>If you see a machine, if you see a building,</w:t>
      </w:r>
    </w:p>
    <w:p>
      <w:pPr>
        <w:jc w:val="right"/>
      </w:pPr>
      <w:r>
        <w:t>If you see a machine, if you see a building,</w:t>
      </w:r>
    </w:p>
    <w:p>
      <w:r>
        <w:rPr>
          <w:b/>
        </w:rPr>
        <w:t xml:space="preserve">[12:40] </w:t>
      </w:r>
      <w:r>
        <w:t>so you have to believe that there is engineer.</w:t>
      </w:r>
    </w:p>
    <w:p>
      <w:pPr>
        <w:jc w:val="right"/>
      </w:pPr>
      <w:r>
        <w:t>so you have to believe that there is engineer.</w:t>
      </w:r>
    </w:p>
    <w:p>
      <w:r>
        <w:rPr>
          <w:b/>
        </w:rPr>
        <w:t xml:space="preserve">[12:46] </w:t>
      </w:r>
      <w:r>
        <w:t>If you see a machine, you have to believe that there is an engineer.</w:t>
      </w:r>
    </w:p>
    <w:p>
      <w:pPr>
        <w:jc w:val="right"/>
      </w:pPr>
      <w:r>
        <w:t>If you see a machine, you have to believe that there is an engineer.</w:t>
      </w:r>
    </w:p>
    <w:p>
      <w:r>
        <w:rPr>
          <w:b/>
        </w:rPr>
        <w:t xml:space="preserve">[12:50] </w:t>
      </w:r>
      <w:r>
        <w:t>If you see a building, you have to believe that there is a builder.</w:t>
      </w:r>
    </w:p>
    <w:p>
      <w:pPr>
        <w:jc w:val="right"/>
      </w:pPr>
      <w:r>
        <w:t>If you see a building, you have to believe that there is a builder.</w:t>
      </w:r>
    </w:p>
    <w:p>
      <w:r>
        <w:rPr>
          <w:b/>
        </w:rPr>
        <w:t xml:space="preserve">[12:55] </w:t>
      </w:r>
      <w:r>
        <w:t>This is a very simple</w:t>
      </w:r>
    </w:p>
    <w:p>
      <w:pPr>
        <w:jc w:val="right"/>
      </w:pPr>
      <w:r>
        <w:t>This is a very simple</w:t>
      </w:r>
    </w:p>
    <w:p>
      <w:r>
        <w:rPr>
          <w:b/>
        </w:rPr>
        <w:t xml:space="preserve">[12:58] </w:t>
      </w:r>
      <w:r>
        <w:t>law. So when I am a, I am not a creator, so who created me</w:t>
      </w:r>
    </w:p>
    <w:p>
      <w:pPr>
        <w:jc w:val="right"/>
      </w:pPr>
      <w:r>
        <w:t>law. So when I am a, I am not a creator, so who created me</w:t>
      </w:r>
    </w:p>
    <w:p>
      <w:r>
        <w:rPr>
          <w:b/>
        </w:rPr>
        <w:t xml:space="preserve">[13:08] </w:t>
      </w:r>
      <w:r>
        <w:t>? So it is,</w:t>
      </w:r>
    </w:p>
    <w:p>
      <w:pPr>
        <w:jc w:val="right"/>
      </w:pPr>
      <w:r>
        <w:t>? So it is,</w:t>
      </w:r>
    </w:p>
    <w:p>
      <w:r>
        <w:rPr>
          <w:b/>
        </w:rPr>
        <w:t xml:space="preserve">[13:11] </w:t>
      </w:r>
      <w:r>
        <w:t>it is impossible to explain</w:t>
      </w:r>
    </w:p>
    <w:p>
      <w:pPr>
        <w:jc w:val="right"/>
      </w:pPr>
      <w:r>
        <w:t>it is impossible to explain</w:t>
      </w:r>
    </w:p>
    <w:p>
      <w:r>
        <w:rPr>
          <w:b/>
        </w:rPr>
        <w:t xml:space="preserve">[13:15] </w:t>
      </w:r>
      <w:r>
        <w:t>the nature or universe</w:t>
      </w:r>
    </w:p>
    <w:p>
      <w:pPr>
        <w:jc w:val="right"/>
      </w:pPr>
      <w:r>
        <w:t>the nature or universe</w:t>
      </w:r>
    </w:p>
    <w:p>
      <w:r>
        <w:rPr>
          <w:b/>
        </w:rPr>
        <w:t xml:space="preserve">[13:17] </w:t>
      </w:r>
      <w:r>
        <w:t>without believing that there is a creator.</w:t>
      </w:r>
    </w:p>
    <w:p>
      <w:pPr>
        <w:jc w:val="right"/>
      </w:pPr>
      <w:r>
        <w:t>without believing that there is a creator.</w:t>
      </w:r>
    </w:p>
    <w:p>
      <w:r>
        <w:rPr>
          <w:b/>
        </w:rPr>
        <w:t xml:space="preserve">[13:23] </w:t>
      </w:r>
      <w:r>
        <w:t>So existence of creator is proved by the existence of creature.</w:t>
      </w:r>
    </w:p>
    <w:p>
      <w:pPr>
        <w:jc w:val="right"/>
      </w:pPr>
      <w:r>
        <w:t>So existence of creator is proved by the existence of creature.</w:t>
      </w:r>
    </w:p>
    <w:p>
      <w:r>
        <w:rPr>
          <w:b/>
        </w:rPr>
        <w:t xml:space="preserve">[13:29] </w:t>
      </w:r>
      <w:r>
        <w:t>If there is creature, then there is a creator.</w:t>
      </w:r>
    </w:p>
    <w:p>
      <w:pPr>
        <w:jc w:val="right"/>
      </w:pPr>
      <w:r>
        <w:t>If there is creature, then there is a creator.</w:t>
      </w:r>
    </w:p>
    <w:p>
      <w:r>
        <w:rPr>
          <w:b/>
        </w:rPr>
        <w:t xml:space="preserve">[13:34] </w:t>
      </w:r>
      <w:r>
        <w:t>It is very simple.</w:t>
      </w:r>
    </w:p>
    <w:p>
      <w:pPr>
        <w:jc w:val="right"/>
      </w:pPr>
      <w:r>
        <w:t>It is very simple.</w:t>
      </w:r>
    </w:p>
    <w:p>
      <w:r>
        <w:rPr>
          <w:b/>
        </w:rPr>
        <w:t xml:space="preserve">[13:37] </w:t>
      </w:r>
      <w:r>
        <w:t>So I believe that</w:t>
      </w:r>
    </w:p>
    <w:p>
      <w:pPr>
        <w:jc w:val="right"/>
      </w:pPr>
      <w:r>
        <w:t>So I believe that</w:t>
      </w:r>
    </w:p>
    <w:p>
      <w:r>
        <w:rPr>
          <w:b/>
        </w:rPr>
        <w:t xml:space="preserve">[13:41] </w:t>
      </w:r>
      <w:r>
        <w:t>creation itself is a proof of creator.</w:t>
      </w:r>
    </w:p>
    <w:p>
      <w:pPr>
        <w:jc w:val="right"/>
      </w:pPr>
      <w:r>
        <w:t>creation itself is a proof of creator.</w:t>
      </w:r>
    </w:p>
    <w:p>
      <w:r>
        <w:rPr>
          <w:b/>
        </w:rPr>
        <w:t xml:space="preserve">[13:45] </w:t>
      </w:r>
      <w:r>
        <w:t>When there is a creation, phenomena of creation,</w:t>
      </w:r>
    </w:p>
    <w:p>
      <w:pPr>
        <w:jc w:val="right"/>
      </w:pPr>
      <w:r>
        <w:t>When there is a creation, phenomena of creation,</w:t>
      </w:r>
    </w:p>
    <w:p>
      <w:r>
        <w:rPr>
          <w:b/>
        </w:rPr>
        <w:t xml:space="preserve">[13:49] </w:t>
      </w:r>
      <w:r>
        <w:t>when there is a phenomena of creation,</w:t>
      </w:r>
    </w:p>
    <w:p>
      <w:pPr>
        <w:jc w:val="right"/>
      </w:pPr>
      <w:r>
        <w:t>when there is a phenomena of creation,</w:t>
      </w:r>
    </w:p>
    <w:p>
      <w:r>
        <w:rPr>
          <w:b/>
        </w:rPr>
        <w:t xml:space="preserve">[13:53] </w:t>
      </w:r>
      <w:r>
        <w:t>So it is a, it, it is, it is a, it is a,</w:t>
      </w:r>
    </w:p>
    <w:p>
      <w:pPr>
        <w:jc w:val="right"/>
      </w:pPr>
      <w:r>
        <w:t>so it is a, it, it is, it is a, it is a,</w:t>
      </w:r>
    </w:p>
    <w:p>
      <w:r>
        <w:rPr>
          <w:b/>
        </w:rPr>
        <w:t xml:space="preserve">[13:58] </w:t>
      </w:r>
      <w:r>
        <w:t>it is a proof</w:t>
      </w:r>
    </w:p>
    <w:p>
      <w:pPr>
        <w:jc w:val="right"/>
      </w:pPr>
      <w:r>
        <w:t>it is a proof</w:t>
      </w:r>
    </w:p>
    <w:p>
      <w:r>
        <w:rPr>
          <w:b/>
        </w:rPr>
        <w:t xml:space="preserve">[14:01] </w:t>
      </w:r>
      <w:r>
        <w:t>that there is also a creator.</w:t>
      </w:r>
    </w:p>
    <w:p>
      <w:pPr>
        <w:jc w:val="right"/>
      </w:pPr>
      <w:r>
        <w:t>that there is also a creator.</w:t>
      </w:r>
    </w:p>
    <w:p>
      <w:r>
        <w:rPr>
          <w:b/>
        </w:rPr>
        <w:t xml:space="preserve">[14:04] </w:t>
      </w:r>
      <w:r>
        <w:t>Both are interlinked.</w:t>
      </w:r>
    </w:p>
    <w:p>
      <w:pPr>
        <w:jc w:val="right"/>
      </w:pPr>
      <w:r>
        <w:t>Both are interlinked.</w:t>
      </w:r>
    </w:p>
    <w:p>
      <w:r>
        <w:rPr>
          <w:b/>
        </w:rPr>
        <w:t xml:space="preserve">[14:06] </w:t>
      </w:r>
      <w:r>
        <w:t>You cannot deny, you cannot delink</w:t>
      </w:r>
    </w:p>
    <w:p>
      <w:pPr>
        <w:jc w:val="right"/>
      </w:pPr>
      <w:r>
        <w:t>You cannot deny, you cannot delink</w:t>
      </w:r>
    </w:p>
    <w:p>
      <w:r>
        <w:rPr>
          <w:b/>
        </w:rPr>
        <w:t xml:space="preserve">[14:10] </w:t>
      </w:r>
      <w:r>
        <w:t>creation from creator.</w:t>
      </w:r>
    </w:p>
    <w:p>
      <w:pPr>
        <w:jc w:val="right"/>
      </w:pPr>
      <w:r>
        <w:t>creation from creator.</w:t>
      </w:r>
    </w:p>
    <w:p>
      <w:r>
        <w:rPr>
          <w:b/>
        </w:rPr>
        <w:t xml:space="preserve">[14:12] </w:t>
      </w:r>
      <w:r>
        <w:t>It is impossible to delink these both aspect.</w:t>
      </w:r>
    </w:p>
    <w:p>
      <w:pPr>
        <w:jc w:val="right"/>
      </w:pPr>
      <w:r>
        <w:t>It is impossible to delink these both aspect.</w:t>
      </w:r>
    </w:p>
    <w:p>
      <w:r>
        <w:rPr>
          <w:b/>
        </w:rPr>
        <w:t xml:space="preserve">[14:19] </w:t>
      </w:r>
      <w:r>
        <w:t>When there is a creation, it means there is a creator.</w:t>
      </w:r>
    </w:p>
    <w:p>
      <w:pPr>
        <w:jc w:val="right"/>
      </w:pPr>
      <w:r>
        <w:t>When there is a creation, it means there is a creator.</w:t>
      </w:r>
    </w:p>
    <w:p>
      <w:r>
        <w:rPr>
          <w:b/>
        </w:rPr>
        <w:t xml:space="preserve">[14:25] </w:t>
      </w:r>
      <w:r>
        <w:t>It is very</w:t>
      </w:r>
    </w:p>
    <w:p>
      <w:pPr>
        <w:jc w:val="right"/>
      </w:pPr>
      <w:r>
        <w:t>It is very</w:t>
      </w:r>
    </w:p>
    <w:p>
      <w:r>
        <w:rPr>
          <w:b/>
        </w:rPr>
        <w:t xml:space="preserve">[14:26] </w:t>
      </w:r>
      <w:r>
        <w:t>natural or very simple argument.</w:t>
      </w:r>
    </w:p>
    <w:p>
      <w:pPr>
        <w:jc w:val="right"/>
      </w:pPr>
      <w:r>
        <w:t>natural or very simple argument.</w:t>
      </w:r>
    </w:p>
    <w:p>
      <w:r>
        <w:rPr>
          <w:b/>
        </w:rPr>
        <w:t xml:space="preserve">[14:32] </w:t>
      </w:r>
      <w:r>
        <w:t>And I, I, I don't think that any sincere person can deny it.</w:t>
      </w:r>
    </w:p>
    <w:p>
      <w:pPr>
        <w:jc w:val="right"/>
      </w:pPr>
      <w:r>
        <w:t>And I, I, I don't think that any sincere person can deny it.</w:t>
      </w:r>
    </w:p>
    <w:p>
      <w:r>
        <w:rPr>
          <w:b/>
        </w:rPr>
        <w:t xml:space="preserve">[14:39] </w:t>
      </w:r>
      <w:r>
        <w:t>Personally, how has this universe been a source of inspiration for you?</w:t>
      </w:r>
    </w:p>
    <w:p>
      <w:pPr>
        <w:jc w:val="right"/>
      </w:pPr>
      <w:r>
        <w:t>Personally, how has this universe been a source of inspiration for you?</w:t>
      </w:r>
    </w:p>
    <w:p>
      <w:r>
        <w:rPr>
          <w:b/>
        </w:rPr>
        <w:t xml:space="preserve">[14:47] </w:t>
      </w:r>
      <w:r>
        <w:t>I think that</w:t>
      </w:r>
    </w:p>
    <w:p>
      <w:pPr>
        <w:jc w:val="right"/>
      </w:pPr>
      <w:r>
        <w:t>I think that</w:t>
      </w:r>
    </w:p>
    <w:p>
      <w:r>
        <w:rPr>
          <w:b/>
        </w:rPr>
        <w:t xml:space="preserve">[14:52] </w:t>
      </w:r>
      <w:r>
        <w:t>God has made this world in a such way</w:t>
      </w:r>
    </w:p>
    <w:p>
      <w:pPr>
        <w:jc w:val="right"/>
      </w:pPr>
      <w:r>
        <w:t>God has made this world in a such way</w:t>
      </w:r>
    </w:p>
    <w:p>
      <w:r>
        <w:rPr>
          <w:b/>
        </w:rPr>
        <w:t xml:space="preserve">[14:58] </w:t>
      </w:r>
      <w:r>
        <w:t>that everything has</w:t>
      </w:r>
    </w:p>
    <w:p>
      <w:pPr>
        <w:jc w:val="right"/>
      </w:pPr>
      <w:r>
        <w:t>that everything has</w:t>
      </w:r>
    </w:p>
    <w:p>
      <w:r>
        <w:rPr>
          <w:b/>
        </w:rPr>
        <w:t xml:space="preserve">[15:02] </w:t>
      </w:r>
      <w:r>
        <w:t>some lesson. There is a,</w:t>
      </w:r>
    </w:p>
    <w:p>
      <w:pPr>
        <w:jc w:val="right"/>
      </w:pPr>
      <w:r>
        <w:t>some lesson. There is a,</w:t>
      </w:r>
    </w:p>
    <w:p>
      <w:r>
        <w:rPr>
          <w:b/>
        </w:rPr>
        <w:t xml:space="preserve">[15:08] </w:t>
      </w:r>
      <w:r>
        <w:t>there was a poet in,</w:t>
      </w:r>
    </w:p>
    <w:p>
      <w:pPr>
        <w:jc w:val="right"/>
      </w:pPr>
      <w:r>
        <w:t>there was a poet in,</w:t>
      </w:r>
    </w:p>
    <w:p>
      <w:r>
        <w:rPr>
          <w:b/>
        </w:rPr>
        <w:t xml:space="preserve">[15:11] </w:t>
      </w:r>
      <w:r>
        <w:t>Arabic poet, he said that,</w:t>
      </w:r>
    </w:p>
    <w:p>
      <w:pPr>
        <w:jc w:val="right"/>
      </w:pPr>
      <w:r>
        <w:t>Arabic poet, he said that,</w:t>
      </w:r>
    </w:p>
    <w:p>
      <w:r>
        <w:rPr>
          <w:b/>
        </w:rPr>
        <w:t xml:space="preserve">[15:20] </w:t>
      </w:r>
      <w:r>
        <w:t>it means that everything, everything, everything</w:t>
      </w:r>
    </w:p>
    <w:p>
      <w:pPr>
        <w:jc w:val="right"/>
      </w:pPr>
      <w:r>
        <w:t>it means that everything, everything, everything</w:t>
      </w:r>
    </w:p>
    <w:p>
      <w:r>
        <w:rPr>
          <w:b/>
        </w:rPr>
        <w:t xml:space="preserve">[15:25] </w:t>
      </w:r>
      <w:r>
        <w:t>has a sign,</w:t>
      </w:r>
    </w:p>
    <w:p>
      <w:pPr>
        <w:jc w:val="right"/>
      </w:pPr>
      <w:r>
        <w:t>has a sign,</w:t>
      </w:r>
    </w:p>
    <w:p>
      <w:r>
        <w:rPr>
          <w:b/>
        </w:rPr>
        <w:t xml:space="preserve">[15:28] </w:t>
      </w:r>
      <w:r>
        <w:t>has a lesson.</w:t>
      </w:r>
    </w:p>
    <w:p>
      <w:pPr>
        <w:jc w:val="right"/>
      </w:pPr>
      <w:r>
        <w:t>has a lesson.</w:t>
      </w:r>
    </w:p>
    <w:p>
      <w:r>
        <w:rPr>
          <w:b/>
        </w:rPr>
        <w:t xml:space="preserve">[15:32] </w:t>
      </w:r>
      <w:r>
        <w:t>So if you</w:t>
      </w:r>
    </w:p>
    <w:p>
      <w:pPr>
        <w:jc w:val="right"/>
      </w:pPr>
      <w:r>
        <w:t>So if you</w:t>
      </w:r>
    </w:p>
    <w:p>
      <w:r>
        <w:rPr>
          <w:b/>
        </w:rPr>
        <w:t xml:space="preserve">[15:34] </w:t>
      </w:r>
      <w:r>
        <w:t>reflect, if you contemplate, you can draw that lesson.</w:t>
      </w:r>
    </w:p>
    <w:p>
      <w:pPr>
        <w:jc w:val="right"/>
      </w:pPr>
      <w:r>
        <w:t>reflect, if you contemplate, you can draw that lesson.</w:t>
      </w:r>
    </w:p>
    <w:p>
      <w:r>
        <w:rPr>
          <w:b/>
        </w:rPr>
        <w:t xml:space="preserve">[15:39] </w:t>
      </w:r>
      <w:r>
        <w:t>It's very easy.</w:t>
      </w:r>
    </w:p>
    <w:p>
      <w:pPr>
        <w:jc w:val="right"/>
      </w:pPr>
      <w:r>
        <w:t>It's very easy.</w:t>
      </w:r>
    </w:p>
    <w:p>
      <w:r>
        <w:rPr>
          <w:b/>
        </w:rPr>
        <w:t xml:space="preserve">[15:42] </w:t>
      </w:r>
      <w:r>
        <w:t>Everyone who is a sincere person and he contemplate,</w:t>
      </w:r>
    </w:p>
    <w:p>
      <w:pPr>
        <w:jc w:val="right"/>
      </w:pPr>
      <w:r>
        <w:t>Everyone who is a sincere person and he contemplate,</w:t>
      </w:r>
    </w:p>
    <w:p>
      <w:r>
        <w:rPr>
          <w:b/>
        </w:rPr>
        <w:t xml:space="preserve">[15:52] </w:t>
      </w:r>
      <w:r>
        <w:t>so he will find that in everything,</w:t>
      </w:r>
    </w:p>
    <w:p>
      <w:pPr>
        <w:jc w:val="right"/>
      </w:pPr>
      <w:r>
        <w:t>so he will find that in everything,</w:t>
      </w:r>
    </w:p>
    <w:p>
      <w:r>
        <w:rPr>
          <w:b/>
        </w:rPr>
        <w:t xml:space="preserve">[15:57] </w:t>
      </w:r>
      <w:r>
        <w:t>in, in a, in a, in grass, in mountain, in ocean, in stars, in planets,</w:t>
      </w:r>
    </w:p>
    <w:p>
      <w:pPr>
        <w:jc w:val="right"/>
      </w:pPr>
      <w:r>
        <w:t>in, in a, in a, in grass, in mountain, in ocean, in stars, in planets,</w:t>
      </w:r>
    </w:p>
    <w:p>
      <w:r>
        <w:rPr>
          <w:b/>
        </w:rPr>
        <w:t xml:space="preserve">[16:05] </w:t>
      </w:r>
      <w:r>
        <w:t>everything has some lesson.</w:t>
      </w:r>
    </w:p>
    <w:p>
      <w:pPr>
        <w:jc w:val="right"/>
      </w:pPr>
      <w:r>
        <w:t>everything has some lesson.</w:t>
      </w:r>
    </w:p>
    <w:p>
      <w:r>
        <w:rPr>
          <w:b/>
        </w:rPr>
        <w:t xml:space="preserve">[16:09] </w:t>
      </w:r>
      <w:r>
        <w:t>So when we contemplate</w:t>
      </w:r>
    </w:p>
    <w:p>
      <w:pPr>
        <w:jc w:val="right"/>
      </w:pPr>
      <w:r>
        <w:t>So when we contemplate</w:t>
      </w:r>
    </w:p>
    <w:p>
      <w:r>
        <w:rPr>
          <w:b/>
        </w:rPr>
        <w:t xml:space="preserve">[16:12] </w:t>
      </w:r>
      <w:r>
        <w:t>sincerely, we can extract that lesson.</w:t>
      </w:r>
    </w:p>
    <w:p>
      <w:pPr>
        <w:jc w:val="right"/>
      </w:pPr>
      <w:r>
        <w:t>sincerely, we can extract that lesson.</w:t>
      </w:r>
    </w:p>
    <w:p>
      <w:r>
        <w:rPr>
          <w:b/>
        </w:rPr>
        <w:t xml:space="preserve">[16:17] </w:t>
      </w:r>
      <w:r>
        <w:t>And that is the inspiration.</w:t>
      </w:r>
    </w:p>
    <w:p>
      <w:pPr>
        <w:jc w:val="right"/>
      </w:pPr>
      <w:r>
        <w:t>And that is the inspiration.</w:t>
      </w:r>
    </w:p>
    <w:p>
      <w:r>
        <w:rPr>
          <w:b/>
        </w:rPr>
        <w:t xml:space="preserve">[16:20] </w:t>
      </w:r>
      <w:r>
        <w:t>My inspiration is,</w:t>
      </w:r>
    </w:p>
    <w:p>
      <w:pPr>
        <w:jc w:val="right"/>
      </w:pPr>
      <w:r>
        <w:t>My inspiration is,</w:t>
      </w:r>
    </w:p>
    <w:p>
      <w:r>
        <w:rPr>
          <w:b/>
        </w:rPr>
        <w:t xml:space="preserve">[16:23] </w:t>
      </w:r>
      <w:r>
        <w:t>my inspiration was result of, of taking lessons from all these things.</w:t>
      </w:r>
    </w:p>
    <w:p>
      <w:pPr>
        <w:jc w:val="right"/>
      </w:pPr>
      <w:r>
        <w:t>my inspiration was result of, of taking lessons from all these things.</w:t>
      </w:r>
    </w:p>
    <w:p>
      <w:r>
        <w:rPr>
          <w:b/>
        </w:rPr>
        <w:t xml:space="preserve">[16:30] </w:t>
      </w:r>
      <w:r>
        <w:t>So inspiration means</w:t>
      </w:r>
    </w:p>
    <w:p>
      <w:pPr>
        <w:jc w:val="right"/>
      </w:pPr>
      <w:r>
        <w:t>So inspiration means</w:t>
      </w:r>
    </w:p>
    <w:p>
      <w:r>
        <w:rPr>
          <w:b/>
        </w:rPr>
        <w:t xml:space="preserve">[16:33] </w:t>
      </w:r>
      <w:r>
        <w:t>result of, inspiration means taking lesson.</w:t>
      </w:r>
    </w:p>
    <w:p>
      <w:pPr>
        <w:jc w:val="right"/>
      </w:pPr>
      <w:r>
        <w:t>result of, inspiration means taking lesson.</w:t>
      </w:r>
    </w:p>
    <w:p>
      <w:r>
        <w:rPr>
          <w:b/>
        </w:rPr>
        <w:t xml:space="preserve">[16:38] </w:t>
      </w:r>
      <w:r>
        <w:t>When you are able to take</w:t>
      </w:r>
    </w:p>
    <w:p>
      <w:pPr>
        <w:jc w:val="right"/>
      </w:pPr>
      <w:r>
        <w:t>When you are able to take</w:t>
      </w:r>
    </w:p>
    <w:p>
      <w:r>
        <w:rPr>
          <w:b/>
        </w:rPr>
        <w:t xml:space="preserve">[16:43] </w:t>
      </w:r>
      <w:r>
        <w:t>lessons, then automatically you will find inspiration.</w:t>
      </w:r>
    </w:p>
    <w:p>
      <w:pPr>
        <w:jc w:val="right"/>
      </w:pPr>
      <w:r>
        <w:t>lessons, then automatically you will find inspiration.</w:t>
      </w:r>
    </w:p>
    <w:p>
      <w:r>
        <w:rPr>
          <w:b/>
        </w:rPr>
        <w:t xml:space="preserve">[16:49] </w:t>
      </w:r>
      <w:r>
        <w:t>Inspiration is interlinked with the lessons.</w:t>
      </w:r>
    </w:p>
    <w:p>
      <w:pPr>
        <w:jc w:val="right"/>
      </w:pPr>
      <w:r>
        <w:t>Inspiration is interlinked with the lessons.</w:t>
      </w:r>
    </w:p>
    <w:p>
      <w:r>
        <w:rPr>
          <w:b/>
        </w:rPr>
        <w:t xml:space="preserve">[16:55] </w:t>
      </w:r>
      <w:r>
        <w:t>It is my experience.</w:t>
      </w:r>
    </w:p>
    <w:p>
      <w:pPr>
        <w:jc w:val="right"/>
      </w:pPr>
      <w:r>
        <w:t>It is my experience.</w:t>
      </w:r>
    </w:p>
    <w:p>
      <w:r>
        <w:rPr>
          <w:b/>
        </w:rPr>
        <w:t xml:space="preserve">[16:58] </w:t>
      </w:r>
      <w:r>
        <w:t>Taking lessons from nature, is this what Tavassum is mentioned in the Quran?</w:t>
      </w:r>
    </w:p>
    <w:p>
      <w:pPr>
        <w:jc w:val="right"/>
      </w:pPr>
      <w:r>
        <w:t>Taking lessons from nature, is this what Tavassum is mentioned in the Quran?</w:t>
      </w:r>
    </w:p>
    <w:p>
      <w:r>
        <w:rPr>
          <w:b/>
        </w:rPr>
        <w:t xml:space="preserve">[17:05] </w:t>
      </w:r>
      <w:r>
        <w:t>Yes. It is this phenomena that is mentioned in the Quran as Tavassum.</w:t>
      </w:r>
    </w:p>
    <w:p>
      <w:pPr>
        <w:jc w:val="right"/>
      </w:pPr>
      <w:r>
        <w:t>Yes. It is this phenomena that is mentioned in the Quran as Tavassum.</w:t>
      </w:r>
    </w:p>
    <w:p>
      <w:r>
        <w:rPr>
          <w:b/>
        </w:rPr>
        <w:t xml:space="preserve">[17:13] </w:t>
      </w:r>
      <w:r>
        <w:t>Tavassum is an Arabic word.</w:t>
      </w:r>
    </w:p>
    <w:p>
      <w:pPr>
        <w:jc w:val="right"/>
      </w:pPr>
      <w:r>
        <w:t>Tavassum is an Arabic word.</w:t>
      </w:r>
    </w:p>
    <w:p>
      <w:r>
        <w:rPr>
          <w:b/>
        </w:rPr>
        <w:t xml:space="preserve">[17:16] </w:t>
      </w:r>
      <w:r>
        <w:t>Literally it means that</w:t>
      </w:r>
    </w:p>
    <w:p>
      <w:pPr>
        <w:jc w:val="right"/>
      </w:pPr>
      <w:r>
        <w:t>Literally it means that</w:t>
      </w:r>
    </w:p>
    <w:p>
      <w:r>
        <w:rPr>
          <w:b/>
        </w:rPr>
        <w:t xml:space="preserve">[17:19] </w:t>
      </w:r>
      <w:r>
        <w:t>draw lessons. When you see a material thing and you draw</w:t>
      </w:r>
    </w:p>
    <w:p>
      <w:pPr>
        <w:jc w:val="right"/>
      </w:pPr>
      <w:r>
        <w:t>draw lessons. When you see a material thing and you draw</w:t>
      </w:r>
    </w:p>
    <w:p>
      <w:r>
        <w:rPr>
          <w:b/>
        </w:rPr>
        <w:t xml:space="preserve">[17:28] </w:t>
      </w:r>
      <w:r>
        <w:t>an, and you draw a spiritual lesson from that material, from that material thing, that it is Tavassum.</w:t>
      </w:r>
    </w:p>
    <w:p>
      <w:pPr>
        <w:jc w:val="right"/>
      </w:pPr>
      <w:r>
        <w:t>an, and you draw a spiritual lesson from that material, from that material thing, that it is Tavassum.</w:t>
      </w:r>
    </w:p>
    <w:p>
      <w:r>
        <w:rPr>
          <w:b/>
        </w:rPr>
        <w:t xml:space="preserve">[17:40] </w:t>
      </w:r>
      <w:r>
        <w:t>So Tavassum requires observation</w:t>
      </w:r>
    </w:p>
    <w:p>
      <w:pPr>
        <w:jc w:val="right"/>
      </w:pPr>
      <w:r>
        <w:t>So Tavassum requires observation</w:t>
      </w:r>
    </w:p>
    <w:p>
      <w:r>
        <w:rPr>
          <w:b/>
        </w:rPr>
        <w:t xml:space="preserve">[17:46] </w:t>
      </w:r>
      <w:r>
        <w:t>and med, and meditation.</w:t>
      </w:r>
    </w:p>
    <w:p>
      <w:pPr>
        <w:jc w:val="right"/>
      </w:pPr>
      <w:r>
        <w:t>and med, and meditation.</w:t>
      </w:r>
    </w:p>
    <w:p>
      <w:r>
        <w:rPr>
          <w:b/>
        </w:rPr>
        <w:t xml:space="preserve">[17:52] </w:t>
      </w:r>
      <w:r>
        <w:t>So Tavassum is a quality of a believer.</w:t>
      </w:r>
    </w:p>
    <w:p>
      <w:pPr>
        <w:jc w:val="right"/>
      </w:pPr>
      <w:r>
        <w:t>So Tavassum is a quality of a believer.</w:t>
      </w:r>
    </w:p>
    <w:p>
      <w:r>
        <w:rPr>
          <w:b/>
        </w:rPr>
        <w:t xml:space="preserve">[18:00] </w:t>
      </w:r>
      <w:r>
        <w:t>According to the Quran,</w:t>
      </w:r>
    </w:p>
    <w:p>
      <w:pPr>
        <w:jc w:val="right"/>
      </w:pPr>
      <w:r>
        <w:t>According to the Quran,</w:t>
      </w:r>
    </w:p>
    <w:p>
      <w:r>
        <w:rPr>
          <w:b/>
        </w:rPr>
        <w:t xml:space="preserve">[18:02] </w:t>
      </w:r>
      <w:r>
        <w:t>Tavassum is a,</w:t>
      </w:r>
    </w:p>
    <w:p>
      <w:pPr>
        <w:jc w:val="right"/>
      </w:pPr>
      <w:r>
        <w:t>Tavassum is a,</w:t>
      </w:r>
    </w:p>
    <w:p>
      <w:r>
        <w:rPr>
          <w:b/>
        </w:rPr>
        <w:t xml:space="preserve">[18:05] </w:t>
      </w:r>
      <w:r>
        <w:t>is a quality of a believer.</w:t>
      </w:r>
    </w:p>
    <w:p>
      <w:pPr>
        <w:jc w:val="right"/>
      </w:pPr>
      <w:r>
        <w:t>is a quality of a believer.</w:t>
      </w:r>
    </w:p>
    <w:p>
      <w:r>
        <w:rPr>
          <w:b/>
        </w:rPr>
        <w:t xml:space="preserve">[18:11] </w:t>
      </w:r>
      <w:r>
        <w:t>Believer means one who has discovered God.</w:t>
      </w:r>
    </w:p>
    <w:p>
      <w:pPr>
        <w:jc w:val="right"/>
      </w:pPr>
      <w:r>
        <w:t>Believer means one who has discovered God.</w:t>
      </w:r>
    </w:p>
    <w:p>
      <w:r>
        <w:rPr>
          <w:b/>
        </w:rPr>
        <w:t xml:space="preserve">[18:16] </w:t>
      </w:r>
      <w:r>
        <w:t>If, so when you discover God, you become very sincere person.</w:t>
      </w:r>
    </w:p>
    <w:p>
      <w:pPr>
        <w:jc w:val="right"/>
      </w:pPr>
      <w:r>
        <w:t>If, so when you discover God, you become very sincere person.</w:t>
      </w:r>
    </w:p>
    <w:p>
      <w:r>
        <w:rPr>
          <w:b/>
        </w:rPr>
        <w:t xml:space="preserve">[18:25] </w:t>
      </w:r>
      <w:r>
        <w:t>This discovery, discovery of God makes you very, very sincere,</w:t>
      </w:r>
    </w:p>
    <w:p>
      <w:pPr>
        <w:jc w:val="right"/>
      </w:pPr>
      <w:r>
        <w:t>This discovery, discovery of God makes you very, very sincere,</w:t>
      </w:r>
    </w:p>
    <w:p>
      <w:r>
        <w:rPr>
          <w:b/>
        </w:rPr>
        <w:t xml:space="preserve">[18:31] </w:t>
      </w:r>
      <w:r>
        <w:t>very, very serious.</w:t>
      </w:r>
    </w:p>
    <w:p>
      <w:pPr>
        <w:jc w:val="right"/>
      </w:pPr>
      <w:r>
        <w:t>very, very serious.</w:t>
      </w:r>
    </w:p>
    <w:p>
      <w:r>
        <w:rPr>
          <w:b/>
        </w:rPr>
        <w:t xml:space="preserve">[18:35] </w:t>
      </w:r>
      <w:r>
        <w:t>After this discovery, you try to,</w:t>
      </w:r>
    </w:p>
    <w:p>
      <w:pPr>
        <w:jc w:val="right"/>
      </w:pPr>
      <w:r>
        <w:t>After this discovery, you try to,</w:t>
      </w:r>
    </w:p>
    <w:p>
      <w:r>
        <w:rPr>
          <w:b/>
        </w:rPr>
        <w:t xml:space="preserve">[18:40] </w:t>
      </w:r>
      <w:r>
        <w:t>to see everything</w:t>
      </w:r>
    </w:p>
    <w:p>
      <w:pPr>
        <w:jc w:val="right"/>
      </w:pPr>
      <w:r>
        <w:t>to see everything</w:t>
      </w:r>
    </w:p>
    <w:p>
      <w:r>
        <w:rPr>
          <w:b/>
        </w:rPr>
        <w:t xml:space="preserve">[18:43] </w:t>
      </w:r>
      <w:r>
        <w:t>with, with, with a, and draw the deeper meaning from it.</w:t>
      </w:r>
    </w:p>
    <w:p>
      <w:pPr>
        <w:jc w:val="right"/>
      </w:pPr>
      <w:r>
        <w:t>with, with, with a, and draw the deeper meaning from it.</w:t>
      </w:r>
    </w:p>
    <w:p>
      <w:r>
        <w:rPr>
          <w:b/>
        </w:rPr>
        <w:t xml:space="preserve">[18:50] </w:t>
      </w:r>
      <w:r>
        <w:t>So this is Tavassum.</w:t>
      </w:r>
    </w:p>
    <w:p>
      <w:pPr>
        <w:jc w:val="right"/>
      </w:pPr>
      <w:r>
        <w:t>So this is Tavassum.</w:t>
      </w:r>
    </w:p>
    <w:p>
      <w:r>
        <w:rPr>
          <w:b/>
        </w:rPr>
        <w:t xml:space="preserve">[18:55] </w:t>
      </w:r>
      <w:r>
        <w:t>Discovery of God makes you Tavassum.</w:t>
      </w:r>
    </w:p>
    <w:p>
      <w:pPr>
        <w:jc w:val="right"/>
      </w:pPr>
      <w:r>
        <w:t>Discovery of God makes you Tavassum.</w:t>
      </w:r>
    </w:p>
    <w:p>
      <w:r>
        <w:rPr>
          <w:b/>
        </w:rPr>
        <w:t xml:space="preserve">[19:07] </w:t>
      </w:r>
      <w:r>
        <w:t>So I think that without discovery, there is no belief.</w:t>
      </w:r>
    </w:p>
    <w:p>
      <w:pPr>
        <w:jc w:val="right"/>
      </w:pPr>
      <w:r>
        <w:t>So I think that without discovery, there is no belief.</w:t>
      </w:r>
    </w:p>
    <w:p>
      <w:r>
        <w:rPr>
          <w:b/>
        </w:rPr>
        <w:t xml:space="preserve">[19:13] </w:t>
      </w:r>
      <w:r>
        <w:t>And without Tavassum,</w:t>
      </w:r>
    </w:p>
    <w:p>
      <w:pPr>
        <w:jc w:val="right"/>
      </w:pPr>
      <w:r>
        <w:t>And without Tavassum,</w:t>
      </w:r>
    </w:p>
    <w:p>
      <w:r>
        <w:rPr>
          <w:b/>
        </w:rPr>
        <w:t xml:space="preserve">[19:15] </w:t>
      </w:r>
      <w:r>
        <w:t>there is no,</w:t>
      </w:r>
    </w:p>
    <w:p>
      <w:pPr>
        <w:jc w:val="right"/>
      </w:pPr>
      <w:r>
        <w:t>there is no,</w:t>
      </w:r>
    </w:p>
    <w:p>
      <w:r>
        <w:rPr>
          <w:b/>
        </w:rPr>
        <w:t xml:space="preserve">[19:18] </w:t>
      </w:r>
      <w:r>
        <w:t>there is no</w:t>
      </w:r>
    </w:p>
    <w:p>
      <w:pPr>
        <w:jc w:val="right"/>
      </w:pPr>
      <w:r>
        <w:t>there is no</w:t>
      </w:r>
    </w:p>
    <w:p>
      <w:r>
        <w:rPr>
          <w:b/>
        </w:rPr>
        <w:t xml:space="preserve">[19:21] </w:t>
      </w:r>
      <w:r>
        <w:t>true believer. Tavassum makes you a true believer.</w:t>
      </w:r>
    </w:p>
    <w:p>
      <w:pPr>
        <w:jc w:val="right"/>
      </w:pPr>
      <w:r>
        <w:t>true believer. Tavassum makes you a true believer.</w:t>
      </w:r>
    </w:p>
    <w:p>
      <w:r>
        <w:rPr>
          <w:b/>
        </w:rPr>
        <w:t xml:space="preserve">[19:28] </w:t>
      </w:r>
      <w:r>
        <w:t>So first of all, after long, long contemplation, you discover God.</w:t>
      </w:r>
    </w:p>
    <w:p>
      <w:pPr>
        <w:jc w:val="right"/>
      </w:pPr>
      <w:r>
        <w:t>So first of all, after long, long contemplation, you discover God.</w:t>
      </w:r>
    </w:p>
    <w:p>
      <w:r>
        <w:rPr>
          <w:b/>
        </w:rPr>
        <w:t xml:space="preserve">[19:35] </w:t>
      </w:r>
      <w:r>
        <w:t>When you discover God or realize God, then you become Tavassum.</w:t>
      </w:r>
    </w:p>
    <w:p>
      <w:pPr>
        <w:jc w:val="right"/>
      </w:pPr>
      <w:r>
        <w:t>When you discover God or realize God, then you become Tavassum.</w:t>
      </w:r>
    </w:p>
    <w:p>
      <w:r>
        <w:rPr>
          <w:b/>
        </w:rPr>
        <w:t xml:space="preserve">[19:41] </w:t>
      </w:r>
      <w:r>
        <w:t>Tavassum means one who tries to draw lessons from things around you.</w:t>
      </w:r>
    </w:p>
    <w:p>
      <w:pPr>
        <w:jc w:val="right"/>
      </w:pPr>
      <w:r>
        <w:t>Tavassum means one who tries to draw lessons from things around you.</w:t>
      </w:r>
    </w:p>
    <w:p>
      <w:r>
        <w:rPr>
          <w:b/>
        </w:rPr>
        <w:t xml:space="preserve">[19:50] </w:t>
      </w:r>
      <w:r>
        <w:t>So Tavassum is a very important quality of a believer</w:t>
      </w:r>
    </w:p>
    <w:p>
      <w:pPr>
        <w:jc w:val="right"/>
      </w:pPr>
      <w:r>
        <w:t>So Tavassum is a very important quality of a believer</w:t>
      </w:r>
    </w:p>
    <w:p>
      <w:r>
        <w:rPr>
          <w:b/>
        </w:rPr>
        <w:t xml:space="preserve">[19:55] </w:t>
      </w:r>
      <w:r>
        <w:t>. How is this Tavassum different from Tafakkur and Tadabbur as mentioned in Quran?</w:t>
      </w:r>
    </w:p>
    <w:p>
      <w:pPr>
        <w:jc w:val="right"/>
      </w:pPr>
      <w:r>
        <w:t>. How is this Tavassum different from Tafakkur and Tadabbur as mentioned in Quran?</w:t>
      </w:r>
    </w:p>
    <w:p>
      <w:r>
        <w:rPr>
          <w:b/>
        </w:rPr>
        <w:t xml:space="preserve">[20:02] </w:t>
      </w:r>
      <w:r>
        <w:t>I think that there is no</w:t>
      </w:r>
    </w:p>
    <w:p>
      <w:pPr>
        <w:jc w:val="right"/>
      </w:pPr>
      <w:r>
        <w:t>I think that there is no</w:t>
      </w:r>
    </w:p>
    <w:p>
      <w:r>
        <w:rPr>
          <w:b/>
        </w:rPr>
        <w:t xml:space="preserve">[20:05] </w:t>
      </w:r>
      <w:r>
        <w:t>great difference between three, between these three</w:t>
      </w:r>
    </w:p>
    <w:p>
      <w:pPr>
        <w:jc w:val="right"/>
      </w:pPr>
      <w:r>
        <w:t>great difference between three, between these three</w:t>
      </w:r>
    </w:p>
    <w:p>
      <w:r>
        <w:rPr>
          <w:b/>
        </w:rPr>
        <w:t xml:space="preserve">[20:10] </w:t>
      </w:r>
      <w:r>
        <w:t>terms. Tavassum and Tafakkur and Tadabbur, all are interlinked.</w:t>
      </w:r>
    </w:p>
    <w:p>
      <w:pPr>
        <w:jc w:val="right"/>
      </w:pPr>
      <w:r>
        <w:t>terms. Tavassum and Tafakkur and Tadabbur, all are interlinked.</w:t>
      </w:r>
    </w:p>
    <w:p>
      <w:r>
        <w:rPr>
          <w:b/>
        </w:rPr>
        <w:t xml:space="preserve">[20:18] </w:t>
      </w:r>
      <w:r>
        <w:t>All are only</w:t>
      </w:r>
    </w:p>
    <w:p>
      <w:pPr>
        <w:jc w:val="right"/>
      </w:pPr>
      <w:r>
        <w:t>All are only</w:t>
      </w:r>
    </w:p>
    <w:p>
      <w:r>
        <w:rPr>
          <w:b/>
        </w:rPr>
        <w:t xml:space="preserve">[20:21] </w:t>
      </w:r>
      <w:r>
        <w:t>different aspect of a single,</w:t>
      </w:r>
    </w:p>
    <w:p>
      <w:pPr>
        <w:jc w:val="right"/>
      </w:pPr>
      <w:r>
        <w:t>different aspect of a single,</w:t>
      </w:r>
    </w:p>
    <w:p>
      <w:r>
        <w:rPr>
          <w:b/>
        </w:rPr>
        <w:t xml:space="preserve">[20:25] </w:t>
      </w:r>
      <w:r>
        <w:t>single thing. When you try to draw lesson, there is Tavassum.</w:t>
      </w:r>
    </w:p>
    <w:p>
      <w:pPr>
        <w:jc w:val="right"/>
      </w:pPr>
      <w:r>
        <w:t>single thing. When you try to draw lesson, there is Tavassum.</w:t>
      </w:r>
    </w:p>
    <w:p>
      <w:r>
        <w:rPr>
          <w:b/>
        </w:rPr>
        <w:t xml:space="preserve">[20:33] </w:t>
      </w:r>
      <w:r>
        <w:t>But without Tafakkur, Tadabbur, you cannot reach</w:t>
      </w:r>
    </w:p>
    <w:p>
      <w:pPr>
        <w:jc w:val="right"/>
      </w:pPr>
      <w:r>
        <w:t>But without Tafakkur, Tadabbur, you cannot reach</w:t>
      </w:r>
    </w:p>
    <w:p>
      <w:r>
        <w:rPr>
          <w:b/>
        </w:rPr>
        <w:t xml:space="preserve">[20:38] </w:t>
      </w:r>
      <w:r>
        <w:t>this stage. When you, when you try, when you try to draw lessons, you, you are engaged in</w:t>
      </w:r>
    </w:p>
    <w:p>
      <w:pPr>
        <w:jc w:val="right"/>
      </w:pPr>
      <w:r>
        <w:t>this stage. When you, when you try, when you try to draw lessons, you, you are engaged in</w:t>
      </w:r>
    </w:p>
    <w:p>
      <w:r>
        <w:rPr>
          <w:b/>
        </w:rPr>
        <w:t xml:space="preserve">[20:46] </w:t>
      </w:r>
      <w:r>
        <w:t>Tafakkur and Tadabbur</w:t>
      </w:r>
    </w:p>
    <w:p>
      <w:pPr>
        <w:jc w:val="right"/>
      </w:pPr>
      <w:r>
        <w:t>Tafakkur and Tadabbur</w:t>
      </w:r>
    </w:p>
    <w:p>
      <w:r>
        <w:rPr>
          <w:b/>
        </w:rPr>
        <w:t xml:space="preserve">[20:48] </w:t>
      </w:r>
      <w:r>
        <w:t>and in Tavassum.</w:t>
      </w:r>
    </w:p>
    <w:p>
      <w:pPr>
        <w:jc w:val="right"/>
      </w:pPr>
      <w:r>
        <w:t>and in Tavassum.</w:t>
      </w:r>
    </w:p>
    <w:p>
      <w:r>
        <w:rPr>
          <w:b/>
        </w:rPr>
        <w:t xml:space="preserve">[20:50] </w:t>
      </w:r>
      <w:r>
        <w:t>So all these three terms are,</w:t>
      </w:r>
    </w:p>
    <w:p>
      <w:pPr>
        <w:jc w:val="right"/>
      </w:pPr>
      <w:r>
        <w:t>So all these three terms are,</w:t>
      </w:r>
    </w:p>
    <w:p>
      <w:r>
        <w:rPr>
          <w:b/>
        </w:rPr>
        <w:t xml:space="preserve">[20:55] </w:t>
      </w:r>
      <w:r>
        <w:t>are manifestation of a single</w:t>
      </w:r>
    </w:p>
    <w:p>
      <w:pPr>
        <w:jc w:val="right"/>
      </w:pPr>
      <w:r>
        <w:t>are manifestation of a single</w:t>
      </w:r>
    </w:p>
    <w:p>
      <w:r>
        <w:rPr>
          <w:b/>
        </w:rPr>
        <w:t xml:space="preserve">[21:00] </w:t>
      </w:r>
      <w:r>
        <w:t>activity. That is meditation.</w:t>
      </w:r>
    </w:p>
    <w:p>
      <w:pPr>
        <w:jc w:val="right"/>
      </w:pPr>
      <w:r>
        <w:t>activity. That is meditation.</w:t>
      </w:r>
    </w:p>
    <w:p>
      <w:r>
        <w:rPr>
          <w:b/>
        </w:rPr>
        <w:t xml:space="preserve">[21:05] </w:t>
      </w:r>
      <w:r>
        <w:t>And the result is that you are able to draw lessons from everything.</w:t>
      </w:r>
    </w:p>
    <w:p>
      <w:pPr>
        <w:jc w:val="right"/>
      </w:pPr>
      <w:r>
        <w:t>And the result is that you are able to draw lessons from everything.</w:t>
      </w:r>
    </w:p>
    <w:p>
      <w:r>
        <w:rPr>
          <w:b/>
        </w:rPr>
        <w:t xml:space="preserve">[21:11] </w:t>
      </w:r>
      <w:r>
        <w:t>So I think that Tavassum and Tafakkur and Tadabbur all are synonymous terms.</w:t>
      </w:r>
    </w:p>
    <w:p>
      <w:pPr>
        <w:jc w:val="right"/>
      </w:pPr>
      <w:r>
        <w:t>So I think that Tavassum and Tafakkur and Tadabbur all are synonymous terms.</w:t>
      </w:r>
    </w:p>
    <w:p>
      <w:r>
        <w:rPr>
          <w:b/>
        </w:rPr>
        <w:t xml:space="preserve">[21:22] </w:t>
      </w:r>
      <w:r>
        <w:t>there is a hadith, which says that only purified souls will enter paradise. you talk of believer. my question to you is that how can a believer purify himself?</w:t>
      </w:r>
    </w:p>
    <w:p>
      <w:pPr>
        <w:jc w:val="right"/>
      </w:pPr>
      <w:r>
        <w:t>देयर इज़ अ हदीस, व्हिच सेज़ दैट ओनली प्यूरिफाइड सोल्स विल एंटर पैराडाइस। यू टॉक ऑफ बिलीवर। माय क्वेश्चन टू यू इज़ दैट हाउ कैन अ बिलीवर प्यूरिफाई हिमसेल्फ?</w:t>
      </w:r>
    </w:p>
    <w:p>
      <w:r>
        <w:rPr>
          <w:b/>
        </w:rPr>
        <w:t xml:space="preserve">[21:35] </w:t>
      </w:r>
      <w:r>
        <w:t>Yes. Belief is just</w:t>
      </w:r>
    </w:p>
    <w:p>
      <w:pPr>
        <w:jc w:val="right"/>
      </w:pPr>
      <w:r>
        <w:t>Yes. Belief is just</w:t>
      </w:r>
    </w:p>
    <w:p>
      <w:r>
        <w:rPr>
          <w:b/>
        </w:rPr>
        <w:t xml:space="preserve">[21:38] </w:t>
      </w:r>
      <w:r>
        <w:t>the starting point of Iman.</w:t>
      </w:r>
    </w:p>
    <w:p>
      <w:pPr>
        <w:jc w:val="right"/>
      </w:pPr>
      <w:r>
        <w:t>the starting point of Iman.</w:t>
      </w:r>
    </w:p>
    <w:p>
      <w:r>
        <w:rPr>
          <w:b/>
        </w:rPr>
        <w:t xml:space="preserve">[21:42] </w:t>
      </w:r>
      <w:r>
        <w:t>When you discover God, when you realize God's existence, then you become believer.</w:t>
      </w:r>
    </w:p>
    <w:p>
      <w:pPr>
        <w:jc w:val="right"/>
      </w:pPr>
      <w:r>
        <w:t>When you discover God, when you realize God's existence, then you become believer.</w:t>
      </w:r>
    </w:p>
    <w:p>
      <w:r>
        <w:rPr>
          <w:b/>
        </w:rPr>
        <w:t xml:space="preserve">[21:49] </w:t>
      </w:r>
      <w:r>
        <w:t>But it is starting.</w:t>
      </w:r>
    </w:p>
    <w:p>
      <w:pPr>
        <w:jc w:val="right"/>
      </w:pPr>
      <w:r>
        <w:t>But it is starting.</w:t>
      </w:r>
    </w:p>
    <w:p>
      <w:r>
        <w:rPr>
          <w:b/>
        </w:rPr>
        <w:t xml:space="preserve">[21:52] </w:t>
      </w:r>
      <w:r>
        <w:t>It is starting point.</w:t>
      </w:r>
    </w:p>
    <w:p>
      <w:pPr>
        <w:jc w:val="right"/>
      </w:pPr>
      <w:r>
        <w:t>It is starting point.</w:t>
      </w:r>
    </w:p>
    <w:p>
      <w:r>
        <w:rPr>
          <w:b/>
        </w:rPr>
        <w:t xml:space="preserve">[21:54] </w:t>
      </w:r>
      <w:r>
        <w:t>It is not the end.</w:t>
      </w:r>
    </w:p>
    <w:p>
      <w:pPr>
        <w:jc w:val="right"/>
      </w:pPr>
      <w:r>
        <w:t>It is not the end.</w:t>
      </w:r>
    </w:p>
    <w:p>
      <w:r>
        <w:rPr>
          <w:b/>
        </w:rPr>
        <w:t xml:space="preserve">[21:56] </w:t>
      </w:r>
      <w:r>
        <w:t>So when you discover God, then you embark a long journey, a</w:t>
      </w:r>
    </w:p>
    <w:p>
      <w:pPr>
        <w:jc w:val="right"/>
      </w:pPr>
      <w:r>
        <w:t>So when you discover God, then you embark a long journey, a</w:t>
      </w:r>
    </w:p>
    <w:p>
      <w:r>
        <w:rPr>
          <w:b/>
        </w:rPr>
        <w:t xml:space="preserve">[22:03] </w:t>
      </w:r>
      <w:r>
        <w:t>lifelong journey. When you discover God, you are embarking a lifelong journey.</w:t>
      </w:r>
    </w:p>
    <w:p>
      <w:pPr>
        <w:jc w:val="right"/>
      </w:pPr>
      <w:r>
        <w:t>lifelong journey. When you discover God, you are embarking a lifelong journey.</w:t>
      </w:r>
    </w:p>
    <w:p>
      <w:r>
        <w:rPr>
          <w:b/>
        </w:rPr>
        <w:t xml:space="preserve">[22:13] </w:t>
      </w:r>
      <w:r>
        <w:t>That journey, that journey is</w:t>
      </w:r>
    </w:p>
    <w:p>
      <w:pPr>
        <w:jc w:val="right"/>
      </w:pPr>
      <w:r>
        <w:t>That journey, that journey is</w:t>
      </w:r>
    </w:p>
    <w:p>
      <w:r>
        <w:rPr>
          <w:b/>
        </w:rPr>
        <w:t xml:space="preserve">[22:17] </w:t>
      </w:r>
      <w:r>
        <w:t>every time you strive to increase your belief, every time you are, you try to increase your, your</w:t>
      </w:r>
    </w:p>
    <w:p>
      <w:pPr>
        <w:jc w:val="right"/>
      </w:pPr>
      <w:r>
        <w:t>every time you strive to increase your belief, every time you are, you try to increase your, your</w:t>
      </w:r>
    </w:p>
    <w:p>
      <w:r>
        <w:rPr>
          <w:b/>
        </w:rPr>
        <w:t xml:space="preserve">[22:26] </w:t>
      </w:r>
      <w:r>
        <w:t>conviction, every time you are engaged in Tavassum and Tafakkur and Tadabbur and studying the word of God.</w:t>
      </w:r>
    </w:p>
    <w:p>
      <w:pPr>
        <w:jc w:val="right"/>
      </w:pPr>
      <w:r>
        <w:t>conviction, every time you are engaged in Tavassum and Tafakkur and Tadabbur and studying the word of God.</w:t>
      </w:r>
    </w:p>
    <w:p>
      <w:r>
        <w:rPr>
          <w:b/>
        </w:rPr>
        <w:t xml:space="preserve">[22:38] </w:t>
      </w:r>
      <w:r>
        <w:t>So when you realize God, that is not enough.</w:t>
      </w:r>
    </w:p>
    <w:p>
      <w:pPr>
        <w:jc w:val="right"/>
      </w:pPr>
      <w:r>
        <w:t>So when you realize God, that is not enough.</w:t>
      </w:r>
    </w:p>
    <w:p>
      <w:r>
        <w:rPr>
          <w:b/>
        </w:rPr>
        <w:t xml:space="preserve">[22:44] </w:t>
      </w:r>
      <w:r>
        <w:t>It is just starting.</w:t>
      </w:r>
    </w:p>
    <w:p>
      <w:pPr>
        <w:jc w:val="right"/>
      </w:pPr>
      <w:r>
        <w:t>It is just starting.</w:t>
      </w:r>
    </w:p>
    <w:p>
      <w:r>
        <w:rPr>
          <w:b/>
        </w:rPr>
        <w:t xml:space="preserve">[22:49] </w:t>
      </w:r>
      <w:r>
        <w:t>It is a, it's a long journey.</w:t>
      </w:r>
    </w:p>
    <w:p>
      <w:pPr>
        <w:jc w:val="right"/>
      </w:pPr>
      <w:r>
        <w:t>It is a, it's a long journey.</w:t>
      </w:r>
    </w:p>
    <w:p>
      <w:r>
        <w:rPr>
          <w:b/>
        </w:rPr>
        <w:t xml:space="preserve">[22:53] </w:t>
      </w:r>
      <w:r>
        <w:t>So realization is just the starting of this long journey.</w:t>
      </w:r>
    </w:p>
    <w:p>
      <w:pPr>
        <w:jc w:val="right"/>
      </w:pPr>
      <w:r>
        <w:t>So realization is just the starting of this long journey.</w:t>
      </w:r>
    </w:p>
    <w:p>
      <w:r>
        <w:rPr>
          <w:b/>
        </w:rPr>
        <w:t xml:space="preserve">[23:00] </w:t>
      </w:r>
      <w:r>
        <w:t>Everyone who take belief as a,</w:t>
      </w:r>
    </w:p>
    <w:p>
      <w:pPr>
        <w:jc w:val="right"/>
      </w:pPr>
      <w:r>
        <w:t>Everyone who take belief as a,</w:t>
      </w:r>
    </w:p>
    <w:p>
      <w:r>
        <w:rPr>
          <w:b/>
        </w:rPr>
        <w:t xml:space="preserve">[23:06] </w:t>
      </w:r>
      <w:r>
        <w:t>as a static matter, so I think that he failed to taste the</w:t>
      </w:r>
    </w:p>
    <w:p>
      <w:pPr>
        <w:jc w:val="right"/>
      </w:pPr>
      <w:r>
        <w:t>as a static matter, so I think that he failed to taste the</w:t>
      </w:r>
    </w:p>
    <w:p>
      <w:r>
        <w:rPr>
          <w:b/>
        </w:rPr>
        <w:t xml:space="preserve">[23:15] </w:t>
      </w:r>
      <w:r>
        <w:t>real meaning of</w:t>
      </w:r>
    </w:p>
    <w:p>
      <w:pPr>
        <w:jc w:val="right"/>
      </w:pPr>
      <w:r>
        <w:t>real meaning of</w:t>
      </w:r>
    </w:p>
    <w:p>
      <w:r>
        <w:rPr>
          <w:b/>
        </w:rPr>
        <w:t xml:space="preserve">[23:17] </w:t>
      </w:r>
      <w:r>
        <w:t>a belief. Belief is not something</w:t>
      </w:r>
    </w:p>
    <w:p>
      <w:pPr>
        <w:jc w:val="right"/>
      </w:pPr>
      <w:r>
        <w:t>a belief. Belief is not something</w:t>
      </w:r>
    </w:p>
    <w:p>
      <w:r>
        <w:rPr>
          <w:b/>
        </w:rPr>
        <w:t xml:space="preserve">[23:23] </w:t>
      </w:r>
      <w:r>
        <w:t>static. It is a, it is a</w:t>
      </w:r>
    </w:p>
    <w:p>
      <w:pPr>
        <w:jc w:val="right"/>
      </w:pPr>
      <w:r>
        <w:t>static. It is a, it is a</w:t>
      </w:r>
    </w:p>
    <w:p>
      <w:r>
        <w:rPr>
          <w:b/>
        </w:rPr>
        <w:t xml:space="preserve">[23:29] </w:t>
      </w:r>
      <w:r>
        <w:t>very active phenomena.</w:t>
      </w:r>
    </w:p>
    <w:p>
      <w:pPr>
        <w:jc w:val="right"/>
      </w:pPr>
      <w:r>
        <w:t>very active phenomena.</w:t>
      </w:r>
    </w:p>
    <w:p>
      <w:r>
        <w:rPr>
          <w:b/>
        </w:rPr>
        <w:t xml:space="preserve">[23:33] </w:t>
      </w:r>
      <w:r>
        <w:t>Belief, belief, belief makes you active person.</w:t>
      </w:r>
    </w:p>
    <w:p>
      <w:pPr>
        <w:jc w:val="right"/>
      </w:pPr>
      <w:r>
        <w:t>Belief, belief, belief makes you active person.</w:t>
      </w:r>
    </w:p>
    <w:p>
      <w:r>
        <w:rPr>
          <w:b/>
        </w:rPr>
        <w:t xml:space="preserve">[23:38] </w:t>
      </w:r>
      <w:r>
        <w:t>Belief make you thinking person.</w:t>
      </w:r>
    </w:p>
    <w:p>
      <w:pPr>
        <w:jc w:val="right"/>
      </w:pPr>
      <w:r>
        <w:t>Belief make you thinking person.</w:t>
      </w:r>
    </w:p>
    <w:p>
      <w:r>
        <w:rPr>
          <w:b/>
        </w:rPr>
        <w:t xml:space="preserve">[23:42] </w:t>
      </w:r>
      <w:r>
        <w:t>Belief makes you</w:t>
      </w:r>
    </w:p>
    <w:p>
      <w:pPr>
        <w:jc w:val="right"/>
      </w:pPr>
      <w:r>
        <w:t>Belief makes you</w:t>
      </w:r>
    </w:p>
    <w:p>
      <w:r>
        <w:rPr>
          <w:b/>
        </w:rPr>
        <w:t xml:space="preserve">[23:45] </w:t>
      </w:r>
      <w:r>
        <w:t>Tavassum. Every time you are busy, every time you are intellectually active person.</w:t>
      </w:r>
    </w:p>
    <w:p>
      <w:pPr>
        <w:jc w:val="right"/>
      </w:pPr>
      <w:r>
        <w:t>Tavassum. Every time you are busy, every time you are intellectually active person.</w:t>
      </w:r>
    </w:p>
    <w:p>
      <w:r>
        <w:rPr>
          <w:b/>
        </w:rPr>
        <w:t xml:space="preserve">[23:56] </w:t>
      </w:r>
      <w:r>
        <w:t>So belief is not,</w:t>
      </w:r>
    </w:p>
    <w:p>
      <w:pPr>
        <w:jc w:val="right"/>
      </w:pPr>
      <w:r>
        <w:t>So belief is not,</w:t>
      </w:r>
    </w:p>
    <w:p>
      <w:r>
        <w:rPr>
          <w:b/>
        </w:rPr>
        <w:t xml:space="preserve">[23:59] </w:t>
      </w:r>
      <w:r>
        <w:t>not stagnation. Belief is a, is a living quality.</w:t>
      </w:r>
    </w:p>
    <w:p>
      <w:pPr>
        <w:jc w:val="right"/>
      </w:pPr>
      <w:r>
        <w:t>not stagnation. Belief is a, is a living quality.</w:t>
      </w:r>
    </w:p>
    <w:p>
      <w:r>
        <w:rPr>
          <w:b/>
        </w:rPr>
        <w:t xml:space="preserve">[24:08] </w:t>
      </w:r>
      <w:r>
        <w:t>So you have to</w:t>
      </w:r>
    </w:p>
    <w:p>
      <w:pPr>
        <w:jc w:val="right"/>
      </w:pPr>
      <w:r>
        <w:t>So you have to</w:t>
      </w:r>
    </w:p>
    <w:p>
      <w:r>
        <w:rPr>
          <w:b/>
        </w:rPr>
        <w:t xml:space="preserve">[24:11] </w:t>
      </w:r>
      <w:r>
        <w:t>live in Tavassum every time, in Tafakkur every time, in Tadabbur every time.</w:t>
      </w:r>
    </w:p>
    <w:p>
      <w:pPr>
        <w:jc w:val="right"/>
      </w:pPr>
      <w:r>
        <w:t>live in Tavassum every time, in Tafakkur every time, in Tadabbur every time.</w:t>
      </w:r>
    </w:p>
    <w:p>
      <w:r>
        <w:rPr>
          <w:b/>
        </w:rPr>
        <w:t xml:space="preserve">[24:20] </w:t>
      </w:r>
      <w:r>
        <w:t>So that by, by this practice, you will increase your belief every day.</w:t>
      </w:r>
    </w:p>
    <w:p>
      <w:pPr>
        <w:jc w:val="right"/>
      </w:pPr>
      <w:r>
        <w:t>So that by, by this practice, you will increase your belief every day.</w:t>
      </w:r>
    </w:p>
    <w:p>
      <w:r>
        <w:rPr>
          <w:b/>
        </w:rPr>
        <w:t xml:space="preserve">[24:27] </w:t>
      </w:r>
      <w:r>
        <w:t>You will increase your conviction every day.</w:t>
      </w:r>
    </w:p>
    <w:p>
      <w:pPr>
        <w:jc w:val="right"/>
      </w:pPr>
      <w:r>
        <w:t>You will increase your conviction every day.</w:t>
      </w:r>
    </w:p>
    <w:p>
      <w:r>
        <w:rPr>
          <w:b/>
        </w:rPr>
        <w:t xml:space="preserve">[24:32] </w:t>
      </w:r>
      <w:r>
        <w:t>In this long journey of God realization, how does God guide a man?</w:t>
      </w:r>
    </w:p>
    <w:p>
      <w:pPr>
        <w:jc w:val="right"/>
      </w:pPr>
      <w:r>
        <w:t>In this long journey of God realization, how does God guide a man?</w:t>
      </w:r>
    </w:p>
    <w:p>
      <w:r>
        <w:rPr>
          <w:b/>
        </w:rPr>
        <w:t xml:space="preserve">[24:40] </w:t>
      </w:r>
      <w:r>
        <w:t>Through Dua. Without Dua, there is no help from God.</w:t>
      </w:r>
    </w:p>
    <w:p>
      <w:pPr>
        <w:jc w:val="right"/>
      </w:pPr>
      <w:r>
        <w:t>Through Dua. Without Dua, there is no help from God.</w:t>
      </w:r>
    </w:p>
    <w:p>
      <w:r>
        <w:rPr>
          <w:b/>
        </w:rPr>
        <w:t xml:space="preserve">[24:49] </w:t>
      </w:r>
      <w:r>
        <w:t>God cannot provide you His help without Dua.</w:t>
      </w:r>
    </w:p>
    <w:p>
      <w:pPr>
        <w:jc w:val="right"/>
      </w:pPr>
      <w:r>
        <w:t>God cannot provide you His help without Dua.</w:t>
      </w:r>
    </w:p>
    <w:p>
      <w:r>
        <w:rPr>
          <w:b/>
        </w:rPr>
        <w:t xml:space="preserve">[24:58] </w:t>
      </w:r>
      <w:r>
        <w:t>There are two different aspect of life.</w:t>
      </w:r>
    </w:p>
    <w:p>
      <w:pPr>
        <w:jc w:val="right"/>
      </w:pPr>
      <w:r>
        <w:t>There are two different aspect of life.</w:t>
      </w:r>
    </w:p>
    <w:p>
      <w:r>
        <w:rPr>
          <w:b/>
        </w:rPr>
        <w:t xml:space="preserve">[25:03] </w:t>
      </w:r>
      <w:r>
        <w:t>One that is necessary for living in this earth, for,</w:t>
      </w:r>
    </w:p>
    <w:p>
      <w:pPr>
        <w:jc w:val="right"/>
      </w:pPr>
      <w:r>
        <w:t>One that is necessary for living in this earth, for,</w:t>
      </w:r>
    </w:p>
    <w:p>
      <w:r>
        <w:rPr>
          <w:b/>
        </w:rPr>
        <w:t xml:space="preserve">[25:11] </w:t>
      </w:r>
      <w:r>
        <w:t>for example, oxygen or water or sunlight</w:t>
      </w:r>
    </w:p>
    <w:p>
      <w:pPr>
        <w:jc w:val="right"/>
      </w:pPr>
      <w:r>
        <w:t>for example, oxygen or water or sunlight</w:t>
      </w:r>
    </w:p>
    <w:p>
      <w:r>
        <w:rPr>
          <w:b/>
        </w:rPr>
        <w:t xml:space="preserve">[25:17] </w:t>
      </w:r>
      <w:r>
        <w:t>or gravitational pull in the earth.</w:t>
      </w:r>
    </w:p>
    <w:p>
      <w:pPr>
        <w:jc w:val="right"/>
      </w:pPr>
      <w:r>
        <w:t>or gravitational pull in the earth.</w:t>
      </w:r>
    </w:p>
    <w:p>
      <w:r>
        <w:rPr>
          <w:b/>
        </w:rPr>
        <w:t xml:space="preserve">[25:20] </w:t>
      </w:r>
      <w:r>
        <w:t>All these things are necessary.</w:t>
      </w:r>
    </w:p>
    <w:p>
      <w:pPr>
        <w:jc w:val="right"/>
      </w:pPr>
      <w:r>
        <w:t>All these things are necessary.</w:t>
      </w:r>
    </w:p>
    <w:p>
      <w:r>
        <w:rPr>
          <w:b/>
        </w:rPr>
        <w:t xml:space="preserve">[25:24] </w:t>
      </w:r>
      <w:r>
        <w:t>So these things,</w:t>
      </w:r>
    </w:p>
    <w:p>
      <w:pPr>
        <w:jc w:val="right"/>
      </w:pPr>
      <w:r>
        <w:t>So these things,</w:t>
      </w:r>
    </w:p>
    <w:p>
      <w:r>
        <w:rPr>
          <w:b/>
        </w:rPr>
        <w:t xml:space="preserve">[25:26] </w:t>
      </w:r>
      <w:r>
        <w:t>God, God, these things are supplied without paying the price, without making Dua.</w:t>
      </w:r>
    </w:p>
    <w:p>
      <w:pPr>
        <w:jc w:val="right"/>
      </w:pPr>
      <w:r>
        <w:t>God, God, these things are supplied without paying the price, without making Dua.</w:t>
      </w:r>
    </w:p>
    <w:p>
      <w:r>
        <w:rPr>
          <w:b/>
        </w:rPr>
        <w:t xml:space="preserve">[25:37] </w:t>
      </w:r>
      <w:r>
        <w:t>If you don't make Dua,</w:t>
      </w:r>
    </w:p>
    <w:p>
      <w:pPr>
        <w:jc w:val="right"/>
      </w:pPr>
      <w:r>
        <w:t>If you don't make Dua,</w:t>
      </w:r>
    </w:p>
    <w:p>
      <w:r>
        <w:rPr>
          <w:b/>
        </w:rPr>
        <w:t xml:space="preserve">[25:42] </w:t>
      </w:r>
      <w:r>
        <w:t>even if you, if you are not ready, if you are not making any Dua,</w:t>
      </w:r>
    </w:p>
    <w:p>
      <w:pPr>
        <w:jc w:val="right"/>
      </w:pPr>
      <w:r>
        <w:t>even if you, if you are not ready, if you are not making any Dua,</w:t>
      </w:r>
    </w:p>
    <w:p>
      <w:r>
        <w:rPr>
          <w:b/>
        </w:rPr>
        <w:t xml:space="preserve">[25:48] </w:t>
      </w:r>
      <w:r>
        <w:t>then God will not stop these blessings.</w:t>
      </w:r>
    </w:p>
    <w:p>
      <w:pPr>
        <w:jc w:val="right"/>
      </w:pPr>
      <w:r>
        <w:t>then God will not stop these blessings.</w:t>
      </w:r>
    </w:p>
    <w:p>
      <w:r>
        <w:rPr>
          <w:b/>
        </w:rPr>
        <w:t xml:space="preserve">[25:53] </w:t>
      </w:r>
      <w:r>
        <w:t>Even without Dua, He will provide you water and oxygen and light and everything.</w:t>
      </w:r>
    </w:p>
    <w:p>
      <w:pPr>
        <w:jc w:val="right"/>
      </w:pPr>
      <w:r>
        <w:t>Even without Dua, He will provide you water and oxygen and light and everything.</w:t>
      </w:r>
    </w:p>
    <w:p>
      <w:r>
        <w:rPr>
          <w:b/>
        </w:rPr>
        <w:t xml:space="preserve">[26:00] </w:t>
      </w:r>
      <w:r>
        <w:t>But as far as the intellectual development concern,</w:t>
      </w:r>
    </w:p>
    <w:p>
      <w:pPr>
        <w:jc w:val="right"/>
      </w:pPr>
      <w:r>
        <w:t>But as far as the intellectual development concern,</w:t>
      </w:r>
    </w:p>
    <w:p>
      <w:r>
        <w:rPr>
          <w:b/>
        </w:rPr>
        <w:t xml:space="preserve">[26:05] </w:t>
      </w:r>
      <w:r>
        <w:t>as far as the intellectual develop, as far as the intellectual development or spiritual development is concerned, it,</w:t>
      </w:r>
    </w:p>
    <w:p>
      <w:pPr>
        <w:jc w:val="right"/>
      </w:pPr>
      <w:r>
        <w:t>as far as the intellectual develop, as far as the intellectual development or spiritual development is concerned, it,</w:t>
      </w:r>
    </w:p>
    <w:p>
      <w:r>
        <w:rPr>
          <w:b/>
        </w:rPr>
        <w:t xml:space="preserve">[26:13] </w:t>
      </w:r>
      <w:r>
        <w:t>it is, it requires Dua.</w:t>
      </w:r>
    </w:p>
    <w:p>
      <w:pPr>
        <w:jc w:val="right"/>
      </w:pPr>
      <w:r>
        <w:t>it is, it requires Dua.</w:t>
      </w:r>
    </w:p>
    <w:p>
      <w:r>
        <w:rPr>
          <w:b/>
        </w:rPr>
        <w:t xml:space="preserve">[26:15] </w:t>
      </w:r>
      <w:r>
        <w:t>Without Dua, you cannot</w:t>
      </w:r>
    </w:p>
    <w:p>
      <w:pPr>
        <w:jc w:val="right"/>
      </w:pPr>
      <w:r>
        <w:t>Without Dua, you cannot</w:t>
      </w:r>
    </w:p>
    <w:p>
      <w:r>
        <w:rPr>
          <w:b/>
        </w:rPr>
        <w:t xml:space="preserve">[26:19] </w:t>
      </w:r>
      <w:r>
        <w:t>attain God's help.</w:t>
      </w:r>
    </w:p>
    <w:p>
      <w:pPr>
        <w:jc w:val="right"/>
      </w:pPr>
      <w:r>
        <w:t>attain God's help.</w:t>
      </w:r>
    </w:p>
    <w:p>
      <w:r>
        <w:rPr>
          <w:b/>
        </w:rPr>
        <w:t xml:space="preserve">[26:22] </w:t>
      </w:r>
      <w:r>
        <w:t>So what, as for, as far as physical living is concerned, you can achieve all these, all things</w:t>
      </w:r>
    </w:p>
    <w:p>
      <w:pPr>
        <w:jc w:val="right"/>
      </w:pPr>
      <w:r>
        <w:t>So what, as for, as far as physical living is concerned, you can achieve all these, all things</w:t>
      </w:r>
    </w:p>
    <w:p>
      <w:r>
        <w:rPr>
          <w:b/>
        </w:rPr>
        <w:t xml:space="preserve">[26:30] </w:t>
      </w:r>
      <w:r>
        <w:t>without Dua. But as far as the intellectual development and spiritual development is concerned,</w:t>
      </w:r>
    </w:p>
    <w:p>
      <w:pPr>
        <w:jc w:val="right"/>
      </w:pPr>
      <w:r>
        <w:t>without Dua. But as far as the intellectual development and spiritual development is concerned,</w:t>
      </w:r>
    </w:p>
    <w:p>
      <w:r>
        <w:rPr>
          <w:b/>
        </w:rPr>
        <w:t xml:space="preserve">[26:39] </w:t>
      </w:r>
      <w:r>
        <w:t>it necessarily requires Dua.</w:t>
      </w:r>
    </w:p>
    <w:p>
      <w:pPr>
        <w:jc w:val="right"/>
      </w:pPr>
      <w:r>
        <w:t>it necessarily requires Dua.</w:t>
      </w:r>
    </w:p>
    <w:p>
      <w:r>
        <w:rPr>
          <w:b/>
        </w:rPr>
        <w:t xml:space="preserve">[26:42] </w:t>
      </w:r>
      <w:r>
        <w:t>Without Dua, you cannot</w:t>
      </w:r>
    </w:p>
    <w:p>
      <w:pPr>
        <w:jc w:val="right"/>
      </w:pPr>
      <w:r>
        <w:t>Without Dua, you cannot</w:t>
      </w:r>
    </w:p>
    <w:p>
      <w:r>
        <w:rPr>
          <w:b/>
        </w:rPr>
        <w:t xml:space="preserve">[26:46] </w:t>
      </w:r>
      <w:r>
        <w:t>be a man of Tavassum,</w:t>
      </w:r>
    </w:p>
    <w:p>
      <w:pPr>
        <w:jc w:val="right"/>
      </w:pPr>
      <w:r>
        <w:t>be a man of Tavassum,</w:t>
      </w:r>
    </w:p>
    <w:p>
      <w:r>
        <w:rPr>
          <w:b/>
        </w:rPr>
        <w:t xml:space="preserve">[26:49] </w:t>
      </w:r>
      <w:r>
        <w:t>a true believer.</w:t>
      </w:r>
    </w:p>
    <w:p>
      <w:pPr>
        <w:jc w:val="right"/>
      </w:pPr>
      <w:r>
        <w:t>a true believer.</w:t>
      </w:r>
    </w:p>
    <w:p>
      <w:r>
        <w:rPr>
          <w:b/>
        </w:rPr>
        <w:t xml:space="preserve">[26:52] </w:t>
      </w:r>
      <w:r>
        <w:t>So in this part of life,</w:t>
      </w:r>
    </w:p>
    <w:p>
      <w:pPr>
        <w:jc w:val="right"/>
      </w:pPr>
      <w:r>
        <w:t>So in this part of life,</w:t>
      </w:r>
    </w:p>
    <w:p>
      <w:r>
        <w:rPr>
          <w:b/>
        </w:rPr>
        <w:t xml:space="preserve">[26:55] </w:t>
      </w:r>
      <w:r>
        <w:t>you have to make Dua every time, every day, every morning.</w:t>
      </w:r>
    </w:p>
    <w:p>
      <w:pPr>
        <w:jc w:val="right"/>
      </w:pPr>
      <w:r>
        <w:t>you have to make Dua every time, every day, every morning.</w:t>
      </w:r>
    </w:p>
    <w:p>
      <w:r>
        <w:rPr>
          <w:b/>
        </w:rPr>
        <w:t xml:space="preserve">[27:00] </w:t>
      </w:r>
      <w:r>
        <w:t>Because without Dua, you cannot receive that kind of inspiration.</w:t>
      </w:r>
    </w:p>
    <w:p>
      <w:pPr>
        <w:jc w:val="right"/>
      </w:pPr>
      <w:r>
        <w:t>Because without Dua, you cannot receive that kind of inspiration.</w:t>
      </w:r>
    </w:p>
    <w:p>
      <w:r>
        <w:rPr>
          <w:b/>
        </w:rPr>
        <w:t xml:space="preserve">[27:07] </w:t>
      </w:r>
      <w:r>
        <w:t>Without Dua, you cannot receive that kind of blessing from God, which is necessary for your intellectual development</w:t>
      </w:r>
    </w:p>
    <w:p>
      <w:pPr>
        <w:jc w:val="right"/>
      </w:pPr>
      <w:r>
        <w:t>Without Dua, you cannot receive that kind of blessing from God, which is necessary for your intellectual development</w:t>
      </w:r>
    </w:p>
    <w:p>
      <w:r>
        <w:rPr>
          <w:b/>
        </w:rPr>
        <w:t xml:space="preserve">[27:13] </w:t>
      </w:r>
      <w:r>
        <w:t>and your, and for your spiritual development.</w:t>
      </w:r>
    </w:p>
    <w:p>
      <w:pPr>
        <w:jc w:val="right"/>
      </w:pPr>
      <w:r>
        <w:t>and your, and for your spiritual development.</w:t>
      </w:r>
    </w:p>
    <w:p>
      <w:r>
        <w:rPr>
          <w:b/>
        </w:rPr>
        <w:t xml:space="preserve">[27:17] </w:t>
      </w:r>
      <w:r>
        <w:t>what role does intention play in this spiritual and intellectual development of a man?</w:t>
      </w:r>
    </w:p>
    <w:p>
      <w:pPr>
        <w:jc w:val="right"/>
      </w:pPr>
      <w:r>
        <w:t>व्हाट रोल डस इंटेंशन प्ले इन दिस स्पिरिचुअल एंड इंटेलेक्चुअल डेवलपमेंट ऑफ अ मैन?</w:t>
      </w:r>
    </w:p>
    <w:p>
      <w:r>
        <w:rPr>
          <w:b/>
        </w:rPr>
        <w:t xml:space="preserve">[27:25] </w:t>
      </w:r>
      <w:r>
        <w:t>Intention is important</w:t>
      </w:r>
    </w:p>
    <w:p>
      <w:pPr>
        <w:jc w:val="right"/>
      </w:pPr>
      <w:r>
        <w:t>Intention is important</w:t>
      </w:r>
    </w:p>
    <w:p>
      <w:r>
        <w:rPr>
          <w:b/>
        </w:rPr>
        <w:t xml:space="preserve">[27:28] </w:t>
      </w:r>
      <w:r>
        <w:t>in everything, in belief, in, in prayer.</w:t>
      </w:r>
    </w:p>
    <w:p>
      <w:pPr>
        <w:jc w:val="right"/>
      </w:pPr>
      <w:r>
        <w:t>in everything, in belief, in, in prayer.</w:t>
      </w:r>
    </w:p>
    <w:p>
      <w:r>
        <w:rPr>
          <w:b/>
        </w:rPr>
        <w:t xml:space="preserve">[27:35] </w:t>
      </w:r>
      <w:r>
        <w:t>And there is a Hadith that it</w:t>
      </w:r>
    </w:p>
    <w:p>
      <w:pPr>
        <w:jc w:val="right"/>
      </w:pPr>
      <w:r>
        <w:t>And there is a Hadith that it</w:t>
      </w:r>
    </w:p>
    <w:p>
      <w:r>
        <w:rPr>
          <w:b/>
        </w:rPr>
        <w:t xml:space="preserve">[27:43] </w:t>
      </w:r>
      <w:r>
        <w:t>means that actions depend on intentions.</w:t>
      </w:r>
    </w:p>
    <w:p>
      <w:pPr>
        <w:jc w:val="right"/>
      </w:pPr>
      <w:r>
        <w:t>means that actions depend on intentions.</w:t>
      </w:r>
    </w:p>
    <w:p>
      <w:r>
        <w:rPr>
          <w:b/>
        </w:rPr>
        <w:t xml:space="preserve">[27:50] </w:t>
      </w:r>
      <w:r>
        <w:t>Every action, every action need good intention.</w:t>
      </w:r>
    </w:p>
    <w:p>
      <w:pPr>
        <w:jc w:val="right"/>
      </w:pPr>
      <w:r>
        <w:t>Every action, every action need good intention.</w:t>
      </w:r>
    </w:p>
    <w:p>
      <w:r>
        <w:rPr>
          <w:b/>
        </w:rPr>
        <w:t xml:space="preserve">[27:58] </w:t>
      </w:r>
      <w:r>
        <w:t>Without good intention,</w:t>
      </w:r>
    </w:p>
    <w:p>
      <w:pPr>
        <w:jc w:val="right"/>
      </w:pPr>
      <w:r>
        <w:t>Without good intention,</w:t>
      </w:r>
    </w:p>
    <w:p>
      <w:r>
        <w:rPr>
          <w:b/>
        </w:rPr>
        <w:t xml:space="preserve">[28:00] </w:t>
      </w:r>
      <w:r>
        <w:t>no action will be accepted by God.</w:t>
      </w:r>
    </w:p>
    <w:p>
      <w:pPr>
        <w:jc w:val="right"/>
      </w:pPr>
      <w:r>
        <w:t>no action will be accepted by God.</w:t>
      </w:r>
    </w:p>
    <w:p>
      <w:r>
        <w:rPr>
          <w:b/>
        </w:rPr>
        <w:t xml:space="preserve">[28:04] </w:t>
      </w:r>
      <w:r>
        <w:t>So intention is necessary every, in everything.</w:t>
      </w:r>
    </w:p>
    <w:p>
      <w:pPr>
        <w:jc w:val="right"/>
      </w:pPr>
      <w:r>
        <w:t>So intention is necessary every, in everything.</w:t>
      </w:r>
    </w:p>
    <w:p>
      <w:r>
        <w:rPr>
          <w:b/>
        </w:rPr>
        <w:t xml:space="preserve">[28:10] </w:t>
      </w:r>
      <w:r>
        <w:t>Your speech, your action, your activities</w:t>
      </w:r>
    </w:p>
    <w:p>
      <w:pPr>
        <w:jc w:val="right"/>
      </w:pPr>
      <w:r>
        <w:t>Your speech, your action, your activities</w:t>
      </w:r>
    </w:p>
    <w:p>
      <w:r>
        <w:rPr>
          <w:b/>
        </w:rPr>
        <w:t xml:space="preserve">[28:17] </w:t>
      </w:r>
      <w:r>
        <w:t>are valuable when behind all these activities there is good intention.</w:t>
      </w:r>
    </w:p>
    <w:p>
      <w:pPr>
        <w:jc w:val="right"/>
      </w:pPr>
      <w:r>
        <w:t>are valuable when behind all these activities there is good intention.</w:t>
      </w:r>
    </w:p>
    <w:p>
      <w:r>
        <w:rPr>
          <w:b/>
        </w:rPr>
        <w:t xml:space="preserve">[28:25] </w:t>
      </w:r>
      <w:r>
        <w:t>Without intention, no,</w:t>
      </w:r>
    </w:p>
    <w:p>
      <w:pPr>
        <w:jc w:val="right"/>
      </w:pPr>
      <w:r>
        <w:t>Without intention, no,</w:t>
      </w:r>
    </w:p>
    <w:p>
      <w:r>
        <w:rPr>
          <w:b/>
        </w:rPr>
        <w:t xml:space="preserve">[28:33] </w:t>
      </w:r>
      <w:r>
        <w:t>no activity, even no worship can be accepted by God.</w:t>
      </w:r>
    </w:p>
    <w:p>
      <w:pPr>
        <w:jc w:val="right"/>
      </w:pPr>
      <w:r>
        <w:t>no activity, even no worship can be accepted by God.</w:t>
      </w:r>
    </w:p>
    <w:p>
      <w:r>
        <w:rPr>
          <w:b/>
        </w:rPr>
        <w:t xml:space="preserve">[28:42] </w:t>
      </w:r>
      <w:r>
        <w:t>So intention is must for, for everything.</w:t>
      </w:r>
    </w:p>
    <w:p>
      <w:pPr>
        <w:jc w:val="right"/>
      </w:pPr>
      <w:r>
        <w:t>So intention is must for, for everything.</w:t>
      </w:r>
    </w:p>
    <w:p>
      <w:r>
        <w:rPr>
          <w:b/>
        </w:rPr>
        <w:t xml:space="preserve">[28:48] </w:t>
      </w:r>
      <w:r>
        <w:t>when we read quran, we find mention of many prophets, who were given special powers by god to prove to people that god exist. in the age of science today, do you think that we still need those miracles to prove to people that god exist?</w:t>
      </w:r>
    </w:p>
    <w:p>
      <w:pPr>
        <w:jc w:val="right"/>
      </w:pPr>
      <w:r>
        <w:t>व्हेन वी रीड कुरान, वी फाइंड मेंशन ऑफ मेनी प्रोफेट्स, हु वर गिवन स्पेशल पावर्स बाय गॉड टू प्रूव टू पीपल दैट गॉड एक्सिस्ट। इन द एज ऑफ साइंस टुडे, डू यू थिंक दैट वी स्टिल नीड दोज़ मिरेकल्स टू प्रूव टू पीपल दैट गॉड एक्सिस्ट?</w:t>
      </w:r>
    </w:p>
    <w:p>
      <w:r>
        <w:rPr>
          <w:b/>
        </w:rPr>
        <w:t xml:space="preserve">[29:09] </w:t>
      </w:r>
      <w:r>
        <w:t>According to my study and my experience,</w:t>
      </w:r>
    </w:p>
    <w:p>
      <w:pPr>
        <w:jc w:val="right"/>
      </w:pPr>
      <w:r>
        <w:t>According to my study and my experience,</w:t>
      </w:r>
    </w:p>
    <w:p>
      <w:r>
        <w:rPr>
          <w:b/>
        </w:rPr>
        <w:t xml:space="preserve">[29:14] </w:t>
      </w:r>
      <w:r>
        <w:t>now we don't need miracles.</w:t>
      </w:r>
    </w:p>
    <w:p>
      <w:pPr>
        <w:jc w:val="right"/>
      </w:pPr>
      <w:r>
        <w:t>now we don't need miracles.</w:t>
      </w:r>
    </w:p>
    <w:p>
      <w:r>
        <w:rPr>
          <w:b/>
        </w:rPr>
        <w:t xml:space="preserve">[29:19] </w:t>
      </w:r>
      <w:r>
        <w:t>Miracle was a pre-scientific,</w:t>
      </w:r>
    </w:p>
    <w:p>
      <w:pPr>
        <w:jc w:val="right"/>
      </w:pPr>
      <w:r>
        <w:t>Miracle was a pre-scientific,</w:t>
      </w:r>
    </w:p>
    <w:p>
      <w:r>
        <w:rPr>
          <w:b/>
        </w:rPr>
        <w:t xml:space="preserve">[29:23] </w:t>
      </w:r>
      <w:r>
        <w:t>miracle was a phenomena of pre-scientific era.</w:t>
      </w:r>
    </w:p>
    <w:p>
      <w:pPr>
        <w:jc w:val="right"/>
      </w:pPr>
      <w:r>
        <w:t>miracle was a phenomena of pre-scientific era.</w:t>
      </w:r>
    </w:p>
    <w:p>
      <w:r>
        <w:rPr>
          <w:b/>
        </w:rPr>
        <w:t xml:space="preserve">[29:28] </w:t>
      </w:r>
      <w:r>
        <w:t>When the, when scientific argument was not available, then God</w:t>
      </w:r>
    </w:p>
    <w:p>
      <w:pPr>
        <w:jc w:val="right"/>
      </w:pPr>
      <w:r>
        <w:t>When the, when scientific argument was not available, then God</w:t>
      </w:r>
    </w:p>
    <w:p>
      <w:r>
        <w:rPr>
          <w:b/>
        </w:rPr>
        <w:t xml:space="preserve">[29:36] </w:t>
      </w:r>
      <w:r>
        <w:t>gave miracle to the prophets.</w:t>
      </w:r>
    </w:p>
    <w:p>
      <w:pPr>
        <w:jc w:val="right"/>
      </w:pPr>
      <w:r>
        <w:t>gave miracle to the prophets.</w:t>
      </w:r>
    </w:p>
    <w:p>
      <w:r>
        <w:rPr>
          <w:b/>
        </w:rPr>
        <w:t xml:space="preserve">[29:40] </w:t>
      </w:r>
      <w:r>
        <w:t>At that time,</w:t>
      </w:r>
    </w:p>
    <w:p>
      <w:pPr>
        <w:jc w:val="right"/>
      </w:pPr>
      <w:r>
        <w:t>At that time,</w:t>
      </w:r>
    </w:p>
    <w:p>
      <w:r>
        <w:rPr>
          <w:b/>
        </w:rPr>
        <w:t xml:space="preserve">[29:43] </w:t>
      </w:r>
      <w:r>
        <w:t>only miracle at that time prophets</w:t>
      </w:r>
    </w:p>
    <w:p>
      <w:pPr>
        <w:jc w:val="right"/>
      </w:pPr>
      <w:r>
        <w:t>only miracle at that time prophets</w:t>
      </w:r>
    </w:p>
    <w:p>
      <w:r>
        <w:rPr>
          <w:b/>
        </w:rPr>
        <w:t xml:space="preserve">[29:49] </w:t>
      </w:r>
      <w:r>
        <w:t>can prove their</w:t>
      </w:r>
    </w:p>
    <w:p>
      <w:pPr>
        <w:jc w:val="right"/>
      </w:pPr>
      <w:r>
        <w:t>can prove their</w:t>
      </w:r>
    </w:p>
    <w:p>
      <w:r>
        <w:rPr>
          <w:b/>
        </w:rPr>
        <w:t xml:space="preserve">[29:52] </w:t>
      </w:r>
      <w:r>
        <w:t>veracity only through miracle.</w:t>
      </w:r>
    </w:p>
    <w:p>
      <w:pPr>
        <w:jc w:val="right"/>
      </w:pPr>
      <w:r>
        <w:t>veracity only through miracle.</w:t>
      </w:r>
    </w:p>
    <w:p>
      <w:r>
        <w:rPr>
          <w:b/>
        </w:rPr>
        <w:t xml:space="preserve">[29:55] </w:t>
      </w:r>
      <w:r>
        <w:t>But now miracle is,</w:t>
      </w:r>
    </w:p>
    <w:p>
      <w:pPr>
        <w:jc w:val="right"/>
      </w:pPr>
      <w:r>
        <w:t>But now miracle is,</w:t>
      </w:r>
    </w:p>
    <w:p>
      <w:r>
        <w:rPr>
          <w:b/>
        </w:rPr>
        <w:t xml:space="preserve">[29:59] </w:t>
      </w:r>
      <w:r>
        <w:t>but now we don't need miracle because scientific argument is as strong as miracles.</w:t>
      </w:r>
    </w:p>
    <w:p>
      <w:pPr>
        <w:jc w:val="right"/>
      </w:pPr>
      <w:r>
        <w:t>but now we don't need miracle because scientific argument is as strong as miracles.</w:t>
      </w:r>
    </w:p>
    <w:p>
      <w:r>
        <w:rPr>
          <w:b/>
        </w:rPr>
        <w:t xml:space="preserve">[30:08] </w:t>
      </w:r>
      <w:r>
        <w:t>You know, the fact is that</w:t>
      </w:r>
    </w:p>
    <w:p>
      <w:pPr>
        <w:jc w:val="right"/>
      </w:pPr>
      <w:r>
        <w:t>You know, the fact is that</w:t>
      </w:r>
    </w:p>
    <w:p>
      <w:r>
        <w:rPr>
          <w:b/>
        </w:rPr>
        <w:t xml:space="preserve">[30:13] </w:t>
      </w:r>
      <w:r>
        <w:t>man is a rational animal.</w:t>
      </w:r>
    </w:p>
    <w:p>
      <w:pPr>
        <w:jc w:val="right"/>
      </w:pPr>
      <w:r>
        <w:t>man is a rational animal.</w:t>
      </w:r>
    </w:p>
    <w:p>
      <w:r>
        <w:rPr>
          <w:b/>
        </w:rPr>
        <w:t xml:space="preserve">[30:15] </w:t>
      </w:r>
      <w:r>
        <w:t>Man is a rational psychic animal.</w:t>
      </w:r>
    </w:p>
    <w:p>
      <w:pPr>
        <w:jc w:val="right"/>
      </w:pPr>
      <w:r>
        <w:t>Man is a rational psychic animal.</w:t>
      </w:r>
    </w:p>
    <w:p>
      <w:r>
        <w:rPr>
          <w:b/>
        </w:rPr>
        <w:t xml:space="preserve">[30:19] </w:t>
      </w:r>
      <w:r>
        <w:t>So man by birth</w:t>
      </w:r>
    </w:p>
    <w:p>
      <w:pPr>
        <w:jc w:val="right"/>
      </w:pPr>
      <w:r>
        <w:t>So man by birth</w:t>
      </w:r>
    </w:p>
    <w:p>
      <w:r>
        <w:rPr>
          <w:b/>
        </w:rPr>
        <w:t xml:space="preserve">[30:21] </w:t>
      </w:r>
      <w:r>
        <w:t>needs rational argument.</w:t>
      </w:r>
    </w:p>
    <w:p>
      <w:pPr>
        <w:jc w:val="right"/>
      </w:pPr>
      <w:r>
        <w:t>needs rational argument.</w:t>
      </w:r>
    </w:p>
    <w:p>
      <w:r>
        <w:rPr>
          <w:b/>
        </w:rPr>
        <w:t xml:space="preserve">[30:26] </w:t>
      </w:r>
      <w:r>
        <w:t>It is, it is the quality of every man and woman.</w:t>
      </w:r>
    </w:p>
    <w:p>
      <w:pPr>
        <w:jc w:val="right"/>
      </w:pPr>
      <w:r>
        <w:t>It is, it is the quality of every man and woman.</w:t>
      </w:r>
    </w:p>
    <w:p>
      <w:r>
        <w:rPr>
          <w:b/>
        </w:rPr>
        <w:t xml:space="preserve">[30:33] </w:t>
      </w:r>
      <w:r>
        <w:t>So if you,</w:t>
      </w:r>
    </w:p>
    <w:p>
      <w:pPr>
        <w:jc w:val="right"/>
      </w:pPr>
      <w:r>
        <w:t>So if you,</w:t>
      </w:r>
    </w:p>
    <w:p>
      <w:r>
        <w:rPr>
          <w:b/>
        </w:rPr>
        <w:t xml:space="preserve">[30:36] </w:t>
      </w:r>
      <w:r>
        <w:t>if you are, if you are able to prove</w:t>
      </w:r>
    </w:p>
    <w:p>
      <w:pPr>
        <w:jc w:val="right"/>
      </w:pPr>
      <w:r>
        <w:t>if you are, if you are able to prove</w:t>
      </w:r>
    </w:p>
    <w:p>
      <w:r>
        <w:rPr>
          <w:b/>
        </w:rPr>
        <w:t xml:space="preserve">[30:40] </w:t>
      </w:r>
      <w:r>
        <w:t>your, your, your claim by rational ground, if you are able to give logical</w:t>
      </w:r>
    </w:p>
    <w:p>
      <w:pPr>
        <w:jc w:val="right"/>
      </w:pPr>
      <w:r>
        <w:t>your, your, your claim by rational ground, if you are able to give logical</w:t>
      </w:r>
    </w:p>
    <w:p>
      <w:r>
        <w:rPr>
          <w:b/>
        </w:rPr>
        <w:t xml:space="preserve">[30:51] </w:t>
      </w:r>
      <w:r>
        <w:t>argument, then man</w:t>
      </w:r>
    </w:p>
    <w:p>
      <w:pPr>
        <w:jc w:val="right"/>
      </w:pPr>
      <w:r>
        <w:t>argument, then man</w:t>
      </w:r>
    </w:p>
    <w:p>
      <w:r>
        <w:rPr>
          <w:b/>
        </w:rPr>
        <w:t xml:space="preserve">[30:55] </w:t>
      </w:r>
      <w:r>
        <w:t>will surrender. No one can,</w:t>
      </w:r>
    </w:p>
    <w:p>
      <w:pPr>
        <w:jc w:val="right"/>
      </w:pPr>
      <w:r>
        <w:t>will surrender. No one can,</w:t>
      </w:r>
    </w:p>
    <w:p>
      <w:r>
        <w:rPr>
          <w:b/>
        </w:rPr>
        <w:t xml:space="preserve">[31:00] </w:t>
      </w:r>
      <w:r>
        <w:t>no one can sustain</w:t>
      </w:r>
    </w:p>
    <w:p>
      <w:pPr>
        <w:jc w:val="right"/>
      </w:pPr>
      <w:r>
        <w:t>no one can sustain</w:t>
      </w:r>
    </w:p>
    <w:p>
      <w:r>
        <w:rPr>
          <w:b/>
        </w:rPr>
        <w:t xml:space="preserve">[31:04] </w:t>
      </w:r>
      <w:r>
        <w:t>before rational argument.</w:t>
      </w:r>
    </w:p>
    <w:p>
      <w:pPr>
        <w:jc w:val="right"/>
      </w:pPr>
      <w:r>
        <w:t>before rational argument.</w:t>
      </w:r>
    </w:p>
    <w:p>
      <w:r>
        <w:rPr>
          <w:b/>
        </w:rPr>
        <w:t xml:space="preserve">[31:08] </w:t>
      </w:r>
      <w:r>
        <w:t>It is man's inner</w:t>
      </w:r>
    </w:p>
    <w:p>
      <w:pPr>
        <w:jc w:val="right"/>
      </w:pPr>
      <w:r>
        <w:t>It is man's inner</w:t>
      </w:r>
    </w:p>
    <w:p>
      <w:r>
        <w:rPr>
          <w:b/>
        </w:rPr>
        <w:t xml:space="preserve">[31:12] </w:t>
      </w:r>
      <w:r>
        <w:t>quality that when,</w:t>
      </w:r>
    </w:p>
    <w:p>
      <w:pPr>
        <w:jc w:val="right"/>
      </w:pPr>
      <w:r>
        <w:t>quality that when,</w:t>
      </w:r>
    </w:p>
    <w:p>
      <w:r>
        <w:rPr>
          <w:b/>
        </w:rPr>
        <w:t xml:space="preserve">[31:17] </w:t>
      </w:r>
      <w:r>
        <w:t>that he is, he is bound to surrender before reason</w:t>
      </w:r>
    </w:p>
    <w:p>
      <w:pPr>
        <w:jc w:val="right"/>
      </w:pPr>
      <w:r>
        <w:t>that he is, he is bound to surrender before reason</w:t>
      </w:r>
    </w:p>
    <w:p>
      <w:r>
        <w:rPr>
          <w:b/>
        </w:rPr>
        <w:t xml:space="preserve">[31:22] </w:t>
      </w:r>
      <w:r>
        <w:t>by nature. But in pre-scientific era, these kind of argument was not available.</w:t>
      </w:r>
    </w:p>
    <w:p>
      <w:pPr>
        <w:jc w:val="right"/>
      </w:pPr>
      <w:r>
        <w:t>by nature. But in pre-scientific era, these kind of argument was not available.</w:t>
      </w:r>
    </w:p>
    <w:p>
      <w:r>
        <w:rPr>
          <w:b/>
        </w:rPr>
        <w:t xml:space="preserve">[31:31] </w:t>
      </w:r>
      <w:r>
        <w:t>At that time,</w:t>
      </w:r>
    </w:p>
    <w:p>
      <w:pPr>
        <w:jc w:val="right"/>
      </w:pPr>
      <w:r>
        <w:t>At that time,</w:t>
      </w:r>
    </w:p>
    <w:p>
      <w:r>
        <w:rPr>
          <w:b/>
        </w:rPr>
        <w:t xml:space="preserve">[31:33] </w:t>
      </w:r>
      <w:r>
        <w:t>there was mythology, there are stories, there are superstitions.</w:t>
      </w:r>
    </w:p>
    <w:p>
      <w:pPr>
        <w:jc w:val="right"/>
      </w:pPr>
      <w:r>
        <w:t>there was mythology, there are stories, there are superstitions.</w:t>
      </w:r>
    </w:p>
    <w:p>
      <w:r>
        <w:rPr>
          <w:b/>
        </w:rPr>
        <w:t xml:space="preserve">[31:39] </w:t>
      </w:r>
      <w:r>
        <w:t>But modern, but the, but, but the scientific argument of modern kind was not available at that time.</w:t>
      </w:r>
    </w:p>
    <w:p>
      <w:pPr>
        <w:jc w:val="right"/>
      </w:pPr>
      <w:r>
        <w:t>But modern, but the, but, but the scientific argument of modern kind was not available at that time.</w:t>
      </w:r>
    </w:p>
    <w:p>
      <w:r>
        <w:rPr>
          <w:b/>
        </w:rPr>
        <w:t xml:space="preserve">[31:51] </w:t>
      </w:r>
      <w:r>
        <w:t>So now after the scientific discoveries, after the knowledge explosion,</w:t>
      </w:r>
    </w:p>
    <w:p>
      <w:pPr>
        <w:jc w:val="right"/>
      </w:pPr>
      <w:r>
        <w:t>So now after the scientific discoveries, after the knowledge explosion,</w:t>
      </w:r>
    </w:p>
    <w:p>
      <w:r>
        <w:rPr>
          <w:b/>
        </w:rPr>
        <w:t xml:space="preserve">[31:58] </w:t>
      </w:r>
      <w:r>
        <w:t>we have so many scientific argument in our hand.</w:t>
      </w:r>
    </w:p>
    <w:p>
      <w:pPr>
        <w:jc w:val="right"/>
      </w:pPr>
      <w:r>
        <w:t>we have so many scientific argument in our hand.</w:t>
      </w:r>
    </w:p>
    <w:p>
      <w:r>
        <w:rPr>
          <w:b/>
        </w:rPr>
        <w:t xml:space="preserve">[32:02] </w:t>
      </w:r>
      <w:r>
        <w:t>So there is enough,</w:t>
      </w:r>
    </w:p>
    <w:p>
      <w:pPr>
        <w:jc w:val="right"/>
      </w:pPr>
      <w:r>
        <w:t>So there is enough,</w:t>
      </w:r>
    </w:p>
    <w:p>
      <w:r>
        <w:rPr>
          <w:b/>
        </w:rPr>
        <w:t xml:space="preserve">[32:05] </w:t>
      </w:r>
      <w:r>
        <w:t>there is enough.</w:t>
      </w:r>
    </w:p>
    <w:p>
      <w:pPr>
        <w:jc w:val="right"/>
      </w:pPr>
      <w:r>
        <w:t>there is enough.</w:t>
      </w:r>
    </w:p>
    <w:p>
      <w:r>
        <w:rPr>
          <w:b/>
        </w:rPr>
        <w:t xml:space="preserve">[32:08] </w:t>
      </w:r>
      <w:r>
        <w:t>So we don't need miracle, but we need study.</w:t>
      </w:r>
    </w:p>
    <w:p>
      <w:pPr>
        <w:jc w:val="right"/>
      </w:pPr>
      <w:r>
        <w:t>So we don't need miracle, but we need study.</w:t>
      </w:r>
    </w:p>
    <w:p>
      <w:r>
        <w:rPr>
          <w:b/>
        </w:rPr>
        <w:t xml:space="preserve">[32:15] </w:t>
      </w:r>
      <w:r>
        <w:t>We need to prepare ourself.</w:t>
      </w:r>
    </w:p>
    <w:p>
      <w:pPr>
        <w:jc w:val="right"/>
      </w:pPr>
      <w:r>
        <w:t>We need to prepare ourself.</w:t>
      </w:r>
    </w:p>
    <w:p>
      <w:r>
        <w:rPr>
          <w:b/>
        </w:rPr>
        <w:t xml:space="preserve">[32:18] </w:t>
      </w:r>
      <w:r>
        <w:t>Without preparing ourself, you cannot avail those of,</w:t>
      </w:r>
    </w:p>
    <w:p>
      <w:pPr>
        <w:jc w:val="right"/>
      </w:pPr>
      <w:r>
        <w:t>Without preparing ourself, you cannot avail those of,</w:t>
      </w:r>
    </w:p>
    <w:p>
      <w:r>
        <w:rPr>
          <w:b/>
        </w:rPr>
        <w:t xml:space="preserve">[32:24] </w:t>
      </w:r>
      <w:r>
        <w:t>without preparing ourself, we can't, we cannot avail those opportunities.</w:t>
      </w:r>
    </w:p>
    <w:p>
      <w:pPr>
        <w:jc w:val="right"/>
      </w:pPr>
      <w:r>
        <w:t>without preparing ourself, we can't, we cannot avail those opportunities.</w:t>
      </w:r>
    </w:p>
    <w:p>
      <w:r>
        <w:rPr>
          <w:b/>
        </w:rPr>
        <w:t xml:space="preserve">[32:32] </w:t>
      </w:r>
      <w:r>
        <w:t>If you have good knowledge of science, if you have good knowledge of modern discoveries, then you are</w:t>
      </w:r>
    </w:p>
    <w:p>
      <w:pPr>
        <w:jc w:val="right"/>
      </w:pPr>
      <w:r>
        <w:t>If you have good knowledge of science, if you have good knowledge of modern discoveries, then you are</w:t>
      </w:r>
    </w:p>
    <w:p>
      <w:r>
        <w:rPr>
          <w:b/>
        </w:rPr>
        <w:t xml:space="preserve">[32:41] </w:t>
      </w:r>
      <w:r>
        <w:t>able to present these arguments.</w:t>
      </w:r>
    </w:p>
    <w:p>
      <w:pPr>
        <w:jc w:val="right"/>
      </w:pPr>
      <w:r>
        <w:t>able to present these arguments.</w:t>
      </w:r>
    </w:p>
    <w:p>
      <w:r>
        <w:rPr>
          <w:b/>
        </w:rPr>
        <w:t xml:space="preserve">[32:46] </w:t>
      </w:r>
      <w:r>
        <w:t>Otherwise, we, we cannot avail these opportunities.</w:t>
      </w:r>
    </w:p>
    <w:p>
      <w:pPr>
        <w:jc w:val="right"/>
      </w:pPr>
      <w:r>
        <w:t>Otherwise, we, we cannot avail these opportunities.</w:t>
      </w:r>
    </w:p>
    <w:p>
      <w:r>
        <w:rPr>
          <w:b/>
        </w:rPr>
        <w:t xml:space="preserve">[32:51] </w:t>
      </w:r>
      <w:r>
        <w:t>So although we don't need miracle, but we need study, we need knowledge,</w:t>
      </w:r>
    </w:p>
    <w:p>
      <w:pPr>
        <w:jc w:val="right"/>
      </w:pPr>
      <w:r>
        <w:t>So although we don't need miracle, but we need study, we need knowledge,</w:t>
      </w:r>
    </w:p>
    <w:p>
      <w:r>
        <w:rPr>
          <w:b/>
        </w:rPr>
        <w:t xml:space="preserve">[33:00] </w:t>
      </w:r>
      <w:r>
        <w:t>we need, we need</w:t>
      </w:r>
    </w:p>
    <w:p>
      <w:pPr>
        <w:jc w:val="right"/>
      </w:pPr>
      <w:r>
        <w:t>we need, we need</w:t>
      </w:r>
    </w:p>
    <w:p>
      <w:r>
        <w:rPr>
          <w:b/>
        </w:rPr>
        <w:t xml:space="preserve">[33:04] </w:t>
      </w:r>
      <w:r>
        <w:t>scientific wisdom. So we have to acquire scientific knowledge.</w:t>
      </w:r>
    </w:p>
    <w:p>
      <w:pPr>
        <w:jc w:val="right"/>
      </w:pPr>
      <w:r>
        <w:t>scientific wisdom. So we have to acquire scientific knowledge.</w:t>
      </w:r>
    </w:p>
    <w:p>
      <w:r>
        <w:rPr>
          <w:b/>
        </w:rPr>
        <w:t xml:space="preserve">[33:12] </w:t>
      </w:r>
      <w:r>
        <w:t>Without acquiring, acquiring, without acquiring scientific knowledge, we cannot avail these opportunities.</w:t>
      </w:r>
    </w:p>
    <w:p>
      <w:pPr>
        <w:jc w:val="right"/>
      </w:pPr>
      <w:r>
        <w:t>Without acquiring, acquiring, without acquiring scientific knowledge, we cannot avail these opportunities.</w:t>
      </w:r>
    </w:p>
    <w:p>
      <w:r>
        <w:rPr>
          <w:b/>
        </w:rPr>
        <w:t xml:space="preserve">[33:25] </w:t>
      </w:r>
      <w:r>
        <w:t>Using that argument of logic and reason, how can we say that the age of science today is validating the belief of monotheism? Please repeat. Using that argument of logic and reason, how can we say that the age of science is pointing towards the concept of monotheism?</w:t>
      </w:r>
    </w:p>
    <w:p>
      <w:pPr>
        <w:jc w:val="right"/>
      </w:pPr>
      <w:r>
        <w:t>यूजिंग दैट आर्गुमेंट ऑफ लॉजिक एंड रीजन, हाउ कैन वी से दैट द एज ऑफ साइंस टुडे इज़ वैलिडेटिंग द बिलीफ ऑफ मोनोथेइज्म? प्लीज रिपीट। यूजिंग दैट आर्गुमेंट ऑफ लॉजिक एंड रीजन, हाउ कैन वी से दैट द एज ऑफ साइंस इज़ पॉइंटिंग टुवर्ड्स द कांसेप्ट ऑफ मोनोथेइज्म?</w:t>
      </w:r>
    </w:p>
    <w:p>
      <w:r>
        <w:rPr>
          <w:b/>
        </w:rPr>
        <w:t xml:space="preserve">[33:48] </w:t>
      </w:r>
      <w:r>
        <w:t>Yes. Science is,</w:t>
      </w:r>
    </w:p>
    <w:p>
      <w:pPr>
        <w:jc w:val="right"/>
      </w:pPr>
      <w:r>
        <w:t>Yes. Science is,</w:t>
      </w:r>
    </w:p>
    <w:p>
      <w:r>
        <w:rPr>
          <w:b/>
        </w:rPr>
        <w:t xml:space="preserve">[33:54] </w:t>
      </w:r>
      <w:r>
        <w:t>science has proved</w:t>
      </w:r>
    </w:p>
    <w:p>
      <w:pPr>
        <w:jc w:val="right"/>
      </w:pPr>
      <w:r>
        <w:t>science has proved</w:t>
      </w:r>
    </w:p>
    <w:p>
      <w:r>
        <w:rPr>
          <w:b/>
        </w:rPr>
        <w:t xml:space="preserve">[33:56] </w:t>
      </w:r>
      <w:r>
        <w:t>that monotheistic concept is correct.</w:t>
      </w:r>
    </w:p>
    <w:p>
      <w:pPr>
        <w:jc w:val="right"/>
      </w:pPr>
      <w:r>
        <w:t>that monotheistic concept is correct.</w:t>
      </w:r>
    </w:p>
    <w:p>
      <w:r>
        <w:rPr>
          <w:b/>
        </w:rPr>
        <w:t xml:space="preserve">[34:02] </w:t>
      </w:r>
      <w:r>
        <w:t>Why? Because science has proved that, that</w:t>
      </w:r>
    </w:p>
    <w:p>
      <w:pPr>
        <w:jc w:val="right"/>
      </w:pPr>
      <w:r>
        <w:t>Why? Because science has proved that, that</w:t>
      </w:r>
    </w:p>
    <w:p>
      <w:r>
        <w:rPr>
          <w:b/>
        </w:rPr>
        <w:t xml:space="preserve">[34:09] </w:t>
      </w:r>
      <w:r>
        <w:t>although nature is,</w:t>
      </w:r>
    </w:p>
    <w:p>
      <w:pPr>
        <w:jc w:val="right"/>
      </w:pPr>
      <w:r>
        <w:t>although nature is,</w:t>
      </w:r>
    </w:p>
    <w:p>
      <w:r>
        <w:rPr>
          <w:b/>
        </w:rPr>
        <w:t xml:space="preserve">[34:15] </w:t>
      </w:r>
      <w:r>
        <w:t>nature has diverse item, there is a diversity in nature,</w:t>
      </w:r>
    </w:p>
    <w:p>
      <w:pPr>
        <w:jc w:val="right"/>
      </w:pPr>
      <w:r>
        <w:t>nature has diverse item, there is a diversity in nature,</w:t>
      </w:r>
    </w:p>
    <w:p>
      <w:r>
        <w:rPr>
          <w:b/>
        </w:rPr>
        <w:t xml:space="preserve">[34:22] </w:t>
      </w:r>
      <w:r>
        <w:t>but essentially nature is one.</w:t>
      </w:r>
    </w:p>
    <w:p>
      <w:pPr>
        <w:jc w:val="right"/>
      </w:pPr>
      <w:r>
        <w:t>but essentially nature is one.</w:t>
      </w:r>
    </w:p>
    <w:p>
      <w:r>
        <w:rPr>
          <w:b/>
        </w:rPr>
        <w:t xml:space="preserve">[34:29] </w:t>
      </w:r>
      <w:r>
        <w:t>There is electron and proton</w:t>
      </w:r>
    </w:p>
    <w:p>
      <w:pPr>
        <w:jc w:val="right"/>
      </w:pPr>
      <w:r>
        <w:t>There is electron and proton</w:t>
      </w:r>
    </w:p>
    <w:p>
      <w:r>
        <w:rPr>
          <w:b/>
        </w:rPr>
        <w:t xml:space="preserve">[34:33] </w:t>
      </w:r>
      <w:r>
        <w:t>of any. Apparently, there are so many things in nature,</w:t>
      </w:r>
    </w:p>
    <w:p>
      <w:pPr>
        <w:jc w:val="right"/>
      </w:pPr>
      <w:r>
        <w:t>of any. Apparently, there are so many things in nature,</w:t>
      </w:r>
    </w:p>
    <w:p>
      <w:r>
        <w:rPr>
          <w:b/>
        </w:rPr>
        <w:t xml:space="preserve">[34:40] </w:t>
      </w:r>
      <w:r>
        <w:t>plants and ocean and mountain and planet and stars and this and that.</w:t>
      </w:r>
    </w:p>
    <w:p>
      <w:pPr>
        <w:jc w:val="right"/>
      </w:pPr>
      <w:r>
        <w:t>plants and ocean and mountain and planet and stars and this and that.</w:t>
      </w:r>
    </w:p>
    <w:p>
      <w:r>
        <w:rPr>
          <w:b/>
        </w:rPr>
        <w:t xml:space="preserve">[34:46] </w:t>
      </w:r>
      <w:r>
        <w:t>But everything is,</w:t>
      </w:r>
    </w:p>
    <w:p>
      <w:pPr>
        <w:jc w:val="right"/>
      </w:pPr>
      <w:r>
        <w:t>But everything is,</w:t>
      </w:r>
    </w:p>
    <w:p>
      <w:r>
        <w:rPr>
          <w:b/>
        </w:rPr>
        <w:t xml:space="preserve">[34:50] </w:t>
      </w:r>
      <w:r>
        <w:t>in the last resort, everything is atom.</w:t>
      </w:r>
    </w:p>
    <w:p>
      <w:pPr>
        <w:jc w:val="right"/>
      </w:pPr>
      <w:r>
        <w:t>in the last resort, everything is atom.</w:t>
      </w:r>
    </w:p>
    <w:p>
      <w:r>
        <w:rPr>
          <w:b/>
        </w:rPr>
        <w:t xml:space="preserve">[34:53] </w:t>
      </w:r>
      <w:r>
        <w:t>Atom is electron.</w:t>
      </w:r>
    </w:p>
    <w:p>
      <w:pPr>
        <w:jc w:val="right"/>
      </w:pPr>
      <w:r>
        <w:t>Atom is electron.</w:t>
      </w:r>
    </w:p>
    <w:p>
      <w:r>
        <w:rPr>
          <w:b/>
        </w:rPr>
        <w:t xml:space="preserve">[34:57] </w:t>
      </w:r>
      <w:r>
        <w:t>So science has discovered the unity of universe.</w:t>
      </w:r>
    </w:p>
    <w:p>
      <w:pPr>
        <w:jc w:val="right"/>
      </w:pPr>
      <w:r>
        <w:t>So science has discovered the unity of universe.</w:t>
      </w:r>
    </w:p>
    <w:p>
      <w:r>
        <w:rPr>
          <w:b/>
        </w:rPr>
        <w:t xml:space="preserve">[35:01] </w:t>
      </w:r>
      <w:r>
        <w:t>Science has discarded that phenomena.</w:t>
      </w:r>
    </w:p>
    <w:p>
      <w:pPr>
        <w:jc w:val="right"/>
      </w:pPr>
      <w:r>
        <w:t>Science has discarded that phenomena.</w:t>
      </w:r>
    </w:p>
    <w:p>
      <w:r>
        <w:rPr>
          <w:b/>
        </w:rPr>
        <w:t xml:space="preserve">[35:04] </w:t>
      </w:r>
      <w:r>
        <w:t>Science has discarded that notion that universe is a diverse phenomena.</w:t>
      </w:r>
    </w:p>
    <w:p>
      <w:pPr>
        <w:jc w:val="right"/>
      </w:pPr>
      <w:r>
        <w:t>Science has discarded that notion that universe is a diverse phenomena.</w:t>
      </w:r>
    </w:p>
    <w:p>
      <w:r>
        <w:rPr>
          <w:b/>
        </w:rPr>
        <w:t xml:space="preserve">[35:13] </w:t>
      </w:r>
      <w:r>
        <w:t>So science has reduced the diversity into unity.</w:t>
      </w:r>
    </w:p>
    <w:p>
      <w:pPr>
        <w:jc w:val="right"/>
      </w:pPr>
      <w:r>
        <w:t>So science has reduced the diversity into unity.</w:t>
      </w:r>
    </w:p>
    <w:p>
      <w:r>
        <w:rPr>
          <w:b/>
        </w:rPr>
        <w:t xml:space="preserve">[35:18] </w:t>
      </w:r>
      <w:r>
        <w:t>And you know the, the living legend,</w:t>
      </w:r>
    </w:p>
    <w:p>
      <w:pPr>
        <w:jc w:val="right"/>
      </w:pPr>
      <w:r>
        <w:t>And you know the, the living legend,</w:t>
      </w:r>
    </w:p>
    <w:p>
      <w:r>
        <w:rPr>
          <w:b/>
        </w:rPr>
        <w:t xml:space="preserve">[35:23] </w:t>
      </w:r>
      <w:r>
        <w:t>Professor Stephen Hawking</w:t>
      </w:r>
    </w:p>
    <w:p>
      <w:pPr>
        <w:jc w:val="right"/>
      </w:pPr>
      <w:r>
        <w:t>Professor Stephen Hawking</w:t>
      </w:r>
    </w:p>
    <w:p>
      <w:r>
        <w:rPr>
          <w:b/>
        </w:rPr>
        <w:t xml:space="preserve">[35:26] </w:t>
      </w:r>
      <w:r>
        <w:t>has mathematically proved that there is a single force that rules the universe.</w:t>
      </w:r>
    </w:p>
    <w:p>
      <w:pPr>
        <w:jc w:val="right"/>
      </w:pPr>
      <w:r>
        <w:t>has mathematically proved that there is a single force that rules the universe.</w:t>
      </w:r>
    </w:p>
    <w:p>
      <w:r>
        <w:rPr>
          <w:b/>
        </w:rPr>
        <w:t xml:space="preserve">[35:35] </w:t>
      </w:r>
      <w:r>
        <w:t>He has named,</w:t>
      </w:r>
    </w:p>
    <w:p>
      <w:pPr>
        <w:jc w:val="right"/>
      </w:pPr>
      <w:r>
        <w:t>He has named,</w:t>
      </w:r>
    </w:p>
    <w:p>
      <w:r>
        <w:rPr>
          <w:b/>
        </w:rPr>
        <w:t xml:space="preserve">[35:38] </w:t>
      </w:r>
      <w:r>
        <w:t>he has given the name to this single force, single string, single string.</w:t>
      </w:r>
    </w:p>
    <w:p>
      <w:pPr>
        <w:jc w:val="right"/>
      </w:pPr>
      <w:r>
        <w:t>he has given the name to this single force, single string, single string.</w:t>
      </w:r>
    </w:p>
    <w:p>
      <w:r>
        <w:rPr>
          <w:b/>
        </w:rPr>
        <w:t xml:space="preserve">[35:46] </w:t>
      </w:r>
      <w:r>
        <w:t>So now single string theory is accepted among scientist, scientific community.</w:t>
      </w:r>
    </w:p>
    <w:p>
      <w:pPr>
        <w:jc w:val="right"/>
      </w:pPr>
      <w:r>
        <w:t>So now single string theory is accepted among scientist, scientific community.</w:t>
      </w:r>
    </w:p>
    <w:p>
      <w:r>
        <w:rPr>
          <w:b/>
        </w:rPr>
        <w:t xml:space="preserve">[35:54] </w:t>
      </w:r>
      <w:r>
        <w:t>So science by</w:t>
      </w:r>
    </w:p>
    <w:p>
      <w:pPr>
        <w:jc w:val="right"/>
      </w:pPr>
      <w:r>
        <w:t>So science by</w:t>
      </w:r>
    </w:p>
    <w:p>
      <w:r>
        <w:rPr>
          <w:b/>
        </w:rPr>
        <w:t xml:space="preserve">[35:58] </w:t>
      </w:r>
      <w:r>
        <w:t>recent discoveries has established that</w:t>
      </w:r>
    </w:p>
    <w:p>
      <w:pPr>
        <w:jc w:val="right"/>
      </w:pPr>
      <w:r>
        <w:t>recent discoveries has established that</w:t>
      </w:r>
    </w:p>
    <w:p>
      <w:r>
        <w:rPr>
          <w:b/>
        </w:rPr>
        <w:t xml:space="preserve">[36:03] </w:t>
      </w:r>
      <w:r>
        <w:t>although apparently there are diverse phenomena in the nature, but</w:t>
      </w:r>
    </w:p>
    <w:p>
      <w:pPr>
        <w:jc w:val="right"/>
      </w:pPr>
      <w:r>
        <w:t>although apparently there are diverse phenomena in the nature, but</w:t>
      </w:r>
    </w:p>
    <w:p>
      <w:r>
        <w:rPr>
          <w:b/>
        </w:rPr>
        <w:t xml:space="preserve">[36:09] </w:t>
      </w:r>
      <w:r>
        <w:t>in fact, essentially nature is one.</w:t>
      </w:r>
    </w:p>
    <w:p>
      <w:pPr>
        <w:jc w:val="right"/>
      </w:pPr>
      <w:r>
        <w:t>in fact, essentially nature is one.</w:t>
      </w:r>
    </w:p>
    <w:p>
      <w:r>
        <w:rPr>
          <w:b/>
        </w:rPr>
        <w:t xml:space="preserve">[36:14] </w:t>
      </w:r>
      <w:r>
        <w:t>There is, there is single force that control all the,</w:t>
      </w:r>
    </w:p>
    <w:p>
      <w:pPr>
        <w:jc w:val="right"/>
      </w:pPr>
      <w:r>
        <w:t>There is, there is single force that control all the,</w:t>
      </w:r>
    </w:p>
    <w:p>
      <w:r>
        <w:rPr>
          <w:b/>
        </w:rPr>
        <w:t xml:space="preserve">[36:21] </w:t>
      </w:r>
      <w:r>
        <w:t>all the universe.</w:t>
      </w:r>
    </w:p>
    <w:p>
      <w:pPr>
        <w:jc w:val="right"/>
      </w:pPr>
      <w:r>
        <w:t>all the universe.</w:t>
      </w:r>
    </w:p>
    <w:p>
      <w:r>
        <w:rPr>
          <w:b/>
        </w:rPr>
        <w:t xml:space="preserve">[36:24] </w:t>
      </w:r>
      <w:r>
        <w:t>So science, scientific discoveries are quite in favor of monotheism.</w:t>
      </w:r>
    </w:p>
    <w:p>
      <w:pPr>
        <w:jc w:val="right"/>
      </w:pPr>
      <w:r>
        <w:t>So science, scientific discoveries are quite in favor of monotheism.</w:t>
      </w:r>
    </w:p>
    <w:p>
      <w:r>
        <w:rPr>
          <w:b/>
        </w:rPr>
        <w:t xml:space="preserve">[36:31] </w:t>
      </w:r>
      <w:r>
        <w:t>J.B. Watson was the first one to discover conditioning of a man.</w:t>
      </w:r>
    </w:p>
    <w:p>
      <w:pPr>
        <w:jc w:val="right"/>
      </w:pPr>
      <w:r>
        <w:t>J.B. Watson was the first one to discover conditioning of a man.</w:t>
      </w:r>
    </w:p>
    <w:p>
      <w:r>
        <w:rPr>
          <w:b/>
        </w:rPr>
        <w:t xml:space="preserve">[36:36] </w:t>
      </w:r>
      <w:r>
        <w:t>He said that man is born on nature, but it is the environment that nurtures a man.</w:t>
      </w:r>
    </w:p>
    <w:p>
      <w:pPr>
        <w:jc w:val="right"/>
      </w:pPr>
      <w:r>
        <w:t>He said that man is born on nature, but it is the environment that nurtures a man.</w:t>
      </w:r>
    </w:p>
    <w:p>
      <w:r>
        <w:rPr>
          <w:b/>
        </w:rPr>
        <w:t xml:space="preserve">[36:42] </w:t>
      </w:r>
      <w:r>
        <w:t>And this nurturing conditions a man and is permanent.</w:t>
      </w:r>
    </w:p>
    <w:p>
      <w:pPr>
        <w:jc w:val="right"/>
      </w:pPr>
      <w:r>
        <w:t>And this nurturing conditions a man and is permanent.</w:t>
      </w:r>
    </w:p>
    <w:p>
      <w:r>
        <w:rPr>
          <w:b/>
        </w:rPr>
        <w:t xml:space="preserve">[36:46] </w:t>
      </w:r>
      <w:r>
        <w:t>After J.B. Watson, I believe you are the first one to use deconditioning of a man.</w:t>
      </w:r>
    </w:p>
    <w:p>
      <w:pPr>
        <w:jc w:val="right"/>
      </w:pPr>
      <w:r>
        <w:t>After J.B. Watson, I believe you are the first one to use deconditioning of a man.</w:t>
      </w:r>
    </w:p>
    <w:p>
      <w:r>
        <w:rPr>
          <w:b/>
        </w:rPr>
        <w:t xml:space="preserve">[36:52] </w:t>
      </w:r>
      <w:r>
        <w:t>I want to know from you, what is this deconditioning and can deconditioning of a man is possible?</w:t>
      </w:r>
    </w:p>
    <w:p>
      <w:pPr>
        <w:jc w:val="right"/>
      </w:pPr>
      <w:r>
        <w:t>I want to know from you, what is this deconditioning and can deconditioning of a man is possible?</w:t>
      </w:r>
    </w:p>
    <w:p>
      <w:r>
        <w:rPr>
          <w:b/>
        </w:rPr>
        <w:t xml:space="preserve">[37:03] </w:t>
      </w:r>
      <w:r>
        <w:t>I</w:t>
      </w:r>
    </w:p>
    <w:p>
      <w:pPr>
        <w:jc w:val="right"/>
      </w:pPr>
      <w:r>
        <w:t>I</w:t>
      </w:r>
    </w:p>
    <w:p>
      <w:r>
        <w:rPr>
          <w:b/>
        </w:rPr>
        <w:t xml:space="preserve">[37:04] </w:t>
      </w:r>
      <w:r>
        <w:t>I think that, madam, woh bas woh repeat karna tha question. Answer. Temper in discovering God?</w:t>
      </w:r>
    </w:p>
    <w:p>
      <w:pPr>
        <w:jc w:val="right"/>
      </w:pPr>
      <w:r>
        <w:t>आई थिंक दैट। मैडम, वो बस वो रिपीट करना था क्वेश्चन। आंसर। टेंपर इन डिस्कवरिंग गॉड?</w:t>
      </w:r>
    </w:p>
    <w:p>
      <w:r>
        <w:rPr>
          <w:b/>
        </w:rPr>
        <w:t xml:space="preserve">[37:14] </w:t>
      </w:r>
      <w:r>
        <w:t>Scientific temper is very important.</w:t>
      </w:r>
    </w:p>
    <w:p>
      <w:pPr>
        <w:jc w:val="right"/>
      </w:pPr>
      <w:r>
        <w:t>Scientific temper is very important.</w:t>
      </w:r>
    </w:p>
    <w:p>
      <w:r>
        <w:rPr>
          <w:b/>
        </w:rPr>
        <w:t xml:space="preserve">[37:19] </w:t>
      </w:r>
      <w:r>
        <w:t>After independence, Jawaharlal Nehru, the first Prime Minister of India, has rightly pointed out that,</w:t>
      </w:r>
    </w:p>
    <w:p>
      <w:pPr>
        <w:jc w:val="right"/>
      </w:pPr>
      <w:r>
        <w:t>After independence, Jawaharlal Nehru, the first Prime Minister of India, hasrightly pointed out that,</w:t>
      </w:r>
    </w:p>
    <w:p>
      <w:r>
        <w:rPr>
          <w:b/>
        </w:rPr>
        <w:t xml:space="preserve">[37:30] </w:t>
      </w:r>
      <w:r>
        <w:t>that the greatest thing we lack in our national life is scientific temper.</w:t>
      </w:r>
    </w:p>
    <w:p>
      <w:pPr>
        <w:jc w:val="right"/>
      </w:pPr>
      <w:r>
        <w:t>that the greatest thing we lack in our national life is scientific temper.</w:t>
      </w:r>
    </w:p>
    <w:p>
      <w:r>
        <w:rPr>
          <w:b/>
        </w:rPr>
        <w:t xml:space="preserve">[37:39] </w:t>
      </w:r>
      <w:r>
        <w:t>So scientific temper is very important and also in every aspect of life.</w:t>
      </w:r>
    </w:p>
    <w:p>
      <w:pPr>
        <w:jc w:val="right"/>
      </w:pPr>
      <w:r>
        <w:t>So scientific temper is very important and also in every aspect of life.</w:t>
      </w:r>
    </w:p>
    <w:p>
      <w:r>
        <w:rPr>
          <w:b/>
        </w:rPr>
        <w:t xml:space="preserve">[37:46] </w:t>
      </w:r>
      <w:r>
        <w:t>Without scientific temper, you cannot develop your life,</w:t>
      </w:r>
    </w:p>
    <w:p>
      <w:pPr>
        <w:jc w:val="right"/>
      </w:pPr>
      <w:r>
        <w:t>Without scientific temper, you cannot develop your life,</w:t>
      </w:r>
    </w:p>
    <w:p>
      <w:r>
        <w:rPr>
          <w:b/>
        </w:rPr>
        <w:t xml:space="preserve">[37:52] </w:t>
      </w:r>
      <w:r>
        <w:t>not, not on individual level or, or family level or in society, everywhere you need scientific temper.</w:t>
      </w:r>
    </w:p>
    <w:p>
      <w:pPr>
        <w:jc w:val="right"/>
      </w:pPr>
      <w:r>
        <w:t>not, not on individual level or, or family level or in society, everywhere you need scientific temper.</w:t>
      </w:r>
    </w:p>
    <w:p>
      <w:r>
        <w:rPr>
          <w:b/>
        </w:rPr>
        <w:t xml:space="preserve">[38:01] </w:t>
      </w:r>
      <w:r>
        <w:t>Now, scientific temper means</w:t>
      </w:r>
    </w:p>
    <w:p>
      <w:pPr>
        <w:jc w:val="right"/>
      </w:pPr>
      <w:r>
        <w:t>Now, scientific temper means</w:t>
      </w:r>
    </w:p>
    <w:p>
      <w:r>
        <w:rPr>
          <w:b/>
        </w:rPr>
        <w:t xml:space="preserve">[38:04] </w:t>
      </w:r>
      <w:r>
        <w:t>why scientific temper is so, has so much importance</w:t>
      </w:r>
    </w:p>
    <w:p>
      <w:pPr>
        <w:jc w:val="right"/>
      </w:pPr>
      <w:r>
        <w:t>why scientific temper is so, has so much importance</w:t>
      </w:r>
    </w:p>
    <w:p>
      <w:r>
        <w:rPr>
          <w:b/>
        </w:rPr>
        <w:t xml:space="preserve">[38:11] </w:t>
      </w:r>
      <w:r>
        <w:t>. Because scientific temper saves you from wasting your time, from wasting your,</w:t>
      </w:r>
    </w:p>
    <w:p>
      <w:pPr>
        <w:jc w:val="right"/>
      </w:pPr>
      <w:r>
        <w:t>. Because scientific temper saves you from wasting your time, from wasting your,</w:t>
      </w:r>
    </w:p>
    <w:p>
      <w:r>
        <w:rPr>
          <w:b/>
        </w:rPr>
        <w:t xml:space="preserve">[38:19] </w:t>
      </w:r>
      <w:r>
        <w:t>your mind. Scientific temper</w:t>
      </w:r>
    </w:p>
    <w:p>
      <w:pPr>
        <w:jc w:val="right"/>
      </w:pPr>
      <w:r>
        <w:t>your mind. Scientific temper</w:t>
      </w:r>
    </w:p>
    <w:p>
      <w:r>
        <w:rPr>
          <w:b/>
        </w:rPr>
        <w:t xml:space="preserve">[38:25] </w:t>
      </w:r>
      <w:r>
        <w:t>means scientific temper, one who has scientific temper, he is a patient person, he is a tolerant person.</w:t>
      </w:r>
    </w:p>
    <w:p>
      <w:pPr>
        <w:jc w:val="right"/>
      </w:pPr>
      <w:r>
        <w:t>means scientific temper, one who has scientific temper, he is a patient person, he is a tolerant person.</w:t>
      </w:r>
    </w:p>
    <w:p>
      <w:r>
        <w:rPr>
          <w:b/>
        </w:rPr>
        <w:t xml:space="preserve">[38:36] </w:t>
      </w:r>
      <w:r>
        <w:t>So it is very important because in every time,</w:t>
      </w:r>
    </w:p>
    <w:p>
      <w:pPr>
        <w:jc w:val="right"/>
      </w:pPr>
      <w:r>
        <w:t>So it is very important because in every time,</w:t>
      </w:r>
    </w:p>
    <w:p>
      <w:r>
        <w:rPr>
          <w:b/>
        </w:rPr>
        <w:t xml:space="preserve">[38:41] </w:t>
      </w:r>
      <w:r>
        <w:t>every time in our life there is distractions.</w:t>
      </w:r>
    </w:p>
    <w:p>
      <w:pPr>
        <w:jc w:val="right"/>
      </w:pPr>
      <w:r>
        <w:t>every time in our life there is distractions.</w:t>
      </w:r>
    </w:p>
    <w:p>
      <w:r>
        <w:rPr>
          <w:b/>
        </w:rPr>
        <w:t xml:space="preserve">[38:46] </w:t>
      </w:r>
      <w:r>
        <w:t>Distraction or distraction is the most killer</w:t>
      </w:r>
    </w:p>
    <w:p>
      <w:pPr>
        <w:jc w:val="right"/>
      </w:pPr>
      <w:r>
        <w:t>Distraction or distraction is the most killer</w:t>
      </w:r>
    </w:p>
    <w:p>
      <w:r>
        <w:rPr>
          <w:b/>
        </w:rPr>
        <w:t xml:space="preserve">[38:52] </w:t>
      </w:r>
      <w:r>
        <w:t>in the way of development.</w:t>
      </w:r>
    </w:p>
    <w:p>
      <w:pPr>
        <w:jc w:val="right"/>
      </w:pPr>
      <w:r>
        <w:t>in the way of development.</w:t>
      </w:r>
    </w:p>
    <w:p>
      <w:r>
        <w:rPr>
          <w:b/>
        </w:rPr>
        <w:t xml:space="preserve">[38:55] </w:t>
      </w:r>
      <w:r>
        <w:t>So scientific temper saves you to be distracted this way or that way.</w:t>
      </w:r>
    </w:p>
    <w:p>
      <w:pPr>
        <w:jc w:val="right"/>
      </w:pPr>
      <w:r>
        <w:t>So scientific temper saves you to be distracted this way or that way.</w:t>
      </w:r>
    </w:p>
    <w:p>
      <w:r>
        <w:rPr>
          <w:b/>
        </w:rPr>
        <w:t xml:space="preserve">[39:04] </w:t>
      </w:r>
      <w:r>
        <w:t>So I think that scientific temper is important in worldly matters and also in, in religious matters.</w:t>
      </w:r>
    </w:p>
    <w:p>
      <w:pPr>
        <w:jc w:val="right"/>
      </w:pPr>
      <w:r>
        <w:t>So I think that scientific temper is important in worldly matters and also in, in religious matters.</w:t>
      </w:r>
    </w:p>
    <w:p>
      <w:r>
        <w:rPr>
          <w:b/>
        </w:rPr>
        <w:t xml:space="preserve">[39:13] </w:t>
      </w:r>
      <w:r>
        <w:t>When we want to discover God, we want to discover truth.</w:t>
      </w:r>
    </w:p>
    <w:p>
      <w:pPr>
        <w:jc w:val="right"/>
      </w:pPr>
      <w:r>
        <w:t>When we want to discover God, we want to discover truth.</w:t>
      </w:r>
    </w:p>
    <w:p>
      <w:r>
        <w:rPr>
          <w:b/>
        </w:rPr>
        <w:t xml:space="preserve">[39:19] </w:t>
      </w:r>
      <w:r>
        <w:t>So we need a continued process without any break.</w:t>
      </w:r>
    </w:p>
    <w:p>
      <w:pPr>
        <w:jc w:val="right"/>
      </w:pPr>
      <w:r>
        <w:t>So we need a continued process without any break.</w:t>
      </w:r>
    </w:p>
    <w:p>
      <w:r>
        <w:rPr>
          <w:b/>
        </w:rPr>
        <w:t xml:space="preserve">[39:27] </w:t>
      </w:r>
      <w:r>
        <w:t>So if you are able to save ourselves from distraction, then we can</w:t>
      </w:r>
    </w:p>
    <w:p>
      <w:pPr>
        <w:jc w:val="right"/>
      </w:pPr>
      <w:r>
        <w:t>So if you are able to save ourselves from distraction, then we can</w:t>
      </w:r>
    </w:p>
    <w:p>
      <w:r>
        <w:rPr>
          <w:b/>
        </w:rPr>
        <w:t xml:space="preserve">[39:34] </w:t>
      </w:r>
      <w:r>
        <w:t>carry on this process</w:t>
      </w:r>
    </w:p>
    <w:p>
      <w:pPr>
        <w:jc w:val="right"/>
      </w:pPr>
      <w:r>
        <w:t>carry on this process</w:t>
      </w:r>
    </w:p>
    <w:p>
      <w:r>
        <w:rPr>
          <w:b/>
        </w:rPr>
        <w:t xml:space="preserve">[39:37] </w:t>
      </w:r>
      <w:r>
        <w:t>successfully. So I think that scientific temper is very, very important.</w:t>
      </w:r>
    </w:p>
    <w:p>
      <w:pPr>
        <w:jc w:val="right"/>
      </w:pPr>
      <w:r>
        <w:t>successfully. So I think that scientific temper is very, very important.</w:t>
      </w:r>
    </w:p>
    <w:p>
      <w:r>
        <w:rPr>
          <w:b/>
        </w:rPr>
        <w:t xml:space="preserve">[39:45] </w:t>
      </w:r>
      <w:r>
        <w:t>Does Islam advocate the spirit of inquiry in a person?</w:t>
      </w:r>
    </w:p>
    <w:p>
      <w:pPr>
        <w:jc w:val="right"/>
      </w:pPr>
      <w:r>
        <w:t>Does Islam advocate the spirit of inquiry in a person?</w:t>
      </w:r>
    </w:p>
    <w:p>
      <w:r>
        <w:rPr>
          <w:b/>
        </w:rPr>
        <w:t xml:space="preserve">[39:50] </w:t>
      </w:r>
      <w:r>
        <w:t>Yes. Spirit of inquiry is</w:t>
      </w:r>
    </w:p>
    <w:p>
      <w:pPr>
        <w:jc w:val="right"/>
      </w:pPr>
      <w:r>
        <w:t>Yes. Spirit of inquiry is</w:t>
      </w:r>
    </w:p>
    <w:p>
      <w:r>
        <w:rPr>
          <w:b/>
        </w:rPr>
        <w:t xml:space="preserve">[39:54] </w:t>
      </w:r>
      <w:r>
        <w:t>also very important in Islam.</w:t>
      </w:r>
    </w:p>
    <w:p>
      <w:pPr>
        <w:jc w:val="right"/>
      </w:pPr>
      <w:r>
        <w:t>also very important in Islam.</w:t>
      </w:r>
    </w:p>
    <w:p>
      <w:r>
        <w:rPr>
          <w:b/>
        </w:rPr>
        <w:t xml:space="preserve">[40:00] </w:t>
      </w:r>
      <w:r>
        <w:t>Because without spirit of inquiry, you cannot discover God.</w:t>
      </w:r>
    </w:p>
    <w:p>
      <w:pPr>
        <w:jc w:val="right"/>
      </w:pPr>
      <w:r>
        <w:t>Because without spirit of inquiry, you cannot discover God.</w:t>
      </w:r>
    </w:p>
    <w:p>
      <w:r>
        <w:rPr>
          <w:b/>
        </w:rPr>
        <w:t xml:space="preserve">[40:09] </w:t>
      </w:r>
      <w:r>
        <w:t>If you lack this spirit, it means that you are living in stagnation.</w:t>
      </w:r>
    </w:p>
    <w:p>
      <w:pPr>
        <w:jc w:val="right"/>
      </w:pPr>
      <w:r>
        <w:t>If you lack this spirit, it means that you are living in stagnation.</w:t>
      </w:r>
    </w:p>
    <w:p>
      <w:r>
        <w:rPr>
          <w:b/>
        </w:rPr>
        <w:t xml:space="preserve">[40:14] </w:t>
      </w:r>
      <w:r>
        <w:t>You have no question in your mind.</w:t>
      </w:r>
    </w:p>
    <w:p>
      <w:pPr>
        <w:jc w:val="right"/>
      </w:pPr>
      <w:r>
        <w:t>You have no question in your mind.</w:t>
      </w:r>
    </w:p>
    <w:p>
      <w:r>
        <w:rPr>
          <w:b/>
        </w:rPr>
        <w:t xml:space="preserve">[40:18] </w:t>
      </w:r>
      <w:r>
        <w:t>There is a very</w:t>
      </w:r>
    </w:p>
    <w:p>
      <w:pPr>
        <w:jc w:val="right"/>
      </w:pPr>
      <w:r>
        <w:t>There is a very</w:t>
      </w:r>
    </w:p>
    <w:p>
      <w:r>
        <w:rPr>
          <w:b/>
        </w:rPr>
        <w:t xml:space="preserve">[40:21] </w:t>
      </w:r>
      <w:r>
        <w:t>relevant saying in the Arabic</w:t>
      </w:r>
    </w:p>
    <w:p>
      <w:pPr>
        <w:jc w:val="right"/>
      </w:pPr>
      <w:r>
        <w:t>relevant saying in the Arabic</w:t>
      </w:r>
    </w:p>
    <w:p>
      <w:r>
        <w:rPr>
          <w:b/>
        </w:rPr>
        <w:t xml:space="preserve">[40:24] </w:t>
      </w:r>
      <w:r>
        <w:t>that, it is an Arabic saying,</w:t>
      </w:r>
    </w:p>
    <w:p>
      <w:pPr>
        <w:jc w:val="right"/>
      </w:pPr>
      <w:r>
        <w:t>that, it is an Arabic saying,</w:t>
      </w:r>
    </w:p>
    <w:p>
      <w:r>
        <w:rPr>
          <w:b/>
        </w:rPr>
        <w:t xml:space="preserve">[40:37] </w:t>
      </w:r>
      <w:r>
        <w:t>"I, it means that I don't know is half of the knowledge."</w:t>
      </w:r>
    </w:p>
    <w:p>
      <w:pPr>
        <w:jc w:val="right"/>
      </w:pPr>
      <w:r>
        <w:t>"I, it means that I don't know is half of the knowledge."</w:t>
      </w:r>
    </w:p>
    <w:p>
      <w:r>
        <w:rPr>
          <w:b/>
        </w:rPr>
        <w:t xml:space="preserve">[40:46] </w:t>
      </w:r>
      <w:r>
        <w:t>When you are able to see, when you are able to say that I don't know, it means</w:t>
      </w:r>
    </w:p>
    <w:p>
      <w:pPr>
        <w:jc w:val="right"/>
      </w:pPr>
      <w:r>
        <w:t>When you are able to see, when you are able to say that I don't know, it means</w:t>
      </w:r>
    </w:p>
    <w:p>
      <w:r>
        <w:rPr>
          <w:b/>
        </w:rPr>
        <w:t xml:space="preserve">[40:53] </w:t>
      </w:r>
      <w:r>
        <w:t>that you have, you have achieved half of the knowledge because it is the spirit of inquiry.</w:t>
      </w:r>
    </w:p>
    <w:p>
      <w:pPr>
        <w:jc w:val="right"/>
      </w:pPr>
      <w:r>
        <w:t>that you have, you have achieved half of the knowledge because it is the spirit of inquiry.</w:t>
      </w:r>
    </w:p>
    <w:p>
      <w:r>
        <w:rPr>
          <w:b/>
        </w:rPr>
        <w:t xml:space="preserve">[41:03] </w:t>
      </w:r>
      <w:r>
        <w:t>This is the spirit of inquiry.</w:t>
      </w:r>
    </w:p>
    <w:p>
      <w:pPr>
        <w:jc w:val="right"/>
      </w:pPr>
      <w:r>
        <w:t>This is the spirit of inquiry.</w:t>
      </w:r>
    </w:p>
    <w:p>
      <w:r>
        <w:rPr>
          <w:b/>
        </w:rPr>
        <w:t xml:space="preserve">[41:05] </w:t>
      </w:r>
      <w:r>
        <w:t>Spirit of inquiry means</w:t>
      </w:r>
    </w:p>
    <w:p>
      <w:pPr>
        <w:jc w:val="right"/>
      </w:pPr>
      <w:r>
        <w:t>Spirit of inquiry means</w:t>
      </w:r>
    </w:p>
    <w:p>
      <w:r>
        <w:rPr>
          <w:b/>
        </w:rPr>
        <w:t xml:space="preserve">[41:08] </w:t>
      </w:r>
      <w:r>
        <w:t>knowing your unawareness,</w:t>
      </w:r>
    </w:p>
    <w:p>
      <w:pPr>
        <w:jc w:val="right"/>
      </w:pPr>
      <w:r>
        <w:t>knowing your unawareness,</w:t>
      </w:r>
    </w:p>
    <w:p>
      <w:r>
        <w:rPr>
          <w:b/>
        </w:rPr>
        <w:t xml:space="preserve">[41:14] </w:t>
      </w:r>
      <w:r>
        <w:t>knowing that you don't know.</w:t>
      </w:r>
    </w:p>
    <w:p>
      <w:pPr>
        <w:jc w:val="right"/>
      </w:pPr>
      <w:r>
        <w:t>knowing that you don't know.</w:t>
      </w:r>
    </w:p>
    <w:p>
      <w:r>
        <w:rPr>
          <w:b/>
        </w:rPr>
        <w:t xml:space="preserve">[41:16] </w:t>
      </w:r>
      <w:r>
        <w:t>When you discover that I don't know, then you will try to discover.</w:t>
      </w:r>
    </w:p>
    <w:p>
      <w:pPr>
        <w:jc w:val="right"/>
      </w:pPr>
      <w:r>
        <w:t>When you discover that I don't know, then you will try to discover.</w:t>
      </w:r>
    </w:p>
    <w:p>
      <w:r>
        <w:rPr>
          <w:b/>
        </w:rPr>
        <w:t xml:space="preserve">[41:24] </w:t>
      </w:r>
      <w:r>
        <w:t>So spirit of inquiry is very important.</w:t>
      </w:r>
    </w:p>
    <w:p>
      <w:pPr>
        <w:jc w:val="right"/>
      </w:pPr>
      <w:r>
        <w:t>So spirit of inquiry is very important.</w:t>
      </w:r>
    </w:p>
    <w:p>
      <w:r>
        <w:rPr>
          <w:b/>
        </w:rPr>
        <w:t xml:space="preserve">[41:28] </w:t>
      </w:r>
      <w:r>
        <w:t>Through discover, through spirit of inquiry,</w:t>
      </w:r>
    </w:p>
    <w:p>
      <w:pPr>
        <w:jc w:val="right"/>
      </w:pPr>
      <w:r>
        <w:t>Through discover, through spirit of inquiry,</w:t>
      </w:r>
    </w:p>
    <w:p>
      <w:r>
        <w:rPr>
          <w:b/>
        </w:rPr>
        <w:t xml:space="preserve">[41:32] </w:t>
      </w:r>
      <w:r>
        <w:t>we engage ourselves in pursuit of, of truth.</w:t>
      </w:r>
    </w:p>
    <w:p>
      <w:pPr>
        <w:jc w:val="right"/>
      </w:pPr>
      <w:r>
        <w:t>we engage ourselves in pursuit of, of truth.</w:t>
      </w:r>
    </w:p>
    <w:p>
      <w:r>
        <w:rPr>
          <w:b/>
        </w:rPr>
        <w:t xml:space="preserve">[41:37] </w:t>
      </w:r>
      <w:r>
        <w:t>And when, when we</w:t>
      </w:r>
    </w:p>
    <w:p>
      <w:pPr>
        <w:jc w:val="right"/>
      </w:pPr>
      <w:r>
        <w:t>And when, when we</w:t>
      </w:r>
    </w:p>
    <w:p>
      <w:r>
        <w:rPr>
          <w:b/>
        </w:rPr>
        <w:t xml:space="preserve">[41:41] </w:t>
      </w:r>
      <w:r>
        <w:t>engage ourselves in the pursuit of truth, then you are a seeker.</w:t>
      </w:r>
    </w:p>
    <w:p>
      <w:pPr>
        <w:jc w:val="right"/>
      </w:pPr>
      <w:r>
        <w:t>engage ourselves in the pursuit of truth, then you are a seeker.</w:t>
      </w:r>
    </w:p>
    <w:p>
      <w:r>
        <w:rPr>
          <w:b/>
        </w:rPr>
        <w:t xml:space="preserve">[41:46] </w:t>
      </w:r>
      <w:r>
        <w:t>And, and if you are a seeker, then you can discover God.</w:t>
      </w:r>
    </w:p>
    <w:p>
      <w:pPr>
        <w:jc w:val="right"/>
      </w:pPr>
      <w:r>
        <w:t>And, and if you are a seeker, then you can discover God.</w:t>
      </w:r>
    </w:p>
    <w:p>
      <w:r>
        <w:rPr>
          <w:b/>
        </w:rPr>
        <w:t xml:space="preserve">[41:54] </w:t>
      </w:r>
      <w:r>
        <w:t>Quran says about the prophet that you are a seeker,</w:t>
      </w:r>
    </w:p>
    <w:p>
      <w:pPr>
        <w:jc w:val="right"/>
      </w:pPr>
      <w:r>
        <w:t>Quran says about the prophet that you are a seeker,</w:t>
      </w:r>
    </w:p>
    <w:p>
      <w:r>
        <w:rPr>
          <w:b/>
        </w:rPr>
        <w:t xml:space="preserve">[42:00] </w:t>
      </w:r>
      <w:r>
        <w:t>then we guided you.</w:t>
      </w:r>
    </w:p>
    <w:p>
      <w:pPr>
        <w:jc w:val="right"/>
      </w:pPr>
      <w:r>
        <w:t>then we guided you.</w:t>
      </w:r>
    </w:p>
    <w:p>
      <w:r>
        <w:rPr>
          <w:b/>
        </w:rPr>
        <w:t xml:space="preserve">[42:04] </w:t>
      </w:r>
      <w:r>
        <w:t>So seeking is a very important condition.</w:t>
      </w:r>
    </w:p>
    <w:p>
      <w:pPr>
        <w:jc w:val="right"/>
      </w:pPr>
      <w:r>
        <w:t>So seeking is a very important condition.</w:t>
      </w:r>
    </w:p>
    <w:p>
      <w:r>
        <w:rPr>
          <w:b/>
        </w:rPr>
        <w:t xml:space="preserve">[42:13] </w:t>
      </w:r>
      <w:r>
        <w:t>It means that first of all, you have to prove that you are a seeker.</w:t>
      </w:r>
    </w:p>
    <w:p>
      <w:pPr>
        <w:jc w:val="right"/>
      </w:pPr>
      <w:r>
        <w:t>It means that first of all, you have to prove that you are a seeker.</w:t>
      </w:r>
    </w:p>
    <w:p>
      <w:r>
        <w:rPr>
          <w:b/>
        </w:rPr>
        <w:t xml:space="preserve">[42:17] </w:t>
      </w:r>
      <w:r>
        <w:t>Then God will show you the light.</w:t>
      </w:r>
    </w:p>
    <w:p>
      <w:pPr>
        <w:jc w:val="right"/>
      </w:pPr>
      <w:r>
        <w:t>Then God will show you the light.</w:t>
      </w:r>
    </w:p>
    <w:p>
      <w:r>
        <w:rPr>
          <w:b/>
        </w:rPr>
        <w:t xml:space="preserve">[42:21] </w:t>
      </w:r>
      <w:r>
        <w:t>Then God will provide you the guidance.</w:t>
      </w:r>
    </w:p>
    <w:p>
      <w:pPr>
        <w:jc w:val="right"/>
      </w:pPr>
      <w:r>
        <w:t>Then God will provide you the guidance.</w:t>
      </w:r>
    </w:p>
    <w:p>
      <w:r>
        <w:rPr>
          <w:b/>
        </w:rPr>
        <w:t xml:space="preserve">[42:26] </w:t>
      </w:r>
      <w:r>
        <w:t>So seeking is very important.</w:t>
      </w:r>
    </w:p>
    <w:p>
      <w:pPr>
        <w:jc w:val="right"/>
      </w:pPr>
      <w:r>
        <w:t>So seeking is very important.</w:t>
      </w:r>
    </w:p>
    <w:p>
      <w:r>
        <w:rPr>
          <w:b/>
        </w:rPr>
        <w:t xml:space="preserve">[42:28] </w:t>
      </w:r>
      <w:r>
        <w:t>I know seeking is the,</w:t>
      </w:r>
    </w:p>
    <w:p>
      <w:pPr>
        <w:jc w:val="right"/>
      </w:pPr>
      <w:r>
        <w:t>I know seeking is the,</w:t>
      </w:r>
    </w:p>
    <w:p>
      <w:r>
        <w:rPr>
          <w:b/>
        </w:rPr>
        <w:t xml:space="preserve">[42:32] </w:t>
      </w:r>
      <w:r>
        <w:t>is the phenomena of spirit of inquiry.</w:t>
      </w:r>
    </w:p>
    <w:p>
      <w:pPr>
        <w:jc w:val="right"/>
      </w:pPr>
      <w:r>
        <w:t>is the phenomena of spirit of inquiry.</w:t>
      </w:r>
    </w:p>
    <w:p>
      <w:r>
        <w:rPr>
          <w:b/>
        </w:rPr>
        <w:t xml:space="preserve">[42:36] </w:t>
      </w:r>
      <w:r>
        <w:t>So in Islam,</w:t>
      </w:r>
    </w:p>
    <w:p>
      <w:pPr>
        <w:jc w:val="right"/>
      </w:pPr>
      <w:r>
        <w:t>So in Islam,</w:t>
      </w:r>
    </w:p>
    <w:p>
      <w:r>
        <w:rPr>
          <w:b/>
        </w:rPr>
        <w:t xml:space="preserve">[42:38] </w:t>
      </w:r>
      <w:r>
        <w:t>seeking, in Islam, the spirit of inquiry is very important because it's the first step toward the, toward</w:t>
      </w:r>
    </w:p>
    <w:p>
      <w:pPr>
        <w:jc w:val="right"/>
      </w:pPr>
      <w:r>
        <w:t>seeking, in Islam, the spirit of inquiry is very important because it's the first step toward the, toward</w:t>
      </w:r>
    </w:p>
    <w:p>
      <w:r>
        <w:rPr>
          <w:b/>
        </w:rPr>
        <w:t xml:space="preserve">[42:46] </w:t>
      </w:r>
      <w:r>
        <w:t>the belief, toward the</w:t>
      </w:r>
    </w:p>
    <w:p>
      <w:pPr>
        <w:jc w:val="right"/>
      </w:pPr>
      <w:r>
        <w:t>the belief, toward the</w:t>
      </w:r>
    </w:p>
    <w:p>
      <w:r>
        <w:rPr>
          <w:b/>
        </w:rPr>
        <w:t xml:space="preserve">[42:50] </w:t>
      </w:r>
      <w:r>
        <w:t>realization of God.</w:t>
      </w:r>
    </w:p>
    <w:p>
      <w:pPr>
        <w:jc w:val="right"/>
      </w:pPr>
      <w:r>
        <w:t>realization of God.</w:t>
      </w:r>
    </w:p>
    <w:p>
      <w:r>
        <w:rPr>
          <w:b/>
        </w:rPr>
        <w:t xml:space="preserve">[42:53] </w:t>
      </w:r>
      <w:r>
        <w:t>Spirit of inquiry is the first step towards the realization of God.</w:t>
      </w:r>
    </w:p>
    <w:p>
      <w:pPr>
        <w:jc w:val="right"/>
      </w:pPr>
      <w:r>
        <w:t>Spirit of inquiry is the first step towards the realization of God.</w:t>
      </w:r>
    </w:p>
    <w:p>
      <w:r>
        <w:rPr>
          <w:b/>
        </w:rPr>
        <w:t xml:space="preserve">[42:59] </w:t>
      </w:r>
      <w:r>
        <w:t>So it is very important.</w:t>
      </w:r>
    </w:p>
    <w:p>
      <w:pPr>
        <w:jc w:val="right"/>
      </w:pPr>
      <w:r>
        <w:t>So it is very important.</w:t>
      </w:r>
    </w:p>
    <w:p>
      <w:r>
        <w:rPr>
          <w:b/>
        </w:rPr>
        <w:t xml:space="preserve">[43:03] </w:t>
      </w:r>
      <w:r>
        <w:t>Maulana, the fourth Caliph Ali said that the value of a person lies in his excellence. Can you please elaborate on what did he mean by this?</w:t>
      </w:r>
    </w:p>
    <w:p>
      <w:pPr>
        <w:jc w:val="right"/>
      </w:pPr>
      <w:r>
        <w:t>मौलाना द फोर्थ कैलिफ अली सेड दैट द वैल्यू ऑफ अ पर्सन लाइज इन हिज एक्सीलेंस। कैन यू प्लीज एलेबोरेट ऑन व्हाट डिड ही मीन बाय दिस?</w:t>
      </w:r>
    </w:p>
    <w:p>
      <w:r>
        <w:rPr>
          <w:b/>
        </w:rPr>
        <w:t xml:space="preserve">[43:15] </w:t>
      </w:r>
      <w:r>
        <w:t>In Arabic, he said,</w:t>
      </w:r>
    </w:p>
    <w:p>
      <w:pPr>
        <w:jc w:val="right"/>
      </w:pPr>
      <w:r>
        <w:t>In Arabic, he said,</w:t>
      </w:r>
    </w:p>
    <w:p>
      <w:r>
        <w:rPr>
          <w:b/>
        </w:rPr>
        <w:t xml:space="preserve">[43:22] </w:t>
      </w:r>
      <w:r>
        <w:t>it means that the value of a person lies in excellence.</w:t>
      </w:r>
    </w:p>
    <w:p>
      <w:pPr>
        <w:jc w:val="right"/>
      </w:pPr>
      <w:r>
        <w:t>it means that the value of a person lies in excellence.</w:t>
      </w:r>
    </w:p>
    <w:p>
      <w:r>
        <w:rPr>
          <w:b/>
        </w:rPr>
        <w:t xml:space="preserve">[43:30] </w:t>
      </w:r>
      <w:r>
        <w:t>It means that we are living in a world of competition,</w:t>
      </w:r>
    </w:p>
    <w:p>
      <w:pPr>
        <w:jc w:val="right"/>
      </w:pPr>
      <w:r>
        <w:t>It means that we are living in a world of competition,</w:t>
      </w:r>
    </w:p>
    <w:p>
      <w:r>
        <w:rPr>
          <w:b/>
        </w:rPr>
        <w:t xml:space="preserve">[43:35] </w:t>
      </w:r>
      <w:r>
        <w:t>world of competition.</w:t>
      </w:r>
    </w:p>
    <w:p>
      <w:pPr>
        <w:jc w:val="right"/>
      </w:pPr>
      <w:r>
        <w:t>world of competition.</w:t>
      </w:r>
    </w:p>
    <w:p>
      <w:r>
        <w:rPr>
          <w:b/>
        </w:rPr>
        <w:t xml:space="preserve">[43:37] </w:t>
      </w:r>
      <w:r>
        <w:t>In such a world, you can prove your importance only through excellence.</w:t>
      </w:r>
    </w:p>
    <w:p>
      <w:pPr>
        <w:jc w:val="right"/>
      </w:pPr>
      <w:r>
        <w:t>In such a world, you can prove your importance only through excellence.</w:t>
      </w:r>
    </w:p>
    <w:p>
      <w:r>
        <w:rPr>
          <w:b/>
        </w:rPr>
        <w:t xml:space="preserve">[43:45] </w:t>
      </w:r>
      <w:r>
        <w:t>If there are competition,</w:t>
      </w:r>
    </w:p>
    <w:p>
      <w:pPr>
        <w:jc w:val="right"/>
      </w:pPr>
      <w:r>
        <w:t>If there are competition,</w:t>
      </w:r>
    </w:p>
    <w:p>
      <w:r>
        <w:rPr>
          <w:b/>
        </w:rPr>
        <w:t xml:space="preserve">[43:48] </w:t>
      </w:r>
      <w:r>
        <w:t>so and you, if you want to achieve success,</w:t>
      </w:r>
    </w:p>
    <w:p>
      <w:pPr>
        <w:jc w:val="right"/>
      </w:pPr>
      <w:r>
        <w:t>so and you, if you want to achieve success,</w:t>
      </w:r>
    </w:p>
    <w:p>
      <w:r>
        <w:rPr>
          <w:b/>
        </w:rPr>
        <w:t xml:space="preserve">[43:55] </w:t>
      </w:r>
      <w:r>
        <w:t>so the only way to achieve success is to prove your excellence.</w:t>
      </w:r>
    </w:p>
    <w:p>
      <w:pPr>
        <w:jc w:val="right"/>
      </w:pPr>
      <w:r>
        <w:t>so the only way to achieve success is to prove your excellence.</w:t>
      </w:r>
    </w:p>
    <w:p>
      <w:r>
        <w:rPr>
          <w:b/>
        </w:rPr>
        <w:t xml:space="preserve">[44:01] </w:t>
      </w:r>
      <w:r>
        <w:t>Otherwise, in a world of, otherwise in a world of competition, we will die.</w:t>
      </w:r>
    </w:p>
    <w:p>
      <w:pPr>
        <w:jc w:val="right"/>
      </w:pPr>
      <w:r>
        <w:t>Otherwise, in a world of, otherwise in a world of competition, we will die.</w:t>
      </w:r>
    </w:p>
    <w:p>
      <w:r>
        <w:rPr>
          <w:b/>
        </w:rPr>
        <w:t xml:space="preserve">[44:07] </w:t>
      </w:r>
      <w:r>
        <w:t>The formula is compete or perish.</w:t>
      </w:r>
    </w:p>
    <w:p>
      <w:pPr>
        <w:jc w:val="right"/>
      </w:pPr>
      <w:r>
        <w:t>The formula is compete or perish.</w:t>
      </w:r>
    </w:p>
    <w:p>
      <w:r>
        <w:rPr>
          <w:b/>
        </w:rPr>
        <w:t xml:space="preserve">[44:11] </w:t>
      </w:r>
      <w:r>
        <w:t>It means that be excellent or perish.</w:t>
      </w:r>
    </w:p>
    <w:p>
      <w:pPr>
        <w:jc w:val="right"/>
      </w:pPr>
      <w:r>
        <w:t>It means that be excellent or perish.</w:t>
      </w:r>
    </w:p>
    <w:p>
      <w:r>
        <w:rPr>
          <w:b/>
        </w:rPr>
        <w:t xml:space="preserve">[44:15] </w:t>
      </w:r>
      <w:r>
        <w:t>There is a well-known formula that compete or perish.</w:t>
      </w:r>
    </w:p>
    <w:p>
      <w:pPr>
        <w:jc w:val="right"/>
      </w:pPr>
      <w:r>
        <w:t>There is a well-known formula that compete or perish.</w:t>
      </w:r>
    </w:p>
    <w:p>
      <w:r>
        <w:rPr>
          <w:b/>
        </w:rPr>
        <w:t xml:space="preserve">[44:19] </w:t>
      </w:r>
      <w:r>
        <w:t>I will say that be excellent or perish.</w:t>
      </w:r>
    </w:p>
    <w:p>
      <w:pPr>
        <w:jc w:val="right"/>
      </w:pPr>
      <w:r>
        <w:t>I will say that be excellent or perish.</w:t>
      </w:r>
    </w:p>
    <w:p>
      <w:r>
        <w:rPr>
          <w:b/>
        </w:rPr>
        <w:t xml:space="preserve">[44:24] </w:t>
      </w:r>
      <w:r>
        <w:t>So as our world is a world of competition,</w:t>
      </w:r>
    </w:p>
    <w:p>
      <w:pPr>
        <w:jc w:val="right"/>
      </w:pPr>
      <w:r>
        <w:t>So as our world is a world of competition,</w:t>
      </w:r>
    </w:p>
    <w:p>
      <w:r>
        <w:rPr>
          <w:b/>
        </w:rPr>
        <w:t xml:space="preserve">[44:29] </w:t>
      </w:r>
      <w:r>
        <w:t>so this spirit is very important.</w:t>
      </w:r>
    </w:p>
    <w:p>
      <w:pPr>
        <w:jc w:val="right"/>
      </w:pPr>
      <w:r>
        <w:t>so this spirit is very important.</w:t>
      </w:r>
    </w:p>
    <w:p>
      <w:r>
        <w:rPr>
          <w:b/>
        </w:rPr>
        <w:t xml:space="preserve">[44:34] </w:t>
      </w:r>
      <w:r>
        <w:t>Without this spirit of excellence,</w:t>
      </w:r>
    </w:p>
    <w:p>
      <w:pPr>
        <w:jc w:val="right"/>
      </w:pPr>
      <w:r>
        <w:t>Without this spirit of excellence,</w:t>
      </w:r>
    </w:p>
    <w:p>
      <w:r>
        <w:rPr>
          <w:b/>
        </w:rPr>
        <w:t xml:space="preserve">[44:37] </w:t>
      </w:r>
      <w:r>
        <w:t>you cannot achieve any great, any, any</w:t>
      </w:r>
    </w:p>
    <w:p>
      <w:pPr>
        <w:jc w:val="right"/>
      </w:pPr>
      <w:r>
        <w:t>you cannot achieve any great, any, any</w:t>
      </w:r>
    </w:p>
    <w:p>
      <w:r>
        <w:rPr>
          <w:b/>
        </w:rPr>
        <w:t xml:space="preserve">[44:42] </w:t>
      </w:r>
      <w:r>
        <w:t>big target.</w:t>
      </w:r>
    </w:p>
    <w:p>
      <w:pPr>
        <w:jc w:val="right"/>
      </w:pPr>
      <w:r>
        <w:t>big target.</w:t>
      </w:r>
    </w:p>
    <w:p>
      <w:r>
        <w:rPr>
          <w:b/>
        </w:rPr>
        <w:t xml:space="preserve">[44:49] </w:t>
      </w:r>
      <w:r>
        <w:t>Maulana, some time back, Pope Benedict the 16th referred to the ancient Roman king, who said that "show me what Muhammad has brought new in the history". And this statement of his erupted a controversy. My question to you is that has Islam really brought anything new to mankind?</w:t>
      </w:r>
    </w:p>
    <w:p>
      <w:pPr>
        <w:jc w:val="right"/>
      </w:pPr>
      <w:r>
        <w:t>मौलाना, सम टाइम बैक, पोप बेनिडिक्ट द 16 रेफर टू द एंशिएंट रोमन किंग, हु सेड दैट "शो मी व्हाट मोहम्मद हैज़ ब्रॉट न्यू इन द हिस्ट्री"। एंड दिस स्टेटमेंट ऑफ हिज इरप्टेड अ कंट्रोवर्सी। माय क्वेश्चन टू यू इज़ दैट हैज़ इस्लाम रियली ब्रॉट एनीथिंग न्यू टू मैनकाइंड?</w:t>
      </w:r>
    </w:p>
    <w:p>
      <w:r>
        <w:rPr>
          <w:b/>
        </w:rPr>
        <w:t xml:space="preserve">[45:13] </w:t>
      </w:r>
      <w:r>
        <w:t>Yes. Many thing, many thing, many thing.</w:t>
      </w:r>
    </w:p>
    <w:p>
      <w:pPr>
        <w:jc w:val="right"/>
      </w:pPr>
      <w:r>
        <w:t>Yes. Many thing, many thing, many thing.</w:t>
      </w:r>
    </w:p>
    <w:p>
      <w:r>
        <w:rPr>
          <w:b/>
        </w:rPr>
        <w:t xml:space="preserve">[45:17] </w:t>
      </w:r>
      <w:r>
        <w:t>I have published several books on this subject.</w:t>
      </w:r>
    </w:p>
    <w:p>
      <w:pPr>
        <w:jc w:val="right"/>
      </w:pPr>
      <w:r>
        <w:t>I have published several books on this subject.</w:t>
      </w:r>
    </w:p>
    <w:p>
      <w:r>
        <w:rPr>
          <w:b/>
        </w:rPr>
        <w:t xml:space="preserve">[45:21] </w:t>
      </w:r>
      <w:r>
        <w:t>For example, Islam, the creator of modern</w:t>
      </w:r>
    </w:p>
    <w:p>
      <w:pPr>
        <w:jc w:val="right"/>
      </w:pPr>
      <w:r>
        <w:t>For example, Islam, the creator of modern</w:t>
      </w:r>
    </w:p>
    <w:p>
      <w:r>
        <w:rPr>
          <w:b/>
        </w:rPr>
        <w:t xml:space="preserve">[45:26] </w:t>
      </w:r>
      <w:r>
        <w:t>world. So there is, I have published so many books on this subject.</w:t>
      </w:r>
    </w:p>
    <w:p>
      <w:pPr>
        <w:jc w:val="right"/>
      </w:pPr>
      <w:r>
        <w:t>world. So there is, I have published so many books on this subject.</w:t>
      </w:r>
    </w:p>
    <w:p>
      <w:r>
        <w:rPr>
          <w:b/>
        </w:rPr>
        <w:t xml:space="preserve">[45:33] </w:t>
      </w:r>
      <w:r>
        <w:t>But I can say,</w:t>
      </w:r>
    </w:p>
    <w:p>
      <w:pPr>
        <w:jc w:val="right"/>
      </w:pPr>
      <w:r>
        <w:t>But I can say,</w:t>
      </w:r>
    </w:p>
    <w:p>
      <w:r>
        <w:rPr>
          <w:b/>
        </w:rPr>
        <w:t xml:space="preserve">[45:36] </w:t>
      </w:r>
      <w:r>
        <w:t>at present, I can refer only one thing</w:t>
      </w:r>
    </w:p>
    <w:p>
      <w:pPr>
        <w:jc w:val="right"/>
      </w:pPr>
      <w:r>
        <w:t>at present, I can refer only one thing</w:t>
      </w:r>
    </w:p>
    <w:p>
      <w:r>
        <w:rPr>
          <w:b/>
        </w:rPr>
        <w:t xml:space="preserve">[45:40] </w:t>
      </w:r>
      <w:r>
        <w:t>that was new.</w:t>
      </w:r>
    </w:p>
    <w:p>
      <w:pPr>
        <w:jc w:val="right"/>
      </w:pPr>
      <w:r>
        <w:t>that was new.</w:t>
      </w:r>
    </w:p>
    <w:p>
      <w:r>
        <w:rPr>
          <w:b/>
        </w:rPr>
        <w:t xml:space="preserve">[45:42] </w:t>
      </w:r>
      <w:r>
        <w:t>And the, and this new was that Prophet Muhammad was able to present before the world</w:t>
      </w:r>
    </w:p>
    <w:p>
      <w:pPr>
        <w:jc w:val="right"/>
      </w:pPr>
      <w:r>
        <w:t>And the, and this new was that Prophet Muhammad was able to present before the world</w:t>
      </w:r>
    </w:p>
    <w:p>
      <w:r>
        <w:rPr>
          <w:b/>
        </w:rPr>
        <w:t xml:space="preserve">[45:53] </w:t>
      </w:r>
      <w:r>
        <w:t>an, a, a preserved</w:t>
      </w:r>
    </w:p>
    <w:p>
      <w:pPr>
        <w:jc w:val="right"/>
      </w:pPr>
      <w:r>
        <w:t>an, a, a preserved</w:t>
      </w:r>
    </w:p>
    <w:p>
      <w:r>
        <w:rPr>
          <w:b/>
        </w:rPr>
        <w:t xml:space="preserve">[45:59] </w:t>
      </w:r>
      <w:r>
        <w:t>text of the divine guidance</w:t>
      </w:r>
    </w:p>
    <w:p>
      <w:pPr>
        <w:jc w:val="right"/>
      </w:pPr>
      <w:r>
        <w:t>text of the divine guidance</w:t>
      </w:r>
    </w:p>
    <w:p>
      <w:r>
        <w:rPr>
          <w:b/>
        </w:rPr>
        <w:t xml:space="preserve">[46:02] </w:t>
      </w:r>
      <w:r>
        <w:t>before Muhammad. Man wanted to have divine guidance, but there was no,</w:t>
      </w:r>
    </w:p>
    <w:p>
      <w:pPr>
        <w:jc w:val="right"/>
      </w:pPr>
      <w:r>
        <w:t>before Muhammad. Man wanted to have divine guidance, but there was no,</w:t>
      </w:r>
    </w:p>
    <w:p>
      <w:r>
        <w:rPr>
          <w:b/>
        </w:rPr>
        <w:t xml:space="preserve">[46:13] </w:t>
      </w:r>
      <w:r>
        <w:t>there was no</w:t>
      </w:r>
    </w:p>
    <w:p>
      <w:pPr>
        <w:jc w:val="right"/>
      </w:pPr>
      <w:r>
        <w:t>there was no</w:t>
      </w:r>
    </w:p>
    <w:p>
      <w:r>
        <w:rPr>
          <w:b/>
        </w:rPr>
        <w:t xml:space="preserve">[46:15] </w:t>
      </w:r>
      <w:r>
        <w:t>authentic source because every book was altered</w:t>
      </w:r>
    </w:p>
    <w:p>
      <w:pPr>
        <w:jc w:val="right"/>
      </w:pPr>
      <w:r>
        <w:t>authentic source because every book was altered</w:t>
      </w:r>
    </w:p>
    <w:p>
      <w:r>
        <w:rPr>
          <w:b/>
        </w:rPr>
        <w:t xml:space="preserve">[46:25] </w:t>
      </w:r>
      <w:r>
        <w:t>other than Quran, other than Islamic scripture.</w:t>
      </w:r>
    </w:p>
    <w:p>
      <w:pPr>
        <w:jc w:val="right"/>
      </w:pPr>
      <w:r>
        <w:t>other than Quran, other than Islamic scripture.</w:t>
      </w:r>
    </w:p>
    <w:p>
      <w:r>
        <w:rPr>
          <w:b/>
        </w:rPr>
        <w:t xml:space="preserve">[46:30] </w:t>
      </w:r>
      <w:r>
        <w:t>All other books</w:t>
      </w:r>
    </w:p>
    <w:p>
      <w:pPr>
        <w:jc w:val="right"/>
      </w:pPr>
      <w:r>
        <w:t>All other books</w:t>
      </w:r>
    </w:p>
    <w:p>
      <w:r>
        <w:rPr>
          <w:b/>
        </w:rPr>
        <w:t xml:space="preserve">[46:33] </w:t>
      </w:r>
      <w:r>
        <w:t>that were revealed by God</w:t>
      </w:r>
    </w:p>
    <w:p>
      <w:pPr>
        <w:jc w:val="right"/>
      </w:pPr>
      <w:r>
        <w:t>that were revealed by God</w:t>
      </w:r>
    </w:p>
    <w:p>
      <w:r>
        <w:rPr>
          <w:b/>
        </w:rPr>
        <w:t xml:space="preserve">[46:37] </w:t>
      </w:r>
      <w:r>
        <w:t>was not preserved in its original form, including Bible.</w:t>
      </w:r>
    </w:p>
    <w:p>
      <w:pPr>
        <w:jc w:val="right"/>
      </w:pPr>
      <w:r>
        <w:t>was not preserved in its original form, including Bible.</w:t>
      </w:r>
    </w:p>
    <w:p>
      <w:r>
        <w:rPr>
          <w:b/>
        </w:rPr>
        <w:t xml:space="preserve">[46:43] </w:t>
      </w:r>
      <w:r>
        <w:t>No one can claim that</w:t>
      </w:r>
    </w:p>
    <w:p>
      <w:pPr>
        <w:jc w:val="right"/>
      </w:pPr>
      <w:r>
        <w:t>No one can claim that</w:t>
      </w:r>
    </w:p>
    <w:p>
      <w:r>
        <w:rPr>
          <w:b/>
        </w:rPr>
        <w:t xml:space="preserve">[46:46] </w:t>
      </w:r>
      <w:r>
        <w:t>Bible, that is New Testament, is preserved the same form</w:t>
      </w:r>
    </w:p>
    <w:p>
      <w:pPr>
        <w:jc w:val="right"/>
      </w:pPr>
      <w:r>
        <w:t>Bible, that is New Testament, is preserved the same form</w:t>
      </w:r>
    </w:p>
    <w:p>
      <w:r>
        <w:rPr>
          <w:b/>
        </w:rPr>
        <w:t xml:space="preserve">[46:53] </w:t>
      </w:r>
      <w:r>
        <w:t>in which it was at the time of Prophet Jesus.</w:t>
      </w:r>
    </w:p>
    <w:p>
      <w:pPr>
        <w:jc w:val="right"/>
      </w:pPr>
      <w:r>
        <w:t>in which it was at the time of Prophet Jesus.</w:t>
      </w:r>
    </w:p>
    <w:p>
      <w:r>
        <w:rPr>
          <w:b/>
        </w:rPr>
        <w:t xml:space="preserve">[46:59] </w:t>
      </w:r>
      <w:r>
        <w:t>So Prophet Jesus was a prophet.</w:t>
      </w:r>
    </w:p>
    <w:p>
      <w:pPr>
        <w:jc w:val="right"/>
      </w:pPr>
      <w:r>
        <w:t>So Prophet Jesus was a prophet.</w:t>
      </w:r>
    </w:p>
    <w:p>
      <w:r>
        <w:rPr>
          <w:b/>
        </w:rPr>
        <w:t xml:space="preserve">[47:02] </w:t>
      </w:r>
      <w:r>
        <w:t>He was received, he was received guidance from God.</w:t>
      </w:r>
    </w:p>
    <w:p>
      <w:pPr>
        <w:jc w:val="right"/>
      </w:pPr>
      <w:r>
        <w:t>He was received, he was received guidance from God.</w:t>
      </w:r>
    </w:p>
    <w:p>
      <w:r>
        <w:rPr>
          <w:b/>
        </w:rPr>
        <w:t xml:space="preserve">[47:08] </w:t>
      </w:r>
      <w:r>
        <w:t>It is true.</w:t>
      </w:r>
    </w:p>
    <w:p>
      <w:pPr>
        <w:jc w:val="right"/>
      </w:pPr>
      <w:r>
        <w:t>It is true.</w:t>
      </w:r>
    </w:p>
    <w:p>
      <w:r>
        <w:rPr>
          <w:b/>
        </w:rPr>
        <w:t xml:space="preserve">[47:09] </w:t>
      </w:r>
      <w:r>
        <w:t>But his guidance is not preserved at present in its original form.</w:t>
      </w:r>
    </w:p>
    <w:p>
      <w:pPr>
        <w:jc w:val="right"/>
      </w:pPr>
      <w:r>
        <w:t>But his guidance is not preserved at present in its original form.</w:t>
      </w:r>
    </w:p>
    <w:p>
      <w:r>
        <w:rPr>
          <w:b/>
        </w:rPr>
        <w:t xml:space="preserve">[47:18] </w:t>
      </w:r>
      <w:r>
        <w:t>So Prophet Muhammad was able to give to mankind</w:t>
      </w:r>
    </w:p>
    <w:p>
      <w:pPr>
        <w:jc w:val="right"/>
      </w:pPr>
      <w:r>
        <w:t>So Prophet Muhammad was able to give to mankind</w:t>
      </w:r>
    </w:p>
    <w:p>
      <w:r>
        <w:rPr>
          <w:b/>
        </w:rPr>
        <w:t xml:space="preserve">[47:24] </w:t>
      </w:r>
      <w:r>
        <w:t>a preserved form, a preserved text of the divine guidance.</w:t>
      </w:r>
    </w:p>
    <w:p>
      <w:pPr>
        <w:jc w:val="right"/>
      </w:pPr>
      <w:r>
        <w:t>a preserved form, a preserved text of the divine guidance.</w:t>
      </w:r>
    </w:p>
    <w:p>
      <w:r>
        <w:rPr>
          <w:b/>
        </w:rPr>
        <w:t xml:space="preserve">[47:30] </w:t>
      </w:r>
      <w:r>
        <w:t>This is more than new.</w:t>
      </w:r>
    </w:p>
    <w:p>
      <w:pPr>
        <w:jc w:val="right"/>
      </w:pPr>
      <w:r>
        <w:t>This is more than new.</w:t>
      </w:r>
    </w:p>
    <w:p>
      <w:r>
        <w:rPr>
          <w:b/>
        </w:rPr>
        <w:t xml:space="preserve">[47:34] </w:t>
      </w:r>
      <w:r>
        <w:t>This contribution by Muhammad was more than new, very, very important.</w:t>
      </w:r>
    </w:p>
    <w:p>
      <w:pPr>
        <w:jc w:val="right"/>
      </w:pPr>
      <w:r>
        <w:t>This contribution by Muhammad was more than new, very, very important.</w:t>
      </w:r>
    </w:p>
    <w:p>
      <w:r>
        <w:rPr>
          <w:b/>
        </w:rPr>
        <w:t xml:space="preserve">[47:40] </w:t>
      </w:r>
      <w:r>
        <w:t>Because we are created</w:t>
      </w:r>
    </w:p>
    <w:p>
      <w:pPr>
        <w:jc w:val="right"/>
      </w:pPr>
      <w:r>
        <w:t>Because we are created</w:t>
      </w:r>
    </w:p>
    <w:p>
      <w:r>
        <w:rPr>
          <w:b/>
        </w:rPr>
        <w:t xml:space="preserve">[47:45] </w:t>
      </w:r>
      <w:r>
        <w:t>by God, we are here,</w:t>
      </w:r>
    </w:p>
    <w:p>
      <w:pPr>
        <w:jc w:val="right"/>
      </w:pPr>
      <w:r>
        <w:t>by God, we are here,</w:t>
      </w:r>
    </w:p>
    <w:p>
      <w:r>
        <w:rPr>
          <w:b/>
        </w:rPr>
        <w:t xml:space="preserve">[47:48] </w:t>
      </w:r>
      <w:r>
        <w:t>and we want to know</w:t>
      </w:r>
    </w:p>
    <w:p>
      <w:pPr>
        <w:jc w:val="right"/>
      </w:pPr>
      <w:r>
        <w:t>and we want to know</w:t>
      </w:r>
    </w:p>
    <w:p>
      <w:r>
        <w:rPr>
          <w:b/>
        </w:rPr>
        <w:t xml:space="preserve">[47:51] </w:t>
      </w:r>
      <w:r>
        <w:t>what is the guidance, what is the divine guidance, how I can live on this earth</w:t>
      </w:r>
    </w:p>
    <w:p>
      <w:pPr>
        <w:jc w:val="right"/>
      </w:pPr>
      <w:r>
        <w:t>what is the guidance, what is the divine guidance, how I can live on this earth</w:t>
      </w:r>
    </w:p>
    <w:p>
      <w:r>
        <w:rPr>
          <w:b/>
        </w:rPr>
        <w:t xml:space="preserve">[47:58] </w:t>
      </w:r>
      <w:r>
        <w:t>according to the God's will.</w:t>
      </w:r>
    </w:p>
    <w:p>
      <w:pPr>
        <w:jc w:val="right"/>
      </w:pPr>
      <w:r>
        <w:t>according to the God's will.</w:t>
      </w:r>
    </w:p>
    <w:p>
      <w:r>
        <w:rPr>
          <w:b/>
        </w:rPr>
        <w:t xml:space="preserve">[48:01] </w:t>
      </w:r>
      <w:r>
        <w:t>But there is no book in its preserved form.</w:t>
      </w:r>
    </w:p>
    <w:p>
      <w:pPr>
        <w:jc w:val="right"/>
      </w:pPr>
      <w:r>
        <w:t>But there is no book in its preserved form.</w:t>
      </w:r>
    </w:p>
    <w:p>
      <w:r>
        <w:rPr>
          <w:b/>
        </w:rPr>
        <w:t xml:space="preserve">[48:05] </w:t>
      </w:r>
      <w:r>
        <w:t>All the books are in an altered form,</w:t>
      </w:r>
    </w:p>
    <w:p>
      <w:pPr>
        <w:jc w:val="right"/>
      </w:pPr>
      <w:r>
        <w:t>All the books are in an altered form,</w:t>
      </w:r>
    </w:p>
    <w:p>
      <w:r>
        <w:rPr>
          <w:b/>
        </w:rPr>
        <w:t xml:space="preserve">[48:10] </w:t>
      </w:r>
      <w:r>
        <w:t>including, including Bible.</w:t>
      </w:r>
    </w:p>
    <w:p>
      <w:pPr>
        <w:jc w:val="right"/>
      </w:pPr>
      <w:r>
        <w:t>including, including Bible.</w:t>
      </w:r>
    </w:p>
    <w:p>
      <w:r>
        <w:rPr>
          <w:b/>
        </w:rPr>
        <w:t xml:space="preserve">[48:12] </w:t>
      </w:r>
      <w:r>
        <w:t>So this is the greatest contribution of Prophet Muhammad that he was able</w:t>
      </w:r>
    </w:p>
    <w:p>
      <w:pPr>
        <w:jc w:val="right"/>
      </w:pPr>
      <w:r>
        <w:t>So this is the greatest contribution of Prophet Muhammad that he was able</w:t>
      </w:r>
    </w:p>
    <w:p>
      <w:r>
        <w:rPr>
          <w:b/>
        </w:rPr>
        <w:t xml:space="preserve">[48:19] </w:t>
      </w:r>
      <w:r>
        <w:t>to present divine guidance in its original form,</w:t>
      </w:r>
    </w:p>
    <w:p>
      <w:pPr>
        <w:jc w:val="right"/>
      </w:pPr>
      <w:r>
        <w:t>to present divine guidance in its original form,</w:t>
      </w:r>
    </w:p>
    <w:p>
      <w:r>
        <w:rPr>
          <w:b/>
        </w:rPr>
        <w:t xml:space="preserve">[48:25] </w:t>
      </w:r>
      <w:r>
        <w:t>in its preserved form,</w:t>
      </w:r>
    </w:p>
    <w:p>
      <w:pPr>
        <w:jc w:val="right"/>
      </w:pPr>
      <w:r>
        <w:t>in its preserved form,</w:t>
      </w:r>
    </w:p>
    <w:p>
      <w:r>
        <w:rPr>
          <w:b/>
        </w:rPr>
        <w:t xml:space="preserve">[48:28] </w:t>
      </w:r>
      <w:r>
        <w:t>and in the same language in which he was revealed at the first time.</w:t>
      </w:r>
    </w:p>
    <w:p>
      <w:pPr>
        <w:jc w:val="right"/>
      </w:pPr>
      <w:r>
        <w:t>and in the same language in which he was revealed at the first time.</w:t>
      </w:r>
    </w:p>
    <w:p>
      <w:r>
        <w:rPr>
          <w:b/>
        </w:rPr>
        <w:t xml:space="preserve">[48:34] </w:t>
      </w:r>
      <w:r>
        <w:t>I think it is very, very important.</w:t>
      </w:r>
    </w:p>
    <w:p>
      <w:pPr>
        <w:jc w:val="right"/>
      </w:pPr>
      <w:r>
        <w:t>I think it is very, very important.</w:t>
      </w:r>
    </w:p>
    <w:p>
      <w:r>
        <w:rPr>
          <w:b/>
        </w:rPr>
        <w:t xml:space="preserve">[48:38] </w:t>
      </w:r>
      <w:r>
        <w:t>It is more than new</w:t>
      </w:r>
    </w:p>
    <w:p>
      <w:pPr>
        <w:jc w:val="right"/>
      </w:pPr>
      <w:r>
        <w:t>It is more than new</w:t>
      </w:r>
    </w:p>
    <w:p>
      <w:r>
        <w:rPr>
          <w:b/>
        </w:rPr>
        <w:t xml:space="preserve">[48:42] </w:t>
      </w:r>
      <w:r>
        <w:t>for those people who want to know what is the divine guidance for us.</w:t>
      </w:r>
    </w:p>
    <w:p>
      <w:pPr>
        <w:jc w:val="right"/>
      </w:pPr>
      <w:r>
        <w:t>for those people who want to know what is the divine guidance for us.</w:t>
      </w:r>
    </w:p>
    <w:p>
      <w:r>
        <w:rPr>
          <w:b/>
        </w:rPr>
        <w:t xml:space="preserve">[48:52] </w:t>
      </w:r>
      <w:r>
        <w:t>today, in the name of islam, we see many people doing suicide bombing. does islam, ek second, today, in the name of islam, we, we find nahin. today, in the name of islam, we see many people doing suicide bombing. does islam sanction these acts of suicide bombing?</w:t>
      </w:r>
    </w:p>
    <w:p>
      <w:pPr>
        <w:jc w:val="right"/>
      </w:pPr>
      <w:r>
        <w:t>टुडे, इन द नेम ऑफ इस्लाम, वी सी मेनी पीपल डूइंग सुसाइड बॉम्बिंग। डस इस्लाम, एक सेकंड, टुडे, इन द नेम ऑफ इस्लाम, वी, वी फाइंड नहीं। टुडे, इन द नेम ऑफ इस्लाम, वी सी मेनी पीपल डूइंग सुसाइड बॉम्बिंग। डस इस्लाम सैंक्शन दिस एक्ट्स ऑफ सुसाइड बॉम्बिंग?</w:t>
      </w:r>
    </w:p>
    <w:p>
      <w:r>
        <w:rPr>
          <w:b/>
        </w:rPr>
        <w:t xml:space="preserve">[49:15] </w:t>
      </w:r>
      <w:r>
        <w:t>? Not at all.</w:t>
      </w:r>
    </w:p>
    <w:p>
      <w:pPr>
        <w:jc w:val="right"/>
      </w:pPr>
      <w:r>
        <w:t>? Not at all.</w:t>
      </w:r>
    </w:p>
    <w:p>
      <w:r>
        <w:rPr>
          <w:b/>
        </w:rPr>
        <w:t xml:space="preserve">[49:18] </w:t>
      </w:r>
      <w:r>
        <w:t>Suicide is, suicide in any form is haram in Islam.</w:t>
      </w:r>
    </w:p>
    <w:p>
      <w:pPr>
        <w:jc w:val="right"/>
      </w:pPr>
      <w:r>
        <w:t>Suicide is, suicide in any form is haram in Islam.</w:t>
      </w:r>
    </w:p>
    <w:p>
      <w:r>
        <w:rPr>
          <w:b/>
        </w:rPr>
        <w:t xml:space="preserve">[49:26] </w:t>
      </w:r>
      <w:r>
        <w:t>It is very clear.</w:t>
      </w:r>
    </w:p>
    <w:p>
      <w:pPr>
        <w:jc w:val="right"/>
      </w:pPr>
      <w:r>
        <w:t>It is very clear.</w:t>
      </w:r>
    </w:p>
    <w:p>
      <w:r>
        <w:rPr>
          <w:b/>
        </w:rPr>
        <w:t xml:space="preserve">[49:29] </w:t>
      </w:r>
      <w:r>
        <w:t>It is very clear in the Quran, in Hadith, and Fiqh that suicide,</w:t>
      </w:r>
    </w:p>
    <w:p>
      <w:pPr>
        <w:jc w:val="right"/>
      </w:pPr>
      <w:r>
        <w:t>It is very clear in the Quran, in Hadith, and Fiqh that suicide,</w:t>
      </w:r>
    </w:p>
    <w:p>
      <w:r>
        <w:rPr>
          <w:b/>
        </w:rPr>
        <w:t xml:space="preserve">[49:36] </w:t>
      </w:r>
      <w:r>
        <w:t>committing suicide, committing suicide is,</w:t>
      </w:r>
    </w:p>
    <w:p>
      <w:pPr>
        <w:jc w:val="right"/>
      </w:pPr>
      <w:r>
        <w:t>committing suicide, committing suicide is,</w:t>
      </w:r>
    </w:p>
    <w:p>
      <w:r>
        <w:rPr>
          <w:b/>
        </w:rPr>
        <w:t xml:space="preserve">[49:42] </w:t>
      </w:r>
      <w:r>
        <w:t>is haram, is haram, is an unlawful act.</w:t>
      </w:r>
    </w:p>
    <w:p>
      <w:pPr>
        <w:jc w:val="right"/>
      </w:pPr>
      <w:r>
        <w:t>is haram, is haram, is an unlawful act.</w:t>
      </w:r>
    </w:p>
    <w:p>
      <w:r>
        <w:rPr>
          <w:b/>
        </w:rPr>
        <w:t xml:space="preserve">[49:45] </w:t>
      </w:r>
      <w:r>
        <w:t>There is no doubt about it.</w:t>
      </w:r>
    </w:p>
    <w:p>
      <w:pPr>
        <w:jc w:val="right"/>
      </w:pPr>
      <w:r>
        <w:t>There is no doubt about it.</w:t>
      </w:r>
    </w:p>
    <w:p>
      <w:r>
        <w:rPr>
          <w:b/>
        </w:rPr>
        <w:t xml:space="preserve">[49:48] </w:t>
      </w:r>
      <w:r>
        <w:t>And no excuse is permissible whatsoever.</w:t>
      </w:r>
    </w:p>
    <w:p>
      <w:pPr>
        <w:jc w:val="right"/>
      </w:pPr>
      <w:r>
        <w:t>And no excuse is permissible whatsoever.</w:t>
      </w:r>
    </w:p>
    <w:p>
      <w:r>
        <w:rPr>
          <w:b/>
        </w:rPr>
        <w:t xml:space="preserve">[49:53] </w:t>
      </w:r>
      <w:r>
        <w:t>No excuse at all.</w:t>
      </w:r>
    </w:p>
    <w:p>
      <w:pPr>
        <w:jc w:val="right"/>
      </w:pPr>
      <w:r>
        <w:t>No excuse at all.</w:t>
      </w:r>
    </w:p>
    <w:p>
      <w:r>
        <w:rPr>
          <w:b/>
        </w:rPr>
        <w:t xml:space="preserve">[49:56] </w:t>
      </w:r>
      <w:r>
        <w:t>So present Muslims who are committing suicide</w:t>
      </w:r>
    </w:p>
    <w:p>
      <w:pPr>
        <w:jc w:val="right"/>
      </w:pPr>
      <w:r>
        <w:t>So present Muslims who are committing suicide</w:t>
      </w:r>
    </w:p>
    <w:p>
      <w:r>
        <w:rPr>
          <w:b/>
        </w:rPr>
        <w:t xml:space="preserve">[50:02] </w:t>
      </w:r>
      <w:r>
        <w:t>or any suicide bombing,</w:t>
      </w:r>
    </w:p>
    <w:p>
      <w:pPr>
        <w:jc w:val="right"/>
      </w:pPr>
      <w:r>
        <w:t>or any suicide bombing,</w:t>
      </w:r>
    </w:p>
    <w:p>
      <w:r>
        <w:rPr>
          <w:b/>
        </w:rPr>
        <w:t xml:space="preserve">[50:06] </w:t>
      </w:r>
      <w:r>
        <w:t>that is haram.</w:t>
      </w:r>
    </w:p>
    <w:p>
      <w:pPr>
        <w:jc w:val="right"/>
      </w:pPr>
      <w:r>
        <w:t>that is haram.</w:t>
      </w:r>
    </w:p>
    <w:p>
      <w:r>
        <w:rPr>
          <w:b/>
        </w:rPr>
        <w:t xml:space="preserve">[50:08] </w:t>
      </w:r>
      <w:r>
        <w:t>There is no doubt about it.</w:t>
      </w:r>
    </w:p>
    <w:p>
      <w:pPr>
        <w:jc w:val="right"/>
      </w:pPr>
      <w:r>
        <w:t>There is no doubt about it.</w:t>
      </w:r>
    </w:p>
    <w:p>
      <w:r>
        <w:rPr>
          <w:b/>
        </w:rPr>
        <w:t xml:space="preserve">[50:10] </w:t>
      </w:r>
      <w:r>
        <w:t>It is not Jihad, it is not Islam, nothing.</w:t>
      </w:r>
    </w:p>
    <w:p>
      <w:pPr>
        <w:jc w:val="right"/>
      </w:pPr>
      <w:r>
        <w:t>It is not Jihad, it is not Islam, nothing.</w:t>
      </w:r>
    </w:p>
    <w:p>
      <w:r>
        <w:rPr>
          <w:b/>
        </w:rPr>
        <w:t xml:space="preserve">[50:13] </w:t>
      </w:r>
      <w:r>
        <w:t>It is simply haram.</w:t>
      </w:r>
    </w:p>
    <w:p>
      <w:pPr>
        <w:jc w:val="right"/>
      </w:pPr>
      <w:r>
        <w:t>It is simply haram.</w:t>
      </w:r>
    </w:p>
    <w:p>
      <w:r>
        <w:rPr>
          <w:b/>
        </w:rPr>
        <w:t xml:space="preserve">[50:16] </w:t>
      </w:r>
      <w:r>
        <w:t>And haram is very, very,</w:t>
      </w:r>
    </w:p>
    <w:p>
      <w:pPr>
        <w:jc w:val="right"/>
      </w:pPr>
      <w:r>
        <w:t>And haram is very, very,</w:t>
      </w:r>
    </w:p>
    <w:p>
      <w:r>
        <w:rPr>
          <w:b/>
        </w:rPr>
        <w:t xml:space="preserve">[50:21] </w:t>
      </w:r>
      <w:r>
        <w:t>it is quite, it is quite clear.</w:t>
      </w:r>
    </w:p>
    <w:p>
      <w:pPr>
        <w:jc w:val="right"/>
      </w:pPr>
      <w:r>
        <w:t>it is quite, it is quite clear.</w:t>
      </w:r>
    </w:p>
    <w:p>
      <w:r>
        <w:rPr>
          <w:b/>
        </w:rPr>
        <w:t xml:space="preserve">[50:26] </w:t>
      </w:r>
      <w:r>
        <w:t>I know that some Arab scholars have issued Fatwa that is, that is halal.</w:t>
      </w:r>
    </w:p>
    <w:p>
      <w:pPr>
        <w:jc w:val="right"/>
      </w:pPr>
      <w:r>
        <w:t>I know that some Arab scholars have issued Fatwa that is, that is halal.</w:t>
      </w:r>
    </w:p>
    <w:p>
      <w:r>
        <w:rPr>
          <w:b/>
        </w:rPr>
        <w:t xml:space="preserve">[50:33] </w:t>
      </w:r>
      <w:r>
        <w:t>But I have read all those literature in Arabic, but I failed to found any argument, any solid</w:t>
      </w:r>
    </w:p>
    <w:p>
      <w:pPr>
        <w:jc w:val="right"/>
      </w:pPr>
      <w:r>
        <w:t>But I have read all those literature in Arabic, but I failed to found any argument, any solid</w:t>
      </w:r>
    </w:p>
    <w:p>
      <w:r>
        <w:rPr>
          <w:b/>
        </w:rPr>
        <w:t xml:space="preserve">[50:42] </w:t>
      </w:r>
      <w:r>
        <w:t>argument. Not at all.</w:t>
      </w:r>
    </w:p>
    <w:p>
      <w:pPr>
        <w:jc w:val="right"/>
      </w:pPr>
      <w:r>
        <w:t>argument. Not at all.</w:t>
      </w:r>
    </w:p>
    <w:p>
      <w:r>
        <w:rPr>
          <w:b/>
        </w:rPr>
        <w:t xml:space="preserve">[50:46] </w:t>
      </w:r>
      <w:r>
        <w:t>Simply claim. They say that when</w:t>
      </w:r>
    </w:p>
    <w:p>
      <w:pPr>
        <w:jc w:val="right"/>
      </w:pPr>
      <w:r>
        <w:t>Simply claim. They say that when</w:t>
      </w:r>
    </w:p>
    <w:p>
      <w:r>
        <w:rPr>
          <w:b/>
        </w:rPr>
        <w:t xml:space="preserve">[50:52] </w:t>
      </w:r>
      <w:r>
        <w:t>we are attacked, then what to do?</w:t>
      </w:r>
    </w:p>
    <w:p>
      <w:pPr>
        <w:jc w:val="right"/>
      </w:pPr>
      <w:r>
        <w:t>we are attacked, then what to do?</w:t>
      </w:r>
    </w:p>
    <w:p>
      <w:r>
        <w:rPr>
          <w:b/>
        </w:rPr>
        <w:t xml:space="preserve">[50:55] </w:t>
      </w:r>
      <w:r>
        <w:t>I, I will say that you, you keep patience.</w:t>
      </w:r>
    </w:p>
    <w:p>
      <w:pPr>
        <w:jc w:val="right"/>
      </w:pPr>
      <w:r>
        <w:t>I, I will say that you, you keep patience.</w:t>
      </w:r>
    </w:p>
    <w:p>
      <w:r>
        <w:rPr>
          <w:b/>
        </w:rPr>
        <w:t xml:space="preserve">[50:59] </w:t>
      </w:r>
      <w:r>
        <w:t>You, you have to keep patience.</w:t>
      </w:r>
    </w:p>
    <w:p>
      <w:pPr>
        <w:jc w:val="right"/>
      </w:pPr>
      <w:r>
        <w:t>You, you have to keep patience.</w:t>
      </w:r>
    </w:p>
    <w:p>
      <w:r>
        <w:rPr>
          <w:b/>
        </w:rPr>
        <w:t xml:space="preserve">[51:03] </w:t>
      </w:r>
      <w:r>
        <w:t>Even during, even at the time of attack, although there is no attack,</w:t>
      </w:r>
    </w:p>
    <w:p>
      <w:pPr>
        <w:jc w:val="right"/>
      </w:pPr>
      <w:r>
        <w:t>Even during, even at the time of attack, although there is no attack,</w:t>
      </w:r>
    </w:p>
    <w:p>
      <w:r>
        <w:rPr>
          <w:b/>
        </w:rPr>
        <w:t xml:space="preserve">[51:10] </w:t>
      </w:r>
      <w:r>
        <w:t>in Israel, there is no attack,</w:t>
      </w:r>
    </w:p>
    <w:p>
      <w:pPr>
        <w:jc w:val="right"/>
      </w:pPr>
      <w:r>
        <w:t>in Israel, there is no attack,</w:t>
      </w:r>
    </w:p>
    <w:p>
      <w:r>
        <w:rPr>
          <w:b/>
        </w:rPr>
        <w:t xml:space="preserve">[51:13] </w:t>
      </w:r>
      <w:r>
        <w:t>you are free to live peacefully.</w:t>
      </w:r>
    </w:p>
    <w:p>
      <w:pPr>
        <w:jc w:val="right"/>
      </w:pPr>
      <w:r>
        <w:t>you are free to live peacefully.</w:t>
      </w:r>
    </w:p>
    <w:p>
      <w:r>
        <w:rPr>
          <w:b/>
        </w:rPr>
        <w:t xml:space="preserve">[51:18] </w:t>
      </w:r>
      <w:r>
        <w:t>They attack when you,</w:t>
      </w:r>
    </w:p>
    <w:p>
      <w:pPr>
        <w:jc w:val="right"/>
      </w:pPr>
      <w:r>
        <w:t>They attack when you,</w:t>
      </w:r>
    </w:p>
    <w:p>
      <w:r>
        <w:rPr>
          <w:b/>
        </w:rPr>
        <w:t xml:space="preserve">[51:20] </w:t>
      </w:r>
      <w:r>
        <w:t>you, you, they attack after your attack,</w:t>
      </w:r>
    </w:p>
    <w:p>
      <w:pPr>
        <w:jc w:val="right"/>
      </w:pPr>
      <w:r>
        <w:t>you, you, they attack after your attack,</w:t>
      </w:r>
    </w:p>
    <w:p>
      <w:r>
        <w:rPr>
          <w:b/>
        </w:rPr>
        <w:t xml:space="preserve">[51:32] </w:t>
      </w:r>
      <w:r>
        <w:t>after suicide bombing.</w:t>
      </w:r>
    </w:p>
    <w:p>
      <w:pPr>
        <w:jc w:val="right"/>
      </w:pPr>
      <w:r>
        <w:t>after suicide bombing.</w:t>
      </w:r>
    </w:p>
    <w:p>
      <w:r>
        <w:rPr>
          <w:b/>
        </w:rPr>
        <w:t xml:space="preserve">[51:35] </w:t>
      </w:r>
      <w:r>
        <w:t>So stop your suicide bombing and there is no attack.</w:t>
      </w:r>
    </w:p>
    <w:p>
      <w:pPr>
        <w:jc w:val="right"/>
      </w:pPr>
      <w:r>
        <w:t>So stop your suicide bombing and there is no attack.</w:t>
      </w:r>
    </w:p>
    <w:p>
      <w:r>
        <w:rPr>
          <w:b/>
        </w:rPr>
        <w:t xml:space="preserve">[51:40] </w:t>
      </w:r>
      <w:r>
        <w:t>You have to stop suicide bombing and there is no attack, no aggression.</w:t>
      </w:r>
    </w:p>
    <w:p>
      <w:pPr>
        <w:jc w:val="right"/>
      </w:pPr>
      <w:r>
        <w:t>You have to stop suicide bombing and there is no attack, no aggression.</w:t>
      </w:r>
    </w:p>
    <w:p>
      <w:r>
        <w:rPr>
          <w:b/>
        </w:rPr>
        <w:t xml:space="preserve">[51:47] </w:t>
      </w:r>
      <w:r>
        <w:t>You can live peacefully.</w:t>
      </w:r>
    </w:p>
    <w:p>
      <w:pPr>
        <w:jc w:val="right"/>
      </w:pPr>
      <w:r>
        <w:t>You can live peacefully.</w:t>
      </w:r>
    </w:p>
    <w:p>
      <w:r>
        <w:rPr>
          <w:b/>
        </w:rPr>
        <w:t xml:space="preserve">[51:50] </w:t>
      </w:r>
      <w:r>
        <w:t>If you abandon suicide bombing,</w:t>
      </w:r>
    </w:p>
    <w:p>
      <w:pPr>
        <w:jc w:val="right"/>
      </w:pPr>
      <w:r>
        <w:t>If you abandon suicide bombing,</w:t>
      </w:r>
    </w:p>
    <w:p>
      <w:r>
        <w:rPr>
          <w:b/>
        </w:rPr>
        <w:t xml:space="preserve">[51:53] </w:t>
      </w:r>
      <w:r>
        <w:t>then there is no attack</w:t>
      </w:r>
    </w:p>
    <w:p>
      <w:pPr>
        <w:jc w:val="right"/>
      </w:pPr>
      <w:r>
        <w:t>then there is no attack</w:t>
      </w:r>
    </w:p>
    <w:p>
      <w:r>
        <w:rPr>
          <w:b/>
        </w:rPr>
        <w:t xml:space="preserve">[51:56] </w:t>
      </w:r>
      <w:r>
        <w:t>from Israel. It is a fallacy.</w:t>
      </w:r>
    </w:p>
    <w:p>
      <w:pPr>
        <w:jc w:val="right"/>
      </w:pPr>
      <w:r>
        <w:t>from Israel. It is a fallacy.</w:t>
      </w:r>
    </w:p>
    <w:p>
      <w:r>
        <w:rPr>
          <w:b/>
        </w:rPr>
        <w:t xml:space="preserve">[52:02] </w:t>
      </w:r>
      <w:r>
        <w:t>They say that if there is attack, there is aggression, then what to</w:t>
      </w:r>
    </w:p>
    <w:p>
      <w:pPr>
        <w:jc w:val="right"/>
      </w:pPr>
      <w:r>
        <w:t>They say that if there is attack, there is aggression, then what to</w:t>
      </w:r>
    </w:p>
    <w:p>
      <w:r>
        <w:rPr>
          <w:b/>
        </w:rPr>
        <w:t xml:space="preserve">[52:07] </w:t>
      </w:r>
      <w:r>
        <w:t>do? I will say what is attack?</w:t>
      </w:r>
    </w:p>
    <w:p>
      <w:pPr>
        <w:jc w:val="right"/>
      </w:pPr>
      <w:r>
        <w:t>do? I will say what is attack?</w:t>
      </w:r>
    </w:p>
    <w:p>
      <w:r>
        <w:rPr>
          <w:b/>
        </w:rPr>
        <w:t xml:space="preserve">[52:11] </w:t>
      </w:r>
      <w:r>
        <w:t>Attack is reaction,</w:t>
      </w:r>
    </w:p>
    <w:p>
      <w:pPr>
        <w:jc w:val="right"/>
      </w:pPr>
      <w:r>
        <w:t>Attack is reaction,</w:t>
      </w:r>
    </w:p>
    <w:p>
      <w:r>
        <w:rPr>
          <w:b/>
        </w:rPr>
        <w:t xml:space="preserve">[52:14] </w:t>
      </w:r>
      <w:r>
        <w:t>retaliation. The attack is in retaliation.</w:t>
      </w:r>
    </w:p>
    <w:p>
      <w:pPr>
        <w:jc w:val="right"/>
      </w:pPr>
      <w:r>
        <w:t>retaliation. The attack is in retaliation.</w:t>
      </w:r>
    </w:p>
    <w:p>
      <w:r>
        <w:rPr>
          <w:b/>
        </w:rPr>
        <w:t xml:space="preserve">[52:21] </w:t>
      </w:r>
      <w:r>
        <w:t>Retaliation. So you have to abandon suicide bombing.</w:t>
      </w:r>
    </w:p>
    <w:p>
      <w:pPr>
        <w:jc w:val="right"/>
      </w:pPr>
      <w:r>
        <w:t>Retaliation. So you have to abandon suicide bombing.</w:t>
      </w:r>
    </w:p>
    <w:p>
      <w:r>
        <w:rPr>
          <w:b/>
        </w:rPr>
        <w:t xml:space="preserve">[52:25] </w:t>
      </w:r>
      <w:r>
        <w:t>There is no attack.</w:t>
      </w:r>
    </w:p>
    <w:p>
      <w:pPr>
        <w:jc w:val="right"/>
      </w:pPr>
      <w:r>
        <w:t>There is no attack.</w:t>
      </w:r>
    </w:p>
    <w:p>
      <w:r>
        <w:rPr>
          <w:b/>
        </w:rPr>
        <w:t xml:space="preserve">[52:29] </w:t>
      </w:r>
      <w:r>
        <w:t>So you have to live peacefully</w:t>
      </w:r>
    </w:p>
    <w:p>
      <w:pPr>
        <w:jc w:val="right"/>
      </w:pPr>
      <w:r>
        <w:t>So you have to live peacefully</w:t>
      </w:r>
    </w:p>
    <w:p>
      <w:r>
        <w:rPr>
          <w:b/>
        </w:rPr>
        <w:t xml:space="preserve">[52:32] </w:t>
      </w:r>
      <w:r>
        <w:t>and abandon this kind of bombing.</w:t>
      </w:r>
    </w:p>
    <w:p>
      <w:pPr>
        <w:jc w:val="right"/>
      </w:pPr>
      <w:r>
        <w:t>and abandon this kind of bombing.</w:t>
      </w:r>
    </w:p>
    <w:p>
      <w:r>
        <w:rPr>
          <w:b/>
        </w:rPr>
        <w:t xml:space="preserve">[52:35] </w:t>
      </w:r>
      <w:r>
        <w:t>Then I would like to say that</w:t>
      </w:r>
    </w:p>
    <w:p>
      <w:pPr>
        <w:jc w:val="right"/>
      </w:pPr>
      <w:r>
        <w:t>Then I would like to say that</w:t>
      </w:r>
    </w:p>
    <w:p>
      <w:r>
        <w:rPr>
          <w:b/>
        </w:rPr>
        <w:t xml:space="preserve">[52:39] </w:t>
      </w:r>
      <w:r>
        <w:t>in Islam, there are clear injunctions about war.</w:t>
      </w:r>
    </w:p>
    <w:p>
      <w:pPr>
        <w:jc w:val="right"/>
      </w:pPr>
      <w:r>
        <w:t>in Islam, there are clear injunctions about war.</w:t>
      </w:r>
    </w:p>
    <w:p>
      <w:r>
        <w:rPr>
          <w:b/>
        </w:rPr>
        <w:t xml:space="preserve">[52:48] </w:t>
      </w:r>
      <w:r>
        <w:t>And you know, war is a, a prerogative of state.</w:t>
      </w:r>
    </w:p>
    <w:p>
      <w:pPr>
        <w:jc w:val="right"/>
      </w:pPr>
      <w:r>
        <w:t>And you know, war is a, a prerogative of state.</w:t>
      </w:r>
    </w:p>
    <w:p>
      <w:r>
        <w:rPr>
          <w:b/>
        </w:rPr>
        <w:t xml:space="preserve">[52:55] </w:t>
      </w:r>
      <w:r>
        <w:t>No individual, no NGO,</w:t>
      </w:r>
    </w:p>
    <w:p>
      <w:pPr>
        <w:jc w:val="right"/>
      </w:pPr>
      <w:r>
        <w:t>No individual, no NGO,</w:t>
      </w:r>
    </w:p>
    <w:p>
      <w:r>
        <w:rPr>
          <w:b/>
        </w:rPr>
        <w:t xml:space="preserve">[52:59] </w:t>
      </w:r>
      <w:r>
        <w:t>no organization than state is allowed to go to war.</w:t>
      </w:r>
    </w:p>
    <w:p>
      <w:pPr>
        <w:jc w:val="right"/>
      </w:pPr>
      <w:r>
        <w:t>no organization than state is allowed to go to war.</w:t>
      </w:r>
    </w:p>
    <w:p>
      <w:r>
        <w:rPr>
          <w:b/>
        </w:rPr>
        <w:t xml:space="preserve">[53:04] </w:t>
      </w:r>
      <w:r>
        <w:t>And all this suicide bombing is all those people who are committing suicide or suicide bombing, they are</w:t>
      </w:r>
    </w:p>
    <w:p>
      <w:pPr>
        <w:jc w:val="right"/>
      </w:pPr>
      <w:r>
        <w:t>And all this suicide bombing is all those people who are committing suicide or suicide bombing, they are</w:t>
      </w:r>
    </w:p>
    <w:p>
      <w:r>
        <w:rPr>
          <w:b/>
        </w:rPr>
        <w:t xml:space="preserve">[53:13] </w:t>
      </w:r>
      <w:r>
        <w:t>individuals. It is not a state.</w:t>
      </w:r>
    </w:p>
    <w:p>
      <w:pPr>
        <w:jc w:val="right"/>
      </w:pPr>
      <w:r>
        <w:t>individuals. It is not a state.</w:t>
      </w:r>
    </w:p>
    <w:p>
      <w:r>
        <w:rPr>
          <w:b/>
        </w:rPr>
        <w:t xml:space="preserve">[53:17] </w:t>
      </w:r>
      <w:r>
        <w:t>It is not act of state.</w:t>
      </w:r>
    </w:p>
    <w:p>
      <w:pPr>
        <w:jc w:val="right"/>
      </w:pPr>
      <w:r>
        <w:t>It is not act of state.</w:t>
      </w:r>
    </w:p>
    <w:p>
      <w:r>
        <w:rPr>
          <w:b/>
        </w:rPr>
        <w:t xml:space="preserve">[53:20] </w:t>
      </w:r>
      <w:r>
        <w:t>So it is very clear in Islam that</w:t>
      </w:r>
    </w:p>
    <w:p>
      <w:pPr>
        <w:jc w:val="right"/>
      </w:pPr>
      <w:r>
        <w:t>So it is very clear in Islam that</w:t>
      </w:r>
    </w:p>
    <w:p>
      <w:r>
        <w:rPr>
          <w:b/>
        </w:rPr>
        <w:t xml:space="preserve">[53:25] </w:t>
      </w:r>
      <w:r>
        <w:t>there is a very well-known accepted formula that it</w:t>
      </w:r>
    </w:p>
    <w:p>
      <w:pPr>
        <w:jc w:val="right"/>
      </w:pPr>
      <w:r>
        <w:t>there is a very well-known accepted formula that it</w:t>
      </w:r>
    </w:p>
    <w:p>
      <w:r>
        <w:rPr>
          <w:b/>
        </w:rPr>
        <w:t xml:space="preserve">[53:31] </w:t>
      </w:r>
      <w:r>
        <w:t>means that going to war is a prerogative of state.</w:t>
      </w:r>
    </w:p>
    <w:p>
      <w:pPr>
        <w:jc w:val="right"/>
      </w:pPr>
      <w:r>
        <w:t>means that going to war is a prerogative of state.</w:t>
      </w:r>
    </w:p>
    <w:p>
      <w:r>
        <w:rPr>
          <w:b/>
        </w:rPr>
        <w:t xml:space="preserve">[53:41] </w:t>
      </w:r>
      <w:r>
        <w:t>So why you are doing all these practices?</w:t>
      </w:r>
    </w:p>
    <w:p>
      <w:pPr>
        <w:jc w:val="right"/>
      </w:pPr>
      <w:r>
        <w:t>So why you are doing all these practices?</w:t>
      </w:r>
    </w:p>
    <w:p>
      <w:r>
        <w:rPr>
          <w:b/>
        </w:rPr>
        <w:t xml:space="preserve">[53:48] </w:t>
      </w:r>
      <w:r>
        <w:t>So any kind of,</w:t>
      </w:r>
    </w:p>
    <w:p>
      <w:pPr>
        <w:jc w:val="right"/>
      </w:pPr>
      <w:r>
        <w:t>So any kind of,</w:t>
      </w:r>
    </w:p>
    <w:p>
      <w:r>
        <w:rPr>
          <w:b/>
        </w:rPr>
        <w:t xml:space="preserve">[53:51] </w:t>
      </w:r>
      <w:r>
        <w:t>of aggression committed by other than state is haram in Islam.</w:t>
      </w:r>
    </w:p>
    <w:p>
      <w:pPr>
        <w:jc w:val="right"/>
      </w:pPr>
      <w:r>
        <w:t>of aggression committed by other than state is haram in Islam.</w:t>
      </w:r>
    </w:p>
    <w:p>
      <w:r>
        <w:rPr>
          <w:b/>
        </w:rPr>
        <w:t xml:space="preserve">[53:59] </w:t>
      </w:r>
      <w:r>
        <w:t>In Islam, there is only one war.</w:t>
      </w:r>
    </w:p>
    <w:p>
      <w:pPr>
        <w:jc w:val="right"/>
      </w:pPr>
      <w:r>
        <w:t>In Islam, there is only one war.</w:t>
      </w:r>
    </w:p>
    <w:p>
      <w:r>
        <w:rPr>
          <w:b/>
        </w:rPr>
        <w:t xml:space="preserve">[54:01] </w:t>
      </w:r>
      <w:r>
        <w:t>There is defensive war.</w:t>
      </w:r>
    </w:p>
    <w:p>
      <w:pPr>
        <w:jc w:val="right"/>
      </w:pPr>
      <w:r>
        <w:t>There is defensive war.</w:t>
      </w:r>
    </w:p>
    <w:p>
      <w:r>
        <w:rPr>
          <w:b/>
        </w:rPr>
        <w:t xml:space="preserve">[54:04] </w:t>
      </w:r>
      <w:r>
        <w:t>If there is a genuine attack,</w:t>
      </w:r>
    </w:p>
    <w:p>
      <w:pPr>
        <w:jc w:val="right"/>
      </w:pPr>
      <w:r>
        <w:t>If there is a genuine attack,</w:t>
      </w:r>
    </w:p>
    <w:p>
      <w:r>
        <w:rPr>
          <w:b/>
        </w:rPr>
        <w:t xml:space="preserve">[54:06] </w:t>
      </w:r>
      <w:r>
        <w:t>genuine aggression, then Muslim state is allowed to go to war as defense.</w:t>
      </w:r>
    </w:p>
    <w:p>
      <w:pPr>
        <w:jc w:val="right"/>
      </w:pPr>
      <w:r>
        <w:t>genuine aggression, then Muslim state is allowed to go to war as defense.</w:t>
      </w:r>
    </w:p>
    <w:p>
      <w:r>
        <w:rPr>
          <w:b/>
        </w:rPr>
        <w:t xml:space="preserve">[54:14] </w:t>
      </w:r>
      <w:r>
        <w:t>So without defense, there is no war in Islam.</w:t>
      </w:r>
    </w:p>
    <w:p>
      <w:pPr>
        <w:jc w:val="right"/>
      </w:pPr>
      <w:r>
        <w:t>So without defense, there is no war in Islam.</w:t>
      </w:r>
    </w:p>
    <w:p>
      <w:r>
        <w:rPr>
          <w:b/>
        </w:rPr>
        <w:t xml:space="preserve">[54:17] </w:t>
      </w:r>
      <w:r>
        <w:t>And again, other than state, no one is, other than state, no one is allowed to go to</w:t>
      </w:r>
    </w:p>
    <w:p>
      <w:pPr>
        <w:jc w:val="right"/>
      </w:pPr>
      <w:r>
        <w:t>And again, other than state, no one is, other than state, no one is allowed to go to</w:t>
      </w:r>
    </w:p>
    <w:p>
      <w:r>
        <w:rPr>
          <w:b/>
        </w:rPr>
        <w:t xml:space="preserve">[54:24] </w:t>
      </w:r>
      <w:r>
        <w:t>war. So why these people are committing suicide?</w:t>
      </w:r>
    </w:p>
    <w:p>
      <w:pPr>
        <w:jc w:val="right"/>
      </w:pPr>
      <w:r>
        <w:t>war. So why these people are committing suicide?</w:t>
      </w:r>
    </w:p>
    <w:p>
      <w:r>
        <w:rPr>
          <w:b/>
        </w:rPr>
        <w:t xml:space="preserve">[54:33] </w:t>
      </w:r>
      <w:r>
        <w:t>i have, i don't know any reason, any logic. i have read all those writings by arab scholars. they failed to provide a single solid argument in favor of their fatwa. no islamic argument is available.</w:t>
      </w:r>
    </w:p>
    <w:p>
      <w:pPr>
        <w:jc w:val="right"/>
      </w:pPr>
      <w:r>
        <w:t>आई हैव, आई डोंट नो एनी रीजन, एनी लॉजिक। आई हैव रीड ऑल दोज़ राइटिंग्स बाय अरब स्कॉलर्स। दे फेल्ट टू प्रोवाइड अ सिंगल सॉलिड आर्गुमेंट इन फेवर ऑफ देयर फतवा। नो इस्लामिक आर्गुमेंट इज़ अवेलेबल।</w:t>
      </w:r>
    </w:p>
    <w:p>
      <w:r>
        <w:rPr>
          <w:b/>
        </w:rPr>
        <w:t xml:space="preserve">[55:02] </w:t>
      </w:r>
      <w:r>
        <w:t>So how is Quran different from other scriptures</w:t>
      </w:r>
    </w:p>
    <w:p>
      <w:pPr>
        <w:jc w:val="right"/>
      </w:pPr>
      <w:r>
        <w:t>So how is Quran different from other scriptures</w:t>
      </w:r>
    </w:p>
    <w:p>
      <w:r>
        <w:rPr>
          <w:b/>
        </w:rPr>
        <w:t xml:space="preserve">[55:06] </w:t>
      </w:r>
      <w:r>
        <w:t>present in the world today?</w:t>
      </w:r>
    </w:p>
    <w:p>
      <w:pPr>
        <w:jc w:val="right"/>
      </w:pPr>
      <w:r>
        <w:t>present in the world today?</w:t>
      </w:r>
    </w:p>
    <w:p>
      <w:r>
        <w:rPr>
          <w:b/>
        </w:rPr>
        <w:t xml:space="preserve">[55:11] </w:t>
      </w:r>
      <w:r>
        <w:t>Quran is not a different scripture.</w:t>
      </w:r>
    </w:p>
    <w:p>
      <w:pPr>
        <w:jc w:val="right"/>
      </w:pPr>
      <w:r>
        <w:t>Quran is not a different scripture.</w:t>
      </w:r>
    </w:p>
    <w:p>
      <w:r>
        <w:rPr>
          <w:b/>
        </w:rPr>
        <w:t xml:space="preserve">[55:14] </w:t>
      </w:r>
      <w:r>
        <w:t>Quran is a preserved scripture.</w:t>
      </w:r>
    </w:p>
    <w:p>
      <w:pPr>
        <w:jc w:val="right"/>
      </w:pPr>
      <w:r>
        <w:t>Quran is a preserved scripture.</w:t>
      </w:r>
    </w:p>
    <w:p>
      <w:r>
        <w:rPr>
          <w:b/>
        </w:rPr>
        <w:t xml:space="preserve">[55:19] </w:t>
      </w:r>
      <w:r>
        <w:t>Some people believe that Quran is a different scripture,</w:t>
      </w:r>
    </w:p>
    <w:p>
      <w:pPr>
        <w:jc w:val="right"/>
      </w:pPr>
      <w:r>
        <w:t>Some people believe that Quran is a different scripture,</w:t>
      </w:r>
    </w:p>
    <w:p>
      <w:r>
        <w:rPr>
          <w:b/>
        </w:rPr>
        <w:t xml:space="preserve">[55:23] </w:t>
      </w:r>
      <w:r>
        <w:t>a superior scripture.</w:t>
      </w:r>
    </w:p>
    <w:p>
      <w:pPr>
        <w:jc w:val="right"/>
      </w:pPr>
      <w:r>
        <w:t>a superior scripture.</w:t>
      </w:r>
    </w:p>
    <w:p>
      <w:r>
        <w:rPr>
          <w:b/>
        </w:rPr>
        <w:t xml:space="preserve">[55:24] </w:t>
      </w:r>
      <w:r>
        <w:t>No, not at all.</w:t>
      </w:r>
    </w:p>
    <w:p>
      <w:pPr>
        <w:jc w:val="right"/>
      </w:pPr>
      <w:r>
        <w:t>No, not at all.</w:t>
      </w:r>
    </w:p>
    <w:p>
      <w:r>
        <w:rPr>
          <w:b/>
        </w:rPr>
        <w:t xml:space="preserve">[55:27] </w:t>
      </w:r>
      <w:r>
        <w:t>Quran is only</w:t>
      </w:r>
    </w:p>
    <w:p>
      <w:pPr>
        <w:jc w:val="right"/>
      </w:pPr>
      <w:r>
        <w:t>Quran is only</w:t>
      </w:r>
    </w:p>
    <w:p>
      <w:r>
        <w:rPr>
          <w:b/>
        </w:rPr>
        <w:t xml:space="preserve">[55:30] </w:t>
      </w:r>
      <w:r>
        <w:t>a correct version of the previous scriptures.</w:t>
      </w:r>
    </w:p>
    <w:p>
      <w:pPr>
        <w:jc w:val="right"/>
      </w:pPr>
      <w:r>
        <w:t>a correct version of the previous scriptures.</w:t>
      </w:r>
    </w:p>
    <w:p>
      <w:r>
        <w:rPr>
          <w:b/>
        </w:rPr>
        <w:t xml:space="preserve">[55:39] </w:t>
      </w:r>
      <w:r>
        <w:t>Previous scriptures were altered, were changed.</w:t>
      </w:r>
    </w:p>
    <w:p>
      <w:pPr>
        <w:jc w:val="right"/>
      </w:pPr>
      <w:r>
        <w:t>Previous scriptures were altered, were changed.</w:t>
      </w:r>
    </w:p>
    <w:p>
      <w:r>
        <w:rPr>
          <w:b/>
        </w:rPr>
        <w:t xml:space="preserve">[55:44] </w:t>
      </w:r>
      <w:r>
        <w:t>They are not</w:t>
      </w:r>
    </w:p>
    <w:p>
      <w:pPr>
        <w:jc w:val="right"/>
      </w:pPr>
      <w:r>
        <w:t>They are not</w:t>
      </w:r>
    </w:p>
    <w:p>
      <w:r>
        <w:rPr>
          <w:b/>
        </w:rPr>
        <w:t xml:space="preserve">[55:46] </w:t>
      </w:r>
      <w:r>
        <w:t>in, in their original form.</w:t>
      </w:r>
    </w:p>
    <w:p>
      <w:pPr>
        <w:jc w:val="right"/>
      </w:pPr>
      <w:r>
        <w:t>in, in their original form.</w:t>
      </w:r>
    </w:p>
    <w:p>
      <w:r>
        <w:rPr>
          <w:b/>
        </w:rPr>
        <w:t xml:space="preserve">[55:50] </w:t>
      </w:r>
      <w:r>
        <w:t>So God sent Quran, God revealed Quran,</w:t>
      </w:r>
    </w:p>
    <w:p>
      <w:pPr>
        <w:jc w:val="right"/>
      </w:pPr>
      <w:r>
        <w:t>So God sent Quran, God revealed Quran,</w:t>
      </w:r>
    </w:p>
    <w:p>
      <w:r>
        <w:rPr>
          <w:b/>
        </w:rPr>
        <w:t xml:space="preserve">[55:56] </w:t>
      </w:r>
      <w:r>
        <w:t>and now it is preserved in its original form.</w:t>
      </w:r>
    </w:p>
    <w:p>
      <w:pPr>
        <w:jc w:val="right"/>
      </w:pPr>
      <w:r>
        <w:t>and now it is preserved in its original form.</w:t>
      </w:r>
    </w:p>
    <w:p>
      <w:r>
        <w:rPr>
          <w:b/>
        </w:rPr>
        <w:t xml:space="preserve">[56:00] </w:t>
      </w:r>
      <w:r>
        <w:t>Even the language of the Quran is preserved.</w:t>
      </w:r>
    </w:p>
    <w:p>
      <w:pPr>
        <w:jc w:val="right"/>
      </w:pPr>
      <w:r>
        <w:t>Even the language of the Quran is preserved.</w:t>
      </w:r>
    </w:p>
    <w:p>
      <w:r>
        <w:rPr>
          <w:b/>
        </w:rPr>
        <w:t xml:space="preserve">[56:05] </w:t>
      </w:r>
      <w:r>
        <w:t>So Quran is not a different book or different scripture.</w:t>
      </w:r>
    </w:p>
    <w:p>
      <w:pPr>
        <w:jc w:val="right"/>
      </w:pPr>
      <w:r>
        <w:t>So Quran is not a different book or different scripture.</w:t>
      </w:r>
    </w:p>
    <w:p>
      <w:r>
        <w:rPr>
          <w:b/>
        </w:rPr>
        <w:t xml:space="preserve">[56:10] </w:t>
      </w:r>
      <w:r>
        <w:t>Quran is only a preserved scripture, a preserved book.</w:t>
      </w:r>
    </w:p>
    <w:p>
      <w:pPr>
        <w:jc w:val="right"/>
      </w:pPr>
      <w:r>
        <w:t>Quran is only a preserved scripture, a preserved book.</w:t>
      </w:r>
    </w:p>
    <w:p>
      <w:r>
        <w:rPr>
          <w:b/>
        </w:rPr>
        <w:t xml:space="preserve">[56:15] </w:t>
      </w:r>
      <w:r>
        <w:t>This is the only specialty of, of the Quran.</w:t>
      </w:r>
    </w:p>
    <w:p>
      <w:pPr>
        <w:jc w:val="right"/>
      </w:pPr>
      <w:r>
        <w:t>This is the only specialty of, of the Quran.</w:t>
      </w:r>
    </w:p>
    <w:p>
      <w:r>
        <w:rPr>
          <w:b/>
        </w:rPr>
        <w:t xml:space="preserve">[56:22] </w:t>
      </w:r>
      <w:r>
        <w:t>it is believed that women does not enjoy the status of equality in islam. what is your opinion on it?</w:t>
      </w:r>
    </w:p>
    <w:p>
      <w:pPr>
        <w:jc w:val="right"/>
      </w:pPr>
      <w:r>
        <w:t>इट इज़ बिलीव्ड दैट वुमेन डज़ नॉट एंजॉय द स्टेटस ऑफ इक्वलिटी इन इस्लाम। व्हाट इज़ योर ओपिनियन ऑन इट?</w:t>
      </w:r>
    </w:p>
    <w:p>
      <w:r>
        <w:rPr>
          <w:b/>
        </w:rPr>
        <w:t xml:space="preserve">[56:32] </w:t>
      </w:r>
      <w:r>
        <w:t>I think it is incorrect.</w:t>
      </w:r>
    </w:p>
    <w:p>
      <w:pPr>
        <w:jc w:val="right"/>
      </w:pPr>
      <w:r>
        <w:t>I think it is incorrect.</w:t>
      </w:r>
    </w:p>
    <w:p>
      <w:r>
        <w:rPr>
          <w:b/>
        </w:rPr>
        <w:t xml:space="preserve">[56:38] </w:t>
      </w:r>
      <w:r>
        <w:t>Western people believe in gender equality,</w:t>
      </w:r>
    </w:p>
    <w:p>
      <w:pPr>
        <w:jc w:val="right"/>
      </w:pPr>
      <w:r>
        <w:t>Western people believe in gender equality,</w:t>
      </w:r>
    </w:p>
    <w:p>
      <w:r>
        <w:rPr>
          <w:b/>
        </w:rPr>
        <w:t xml:space="preserve">[56:43] </w:t>
      </w:r>
      <w:r>
        <w:t>gender equality. I think that in Islam, the Islamic formula is</w:t>
      </w:r>
    </w:p>
    <w:p>
      <w:pPr>
        <w:jc w:val="right"/>
      </w:pPr>
      <w:r>
        <w:t>gender equality. I think that in Islam, the Islamic formula is</w:t>
      </w:r>
    </w:p>
    <w:p>
      <w:r>
        <w:rPr>
          <w:b/>
        </w:rPr>
        <w:t xml:space="preserve">[56:51] </w:t>
      </w:r>
      <w:r>
        <w:t>the, the Islamic formula, the Islamic formula in this regard is that</w:t>
      </w:r>
    </w:p>
    <w:p>
      <w:pPr>
        <w:jc w:val="right"/>
      </w:pPr>
      <w:r>
        <w:t>the, the Islamic formula, the Islamic formula in this regard is that</w:t>
      </w:r>
    </w:p>
    <w:p>
      <w:r>
        <w:rPr>
          <w:b/>
        </w:rPr>
        <w:t xml:space="preserve">[56:58] </w:t>
      </w:r>
      <w:r>
        <w:t>equal in respect but different in role.</w:t>
      </w:r>
    </w:p>
    <w:p>
      <w:pPr>
        <w:jc w:val="right"/>
      </w:pPr>
      <w:r>
        <w:t>equal in respect but different in role.</w:t>
      </w:r>
    </w:p>
    <w:p>
      <w:r>
        <w:rPr>
          <w:b/>
        </w:rPr>
        <w:t xml:space="preserve">[57:05] </w:t>
      </w:r>
      <w:r>
        <w:t>Their formula is equal</w:t>
      </w:r>
    </w:p>
    <w:p>
      <w:pPr>
        <w:jc w:val="right"/>
      </w:pPr>
      <w:r>
        <w:t>Their formula is equal</w:t>
      </w:r>
    </w:p>
    <w:p>
      <w:r>
        <w:rPr>
          <w:b/>
        </w:rPr>
        <w:t xml:space="preserve">[57:08] </w:t>
      </w:r>
      <w:r>
        <w:t>in, in, equal in everything, even in jobs.</w:t>
      </w:r>
    </w:p>
    <w:p>
      <w:pPr>
        <w:jc w:val="right"/>
      </w:pPr>
      <w:r>
        <w:t>in, in, equal in everything, even in jobs.</w:t>
      </w:r>
    </w:p>
    <w:p>
      <w:r>
        <w:rPr>
          <w:b/>
        </w:rPr>
        <w:t xml:space="preserve">[57:14] </w:t>
      </w:r>
      <w:r>
        <w:t>Gender equality means equal in everything, even in jobs.</w:t>
      </w:r>
    </w:p>
    <w:p>
      <w:pPr>
        <w:jc w:val="right"/>
      </w:pPr>
      <w:r>
        <w:t>Gender equality means equal in everything, even in jobs.</w:t>
      </w:r>
    </w:p>
    <w:p>
      <w:r>
        <w:rPr>
          <w:b/>
        </w:rPr>
        <w:t xml:space="preserve">[57:19] </w:t>
      </w:r>
      <w:r>
        <w:t>This is not Islamic formula.</w:t>
      </w:r>
    </w:p>
    <w:p>
      <w:pPr>
        <w:jc w:val="right"/>
      </w:pPr>
      <w:r>
        <w:t>This is not Islamic formula.</w:t>
      </w:r>
    </w:p>
    <w:p>
      <w:r>
        <w:rPr>
          <w:b/>
        </w:rPr>
        <w:t xml:space="preserve">[57:22] </w:t>
      </w:r>
      <w:r>
        <w:t>Islamic formula is that equal in respect but different in role.</w:t>
      </w:r>
    </w:p>
    <w:p>
      <w:pPr>
        <w:jc w:val="right"/>
      </w:pPr>
      <w:r>
        <w:t>Islamic formula is that equal in respect but different in role.</w:t>
      </w:r>
    </w:p>
    <w:p>
      <w:r>
        <w:rPr>
          <w:b/>
        </w:rPr>
        <w:t xml:space="preserve">[57:28] </w:t>
      </w:r>
      <w:r>
        <w:t>So the workplace is different.</w:t>
      </w:r>
    </w:p>
    <w:p>
      <w:pPr>
        <w:jc w:val="right"/>
      </w:pPr>
      <w:r>
        <w:t>So the workplace is different.</w:t>
      </w:r>
    </w:p>
    <w:p>
      <w:r>
        <w:rPr>
          <w:b/>
        </w:rPr>
        <w:t xml:space="preserve">[57:32] </w:t>
      </w:r>
      <w:r>
        <w:t>Islam gives all kind of respect, all kind of rights, all kind of honor to women.</w:t>
      </w:r>
    </w:p>
    <w:p>
      <w:pPr>
        <w:jc w:val="right"/>
      </w:pPr>
      <w:r>
        <w:t>Islam gives all kind of respect, all kind of rights, all kind of honor to women.</w:t>
      </w:r>
    </w:p>
    <w:p>
      <w:r>
        <w:rPr>
          <w:b/>
        </w:rPr>
        <w:t xml:space="preserve">[57:40] </w:t>
      </w:r>
      <w:r>
        <w:t>But workplace is different.</w:t>
      </w:r>
    </w:p>
    <w:p>
      <w:pPr>
        <w:jc w:val="right"/>
      </w:pPr>
      <w:r>
        <w:t>But workplace is different.</w:t>
      </w:r>
    </w:p>
    <w:p>
      <w:r>
        <w:rPr>
          <w:b/>
        </w:rPr>
        <w:t xml:space="preserve">[57:46] </w:t>
      </w:r>
      <w:r>
        <w:t>So in a short word, I can say that the Islamic formula is</w:t>
      </w:r>
    </w:p>
    <w:p>
      <w:pPr>
        <w:jc w:val="right"/>
      </w:pPr>
      <w:r>
        <w:t>So in a short word, I can say that the Islamic formula is</w:t>
      </w:r>
    </w:p>
    <w:p>
      <w:r>
        <w:rPr>
          <w:b/>
        </w:rPr>
        <w:t xml:space="preserve">[57:54] </w:t>
      </w:r>
      <w:r>
        <w:t>equal in respect and different in role.</w:t>
      </w:r>
    </w:p>
    <w:p>
      <w:pPr>
        <w:jc w:val="right"/>
      </w:pPr>
      <w:r>
        <w:t>equal in respect and different in role.</w:t>
      </w:r>
    </w:p>
    <w:p>
      <w:r>
        <w:rPr>
          <w:b/>
        </w:rPr>
        <w:t xml:space="preserve">[57:58] </w:t>
      </w:r>
      <w:r>
        <w:t>Is triple talaq lawful in Islam?</w:t>
      </w:r>
    </w:p>
    <w:p>
      <w:pPr>
        <w:jc w:val="right"/>
      </w:pPr>
      <w:r>
        <w:t>Is triple talaq lawful in Islam?</w:t>
      </w:r>
    </w:p>
    <w:p>
      <w:r>
        <w:rPr>
          <w:b/>
        </w:rPr>
        <w:t xml:space="preserve">[58:03] </w:t>
      </w:r>
      <w:r>
        <w:t>Triple talaq is abuse, a kind of abuse.</w:t>
      </w:r>
    </w:p>
    <w:p>
      <w:pPr>
        <w:jc w:val="right"/>
      </w:pPr>
      <w:r>
        <w:t>Triple talaq is abuse, a kind of abuse.</w:t>
      </w:r>
    </w:p>
    <w:p>
      <w:r>
        <w:rPr>
          <w:b/>
        </w:rPr>
        <w:t xml:space="preserve">[58:08] </w:t>
      </w:r>
      <w:r>
        <w:t>It is a bid'ah,</w:t>
      </w:r>
    </w:p>
    <w:p>
      <w:pPr>
        <w:jc w:val="right"/>
      </w:pPr>
      <w:r>
        <w:t>It is a bid'ah,</w:t>
      </w:r>
    </w:p>
    <w:p>
      <w:r>
        <w:rPr>
          <w:b/>
        </w:rPr>
        <w:t xml:space="preserve">[58:10] </w:t>
      </w:r>
      <w:r>
        <w:t>innovation. The, the,</w:t>
      </w:r>
    </w:p>
    <w:p>
      <w:pPr>
        <w:jc w:val="right"/>
      </w:pPr>
      <w:r>
        <w:t>innovation. The, the,</w:t>
      </w:r>
    </w:p>
    <w:p>
      <w:r>
        <w:rPr>
          <w:b/>
        </w:rPr>
        <w:t xml:space="preserve">[58:18] </w:t>
      </w:r>
      <w:r>
        <w:t>the only reference they have in this regard is the practice of Khalifa Umar.</w:t>
      </w:r>
    </w:p>
    <w:p>
      <w:pPr>
        <w:jc w:val="right"/>
      </w:pPr>
      <w:r>
        <w:t>the only reference they have in this regard is the practice of Khalifa Umar.</w:t>
      </w:r>
    </w:p>
    <w:p>
      <w:r>
        <w:rPr>
          <w:b/>
        </w:rPr>
        <w:t xml:space="preserve">[58:24] </w:t>
      </w:r>
      <w:r>
        <w:t>It is well-known that during Khalifa Umar, people</w:t>
      </w:r>
    </w:p>
    <w:p>
      <w:pPr>
        <w:jc w:val="right"/>
      </w:pPr>
      <w:r>
        <w:t>It is well-known that during Khalifa Umar, people</w:t>
      </w:r>
    </w:p>
    <w:p>
      <w:r>
        <w:rPr>
          <w:b/>
        </w:rPr>
        <w:t xml:space="preserve">[58:32] </w:t>
      </w:r>
      <w:r>
        <w:t>used to say like this, talaq, talaq, talaq.</w:t>
      </w:r>
    </w:p>
    <w:p>
      <w:pPr>
        <w:jc w:val="right"/>
      </w:pPr>
      <w:r>
        <w:t>used to say like this, talaq, talaq, talaq.</w:t>
      </w:r>
    </w:p>
    <w:p>
      <w:r>
        <w:rPr>
          <w:b/>
        </w:rPr>
        <w:t xml:space="preserve">[58:37] </w:t>
      </w:r>
      <w:r>
        <w:t>So Prophet, so Khalifa Umar said that we will accept it but with punishment.</w:t>
      </w:r>
    </w:p>
    <w:p>
      <w:pPr>
        <w:jc w:val="right"/>
      </w:pPr>
      <w:r>
        <w:t>So Prophet, so Khalifa Umar said that we will accept it but with punishment.</w:t>
      </w:r>
    </w:p>
    <w:p>
      <w:r>
        <w:rPr>
          <w:b/>
        </w:rPr>
        <w:t xml:space="preserve">[58:47] </w:t>
      </w:r>
      <w:r>
        <w:t>You can read this, this sentence in the books.</w:t>
      </w:r>
    </w:p>
    <w:p>
      <w:pPr>
        <w:jc w:val="right"/>
      </w:pPr>
      <w:r>
        <w:t>You can read this, this sentence in the books.</w:t>
      </w:r>
    </w:p>
    <w:p>
      <w:r>
        <w:rPr>
          <w:b/>
        </w:rPr>
        <w:t xml:space="preserve">[58:52] </w:t>
      </w:r>
      <w:r>
        <w:t>He gave punishment to those</w:t>
      </w:r>
    </w:p>
    <w:p>
      <w:pPr>
        <w:jc w:val="right"/>
      </w:pPr>
      <w:r>
        <w:t>He gave punishment to those</w:t>
      </w:r>
    </w:p>
    <w:p>
      <w:r>
        <w:rPr>
          <w:b/>
        </w:rPr>
        <w:t xml:space="preserve">[58:56] </w:t>
      </w:r>
      <w:r>
        <w:t>men who used to say talaq, talaq, talaq, talaq.</w:t>
      </w:r>
    </w:p>
    <w:p>
      <w:pPr>
        <w:jc w:val="right"/>
      </w:pPr>
      <w:r>
        <w:t>men who used to say talaq, talaq, talaq, talaq.</w:t>
      </w:r>
    </w:p>
    <w:p>
      <w:r>
        <w:rPr>
          <w:b/>
        </w:rPr>
        <w:t xml:space="preserve">[59:02] </w:t>
      </w:r>
      <w:r>
        <w:t>So at present, Mufti,</w:t>
      </w:r>
    </w:p>
    <w:p>
      <w:pPr>
        <w:jc w:val="right"/>
      </w:pPr>
      <w:r>
        <w:t>So at present, Mufti,</w:t>
      </w:r>
    </w:p>
    <w:p>
      <w:r>
        <w:rPr>
          <w:b/>
        </w:rPr>
        <w:t xml:space="preserve">[59:07] </w:t>
      </w:r>
      <w:r>
        <w:t>those Mufti who are accepting this formula,</w:t>
      </w:r>
    </w:p>
    <w:p>
      <w:pPr>
        <w:jc w:val="right"/>
      </w:pPr>
      <w:r>
        <w:t>those Mufti who are accepting this formula,</w:t>
      </w:r>
    </w:p>
    <w:p>
      <w:r>
        <w:rPr>
          <w:b/>
        </w:rPr>
        <w:t xml:space="preserve">[59:11] </w:t>
      </w:r>
      <w:r>
        <w:t>they have to punish</w:t>
      </w:r>
    </w:p>
    <w:p>
      <w:pPr>
        <w:jc w:val="right"/>
      </w:pPr>
      <w:r>
        <w:t>they have to punish</w:t>
      </w:r>
    </w:p>
    <w:p>
      <w:r>
        <w:rPr>
          <w:b/>
        </w:rPr>
        <w:t xml:space="preserve">[59:14] </w:t>
      </w:r>
      <w:r>
        <w:t>those husbands. If you, if you have, if you cannot punish those husbands, then they are, they,</w:t>
      </w:r>
    </w:p>
    <w:p>
      <w:pPr>
        <w:jc w:val="right"/>
      </w:pPr>
      <w:r>
        <w:t>those husbands. If you, if you have, if you cannot punish those husbands, then they are, they,</w:t>
      </w:r>
    </w:p>
    <w:p>
      <w:r>
        <w:rPr>
          <w:b/>
        </w:rPr>
        <w:t xml:space="preserve">[59:25] </w:t>
      </w:r>
      <w:r>
        <w:t>they, they must not issue such Fatwa.</w:t>
      </w:r>
    </w:p>
    <w:p>
      <w:pPr>
        <w:jc w:val="right"/>
      </w:pPr>
      <w:r>
        <w:t>they, they must not issue such Fatwa.</w:t>
      </w:r>
    </w:p>
    <w:p>
      <w:r>
        <w:rPr>
          <w:b/>
        </w:rPr>
        <w:t xml:space="preserve">[59:30] </w:t>
      </w:r>
      <w:r>
        <w:t>You cannot separate</w:t>
      </w:r>
    </w:p>
    <w:p>
      <w:pPr>
        <w:jc w:val="right"/>
      </w:pPr>
      <w:r>
        <w:t>You cannot separate</w:t>
      </w:r>
    </w:p>
    <w:p>
      <w:r>
        <w:rPr>
          <w:b/>
        </w:rPr>
        <w:t xml:space="preserve">[59:33] </w:t>
      </w:r>
      <w:r>
        <w:t>Fatwa from punishment.</w:t>
      </w:r>
    </w:p>
    <w:p>
      <w:pPr>
        <w:jc w:val="right"/>
      </w:pPr>
      <w:r>
        <w:t>Fatwa from punishment.</w:t>
      </w:r>
    </w:p>
    <w:p>
      <w:r>
        <w:rPr>
          <w:b/>
        </w:rPr>
        <w:t xml:space="preserve">[59:36] </w:t>
      </w:r>
      <w:r>
        <w:t>No. These Mufti's have</w:t>
      </w:r>
    </w:p>
    <w:p>
      <w:pPr>
        <w:jc w:val="right"/>
      </w:pPr>
      <w:r>
        <w:t>No. These Mufti's have</w:t>
      </w:r>
    </w:p>
    <w:p>
      <w:r>
        <w:rPr>
          <w:b/>
        </w:rPr>
        <w:t xml:space="preserve">[59:40] </w:t>
      </w:r>
      <w:r>
        <w:t>de-linked from Fatwa from punishment.</w:t>
      </w:r>
    </w:p>
    <w:p>
      <w:pPr>
        <w:jc w:val="right"/>
      </w:pPr>
      <w:r>
        <w:t>de-linked from Fatwa from punishment.</w:t>
      </w:r>
    </w:p>
    <w:p>
      <w:r>
        <w:rPr>
          <w:b/>
        </w:rPr>
        <w:t xml:space="preserve">[59:45] </w:t>
      </w:r>
      <w:r>
        <w:t>They are issuing Fatwa,</w:t>
      </w:r>
    </w:p>
    <w:p>
      <w:pPr>
        <w:jc w:val="right"/>
      </w:pPr>
      <w:r>
        <w:t>They are issuing Fatwa,</w:t>
      </w:r>
    </w:p>
    <w:p>
      <w:r>
        <w:rPr>
          <w:b/>
        </w:rPr>
        <w:t xml:space="preserve">[59:49] </w:t>
      </w:r>
      <w:r>
        <w:t>but they are not</w:t>
      </w:r>
    </w:p>
    <w:p>
      <w:pPr>
        <w:jc w:val="right"/>
      </w:pPr>
      <w:r>
        <w:t>but they are not</w:t>
      </w:r>
    </w:p>
    <w:p>
      <w:r>
        <w:rPr>
          <w:b/>
        </w:rPr>
        <w:t xml:space="preserve">[59:53] </w:t>
      </w:r>
      <w:r>
        <w:t>able to give the punishment.</w:t>
      </w:r>
    </w:p>
    <w:p>
      <w:pPr>
        <w:jc w:val="right"/>
      </w:pPr>
      <w:r>
        <w:t>able to give the punishment.</w:t>
      </w:r>
    </w:p>
    <w:p>
      <w:r>
        <w:rPr>
          <w:b/>
        </w:rPr>
        <w:t xml:space="preserve">[59:55] </w:t>
      </w:r>
      <w:r>
        <w:t>So why you are issuing Fatwa?</w:t>
      </w:r>
    </w:p>
    <w:p>
      <w:pPr>
        <w:jc w:val="right"/>
      </w:pPr>
      <w:r>
        <w:t>So why you are issuing Fatwa?</w:t>
      </w:r>
    </w:p>
    <w:p>
      <w:r>
        <w:rPr>
          <w:b/>
        </w:rPr>
        <w:t xml:space="preserve">[59:58] </w:t>
      </w:r>
      <w:r>
        <w:t>don't issue fatwa. say these people, you have to go to court. so, i think that these mufti sahebans are wrong by issuing fatwa, because they are not in a position to punish those husband. this is my opinion.</w:t>
      </w:r>
    </w:p>
    <w:p>
      <w:pPr>
        <w:jc w:val="right"/>
      </w:pPr>
      <w:r>
        <w:t>डोंट इशू फतवा। से दीस पीपल्स, यू हैव टू गो टू कोर्ट। सो, आई थिंक दैट दीस मुफ्ती साहबान आर रोंग बाय इशूइंग फतवा, बिकॉज़ दे आर नॉट इन अ पोजीशन टू पनिश दोज़ हस्बैंड। दिस इज़ माय ओपिनियन।</w:t>
      </w:r>
    </w:p>
    <w:p>
      <w:r>
        <w:rPr>
          <w:b/>
        </w:rPr>
        <w:t xml:space="preserve">[1:00:24] </w:t>
      </w:r>
      <w:r>
        <w:t>According to Islam, a man's life is divided between two stages, the pre-death stage and the post-death stage.</w:t>
      </w:r>
    </w:p>
    <w:p>
      <w:pPr>
        <w:jc w:val="right"/>
      </w:pPr>
      <w:r>
        <w:t>According to Islam, a man's life is divided between two stages, the pre-death stage and the post-death stage.</w:t>
      </w:r>
    </w:p>
    <w:p>
      <w:r>
        <w:rPr>
          <w:b/>
        </w:rPr>
        <w:t xml:space="preserve">[1:00:32] </w:t>
      </w:r>
      <w:r>
        <w:t>In the pre-death period, a man is judged on,</w:t>
      </w:r>
    </w:p>
    <w:p>
      <w:pPr>
        <w:jc w:val="right"/>
      </w:pPr>
      <w:r>
        <w:t>In the pre-death period, a man is judged on,</w:t>
      </w:r>
    </w:p>
    <w:p>
      <w:r>
        <w:rPr>
          <w:b/>
        </w:rPr>
        <w:t xml:space="preserve">[1:00:37] </w:t>
      </w:r>
      <w:r>
        <w:t>wait, okay. According to Islam, a man, man's life is divided between two periods, the pre-death period and</w:t>
      </w:r>
    </w:p>
    <w:p>
      <w:pPr>
        <w:jc w:val="right"/>
      </w:pPr>
      <w:r>
        <w:t>wait, okay. According to Islam, a man, man's life is divided between two periods, the pre-death period and</w:t>
      </w:r>
    </w:p>
    <w:p>
      <w:r>
        <w:rPr>
          <w:b/>
        </w:rPr>
        <w:t xml:space="preserve">[1:00:46] </w:t>
      </w:r>
      <w:r>
        <w:t>the post-death period.</w:t>
      </w:r>
    </w:p>
    <w:p>
      <w:pPr>
        <w:jc w:val="right"/>
      </w:pPr>
      <w:r>
        <w:t>the post-death period.</w:t>
      </w:r>
    </w:p>
    <w:p>
      <w:r>
        <w:rPr>
          <w:b/>
        </w:rPr>
        <w:t xml:space="preserve">[1:00:48] </w:t>
      </w:r>
      <w:r>
        <w:t>In the pre-death period, a person does his actions, and in the post-death period, based on his actions,</w:t>
      </w:r>
    </w:p>
    <w:p>
      <w:pPr>
        <w:jc w:val="right"/>
      </w:pPr>
      <w:r>
        <w:t>In the pre-death period, a person does his actions, and in the post-death period, based on his actions,</w:t>
      </w:r>
    </w:p>
    <w:p>
      <w:r>
        <w:rPr>
          <w:b/>
        </w:rPr>
        <w:t xml:space="preserve">[1:00:56] </w:t>
      </w:r>
      <w:r>
        <w:t>he will be given paradise or hell.</w:t>
      </w:r>
    </w:p>
    <w:p>
      <w:pPr>
        <w:jc w:val="right"/>
      </w:pPr>
      <w:r>
        <w:t>he will be given paradise or hell.</w:t>
      </w:r>
    </w:p>
    <w:p>
      <w:r>
        <w:rPr>
          <w:b/>
        </w:rPr>
        <w:t xml:space="preserve">[1:00:58] </w:t>
      </w:r>
      <w:r>
        <w:t>That is the concept of day of judgment.</w:t>
      </w:r>
    </w:p>
    <w:p>
      <w:pPr>
        <w:jc w:val="right"/>
      </w:pPr>
      <w:r>
        <w:t>That is the concept of day of judgment.</w:t>
      </w:r>
    </w:p>
    <w:p>
      <w:r>
        <w:rPr>
          <w:b/>
        </w:rPr>
        <w:t xml:space="preserve">[1:01:00] </w:t>
      </w:r>
      <w:r>
        <w:t>How can we understand this day of judgment concept?</w:t>
      </w:r>
    </w:p>
    <w:p>
      <w:pPr>
        <w:jc w:val="right"/>
      </w:pPr>
      <w:r>
        <w:t>How can we understand this day of judgment concept?</w:t>
      </w:r>
    </w:p>
    <w:p>
      <w:r>
        <w:rPr>
          <w:b/>
        </w:rPr>
        <w:t xml:space="preserve">[1:01:10] </w:t>
      </w:r>
      <w:r>
        <w:t>Day of judgment is,</w:t>
      </w:r>
    </w:p>
    <w:p>
      <w:pPr>
        <w:jc w:val="right"/>
      </w:pPr>
      <w:r>
        <w:t>Day of judgment is,</w:t>
      </w:r>
    </w:p>
    <w:p>
      <w:r>
        <w:rPr>
          <w:b/>
        </w:rPr>
        <w:t xml:space="preserve">[1:01:13] </w:t>
      </w:r>
      <w:r>
        <w:t>is a logical result of our present life.</w:t>
      </w:r>
    </w:p>
    <w:p>
      <w:pPr>
        <w:jc w:val="right"/>
      </w:pPr>
      <w:r>
        <w:t>is a logical result of our present life.</w:t>
      </w:r>
    </w:p>
    <w:p>
      <w:r>
        <w:rPr>
          <w:b/>
        </w:rPr>
        <w:t xml:space="preserve">[1:01:18] </w:t>
      </w:r>
      <w:r>
        <w:t>In our present world, we are free.</w:t>
      </w:r>
    </w:p>
    <w:p>
      <w:pPr>
        <w:jc w:val="right"/>
      </w:pPr>
      <w:r>
        <w:t>In our present world, we are free.</w:t>
      </w:r>
    </w:p>
    <w:p>
      <w:r>
        <w:rPr>
          <w:b/>
        </w:rPr>
        <w:t xml:space="preserve">[1:01:20] </w:t>
      </w:r>
      <w:r>
        <w:t>Everyone is free.</w:t>
      </w:r>
    </w:p>
    <w:p>
      <w:pPr>
        <w:jc w:val="right"/>
      </w:pPr>
      <w:r>
        <w:t>Everyone is free.</w:t>
      </w:r>
    </w:p>
    <w:p>
      <w:r>
        <w:rPr>
          <w:b/>
        </w:rPr>
        <w:t xml:space="preserve">[1:01:22] </w:t>
      </w:r>
      <w:r>
        <w:t>So we see that some people</w:t>
      </w:r>
    </w:p>
    <w:p>
      <w:pPr>
        <w:jc w:val="right"/>
      </w:pPr>
      <w:r>
        <w:t>So we see that some people</w:t>
      </w:r>
    </w:p>
    <w:p>
      <w:r>
        <w:rPr>
          <w:b/>
        </w:rPr>
        <w:t xml:space="preserve">[1:01:26] </w:t>
      </w:r>
      <w:r>
        <w:t>are using properly their freedom and some other people are misusing their freedom.</w:t>
      </w:r>
    </w:p>
    <w:p>
      <w:pPr>
        <w:jc w:val="right"/>
      </w:pPr>
      <w:r>
        <w:t>are using properly their freedom and some other people are misusing their freedom.</w:t>
      </w:r>
    </w:p>
    <w:p>
      <w:r>
        <w:rPr>
          <w:b/>
        </w:rPr>
        <w:t xml:space="preserve">[1:01:36] </w:t>
      </w:r>
      <w:r>
        <w:t>So this difference requires</w:t>
      </w:r>
    </w:p>
    <w:p>
      <w:pPr>
        <w:jc w:val="right"/>
      </w:pPr>
      <w:r>
        <w:t>So this difference requires</w:t>
      </w:r>
    </w:p>
    <w:p>
      <w:r>
        <w:rPr>
          <w:b/>
        </w:rPr>
        <w:t xml:space="preserve">[1:01:39] </w:t>
      </w:r>
      <w:r>
        <w:t>day of judgment.</w:t>
      </w:r>
    </w:p>
    <w:p>
      <w:pPr>
        <w:jc w:val="right"/>
      </w:pPr>
      <w:r>
        <w:t>day of judgment.</w:t>
      </w:r>
    </w:p>
    <w:p>
      <w:r>
        <w:rPr>
          <w:b/>
        </w:rPr>
        <w:t xml:space="preserve">[1:01:42] </w:t>
      </w:r>
      <w:r>
        <w:t>Our conscience, our conscience</w:t>
      </w:r>
    </w:p>
    <w:p>
      <w:pPr>
        <w:jc w:val="right"/>
      </w:pPr>
      <w:r>
        <w:t>Our conscience, our conscience</w:t>
      </w:r>
    </w:p>
    <w:p>
      <w:r>
        <w:rPr>
          <w:b/>
        </w:rPr>
        <w:t xml:space="preserve">[1:01:47] </w:t>
      </w:r>
      <w:r>
        <w:t>require a day when,</w:t>
      </w:r>
    </w:p>
    <w:p>
      <w:pPr>
        <w:jc w:val="right"/>
      </w:pPr>
      <w:r>
        <w:t>require a day when,</w:t>
      </w:r>
    </w:p>
    <w:p>
      <w:r>
        <w:rPr>
          <w:b/>
        </w:rPr>
        <w:t xml:space="preserve">[1:01:52] </w:t>
      </w:r>
      <w:r>
        <w:t>when our conscience requires justice,</w:t>
      </w:r>
    </w:p>
    <w:p>
      <w:pPr>
        <w:jc w:val="right"/>
      </w:pPr>
      <w:r>
        <w:t>when our conscience requires justice,</w:t>
      </w:r>
    </w:p>
    <w:p>
      <w:r>
        <w:rPr>
          <w:b/>
        </w:rPr>
        <w:t xml:space="preserve">[1:01:58] </w:t>
      </w:r>
      <w:r>
        <w:t>justice. Our conscience requires that those people who misuse the freedom, they have to, they have to be</w:t>
      </w:r>
    </w:p>
    <w:p>
      <w:pPr>
        <w:jc w:val="right"/>
      </w:pPr>
      <w:r>
        <w:t>justice. Our conscience requires that those people who misuse the freedom, they have to, they have to be</w:t>
      </w:r>
    </w:p>
    <w:p>
      <w:r>
        <w:rPr>
          <w:b/>
        </w:rPr>
        <w:t xml:space="preserve">[1:02:07] </w:t>
      </w:r>
      <w:r>
        <w:t>punished. And those people who,</w:t>
      </w:r>
    </w:p>
    <w:p>
      <w:pPr>
        <w:jc w:val="right"/>
      </w:pPr>
      <w:r>
        <w:t>punished. And those people who,</w:t>
      </w:r>
    </w:p>
    <w:p>
      <w:r>
        <w:rPr>
          <w:b/>
        </w:rPr>
        <w:t xml:space="preserve">[1:02:13] </w:t>
      </w:r>
      <w:r>
        <w:t>who successfully, who were successful to use freedom, who use, those people who use freedom</w:t>
      </w:r>
    </w:p>
    <w:p>
      <w:pPr>
        <w:jc w:val="right"/>
      </w:pPr>
      <w:r>
        <w:t>who successfully, who were successful to use freedom, who use, those people who use freedom</w:t>
      </w:r>
    </w:p>
    <w:p>
      <w:r>
        <w:rPr>
          <w:b/>
        </w:rPr>
        <w:t xml:space="preserve">[1:02:25] </w:t>
      </w:r>
      <w:r>
        <w:t>in a proper way, in a proper manner, then they have to be rewarded.</w:t>
      </w:r>
    </w:p>
    <w:p>
      <w:pPr>
        <w:jc w:val="right"/>
      </w:pPr>
      <w:r>
        <w:t>in a proper way, in a proper manner, then they have to be rewarded.</w:t>
      </w:r>
    </w:p>
    <w:p>
      <w:r>
        <w:rPr>
          <w:b/>
        </w:rPr>
        <w:t xml:space="preserve">[1:02:30] </w:t>
      </w:r>
      <w:r>
        <w:t>So this reward or punishment</w:t>
      </w:r>
    </w:p>
    <w:p>
      <w:pPr>
        <w:jc w:val="right"/>
      </w:pPr>
      <w:r>
        <w:t>So this reward or punishment</w:t>
      </w:r>
    </w:p>
    <w:p>
      <w:r>
        <w:rPr>
          <w:b/>
        </w:rPr>
        <w:t xml:space="preserve">[1:02:33] </w:t>
      </w:r>
      <w:r>
        <w:t>is our requirement.</w:t>
      </w:r>
    </w:p>
    <w:p>
      <w:pPr>
        <w:jc w:val="right"/>
      </w:pPr>
      <w:r>
        <w:t>is our requirement.</w:t>
      </w:r>
    </w:p>
    <w:p>
      <w:r>
        <w:rPr>
          <w:b/>
        </w:rPr>
        <w:t xml:space="preserve">[1:02:34] </w:t>
      </w:r>
      <w:r>
        <w:t>Our, our, our conscience asks why not justice</w:t>
      </w:r>
    </w:p>
    <w:p>
      <w:pPr>
        <w:jc w:val="right"/>
      </w:pPr>
      <w:r>
        <w:t>Our, our, our conscience asks why not justice</w:t>
      </w:r>
    </w:p>
    <w:p>
      <w:r>
        <w:rPr>
          <w:b/>
        </w:rPr>
        <w:t xml:space="preserve">[1:02:40] </w:t>
      </w:r>
      <w:r>
        <w:t>why not justice? so, i think that day of judgment is a, is a very, any, logical phenomenon of the our present world, our present life.</w:t>
      </w:r>
    </w:p>
    <w:p>
      <w:pPr>
        <w:jc w:val="right"/>
      </w:pPr>
      <w:r>
        <w:t>व्हाई नॉट जस्टिस? सो, आई थिंक दैट डे ऑफ जजमेंट इज़ अ, इज़ अ वेरी, एनी, लॉजिकल फिनोमिना ऑफ द आवर प्रेजेंट वर्ल्ड, आवर प्रेजेंट लाइफ।</w:t>
      </w:r>
    </w:p>
    <w:p>
      <w:r>
        <w:rPr>
          <w:b/>
        </w:rPr>
        <w:t xml:space="preserve">[1:03:00] </w:t>
      </w:r>
      <w:r>
        <w:t>maulana, in paradise, it is believed that it's a perfect world. will a man be removed of all the negative emotions, like anger, lust, hate, in paradise?</w:t>
      </w:r>
    </w:p>
    <w:p>
      <w:pPr>
        <w:jc w:val="right"/>
      </w:pPr>
      <w:r>
        <w:t>मौलाना, इन पैराडाइस, इट इज़ बिलीव्ड दैट इट्स अ परफेक्ट वर्ल्ड। विल अ मैन बी रिमूव्ड ऑफ ऑल दी नेगेटिव इमोशंस, लाइक एंगर, लस्ट, हेट, इन पैराडाइस?</w:t>
      </w:r>
    </w:p>
    <w:p>
      <w:r>
        <w:rPr>
          <w:b/>
        </w:rPr>
        <w:t xml:space="preserve">[1:03:14] </w:t>
      </w:r>
      <w:r>
        <w:t>Yes. But I, I think that in paradise, there is no anger, no negative sentiment,</w:t>
      </w:r>
    </w:p>
    <w:p>
      <w:pPr>
        <w:jc w:val="right"/>
      </w:pPr>
      <w:r>
        <w:t>Yes. But I, I think that in paradise, there is no anger, no negative sentiment,</w:t>
      </w:r>
    </w:p>
    <w:p>
      <w:r>
        <w:rPr>
          <w:b/>
        </w:rPr>
        <w:t xml:space="preserve">[1:03:24] </w:t>
      </w:r>
      <w:r>
        <w:t>and no lust,</w:t>
      </w:r>
    </w:p>
    <w:p>
      <w:pPr>
        <w:jc w:val="right"/>
      </w:pPr>
      <w:r>
        <w:t>and no lust,</w:t>
      </w:r>
    </w:p>
    <w:p>
      <w:r>
        <w:rPr>
          <w:b/>
        </w:rPr>
        <w:t xml:space="preserve">[1:03:27] </w:t>
      </w:r>
      <w:r>
        <w:t>no malice. All these things are not present in paradise.</w:t>
      </w:r>
    </w:p>
    <w:p>
      <w:pPr>
        <w:jc w:val="right"/>
      </w:pPr>
      <w:r>
        <w:t>no malice. All these things are not present in paradise.</w:t>
      </w:r>
    </w:p>
    <w:p>
      <w:r>
        <w:rPr>
          <w:b/>
        </w:rPr>
        <w:t xml:space="preserve">[1:03:33] </w:t>
      </w:r>
      <w:r>
        <w:t>And according to the Quran,</w:t>
      </w:r>
    </w:p>
    <w:p>
      <w:pPr>
        <w:jc w:val="right"/>
      </w:pPr>
      <w:r>
        <w:t>And according to the Quran,</w:t>
      </w:r>
    </w:p>
    <w:p>
      <w:r>
        <w:rPr>
          <w:b/>
        </w:rPr>
        <w:t xml:space="preserve">[1:03:37] </w:t>
      </w:r>
      <w:r>
        <w:t>those who have purified themselves</w:t>
      </w:r>
    </w:p>
    <w:p>
      <w:pPr>
        <w:jc w:val="right"/>
      </w:pPr>
      <w:r>
        <w:t>those who have purified themselves</w:t>
      </w:r>
    </w:p>
    <w:p>
      <w:r>
        <w:rPr>
          <w:b/>
        </w:rPr>
        <w:t xml:space="preserve">[1:03:44] </w:t>
      </w:r>
      <w:r>
        <w:t>successfully, but there was some kind of,</w:t>
      </w:r>
    </w:p>
    <w:p>
      <w:pPr>
        <w:jc w:val="right"/>
      </w:pPr>
      <w:r>
        <w:t>successfully, but there was some kind of,</w:t>
      </w:r>
    </w:p>
    <w:p>
      <w:r>
        <w:rPr>
          <w:b/>
        </w:rPr>
        <w:t xml:space="preserve">[1:03:52] </w:t>
      </w:r>
      <w:r>
        <w:t>some kind of,</w:t>
      </w:r>
    </w:p>
    <w:p>
      <w:pPr>
        <w:jc w:val="right"/>
      </w:pPr>
      <w:r>
        <w:t>some kind of,</w:t>
      </w:r>
    </w:p>
    <w:p>
      <w:r>
        <w:rPr>
          <w:b/>
        </w:rPr>
        <w:t xml:space="preserve">[1:03:56] </w:t>
      </w:r>
      <w:r>
        <w:t>in very, I, I, I can say, for example, one person, they failed to purify themselves.</w:t>
      </w:r>
    </w:p>
    <w:p>
      <w:pPr>
        <w:jc w:val="right"/>
      </w:pPr>
      <w:r>
        <w:t>in very, I, I, I can say, for example, one person, they failed to purify themselves.</w:t>
      </w:r>
    </w:p>
    <w:p>
      <w:r>
        <w:rPr>
          <w:b/>
        </w:rPr>
        <w:t xml:space="preserve">[1:04:06] </w:t>
      </w:r>
      <w:r>
        <w:t>So those people who</w:t>
      </w:r>
    </w:p>
    <w:p>
      <w:pPr>
        <w:jc w:val="right"/>
      </w:pPr>
      <w:r>
        <w:t>So those people who</w:t>
      </w:r>
    </w:p>
    <w:p>
      <w:r>
        <w:rPr>
          <w:b/>
        </w:rPr>
        <w:t xml:space="preserve">[1:04:09] </w:t>
      </w:r>
      <w:r>
        <w:t>purified themselves, but</w:t>
      </w:r>
    </w:p>
    <w:p>
      <w:pPr>
        <w:jc w:val="right"/>
      </w:pPr>
      <w:r>
        <w:t>purified themselves, but</w:t>
      </w:r>
    </w:p>
    <w:p>
      <w:r>
        <w:rPr>
          <w:b/>
        </w:rPr>
        <w:t xml:space="preserve">[1:04:15] </w:t>
      </w:r>
      <w:r>
        <w:t>they, due to some reason, they were not able to purify themselves</w:t>
      </w:r>
    </w:p>
    <w:p>
      <w:pPr>
        <w:jc w:val="right"/>
      </w:pPr>
      <w:r>
        <w:t>they, due to some reason, they were not able to purify themselves</w:t>
      </w:r>
    </w:p>
    <w:p>
      <w:r>
        <w:rPr>
          <w:b/>
        </w:rPr>
        <w:t xml:space="preserve">[1:04:22] </w:t>
      </w:r>
      <w:r>
        <w:t>100%, although their intention was good.</w:t>
      </w:r>
    </w:p>
    <w:p>
      <w:pPr>
        <w:jc w:val="right"/>
      </w:pPr>
      <w:r>
        <w:t>100%, although their intention was good.</w:t>
      </w:r>
    </w:p>
    <w:p>
      <w:r>
        <w:rPr>
          <w:b/>
        </w:rPr>
        <w:t xml:space="preserve">[1:04:28] </w:t>
      </w:r>
      <w:r>
        <w:t>So when God find that his intention was not bad, his intention was good.</w:t>
      </w:r>
    </w:p>
    <w:p>
      <w:pPr>
        <w:jc w:val="right"/>
      </w:pPr>
      <w:r>
        <w:t>So when God find that his intention was not bad, his intention was good.</w:t>
      </w:r>
    </w:p>
    <w:p>
      <w:r>
        <w:rPr>
          <w:b/>
        </w:rPr>
        <w:t xml:space="preserve">[1:04:34] </w:t>
      </w:r>
      <w:r>
        <w:t>And also he tried,</w:t>
      </w:r>
    </w:p>
    <w:p>
      <w:pPr>
        <w:jc w:val="right"/>
      </w:pPr>
      <w:r>
        <w:t>And also he tried,</w:t>
      </w:r>
    </w:p>
    <w:p>
      <w:r>
        <w:rPr>
          <w:b/>
        </w:rPr>
        <w:t xml:space="preserve">[1:04:40] </w:t>
      </w:r>
      <w:r>
        <w:t>also he tried</w:t>
      </w:r>
    </w:p>
    <w:p>
      <w:pPr>
        <w:jc w:val="right"/>
      </w:pPr>
      <w:r>
        <w:t>also he tried</w:t>
      </w:r>
    </w:p>
    <w:p>
      <w:r>
        <w:rPr>
          <w:b/>
        </w:rPr>
        <w:t xml:space="preserve">[1:04:45] </w:t>
      </w:r>
      <w:r>
        <w:t>and purified his soul.</w:t>
      </w:r>
    </w:p>
    <w:p>
      <w:pPr>
        <w:jc w:val="right"/>
      </w:pPr>
      <w:r>
        <w:t>and purified his soul.</w:t>
      </w:r>
    </w:p>
    <w:p>
      <w:r>
        <w:rPr>
          <w:b/>
        </w:rPr>
        <w:t xml:space="preserve">[1:04:48] </w:t>
      </w:r>
      <w:r>
        <w:t>Sometime he failed.</w:t>
      </w:r>
    </w:p>
    <w:p>
      <w:pPr>
        <w:jc w:val="right"/>
      </w:pPr>
      <w:r>
        <w:t>Sometime he failed.</w:t>
      </w:r>
    </w:p>
    <w:p>
      <w:r>
        <w:rPr>
          <w:b/>
        </w:rPr>
        <w:t xml:space="preserve">[1:04:50] </w:t>
      </w:r>
      <w:r>
        <w:t>So God will purify those persons.</w:t>
      </w:r>
    </w:p>
    <w:p>
      <w:pPr>
        <w:jc w:val="right"/>
      </w:pPr>
      <w:r>
        <w:t>So God will purify those persons.</w:t>
      </w:r>
    </w:p>
    <w:p>
      <w:r>
        <w:rPr>
          <w:b/>
        </w:rPr>
        <w:t xml:space="preserve">[1:04:54] </w:t>
      </w:r>
      <w:r>
        <w:t>It is mentioned in the Quran.</w:t>
      </w:r>
    </w:p>
    <w:p>
      <w:pPr>
        <w:jc w:val="right"/>
      </w:pPr>
      <w:r>
        <w:t>It is mentioned in the Quran.</w:t>
      </w:r>
    </w:p>
    <w:p>
      <w:r>
        <w:rPr>
          <w:b/>
        </w:rPr>
        <w:t xml:space="preserve">[1:04:58] </w:t>
      </w:r>
      <w:r>
        <w:t>So those who failed in partial sense, although their intention was good, they will be purified by the,</w:t>
      </w:r>
    </w:p>
    <w:p>
      <w:pPr>
        <w:jc w:val="right"/>
      </w:pPr>
      <w:r>
        <w:t>So those who failed in partial sense, although their intention was good, they will be purified by the,</w:t>
      </w:r>
    </w:p>
    <w:p>
      <w:r>
        <w:rPr>
          <w:b/>
        </w:rPr>
        <w:t xml:space="preserve">[1:05:09] </w:t>
      </w:r>
      <w:r>
        <w:t>by the blessings of God in the hereafter.</w:t>
      </w:r>
    </w:p>
    <w:p>
      <w:pPr>
        <w:jc w:val="right"/>
      </w:pPr>
      <w:r>
        <w:t>by the blessings of God in the hereafter.</w:t>
      </w:r>
    </w:p>
    <w:p>
      <w:r>
        <w:rPr>
          <w:b/>
        </w:rPr>
        <w:t xml:space="preserve">[1:05:14] </w:t>
      </w:r>
      <w:r>
        <w:t>But those who are arrogant,</w:t>
      </w:r>
    </w:p>
    <w:p>
      <w:pPr>
        <w:jc w:val="right"/>
      </w:pPr>
      <w:r>
        <w:t>But those who are arrogant,</w:t>
      </w:r>
    </w:p>
    <w:p>
      <w:r>
        <w:rPr>
          <w:b/>
        </w:rPr>
        <w:t xml:space="preserve">[1:05:17] </w:t>
      </w:r>
      <w:r>
        <w:t>they never tried to purify</w:t>
      </w:r>
    </w:p>
    <w:p>
      <w:pPr>
        <w:jc w:val="right"/>
      </w:pPr>
      <w:r>
        <w:t>they never tried to purify</w:t>
      </w:r>
    </w:p>
    <w:p>
      <w:r>
        <w:rPr>
          <w:b/>
        </w:rPr>
        <w:t xml:space="preserve">[1:05:21] </w:t>
      </w:r>
      <w:r>
        <w:t>themselves, they will not</w:t>
      </w:r>
    </w:p>
    <w:p>
      <w:pPr>
        <w:jc w:val="right"/>
      </w:pPr>
      <w:r>
        <w:t>themselves, they will not</w:t>
      </w:r>
    </w:p>
    <w:p>
      <w:r>
        <w:rPr>
          <w:b/>
        </w:rPr>
        <w:t xml:space="preserve">[1:05:26] </w:t>
      </w:r>
      <w:r>
        <w:t>receive this kind of blessing from God.</w:t>
      </w:r>
    </w:p>
    <w:p>
      <w:pPr>
        <w:jc w:val="right"/>
      </w:pPr>
      <w:r>
        <w:t>receive this kind of blessing from God.</w:t>
      </w:r>
    </w:p>
    <w:p>
      <w:r>
        <w:rPr>
          <w:b/>
        </w:rPr>
        <w:t xml:space="preserve">[1:05:31] </w:t>
      </w:r>
      <w:r>
        <w:t>What is the difference between spiritualism and mysticism?</w:t>
      </w:r>
    </w:p>
    <w:p>
      <w:pPr>
        <w:jc w:val="right"/>
      </w:pPr>
      <w:r>
        <w:t>What is the difference between spiritualism and mysticism?</w:t>
      </w:r>
    </w:p>
    <w:p>
      <w:r>
        <w:rPr>
          <w:b/>
        </w:rPr>
        <w:t xml:space="preserve">[1:05:38] </w:t>
      </w:r>
      <w:r>
        <w:t>There is some technical difference,</w:t>
      </w:r>
    </w:p>
    <w:p>
      <w:pPr>
        <w:jc w:val="right"/>
      </w:pPr>
      <w:r>
        <w:t>There is some technical difference,</w:t>
      </w:r>
    </w:p>
    <w:p>
      <w:r>
        <w:rPr>
          <w:b/>
        </w:rPr>
        <w:t xml:space="preserve">[1:05:42] </w:t>
      </w:r>
      <w:r>
        <w:t>some technical difference, but I think there is no major difference between the two.</w:t>
      </w:r>
    </w:p>
    <w:p>
      <w:pPr>
        <w:jc w:val="right"/>
      </w:pPr>
      <w:r>
        <w:t>some technical difference, but I think there is no major difference between the two.</w:t>
      </w:r>
    </w:p>
    <w:p>
      <w:r>
        <w:rPr>
          <w:b/>
        </w:rPr>
        <w:t xml:space="preserve">[1:05:50] </w:t>
      </w:r>
      <w:r>
        <w:t>Mysticism and spiritualism both</w:t>
      </w:r>
    </w:p>
    <w:p>
      <w:pPr>
        <w:jc w:val="right"/>
      </w:pPr>
      <w:r>
        <w:t>Mysticism and spiritualism both</w:t>
      </w:r>
    </w:p>
    <w:p>
      <w:r>
        <w:rPr>
          <w:b/>
        </w:rPr>
        <w:t xml:space="preserve">[1:05:55] </w:t>
      </w:r>
      <w:r>
        <w:t>try to unfold their hidden treasure, hidden treasure</w:t>
      </w:r>
    </w:p>
    <w:p>
      <w:pPr>
        <w:jc w:val="right"/>
      </w:pPr>
      <w:r>
        <w:t>try to unfold their hidden treasure, hidden treasure</w:t>
      </w:r>
    </w:p>
    <w:p>
      <w:r>
        <w:rPr>
          <w:b/>
        </w:rPr>
        <w:t xml:space="preserve">[1:06:01] </w:t>
      </w:r>
      <w:r>
        <w:t>without seeking help from God.</w:t>
      </w:r>
    </w:p>
    <w:p>
      <w:pPr>
        <w:jc w:val="right"/>
      </w:pPr>
      <w:r>
        <w:t>without seeking help from God.</w:t>
      </w:r>
    </w:p>
    <w:p>
      <w:r>
        <w:rPr>
          <w:b/>
        </w:rPr>
        <w:t xml:space="preserve">[1:06:05] </w:t>
      </w:r>
      <w:r>
        <w:t>When you try to seek help from God, that is religion.</w:t>
      </w:r>
    </w:p>
    <w:p>
      <w:pPr>
        <w:jc w:val="right"/>
      </w:pPr>
      <w:r>
        <w:t>When you try to seek help from God, that is religion.</w:t>
      </w:r>
    </w:p>
    <w:p>
      <w:r>
        <w:rPr>
          <w:b/>
        </w:rPr>
        <w:t xml:space="preserve">[1:06:10] </w:t>
      </w:r>
      <w:r>
        <w:t>But when you try to, to unfold your hidden treasure without seeking the help of God, that is</w:t>
      </w:r>
    </w:p>
    <w:p>
      <w:pPr>
        <w:jc w:val="right"/>
      </w:pPr>
      <w:r>
        <w:t>But when you try to, to unfold your hidden treasure without seeking the help of God, that is</w:t>
      </w:r>
    </w:p>
    <w:p>
      <w:r>
        <w:rPr>
          <w:b/>
        </w:rPr>
        <w:t xml:space="preserve">[1:06:19] </w:t>
      </w:r>
      <w:r>
        <w:t>mysticism or spiritualism.</w:t>
      </w:r>
    </w:p>
    <w:p>
      <w:pPr>
        <w:jc w:val="right"/>
      </w:pPr>
      <w:r>
        <w:t>mysticism or spiritualism.</w:t>
      </w:r>
    </w:p>
    <w:p>
      <w:r>
        <w:rPr>
          <w:b/>
        </w:rPr>
        <w:t xml:space="preserve">[1:06:22] </w:t>
      </w:r>
      <w:r>
        <w:t>Otherwise, there is no major difference between the two.</w:t>
      </w:r>
    </w:p>
    <w:p>
      <w:pPr>
        <w:jc w:val="right"/>
      </w:pPr>
      <w:r>
        <w:t>Otherwise, there is no major difference between the two.</w:t>
      </w:r>
    </w:p>
    <w:p>
      <w:r>
        <w:rPr>
          <w:b/>
        </w:rPr>
        <w:t xml:space="preserve">[1:06:33] </w:t>
      </w:r>
      <w:r>
        <w:t>How does Islam help in building a good character of a person?</w:t>
      </w:r>
    </w:p>
    <w:p>
      <w:pPr>
        <w:jc w:val="right"/>
      </w:pPr>
      <w:r>
        <w:t>How does Islam help in building a good character of a person?</w:t>
      </w:r>
    </w:p>
    <w:p>
      <w:r>
        <w:rPr>
          <w:b/>
        </w:rPr>
        <w:t xml:space="preserve">[1:06:39] </w:t>
      </w:r>
      <w:r>
        <w:t>I think that through Taqwa, that is fear of God,</w:t>
      </w:r>
    </w:p>
    <w:p>
      <w:pPr>
        <w:jc w:val="right"/>
      </w:pPr>
      <w:r>
        <w:t>I think that through Taqwa, that is fear of God,</w:t>
      </w:r>
    </w:p>
    <w:p>
      <w:r>
        <w:rPr>
          <w:b/>
        </w:rPr>
        <w:t xml:space="preserve">[1:06:47] </w:t>
      </w:r>
      <w:r>
        <w:t>there is a hadith</w:t>
      </w:r>
    </w:p>
    <w:p>
      <w:pPr>
        <w:jc w:val="right"/>
      </w:pPr>
      <w:r>
        <w:t>there is a hadith</w:t>
      </w:r>
    </w:p>
    <w:p>
      <w:r>
        <w:rPr>
          <w:b/>
        </w:rPr>
        <w:t xml:space="preserve">[1:06:53] </w:t>
      </w:r>
      <w:r>
        <w:t>that it means that</w:t>
      </w:r>
    </w:p>
    <w:p>
      <w:pPr>
        <w:jc w:val="right"/>
      </w:pPr>
      <w:r>
        <w:t>that it means that</w:t>
      </w:r>
    </w:p>
    <w:p>
      <w:r>
        <w:rPr>
          <w:b/>
        </w:rPr>
        <w:t xml:space="preserve">[1:07:07] </w:t>
      </w:r>
      <w:r>
        <w:t>be fearful with God</w:t>
      </w:r>
    </w:p>
    <w:p>
      <w:pPr>
        <w:jc w:val="right"/>
      </w:pPr>
      <w:r>
        <w:t>be fearful with God</w:t>
      </w:r>
    </w:p>
    <w:p>
      <w:r>
        <w:rPr>
          <w:b/>
        </w:rPr>
        <w:t xml:space="preserve">[1:07:11] </w:t>
      </w:r>
      <w:r>
        <w:t>and live with good behavior among people.</w:t>
      </w:r>
    </w:p>
    <w:p>
      <w:pPr>
        <w:jc w:val="right"/>
      </w:pPr>
      <w:r>
        <w:t>and live with good behavior among people.</w:t>
      </w:r>
    </w:p>
    <w:p>
      <w:r>
        <w:rPr>
          <w:b/>
        </w:rPr>
        <w:t xml:space="preserve">[1:07:16] </w:t>
      </w:r>
      <w:r>
        <w:t>So here you can see that good character is linked with, with fear of God.</w:t>
      </w:r>
    </w:p>
    <w:p>
      <w:pPr>
        <w:jc w:val="right"/>
      </w:pPr>
      <w:r>
        <w:t>So here you can see that good character is linked with, with fear of God.</w:t>
      </w:r>
    </w:p>
    <w:p>
      <w:r>
        <w:rPr>
          <w:b/>
        </w:rPr>
        <w:t xml:space="preserve">[1:07:23] </w:t>
      </w:r>
      <w:r>
        <w:t>So fear of God acts as an incentive.</w:t>
      </w:r>
    </w:p>
    <w:p>
      <w:pPr>
        <w:jc w:val="right"/>
      </w:pPr>
      <w:r>
        <w:t>So fear of God acts as an incentive.</w:t>
      </w:r>
    </w:p>
    <w:p>
      <w:r>
        <w:rPr>
          <w:b/>
        </w:rPr>
        <w:t xml:space="preserve">[1:07:28] </w:t>
      </w:r>
      <w:r>
        <w:t>If you fear God, you, you will be cautious</w:t>
      </w:r>
    </w:p>
    <w:p>
      <w:pPr>
        <w:jc w:val="right"/>
      </w:pPr>
      <w:r>
        <w:t>If you fear God, you, you will be cautious</w:t>
      </w:r>
    </w:p>
    <w:p>
      <w:r>
        <w:rPr>
          <w:b/>
        </w:rPr>
        <w:t xml:space="preserve">[1:07:34] </w:t>
      </w:r>
      <w:r>
        <w:t>because you always</w:t>
      </w:r>
    </w:p>
    <w:p>
      <w:pPr>
        <w:jc w:val="right"/>
      </w:pPr>
      <w:r>
        <w:t>because you always</w:t>
      </w:r>
    </w:p>
    <w:p>
      <w:r>
        <w:rPr>
          <w:b/>
        </w:rPr>
        <w:t xml:space="preserve">[1:07:38] </w:t>
      </w:r>
      <w:r>
        <w:t>think that if I fail to</w:t>
      </w:r>
    </w:p>
    <w:p>
      <w:pPr>
        <w:jc w:val="right"/>
      </w:pPr>
      <w:r>
        <w:t>think that if I fail to</w:t>
      </w:r>
    </w:p>
    <w:p>
      <w:r>
        <w:rPr>
          <w:b/>
        </w:rPr>
        <w:t xml:space="preserve">[1:07:42] </w:t>
      </w:r>
      <w:r>
        <w:t>show good conduct, then I will be punished by God.</w:t>
      </w:r>
    </w:p>
    <w:p>
      <w:pPr>
        <w:jc w:val="right"/>
      </w:pPr>
      <w:r>
        <w:t>show good conduct, then I will be punished by God.</w:t>
      </w:r>
    </w:p>
    <w:p>
      <w:r>
        <w:rPr>
          <w:b/>
        </w:rPr>
        <w:t xml:space="preserve">[1:07:48] </w:t>
      </w:r>
      <w:r>
        <w:t>So Islam provides this belief,</w:t>
      </w:r>
    </w:p>
    <w:p>
      <w:pPr>
        <w:jc w:val="right"/>
      </w:pPr>
      <w:r>
        <w:t>So Islam provides this belief,</w:t>
      </w:r>
    </w:p>
    <w:p>
      <w:r>
        <w:rPr>
          <w:b/>
        </w:rPr>
        <w:t xml:space="preserve">[1:07:52] </w:t>
      </w:r>
      <w:r>
        <w:t>the day of judgment and hell and paradise</w:t>
      </w:r>
    </w:p>
    <w:p>
      <w:pPr>
        <w:jc w:val="right"/>
      </w:pPr>
      <w:r>
        <w:t>the day of judgment and hell and paradise</w:t>
      </w:r>
    </w:p>
    <w:p>
      <w:r>
        <w:rPr>
          <w:b/>
        </w:rPr>
        <w:t xml:space="preserve">[1:07:57] </w:t>
      </w:r>
      <w:r>
        <w:t>and God and accountability before, before God, accountability before God.</w:t>
      </w:r>
    </w:p>
    <w:p>
      <w:pPr>
        <w:jc w:val="right"/>
      </w:pPr>
      <w:r>
        <w:t>and God and accountability before, before God, accountability before God.</w:t>
      </w:r>
    </w:p>
    <w:p>
      <w:r>
        <w:rPr>
          <w:b/>
        </w:rPr>
        <w:t xml:space="preserve">[1:08:03] </w:t>
      </w:r>
      <w:r>
        <w:t>So this, this belief is called Taqwa.</w:t>
      </w:r>
    </w:p>
    <w:p>
      <w:pPr>
        <w:jc w:val="right"/>
      </w:pPr>
      <w:r>
        <w:t>So this, this belief is called Taqwa.</w:t>
      </w:r>
    </w:p>
    <w:p>
      <w:r>
        <w:rPr>
          <w:b/>
        </w:rPr>
        <w:t xml:space="preserve">[1:08:09] </w:t>
      </w:r>
      <w:r>
        <w:t>And Taqwa is the only,</w:t>
      </w:r>
    </w:p>
    <w:p>
      <w:pPr>
        <w:jc w:val="right"/>
      </w:pPr>
      <w:r>
        <w:t>And Taqwa is the only,</w:t>
      </w:r>
    </w:p>
    <w:p>
      <w:r>
        <w:rPr>
          <w:b/>
        </w:rPr>
        <w:t xml:space="preserve">[1:08:12] </w:t>
      </w:r>
      <w:r>
        <w:t>only source of,</w:t>
      </w:r>
    </w:p>
    <w:p>
      <w:pPr>
        <w:jc w:val="right"/>
      </w:pPr>
      <w:r>
        <w:t>only source of,</w:t>
      </w:r>
    </w:p>
    <w:p>
      <w:r>
        <w:rPr>
          <w:b/>
        </w:rPr>
        <w:t xml:space="preserve">[1:08:17] </w:t>
      </w:r>
      <w:r>
        <w:t>of accountability or responsibility.</w:t>
      </w:r>
    </w:p>
    <w:p>
      <w:pPr>
        <w:jc w:val="right"/>
      </w:pPr>
      <w:r>
        <w:t>of accountability or responsibility.</w:t>
      </w:r>
    </w:p>
    <w:p>
      <w:r>
        <w:rPr>
          <w:b/>
        </w:rPr>
        <w:t xml:space="preserve">[1:08:23] </w:t>
      </w:r>
      <w:r>
        <w:t>If you don't believe in God, don't believe in, in, in the day of judgment, then you will,</w:t>
      </w:r>
    </w:p>
    <w:p>
      <w:pPr>
        <w:jc w:val="right"/>
      </w:pPr>
      <w:r>
        <w:t>If you don't believe in God, don't believe in, in, in the day of judgment, then you will,</w:t>
      </w:r>
    </w:p>
    <w:p>
      <w:r>
        <w:rPr>
          <w:b/>
        </w:rPr>
        <w:t xml:space="preserve">[1:08:29] </w:t>
      </w:r>
      <w:r>
        <w:t>you will find yourself free.</w:t>
      </w:r>
    </w:p>
    <w:p>
      <w:pPr>
        <w:jc w:val="right"/>
      </w:pPr>
      <w:r>
        <w:t>you will find yourself free.</w:t>
      </w:r>
    </w:p>
    <w:p>
      <w:r>
        <w:rPr>
          <w:b/>
        </w:rPr>
        <w:t xml:space="preserve">[1:08:33] </w:t>
      </w:r>
      <w:r>
        <w:t>And you, you will, you will think that I can do anything.</w:t>
      </w:r>
    </w:p>
    <w:p>
      <w:pPr>
        <w:jc w:val="right"/>
      </w:pPr>
      <w:r>
        <w:t>And you, you will, you will think that I can do anything.</w:t>
      </w:r>
    </w:p>
    <w:p>
      <w:r>
        <w:rPr>
          <w:b/>
        </w:rPr>
        <w:t xml:space="preserve">[1:08:37] </w:t>
      </w:r>
      <w:r>
        <w:t>No one is going to persecute me.</w:t>
      </w:r>
    </w:p>
    <w:p>
      <w:pPr>
        <w:jc w:val="right"/>
      </w:pPr>
      <w:r>
        <w:t>No one is going to persecute me.</w:t>
      </w:r>
    </w:p>
    <w:p>
      <w:r>
        <w:rPr>
          <w:b/>
        </w:rPr>
        <w:t xml:space="preserve">[1:08:40] </w:t>
      </w:r>
      <w:r>
        <w:t>No one is going to punish me.</w:t>
      </w:r>
    </w:p>
    <w:p>
      <w:pPr>
        <w:jc w:val="right"/>
      </w:pPr>
      <w:r>
        <w:t>No one is going to punish me.</w:t>
      </w:r>
    </w:p>
    <w:p>
      <w:r>
        <w:rPr>
          <w:b/>
        </w:rPr>
        <w:t xml:space="preserve">[1:08:43] </w:t>
      </w:r>
      <w:r>
        <w:t>But when we believe in God,</w:t>
      </w:r>
    </w:p>
    <w:p>
      <w:pPr>
        <w:jc w:val="right"/>
      </w:pPr>
      <w:r>
        <w:t>But when we believe in God,</w:t>
      </w:r>
    </w:p>
    <w:p>
      <w:r>
        <w:rPr>
          <w:b/>
        </w:rPr>
        <w:t xml:space="preserve">[1:08:46] </w:t>
      </w:r>
      <w:r>
        <w:t>you will think that</w:t>
      </w:r>
    </w:p>
    <w:p>
      <w:pPr>
        <w:jc w:val="right"/>
      </w:pPr>
      <w:r>
        <w:t>you will think that</w:t>
      </w:r>
    </w:p>
    <w:p>
      <w:r>
        <w:rPr>
          <w:b/>
        </w:rPr>
        <w:t xml:space="preserve">[1:08:50] </w:t>
      </w:r>
      <w:r>
        <w:t>I am under, under God.</w:t>
      </w:r>
    </w:p>
    <w:p>
      <w:pPr>
        <w:jc w:val="right"/>
      </w:pPr>
      <w:r>
        <w:t>I am under, under God.</w:t>
      </w:r>
    </w:p>
    <w:p>
      <w:r>
        <w:rPr>
          <w:b/>
        </w:rPr>
        <w:t xml:space="preserve">[1:08:54] </w:t>
      </w:r>
      <w:r>
        <w:t>God will punish me.</w:t>
      </w:r>
    </w:p>
    <w:p>
      <w:pPr>
        <w:jc w:val="right"/>
      </w:pPr>
      <w:r>
        <w:t>God will punish me.</w:t>
      </w:r>
    </w:p>
    <w:p>
      <w:r>
        <w:rPr>
          <w:b/>
        </w:rPr>
        <w:t xml:space="preserve">[1:08:55] </w:t>
      </w:r>
      <w:r>
        <w:t>I am accountable to God.</w:t>
      </w:r>
    </w:p>
    <w:p>
      <w:pPr>
        <w:jc w:val="right"/>
      </w:pPr>
      <w:r>
        <w:t>I am accountable to God.</w:t>
      </w:r>
    </w:p>
    <w:p>
      <w:r>
        <w:rPr>
          <w:b/>
        </w:rPr>
        <w:t xml:space="preserve">[1:08:58] </w:t>
      </w:r>
      <w:r>
        <w:t>So this feeling,</w:t>
      </w:r>
    </w:p>
    <w:p>
      <w:pPr>
        <w:jc w:val="right"/>
      </w:pPr>
      <w:r>
        <w:t>So this feeling,</w:t>
      </w:r>
    </w:p>
    <w:p>
      <w:r>
        <w:rPr>
          <w:b/>
        </w:rPr>
        <w:t xml:space="preserve">[1:09:01] </w:t>
      </w:r>
      <w:r>
        <w:t>this feeling will,</w:t>
      </w:r>
    </w:p>
    <w:p>
      <w:pPr>
        <w:jc w:val="right"/>
      </w:pPr>
      <w:r>
        <w:t>this feeling will,</w:t>
      </w:r>
    </w:p>
    <w:p>
      <w:r>
        <w:rPr>
          <w:b/>
        </w:rPr>
        <w:t xml:space="preserve">[1:09:06] </w:t>
      </w:r>
      <w:r>
        <w:t>this feeling will work as a check in your life.</w:t>
      </w:r>
    </w:p>
    <w:p>
      <w:pPr>
        <w:jc w:val="right"/>
      </w:pPr>
      <w:r>
        <w:t>this feeling will work as a check in your life.</w:t>
      </w:r>
    </w:p>
    <w:p>
      <w:r>
        <w:rPr>
          <w:b/>
        </w:rPr>
        <w:t xml:space="preserve">[1:09:13] </w:t>
      </w:r>
      <w:r>
        <w:t>You, this feeling will control your life.</w:t>
      </w:r>
    </w:p>
    <w:p>
      <w:pPr>
        <w:jc w:val="right"/>
      </w:pPr>
      <w:r>
        <w:t>You, this feeling will control your life.</w:t>
      </w:r>
    </w:p>
    <w:p>
      <w:r>
        <w:rPr>
          <w:b/>
        </w:rPr>
        <w:t xml:space="preserve">[1:09:19] </w:t>
      </w:r>
      <w:r>
        <w:t>This feeling will serve as a, as a</w:t>
      </w:r>
    </w:p>
    <w:p>
      <w:pPr>
        <w:jc w:val="right"/>
      </w:pPr>
      <w:r>
        <w:t>This feeling will serve as a, as a</w:t>
      </w:r>
    </w:p>
    <w:p>
      <w:r>
        <w:rPr>
          <w:b/>
        </w:rPr>
        <w:t xml:space="preserve">[1:09:23] </w:t>
      </w:r>
      <w:r>
        <w:t>character control. So Islamic belief is very</w:t>
      </w:r>
    </w:p>
    <w:p>
      <w:pPr>
        <w:jc w:val="right"/>
      </w:pPr>
      <w:r>
        <w:t>character control. So Islamic belief is very</w:t>
      </w:r>
    </w:p>
    <w:p>
      <w:r>
        <w:rPr>
          <w:b/>
        </w:rPr>
        <w:t xml:space="preserve">[1:09:32] </w:t>
      </w:r>
      <w:r>
        <w:t>important to maintain people on, on the moral</w:t>
      </w:r>
    </w:p>
    <w:p>
      <w:pPr>
        <w:jc w:val="right"/>
      </w:pPr>
      <w:r>
        <w:t>important to maintain people on, on the moral</w:t>
      </w:r>
    </w:p>
    <w:p>
      <w:r>
        <w:rPr>
          <w:b/>
        </w:rPr>
        <w:t xml:space="preserve">[1:09:39] </w:t>
      </w:r>
      <w:r>
        <w:t>and good moral conduct.</w:t>
      </w:r>
    </w:p>
    <w:p>
      <w:pPr>
        <w:jc w:val="right"/>
      </w:pPr>
      <w:r>
        <w:t>and good moral conduct.</w:t>
      </w:r>
    </w:p>
    <w:p>
      <w:r>
        <w:rPr>
          <w:b/>
        </w:rPr>
        <w:t xml:space="preserve">[1:09:43] </w:t>
      </w:r>
      <w:r>
        <w:t>according to islamic belief, quran is the word of god. how can we believe that quran is actually the word of god?</w:t>
      </w:r>
    </w:p>
    <w:p>
      <w:pPr>
        <w:jc w:val="right"/>
      </w:pPr>
      <w:r>
        <w:t>अकॉर्डिंग टू इस्लामिक बिलीफ, कुरान इज़ द वर्ड ऑफ गॉड। हाउ कैन वी बिलीव दैट कुरान इज़ एक्चुअली द वर्ड ऑफ गॉड?</w:t>
      </w:r>
    </w:p>
    <w:p>
      <w:r>
        <w:rPr>
          <w:b/>
        </w:rPr>
        <w:t xml:space="preserve">[1:09:54] </w:t>
      </w:r>
      <w:r>
        <w:t>I will publish some book on this subject.</w:t>
      </w:r>
    </w:p>
    <w:p>
      <w:pPr>
        <w:jc w:val="right"/>
      </w:pPr>
      <w:r>
        <w:t>I will publish some book on this subject.</w:t>
      </w:r>
    </w:p>
    <w:p>
      <w:r>
        <w:rPr>
          <w:b/>
        </w:rPr>
        <w:t xml:space="preserve">[1:09:58] </w:t>
      </w:r>
      <w:r>
        <w:t>The, first of all, you have to set the criterion.</w:t>
      </w:r>
    </w:p>
    <w:p>
      <w:pPr>
        <w:jc w:val="right"/>
      </w:pPr>
      <w:r>
        <w:t>The, first of all, you have to set the criterion.</w:t>
      </w:r>
    </w:p>
    <w:p>
      <w:r>
        <w:rPr>
          <w:b/>
        </w:rPr>
        <w:t xml:space="preserve">[1:10:07] </w:t>
      </w:r>
      <w:r>
        <w:t>You have to, you have to set some criterion, criterion, and then judge on this criterion.</w:t>
      </w:r>
    </w:p>
    <w:p>
      <w:pPr>
        <w:jc w:val="right"/>
      </w:pPr>
      <w:r>
        <w:t>You have to, you have to set some criterion, criterion, and then judge on this criterion.</w:t>
      </w:r>
    </w:p>
    <w:p>
      <w:r>
        <w:rPr>
          <w:b/>
        </w:rPr>
        <w:t xml:space="preserve">[1:10:14] </w:t>
      </w:r>
      <w:r>
        <w:t>Quran itself gives the criterion.</w:t>
      </w:r>
    </w:p>
    <w:p>
      <w:pPr>
        <w:jc w:val="right"/>
      </w:pPr>
      <w:r>
        <w:t>Quran itself gives the criterion.</w:t>
      </w:r>
    </w:p>
    <w:p>
      <w:r>
        <w:rPr>
          <w:b/>
        </w:rPr>
        <w:t xml:space="preserve">[1:10:22] </w:t>
      </w:r>
      <w:r>
        <w:t>It means that</w:t>
      </w:r>
    </w:p>
    <w:p>
      <w:pPr>
        <w:jc w:val="right"/>
      </w:pPr>
      <w:r>
        <w:t>It means that</w:t>
      </w:r>
    </w:p>
    <w:p>
      <w:r>
        <w:rPr>
          <w:b/>
        </w:rPr>
        <w:t xml:space="preserve">[1:10:26] </w:t>
      </w:r>
      <w:r>
        <w:t>inconsistency. In Quran, you cannot find any inconsistency.</w:t>
      </w:r>
    </w:p>
    <w:p>
      <w:pPr>
        <w:jc w:val="right"/>
      </w:pPr>
      <w:r>
        <w:t>inconsistency. In Quran, you cannot find any inconsistency.</w:t>
      </w:r>
    </w:p>
    <w:p>
      <w:r>
        <w:rPr>
          <w:b/>
        </w:rPr>
        <w:t xml:space="preserve">[1:10:34] </w:t>
      </w:r>
      <w:r>
        <w:t>And this is the proof that Quran is the word of God.</w:t>
      </w:r>
    </w:p>
    <w:p>
      <w:pPr>
        <w:jc w:val="right"/>
      </w:pPr>
      <w:r>
        <w:t>And this is the proof that Quran is the word of God.</w:t>
      </w:r>
    </w:p>
    <w:p>
      <w:r>
        <w:rPr>
          <w:b/>
        </w:rPr>
        <w:t xml:space="preserve">[1:10:37] </w:t>
      </w:r>
      <w:r>
        <w:t>Now, what is incons</w:t>
      </w:r>
    </w:p>
    <w:p>
      <w:pPr>
        <w:jc w:val="right"/>
      </w:pPr>
      <w:r>
        <w:t>Now, what is incons</w:t>
      </w:r>
    </w:p>
    <w:p>
      <w:r>
        <w:rPr>
          <w:b/>
        </w:rPr>
        <w:t xml:space="preserve">[1:10:39] </w:t>
      </w:r>
      <w:r>
        <w:t>istency? It is that Quran is,</w:t>
      </w:r>
    </w:p>
    <w:p>
      <w:pPr>
        <w:jc w:val="right"/>
      </w:pPr>
      <w:r>
        <w:t>istency? It is that Quran is,</w:t>
      </w:r>
    </w:p>
    <w:p>
      <w:r>
        <w:rPr>
          <w:b/>
        </w:rPr>
        <w:t xml:space="preserve">[1:10:45] </w:t>
      </w:r>
      <w:r>
        <w:t>there are, Quran is a book that was revealed in, in the first quarter of 7th century.</w:t>
      </w:r>
    </w:p>
    <w:p>
      <w:pPr>
        <w:jc w:val="right"/>
      </w:pPr>
      <w:r>
        <w:t>there are, Quran is a book that was revealed in, in the first quarter of 7th century.</w:t>
      </w:r>
    </w:p>
    <w:p>
      <w:r>
        <w:rPr>
          <w:b/>
        </w:rPr>
        <w:t xml:space="preserve">[1:10:54] </w:t>
      </w:r>
      <w:r>
        <w:t>Now, now after several hundred years,</w:t>
      </w:r>
    </w:p>
    <w:p>
      <w:pPr>
        <w:jc w:val="right"/>
      </w:pPr>
      <w:r>
        <w:t>Now, now after several hundred years,</w:t>
      </w:r>
    </w:p>
    <w:p>
      <w:r>
        <w:rPr>
          <w:b/>
        </w:rPr>
        <w:t xml:space="preserve">[1:10:58] </w:t>
      </w:r>
      <w:r>
        <w:t>now advent of science was very,</w:t>
      </w:r>
    </w:p>
    <w:p>
      <w:pPr>
        <w:jc w:val="right"/>
      </w:pPr>
      <w:r>
        <w:t>now advent of science was very,</w:t>
      </w:r>
    </w:p>
    <w:p>
      <w:r>
        <w:rPr>
          <w:b/>
        </w:rPr>
        <w:t xml:space="preserve">[1:11:04] </w:t>
      </w:r>
      <w:r>
        <w:t>very late. So science has discovered so many things.</w:t>
      </w:r>
    </w:p>
    <w:p>
      <w:pPr>
        <w:jc w:val="right"/>
      </w:pPr>
      <w:r>
        <w:t>very late. So science has discovered so many things.</w:t>
      </w:r>
    </w:p>
    <w:p>
      <w:r>
        <w:rPr>
          <w:b/>
        </w:rPr>
        <w:t xml:space="preserve">[1:11:08] </w:t>
      </w:r>
      <w:r>
        <w:t>But when you study Quran and when you compare Quran with these scientific discoveries,</w:t>
      </w:r>
    </w:p>
    <w:p>
      <w:pPr>
        <w:jc w:val="right"/>
      </w:pPr>
      <w:r>
        <w:t>But when you study Quran and when you compare Quran with these scientific discoveries,</w:t>
      </w:r>
    </w:p>
    <w:p>
      <w:r>
        <w:rPr>
          <w:b/>
        </w:rPr>
        <w:t xml:space="preserve">[1:11:16] </w:t>
      </w:r>
      <w:r>
        <w:t>you can, you, you will find that there is no inconsistency.</w:t>
      </w:r>
    </w:p>
    <w:p>
      <w:pPr>
        <w:jc w:val="right"/>
      </w:pPr>
      <w:r>
        <w:t>you can, you, you will find that there is no inconsistency.</w:t>
      </w:r>
    </w:p>
    <w:p>
      <w:r>
        <w:rPr>
          <w:b/>
        </w:rPr>
        <w:t xml:space="preserve">[1:11:19] </w:t>
      </w:r>
      <w:r>
        <w:t>There is no contradiction.</w:t>
      </w:r>
    </w:p>
    <w:p>
      <w:pPr>
        <w:jc w:val="right"/>
      </w:pPr>
      <w:r>
        <w:t>There is no contradiction.</w:t>
      </w:r>
    </w:p>
    <w:p>
      <w:r>
        <w:rPr>
          <w:b/>
        </w:rPr>
        <w:t xml:space="preserve">[1:11:23] </w:t>
      </w:r>
      <w:r>
        <w:t>This phenomena proved that God is, that Quran is the word of God because other than God, no</w:t>
      </w:r>
    </w:p>
    <w:p>
      <w:pPr>
        <w:jc w:val="right"/>
      </w:pPr>
      <w:r>
        <w:t>This phenomena proved that God is, that Quran is the word of God because other than God, no</w:t>
      </w:r>
    </w:p>
    <w:p>
      <w:r>
        <w:rPr>
          <w:b/>
        </w:rPr>
        <w:t xml:space="preserve">[1:11:30] </w:t>
      </w:r>
      <w:r>
        <w:t>one is able,</w:t>
      </w:r>
    </w:p>
    <w:p>
      <w:pPr>
        <w:jc w:val="right"/>
      </w:pPr>
      <w:r>
        <w:t>one is able,</w:t>
      </w:r>
    </w:p>
    <w:p>
      <w:r>
        <w:rPr>
          <w:b/>
        </w:rPr>
        <w:t xml:space="preserve">[1:11:33] </w:t>
      </w:r>
      <w:r>
        <w:t>other than God, no one was able to know these facts in 7th century.</w:t>
      </w:r>
    </w:p>
    <w:p>
      <w:pPr>
        <w:jc w:val="right"/>
      </w:pPr>
      <w:r>
        <w:t>other than God, no one was able to know these facts in 7th century.</w:t>
      </w:r>
    </w:p>
    <w:p>
      <w:r>
        <w:rPr>
          <w:b/>
        </w:rPr>
        <w:t xml:space="preserve">[1:11:42] </w:t>
      </w:r>
      <w:r>
        <w:t>So this is the criterion.</w:t>
      </w:r>
    </w:p>
    <w:p>
      <w:pPr>
        <w:jc w:val="right"/>
      </w:pPr>
      <w:r>
        <w:t>So this is the criterion.</w:t>
      </w:r>
    </w:p>
    <w:p>
      <w:r>
        <w:rPr>
          <w:b/>
        </w:rPr>
        <w:t xml:space="preserve">[1:11:45] </w:t>
      </w:r>
      <w:r>
        <w:t>Quran itself present this criterion</w:t>
      </w:r>
    </w:p>
    <w:p>
      <w:pPr>
        <w:jc w:val="right"/>
      </w:pPr>
      <w:r>
        <w:t>Quran itself present this criterion</w:t>
      </w:r>
    </w:p>
    <w:p>
      <w:r>
        <w:rPr>
          <w:b/>
        </w:rPr>
        <w:t xml:space="preserve">[1:11:51] </w:t>
      </w:r>
      <w:r>
        <w:t>that you see Quran and you see the external knowledge and you will find that there is no</w:t>
      </w:r>
    </w:p>
    <w:p>
      <w:pPr>
        <w:jc w:val="right"/>
      </w:pPr>
      <w:r>
        <w:t>that you see Quran and you see the external knowledge and you will find that there is no</w:t>
      </w:r>
    </w:p>
    <w:p>
      <w:r>
        <w:rPr>
          <w:b/>
        </w:rPr>
        <w:t xml:space="preserve">[1:11:58] </w:t>
      </w:r>
      <w:r>
        <w:t>contradiction, there is no inconsistency between the two.</w:t>
      </w:r>
    </w:p>
    <w:p>
      <w:pPr>
        <w:jc w:val="right"/>
      </w:pPr>
      <w:r>
        <w:t>contradiction, there is no inconsistency between the two.</w:t>
      </w:r>
    </w:p>
    <w:p>
      <w:r>
        <w:rPr>
          <w:b/>
        </w:rPr>
        <w:t xml:space="preserve">[1:12:03] </w:t>
      </w:r>
      <w:r>
        <w:t>So this proved that Quran, the author of, the author of Quran</w:t>
      </w:r>
    </w:p>
    <w:p>
      <w:pPr>
        <w:jc w:val="right"/>
      </w:pPr>
      <w:r>
        <w:t>So this proved that Quran, the author of, the author of Quran</w:t>
      </w:r>
    </w:p>
    <w:p>
      <w:r>
        <w:rPr>
          <w:b/>
        </w:rPr>
        <w:t xml:space="preserve">[1:12:09] </w:t>
      </w:r>
      <w:r>
        <w:t>is God who knows the, those things which were hidden in, in future.</w:t>
      </w:r>
    </w:p>
    <w:p>
      <w:pPr>
        <w:jc w:val="right"/>
      </w:pPr>
      <w:r>
        <w:t>is God who knows the, those things which were hidden in, in future.</w:t>
      </w:r>
    </w:p>
    <w:p>
      <w:r>
        <w:rPr>
          <w:b/>
        </w:rPr>
        <w:t xml:space="preserve">[1:12:18] </w:t>
      </w:r>
      <w:r>
        <w:t>So I think this is a, this is a clear proof</w:t>
      </w:r>
    </w:p>
    <w:p>
      <w:pPr>
        <w:jc w:val="right"/>
      </w:pPr>
      <w:r>
        <w:t>So I think this is a, this is a clear proof</w:t>
      </w:r>
    </w:p>
    <w:p>
      <w:r>
        <w:rPr>
          <w:b/>
        </w:rPr>
        <w:t xml:space="preserve">[1:12:22] </w:t>
      </w:r>
      <w:r>
        <w:t>that Quran is the word of God.</w:t>
      </w:r>
    </w:p>
    <w:p>
      <w:pPr>
        <w:jc w:val="right"/>
      </w:pPr>
      <w:r>
        <w:t>that Quran is the word of God.</w:t>
      </w:r>
    </w:p>
    <w:p>
      <w:r>
        <w:rPr>
          <w:b/>
        </w:rPr>
        <w:t xml:space="preserve">[1:12:24] </w:t>
      </w:r>
      <w:r>
        <w:t>you mentioned that quran was revealed in the first quarter of the seventh century. do you think that quran is as applicable today as it was in the first quarter of the seventh century?</w:t>
      </w:r>
    </w:p>
    <w:p>
      <w:pPr>
        <w:jc w:val="right"/>
      </w:pPr>
      <w:r>
        <w:t>यू मेंशन दैट कुरान वाज़ रिवील्ड इन द फर्स्ट क्वार्टर ऑफ द सेवंथ सेंचुरी। डू यू थिंक दैट कुरान इज़ एज एप्लीकेबल टुडे एज इट वाज़ इन द फर्स्ट क्वार्टर ऑफ द सेवंथ सेंचुरी?</w:t>
      </w:r>
    </w:p>
    <w:p>
      <w:r>
        <w:rPr>
          <w:b/>
        </w:rPr>
        <w:t xml:space="preserve">[1:12:36] </w:t>
      </w:r>
      <w:r>
        <w:t>Yes. Because Quran is a book of,</w:t>
      </w:r>
    </w:p>
    <w:p>
      <w:pPr>
        <w:jc w:val="right"/>
      </w:pPr>
      <w:r>
        <w:t>Yes. Because Quran is a book of,</w:t>
      </w:r>
    </w:p>
    <w:p>
      <w:r>
        <w:rPr>
          <w:b/>
        </w:rPr>
        <w:t xml:space="preserve">[1:12:42] </w:t>
      </w:r>
      <w:r>
        <w:t>book of principles,</w:t>
      </w:r>
    </w:p>
    <w:p>
      <w:pPr>
        <w:jc w:val="right"/>
      </w:pPr>
      <w:r>
        <w:t>book of principles,</w:t>
      </w:r>
    </w:p>
    <w:p>
      <w:r>
        <w:rPr>
          <w:b/>
        </w:rPr>
        <w:t xml:space="preserve">[1:12:46] </w:t>
      </w:r>
      <w:r>
        <w:t>principle, eternal principles.</w:t>
      </w:r>
    </w:p>
    <w:p>
      <w:pPr>
        <w:jc w:val="right"/>
      </w:pPr>
      <w:r>
        <w:t>principle, eternal principles.</w:t>
      </w:r>
    </w:p>
    <w:p>
      <w:r>
        <w:rPr>
          <w:b/>
        </w:rPr>
        <w:t xml:space="preserve">[1:12:48] </w:t>
      </w:r>
      <w:r>
        <w:t>In Quran, there is, Quran is a very, Quran is relatively a small book.</w:t>
      </w:r>
    </w:p>
    <w:p>
      <w:pPr>
        <w:jc w:val="right"/>
      </w:pPr>
      <w:r>
        <w:t>In Quran, there is, Quran is a very, Quran is relatively a small book.</w:t>
      </w:r>
    </w:p>
    <w:p>
      <w:r>
        <w:rPr>
          <w:b/>
        </w:rPr>
        <w:t xml:space="preserve">[1:12:57] </w:t>
      </w:r>
      <w:r>
        <w:t>Quran is relatively a small book.</w:t>
      </w:r>
    </w:p>
    <w:p>
      <w:pPr>
        <w:jc w:val="right"/>
      </w:pPr>
      <w:r>
        <w:t>Quran is relatively a small book.</w:t>
      </w:r>
    </w:p>
    <w:p>
      <w:r>
        <w:rPr>
          <w:b/>
        </w:rPr>
        <w:t xml:space="preserve">[1:13:00] </w:t>
      </w:r>
      <w:r>
        <w:t>And if you read Quran, you will find that Quran deals only,</w:t>
      </w:r>
    </w:p>
    <w:p>
      <w:pPr>
        <w:jc w:val="right"/>
      </w:pPr>
      <w:r>
        <w:t>And if you read Quran, you will find that Quran deals only,</w:t>
      </w:r>
    </w:p>
    <w:p>
      <w:r>
        <w:rPr>
          <w:b/>
        </w:rPr>
        <w:t xml:space="preserve">[1:13:06] </w:t>
      </w:r>
      <w:r>
        <w:t>only the principles, only fundamentals,</w:t>
      </w:r>
    </w:p>
    <w:p>
      <w:pPr>
        <w:jc w:val="right"/>
      </w:pPr>
      <w:r>
        <w:t>only the principles, only fundamentals,</w:t>
      </w:r>
    </w:p>
    <w:p>
      <w:r>
        <w:rPr>
          <w:b/>
        </w:rPr>
        <w:t xml:space="preserve">[1:13:11] </w:t>
      </w:r>
      <w:r>
        <w:t>not details. There is no detail in the Quran.</w:t>
      </w:r>
    </w:p>
    <w:p>
      <w:pPr>
        <w:jc w:val="right"/>
      </w:pPr>
      <w:r>
        <w:t>not details. There is no detail in the Quran.</w:t>
      </w:r>
    </w:p>
    <w:p>
      <w:r>
        <w:rPr>
          <w:b/>
        </w:rPr>
        <w:t xml:space="preserve">[1:13:15] </w:t>
      </w:r>
      <w:r>
        <w:t>Even the detail of namaz is not there, detail of hajj is not there.</w:t>
      </w:r>
    </w:p>
    <w:p>
      <w:pPr>
        <w:jc w:val="right"/>
      </w:pPr>
      <w:r>
        <w:t>Even the detail of namaz is not there, detail of hajj is not there.</w:t>
      </w:r>
    </w:p>
    <w:p>
      <w:r>
        <w:rPr>
          <w:b/>
        </w:rPr>
        <w:t xml:space="preserve">[1:13:20] </w:t>
      </w:r>
      <w:r>
        <w:t>So Quran always deals with, with principles and principles are eternal,</w:t>
      </w:r>
    </w:p>
    <w:p>
      <w:pPr>
        <w:jc w:val="right"/>
      </w:pPr>
      <w:r>
        <w:t>So Quran always deals with, with principles and principles are eternal,</w:t>
      </w:r>
    </w:p>
    <w:p>
      <w:r>
        <w:rPr>
          <w:b/>
        </w:rPr>
        <w:t xml:space="preserve">[1:13:28] </w:t>
      </w:r>
      <w:r>
        <w:t>eternal. For example, Quran says, "Alhamdulillahi Rabbil Alamin."</w:t>
      </w:r>
    </w:p>
    <w:p>
      <w:pPr>
        <w:jc w:val="right"/>
      </w:pPr>
      <w:r>
        <w:t>eternal. For example, Quran says, "Alhamdulillahi Rabbil Alamin."</w:t>
      </w:r>
    </w:p>
    <w:p>
      <w:r>
        <w:rPr>
          <w:b/>
        </w:rPr>
        <w:t xml:space="preserve">[1:13:33] </w:t>
      </w:r>
      <w:r>
        <w:t>O man, you have to acknowledge God.</w:t>
      </w:r>
    </w:p>
    <w:p>
      <w:pPr>
        <w:jc w:val="right"/>
      </w:pPr>
      <w:r>
        <w:t>O man, you have to acknowledge God.</w:t>
      </w:r>
    </w:p>
    <w:p>
      <w:r>
        <w:rPr>
          <w:b/>
        </w:rPr>
        <w:t xml:space="preserve">[1:13:37] </w:t>
      </w:r>
      <w:r>
        <w:t>This is the first verse of the Quran.</w:t>
      </w:r>
    </w:p>
    <w:p>
      <w:pPr>
        <w:jc w:val="right"/>
      </w:pPr>
      <w:r>
        <w:t>This is the first verse of the Quran.</w:t>
      </w:r>
    </w:p>
    <w:p>
      <w:r>
        <w:rPr>
          <w:b/>
        </w:rPr>
        <w:t xml:space="preserve">[1:13:41] </w:t>
      </w:r>
      <w:r>
        <w:t>"Alhamdulillahi Rabbil Alamin."</w:t>
      </w:r>
    </w:p>
    <w:p>
      <w:pPr>
        <w:jc w:val="right"/>
      </w:pPr>
      <w:r>
        <w:t>"Alhamdulillahi Rabbil Alamin."</w:t>
      </w:r>
    </w:p>
    <w:p>
      <w:r>
        <w:rPr>
          <w:b/>
        </w:rPr>
        <w:t xml:space="preserve">[1:13:43] </w:t>
      </w:r>
      <w:r>
        <w:t>O man, you have to acknowledge the Lord of the universe.</w:t>
      </w:r>
    </w:p>
    <w:p>
      <w:pPr>
        <w:jc w:val="right"/>
      </w:pPr>
      <w:r>
        <w:t>O man, you have to acknowledge the Lord of the universe.</w:t>
      </w:r>
    </w:p>
    <w:p>
      <w:r>
        <w:rPr>
          <w:b/>
        </w:rPr>
        <w:t xml:space="preserve">[1:13:48] </w:t>
      </w:r>
      <w:r>
        <w:t>You have to acknowledge God.</w:t>
      </w:r>
    </w:p>
    <w:p>
      <w:pPr>
        <w:jc w:val="right"/>
      </w:pPr>
      <w:r>
        <w:t>You have to acknowledge God.</w:t>
      </w:r>
    </w:p>
    <w:p>
      <w:r>
        <w:rPr>
          <w:b/>
        </w:rPr>
        <w:t xml:space="preserve">[1:13:51] </w:t>
      </w:r>
      <w:r>
        <w:t>So it is eternal.</w:t>
      </w:r>
    </w:p>
    <w:p>
      <w:pPr>
        <w:jc w:val="right"/>
      </w:pPr>
      <w:r>
        <w:t>So it is eternal.</w:t>
      </w:r>
    </w:p>
    <w:p>
      <w:r>
        <w:rPr>
          <w:b/>
        </w:rPr>
        <w:t xml:space="preserve">[1:13:52] </w:t>
      </w:r>
      <w:r>
        <w:t>It is eternal principle.</w:t>
      </w:r>
    </w:p>
    <w:p>
      <w:pPr>
        <w:jc w:val="right"/>
      </w:pPr>
      <w:r>
        <w:t>It is eternal principle.</w:t>
      </w:r>
    </w:p>
    <w:p>
      <w:r>
        <w:rPr>
          <w:b/>
        </w:rPr>
        <w:t xml:space="preserve">[1:13:57] </w:t>
      </w:r>
      <w:r>
        <w:t>So this kind of principle cannot be irrelevant in any time because it is eternal.</w:t>
      </w:r>
    </w:p>
    <w:p>
      <w:pPr>
        <w:jc w:val="right"/>
      </w:pPr>
      <w:r>
        <w:t>So this kind of principle cannot be irrelevant in any time because it is eternal.</w:t>
      </w:r>
    </w:p>
    <w:p>
      <w:r>
        <w:rPr>
          <w:b/>
        </w:rPr>
        <w:t xml:space="preserve">[1:14:05] </w:t>
      </w:r>
      <w:r>
        <w:t>So the whole Quran deals with eternal principles.</w:t>
      </w:r>
    </w:p>
    <w:p>
      <w:pPr>
        <w:jc w:val="right"/>
      </w:pPr>
      <w:r>
        <w:t>So the whole Quran deals with eternal principles.</w:t>
      </w:r>
    </w:p>
    <w:p>
      <w:r>
        <w:rPr>
          <w:b/>
        </w:rPr>
        <w:t xml:space="preserve">[1:14:10] </w:t>
      </w:r>
      <w:r>
        <w:t>So this, this question is irrelevant in relation to the Quran.</w:t>
      </w:r>
    </w:p>
    <w:p>
      <w:pPr>
        <w:jc w:val="right"/>
      </w:pPr>
      <w:r>
        <w:t>So this, this question is irrelevant in relation to the Quran.</w:t>
      </w:r>
    </w:p>
    <w:p>
      <w:r>
        <w:rPr>
          <w:b/>
        </w:rPr>
        <w:t xml:space="preserve">[1:14:16] </w:t>
      </w:r>
      <w:r>
        <w:t>can we call quran to be an encyclopedia of life? no, no, not at all. quran is not an encyclopedia. quran is a book of guidance. you know, what is encyclopedia?</w:t>
      </w:r>
    </w:p>
    <w:p>
      <w:pPr>
        <w:jc w:val="right"/>
      </w:pPr>
      <w:r>
        <w:t>कैन वी कॉल कुरान टू बी एन एनसाइक्लोपीडिया ऑफ लाइफ? नो, नो, नॉट एट ऑल। कुरान इज़ नॉट एन एनसाइक्लोपीडिया। कुरान इज़ अ बुक ऑफ गाइडेंस। यू नो, व्हाट इज़ एनसाइक्लोपीडिया?</w:t>
      </w:r>
    </w:p>
    <w:p>
      <w:r>
        <w:rPr>
          <w:b/>
        </w:rPr>
        <w:t xml:space="preserve">[1:14:31] </w:t>
      </w:r>
      <w:r>
        <w:t>Encyclopedia means book of knowledge, book, book of all kind of knowledge.</w:t>
      </w:r>
    </w:p>
    <w:p>
      <w:pPr>
        <w:jc w:val="right"/>
      </w:pPr>
      <w:r>
        <w:t>Encyclopedia means book of knowledge, book, book of all kind of knowledge.</w:t>
      </w:r>
    </w:p>
    <w:p>
      <w:r>
        <w:rPr>
          <w:b/>
        </w:rPr>
        <w:t xml:space="preserve">[1:14:38] </w:t>
      </w:r>
      <w:r>
        <w:t>So Quran is not a book in this sense.</w:t>
      </w:r>
    </w:p>
    <w:p>
      <w:pPr>
        <w:jc w:val="right"/>
      </w:pPr>
      <w:r>
        <w:t>So Quran is not a book in this sense.</w:t>
      </w:r>
    </w:p>
    <w:p>
      <w:r>
        <w:rPr>
          <w:b/>
        </w:rPr>
        <w:t xml:space="preserve">[1:14:43] </w:t>
      </w:r>
      <w:r>
        <w:t>Quran is not a book of knowledge.</w:t>
      </w:r>
    </w:p>
    <w:p>
      <w:pPr>
        <w:jc w:val="right"/>
      </w:pPr>
      <w:r>
        <w:t>Quran is not a book of knowledge.</w:t>
      </w:r>
    </w:p>
    <w:p>
      <w:r>
        <w:rPr>
          <w:b/>
        </w:rPr>
        <w:t xml:space="preserve">[1:14:45] </w:t>
      </w:r>
      <w:r>
        <w:t>Quran is a book of guidance.</w:t>
      </w:r>
    </w:p>
    <w:p>
      <w:pPr>
        <w:jc w:val="right"/>
      </w:pPr>
      <w:r>
        <w:t>Quran is a book of guidance.</w:t>
      </w:r>
    </w:p>
    <w:p>
      <w:r>
        <w:rPr>
          <w:b/>
        </w:rPr>
        <w:t xml:space="preserve">[1:14:51] </w:t>
      </w:r>
      <w:r>
        <w:t>So you cannot find all kind of detail in the Quran.</w:t>
      </w:r>
    </w:p>
    <w:p>
      <w:pPr>
        <w:jc w:val="right"/>
      </w:pPr>
      <w:r>
        <w:t>So you cannot find all kind of detail in the Quran.</w:t>
      </w:r>
    </w:p>
    <w:p>
      <w:r>
        <w:rPr>
          <w:b/>
        </w:rPr>
        <w:t xml:space="preserve">[1:14:56] </w:t>
      </w:r>
      <w:r>
        <w:t>For example, if you want to know how many provinces are in India, you cannot find in the</w:t>
      </w:r>
    </w:p>
    <w:p>
      <w:pPr>
        <w:jc w:val="right"/>
      </w:pPr>
      <w:r>
        <w:t>For example, if you want to know how many provinces are in India, you cannot find in the</w:t>
      </w:r>
    </w:p>
    <w:p>
      <w:r>
        <w:rPr>
          <w:b/>
        </w:rPr>
        <w:t xml:space="preserve">[1:15:02] </w:t>
      </w:r>
      <w:r>
        <w:t>Quran. But in, in, in encyclopedia you can find</w:t>
      </w:r>
    </w:p>
    <w:p>
      <w:pPr>
        <w:jc w:val="right"/>
      </w:pPr>
      <w:r>
        <w:t>Quran. But in, in, in encyclopedia you can find</w:t>
      </w:r>
    </w:p>
    <w:p>
      <w:r>
        <w:rPr>
          <w:b/>
        </w:rPr>
        <w:t xml:space="preserve">[1:15:08] </w:t>
      </w:r>
      <w:r>
        <w:t>how many districts are in the, in India, how many provinces are in India.</w:t>
      </w:r>
    </w:p>
    <w:p>
      <w:pPr>
        <w:jc w:val="right"/>
      </w:pPr>
      <w:r>
        <w:t>how many districts are in the, in India, how many provinces are in India.</w:t>
      </w:r>
    </w:p>
    <w:p>
      <w:r>
        <w:rPr>
          <w:b/>
        </w:rPr>
        <w:t xml:space="preserve">[1:15:12] </w:t>
      </w:r>
      <w:r>
        <w:t>You can find in the, in the, in the encyclopedia.</w:t>
      </w:r>
    </w:p>
    <w:p>
      <w:pPr>
        <w:jc w:val="right"/>
      </w:pPr>
      <w:r>
        <w:t>You can find in the, in the, in the encyclopedia.</w:t>
      </w:r>
    </w:p>
    <w:p>
      <w:r>
        <w:rPr>
          <w:b/>
        </w:rPr>
        <w:t xml:space="preserve">[1:15:17] </w:t>
      </w:r>
      <w:r>
        <w:t>But this, but you cannot find this question, answer to this question in the Quran.</w:t>
      </w:r>
    </w:p>
    <w:p>
      <w:pPr>
        <w:jc w:val="right"/>
      </w:pPr>
      <w:r>
        <w:t>But this, but you cannot find this question, answer to this question in the Quran.</w:t>
      </w:r>
    </w:p>
    <w:p>
      <w:r>
        <w:rPr>
          <w:b/>
        </w:rPr>
        <w:t xml:space="preserve">[1:15:31] </w:t>
      </w:r>
      <w:r>
        <w:t>So Quran is</w:t>
      </w:r>
    </w:p>
    <w:p>
      <w:pPr>
        <w:jc w:val="right"/>
      </w:pPr>
      <w:r>
        <w:t>So Quran is</w:t>
      </w:r>
    </w:p>
    <w:p>
      <w:r>
        <w:rPr>
          <w:b/>
        </w:rPr>
        <w:t xml:space="preserve">[1:15:34] </w:t>
      </w:r>
      <w:r>
        <w:t>a book of guidance, not</w:t>
      </w:r>
    </w:p>
    <w:p>
      <w:pPr>
        <w:jc w:val="right"/>
      </w:pPr>
      <w:r>
        <w:t>a book of guidance, not</w:t>
      </w:r>
    </w:p>
    <w:p>
      <w:r>
        <w:rPr>
          <w:b/>
        </w:rPr>
        <w:t xml:space="preserve">[1:15:38] </w:t>
      </w:r>
      <w:r>
        <w:t>a book of encyclopedia.</w:t>
      </w:r>
    </w:p>
    <w:p>
      <w:pPr>
        <w:jc w:val="right"/>
      </w:pPr>
      <w:r>
        <w:t>a book of encyclopedia.</w:t>
      </w:r>
    </w:p>
    <w:p>
      <w:r>
        <w:rPr>
          <w:b/>
        </w:rPr>
        <w:t xml:space="preserve">[1:15:43] </w:t>
      </w:r>
      <w:r>
        <w:t>thank you very much, Maulana Wahiduddin Khan sahib, for being with us and sharing your views. Thank you.</w:t>
      </w:r>
    </w:p>
    <w:p>
      <w:pPr>
        <w:jc w:val="right"/>
      </w:pPr>
      <w:r>
        <w:t>थैंक यू वेरी मच, मुलाना वैदुद्दीन खान साहब, फॉर बीइंग विद अस एंड शेयरिंग योर व्यूज।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