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Quran in Scientific Age 06 10 2006</w:t>
      </w:r>
    </w:p>
    <w:p>
      <w:r>
        <w:t>https://www.youtube.com/watch?v=eghOA9mO_Rw</w:t>
      </w:r>
    </w:p>
    <w:p>
      <w:r>
        <w:rPr>
          <w:b/>
        </w:rPr>
        <w:t xml:space="preserve">[00:21] </w:t>
      </w:r>
      <w:r>
        <w:t>Bismillah hir rahman nir rahim,</w:t>
      </w:r>
    </w:p>
    <w:p>
      <w:pPr>
        <w:jc w:val="right"/>
      </w:pPr>
      <w:r>
        <w:t>بسم اللہ الرحمن الرحیم،</w:t>
      </w:r>
    </w:p>
    <w:p>
      <w:r>
        <w:rPr>
          <w:b/>
        </w:rPr>
        <w:t xml:space="preserve">[00:24] </w:t>
      </w:r>
      <w:r>
        <w:t>Wasallallahu ala nabiyyil karim.</w:t>
      </w:r>
    </w:p>
    <w:p>
      <w:pPr>
        <w:jc w:val="right"/>
      </w:pPr>
      <w:r>
        <w:t>وصلی اللہ علی النبی الکریم۔</w:t>
      </w:r>
    </w:p>
    <w:p>
      <w:r>
        <w:rPr>
          <w:b/>
        </w:rPr>
        <w:t xml:space="preserve">[00:28] </w:t>
      </w:r>
      <w:r>
        <w:t>Rab ishrah li sadri,</w:t>
      </w:r>
    </w:p>
    <w:p>
      <w:pPr>
        <w:jc w:val="right"/>
      </w:pPr>
      <w:r>
        <w:t>رب اشرح لی صدری،</w:t>
      </w:r>
    </w:p>
    <w:p>
      <w:r>
        <w:rPr>
          <w:b/>
        </w:rPr>
        <w:t xml:space="preserve">[00:32] </w:t>
      </w:r>
      <w:r>
        <w:t>Wa yassir li amri,</w:t>
      </w:r>
    </w:p>
    <w:p>
      <w:pPr>
        <w:jc w:val="right"/>
      </w:pPr>
      <w:r>
        <w:t>ویسر لی امری،</w:t>
      </w:r>
    </w:p>
    <w:p>
      <w:r>
        <w:rPr>
          <w:b/>
        </w:rPr>
        <w:t xml:space="preserve">[00:35] </w:t>
      </w:r>
      <w:r>
        <w:t>Wahlul uqdatam min lisani</w:t>
      </w:r>
    </w:p>
    <w:p>
      <w:pPr>
        <w:jc w:val="right"/>
      </w:pPr>
      <w:r>
        <w:t>واحل العقدۃ من لسانی</w:t>
      </w:r>
    </w:p>
    <w:p>
      <w:r>
        <w:rPr>
          <w:b/>
        </w:rPr>
        <w:t xml:space="preserve">[00:38] </w:t>
      </w:r>
      <w:r>
        <w:t>Yafqahu qawli. Aaj</w:t>
      </w:r>
    </w:p>
    <w:p>
      <w:pPr>
        <w:jc w:val="right"/>
      </w:pPr>
      <w:r>
        <w:t>یفقہ قولی۔ آج</w:t>
      </w:r>
    </w:p>
    <w:p>
      <w:r>
        <w:rPr>
          <w:b/>
        </w:rPr>
        <w:t xml:space="preserve">[00:48] </w:t>
      </w:r>
      <w:r>
        <w:t>jo baat mujhe karna hai</w:t>
      </w:r>
    </w:p>
    <w:p>
      <w:pPr>
        <w:jc w:val="right"/>
      </w:pPr>
      <w:r>
        <w:t>جو بات مجھے کرنا ہے</w:t>
      </w:r>
    </w:p>
    <w:p>
      <w:r>
        <w:rPr>
          <w:b/>
        </w:rPr>
        <w:t xml:space="preserve">[00:53] </w:t>
      </w:r>
      <w:r>
        <w:t>to is ka title samajh mein nahi aa raha tha,</w:t>
      </w:r>
    </w:p>
    <w:p>
      <w:pPr>
        <w:jc w:val="right"/>
      </w:pPr>
      <w:r>
        <w:t>تو اس کا ٹائٹل سمجھ میں نہیں آ رہا تھا،</w:t>
      </w:r>
    </w:p>
    <w:p>
      <w:r>
        <w:rPr>
          <w:b/>
        </w:rPr>
        <w:t xml:space="preserve">[00:57] </w:t>
      </w:r>
      <w:r>
        <w:t>kya ho. To sham ko main kuch logon ke sath iftar par tha,</w:t>
      </w:r>
    </w:p>
    <w:p>
      <w:pPr>
        <w:jc w:val="right"/>
      </w:pPr>
      <w:r>
        <w:t>کیا ہو۔ تو شام کو میں کچھ لوگوں کے ساتھ افطار پر تھا،</w:t>
      </w:r>
    </w:p>
    <w:p>
      <w:r>
        <w:rPr>
          <w:b/>
        </w:rPr>
        <w:t xml:space="preserve">[01:06] </w:t>
      </w:r>
      <w:r>
        <w:t>aaj hi sham ko,</w:t>
      </w:r>
    </w:p>
    <w:p>
      <w:pPr>
        <w:jc w:val="right"/>
      </w:pPr>
      <w:r>
        <w:t>آج ہی شام کو،</w:t>
      </w:r>
    </w:p>
    <w:p>
      <w:r>
        <w:rPr>
          <w:b/>
        </w:rPr>
        <w:t xml:space="preserve">[01:09] </w:t>
      </w:r>
      <w:r>
        <w:t>to baat karte hue</w:t>
      </w:r>
    </w:p>
    <w:p>
      <w:pPr>
        <w:jc w:val="right"/>
      </w:pPr>
      <w:r>
        <w:t>تو بات کرتے ہوئے</w:t>
      </w:r>
    </w:p>
    <w:p>
      <w:r>
        <w:rPr>
          <w:b/>
        </w:rPr>
        <w:t xml:space="preserve">[01:13] </w:t>
      </w:r>
      <w:r>
        <w:t>ek baat zehn mein aayi.</w:t>
      </w:r>
    </w:p>
    <w:p>
      <w:pPr>
        <w:jc w:val="right"/>
      </w:pPr>
      <w:r>
        <w:t>ایک بات ذہن میں آئی۔</w:t>
      </w:r>
    </w:p>
    <w:p>
      <w:r>
        <w:rPr>
          <w:b/>
        </w:rPr>
        <w:t xml:space="preserve">[01:18] </w:t>
      </w:r>
      <w:r>
        <w:t>Main sochta hoon ke isi ko main aaj ki baat ka title banaoon.</w:t>
      </w:r>
    </w:p>
    <w:p>
      <w:pPr>
        <w:jc w:val="right"/>
      </w:pPr>
      <w:r>
        <w:t>میں سوچتا ہوں کہ اسی کو میں آج کی بات کا ٹائٹل بناؤں۔</w:t>
      </w:r>
    </w:p>
    <w:p>
      <w:r>
        <w:rPr>
          <w:b/>
        </w:rPr>
        <w:t xml:space="preserve">[01:26] </w:t>
      </w:r>
      <w:r>
        <w:t>Wo yeh hai ke</w:t>
      </w:r>
    </w:p>
    <w:p>
      <w:pPr>
        <w:jc w:val="right"/>
      </w:pPr>
      <w:r>
        <w:t>وہ یہ ہے کہ</w:t>
      </w:r>
    </w:p>
    <w:p>
      <w:r>
        <w:rPr>
          <w:b/>
        </w:rPr>
        <w:t xml:space="preserve">[01:31] </w:t>
      </w:r>
      <w:r>
        <w:t>"How to become</w:t>
      </w:r>
    </w:p>
    <w:p>
      <w:pPr>
        <w:jc w:val="right"/>
      </w:pPr>
      <w:r>
        <w:t>"How to become</w:t>
      </w:r>
    </w:p>
    <w:p>
      <w:r>
        <w:rPr>
          <w:b/>
        </w:rPr>
        <w:t xml:space="preserve">[01:35] </w:t>
      </w:r>
      <w:r>
        <w:t>the second best of the universe" .</w:t>
      </w:r>
    </w:p>
    <w:p>
      <w:pPr>
        <w:jc w:val="right"/>
      </w:pPr>
      <w:r>
        <w:t>the second best of the universe" ۔</w:t>
      </w:r>
    </w:p>
    <w:p>
      <w:r>
        <w:rPr>
          <w:b/>
        </w:rPr>
        <w:t xml:space="preserve">[01:41] </w:t>
      </w:r>
      <w:r>
        <w:t>"How to become the second best of the universe" .</w:t>
      </w:r>
    </w:p>
    <w:p>
      <w:pPr>
        <w:jc w:val="right"/>
      </w:pPr>
      <w:r>
        <w:t>"How to become the second best of the universe" ۔</w:t>
      </w:r>
    </w:p>
    <w:p>
      <w:r>
        <w:rPr>
          <w:b/>
        </w:rPr>
        <w:t xml:space="preserve">[01:50] </w:t>
      </w:r>
      <w:r>
        <w:t>Dekhiye, is baat mein koi doubt nahi,</w:t>
      </w:r>
    </w:p>
    <w:p>
      <w:pPr>
        <w:jc w:val="right"/>
      </w:pPr>
      <w:r>
        <w:t>دیکھیے، اس بات میں کوئی ڈاؤٹ نہیں،</w:t>
      </w:r>
    </w:p>
    <w:p>
      <w:r>
        <w:rPr>
          <w:b/>
        </w:rPr>
        <w:t xml:space="preserve">[01:56] </w:t>
      </w:r>
      <w:r>
        <w:t>koi is mein do rai nahi</w:t>
      </w:r>
    </w:p>
    <w:p>
      <w:pPr>
        <w:jc w:val="right"/>
      </w:pPr>
      <w:r>
        <w:t>کوئی اس میں دو رائے نہیں</w:t>
      </w:r>
    </w:p>
    <w:p>
      <w:r>
        <w:rPr>
          <w:b/>
        </w:rPr>
        <w:t xml:space="preserve">[02:00] </w:t>
      </w:r>
      <w:r>
        <w:t>ke is universe ka jo first best hai, wo is ka creator hai.</w:t>
      </w:r>
    </w:p>
    <w:p>
      <w:pPr>
        <w:jc w:val="right"/>
      </w:pPr>
      <w:r>
        <w:t>کہ اس یونیورس کا جو فرسٹ بیسٹ ہے، وہ اس کا کریٹر ہے۔</w:t>
      </w:r>
    </w:p>
    <w:p>
      <w:r>
        <w:rPr>
          <w:b/>
        </w:rPr>
        <w:t xml:space="preserve">[02:10] </w:t>
      </w:r>
      <w:r>
        <w:t>Zahir hai ke</w:t>
      </w:r>
    </w:p>
    <w:p>
      <w:pPr>
        <w:jc w:val="right"/>
      </w:pPr>
      <w:r>
        <w:t>ظاہر ہے کہ</w:t>
      </w:r>
    </w:p>
    <w:p>
      <w:r>
        <w:rPr>
          <w:b/>
        </w:rPr>
        <w:t xml:space="preserve">[02:12] </w:t>
      </w:r>
      <w:r>
        <w:t>jo creator hai,</w:t>
      </w:r>
    </w:p>
    <w:p>
      <w:pPr>
        <w:jc w:val="right"/>
      </w:pPr>
      <w:r>
        <w:t>جو کریٹر ہے،</w:t>
      </w:r>
    </w:p>
    <w:p>
      <w:r>
        <w:rPr>
          <w:b/>
        </w:rPr>
        <w:t xml:space="preserve">[02:14] </w:t>
      </w:r>
      <w:r>
        <w:t>us ke siwa kon hai jo universe ka first best ban sake.</w:t>
      </w:r>
    </w:p>
    <w:p>
      <w:pPr>
        <w:jc w:val="right"/>
      </w:pPr>
      <w:r>
        <w:t>اس کے سوا کون ہے جو یونیورس کا فرسٹ بیسٹ بن سکے۔</w:t>
      </w:r>
    </w:p>
    <w:p>
      <w:r>
        <w:rPr>
          <w:b/>
        </w:rPr>
        <w:t xml:space="preserve">[02:25] </w:t>
      </w:r>
      <w:r>
        <w:t>ab sawal yeh hai ke second best</w:t>
      </w:r>
    </w:p>
    <w:p>
      <w:pPr>
        <w:jc w:val="right"/>
      </w:pPr>
      <w:r>
        <w:t>اب سوال یہ ہے کہ سیکنڈ بیسٹ</w:t>
      </w:r>
    </w:p>
    <w:p>
      <w:r>
        <w:rPr>
          <w:b/>
        </w:rPr>
        <w:t xml:space="preserve">[02:28] </w:t>
      </w:r>
      <w:r>
        <w:t>kon ho sakta hai.</w:t>
      </w:r>
    </w:p>
    <w:p>
      <w:pPr>
        <w:jc w:val="right"/>
      </w:pPr>
      <w:r>
        <w:t>کون ہو سکتا ہے۔</w:t>
      </w:r>
    </w:p>
    <w:p>
      <w:r>
        <w:rPr>
          <w:b/>
        </w:rPr>
        <w:t xml:space="preserve">[02:33] </w:t>
      </w:r>
      <w:r>
        <w:t>main samajhta hoon ke second best woh hai jo</w:t>
      </w:r>
    </w:p>
    <w:p>
      <w:pPr>
        <w:jc w:val="right"/>
      </w:pPr>
      <w:r>
        <w:t>میں سمجھتا ہوں کہ سیکنڈ بیسٹ وہ ہے جو</w:t>
      </w:r>
    </w:p>
    <w:p>
      <w:r>
        <w:rPr>
          <w:b/>
        </w:rPr>
        <w:t xml:space="preserve">[02:39] </w:t>
      </w:r>
      <w:r>
        <w:t>creator ko acknowledge kare,</w:t>
      </w:r>
    </w:p>
    <w:p>
      <w:pPr>
        <w:jc w:val="right"/>
      </w:pPr>
      <w:r>
        <w:t>کریٹر کو اکنالج کرے،</w:t>
      </w:r>
    </w:p>
    <w:p>
      <w:r>
        <w:rPr>
          <w:b/>
        </w:rPr>
        <w:t xml:space="preserve">[02:48] </w:t>
      </w:r>
      <w:r>
        <w:t>jo creator ko discover kare.</w:t>
      </w:r>
    </w:p>
    <w:p>
      <w:pPr>
        <w:jc w:val="right"/>
      </w:pPr>
      <w:r>
        <w:t>جو کریٹر کو ڈسکور کرے۔</w:t>
      </w:r>
    </w:p>
    <w:p>
      <w:r>
        <w:rPr>
          <w:b/>
        </w:rPr>
        <w:t xml:space="preserve">[02:55] </w:t>
      </w:r>
      <w:r>
        <w:t>main samajhta hoon ke wahi is universe mein second best hai.</w:t>
      </w:r>
    </w:p>
    <w:p>
      <w:pPr>
        <w:jc w:val="right"/>
      </w:pPr>
      <w:r>
        <w:t>میں سمجھتا ہوں کہ وہی اس یونیورس میں سیکنڈ بیسٹ ہے۔</w:t>
      </w:r>
    </w:p>
    <w:p>
      <w:r>
        <w:rPr>
          <w:b/>
        </w:rPr>
        <w:t xml:space="preserve">[03:03] </w:t>
      </w:r>
      <w:r>
        <w:t>ek shayar ne</w:t>
      </w:r>
    </w:p>
    <w:p>
      <w:pPr>
        <w:jc w:val="right"/>
      </w:pPr>
      <w:r>
        <w:t>ایک شاعر نے</w:t>
      </w:r>
    </w:p>
    <w:p>
      <w:r>
        <w:rPr>
          <w:b/>
        </w:rPr>
        <w:t xml:space="preserve">[03:05] </w:t>
      </w:r>
      <w:r>
        <w:t>phool ko dekha,</w:t>
      </w:r>
    </w:p>
    <w:p>
      <w:pPr>
        <w:jc w:val="right"/>
      </w:pPr>
      <w:r>
        <w:t>پھول کو دیکھا،</w:t>
      </w:r>
    </w:p>
    <w:p>
      <w:r>
        <w:rPr>
          <w:b/>
        </w:rPr>
        <w:t xml:space="preserve">[03:07] </w:t>
      </w:r>
      <w:r>
        <w:t>uski khushboo ko dekha,</w:t>
      </w:r>
    </w:p>
    <w:p>
      <w:pPr>
        <w:jc w:val="right"/>
      </w:pPr>
      <w:r>
        <w:t>اس کی خوشبو کو دیکھا،</w:t>
      </w:r>
    </w:p>
    <w:p>
      <w:r>
        <w:rPr>
          <w:b/>
        </w:rPr>
        <w:t xml:space="preserve">[03:12] </w:t>
      </w:r>
      <w:r>
        <w:t>to shayar ne kaha,</w:t>
      </w:r>
    </w:p>
    <w:p>
      <w:pPr>
        <w:jc w:val="right"/>
      </w:pPr>
      <w:r>
        <w:t>تو شاعر نے کہا،</w:t>
      </w:r>
    </w:p>
    <w:p>
      <w:r>
        <w:rPr>
          <w:b/>
        </w:rPr>
        <w:t xml:space="preserve">[03:15] </w:t>
      </w:r>
      <w:r>
        <w:t>persian shayar ne,</w:t>
      </w:r>
    </w:p>
    <w:p>
      <w:pPr>
        <w:jc w:val="right"/>
      </w:pPr>
      <w:r>
        <w:t>پرشین شاعر نے،</w:t>
      </w:r>
    </w:p>
    <w:p>
      <w:r>
        <w:rPr>
          <w:b/>
        </w:rPr>
        <w:t xml:space="preserve">[03:18] </w:t>
      </w:r>
      <w:r>
        <w:t>"ae gul b-tu khursandam tu bo-ye kasay dari" .</w:t>
      </w:r>
    </w:p>
    <w:p>
      <w:pPr>
        <w:jc w:val="right"/>
      </w:pPr>
      <w:r>
        <w:t>"اے گل بتو خرسندم تو بوی کسے داری" ۔</w:t>
      </w:r>
    </w:p>
    <w:p>
      <w:r>
        <w:rPr>
          <w:b/>
        </w:rPr>
        <w:t xml:space="preserve">[03:24] </w:t>
      </w:r>
      <w:r>
        <w:t>ae phool, main tujh ko dekh kar bohat</w:t>
      </w:r>
    </w:p>
    <w:p>
      <w:pPr>
        <w:jc w:val="right"/>
      </w:pPr>
      <w:r>
        <w:t>اے پھول، میں تجھ کو دیکھ کر بہت</w:t>
      </w:r>
    </w:p>
    <w:p>
      <w:r>
        <w:rPr>
          <w:b/>
        </w:rPr>
        <w:t xml:space="preserve">[03:31] </w:t>
      </w:r>
      <w:r>
        <w:t>shaad hota hoon, bohat khush hota hoon,</w:t>
      </w:r>
    </w:p>
    <w:p>
      <w:pPr>
        <w:jc w:val="right"/>
      </w:pPr>
      <w:r>
        <w:t>شاد ہوتا ہوں، بہت خوش ہوتا ہوں،</w:t>
      </w:r>
    </w:p>
    <w:p>
      <w:r>
        <w:rPr>
          <w:b/>
        </w:rPr>
        <w:t xml:space="preserve">[03:36] </w:t>
      </w:r>
      <w:r>
        <w:t>kyun ke tu kisi ki khushboo apne saath rakhta hai.</w:t>
      </w:r>
    </w:p>
    <w:p>
      <w:pPr>
        <w:jc w:val="right"/>
      </w:pPr>
      <w:r>
        <w:t>کیونکہ تو کسی کی خوشبو اپنے ساتھ رکھتا ہے۔</w:t>
      </w:r>
    </w:p>
    <w:p>
      <w:r>
        <w:rPr>
          <w:b/>
        </w:rPr>
        <w:t xml:space="preserve">[03:46] </w:t>
      </w:r>
      <w:r>
        <w:t>yeh kya hai, yaani creator ki khushboo.</w:t>
      </w:r>
    </w:p>
    <w:p>
      <w:pPr>
        <w:jc w:val="right"/>
      </w:pPr>
      <w:r>
        <w:t>یہ کیا ہے، یعنی کریٹر کی خوشبو۔</w:t>
      </w:r>
    </w:p>
    <w:p>
      <w:r>
        <w:rPr>
          <w:b/>
        </w:rPr>
        <w:t xml:space="preserve">[03:52] </w:t>
      </w:r>
      <w:r>
        <w:t>us shayar ne phool ko dekha,</w:t>
      </w:r>
    </w:p>
    <w:p>
      <w:pPr>
        <w:jc w:val="right"/>
      </w:pPr>
      <w:r>
        <w:t>اس شاعر نے پھول کو دیکھا،</w:t>
      </w:r>
    </w:p>
    <w:p>
      <w:r>
        <w:rPr>
          <w:b/>
        </w:rPr>
        <w:t xml:space="preserve">[03:55] </w:t>
      </w:r>
      <w:r>
        <w:t>uski khushboo</w:t>
      </w:r>
    </w:p>
    <w:p>
      <w:pPr>
        <w:jc w:val="right"/>
      </w:pPr>
      <w:r>
        <w:t>اس کی خوشبو</w:t>
      </w:r>
    </w:p>
    <w:p>
      <w:r>
        <w:rPr>
          <w:b/>
        </w:rPr>
        <w:t xml:space="preserve">[03:58] </w:t>
      </w:r>
      <w:r>
        <w:t>ko soongha, to uski khushboo mein us ko dikhai pada ke kaisa</w:t>
      </w:r>
    </w:p>
    <w:p>
      <w:pPr>
        <w:jc w:val="right"/>
      </w:pPr>
      <w:r>
        <w:t>کو سونگھا، تو اس کی خوشبو میں اس کو دکھائی پڑا کہ کیسا</w:t>
      </w:r>
    </w:p>
    <w:p>
      <w:r>
        <w:rPr>
          <w:b/>
        </w:rPr>
        <w:t xml:space="preserve">[04:04] </w:t>
      </w:r>
      <w:r>
        <w:t>ajeeb hoga woh Khuda jis ne phool banaya aur us ke andar</w:t>
      </w:r>
    </w:p>
    <w:p>
      <w:pPr>
        <w:jc w:val="right"/>
      </w:pPr>
      <w:r>
        <w:t>عجیب ہوگا وہ خدا جس نے پھول بنایا اور اس کے اندر</w:t>
      </w:r>
    </w:p>
    <w:p>
      <w:r>
        <w:rPr>
          <w:b/>
        </w:rPr>
        <w:t xml:space="preserve">[04:10] </w:t>
      </w:r>
      <w:r>
        <w:t>itni achhi khushboo rakh di.</w:t>
      </w:r>
    </w:p>
    <w:p>
      <w:pPr>
        <w:jc w:val="right"/>
      </w:pPr>
      <w:r>
        <w:t>اتنی اچھی خوشبو رکھ دی۔</w:t>
      </w:r>
    </w:p>
    <w:p>
      <w:r>
        <w:rPr>
          <w:b/>
        </w:rPr>
        <w:t xml:space="preserve">[04:15] </w:t>
      </w:r>
      <w:r>
        <w:t>to main yeh kahoon ga</w:t>
      </w:r>
    </w:p>
    <w:p>
      <w:pPr>
        <w:jc w:val="right"/>
      </w:pPr>
      <w:r>
        <w:t>تو میں یہ کہوں گا</w:t>
      </w:r>
    </w:p>
    <w:p>
      <w:r>
        <w:rPr>
          <w:b/>
        </w:rPr>
        <w:t xml:space="preserve">[04:18] </w:t>
      </w:r>
      <w:r>
        <w:t>ke phool silent,</w:t>
      </w:r>
    </w:p>
    <w:p>
      <w:pPr>
        <w:jc w:val="right"/>
      </w:pPr>
      <w:r>
        <w:t>کہ پھول سائلنٹ،</w:t>
      </w:r>
    </w:p>
    <w:p>
      <w:r>
        <w:rPr>
          <w:b/>
        </w:rPr>
        <w:t xml:space="preserve">[04:22] </w:t>
      </w:r>
      <w:r>
        <w:t>phool silent language mein apnay creator ka pata deta hai.</w:t>
      </w:r>
    </w:p>
    <w:p>
      <w:pPr>
        <w:jc w:val="right"/>
      </w:pPr>
      <w:r>
        <w:t>پھول سائلنٹ لینگویج میں اپنے کریٹر کا پتہ دیتا ہے۔</w:t>
      </w:r>
    </w:p>
    <w:p>
      <w:r>
        <w:rPr>
          <w:b/>
        </w:rPr>
        <w:t xml:space="preserve">[04:27] </w:t>
      </w:r>
      <w:r>
        <w:t>insan ko yeh,</w:t>
      </w:r>
    </w:p>
    <w:p>
      <w:pPr>
        <w:jc w:val="right"/>
      </w:pPr>
      <w:r>
        <w:t>انسان کو یہ،</w:t>
      </w:r>
    </w:p>
    <w:p>
      <w:r>
        <w:rPr>
          <w:b/>
        </w:rPr>
        <w:t xml:space="preserve">[04:32] </w:t>
      </w:r>
      <w:r>
        <w:t>insan ke andar yeh</w:t>
      </w:r>
    </w:p>
    <w:p>
      <w:pPr>
        <w:jc w:val="right"/>
      </w:pPr>
      <w:r>
        <w:t>انسان کے اندر یہ</w:t>
      </w:r>
    </w:p>
    <w:p>
      <w:r>
        <w:rPr>
          <w:b/>
        </w:rPr>
        <w:t xml:space="preserve">[04:35] </w:t>
      </w:r>
      <w:r>
        <w:t>capacity hai ke woh speaking language mein</w:t>
      </w:r>
    </w:p>
    <w:p>
      <w:pPr>
        <w:jc w:val="right"/>
      </w:pPr>
      <w:r>
        <w:t>کیپیسٹی ہے کہ وہ اسپیکنگ لینگویج میں</w:t>
      </w:r>
    </w:p>
    <w:p>
      <w:r>
        <w:rPr>
          <w:b/>
        </w:rPr>
        <w:t xml:space="preserve">[04:41] </w:t>
      </w:r>
      <w:r>
        <w:t>Khuda ko acknowledge kar sakay.</w:t>
      </w:r>
    </w:p>
    <w:p>
      <w:pPr>
        <w:jc w:val="right"/>
      </w:pPr>
      <w:r>
        <w:t>خدا کو اکنالج کر سکے۔</w:t>
      </w:r>
    </w:p>
    <w:p>
      <w:r>
        <w:rPr>
          <w:b/>
        </w:rPr>
        <w:t xml:space="preserve">[04:46] </w:t>
      </w:r>
      <w:r>
        <w:t>misalan aap kahain ke</w:t>
      </w:r>
    </w:p>
    <w:p>
      <w:pPr>
        <w:jc w:val="right"/>
      </w:pPr>
      <w:r>
        <w:t>مثلاً آپ کہیں کہ</w:t>
      </w:r>
    </w:p>
    <w:p>
      <w:r>
        <w:rPr>
          <w:b/>
        </w:rPr>
        <w:t xml:space="preserve">[04:50] </w:t>
      </w:r>
      <w:r>
        <w:t>"God is the great,</w:t>
      </w:r>
    </w:p>
    <w:p>
      <w:pPr>
        <w:jc w:val="right"/>
      </w:pPr>
      <w:r>
        <w:t>"God is the great,</w:t>
      </w:r>
    </w:p>
    <w:p>
      <w:r>
        <w:rPr>
          <w:b/>
        </w:rPr>
        <w:t xml:space="preserve">[04:52] </w:t>
      </w:r>
      <w:r>
        <w:t>glory be to God" .</w:t>
      </w:r>
    </w:p>
    <w:p>
      <w:pPr>
        <w:jc w:val="right"/>
      </w:pPr>
      <w:r>
        <w:t>glory be to God" ۔</w:t>
      </w:r>
    </w:p>
    <w:p>
      <w:r>
        <w:rPr>
          <w:b/>
        </w:rPr>
        <w:t xml:space="preserve">[04:56] </w:t>
      </w:r>
      <w:r>
        <w:t>yeh sentence sirf insan bol sakta hai.</w:t>
      </w:r>
    </w:p>
    <w:p>
      <w:pPr>
        <w:jc w:val="right"/>
      </w:pPr>
      <w:r>
        <w:t>یہ سینٹنس صرف انسان بول سکتا ہے۔</w:t>
      </w:r>
    </w:p>
    <w:p>
      <w:r>
        <w:rPr>
          <w:b/>
        </w:rPr>
        <w:t xml:space="preserve">[05:01] </w:t>
      </w:r>
      <w:r>
        <w:t>yani mein simply lipstick ki baat, mein lip service ki baat nahi kar raha hoon.</w:t>
      </w:r>
    </w:p>
    <w:p>
      <w:pPr>
        <w:jc w:val="right"/>
      </w:pPr>
      <w:r>
        <w:t>یعنی میں سمپلی لپ اسٹک کی بات، میں لپ سروس کی بات نہیں کر رہا ہوں۔</w:t>
      </w:r>
    </w:p>
    <w:p>
      <w:r>
        <w:rPr>
          <w:b/>
        </w:rPr>
        <w:t xml:space="preserve">[05:08] </w:t>
      </w:r>
      <w:r>
        <w:t>mein is sentence ki baat kar raha hoon jo</w:t>
      </w:r>
    </w:p>
    <w:p>
      <w:pPr>
        <w:jc w:val="right"/>
      </w:pPr>
      <w:r>
        <w:t>میں اس سینٹنس کی بات کر رہا ہوں جو</w:t>
      </w:r>
    </w:p>
    <w:p>
      <w:r>
        <w:rPr>
          <w:b/>
        </w:rPr>
        <w:t xml:space="preserve">[05:13] </w:t>
      </w:r>
      <w:r>
        <w:t>Khuda ki discovery ke baad is tarah nikalti hai jaise Greek, Greek philosopher ki zuban se nikla tha,</w:t>
      </w:r>
    </w:p>
    <w:p>
      <w:pPr>
        <w:jc w:val="right"/>
      </w:pPr>
      <w:r>
        <w:t>خدا کی ڈسکوری کے بعد اس طرح نکلتی ہے جیسے گریک، گریک فلاسفر کی زبان سے نکلا تھا،</w:t>
      </w:r>
    </w:p>
    <w:p>
      <w:r>
        <w:rPr>
          <w:b/>
        </w:rPr>
        <w:t xml:space="preserve">[05:20] </w:t>
      </w:r>
      <w:r>
        <w:t>Eureka, Eureka. To</w:t>
      </w:r>
    </w:p>
    <w:p>
      <w:pPr>
        <w:jc w:val="right"/>
      </w:pPr>
      <w:r>
        <w:t>یوریکا، یوریکا۔ تو</w:t>
      </w:r>
    </w:p>
    <w:p>
      <w:r>
        <w:rPr>
          <w:b/>
        </w:rPr>
        <w:t xml:space="preserve">[05:27] </w:t>
      </w:r>
      <w:r>
        <w:t>yeh sirf insan hai jis ke andar thinking power hai, conceptual thinking hai,</w:t>
      </w:r>
    </w:p>
    <w:p>
      <w:pPr>
        <w:jc w:val="right"/>
      </w:pPr>
      <w:r>
        <w:t>یہ صرف انسان ہے جس کے اندر تھنکنگ پاور ہے، کنسپچول تھنکنگ ہے،</w:t>
      </w:r>
    </w:p>
    <w:p>
      <w:r>
        <w:rPr>
          <w:b/>
        </w:rPr>
        <w:t xml:space="preserve">[05:36] </w:t>
      </w:r>
      <w:r>
        <w:t>jo kisi cheez ko intellectually discover kar sakta hai.</w:t>
      </w:r>
    </w:p>
    <w:p>
      <w:pPr>
        <w:jc w:val="right"/>
      </w:pPr>
      <w:r>
        <w:t>جو کسی چیز کو انٹلیکچولی ڈسکور کر سکتا ہے۔</w:t>
      </w:r>
    </w:p>
    <w:p>
      <w:r>
        <w:rPr>
          <w:b/>
        </w:rPr>
        <w:t xml:space="preserve">[05:41] </w:t>
      </w:r>
      <w:r>
        <w:t>koi mountain, koi motion,</w:t>
      </w:r>
    </w:p>
    <w:p>
      <w:pPr>
        <w:jc w:val="right"/>
      </w:pPr>
      <w:r>
        <w:t>کوئی ماؤنٹن، کوئی موشن،</w:t>
      </w:r>
    </w:p>
    <w:p>
      <w:r>
        <w:rPr>
          <w:b/>
        </w:rPr>
        <w:t xml:space="preserve">[05:45] </w:t>
      </w:r>
      <w:r>
        <w:t>koi mountain, koi ocean,</w:t>
      </w:r>
    </w:p>
    <w:p>
      <w:pPr>
        <w:jc w:val="right"/>
      </w:pPr>
      <w:r>
        <w:t>کوئی ماؤنٹن، کوئی اوشن،</w:t>
      </w:r>
    </w:p>
    <w:p>
      <w:r>
        <w:rPr>
          <w:b/>
        </w:rPr>
        <w:t xml:space="preserve">[05:48] </w:t>
      </w:r>
      <w:r>
        <w:t>koi animal, koi stars, koi galaxy,</w:t>
      </w:r>
    </w:p>
    <w:p>
      <w:pPr>
        <w:jc w:val="right"/>
      </w:pPr>
      <w:r>
        <w:t>کوئی اینیمل، کوئی سٹارز، کوئی گیلیکسی،</w:t>
      </w:r>
    </w:p>
    <w:p>
      <w:r>
        <w:rPr>
          <w:b/>
        </w:rPr>
        <w:t xml:space="preserve">[05:53] </w:t>
      </w:r>
      <w:r>
        <w:t>saara universe apni saari</w:t>
      </w:r>
    </w:p>
    <w:p>
      <w:pPr>
        <w:jc w:val="right"/>
      </w:pPr>
      <w:r>
        <w:t>سارا یونیورس اپنی ساری</w:t>
      </w:r>
    </w:p>
    <w:p>
      <w:r>
        <w:rPr>
          <w:b/>
        </w:rPr>
        <w:t xml:space="preserve">[05:59] </w:t>
      </w:r>
      <w:r>
        <w:t>vastness ke bawajood</w:t>
      </w:r>
    </w:p>
    <w:p>
      <w:pPr>
        <w:jc w:val="right"/>
      </w:pPr>
      <w:r>
        <w:t>واسٹنس کے باوجود</w:t>
      </w:r>
    </w:p>
    <w:p>
      <w:r>
        <w:rPr>
          <w:b/>
        </w:rPr>
        <w:t xml:space="preserve">[06:02] </w:t>
      </w:r>
      <w:r>
        <w:t>is ke andar yeh taqat nahi hai</w:t>
      </w:r>
    </w:p>
    <w:p>
      <w:pPr>
        <w:jc w:val="right"/>
      </w:pPr>
      <w:r>
        <w:t>اس کے اندر یہ طاقت نہیں ہے</w:t>
      </w:r>
    </w:p>
    <w:p>
      <w:r>
        <w:rPr>
          <w:b/>
        </w:rPr>
        <w:t xml:space="preserve">[06:07] </w:t>
      </w:r>
      <w:r>
        <w:t>ke woh Khuda ko discover kare aur phir</w:t>
      </w:r>
    </w:p>
    <w:p>
      <w:pPr>
        <w:jc w:val="right"/>
      </w:pPr>
      <w:r>
        <w:t>کہ وہ خدا کو ڈسکور کرے اور پھر</w:t>
      </w:r>
    </w:p>
    <w:p>
      <w:r>
        <w:rPr>
          <w:b/>
        </w:rPr>
        <w:t xml:space="preserve">[06:11] </w:t>
      </w:r>
      <w:r>
        <w:t>is ki glory ko bayan kare.</w:t>
      </w:r>
    </w:p>
    <w:p>
      <w:pPr>
        <w:jc w:val="right"/>
      </w:pPr>
      <w:r>
        <w:t>اس کی گلوری کو بیان کرے۔</w:t>
      </w:r>
    </w:p>
    <w:p>
      <w:r>
        <w:rPr>
          <w:b/>
        </w:rPr>
        <w:t xml:space="preserve">[06:14] </w:t>
      </w:r>
      <w:r>
        <w:t>yeh sirf insan hai.</w:t>
      </w:r>
    </w:p>
    <w:p>
      <w:pPr>
        <w:jc w:val="right"/>
      </w:pPr>
      <w:r>
        <w:t>یہ صرف انسان ہے۔</w:t>
      </w:r>
    </w:p>
    <w:p>
      <w:r>
        <w:rPr>
          <w:b/>
        </w:rPr>
        <w:t xml:space="preserve">[06:19] </w:t>
      </w:r>
      <w:r>
        <w:t>jaisa ke is se pehle maine ek qaul aap ko sunaya tha</w:t>
      </w:r>
    </w:p>
    <w:p>
      <w:pPr>
        <w:jc w:val="right"/>
      </w:pPr>
      <w:r>
        <w:t>جیسا کہ اس سے پہلے میں نے ایک قول آپ کو سنایا تھا</w:t>
      </w:r>
    </w:p>
    <w:p>
      <w:r>
        <w:rPr>
          <w:b/>
        </w:rPr>
        <w:t xml:space="preserve">[06:25] </w:t>
      </w:r>
      <w:r>
        <w:t>keh khuda ne kaha</w:t>
      </w:r>
    </w:p>
    <w:p>
      <w:pPr>
        <w:jc w:val="right"/>
      </w:pPr>
      <w:r>
        <w:t>کہ خدا نے کہا</w:t>
      </w:r>
    </w:p>
    <w:p>
      <w:r>
        <w:rPr>
          <w:b/>
        </w:rPr>
        <w:t xml:space="preserve">[06:29] </w:t>
      </w:r>
      <w:r>
        <w:t>kuntu kanza makhfiya</w:t>
      </w:r>
    </w:p>
    <w:p>
      <w:pPr>
        <w:jc w:val="right"/>
      </w:pPr>
      <w:r>
        <w:t>"کنت کنزا مخفیہ</w:t>
      </w:r>
    </w:p>
    <w:p>
      <w:r>
        <w:rPr>
          <w:b/>
        </w:rPr>
        <w:t xml:space="preserve">[06:32] </w:t>
      </w:r>
      <w:r>
        <w:t>waridat an arfa wa khalaqtul khalq.</w:t>
      </w:r>
    </w:p>
    <w:p>
      <w:pPr>
        <w:jc w:val="right"/>
      </w:pPr>
      <w:r>
        <w:t>واردت عن عرفہ وخلقت الخلق" ۔</w:t>
      </w:r>
    </w:p>
    <w:p>
      <w:r>
        <w:rPr>
          <w:b/>
        </w:rPr>
        <w:t xml:space="preserve">[06:36] </w:t>
      </w:r>
      <w:r>
        <w:t>yeh ghaleban peghambar ka qaul nahi hai, lekin woh kisi عارف ka qaul hai.</w:t>
      </w:r>
    </w:p>
    <w:p>
      <w:pPr>
        <w:jc w:val="right"/>
      </w:pPr>
      <w:r>
        <w:t>یہ غالباً پیغمبر کا قول نہیں ہے، لیکن وہ کسی عارف کا قول ہے۔</w:t>
      </w:r>
    </w:p>
    <w:p>
      <w:r>
        <w:rPr>
          <w:b/>
        </w:rPr>
        <w:t xml:space="preserve">[06:44] </w:t>
      </w:r>
      <w:r>
        <w:t>mein "I was a, I was a hidden treasure,</w:t>
      </w:r>
    </w:p>
    <w:p>
      <w:pPr>
        <w:jc w:val="right"/>
      </w:pPr>
      <w:r>
        <w:t>میں "I was a, I was a hidden treasure,</w:t>
      </w:r>
    </w:p>
    <w:p>
      <w:r>
        <w:rPr>
          <w:b/>
        </w:rPr>
        <w:t xml:space="preserve">[06:49] </w:t>
      </w:r>
      <w:r>
        <w:t>then I wanted to be known,</w:t>
      </w:r>
    </w:p>
    <w:p>
      <w:pPr>
        <w:jc w:val="right"/>
      </w:pPr>
      <w:r>
        <w:t>then I wanted to be known,</w:t>
      </w:r>
    </w:p>
    <w:p>
      <w:r>
        <w:rPr>
          <w:b/>
        </w:rPr>
        <w:t xml:space="preserve">[06:52] </w:t>
      </w:r>
      <w:r>
        <w:t>and I created</w:t>
      </w:r>
    </w:p>
    <w:p>
      <w:pPr>
        <w:jc w:val="right"/>
      </w:pPr>
      <w:r>
        <w:t>and I created</w:t>
      </w:r>
    </w:p>
    <w:p>
      <w:r>
        <w:rPr>
          <w:b/>
        </w:rPr>
        <w:t xml:space="preserve">[06:57] </w:t>
      </w:r>
      <w:r>
        <w:t>man" . to mein samajhta hoon keh yeh is mein bhi do rai, jis tarah is mein do</w:t>
      </w:r>
    </w:p>
    <w:p>
      <w:pPr>
        <w:jc w:val="right"/>
      </w:pPr>
      <w:r>
        <w:t>man" ۔ تو میں سمجھتا ہوں کہ یہ اس میں بھی دو رائے، جس طرح اس میں دو</w:t>
      </w:r>
    </w:p>
    <w:p>
      <w:r>
        <w:rPr>
          <w:b/>
        </w:rPr>
        <w:t xml:space="preserve">[07:04] </w:t>
      </w:r>
      <w:r>
        <w:t>rai nahi hai keh khuda is universe ka first best hai, isi tarah is mein bhi do rai</w:t>
      </w:r>
    </w:p>
    <w:p>
      <w:pPr>
        <w:jc w:val="right"/>
      </w:pPr>
      <w:r>
        <w:t>رائے نہیں ہے کہ خدا اس یونیورس کا فرسٹ بیسٹ ہے، اسی طرح اس میں بھی دو رائے</w:t>
      </w:r>
    </w:p>
    <w:p>
      <w:r>
        <w:rPr>
          <w:b/>
        </w:rPr>
        <w:t xml:space="preserve">[07:11] </w:t>
      </w:r>
      <w:r>
        <w:t>nahi ho sakti keh insan is universe ka,</w:t>
      </w:r>
    </w:p>
    <w:p>
      <w:pPr>
        <w:jc w:val="right"/>
      </w:pPr>
      <w:r>
        <w:t>نہیں ہو سکتی کہ انسان اس یونیورس کا،</w:t>
      </w:r>
    </w:p>
    <w:p>
      <w:r>
        <w:rPr>
          <w:b/>
        </w:rPr>
        <w:t xml:space="preserve">[07:17] </w:t>
      </w:r>
      <w:r>
        <w:t>insan ke andar yeh equality hai, yeh capacity hai,</w:t>
      </w:r>
    </w:p>
    <w:p>
      <w:pPr>
        <w:jc w:val="right"/>
      </w:pPr>
      <w:r>
        <w:t>انسان کے اندر یہ ایکوالٹی ہے، یہ کیپیسٹی ہے،</w:t>
      </w:r>
    </w:p>
    <w:p>
      <w:r>
        <w:rPr>
          <w:b/>
        </w:rPr>
        <w:t xml:space="preserve">[07:21] </w:t>
      </w:r>
      <w:r>
        <w:t>potentially woh is kainat mein</w:t>
      </w:r>
    </w:p>
    <w:p>
      <w:pPr>
        <w:jc w:val="right"/>
      </w:pPr>
      <w:r>
        <w:t>پوٹینشلی وہ اس کائنات میں</w:t>
      </w:r>
    </w:p>
    <w:p>
      <w:r>
        <w:rPr>
          <w:b/>
        </w:rPr>
        <w:t xml:space="preserve">[07:26] </w:t>
      </w:r>
      <w:r>
        <w:t>second best ki hesiyat rakhta hai, potentially.</w:t>
      </w:r>
    </w:p>
    <w:p>
      <w:pPr>
        <w:jc w:val="right"/>
      </w:pPr>
      <w:r>
        <w:t>سیکنڈ بیسٹ کی حیثیت رکھتا ہے، پوٹینشلی۔</w:t>
      </w:r>
    </w:p>
    <w:p>
      <w:r>
        <w:rPr>
          <w:b/>
        </w:rPr>
        <w:t xml:space="preserve">[07:33] </w:t>
      </w:r>
      <w:r>
        <w:t>to aap sochiye keh is se bara koi thrilling experience ho sakta hai</w:t>
      </w:r>
    </w:p>
    <w:p>
      <w:pPr>
        <w:jc w:val="right"/>
      </w:pPr>
      <w:r>
        <w:t>تو آپ سوچیے کہ اس سے بڑا کوئی تھرلنگ ایکسپیرینس ہو سکتا ہے</w:t>
      </w:r>
    </w:p>
    <w:p>
      <w:r>
        <w:rPr>
          <w:b/>
        </w:rPr>
        <w:t xml:space="preserve">[07:40] </w:t>
      </w:r>
      <w:r>
        <w:t>kisi insan ke liye?</w:t>
      </w:r>
    </w:p>
    <w:p>
      <w:pPr>
        <w:jc w:val="right"/>
      </w:pPr>
      <w:r>
        <w:t>کسی انسان کے لیے؟</w:t>
      </w:r>
    </w:p>
    <w:p>
      <w:r>
        <w:rPr>
          <w:b/>
        </w:rPr>
        <w:t xml:space="preserve">[07:44] </w:t>
      </w:r>
      <w:r>
        <w:t>is se bara koi thrilling experience nahi.</w:t>
      </w:r>
    </w:p>
    <w:p>
      <w:pPr>
        <w:jc w:val="right"/>
      </w:pPr>
      <w:r>
        <w:t>اس سے بڑا کوئی تھرلنگ ایکسپیرینس نہیں۔</w:t>
      </w:r>
    </w:p>
    <w:p>
      <w:r>
        <w:rPr>
          <w:b/>
        </w:rPr>
        <w:t xml:space="preserve">[07:49] </w:t>
      </w:r>
      <w:r>
        <w:t>lekin aap jante hain keh</w:t>
      </w:r>
    </w:p>
    <w:p>
      <w:pPr>
        <w:jc w:val="right"/>
      </w:pPr>
      <w:r>
        <w:t>لیکن آپ جانتے ہیں کہ</w:t>
      </w:r>
    </w:p>
    <w:p>
      <w:r>
        <w:rPr>
          <w:b/>
        </w:rPr>
        <w:t xml:space="preserve">[07:56] </w:t>
      </w:r>
      <w:r>
        <w:t>din guzar rahe hain,</w:t>
      </w:r>
    </w:p>
    <w:p>
      <w:pPr>
        <w:jc w:val="right"/>
      </w:pPr>
      <w:r>
        <w:t>دن گزر رہے ہیں،</w:t>
      </w:r>
    </w:p>
    <w:p>
      <w:r>
        <w:rPr>
          <w:b/>
        </w:rPr>
        <w:t xml:space="preserve">[07:59] </w:t>
      </w:r>
      <w:r>
        <w:t>centuries guzar rahi hain, aur bohat hi kam aisay insan</w:t>
      </w:r>
    </w:p>
    <w:p>
      <w:pPr>
        <w:jc w:val="right"/>
      </w:pPr>
      <w:r>
        <w:t>سینچریز گزر رہی ہیں، اور بہت ہی کم ایسے انسان</w:t>
      </w:r>
    </w:p>
    <w:p>
      <w:r>
        <w:rPr>
          <w:b/>
        </w:rPr>
        <w:t xml:space="preserve">[08:05] </w:t>
      </w:r>
      <w:r>
        <w:t>uth rahe hain jo sach much</w:t>
      </w:r>
    </w:p>
    <w:p>
      <w:pPr>
        <w:jc w:val="right"/>
      </w:pPr>
      <w:r>
        <w:t>اٹھ رہے ہیں جو سچ مچ</w:t>
      </w:r>
    </w:p>
    <w:p>
      <w:r>
        <w:rPr>
          <w:b/>
        </w:rPr>
        <w:t xml:space="preserve">[08:10] </w:t>
      </w:r>
      <w:r>
        <w:t>second best kehlaane ke qabil hon.</w:t>
      </w:r>
    </w:p>
    <w:p>
      <w:pPr>
        <w:jc w:val="right"/>
      </w:pPr>
      <w:r>
        <w:t>سیکنڈ بیسٹ کہلانے کے قابل ہوں۔</w:t>
      </w:r>
    </w:p>
    <w:p>
      <w:r>
        <w:rPr>
          <w:b/>
        </w:rPr>
        <w:t xml:space="preserve">[08:14] </w:t>
      </w:r>
      <w:r>
        <w:t>kyun? har aadmi ka haal yeh hai keh woh</w:t>
      </w:r>
    </w:p>
    <w:p>
      <w:pPr>
        <w:jc w:val="right"/>
      </w:pPr>
      <w:r>
        <w:t>کیوں؟ ہر آدمی کا حال یہ ہے کہ وہ</w:t>
      </w:r>
    </w:p>
    <w:p>
      <w:r>
        <w:rPr>
          <w:b/>
        </w:rPr>
        <w:t xml:space="preserve">[08:18] </w:t>
      </w:r>
      <w:r>
        <w:t>other than God, kisi aur glory ko discover ki hui hai, usi mein jeeta hai woh.</w:t>
      </w:r>
    </w:p>
    <w:p>
      <w:pPr>
        <w:jc w:val="right"/>
      </w:pPr>
      <w:r>
        <w:t>ادر دین گاڈ، کسی اور گلوری کو ڈسکور کی ہوئی ہے، اسی میں جیتا ہے وہ۔</w:t>
      </w:r>
    </w:p>
    <w:p>
      <w:r>
        <w:rPr>
          <w:b/>
        </w:rPr>
        <w:t xml:space="preserve">[08:26] </w:t>
      </w:r>
      <w:r>
        <w:t>jaisay money ki glory,</w:t>
      </w:r>
    </w:p>
    <w:p>
      <w:pPr>
        <w:jc w:val="right"/>
      </w:pPr>
      <w:r>
        <w:t>جیسے منی کی گلوری،</w:t>
      </w:r>
    </w:p>
    <w:p>
      <w:r>
        <w:rPr>
          <w:b/>
        </w:rPr>
        <w:t xml:space="preserve">[08:29] </w:t>
      </w:r>
      <w:r>
        <w:t>material comfort ki glory,</w:t>
      </w:r>
    </w:p>
    <w:p>
      <w:pPr>
        <w:jc w:val="right"/>
      </w:pPr>
      <w:r>
        <w:t>مٹیریل کمفرٹ کی گلوری،</w:t>
      </w:r>
    </w:p>
    <w:p>
      <w:r>
        <w:rPr>
          <w:b/>
        </w:rPr>
        <w:t xml:space="preserve">[08:35] </w:t>
      </w:r>
      <w:r>
        <w:t>political power ki glory.</w:t>
      </w:r>
    </w:p>
    <w:p>
      <w:pPr>
        <w:jc w:val="right"/>
      </w:pPr>
      <w:r>
        <w:t>پولیٹیکل پاور کی گلوری۔</w:t>
      </w:r>
    </w:p>
    <w:p>
      <w:r>
        <w:rPr>
          <w:b/>
        </w:rPr>
        <w:t xml:space="preserve">[08:38] </w:t>
      </w:r>
      <w:r>
        <w:t>beh-haal, adar din god bohat si cheezain hain jis ko aadmi bara maan leta hai, isi mein jeeta</w:t>
      </w:r>
    </w:p>
    <w:p>
      <w:pPr>
        <w:jc w:val="right"/>
      </w:pPr>
      <w:r>
        <w:t>بہرحال، ادر دین گاڈ بہت سی چیزیں ہیں جس کو آدمی بڑا مان لیتا ہے، اسی میں جیتا</w:t>
      </w:r>
    </w:p>
    <w:p>
      <w:r>
        <w:rPr>
          <w:b/>
        </w:rPr>
        <w:t xml:space="preserve">[08:44] </w:t>
      </w:r>
      <w:r>
        <w:t>hai. aur yeh seat khaali padi hui hai.</w:t>
      </w:r>
    </w:p>
    <w:p>
      <w:pPr>
        <w:jc w:val="right"/>
      </w:pPr>
      <w:r>
        <w:t>ہے۔ اور یہ سیٹ خالی پڑی ہوئی ہے۔</w:t>
      </w:r>
    </w:p>
    <w:p>
      <w:r>
        <w:rPr>
          <w:b/>
        </w:rPr>
        <w:t xml:space="preserve">[08:56] </w:t>
      </w:r>
      <w:r>
        <w:t>haqeeqi maano mein</w:t>
      </w:r>
    </w:p>
    <w:p>
      <w:pPr>
        <w:jc w:val="right"/>
      </w:pPr>
      <w:r>
        <w:t>حقیقی معنوں میں</w:t>
      </w:r>
    </w:p>
    <w:p>
      <w:r>
        <w:rPr>
          <w:b/>
        </w:rPr>
        <w:t xml:space="preserve">[08:58] </w:t>
      </w:r>
      <w:r>
        <w:t>second best ki jo seat hai, woh khaali padi hui hai.</w:t>
      </w:r>
    </w:p>
    <w:p>
      <w:pPr>
        <w:jc w:val="right"/>
      </w:pPr>
      <w:r>
        <w:t>سیکنڈ بیسٹ کی جو سیٹ ہے، وہ خالی پڑی ہوئی ہے۔</w:t>
      </w:r>
    </w:p>
    <w:p>
      <w:r>
        <w:rPr>
          <w:b/>
        </w:rPr>
        <w:t xml:space="preserve">[09:04] </w:t>
      </w:r>
      <w:r>
        <w:t>is zamanay mein aap jantay hain aik philosophy nikli hai jis ko kehtay hain humanism.</w:t>
      </w:r>
    </w:p>
    <w:p>
      <w:pPr>
        <w:jc w:val="right"/>
      </w:pPr>
      <w:r>
        <w:t>اس زمانے میں آپ جانتے ہیں ایک فلاسفی نکلی ہے جس کو کہتے ہیں ہیومنزم۔</w:t>
      </w:r>
    </w:p>
    <w:p>
      <w:r>
        <w:rPr>
          <w:b/>
        </w:rPr>
        <w:t xml:space="preserve">[09:10] </w:t>
      </w:r>
      <w:r>
        <w:t>humanism ka matlab hota hai</w:t>
      </w:r>
    </w:p>
    <w:p>
      <w:pPr>
        <w:jc w:val="right"/>
      </w:pPr>
      <w:r>
        <w:t>ہیومنزم کا مطلب ہوتا ہے</w:t>
      </w:r>
    </w:p>
    <w:p>
      <w:r>
        <w:rPr>
          <w:b/>
        </w:rPr>
        <w:t xml:space="preserve">[09:13] </w:t>
      </w:r>
      <w:r>
        <w:t>transfer of seat from god to man.</w:t>
      </w:r>
    </w:p>
    <w:p>
      <w:pPr>
        <w:jc w:val="right"/>
      </w:pPr>
      <w:r>
        <w:t>ٹرانسفر آف سیٹ فرام گاڈ ٹو مین۔</w:t>
      </w:r>
    </w:p>
    <w:p>
      <w:r>
        <w:rPr>
          <w:b/>
        </w:rPr>
        <w:t xml:space="preserve">[09:19] </w:t>
      </w:r>
      <w:r>
        <w:t>transfer of seat from god to man.</w:t>
      </w:r>
    </w:p>
    <w:p>
      <w:pPr>
        <w:jc w:val="right"/>
      </w:pPr>
      <w:r>
        <w:t>ٹرانسفر آف سیٹ فرام گاڈ ٹو مین۔</w:t>
      </w:r>
    </w:p>
    <w:p>
      <w:r>
        <w:rPr>
          <w:b/>
        </w:rPr>
        <w:t xml:space="preserve">[09:21] </w:t>
      </w:r>
      <w:r>
        <w:t>zahir hai ke aik bilkul flush baat hai.</w:t>
      </w:r>
    </w:p>
    <w:p>
      <w:pPr>
        <w:jc w:val="right"/>
      </w:pPr>
      <w:r>
        <w:t>ظاہر ہے کہ ایک بالکل فلش بات ہے۔</w:t>
      </w:r>
    </w:p>
    <w:p>
      <w:r>
        <w:rPr>
          <w:b/>
        </w:rPr>
        <w:t xml:space="preserve">[09:25] </w:t>
      </w:r>
      <w:r>
        <w:t>insan god ki seat par nahi baith sakta.</w:t>
      </w:r>
    </w:p>
    <w:p>
      <w:pPr>
        <w:jc w:val="right"/>
      </w:pPr>
      <w:r>
        <w:t>انسان گاڈ کی سیٹ پر نہیں بیٹھ سکتا۔</w:t>
      </w:r>
    </w:p>
    <w:p>
      <w:r>
        <w:rPr>
          <w:b/>
        </w:rPr>
        <w:t xml:space="preserve">[09:29] </w:t>
      </w:r>
      <w:r>
        <w:t>jis seat par baithna is ke liye possible tha, us par nahi baith kar ke woh khud gaadi</w:t>
      </w:r>
    </w:p>
    <w:p>
      <w:pPr>
        <w:jc w:val="right"/>
      </w:pPr>
      <w:r>
        <w:t>جس سیٹ پر بیٹھنا اس کے لیے پاسیبل تھا، اس پر نہیں بیٹھ کر کے وہ خود گاڑی</w:t>
      </w:r>
    </w:p>
    <w:p>
      <w:r>
        <w:rPr>
          <w:b/>
        </w:rPr>
        <w:t xml:space="preserve">[09:34] </w:t>
      </w:r>
      <w:r>
        <w:t>ke seat par baithnay ka plan bana liya us ne.</w:t>
      </w:r>
    </w:p>
    <w:p>
      <w:pPr>
        <w:jc w:val="right"/>
      </w:pPr>
      <w:r>
        <w:t>کے سیٹ پر بیٹھنے کا پلان بنا لیا اس نے۔</w:t>
      </w:r>
    </w:p>
    <w:p>
      <w:r>
        <w:rPr>
          <w:b/>
        </w:rPr>
        <w:t xml:space="preserve">[09:40] </w:t>
      </w:r>
      <w:r>
        <w:t>isi qism ke</w:t>
      </w:r>
    </w:p>
    <w:p>
      <w:pPr>
        <w:jc w:val="right"/>
      </w:pPr>
      <w:r>
        <w:t>اسی قسم کے</w:t>
      </w:r>
    </w:p>
    <w:p>
      <w:r>
        <w:rPr>
          <w:b/>
        </w:rPr>
        <w:t xml:space="preserve">[09:42] </w:t>
      </w:r>
      <w:r>
        <w:t>aik philosopher ki book hai jis ka naam hai</w:t>
      </w:r>
    </w:p>
    <w:p>
      <w:pPr>
        <w:jc w:val="right"/>
      </w:pPr>
      <w:r>
        <w:t>ایک فلاسفر کی بک ہے جس کا نام ہے</w:t>
      </w:r>
    </w:p>
    <w:p>
      <w:r>
        <w:rPr>
          <w:b/>
        </w:rPr>
        <w:t xml:space="preserve">[09:46] </w:t>
      </w:r>
      <w:r>
        <w:t>"man stands alone".</w:t>
      </w:r>
    </w:p>
    <w:p>
      <w:pPr>
        <w:jc w:val="right"/>
      </w:pPr>
      <w:r>
        <w:t>"مین اسٹینڈز الون"۔</w:t>
      </w:r>
    </w:p>
    <w:p>
      <w:r>
        <w:rPr>
          <w:b/>
        </w:rPr>
        <w:t xml:space="preserve">[09:50] </w:t>
      </w:r>
      <w:r>
        <w:t>yeh sab bilkul,</w:t>
      </w:r>
    </w:p>
    <w:p>
      <w:pPr>
        <w:jc w:val="right"/>
      </w:pPr>
      <w:r>
        <w:t>یہ سب بالکل،</w:t>
      </w:r>
    </w:p>
    <w:p>
      <w:r>
        <w:rPr>
          <w:b/>
        </w:rPr>
        <w:t xml:space="preserve">[09:52] </w:t>
      </w:r>
      <w:r>
        <w:t>yaani bilkul base-less baatein hain.</w:t>
      </w:r>
    </w:p>
    <w:p>
      <w:pPr>
        <w:jc w:val="right"/>
      </w:pPr>
      <w:r>
        <w:t>یعنی بالکل بیس لیس باتیں ہیں۔</w:t>
      </w:r>
    </w:p>
    <w:p>
      <w:r>
        <w:rPr>
          <w:b/>
        </w:rPr>
        <w:t xml:space="preserve">[09:59] </w:t>
      </w:r>
      <w:r>
        <w:t>is ki koi haqeeqat nahi hai.</w:t>
      </w:r>
    </w:p>
    <w:p>
      <w:pPr>
        <w:jc w:val="right"/>
      </w:pPr>
      <w:r>
        <w:t>اس کی کوئی حقیقت نہیں ہے۔</w:t>
      </w:r>
    </w:p>
    <w:p>
      <w:r>
        <w:rPr>
          <w:b/>
        </w:rPr>
        <w:t xml:space="preserve">[10:03] </w:t>
      </w:r>
      <w:r>
        <w:t>to beh-haal, mein yeh kahoon ga ke hum mein se koi shakhs agar</w:t>
      </w:r>
    </w:p>
    <w:p>
      <w:pPr>
        <w:jc w:val="right"/>
      </w:pPr>
      <w:r>
        <w:t>تو بہرحال، میں یہ کہوں گا کہ ہم میں سے کوئی شخص اگر</w:t>
      </w:r>
    </w:p>
    <w:p>
      <w:r>
        <w:rPr>
          <w:b/>
        </w:rPr>
        <w:t xml:space="preserve">[10:09] </w:t>
      </w:r>
      <w:r>
        <w:t>aspire karna chahta hai kisi bari cheez ki,</w:t>
      </w:r>
    </w:p>
    <w:p>
      <w:pPr>
        <w:jc w:val="right"/>
      </w:pPr>
      <w:r>
        <w:t>ایسپائر کرنا چاہتا ہے کسی بڑی چیز کی،</w:t>
      </w:r>
    </w:p>
    <w:p>
      <w:r>
        <w:rPr>
          <w:b/>
        </w:rPr>
        <w:t xml:space="preserve">[10:13] </w:t>
      </w:r>
      <w:r>
        <w:t>koi tamanna apne dil mein paalna chahta hai kisi bari cheez ki,</w:t>
      </w:r>
    </w:p>
    <w:p>
      <w:pPr>
        <w:jc w:val="right"/>
      </w:pPr>
      <w:r>
        <w:t>کوئی تمنا اپنے دل میں پالنا چاہتا ہے کسی بڑی چیز کی،</w:t>
      </w:r>
    </w:p>
    <w:p>
      <w:r>
        <w:rPr>
          <w:b/>
        </w:rPr>
        <w:t xml:space="preserve">[10:18] </w:t>
      </w:r>
      <w:r>
        <w:t>to mein samajhta hoon ke is se bari koi tamanna nahi ho sakti.</w:t>
      </w:r>
    </w:p>
    <w:p>
      <w:pPr>
        <w:jc w:val="right"/>
      </w:pPr>
      <w:r>
        <w:t>تو میں سمجھتا ہوں کہ اس سے بڑی کوئی تمنا نہیں ہو سکتی۔</w:t>
      </w:r>
    </w:p>
    <w:p>
      <w:r>
        <w:rPr>
          <w:b/>
        </w:rPr>
        <w:t xml:space="preserve">[10:21] </w:t>
      </w:r>
      <w:r>
        <w:t>اس سے بڑا کوئی ایسپریشن نہیں ہو سکتا کہ وہ اسپائر کرے کہ میں یونیورس کا سیکنڈ بیسٹ</w:t>
      </w:r>
    </w:p>
    <w:p>
      <w:pPr>
        <w:jc w:val="right"/>
      </w:pPr>
      <w:r>
        <w:t>اس سے بڑا کوئی ایسپریشن نہیں ہو سکتا کہ وہ ایسپائر کرے کہ میں یونیورس کا سیکنڈ بیسٹ</w:t>
      </w:r>
    </w:p>
    <w:p>
      <w:r>
        <w:rPr>
          <w:b/>
        </w:rPr>
        <w:t xml:space="preserve">[10:30] </w:t>
      </w:r>
      <w:r>
        <w:t>بنوں گا، یعنی خدا کو acknowledge کرنے والا،</w:t>
      </w:r>
    </w:p>
    <w:p>
      <w:pPr>
        <w:jc w:val="right"/>
      </w:pPr>
      <w:r>
        <w:t>بنوں گا، یعنی خدا کو اکنالج کرنے والا،</w:t>
      </w:r>
    </w:p>
    <w:p>
      <w:r>
        <w:rPr>
          <w:b/>
        </w:rPr>
        <w:t xml:space="preserve">[10:34] </w:t>
      </w:r>
      <w:r>
        <w:t>khuda ko discover karnay wala, khuda ko realize karnay wala,</w:t>
      </w:r>
    </w:p>
    <w:p>
      <w:pPr>
        <w:jc w:val="right"/>
      </w:pPr>
      <w:r>
        <w:t>خدا کو ڈسکور کرنے والا، خدا کو ریالائز کرنے والا،</w:t>
      </w:r>
    </w:p>
    <w:p>
      <w:r>
        <w:rPr>
          <w:b/>
        </w:rPr>
        <w:t xml:space="preserve">[10:39] </w:t>
      </w:r>
      <w:r>
        <w:t>خدا کی بڑائی کو ماننے والا، خدا کے آگے surrender کرنے والا۔</w:t>
      </w:r>
    </w:p>
    <w:p>
      <w:pPr>
        <w:jc w:val="right"/>
      </w:pPr>
      <w:r>
        <w:t>خدا کی بڑائی کو ماننے والا، خدا کے آگے سرینڈر کرنے والا۔</w:t>
      </w:r>
    </w:p>
    <w:p>
      <w:r>
        <w:rPr>
          <w:b/>
        </w:rPr>
        <w:t xml:space="preserve">[10:46] </w:t>
      </w:r>
      <w:r>
        <w:t>woh insan dekhiye, yeh mere haath mein</w:t>
      </w:r>
    </w:p>
    <w:p>
      <w:pPr>
        <w:jc w:val="right"/>
      </w:pPr>
      <w:r>
        <w:t>وہ انسان دیکھیے، یہ میرے ہاتھ میں</w:t>
      </w:r>
    </w:p>
    <w:p>
      <w:r>
        <w:rPr>
          <w:b/>
        </w:rPr>
        <w:t xml:space="preserve">[10:57] </w:t>
      </w:r>
      <w:r>
        <w:t>yeh hai "english daily the hindu",</w:t>
      </w:r>
    </w:p>
    <w:p>
      <w:pPr>
        <w:jc w:val="right"/>
      </w:pPr>
      <w:r>
        <w:t>یہ ہے "انگلش ڈیلی دا ہندو"،</w:t>
      </w:r>
    </w:p>
    <w:p>
      <w:r>
        <w:rPr>
          <w:b/>
        </w:rPr>
        <w:t xml:space="preserve">[11:05] </w:t>
      </w:r>
      <w:r>
        <w:t>yani aaj 6 october ka yeh issue hai.</w:t>
      </w:r>
    </w:p>
    <w:p>
      <w:pPr>
        <w:jc w:val="right"/>
      </w:pPr>
      <w:r>
        <w:t>یعنی آج 6 اکتوبر کا یہ ایشو ہے۔</w:t>
      </w:r>
    </w:p>
    <w:p>
      <w:r>
        <w:rPr>
          <w:b/>
        </w:rPr>
        <w:t xml:space="preserve">[11:11] </w:t>
      </w:r>
      <w:r>
        <w:t>to is mein aik report chhapi hai</w:t>
      </w:r>
    </w:p>
    <w:p>
      <w:pPr>
        <w:jc w:val="right"/>
      </w:pPr>
      <w:r>
        <w:t>تو اس میں ایک رپورٹ چھپی ہے</w:t>
      </w:r>
    </w:p>
    <w:p>
      <w:r>
        <w:rPr>
          <w:b/>
        </w:rPr>
        <w:t xml:space="preserve">[11:16] </w:t>
      </w:r>
      <w:r>
        <w:t>jis ka caption yeh hai</w:t>
      </w:r>
    </w:p>
    <w:p>
      <w:pPr>
        <w:jc w:val="right"/>
      </w:pPr>
      <w:r>
        <w:t>جس کا کیپشن یہ ہے</w:t>
      </w:r>
    </w:p>
    <w:p>
      <w:r>
        <w:rPr>
          <w:b/>
        </w:rPr>
        <w:t xml:space="preserve">[11:20] </w:t>
      </w:r>
      <w:r>
        <w:t>keh "quran tops</w:t>
      </w:r>
    </w:p>
    <w:p>
      <w:pPr>
        <w:jc w:val="right"/>
      </w:pPr>
      <w:r>
        <w:t>کہ "قرآن ٹاپس</w:t>
      </w:r>
    </w:p>
    <w:p>
      <w:r>
        <w:rPr>
          <w:b/>
        </w:rPr>
        <w:t xml:space="preserve">[11:28] </w:t>
      </w:r>
      <w:r>
        <w:t>google book search".</w:t>
      </w:r>
    </w:p>
    <w:p>
      <w:pPr>
        <w:jc w:val="right"/>
      </w:pPr>
      <w:r>
        <w:t>گوگل بک سرچ"۔</w:t>
      </w:r>
    </w:p>
    <w:p>
      <w:r>
        <w:rPr>
          <w:b/>
        </w:rPr>
        <w:t xml:space="preserve">[11:33] </w:t>
      </w:r>
      <w:r>
        <w:t>yeh aik research ki gayi</w:t>
      </w:r>
    </w:p>
    <w:p>
      <w:pPr>
        <w:jc w:val="right"/>
      </w:pPr>
      <w:r>
        <w:t>یہ ایک ریسرچ کی گئی</w:t>
      </w:r>
    </w:p>
    <w:p>
      <w:r>
        <w:rPr>
          <w:b/>
        </w:rPr>
        <w:t xml:space="preserve">[11:41] </w:t>
      </w:r>
      <w:r>
        <w:t>keh google ka jo aap jante hain keh number one shayad hai,</w:t>
      </w:r>
    </w:p>
    <w:p>
      <w:pPr>
        <w:jc w:val="right"/>
      </w:pPr>
      <w:r>
        <w:t>کہ گوگل کا جو آپ جانتے ہیں کہ نمبر ون شاید ہے،</w:t>
      </w:r>
    </w:p>
    <w:p>
      <w:r>
        <w:rPr>
          <w:b/>
        </w:rPr>
        <w:t xml:space="preserve">[11:48] </w:t>
      </w:r>
      <w:r>
        <w:t>is ko kiya kehte hain?</w:t>
      </w:r>
    </w:p>
    <w:p>
      <w:pPr>
        <w:jc w:val="right"/>
      </w:pPr>
      <w:r>
        <w:t>اس کو کیا کہتے ہیں؟</w:t>
      </w:r>
    </w:p>
    <w:p>
      <w:r>
        <w:rPr>
          <w:b/>
        </w:rPr>
        <w:t xml:space="preserve">[11:49] </w:t>
      </w:r>
      <w:r>
        <w:t>search engine. Hain? Search engine. Search engine. Shayad number one search engine hai Google. To unhon ne is par survey karwaya to maloom hua ki un ka jo, un ka jo jis ko kehte hain online read, online reading, us ko online reading kehte hain, ji? Online reading. Online reading. Online reading.</w:t>
      </w:r>
    </w:p>
    <w:p>
      <w:pPr>
        <w:jc w:val="right"/>
      </w:pPr>
      <w:r>
        <w:t>سرچ انجن۔ ہیں؟ سرچ انجن۔ سرچ انجن۔ شاید نمبر ون سرچ انجن ہے گوگل۔ تو انہوں نے اس پر سروے کروایا تو معلوم ہوا کہ ان کا جو، ان کا جو جس کو کہتے ہیں ان لائن ریڈ، ان لائن ریڈنگ، اس کو ان لائن ریڈنگ کہتے ہیں، جی؟ ان لائن ریڈنگ۔ ان لائن ریڈنگ۔</w:t>
      </w:r>
    </w:p>
    <w:p>
      <w:r>
        <w:rPr>
          <w:b/>
        </w:rPr>
        <w:t xml:space="preserve">[12:18] </w:t>
      </w:r>
      <w:r>
        <w:t>haan. to online reading jo karte hain, jo log is par,</w:t>
      </w:r>
    </w:p>
    <w:p>
      <w:pPr>
        <w:jc w:val="right"/>
      </w:pPr>
      <w:r>
        <w:t>ہاں۔ تو ان لائن ریڈنگ جو کرتے ہیں، جو لوگ اس پر،</w:t>
      </w:r>
    </w:p>
    <w:p>
      <w:r>
        <w:rPr>
          <w:b/>
        </w:rPr>
        <w:t xml:space="preserve">[12:23] </w:t>
      </w:r>
      <w:r>
        <w:t>to sab se zyada top par hai jo book jis ko zyada</w:t>
      </w:r>
    </w:p>
    <w:p>
      <w:pPr>
        <w:jc w:val="right"/>
      </w:pPr>
      <w:r>
        <w:t>تو سب سے زیادہ ٹاپ پر ہے جو بک جس کو زیادہ</w:t>
      </w:r>
    </w:p>
    <w:p>
      <w:r>
        <w:rPr>
          <w:b/>
        </w:rPr>
        <w:t xml:space="preserve">[12:29] </w:t>
      </w:r>
      <w:r>
        <w:t>woh parhte hain internet par, woh hai quran.</w:t>
      </w:r>
    </w:p>
    <w:p>
      <w:pPr>
        <w:jc w:val="right"/>
      </w:pPr>
      <w:r>
        <w:t>وہ پڑھتے ہیں انٹرنیٹ پر، وہ ہے قرآن۔</w:t>
      </w:r>
    </w:p>
    <w:p>
      <w:r>
        <w:rPr>
          <w:b/>
        </w:rPr>
        <w:t xml:space="preserve">[12:34] </w:t>
      </w:r>
      <w:r>
        <w:t>yeh aaj ke paper mein yeh chhapa hai.</w:t>
      </w:r>
    </w:p>
    <w:p>
      <w:pPr>
        <w:jc w:val="right"/>
      </w:pPr>
      <w:r>
        <w:t>یہ آج کے پیپر میں یہ چھپا ہے۔</w:t>
      </w:r>
    </w:p>
    <w:p>
      <w:r>
        <w:rPr>
          <w:b/>
        </w:rPr>
        <w:t xml:space="preserve">[12:37] </w:t>
      </w:r>
      <w:r>
        <w:t>sab se zyada.</w:t>
      </w:r>
    </w:p>
    <w:p>
      <w:pPr>
        <w:jc w:val="right"/>
      </w:pPr>
      <w:r>
        <w:t>سب سے زیادہ۔</w:t>
      </w:r>
    </w:p>
    <w:p>
      <w:r>
        <w:rPr>
          <w:b/>
        </w:rPr>
        <w:t xml:space="preserve">[12:39] </w:t>
      </w:r>
      <w:r>
        <w:t>yeh bari anokhi baat hai.</w:t>
      </w:r>
    </w:p>
    <w:p>
      <w:pPr>
        <w:jc w:val="right"/>
      </w:pPr>
      <w:r>
        <w:t>یہ بڑی انوکھی بات ہے۔</w:t>
      </w:r>
    </w:p>
    <w:p>
      <w:r>
        <w:rPr>
          <w:b/>
        </w:rPr>
        <w:t xml:space="preserve">[12:44] </w:t>
      </w:r>
      <w:r>
        <w:t>bohat anokhi baat hai.</w:t>
      </w:r>
    </w:p>
    <w:p>
      <w:pPr>
        <w:jc w:val="right"/>
      </w:pPr>
      <w:r>
        <w:t>بہت انوکھی بات ہے۔</w:t>
      </w:r>
    </w:p>
    <w:p>
      <w:r>
        <w:rPr>
          <w:b/>
        </w:rPr>
        <w:t xml:space="preserve">[12:47] </w:t>
      </w:r>
      <w:r>
        <w:t>is par mein sochta raha</w:t>
      </w:r>
    </w:p>
    <w:p>
      <w:pPr>
        <w:jc w:val="right"/>
      </w:pPr>
      <w:r>
        <w:t>اس پر میں سوچتا رہا</w:t>
      </w:r>
    </w:p>
    <w:p>
      <w:r>
        <w:rPr>
          <w:b/>
        </w:rPr>
        <w:t xml:space="preserve">[12:52] </w:t>
      </w:r>
      <w:r>
        <w:t>keh aisa kyun hai?</w:t>
      </w:r>
    </w:p>
    <w:p>
      <w:pPr>
        <w:jc w:val="right"/>
      </w:pPr>
      <w:r>
        <w:t>کہ ایسا کیوں ہے؟</w:t>
      </w:r>
    </w:p>
    <w:p>
      <w:r>
        <w:rPr>
          <w:b/>
        </w:rPr>
        <w:t xml:space="preserve">[12:57] </w:t>
      </w:r>
      <w:r>
        <w:t>aisa kyun hai?</w:t>
      </w:r>
    </w:p>
    <w:p>
      <w:pPr>
        <w:jc w:val="right"/>
      </w:pPr>
      <w:r>
        <w:t>ایسا کیوں ہے؟</w:t>
      </w:r>
    </w:p>
    <w:p>
      <w:r>
        <w:rPr>
          <w:b/>
        </w:rPr>
        <w:t xml:space="preserve">[13:03] </w:t>
      </w:r>
      <w:r>
        <w:t>aisa kyun hai keh yeh akhbar walon ko yeh khabar mili keh quran tops</w:t>
      </w:r>
    </w:p>
    <w:p>
      <w:pPr>
        <w:jc w:val="right"/>
      </w:pPr>
      <w:r>
        <w:t>ایسا کیوں ہے کہ یہ اخبار والوں کو یہ خبر ملی کہ قرآن ٹاپس</w:t>
      </w:r>
    </w:p>
    <w:p>
      <w:r>
        <w:rPr>
          <w:b/>
        </w:rPr>
        <w:t xml:space="preserve">[13:11] </w:t>
      </w:r>
      <w:r>
        <w:t>google book search.</w:t>
      </w:r>
    </w:p>
    <w:p>
      <w:pPr>
        <w:jc w:val="right"/>
      </w:pPr>
      <w:r>
        <w:t>گوگل بک سرچ۔</w:t>
      </w:r>
    </w:p>
    <w:p>
      <w:r>
        <w:rPr>
          <w:b/>
        </w:rPr>
        <w:t xml:space="preserve">[13:16] </w:t>
      </w:r>
      <w:r>
        <w:t>dekhiye, kal hi aik paper, kal hi ghhaliban times of india mein, kal ya parson aik article aaya</w:t>
      </w:r>
    </w:p>
    <w:p>
      <w:pPr>
        <w:jc w:val="right"/>
      </w:pPr>
      <w:r>
        <w:t>دیکھیے، کل ہی ایک پیپر، کل ہی غالباً ٹائمز آف انڈیا میں، کل یا پرسوں ایک آرٹیکل آیا</w:t>
      </w:r>
    </w:p>
    <w:p>
      <w:r>
        <w:rPr>
          <w:b/>
        </w:rPr>
        <w:t xml:space="preserve">[13:28] </w:t>
      </w:r>
      <w:r>
        <w:t>tha "islam hijacked".</w:t>
      </w:r>
    </w:p>
    <w:p>
      <w:pPr>
        <w:jc w:val="right"/>
      </w:pPr>
      <w:r>
        <w:t>تھا "اسلام ہائی جیکڈ"۔</w:t>
      </w:r>
    </w:p>
    <w:p>
      <w:r>
        <w:rPr>
          <w:b/>
        </w:rPr>
        <w:t xml:space="preserve">[13:33] </w:t>
      </w:r>
      <w:r>
        <w:t>is mein quran ke baray mein aisi bilkul absurd baatein likhi hui theen.</w:t>
      </w:r>
    </w:p>
    <w:p>
      <w:pPr>
        <w:jc w:val="right"/>
      </w:pPr>
      <w:r>
        <w:t>اس میں قرآن کے بارے میں ایسی بالکل ایبسرٹ باتیں لکھی ہوئی تھیں۔</w:t>
      </w:r>
    </w:p>
    <w:p>
      <w:r>
        <w:rPr>
          <w:b/>
        </w:rPr>
        <w:t xml:space="preserve">[13:39] </w:t>
      </w:r>
      <w:r>
        <w:t>to aik taraf quran ke baray mein false propaganda hai, doosri taraf quran top par pohancha hua hai.</w:t>
      </w:r>
    </w:p>
    <w:p>
      <w:pPr>
        <w:jc w:val="right"/>
      </w:pPr>
      <w:r>
        <w:t>تو ایک طرف قرآن کے بارے میں فالس پروپیگنڈا ہے، دوسری طرف قرآن ٹاپ پر پہنچا ہوا ہے۔</w:t>
      </w:r>
    </w:p>
    <w:p>
      <w:r>
        <w:rPr>
          <w:b/>
        </w:rPr>
        <w:t xml:space="preserve">[13:46] </w:t>
      </w:r>
      <w:r>
        <w:t>yeh sochne ki baat hai.</w:t>
      </w:r>
    </w:p>
    <w:p>
      <w:pPr>
        <w:jc w:val="right"/>
      </w:pPr>
      <w:r>
        <w:t>یہ سوچنے کی بات ہے۔</w:t>
      </w:r>
    </w:p>
    <w:p>
      <w:r>
        <w:rPr>
          <w:b/>
        </w:rPr>
        <w:t xml:space="preserve">[13:50] </w:t>
      </w:r>
      <w:r>
        <w:t>mislan is mein likha tha quran ke baray mein ke quran profit ke death ke 13 saal baad</w:t>
      </w:r>
    </w:p>
    <w:p>
      <w:pPr>
        <w:jc w:val="right"/>
      </w:pPr>
      <w:r>
        <w:t>مثلاً اس میں لکھا تھا قرآن کے بارے میں کہ قرآن پرافٹ کے ڈیتھ کے 13 سال بعد</w:t>
      </w:r>
    </w:p>
    <w:p>
      <w:r>
        <w:rPr>
          <w:b/>
        </w:rPr>
        <w:t xml:space="preserve">[13:58] </w:t>
      </w:r>
      <w:r>
        <w:t>compile kiya gaya.</w:t>
      </w:r>
    </w:p>
    <w:p>
      <w:pPr>
        <w:jc w:val="right"/>
      </w:pPr>
      <w:r>
        <w:t>کمپائل کیا گیا۔</w:t>
      </w:r>
    </w:p>
    <w:p>
      <w:r>
        <w:rPr>
          <w:b/>
        </w:rPr>
        <w:t xml:space="preserve">[14:01] </w:t>
      </w:r>
      <w:r>
        <w:t>yeh bilashuba ek base less baat hai.</w:t>
      </w:r>
    </w:p>
    <w:p>
      <w:pPr>
        <w:jc w:val="right"/>
      </w:pPr>
      <w:r>
        <w:t>یہ بلاشبہ ایک بیس لیس بات ہے۔</w:t>
      </w:r>
    </w:p>
    <w:p>
      <w:r>
        <w:rPr>
          <w:b/>
        </w:rPr>
        <w:t xml:space="preserve">[14:05] </w:t>
      </w:r>
      <w:r>
        <w:t>yeh aisa aadmi keh sakta hai jo educated aadmi na ho.</w:t>
      </w:r>
    </w:p>
    <w:p>
      <w:pPr>
        <w:jc w:val="right"/>
      </w:pPr>
      <w:r>
        <w:t>یہ ایسا آدمی کہہ سکتا ہے جو ایجوکیٹڈ آدمی نہ ہو۔</w:t>
      </w:r>
    </w:p>
    <w:p>
      <w:r>
        <w:rPr>
          <w:b/>
        </w:rPr>
        <w:t xml:space="preserve">[14:08] </w:t>
      </w:r>
      <w:r>
        <w:t>آج کل لوگوں کا حال یہ ہے کہ English لکھنا آ جائے انہیں تو بس وہ قلب چلانا</w:t>
      </w:r>
    </w:p>
    <w:p>
      <w:pPr>
        <w:jc w:val="right"/>
      </w:pPr>
      <w:r>
        <w:t>آج کل لوگوں کا حال یہ ہے کہ انگلش لکھنا آ جائے انہیں تو بس وہ قلب چلانا</w:t>
      </w:r>
    </w:p>
    <w:p>
      <w:r>
        <w:rPr>
          <w:b/>
        </w:rPr>
        <w:t xml:space="preserve">[14:13] </w:t>
      </w:r>
      <w:r>
        <w:t>shuru kar dete hain.</w:t>
      </w:r>
    </w:p>
    <w:p>
      <w:pPr>
        <w:jc w:val="right"/>
      </w:pPr>
      <w:r>
        <w:t>شروع کر دیتے ہیں۔</w:t>
      </w:r>
    </w:p>
    <w:p>
      <w:r>
        <w:rPr>
          <w:b/>
        </w:rPr>
        <w:t xml:space="preserve">[14:16] </w:t>
      </w:r>
      <w:r>
        <w:t>science ke subject par koi is tarah ka article nahi likhega.</w:t>
      </w:r>
    </w:p>
    <w:p>
      <w:pPr>
        <w:jc w:val="right"/>
      </w:pPr>
      <w:r>
        <w:t>سائنس کے سبجیکٹ پر کوئی اس طرح کا آرٹیکل نہیں لکھے گا۔</w:t>
      </w:r>
    </w:p>
    <w:p>
      <w:r>
        <w:rPr>
          <w:b/>
        </w:rPr>
        <w:t xml:space="preserve">[14:22] </w:t>
      </w:r>
      <w:r>
        <w:t>lekin mazhab ke subject par har aadmi is tarah ka article likhne ko tayyar rehta hai.</w:t>
      </w:r>
    </w:p>
    <w:p>
      <w:pPr>
        <w:jc w:val="right"/>
      </w:pPr>
      <w:r>
        <w:t>لیکن مذہب کے سبجیکٹ پر ہر آدمی اس طرح کا آرٹیکل لکھنے کو تیار رہتا ہے۔</w:t>
      </w:r>
    </w:p>
    <w:p>
      <w:r>
        <w:rPr>
          <w:b/>
        </w:rPr>
        <w:t xml:space="preserve">[14:27] </w:t>
      </w:r>
      <w:r>
        <w:t>dekhen, is mein ghalati kya hai</w:t>
      </w:r>
    </w:p>
    <w:p>
      <w:pPr>
        <w:jc w:val="right"/>
      </w:pPr>
      <w:r>
        <w:t>دیکھیں، اس میں غلطی کیا ہے</w:t>
      </w:r>
    </w:p>
    <w:p>
      <w:r>
        <w:rPr>
          <w:b/>
        </w:rPr>
        <w:t xml:space="preserve">[14:30] </w:t>
      </w:r>
      <w:r>
        <w:t>ke is writer ne,</w:t>
      </w:r>
    </w:p>
    <w:p>
      <w:pPr>
        <w:jc w:val="right"/>
      </w:pPr>
      <w:r>
        <w:t>کہ اس رائٹر نے،</w:t>
      </w:r>
    </w:p>
    <w:p>
      <w:r>
        <w:rPr>
          <w:b/>
        </w:rPr>
        <w:t xml:space="preserve">[14:33] </w:t>
      </w:r>
      <w:r>
        <w:t>yani he fail to differentiate</w:t>
      </w:r>
    </w:p>
    <w:p>
      <w:pPr>
        <w:jc w:val="right"/>
      </w:pPr>
      <w:r>
        <w:t>یعنی ہی فیل ٹو ڈفرینشیٹ</w:t>
      </w:r>
    </w:p>
    <w:p>
      <w:r>
        <w:rPr>
          <w:b/>
        </w:rPr>
        <w:t xml:space="preserve">[14:37] </w:t>
      </w:r>
      <w:r>
        <w:t>between two things, yani compilation</w:t>
      </w:r>
    </w:p>
    <w:p>
      <w:pPr>
        <w:jc w:val="right"/>
      </w:pPr>
      <w:r>
        <w:t>بٹوین ٹو تھنگز، یعنی کمپائلیشن</w:t>
      </w:r>
    </w:p>
    <w:p>
      <w:r>
        <w:rPr>
          <w:b/>
        </w:rPr>
        <w:t xml:space="preserve">[14:41] </w:t>
      </w:r>
      <w:r>
        <w:t>aur copying. ek hai quran ko compile karna aur ek hai quran ki copy banana, is ka yani</w:t>
      </w:r>
    </w:p>
    <w:p>
      <w:pPr>
        <w:jc w:val="right"/>
      </w:pPr>
      <w:r>
        <w:t>اور کاپینگ۔ ایک ہے قرآن کو کمپائل کرنا اور ایک ہے قرآن کی کاپی بنانا، اس کا یعنی</w:t>
      </w:r>
    </w:p>
    <w:p>
      <w:r>
        <w:rPr>
          <w:b/>
        </w:rPr>
        <w:t xml:space="preserve">[14:53] </w:t>
      </w:r>
      <w:r>
        <w:t>naqal karna. to dekhiye, jo is ki jo history hai, woh batati hai</w:t>
      </w:r>
    </w:p>
    <w:p>
      <w:pPr>
        <w:jc w:val="right"/>
      </w:pPr>
      <w:r>
        <w:t>نقل کرنا۔ تو دیکھیے، جو اس کی جو ہسٹری ہے، وہ بتاتی ہے</w:t>
      </w:r>
    </w:p>
    <w:p>
      <w:r>
        <w:rPr>
          <w:b/>
        </w:rPr>
        <w:t xml:space="preserve">[15:01] </w:t>
      </w:r>
      <w:r>
        <w:t>ke quran utra 23 years mein,</w:t>
      </w:r>
    </w:p>
    <w:p>
      <w:pPr>
        <w:jc w:val="right"/>
      </w:pPr>
      <w:r>
        <w:t>کہ قرآن اترا 23 ایئرز میں،</w:t>
      </w:r>
    </w:p>
    <w:p>
      <w:r>
        <w:rPr>
          <w:b/>
        </w:rPr>
        <w:t xml:space="preserve">[15:06] </w:t>
      </w:r>
      <w:r>
        <w:t>periodical way mein,</w:t>
      </w:r>
    </w:p>
    <w:p>
      <w:pPr>
        <w:jc w:val="right"/>
      </w:pPr>
      <w:r>
        <w:t>پیریٹیکل وے میں،</w:t>
      </w:r>
    </w:p>
    <w:p>
      <w:r>
        <w:rPr>
          <w:b/>
        </w:rPr>
        <w:t xml:space="preserve">[15:09] </w:t>
      </w:r>
      <w:r>
        <w:t>aur aap ki death se pehle</w:t>
      </w:r>
    </w:p>
    <w:p>
      <w:pPr>
        <w:jc w:val="right"/>
      </w:pPr>
      <w:r>
        <w:t>اور آپ کی ڈیتھ سے پہلے</w:t>
      </w:r>
    </w:p>
    <w:p>
      <w:r>
        <w:rPr>
          <w:b/>
        </w:rPr>
        <w:t xml:space="preserve">[15:12] </w:t>
      </w:r>
      <w:r>
        <w:t>poora poora quran compile ho chuka tha.</w:t>
      </w:r>
    </w:p>
    <w:p>
      <w:pPr>
        <w:jc w:val="right"/>
      </w:pPr>
      <w:r>
        <w:t>پورا پورا قرآن کمپائل ہو چکا تھا۔</w:t>
      </w:r>
    </w:p>
    <w:p>
      <w:r>
        <w:rPr>
          <w:b/>
        </w:rPr>
        <w:t xml:space="preserve">[15:15] </w:t>
      </w:r>
      <w:r>
        <w:t>poora poora quran, yani al fatiha se le kar al naas tak,</w:t>
      </w:r>
    </w:p>
    <w:p>
      <w:pPr>
        <w:jc w:val="right"/>
      </w:pPr>
      <w:r>
        <w:t>پورا پورا قرآن، یعنی الفاتحہ سے لے کر الناس تک،</w:t>
      </w:r>
    </w:p>
    <w:p>
      <w:r>
        <w:rPr>
          <w:b/>
        </w:rPr>
        <w:t xml:space="preserve">[15:22] </w:t>
      </w:r>
      <w:r>
        <w:t>114 chapters. to</w:t>
      </w:r>
    </w:p>
    <w:p>
      <w:pPr>
        <w:jc w:val="right"/>
      </w:pPr>
      <w:r>
        <w:t>114 چیپٹرز۔ تو</w:t>
      </w:r>
    </w:p>
    <w:p>
      <w:r>
        <w:rPr>
          <w:b/>
        </w:rPr>
        <w:t xml:space="preserve">[15:28] </w:t>
      </w:r>
      <w:r>
        <w:t>lekin us waqt kya shakal thi?</w:t>
      </w:r>
    </w:p>
    <w:p>
      <w:pPr>
        <w:jc w:val="right"/>
      </w:pPr>
      <w:r>
        <w:t>لیکن اس وقت کیا شکل تھی؟</w:t>
      </w:r>
    </w:p>
    <w:p>
      <w:r>
        <w:rPr>
          <w:b/>
        </w:rPr>
        <w:t xml:space="preserve">[15:32] </w:t>
      </w:r>
      <w:r>
        <w:t>us waqt printing press to hota nahi tha, lekin</w:t>
      </w:r>
    </w:p>
    <w:p>
      <w:pPr>
        <w:jc w:val="right"/>
      </w:pPr>
      <w:r>
        <w:t>اس وقت پرنٹنگ پریس تو ہوتا نہیں تھا، لیکن</w:t>
      </w:r>
    </w:p>
    <w:p>
      <w:r>
        <w:rPr>
          <w:b/>
        </w:rPr>
        <w:t xml:space="preserve">[15:37] </w:t>
      </w:r>
      <w:r>
        <w:t>in logon ko us waqt memory logon ko bohat achhi hua karti thi.</w:t>
      </w:r>
    </w:p>
    <w:p>
      <w:pPr>
        <w:jc w:val="right"/>
      </w:pPr>
      <w:r>
        <w:t>ان لوگوں کو اس وقت میموری لوگوں کو بہت اچھی ہوا کرتی تھی۔</w:t>
      </w:r>
    </w:p>
    <w:p>
      <w:r>
        <w:rPr>
          <w:b/>
        </w:rPr>
        <w:t xml:space="preserve">[15:40] </w:t>
      </w:r>
      <w:r>
        <w:t>kyun ke aap jante hain ke</w:t>
      </w:r>
    </w:p>
    <w:p>
      <w:pPr>
        <w:jc w:val="right"/>
      </w:pPr>
      <w:r>
        <w:t>کیونکہ آپ جانتے ہیں کہ</w:t>
      </w:r>
    </w:p>
    <w:p>
      <w:r>
        <w:rPr>
          <w:b/>
        </w:rPr>
        <w:t xml:space="preserve">[15:44] </w:t>
      </w:r>
      <w:r>
        <w:t>jo faculty ziyada istemal mein ho, woh faculty bohat strong ho jati hai.</w:t>
      </w:r>
    </w:p>
    <w:p>
      <w:pPr>
        <w:jc w:val="right"/>
      </w:pPr>
      <w:r>
        <w:t>جو فیکلٹی زیادہ استعمال میں ہو، وہ فیکلٹی بہت اسٹرانگ ہو جاتی ہے۔</w:t>
      </w:r>
    </w:p>
    <w:p>
      <w:r>
        <w:rPr>
          <w:b/>
        </w:rPr>
        <w:t xml:space="preserve">[15:52] </w:t>
      </w:r>
      <w:r>
        <w:t>to pichhle zamane mein log zyada tar memory se kaam kiya karte the, to bahut aasani se woh</w:t>
      </w:r>
    </w:p>
    <w:p>
      <w:pPr>
        <w:jc w:val="right"/>
      </w:pPr>
      <w:r>
        <w:t>تو پچھلے زمانے میں لوگ زیادہ تر میموری سے کام کیا کرتے تھے، تو بہت آسانی سے وہ</w:t>
      </w:r>
    </w:p>
    <w:p>
      <w:r>
        <w:rPr>
          <w:b/>
        </w:rPr>
        <w:t xml:space="preserve">[16:00] </w:t>
      </w:r>
      <w:r>
        <w:t>log yaad kar lete the.</w:t>
      </w:r>
    </w:p>
    <w:p>
      <w:pPr>
        <w:jc w:val="right"/>
      </w:pPr>
      <w:r>
        <w:t>لوگ یاد کر لیتے تھے۔</w:t>
      </w:r>
    </w:p>
    <w:p>
      <w:r>
        <w:rPr>
          <w:b/>
        </w:rPr>
        <w:t xml:space="preserve">[16:03] </w:t>
      </w:r>
      <w:r>
        <w:t>to is zamane mein quran jo hai,</w:t>
      </w:r>
    </w:p>
    <w:p>
      <w:pPr>
        <w:jc w:val="right"/>
      </w:pPr>
      <w:r>
        <w:t>تو اس زمانے میں قرآن جو ہے،</w:t>
      </w:r>
    </w:p>
    <w:p>
      <w:r>
        <w:rPr>
          <w:b/>
        </w:rPr>
        <w:t xml:space="preserve">[16:06] </w:t>
      </w:r>
      <w:r>
        <w:t>hazaron hazar logon ke mind mein rehta tha.</w:t>
      </w:r>
    </w:p>
    <w:p>
      <w:pPr>
        <w:jc w:val="right"/>
      </w:pPr>
      <w:r>
        <w:t>ہزاروں ہزار لوگوں کے مائنڈ میں رہتا تھا۔</w:t>
      </w:r>
    </w:p>
    <w:p>
      <w:r>
        <w:rPr>
          <w:b/>
        </w:rPr>
        <w:t xml:space="preserve">[16:10] </w:t>
      </w:r>
      <w:r>
        <w:t>bahut easily woh yaad kar lete the.</w:t>
      </w:r>
    </w:p>
    <w:p>
      <w:pPr>
        <w:jc w:val="right"/>
      </w:pPr>
      <w:r>
        <w:t>بہت ایزیلی وہ یاد کر لیتے تھے۔</w:t>
      </w:r>
    </w:p>
    <w:p>
      <w:r>
        <w:rPr>
          <w:b/>
        </w:rPr>
        <w:t xml:space="preserve">[16:13] </w:t>
      </w:r>
      <w:r>
        <w:t>aur fragmentary way mein likha hua bhi rehta tha sab ke sath, sab ke paas.</w:t>
      </w:r>
    </w:p>
    <w:p>
      <w:pPr>
        <w:jc w:val="right"/>
      </w:pPr>
      <w:r>
        <w:t>اور فرگمنٹری وے میں لکھا ہوا بھی رہتا تھا سب کے ساتھ، سب کے پاس۔</w:t>
      </w:r>
    </w:p>
    <w:p>
      <w:r>
        <w:rPr>
          <w:b/>
        </w:rPr>
        <w:t xml:space="preserve">[16:20] </w:t>
      </w:r>
      <w:r>
        <w:t>yani pura pura quran, yani ek binding mein to nahi hota tha prophet ke zamane mein, lekin fragmentary</w:t>
      </w:r>
    </w:p>
    <w:p>
      <w:pPr>
        <w:jc w:val="right"/>
      </w:pPr>
      <w:r>
        <w:t>یعنی پورا پورا قرآن، یعنی ایک بائنڈنگ میں تو نہیں ہوتا تھا پرافٹ کے زمانے میں، لیکن فرگمنٹری</w:t>
      </w:r>
    </w:p>
    <w:p>
      <w:r>
        <w:rPr>
          <w:b/>
        </w:rPr>
        <w:t xml:space="preserve">[16:30] </w:t>
      </w:r>
      <w:r>
        <w:t>way mein sara quran kuch unke paas, kuch unke paas, kuch unke paas maujood rehta</w:t>
      </w:r>
    </w:p>
    <w:p>
      <w:pPr>
        <w:jc w:val="right"/>
      </w:pPr>
      <w:r>
        <w:t>وے میں سارا قرآن کچھ ان کے پاس، کچھ ان کے پاس، کچھ ان کے پاس موجود رہتا</w:t>
      </w:r>
    </w:p>
    <w:p>
      <w:r>
        <w:rPr>
          <w:b/>
        </w:rPr>
        <w:t xml:space="preserve">[16:35] </w:t>
      </w:r>
      <w:r>
        <w:t>tha, likhte the log.</w:t>
      </w:r>
    </w:p>
    <w:p>
      <w:pPr>
        <w:jc w:val="right"/>
      </w:pPr>
      <w:r>
        <w:t>تھا، لکھتے تھے لوگ۔</w:t>
      </w:r>
    </w:p>
    <w:p>
      <w:r>
        <w:rPr>
          <w:b/>
        </w:rPr>
        <w:t xml:space="preserve">[16:39] </w:t>
      </w:r>
      <w:r>
        <w:t>to prophet ke jab death hui jis saal, us saal angel jibril jo</w:t>
      </w:r>
    </w:p>
    <w:p>
      <w:pPr>
        <w:jc w:val="right"/>
      </w:pPr>
      <w:r>
        <w:t>تو پرافٹ کے جب ڈیتھ ہوئی جس سال، اس سال اینجل جبرائیل جو</w:t>
      </w:r>
    </w:p>
    <w:p>
      <w:r>
        <w:rPr>
          <w:b/>
        </w:rPr>
        <w:t xml:space="preserve">[16:48] </w:t>
      </w:r>
      <w:r>
        <w:t>revelation jo laya karte the, woh aap ke paas</w:t>
      </w:r>
    </w:p>
    <w:p>
      <w:pPr>
        <w:jc w:val="right"/>
      </w:pPr>
      <w:r>
        <w:t>ریولیشن جو لایا کرتے تھے، وہ آپ کے پاس</w:t>
      </w:r>
    </w:p>
    <w:p>
      <w:r>
        <w:rPr>
          <w:b/>
        </w:rPr>
        <w:t xml:space="preserve">[16:54] </w:t>
      </w:r>
      <w:r>
        <w:t>do baar aaye.</w:t>
      </w:r>
    </w:p>
    <w:p>
      <w:pPr>
        <w:jc w:val="right"/>
      </w:pPr>
      <w:r>
        <w:t>دو بار آئے۔</w:t>
      </w:r>
    </w:p>
    <w:p>
      <w:r>
        <w:rPr>
          <w:b/>
        </w:rPr>
        <w:t xml:space="preserve">[16:56] </w:t>
      </w:r>
      <w:r>
        <w:t>is ko kehte hain arabi kitabon mein arz akhira aur arz awla.</w:t>
      </w:r>
    </w:p>
    <w:p>
      <w:pPr>
        <w:jc w:val="right"/>
      </w:pPr>
      <w:r>
        <w:t>اس کو کہتے ہیں عربی کتابوں میں عرض اخیرہ اور عرض اولی۔</w:t>
      </w:r>
    </w:p>
    <w:p>
      <w:r>
        <w:rPr>
          <w:b/>
        </w:rPr>
        <w:t xml:space="preserve">[17:01] </w:t>
      </w:r>
      <w:r>
        <w:t>yani pura quran jibril ne padhkar sunaya aur phir aap ne unke samne pura quran padh</w:t>
      </w:r>
    </w:p>
    <w:p>
      <w:pPr>
        <w:jc w:val="right"/>
      </w:pPr>
      <w:r>
        <w:t>یعنی پورا قرآن جبرائیل نے پڑھ کر سنایا اور پھر آپ نے ان کے سامنے پورا قرآن پڑھ</w:t>
      </w:r>
    </w:p>
    <w:p>
      <w:r>
        <w:rPr>
          <w:b/>
        </w:rPr>
        <w:t xml:space="preserve">[17:06] </w:t>
      </w:r>
      <w:r>
        <w:t>kar sunaya. ek baar.</w:t>
      </w:r>
    </w:p>
    <w:p>
      <w:pPr>
        <w:jc w:val="right"/>
      </w:pPr>
      <w:r>
        <w:t>کر سنایا۔ ایک بار۔</w:t>
      </w:r>
    </w:p>
    <w:p>
      <w:r>
        <w:rPr>
          <w:b/>
        </w:rPr>
        <w:t xml:space="preserve">[17:09] </w:t>
      </w:r>
      <w:r>
        <w:t>phir doosri baar aise hua ke jibril aaye, pura quran, yani 114 chapters,</w:t>
      </w:r>
    </w:p>
    <w:p>
      <w:pPr>
        <w:jc w:val="right"/>
      </w:pPr>
      <w:r>
        <w:t>پھر دوسری بار ایسے ہوا کہ جبرائیل آئے، پورا قرآن، یعنی 114 چیپٹرز،</w:t>
      </w:r>
    </w:p>
    <w:p>
      <w:r>
        <w:rPr>
          <w:b/>
        </w:rPr>
        <w:t xml:space="preserve">[17:17] </w:t>
      </w:r>
      <w:r>
        <w:t>alfatiha se naas tak, jibril ne padhkar sunaya.</w:t>
      </w:r>
    </w:p>
    <w:p>
      <w:pPr>
        <w:jc w:val="right"/>
      </w:pPr>
      <w:r>
        <w:t>الفاتحہ سے الناس تک، جبرائیل نے پڑھ کر سنایا۔</w:t>
      </w:r>
    </w:p>
    <w:p>
      <w:r>
        <w:rPr>
          <w:b/>
        </w:rPr>
        <w:t xml:space="preserve">[17:21] </w:t>
      </w:r>
      <w:r>
        <w:t>phir aap ne jibril ko padhkar sunaya.</w:t>
      </w:r>
    </w:p>
    <w:p>
      <w:pPr>
        <w:jc w:val="right"/>
      </w:pPr>
      <w:r>
        <w:t>پھر آپ نے جبرائیل کو پڑھ کر سنایا۔</w:t>
      </w:r>
    </w:p>
    <w:p>
      <w:r>
        <w:rPr>
          <w:b/>
        </w:rPr>
        <w:t xml:space="preserve">[17:24] </w:t>
      </w:r>
      <w:r>
        <w:t>to yeh do baar hua aap ki death se pehle.</w:t>
      </w:r>
    </w:p>
    <w:p>
      <w:pPr>
        <w:jc w:val="right"/>
      </w:pPr>
      <w:r>
        <w:t>تو یہ دو بار ہوا آپ کی ڈیتھ سے پہلے۔</w:t>
      </w:r>
    </w:p>
    <w:p>
      <w:r>
        <w:rPr>
          <w:b/>
        </w:rPr>
        <w:t xml:space="preserve">[17:29] </w:t>
      </w:r>
      <w:r>
        <w:t>to compilation jis ko kehte hain,</w:t>
      </w:r>
    </w:p>
    <w:p>
      <w:pPr>
        <w:jc w:val="right"/>
      </w:pPr>
      <w:r>
        <w:t>تو کمپائلیشن جس کو کہتے ہیں،</w:t>
      </w:r>
    </w:p>
    <w:p>
      <w:r>
        <w:rPr>
          <w:b/>
        </w:rPr>
        <w:t xml:space="preserve">[17:32] </w:t>
      </w:r>
      <w:r>
        <w:t>woh prophet ke zamane hi mein ho chuka tha.</w:t>
      </w:r>
    </w:p>
    <w:p>
      <w:pPr>
        <w:jc w:val="right"/>
      </w:pPr>
      <w:r>
        <w:t>وہ پرافٹ کے زمانے ہی میں ہو چکا تھا۔</w:t>
      </w:r>
    </w:p>
    <w:p>
      <w:r>
        <w:rPr>
          <w:b/>
        </w:rPr>
        <w:t xml:space="preserve">[17:37] </w:t>
      </w:r>
      <w:r>
        <w:t>doosri baat jo hai, woh yeh hai ke second caliph ke first caliph mein, first caliph ke zamane</w:t>
      </w:r>
    </w:p>
    <w:p>
      <w:pPr>
        <w:jc w:val="right"/>
      </w:pPr>
      <w:r>
        <w:t>دوسری بات جو ہے، وہ یہ ہے کہ سیکنڈ کیلف کے فرسٹ کیلف میں، فرسٹ کیلف کے زمانے</w:t>
      </w:r>
    </w:p>
    <w:p>
      <w:r>
        <w:rPr>
          <w:b/>
        </w:rPr>
        <w:t xml:space="preserve">[17:44] </w:t>
      </w:r>
      <w:r>
        <w:t>mein, is ko likha gaya ek book form.</w:t>
      </w:r>
    </w:p>
    <w:p>
      <w:pPr>
        <w:jc w:val="right"/>
      </w:pPr>
      <w:r>
        <w:t>میں، اس کو لکھا گیا ایک بک فارم۔</w:t>
      </w:r>
    </w:p>
    <w:p>
      <w:r>
        <w:rPr>
          <w:b/>
        </w:rPr>
        <w:t xml:space="preserve">[17:48] </w:t>
      </w:r>
      <w:r>
        <w:t>book form mein us waqt nahi tha.</w:t>
      </w:r>
    </w:p>
    <w:p>
      <w:pPr>
        <w:jc w:val="right"/>
      </w:pPr>
      <w:r>
        <w:t>بک فارم میں اس وقت نہیں تھا۔</w:t>
      </w:r>
    </w:p>
    <w:p>
      <w:r>
        <w:rPr>
          <w:b/>
        </w:rPr>
        <w:t xml:space="preserve">[17:51] </w:t>
      </w:r>
      <w:r>
        <w:t>book form mein hua hai aap ki death ke baad, first caliph ke zamane mein, yani abubakar siddiq</w:t>
      </w:r>
    </w:p>
    <w:p>
      <w:pPr>
        <w:jc w:val="right"/>
      </w:pPr>
      <w:r>
        <w:t>بک فارم میں ہوا ہے آپ کی ڈیتھ کے بعد، فرسٹ کیلف کے زمانے میں، یعنی ابوبکر صدیق</w:t>
      </w:r>
    </w:p>
    <w:p>
      <w:r>
        <w:rPr>
          <w:b/>
        </w:rPr>
        <w:t xml:space="preserve">[17:56] </w:t>
      </w:r>
      <w:r>
        <w:t>ke zamane mein.</w:t>
      </w:r>
    </w:p>
    <w:p>
      <w:pPr>
        <w:jc w:val="right"/>
      </w:pPr>
      <w:r>
        <w:t>کے زمانے میں۔</w:t>
      </w:r>
    </w:p>
    <w:p>
      <w:r>
        <w:rPr>
          <w:b/>
        </w:rPr>
        <w:t xml:space="preserve">[17:58] </w:t>
      </w:r>
      <w:r>
        <w:t>to jo book form mein jo banaya gaya tha, wo tha square.</w:t>
      </w:r>
    </w:p>
    <w:p>
      <w:pPr>
        <w:jc w:val="right"/>
      </w:pPr>
      <w:r>
        <w:t>تو جو بک فارم میں جو بنایا گیا تھا، وہ تھا اسکوئر۔</w:t>
      </w:r>
    </w:p>
    <w:p>
      <w:r>
        <w:rPr>
          <w:b/>
        </w:rPr>
        <w:t xml:space="preserve">[18:02] </w:t>
      </w:r>
      <w:r>
        <w:t>is ki shape jo thi, wo square shape thi.</w:t>
      </w:r>
    </w:p>
    <w:p>
      <w:pPr>
        <w:jc w:val="right"/>
      </w:pPr>
      <w:r>
        <w:t>اس کی شیپ جو تھی، وہ اسکوئر شیپ تھی۔</w:t>
      </w:r>
    </w:p>
    <w:p>
      <w:r>
        <w:rPr>
          <w:b/>
        </w:rPr>
        <w:t xml:space="preserve">[18:05] </w:t>
      </w:r>
      <w:r>
        <w:t>is shape ko kehte hain rawa.</w:t>
      </w:r>
    </w:p>
    <w:p>
      <w:pPr>
        <w:jc w:val="right"/>
      </w:pPr>
      <w:r>
        <w:t>اس شیپ کو کہتے ہیں روا۔</w:t>
      </w:r>
    </w:p>
    <w:p>
      <w:r>
        <w:rPr>
          <w:b/>
        </w:rPr>
        <w:t xml:space="preserve">[18:08] </w:t>
      </w:r>
      <w:r>
        <w:t>is ka naam rawa, means chokor ya square.</w:t>
      </w:r>
    </w:p>
    <w:p>
      <w:pPr>
        <w:jc w:val="right"/>
      </w:pPr>
      <w:r>
        <w:t>اس کا نام روا، مینز چوکور یا اسکوئر۔</w:t>
      </w:r>
    </w:p>
    <w:p>
      <w:r>
        <w:rPr>
          <w:b/>
        </w:rPr>
        <w:t xml:space="preserve">[18:13] </w:t>
      </w:r>
      <w:r>
        <w:t>to rawa ki shakal mein wo banaya gaya,</w:t>
      </w:r>
    </w:p>
    <w:p>
      <w:pPr>
        <w:jc w:val="right"/>
      </w:pPr>
      <w:r>
        <w:t>تو روا کی شکل میں وہ بنایا گیا،</w:t>
      </w:r>
    </w:p>
    <w:p>
      <w:r>
        <w:rPr>
          <w:b/>
        </w:rPr>
        <w:t xml:space="preserve">[18:18] </w:t>
      </w:r>
      <w:r>
        <w:t>likha gaya. ab wo ek authentic copy</w:t>
      </w:r>
    </w:p>
    <w:p>
      <w:pPr>
        <w:jc w:val="right"/>
      </w:pPr>
      <w:r>
        <w:t>لکھا گیا۔ اب وہ ایک اتھنٹک کاپی</w:t>
      </w:r>
    </w:p>
    <w:p>
      <w:r>
        <w:rPr>
          <w:b/>
        </w:rPr>
        <w:t xml:space="preserve">[18:23] </w:t>
      </w:r>
      <w:r>
        <w:t>in logon ke mind mein, logon ki memory mein, to sara quran tha, hazaron hazar logon ki mind</w:t>
      </w:r>
    </w:p>
    <w:p>
      <w:pPr>
        <w:jc w:val="right"/>
      </w:pPr>
      <w:r>
        <w:t>ان لوگوں کے مائنڈ میں، لوگوں کی میموری میں، تو سارا قرآن تھا، ہزاروں ہزار لوگوں کی مائنڈ</w:t>
      </w:r>
    </w:p>
    <w:p>
      <w:r>
        <w:rPr>
          <w:b/>
        </w:rPr>
        <w:t xml:space="preserve">[18:29] </w:t>
      </w:r>
      <w:r>
        <w:t>memory mein. lekin</w:t>
      </w:r>
    </w:p>
    <w:p>
      <w:pPr>
        <w:jc w:val="right"/>
      </w:pPr>
      <w:r>
        <w:t>میموری میں۔ لیکن</w:t>
      </w:r>
    </w:p>
    <w:p>
      <w:r>
        <w:rPr>
          <w:b/>
        </w:rPr>
        <w:t xml:space="preserve">[18:32] </w:t>
      </w:r>
      <w:r>
        <w:t>likhi hui shakal mein aur ek binding ki shakal mein ek copy tayyar hui</w:t>
      </w:r>
    </w:p>
    <w:p>
      <w:pPr>
        <w:jc w:val="right"/>
      </w:pPr>
      <w:r>
        <w:t>لکھی ہوئی شکل میں اور ایک بائنڈنگ کی شکل میں ایک کاپی تیار ہوئی</w:t>
      </w:r>
    </w:p>
    <w:p>
      <w:r>
        <w:rPr>
          <w:b/>
        </w:rPr>
        <w:t xml:space="preserve">[18:39] </w:t>
      </w:r>
      <w:r>
        <w:t>first caliph ke zamane mein.</w:t>
      </w:r>
    </w:p>
    <w:p>
      <w:pPr>
        <w:jc w:val="right"/>
      </w:pPr>
      <w:r>
        <w:t>فرسٹ کیلف کے زمانے میں۔</w:t>
      </w:r>
    </w:p>
    <w:p>
      <w:r>
        <w:rPr>
          <w:b/>
        </w:rPr>
        <w:t xml:space="preserve">[18:41] </w:t>
      </w:r>
      <w:r>
        <w:t>wo copy rakh di gayi Hazrat Hafsa, jo aap ki</w:t>
      </w:r>
    </w:p>
    <w:p>
      <w:pPr>
        <w:jc w:val="right"/>
      </w:pPr>
      <w:r>
        <w:t>وہ کاپی رکھ دی گئی حضرت حفصہ، جو آپ کی</w:t>
      </w:r>
    </w:p>
    <w:p>
      <w:r>
        <w:rPr>
          <w:b/>
        </w:rPr>
        <w:t xml:space="preserve">[18:45] </w:t>
      </w:r>
      <w:r>
        <w:t>yani ahliya theen Rasool Allah ki, un ke paas rakh di gayi.</w:t>
      </w:r>
    </w:p>
    <w:p>
      <w:pPr>
        <w:jc w:val="right"/>
      </w:pPr>
      <w:r>
        <w:t>یعنی اہلیہ تھیں رسول اللہ کی، ان کے پاس رکھ دی گئی۔</w:t>
      </w:r>
    </w:p>
    <w:p>
      <w:r>
        <w:rPr>
          <w:b/>
        </w:rPr>
        <w:t xml:space="preserve">[18:50] </w:t>
      </w:r>
      <w:r>
        <w:t>to teesre qareeb, jo Usman jinka naam hai, un ke zamane mein yeh hua ke is aap</w:t>
      </w:r>
    </w:p>
    <w:p>
      <w:pPr>
        <w:jc w:val="right"/>
      </w:pPr>
      <w:r>
        <w:t>تو تیسرے قریب، جو عثمان جن کا نام ہے، ان کے زمانے میں یہ ہوا کہ اس آپ</w:t>
      </w:r>
    </w:p>
    <w:p>
      <w:r>
        <w:rPr>
          <w:b/>
        </w:rPr>
        <w:t xml:space="preserve">[18:56] </w:t>
      </w:r>
      <w:r>
        <w:t>ne Hazrat Hafsa se wo single copy jo thi, wo mangwai</w:t>
      </w:r>
    </w:p>
    <w:p>
      <w:pPr>
        <w:jc w:val="right"/>
      </w:pPr>
      <w:r>
        <w:t>نے حضرت حفصہ سے وہ سنگل کاپی جو تھی، وہ منگوائی</w:t>
      </w:r>
    </w:p>
    <w:p>
      <w:r>
        <w:rPr>
          <w:b/>
        </w:rPr>
        <w:t xml:space="preserve">[19:04] </w:t>
      </w:r>
      <w:r>
        <w:t>aur sarkari inteham mein is ki bohat si copy tayyar ki gayi.</w:t>
      </w:r>
    </w:p>
    <w:p>
      <w:pPr>
        <w:jc w:val="right"/>
      </w:pPr>
      <w:r>
        <w:t>اور سرکاری اہتمام میں اس کی بہت سی کاپی تیار کی گئی۔</w:t>
      </w:r>
    </w:p>
    <w:p>
      <w:r>
        <w:rPr>
          <w:b/>
        </w:rPr>
        <w:t xml:space="preserve">[19:11] </w:t>
      </w:r>
      <w:r>
        <w:t>bohat si copy.</w:t>
      </w:r>
    </w:p>
    <w:p>
      <w:pPr>
        <w:jc w:val="right"/>
      </w:pPr>
      <w:r>
        <w:t>بہت سی کاپی۔</w:t>
      </w:r>
    </w:p>
    <w:p>
      <w:r>
        <w:rPr>
          <w:b/>
        </w:rPr>
        <w:t xml:space="preserve">[19:12] </w:t>
      </w:r>
      <w:r>
        <w:t>aur phir is ko binding ki gayi.</w:t>
      </w:r>
    </w:p>
    <w:p>
      <w:pPr>
        <w:jc w:val="right"/>
      </w:pPr>
      <w:r>
        <w:t>اور پھر اس کو بائنڈنگ کی گئی۔</w:t>
      </w:r>
    </w:p>
    <w:p>
      <w:r>
        <w:rPr>
          <w:b/>
        </w:rPr>
        <w:t xml:space="preserve">[19:14] </w:t>
      </w:r>
      <w:r>
        <w:t>yeh jo copies theen, in ko chuke is waqt Islam ka yani bohat door tak phail chuka tha</w:t>
      </w:r>
    </w:p>
    <w:p>
      <w:pPr>
        <w:jc w:val="right"/>
      </w:pPr>
      <w:r>
        <w:t>یہ جو کاپیز تھیں، ان کو چونکہ اس وقت اسلام کا یعنی بہت دور تک پھیل چکا تھا</w:t>
      </w:r>
    </w:p>
    <w:p>
      <w:r>
        <w:rPr>
          <w:b/>
        </w:rPr>
        <w:t xml:space="preserve">[19:24] </w:t>
      </w:r>
      <w:r>
        <w:t>Islam ka area, to har jagah jo bari bari masjidain theen, wahan par rakhwa diya gaya ke is</w:t>
      </w:r>
    </w:p>
    <w:p>
      <w:pPr>
        <w:jc w:val="right"/>
      </w:pPr>
      <w:r>
        <w:t>اسلام کا ایریا، تو ہر جگہ جو بڑی بڑی مسجدیں تھیں، وہاں پر رکھوا دیا گیا کہ اس</w:t>
      </w:r>
    </w:p>
    <w:p>
      <w:r>
        <w:rPr>
          <w:b/>
        </w:rPr>
        <w:t xml:space="preserve">[19:31] </w:t>
      </w:r>
      <w:r>
        <w:t>ko log parhein, is se copy karein.</w:t>
      </w:r>
    </w:p>
    <w:p>
      <w:pPr>
        <w:jc w:val="right"/>
      </w:pPr>
      <w:r>
        <w:t>کو لوگ پڑھیں، اس سے کاپی کریں۔</w:t>
      </w:r>
    </w:p>
    <w:p>
      <w:r>
        <w:rPr>
          <w:b/>
        </w:rPr>
        <w:t xml:space="preserve">[19:34] </w:t>
      </w:r>
      <w:r>
        <w:t>yeh authentic copy hai.</w:t>
      </w:r>
    </w:p>
    <w:p>
      <w:pPr>
        <w:jc w:val="right"/>
      </w:pPr>
      <w:r>
        <w:t>یہ اتھنٹک کاپی ہے۔</w:t>
      </w:r>
    </w:p>
    <w:p>
      <w:r>
        <w:rPr>
          <w:b/>
        </w:rPr>
        <w:t xml:space="preserve">[19:37] </w:t>
      </w:r>
      <w:r>
        <w:t>to utra quran 23 saal mein aur prophet ke zamane hi mein wo compile ho chuka tha.</w:t>
      </w:r>
    </w:p>
    <w:p>
      <w:pPr>
        <w:jc w:val="right"/>
      </w:pPr>
      <w:r>
        <w:t>تو اترا قرآن 23 سال میں اور پرافٹ کے زمانے ہی میں وہ کمپائل ہو چکا تھا۔</w:t>
      </w:r>
    </w:p>
    <w:p>
      <w:r>
        <w:rPr>
          <w:b/>
        </w:rPr>
        <w:t xml:space="preserve">[19:45] </w:t>
      </w:r>
      <w:r>
        <w:t>Hazrat Abu Bakr ne jo first caliph the, unhon ne is ki copy tayyar ki binding ki surat mein.</w:t>
      </w:r>
    </w:p>
    <w:p>
      <w:pPr>
        <w:jc w:val="right"/>
      </w:pPr>
      <w:r>
        <w:t>حضرت ابوبکر نے جو فرسٹ کیلف تھے، انہوں نے اس کی کاپی تیار کی بائنڈنگ کی صورت میں۔</w:t>
      </w:r>
    </w:p>
    <w:p>
      <w:r>
        <w:rPr>
          <w:b/>
        </w:rPr>
        <w:t xml:space="preserve">[19:50] </w:t>
      </w:r>
      <w:r>
        <w:t>aur third caliph jo the, unhon ne is copy se copy banwai.</w:t>
      </w:r>
    </w:p>
    <w:p>
      <w:pPr>
        <w:jc w:val="right"/>
      </w:pPr>
      <w:r>
        <w:t>اور تھرڈ کالی جو تھے، انہوں نے اس کاپی سے کاپی بنوائی۔</w:t>
      </w:r>
    </w:p>
    <w:p>
      <w:r>
        <w:rPr>
          <w:b/>
        </w:rPr>
        <w:t xml:space="preserve">[19:54] </w:t>
      </w:r>
      <w:r>
        <w:t>bas yeh hai qissa.</w:t>
      </w:r>
    </w:p>
    <w:p>
      <w:pPr>
        <w:jc w:val="right"/>
      </w:pPr>
      <w:r>
        <w:t>بس یہ ہے قصہ۔</w:t>
      </w:r>
    </w:p>
    <w:p>
      <w:r>
        <w:rPr>
          <w:b/>
        </w:rPr>
        <w:t xml:space="preserve">[19:56] </w:t>
      </w:r>
      <w:r>
        <w:t>ab unhon ne likh diya ke 13 saal baad compile kiya gaya.</w:t>
      </w:r>
    </w:p>
    <w:p>
      <w:pPr>
        <w:jc w:val="right"/>
      </w:pPr>
      <w:r>
        <w:t>اب انہوں نے لکھ دیا کہ 13 سال بعد کمپائل کیا گیا۔</w:t>
      </w:r>
    </w:p>
    <w:p>
      <w:r>
        <w:rPr>
          <w:b/>
        </w:rPr>
        <w:t xml:space="preserve">[20:00] </w:t>
      </w:r>
      <w:r>
        <w:t>yeh bilkul base less baat hai.</w:t>
      </w:r>
    </w:p>
    <w:p>
      <w:pPr>
        <w:jc w:val="right"/>
      </w:pPr>
      <w:r>
        <w:t>یہ بالکل بیس لیس بات ہے۔</w:t>
      </w:r>
    </w:p>
    <w:p>
      <w:r>
        <w:rPr>
          <w:b/>
        </w:rPr>
        <w:t xml:space="preserve">[20:04] </w:t>
      </w:r>
      <w:r>
        <w:t>to dekhiye, aksar log yeh samajhte hain ke quran aaj kal jo bohat parha ja raha hai dunya</w:t>
      </w:r>
    </w:p>
    <w:p>
      <w:pPr>
        <w:jc w:val="right"/>
      </w:pPr>
      <w:r>
        <w:t>تو دیکھیے، اکثر لوگ یہ سمجھتے ہیں کہ قرآن آج کل جو بہت پڑھا جا رہا ہے دنیا</w:t>
      </w:r>
    </w:p>
    <w:p>
      <w:r>
        <w:rPr>
          <w:b/>
        </w:rPr>
        <w:t xml:space="preserve">[20:13] </w:t>
      </w:r>
      <w:r>
        <w:t>bhar mein, to is ki wajah yeh hai ke jo militancy ho rahi hai quran ke naam par,</w:t>
      </w:r>
    </w:p>
    <w:p>
      <w:pPr>
        <w:jc w:val="right"/>
      </w:pPr>
      <w:r>
        <w:t>بھر میں، تو اس کی وجہ یہ ہے کہ جو ملٹینسی ہو رہی ہے قرآن کے نام پر،</w:t>
      </w:r>
    </w:p>
    <w:p>
      <w:r>
        <w:rPr>
          <w:b/>
        </w:rPr>
        <w:t xml:space="preserve">[20:19] </w:t>
      </w:r>
      <w:r>
        <w:t>is ki wajah se quran news mein aa gaya hai.</w:t>
      </w:r>
    </w:p>
    <w:p>
      <w:pPr>
        <w:jc w:val="right"/>
      </w:pPr>
      <w:r>
        <w:t>اس کی وجہ سے قرآن نیوز میں آ گیا ہے۔</w:t>
      </w:r>
    </w:p>
    <w:p>
      <w:r>
        <w:rPr>
          <w:b/>
        </w:rPr>
        <w:t xml:space="preserve">[20:24] </w:t>
      </w:r>
      <w:r>
        <w:t>is liye quran parha ja raha hai.</w:t>
      </w:r>
    </w:p>
    <w:p>
      <w:pPr>
        <w:jc w:val="right"/>
      </w:pPr>
      <w:r>
        <w:t>اس لیے قرآن پڑھا جا رہا ہے۔</w:t>
      </w:r>
    </w:p>
    <w:p>
      <w:r>
        <w:rPr>
          <w:b/>
        </w:rPr>
        <w:t xml:space="preserve">[20:27] </w:t>
      </w:r>
      <w:r>
        <w:t>lekin yeh baat</w:t>
      </w:r>
    </w:p>
    <w:p>
      <w:pPr>
        <w:jc w:val="right"/>
      </w:pPr>
      <w:r>
        <w:t>لیکن یہ بات</w:t>
      </w:r>
    </w:p>
    <w:p>
      <w:r>
        <w:rPr>
          <w:b/>
        </w:rPr>
        <w:t xml:space="preserve">[20:30] </w:t>
      </w:r>
      <w:r>
        <w:t>partially theek ho sakti hai.</w:t>
      </w:r>
    </w:p>
    <w:p>
      <w:pPr>
        <w:jc w:val="right"/>
      </w:pPr>
      <w:r>
        <w:t>پارشلی ٹھیک ہو سکتی ہے۔</w:t>
      </w:r>
    </w:p>
    <w:p>
      <w:r>
        <w:rPr>
          <w:b/>
        </w:rPr>
        <w:t xml:space="preserve">[20:33] </w:t>
      </w:r>
      <w:r>
        <w:t>partially, is se zyada nahi.</w:t>
      </w:r>
    </w:p>
    <w:p>
      <w:pPr>
        <w:jc w:val="right"/>
      </w:pPr>
      <w:r>
        <w:t>پارشلی، اس سے زیادہ نہیں۔</w:t>
      </w:r>
    </w:p>
    <w:p>
      <w:r>
        <w:rPr>
          <w:b/>
        </w:rPr>
        <w:t xml:space="preserve">[20:37] </w:t>
      </w:r>
      <w:r>
        <w:t>zyada bari wajah doosri hai.</w:t>
      </w:r>
    </w:p>
    <w:p>
      <w:pPr>
        <w:jc w:val="right"/>
      </w:pPr>
      <w:r>
        <w:t>زیادہ بڑی وجہ دوسری ہے۔</w:t>
      </w:r>
    </w:p>
    <w:p>
      <w:r>
        <w:rPr>
          <w:b/>
        </w:rPr>
        <w:t xml:space="preserve">[20:40] </w:t>
      </w:r>
      <w:r>
        <w:t>woh kya? scientific era jo aaya hai, scientific</w:t>
      </w:r>
    </w:p>
    <w:p>
      <w:pPr>
        <w:jc w:val="right"/>
      </w:pPr>
      <w:r>
        <w:t>وہ کیا؟ سائنٹیفک ایرا جو آیا ہے، سائنٹیفک</w:t>
      </w:r>
    </w:p>
    <w:p>
      <w:r>
        <w:rPr>
          <w:b/>
        </w:rPr>
        <w:t xml:space="preserve">[20:45] </w:t>
      </w:r>
      <w:r>
        <w:t>age jo aaya hai, yeh is ka phenomenon hai.</w:t>
      </w:r>
    </w:p>
    <w:p>
      <w:pPr>
        <w:jc w:val="right"/>
      </w:pPr>
      <w:r>
        <w:t>ایج جو آیا ہے، یہ اس کا فنامنہ ہے۔</w:t>
      </w:r>
    </w:p>
    <w:p>
      <w:r>
        <w:rPr>
          <w:b/>
        </w:rPr>
        <w:t xml:space="preserve">[20:51] </w:t>
      </w:r>
      <w:r>
        <w:t>yeh is ka phenomenon hai.</w:t>
      </w:r>
    </w:p>
    <w:p>
      <w:pPr>
        <w:jc w:val="right"/>
      </w:pPr>
      <w:r>
        <w:t>یہ اس کا فنامنہ ہے۔</w:t>
      </w:r>
    </w:p>
    <w:p>
      <w:r>
        <w:rPr>
          <w:b/>
        </w:rPr>
        <w:t xml:space="preserve">[20:54] </w:t>
      </w:r>
      <w:r>
        <w:t>yani scientific, aap jante hain ke scientific</w:t>
      </w:r>
    </w:p>
    <w:p>
      <w:pPr>
        <w:jc w:val="right"/>
      </w:pPr>
      <w:r>
        <w:t>یعنی سائنٹیفک، آپ جانتے ہیں کہ سائنٹیفک</w:t>
      </w:r>
    </w:p>
    <w:p>
      <w:r>
        <w:rPr>
          <w:b/>
        </w:rPr>
        <w:t xml:space="preserve">[20:58] </w:t>
      </w:r>
      <w:r>
        <w:t>zamana jo aaya hai, is mein har cheez ki,</w:t>
      </w:r>
    </w:p>
    <w:p>
      <w:pPr>
        <w:jc w:val="right"/>
      </w:pPr>
      <w:r>
        <w:t>زمانہ جو آیا ہے، اس میں ہر چیز کی،</w:t>
      </w:r>
    </w:p>
    <w:p>
      <w:r>
        <w:rPr>
          <w:b/>
        </w:rPr>
        <w:t xml:space="preserve">[21:02] </w:t>
      </w:r>
      <w:r>
        <w:t>har cheez ko revise kiya gaya, har cheez ki phir se parha gaya, har cheez ki</w:t>
      </w:r>
    </w:p>
    <w:p>
      <w:pPr>
        <w:jc w:val="right"/>
      </w:pPr>
      <w:r>
        <w:t>ہر چیز کو ریوائز کیا گیا، ہر چیز کی پھر سے پڑھا گیا، ہر چیز کی</w:t>
      </w:r>
    </w:p>
    <w:p>
      <w:r>
        <w:rPr>
          <w:b/>
        </w:rPr>
        <w:t xml:space="preserve">[21:12] </w:t>
      </w:r>
      <w:r>
        <w:t>ko phir se scrutiny ki gayi.</w:t>
      </w:r>
    </w:p>
    <w:p>
      <w:pPr>
        <w:jc w:val="right"/>
      </w:pPr>
      <w:r>
        <w:t>کو پھر سے اسکروٹنی کی گئی۔</w:t>
      </w:r>
    </w:p>
    <w:p>
      <w:r>
        <w:rPr>
          <w:b/>
        </w:rPr>
        <w:t xml:space="preserve">[21:15] </w:t>
      </w:r>
      <w:r>
        <w:t>to bohat si baatein jo pehle zamane mein logon ne apna li theen, pata chala ke woh to</w:t>
      </w:r>
    </w:p>
    <w:p>
      <w:pPr>
        <w:jc w:val="right"/>
      </w:pPr>
      <w:r>
        <w:t>تو بہت سی باتیں جو پہلے زمانے میں لوگوں نے اپنا لی تھیں، پتہ چلا کہ وہ تو</w:t>
      </w:r>
    </w:p>
    <w:p>
      <w:r>
        <w:rPr>
          <w:b/>
        </w:rPr>
        <w:t xml:space="preserve">[21:23] </w:t>
      </w:r>
      <w:r>
        <w:t>superstition tha, woh to mythology thi,</w:t>
      </w:r>
    </w:p>
    <w:p>
      <w:pPr>
        <w:jc w:val="right"/>
      </w:pPr>
      <w:r>
        <w:t>سپرسیشن تھا، وہ تو میتھالوجی تھی،</w:t>
      </w:r>
    </w:p>
    <w:p>
      <w:r>
        <w:rPr>
          <w:b/>
        </w:rPr>
        <w:t xml:space="preserve">[21:26] </w:t>
      </w:r>
      <w:r>
        <w:t>woh to history nahi thi.</w:t>
      </w:r>
    </w:p>
    <w:p>
      <w:pPr>
        <w:jc w:val="right"/>
      </w:pPr>
      <w:r>
        <w:t>وہ تو ہسٹری نہیں تھی۔</w:t>
      </w:r>
    </w:p>
    <w:p>
      <w:r>
        <w:rPr>
          <w:b/>
        </w:rPr>
        <w:t xml:space="preserve">[21:29] </w:t>
      </w:r>
      <w:r>
        <w:t>yeh sab science ke zamane mein clear ho gaya.</w:t>
      </w:r>
    </w:p>
    <w:p>
      <w:pPr>
        <w:jc w:val="right"/>
      </w:pPr>
      <w:r>
        <w:t>یہ سب سائنس کے زمانے میں کلیئر ہو گیا۔</w:t>
      </w:r>
    </w:p>
    <w:p>
      <w:r>
        <w:rPr>
          <w:b/>
        </w:rPr>
        <w:t xml:space="preserve">[21:34] </w:t>
      </w:r>
      <w:r>
        <w:t>ab yeh pata chala ke doosre jitne bhi religion hain,</w:t>
      </w:r>
    </w:p>
    <w:p>
      <w:pPr>
        <w:jc w:val="right"/>
      </w:pPr>
      <w:r>
        <w:t>اب یہ پتہ چلا کہ دوسرے جتنے بھی ریلیجن ہیں،</w:t>
      </w:r>
    </w:p>
    <w:p>
      <w:r>
        <w:rPr>
          <w:b/>
        </w:rPr>
        <w:t xml:space="preserve">[21:39] </w:t>
      </w:r>
      <w:r>
        <w:t>with only exception of the quran, sab ke sab preservation haalat mein nahi hain.</w:t>
      </w:r>
    </w:p>
    <w:p>
      <w:pPr>
        <w:jc w:val="right"/>
      </w:pPr>
      <w:r>
        <w:t>ود اونلی ایکسیپشن آف دا قرآن، سب کے سب پریزرو حالت میں نہیں ہیں۔</w:t>
      </w:r>
    </w:p>
    <w:p>
      <w:r>
        <w:rPr>
          <w:b/>
        </w:rPr>
        <w:t xml:space="preserve">[21:46] </w:t>
      </w:r>
      <w:r>
        <w:t>yani originally un ka jo</w:t>
      </w:r>
    </w:p>
    <w:p>
      <w:pPr>
        <w:jc w:val="right"/>
      </w:pPr>
      <w:r>
        <w:t>یعنی اوریجنلی ان کا جو</w:t>
      </w:r>
    </w:p>
    <w:p>
      <w:r>
        <w:rPr>
          <w:b/>
        </w:rPr>
        <w:t xml:space="preserve">[21:49] </w:t>
      </w:r>
      <w:r>
        <w:t>tha, jo original form tha un ka, woh aaj maujood nahi hai.</w:t>
      </w:r>
    </w:p>
    <w:p>
      <w:pPr>
        <w:jc w:val="right"/>
      </w:pPr>
      <w:r>
        <w:t>تھا، جو اوریجنل فارم تھا ان کا، وہ آج موجود نہیں ہے۔</w:t>
      </w:r>
    </w:p>
    <w:p>
      <w:r>
        <w:rPr>
          <w:b/>
        </w:rPr>
        <w:t xml:space="preserve">[21:54] </w:t>
      </w:r>
      <w:r>
        <w:t>distorted form hai un ka jo aaj maujood hai.</w:t>
      </w:r>
    </w:p>
    <w:p>
      <w:pPr>
        <w:jc w:val="right"/>
      </w:pPr>
      <w:r>
        <w:t>ڈسٹارٹڈ فارم ہے ان کا جو آج موجود ہے۔</w:t>
      </w:r>
    </w:p>
    <w:p>
      <w:r>
        <w:rPr>
          <w:b/>
        </w:rPr>
        <w:t xml:space="preserve">[21:58] </w:t>
      </w:r>
      <w:r>
        <w:t>toh Quran isi halat mein preserve hai.</w:t>
      </w:r>
    </w:p>
    <w:p>
      <w:pPr>
        <w:jc w:val="right"/>
      </w:pPr>
      <w:r>
        <w:t>تو قرآن اسی حالت میں پریزرو ہے۔</w:t>
      </w:r>
    </w:p>
    <w:p>
      <w:r>
        <w:rPr>
          <w:b/>
        </w:rPr>
        <w:t xml:space="preserve">[22:03] </w:t>
      </w:r>
      <w:r>
        <w:t>toh yeh is cheez ne logon ko idhar</w:t>
      </w:r>
    </w:p>
    <w:p>
      <w:pPr>
        <w:jc w:val="right"/>
      </w:pPr>
      <w:r>
        <w:t>تو یہ اس چیز نے لوگوں کو ادھر</w:t>
      </w:r>
    </w:p>
    <w:p>
      <w:r>
        <w:rPr>
          <w:b/>
        </w:rPr>
        <w:t xml:space="preserve">[22:10] </w:t>
      </w:r>
      <w:r>
        <w:t>un ka dhiyan pada hai ke aakhir Quran mein kya baat aisi hai ke woh</w:t>
      </w:r>
    </w:p>
    <w:p>
      <w:pPr>
        <w:jc w:val="right"/>
      </w:pPr>
      <w:r>
        <w:t>ان کا دھیان پڑا ہے کہ آخر قرآن میں کیا بات ایسی ہے کہ وہ</w:t>
      </w:r>
    </w:p>
    <w:p>
      <w:r>
        <w:rPr>
          <w:b/>
        </w:rPr>
        <w:t xml:space="preserve">[22:21] </w:t>
      </w:r>
      <w:r>
        <w:t>abhi bhi isi halat mein maujood hai.</w:t>
      </w:r>
    </w:p>
    <w:p>
      <w:pPr>
        <w:jc w:val="right"/>
      </w:pPr>
      <w:r>
        <w:t>ابھی بھی اسی حالت میں موجود ہے۔</w:t>
      </w:r>
    </w:p>
    <w:p>
      <w:r>
        <w:rPr>
          <w:b/>
        </w:rPr>
        <w:t xml:space="preserve">[22:26] </w:t>
      </w:r>
      <w:r>
        <w:t>yeh kuch yahan pe ek book thi un ki,</w:t>
      </w:r>
    </w:p>
    <w:p>
      <w:pPr>
        <w:jc w:val="right"/>
      </w:pPr>
      <w:r>
        <w:t>یہ کچھ یہاں پہ ایک بک تھی ان کی،</w:t>
      </w:r>
    </w:p>
    <w:p>
      <w:r>
        <w:rPr>
          <w:b/>
        </w:rPr>
        <w:t xml:space="preserve">[22:33] </w:t>
      </w:r>
      <w:r>
        <w:t>choti si book.</w:t>
      </w:r>
    </w:p>
    <w:p>
      <w:pPr>
        <w:jc w:val="right"/>
      </w:pPr>
      <w:r>
        <w:t>چھوٹی سی بک۔</w:t>
      </w:r>
    </w:p>
    <w:p>
      <w:r>
        <w:rPr>
          <w:b/>
        </w:rPr>
        <w:t xml:space="preserve">[22:34] </w:t>
      </w:r>
      <w:r>
        <w:t>dekhiye, yeh yeh corrupt ho gaya.</w:t>
      </w:r>
    </w:p>
    <w:p>
      <w:pPr>
        <w:jc w:val="right"/>
      </w:pPr>
      <w:r>
        <w:t>دیکھیے، یہ یہ کرپٹ ہو گیا۔</w:t>
      </w:r>
    </w:p>
    <w:p>
      <w:r>
        <w:rPr>
          <w:b/>
        </w:rPr>
        <w:t xml:space="preserve">[22:36] </w:t>
      </w:r>
      <w:r>
        <w:t>nahi, nahi, theek hai Maulana.</w:t>
      </w:r>
    </w:p>
    <w:p>
      <w:pPr>
        <w:jc w:val="right"/>
      </w:pPr>
      <w:r>
        <w:t>نہیں، نہیں، ٹھیک ہے مولانا۔</w:t>
      </w:r>
    </w:p>
    <w:p>
      <w:r>
        <w:rPr>
          <w:b/>
        </w:rPr>
        <w:t xml:space="preserve">[22:38] </w:t>
      </w:r>
      <w:r>
        <w:t>toh ab dekhiye ke ek misaal mein deta hoon is ki jo maine kaha.</w:t>
      </w:r>
    </w:p>
    <w:p>
      <w:pPr>
        <w:jc w:val="right"/>
      </w:pPr>
      <w:r>
        <w:t>تو اب دیکھیے کہ ایک مثال میں دیتا ہوں اس کی جو میں نے کہا۔</w:t>
      </w:r>
    </w:p>
    <w:p>
      <w:r>
        <w:rPr>
          <w:b/>
        </w:rPr>
        <w:t xml:space="preserve">[23:00] </w:t>
      </w:r>
      <w:r>
        <w:t>ek misaal deta hoon.</w:t>
      </w:r>
    </w:p>
    <w:p>
      <w:pPr>
        <w:jc w:val="right"/>
      </w:pPr>
      <w:r>
        <w:t>ایک مثال دیتا ہوں۔</w:t>
      </w:r>
    </w:p>
    <w:p>
      <w:r>
        <w:rPr>
          <w:b/>
        </w:rPr>
        <w:t xml:space="preserve">[23:02] </w:t>
      </w:r>
      <w:r>
        <w:t>yeh mere paas doosra paper hai.</w:t>
      </w:r>
    </w:p>
    <w:p>
      <w:pPr>
        <w:jc w:val="right"/>
      </w:pPr>
      <w:r>
        <w:t>یہ میرے پاس دوسرا پیپر ہے۔</w:t>
      </w:r>
    </w:p>
    <w:p>
      <w:r>
        <w:rPr>
          <w:b/>
        </w:rPr>
        <w:t xml:space="preserve">[23:06] </w:t>
      </w:r>
      <w:r>
        <w:t>yeh Times of India.</w:t>
      </w:r>
    </w:p>
    <w:p>
      <w:pPr>
        <w:jc w:val="right"/>
      </w:pPr>
      <w:r>
        <w:t>یہ ٹائمز آف انڈیا۔</w:t>
      </w:r>
    </w:p>
    <w:p>
      <w:r>
        <w:rPr>
          <w:b/>
        </w:rPr>
        <w:t xml:space="preserve">[23:09] </w:t>
      </w:r>
      <w:r>
        <w:t>yeh hai 4 October ka.</w:t>
      </w:r>
    </w:p>
    <w:p>
      <w:pPr>
        <w:jc w:val="right"/>
      </w:pPr>
      <w:r>
        <w:t>یہ ہے چار اکتوبر کا۔</w:t>
      </w:r>
    </w:p>
    <w:p>
      <w:r>
        <w:rPr>
          <w:b/>
        </w:rPr>
        <w:t xml:space="preserve">[23:14] </w:t>
      </w:r>
      <w:r>
        <w:t>4 October ke mein sabhi paper ko, yani October ke fourth ko, sabhi papers mein ek bahut hi</w:t>
      </w:r>
    </w:p>
    <w:p>
      <w:pPr>
        <w:jc w:val="right"/>
      </w:pPr>
      <w:r>
        <w:t>چار اکتوبر کے میں سبھی پیپر کو، یعنی اکتوبر کے فورتھ کو، سبھی پیپرز میں ایک بہت ہی</w:t>
      </w:r>
    </w:p>
    <w:p>
      <w:r>
        <w:rPr>
          <w:b/>
        </w:rPr>
        <w:t xml:space="preserve">[23:23] </w:t>
      </w:r>
      <w:r>
        <w:t>yani startling news aayi thi.</w:t>
      </w:r>
    </w:p>
    <w:p>
      <w:pPr>
        <w:jc w:val="right"/>
      </w:pPr>
      <w:r>
        <w:t>یعنی اسٹارٹلنگ نیوز آئی تھی۔</w:t>
      </w:r>
    </w:p>
    <w:p>
      <w:r>
        <w:rPr>
          <w:b/>
        </w:rPr>
        <w:t xml:space="preserve">[23:28] </w:t>
      </w:r>
      <w:r>
        <w:t>aap sab ne is ko padha hoga.</w:t>
      </w:r>
    </w:p>
    <w:p>
      <w:pPr>
        <w:jc w:val="right"/>
      </w:pPr>
      <w:r>
        <w:t>آپ سب نے اس کو پڑھا ہوگا۔</w:t>
      </w:r>
    </w:p>
    <w:p>
      <w:r>
        <w:rPr>
          <w:b/>
        </w:rPr>
        <w:t xml:space="preserve">[23:30] </w:t>
      </w:r>
      <w:r>
        <w:t>woh yeh ke America ke do</w:t>
      </w:r>
    </w:p>
    <w:p>
      <w:pPr>
        <w:jc w:val="right"/>
      </w:pPr>
      <w:r>
        <w:t>وہ یہ کہ امریکہ کے دو</w:t>
      </w:r>
    </w:p>
    <w:p>
      <w:r>
        <w:rPr>
          <w:b/>
        </w:rPr>
        <w:t xml:space="preserve">[23:39] </w:t>
      </w:r>
      <w:r>
        <w:t>scientist ko Nobel Prize diya gaya hai</w:t>
      </w:r>
    </w:p>
    <w:p>
      <w:pPr>
        <w:jc w:val="right"/>
      </w:pPr>
      <w:r>
        <w:t>سائنٹسٹ کو نوبل پرائز دیا گیا ہے</w:t>
      </w:r>
    </w:p>
    <w:p>
      <w:r>
        <w:rPr>
          <w:b/>
        </w:rPr>
        <w:t xml:space="preserve">[23:48] </w:t>
      </w:r>
      <w:r>
        <w:t>2006 ka physics mein.</w:t>
      </w:r>
    </w:p>
    <w:p>
      <w:pPr>
        <w:jc w:val="right"/>
      </w:pPr>
      <w:r>
        <w:t>2006 کا فزکس میں۔</w:t>
      </w:r>
    </w:p>
    <w:p>
      <w:r>
        <w:rPr>
          <w:b/>
        </w:rPr>
        <w:t xml:space="preserve">[23:56] </w:t>
      </w:r>
      <w:r>
        <w:t>un mein se ek hain</w:t>
      </w:r>
    </w:p>
    <w:p>
      <w:pPr>
        <w:jc w:val="right"/>
      </w:pPr>
      <w:r>
        <w:t>ان میں سے ایک ہیں</w:t>
      </w:r>
    </w:p>
    <w:p>
      <w:r>
        <w:rPr>
          <w:b/>
        </w:rPr>
        <w:t xml:space="preserve">[24:07] </w:t>
      </w:r>
      <w:r>
        <w:t>George Mather aur doosre hain</w:t>
      </w:r>
    </w:p>
    <w:p>
      <w:pPr>
        <w:jc w:val="right"/>
      </w:pPr>
      <w:r>
        <w:t>جارج میتھر اور دوسرے ہیں</w:t>
      </w:r>
    </w:p>
    <w:p>
      <w:r>
        <w:rPr>
          <w:b/>
        </w:rPr>
        <w:t xml:space="preserve">[24:27] </w:t>
      </w:r>
      <w:r>
        <w:t>kya naam tha</w:t>
      </w:r>
    </w:p>
    <w:p>
      <w:pPr>
        <w:jc w:val="right"/>
      </w:pPr>
      <w:r>
        <w:t>کیا نام تھا</w:t>
      </w:r>
    </w:p>
    <w:p>
      <w:r>
        <w:rPr>
          <w:b/>
        </w:rPr>
        <w:t xml:space="preserve">[24:28] </w:t>
      </w:r>
      <w:r>
        <w:t>un ka? George Smoot.</w:t>
      </w:r>
    </w:p>
    <w:p>
      <w:pPr>
        <w:jc w:val="right"/>
      </w:pPr>
      <w:r>
        <w:t>ان کا؟ جارج سموتھ۔</w:t>
      </w:r>
    </w:p>
    <w:p>
      <w:r>
        <w:rPr>
          <w:b/>
        </w:rPr>
        <w:t xml:space="preserve">[24:30] </w:t>
      </w:r>
      <w:r>
        <w:t>haan, jorj smoth</w:t>
      </w:r>
    </w:p>
    <w:p>
      <w:pPr>
        <w:jc w:val="right"/>
      </w:pPr>
      <w:r>
        <w:t>ہاں، جارج سموتھ</w:t>
      </w:r>
    </w:p>
    <w:p>
      <w:r>
        <w:rPr>
          <w:b/>
        </w:rPr>
        <w:t xml:space="preserve">[24:35] </w:t>
      </w:r>
      <w:r>
        <w:t>aur doosre jan metho.</w:t>
      </w:r>
    </w:p>
    <w:p>
      <w:pPr>
        <w:jc w:val="right"/>
      </w:pPr>
      <w:r>
        <w:t>اور دوسرے جان میتھو۔</w:t>
      </w:r>
    </w:p>
    <w:p>
      <w:r>
        <w:rPr>
          <w:b/>
        </w:rPr>
        <w:t xml:space="preserve">[24:37] </w:t>
      </w:r>
      <w:r>
        <w:t>jan methar. donon amrikan professor hain aur fiziks ka nobel prize unhen diya gaya hai.</w:t>
      </w:r>
    </w:p>
    <w:p>
      <w:pPr>
        <w:jc w:val="right"/>
      </w:pPr>
      <w:r>
        <w:t>جان میتھر۔ دونوں امریکن پروفیسر ہیں اور فزکس کا نوبل پرائز انہیں دیا گیا ہے۔</w:t>
      </w:r>
    </w:p>
    <w:p>
      <w:r>
        <w:rPr>
          <w:b/>
        </w:rPr>
        <w:t xml:space="preserve">[24:47] </w:t>
      </w:r>
      <w:r>
        <w:t>yeh kis baat par diya gaya?</w:t>
      </w:r>
    </w:p>
    <w:p>
      <w:pPr>
        <w:jc w:val="right"/>
      </w:pPr>
      <w:r>
        <w:t>یہ کس بات پر دیا گیا؟</w:t>
      </w:r>
    </w:p>
    <w:p>
      <w:r>
        <w:rPr>
          <w:b/>
        </w:rPr>
        <w:t xml:space="preserve">[24:50] </w:t>
      </w:r>
      <w:r>
        <w:t>yeh diya gaya hai ke unhon ne research ki hai</w:t>
      </w:r>
    </w:p>
    <w:p>
      <w:pPr>
        <w:jc w:val="right"/>
      </w:pPr>
      <w:r>
        <w:t>یہ دیا گیا ہے کہ انہوں نے ریسرچ کی ہے</w:t>
      </w:r>
    </w:p>
    <w:p>
      <w:r>
        <w:rPr>
          <w:b/>
        </w:rPr>
        <w:t xml:space="preserve">[24:56] </w:t>
      </w:r>
      <w:r>
        <w:t>yeh big bang theory jo hai, is ke upar unhon ne research ki hai.</w:t>
      </w:r>
    </w:p>
    <w:p>
      <w:pPr>
        <w:jc w:val="right"/>
      </w:pPr>
      <w:r>
        <w:t>یہ بگ بینگ تھیوری جو ہے، اس کے اوپر انہوں نے ریسرچ کی ہے۔</w:t>
      </w:r>
    </w:p>
    <w:p>
      <w:r>
        <w:rPr>
          <w:b/>
        </w:rPr>
        <w:t xml:space="preserve">[25:09] </w:t>
      </w:r>
      <w:r>
        <w:t>aap ko maloom hoga ke 1989 mein</w:t>
      </w:r>
    </w:p>
    <w:p>
      <w:pPr>
        <w:jc w:val="right"/>
      </w:pPr>
      <w:r>
        <w:t>آپ کو معلوم ہوگا کہ 1989 میں</w:t>
      </w:r>
    </w:p>
    <w:p>
      <w:r>
        <w:rPr>
          <w:b/>
        </w:rPr>
        <w:t xml:space="preserve">[25:14] </w:t>
      </w:r>
      <w:r>
        <w:t>ek bheja gaya tha</w:t>
      </w:r>
    </w:p>
    <w:p>
      <w:pPr>
        <w:jc w:val="right"/>
      </w:pPr>
      <w:r>
        <w:t>ایک بھیجا گیا تھا</w:t>
      </w:r>
    </w:p>
    <w:p>
      <w:r>
        <w:rPr>
          <w:b/>
        </w:rPr>
        <w:t xml:space="preserve">[25:18] </w:t>
      </w:r>
      <w:r>
        <w:t>space mein ek rocket, amreeka ne bheja tha.</w:t>
      </w:r>
    </w:p>
    <w:p>
      <w:pPr>
        <w:jc w:val="right"/>
      </w:pPr>
      <w:r>
        <w:t>اسپیس میں ایک راکٹ، امریکہ نے بھیجا تھا۔</w:t>
      </w:r>
    </w:p>
    <w:p>
      <w:r>
        <w:rPr>
          <w:b/>
        </w:rPr>
        <w:t xml:space="preserve">[25:23] </w:t>
      </w:r>
      <w:r>
        <w:t>woh isi ke liye bheja gaya tha kyunke</w:t>
      </w:r>
    </w:p>
    <w:p>
      <w:pPr>
        <w:jc w:val="right"/>
      </w:pPr>
      <w:r>
        <w:t>وہ اسی کے لیے بھیجا گیا تھا کیونکہ</w:t>
      </w:r>
    </w:p>
    <w:p>
      <w:r>
        <w:rPr>
          <w:b/>
        </w:rPr>
        <w:t xml:space="preserve">[25:32] </w:t>
      </w:r>
      <w:r>
        <w:t>jo discovery hui thi ke</w:t>
      </w:r>
    </w:p>
    <w:p>
      <w:pPr>
        <w:jc w:val="right"/>
      </w:pPr>
      <w:r>
        <w:t>جو ڈسکوری ہوئی تھی کہ</w:t>
      </w:r>
    </w:p>
    <w:p>
      <w:r>
        <w:rPr>
          <w:b/>
        </w:rPr>
        <w:t xml:space="preserve">[25:36] </w:t>
      </w:r>
      <w:r>
        <w:t>big bang jo hua</w:t>
      </w:r>
    </w:p>
    <w:p>
      <w:pPr>
        <w:jc w:val="right"/>
      </w:pPr>
      <w:r>
        <w:t>بگ بینگ جو ہوا</w:t>
      </w:r>
    </w:p>
    <w:p>
      <w:r>
        <w:rPr>
          <w:b/>
        </w:rPr>
        <w:t xml:space="preserve">[25:39] </w:t>
      </w:r>
      <w:r>
        <w:t>jab universe shuru hui, is big bang ke radiation abhi bhi maujood hain.</w:t>
      </w:r>
    </w:p>
    <w:p>
      <w:pPr>
        <w:jc w:val="right"/>
      </w:pPr>
      <w:r>
        <w:t>جب یونیورس شروع ہوئی، اس بگ بینگ کے ریڈی ایشن ابھی بھی موجود ہیں۔</w:t>
      </w:r>
    </w:p>
    <w:p>
      <w:r>
        <w:rPr>
          <w:b/>
        </w:rPr>
        <w:t xml:space="preserve">[25:46] </w:t>
      </w:r>
      <w:r>
        <w:t>yani upar space ke upar ke hisse mein.</w:t>
      </w:r>
    </w:p>
    <w:p>
      <w:pPr>
        <w:jc w:val="right"/>
      </w:pPr>
      <w:r>
        <w:t>یعنی اوپر اسپیس کے اوپر کے حصے میں۔</w:t>
      </w:r>
    </w:p>
    <w:p>
      <w:r>
        <w:rPr>
          <w:b/>
        </w:rPr>
        <w:t xml:space="preserve">[25:55] </w:t>
      </w:r>
      <w:r>
        <w:t>toh is ko is ke photo lene ke liye aur is par research karne ke liye ek rocket</w:t>
      </w:r>
    </w:p>
    <w:p>
      <w:pPr>
        <w:jc w:val="right"/>
      </w:pPr>
      <w:r>
        <w:t>تو اس کو اس کے فوٹو لینے کے لیے اور اس پر ریسرچ کرنے کے لیے ایک راکٹ</w:t>
      </w:r>
    </w:p>
    <w:p>
      <w:r>
        <w:rPr>
          <w:b/>
        </w:rPr>
        <w:t xml:space="preserve">[26:03] </w:t>
      </w:r>
      <w:r>
        <w:t>bheja gaya. yeh bheja gaya tha 1989</w:t>
      </w:r>
    </w:p>
    <w:p>
      <w:pPr>
        <w:jc w:val="right"/>
      </w:pPr>
      <w:r>
        <w:t>بھیجا گیا۔ یہ بھیجا گیا تھا 1989</w:t>
      </w:r>
    </w:p>
    <w:p>
      <w:r>
        <w:rPr>
          <w:b/>
        </w:rPr>
        <w:t xml:space="preserve">[26:10] </w:t>
      </w:r>
      <w:r>
        <w:t>mein. toh is ne wahan par bohat sare photo liye.</w:t>
      </w:r>
    </w:p>
    <w:p>
      <w:pPr>
        <w:jc w:val="right"/>
      </w:pPr>
      <w:r>
        <w:t>میں۔ تو اس نے وہاں پر بہت سارے فوٹو لیے۔</w:t>
      </w:r>
    </w:p>
    <w:p>
      <w:r>
        <w:rPr>
          <w:b/>
        </w:rPr>
        <w:t xml:space="preserve">[26:18] </w:t>
      </w:r>
      <w:r>
        <w:t>aur woh photo nasa ke daftar mein aaye.</w:t>
      </w:r>
    </w:p>
    <w:p>
      <w:pPr>
        <w:jc w:val="right"/>
      </w:pPr>
      <w:r>
        <w:t>اور وہ فوٹو ناسا کے دفتر میں آئے۔</w:t>
      </w:r>
    </w:p>
    <w:p>
      <w:r>
        <w:rPr>
          <w:b/>
        </w:rPr>
        <w:t xml:space="preserve">[26:23] </w:t>
      </w:r>
      <w:r>
        <w:t>un photos ka unhon ne bohat dinon tak</w:t>
      </w:r>
    </w:p>
    <w:p>
      <w:pPr>
        <w:jc w:val="right"/>
      </w:pPr>
      <w:r>
        <w:t>ان فوٹوز کا انہوں نے بہت دنوں تک</w:t>
      </w:r>
    </w:p>
    <w:p>
      <w:r>
        <w:rPr>
          <w:b/>
        </w:rPr>
        <w:t xml:space="preserve">[26:27] </w:t>
      </w:r>
      <w:r>
        <w:t>research kiya. research karne ke baad unhon ne kuch aisi baatein daryaft keen jis se big bang theory</w:t>
      </w:r>
    </w:p>
    <w:p>
      <w:pPr>
        <w:jc w:val="right"/>
      </w:pPr>
      <w:r>
        <w:t>ریسرچ کیا۔ ریسرچ کرنے کے بعد انہوں نے کچھ ایسی باتیں دریافت کیں جس سے بگ بینگ تھیوری</w:t>
      </w:r>
    </w:p>
    <w:p>
      <w:r>
        <w:rPr>
          <w:b/>
        </w:rPr>
        <w:t xml:space="preserve">[26:35] </w:t>
      </w:r>
      <w:r>
        <w:t>par ek nai light parti thi.</w:t>
      </w:r>
    </w:p>
    <w:p>
      <w:pPr>
        <w:jc w:val="right"/>
      </w:pPr>
      <w:r>
        <w:t>پر ایک نئی لائٹ پڑتی تھی۔</w:t>
      </w:r>
    </w:p>
    <w:p>
      <w:r>
        <w:rPr>
          <w:b/>
        </w:rPr>
        <w:t xml:space="preserve">[26:38] </w:t>
      </w:r>
      <w:r>
        <w:t>yani zyada strong support mili ke big bang ka waqea hua hai.</w:t>
      </w:r>
    </w:p>
    <w:p>
      <w:pPr>
        <w:jc w:val="right"/>
      </w:pPr>
      <w:r>
        <w:t>یعنی زیادہ اسٹرونگ سپورٹ ملی کہ بگ بینگ کا واقعہ ہوا ہے۔</w:t>
      </w:r>
    </w:p>
    <w:p>
      <w:r>
        <w:rPr>
          <w:b/>
        </w:rPr>
        <w:t xml:space="preserve">[26:45] </w:t>
      </w:r>
      <w:r>
        <w:t>toh bohat is mein mehnat ki unhon ne aur bohat mehnat karne ke baad aur bohat hi pin</w:t>
      </w:r>
    </w:p>
    <w:p>
      <w:pPr>
        <w:jc w:val="right"/>
      </w:pPr>
      <w:r>
        <w:t>تو بہت اس میں محنت کی انہوں نے اور بہت محنت کرنے کے بعد اور بہت ہی پن</w:t>
      </w:r>
    </w:p>
    <w:p>
      <w:r>
        <w:rPr>
          <w:b/>
        </w:rPr>
        <w:t xml:space="preserve">[26:51] </w:t>
      </w:r>
      <w:r>
        <w:t>point kiya unhon ne ek dam ke</w:t>
      </w:r>
    </w:p>
    <w:p>
      <w:pPr>
        <w:jc w:val="right"/>
      </w:pPr>
      <w:r>
        <w:t>پوائنٹ کیا انہوں نے ایک دم کہ</w:t>
      </w:r>
    </w:p>
    <w:p>
      <w:r>
        <w:rPr>
          <w:b/>
        </w:rPr>
        <w:t xml:space="preserve">[26:55] </w:t>
      </w:r>
      <w:r>
        <w:t>big bang ka jo hua explosion</w:t>
      </w:r>
    </w:p>
    <w:p>
      <w:pPr>
        <w:jc w:val="right"/>
      </w:pPr>
      <w:r>
        <w:t>بگ بینگ کا جو ہوا ایکسپلوژن</w:t>
      </w:r>
    </w:p>
    <w:p>
      <w:r>
        <w:rPr>
          <w:b/>
        </w:rPr>
        <w:t xml:space="preserve">[27:00] </w:t>
      </w:r>
      <w:r>
        <w:t>woh kab hua? to 15 billion years pehle hua.</w:t>
      </w:r>
    </w:p>
    <w:p>
      <w:pPr>
        <w:jc w:val="right"/>
      </w:pPr>
      <w:r>
        <w:t>وہ کب ہوا؟ تو 15 بلین ایئرز پہلے ہوا۔</w:t>
      </w:r>
    </w:p>
    <w:p>
      <w:r>
        <w:rPr>
          <w:b/>
        </w:rPr>
        <w:t xml:space="preserve">[27:05] </w:t>
      </w:r>
      <w:r>
        <w:t>ab yeh bilkul pakki hui hui baat ke hamari universe ka jo beginning hai woh 15 billion years</w:t>
      </w:r>
    </w:p>
    <w:p>
      <w:pPr>
        <w:jc w:val="right"/>
      </w:pPr>
      <w:r>
        <w:t>اب یہ بالکل پکی ہوئی ہوئی بات کہ ہماری یونیورس کا جو بگننگ ہے وہ 15 بلین ایئرز</w:t>
      </w:r>
    </w:p>
    <w:p>
      <w:r>
        <w:rPr>
          <w:b/>
        </w:rPr>
        <w:t xml:space="preserve">[27:14] </w:t>
      </w:r>
      <w:r>
        <w:t>pehle hui hai.</w:t>
      </w:r>
    </w:p>
    <w:p>
      <w:pPr>
        <w:jc w:val="right"/>
      </w:pPr>
      <w:r>
        <w:t>پہلے ہوئی ہے۔</w:t>
      </w:r>
    </w:p>
    <w:p>
      <w:r>
        <w:rPr>
          <w:b/>
        </w:rPr>
        <w:t xml:space="preserve">[27:16] </w:t>
      </w:r>
      <w:r>
        <w:t>yani scientifically yeh cheez proof ho gayi hai.</w:t>
      </w:r>
    </w:p>
    <w:p>
      <w:pPr>
        <w:jc w:val="right"/>
      </w:pPr>
      <w:r>
        <w:t>یعنی سائنٹیفیکلی یہ چیز پروف ہو گئی ہے۔</w:t>
      </w:r>
    </w:p>
    <w:p>
      <w:r>
        <w:rPr>
          <w:b/>
        </w:rPr>
        <w:t xml:space="preserve">[27:19] </w:t>
      </w:r>
      <w:r>
        <w:t>is is ke baad isi liye unhein Nobel prize diya gaya.</w:t>
      </w:r>
    </w:p>
    <w:p>
      <w:pPr>
        <w:jc w:val="right"/>
      </w:pPr>
      <w:r>
        <w:t>اس اس کے بعد اسی لیے انہیں نوبل پرائز دیا گیا۔</w:t>
      </w:r>
    </w:p>
    <w:p>
      <w:r>
        <w:rPr>
          <w:b/>
        </w:rPr>
        <w:t xml:space="preserve">[27:26] </w:t>
      </w:r>
      <w:r>
        <w:t>ab dekhiye ke</w:t>
      </w:r>
    </w:p>
    <w:p>
      <w:pPr>
        <w:jc w:val="right"/>
      </w:pPr>
      <w:r>
        <w:t>اب دیکھیے کہ</w:t>
      </w:r>
    </w:p>
    <w:p>
      <w:r>
        <w:rPr>
          <w:b/>
        </w:rPr>
        <w:t xml:space="preserve">[27:28] </w:t>
      </w:r>
      <w:r>
        <w:t>yeh jo yeh jo discovery hai,</w:t>
      </w:r>
    </w:p>
    <w:p>
      <w:pPr>
        <w:jc w:val="right"/>
      </w:pPr>
      <w:r>
        <w:t>یہ جو یہ جو ڈسکوری ہے،</w:t>
      </w:r>
    </w:p>
    <w:p>
      <w:r>
        <w:rPr>
          <w:b/>
        </w:rPr>
        <w:t xml:space="preserve">[27:32] </w:t>
      </w:r>
      <w:r>
        <w:t>is ne hazaron saal ke ek notion ko bilkul destroy kar diya.</w:t>
      </w:r>
    </w:p>
    <w:p>
      <w:pPr>
        <w:jc w:val="right"/>
      </w:pPr>
      <w:r>
        <w:t>اس نے ہزاروں سال کے ایک نوشن کو بالکل ڈسٹرائے کر دیا۔</w:t>
      </w:r>
    </w:p>
    <w:p>
      <w:r>
        <w:rPr>
          <w:b/>
        </w:rPr>
        <w:t xml:space="preserve">[27:38] </w:t>
      </w:r>
      <w:r>
        <w:t>hazaron saal ke.</w:t>
      </w:r>
    </w:p>
    <w:p>
      <w:pPr>
        <w:jc w:val="right"/>
      </w:pPr>
      <w:r>
        <w:t>ہزاروں سال کے۔</w:t>
      </w:r>
    </w:p>
    <w:p>
      <w:r>
        <w:rPr>
          <w:b/>
        </w:rPr>
        <w:t xml:space="preserve">[27:39] </w:t>
      </w:r>
      <w:r>
        <w:t>yeh yeh mere haath mein book hai.</w:t>
      </w:r>
    </w:p>
    <w:p>
      <w:pPr>
        <w:jc w:val="right"/>
      </w:pPr>
      <w:r>
        <w:t>یہ یہ میرے ہاتھ میں بک ہے۔</w:t>
      </w:r>
    </w:p>
    <w:p>
      <w:r>
        <w:rPr>
          <w:b/>
        </w:rPr>
        <w:t xml:space="preserve">[27:48] </w:t>
      </w:r>
      <w:r>
        <w:t>yeh Swami woh</w:t>
      </w:r>
    </w:p>
    <w:p>
      <w:pPr>
        <w:jc w:val="right"/>
      </w:pPr>
      <w:r>
        <w:t>یہ سوامی وہ</w:t>
      </w:r>
    </w:p>
    <w:p>
      <w:r>
        <w:rPr>
          <w:b/>
        </w:rPr>
        <w:t xml:space="preserve">[27:55] </w:t>
      </w:r>
      <w:r>
        <w:t>Vaswani, Vaswami, Vaswami, Vani hain, Vaswani, Vaswani.</w:t>
      </w:r>
    </w:p>
    <w:p>
      <w:pPr>
        <w:jc w:val="right"/>
      </w:pPr>
      <w:r>
        <w:t>واسوانی، واسوامی، واسوامی، وانی ہیں، واسوانی، واسوانی۔</w:t>
      </w:r>
    </w:p>
    <w:p>
      <w:r>
        <w:rPr>
          <w:b/>
        </w:rPr>
        <w:t xml:space="preserve">[28:01] </w:t>
      </w:r>
      <w:r>
        <w:t>yeh bohat hi well known speaker hain aur aksar aate rehte hain.</w:t>
      </w:r>
    </w:p>
    <w:p>
      <w:pPr>
        <w:jc w:val="right"/>
      </w:pPr>
      <w:r>
        <w:t>یہ بہت ہی ویل نون اسپیکر ہیں اور اکثر آتے رہتے ہیں۔</w:t>
      </w:r>
    </w:p>
    <w:p>
      <w:r>
        <w:rPr>
          <w:b/>
        </w:rPr>
        <w:t xml:space="preserve">[28:06] </w:t>
      </w:r>
      <w:r>
        <w:t>yeh shayad daily aate hon TV par.</w:t>
      </w:r>
    </w:p>
    <w:p>
      <w:pPr>
        <w:jc w:val="right"/>
      </w:pPr>
      <w:r>
        <w:t>یہ شاید ڈیلی آتے ہوں ٹی وی پر۔</w:t>
      </w:r>
    </w:p>
    <w:p>
      <w:r>
        <w:rPr>
          <w:b/>
        </w:rPr>
        <w:t xml:space="preserve">[28:11] </w:t>
      </w:r>
      <w:r>
        <w:t>to Hindu philosophers ka yeh kehna aaya bohat pehle se</w:t>
      </w:r>
    </w:p>
    <w:p>
      <w:pPr>
        <w:jc w:val="right"/>
      </w:pPr>
      <w:r>
        <w:t>تو ہندو فلاسفرز کا یہ کہنا آیا بہت پہلے سے</w:t>
      </w:r>
    </w:p>
    <w:p>
      <w:r>
        <w:rPr>
          <w:b/>
        </w:rPr>
        <w:t xml:space="preserve">[28:17] </w:t>
      </w:r>
      <w:r>
        <w:t>ke Hinduism eternal religion hai.</w:t>
      </w:r>
    </w:p>
    <w:p>
      <w:pPr>
        <w:jc w:val="right"/>
      </w:pPr>
      <w:r>
        <w:t>کہ ہندوازم ایٹرنل ریلیجن ہے۔</w:t>
      </w:r>
    </w:p>
    <w:p>
      <w:r>
        <w:rPr>
          <w:b/>
        </w:rPr>
        <w:t xml:space="preserve">[28:21] </w:t>
      </w:r>
      <w:r>
        <w:t>eternal religion yani hamesha se hai.</w:t>
      </w:r>
    </w:p>
    <w:p>
      <w:pPr>
        <w:jc w:val="right"/>
      </w:pPr>
      <w:r>
        <w:t>ایٹرنل ریلیجن یعنی ہمیشہ سے ہے۔</w:t>
      </w:r>
    </w:p>
    <w:p>
      <w:r>
        <w:rPr>
          <w:b/>
        </w:rPr>
        <w:t xml:space="preserve">[28:25] </w:t>
      </w:r>
      <w:r>
        <w:t>is ki koi beginning nahi hai.</w:t>
      </w:r>
    </w:p>
    <w:p>
      <w:pPr>
        <w:jc w:val="right"/>
      </w:pPr>
      <w:r>
        <w:t>اس کی کوئی بگننگ نہیں ہے۔</w:t>
      </w:r>
    </w:p>
    <w:p>
      <w:r>
        <w:rPr>
          <w:b/>
        </w:rPr>
        <w:t xml:space="preserve">[28:26] </w:t>
      </w:r>
      <w:r>
        <w:t>is ki is ki koi beginning nahi hai.</w:t>
      </w:r>
    </w:p>
    <w:p>
      <w:pPr>
        <w:jc w:val="right"/>
      </w:pPr>
      <w:r>
        <w:t>اس کی اس کی کوئی بگننگ نہیں ہے۔</w:t>
      </w:r>
    </w:p>
    <w:p>
      <w:r>
        <w:rPr>
          <w:b/>
        </w:rPr>
        <w:t xml:space="preserve">[28:34] </w:t>
      </w:r>
      <w:r>
        <w:t>to isi ko is kitaab mein unhon ne</w:t>
      </w:r>
    </w:p>
    <w:p>
      <w:pPr>
        <w:jc w:val="right"/>
      </w:pPr>
      <w:r>
        <w:t>تو اسی کو اس کتاب میں انہوں نے</w:t>
      </w:r>
    </w:p>
    <w:p>
      <w:r>
        <w:rPr>
          <w:b/>
        </w:rPr>
        <w:t xml:space="preserve">[28:37] </w:t>
      </w:r>
      <w:r>
        <w:t>dohraya hai. Is kitaab ka title hai</w:t>
      </w:r>
    </w:p>
    <w:p>
      <w:pPr>
        <w:jc w:val="right"/>
      </w:pPr>
      <w:r>
        <w:t>دہرایا ہے۔ اس کتاب کا ٹائٹل ہے</w:t>
      </w:r>
    </w:p>
    <w:p>
      <w:r>
        <w:rPr>
          <w:b/>
        </w:rPr>
        <w:t xml:space="preserve">[28:42] </w:t>
      </w:r>
      <w:r>
        <w:t>"Haraha I I I MA Hindu"</w:t>
      </w:r>
    </w:p>
    <w:p>
      <w:pPr>
        <w:jc w:val="right"/>
      </w:pPr>
      <w:r>
        <w:t>"حرہ ائی ائی ائی ایم اے ہندو"</w:t>
      </w:r>
    </w:p>
    <w:p>
      <w:r>
        <w:rPr>
          <w:b/>
        </w:rPr>
        <w:t xml:space="preserve">[28:47] </w:t>
      </w:r>
      <w:r>
        <w:t>ke wah mein ek Hindu hoon.</w:t>
      </w:r>
    </w:p>
    <w:p>
      <w:pPr>
        <w:jc w:val="right"/>
      </w:pPr>
      <w:r>
        <w:t>کہ واہ میں ایک ہندو ہوں۔</w:t>
      </w:r>
    </w:p>
    <w:p>
      <w:r>
        <w:rPr>
          <w:b/>
        </w:rPr>
        <w:t xml:space="preserve">[28:51] </w:t>
      </w:r>
      <w:r>
        <w:t>to is mein unhon ne</w:t>
      </w:r>
    </w:p>
    <w:p>
      <w:pPr>
        <w:jc w:val="right"/>
      </w:pPr>
      <w:r>
        <w:t>تو اس میں انہوں نے</w:t>
      </w:r>
    </w:p>
    <w:p>
      <w:r>
        <w:rPr>
          <w:b/>
        </w:rPr>
        <w:t xml:space="preserve">[28:56] </w:t>
      </w:r>
      <w:r>
        <w:t>yeh likha hai.</w:t>
      </w:r>
    </w:p>
    <w:p>
      <w:pPr>
        <w:jc w:val="right"/>
      </w:pPr>
      <w:r>
        <w:t>یہ لکھا ہے۔</w:t>
      </w:r>
    </w:p>
    <w:p>
      <w:r>
        <w:rPr>
          <w:b/>
        </w:rPr>
        <w:t xml:space="preserve">[28:58] </w:t>
      </w:r>
      <w:r>
        <w:t>isi likha hai, matlab isi baat ko dohraya hai jo saare hindu philosophers mante hain.</w:t>
      </w:r>
    </w:p>
    <w:p>
      <w:pPr>
        <w:jc w:val="right"/>
      </w:pPr>
      <w:r>
        <w:t>اسی لکھا ہے، مطلب اسی بات کو دہرایا ہے جو سارے ہندو فلاسفرز مانتے ہیں۔</w:t>
      </w:r>
    </w:p>
    <w:p>
      <w:r>
        <w:rPr>
          <w:b/>
        </w:rPr>
        <w:t xml:space="preserve">[29:06] </w:t>
      </w:r>
      <w:r>
        <w:t>to is mein unhon ne likha hai ke</w:t>
      </w:r>
    </w:p>
    <w:p>
      <w:pPr>
        <w:jc w:val="right"/>
      </w:pPr>
      <w:r>
        <w:t>تو اس میں انہوں نے لکھا ہے کہ</w:t>
      </w:r>
    </w:p>
    <w:p>
      <w:r>
        <w:rPr>
          <w:b/>
        </w:rPr>
        <w:t xml:space="preserve">[29:10] </w:t>
      </w:r>
      <w:r>
        <w:t>hinduism has existed</w:t>
      </w:r>
    </w:p>
    <w:p>
      <w:pPr>
        <w:jc w:val="right"/>
      </w:pPr>
      <w:r>
        <w:t>ہندوازم ہیز ایگزسٹڈ</w:t>
      </w:r>
    </w:p>
    <w:p>
      <w:r>
        <w:rPr>
          <w:b/>
        </w:rPr>
        <w:t xml:space="preserve">[29:14] </w:t>
      </w:r>
      <w:r>
        <w:t>eternally without a founder.</w:t>
      </w:r>
    </w:p>
    <w:p>
      <w:pPr>
        <w:jc w:val="right"/>
      </w:pPr>
      <w:r>
        <w:t>ایٹرنلی وداؤٹ ا فاؤنڈر۔</w:t>
      </w:r>
    </w:p>
    <w:p>
      <w:r>
        <w:rPr>
          <w:b/>
        </w:rPr>
        <w:t xml:space="preserve">[29:20] </w:t>
      </w:r>
      <w:r>
        <w:t>hinduism has existed eternally without a founder.</w:t>
      </w:r>
    </w:p>
    <w:p>
      <w:pPr>
        <w:jc w:val="right"/>
      </w:pPr>
      <w:r>
        <w:t>ہندوازم ہیز ایگزسٹڈ ایٹرنلی وداؤٹ ا فاؤنڈر۔</w:t>
      </w:r>
    </w:p>
    <w:p>
      <w:r>
        <w:rPr>
          <w:b/>
        </w:rPr>
        <w:t xml:space="preserve">[29:26] </w:t>
      </w:r>
      <w:r>
        <w:t>to hinduism ka koi founder nahi hai.</w:t>
      </w:r>
    </w:p>
    <w:p>
      <w:pPr>
        <w:jc w:val="right"/>
      </w:pPr>
      <w:r>
        <w:t>تو ہندوازم کا کوئی فاؤنڈر نہیں ہے۔</w:t>
      </w:r>
    </w:p>
    <w:p>
      <w:r>
        <w:rPr>
          <w:b/>
        </w:rPr>
        <w:t xml:space="preserve">[29:30] </w:t>
      </w:r>
      <w:r>
        <w:t>aur eternity se woh hai, hamesha se hai.</w:t>
      </w:r>
    </w:p>
    <w:p>
      <w:pPr>
        <w:jc w:val="right"/>
      </w:pPr>
      <w:r>
        <w:t>اور ایٹرنٹی سے وہ ہے، ہمیشہ سے ہے۔</w:t>
      </w:r>
    </w:p>
    <w:p>
      <w:r>
        <w:rPr>
          <w:b/>
        </w:rPr>
        <w:t xml:space="preserve">[29:33] </w:t>
      </w:r>
      <w:r>
        <w:t>woh ab aap dekhiye ke jab science ne yeh prove kar diya</w:t>
      </w:r>
    </w:p>
    <w:p>
      <w:pPr>
        <w:jc w:val="right"/>
      </w:pPr>
      <w:r>
        <w:t>وہ اب آپ دیکھیے کہ جب سائنس نے یہ پروف کر دیا</w:t>
      </w:r>
    </w:p>
    <w:p>
      <w:r>
        <w:rPr>
          <w:b/>
        </w:rPr>
        <w:t xml:space="preserve">[29:38] </w:t>
      </w:r>
      <w:r>
        <w:t>ke hamesha se toh yeh universe hai hi nahi, yeh duniya hai hi nahi hamesha se, yeh sirf</w:t>
      </w:r>
    </w:p>
    <w:p>
      <w:pPr>
        <w:jc w:val="right"/>
      </w:pPr>
      <w:r>
        <w:t>کہ ہمیشہ سے تو یہ یونیورس ہے ہی نہیں، یہ دنیا ہے ہی نہیں ہمیشہ سے، یہ صرف</w:t>
      </w:r>
    </w:p>
    <w:p>
      <w:r>
        <w:rPr>
          <w:b/>
        </w:rPr>
        <w:t xml:space="preserve">[29:44] </w:t>
      </w:r>
      <w:r>
        <w:t>15 billion saal se hai.</w:t>
      </w:r>
    </w:p>
    <w:p>
      <w:pPr>
        <w:jc w:val="right"/>
      </w:pPr>
      <w:r>
        <w:t>15 بلین سال سے ہے۔</w:t>
      </w:r>
    </w:p>
    <w:p>
      <w:r>
        <w:rPr>
          <w:b/>
        </w:rPr>
        <w:t xml:space="preserve">[29:46] </w:t>
      </w:r>
      <w:r>
        <w:t>aur tab, aur tab toh bilkul aag thi, tab toh yahan koi insaan nahi ho sakta tha, koi</w:t>
      </w:r>
    </w:p>
    <w:p>
      <w:pPr>
        <w:jc w:val="right"/>
      </w:pPr>
      <w:r>
        <w:t>اور تب، اور تب تو بالکل اگ تھی، تب تو یہاں کوئی انسان نہیں ہو سکتا تھا، کوئی</w:t>
      </w:r>
    </w:p>
    <w:p>
      <w:r>
        <w:rPr>
          <w:b/>
        </w:rPr>
        <w:t xml:space="preserve">[29:50] </w:t>
      </w:r>
      <w:r>
        <w:t>book nahi ho sakti thi.</w:t>
      </w:r>
    </w:p>
    <w:p>
      <w:pPr>
        <w:jc w:val="right"/>
      </w:pPr>
      <w:r>
        <w:t>بک نہیں ہو سکتی تھی۔</w:t>
      </w:r>
    </w:p>
    <w:p>
      <w:r>
        <w:rPr>
          <w:b/>
        </w:rPr>
        <w:t xml:space="preserve">[29:52] </w:t>
      </w:r>
      <w:r>
        <w:t>bohat dinon ke baad jab thandi hui</w:t>
      </w:r>
    </w:p>
    <w:p>
      <w:pPr>
        <w:jc w:val="right"/>
      </w:pPr>
      <w:r>
        <w:t>بہت دنوں کے بعد جب ٹھنڈی ہوئی</w:t>
      </w:r>
    </w:p>
    <w:p>
      <w:r>
        <w:rPr>
          <w:b/>
        </w:rPr>
        <w:t xml:space="preserve">[29:56] </w:t>
      </w:r>
      <w:r>
        <w:t>aur yeh zameen par life support system aaya, tab insaan shuru hua.</w:t>
      </w:r>
    </w:p>
    <w:p>
      <w:pPr>
        <w:jc w:val="right"/>
      </w:pPr>
      <w:r>
        <w:t>اور یہ زمین پر لائف سپورٹ سسٹم آیا، تب انسان شروع ہوا۔</w:t>
      </w:r>
    </w:p>
    <w:p>
      <w:r>
        <w:rPr>
          <w:b/>
        </w:rPr>
        <w:t xml:space="preserve">[30:02] </w:t>
      </w:r>
      <w:r>
        <w:t>to toh bohat aur bhi bohat zyada kam ho jata hai.</w:t>
      </w:r>
    </w:p>
    <w:p>
      <w:pPr>
        <w:jc w:val="right"/>
      </w:pPr>
      <w:r>
        <w:t>تو تو بہت اور بھی بہت زیادہ کم ہو جاتا ہے۔</w:t>
      </w:r>
    </w:p>
    <w:p>
      <w:r>
        <w:rPr>
          <w:b/>
        </w:rPr>
        <w:t xml:space="preserve">[30:05] </w:t>
      </w:r>
      <w:r>
        <w:t>to behal 15 billion saal pehle is duniya ka wajood hi nahi tha.</w:t>
      </w:r>
    </w:p>
    <w:p>
      <w:pPr>
        <w:jc w:val="right"/>
      </w:pPr>
      <w:r>
        <w:t>تو بہرحال 15 بلین سال پہلے اس دنیا کا وجود ہی نہیں تھا۔</w:t>
      </w:r>
    </w:p>
    <w:p>
      <w:r>
        <w:rPr>
          <w:b/>
        </w:rPr>
        <w:t xml:space="preserve">[30:12] </w:t>
      </w:r>
      <w:r>
        <w:t>jab wajood hi nahi tha to kahan se hinduism wahan tak maujood hota? jab duniya hi ka wajood</w:t>
      </w:r>
    </w:p>
    <w:p>
      <w:pPr>
        <w:jc w:val="right"/>
      </w:pPr>
      <w:r>
        <w:t>جب وجود ہی نہیں تھا تو کہاں سے ہندوازم وہاں تک موجود ہوتا؟ جب دنیا ہی کا وجود</w:t>
      </w:r>
    </w:p>
    <w:p>
      <w:r>
        <w:rPr>
          <w:b/>
        </w:rPr>
        <w:t xml:space="preserve">[30:18] </w:t>
      </w:r>
      <w:r>
        <w:t>nahi hai to toh is mein hinduism kahan se maujood rehta? kahan rehta? woh koi insaan nahi tha,</w:t>
      </w:r>
    </w:p>
    <w:p>
      <w:pPr>
        <w:jc w:val="right"/>
      </w:pPr>
      <w:r>
        <w:t>نہیں ہے تو تو اس میں ہندوازم کہاں سے موجود رہتا؟ کہاں رہتا؟ وہ کوئی انسان نہیں تھا،</w:t>
      </w:r>
    </w:p>
    <w:p>
      <w:r>
        <w:rPr>
          <w:b/>
        </w:rPr>
        <w:t xml:space="preserve">[30:23] </w:t>
      </w:r>
      <w:r>
        <w:t>kuch bhi nahi tha.</w:t>
      </w:r>
    </w:p>
    <w:p>
      <w:pPr>
        <w:jc w:val="right"/>
      </w:pPr>
      <w:r>
        <w:t>کچھ بھی نہیں تھا۔</w:t>
      </w:r>
    </w:p>
    <w:p>
      <w:r>
        <w:rPr>
          <w:b/>
        </w:rPr>
        <w:t xml:space="preserve">[30:25] </w:t>
      </w:r>
      <w:r>
        <w:t>ab yeh discard ho gaya.</w:t>
      </w:r>
    </w:p>
    <w:p>
      <w:pPr>
        <w:jc w:val="right"/>
      </w:pPr>
      <w:r>
        <w:t>اب یہ ڈسکارڈ ہو گیا۔</w:t>
      </w:r>
    </w:p>
    <w:p>
      <w:r>
        <w:rPr>
          <w:b/>
        </w:rPr>
        <w:t xml:space="preserve">[30:27] </w:t>
      </w:r>
      <w:r>
        <w:t>yeh concept discard ho gaya ke koi aisa, aisi philosophy hai ya koi aisa religion hai jo eternally</w:t>
      </w:r>
    </w:p>
    <w:p>
      <w:pPr>
        <w:jc w:val="right"/>
      </w:pPr>
      <w:r>
        <w:t>یہ کانسیپٹ ڈسکارڈ ہو گیا کہ کوئی ایسا، ایسی فلاسفی ہے یا کوئی ایسا ریلیجن ہے جو ایٹرنلی</w:t>
      </w:r>
    </w:p>
    <w:p>
      <w:r>
        <w:rPr>
          <w:b/>
        </w:rPr>
        <w:t xml:space="preserve">[30:36] </w:t>
      </w:r>
      <w:r>
        <w:t>chala ja raha hai yahan par.</w:t>
      </w:r>
    </w:p>
    <w:p>
      <w:pPr>
        <w:jc w:val="right"/>
      </w:pPr>
      <w:r>
        <w:t>چلا جا رہا ہے یہاں پر۔</w:t>
      </w:r>
    </w:p>
    <w:p>
      <w:r>
        <w:rPr>
          <w:b/>
        </w:rPr>
        <w:t xml:space="preserve">[30:38] </w:t>
      </w:r>
      <w:r>
        <w:t>kyun ke eternity toh khud duniya mein nahi hai.</w:t>
      </w:r>
    </w:p>
    <w:p>
      <w:pPr>
        <w:jc w:val="right"/>
      </w:pPr>
      <w:r>
        <w:t>کیونکہ ایٹرنٹی تو خود دنیا میں نہیں ہے۔</w:t>
      </w:r>
    </w:p>
    <w:p>
      <w:r>
        <w:rPr>
          <w:b/>
        </w:rPr>
        <w:t xml:space="preserve">[30:42] </w:t>
      </w:r>
      <w:r>
        <w:t>to woh kahan se rahega?</w:t>
      </w:r>
    </w:p>
    <w:p>
      <w:pPr>
        <w:jc w:val="right"/>
      </w:pPr>
      <w:r>
        <w:t>تو وہ کہاں سے رہے گا؟</w:t>
      </w:r>
    </w:p>
    <w:p>
      <w:r>
        <w:rPr>
          <w:b/>
        </w:rPr>
        <w:t xml:space="preserve">[30:45] </w:t>
      </w:r>
      <w:r>
        <w:t>yeh farq hai.</w:t>
      </w:r>
    </w:p>
    <w:p>
      <w:pPr>
        <w:jc w:val="right"/>
      </w:pPr>
      <w:r>
        <w:t>یہ فرق ہے۔</w:t>
      </w:r>
    </w:p>
    <w:p>
      <w:r>
        <w:rPr>
          <w:b/>
        </w:rPr>
        <w:t xml:space="preserve">[30:46] </w:t>
      </w:r>
      <w:r>
        <w:t>dekhiye, har religion mein chuki baat ko</w:t>
      </w:r>
    </w:p>
    <w:p>
      <w:pPr>
        <w:jc w:val="right"/>
      </w:pPr>
      <w:r>
        <w:t>دیکھیے، ہر ریلیجن میں چونکہ بات کو</w:t>
      </w:r>
    </w:p>
    <w:p>
      <w:r>
        <w:rPr>
          <w:b/>
        </w:rPr>
        <w:t xml:space="preserve">[30:53] </w:t>
      </w:r>
      <w:r>
        <w:t>mera manna yeh hai ke har religion</w:t>
      </w:r>
    </w:p>
    <w:p>
      <w:pPr>
        <w:jc w:val="right"/>
      </w:pPr>
      <w:r>
        <w:t>میرا ماننا یہ ہے کہ ہر ریلیجن</w:t>
      </w:r>
    </w:p>
    <w:p>
      <w:r>
        <w:rPr>
          <w:b/>
        </w:rPr>
        <w:t xml:space="preserve">[30:55] </w:t>
      </w:r>
      <w:r>
        <w:t>shuru mein bilkul sahi tha.</w:t>
      </w:r>
    </w:p>
    <w:p>
      <w:pPr>
        <w:jc w:val="right"/>
      </w:pPr>
      <w:r>
        <w:t>شروع میں بالکل صحیح تھا۔</w:t>
      </w:r>
    </w:p>
    <w:p>
      <w:r>
        <w:rPr>
          <w:b/>
        </w:rPr>
        <w:t xml:space="preserve">[30:59] </w:t>
      </w:r>
      <w:r>
        <w:t>shuru mein har religion eksaan tha.</w:t>
      </w:r>
    </w:p>
    <w:p>
      <w:pPr>
        <w:jc w:val="right"/>
      </w:pPr>
      <w:r>
        <w:t>شروع میں ہر ریلیجن ایکساں تھا۔</w:t>
      </w:r>
    </w:p>
    <w:p>
      <w:r>
        <w:rPr>
          <w:b/>
        </w:rPr>
        <w:t xml:space="preserve">[31:02] </w:t>
      </w:r>
      <w:r>
        <w:t>lekin baad ko is mein aise bigaad aaye, aise is mein alteration hue, insaan ne apni taraf se</w:t>
      </w:r>
    </w:p>
    <w:p>
      <w:pPr>
        <w:jc w:val="right"/>
      </w:pPr>
      <w:r>
        <w:t>لیکن بعد کو اس میں ایسے بگاڑ آئے، ایسے اس میں الٹریشن ہوئے، انسان نے اپنی طرف سے</w:t>
      </w:r>
    </w:p>
    <w:p>
      <w:r>
        <w:rPr>
          <w:b/>
        </w:rPr>
        <w:t xml:space="preserve">[31:09] </w:t>
      </w:r>
      <w:r>
        <w:t>badhaya. To woh cheez aaj science ke zamane mein pata chal gaya ke yeh to sahi nahi hai.</w:t>
      </w:r>
    </w:p>
    <w:p>
      <w:pPr>
        <w:jc w:val="right"/>
      </w:pPr>
      <w:r>
        <w:t>بڑھایا۔ تو وہ چیز آج سائنس کے زمانے میں پتہ چل گیا کہ یہ تو صحیح نہیں ہے۔</w:t>
      </w:r>
    </w:p>
    <w:p>
      <w:r>
        <w:rPr>
          <w:b/>
        </w:rPr>
        <w:t xml:space="preserve">[31:15] </w:t>
      </w:r>
      <w:r>
        <w:t>jaise ke hindooism mein jo eternity ka jo concept hai, woh kahan se aaya? Yeh aaya hai greek</w:t>
      </w:r>
    </w:p>
    <w:p>
      <w:pPr>
        <w:jc w:val="right"/>
      </w:pPr>
      <w:r>
        <w:t>جیسے کہ ہندوازم میں جو ایٹرنٹی کا جو کانسیپٹ ہے، وہ کہاں سے آیا؟ یہ آیا ہے گریک</w:t>
      </w:r>
    </w:p>
    <w:p>
      <w:r>
        <w:rPr>
          <w:b/>
        </w:rPr>
        <w:t xml:space="preserve">[31:21] </w:t>
      </w:r>
      <w:r>
        <w:t>philosophers ke haan se.</w:t>
      </w:r>
    </w:p>
    <w:p>
      <w:pPr>
        <w:jc w:val="right"/>
      </w:pPr>
      <w:r>
        <w:t>فلاسفرز کے ہاں سے۔</w:t>
      </w:r>
    </w:p>
    <w:p>
      <w:r>
        <w:rPr>
          <w:b/>
        </w:rPr>
        <w:t xml:space="preserve">[31:23] </w:t>
      </w:r>
      <w:r>
        <w:t>aap jante hain ke philosophers jo hain, yeh mante chale aa rahe hain</w:t>
      </w:r>
    </w:p>
    <w:p>
      <w:pPr>
        <w:jc w:val="right"/>
      </w:pPr>
      <w:r>
        <w:t>آپ جانتے ہیں کہ فلاسفرز جو ہیں، یہ مانتے چلے آ رہے ہیں</w:t>
      </w:r>
    </w:p>
    <w:p>
      <w:r>
        <w:rPr>
          <w:b/>
        </w:rPr>
        <w:t xml:space="preserve">[31:28] </w:t>
      </w:r>
      <w:r>
        <w:t>ke matter hamesha se hai.</w:t>
      </w:r>
    </w:p>
    <w:p>
      <w:pPr>
        <w:jc w:val="right"/>
      </w:pPr>
      <w:r>
        <w:t>کہ میٹر ہمیشہ سے ہے۔</w:t>
      </w:r>
    </w:p>
    <w:p>
      <w:r>
        <w:rPr>
          <w:b/>
        </w:rPr>
        <w:t xml:space="preserve">[31:33] </w:t>
      </w:r>
      <w:r>
        <w:t>matter ki eternity ko mante chale aa rahe hain.</w:t>
      </w:r>
    </w:p>
    <w:p>
      <w:pPr>
        <w:jc w:val="right"/>
      </w:pPr>
      <w:r>
        <w:t>میٹر کی ایٹرنٹی کو مانتے چلے آ رہے ہیں۔</w:t>
      </w:r>
    </w:p>
    <w:p>
      <w:r>
        <w:rPr>
          <w:b/>
        </w:rPr>
        <w:t xml:space="preserve">[31:35] </w:t>
      </w:r>
      <w:r>
        <w:t>woh jis ko hum apni kitabon mein padhte the ke maada qadeem hai.</w:t>
      </w:r>
    </w:p>
    <w:p>
      <w:pPr>
        <w:jc w:val="right"/>
      </w:pPr>
      <w:r>
        <w:t>وہ جس کو ہم اپنی کتابوں میں پڑھتے تھے کہ مادہ قدیم ہے۔</w:t>
      </w:r>
    </w:p>
    <w:p>
      <w:r>
        <w:rPr>
          <w:b/>
        </w:rPr>
        <w:t xml:space="preserve">[31:43] </w:t>
      </w:r>
      <w:r>
        <w:t>lekin ab yeh pata chala ke</w:t>
      </w:r>
    </w:p>
    <w:p>
      <w:pPr>
        <w:jc w:val="right"/>
      </w:pPr>
      <w:r>
        <w:t>لیکن اب یہ پتہ چلا کہ</w:t>
      </w:r>
    </w:p>
    <w:p>
      <w:r>
        <w:rPr>
          <w:b/>
        </w:rPr>
        <w:t xml:space="preserve">[31:47] </w:t>
      </w:r>
      <w:r>
        <w:t>15 billion saal se pehle to kuch tha hi nahi.</w:t>
      </w:r>
    </w:p>
    <w:p>
      <w:pPr>
        <w:jc w:val="right"/>
      </w:pPr>
      <w:r>
        <w:t>15 بلین سال سے پہلے تو کچھ تھا ہی نہیں۔</w:t>
      </w:r>
    </w:p>
    <w:p>
      <w:r>
        <w:rPr>
          <w:b/>
        </w:rPr>
        <w:t xml:space="preserve">[31:51] </w:t>
      </w:r>
      <w:r>
        <w:t>is ke baad se yeh shuru hua hai, yeh duniya ka hungama.</w:t>
      </w:r>
    </w:p>
    <w:p>
      <w:pPr>
        <w:jc w:val="right"/>
      </w:pPr>
      <w:r>
        <w:t>اس کے بعد سے یہ شروع ہوا ہے، یہ دنیا کا ہنگامہ۔</w:t>
      </w:r>
    </w:p>
    <w:p>
      <w:r>
        <w:rPr>
          <w:b/>
        </w:rPr>
        <w:t xml:space="preserve">[31:57] </w:t>
      </w:r>
      <w:r>
        <w:t>to yeh philosophy jo insani mind ki</w:t>
      </w:r>
    </w:p>
    <w:p>
      <w:pPr>
        <w:jc w:val="right"/>
      </w:pPr>
      <w:r>
        <w:t>تو یہ فلاسفی جو انسانی مائنڈ کی</w:t>
      </w:r>
    </w:p>
    <w:p>
      <w:r>
        <w:rPr>
          <w:b/>
        </w:rPr>
        <w:t xml:space="preserve">[32:03] </w:t>
      </w:r>
      <w:r>
        <w:t>ka production tha, insaan ne soch soch kar ke ek philosophy banayi.</w:t>
      </w:r>
    </w:p>
    <w:p>
      <w:pPr>
        <w:jc w:val="right"/>
      </w:pPr>
      <w:r>
        <w:t>کا پروڈکشن تھا، انسان نے سوچ سوچ کر کے ایک فلاسفی بنائی۔</w:t>
      </w:r>
    </w:p>
    <w:p>
      <w:r>
        <w:rPr>
          <w:b/>
        </w:rPr>
        <w:t xml:space="preserve">[32:07] </w:t>
      </w:r>
      <w:r>
        <w:t>is ko base kar ke, is ko le kar ke mazhab mein unhon ne is ki theology bana</w:t>
      </w:r>
    </w:p>
    <w:p>
      <w:pPr>
        <w:jc w:val="right"/>
      </w:pPr>
      <w:r>
        <w:t>اس کو بیس کر کے، اس کو لے کر کے مذہب میں انہوں نے اس کی تھیالوجی بنا</w:t>
      </w:r>
    </w:p>
    <w:p>
      <w:r>
        <w:rPr>
          <w:b/>
        </w:rPr>
        <w:t xml:space="preserve">[32:12] </w:t>
      </w:r>
      <w:r>
        <w:t>li. To yeh theology philosophy pe base karti thi jo man made thi.</w:t>
      </w:r>
    </w:p>
    <w:p>
      <w:pPr>
        <w:jc w:val="right"/>
      </w:pPr>
      <w:r>
        <w:t>لی۔ تو یہ تھیالوجی فلاسفی پہ بیس کرتی تھی جو مین میڈ تھی۔</w:t>
      </w:r>
    </w:p>
    <w:p>
      <w:r>
        <w:rPr>
          <w:b/>
        </w:rPr>
        <w:t xml:space="preserve">[32:19] </w:t>
      </w:r>
      <w:r>
        <w:t>natija kya hua ke woh science ke zamane mein woh pata chala ke woh to base less hai.</w:t>
      </w:r>
    </w:p>
    <w:p>
      <w:pPr>
        <w:jc w:val="right"/>
      </w:pPr>
      <w:r>
        <w:t>نتیجہ کیا ہوا کہ وہ سائنس کے زمانے میں وہ پتہ چلا کہ وہ تو بیس لیس ہے۔</w:t>
      </w:r>
    </w:p>
    <w:p>
      <w:r>
        <w:rPr>
          <w:b/>
        </w:rPr>
        <w:t xml:space="preserve">[32:28] </w:t>
      </w:r>
      <w:r>
        <w:t>yeh baat Quran mein nahi hai.</w:t>
      </w:r>
    </w:p>
    <w:p>
      <w:pPr>
        <w:jc w:val="right"/>
      </w:pPr>
      <w:r>
        <w:t>یہ بات قرآن میں نہیں ہے۔</w:t>
      </w:r>
    </w:p>
    <w:p>
      <w:r>
        <w:rPr>
          <w:b/>
        </w:rPr>
        <w:t xml:space="preserve">[32:32] </w:t>
      </w:r>
      <w:r>
        <w:t>aisi koi cheez abhi tak daryaft nahi hui jo</w:t>
      </w:r>
    </w:p>
    <w:p>
      <w:pPr>
        <w:jc w:val="right"/>
      </w:pPr>
      <w:r>
        <w:t>ایسی کوئی چیز ابھی تک دریافت نہیں ہوئی جو</w:t>
      </w:r>
    </w:p>
    <w:p>
      <w:r>
        <w:rPr>
          <w:b/>
        </w:rPr>
        <w:t xml:space="preserve">[32:37] </w:t>
      </w:r>
      <w:r>
        <w:t>jis mein Quran mein</w:t>
      </w:r>
    </w:p>
    <w:p>
      <w:pPr>
        <w:jc w:val="right"/>
      </w:pPr>
      <w:r>
        <w:t>جس میں قرآن میں</w:t>
      </w:r>
    </w:p>
    <w:p>
      <w:r>
        <w:rPr>
          <w:b/>
        </w:rPr>
        <w:t xml:space="preserve">[32:39] </w:t>
      </w:r>
      <w:r>
        <w:t>aisi koi ghalati.</w:t>
      </w:r>
    </w:p>
    <w:p>
      <w:pPr>
        <w:jc w:val="right"/>
      </w:pPr>
      <w:r>
        <w:t>ایسی کوئی غلطی۔</w:t>
      </w:r>
    </w:p>
    <w:p>
      <w:r>
        <w:rPr>
          <w:b/>
        </w:rPr>
        <w:t xml:space="preserve">[32:42] </w:t>
      </w:r>
      <w:r>
        <w:t>to main yahan par yeh kahunga ke sari duniya mein jo Quran ka, Quran ki study barh</w:t>
      </w:r>
    </w:p>
    <w:p>
      <w:pPr>
        <w:jc w:val="right"/>
      </w:pPr>
      <w:r>
        <w:t>تو میں یہاں پر یہ کہوں گا کہ ساری دنیا میں جو قرآن کا، قرآن کی اسٹڈی بڑھ</w:t>
      </w:r>
    </w:p>
    <w:p>
      <w:r>
        <w:rPr>
          <w:b/>
        </w:rPr>
        <w:t xml:space="preserve">[32:54] </w:t>
      </w:r>
      <w:r>
        <w:t>rhi hai, hum khud hamare jo star book stall rakhe ate hain, idhar udhar jahan bhi, abhi dilli</w:t>
      </w:r>
    </w:p>
    <w:p>
      <w:pPr>
        <w:jc w:val="right"/>
      </w:pPr>
      <w:r>
        <w:t>رہی ہے، ہم خود ہمارے جو اسٹار بک اسٹال رکھے آتے ہیں، ادھر ادھر جہاں بھی، ابھی دلی</w:t>
      </w:r>
    </w:p>
    <w:p>
      <w:r>
        <w:rPr>
          <w:b/>
        </w:rPr>
        <w:t xml:space="preserve">[33:00] </w:t>
      </w:r>
      <w:r>
        <w:t>mein rakha gaya tha aur idhar udhar barabar rakhe ate hain book stall.</w:t>
      </w:r>
    </w:p>
    <w:p>
      <w:pPr>
        <w:jc w:val="right"/>
      </w:pPr>
      <w:r>
        <w:t>میں رکھا گیا تھا اور ادھر ادھر برابر رکھے آتے ہیں بک اسٹال۔</w:t>
      </w:r>
    </w:p>
    <w:p>
      <w:r>
        <w:rPr>
          <w:b/>
        </w:rPr>
        <w:t xml:space="preserve">[33:05] </w:t>
      </w:r>
      <w:r>
        <w:t>har jagah ki report yeh hai ke sab se zyada log quran aa kar le ate hain.</w:t>
      </w:r>
    </w:p>
    <w:p>
      <w:pPr>
        <w:jc w:val="right"/>
      </w:pPr>
      <w:r>
        <w:t>ہر جگہ کی رپورٹ یہ ہے کہ سب سے زیادہ لوگ قرآن آ کر لے آتے ہیں۔</w:t>
      </w:r>
    </w:p>
    <w:p>
      <w:r>
        <w:rPr>
          <w:b/>
        </w:rPr>
        <w:t xml:space="preserve">[33:10] </w:t>
      </w:r>
      <w:r>
        <w:t>sab se zyada</w:t>
      </w:r>
    </w:p>
    <w:p>
      <w:pPr>
        <w:jc w:val="right"/>
      </w:pPr>
      <w:r>
        <w:t>سب سے زیادہ</w:t>
      </w:r>
    </w:p>
    <w:p>
      <w:r>
        <w:rPr>
          <w:b/>
        </w:rPr>
        <w:t xml:space="preserve">[33:12] </w:t>
      </w:r>
      <w:r>
        <w:t>yani aur kitaben agar 25 nikalti hongi to quran 75 nikalta hai.</w:t>
      </w:r>
    </w:p>
    <w:p>
      <w:pPr>
        <w:jc w:val="right"/>
      </w:pPr>
      <w:r>
        <w:t>یعنی اور کتابیں اگر 25 نکلتی ہوں گی تو قرآن 75 نکلتا ہے۔</w:t>
      </w:r>
    </w:p>
    <w:p>
      <w:r>
        <w:rPr>
          <w:b/>
        </w:rPr>
        <w:t xml:space="preserve">[33:18] </w:t>
      </w:r>
      <w:r>
        <w:t>har jagah ka tajurba yahi hai.</w:t>
      </w:r>
    </w:p>
    <w:p>
      <w:pPr>
        <w:jc w:val="right"/>
      </w:pPr>
      <w:r>
        <w:t>ہر جگہ کا تجربہ یہی ہے۔</w:t>
      </w:r>
    </w:p>
    <w:p>
      <w:r>
        <w:rPr>
          <w:b/>
        </w:rPr>
        <w:t xml:space="preserve">[33:20] </w:t>
      </w:r>
      <w:r>
        <w:t>log quran chahte hain, quran chahte hain, quran chahte hain.</w:t>
      </w:r>
    </w:p>
    <w:p>
      <w:pPr>
        <w:jc w:val="right"/>
      </w:pPr>
      <w:r>
        <w:t>لوگ قرآن چاہتے ہیں، قرآن چاہتے ہیں، قرآن چاہتے ہیں۔</w:t>
      </w:r>
    </w:p>
    <w:p>
      <w:r>
        <w:rPr>
          <w:b/>
        </w:rPr>
        <w:t xml:space="preserve">[33:24] </w:t>
      </w:r>
      <w:r>
        <w:t>to is ko dekh kar mujhe quran ki ek ayat yaad aai.</w:t>
      </w:r>
    </w:p>
    <w:p>
      <w:pPr>
        <w:jc w:val="right"/>
      </w:pPr>
      <w:r>
        <w:t>تو اس کو دیکھ کر مجھے قرآن کی ایک آیت یاد آئی۔</w:t>
      </w:r>
    </w:p>
    <w:p>
      <w:r>
        <w:rPr>
          <w:b/>
        </w:rPr>
        <w:t xml:space="preserve">[33:27] </w:t>
      </w:r>
      <w:r>
        <w:t>quran ki surah al an'am yani</w:t>
      </w:r>
    </w:p>
    <w:p>
      <w:pPr>
        <w:jc w:val="right"/>
      </w:pPr>
      <w:r>
        <w:t>قرآن کی سورہ الانعام یعنی</w:t>
      </w:r>
    </w:p>
    <w:p>
      <w:r>
        <w:rPr>
          <w:b/>
        </w:rPr>
        <w:t xml:space="preserve">[33:32] </w:t>
      </w:r>
      <w:r>
        <w:t>chapter number six, verse number 19,</w:t>
      </w:r>
    </w:p>
    <w:p>
      <w:pPr>
        <w:jc w:val="right"/>
      </w:pPr>
      <w:r>
        <w:t>چیپٹر نمبر سکس، ورس نمبر 19،</w:t>
      </w:r>
    </w:p>
    <w:p>
      <w:r>
        <w:rPr>
          <w:b/>
        </w:rPr>
        <w:t xml:space="preserve">[33:37] </w:t>
      </w:r>
      <w:r>
        <w:t>six 19 mein yeh ayat hai</w:t>
      </w:r>
    </w:p>
    <w:p>
      <w:pPr>
        <w:jc w:val="right"/>
      </w:pPr>
      <w:r>
        <w:t>سکس 19 میں یہ آیت ہے</w:t>
      </w:r>
    </w:p>
    <w:p>
      <w:r>
        <w:rPr>
          <w:b/>
        </w:rPr>
        <w:t xml:space="preserve">[33:43] </w:t>
      </w:r>
      <w:r>
        <w:t>ke. ke qul yani</w:t>
      </w:r>
    </w:p>
    <w:p>
      <w:pPr>
        <w:jc w:val="right"/>
      </w:pPr>
      <w:r>
        <w:t>کہ۔ کہ قل یعنی</w:t>
      </w:r>
    </w:p>
    <w:p>
      <w:r>
        <w:rPr>
          <w:b/>
        </w:rPr>
        <w:t xml:space="preserve">[33:49] </w:t>
      </w:r>
      <w:r>
        <w:t>paighambar se kaha gaya ke qul al quran</w:t>
      </w:r>
    </w:p>
    <w:p>
      <w:pPr>
        <w:jc w:val="right"/>
      </w:pPr>
      <w:r>
        <w:t>پیغمبر سے کہا گیا کہ کہو قل القران</w:t>
      </w:r>
    </w:p>
    <w:p>
      <w:r>
        <w:rPr>
          <w:b/>
        </w:rPr>
        <w:t xml:space="preserve">[34:00] </w:t>
      </w:r>
      <w:r>
        <w:t>yani yeh quran utra hai mere paas</w:t>
      </w:r>
    </w:p>
    <w:p>
      <w:pPr>
        <w:jc w:val="right"/>
      </w:pPr>
      <w:r>
        <w:t>یعنی یہ قرآن اترا ہے میرے پاس</w:t>
      </w:r>
    </w:p>
    <w:p>
      <w:r>
        <w:rPr>
          <w:b/>
        </w:rPr>
        <w:t xml:space="preserve">[34:05] </w:t>
      </w:r>
      <w:r>
        <w:t>ke main is ko tumhare tak tum ko pohanchaoon</w:t>
      </w:r>
    </w:p>
    <w:p>
      <w:pPr>
        <w:jc w:val="right"/>
      </w:pPr>
      <w:r>
        <w:t>کہ میں اس کو تمہارے تک تم کو پہنچاؤں</w:t>
      </w:r>
    </w:p>
    <w:p>
      <w:r>
        <w:rPr>
          <w:b/>
        </w:rPr>
        <w:t xml:space="preserve">[34:12] </w:t>
      </w:r>
      <w:r>
        <w:t>aur jis ko woh pohanche</w:t>
      </w:r>
    </w:p>
    <w:p>
      <w:pPr>
        <w:jc w:val="right"/>
      </w:pPr>
      <w:r>
        <w:t>اور جس کو وہ پہنچے</w:t>
      </w:r>
    </w:p>
    <w:p>
      <w:r>
        <w:rPr>
          <w:b/>
        </w:rPr>
        <w:t xml:space="preserve">[34:15] </w:t>
      </w:r>
      <w:r>
        <w:t>wa man balagh yani mujh par quran utra hai taake is ko main tumhein pohanchaoon</w:t>
      </w:r>
    </w:p>
    <w:p>
      <w:pPr>
        <w:jc w:val="right"/>
      </w:pPr>
      <w:r>
        <w:t>وم بلغ یعنی مجھ پر قرآن اترا ہے تاکہ اس کو میں تمہیں پہنچاؤں</w:t>
      </w:r>
    </w:p>
    <w:p>
      <w:r>
        <w:rPr>
          <w:b/>
        </w:rPr>
        <w:t xml:space="preserve">[34:21] </w:t>
      </w:r>
      <w:r>
        <w:t>aur phir jis tak woh pohanche</w:t>
      </w:r>
    </w:p>
    <w:p>
      <w:pPr>
        <w:jc w:val="right"/>
      </w:pPr>
      <w:r>
        <w:t>اور پھر جس تک وہ پہنچے</w:t>
      </w:r>
    </w:p>
    <w:p>
      <w:r>
        <w:rPr>
          <w:b/>
        </w:rPr>
        <w:t xml:space="preserve">[34:26] </w:t>
      </w:r>
      <w:r>
        <w:t>and to and to whosoever it reaches</w:t>
      </w:r>
    </w:p>
    <w:p>
      <w:pPr>
        <w:jc w:val="right"/>
      </w:pPr>
      <w:r>
        <w:t>اینڈ ٹو اینڈ ٹو ہوم سو ایور اٹ ریچز</w:t>
      </w:r>
    </w:p>
    <w:p>
      <w:r>
        <w:rPr>
          <w:b/>
        </w:rPr>
        <w:t xml:space="preserve">[34:32] </w:t>
      </w:r>
      <w:r>
        <w:t>is se kya maloom hua ke quran ka pohanchna</w:t>
      </w:r>
    </w:p>
    <w:p>
      <w:pPr>
        <w:jc w:val="right"/>
      </w:pPr>
      <w:r>
        <w:t>اس سے کیا معلوم ہوا کہ قرآن کا پہنچنا</w:t>
      </w:r>
    </w:p>
    <w:p>
      <w:r>
        <w:rPr>
          <w:b/>
        </w:rPr>
        <w:t xml:space="preserve">[34:37] </w:t>
      </w:r>
      <w:r>
        <w:t>logon tak yeh hamara farz hai rasool Allah ka farz tha ke apne zamane mein jo log the</w:t>
      </w:r>
    </w:p>
    <w:p>
      <w:pPr>
        <w:jc w:val="right"/>
      </w:pPr>
      <w:r>
        <w:t>لوگوں تک یہ ہمارا فرض ہے رسول اللہ کا فرض تھا کہ اپنے زمانے میں جو لوگ تھے</w:t>
      </w:r>
    </w:p>
    <w:p>
      <w:r>
        <w:rPr>
          <w:b/>
        </w:rPr>
        <w:t xml:space="preserve">[34:45] </w:t>
      </w:r>
      <w:r>
        <w:t>is tak woh quran ko pohancha de</w:t>
      </w:r>
    </w:p>
    <w:p>
      <w:pPr>
        <w:jc w:val="right"/>
      </w:pPr>
      <w:r>
        <w:t>اس تک وہ قرآن کو پہنچا دے</w:t>
      </w:r>
    </w:p>
    <w:p>
      <w:r>
        <w:rPr>
          <w:b/>
        </w:rPr>
        <w:t xml:space="preserve">[34:48] </w:t>
      </w:r>
      <w:r>
        <w:t>بات کو یعنی قرآن کا پہنچنا کیسے پہنچے گا and to whom</w:t>
      </w:r>
    </w:p>
    <w:p>
      <w:pPr>
        <w:jc w:val="right"/>
      </w:pPr>
      <w:r>
        <w:t>بات کو یعنی قرآن کا پہنچنا کیسے پہنچے گا وم بلغ اینڈ ٹو ہوم</w:t>
      </w:r>
    </w:p>
    <w:p>
      <w:r>
        <w:rPr>
          <w:b/>
        </w:rPr>
        <w:t xml:space="preserve">[34:55] </w:t>
      </w:r>
      <w:r>
        <w:t>whom so ever it reaches yeh hamare zariye se pohanche ga to quran ko pohanchna yeh hamara sab</w:t>
      </w:r>
    </w:p>
    <w:p>
      <w:pPr>
        <w:jc w:val="right"/>
      </w:pPr>
      <w:r>
        <w:t>ہوم سو ایور اٹ ریچز یہ ہمارے ذریعے سے پہنچے گا تو قرآن کو پہنچانا یہ ہمارا سب</w:t>
      </w:r>
    </w:p>
    <w:p>
      <w:r>
        <w:rPr>
          <w:b/>
        </w:rPr>
        <w:t xml:space="preserve">[35:02] </w:t>
      </w:r>
      <w:r>
        <w:t>se bada farz hai</w:t>
      </w:r>
    </w:p>
    <w:p>
      <w:pPr>
        <w:jc w:val="right"/>
      </w:pPr>
      <w:r>
        <w:t>سے بڑا فرض ہے</w:t>
      </w:r>
    </w:p>
    <w:p>
      <w:r>
        <w:rPr>
          <w:b/>
        </w:rPr>
        <w:t xml:space="preserve">[35:06] </w:t>
      </w:r>
      <w:r>
        <w:t>sab se bada farz hai ke quran ko hum pohancha dein isi ke liye hum hamara hum ek</w:t>
      </w:r>
    </w:p>
    <w:p>
      <w:pPr>
        <w:jc w:val="right"/>
      </w:pPr>
      <w:r>
        <w:t>سب سے بڑا فرض ہے کہ قرآن کو ہم پہنچا دیں اسی کے لیے ہم ہمارا ہم ایک</w:t>
      </w:r>
    </w:p>
    <w:p>
      <w:r>
        <w:rPr>
          <w:b/>
        </w:rPr>
        <w:t xml:space="preserve">[35:11] </w:t>
      </w:r>
      <w:r>
        <w:t>sahih tarjuma tayyar kar rahe hain quran ka english mein aap jante hain aaj kal english jo hai</w:t>
      </w:r>
    </w:p>
    <w:p>
      <w:pPr>
        <w:jc w:val="right"/>
      </w:pPr>
      <w:r>
        <w:t>صحیح ترجمہ تیار کر رہے ہیں قرآن کا انگلش میں آپ جانتے ہیں آج کل انگلش جو ہے</w:t>
      </w:r>
    </w:p>
    <w:p>
      <w:r>
        <w:rPr>
          <w:b/>
        </w:rPr>
        <w:t xml:space="preserve">[35:17] </w:t>
      </w:r>
      <w:r>
        <w:t>70 percent log dunya ki English jannay lage hain pehli baar history mein international language bani hai pehli</w:t>
      </w:r>
    </w:p>
    <w:p>
      <w:pPr>
        <w:jc w:val="right"/>
      </w:pPr>
      <w:r>
        <w:t>70 پرسنٹ لوگ دنیا کی انگلش جاننے لگے ہیں پہلی بار ہسٹری میں انٹرنیشنل لینگویج بنی ہے پہلی</w:t>
      </w:r>
    </w:p>
    <w:p>
      <w:r>
        <w:rPr>
          <w:b/>
        </w:rPr>
        <w:t xml:space="preserve">[35:24] </w:t>
      </w:r>
      <w:r>
        <w:t>baar is se pehle kabhi bhi international language dunya mein maujood nahi thi</w:t>
      </w:r>
    </w:p>
    <w:p>
      <w:pPr>
        <w:jc w:val="right"/>
      </w:pPr>
      <w:r>
        <w:t>بار اس سے پہلے کبھی بھی انٹرنیشنل لینگویج دنیا میں موجود نہیں تھی</w:t>
      </w:r>
    </w:p>
    <w:p>
      <w:r>
        <w:rPr>
          <w:b/>
        </w:rPr>
        <w:t xml:space="preserve">[35:31] </w:t>
      </w:r>
      <w:r>
        <w:t>to yeh pehli baar yeh mauqa mila hai ke ek kisi ek zaban mein ke zariye sari dunya</w:t>
      </w:r>
    </w:p>
    <w:p>
      <w:pPr>
        <w:jc w:val="right"/>
      </w:pPr>
      <w:r>
        <w:t>تو یہ پہلی بار یہ موقع ملا ہے کہ ایک کسی ایک زبان میں کے ذریعے ساری دنیا</w:t>
      </w:r>
    </w:p>
    <w:p>
      <w:r>
        <w:rPr>
          <w:b/>
        </w:rPr>
        <w:t xml:space="preserve">[35:38] </w:t>
      </w:r>
      <w:r>
        <w:t>mein pohancha diya jaye</w:t>
      </w:r>
    </w:p>
    <w:p>
      <w:pPr>
        <w:jc w:val="right"/>
      </w:pPr>
      <w:r>
        <w:t>میں پہنچا دیا جائے</w:t>
      </w:r>
    </w:p>
    <w:p>
      <w:r>
        <w:rPr>
          <w:b/>
        </w:rPr>
        <w:t xml:space="preserve">[35:41] </w:t>
      </w:r>
      <w:r>
        <w:t>to Quran ko</w:t>
      </w:r>
    </w:p>
    <w:p>
      <w:pPr>
        <w:jc w:val="right"/>
      </w:pPr>
      <w:r>
        <w:t>تو قرآن کو</w:t>
      </w:r>
    </w:p>
    <w:p>
      <w:r>
        <w:rPr>
          <w:b/>
        </w:rPr>
        <w:t xml:space="preserve">[35:44] </w:t>
      </w:r>
      <w:r>
        <w:t>pohanchana yeh Khuda ki scheme mein shamil hai</w:t>
      </w:r>
    </w:p>
    <w:p>
      <w:pPr>
        <w:jc w:val="right"/>
      </w:pPr>
      <w:r>
        <w:t>پہنچانا یہ خدا کی اسکیم میں شامل ہے</w:t>
      </w:r>
    </w:p>
    <w:p>
      <w:r>
        <w:rPr>
          <w:b/>
        </w:rPr>
        <w:t xml:space="preserve">[35:49] </w:t>
      </w:r>
      <w:r>
        <w:t>Khuda ki scheme mein to ek taraf to Quran mehfooz hai preserved hai phir communication ka zamana aa</w:t>
      </w:r>
    </w:p>
    <w:p>
      <w:pPr>
        <w:jc w:val="right"/>
      </w:pPr>
      <w:r>
        <w:t>خدا کی اسکیم میں تو ایک طرف تو قرآن محفوظ ہے پریزروڈ ہے پھر کمیونیکیشن کا زمانہ آ</w:t>
      </w:r>
    </w:p>
    <w:p>
      <w:r>
        <w:rPr>
          <w:b/>
        </w:rPr>
        <w:t xml:space="preserve">[35:57] </w:t>
      </w:r>
      <w:r>
        <w:t>gaya hai printing ka zamana aa gaya hai</w:t>
      </w:r>
    </w:p>
    <w:p>
      <w:pPr>
        <w:jc w:val="right"/>
      </w:pPr>
      <w:r>
        <w:t>گیا ہے پرنٹنگ کا زمانہ آ گیا ہے</w:t>
      </w:r>
    </w:p>
    <w:p>
      <w:r>
        <w:rPr>
          <w:b/>
        </w:rPr>
        <w:t xml:space="preserve">[36:01] </w:t>
      </w:r>
      <w:r>
        <w:t>aap ek jagah Quran ko chhap kar sari dunya mein is ko pohancha sakte hain yeh sab facilities</w:t>
      </w:r>
    </w:p>
    <w:p>
      <w:pPr>
        <w:jc w:val="right"/>
      </w:pPr>
      <w:r>
        <w:t>آپ ایک جگہ قرآن کو چھاپ کر ساری دنیا میں اس کو پہنچا سکتے ہیں یہ سب فیسلیٹیز</w:t>
      </w:r>
    </w:p>
    <w:p>
      <w:r>
        <w:rPr>
          <w:b/>
        </w:rPr>
        <w:t xml:space="preserve">[36:07] </w:t>
      </w:r>
      <w:r>
        <w:t>kabhi dunya mein maujood nahi thi</w:t>
      </w:r>
    </w:p>
    <w:p>
      <w:pPr>
        <w:jc w:val="right"/>
      </w:pPr>
      <w:r>
        <w:t>کبھی دنیا میں موجود نہیں تھی</w:t>
      </w:r>
    </w:p>
    <w:p>
      <w:r>
        <w:rPr>
          <w:b/>
        </w:rPr>
        <w:t xml:space="preserve">[36:11] </w:t>
      </w:r>
      <w:r>
        <w:t>to mein samajhta hoon ke</w:t>
      </w:r>
    </w:p>
    <w:p>
      <w:pPr>
        <w:jc w:val="right"/>
      </w:pPr>
      <w:r>
        <w:t>تو میں سمجھتا ہوں کہ</w:t>
      </w:r>
    </w:p>
    <w:p>
      <w:r>
        <w:rPr>
          <w:b/>
        </w:rPr>
        <w:t xml:space="preserve">[36:16] </w:t>
      </w:r>
      <w:r>
        <w:t>Quran mein yeh jo</w:t>
      </w:r>
    </w:p>
    <w:p>
      <w:pPr>
        <w:jc w:val="right"/>
      </w:pPr>
      <w:r>
        <w:t>قرآن میں یہ جو</w:t>
      </w:r>
    </w:p>
    <w:p>
      <w:r>
        <w:rPr>
          <w:b/>
        </w:rPr>
        <w:t xml:space="preserve">[36:22] </w:t>
      </w:r>
      <w:r>
        <w:t>Quran ki yeh jo unique sifat hai ke woh preserved form mein abhi bhi maujood hai woh isi</w:t>
      </w:r>
    </w:p>
    <w:p>
      <w:pPr>
        <w:jc w:val="right"/>
      </w:pPr>
      <w:r>
        <w:t>قرآن کی یہ جو یونیک صفت ہے کہ وہ پریزرو فارم میں ابھی بھی موجود ہے وہ اسی</w:t>
      </w:r>
    </w:p>
    <w:p>
      <w:r>
        <w:rPr>
          <w:b/>
        </w:rPr>
        <w:t xml:space="preserve">[36:28] </w:t>
      </w:r>
      <w:r>
        <w:t>liye hai ke is ko is ki pure form mein pohanchaya ja sake agar Quran bigar chuka hota</w:t>
      </w:r>
    </w:p>
    <w:p>
      <w:pPr>
        <w:jc w:val="right"/>
      </w:pPr>
      <w:r>
        <w:t>لیے ہے کہ اس کو اس کی پیور فارم میں پہنچایا جا سکے اگر قرآن بگڑ چکا ہوتا</w:t>
      </w:r>
    </w:p>
    <w:p>
      <w:r>
        <w:rPr>
          <w:b/>
        </w:rPr>
        <w:t xml:space="preserve">[36:34] </w:t>
      </w:r>
      <w:r>
        <w:t>to aap kya pohanchate</w:t>
      </w:r>
    </w:p>
    <w:p>
      <w:pPr>
        <w:jc w:val="right"/>
      </w:pPr>
      <w:r>
        <w:t>تو آپ کیا پہنچاتے</w:t>
      </w:r>
    </w:p>
    <w:p>
      <w:r>
        <w:rPr>
          <w:b/>
        </w:rPr>
        <w:t xml:space="preserve">[36:37] </w:t>
      </w:r>
      <w:r>
        <w:t>to mein samajhta hoon ke yeh yeh Allah taala ke ki planning hai ke sari dunya mein Quran</w:t>
      </w:r>
    </w:p>
    <w:p>
      <w:pPr>
        <w:jc w:val="right"/>
      </w:pPr>
      <w:r>
        <w:t>تو میں سمجھتا ہوں کہ یہ یہ اللہ تعالی کے کی پلاننگ ہے کہ ساری دنیا میں قرآن</w:t>
      </w:r>
    </w:p>
    <w:p>
      <w:r>
        <w:rPr>
          <w:b/>
        </w:rPr>
        <w:t xml:space="preserve">[36:42] </w:t>
      </w:r>
      <w:r>
        <w:t>ko parhne ka ek shauq paida ho gaya hai sari dunya mein</w:t>
      </w:r>
    </w:p>
    <w:p>
      <w:pPr>
        <w:jc w:val="right"/>
      </w:pPr>
      <w:r>
        <w:t>کو پڑھنے کا ایک شوق پیدا ہو گیا ہے ساری دنیا میں</w:t>
      </w:r>
    </w:p>
    <w:p>
      <w:r>
        <w:rPr>
          <w:b/>
        </w:rPr>
        <w:t xml:space="preserve">[36:47] </w:t>
      </w:r>
      <w:r>
        <w:t>aaj best seller hai Quran</w:t>
      </w:r>
    </w:p>
    <w:p>
      <w:pPr>
        <w:jc w:val="right"/>
      </w:pPr>
      <w:r>
        <w:t>آج بیسٹ سیلر ہے قرآن</w:t>
      </w:r>
    </w:p>
    <w:p>
      <w:r>
        <w:rPr>
          <w:b/>
        </w:rPr>
        <w:t xml:space="preserve">[36:50] </w:t>
      </w:r>
      <w:r>
        <w:t>best seller jahan bhi aap dekhen kisi book fair mein kisi book shop mein log Quran ko kharidte</w:t>
      </w:r>
    </w:p>
    <w:p>
      <w:pPr>
        <w:jc w:val="right"/>
      </w:pPr>
      <w:r>
        <w:t>بیسٹ سیلر جہاں بھی آپ دیکھیں کسی بک فیئر میں کسی بک شاپ میں لوگ قرآن کو خریدتے</w:t>
      </w:r>
    </w:p>
    <w:p>
      <w:r>
        <w:rPr>
          <w:b/>
        </w:rPr>
        <w:t xml:space="preserve">[36:57] </w:t>
      </w:r>
      <w:r>
        <w:t>hue milenge aap ko</w:t>
      </w:r>
    </w:p>
    <w:p>
      <w:pPr>
        <w:jc w:val="right"/>
      </w:pPr>
      <w:r>
        <w:t>ہوئے ملیں گے آپ کو</w:t>
      </w:r>
    </w:p>
    <w:p>
      <w:r>
        <w:rPr>
          <w:b/>
        </w:rPr>
        <w:t xml:space="preserve">[37:00] </w:t>
      </w:r>
      <w:r>
        <w:t>aur isi liye is tarah se Quran mein ek commercial value paida ho gayi ke Quran chhapao aur becho</w:t>
      </w:r>
    </w:p>
    <w:p>
      <w:pPr>
        <w:jc w:val="right"/>
      </w:pPr>
      <w:r>
        <w:t>اور اسی لیے اس طرح سے قرآن میں ایک کمرشل ویلیو پیدا ہوگئی کہ قرآن چھاپو اور بیچو</w:t>
      </w:r>
    </w:p>
    <w:p>
      <w:r>
        <w:rPr>
          <w:b/>
        </w:rPr>
        <w:t xml:space="preserve">[37:07] </w:t>
      </w:r>
      <w:r>
        <w:t>kyun ke log kharidte hain is ko is commercial value ki wajah se bohat se publishers</w:t>
      </w:r>
    </w:p>
    <w:p>
      <w:pPr>
        <w:jc w:val="right"/>
      </w:pPr>
      <w:r>
        <w:t>کیونکہ لوگ خریدتے ہیں اس کو اس کمرشل ویلیو کی وجہ سے بہت سے پبلشرز</w:t>
      </w:r>
    </w:p>
    <w:p>
      <w:r>
        <w:rPr>
          <w:b/>
        </w:rPr>
        <w:t xml:space="preserve">[37:14] </w:t>
      </w:r>
      <w:r>
        <w:t>yeh kaam karne lage hain ab yeh taza jo report aayi hai Google ki maloom hua ke internet</w:t>
      </w:r>
    </w:p>
    <w:p>
      <w:pPr>
        <w:jc w:val="right"/>
      </w:pPr>
      <w:r>
        <w:t>یہ کام کرنے لگے ہیں اب یہ تازہ جو رپورٹ آئی ہے گوگل کی معلوم ہوا کہ انٹرنیٹ</w:t>
      </w:r>
    </w:p>
    <w:p>
      <w:r>
        <w:rPr>
          <w:b/>
        </w:rPr>
        <w:t xml:space="preserve">[37:21] </w:t>
      </w:r>
      <w:r>
        <w:t>pe log parh rahe hain Quran ko kaisi ajeeb baat hai</w:t>
      </w:r>
    </w:p>
    <w:p>
      <w:pPr>
        <w:jc w:val="right"/>
      </w:pPr>
      <w:r>
        <w:t>پہ لوگ پڑھ رہے ہیں قرآن کو کیسی عجیب بات ہے</w:t>
      </w:r>
    </w:p>
    <w:p>
      <w:r>
        <w:rPr>
          <w:b/>
        </w:rPr>
        <w:t xml:space="preserve">[37:26] </w:t>
      </w:r>
      <w:r>
        <w:t>ek waqt tha ke Quran ko log zaban se sunte the</w:t>
      </w:r>
    </w:p>
    <w:p>
      <w:pPr>
        <w:jc w:val="right"/>
      </w:pPr>
      <w:r>
        <w:t>ایک وقت تھا کہ قرآن کو لوگ زبان سے سنتے تھے</w:t>
      </w:r>
    </w:p>
    <w:p>
      <w:r>
        <w:rPr>
          <w:b/>
        </w:rPr>
        <w:t xml:space="preserve">[37:30] </w:t>
      </w:r>
      <w:r>
        <w:t>phir waqt aaya ke is ko haath se likhne lage</w:t>
      </w:r>
    </w:p>
    <w:p>
      <w:pPr>
        <w:jc w:val="right"/>
      </w:pPr>
      <w:r>
        <w:t>پھر وقت آیا کہ اس کو ہاتھ سے لکھنے لگے</w:t>
      </w:r>
    </w:p>
    <w:p>
      <w:r>
        <w:rPr>
          <w:b/>
        </w:rPr>
        <w:t xml:space="preserve">[37:34] </w:t>
      </w:r>
      <w:r>
        <w:t>phir waqt aaya ke woh chhappne laga</w:t>
      </w:r>
    </w:p>
    <w:p>
      <w:pPr>
        <w:jc w:val="right"/>
      </w:pPr>
      <w:r>
        <w:t>پھر وقت آیا کہ وہ چھپنے لگا</w:t>
      </w:r>
    </w:p>
    <w:p>
      <w:r>
        <w:rPr>
          <w:b/>
        </w:rPr>
        <w:t xml:space="preserve">[37:37] </w:t>
      </w:r>
      <w:r>
        <w:t>ab woh waqt aaya ke internet ke zariye woh saari duniya mein pahunch raha hai shayad isi ko</w:t>
      </w:r>
    </w:p>
    <w:p>
      <w:pPr>
        <w:jc w:val="right"/>
      </w:pPr>
      <w:r>
        <w:t>اب وہ وقت آیا کہ انٹرنیٹ کے ذریعے وہ ساری دنیا میں پہنچ رہا ہے شاید اسی کو</w:t>
      </w:r>
    </w:p>
    <w:p>
      <w:r>
        <w:rPr>
          <w:b/>
        </w:rPr>
        <w:t xml:space="preserve">[37:42] </w:t>
      </w:r>
      <w:r>
        <w:t>quran mein dabeh kaha gaya ho</w:t>
      </w:r>
    </w:p>
    <w:p>
      <w:pPr>
        <w:jc w:val="right"/>
      </w:pPr>
      <w:r>
        <w:t>قرآن میں دابہ کہا گیا ہو</w:t>
      </w:r>
    </w:p>
    <w:p>
      <w:r>
        <w:rPr>
          <w:b/>
        </w:rPr>
        <w:t xml:space="preserve">[37:47] </w:t>
      </w:r>
      <w:r>
        <w:t>mukhtalif tareeqon se quran khuda khuda jo hai quran ko saari duniya mein pahuncha raha hai</w:t>
      </w:r>
    </w:p>
    <w:p>
      <w:pPr>
        <w:jc w:val="right"/>
      </w:pPr>
      <w:r>
        <w:t>مختلف طریقوں سے قرآن خدا خدا جو ہے قرآن کو ساری دنیا میں پہنچا رہا ہے</w:t>
      </w:r>
    </w:p>
    <w:p>
      <w:r>
        <w:rPr>
          <w:b/>
        </w:rPr>
        <w:t xml:space="preserve">[37:57] </w:t>
      </w:r>
      <w:r>
        <w:t>kyunke dekhiye sab se</w:t>
      </w:r>
    </w:p>
    <w:p>
      <w:pPr>
        <w:jc w:val="right"/>
      </w:pPr>
      <w:r>
        <w:t>کیونکہ دیکھیے سب سے</w:t>
      </w:r>
    </w:p>
    <w:p>
      <w:r>
        <w:rPr>
          <w:b/>
        </w:rPr>
        <w:t xml:space="preserve">[38:02] </w:t>
      </w:r>
      <w:r>
        <w:t>yaani effective book of da'wah woh quran hai hamari aap ki book nahi</w:t>
      </w:r>
    </w:p>
    <w:p>
      <w:pPr>
        <w:jc w:val="right"/>
      </w:pPr>
      <w:r>
        <w:t>یعنی ایفیکٹیو بک اف دعوی وہ قرآن ہے ہماری آپ کی بک نہیں</w:t>
      </w:r>
    </w:p>
    <w:p>
      <w:r>
        <w:rPr>
          <w:b/>
        </w:rPr>
        <w:t xml:space="preserve">[38:09] </w:t>
      </w:r>
      <w:r>
        <w:t>iska style bohat ajeeb o ghareeb hai musalman jo ke quran ko bila samjhe bujhe tilawat karte</w:t>
      </w:r>
    </w:p>
    <w:p>
      <w:pPr>
        <w:jc w:val="right"/>
      </w:pPr>
      <w:r>
        <w:t>اس کا اسٹائل بہت عجیب و غریب ہے مسلمان جو کہ قرآن کو بلا سمجھے بجھے تلاوت کرتے</w:t>
      </w:r>
    </w:p>
    <w:p>
      <w:r>
        <w:rPr>
          <w:b/>
        </w:rPr>
        <w:t xml:space="preserve">[38:14] </w:t>
      </w:r>
      <w:r>
        <w:t>hain to woh woh samajh nahi paate iske uniqueness ko</w:t>
      </w:r>
    </w:p>
    <w:p>
      <w:pPr>
        <w:jc w:val="right"/>
      </w:pPr>
      <w:r>
        <w:t>ہیں تو وہ وہ سمجھ نہیں پاتے اس کے یونیکس کو</w:t>
      </w:r>
    </w:p>
    <w:p>
      <w:r>
        <w:rPr>
          <w:b/>
        </w:rPr>
        <w:t xml:space="preserve">[38:23] </w:t>
      </w:r>
      <w:r>
        <w:t>barson barson saari umar padhte rehte hain baghair samjhe hue to iske iske jo iske</w:t>
      </w:r>
    </w:p>
    <w:p>
      <w:pPr>
        <w:jc w:val="right"/>
      </w:pPr>
      <w:r>
        <w:t>برسوں برسوں ساری عمر پڑھتے رہتے ہیں بغیر سمجھے ہوئے تو اس کے اس کے جو اس کے</w:t>
      </w:r>
    </w:p>
    <w:p>
      <w:r>
        <w:rPr>
          <w:b/>
        </w:rPr>
        <w:t xml:space="preserve">[38:29] </w:t>
      </w:r>
      <w:r>
        <w:t>andar jo jo quality hai isko samajh nahi paate lekin ek ek aam aadmi jisne quran</w:t>
      </w:r>
    </w:p>
    <w:p>
      <w:pPr>
        <w:jc w:val="right"/>
      </w:pPr>
      <w:r>
        <w:t>اندر جو جو کوالٹی ہے اس کو سمجھ نہیں پاتے لیکن ایک ایک عام آدمی جس نے قرآن</w:t>
      </w:r>
    </w:p>
    <w:p>
      <w:r>
        <w:rPr>
          <w:b/>
        </w:rPr>
        <w:t xml:space="preserve">[38:37] </w:t>
      </w:r>
      <w:r>
        <w:t>ki tilawat is tarah nahi ki hai balkeh woh</w:t>
      </w:r>
    </w:p>
    <w:p>
      <w:pPr>
        <w:jc w:val="right"/>
      </w:pPr>
      <w:r>
        <w:t>کی تلاوت اس طرح نہیں کی ہے بلکہ وہ</w:t>
      </w:r>
    </w:p>
    <w:p>
      <w:r>
        <w:rPr>
          <w:b/>
        </w:rPr>
        <w:t xml:space="preserve">[38:42] </w:t>
      </w:r>
      <w:r>
        <w:t>translation se padhta hai</w:t>
      </w:r>
    </w:p>
    <w:p>
      <w:pPr>
        <w:jc w:val="right"/>
      </w:pPr>
      <w:r>
        <w:t>ٹرانسلیشن سے پڑھتا ہے</w:t>
      </w:r>
    </w:p>
    <w:p>
      <w:r>
        <w:rPr>
          <w:b/>
        </w:rPr>
        <w:t xml:space="preserve">[38:45] </w:t>
      </w:r>
      <w:r>
        <w:t>apni language mein jis language ko woh samajh sakta hai use padhta hai to lagta hai ke to</w:t>
      </w:r>
    </w:p>
    <w:p>
      <w:pPr>
        <w:jc w:val="right"/>
      </w:pPr>
      <w:r>
        <w:t>اپنی لینگویج میں جس لینگویج کو وہ سمجھ سکتا ہے اسے پڑھتا ہے تو لگتا ہے کہ تو</w:t>
      </w:r>
    </w:p>
    <w:p>
      <w:r>
        <w:rPr>
          <w:b/>
        </w:rPr>
        <w:t xml:space="preserve">[38:49] </w:t>
      </w:r>
      <w:r>
        <w:t>anokhi kitaab hai koi aisi kitaab duniya mein maujood hi nahi</w:t>
      </w:r>
    </w:p>
    <w:p>
      <w:pPr>
        <w:jc w:val="right"/>
      </w:pPr>
      <w:r>
        <w:t>انوکھی کتاب ہے کوئی ایسی کتاب دنیا میں موجود ہی نہیں</w:t>
      </w:r>
    </w:p>
    <w:p>
      <w:r>
        <w:rPr>
          <w:b/>
        </w:rPr>
        <w:t xml:space="preserve">[38:56] </w:t>
      </w:r>
      <w:r>
        <w:t>isi liye dekhiye jo survey hua hai</w:t>
      </w:r>
    </w:p>
    <w:p>
      <w:pPr>
        <w:jc w:val="right"/>
      </w:pPr>
      <w:r>
        <w:t>اسی لیے دیکھیے جو سروے ہوا ہے</w:t>
      </w:r>
    </w:p>
    <w:p>
      <w:r>
        <w:rPr>
          <w:b/>
        </w:rPr>
        <w:t xml:space="preserve">[39:02] </w:t>
      </w:r>
      <w:r>
        <w:t>pehle bhi aur aaj bhi jo log islam ko accept kar rahe hain aur majority un logon ki</w:t>
      </w:r>
    </w:p>
    <w:p>
      <w:pPr>
        <w:jc w:val="right"/>
      </w:pPr>
      <w:r>
        <w:t>پہلے بھی اور آج بھی جو لوگ اسلام کو ایکسیپٹ کر رہے ہیں اور میجورٹی ان لوگوں کی</w:t>
      </w:r>
    </w:p>
    <w:p>
      <w:r>
        <w:rPr>
          <w:b/>
        </w:rPr>
        <w:t xml:space="preserve">[39:07] </w:t>
      </w:r>
      <w:r>
        <w:t>hoti hai jinhone quran ke zariye islam ko paaya hai majority</w:t>
      </w:r>
    </w:p>
    <w:p>
      <w:pPr>
        <w:jc w:val="right"/>
      </w:pPr>
      <w:r>
        <w:t>ہوتی ہے جنہوں نے قرآن کے ذریعے اسلام کو پایا ہے میجورٹی</w:t>
      </w:r>
    </w:p>
    <w:p>
      <w:r>
        <w:rPr>
          <w:b/>
        </w:rPr>
        <w:t xml:space="preserve">[39:13] </w:t>
      </w:r>
      <w:r>
        <w:t>quran ko padha aur iski wajah se unhone ek unke andar storm aaya ek bhonchal</w:t>
      </w:r>
    </w:p>
    <w:p>
      <w:pPr>
        <w:jc w:val="right"/>
      </w:pPr>
      <w:r>
        <w:t>قرآن کو پڑھا اور اس کی وجہ سے انہوں نے ایک ان کے اندر اسٹارم آیا ایک بھونچال</w:t>
      </w:r>
    </w:p>
    <w:p>
      <w:r>
        <w:rPr>
          <w:b/>
        </w:rPr>
        <w:t xml:space="preserve">[39:19] </w:t>
      </w:r>
      <w:r>
        <w:t>aaya unke mind mein aur unhone islam ko accept kar liya</w:t>
      </w:r>
    </w:p>
    <w:p>
      <w:pPr>
        <w:jc w:val="right"/>
      </w:pPr>
      <w:r>
        <w:t>آیا ان کے مائنڈ میں اور انہوں نے اسلام کو ایکسیپٹ کر لیا</w:t>
      </w:r>
    </w:p>
    <w:p>
      <w:r>
        <w:rPr>
          <w:b/>
        </w:rPr>
        <w:t xml:space="preserve">[39:23] </w:t>
      </w:r>
      <w:r>
        <w:t>to beshtar log</w:t>
      </w:r>
    </w:p>
    <w:p>
      <w:pPr>
        <w:jc w:val="right"/>
      </w:pPr>
      <w:r>
        <w:t>تو بیشتر لوگ</w:t>
      </w:r>
    </w:p>
    <w:p>
      <w:r>
        <w:rPr>
          <w:b/>
        </w:rPr>
        <w:t xml:space="preserve">[39:26] </w:t>
      </w:r>
      <w:r>
        <w:t>majority unhi logon ki hai jinhone quran ko padhkar islam qabool kiya hai</w:t>
      </w:r>
    </w:p>
    <w:p>
      <w:pPr>
        <w:jc w:val="right"/>
      </w:pPr>
      <w:r>
        <w:t>میجورٹی انہی لوگوں کی ہے جنہوں نے قرآن کو پڑھ کر اسلام قبول کیا ہے</w:t>
      </w:r>
    </w:p>
    <w:p>
      <w:r>
        <w:rPr>
          <w:b/>
        </w:rPr>
        <w:t xml:space="preserve">[39:33] </w:t>
      </w:r>
      <w:r>
        <w:t>aur iski wajah yeh hai ke quran ka jo style hai woh bohat zyada alag dhang ka</w:t>
      </w:r>
    </w:p>
    <w:p>
      <w:pPr>
        <w:jc w:val="right"/>
      </w:pPr>
      <w:r>
        <w:t>اور اس کی وجہ یہ ہے کہ قرآن کا جو اسٹائل ہے وہ بہت زیادہ الگ ڈھنگ کا</w:t>
      </w:r>
    </w:p>
    <w:p>
      <w:r>
        <w:rPr>
          <w:b/>
        </w:rPr>
        <w:t xml:space="preserve">[39:38] </w:t>
      </w:r>
      <w:r>
        <w:t>hai bohat alag dhang ka hai bohat effective hai</w:t>
      </w:r>
    </w:p>
    <w:p>
      <w:pPr>
        <w:jc w:val="right"/>
      </w:pPr>
      <w:r>
        <w:t>ہے بہت الگ ڈھنگ کا ہے بہت ایفیکٹیو ہے</w:t>
      </w:r>
    </w:p>
    <w:p>
      <w:r>
        <w:rPr>
          <w:b/>
        </w:rPr>
        <w:t xml:space="preserve">[39:45] </w:t>
      </w:r>
      <w:r>
        <w:t>isko woh log zyada samajhte hain jo</w:t>
      </w:r>
    </w:p>
    <w:p>
      <w:pPr>
        <w:jc w:val="right"/>
      </w:pPr>
      <w:r>
        <w:t>اس کو وہ لوگ زیادہ سمجھتے ہیں جو</w:t>
      </w:r>
    </w:p>
    <w:p>
      <w:r>
        <w:rPr>
          <w:b/>
        </w:rPr>
        <w:t xml:space="preserve">[39:53] </w:t>
      </w:r>
      <w:r>
        <w:t>jo quran ko</w:t>
      </w:r>
    </w:p>
    <w:p>
      <w:pPr>
        <w:jc w:val="right"/>
      </w:pPr>
      <w:r>
        <w:t>جو قرآن کو</w:t>
      </w:r>
    </w:p>
    <w:p>
      <w:r>
        <w:rPr>
          <w:b/>
        </w:rPr>
        <w:t xml:space="preserve">[39:56] </w:t>
      </w:r>
      <w:r>
        <w:t>yani pehli baar parhte hain</w:t>
      </w:r>
    </w:p>
    <w:p>
      <w:pPr>
        <w:jc w:val="right"/>
      </w:pPr>
      <w:r>
        <w:t>یعنی پہلی بار پڑھتے ہیں</w:t>
      </w:r>
    </w:p>
    <w:p>
      <w:r>
        <w:rPr>
          <w:b/>
        </w:rPr>
        <w:t xml:space="preserve">[40:01] </w:t>
      </w:r>
      <w:r>
        <w:t>jo quran ko pehli baar parhte hain</w:t>
      </w:r>
    </w:p>
    <w:p>
      <w:pPr>
        <w:jc w:val="right"/>
      </w:pPr>
      <w:r>
        <w:t>جو قرآن کو پہلی بار پڑھتے ہیں</w:t>
      </w:r>
    </w:p>
    <w:p>
      <w:r>
        <w:rPr>
          <w:b/>
        </w:rPr>
        <w:t xml:space="preserve">[40:06] </w:t>
      </w:r>
      <w:r>
        <w:t>ab is zamane mein jab ke</w:t>
      </w:r>
    </w:p>
    <w:p>
      <w:pPr>
        <w:jc w:val="right"/>
      </w:pPr>
      <w:r>
        <w:t>اب اس زمانے میں جب کہ</w:t>
      </w:r>
    </w:p>
    <w:p>
      <w:r>
        <w:rPr>
          <w:b/>
        </w:rPr>
        <w:t xml:space="preserve">[40:09] </w:t>
      </w:r>
      <w:r>
        <w:t>scientific researches jo hui hain scientific discoveries jo hui hain woh quran ki sachai ko</w:t>
      </w:r>
    </w:p>
    <w:p>
      <w:pPr>
        <w:jc w:val="right"/>
      </w:pPr>
      <w:r>
        <w:t>سائنسی ریسرچز جو ہوئی ہیں سائنٹیفک ڈسکوریز جو ہوئی ہیں وہ قرآن کی سچائی کو</w:t>
      </w:r>
    </w:p>
    <w:p>
      <w:r>
        <w:rPr>
          <w:b/>
        </w:rPr>
        <w:t xml:space="preserve">[40:16] </w:t>
      </w:r>
      <w:r>
        <w:t>yani reestablish kar rahi hain</w:t>
      </w:r>
    </w:p>
    <w:p>
      <w:pPr>
        <w:jc w:val="right"/>
      </w:pPr>
      <w:r>
        <w:t>یعنی ری اسٹیبلش کر رہی ہیں</w:t>
      </w:r>
    </w:p>
    <w:p>
      <w:r>
        <w:rPr>
          <w:b/>
        </w:rPr>
        <w:t xml:space="preserve">[40:24] </w:t>
      </w:r>
      <w:r>
        <w:t>quran ki sachai ko reestablish kar rahi hain in mein se aik aik misaal yeh mein ne</w:t>
      </w:r>
    </w:p>
    <w:p>
      <w:pPr>
        <w:jc w:val="right"/>
      </w:pPr>
      <w:r>
        <w:t>قرآن کی سچائی کو ری اسٹیبلش کر رہی ہیں ان میں سے ایک ایک مثال یہ میں نے</w:t>
      </w:r>
    </w:p>
    <w:p>
      <w:r>
        <w:rPr>
          <w:b/>
        </w:rPr>
        <w:t xml:space="preserve">[40:28] </w:t>
      </w:r>
      <w:r>
        <w:t>di aap ko big bang theory ki yani quran jab</w:t>
      </w:r>
    </w:p>
    <w:p>
      <w:pPr>
        <w:jc w:val="right"/>
      </w:pPr>
      <w:r>
        <w:t>دی آپ کو بگ بینگ تھیوری کی یعنی قرآن جب</w:t>
      </w:r>
    </w:p>
    <w:p>
      <w:r>
        <w:rPr>
          <w:b/>
        </w:rPr>
        <w:t xml:space="preserve">[40:33] </w:t>
      </w:r>
      <w:r>
        <w:t>kitne pehle utra 1400 1400 saal pehle us waqt quran mein do ayatein isi isi mafhoom ki maujood</w:t>
      </w:r>
    </w:p>
    <w:p>
      <w:pPr>
        <w:jc w:val="right"/>
      </w:pPr>
      <w:r>
        <w:t>کتنے پہلے اترا 1400 1400 سال پہلے اس وقت قرآن میں دو آیتیں اسی اسی مفہوم کی موجود</w:t>
      </w:r>
    </w:p>
    <w:p>
      <w:r>
        <w:rPr>
          <w:b/>
        </w:rPr>
        <w:t xml:space="preserve">[40:40] </w:t>
      </w:r>
      <w:r>
        <w:t>hain do ayatein big bang theory toh abhi yani bohat jaldi discover hui hai toh</w:t>
      </w:r>
    </w:p>
    <w:p>
      <w:pPr>
        <w:jc w:val="right"/>
      </w:pPr>
      <w:r>
        <w:t>ہیں دو آیتیں بگ بینگ تھیوری تو ابھی یعنی بہت جلدی ڈسکور ہوئی ہے تو</w:t>
      </w:r>
    </w:p>
    <w:p>
      <w:r>
        <w:rPr>
          <w:b/>
        </w:rPr>
        <w:t xml:space="preserve">[40:50] </w:t>
      </w:r>
      <w:r>
        <w:t>1400 saal pehle quran mein do ayatein maujood theen isi isi mazmoon ki</w:t>
      </w:r>
    </w:p>
    <w:p>
      <w:pPr>
        <w:jc w:val="right"/>
      </w:pPr>
      <w:r>
        <w:t>1400 سال پہلے قرآن میں دو آیتیں موجود تھیں اسی اسی مضمون کی</w:t>
      </w:r>
    </w:p>
    <w:p>
      <w:r>
        <w:rPr>
          <w:b/>
        </w:rPr>
        <w:t xml:space="preserve">[40:56] </w:t>
      </w:r>
      <w:r>
        <w:t>aik yeh hai ke in al samawat</w:t>
      </w:r>
    </w:p>
    <w:p>
      <w:pPr>
        <w:jc w:val="right"/>
      </w:pPr>
      <w:r>
        <w:t>ایک یہ ہے کہ ان السماوات</w:t>
      </w:r>
    </w:p>
    <w:p>
      <w:r>
        <w:rPr>
          <w:b/>
        </w:rPr>
        <w:t xml:space="preserve">[41:02] </w:t>
      </w:r>
      <w:r>
        <w:t>ke zameen o asman yani poora jo mass hai universe ka woh sab is tarah se tha</w:t>
      </w:r>
    </w:p>
    <w:p>
      <w:pPr>
        <w:jc w:val="right"/>
      </w:pPr>
      <w:r>
        <w:t>کہ زمین و اسمان یعنی پورا جو ماس ہے یونیورس کا وہ سب اس طرح سے تھا</w:t>
      </w:r>
    </w:p>
    <w:p>
      <w:r>
        <w:rPr>
          <w:b/>
        </w:rPr>
        <w:t xml:space="preserve">[41:10] </w:t>
      </w:r>
      <w:r>
        <w:t>rat is ko rat kehte hain ke mila aapas mein juda hua mila hua phir hum is ko</w:t>
      </w:r>
    </w:p>
    <w:p>
      <w:pPr>
        <w:jc w:val="right"/>
      </w:pPr>
      <w:r>
        <w:t>رت اس کو رت کہتے ہیں کہ ملا آپس میں جڑا ہوا ملا ہوا پھر ہم اس کو</w:t>
      </w:r>
    </w:p>
    <w:p>
      <w:r>
        <w:rPr>
          <w:b/>
        </w:rPr>
        <w:t xml:space="preserve">[41:15] </w:t>
      </w:r>
      <w:r>
        <w:t>khol diya phir aise kar diya yeh theek wohi cheez hai jis ko hum kehte hain woh</w:t>
      </w:r>
    </w:p>
    <w:p>
      <w:pPr>
        <w:jc w:val="right"/>
      </w:pPr>
      <w:r>
        <w:t>کھول دیا پھر ایسے کر دیا یہ ٹھیک وہی چیز ہے جس کو ہم کہتے ہیں وہ</w:t>
      </w:r>
    </w:p>
    <w:p>
      <w:r>
        <w:rPr>
          <w:b/>
        </w:rPr>
        <w:t xml:space="preserve">[41:22] </w:t>
      </w:r>
      <w:r>
        <w:t>big bang kyunke big bang theory yeh kehti hai ke aik ball tha aik cosmic ball</w:t>
      </w:r>
    </w:p>
    <w:p>
      <w:pPr>
        <w:jc w:val="right"/>
      </w:pPr>
      <w:r>
        <w:t>بگ بینگ کیونکہ بگ بینگ تھیوری یہ کہتی ہے کہ ایک بال تھا ایک کاسمک بال</w:t>
      </w:r>
    </w:p>
    <w:p>
      <w:r>
        <w:rPr>
          <w:b/>
        </w:rPr>
        <w:t xml:space="preserve">[41:28] </w:t>
      </w:r>
      <w:r>
        <w:t>saare particle poore universe ke is mein ikattha thay phir is mein ek ek explosion hua aur woh</w:t>
      </w:r>
    </w:p>
    <w:p>
      <w:pPr>
        <w:jc w:val="right"/>
      </w:pPr>
      <w:r>
        <w:t>سارے پارٹیکل پورے یونیورس کے اس میں اکٹھا تھے پھر اس میں ایک ایک ایکسپلوژن ہوا اور وہ</w:t>
      </w:r>
    </w:p>
    <w:p>
      <w:r>
        <w:rPr>
          <w:b/>
        </w:rPr>
        <w:t xml:space="preserve">[41:35] </w:t>
      </w:r>
      <w:r>
        <w:t>particle phail gaye aur phail gaye toh isi se star banay isi galaxy bani isi se planet bana</w:t>
      </w:r>
    </w:p>
    <w:p>
      <w:pPr>
        <w:jc w:val="right"/>
      </w:pPr>
      <w:r>
        <w:t>پارٹیکل پھیل گئے اور پھیل گئے تو اسی سے اسٹار بنے اسی گلیکسی بنی اسی سے پلینٹ بنا</w:t>
      </w:r>
    </w:p>
    <w:p>
      <w:r>
        <w:rPr>
          <w:b/>
        </w:rPr>
        <w:t xml:space="preserve">[41:43] </w:t>
      </w:r>
      <w:r>
        <w:t>isi se jab zameen bani isi se sab cheez bani exactly wahi mafhoom toh itne dinon ke baad</w:t>
      </w:r>
    </w:p>
    <w:p>
      <w:pPr>
        <w:jc w:val="right"/>
      </w:pPr>
      <w:r>
        <w:t>اسی سے جب زمین بنی اسی سے سب چیز بنی ایگزیکٹلی وہی مفہوم تو اتنے دنوں کے بعد</w:t>
      </w:r>
    </w:p>
    <w:p>
      <w:r>
        <w:rPr>
          <w:b/>
        </w:rPr>
        <w:t xml:space="preserve">[41:51] </w:t>
      </w:r>
      <w:r>
        <w:t>jab insaan padhta hai is ko ke jo cheez hum ne aaj itne saare research ke baad jaani</w:t>
      </w:r>
    </w:p>
    <w:p>
      <w:pPr>
        <w:jc w:val="right"/>
      </w:pPr>
      <w:r>
        <w:t>جب انسان پڑھتا ہے اس کو کہ جو چیز ہم نے اج اتنے سارے ریسرچ کے بعد جانی</w:t>
      </w:r>
    </w:p>
    <w:p>
      <w:r>
        <w:rPr>
          <w:b/>
        </w:rPr>
        <w:t xml:space="preserve">[41:58] </w:t>
      </w:r>
      <w:r>
        <w:t>hai is ko 1400 saal pehle quran mein likh diya gaya tha to woh hairaan ho jaata hai</w:t>
      </w:r>
    </w:p>
    <w:p>
      <w:pPr>
        <w:jc w:val="right"/>
      </w:pPr>
      <w:r>
        <w:t>ہے اس کو 1400 سال پہلے قرآن میں لکھ دیا گیا تھا تو وہ حیران ہو جاتا ہے</w:t>
      </w:r>
    </w:p>
    <w:p>
      <w:r>
        <w:rPr>
          <w:b/>
        </w:rPr>
        <w:t xml:space="preserve">[42:06] </w:t>
      </w:r>
      <w:r>
        <w:t>aur yeh yeh is ka dil yeh maanne par majboor hota hai ke quran jo hai book of</w:t>
      </w:r>
    </w:p>
    <w:p>
      <w:pPr>
        <w:jc w:val="right"/>
      </w:pPr>
      <w:r>
        <w:t>اور یہ یہ اس کا دل یہ ماننے پر مجبور ہوتا ہے کہ قرآن جو ہے بک اف</w:t>
      </w:r>
    </w:p>
    <w:p>
      <w:r>
        <w:rPr>
          <w:b/>
        </w:rPr>
        <w:t xml:space="preserve">[42:14] </w:t>
      </w:r>
      <w:r>
        <w:t>god hai to mein samajhta hoon ke agar hum log sirf itna kar sakein ke quran ko insaan</w:t>
      </w:r>
    </w:p>
    <w:p>
      <w:pPr>
        <w:jc w:val="right"/>
      </w:pPr>
      <w:r>
        <w:t>گاڈ ہے تو میں سمجھتا ہوں کہ اگر ہم لوگ صرف اتنا کر سکیں کہ قرآن کو انسان</w:t>
      </w:r>
    </w:p>
    <w:p>
      <w:r>
        <w:rPr>
          <w:b/>
        </w:rPr>
        <w:t xml:space="preserve">[42:22] </w:t>
      </w:r>
      <w:r>
        <w:t>کی understandable language میں چھاپ کر پہنچا دیں صرف پہنچا دیں اس تک تب بھی یہ بہت بڑا</w:t>
      </w:r>
    </w:p>
    <w:p>
      <w:pPr>
        <w:jc w:val="right"/>
      </w:pPr>
      <w:r>
        <w:t>کی انڈرسٹینڈیبل لینگویج میں چھاپ کر پہنچا دیں صرف پہنچا دیں اس تک تب بھی یہ بہت بڑا</w:t>
      </w:r>
    </w:p>
    <w:p>
      <w:r>
        <w:rPr>
          <w:b/>
        </w:rPr>
        <w:t xml:space="preserve">[42:29] </w:t>
      </w:r>
      <w:r>
        <w:t>daawa work ho jaayega kyunke quran se zyada effective kitaab koi doosri hai hi nahin sab se</w:t>
      </w:r>
    </w:p>
    <w:p>
      <w:pPr>
        <w:jc w:val="right"/>
      </w:pPr>
      <w:r>
        <w:t>دعوی ورک ہو جائے گا کیونکہ قرآن سے زیادہ ایفیکٹیو کتاب کوئی دوسری ہے ہی نہیں سب سے</w:t>
      </w:r>
    </w:p>
    <w:p>
      <w:r>
        <w:rPr>
          <w:b/>
        </w:rPr>
        <w:t xml:space="preserve">[42:37] </w:t>
      </w:r>
      <w:r>
        <w:t>zyada effective kitaab jo hai woh quran hai yeh kitna aasan Allah taala ne kar diya hamare liye</w:t>
      </w:r>
    </w:p>
    <w:p>
      <w:pPr>
        <w:jc w:val="right"/>
      </w:pPr>
      <w:r>
        <w:t>زیادہ ایفیکٹیو کتاب جو ہے وہ قرآن ہے یہ کتنا اسان اللہ تعالی نے کر دیا ہمارے لیے</w:t>
      </w:r>
    </w:p>
    <w:p>
      <w:r>
        <w:rPr>
          <w:b/>
        </w:rPr>
        <w:t xml:space="preserve">[42:45] </w:t>
      </w:r>
      <w:r>
        <w:t>yeh kaam ke saare sadhan ekattha ho gaye ab to sirf yeh hai ke chhaapo aur phailaao chhaapo</w:t>
      </w:r>
    </w:p>
    <w:p>
      <w:pPr>
        <w:jc w:val="right"/>
      </w:pPr>
      <w:r>
        <w:t>یہ کام کہ سارے سادھن اکٹھا ہو گئے اب تو صرف یہ ہے کہ چھاپو اور پھیلاؤ چھاپو</w:t>
      </w:r>
    </w:p>
    <w:p>
      <w:r>
        <w:rPr>
          <w:b/>
        </w:rPr>
        <w:t xml:space="preserve">[42:52] </w:t>
      </w:r>
      <w:r>
        <w:t>aur phailaao mein khud bhi kai aise logon se mila hoon different countries mein yaani non muslim se</w:t>
      </w:r>
    </w:p>
    <w:p>
      <w:pPr>
        <w:jc w:val="right"/>
      </w:pPr>
      <w:r>
        <w:t>اور پھیلاؤ میں خود بھی کئی ایسے لوگوں سے ملا ہوں ڈفرنٹ کنٹریز میں یعنی نان مسلم سے</w:t>
      </w:r>
    </w:p>
    <w:p>
      <w:r>
        <w:rPr>
          <w:b/>
        </w:rPr>
        <w:t xml:space="preserve">[43:00] </w:t>
      </w:r>
      <w:r>
        <w:t>to unhone is ko maana ke quran mein jo salo jo usloob hai woh bohat effective hai</w:t>
      </w:r>
    </w:p>
    <w:p>
      <w:pPr>
        <w:jc w:val="right"/>
      </w:pPr>
      <w:r>
        <w:t>تو انہوں نے اس کو مانا کہ قرآن میں جو سلو جو اسلوب ہے وہ بہت ایفیکٹیو ہے</w:t>
      </w:r>
    </w:p>
    <w:p>
      <w:r>
        <w:rPr>
          <w:b/>
        </w:rPr>
        <w:t xml:space="preserve">[43:08] </w:t>
      </w:r>
      <w:r>
        <w:t>is ko padhne se aadmi thara uthta hai yeh dilli mein ek saahab mere paas aaye ek baar</w:t>
      </w:r>
    </w:p>
    <w:p>
      <w:pPr>
        <w:jc w:val="right"/>
      </w:pPr>
      <w:r>
        <w:t>اس کو پڑھنے سے ادمی تھرا اٹھتا ہے یہ دلی میں ایک صاحب میرے پاس ائے ایک بار</w:t>
      </w:r>
    </w:p>
    <w:p>
      <w:r>
        <w:rPr>
          <w:b/>
        </w:rPr>
        <w:t xml:space="preserve">[43:16] </w:t>
      </w:r>
      <w:r>
        <w:t>unhone kaha ke mujhe quran dijiye mein quran ko padhunga to mein ne un ko quran</w:t>
      </w:r>
    </w:p>
    <w:p>
      <w:pPr>
        <w:jc w:val="right"/>
      </w:pPr>
      <w:r>
        <w:t>انہوں نے کہا کہ مجھے قرآن دیجئے میں قرآن کو پڑھوں گا تو میں نے ان کو قرآن</w:t>
      </w:r>
    </w:p>
    <w:p>
      <w:r>
        <w:rPr>
          <w:b/>
        </w:rPr>
        <w:t xml:space="preserve">[43:23] </w:t>
      </w:r>
      <w:r>
        <w:t>diya is ko unhone padha ek mahine ke baad wapas kiya unhone unhone kaha ke</w:t>
      </w:r>
    </w:p>
    <w:p>
      <w:pPr>
        <w:jc w:val="right"/>
      </w:pPr>
      <w:r>
        <w:t>دیا اس کو انہوں نے پڑھا ایک مہینے کے بعد واپس کیا انہوں نے انہوں نے کہا کہ</w:t>
      </w:r>
    </w:p>
    <w:p>
      <w:r>
        <w:rPr>
          <w:b/>
        </w:rPr>
        <w:t xml:space="preserve">[43:31] </w:t>
      </w:r>
      <w:r>
        <w:t>saahab quran ek aisi kitaab hai jo ke jab padhta hoon mein to bilkul hil jaata hoon is</w:t>
      </w:r>
    </w:p>
    <w:p>
      <w:pPr>
        <w:jc w:val="right"/>
      </w:pPr>
      <w:r>
        <w:t>صاحب قرآن ایک ایسی کتاب ہے جو کہ جب پڑھتا ہوں میں تو بالکل ہل جاتا ہوں اس</w:t>
      </w:r>
    </w:p>
    <w:p>
      <w:r>
        <w:rPr>
          <w:b/>
        </w:rPr>
        <w:t xml:space="preserve">[43:39] </w:t>
      </w:r>
      <w:r>
        <w:t>mein jannat yaani paradise ka zikr ho hell ka zikr ho aur Khuda ki badhai ka zikr aur</w:t>
      </w:r>
    </w:p>
    <w:p>
      <w:pPr>
        <w:jc w:val="right"/>
      </w:pPr>
      <w:r>
        <w:t>میں جنت یعنی پارائیڈائز کا ذکر ہو ہیل کا ذکر ہو اور خدا کی بڑائی کا ذکر اور</w:t>
      </w:r>
    </w:p>
    <w:p>
      <w:r>
        <w:rPr>
          <w:b/>
        </w:rPr>
        <w:t xml:space="preserve">[43:46] </w:t>
      </w:r>
      <w:r>
        <w:t>angels ka zikr is tarah se hota hai ke bilkul hila dene wala ek baar ek baar mein</w:t>
      </w:r>
    </w:p>
    <w:p>
      <w:pPr>
        <w:jc w:val="right"/>
      </w:pPr>
      <w:r>
        <w:t>اینجلز کا ذکر اس طرح سے ہوتا ہے کہ بالکل ہلا دینے والا ایک بار ایک بار میں</w:t>
      </w:r>
    </w:p>
    <w:p>
      <w:r>
        <w:rPr>
          <w:b/>
        </w:rPr>
        <w:t xml:space="preserve">[43:54] </w:t>
      </w:r>
      <w:r>
        <w:t>padh kar aisa kaha unhone to mein samajhta hoon ke agar hum yahi kar sakein agar koi</w:t>
      </w:r>
    </w:p>
    <w:p>
      <w:pPr>
        <w:jc w:val="right"/>
      </w:pPr>
      <w:r>
        <w:t>پڑھ کر ایسا کہا انہوں نے تو میں سمجھتا ہوں کہ اگر ہم یہی کر سکیں اگر کوئی</w:t>
      </w:r>
    </w:p>
    <w:p>
      <w:r>
        <w:rPr>
          <w:b/>
        </w:rPr>
        <w:t xml:space="preserve">[44:02] </w:t>
      </w:r>
      <w:r>
        <w:t>kaam kuch kuch na kar sakein kya hua saahab kuch gadbad ho gaya haan ji theek hai banana</w:t>
      </w:r>
    </w:p>
    <w:p>
      <w:pPr>
        <w:jc w:val="right"/>
      </w:pPr>
      <w:r>
        <w:t>کام کچھ کچھ نہ کر سکیں کیا ہوا صاحب کچھ گڑبڑ ہو گیا ہاں جی ٹھیک ہے بنانا</w:t>
      </w:r>
    </w:p>
    <w:p>
      <w:r>
        <w:rPr>
          <w:b/>
        </w:rPr>
        <w:t xml:space="preserve">[44:10] </w:t>
      </w:r>
      <w:r>
        <w:t>chahiye theek ho gaya ji theek hai mein is baat baar baar yeh keh chuka hoon ke hamari</w:t>
      </w:r>
    </w:p>
    <w:p>
      <w:pPr>
        <w:jc w:val="right"/>
      </w:pPr>
      <w:r>
        <w:t>چاہیے ٹھیک ہو گیا جی ٹھیک ہے میں اس بات بار بار یہ کہہ چکا ہوں کہ ہماری</w:t>
      </w:r>
    </w:p>
    <w:p>
      <w:r>
        <w:rPr>
          <w:b/>
        </w:rPr>
        <w:t xml:space="preserve">[44:17] </w:t>
      </w:r>
      <w:r>
        <w:t>sab se bari zimmedari yeh hai ke hum sab se bari zimmedari daawa work hai daawa</w:t>
      </w:r>
    </w:p>
    <w:p>
      <w:pPr>
        <w:jc w:val="right"/>
      </w:pPr>
      <w:r>
        <w:t>سب سے بڑی ذمہ داری یہ ہے کہ ہم سب سے بڑی ذمہ داری دعوی ورک ہے دعوی</w:t>
      </w:r>
    </w:p>
    <w:p>
      <w:r>
        <w:rPr>
          <w:b/>
        </w:rPr>
        <w:t xml:space="preserve">[44:25] </w:t>
      </w:r>
      <w:r>
        <w:t>work yaani Khuda ke ke is ko pahunchana aur kitna Allah taala ne hamare liye masla aasan kar</w:t>
      </w:r>
    </w:p>
    <w:p>
      <w:pPr>
        <w:jc w:val="right"/>
      </w:pPr>
      <w:r>
        <w:t>ورک یعنی خدا کے کہ اس کو پہنچانا اور کتنا اللہ تعالی نے ہمارے لیے مسئلہ اسان کر</w:t>
      </w:r>
    </w:p>
    <w:p>
      <w:r>
        <w:rPr>
          <w:b/>
        </w:rPr>
        <w:t xml:space="preserve">[44:33] </w:t>
      </w:r>
      <w:r>
        <w:t>diya hai ke saare doosre jo rival philosophy ho sakti theen religious philosophy woh sab sab discard ho</w:t>
      </w:r>
    </w:p>
    <w:p>
      <w:pPr>
        <w:jc w:val="right"/>
      </w:pPr>
      <w:r>
        <w:t>دیا ہے کہ سارے دوسرے جو رائیول فلاسفی ہو سکتی تھیں ریلیجس فلاسفی وہ سب سب ڈسکارڈ ہو</w:t>
      </w:r>
    </w:p>
    <w:p>
      <w:r>
        <w:rPr>
          <w:b/>
        </w:rPr>
        <w:t xml:space="preserve">[44:40] </w:t>
      </w:r>
      <w:r>
        <w:t>gayeen woh sab discard ho gayein ab dekhein ke mein buddhism ko lijiye buddhism ki philosophy yeh hai</w:t>
      </w:r>
    </w:p>
    <w:p>
      <w:pPr>
        <w:jc w:val="right"/>
      </w:pPr>
      <w:r>
        <w:t>گئیں وہ سب ڈسکارڈ ہو گئیں اب دیکھیں کہ میں بدھزم کو لیجئے بدھزم کی فلاسفی یہ ہے</w:t>
      </w:r>
    </w:p>
    <w:p>
      <w:r>
        <w:rPr>
          <w:b/>
        </w:rPr>
        <w:t xml:space="preserve">[44:48] </w:t>
      </w:r>
      <w:r>
        <w:t>ke budha ne dekha ke log gareeb hain ameer hain koi mushkil mein hai koi aasani mein hai</w:t>
      </w:r>
    </w:p>
    <w:p>
      <w:pPr>
        <w:jc w:val="right"/>
      </w:pPr>
      <w:r>
        <w:t>کہ بدھا نے دیکھا کہ لوگ غریب ہیں امیر ہیں کوئی مشکل میں ہے کوئی اسانی میں ہے</w:t>
      </w:r>
    </w:p>
    <w:p>
      <w:r>
        <w:rPr>
          <w:b/>
        </w:rPr>
        <w:t xml:space="preserve">[44:56] </w:t>
      </w:r>
      <w:r>
        <w:t>to unhone kya samjha ke unhone karma ki philosophy banai ke pichhle karm mein jinhone</w:t>
      </w:r>
    </w:p>
    <w:p>
      <w:pPr>
        <w:jc w:val="right"/>
      </w:pPr>
      <w:r>
        <w:t>تو انہوں نے کیا سمجھا کہ انہوں نے کرمہ کی فلاسفی بنائی کہ پچھلے کرم میں جنہوں نے</w:t>
      </w:r>
    </w:p>
    <w:p>
      <w:r>
        <w:rPr>
          <w:b/>
        </w:rPr>
        <w:t xml:space="preserve">[45:04] </w:t>
      </w:r>
      <w:r>
        <w:t>achha kiya to woh ameer hain aur jo bura kiya to woh gareeb hain yaani yeh sab jo</w:t>
      </w:r>
    </w:p>
    <w:p>
      <w:pPr>
        <w:jc w:val="right"/>
      </w:pPr>
      <w:r>
        <w:t>اچھا کیا تو وہ امیر ہیں اور جو برا کیا تو وہ غریب ہیں یعنی یہ سب جو</w:t>
      </w:r>
    </w:p>
    <w:p>
      <w:r>
        <w:rPr>
          <w:b/>
        </w:rPr>
        <w:t xml:space="preserve">[45:11] </w:t>
      </w:r>
      <w:r>
        <w:t>hai koi mushkil mein hai koi asani mein hai koi amiri hai koi ghareebi mein hai yeh pichlay</w:t>
      </w:r>
    </w:p>
    <w:p>
      <w:pPr>
        <w:jc w:val="right"/>
      </w:pPr>
      <w:r>
        <w:t>ہے کوئی مشکل میں ہے کوئی اسانی میں ہے کوئی امیری ہے کوئی غریبی میں ہے یہ پچھلے</w:t>
      </w:r>
    </w:p>
    <w:p>
      <w:r>
        <w:rPr>
          <w:b/>
        </w:rPr>
        <w:t xml:space="preserve">[45:19] </w:t>
      </w:r>
      <w:r>
        <w:t>karamon ka nateeja hai to mein nay jab parha art time way kitab da history of history i</w:t>
      </w:r>
    </w:p>
    <w:p>
      <w:pPr>
        <w:jc w:val="right"/>
      </w:pPr>
      <w:r>
        <w:t>کرموں کا نتیجہ ہے تو میں نے جب پڑھا ارٹ ٹائم وی کتاب دا ہسٹری اف ہسٹری ائی</w:t>
      </w:r>
    </w:p>
    <w:p>
      <w:r>
        <w:rPr>
          <w:b/>
        </w:rPr>
        <w:t xml:space="preserve">[45:27] </w:t>
      </w:r>
      <w:r>
        <w:t>Study of history. تو اس کا سبجیکٹ بدھزم تو نہیں ہے اس کو پڑھ کر میں نے یہ</w:t>
      </w:r>
    </w:p>
    <w:p>
      <w:pPr>
        <w:jc w:val="right"/>
      </w:pPr>
      <w:r>
        <w:t>سٹڈی اف ہسٹری تو اس کا سبجیکٹ بدھزم تو نہیں ہے اس کو پڑھ کر میں نے یہ</w:t>
      </w:r>
    </w:p>
    <w:p>
      <w:r>
        <w:rPr>
          <w:b/>
        </w:rPr>
        <w:t xml:space="preserve">[45:34] </w:t>
      </w:r>
      <w:r>
        <w:t>samjha yeh baat samajh mein aai ke budha nay aik phenomenon ko ghalat mani say ghalat mani mein</w:t>
      </w:r>
    </w:p>
    <w:p>
      <w:pPr>
        <w:jc w:val="right"/>
      </w:pPr>
      <w:r>
        <w:t>سمجھا یہ بات سمجھ میں ائی کہ بدھا نے ایک فیناومینا کو غلط معنی سے غلط معنی میں</w:t>
      </w:r>
    </w:p>
    <w:p>
      <w:r>
        <w:rPr>
          <w:b/>
        </w:rPr>
        <w:t xml:space="preserve">[45:42] </w:t>
      </w:r>
      <w:r>
        <w:t>lay liya yeh jo phenomenon hai ke kuch haves hain kuch have nots hain yeh phenomenon jo hai</w:t>
      </w:r>
    </w:p>
    <w:p>
      <w:pPr>
        <w:jc w:val="right"/>
      </w:pPr>
      <w:r>
        <w:t>لے لیا یہ جو فیناومینا ہے کہ کچھ ہیوز ہیں کچھ ہیو ناٹس ہیں یہ فیناومینا جو ہے</w:t>
      </w:r>
    </w:p>
    <w:p>
      <w:r>
        <w:rPr>
          <w:b/>
        </w:rPr>
        <w:t xml:space="preserve">[45:50] </w:t>
      </w:r>
      <w:r>
        <w:t>pichlay karam ki wajah say nahi hai yeh to law of nature hai jis say unhon nay karma</w:t>
      </w:r>
    </w:p>
    <w:p>
      <w:pPr>
        <w:jc w:val="right"/>
      </w:pPr>
      <w:r>
        <w:t>پچھلے کرم کی وجہ سے نہیں ہے یہ تو لاء اف نیچر ہے جس سے انہوں نے کرمہ</w:t>
      </w:r>
    </w:p>
    <w:p>
      <w:r>
        <w:rPr>
          <w:b/>
        </w:rPr>
        <w:t xml:space="preserve">[45:58] </w:t>
      </w:r>
      <w:r>
        <w:t>philosophy nikali woh haqeeqat woh law of nature tha yani nature jo hai woh competition ko pasand karti</w:t>
      </w:r>
    </w:p>
    <w:p>
      <w:pPr>
        <w:jc w:val="right"/>
      </w:pPr>
      <w:r>
        <w:t>فلاسفی نکالی وہ حقیقت وہ لاء اف نیچر تھا یعنی نیچر جو ہے وہ کمپیٹیشن کو پسند کرتی</w:t>
      </w:r>
    </w:p>
    <w:p>
      <w:r>
        <w:rPr>
          <w:b/>
        </w:rPr>
        <w:t xml:space="preserve">[46:05] </w:t>
      </w:r>
      <w:r>
        <w:t>hai challenge ko pasand karti hai kyunke agar zindagi mein challenge na ho zindagi mein challenges na hon</w:t>
      </w:r>
    </w:p>
    <w:p>
      <w:pPr>
        <w:jc w:val="right"/>
      </w:pPr>
      <w:r>
        <w:t>ہے چیلنج کو پسند کرتی ہے کیونکہ اگر زندگی میں چیلنج نہ ہو زندگی میں چیلنجز نہ ہوں</w:t>
      </w:r>
    </w:p>
    <w:p>
      <w:r>
        <w:rPr>
          <w:b/>
        </w:rPr>
        <w:t xml:space="preserve">[46:13] </w:t>
      </w:r>
      <w:r>
        <w:t>zindagi mein competition na ho to aik dam woh ho jaye ga jamood aa jaye ga stagnation aa</w:t>
      </w:r>
    </w:p>
    <w:p>
      <w:pPr>
        <w:jc w:val="right"/>
      </w:pPr>
      <w:r>
        <w:t>زندگی میں کمپیٹیشن نہ ہو تو ایک دم وہ ہو جائے گا جمود ا جائے گا اسٹیگنیشن ا</w:t>
      </w:r>
    </w:p>
    <w:p>
      <w:r>
        <w:rPr>
          <w:b/>
        </w:rPr>
        <w:t xml:space="preserve">[46:21] </w:t>
      </w:r>
      <w:r>
        <w:t>jayega to yeh jo cheez thi law of nature kay reference mein parhnay ki us ko parh</w:t>
      </w:r>
    </w:p>
    <w:p>
      <w:pPr>
        <w:jc w:val="right"/>
      </w:pPr>
      <w:r>
        <w:t>جائے گا تو یہ جو چیز تھی لاء اف نیچر کے ریفرنس میں پڑھنے کی اس کو پڑھ</w:t>
      </w:r>
    </w:p>
    <w:p>
      <w:r>
        <w:rPr>
          <w:b/>
        </w:rPr>
        <w:t xml:space="preserve">[46:28] </w:t>
      </w:r>
      <w:r>
        <w:t>liya unhon nay karma philosophy kay reference mein is wajah say kuch ko kuch matlab nikal liya to</w:t>
      </w:r>
    </w:p>
    <w:p>
      <w:pPr>
        <w:jc w:val="right"/>
      </w:pPr>
      <w:r>
        <w:t>لیا انہوں نے کرمہ فلاسفی کے ریفرنس میں اس وجہ سے کچھ کو کچھ مطلب نکال لیا تو</w:t>
      </w:r>
    </w:p>
    <w:p>
      <w:r>
        <w:rPr>
          <w:b/>
        </w:rPr>
        <w:t xml:space="preserve">[46:36] </w:t>
      </w:r>
      <w:r>
        <w:t>gaya ke yeh poori kitab is ki radd hai agarchay is ki radd mein yeh likhi gayi hai</w:t>
      </w:r>
    </w:p>
    <w:p>
      <w:pPr>
        <w:jc w:val="right"/>
      </w:pPr>
      <w:r>
        <w:t>گیا کہ یہ پوری کتاب اس کی رد ہے اگرچہ اس کی رد میں یہ لکھی گئی ہے</w:t>
      </w:r>
    </w:p>
    <w:p>
      <w:r>
        <w:rPr>
          <w:b/>
        </w:rPr>
        <w:t xml:space="preserve">[46:44] </w:t>
      </w:r>
      <w:r>
        <w:t>lekan woh kitab batati hai ke jis phenomenon ko unhon nay samjha ke karam ka ka yeh chakar</w:t>
      </w:r>
    </w:p>
    <w:p>
      <w:pPr>
        <w:jc w:val="right"/>
      </w:pPr>
      <w:r>
        <w:t>لیکن وہ کتاب بتاتی ہے کہ جس فیناومینا کو انہوں نے سمجھا کہ کرم کا کا یہ چکر</w:t>
      </w:r>
    </w:p>
    <w:p>
      <w:r>
        <w:rPr>
          <w:b/>
        </w:rPr>
        <w:t xml:space="preserve">[46:52] </w:t>
      </w:r>
      <w:r>
        <w:t>hai woh phenomenon haqeeqat mein law of nature ka masla tha woh to is tarah ki cheezen jo</w:t>
      </w:r>
    </w:p>
    <w:p>
      <w:pPr>
        <w:jc w:val="right"/>
      </w:pPr>
      <w:r>
        <w:t>ہے وہ فیناومینا حقیقت میں لاء اف نیچر کا مسئلہ تھا وہ تو اس طرح کی چیزیں جو</w:t>
      </w:r>
    </w:p>
    <w:p>
      <w:r>
        <w:rPr>
          <w:b/>
        </w:rPr>
        <w:t xml:space="preserve">[46:59] </w:t>
      </w:r>
      <w:r>
        <w:t>us zamanay mein hui hain ke jo deen quran mein pesh kiya gaya hai woh reestablish ho</w:t>
      </w:r>
    </w:p>
    <w:p>
      <w:pPr>
        <w:jc w:val="right"/>
      </w:pPr>
      <w:r>
        <w:t>اس زمانے میں ہوئی ہیں کہ جو دین قرآن میں پیش کیا گیا ہے وہ ری اسٹیبلش ہو</w:t>
      </w:r>
    </w:p>
    <w:p>
      <w:r>
        <w:rPr>
          <w:b/>
        </w:rPr>
        <w:t xml:space="preserve">[47:07] </w:t>
      </w:r>
      <w:r>
        <w:t>gaya hai reestablish ho gaya hai to aaj ka insan kay liye woh dobara qabil e fahm ho</w:t>
      </w:r>
    </w:p>
    <w:p>
      <w:pPr>
        <w:jc w:val="right"/>
      </w:pPr>
      <w:r>
        <w:t>گیا ہے ری اسٹیبلش ہو گیا ہے تو اج کا انسان کے لیے وہ دوبارہ قابل فہم ہو</w:t>
      </w:r>
    </w:p>
    <w:p>
      <w:r>
        <w:rPr>
          <w:b/>
        </w:rPr>
        <w:t xml:space="preserve">[47:15] </w:t>
      </w:r>
      <w:r>
        <w:t>gaya hai ab mein aik baat aap say arz karunga marifat ko lay kar ke yani realization</w:t>
      </w:r>
    </w:p>
    <w:p>
      <w:pPr>
        <w:jc w:val="right"/>
      </w:pPr>
      <w:r>
        <w:t>گیا ہے اب میں ایک بات اپ سے عرض کروں گا معرفت کو لے کر کے یعنی ریلائزیشن</w:t>
      </w:r>
    </w:p>
    <w:p>
      <w:r>
        <w:rPr>
          <w:b/>
        </w:rPr>
        <w:t xml:space="preserve">[47:22] </w:t>
      </w:r>
      <w:r>
        <w:t>اف گاڈ دیکھیے گاڈ کا کی معرفت گاڈ کا ریلائزیشن یا گاڈ کی ڈسکوری یہی پرائس ہے پیراڈائز</w:t>
      </w:r>
    </w:p>
    <w:p>
      <w:pPr>
        <w:jc w:val="right"/>
      </w:pPr>
      <w:r>
        <w:t>اف گاڈ دیکھیے گاڈ کا کی معرفت گاڈ کا ریلائزیشن یا گاڈ کی ڈسکوری یہی پرائس ہے پارائیڈائز</w:t>
      </w:r>
    </w:p>
    <w:p>
      <w:r>
        <w:rPr>
          <w:b/>
        </w:rPr>
        <w:t xml:space="preserve">[47:30] </w:t>
      </w:r>
      <w:r>
        <w:t>ki jo aadmi chahta hai ke woh maut kay baad ki zindagi mein us ko jannat milay to</w:t>
      </w:r>
    </w:p>
    <w:p>
      <w:pPr>
        <w:jc w:val="right"/>
      </w:pPr>
      <w:r>
        <w:t>کی جو ادمی چاہتا ہے کہ وہ موت کے بعد کی زندگی میں اس کو جنت ملے تو</w:t>
      </w:r>
    </w:p>
    <w:p>
      <w:r>
        <w:rPr>
          <w:b/>
        </w:rPr>
        <w:t xml:space="preserve">[47:38] </w:t>
      </w:r>
      <w:r>
        <w:t>us ko yeh proof dena paray ga ke us nay God ko talash kiya woh aik seeker tha</w:t>
      </w:r>
    </w:p>
    <w:p>
      <w:pPr>
        <w:jc w:val="right"/>
      </w:pPr>
      <w:r>
        <w:t>اس کو یہ پروف دینا پڑے گا کہ اس نے گاڈ کو تلاش کیا وہ ایک سیکر تھا</w:t>
      </w:r>
    </w:p>
    <w:p>
      <w:r>
        <w:rPr>
          <w:b/>
        </w:rPr>
        <w:t xml:space="preserve">[47:46] </w:t>
      </w:r>
      <w:r>
        <w:t>aur phir us ko finding hui phir us nay God ko discover kiya aur us ko apnay andar</w:t>
      </w:r>
    </w:p>
    <w:p>
      <w:pPr>
        <w:jc w:val="right"/>
      </w:pPr>
      <w:r>
        <w:t>اور پھر اس کو فائنڈنگ ہوئی پھر اس نے گاڈ کو ڈسکور کیا اور اس کو اپنے اندر</w:t>
      </w:r>
    </w:p>
    <w:p>
      <w:r>
        <w:rPr>
          <w:b/>
        </w:rPr>
        <w:t xml:space="preserve">[47:53] </w:t>
      </w:r>
      <w:r>
        <w:t>utar liya isi kay isi kay oopar apni zindagi ko us nay dhal liya yahi hai paradise ka</w:t>
      </w:r>
    </w:p>
    <w:p>
      <w:pPr>
        <w:jc w:val="right"/>
      </w:pPr>
      <w:r>
        <w:t>اتار لیا اسی کے اسی کے اوپر اپنی زندگی کو اس نے ڈھال لیا یہی ہے پارائیڈائز کا</w:t>
      </w:r>
    </w:p>
    <w:p>
      <w:r>
        <w:rPr>
          <w:b/>
        </w:rPr>
        <w:t xml:space="preserve">[48:01] </w:t>
      </w:r>
      <w:r>
        <w:t>certificate to is mein mein aik baat yeh kahunga ke kuch log yeh samajhtay hain ke logic</w:t>
      </w:r>
    </w:p>
    <w:p>
      <w:pPr>
        <w:jc w:val="right"/>
      </w:pPr>
      <w:r>
        <w:t>سرٹیفیکیٹ تو اس میں میں ایک بات یہ کہوں گا کہ کچھ لوگ یہ سمجھتے ہیں کہ لاجک</w:t>
      </w:r>
    </w:p>
    <w:p>
      <w:r>
        <w:rPr>
          <w:b/>
        </w:rPr>
        <w:t xml:space="preserve">[48:09] </w:t>
      </w:r>
      <w:r>
        <w:t>aur reason say aadmi pohanch sakta hai is Khuda kay gyan tak mein samajhta hoon ke logic ya</w:t>
      </w:r>
    </w:p>
    <w:p>
      <w:pPr>
        <w:jc w:val="right"/>
      </w:pPr>
      <w:r>
        <w:t>اور ریزن سے ادمی پہنچ سکتا ہے اس خدا کے گیان تک میں سمجھتا ہوں کہ لاجک یا</w:t>
      </w:r>
    </w:p>
    <w:p>
      <w:r>
        <w:rPr>
          <w:b/>
        </w:rPr>
        <w:t xml:space="preserve">[48:16] </w:t>
      </w:r>
      <w:r>
        <w:t>reason sirf shuru ka darwaza hai shuru ka door hai woh kafi nahi hai logic aur reason aap</w:t>
      </w:r>
    </w:p>
    <w:p>
      <w:pPr>
        <w:jc w:val="right"/>
      </w:pPr>
      <w:r>
        <w:t>ریزن صرف شروع کا دروازہ ہے شروع کا ڈور ہے وہ کافی نہیں ہے لاجک اور ریزن اپ</w:t>
      </w:r>
    </w:p>
    <w:p>
      <w:r>
        <w:rPr>
          <w:b/>
        </w:rPr>
        <w:t xml:space="preserve">[48:24] </w:t>
      </w:r>
      <w:r>
        <w:t>apply kar saktay hain lekin agar aap yeh samjhen ke logic aur reason say aap sari baat pa</w:t>
      </w:r>
    </w:p>
    <w:p>
      <w:pPr>
        <w:jc w:val="right"/>
      </w:pPr>
      <w:r>
        <w:t>اپلائی کر سکتے ہیں لیکن اگر اپ یہ سمجھیں کہ لاجک اور ریزن سے اپ ساری بات پا</w:t>
      </w:r>
    </w:p>
    <w:p>
      <w:r>
        <w:rPr>
          <w:b/>
        </w:rPr>
        <w:t xml:space="preserve">[48:32] </w:t>
      </w:r>
      <w:r>
        <w:t>saktay hain to aap kabhi nahi payenge aur Khuda ka sacha realization aap ko kabhi nahi ho</w:t>
      </w:r>
    </w:p>
    <w:p>
      <w:pPr>
        <w:jc w:val="right"/>
      </w:pPr>
      <w:r>
        <w:t>سکتے ہیں تو اپ کبھی نہیں پائیں گے اور خدا کا سچا ریلائزیشن اپ کو کبھی نہیں ہو</w:t>
      </w:r>
    </w:p>
    <w:p>
      <w:r>
        <w:rPr>
          <w:b/>
        </w:rPr>
        <w:t xml:space="preserve">[48:40] </w:t>
      </w:r>
      <w:r>
        <w:t>ske ga yani woh woh realization jo jannat ka ya paradise ka certificate ban sakta hai dekhen kis</w:t>
      </w:r>
    </w:p>
    <w:p>
      <w:pPr>
        <w:jc w:val="right"/>
      </w:pPr>
      <w:r>
        <w:t>سکے گا یعنی وہ وہ ریلائزیشن جو جنت کا یا پارائیڈائز کا سرٹیفیکیٹ بن سکتا ہے دیکھیں کس</w:t>
      </w:r>
    </w:p>
    <w:p>
      <w:r>
        <w:rPr>
          <w:b/>
        </w:rPr>
        <w:t xml:space="preserve">[48:47] </w:t>
      </w:r>
      <w:r>
        <w:t>tarah se is tarah se ke ek hai reason ki faculty jo aap ke mind mein hai is</w:t>
      </w:r>
    </w:p>
    <w:p>
      <w:pPr>
        <w:jc w:val="right"/>
      </w:pPr>
      <w:r>
        <w:t>طرح سے اس طرح سے کہ ایک ہے ریزن کی فیکلٹی جو اپ کے مائنڈ میں ہے اس</w:t>
      </w:r>
    </w:p>
    <w:p>
      <w:r>
        <w:rPr>
          <w:b/>
        </w:rPr>
        <w:t xml:space="preserve">[48:55] </w:t>
      </w:r>
      <w:r>
        <w:t>par is ko le kar ke aap sochte hain logical argument ikattha karte hain aur phir aap ko</w:t>
      </w:r>
    </w:p>
    <w:p>
      <w:pPr>
        <w:jc w:val="right"/>
      </w:pPr>
      <w:r>
        <w:t>پر اس کو لے کر کے اپ سوچتے ہیں لاجیکل ارگومنٹ اکٹھا کرتے ہیں اور پھر اپ کو</w:t>
      </w:r>
    </w:p>
    <w:p>
      <w:r>
        <w:rPr>
          <w:b/>
        </w:rPr>
        <w:t xml:space="preserve">[49:03] </w:t>
      </w:r>
      <w:r>
        <w:t>aql rationally mutmain ho jata hai ke yeh baat yahan par hai lekin jahan tak khuda ka mamla</w:t>
      </w:r>
    </w:p>
    <w:p>
      <w:pPr>
        <w:jc w:val="right"/>
      </w:pPr>
      <w:r>
        <w:t>عقل ریشنلی مطمئن ہو جاتا ہے کہ یہ بات یہاں پر ہے لیکن جہاں تک خدا کا معاملہ</w:t>
      </w:r>
    </w:p>
    <w:p>
      <w:r>
        <w:rPr>
          <w:b/>
        </w:rPr>
        <w:t xml:space="preserve">[49:10] </w:t>
      </w:r>
      <w:r>
        <w:t>hai yahan ek aur cheez hai yahan ek aur cheez hai woh kya woh yeh hai ke insan</w:t>
      </w:r>
    </w:p>
    <w:p>
      <w:pPr>
        <w:jc w:val="right"/>
      </w:pPr>
      <w:r>
        <w:t>ہے یہاں ایک اور چیز ہے یہاں ایک اور چیز ہے وہ کیا وہ یہ ہے کہ انسان</w:t>
      </w:r>
    </w:p>
    <w:p>
      <w:r>
        <w:rPr>
          <w:b/>
        </w:rPr>
        <w:t xml:space="preserve">[49:18] </w:t>
      </w:r>
      <w:r>
        <w:t>ke andar khuda ka jo khuda ka jo concept hai woh introven hai hamare pura nature jo hai</w:t>
      </w:r>
    </w:p>
    <w:p>
      <w:pPr>
        <w:jc w:val="right"/>
      </w:pPr>
      <w:r>
        <w:t>کے اندر خدا کا جو خدا کا جو کانسیپٹ ہے وہ انٹرپروین ہے ہمارے پورا نیچر جو ہے</w:t>
      </w:r>
    </w:p>
    <w:p>
      <w:r>
        <w:rPr>
          <w:b/>
        </w:rPr>
        <w:t xml:space="preserve">[49:26] </w:t>
      </w:r>
      <w:r>
        <w:t>us pe dhala hua hai is ka ek counterpart hamare andar maujood hai to jab hum is</w:t>
      </w:r>
    </w:p>
    <w:p>
      <w:pPr>
        <w:jc w:val="right"/>
      </w:pPr>
      <w:r>
        <w:t>اس پہ ڈھلا ہوا ہے اس کا ایک کاؤنٹر پارٹ ہمارے اندر موجود ہے تو جب ہم اس</w:t>
      </w:r>
    </w:p>
    <w:p>
      <w:r>
        <w:rPr>
          <w:b/>
        </w:rPr>
        <w:t xml:space="preserve">[49:34] </w:t>
      </w:r>
      <w:r>
        <w:t>par hamari seeking agar seeking mein hum sachche hain aur apni seeking ke process ko barhate hain barhate</w:t>
      </w:r>
    </w:p>
    <w:p>
      <w:pPr>
        <w:jc w:val="right"/>
      </w:pPr>
      <w:r>
        <w:t>پر ہماری سیکنگ اگر سیکنگ میں ہم سچے ہیں اور اپنی سیکنگ کے پراسیس کو بڑھاتے ہیں بڑھاتے</w:t>
      </w:r>
    </w:p>
    <w:p>
      <w:r>
        <w:rPr>
          <w:b/>
        </w:rPr>
        <w:t xml:space="preserve">[49:41] </w:t>
      </w:r>
      <w:r>
        <w:t>hain barhate hain to kya hoga ke andar jo khuda ka rakha hua hai pehchan woh is is</w:t>
      </w:r>
    </w:p>
    <w:p>
      <w:pPr>
        <w:jc w:val="right"/>
      </w:pPr>
      <w:r>
        <w:t>ہیں بڑھاتے ہیں تو کیا ہوگا کہ اندر جو خدا کا رکھا ہوا ہے پہچان وہ اس اس</w:t>
      </w:r>
    </w:p>
    <w:p>
      <w:r>
        <w:rPr>
          <w:b/>
        </w:rPr>
        <w:t xml:space="preserve">[49:49] </w:t>
      </w:r>
      <w:r>
        <w:t>se contact ho jata hai yani pehle aap ki reason jo hai woh satisfy karti hai aap ko</w:t>
      </w:r>
    </w:p>
    <w:p>
      <w:pPr>
        <w:jc w:val="right"/>
      </w:pPr>
      <w:r>
        <w:t>سے کنٹیکٹ ہو جاتا ہے یعنی پہلے اپ کی ریزن جو ہے وہ سیٹسفائی کرتی ہے اپ کو</w:t>
      </w:r>
    </w:p>
    <w:p>
      <w:r>
        <w:rPr>
          <w:b/>
        </w:rPr>
        <w:t xml:space="preserve">[49:57] </w:t>
      </w:r>
      <w:r>
        <w:t>ke khuda hai phir aap ke soul mein aap ke andar jo khuda ki marifat rakhi hui hai</w:t>
      </w:r>
    </w:p>
    <w:p>
      <w:pPr>
        <w:jc w:val="right"/>
      </w:pPr>
      <w:r>
        <w:t>کہ خدا ہے پھر اپ کے سول میں اپ کے اندر جو خدا کی معرفت رکھی ہوئی ہے</w:t>
      </w:r>
    </w:p>
    <w:p>
      <w:r>
        <w:rPr>
          <w:b/>
        </w:rPr>
        <w:t xml:space="preserve">[50:04] </w:t>
      </w:r>
      <w:r>
        <w:t>jo khuda ki pehchan rakhi hui hai us ki satah par aap ka khuda se contact ho jata</w:t>
      </w:r>
    </w:p>
    <w:p>
      <w:pPr>
        <w:jc w:val="right"/>
      </w:pPr>
      <w:r>
        <w:t>جو خدا کی پہچان رکھی ہوئی ہے اس کی سطح پر اپ کا خدا سے کنٹیکٹ ہو جاتا</w:t>
      </w:r>
    </w:p>
    <w:p>
      <w:r>
        <w:rPr>
          <w:b/>
        </w:rPr>
        <w:t xml:space="preserve">[50:12] </w:t>
      </w:r>
      <w:r>
        <w:t>hai to asal marifat wahi hai jab tak andar ke jo andar jo aap ka gyan hai us</w:t>
      </w:r>
    </w:p>
    <w:p>
      <w:pPr>
        <w:jc w:val="right"/>
      </w:pPr>
      <w:r>
        <w:t>ہے تو اصل معرفت وہی ہے جب تک اندر کے جو اندر جو اپ کا گیان ہے اس</w:t>
      </w:r>
    </w:p>
    <w:p>
      <w:r>
        <w:rPr>
          <w:b/>
        </w:rPr>
        <w:t xml:space="preserve">[50:20] </w:t>
      </w:r>
      <w:r>
        <w:t>se contact na ho jaye khuda ka tab tak sach manne mein khuda ko aap ne paya hi</w:t>
      </w:r>
    </w:p>
    <w:p>
      <w:pPr>
        <w:jc w:val="right"/>
      </w:pPr>
      <w:r>
        <w:t>سے کنٹیکٹ نہ ہو جائے خدا کا تب تک سچ ماننے میں خدا کو اپ نے پایا ہی</w:t>
      </w:r>
    </w:p>
    <w:p>
      <w:r>
        <w:rPr>
          <w:b/>
        </w:rPr>
        <w:t xml:space="preserve">[50:28] </w:t>
      </w:r>
      <w:r>
        <w:t>nahi hai yeh kaise hota hai is tarah hota hai ke aap reason se talash karte karte logic</w:t>
      </w:r>
    </w:p>
    <w:p>
      <w:pPr>
        <w:jc w:val="right"/>
      </w:pPr>
      <w:r>
        <w:t>نہیں ہے یہ کیسے ہوتا ہے اس طرح ہوتا ہے کہ اپ ریزن سے تلاش کرتے کرتے لاجک</w:t>
      </w:r>
    </w:p>
    <w:p>
      <w:r>
        <w:rPr>
          <w:b/>
        </w:rPr>
        <w:t xml:space="preserve">[50:35] </w:t>
      </w:r>
      <w:r>
        <w:t>se talash karte karte ek maqam woh aata hai jab ke woh aap aap ki discovery correspond kar</w:t>
      </w:r>
    </w:p>
    <w:p>
      <w:pPr>
        <w:jc w:val="right"/>
      </w:pPr>
      <w:r>
        <w:t>سے تلاش کرتے کرتے ایک مقام وہ اتا ہے جب کہ وہ اپ اپ کی ڈسکوری کریسپونڈ کر</w:t>
      </w:r>
    </w:p>
    <w:p>
      <w:r>
        <w:rPr>
          <w:b/>
        </w:rPr>
        <w:t xml:space="preserve">[50:43] </w:t>
      </w:r>
      <w:r>
        <w:t>jati hai us se jo mind mein aap ke pehle se yani objective mutala objective study se ek</w:t>
      </w:r>
    </w:p>
    <w:p>
      <w:pPr>
        <w:jc w:val="right"/>
      </w:pPr>
      <w:r>
        <w:t>جاتی ہے اس سے جو مائنڈ میں اپ کے پہلے سے یعنی ابجیکٹو مطالعہ ابجیکٹو اسٹڈی سے ایک</w:t>
      </w:r>
    </w:p>
    <w:p>
      <w:r>
        <w:rPr>
          <w:b/>
        </w:rPr>
        <w:t xml:space="preserve">[50:51] </w:t>
      </w:r>
      <w:r>
        <w:t>cheez aap discover karte hain aur phir hote hote woh nabat aati hai ke aap ka jo andar</w:t>
      </w:r>
    </w:p>
    <w:p>
      <w:pPr>
        <w:jc w:val="right"/>
      </w:pPr>
      <w:r>
        <w:t>چیز اپ ڈسکور کرتے ہیں اور پھر ہوتے ہوتے وہ نوبت اتی ہے کہ اپ کا جو اندر</w:t>
      </w:r>
    </w:p>
    <w:p>
      <w:r>
        <w:rPr>
          <w:b/>
        </w:rPr>
        <w:t xml:space="preserve">[50:58] </w:t>
      </w:r>
      <w:r>
        <w:t>ka mind hai us se correspond kar jata hai isi waqt aap ka contact khuda se banta hai</w:t>
      </w:r>
    </w:p>
    <w:p>
      <w:pPr>
        <w:jc w:val="right"/>
      </w:pPr>
      <w:r>
        <w:t>کا مائنڈ ہے اس سے کریسپونڈ کر جاتا ہے اسی وقت اپ کا کنٹیکٹ خدا سے بنتا ہے</w:t>
      </w:r>
    </w:p>
    <w:p>
      <w:r>
        <w:rPr>
          <w:b/>
        </w:rPr>
        <w:t xml:space="preserve">[51:06] </w:t>
      </w:r>
      <w:r>
        <w:t>us ke baghair khuda se contact nahi banta aap ka yahan mein yeh arz karunga ke khud</w:t>
      </w:r>
    </w:p>
    <w:p>
      <w:pPr>
        <w:jc w:val="right"/>
      </w:pPr>
      <w:r>
        <w:t>اس کے بغیر خدا سے کنٹیکٹ نہیں بنتا اپ کا یہاں میں یہ عرض کروں گا کہ خود</w:t>
      </w:r>
    </w:p>
    <w:p>
      <w:r>
        <w:rPr>
          <w:b/>
        </w:rPr>
        <w:t xml:space="preserve">[51:14] </w:t>
      </w:r>
      <w:r>
        <w:t>spiritual development ke liye khuda ne duniya mein woh rakh diye hain yani model rakh diye hain model</w:t>
      </w:r>
    </w:p>
    <w:p>
      <w:pPr>
        <w:jc w:val="right"/>
      </w:pPr>
      <w:r>
        <w:t>اسپیریچول ڈیولپمنٹ کے لیے خدا نے دنیا میں وہ رکھ دیے ہیں یعنی ماڈل رکھ دیے ہیں ماڈل</w:t>
      </w:r>
    </w:p>
    <w:p>
      <w:r>
        <w:rPr>
          <w:b/>
        </w:rPr>
        <w:t xml:space="preserve">[51:22] </w:t>
      </w:r>
      <w:r>
        <w:t>rakh diye hain batane ke liye ke spiritual development aap kaise karen is ke liye duniya mein misalein</w:t>
      </w:r>
    </w:p>
    <w:p>
      <w:pPr>
        <w:jc w:val="right"/>
      </w:pPr>
      <w:r>
        <w:t>رکھ دیے ہیں بتانے کے لیے کہ اسپیریچول ڈیولپمنٹ اپ کیسے کریں اس کے لیے دنیا میں مثالیں</w:t>
      </w:r>
    </w:p>
    <w:p>
      <w:r>
        <w:rPr>
          <w:b/>
        </w:rPr>
        <w:t xml:space="preserve">[51:29] </w:t>
      </w:r>
      <w:r>
        <w:t>rakh di hain woh misalein aap ko batati hain ke aap kis tarah se apne spiritual development ke</w:t>
      </w:r>
    </w:p>
    <w:p>
      <w:pPr>
        <w:jc w:val="right"/>
      </w:pPr>
      <w:r>
        <w:t>رکھ دی ہیں وہ مثالیں اپ کو بتاتی ہیں کہ اپ کس طرح سے اپنے اسپیریچول ڈیولپمنٹ کے</w:t>
      </w:r>
    </w:p>
    <w:p>
      <w:r>
        <w:rPr>
          <w:b/>
        </w:rPr>
        <w:t xml:space="preserve">[51:37] </w:t>
      </w:r>
      <w:r>
        <w:t>process ko chalayen jaise for example dekhiye yani mein yeh kahunga ke woh jo hamein us ko</w:t>
      </w:r>
    </w:p>
    <w:p>
      <w:pPr>
        <w:jc w:val="right"/>
      </w:pPr>
      <w:r>
        <w:t>پراسیس کو چلائیں جیسے فار ایگزامپل دیکھیے یعنی میں یہ کہوں گا کہ وہ جو ہمیں اس کو</w:t>
      </w:r>
    </w:p>
    <w:p>
      <w:r>
        <w:rPr>
          <w:b/>
        </w:rPr>
        <w:t xml:space="preserve">[51:45] </w:t>
      </w:r>
      <w:r>
        <w:t>hum is tarah bhi keh sakte hain ke jo finding hamein honi hai woh apne nature is ka</w:t>
      </w:r>
    </w:p>
    <w:p>
      <w:pPr>
        <w:jc w:val="right"/>
      </w:pPr>
      <w:r>
        <w:t>ہم اس طرح بھی کہہ سکتے ہیں کہ جو فائنڈنگ ہمیں ہونی ہے وہ اپنے نیچر اس کا</w:t>
      </w:r>
    </w:p>
    <w:p>
      <w:r>
        <w:rPr>
          <w:b/>
        </w:rPr>
        <w:t xml:space="preserve">[51:52] </w:t>
      </w:r>
      <w:r>
        <w:t>nahi woh apne nature mein woh non material hai ek non material finding honi hai hum ko lekin</w:t>
      </w:r>
    </w:p>
    <w:p>
      <w:pPr>
        <w:jc w:val="right"/>
      </w:pPr>
      <w:r>
        <w:t>نہیں وہ اپنے نیچر میں وہ نان مٹیریل ہے ایک نان مٹیریل فائنڈنگ ہونی ہے ہم کو لیکن</w:t>
      </w:r>
    </w:p>
    <w:p>
      <w:r>
        <w:rPr>
          <w:b/>
        </w:rPr>
        <w:t xml:space="preserve">[52:00] </w:t>
      </w:r>
      <w:r>
        <w:t>is non material finding ka ek material model bahar rakh diya gaya hai ek material namuna yun keh</w:t>
      </w:r>
    </w:p>
    <w:p>
      <w:pPr>
        <w:jc w:val="right"/>
      </w:pPr>
      <w:r>
        <w:t>اس نان مٹیریل فائنڈنگ کا ایک مٹیریل ماڈل باہر رکھ دیا گیا ہے ایک مٹیریل نمونہ یوں کہہ</w:t>
      </w:r>
    </w:p>
    <w:p>
      <w:r>
        <w:rPr>
          <w:b/>
        </w:rPr>
        <w:t xml:space="preserve">[52:08] </w:t>
      </w:r>
      <w:r>
        <w:t>sakte hain ke is ka ek material demonstration non material finding jo hogi hamare andar is ka ek</w:t>
      </w:r>
    </w:p>
    <w:p>
      <w:pPr>
        <w:jc w:val="right"/>
      </w:pPr>
      <w:r>
        <w:t>سکتے ہیں کہ اس کا ایک مٹیریل ڈیمونسٹریشن نان مٹیریل فائنڈنگ جو ہوگی ہمارے اندر اس کا ایک</w:t>
      </w:r>
    </w:p>
    <w:p>
      <w:r>
        <w:rPr>
          <w:b/>
        </w:rPr>
        <w:t xml:space="preserve">[52:16] </w:t>
      </w:r>
      <w:r>
        <w:t>material demonstration rakh diya gaya hai bahar hamare mein is ka ek do misaal doon ga aap ko</w:t>
      </w:r>
    </w:p>
    <w:p>
      <w:pPr>
        <w:jc w:val="right"/>
      </w:pPr>
      <w:r>
        <w:t>مٹیریل ڈیمونسٹریشن رکھ دیا گیا ہے باہر ہمارے میں اس کا ایک دو مثال دوں گا اپ کو</w:t>
      </w:r>
    </w:p>
    <w:p>
      <w:r>
        <w:rPr>
          <w:b/>
        </w:rPr>
        <w:t xml:space="preserve">[52:23] </w:t>
      </w:r>
      <w:r>
        <w:t>is ko clear karne ke liye jaise Allah se qurbat Allah se contact yeh sab se bari cheez</w:t>
      </w:r>
    </w:p>
    <w:p>
      <w:pPr>
        <w:jc w:val="right"/>
      </w:pPr>
      <w:r>
        <w:t>اس کو کلیئر کرنے کے لیے جیسے اللہ سے قربت اللہ سے کنٹیکٹ یہ سب سے بڑی چیز</w:t>
      </w:r>
    </w:p>
    <w:p>
      <w:r>
        <w:rPr>
          <w:b/>
        </w:rPr>
        <w:t xml:space="preserve">[52:31] </w:t>
      </w:r>
      <w:r>
        <w:t>hai is ka ek ek material demonstration kya hai woh power house ka mamla aap apne ghar mein</w:t>
      </w:r>
    </w:p>
    <w:p>
      <w:pPr>
        <w:jc w:val="right"/>
      </w:pPr>
      <w:r>
        <w:t>ہے اس کا ایک ایک مٹیریل ڈیمونسٹریشن کیا ہے وہ پاور ہاؤس کا معاملہ اپ اپنے گھر میں</w:t>
      </w:r>
    </w:p>
    <w:p>
      <w:r>
        <w:rPr>
          <w:b/>
        </w:rPr>
        <w:t xml:space="preserve">[52:39] </w:t>
      </w:r>
      <w:r>
        <w:t>bijli ki fitting karain pankha laga lain aur bulb laga lain woh kuch bhi is mein pankha chale</w:t>
      </w:r>
    </w:p>
    <w:p>
      <w:pPr>
        <w:jc w:val="right"/>
      </w:pPr>
      <w:r>
        <w:t>بجلی کی فٹنگ کرائیں پنکھا لگا لیں اور بلب لگا لیں وہ کچھ بھی اس میں پنکھا چلے</w:t>
      </w:r>
    </w:p>
    <w:p>
      <w:r>
        <w:rPr>
          <w:b/>
        </w:rPr>
        <w:t xml:space="preserve">[52:46] </w:t>
      </w:r>
      <w:r>
        <w:t>ga nahi bulb roshni nahi de ga lekin jaise hi aap ka connection power house ka ho jata</w:t>
      </w:r>
    </w:p>
    <w:p>
      <w:pPr>
        <w:jc w:val="right"/>
      </w:pPr>
      <w:r>
        <w:t>گا نہیں بلب روشنی نہیں دے گا لیکن جیسے ہی اپ کا کنیکشن پاور ہاؤس کا ہو جاتا</w:t>
      </w:r>
    </w:p>
    <w:p>
      <w:r>
        <w:rPr>
          <w:b/>
        </w:rPr>
        <w:t xml:space="preserve">[52:54] </w:t>
      </w:r>
      <w:r>
        <w:t>hai to achaanak aap dekhte hain ke bijli yaani woh bulb jal gaya pankha bhi chalne laga machine</w:t>
      </w:r>
    </w:p>
    <w:p>
      <w:pPr>
        <w:jc w:val="right"/>
      </w:pPr>
      <w:r>
        <w:t>ہے تو اچانک اپ دیکھتے ہیں کہ بجلی یعنی وہ بلب جل گیا پنکھا بھی چلنے لگا مشین</w:t>
      </w:r>
    </w:p>
    <w:p>
      <w:r>
        <w:rPr>
          <w:b/>
        </w:rPr>
        <w:t xml:space="preserve">[53:02] </w:t>
      </w:r>
      <w:r>
        <w:t>chalne lagi yeh hai connection hona is tarah se yeh yeh material demonstration hai is baat ka ke</w:t>
      </w:r>
    </w:p>
    <w:p>
      <w:pPr>
        <w:jc w:val="right"/>
      </w:pPr>
      <w:r>
        <w:t>چلنے لگی یہ ہے کنیکشن ہونا اس طرح سے یہ یہ مٹیریل ڈیمونسٹریشن ہے اس بات کا کہ</w:t>
      </w:r>
    </w:p>
    <w:p>
      <w:r>
        <w:rPr>
          <w:b/>
        </w:rPr>
        <w:t xml:space="preserve">[53:10] </w:t>
      </w:r>
      <w:r>
        <w:t>jab tak tumhare soul ka connection Khuda se nahi banega tab tak tumhara andar andhera rahega</w:t>
      </w:r>
    </w:p>
    <w:p>
      <w:pPr>
        <w:jc w:val="right"/>
      </w:pPr>
      <w:r>
        <w:t>جب تک تمہارے سول کا کریکشن خدا سے نہیں بنے گا تب تک تمہارا اندر اندھیرا رہے گا</w:t>
      </w:r>
    </w:p>
    <w:p>
      <w:r>
        <w:rPr>
          <w:b/>
        </w:rPr>
        <w:t xml:space="preserve">[53:17] </w:t>
      </w:r>
      <w:r>
        <w:t>aap ke kamre mein kitne sare bulb lage hue hon lekin agar power house se connection nahi hai</w:t>
      </w:r>
    </w:p>
    <w:p>
      <w:pPr>
        <w:jc w:val="right"/>
      </w:pPr>
      <w:r>
        <w:t>اپ کے کمرے میں کتنے سارے بلب لگے ہوئے ہوں لیکن اگر پاور ہاؤس سے کنیکشن نہیں ہے</w:t>
      </w:r>
    </w:p>
    <w:p>
      <w:r>
        <w:rPr>
          <w:b/>
        </w:rPr>
        <w:t xml:space="preserve">[53:25] </w:t>
      </w:r>
      <w:r>
        <w:t>to kamre mein andhera rahega yeh ek material demonstration hai is non material haqeeqat ka jo aap</w:t>
      </w:r>
    </w:p>
    <w:p>
      <w:pPr>
        <w:jc w:val="right"/>
      </w:pPr>
      <w:r>
        <w:t>تو کمرے میں اندھیرا رہے گا یہ ایک مٹیریل ڈیمونسٹریشن ہے اس نان مٹیریل حقیقت کا جو اپ</w:t>
      </w:r>
    </w:p>
    <w:p>
      <w:r>
        <w:rPr>
          <w:b/>
        </w:rPr>
        <w:t xml:space="preserve">[53:33] </w:t>
      </w:r>
      <w:r>
        <w:t>ke andar hai ke Khuda se contact banao agar tum chahte ho ke tumhara andar ka andhera door</w:t>
      </w:r>
    </w:p>
    <w:p>
      <w:pPr>
        <w:jc w:val="right"/>
      </w:pPr>
      <w:r>
        <w:t>کے اندر ہے کہ خدا سے کنٹیکٹ بناؤ اگر تم چاہتے ہو کہ تمہارا اندر کا اندھیرا دور</w:t>
      </w:r>
    </w:p>
    <w:p>
      <w:r>
        <w:rPr>
          <w:b/>
        </w:rPr>
        <w:t xml:space="preserve">[53:40] </w:t>
      </w:r>
      <w:r>
        <w:t>ho aur tumhare andar sachai ki roshni aa jaye is tarah se dekhiye ek aur misaal mein doon de</w:t>
      </w:r>
    </w:p>
    <w:p>
      <w:pPr>
        <w:jc w:val="right"/>
      </w:pPr>
      <w:r>
        <w:t>ہو اور تمہارے اندر سچائی کی روشنی اجائے اس طرح سے دیکھیے ایک اور مثال میں دوں ڈی</w:t>
      </w:r>
    </w:p>
    <w:p>
      <w:r>
        <w:rPr>
          <w:b/>
        </w:rPr>
        <w:t xml:space="preserve">[53:48] </w:t>
      </w:r>
      <w:r>
        <w:t>conditioning mere nazdeek bohat bara yaani bohat bara kaam hai de conditioning ke baghair koi aadmi aage ka</w:t>
      </w:r>
    </w:p>
    <w:p>
      <w:pPr>
        <w:jc w:val="right"/>
      </w:pPr>
      <w:r>
        <w:t>کنڈیشننگ میرے نزدیک بہت بڑا یعنی بہت بڑا کام ہے ڈی کنڈیشننگ کے بغیر کوئی ادمی اگے کا</w:t>
      </w:r>
    </w:p>
    <w:p>
      <w:r>
        <w:rPr>
          <w:b/>
        </w:rPr>
        <w:t xml:space="preserve">[53:56] </w:t>
      </w:r>
      <w:r>
        <w:t>safar tay nahi kar sakta sachai ka jo safar hamein tay karna hai woh safar is safar ka</w:t>
      </w:r>
    </w:p>
    <w:p>
      <w:pPr>
        <w:jc w:val="right"/>
      </w:pPr>
      <w:r>
        <w:t>سفر طے نہیں کر سکتا سچائی کا جو سفر ہمیں طے کرنا ہے وہ سفر اس سفر کا</w:t>
      </w:r>
    </w:p>
    <w:p>
      <w:r>
        <w:rPr>
          <w:b/>
        </w:rPr>
        <w:t xml:space="preserve">[54:04] </w:t>
      </w:r>
      <w:r>
        <w:t>jo starting point hai woh de conditioning hai is ka starting point de conditioning hai to de conditioning</w:t>
      </w:r>
    </w:p>
    <w:p>
      <w:pPr>
        <w:jc w:val="right"/>
      </w:pPr>
      <w:r>
        <w:t>جو سٹارٹنگ پوائنٹ ہے وہ ڈی کنڈیشننگ ہے اس کا سٹارٹنگ پوائنٹ ڈی کنڈیشننگ ہے تو ڈی کنڈیشننگ</w:t>
      </w:r>
    </w:p>
    <w:p>
      <w:r>
        <w:rPr>
          <w:b/>
        </w:rPr>
        <w:t xml:space="preserve">[54:11] </w:t>
      </w:r>
      <w:r>
        <w:t>ek non material process hai jo aap ke andar chalta hai non material process lekin is ka ek</w:t>
      </w:r>
    </w:p>
    <w:p>
      <w:pPr>
        <w:jc w:val="right"/>
      </w:pPr>
      <w:r>
        <w:t>ایک نان مٹیریل پراسیس ہے جو اپ کے اندر چلتا ہے نان مٹیریل پراسیس لیکن اس کا ایک</w:t>
      </w:r>
    </w:p>
    <w:p>
      <w:r>
        <w:rPr>
          <w:b/>
        </w:rPr>
        <w:t xml:space="preserve">[54:19] </w:t>
      </w:r>
      <w:r>
        <w:t>material demonstration hai woh kya onion pyaz pyaz ya onion jo hai woh de conditioning ka ek material</w:t>
      </w:r>
    </w:p>
    <w:p>
      <w:pPr>
        <w:jc w:val="right"/>
      </w:pPr>
      <w:r>
        <w:t>مٹیریل ڈیمونسٹریشن ہے وہ کیا انین پیاز پیاز یا انین جو ہے وہ ڈی کنڈیشننگ کا ایک مٹیریل</w:t>
      </w:r>
    </w:p>
    <w:p>
      <w:r>
        <w:rPr>
          <w:b/>
        </w:rPr>
        <w:t xml:space="preserve">[54:27] </w:t>
      </w:r>
      <w:r>
        <w:t>demonstration hai aap jante hain ke pyaz ya onion kya hoti hai andar is ke ek chota sa</w:t>
      </w:r>
    </w:p>
    <w:p>
      <w:pPr>
        <w:jc w:val="right"/>
      </w:pPr>
      <w:r>
        <w:t>ڈیمونسٹریشن ہے اپ جانتے ہیں کہ پیاز یا انین کیا ہوتی ہے اندر اس کے ایک چھوٹا سا</w:t>
      </w:r>
    </w:p>
    <w:p>
      <w:r>
        <w:rPr>
          <w:b/>
        </w:rPr>
        <w:t xml:space="preserve">[54:34] </w:t>
      </w:r>
      <w:r>
        <w:t>kernel hota hai is ke upar layer layer layer layer layer hote hain yeh mamla de conditioning ka</w:t>
      </w:r>
    </w:p>
    <w:p>
      <w:pPr>
        <w:jc w:val="right"/>
      </w:pPr>
      <w:r>
        <w:t>کرنل ہوتا ہے اس کے اوپر لیئر لیئر لیئر لیئر لیئر ہوتے ہیں یہ معاملہ ڈی کنڈیشننگ کا</w:t>
      </w:r>
    </w:p>
    <w:p>
      <w:r>
        <w:rPr>
          <w:b/>
        </w:rPr>
        <w:t xml:space="preserve">[54:42] </w:t>
      </w:r>
      <w:r>
        <w:t>hai lekin conditioning jo hui hamari bachpan se to hamari conditioning jo hui is tarah se hui ke</w:t>
      </w:r>
    </w:p>
    <w:p>
      <w:pPr>
        <w:jc w:val="right"/>
      </w:pPr>
      <w:r>
        <w:t>ہے لیکن کنڈیشننگ جو ہوئی ہماری بچپن سے تو ہماری کنڈیشننگ جو ہوئی اس طرح سے ہوئی کہ</w:t>
      </w:r>
    </w:p>
    <w:p>
      <w:r>
        <w:rPr>
          <w:b/>
        </w:rPr>
        <w:t xml:space="preserve">[54:50] </w:t>
      </w:r>
      <w:r>
        <w:t>woh hamare mind par layer charh gayi layer charh gayi layer charh gayi ab agar hum chahte hain</w:t>
      </w:r>
    </w:p>
    <w:p>
      <w:pPr>
        <w:jc w:val="right"/>
      </w:pPr>
      <w:r>
        <w:t>وہ ہمارے مائنڈ پر لیئر چڑھ گئی لیئر چڑھ گئی لیئر چڑھ گئی اب اگر ہم چاہتے ہیں</w:t>
      </w:r>
    </w:p>
    <w:p>
      <w:r>
        <w:rPr>
          <w:b/>
        </w:rPr>
        <w:t xml:space="preserve">[54:58] </w:t>
      </w:r>
      <w:r>
        <w:t>ke apne aap ko lotayein nature ki taraf le jayein kyunke sachai ko paane ke liye zaroori hai</w:t>
      </w:r>
    </w:p>
    <w:p>
      <w:pPr>
        <w:jc w:val="right"/>
      </w:pPr>
      <w:r>
        <w:t>کہ اپنے اپ کو لوٹائیں نیچر کی طرف لے جائیں کیونکہ سچائی کو پانے کے لیے ضروری ہے</w:t>
      </w:r>
    </w:p>
    <w:p>
      <w:r>
        <w:rPr>
          <w:b/>
        </w:rPr>
        <w:t xml:space="preserve">[55:05] </w:t>
      </w:r>
      <w:r>
        <w:t>keh hum nature ki taraf loten conditioning se apne ko nikalen to isi ka ek material demonstration jo</w:t>
      </w:r>
    </w:p>
    <w:p>
      <w:pPr>
        <w:jc w:val="right"/>
      </w:pPr>
      <w:r>
        <w:t>کہ ہم نیچر کی طرف لوٹیں کنڈیشننگ سے اپنے کو نکالیں تو اسی کا ایک مٹیریل ڈیمونسٹریشن جو</w:t>
      </w:r>
    </w:p>
    <w:p>
      <w:r>
        <w:rPr>
          <w:b/>
        </w:rPr>
        <w:t xml:space="preserve">[55:13] </w:t>
      </w:r>
      <w:r>
        <w:t>hai woh pyaz hai ya onion hai main samajhta hoon keh yeh shayad pyaz jaisi koi aur cheez</w:t>
      </w:r>
    </w:p>
    <w:p>
      <w:pPr>
        <w:jc w:val="right"/>
      </w:pPr>
      <w:r>
        <w:t>ہے وہ پیاز ہے یا انین ہے میں سمجھتا ہوں کہ یہ شاید پیاز جیسی کوئی اور چیز</w:t>
      </w:r>
    </w:p>
    <w:p>
      <w:r>
        <w:rPr>
          <w:b/>
        </w:rPr>
        <w:t xml:space="preserve">[55:21] </w:t>
      </w:r>
      <w:r>
        <w:t>mujhe yaad nahin ki hai yani phalon ki dunya mein yeh anokhi cheez hai pyaz keh is pe</w:t>
      </w:r>
    </w:p>
    <w:p>
      <w:pPr>
        <w:jc w:val="right"/>
      </w:pPr>
      <w:r>
        <w:t>مجھے یاد نہیں کی ہے یعنی پھلوں کی دنیا میں یہ انوکھی چیز ہے پیاز کہ اس پہ</w:t>
      </w:r>
    </w:p>
    <w:p>
      <w:r>
        <w:rPr>
          <w:b/>
        </w:rPr>
        <w:t xml:space="preserve">[55:28] </w:t>
      </w:r>
      <w:r>
        <w:t>itni sari layer charhi hui hoti hain to yeh Allah taala ne deconditioning ka jo process chalana</w:t>
      </w:r>
    </w:p>
    <w:p>
      <w:pPr>
        <w:jc w:val="right"/>
      </w:pPr>
      <w:r>
        <w:t>اتنی ساری لیئر چڑھی ہوئی ہوتی ہیں تو یہ اللہ تعالی نے ڈی کنڈیشننگ کا جو پراسیس چلانا</w:t>
      </w:r>
    </w:p>
    <w:p>
      <w:r>
        <w:rPr>
          <w:b/>
        </w:rPr>
        <w:t xml:space="preserve">[55:36] </w:t>
      </w:r>
      <w:r>
        <w:t>hai hamein aap ko is ke liye ek bahar ki dunya mein dikhai dene dene wali dunya mein</w:t>
      </w:r>
    </w:p>
    <w:p>
      <w:pPr>
        <w:jc w:val="right"/>
      </w:pPr>
      <w:r>
        <w:t>ہے ہمیں اپ کو اس کے لیے ایک باہر کی دنیا میں دکھائی دینے دینے والی دنیا میں</w:t>
      </w:r>
    </w:p>
    <w:p>
      <w:r>
        <w:rPr>
          <w:b/>
        </w:rPr>
        <w:t xml:space="preserve">[55:44] </w:t>
      </w:r>
      <w:r>
        <w:t>ek namuna rakh diya is tarah se dekhiye hum ko Khuda ne aisi dunya mein rakha hai jahan</w:t>
      </w:r>
    </w:p>
    <w:p>
      <w:pPr>
        <w:jc w:val="right"/>
      </w:pPr>
      <w:r>
        <w:t>ایک نمونہ رکھ دیا اس طریقے سے دیکھیے ہم کو خدا نے ایسی دنیا میں رکھا ہے جہاں</w:t>
      </w:r>
    </w:p>
    <w:p>
      <w:r>
        <w:rPr>
          <w:b/>
        </w:rPr>
        <w:t xml:space="preserve">[55:52] </w:t>
      </w:r>
      <w:r>
        <w:t>har waqt negative experience hote hain har waqt to negative thoughts se hum bhar jaate hain ab dunya</w:t>
      </w:r>
    </w:p>
    <w:p>
      <w:pPr>
        <w:jc w:val="right"/>
      </w:pPr>
      <w:r>
        <w:t>ہر وقت نیگیٹیو ایکسپیرینس ہوتے ہیں ہر وقت تو نیگیٹیو تھاٹس سے ہم بھر جاتے ہیں اب دنیا</w:t>
      </w:r>
    </w:p>
    <w:p>
      <w:r>
        <w:rPr>
          <w:b/>
        </w:rPr>
        <w:t xml:space="preserve">[55:59] </w:t>
      </w:r>
      <w:r>
        <w:t>mein kisi insan ko bhi dekhen xyz kam az kam maine jo tajurba kiya hai</w:t>
      </w:r>
    </w:p>
    <w:p>
      <w:pPr>
        <w:jc w:val="right"/>
      </w:pPr>
      <w:r>
        <w:t>میں کسی انسان کو بھی دیکھیں ایکس وائی زیڈ کم از کم میں نے جو تجربہ کیا ہے</w:t>
      </w:r>
    </w:p>
    <w:p>
      <w:r>
        <w:rPr>
          <w:b/>
        </w:rPr>
        <w:t xml:space="preserve">[56:07] </w:t>
      </w:r>
      <w:r>
        <w:t>sab negative thoughts se bhare hue hote hain sab negative thought negative thought negative thought bhare hote hain</w:t>
      </w:r>
    </w:p>
    <w:p>
      <w:pPr>
        <w:jc w:val="right"/>
      </w:pPr>
      <w:r>
        <w:t>سب نیگیٹیو تھاٹس سے بھرے ہوئے ہوتے ہیں سب نیگیٹیو تھاٹ نیگیٹیو تھاٹ نیگیٹیو تھاٹ بھرے ہوتے ہیں</w:t>
      </w:r>
    </w:p>
    <w:p>
      <w:r>
        <w:rPr>
          <w:b/>
        </w:rPr>
        <w:t xml:space="preserve">[56:15] </w:t>
      </w:r>
      <w:r>
        <w:t>andar positive thought mein jeene wala insan to mujhe ab tak koi mila nahin yahan bhi dekhiye Khuda</w:t>
      </w:r>
    </w:p>
    <w:p>
      <w:pPr>
        <w:jc w:val="right"/>
      </w:pPr>
      <w:r>
        <w:t>اندر پازیٹیو تھاٹ میں جینے والا انسان تو مجھے اب تک کوئی ملا نہیں یہاں بھی دیکھیے خدا</w:t>
      </w:r>
    </w:p>
    <w:p>
      <w:r>
        <w:rPr>
          <w:b/>
        </w:rPr>
        <w:t xml:space="preserve">[56:22] </w:t>
      </w:r>
      <w:r>
        <w:t>yeh chahta hai keh aap kya karen to is ke Khuda ne ek demonstration diya misaal ke taur</w:t>
      </w:r>
    </w:p>
    <w:p>
      <w:pPr>
        <w:jc w:val="right"/>
      </w:pPr>
      <w:r>
        <w:t>یہ چاہتا ہے کہ اپ کیا کریں تو اس کے خدا نے ایک ڈیمونسٹریشن دیا مثال کے طور</w:t>
      </w:r>
    </w:p>
    <w:p>
      <w:r>
        <w:rPr>
          <w:b/>
        </w:rPr>
        <w:t xml:space="preserve">[56:30] </w:t>
      </w:r>
      <w:r>
        <w:t>par gaaye ki shakal mein gaaye kya karti hai ghaas khaati hai aur doodh deti hai yani gaaye</w:t>
      </w:r>
    </w:p>
    <w:p>
      <w:pPr>
        <w:jc w:val="right"/>
      </w:pPr>
      <w:r>
        <w:t>پر گائے کی شکل میں گائے کیا کرتی ہے گھاس کھاتی ہے اور دودھ دیتی ہے یعنی گائے</w:t>
      </w:r>
    </w:p>
    <w:p>
      <w:r>
        <w:rPr>
          <w:b/>
        </w:rPr>
        <w:t xml:space="preserve">[56:38] </w:t>
      </w:r>
      <w:r>
        <w:t>naam hai is is industry ka jo non milk ko leti hai intake karti hai aur phir is</w:t>
      </w:r>
    </w:p>
    <w:p>
      <w:pPr>
        <w:jc w:val="right"/>
      </w:pPr>
      <w:r>
        <w:t>نام ہے اس اس انڈسٹری کا جو نان ملک کو لیتی ہے انٹیک کرتی ہے اور پھر اس</w:t>
      </w:r>
    </w:p>
    <w:p>
      <w:r>
        <w:rPr>
          <w:b/>
        </w:rPr>
        <w:t xml:space="preserve">[56:46] </w:t>
      </w:r>
      <w:r>
        <w:t>ko milk mein convert kar ke lotati hai hum ko to gaaye ke andar yeh jo phenomenon hai</w:t>
      </w:r>
    </w:p>
    <w:p>
      <w:pPr>
        <w:jc w:val="right"/>
      </w:pPr>
      <w:r>
        <w:t>کو ملک میں کنورٹ کر کے لوٹاتی ہے ہم کو تو گائے کے اندر یہ جو فیناومینا ہے</w:t>
      </w:r>
    </w:p>
    <w:p>
      <w:r>
        <w:rPr>
          <w:b/>
        </w:rPr>
        <w:t xml:space="preserve">[56:53] </w:t>
      </w:r>
      <w:r>
        <w:t>woh hamein batata hai keh kis tarah tumhein bhi yahi karna hai keh negative thought ko convert karo</w:t>
      </w:r>
    </w:p>
    <w:p>
      <w:pPr>
        <w:jc w:val="right"/>
      </w:pPr>
      <w:r>
        <w:t>وہ ہمیں بتاتا ہے کہ کس طرح تمہیں بھی یہی کرنا ہے کہ نیگیٹیو تھاٹ کو کنورٹ کرو</w:t>
      </w:r>
    </w:p>
    <w:p>
      <w:r>
        <w:rPr>
          <w:b/>
        </w:rPr>
        <w:t xml:space="preserve">[57:01] </w:t>
      </w:r>
      <w:r>
        <w:t>positive thought mein tabhi tum positive personality ban sakte ho positive personality banne ke liye yeh possible nahin</w:t>
      </w:r>
    </w:p>
    <w:p>
      <w:pPr>
        <w:jc w:val="right"/>
      </w:pPr>
      <w:r>
        <w:t>پازیٹیو تھاٹ میں تبھی تم پازیٹیو پرسنیلٹی بن سکتے ہو پازیٹیو پرسنیلٹی بننے کے لیے یہ پاسیبل نہیں</w:t>
      </w:r>
    </w:p>
    <w:p>
      <w:r>
        <w:rPr>
          <w:b/>
        </w:rPr>
        <w:t xml:space="preserve">[57:09] </w:t>
      </w:r>
      <w:r>
        <w:t>hai keh hum hamare pahaad par chale jayen ya hum kahin island mein chale jayen to to</w:t>
      </w:r>
    </w:p>
    <w:p>
      <w:pPr>
        <w:jc w:val="right"/>
      </w:pPr>
      <w:r>
        <w:t>ہے کہ ہم ہمارے پہاڑ پر چلے جائیں یا ہم کہیں ائی لینڈ میں چلے جائیں تو تو</w:t>
      </w:r>
    </w:p>
    <w:p>
      <w:r>
        <w:rPr>
          <w:b/>
        </w:rPr>
        <w:t xml:space="preserve">[57:16] </w:t>
      </w:r>
      <w:r>
        <w:t>kuch bhi nahin hai woh to animal just like animal hamari life hogi wahan pe positive personality banne</w:t>
      </w:r>
    </w:p>
    <w:p>
      <w:pPr>
        <w:jc w:val="right"/>
      </w:pPr>
      <w:r>
        <w:t>کچھ بھی نہیں ہے وہ تو اینیمل جسٹ لائک اینیمل ہماری لائف ہوگی وہاں پہ پازیٹیو پرسنیلٹی بننے</w:t>
      </w:r>
    </w:p>
    <w:p>
      <w:r>
        <w:rPr>
          <w:b/>
        </w:rPr>
        <w:t xml:space="preserve">[57:24] </w:t>
      </w:r>
      <w:r>
        <w:t>ke liye wohi karna hai jo ek gaaye karti hai keh non milk ko milk mein convert karti</w:t>
      </w:r>
    </w:p>
    <w:p>
      <w:pPr>
        <w:jc w:val="right"/>
      </w:pPr>
      <w:r>
        <w:t>کے لیے وہی کرنا ہے جو ایک گائے کرتی ہے کہ نان ملک کو ملک میں کنورٹ کرتی</w:t>
      </w:r>
    </w:p>
    <w:p>
      <w:r>
        <w:rPr>
          <w:b/>
        </w:rPr>
        <w:t xml:space="preserve">[57:32] </w:t>
      </w:r>
      <w:r>
        <w:t>hai is tarah se aap ke andar ek capacity honi chahiye keh aap negativity ko positivity mein convert</w:t>
      </w:r>
    </w:p>
    <w:p>
      <w:pPr>
        <w:jc w:val="right"/>
      </w:pPr>
      <w:r>
        <w:t>ہے اس طرح سے اپ کے اندر ایک کپیسٹی ہونی چاہیے کہ اپ نیگیٹیوٹی کو پازیٹیوٹی میں کنورٹ</w:t>
      </w:r>
    </w:p>
    <w:p>
      <w:r>
        <w:rPr>
          <w:b/>
        </w:rPr>
        <w:t xml:space="preserve">[57:40] </w:t>
      </w:r>
      <w:r>
        <w:t>kar saken aur koi bhi doosri tadbeer is ke liye nahin hai kisi bhi aur tareeqe se yeh</w:t>
      </w:r>
    </w:p>
    <w:p>
      <w:pPr>
        <w:jc w:val="right"/>
      </w:pPr>
      <w:r>
        <w:t>کر سکیں اور کوئی بھی دوسری تدبیر اس کے لیے نہیں ہے کسی بھی اور طریقے سے یہ</w:t>
      </w:r>
    </w:p>
    <w:p>
      <w:r>
        <w:rPr>
          <w:b/>
        </w:rPr>
        <w:t xml:space="preserve">[57:47] </w:t>
      </w:r>
      <w:r>
        <w:t>possible nahin hai is tarah se dekhiye maine ek baat yeh paayi hai scriptures ke mutale se</w:t>
      </w:r>
    </w:p>
    <w:p>
      <w:pPr>
        <w:jc w:val="right"/>
      </w:pPr>
      <w:r>
        <w:t>پاسیبل نہیں ہے اس طرح سے دیکھیے میں نے ایک بات یہ پائی ہے اسکرپچرز کے مطالعے سے</w:t>
      </w:r>
    </w:p>
    <w:p>
      <w:r>
        <w:rPr>
          <w:b/>
        </w:rPr>
        <w:t xml:space="preserve">[57:55] </w:t>
      </w:r>
      <w:r>
        <w:t>scriptures ko padh kar ke keh Khuda hamare andar predictable character dekhna chahta hai predictable character yeh is</w:t>
      </w:r>
    </w:p>
    <w:p>
      <w:pPr>
        <w:jc w:val="right"/>
      </w:pPr>
      <w:r>
        <w:t>اسکرپچرز کو پڑھ کر کے کہ خدا ہمارے اندر پریڈکٹیبل کریکٹر دیکھنا چاہتا ہے پریڈکٹیبل کریکٹر یہ اس</w:t>
      </w:r>
    </w:p>
    <w:p>
      <w:r>
        <w:rPr>
          <w:b/>
        </w:rPr>
        <w:t xml:space="preserve">[58:03] </w:t>
      </w:r>
      <w:r>
        <w:t>ka bhi ek bahar ki dunya mein ek material demonstration diya ja raha hai woh hai steel steel</w:t>
      </w:r>
    </w:p>
    <w:p>
      <w:pPr>
        <w:jc w:val="right"/>
      </w:pPr>
      <w:r>
        <w:t>کا بھی ایک باہر کی دنیا میں ایک مٹیریل ڈیمونسٹریشن دیا جا رہا ہے وہ ہے اسٹیل اسٹیل</w:t>
      </w:r>
    </w:p>
    <w:p>
      <w:r>
        <w:rPr>
          <w:b/>
        </w:rPr>
        <w:t xml:space="preserve">[58:10] </w:t>
      </w:r>
      <w:r>
        <w:t>yeh Quran mein likha hua hai yeh baat steel jo hai is ke andar predictable character hai misaaln</w:t>
      </w:r>
    </w:p>
    <w:p>
      <w:pPr>
        <w:jc w:val="right"/>
      </w:pPr>
      <w:r>
        <w:t>یہ قران میں لکھا ہوا ہے یہ بات اسٹیل جو ہے اس کے اندر پریڈکٹیبل کریکٹر ہے مثلا</w:t>
      </w:r>
    </w:p>
    <w:p>
      <w:r>
        <w:rPr>
          <w:b/>
        </w:rPr>
        <w:t xml:space="preserve">[58:18] </w:t>
      </w:r>
      <w:r>
        <w:t>aik barj banana hai ap ko to barj ap mitti se bana dein ap agar to pehli barsaat</w:t>
      </w:r>
    </w:p>
    <w:p>
      <w:pPr>
        <w:jc w:val="right"/>
      </w:pPr>
      <w:r>
        <w:t>ایک برج بنانا ہے اپ کو تو برج اپ مٹی سے بنا دیں اپ اگر تو پہلی برسات</w:t>
      </w:r>
    </w:p>
    <w:p>
      <w:r>
        <w:rPr>
          <w:b/>
        </w:rPr>
        <w:t xml:space="preserve">[58:26] </w:t>
      </w:r>
      <w:r>
        <w:t>mein beh jaye ga woh lekin jab ap lohay se banate hain barj to ap banane se pehle</w:t>
      </w:r>
    </w:p>
    <w:p>
      <w:pPr>
        <w:jc w:val="right"/>
      </w:pPr>
      <w:r>
        <w:t>میں بہہ جائے گا وہ لیکن جب اپ لوہے سے بناتے ہیں برج تو اپ بنانے سے پہلے</w:t>
      </w:r>
    </w:p>
    <w:p>
      <w:r>
        <w:rPr>
          <w:b/>
        </w:rPr>
        <w:t xml:space="preserve">[58:34] </w:t>
      </w:r>
      <w:r>
        <w:t>is ke bare mein jo expect karte hain ke barish mein woh apni jagah par khara rahe ga</w:t>
      </w:r>
    </w:p>
    <w:p>
      <w:pPr>
        <w:jc w:val="right"/>
      </w:pPr>
      <w:r>
        <w:t>اس کے بارے میں جو ایکسپیکٹ کرتے ہیں کہ بارش میں وہ اپنی جگہ پر کھڑا رہے گا</w:t>
      </w:r>
    </w:p>
    <w:p>
      <w:r>
        <w:rPr>
          <w:b/>
        </w:rPr>
        <w:t xml:space="preserve">[58:41] </w:t>
      </w:r>
      <w:r>
        <w:t>woh beh nahi jaye ga waise hi hota hai har bar barish aati hai aur barj lohay ka</w:t>
      </w:r>
    </w:p>
    <w:p>
      <w:pPr>
        <w:jc w:val="right"/>
      </w:pPr>
      <w:r>
        <w:t>وہ بہہ نہیں جائے گا ویسے ہی ہوتا ہے ہر بار بارش اتی ہے اور برج لوہے کا</w:t>
      </w:r>
    </w:p>
    <w:p>
      <w:r>
        <w:rPr>
          <w:b/>
        </w:rPr>
        <w:t xml:space="preserve">[58:49] </w:t>
      </w:r>
      <w:r>
        <w:t>waise hi khara rehta hai to gaya ke yeh jo khuda chahta hai ke ap ke andar predictable</w:t>
      </w:r>
    </w:p>
    <w:p>
      <w:pPr>
        <w:jc w:val="right"/>
      </w:pPr>
      <w:r>
        <w:t>ویسے ہی کھڑا رہتا ہے تو گیا کہ یہ جو خدا چاہتا ہے کہ اپ کے اندر پریڈکٹیبل</w:t>
      </w:r>
    </w:p>
    <w:p>
      <w:r>
        <w:rPr>
          <w:b/>
        </w:rPr>
        <w:t xml:space="preserve">[58:57] </w:t>
      </w:r>
      <w:r>
        <w:t>character ho is ka dimension de raha hai woh steel ki shakal mein ke jo ap expect kiya</w:t>
      </w:r>
    </w:p>
    <w:p>
      <w:pPr>
        <w:jc w:val="right"/>
      </w:pPr>
      <w:r>
        <w:t>کریکٹر ہو اس کا ڈائمنشن دے رہا ہے وہ اسٹیل کی شکل میں کہ جو اپ ایکسپیکٹ کیا</w:t>
      </w:r>
    </w:p>
    <w:p>
      <w:r>
        <w:rPr>
          <w:b/>
        </w:rPr>
        <w:t xml:space="preserve">[59:04] </w:t>
      </w:r>
      <w:r>
        <w:t>is se ap ne isi par poora utra woh ap ne chaha ke mazboot barj banaye woh to</w:t>
      </w:r>
    </w:p>
    <w:p>
      <w:pPr>
        <w:jc w:val="right"/>
      </w:pPr>
      <w:r>
        <w:t>اس سے اپ نے اسی پر پورا اترا وہ اپ نے چاہا کہ مضبوط برج بنائے وہ تو</w:t>
      </w:r>
    </w:p>
    <w:p>
      <w:r>
        <w:rPr>
          <w:b/>
        </w:rPr>
        <w:t xml:space="preserve">[59:12] </w:t>
      </w:r>
      <w:r>
        <w:t>woh mazboot barj ban gaya ap ne chaha ke building mein jab is ko loha lohay par khari</w:t>
      </w:r>
    </w:p>
    <w:p>
      <w:pPr>
        <w:jc w:val="right"/>
      </w:pPr>
      <w:r>
        <w:t>وہ مضبوط برج بن گیا اپ نے چاہا کہ بلڈنگ میں جب اس کو لوہا لوہے پر کھڑی</w:t>
      </w:r>
    </w:p>
    <w:p>
      <w:r>
        <w:rPr>
          <w:b/>
        </w:rPr>
        <w:t xml:space="preserve">[59:20] </w:t>
      </w:r>
      <w:r>
        <w:t>karte hain to ap jante hain ke sara lohay pe hoti hai to bari bari building hain is</w:t>
      </w:r>
    </w:p>
    <w:p>
      <w:pPr>
        <w:jc w:val="right"/>
      </w:pPr>
      <w:r>
        <w:t>کرتے ہیں تو اپ جانتے ہیں کہ سارا لوہے پہ ہوتی ہے تو بڑی بڑی بلڈنگ ہیں اس</w:t>
      </w:r>
    </w:p>
    <w:p>
      <w:r>
        <w:rPr>
          <w:b/>
        </w:rPr>
        <w:t xml:space="preserve">[59:28] </w:t>
      </w:r>
      <w:r>
        <w:t>ka scriptures jo hain woh lohay par khari ki jati hain agar woh lakri pe khari ki jayen</w:t>
      </w:r>
    </w:p>
    <w:p>
      <w:pPr>
        <w:jc w:val="right"/>
      </w:pPr>
      <w:r>
        <w:t>کا اسکرپچرز جو ہیں وہ لوہے پر کھڑی کی جاتی ہیں اگر وہ لکڑی پہ کھڑی کی جائیں</w:t>
      </w:r>
    </w:p>
    <w:p>
      <w:r>
        <w:rPr>
          <w:b/>
        </w:rPr>
        <w:t xml:space="preserve">[59:35] </w:t>
      </w:r>
      <w:r>
        <w:t>to sab dhama sab gir pare sab ke sab to is ko hum kehte hain hindi mein kehte</w:t>
      </w:r>
    </w:p>
    <w:p>
      <w:pPr>
        <w:jc w:val="right"/>
      </w:pPr>
      <w:r>
        <w:t>تو سب دھما سب گر پڑے سب کے سب تو اس کو ہم کہتے ہیں ہندی میں کہتے</w:t>
      </w:r>
    </w:p>
    <w:p>
      <w:r>
        <w:rPr>
          <w:b/>
        </w:rPr>
        <w:t xml:space="preserve">[59:43] </w:t>
      </w:r>
      <w:r>
        <w:t>hain loha purush aadmi angrezi mein kehte hain iron man to aadmi ke andar woh woh maturity ho</w:t>
      </w:r>
    </w:p>
    <w:p>
      <w:pPr>
        <w:jc w:val="right"/>
      </w:pPr>
      <w:r>
        <w:t>ہیں لوہا پرش ادمی انگریزی میں کہتے ہیں ائرن مین تو ادمی کے اندر وہ وہ میچورٹی ہو</w:t>
      </w:r>
    </w:p>
    <w:p>
      <w:r>
        <w:rPr>
          <w:b/>
        </w:rPr>
        <w:t xml:space="preserve">[59:51] </w:t>
      </w:r>
      <w:r>
        <w:t>woh woh is ke andar pakhtagi ho ke is par ap bharosa kar sakein yani woh man of</w:t>
      </w:r>
    </w:p>
    <w:p>
      <w:pPr>
        <w:jc w:val="right"/>
      </w:pPr>
      <w:r>
        <w:t>وہ وہ اس کے اندر پختگی ہو کہ اس پر اپ بھروسہ کر سکیں یعنی وہ مین اف</w:t>
      </w:r>
    </w:p>
    <w:p>
      <w:r>
        <w:rPr>
          <w:b/>
        </w:rPr>
        <w:t xml:space="preserve">[59:58] </w:t>
      </w:r>
      <w:r>
        <w:t>word ho jo woh kahe us ko poora kare jab ek baat ka place le le to us</w:t>
      </w:r>
    </w:p>
    <w:p>
      <w:pPr>
        <w:jc w:val="right"/>
      </w:pPr>
      <w:r>
        <w:t>ورڈ ہو جو وہ کہے اس کو پورا کرے جب ایک بات کا پلیس لے لے تو اس</w:t>
      </w:r>
    </w:p>
    <w:p>
      <w:r>
        <w:rPr>
          <w:b/>
        </w:rPr>
        <w:t xml:space="preserve">[1:00:06] </w:t>
      </w:r>
      <w:r>
        <w:t>mein peechay na hate woh yeh hai iron character to khuda ne is ka ap ko aik namoona</w:t>
      </w:r>
    </w:p>
    <w:p>
      <w:pPr>
        <w:jc w:val="right"/>
      </w:pPr>
      <w:r>
        <w:t>میں پیچھے نہ ہٹے وہ یہ ہے ائرن کریکٹر تو خدا نے اس کا اپ کو ایک نمونہ</w:t>
      </w:r>
    </w:p>
    <w:p>
      <w:r>
        <w:rPr>
          <w:b/>
        </w:rPr>
        <w:t xml:space="preserve">[1:00:14] </w:t>
      </w:r>
      <w:r>
        <w:t>lohay ya steel ki surat mein dikha diya hai to is dunya mein hamein do baatein pakadna hai</w:t>
      </w:r>
    </w:p>
    <w:p>
      <w:pPr>
        <w:jc w:val="right"/>
      </w:pPr>
      <w:r>
        <w:t>لوہے یا اسٹیل کی صورت میں دکھا دیا ہے تو اس دنیا میں ہمیں دو باتیں پکڑنا ہے</w:t>
      </w:r>
    </w:p>
    <w:p>
      <w:r>
        <w:rPr>
          <w:b/>
        </w:rPr>
        <w:t xml:space="preserve">[1:00:22] </w:t>
      </w:r>
      <w:r>
        <w:t>pehli baat yeh hai ke hamare andar woh character aaye jo khuda chahta hai ke hum positive personality</w:t>
      </w:r>
    </w:p>
    <w:p>
      <w:pPr>
        <w:jc w:val="right"/>
      </w:pPr>
      <w:r>
        <w:t>پہلی بات یہ ہے کہ ہمارے اندر وہ کریکٹر ائے جو خدا چاہتا ہے کہ ہم پازیٹیو پرسنیلٹی</w:t>
      </w:r>
    </w:p>
    <w:p>
      <w:r>
        <w:rPr>
          <w:b/>
        </w:rPr>
        <w:t xml:space="preserve">[1:00:29] </w:t>
      </w:r>
      <w:r>
        <w:t>banein hum hamare andar predictable character ho hamare andar yani jo is ko hum moral values kehte hain</w:t>
      </w:r>
    </w:p>
    <w:p>
      <w:pPr>
        <w:jc w:val="right"/>
      </w:pPr>
      <w:r>
        <w:t>بنیں ہم ہمارے اندر پریڈکٹیبل کریکٹر ہو ہمارے اندر یعنی جو اس کو ہم مورل ویلیوز کہتے ہیں</w:t>
      </w:r>
    </w:p>
    <w:p>
      <w:r>
        <w:rPr>
          <w:b/>
        </w:rPr>
        <w:t xml:space="preserve">[1:00:37] </w:t>
      </w:r>
      <w:r>
        <w:t>woh sifatein hamare andar hon khuda ko hum ne discover kiya ho khuda se hamara contact bana hua</w:t>
      </w:r>
    </w:p>
    <w:p>
      <w:pPr>
        <w:jc w:val="right"/>
      </w:pPr>
      <w:r>
        <w:t>وہ صفتیں ہمارے اندر ہوں خدا کو ہم نے ڈسکور کیا ہو خدا سے ہمارا کنٹیکٹ بنا ہوا</w:t>
      </w:r>
    </w:p>
    <w:p>
      <w:r>
        <w:rPr>
          <w:b/>
        </w:rPr>
        <w:t xml:space="preserve">[1:00:45] </w:t>
      </w:r>
      <w:r>
        <w:t>ho yeh sari cheezein aaye yani is ko hum mein kehta hoon personality development aur doosri cheez yeh</w:t>
      </w:r>
    </w:p>
    <w:p>
      <w:pPr>
        <w:jc w:val="right"/>
      </w:pPr>
      <w:r>
        <w:t>ہو یہ ساری چیزیں ائیں یعنی اس کو ہم میں کہتا ہوں پرسنیلٹی ڈیولپمنٹ اور دوسری چیز یہ</w:t>
      </w:r>
    </w:p>
    <w:p>
      <w:r>
        <w:rPr>
          <w:b/>
        </w:rPr>
        <w:t xml:space="preserve">[1:00:52] </w:t>
      </w:r>
      <w:r>
        <w:t>hai ke hum is ko samjhein ke hamari yeh duty hai hamari zimmedari hai ke khuda ke</w:t>
      </w:r>
    </w:p>
    <w:p>
      <w:pPr>
        <w:jc w:val="right"/>
      </w:pPr>
      <w:r>
        <w:t>ہے کہ ہم اس کو سمجھیں کہ ہماری یہ ڈیوٹی ہے ہماری ذمہ داری ہے کہ خدا کے</w:t>
      </w:r>
    </w:p>
    <w:p>
      <w:r>
        <w:rPr>
          <w:b/>
        </w:rPr>
        <w:t xml:space="preserve">[1:01:00] </w:t>
      </w:r>
      <w:r>
        <w:t>word ko khuda ke message ko hum sare logon tak pahunchayein to ek to hum dorr dhoop karein</w:t>
      </w:r>
    </w:p>
    <w:p>
      <w:pPr>
        <w:jc w:val="right"/>
      </w:pPr>
      <w:r>
        <w:t>ورڈ کو خدا کے میسج کو ہم سارے لوگوں تک پہنچائیں تو ایک تو ہم دوڑ دھوپ کریں</w:t>
      </w:r>
    </w:p>
    <w:p>
      <w:r>
        <w:rPr>
          <w:b/>
        </w:rPr>
        <w:t xml:space="preserve">[1:01:08] </w:t>
      </w:r>
      <w:r>
        <w:t>ge likhein ge bolein ge is ke liye apna raat din aik kar dein ge aur doosri cheez</w:t>
      </w:r>
    </w:p>
    <w:p>
      <w:pPr>
        <w:jc w:val="right"/>
      </w:pPr>
      <w:r>
        <w:t>گے لکھیں گے بولیں گے اس کے لیے اپنا رات دن ایک کر دیں گے اور دوسری چیز</w:t>
      </w:r>
    </w:p>
    <w:p>
      <w:r>
        <w:rPr>
          <w:b/>
        </w:rPr>
        <w:t xml:space="preserve">[1:01:16] </w:t>
      </w:r>
      <w:r>
        <w:t>hai khuda ki jo book preserve form mein hai us ko insaan ki understandable language mein chhap kar</w:t>
      </w:r>
    </w:p>
    <w:p>
      <w:pPr>
        <w:jc w:val="right"/>
      </w:pPr>
      <w:r>
        <w:t>ہے خدا کی جو بک پریزرو فارم میں ہے اس کو انسان کی انڈرسٹینڈیبل لینگویج میں چھاپ کر</w:t>
      </w:r>
    </w:p>
    <w:p>
      <w:r>
        <w:rPr>
          <w:b/>
        </w:rPr>
        <w:t xml:space="preserve">[1:01:23] </w:t>
      </w:r>
      <w:r>
        <w:t>pohanchayein to ek taraf hamara hai apne aap ko yani sacha aur pakka insaan banana aur doosri zimme</w:t>
      </w:r>
    </w:p>
    <w:p>
      <w:pPr>
        <w:jc w:val="right"/>
      </w:pPr>
      <w:r>
        <w:t>پہنچائیں تو ایک طرف ہمارا ہے اپنے اپ کو یعنی سچا اور پکا انسان بنانا اور دوسری ذمہ</w:t>
      </w:r>
    </w:p>
    <w:p>
      <w:r>
        <w:rPr>
          <w:b/>
        </w:rPr>
        <w:t xml:space="preserve">[1:01:31] </w:t>
      </w:r>
      <w:r>
        <w:t>dari yeh hai ke hum jo khuda ka message hamare paas aya hai rasool Allah ke zariye se</w:t>
      </w:r>
    </w:p>
    <w:p>
      <w:pPr>
        <w:jc w:val="right"/>
      </w:pPr>
      <w:r>
        <w:t>داری یہ ہے کہ ہم جو خدا کا میسج ہمارے پاس ایا ہے رسول اللہ کے ذریعے سے</w:t>
      </w:r>
    </w:p>
    <w:p>
      <w:r>
        <w:rPr>
          <w:b/>
        </w:rPr>
        <w:t xml:space="preserve">[1:01:39] </w:t>
      </w:r>
      <w:r>
        <w:t>is ko logon tak pohnchayen in do zimmedariyon par hamara hamara yeh yeh hamari jo duty is</w:t>
      </w:r>
    </w:p>
    <w:p>
      <w:pPr>
        <w:jc w:val="right"/>
      </w:pPr>
      <w:r>
        <w:t>اس کو لوگوں تک پہنچائیں ان دو ذمہ داریوں پر ہمارا ہمارا یہ یہ ہماری جو ڈیوٹی اس</w:t>
      </w:r>
    </w:p>
    <w:p>
      <w:r>
        <w:rPr>
          <w:b/>
        </w:rPr>
        <w:t xml:space="preserve">[1:01:46] </w:t>
      </w:r>
      <w:r>
        <w:t>dunya mein hai woh yahi do qism ki duty hai hamari in donon mein se koi ek cheez</w:t>
      </w:r>
    </w:p>
    <w:p>
      <w:pPr>
        <w:jc w:val="right"/>
      </w:pPr>
      <w:r>
        <w:t>دنیا میں ہے وہ یہی دو قسم کی ڈیوٹی ہے ہماری ان دونوں میں سے کوئی ایک چیز</w:t>
      </w:r>
    </w:p>
    <w:p>
      <w:r>
        <w:rPr>
          <w:b/>
        </w:rPr>
        <w:t xml:space="preserve">[1:01:54] </w:t>
      </w:r>
      <w:r>
        <w:t>bhi avoid nahi kar sakti donon mein kisi ek ki donon ke mein se kisi ek ke baghair</w:t>
      </w:r>
    </w:p>
    <w:p>
      <w:pPr>
        <w:jc w:val="right"/>
      </w:pPr>
      <w:r>
        <w:t>بھی اوائڈ نہیں کر سکتی دونوں میں کسی ایک کی دونوں کے میں سے کسی ایک کے بغیر</w:t>
      </w:r>
    </w:p>
    <w:p>
      <w:r>
        <w:rPr>
          <w:b/>
        </w:rPr>
        <w:t xml:space="preserve">[1:02:02] </w:t>
      </w:r>
      <w:r>
        <w:t>bhi hum sachay insan nahi keh ja saktay to apne aitbar se hamein true believer banna hai aur</w:t>
      </w:r>
    </w:p>
    <w:p>
      <w:pPr>
        <w:jc w:val="right"/>
      </w:pPr>
      <w:r>
        <w:t>بھی ہم سچے انسان نہیں کہہ جا سکتے تو اپنے اعتبار سے ہمیں ٹرو بیلیور بننا ہے اور</w:t>
      </w:r>
    </w:p>
    <w:p>
      <w:r>
        <w:rPr>
          <w:b/>
        </w:rPr>
        <w:t xml:space="preserve">[1:02:10] </w:t>
      </w:r>
      <w:r>
        <w:t>dusron ke aitbar se hamein true daai banna hai aur in donon cheezon ke liye hamein jis par</w:t>
      </w:r>
    </w:p>
    <w:p>
      <w:pPr>
        <w:jc w:val="right"/>
      </w:pPr>
      <w:r>
        <w:t>دوسروں کے اعتبار سے ہمیں ٹرو داعی بننا ہے اور ان دونوں چیزوں کے لیے ہمیں جس پر</w:t>
      </w:r>
    </w:p>
    <w:p>
      <w:r>
        <w:rPr>
          <w:b/>
        </w:rPr>
        <w:t xml:space="preserve">[1:02:17] </w:t>
      </w:r>
      <w:r>
        <w:t>bharosa karna hai woh dua hai khuda se dua ke baghair khuda se help liye baghair koi kaam</w:t>
      </w:r>
    </w:p>
    <w:p>
      <w:pPr>
        <w:jc w:val="right"/>
      </w:pPr>
      <w:r>
        <w:t>بھروسہ کرنا ہے وہ دعا ہے خدا سے دعا کے بغیر خدا سے ہیلپ لیے بغیر کوئی کام</w:t>
      </w:r>
    </w:p>
    <w:p>
      <w:r>
        <w:rPr>
          <w:b/>
        </w:rPr>
        <w:t xml:space="preserve">[1:02:25] </w:t>
      </w:r>
      <w:r>
        <w:t>bhi is dunya mein nahi ho sakta meri dua hai ke Allah taala hum ko aur aap ko</w:t>
      </w:r>
    </w:p>
    <w:p>
      <w:pPr>
        <w:jc w:val="right"/>
      </w:pPr>
      <w:r>
        <w:t>بھی اس دنیا میں نہیں ہو سکتا میری دعا ہے کہ اللہ تعالی ہم کو اور اپ کو</w:t>
      </w:r>
    </w:p>
    <w:p>
      <w:r>
        <w:rPr>
          <w:b/>
        </w:rPr>
        <w:t xml:space="preserve">[1:02:33] </w:t>
      </w:r>
      <w:r>
        <w:t>aisa hi bannay ki tofeeq ata farmaye aqool qaul hadha wastaghfirullah li walakum ajmaeen.</w:t>
      </w:r>
    </w:p>
    <w:p>
      <w:pPr>
        <w:jc w:val="right"/>
      </w:pPr>
      <w:r>
        <w:t>ایسا ہی بننے کی توفیق عطا فرمائے اقول قول ھذا واستغفراللہ علی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