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God Oriented Life January 06, 2007</w:t>
      </w:r>
    </w:p>
    <w:p>
      <w:r>
        <w:t>https://www.youtube.com/watch?v=_abwVFqLgHU</w:t>
      </w:r>
    </w:p>
    <w:p>
      <w:r>
        <w:rPr>
          <w:b/>
        </w:rPr>
        <w:t xml:space="preserve">[00:21] </w:t>
      </w:r>
      <w:r>
        <w:t>bismillah hir rahman nir rahim,</w:t>
      </w:r>
    </w:p>
    <w:p>
      <w:pPr>
        <w:jc w:val="right"/>
      </w:pPr>
      <w:r>
        <w:t>بسم اللہ الرحمن الرحیم،</w:t>
      </w:r>
    </w:p>
    <w:p>
      <w:r>
        <w:rPr>
          <w:b/>
        </w:rPr>
        <w:t xml:space="preserve">[00:24] </w:t>
      </w:r>
      <w:r>
        <w:t>wa salla Allahu ala an nabiyyil karim.</w:t>
      </w:r>
    </w:p>
    <w:p>
      <w:pPr>
        <w:jc w:val="right"/>
      </w:pPr>
      <w:r>
        <w:t>وصلی اللہ علی النبی الکریم۔</w:t>
      </w:r>
    </w:p>
    <w:p>
      <w:r>
        <w:rPr>
          <w:b/>
        </w:rPr>
        <w:t xml:space="preserve">[00:28] </w:t>
      </w:r>
      <w:r>
        <w:t>rab ishrah li sadri,</w:t>
      </w:r>
    </w:p>
    <w:p>
      <w:pPr>
        <w:jc w:val="right"/>
      </w:pPr>
      <w:r>
        <w:t>رب اشرح لی صدری،</w:t>
      </w:r>
    </w:p>
    <w:p>
      <w:r>
        <w:rPr>
          <w:b/>
        </w:rPr>
        <w:t xml:space="preserve">[00:31] </w:t>
      </w:r>
      <w:r>
        <w:t>wa yassir li amri,</w:t>
      </w:r>
    </w:p>
    <w:p>
      <w:pPr>
        <w:jc w:val="right"/>
      </w:pPr>
      <w:r>
        <w:t>ویسر لی امری،</w:t>
      </w:r>
    </w:p>
    <w:p>
      <w:r>
        <w:rPr>
          <w:b/>
        </w:rPr>
        <w:t xml:space="preserve">[00:34] </w:t>
      </w:r>
      <w:r>
        <w:t>wahlul uqdatan min lisani</w:t>
      </w:r>
    </w:p>
    <w:p>
      <w:pPr>
        <w:jc w:val="right"/>
      </w:pPr>
      <w:r>
        <w:t>واحل العقدۃ من لسانی</w:t>
      </w:r>
    </w:p>
    <w:p>
      <w:r>
        <w:rPr>
          <w:b/>
        </w:rPr>
        <w:t xml:space="preserve">[00:37] </w:t>
      </w:r>
      <w:r>
        <w:t>yaf qahu qawli. is waqt</w:t>
      </w:r>
    </w:p>
    <w:p>
      <w:pPr>
        <w:jc w:val="right"/>
      </w:pPr>
      <w:r>
        <w:t>یفقہ قولی۔ اس وقت</w:t>
      </w:r>
    </w:p>
    <w:p>
      <w:r>
        <w:rPr>
          <w:b/>
        </w:rPr>
        <w:t xml:space="preserve">[00:45] </w:t>
      </w:r>
      <w:r>
        <w:t>ki tak ka jo subject hai woh hai "god</w:t>
      </w:r>
    </w:p>
    <w:p>
      <w:pPr>
        <w:jc w:val="right"/>
      </w:pPr>
      <w:r>
        <w:t>کی ٹاک کا جو سبجیکٹ ہے وہ ہے "گاڈ</w:t>
      </w:r>
    </w:p>
    <w:p>
      <w:r>
        <w:rPr>
          <w:b/>
        </w:rPr>
        <w:t xml:space="preserve">[00:51] </w:t>
      </w:r>
      <w:r>
        <w:t>oriented life". yeh concept khud Quran se</w:t>
      </w:r>
    </w:p>
    <w:p>
      <w:pPr>
        <w:jc w:val="right"/>
      </w:pPr>
      <w:r>
        <w:t>اورینٹڈ لائف"۔ یہ کانسیپٹ خود قرآن سے</w:t>
      </w:r>
    </w:p>
    <w:p>
      <w:r>
        <w:rPr>
          <w:b/>
        </w:rPr>
        <w:t xml:space="preserve">[01:01] </w:t>
      </w:r>
      <w:r>
        <w:t>liya hua hai.</w:t>
      </w:r>
    </w:p>
    <w:p>
      <w:pPr>
        <w:jc w:val="right"/>
      </w:pPr>
      <w:r>
        <w:t>لیا ہوا ہے۔</w:t>
      </w:r>
    </w:p>
    <w:p>
      <w:r>
        <w:rPr>
          <w:b/>
        </w:rPr>
        <w:t xml:space="preserve">[01:04] </w:t>
      </w:r>
      <w:r>
        <w:t>Quran mein ek ayat hai:</w:t>
      </w:r>
    </w:p>
    <w:p>
      <w:pPr>
        <w:jc w:val="right"/>
      </w:pPr>
      <w:r>
        <w:t>قرآن میں ایک آیت ہے:</w:t>
      </w:r>
    </w:p>
    <w:p>
      <w:r>
        <w:rPr>
          <w:b/>
        </w:rPr>
        <w:t xml:space="preserve">[01:08] </w:t>
      </w:r>
      <w:r>
        <w:t>"kunoo rabbaniyyeen". tum log rabb wale ban jao,</w:t>
      </w:r>
    </w:p>
    <w:p>
      <w:pPr>
        <w:jc w:val="right"/>
      </w:pPr>
      <w:r>
        <w:t>"کونو ربانیین"۔ تم لوگ رب والے بن جاؤ،</w:t>
      </w:r>
    </w:p>
    <w:p>
      <w:r>
        <w:rPr>
          <w:b/>
        </w:rPr>
        <w:t xml:space="preserve">[01:20] </w:t>
      </w:r>
      <w:r>
        <w:t>yani rabb oriented ban jao.</w:t>
      </w:r>
    </w:p>
    <w:p>
      <w:pPr>
        <w:jc w:val="right"/>
      </w:pPr>
      <w:r>
        <w:t>یعنی رب اورینٹڈ بن جاؤ۔</w:t>
      </w:r>
    </w:p>
    <w:p>
      <w:r>
        <w:rPr>
          <w:b/>
        </w:rPr>
        <w:t xml:space="preserve">[01:25] </w:t>
      </w:r>
      <w:r>
        <w:t>is ka matlab yeh hua ke rabb oriented life adopt karo, ya god oriented life adopt karo.</w:t>
      </w:r>
    </w:p>
    <w:p>
      <w:pPr>
        <w:jc w:val="right"/>
      </w:pPr>
      <w:r>
        <w:t>اس کا مطلب یہ ہوا کہ رب اورینٹڈ لائف اڈاپٹ کرو، یا گاڈ اورینٹڈ لائف اڈاپٹ کرو۔</w:t>
      </w:r>
    </w:p>
    <w:p>
      <w:r>
        <w:rPr>
          <w:b/>
        </w:rPr>
        <w:t xml:space="preserve">[01:34] </w:t>
      </w:r>
      <w:r>
        <w:t>to yeh jo hai "god oriented life", yeh khud Quran ka concept hai.</w:t>
      </w:r>
    </w:p>
    <w:p>
      <w:pPr>
        <w:jc w:val="right"/>
      </w:pPr>
      <w:r>
        <w:t>تو یہ جو ہے "گاڈ اورینٹڈ لائف"، یہ خود قرآن کا کنسیپٹ ہے۔</w:t>
      </w:r>
    </w:p>
    <w:p>
      <w:r>
        <w:rPr>
          <w:b/>
        </w:rPr>
        <w:t xml:space="preserve">[01:42] </w:t>
      </w:r>
      <w:r>
        <w:t>Quran mein yeh baat batai gai hai.</w:t>
      </w:r>
    </w:p>
    <w:p>
      <w:pPr>
        <w:jc w:val="right"/>
      </w:pPr>
      <w:r>
        <w:t>قرآن میں یہ بات بتائی گئی ہے۔</w:t>
      </w:r>
    </w:p>
    <w:p>
      <w:r>
        <w:rPr>
          <w:b/>
        </w:rPr>
        <w:t xml:space="preserve">[01:47] </w:t>
      </w:r>
      <w:r>
        <w:t>yahan par ek baat samajhna chahiye</w:t>
      </w:r>
    </w:p>
    <w:p>
      <w:pPr>
        <w:jc w:val="right"/>
      </w:pPr>
      <w:r>
        <w:t>یہاں پر ایک بات سمجھنا چاہیے</w:t>
      </w:r>
    </w:p>
    <w:p>
      <w:r>
        <w:rPr>
          <w:b/>
        </w:rPr>
        <w:t xml:space="preserve">[01:51] </w:t>
      </w:r>
      <w:r>
        <w:t>ke yeh koi</w:t>
      </w:r>
    </w:p>
    <w:p>
      <w:pPr>
        <w:jc w:val="right"/>
      </w:pPr>
      <w:r>
        <w:t>کہ یہ کوئی</w:t>
      </w:r>
    </w:p>
    <w:p>
      <w:r>
        <w:rPr>
          <w:b/>
        </w:rPr>
        <w:t xml:space="preserve">[01:56] </w:t>
      </w:r>
      <w:r>
        <w:t>imposition ki baat nahi hai ke aap kisi par impose karein</w:t>
      </w:r>
    </w:p>
    <w:p>
      <w:pPr>
        <w:jc w:val="right"/>
      </w:pPr>
      <w:r>
        <w:t>امپوزیشن کی بات نہیں ہے کہ آپ کسی پر امپوز کریں</w:t>
      </w:r>
    </w:p>
    <w:p>
      <w:r>
        <w:rPr>
          <w:b/>
        </w:rPr>
        <w:t xml:space="preserve">[02:02] </w:t>
      </w:r>
      <w:r>
        <w:t>ke tum god oriented life ko apnao.</w:t>
      </w:r>
    </w:p>
    <w:p>
      <w:pPr>
        <w:jc w:val="right"/>
      </w:pPr>
      <w:r>
        <w:t>کہ تم گاڈ اورینٹڈ لائف کو اپناؤ۔</w:t>
      </w:r>
    </w:p>
    <w:p>
      <w:r>
        <w:rPr>
          <w:b/>
        </w:rPr>
        <w:t xml:space="preserve">[02:07] </w:t>
      </w:r>
      <w:r>
        <w:t>yeh hota hai by choice.</w:t>
      </w:r>
    </w:p>
    <w:p>
      <w:pPr>
        <w:jc w:val="right"/>
      </w:pPr>
      <w:r>
        <w:t>یہ ہوتا ہے بائی چوائس۔</w:t>
      </w:r>
    </w:p>
    <w:p>
      <w:r>
        <w:rPr>
          <w:b/>
        </w:rPr>
        <w:t xml:space="preserve">[02:11] </w:t>
      </w:r>
      <w:r>
        <w:t>apni choice se aap aisa karte hain.</w:t>
      </w:r>
    </w:p>
    <w:p>
      <w:pPr>
        <w:jc w:val="right"/>
      </w:pPr>
      <w:r>
        <w:t>اپنی چوائس سے آپ ایسا کرتے ہیں۔</w:t>
      </w:r>
    </w:p>
    <w:p>
      <w:r>
        <w:rPr>
          <w:b/>
        </w:rPr>
        <w:t xml:space="preserve">[02:17] </w:t>
      </w:r>
      <w:r>
        <w:t>is dunya ke bare mein Quran mein ek ayat hai</w:t>
      </w:r>
    </w:p>
    <w:p>
      <w:pPr>
        <w:jc w:val="right"/>
      </w:pPr>
      <w:r>
        <w:t>اس دنیا کے بارے میں قرآن میں ایک آیت ہے</w:t>
      </w:r>
    </w:p>
    <w:p>
      <w:r>
        <w:rPr>
          <w:b/>
        </w:rPr>
        <w:t xml:space="preserve">[02:21] </w:t>
      </w:r>
      <w:r>
        <w:t>ke "afaghayra din Allahi yabghoon</w:t>
      </w:r>
    </w:p>
    <w:p>
      <w:pPr>
        <w:jc w:val="right"/>
      </w:pPr>
      <w:r>
        <w:t>کہ "افغیر دین اللہ یبغون</w:t>
      </w:r>
    </w:p>
    <w:p>
      <w:r>
        <w:rPr>
          <w:b/>
        </w:rPr>
        <w:t xml:space="preserve">[02:31] </w:t>
      </w:r>
      <w:r>
        <w:t>walahu aslama man fis samawati walahu tu'moonaha".</w:t>
      </w:r>
    </w:p>
    <w:p>
      <w:pPr>
        <w:jc w:val="right"/>
      </w:pPr>
      <w:r>
        <w:t>ولہ اسلم من فی السماوات ولہ طوم کرہا"۔</w:t>
      </w:r>
    </w:p>
    <w:p>
      <w:r>
        <w:rPr>
          <w:b/>
        </w:rPr>
        <w:t xml:space="preserve">[02:36] </w:t>
      </w:r>
      <w:r>
        <w:t>is ka matlab yeh hai ke poori universe jo hai,</w:t>
      </w:r>
    </w:p>
    <w:p>
      <w:pPr>
        <w:jc w:val="right"/>
      </w:pPr>
      <w:r>
        <w:t>اس کا مطلب یہ ہے کہ پوری یونیورس جو ہے،</w:t>
      </w:r>
    </w:p>
    <w:p>
      <w:r>
        <w:rPr>
          <w:b/>
        </w:rPr>
        <w:t xml:space="preserve">[02:41] </w:t>
      </w:r>
      <w:r>
        <w:t>yani insaan ko chhod kar jo universe hai, woh poori ki poori Islam par hai.</w:t>
      </w:r>
    </w:p>
    <w:p>
      <w:pPr>
        <w:jc w:val="right"/>
      </w:pPr>
      <w:r>
        <w:t>یعنی انسان کو چھوڑ کر جو یونیورس ہے، وہ پوری کی پوری اسلام پر ہے۔</w:t>
      </w:r>
    </w:p>
    <w:p>
      <w:r>
        <w:rPr>
          <w:b/>
        </w:rPr>
        <w:t xml:space="preserve">[02:49] </w:t>
      </w:r>
      <w:r>
        <w:t>Islam means surrender.</w:t>
      </w:r>
    </w:p>
    <w:p>
      <w:pPr>
        <w:jc w:val="right"/>
      </w:pPr>
      <w:r>
        <w:t>اسلام مینز سرینڈر۔</w:t>
      </w:r>
    </w:p>
    <w:p>
      <w:r>
        <w:rPr>
          <w:b/>
        </w:rPr>
        <w:t xml:space="preserve">[02:53] </w:t>
      </w:r>
      <w:r>
        <w:t>yani poori universe ka jo religion hai woh hai religion of surrender, religion of submission.</w:t>
      </w:r>
    </w:p>
    <w:p>
      <w:pPr>
        <w:jc w:val="right"/>
      </w:pPr>
      <w:r>
        <w:t>یعنی پوری یونیورس کا جو ریلیجن ہے وہ ہے ریلیجن آف سرینڈر، ریلیجن آف سبمیشن۔</w:t>
      </w:r>
    </w:p>
    <w:p>
      <w:r>
        <w:rPr>
          <w:b/>
        </w:rPr>
        <w:t xml:space="preserve">[03:02] </w:t>
      </w:r>
      <w:r>
        <w:t>toh yeh kehna sahi hoga,</w:t>
      </w:r>
    </w:p>
    <w:p>
      <w:pPr>
        <w:jc w:val="right"/>
      </w:pPr>
      <w:r>
        <w:t>تو یہ کہنا صحیح ہوگا،</w:t>
      </w:r>
    </w:p>
    <w:p>
      <w:r>
        <w:rPr>
          <w:b/>
        </w:rPr>
        <w:t xml:space="preserve">[03:05] </w:t>
      </w:r>
      <w:r>
        <w:t>yehi cheez insaan se matloob hai.</w:t>
      </w:r>
    </w:p>
    <w:p>
      <w:pPr>
        <w:jc w:val="right"/>
      </w:pPr>
      <w:r>
        <w:t>یہی چیز انسان سے مطلوب ہے۔</w:t>
      </w:r>
    </w:p>
    <w:p>
      <w:r>
        <w:rPr>
          <w:b/>
        </w:rPr>
        <w:t xml:space="preserve">[03:10] </w:t>
      </w:r>
      <w:r>
        <w:t>The same thing is required also by man.</w:t>
      </w:r>
    </w:p>
    <w:p>
      <w:pPr>
        <w:jc w:val="right"/>
      </w:pPr>
      <w:r>
        <w:t>دا سیم تھنگ از ریکوائرڈ السو بائی مین۔</w:t>
      </w:r>
    </w:p>
    <w:p>
      <w:r>
        <w:rPr>
          <w:b/>
        </w:rPr>
        <w:t xml:space="preserve">[03:16] </w:t>
      </w:r>
      <w:r>
        <w:t>yani surrender, submission.</w:t>
      </w:r>
    </w:p>
    <w:p>
      <w:pPr>
        <w:jc w:val="right"/>
      </w:pPr>
      <w:r>
        <w:t>یعنی سرینڈر، سبمیشن۔</w:t>
      </w:r>
    </w:p>
    <w:p>
      <w:r>
        <w:rPr>
          <w:b/>
        </w:rPr>
        <w:t xml:space="preserve">[03:20] </w:t>
      </w:r>
      <w:r>
        <w:t>insaan ko bhi surrender kar ke rehna hai duniya mein, aur rest of the universe jo hai woh</w:t>
      </w:r>
    </w:p>
    <w:p>
      <w:pPr>
        <w:jc w:val="right"/>
      </w:pPr>
      <w:r>
        <w:t>انسان کو بھی سرینڈر کر کے رہنا ہے دنیا میں، اور ریسٹ آف دی یونیورس جو ہے وہ</w:t>
      </w:r>
    </w:p>
    <w:p>
      <w:r>
        <w:rPr>
          <w:b/>
        </w:rPr>
        <w:t xml:space="preserve">[03:25] </w:t>
      </w:r>
      <w:r>
        <w:t>bhi surrender kar ke reh rahi hai.</w:t>
      </w:r>
    </w:p>
    <w:p>
      <w:pPr>
        <w:jc w:val="right"/>
      </w:pPr>
      <w:r>
        <w:t>بھی سرینڈر کر کے رہ رہی ہے۔</w:t>
      </w:r>
    </w:p>
    <w:p>
      <w:r>
        <w:rPr>
          <w:b/>
        </w:rPr>
        <w:t xml:space="preserve">[03:30] </w:t>
      </w:r>
      <w:r>
        <w:t>toh yeh kehna sahi hoga ke submission is the religion of both.</w:t>
      </w:r>
    </w:p>
    <w:p>
      <w:pPr>
        <w:jc w:val="right"/>
      </w:pPr>
      <w:r>
        <w:t>تو یہ کہنا صحیح ہوگا کہ سبمیشن از دا ریلیجن آف بوتھ۔</w:t>
      </w:r>
    </w:p>
    <w:p>
      <w:r>
        <w:rPr>
          <w:b/>
        </w:rPr>
        <w:t xml:space="preserve">[03:39] </w:t>
      </w:r>
      <w:r>
        <w:t>Submission is the only religion of both, man and the universe.</w:t>
      </w:r>
    </w:p>
    <w:p>
      <w:pPr>
        <w:jc w:val="right"/>
      </w:pPr>
      <w:r>
        <w:t>سبمیشن از دا اونلی ریلیجن آف بوتھ، مین اینڈ دا یونیورس۔</w:t>
      </w:r>
    </w:p>
    <w:p>
      <w:r>
        <w:rPr>
          <w:b/>
        </w:rPr>
        <w:t xml:space="preserve">[03:47] </w:t>
      </w:r>
      <w:r>
        <w:t>lekin is mein ek difference hai.</w:t>
      </w:r>
    </w:p>
    <w:p>
      <w:pPr>
        <w:jc w:val="right"/>
      </w:pPr>
      <w:r>
        <w:t>لیکن اس میں ایک ڈفرنس ہے۔</w:t>
      </w:r>
    </w:p>
    <w:p>
      <w:r>
        <w:rPr>
          <w:b/>
        </w:rPr>
        <w:t xml:space="preserve">[03:51] </w:t>
      </w:r>
      <w:r>
        <w:t>Rest of the universe jo hai, ya aap keh sakte hain ke material world jo hai,</w:t>
      </w:r>
    </w:p>
    <w:p>
      <w:pPr>
        <w:jc w:val="right"/>
      </w:pPr>
      <w:r>
        <w:t>ریسٹ آف دا یونیورس جو ہے، یا آپ کہہ سکتے ہیں کہ مٹیریل ورلڈ جو ہے،</w:t>
      </w:r>
    </w:p>
    <w:p>
      <w:r>
        <w:rPr>
          <w:b/>
        </w:rPr>
        <w:t xml:space="preserve">[03:59] </w:t>
      </w:r>
      <w:r>
        <w:t>woh is culture ko,</w:t>
      </w:r>
    </w:p>
    <w:p>
      <w:pPr>
        <w:jc w:val="right"/>
      </w:pPr>
      <w:r>
        <w:t>وہ اس کلچر کو،</w:t>
      </w:r>
    </w:p>
    <w:p>
      <w:r>
        <w:rPr>
          <w:b/>
        </w:rPr>
        <w:t xml:space="preserve">[04:03] </w:t>
      </w:r>
      <w:r>
        <w:t>yani submission culture ko,</w:t>
      </w:r>
    </w:p>
    <w:p>
      <w:pPr>
        <w:jc w:val="right"/>
      </w:pPr>
      <w:r>
        <w:t>یعنی سبمیشن کلچر کو،</w:t>
      </w:r>
    </w:p>
    <w:p>
      <w:r>
        <w:rPr>
          <w:b/>
        </w:rPr>
        <w:t xml:space="preserve">[04:07] </w:t>
      </w:r>
      <w:r>
        <w:t>compulsorily follow kar rahi hai.</w:t>
      </w:r>
    </w:p>
    <w:p>
      <w:pPr>
        <w:jc w:val="right"/>
      </w:pPr>
      <w:r>
        <w:t>کمپلسولی فالو کر رہی ہے۔</w:t>
      </w:r>
    </w:p>
    <w:p>
      <w:r>
        <w:rPr>
          <w:b/>
        </w:rPr>
        <w:t xml:space="preserve">[04:12] </w:t>
      </w:r>
      <w:r>
        <w:t>jaise stars hain, tamam stars jo countless hain,</w:t>
      </w:r>
    </w:p>
    <w:p>
      <w:pPr>
        <w:jc w:val="right"/>
      </w:pPr>
      <w:r>
        <w:t>جیسے اسٹارز ہیں، تمام اسٹارز جو کاؤنٹ لیس ہیں،</w:t>
      </w:r>
    </w:p>
    <w:p>
      <w:r>
        <w:rPr>
          <w:b/>
        </w:rPr>
        <w:t xml:space="preserve">[04:19] </w:t>
      </w:r>
      <w:r>
        <w:t>unki aaj tak ginti nahi ho saki ke kitne stars hain duniya mein.</w:t>
      </w:r>
    </w:p>
    <w:p>
      <w:pPr>
        <w:jc w:val="right"/>
      </w:pPr>
      <w:r>
        <w:t>ان کی آج تک گنتی نہیں ہو سکی کہ کتنے اسٹارز ہیں دنیا میں۔</w:t>
      </w:r>
    </w:p>
    <w:p>
      <w:r>
        <w:rPr>
          <w:b/>
        </w:rPr>
        <w:t xml:space="preserve">[04:23] </w:t>
      </w:r>
      <w:r>
        <w:t>yani powerful telescope bhi abhi tak aisa nahi kar saki ke woh bataye ke stars kitne hain</w:t>
      </w:r>
    </w:p>
    <w:p>
      <w:pPr>
        <w:jc w:val="right"/>
      </w:pPr>
      <w:r>
        <w:t>یعنی پاور فل ٹیلیسکوپ بھی ابھی تک ایسا نہیں کر سکی کہ وہ بتائے کہ اسٹارز کتنے ہیں</w:t>
      </w:r>
    </w:p>
    <w:p>
      <w:r>
        <w:rPr>
          <w:b/>
        </w:rPr>
        <w:t xml:space="preserve">[04:32] </w:t>
      </w:r>
      <w:r>
        <w:t>space mein. Lekin yeh hum jaante hain ke saare stars revolve kar rahe hain</w:t>
      </w:r>
    </w:p>
    <w:p>
      <w:pPr>
        <w:jc w:val="right"/>
      </w:pPr>
      <w:r>
        <w:t>اسپیس میں۔ لیکن یہ ہم جانتے ہیں کہ سارے اسٹارز ریوالو کر رہے ہیں</w:t>
      </w:r>
    </w:p>
    <w:p>
      <w:r>
        <w:rPr>
          <w:b/>
        </w:rPr>
        <w:t xml:space="preserve">[04:40] </w:t>
      </w:r>
      <w:r>
        <w:t>apne apne madar par, apne apne orbit par.</w:t>
      </w:r>
    </w:p>
    <w:p>
      <w:pPr>
        <w:jc w:val="right"/>
      </w:pPr>
      <w:r>
        <w:t>اپنے اپنے مدار پر، اپنے اپنے آربٹ پر۔</w:t>
      </w:r>
    </w:p>
    <w:p>
      <w:r>
        <w:rPr>
          <w:b/>
        </w:rPr>
        <w:t xml:space="preserve">[04:45] </w:t>
      </w:r>
      <w:r>
        <w:t>toh is tarah saari cheezein ek bahut hi zyada attal law of nature hai, bahut hi attal divine</w:t>
      </w:r>
    </w:p>
    <w:p>
      <w:pPr>
        <w:jc w:val="right"/>
      </w:pPr>
      <w:r>
        <w:t>تو اس طرح ساری چیزیں ایک بہت ہی زیادہ اٹل لاء آف نیچر ہے، بہت ہی اٹل ڈیوائن</w:t>
      </w:r>
    </w:p>
    <w:p>
      <w:r>
        <w:rPr>
          <w:b/>
        </w:rPr>
        <w:t xml:space="preserve">[04:55] </w:t>
      </w:r>
      <w:r>
        <w:t>law hai. Is ko har ek follow kar raha hai, chahe woh mountain ho, chahe ocean ho, chahe</w:t>
      </w:r>
    </w:p>
    <w:p>
      <w:pPr>
        <w:jc w:val="right"/>
      </w:pPr>
      <w:r>
        <w:t>لاء ہے۔ اس کو ہر ایک فالو کر رہا ہے، چاہے وہ ماؤنٹن ہو، چاہے اوشن ہو، چاہے</w:t>
      </w:r>
    </w:p>
    <w:p>
      <w:r>
        <w:rPr>
          <w:b/>
        </w:rPr>
        <w:t xml:space="preserve">[05:00] </w:t>
      </w:r>
      <w:r>
        <w:t>tree hon, chahe animal hon, stars hon, koi bhi cheez ho.</w:t>
      </w:r>
    </w:p>
    <w:p>
      <w:pPr>
        <w:jc w:val="right"/>
      </w:pPr>
      <w:r>
        <w:t>ٹری ہوں، چاہے اینیمل ہوں، اسٹارز ہوں، کوئی بھی چیز ہو۔</w:t>
      </w:r>
    </w:p>
    <w:p>
      <w:r>
        <w:rPr>
          <w:b/>
        </w:rPr>
        <w:t xml:space="preserve">[05:06] </w:t>
      </w:r>
      <w:r>
        <w:t>ek particle se le kar ke</w:t>
      </w:r>
    </w:p>
    <w:p>
      <w:pPr>
        <w:jc w:val="right"/>
      </w:pPr>
      <w:r>
        <w:t>ایک پارٹیکل سے لے کر کے</w:t>
      </w:r>
    </w:p>
    <w:p>
      <w:r>
        <w:rPr>
          <w:b/>
        </w:rPr>
        <w:t xml:space="preserve">[05:10] </w:t>
      </w:r>
      <w:r>
        <w:t>jo humanly bodies hain, sab ke sab</w:t>
      </w:r>
    </w:p>
    <w:p>
      <w:pPr>
        <w:jc w:val="right"/>
      </w:pPr>
      <w:r>
        <w:t>جو ہیومنلی باڈیز ہیں، سب کے سب</w:t>
      </w:r>
    </w:p>
    <w:p>
      <w:r>
        <w:rPr>
          <w:b/>
        </w:rPr>
        <w:t xml:space="preserve">[05:15] </w:t>
      </w:r>
      <w:r>
        <w:t>law of nature ya</w:t>
      </w:r>
    </w:p>
    <w:p>
      <w:pPr>
        <w:jc w:val="right"/>
      </w:pPr>
      <w:r>
        <w:t>لاء آف نیچر یا</w:t>
      </w:r>
    </w:p>
    <w:p>
      <w:r>
        <w:rPr>
          <w:b/>
        </w:rPr>
        <w:t xml:space="preserve">[05:19] </w:t>
      </w:r>
      <w:r>
        <w:t>divine law ko follow kar rahe hain, compulsively.</w:t>
      </w:r>
    </w:p>
    <w:p>
      <w:pPr>
        <w:jc w:val="right"/>
      </w:pPr>
      <w:r>
        <w:t>ڈیوائن لاء کو فالو کر رہے ہیں، کمپلسولی۔</w:t>
      </w:r>
    </w:p>
    <w:p>
      <w:r>
        <w:rPr>
          <w:b/>
        </w:rPr>
        <w:t xml:space="preserve">[05:25] </w:t>
      </w:r>
      <w:r>
        <w:t>insan ko isi</w:t>
      </w:r>
    </w:p>
    <w:p>
      <w:pPr>
        <w:jc w:val="right"/>
      </w:pPr>
      <w:r>
        <w:t>انسان کو اسی</w:t>
      </w:r>
    </w:p>
    <w:p>
      <w:r>
        <w:rPr>
          <w:b/>
        </w:rPr>
        <w:t xml:space="preserve">[05:29] </w:t>
      </w:r>
      <w:r>
        <w:t>universal culture ko</w:t>
      </w:r>
    </w:p>
    <w:p>
      <w:pPr>
        <w:jc w:val="right"/>
      </w:pPr>
      <w:r>
        <w:t>یونیورسل کلچر کو</w:t>
      </w:r>
    </w:p>
    <w:p>
      <w:r>
        <w:rPr>
          <w:b/>
        </w:rPr>
        <w:t xml:space="preserve">[05:31] </w:t>
      </w:r>
      <w:r>
        <w:t>apne choice se adopt karna hai.</w:t>
      </w:r>
    </w:p>
    <w:p>
      <w:pPr>
        <w:jc w:val="right"/>
      </w:pPr>
      <w:r>
        <w:t>اپنے چوائس سے اڈاپٹ کرنا ہے۔</w:t>
      </w:r>
    </w:p>
    <w:p>
      <w:r>
        <w:rPr>
          <w:b/>
        </w:rPr>
        <w:t xml:space="preserve">[05:36] </w:t>
      </w:r>
      <w:r>
        <w:t>yahi farq hai.</w:t>
      </w:r>
    </w:p>
    <w:p>
      <w:pPr>
        <w:jc w:val="right"/>
      </w:pPr>
      <w:r>
        <w:t>یہی فرق ہے۔</w:t>
      </w:r>
    </w:p>
    <w:p>
      <w:r>
        <w:rPr>
          <w:b/>
        </w:rPr>
        <w:t xml:space="preserve">[05:37] </w:t>
      </w:r>
      <w:r>
        <w:t>insan sirf akela ek aisi makhlooq hai, aisa creature hai jo</w:t>
      </w:r>
    </w:p>
    <w:p>
      <w:pPr>
        <w:jc w:val="right"/>
      </w:pPr>
      <w:r>
        <w:t>انسان صرف اکیلا ایک ایسی مخلوق ہے، ایسا کریچر ہے جو</w:t>
      </w:r>
    </w:p>
    <w:p>
      <w:r>
        <w:rPr>
          <w:b/>
        </w:rPr>
        <w:t xml:space="preserve">[05:46] </w:t>
      </w:r>
      <w:r>
        <w:t>freedom rakhta hai.</w:t>
      </w:r>
    </w:p>
    <w:p>
      <w:pPr>
        <w:jc w:val="right"/>
      </w:pPr>
      <w:r>
        <w:t>فریڈم رکھتا ہے۔</w:t>
      </w:r>
    </w:p>
    <w:p>
      <w:r>
        <w:rPr>
          <w:b/>
        </w:rPr>
        <w:t xml:space="preserve">[05:47] </w:t>
      </w:r>
      <w:r>
        <w:t>freedom, choice. baqi ke liye koi choice nahi hai, koi freedom nahi hai.</w:t>
      </w:r>
    </w:p>
    <w:p>
      <w:pPr>
        <w:jc w:val="right"/>
      </w:pPr>
      <w:r>
        <w:t>فریڈم، چوائس۔ باقی کے لیے کوئی چوائس نہیں ہے، کوئی فریڈم نہیں ہے۔</w:t>
      </w:r>
    </w:p>
    <w:p>
      <w:r>
        <w:rPr>
          <w:b/>
        </w:rPr>
        <w:t xml:space="preserve">[05:54] </w:t>
      </w:r>
      <w:r>
        <w:t>to jo culture, jo submission culture,</w:t>
      </w:r>
    </w:p>
    <w:p>
      <w:pPr>
        <w:jc w:val="right"/>
      </w:pPr>
      <w:r>
        <w:t>تو جو کلچر، جو سبمیشن کلچر،</w:t>
      </w:r>
    </w:p>
    <w:p>
      <w:r>
        <w:rPr>
          <w:b/>
        </w:rPr>
        <w:t xml:space="preserve">[05:59] </w:t>
      </w:r>
      <w:r>
        <w:t>sari universe compulsively</w:t>
      </w:r>
    </w:p>
    <w:p>
      <w:pPr>
        <w:jc w:val="right"/>
      </w:pPr>
      <w:r>
        <w:t>ساری یونیورس کمپلسولی</w:t>
      </w:r>
    </w:p>
    <w:p>
      <w:r>
        <w:rPr>
          <w:b/>
        </w:rPr>
        <w:t xml:space="preserve">[06:05] </w:t>
      </w:r>
      <w:r>
        <w:t>adopt kiye hue hai,</w:t>
      </w:r>
    </w:p>
    <w:p>
      <w:pPr>
        <w:jc w:val="right"/>
      </w:pPr>
      <w:r>
        <w:t>اڈاپٹ کیے ہوئے ہے،</w:t>
      </w:r>
    </w:p>
    <w:p>
      <w:r>
        <w:rPr>
          <w:b/>
        </w:rPr>
        <w:t xml:space="preserve">[06:07] </w:t>
      </w:r>
      <w:r>
        <w:t>isi culture ko</w:t>
      </w:r>
    </w:p>
    <w:p>
      <w:pPr>
        <w:jc w:val="right"/>
      </w:pPr>
      <w:r>
        <w:t>اسی کلچر کو</w:t>
      </w:r>
    </w:p>
    <w:p>
      <w:r>
        <w:rPr>
          <w:b/>
        </w:rPr>
        <w:t xml:space="preserve">[06:09] </w:t>
      </w:r>
      <w:r>
        <w:t>insan ko bhi isi culture ko apne choice se adopt karna hai.</w:t>
      </w:r>
    </w:p>
    <w:p>
      <w:pPr>
        <w:jc w:val="right"/>
      </w:pPr>
      <w:r>
        <w:t>انسان کو بھی اسی کلچر کو اپنے چوائس سے اڈاپٹ کرنا ہے۔</w:t>
      </w:r>
    </w:p>
    <w:p>
      <w:r>
        <w:rPr>
          <w:b/>
        </w:rPr>
        <w:t xml:space="preserve">[06:16] </w:t>
      </w:r>
      <w:r>
        <w:t>yeh hai basic concept.</w:t>
      </w:r>
    </w:p>
    <w:p>
      <w:pPr>
        <w:jc w:val="right"/>
      </w:pPr>
      <w:r>
        <w:t>یہ ہے بیسک کانسیپٹ۔</w:t>
      </w:r>
    </w:p>
    <w:p>
      <w:r>
        <w:rPr>
          <w:b/>
        </w:rPr>
        <w:t xml:space="preserve">[06:20] </w:t>
      </w:r>
      <w:r>
        <w:t>ab dekhiye ke Khuda ko jo,</w:t>
      </w:r>
    </w:p>
    <w:p>
      <w:pPr>
        <w:jc w:val="right"/>
      </w:pPr>
      <w:r>
        <w:t>اب دیکھیں کہ خدا کو جو،</w:t>
      </w:r>
    </w:p>
    <w:p>
      <w:r>
        <w:rPr>
          <w:b/>
        </w:rPr>
        <w:t xml:space="preserve">[06:25] </w:t>
      </w:r>
      <w:r>
        <w:t>yani God oriented life, jo</w:t>
      </w:r>
    </w:p>
    <w:p>
      <w:pPr>
        <w:jc w:val="right"/>
      </w:pPr>
      <w:r>
        <w:t>یعنی گاڈ اورینٹڈ لائف، جو</w:t>
      </w:r>
    </w:p>
    <w:p>
      <w:r>
        <w:rPr>
          <w:b/>
        </w:rPr>
        <w:t xml:space="preserve">[06:31] </w:t>
      </w:r>
      <w:r>
        <w:t>Khuda ko matloob hai,</w:t>
      </w:r>
    </w:p>
    <w:p>
      <w:pPr>
        <w:jc w:val="right"/>
      </w:pPr>
      <w:r>
        <w:t>خدا کو مطلوب ہے،</w:t>
      </w:r>
    </w:p>
    <w:p>
      <w:r>
        <w:rPr>
          <w:b/>
        </w:rPr>
        <w:t xml:space="preserve">[06:34] </w:t>
      </w:r>
      <w:r>
        <w:t>jo required hai insan se, uska physical model Khuda ne rakh diya hai duniya mein.</w:t>
      </w:r>
    </w:p>
    <w:p>
      <w:pPr>
        <w:jc w:val="right"/>
      </w:pPr>
      <w:r>
        <w:t>جو ریکوائرڈ ہے انسان سے، اس کا فزیکل ماڈل خدا نے رکھ دیا ہے دنیا میں۔</w:t>
      </w:r>
    </w:p>
    <w:p>
      <w:r>
        <w:rPr>
          <w:b/>
        </w:rPr>
        <w:t xml:space="preserve">[06:40] </w:t>
      </w:r>
      <w:r>
        <w:t>physical model. jaise aap dekhiye,</w:t>
      </w:r>
    </w:p>
    <w:p>
      <w:pPr>
        <w:jc w:val="right"/>
      </w:pPr>
      <w:r>
        <w:t>فزیکل ماڈل۔ جیسے آپ دیکھیے،</w:t>
      </w:r>
    </w:p>
    <w:p>
      <w:r>
        <w:rPr>
          <w:b/>
        </w:rPr>
        <w:t xml:space="preserve">[06:44] </w:t>
      </w:r>
      <w:r>
        <w:t>solar system ko aap dekhiye, wahan par kya hai</w:t>
      </w:r>
    </w:p>
    <w:p>
      <w:pPr>
        <w:jc w:val="right"/>
      </w:pPr>
      <w:r>
        <w:t>سولر سسٹم کو آپ دیکھیے، وہاں پر کیا ہے</w:t>
      </w:r>
    </w:p>
    <w:p>
      <w:r>
        <w:rPr>
          <w:b/>
        </w:rPr>
        <w:t xml:space="preserve">[06:49] </w:t>
      </w:r>
      <w:r>
        <w:t>ke sun beech mein hai, iske charon taraf planets revolve kar rahe hain.</w:t>
      </w:r>
    </w:p>
    <w:p>
      <w:pPr>
        <w:jc w:val="right"/>
      </w:pPr>
      <w:r>
        <w:t>کہ سن بیچ میں ہے، اس کے چاروں طرف پلینٹس ریوالو کر رہے ہیں۔</w:t>
      </w:r>
    </w:p>
    <w:p>
      <w:r>
        <w:rPr>
          <w:b/>
        </w:rPr>
        <w:t xml:space="preserve">[06:55] </w:t>
      </w:r>
      <w:r>
        <w:t>yeh hai sun oriented system.</w:t>
      </w:r>
    </w:p>
    <w:p>
      <w:pPr>
        <w:jc w:val="right"/>
      </w:pPr>
      <w:r>
        <w:t>یہ ہے سن اورینٹڈ سسٹم۔</w:t>
      </w:r>
    </w:p>
    <w:p>
      <w:r>
        <w:rPr>
          <w:b/>
        </w:rPr>
        <w:t xml:space="preserve">[06:59] </w:t>
      </w:r>
      <w:r>
        <w:t>solar system means sun oriented system.</w:t>
      </w:r>
    </w:p>
    <w:p>
      <w:pPr>
        <w:jc w:val="right"/>
      </w:pPr>
      <w:r>
        <w:t>سولر سسٹم مینز سن اورینٹڈ سسٹم۔</w:t>
      </w:r>
    </w:p>
    <w:p>
      <w:r>
        <w:rPr>
          <w:b/>
        </w:rPr>
        <w:t xml:space="preserve">[07:04] </w:t>
      </w:r>
      <w:r>
        <w:t>aise hi muamla insan ka hai</w:t>
      </w:r>
    </w:p>
    <w:p>
      <w:pPr>
        <w:jc w:val="right"/>
      </w:pPr>
      <w:r>
        <w:t>ایسے ہی معاملہ انسان کا ہے</w:t>
      </w:r>
    </w:p>
    <w:p>
      <w:r>
        <w:rPr>
          <w:b/>
        </w:rPr>
        <w:t xml:space="preserve">[07:07] </w:t>
      </w:r>
      <w:r>
        <w:t>keh wahan par stars, wahan par jo planets hain, un ka movement jo hai woh sun oriented hai.</w:t>
      </w:r>
    </w:p>
    <w:p>
      <w:pPr>
        <w:jc w:val="right"/>
      </w:pPr>
      <w:r>
        <w:t>کہ وہاں پر اسٹارز، وہاں پر جو پلینٹس ہیں، ان کا موومنٹ جو ہے وہ سن اورینٹڈ ہے۔</w:t>
      </w:r>
    </w:p>
    <w:p>
      <w:r>
        <w:rPr>
          <w:b/>
        </w:rPr>
        <w:t xml:space="preserve">[07:15] </w:t>
      </w:r>
      <w:r>
        <w:t>to aise insan ko karna hai keh is ke movement, is ki activities,</w:t>
      </w:r>
    </w:p>
    <w:p>
      <w:pPr>
        <w:jc w:val="right"/>
      </w:pPr>
      <w:r>
        <w:t>تو ایسے انسان کو کرنا ہے کہ اس کے موومنٹ، اس کی ایکٹیویٹیز،</w:t>
      </w:r>
    </w:p>
    <w:p>
      <w:r>
        <w:rPr>
          <w:b/>
        </w:rPr>
        <w:t xml:space="preserve">[07:19] </w:t>
      </w:r>
      <w:r>
        <w:t>woh hon God oriented.</w:t>
      </w:r>
    </w:p>
    <w:p>
      <w:pPr>
        <w:jc w:val="right"/>
      </w:pPr>
      <w:r>
        <w:t>وہ ہوں گاڈ اورینٹڈ۔</w:t>
      </w:r>
    </w:p>
    <w:p>
      <w:r>
        <w:rPr>
          <w:b/>
        </w:rPr>
        <w:t xml:space="preserve">[07:24] </w:t>
      </w:r>
      <w:r>
        <w:t>to sun oriented system, jis ko hum kehte hain solar system, woh ek model hai, physical model, yeh</w:t>
      </w:r>
    </w:p>
    <w:p>
      <w:pPr>
        <w:jc w:val="right"/>
      </w:pPr>
      <w:r>
        <w:t>تو سن اورینٹڈ سسٹم، جس کو ہم کہتے ہیں سولر سسٹم، وہ ایک ماڈل ہے، فزیکل ماڈل، یہ</w:t>
      </w:r>
    </w:p>
    <w:p>
      <w:r>
        <w:rPr>
          <w:b/>
        </w:rPr>
        <w:t xml:space="preserve">[07:30] </w:t>
      </w:r>
      <w:r>
        <w:t>بتانے کے لیے کہ what is God-oriented life.</w:t>
      </w:r>
    </w:p>
    <w:p>
      <w:pPr>
        <w:jc w:val="right"/>
      </w:pPr>
      <w:r>
        <w:t>بتانے کے لیے کہ واٹ از گاڈ اورینٹڈ لائف۔</w:t>
      </w:r>
    </w:p>
    <w:p>
      <w:r>
        <w:rPr>
          <w:b/>
        </w:rPr>
        <w:t xml:space="preserve">[07:41] </w:t>
      </w:r>
      <w:r>
        <w:t>ab dekhiye, is God oriented life ke, mein samajhta hoon keh</w:t>
      </w:r>
    </w:p>
    <w:p>
      <w:pPr>
        <w:jc w:val="right"/>
      </w:pPr>
      <w:r>
        <w:t>اب دیکھیے، اس گاڈ اورینٹڈ لائف کے، میں سمجھتا ہوں کہ</w:t>
      </w:r>
    </w:p>
    <w:p>
      <w:r>
        <w:rPr>
          <w:b/>
        </w:rPr>
        <w:t xml:space="preserve">[07:46] </w:t>
      </w:r>
      <w:r>
        <w:t>teen bare aspect hain: belief system, mal conduct, aur society.</w:t>
      </w:r>
    </w:p>
    <w:p>
      <w:pPr>
        <w:jc w:val="right"/>
      </w:pPr>
      <w:r>
        <w:t>تین بڑے اسپیکٹ ہیں: بیلیف سسٹم، مال کنڈکٹ، اور سوسائٹی۔</w:t>
      </w:r>
    </w:p>
    <w:p>
      <w:r>
        <w:rPr>
          <w:b/>
        </w:rPr>
        <w:t xml:space="preserve">[07:56] </w:t>
      </w:r>
      <w:r>
        <w:t>belief, mal conduct, aur social system.</w:t>
      </w:r>
    </w:p>
    <w:p>
      <w:pPr>
        <w:jc w:val="right"/>
      </w:pPr>
      <w:r>
        <w:t>بیلیف، مال کنڈکٹ، اور سوشل سسٹم۔</w:t>
      </w:r>
    </w:p>
    <w:p>
      <w:r>
        <w:rPr>
          <w:b/>
        </w:rPr>
        <w:t xml:space="preserve">[08:01] </w:t>
      </w:r>
      <w:r>
        <w:t>mein in teeno ke bare mein</w:t>
      </w:r>
    </w:p>
    <w:p>
      <w:pPr>
        <w:jc w:val="right"/>
      </w:pPr>
      <w:r>
        <w:t>میں ان تینوں کے بارے میں</w:t>
      </w:r>
    </w:p>
    <w:p>
      <w:r>
        <w:rPr>
          <w:b/>
        </w:rPr>
        <w:t xml:space="preserve">[08:05] </w:t>
      </w:r>
      <w:r>
        <w:t>in brief kuch kehna chahunga.</w:t>
      </w:r>
    </w:p>
    <w:p>
      <w:pPr>
        <w:jc w:val="right"/>
      </w:pPr>
      <w:r>
        <w:t>ان بریف کچھ کہنا چاہوں گا۔</w:t>
      </w:r>
    </w:p>
    <w:p>
      <w:r>
        <w:rPr>
          <w:b/>
        </w:rPr>
        <w:t xml:space="preserve">[08:10] </w:t>
      </w:r>
      <w:r>
        <w:t>Islam ka jo,</w:t>
      </w:r>
    </w:p>
    <w:p>
      <w:pPr>
        <w:jc w:val="right"/>
      </w:pPr>
      <w:r>
        <w:t>اسلام کا جو،</w:t>
      </w:r>
    </w:p>
    <w:p>
      <w:r>
        <w:rPr>
          <w:b/>
        </w:rPr>
        <w:t xml:space="preserve">[08:13] </w:t>
      </w:r>
      <w:r>
        <w:t>yani Khuda ka jo</w:t>
      </w:r>
    </w:p>
    <w:p>
      <w:pPr>
        <w:jc w:val="right"/>
      </w:pPr>
      <w:r>
        <w:t>یعنی خدا کا جو</w:t>
      </w:r>
    </w:p>
    <w:p>
      <w:r>
        <w:rPr>
          <w:b/>
        </w:rPr>
        <w:t xml:space="preserve">[08:16] </w:t>
      </w:r>
      <w:r>
        <w:t>matloob belief system hai, woh hai, woh base karta hai tauheed par.</w:t>
      </w:r>
    </w:p>
    <w:p>
      <w:pPr>
        <w:jc w:val="right"/>
      </w:pPr>
      <w:r>
        <w:t>مطلوب بیلیف سسٹم ہے، وہ ہے، وہ بیس کرتا ہے توحید پر۔</w:t>
      </w:r>
    </w:p>
    <w:p>
      <w:r>
        <w:rPr>
          <w:b/>
        </w:rPr>
        <w:t xml:space="preserve">[08:22] </w:t>
      </w:r>
      <w:r>
        <w:t>tauheed means oneness of God.</w:t>
      </w:r>
    </w:p>
    <w:p>
      <w:pPr>
        <w:jc w:val="right"/>
      </w:pPr>
      <w:r>
        <w:t>توحید مینز وننس آف گاڈ۔</w:t>
      </w:r>
    </w:p>
    <w:p>
      <w:r>
        <w:rPr>
          <w:b/>
        </w:rPr>
        <w:t xml:space="preserve">[08:27] </w:t>
      </w:r>
      <w:r>
        <w:t>ek Khuda ko manna.</w:t>
      </w:r>
    </w:p>
    <w:p>
      <w:pPr>
        <w:jc w:val="right"/>
      </w:pPr>
      <w:r>
        <w:t>ایک خدا کو ماننا۔</w:t>
      </w:r>
    </w:p>
    <w:p>
      <w:r>
        <w:rPr>
          <w:b/>
        </w:rPr>
        <w:t xml:space="preserve">[08:31] </w:t>
      </w:r>
      <w:r>
        <w:t>yeh hai basic teaching Islam ki.</w:t>
      </w:r>
    </w:p>
    <w:p>
      <w:pPr>
        <w:jc w:val="right"/>
      </w:pPr>
      <w:r>
        <w:t>یہ ہے بیسک ٹیچنگ اسلام کی۔</w:t>
      </w:r>
    </w:p>
    <w:p>
      <w:r>
        <w:rPr>
          <w:b/>
        </w:rPr>
        <w:t xml:space="preserve">[08:36] </w:t>
      </w:r>
      <w:r>
        <w:t>ya God oriented thinking ka jo</w:t>
      </w:r>
    </w:p>
    <w:p>
      <w:pPr>
        <w:jc w:val="right"/>
      </w:pPr>
      <w:r>
        <w:t>یا گاڈ اورینٹڈ تھنکنگ کا جو</w:t>
      </w:r>
    </w:p>
    <w:p>
      <w:r>
        <w:rPr>
          <w:b/>
        </w:rPr>
        <w:t xml:space="preserve">[08:42] </w:t>
      </w:r>
      <w:r>
        <w:t>belief system hai, woh base karta hai tauheed par, oneness of God par.</w:t>
      </w:r>
    </w:p>
    <w:p>
      <w:pPr>
        <w:jc w:val="right"/>
      </w:pPr>
      <w:r>
        <w:t>بیلیف سسٹم ہے، وہ بیس کرتا ہے توحید پر، وننس آف گاڈ پر۔</w:t>
      </w:r>
    </w:p>
    <w:p>
      <w:r>
        <w:rPr>
          <w:b/>
        </w:rPr>
        <w:t xml:space="preserve">[08:50] </w:t>
      </w:r>
      <w:r>
        <w:t>aap jante hain keh insan ko</w:t>
      </w:r>
    </w:p>
    <w:p>
      <w:pPr>
        <w:jc w:val="right"/>
      </w:pPr>
      <w:r>
        <w:t>آپ جانتے ہیں کہ انسان کو</w:t>
      </w:r>
    </w:p>
    <w:p>
      <w:r>
        <w:rPr>
          <w:b/>
        </w:rPr>
        <w:t xml:space="preserve">[08:54] </w:t>
      </w:r>
      <w:r>
        <w:t>ek central point chahiye, ek central focus chahiye.</w:t>
      </w:r>
    </w:p>
    <w:p>
      <w:pPr>
        <w:jc w:val="right"/>
      </w:pPr>
      <w:r>
        <w:t>ایک سینٹرل پوائنٹ چاہیے، ایک سینٹرل فوکس چاہیے۔</w:t>
      </w:r>
    </w:p>
    <w:p>
      <w:r>
        <w:rPr>
          <w:b/>
        </w:rPr>
        <w:t xml:space="preserve">[08:59] </w:t>
      </w:r>
      <w:r>
        <w:t>koi bhi insan aap dekhiye,</w:t>
      </w:r>
    </w:p>
    <w:p>
      <w:pPr>
        <w:jc w:val="right"/>
      </w:pPr>
      <w:r>
        <w:t>کوئی بھی انسان آپ دیکھیے،</w:t>
      </w:r>
    </w:p>
    <w:p>
      <w:r>
        <w:rPr>
          <w:b/>
        </w:rPr>
        <w:t xml:space="preserve">[09:02] </w:t>
      </w:r>
      <w:r>
        <w:t>is ki zindagi mein zaroor ek central cheez hogi jo jis ko woh focus kiye hue hoga.</w:t>
      </w:r>
    </w:p>
    <w:p>
      <w:pPr>
        <w:jc w:val="right"/>
      </w:pPr>
      <w:r>
        <w:t>اس کی زندگی میں ضرور ایک سینٹرل چیز ہوگی جو جس کو وہ فوکس کیے ہوئے ہوگا۔</w:t>
      </w:r>
    </w:p>
    <w:p>
      <w:r>
        <w:rPr>
          <w:b/>
        </w:rPr>
        <w:t xml:space="preserve">[09:11] </w:t>
      </w:r>
      <w:r>
        <w:t>misalan koi money ko focus kiye hue hai, money ke gird ghoomti hai is ki zindagi poori ki</w:t>
      </w:r>
    </w:p>
    <w:p>
      <w:pPr>
        <w:jc w:val="right"/>
      </w:pPr>
      <w:r>
        <w:t>مثلاً کوئی منی کو فوکس کیے ہوئے ہے، منی کے گرد گھومتی ہے اس کی زندگی پوری کی</w:t>
      </w:r>
    </w:p>
    <w:p>
      <w:r>
        <w:rPr>
          <w:b/>
        </w:rPr>
        <w:t xml:space="preserve">[09:15] </w:t>
      </w:r>
      <w:r>
        <w:t>poori. Koi apni aulad ko focus mein rakhta hai,</w:t>
      </w:r>
    </w:p>
    <w:p>
      <w:pPr>
        <w:jc w:val="right"/>
      </w:pPr>
      <w:r>
        <w:t>پوری۔ کوئی اپنی اولاد کو فوکس میں رکھتا ہے،</w:t>
      </w:r>
    </w:p>
    <w:p>
      <w:r>
        <w:rPr>
          <w:b/>
        </w:rPr>
        <w:t xml:space="preserve">[09:21] </w:t>
      </w:r>
      <w:r>
        <w:t>koi political power ko focus mein liye hue hai, aur sari zindagi ki planning</w:t>
      </w:r>
    </w:p>
    <w:p>
      <w:pPr>
        <w:jc w:val="right"/>
      </w:pPr>
      <w:r>
        <w:t>کوئی پولیٹیکل پاور کو فوکس میں لیے ہوئے ہے، اور ساری زندگی کی پلاننگ</w:t>
      </w:r>
    </w:p>
    <w:p>
      <w:r>
        <w:rPr>
          <w:b/>
        </w:rPr>
        <w:t xml:space="preserve">[09:26] </w:t>
      </w:r>
      <w:r>
        <w:t>woh apne political interest ko le kar karta hai.</w:t>
      </w:r>
    </w:p>
    <w:p>
      <w:pPr>
        <w:jc w:val="right"/>
      </w:pPr>
      <w:r>
        <w:t>وہ اپنے پولیٹیکل انٹرسٹ کو لے کر کرتا ہے۔</w:t>
      </w:r>
    </w:p>
    <w:p>
      <w:r>
        <w:rPr>
          <w:b/>
        </w:rPr>
        <w:t xml:space="preserve">[09:32] </w:t>
      </w:r>
      <w:r>
        <w:t>toh koi bhi insan aap aisa nahi dekhenge jis zindagi mein ek focus na ho,</w:t>
      </w:r>
    </w:p>
    <w:p>
      <w:pPr>
        <w:jc w:val="right"/>
      </w:pPr>
      <w:r>
        <w:t>تو کوئی بھی انسان آپ ایسا نہیں دیکھیں گے جس زندگی میں ایک فوکس نہ ہو،</w:t>
      </w:r>
    </w:p>
    <w:p>
      <w:r>
        <w:rPr>
          <w:b/>
        </w:rPr>
        <w:t xml:space="preserve">[09:38] </w:t>
      </w:r>
      <w:r>
        <w:t>ek target na ho, aur uski poori zindagi isi ke gird na ghoom rahi ho.</w:t>
      </w:r>
    </w:p>
    <w:p>
      <w:pPr>
        <w:jc w:val="right"/>
      </w:pPr>
      <w:r>
        <w:t>ایک ٹارگٹ نہ ہو، اور اس کی پوری زندگی اسی کے گرد نہ گھوم رہی ہو۔</w:t>
      </w:r>
    </w:p>
    <w:p>
      <w:r>
        <w:rPr>
          <w:b/>
        </w:rPr>
        <w:t xml:space="preserve">[09:45] </w:t>
      </w:r>
      <w:r>
        <w:t>yeh insan ki,</w:t>
      </w:r>
    </w:p>
    <w:p>
      <w:pPr>
        <w:jc w:val="right"/>
      </w:pPr>
      <w:r>
        <w:t>یہ انسان کی،</w:t>
      </w:r>
    </w:p>
    <w:p>
      <w:r>
        <w:rPr>
          <w:b/>
        </w:rPr>
        <w:t xml:space="preserve">[09:48] </w:t>
      </w:r>
      <w:r>
        <w:t>yani ek aam sifat hai jo har ek mein hoti hai.</w:t>
      </w:r>
    </w:p>
    <w:p>
      <w:pPr>
        <w:jc w:val="right"/>
      </w:pPr>
      <w:r>
        <w:t>یعنی ایک عام صفت ہے جو ہر ایک میں ہوتی ہے۔</w:t>
      </w:r>
    </w:p>
    <w:p>
      <w:r>
        <w:rPr>
          <w:b/>
        </w:rPr>
        <w:t xml:space="preserve">[09:54] </w:t>
      </w:r>
      <w:r>
        <w:t>lekin Quran ke lehaz se dekhiye, ya Islam ke lehaz se dekhiye toh basically</w:t>
      </w:r>
    </w:p>
    <w:p>
      <w:pPr>
        <w:jc w:val="right"/>
      </w:pPr>
      <w:r>
        <w:t>لیکن قرآن کے لحاظ سے دیکھیے، یا اسلام کے لحاظ سے دیکھیے تو بیسکلی</w:t>
      </w:r>
    </w:p>
    <w:p>
      <w:r>
        <w:rPr>
          <w:b/>
        </w:rPr>
        <w:t xml:space="preserve">[10:01] </w:t>
      </w:r>
      <w:r>
        <w:t>kya hai ke do qism hai.</w:t>
      </w:r>
    </w:p>
    <w:p>
      <w:pPr>
        <w:jc w:val="right"/>
      </w:pPr>
      <w:r>
        <w:t>کیا ہے کہ دو قسم ہے۔</w:t>
      </w:r>
    </w:p>
    <w:p>
      <w:r>
        <w:rPr>
          <w:b/>
        </w:rPr>
        <w:t xml:space="preserve">[10:09] </w:t>
      </w:r>
      <w:r>
        <w:t>there are two categories.</w:t>
      </w:r>
    </w:p>
    <w:p>
      <w:pPr>
        <w:jc w:val="right"/>
      </w:pPr>
      <w:r>
        <w:t>دیر آر ٹو کیٹیگریز۔</w:t>
      </w:r>
    </w:p>
    <w:p>
      <w:r>
        <w:rPr>
          <w:b/>
        </w:rPr>
        <w:t xml:space="preserve">[10:12] </w:t>
      </w:r>
      <w:r>
        <w:t>ek hai man oriented,</w:t>
      </w:r>
    </w:p>
    <w:p>
      <w:pPr>
        <w:jc w:val="right"/>
      </w:pPr>
      <w:r>
        <w:t>ایک ہے مین اورینٹڈ،</w:t>
      </w:r>
    </w:p>
    <w:p>
      <w:r>
        <w:rPr>
          <w:b/>
        </w:rPr>
        <w:t xml:space="preserve">[10:22] </w:t>
      </w:r>
      <w:r>
        <w:t>ek hai self oriented life, ek hai god oriented life.</w:t>
      </w:r>
    </w:p>
    <w:p>
      <w:pPr>
        <w:jc w:val="right"/>
      </w:pPr>
      <w:r>
        <w:t>ایک ہے سیلف اورینٹڈ لائف، ایک ہے گاڈ اورینٹڈ لائف۔</w:t>
      </w:r>
    </w:p>
    <w:p>
      <w:r>
        <w:rPr>
          <w:b/>
        </w:rPr>
        <w:t xml:space="preserve">[10:27] </w:t>
      </w:r>
      <w:r>
        <w:t>main samajhta hoon ke basically yahi do tareeqe hain:</w:t>
      </w:r>
    </w:p>
    <w:p>
      <w:pPr>
        <w:jc w:val="right"/>
      </w:pPr>
      <w:r>
        <w:t>میں سمجھتا ہوں کہ بیسکلی یہی دو طریقے ہیں:</w:t>
      </w:r>
    </w:p>
    <w:p>
      <w:r>
        <w:rPr>
          <w:b/>
        </w:rPr>
        <w:t xml:space="preserve">[10:33] </w:t>
      </w:r>
      <w:r>
        <w:t>god oriented aur self oriented.</w:t>
      </w:r>
    </w:p>
    <w:p>
      <w:pPr>
        <w:jc w:val="right"/>
      </w:pPr>
      <w:r>
        <w:t>گاڈ اورینٹڈ اور سیلف اورینٹڈ۔</w:t>
      </w:r>
    </w:p>
    <w:p>
      <w:r>
        <w:rPr>
          <w:b/>
        </w:rPr>
        <w:t xml:space="preserve">[10:37] </w:t>
      </w:r>
      <w:r>
        <w:t>self oriented life woh hai jis mein aadmi sirf apni desire ko dekhe, apne whim ko dekhe,</w:t>
      </w:r>
    </w:p>
    <w:p>
      <w:pPr>
        <w:jc w:val="right"/>
      </w:pPr>
      <w:r>
        <w:t>سیلف اورینٹڈ لائف وہ ہے جس میں آدمی صرف اپنی ڈیزائر کو دیکھے، اپنے ویم کو دیکھے،</w:t>
      </w:r>
    </w:p>
    <w:p>
      <w:r>
        <w:rPr>
          <w:b/>
        </w:rPr>
        <w:t xml:space="preserve">[10:46] </w:t>
      </w:r>
      <w:r>
        <w:t>apne likes aur dislikes ko dekhe,</w:t>
      </w:r>
    </w:p>
    <w:p>
      <w:pPr>
        <w:jc w:val="right"/>
      </w:pPr>
      <w:r>
        <w:t>اپنے لائکس اور ڈس لائک کو دیکھے،</w:t>
      </w:r>
    </w:p>
    <w:p>
      <w:r>
        <w:rPr>
          <w:b/>
        </w:rPr>
        <w:t xml:space="preserve">[10:49] </w:t>
      </w:r>
      <w:r>
        <w:t>apne interest ko dekhe.</w:t>
      </w:r>
    </w:p>
    <w:p>
      <w:pPr>
        <w:jc w:val="right"/>
      </w:pPr>
      <w:r>
        <w:t>اپنے انٹرسٹ کو دیکھے۔</w:t>
      </w:r>
    </w:p>
    <w:p>
      <w:r>
        <w:rPr>
          <w:b/>
        </w:rPr>
        <w:t xml:space="preserve">[10:53] </w:t>
      </w:r>
      <w:r>
        <w:t>toh apni chahat ke mutabiq woh zindagi ki planning kare.</w:t>
      </w:r>
    </w:p>
    <w:p>
      <w:pPr>
        <w:jc w:val="right"/>
      </w:pPr>
      <w:r>
        <w:t>تو اپنی چاہت کے مطابق وہ زندگی کی پلاننگ کرے۔</w:t>
      </w:r>
    </w:p>
    <w:p>
      <w:r>
        <w:rPr>
          <w:b/>
        </w:rPr>
        <w:t xml:space="preserve">[11:00] </w:t>
      </w:r>
      <w:r>
        <w:t>is ke raat aur din apni chahat ke gird ghoom rahe hon.</w:t>
      </w:r>
    </w:p>
    <w:p>
      <w:pPr>
        <w:jc w:val="right"/>
      </w:pPr>
      <w:r>
        <w:t>اس کے رات اور دن اپنی چاہت کے گرد گھوم رہے ہوں۔</w:t>
      </w:r>
    </w:p>
    <w:p>
      <w:r>
        <w:rPr>
          <w:b/>
        </w:rPr>
        <w:t xml:space="preserve">[11:04] </w:t>
      </w:r>
      <w:r>
        <w:t>yeh hai self oriented life.</w:t>
      </w:r>
    </w:p>
    <w:p>
      <w:pPr>
        <w:jc w:val="right"/>
      </w:pPr>
      <w:r>
        <w:t>یہ ہے سیلف اورینٹڈ لائف۔</w:t>
      </w:r>
    </w:p>
    <w:p>
      <w:r>
        <w:rPr>
          <w:b/>
        </w:rPr>
        <w:t xml:space="preserve">[11:09] </w:t>
      </w:r>
      <w:r>
        <w:t>toh duniya mein more than 99 percent log self oriented life bata rahe hain.</w:t>
      </w:r>
    </w:p>
    <w:p>
      <w:pPr>
        <w:jc w:val="right"/>
      </w:pPr>
      <w:r>
        <w:t>تو دنیا میں مور دین 99 پرسنٹ لوگ سیلف اورینٹڈ لائف بتا رہے ہیں۔</w:t>
      </w:r>
    </w:p>
    <w:p>
      <w:r>
        <w:rPr>
          <w:b/>
        </w:rPr>
        <w:t xml:space="preserve">[11:18] </w:t>
      </w:r>
      <w:r>
        <w:t>bas jo un ke dil mein aaya, jo desire un ke dil mein bhari hui hain, jo bhi</w:t>
      </w:r>
    </w:p>
    <w:p>
      <w:pPr>
        <w:jc w:val="right"/>
      </w:pPr>
      <w:r>
        <w:t>بس جو ان کے دل میں آیا، جو ڈیزائر ان کے دل میں بھری ہوئی ہیں، جو بھی</w:t>
      </w:r>
    </w:p>
    <w:p>
      <w:r>
        <w:rPr>
          <w:b/>
        </w:rPr>
        <w:t xml:space="preserve">[11:24] </w:t>
      </w:r>
      <w:r>
        <w:t>un ko shauq ho gaya,</w:t>
      </w:r>
    </w:p>
    <w:p>
      <w:pPr>
        <w:jc w:val="right"/>
      </w:pPr>
      <w:r>
        <w:t>ان کو شوق ہو گیا،</w:t>
      </w:r>
    </w:p>
    <w:p>
      <w:r>
        <w:rPr>
          <w:b/>
        </w:rPr>
        <w:t xml:space="preserve">[11:27] </w:t>
      </w:r>
      <w:r>
        <w:t>toh bas isi ko unhon ne pakad liya aur isi ke gird woh ghoom rahe hain.</w:t>
      </w:r>
    </w:p>
    <w:p>
      <w:pPr>
        <w:jc w:val="right"/>
      </w:pPr>
      <w:r>
        <w:t>تو بس اسی کو انہوں نے پکڑ لیا اور اسی کے گرد وہ گھوم رہے ہیں۔</w:t>
      </w:r>
    </w:p>
    <w:p>
      <w:r>
        <w:rPr>
          <w:b/>
        </w:rPr>
        <w:t xml:space="preserve">[11:35] </w:t>
      </w:r>
      <w:r>
        <w:t>woh nahi sochte ke right kya hai, wrong kya hai,</w:t>
      </w:r>
    </w:p>
    <w:p>
      <w:pPr>
        <w:jc w:val="right"/>
      </w:pPr>
      <w:r>
        <w:t>وہ نہیں سوچتے کہ رائٹ کیا ہے، رانگ کیا ہے،</w:t>
      </w:r>
    </w:p>
    <w:p>
      <w:r>
        <w:rPr>
          <w:b/>
        </w:rPr>
        <w:t xml:space="preserve">[11:40] </w:t>
      </w:r>
      <w:r>
        <w:t>Khuda kya chahta hai, Khuda kya nahi chahta.</w:t>
      </w:r>
    </w:p>
    <w:p>
      <w:pPr>
        <w:jc w:val="right"/>
      </w:pPr>
      <w:r>
        <w:t>خدا کیا چاہتا ہے، خدا کیا نہیں چاہتا۔</w:t>
      </w:r>
    </w:p>
    <w:p>
      <w:r>
        <w:rPr>
          <w:b/>
        </w:rPr>
        <w:t xml:space="preserve">[11:43] </w:t>
      </w:r>
      <w:r>
        <w:t>to ek hi woh log hain jo self oriented life bata rahe hain.</w:t>
      </w:r>
    </w:p>
    <w:p>
      <w:pPr>
        <w:jc w:val="right"/>
      </w:pPr>
      <w:r>
        <w:t>تو ایک ہی وہ لوگ ہیں جو سیلف اورینٹڈ لائف بتا رہے ہیں۔</w:t>
      </w:r>
    </w:p>
    <w:p>
      <w:r>
        <w:rPr>
          <w:b/>
        </w:rPr>
        <w:t xml:space="preserve">[11:50] </w:t>
      </w:r>
      <w:r>
        <w:t>apne ko dekhte hain bas.</w:t>
      </w:r>
    </w:p>
    <w:p>
      <w:pPr>
        <w:jc w:val="right"/>
      </w:pPr>
      <w:r>
        <w:t>اپنے کو دیکھتے ہیں بس۔</w:t>
      </w:r>
    </w:p>
    <w:p>
      <w:r>
        <w:rPr>
          <w:b/>
        </w:rPr>
        <w:t xml:space="preserve">[11:52] </w:t>
      </w:r>
      <w:r>
        <w:t>jo apne mind mein jo baat theek lagi, bas us ko pakar liya.</w:t>
      </w:r>
    </w:p>
    <w:p>
      <w:pPr>
        <w:jc w:val="right"/>
      </w:pPr>
      <w:r>
        <w:t>جو اپنے مائنڈ میں جو بات ٹھیک لگی، بس اس کو پکڑ لیا۔</w:t>
      </w:r>
    </w:p>
    <w:p>
      <w:r>
        <w:rPr>
          <w:b/>
        </w:rPr>
        <w:t xml:space="preserve">[11:58] </w:t>
      </w:r>
      <w:r>
        <w:t>apne ko jo acha laga, us ko pakar liya.</w:t>
      </w:r>
    </w:p>
    <w:p>
      <w:pPr>
        <w:jc w:val="right"/>
      </w:pPr>
      <w:r>
        <w:t>اپنے کو جو اچھا لگا، اس کو پکڑ لیا۔</w:t>
      </w:r>
    </w:p>
    <w:p>
      <w:r>
        <w:rPr>
          <w:b/>
        </w:rPr>
        <w:t xml:space="preserve">[12:00] </w:t>
      </w:r>
      <w:r>
        <w:t>apne andar jo shauq paida ho gaya, us ko kar dala.</w:t>
      </w:r>
    </w:p>
    <w:p>
      <w:pPr>
        <w:jc w:val="right"/>
      </w:pPr>
      <w:r>
        <w:t>اپنے اندر جو شوق پیدا ہو گیا، اس کو کر ڈالا۔</w:t>
      </w:r>
    </w:p>
    <w:p>
      <w:r>
        <w:rPr>
          <w:b/>
        </w:rPr>
        <w:t xml:space="preserve">[12:05] </w:t>
      </w:r>
      <w:r>
        <w:t>ek woh log hain.</w:t>
      </w:r>
    </w:p>
    <w:p>
      <w:pPr>
        <w:jc w:val="right"/>
      </w:pPr>
      <w:r>
        <w:t>ایک وہ لوگ ہیں۔</w:t>
      </w:r>
    </w:p>
    <w:p>
      <w:r>
        <w:rPr>
          <w:b/>
        </w:rPr>
        <w:t xml:space="preserve">[12:09] </w:t>
      </w:r>
      <w:r>
        <w:t>dusre woh log hain jo</w:t>
      </w:r>
    </w:p>
    <w:p>
      <w:pPr>
        <w:jc w:val="right"/>
      </w:pPr>
      <w:r>
        <w:t>دوسرے وہ لوگ ہیں جو</w:t>
      </w:r>
    </w:p>
    <w:p>
      <w:r>
        <w:rPr>
          <w:b/>
        </w:rPr>
        <w:t xml:space="preserve">[12:12] </w:t>
      </w:r>
      <w:r>
        <w:t>god oriented life apnaein.</w:t>
      </w:r>
    </w:p>
    <w:p>
      <w:pPr>
        <w:jc w:val="right"/>
      </w:pPr>
      <w:r>
        <w:t>گاڈ اورینٹڈ لائف اپنائیں۔</w:t>
      </w:r>
    </w:p>
    <w:p>
      <w:r>
        <w:rPr>
          <w:b/>
        </w:rPr>
        <w:t xml:space="preserve">[12:17] </w:t>
      </w:r>
      <w:r>
        <w:t>is mein yeh hai ke god center mein hota hai.</w:t>
      </w:r>
    </w:p>
    <w:p>
      <w:pPr>
        <w:jc w:val="right"/>
      </w:pPr>
      <w:r>
        <w:t>اس میں یہ ہے کہ گاڈ سینٹر میں ہوتا ہے۔</w:t>
      </w:r>
    </w:p>
    <w:p>
      <w:r>
        <w:rPr>
          <w:b/>
        </w:rPr>
        <w:t xml:space="preserve">[12:21] </w:t>
      </w:r>
      <w:r>
        <w:t>yani har mauqe par aadmi sochta hai ke god kya chahta hai, khuda kya chahta hai, Allah ki</w:t>
      </w:r>
    </w:p>
    <w:p>
      <w:pPr>
        <w:jc w:val="right"/>
      </w:pPr>
      <w:r>
        <w:t>یعنی ہر موقع پر آدمی سوچتا ہے کہ گاڈ کیا چاہتا ہے، خدا کیا چاہتا ہے، اللہ کی</w:t>
      </w:r>
    </w:p>
    <w:p>
      <w:r>
        <w:rPr>
          <w:b/>
        </w:rPr>
        <w:t xml:space="preserve">[12:29] </w:t>
      </w:r>
      <w:r>
        <w:t>marzi kya hai.</w:t>
      </w:r>
    </w:p>
    <w:p>
      <w:pPr>
        <w:jc w:val="right"/>
      </w:pPr>
      <w:r>
        <w:t>مرضی کیا ہے۔</w:t>
      </w:r>
    </w:p>
    <w:p>
      <w:r>
        <w:rPr>
          <w:b/>
        </w:rPr>
        <w:t xml:space="preserve">[12:33] </w:t>
      </w:r>
      <w:r>
        <w:t>to apni zindagi ki planning woh khuda ko samne rakh kar karta hai.</w:t>
      </w:r>
    </w:p>
    <w:p>
      <w:pPr>
        <w:jc w:val="right"/>
      </w:pPr>
      <w:r>
        <w:t>تو اپنی زندگی کی پلاننگ وہ خدا کو سامنے رکھ کر کرتا ہے۔</w:t>
      </w:r>
    </w:p>
    <w:p>
      <w:r>
        <w:rPr>
          <w:b/>
        </w:rPr>
        <w:t xml:space="preserve">[12:39] </w:t>
      </w:r>
      <w:r>
        <w:t>jis tarah woh pehla wala insan apni zindagi ki planning, apni chahat ko samne rakh kar karta hai.</w:t>
      </w:r>
    </w:p>
    <w:p>
      <w:pPr>
        <w:jc w:val="right"/>
      </w:pPr>
      <w:r>
        <w:t>جس طرح وہ پہلا والا انسان اپنی زندگی کی پلاننگ، اپنی چاہت کو سامنے رکھ کر کرتا ہے۔</w:t>
      </w:r>
    </w:p>
    <w:p>
      <w:r>
        <w:rPr>
          <w:b/>
        </w:rPr>
        <w:t xml:space="preserve">[12:46] </w:t>
      </w:r>
      <w:r>
        <w:t>apni shauq, apni chahat,</w:t>
      </w:r>
    </w:p>
    <w:p>
      <w:pPr>
        <w:jc w:val="right"/>
      </w:pPr>
      <w:r>
        <w:t>اپنی شوق، اپنی چاہت،</w:t>
      </w:r>
    </w:p>
    <w:p>
      <w:r>
        <w:rPr>
          <w:b/>
        </w:rPr>
        <w:t xml:space="preserve">[12:49] </w:t>
      </w:r>
      <w:r>
        <w:t>apna jazba, apni whim,</w:t>
      </w:r>
    </w:p>
    <w:p>
      <w:pPr>
        <w:jc w:val="right"/>
      </w:pPr>
      <w:r>
        <w:t>اپنا جذبہ، اپنی ویم،</w:t>
      </w:r>
    </w:p>
    <w:p>
      <w:r>
        <w:rPr>
          <w:b/>
        </w:rPr>
        <w:t xml:space="preserve">[12:56] </w:t>
      </w:r>
      <w:r>
        <w:t>us ko samne rakh kar woh apni zindagi ki planning karta hai.</w:t>
      </w:r>
    </w:p>
    <w:p>
      <w:pPr>
        <w:jc w:val="right"/>
      </w:pPr>
      <w:r>
        <w:t>اس کو سامنے رکھ کر وہ اپنی زندگی کی پلاننگ کرتا ہے۔</w:t>
      </w:r>
    </w:p>
    <w:p>
      <w:r>
        <w:rPr>
          <w:b/>
        </w:rPr>
        <w:t xml:space="preserve">[13:01] </w:t>
      </w:r>
      <w:r>
        <w:t>lekin dusra aadmi jo hai, woh har mauqe par khuda ko dekhta hai.</w:t>
      </w:r>
    </w:p>
    <w:p>
      <w:pPr>
        <w:jc w:val="right"/>
      </w:pPr>
      <w:r>
        <w:t>لیکن دوسرا آدمی جو ہے، وہ ہر موقع پر خدا کو دیکھتا ہے۔</w:t>
      </w:r>
    </w:p>
    <w:p>
      <w:r>
        <w:rPr>
          <w:b/>
        </w:rPr>
        <w:t xml:space="preserve">[13:08] </w:t>
      </w:r>
      <w:r>
        <w:t>aur apni zindagi ki planning khuda ke hukum ko samne rakh kar karta hai.</w:t>
      </w:r>
    </w:p>
    <w:p>
      <w:pPr>
        <w:jc w:val="right"/>
      </w:pPr>
      <w:r>
        <w:t>اور اپنی زندگی کی پلاننگ خدا کے حکم کو سامنے رکھ کر کرتا ہے۔</w:t>
      </w:r>
    </w:p>
    <w:p>
      <w:r>
        <w:rPr>
          <w:b/>
        </w:rPr>
        <w:t xml:space="preserve">[13:17] </w:t>
      </w:r>
      <w:r>
        <w:t>to dusre lafzon mein yeh bhi keh sakta hoon ke ek hai emotional approach, ek hai realistic approach.</w:t>
      </w:r>
    </w:p>
    <w:p>
      <w:pPr>
        <w:jc w:val="right"/>
      </w:pPr>
      <w:r>
        <w:t>تو دوسرے لفظوں میں یہ بھی کہہ سکتا ہوں کہ ایک ہے ایموشنل اپروچ، ایک ہے ریلسٹک اپروچ۔</w:t>
      </w:r>
    </w:p>
    <w:p>
      <w:r>
        <w:rPr>
          <w:b/>
        </w:rPr>
        <w:t xml:space="preserve">[13:25] </w:t>
      </w:r>
      <w:r>
        <w:t>pehla insan jo self oriented life bata raha hai, us ne zindagi ke mamle mein emotional approach ko</w:t>
      </w:r>
    </w:p>
    <w:p>
      <w:pPr>
        <w:jc w:val="right"/>
      </w:pPr>
      <w:r>
        <w:t>پہلا انسان جو سیلف اورینٹڈ لائف بتا رہا ہے، اس نے زندگی کے معاملے میں ایموشنل اپروچ کو</w:t>
      </w:r>
    </w:p>
    <w:p>
      <w:r>
        <w:rPr>
          <w:b/>
        </w:rPr>
        <w:t xml:space="preserve">[13:32] </w:t>
      </w:r>
      <w:r>
        <w:t>ikhtiyar kar rakha hai</w:t>
      </w:r>
    </w:p>
    <w:p>
      <w:pPr>
        <w:jc w:val="right"/>
      </w:pPr>
      <w:r>
        <w:t>اختیار کر رکھا ہے</w:t>
      </w:r>
    </w:p>
    <w:p>
      <w:r>
        <w:rPr>
          <w:b/>
        </w:rPr>
        <w:t xml:space="preserve">[13:35] </w:t>
      </w:r>
      <w:r>
        <w:t>ke apne jazbat mein jo baat aa jaye, apne jazbat jo chahne lagen,</w:t>
      </w:r>
    </w:p>
    <w:p>
      <w:pPr>
        <w:jc w:val="right"/>
      </w:pPr>
      <w:r>
        <w:t>کہ اپنے جذبات میں جو بات آ جائے، اپنے جذبات جو چاہنے لگیں،</w:t>
      </w:r>
    </w:p>
    <w:p>
      <w:r>
        <w:rPr>
          <w:b/>
        </w:rPr>
        <w:t xml:space="preserve">[13:45] </w:t>
      </w:r>
      <w:r>
        <w:t>us ke andar jis qism ke emotions paida ho jayen, bas.</w:t>
      </w:r>
    </w:p>
    <w:p>
      <w:pPr>
        <w:jc w:val="right"/>
      </w:pPr>
      <w:r>
        <w:t>اس کے اندر جس قسم کے ایموشنز پیدا ہو جائیں، بس۔</w:t>
      </w:r>
    </w:p>
    <w:p>
      <w:r>
        <w:rPr>
          <w:b/>
        </w:rPr>
        <w:t xml:space="preserve">[13:49] </w:t>
      </w:r>
      <w:r>
        <w:t>to yeh hai emotional approach.</w:t>
      </w:r>
    </w:p>
    <w:p>
      <w:pPr>
        <w:jc w:val="right"/>
      </w:pPr>
      <w:r>
        <w:t>تو یہ ہے ایموشنل اپروچ۔</w:t>
      </w:r>
    </w:p>
    <w:p>
      <w:r>
        <w:rPr>
          <w:b/>
        </w:rPr>
        <w:t xml:space="preserve">[13:56] </w:t>
      </w:r>
      <w:r>
        <w:t>aur dusra hai realistic approach.</w:t>
      </w:r>
    </w:p>
    <w:p>
      <w:pPr>
        <w:jc w:val="right"/>
      </w:pPr>
      <w:r>
        <w:t>اور دوسرا ہے ریلسٹک اپروچ۔</w:t>
      </w:r>
    </w:p>
    <w:p>
      <w:r>
        <w:rPr>
          <w:b/>
        </w:rPr>
        <w:t xml:space="preserve">[13:59] </w:t>
      </w:r>
      <w:r>
        <w:t>realistic approach is par base karta hai ke aap yeh janen ke aap dunya ke creator nahin hain.</w:t>
      </w:r>
    </w:p>
    <w:p>
      <w:pPr>
        <w:jc w:val="right"/>
      </w:pPr>
      <w:r>
        <w:t>ریلسٹک اپروچ اس پر بیس کرتا ہے کہ آپ یہ جانیں کہ آپ دنیا کے کریٹر نہیں ہیں۔</w:t>
      </w:r>
    </w:p>
    <w:p>
      <w:r>
        <w:rPr>
          <w:b/>
        </w:rPr>
        <w:t xml:space="preserve">[14:07] </w:t>
      </w:r>
      <w:r>
        <w:t>aap apne future ke khud malik nahin hain.</w:t>
      </w:r>
    </w:p>
    <w:p>
      <w:pPr>
        <w:jc w:val="right"/>
      </w:pPr>
      <w:r>
        <w:t>آپ اپنے فیوچر کے خود مالک نہیں ہیں۔</w:t>
      </w:r>
    </w:p>
    <w:p>
      <w:r>
        <w:rPr>
          <w:b/>
        </w:rPr>
        <w:t xml:space="preserve">[14:12] </w:t>
      </w:r>
      <w:r>
        <w:t>aap ko Khuda ne create kiya hai.</w:t>
      </w:r>
    </w:p>
    <w:p>
      <w:pPr>
        <w:jc w:val="right"/>
      </w:pPr>
      <w:r>
        <w:t>آپ کو خدا نے کریٹ کیا ہے۔</w:t>
      </w:r>
    </w:p>
    <w:p>
      <w:r>
        <w:rPr>
          <w:b/>
        </w:rPr>
        <w:t xml:space="preserve">[14:15] </w:t>
      </w:r>
      <w:r>
        <w:t>to aap creature hain, aap creator nahin hain.</w:t>
      </w:r>
    </w:p>
    <w:p>
      <w:pPr>
        <w:jc w:val="right"/>
      </w:pPr>
      <w:r>
        <w:t>تو آپ کریچر ہیں، آپ کریٹر نہیں ہیں۔</w:t>
      </w:r>
    </w:p>
    <w:p>
      <w:r>
        <w:rPr>
          <w:b/>
        </w:rPr>
        <w:t xml:space="preserve">[14:19] </w:t>
      </w:r>
      <w:r>
        <w:t>to jab aadmi yeh sochega to woh yeh janna chahega</w:t>
      </w:r>
    </w:p>
    <w:p>
      <w:pPr>
        <w:jc w:val="right"/>
      </w:pPr>
      <w:r>
        <w:t>تو جب آدمی یہ سوچے گا تو وہ یہ جاننا چاہے گا</w:t>
      </w:r>
    </w:p>
    <w:p>
      <w:r>
        <w:rPr>
          <w:b/>
        </w:rPr>
        <w:t xml:space="preserve">[14:26] </w:t>
      </w:r>
      <w:r>
        <w:t>ke mera Khuda se kya relationship hai? Khuda mujh se kya chahta hai? Khuda ne mujhe paida</w:t>
      </w:r>
    </w:p>
    <w:p>
      <w:pPr>
        <w:jc w:val="right"/>
      </w:pPr>
      <w:r>
        <w:t>کہ میرا خدا سے کیا ریلیشن شپ ہے؟ خدا مجھ سے کیا چاہتا ہے؟ خدا نے مجھے پیدا</w:t>
      </w:r>
    </w:p>
    <w:p>
      <w:r>
        <w:rPr>
          <w:b/>
        </w:rPr>
        <w:t xml:space="preserve">[14:33] </w:t>
      </w:r>
      <w:r>
        <w:t>kar ke chhod diya hai ke jo chahe karo?</w:t>
      </w:r>
    </w:p>
    <w:p>
      <w:pPr>
        <w:jc w:val="right"/>
      </w:pPr>
      <w:r>
        <w:t>کر کے چھوڑ دیا ہے کہ جو چاہے کرو؟</w:t>
      </w:r>
    </w:p>
    <w:p>
      <w:r>
        <w:rPr>
          <w:b/>
        </w:rPr>
        <w:t xml:space="preserve">[14:38] </w:t>
      </w:r>
      <w:r>
        <w:t>ya Khuda ki apni koi marzi hai? Khuda ka koi aur apna plan hai? Khuda khud mujh se</w:t>
      </w:r>
    </w:p>
    <w:p>
      <w:pPr>
        <w:jc w:val="right"/>
      </w:pPr>
      <w:r>
        <w:t>یا خدا کی اپنی کوئی مرضی ہے؟ خدا کا کوئی اور اپنا پلان ہے؟ خدا خود مجھ سے</w:t>
      </w:r>
    </w:p>
    <w:p>
      <w:r>
        <w:rPr>
          <w:b/>
        </w:rPr>
        <w:t xml:space="preserve">[14:47] </w:t>
      </w:r>
      <w:r>
        <w:t>chahta hai ke main kya karoon, kya na karoon?</w:t>
      </w:r>
    </w:p>
    <w:p>
      <w:pPr>
        <w:jc w:val="right"/>
      </w:pPr>
      <w:r>
        <w:t>چاہتا ہے کہ میں کیا کروں، کیا نہ کروں؟</w:t>
      </w:r>
    </w:p>
    <w:p>
      <w:r>
        <w:rPr>
          <w:b/>
        </w:rPr>
        <w:t xml:space="preserve">[14:50] </w:t>
      </w:r>
      <w:r>
        <w:t>to is ko main kahunga ke yeh realistic approach.</w:t>
      </w:r>
    </w:p>
    <w:p>
      <w:pPr>
        <w:jc w:val="right"/>
      </w:pPr>
      <w:r>
        <w:t>تو اس کو میں کہوں گا کہ یہ ریلسٹک اپروچ۔</w:t>
      </w:r>
    </w:p>
    <w:p>
      <w:r>
        <w:rPr>
          <w:b/>
        </w:rPr>
        <w:t xml:space="preserve">[14:53] </w:t>
      </w:r>
      <w:r>
        <w:t>kyun? jab aap khud apne malik nahin hain, apne creator nahin hain,</w:t>
      </w:r>
    </w:p>
    <w:p>
      <w:pPr>
        <w:jc w:val="right"/>
      </w:pPr>
      <w:r>
        <w:t>کیوں؟ جب آپ خود اپنے مالک نہیں ہیں، اپنے کریٹر نہیں ہیں،</w:t>
      </w:r>
    </w:p>
    <w:p>
      <w:r>
        <w:rPr>
          <w:b/>
        </w:rPr>
        <w:t xml:space="preserve">[15:01] </w:t>
      </w:r>
      <w:r>
        <w:t>aap kuch bhi khud se nahin kar sakte.</w:t>
      </w:r>
    </w:p>
    <w:p>
      <w:pPr>
        <w:jc w:val="right"/>
      </w:pPr>
      <w:r>
        <w:t>آپ کچھ بھی خود سے نہیں کر سکتے۔</w:t>
      </w:r>
    </w:p>
    <w:p>
      <w:r>
        <w:rPr>
          <w:b/>
        </w:rPr>
        <w:t xml:space="preserve">[15:03] </w:t>
      </w:r>
      <w:r>
        <w:t>aap suraj ko paida nahin kar sakte, aap oxygen ka system nahin bana sakte,</w:t>
      </w:r>
    </w:p>
    <w:p>
      <w:pPr>
        <w:jc w:val="right"/>
      </w:pPr>
      <w:r>
        <w:t>آپ سورج کو پیدا نہیں کر سکتے، آپ اکسیجن کا سسٹم نہیں بنا سکتے،</w:t>
      </w:r>
    </w:p>
    <w:p>
      <w:r>
        <w:rPr>
          <w:b/>
        </w:rPr>
        <w:t xml:space="preserve">[15:09] </w:t>
      </w:r>
      <w:r>
        <w:t>aap zameen ko paida nahin kar sakte, aap food aur pani paida nahin kar sakte.</w:t>
      </w:r>
    </w:p>
    <w:p>
      <w:pPr>
        <w:jc w:val="right"/>
      </w:pPr>
      <w:r>
        <w:t>آپ زمین کو پیدا نہیں کر سکتے، آپ فوڈ اور پانی پیدا نہیں کر سکتے۔</w:t>
      </w:r>
    </w:p>
    <w:p>
      <w:r>
        <w:rPr>
          <w:b/>
        </w:rPr>
        <w:t xml:space="preserve">[15:18] </w:t>
      </w:r>
      <w:r>
        <w:t>to is ka matlab yeh hua ke aap nirbhar hain Khuda ke upar.</w:t>
      </w:r>
    </w:p>
    <w:p>
      <w:pPr>
        <w:jc w:val="right"/>
      </w:pPr>
      <w:r>
        <w:t>تو اس کا معنی یہ ہوا کہ آپ निर्भر ہیں خدا کے اوپر۔</w:t>
      </w:r>
    </w:p>
    <w:p>
      <w:r>
        <w:rPr>
          <w:b/>
        </w:rPr>
        <w:t xml:space="preserve">[15:24] </w:t>
      </w:r>
      <w:r>
        <w:t>to jab nirbhar Khuda ke upar hain to Khuda hi</w:t>
      </w:r>
    </w:p>
    <w:p>
      <w:pPr>
        <w:jc w:val="right"/>
      </w:pPr>
      <w:r>
        <w:t>تو جب निर्भر خدا کے اوپر ہیں تو خدا ہی</w:t>
      </w:r>
    </w:p>
    <w:p>
      <w:r>
        <w:rPr>
          <w:b/>
        </w:rPr>
        <w:t xml:space="preserve">[15:29] </w:t>
      </w:r>
      <w:r>
        <w:t>decide karega ke aap ki success kya hai, aap ki failure kya hai.</w:t>
      </w:r>
    </w:p>
    <w:p>
      <w:pPr>
        <w:jc w:val="right"/>
      </w:pPr>
      <w:r>
        <w:t>ڈیسائیڈ کرے گا کہ آپ کی سکسیس کیا ہے، آپ کی فیلیر کیا ہے۔</w:t>
      </w:r>
    </w:p>
    <w:p>
      <w:r>
        <w:rPr>
          <w:b/>
        </w:rPr>
        <w:t xml:space="preserve">[15:35] </w:t>
      </w:r>
      <w:r>
        <w:t>aap ke apne chahne se aap ka future nahin banega.</w:t>
      </w:r>
    </w:p>
    <w:p>
      <w:pPr>
        <w:jc w:val="right"/>
      </w:pPr>
      <w:r>
        <w:t>آپ کے اپنے چاہنے سے آپ کا فیوچر نہیں بنے گا۔</w:t>
      </w:r>
    </w:p>
    <w:p>
      <w:r>
        <w:rPr>
          <w:b/>
        </w:rPr>
        <w:t xml:space="preserve">[15:39] </w:t>
      </w:r>
      <w:r>
        <w:t>jo Khuda chahega waisa banega.</w:t>
      </w:r>
    </w:p>
    <w:p>
      <w:pPr>
        <w:jc w:val="right"/>
      </w:pPr>
      <w:r>
        <w:t>جو خدا چاہے گا ویسا بنے گا۔</w:t>
      </w:r>
    </w:p>
    <w:p>
      <w:r>
        <w:rPr>
          <w:b/>
        </w:rPr>
        <w:t xml:space="preserve">[15:42] </w:t>
      </w:r>
      <w:r>
        <w:t>yahan par jab aap sincere honge, jab janna chahenge to Khuda to aap ko pata chalega</w:t>
      </w:r>
    </w:p>
    <w:p>
      <w:pPr>
        <w:jc w:val="right"/>
      </w:pPr>
      <w:r>
        <w:t>یہاں پر جب آپ سنسیر ہوں گے، جب جاننا چاہیں گے تو خدا تو آپ کو پتہ چلے</w:t>
      </w:r>
    </w:p>
    <w:p>
      <w:r>
        <w:rPr>
          <w:b/>
        </w:rPr>
        <w:t xml:space="preserve">[15:47] </w:t>
      </w:r>
      <w:r>
        <w:t>ke dunya mein aap test ke taur par hain.</w:t>
      </w:r>
    </w:p>
    <w:p>
      <w:pPr>
        <w:jc w:val="right"/>
      </w:pPr>
      <w:r>
        <w:t>گا کہ دنیا میں آپ ٹیسٹ کے طور پر ہیں۔</w:t>
      </w:r>
    </w:p>
    <w:p>
      <w:r>
        <w:rPr>
          <w:b/>
        </w:rPr>
        <w:t xml:space="preserve">[15:53] </w:t>
      </w:r>
      <w:r>
        <w:t>test. yeh dunya aap ke liye testing ground hai.</w:t>
      </w:r>
    </w:p>
    <w:p>
      <w:pPr>
        <w:jc w:val="right"/>
      </w:pPr>
      <w:r>
        <w:t>ٹیسٹ۔ یہ دنیا آپ کے لیے ٹیسٹنگ گراؤنڈ ہے۔</w:t>
      </w:r>
    </w:p>
    <w:p>
      <w:r>
        <w:rPr>
          <w:b/>
        </w:rPr>
        <w:t xml:space="preserve">[15:58] </w:t>
      </w:r>
      <w:r>
        <w:t>yani jo kuch dunya mein, present world mein aap ko mila hua hai, woh aap ka na to</w:t>
      </w:r>
    </w:p>
    <w:p>
      <w:pPr>
        <w:jc w:val="right"/>
      </w:pPr>
      <w:r>
        <w:t>یعنی جو کچھ دنیا میں، پریزنٹ ورلڈ میں آپ کو ملا ہوا ہے، وہ آپ کا نہ تو</w:t>
      </w:r>
    </w:p>
    <w:p>
      <w:r>
        <w:rPr>
          <w:b/>
        </w:rPr>
        <w:t xml:space="preserve">[16:06] </w:t>
      </w:r>
      <w:r>
        <w:t>right hai, na aap ke liye woh reward hai.</w:t>
      </w:r>
    </w:p>
    <w:p>
      <w:pPr>
        <w:jc w:val="right"/>
      </w:pPr>
      <w:r>
        <w:t>رائٹ ہے، نہ آپ کے لیے وہ ریوارڈ ہے۔</w:t>
      </w:r>
    </w:p>
    <w:p>
      <w:r>
        <w:rPr>
          <w:b/>
        </w:rPr>
        <w:t xml:space="preserve">[16:11] </w:t>
      </w:r>
      <w:r>
        <w:t>woh hai test papers.</w:t>
      </w:r>
    </w:p>
    <w:p>
      <w:pPr>
        <w:jc w:val="right"/>
      </w:pPr>
      <w:r>
        <w:t>وہ ہے ٹیسٹ پیپرز۔</w:t>
      </w:r>
    </w:p>
    <w:p>
      <w:r>
        <w:rPr>
          <w:b/>
        </w:rPr>
        <w:t xml:space="preserve">[16:14] </w:t>
      </w:r>
      <w:r>
        <w:t>sab ka sab test paper hai.</w:t>
      </w:r>
    </w:p>
    <w:p>
      <w:pPr>
        <w:jc w:val="right"/>
      </w:pPr>
      <w:r>
        <w:t>سب کا سب ٹیسٹ پیپر ہے۔</w:t>
      </w:r>
    </w:p>
    <w:p>
      <w:r>
        <w:rPr>
          <w:b/>
        </w:rPr>
        <w:t xml:space="preserve">[16:18] </w:t>
      </w:r>
      <w:r>
        <w:t>yani agar aap poor hain to isi mein poverty mein aap khuda aap ka test le raha hai.</w:t>
      </w:r>
    </w:p>
    <w:p>
      <w:pPr>
        <w:jc w:val="right"/>
      </w:pPr>
      <w:r>
        <w:t>یعنی اگر آپ پور ہیں تو اسی میں پاورٹی میں آپ خدا آپ کا ٹیسٹ لے رہا ہے۔</w:t>
      </w:r>
    </w:p>
    <w:p>
      <w:r>
        <w:rPr>
          <w:b/>
        </w:rPr>
        <w:t xml:space="preserve">[16:24] </w:t>
      </w:r>
      <w:r>
        <w:t>agar aap rich hain to is mein aap ko khuda aap ka test le raha hai.</w:t>
      </w:r>
    </w:p>
    <w:p>
      <w:pPr>
        <w:jc w:val="right"/>
      </w:pPr>
      <w:r>
        <w:t>اگر آپ رچ ہیں تو اس میں آپ کو خدا آپ کا ٹیسٹ لے رہا ہے۔</w:t>
      </w:r>
    </w:p>
    <w:p>
      <w:r>
        <w:rPr>
          <w:b/>
        </w:rPr>
        <w:t xml:space="preserve">[16:30] </w:t>
      </w:r>
      <w:r>
        <w:t>koi political leader hai to political power mein is ka test liya ja raha hai.</w:t>
      </w:r>
    </w:p>
    <w:p>
      <w:pPr>
        <w:jc w:val="right"/>
      </w:pPr>
      <w:r>
        <w:t>کوئی پولیٹیکل لیڈر ہے تو پولیٹیکل پاور میں اس کا ٹیسٹ لیا جا رہا ہے۔</w:t>
      </w:r>
    </w:p>
    <w:p>
      <w:r>
        <w:rPr>
          <w:b/>
        </w:rPr>
        <w:t xml:space="preserve">[16:35] </w:t>
      </w:r>
      <w:r>
        <w:t>to kuch bhi ho,</w:t>
      </w:r>
    </w:p>
    <w:p>
      <w:pPr>
        <w:jc w:val="right"/>
      </w:pPr>
      <w:r>
        <w:t>تو کچھ بھی ہو،</w:t>
      </w:r>
    </w:p>
    <w:p>
      <w:r>
        <w:rPr>
          <w:b/>
        </w:rPr>
        <w:t xml:space="preserve">[16:38] </w:t>
      </w:r>
      <w:r>
        <w:t>sab kuch test paper hai.</w:t>
      </w:r>
    </w:p>
    <w:p>
      <w:pPr>
        <w:jc w:val="right"/>
      </w:pPr>
      <w:r>
        <w:t>سب کچھ ٹیسٹ پیپر ہے۔</w:t>
      </w:r>
    </w:p>
    <w:p>
      <w:r>
        <w:rPr>
          <w:b/>
        </w:rPr>
        <w:t xml:space="preserve">[16:42] </w:t>
      </w:r>
      <w:r>
        <w:t>yeh soch jo hai aap ke andar jab aayegi to aap chahenge ke mujhe qualify karna</w:t>
      </w:r>
    </w:p>
    <w:p>
      <w:pPr>
        <w:jc w:val="right"/>
      </w:pPr>
      <w:r>
        <w:t>یہ سوچ جو ہے آپ کے اندر جب آئے گی تو آپ چاہیں گے کہ مجھے کوالیفائی کرنا</w:t>
      </w:r>
    </w:p>
    <w:p>
      <w:r>
        <w:rPr>
          <w:b/>
        </w:rPr>
        <w:t xml:space="preserve">[16:48] </w:t>
      </w:r>
      <w:r>
        <w:t>hoga yeh saare test mein.</w:t>
      </w:r>
    </w:p>
    <w:p>
      <w:pPr>
        <w:jc w:val="right"/>
      </w:pPr>
      <w:r>
        <w:t>ہوگا یہ سارے ٹیسٹ میں۔</w:t>
      </w:r>
    </w:p>
    <w:p>
      <w:r>
        <w:rPr>
          <w:b/>
        </w:rPr>
        <w:t xml:space="preserve">[16:53] </w:t>
      </w:r>
      <w:r>
        <w:t>jis tarah se ek student jo examination hall mein baitha hua hai,</w:t>
      </w:r>
    </w:p>
    <w:p>
      <w:pPr>
        <w:jc w:val="right"/>
      </w:pPr>
      <w:r>
        <w:t>جس طرح سے ایک اسٹوڈنٹ جو ایگزامینیشن ہال میں بیٹھا ہوا ہے،</w:t>
      </w:r>
    </w:p>
    <w:p>
      <w:r>
        <w:rPr>
          <w:b/>
        </w:rPr>
        <w:t xml:space="preserve">[16:59] </w:t>
      </w:r>
      <w:r>
        <w:t>us ke saamne test paper aata hai</w:t>
      </w:r>
    </w:p>
    <w:p>
      <w:pPr>
        <w:jc w:val="right"/>
      </w:pPr>
      <w:r>
        <w:t>اس کے سامنے ٹیسٹ پیپر آتا ہے</w:t>
      </w:r>
    </w:p>
    <w:p>
      <w:r>
        <w:rPr>
          <w:b/>
        </w:rPr>
        <w:t xml:space="preserve">[17:02] </w:t>
      </w:r>
      <w:r>
        <w:t>to us ko us ke mind mein kya hota hai? us ko</w:t>
      </w:r>
    </w:p>
    <w:p>
      <w:pPr>
        <w:jc w:val="right"/>
      </w:pPr>
      <w:r>
        <w:t>تو اس کو اس کے مائنڈ میں کیا ہوتا ہے؟ اس کو</w:t>
      </w:r>
    </w:p>
    <w:p>
      <w:r>
        <w:rPr>
          <w:b/>
        </w:rPr>
        <w:t xml:space="preserve">[17:08] </w:t>
      </w:r>
      <w:r>
        <w:t>wo saare jo papers hain, us ko</w:t>
      </w:r>
    </w:p>
    <w:p>
      <w:pPr>
        <w:jc w:val="right"/>
      </w:pPr>
      <w:r>
        <w:t>وہ سارے جو پیپرز ہیں، اس کو</w:t>
      </w:r>
    </w:p>
    <w:p>
      <w:r>
        <w:rPr>
          <w:b/>
        </w:rPr>
        <w:t xml:space="preserve">[17:13] </w:t>
      </w:r>
      <w:r>
        <w:t>is mein qualify karna hai.</w:t>
      </w:r>
    </w:p>
    <w:p>
      <w:pPr>
        <w:jc w:val="right"/>
      </w:pPr>
      <w:r>
        <w:t>اس میں کوالیفائی کرنا ہے۔</w:t>
      </w:r>
    </w:p>
    <w:p>
      <w:r>
        <w:rPr>
          <w:b/>
        </w:rPr>
        <w:t xml:space="preserve">[17:16] </w:t>
      </w:r>
      <w:r>
        <w:t>agar nahi qualify kiya to phir fail hai wo.</w:t>
      </w:r>
    </w:p>
    <w:p>
      <w:pPr>
        <w:jc w:val="right"/>
      </w:pPr>
      <w:r>
        <w:t>اگر نہیں کوالیفائی کیا تو پھر فیل ہے وہ۔</w:t>
      </w:r>
    </w:p>
    <w:p>
      <w:r>
        <w:rPr>
          <w:b/>
        </w:rPr>
        <w:t xml:space="preserve">[17:18] </w:t>
      </w:r>
      <w:r>
        <w:t>fail hai to zindagi kharab hai is ki.</w:t>
      </w:r>
    </w:p>
    <w:p>
      <w:pPr>
        <w:jc w:val="right"/>
      </w:pPr>
      <w:r>
        <w:t>فیل ہے تو زندگی خراب ہے اس کی۔</w:t>
      </w:r>
    </w:p>
    <w:p>
      <w:r>
        <w:rPr>
          <w:b/>
        </w:rPr>
        <w:t xml:space="preserve">[17:20] </w:t>
      </w:r>
      <w:r>
        <w:t>bekar ho gayi zindagi is ki.</w:t>
      </w:r>
    </w:p>
    <w:p>
      <w:pPr>
        <w:jc w:val="right"/>
      </w:pPr>
      <w:r>
        <w:t>بیکار ہو گئی زندگی اس کی۔</w:t>
      </w:r>
    </w:p>
    <w:p>
      <w:r>
        <w:rPr>
          <w:b/>
        </w:rPr>
        <w:t xml:space="preserve">[17:23] </w:t>
      </w:r>
      <w:r>
        <w:t>to dunya mein koi bhi cheez aisi nahi hai jo aap ke liye bohat right ke taur par</w:t>
      </w:r>
    </w:p>
    <w:p>
      <w:pPr>
        <w:jc w:val="right"/>
      </w:pPr>
      <w:r>
        <w:t>تو دنیا میں کوئی بھی چیز ایسی نہیں ہے جو آپ کے لیے بہت رائٹ کے طور پر</w:t>
      </w:r>
    </w:p>
    <w:p>
      <w:r>
        <w:rPr>
          <w:b/>
        </w:rPr>
        <w:t xml:space="preserve">[17:27] </w:t>
      </w:r>
      <w:r>
        <w:t>mili hui ho,</w:t>
      </w:r>
    </w:p>
    <w:p>
      <w:pPr>
        <w:jc w:val="right"/>
      </w:pPr>
      <w:r>
        <w:t>ملی ہوئی ہو،</w:t>
      </w:r>
    </w:p>
    <w:p>
      <w:r>
        <w:rPr>
          <w:b/>
        </w:rPr>
        <w:t xml:space="preserve">[17:29] </w:t>
      </w:r>
      <w:r>
        <w:t>aap ko blessing ke taur par mili hui ho, ya aap ko reward ke taur par mili hui</w:t>
      </w:r>
    </w:p>
    <w:p>
      <w:pPr>
        <w:jc w:val="right"/>
      </w:pPr>
      <w:r>
        <w:t>آپ کو بلیسنگ کے طور پر ملی ہوئی ہو، یا آپ کو ریوارڈ کے طور پر ملی ہوئی</w:t>
      </w:r>
    </w:p>
    <w:p>
      <w:r>
        <w:rPr>
          <w:b/>
        </w:rPr>
        <w:t xml:space="preserve">[17:34] </w:t>
      </w:r>
      <w:r>
        <w:t>ho, ya aap ki apni wo aap ki apni wo property ho.</w:t>
      </w:r>
    </w:p>
    <w:p>
      <w:pPr>
        <w:jc w:val="right"/>
      </w:pPr>
      <w:r>
        <w:t>ہو، یا آپ کی اپنی وہ آپ کی اپنی وہ پراپرٹی ہو۔</w:t>
      </w:r>
    </w:p>
    <w:p>
      <w:r>
        <w:rPr>
          <w:b/>
        </w:rPr>
        <w:t xml:space="preserve">[17:40] </w:t>
      </w:r>
      <w:r>
        <w:t>aap ki apni property bhi apni property nahi hai.</w:t>
      </w:r>
    </w:p>
    <w:p>
      <w:pPr>
        <w:jc w:val="right"/>
      </w:pPr>
      <w:r>
        <w:t>آپ کی اپنی پراپرٹی بھی اپنی پراپرٹی نہیں ہے۔</w:t>
      </w:r>
    </w:p>
    <w:p>
      <w:r>
        <w:rPr>
          <w:b/>
        </w:rPr>
        <w:t xml:space="preserve">[17:43] </w:t>
      </w:r>
      <w:r>
        <w:t>wo god given hai.</w:t>
      </w:r>
    </w:p>
    <w:p>
      <w:pPr>
        <w:jc w:val="right"/>
      </w:pPr>
      <w:r>
        <w:t>وہ گاڈ گیون ہے۔</w:t>
      </w:r>
    </w:p>
    <w:p>
      <w:r>
        <w:rPr>
          <w:b/>
        </w:rPr>
        <w:t xml:space="preserve">[17:47] </w:t>
      </w:r>
      <w:r>
        <w:t>to sab kuch test paper hai.</w:t>
      </w:r>
    </w:p>
    <w:p>
      <w:pPr>
        <w:jc w:val="right"/>
      </w:pPr>
      <w:r>
        <w:t>تو سب کچھ ٹیسٹ پیپر ہے۔</w:t>
      </w:r>
    </w:p>
    <w:p>
      <w:r>
        <w:rPr>
          <w:b/>
        </w:rPr>
        <w:t xml:space="preserve">[17:52] </w:t>
      </w:r>
      <w:r>
        <w:t>to dekhiye, do soch alag alag hain.</w:t>
      </w:r>
    </w:p>
    <w:p>
      <w:pPr>
        <w:jc w:val="right"/>
      </w:pPr>
      <w:r>
        <w:t>تو دیکھیے، دو سوچ الگ الگ ہیں۔</w:t>
      </w:r>
    </w:p>
    <w:p>
      <w:r>
        <w:rPr>
          <w:b/>
        </w:rPr>
        <w:t xml:space="preserve">[17:58] </w:t>
      </w:r>
      <w:r>
        <w:t>ek soch yeh hai ke aap samjhein ke bas mein</w:t>
      </w:r>
    </w:p>
    <w:p>
      <w:pPr>
        <w:jc w:val="right"/>
      </w:pPr>
      <w:r>
        <w:t>ایک سوچ یہ ہے کہ آپ سمجھیں کہ بس میں</w:t>
      </w:r>
    </w:p>
    <w:p>
      <w:r>
        <w:rPr>
          <w:b/>
        </w:rPr>
        <w:t xml:space="preserve">[18:03] </w:t>
      </w:r>
      <w:r>
        <w:t>mujhe to freedom hai, mili hui freedom mili hui hai.</w:t>
      </w:r>
    </w:p>
    <w:p>
      <w:pPr>
        <w:jc w:val="right"/>
      </w:pPr>
      <w:r>
        <w:t>مجھے تو فریڈم ہے، ملی ہوئی فریڈم ملی ہوئی ہے۔</w:t>
      </w:r>
    </w:p>
    <w:p>
      <w:r>
        <w:rPr>
          <w:b/>
        </w:rPr>
        <w:t xml:space="preserve">[18:08] </w:t>
      </w:r>
      <w:r>
        <w:t>jo kuch hai woh sab mera hai.</w:t>
      </w:r>
    </w:p>
    <w:p>
      <w:pPr>
        <w:jc w:val="right"/>
      </w:pPr>
      <w:r>
        <w:t>جو کچھ ہے وہ سب میرا ہے۔</w:t>
      </w:r>
    </w:p>
    <w:p>
      <w:r>
        <w:rPr>
          <w:b/>
        </w:rPr>
        <w:t xml:space="preserve">[18:11] </w:t>
      </w:r>
      <w:r>
        <w:t>to wahan apna shauq chalayenge aap.</w:t>
      </w:r>
    </w:p>
    <w:p>
      <w:pPr>
        <w:jc w:val="right"/>
      </w:pPr>
      <w:r>
        <w:t>تو وہاں اپنا شوق چلائیں گے آپ۔</w:t>
      </w:r>
    </w:p>
    <w:p>
      <w:r>
        <w:rPr>
          <w:b/>
        </w:rPr>
        <w:t xml:space="preserve">[18:13] </w:t>
      </w:r>
      <w:r>
        <w:t>apna apne jazbat ko chalayenge aap.</w:t>
      </w:r>
    </w:p>
    <w:p>
      <w:pPr>
        <w:jc w:val="right"/>
      </w:pPr>
      <w:r>
        <w:t>اپنا اپنے جذبات کو چلائیں گے آپ۔</w:t>
      </w:r>
    </w:p>
    <w:p>
      <w:r>
        <w:rPr>
          <w:b/>
        </w:rPr>
        <w:t xml:space="preserve">[18:21] </w:t>
      </w:r>
      <w:r>
        <w:t>apne whim ko aap chalayenge.</w:t>
      </w:r>
    </w:p>
    <w:p>
      <w:pPr>
        <w:jc w:val="right"/>
      </w:pPr>
      <w:r>
        <w:t>اپنے ویم کو آپ چلائیں گے۔</w:t>
      </w:r>
    </w:p>
    <w:p>
      <w:r>
        <w:rPr>
          <w:b/>
        </w:rPr>
        <w:t xml:space="preserve">[18:23] </w:t>
      </w:r>
      <w:r>
        <w:t>jo aap ke mind mein aa gaya, bas usi ko samjhein ke wahi mujhe karna hai.</w:t>
      </w:r>
    </w:p>
    <w:p>
      <w:pPr>
        <w:jc w:val="right"/>
      </w:pPr>
      <w:r>
        <w:t>جو آپ کے مائنڈ میں آ گیا، بس اسی کو سمجھیں کہ وہی مجھے کرنا ہے۔</w:t>
      </w:r>
    </w:p>
    <w:p>
      <w:r>
        <w:rPr>
          <w:b/>
        </w:rPr>
        <w:t xml:space="preserve">[18:30] </w:t>
      </w:r>
      <w:r>
        <w:t>lekin jo aadmi yeh samajhta ho ke yahan mein test ke liye hoon, to kabhi bhi aisa nahi</w:t>
      </w:r>
    </w:p>
    <w:p>
      <w:pPr>
        <w:jc w:val="right"/>
      </w:pPr>
      <w:r>
        <w:t>لیکن جو آدمی یہ سمجھتا ہو کہ یہاں میں ٹیسٹ کے لیے ہوں، تو کبھی بھی ایسا نہیں</w:t>
      </w:r>
    </w:p>
    <w:p>
      <w:r>
        <w:rPr>
          <w:b/>
        </w:rPr>
        <w:t xml:space="preserve">[18:35] </w:t>
      </w:r>
      <w:r>
        <w:t>kar sakta woh.</w:t>
      </w:r>
    </w:p>
    <w:p>
      <w:pPr>
        <w:jc w:val="right"/>
      </w:pPr>
      <w:r>
        <w:t>کر سکتا وہ۔</w:t>
      </w:r>
    </w:p>
    <w:p>
      <w:r>
        <w:rPr>
          <w:b/>
        </w:rPr>
        <w:t xml:space="preserve">[18:36] </w:t>
      </w:r>
      <w:r>
        <w:t>woh afford nahi kar sakta ke apne whim par chale.</w:t>
      </w:r>
    </w:p>
    <w:p>
      <w:pPr>
        <w:jc w:val="right"/>
      </w:pPr>
      <w:r>
        <w:t>وہ افورڈ نہیں کر سکتا کہ اپنے ویم پر چلے۔</w:t>
      </w:r>
    </w:p>
    <w:p>
      <w:r>
        <w:rPr>
          <w:b/>
        </w:rPr>
        <w:t xml:space="preserve">[18:40] </w:t>
      </w:r>
      <w:r>
        <w:t>jo aadmi is baat ko jaan le ke dunya mein</w:t>
      </w:r>
    </w:p>
    <w:p>
      <w:pPr>
        <w:jc w:val="right"/>
      </w:pPr>
      <w:r>
        <w:t>جو آدمی اس بات کو جان لے کہ دنیا میں</w:t>
      </w:r>
    </w:p>
    <w:p>
      <w:r>
        <w:rPr>
          <w:b/>
        </w:rPr>
        <w:t xml:space="preserve">[18:46] </w:t>
      </w:r>
      <w:r>
        <w:t>woh test ke liye rakha gaya hai, to isko afford nahi kar sakta ke woh apne ko</w:t>
      </w:r>
    </w:p>
    <w:p>
      <w:pPr>
        <w:jc w:val="right"/>
      </w:pPr>
      <w:r>
        <w:t>وہ ٹیسٹ کے لیے رکھا گیا ہے، تو اس کو افورڈ نہیں کر سکتا کہ وہ اپنے کو</w:t>
      </w:r>
    </w:p>
    <w:p>
      <w:r>
        <w:rPr>
          <w:b/>
        </w:rPr>
        <w:t xml:space="preserve">[18:53] </w:t>
      </w:r>
      <w:r>
        <w:t>aazad samajh le.</w:t>
      </w:r>
    </w:p>
    <w:p>
      <w:pPr>
        <w:jc w:val="right"/>
      </w:pPr>
      <w:r>
        <w:t>آزاد سمجھ لے۔</w:t>
      </w:r>
    </w:p>
    <w:p>
      <w:r>
        <w:rPr>
          <w:b/>
        </w:rPr>
        <w:t xml:space="preserve">[18:55] </w:t>
      </w:r>
      <w:r>
        <w:t>har cheez ko apna samajh le ke mein is ka owner hoon.</w:t>
      </w:r>
    </w:p>
    <w:p>
      <w:pPr>
        <w:jc w:val="right"/>
      </w:pPr>
      <w:r>
        <w:t>ہر چیز کو اپنا سمجھ لے کہ میں اس کا اونر ہوں۔</w:t>
      </w:r>
    </w:p>
    <w:p>
      <w:r>
        <w:rPr>
          <w:b/>
        </w:rPr>
        <w:t xml:space="preserve">[18:59] </w:t>
      </w:r>
      <w:r>
        <w:t>yeh samajh le ke mein jis tarah chahoon rahoon, jahan chahoon jaon, jis tarah chahe shopping karoon, jis</w:t>
      </w:r>
    </w:p>
    <w:p>
      <w:pPr>
        <w:jc w:val="right"/>
      </w:pPr>
      <w:r>
        <w:t>یہ سمجھ لے کہ میں جس طرح چاہوں رہوں، جہاں چاہوں جاؤں، جس طرح چاہے شاپنگ کروں، جس</w:t>
      </w:r>
    </w:p>
    <w:p>
      <w:r>
        <w:rPr>
          <w:b/>
        </w:rPr>
        <w:t xml:space="preserve">[19:04] </w:t>
      </w:r>
      <w:r>
        <w:t>tarah chahe outing karoon,</w:t>
      </w:r>
    </w:p>
    <w:p>
      <w:pPr>
        <w:jc w:val="right"/>
      </w:pPr>
      <w:r>
        <w:t>طرح چاہے آؤٹنگ کروں،</w:t>
      </w:r>
    </w:p>
    <w:p>
      <w:r>
        <w:rPr>
          <w:b/>
        </w:rPr>
        <w:t xml:space="preserve">[19:07] </w:t>
      </w:r>
      <w:r>
        <w:t>jo chahe karoon.</w:t>
      </w:r>
    </w:p>
    <w:p>
      <w:pPr>
        <w:jc w:val="right"/>
      </w:pPr>
      <w:r>
        <w:t>جو چاہے کروں۔</w:t>
      </w:r>
    </w:p>
    <w:p>
      <w:r>
        <w:rPr>
          <w:b/>
        </w:rPr>
        <w:t xml:space="preserve">[19:09] </w:t>
      </w:r>
      <w:r>
        <w:t>is lifestyle ko woh afford nahi kar sakta.</w:t>
      </w:r>
    </w:p>
    <w:p>
      <w:pPr>
        <w:jc w:val="right"/>
      </w:pPr>
      <w:r>
        <w:t>اس لائف اسٹائل کو وہ افورڈ نہیں کر سکتا۔</w:t>
      </w:r>
    </w:p>
    <w:p>
      <w:r>
        <w:rPr>
          <w:b/>
        </w:rPr>
        <w:t xml:space="preserve">[19:16] </w:t>
      </w:r>
      <w:r>
        <w:t>is lifestyle ko woh afford nahi kar sakta.</w:t>
      </w:r>
    </w:p>
    <w:p>
      <w:pPr>
        <w:jc w:val="right"/>
      </w:pPr>
      <w:r>
        <w:t>اس لائف اسٹائل کو وہ افورڈ نہیں کر سکتا۔</w:t>
      </w:r>
    </w:p>
    <w:p>
      <w:r>
        <w:rPr>
          <w:b/>
        </w:rPr>
        <w:t xml:space="preserve">[19:20] </w:t>
      </w:r>
      <w:r>
        <w:t>kyun? is ka mind yeh kahega, is ka ilm yeh kahega ke tum ne agar aisa</w:t>
      </w:r>
    </w:p>
    <w:p>
      <w:pPr>
        <w:jc w:val="right"/>
      </w:pPr>
      <w:r>
        <w:t>کیوں؟ اس کا مائنڈ یہ کہے گا، اس کا علم یہ کہے گا کہ تم نے اگر ایسا</w:t>
      </w:r>
    </w:p>
    <w:p>
      <w:r>
        <w:rPr>
          <w:b/>
        </w:rPr>
        <w:t xml:space="preserve">[19:27] </w:t>
      </w:r>
      <w:r>
        <w:t>kiya to kya hoga? eternal health samne aa jayegi.</w:t>
      </w:r>
    </w:p>
    <w:p>
      <w:pPr>
        <w:jc w:val="right"/>
      </w:pPr>
      <w:r>
        <w:t>کیا تو کیا ہوگا؟ ایٹرنل ہیلتھ سامنے آ جائے گی۔</w:t>
      </w:r>
    </w:p>
    <w:p>
      <w:r>
        <w:rPr>
          <w:b/>
        </w:rPr>
        <w:t xml:space="preserve">[19:31] </w:t>
      </w:r>
      <w:r>
        <w:t>khuda ka punishment tumhare samne aa jayega.</w:t>
      </w:r>
    </w:p>
    <w:p>
      <w:pPr>
        <w:jc w:val="right"/>
      </w:pPr>
      <w:r>
        <w:t>خدا کا پنشمنٹ تمہارے سامنے آ جائے گا۔</w:t>
      </w:r>
    </w:p>
    <w:p>
      <w:r>
        <w:rPr>
          <w:b/>
        </w:rPr>
        <w:t xml:space="preserve">[19:35] </w:t>
      </w:r>
      <w:r>
        <w:t>tum test mein fail ho jaoge aur phir kya hoga? tum ko hell mein jagah milegi.</w:t>
      </w:r>
    </w:p>
    <w:p>
      <w:pPr>
        <w:jc w:val="right"/>
      </w:pPr>
      <w:r>
        <w:t>تم ٹیسٹ میں فیل ہو جاؤ گے اور پھر کیا ہوگا؟ تم کو ہیل میں جگہ ملے گی۔</w:t>
      </w:r>
    </w:p>
    <w:p>
      <w:r>
        <w:rPr>
          <w:b/>
        </w:rPr>
        <w:t xml:space="preserve">[19:41] </w:t>
      </w:r>
      <w:r>
        <w:t>to aap sochiye ke jis jo aadmi is baat ko janta ho ke yahan mein test ke liye</w:t>
      </w:r>
    </w:p>
    <w:p>
      <w:pPr>
        <w:jc w:val="right"/>
      </w:pPr>
      <w:r>
        <w:t>تو آپ سوچیے کہ جس جو آدمی اس بات کو جانتا ہو کہ یہاں میں ٹیسٹ کے لیے</w:t>
      </w:r>
    </w:p>
    <w:p>
      <w:r>
        <w:rPr>
          <w:b/>
        </w:rPr>
        <w:t xml:space="preserve">[19:46] </w:t>
      </w:r>
      <w:r>
        <w:t>hoon, woh is ko afford kar sakta hai ke apne whim par chale, apne shauq par chale,</w:t>
      </w:r>
    </w:p>
    <w:p>
      <w:pPr>
        <w:jc w:val="right"/>
      </w:pPr>
      <w:r>
        <w:t>ہوں، وہ اس کو افورڈ کر سکتا ہے کہ اپنے ویم پر چلے، اپنے شوق پر چلے،</w:t>
      </w:r>
    </w:p>
    <w:p>
      <w:r>
        <w:rPr>
          <w:b/>
        </w:rPr>
        <w:t xml:space="preserve">[19:53] </w:t>
      </w:r>
      <w:r>
        <w:t>apne jazbat par chale.</w:t>
      </w:r>
    </w:p>
    <w:p>
      <w:pPr>
        <w:jc w:val="right"/>
      </w:pPr>
      <w:r>
        <w:t>اپنے جذبات پر چلے۔</w:t>
      </w:r>
    </w:p>
    <w:p>
      <w:r>
        <w:rPr>
          <w:b/>
        </w:rPr>
        <w:t xml:space="preserve">[19:54] </w:t>
      </w:r>
      <w:r>
        <w:t>woh emotional approach ikhtiyar karey.</w:t>
      </w:r>
    </w:p>
    <w:p>
      <w:pPr>
        <w:jc w:val="right"/>
      </w:pPr>
      <w:r>
        <w:t>وہ ایموشنل اپروچ اختیار کرے۔</w:t>
      </w:r>
    </w:p>
    <w:p>
      <w:r>
        <w:rPr>
          <w:b/>
        </w:rPr>
        <w:t xml:space="preserve">[19:57] </w:t>
      </w:r>
      <w:r>
        <w:t>is ko afford nahi kar sakta woh.</w:t>
      </w:r>
    </w:p>
    <w:p>
      <w:pPr>
        <w:jc w:val="right"/>
      </w:pPr>
      <w:r>
        <w:t>اس کو افورڈ نہیں کر سکتا وہ۔</w:t>
      </w:r>
    </w:p>
    <w:p>
      <w:r>
        <w:rPr>
          <w:b/>
        </w:rPr>
        <w:t xml:space="preserve">[20:03] </w:t>
      </w:r>
      <w:r>
        <w:t>to yeh hai do tareeqa.</w:t>
      </w:r>
    </w:p>
    <w:p>
      <w:pPr>
        <w:jc w:val="right"/>
      </w:pPr>
      <w:r>
        <w:t>تو یہ ہے دو طریقہ۔</w:t>
      </w:r>
    </w:p>
    <w:p>
      <w:r>
        <w:rPr>
          <w:b/>
        </w:rPr>
        <w:t xml:space="preserve">[20:06] </w:t>
      </w:r>
      <w:r>
        <w:t>is mein se aik ko maine kaha self oriented life.</w:t>
      </w:r>
    </w:p>
    <w:p>
      <w:pPr>
        <w:jc w:val="right"/>
      </w:pPr>
      <w:r>
        <w:t>اس میں سے ایک کو میں نے کہا سیلف اورینٹڈ لائف۔</w:t>
      </w:r>
    </w:p>
    <w:p>
      <w:r>
        <w:rPr>
          <w:b/>
        </w:rPr>
        <w:t xml:space="preserve">[20:11] </w:t>
      </w:r>
      <w:r>
        <w:t>doosre ko maine kaha god oriented life.</w:t>
      </w:r>
    </w:p>
    <w:p>
      <w:pPr>
        <w:jc w:val="right"/>
      </w:pPr>
      <w:r>
        <w:t>دوسرے کو میں نے کہا گاڈ اورینٹڈ لائف۔</w:t>
      </w:r>
    </w:p>
    <w:p>
      <w:r>
        <w:rPr>
          <w:b/>
        </w:rPr>
        <w:t xml:space="preserve">[20:19] </w:t>
      </w:r>
      <w:r>
        <w:t>ab dekhiye ke jo maine teen baatein kaheen</w:t>
      </w:r>
    </w:p>
    <w:p>
      <w:pPr>
        <w:jc w:val="right"/>
      </w:pPr>
      <w:r>
        <w:t>اب دیکھیے کہ جو میں نے تین باتیں کہیں</w:t>
      </w:r>
    </w:p>
    <w:p>
      <w:r>
        <w:rPr>
          <w:b/>
        </w:rPr>
        <w:t xml:space="preserve">[20:23] </w:t>
      </w:r>
      <w:r>
        <w:t>to pehli baat yeh thi ke belief system</w:t>
      </w:r>
    </w:p>
    <w:p>
      <w:pPr>
        <w:jc w:val="right"/>
      </w:pPr>
      <w:r>
        <w:t>تو پہلی بات یہ تھی کہ بیلیف سسٹم</w:t>
      </w:r>
    </w:p>
    <w:p>
      <w:r>
        <w:rPr>
          <w:b/>
        </w:rPr>
        <w:t xml:space="preserve">[20:27] </w:t>
      </w:r>
      <w:r>
        <w:t>yani tauheed, khuda ko aik manna.</w:t>
      </w:r>
    </w:p>
    <w:p>
      <w:pPr>
        <w:jc w:val="right"/>
      </w:pPr>
      <w:r>
        <w:t>یعنی توحید، خدا کو ایک ماننا۔</w:t>
      </w:r>
    </w:p>
    <w:p>
      <w:r>
        <w:rPr>
          <w:b/>
        </w:rPr>
        <w:t xml:space="preserve">[20:33] </w:t>
      </w:r>
      <w:r>
        <w:t>ab yeh cheez aisi hai ke sab se bari sachai hai jis ko aap discover karte hain.</w:t>
      </w:r>
    </w:p>
    <w:p>
      <w:pPr>
        <w:jc w:val="right"/>
      </w:pPr>
      <w:r>
        <w:t>اب یہ چیز ایسی ہے کہ سب سے بڑی سچائی ہے جس کو آپ ڈسکور کرتے ہیں۔</w:t>
      </w:r>
    </w:p>
    <w:p>
      <w:r>
        <w:rPr>
          <w:b/>
        </w:rPr>
        <w:t xml:space="preserve">[20:41] </w:t>
      </w:r>
      <w:r>
        <w:t>yani khuda ki khuda par iman jo hai woh aik discovery ke taur par aata hai aap ko.</w:t>
      </w:r>
    </w:p>
    <w:p>
      <w:pPr>
        <w:jc w:val="right"/>
      </w:pPr>
      <w:r>
        <w:t>یعنی خدا کی خدا پر ایمان جو ہے وہ ایک ڈسکوری کے طور پر آتا ہے آپ کو۔</w:t>
      </w:r>
    </w:p>
    <w:p>
      <w:r>
        <w:rPr>
          <w:b/>
        </w:rPr>
        <w:t xml:space="preserve">[20:46] </w:t>
      </w:r>
      <w:r>
        <w:t>iman means discovery.</w:t>
      </w:r>
    </w:p>
    <w:p>
      <w:pPr>
        <w:jc w:val="right"/>
      </w:pPr>
      <w:r>
        <w:t>ایمان مینز ڈسکوری۔</w:t>
      </w:r>
    </w:p>
    <w:p>
      <w:r>
        <w:rPr>
          <w:b/>
        </w:rPr>
        <w:t xml:space="preserve">[20:50] </w:t>
      </w:r>
      <w:r>
        <w:t>jab aap sochte hain, jab aap talash karte hain, jab aap ghore karte hain to aap ko discover</w:t>
      </w:r>
    </w:p>
    <w:p>
      <w:pPr>
        <w:jc w:val="right"/>
      </w:pPr>
      <w:r>
        <w:t>جب آپ سوچتے ہیں، جب آپ تلاش کرتے ہیں، جب آپ غور کرتے ہیں تو آپ کو ڈسکور</w:t>
      </w:r>
    </w:p>
    <w:p>
      <w:r>
        <w:rPr>
          <w:b/>
        </w:rPr>
        <w:t xml:space="preserve">[20:57] </w:t>
      </w:r>
      <w:r>
        <w:t>hota hai ke is kainat ke peeche khuda hai.</w:t>
      </w:r>
    </w:p>
    <w:p>
      <w:pPr>
        <w:jc w:val="right"/>
      </w:pPr>
      <w:r>
        <w:t>ہوتا ہے کہ اس کائنات کے پیچھے خدا ہے۔</w:t>
      </w:r>
    </w:p>
    <w:p>
      <w:r>
        <w:rPr>
          <w:b/>
        </w:rPr>
        <w:t xml:space="preserve">[20:59] </w:t>
      </w:r>
      <w:r>
        <w:t>is ka aik creator hai, aik sustainer hai.</w:t>
      </w:r>
    </w:p>
    <w:p>
      <w:pPr>
        <w:jc w:val="right"/>
      </w:pPr>
      <w:r>
        <w:t>اس کا ایک کریٹر ہے، ایک سسٹینر ہے۔</w:t>
      </w:r>
    </w:p>
    <w:p>
      <w:r>
        <w:rPr>
          <w:b/>
        </w:rPr>
        <w:t xml:space="preserve">[21:04] </w:t>
      </w:r>
      <w:r>
        <w:t>to khuda ko aap bator discovery ke paate hain.</w:t>
      </w:r>
    </w:p>
    <w:p>
      <w:pPr>
        <w:jc w:val="right"/>
      </w:pPr>
      <w:r>
        <w:t>تو خدا کو آپ بطور ڈسکوری کے پاتے ہیں۔</w:t>
      </w:r>
    </w:p>
    <w:p>
      <w:r>
        <w:rPr>
          <w:b/>
        </w:rPr>
        <w:t xml:space="preserve">[21:10] </w:t>
      </w:r>
      <w:r>
        <w:t>iman ka matlab hai discovery,</w:t>
      </w:r>
    </w:p>
    <w:p>
      <w:pPr>
        <w:jc w:val="right"/>
      </w:pPr>
      <w:r>
        <w:t>ایمان کا مطلب ہے ڈسکوری،</w:t>
      </w:r>
    </w:p>
    <w:p>
      <w:r>
        <w:rPr>
          <w:b/>
        </w:rPr>
        <w:t xml:space="preserve">[21:14] </w:t>
      </w:r>
      <w:r>
        <w:t>realization of truth.</w:t>
      </w:r>
    </w:p>
    <w:p>
      <w:pPr>
        <w:jc w:val="right"/>
      </w:pPr>
      <w:r>
        <w:t>ریلائزیشن آف ٹروتھ۔</w:t>
      </w:r>
    </w:p>
    <w:p>
      <w:r>
        <w:rPr>
          <w:b/>
        </w:rPr>
        <w:t xml:space="preserve">[21:17] </w:t>
      </w:r>
      <w:r>
        <w:t>is tarah jab khuda aap ki zindagi mein dakhil hota hai to aap ko poora aap poora wajood</w:t>
      </w:r>
    </w:p>
    <w:p>
      <w:pPr>
        <w:jc w:val="right"/>
      </w:pPr>
      <w:r>
        <w:t>اس طرح جب خدا آپ کی زندگی میں داخل ہوتا ہے تو آپ کو پورا آپ پورا وجود</w:t>
      </w:r>
    </w:p>
    <w:p>
      <w:r>
        <w:rPr>
          <w:b/>
        </w:rPr>
        <w:t xml:space="preserve">[21:22] </w:t>
      </w:r>
      <w:r>
        <w:t>hi rang jaata hai.</w:t>
      </w:r>
    </w:p>
    <w:p>
      <w:pPr>
        <w:jc w:val="right"/>
      </w:pPr>
      <w:r>
        <w:t>ہی رنگ جاتا ہے۔</w:t>
      </w:r>
    </w:p>
    <w:p>
      <w:r>
        <w:rPr>
          <w:b/>
        </w:rPr>
        <w:t xml:space="preserve">[21:23] </w:t>
      </w:r>
      <w:r>
        <w:t>sibtullah wa minallah sibgha.</w:t>
      </w:r>
    </w:p>
    <w:p>
      <w:pPr>
        <w:jc w:val="right"/>
      </w:pPr>
      <w:r>
        <w:t>صفت اللہ ومن اللہ سبغا۔</w:t>
      </w:r>
    </w:p>
    <w:p>
      <w:r>
        <w:rPr>
          <w:b/>
        </w:rPr>
        <w:t xml:space="preserve">[21:26] </w:t>
      </w:r>
      <w:r>
        <w:t>aap ki poori zindagi ko apne rang mein rang leta hai woh.</w:t>
      </w:r>
    </w:p>
    <w:p>
      <w:pPr>
        <w:jc w:val="right"/>
      </w:pPr>
      <w:r>
        <w:t>آپ کی پوری زندگی کو اپنے رنگ میں رنگ لیتا ہے وہ۔</w:t>
      </w:r>
    </w:p>
    <w:p>
      <w:r>
        <w:rPr>
          <w:b/>
        </w:rPr>
        <w:t xml:space="preserve">[21:32] </w:t>
      </w:r>
      <w:r>
        <w:t>to jo kalma hai jis ko hum kehte hain la ilaha illallah, woh koi lip service nahi</w:t>
      </w:r>
    </w:p>
    <w:p>
      <w:pPr>
        <w:jc w:val="right"/>
      </w:pPr>
      <w:r>
        <w:t>تو جو کلمہ ہے جس کو ہم کہتے ہیں لا الہ الا اللہ، وہ کوئی لپ سروس نہیں</w:t>
      </w:r>
    </w:p>
    <w:p>
      <w:r>
        <w:rPr>
          <w:b/>
        </w:rPr>
        <w:t xml:space="preserve">[21:39] </w:t>
      </w:r>
      <w:r>
        <w:t>hai. Kuch sab nahi hai jis ko munh se bol diye aap.</w:t>
      </w:r>
    </w:p>
    <w:p>
      <w:pPr>
        <w:jc w:val="right"/>
      </w:pPr>
      <w:r>
        <w:t>ہے۔ کچھ سب نہیں ہے جس کو منہ سے بول دیے آپ۔</w:t>
      </w:r>
    </w:p>
    <w:p>
      <w:r>
        <w:rPr>
          <w:b/>
        </w:rPr>
        <w:t xml:space="preserve">[21:46] </w:t>
      </w:r>
      <w:r>
        <w:t>nahin. Woh aik discovery ka izhaar hai.</w:t>
      </w:r>
    </w:p>
    <w:p>
      <w:pPr>
        <w:jc w:val="right"/>
      </w:pPr>
      <w:r>
        <w:t>نہیں۔ وہ ایک ڈسکوری کا اظہار ہے۔</w:t>
      </w:r>
    </w:p>
    <w:p>
      <w:r>
        <w:rPr>
          <w:b/>
        </w:rPr>
        <w:t xml:space="preserve">[21:53] </w:t>
      </w:r>
      <w:r>
        <w:t>aur jab koi cheez discovery ban kar aap ke dil mein aaye, aap ke mind mein aaye, aap</w:t>
      </w:r>
    </w:p>
    <w:p>
      <w:pPr>
        <w:jc w:val="right"/>
      </w:pPr>
      <w:r>
        <w:t>اور جب کوئی چیز ڈسکوری بن کر آپ کے دل میں آئے، آپ کے مائنڈ میں آئے، آپ</w:t>
      </w:r>
    </w:p>
    <w:p>
      <w:r>
        <w:rPr>
          <w:b/>
        </w:rPr>
        <w:t xml:space="preserve">[21:58] </w:t>
      </w:r>
      <w:r>
        <w:t>ki zindagi mein shamil ho to ek woh revolution lati hai.</w:t>
      </w:r>
    </w:p>
    <w:p>
      <w:pPr>
        <w:jc w:val="right"/>
      </w:pPr>
      <w:r>
        <w:t>کی زندگی میں شامل ہو تو ایک وہ ریولوشن لاتی ہے۔</w:t>
      </w:r>
    </w:p>
    <w:p>
      <w:r>
        <w:rPr>
          <w:b/>
        </w:rPr>
        <w:t xml:space="preserve">[22:01] </w:t>
      </w:r>
      <w:r>
        <w:t>revolution. poori zindagi ko woh revolutionize kar deti hai.</w:t>
      </w:r>
    </w:p>
    <w:p>
      <w:pPr>
        <w:jc w:val="right"/>
      </w:pPr>
      <w:r>
        <w:t>ریولوشن۔ پوری زندگی کو وہ ریولشائز کر دیتی ہے۔</w:t>
      </w:r>
    </w:p>
    <w:p>
      <w:r>
        <w:rPr>
          <w:b/>
        </w:rPr>
        <w:t xml:space="preserve">[22:07] </w:t>
      </w:r>
      <w:r>
        <w:t>aap ki chahat badal jati hai, aap ki soch badal jati hai, aap ka behavior badal jata hai.</w:t>
      </w:r>
    </w:p>
    <w:p>
      <w:pPr>
        <w:jc w:val="right"/>
      </w:pPr>
      <w:r>
        <w:t>آپ کی چاہت بدل جاتی ہے، آپ کی سوچ بدل جاتی ہے، آپ کا بیہیویئر بدل جاتا ہے۔</w:t>
      </w:r>
    </w:p>
    <w:p>
      <w:r>
        <w:rPr>
          <w:b/>
        </w:rPr>
        <w:t xml:space="preserve">[22:15] </w:t>
      </w:r>
      <w:r>
        <w:t>to tauheed means discovery.</w:t>
      </w:r>
    </w:p>
    <w:p>
      <w:pPr>
        <w:jc w:val="right"/>
      </w:pPr>
      <w:r>
        <w:t>تو توحید مینز ڈسکوری۔</w:t>
      </w:r>
    </w:p>
    <w:p>
      <w:r>
        <w:rPr>
          <w:b/>
        </w:rPr>
        <w:t xml:space="preserve">[22:19] </w:t>
      </w:r>
      <w:r>
        <w:t>discovery means intellectual revolution.</w:t>
      </w:r>
    </w:p>
    <w:p>
      <w:pPr>
        <w:jc w:val="right"/>
      </w:pPr>
      <w:r>
        <w:t>ڈسکوری مینز انٹلیکچول ریولوشن۔</w:t>
      </w:r>
    </w:p>
    <w:p>
      <w:r>
        <w:rPr>
          <w:b/>
        </w:rPr>
        <w:t xml:space="preserve">[22:26] </w:t>
      </w:r>
      <w:r>
        <w:t>is tarah se aap ki zindagi mein Khuda dakhil hota hai.</w:t>
      </w:r>
    </w:p>
    <w:p>
      <w:pPr>
        <w:jc w:val="right"/>
      </w:pPr>
      <w:r>
        <w:t>اس طرح سے آپ کی زندگی میں خدا داخل ہوتا ہے۔</w:t>
      </w:r>
    </w:p>
    <w:p>
      <w:r>
        <w:rPr>
          <w:b/>
        </w:rPr>
        <w:t xml:space="preserve">[22:31] </w:t>
      </w:r>
      <w:r>
        <w:t>Khuda aap ki zindagi mein bator lip service ke dakhil nahin hota.</w:t>
      </w:r>
    </w:p>
    <w:p>
      <w:pPr>
        <w:jc w:val="right"/>
      </w:pPr>
      <w:r>
        <w:t>خدا آپ کی زندگی میں بطور لپ سروس کے داخل نہیں ہوتا۔</w:t>
      </w:r>
    </w:p>
    <w:p>
      <w:r>
        <w:rPr>
          <w:b/>
        </w:rPr>
        <w:t xml:space="preserve">[22:36] </w:t>
      </w:r>
      <w:r>
        <w:t>balkeh Khuda aap ki zindagi mein ek intellectual revolution ban kar aata hai.</w:t>
      </w:r>
    </w:p>
    <w:p>
      <w:pPr>
        <w:jc w:val="right"/>
      </w:pPr>
      <w:r>
        <w:t>بلکہ خدا آپ کی زندگی میں ایک انٹلیکچول ریولوشن بن کر آتا ہے۔</w:t>
      </w:r>
    </w:p>
    <w:p>
      <w:r>
        <w:rPr>
          <w:b/>
        </w:rPr>
        <w:t xml:space="preserve">[22:43] </w:t>
      </w:r>
      <w:r>
        <w:t>aap ki poori zindagi ko kuch na kuch kar deta hai.</w:t>
      </w:r>
    </w:p>
    <w:p>
      <w:pPr>
        <w:jc w:val="right"/>
      </w:pPr>
      <w:r>
        <w:t>آپ کی پوری زندگی کو کچھ نہ کچھ کر دیتا ہے۔</w:t>
      </w:r>
    </w:p>
    <w:p>
      <w:r>
        <w:rPr>
          <w:b/>
        </w:rPr>
        <w:t xml:space="preserve">[22:52] </w:t>
      </w:r>
      <w:r>
        <w:t>ek hunter hai, ek ek British period mein ek hunter yahan par aata aya tha.</w:t>
      </w:r>
    </w:p>
    <w:p>
      <w:pPr>
        <w:jc w:val="right"/>
      </w:pPr>
      <w:r>
        <w:t>ایک ہنٹر ہے، ایک ایک برٹش پیریڈ میں ایک ہنٹر یہاں پر آتا آیا تھا۔</w:t>
      </w:r>
    </w:p>
    <w:p>
      <w:r>
        <w:rPr>
          <w:b/>
        </w:rPr>
        <w:t xml:space="preserve">[22:58] </w:t>
      </w:r>
      <w:r>
        <w:t>us ka naam tha Jim Corbett.</w:t>
      </w:r>
    </w:p>
    <w:p>
      <w:pPr>
        <w:jc w:val="right"/>
      </w:pPr>
      <w:r>
        <w:t>اس کا نام تھا جم کاربٹ۔</w:t>
      </w:r>
    </w:p>
    <w:p>
      <w:r>
        <w:rPr>
          <w:b/>
        </w:rPr>
        <w:t xml:space="preserve">[23:01] </w:t>
      </w:r>
      <w:r>
        <w:t>us ke naam par abhi bhi ek bohat bara woh hai</w:t>
      </w:r>
    </w:p>
    <w:p>
      <w:pPr>
        <w:jc w:val="right"/>
      </w:pPr>
      <w:r>
        <w:t>اس کے نام پر ابھی بھی ایک بہت بڑا وہ ہے</w:t>
      </w:r>
    </w:p>
    <w:p>
      <w:r>
        <w:rPr>
          <w:b/>
        </w:rPr>
        <w:t xml:space="preserve">[23:09] </w:t>
      </w:r>
      <w:r>
        <w:t>jo jis ko kehte hain</w:t>
      </w:r>
    </w:p>
    <w:p>
      <w:pPr>
        <w:jc w:val="right"/>
      </w:pPr>
      <w:r>
        <w:t>جو جس کو کہتے ہیں</w:t>
      </w:r>
    </w:p>
    <w:p>
      <w:r>
        <w:rPr>
          <w:b/>
        </w:rPr>
        <w:t xml:space="preserve">[23:14] </w:t>
      </w:r>
      <w:r>
        <w:t>Garhwal ke ilaqe mein us ke naam par ek ek woh hai</w:t>
      </w:r>
    </w:p>
    <w:p>
      <w:pPr>
        <w:jc w:val="right"/>
      </w:pPr>
      <w:r>
        <w:t>گڑوال کے علاقے میں اس کے نام پر ایک ایک وہ ہے</w:t>
      </w:r>
    </w:p>
    <w:p>
      <w:r>
        <w:rPr>
          <w:b/>
        </w:rPr>
        <w:t xml:space="preserve">[23:20] </w:t>
      </w:r>
      <w:r>
        <w:t>kya kehte hain us ko National Park National</w:t>
      </w:r>
    </w:p>
    <w:p>
      <w:pPr>
        <w:jc w:val="right"/>
      </w:pPr>
      <w:r>
        <w:t>کیا کہتے ہیں اس کو نیشنل پارک نیشنل</w:t>
      </w:r>
    </w:p>
    <w:p>
      <w:r>
        <w:rPr>
          <w:b/>
        </w:rPr>
        <w:t xml:space="preserve">[23:25] </w:t>
      </w:r>
      <w:r>
        <w:t>Park National Park</w:t>
      </w:r>
    </w:p>
    <w:p>
      <w:pPr>
        <w:jc w:val="right"/>
      </w:pPr>
      <w:r>
        <w:t>پارک نیشنل پارک</w:t>
      </w:r>
    </w:p>
    <w:p>
      <w:r>
        <w:rPr>
          <w:b/>
        </w:rPr>
        <w:t xml:space="preserve">[23:27] </w:t>
      </w:r>
      <w:r>
        <w:t>to us ne ek kitaab likhi hai</w:t>
      </w:r>
    </w:p>
    <w:p>
      <w:pPr>
        <w:jc w:val="right"/>
      </w:pPr>
      <w:r>
        <w:t>تو اس نے ایک کتاب لکھی ہے</w:t>
      </w:r>
    </w:p>
    <w:p>
      <w:r>
        <w:rPr>
          <w:b/>
        </w:rPr>
        <w:t xml:space="preserve">[23:31] </w:t>
      </w:r>
      <w:r>
        <w:t>apne hunting experience par yani shikar ke baray mein jo experience thay us ke us ko likha hai</w:t>
      </w:r>
    </w:p>
    <w:p>
      <w:pPr>
        <w:jc w:val="right"/>
      </w:pPr>
      <w:r>
        <w:t>اپنے ہنٹنگ ایکسپیرینس پر یعنی شکار کے بارے میں جو ایکسپیرینس تھے اس کے اس کو لکھا ہے</w:t>
      </w:r>
    </w:p>
    <w:p>
      <w:r>
        <w:rPr>
          <w:b/>
        </w:rPr>
        <w:t xml:space="preserve">[23:37] </w:t>
      </w:r>
      <w:r>
        <w:t>us ne is kitaab mein woh likhta hai keh agar aap janglat mein chale ja rahe hain</w:t>
      </w:r>
    </w:p>
    <w:p>
      <w:pPr>
        <w:jc w:val="right"/>
      </w:pPr>
      <w:r>
        <w:t>اس نے اس کتاب میں وہ لکھتا ہے کہ اگر آپ جنگل میں چلے جا رہے ہیں</w:t>
      </w:r>
    </w:p>
    <w:p>
      <w:r>
        <w:rPr>
          <w:b/>
        </w:rPr>
        <w:t xml:space="preserve">[23:45] </w:t>
      </w:r>
      <w:r>
        <w:t>aur achaanak aap notice karte hain keh aap ke paas ki jhaari mein ek tiger khara hua hai</w:t>
      </w:r>
    </w:p>
    <w:p>
      <w:pPr>
        <w:jc w:val="right"/>
      </w:pPr>
      <w:r>
        <w:t>اور اچانک آپ نوٹس کرتے ہیں کہ آپ کے پاس کی جھاڑی میں ایک ٹائیگر کھڑا ہوا ہے</w:t>
      </w:r>
    </w:p>
    <w:p>
      <w:r>
        <w:rPr>
          <w:b/>
        </w:rPr>
        <w:t xml:space="preserve">[23:57] </w:t>
      </w:r>
      <w:r>
        <w:t>woh kehta hai keh aap janglat mein chale ja rahe hain aur achaanak aap notice karte hain keh</w:t>
      </w:r>
    </w:p>
    <w:p>
      <w:pPr>
        <w:jc w:val="right"/>
      </w:pPr>
      <w:r>
        <w:t>وہ کہتا ہے کہ آپ جنگل میں چلے جا رہے ہیں اور اچانک آپ نوٹس کرتے ہیں کہ</w:t>
      </w:r>
    </w:p>
    <w:p>
      <w:r>
        <w:rPr>
          <w:b/>
        </w:rPr>
        <w:t xml:space="preserve">[24:02] </w:t>
      </w:r>
      <w:r>
        <w:t>aap ke bohat paas mein</w:t>
      </w:r>
    </w:p>
    <w:p>
      <w:pPr>
        <w:jc w:val="right"/>
      </w:pPr>
      <w:r>
        <w:t>آپ کے بہت پاس میں</w:t>
      </w:r>
    </w:p>
    <w:p>
      <w:r>
        <w:rPr>
          <w:b/>
        </w:rPr>
        <w:t xml:space="preserve">[24:06] </w:t>
      </w:r>
      <w:r>
        <w:t>chand meter ke faasle par ek tiger khara hua hai</w:t>
      </w:r>
    </w:p>
    <w:p>
      <w:pPr>
        <w:jc w:val="right"/>
      </w:pPr>
      <w:r>
        <w:t>چند میٹر کے فاصلے پر ایک ٹائیگر کھڑا ہوا ہے</w:t>
      </w:r>
    </w:p>
    <w:p>
      <w:r>
        <w:rPr>
          <w:b/>
        </w:rPr>
        <w:t xml:space="preserve">[24:11] </w:t>
      </w:r>
      <w:r>
        <w:t>to us waqt kya haal hota hai</w:t>
      </w:r>
    </w:p>
    <w:p>
      <w:pPr>
        <w:jc w:val="right"/>
      </w:pPr>
      <w:r>
        <w:t>تو اس وقت کیا حال ہوتا ہے</w:t>
      </w:r>
    </w:p>
    <w:p>
      <w:r>
        <w:rPr>
          <w:b/>
        </w:rPr>
        <w:t xml:space="preserve">[24:14] </w:t>
      </w:r>
      <w:r>
        <w:t>aap ka blood</w:t>
      </w:r>
    </w:p>
    <w:p>
      <w:pPr>
        <w:jc w:val="right"/>
      </w:pPr>
      <w:r>
        <w:t>آپ کا بلڈ</w:t>
      </w:r>
    </w:p>
    <w:p>
      <w:r>
        <w:rPr>
          <w:b/>
        </w:rPr>
        <w:t xml:space="preserve">[24:17] </w:t>
      </w:r>
      <w:r>
        <w:t>blood circulation blood star ban jata hai</w:t>
      </w:r>
    </w:p>
    <w:p>
      <w:pPr>
        <w:jc w:val="right"/>
      </w:pPr>
      <w:r>
        <w:t>بلڈ سرکولیشن بلڈ اسٹار بن جاتا ہے</w:t>
      </w:r>
    </w:p>
    <w:p>
      <w:r>
        <w:rPr>
          <w:b/>
        </w:rPr>
        <w:t xml:space="preserve">[24:22] </w:t>
      </w:r>
      <w:r>
        <w:t>آپ کے body میں blood circulation blood سٹار بن جاتا ہے</w:t>
      </w:r>
    </w:p>
    <w:p>
      <w:pPr>
        <w:jc w:val="right"/>
      </w:pPr>
      <w:r>
        <w:t>آپ کے باڈی میں بلڈ سرکولیشن بلڈ اسٹار بن جاتا ہے</w:t>
      </w:r>
    </w:p>
    <w:p>
      <w:r>
        <w:rPr>
          <w:b/>
        </w:rPr>
        <w:t xml:space="preserve">[24:28] </w:t>
      </w:r>
      <w:r>
        <w:t>ab aap sochiye</w:t>
      </w:r>
    </w:p>
    <w:p>
      <w:pPr>
        <w:jc w:val="right"/>
      </w:pPr>
      <w:r>
        <w:t>اب آپ سوچیے</w:t>
      </w:r>
    </w:p>
    <w:p>
      <w:r>
        <w:rPr>
          <w:b/>
        </w:rPr>
        <w:t xml:space="preserve">[24:31] </w:t>
      </w:r>
      <w:r>
        <w:t>کہ tiger کو دیکھ کر آپ کے اندر blood storm آ گیا</w:t>
      </w:r>
    </w:p>
    <w:p>
      <w:pPr>
        <w:jc w:val="right"/>
      </w:pPr>
      <w:r>
        <w:t>کہ ٹائیگر کو دیکھ کر آپ کے اندر بلڈ اسٹارم آ گیا</w:t>
      </w:r>
    </w:p>
    <w:p>
      <w:r>
        <w:rPr>
          <w:b/>
        </w:rPr>
        <w:t xml:space="preserve">[24:40] </w:t>
      </w:r>
      <w:r>
        <w:t>to jo creator hai tiger ka us ka presence aap ko</w:t>
      </w:r>
    </w:p>
    <w:p>
      <w:pPr>
        <w:jc w:val="right"/>
      </w:pPr>
      <w:r>
        <w:t>تو جو کریٹر ہے ٹائیگر کا اس کا پریزنس آپ کو</w:t>
      </w:r>
    </w:p>
    <w:p>
      <w:r>
        <w:rPr>
          <w:b/>
        </w:rPr>
        <w:t xml:space="preserve">[24:47] </w:t>
      </w:r>
      <w:r>
        <w:t>aap ko yaqeen ho jaye ke woh ke woh mujhe dekh raha hai mein us ke presence mein</w:t>
      </w:r>
    </w:p>
    <w:p>
      <w:pPr>
        <w:jc w:val="right"/>
      </w:pPr>
      <w:r>
        <w:t>آپ کو یقین ہو جائے کہ وہ کہ وہ مجھے دیکھ رہا ہے میں اس کے پریزنس میں</w:t>
      </w:r>
    </w:p>
    <w:p>
      <w:r>
        <w:rPr>
          <w:b/>
        </w:rPr>
        <w:t xml:space="preserve">[24:53] </w:t>
      </w:r>
      <w:r>
        <w:t>hoon woh mujhe punishment de sakta hai</w:t>
      </w:r>
    </w:p>
    <w:p>
      <w:pPr>
        <w:jc w:val="right"/>
      </w:pPr>
      <w:r>
        <w:t>ہوں وہ مجھے پنشمنٹ دے سکتا ہے</w:t>
      </w:r>
    </w:p>
    <w:p>
      <w:r>
        <w:rPr>
          <w:b/>
        </w:rPr>
        <w:t xml:space="preserve">[24:59] </w:t>
      </w:r>
      <w:r>
        <w:t>تو آپ کو presence of God کا یعنی presence of tiger presence of tiger کا اتنا زبردست اسٹارمی</w:t>
      </w:r>
    </w:p>
    <w:p>
      <w:pPr>
        <w:jc w:val="right"/>
      </w:pPr>
      <w:r>
        <w:t>تو آپ کو پریزنس اف گاڈ کا یعنی پریزنس اف ٹائیگر پریزنس اف ٹائیگر کا اتنا زبردست اسٹارمی</w:t>
      </w:r>
    </w:p>
    <w:p>
      <w:r>
        <w:rPr>
          <w:b/>
        </w:rPr>
        <w:t xml:space="preserve">[25:06] </w:t>
      </w:r>
      <w:r>
        <w:t>asar parta hai aap ke upar</w:t>
      </w:r>
    </w:p>
    <w:p>
      <w:pPr>
        <w:jc w:val="right"/>
      </w:pPr>
      <w:r>
        <w:t>اثر پڑتا ہے آپ کے اوپر</w:t>
      </w:r>
    </w:p>
    <w:p>
      <w:r>
        <w:rPr>
          <w:b/>
        </w:rPr>
        <w:t xml:space="preserve">[25:09] </w:t>
      </w:r>
      <w:r>
        <w:t>aap sochiye ke presence of of the creator of tiger</w:t>
      </w:r>
    </w:p>
    <w:p>
      <w:pPr>
        <w:jc w:val="right"/>
      </w:pPr>
      <w:r>
        <w:t>آپ سوچیے کہ پریزنس اف اف دی کریٹر اف ٹائیگر</w:t>
      </w:r>
    </w:p>
    <w:p>
      <w:r>
        <w:rPr>
          <w:b/>
        </w:rPr>
        <w:t xml:space="preserve">[25:15] </w:t>
      </w:r>
      <w:r>
        <w:t>creator of creator of tiger ka presence aap ko mehsoos ho to kya alam hoga aap ka</w:t>
      </w:r>
    </w:p>
    <w:p>
      <w:pPr>
        <w:jc w:val="right"/>
      </w:pPr>
      <w:r>
        <w:t>کریٹر اف کریٹر اف ٹائیگر کا پریزنس آپ کو محسوس ہو تو کیا عالم ہوگا آپ کا</w:t>
      </w:r>
    </w:p>
    <w:p>
      <w:r>
        <w:rPr>
          <w:b/>
        </w:rPr>
        <w:t xml:space="preserve">[25:24] </w:t>
      </w:r>
      <w:r>
        <w:t>to khuda par yeh aqeedah</w:t>
      </w:r>
    </w:p>
    <w:p>
      <w:pPr>
        <w:jc w:val="right"/>
      </w:pPr>
      <w:r>
        <w:t>تو خدا پر یہ عقیدہ</w:t>
      </w:r>
    </w:p>
    <w:p>
      <w:r>
        <w:rPr>
          <w:b/>
        </w:rPr>
        <w:t xml:space="preserve">[25:27] </w:t>
      </w:r>
      <w:r>
        <w:t>khuda par discovery se ke zariye aata hai</w:t>
      </w:r>
    </w:p>
    <w:p>
      <w:pPr>
        <w:jc w:val="right"/>
      </w:pPr>
      <w:r>
        <w:t>خدا پر ڈسکوری سے کے ذریعے آتا ہے</w:t>
      </w:r>
    </w:p>
    <w:p>
      <w:r>
        <w:rPr>
          <w:b/>
        </w:rPr>
        <w:t xml:space="preserve">[25:32] </w:t>
      </w:r>
      <w:r>
        <w:t>aur jab discovery ke taur par khuda aap ki zindagi mein shamil ho</w:t>
      </w:r>
    </w:p>
    <w:p>
      <w:pPr>
        <w:jc w:val="right"/>
      </w:pPr>
      <w:r>
        <w:t>اور جب ڈسکوری کے طور پر خدا آپ کی زندگی میں شامل ہو</w:t>
      </w:r>
    </w:p>
    <w:p>
      <w:r>
        <w:rPr>
          <w:b/>
        </w:rPr>
        <w:t xml:space="preserve">[25:36] </w:t>
      </w:r>
      <w:r>
        <w:t>to aap ki zindagi badal jati hai aap ki zindagi mein ek revolution aa jata hai</w:t>
      </w:r>
    </w:p>
    <w:p>
      <w:pPr>
        <w:jc w:val="right"/>
      </w:pPr>
      <w:r>
        <w:t>تو آپ کی زندگی بدل جاتی ہے آپ کی زندگی میں ایک ریولوشن آ جاتا ہے</w:t>
      </w:r>
    </w:p>
    <w:p>
      <w:r>
        <w:rPr>
          <w:b/>
        </w:rPr>
        <w:t xml:space="preserve">[25:43] </w:t>
      </w:r>
      <w:r>
        <w:t>yeh hai belief</w:t>
      </w:r>
    </w:p>
    <w:p>
      <w:pPr>
        <w:jc w:val="right"/>
      </w:pPr>
      <w:r>
        <w:t>یہ ہے بیلیف</w:t>
      </w:r>
    </w:p>
    <w:p>
      <w:r>
        <w:rPr>
          <w:b/>
        </w:rPr>
        <w:t xml:space="preserve">[25:47] </w:t>
      </w:r>
      <w:r>
        <w:t>ab is ki bohat sari detail hain jo aap kitabon mein parh sakte hain yani aqeedah toheed ki</w:t>
      </w:r>
    </w:p>
    <w:p>
      <w:pPr>
        <w:jc w:val="right"/>
      </w:pPr>
      <w:r>
        <w:t>اب اس کی بہت ساری ڈیٹیل ہیں جو آپ کتابوں میں پڑھ سکتے ہیں یعنی عقیدہ توحید کی</w:t>
      </w:r>
    </w:p>
    <w:p>
      <w:r>
        <w:rPr>
          <w:b/>
        </w:rPr>
        <w:t xml:space="preserve">[25:53] </w:t>
      </w:r>
      <w:r>
        <w:t>detail is par kitabon mein quran mein hadith mein aur aur doosri kitabon mein aap parh sakte hain</w:t>
      </w:r>
    </w:p>
    <w:p>
      <w:pPr>
        <w:jc w:val="right"/>
      </w:pPr>
      <w:r>
        <w:t>ڈیٹیل اس پر کتابوں میں قران میں حدیث میں اور اور دوسری کتابوں میں آپ پڑھ سکتے ہیں</w:t>
      </w:r>
    </w:p>
    <w:p>
      <w:r>
        <w:rPr>
          <w:b/>
        </w:rPr>
        <w:t xml:space="preserve">[26:03] </w:t>
      </w:r>
      <w:r>
        <w:t>ke toheed ka aqeedah ya toheed ka belief</w:t>
      </w:r>
    </w:p>
    <w:p>
      <w:pPr>
        <w:jc w:val="right"/>
      </w:pPr>
      <w:r>
        <w:t>کہ توحید کا عقیدہ یا توحید کا بیلیف</w:t>
      </w:r>
    </w:p>
    <w:p>
      <w:r>
        <w:rPr>
          <w:b/>
        </w:rPr>
        <w:t xml:space="preserve">[26:07] </w:t>
      </w:r>
      <w:r>
        <w:t>ke aur kya kya detail hai is ke aur kya kya pehlu hain lekin basic baat yahi hai</w:t>
      </w:r>
    </w:p>
    <w:p>
      <w:pPr>
        <w:jc w:val="right"/>
      </w:pPr>
      <w:r>
        <w:t>کہ اور کیا کیا ڈیٹیل ہے اس کے اور کیا کیا پہلو ہیں لیکن بیسک بات یہی ہے</w:t>
      </w:r>
    </w:p>
    <w:p>
      <w:r>
        <w:rPr>
          <w:b/>
        </w:rPr>
        <w:t xml:space="preserve">[26:16] </w:t>
      </w:r>
      <w:r>
        <w:t>basic baat yahi hai ke toheed ek discovery hai ek aisi discovery jo aap ke andar bhonchal paida</w:t>
      </w:r>
    </w:p>
    <w:p>
      <w:pPr>
        <w:jc w:val="right"/>
      </w:pPr>
      <w:r>
        <w:t>بیسک بات یہی ہے کہ توحید ایک ڈسکوری ہے ایک ایسی ڈسکوری جو آپ کے اندر بھونچال پیدا</w:t>
      </w:r>
    </w:p>
    <w:p>
      <w:r>
        <w:rPr>
          <w:b/>
        </w:rPr>
        <w:t xml:space="preserve">[26:22] </w:t>
      </w:r>
      <w:r>
        <w:t>kar deti hai</w:t>
      </w:r>
    </w:p>
    <w:p>
      <w:pPr>
        <w:jc w:val="right"/>
      </w:pPr>
      <w:r>
        <w:t>کر دیتی ہے</w:t>
      </w:r>
    </w:p>
    <w:p>
      <w:r>
        <w:rPr>
          <w:b/>
        </w:rPr>
        <w:t xml:space="preserve">[26:24] </w:t>
      </w:r>
      <w:r>
        <w:t>jo aap ki shakhsiyat ko hila deti hai</w:t>
      </w:r>
    </w:p>
    <w:p>
      <w:pPr>
        <w:jc w:val="right"/>
      </w:pPr>
      <w:r>
        <w:t>جو آپ کی شخصیت کو ہلا دیتی ہے</w:t>
      </w:r>
    </w:p>
    <w:p>
      <w:r>
        <w:rPr>
          <w:b/>
        </w:rPr>
        <w:t xml:space="preserve">[26:28] </w:t>
      </w:r>
      <w:r>
        <w:t>jis ke baad aap ki zindagi mein ek ek revolution aa jata hai aap ki poori zindagi ek</w:t>
      </w:r>
    </w:p>
    <w:p>
      <w:pPr>
        <w:jc w:val="right"/>
      </w:pPr>
      <w:r>
        <w:t>جس کے بعد آپ کی زندگی میں ایک ایک ریولوشن آ جاتا ہے آپ کی پوری زندگی ایک</w:t>
      </w:r>
    </w:p>
    <w:p>
      <w:r>
        <w:rPr>
          <w:b/>
        </w:rPr>
        <w:t xml:space="preserve">[26:33] </w:t>
      </w:r>
      <w:r>
        <w:t>naye rang mein rang jati hai</w:t>
      </w:r>
    </w:p>
    <w:p>
      <w:pPr>
        <w:jc w:val="right"/>
      </w:pPr>
      <w:r>
        <w:t>نئے رنگ میں رنگ جاتی ہے</w:t>
      </w:r>
    </w:p>
    <w:p>
      <w:r>
        <w:rPr>
          <w:b/>
        </w:rPr>
        <w:t xml:space="preserve">[26:38] </w:t>
      </w:r>
      <w:r>
        <w:t>to creation plan of god ka pehla item yeh hua ke aap khuda ko discover karen</w:t>
      </w:r>
    </w:p>
    <w:p>
      <w:pPr>
        <w:jc w:val="right"/>
      </w:pPr>
      <w:r>
        <w:t>تو کریشن پلان اف گاڈ کا پہلا ائٹم یہ ہوا کہ آپ خدا کو ڈسکور کریں</w:t>
      </w:r>
    </w:p>
    <w:p>
      <w:r>
        <w:rPr>
          <w:b/>
        </w:rPr>
        <w:t xml:space="preserve">[26:45] </w:t>
      </w:r>
      <w:r>
        <w:t>aur khuda ko apni zindagi mein shamil karen</w:t>
      </w:r>
    </w:p>
    <w:p>
      <w:pPr>
        <w:jc w:val="right"/>
      </w:pPr>
      <w:r>
        <w:t>اور خدا کو اپنی زندگی میں شامل کریں</w:t>
      </w:r>
    </w:p>
    <w:p>
      <w:r>
        <w:rPr>
          <w:b/>
        </w:rPr>
        <w:t xml:space="preserve">[26:48] </w:t>
      </w:r>
      <w:r>
        <w:t>khuda ko apna supreme banayen</w:t>
      </w:r>
    </w:p>
    <w:p>
      <w:pPr>
        <w:jc w:val="right"/>
      </w:pPr>
      <w:r>
        <w:t>خدا کو اپنا سپریم بنائیں</w:t>
      </w:r>
    </w:p>
    <w:p>
      <w:r>
        <w:rPr>
          <w:b/>
        </w:rPr>
        <w:t xml:space="preserve">[26:52] </w:t>
      </w:r>
      <w:r>
        <w:t>kisi ne bohat sahi kaha hai ke</w:t>
      </w:r>
    </w:p>
    <w:p>
      <w:pPr>
        <w:jc w:val="right"/>
      </w:pPr>
      <w:r>
        <w:t>کسی نے بہت صحیح کہا ہے کہ</w:t>
      </w:r>
    </w:p>
    <w:p>
      <w:r>
        <w:rPr>
          <w:b/>
        </w:rPr>
        <w:t xml:space="preserve">[26:58] </w:t>
      </w:r>
      <w:r>
        <w:t>kisi ne bohat sahi kaha hai ke</w:t>
      </w:r>
    </w:p>
    <w:p>
      <w:pPr>
        <w:jc w:val="right"/>
      </w:pPr>
      <w:r>
        <w:t>کسی نے بہت صحیح کہا ہے کہ</w:t>
      </w:r>
    </w:p>
    <w:p>
      <w:r>
        <w:rPr>
          <w:b/>
        </w:rPr>
        <w:t xml:space="preserve">[27:01] </w:t>
      </w:r>
      <w:r>
        <w:t>yeh ke allah is the greatest concern of islam</w:t>
      </w:r>
    </w:p>
    <w:p>
      <w:pPr>
        <w:jc w:val="right"/>
      </w:pPr>
      <w:r>
        <w:t>یہ کہ اللہ از دا گریٹسٹ کنسرن اف اسلام</w:t>
      </w:r>
    </w:p>
    <w:p>
      <w:r>
        <w:rPr>
          <w:b/>
        </w:rPr>
        <w:t xml:space="preserve">[27:10] </w:t>
      </w:r>
      <w:r>
        <w:t>yani khuda ka aqeedah khuda ko ek manna yeh islam ka supreme concern hai to jab khuda aap</w:t>
      </w:r>
    </w:p>
    <w:p>
      <w:pPr>
        <w:jc w:val="right"/>
      </w:pPr>
      <w:r>
        <w:t>یعنی خدا کا عقیدہ خدا کو ایک ماننا یہ اسلام کا سپریم کنسرن ہے تو جب خدا آپ</w:t>
      </w:r>
    </w:p>
    <w:p>
      <w:r>
        <w:rPr>
          <w:b/>
        </w:rPr>
        <w:t xml:space="preserve">[27:18] </w:t>
      </w:r>
      <w:r>
        <w:t>ki zindagi mein discovery ke taur par aata hai to woh aap ke liye supreme concern ban jata</w:t>
      </w:r>
    </w:p>
    <w:p>
      <w:pPr>
        <w:jc w:val="right"/>
      </w:pPr>
      <w:r>
        <w:t>کی زندگی میں ڈسکوری کے طور پر آتا ہے تو وہ آپ کے لیے سپریم کنسرن بن جاتا</w:t>
      </w:r>
    </w:p>
    <w:p>
      <w:r>
        <w:rPr>
          <w:b/>
        </w:rPr>
        <w:t xml:space="preserve">[27:24] </w:t>
      </w:r>
      <w:r>
        <w:t>hai wohi aap ka focus ban jata hai wohi aap ka target ban jata hai to bilkul wohi</w:t>
      </w:r>
    </w:p>
    <w:p>
      <w:pPr>
        <w:jc w:val="right"/>
      </w:pPr>
      <w:r>
        <w:t>ہے وہی آپ کا فوکس بن جاتا ہے وہی آپ کا ٹارگٹ بن جاتا ہے تو بالکل وہی</w:t>
      </w:r>
    </w:p>
    <w:p>
      <w:r>
        <w:rPr>
          <w:b/>
        </w:rPr>
        <w:t xml:space="preserve">[27:30] </w:t>
      </w:r>
      <w:r>
        <w:t>haal aap ka hota hai jis tarah solar system mein aap dekhte hain ek suraj hai beech mein</w:t>
      </w:r>
    </w:p>
    <w:p>
      <w:pPr>
        <w:jc w:val="right"/>
      </w:pPr>
      <w:r>
        <w:t>حال آپ کا ہوتا ہے جس طرح سولر سسٹم میں آپ دیکھتے ہیں ایک سورج ہے بیچ میں</w:t>
      </w:r>
    </w:p>
    <w:p>
      <w:r>
        <w:rPr>
          <w:b/>
        </w:rPr>
        <w:t xml:space="preserve">[27:35] </w:t>
      </w:r>
      <w:r>
        <w:t>iske charon taraf planet ghoom rahe hain</w:t>
      </w:r>
    </w:p>
    <w:p>
      <w:pPr>
        <w:jc w:val="right"/>
      </w:pPr>
      <w:r>
        <w:t>اس کے چاروں طرف پلینٹ گھوم رہے ہیں</w:t>
      </w:r>
    </w:p>
    <w:p>
      <w:r>
        <w:rPr>
          <w:b/>
        </w:rPr>
        <w:t xml:space="preserve">[27:40] </w:t>
      </w:r>
      <w:r>
        <w:t>isi liye ek hadith hai</w:t>
      </w:r>
    </w:p>
    <w:p>
      <w:pPr>
        <w:jc w:val="right"/>
      </w:pPr>
      <w:r>
        <w:t>اسی لیے ایک حدیث ہے</w:t>
      </w:r>
    </w:p>
    <w:p>
      <w:r>
        <w:rPr>
          <w:b/>
        </w:rPr>
        <w:t xml:space="preserve">[27:43] </w:t>
      </w:r>
      <w:r>
        <w:t>ke momin ki misaal us ghore jaisi hai jo rassi mein bandha hua hai ek khunti hai us</w:t>
      </w:r>
    </w:p>
    <w:p>
      <w:pPr>
        <w:jc w:val="right"/>
      </w:pPr>
      <w:r>
        <w:t>کہ مومن کی مثال اس گھوڑے جیسی ہے جو رسی میں بندھا ہوا ہے ایک کھوٹی ہے اس</w:t>
      </w:r>
    </w:p>
    <w:p>
      <w:r>
        <w:rPr>
          <w:b/>
        </w:rPr>
        <w:t xml:space="preserve">[27:50] </w:t>
      </w:r>
      <w:r>
        <w:t>mein rassi hai</w:t>
      </w:r>
    </w:p>
    <w:p>
      <w:pPr>
        <w:jc w:val="right"/>
      </w:pPr>
      <w:r>
        <w:t>میں رسی ہے</w:t>
      </w:r>
    </w:p>
    <w:p>
      <w:r>
        <w:rPr>
          <w:b/>
        </w:rPr>
        <w:t xml:space="preserve">[27:54] </w:t>
      </w:r>
      <w:r>
        <w:t>to jitni lambi rassi hogi</w:t>
      </w:r>
    </w:p>
    <w:p>
      <w:pPr>
        <w:jc w:val="right"/>
      </w:pPr>
      <w:r>
        <w:t>تو جتنی لمبی رسی ہوگی</w:t>
      </w:r>
    </w:p>
    <w:p>
      <w:r>
        <w:rPr>
          <w:b/>
        </w:rPr>
        <w:t xml:space="preserve">[27:58] </w:t>
      </w:r>
      <w:r>
        <w:t>paanch meter das meter jitni lambi rassi hogi utne hi tak ja payega woh ab jahan khunti</w:t>
      </w:r>
    </w:p>
    <w:p>
      <w:pPr>
        <w:jc w:val="right"/>
      </w:pPr>
      <w:r>
        <w:t>پانچ میٹر دس میٹر جتنی لمبی رسی ہوگی اتنے ہی تک جا پائے گا وہ اب جہاں کھوٹے</w:t>
      </w:r>
    </w:p>
    <w:p>
      <w:r>
        <w:rPr>
          <w:b/>
        </w:rPr>
        <w:t xml:space="preserve">[28:05] </w:t>
      </w:r>
      <w:r>
        <w:t>hai yahan tak rassi hai ab woh ghoom raha hai to isi ke gird ghoomta rahega isi</w:t>
      </w:r>
    </w:p>
    <w:p>
      <w:pPr>
        <w:jc w:val="right"/>
      </w:pPr>
      <w:r>
        <w:t>ہے یہاں تک رسی ہے اب وہ گھوم رہا ہے تو اسی کے گرد گھومتا رہے گا اسی</w:t>
      </w:r>
    </w:p>
    <w:p>
      <w:r>
        <w:rPr>
          <w:b/>
        </w:rPr>
        <w:t xml:space="preserve">[28:10] </w:t>
      </w:r>
      <w:r>
        <w:t>radius mein yani paanch meter das meter radius mein ghoomta rahega woh to farmaya ke misl momin</w:t>
      </w:r>
    </w:p>
    <w:p>
      <w:pPr>
        <w:jc w:val="right"/>
      </w:pPr>
      <w:r>
        <w:t>ریڈیس میں یعنی پانچ میٹر دس میٹر ریڈیس میں گھومتا رہے گا وہ تو فرمایا کہ مثل مومن</w:t>
      </w:r>
    </w:p>
    <w:p>
      <w:r>
        <w:rPr>
          <w:b/>
        </w:rPr>
        <w:t xml:space="preserve">[28:20] </w:t>
      </w:r>
      <w:r>
        <w:t>ke jis tarah se</w:t>
      </w:r>
    </w:p>
    <w:p>
      <w:pPr>
        <w:jc w:val="right"/>
      </w:pPr>
      <w:r>
        <w:t>کہ جس طرح سے</w:t>
      </w:r>
    </w:p>
    <w:p>
      <w:r>
        <w:rPr>
          <w:b/>
        </w:rPr>
        <w:t xml:space="preserve">[28:27] </w:t>
      </w:r>
      <w:r>
        <w:t>rassi mein bandha hua ghoda</w:t>
      </w:r>
    </w:p>
    <w:p>
      <w:pPr>
        <w:jc w:val="right"/>
      </w:pPr>
      <w:r>
        <w:t>رسی میں بندھا ہوا گھوڑا</w:t>
      </w:r>
    </w:p>
    <w:p>
      <w:r>
        <w:rPr>
          <w:b/>
        </w:rPr>
        <w:t xml:space="preserve">[28:31] </w:t>
      </w:r>
      <w:r>
        <w:t>utna hi ghoom utni hi uski limit hoti hai is se bahar nahi aa sakta woh isi</w:t>
      </w:r>
    </w:p>
    <w:p>
      <w:pPr>
        <w:jc w:val="right"/>
      </w:pPr>
      <w:r>
        <w:t>اتنا ہی گھوم اتنی ہی اس کی لمٹ ہوتی ہے اس سے باہر نہیں آ سکتا وہ اسی</w:t>
      </w:r>
    </w:p>
    <w:p>
      <w:r>
        <w:rPr>
          <w:b/>
        </w:rPr>
        <w:t xml:space="preserve">[28:38] </w:t>
      </w:r>
      <w:r>
        <w:t>tarah se insan jab khuda ki jab discovery usko ho jati hai to uski gardan mein</w:t>
      </w:r>
    </w:p>
    <w:p>
      <w:pPr>
        <w:jc w:val="right"/>
      </w:pPr>
      <w:r>
        <w:t>طرح سے انسان جب خدا کی جب ڈسکوری اس کو ہو جاتی ہے تو اس کی گردن میں</w:t>
      </w:r>
    </w:p>
    <w:p>
      <w:r>
        <w:rPr>
          <w:b/>
        </w:rPr>
        <w:t xml:space="preserve">[28:44] </w:t>
      </w:r>
      <w:r>
        <w:t>ek rassi lag jati hai khuda ki rassi</w:t>
      </w:r>
    </w:p>
    <w:p>
      <w:pPr>
        <w:jc w:val="right"/>
      </w:pPr>
      <w:r>
        <w:t>ایک رسی لگ جاتی ہے خدا کی رسی</w:t>
      </w:r>
    </w:p>
    <w:p>
      <w:r>
        <w:rPr>
          <w:b/>
        </w:rPr>
        <w:t xml:space="preserve">[28:49] </w:t>
      </w:r>
      <w:r>
        <w:t>woh soch nahi sakta ke main is rassi ke bahar jaon</w:t>
      </w:r>
    </w:p>
    <w:p>
      <w:pPr>
        <w:jc w:val="right"/>
      </w:pPr>
      <w:r>
        <w:t>وہ سوچ نہیں سکتا کہ میں اس رسی کے باہر جاؤں</w:t>
      </w:r>
    </w:p>
    <w:p>
      <w:r>
        <w:rPr>
          <w:b/>
        </w:rPr>
        <w:t xml:space="preserve">[28:55] </w:t>
      </w:r>
      <w:r>
        <w:t>to jis tarah se solar system mein aap dekhte hain ke sare planet</w:t>
      </w:r>
    </w:p>
    <w:p>
      <w:pPr>
        <w:jc w:val="right"/>
      </w:pPr>
      <w:r>
        <w:t>تو جس طرح سے سولر سسٹم میں آپ دیکھتے ہیں کہ سارے پلینٹ</w:t>
      </w:r>
    </w:p>
    <w:p>
      <w:r>
        <w:rPr>
          <w:b/>
        </w:rPr>
        <w:t xml:space="preserve">[29:00] </w:t>
      </w:r>
      <w:r>
        <w:t>bohat hi yani</w:t>
      </w:r>
    </w:p>
    <w:p>
      <w:pPr>
        <w:jc w:val="right"/>
      </w:pPr>
      <w:r>
        <w:t>بہت ہی یعنی</w:t>
      </w:r>
    </w:p>
    <w:p>
      <w:r>
        <w:rPr>
          <w:b/>
        </w:rPr>
        <w:t xml:space="preserve">[29:05] </w:t>
      </w:r>
      <w:r>
        <w:t>precise way mein suraj ke gird ghoom rahe hain aise momin bohat hi precise way mein khuda gird</w:t>
      </w:r>
    </w:p>
    <w:p>
      <w:pPr>
        <w:jc w:val="right"/>
      </w:pPr>
      <w:r>
        <w:t>پریسائز وے میں سورج کے گرد گھوم رہے ہیں ایسے مومن بہت ہی پریسائز وے میں خدا گرد</w:t>
      </w:r>
    </w:p>
    <w:p>
      <w:r>
        <w:rPr>
          <w:b/>
        </w:rPr>
        <w:t xml:space="preserve">[29:12] </w:t>
      </w:r>
      <w:r>
        <w:t>is ki zindagi ghoomti rehti hai</w:t>
      </w:r>
    </w:p>
    <w:p>
      <w:pPr>
        <w:jc w:val="right"/>
      </w:pPr>
      <w:r>
        <w:t>اس کی زندگی گھومتی رہتی ہے</w:t>
      </w:r>
    </w:p>
    <w:p>
      <w:r>
        <w:rPr>
          <w:b/>
        </w:rPr>
        <w:t xml:space="preserve">[29:16] </w:t>
      </w:r>
      <w:r>
        <w:t>yeh cheez hai kaba mein ja ke aap tawaf karte hain to isi ko aap demonstration dete hain</w:t>
      </w:r>
    </w:p>
    <w:p>
      <w:pPr>
        <w:jc w:val="right"/>
      </w:pPr>
      <w:r>
        <w:t>یہ چیز ہے کعبہ میں جا کے آپ طواف کرتے ہیں تو اسی کو آپ ڈیمونسٹریشن دیتے ہیں</w:t>
      </w:r>
    </w:p>
    <w:p>
      <w:r>
        <w:rPr>
          <w:b/>
        </w:rPr>
        <w:t xml:space="preserve">[29:21] </w:t>
      </w:r>
      <w:r>
        <w:t>ke aaj is meri zindagi is tarah guzregi</w:t>
      </w:r>
    </w:p>
    <w:p>
      <w:pPr>
        <w:jc w:val="right"/>
      </w:pPr>
      <w:r>
        <w:t>کہ آج اس میری زندگی اس طرح گزرے گی</w:t>
      </w:r>
    </w:p>
    <w:p>
      <w:r>
        <w:rPr>
          <w:b/>
        </w:rPr>
        <w:t xml:space="preserve">[29:25] </w:t>
      </w:r>
      <w:r>
        <w:t>to yeh hua belief system ka maamla</w:t>
      </w:r>
    </w:p>
    <w:p>
      <w:pPr>
        <w:jc w:val="right"/>
      </w:pPr>
      <w:r>
        <w:t>تو یہ ہوا بیلیف سسٹم کا معاملہ</w:t>
      </w:r>
    </w:p>
    <w:p>
      <w:r>
        <w:rPr>
          <w:b/>
        </w:rPr>
        <w:t xml:space="preserve">[29:30] </w:t>
      </w:r>
      <w:r>
        <w:t>ab lijiye doosra part ko yani moral conduct</w:t>
      </w:r>
    </w:p>
    <w:p>
      <w:pPr>
        <w:jc w:val="right"/>
      </w:pPr>
      <w:r>
        <w:t>اب لیجئے دوسرا پارٹ کو یعنی مورل کنڈکٹ</w:t>
      </w:r>
    </w:p>
    <w:p>
      <w:r>
        <w:rPr>
          <w:b/>
        </w:rPr>
        <w:t xml:space="preserve">[29:36] </w:t>
      </w:r>
      <w:r>
        <w:t>moral conduct kya hai</w:t>
      </w:r>
    </w:p>
    <w:p>
      <w:pPr>
        <w:jc w:val="right"/>
      </w:pPr>
      <w:r>
        <w:t>مورل کنڈکٹ کیا ہے</w:t>
      </w:r>
    </w:p>
    <w:p>
      <w:r>
        <w:rPr>
          <w:b/>
        </w:rPr>
        <w:t xml:space="preserve">[29:39] </w:t>
      </w:r>
      <w:r>
        <w:t>mein samajhta hoon ke is ka jo basic hai basic</w:t>
      </w:r>
    </w:p>
    <w:p>
      <w:pPr>
        <w:jc w:val="right"/>
      </w:pPr>
      <w:r>
        <w:t>میں سمجھتا ہوں کہ اس کا جو بیسک ہے بیسک</w:t>
      </w:r>
    </w:p>
    <w:p>
      <w:r>
        <w:rPr>
          <w:b/>
        </w:rPr>
        <w:t xml:space="preserve">[29:43] </w:t>
      </w:r>
      <w:r>
        <w:t>woh yeh formula hai ke</w:t>
      </w:r>
    </w:p>
    <w:p>
      <w:pPr>
        <w:jc w:val="right"/>
      </w:pPr>
      <w:r>
        <w:t>وہ یہ فارمولا ہے کہ</w:t>
      </w:r>
    </w:p>
    <w:p>
      <w:r>
        <w:rPr>
          <w:b/>
        </w:rPr>
        <w:t xml:space="preserve">[29:47] </w:t>
      </w:r>
      <w:r>
        <w:t>anch barkhud bapsandi bar deegar mabsand</w:t>
      </w:r>
    </w:p>
    <w:p>
      <w:pPr>
        <w:jc w:val="right"/>
      </w:pPr>
      <w:r>
        <w:t>انچ برخود بپسندی بر دیگر مپسند</w:t>
      </w:r>
    </w:p>
    <w:p>
      <w:r>
        <w:rPr>
          <w:b/>
        </w:rPr>
        <w:t xml:space="preserve">[29:52] </w:t>
      </w:r>
      <w:r>
        <w:t>yani aadmi jo cheez apne liye pasand karta hai usi ko woh doosre ke liye pasand karne lage</w:t>
      </w:r>
    </w:p>
    <w:p>
      <w:pPr>
        <w:jc w:val="right"/>
      </w:pPr>
      <w:r>
        <w:t>یعنی آدمی جو چیز اپنے لیے پسند کرتا ہے اسی کو وہ دوسرے کے لیے پسند کرنے لگے</w:t>
      </w:r>
    </w:p>
    <w:p>
      <w:r>
        <w:rPr>
          <w:b/>
        </w:rPr>
        <w:t xml:space="preserve">[30:07] </w:t>
      </w:r>
      <w:r>
        <w:t>yeh hai basic formula moral conduct ka</w:t>
      </w:r>
    </w:p>
    <w:p>
      <w:pPr>
        <w:jc w:val="right"/>
      </w:pPr>
      <w:r>
        <w:t>یہ ہے بیسک فارمولا مورل کنڈکٹ کا</w:t>
      </w:r>
    </w:p>
    <w:p>
      <w:r>
        <w:rPr>
          <w:b/>
        </w:rPr>
        <w:t xml:space="preserve">[30:11] </w:t>
      </w:r>
      <w:r>
        <w:t>jaise aap ko koi shakhs</w:t>
      </w:r>
    </w:p>
    <w:p>
      <w:pPr>
        <w:jc w:val="right"/>
      </w:pPr>
      <w:r>
        <w:t>جیسے آپ کو کوئی شخص</w:t>
      </w:r>
    </w:p>
    <w:p>
      <w:r>
        <w:rPr>
          <w:b/>
        </w:rPr>
        <w:t xml:space="preserve">[30:14] </w:t>
      </w:r>
      <w:r>
        <w:t>yani karwa bol bole to aap ko bura lagega to aap bhi doosre ke liye karwa bol</w:t>
      </w:r>
    </w:p>
    <w:p>
      <w:pPr>
        <w:jc w:val="right"/>
      </w:pPr>
      <w:r>
        <w:t>یعنی کڑوا بول بولے تو آپ کو برا لگے گا تو آپ بھی دوسرے کے لیے کڑوا بول</w:t>
      </w:r>
    </w:p>
    <w:p>
      <w:r>
        <w:rPr>
          <w:b/>
        </w:rPr>
        <w:t xml:space="preserve">[30:21] </w:t>
      </w:r>
      <w:r>
        <w:t>na bolein aap ko koi</w:t>
      </w:r>
    </w:p>
    <w:p>
      <w:pPr>
        <w:jc w:val="right"/>
      </w:pPr>
      <w:r>
        <w:t>نہ بولیں آپ کو کوئی</w:t>
      </w:r>
    </w:p>
    <w:p>
      <w:r>
        <w:rPr>
          <w:b/>
        </w:rPr>
        <w:t xml:space="preserve">[30:26] </w:t>
      </w:r>
      <w:r>
        <w:t>jhooti baat lagaye aap ke</w:t>
      </w:r>
    </w:p>
    <w:p>
      <w:pPr>
        <w:jc w:val="right"/>
      </w:pPr>
      <w:r>
        <w:t>جھوٹی بات لگائے آپ کے</w:t>
      </w:r>
    </w:p>
    <w:p>
      <w:r>
        <w:rPr>
          <w:b/>
        </w:rPr>
        <w:t xml:space="preserve">[30:30] </w:t>
      </w:r>
      <w:r>
        <w:t>baray mein aur jhooti baat bol kar ke aap ko badnaam kare idhar udhar to aap ko bura</w:t>
      </w:r>
    </w:p>
    <w:p>
      <w:pPr>
        <w:jc w:val="right"/>
      </w:pPr>
      <w:r>
        <w:t>بارے میں اور جھوٹی بات بول کر کے آپ کو بدنام کرے ادھر ادھر تو آپ کو برا</w:t>
      </w:r>
    </w:p>
    <w:p>
      <w:r>
        <w:rPr>
          <w:b/>
        </w:rPr>
        <w:t xml:space="preserve">[30:35] </w:t>
      </w:r>
      <w:r>
        <w:t>lagega aap bhi kisi ke upar jhooti baat na lagayein</w:t>
      </w:r>
    </w:p>
    <w:p>
      <w:pPr>
        <w:jc w:val="right"/>
      </w:pPr>
      <w:r>
        <w:t>لگے گا آپ بھی کسی کے اوپر جھوٹی بات نہ لگائیں</w:t>
      </w:r>
    </w:p>
    <w:p>
      <w:r>
        <w:rPr>
          <w:b/>
        </w:rPr>
        <w:t xml:space="preserve">[30:41] </w:t>
      </w:r>
      <w:r>
        <w:t>aisi baat kisi ke liye na bolein jo us ko buri lage</w:t>
      </w:r>
    </w:p>
    <w:p>
      <w:pPr>
        <w:jc w:val="right"/>
      </w:pPr>
      <w:r>
        <w:t>ایسی بات کسی کے لیے نہ بولیں جو اس کو بری لگے</w:t>
      </w:r>
    </w:p>
    <w:p>
      <w:r>
        <w:rPr>
          <w:b/>
        </w:rPr>
        <w:t xml:space="preserve">[30:45] </w:t>
      </w:r>
      <w:r>
        <w:t>koi aap ko chot lagaye to aap ko bura lagega to aap bhi kisi ko chot na</w:t>
      </w:r>
    </w:p>
    <w:p>
      <w:pPr>
        <w:jc w:val="right"/>
      </w:pPr>
      <w:r>
        <w:t>کوئی آپ کو چوٹ لگائے تو آپ کو برا لگے گا تو آپ بھی کسی کو چوٹ نہ</w:t>
      </w:r>
    </w:p>
    <w:p>
      <w:r>
        <w:rPr>
          <w:b/>
        </w:rPr>
        <w:t xml:space="preserve">[30:49] </w:t>
      </w:r>
      <w:r>
        <w:t>lagayein koi aap ka maal le to aap ko bura lagega to aap bhi kisi ka maal</w:t>
      </w:r>
    </w:p>
    <w:p>
      <w:pPr>
        <w:jc w:val="right"/>
      </w:pPr>
      <w:r>
        <w:t>لگائیں کوئی آپ کا مال لے تو آپ کو برا لگے گا تو آپ بھی کسی کا مال</w:t>
      </w:r>
    </w:p>
    <w:p>
      <w:r>
        <w:rPr>
          <w:b/>
        </w:rPr>
        <w:t xml:space="preserve">[30:54] </w:t>
      </w:r>
      <w:r>
        <w:t>na lein to bohat hi simple aur bohat hi comprehensive formula hai</w:t>
      </w:r>
    </w:p>
    <w:p>
      <w:pPr>
        <w:jc w:val="right"/>
      </w:pPr>
      <w:r>
        <w:t>نہ لیں تو بہت ہی سمپل اور بہت ہی کمپرہینسو فارمولا ہے</w:t>
      </w:r>
    </w:p>
    <w:p>
      <w:r>
        <w:rPr>
          <w:b/>
        </w:rPr>
        <w:t xml:space="preserve">[31:05] </w:t>
      </w:r>
      <w:r>
        <w:t>ke doosron ke sath wahi karo jo tum apne sath chahte ho</w:t>
      </w:r>
    </w:p>
    <w:p>
      <w:pPr>
        <w:jc w:val="right"/>
      </w:pPr>
      <w:r>
        <w:t>کہ دوسروں کے ساتھ وہی کرو جو تم اپنے ساتھ چاہتے ہو</w:t>
      </w:r>
    </w:p>
    <w:p>
      <w:r>
        <w:rPr>
          <w:b/>
        </w:rPr>
        <w:t xml:space="preserve">[31:12] </w:t>
      </w:r>
      <w:r>
        <w:t>doosron ke sath wahi karo jo tum apne liye chahte ho</w:t>
      </w:r>
    </w:p>
    <w:p>
      <w:pPr>
        <w:jc w:val="right"/>
      </w:pPr>
      <w:r>
        <w:t>دوسروں کے ساتھ وہی کرو جو تم اپنے لیے چاہتے ہو</w:t>
      </w:r>
    </w:p>
    <w:p>
      <w:r>
        <w:rPr>
          <w:b/>
        </w:rPr>
        <w:t xml:space="preserve">[31:18] </w:t>
      </w:r>
      <w:r>
        <w:t>chahay bolna ho chahay koi action ho koi behavior ho har cheez mein aadmi baat bohat aasani se</w:t>
      </w:r>
    </w:p>
    <w:p>
      <w:pPr>
        <w:jc w:val="right"/>
      </w:pPr>
      <w:r>
        <w:t>چاہے بولنا ہو چاہے کوئی ایکشن ہو کوئی بیہیویئر ہو ہر چیز میں آدمی بات بہت اسانی سے</w:t>
      </w:r>
    </w:p>
    <w:p>
      <w:r>
        <w:rPr>
          <w:b/>
        </w:rPr>
        <w:t xml:space="preserve">[31:26] </w:t>
      </w:r>
      <w:r>
        <w:t>jaan sakta hai ke us ki apni pasand kya hai</w:t>
      </w:r>
    </w:p>
    <w:p>
      <w:pPr>
        <w:jc w:val="right"/>
      </w:pPr>
      <w:r>
        <w:t>جان سکتا ہے کہ اس کی اپنی پسند کیا ہے</w:t>
      </w:r>
    </w:p>
    <w:p>
      <w:r>
        <w:rPr>
          <w:b/>
        </w:rPr>
        <w:t xml:space="preserve">[31:30] </w:t>
      </w:r>
      <w:r>
        <w:t>us ki apni likes aur dislikes kya hain bas jo woh apne liye samajh samjha hai us</w:t>
      </w:r>
    </w:p>
    <w:p>
      <w:pPr>
        <w:jc w:val="right"/>
      </w:pPr>
      <w:r>
        <w:t>اس کی اپنی لائکس اور ڈس لائکس کیا ہیں بس جو وہ اپنے لیے سمجھ سمجھا ہے اس</w:t>
      </w:r>
    </w:p>
    <w:p>
      <w:r>
        <w:rPr>
          <w:b/>
        </w:rPr>
        <w:t xml:space="preserve">[31:37] </w:t>
      </w:r>
      <w:r>
        <w:t>ne ke yeh cheez mujhe chahiye yeh cheez meri pasand ki hai yeh cheez mujhe buri lagti hai</w:t>
      </w:r>
    </w:p>
    <w:p>
      <w:pPr>
        <w:jc w:val="right"/>
      </w:pPr>
      <w:r>
        <w:t>نے کہ یہ چیز مجھے چاہیے یہ چیز میری پسند کی ہے یہ چیز مجھے بری لگتی ہے</w:t>
      </w:r>
    </w:p>
    <w:p>
      <w:r>
        <w:rPr>
          <w:b/>
        </w:rPr>
        <w:t xml:space="preserve">[31:44] </w:t>
      </w:r>
      <w:r>
        <w:t>theek wohi woh doosron ke sath karne lage</w:t>
      </w:r>
    </w:p>
    <w:p>
      <w:pPr>
        <w:jc w:val="right"/>
      </w:pPr>
      <w:r>
        <w:t>ٹھیک وہی وہ دوسروں کے ساتھ کرنے لگے</w:t>
      </w:r>
    </w:p>
    <w:p>
      <w:r>
        <w:rPr>
          <w:b/>
        </w:rPr>
        <w:t xml:space="preserve">[31:47] </w:t>
      </w:r>
      <w:r>
        <w:t>yeh simple formula hai</w:t>
      </w:r>
    </w:p>
    <w:p>
      <w:pPr>
        <w:jc w:val="right"/>
      </w:pPr>
      <w:r>
        <w:t>یہ سمپل فارمولا ہے</w:t>
      </w:r>
    </w:p>
    <w:p>
      <w:r>
        <w:rPr>
          <w:b/>
        </w:rPr>
        <w:t xml:space="preserve">[31:55] </w:t>
      </w:r>
      <w:r>
        <w:t>phir us ki detail bohat sari hain quran mein aur hadees mein</w:t>
      </w:r>
    </w:p>
    <w:p>
      <w:pPr>
        <w:jc w:val="right"/>
      </w:pPr>
      <w:r>
        <w:t>پھر اس کی ڈیٹیل بہت ساری ہیں قران میں اور حدیث میں</w:t>
      </w:r>
    </w:p>
    <w:p>
      <w:r>
        <w:rPr>
          <w:b/>
        </w:rPr>
        <w:t xml:space="preserve">[32:02] </w:t>
      </w:r>
      <w:r>
        <w:t>misla ek hadees hai</w:t>
      </w:r>
    </w:p>
    <w:p>
      <w:pPr>
        <w:jc w:val="right"/>
      </w:pPr>
      <w:r>
        <w:t>مثلا ایک حدیث ہے</w:t>
      </w:r>
    </w:p>
    <w:p>
      <w:r>
        <w:rPr>
          <w:b/>
        </w:rPr>
        <w:t xml:space="preserve">[32:05] </w:t>
      </w:r>
      <w:r>
        <w:t>ke wallah la yoman wallah la yoman wallah la yoman alladhi la yaman jahro boaiqah</w:t>
      </w:r>
    </w:p>
    <w:p>
      <w:pPr>
        <w:jc w:val="right"/>
      </w:pPr>
      <w:r>
        <w:t>کہ واللہ لا یومن واللہ لا یومن واللہ لا یومن الذی لا یامن جارہو بوائقہ</w:t>
      </w:r>
    </w:p>
    <w:p>
      <w:r>
        <w:rPr>
          <w:b/>
        </w:rPr>
        <w:t xml:space="preserve">[32:18] </w:t>
      </w:r>
      <w:r>
        <w:t>yani khuda ki qasam</w:t>
      </w:r>
    </w:p>
    <w:p>
      <w:pPr>
        <w:jc w:val="right"/>
      </w:pPr>
      <w:r>
        <w:t>یعنی خدا کی قسم</w:t>
      </w:r>
    </w:p>
    <w:p>
      <w:r>
        <w:rPr>
          <w:b/>
        </w:rPr>
        <w:t xml:space="preserve">[32:20] </w:t>
      </w:r>
      <w:r>
        <w:t>woh shakhs momin nahi hai khuda ki qasam woh shakhs momin nahi hai khuda ki qasam woh shakhs</w:t>
      </w:r>
    </w:p>
    <w:p>
      <w:pPr>
        <w:jc w:val="right"/>
      </w:pPr>
      <w:r>
        <w:t>وہ شخص مومن نہیں ہے خدا کی قسم وہ شخص مومن نہیں ہے خدا کی قسم وہ شخص</w:t>
      </w:r>
    </w:p>
    <w:p>
      <w:r>
        <w:rPr>
          <w:b/>
        </w:rPr>
        <w:t xml:space="preserve">[32:27] </w:t>
      </w:r>
      <w:r>
        <w:t>momin nahi hai aap ne teen bar farmaya</w:t>
      </w:r>
    </w:p>
    <w:p>
      <w:pPr>
        <w:jc w:val="right"/>
      </w:pPr>
      <w:r>
        <w:t>مومن نہیں ہے آپ نے تین بار فرمایا</w:t>
      </w:r>
    </w:p>
    <w:p>
      <w:r>
        <w:rPr>
          <w:b/>
        </w:rPr>
        <w:t xml:space="preserve">[32:30] </w:t>
      </w:r>
      <w:r>
        <w:t>rasool Allah ne phir aap ne kaha</w:t>
      </w:r>
    </w:p>
    <w:p>
      <w:pPr>
        <w:jc w:val="right"/>
      </w:pPr>
      <w:r>
        <w:t>رسول اللہ نے پھر آپ نے کہا</w:t>
      </w:r>
    </w:p>
    <w:p>
      <w:r>
        <w:rPr>
          <w:b/>
        </w:rPr>
        <w:t xml:space="preserve">[32:34] </w:t>
      </w:r>
      <w:r>
        <w:t>jis ke jo apne parosiyon ke liye problem create kare</w:t>
      </w:r>
    </w:p>
    <w:p>
      <w:pPr>
        <w:jc w:val="right"/>
      </w:pPr>
      <w:r>
        <w:t>جس کے جو اپنے پڑوسیوں کے لیے پرابلم کریٹ کرے</w:t>
      </w:r>
    </w:p>
    <w:p>
      <w:r>
        <w:rPr>
          <w:b/>
        </w:rPr>
        <w:t xml:space="preserve">[32:45] </w:t>
      </w:r>
      <w:r>
        <w:t>aap ghor kijiye ke parosi ke liye problem create karna itni bari baat hai ke woh aadmi khuda</w:t>
      </w:r>
    </w:p>
    <w:p>
      <w:pPr>
        <w:jc w:val="right"/>
      </w:pPr>
      <w:r>
        <w:t>آپ غور کیجئے کہ پڑوسی کے لیے پرابلم کریٹ کرنا اتنی بڑی بات ہے کہ وہ آدمی خدا</w:t>
      </w:r>
    </w:p>
    <w:p>
      <w:r>
        <w:rPr>
          <w:b/>
        </w:rPr>
        <w:t xml:space="preserve">[32:52] </w:t>
      </w:r>
      <w:r>
        <w:t>ki nazar mein momin nahi rehta believer nahi rehta</w:t>
      </w:r>
    </w:p>
    <w:p>
      <w:pPr>
        <w:jc w:val="right"/>
      </w:pPr>
      <w:r>
        <w:t>کی نظر میں مومن نہیں رہتا بیلیور نہیں رہتا</w:t>
      </w:r>
    </w:p>
    <w:p>
      <w:r>
        <w:rPr>
          <w:b/>
        </w:rPr>
        <w:t xml:space="preserve">[32:56] </w:t>
      </w:r>
      <w:r>
        <w:t>true believer ki pehchan kya hai ke aap ka jo neighbor hai</w:t>
      </w:r>
    </w:p>
    <w:p>
      <w:pPr>
        <w:jc w:val="right"/>
      </w:pPr>
      <w:r>
        <w:t>ٹرو بیلیور کی پہچان کیا ہے کہ آپ کا جو نیبر ہے</w:t>
      </w:r>
    </w:p>
    <w:p>
      <w:r>
        <w:rPr>
          <w:b/>
        </w:rPr>
        <w:t xml:space="preserve">[33:03] </w:t>
      </w:r>
      <w:r>
        <w:t>aur har aadmi aap ke neighbor mein hai</w:t>
      </w:r>
    </w:p>
    <w:p>
      <w:pPr>
        <w:jc w:val="right"/>
      </w:pPr>
      <w:r>
        <w:t>اور ہر آدمی آپ کے نیبر میں ہے</w:t>
      </w:r>
    </w:p>
    <w:p>
      <w:r>
        <w:rPr>
          <w:b/>
        </w:rPr>
        <w:t xml:space="preserve">[33:06] </w:t>
      </w:r>
      <w:r>
        <w:t>jab aap kisi ghar mein reh rahe hain to wahan aap ka neighbor jo hai pass</w:t>
      </w:r>
    </w:p>
    <w:p>
      <w:pPr>
        <w:jc w:val="right"/>
      </w:pPr>
      <w:r>
        <w:t>جب آپ کسی گھر میں رہ رہے ہیں تو وہاں آپ کا نیبر جو ہے پاس</w:t>
      </w:r>
    </w:p>
    <w:p>
      <w:r>
        <w:rPr>
          <w:b/>
        </w:rPr>
        <w:t xml:space="preserve">[33:11] </w:t>
      </w:r>
      <w:r>
        <w:t>paros ghar mein jo rehta hai woh aap ka neighbor hai aap safar kar rahe hain to wahan</w:t>
      </w:r>
    </w:p>
    <w:p>
      <w:pPr>
        <w:jc w:val="right"/>
      </w:pPr>
      <w:r>
        <w:t>پڑوس گھر میں جو رہتا ہے وہ آپ کا نیبر ہے آپ سفر کر رہے ہیں تو وہاں</w:t>
      </w:r>
    </w:p>
    <w:p>
      <w:r>
        <w:rPr>
          <w:b/>
        </w:rPr>
        <w:t xml:space="preserve">[33:15] </w:t>
      </w:r>
      <w:r>
        <w:t>jo aas pas aap ka hai woh aap ka neighbor hai</w:t>
      </w:r>
    </w:p>
    <w:p>
      <w:pPr>
        <w:jc w:val="right"/>
      </w:pPr>
      <w:r>
        <w:t>جو اس پاس آپ کا ہے وہ آپ کا نیبر ہے</w:t>
      </w:r>
    </w:p>
    <w:p>
      <w:r>
        <w:rPr>
          <w:b/>
        </w:rPr>
        <w:t xml:space="preserve">[33:19] </w:t>
      </w:r>
      <w:r>
        <w:t>to har waqt koi na koi aap ke kisi kahin na kahin aap ko neighbor hota hai</w:t>
      </w:r>
    </w:p>
    <w:p>
      <w:pPr>
        <w:jc w:val="right"/>
      </w:pPr>
      <w:r>
        <w:t>تو ہر وقت کوئی نہ کوئی آپ کے کسی کہیں نہ کہیں آپ کو نیبر ہوتا ہے</w:t>
      </w:r>
    </w:p>
    <w:p>
      <w:r>
        <w:rPr>
          <w:b/>
        </w:rPr>
        <w:t xml:space="preserve">[33:25] </w:t>
      </w:r>
      <w:r>
        <w:t>jo aap ke pas mein hai wahi neighbor hai aap ka</w:t>
      </w:r>
    </w:p>
    <w:p>
      <w:pPr>
        <w:jc w:val="right"/>
      </w:pPr>
      <w:r>
        <w:t>جو آپ کے پاس میں ہے وہی نیبر ہے آپ کا</w:t>
      </w:r>
    </w:p>
    <w:p>
      <w:r>
        <w:rPr>
          <w:b/>
        </w:rPr>
        <w:t xml:space="preserve">[33:29] </w:t>
      </w:r>
      <w:r>
        <w:t>to har waqt aap ko yeh is test mein</w:t>
      </w:r>
    </w:p>
    <w:p>
      <w:pPr>
        <w:jc w:val="right"/>
      </w:pPr>
      <w:r>
        <w:t>تو ہر وقت آپ کو یہ اس ٹیسٹ میں</w:t>
      </w:r>
    </w:p>
    <w:p>
      <w:r>
        <w:rPr>
          <w:b/>
        </w:rPr>
        <w:t xml:space="preserve">[33:35] </w:t>
      </w:r>
      <w:r>
        <w:t>qualify karna hai aap apne neighbor ke liye no problem person ban kar rahen</w:t>
      </w:r>
    </w:p>
    <w:p>
      <w:pPr>
        <w:jc w:val="right"/>
      </w:pPr>
      <w:r>
        <w:t>کوالیفائی کرنا ہے آپ اپنے نیبر کے لیے نو پرابلم پرسن بن کر رہیں</w:t>
      </w:r>
    </w:p>
    <w:p>
      <w:r>
        <w:rPr>
          <w:b/>
        </w:rPr>
        <w:t xml:space="preserve">[33:44] </w:t>
      </w:r>
      <w:r>
        <w:t>kabhi bhi aadmi</w:t>
      </w:r>
    </w:p>
    <w:p>
      <w:pPr>
        <w:jc w:val="right"/>
      </w:pPr>
      <w:r>
        <w:t>کبھی بھی آدمی</w:t>
      </w:r>
    </w:p>
    <w:p>
      <w:r>
        <w:rPr>
          <w:b/>
        </w:rPr>
        <w:t xml:space="preserve">[33:46] </w:t>
      </w:r>
      <w:r>
        <w:t>nebar ke baghair nahi hota haan agar koi island mein chala jaye to wahan par us ko nebar</w:t>
      </w:r>
    </w:p>
    <w:p>
      <w:pPr>
        <w:jc w:val="right"/>
      </w:pPr>
      <w:r>
        <w:t>نیبر کے بغیر نہیں ہوتا ہاں اگر کوئی ائلینڈ میں چلا جائے تو وہاں پر اس کو نیبر</w:t>
      </w:r>
    </w:p>
    <w:p>
      <w:r>
        <w:rPr>
          <w:b/>
        </w:rPr>
        <w:t xml:space="preserve">[33:51] </w:t>
      </w:r>
      <w:r>
        <w:t>koi nahi hoga lekin aisa to koi karta nahi koi bhi island mein ja ke to rehta nahi</w:t>
      </w:r>
    </w:p>
    <w:p>
      <w:pPr>
        <w:jc w:val="right"/>
      </w:pPr>
      <w:r>
        <w:t>کوئی نہیں ہوگا لیکن ایسا تو کوئی کرتا نہیں کوئی بھی ائلینڈ میں جا کے تو رہتا نہیں</w:t>
      </w:r>
    </w:p>
    <w:p>
      <w:r>
        <w:rPr>
          <w:b/>
        </w:rPr>
        <w:t xml:space="preserve">[33:57] </w:t>
      </w:r>
      <w:r>
        <w:t>hota hai society mein woh insanon ke beech mein</w:t>
      </w:r>
    </w:p>
    <w:p>
      <w:pPr>
        <w:jc w:val="right"/>
      </w:pPr>
      <w:r>
        <w:t>ہوتا ہے سوسائٹی میں وہ انسانوں کے بیچ میں</w:t>
      </w:r>
    </w:p>
    <w:p>
      <w:r>
        <w:rPr>
          <w:b/>
        </w:rPr>
        <w:t xml:space="preserve">[34:02] </w:t>
      </w:r>
      <w:r>
        <w:t>to har waqt aadmi kisi na kisi ke neighborhood mein hota hai</w:t>
      </w:r>
    </w:p>
    <w:p>
      <w:pPr>
        <w:jc w:val="right"/>
      </w:pPr>
      <w:r>
        <w:t>تو ہر وقت آدمی کسی نہ کسی کے نیبرہڈ میں ہوتا ہے</w:t>
      </w:r>
    </w:p>
    <w:p>
      <w:r>
        <w:rPr>
          <w:b/>
        </w:rPr>
        <w:t xml:space="preserve">[34:09] </w:t>
      </w:r>
      <w:r>
        <w:t>to yahan par yeh bataya ke tum ko apne nebar ke sath</w:t>
      </w:r>
    </w:p>
    <w:p>
      <w:pPr>
        <w:jc w:val="right"/>
      </w:pPr>
      <w:r>
        <w:t>تو یہاں پر یہ بتایا کہ تم کو اپنے نیبر کے ساتھ</w:t>
      </w:r>
    </w:p>
    <w:p>
      <w:r>
        <w:rPr>
          <w:b/>
        </w:rPr>
        <w:t xml:space="preserve">[34:16] </w:t>
      </w:r>
      <w:r>
        <w:t>no problem person ban kar rehna hai aur agar tum aisa nahi rahe to tumhara</w:t>
      </w:r>
    </w:p>
    <w:p>
      <w:pPr>
        <w:jc w:val="right"/>
      </w:pPr>
      <w:r>
        <w:t>نو پرابلم پرسن بن کر رہنا ہے اور اگر تم ایسا نہیں رہے تو تمہارا</w:t>
      </w:r>
    </w:p>
    <w:p>
      <w:r>
        <w:rPr>
          <w:b/>
        </w:rPr>
        <w:t xml:space="preserve">[34:25] </w:t>
      </w:r>
      <w:r>
        <w:t>khuda par iman khatam khuda ke list mein tum believer ke taur par nahi rahe</w:t>
      </w:r>
    </w:p>
    <w:p>
      <w:pPr>
        <w:jc w:val="right"/>
      </w:pPr>
      <w:r>
        <w:t>خدا پر ایمان ختم خدا کے لسٹ میں تم بیلیور کے طور پر نہیں رہے</w:t>
      </w:r>
    </w:p>
    <w:p>
      <w:r>
        <w:rPr>
          <w:b/>
        </w:rPr>
        <w:t xml:space="preserve">[34:33] </w:t>
      </w:r>
      <w:r>
        <w:t>khuda tum ko true believer ke taur par nahi lega</w:t>
      </w:r>
    </w:p>
    <w:p>
      <w:pPr>
        <w:jc w:val="right"/>
      </w:pPr>
      <w:r>
        <w:t>خدا تم کو ٹرو بیلیور کے طور پر نہیں لے گا</w:t>
      </w:r>
    </w:p>
    <w:p>
      <w:r>
        <w:rPr>
          <w:b/>
        </w:rPr>
        <w:t xml:space="preserve">[34:38] </w:t>
      </w:r>
      <w:r>
        <w:t>yeh kitni bari baat hai</w:t>
      </w:r>
    </w:p>
    <w:p>
      <w:pPr>
        <w:jc w:val="right"/>
      </w:pPr>
      <w:r>
        <w:t>یہ کتنی بڑی بات ہے</w:t>
      </w:r>
    </w:p>
    <w:p>
      <w:r>
        <w:rPr>
          <w:b/>
        </w:rPr>
        <w:t xml:space="preserve">[34:42] </w:t>
      </w:r>
      <w:r>
        <w:t>isi tarah se hadith mein hai</w:t>
      </w:r>
    </w:p>
    <w:p>
      <w:pPr>
        <w:jc w:val="right"/>
      </w:pPr>
      <w:r>
        <w:t>اسی طرح سے حدیث میں ہے</w:t>
      </w:r>
    </w:p>
    <w:p>
      <w:r>
        <w:rPr>
          <w:b/>
        </w:rPr>
        <w:t xml:space="preserve">[34:46] </w:t>
      </w:r>
      <w:r>
        <w:t>man kan yoman billahi wal yawm al akhir falyaq al khair aw lisan</w:t>
      </w:r>
    </w:p>
    <w:p>
      <w:pPr>
        <w:jc w:val="right"/>
      </w:pPr>
      <w:r>
        <w:t>من کان یومن باللہ والیوم الاخر فلیق الخیر اولیسم</w:t>
      </w:r>
    </w:p>
    <w:p>
      <w:r>
        <w:rPr>
          <w:b/>
        </w:rPr>
        <w:t xml:space="preserve">[34:53] </w:t>
      </w:r>
      <w:r>
        <w:t>jo aadmi Allah par aur akhirat ke din par iman rakhta ho</w:t>
      </w:r>
    </w:p>
    <w:p>
      <w:pPr>
        <w:jc w:val="right"/>
      </w:pPr>
      <w:r>
        <w:t>جو آدمی اللہ پر اور اخرت کے دن پر ایمان رکھتا ہو</w:t>
      </w:r>
    </w:p>
    <w:p>
      <w:r>
        <w:rPr>
          <w:b/>
        </w:rPr>
        <w:t xml:space="preserve">[35:02] </w:t>
      </w:r>
      <w:r>
        <w:t>to us ko kya karna chahiye</w:t>
      </w:r>
    </w:p>
    <w:p>
      <w:pPr>
        <w:jc w:val="right"/>
      </w:pPr>
      <w:r>
        <w:t>تو اس کو کیا کرنا چاہیے</w:t>
      </w:r>
    </w:p>
    <w:p>
      <w:r>
        <w:rPr>
          <w:b/>
        </w:rPr>
        <w:t xml:space="preserve">[35:06] </w:t>
      </w:r>
      <w:r>
        <w:t>woh ya to theek theek baat bolay woh na chup rahe</w:t>
      </w:r>
    </w:p>
    <w:p>
      <w:pPr>
        <w:jc w:val="right"/>
      </w:pPr>
      <w:r>
        <w:t>وہ یا تو ٹھیک ٹھیک بات بولے وہ نہ چپ رہے</w:t>
      </w:r>
    </w:p>
    <w:p>
      <w:r>
        <w:rPr>
          <w:b/>
        </w:rPr>
        <w:t xml:space="preserve">[35:11] </w:t>
      </w:r>
      <w:r>
        <w:t>jo baat bolay woh theek theek baat ho ya chup rahe</w:t>
      </w:r>
    </w:p>
    <w:p>
      <w:pPr>
        <w:jc w:val="right"/>
      </w:pPr>
      <w:r>
        <w:t>جو بات بولے وہ ٹھیک ٹھیک بات ہو یا چپ رہے</w:t>
      </w:r>
    </w:p>
    <w:p>
      <w:r>
        <w:rPr>
          <w:b/>
        </w:rPr>
        <w:t xml:space="preserve">[35:16] </w:t>
      </w:r>
      <w:r>
        <w:t>ab yeh kitni bari baat hai main samajhta hoon ke duniya mein jitne bhi fasaad hain woh sab</w:t>
      </w:r>
    </w:p>
    <w:p>
      <w:pPr>
        <w:jc w:val="right"/>
      </w:pPr>
      <w:r>
        <w:t>اب یہ کتنی بڑی بات ہے میں سمجھتا ہوں کہ دنیا میں جتنے بھی فساد ہیں وہ سب</w:t>
      </w:r>
    </w:p>
    <w:p>
      <w:r>
        <w:rPr>
          <w:b/>
        </w:rPr>
        <w:t xml:space="preserve">[35:21] </w:t>
      </w:r>
      <w:r>
        <w:t>isi liye hain ke log theek theek baat nahi bolte</w:t>
      </w:r>
    </w:p>
    <w:p>
      <w:pPr>
        <w:jc w:val="right"/>
      </w:pPr>
      <w:r>
        <w:t>اسی لیے ہیں کہ لوگ ٹھیک ٹھیک بات نہیں بولتے</w:t>
      </w:r>
    </w:p>
    <w:p>
      <w:r>
        <w:rPr>
          <w:b/>
        </w:rPr>
        <w:t xml:space="preserve">[35:25] </w:t>
      </w:r>
      <w:r>
        <w:t>baat kuch hoti hai kehte hain kuch har ghar mein har society mein international taluqat mein har jagah</w:t>
      </w:r>
    </w:p>
    <w:p>
      <w:pPr>
        <w:jc w:val="right"/>
      </w:pPr>
      <w:r>
        <w:t>بات کچھ ہوتی ہے کہتے ہیں کچھ ہر گھر میں ہر سوسائٹی میں انٹرنیشنل تعلقات میں ہر جگہ</w:t>
      </w:r>
    </w:p>
    <w:p>
      <w:r>
        <w:rPr>
          <w:b/>
        </w:rPr>
        <w:t xml:space="preserve">[35:32] </w:t>
      </w:r>
      <w:r>
        <w:t>sab se bara fasaad jo hai duniya mein zuban ke galat istemal se hai</w:t>
      </w:r>
    </w:p>
    <w:p>
      <w:pPr>
        <w:jc w:val="right"/>
      </w:pPr>
      <w:r>
        <w:t>سب سے بڑا فساد جو ہے دنیا میں زبان کے غلط استعمال سے ہے</w:t>
      </w:r>
    </w:p>
    <w:p>
      <w:r>
        <w:rPr>
          <w:b/>
        </w:rPr>
        <w:t xml:space="preserve">[35:38] </w:t>
      </w:r>
      <w:r>
        <w:t>sab se bara fasaad</w:t>
      </w:r>
    </w:p>
    <w:p>
      <w:pPr>
        <w:jc w:val="right"/>
      </w:pPr>
      <w:r>
        <w:t>سب سے بڑا فساد</w:t>
      </w:r>
    </w:p>
    <w:p>
      <w:r>
        <w:rPr>
          <w:b/>
        </w:rPr>
        <w:t xml:space="preserve">[35:42] </w:t>
      </w:r>
      <w:r>
        <w:t>sab se bara fasaad aj hi subah mein kisi se keh raha tha ke maine apni zindagi</w:t>
      </w:r>
    </w:p>
    <w:p>
      <w:pPr>
        <w:jc w:val="right"/>
      </w:pPr>
      <w:r>
        <w:t>سب سے بڑا فساد اج ہی صبح میں کسی سے کہہ رہا تھا کہ میں نے اپنی زندگی</w:t>
      </w:r>
    </w:p>
    <w:p>
      <w:r>
        <w:rPr>
          <w:b/>
        </w:rPr>
        <w:t xml:space="preserve">[35:47] </w:t>
      </w:r>
      <w:r>
        <w:t>mein jo dekha woh yeh hai ke 99 percent se bhi zyada aise log hain jo hamesha baaton</w:t>
      </w:r>
    </w:p>
    <w:p>
      <w:pPr>
        <w:jc w:val="right"/>
      </w:pPr>
      <w:r>
        <w:t>میں جو دیکھا وہ یہ ہے کہ 99 پرسنٹ سے بھی زیادہ ایسے لوگ ہیں جو ہمیشہ باتوں</w:t>
      </w:r>
    </w:p>
    <w:p>
      <w:r>
        <w:rPr>
          <w:b/>
        </w:rPr>
        <w:t xml:space="preserve">[35:54] </w:t>
      </w:r>
      <w:r>
        <w:t>ko negative aspect le kar us ko report karte hain</w:t>
      </w:r>
    </w:p>
    <w:p>
      <w:pPr>
        <w:jc w:val="right"/>
      </w:pPr>
      <w:r>
        <w:t>کو نیگیٹیو اسپیکٹ لے کر اس کو رپورٹ کرتے ہیں</w:t>
      </w:r>
    </w:p>
    <w:p>
      <w:r>
        <w:rPr>
          <w:b/>
        </w:rPr>
        <w:t xml:space="preserve">[36:01] </w:t>
      </w:r>
      <w:r>
        <w:t>yani kisi bhi aadmi ke baray mein unhein batana hai to us ki zindagi mein koi negative aspect</w:t>
      </w:r>
    </w:p>
    <w:p>
      <w:pPr>
        <w:jc w:val="right"/>
      </w:pPr>
      <w:r>
        <w:t>یعنی کسی بھی آدمی کے بارے میں انہیں بتانا ہے تو اس کی زندگی میں کوئی نیگیٹیو اسپیکٹ</w:t>
      </w:r>
    </w:p>
    <w:p>
      <w:r>
        <w:rPr>
          <w:b/>
        </w:rPr>
        <w:t xml:space="preserve">[36:06] </w:t>
      </w:r>
      <w:r>
        <w:t>agar pakad liya unhon ne isi ko bayan karenge</w:t>
      </w:r>
    </w:p>
    <w:p>
      <w:pPr>
        <w:jc w:val="right"/>
      </w:pPr>
      <w:r>
        <w:t>اگر پکڑ لیا انہوں نے اسی کو بیان کریں گے</w:t>
      </w:r>
    </w:p>
    <w:p>
      <w:r>
        <w:rPr>
          <w:b/>
        </w:rPr>
        <w:t xml:space="preserve">[36:09] </w:t>
      </w:r>
      <w:r>
        <w:t>woh pasli aspect kabhi nahi bayan karenge</w:t>
      </w:r>
    </w:p>
    <w:p>
      <w:pPr>
        <w:jc w:val="right"/>
      </w:pPr>
      <w:r>
        <w:t>وہ پاسلی اسپیکٹ کبھی نہیں بیان کریں گے</w:t>
      </w:r>
    </w:p>
    <w:p>
      <w:r>
        <w:rPr>
          <w:b/>
        </w:rPr>
        <w:t xml:space="preserve">[36:13] </w:t>
      </w:r>
      <w:r>
        <w:t>mein to aise hi log dekhe apni zindagi mein</w:t>
      </w:r>
    </w:p>
    <w:p>
      <w:pPr>
        <w:jc w:val="right"/>
      </w:pPr>
      <w:r>
        <w:t>میں تو ایسے ہی لوگ دیکھے اپنی زندگی میں</w:t>
      </w:r>
    </w:p>
    <w:p>
      <w:r>
        <w:rPr>
          <w:b/>
        </w:rPr>
        <w:t xml:space="preserve">[36:18] </w:t>
      </w:r>
      <w:r>
        <w:t>aur phir kya hota hai is se nafratein paida hoti hain bigad paida hota hai fasad paida hota</w:t>
      </w:r>
    </w:p>
    <w:p>
      <w:pPr>
        <w:jc w:val="right"/>
      </w:pPr>
      <w:r>
        <w:t>اور پھر کیا ہوتا ہے اس سے نفرتیں پیدا ہوتی ہیں بگاڑ پیدا ہوتا ہے فساد پیدا ہوتا</w:t>
      </w:r>
    </w:p>
    <w:p>
      <w:r>
        <w:rPr>
          <w:b/>
        </w:rPr>
        <w:t xml:space="preserve">[36:24] </w:t>
      </w:r>
      <w:r>
        <w:t>hai log ghussa hote hain ek doosre ke khilaf</w:t>
      </w:r>
    </w:p>
    <w:p>
      <w:pPr>
        <w:jc w:val="right"/>
      </w:pPr>
      <w:r>
        <w:t>ہے لوگ غصہ ہوتے ہیں ایک دوسرے کے خلاف</w:t>
      </w:r>
    </w:p>
    <w:p>
      <w:r>
        <w:rPr>
          <w:b/>
        </w:rPr>
        <w:t xml:space="preserve">[36:30] </w:t>
      </w:r>
      <w:r>
        <w:t>pura pura samajh jo hai aaj ap dekhiye nafrat mein jee raha hai pura pura samajh</w:t>
      </w:r>
    </w:p>
    <w:p>
      <w:pPr>
        <w:jc w:val="right"/>
      </w:pPr>
      <w:r>
        <w:t>پورا پورا سماج جو ہے اج اپ دیکھیے نفرت میں جی رہا ہے پورا پورا سماج</w:t>
      </w:r>
    </w:p>
    <w:p>
      <w:r>
        <w:rPr>
          <w:b/>
        </w:rPr>
        <w:t xml:space="preserve">[36:38] </w:t>
      </w:r>
      <w:r>
        <w:t>har ek doosre ke bare mein</w:t>
      </w:r>
    </w:p>
    <w:p>
      <w:pPr>
        <w:jc w:val="right"/>
      </w:pPr>
      <w:r>
        <w:t>ہر ایک دوسرے کے بارے میں</w:t>
      </w:r>
    </w:p>
    <w:p>
      <w:r>
        <w:rPr>
          <w:b/>
        </w:rPr>
        <w:t xml:space="preserve">[36:40] </w:t>
      </w:r>
      <w:r>
        <w:t>nafrat mein mubtala hai kyun</w:t>
      </w:r>
    </w:p>
    <w:p>
      <w:pPr>
        <w:jc w:val="right"/>
      </w:pPr>
      <w:r>
        <w:t>نفرت میں مبتلا ہے کیوں</w:t>
      </w:r>
    </w:p>
    <w:p>
      <w:r>
        <w:rPr>
          <w:b/>
        </w:rPr>
        <w:t xml:space="preserve">[36:45] </w:t>
      </w:r>
      <w:r>
        <w:t>isi liye ke reporting jo ki ja rahi hai woh negative reporting hoti hai</w:t>
      </w:r>
    </w:p>
    <w:p>
      <w:pPr>
        <w:jc w:val="right"/>
      </w:pPr>
      <w:r>
        <w:t>اسی لیے کہ رپورٹنگ جو کی جا رہی ہے وہ نیگیٹیو رپورٹنگ ہوتی ہے</w:t>
      </w:r>
    </w:p>
    <w:p>
      <w:r>
        <w:rPr>
          <w:b/>
        </w:rPr>
        <w:t xml:space="preserve">[36:50] </w:t>
      </w:r>
      <w:r>
        <w:t>pehley to aam insan jo hai negative reporting karta tha</w:t>
      </w:r>
    </w:p>
    <w:p>
      <w:pPr>
        <w:jc w:val="right"/>
      </w:pPr>
      <w:r>
        <w:t>پہلے تو عام انسان جو ہے نیگیٹیو رپورٹنگ کرتا تھا</w:t>
      </w:r>
    </w:p>
    <w:p>
      <w:r>
        <w:rPr>
          <w:b/>
        </w:rPr>
        <w:t xml:space="preserve">[36:55] </w:t>
      </w:r>
      <w:r>
        <w:t>kisi se mila to us ki zindagi ka ek negative aspect liya isi ko bayan kar raha hai</w:t>
      </w:r>
    </w:p>
    <w:p>
      <w:pPr>
        <w:jc w:val="right"/>
      </w:pPr>
      <w:r>
        <w:t>کسی سے ملا تو اس کی زندگی کا ایک نیگیٹیو اسپیکٹ لیا اسی کو بیان کر رہا ہے</w:t>
      </w:r>
    </w:p>
    <w:p>
      <w:r>
        <w:rPr>
          <w:b/>
        </w:rPr>
        <w:t xml:space="preserve">[37:02] </w:t>
      </w:r>
      <w:r>
        <w:t>aur ab jo hamare media industry hai woh to isi ki isi ki industry hai</w:t>
      </w:r>
    </w:p>
    <w:p>
      <w:pPr>
        <w:jc w:val="right"/>
      </w:pPr>
      <w:r>
        <w:t>اور اب جو ہمارے میڈیا انڈسٹری ہے وہ تو اسی کی اسی کی انڈسٹری ہے</w:t>
      </w:r>
    </w:p>
    <w:p>
      <w:r>
        <w:rPr>
          <w:b/>
        </w:rPr>
        <w:t xml:space="preserve">[37:09] </w:t>
      </w:r>
      <w:r>
        <w:t>yani negative report ki industry hai media hamari</w:t>
      </w:r>
    </w:p>
    <w:p>
      <w:pPr>
        <w:jc w:val="right"/>
      </w:pPr>
      <w:r>
        <w:t>یعنی نیگیٹیو رپورٹ کی انڈسٹری ہے میڈیا ہماری</w:t>
      </w:r>
    </w:p>
    <w:p>
      <w:r>
        <w:rPr>
          <w:b/>
        </w:rPr>
        <w:t xml:space="preserve">[37:14] </w:t>
      </w:r>
      <w:r>
        <w:t>positive reporting nahi hoti hai media mein kabhi bhi</w:t>
      </w:r>
    </w:p>
    <w:p>
      <w:pPr>
        <w:jc w:val="right"/>
      </w:pPr>
      <w:r>
        <w:t>پازیٹیو رپورٹنگ نہیں ہوتی ہے میڈیا میں کبھی بھی</w:t>
      </w:r>
    </w:p>
    <w:p>
      <w:r>
        <w:rPr>
          <w:b/>
        </w:rPr>
        <w:t xml:space="preserve">[37:19] </w:t>
      </w:r>
      <w:r>
        <w:t>ap jante hain ke media jo hai</w:t>
      </w:r>
    </w:p>
    <w:p>
      <w:pPr>
        <w:jc w:val="right"/>
      </w:pPr>
      <w:r>
        <w:t>اپ جانتے ہیں کہ میڈیا جو ہے</w:t>
      </w:r>
    </w:p>
    <w:p>
      <w:r>
        <w:rPr>
          <w:b/>
        </w:rPr>
        <w:t xml:space="preserve">[37:22] </w:t>
      </w:r>
      <w:r>
        <w:t>ek industry hai is ko paisa kamana hai is ko news ko sell karna hai news ko bechna</w:t>
      </w:r>
    </w:p>
    <w:p>
      <w:pPr>
        <w:jc w:val="right"/>
      </w:pPr>
      <w:r>
        <w:t>ایک انڈسٹری ہے اس کو پیسہ کمانا ہے اس کو نیوز کو سیل کرنا ہے نیوز کو بیچنا</w:t>
      </w:r>
    </w:p>
    <w:p>
      <w:r>
        <w:rPr>
          <w:b/>
        </w:rPr>
        <w:t xml:space="preserve">[37:28] </w:t>
      </w:r>
      <w:r>
        <w:t>hai to hamara samajh jo already negative negativity mein phansa hua hai to use negative baatein achi lagti</w:t>
      </w:r>
    </w:p>
    <w:p>
      <w:pPr>
        <w:jc w:val="right"/>
      </w:pPr>
      <w:r>
        <w:t>ہے تو ہمارا سماج جو الریڈی نیگیٹیو نیگیٹیوٹی میں پھنسا ہوا ہے تو اسے نیگیٹیو باتیں اچھی لگتی</w:t>
      </w:r>
    </w:p>
    <w:p>
      <w:r>
        <w:rPr>
          <w:b/>
        </w:rPr>
        <w:t xml:space="preserve">[37:35] </w:t>
      </w:r>
      <w:r>
        <w:t>hain to sensational baat achi lagti hai to media pura ka pura kya ho gaya hai woh factory</w:t>
      </w:r>
    </w:p>
    <w:p>
      <w:pPr>
        <w:jc w:val="right"/>
      </w:pPr>
      <w:r>
        <w:t>ہیں تو سینسیشنل بات اچھی لگتی ہے تو میڈیا پورا کا پورا کیا ہو گیا ہے وہ فیکٹری</w:t>
      </w:r>
    </w:p>
    <w:p>
      <w:r>
        <w:rPr>
          <w:b/>
        </w:rPr>
        <w:t xml:space="preserve">[37:45] </w:t>
      </w:r>
      <w:r>
        <w:t>ban gaya hai negative news ko phailane ka sensational news ko phailane ka</w:t>
      </w:r>
    </w:p>
    <w:p>
      <w:pPr>
        <w:jc w:val="right"/>
      </w:pPr>
      <w:r>
        <w:t>بن گیا ہے نیگیٹیو نیوز کو پھیلانے کا سینسیشنل نیوز کو پھیلانے کا</w:t>
      </w:r>
    </w:p>
    <w:p>
      <w:r>
        <w:rPr>
          <w:b/>
        </w:rPr>
        <w:t xml:space="preserve">[37:53] </w:t>
      </w:r>
      <w:r>
        <w:t>to log apas mein milte julte hain tab bhi negative baatein karte hain</w:t>
      </w:r>
    </w:p>
    <w:p>
      <w:pPr>
        <w:jc w:val="right"/>
      </w:pPr>
      <w:r>
        <w:t>تو لوگ اپس میں ملتے جلتے ہیں تب بھی نیگیٹیو باتیں کرتے ہیں</w:t>
      </w:r>
    </w:p>
    <w:p>
      <w:r>
        <w:rPr>
          <w:b/>
        </w:rPr>
        <w:t xml:space="preserve">[37:58] </w:t>
      </w:r>
      <w:r>
        <w:t>paper padhte hain to wahan negative baatein hoti hain TV dekhte hain to wahan bhi negative baatein</w:t>
      </w:r>
    </w:p>
    <w:p>
      <w:pPr>
        <w:jc w:val="right"/>
      </w:pPr>
      <w:r>
        <w:t>پیپر پڑھتے ہیں تو وہاں نیگیٹیو باتیں ہوتی ہیں ٹی وی دیکھتے ہیں تو وہاں بھی نیگیٹیو باتیں</w:t>
      </w:r>
    </w:p>
    <w:p>
      <w:r>
        <w:rPr>
          <w:b/>
        </w:rPr>
        <w:t xml:space="preserve">[38:02] </w:t>
      </w:r>
      <w:r>
        <w:t>hoti hain yani media select karta hai negative</w:t>
      </w:r>
    </w:p>
    <w:p>
      <w:pPr>
        <w:jc w:val="right"/>
      </w:pPr>
      <w:r>
        <w:t>ہوتی ہیں یعنی میڈیا سلیکٹ کرتا ہے نیگیٹیو</w:t>
      </w:r>
    </w:p>
    <w:p>
      <w:r>
        <w:rPr>
          <w:b/>
        </w:rPr>
        <w:t xml:space="preserve">[38:09] </w:t>
      </w:r>
      <w:r>
        <w:t>negative baaton ko negative item ko</w:t>
      </w:r>
    </w:p>
    <w:p>
      <w:pPr>
        <w:jc w:val="right"/>
      </w:pPr>
      <w:r>
        <w:t>نیگیٹیو باتوں کو نیگیٹیو ائٹم کو</w:t>
      </w:r>
    </w:p>
    <w:p>
      <w:r>
        <w:rPr>
          <w:b/>
        </w:rPr>
        <w:t xml:space="preserve">[38:16] </w:t>
      </w:r>
      <w:r>
        <w:t>media mein sari baatein nahi aati selective way mein baatein aati hain selective way mein to kabhi bhi</w:t>
      </w:r>
    </w:p>
    <w:p>
      <w:pPr>
        <w:jc w:val="right"/>
      </w:pPr>
      <w:r>
        <w:t>میڈیا میں ساری باتیں نہیں اتی سلیکٹیو وے میں باتیں اتی ہیں سلیکٹیو وے میں تو کبھی بھی</w:t>
      </w:r>
    </w:p>
    <w:p>
      <w:r>
        <w:rPr>
          <w:b/>
        </w:rPr>
        <w:t xml:space="preserve">[38:22] </w:t>
      </w:r>
      <w:r>
        <w:t>media positive aspect ko le kar nahi report karta hai in ko negative aspect ko le kar report</w:t>
      </w:r>
    </w:p>
    <w:p>
      <w:pPr>
        <w:jc w:val="right"/>
      </w:pPr>
      <w:r>
        <w:t>میڈیا پازیٹیو اسپیکٹ کو لے کر نہیں رپورٹ کرتا ہے ان کو نیگیٹیو اسپیکٹ کو لے کر رپورٹ</w:t>
      </w:r>
    </w:p>
    <w:p>
      <w:r>
        <w:rPr>
          <w:b/>
        </w:rPr>
        <w:t xml:space="preserve">[38:29] </w:t>
      </w:r>
      <w:r>
        <w:t>karega is ko</w:t>
      </w:r>
    </w:p>
    <w:p>
      <w:pPr>
        <w:jc w:val="right"/>
      </w:pPr>
      <w:r>
        <w:t>کرے گا اس کو</w:t>
      </w:r>
    </w:p>
    <w:p>
      <w:r>
        <w:rPr>
          <w:b/>
        </w:rPr>
        <w:t xml:space="preserve">[38:32] </w:t>
      </w:r>
      <w:r>
        <w:t>to kya hai log pehle se nafrat mein jee rahe the ab media jo hai paper aur radio</w:t>
      </w:r>
    </w:p>
    <w:p>
      <w:pPr>
        <w:jc w:val="right"/>
      </w:pPr>
      <w:r>
        <w:t>تو کیا ہے لوگ پہلے سے نفرت میں جی رہے تھے اب میڈیا جو ہے پیپر اور ریڈیو</w:t>
      </w:r>
    </w:p>
    <w:p>
      <w:r>
        <w:rPr>
          <w:b/>
        </w:rPr>
        <w:t xml:space="preserve">[38:41] </w:t>
      </w:r>
      <w:r>
        <w:t>aur tv ne unhon ne aur negative reporting se un ka dimagh bhar diya ab kya hai</w:t>
      </w:r>
    </w:p>
    <w:p>
      <w:pPr>
        <w:jc w:val="right"/>
      </w:pPr>
      <w:r>
        <w:t>اور ٹی وی نے انہوں نے اور نیگیٹیو رپورٹنگ سے ان کا دماغ بھر دیا اب کیا ہے</w:t>
      </w:r>
    </w:p>
    <w:p>
      <w:r>
        <w:rPr>
          <w:b/>
        </w:rPr>
        <w:t xml:space="preserve">[38:48] </w:t>
      </w:r>
      <w:r>
        <w:t>har taraf negativity hai usi se sara fasaad hai</w:t>
      </w:r>
    </w:p>
    <w:p>
      <w:pPr>
        <w:jc w:val="right"/>
      </w:pPr>
      <w:r>
        <w:t>ہر طرف نیگیٹیوٹی ہے اسی سے سارا فساد ہے</w:t>
      </w:r>
    </w:p>
    <w:p>
      <w:r>
        <w:rPr>
          <w:b/>
        </w:rPr>
        <w:t xml:space="preserve">[38:54] </w:t>
      </w:r>
      <w:r>
        <w:t>to zaban ka ghalat istemal</w:t>
      </w:r>
    </w:p>
    <w:p>
      <w:pPr>
        <w:jc w:val="right"/>
      </w:pPr>
      <w:r>
        <w:t>تو زبان کا غلط استعمال</w:t>
      </w:r>
    </w:p>
    <w:p>
      <w:r>
        <w:rPr>
          <w:b/>
        </w:rPr>
        <w:t xml:space="preserve">[38:57] </w:t>
      </w:r>
      <w:r>
        <w:t>jar hai sari buraiyon ki</w:t>
      </w:r>
    </w:p>
    <w:p>
      <w:pPr>
        <w:jc w:val="right"/>
      </w:pPr>
      <w:r>
        <w:t>جڑ ہے ساری برائیوں کی</w:t>
      </w:r>
    </w:p>
    <w:p>
      <w:r>
        <w:rPr>
          <w:b/>
        </w:rPr>
        <w:t xml:space="preserve">[39:02] </w:t>
      </w:r>
      <w:r>
        <w:t>main ne aise log bohat kam dekhe</w:t>
      </w:r>
    </w:p>
    <w:p>
      <w:pPr>
        <w:jc w:val="right"/>
      </w:pPr>
      <w:r>
        <w:t>میں نے ایسے لوگ بہت کم دیکھے</w:t>
      </w:r>
    </w:p>
    <w:p>
      <w:r>
        <w:rPr>
          <w:b/>
        </w:rPr>
        <w:t xml:space="preserve">[39:06] </w:t>
      </w:r>
      <w:r>
        <w:t>bohat hi kam ke jo kisi baat ko sunein to pehle sochein apne common sense lagayein research karein</w:t>
      </w:r>
    </w:p>
    <w:p>
      <w:pPr>
        <w:jc w:val="right"/>
      </w:pPr>
      <w:r>
        <w:t>بہت ہی کم کہ جو کسی بات کو سنیں تو پہلے سوچیں اپنے کامن سینس لگائیں ریسرچ کریں</w:t>
      </w:r>
    </w:p>
    <w:p>
      <w:r>
        <w:rPr>
          <w:b/>
        </w:rPr>
        <w:t xml:space="preserve">[39:14] </w:t>
      </w:r>
      <w:r>
        <w:t>investigate karein scrutiny karein aur baat ko pehle theek theek janein</w:t>
      </w:r>
    </w:p>
    <w:p>
      <w:pPr>
        <w:jc w:val="right"/>
      </w:pPr>
      <w:r>
        <w:t>انویسٹیگیٹ کریں اسکروٹنی کریں اور بات کو پہلے ٹھیک ٹھیک جانیں</w:t>
      </w:r>
    </w:p>
    <w:p>
      <w:r>
        <w:rPr>
          <w:b/>
        </w:rPr>
        <w:t xml:space="preserve">[39:22] </w:t>
      </w:r>
      <w:r>
        <w:t>phir us theek theek tor par us ko report karein</w:t>
      </w:r>
    </w:p>
    <w:p>
      <w:pPr>
        <w:jc w:val="right"/>
      </w:pPr>
      <w:r>
        <w:t>پھر اس ٹھیک ٹھیک طور پر اس کو رپورٹ کریں</w:t>
      </w:r>
    </w:p>
    <w:p>
      <w:r>
        <w:rPr>
          <w:b/>
        </w:rPr>
        <w:t xml:space="preserve">[39:27] </w:t>
      </w:r>
      <w:r>
        <w:t>sab log bas yun hi bolte rehte hain kuch bhi bol diya ulti seedhi baat</w:t>
      </w:r>
    </w:p>
    <w:p>
      <w:pPr>
        <w:jc w:val="right"/>
      </w:pPr>
      <w:r>
        <w:t>سب لوگ بس یوں ہی بولتے رہتے ہیں کچھ بھی بول دیا الٹی سیدھی بات</w:t>
      </w:r>
    </w:p>
    <w:p>
      <w:r>
        <w:rPr>
          <w:b/>
        </w:rPr>
        <w:t xml:space="preserve">[39:35] </w:t>
      </w:r>
      <w:r>
        <w:t>to poora poora samajh hamara hate mein jee raha hai kyun zaban ka ghalat istemal karte hain</w:t>
      </w:r>
    </w:p>
    <w:p>
      <w:pPr>
        <w:jc w:val="right"/>
      </w:pPr>
      <w:r>
        <w:t>تو پورا پورا سماج ہمارا ہیٹ میں جی رہا ہے کیوں زبان کا غلط استعمال کرتے ہیں</w:t>
      </w:r>
    </w:p>
    <w:p>
      <w:r>
        <w:rPr>
          <w:b/>
        </w:rPr>
        <w:t xml:space="preserve">[39:46] </w:t>
      </w:r>
      <w:r>
        <w:t>hajj ki riwayatein aap padhein hadith ki kitabon mein</w:t>
      </w:r>
    </w:p>
    <w:p>
      <w:pPr>
        <w:jc w:val="right"/>
      </w:pPr>
      <w:r>
        <w:t>حج کی روایتیں اپ پڑھیں حدیث کی کتابوں میں</w:t>
      </w:r>
    </w:p>
    <w:p>
      <w:r>
        <w:rPr>
          <w:b/>
        </w:rPr>
        <w:t xml:space="preserve">[39:50] </w:t>
      </w:r>
      <w:r>
        <w:t>ek hadith aati hai ke rasool Allah ne jab hajj kiya aap ne ek hi hajj kiya tha</w:t>
      </w:r>
    </w:p>
    <w:p>
      <w:pPr>
        <w:jc w:val="right"/>
      </w:pPr>
      <w:r>
        <w:t>ایک حدیث اتی ہے کہ رسول اللہ نے جب حج کیا اپ نے ایک ہی حج کیا تھا</w:t>
      </w:r>
    </w:p>
    <w:p>
      <w:r>
        <w:rPr>
          <w:b/>
        </w:rPr>
        <w:t xml:space="preserve">[39:57] </w:t>
      </w:r>
      <w:r>
        <w:t>us ke baad aap ki wafat ho gayi</w:t>
      </w:r>
    </w:p>
    <w:p>
      <w:pPr>
        <w:jc w:val="right"/>
      </w:pPr>
      <w:r>
        <w:t>اس کے بعد اپ کی وفات ہوگئی</w:t>
      </w:r>
    </w:p>
    <w:p>
      <w:r>
        <w:rPr>
          <w:b/>
        </w:rPr>
        <w:t xml:space="preserve">[40:00] </w:t>
      </w:r>
      <w:r>
        <w:t>to hajj wahan par ek lakh se zyada log the jo hajj karne ke liye aaye the wahan</w:t>
      </w:r>
    </w:p>
    <w:p>
      <w:pPr>
        <w:jc w:val="right"/>
      </w:pPr>
      <w:r>
        <w:t>تو حج وہاں پر ایک لاکھ سے زیادہ لوگ تھے جو حج کرنے کے لیے ائے تھے وہاں</w:t>
      </w:r>
    </w:p>
    <w:p>
      <w:r>
        <w:rPr>
          <w:b/>
        </w:rPr>
        <w:t xml:space="preserve">[40:07] </w:t>
      </w:r>
      <w:r>
        <w:t>par to pehla hajj tha un logon ke liye bhi to kai ghaltiyan kar dali in logon ne</w:t>
      </w:r>
    </w:p>
    <w:p>
      <w:pPr>
        <w:jc w:val="right"/>
      </w:pPr>
      <w:r>
        <w:t>پر تو پہلا حج تھا ان لوگوں کے لیے بھی تو کئی غلطیاں کر ڈالی ان لوگوں نے</w:t>
      </w:r>
    </w:p>
    <w:p>
      <w:r>
        <w:rPr>
          <w:b/>
        </w:rPr>
        <w:t xml:space="preserve">[40:15] </w:t>
      </w:r>
      <w:r>
        <w:t>to kitab mein aata hai ke log aate the aap ke paas puchte the</w:t>
      </w:r>
    </w:p>
    <w:p>
      <w:pPr>
        <w:jc w:val="right"/>
      </w:pPr>
      <w:r>
        <w:t>تو کتاب میں اتا ہے کہ لوگ اتے تھے اپ کے پاس پوچھتے تھے</w:t>
      </w:r>
    </w:p>
    <w:p>
      <w:r>
        <w:rPr>
          <w:b/>
        </w:rPr>
        <w:t xml:space="preserve">[40:20] </w:t>
      </w:r>
      <w:r>
        <w:t>masail to zyada tar masail kya hote the hum ne aisa kar liya hum ne waisa kar liya</w:t>
      </w:r>
    </w:p>
    <w:p>
      <w:pPr>
        <w:jc w:val="right"/>
      </w:pPr>
      <w:r>
        <w:t>مسائل تو زیادہ تر مسائل کیا ہوتے تھے ہم نے ایسا کر لیا ہم نے ویسا کر لیا</w:t>
      </w:r>
    </w:p>
    <w:p>
      <w:r>
        <w:rPr>
          <w:b/>
        </w:rPr>
        <w:t xml:space="preserve">[40:27] </w:t>
      </w:r>
      <w:r>
        <w:t>misal aap hajj karne jayein to aap pehle tawaf karte hain phir saaye karte hain</w:t>
      </w:r>
    </w:p>
    <w:p>
      <w:pPr>
        <w:jc w:val="right"/>
      </w:pPr>
      <w:r>
        <w:t>مثلا اپ حج کرنے جائیں تو اپ پہلے طواف کرتے ہیں پھر سائے کرتے ہیں</w:t>
      </w:r>
    </w:p>
    <w:p>
      <w:r>
        <w:rPr>
          <w:b/>
        </w:rPr>
        <w:t xml:space="preserve">[40:33] </w:t>
      </w:r>
      <w:r>
        <w:t>to koi aa kar kehta hai ke main ne saaye pehle kar liya tawaf baad ko kiya</w:t>
      </w:r>
    </w:p>
    <w:p>
      <w:pPr>
        <w:jc w:val="right"/>
      </w:pPr>
      <w:r>
        <w:t>تو کوئی ا کر کہتا ہے کہ میں نے سائے پہلے کر لیا طواف بعد کو کیا</w:t>
      </w:r>
    </w:p>
    <w:p>
      <w:r>
        <w:rPr>
          <w:b/>
        </w:rPr>
        <w:t xml:space="preserve">[40:39] </w:t>
      </w:r>
      <w:r>
        <w:t>is tarah ki baatein</w:t>
      </w:r>
    </w:p>
    <w:p>
      <w:pPr>
        <w:jc w:val="right"/>
      </w:pPr>
      <w:r>
        <w:t>اس طرح کی باتیں</w:t>
      </w:r>
    </w:p>
    <w:p>
      <w:r>
        <w:rPr>
          <w:b/>
        </w:rPr>
        <w:t xml:space="preserve">[40:41] </w:t>
      </w:r>
      <w:r>
        <w:t>to hadith mein aata hai ke har ek se aap yeh kehte the ke afl harj afl harj</w:t>
      </w:r>
    </w:p>
    <w:p>
      <w:pPr>
        <w:jc w:val="right"/>
      </w:pPr>
      <w:r>
        <w:t>تو حدیث میں اتا ہے کہ ہر ایک سے اپ یہ کہتے تھے کہ افل حرج افل حرج</w:t>
      </w:r>
    </w:p>
    <w:p>
      <w:r>
        <w:rPr>
          <w:b/>
        </w:rPr>
        <w:t xml:space="preserve">[40:47] </w:t>
      </w:r>
      <w:r>
        <w:t>kar lo is mein koi harj nahi kar lo is mein koi harj nahi</w:t>
      </w:r>
    </w:p>
    <w:p>
      <w:pPr>
        <w:jc w:val="right"/>
      </w:pPr>
      <w:r>
        <w:t>کر لو اس میں کوئی حرج نہیں کر لو اس میں کوئی حرج نہیں</w:t>
      </w:r>
    </w:p>
    <w:p>
      <w:r>
        <w:rPr>
          <w:b/>
        </w:rPr>
        <w:t xml:space="preserve">[40:52] </w:t>
      </w:r>
      <w:r>
        <w:t>harj to yeh hai ke tum kisi insan ko be izzat karo</w:t>
      </w:r>
    </w:p>
    <w:p>
      <w:pPr>
        <w:jc w:val="right"/>
      </w:pPr>
      <w:r>
        <w:t>حرج تو یہ ہے کہ تم کسی انسان کو بے عزت کرو</w:t>
      </w:r>
    </w:p>
    <w:p>
      <w:r>
        <w:rPr>
          <w:b/>
        </w:rPr>
        <w:t xml:space="preserve">[40:58] </w:t>
      </w:r>
      <w:r>
        <w:t>harj to yeh hai ke tum kisi insaan ko be-izzat karo kitni bari baat hai yeh</w:t>
      </w:r>
    </w:p>
    <w:p>
      <w:pPr>
        <w:jc w:val="right"/>
      </w:pPr>
      <w:r>
        <w:t>حرج تو یہ ہے کہ تم کسی انسان کو بے عزت کرو کتنی بڑی بات ہے یہ</w:t>
      </w:r>
    </w:p>
    <w:p>
      <w:r>
        <w:rPr>
          <w:b/>
        </w:rPr>
        <w:t xml:space="preserve">[41:05] </w:t>
      </w:r>
      <w:r>
        <w:t>mujhe bataiye ke aaj</w:t>
      </w:r>
    </w:p>
    <w:p>
      <w:pPr>
        <w:jc w:val="right"/>
      </w:pPr>
      <w:r>
        <w:t>مجھے بتائیے کہ اج</w:t>
      </w:r>
    </w:p>
    <w:p>
      <w:r>
        <w:rPr>
          <w:b/>
        </w:rPr>
        <w:t xml:space="preserve">[41:08] </w:t>
      </w:r>
      <w:r>
        <w:t>hazaron nahin lakhon log hajj ke liye daudte hain abhi mein ne paper mein parha ke rishwat de</w:t>
      </w:r>
    </w:p>
    <w:p>
      <w:pPr>
        <w:jc w:val="right"/>
      </w:pPr>
      <w:r>
        <w:t>ہزاروں نہیں لاکھوں لوگ حج کے لیے دوڑتے ہیں ابھی میں نے پیپر میں پڑھا کہ رشوت دے</w:t>
      </w:r>
    </w:p>
    <w:p>
      <w:r>
        <w:rPr>
          <w:b/>
        </w:rPr>
        <w:t xml:space="preserve">[41:13] </w:t>
      </w:r>
      <w:r>
        <w:t>kar ke ticket hasil karte hain quota mein</w:t>
      </w:r>
    </w:p>
    <w:p>
      <w:pPr>
        <w:jc w:val="right"/>
      </w:pPr>
      <w:r>
        <w:t>کر کے ٹکٹ حاصل کرتے ہیں کوٹا میں</w:t>
      </w:r>
    </w:p>
    <w:p>
      <w:r>
        <w:rPr>
          <w:b/>
        </w:rPr>
        <w:t xml:space="preserve">[41:18] </w:t>
      </w:r>
      <w:r>
        <w:t>rishwat de kar itna zor shor hai logon ko hajj ke liye jaane ka ab mujhe bataiye ke</w:t>
      </w:r>
    </w:p>
    <w:p>
      <w:pPr>
        <w:jc w:val="right"/>
      </w:pPr>
      <w:r>
        <w:t>رشوت دے کر اتنا زور شور ہے لوگوں کو حج کے لیے جانے کا اب مجھے بتائیے کہ</w:t>
      </w:r>
    </w:p>
    <w:p>
      <w:r>
        <w:rPr>
          <w:b/>
        </w:rPr>
        <w:t xml:space="preserve">[41:23] </w:t>
      </w:r>
      <w:r>
        <w:t>in mein se kaun hoga aisa mein ne to paaye nahin aise log jo is se apne aap</w:t>
      </w:r>
    </w:p>
    <w:p>
      <w:pPr>
        <w:jc w:val="right"/>
      </w:pPr>
      <w:r>
        <w:t>ان میں سے کون ہوگا ایسا میں نے تو پائے نہیں ایسے لوگ جو اس سے اپنے اپ</w:t>
      </w:r>
    </w:p>
    <w:p>
      <w:r>
        <w:rPr>
          <w:b/>
        </w:rPr>
        <w:t xml:space="preserve">[41:29] </w:t>
      </w:r>
      <w:r>
        <w:t>ko bachayein kisi ko be-izzat na karein woh</w:t>
      </w:r>
    </w:p>
    <w:p>
      <w:pPr>
        <w:jc w:val="right"/>
      </w:pPr>
      <w:r>
        <w:t>کو بچائیں کسی کو بے عزت نہ کریں وہ</w:t>
      </w:r>
    </w:p>
    <w:p>
      <w:r>
        <w:rPr>
          <w:b/>
        </w:rPr>
        <w:t xml:space="preserve">[41:33] </w:t>
      </w:r>
      <w:r>
        <w:t>yani kaaba ko be-izzat karne se darte hain woh halanke hadith mein aata hai ke hurmatul momin</w:t>
      </w:r>
    </w:p>
    <w:p>
      <w:pPr>
        <w:jc w:val="right"/>
      </w:pPr>
      <w:r>
        <w:t>یعنی کعبہ کو بے عزت کرنے سے ڈرتے ہیں وہ حالانکہ حدیث میں اتا ہے کہ حرمت المومن</w:t>
      </w:r>
    </w:p>
    <w:p>
      <w:r>
        <w:rPr>
          <w:b/>
        </w:rPr>
        <w:t xml:space="preserve">[41:40] </w:t>
      </w:r>
      <w:r>
        <w:t>akram akram hurmatul kaaba insaan ki izzat kaaba ki izzat se bhi zyada hai</w:t>
      </w:r>
    </w:p>
    <w:p>
      <w:pPr>
        <w:jc w:val="right"/>
      </w:pPr>
      <w:r>
        <w:t>اکرم اکرم حرمت الکعبہ انسان کی عزت کعبہ کی عزت سے بھی زیادہ ہے</w:t>
      </w:r>
    </w:p>
    <w:p>
      <w:r>
        <w:rPr>
          <w:b/>
        </w:rPr>
        <w:t xml:space="preserve">[41:47] </w:t>
      </w:r>
      <w:r>
        <w:t>insaan ki izzat kaaba ki izzat se bhi zyada hai lekin kaun hai bataiye mujhe</w:t>
      </w:r>
    </w:p>
    <w:p>
      <w:pPr>
        <w:jc w:val="right"/>
      </w:pPr>
      <w:r>
        <w:t>انسان کی عزت کعبہ کی عزت سے بھی زیادہ ہے لیکن کون ہے بتائیے مجھے</w:t>
      </w:r>
    </w:p>
    <w:p>
      <w:r>
        <w:rPr>
          <w:b/>
        </w:rPr>
        <w:t xml:space="preserve">[41:56] </w:t>
      </w:r>
      <w:r>
        <w:t>to insaan ko be-izzat karna jo hai itna bara gunah hai itna bara crime hai ke hajj</w:t>
      </w:r>
    </w:p>
    <w:p>
      <w:pPr>
        <w:jc w:val="right"/>
      </w:pPr>
      <w:r>
        <w:t>تو انسان کو بے عزت کرنا جو ہے اتنا بڑا گناہ ہے اتنا بڑا کرائم ہے کہ حج</w:t>
      </w:r>
    </w:p>
    <w:p>
      <w:r>
        <w:rPr>
          <w:b/>
        </w:rPr>
        <w:t xml:space="preserve">[42:04] </w:t>
      </w:r>
      <w:r>
        <w:t>mein bhool hone se bhi zyada bari cheez hai woh hajj mein bhool ho jaye to hajj ho</w:t>
      </w:r>
    </w:p>
    <w:p>
      <w:pPr>
        <w:jc w:val="right"/>
      </w:pPr>
      <w:r>
        <w:t>میں بھول ہونے سے بھی زیادہ بڑی چیز ہے وہ حج میں بھول ہو جائے تو حج ہو</w:t>
      </w:r>
    </w:p>
    <w:p>
      <w:r>
        <w:rPr>
          <w:b/>
        </w:rPr>
        <w:t xml:space="preserve">[42:07] </w:t>
      </w:r>
      <w:r>
        <w:t>jayega lekin insaan ko aap be-izzat karein to khuda kabhi is ko maaf nahin karega</w:t>
      </w:r>
    </w:p>
    <w:p>
      <w:pPr>
        <w:jc w:val="right"/>
      </w:pPr>
      <w:r>
        <w:t>جائے گا لیکن انسان کو اپ بے عزت کریں تو خدا کبھی اس کو معاف نہیں کرے گا</w:t>
      </w:r>
    </w:p>
    <w:p>
      <w:r>
        <w:rPr>
          <w:b/>
        </w:rPr>
        <w:t xml:space="preserve">[42:16] </w:t>
      </w:r>
      <w:r>
        <w:t>yeh hai islam ka yani ke moral teachings</w:t>
      </w:r>
    </w:p>
    <w:p>
      <w:pPr>
        <w:jc w:val="right"/>
      </w:pPr>
      <w:r>
        <w:t>یہ ہے اسلام کا یعنی کہ مورل ٹیچنگز</w:t>
      </w:r>
    </w:p>
    <w:p>
      <w:r>
        <w:rPr>
          <w:b/>
        </w:rPr>
        <w:t xml:space="preserve">[42:23] </w:t>
      </w:r>
      <w:r>
        <w:t>islam ki moral teachings</w:t>
      </w:r>
    </w:p>
    <w:p>
      <w:pPr>
        <w:jc w:val="right"/>
      </w:pPr>
      <w:r>
        <w:t>اسلام کی مورل ٹیچنگز</w:t>
      </w:r>
    </w:p>
    <w:p>
      <w:r>
        <w:rPr>
          <w:b/>
        </w:rPr>
        <w:t xml:space="preserve">[42:26] </w:t>
      </w:r>
      <w:r>
        <w:t>islam ki moral teachings mein insaan ke liye pyar hai insaan ke liye ehtram hai insaan ke liye</w:t>
      </w:r>
    </w:p>
    <w:p>
      <w:pPr>
        <w:jc w:val="right"/>
      </w:pPr>
      <w:r>
        <w:t>اسلام کی مورل ٹیچنگز میں انسان کے لیے پیار ہے انسان کے لیے احترام ہے انسان کے لیے</w:t>
      </w:r>
    </w:p>
    <w:p>
      <w:r>
        <w:rPr>
          <w:b/>
        </w:rPr>
        <w:t xml:space="preserve">[42:33] </w:t>
      </w:r>
      <w:r>
        <w:t>respect hai insaan ka haq ada karna hai</w:t>
      </w:r>
    </w:p>
    <w:p>
      <w:pPr>
        <w:jc w:val="right"/>
      </w:pPr>
      <w:r>
        <w:t>ریسپیکٹ ہے انسان کا حق ادا کرنا ہے</w:t>
      </w:r>
    </w:p>
    <w:p>
      <w:r>
        <w:rPr>
          <w:b/>
        </w:rPr>
        <w:t xml:space="preserve">[42:42] </w:t>
      </w:r>
      <w:r>
        <w:t>insaan ko apne problem se bachana hai</w:t>
      </w:r>
    </w:p>
    <w:p>
      <w:pPr>
        <w:jc w:val="right"/>
      </w:pPr>
      <w:r>
        <w:t>انسان کو اپنے پرابلم سے بچانا ہے</w:t>
      </w:r>
    </w:p>
    <w:p>
      <w:r>
        <w:rPr>
          <w:b/>
        </w:rPr>
        <w:t xml:space="preserve">[42:47] </w:t>
      </w:r>
      <w:r>
        <w:t>hadith mein aata hai ke</w:t>
      </w:r>
    </w:p>
    <w:p>
      <w:pPr>
        <w:jc w:val="right"/>
      </w:pPr>
      <w:r>
        <w:t>حدیث میں اتا ہے کہ</w:t>
      </w:r>
    </w:p>
    <w:p>
      <w:r>
        <w:rPr>
          <w:b/>
        </w:rPr>
        <w:t xml:space="preserve">[42:50] </w:t>
      </w:r>
      <w:r>
        <w:t>ya to doosre insanon ke liye tum useful bano giver bano kuch do un ko ya agar tum</w:t>
      </w:r>
    </w:p>
    <w:p>
      <w:pPr>
        <w:jc w:val="right"/>
      </w:pPr>
      <w:r>
        <w:t>یا تو دوسرے انسانوں کے لیے تم یوزفل بنو گیور بنو کچھ دو ان کو یا اگر تم</w:t>
      </w:r>
    </w:p>
    <w:p>
      <w:r>
        <w:rPr>
          <w:b/>
        </w:rPr>
        <w:t xml:space="preserve">[42:58] </w:t>
      </w:r>
      <w:r>
        <w:t>aisa nahin kar sakte to phir kam se kam un ke liye no problem insaan ban jao un</w:t>
      </w:r>
    </w:p>
    <w:p>
      <w:pPr>
        <w:jc w:val="right"/>
      </w:pPr>
      <w:r>
        <w:t>ایسا نہیں کر سکتے تو پھر کم سے کم ان کے لیے نو پرابلم انسان بن جاؤ ان</w:t>
      </w:r>
    </w:p>
    <w:p>
      <w:r>
        <w:rPr>
          <w:b/>
        </w:rPr>
        <w:t xml:space="preserve">[43:04] </w:t>
      </w:r>
      <w:r>
        <w:t>ko koi nuksan na pahunchao harmless ban jao ya to useful bano ya harmless bano there</w:t>
      </w:r>
    </w:p>
    <w:p>
      <w:pPr>
        <w:jc w:val="right"/>
      </w:pPr>
      <w:r>
        <w:t>کو کوئی نقصان نہ پہنچاؤ ہارم لیس بن جاؤ یا تو یوزفل بنو یا ہارم لیس بنو دیر</w:t>
      </w:r>
    </w:p>
    <w:p>
      <w:r>
        <w:rPr>
          <w:b/>
        </w:rPr>
        <w:t xml:space="preserve">[43:11] </w:t>
      </w:r>
      <w:r>
        <w:t>is no third option</w:t>
      </w:r>
    </w:p>
    <w:p>
      <w:pPr>
        <w:jc w:val="right"/>
      </w:pPr>
      <w:r>
        <w:t>از نو تھرڈ اپشن</w:t>
      </w:r>
    </w:p>
    <w:p>
      <w:r>
        <w:rPr>
          <w:b/>
        </w:rPr>
        <w:t xml:space="preserve">[43:14] </w:t>
      </w:r>
      <w:r>
        <w:t>yeh hai islam ki akhlaqi talimat islam ki moral teachings</w:t>
      </w:r>
    </w:p>
    <w:p>
      <w:pPr>
        <w:jc w:val="right"/>
      </w:pPr>
      <w:r>
        <w:t>یہ ہے اسلام کی اخلاقی تعلیمات اسلام کی مورل ٹیچنگز</w:t>
      </w:r>
    </w:p>
    <w:p>
      <w:r>
        <w:rPr>
          <w:b/>
        </w:rPr>
        <w:t xml:space="preserve">[43:22] </w:t>
      </w:r>
      <w:r>
        <w:t>ab is ki bohat sari detail hain aap chahein to kitabon mein parh sakte hain aap</w:t>
      </w:r>
    </w:p>
    <w:p>
      <w:pPr>
        <w:jc w:val="right"/>
      </w:pPr>
      <w:r>
        <w:t>اب اس کی بہت ساری ڈیٹیل ہیں اپ چاہیں تو کتابوں میں پڑھ سکتے ہیں اپ</w:t>
      </w:r>
    </w:p>
    <w:p>
      <w:r>
        <w:rPr>
          <w:b/>
        </w:rPr>
        <w:t xml:space="preserve">[43:30] </w:t>
      </w:r>
      <w:r>
        <w:t>jo quran mein ya hadith mein jo moral teachings hain us pe bari bari kitabein likhi gayi hain</w:t>
      </w:r>
    </w:p>
    <w:p>
      <w:pPr>
        <w:jc w:val="right"/>
      </w:pPr>
      <w:r>
        <w:t>جو قران میں یا حدیث میں جو مورل ٹیچنگز ہیں اس پہ بڑی بڑی کتابیں لکھی گئی ہیں</w:t>
      </w:r>
    </w:p>
    <w:p>
      <w:r>
        <w:rPr>
          <w:b/>
        </w:rPr>
        <w:t xml:space="preserve">[43:37] </w:t>
      </w:r>
      <w:r>
        <w:t>hum ne khud bhi likhi hain ap in ko parh sakte hain lekin basic baat yeh hai</w:t>
      </w:r>
    </w:p>
    <w:p>
      <w:pPr>
        <w:jc w:val="right"/>
      </w:pPr>
      <w:r>
        <w:t>ہم نے خود بھی لکھی ہیں اپ ان کو پڑھ سکتے ہیں لیکن بیسک بات یہ ہے</w:t>
      </w:r>
    </w:p>
    <w:p>
      <w:r>
        <w:rPr>
          <w:b/>
        </w:rPr>
        <w:t xml:space="preserve">[43:45] </w:t>
      </w:r>
      <w:r>
        <w:t>ab society ko lijiye</w:t>
      </w:r>
    </w:p>
    <w:p>
      <w:pPr>
        <w:jc w:val="right"/>
      </w:pPr>
      <w:r>
        <w:t>اب سوسائٹی کو لیجئے</w:t>
      </w:r>
    </w:p>
    <w:p>
      <w:r>
        <w:rPr>
          <w:b/>
        </w:rPr>
        <w:t xml:space="preserve">[43:49] </w:t>
      </w:r>
      <w:r>
        <w:t>dekhein society ya state ka muamla individual se bilkul alag hai</w:t>
      </w:r>
    </w:p>
    <w:p>
      <w:pPr>
        <w:jc w:val="right"/>
      </w:pPr>
      <w:r>
        <w:t>دیکھیں سوسائٹی یا اسٹیٹ کا معاملہ انڈیویجول سے بالکل الگ ہے</w:t>
      </w:r>
    </w:p>
    <w:p>
      <w:r>
        <w:rPr>
          <w:b/>
        </w:rPr>
        <w:t xml:space="preserve">[43:59] </w:t>
      </w:r>
      <w:r>
        <w:t>jaise ke mislan communist philosophy hai yeh communist</w:t>
      </w:r>
    </w:p>
    <w:p>
      <w:pPr>
        <w:jc w:val="right"/>
      </w:pPr>
      <w:r>
        <w:t>جیسے کہ مثلا کمیونسٹ فلاسفی ہے یہ کمیونسٹ</w:t>
      </w:r>
    </w:p>
    <w:p>
      <w:r>
        <w:rPr>
          <w:b/>
        </w:rPr>
        <w:t xml:space="preserve">[44:04] </w:t>
      </w:r>
      <w:r>
        <w:t>thinking hai is mein society ko ya aur bhi jitne bhi system hain is mein sab mein yeh</w:t>
      </w:r>
    </w:p>
    <w:p>
      <w:pPr>
        <w:jc w:val="right"/>
      </w:pPr>
      <w:r>
        <w:t>تھنکنگ ہے اس میں سوسائٹی کو یا اور بھی جتنے بھی سسٹم ہیں اس میں سب میں یہ</w:t>
      </w:r>
    </w:p>
    <w:p>
      <w:r>
        <w:rPr>
          <w:b/>
        </w:rPr>
        <w:t xml:space="preserve">[44:11] </w:t>
      </w:r>
      <w:r>
        <w:t>hota hai ke society ko ya state ko target karte hain ke state ko badalna hai society ko</w:t>
      </w:r>
    </w:p>
    <w:p>
      <w:pPr>
        <w:jc w:val="right"/>
      </w:pPr>
      <w:r>
        <w:t>ہوتا ہے کہ سوسائٹی کو یا اسٹیٹ کو ٹارگٹ کرتے ہیں کہ اسٹیٹ کو بدلنا ہے سوسائٹی کو</w:t>
      </w:r>
    </w:p>
    <w:p>
      <w:r>
        <w:rPr>
          <w:b/>
        </w:rPr>
        <w:t xml:space="preserve">[44:16] </w:t>
      </w:r>
      <w:r>
        <w:t>badalna hai aur phir ladaai awwal din se ladaai shuru ho jaati hai jab society jab ap state</w:t>
      </w:r>
    </w:p>
    <w:p>
      <w:pPr>
        <w:jc w:val="right"/>
      </w:pPr>
      <w:r>
        <w:t>بدلنا ہے اور پھر لڑائی اول دن سے لڑائی شروع ہو جاتی ہے جب سوسائٹی جب اپ اسٹیٹ</w:t>
      </w:r>
    </w:p>
    <w:p>
      <w:r>
        <w:rPr>
          <w:b/>
        </w:rPr>
        <w:t xml:space="preserve">[44:23] </w:t>
      </w:r>
      <w:r>
        <w:t>ko target karein to kya hoga ap aik ko dethrone karna chahenge aur doosre ko wahan</w:t>
      </w:r>
    </w:p>
    <w:p>
      <w:pPr>
        <w:jc w:val="right"/>
      </w:pPr>
      <w:r>
        <w:t>کو ٹارگٹ کریں تو کیا ہوگا اپ ایک کو ڈی تھروٹ کرنا چاہیں گے اور دوسرے کو وہاں</w:t>
      </w:r>
    </w:p>
    <w:p>
      <w:r>
        <w:rPr>
          <w:b/>
        </w:rPr>
        <w:t xml:space="preserve">[44:29] </w:t>
      </w:r>
      <w:r>
        <w:t>par lana chahenge takht par</w:t>
      </w:r>
    </w:p>
    <w:p>
      <w:pPr>
        <w:jc w:val="right"/>
      </w:pPr>
      <w:r>
        <w:t>پر لانا چاہیں گے تخت پر</w:t>
      </w:r>
    </w:p>
    <w:p>
      <w:r>
        <w:rPr>
          <w:b/>
        </w:rPr>
        <w:t xml:space="preserve">[44:32] </w:t>
      </w:r>
      <w:r>
        <w:t>hamesha yeh hota hai</w:t>
      </w:r>
    </w:p>
    <w:p>
      <w:pPr>
        <w:jc w:val="right"/>
      </w:pPr>
      <w:r>
        <w:t>ہمیشہ یہ ہوتا ہے</w:t>
      </w:r>
    </w:p>
    <w:p>
      <w:r>
        <w:rPr>
          <w:b/>
        </w:rPr>
        <w:t xml:space="preserve">[44:35] </w:t>
      </w:r>
      <w:r>
        <w:t>jitni bhi movement hain ap dekhiye in mein kyun takraao shuru ho jaata hai</w:t>
      </w:r>
    </w:p>
    <w:p>
      <w:pPr>
        <w:jc w:val="right"/>
      </w:pPr>
      <w:r>
        <w:t>جتنی بھی موومنٹ ہیں اپ دیکھیے ان میں کیوں ٹکراؤ شروع ہو جاتا ہے</w:t>
      </w:r>
    </w:p>
    <w:p>
      <w:r>
        <w:rPr>
          <w:b/>
        </w:rPr>
        <w:t xml:space="preserve">[44:41] </w:t>
      </w:r>
      <w:r>
        <w:t>jaise mein ne aik leader ki taqreer suni unhon ne kaha ke rajneeti chalti hai takraao par</w:t>
      </w:r>
    </w:p>
    <w:p>
      <w:pPr>
        <w:jc w:val="right"/>
      </w:pPr>
      <w:r>
        <w:t>جیسے میں نے ایک لیڈر کی تقریر سنی انہوں نے کہا کہ راج نیتی چلتی ہے ٹکراؤ پر</w:t>
      </w:r>
    </w:p>
    <w:p>
      <w:r>
        <w:rPr>
          <w:b/>
        </w:rPr>
        <w:t xml:space="preserve">[44:49] </w:t>
      </w:r>
      <w:r>
        <w:t>parties chalti hai takraao par kyun parties aur target aik aik government hoti hai aik political group hota</w:t>
      </w:r>
    </w:p>
    <w:p>
      <w:pPr>
        <w:jc w:val="right"/>
      </w:pPr>
      <w:r>
        <w:t>پارٹیز چلتی ہے ٹکراؤ پر کیوں پارٹیز اور ٹارگٹ ایک ایک گورنمنٹ ہوتی ہے ایک پولیٹیکل گروپ ہوتا</w:t>
      </w:r>
    </w:p>
    <w:p>
      <w:r>
        <w:rPr>
          <w:b/>
        </w:rPr>
        <w:t xml:space="preserve">[44:58] </w:t>
      </w:r>
      <w:r>
        <w:t>hai jo rule kar raha hota hai to zahir hai ke jab is ko hatana chahenge to</w:t>
      </w:r>
    </w:p>
    <w:p>
      <w:pPr>
        <w:jc w:val="right"/>
      </w:pPr>
      <w:r>
        <w:t>ہے جو رول کر رہا ہوتا ہے تو ظاہر ہے کہ جب اس کو ہٹانا چاہیں گے تو</w:t>
      </w:r>
    </w:p>
    <w:p>
      <w:r>
        <w:rPr>
          <w:b/>
        </w:rPr>
        <w:t xml:space="preserve">[45:03] </w:t>
      </w:r>
      <w:r>
        <w:t>takraao hoga yeh islam mein nahi hai islam ka jo scheme of things hai islam ka jo jo</w:t>
      </w:r>
    </w:p>
    <w:p>
      <w:pPr>
        <w:jc w:val="right"/>
      </w:pPr>
      <w:r>
        <w:t>ٹکراؤ ہوگا یہ اسلام میں نہیں ہے اسلام کا جو سکیم اف تھنگز ہے اسلام کا جو جو</w:t>
      </w:r>
    </w:p>
    <w:p>
      <w:r>
        <w:rPr>
          <w:b/>
        </w:rPr>
        <w:t xml:space="preserve">[45:11] </w:t>
      </w:r>
      <w:r>
        <w:t>god oriented life jo islam mein batai gayi hai is mein yeh cheez nahi hai</w:t>
      </w:r>
    </w:p>
    <w:p>
      <w:pPr>
        <w:jc w:val="right"/>
      </w:pPr>
      <w:r>
        <w:t>گاڈ اورینٹڈ لائف جو اسلام میں بتائی گئی ہے اس میں یہ چیز نہیں ہے</w:t>
      </w:r>
    </w:p>
    <w:p>
      <w:r>
        <w:rPr>
          <w:b/>
        </w:rPr>
        <w:t xml:space="preserve">[45:19] </w:t>
      </w:r>
      <w:r>
        <w:t>god oriented life mein sara focus individual par hota hai</w:t>
      </w:r>
    </w:p>
    <w:p>
      <w:pPr>
        <w:jc w:val="right"/>
      </w:pPr>
      <w:r>
        <w:t>گاڈ اورینٹڈ لائف میں سارا فوکس انڈیویجول پر ہوتا ہے</w:t>
      </w:r>
    </w:p>
    <w:p>
      <w:r>
        <w:rPr>
          <w:b/>
        </w:rPr>
        <w:t xml:space="preserve">[45:25] </w:t>
      </w:r>
      <w:r>
        <w:t>apne ko theek karna apne ko durust karna</w:t>
      </w:r>
    </w:p>
    <w:p>
      <w:pPr>
        <w:jc w:val="right"/>
      </w:pPr>
      <w:r>
        <w:t>اپنے کو ٹھیک کرنا اپنے کو درست کرنا</w:t>
      </w:r>
    </w:p>
    <w:p>
      <w:r>
        <w:rPr>
          <w:b/>
        </w:rPr>
        <w:t xml:space="preserve">[45:29] </w:t>
      </w:r>
      <w:r>
        <w:t>is par hota hai</w:t>
      </w:r>
    </w:p>
    <w:p>
      <w:pPr>
        <w:jc w:val="right"/>
      </w:pPr>
      <w:r>
        <w:t>اس پر ہوتا ہے</w:t>
      </w:r>
    </w:p>
    <w:p>
      <w:r>
        <w:rPr>
          <w:b/>
        </w:rPr>
        <w:t xml:space="preserve">[45:32] </w:t>
      </w:r>
      <w:r>
        <w:t>aur jahan tak taluq hai state ka ya government ka ya political role ka woh ap target nahi</w:t>
      </w:r>
    </w:p>
    <w:p>
      <w:pPr>
        <w:jc w:val="right"/>
      </w:pPr>
      <w:r>
        <w:t>اور جہاں تک تعلق ہے اسٹیٹ کا یا گورنمنٹ کا یا پولیٹیکل رول کا وہ اپ ٹارگٹ نہیں</w:t>
      </w:r>
    </w:p>
    <w:p>
      <w:r>
        <w:rPr>
          <w:b/>
        </w:rPr>
        <w:t xml:space="preserve">[45:38] </w:t>
      </w:r>
      <w:r>
        <w:t>kar sakte target karenge fasaad hoga ladaai hogi khoon bahega takraao hoga yeh is mein shamil</w:t>
      </w:r>
    </w:p>
    <w:p>
      <w:pPr>
        <w:jc w:val="right"/>
      </w:pPr>
      <w:r>
        <w:t>کر سکتے ٹارگٹ کریں گے فساد ہوگا لڑائی ہوگی خون بہے گا ٹکراؤ ہوگا یہ اس میں شامل</w:t>
      </w:r>
    </w:p>
    <w:p>
      <w:r>
        <w:rPr>
          <w:b/>
        </w:rPr>
        <w:t xml:space="preserve">[45:45] </w:t>
      </w:r>
      <w:r>
        <w:t>nahi hai islam ke naqshe mein hadith mein aata hai</w:t>
      </w:r>
    </w:p>
    <w:p>
      <w:pPr>
        <w:jc w:val="right"/>
      </w:pPr>
      <w:r>
        <w:t>نہیں ہے اسلام کے نقشے میں حدیث میں اتا ہے</w:t>
      </w:r>
    </w:p>
    <w:p>
      <w:r>
        <w:rPr>
          <w:b/>
        </w:rPr>
        <w:t xml:space="preserve">[45:50] </w:t>
      </w:r>
      <w:r>
        <w:t>kama takoon kadhalika yool aleikum</w:t>
      </w:r>
    </w:p>
    <w:p>
      <w:pPr>
        <w:jc w:val="right"/>
      </w:pPr>
      <w:r>
        <w:t>کما تکون کذالک یول علیکم</w:t>
      </w:r>
    </w:p>
    <w:p>
      <w:r>
        <w:rPr>
          <w:b/>
        </w:rPr>
        <w:t xml:space="preserve">[45:55] </w:t>
      </w:r>
      <w:r>
        <w:t>jaise tum hoge waise tumhare</w:t>
      </w:r>
    </w:p>
    <w:p>
      <w:pPr>
        <w:jc w:val="right"/>
      </w:pPr>
      <w:r>
        <w:t>جیسے تم ہو گے ویسے تمہارے</w:t>
      </w:r>
    </w:p>
    <w:p>
      <w:r>
        <w:rPr>
          <w:b/>
        </w:rPr>
        <w:t xml:space="preserve">[45:58] </w:t>
      </w:r>
      <w:r>
        <w:t>hukmaran hon ge wese tumhare ruler hon ge is ka matlab kya hua ke ruler society ka product</w:t>
      </w:r>
    </w:p>
    <w:p>
      <w:pPr>
        <w:jc w:val="right"/>
      </w:pPr>
      <w:r>
        <w:t>حکمراں ہوں گے ویسے تمہارے رولر ہوں گے اس کا مطلب کیا ہوا کہ رولر سوسائٹی کا پروڈکٹ</w:t>
      </w:r>
    </w:p>
    <w:p>
      <w:r>
        <w:rPr>
          <w:b/>
        </w:rPr>
        <w:t xml:space="preserve">[46:05] </w:t>
      </w:r>
      <w:r>
        <w:t>hota hai na ke ap ke kisi movement ka ap jo movement chalate hain jo singer chalate hain</w:t>
      </w:r>
    </w:p>
    <w:p>
      <w:pPr>
        <w:jc w:val="right"/>
      </w:pPr>
      <w:r>
        <w:t>ہوتا ہے نہ کہ اپ کے کسی موومنٹ کا اپ جو موومنٹ چلاتے ہیں جو سنگر چلاتے ہیں</w:t>
      </w:r>
    </w:p>
    <w:p>
      <w:r>
        <w:rPr>
          <w:b/>
        </w:rPr>
        <w:t xml:space="preserve">[46:12] </w:t>
      </w:r>
      <w:r>
        <w:t>jo abhi chalate hain</w:t>
      </w:r>
    </w:p>
    <w:p>
      <w:pPr>
        <w:jc w:val="right"/>
      </w:pPr>
      <w:r>
        <w:t>جو ابھی چلاتے ہیں</w:t>
      </w:r>
    </w:p>
    <w:p>
      <w:r>
        <w:rPr>
          <w:b/>
        </w:rPr>
        <w:t xml:space="preserve">[46:15] </w:t>
      </w:r>
      <w:r>
        <w:t>aur is ke nateejay mein ap ek government banana chahte hain woh islam ka tareeqa nahi hai</w:t>
      </w:r>
    </w:p>
    <w:p>
      <w:pPr>
        <w:jc w:val="right"/>
      </w:pPr>
      <w:r>
        <w:t>اور اس کے نتیجے میں اپ ایک گورنمنٹ بنانا چاہتے ہیں وہ اسلام کا طریقہ نہیں ہے</w:t>
      </w:r>
    </w:p>
    <w:p>
      <w:r>
        <w:rPr>
          <w:b/>
        </w:rPr>
        <w:t xml:space="preserve">[46:22] </w:t>
      </w:r>
      <w:r>
        <w:t>kama takun kadhalik yul alaikum jaise tum ho ge wese tumhare hukmaran hon ge</w:t>
      </w:r>
    </w:p>
    <w:p>
      <w:pPr>
        <w:jc w:val="right"/>
      </w:pPr>
      <w:r>
        <w:t>کما تکون کذالک یول علیکم جیسے تم ہو گئے ویسے تمہارے حکمران ہوں گے</w:t>
      </w:r>
    </w:p>
    <w:p>
      <w:r>
        <w:rPr>
          <w:b/>
        </w:rPr>
        <w:t xml:space="preserve">[46:28] </w:t>
      </w:r>
      <w:r>
        <w:t>to islam ka target kya hai</w:t>
      </w:r>
    </w:p>
    <w:p>
      <w:pPr>
        <w:jc w:val="right"/>
      </w:pPr>
      <w:r>
        <w:t>تو اسلام کا ٹارگٹ کیا ہے</w:t>
      </w:r>
    </w:p>
    <w:p>
      <w:r>
        <w:rPr>
          <w:b/>
        </w:rPr>
        <w:t xml:space="preserve">[46:32] </w:t>
      </w:r>
      <w:r>
        <w:t>individual ki islaah</w:t>
      </w:r>
    </w:p>
    <w:p>
      <w:pPr>
        <w:jc w:val="right"/>
      </w:pPr>
      <w:r>
        <w:t>انڈیویجول کی اصلاح</w:t>
      </w:r>
    </w:p>
    <w:p>
      <w:r>
        <w:rPr>
          <w:b/>
        </w:rPr>
        <w:t xml:space="preserve">[46:36] </w:t>
      </w:r>
      <w:r>
        <w:t>individual ko durust karna jab bahut sare individual theek ho jayen ge to society ban jayegi ek</w:t>
      </w:r>
    </w:p>
    <w:p>
      <w:pPr>
        <w:jc w:val="right"/>
      </w:pPr>
      <w:r>
        <w:t>انڈیویجول کو درست کرنا جب بہت سارے انڈیویجول ٹھیک ہو جائیں گے تو سوسائٹی بن جائے گی ایک</w:t>
      </w:r>
    </w:p>
    <w:p>
      <w:r>
        <w:rPr>
          <w:b/>
        </w:rPr>
        <w:t xml:space="preserve">[46:42] </w:t>
      </w:r>
      <w:r>
        <w:t>achhe logon ki society jab achhe logon ki society ban jayegi to kya hoga ek achhe hukumat</w:t>
      </w:r>
    </w:p>
    <w:p>
      <w:pPr>
        <w:jc w:val="right"/>
      </w:pPr>
      <w:r>
        <w:t>اچھے لوگوں کی سوسائٹی جب اچھے لوگوں کی سوسائٹی بن جائے گی تو کیا ہوگا ایک اچھے حکومت</w:t>
      </w:r>
    </w:p>
    <w:p>
      <w:r>
        <w:rPr>
          <w:b/>
        </w:rPr>
        <w:t xml:space="preserve">[46:48] </w:t>
      </w:r>
      <w:r>
        <w:t>ban jayegi achha political system ban jayega ye hai tareeqa islam ka woh tareeqa islam ka</w:t>
      </w:r>
    </w:p>
    <w:p>
      <w:pPr>
        <w:jc w:val="right"/>
      </w:pPr>
      <w:r>
        <w:t>بن جائے گی اچھا پولیٹیکل سسٹم بن جائے گا یہ ہے طریقہ اسلام کا وہ طریقہ اسلام کا</w:t>
      </w:r>
    </w:p>
    <w:p>
      <w:r>
        <w:rPr>
          <w:b/>
        </w:rPr>
        <w:t xml:space="preserve">[46:55] </w:t>
      </w:r>
      <w:r>
        <w:t>nahi hai ke hukumat ko nishana bana kar is ko takrana is ko badalna</w:t>
      </w:r>
    </w:p>
    <w:p>
      <w:pPr>
        <w:jc w:val="right"/>
      </w:pPr>
      <w:r>
        <w:t>نہیں ہے کہ حکومت کو نشانہ بنا کر اس کو ٹکرانا اس کو بدلنا</w:t>
      </w:r>
    </w:p>
    <w:p>
      <w:r>
        <w:rPr>
          <w:b/>
        </w:rPr>
        <w:t xml:space="preserve">[47:00] </w:t>
      </w:r>
      <w:r>
        <w:t>ye kehna hai ke tum zalim ho hum nai hukumat banayen ge jo justice ki hukumat ho ye</w:t>
      </w:r>
    </w:p>
    <w:p>
      <w:pPr>
        <w:jc w:val="right"/>
      </w:pPr>
      <w:r>
        <w:t>یہ کہنا ہے کہ تم ظالم ہو ہم نئی حکومت بنائیں گے جو جسٹس کی حکومت ہو یہ</w:t>
      </w:r>
    </w:p>
    <w:p>
      <w:r>
        <w:rPr>
          <w:b/>
        </w:rPr>
        <w:t xml:space="preserve">[47:05] </w:t>
      </w:r>
      <w:r>
        <w:t>bilkul islam mein nahi hai</w:t>
      </w:r>
    </w:p>
    <w:p>
      <w:pPr>
        <w:jc w:val="right"/>
      </w:pPr>
      <w:r>
        <w:t>بالکل اسلام میں نہیں ہے</w:t>
      </w:r>
    </w:p>
    <w:p>
      <w:r>
        <w:rPr>
          <w:b/>
        </w:rPr>
        <w:t xml:space="preserve">[47:09] </w:t>
      </w:r>
      <w:r>
        <w:t>ye islam mein nahi hai</w:t>
      </w:r>
    </w:p>
    <w:p>
      <w:pPr>
        <w:jc w:val="right"/>
      </w:pPr>
      <w:r>
        <w:t>یہ اسلام میں نہیں ہے</w:t>
      </w:r>
    </w:p>
    <w:p>
      <w:r>
        <w:rPr>
          <w:b/>
        </w:rPr>
        <w:t xml:space="preserve">[47:14] </w:t>
      </w:r>
      <w:r>
        <w:t>aur aaj kal jo jihad chhora hua hai ye ye naam le kar ke ke hum yani achhe</w:t>
      </w:r>
    </w:p>
    <w:p>
      <w:pPr>
        <w:jc w:val="right"/>
      </w:pPr>
      <w:r>
        <w:t>اور اج کل جو جہاد چھڑا ہوا ہے یہ یہ نام لے کر کے کہ ہم یعنی اچھے</w:t>
      </w:r>
    </w:p>
    <w:p>
      <w:r>
        <w:rPr>
          <w:b/>
        </w:rPr>
        <w:t xml:space="preserve">[47:21] </w:t>
      </w:r>
      <w:r>
        <w:t>hukumat banana chahte hain achha rule lana chahte hain sab bilkul galat hai</w:t>
      </w:r>
    </w:p>
    <w:p>
      <w:pPr>
        <w:jc w:val="right"/>
      </w:pPr>
      <w:r>
        <w:t>حکومت بنانا چاہتے ہیں اچھا رول لانا چاہتے ہیں سب بالکل غلط ہے</w:t>
      </w:r>
    </w:p>
    <w:p>
      <w:r>
        <w:rPr>
          <w:b/>
        </w:rPr>
        <w:t xml:space="preserve">[47:26] </w:t>
      </w:r>
      <w:r>
        <w:t>islam mein jihad sirf defense ke liye hota hai aur defense ka bhi kis ko haq hai woh</w:t>
      </w:r>
    </w:p>
    <w:p>
      <w:pPr>
        <w:jc w:val="right"/>
      </w:pPr>
      <w:r>
        <w:t>اسلام میں جہاز صرف ڈیفنس کے لیے ہوتا ہے اور ڈیفنس کا بھی کس کو حق ہے وہ</w:t>
      </w:r>
    </w:p>
    <w:p>
      <w:r>
        <w:rPr>
          <w:b/>
        </w:rPr>
        <w:t xml:space="preserve">[47:33] </w:t>
      </w:r>
      <w:r>
        <w:t>sirf government ko haq hai ek establish government ko yani agar ek establish government hai bani hui maujood</w:t>
      </w:r>
    </w:p>
    <w:p>
      <w:pPr>
        <w:jc w:val="right"/>
      </w:pPr>
      <w:r>
        <w:t>صرف گورنمنٹ کو حق ہے ایک اسٹیبلش گورنمنٹ کو یعنی اگر ایک اسٹیبلش گورنمنٹ ہے بنی ہوئی موجود</w:t>
      </w:r>
    </w:p>
    <w:p>
      <w:r>
        <w:rPr>
          <w:b/>
        </w:rPr>
        <w:t xml:space="preserve">[47:42] </w:t>
      </w:r>
      <w:r>
        <w:t>hai aur koi attack karta hai country ke upar to woh government ja kar ke is se defense</w:t>
      </w:r>
    </w:p>
    <w:p>
      <w:pPr>
        <w:jc w:val="right"/>
      </w:pPr>
      <w:r>
        <w:t>ہے اور کوئی اٹیک کرتا ہے کنٹری کے اوپر تو وہ گورنمنٹ جا کر کے اس سے ڈیفنس</w:t>
      </w:r>
    </w:p>
    <w:p>
      <w:r>
        <w:rPr>
          <w:b/>
        </w:rPr>
        <w:t xml:space="preserve">[47:48] </w:t>
      </w:r>
      <w:r>
        <w:t>ke taur par lade gi</w:t>
      </w:r>
    </w:p>
    <w:p>
      <w:pPr>
        <w:jc w:val="right"/>
      </w:pPr>
      <w:r>
        <w:t>کے طور پر لڑے گی</w:t>
      </w:r>
    </w:p>
    <w:p>
      <w:r>
        <w:rPr>
          <w:b/>
        </w:rPr>
        <w:t xml:space="preserve">[47:50] </w:t>
      </w:r>
      <w:r>
        <w:t>koi bhi individual koi bhi organization</w:t>
      </w:r>
    </w:p>
    <w:p>
      <w:pPr>
        <w:jc w:val="right"/>
      </w:pPr>
      <w:r>
        <w:t>کوئی بھی انڈیویجول کوئی بھی ارگنائزیشن</w:t>
      </w:r>
    </w:p>
    <w:p>
      <w:r>
        <w:rPr>
          <w:b/>
        </w:rPr>
        <w:t xml:space="preserve">[47:54] </w:t>
      </w:r>
      <w:r>
        <w:t>ko ijazat nahi hai ke woh ladai chhed de jihad ke naam par woh haram hoga woh haram</w:t>
      </w:r>
    </w:p>
    <w:p>
      <w:pPr>
        <w:jc w:val="right"/>
      </w:pPr>
      <w:r>
        <w:t>کو اجازت نہیں ہے کہ وہ لڑائی چھیڑ دے جہاد کے نام پر وہ حرام ہوگا وہ حرام</w:t>
      </w:r>
    </w:p>
    <w:p>
      <w:r>
        <w:rPr>
          <w:b/>
        </w:rPr>
        <w:t xml:space="preserve">[48:01] </w:t>
      </w:r>
      <w:r>
        <w:t>sirf ek establish state hi declare kar sakti hai war</w:t>
      </w:r>
    </w:p>
    <w:p>
      <w:pPr>
        <w:jc w:val="right"/>
      </w:pPr>
      <w:r>
        <w:t>صرف ایک اسٹیبلش اسٹیٹ ہی ڈیکلیئر کر سکتی ہے وار</w:t>
      </w:r>
    </w:p>
    <w:p>
      <w:r>
        <w:rPr>
          <w:b/>
        </w:rPr>
        <w:t xml:space="preserve">[48:10] </w:t>
      </w:r>
      <w:r>
        <w:t>war ko declare karna ye sirf state ka kaam hai aam logon ko nahi aam logon ko peace</w:t>
      </w:r>
    </w:p>
    <w:p>
      <w:pPr>
        <w:jc w:val="right"/>
      </w:pPr>
      <w:r>
        <w:t>وار کو ڈیکلیئر کرنا یہ صرف اسٹیٹ کا کام ہے عام لوگوں کو نہیں عام لوگوں کو پیس</w:t>
      </w:r>
    </w:p>
    <w:p>
      <w:r>
        <w:rPr>
          <w:b/>
        </w:rPr>
        <w:t xml:space="preserve">[48:16] </w:t>
      </w:r>
      <w:r>
        <w:t>ful way mein apni islaah karna hai peaceful way mein</w:t>
      </w:r>
    </w:p>
    <w:p>
      <w:pPr>
        <w:jc w:val="right"/>
      </w:pPr>
      <w:r>
        <w:t>فل وے میں اپنی اصلاح کرنا ہے پیس فل وے میں</w:t>
      </w:r>
    </w:p>
    <w:p>
      <w:r>
        <w:rPr>
          <w:b/>
        </w:rPr>
        <w:t xml:space="preserve">[48:20] </w:t>
      </w:r>
      <w:r>
        <w:t>samaj ki islaah karna hai peaceful way mein apni movement chalana hai jo bhi chalana hai woh</w:t>
      </w:r>
    </w:p>
    <w:p>
      <w:pPr>
        <w:jc w:val="right"/>
      </w:pPr>
      <w:r>
        <w:t>سماج کی اصلاح کرنا ہے پیس فل وے میں اپنی موومنٹ چلانا ہے جو بھی چلانا ہے وہ</w:t>
      </w:r>
    </w:p>
    <w:p>
      <w:r>
        <w:rPr>
          <w:b/>
        </w:rPr>
        <w:t xml:space="preserve">[48:27] </w:t>
      </w:r>
      <w:r>
        <w:t>violence nahi kar sakte woh aam hathiyar nahi utha sakte</w:t>
      </w:r>
    </w:p>
    <w:p>
      <w:pPr>
        <w:jc w:val="right"/>
      </w:pPr>
      <w:r>
        <w:t>وائلنس نہیں کر سکتے وہ عام ہتھیار نہیں اٹھا سکتے</w:t>
      </w:r>
    </w:p>
    <w:p>
      <w:r>
        <w:rPr>
          <w:b/>
        </w:rPr>
        <w:t xml:space="preserve">[48:32] </w:t>
      </w:r>
      <w:r>
        <w:t>yeh sab yeh sab islam mein bilkul haram hai haram</w:t>
      </w:r>
    </w:p>
    <w:p>
      <w:pPr>
        <w:jc w:val="right"/>
      </w:pPr>
      <w:r>
        <w:t>یہ سب یہ سب اسلام میں بالکل حرام ہے حرام</w:t>
      </w:r>
    </w:p>
    <w:p>
      <w:r>
        <w:rPr>
          <w:b/>
        </w:rPr>
        <w:t xml:space="preserve">[48:37] </w:t>
      </w:r>
      <w:r>
        <w:t>toh yeh hai society aur state ki baat</w:t>
      </w:r>
    </w:p>
    <w:p>
      <w:pPr>
        <w:jc w:val="right"/>
      </w:pPr>
      <w:r>
        <w:t>تو یہ ہے سوسائٹی اور اسٹیٹ کی بات</w:t>
      </w:r>
    </w:p>
    <w:p>
      <w:r>
        <w:rPr>
          <w:b/>
        </w:rPr>
        <w:t xml:space="preserve">[48:42] </w:t>
      </w:r>
      <w:r>
        <w:t>yahan mein ek hadith sunana chahunga yeh bohat hi comprehensive way mein bataya gaya hai ek ek</w:t>
      </w:r>
    </w:p>
    <w:p>
      <w:pPr>
        <w:jc w:val="right"/>
      </w:pPr>
      <w:r>
        <w:t>یہاں میں ایک حدیث سنانا چاہوں گا یہ بہت ہی کمپرنسو وے میں بتایا گیا ہے ایک ایک</w:t>
      </w:r>
    </w:p>
    <w:p>
      <w:r>
        <w:rPr>
          <w:b/>
        </w:rPr>
        <w:t xml:space="preserve">[48:51] </w:t>
      </w:r>
      <w:r>
        <w:t>islamic life kya hoti hai</w:t>
      </w:r>
    </w:p>
    <w:p>
      <w:pPr>
        <w:jc w:val="right"/>
      </w:pPr>
      <w:r>
        <w:t>اسلامک لائف کیا ہوتی ہے</w:t>
      </w:r>
    </w:p>
    <w:p>
      <w:r>
        <w:rPr>
          <w:b/>
        </w:rPr>
        <w:t xml:space="preserve">[48:55] </w:t>
      </w:r>
      <w:r>
        <w:t>woh yeh hai</w:t>
      </w:r>
    </w:p>
    <w:p>
      <w:pPr>
        <w:jc w:val="right"/>
      </w:pPr>
      <w:r>
        <w:t>وہ یہ ہے</w:t>
      </w:r>
    </w:p>
    <w:p>
      <w:r>
        <w:rPr>
          <w:b/>
        </w:rPr>
        <w:t xml:space="preserve">[48:58] </w:t>
      </w:r>
      <w:r>
        <w:t>wa alal aaqil malik maghloob</w:t>
      </w:r>
    </w:p>
    <w:p>
      <w:pPr>
        <w:jc w:val="right"/>
      </w:pPr>
      <w:r>
        <w:t>وعلی العاقل مالک مغلوب</w:t>
      </w:r>
    </w:p>
    <w:p>
      <w:r>
        <w:rPr>
          <w:b/>
        </w:rPr>
        <w:t xml:space="preserve">[49:02] </w:t>
      </w:r>
      <w:r>
        <w:t>wa alal aaqil malik maghloob saat</w:t>
      </w:r>
    </w:p>
    <w:p>
      <w:pPr>
        <w:jc w:val="right"/>
      </w:pPr>
      <w:r>
        <w:t>وعلی العاقل مالک مغلوب سات</w:t>
      </w:r>
    </w:p>
    <w:p>
      <w:r>
        <w:rPr>
          <w:b/>
        </w:rPr>
        <w:t xml:space="preserve">[49:09] </w:t>
      </w:r>
      <w:r>
        <w:t>rub wasaat yaasfiya nafsan wasaat tafakkur fiha fi sabeelillah wasaat yakhlu fiha lahjatuhu min almatbi walmashriq</w:t>
      </w:r>
    </w:p>
    <w:p>
      <w:pPr>
        <w:jc w:val="right"/>
      </w:pPr>
      <w:r>
        <w:t>رب وسات یاسفیا نفسا وسات تفکر فیہا فی سبیل اللہ وسات یخلو فیہا لہجتہ من المطب والمشرق</w:t>
      </w:r>
    </w:p>
    <w:p>
      <w:r>
        <w:rPr>
          <w:b/>
        </w:rPr>
        <w:t xml:space="preserve">[49:24] </w:t>
      </w:r>
      <w:r>
        <w:t>yani ek saccha believer ek saccha insan kaun hota hai jiske dil mein chaar lamhaat aate hon</w:t>
      </w:r>
    </w:p>
    <w:p>
      <w:pPr>
        <w:jc w:val="right"/>
      </w:pPr>
      <w:r>
        <w:t>یعنی ایک سچا بیلیور ایک سچا انسان کون ہوتا ہے جس کے دل میں چار لمحات اتے ہوں</w:t>
      </w:r>
    </w:p>
    <w:p>
      <w:r>
        <w:rPr>
          <w:b/>
        </w:rPr>
        <w:t xml:space="preserve">[49:34] </w:t>
      </w:r>
      <w:r>
        <w:t>chaar moment aate hon chaar experience hote hon usko yeh 24 ghante ki aapki zindagi hai</w:t>
      </w:r>
    </w:p>
    <w:p>
      <w:pPr>
        <w:jc w:val="right"/>
      </w:pPr>
      <w:r>
        <w:t>چار مومنٹ اتے ہوں چار ایکسپیرینس ہوتے ہوں اس کو یہ 24 گھنٹے کی اپ کی زندگی ہے</w:t>
      </w:r>
    </w:p>
    <w:p>
      <w:r>
        <w:rPr>
          <w:b/>
        </w:rPr>
        <w:t xml:space="preserve">[49:41] </w:t>
      </w:r>
      <w:r>
        <w:t>har 24 ghante ke andar aap par aise lamhaat aane chahiye aapko aise experience aana chahiye</w:t>
      </w:r>
    </w:p>
    <w:p>
      <w:pPr>
        <w:jc w:val="right"/>
      </w:pPr>
      <w:r>
        <w:t>ہر 24 گھنٹے کے اندر اپ پر ایسے لمحات انے چاہیے اپ کو ایسے ایکسپیرینس انا چاہیے</w:t>
      </w:r>
    </w:p>
    <w:p>
      <w:r>
        <w:rPr>
          <w:b/>
        </w:rPr>
        <w:t xml:space="preserve">[49:49] </w:t>
      </w:r>
      <w:r>
        <w:t>jo in charon mein se koi ek ho toh aapka 24 ghanta jo hai goya ke</w:t>
      </w:r>
    </w:p>
    <w:p>
      <w:pPr>
        <w:jc w:val="right"/>
      </w:pPr>
      <w:r>
        <w:t>جو ان چاروں میں سے کوئی ایک ہو تو اپ کا 24 گھنٹہ جو ہے گویا کہ</w:t>
      </w:r>
    </w:p>
    <w:p>
      <w:r>
        <w:rPr>
          <w:b/>
        </w:rPr>
        <w:t xml:space="preserve">[49:58] </w:t>
      </w:r>
      <w:r>
        <w:t>iska bata hua hona chahiye in charon mein</w:t>
      </w:r>
    </w:p>
    <w:p>
      <w:pPr>
        <w:jc w:val="right"/>
      </w:pPr>
      <w:r>
        <w:t>اس کا بٹا ہوا ہونا چاہیے ان چاروں میں</w:t>
      </w:r>
    </w:p>
    <w:p>
      <w:r>
        <w:rPr>
          <w:b/>
        </w:rPr>
        <w:t xml:space="preserve">[50:02] </w:t>
      </w:r>
      <w:r>
        <w:t>toh one fourth kya hai</w:t>
      </w:r>
    </w:p>
    <w:p>
      <w:pPr>
        <w:jc w:val="right"/>
      </w:pPr>
      <w:r>
        <w:t>تو ون فورتھ کیا ہے</w:t>
      </w:r>
    </w:p>
    <w:p>
      <w:r>
        <w:rPr>
          <w:b/>
        </w:rPr>
        <w:t xml:space="preserve">[50:05] </w:t>
      </w:r>
      <w:r>
        <w:t>pehla jo hai woh kya hai woh hai</w:t>
      </w:r>
    </w:p>
    <w:p>
      <w:pPr>
        <w:jc w:val="right"/>
      </w:pPr>
      <w:r>
        <w:t>پہلا جو ہے وہ کیا ہے وہ ہے</w:t>
      </w:r>
    </w:p>
    <w:p>
      <w:r>
        <w:rPr>
          <w:b/>
        </w:rPr>
        <w:t xml:space="preserve">[50:10] </w:t>
      </w:r>
      <w:r>
        <w:t>isme kaha gaya hai ke rub</w:t>
      </w:r>
    </w:p>
    <w:p>
      <w:pPr>
        <w:jc w:val="right"/>
      </w:pPr>
      <w:r>
        <w:t>اس میں کہا گیا ہے کہ رب</w:t>
      </w:r>
    </w:p>
    <w:p>
      <w:r>
        <w:rPr>
          <w:b/>
        </w:rPr>
        <w:t xml:space="preserve">[50:13] </w:t>
      </w:r>
      <w:r>
        <w:t>khuda se uska whisper hota hai yani khuda mein itna zyada woh apne aap ko shamil kar</w:t>
      </w:r>
    </w:p>
    <w:p>
      <w:pPr>
        <w:jc w:val="right"/>
      </w:pPr>
      <w:r>
        <w:t>خدا سے اس کا وسپر ہوتا ہے یعنی خدا میں اتنا زیادہ وہ اپنے اپ کو شامل کر</w:t>
      </w:r>
    </w:p>
    <w:p>
      <w:r>
        <w:rPr>
          <w:b/>
        </w:rPr>
        <w:t xml:space="preserve">[50:18] </w:t>
      </w:r>
      <w:r>
        <w:t>leta hai itna zyada khuda ke liye sochta hai itna zyada usko presence of god ka ehsaas</w:t>
      </w:r>
    </w:p>
    <w:p>
      <w:pPr>
        <w:jc w:val="right"/>
      </w:pPr>
      <w:r>
        <w:t>لیتا ہے اتنا زیادہ خدا کے لیے سوچتا ہے اتنا زیادہ اس کو پریزنس اف گاڈ کا احساس</w:t>
      </w:r>
    </w:p>
    <w:p>
      <w:r>
        <w:rPr>
          <w:b/>
        </w:rPr>
        <w:t xml:space="preserve">[50:24] </w:t>
      </w:r>
      <w:r>
        <w:t>hota hai itna zyada woh khuda mein jeene lagta hai ke khuda se duaein karta hai khuda se</w:t>
      </w:r>
    </w:p>
    <w:p>
      <w:pPr>
        <w:jc w:val="right"/>
      </w:pPr>
      <w:r>
        <w:t>ہوتا ہے اتنا زیادہ وہ خدا میں جینے لگتا ہے کہ خدا سے دعائیں کرتا ہے خدا سے</w:t>
      </w:r>
    </w:p>
    <w:p>
      <w:r>
        <w:rPr>
          <w:b/>
        </w:rPr>
        <w:t xml:space="preserve">[50:31] </w:t>
      </w:r>
      <w:r>
        <w:t>uski baatein hoti hain khuda ko pukarta hai khuda se woh mangta hai</w:t>
      </w:r>
    </w:p>
    <w:p>
      <w:pPr>
        <w:jc w:val="right"/>
      </w:pPr>
      <w:r>
        <w:t>اس کی باتیں ہوتی ہیں خدا کو پکارتا ہے خدا سے وہ مانگتا ہے</w:t>
      </w:r>
    </w:p>
    <w:p>
      <w:r>
        <w:rPr>
          <w:b/>
        </w:rPr>
        <w:t xml:space="preserve">[50:38] </w:t>
      </w:r>
      <w:r>
        <w:t>toh yeh hai</w:t>
      </w:r>
    </w:p>
    <w:p>
      <w:pPr>
        <w:jc w:val="right"/>
      </w:pPr>
      <w:r>
        <w:t>تو یہ ہے</w:t>
      </w:r>
    </w:p>
    <w:p>
      <w:r>
        <w:rPr>
          <w:b/>
        </w:rPr>
        <w:t xml:space="preserve">[50:40] </w:t>
      </w:r>
      <w:r>
        <w:t>presence of god ka tajurba</w:t>
      </w:r>
    </w:p>
    <w:p>
      <w:pPr>
        <w:jc w:val="right"/>
      </w:pPr>
      <w:r>
        <w:t>پریزنس اف گاڈ کا تجربہ</w:t>
      </w:r>
    </w:p>
    <w:p>
      <w:r>
        <w:rPr>
          <w:b/>
        </w:rPr>
        <w:t xml:space="preserve">[50:45] </w:t>
      </w:r>
      <w:r>
        <w:t>presence of god ka experience</w:t>
      </w:r>
    </w:p>
    <w:p>
      <w:pPr>
        <w:jc w:val="right"/>
      </w:pPr>
      <w:r>
        <w:t>پریزنس اف گاڈ کا ایکسپیرینس</w:t>
      </w:r>
    </w:p>
    <w:p>
      <w:r>
        <w:rPr>
          <w:b/>
        </w:rPr>
        <w:t xml:space="preserve">[50:49] </w:t>
      </w:r>
      <w:r>
        <w:t>doosri cheez hai</w:t>
      </w:r>
    </w:p>
    <w:p>
      <w:pPr>
        <w:jc w:val="right"/>
      </w:pPr>
      <w:r>
        <w:t>دوسری چیز ہے</w:t>
      </w:r>
    </w:p>
    <w:p>
      <w:r>
        <w:rPr>
          <w:b/>
        </w:rPr>
        <w:t xml:space="preserve">[50:53] </w:t>
      </w:r>
      <w:r>
        <w:t>yahan se fiha nafsah apna introspection aik minute</w:t>
      </w:r>
    </w:p>
    <w:p>
      <w:pPr>
        <w:jc w:val="right"/>
      </w:pPr>
      <w:r>
        <w:t>یہاں سے فیہا نفسا اپنا انٹراسپیکشن ایک منٹ</w:t>
      </w:r>
    </w:p>
    <w:p>
      <w:r>
        <w:rPr>
          <w:b/>
        </w:rPr>
        <w:t xml:space="preserve">[51:04] </w:t>
      </w:r>
      <w:r>
        <w:t>bismillah rahman rahim awaz aa rahi hai kya haan ji theek hai haan ji</w:t>
      </w:r>
    </w:p>
    <w:p>
      <w:pPr>
        <w:jc w:val="right"/>
      </w:pPr>
      <w:r>
        <w:t>بسم اللہ الرحمن الرحیم اواز ا رہی ہے کیا ہاں جی ٹھیک ہے ہاں جی</w:t>
      </w:r>
    </w:p>
    <w:p>
      <w:r>
        <w:rPr>
          <w:b/>
        </w:rPr>
        <w:t xml:space="preserve">[51:12] </w:t>
      </w:r>
      <w:r>
        <w:t>bismillah rahman rahim</w:t>
      </w:r>
    </w:p>
    <w:p>
      <w:pPr>
        <w:jc w:val="right"/>
      </w:pPr>
      <w:r>
        <w:t>بسم اللہ الرحمن الرحیم</w:t>
      </w:r>
    </w:p>
    <w:p>
      <w:r>
        <w:rPr>
          <w:b/>
        </w:rPr>
        <w:t xml:space="preserve">[51:19] </w:t>
      </w:r>
      <w:r>
        <w:t>god oriented life ya khuda rakhi zindagi</w:t>
      </w:r>
    </w:p>
    <w:p>
      <w:pPr>
        <w:jc w:val="right"/>
      </w:pPr>
      <w:r>
        <w:t>گاڈ اورینٹڈ لائف یا خدا رخی زندگی</w:t>
      </w:r>
    </w:p>
    <w:p>
      <w:r>
        <w:rPr>
          <w:b/>
        </w:rPr>
        <w:t xml:space="preserve">[51:25] </w:t>
      </w:r>
      <w:r>
        <w:t>ke bare mein</w:t>
      </w:r>
    </w:p>
    <w:p>
      <w:pPr>
        <w:jc w:val="right"/>
      </w:pPr>
      <w:r>
        <w:t>کے بارے میں</w:t>
      </w:r>
    </w:p>
    <w:p>
      <w:r>
        <w:rPr>
          <w:b/>
        </w:rPr>
        <w:t xml:space="preserve">[51:28] </w:t>
      </w:r>
      <w:r>
        <w:t>aik bohat hi</w:t>
      </w:r>
    </w:p>
    <w:p>
      <w:pPr>
        <w:jc w:val="right"/>
      </w:pPr>
      <w:r>
        <w:t>ایک بہت ہی</w:t>
      </w:r>
    </w:p>
    <w:p>
      <w:r>
        <w:rPr>
          <w:b/>
        </w:rPr>
        <w:t xml:space="preserve">[51:32] </w:t>
      </w:r>
      <w:r>
        <w:t>jami ya comprehensive formula hadith mein milta hai</w:t>
      </w:r>
    </w:p>
    <w:p>
      <w:pPr>
        <w:jc w:val="right"/>
      </w:pPr>
      <w:r>
        <w:t>جامع یا کمپرہنسیو فارمولا حدیث میں ملتا ہے</w:t>
      </w:r>
    </w:p>
    <w:p>
      <w:r>
        <w:rPr>
          <w:b/>
        </w:rPr>
        <w:t xml:space="preserve">[51:42] </w:t>
      </w:r>
      <w:r>
        <w:t>agar aadmi is formula ko pakad le samajh kar aur is ko follow kare to main samajhta hoon</w:t>
      </w:r>
    </w:p>
    <w:p>
      <w:pPr>
        <w:jc w:val="right"/>
      </w:pPr>
      <w:r>
        <w:t>اگر ادمی اس فارمولے کو پکڑ لے سمجھ کر اور اس کو فالو کرے تو میں سمجھتا ہوں</w:t>
      </w:r>
    </w:p>
    <w:p>
      <w:r>
        <w:rPr>
          <w:b/>
        </w:rPr>
        <w:t xml:space="preserve">[51:50] </w:t>
      </w:r>
      <w:r>
        <w:t>ke isi mein is ki poori zindagi sudhar jaye gi is ki poori zindagi khuda rakhi zindagi ban</w:t>
      </w:r>
    </w:p>
    <w:p>
      <w:pPr>
        <w:jc w:val="right"/>
      </w:pPr>
      <w:r>
        <w:t>کہ اسی میں اس کی پوری زندگی سدھر جائے گی اس کی پوری زندگی خدا رخی زندگی بن</w:t>
      </w:r>
    </w:p>
    <w:p>
      <w:r>
        <w:rPr>
          <w:b/>
        </w:rPr>
        <w:t xml:space="preserve">[51:57] </w:t>
      </w:r>
      <w:r>
        <w:t>jaye gi jo aadmi ko jannat tak pahunchane wali hai</w:t>
      </w:r>
    </w:p>
    <w:p>
      <w:pPr>
        <w:jc w:val="right"/>
      </w:pPr>
      <w:r>
        <w:t>جائے گی جو ادمی کو جنت تک پہنچانے والی ہے</w:t>
      </w:r>
    </w:p>
    <w:p>
      <w:r>
        <w:rPr>
          <w:b/>
        </w:rPr>
        <w:t xml:space="preserve">[52:08] </w:t>
      </w:r>
      <w:r>
        <w:t>woh hadith is tarah hai</w:t>
      </w:r>
    </w:p>
    <w:p>
      <w:pPr>
        <w:jc w:val="right"/>
      </w:pPr>
      <w:r>
        <w:t>وہ حدیث اس طرح ہے</w:t>
      </w:r>
    </w:p>
    <w:p>
      <w:r>
        <w:rPr>
          <w:b/>
        </w:rPr>
        <w:t xml:space="preserve">[52:11] </w:t>
      </w:r>
      <w:r>
        <w:t>wa alal aqil malam yakun maghlooban ala aqlah</w:t>
      </w:r>
    </w:p>
    <w:p>
      <w:pPr>
        <w:jc w:val="right"/>
      </w:pPr>
      <w:r>
        <w:t>وعلی العاقل مالم یکن مغلوبا علی عقلہ</w:t>
      </w:r>
    </w:p>
    <w:p>
      <w:r>
        <w:rPr>
          <w:b/>
        </w:rPr>
        <w:t xml:space="preserve">[52:17] </w:t>
      </w:r>
      <w:r>
        <w:t>antakun saat saat</w:t>
      </w:r>
    </w:p>
    <w:p>
      <w:pPr>
        <w:jc w:val="right"/>
      </w:pPr>
      <w:r>
        <w:t>انتکون سات سات</w:t>
      </w:r>
    </w:p>
    <w:p>
      <w:r>
        <w:rPr>
          <w:b/>
        </w:rPr>
        <w:t xml:space="preserve">[52:21] </w:t>
      </w:r>
      <w:r>
        <w:t>fiha rabb wa saat</w:t>
      </w:r>
    </w:p>
    <w:p>
      <w:pPr>
        <w:jc w:val="right"/>
      </w:pPr>
      <w:r>
        <w:t>فیہا رب وسات</w:t>
      </w:r>
    </w:p>
    <w:p>
      <w:r>
        <w:rPr>
          <w:b/>
        </w:rPr>
        <w:t xml:space="preserve">[52:26] </w:t>
      </w:r>
      <w:r>
        <w:t>yuhasib fiha nafsah wa saat yatafakkar fiha fi san Allah wa saat yakhlu fiha lahjatuhu minal matbi wal mashriq</w:t>
      </w:r>
    </w:p>
    <w:p>
      <w:pPr>
        <w:jc w:val="right"/>
      </w:pPr>
      <w:r>
        <w:t>یحاسب فیہا نفسا وسات یتفکر فیہا فی سن اللہ وسات یخلو فیہا لہجتہ من المطب والمشرق</w:t>
      </w:r>
    </w:p>
    <w:p>
      <w:r>
        <w:rPr>
          <w:b/>
        </w:rPr>
        <w:t xml:space="preserve">[52:41] </w:t>
      </w:r>
      <w:r>
        <w:t>is ka transition yeh hai</w:t>
      </w:r>
    </w:p>
    <w:p>
      <w:pPr>
        <w:jc w:val="right"/>
      </w:pPr>
      <w:r>
        <w:t>اس کا ٹرانزیشن یہ ہے</w:t>
      </w:r>
    </w:p>
    <w:p>
      <w:r>
        <w:rPr>
          <w:b/>
        </w:rPr>
        <w:t xml:space="preserve">[52:44] </w:t>
      </w:r>
      <w:r>
        <w:t>ke har aqalmand aadmi</w:t>
      </w:r>
    </w:p>
    <w:p>
      <w:pPr>
        <w:jc w:val="right"/>
      </w:pPr>
      <w:r>
        <w:t>کہ ہر عقلمند ادمی</w:t>
      </w:r>
    </w:p>
    <w:p>
      <w:r>
        <w:rPr>
          <w:b/>
        </w:rPr>
        <w:t xml:space="preserve">[52:50] </w:t>
      </w:r>
      <w:r>
        <w:t>har samajhdar aadmi ya doosre lafzon mein har har believer sacha believer ko chahiye ke woh aisa bane</w:t>
      </w:r>
    </w:p>
    <w:p>
      <w:pPr>
        <w:jc w:val="right"/>
      </w:pPr>
      <w:r>
        <w:t>ہر سمجھدار ادمی یا دوسرے لفظوں میں ہر ہر بیلیور سچا بیلیور کو چاہیے کہ وہ ایسا بنے</w:t>
      </w:r>
    </w:p>
    <w:p>
      <w:r>
        <w:rPr>
          <w:b/>
        </w:rPr>
        <w:t xml:space="preserve">[53:00] </w:t>
      </w:r>
      <w:r>
        <w:t>ke is ki zindagi mein char lamhat hon char moments hon</w:t>
      </w:r>
    </w:p>
    <w:p>
      <w:pPr>
        <w:jc w:val="right"/>
      </w:pPr>
      <w:r>
        <w:t>کہ اس کی زندگی میں چار لمحات ہوں چار مومنٹس ہوں</w:t>
      </w:r>
    </w:p>
    <w:p>
      <w:r>
        <w:rPr>
          <w:b/>
        </w:rPr>
        <w:t xml:space="preserve">[53:06] </w:t>
      </w:r>
      <w:r>
        <w:t>yani 24 ghante ki zindagi jo guzarta hai woh is mein char qism ke experience us ko hote</w:t>
      </w:r>
    </w:p>
    <w:p>
      <w:pPr>
        <w:jc w:val="right"/>
      </w:pPr>
      <w:r>
        <w:t>یعنی 24 گھنٹے کی زندگی جو گزارتا ہے وہ اس میں چار قسم کے ایکسپیرینس اس کو ہوتے</w:t>
      </w:r>
    </w:p>
    <w:p>
      <w:r>
        <w:rPr>
          <w:b/>
        </w:rPr>
        <w:t xml:space="preserve">[53:12] </w:t>
      </w:r>
      <w:r>
        <w:t>rahein woh kya number ek</w:t>
      </w:r>
    </w:p>
    <w:p>
      <w:pPr>
        <w:jc w:val="right"/>
      </w:pPr>
      <w:r>
        <w:t>رہیں وہ کیا نمبر ایک</w:t>
      </w:r>
    </w:p>
    <w:p>
      <w:r>
        <w:rPr>
          <w:b/>
        </w:rPr>
        <w:t xml:space="preserve">[53:20] </w:t>
      </w:r>
      <w:r>
        <w:t>yunaji fiha rabba</w:t>
      </w:r>
    </w:p>
    <w:p>
      <w:pPr>
        <w:jc w:val="right"/>
      </w:pPr>
      <w:r>
        <w:t>یوناجی فیہا ربا</w:t>
      </w:r>
    </w:p>
    <w:p>
      <w:r>
        <w:rPr>
          <w:b/>
        </w:rPr>
        <w:t xml:space="preserve">[53:23] </w:t>
      </w:r>
      <w:r>
        <w:t>khuda se is ki sargoshiyan hoti hon khuda se is ka whisper hota ho</w:t>
      </w:r>
    </w:p>
    <w:p>
      <w:pPr>
        <w:jc w:val="right"/>
      </w:pPr>
      <w:r>
        <w:t>خدا سے اس کی سرگوشیاں ہوتی ہوں خدا سے اس کا وسپر ہوتا ہو</w:t>
      </w:r>
    </w:p>
    <w:p>
      <w:r>
        <w:rPr>
          <w:b/>
        </w:rPr>
        <w:t xml:space="preserve">[53:32] </w:t>
      </w:r>
      <w:r>
        <w:t>aur doosra yeh</w:t>
      </w:r>
    </w:p>
    <w:p>
      <w:pPr>
        <w:jc w:val="right"/>
      </w:pPr>
      <w:r>
        <w:t>اور دوسرا یہ</w:t>
      </w:r>
    </w:p>
    <w:p>
      <w:r>
        <w:rPr>
          <w:b/>
        </w:rPr>
        <w:t xml:space="preserve">[53:35] </w:t>
      </w:r>
      <w:r>
        <w:t>keh woh apna muhasba kar raha ho yani apna introspection kar raha ho</w:t>
      </w:r>
    </w:p>
    <w:p>
      <w:pPr>
        <w:jc w:val="right"/>
      </w:pPr>
      <w:r>
        <w:t>کہ وہ اپنا محاسبہ کر رہا ہو یعنی اپنا انٹراسپیکشن کر رہا ہو</w:t>
      </w:r>
    </w:p>
    <w:p>
      <w:r>
        <w:rPr>
          <w:b/>
        </w:rPr>
        <w:t xml:space="preserve">[53:42] </w:t>
      </w:r>
      <w:r>
        <w:t>teesra yeh keh woh</w:t>
      </w:r>
    </w:p>
    <w:p>
      <w:pPr>
        <w:jc w:val="right"/>
      </w:pPr>
      <w:r>
        <w:t>تیسرا یہ کہ وہ</w:t>
      </w:r>
    </w:p>
    <w:p>
      <w:r>
        <w:rPr>
          <w:b/>
        </w:rPr>
        <w:t xml:space="preserve">[53:45] </w:t>
      </w:r>
      <w:r>
        <w:t>khuda ki karigari mein</w:t>
      </w:r>
    </w:p>
    <w:p>
      <w:pPr>
        <w:jc w:val="right"/>
      </w:pPr>
      <w:r>
        <w:t>خدا کی کاریگری میں</w:t>
      </w:r>
    </w:p>
    <w:p>
      <w:r>
        <w:rPr>
          <w:b/>
        </w:rPr>
        <w:t xml:space="preserve">[53:48] </w:t>
      </w:r>
      <w:r>
        <w:t>khuda ki creation mein soch raha ho</w:t>
      </w:r>
    </w:p>
    <w:p>
      <w:pPr>
        <w:jc w:val="right"/>
      </w:pPr>
      <w:r>
        <w:t>خدا کی کریشن میں سوچ رہا ہو</w:t>
      </w:r>
    </w:p>
    <w:p>
      <w:r>
        <w:rPr>
          <w:b/>
        </w:rPr>
        <w:t xml:space="preserve">[53:53] </w:t>
      </w:r>
      <w:r>
        <w:t>aur chautha yeh keh woh apne aap ko</w:t>
      </w:r>
    </w:p>
    <w:p>
      <w:pPr>
        <w:jc w:val="right"/>
      </w:pPr>
      <w:r>
        <w:t>اور چوتھا یہ کہ وہ اپنے اپ کو</w:t>
      </w:r>
    </w:p>
    <w:p>
      <w:r>
        <w:rPr>
          <w:b/>
        </w:rPr>
        <w:t xml:space="preserve">[53:57] </w:t>
      </w:r>
      <w:r>
        <w:t>apne khane peene ke liye</w:t>
      </w:r>
    </w:p>
    <w:p>
      <w:pPr>
        <w:jc w:val="right"/>
      </w:pPr>
      <w:r>
        <w:t>اپنے کھانے پینے کے لیے</w:t>
      </w:r>
    </w:p>
    <w:p>
      <w:r>
        <w:rPr>
          <w:b/>
        </w:rPr>
        <w:t xml:space="preserve">[54:01] </w:t>
      </w:r>
      <w:r>
        <w:t>waqt nikale yeh chaar baatein hain</w:t>
      </w:r>
    </w:p>
    <w:p>
      <w:pPr>
        <w:jc w:val="right"/>
      </w:pPr>
      <w:r>
        <w:t>وقت نکالے یہ چار باتیں ہیں</w:t>
      </w:r>
    </w:p>
    <w:p>
      <w:r>
        <w:rPr>
          <w:b/>
        </w:rPr>
        <w:t xml:space="preserve">[54:10] </w:t>
      </w:r>
      <w:r>
        <w:t>pehla yeh keh khuda se insan ki sargoshi ho rahi ho uska whisper ho raha ho yeh</w:t>
      </w:r>
    </w:p>
    <w:p>
      <w:pPr>
        <w:jc w:val="right"/>
      </w:pPr>
      <w:r>
        <w:t>پہلا یہ کہ خدا سے انسان کی سرگوشی ہو رہی ہو اس کا وسپر ہو رہا ہو یہ</w:t>
      </w:r>
    </w:p>
    <w:p>
      <w:r>
        <w:rPr>
          <w:b/>
        </w:rPr>
        <w:t xml:space="preserve">[54:18] </w:t>
      </w:r>
      <w:r>
        <w:t>kya cheez hai</w:t>
      </w:r>
    </w:p>
    <w:p>
      <w:pPr>
        <w:jc w:val="right"/>
      </w:pPr>
      <w:r>
        <w:t>کیا چیز ہے</w:t>
      </w:r>
    </w:p>
    <w:p>
      <w:r>
        <w:rPr>
          <w:b/>
        </w:rPr>
        <w:t xml:space="preserve">[54:21] </w:t>
      </w:r>
      <w:r>
        <w:t>yeh koi banawati cheez nahi hai koi masnooi cheez nahi hai yeh koi lip service nahi hai</w:t>
      </w:r>
    </w:p>
    <w:p>
      <w:pPr>
        <w:jc w:val="right"/>
      </w:pPr>
      <w:r>
        <w:t>یہ کوئی بناوٹی چیز نہیں ہے کوئی مصنوعی چیز نہیں ہے یہ کوئی لپ سروس نہیں ہے</w:t>
      </w:r>
    </w:p>
    <w:p>
      <w:r>
        <w:rPr>
          <w:b/>
        </w:rPr>
        <w:t xml:space="preserve">[54:29] </w:t>
      </w:r>
      <w:r>
        <w:t>haqeeqat yeh hai keh jab aadmi khuda ko discover karta hai aur sach much khuda is ke liye</w:t>
      </w:r>
    </w:p>
    <w:p>
      <w:pPr>
        <w:jc w:val="right"/>
      </w:pPr>
      <w:r>
        <w:t>حقیقت یہ ہے کہ جب ادمی خدا کو ڈسکور کرتا ہے اور سچ مچ خدا اس کے لیے</w:t>
      </w:r>
    </w:p>
    <w:p>
      <w:r>
        <w:rPr>
          <w:b/>
        </w:rPr>
        <w:t xml:space="preserve">[54:34] </w:t>
      </w:r>
      <w:r>
        <w:t>marifat ban jata hai</w:t>
      </w:r>
    </w:p>
    <w:p>
      <w:pPr>
        <w:jc w:val="right"/>
      </w:pPr>
      <w:r>
        <w:t>معرفت بن جاتا ہے</w:t>
      </w:r>
    </w:p>
    <w:p>
      <w:r>
        <w:rPr>
          <w:b/>
        </w:rPr>
        <w:t xml:space="preserve">[54:36] </w:t>
      </w:r>
      <w:r>
        <w:t>khuda ko woh sach much realize kar leta hai</w:t>
      </w:r>
    </w:p>
    <w:p>
      <w:pPr>
        <w:jc w:val="right"/>
      </w:pPr>
      <w:r>
        <w:t>خدا کو وہ سچ مچ ریلائز کر لیتا ہے</w:t>
      </w:r>
    </w:p>
    <w:p>
      <w:r>
        <w:rPr>
          <w:b/>
        </w:rPr>
        <w:t xml:space="preserve">[54:40] </w:t>
      </w:r>
      <w:r>
        <w:t>keh khuda creator hai is universe ka woh sustainer hai universe ka woh all powerful hai</w:t>
      </w:r>
    </w:p>
    <w:p>
      <w:pPr>
        <w:jc w:val="right"/>
      </w:pPr>
      <w:r>
        <w:t>کہ خدا کریٹر ہے اس یونیورس کا وہ سسٹینر ہے یونیورس کا وہ ال پاور فل ہے</w:t>
      </w:r>
    </w:p>
    <w:p>
      <w:r>
        <w:rPr>
          <w:b/>
        </w:rPr>
        <w:t xml:space="preserve">[54:48] </w:t>
      </w:r>
      <w:r>
        <w:t>is ke saare</w:t>
      </w:r>
    </w:p>
    <w:p>
      <w:pPr>
        <w:jc w:val="right"/>
      </w:pPr>
      <w:r>
        <w:t>اس کے سارے</w:t>
      </w:r>
    </w:p>
    <w:p>
      <w:r>
        <w:rPr>
          <w:b/>
        </w:rPr>
        <w:t xml:space="preserve">[54:50] </w:t>
      </w:r>
      <w:r>
        <w:t>jo qualities hain khudai qualities is ke saath woh is ko jaan leta hai to yahi is ki</w:t>
      </w:r>
    </w:p>
    <w:p>
      <w:pPr>
        <w:jc w:val="right"/>
      </w:pPr>
      <w:r>
        <w:t>جو کوالٹیز ہیں خدائی کوالٹیز اس کے ساتھ وہ اس کو جان لیتا ہے تو یہی اس کی</w:t>
      </w:r>
    </w:p>
    <w:p>
      <w:r>
        <w:rPr>
          <w:b/>
        </w:rPr>
        <w:t xml:space="preserve">[55:00] </w:t>
      </w:r>
      <w:r>
        <w:t>zindagi ban jati hai</w:t>
      </w:r>
    </w:p>
    <w:p>
      <w:pPr>
        <w:jc w:val="right"/>
      </w:pPr>
      <w:r>
        <w:t>زندگی بن جاتی ہے</w:t>
      </w:r>
    </w:p>
    <w:p>
      <w:r>
        <w:rPr>
          <w:b/>
        </w:rPr>
        <w:t xml:space="preserve">[55:03] </w:t>
      </w:r>
      <w:r>
        <w:t>keh woh har waqt sochta hai khuda mein har waqt khuda se duaein karta hai har waqt khuda</w:t>
      </w:r>
    </w:p>
    <w:p>
      <w:pPr>
        <w:jc w:val="right"/>
      </w:pPr>
      <w:r>
        <w:t>کہ وہ ہر وقت سوچتا ہے خدا میں ہر وقت خدا سے دعائیں کرتا ہے ہر وقت خدا</w:t>
      </w:r>
    </w:p>
    <w:p>
      <w:r>
        <w:rPr>
          <w:b/>
        </w:rPr>
        <w:t xml:space="preserve">[55:08] </w:t>
      </w:r>
      <w:r>
        <w:t>ko yaad karta hai</w:t>
      </w:r>
    </w:p>
    <w:p>
      <w:pPr>
        <w:jc w:val="right"/>
      </w:pPr>
      <w:r>
        <w:t>کو یاد کرتا ہے</w:t>
      </w:r>
    </w:p>
    <w:p>
      <w:r>
        <w:rPr>
          <w:b/>
        </w:rPr>
        <w:t xml:space="preserve">[55:11] </w:t>
      </w:r>
      <w:r>
        <w:t>har waqt khuda se kuch kehta rehta hai woh</w:t>
      </w:r>
    </w:p>
    <w:p>
      <w:pPr>
        <w:jc w:val="right"/>
      </w:pPr>
      <w:r>
        <w:t>ہر وقت خدا سے کچھ کہتا رہتا ہے وہ</w:t>
      </w:r>
    </w:p>
    <w:p>
      <w:r>
        <w:rPr>
          <w:b/>
        </w:rPr>
        <w:t xml:space="preserve">[55:16] </w:t>
      </w:r>
      <w:r>
        <w:t>aisi zindagi ban jati hai is ki</w:t>
      </w:r>
    </w:p>
    <w:p>
      <w:pPr>
        <w:jc w:val="right"/>
      </w:pPr>
      <w:r>
        <w:t>ایسی زندگی بن جاتی ہے اس کی</w:t>
      </w:r>
    </w:p>
    <w:p>
      <w:r>
        <w:rPr>
          <w:b/>
        </w:rPr>
        <w:t xml:space="preserve">[55:21] </w:t>
      </w:r>
      <w:r>
        <w:t>yani khuda mein jeene wala insan ban jata hai woh</w:t>
      </w:r>
    </w:p>
    <w:p>
      <w:pPr>
        <w:jc w:val="right"/>
      </w:pPr>
      <w:r>
        <w:t>یعنی خدا میں جینے والا انسان بن جاتا ہے وہ</w:t>
      </w:r>
    </w:p>
    <w:p>
      <w:r>
        <w:rPr>
          <w:b/>
        </w:rPr>
        <w:t xml:space="preserve">[55:25] </w:t>
      </w:r>
      <w:r>
        <w:t>khulasa is ka yeh hai</w:t>
      </w:r>
    </w:p>
    <w:p>
      <w:pPr>
        <w:jc w:val="right"/>
      </w:pPr>
      <w:r>
        <w:t>خلاصہ اس کا یہ ہے</w:t>
      </w:r>
    </w:p>
    <w:p>
      <w:r>
        <w:rPr>
          <w:b/>
        </w:rPr>
        <w:t xml:space="preserve">[55:28] </w:t>
      </w:r>
      <w:r>
        <w:t>to pehli sifat yeh hai keh aadmi ko itna zyada khuda ka keh presence ka ehsas hone lage</w:t>
      </w:r>
    </w:p>
    <w:p>
      <w:pPr>
        <w:jc w:val="right"/>
      </w:pPr>
      <w:r>
        <w:t>تو پہلی صفت یہ ہے کہ ادمی کو اتنا زیادہ خدا کا کہ پریزنس کا احساس ہونے لگے</w:t>
      </w:r>
    </w:p>
    <w:p>
      <w:r>
        <w:rPr>
          <w:b/>
        </w:rPr>
        <w:t xml:space="preserve">[55:37] </w:t>
      </w:r>
      <w:r>
        <w:t>itna zyada woh khuda ko pa chuka ho</w:t>
      </w:r>
    </w:p>
    <w:p>
      <w:pPr>
        <w:jc w:val="right"/>
      </w:pPr>
      <w:r>
        <w:t>اتنا زیادہ وہ خدا کو پا چکا ہو</w:t>
      </w:r>
    </w:p>
    <w:p>
      <w:r>
        <w:rPr>
          <w:b/>
        </w:rPr>
        <w:t xml:space="preserve">[55:41] </w:t>
      </w:r>
      <w:r>
        <w:t>keh isi mein jeene wala ban jaye woh</w:t>
      </w:r>
    </w:p>
    <w:p>
      <w:pPr>
        <w:jc w:val="right"/>
      </w:pPr>
      <w:r>
        <w:t>کہ اسی میں جینے والا بن جائے وہ</w:t>
      </w:r>
    </w:p>
    <w:p>
      <w:r>
        <w:rPr>
          <w:b/>
        </w:rPr>
        <w:t xml:space="preserve">[55:45] </w:t>
      </w:r>
      <w:r>
        <w:t>isi mein sochna isi mein sona isi mein uthna isi mein raat isi mein din to us ke</w:t>
      </w:r>
    </w:p>
    <w:p>
      <w:pPr>
        <w:jc w:val="right"/>
      </w:pPr>
      <w:r>
        <w:t>اسی میں سوچنا اسی میں سونا اسی میں اٹھنا اسی میں رات اسی میں دن تو اس کے</w:t>
      </w:r>
    </w:p>
    <w:p>
      <w:r>
        <w:rPr>
          <w:b/>
        </w:rPr>
        <w:t xml:space="preserve">[55:52] </w:t>
      </w:r>
      <w:r>
        <w:t>mind par us ke dil par khuda ka aqeedah chhaya hua rahe khuda ka wajood chhaya hua rahe</w:t>
      </w:r>
    </w:p>
    <w:p>
      <w:pPr>
        <w:jc w:val="right"/>
      </w:pPr>
      <w:r>
        <w:t>مائنڈ پر اس کے دل پر خدا کا عقیدہ چھایا ہوا رہے خدا کا وجود چھایا ہوا رہے</w:t>
      </w:r>
    </w:p>
    <w:p>
      <w:r>
        <w:rPr>
          <w:b/>
        </w:rPr>
        <w:t xml:space="preserve">[56:00] </w:t>
      </w:r>
      <w:r>
        <w:t>to us waqt yahi hoga keh woh khuda se kal waqt yaad karega</w:t>
      </w:r>
    </w:p>
    <w:p>
      <w:pPr>
        <w:jc w:val="right"/>
      </w:pPr>
      <w:r>
        <w:t>تو اس وقت یہی ہوگا کہ وہ خدا سے کل وقت یاد کرے گا</w:t>
      </w:r>
    </w:p>
    <w:p>
      <w:r>
        <w:rPr>
          <w:b/>
        </w:rPr>
        <w:t xml:space="preserve">[56:06] </w:t>
      </w:r>
      <w:r>
        <w:t>to ek lafz mein mein yeh keh sakta hoon keh pehli cheez yeh hai keh woh khuda mein</w:t>
      </w:r>
    </w:p>
    <w:p>
      <w:pPr>
        <w:jc w:val="right"/>
      </w:pPr>
      <w:r>
        <w:t>تو ایک لفظ میں میں یہ کہہ سکتا ہوں کہ پہلی چیز یہ ہے کہ وہ خدا میں</w:t>
      </w:r>
    </w:p>
    <w:p>
      <w:r>
        <w:rPr>
          <w:b/>
        </w:rPr>
        <w:t xml:space="preserve">[56:10] </w:t>
      </w:r>
      <w:r>
        <w:t>jeene wala insaan ban jaye</w:t>
      </w:r>
    </w:p>
    <w:p>
      <w:pPr>
        <w:jc w:val="right"/>
      </w:pPr>
      <w:r>
        <w:t>جینے والا انسان بن جائے</w:t>
      </w:r>
    </w:p>
    <w:p>
      <w:r>
        <w:rPr>
          <w:b/>
        </w:rPr>
        <w:t xml:space="preserve">[56:17] </w:t>
      </w:r>
      <w:r>
        <w:t>jis tarah ek maa apne bete mein jeeti hai</w:t>
      </w:r>
    </w:p>
    <w:p>
      <w:pPr>
        <w:jc w:val="right"/>
      </w:pPr>
      <w:r>
        <w:t>جس طرح ایک ماں اپنے بیٹے میں جیتی ہے</w:t>
      </w:r>
    </w:p>
    <w:p>
      <w:r>
        <w:rPr>
          <w:b/>
        </w:rPr>
        <w:t xml:space="preserve">[56:22] </w:t>
      </w:r>
      <w:r>
        <w:t>ek shohar apni biwi mein jeeta hai ek businessman apne business mein jeeta hai</w:t>
      </w:r>
    </w:p>
    <w:p>
      <w:pPr>
        <w:jc w:val="right"/>
      </w:pPr>
      <w:r>
        <w:t>ایک شوہر اپنی بیوی میں جیتا ہے ایک بزنس مین اپنے بزنس میں جیتا ہے</w:t>
      </w:r>
    </w:p>
    <w:p>
      <w:r>
        <w:rPr>
          <w:b/>
        </w:rPr>
        <w:t xml:space="preserve">[56:30] </w:t>
      </w:r>
      <w:r>
        <w:t>isi tarah se khuda uska soul consent ban jaye</w:t>
      </w:r>
    </w:p>
    <w:p>
      <w:pPr>
        <w:jc w:val="right"/>
      </w:pPr>
      <w:r>
        <w:t>اسی طرح سے خدا اس کا سول کنسنٹ بن جائے</w:t>
      </w:r>
    </w:p>
    <w:p>
      <w:r>
        <w:rPr>
          <w:b/>
        </w:rPr>
        <w:t xml:space="preserve">[56:36] </w:t>
      </w:r>
      <w:r>
        <w:t>itna zyada us ke upar khuda ki yaad chha jaye keh woh khuda mein jeene wala insaan ban</w:t>
      </w:r>
    </w:p>
    <w:p>
      <w:pPr>
        <w:jc w:val="right"/>
      </w:pPr>
      <w:r>
        <w:t>اتنا زیادہ اس کے اوپر خدا کی یاد چھا جائے کہ وہ خدا میں جینے والا انسان بن</w:t>
      </w:r>
    </w:p>
    <w:p>
      <w:r>
        <w:rPr>
          <w:b/>
        </w:rPr>
        <w:t xml:space="preserve">[56:42] </w:t>
      </w:r>
      <w:r>
        <w:t>jaye doosri cheez jo hai woh hai</w:t>
      </w:r>
    </w:p>
    <w:p>
      <w:pPr>
        <w:jc w:val="right"/>
      </w:pPr>
      <w:r>
        <w:t>جائے دوسری چیز جو ہے وہ ہے</w:t>
      </w:r>
    </w:p>
    <w:p>
      <w:r>
        <w:rPr>
          <w:b/>
        </w:rPr>
        <w:t xml:space="preserve">[56:49] </w:t>
      </w:r>
      <w:r>
        <w:t>muhasabah yaani introspection</w:t>
      </w:r>
    </w:p>
    <w:p>
      <w:pPr>
        <w:jc w:val="right"/>
      </w:pPr>
      <w:r>
        <w:t>محاسبہ یعنی انٹراسپیکشن</w:t>
      </w:r>
    </w:p>
    <w:p>
      <w:r>
        <w:rPr>
          <w:b/>
        </w:rPr>
        <w:t xml:space="preserve">[56:54] </w:t>
      </w:r>
      <w:r>
        <w:t>yeh kya hai apne aap ko sochte rehna apni galtiyon ko dhoondhte rehna apna jaiza lete rehna apne</w:t>
      </w:r>
    </w:p>
    <w:p>
      <w:pPr>
        <w:jc w:val="right"/>
      </w:pPr>
      <w:r>
        <w:t>یہ کیا ہے اپنے اپ کو سوچتے رہنا اپنی غلطیوں کو ڈھونڈتے رہنا اپنا جائزہ لیتے رہنا اپنے</w:t>
      </w:r>
    </w:p>
    <w:p>
      <w:r>
        <w:rPr>
          <w:b/>
        </w:rPr>
        <w:t xml:space="preserve">[57:04] </w:t>
      </w:r>
      <w:r>
        <w:t>aap ko revise karte rehna</w:t>
      </w:r>
    </w:p>
    <w:p>
      <w:pPr>
        <w:jc w:val="right"/>
      </w:pPr>
      <w:r>
        <w:t>اپ کو ریوائز کرتے رہنا</w:t>
      </w:r>
    </w:p>
    <w:p>
      <w:r>
        <w:rPr>
          <w:b/>
        </w:rPr>
        <w:t xml:space="preserve">[57:07] </w:t>
      </w:r>
      <w:r>
        <w:t>apne aap ko reassess karte rehna</w:t>
      </w:r>
    </w:p>
    <w:p>
      <w:pPr>
        <w:jc w:val="right"/>
      </w:pPr>
      <w:r>
        <w:t>اپنے اپ کو ری اسیس کرتے رہنا</w:t>
      </w:r>
    </w:p>
    <w:p>
      <w:r>
        <w:rPr>
          <w:b/>
        </w:rPr>
        <w:t xml:space="preserve">[57:11] </w:t>
      </w:r>
      <w:r>
        <w:t>har subah shaam</w:t>
      </w:r>
    </w:p>
    <w:p>
      <w:pPr>
        <w:jc w:val="right"/>
      </w:pPr>
      <w:r>
        <w:t>ہر صبح شام</w:t>
      </w:r>
    </w:p>
    <w:p>
      <w:r>
        <w:rPr>
          <w:b/>
        </w:rPr>
        <w:t xml:space="preserve">[57:13] </w:t>
      </w:r>
      <w:r>
        <w:t>apne aap ka</w:t>
      </w:r>
    </w:p>
    <w:p>
      <w:pPr>
        <w:jc w:val="right"/>
      </w:pPr>
      <w:r>
        <w:t>اپنے اپ کا</w:t>
      </w:r>
    </w:p>
    <w:p>
      <w:r>
        <w:rPr>
          <w:b/>
        </w:rPr>
        <w:t xml:space="preserve">[57:17] </w:t>
      </w:r>
      <w:r>
        <w:t>apne aap ko janchte rehna</w:t>
      </w:r>
    </w:p>
    <w:p>
      <w:pPr>
        <w:jc w:val="right"/>
      </w:pPr>
      <w:r>
        <w:t>اپنے اپ کو جانچتے رہنا</w:t>
      </w:r>
    </w:p>
    <w:p>
      <w:r>
        <w:rPr>
          <w:b/>
        </w:rPr>
        <w:t xml:space="preserve">[57:20] </w:t>
      </w:r>
      <w:r>
        <w:t>yeh us ko kehte hain introspection</w:t>
      </w:r>
    </w:p>
    <w:p>
      <w:pPr>
        <w:jc w:val="right"/>
      </w:pPr>
      <w:r>
        <w:t>یہ اس کو کہتے ہیں انٹراسپیکشن</w:t>
      </w:r>
    </w:p>
    <w:p>
      <w:r>
        <w:rPr>
          <w:b/>
        </w:rPr>
        <w:t xml:space="preserve">[57:23] </w:t>
      </w:r>
      <w:r>
        <w:t>ya muhasabah to jab aadmi sachai ko pa le aur khuda ko daryaft kar le</w:t>
      </w:r>
    </w:p>
    <w:p>
      <w:pPr>
        <w:jc w:val="right"/>
      </w:pPr>
      <w:r>
        <w:t>یا محاسبہ تو جب ادمی سچائی کو پا لے اور خدا کو دریافت کر لے</w:t>
      </w:r>
    </w:p>
    <w:p>
      <w:r>
        <w:rPr>
          <w:b/>
        </w:rPr>
        <w:t xml:space="preserve">[57:33] </w:t>
      </w:r>
      <w:r>
        <w:t>aur sach much woh khud yeh jaan le keh khuda all powerful hai aur woh khuda ke</w:t>
      </w:r>
    </w:p>
    <w:p>
      <w:pPr>
        <w:jc w:val="right"/>
      </w:pPr>
      <w:r>
        <w:t>اور سچ مچ وہ خود یہ جان لے کہ خدا ال پاور فل ہے اور وہ خدا کے</w:t>
      </w:r>
    </w:p>
    <w:p>
      <w:r>
        <w:rPr>
          <w:b/>
        </w:rPr>
        <w:t xml:space="preserve">[57:39] </w:t>
      </w:r>
      <w:r>
        <w:t>samne responsible hai day of judgment ko khuda ke samne peshi hogi us ki us waqt ya to</w:t>
      </w:r>
    </w:p>
    <w:p>
      <w:pPr>
        <w:jc w:val="right"/>
      </w:pPr>
      <w:r>
        <w:t>سامنے رسپانسبل ہے ڈے اف ججمنٹ کو خدا کے سامنے پیشی ہوگی اس کی اس وقت یا تو</w:t>
      </w:r>
    </w:p>
    <w:p>
      <w:r>
        <w:rPr>
          <w:b/>
        </w:rPr>
        <w:t xml:space="preserve">[57:46] </w:t>
      </w:r>
      <w:r>
        <w:t>hell hoga ya ya paradise hogi yeh sab baatein jab us ke dimagh par chha jayen to phir</w:t>
      </w:r>
    </w:p>
    <w:p>
      <w:pPr>
        <w:jc w:val="right"/>
      </w:pPr>
      <w:r>
        <w:t>ہل ہوگا یا یا پیراڈائز ہوگی یہ سب باتیں جب اس کے دماغ پر چھا جائیں تو پھر</w:t>
      </w:r>
    </w:p>
    <w:p>
      <w:r>
        <w:rPr>
          <w:b/>
        </w:rPr>
        <w:t xml:space="preserve">[57:53] </w:t>
      </w:r>
      <w:r>
        <w:t>yeh hoga keh apne aap bare mein sochta rahega</w:t>
      </w:r>
    </w:p>
    <w:p>
      <w:pPr>
        <w:jc w:val="right"/>
      </w:pPr>
      <w:r>
        <w:t>یہ ہوگا کہ اپنے اپ بارے میں سوچتا رہے گا</w:t>
      </w:r>
    </w:p>
    <w:p>
      <w:r>
        <w:rPr>
          <w:b/>
        </w:rPr>
        <w:t xml:space="preserve">[57:59] </w:t>
      </w:r>
      <w:r>
        <w:t>introspection aa jayega us ke andar</w:t>
      </w:r>
    </w:p>
    <w:p>
      <w:pPr>
        <w:jc w:val="right"/>
      </w:pPr>
      <w:r>
        <w:t>انٹراسپیکشن ا جائے گا اس کے اندر</w:t>
      </w:r>
    </w:p>
    <w:p>
      <w:r>
        <w:rPr>
          <w:b/>
        </w:rPr>
        <w:t xml:space="preserve">[58:02] </w:t>
      </w:r>
      <w:r>
        <w:t>apna acha bura har waqt us ke apne achhe aur bure par har waqt woh sochta rahega</w:t>
      </w:r>
    </w:p>
    <w:p>
      <w:pPr>
        <w:jc w:val="right"/>
      </w:pPr>
      <w:r>
        <w:t>اپنا اچھا برا ہر وقت اس کے اپنے اچھے اور برے پر ہر وقت وہ سوچتا رہے گا</w:t>
      </w:r>
    </w:p>
    <w:p>
      <w:r>
        <w:rPr>
          <w:b/>
        </w:rPr>
        <w:t xml:space="preserve">[58:09] </w:t>
      </w:r>
      <w:r>
        <w:t>apne anjam ko apne future ko apne presence apne apne past ko present ko future ko har waqt</w:t>
      </w:r>
    </w:p>
    <w:p>
      <w:pPr>
        <w:jc w:val="right"/>
      </w:pPr>
      <w:r>
        <w:t>اپنے انجام کو اپنے فیوچر کو اپنے پریزنس اپنے اپنے پاسٹ کو پریزنٹ کو فیوچر کو ہر وقت</w:t>
      </w:r>
    </w:p>
    <w:p>
      <w:r>
        <w:rPr>
          <w:b/>
        </w:rPr>
        <w:t xml:space="preserve">[58:17] </w:t>
      </w:r>
      <w:r>
        <w:t>woh sochta rahega</w:t>
      </w:r>
    </w:p>
    <w:p>
      <w:pPr>
        <w:jc w:val="right"/>
      </w:pPr>
      <w:r>
        <w:t>وہ سوچتا رہے گا</w:t>
      </w:r>
    </w:p>
    <w:p>
      <w:r>
        <w:rPr>
          <w:b/>
        </w:rPr>
        <w:t xml:space="preserve">[58:20] </w:t>
      </w:r>
      <w:r>
        <w:t>ke main kya kar raha hoon mujhe kya karna chahiye</w:t>
      </w:r>
    </w:p>
    <w:p>
      <w:pPr>
        <w:jc w:val="right"/>
      </w:pPr>
      <w:r>
        <w:t>کہ میں کیا کر رہا ہوں مجھے کیا کرنا چاہیے</w:t>
      </w:r>
    </w:p>
    <w:p>
      <w:r>
        <w:rPr>
          <w:b/>
        </w:rPr>
        <w:t xml:space="preserve">[58:24] </w:t>
      </w:r>
      <w:r>
        <w:t>maut se pehle main kya karoon ke maut ke baad meri zindagi</w:t>
      </w:r>
    </w:p>
    <w:p>
      <w:pPr>
        <w:jc w:val="right"/>
      </w:pPr>
      <w:r>
        <w:t>موت سے پہلے میں کیا کروں کہ موت کے بعد میری زندگی</w:t>
      </w:r>
    </w:p>
    <w:p>
      <w:r>
        <w:rPr>
          <w:b/>
        </w:rPr>
        <w:t xml:space="preserve">[58:29] </w:t>
      </w:r>
      <w:r>
        <w:t>safar ho mujhe paradise mile khuda mujh se khush ho yeh sab cheezon ka naam hai introspection</w:t>
      </w:r>
    </w:p>
    <w:p>
      <w:pPr>
        <w:jc w:val="right"/>
      </w:pPr>
      <w:r>
        <w:t>سفر ہو مجھے پیراڈائز ملے خدا مجھ سے خوش ہو یہ سب چیزوں کا نام ہے انٹراسپیکشن</w:t>
      </w:r>
    </w:p>
    <w:p>
      <w:r>
        <w:rPr>
          <w:b/>
        </w:rPr>
        <w:t xml:space="preserve">[58:36] </w:t>
      </w:r>
      <w:r>
        <w:t>toh yeh fitri taur par natural taur par aadmi ki zindagi mein shamil ho jata hai yeh koi</w:t>
      </w:r>
    </w:p>
    <w:p>
      <w:pPr>
        <w:jc w:val="right"/>
      </w:pPr>
      <w:r>
        <w:t>تو یہ فطری طور پر نیچرل طور پر ادمی کی زندگی میں شامل ہو جاتا ہے یہ کوئی</w:t>
      </w:r>
    </w:p>
    <w:p>
      <w:r>
        <w:rPr>
          <w:b/>
        </w:rPr>
        <w:t xml:space="preserve">[58:43] </w:t>
      </w:r>
      <w:r>
        <w:t>impose karne ki baat nahi hai yeh khuda ki discovery ka ek phenomenon hai</w:t>
      </w:r>
    </w:p>
    <w:p>
      <w:pPr>
        <w:jc w:val="right"/>
      </w:pPr>
      <w:r>
        <w:t>امپوز کرنے کی بات نہیں ہے یہ خدا کی ڈسکوری کا ایک فیناومینا ہے</w:t>
      </w:r>
    </w:p>
    <w:p>
      <w:r>
        <w:rPr>
          <w:b/>
        </w:rPr>
        <w:t xml:space="preserve">[58:52] </w:t>
      </w:r>
      <w:r>
        <w:t>jo aadmi khuda ko discover kar le sach much jisko khuda ka realization ho jaye sach much</w:t>
      </w:r>
    </w:p>
    <w:p>
      <w:pPr>
        <w:jc w:val="right"/>
      </w:pPr>
      <w:r>
        <w:t>جو ادمی خدا کو ڈسکور کر لے سچ مچ جس کو خدا کا ریلائزیشن ہو جائے سچ مچ</w:t>
      </w:r>
    </w:p>
    <w:p>
      <w:r>
        <w:rPr>
          <w:b/>
        </w:rPr>
        <w:t xml:space="preserve">[58:59] </w:t>
      </w:r>
      <w:r>
        <w:t>toh uski zindagi mein lazman introspection bhi aayega</w:t>
      </w:r>
    </w:p>
    <w:p>
      <w:pPr>
        <w:jc w:val="right"/>
      </w:pPr>
      <w:r>
        <w:t>تو اس کی زندگی میں لازما انٹراسپیکشن بھی ائے گا</w:t>
      </w:r>
    </w:p>
    <w:p>
      <w:r>
        <w:rPr>
          <w:b/>
        </w:rPr>
        <w:t xml:space="preserve">[59:04] </w:t>
      </w:r>
      <w:r>
        <w:t>jo zindagi ki</w:t>
      </w:r>
    </w:p>
    <w:p>
      <w:pPr>
        <w:jc w:val="right"/>
      </w:pPr>
      <w:r>
        <w:t>جو زندگی کی</w:t>
      </w:r>
    </w:p>
    <w:p>
      <w:r>
        <w:rPr>
          <w:b/>
        </w:rPr>
        <w:t xml:space="preserve">[59:07] </w:t>
      </w:r>
      <w:r>
        <w:t>haqiqat ko jaan le ke maut bahar layegi marne ke baad</w:t>
      </w:r>
    </w:p>
    <w:p>
      <w:pPr>
        <w:jc w:val="right"/>
      </w:pPr>
      <w:r>
        <w:t>حقیقت کو جان لے کہ موت باہر لائے گی مرنے کے بعد</w:t>
      </w:r>
    </w:p>
    <w:p>
      <w:r>
        <w:rPr>
          <w:b/>
        </w:rPr>
        <w:t xml:space="preserve">[59:14] </w:t>
      </w:r>
      <w:r>
        <w:t>mera khatma nahi ho jayega marne ke baad mujhe khuda ke samne hazir hona hai in sab</w:t>
      </w:r>
    </w:p>
    <w:p>
      <w:pPr>
        <w:jc w:val="right"/>
      </w:pPr>
      <w:r>
        <w:t>میرا خاتمہ نہیں ہو جائے گا مرنے کے بعد مجھے خدا کے سامنے حاضر ہونا ہے ان سب</w:t>
      </w:r>
    </w:p>
    <w:p>
      <w:r>
        <w:rPr>
          <w:b/>
        </w:rPr>
        <w:t xml:space="preserve">[59:18] </w:t>
      </w:r>
      <w:r>
        <w:t>baaton ko jo jaan le toh uska uska yahi nateeja hi niklega ke uski</w:t>
      </w:r>
    </w:p>
    <w:p>
      <w:pPr>
        <w:jc w:val="right"/>
      </w:pPr>
      <w:r>
        <w:t>باتوں کو جو جان لے تو اس کا اس کا یہی نتیجہ ہی نکلے گا کہ اس کی</w:t>
      </w:r>
    </w:p>
    <w:p>
      <w:r>
        <w:rPr>
          <w:b/>
        </w:rPr>
        <w:t xml:space="preserve">[59:23] </w:t>
      </w:r>
      <w:r>
        <w:t>zindagi mein introspection</w:t>
      </w:r>
    </w:p>
    <w:p>
      <w:pPr>
        <w:jc w:val="right"/>
      </w:pPr>
      <w:r>
        <w:t>زندگی میں انٹراسپیکشن</w:t>
      </w:r>
    </w:p>
    <w:p>
      <w:r>
        <w:rPr>
          <w:b/>
        </w:rPr>
        <w:t xml:space="preserve">[59:26] </w:t>
      </w:r>
      <w:r>
        <w:t>shamil ho jaye</w:t>
      </w:r>
    </w:p>
    <w:p>
      <w:pPr>
        <w:jc w:val="right"/>
      </w:pPr>
      <w:r>
        <w:t>شامل ہو جائے</w:t>
      </w:r>
    </w:p>
    <w:p>
      <w:r>
        <w:rPr>
          <w:b/>
        </w:rPr>
        <w:t xml:space="preserve">[59:30] </w:t>
      </w:r>
      <w:r>
        <w:t>yeh doosri cheez hui teesri cheez hai atafakkur fiha fi sabilillah yeh jo duniya hamare aas paas</w:t>
      </w:r>
    </w:p>
    <w:p>
      <w:pPr>
        <w:jc w:val="right"/>
      </w:pPr>
      <w:r>
        <w:t>یہ دوسری چیز ہوئی تیسری چیز ہے اتفکر فیہا فی سبیل اللہ یہ جو دنیا ہمارے اس پاس</w:t>
      </w:r>
    </w:p>
    <w:p>
      <w:r>
        <w:rPr>
          <w:b/>
        </w:rPr>
        <w:t xml:space="preserve">[59:37] </w:t>
      </w:r>
      <w:r>
        <w:t>hai yeh nature yeh zameen o asman</w:t>
      </w:r>
    </w:p>
    <w:p>
      <w:pPr>
        <w:jc w:val="right"/>
      </w:pPr>
      <w:r>
        <w:t>ہے یہ نیچر یہ زمین و اسمان</w:t>
      </w:r>
    </w:p>
    <w:p>
      <w:r>
        <w:rPr>
          <w:b/>
        </w:rPr>
        <w:t xml:space="preserve">[59:41] </w:t>
      </w:r>
      <w:r>
        <w:t>yeh khudai karigari khuda ke creation ke namune yeh jo hamare samne hain is par sochte rehna</w:t>
      </w:r>
    </w:p>
    <w:p>
      <w:pPr>
        <w:jc w:val="right"/>
      </w:pPr>
      <w:r>
        <w:t>یہ خدائی کاریگری خدا کے کریشن کے نمونے یہ جو ہمارے سامنے ہیں اس پر سوچتے رہنا</w:t>
      </w:r>
    </w:p>
    <w:p>
      <w:r>
        <w:rPr>
          <w:b/>
        </w:rPr>
        <w:t xml:space="preserve">[59:49] </w:t>
      </w:r>
      <w:r>
        <w:t>yani creation mein khalique ko paate rehna</w:t>
      </w:r>
    </w:p>
    <w:p>
      <w:pPr>
        <w:jc w:val="right"/>
      </w:pPr>
      <w:r>
        <w:t>یعنی کریشن میں خالق کو پاتے رہنا</w:t>
      </w:r>
    </w:p>
    <w:p>
      <w:r>
        <w:rPr>
          <w:b/>
        </w:rPr>
        <w:t xml:space="preserve">[59:53] </w:t>
      </w:r>
      <w:r>
        <w:t>creation mein creator ki jhalak dekhte rehna</w:t>
      </w:r>
    </w:p>
    <w:p>
      <w:pPr>
        <w:jc w:val="right"/>
      </w:pPr>
      <w:r>
        <w:t>کریشن میں کریٹر کی جھلک دیکھتے رہنا</w:t>
      </w:r>
    </w:p>
    <w:p>
      <w:r>
        <w:rPr>
          <w:b/>
        </w:rPr>
        <w:t xml:space="preserve">[59:58] </w:t>
      </w:r>
      <w:r>
        <w:t>yeh hai matlab iska toh jab aadmi sach much paale sachai ko woh discover kar le sachai</w:t>
      </w:r>
    </w:p>
    <w:p>
      <w:pPr>
        <w:jc w:val="right"/>
      </w:pPr>
      <w:r>
        <w:t>یہ ہے مطلب اس کا تو جب ادمی سچ مچ پالے سچائی کو وہ ڈسکور کر لے سچائی</w:t>
      </w:r>
    </w:p>
    <w:p>
      <w:r>
        <w:rPr>
          <w:b/>
        </w:rPr>
        <w:t xml:space="preserve">[1:00:08] </w:t>
      </w:r>
      <w:r>
        <w:t>ko toh yahi hota hai uska haal</w:t>
      </w:r>
    </w:p>
    <w:p>
      <w:pPr>
        <w:jc w:val="right"/>
      </w:pPr>
      <w:r>
        <w:t>کو تو یہی ہوتا ہے اس کا حال</w:t>
      </w:r>
    </w:p>
    <w:p>
      <w:r>
        <w:rPr>
          <w:b/>
        </w:rPr>
        <w:t xml:space="preserve">[1:00:11] </w:t>
      </w:r>
      <w:r>
        <w:t>har cheez mein usko jhalak nazar aati hai khalique ki khuda ki Allah ki</w:t>
      </w:r>
    </w:p>
    <w:p>
      <w:pPr>
        <w:jc w:val="right"/>
      </w:pPr>
      <w:r>
        <w:t>ہر چیز میں اس کو جھلک نظر اتی ہے خالق کی خدا کی اللہ کی</w:t>
      </w:r>
    </w:p>
    <w:p>
      <w:r>
        <w:rPr>
          <w:b/>
        </w:rPr>
        <w:t xml:space="preserve">[1:00:18] </w:t>
      </w:r>
      <w:r>
        <w:t>woh darya ki rawani dekh raha ho pahadon ki bulandi ko dekh raha ho suraj ki chamak dekh</w:t>
      </w:r>
    </w:p>
    <w:p>
      <w:pPr>
        <w:jc w:val="right"/>
      </w:pPr>
      <w:r>
        <w:t>وہ دریا کی روانی دیکھ رہا ہو پہاڑوں کی بلندی کو دیکھ رہا ہو سورج کی چمک دیکھ</w:t>
      </w:r>
    </w:p>
    <w:p>
      <w:r>
        <w:rPr>
          <w:b/>
        </w:rPr>
        <w:t xml:space="preserve">[1:00:22] </w:t>
      </w:r>
      <w:r>
        <w:t>raha ho pedon ke se chalne se us ki hawaein us ke aa rahi hon us ke us</w:t>
      </w:r>
    </w:p>
    <w:p>
      <w:pPr>
        <w:jc w:val="right"/>
      </w:pPr>
      <w:r>
        <w:t>رہا ہو پیڑوں کے سے چلنے سے اس کی ہوائیں اس کے ا رہی ہوں اس کے اس</w:t>
      </w:r>
    </w:p>
    <w:p>
      <w:r>
        <w:rPr>
          <w:b/>
        </w:rPr>
        <w:t xml:space="preserve">[1:00:29] </w:t>
      </w:r>
      <w:r>
        <w:t>ko touch kar rahi hon us ko dekh raha ho kuch bhi dekh raha ho</w:t>
      </w:r>
    </w:p>
    <w:p>
      <w:pPr>
        <w:jc w:val="right"/>
      </w:pPr>
      <w:r>
        <w:t>کو ٹچ کر رہی ہوں اس کو دیکھ رہا ہو کچھ بھی دیکھ رہا ہو</w:t>
      </w:r>
    </w:p>
    <w:p>
      <w:r>
        <w:rPr>
          <w:b/>
        </w:rPr>
        <w:t xml:space="preserve">[1:00:34] </w:t>
      </w:r>
      <w:r>
        <w:t>to us mein wo khuda ka manzar dikhai parta hai us ko</w:t>
      </w:r>
    </w:p>
    <w:p>
      <w:pPr>
        <w:jc w:val="right"/>
      </w:pPr>
      <w:r>
        <w:t>تو اس میں وہ خدا کا منظر دکھائی پڑتا ہے اس کو</w:t>
      </w:r>
    </w:p>
    <w:p>
      <w:r>
        <w:rPr>
          <w:b/>
        </w:rPr>
        <w:t xml:space="preserve">[1:00:41] </w:t>
      </w:r>
      <w:r>
        <w:t>abhi chand din hue mein gaya yahan par lodi garden mein jab mein wahan pohancha to achaanak mere</w:t>
      </w:r>
    </w:p>
    <w:p>
      <w:pPr>
        <w:jc w:val="right"/>
      </w:pPr>
      <w:r>
        <w:t>ابھی چند دن ہوئے میں گیا یہاں پر لودی گارڈن میں جب میں وہاں پہنچا تو اچانک میرے</w:t>
      </w:r>
    </w:p>
    <w:p>
      <w:r>
        <w:rPr>
          <w:b/>
        </w:rPr>
        <w:t xml:space="preserve">[1:00:49] </w:t>
      </w:r>
      <w:r>
        <w:t>dil mein ehsaas aya ke</w:t>
      </w:r>
    </w:p>
    <w:p>
      <w:pPr>
        <w:jc w:val="right"/>
      </w:pPr>
      <w:r>
        <w:t>دل میں احساس ایا کہ</w:t>
      </w:r>
    </w:p>
    <w:p>
      <w:r>
        <w:rPr>
          <w:b/>
        </w:rPr>
        <w:t xml:space="preserve">[1:00:52] </w:t>
      </w:r>
      <w:r>
        <w:t>yeh bohat acha laga dekhne mein lodi garden</w:t>
      </w:r>
    </w:p>
    <w:p>
      <w:pPr>
        <w:jc w:val="right"/>
      </w:pPr>
      <w:r>
        <w:t>یہ بہت اچھا لگا دیکھنے میں لودی گارڈن</w:t>
      </w:r>
    </w:p>
    <w:p>
      <w:r>
        <w:rPr>
          <w:b/>
        </w:rPr>
        <w:t xml:space="preserve">[1:00:57] </w:t>
      </w:r>
      <w:r>
        <w:t>to mere dil mein yeh ehsaas paida hua ke yeh</w:t>
      </w:r>
    </w:p>
    <w:p>
      <w:pPr>
        <w:jc w:val="right"/>
      </w:pPr>
      <w:r>
        <w:t>تو میرے دل میں یہ احساس پیدا ہوا کہ یہ</w:t>
      </w:r>
    </w:p>
    <w:p>
      <w:r>
        <w:rPr>
          <w:b/>
        </w:rPr>
        <w:t xml:space="preserve">[1:01:03] </w:t>
      </w:r>
      <w:r>
        <w:t>کہ it is glimpse of paradise from distance</w:t>
      </w:r>
    </w:p>
    <w:p>
      <w:pPr>
        <w:jc w:val="right"/>
      </w:pPr>
      <w:r>
        <w:t>کہ اٹ از گلپس اف پیراڈائز فرام ڈسٹنس</w:t>
      </w:r>
    </w:p>
    <w:p>
      <w:r>
        <w:rPr>
          <w:b/>
        </w:rPr>
        <w:t xml:space="preserve">[1:01:09] </w:t>
      </w:r>
      <w:r>
        <w:t>ke yeh door se yeh jannat ki jhalak hai</w:t>
      </w:r>
    </w:p>
    <w:p>
      <w:pPr>
        <w:jc w:val="right"/>
      </w:pPr>
      <w:r>
        <w:t>کہ یہ دور سے یہ جنت کی جھلک ہے</w:t>
      </w:r>
    </w:p>
    <w:p>
      <w:r>
        <w:rPr>
          <w:b/>
        </w:rPr>
        <w:t xml:space="preserve">[1:01:13] </w:t>
      </w:r>
      <w:r>
        <w:t>Glimpses of Paradise from a Distance</w:t>
      </w:r>
    </w:p>
    <w:p>
      <w:pPr>
        <w:jc w:val="right"/>
      </w:pPr>
      <w:r>
        <w:t>گلپس اف پیراڈائز فرام ڈسٹنس</w:t>
      </w:r>
    </w:p>
    <w:p>
      <w:r>
        <w:rPr>
          <w:b/>
        </w:rPr>
        <w:t xml:space="preserve">[1:01:17] </w:t>
      </w:r>
      <w:r>
        <w:t>to lodi garden ki beauty mein mujhe paradise ki booti dikhai pad gayi</w:t>
      </w:r>
    </w:p>
    <w:p>
      <w:pPr>
        <w:jc w:val="right"/>
      </w:pPr>
      <w:r>
        <w:t>تو لودی گارڈن کی بیوٹی میں مجھے پیراڈائز کی بوٹی دکھائی پڑ گئی</w:t>
      </w:r>
    </w:p>
    <w:p>
      <w:r>
        <w:rPr>
          <w:b/>
        </w:rPr>
        <w:t xml:space="preserve">[1:01:25] </w:t>
      </w:r>
      <w:r>
        <w:t>yeh hai tafakkur fiha fi sabil Allah</w:t>
      </w:r>
    </w:p>
    <w:p>
      <w:pPr>
        <w:jc w:val="right"/>
      </w:pPr>
      <w:r>
        <w:t>یہ ہے تفکر فیہا فی سبیل اللہ</w:t>
      </w:r>
    </w:p>
    <w:p>
      <w:r>
        <w:rPr>
          <w:b/>
        </w:rPr>
        <w:t xml:space="preserve">[1:01:31] </w:t>
      </w:r>
      <w:r>
        <w:t>to aadmi barabar sochta rehta hai aur khuda ko</w:t>
      </w:r>
    </w:p>
    <w:p>
      <w:pPr>
        <w:jc w:val="right"/>
      </w:pPr>
      <w:r>
        <w:t>تو ادمی برابر سوچتا رہتا ہے اور خدا کو</w:t>
      </w:r>
    </w:p>
    <w:p>
      <w:r>
        <w:rPr>
          <w:b/>
        </w:rPr>
        <w:t xml:space="preserve">[1:01:38] </w:t>
      </w:r>
      <w:r>
        <w:t>bar bar discover karta rehta hai khuda ke bare mein apne yaqeen ko barhata rehta hai</w:t>
      </w:r>
    </w:p>
    <w:p>
      <w:pPr>
        <w:jc w:val="right"/>
      </w:pPr>
      <w:r>
        <w:t>بار بار ڈسکور کرتا رہتا ہے خدا کے بارے میں اپنے یقین کو بڑھاتا رہتا ہے</w:t>
      </w:r>
    </w:p>
    <w:p>
      <w:r>
        <w:rPr>
          <w:b/>
        </w:rPr>
        <w:t xml:space="preserve">[1:01:45] </w:t>
      </w:r>
      <w:r>
        <w:t>jannat ke bare mein is ka shauq mein izafa karta rehta hai yeh sab hota rehta hai yahi</w:t>
      </w:r>
    </w:p>
    <w:p>
      <w:pPr>
        <w:jc w:val="right"/>
      </w:pPr>
      <w:r>
        <w:t>جنت کے بارے میں اس کا شوق میں اضافہ کرتا رہتا ہے یہ سب ہوتا رہتا ہے یہی</w:t>
      </w:r>
    </w:p>
    <w:p>
      <w:r>
        <w:rPr>
          <w:b/>
        </w:rPr>
        <w:t xml:space="preserve">[1:01:51] </w:t>
      </w:r>
      <w:r>
        <w:t>hai tafakkur fiha fi sabil Allah</w:t>
      </w:r>
    </w:p>
    <w:p>
      <w:pPr>
        <w:jc w:val="right"/>
      </w:pPr>
      <w:r>
        <w:t>ہے تفکر فیہا فی سبیل اللہ</w:t>
      </w:r>
    </w:p>
    <w:p>
      <w:r>
        <w:rPr>
          <w:b/>
        </w:rPr>
        <w:t xml:space="preserve">[1:01:55] </w:t>
      </w:r>
      <w:r>
        <w:t>yeh teen cheez hui chauthi cheez yani one fourth kya hai ke aap apni zindagi ki zarooriyat ke</w:t>
      </w:r>
    </w:p>
    <w:p>
      <w:pPr>
        <w:jc w:val="right"/>
      </w:pPr>
      <w:r>
        <w:t>یہ تین چیز ہوئی چوتھی چیز یعنی ون فورتھ کیا ہے کہ اپ اپنی زندگی کی ضروریات کے</w:t>
      </w:r>
    </w:p>
    <w:p>
      <w:r>
        <w:rPr>
          <w:b/>
        </w:rPr>
        <w:t xml:space="preserve">[1:02:03] </w:t>
      </w:r>
      <w:r>
        <w:t>liye kaam karen yeh one fourth hai kal nahi hai yeh</w:t>
      </w:r>
    </w:p>
    <w:p>
      <w:pPr>
        <w:jc w:val="right"/>
      </w:pPr>
      <w:r>
        <w:t>لیے کام کریں یہ ون فورتھ ہے کل نہیں ہے یہ</w:t>
      </w:r>
    </w:p>
    <w:p>
      <w:r>
        <w:rPr>
          <w:b/>
        </w:rPr>
        <w:t xml:space="preserve">[1:02:10] </w:t>
      </w:r>
      <w:r>
        <w:t>agar aap apni poori zindagi ko sirf khane kamane mein laga den to wo hai animal life hai</w:t>
      </w:r>
    </w:p>
    <w:p>
      <w:pPr>
        <w:jc w:val="right"/>
      </w:pPr>
      <w:r>
        <w:t>اگر اپ اپنی پوری زندگی کو صرف کھانے کمانے میں لگا دیں تو وہ ہے اینیمل لائف ہے</w:t>
      </w:r>
    </w:p>
    <w:p>
      <w:r>
        <w:rPr>
          <w:b/>
        </w:rPr>
        <w:t xml:space="preserve">[1:02:17] </w:t>
      </w:r>
      <w:r>
        <w:t>animal level par jeena hai animal bhi to yeh karta hai subah se shaam tak</w:t>
      </w:r>
    </w:p>
    <w:p>
      <w:pPr>
        <w:jc w:val="right"/>
      </w:pPr>
      <w:r>
        <w:t>اینیمل لیول پر جینا ہے اینیمل بھی تو یہ کرتا ہے صبح سے شام تک</w:t>
      </w:r>
    </w:p>
    <w:p>
      <w:r>
        <w:rPr>
          <w:b/>
        </w:rPr>
        <w:t xml:space="preserve">[1:02:23] </w:t>
      </w:r>
      <w:r>
        <w:t>ghaas charta hai</w:t>
      </w:r>
    </w:p>
    <w:p>
      <w:pPr>
        <w:jc w:val="right"/>
      </w:pPr>
      <w:r>
        <w:t>گھاس چرتا ہے</w:t>
      </w:r>
    </w:p>
    <w:p>
      <w:r>
        <w:rPr>
          <w:b/>
        </w:rPr>
        <w:t xml:space="preserve">[1:02:26] </w:t>
      </w:r>
      <w:r>
        <w:t>charay ki talash mein daurta hai idhar udhar</w:t>
      </w:r>
    </w:p>
    <w:p>
      <w:pPr>
        <w:jc w:val="right"/>
      </w:pPr>
      <w:r>
        <w:t>چارے کی تلاش میں دوڑتا ہے ادھر ادھر</w:t>
      </w:r>
    </w:p>
    <w:p>
      <w:r>
        <w:rPr>
          <w:b/>
        </w:rPr>
        <w:t xml:space="preserve">[1:02:31] </w:t>
      </w:r>
      <w:r>
        <w:t>animal ko aap dekhiye janglat mein sare animal jo hain janglat mein wo sab subah se shaam tak</w:t>
      </w:r>
    </w:p>
    <w:p>
      <w:pPr>
        <w:jc w:val="right"/>
      </w:pPr>
      <w:r>
        <w:t>اینیمل کو اپ دیکھیے جنگل میں سارے اینیمل جو ہیں جنگل میں وہ سب صبح سے شام تک</w:t>
      </w:r>
    </w:p>
    <w:p>
      <w:r>
        <w:rPr>
          <w:b/>
        </w:rPr>
        <w:t xml:space="preserve">[1:02:35] </w:t>
      </w:r>
      <w:r>
        <w:t>kya karte hain apne charay ki talash mein daurte rehte hain kuch mil jaye is se wo apna</w:t>
      </w:r>
    </w:p>
    <w:p>
      <w:pPr>
        <w:jc w:val="right"/>
      </w:pPr>
      <w:r>
        <w:t>کیا کرتے ہیں اپنے چارے کی تلاش میں دوڑتے رہتے ہیں کچھ مل جائے اس سے وہ اپنا</w:t>
      </w:r>
    </w:p>
    <w:p>
      <w:r>
        <w:rPr>
          <w:b/>
        </w:rPr>
        <w:t xml:space="preserve">[1:02:41] </w:t>
      </w:r>
      <w:r>
        <w:t>pet bhar le</w:t>
      </w:r>
    </w:p>
    <w:p>
      <w:pPr>
        <w:jc w:val="right"/>
      </w:pPr>
      <w:r>
        <w:t>پیٹ بھر لے</w:t>
      </w:r>
    </w:p>
    <w:p>
      <w:r>
        <w:rPr>
          <w:b/>
        </w:rPr>
        <w:t xml:space="preserve">[1:02:44] </w:t>
      </w:r>
      <w:r>
        <w:t>to yahi haal yahi haal is insaan ka hai jo apne saare waqt ko saari raat aur din</w:t>
      </w:r>
    </w:p>
    <w:p>
      <w:pPr>
        <w:jc w:val="right"/>
      </w:pPr>
      <w:r>
        <w:t>تو یہی حال یہی حال اس انسان کا ہے جو اپنے سارے وقت کو ساری رات اور دن</w:t>
      </w:r>
    </w:p>
    <w:p>
      <w:r>
        <w:rPr>
          <w:b/>
        </w:rPr>
        <w:t xml:space="preserve">[1:02:51] </w:t>
      </w:r>
      <w:r>
        <w:t>ko aur saari umar ko sirf khane kamane mein lagaye rahe</w:t>
      </w:r>
    </w:p>
    <w:p>
      <w:pPr>
        <w:jc w:val="right"/>
      </w:pPr>
      <w:r>
        <w:t>کو اور ساری عمر کو صرف کھانے کمانے میں لگائے رہے</w:t>
      </w:r>
    </w:p>
    <w:p>
      <w:r>
        <w:rPr>
          <w:b/>
        </w:rPr>
        <w:t xml:space="preserve">[1:02:55] </w:t>
      </w:r>
      <w:r>
        <w:t>jo earning earning to woh main kahunga isko woh earning animal ban gaya earning animal haiwan</w:t>
      </w:r>
    </w:p>
    <w:p>
      <w:pPr>
        <w:jc w:val="right"/>
      </w:pPr>
      <w:r>
        <w:t>جو ارننگ ارننگ تو وہ میں کہوں گا اس کو وہ ارننگ اینیمل بن گیا ارننگ اینیمل حیوان</w:t>
      </w:r>
    </w:p>
    <w:p>
      <w:r>
        <w:rPr>
          <w:b/>
        </w:rPr>
        <w:t xml:space="preserve">[1:03:01] </w:t>
      </w:r>
      <w:r>
        <w:t>qasib to khuda ki jo scheme hai jo god oriented life hai us mein is kaam ke liye</w:t>
      </w:r>
    </w:p>
    <w:p>
      <w:pPr>
        <w:jc w:val="right"/>
      </w:pPr>
      <w:r>
        <w:t>قاصب تو خدا کی جو اسکیم ہے جو گاڈ اورینٹڈ لائف ہے اس میں اس کام کے لیے</w:t>
      </w:r>
    </w:p>
    <w:p>
      <w:r>
        <w:rPr>
          <w:b/>
        </w:rPr>
        <w:t xml:space="preserve">[1:03:12] </w:t>
      </w:r>
      <w:r>
        <w:t>one fourth hai one fourth</w:t>
      </w:r>
    </w:p>
    <w:p>
      <w:pPr>
        <w:jc w:val="right"/>
      </w:pPr>
      <w:r>
        <w:t>ون فورتھ ہے ون فورتھ</w:t>
      </w:r>
    </w:p>
    <w:p>
      <w:r>
        <w:rPr>
          <w:b/>
        </w:rPr>
        <w:t xml:space="preserve">[1:03:16] </w:t>
      </w:r>
      <w:r>
        <w:t>aap ke 24 ghante mein sirf one fourth is ka hissa hai ke aap apne khane kamane mein</w:t>
      </w:r>
    </w:p>
    <w:p>
      <w:pPr>
        <w:jc w:val="right"/>
      </w:pPr>
      <w:r>
        <w:t>اپ کے 24 گھنٹے میں صرف ون فورتھ اس کا حصہ ہے کہ اپ اپنے کھانے کمانے میں</w:t>
      </w:r>
    </w:p>
    <w:p>
      <w:r>
        <w:rPr>
          <w:b/>
        </w:rPr>
        <w:t xml:space="preserve">[1:03:24] </w:t>
      </w:r>
      <w:r>
        <w:t>rahein bachchon ki zaroorat poori karein ghar baar sambhalein business karein job karein to poori jo life poori</w:t>
      </w:r>
    </w:p>
    <w:p>
      <w:pPr>
        <w:jc w:val="right"/>
      </w:pPr>
      <w:r>
        <w:t>رہیں بچوں کی ضرورت پوری کریں گھر بار سنبھالیں بزنس کریں جاب کریں تو پوری جو لائف پوری</w:t>
      </w:r>
    </w:p>
    <w:p>
      <w:r>
        <w:rPr>
          <w:b/>
        </w:rPr>
        <w:t xml:space="preserve">[1:03:32] </w:t>
      </w:r>
      <w:r>
        <w:t>jo scheme hai aap ki zindagi ke bare mein khuda ki di hui us mein is kaam ke</w:t>
      </w:r>
    </w:p>
    <w:p>
      <w:pPr>
        <w:jc w:val="right"/>
      </w:pPr>
      <w:r>
        <w:t>جو اسکیم ہے اپ کی زندگی کے بارے میں خدا کی دی ہوئی اس میں اس کام کے</w:t>
      </w:r>
    </w:p>
    <w:p>
      <w:r>
        <w:rPr>
          <w:b/>
        </w:rPr>
        <w:t xml:space="preserve">[1:03:38] </w:t>
      </w:r>
      <w:r>
        <w:t>liye sirf one fourth hai</w:t>
      </w:r>
    </w:p>
    <w:p>
      <w:pPr>
        <w:jc w:val="right"/>
      </w:pPr>
      <w:r>
        <w:t>لیے صرف ون فورتھ ہے</w:t>
      </w:r>
    </w:p>
    <w:p>
      <w:r>
        <w:rPr>
          <w:b/>
        </w:rPr>
        <w:t xml:space="preserve">[1:03:42] </w:t>
      </w:r>
      <w:r>
        <w:t>to guys chaar hisse mein aap ki zindagi bati honi chahiye ek yeh ke aap ko khuda ke</w:t>
      </w:r>
    </w:p>
    <w:p>
      <w:pPr>
        <w:jc w:val="right"/>
      </w:pPr>
      <w:r>
        <w:t>تو گائز چار حصے میں اپ کی زندگی بٹی ہونی چاہیے ایک یہ کہ اپ کو خدا کے</w:t>
      </w:r>
    </w:p>
    <w:p>
      <w:r>
        <w:rPr>
          <w:b/>
        </w:rPr>
        <w:t xml:space="preserve">[1:03:48] </w:t>
      </w:r>
      <w:r>
        <w:t>presence ka tajurba hone lage number do yeh ke aap apna introspection kar rahe hon introspection</w:t>
      </w:r>
    </w:p>
    <w:p>
      <w:pPr>
        <w:jc w:val="right"/>
      </w:pPr>
      <w:r>
        <w:t>پریزنس کا تجربہ ہونے لگے نمبر دو یہ کہ اپ اپنا انٹراسپیکشن کر رہے ہوں انٹراسپیکشن</w:t>
      </w:r>
    </w:p>
    <w:p>
      <w:r>
        <w:rPr>
          <w:b/>
        </w:rPr>
        <w:t xml:space="preserve">[1:03:59] </w:t>
      </w:r>
      <w:r>
        <w:t>teesra yeh ke aap khuda ki takhleeqat mein khuda ki creation mein khuda ki jhalakiyan dekh rahe hon</w:t>
      </w:r>
    </w:p>
    <w:p>
      <w:pPr>
        <w:jc w:val="right"/>
      </w:pPr>
      <w:r>
        <w:t>تیسرا یہ کہ اپ خدا کی تخلیقات میں خدا کی کریشن میں خدا کی جھلکیاں دیکھ رہے ہوں</w:t>
      </w:r>
    </w:p>
    <w:p>
      <w:r>
        <w:rPr>
          <w:b/>
        </w:rPr>
        <w:t xml:space="preserve">[1:04:07] </w:t>
      </w:r>
      <w:r>
        <w:t>aur chautha yani one fourth aap ke time ka yeh hona chahiye ke aap apni zarooriyat ko poora</w:t>
      </w:r>
    </w:p>
    <w:p>
      <w:pPr>
        <w:jc w:val="right"/>
      </w:pPr>
      <w:r>
        <w:t>اور چوتھا یعنی ون فورتھ اپ کے ٹائم کا یہ ہونا چاہیے کہ اپ اپنی ضروریات کو پورا</w:t>
      </w:r>
    </w:p>
    <w:p>
      <w:r>
        <w:rPr>
          <w:b/>
        </w:rPr>
        <w:t xml:space="preserve">[1:04:12] </w:t>
      </w:r>
      <w:r>
        <w:t>karne mein lagayein apne job mein apne business mein apne ghar mein apni material needs jo hain us</w:t>
      </w:r>
    </w:p>
    <w:p>
      <w:pPr>
        <w:jc w:val="right"/>
      </w:pPr>
      <w:r>
        <w:t>کرنے میں لگائیں اپنے جاب میں اپنے بزنس میں اپنے گھر میں اپنی مٹیریل نیڈز جو ہیں اس</w:t>
      </w:r>
    </w:p>
    <w:p>
      <w:r>
        <w:rPr>
          <w:b/>
        </w:rPr>
        <w:t xml:space="preserve">[1:04:19] </w:t>
      </w:r>
      <w:r>
        <w:t>ke liye lagayein</w:t>
      </w:r>
    </w:p>
    <w:p>
      <w:pPr>
        <w:jc w:val="right"/>
      </w:pPr>
      <w:r>
        <w:t>کے لیے لگائیں</w:t>
      </w:r>
    </w:p>
    <w:p>
      <w:r>
        <w:rPr>
          <w:b/>
        </w:rPr>
        <w:t xml:space="preserve">[1:04:21] </w:t>
      </w:r>
      <w:r>
        <w:t>to yeh hai formula god oriented life ka koi bhi aadmi jo chahta ho ke woh khuda ki</w:t>
      </w:r>
    </w:p>
    <w:p>
      <w:pPr>
        <w:jc w:val="right"/>
      </w:pPr>
      <w:r>
        <w:t>تو یہ ہے فارمولا گاڈ اورینٹڈ لائف کا کوئی بھی ادمی جو چاہتا ہو کہ وہ خدا کی</w:t>
      </w:r>
    </w:p>
    <w:p>
      <w:r>
        <w:rPr>
          <w:b/>
        </w:rPr>
        <w:t xml:space="preserve">[1:04:30] </w:t>
      </w:r>
      <w:r>
        <w:t>marzi ke mutabiq dunya mein rahe koi bhi aadmi jo is ke liye</w:t>
      </w:r>
    </w:p>
    <w:p>
      <w:pPr>
        <w:jc w:val="right"/>
      </w:pPr>
      <w:r>
        <w:t>مرضی کے مطابق دنیا میں رہے کوئی بھی ادمی جو اس کے لیے</w:t>
      </w:r>
    </w:p>
    <w:p>
      <w:r>
        <w:rPr>
          <w:b/>
        </w:rPr>
        <w:t xml:space="preserve">[1:04:36] </w:t>
      </w:r>
      <w:r>
        <w:t>jis ke dil mein yeh dard ho yeh tamanna ho ke dunya mein woh is tarah se rahe</w:t>
      </w:r>
    </w:p>
    <w:p>
      <w:pPr>
        <w:jc w:val="right"/>
      </w:pPr>
      <w:r>
        <w:t>جس کے دل میں یہ درد ہو یہ تمنا ہو کہ دنیا میں وہ اس طرح سے رہے</w:t>
      </w:r>
    </w:p>
    <w:p>
      <w:r>
        <w:rPr>
          <w:b/>
        </w:rPr>
        <w:t xml:space="preserve">[1:04:43] </w:t>
      </w:r>
      <w:r>
        <w:t>ke jab woh mar kar pahunche khuda ke saamne to khuda us se kahe ke theek tum ne</w:t>
      </w:r>
    </w:p>
    <w:p>
      <w:pPr>
        <w:jc w:val="right"/>
      </w:pPr>
      <w:r>
        <w:t>کہ جب وہ مر کر پہنچے خدا کے سامنے تو خدا اس سے کہے کہ ٹھیک تم نے</w:t>
      </w:r>
    </w:p>
    <w:p>
      <w:r>
        <w:rPr>
          <w:b/>
        </w:rPr>
        <w:t xml:space="preserve">[1:04:49] </w:t>
      </w:r>
      <w:r>
        <w:t>theek theek kaam kiya tumhare formula ke mutabiq dunya mein rahe jo formula diya gaya tha god oriented</w:t>
      </w:r>
    </w:p>
    <w:p>
      <w:pPr>
        <w:jc w:val="right"/>
      </w:pPr>
      <w:r>
        <w:t>ٹھیک ٹھیک کام کیا تمہارے فارمولے کے مطابق دنیا میں رہے جو فارمولا دیا گیا تھا گاڈ اورینٹڈ</w:t>
      </w:r>
    </w:p>
    <w:p>
      <w:r>
        <w:rPr>
          <w:b/>
        </w:rPr>
        <w:t xml:space="preserve">[1:04:57] </w:t>
      </w:r>
      <w:r>
        <w:t>life ka it was four point formula</w:t>
      </w:r>
    </w:p>
    <w:p>
      <w:pPr>
        <w:jc w:val="right"/>
      </w:pPr>
      <w:r>
        <w:t>لائف کا اٹ واز فور پوائنٹ فارمولا</w:t>
      </w:r>
    </w:p>
    <w:p>
      <w:r>
        <w:rPr>
          <w:b/>
        </w:rPr>
        <w:t xml:space="preserve">[1:05:03] </w:t>
      </w:r>
      <w:r>
        <w:t>is four point formula ko tum ne follow kiya</w:t>
      </w:r>
    </w:p>
    <w:p>
      <w:pPr>
        <w:jc w:val="right"/>
      </w:pPr>
      <w:r>
        <w:t>اس فور پوائنٹ فارمولا کو تم نے فالو کیا</w:t>
      </w:r>
    </w:p>
    <w:p>
      <w:r>
        <w:rPr>
          <w:b/>
        </w:rPr>
        <w:t xml:space="preserve">[1:05:07] </w:t>
      </w:r>
      <w:r>
        <w:t>to khuda wahan kahega ke</w:t>
      </w:r>
    </w:p>
    <w:p>
      <w:pPr>
        <w:jc w:val="right"/>
      </w:pPr>
      <w:r>
        <w:t>تو خدا وہاں کہے گا کہ</w:t>
      </w:r>
    </w:p>
    <w:p>
      <w:r>
        <w:rPr>
          <w:b/>
        </w:rPr>
        <w:t xml:space="preserve">[1:05:10] </w:t>
      </w:r>
      <w:r>
        <w:t>ya ayyat nafsul mutmainnah</w:t>
      </w:r>
    </w:p>
    <w:p>
      <w:pPr>
        <w:jc w:val="right"/>
      </w:pPr>
      <w:r>
        <w:t>یا ایت نفس المطمئنہ</w:t>
      </w:r>
    </w:p>
    <w:p>
      <w:r>
        <w:rPr>
          <w:b/>
        </w:rPr>
        <w:t xml:space="preserve">[1:05:19] </w:t>
      </w:r>
      <w:r>
        <w:t>ae nafs mutmain</w:t>
      </w:r>
    </w:p>
    <w:p>
      <w:pPr>
        <w:jc w:val="right"/>
      </w:pPr>
      <w:r>
        <w:t>اے نفس مطمئن</w:t>
      </w:r>
    </w:p>
    <w:p>
      <w:r>
        <w:rPr>
          <w:b/>
        </w:rPr>
        <w:t xml:space="preserve">[1:05:21] </w:t>
      </w:r>
      <w:r>
        <w:t>ae woh insaan jo raazi raha mere scheme par nafs mutmaeen ka matlab hai ke woh insaan jo</w:t>
      </w:r>
    </w:p>
    <w:p>
      <w:pPr>
        <w:jc w:val="right"/>
      </w:pPr>
      <w:r>
        <w:t>اے وہ انسان جو راضی رہا میرے اسکیم پر نفس مطمئن کا مطلب ہے کہ وہ انسان جو</w:t>
      </w:r>
    </w:p>
    <w:p>
      <w:r>
        <w:rPr>
          <w:b/>
        </w:rPr>
        <w:t xml:space="preserve">[1:05:29] </w:t>
      </w:r>
      <w:r>
        <w:t>khuda ki scheme par raazi raha khuda ke naqshe par raazi raha</w:t>
      </w:r>
    </w:p>
    <w:p>
      <w:pPr>
        <w:jc w:val="right"/>
      </w:pPr>
      <w:r>
        <w:t>خدا کی اسکیم پر راضی رہا خدا کے نقشے پر راضی رہا</w:t>
      </w:r>
    </w:p>
    <w:p>
      <w:r>
        <w:rPr>
          <w:b/>
        </w:rPr>
        <w:t xml:space="preserve">[1:05:34] </w:t>
      </w:r>
      <w:r>
        <w:t>yaani khuda ke</w:t>
      </w:r>
    </w:p>
    <w:p>
      <w:pPr>
        <w:jc w:val="right"/>
      </w:pPr>
      <w:r>
        <w:t>یعنی خدا کے</w:t>
      </w:r>
    </w:p>
    <w:p>
      <w:r>
        <w:rPr>
          <w:b/>
        </w:rPr>
        <w:t xml:space="preserve">[1:05:36] </w:t>
      </w:r>
      <w:r>
        <w:t>ka jo create plan hai us se raazi raha to khuda ne jo</w:t>
      </w:r>
    </w:p>
    <w:p>
      <w:pPr>
        <w:jc w:val="right"/>
      </w:pPr>
      <w:r>
        <w:t>کا جو کریٹ پلان ہے اس سے راضی رہا تو خدا نے جو</w:t>
      </w:r>
    </w:p>
    <w:p>
      <w:r>
        <w:rPr>
          <w:b/>
        </w:rPr>
        <w:t xml:space="preserve">[1:05:41] </w:t>
      </w:r>
      <w:r>
        <w:t>jo kaha tha jis tarah rehne ke liye us par raazi raha hai woh woh hai nafs mutmaeen</w:t>
      </w:r>
    </w:p>
    <w:p>
      <w:pPr>
        <w:jc w:val="right"/>
      </w:pPr>
      <w:r>
        <w:t>جو کہا تھا جس طرح رہنے کے لیے اس پر راضی رہا ہے وہ وہ ہے نفس مطمئن</w:t>
      </w:r>
    </w:p>
    <w:p>
      <w:r>
        <w:rPr>
          <w:b/>
        </w:rPr>
        <w:t xml:space="preserve">[1:05:47] </w:t>
      </w:r>
      <w:r>
        <w:t>to farmaya ke jab woh marega aisa insaan to wahan khuda kahega ke ae nafs mutmaeen</w:t>
      </w:r>
    </w:p>
    <w:p>
      <w:pPr>
        <w:jc w:val="right"/>
      </w:pPr>
      <w:r>
        <w:t>تو فرمایا کہ جب وہ مرے گا ایسا انسان تو وہاں خدا کہے گا کہ اے نفس مطمئن</w:t>
      </w:r>
    </w:p>
    <w:p>
      <w:r>
        <w:rPr>
          <w:b/>
        </w:rPr>
        <w:t xml:space="preserve">[1:05:55] </w:t>
      </w:r>
      <w:r>
        <w:t>yaani aya ae woh insaan jo meri scheme par raazi raha, main tujh se raazi, tu mujh se raazi. Ya ayyat nafs al-mutma'innah ae nafs mutma'een!</w:t>
      </w:r>
    </w:p>
    <w:p>
      <w:pPr>
        <w:jc w:val="right"/>
      </w:pPr>
      <w:r>
        <w:t>یعنی ایا اے وہ انسان جو میری scheme پر راضی رہا، میں تجھ سے راضی، تو مجھ سے راضی۔ یا ایت نفس المطمئنہ اے نفس مطمئن!</w:t>
      </w:r>
    </w:p>
    <w:p>
      <w:r>
        <w:rPr>
          <w:b/>
        </w:rPr>
        <w:t xml:space="preserve">[1:06:11] </w:t>
      </w:r>
      <w:r>
        <w:t>yaani jo khuda ki scheme ab theek thi, dunya mein hai, jo plan khuda ka hai, jahan chahta hai khuda ke is tarah insaan rahe, to jo is tarah raha, woh nafs mutma'een hai. To khuda kahega ke ae ya nafs al-mutma'innah irji'i ila rabbiki raadiyatan mardiyyah fadkhuli fi ibadi wadkhuli jannati ae nafs mutma'een!</w:t>
      </w:r>
    </w:p>
    <w:p>
      <w:pPr>
        <w:jc w:val="right"/>
      </w:pPr>
      <w:r>
        <w:t>یعنی جو خدا کی scheme اب ٹھیک تھی، دنیا میں ہے، جو plan خدا کا ہے، جہاں چاہتا ہے خدا کہ اس طرح انسان رہے، تو جو اس طرح رہا، وہ نفس مطمئن ہے۔ تو خدا کہے گا کہ اے یا نفس المطمئنہ ارجعی الربک راضیت مرضیہ فتحلی فی عبادی ودخل جنتی اے نفس مطمئن!</w:t>
      </w:r>
    </w:p>
    <w:p>
      <w:r>
        <w:rPr>
          <w:b/>
        </w:rPr>
        <w:t xml:space="preserve">[1:06:37] </w:t>
      </w:r>
      <w:r>
        <w:t>loot apne rab ki taraf ke tu is se raazi to woh tujh se raazi</w:t>
      </w:r>
    </w:p>
    <w:p>
      <w:pPr>
        <w:jc w:val="right"/>
      </w:pPr>
      <w:r>
        <w:t>لوٹ اپنے رب کی طرف کہ تو اس سے راضی تو وہ تجھ سے راضی</w:t>
      </w:r>
    </w:p>
    <w:p>
      <w:r>
        <w:rPr>
          <w:b/>
        </w:rPr>
        <w:t xml:space="preserve">[1:06:45] </w:t>
      </w:r>
      <w:r>
        <w:t>dunya mein to is se raazi raha ab akhirat mein woh tujh se raazi hai</w:t>
      </w:r>
    </w:p>
    <w:p>
      <w:pPr>
        <w:jc w:val="right"/>
      </w:pPr>
      <w:r>
        <w:t>دنیا میں تو اس سے راضی رہا اب اخرت میں وہ تجھ سے راضی ہے</w:t>
      </w:r>
    </w:p>
    <w:p>
      <w:r>
        <w:rPr>
          <w:b/>
        </w:rPr>
        <w:t xml:space="preserve">[1:06:50] </w:t>
      </w:r>
      <w:r>
        <w:t>raazi ka matlab yeh hai ke jo naqsha khuda ne diya tha rehne ke liye jo naqsha bataya</w:t>
      </w:r>
    </w:p>
    <w:p>
      <w:pPr>
        <w:jc w:val="right"/>
      </w:pPr>
      <w:r>
        <w:t>راضی کا مطلب یہ ہے کہ جو نقشہ خدا نے دیا تھا رہنے کے لیے جو نقشہ بتایا</w:t>
      </w:r>
    </w:p>
    <w:p>
      <w:r>
        <w:rPr>
          <w:b/>
        </w:rPr>
        <w:t xml:space="preserve">[1:06:56] </w:t>
      </w:r>
      <w:r>
        <w:t>tha khuda ne ke is tarah raho dunya mein is ko follow karta raha is ko dil jaan</w:t>
      </w:r>
    </w:p>
    <w:p>
      <w:pPr>
        <w:jc w:val="right"/>
      </w:pPr>
      <w:r>
        <w:t>تھا خدا نے کہ اس طرح رہو دنیا میں اس کو فالو کرتا رہا اس کو دل جان</w:t>
      </w:r>
    </w:p>
    <w:p>
      <w:r>
        <w:rPr>
          <w:b/>
        </w:rPr>
        <w:t xml:space="preserve">[1:07:03] </w:t>
      </w:r>
      <w:r>
        <w:t>se maan liya is ne</w:t>
      </w:r>
    </w:p>
    <w:p>
      <w:pPr>
        <w:jc w:val="right"/>
      </w:pPr>
      <w:r>
        <w:t>سے مان لیا اس نے</w:t>
      </w:r>
    </w:p>
    <w:p>
      <w:r>
        <w:rPr>
          <w:b/>
        </w:rPr>
        <w:t xml:space="preserve">[1:07:07] </w:t>
      </w:r>
      <w:r>
        <w:t>to dekhiye ke kis tarah welcome kiya jayega is ka aise insaan ka</w:t>
      </w:r>
    </w:p>
    <w:p>
      <w:pPr>
        <w:jc w:val="right"/>
      </w:pPr>
      <w:r>
        <w:t>تو دیکھیے کہ کس طرح ویلکم کیا جائے گا اس کا ایسے انسان کا</w:t>
      </w:r>
    </w:p>
    <w:p>
      <w:r>
        <w:rPr>
          <w:b/>
        </w:rPr>
        <w:t xml:space="preserve">[1:07:12] </w:t>
      </w:r>
      <w:r>
        <w:t>yeh ayat jo hai bata rahi hai ke kis tarah is ka welcome hoga akhirat mein</w:t>
      </w:r>
    </w:p>
    <w:p>
      <w:pPr>
        <w:jc w:val="right"/>
      </w:pPr>
      <w:r>
        <w:t>یہ ایت جو ہے بتا رہی ہے کہ کس طرح اس کا ویلکم ہوگا اخرت میں</w:t>
      </w:r>
    </w:p>
    <w:p>
      <w:r>
        <w:rPr>
          <w:b/>
        </w:rPr>
        <w:t xml:space="preserve">[1:07:19] </w:t>
      </w:r>
      <w:r>
        <w:t>kis tarah is ka welcome hoga akhirat mein ise kaha jayega ke ae nafs mutmaeen</w:t>
      </w:r>
    </w:p>
    <w:p>
      <w:pPr>
        <w:jc w:val="right"/>
      </w:pPr>
      <w:r>
        <w:t>کس طرح اس کا ویلکم ہوگا اخرت میں اسے کہا جائے گا کہ اے نفس مطمئن</w:t>
      </w:r>
    </w:p>
    <w:p>
      <w:r>
        <w:rPr>
          <w:b/>
        </w:rPr>
        <w:t xml:space="preserve">[1:07:25] </w:t>
      </w:r>
      <w:r>
        <w:t>aye apne rab ki taraf! tu dunya mein us se razi raha, ab Khuda bhi tujh se razi hai. tu dakhil ho ja jannat mein, dakhil ho ja Khuda ki rehmat mein. aur dakhil ho ja. yahan tujh ko ye mauqa mile ga ke tu sache insanon ke sath rahe. ye hai God oriented life ka naqsha. ya Quran ke lafzon mein ye hai rabbani insan ki sifat. ya ar-rabbaniyah culture. rabbani culture. jo bhi aap lafz is ke liye bolein. tu ye hai is ka mukhtasar bayan. Allah taala hum sab ko tofeeq de ke hum is ko follow karein. is naqshe ko apni zindagi mein apnayein. ta ke Khuda ke nazdeek hum nafs mutmain qarar paein. ta ke Khuda hum se razi ho. ta ke maut ke baad ye kaha jaye ke ye wo banda hai jo dunya mein Khuda se par razi tha. tu is par Khuda bhi is se razi hai. aur is ke liye paradise ke gate khol do. aqoolu qawli hadha wa astaghfirullaha li walakum ajmaeen.</w:t>
      </w:r>
    </w:p>
    <w:p>
      <w:pPr>
        <w:jc w:val="right"/>
      </w:pPr>
      <w:r>
        <w:t>اے اپنے رب کی طرف! تو دنیا میں اس سے راضی رہا، اب خدا بھی تجھ سے راضی ہے۔ تو داخل ہو جا جنت میں، داخل ہو جا خدا کی رحمت میں۔ اور داخل ہو جا۔ یہاں تجھ کو یہ موقع ملے گا کہ تو سچے انسانوں کے ساتھ رہے۔ یہ ہے God oriented life کا نقشہ۔ یا قرآن کے لفظوں میں یہ ہے ربانی انسان کی صفت۔ یا الربانیہ کلچر۔ ربانی کلچر۔ جو بھی آپ لفظ اس کے لیے بولیں۔ تو یہ ہے اس کا مختصر بیان۔ اللہ تعالی ہم سب کو توفیق دے کہ ہم اس کو follow کریں۔ اس نقشے کو اپنی زندگی میں اپنائیں۔ تاکہ خدا کے نزدیک ہم نفس مطمئن قرار پائیں۔ تاکہ خدا ہم سے راضی ہو۔ تاکہ موت کے بعد یہ کہا جائے کہ یہ وہ بندہ ہے جو دنیا میں خدا سے پر راضی تھا۔ تو اس پر خدا بھی اس سے راضی ہے۔ اور اس کے لیے paradise کے gate کھول دو۔ أقول قولي هذا واستغفراللہ لي ولكم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