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On Issues of the Youth</w:t>
      </w:r>
    </w:p>
    <w:p>
      <w:r>
        <w:t>https://www.youtube.com/watch?v=iBCPuyaTsc4</w:t>
      </w:r>
    </w:p>
    <w:p>
      <w:r>
        <w:rPr>
          <w:b/>
        </w:rPr>
        <w:t xml:space="preserve">[00:21] </w:t>
      </w:r>
      <w:r>
        <w:t>bismillah-al-rahman-al-rahim, wa-sallallahu 'ala-al-nabi-al-karim.</w:t>
      </w:r>
    </w:p>
    <w:p>
      <w:pPr>
        <w:jc w:val="right"/>
      </w:pPr>
      <w:r>
        <w:t>بسم اللہ الرحمن الرحیم، وصلی اللہ علی النبی الکریم۔</w:t>
      </w:r>
    </w:p>
    <w:p>
      <w:r>
        <w:rPr>
          <w:b/>
        </w:rPr>
        <w:t xml:space="preserve">[00:31] </w:t>
      </w:r>
      <w:r>
        <w:t>rab-ishrah-li-sadri, wa-yassir-li-amri, wa-hlul-'uqdatan-min-lisani-yaf-qahu-qawli.</w:t>
      </w:r>
    </w:p>
    <w:p>
      <w:pPr>
        <w:jc w:val="right"/>
      </w:pPr>
      <w:r>
        <w:t>رب اشرح لی صدری، ویسر لی امری، واحل العقدۃ من لسانی یفقہ قولی۔</w:t>
      </w:r>
    </w:p>
    <w:p>
      <w:r>
        <w:rPr>
          <w:b/>
        </w:rPr>
        <w:t xml:space="preserve">[00:41] </w:t>
      </w:r>
      <w:r>
        <w:t>aaj mujhe naujawanon ke bare mein kuch kehna hai.</w:t>
      </w:r>
    </w:p>
    <w:p>
      <w:pPr>
        <w:jc w:val="right"/>
      </w:pPr>
      <w:r>
        <w:t>آج مجھے نوجوانوں کے بارے میں کچھ کہنا ہے۔</w:t>
      </w:r>
    </w:p>
    <w:p>
      <w:r>
        <w:rPr>
          <w:b/>
        </w:rPr>
        <w:t xml:space="preserve">[00:51] </w:t>
      </w:r>
      <w:r>
        <w:t>is aitbar se aaj ka title hai: "on issues of the youth".</w:t>
      </w:r>
    </w:p>
    <w:p>
      <w:pPr>
        <w:jc w:val="right"/>
      </w:pPr>
      <w:r>
        <w:t>اس اعتبار سے آج کا ٹائٹل ہے: "آن ایشوز آف دا یوتھ"۔</w:t>
      </w:r>
    </w:p>
    <w:p>
      <w:r>
        <w:rPr>
          <w:b/>
        </w:rPr>
        <w:t xml:space="preserve">[00:59] </w:t>
      </w:r>
      <w:r>
        <w:t>on issues of the youth.</w:t>
      </w:r>
    </w:p>
    <w:p>
      <w:pPr>
        <w:jc w:val="right"/>
      </w:pPr>
      <w:r>
        <w:t>آن ایشوز آف دا یوتھ۔</w:t>
      </w:r>
    </w:p>
    <w:p>
      <w:r>
        <w:rPr>
          <w:b/>
        </w:rPr>
        <w:t xml:space="preserve">[01:06] </w:t>
      </w:r>
      <w:r>
        <w:t>dekhiye, naujawanon ke bare mein bohat baatein hoti hain.</w:t>
      </w:r>
    </w:p>
    <w:p>
      <w:pPr>
        <w:jc w:val="right"/>
      </w:pPr>
      <w:r>
        <w:t>دیکھیے، نوجوانوں کے بارے میں بہت باتیں ہوتی ہیں۔</w:t>
      </w:r>
    </w:p>
    <w:p>
      <w:r>
        <w:rPr>
          <w:b/>
        </w:rPr>
        <w:t xml:space="preserve">[01:14] </w:t>
      </w:r>
      <w:r>
        <w:t>log bas itna hi jante hain ke naujwani ki umar mein aadmi energetic hota hai, is ke h</w:t>
      </w:r>
    </w:p>
    <w:p>
      <w:pPr>
        <w:jc w:val="right"/>
      </w:pPr>
      <w:r>
        <w:t>لوگ بس اتنا ہی جانتے ہیں کہ نوجوانی کی عمر میں آدمی انرجیٹک ہوتا ہے، اس کے ہ</w:t>
      </w:r>
    </w:p>
    <w:p>
      <w:r>
        <w:rPr>
          <w:b/>
        </w:rPr>
        <w:t xml:space="preserve">[01:21] </w:t>
      </w:r>
      <w:r>
        <w:t>ath paon mein bohat zyada taqat hoti hai, woh bohat zyada daur dhoop karta hai, kar sakta hai.</w:t>
      </w:r>
    </w:p>
    <w:p>
      <w:pPr>
        <w:jc w:val="right"/>
      </w:pPr>
      <w:r>
        <w:t>اتھ پاؤں میں بہت زیادہ طاقت ہوتی ہے، وہ بہت زیادہ دوڑ دھوپ کرتا ہے، کر سکتا ہے۔</w:t>
      </w:r>
    </w:p>
    <w:p>
      <w:r>
        <w:rPr>
          <w:b/>
        </w:rPr>
        <w:t xml:space="preserve">[01:29] </w:t>
      </w:r>
      <w:r>
        <w:t>bas yahi jante hain.</w:t>
      </w:r>
    </w:p>
    <w:p>
      <w:pPr>
        <w:jc w:val="right"/>
      </w:pPr>
      <w:r>
        <w:t>بس یہی جانتے ہیں۔</w:t>
      </w:r>
    </w:p>
    <w:p>
      <w:r>
        <w:rPr>
          <w:b/>
        </w:rPr>
        <w:t xml:space="preserve">[01:37] </w:t>
      </w:r>
      <w:r>
        <w:t>isi liye companiyon mein yeh formula hai ke "catch them young".</w:t>
      </w:r>
    </w:p>
    <w:p>
      <w:pPr>
        <w:jc w:val="right"/>
      </w:pPr>
      <w:r>
        <w:t>اسی لیے کمپنیوں میں یہ فارمولا ہے کہ "کیچ دمینگ"۔ کیچ دمینگ۔</w:t>
      </w:r>
    </w:p>
    <w:p>
      <w:r>
        <w:rPr>
          <w:b/>
        </w:rPr>
        <w:t xml:space="preserve">[01:44] </w:t>
      </w:r>
      <w:r>
        <w:t>yani naujwani ki umar mein jab aadmi hota hai, us waqt is ko employ karo. lekin yeh</w:t>
      </w:r>
    </w:p>
    <w:p>
      <w:pPr>
        <w:jc w:val="right"/>
      </w:pPr>
      <w:r>
        <w:t>یعنی نوجوانی کی عمر میں جب آدمی ہوتا ہے، اس وقت اس کو ایمپلائی کرو۔ لیکن یہ</w:t>
      </w:r>
    </w:p>
    <w:p>
      <w:r>
        <w:rPr>
          <w:b/>
        </w:rPr>
        <w:t xml:space="preserve">[01:52] </w:t>
      </w:r>
      <w:r>
        <w:t>formula adhura hai.</w:t>
      </w:r>
    </w:p>
    <w:p>
      <w:pPr>
        <w:jc w:val="right"/>
      </w:pPr>
      <w:r>
        <w:t>فارمولا ادھورا ہے۔</w:t>
      </w:r>
    </w:p>
    <w:p>
      <w:r>
        <w:rPr>
          <w:b/>
        </w:rPr>
        <w:t xml:space="preserve">[01:58] </w:t>
      </w:r>
      <w:r>
        <w:t>yeh formula adhura hai.</w:t>
      </w:r>
    </w:p>
    <w:p>
      <w:pPr>
        <w:jc w:val="right"/>
      </w:pPr>
      <w:r>
        <w:t>یہ فارمولا ادھورا ہے۔</w:t>
      </w:r>
    </w:p>
    <w:p>
      <w:r>
        <w:rPr>
          <w:b/>
        </w:rPr>
        <w:t xml:space="preserve">[02:04] </w:t>
      </w:r>
      <w:r>
        <w:t>main ne khud is ka experience kiya.</w:t>
      </w:r>
    </w:p>
    <w:p>
      <w:pPr>
        <w:jc w:val="right"/>
      </w:pPr>
      <w:r>
        <w:t>میں نے خود اس کا ایکسپیرینس کیا۔</w:t>
      </w:r>
    </w:p>
    <w:p>
      <w:r>
        <w:rPr>
          <w:b/>
        </w:rPr>
        <w:t xml:space="preserve">[02:10] </w:t>
      </w:r>
      <w:r>
        <w:t>bohat se naujawan jo multinational companiyon mein isi formula ke tehat catch them young liye gaye, aur wahan</w:t>
      </w:r>
    </w:p>
    <w:p>
      <w:pPr>
        <w:jc w:val="right"/>
      </w:pPr>
      <w:r>
        <w:t>بہت سے نوجوان جو ملٹی نیشنل کمپنیوں میں اسی فارمولے کے تحت کیچ دمینگ لیے گئے، اور وہاں</w:t>
      </w:r>
    </w:p>
    <w:p>
      <w:r>
        <w:rPr>
          <w:b/>
        </w:rPr>
        <w:t xml:space="preserve">[02:16] </w:t>
      </w:r>
      <w:r>
        <w:t>par woh achhi tankhwah paate hain, main ne paya ke un ki majority frustration mein jeeti</w:t>
      </w:r>
    </w:p>
    <w:p>
      <w:pPr>
        <w:jc w:val="right"/>
      </w:pPr>
      <w:r>
        <w:t>پر وہ اچھی تنخواہیں پاتے ہیں، میں نے پایا کہ ان کی میجورٹی فرسٹریشن میں جیتی</w:t>
      </w:r>
    </w:p>
    <w:p>
      <w:r>
        <w:rPr>
          <w:b/>
        </w:rPr>
        <w:t xml:space="preserve">[02:22] </w:t>
      </w:r>
      <w:r>
        <w:t>hai.</w:t>
      </w:r>
    </w:p>
    <w:p>
      <w:pPr>
        <w:jc w:val="right"/>
      </w:pPr>
      <w:r>
        <w:t>ہے۔</w:t>
      </w:r>
    </w:p>
    <w:p>
      <w:r>
        <w:rPr>
          <w:b/>
        </w:rPr>
        <w:t xml:space="preserve">[02:32] </w:t>
      </w:r>
      <w:r>
        <w:t>misal ke taur par isi qism ke ek naujawan mujh se mile, unhon ne kaha ke main bohat zyada frustration mein rehta hoon.</w:t>
      </w:r>
    </w:p>
    <w:p>
      <w:pPr>
        <w:jc w:val="right"/>
      </w:pPr>
      <w:r>
        <w:t>مثلاً اسی قسم کے ایک نوجوان مجھ سے ملے، انہوں نے کہا کہ میں بہت زیادہ فرسٹریشن میں رہتا ہوں۔</w:t>
      </w:r>
    </w:p>
    <w:p>
      <w:r>
        <w:rPr>
          <w:b/>
        </w:rPr>
        <w:t xml:space="preserve">[02:42] </w:t>
      </w:r>
      <w:r>
        <w:t>main ne kaha kyun? unhon ne kaha ke multinational companiyon mein yeh formula hai ke "hire and fire".</w:t>
      </w:r>
    </w:p>
    <w:p>
      <w:pPr>
        <w:jc w:val="right"/>
      </w:pPr>
      <w:r>
        <w:t>میں نے کہا کیوں؟ انہوں نے کہا کہ ملٹی نیشنل کمپنیوں میں یہ فارمولا ہے کہ "ہائر اینڈ فائر"۔</w:t>
      </w:r>
    </w:p>
    <w:p>
      <w:r>
        <w:rPr>
          <w:b/>
        </w:rPr>
        <w:t xml:space="preserve">[02:52] </w:t>
      </w:r>
      <w:r>
        <w:t>to is wajah se har waqt hamare upar ek talwar latakti rehti hai ke jab chahein hamein fire</w:t>
      </w:r>
    </w:p>
    <w:p>
      <w:pPr>
        <w:jc w:val="right"/>
      </w:pPr>
      <w:r>
        <w:t>تو اس وجہ سے ہر وقت ہمارے اوپر ایک تلوار لٹکتی رہتی ہے کہ جب چاہیں ہمیں فائر</w:t>
      </w:r>
    </w:p>
    <w:p>
      <w:r>
        <w:rPr>
          <w:b/>
        </w:rPr>
        <w:t xml:space="preserve">[02:58] </w:t>
      </w:r>
      <w:r>
        <w:t>kar dein, jab chahein hamein job se nikal dein.</w:t>
      </w:r>
    </w:p>
    <w:p>
      <w:pPr>
        <w:jc w:val="right"/>
      </w:pPr>
      <w:r>
        <w:t>کر دیں، جب چاہیں ہمیں جاب سے نکال دیں۔</w:t>
      </w:r>
    </w:p>
    <w:p>
      <w:r>
        <w:rPr>
          <w:b/>
        </w:rPr>
        <w:t xml:space="preserve">[03:03] </w:t>
      </w:r>
      <w:r>
        <w:t>to uncertainty bani rehti hai.</w:t>
      </w:r>
    </w:p>
    <w:p>
      <w:pPr>
        <w:jc w:val="right"/>
      </w:pPr>
      <w:r>
        <w:t>تو انسرٹینٹی بنی رہتی ہے۔</w:t>
      </w:r>
    </w:p>
    <w:p>
      <w:r>
        <w:rPr>
          <w:b/>
        </w:rPr>
        <w:t xml:space="preserve">[03:09] </w:t>
      </w:r>
      <w:r>
        <w:t>to main ne unhein doosra formula bataya.</w:t>
      </w:r>
    </w:p>
    <w:p>
      <w:pPr>
        <w:jc w:val="right"/>
      </w:pPr>
      <w:r>
        <w:t>تو میں نے انہیں دوسرا فارمولا بتایا۔</w:t>
      </w:r>
    </w:p>
    <w:p>
      <w:r>
        <w:rPr>
          <w:b/>
        </w:rPr>
        <w:t xml:space="preserve">[03:14] </w:t>
      </w:r>
      <w:r>
        <w:t>un ki diary par likha ke aap is formula ko pakdiye.</w:t>
      </w:r>
    </w:p>
    <w:p>
      <w:pPr>
        <w:jc w:val="right"/>
      </w:pPr>
      <w:r>
        <w:t>ان کی ڈائری پر لکھا کہ آپ اس فارمولے کو پکڑئیے۔</w:t>
      </w:r>
    </w:p>
    <w:p>
      <w:r>
        <w:rPr>
          <w:b/>
        </w:rPr>
        <w:t xml:space="preserve">[03:19] </w:t>
      </w:r>
      <w:r>
        <w:t>woh yeh tha formula ke "</w:t>
      </w:r>
    </w:p>
    <w:p>
      <w:pPr>
        <w:jc w:val="right"/>
      </w:pPr>
      <w:r>
        <w:t>وہ یہ تھا فارمولا کہ "</w:t>
      </w:r>
    </w:p>
    <w:p>
      <w:r>
        <w:rPr>
          <w:b/>
        </w:rPr>
        <w:t xml:space="preserve">[03:25] </w:t>
      </w:r>
      <w:r>
        <w:t>un"۔</w:t>
      </w:r>
    </w:p>
    <w:p>
      <w:pPr>
        <w:jc w:val="right"/>
      </w:pPr>
      <w:r>
        <w:t>ون"۔</w:t>
      </w:r>
    </w:p>
    <w:p>
      <w:r>
        <w:rPr>
          <w:b/>
        </w:rPr>
        <w:t xml:space="preserve">[03:29] </w:t>
      </w:r>
      <w:r>
        <w:t>"un ken take away your job"۔</w:t>
      </w:r>
    </w:p>
    <w:p>
      <w:pPr>
        <w:jc w:val="right"/>
      </w:pPr>
      <w:r>
        <w:t>"ون کین ٹیک اوے یور جاب"۔</w:t>
      </w:r>
    </w:p>
    <w:p>
      <w:r>
        <w:rPr>
          <w:b/>
        </w:rPr>
        <w:t xml:space="preserve">[03:32] </w:t>
      </w:r>
      <w:r>
        <w:t>but "no un has the power to take away your destiny"۔</w:t>
      </w:r>
    </w:p>
    <w:p>
      <w:pPr>
        <w:jc w:val="right"/>
      </w:pPr>
      <w:r>
        <w:t>بٹ "نو ون ہیز دا پاور ٹو ٹیک اوے یور ڈیسٹینی"۔</w:t>
      </w:r>
    </w:p>
    <w:p>
      <w:r>
        <w:rPr>
          <w:b/>
        </w:rPr>
        <w:t xml:space="preserve">[03:36] </w:t>
      </w:r>
      <w:r>
        <w:t>keh aik shakhs aap ka job lay sakta hai, magar woh aap ki taqdeer nahin lay sakta hai۔</w:t>
      </w:r>
    </w:p>
    <w:p>
      <w:pPr>
        <w:jc w:val="right"/>
      </w:pPr>
      <w:r>
        <w:t>کہ ایک شخص آپ کا جاب لے سکتا ہے، مگر وہ آپ کی تقدیر نہیں لے سکتا ہے۔</w:t>
      </w:r>
    </w:p>
    <w:p>
      <w:r>
        <w:rPr>
          <w:b/>
        </w:rPr>
        <w:t xml:space="preserve">[03:40] </w:t>
      </w:r>
      <w:r>
        <w:t>ab yeh formula in ko pata nahin tha۔</w:t>
      </w:r>
    </w:p>
    <w:p>
      <w:pPr>
        <w:jc w:val="right"/>
      </w:pPr>
      <w:r>
        <w:t>اب یہ فارمولا ان کو پتہ نہیں تھا۔</w:t>
      </w:r>
    </w:p>
    <w:p>
      <w:r>
        <w:rPr>
          <w:b/>
        </w:rPr>
        <w:t xml:space="preserve">[03:44] </w:t>
      </w:r>
      <w:r>
        <w:t>woh khush ho gaye۔</w:t>
      </w:r>
    </w:p>
    <w:p>
      <w:pPr>
        <w:jc w:val="right"/>
      </w:pPr>
      <w:r>
        <w:t>وہ خوش ہو گئے۔</w:t>
      </w:r>
    </w:p>
    <w:p>
      <w:r>
        <w:rPr>
          <w:b/>
        </w:rPr>
        <w:t xml:space="preserve">[03:47] </w:t>
      </w:r>
      <w:r>
        <w:t>is ke baad achaanak un ka frustration khatam ho gaya۔</w:t>
      </w:r>
    </w:p>
    <w:p>
      <w:pPr>
        <w:jc w:val="right"/>
      </w:pPr>
      <w:r>
        <w:t>اس کے بعد اچانک ان کا فرسٹریشن ختم ہو گیا۔</w:t>
      </w:r>
    </w:p>
    <w:p>
      <w:r>
        <w:rPr>
          <w:b/>
        </w:rPr>
        <w:t xml:space="preserve">[03:51] </w:t>
      </w:r>
      <w:r>
        <w:t>to ab dekhiye, in ko multinational</w:t>
      </w:r>
    </w:p>
    <w:p>
      <w:pPr>
        <w:jc w:val="right"/>
      </w:pPr>
      <w:r>
        <w:t>تو اب دیکھیے، ان کو ملٹی نیشن</w:t>
      </w:r>
    </w:p>
    <w:p>
      <w:r>
        <w:rPr>
          <w:b/>
        </w:rPr>
        <w:t xml:space="preserve">[03:55] </w:t>
      </w:r>
      <w:r>
        <w:t>ل کمپنیوں نے بطورینگ تو جانا، یہ نہیں جانا کہ ان کی thinking میں چینج لانا ہے۔</w:t>
      </w:r>
    </w:p>
    <w:p>
      <w:pPr>
        <w:jc w:val="right"/>
      </w:pPr>
      <w:r>
        <w:t>ل کمپنیوں نے بطورینگ تو جانا، یہ نہیں جانا کہ ان کی تھنکنگ میں چینج لانا ہے۔</w:t>
      </w:r>
    </w:p>
    <w:p>
      <w:r>
        <w:rPr>
          <w:b/>
        </w:rPr>
        <w:t xml:space="preserve">[04:01] </w:t>
      </w:r>
      <w:r>
        <w:t>in ke soch ko badalna hai۔</w:t>
      </w:r>
    </w:p>
    <w:p>
      <w:pPr>
        <w:jc w:val="right"/>
      </w:pPr>
      <w:r>
        <w:t>ان کے سوچ کو بدلنا ہے۔</w:t>
      </w:r>
    </w:p>
    <w:p>
      <w:r>
        <w:rPr>
          <w:b/>
        </w:rPr>
        <w:t xml:space="preserve">[04:08] </w:t>
      </w:r>
      <w:r>
        <w:t>isi tarah se aap dekhen, bohat se multinational companiyon mein kaam karne wale naujawanon ko main ne</w:t>
      </w:r>
    </w:p>
    <w:p>
      <w:pPr>
        <w:jc w:val="right"/>
      </w:pPr>
      <w:r>
        <w:t>اسی طرح سے آپ دیکھیں، بہت سے ملٹی نیشنل کمپنیوں میں کام کرنے والے نوجوانوں کو میں نے</w:t>
      </w:r>
    </w:p>
    <w:p>
      <w:r>
        <w:rPr>
          <w:b/>
        </w:rPr>
        <w:t xml:space="preserve">[04:14] </w:t>
      </w:r>
      <w:r>
        <w:t>dekha ke wahan larkay aur larkiyan dono kaam karte hain۔</w:t>
      </w:r>
    </w:p>
    <w:p>
      <w:pPr>
        <w:jc w:val="right"/>
      </w:pPr>
      <w:r>
        <w:t>دیکھا کہ وہاں لڑکے اور لڑکیاں دونوں کام کرتے ہیں۔</w:t>
      </w:r>
    </w:p>
    <w:p>
      <w:r>
        <w:rPr>
          <w:b/>
        </w:rPr>
        <w:t xml:space="preserve">[04:21] </w:t>
      </w:r>
      <w:r>
        <w:t>to in mein love ho jata hai, aur phir love marriage karte hain. lekin</w:t>
      </w:r>
    </w:p>
    <w:p>
      <w:pPr>
        <w:jc w:val="right"/>
      </w:pPr>
      <w:r>
        <w:t>تو ان میں لو ہو جاتا ہے، اور پھر لو میرج کرتے ہیں۔ لیکن</w:t>
      </w:r>
    </w:p>
    <w:p>
      <w:r>
        <w:rPr>
          <w:b/>
        </w:rPr>
        <w:t xml:space="preserve">[04:27] </w:t>
      </w:r>
      <w:r>
        <w:t>majority in logon ki woh hai jin ka separation ho jata hai۔</w:t>
      </w:r>
    </w:p>
    <w:p>
      <w:pPr>
        <w:jc w:val="right"/>
      </w:pPr>
      <w:r>
        <w:t>میجورٹی ان لوگوں کی وہ ہے جن کا سیپریشن ہو جاتا ہے۔</w:t>
      </w:r>
    </w:p>
    <w:p>
      <w:r>
        <w:rPr>
          <w:b/>
        </w:rPr>
        <w:t xml:space="preserve">[04:32] </w:t>
      </w:r>
      <w:r>
        <w:t>love marriage, phir jhagda, phir separation۔</w:t>
      </w:r>
    </w:p>
    <w:p>
      <w:pPr>
        <w:jc w:val="right"/>
      </w:pPr>
      <w:r>
        <w:t>لو میرج، پھر جھگڑا، پھر سیپریشن۔</w:t>
      </w:r>
    </w:p>
    <w:p>
      <w:r>
        <w:rPr>
          <w:b/>
        </w:rPr>
        <w:t xml:space="preserve">[04:36] </w:t>
      </w:r>
      <w:r>
        <w:t>yeh bhi kyun? in ko soch nahin maloom۔</w:t>
      </w:r>
    </w:p>
    <w:p>
      <w:pPr>
        <w:jc w:val="right"/>
      </w:pPr>
      <w:r>
        <w:t>یہ بھی کیوں؟ ان کو سوچ نہیں معلوم۔</w:t>
      </w:r>
    </w:p>
    <w:p>
      <w:r>
        <w:rPr>
          <w:b/>
        </w:rPr>
        <w:t xml:space="preserve">[04:41] </w:t>
      </w:r>
      <w:r>
        <w:t>main ne is tarah ke kuch naujawan mile mujhe, to main ne kaha ke dekhiye, marriage kya hai؟</w:t>
      </w:r>
    </w:p>
    <w:p>
      <w:pPr>
        <w:jc w:val="right"/>
      </w:pPr>
      <w:r>
        <w:t>میں نے اس طرح کے کچھ نوجوان ملے مجھے، تو میں نے کہا کہ دیکھیے، میرج کیا ہے؟</w:t>
      </w:r>
    </w:p>
    <w:p>
      <w:r>
        <w:rPr>
          <w:b/>
        </w:rPr>
        <w:t xml:space="preserve">[04:45] </w:t>
      </w:r>
      <w:r>
        <w:t>marriage jo hai, woh love marriage nahin hoti hai۔</w:t>
      </w:r>
    </w:p>
    <w:p>
      <w:pPr>
        <w:jc w:val="right"/>
      </w:pPr>
      <w:r>
        <w:t>میرج جو ہے، وہ لو میرج نہیں ہوتی ہے۔</w:t>
      </w:r>
    </w:p>
    <w:p>
      <w:r>
        <w:rPr>
          <w:b/>
        </w:rPr>
        <w:t xml:space="preserve">[04:50] </w:t>
      </w:r>
      <w:r>
        <w:t>har marriage marriage of convenience hoti hai۔</w:t>
      </w:r>
    </w:p>
    <w:p>
      <w:pPr>
        <w:jc w:val="right"/>
      </w:pPr>
      <w:r>
        <w:t>ہر میرج میرج آف کنوینینس ہوتی ہے۔</w:t>
      </w:r>
    </w:p>
    <w:p>
      <w:r>
        <w:rPr>
          <w:b/>
        </w:rPr>
        <w:t xml:space="preserve">[04:54] </w:t>
      </w:r>
      <w:r>
        <w:t>love marriage kuch bhi nahin۔</w:t>
      </w:r>
    </w:p>
    <w:p>
      <w:pPr>
        <w:jc w:val="right"/>
      </w:pPr>
      <w:r>
        <w:t>لو میرج کچھ بھی نہیں۔</w:t>
      </w:r>
    </w:p>
    <w:p>
      <w:r>
        <w:rPr>
          <w:b/>
        </w:rPr>
        <w:t xml:space="preserve">[04:59] </w:t>
      </w:r>
      <w:r>
        <w:t>jis cheez ko aap kehte hain love marriage, woh hoti hai lust marriage. yahan se le kar western countries tak har jagah yahi baat hai ke lust marriage ko woh love marriage samajh lete hain. isi liye kuch din ke baad woh lust khatam ho jati hai. to phir aapas mein ladai jhagda hota hai. to maine kaha ke dekhiye, har shadi marriage of convenience hai. isi liye aap sam</w:t>
      </w:r>
    </w:p>
    <w:p>
      <w:pPr>
        <w:jc w:val="right"/>
      </w:pPr>
      <w:r>
        <w:t>جس چیز کو آپ کہتے ہیں لو میرج، وہ ہوتی ہے لسٹ میرج۔ یہاں سے لے کر ویسٹرن کنٹریز تک ہر جگہ یہی بات ہے کہ لسٹ میرج کو وہ لو میرج سمجھ لیتے ہیں۔ اسی لیے کچھ دن کے بعد وہ لسٹ ختم ہو جاتی ہے۔ تو پھر آپس میں لڑائی جھگڑا ہوتا ہے۔ تو میں نے کہا کہ دیکھیے، ہر شادی میرج آف کنوینینس ہے۔ اس لیے آپ سم</w:t>
      </w:r>
    </w:p>
    <w:p>
      <w:r>
        <w:rPr>
          <w:b/>
        </w:rPr>
        <w:t xml:space="preserve">[05:29] </w:t>
      </w:r>
      <w:r>
        <w:t>جھ لیجیے کہ marriage کو successful طریقے پر چلانے کے لیے ضرورت ہے adjustment کی۔ Adjustment۔</w:t>
      </w:r>
    </w:p>
    <w:p>
      <w:pPr>
        <w:jc w:val="right"/>
      </w:pPr>
      <w:r>
        <w:t>جھ لیجیے کہ میرج کو سکسیس فل طریقے پر چلانے کے لیے ضرورت ہے ایڈجسٹمنٹ کی۔ ایڈجسٹمنٹ۔</w:t>
      </w:r>
    </w:p>
    <w:p>
      <w:r>
        <w:rPr>
          <w:b/>
        </w:rPr>
        <w:t xml:space="preserve">[05:34] </w:t>
      </w:r>
      <w:r>
        <w:t>to har cheez love nahin hai, har cheez adjustment hai۔</w:t>
      </w:r>
    </w:p>
    <w:p>
      <w:pPr>
        <w:jc w:val="right"/>
      </w:pPr>
      <w:r>
        <w:t>تو ہر چیز لو نہیں ہے، ہر چیز ایڈجسٹمنٹ ہے۔</w:t>
      </w:r>
    </w:p>
    <w:p>
      <w:r>
        <w:rPr>
          <w:b/>
        </w:rPr>
        <w:t xml:space="preserve">[05:39] </w:t>
      </w:r>
      <w:r>
        <w:t>ab yeh baat hai in ko pata nahin۔</w:t>
      </w:r>
    </w:p>
    <w:p>
      <w:pPr>
        <w:jc w:val="right"/>
      </w:pPr>
      <w:r>
        <w:t>اب یہ بات ہے ان کو پتہ نہیں۔</w:t>
      </w:r>
    </w:p>
    <w:p>
      <w:r>
        <w:rPr>
          <w:b/>
        </w:rPr>
        <w:t xml:space="preserve">[05:44] </w:t>
      </w:r>
      <w:r>
        <w:t>to multinational jo hain, woh bas yeh formula unhein maloom hai ke catch theming۔</w:t>
      </w:r>
    </w:p>
    <w:p>
      <w:pPr>
        <w:jc w:val="right"/>
      </w:pPr>
      <w:r>
        <w:t>تو ملٹی نیشنلز جو ہیں، وہ بس یہ فارمولا انہیں معلوم ہے کہ کیچ دمینگ۔</w:t>
      </w:r>
    </w:p>
    <w:p>
      <w:r>
        <w:rPr>
          <w:b/>
        </w:rPr>
        <w:t xml:space="preserve">[05:49] </w:t>
      </w:r>
      <w:r>
        <w:t>یہ نہیں معلوم ہوا کہ ان کے ان کو ان کے mind کی ری انجینئرنگ کرو۔</w:t>
      </w:r>
    </w:p>
    <w:p>
      <w:pPr>
        <w:jc w:val="right"/>
      </w:pPr>
      <w:r>
        <w:t>یہ نہیں معلوم ہوا کہ ان کے ان کو ان کے مائنڈ کی ری انجینئرنگ کرو۔</w:t>
      </w:r>
    </w:p>
    <w:p>
      <w:r>
        <w:rPr>
          <w:b/>
        </w:rPr>
        <w:t xml:space="preserve">[05:54] </w:t>
      </w:r>
      <w:r>
        <w:t>to unhein pata nahin.</w:t>
      </w:r>
    </w:p>
    <w:p>
      <w:pPr>
        <w:jc w:val="right"/>
      </w:pPr>
      <w:r>
        <w:t>تو انہیں پتہ نہیں۔</w:t>
      </w:r>
    </w:p>
    <w:p>
      <w:r>
        <w:rPr>
          <w:b/>
        </w:rPr>
        <w:t xml:space="preserve">[05:59] </w:t>
      </w:r>
      <w:r>
        <w:t>isi liye baray baray tankhwah walay aam tor par mein ne dekha hai ke woh tension mein jeetay</w:t>
      </w:r>
    </w:p>
    <w:p>
      <w:pPr>
        <w:jc w:val="right"/>
      </w:pPr>
      <w:r>
        <w:t>اسی لیے بڑے بڑے تنخواہ والے عام طور پر میں نے دیکھا ہے کہ وہ ٹینشن میں جیتے</w:t>
      </w:r>
    </w:p>
    <w:p>
      <w:r>
        <w:rPr>
          <w:b/>
        </w:rPr>
        <w:t xml:space="preserve">[06:05] </w:t>
      </w:r>
      <w:r>
        <w:t>hain, despair mein jeetay hain, stress mein jeetay hain.</w:t>
      </w:r>
    </w:p>
    <w:p>
      <w:pPr>
        <w:jc w:val="right"/>
      </w:pPr>
      <w:r>
        <w:t>ہیں، ڈسپیئر میں جیتے ہیں، اسٹریس میں جیتے ہیں۔</w:t>
      </w:r>
    </w:p>
    <w:p>
      <w:r>
        <w:rPr>
          <w:b/>
        </w:rPr>
        <w:t xml:space="preserve">[06:11] </w:t>
      </w:r>
      <w:r>
        <w:t>zindagi ka nizam jo Khuda ne banaya hai, woh is tarah ke aadmi paida hota hai, bachcha hota</w:t>
      </w:r>
    </w:p>
    <w:p>
      <w:pPr>
        <w:jc w:val="right"/>
      </w:pPr>
      <w:r>
        <w:t>زندگی کا نظام جو خدا نے بنایا ہے، وہ اس طرح کہ آدمی پیدا ہوتا ہے، بچہ ہوتا</w:t>
      </w:r>
    </w:p>
    <w:p>
      <w:r>
        <w:rPr>
          <w:b/>
        </w:rPr>
        <w:t xml:space="preserve">[06:17] </w:t>
      </w:r>
      <w:r>
        <w:t>hai, naujawan hota hai, phir boodha hota hai.</w:t>
      </w:r>
    </w:p>
    <w:p>
      <w:pPr>
        <w:jc w:val="right"/>
      </w:pPr>
      <w:r>
        <w:t>ہے، نوجوان ہوتا ہے، پھر بوڑھا ہوتا ہے۔</w:t>
      </w:r>
    </w:p>
    <w:p>
      <w:r>
        <w:rPr>
          <w:b/>
        </w:rPr>
        <w:t xml:space="preserve">[06:23] </w:t>
      </w:r>
      <w:r>
        <w:t>to har ghar mein dekhiye, aik taraf naujawan hai, doosri taraf us ke parents hain. Aik silsila</w:t>
      </w:r>
    </w:p>
    <w:p>
      <w:pPr>
        <w:jc w:val="right"/>
      </w:pPr>
      <w:r>
        <w:t>تو ہر گھر میں دیکھیے، ایک طرف نوجوان ہے، دوسری طرف اس کے پیرنٹ ہیں۔ ایک سلسلہ</w:t>
      </w:r>
    </w:p>
    <w:p>
      <w:r>
        <w:rPr>
          <w:b/>
        </w:rPr>
        <w:t xml:space="preserve">[06:29] </w:t>
      </w:r>
      <w:r>
        <w:t>chala raha hai ke naujawan, phir senior log.</w:t>
      </w:r>
    </w:p>
    <w:p>
      <w:pPr>
        <w:jc w:val="right"/>
      </w:pPr>
      <w:r>
        <w:t>چلا رہا ہے کہ نوجوان، پھر سینئر لوگ۔</w:t>
      </w:r>
    </w:p>
    <w:p>
      <w:r>
        <w:rPr>
          <w:b/>
        </w:rPr>
        <w:t xml:space="preserve">[06:35] </w:t>
      </w:r>
      <w:r>
        <w:t>naujawan aur senior, naujawan aur senior.</w:t>
      </w:r>
    </w:p>
    <w:p>
      <w:pPr>
        <w:jc w:val="right"/>
      </w:pPr>
      <w:r>
        <w:t>نوجوان اور سینئر، نوجوان اور سینئر۔</w:t>
      </w:r>
    </w:p>
    <w:p>
      <w:r>
        <w:rPr>
          <w:b/>
        </w:rPr>
        <w:t xml:space="preserve">[06:40] </w:t>
      </w:r>
      <w:r>
        <w:t>is tarah se yeh silsila nasal ka chal raha hai.</w:t>
      </w:r>
    </w:p>
    <w:p>
      <w:pPr>
        <w:jc w:val="right"/>
      </w:pPr>
      <w:r>
        <w:t>اس طرح سے یہ سلسلہ نسل کا چل رہا ہے۔</w:t>
      </w:r>
    </w:p>
    <w:p>
      <w:r>
        <w:rPr>
          <w:b/>
        </w:rPr>
        <w:t xml:space="preserve">[06:45] </w:t>
      </w:r>
      <w:r>
        <w:t>yeh nature ka nizam hai.</w:t>
      </w:r>
    </w:p>
    <w:p>
      <w:pPr>
        <w:jc w:val="right"/>
      </w:pPr>
      <w:r>
        <w:t>یہ نیچر کا نظام ہے۔</w:t>
      </w:r>
    </w:p>
    <w:p>
      <w:r>
        <w:rPr>
          <w:b/>
        </w:rPr>
        <w:t xml:space="preserve">[06:50] </w:t>
      </w:r>
      <w:r>
        <w:t>taakeh har naujawan apne senior parents se seekhay.</w:t>
      </w:r>
    </w:p>
    <w:p>
      <w:pPr>
        <w:jc w:val="right"/>
      </w:pPr>
      <w:r>
        <w:t>تاکہ ہر نوجوان اپنے سینئر پیرنٹس سے سیکھے۔</w:t>
      </w:r>
    </w:p>
    <w:p>
      <w:r>
        <w:rPr>
          <w:b/>
        </w:rPr>
        <w:t xml:space="preserve">[06:56] </w:t>
      </w:r>
      <w:r>
        <w:t>un se seekh le, un se learning hasil karay. Kyunke dekhiye,</w:t>
      </w:r>
    </w:p>
    <w:p>
      <w:pPr>
        <w:jc w:val="right"/>
      </w:pPr>
      <w:r>
        <w:t>ان سے سیکھ لے، ان سے لرننگ حاصل کرے۔ کیونکہ دیکھیے،</w:t>
      </w:r>
    </w:p>
    <w:p>
      <w:r>
        <w:rPr>
          <w:b/>
        </w:rPr>
        <w:t xml:space="preserve">[07:01] </w:t>
      </w:r>
      <w:r>
        <w:t>psychological psychology aur biology mein jo research hui hai, is se pata chalta hai ke aadmi mature hota hai 35 years mein. is se pehle woh mature nahi hota hai. ek nojawan jo hai, woh immature hota hai. 35 years se pehle woh mature hi nahi hota hai. to is ki soch kaise sahi ho sakti hai? agarchay woh energy</w:t>
      </w:r>
    </w:p>
    <w:p>
      <w:pPr>
        <w:jc w:val="right"/>
      </w:pPr>
      <w:r>
        <w:t>سائیکالوجیکل سائیکالوجی اور بیالوجی میں جو ریسرچ ہوئی ہے، اس سے پتہ چلتا ہے کہ آدمی میچور ہوتا ہے 35 ایئرز میں۔ اس سے پہلے وہ میچور نہیں ہوتا ہے۔ ایک نوجوان جو ہے، وہ ام میچور ہوتا ہے۔ 35 ایئرز سے پہلے وہ میچور ہی نہیں ہوتا ہے۔ تو اس کی سوچ کیسے صحیح ہو سکتی ہے؟ اگرچہ وہ انرج</w:t>
      </w:r>
    </w:p>
    <w:p>
      <w:r>
        <w:rPr>
          <w:b/>
        </w:rPr>
        <w:t xml:space="preserve">[07:31] </w:t>
      </w:r>
      <w:r>
        <w:t>etic hota hai, lekin soch ke aitbar se woh immature hota hai. to main yeh kahunga ke youth ka, nojawan ka ya zyada umar ke logon ka kya farq hai? woh farq yeh hai ke nojawan aadmi immat</w:t>
      </w:r>
    </w:p>
    <w:p>
      <w:pPr>
        <w:jc w:val="right"/>
      </w:pPr>
      <w:r>
        <w:t>یٹک ہوتا ہے، لیکن سوچ کے اعتبار سے وہ ام میچور ہوتا ہے۔ تو میں یہ کہوں گا کہ یوتھ کا، نوجوان کا یا زیادہ عمر کے لوگوں کا کیا فرق ہے؟ وہ فرق یہ ہے کہ نوجوان آدمی ام میچ</w:t>
      </w:r>
    </w:p>
    <w:p>
      <w:r>
        <w:rPr>
          <w:b/>
        </w:rPr>
        <w:t xml:space="preserve">[08:01] </w:t>
      </w:r>
      <w:r>
        <w:t>young hota hai, aur ziyada umar ka aadmi mature hota hai.</w:t>
      </w:r>
    </w:p>
    <w:p>
      <w:pPr>
        <w:jc w:val="right"/>
      </w:pPr>
      <w:r>
        <w:t>ور ہوتا ہے، اور زیادہ عمر کا آدمی میچور ہوتا ہے۔</w:t>
      </w:r>
    </w:p>
    <w:p>
      <w:r>
        <w:rPr>
          <w:b/>
        </w:rPr>
        <w:t xml:space="preserve">[08:09] </w:t>
      </w:r>
      <w:r>
        <w:t>yeh farq hai.</w:t>
      </w:r>
    </w:p>
    <w:p>
      <w:pPr>
        <w:jc w:val="right"/>
      </w:pPr>
      <w:r>
        <w:t>یہ فرق ہے۔</w:t>
      </w:r>
    </w:p>
    <w:p>
      <w:r>
        <w:rPr>
          <w:b/>
        </w:rPr>
        <w:t xml:space="preserve">[08:16] </w:t>
      </w:r>
      <w:r>
        <w:t>to youth means immature, aur seniority means maturity.</w:t>
      </w:r>
    </w:p>
    <w:p>
      <w:pPr>
        <w:jc w:val="right"/>
      </w:pPr>
      <w:r>
        <w:t>تو یوتھ مینز ام میچورٹی، اور سینیئرٹی مینز میچورٹی۔</w:t>
      </w:r>
    </w:p>
    <w:p>
      <w:r>
        <w:rPr>
          <w:b/>
        </w:rPr>
        <w:t xml:space="preserve">[08:24] </w:t>
      </w:r>
      <w:r>
        <w:t>yeh farq hai. Youth means</w:t>
      </w:r>
    </w:p>
    <w:p>
      <w:pPr>
        <w:jc w:val="right"/>
      </w:pPr>
      <w:r>
        <w:t>یہ فرق ہے۔ یوتھ مینز</w:t>
      </w:r>
    </w:p>
    <w:p>
      <w:r>
        <w:rPr>
          <w:b/>
        </w:rPr>
        <w:t xml:space="preserve">[08:32] </w:t>
      </w:r>
      <w:r>
        <w:t>immature, seniority means maturity.</w:t>
      </w:r>
    </w:p>
    <w:p>
      <w:pPr>
        <w:jc w:val="right"/>
      </w:pPr>
      <w:r>
        <w:t>ام میچورٹی، سینیئرٹی مینز میچورٹی۔</w:t>
      </w:r>
    </w:p>
    <w:p>
      <w:r>
        <w:rPr>
          <w:b/>
        </w:rPr>
        <w:t xml:space="preserve">[08:37] </w:t>
      </w:r>
      <w:r>
        <w:t>to har ghar mein Khuda ne yeh nizam rakha hai ke naujawan immature hota hai, aur ziyada</w:t>
      </w:r>
    </w:p>
    <w:p>
      <w:pPr>
        <w:jc w:val="right"/>
      </w:pPr>
      <w:r>
        <w:t>تو ہر گھر میں خدا نے یہ نظام رکھا ہے کہ نوجوان ام میچور ہوتا ہے، اور زیادہ</w:t>
      </w:r>
    </w:p>
    <w:p>
      <w:r>
        <w:rPr>
          <w:b/>
        </w:rPr>
        <w:t xml:space="preserve">[08:42] </w:t>
      </w:r>
      <w:r>
        <w:t>umar walay log mature hotay hain.</w:t>
      </w:r>
    </w:p>
    <w:p>
      <w:pPr>
        <w:jc w:val="right"/>
      </w:pPr>
      <w:r>
        <w:t>عمر والے لوگ میچور ہوتے ہیں۔</w:t>
      </w:r>
    </w:p>
    <w:p>
      <w:r>
        <w:rPr>
          <w:b/>
        </w:rPr>
        <w:t xml:space="preserve">[08:47] </w:t>
      </w:r>
      <w:r>
        <w:t>to is ka matlab kya hua? Ke har nai nasal apni agli nasal se sabak le, apni agli</w:t>
      </w:r>
    </w:p>
    <w:p>
      <w:pPr>
        <w:jc w:val="right"/>
      </w:pPr>
      <w:r>
        <w:t>تو اس کا مطلب کیا ہوا؟ کہ ہر نئی نسل اپنی اگلی نسل سے سبق لے، اپنی اگلی</w:t>
      </w:r>
    </w:p>
    <w:p>
      <w:r>
        <w:rPr>
          <w:b/>
        </w:rPr>
        <w:t xml:space="preserve">[08:52] </w:t>
      </w:r>
      <w:r>
        <w:t>nasal se seekhay.</w:t>
      </w:r>
    </w:p>
    <w:p>
      <w:pPr>
        <w:jc w:val="right"/>
      </w:pPr>
      <w:r>
        <w:t>نسل سے سیکھے۔</w:t>
      </w:r>
    </w:p>
    <w:p>
      <w:r>
        <w:rPr>
          <w:b/>
        </w:rPr>
        <w:t xml:space="preserve">[08:57] </w:t>
      </w:r>
      <w:r>
        <w:t>kyunke hota yeh hai ke</w:t>
      </w:r>
    </w:p>
    <w:p>
      <w:pPr>
        <w:jc w:val="right"/>
      </w:pPr>
      <w:r>
        <w:t>کیونکہ ہوتا یہ ہے کہ</w:t>
      </w:r>
    </w:p>
    <w:p>
      <w:r>
        <w:rPr>
          <w:b/>
        </w:rPr>
        <w:t xml:space="preserve">[09:02] </w:t>
      </w:r>
      <w:r>
        <w:t>naujawani ki umar mein aadmi emotions mein jeeta hai, romantic khayalat mein jeeta hai.</w:t>
      </w:r>
    </w:p>
    <w:p>
      <w:pPr>
        <w:jc w:val="right"/>
      </w:pPr>
      <w:r>
        <w:t>نوجوانی کی عمر میں آدمی ایموشنز میں جیتا ہے، رومینٹک خیالات میں جیتا ہے۔</w:t>
      </w:r>
    </w:p>
    <w:p>
      <w:r>
        <w:rPr>
          <w:b/>
        </w:rPr>
        <w:t xml:space="preserve">[09:07] </w:t>
      </w:r>
      <w:r>
        <w:t>woh emotion ka case hota hai.</w:t>
      </w:r>
    </w:p>
    <w:p>
      <w:pPr>
        <w:jc w:val="right"/>
      </w:pPr>
      <w:r>
        <w:t>وہ ایموشن کا کیس ہوتا ہے۔</w:t>
      </w:r>
    </w:p>
    <w:p>
      <w:r>
        <w:rPr>
          <w:b/>
        </w:rPr>
        <w:t xml:space="preserve">[09:12] </w:t>
      </w:r>
      <w:r>
        <w:t>sentiment aur emotions mein jeeta hai woh.</w:t>
      </w:r>
    </w:p>
    <w:p>
      <w:pPr>
        <w:jc w:val="right"/>
      </w:pPr>
      <w:r>
        <w:t>سینٹیمنٹ اور ایموشنز میں جیتا ہے وہ۔</w:t>
      </w:r>
    </w:p>
    <w:p>
      <w:r>
        <w:rPr>
          <w:b/>
        </w:rPr>
        <w:t xml:space="preserve">[09:17] </w:t>
      </w:r>
      <w:r>
        <w:t>aur bare log jo hote hain, un ko experience ho chuka hota hai.</w:t>
      </w:r>
    </w:p>
    <w:p>
      <w:pPr>
        <w:jc w:val="right"/>
      </w:pPr>
      <w:r>
        <w:t>اور بڑے لوگ جو ہوتے ہیں، ان کو ایکسپیرینس ہو چکا ہوتا ہے۔</w:t>
      </w:r>
    </w:p>
    <w:p>
      <w:r>
        <w:rPr>
          <w:b/>
        </w:rPr>
        <w:t xml:space="preserve">[09:22] </w:t>
      </w:r>
      <w:r>
        <w:t>aik hai emotion, aik hai experience.</w:t>
      </w:r>
    </w:p>
    <w:p>
      <w:pPr>
        <w:jc w:val="right"/>
      </w:pPr>
      <w:r>
        <w:t>ایک ہے ایموشن، ایک ہے ایکسپیرینس۔</w:t>
      </w:r>
    </w:p>
    <w:p>
      <w:r>
        <w:rPr>
          <w:b/>
        </w:rPr>
        <w:t xml:space="preserve">[09:27] </w:t>
      </w:r>
      <w:r>
        <w:t>to youth jo hai, woh case of emotion hai, aur senior aadmi hai jo case of experience hai.</w:t>
      </w:r>
    </w:p>
    <w:p>
      <w:pPr>
        <w:jc w:val="right"/>
      </w:pPr>
      <w:r>
        <w:t>تو یوتھ جو ہے، وہ کیس آف ایموشن ہے، اور سینیئر آدمی ہے جو کیس آف ایکسپیرینس ہے۔</w:t>
      </w:r>
    </w:p>
    <w:p>
      <w:r>
        <w:rPr>
          <w:b/>
        </w:rPr>
        <w:t xml:space="preserve">[09:32] </w:t>
      </w:r>
      <w:r>
        <w:t>dekhen, yeh aik haqeeqat hai ke kisi baat ko aadmi sirf logic se nahi manta.</w:t>
      </w:r>
    </w:p>
    <w:p>
      <w:pPr>
        <w:jc w:val="right"/>
      </w:pPr>
      <w:r>
        <w:t>دیکھیں، یہ ایک حقیقت ہے کہ کسی بات کو آدمی صرف لاجک سے نہیں مانتا۔</w:t>
      </w:r>
    </w:p>
    <w:p>
      <w:r>
        <w:rPr>
          <w:b/>
        </w:rPr>
        <w:t xml:space="preserve">[09:40] </w:t>
      </w:r>
      <w:r>
        <w:t>sirf logic, sirf argument, sirf reason kafi nahi hota aadmi ko manane ke liye.</w:t>
      </w:r>
    </w:p>
    <w:p>
      <w:pPr>
        <w:jc w:val="right"/>
      </w:pPr>
      <w:r>
        <w:t>صرف لاجک، صرف آرگومنٹ، صرف ریزن کافی نہیں ہوتا آدمی کو ماننے کے لیے۔</w:t>
      </w:r>
    </w:p>
    <w:p>
      <w:r>
        <w:rPr>
          <w:b/>
        </w:rPr>
        <w:t xml:space="preserve">[09:47] </w:t>
      </w:r>
      <w:r>
        <w:t>dekhiye, baaten do qism ki hoti hain.</w:t>
      </w:r>
    </w:p>
    <w:p>
      <w:pPr>
        <w:jc w:val="right"/>
      </w:pPr>
      <w:r>
        <w:t>دیکھیے، باتیں دو قسم کی ہوتی ہیں۔</w:t>
      </w:r>
    </w:p>
    <w:p>
      <w:r>
        <w:rPr>
          <w:b/>
        </w:rPr>
        <w:t xml:space="preserve">[09:55] </w:t>
      </w:r>
      <w:r>
        <w:t>aik purely technical, aur aik hoti hai jis mein aap ke emotions involve hote hain. maslan yeh</w:t>
      </w:r>
    </w:p>
    <w:p>
      <w:pPr>
        <w:jc w:val="right"/>
      </w:pPr>
      <w:r>
        <w:t>ایک پیورلی ٹیکنیکل، اور ایک ہوتی ہے جس میں آپ کے ایموشنز انوالو ہوتے ہیں۔ مثلاً یہ</w:t>
      </w:r>
    </w:p>
    <w:p>
      <w:r>
        <w:rPr>
          <w:b/>
        </w:rPr>
        <w:t xml:space="preserve">[10:02] </w:t>
      </w:r>
      <w:r>
        <w:t>manna ho ke do aur do mil kar chaar, to us ko har aadmi maan lega.</w:t>
      </w:r>
    </w:p>
    <w:p>
      <w:pPr>
        <w:jc w:val="right"/>
      </w:pPr>
      <w:r>
        <w:t>ماننا ہو کہ دو اور دو مل کر چار، تو اس کو ہر آدمی مان لے گا۔</w:t>
      </w:r>
    </w:p>
    <w:p>
      <w:r>
        <w:rPr>
          <w:b/>
        </w:rPr>
        <w:t xml:space="preserve">[10:08] </w:t>
      </w:r>
      <w:r>
        <w:t>chaar chaar mil kar aath, yeh aadmi maan lega.</w:t>
      </w:r>
    </w:p>
    <w:p>
      <w:pPr>
        <w:jc w:val="right"/>
      </w:pPr>
      <w:r>
        <w:t>چار چار مل کر آٹھ، یہ آدمی مان لے گا۔</w:t>
      </w:r>
    </w:p>
    <w:p>
      <w:r>
        <w:rPr>
          <w:b/>
        </w:rPr>
        <w:t xml:space="preserve">[10:13] </w:t>
      </w:r>
      <w:r>
        <w:t>aath aath mil kar 16, yeh maan lega.</w:t>
      </w:r>
    </w:p>
    <w:p>
      <w:pPr>
        <w:jc w:val="right"/>
      </w:pPr>
      <w:r>
        <w:t>آٹھ آٹھ مل کر 16، یہ مان لے گا۔</w:t>
      </w:r>
    </w:p>
    <w:p>
      <w:r>
        <w:rPr>
          <w:b/>
        </w:rPr>
        <w:t xml:space="preserve">[10:18] </w:t>
      </w:r>
      <w:r>
        <w:t>kyun ke yahan par us ke emotions involve nahi hain.</w:t>
      </w:r>
    </w:p>
    <w:p>
      <w:pPr>
        <w:jc w:val="right"/>
      </w:pPr>
      <w:r>
        <w:t>کیونکہ یہاں پر اس کے ایموشنز انوالو نہیں ہیں۔</w:t>
      </w:r>
    </w:p>
    <w:p>
      <w:r>
        <w:rPr>
          <w:b/>
        </w:rPr>
        <w:t xml:space="preserve">[10:23] </w:t>
      </w:r>
      <w:r>
        <w:t>to logic chalti hai wahan jahan par emotions involve na hon.</w:t>
      </w:r>
    </w:p>
    <w:p>
      <w:pPr>
        <w:jc w:val="right"/>
      </w:pPr>
      <w:r>
        <w:t>تو لاجک چلتی ہے وہاں جہاں پر ایموشنز انوالو نہ ہوں۔</w:t>
      </w:r>
    </w:p>
    <w:p>
      <w:r>
        <w:rPr>
          <w:b/>
        </w:rPr>
        <w:t xml:space="preserve">[10:28] </w:t>
      </w:r>
      <w:r>
        <w:t>lekin jahan emotions involve hon, to wahan aadmi logic dete rahiye,</w:t>
      </w:r>
    </w:p>
    <w:p>
      <w:pPr>
        <w:jc w:val="right"/>
      </w:pPr>
      <w:r>
        <w:t>لیکن جہاں ایموشنز انوالو ہوں، تو وہاں آدمی لاجک دیتے رہیے،</w:t>
      </w:r>
    </w:p>
    <w:p>
      <w:r>
        <w:rPr>
          <w:b/>
        </w:rPr>
        <w:t xml:space="preserve">[10:33] </w:t>
      </w:r>
      <w:r>
        <w:t>kuch bhi argument pesh karte rahiye, woh manta hi nahi.</w:t>
      </w:r>
    </w:p>
    <w:p>
      <w:pPr>
        <w:jc w:val="right"/>
      </w:pPr>
      <w:r>
        <w:t>کچھ بھی آرگومنٹ پیش کرتے رہیے، وہ مانتا ہی نہیں۔</w:t>
      </w:r>
    </w:p>
    <w:p>
      <w:r>
        <w:rPr>
          <w:b/>
        </w:rPr>
        <w:t xml:space="preserve">[10:38] </w:t>
      </w:r>
      <w:r>
        <w:t>lekin jab us ko tajurba hota hai, tajurba ka matlab kya hai? us ko shock lagta hai, us</w:t>
      </w:r>
    </w:p>
    <w:p>
      <w:pPr>
        <w:jc w:val="right"/>
      </w:pPr>
      <w:r>
        <w:t>لیکن جب اس کو تجربہ ہوتا ہے، تجربہ کا مطلب کیا ہے؟ اس کو شاک لگتا ہے، اس</w:t>
      </w:r>
    </w:p>
    <w:p>
      <w:r>
        <w:rPr>
          <w:b/>
        </w:rPr>
        <w:t xml:space="preserve">[10:43] </w:t>
      </w:r>
      <w:r>
        <w:t>ko dhakka lagta hai.</w:t>
      </w:r>
    </w:p>
    <w:p>
      <w:pPr>
        <w:jc w:val="right"/>
      </w:pPr>
      <w:r>
        <w:t>کو دھکا لگتا ہے۔</w:t>
      </w:r>
    </w:p>
    <w:p>
      <w:r>
        <w:rPr>
          <w:b/>
        </w:rPr>
        <w:t xml:space="preserve">[10:48] </w:t>
      </w:r>
      <w:r>
        <w:t>tab woh sochta hai, tab us ko rethinking aati hai.</w:t>
      </w:r>
    </w:p>
    <w:p>
      <w:pPr>
        <w:jc w:val="right"/>
      </w:pPr>
      <w:r>
        <w:t>تب وہ سوچتا ہے، تب اس کو ری تھنکنگ آتی ہے۔</w:t>
      </w:r>
    </w:p>
    <w:p>
      <w:r>
        <w:rPr>
          <w:b/>
        </w:rPr>
        <w:t xml:space="preserve">[10:53] </w:t>
      </w:r>
      <w:r>
        <w:t>to jo tajurba utha chuka ho, woh manne par majboor ho jata hai.</w:t>
      </w:r>
    </w:p>
    <w:p>
      <w:pPr>
        <w:jc w:val="right"/>
      </w:pPr>
      <w:r>
        <w:t>تو جو تجربہ اٹھا چکا ہو، وہ ماننے پر مجبور ہو جاتا ہے۔</w:t>
      </w:r>
    </w:p>
    <w:p>
      <w:r>
        <w:rPr>
          <w:b/>
        </w:rPr>
        <w:t xml:space="preserve">[10:58] </w:t>
      </w:r>
      <w:r>
        <w:t>is ka matlab yeh hai ke tajurba</w:t>
      </w:r>
    </w:p>
    <w:p>
      <w:pPr>
        <w:jc w:val="right"/>
      </w:pPr>
      <w:r>
        <w:t>اس کا مطلب یہ ہے کہ تجربہ</w:t>
      </w:r>
    </w:p>
    <w:p>
      <w:r>
        <w:rPr>
          <w:b/>
        </w:rPr>
        <w:t xml:space="preserve">[11:03] </w:t>
      </w:r>
      <w:r>
        <w:t>ka matlab yeh hua ke is mein compulsion aa jata hai.</w:t>
      </w:r>
    </w:p>
    <w:p>
      <w:pPr>
        <w:jc w:val="right"/>
      </w:pPr>
      <w:r>
        <w:t>کا مطلب یہ ہوا کہ اس میں کمپلشن آ جاتا ہے۔</w:t>
      </w:r>
    </w:p>
    <w:p>
      <w:r>
        <w:rPr>
          <w:b/>
        </w:rPr>
        <w:t xml:space="preserve">[11:10] </w:t>
      </w:r>
      <w:r>
        <w:t>aik hai simply learning, simply information, simply education.</w:t>
      </w:r>
    </w:p>
    <w:p>
      <w:pPr>
        <w:jc w:val="right"/>
      </w:pPr>
      <w:r>
        <w:t>ایک ہے سمپلی لرننگ، سمپلی انفارمیشن، سمپلی ایجوکیشن۔</w:t>
      </w:r>
    </w:p>
    <w:p>
      <w:r>
        <w:rPr>
          <w:b/>
        </w:rPr>
        <w:t xml:space="preserve">[11:16] </w:t>
      </w:r>
      <w:r>
        <w:t>aur tajurba woh cheez hai jis mein compulsion aa chuka ho.</w:t>
      </w:r>
    </w:p>
    <w:p>
      <w:pPr>
        <w:jc w:val="right"/>
      </w:pPr>
      <w:r>
        <w:t>اور تجربہ وہ چیز ہے جس میں کمپلشن آ چکا ہو۔</w:t>
      </w:r>
    </w:p>
    <w:p>
      <w:r>
        <w:rPr>
          <w:b/>
        </w:rPr>
        <w:t xml:space="preserve">[11:22] </w:t>
      </w:r>
      <w:r>
        <w:t>yani compulsively aap manne par majboor ho chuke hon.</w:t>
      </w:r>
    </w:p>
    <w:p>
      <w:pPr>
        <w:jc w:val="right"/>
      </w:pPr>
      <w:r>
        <w:t>یعنی کمپلسولی آپ ماننے پر مجبور ہو چکے ہوں۔</w:t>
      </w:r>
    </w:p>
    <w:p>
      <w:r>
        <w:rPr>
          <w:b/>
        </w:rPr>
        <w:t xml:space="preserve">[11:28] </w:t>
      </w:r>
      <w:r>
        <w:t>jaise haal mein aik aik liberal hindu family ki aik ladki kabhi kabhi hamare paas aati hain, woh</w:t>
      </w:r>
    </w:p>
    <w:p>
      <w:pPr>
        <w:jc w:val="right"/>
      </w:pPr>
      <w:r>
        <w:t>جیسے حال میں ایک ایک لبرل ہندو فیملی کی ایک لڑکی کبھی کبھی ہمارے پاس آتی ہیں، وہ</w:t>
      </w:r>
    </w:p>
    <w:p>
      <w:r>
        <w:rPr>
          <w:b/>
        </w:rPr>
        <w:t xml:space="preserve">[11:35] </w:t>
      </w:r>
      <w:r>
        <w:t>to liberal baaten karti thin, woh Khuda ko bhi nahi manti thin.</w:t>
      </w:r>
    </w:p>
    <w:p>
      <w:pPr>
        <w:jc w:val="right"/>
      </w:pPr>
      <w:r>
        <w:t>تو لبرل باتیں کرتی تھیں، وہ خدا کو بھی نہیں مانتی تھیں۔</w:t>
      </w:r>
    </w:p>
    <w:p>
      <w:r>
        <w:rPr>
          <w:b/>
        </w:rPr>
        <w:t xml:space="preserve">[11:40] </w:t>
      </w:r>
      <w:r>
        <w:t>woh toh unhon ne haalankeh bohat achhi padhai in ki hui India mein, India ke bahar.</w:t>
      </w:r>
    </w:p>
    <w:p>
      <w:pPr>
        <w:jc w:val="right"/>
      </w:pPr>
      <w:r>
        <w:t>وہ تو انہوں نے حالانکہ بہت اچھی پڑھائی ان کی ہوئی انڈیا میں، انڈیا کے باہر۔</w:t>
      </w:r>
    </w:p>
    <w:p>
      <w:r>
        <w:rPr>
          <w:b/>
        </w:rPr>
        <w:t xml:space="preserve">[11:45] </w:t>
      </w:r>
      <w:r>
        <w:t>to jab shadi ki unhon ne to love marriage kiya unhon ne, aur shadi kahan kiya? ek conservative</w:t>
      </w:r>
    </w:p>
    <w:p>
      <w:pPr>
        <w:jc w:val="right"/>
      </w:pPr>
      <w:r>
        <w:t>تو جب شادی کی انہوں نے تو لو میرج کیا انہوں نے، اور شادی کہاں کیا؟ ایک کنزرویٹیو</w:t>
      </w:r>
    </w:p>
    <w:p>
      <w:r>
        <w:rPr>
          <w:b/>
        </w:rPr>
        <w:t xml:space="preserve">[11:51] </w:t>
      </w:r>
      <w:r>
        <w:t>jain family mein.</w:t>
      </w:r>
    </w:p>
    <w:p>
      <w:pPr>
        <w:jc w:val="right"/>
      </w:pPr>
      <w:r>
        <w:t>جین فیملی میں۔</w:t>
      </w:r>
    </w:p>
    <w:p>
      <w:r>
        <w:rPr>
          <w:b/>
        </w:rPr>
        <w:t xml:space="preserve">[11:56] </w:t>
      </w:r>
      <w:r>
        <w:t>khud woh pali barhein ek liberal hindu family mein.</w:t>
      </w:r>
    </w:p>
    <w:p>
      <w:pPr>
        <w:jc w:val="right"/>
      </w:pPr>
      <w:r>
        <w:t>خود وہ پلی بڑھیں ایک لبرل ہندو فیملی میں۔</w:t>
      </w:r>
    </w:p>
    <w:p>
      <w:r>
        <w:rPr>
          <w:b/>
        </w:rPr>
        <w:t xml:space="preserve">[12:01] </w:t>
      </w:r>
      <w:r>
        <w:t>shadi kiya unhon ne ek aise ladke se jo</w:t>
      </w:r>
    </w:p>
    <w:p>
      <w:pPr>
        <w:jc w:val="right"/>
      </w:pPr>
      <w:r>
        <w:t>شادی کیا انہوں نے ایک ایسے لڑکے سے جو</w:t>
      </w:r>
    </w:p>
    <w:p>
      <w:r>
        <w:rPr>
          <w:b/>
        </w:rPr>
        <w:t xml:space="preserve">[12:06] </w:t>
      </w:r>
      <w:r>
        <w:t>conservative jain family thi.</w:t>
      </w:r>
    </w:p>
    <w:p>
      <w:pPr>
        <w:jc w:val="right"/>
      </w:pPr>
      <w:r>
        <w:t>کنزرویٹیو جین فیملی تھی۔</w:t>
      </w:r>
    </w:p>
    <w:p>
      <w:r>
        <w:rPr>
          <w:b/>
        </w:rPr>
        <w:t xml:space="preserve">[12:11] </w:t>
      </w:r>
      <w:r>
        <w:t>shadi ke chand hi din ke baad unhein mehsoos hua ke yeh to mein bohat hi unfit</w:t>
      </w:r>
    </w:p>
    <w:p>
      <w:pPr>
        <w:jc w:val="right"/>
      </w:pPr>
      <w:r>
        <w:t>شادی کے چند ہی دن کے بعد انہیں محسوس ہوا کہ یہ تو میں بہت ہی ان فٹ</w:t>
      </w:r>
    </w:p>
    <w:p>
      <w:r>
        <w:rPr>
          <w:b/>
        </w:rPr>
        <w:t xml:space="preserve">[12:15] </w:t>
      </w:r>
      <w:r>
        <w:t>ho gaya hoon yahan par.</w:t>
      </w:r>
    </w:p>
    <w:p>
      <w:pPr>
        <w:jc w:val="right"/>
      </w:pPr>
      <w:r>
        <w:t>ہو گیا ہوں یہاں پر۔</w:t>
      </w:r>
    </w:p>
    <w:p>
      <w:r>
        <w:rPr>
          <w:b/>
        </w:rPr>
        <w:t xml:space="preserve">[12:19] </w:t>
      </w:r>
      <w:r>
        <w:t>wahan par itne rasoom, itne riwaj, itne rituals ke woh ghabra gaye is se.</w:t>
      </w:r>
    </w:p>
    <w:p>
      <w:pPr>
        <w:jc w:val="right"/>
      </w:pPr>
      <w:r>
        <w:t>وہاں پر اتنے رسوم، اتنے رواج، اتنے ریچولز کہ وہ گھبرا گئے اس سے۔</w:t>
      </w:r>
    </w:p>
    <w:p>
      <w:r>
        <w:rPr>
          <w:b/>
        </w:rPr>
        <w:t xml:space="preserve">[12:24] </w:t>
      </w:r>
      <w:r>
        <w:t>ab woh abhi mujh se mili toh taqreeban ro rahi thi, samajh lijiye.</w:t>
      </w:r>
    </w:p>
    <w:p>
      <w:pPr>
        <w:jc w:val="right"/>
      </w:pPr>
      <w:r>
        <w:t>اب وہ ابھی مجھ سے ملی تو تقریباً رو رہی تھی، سمجھ لیجیے۔</w:t>
      </w:r>
    </w:p>
    <w:p>
      <w:r>
        <w:rPr>
          <w:b/>
        </w:rPr>
        <w:t xml:space="preserve">[12:28] </w:t>
      </w:r>
      <w:r>
        <w:t>khushi khushi shadi ki, aur ek mahine ke andar rona shuru ho gaya.</w:t>
      </w:r>
    </w:p>
    <w:p>
      <w:pPr>
        <w:jc w:val="right"/>
      </w:pPr>
      <w:r>
        <w:t>خوشی خوشی شادی کی، اور ایک مہینے کے اندر رونا شروع ہو گیا۔</w:t>
      </w:r>
    </w:p>
    <w:p>
      <w:r>
        <w:rPr>
          <w:b/>
        </w:rPr>
        <w:t xml:space="preserve">[12:32] </w:t>
      </w:r>
      <w:r>
        <w:t>kyun? un ke paas di</w:t>
      </w:r>
    </w:p>
    <w:p>
      <w:pPr>
        <w:jc w:val="right"/>
      </w:pPr>
      <w:r>
        <w:t>کیوں؟ ان کے پاس ڈ</w:t>
      </w:r>
    </w:p>
    <w:p>
      <w:r>
        <w:rPr>
          <w:b/>
        </w:rPr>
        <w:t xml:space="preserve">[12:36] </w:t>
      </w:r>
      <w:r>
        <w:t>giri thi, lekin un ke paas experience nahi tha.</w:t>
      </w:r>
    </w:p>
    <w:p>
      <w:pPr>
        <w:jc w:val="right"/>
      </w:pPr>
      <w:r>
        <w:t>گری تھی، لیکن ان کے پاس ایکسپیرینس نہیں تھا۔</w:t>
      </w:r>
    </w:p>
    <w:p>
      <w:r>
        <w:rPr>
          <w:b/>
        </w:rPr>
        <w:t xml:space="preserve">[12:40] </w:t>
      </w:r>
      <w:r>
        <w:t>degree thi, experience nahi tha.</w:t>
      </w:r>
    </w:p>
    <w:p>
      <w:pPr>
        <w:jc w:val="right"/>
      </w:pPr>
      <w:r>
        <w:t>ڈگری تھی، ایکسپیرینس نہیں تھا۔</w:t>
      </w:r>
    </w:p>
    <w:p>
      <w:r>
        <w:rPr>
          <w:b/>
        </w:rPr>
        <w:t xml:space="preserve">[12:44] </w:t>
      </w:r>
      <w:r>
        <w:t>toh degree kafi nahi hai.</w:t>
      </w:r>
    </w:p>
    <w:p>
      <w:pPr>
        <w:jc w:val="right"/>
      </w:pPr>
      <w:r>
        <w:t>تو ڈگری کافی نہیں ہے۔</w:t>
      </w:r>
    </w:p>
    <w:p>
      <w:r>
        <w:rPr>
          <w:b/>
        </w:rPr>
        <w:t xml:space="preserve">[12:48] </w:t>
      </w:r>
      <w:r>
        <w:t>ab experience jab hua toh woh khuda unhon ne kaha ke ab ab unhon ne kaha ke main</w:t>
      </w:r>
    </w:p>
    <w:p>
      <w:pPr>
        <w:jc w:val="right"/>
      </w:pPr>
      <w:r>
        <w:t>اب ایکسپیرینس جب ہوا تو وہ خدا انہوں نے کہا کہ اب اب انہوں نے کہا کہ میں</w:t>
      </w:r>
    </w:p>
    <w:p>
      <w:r>
        <w:rPr>
          <w:b/>
        </w:rPr>
        <w:t xml:space="preserve">[12:52] </w:t>
      </w:r>
      <w:r>
        <w:t>khuda ko manti hoon.</w:t>
      </w:r>
    </w:p>
    <w:p>
      <w:pPr>
        <w:jc w:val="right"/>
      </w:pPr>
      <w:r>
        <w:t>خدا کو مانتی ہوں۔</w:t>
      </w:r>
    </w:p>
    <w:p>
      <w:r>
        <w:rPr>
          <w:b/>
        </w:rPr>
        <w:t xml:space="preserve">[12:56] </w:t>
      </w:r>
      <w:r>
        <w:t>wohi ladki jo pehle kehti thi ke main khuda ko nahi manti, ab khuda ko maan gayi.</w:t>
      </w:r>
    </w:p>
    <w:p>
      <w:pPr>
        <w:jc w:val="right"/>
      </w:pPr>
      <w:r>
        <w:t>وہی لڑکی جو پہلے کہتی تھی کہ میں خدا کو نہیں مانتی، اب خدا کو مان گئی۔</w:t>
      </w:r>
    </w:p>
    <w:p>
      <w:r>
        <w:rPr>
          <w:b/>
        </w:rPr>
        <w:t xml:space="preserve">[12:59] </w:t>
      </w:r>
      <w:r>
        <w:t>kyun? under compulsion.</w:t>
      </w:r>
    </w:p>
    <w:p>
      <w:pPr>
        <w:jc w:val="right"/>
      </w:pPr>
      <w:r>
        <w:t>کیوں؟ انڈر کمپلشن۔</w:t>
      </w:r>
    </w:p>
    <w:p>
      <w:r>
        <w:rPr>
          <w:b/>
        </w:rPr>
        <w:t xml:space="preserve">[13:03] </w:t>
      </w:r>
      <w:r>
        <w:t>jo Hazrat Ali ne kaha tha ke "عرفت ربی بفصل عزائم".</w:t>
      </w:r>
    </w:p>
    <w:p>
      <w:pPr>
        <w:jc w:val="right"/>
      </w:pPr>
      <w:r>
        <w:t>جو حضرت علی نے کہا تھا کہ "عرفت ربی بفصل عزائم"۔</w:t>
      </w:r>
    </w:p>
    <w:p>
      <w:r>
        <w:rPr>
          <w:b/>
        </w:rPr>
        <w:t xml:space="preserve">[13:07] </w:t>
      </w:r>
      <w:r>
        <w:t>main ne pehchana apne rab ko apni planning ke tootnay se. to un ki jo planning thi, toot gayi. is lady ki toot gayi to unhein pata chala ke koi aur taqat hai. koi aur taqat hai, koi supreme mere oper hai. to ab woh khuda ko maan gayi. to yeh dekhiye, is mein kya baat hai ke ek nojawan ke paas degree ho</w:t>
      </w:r>
    </w:p>
    <w:p>
      <w:pPr>
        <w:jc w:val="right"/>
      </w:pPr>
      <w:r>
        <w:t>میں نے پہچانا اپنے رب کو اپنی پلاننگ کے ٹوٹنے سے۔ تو ان کی جو پلاننگ تھی، ٹوٹ گئی۔ اس لیڈی کی ٹوٹ گئی تو انہیں پتہ چلا کہ کوئی اور طاقت ہے۔ کوئی اور طاقت ہے، کوئی سپریم میرے اوپر ہے۔ تو اب وہ خدا کو مان گئی۔ تو یہ دیکھیے، اس میں کیا بات ہے کہ ایک نوجوان کے پاس ڈگری ہو</w:t>
      </w:r>
    </w:p>
    <w:p>
      <w:r>
        <w:rPr>
          <w:b/>
        </w:rPr>
        <w:t xml:space="preserve">[13:37] </w:t>
      </w:r>
      <w:r>
        <w:t>sakti hai, lekin ek naujawan ke paas experience nahi hota.</w:t>
      </w:r>
    </w:p>
    <w:p>
      <w:pPr>
        <w:jc w:val="right"/>
      </w:pPr>
      <w:r>
        <w:t>سکتی ہے، لیکن ایک نوجوان کے پاس ایکسپیرینس نہیں ہوتا۔</w:t>
      </w:r>
    </w:p>
    <w:p>
      <w:r>
        <w:rPr>
          <w:b/>
        </w:rPr>
        <w:t xml:space="preserve">[13:42] </w:t>
      </w:r>
      <w:r>
        <w:t>yahi woh zaroorat hoti hai, is ko hum kehte hain parenting.</w:t>
      </w:r>
    </w:p>
    <w:p>
      <w:pPr>
        <w:jc w:val="right"/>
      </w:pPr>
      <w:r>
        <w:t>یہی وہ ضرورت ہوتی ہے، اس کو ہم کہتے ہیں پیرنٹنگ۔</w:t>
      </w:r>
    </w:p>
    <w:p>
      <w:r>
        <w:rPr>
          <w:b/>
        </w:rPr>
        <w:t xml:space="preserve">[13:47] </w:t>
      </w:r>
      <w:r>
        <w:t>parenting yani jo aap ke sarparast hain, jo aap ke walidain hain, jo aap ke bade hain, woh</w:t>
      </w:r>
    </w:p>
    <w:p>
      <w:pPr>
        <w:jc w:val="right"/>
      </w:pPr>
      <w:r>
        <w:t>پیرنٹنگ یعنی جو آپ کے سرپرست ہیں، جو آپ کے والدین ہیں، جو آپ کے بڑے ہیں، وہ</w:t>
      </w:r>
    </w:p>
    <w:p>
      <w:r>
        <w:rPr>
          <w:b/>
        </w:rPr>
        <w:t xml:space="preserve">[13:52] </w:t>
      </w:r>
      <w:r>
        <w:t>aap ko sikhayein, aap ko batayein, apne experience ko share karein.</w:t>
      </w:r>
    </w:p>
    <w:p>
      <w:pPr>
        <w:jc w:val="right"/>
      </w:pPr>
      <w:r>
        <w:t>آپ کو سکھائیں، آپ کو بتائیں، اپنے ایکسپیرینس کو شیئر کریں۔</w:t>
      </w:r>
    </w:p>
    <w:p>
      <w:r>
        <w:rPr>
          <w:b/>
        </w:rPr>
        <w:t xml:space="preserve">[13:57] </w:t>
      </w:r>
      <w:r>
        <w:t>is ko kehte hain parenting.</w:t>
      </w:r>
    </w:p>
    <w:p>
      <w:pPr>
        <w:jc w:val="right"/>
      </w:pPr>
      <w:r>
        <w:t>اس کو کہتے ہیں پیرنٹنگ۔</w:t>
      </w:r>
    </w:p>
    <w:p>
      <w:r>
        <w:rPr>
          <w:b/>
        </w:rPr>
        <w:t xml:space="preserve">[14:02] </w:t>
      </w:r>
      <w:r>
        <w:t>toh parenting jo hai, ek bohat hi</w:t>
      </w:r>
    </w:p>
    <w:p>
      <w:pPr>
        <w:jc w:val="right"/>
      </w:pPr>
      <w:r>
        <w:t>تو پیرنٹنگ جو ہے، ایک بہت ہی</w:t>
      </w:r>
    </w:p>
    <w:p>
      <w:r>
        <w:rPr>
          <w:b/>
        </w:rPr>
        <w:t xml:space="preserve">[14:07] </w:t>
      </w:r>
      <w:r>
        <w:t>zyada important cheez hai zindagi mein.</w:t>
      </w:r>
    </w:p>
    <w:p>
      <w:pPr>
        <w:jc w:val="right"/>
      </w:pPr>
      <w:r>
        <w:t>زیادہ امپورٹنٹ چیز ہے زندگی میں۔</w:t>
      </w:r>
    </w:p>
    <w:p>
      <w:r>
        <w:rPr>
          <w:b/>
        </w:rPr>
        <w:t xml:space="preserve">[14:13] </w:t>
      </w:r>
      <w:r>
        <w:t>parenting agar nahi hogi toh kya hoga? naujawan log jo hain, woh emotions mein faisle karein ge, sentiment</w:t>
      </w:r>
    </w:p>
    <w:p>
      <w:pPr>
        <w:jc w:val="right"/>
      </w:pPr>
      <w:r>
        <w:t>پیرنٹنگ اگر نہیں ہوگی تو کیا ہوگا؟ نوجوان لوگ جو ہیں، وہ ایموشنز میں فیصلے کریں گے، سینٹیمنٹ</w:t>
      </w:r>
    </w:p>
    <w:p>
      <w:r>
        <w:rPr>
          <w:b/>
        </w:rPr>
        <w:t xml:space="preserve">[14:18] </w:t>
      </w:r>
      <w:r>
        <w:t>ke tehat faisle karein ge, apni zehan mein faisle karein ge, kuch option ho jayega, us pe</w:t>
      </w:r>
    </w:p>
    <w:p>
      <w:pPr>
        <w:jc w:val="right"/>
      </w:pPr>
      <w:r>
        <w:t>کے تحت فیصلے کریں گے، اپنی ذہن میں فیصلے کریں گے، کچھ آپشن ہو جائے گا، اس پہ</w:t>
      </w:r>
    </w:p>
    <w:p>
      <w:r>
        <w:rPr>
          <w:b/>
        </w:rPr>
        <w:t xml:space="preserve">[14:24] </w:t>
      </w:r>
      <w:r>
        <w:t>faisle karenge.</w:t>
      </w:r>
    </w:p>
    <w:p>
      <w:pPr>
        <w:jc w:val="right"/>
      </w:pPr>
      <w:r>
        <w:t>فیصلے کریں گے۔</w:t>
      </w:r>
    </w:p>
    <w:p>
      <w:r>
        <w:rPr>
          <w:b/>
        </w:rPr>
        <w:t xml:space="preserve">[14:29] </w:t>
      </w:r>
      <w:r>
        <w:t>is liye parenting bohat hi zaroori hai.</w:t>
      </w:r>
    </w:p>
    <w:p>
      <w:pPr>
        <w:jc w:val="right"/>
      </w:pPr>
      <w:r>
        <w:t>اس لیے پیرنٹنگ بہت ہی ضروری ہے۔</w:t>
      </w:r>
    </w:p>
    <w:p>
      <w:r>
        <w:rPr>
          <w:b/>
        </w:rPr>
        <w:t xml:space="preserve">[14:34] </w:t>
      </w:r>
      <w:r>
        <w:t>dekhiye, hota kya hai?</w:t>
      </w:r>
    </w:p>
    <w:p>
      <w:pPr>
        <w:jc w:val="right"/>
      </w:pPr>
      <w:r>
        <w:t>دیکھیے، ہوتا کیا ہے؟</w:t>
      </w:r>
    </w:p>
    <w:p>
      <w:r>
        <w:rPr>
          <w:b/>
        </w:rPr>
        <w:t xml:space="preserve">[14:40] </w:t>
      </w:r>
      <w:r>
        <w:t>sirf emotions ki baat nahi hai.</w:t>
      </w:r>
    </w:p>
    <w:p>
      <w:pPr>
        <w:jc w:val="right"/>
      </w:pPr>
      <w:r>
        <w:t>صرف ایموشنز کی بات نہیں ہے۔</w:t>
      </w:r>
    </w:p>
    <w:p>
      <w:r>
        <w:rPr>
          <w:b/>
        </w:rPr>
        <w:t xml:space="preserve">[14:44] </w:t>
      </w:r>
      <w:r>
        <w:t>ek aur cheez jis ko kehte hain conditioning.</w:t>
      </w:r>
    </w:p>
    <w:p>
      <w:pPr>
        <w:jc w:val="right"/>
      </w:pPr>
      <w:r>
        <w:t>ایک اور چیز جس کو کہتے ہیں کنڈیشننگ۔</w:t>
      </w:r>
    </w:p>
    <w:p>
      <w:r>
        <w:rPr>
          <w:b/>
        </w:rPr>
        <w:t xml:space="preserve">[14:49] </w:t>
      </w:r>
      <w:r>
        <w:t>har aadmi paida hota hai kisi khaas mahaul mein, ek ghar mein, ek uska ek neighbor, us</w:t>
      </w:r>
    </w:p>
    <w:p>
      <w:pPr>
        <w:jc w:val="right"/>
      </w:pPr>
      <w:r>
        <w:t>ہر آدمی پیدا ہوتا ہے کسی خاص ماحول میں، ایک گھر میں، ایک اس کا ایک نیبر، اس</w:t>
      </w:r>
    </w:p>
    <w:p>
      <w:r>
        <w:rPr>
          <w:b/>
        </w:rPr>
        <w:t xml:space="preserve">[14:53] </w:t>
      </w:r>
      <w:r>
        <w:t>ka ek neighborhood hota hai, kisi school mein parhta hai.</w:t>
      </w:r>
    </w:p>
    <w:p>
      <w:pPr>
        <w:jc w:val="right"/>
      </w:pPr>
      <w:r>
        <w:t>کا ایک نیبرہڈ ہوتا ہے، کسی اسکول میں پڑھتا ہے۔</w:t>
      </w:r>
    </w:p>
    <w:p>
      <w:r>
        <w:rPr>
          <w:b/>
        </w:rPr>
        <w:t xml:space="preserve">[14:57] </w:t>
      </w:r>
      <w:r>
        <w:t>har jagah uski hoti rehti hai conditioning.</w:t>
      </w:r>
    </w:p>
    <w:p>
      <w:pPr>
        <w:jc w:val="right"/>
      </w:pPr>
      <w:r>
        <w:t>ہر جگہ اس کی ہوتی رہتی ہے کنڈیشننگ۔</w:t>
      </w:r>
    </w:p>
    <w:p>
      <w:r>
        <w:rPr>
          <w:b/>
        </w:rPr>
        <w:t xml:space="preserve">[15:02] </w:t>
      </w:r>
      <w:r>
        <w:t>conditioning, conditioning, conditioning.</w:t>
      </w:r>
    </w:p>
    <w:p>
      <w:pPr>
        <w:jc w:val="right"/>
      </w:pPr>
      <w:r>
        <w:t>کنڈیشننگ، کنڈیشننگ، کنڈیشننگ۔</w:t>
      </w:r>
    </w:p>
    <w:p>
      <w:r>
        <w:rPr>
          <w:b/>
        </w:rPr>
        <w:t xml:space="preserve">[15:06] </w:t>
      </w:r>
      <w:r>
        <w:t>ab is conditioning ko de conditioning karne ke liye ka kaam kaun kare?</w:t>
      </w:r>
    </w:p>
    <w:p>
      <w:pPr>
        <w:jc w:val="right"/>
      </w:pPr>
      <w:r>
        <w:t>اب اس کنڈیشننگ کو ڈی کنڈیشن کرنے کے لیے کا کام کون کرے؟</w:t>
      </w:r>
    </w:p>
    <w:p>
      <w:r>
        <w:rPr>
          <w:b/>
        </w:rPr>
        <w:t xml:space="preserve">[15:11] </w:t>
      </w:r>
      <w:r>
        <w:t>yani woh toh immature hai, is liye conditioning ko woh accept karta rehta hai.</w:t>
      </w:r>
    </w:p>
    <w:p>
      <w:pPr>
        <w:jc w:val="right"/>
      </w:pPr>
      <w:r>
        <w:t>یعنی وہ تو ام میچور ہے، اس لیے کنڈیشننگ کو وہ ایکسیپٹ کرتا رہتا ہے۔</w:t>
      </w:r>
    </w:p>
    <w:p>
      <w:r>
        <w:rPr>
          <w:b/>
        </w:rPr>
        <w:t xml:space="preserve">[15:15] </w:t>
      </w:r>
      <w:r>
        <w:t>ab ek aur chahiye jo uski conditioning ko tode, jo uski de conditioning kare.</w:t>
      </w:r>
    </w:p>
    <w:p>
      <w:pPr>
        <w:jc w:val="right"/>
      </w:pPr>
      <w:r>
        <w:t>اب ایک اور چاہیے جو اس کی کنڈیشننگ کو توڑے، جو اس کی ڈی کنڈیشننگ کرے۔</w:t>
      </w:r>
    </w:p>
    <w:p>
      <w:r>
        <w:rPr>
          <w:b/>
        </w:rPr>
        <w:t xml:space="preserve">[15:19] </w:t>
      </w:r>
      <w:r>
        <w:t>is ke liye zaroorat hai senior logon ki.</w:t>
      </w:r>
    </w:p>
    <w:p>
      <w:pPr>
        <w:jc w:val="right"/>
      </w:pPr>
      <w:r>
        <w:t>اس کے لیے ضرورت ہے سینیئر لوگوں کی۔</w:t>
      </w:r>
    </w:p>
    <w:p>
      <w:r>
        <w:rPr>
          <w:b/>
        </w:rPr>
        <w:t xml:space="preserve">[15:23] </w:t>
      </w:r>
      <w:r>
        <w:t>senior aadmi hi uski conditioning ko de conditioning kar sakta hai, kyunke usko zindagi ka tajurba</w:t>
      </w:r>
    </w:p>
    <w:p>
      <w:pPr>
        <w:jc w:val="right"/>
      </w:pPr>
      <w:r>
        <w:t>سینیئر آدمی ہی اس کی کنڈیشننگ کو ڈی کنڈیشن کر سکتا ہے، کیونکہ اس کو زندگی کا تجربہ</w:t>
      </w:r>
    </w:p>
    <w:p>
      <w:r>
        <w:rPr>
          <w:b/>
        </w:rPr>
        <w:t xml:space="preserve">[15:28] </w:t>
      </w:r>
      <w:r>
        <w:t>ho chuka hota hai.</w:t>
      </w:r>
    </w:p>
    <w:p>
      <w:pPr>
        <w:jc w:val="right"/>
      </w:pPr>
      <w:r>
        <w:t>ہو چکا ہوتا ہے۔</w:t>
      </w:r>
    </w:p>
    <w:p>
      <w:r>
        <w:rPr>
          <w:b/>
        </w:rPr>
        <w:t xml:space="preserve">[15:32] </w:t>
      </w:r>
      <w:r>
        <w:t>zindagi ki zyada learning ho chuki hoti hai.</w:t>
      </w:r>
    </w:p>
    <w:p>
      <w:pPr>
        <w:jc w:val="right"/>
      </w:pPr>
      <w:r>
        <w:t>زندگی کی زیادہ لرننگ ہو چکی ہوتی ہے۔</w:t>
      </w:r>
    </w:p>
    <w:p>
      <w:r>
        <w:rPr>
          <w:b/>
        </w:rPr>
        <w:t xml:space="preserve">[15:36] </w:t>
      </w:r>
      <w:r>
        <w:t>zindagi ko zyada door tak woh dekh chuka ho</w:t>
      </w:r>
    </w:p>
    <w:p>
      <w:pPr>
        <w:jc w:val="right"/>
      </w:pPr>
      <w:r>
        <w:t>زندگی کو زیادہ دور تک وہ دیکھ چکا ہوت</w:t>
      </w:r>
    </w:p>
    <w:p>
      <w:r>
        <w:rPr>
          <w:b/>
        </w:rPr>
        <w:t xml:space="preserve">[15:41] </w:t>
      </w:r>
      <w:r>
        <w:t>ta hai.</w:t>
      </w:r>
    </w:p>
    <w:p>
      <w:pPr>
        <w:jc w:val="right"/>
      </w:pPr>
      <w:r>
        <w:t>ا ہے۔</w:t>
      </w:r>
    </w:p>
    <w:p>
      <w:r>
        <w:rPr>
          <w:b/>
        </w:rPr>
        <w:t xml:space="preserve">[15:45] </w:t>
      </w:r>
      <w:r>
        <w:t>toh har naujawan dekhiye, do problem mein hai.</w:t>
      </w:r>
    </w:p>
    <w:p>
      <w:pPr>
        <w:jc w:val="right"/>
      </w:pPr>
      <w:r>
        <w:t>تو ہر نوجوان دیکھیے، دو پرابلم میں ہے۔</w:t>
      </w:r>
    </w:p>
    <w:p>
      <w:r>
        <w:rPr>
          <w:b/>
        </w:rPr>
        <w:t xml:space="preserve">[15:50] </w:t>
      </w:r>
      <w:r>
        <w:t>ek yeh ke woh emotions mein hai, apni sentiment mein jeeta hai, kuch options ban jaate hain, us</w:t>
      </w:r>
    </w:p>
    <w:p>
      <w:pPr>
        <w:jc w:val="right"/>
      </w:pPr>
      <w:r>
        <w:t>ایک یہ کہ وہ ایموشنز میں ہے، اپنی سینٹیمنٹ میں جیتا ہے، کچھ آپشن بن جاتے ہیں، اس</w:t>
      </w:r>
    </w:p>
    <w:p>
      <w:r>
        <w:rPr>
          <w:b/>
        </w:rPr>
        <w:t xml:space="preserve">[15:54] </w:t>
      </w:r>
      <w:r>
        <w:t>mein jeeta hai.</w:t>
      </w:r>
    </w:p>
    <w:p>
      <w:pPr>
        <w:jc w:val="right"/>
      </w:pPr>
      <w:r>
        <w:t>میں جیتا ہے۔</w:t>
      </w:r>
    </w:p>
    <w:p>
      <w:r>
        <w:rPr>
          <w:b/>
        </w:rPr>
        <w:t xml:space="preserve">[15:59] </w:t>
      </w:r>
      <w:r>
        <w:t>ek yeh problem hai.</w:t>
      </w:r>
    </w:p>
    <w:p>
      <w:pPr>
        <w:jc w:val="right"/>
      </w:pPr>
      <w:r>
        <w:t>ایک یہ پرابلم ہے۔</w:t>
      </w:r>
    </w:p>
    <w:p>
      <w:r>
        <w:rPr>
          <w:b/>
        </w:rPr>
        <w:t xml:space="preserve">[16:03] </w:t>
      </w:r>
      <w:r>
        <w:t>doosra yeh ke uski conditioning ho rahi hai, subah shaam raat din.</w:t>
      </w:r>
    </w:p>
    <w:p>
      <w:pPr>
        <w:jc w:val="right"/>
      </w:pPr>
      <w:r>
        <w:t>دوسرا یہ کہ اس کی کنڈیشننگ ہو رہی ہے، صبح شام رات دن۔</w:t>
      </w:r>
    </w:p>
    <w:p>
      <w:r>
        <w:rPr>
          <w:b/>
        </w:rPr>
        <w:t xml:space="preserve">[16:08] </w:t>
      </w:r>
      <w:r>
        <w:t>toh kaise woh bahar aaye? Is se bahar aane ke liye bohat time lag jata hai.</w:t>
      </w:r>
    </w:p>
    <w:p>
      <w:pPr>
        <w:jc w:val="right"/>
      </w:pPr>
      <w:r>
        <w:t>تو کیسے وہ باہر آئے؟ اس سے باہر آنے کے لیے بہت ٹائم لگ جاتا ہے۔</w:t>
      </w:r>
    </w:p>
    <w:p>
      <w:r>
        <w:rPr>
          <w:b/>
        </w:rPr>
        <w:t xml:space="preserve">[16:12] </w:t>
      </w:r>
      <w:r>
        <w:t>bahar aane ke liye bohat time lag jata hai, kyunke shock jab lagega usko, jab us</w:t>
      </w:r>
    </w:p>
    <w:p>
      <w:pPr>
        <w:jc w:val="right"/>
      </w:pPr>
      <w:r>
        <w:t>باہر آنے کے لیے بہت ٹائم لگ جاتا ہے، کیونکہ شاک جب لگے گا اس کو، جب اس</w:t>
      </w:r>
    </w:p>
    <w:p>
      <w:r>
        <w:rPr>
          <w:b/>
        </w:rPr>
        <w:t xml:space="preserve">[16:19] </w:t>
      </w:r>
      <w:r>
        <w:t>ko saidexperience honge, jab us ko accident pesh aye ga, tab chaunke ga, tab soche ga.</w:t>
      </w:r>
    </w:p>
    <w:p>
      <w:pPr>
        <w:jc w:val="right"/>
      </w:pPr>
      <w:r>
        <w:t>کو سیڈ ایکسپیرینس ہوں گے، جب اس کو ایکسیڈنٹ پیش آئے گا، تب چونکے گا، تب سوچے گا۔</w:t>
      </w:r>
    </w:p>
    <w:p>
      <w:r>
        <w:rPr>
          <w:b/>
        </w:rPr>
        <w:t xml:space="preserve">[16:25] </w:t>
      </w:r>
      <w:r>
        <w:t>to dekhiye, do mein se ek ka option hai youth ke liye, naujawanon ke liye.</w:t>
      </w:r>
    </w:p>
    <w:p>
      <w:pPr>
        <w:jc w:val="right"/>
      </w:pPr>
      <w:r>
        <w:t>تو دیکھیے، دو میں سے ایک کا آپشن ہے یوتھ کے لیے، نوجوانوں کے لیے۔</w:t>
      </w:r>
    </w:p>
    <w:p>
      <w:r>
        <w:rPr>
          <w:b/>
        </w:rPr>
        <w:t xml:space="preserve">[16:31] </w:t>
      </w:r>
      <w:r>
        <w:t>ya to wo apni zehan par chalen, apni emotions par chalen, yahan tak ke wo kisi accident se</w:t>
      </w:r>
    </w:p>
    <w:p>
      <w:pPr>
        <w:jc w:val="right"/>
      </w:pPr>
      <w:r>
        <w:t>یا تو وہ اپنی ذہن پر چلیں، اپنی ایموشنز پر چلیں، یہاں تک کہ وہ کسی ایکسیڈنٹ سے</w:t>
      </w:r>
    </w:p>
    <w:p>
      <w:r>
        <w:rPr>
          <w:b/>
        </w:rPr>
        <w:t xml:space="preserve">[16:37] </w:t>
      </w:r>
      <w:r>
        <w:t>dochhar hon, kisi bohat hi si</w:t>
      </w:r>
    </w:p>
    <w:p>
      <w:pPr>
        <w:jc w:val="right"/>
      </w:pPr>
      <w:r>
        <w:t>دوچار ہوں، کسی بہت ہی سی</w:t>
      </w:r>
    </w:p>
    <w:p>
      <w:r>
        <w:rPr>
          <w:b/>
        </w:rPr>
        <w:t xml:space="preserve">[16:43] </w:t>
      </w:r>
      <w:r>
        <w:t>d experience se dochar hon, phir un ki brainstorming ho. shock yaani ek lafz mein yeh hai ke shock treatment ka woh intezar karein. jab kuch shock lage, phir woh chaunkein aur phir baat ko maanein. ek rasta yeh hai. doosra yeh hai ke woh apne buzurgon se seekhein, apne senior logon se seekhein. to parenting</w:t>
      </w:r>
    </w:p>
    <w:p>
      <w:pPr>
        <w:jc w:val="right"/>
      </w:pPr>
      <w:r>
        <w:t>ڈ ایکسپیرینس سے دوچار ہوں، پھر ان کی برین اسٹارمنگ ہو۔ شاک یعنی ایک لفظ میں یہ ہے کہ شاک ٹریٹمنٹ کا وہ انتظار کریں۔ جب کچھ شاک لگے، پھر وہ چونکیں اور پھر بات کو مانیں۔ ایک راستہ یہ ہے۔ دوسرا یہ ہے کہ وہ اپنے بزرگوں سے سیکھیں، اپنے سینئر لوگوں سے سیکھیں۔ تو پیرنٹنگ</w:t>
      </w:r>
    </w:p>
    <w:p>
      <w:r>
        <w:rPr>
          <w:b/>
        </w:rPr>
        <w:t xml:space="preserve">[17:13] </w:t>
      </w:r>
      <w:r>
        <w:t>ap ko bachati hai is se ke aap shock se dochhar hon.</w:t>
      </w:r>
    </w:p>
    <w:p>
      <w:pPr>
        <w:jc w:val="right"/>
      </w:pPr>
      <w:r>
        <w:t>آپ کو بچاتی ہے اس سے کہ آپ شاک سے دوچار ہوں۔</w:t>
      </w:r>
    </w:p>
    <w:p>
      <w:r>
        <w:rPr>
          <w:b/>
        </w:rPr>
        <w:t xml:space="preserve">[17:19] </w:t>
      </w:r>
      <w:r>
        <w:t>zindagi mein ghair zaroori tor par aap tension se dochhar hon.</w:t>
      </w:r>
    </w:p>
    <w:p>
      <w:pPr>
        <w:jc w:val="right"/>
      </w:pPr>
      <w:r>
        <w:t>زندگی میں غیر ضروری طور پر آپ ٹینشن سے دوچار ہوں۔</w:t>
      </w:r>
    </w:p>
    <w:p>
      <w:r>
        <w:rPr>
          <w:b/>
        </w:rPr>
        <w:t xml:space="preserve">[17:25] </w:t>
      </w:r>
      <w:r>
        <w:t>to better option kiya hai? parenting.</w:t>
      </w:r>
    </w:p>
    <w:p>
      <w:pPr>
        <w:jc w:val="right"/>
      </w:pPr>
      <w:r>
        <w:t>تو بیٹر آپشن کیا ہے؟ پیرنٹنگ۔</w:t>
      </w:r>
    </w:p>
    <w:p>
      <w:r>
        <w:rPr>
          <w:b/>
        </w:rPr>
        <w:t xml:space="preserve">[17:31] </w:t>
      </w:r>
      <w:r>
        <w:t>har naujawan ko janna chahiye ke is ke liye option do mein se ek ka hai.</w:t>
      </w:r>
    </w:p>
    <w:p>
      <w:pPr>
        <w:jc w:val="right"/>
      </w:pPr>
      <w:r>
        <w:t>ہر نوجوان کو جاننا چاہیے کہ اس کے لیے آپشن دو میں سے ایک کا ہے۔</w:t>
      </w:r>
    </w:p>
    <w:p>
      <w:r>
        <w:rPr>
          <w:b/>
        </w:rPr>
        <w:t xml:space="preserve">[17:38] </w:t>
      </w:r>
      <w:r>
        <w:t>ya to apne zehan par chalta rahe, yahan tak ke wo is ko shock lage, phir wo soche.</w:t>
      </w:r>
    </w:p>
    <w:p>
      <w:pPr>
        <w:jc w:val="right"/>
      </w:pPr>
      <w:r>
        <w:t>یا تو اپنے ذہن پر چلتا رہے، یہاں تک کہ وہ اس کو شاک لگے، پھر وہ سوچے۔</w:t>
      </w:r>
    </w:p>
    <w:p>
      <w:r>
        <w:rPr>
          <w:b/>
        </w:rPr>
        <w:t xml:space="preserve">[17:44] </w:t>
      </w:r>
      <w:r>
        <w:t>phir bohat kuch woh kho chuka hoga, bohat nuksan seh chuka hoga. doosri cheez yeh hai ke woh ab parenting ko qabool kare, apne buzurgon ke mashware ko maane. yahan par guru ka bhi ek role hota hai. ek parent ka role hai, ek guru ka role hai. dono ka role wahi hai. guru bhi apne wisdom se, apne experience se aap ko bach</w:t>
      </w:r>
    </w:p>
    <w:p>
      <w:pPr>
        <w:jc w:val="right"/>
      </w:pPr>
      <w:r>
        <w:t>پھر بہت کچھ وہ کھو چکا ہوگا، بہت نقصان سہ چکا ہوگا۔ دوسری چیز یہ ہے کہ وہ اب پیرنٹنگ کو قبول کرے، اپنے بزرگوں کے مشورے کو مانے۔ یہاں پر گرو کا بھی ایک رول ہوتا ہے۔ ایک پیرنٹ کا رول ہے، ایک گرو کا رول ہے۔ دونوں کا رول وہی ہے۔ گرو بھی اپنے وزڈم سے، اپنے ایکسپیرینس سے آپ کو بچ</w:t>
      </w:r>
    </w:p>
    <w:p>
      <w:r>
        <w:rPr>
          <w:b/>
        </w:rPr>
        <w:t xml:space="preserve">[18:14] </w:t>
      </w:r>
      <w:r>
        <w:t>ata hai bhool se.</w:t>
      </w:r>
    </w:p>
    <w:p>
      <w:pPr>
        <w:jc w:val="right"/>
      </w:pPr>
      <w:r>
        <w:t>اتا ہے بھول سے۔</w:t>
      </w:r>
    </w:p>
    <w:p>
      <w:r>
        <w:rPr>
          <w:b/>
        </w:rPr>
        <w:t xml:space="preserve">[18:20] </w:t>
      </w:r>
      <w:r>
        <w:t>guru aap ki re engineering karta hai aap ke mind ki.</w:t>
      </w:r>
    </w:p>
    <w:p>
      <w:pPr>
        <w:jc w:val="right"/>
      </w:pPr>
      <w:r>
        <w:t>گرو آپ کی ری انجینئرنگ کرتا ہے آپ کے مائنڈ کی۔</w:t>
      </w:r>
    </w:p>
    <w:p>
      <w:r>
        <w:rPr>
          <w:b/>
        </w:rPr>
        <w:t xml:space="preserve">[18:26] </w:t>
      </w:r>
      <w:r>
        <w:t>to parent kisi ko mil jayen, wo karen ge.</w:t>
      </w:r>
    </w:p>
    <w:p>
      <w:pPr>
        <w:jc w:val="right"/>
      </w:pPr>
      <w:r>
        <w:t>تو پیرنٹ کسی کو مل جائیں، وہ کریں گے۔</w:t>
      </w:r>
    </w:p>
    <w:p>
      <w:r>
        <w:rPr>
          <w:b/>
        </w:rPr>
        <w:t xml:space="preserve">[18:32] </w:t>
      </w:r>
      <w:r>
        <w:t>nahi to guru aadmi kisi guru banaye, is se wo faida uthaye.</w:t>
      </w:r>
    </w:p>
    <w:p>
      <w:pPr>
        <w:jc w:val="right"/>
      </w:pPr>
      <w:r>
        <w:t>نہیں تو گرو آدمی کسی گرو بنائے، اس سے وہ فائدہ اٹھائے۔</w:t>
      </w:r>
    </w:p>
    <w:p>
      <w:r>
        <w:rPr>
          <w:b/>
        </w:rPr>
        <w:t xml:space="preserve">[18:38] </w:t>
      </w:r>
      <w:r>
        <w:t>kyun ke har naujawan ko janna chahiye ke ya to wo shock treatment</w:t>
      </w:r>
    </w:p>
    <w:p>
      <w:pPr>
        <w:jc w:val="right"/>
      </w:pPr>
      <w:r>
        <w:t>کیونکہ ہر نوجوان کو جاننا چاہیے کہ یا تو وہ شاک ٹریٹمنٹ</w:t>
      </w:r>
    </w:p>
    <w:p>
      <w:r>
        <w:rPr>
          <w:b/>
        </w:rPr>
        <w:t xml:space="preserve">[18:44] </w:t>
      </w:r>
      <w:r>
        <w:t>se dochhar hona pare ga is ko, to bohat dair ho chuki hogi.</w:t>
      </w:r>
    </w:p>
    <w:p>
      <w:pPr>
        <w:jc w:val="right"/>
      </w:pPr>
      <w:r>
        <w:t>سے دوچار ہونا پڑے گا اس کو، تو بہت دیر ہو چکی ہوگی۔</w:t>
      </w:r>
    </w:p>
    <w:p>
      <w:r>
        <w:rPr>
          <w:b/>
        </w:rPr>
        <w:t xml:space="preserve">[18:50] </w:t>
      </w:r>
      <w:r>
        <w:t>apni zindagi ka bohat hissa kho chuka hoga wo.</w:t>
      </w:r>
    </w:p>
    <w:p>
      <w:pPr>
        <w:jc w:val="right"/>
      </w:pPr>
      <w:r>
        <w:t>اپنی زندگی کا بہت حصہ کھو چکا ہوگا وہ۔</w:t>
      </w:r>
    </w:p>
    <w:p>
      <w:r>
        <w:rPr>
          <w:b/>
        </w:rPr>
        <w:t xml:space="preserve">[18:56] </w:t>
      </w:r>
      <w:r>
        <w:t>ya phir wo apne parent ki ko manay, un ki parenting ko qabool kare, ya kisi guru ko</w:t>
      </w:r>
    </w:p>
    <w:p>
      <w:pPr>
        <w:jc w:val="right"/>
      </w:pPr>
      <w:r>
        <w:t>یا پھر وہ اپنے پیرنٹ کی کو مانے، ان کی پیرنٹنگ کو قبول کرے، یا کسی گرو کو</w:t>
      </w:r>
    </w:p>
    <w:p>
      <w:r>
        <w:rPr>
          <w:b/>
        </w:rPr>
        <w:t xml:space="preserve">[19:02] </w:t>
      </w:r>
      <w:r>
        <w:t>guru man kar ke is ki naseehat le, is se to bach jaye ga wo ghair zaroori safring</w:t>
      </w:r>
    </w:p>
    <w:p>
      <w:pPr>
        <w:jc w:val="right"/>
      </w:pPr>
      <w:r>
        <w:t>گرو مان کر کے اس کی نصیحت لے، اس سے تو بچ جائے گا وہ غیر ضروری سفرنگ</w:t>
      </w:r>
    </w:p>
    <w:p>
      <w:r>
        <w:rPr>
          <w:b/>
        </w:rPr>
        <w:t xml:space="preserve">[19:08] </w:t>
      </w:r>
      <w:r>
        <w:t>se, ghair zaroori nuqsanat se</w:t>
      </w:r>
    </w:p>
    <w:p>
      <w:pPr>
        <w:jc w:val="right"/>
      </w:pPr>
      <w:r>
        <w:t>سے، غیر ضروری نقصانات سے</w:t>
      </w:r>
    </w:p>
    <w:p>
      <w:r>
        <w:rPr>
          <w:b/>
        </w:rPr>
        <w:t xml:space="preserve">[19:14] </w:t>
      </w:r>
      <w:r>
        <w:t>۔</w:t>
      </w:r>
    </w:p>
    <w:p>
      <w:pPr>
        <w:jc w:val="right"/>
      </w:pPr>
      <w:r>
        <w:t>۔</w:t>
      </w:r>
    </w:p>
    <w:p>
      <w:r>
        <w:rPr>
          <w:b/>
        </w:rPr>
        <w:t xml:space="preserve">[19:19] </w:t>
      </w:r>
      <w:r>
        <w:t>yeh hai mein samajhta hoon is ka matlab.</w:t>
      </w:r>
    </w:p>
    <w:p>
      <w:pPr>
        <w:jc w:val="right"/>
      </w:pPr>
      <w:r>
        <w:t>یہ ہے میں سمجھتا ہوں اس کا مطلب۔</w:t>
      </w:r>
    </w:p>
    <w:p>
      <w:r>
        <w:rPr>
          <w:b/>
        </w:rPr>
        <w:t xml:space="preserve">[19:24] </w:t>
      </w:r>
      <w:r>
        <w:t>yahan mein kuch aur baaten karna chahoon ga.</w:t>
      </w:r>
    </w:p>
    <w:p>
      <w:pPr>
        <w:jc w:val="right"/>
      </w:pPr>
      <w:r>
        <w:t>یہاں میں کچھ اور باتیں کرنا چاہوں گا۔</w:t>
      </w:r>
    </w:p>
    <w:p>
      <w:r>
        <w:rPr>
          <w:b/>
        </w:rPr>
        <w:t xml:space="preserve">[19:30] </w:t>
      </w:r>
      <w:r>
        <w:t>dekhiye, ek hadith mein aya hai ke "man shabba ala shain shaba alaihi".</w:t>
      </w:r>
    </w:p>
    <w:p>
      <w:pPr>
        <w:jc w:val="right"/>
      </w:pPr>
      <w:r>
        <w:t>دیکھیے، ایک حدیث میں آیا ہے کہ "من شب علی شین شابہ علیہ"۔</w:t>
      </w:r>
    </w:p>
    <w:p>
      <w:r>
        <w:rPr>
          <w:b/>
        </w:rPr>
        <w:t xml:space="preserve">[19:35] </w:t>
      </w:r>
      <w:r>
        <w:t>"man shabba ala shain shaba alaihi".</w:t>
      </w:r>
    </w:p>
    <w:p>
      <w:pPr>
        <w:jc w:val="right"/>
      </w:pPr>
      <w:r>
        <w:t>"من شب علی شین شابہ علیہ"۔</w:t>
      </w:r>
    </w:p>
    <w:p>
      <w:r>
        <w:rPr>
          <w:b/>
        </w:rPr>
        <w:t xml:space="preserve">[19:40] </w:t>
      </w:r>
      <w:r>
        <w:t>jo naujawan ho, jo naujwani ki umar mein jaisa wo hota hai,</w:t>
      </w:r>
    </w:p>
    <w:p>
      <w:pPr>
        <w:jc w:val="right"/>
      </w:pPr>
      <w:r>
        <w:t>جو نوجوان ہو، جو نوجوانی کی عمر میں جیسا وہ ہوتا ہے،</w:t>
      </w:r>
    </w:p>
    <w:p>
      <w:r>
        <w:rPr>
          <w:b/>
        </w:rPr>
        <w:t xml:space="preserve">[19:45] </w:t>
      </w:r>
      <w:r>
        <w:t>waisi woh baat ko bhi rehta hai. yaani jis cheez par aadmi jawani ki umar bitata hai, usi par us ke baad ki zindagi bhi chalti rehti hai. "man shabba ala shain shaba alaih". is ka matlab kya hai? ke naujawani ki umar mein agar us ki conditioning hoti rahi aur koi us ki deconditioning karne wala nahin mila us ko, yaani apna revision nahin kiya, us ne apne sahi galat ko nahin jaana, us ne</w:t>
      </w:r>
    </w:p>
    <w:p>
      <w:pPr>
        <w:jc w:val="right"/>
      </w:pPr>
      <w:r>
        <w:t>ویسی وہ بات کو بھی رہتا ہے۔ یعنی جس چیز پر آدمی جوانی کی عمر بتاتا ہے، اسی پر اس کے بعد کی زندگی بھی چلتی رہتی ہے۔ "من شب علی شین شابہ علیہ"۔ اس کا مطلب کیا ہے؟ کہ نوجوانی کی عمر میں اگر اس کی کنڈیشننگ ہوتی رہی اور کوئی اس کی ڈی کنڈیشن کرنے والا نہیں ملا اس کو، یعنی اپنا ریویژن نہیں کیا، اس نے اپنے صحیح غلط کو نہیں جانا، اس نے</w:t>
      </w:r>
    </w:p>
    <w:p>
      <w:r>
        <w:rPr>
          <w:b/>
        </w:rPr>
        <w:t xml:space="preserve">[20:15] </w:t>
      </w:r>
      <w:r>
        <w:t>bas chalta raha, chalta raha, chalta raha.</w:t>
      </w:r>
    </w:p>
    <w:p>
      <w:pPr>
        <w:jc w:val="right"/>
      </w:pPr>
      <w:r>
        <w:t>بس چلتا رہا، چلتا رہا، چلتا رہا۔</w:t>
      </w:r>
    </w:p>
    <w:p>
      <w:r>
        <w:rPr>
          <w:b/>
        </w:rPr>
        <w:t xml:space="preserve">[20:20] </w:t>
      </w:r>
      <w:r>
        <w:t>to conditioning is ki itni pakki ho jaye gi ke phir is se bahar nikalna is ke liye mushkil hoga.</w:t>
      </w:r>
    </w:p>
    <w:p>
      <w:pPr>
        <w:jc w:val="right"/>
      </w:pPr>
      <w:r>
        <w:t>تو کنڈیشننگ اس کی اتنی پکی ہو جائے گی کہ پھر اس سے باہر نکلنا اس کے لیے مشکل ہوگا۔</w:t>
      </w:r>
    </w:p>
    <w:p>
      <w:r>
        <w:rPr>
          <w:b/>
        </w:rPr>
        <w:t xml:space="preserve">[20:25] </w:t>
      </w:r>
      <w:r>
        <w:t>yani naujawani ki umar mein jis ki conditioning bohat hi pakki ho gayi, aur is ko na koi</w:t>
      </w:r>
    </w:p>
    <w:p>
      <w:pPr>
        <w:jc w:val="right"/>
      </w:pPr>
      <w:r>
        <w:t>یعنی نوجوانی کی عمر میں جس کی کنڈیشننگ بہت ہی پکی ہو گئی، اور اس کو نہ کوئی</w:t>
      </w:r>
    </w:p>
    <w:p>
      <w:r>
        <w:rPr>
          <w:b/>
        </w:rPr>
        <w:t xml:space="preserve">[20:30] </w:t>
      </w:r>
      <w:r>
        <w:t>guru mila, na is ko aise parent mile, na kisi ki baat ko suna is ne, to is</w:t>
      </w:r>
    </w:p>
    <w:p>
      <w:pPr>
        <w:jc w:val="right"/>
      </w:pPr>
      <w:r>
        <w:t>گرو ملا، نہ اس کو ایسے پیرنٹ ملے، نہ کسی کی بات کو سنا اس نے، تو اس</w:t>
      </w:r>
    </w:p>
    <w:p>
      <w:r>
        <w:rPr>
          <w:b/>
        </w:rPr>
        <w:t xml:space="preserve">[20:35] </w:t>
      </w:r>
      <w:r>
        <w:t>ki conditioning itni zabardast ho jaye gi ke phir is se bahar nahi aa sake ga woh.</w:t>
      </w:r>
    </w:p>
    <w:p>
      <w:pPr>
        <w:jc w:val="right"/>
      </w:pPr>
      <w:r>
        <w:t>کی کنڈیشننگ اتنی زبردست ہو جائے گی کہ پھر اس سے باہر نہیں آ سکے گا وہ۔</w:t>
      </w:r>
    </w:p>
    <w:p>
      <w:r>
        <w:rPr>
          <w:b/>
        </w:rPr>
        <w:t xml:space="preserve">[20:40] </w:t>
      </w:r>
      <w:r>
        <w:t>main ne aise bohat se</w:t>
      </w:r>
    </w:p>
    <w:p>
      <w:pPr>
        <w:jc w:val="right"/>
      </w:pPr>
      <w:r>
        <w:t>میں نے ایسے بہت سے</w:t>
      </w:r>
    </w:p>
    <w:p>
      <w:r>
        <w:rPr>
          <w:b/>
        </w:rPr>
        <w:t xml:space="preserve">[20:45] </w:t>
      </w:r>
      <w:r>
        <w:t>log dekhe hain ke baad ki umar mein kuch un ki samajh mein nahi aata, kuch bhi kehte rahey.</w:t>
      </w:r>
    </w:p>
    <w:p>
      <w:pPr>
        <w:jc w:val="right"/>
      </w:pPr>
      <w:r>
        <w:t>لوگ دیکھے ہیں کہ بعد کی عمر میں کچھ ان کی سمجھ میں نہیں آتا، کچھ بھی کہتے رہیے۔</w:t>
      </w:r>
    </w:p>
    <w:p>
      <w:r>
        <w:rPr>
          <w:b/>
        </w:rPr>
        <w:t xml:space="preserve">[20:51] </w:t>
      </w:r>
      <w:r>
        <w:t>yani shuru ki umar mein agar unho ne apne ko revise nahi kiya to baat ko itne pakke</w:t>
      </w:r>
    </w:p>
    <w:p>
      <w:pPr>
        <w:jc w:val="right"/>
      </w:pPr>
      <w:r>
        <w:t>یعنی شروع کی عمر میں اگر انہوں نے اپنے کو ریوائز نہیں کیا تو بات کو اتنے پکے</w:t>
      </w:r>
    </w:p>
    <w:p>
      <w:r>
        <w:rPr>
          <w:b/>
        </w:rPr>
        <w:t xml:space="preserve">[20:57] </w:t>
      </w:r>
      <w:r>
        <w:t>ho jatay hain woh ke phir kuch suntay nahi.</w:t>
      </w:r>
    </w:p>
    <w:p>
      <w:pPr>
        <w:jc w:val="right"/>
      </w:pPr>
      <w:r>
        <w:t>ہو جاتے ہیں وہ کہ پھر کچھ سنتے نہیں۔</w:t>
      </w:r>
    </w:p>
    <w:p>
      <w:r>
        <w:rPr>
          <w:b/>
        </w:rPr>
        <w:t xml:space="preserve">[21:03] </w:t>
      </w:r>
      <w:r>
        <w:t>suntay walay kuch un ki baat pul leni parti hai.</w:t>
      </w:r>
    </w:p>
    <w:p>
      <w:pPr>
        <w:jc w:val="right"/>
      </w:pPr>
      <w:r>
        <w:t>سننے والے کچھ ان کی بات پل لینی پڑتی ہے۔</w:t>
      </w:r>
    </w:p>
    <w:p>
      <w:r>
        <w:rPr>
          <w:b/>
        </w:rPr>
        <w:t xml:space="preserve">[21:09] </w:t>
      </w:r>
      <w:r>
        <w:t>un ke saaray mind ki jitni windows hain, woh sab band ho jati hain.</w:t>
      </w:r>
    </w:p>
    <w:p>
      <w:pPr>
        <w:jc w:val="right"/>
      </w:pPr>
      <w:r>
        <w:t>ان کے سارے مائنڈ کی جتنی ونڈوز ہیں، وہ سب بند ہو جاتی ہیں۔</w:t>
      </w:r>
    </w:p>
    <w:p>
      <w:r>
        <w:rPr>
          <w:b/>
        </w:rPr>
        <w:t xml:space="preserve">[21:15] </w:t>
      </w:r>
      <w:r>
        <w:t>to yahan main aik baat yeh kahoon ga ke aaj kal ke jo parent hain, woh koi sahi</w:t>
      </w:r>
    </w:p>
    <w:p>
      <w:pPr>
        <w:jc w:val="right"/>
      </w:pPr>
      <w:r>
        <w:t>تو یہاں میں ایک بات یہ کہوں گا کہ آج کل کے جو پیرنٹ ہیں، وہ کوئی صحیح</w:t>
      </w:r>
    </w:p>
    <w:p>
      <w:r>
        <w:rPr>
          <w:b/>
        </w:rPr>
        <w:t xml:space="preserve">[21:20] </w:t>
      </w:r>
      <w:r>
        <w:t>role bhi nahi kar rahay hain.</w:t>
      </w:r>
    </w:p>
    <w:p>
      <w:pPr>
        <w:jc w:val="right"/>
      </w:pPr>
      <w:r>
        <w:t>رول بھی نہیں کر رہے ہیں۔</w:t>
      </w:r>
    </w:p>
    <w:p>
      <w:r>
        <w:rPr>
          <w:b/>
        </w:rPr>
        <w:t xml:space="preserve">[21:25] </w:t>
      </w:r>
      <w:r>
        <w:t>woh pampering ko samajhtay hain ke yeh in ka role hai.</w:t>
      </w:r>
    </w:p>
    <w:p>
      <w:pPr>
        <w:jc w:val="right"/>
      </w:pPr>
      <w:r>
        <w:t>وہ پیمپرنگ کو سمجھتے ہیں کہ یہ ان کا رول ہے۔</w:t>
      </w:r>
    </w:p>
    <w:p>
      <w:r>
        <w:rPr>
          <w:b/>
        </w:rPr>
        <w:t xml:space="preserve">[21:30] </w:t>
      </w:r>
      <w:r>
        <w:t>pampering to halan ke pampering jo hai, woh ulti cheez hai.</w:t>
      </w:r>
    </w:p>
    <w:p>
      <w:pPr>
        <w:jc w:val="right"/>
      </w:pPr>
      <w:r>
        <w:t>پیمپرنگ تو حالانکہ پیمپرنگ جو ہے، وہ الٹی چیز ہے۔</w:t>
      </w:r>
    </w:p>
    <w:p>
      <w:r>
        <w:rPr>
          <w:b/>
        </w:rPr>
        <w:t xml:space="preserve">[21:35] </w:t>
      </w:r>
      <w:r>
        <w:t>pampering kar ke apne bachay ko aap kharab kar rahay hain.</w:t>
      </w:r>
    </w:p>
    <w:p>
      <w:pPr>
        <w:jc w:val="right"/>
      </w:pPr>
      <w:r>
        <w:t>پیمپرنگ کر کے اپنے بچے کو آپ خراب کر رہے ہیں۔</w:t>
      </w:r>
    </w:p>
    <w:p>
      <w:r>
        <w:rPr>
          <w:b/>
        </w:rPr>
        <w:t xml:space="preserve">[21:40] </w:t>
      </w:r>
      <w:r>
        <w:t>kyun ke aap aik ghar mein to pampering kar sakte hain.</w:t>
      </w:r>
    </w:p>
    <w:p>
      <w:pPr>
        <w:jc w:val="right"/>
      </w:pPr>
      <w:r>
        <w:t>کیونکہ آپ ایک گھر میں تو پیمپرنگ کر سکتے ہیں۔</w:t>
      </w:r>
    </w:p>
    <w:p>
      <w:r>
        <w:rPr>
          <w:b/>
        </w:rPr>
        <w:t xml:space="preserve">[21:45] </w:t>
      </w:r>
      <w:r>
        <w:t>jab bachay ghar se bahar jaye ga to wahan kon hoga is ki pampering karnay wala? to ghar</w:t>
      </w:r>
    </w:p>
    <w:p>
      <w:pPr>
        <w:jc w:val="right"/>
      </w:pPr>
      <w:r>
        <w:t>جب بچہ گھر سے باہر جائے گا تو وہاں کون ہوگا اس کی پیمپرنگ کرنے والا؟ تو گھر</w:t>
      </w:r>
    </w:p>
    <w:p>
      <w:r>
        <w:rPr>
          <w:b/>
        </w:rPr>
        <w:t xml:space="preserve">[21:51] </w:t>
      </w:r>
      <w:r>
        <w:t>mein agar aap laad piyar de rahay hain, pampering de rahay hain, is ka matlab hai ke aap</w:t>
      </w:r>
    </w:p>
    <w:p>
      <w:pPr>
        <w:jc w:val="right"/>
      </w:pPr>
      <w:r>
        <w:t>میں اگر آپ لاڈ پیار دے رہے ہیں، پیمپرنگ دے رہے ہیں، اس کا مطلب ہے کہ آپ</w:t>
      </w:r>
    </w:p>
    <w:p>
      <w:r>
        <w:rPr>
          <w:b/>
        </w:rPr>
        <w:t xml:space="preserve">[21:56] </w:t>
      </w:r>
      <w:r>
        <w:t>artificial mind bana rahay hain is ke andar.</w:t>
      </w:r>
    </w:p>
    <w:p>
      <w:pPr>
        <w:jc w:val="right"/>
      </w:pPr>
      <w:r>
        <w:t>آرٹیفیشل مائنڈ بنا رہے ہیں اس کے اندر۔</w:t>
      </w:r>
    </w:p>
    <w:p>
      <w:r>
        <w:rPr>
          <w:b/>
        </w:rPr>
        <w:t xml:space="preserve">[22:01] </w:t>
      </w:r>
      <w:r>
        <w:t>aisay bachay ko kya hoga? woh chahe ga ke jo mujh se mere munh se niklay, woh poora ho.</w:t>
      </w:r>
    </w:p>
    <w:p>
      <w:pPr>
        <w:jc w:val="right"/>
      </w:pPr>
      <w:r>
        <w:t>ایسے بچے کو کیا ہوگا؟ وہ چاہے گا کہ جو مجھ سے میرے منہ سے نکلے، وہ پورا ہو۔</w:t>
      </w:r>
    </w:p>
    <w:p>
      <w:r>
        <w:rPr>
          <w:b/>
        </w:rPr>
        <w:t xml:space="preserve">[22:06] </w:t>
      </w:r>
      <w:r>
        <w:t>jo main chahoon, woh mujhe mil jaye.</w:t>
      </w:r>
    </w:p>
    <w:p>
      <w:pPr>
        <w:jc w:val="right"/>
      </w:pPr>
      <w:r>
        <w:t>جو میں چاہوں، وہ مجھے مل جائے۔</w:t>
      </w:r>
    </w:p>
    <w:p>
      <w:r>
        <w:rPr>
          <w:b/>
        </w:rPr>
        <w:t xml:space="preserve">[22:11] </w:t>
      </w:r>
      <w:r>
        <w:t>kyun ke pampering mein yeh hota hai ke jo bachay chahe, maa baap us ko poora kar detay hain foran.</w:t>
      </w:r>
    </w:p>
    <w:p>
      <w:pPr>
        <w:jc w:val="right"/>
      </w:pPr>
      <w:r>
        <w:t>کیونکہ پیمپرنگ میں یہ ہوتا ہے کہ جو بچہ چاہے، ماں باپ اس کو پورا کر دیتے ہیں فوراً۔</w:t>
      </w:r>
    </w:p>
    <w:p>
      <w:r>
        <w:rPr>
          <w:b/>
        </w:rPr>
        <w:t xml:space="preserve">[22:16] </w:t>
      </w:r>
      <w:r>
        <w:t>lekin bahar ki duniya to aisa nahi karay gi.</w:t>
      </w:r>
    </w:p>
    <w:p>
      <w:pPr>
        <w:jc w:val="right"/>
      </w:pPr>
      <w:r>
        <w:t>لیکن باہر کی دنیا تو ایسا نہیں کرے گی۔</w:t>
      </w:r>
    </w:p>
    <w:p>
      <w:r>
        <w:rPr>
          <w:b/>
        </w:rPr>
        <w:t xml:space="preserve">[22:21] </w:t>
      </w:r>
      <w:r>
        <w:t>bahar ki duniya to aap aap se ki pampering nahi karay gi.</w:t>
      </w:r>
    </w:p>
    <w:p>
      <w:pPr>
        <w:jc w:val="right"/>
      </w:pPr>
      <w:r>
        <w:t>باہر کی دنیا تو آپ آپ سے کی پیمپرنگ نہیں کرے گی۔</w:t>
      </w:r>
    </w:p>
    <w:p>
      <w:r>
        <w:rPr>
          <w:b/>
        </w:rPr>
        <w:t xml:space="preserve">[22:26] </w:t>
      </w:r>
      <w:r>
        <w:t>wahan to jo aap jitna aap mehnat karen ge, jitna aap den ge, itna aap paayen ge.</w:t>
      </w:r>
    </w:p>
    <w:p>
      <w:pPr>
        <w:jc w:val="right"/>
      </w:pPr>
      <w:r>
        <w:t>وہاں تو جو آپ جتنا آپ محنت کریں گے، جتنا آپ دیں گے، اتنا آپ پائیں گے۔</w:t>
      </w:r>
    </w:p>
    <w:p>
      <w:r>
        <w:rPr>
          <w:b/>
        </w:rPr>
        <w:t xml:space="preserve">[22:32] </w:t>
      </w:r>
      <w:r>
        <w:t>jo shakespeare ne kaha tha ke "in giving that we receive".</w:t>
      </w:r>
    </w:p>
    <w:p>
      <w:pPr>
        <w:jc w:val="right"/>
      </w:pPr>
      <w:r>
        <w:t>جو شیکسپیئر نے کہا تھا کہ "ان گیونگ دیٹ وی ریسیو"۔</w:t>
      </w:r>
    </w:p>
    <w:p>
      <w:r>
        <w:rPr>
          <w:b/>
        </w:rPr>
        <w:t xml:space="preserve">[22:37] </w:t>
      </w:r>
      <w:r>
        <w:t>jaisa dena, waisa paana.</w:t>
      </w:r>
    </w:p>
    <w:p>
      <w:pPr>
        <w:jc w:val="right"/>
      </w:pPr>
      <w:r>
        <w:t>جیسا دینا، ویسا پانا۔</w:t>
      </w:r>
    </w:p>
    <w:p>
      <w:r>
        <w:rPr>
          <w:b/>
        </w:rPr>
        <w:t xml:space="preserve">[22:42] </w:t>
      </w:r>
      <w:r>
        <w:t>to bahir ki dunya ka jo principle hai, woh yeh hai ke jaisa dena, waisa paana.</w:t>
      </w:r>
    </w:p>
    <w:p>
      <w:pPr>
        <w:jc w:val="right"/>
      </w:pPr>
      <w:r>
        <w:t>تو باہر کی دنیا کا جو پرنسپل ہے، وہ یہ ہے کہ جیسا دینا، ویسا پانا۔</w:t>
      </w:r>
    </w:p>
    <w:p>
      <w:r>
        <w:rPr>
          <w:b/>
        </w:rPr>
        <w:t xml:space="preserve">[22:47] </w:t>
      </w:r>
      <w:r>
        <w:t>to ghar mein aap keh rahe hain ke jo mujhe mere munh se nikal jae, bas woh poora hona chahiye. main ne kai ladke ladkiyan dekhi jin ke baba, jin ke maa baap ne khoob pampering ki un ki. bas jo munh se nikla, woh poora kar diya. jo munh se nikla, woh poora kar diya. to kya hua? zindagi mein bilkul woh fail ho gaen. main ne khud apni aankh se dekha hai ke aise bachche jin ki khoob pampering hui, maa baap ne un ki har khwahish poori</w:t>
      </w:r>
    </w:p>
    <w:p>
      <w:pPr>
        <w:jc w:val="right"/>
      </w:pPr>
      <w:r>
        <w:t>تو گھر میں آپ کہہ رہے ہیں کہ جو مجھے میرے منہ سے نکل جائے، بس وہ پورا ہونا چاہیے۔ میں نے کئی لڑکے لڑکیاں دیکھیں جن کے بابا، جن کے ماں باپ نے خوب پیمپرنگ کی ان کی۔ بس جو منہ سے نکلا، وہ پورا کر دیا۔ جو منہ سے نکلا، وہ پورا کر دیا۔ تو کیا ہوا؟ زندگی میں بالکل وہ فیل ہو گئے۔ میں نے خود اپنی آنکھ سے دیکھا ہے کہ ایسے بچے جن کی خوب پیمپرنگ ہوئی، ماں باپ نے ان کی ہر خواہش پوری</w:t>
      </w:r>
    </w:p>
    <w:p>
      <w:r>
        <w:rPr>
          <w:b/>
        </w:rPr>
        <w:t xml:space="preserve">[23:17] </w:t>
      </w:r>
      <w:r>
        <w:t>ke.</w:t>
      </w:r>
    </w:p>
    <w:p>
      <w:pPr>
        <w:jc w:val="right"/>
      </w:pPr>
      <w:r>
        <w:t>کی۔</w:t>
      </w:r>
    </w:p>
    <w:p>
      <w:r>
        <w:rPr>
          <w:b/>
        </w:rPr>
        <w:t xml:space="preserve">[23:21] </w:t>
      </w:r>
      <w:r>
        <w:t>jo bachay ki zuban se nikla, woh maa baap us ko poora karne ke liye tayyar.</w:t>
      </w:r>
    </w:p>
    <w:p>
      <w:pPr>
        <w:jc w:val="right"/>
      </w:pPr>
      <w:r>
        <w:t>جو بچے کی زبان سے نکلا، وہ ماں باپ اس کو پورا کرنے کے لیے تیار۔</w:t>
      </w:r>
    </w:p>
    <w:p>
      <w:r>
        <w:rPr>
          <w:b/>
        </w:rPr>
        <w:t xml:space="preserve">[23:25] </w:t>
      </w:r>
      <w:r>
        <w:t>to aise maa baap mein samajhta hoon ke apne bete ke dushman hain.</w:t>
      </w:r>
    </w:p>
    <w:p>
      <w:pPr>
        <w:jc w:val="right"/>
      </w:pPr>
      <w:r>
        <w:t>تو ایسے ماں باپ میں سمجھتا ہوں کہ اپنے بیٹے کے دشمن ہیں۔</w:t>
      </w:r>
    </w:p>
    <w:p>
      <w:r>
        <w:rPr>
          <w:b/>
        </w:rPr>
        <w:t xml:space="preserve">[23:30] </w:t>
      </w:r>
      <w:r>
        <w:t>kyunke bahir ki dunya mein to aisa hone wala hai nahi.</w:t>
      </w:r>
    </w:p>
    <w:p>
      <w:pPr>
        <w:jc w:val="right"/>
      </w:pPr>
      <w:r>
        <w:t>کیونکہ باہر کی دنیا میں تو ایسا ہونے والا ہے نہیں۔</w:t>
      </w:r>
    </w:p>
    <w:p>
      <w:r>
        <w:rPr>
          <w:b/>
        </w:rPr>
        <w:t xml:space="preserve">[23:34] </w:t>
      </w:r>
      <w:r>
        <w:t>aik martaba mein gaya ahmadabad to wahan mein kisi hotel mein tha to aik sahab mujh se</w:t>
      </w:r>
    </w:p>
    <w:p>
      <w:pPr>
        <w:jc w:val="right"/>
      </w:pPr>
      <w:r>
        <w:t>ایک مرتبہ میں گیا احمد آباد تو وہاں میں کسی ہوٹل میں تھا تو ایک صاحب مجھ سے</w:t>
      </w:r>
    </w:p>
    <w:p>
      <w:r>
        <w:rPr>
          <w:b/>
        </w:rPr>
        <w:t xml:space="preserve">[23:38] </w:t>
      </w:r>
      <w:r>
        <w:t>milne ke liye aaye.</w:t>
      </w:r>
    </w:p>
    <w:p>
      <w:pPr>
        <w:jc w:val="right"/>
      </w:pPr>
      <w:r>
        <w:t>ملنے کے لیے آئے۔</w:t>
      </w:r>
    </w:p>
    <w:p>
      <w:r>
        <w:rPr>
          <w:b/>
        </w:rPr>
        <w:t xml:space="preserve">[23:43] </w:t>
      </w:r>
      <w:r>
        <w:t>woh aaye to apne bachay ko</w:t>
      </w:r>
    </w:p>
    <w:p>
      <w:pPr>
        <w:jc w:val="right"/>
      </w:pPr>
      <w:r>
        <w:t>وہ آئے تو اپنے بچے کو</w:t>
      </w:r>
    </w:p>
    <w:p>
      <w:r>
        <w:rPr>
          <w:b/>
        </w:rPr>
        <w:t xml:space="preserve">[23:47] </w:t>
      </w:r>
      <w:r>
        <w:t>apni god mein liye hue thay.</w:t>
      </w:r>
    </w:p>
    <w:p>
      <w:pPr>
        <w:jc w:val="right"/>
      </w:pPr>
      <w:r>
        <w:t>اپنی گود میں لیے ہوئے تھے۔</w:t>
      </w:r>
    </w:p>
    <w:p>
      <w:r>
        <w:rPr>
          <w:b/>
        </w:rPr>
        <w:t xml:space="preserve">[23:52] </w:t>
      </w:r>
      <w:r>
        <w:t>woh apni god mein liye hue thay aur apne bethe, tab bhi woh us ko liye rahe apni god mein.</w:t>
      </w:r>
    </w:p>
    <w:p>
      <w:pPr>
        <w:jc w:val="right"/>
      </w:pPr>
      <w:r>
        <w:t>وہ اپنی گود میں لیے ہوئے تھے اور اپنے بیٹھے، تب بھی وہ اس کو لیے رہے اپنی گود میں۔</w:t>
      </w:r>
    </w:p>
    <w:p>
      <w:r>
        <w:rPr>
          <w:b/>
        </w:rPr>
        <w:t xml:space="preserve">[23:57] </w:t>
      </w:r>
      <w:r>
        <w:t>to mein ne un se poocha ke yeh bachha aap ka kaun hai? unhon ne kaha ke mera beta hai.</w:t>
      </w:r>
    </w:p>
    <w:p>
      <w:pPr>
        <w:jc w:val="right"/>
      </w:pPr>
      <w:r>
        <w:t>تو میں نے ان سے پوچھا کہ یہ بچہ آپ کا کون ہے؟ انہوں نے کہا کہ میرا بیٹا ہے۔</w:t>
      </w:r>
    </w:p>
    <w:p>
      <w:r>
        <w:rPr>
          <w:b/>
        </w:rPr>
        <w:t xml:space="preserve">[24:03] </w:t>
      </w:r>
      <w:r>
        <w:t>mein ne kaha nahi, nahi.</w:t>
      </w:r>
    </w:p>
    <w:p>
      <w:pPr>
        <w:jc w:val="right"/>
      </w:pPr>
      <w:r>
        <w:t>میں نے کہا نہیں، نہیں۔</w:t>
      </w:r>
    </w:p>
    <w:p>
      <w:r>
        <w:rPr>
          <w:b/>
        </w:rPr>
        <w:t xml:space="preserve">[24:08] </w:t>
      </w:r>
      <w:r>
        <w:t>mein ne yeh poocha ke is is bachhe ke aap kaun hain? kaha ke mein is ka baap hoon.</w:t>
      </w:r>
    </w:p>
    <w:p>
      <w:pPr>
        <w:jc w:val="right"/>
      </w:pPr>
      <w:r>
        <w:t>میں نے یہ پوچھا کہ اس اس بچے کے آپ کون ہیں؟ کہا کہ میں اس کا باپ ہوں۔</w:t>
      </w:r>
    </w:p>
    <w:p>
      <w:r>
        <w:rPr>
          <w:b/>
        </w:rPr>
        <w:t xml:space="preserve">[24:13] </w:t>
      </w:r>
      <w:r>
        <w:t>mein ne kaha ke nahi, aap is ke dushman hain.</w:t>
      </w:r>
    </w:p>
    <w:p>
      <w:pPr>
        <w:jc w:val="right"/>
      </w:pPr>
      <w:r>
        <w:t>میں نے کہا کہ نہیں، آپ اس کے دشمن ہیں۔</w:t>
      </w:r>
    </w:p>
    <w:p>
      <w:r>
        <w:rPr>
          <w:b/>
        </w:rPr>
        <w:t xml:space="preserve">[24:18] </w:t>
      </w:r>
      <w:r>
        <w:t>woh us bachche ko apni god mein khoob sambhale hue the, bohat hi pyar ke sath. jab main ne poocha ke aap is bachche ke kaun hain? to bare hi fakhr ke sath unhon ne kaha ke main us ka baap hoon. main ne kaha nahin, aap us ke dushman hain. unhon ne kaha woh kaise? main ne kaha ke aap is ko god mein le kar paal rahe hain, kya bahar ki duniya mein bhi is ke sath yahi hoga? is ko bahar jana hai, is ko job karna hai, is ko business</w:t>
      </w:r>
    </w:p>
    <w:p>
      <w:pPr>
        <w:jc w:val="right"/>
      </w:pPr>
      <w:r>
        <w:t>وہ اس بچے کو اپنی گود میں خوب سنبھالے ہوئے تھے، بہت ہی پیار کے ساتھ۔ جب میں نے پوچھا کہ آپ اس بچے کے کون ہیں؟ تو بڑے ہی فخر کے ساتھ انہوں نے کہا کہ میں اس کا باپ ہوں۔ میں نے کہا نہیں، آپ اس کے دشمن ہیں۔ انہوں نے کہا وہ کیسے؟ میں نے کہا کہ آپ اس کو گود میں لے کر پال رہے ہیں، کیا باہر کی دنیا میں بھی اس کے ساتھ یہی ہوگا؟ اس کو باہر جانا ہے، اس کو جاب کرنا ہے، اس کو بزنس</w:t>
      </w:r>
    </w:p>
    <w:p>
      <w:r>
        <w:rPr>
          <w:b/>
        </w:rPr>
        <w:t xml:space="preserve">[24:48] </w:t>
      </w:r>
      <w:r>
        <w:t>karna hai, kuch na kuch to karna hai.</w:t>
      </w:r>
    </w:p>
    <w:p>
      <w:pPr>
        <w:jc w:val="right"/>
      </w:pPr>
      <w:r>
        <w:t>کرنا ہے، کچھ نہ کچھ تو کرنا ہے۔</w:t>
      </w:r>
    </w:p>
    <w:p>
      <w:r>
        <w:rPr>
          <w:b/>
        </w:rPr>
        <w:t xml:space="preserve">[24:53] </w:t>
      </w:r>
      <w:r>
        <w:t>zindagi ki struggle, is zindagi ki struggle mein us ko dakhil hona hai.</w:t>
      </w:r>
    </w:p>
    <w:p>
      <w:pPr>
        <w:jc w:val="right"/>
      </w:pPr>
      <w:r>
        <w:t>زندگی کی سٹرگل، اس زندگی کی سٹرگل میں اس کو داخل ہونا ہے۔</w:t>
      </w:r>
    </w:p>
    <w:p>
      <w:r>
        <w:rPr>
          <w:b/>
        </w:rPr>
        <w:t xml:space="preserve">[24:57] </w:t>
      </w:r>
      <w:r>
        <w:t>wahan us ko kaun god mile ga? to aap to dushman hain kyunke us ko aap ulti training</w:t>
      </w:r>
    </w:p>
    <w:p>
      <w:pPr>
        <w:jc w:val="right"/>
      </w:pPr>
      <w:r>
        <w:t>وہاں اس کو کون گود ملے گا؟ تو آپ تو دشمن ہیں کیونکہ اس کو آپ الٹی ٹریننگ</w:t>
      </w:r>
    </w:p>
    <w:p>
      <w:r>
        <w:rPr>
          <w:b/>
        </w:rPr>
        <w:t xml:space="preserve">[25:01] </w:t>
      </w:r>
      <w:r>
        <w:t>de rahe hain.</w:t>
      </w:r>
    </w:p>
    <w:p>
      <w:pPr>
        <w:jc w:val="right"/>
      </w:pPr>
      <w:r>
        <w:t>دے رہے ہیں۔</w:t>
      </w:r>
    </w:p>
    <w:p>
      <w:r>
        <w:rPr>
          <w:b/>
        </w:rPr>
        <w:t xml:space="preserve">[25:06] </w:t>
      </w:r>
      <w:r>
        <w:t>to unhon ne kaha nahi, woh kamzor hai, mera bachha aisa hai.</w:t>
      </w:r>
    </w:p>
    <w:p>
      <w:pPr>
        <w:jc w:val="right"/>
      </w:pPr>
      <w:r>
        <w:t>تو انہوں نے کہا نہیں، وہ کمزور ہے، میرا بچہ ایسا ہے۔</w:t>
      </w:r>
    </w:p>
    <w:p>
      <w:r>
        <w:rPr>
          <w:b/>
        </w:rPr>
        <w:t xml:space="preserve">[25:10] </w:t>
      </w:r>
      <w:r>
        <w:t>to mein ne un ko kaha ke nahi, aap utariye bachhe ko, god se nikaliye, utariye us ko.</w:t>
      </w:r>
    </w:p>
    <w:p>
      <w:pPr>
        <w:jc w:val="right"/>
      </w:pPr>
      <w:r>
        <w:t>تو میں نے ان کو کہا کہ نہیں، آپ اتاریے بچے کو، گود سے نکالیے، اتاریے اس کو۔</w:t>
      </w:r>
    </w:p>
    <w:p>
      <w:r>
        <w:rPr>
          <w:b/>
        </w:rPr>
        <w:t xml:space="preserve">[25:15] </w:t>
      </w:r>
      <w:r>
        <w:t>jaise hi utara, unhon ne khoob dorne laga. woh</w:t>
      </w:r>
    </w:p>
    <w:p>
      <w:pPr>
        <w:jc w:val="right"/>
      </w:pPr>
      <w:r>
        <w:t>جیسے ہی اتارا، انہوں نے خوب دوڑنے لگا۔ وہ</w:t>
      </w:r>
    </w:p>
    <w:p>
      <w:r>
        <w:rPr>
          <w:b/>
        </w:rPr>
        <w:t xml:space="preserve">[25:19] </w:t>
      </w:r>
      <w:r>
        <w:t>idhar dor raha hai, udhar dor raha hai.</w:t>
      </w:r>
    </w:p>
    <w:p>
      <w:pPr>
        <w:jc w:val="right"/>
      </w:pPr>
      <w:r>
        <w:t>ادھر دوڑ رہا ہے، ادھر دوڑ رہا ہے۔</w:t>
      </w:r>
    </w:p>
    <w:p>
      <w:r>
        <w:rPr>
          <w:b/>
        </w:rPr>
        <w:t xml:space="preserve">[25:23] </w:t>
      </w:r>
      <w:r>
        <w:t>mein ne kaha ke dekhiye, yaani aap khwamkhwah bachche ko apahij bana rahe hain.</w:t>
      </w:r>
    </w:p>
    <w:p>
      <w:pPr>
        <w:jc w:val="right"/>
      </w:pPr>
      <w:r>
        <w:t>میں نے کہا کہ دیکھیے، یعنی آپ خوامخواہ بچے کو اپاہج بنا رہے ہیں۔</w:t>
      </w:r>
    </w:p>
    <w:p>
      <w:r>
        <w:rPr>
          <w:b/>
        </w:rPr>
        <w:t xml:space="preserve">[25:26] </w:t>
      </w:r>
      <w:r>
        <w:t>is ke haath paon ko chalne nahi dete.</w:t>
      </w:r>
    </w:p>
    <w:p>
      <w:pPr>
        <w:jc w:val="right"/>
      </w:pPr>
      <w:r>
        <w:t>اس کے ہاتھ پاؤں کو چلنے نہیں دیتے۔</w:t>
      </w:r>
    </w:p>
    <w:p>
      <w:r>
        <w:rPr>
          <w:b/>
        </w:rPr>
        <w:t xml:space="preserve">[25:29] </w:t>
      </w:r>
      <w:r>
        <w:t>woh khoob dorne laga.</w:t>
      </w:r>
    </w:p>
    <w:p>
      <w:pPr>
        <w:jc w:val="right"/>
      </w:pPr>
      <w:r>
        <w:t>وہ خوب دوڑنے لگا۔</w:t>
      </w:r>
    </w:p>
    <w:p>
      <w:r>
        <w:rPr>
          <w:b/>
        </w:rPr>
        <w:t xml:space="preserve">[25:33] </w:t>
      </w:r>
      <w:r>
        <w:t>yeh hai pampering.</w:t>
      </w:r>
    </w:p>
    <w:p>
      <w:pPr>
        <w:jc w:val="right"/>
      </w:pPr>
      <w:r>
        <w:t>یہ ہے پیمپرنگ۔</w:t>
      </w:r>
    </w:p>
    <w:p>
      <w:r>
        <w:rPr>
          <w:b/>
        </w:rPr>
        <w:t xml:space="preserve">[25:36] </w:t>
      </w:r>
      <w:r>
        <w:t>toh pampering kar ke log apne bachche ko samajhte hain ke hum parenting kar rahe hain.</w:t>
      </w:r>
    </w:p>
    <w:p>
      <w:pPr>
        <w:jc w:val="right"/>
      </w:pPr>
      <w:r>
        <w:t>تو پیمپرنگ کر کے لوگ اپنے بچے کو سمجھتے ہیں کہ ہم پیرنٹنگ کر رہے ہیں۔</w:t>
      </w:r>
    </w:p>
    <w:p>
      <w:r>
        <w:rPr>
          <w:b/>
        </w:rPr>
        <w:t xml:space="preserve">[25:39] </w:t>
      </w:r>
      <w:r>
        <w:t>yeh parenting nahi hai.</w:t>
      </w:r>
    </w:p>
    <w:p>
      <w:pPr>
        <w:jc w:val="right"/>
      </w:pPr>
      <w:r>
        <w:t>یہ پیرنٹنگ نہیں ہے۔</w:t>
      </w:r>
    </w:p>
    <w:p>
      <w:r>
        <w:rPr>
          <w:b/>
        </w:rPr>
        <w:t xml:space="preserve">[25:43] </w:t>
      </w:r>
      <w:r>
        <w:t>yeh parenting nahi hai.</w:t>
      </w:r>
    </w:p>
    <w:p>
      <w:pPr>
        <w:jc w:val="right"/>
      </w:pPr>
      <w:r>
        <w:t>یہ پیرنٹنگ نہیں ہے۔</w:t>
      </w:r>
    </w:p>
    <w:p>
      <w:r>
        <w:rPr>
          <w:b/>
        </w:rPr>
        <w:t xml:space="preserve">[25:46] </w:t>
      </w:r>
      <w:r>
        <w:t>yeh toh ulta maamla hai.</w:t>
      </w:r>
    </w:p>
    <w:p>
      <w:pPr>
        <w:jc w:val="right"/>
      </w:pPr>
      <w:r>
        <w:t>یہ تو الٹا معاملہ ہے۔</w:t>
      </w:r>
    </w:p>
    <w:p>
      <w:r>
        <w:rPr>
          <w:b/>
        </w:rPr>
        <w:t xml:space="preserve">[25:50] </w:t>
      </w:r>
      <w:r>
        <w:t>yeh dushmani hai. dushmani.</w:t>
      </w:r>
    </w:p>
    <w:p>
      <w:pPr>
        <w:jc w:val="right"/>
      </w:pPr>
      <w:r>
        <w:t>یہ دشمنی ہے۔ دشمنی۔</w:t>
      </w:r>
    </w:p>
    <w:p>
      <w:r>
        <w:rPr>
          <w:b/>
        </w:rPr>
        <w:t xml:space="preserve">[25:54] </w:t>
      </w:r>
      <w:r>
        <w:t>apne bachche ko is is lihaaz se train kijiye ke jab ghar se bahar nikle woh toh challenge</w:t>
      </w:r>
    </w:p>
    <w:p>
      <w:pPr>
        <w:jc w:val="right"/>
      </w:pPr>
      <w:r>
        <w:t>اپنے بچے کو اس اس لحاظ سے ٹرین کیجئے کہ جب گھر سے باہر نکلے وہ تو چیلنج</w:t>
      </w:r>
    </w:p>
    <w:p>
      <w:r>
        <w:rPr>
          <w:b/>
        </w:rPr>
        <w:t xml:space="preserve">[25:58] </w:t>
      </w:r>
      <w:r>
        <w:t>jo saamne aaye, us challenge ko meet kar sake.</w:t>
      </w:r>
    </w:p>
    <w:p>
      <w:pPr>
        <w:jc w:val="right"/>
      </w:pPr>
      <w:r>
        <w:t>جو سامنے آئے، اس چیلنج کو میٹ کر سکے۔</w:t>
      </w:r>
    </w:p>
    <w:p>
      <w:r>
        <w:rPr>
          <w:b/>
        </w:rPr>
        <w:t xml:space="preserve">[26:03] </w:t>
      </w:r>
      <w:r>
        <w:t>woh bahar ki duniya mein challenge hai, bahar ki duniya mein competition hai.</w:t>
      </w:r>
    </w:p>
    <w:p>
      <w:pPr>
        <w:jc w:val="right"/>
      </w:pPr>
      <w:r>
        <w:t>وہ باہر کی دنیا میں چیلنج ہے، باہر کی دنیا میں کمپیٹیشن ہے۔</w:t>
      </w:r>
    </w:p>
    <w:p>
      <w:r>
        <w:rPr>
          <w:b/>
        </w:rPr>
        <w:t xml:space="preserve">[26:07] </w:t>
      </w:r>
      <w:r>
        <w:t>toh wahan jab niklega, bahar ki duniya mein woh zindagi ki struggle mein jab niklega, woh</w:t>
      </w:r>
    </w:p>
    <w:p>
      <w:pPr>
        <w:jc w:val="right"/>
      </w:pPr>
      <w:r>
        <w:t>تو وہاں جب نکلے گا، باہر کی دنیا میں وہ زندگی کی سٹرگل میں جب نکلے گا، وہ</w:t>
      </w:r>
    </w:p>
    <w:p>
      <w:r>
        <w:rPr>
          <w:b/>
        </w:rPr>
        <w:t xml:space="preserve">[26:11] </w:t>
      </w:r>
      <w:r>
        <w:t>toh challenges ko saamna karna padega use.</w:t>
      </w:r>
    </w:p>
    <w:p>
      <w:pPr>
        <w:jc w:val="right"/>
      </w:pPr>
      <w:r>
        <w:t>تو چیلنجز کو سامنا کرنا پڑے گا اسے۔</w:t>
      </w:r>
    </w:p>
    <w:p>
      <w:r>
        <w:rPr>
          <w:b/>
        </w:rPr>
        <w:t xml:space="preserve">[26:15] </w:t>
      </w:r>
      <w:r>
        <w:t>toh apne bachche ko aap is qabil banaiye ke</w:t>
      </w:r>
    </w:p>
    <w:p>
      <w:pPr>
        <w:jc w:val="right"/>
      </w:pPr>
      <w:r>
        <w:t>تو اپنے بچے کو آپ اس قابل بنائیے کہ</w:t>
      </w:r>
    </w:p>
    <w:p>
      <w:r>
        <w:rPr>
          <w:b/>
        </w:rPr>
        <w:t xml:space="preserve">[26:20] </w:t>
      </w:r>
      <w:r>
        <w:t>bahar jab nikle toh woh challenges ka saamna kar sake.</w:t>
      </w:r>
    </w:p>
    <w:p>
      <w:pPr>
        <w:jc w:val="right"/>
      </w:pPr>
      <w:r>
        <w:t>باہر جب نکلے تو وہ چیلنجز کا سامنا کر سکے۔</w:t>
      </w:r>
    </w:p>
    <w:p>
      <w:r>
        <w:rPr>
          <w:b/>
        </w:rPr>
        <w:t xml:space="preserve">[26:26] </w:t>
      </w:r>
      <w:r>
        <w:t>woh competition mein apne aap ko le ke chal sake.</w:t>
      </w:r>
    </w:p>
    <w:p>
      <w:pPr>
        <w:jc w:val="right"/>
      </w:pPr>
      <w:r>
        <w:t>وہ کمپیٹیشن میں اپنے آپ کو لے کے چل سکے۔</w:t>
      </w:r>
    </w:p>
    <w:p>
      <w:r>
        <w:rPr>
          <w:b/>
        </w:rPr>
        <w:t xml:space="preserve">[26:32] </w:t>
      </w:r>
      <w:r>
        <w:t>woh is ke liye soch bojh, soch bojh chahiye aur mehnat chahiye, planning chahiye, saari cheezein chahiye.</w:t>
      </w:r>
    </w:p>
    <w:p>
      <w:pPr>
        <w:jc w:val="right"/>
      </w:pPr>
      <w:r>
        <w:t>وہ اس کے لیے سوچ بوجھ، سوچ بوجھ چاہیے اور محنت چاہیے، پلاننگ چاہیے، ساری چیزیں چاہیے۔</w:t>
      </w:r>
    </w:p>
    <w:p>
      <w:r>
        <w:rPr>
          <w:b/>
        </w:rPr>
        <w:t xml:space="preserve">[26:38] </w:t>
      </w:r>
      <w:r>
        <w:t>toh pampering toh dushmani hai.</w:t>
      </w:r>
    </w:p>
    <w:p>
      <w:pPr>
        <w:jc w:val="right"/>
      </w:pPr>
      <w:r>
        <w:t>تو پیمپرنگ تو دشمنی ہے۔</w:t>
      </w:r>
    </w:p>
    <w:p>
      <w:r>
        <w:rPr>
          <w:b/>
        </w:rPr>
        <w:t xml:space="preserve">[26:44] </w:t>
      </w:r>
      <w:r>
        <w:t>aaj kal ek nazariya naya nikla hai, mein</w:t>
      </w:r>
    </w:p>
    <w:p>
      <w:pPr>
        <w:jc w:val="right"/>
      </w:pPr>
      <w:r>
        <w:t>آج کل ایک نظریہ نیا نکلا ہے، میں</w:t>
      </w:r>
    </w:p>
    <w:p>
      <w:r>
        <w:rPr>
          <w:b/>
        </w:rPr>
        <w:t xml:space="preserve">[26:50] </w:t>
      </w:r>
      <w:r>
        <w:t>is ko sahi nahi samajhta.</w:t>
      </w:r>
    </w:p>
    <w:p>
      <w:pPr>
        <w:jc w:val="right"/>
      </w:pPr>
      <w:r>
        <w:t>اس کو صحیح نہیں سمجھتا۔</w:t>
      </w:r>
    </w:p>
    <w:p>
      <w:r>
        <w:rPr>
          <w:b/>
        </w:rPr>
        <w:t xml:space="preserve">[26:54] </w:t>
      </w:r>
      <w:r>
        <w:t>woh kya hai? bachche ke growth ko, yaani woh woh samajhte hain ke bachcha jo kare, use karne do.</w:t>
      </w:r>
    </w:p>
    <w:p>
      <w:pPr>
        <w:jc w:val="right"/>
      </w:pPr>
      <w:r>
        <w:t>وہ کیا ہے؟ بچے کے گروتھ کو، یعنی وہ وہ سمجھتے ہیں کہ بچہ جو کرے، اسے کرنے دو۔</w:t>
      </w:r>
    </w:p>
    <w:p>
      <w:r>
        <w:rPr>
          <w:b/>
        </w:rPr>
        <w:t xml:space="preserve">[26:59] </w:t>
      </w:r>
      <w:r>
        <w:t>jo kare, us ko karne do.</w:t>
      </w:r>
    </w:p>
    <w:p>
      <w:pPr>
        <w:jc w:val="right"/>
      </w:pPr>
      <w:r>
        <w:t>جو کرے، اس کو کرنے دو۔</w:t>
      </w:r>
    </w:p>
    <w:p>
      <w:r>
        <w:rPr>
          <w:b/>
        </w:rPr>
        <w:t xml:space="preserve">[27:03] </w:t>
      </w:r>
      <w:r>
        <w:t>mein ek martaba London gaya toh wahan ek kitaab rakhi hui thi un ke ghar mein, jin ke</w:t>
      </w:r>
    </w:p>
    <w:p>
      <w:pPr>
        <w:jc w:val="right"/>
      </w:pPr>
      <w:r>
        <w:t>میں ایک مرتبہ لندن گیا تو وہاں ایک کتاب رکھی ہوئی تھی ان کے گھر میں، جن کے</w:t>
      </w:r>
    </w:p>
    <w:p>
      <w:r>
        <w:rPr>
          <w:b/>
        </w:rPr>
        <w:t xml:space="preserve">[27:08] </w:t>
      </w:r>
      <w:r>
        <w:t>ghar mein gaya tha.</w:t>
      </w:r>
    </w:p>
    <w:p>
      <w:pPr>
        <w:jc w:val="right"/>
      </w:pPr>
      <w:r>
        <w:t>گھر میں گیا تھا۔</w:t>
      </w:r>
    </w:p>
    <w:p>
      <w:r>
        <w:rPr>
          <w:b/>
        </w:rPr>
        <w:t xml:space="preserve">[27:12] </w:t>
      </w:r>
      <w:r>
        <w:t>is mein likha tha is kitab mein.</w:t>
      </w:r>
    </w:p>
    <w:p>
      <w:pPr>
        <w:jc w:val="right"/>
      </w:pPr>
      <w:r>
        <w:t>اس میں لکھا تھا اس کتاب میں۔</w:t>
      </w:r>
    </w:p>
    <w:p>
      <w:r>
        <w:rPr>
          <w:b/>
        </w:rPr>
        <w:t xml:space="preserve">[27:17] </w:t>
      </w:r>
      <w:r>
        <w:t>bacha agar window ka sheesha tode to todne do us ko.</w:t>
      </w:r>
    </w:p>
    <w:p>
      <w:pPr>
        <w:jc w:val="right"/>
      </w:pPr>
      <w:r>
        <w:t>بچہ اگر ونڈو کا شیشہ توڑے تو توڑنے دو اس کو۔</w:t>
      </w:r>
    </w:p>
    <w:p>
      <w:r>
        <w:rPr>
          <w:b/>
        </w:rPr>
        <w:t xml:space="preserve">[27:21] </w:t>
      </w:r>
      <w:r>
        <w:t>kyun? agar tum roko ge to is ka growth ruk jaye ga.</w:t>
      </w:r>
    </w:p>
    <w:p>
      <w:pPr>
        <w:jc w:val="right"/>
      </w:pPr>
      <w:r>
        <w:t>کیوں؟ اگر تم روکو گے تو اس کا گروتھ رک جائے گا۔</w:t>
      </w:r>
    </w:p>
    <w:p>
      <w:r>
        <w:rPr>
          <w:b/>
        </w:rPr>
        <w:t xml:space="preserve">[27:25] </w:t>
      </w:r>
      <w:r>
        <w:t>is ka growth ruk jaye ga.</w:t>
      </w:r>
    </w:p>
    <w:p>
      <w:pPr>
        <w:jc w:val="right"/>
      </w:pPr>
      <w:r>
        <w:t>اس کا گروتھ رک جائے گا۔</w:t>
      </w:r>
    </w:p>
    <w:p>
      <w:r>
        <w:rPr>
          <w:b/>
        </w:rPr>
        <w:t xml:space="preserve">[27:29] </w:t>
      </w:r>
      <w:r>
        <w:t>yeh bilkul absurd baat hai.</w:t>
      </w:r>
    </w:p>
    <w:p>
      <w:pPr>
        <w:jc w:val="right"/>
      </w:pPr>
      <w:r>
        <w:t>یہ بالکل ایبسورٹ بات ہے۔</w:t>
      </w:r>
    </w:p>
    <w:p>
      <w:r>
        <w:rPr>
          <w:b/>
        </w:rPr>
        <w:t xml:space="preserve">[27:33] </w:t>
      </w:r>
      <w:r>
        <w:t>yani aap is ka bache ke andar violence paida kar rahe hain aur samajhte hain ke aap is</w:t>
      </w:r>
    </w:p>
    <w:p>
      <w:pPr>
        <w:jc w:val="right"/>
      </w:pPr>
      <w:r>
        <w:t>یعنی آپ اس کا بچے کے اندر وائلس پیدا کر رہے ہیں اور سمجھتے ہیں کہ آپ اس</w:t>
      </w:r>
    </w:p>
    <w:p>
      <w:r>
        <w:rPr>
          <w:b/>
        </w:rPr>
        <w:t xml:space="preserve">[27:37] </w:t>
      </w:r>
      <w:r>
        <w:t>ke growth ko barha rahe hain.</w:t>
      </w:r>
    </w:p>
    <w:p>
      <w:pPr>
        <w:jc w:val="right"/>
      </w:pPr>
      <w:r>
        <w:t>کے گروتھ کو بڑھا رہے ہیں۔</w:t>
      </w:r>
    </w:p>
    <w:p>
      <w:r>
        <w:rPr>
          <w:b/>
        </w:rPr>
        <w:t xml:space="preserve">[27:41] </w:t>
      </w:r>
      <w:r>
        <w:t>to bache kuch na kaho, kuch na kaho, kuch na kaho taake is ka growth jo hai woh</w:t>
      </w:r>
    </w:p>
    <w:p>
      <w:pPr>
        <w:jc w:val="right"/>
      </w:pPr>
      <w:r>
        <w:t>تو بچے کچھ نہ کہو، کچھ نہ کہو، کچھ نہ کہو تاکہ اس کا گروتھ جو ہے وہ</w:t>
      </w:r>
    </w:p>
    <w:p>
      <w:r>
        <w:rPr>
          <w:b/>
        </w:rPr>
        <w:t xml:space="preserve">[27:45] </w:t>
      </w:r>
      <w:r>
        <w:t>khoob khoob hota rahe.</w:t>
      </w:r>
    </w:p>
    <w:p>
      <w:pPr>
        <w:jc w:val="right"/>
      </w:pPr>
      <w:r>
        <w:t>خوب خوب ہوتا رہے۔</w:t>
      </w:r>
    </w:p>
    <w:p>
      <w:r>
        <w:rPr>
          <w:b/>
        </w:rPr>
        <w:t xml:space="preserve">[27:49] </w:t>
      </w:r>
      <w:r>
        <w:t>yeh nazariya bilkul absurd hai.</w:t>
      </w:r>
    </w:p>
    <w:p>
      <w:pPr>
        <w:jc w:val="right"/>
      </w:pPr>
      <w:r>
        <w:t>یہ نظریہ بالکل ایبسورٹ ہے۔</w:t>
      </w:r>
    </w:p>
    <w:p>
      <w:r>
        <w:rPr>
          <w:b/>
        </w:rPr>
        <w:t xml:space="preserve">[27:53] </w:t>
      </w:r>
      <w:r>
        <w:t>bache ko aap is ke is ke mind ki, ki bache ke mind ki engineering kijiye.</w:t>
      </w:r>
    </w:p>
    <w:p>
      <w:pPr>
        <w:jc w:val="right"/>
      </w:pPr>
      <w:r>
        <w:t>بچے کو آپ اس کے اس کے مائنڈ کی، کی بچے کے مائنڈ کی انجینئرنگ کیجئے۔</w:t>
      </w:r>
    </w:p>
    <w:p>
      <w:r>
        <w:rPr>
          <w:b/>
        </w:rPr>
        <w:t xml:space="preserve">[27:58] </w:t>
      </w:r>
      <w:r>
        <w:t>is ke andar soch laiye, is ke andar art of thinking laiye, is ke andar soojh boojh laiye.</w:t>
      </w:r>
    </w:p>
    <w:p>
      <w:pPr>
        <w:jc w:val="right"/>
      </w:pPr>
      <w:r>
        <w:t>اس کے اندر سوچ لائیے، اس کے اندر آرٹ آف تھنکنگ لائیے، اس کے اندر سوجھ بوجھ لائیے۔</w:t>
      </w:r>
    </w:p>
    <w:p>
      <w:r>
        <w:rPr>
          <w:b/>
        </w:rPr>
        <w:t xml:space="preserve">[28:03] </w:t>
      </w:r>
      <w:r>
        <w:t>yeh koi tareeqa nahi ke is ko aap animal ke tareeqe se chhod dein.</w:t>
      </w:r>
    </w:p>
    <w:p>
      <w:pPr>
        <w:jc w:val="right"/>
      </w:pPr>
      <w:r>
        <w:t>یہ کوئی طریقہ نہیں کہ اس کو آپ اینیمل کے طریقے سے چھوڑ دیں۔</w:t>
      </w:r>
    </w:p>
    <w:p>
      <w:r>
        <w:rPr>
          <w:b/>
        </w:rPr>
        <w:t xml:space="preserve">[28:08] </w:t>
      </w:r>
      <w:r>
        <w:t>jo chaho karo, jo chaho karo, jo chahe karo.</w:t>
      </w:r>
    </w:p>
    <w:p>
      <w:pPr>
        <w:jc w:val="right"/>
      </w:pPr>
      <w:r>
        <w:t>جو چاہو کرو، جو چاہو کرو، جو چاہے کرو۔</w:t>
      </w:r>
    </w:p>
    <w:p>
      <w:r>
        <w:rPr>
          <w:b/>
        </w:rPr>
        <w:t xml:space="preserve">[28:13] </w:t>
      </w:r>
      <w:r>
        <w:t>aise kabhi bachha taraqqi nahi kare ga.</w:t>
      </w:r>
    </w:p>
    <w:p>
      <w:pPr>
        <w:jc w:val="right"/>
      </w:pPr>
      <w:r>
        <w:t>ایسے کبھی بچہ ترقی نہیں کرے گا۔</w:t>
      </w:r>
    </w:p>
    <w:p>
      <w:r>
        <w:rPr>
          <w:b/>
        </w:rPr>
        <w:t xml:space="preserve">[28:18] </w:t>
      </w:r>
      <w:r>
        <w:t>to mein ne ek article parha jaldi, is mein tha ke woh tha negative parenting</w:t>
      </w:r>
    </w:p>
    <w:p>
      <w:pPr>
        <w:jc w:val="right"/>
      </w:pPr>
      <w:r>
        <w:t>تو میں نے ایک آرٹیکل پڑھا جلدی، اس میں تھا کہ وہ تھا نیگیٹیو پیرنٹنگ</w:t>
      </w:r>
    </w:p>
    <w:p>
      <w:r>
        <w:rPr>
          <w:b/>
        </w:rPr>
        <w:t xml:space="preserve">[28:23] </w:t>
      </w:r>
      <w:r>
        <w:t>ka word use kiya tha unhon ne. negative parenting yaani jo maa baap apne bachche ko rok tok karte hain, jo maa baap apne bachchon ko do and don't batate hain, jo maa baap apne bachche se kehte hain yeh na karo, woh na karo. to un ke nazdeek woh tha negative parenting. yaani negative parenting yaani woh samajh is mein bataya gaya tha ke agar aap yeh kahen ke tum ne yeh ghalati ki to kya hoga us ke andar?</w:t>
      </w:r>
    </w:p>
    <w:p>
      <w:pPr>
        <w:jc w:val="right"/>
      </w:pPr>
      <w:r>
        <w:t>کا ورڈ یوز کیا تھا انہوں نے۔ نیگیٹیو پیرنٹنگ یعنی جو ماں باپ اپنے بچے کو روک ٹوک کرتے ہیں، جو ماں باپ اپنے بچوں کو ڈو اینڈ ڈونٹ بتاتے ہیں، جو ماں باپ اپنے بچے سے کہتے ہیں یہ نہ کرو، وہ نہ کرو۔ تو ان کے نزدیک وہ تھا نیگیٹیو پیرنٹنگ۔ یعنی نیگیٹیو پیرنٹنگ یعنی وہ سمجھ اس میں بتایا گیا تھا کہ اگر آپ یہ کہیں کہ تم نے یہ غلطی کی تو کیا ہوگا اس کے اندر؟</w:t>
      </w:r>
    </w:p>
    <w:p>
      <w:r>
        <w:rPr>
          <w:b/>
        </w:rPr>
        <w:t xml:space="preserve">[28:53] </w:t>
      </w:r>
      <w:r>
        <w:t>yani woh guilty conscious ban jaye ga.</w:t>
      </w:r>
    </w:p>
    <w:p>
      <w:pPr>
        <w:jc w:val="right"/>
      </w:pPr>
      <w:r>
        <w:t>یعنی وہ گلٹی کانشیس بن جائے گا۔</w:t>
      </w:r>
    </w:p>
    <w:p>
      <w:r>
        <w:rPr>
          <w:b/>
        </w:rPr>
        <w:t xml:space="preserve">[28:59] </w:t>
      </w:r>
      <w:r>
        <w:t>woh to is ko yeh mauqa na do ke woh guilty conscious mein pare, apni guilty feel kare.</w:t>
      </w:r>
    </w:p>
    <w:p>
      <w:pPr>
        <w:jc w:val="right"/>
      </w:pPr>
      <w:r>
        <w:t>وہ تو اس کو یہ موقع نہ دو کہ وہ گلٹی کانشیس میں پڑے، اپنی گلٹی فیل کرے۔</w:t>
      </w:r>
    </w:p>
    <w:p>
      <w:r>
        <w:rPr>
          <w:b/>
        </w:rPr>
        <w:t xml:space="preserve">[29:05] </w:t>
      </w:r>
      <w:r>
        <w:t>woh to yeh koi tareeqa hai? is ka matlab ke aap is ko, aap is ko sikha rahe</w:t>
      </w:r>
    </w:p>
    <w:p>
      <w:pPr>
        <w:jc w:val="right"/>
      </w:pPr>
      <w:r>
        <w:t>وہ تو یہ کوئی طریقہ ہے؟ اس کا معنی کہ آپ اس کو، آپ اس کو سکھا رہے</w:t>
      </w:r>
    </w:p>
    <w:p>
      <w:r>
        <w:rPr>
          <w:b/>
        </w:rPr>
        <w:t xml:space="preserve">[29:11] </w:t>
      </w:r>
      <w:r>
        <w:t>hain, woh yani is ko immoral bana rahe hain, anarchy ki taraf le ja rahe hain, is ko</w:t>
      </w:r>
    </w:p>
    <w:p>
      <w:pPr>
        <w:jc w:val="right"/>
      </w:pPr>
      <w:r>
        <w:t>ہیں، وہ یعنی اس کو اممارل بنا رہے ہیں، انارکی کی طرف لے جا رہے ہیں، اس کو</w:t>
      </w:r>
    </w:p>
    <w:p>
      <w:r>
        <w:rPr>
          <w:b/>
        </w:rPr>
        <w:t xml:space="preserve">[29:17] </w:t>
      </w:r>
      <w:r>
        <w:t>discipline se bahar le ja rahe hain. dekhiye, m</w:t>
      </w:r>
    </w:p>
    <w:p>
      <w:pPr>
        <w:jc w:val="right"/>
      </w:pPr>
      <w:r>
        <w:t>ڈسپلن سے باہر لے جا رہے ہیں۔ دیکھیے، م</w:t>
      </w:r>
    </w:p>
    <w:p>
      <w:r>
        <w:rPr>
          <w:b/>
        </w:rPr>
        <w:t xml:space="preserve">[29:23] </w:t>
      </w:r>
      <w:r>
        <w:t>oral discipline ke baghair koi aadmi taraqqi nahin kar sakta, na koi fard, na koi individual, na koi society. na koi individual, na koi society. disciplined life chahiye, moral values ko follow karna pare ga. aise aise to ek anarchy aae gi zindagi mein. to unhon ne kaha ke is ko negative parenting, ne</w:t>
      </w:r>
    </w:p>
    <w:p>
      <w:pPr>
        <w:jc w:val="right"/>
      </w:pPr>
      <w:r>
        <w:t>ورل ڈسپلن کے بغیر کوئی آدمی ترقی نہیں کر سکتا، نہ کوئی فرد، نہ کوئی انڈیویجول، نہ کوئی سوسائٹی۔ نہ کوئی انڈیویجول، نہ کوئی سوسائٹی۔ ڈسپلنڈ لائف چاہیے، مورل ویلیوز کو فالو کرنا پڑے گا۔ ایسے ایسے تو ایک انارکی آئے گی زندگی میں۔ تو انہوں نے کہا کہ اس کو نیگیٹیو پیرنٹنگ، نی</w:t>
      </w:r>
    </w:p>
    <w:p>
      <w:r>
        <w:rPr>
          <w:b/>
        </w:rPr>
        <w:t xml:space="preserve">[29:53] </w:t>
      </w:r>
      <w:r>
        <w:t>guilty parenting yani maa baap agar kahein ke bhai dekho yeh galat hai, yeh kaam mat karo, yeh</w:t>
      </w:r>
    </w:p>
    <w:p>
      <w:pPr>
        <w:jc w:val="right"/>
      </w:pPr>
      <w:r>
        <w:t>گیٹیو پیرنٹنگ یعنی ماں باپ اگر کہیں کہ بھئی دیکھو یہ غلط ہے، یہ کام مت کرو، یہ</w:t>
      </w:r>
    </w:p>
    <w:p>
      <w:r>
        <w:rPr>
          <w:b/>
        </w:rPr>
        <w:t xml:space="preserve">[29:57] </w:t>
      </w:r>
      <w:r>
        <w:t>tum ne kiya kar diya, yeh to bohat galat baat ho gayi, yeh hai negative parenting.</w:t>
      </w:r>
    </w:p>
    <w:p>
      <w:pPr>
        <w:jc w:val="right"/>
      </w:pPr>
      <w:r>
        <w:t>تم نے کیا کر دیا، یہ تو بہت غلط بات ہو گئی، یہ ہے نیگیٹیو پیرنٹنگ۔</w:t>
      </w:r>
    </w:p>
    <w:p>
      <w:r>
        <w:rPr>
          <w:b/>
        </w:rPr>
        <w:t xml:space="preserve">[30:01] </w:t>
      </w:r>
      <w:r>
        <w:t>to chhod do is ko.</w:t>
      </w:r>
    </w:p>
    <w:p>
      <w:pPr>
        <w:jc w:val="right"/>
      </w:pPr>
      <w:r>
        <w:t>تو چھوڑ دو اس کو۔</w:t>
      </w:r>
    </w:p>
    <w:p>
      <w:r>
        <w:rPr>
          <w:b/>
        </w:rPr>
        <w:t xml:space="preserve">[30:06] </w:t>
      </w:r>
      <w:r>
        <w:t>unhone kehte hain positive parenting yeh thi ke bache ko chhode raho, is ko ehsas na hone</w:t>
      </w:r>
    </w:p>
    <w:p>
      <w:pPr>
        <w:jc w:val="right"/>
      </w:pPr>
      <w:r>
        <w:t>انہوں نے کہتے ہیں پازیٹیو پیرنٹنگ یہ تھی کہ بچے کو چھوڑے رہو، اس کو احساس نہ ہونے</w:t>
      </w:r>
    </w:p>
    <w:p>
      <w:r>
        <w:rPr>
          <w:b/>
        </w:rPr>
        <w:t xml:space="preserve">[30:10] </w:t>
      </w:r>
      <w:r>
        <w:t>do ke main ghalati kar raha hoon.</w:t>
      </w:r>
    </w:p>
    <w:p>
      <w:pPr>
        <w:jc w:val="right"/>
      </w:pPr>
      <w:r>
        <w:t>دو کہ میں غلطی کر رہا ہوں۔</w:t>
      </w:r>
    </w:p>
    <w:p>
      <w:r>
        <w:rPr>
          <w:b/>
        </w:rPr>
        <w:t xml:space="preserve">[30:14] </w:t>
      </w:r>
      <w:r>
        <w:t>koi koi to is mani ka aap parenting ka mani yeh hua ke aap animalization of men, yeh</w:t>
      </w:r>
    </w:p>
    <w:p>
      <w:pPr>
        <w:jc w:val="right"/>
      </w:pPr>
      <w:r>
        <w:t>کوئی کوئی تو اس معنی کا آپ پیرنٹنگ کا معنی یہ ہوا کہ آپ اینیملائزیشن آف مین، یہ</w:t>
      </w:r>
    </w:p>
    <w:p>
      <w:r>
        <w:rPr>
          <w:b/>
        </w:rPr>
        <w:t xml:space="preserve">[30:19] </w:t>
      </w:r>
      <w:r>
        <w:t>to aap animal bana rahe hain is ko.</w:t>
      </w:r>
    </w:p>
    <w:p>
      <w:pPr>
        <w:jc w:val="right"/>
      </w:pPr>
      <w:r>
        <w:t>تو آپ اینیمل بنا رہے ہیں اس کو۔</w:t>
      </w:r>
    </w:p>
    <w:p>
      <w:r>
        <w:rPr>
          <w:b/>
        </w:rPr>
        <w:t xml:space="preserve">[30:23] </w:t>
      </w:r>
      <w:r>
        <w:t>yeh to animal banana hua ke animal ke andar koi moral sense nahi hota.</w:t>
      </w:r>
    </w:p>
    <w:p>
      <w:pPr>
        <w:jc w:val="right"/>
      </w:pPr>
      <w:r>
        <w:t>یہ تو اینیمل بنانا ہوا کہ اینیمل کے اندر کوئی مورل سینس نہیں ہوتا۔</w:t>
      </w:r>
    </w:p>
    <w:p>
      <w:r>
        <w:rPr>
          <w:b/>
        </w:rPr>
        <w:t xml:space="preserve">[30:29] </w:t>
      </w:r>
      <w:r>
        <w:t>ek sher ya bhediya jab pakadta hai kisi animal ko, us ko maar ke us ko khata hai</w:t>
      </w:r>
    </w:p>
    <w:p>
      <w:pPr>
        <w:jc w:val="right"/>
      </w:pPr>
      <w:r>
        <w:t>ایک شیر یا بھیڑیا جب پکڑتا ہے کسی اینیمل کو، اس کو مار کے اس کو کھاتا ہے</w:t>
      </w:r>
    </w:p>
    <w:p>
      <w:r>
        <w:rPr>
          <w:b/>
        </w:rPr>
        <w:t xml:space="preserve">[30:35] </w:t>
      </w:r>
      <w:r>
        <w:t>to us ko yeh ehsas hota hai ke main violence kar raha hoon.</w:t>
      </w:r>
    </w:p>
    <w:p>
      <w:pPr>
        <w:jc w:val="right"/>
      </w:pPr>
      <w:r>
        <w:t>تو اس کو یہ احساس ہوتا ہے کہ میں وائلنس کر رہا ہوں۔</w:t>
      </w:r>
    </w:p>
    <w:p>
      <w:r>
        <w:rPr>
          <w:b/>
        </w:rPr>
        <w:t xml:space="preserve">[30:41] </w:t>
      </w:r>
      <w:r>
        <w:t>violence ka word us ki dictionary mein nahi hai.</w:t>
      </w:r>
    </w:p>
    <w:p>
      <w:pPr>
        <w:jc w:val="right"/>
      </w:pPr>
      <w:r>
        <w:t>وائلنس کا ورڈ اس کی ڈکشنری میں نہیں ہے۔</w:t>
      </w:r>
    </w:p>
    <w:p>
      <w:r>
        <w:rPr>
          <w:b/>
        </w:rPr>
        <w:t xml:space="preserve">[30:48] </w:t>
      </w:r>
      <w:r>
        <w:t>to kya aap insan ko aise banana chahte hain? to negative parenting ka concept bila shubah bilkul</w:t>
      </w:r>
    </w:p>
    <w:p>
      <w:pPr>
        <w:jc w:val="right"/>
      </w:pPr>
      <w:r>
        <w:t>تو کیا آپ انسان کو ایسے بنانا چاہتے ہیں؟ تو نیگیٹیو پیرنٹنگ کا کانسپٹ بلا شبہ بالکل</w:t>
      </w:r>
    </w:p>
    <w:p>
      <w:r>
        <w:rPr>
          <w:b/>
        </w:rPr>
        <w:t xml:space="preserve">[30:54] </w:t>
      </w:r>
      <w:r>
        <w:t>baseless hai.</w:t>
      </w:r>
    </w:p>
    <w:p>
      <w:pPr>
        <w:jc w:val="right"/>
      </w:pPr>
      <w:r>
        <w:t>بیس لیس ہے۔</w:t>
      </w:r>
    </w:p>
    <w:p>
      <w:r>
        <w:rPr>
          <w:b/>
        </w:rPr>
        <w:t xml:space="preserve">[30:59] </w:t>
      </w:r>
      <w:r>
        <w:t>to positive parenting ka matlab yeh ke aap pampering karne lage, yeh bhi galat hai.</w:t>
      </w:r>
    </w:p>
    <w:p>
      <w:pPr>
        <w:jc w:val="right"/>
      </w:pPr>
      <w:r>
        <w:t>تو پازیٹیو پیرنٹنگ کا مطلب یہ کہ آپ پیمپرنگ کرنے لگے، یہ بھی غلط ہے۔</w:t>
      </w:r>
    </w:p>
    <w:p>
      <w:r>
        <w:rPr>
          <w:b/>
        </w:rPr>
        <w:t xml:space="preserve">[31:04] </w:t>
      </w:r>
      <w:r>
        <w:t>to negative parenting hi zaroori hai, jis ko yani yeh yeh hai wrong nomenclature ki baat, us</w:t>
      </w:r>
    </w:p>
    <w:p>
      <w:pPr>
        <w:jc w:val="right"/>
      </w:pPr>
      <w:r>
        <w:t>تو نیگیٹیو پیرنٹنگ ہی ضروری ہے، جس کو یعنی یہ یہ ہے رونگ نامن کریچر کی بات، اس</w:t>
      </w:r>
    </w:p>
    <w:p>
      <w:r>
        <w:rPr>
          <w:b/>
        </w:rPr>
        <w:t xml:space="preserve">[31:09] </w:t>
      </w:r>
      <w:r>
        <w:t>ko galat naam de diya aap ne.</w:t>
      </w:r>
    </w:p>
    <w:p>
      <w:pPr>
        <w:jc w:val="right"/>
      </w:pPr>
      <w:r>
        <w:t>کو غلط نام دے دیا آپ نے۔</w:t>
      </w:r>
    </w:p>
    <w:p>
      <w:r>
        <w:rPr>
          <w:b/>
        </w:rPr>
        <w:t xml:space="preserve">[31:14] </w:t>
      </w:r>
      <w:r>
        <w:t>ek sahi cheez ko aap galat naam de diya.</w:t>
      </w:r>
    </w:p>
    <w:p>
      <w:pPr>
        <w:jc w:val="right"/>
      </w:pPr>
      <w:r>
        <w:t>ایک صحیح چیز کو آپ غلط نام دے دیا۔</w:t>
      </w:r>
    </w:p>
    <w:p>
      <w:r>
        <w:rPr>
          <w:b/>
        </w:rPr>
        <w:t xml:space="preserve">[31:19] </w:t>
      </w:r>
      <w:r>
        <w:t>to negative parenting na kahiye is ko, ise kahiye correct</w:t>
      </w:r>
    </w:p>
    <w:p>
      <w:pPr>
        <w:jc w:val="right"/>
      </w:pPr>
      <w:r>
        <w:t>تو نیگیٹیو پیرنٹنگ نہ کہیے اس کو، اسے کہیے کریک</w:t>
      </w:r>
    </w:p>
    <w:p>
      <w:r>
        <w:rPr>
          <w:b/>
        </w:rPr>
        <w:t xml:space="preserve">[31:24] </w:t>
      </w:r>
      <w:r>
        <w:t>parenting. is ko kahiye aap ke yani healthy parenting. is ko aap negative parenting kyun kehte hain? main is ke khilaf hoon ke baap apne bachay ko mare. beating ek alag cheez hai. dekhiye, beating ek alag cheez hai, gaali de doosri cheez hai. woh to baap agar bete ko gaali de, bete ko mare, bete ko</w:t>
      </w:r>
    </w:p>
    <w:p>
      <w:pPr>
        <w:jc w:val="right"/>
      </w:pPr>
      <w:r>
        <w:t>ٹیو پیرنٹنگ۔ اس کو کہیے آپ کہ یعنی ہیلدی پیرنٹنگ۔ اس کو آپ نیگیٹیو پیرنٹنگ کیوں کہتے ہیں؟ میں اس کے خلاف ہوں کہ باپ اپنے بچے کو مارے۔ بیٹنگ ایک الگ چیز ہے۔ دیکھیے، بیٹنگ ایک الگ چیز ہے، گالی دے دوسری چیز ہے۔ وہ تو باپ اگر بیٹے کو گالی دے، بیٹے کو مارے، بیٹے کو</w:t>
      </w:r>
    </w:p>
    <w:p>
      <w:r>
        <w:rPr>
          <w:b/>
        </w:rPr>
        <w:t xml:space="preserve">[31:54] </w:t>
      </w:r>
      <w:r>
        <w:t>pakad ke aisa deewar mein takra de ke uska shareer toot jaye, yeh galat kaam hai.</w:t>
      </w:r>
    </w:p>
    <w:p>
      <w:pPr>
        <w:jc w:val="right"/>
      </w:pPr>
      <w:r>
        <w:t>پکڑ کے ایسا دیوار میں ٹکرا دے کہ اس کا شریر ٹوٹ جائے، یہ غلط کام ہے۔</w:t>
      </w:r>
    </w:p>
    <w:p>
      <w:r>
        <w:rPr>
          <w:b/>
        </w:rPr>
        <w:t xml:space="preserve">[32:00] </w:t>
      </w:r>
      <w:r>
        <w:t>wo wo bete ke liye, sab ke liye galat hai, kisi ke liye bhi sahi nahi hai.</w:t>
      </w:r>
    </w:p>
    <w:p>
      <w:pPr>
        <w:jc w:val="right"/>
      </w:pPr>
      <w:r>
        <w:t>وہ وہ بیٹے کے لیے، سب کے لیے غلط ہے، کسی کے لیے بھی صحیح نہیں ہے۔</w:t>
      </w:r>
    </w:p>
    <w:p>
      <w:r>
        <w:rPr>
          <w:b/>
        </w:rPr>
        <w:t xml:space="preserve">[32:07] </w:t>
      </w:r>
      <w:r>
        <w:t>wo lekin aap us ko wash karna padega, uska guardian banna padega.</w:t>
      </w:r>
    </w:p>
    <w:p>
      <w:pPr>
        <w:jc w:val="right"/>
      </w:pPr>
      <w:r>
        <w:t>وہ لیکن آپ اس کو واش کرنا پڑے گا، اس کا گارڈین بننا پڑے گا۔</w:t>
      </w:r>
    </w:p>
    <w:p>
      <w:r>
        <w:rPr>
          <w:b/>
        </w:rPr>
        <w:t xml:space="preserve">[32:14] </w:t>
      </w:r>
      <w:r>
        <w:t>aap ko aap ko dekhna padega kya sahi hai, kya galat hai, batana padega aap ko.</w:t>
      </w:r>
    </w:p>
    <w:p>
      <w:pPr>
        <w:jc w:val="right"/>
      </w:pPr>
      <w:r>
        <w:t>آپ کو آپ کو دیکھنا پڑے گا کیا صحیح ہے، کیا غلط ہے، بتانا پڑے گا آپ کو۔</w:t>
      </w:r>
    </w:p>
    <w:p>
      <w:r>
        <w:rPr>
          <w:b/>
        </w:rPr>
        <w:t xml:space="preserve">[32:21] </w:t>
      </w:r>
      <w:r>
        <w:t>jaise main ek school mein gaya to bachchon ko mujhe address karna tha.</w:t>
      </w:r>
    </w:p>
    <w:p>
      <w:pPr>
        <w:jc w:val="right"/>
      </w:pPr>
      <w:r>
        <w:t>جیسے میں ایک اسکول میں گیا تو بچوں کو مجھے ایڈریس کرنا تھا۔</w:t>
      </w:r>
    </w:p>
    <w:p>
      <w:r>
        <w:rPr>
          <w:b/>
        </w:rPr>
        <w:t xml:space="preserve">[32:27] </w:t>
      </w:r>
      <w:r>
        <w:t>bachchon ko mujhe address karna tha.</w:t>
      </w:r>
    </w:p>
    <w:p>
      <w:pPr>
        <w:jc w:val="right"/>
      </w:pPr>
      <w:r>
        <w:t>بچوں کو مجھے ایڈریس کرنا تھا۔</w:t>
      </w:r>
    </w:p>
    <w:p>
      <w:r>
        <w:rPr>
          <w:b/>
        </w:rPr>
        <w:t xml:space="preserve">[32:33] </w:t>
      </w:r>
      <w:r>
        <w:t>to main ne kaha ke main aap ko ek bohat hi, bohat sari baatein nahi kahunga, ek</w:t>
      </w:r>
    </w:p>
    <w:p>
      <w:pPr>
        <w:jc w:val="right"/>
      </w:pPr>
      <w:r>
        <w:t>تو میں نے کہا کہ میں آپ کو ایک بہت ہی، بہت ساری باتیں نہیں کہوں گا، ایک</w:t>
      </w:r>
    </w:p>
    <w:p>
      <w:r>
        <w:rPr>
          <w:b/>
        </w:rPr>
        <w:t xml:space="preserve">[32:39] </w:t>
      </w:r>
      <w:r>
        <w:t>baat kahunga, ek baat jo aap ki zindagi mein kaam aaye.</w:t>
      </w:r>
    </w:p>
    <w:p>
      <w:pPr>
        <w:jc w:val="right"/>
      </w:pPr>
      <w:r>
        <w:t>بات کہوں گا، ایک بات جو آپ کی زندگی میں کام آئے۔</w:t>
      </w:r>
    </w:p>
    <w:p>
      <w:r>
        <w:rPr>
          <w:b/>
        </w:rPr>
        <w:t xml:space="preserve">[32:45] </w:t>
      </w:r>
      <w:r>
        <w:t>to main ne kaha ke Islam mein jo fourth khaleefa hue hain, chauthe khaleefa, unhon ne ek bohat</w:t>
      </w:r>
    </w:p>
    <w:p>
      <w:pPr>
        <w:jc w:val="right"/>
      </w:pPr>
      <w:r>
        <w:t>تو میں نے کہا کہ اسلام میں جو فورتھ خلیفہ ہوئے ہیں، چوتھے خلیفہ، انہوں نے ایک بہت</w:t>
      </w:r>
    </w:p>
    <w:p>
      <w:r>
        <w:rPr>
          <w:b/>
        </w:rPr>
        <w:t xml:space="preserve">[32:51] </w:t>
      </w:r>
      <w:r>
        <w:t>hi wisdom ki baat kahi. wo yeh</w:t>
      </w:r>
    </w:p>
    <w:p>
      <w:pPr>
        <w:jc w:val="right"/>
      </w:pPr>
      <w:r>
        <w:t>ہی وزڈم کی بات کہی۔ وہ یہ</w:t>
      </w:r>
    </w:p>
    <w:p>
      <w:r>
        <w:rPr>
          <w:b/>
        </w:rPr>
        <w:t xml:space="preserve">[32:57] </w:t>
      </w:r>
      <w:r>
        <w:t>ke qimat al mar'u ma yuhsin, yani value of person lies excellence.</w:t>
      </w:r>
    </w:p>
    <w:p>
      <w:pPr>
        <w:jc w:val="right"/>
      </w:pPr>
      <w:r>
        <w:t>کہ قیمت المر ما یحسن، یعنی ویلیو آف پرسن لائز ایکسیلنس۔</w:t>
      </w:r>
    </w:p>
    <w:p>
      <w:r>
        <w:rPr>
          <w:b/>
        </w:rPr>
        <w:t xml:space="preserve">[33:05] </w:t>
      </w:r>
      <w:r>
        <w:t>value of person lies excellence yani yeh dunya jo hai competition ki dunya hai, har aadmi kar raha</w:t>
      </w:r>
    </w:p>
    <w:p>
      <w:pPr>
        <w:jc w:val="right"/>
      </w:pPr>
      <w:r>
        <w:t>ویلیو آف پرسن لائز ایکسیلنس یعنی یہ دنیا جو ہے کمپیٹیشن کی دنیا ہے، ہر آدمی کر رہا</w:t>
      </w:r>
    </w:p>
    <w:p>
      <w:r>
        <w:rPr>
          <w:b/>
        </w:rPr>
        <w:t xml:space="preserve">[33:13] </w:t>
      </w:r>
      <w:r>
        <w:t>hai, kar raha hai, kar raha hai.</w:t>
      </w:r>
    </w:p>
    <w:p>
      <w:pPr>
        <w:jc w:val="right"/>
      </w:pPr>
      <w:r>
        <w:t>ہے، کر رہا ہے، کر رہا ہے۔</w:t>
      </w:r>
    </w:p>
    <w:p>
      <w:r>
        <w:rPr>
          <w:b/>
        </w:rPr>
        <w:t xml:space="preserve">[33:20] </w:t>
      </w:r>
      <w:r>
        <w:t>aap chahte hain ke aap ki value bane, aap ko dunya mein koi jagah mile</w:t>
      </w:r>
    </w:p>
    <w:p>
      <w:pPr>
        <w:jc w:val="right"/>
      </w:pPr>
      <w:r>
        <w:t>آپ چاہتے ہیں کہ آپ کی ویلیو بنے، آپ کو دنیا میں کوئی جگہ ملے</w:t>
      </w:r>
    </w:p>
    <w:p>
      <w:r>
        <w:rPr>
          <w:b/>
        </w:rPr>
        <w:t xml:space="preserve">[33:28] </w:t>
      </w:r>
      <w:r>
        <w:t>to aap ko doosron se oopar uthna parega.</w:t>
      </w:r>
    </w:p>
    <w:p>
      <w:pPr>
        <w:jc w:val="right"/>
      </w:pPr>
      <w:r>
        <w:t>تو آپ کو دوسروں سے اوپر اٹھنا پڑے گا۔</w:t>
      </w:r>
    </w:p>
    <w:p>
      <w:r>
        <w:rPr>
          <w:b/>
        </w:rPr>
        <w:t xml:space="preserve">[33:34] </w:t>
      </w:r>
      <w:r>
        <w:t>kisi cheez mein aap ko excellent banna parega, excellent kisi cheez mein.</w:t>
      </w:r>
    </w:p>
    <w:p>
      <w:pPr>
        <w:jc w:val="right"/>
      </w:pPr>
      <w:r>
        <w:t>کسی چیز میں آپ کو ایکسیلنٹ بننا پڑے گا، ایکسیلنٹ کسی چیز میں۔</w:t>
      </w:r>
    </w:p>
    <w:p>
      <w:r>
        <w:rPr>
          <w:b/>
        </w:rPr>
        <w:t xml:space="preserve">[33:40] </w:t>
      </w:r>
      <w:r>
        <w:t>jaise ke farz ki jiye glass hai, to bohat sari factory khuli hui hain glass ki.</w:t>
      </w:r>
    </w:p>
    <w:p>
      <w:pPr>
        <w:jc w:val="right"/>
      </w:pPr>
      <w:r>
        <w:t>جیسے کہ فرض کیجئے گلاس ہے، تو بہت ساری فیکٹری کھلی ہوئی ہیں گلاس کی۔</w:t>
      </w:r>
    </w:p>
    <w:p>
      <w:r>
        <w:rPr>
          <w:b/>
        </w:rPr>
        <w:t xml:space="preserve">[33:46] </w:t>
      </w:r>
      <w:r>
        <w:t>aap chahte hain ke aap ka glass jo hai bazaar mein khoob bikay, to aap ko koi koi</w:t>
      </w:r>
    </w:p>
    <w:p>
      <w:pPr>
        <w:jc w:val="right"/>
      </w:pPr>
      <w:r>
        <w:t>آپ چاہتے ہیں کہ آپ کا گلاس جو ہے بازار میں خوب بکے، تو آپ کو کوئی کوئی</w:t>
      </w:r>
    </w:p>
    <w:p>
      <w:r>
        <w:rPr>
          <w:b/>
        </w:rPr>
        <w:t xml:space="preserve">[33:53] </w:t>
      </w:r>
      <w:r>
        <w:t>speciality is mein paida karni paregi, koi aisi quality jo doosron mein kya na ho.</w:t>
      </w:r>
    </w:p>
    <w:p>
      <w:pPr>
        <w:jc w:val="right"/>
      </w:pPr>
      <w:r>
        <w:t>اسپیشلٹی اس میں پیدا کرنی پڑے گی، کوئی ایسی کوالٹی جو دوسروں میں کیا نہ ہو۔</w:t>
      </w:r>
    </w:p>
    <w:p>
      <w:r>
        <w:rPr>
          <w:b/>
        </w:rPr>
        <w:t xml:space="preserve">[33:59] </w:t>
      </w:r>
      <w:r>
        <w:t>to qeemat al mar ma yuhsin, value of person lies excellence. kisi aitbaar se aap excellent ban jayein, mumtaz ban jayein, doosron se ooncha kar ke dikhayein to aap ko jagah milay gi. aap logon ke liye wanted ban jayein ge, doosron ke liye matloob ban jayein ge. aap yeh hai raaz, yeh main ne bata</w:t>
      </w:r>
    </w:p>
    <w:p>
      <w:pPr>
        <w:jc w:val="right"/>
      </w:pPr>
      <w:r>
        <w:t>تو قیمت المر ما یحسن، ویلیو آف پرسن لائز ایکسیلنس۔ کسی اعتبار سے آپ ایکسیلنٹ بن جائیں، ممتاز بن جائیں، دوسروں سے اونچا کر کے دکھائیں تو آپ کو جگہ ملے گی۔ آپ لوگوں کے لیے وانٹڈ بن جائیں گے، دوسروں کے لیے مطلوب بن جائیں گے۔ آپ یہ ہے راز، یہ میں نے بت</w:t>
      </w:r>
    </w:p>
    <w:p>
      <w:r>
        <w:rPr>
          <w:b/>
        </w:rPr>
        <w:t xml:space="preserve">[34:29] </w:t>
      </w:r>
      <w:r>
        <w:t>aya bachon ko ke dunya mein aap dakhil hone wale hain to is tarah dakhil huiye aap ke</w:t>
      </w:r>
    </w:p>
    <w:p>
      <w:pPr>
        <w:jc w:val="right"/>
      </w:pPr>
      <w:r>
        <w:t>ایا بچوں کو کہ دنیا میں آپ داخل ہونے والے ہیں تو اس طرح داخل ہوئیے آپ کہ</w:t>
      </w:r>
    </w:p>
    <w:p>
      <w:r>
        <w:rPr>
          <w:b/>
        </w:rPr>
        <w:t xml:space="preserve">[34:35] </w:t>
      </w:r>
      <w:r>
        <w:t>dunya ko nazar aaye ke aap ke andar koi khaas sift hai.</w:t>
      </w:r>
    </w:p>
    <w:p>
      <w:pPr>
        <w:jc w:val="right"/>
      </w:pPr>
      <w:r>
        <w:t>دنیا کو نظر آئے کہ آپ کے اندر کوئی خاص صفت ہے۔</w:t>
      </w:r>
    </w:p>
    <w:p>
      <w:r>
        <w:rPr>
          <w:b/>
        </w:rPr>
        <w:t xml:space="preserve">[34:41] </w:t>
      </w:r>
      <w:r>
        <w:t>to phir aap ko kisi shikayat nahi hogi.</w:t>
      </w:r>
    </w:p>
    <w:p>
      <w:pPr>
        <w:jc w:val="right"/>
      </w:pPr>
      <w:r>
        <w:t>تو پھر آپ کو کسی شکایت نہیں ہوگی۔</w:t>
      </w:r>
    </w:p>
    <w:p>
      <w:r>
        <w:rPr>
          <w:b/>
        </w:rPr>
        <w:t xml:space="preserve">[34:47] </w:t>
      </w:r>
      <w:r>
        <w:t>aaj kal jo maa baap hain to time dete hain maa baap apne bachon ko, lekin woh time</w:t>
      </w:r>
    </w:p>
    <w:p>
      <w:pPr>
        <w:jc w:val="right"/>
      </w:pPr>
      <w:r>
        <w:t>آج کل جو ماں باپ ہیں تو ٹائم دیتے ہیں ماں باپ اپنے بچوں کو، لیکن وہ ٹائم</w:t>
      </w:r>
    </w:p>
    <w:p>
      <w:r>
        <w:rPr>
          <w:b/>
        </w:rPr>
        <w:t xml:space="preserve">[34:54] </w:t>
      </w:r>
      <w:r>
        <w:t>jo hai mein samajhta hoon ke 99 percent bekar hota hai.</w:t>
      </w:r>
    </w:p>
    <w:p>
      <w:pPr>
        <w:jc w:val="right"/>
      </w:pPr>
      <w:r>
        <w:t>جو ہے میں سمجھتا ہوں کہ 99 پرسنٹ بیکار ہوتا ہے۔</w:t>
      </w:r>
    </w:p>
    <w:p>
      <w:r>
        <w:rPr>
          <w:b/>
        </w:rPr>
        <w:t xml:space="preserve">[35:00] </w:t>
      </w:r>
      <w:r>
        <w:t>dekhen, ek hai qualitative time, ek hai quantitative time.</w:t>
      </w:r>
    </w:p>
    <w:p>
      <w:pPr>
        <w:jc w:val="right"/>
      </w:pPr>
      <w:r>
        <w:t>دیکھیں، ایک ہے کوالیٹیٹیو ٹائم، ایک ہے کوانٹیٹیٹیو ٹائم۔</w:t>
      </w:r>
    </w:p>
    <w:p>
      <w:r>
        <w:rPr>
          <w:b/>
        </w:rPr>
        <w:t xml:space="preserve">[35:07] </w:t>
      </w:r>
      <w:r>
        <w:t>qualitative time aur quantitative time yani yani kamyati waqt aur kaifiyati waqt ke aap bachhe aaj kal ke</w:t>
      </w:r>
    </w:p>
    <w:p>
      <w:pPr>
        <w:jc w:val="right"/>
      </w:pPr>
      <w:r>
        <w:t>کوالیٹیٹیو ٹائم اور کوانٹیٹیٹیو ٹائم یعنی یعنی کمیاتی وقت اور کیفیاتی وقت کہ آپ بچے آج کل کے</w:t>
      </w:r>
    </w:p>
    <w:p>
      <w:r>
        <w:rPr>
          <w:b/>
        </w:rPr>
        <w:t xml:space="preserve">[35:15] </w:t>
      </w:r>
      <w:r>
        <w:t>waldein kya karte hain? bachhon ko le kar ke ja rahe hain kahin khilane pilane ke liye, ja</w:t>
      </w:r>
    </w:p>
    <w:p>
      <w:pPr>
        <w:jc w:val="right"/>
      </w:pPr>
      <w:r>
        <w:t>والدین کیا کرتے ہیں؟ بچوں کو لے کر کے جا رہے ہیں کہیں کھلانے پلانے کے لیے، جا</w:t>
      </w:r>
    </w:p>
    <w:p>
      <w:r>
        <w:rPr>
          <w:b/>
        </w:rPr>
        <w:t xml:space="preserve">[35:23] </w:t>
      </w:r>
      <w:r>
        <w:t>rahe hain kahin outing ke liye, kahin ja rahe hain tamasha dikhane ke liye,</w:t>
      </w:r>
    </w:p>
    <w:p>
      <w:pPr>
        <w:jc w:val="right"/>
      </w:pPr>
      <w:r>
        <w:t>رہے ہیں کہیں آؤٹنگ کے لیے، کہیں جا رہے ہیں تماشہ دکھانے کے لیے،</w:t>
      </w:r>
    </w:p>
    <w:p>
      <w:r>
        <w:rPr>
          <w:b/>
        </w:rPr>
        <w:t xml:space="preserve">[35:30] </w:t>
      </w:r>
      <w:r>
        <w:t>ghar mein baith kar in ke sath ludo khel rahe hain, in ka tamasha kar rahe hain.</w:t>
      </w:r>
    </w:p>
    <w:p>
      <w:pPr>
        <w:jc w:val="right"/>
      </w:pPr>
      <w:r>
        <w:t>گھر میں بیٹھ کر ان کے ساتھ لوڈو کھیل رہے ہیں، ان کا تماشہ کر رہے ہیں۔</w:t>
      </w:r>
    </w:p>
    <w:p>
      <w:r>
        <w:rPr>
          <w:b/>
        </w:rPr>
        <w:t xml:space="preserve">[35:34] </w:t>
      </w:r>
      <w:r>
        <w:t>to time dete hain, lekin woh time jo hai quantitative time to hota hai, woh yani miqdar ke</w:t>
      </w:r>
    </w:p>
    <w:p>
      <w:pPr>
        <w:jc w:val="right"/>
      </w:pPr>
      <w:r>
        <w:t>تو ٹائم دیتے ہیں، لیکن وہ ٹائم جو ہے کوانٹیٹیٹیو ٹائم تو ہوتا ہے، وہ یعنی مقدار کے</w:t>
      </w:r>
    </w:p>
    <w:p>
      <w:r>
        <w:rPr>
          <w:b/>
        </w:rPr>
        <w:t xml:space="preserve">[35:38] </w:t>
      </w:r>
      <w:r>
        <w:t>lehaz se hota hai.</w:t>
      </w:r>
    </w:p>
    <w:p>
      <w:pPr>
        <w:jc w:val="right"/>
      </w:pPr>
      <w:r>
        <w:t>لحاظ سے ہوتا ہے۔</w:t>
      </w:r>
    </w:p>
    <w:p>
      <w:r>
        <w:rPr>
          <w:b/>
        </w:rPr>
        <w:t xml:space="preserve">[35:42] </w:t>
      </w:r>
      <w:r>
        <w:t>bohat sara waqt diya aap ne bachhon ko, lekin is ki koi value nahi hoti.</w:t>
      </w:r>
    </w:p>
    <w:p>
      <w:pPr>
        <w:jc w:val="right"/>
      </w:pPr>
      <w:r>
        <w:t>بہت سارا وقت دیا آپ نے بچوں کو، لیکن اس کی کوئی ویلیو نہیں ہوتی۔</w:t>
      </w:r>
    </w:p>
    <w:p>
      <w:r>
        <w:rPr>
          <w:b/>
        </w:rPr>
        <w:t xml:space="preserve">[35:45] </w:t>
      </w:r>
      <w:r>
        <w:t>qualitative time woh hai jab ke aap is ko kuch learning kar rahe hon, is ko kuch sikh</w:t>
      </w:r>
    </w:p>
    <w:p>
      <w:pPr>
        <w:jc w:val="right"/>
      </w:pPr>
      <w:r>
        <w:t>کوالیٹیٹیو ٹائم وہ ہے جب کہ آپ اس کو کچھ لرننگ کر رہے ہوں، اس کو کچھ سکھا</w:t>
      </w:r>
    </w:p>
    <w:p>
      <w:r>
        <w:rPr>
          <w:b/>
        </w:rPr>
        <w:t xml:space="preserve">[35:49] </w:t>
      </w:r>
      <w:r>
        <w:t>rahe hon, kuch bata rahe hon.</w:t>
      </w:r>
    </w:p>
    <w:p>
      <w:pPr>
        <w:jc w:val="right"/>
      </w:pPr>
      <w:r>
        <w:t>رہے ہوں، کچھ بتا رہے ہوں۔</w:t>
      </w:r>
    </w:p>
    <w:p>
      <w:r>
        <w:rPr>
          <w:b/>
        </w:rPr>
        <w:t xml:space="preserve">[35:53] </w:t>
      </w:r>
      <w:r>
        <w:t>yeh nahi karte.</w:t>
      </w:r>
    </w:p>
    <w:p>
      <w:pPr>
        <w:jc w:val="right"/>
      </w:pPr>
      <w:r>
        <w:t>یہ نہیں کرتے۔</w:t>
      </w:r>
    </w:p>
    <w:p>
      <w:r>
        <w:rPr>
          <w:b/>
        </w:rPr>
        <w:t xml:space="preserve">[35:57] </w:t>
      </w:r>
      <w:r>
        <w:t>bohat hi kam aise parent hain jo apne bachhon ko quality ke</w:t>
      </w:r>
    </w:p>
    <w:p>
      <w:pPr>
        <w:jc w:val="right"/>
      </w:pPr>
      <w:r>
        <w:t>بہت ہی کم ایسے پیرنٹ ہیں جو اپنے بچوں کو کوالٹی کے</w:t>
      </w:r>
    </w:p>
    <w:p>
      <w:r>
        <w:rPr>
          <w:b/>
        </w:rPr>
        <w:t xml:space="preserve">[36:01] </w:t>
      </w:r>
      <w:r>
        <w:t>in term of quality time dete hon, bas in term of quantity time dete hain.</w:t>
      </w:r>
    </w:p>
    <w:p>
      <w:pPr>
        <w:jc w:val="right"/>
      </w:pPr>
      <w:r>
        <w:t>ان ٹرم آف کوالٹی ٹائم دیتے ہوں، بس ان ٹرم آف کوانٹیٹی ٹائم دیتے ہیں۔</w:t>
      </w:r>
    </w:p>
    <w:p>
      <w:r>
        <w:rPr>
          <w:b/>
        </w:rPr>
        <w:t xml:space="preserve">[36:06] </w:t>
      </w:r>
      <w:r>
        <w:t>bas in ko khush karna, in ko khilana pilana, in ko shopping karwana, in ko khilona dena, is</w:t>
      </w:r>
    </w:p>
    <w:p>
      <w:pPr>
        <w:jc w:val="right"/>
      </w:pPr>
      <w:r>
        <w:t>بس ان کو خوش کرنا، ان کو کھلانا پلانا، ان کو شاپنگ کروانا، ان کو کھلونا دینا، اس</w:t>
      </w:r>
    </w:p>
    <w:p>
      <w:r>
        <w:rPr>
          <w:b/>
        </w:rPr>
        <w:t xml:space="preserve">[36:11] </w:t>
      </w:r>
      <w:r>
        <w:t>ke liye waqt dete hain woh, aur is ka koi faida nahin.</w:t>
      </w:r>
    </w:p>
    <w:p>
      <w:pPr>
        <w:jc w:val="right"/>
      </w:pPr>
      <w:r>
        <w:t>کے لیے وقت دیتے ہیں وہ، اور اس کا کوئی فائدہ نہیں۔</w:t>
      </w:r>
    </w:p>
    <w:p>
      <w:r>
        <w:rPr>
          <w:b/>
        </w:rPr>
        <w:t xml:space="preserve">[36:16] </w:t>
      </w:r>
      <w:r>
        <w:t>to parents ko chahiye ke woh qualitative time dein apne bachon ko, na ke quantitative time.</w:t>
      </w:r>
    </w:p>
    <w:p>
      <w:pPr>
        <w:jc w:val="right"/>
      </w:pPr>
      <w:r>
        <w:t>تو پیرنٹس کو چاہیے کہ وہ کوالیٹیٹیو ٹائم دیں اپنے بچوں کو، نہ کہ کوانٹیٹیٹیو ٹائم۔</w:t>
      </w:r>
    </w:p>
    <w:p>
      <w:r>
        <w:rPr>
          <w:b/>
        </w:rPr>
        <w:t xml:space="preserve">[36:21] </w:t>
      </w:r>
      <w:r>
        <w:t>is ka koi faida nahin hai.</w:t>
      </w:r>
    </w:p>
    <w:p>
      <w:pPr>
        <w:jc w:val="right"/>
      </w:pPr>
      <w:r>
        <w:t>اس کا کوئی فائدہ نہیں ہے۔</w:t>
      </w:r>
    </w:p>
    <w:p>
      <w:r>
        <w:rPr>
          <w:b/>
        </w:rPr>
        <w:t xml:space="preserve">[36:26] </w:t>
      </w:r>
      <w:r>
        <w:t>dekhein, pehli zimmedari bachon ke upar kis ki</w:t>
      </w:r>
    </w:p>
    <w:p>
      <w:pPr>
        <w:jc w:val="right"/>
      </w:pPr>
      <w:r>
        <w:t>دیکھیں، پہلی ذمہ داری بچوں کے اوپر کس کی</w:t>
      </w:r>
    </w:p>
    <w:p>
      <w:r>
        <w:rPr>
          <w:b/>
        </w:rPr>
        <w:t xml:space="preserve">[36:31] </w:t>
      </w:r>
      <w:r>
        <w:t>hai? un ke parents ki hai, phir schools ki, institutions ki aur society ki hoti hai. jab parent hi bachon ke liye yani guardianship sahi na de rahe hon to doosra kya de ga? doosra kya de ga? to yeh jo aaj kal jo main dekhta hoon logon ka haal ke bachon ke liye paisa khoob kharch karein ge, bachon ko</w:t>
      </w:r>
    </w:p>
    <w:p>
      <w:pPr>
        <w:jc w:val="right"/>
      </w:pPr>
      <w:r>
        <w:t>ہے؟ ان کے پیرنٹس کی ہے، پھر اسکولز کی، انسٹیٹیوشنز کی اور سوسائٹی کی ہوتی ہے۔ جب پیرنٹ ہی بچوں کے لیے یعنی گارڈین شپ صحیح نہ دے رہے ہوں تو دوسرا کیا دے گا؟ دوسرا کیا دے گا؟ تو یہ جو آج کل جو میں دیکھتا ہوں لوگوں کا حال کہ بچوں کے لیے پیسہ خوب خرچ کریں گے، بچوں کو</w:t>
      </w:r>
    </w:p>
    <w:p>
      <w:r>
        <w:rPr>
          <w:b/>
        </w:rPr>
        <w:t xml:space="preserve">[37:01] </w:t>
      </w:r>
      <w:r>
        <w:t>time bhi kaafi dein ge, lekin yeh sab time kya hota hai? yeh sab paisa kya hota hai? bekar, un ki khwahish ko poora karne ke liye. bas yani bachay ki koi khwahish poori hue baghair na rahe. bas is yeh in ka maqsad hota hai. ek baap ne apne bachay ko kaha, bachay ne kuch paisa manga, kuch tamashe ke liye to bare shoq se diya unhon ne paisa aur kaha ke aap tum bhi</w:t>
      </w:r>
    </w:p>
    <w:p>
      <w:pPr>
        <w:jc w:val="right"/>
      </w:pPr>
      <w:r>
        <w:t>ٹائم بھی کافی دیں گے، لیکن یہ سب ٹائم کیا ہوتا ہے؟ یہ سب پیسہ کیا ہوتا ہے؟ بیکار، ان کی خواہش کو پورا کرنے کے لیے۔ بس یعنی بچے کی کوئی خواہش پوری ہوئے بغیر نہ رہے۔ بس اس یہ ان کا مقصد ہوتا ہے۔ ایک باپ نے اپنے بچے کو کہا، بچے نے کچھ پیسہ مانگا، کچھ تماشے کے لیے تو بڑے شوق سے دیا انہوں نے پیسہ اور کہا کہ آپ تم بھی</w:t>
      </w:r>
    </w:p>
    <w:p>
      <w:r>
        <w:rPr>
          <w:b/>
        </w:rPr>
        <w:t xml:space="preserve">[37:31] </w:t>
      </w:r>
      <w:r>
        <w:t>logon ke liye to kamate hain, tum bhi logon ke liye to kamate ho.</w:t>
      </w:r>
    </w:p>
    <w:p>
      <w:pPr>
        <w:jc w:val="right"/>
      </w:pPr>
      <w:r>
        <w:t>لوگوں کے لیے تو کماتے ہیں، تم بھی لوگوں کے لیے تو کماتے ہیں۔</w:t>
      </w:r>
    </w:p>
    <w:p>
      <w:r>
        <w:rPr>
          <w:b/>
        </w:rPr>
        <w:t xml:space="preserve">[37:36] </w:t>
      </w:r>
      <w:r>
        <w:t>yani kamate hain kyun? bachon ke shauq pura karne ke liye.</w:t>
      </w:r>
    </w:p>
    <w:p>
      <w:pPr>
        <w:jc w:val="right"/>
      </w:pPr>
      <w:r>
        <w:t>یعنی کماتے ہیں کیوں؟ بچوں کے شوق پورا کرنے کے لیے۔</w:t>
      </w:r>
    </w:p>
    <w:p>
      <w:r>
        <w:rPr>
          <w:b/>
        </w:rPr>
        <w:t xml:space="preserve">[37:41] </w:t>
      </w:r>
      <w:r>
        <w:t>bata, yeh koi kamai hai? aap kamai hai ke bache ko tarqqi dene ke liye, bache ko aala</w:t>
      </w:r>
    </w:p>
    <w:p>
      <w:pPr>
        <w:jc w:val="right"/>
      </w:pPr>
      <w:r>
        <w:t>بتا، یہ کوئی کمائی ہے؟ آپ کمائی ہے کہ بچے کو ترقی دینے کے لیے، بچے کو اعلیٰ</w:t>
      </w:r>
    </w:p>
    <w:p>
      <w:r>
        <w:rPr>
          <w:b/>
        </w:rPr>
        <w:t xml:space="preserve">[37:46] </w:t>
      </w:r>
      <w:r>
        <w:t>insan banane ke liye, bache ko dunya mein excellent member of the society bana kar bhejane ke liye</w:t>
      </w:r>
    </w:p>
    <w:p>
      <w:pPr>
        <w:jc w:val="right"/>
      </w:pPr>
      <w:r>
        <w:t>انسان بنانے کے لیے، بچے کو دنیا میں ایکسیلنٹ ممبر آف دا سوسائٹی بنا کر بھیجنے کے لیے</w:t>
      </w:r>
    </w:p>
    <w:p>
      <w:r>
        <w:rPr>
          <w:b/>
        </w:rPr>
        <w:t xml:space="preserve">[37:52] </w:t>
      </w:r>
      <w:r>
        <w:t>yeh hona chahiye.</w:t>
      </w:r>
    </w:p>
    <w:p>
      <w:pPr>
        <w:jc w:val="right"/>
      </w:pPr>
      <w:r>
        <w:t>یہ ہونا چاہیے۔</w:t>
      </w:r>
    </w:p>
    <w:p>
      <w:r>
        <w:rPr>
          <w:b/>
        </w:rPr>
        <w:t xml:space="preserve">[37:57] </w:t>
      </w:r>
      <w:r>
        <w:t>to main samajhta hoon ke</w:t>
      </w:r>
    </w:p>
    <w:p>
      <w:pPr>
        <w:jc w:val="right"/>
      </w:pPr>
      <w:r>
        <w:t>تو میں سمجھتا ہوں کہ</w:t>
      </w:r>
    </w:p>
    <w:p>
      <w:r>
        <w:rPr>
          <w:b/>
        </w:rPr>
        <w:t xml:space="preserve">[38:02] </w:t>
      </w:r>
      <w:r>
        <w:t>yeh jo nizam banaya hai qudrat ne ke aadmi bachcha paida hua to kisi aise ghar mein jahan</w:t>
      </w:r>
    </w:p>
    <w:p>
      <w:pPr>
        <w:jc w:val="right"/>
      </w:pPr>
      <w:r>
        <w:t>یہ جو نظام بنایا ہے قدرت نے کہ آدمی بچہ پیدا ہوا تو کسی ایسے گھر میں جہاں</w:t>
      </w:r>
    </w:p>
    <w:p>
      <w:r>
        <w:rPr>
          <w:b/>
        </w:rPr>
        <w:t xml:space="preserve">[38:08] </w:t>
      </w:r>
      <w:r>
        <w:t>us ke baap maujood hai, us ke dada maujood hai, us ki maan maujood hai, to youth ko</w:t>
      </w:r>
    </w:p>
    <w:p>
      <w:pPr>
        <w:jc w:val="right"/>
      </w:pPr>
      <w:r>
        <w:t>اس کے باپ موجود ہے، اس کے دادا موجود ہے، اس کی ماں موجود ہے، تو یوتھ کو</w:t>
      </w:r>
    </w:p>
    <w:p>
      <w:r>
        <w:rPr>
          <w:b/>
        </w:rPr>
        <w:t xml:space="preserve">[38:14] </w:t>
      </w:r>
      <w:r>
        <w:t>zindagi mili kahan? baron ke darmiyan.</w:t>
      </w:r>
    </w:p>
    <w:p>
      <w:pPr>
        <w:jc w:val="right"/>
      </w:pPr>
      <w:r>
        <w:t>زندگی ملی کہاں؟ بڑوں کے درمیان۔</w:t>
      </w:r>
    </w:p>
    <w:p>
      <w:r>
        <w:rPr>
          <w:b/>
        </w:rPr>
        <w:t xml:space="preserve">[38:20] </w:t>
      </w:r>
      <w:r>
        <w:t>to barhe kaun hain? woh mature log hain, aur naujawan kaun hain? immature log hain.</w:t>
      </w:r>
    </w:p>
    <w:p>
      <w:pPr>
        <w:jc w:val="right"/>
      </w:pPr>
      <w:r>
        <w:t>تو بڑے کون ہیں؟ وہ میچور لوگ ہیں، اور نوجوان کون ہیں؟ ام میچور لوگ ہیں۔</w:t>
      </w:r>
    </w:p>
    <w:p>
      <w:r>
        <w:rPr>
          <w:b/>
        </w:rPr>
        <w:t xml:space="preserve">[38:26] </w:t>
      </w:r>
      <w:r>
        <w:t>yeh to yeh in immature logon ko apne mature logon se sabak seekhna hai.</w:t>
      </w:r>
    </w:p>
    <w:p>
      <w:pPr>
        <w:jc w:val="right"/>
      </w:pPr>
      <w:r>
        <w:t>یہ تو یہ ان ام میچور لوگوں کو اپنے میچور لوگوں سے سبق سیکھنا ہے۔</w:t>
      </w:r>
    </w:p>
    <w:p>
      <w:r>
        <w:rPr>
          <w:b/>
        </w:rPr>
        <w:t xml:space="preserve">[38:32] </w:t>
      </w:r>
      <w:r>
        <w:t>yeh ek process chalta hai nature mein, history mein.</w:t>
      </w:r>
    </w:p>
    <w:p>
      <w:pPr>
        <w:jc w:val="right"/>
      </w:pPr>
      <w:r>
        <w:t>یہ ایک پروسیس چلتا ہے نیچر میں، ہسٹری میں۔</w:t>
      </w:r>
    </w:p>
    <w:p>
      <w:r>
        <w:rPr>
          <w:b/>
        </w:rPr>
        <w:t xml:space="preserve">[38:38] </w:t>
      </w:r>
      <w:r>
        <w:t>is ka is ki wajah se yeh mauqa milta hai har agli nasal ko upar ki nasal se</w:t>
      </w:r>
    </w:p>
    <w:p>
      <w:pPr>
        <w:jc w:val="right"/>
      </w:pPr>
      <w:r>
        <w:t>اس کا اس کی وجہ سے یہ موقع ملتا ہے ہر اگلی نسل کو اوپر کی نسل سے</w:t>
      </w:r>
    </w:p>
    <w:p>
      <w:r>
        <w:rPr>
          <w:b/>
        </w:rPr>
        <w:t xml:space="preserve">[38:43] </w:t>
      </w:r>
      <w:r>
        <w:t>seekhne ke liye.</w:t>
      </w:r>
    </w:p>
    <w:p>
      <w:pPr>
        <w:jc w:val="right"/>
      </w:pPr>
      <w:r>
        <w:t>سیکھنے کے لیے۔</w:t>
      </w:r>
    </w:p>
    <w:p>
      <w:r>
        <w:rPr>
          <w:b/>
        </w:rPr>
        <w:t xml:space="preserve">[38:48] </w:t>
      </w:r>
      <w:r>
        <w:t>har nai nasal ko mauqa milta hai ke jo agle log hain, jo us ke baap hain, us</w:t>
      </w:r>
    </w:p>
    <w:p>
      <w:pPr>
        <w:jc w:val="right"/>
      </w:pPr>
      <w:r>
        <w:t>ہر نئی نسل کو موقع ملتا ہے کہ جو اگلے لوگ ہیں، جو اس کے باپ ہیں، اس</w:t>
      </w:r>
    </w:p>
    <w:p>
      <w:r>
        <w:rPr>
          <w:b/>
        </w:rPr>
        <w:t xml:space="preserve">[38:53] </w:t>
      </w:r>
      <w:r>
        <w:t>ke dada, society ke jo barhe log hain, un se woh seekhe.</w:t>
      </w:r>
    </w:p>
    <w:p>
      <w:pPr>
        <w:jc w:val="right"/>
      </w:pPr>
      <w:r>
        <w:t>کے دادا، سوسائٹی کے جو بڑے لوگ ہیں، ان سے وہ سیکھے۔</w:t>
      </w:r>
    </w:p>
    <w:p>
      <w:r>
        <w:rPr>
          <w:b/>
        </w:rPr>
        <w:t xml:space="preserve">[38:58] </w:t>
      </w:r>
      <w:r>
        <w:t>to is tarah seekhte hue, seekhte hue, seekhte hue, ek learning process se guzarte hue zindagi chalti hai.</w:t>
      </w:r>
    </w:p>
    <w:p>
      <w:pPr>
        <w:jc w:val="right"/>
      </w:pPr>
      <w:r>
        <w:t>تو اس طرح سیکھتے ہوئے، سیکھتے ہوئے، سیکھتے ہوئے، ایک لرننگ پروسیس سے گزرتے ہوئے زندگی چلتی ہے۔</w:t>
      </w:r>
    </w:p>
    <w:p>
      <w:r>
        <w:rPr>
          <w:b/>
        </w:rPr>
        <w:t xml:space="preserve">[39:04] </w:t>
      </w:r>
      <w:r>
        <w:t>yeh hai system jo nature ne qaim kiya hai.</w:t>
      </w:r>
    </w:p>
    <w:p>
      <w:pPr>
        <w:jc w:val="right"/>
      </w:pPr>
      <w:r>
        <w:t>یہ ہے سسٹم جو نیچر نے قائم کیا ہے۔</w:t>
      </w:r>
    </w:p>
    <w:p>
      <w:r>
        <w:rPr>
          <w:b/>
        </w:rPr>
        <w:t xml:space="preserve">[39:10] </w:t>
      </w:r>
      <w:r>
        <w:t>ek hadith mein hai ke peghambar-e-Islam ne farmaya ke koi baap apne bachche ko jo sab se</w:t>
      </w:r>
    </w:p>
    <w:p>
      <w:pPr>
        <w:jc w:val="right"/>
      </w:pPr>
      <w:r>
        <w:t>ایک حدیث میں ہے کہ پیغمبر اسلام نے فرمایا کہ کوئی باپ اپنے بچے کو جو سب سے</w:t>
      </w:r>
    </w:p>
    <w:p>
      <w:r>
        <w:rPr>
          <w:b/>
        </w:rPr>
        <w:t xml:space="preserve">[39:16] </w:t>
      </w:r>
      <w:r>
        <w:t>achi cheez deta hai, woh kya hai? woh hai best education. best education.</w:t>
      </w:r>
    </w:p>
    <w:p>
      <w:pPr>
        <w:jc w:val="right"/>
      </w:pPr>
      <w:r>
        <w:t>اچھی چیز دیتا ہے، وہ کیا ہے؟ وہ ہے بیسٹ ایجوکیشن۔ بیسٹ ایجوکیشن۔</w:t>
      </w:r>
    </w:p>
    <w:p>
      <w:r>
        <w:rPr>
          <w:b/>
        </w:rPr>
        <w:t xml:space="preserve">[39:22] </w:t>
      </w:r>
      <w:r>
        <w:t>dekhen, yahan par education ka matlab degree nahi hai.</w:t>
      </w:r>
    </w:p>
    <w:p>
      <w:pPr>
        <w:jc w:val="right"/>
      </w:pPr>
      <w:r>
        <w:t>دیکھیں، یہاں پر ایجوکیشن کا مطلب ڈگری نہیں ہے۔</w:t>
      </w:r>
    </w:p>
    <w:p>
      <w:r>
        <w:rPr>
          <w:b/>
        </w:rPr>
        <w:t xml:space="preserve">[39:28] </w:t>
      </w:r>
      <w:r>
        <w:t>aaj kal kya hai? degreeon ki</w:t>
      </w:r>
    </w:p>
    <w:p>
      <w:pPr>
        <w:jc w:val="right"/>
      </w:pPr>
      <w:r>
        <w:t>آج کل کیا ہے؟ ڈگریوں کی</w:t>
      </w:r>
    </w:p>
    <w:p>
      <w:r>
        <w:rPr>
          <w:b/>
        </w:rPr>
        <w:t xml:space="preserve">[39:34] </w:t>
      </w:r>
      <w:r>
        <w:t>dor lagi hui hai.</w:t>
      </w:r>
    </w:p>
    <w:p>
      <w:pPr>
        <w:jc w:val="right"/>
      </w:pPr>
      <w:r>
        <w:t>دوڑ لگی ہوئی ہے۔</w:t>
      </w:r>
    </w:p>
    <w:p>
      <w:r>
        <w:rPr>
          <w:b/>
        </w:rPr>
        <w:t xml:space="preserve">[39:40] </w:t>
      </w:r>
      <w:r>
        <w:t>bohat achhe school mein, bohat achhi university mein parhana, iski degree dilwana, yeh yeh toh yeh toh</w:t>
      </w:r>
    </w:p>
    <w:p>
      <w:pPr>
        <w:jc w:val="right"/>
      </w:pPr>
      <w:r>
        <w:t>بہت اچھے اسکول میں، بہت اچھی یونیورسٹی میں پڑھانا، اس کی ڈگری دلوانا، یہ یہ تو یہ تو</w:t>
      </w:r>
    </w:p>
    <w:p>
      <w:r>
        <w:rPr>
          <w:b/>
        </w:rPr>
        <w:t xml:space="preserve">[39:46] </w:t>
      </w:r>
      <w:r>
        <w:t>degree hai, yeh education nahi hai.</w:t>
      </w:r>
    </w:p>
    <w:p>
      <w:pPr>
        <w:jc w:val="right"/>
      </w:pPr>
      <w:r>
        <w:t>ڈگری ہے، یہ ایجوکیشن نہیں ہے۔</w:t>
      </w:r>
    </w:p>
    <w:p>
      <w:r>
        <w:rPr>
          <w:b/>
        </w:rPr>
        <w:t xml:space="preserve">[39:52] </w:t>
      </w:r>
      <w:r>
        <w:t>yeh best education jo hadith mein aaya hai, iska matlab kya hai? isko iske andar</w:t>
      </w:r>
    </w:p>
    <w:p>
      <w:pPr>
        <w:jc w:val="right"/>
      </w:pPr>
      <w:r>
        <w:t>یہ بیسٹ ایجوکیشن جو حدیث میں آیا ہے، اس کا مطلب کیا ہے؟ اس کو اس کے اندر</w:t>
      </w:r>
    </w:p>
    <w:p>
      <w:r>
        <w:rPr>
          <w:b/>
        </w:rPr>
        <w:t xml:space="preserve">[39:58] </w:t>
      </w:r>
      <w:r>
        <w:t>seekh paida karna, iske iske andar</w:t>
      </w:r>
    </w:p>
    <w:p>
      <w:pPr>
        <w:jc w:val="right"/>
      </w:pPr>
      <w:r>
        <w:t>سیکھ پیدا کرنا، اس کے اس کے اندر</w:t>
      </w:r>
    </w:p>
    <w:p>
      <w:r>
        <w:rPr>
          <w:b/>
        </w:rPr>
        <w:t xml:space="preserve">[40:04] </w:t>
      </w:r>
      <w:r>
        <w:t>art of thinking paida karna, kaise socha jaye, yeh is ko batana, line of thinking dena is ko. kyun ke zindagi mein jab woh dakhil hoga to har jagah is ko zaroorat paray gi right thinking ki, sahi soch ki. jab right thinking hogi to right planning hogi. jab right planning hogi to phir result is ka acha niklay ga. to main samajhta hoon ke yahan</w:t>
      </w:r>
    </w:p>
    <w:p>
      <w:pPr>
        <w:jc w:val="right"/>
      </w:pPr>
      <w:r>
        <w:t>آرٹ آف تھنکنگ پیدا کرنا، کیسے سوچا جائے، یہ اس کو بتانا، لائن آف تھنکنگ دینا اس کو۔ کیونکہ زندگی میں جب وہ داخل ہوگا تو ہر جگہ اس کو ضرورت پڑے گی رائٹ تھنکنگ کی، صحیح سوچ کی۔ جب رائٹ تھنکنگ ہوگی تو رائٹ پلاننگ ہوگی۔ جب رائٹ پلاننگ ہوگی تو پھر رزلٹ اس کا اچھا نکلے گا۔ تو میں سمجھتا ہوں کہ یہاں</w:t>
      </w:r>
    </w:p>
    <w:p>
      <w:r>
        <w:rPr>
          <w:b/>
        </w:rPr>
        <w:t xml:space="preserve">[40:34] </w:t>
      </w:r>
      <w:r>
        <w:t>par jo hadith mein kaha gaya hai, woh hai ke har baap ki zimmedari hai ke apne tajrubaat ko share kare, apne beton ko bataye. har baap ki zimmedari hai ke apne bachay ke mind ki sahi sahi engineering kare. har baap ki zimmedari hai ke apne bachay ko woh is qabil banaye ke duniya mein jab woh dakhil ho zindagi ke struggle mein</w:t>
      </w:r>
    </w:p>
    <w:p>
      <w:pPr>
        <w:jc w:val="right"/>
      </w:pPr>
      <w:r>
        <w:t>پر جو حدیث میں کہا گیا ہے، وہ ہے کہ ہر باپ کی ذمہ داری ہے کہ اپنے تجربات کو شیئر کرے، اپنے بیٹوں کو بتائے۔ ہر باپ کی ذمہ داری ہے کہ اپنے بچے کے مائنڈ کی صحیح صحیح انجینئرنگ کرے۔ ہر باپ کی ذمہ داری ہے کہ اپنے بچے کو وہ اس قابل بنائے کہ دنیا میں جب وہ داخل ہو زندگی کے سٹرگل میں</w:t>
      </w:r>
    </w:p>
    <w:p>
      <w:r>
        <w:rPr>
          <w:b/>
        </w:rPr>
        <w:t xml:space="preserve">[41:04] </w:t>
      </w:r>
      <w:r>
        <w:t>toh sahi taur par isko saamna kar sake.</w:t>
      </w:r>
    </w:p>
    <w:p>
      <w:pPr>
        <w:jc w:val="right"/>
      </w:pPr>
      <w:r>
        <w:t>تو صحیح طور پر اس کو سامنا کر سکے۔</w:t>
      </w:r>
    </w:p>
    <w:p>
      <w:r>
        <w:rPr>
          <w:b/>
        </w:rPr>
        <w:t xml:space="preserve">[41:09] </w:t>
      </w:r>
      <w:r>
        <w:t>iska yeh matlab hai.</w:t>
      </w:r>
    </w:p>
    <w:p>
      <w:pPr>
        <w:jc w:val="right"/>
      </w:pPr>
      <w:r>
        <w:t>اس کا یہ مطلب ہے۔</w:t>
      </w:r>
    </w:p>
    <w:p>
      <w:r>
        <w:rPr>
          <w:b/>
        </w:rPr>
        <w:t xml:space="preserve">[41:14] </w:t>
      </w:r>
      <w:r>
        <w:t>isi sense mein hadith mein aaya hai ke koi baap sab se achhi cheez jo deta hai apne</w:t>
      </w:r>
    </w:p>
    <w:p>
      <w:pPr>
        <w:jc w:val="right"/>
      </w:pPr>
      <w:r>
        <w:t>اسی سینس میں حدیث میں آیا ہے کہ کوئی باپ سب سے اچھی چیز جو دیتا ہے اپنے</w:t>
      </w:r>
    </w:p>
    <w:p>
      <w:r>
        <w:rPr>
          <w:b/>
        </w:rPr>
        <w:t xml:space="preserve">[41:20] </w:t>
      </w:r>
      <w:r>
        <w:t>bachon ko, woh hai achhi taleem.</w:t>
      </w:r>
    </w:p>
    <w:p>
      <w:pPr>
        <w:jc w:val="right"/>
      </w:pPr>
      <w:r>
        <w:t>بچوں کو، وہ ہے اچھی تعلیم۔</w:t>
      </w:r>
    </w:p>
    <w:p>
      <w:r>
        <w:rPr>
          <w:b/>
        </w:rPr>
        <w:t xml:space="preserve">[41:25] </w:t>
      </w:r>
      <w:r>
        <w:t>jaise ke main arz karoon, hamare gaon mein ek buzurg the, boorhe ho gaye the, toh gaon ke</w:t>
      </w:r>
    </w:p>
    <w:p>
      <w:pPr>
        <w:jc w:val="right"/>
      </w:pPr>
      <w:r>
        <w:t>جیسے کہ میں عرض کروں، ہمارے گاؤں میں ایک بزرگ تھے، بوڑھے ہو گئے تھے، تو گاؤں کے</w:t>
      </w:r>
    </w:p>
    <w:p>
      <w:r>
        <w:rPr>
          <w:b/>
        </w:rPr>
        <w:t xml:space="preserve">[41:30] </w:t>
      </w:r>
      <w:r>
        <w:t>ek ladke ki shadi hui</w:t>
      </w:r>
    </w:p>
    <w:p>
      <w:pPr>
        <w:jc w:val="right"/>
      </w:pPr>
      <w:r>
        <w:t>ایک لڑکے کی شادی ہوئی</w:t>
      </w:r>
    </w:p>
    <w:p>
      <w:r>
        <w:rPr>
          <w:b/>
        </w:rPr>
        <w:t xml:space="preserve">[41:35] </w:t>
      </w:r>
      <w:r>
        <w:t>toh log barkat ke liye wahan jaya karte the buzurg ke paas ke Hazrat hamare liye dua kijiye.</w:t>
      </w:r>
    </w:p>
    <w:p>
      <w:pPr>
        <w:jc w:val="right"/>
      </w:pPr>
      <w:r>
        <w:t>تو لوگ برکت کے لیے وہاں جایا کرتے تھے بزرگ کے پاس کہ حضرت ہمارے لیے دعا کیجئے۔</w:t>
      </w:r>
    </w:p>
    <w:p>
      <w:r>
        <w:rPr>
          <w:b/>
        </w:rPr>
        <w:t xml:space="preserve">[41:43] </w:t>
      </w:r>
      <w:r>
        <w:t>to ek ladki ki shadi hui kahin doosre jagah par, to shadi ke baad jab rukhsat ho kar</w:t>
      </w:r>
    </w:p>
    <w:p>
      <w:pPr>
        <w:jc w:val="right"/>
      </w:pPr>
      <w:r>
        <w:t>تو ایک لڑکی کی شادی ہوئی کہیں دوسرے جگہ پر، تو شادی کے بعد جب رخصت ہو کر</w:t>
      </w:r>
    </w:p>
    <w:p>
      <w:r>
        <w:rPr>
          <w:b/>
        </w:rPr>
        <w:t xml:space="preserve">[41:50] </w:t>
      </w:r>
      <w:r>
        <w:t>ja rahi thi woh ladki, toh woh gayi unke saath, unke paas ke Hazrat kuch dua kijiye.</w:t>
      </w:r>
    </w:p>
    <w:p>
      <w:pPr>
        <w:jc w:val="right"/>
      </w:pPr>
      <w:r>
        <w:t>جا رہی تھی وہ لڑکی، تو وہ گئی ان کے ساتھ، ان کے پاس کہ حضرت کچھ دعا کیجئے۔</w:t>
      </w:r>
    </w:p>
    <w:p>
      <w:r>
        <w:rPr>
          <w:b/>
        </w:rPr>
        <w:t xml:space="preserve">[41:58] </w:t>
      </w:r>
      <w:r>
        <w:t>iski maa iske saath thi, maa ne kaha ke Hazrat isko</w:t>
      </w:r>
    </w:p>
    <w:p>
      <w:pPr>
        <w:jc w:val="right"/>
      </w:pPr>
      <w:r>
        <w:t>اس کی ماں اس کے ساتھ تھی، ماں نے کہا کہ حضرت اس کو</w:t>
      </w:r>
    </w:p>
    <w:p>
      <w:r>
        <w:rPr>
          <w:b/>
        </w:rPr>
        <w:t xml:space="preserve">[42:05] </w:t>
      </w:r>
      <w:r>
        <w:t>achi kamyab zindagi guzre, iski iske liye hum laye hain isko aap ke paas.</w:t>
      </w:r>
    </w:p>
    <w:p>
      <w:pPr>
        <w:jc w:val="right"/>
      </w:pPr>
      <w:r>
        <w:t>اچھی کامیاب زندگی گزرے، اس کی اس کے لیے ہم لائے ہیں اس کو آپ کے پاس۔</w:t>
      </w:r>
    </w:p>
    <w:p>
      <w:r>
        <w:rPr>
          <w:b/>
        </w:rPr>
        <w:t xml:space="preserve">[42:13] </w:t>
      </w:r>
      <w:r>
        <w:t>toh unhon ne sirf ek jumla kaha, unhon ne yeh kaha ke tum jis ghar mein ja rahi</w:t>
      </w:r>
    </w:p>
    <w:p>
      <w:pPr>
        <w:jc w:val="right"/>
      </w:pPr>
      <w:r>
        <w:t>تو انہوں نے صرف ایک جملہ کہا، انہوں نے یہ کہا کہ تم جس گھر میں جا رہی</w:t>
      </w:r>
    </w:p>
    <w:p>
      <w:r>
        <w:rPr>
          <w:b/>
        </w:rPr>
        <w:t xml:space="preserve">[42:21] </w:t>
      </w:r>
      <w:r>
        <w:t>ho, ek naya ghar hoga, toh ek kaam karna tum sirf bas woh yeh ke yeh intezar mat</w:t>
      </w:r>
    </w:p>
    <w:p>
      <w:pPr>
        <w:jc w:val="right"/>
      </w:pPr>
      <w:r>
        <w:t>ہو، ایک نیا گھر ہوگا، تو ایک کام کرنا تم صرف بس وہ یہ کہ یہ انتظار مت</w:t>
      </w:r>
    </w:p>
    <w:p>
      <w:r>
        <w:rPr>
          <w:b/>
        </w:rPr>
        <w:t xml:space="preserve">[42:29] </w:t>
      </w:r>
      <w:r>
        <w:t>karna ke koi tum se kahe karne ke liye tab karo, balkeh dekhti rehna ke kaun sa kaam karna hai.</w:t>
      </w:r>
    </w:p>
    <w:p>
      <w:pPr>
        <w:jc w:val="right"/>
      </w:pPr>
      <w:r>
        <w:t>کرنا کہ کوئی تم سے کہے کرنے کے لیے تب کرو، بلکہ دیکھتی رہنا کہ کون سا کام کرنا ہے۔</w:t>
      </w:r>
    </w:p>
    <w:p>
      <w:r>
        <w:rPr>
          <w:b/>
        </w:rPr>
        <w:t xml:space="preserve">[42:36] </w:t>
      </w:r>
      <w:r>
        <w:t>iska waqt aa gaya toh khud se kar dalna is kaam ko, yaani kehe baghair kaam karna, kehe baghair.</w:t>
      </w:r>
    </w:p>
    <w:p>
      <w:pPr>
        <w:jc w:val="right"/>
      </w:pPr>
      <w:r>
        <w:t>اس کا وقت آگیا تو خود سے کر ڈالنا اس کام کو، یعنی کہے بغیر کام کرنا، کہے بغیر۔</w:t>
      </w:r>
    </w:p>
    <w:p>
      <w:r>
        <w:rPr>
          <w:b/>
        </w:rPr>
        <w:t xml:space="preserve">[42:44] </w:t>
      </w:r>
      <w:r>
        <w:t>is is ghar mein tum ek aisi member ban jaana ke kehe baghair tum doosron ka zaroorat poori</w:t>
      </w:r>
    </w:p>
    <w:p>
      <w:pPr>
        <w:jc w:val="right"/>
      </w:pPr>
      <w:r>
        <w:t>اس اس گھر میں تم ایک ایسی ممبر بن جانا کہ کہے بغیر تم دوسروں کا ضرورت پوری</w:t>
      </w:r>
    </w:p>
    <w:p>
      <w:r>
        <w:rPr>
          <w:b/>
        </w:rPr>
        <w:t xml:space="preserve">[42:51] </w:t>
      </w:r>
      <w:r>
        <w:t>karo, kehe baghair ghar ke kaam ko sambhalo, keh kar nahi, baghair kahe hui.</w:t>
      </w:r>
    </w:p>
    <w:p>
      <w:pPr>
        <w:jc w:val="right"/>
      </w:pPr>
      <w:r>
        <w:t>کرو، کہے بغیر گھر کے کام کو سنبھالو، کہہ کر نہیں، بغیر کہے ہوئی۔</w:t>
      </w:r>
    </w:p>
    <w:p>
      <w:r>
        <w:rPr>
          <w:b/>
        </w:rPr>
        <w:t xml:space="preserve">[42:59] </w:t>
      </w:r>
      <w:r>
        <w:t>ab ek bohat simple si baat hai, lekin</w:t>
      </w:r>
    </w:p>
    <w:p>
      <w:pPr>
        <w:jc w:val="right"/>
      </w:pPr>
      <w:r>
        <w:t>اب ایک بہت سمپل سی بات ہے، لیکن</w:t>
      </w:r>
    </w:p>
    <w:p>
      <w:r>
        <w:rPr>
          <w:b/>
        </w:rPr>
        <w:t xml:space="preserve">[43:06] </w:t>
      </w:r>
      <w:r>
        <w:t>do saal ke baad jab dobara woh mili buzurg se toh uski maa ne kaha ke Hazrat,</w:t>
      </w:r>
    </w:p>
    <w:p>
      <w:pPr>
        <w:jc w:val="right"/>
      </w:pPr>
      <w:r>
        <w:t>دو سال کے بعد جب دوبارہ وہ ملی بزرگ سے تو اس کی ماں نے کہا کہ حضرت،</w:t>
      </w:r>
    </w:p>
    <w:p>
      <w:r>
        <w:rPr>
          <w:b/>
        </w:rPr>
        <w:t xml:space="preserve">[43:14] </w:t>
      </w:r>
      <w:r>
        <w:t>boht boht hi kamyab zindagi rahi is ki, kyunke isi isi ko pakar liya is ne.</w:t>
      </w:r>
    </w:p>
    <w:p>
      <w:pPr>
        <w:jc w:val="right"/>
      </w:pPr>
      <w:r>
        <w:t>بہت بہت ہی کامیاب زندگی رہی اس کی، کیونکہ اسی اسی کو پکڑ لیا اس نے۔</w:t>
      </w:r>
    </w:p>
    <w:p>
      <w:r>
        <w:rPr>
          <w:b/>
        </w:rPr>
        <w:t xml:space="preserve">[43:21] </w:t>
      </w:r>
      <w:r>
        <w:t>jab wahan gayi to khud se kaam karne lagi, baghair kahe hue, khud se kaam karne lagi, baghair kahe hue.</w:t>
      </w:r>
    </w:p>
    <w:p>
      <w:pPr>
        <w:jc w:val="right"/>
      </w:pPr>
      <w:r>
        <w:t>جب وہاں گئی تو خود سے کام کرنے لگی، بغیر کہے ہوئے، خود سے کام کرنے لگی، بغیر کہے ہوئے۔</w:t>
      </w:r>
    </w:p>
    <w:p>
      <w:r>
        <w:rPr>
          <w:b/>
        </w:rPr>
        <w:t xml:space="preserve">[43:29] </w:t>
      </w:r>
      <w:r>
        <w:t>ab wo wahan par logon ki zaroorat ban gayi, logon ki aankh ka tara ban</w:t>
      </w:r>
    </w:p>
    <w:p>
      <w:pPr>
        <w:jc w:val="right"/>
      </w:pPr>
      <w:r>
        <w:t>اب وہ وہاں پر لوگوں کی ضرورت بن گئی، لوگوں کی آنکھ کا تارا بن</w:t>
      </w:r>
    </w:p>
    <w:p>
      <w:r>
        <w:rPr>
          <w:b/>
        </w:rPr>
        <w:t xml:space="preserve">[43:36] </w:t>
      </w:r>
      <w:r>
        <w:t>gayi. aise hi ek aur qissa mujhe yaad aata hai, ek ladki ki shadi hui, jis ghar mein woh gayi to wahan par in logon ke liye woh unwanted ban gayi, kyun ke dekhne mein koi zyada attractive nahi thi, koi zyada beauty nahi thi. woh aisi ordinary si shakl surat us ki, to</w:t>
      </w:r>
    </w:p>
    <w:p>
      <w:pPr>
        <w:jc w:val="right"/>
      </w:pPr>
      <w:r>
        <w:t>گئی۔ ایسے ہی ایک اور قصہ مجھے یاد آتا ہے، ایک لڑکی کی شادی ہوئی، جس گھر میں وہ گئی تو وہاں پر ان لوگوں کے لیے وہ انوانٹڈ بن گئی، کیونکہ دیکھنے میں کوئی زیادہ اٹریکٹو نہیں تھی، کوئی زیادہ بیوٹی نہیں تھی۔ وہ ایسی آرڈری سی شکل صورت اس کی، تو</w:t>
      </w:r>
    </w:p>
    <w:p>
      <w:r>
        <w:rPr>
          <w:b/>
        </w:rPr>
        <w:t xml:space="preserve">[44:06] </w:t>
      </w:r>
      <w:r>
        <w:t>wahan par log boht zyada beauty conscious the, to unhon ne is ko yaani kuch humiliate karna shuru</w:t>
      </w:r>
    </w:p>
    <w:p>
      <w:pPr>
        <w:jc w:val="right"/>
      </w:pPr>
      <w:r>
        <w:t>وہاں پر لوگ بہت زیادہ بیوٹی کانشیس تھے، تو انہوں نے اس کو یعنی کچھ ہیومیلیٹ کرنا شروع</w:t>
      </w:r>
    </w:p>
    <w:p>
      <w:r>
        <w:rPr>
          <w:b/>
        </w:rPr>
        <w:t xml:space="preserve">[44:12] </w:t>
      </w:r>
      <w:r>
        <w:t>kar diya is larki ko.</w:t>
      </w:r>
    </w:p>
    <w:p>
      <w:pPr>
        <w:jc w:val="right"/>
      </w:pPr>
      <w:r>
        <w:t>کر دیا اس لڑکی کو۔</w:t>
      </w:r>
    </w:p>
    <w:p>
      <w:r>
        <w:rPr>
          <w:b/>
        </w:rPr>
        <w:t xml:space="preserve">[44:18] </w:t>
      </w:r>
      <w:r>
        <w:t>to wo ek buzurg se mili aur poocha ke mujhe koi aisi baat bataiye, koi aisi dua bataiye,</w:t>
      </w:r>
    </w:p>
    <w:p>
      <w:pPr>
        <w:jc w:val="right"/>
      </w:pPr>
      <w:r>
        <w:t>تو وہ ایک بزرگ سے ملی اور پوچھا کہ مجھے کوئی ایسی بات بتائیے، کوئی ایسی دعا بتائیے،</w:t>
      </w:r>
    </w:p>
    <w:p>
      <w:r>
        <w:rPr>
          <w:b/>
        </w:rPr>
        <w:t xml:space="preserve">[44:25] </w:t>
      </w:r>
      <w:r>
        <w:t>aisi koi dua ke wo maa mein izzat ke sath reh sakoon.</w:t>
      </w:r>
    </w:p>
    <w:p>
      <w:pPr>
        <w:jc w:val="right"/>
      </w:pPr>
      <w:r>
        <w:t>ایسی کوئی دعا کہ وہ ماں میں عزت کے ساتھ رہ سکوں۔</w:t>
      </w:r>
    </w:p>
    <w:p>
      <w:r>
        <w:rPr>
          <w:b/>
        </w:rPr>
        <w:t xml:space="preserve">[44:31] </w:t>
      </w:r>
      <w:r>
        <w:t>to unhon ne kiya bataya? wait and see ka formula.</w:t>
      </w:r>
    </w:p>
    <w:p>
      <w:pPr>
        <w:jc w:val="right"/>
      </w:pPr>
      <w:r>
        <w:t>تو انہوں نے کیا بتایا؟ ویٹ اینڈ سی کا فارمولا۔</w:t>
      </w:r>
    </w:p>
    <w:p>
      <w:r>
        <w:rPr>
          <w:b/>
        </w:rPr>
        <w:t xml:space="preserve">[44:37] </w:t>
      </w:r>
      <w:r>
        <w:t>wait and see ka matlab kiya tha? ke thore din tum intezar karo, jab tumhare bete ho jayen</w:t>
      </w:r>
    </w:p>
    <w:p>
      <w:pPr>
        <w:jc w:val="right"/>
      </w:pPr>
      <w:r>
        <w:t>ویٹ اینڈ سی کا مطلب کیا تھا؟ کہ تھوڑے دن تم انتظار کرو، جب تمہارے بیٹے ہو جائیں</w:t>
      </w:r>
    </w:p>
    <w:p>
      <w:r>
        <w:rPr>
          <w:b/>
        </w:rPr>
        <w:t xml:space="preserve">[44:42] </w:t>
      </w:r>
      <w:r>
        <w:t>ge to isi ghar par tumhara qabza ho jayega, kyunke aap jante hain ke aurat ki taqat</w:t>
      </w:r>
    </w:p>
    <w:p>
      <w:pPr>
        <w:jc w:val="right"/>
      </w:pPr>
      <w:r>
        <w:t>گے تو اسی گھر پر تمہارا قبضہ ہو جائے گا، کیونکہ آپ جانتے ہیں کہ عورت کی طاقت</w:t>
      </w:r>
    </w:p>
    <w:p>
      <w:r>
        <w:rPr>
          <w:b/>
        </w:rPr>
        <w:t xml:space="preserve">[44:47] </w:t>
      </w:r>
      <w:r>
        <w:t>us ke bete hain, aurat ki taqat us ke bete hain, bete ke zariye wo ghar par qabiz</w:t>
      </w:r>
    </w:p>
    <w:p>
      <w:pPr>
        <w:jc w:val="right"/>
      </w:pPr>
      <w:r>
        <w:t>اس کے بیٹے ہیں، عورت کی طاقت اس کے بیٹے ہیں، بیٹے کے ذریعے وہ گھر پر قابض</w:t>
      </w:r>
    </w:p>
    <w:p>
      <w:r>
        <w:rPr>
          <w:b/>
        </w:rPr>
        <w:t xml:space="preserve">[44:52] </w:t>
      </w:r>
      <w:r>
        <w:t>ho jati hai.</w:t>
      </w:r>
    </w:p>
    <w:p>
      <w:pPr>
        <w:jc w:val="right"/>
      </w:pPr>
      <w:r>
        <w:t>ہو جاتی ہے۔</w:t>
      </w:r>
    </w:p>
    <w:p>
      <w:r>
        <w:rPr>
          <w:b/>
        </w:rPr>
        <w:t xml:space="preserve">[44:57] </w:t>
      </w:r>
      <w:r>
        <w:t>to buzurg ne is ko naseehat ki ke tum wait and see ki policy ikhtiyar karo.</w:t>
      </w:r>
    </w:p>
    <w:p>
      <w:pPr>
        <w:jc w:val="right"/>
      </w:pPr>
      <w:r>
        <w:t>تو بزرگ نے اس کو نصیحت کی کہ تم ویٹ اینڈ سی کی پالیسی اختیار کرو۔</w:t>
      </w:r>
    </w:p>
    <w:p>
      <w:r>
        <w:rPr>
          <w:b/>
        </w:rPr>
        <w:t xml:space="preserve">[45:02] </w:t>
      </w:r>
      <w:r>
        <w:t>hadees mein bhi ye aaya hai ke afzal ul ibad</w:t>
      </w:r>
    </w:p>
    <w:p>
      <w:pPr>
        <w:jc w:val="right"/>
      </w:pPr>
      <w:r>
        <w:t>حدیث میں بھی یہ آیا ہے کہ افضل العباد</w:t>
      </w:r>
    </w:p>
    <w:p>
      <w:r>
        <w:rPr>
          <w:b/>
        </w:rPr>
        <w:t xml:space="preserve">[45:07] </w:t>
      </w:r>
      <w:r>
        <w:t>t intezar ul faraj hai. behtareen ibadat yeh hai ke aadmi kushadgi ka intezar kare. yani aaj jo cheez nahi mili hui hai, kal mil jayegi, yeh soche woh. to yeh unhone bataya, chunancha woh gayi aur sabr ke sath rehne lagi. unhone kaha, abhi to sabr karo, tum kuch din ke baad tum is ghar mein malik ban jaogi. is ke baad kya hua? is ke do bete paida hue, dono</w:t>
      </w:r>
    </w:p>
    <w:p>
      <w:pPr>
        <w:jc w:val="right"/>
      </w:pPr>
      <w:r>
        <w:t>ت انتظار الفرج ہے۔ بہترین عبادت یہ ہے کہ آدمی کشادگی کا انتظار کرے۔ یعنی آج جو چیز نہیں ملی ہوئی ہے، کل مل جائے گی، یہ سوچے وہ۔ تو یہ انہوں نے بتایا، چنانچہ وہ گئی اور صبر کے ساتھ رہنے لگی۔ انہوں نے کہا، ابھی تو صبر کرو، تم کچھ دن کے بعد تم اس گھر میں مالک بن جاؤ گی۔ اس کے بعد کیا ہوا؟ اس کے دو بیٹے پیدا ہوئے، دونوں</w:t>
      </w:r>
    </w:p>
    <w:p>
      <w:r>
        <w:rPr>
          <w:b/>
        </w:rPr>
        <w:t xml:space="preserve">[45:37] </w:t>
      </w:r>
      <w:r>
        <w:t>tandrst the, beton ne parha likha, parh likh kar ke khoob achi kamai karne lagay.</w:t>
      </w:r>
    </w:p>
    <w:p>
      <w:pPr>
        <w:jc w:val="right"/>
      </w:pPr>
      <w:r>
        <w:t>تندرست تھے، بٹوں نے پڑھا لکھا، پڑھ لکھ کر کے خوب اچھی کمائی کرنے لگے۔</w:t>
      </w:r>
    </w:p>
    <w:p>
      <w:r>
        <w:rPr>
          <w:b/>
        </w:rPr>
        <w:t xml:space="preserve">[45:43] </w:t>
      </w:r>
      <w:r>
        <w:t>wo ab jab do bete paida hue, tandrst aur kamai karne lage, baat ko barh kar ke to</w:t>
      </w:r>
    </w:p>
    <w:p>
      <w:pPr>
        <w:jc w:val="right"/>
      </w:pPr>
      <w:r>
        <w:t>وہ اب جب دو بیٹے پیدا ہوئے، تندرست اور کمائی کرنے لگے، بات کو بڑھ کر کہ تو</w:t>
      </w:r>
    </w:p>
    <w:p>
      <w:r>
        <w:rPr>
          <w:b/>
        </w:rPr>
        <w:t xml:space="preserve">[45:49] </w:t>
      </w:r>
      <w:r>
        <w:t>sara ghar isi qabze mein tha, isi aurat ke qabze mein tha.</w:t>
      </w:r>
    </w:p>
    <w:p>
      <w:pPr>
        <w:jc w:val="right"/>
      </w:pPr>
      <w:r>
        <w:t>سارا گھر اسی قبضے میں تھا، اسی عورت کے قبضے میں تھا۔</w:t>
      </w:r>
    </w:p>
    <w:p>
      <w:r>
        <w:rPr>
          <w:b/>
        </w:rPr>
        <w:t xml:space="preserve">[45:55] </w:t>
      </w:r>
      <w:r>
        <w:t>wo to jo aurat pehle unwanted ban gayi thi, wahi kuch din ke baad jab sabr kiya is</w:t>
      </w:r>
    </w:p>
    <w:p>
      <w:pPr>
        <w:jc w:val="right"/>
      </w:pPr>
      <w:r>
        <w:t>وہ تو جو عورت پہلے انوانٹڈ بن گئی تھی، وہی کچھ دن کے بعد جب صبر کیا اس</w:t>
      </w:r>
    </w:p>
    <w:p>
      <w:r>
        <w:rPr>
          <w:b/>
        </w:rPr>
        <w:t xml:space="preserve">[46:01] </w:t>
      </w:r>
      <w:r>
        <w:t>ne aur bete is ke ho gaye, to is mulk</w:t>
      </w:r>
    </w:p>
    <w:p>
      <w:pPr>
        <w:jc w:val="right"/>
      </w:pPr>
      <w:r>
        <w:t>نے اور بیٹے اس کے ہو گئے، تو اس ملک</w:t>
      </w:r>
    </w:p>
    <w:p>
      <w:r>
        <w:rPr>
          <w:b/>
        </w:rPr>
        <w:t xml:space="preserve">[46:07] </w:t>
      </w:r>
      <w:r>
        <w:t>is ghar mein wahi wahi thi.</w:t>
      </w:r>
    </w:p>
    <w:p>
      <w:pPr>
        <w:jc w:val="right"/>
      </w:pPr>
      <w:r>
        <w:t>اس گھر میں وہی وہی تھی۔</w:t>
      </w:r>
    </w:p>
    <w:p>
      <w:r>
        <w:rPr>
          <w:b/>
        </w:rPr>
        <w:t xml:space="preserve">[46:12] </w:t>
      </w:r>
      <w:r>
        <w:t>bas ab is ka koi rival nahi tha, boht izzat is ki hone lagi, kyunke dono bachay khoob</w:t>
      </w:r>
    </w:p>
    <w:p>
      <w:pPr>
        <w:jc w:val="right"/>
      </w:pPr>
      <w:r>
        <w:t>بس اب اس کا کوئی رائیول نہیں تھا، بہت عزت اس کی ہونے لگی، کیونکہ دونوں بچے خوب</w:t>
      </w:r>
    </w:p>
    <w:p>
      <w:r>
        <w:rPr>
          <w:b/>
        </w:rPr>
        <w:t xml:space="preserve">[46:17] </w:t>
      </w:r>
      <w:r>
        <w:t>paisay bhejny lagay, kama kama kar ke.</w:t>
      </w:r>
    </w:p>
    <w:p>
      <w:pPr>
        <w:jc w:val="right"/>
      </w:pPr>
      <w:r>
        <w:t>پیسہ بھیجنے لگے، کما کما کر کے۔</w:t>
      </w:r>
    </w:p>
    <w:p>
      <w:r>
        <w:rPr>
          <w:b/>
        </w:rPr>
        <w:t xml:space="preserve">[46:22] </w:t>
      </w:r>
      <w:r>
        <w:t>ye hai learning, ye hai seekh.</w:t>
      </w:r>
    </w:p>
    <w:p>
      <w:pPr>
        <w:jc w:val="right"/>
      </w:pPr>
      <w:r>
        <w:t>یہ ہے لرننگ، یہ ہے سیکھ۔</w:t>
      </w:r>
    </w:p>
    <w:p>
      <w:r>
        <w:rPr>
          <w:b/>
        </w:rPr>
        <w:t xml:space="preserve">[46:27] </w:t>
      </w:r>
      <w:r>
        <w:t>to chahe larki ho ya larka, har aik ko chahiye ke is ko sahi parenting mile, healthy parenting,</w:t>
      </w:r>
    </w:p>
    <w:p>
      <w:pPr>
        <w:jc w:val="right"/>
      </w:pPr>
      <w:r>
        <w:t>تو چاہے لڑکی ہو یا لڑکا، ہر ایک کو چاہیے کہ اس کو صحیح پیرنٹنگ ملے، ہیلدی پیرنٹنگ،</w:t>
      </w:r>
    </w:p>
    <w:p>
      <w:r>
        <w:rPr>
          <w:b/>
        </w:rPr>
        <w:t xml:space="preserve">[46:32] </w:t>
      </w:r>
      <w:r>
        <w:t>sahi mashwara mile, sahi advice milay.</w:t>
      </w:r>
    </w:p>
    <w:p>
      <w:pPr>
        <w:jc w:val="right"/>
      </w:pPr>
      <w:r>
        <w:t>صحیح مشورہ ملے، صحیح ایڈوائس ملے۔</w:t>
      </w:r>
    </w:p>
    <w:p>
      <w:r>
        <w:rPr>
          <w:b/>
        </w:rPr>
        <w:t xml:space="preserve">[46:37] </w:t>
      </w:r>
      <w:r>
        <w:t>aur naujawan ko chahiye ke woh soche ke abhi mein immature hoon, immature hoon.</w:t>
      </w:r>
    </w:p>
    <w:p>
      <w:pPr>
        <w:jc w:val="right"/>
      </w:pPr>
      <w:r>
        <w:t>اور نوجوان کو چاہیے کہ وہ سوچے کہ ابھی میں ام میچور ہوں، ام میچور ہوں۔</w:t>
      </w:r>
    </w:p>
    <w:p>
      <w:r>
        <w:rPr>
          <w:b/>
        </w:rPr>
        <w:t xml:space="preserve">[46:43] </w:t>
      </w:r>
      <w:r>
        <w:t>bohat hi zaroori hai janna ke naujawan aadmi jo hai, in other words, woh immature hota hai,</w:t>
      </w:r>
    </w:p>
    <w:p>
      <w:pPr>
        <w:jc w:val="right"/>
      </w:pPr>
      <w:r>
        <w:t>بہت ہی ضروری ہے جاننا کہ نوجوان آدمی جو ہے، ان ادر ورڈز، وہ ام میچور ہوتا ہے،</w:t>
      </w:r>
    </w:p>
    <w:p>
      <w:r>
        <w:rPr>
          <w:b/>
        </w:rPr>
        <w:t xml:space="preserve">[46:49] </w:t>
      </w:r>
      <w:r>
        <w:t>immature hota hai.</w:t>
      </w:r>
    </w:p>
    <w:p>
      <w:pPr>
        <w:jc w:val="right"/>
      </w:pPr>
      <w:r>
        <w:t>ام میچور ہوتا ہے۔</w:t>
      </w:r>
    </w:p>
    <w:p>
      <w:r>
        <w:rPr>
          <w:b/>
        </w:rPr>
        <w:t xml:space="preserve">[46:55] </w:t>
      </w:r>
      <w:r>
        <w:t>naujawan ka matlab hai immature.</w:t>
      </w:r>
    </w:p>
    <w:p>
      <w:pPr>
        <w:jc w:val="right"/>
      </w:pPr>
      <w:r>
        <w:t>نوجوان کا مطلب ہے ام میچور۔</w:t>
      </w:r>
    </w:p>
    <w:p>
      <w:r>
        <w:rPr>
          <w:b/>
        </w:rPr>
        <w:t xml:space="preserve">[47:01] </w:t>
      </w:r>
      <w:r>
        <w:t>agar is baat ko jaan le ek naujawan ke mein im</w:t>
      </w:r>
    </w:p>
    <w:p>
      <w:pPr>
        <w:jc w:val="right"/>
      </w:pPr>
      <w:r>
        <w:t>اگر اس بات کو جان لے ایک نوجوان کہ میں ام</w:t>
      </w:r>
    </w:p>
    <w:p>
      <w:r>
        <w:rPr>
          <w:b/>
        </w:rPr>
        <w:t xml:space="preserve">[47:08] </w:t>
      </w:r>
      <w:r>
        <w:t>mature hoon, to mujhe doosron se seekhna hai, mujhe learning karna hai. to kabhi bhi is ko zindagi mein failure ka samna na pare. lekin hota kya hai? is is ehsas ko pakar nahi pata naujawan. ek aur baat mein kahunga ke mera tajruba yeh hai ke jo log zyada brilliant hote hain</w:t>
      </w:r>
    </w:p>
    <w:p>
      <w:pPr>
        <w:jc w:val="right"/>
      </w:pPr>
      <w:r>
        <w:t>میچور ہوں، تو مجھے دوسروں سے سیکھنا ہے، مجھے لرننگ کرنا ہے۔ تو کبھی بھی اس کو زندگی میں فیلیئر کا سابقہ نہ پڑے۔ لیکن ہوتا کیا ہے؟ اس اس احساس کو پکڑ نہیں پاتا نوجوان۔ ایک اور بات میں کہوں گا کہ میرا تجربہ یہ ہے کہ جو لوگ زیادہ بریلینٹ ہوتے ہیں</w:t>
      </w:r>
    </w:p>
    <w:p>
      <w:r>
        <w:rPr>
          <w:b/>
        </w:rPr>
        <w:t xml:space="preserve">[47:38] </w:t>
      </w:r>
      <w:r>
        <w:t>, zyada intelligent hote hain, wahi sab se zyada fail ho jaate hain zindagi mein.</w:t>
      </w:r>
    </w:p>
    <w:p>
      <w:pPr>
        <w:jc w:val="right"/>
      </w:pPr>
      <w:r>
        <w:t>، زیادہ انٹیلیجنٹ ہوتے ہیں، وہی سب سے زیادہ فیل ہو جاتے ہیں زندگی میں۔</w:t>
      </w:r>
    </w:p>
    <w:p>
      <w:r>
        <w:rPr>
          <w:b/>
        </w:rPr>
        <w:t xml:space="preserve">[47:44] </w:t>
      </w:r>
      <w:r>
        <w:t>aise bohat se case mere saamne hain.</w:t>
      </w:r>
    </w:p>
    <w:p>
      <w:pPr>
        <w:jc w:val="right"/>
      </w:pPr>
      <w:r>
        <w:t>ایسے بہت سے کیس میرے سامنے ہیں۔</w:t>
      </w:r>
    </w:p>
    <w:p>
      <w:r>
        <w:rPr>
          <w:b/>
        </w:rPr>
        <w:t xml:space="preserve">[47:50] </w:t>
      </w:r>
      <w:r>
        <w:t>hota kya hai ke ek brilliant naujawan ke andar ek bohat bari burai aa jati hai, woh hai over confidence.</w:t>
      </w:r>
    </w:p>
    <w:p>
      <w:pPr>
        <w:jc w:val="right"/>
      </w:pPr>
      <w:r>
        <w:t>ہوتا کیا ہے کہ ایک بریلینٹ نوجوان کے اندر ایک بہت بڑی برائی آ جاتی ہے، وہ ہے اوور کانفیڈنس۔</w:t>
      </w:r>
    </w:p>
    <w:p>
      <w:r>
        <w:rPr>
          <w:b/>
        </w:rPr>
        <w:t xml:space="preserve">[47:56] </w:t>
      </w:r>
      <w:r>
        <w:t>over confidence, kisi ko sunta hi nahi, woh apne ko sab kuch samajhta hai.</w:t>
      </w:r>
    </w:p>
    <w:p>
      <w:pPr>
        <w:jc w:val="right"/>
      </w:pPr>
      <w:r>
        <w:t>اوور کانفیڈنس، کسی کو سنتا ہی نہیں، وہ اپنے کو سب کچھ سمجھتا ہے۔</w:t>
      </w:r>
    </w:p>
    <w:p>
      <w:r>
        <w:rPr>
          <w:b/>
        </w:rPr>
        <w:t xml:space="preserve">[48:02] </w:t>
      </w:r>
      <w:r>
        <w:t>to jis aadmi ke andar</w:t>
      </w:r>
    </w:p>
    <w:p>
      <w:pPr>
        <w:jc w:val="right"/>
      </w:pPr>
      <w:r>
        <w:t>تو جس آدمی کے اندر</w:t>
      </w:r>
    </w:p>
    <w:p>
      <w:r>
        <w:rPr>
          <w:b/>
        </w:rPr>
        <w:t xml:space="preserve">[48:08] </w:t>
      </w:r>
      <w:r>
        <w:t>ko koi baat bohat zyada Khuda ne de di ho, use bohat achhi health uski ho, bohat us</w:t>
      </w:r>
    </w:p>
    <w:p>
      <w:pPr>
        <w:jc w:val="right"/>
      </w:pPr>
      <w:r>
        <w:t>کوئی بات بہت زیادہ خدا نے دے دی ہو، اسے بہت اچھی ہیلتھ اس کی ہو، بہت اس</w:t>
      </w:r>
    </w:p>
    <w:p>
      <w:r>
        <w:rPr>
          <w:b/>
        </w:rPr>
        <w:t xml:space="preserve">[48:14] </w:t>
      </w:r>
      <w:r>
        <w:t>ke paas dimaagh ho, bohat acha, bohat acha bolna usko aata ho, to woh over confidence mein</w:t>
      </w:r>
    </w:p>
    <w:p>
      <w:pPr>
        <w:jc w:val="right"/>
      </w:pPr>
      <w:r>
        <w:t>کے پاس دماغ ہو، بہت اچھا، بہت اچھا بولنا اس کو آتا ہو، تو وہ اوور کانفیڈنس میں</w:t>
      </w:r>
    </w:p>
    <w:p>
      <w:r>
        <w:rPr>
          <w:b/>
        </w:rPr>
        <w:t xml:space="preserve">[48:20] </w:t>
      </w:r>
      <w:r>
        <w:t>pad jata hai.</w:t>
      </w:r>
    </w:p>
    <w:p>
      <w:pPr>
        <w:jc w:val="right"/>
      </w:pPr>
      <w:r>
        <w:t>پڑ جاتا ہے۔</w:t>
      </w:r>
    </w:p>
    <w:p>
      <w:r>
        <w:rPr>
          <w:b/>
        </w:rPr>
        <w:t xml:space="preserve">[48:26] </w:t>
      </w:r>
      <w:r>
        <w:t>to mein kaha karta hoon ke confidence bari achhi cheez hai, lekin over confidence hoti hai buri cheez hai.</w:t>
      </w:r>
    </w:p>
    <w:p>
      <w:pPr>
        <w:jc w:val="right"/>
      </w:pPr>
      <w:r>
        <w:t>تو میں کہا کرتا ہوں کہ کانفیڈنس بڑی اچھی چیز ہے، لیکن اوور کانفیڈنس ہوتی ہے بری چیز ہے۔</w:t>
      </w:r>
    </w:p>
    <w:p>
      <w:r>
        <w:rPr>
          <w:b/>
        </w:rPr>
        <w:t xml:space="preserve">[48:32] </w:t>
      </w:r>
      <w:r>
        <w:t>confidence bohat achhi cheez hai,</w:t>
      </w:r>
    </w:p>
    <w:p>
      <w:pPr>
        <w:jc w:val="right"/>
      </w:pPr>
      <w:r>
        <w:t>کانفیڈنس بہت اچھی چیز ہے،</w:t>
      </w:r>
    </w:p>
    <w:p>
      <w:r>
        <w:rPr>
          <w:b/>
        </w:rPr>
        <w:t xml:space="preserve">[48:38] </w:t>
      </w:r>
      <w:r>
        <w:t>lekin over confidence itna hi bura hai.</w:t>
      </w:r>
    </w:p>
    <w:p>
      <w:pPr>
        <w:jc w:val="right"/>
      </w:pPr>
      <w:r>
        <w:t>لیکن اوور کانفیڈنس اتنا ہی برا ہے۔</w:t>
      </w:r>
    </w:p>
    <w:p>
      <w:r>
        <w:rPr>
          <w:b/>
        </w:rPr>
        <w:t xml:space="preserve">[48:44] </w:t>
      </w:r>
      <w:r>
        <w:t>to yeh jo aadmi bhi aisa ho ke uske paas, usko Khuda ne zyada achhi health</w:t>
      </w:r>
    </w:p>
    <w:p>
      <w:pPr>
        <w:jc w:val="right"/>
      </w:pPr>
      <w:r>
        <w:t>تو یہ جو آدمی بھی ایسا ہو کہ اس کے پاس، اس کو خدا نے زیادہ اچھی ہیلتھ</w:t>
      </w:r>
    </w:p>
    <w:p>
      <w:r>
        <w:rPr>
          <w:b/>
        </w:rPr>
        <w:t xml:space="preserve">[48:50] </w:t>
      </w:r>
      <w:r>
        <w:t>di ho, zyada acha bolna usko aata ho, zyada bada dimaagh uska ho, zyada intelligent ho,</w:t>
      </w:r>
    </w:p>
    <w:p>
      <w:pPr>
        <w:jc w:val="right"/>
      </w:pPr>
      <w:r>
        <w:t>دی ہو، زیادہ اچھا بولنا اس کو آتا ہو، زیادہ بڑا دماغ اس کا ہو، زیادہ انٹیلیجنٹ ہو،</w:t>
      </w:r>
    </w:p>
    <w:p>
      <w:r>
        <w:rPr>
          <w:b/>
        </w:rPr>
        <w:t xml:space="preserve">[48:56] </w:t>
      </w:r>
      <w:r>
        <w:t>woh to woh hamesha ek usko ek risk rehta hai.</w:t>
      </w:r>
    </w:p>
    <w:p>
      <w:pPr>
        <w:jc w:val="right"/>
      </w:pPr>
      <w:r>
        <w:t>وہ تو وہ ہمیشہ ایک اس کو ایک رسک رہتا ہے۔</w:t>
      </w:r>
    </w:p>
    <w:p>
      <w:r>
        <w:rPr>
          <w:b/>
        </w:rPr>
        <w:t xml:space="preserve">[49:02] </w:t>
      </w:r>
      <w:r>
        <w:t>woh risk yahi hai ke woh over confidence mein pad jaye, aur</w:t>
      </w:r>
    </w:p>
    <w:p>
      <w:pPr>
        <w:jc w:val="right"/>
      </w:pPr>
      <w:r>
        <w:t>وہ رسک یہی ہے کہ وہ اوور کانفیڈنس میں پڑ جائے، اور</w:t>
      </w:r>
    </w:p>
    <w:p>
      <w:r>
        <w:rPr>
          <w:b/>
        </w:rPr>
        <w:t xml:space="preserve">[49:08] </w:t>
      </w:r>
      <w:r>
        <w:t>phir kya kare? Kisi ki baat na sune, apne whim ke tehat kaam karne lage.</w:t>
      </w:r>
    </w:p>
    <w:p>
      <w:pPr>
        <w:jc w:val="right"/>
      </w:pPr>
      <w:r>
        <w:t>پھر کیا کرے؟ کسی کی بات نہ سنے، اپنے ویم کے تحت کام کرنے لگے۔</w:t>
      </w:r>
    </w:p>
    <w:p>
      <w:r>
        <w:rPr>
          <w:b/>
        </w:rPr>
        <w:t xml:space="preserve">[49:15] </w:t>
      </w:r>
      <w:r>
        <w:t>woh aise log hamesha zindagi mein fail ho jaate hain.</w:t>
      </w:r>
    </w:p>
    <w:p>
      <w:pPr>
        <w:jc w:val="right"/>
      </w:pPr>
      <w:r>
        <w:t>وہ ایسے لوگ ہمیشہ زندگی میں فیل ہو جاتے ہیں۔</w:t>
      </w:r>
    </w:p>
    <w:p>
      <w:r>
        <w:rPr>
          <w:b/>
        </w:rPr>
        <w:t xml:space="preserve">[49:21] </w:t>
      </w:r>
      <w:r>
        <w:t>aksar maine dekha hai ke zyada brilliant log jo hain, wahi fail ho jaate hain.</w:t>
      </w:r>
    </w:p>
    <w:p>
      <w:pPr>
        <w:jc w:val="right"/>
      </w:pPr>
      <w:r>
        <w:t>اکثر میں نے دیکھا ہے کہ زیادہ بریلینٹ لوگ جو ہیں، وہی فیل ہو جاتے ہیں۔</w:t>
      </w:r>
    </w:p>
    <w:p>
      <w:r>
        <w:rPr>
          <w:b/>
        </w:rPr>
        <w:t xml:space="preserve">[49:27] </w:t>
      </w:r>
      <w:r>
        <w:t>jo average log hote hain, average, woh sunte hain sab ki baat, mehnat karte hain.</w:t>
      </w:r>
    </w:p>
    <w:p>
      <w:pPr>
        <w:jc w:val="right"/>
      </w:pPr>
      <w:r>
        <w:t>جو ایوریج لوگ ہوتے ہیں، ایوریج، وہ سنتے ہیں سب کی بات، محنت کرتے ہیں۔</w:t>
      </w:r>
    </w:p>
    <w:p>
      <w:r>
        <w:rPr>
          <w:b/>
        </w:rPr>
        <w:t xml:space="preserve">[49:33] </w:t>
      </w:r>
      <w:r>
        <w:t>woh unko yeh baat nahi hoti ke mein sab kuch jaanta hoon, to woh kaamyaab hote hain.</w:t>
      </w:r>
    </w:p>
    <w:p>
      <w:pPr>
        <w:jc w:val="right"/>
      </w:pPr>
      <w:r>
        <w:t>وہ ان کو یہ بات نہیں ہوتی کہ میں سب کچھ جانتا ہوں، تو وہ کامیاب ہوتے ہیں۔</w:t>
      </w:r>
    </w:p>
    <w:p>
      <w:r>
        <w:rPr>
          <w:b/>
        </w:rPr>
        <w:t xml:space="preserve">[49:39] </w:t>
      </w:r>
      <w:r>
        <w:t>mein aik baar aik sahib ke haan gaya, to un ke ghar mein aik do din thehra, to</w:t>
      </w:r>
    </w:p>
    <w:p>
      <w:pPr>
        <w:jc w:val="right"/>
      </w:pPr>
      <w:r>
        <w:t>میں ایک بار ایک صاحب کے ہاں گیا، تو ان کے گھر میں ایک دو دن ٹھہرا، تو</w:t>
      </w:r>
    </w:p>
    <w:p>
      <w:r>
        <w:rPr>
          <w:b/>
        </w:rPr>
        <w:t xml:space="preserve">[49:45] </w:t>
      </w:r>
      <w:r>
        <w:t>mujhe pata chala ke yeh sahib jo hain, apne bachon ko kya sikhaate hain? ke hum ko sab</w:t>
      </w:r>
    </w:p>
    <w:p>
      <w:pPr>
        <w:jc w:val="right"/>
      </w:pPr>
      <w:r>
        <w:t>مجھے پتہ چلا کہ یہ صاحب جو ہیں، اپنے بچوں کو کیا سکھاتے ہیں؟ کہ ہم کو سب</w:t>
      </w:r>
    </w:p>
    <w:p>
      <w:r>
        <w:rPr>
          <w:b/>
        </w:rPr>
        <w:t xml:space="preserve">[49:51] </w:t>
      </w:r>
      <w:r>
        <w:t>maloom hai, yaani hum ko sab maloom hai ke koi tum se baat kare, koi tumhare oay to</w:t>
      </w:r>
    </w:p>
    <w:p>
      <w:pPr>
        <w:jc w:val="right"/>
      </w:pPr>
      <w:r>
        <w:t>معلوم ہے، یعنی ہم کو سب معلوم ہے کہ کوئی تم سے بات کرے، کوئی تمہارے اوے تو</w:t>
      </w:r>
    </w:p>
    <w:p>
      <w:r>
        <w:rPr>
          <w:b/>
        </w:rPr>
        <w:t xml:space="preserve">[49:57] </w:t>
      </w:r>
      <w:r>
        <w:t>kaho ke hum ko sab maloom hai, hum sab jaante hain.</w:t>
      </w:r>
    </w:p>
    <w:p>
      <w:pPr>
        <w:jc w:val="right"/>
      </w:pPr>
      <w:r>
        <w:t>کہو کہ ہم کو سب معلوم ہے، ہم سب جانتے ہیں۔</w:t>
      </w:r>
    </w:p>
    <w:p>
      <w:r>
        <w:rPr>
          <w:b/>
        </w:rPr>
        <w:t xml:space="preserve">[50:03] </w:t>
      </w:r>
      <w:r>
        <w:t>to maine un se kaha ke yeh kaun sa zehn bana rahe hain? ya yeh kaun</w:t>
      </w:r>
    </w:p>
    <w:p>
      <w:pPr>
        <w:jc w:val="right"/>
      </w:pPr>
      <w:r>
        <w:t>تو میں نے ان سے کہا کہ یہ کون سا ذہن بنا رہے ہیں؟ یا یہ کون</w:t>
      </w:r>
    </w:p>
    <w:p>
      <w:r>
        <w:rPr>
          <w:b/>
        </w:rPr>
        <w:t xml:space="preserve">[50:09] </w:t>
      </w:r>
      <w:r>
        <w:t>si soch bana rahe hain? un ke andar ke hum ko sab maloom hai.</w:t>
      </w:r>
    </w:p>
    <w:p>
      <w:pPr>
        <w:jc w:val="right"/>
      </w:pPr>
      <w:r>
        <w:t>سی سوچ بنا رہے ہیں؟ ان کے اندر کہ ہم کو سب معلوم ہے۔</w:t>
      </w:r>
    </w:p>
    <w:p>
      <w:r>
        <w:rPr>
          <w:b/>
        </w:rPr>
        <w:t xml:space="preserve">[50:14] </w:t>
      </w:r>
      <w:r>
        <w:t>is area mein hum jo hai, hum ko ke maani mein bola jaata hai, yaani hum ko sab</w:t>
      </w:r>
    </w:p>
    <w:p>
      <w:pPr>
        <w:jc w:val="right"/>
      </w:pPr>
      <w:r>
        <w:t>اس ایریا میں ہم جو ہے، ہم کو کے معنی میں بولا جاتا ہے، یعنی ہم کو سب</w:t>
      </w:r>
    </w:p>
    <w:p>
      <w:r>
        <w:rPr>
          <w:b/>
        </w:rPr>
        <w:t xml:space="preserve">[50:19] </w:t>
      </w:r>
      <w:r>
        <w:t>kuch maloom hai, matlab hai hum ko sab maloom hai.</w:t>
      </w:r>
    </w:p>
    <w:p>
      <w:pPr>
        <w:jc w:val="right"/>
      </w:pPr>
      <w:r>
        <w:t>کچھ معلوم ہے، مطلب ہے ہم کو سب معلوم ہے۔</w:t>
      </w:r>
    </w:p>
    <w:p>
      <w:r>
        <w:rPr>
          <w:b/>
        </w:rPr>
        <w:t xml:space="preserve">[50:24] </w:t>
      </w:r>
      <w:r>
        <w:t>to maine kaha ke is ka matlab yeh hai ke aap un ke andar seekh ka jazba</w:t>
      </w:r>
    </w:p>
    <w:p>
      <w:pPr>
        <w:jc w:val="right"/>
      </w:pPr>
      <w:r>
        <w:t>تو میں نے کہا کہ اس کا مطلب یہ ہے کہ آپ ان کے اندر سیکھ کا جذبہ</w:t>
      </w:r>
    </w:p>
    <w:p>
      <w:r>
        <w:rPr>
          <w:b/>
        </w:rPr>
        <w:t xml:space="preserve">[50:29] </w:t>
      </w:r>
      <w:r>
        <w:t>hi khatam kar rahe hain.</w:t>
      </w:r>
    </w:p>
    <w:p>
      <w:pPr>
        <w:jc w:val="right"/>
      </w:pPr>
      <w:r>
        <w:t>ہی ختم کر رہے ہیں۔</w:t>
      </w:r>
    </w:p>
    <w:p>
      <w:r>
        <w:rPr>
          <w:b/>
        </w:rPr>
        <w:t xml:space="preserve">[50:34] </w:t>
      </w:r>
      <w:r>
        <w:t>dekhein, learning spirit jo hai, woh chalti hai kab? jab aap jaanein ke mein to kuch nahi jaanta.</w:t>
      </w:r>
    </w:p>
    <w:p>
      <w:pPr>
        <w:jc w:val="right"/>
      </w:pPr>
      <w:r>
        <w:t>دیکھیں، لرننگ سپرٹ جو ہے، وہ چلتی ہے کب؟ جب آپ جانیں کہ میں تو کچھ نہیں جانتا۔</w:t>
      </w:r>
    </w:p>
    <w:p>
      <w:r>
        <w:rPr>
          <w:b/>
        </w:rPr>
        <w:t xml:space="preserve">[50:39] </w:t>
      </w:r>
      <w:r>
        <w:t>jise Socrates se poocha gaya ke aap bohat bare philosopher hain, aap bohat parha, aap ne bohat kuch,</w:t>
      </w:r>
    </w:p>
    <w:p>
      <w:pPr>
        <w:jc w:val="right"/>
      </w:pPr>
      <w:r>
        <w:t>جسے ساگریٹیز سے پوچھا گیا کہ آپ بہت بڑے فلاسفر ہیں، آپ بہت پڑھا، آپ نے بہت کچھ،</w:t>
      </w:r>
    </w:p>
    <w:p>
      <w:r>
        <w:rPr>
          <w:b/>
        </w:rPr>
        <w:t xml:space="preserve">[50:45] </w:t>
      </w:r>
      <w:r>
        <w:t>yeh bohat kuch, woh to aap ne kya jaana? to us ne kaha ke maine yeh jaana</w:t>
      </w:r>
    </w:p>
    <w:p>
      <w:pPr>
        <w:jc w:val="right"/>
      </w:pPr>
      <w:r>
        <w:t>یہ بہت کچھ، وہ تو آپ نے کیا جانا؟ تو اس نے کہا کہ میں نے یہ جانا</w:t>
      </w:r>
    </w:p>
    <w:p>
      <w:r>
        <w:rPr>
          <w:b/>
        </w:rPr>
        <w:t xml:space="preserve">[50:50] </w:t>
      </w:r>
      <w:r>
        <w:t>hai, kuch nahi jaana.</w:t>
      </w:r>
    </w:p>
    <w:p>
      <w:pPr>
        <w:jc w:val="right"/>
      </w:pPr>
      <w:r>
        <w:t>ہے، کچھ نہیں جانا۔</w:t>
      </w:r>
    </w:p>
    <w:p>
      <w:r>
        <w:rPr>
          <w:b/>
        </w:rPr>
        <w:t xml:space="preserve">[50:55] </w:t>
      </w:r>
      <w:r>
        <w:t>maine yeh jaana hai, kuch nahi jaana.</w:t>
      </w:r>
    </w:p>
    <w:p>
      <w:pPr>
        <w:jc w:val="right"/>
      </w:pPr>
      <w:r>
        <w:t>میں نے یہ جانا ہے، کچھ نہیں جانا۔</w:t>
      </w:r>
    </w:p>
    <w:p>
      <w:r>
        <w:rPr>
          <w:b/>
        </w:rPr>
        <w:t xml:space="preserve">[51:00] </w:t>
      </w:r>
      <w:r>
        <w:t>dekhein, jab aap ko yeh ehsaas ho ke mein nahi jaanta, to kya hoga? aap seekhne ki koshish karenge.</w:t>
      </w:r>
    </w:p>
    <w:p>
      <w:pPr>
        <w:jc w:val="right"/>
      </w:pPr>
      <w:r>
        <w:t>دیکھیں، جب آپ کو یہ احساس ہو کہ میں نہیں جانتا، تو کیا ہوگا؟ آپ سیکھنے کی کوشش کریں گے۔</w:t>
      </w:r>
    </w:p>
    <w:p>
      <w:r>
        <w:rPr>
          <w:b/>
        </w:rPr>
        <w:t xml:space="preserve">[51:05] </w:t>
      </w:r>
      <w:r>
        <w:t>is liye arabi mein aik misl hai</w:t>
      </w:r>
    </w:p>
    <w:p>
      <w:pPr>
        <w:jc w:val="right"/>
      </w:pPr>
      <w:r>
        <w:t>اس لیے عربی میں ایک مثل ہے</w:t>
      </w:r>
    </w:p>
    <w:p>
      <w:r>
        <w:rPr>
          <w:b/>
        </w:rPr>
        <w:t xml:space="preserve">[51:11] </w:t>
      </w:r>
      <w:r>
        <w:t>ke "la adri nisf al-ilm".</w:t>
      </w:r>
    </w:p>
    <w:p>
      <w:pPr>
        <w:jc w:val="right"/>
      </w:pPr>
      <w:r>
        <w:t>کہ "لا ادری نصف العلم"۔</w:t>
      </w:r>
    </w:p>
    <w:p>
      <w:r>
        <w:rPr>
          <w:b/>
        </w:rPr>
        <w:t xml:space="preserve">[51:17] </w:t>
      </w:r>
      <w:r>
        <w:t>"la adri nisf al-ilm" yaani mein nahi jaanta, aadha ilm hai.</w:t>
      </w:r>
    </w:p>
    <w:p>
      <w:pPr>
        <w:jc w:val="right"/>
      </w:pPr>
      <w:r>
        <w:t>"لا ادری نصف العلم" یعنی میں نہیں جانتا، ادھا علم ہے۔</w:t>
      </w:r>
    </w:p>
    <w:p>
      <w:r>
        <w:rPr>
          <w:b/>
        </w:rPr>
        <w:t xml:space="preserve">[51:23] </w:t>
      </w:r>
      <w:r>
        <w:t>mein nahi jaanta, aadha ilm hai.</w:t>
      </w:r>
    </w:p>
    <w:p>
      <w:pPr>
        <w:jc w:val="right"/>
      </w:pPr>
      <w:r>
        <w:t>میں نہیں جانتا، ادھا علم ہے۔</w:t>
      </w:r>
    </w:p>
    <w:p>
      <w:r>
        <w:rPr>
          <w:b/>
        </w:rPr>
        <w:t xml:space="preserve">[51:29] </w:t>
      </w:r>
      <w:r>
        <w:t>is ka matlab kya hai? ke agar mein is glass ko dekhoon, mein sochun ke bhai kaise banta</w:t>
      </w:r>
    </w:p>
    <w:p>
      <w:pPr>
        <w:jc w:val="right"/>
      </w:pPr>
      <w:r>
        <w:t>اس کا مطلب کیا ہے؟ کہ اگر میں اس گلاس کو دیکھوں، میں سوچوں کہ بھئی کیسے بنتا</w:t>
      </w:r>
    </w:p>
    <w:p>
      <w:r>
        <w:rPr>
          <w:b/>
        </w:rPr>
        <w:t xml:space="preserve">[51:35] </w:t>
      </w:r>
      <w:r>
        <w:t>hai glass, mujhe pata nahi, to kya hoga? ke curiosity aaye gi mere andar,</w:t>
      </w:r>
    </w:p>
    <w:p>
      <w:pPr>
        <w:jc w:val="right"/>
      </w:pPr>
      <w:r>
        <w:t>ہے گلاس، مجھے پتہ نہیں، تو کیا ہوگا؟ کہ کیوریاسٹی آئے گی میرے اندر،</w:t>
      </w:r>
    </w:p>
    <w:p>
      <w:r>
        <w:rPr>
          <w:b/>
        </w:rPr>
        <w:t xml:space="preserve">[51:41] </w:t>
      </w:r>
      <w:r>
        <w:t>tajassus aaye ga mere andar, mein jaanne ki koshish karunga ke kaise bana glass.</w:t>
      </w:r>
    </w:p>
    <w:p>
      <w:pPr>
        <w:jc w:val="right"/>
      </w:pPr>
      <w:r>
        <w:t>تجسس آئے گا میرے اندر، میں جاننے کی کوشش کروں گا کہ کیسے بنا گلاس۔</w:t>
      </w:r>
    </w:p>
    <w:p>
      <w:r>
        <w:rPr>
          <w:b/>
        </w:rPr>
        <w:t xml:space="preserve">[51:47] </w:t>
      </w:r>
      <w:r>
        <w:t>kyun ke glass jo hai, kisi pehray mein latakta to hai nahi, kisi pahaar mein khod kar nikalta nahi</w:t>
      </w:r>
    </w:p>
    <w:p>
      <w:pPr>
        <w:jc w:val="right"/>
      </w:pPr>
      <w:r>
        <w:t>کیونکہ گلاس جو ہے، کسی پیڑے میں لٹکتا تو ہے نہیں، کسی پہاڑ میں کھود کر نکلتا نہیں</w:t>
      </w:r>
    </w:p>
    <w:p>
      <w:r>
        <w:rPr>
          <w:b/>
        </w:rPr>
        <w:t xml:space="preserve">[51:53] </w:t>
      </w:r>
      <w:r>
        <w:t>hai, kahin banta hai.</w:t>
      </w:r>
    </w:p>
    <w:p>
      <w:pPr>
        <w:jc w:val="right"/>
      </w:pPr>
      <w:r>
        <w:t>ہے، کہیں بنتا ہے۔</w:t>
      </w:r>
    </w:p>
    <w:p>
      <w:r>
        <w:rPr>
          <w:b/>
        </w:rPr>
        <w:t xml:space="preserve">[51:59] </w:t>
      </w:r>
      <w:r>
        <w:t>to glass kaisay banta hai? agar mere andar yeh ho ke main janta hai, "i don't know", to</w:t>
      </w:r>
    </w:p>
    <w:p>
      <w:pPr>
        <w:jc w:val="right"/>
      </w:pPr>
      <w:r>
        <w:t>تو گلاس کیسے بنتا ہے؟ اگر میرے اندر یہ ہو کہ میں جانتا ہے، "آئی ڈونٹ نو"، تو</w:t>
      </w:r>
    </w:p>
    <w:p>
      <w:r>
        <w:rPr>
          <w:b/>
        </w:rPr>
        <w:t xml:space="preserve">[52:05] </w:t>
      </w:r>
      <w:r>
        <w:t>mere andar curiosity paida hogi, tajassus paida hoga, main jaan</w:t>
      </w:r>
    </w:p>
    <w:p>
      <w:pPr>
        <w:jc w:val="right"/>
      </w:pPr>
      <w:r>
        <w:t>میرے اندر کیوریاسٹی پیدا ہوگی، تجسس پیدا ہوگا، میں جان</w:t>
      </w:r>
    </w:p>
    <w:p>
      <w:r>
        <w:rPr>
          <w:b/>
        </w:rPr>
        <w:t xml:space="preserve">[52:11] </w:t>
      </w:r>
      <w:r>
        <w:t>ne ki koshish karunga, to kahin na kahin main is ko jaan loon ga, kisi se poochun</w:t>
      </w:r>
    </w:p>
    <w:p>
      <w:pPr>
        <w:jc w:val="right"/>
      </w:pPr>
      <w:r>
        <w:t>نے کی کوشش کروں گا، تو کہیں نہ کہیں میں اس کو جان لوں گا، کسی سے پوچھوں</w:t>
      </w:r>
    </w:p>
    <w:p>
      <w:r>
        <w:rPr>
          <w:b/>
        </w:rPr>
        <w:t xml:space="preserve">[52:17] </w:t>
      </w:r>
      <w:r>
        <w:t>ga, koi kitaab parhun ga, to mujhe pata ho jaye ga ke glass kaisay banta hai.</w:t>
      </w:r>
    </w:p>
    <w:p>
      <w:pPr>
        <w:jc w:val="right"/>
      </w:pPr>
      <w:r>
        <w:t>گا، کوئی کتاب پڑھوں گا، تو مجھے پتہ ہو جائے گا کہ گلاس کیسے بنتا ہے۔</w:t>
      </w:r>
    </w:p>
    <w:p>
      <w:r>
        <w:rPr>
          <w:b/>
        </w:rPr>
        <w:t xml:space="preserve">[52:23] </w:t>
      </w:r>
      <w:r>
        <w:t>lekin agar main yeh samjhun ke mujhe pata hai sab kuch, main janta hoon, to mere andar kya</w:t>
      </w:r>
    </w:p>
    <w:p>
      <w:pPr>
        <w:jc w:val="right"/>
      </w:pPr>
      <w:r>
        <w:t>لیکن اگر میں یہ سمجھوں کہ مجھے پتہ ہے سب کچھ، میں جانتا ہوں، تو میرے اندر کیا</w:t>
      </w:r>
    </w:p>
    <w:p>
      <w:r>
        <w:rPr>
          <w:b/>
        </w:rPr>
        <w:t xml:space="preserve">[52:29] </w:t>
      </w:r>
      <w:r>
        <w:t>hoga? curiosity ki spirit paida nahin hogi, spirit of inquiry mere andar nahin jaage gi.</w:t>
      </w:r>
    </w:p>
    <w:p>
      <w:pPr>
        <w:jc w:val="right"/>
      </w:pPr>
      <w:r>
        <w:t>ہوگا؟ کیوریاسٹی کی اسپرٹ پیدا نہیں ہوگی، اسپرٹ آف انکوائری میرے اندر نہیں جاگے گی۔</w:t>
      </w:r>
    </w:p>
    <w:p>
      <w:r>
        <w:rPr>
          <w:b/>
        </w:rPr>
        <w:t xml:space="preserve">[52:35] </w:t>
      </w:r>
      <w:r>
        <w:t>to spirit of inquiry jo hai,</w:t>
      </w:r>
    </w:p>
    <w:p>
      <w:pPr>
        <w:jc w:val="right"/>
      </w:pPr>
      <w:r>
        <w:t>تو اسپرٹ آف انکوائری جو ہے،</w:t>
      </w:r>
    </w:p>
    <w:p>
      <w:r>
        <w:rPr>
          <w:b/>
        </w:rPr>
        <w:t xml:space="preserve">[52:42] </w:t>
      </w:r>
      <w:r>
        <w:t>woh jaan hai.</w:t>
      </w:r>
    </w:p>
    <w:p>
      <w:pPr>
        <w:jc w:val="right"/>
      </w:pPr>
      <w:r>
        <w:t>وہ جان ہے۔</w:t>
      </w:r>
    </w:p>
    <w:p>
      <w:r>
        <w:rPr>
          <w:b/>
        </w:rPr>
        <w:t xml:space="preserve">[52:47] </w:t>
      </w:r>
      <w:r>
        <w:t>to jin logon ko Khuda paida karta hai, bohat hi brilliant, bohat hi zaheen, to un ke andar</w:t>
      </w:r>
    </w:p>
    <w:p>
      <w:pPr>
        <w:jc w:val="right"/>
      </w:pPr>
      <w:r>
        <w:t>تو جن لوگوں کو خدا پیدا کرتا ہے، بہت ہی بریلینٹ، بہت ہی ذہین، تو ان کے اندر</w:t>
      </w:r>
    </w:p>
    <w:p>
      <w:r>
        <w:rPr>
          <w:b/>
        </w:rPr>
        <w:t xml:space="preserve">[52:52] </w:t>
      </w:r>
      <w:r>
        <w:t>yeh ehsas aa jata hai ke main to sab kuch janta hoon, "i know everything".</w:t>
      </w:r>
    </w:p>
    <w:p>
      <w:pPr>
        <w:jc w:val="right"/>
      </w:pPr>
      <w:r>
        <w:t>یہ احساس آ جاتا ہے کہ میں تو سب کچھ جانتا ہوں، "آئی نو ایوری تھنگ"۔</w:t>
      </w:r>
    </w:p>
    <w:p>
      <w:r>
        <w:rPr>
          <w:b/>
        </w:rPr>
        <w:t xml:space="preserve">[52:57] </w:t>
      </w:r>
      <w:r>
        <w:t>aisay log kya karte hain? ke un ka learning process ruk jata hai.</w:t>
      </w:r>
    </w:p>
    <w:p>
      <w:pPr>
        <w:jc w:val="right"/>
      </w:pPr>
      <w:r>
        <w:t>ایسے لوگ کیا کرتے ہیں؟ کہ ان کا لرننگ پراسیس رک جاتا ہے۔</w:t>
      </w:r>
    </w:p>
    <w:p>
      <w:r>
        <w:rPr>
          <w:b/>
        </w:rPr>
        <w:t xml:space="preserve">[53:02] </w:t>
      </w:r>
      <w:r>
        <w:t>learning process ruk jata hai, yani woh jo main ne arz kiya ke spirit of inquiry is ke</w:t>
      </w:r>
    </w:p>
    <w:p>
      <w:pPr>
        <w:jc w:val="right"/>
      </w:pPr>
      <w:r>
        <w:t>لرننگ پراسیس رک جاتا ہے، یعنی وہ جو میں نے عرض کیا کہ اسپرٹ آف انکوائری اس کے</w:t>
      </w:r>
    </w:p>
    <w:p>
      <w:r>
        <w:rPr>
          <w:b/>
        </w:rPr>
        <w:t xml:space="preserve">[53:07] </w:t>
      </w:r>
      <w:r>
        <w:t>andar paida nahin hota.</w:t>
      </w:r>
    </w:p>
    <w:p>
      <w:pPr>
        <w:jc w:val="right"/>
      </w:pPr>
      <w:r>
        <w:t>اندر پیدا نہیں ہوتا۔</w:t>
      </w:r>
    </w:p>
    <w:p>
      <w:r>
        <w:rPr>
          <w:b/>
        </w:rPr>
        <w:t xml:space="preserve">[53:12] </w:t>
      </w:r>
      <w:r>
        <w:t>to bachon ke andar yeh sab baatein bharna hai, spirit of inquiry bharna hai, realistic approach un ke</w:t>
      </w:r>
    </w:p>
    <w:p>
      <w:pPr>
        <w:jc w:val="right"/>
      </w:pPr>
      <w:r>
        <w:t>تو بچوں کے اندر یہ سب باتیں بھرنا ہے، اسپرٹ آف انکوائری بھرنا ہے، ریلسٹک اپروچ ان کے</w:t>
      </w:r>
    </w:p>
    <w:p>
      <w:r>
        <w:rPr>
          <w:b/>
        </w:rPr>
        <w:t xml:space="preserve">[53:18] </w:t>
      </w:r>
      <w:r>
        <w:t>andar lana hai, un ko planning sikhana hai, challenge ka muqabla karna unhein aaye, yeh un ko sikhana hai.</w:t>
      </w:r>
    </w:p>
    <w:p>
      <w:pPr>
        <w:jc w:val="right"/>
      </w:pPr>
      <w:r>
        <w:t>اندر لانا ہے، ان کو پلاننگ سکھانا ہے، چیلنج کا مقابلہ کرنا انہیں آئے، یہ ان کو سکھانا ہے۔</w:t>
      </w:r>
    </w:p>
    <w:p>
      <w:r>
        <w:rPr>
          <w:b/>
        </w:rPr>
        <w:t xml:space="preserve">[53:24] </w:t>
      </w:r>
      <w:r>
        <w:t>pampering koi cheez nahin hai, pampering is nothing.</w:t>
      </w:r>
    </w:p>
    <w:p>
      <w:pPr>
        <w:jc w:val="right"/>
      </w:pPr>
      <w:r>
        <w:t>پیمپرنگ کوئی چیز نہیں ہے، پیمپرنگ از نتھنگ۔</w:t>
      </w:r>
    </w:p>
    <w:p>
      <w:r>
        <w:rPr>
          <w:b/>
        </w:rPr>
        <w:t xml:space="preserve">[53:30] </w:t>
      </w:r>
      <w:r>
        <w:t>zindagi mein aik insaan ko jis cheez ki zaroorat hai, woh pampering nahin hai.</w:t>
      </w:r>
    </w:p>
    <w:p>
      <w:pPr>
        <w:jc w:val="right"/>
      </w:pPr>
      <w:r>
        <w:t>زندگی میں ایک انسان کو جس چیز کی ضرورت ہے، وہ پیمپرنگ نہیں ہے۔</w:t>
      </w:r>
    </w:p>
    <w:p>
      <w:r>
        <w:rPr>
          <w:b/>
        </w:rPr>
        <w:t xml:space="preserve">[53:36] </w:t>
      </w:r>
      <w:r>
        <w:t>yeh sab cheezein hain, is ko</w:t>
      </w:r>
    </w:p>
    <w:p>
      <w:pPr>
        <w:jc w:val="right"/>
      </w:pPr>
      <w:r>
        <w:t>یہ سب چیزیں ہیں، اس کو</w:t>
      </w:r>
    </w:p>
    <w:p>
      <w:r>
        <w:rPr>
          <w:b/>
        </w:rPr>
        <w:t xml:space="preserve">[53:42] </w:t>
      </w:r>
      <w:r>
        <w:t>aap educate kijiye.</w:t>
      </w:r>
    </w:p>
    <w:p>
      <w:pPr>
        <w:jc w:val="right"/>
      </w:pPr>
      <w:r>
        <w:t>آپ ایجوکیٹ کیجئے۔</w:t>
      </w:r>
    </w:p>
    <w:p>
      <w:r>
        <w:rPr>
          <w:b/>
        </w:rPr>
        <w:t xml:space="preserve">[53:47] </w:t>
      </w:r>
      <w:r>
        <w:t>yani real parenting kya hai? ya healthy parenting kya hai? woh yahi hai.</w:t>
      </w:r>
    </w:p>
    <w:p>
      <w:pPr>
        <w:jc w:val="right"/>
      </w:pPr>
      <w:r>
        <w:t>یعنی ریئل پیرنٹنگ کیا ہے؟ یا ہیلدی پیرنٹنگ کیا ہے؟ وہ یہی ہے۔</w:t>
      </w:r>
    </w:p>
    <w:p>
      <w:r>
        <w:rPr>
          <w:b/>
        </w:rPr>
        <w:t xml:space="preserve">[53:52] </w:t>
      </w:r>
      <w:r>
        <w:t>parenting ka matlab pampering nahin hai.</w:t>
      </w:r>
    </w:p>
    <w:p>
      <w:pPr>
        <w:jc w:val="right"/>
      </w:pPr>
      <w:r>
        <w:t>پیرنٹنگ کا مطلب پیمپرنگ نہیں ہے۔</w:t>
      </w:r>
    </w:p>
    <w:p>
      <w:r>
        <w:rPr>
          <w:b/>
        </w:rPr>
        <w:t xml:space="preserve">[53:57] </w:t>
      </w:r>
      <w:r>
        <w:t>healthy parenting yeh hai ke baap jo hai, walidain jo hain, maa baap jo hain, woh apne bachay</w:t>
      </w:r>
    </w:p>
    <w:p>
      <w:pPr>
        <w:jc w:val="right"/>
      </w:pPr>
      <w:r>
        <w:t>ہیلدی پیرنٹنگ یہ ہے کہ باپ جو ہے، والدین جو ہیں، ماں باپ جو ہیں، وہ اپنے بچے</w:t>
      </w:r>
    </w:p>
    <w:p>
      <w:r>
        <w:rPr>
          <w:b/>
        </w:rPr>
        <w:t xml:space="preserve">[54:02] </w:t>
      </w:r>
      <w:r>
        <w:t>ko tayyar karein us maqsad ke liye ke jab woh society mein jaye, jab woh dunya mein dakhil</w:t>
      </w:r>
    </w:p>
    <w:p>
      <w:pPr>
        <w:jc w:val="right"/>
      </w:pPr>
      <w:r>
        <w:t>کو تیار کریں اس مقصد کے لیے کہ جب وہ سوسائٹی میں جائے، جب وہ دنیا میں داخل</w:t>
      </w:r>
    </w:p>
    <w:p>
      <w:r>
        <w:rPr>
          <w:b/>
        </w:rPr>
        <w:t xml:space="preserve">[54:07] </w:t>
      </w:r>
      <w:r>
        <w:t>ho, to successful tareeqay se woh challenges</w:t>
      </w:r>
    </w:p>
    <w:p>
      <w:pPr>
        <w:jc w:val="right"/>
      </w:pPr>
      <w:r>
        <w:t>ہو، تو سکسیس فل طریقے سے وہ چیلنجز</w:t>
      </w:r>
    </w:p>
    <w:p>
      <w:r>
        <w:rPr>
          <w:b/>
        </w:rPr>
        <w:t xml:space="preserve">[54:12] </w:t>
      </w:r>
      <w:r>
        <w:t>ko meet kar sakay.</w:t>
      </w:r>
    </w:p>
    <w:p>
      <w:pPr>
        <w:jc w:val="right"/>
      </w:pPr>
      <w:r>
        <w:t>کو میٹ کر سکے۔</w:t>
      </w:r>
    </w:p>
    <w:p>
      <w:r>
        <w:rPr>
          <w:b/>
        </w:rPr>
        <w:t xml:space="preserve">[54:19] </w:t>
      </w:r>
      <w:r>
        <w:t>muamlaat ka saamna kar sake, is ke andar realistic approach ho, is ke andar planning ho, is ke</w:t>
      </w:r>
    </w:p>
    <w:p>
      <w:pPr>
        <w:jc w:val="right"/>
      </w:pPr>
      <w:r>
        <w:t>معاملات کا سامنا کر سکے، اس کے اندر ریلسٹک اپروچ ہو، اس کے اندر پلاننگ ہو، اس کے</w:t>
      </w:r>
    </w:p>
    <w:p>
      <w:r>
        <w:rPr>
          <w:b/>
        </w:rPr>
        <w:t xml:space="preserve">[54:25] </w:t>
      </w:r>
      <w:r>
        <w:t>andar spirit of inquiry ho, aur yeh bhi ek bohat hi zaroori cheez hai ke is ke andar</w:t>
      </w:r>
    </w:p>
    <w:p>
      <w:pPr>
        <w:jc w:val="right"/>
      </w:pPr>
      <w:r>
        <w:t>اندر اسپرٹ آف انکوائری ہو، اور یہ بھی ایک بہت ہی ضروری چیز ہے کہ اس کے اندر</w:t>
      </w:r>
    </w:p>
    <w:p>
      <w:r>
        <w:rPr>
          <w:b/>
        </w:rPr>
        <w:t xml:space="preserve">[54:31] </w:t>
      </w:r>
      <w:r>
        <w:t>sab ke liye hamdardi ho, sympathy ho.</w:t>
      </w:r>
    </w:p>
    <w:p>
      <w:pPr>
        <w:jc w:val="right"/>
      </w:pPr>
      <w:r>
        <w:t>سب کے لیے ہمدردی ہو، سمپیتھی ہو۔</w:t>
      </w:r>
    </w:p>
    <w:p>
      <w:r>
        <w:rPr>
          <w:b/>
        </w:rPr>
        <w:t xml:space="preserve">[54:37] </w:t>
      </w:r>
      <w:r>
        <w:t>kyunke dekhen, hota kya hai? insaan bohat jald doosron ke baray mein negative ban jata hai.</w:t>
      </w:r>
    </w:p>
    <w:p>
      <w:pPr>
        <w:jc w:val="right"/>
      </w:pPr>
      <w:r>
        <w:t>کیونکہ دیکھیں، ہوتا کیا ہے؟ انسان بہت جلد دوسروں کے بارے میں نیگیٹیو بن جاتا ہے۔</w:t>
      </w:r>
    </w:p>
    <w:p>
      <w:r>
        <w:rPr>
          <w:b/>
        </w:rPr>
        <w:t xml:space="preserve">[54:43] </w:t>
      </w:r>
      <w:r>
        <w:t>aap kisi bhi naujawan ko pakriye aur us se baat kijiye, ladki, ladka ko, ladki ko, bohat jald</w:t>
      </w:r>
    </w:p>
    <w:p>
      <w:pPr>
        <w:jc w:val="right"/>
      </w:pPr>
      <w:r>
        <w:t>آپ کسی بھی نوجوان کو پکڑیے اور اس سے بات کیجئے، لڑکی، لڑکا کو، لڑکی کو، بہت جلد</w:t>
      </w:r>
    </w:p>
    <w:p>
      <w:r>
        <w:rPr>
          <w:b/>
        </w:rPr>
        <w:t xml:space="preserve">[54:49] </w:t>
      </w:r>
      <w:r>
        <w:t>aap discover karenge ke woh negativity mein jee raha hai.</w:t>
      </w:r>
    </w:p>
    <w:p>
      <w:pPr>
        <w:jc w:val="right"/>
      </w:pPr>
      <w:r>
        <w:t>آپ ڈسکور کریں گے کہ وہ نیگیٹیوٹی میں جی رہا ہے۔</w:t>
      </w:r>
    </w:p>
    <w:p>
      <w:r>
        <w:rPr>
          <w:b/>
        </w:rPr>
        <w:t xml:space="preserve">[54:54] </w:t>
      </w:r>
      <w:r>
        <w:t>kahin koi na koi shikayat, ghar ki shikayat, school ki shikayat, society ki shikayat, kisi bhi naujawan ko,</w:t>
      </w:r>
    </w:p>
    <w:p>
      <w:pPr>
        <w:jc w:val="right"/>
      </w:pPr>
      <w:r>
        <w:t>کہیں کوئی نہ کوئی شکایت، گھر کی شکایت، اسکول کی شکایت، سوسائٹی کی شکایت، کسی بھی نوجوان کو،</w:t>
      </w:r>
    </w:p>
    <w:p>
      <w:r>
        <w:rPr>
          <w:b/>
        </w:rPr>
        <w:t xml:space="preserve">[54:59] </w:t>
      </w:r>
      <w:r>
        <w:t>ladki ke larkon ko, ladka ya ladki ko le kar ke aap us ki scrutiny kijiye, to pata</w:t>
      </w:r>
    </w:p>
    <w:p>
      <w:pPr>
        <w:jc w:val="right"/>
      </w:pPr>
      <w:r>
        <w:t>لڑکی کے لڑکوں کو، لڑکا یا لڑکی کو لے کر کے آپ اس کی اسکروٹنی کیجئے، تو پتہ</w:t>
      </w:r>
    </w:p>
    <w:p>
      <w:r>
        <w:rPr>
          <w:b/>
        </w:rPr>
        <w:t xml:space="preserve">[55:04] </w:t>
      </w:r>
      <w:r>
        <w:t>chalega ke kahin na kahin is ke andar ek negative thought maujood hai.</w:t>
      </w:r>
    </w:p>
    <w:p>
      <w:pPr>
        <w:jc w:val="right"/>
      </w:pPr>
      <w:r>
        <w:t>چلے گا کہ کہیں نہ کہیں اس کے اندر ایک نیگیٹیو تھاٹ موجود ہے۔</w:t>
      </w:r>
    </w:p>
    <w:p>
      <w:r>
        <w:rPr>
          <w:b/>
        </w:rPr>
        <w:t xml:space="preserve">[55:09] </w:t>
      </w:r>
      <w:r>
        <w:t>kyun maujood hai?</w:t>
      </w:r>
    </w:p>
    <w:p>
      <w:pPr>
        <w:jc w:val="right"/>
      </w:pPr>
      <w:r>
        <w:t>کیوں موجود ہے؟</w:t>
      </w:r>
    </w:p>
    <w:p>
      <w:r>
        <w:rPr>
          <w:b/>
        </w:rPr>
        <w:t xml:space="preserve">[55:15] </w:t>
      </w:r>
      <w:r>
        <w:t>iske parently, uski jo parenting hui, us mein yeh nahi bataya gaya us ko ke duniya mein tum ko sab kuch smooth nahi milega. Jab duniya mein tum dakhil ho ge to aisa nahi hoga ke sab kuch tum ko smooth tareeqe se mil jaye ya phool hi mile tum ko. Nahi, phool ke saath kaante bhi milenge tum ko. Yeh simple baat nahi bata paaye, bata paate log apne bachon ko ke duniya mein jab tum dakhil ho ga</w:t>
      </w:r>
    </w:p>
    <w:p>
      <w:pPr>
        <w:jc w:val="right"/>
      </w:pPr>
      <w:r>
        <w:t>اس کے پیرنٹلی، اس کی جو پیرنٹنگ ہوئی، اس میں یہ نہیں بتایا گیا اس کو کہ دنیا میں تم کو سب کچھ سموتھ نہیں ملے گا۔ جب دنیا میں تم داخل ہو گے تو ایسا نہیں ہوگا کہ سب کچھ تم کو سموتھ طریقے سے مل جائے یا پھول ہی ملے تم کو۔ نہیں، پھول کے ساتھ کانٹے بھی ملیں گے تم کو۔ یہ سمپل بات نہیں بتا پائے، بتا پاتے لوگ اپنے بچوں کو کہ دنیا میں جب تم داخل ہو گ</w:t>
      </w:r>
    </w:p>
    <w:p>
      <w:r>
        <w:rPr>
          <w:b/>
        </w:rPr>
        <w:t xml:space="preserve">[55:45] </w:t>
      </w:r>
      <w:r>
        <w:t>e to duniya phoolon wali duniya nahi hogi, wahan kaante bhi saath saath honge.</w:t>
      </w:r>
    </w:p>
    <w:p>
      <w:pPr>
        <w:jc w:val="right"/>
      </w:pPr>
      <w:r>
        <w:t>ے تو دنیا پھولوں والی دنیا نہیں ہوگی، وہاں کانٹے بھی ساتھ ساتھ ہوں گے۔</w:t>
      </w:r>
    </w:p>
    <w:p>
      <w:r>
        <w:rPr>
          <w:b/>
        </w:rPr>
        <w:t xml:space="preserve">[55:49] </w:t>
      </w:r>
      <w:r>
        <w:t>to kisi shayar ne bohat sahi kaha ke "gulshan parast hoon, mujhe gul hi nahi aziz, kaanton se</w:t>
      </w:r>
    </w:p>
    <w:p>
      <w:pPr>
        <w:jc w:val="right"/>
      </w:pPr>
      <w:r>
        <w:t>تو کسی شاعر نے بہت صحیح کہا کہ "گلشن پرست ہوں، مجھے گل ہی نہیں عزیز، کانٹوں سے</w:t>
      </w:r>
    </w:p>
    <w:p>
      <w:r>
        <w:rPr>
          <w:b/>
        </w:rPr>
        <w:t xml:space="preserve">[55:53] </w:t>
      </w:r>
      <w:r>
        <w:t>bhi nibah kiye ja raha hoon mein".</w:t>
      </w:r>
    </w:p>
    <w:p>
      <w:pPr>
        <w:jc w:val="right"/>
      </w:pPr>
      <w:r>
        <w:t>بھی نباہ کیے جا رہا ہوں میں"۔</w:t>
      </w:r>
    </w:p>
    <w:p>
      <w:r>
        <w:rPr>
          <w:b/>
        </w:rPr>
        <w:t xml:space="preserve">[55:57] </w:t>
      </w:r>
      <w:r>
        <w:t>yeh seekh, yeh seekh dena hai bachon ko.</w:t>
      </w:r>
    </w:p>
    <w:p>
      <w:pPr>
        <w:jc w:val="right"/>
      </w:pPr>
      <w:r>
        <w:t>یہ سیکھ، یہ سیکھ دینا ہے بچوں کو۔</w:t>
      </w:r>
    </w:p>
    <w:p>
      <w:r>
        <w:rPr>
          <w:b/>
        </w:rPr>
        <w:t xml:space="preserve">[56:02] </w:t>
      </w:r>
      <w:r>
        <w:t>to mein samajhta hoon ke yeh bohat bari khair khwahi bachon ke liye hogi ke unhein poore maanon</w:t>
      </w:r>
    </w:p>
    <w:p>
      <w:pPr>
        <w:jc w:val="right"/>
      </w:pPr>
      <w:r>
        <w:t>تو میں سمجھتا ہوں کہ یہ بہت بڑی خیر خواہی بچوں کے لیے ہوگی کہ انہیں پورے معنوں</w:t>
      </w:r>
    </w:p>
    <w:p>
      <w:r>
        <w:rPr>
          <w:b/>
        </w:rPr>
        <w:t xml:space="preserve">[56:06] </w:t>
      </w:r>
      <w:r>
        <w:t>mein positive thinker bana kar samaj mein bheja jaye.</w:t>
      </w:r>
    </w:p>
    <w:p>
      <w:pPr>
        <w:jc w:val="right"/>
      </w:pPr>
      <w:r>
        <w:t>میں پازیٹیو تھنکر بنا کر سماج میں بھیجا جائے۔</w:t>
      </w:r>
    </w:p>
    <w:p>
      <w:r>
        <w:rPr>
          <w:b/>
        </w:rPr>
        <w:t xml:space="preserve">[56:10] </w:t>
      </w:r>
      <w:r>
        <w:t>un ko yeh form</w:t>
      </w:r>
    </w:p>
    <w:p>
      <w:pPr>
        <w:jc w:val="right"/>
      </w:pPr>
      <w:r>
        <w:t>ان کو یہ فارم</w:t>
      </w:r>
    </w:p>
    <w:p>
      <w:r>
        <w:rPr>
          <w:b/>
        </w:rPr>
        <w:t xml:space="preserve">[56:15] </w:t>
      </w:r>
      <w:r>
        <w:t>ula bataya jaye, yeh art bataya jaye, "how to convert negativity into positivity". Yeh bataya jaye un ko ke jab tum ko negative experience ho, jab tum ko shikayat ho, jab koi tum ko provoke kare, to kaise tum us ko convert karo positivity mein. "How to convert negative experience into positive thinking". Mein samajhta hoon ke sab se badi cheez jo dena cha</w:t>
      </w:r>
    </w:p>
    <w:p>
      <w:pPr>
        <w:jc w:val="right"/>
      </w:pPr>
      <w:r>
        <w:t>ولا بتایا جائے، یہ آرٹ بتایا جائے، "ہاؤ ٹو کنورٹ نیگیٹیوٹی انٹو پازیٹیوٹی"۔ یہ بتایا جائے ان کو کہ جب تم کو نیگیٹیو ایکسپیرینس ہو، جب تم کو شکایت ہو، جب کوئی تم کو پرووک کرے، تو کیسے تم اس کو کنورٹ کرو پازیٹیوٹی میں۔ "ہاؤ ٹو کنورٹ نیگیٹیو ایکسپیرینس انٹو پازیٹیو تھنکنگ"۔ میں سمجھتا ہوں کہ سب سے بڑی چیز جو دینا چ</w:t>
      </w:r>
    </w:p>
    <w:p>
      <w:r>
        <w:rPr>
          <w:b/>
        </w:rPr>
        <w:t xml:space="preserve">[56:45] </w:t>
      </w:r>
      <w:r>
        <w:t>ahiye bachhe ko, woh yeh hai. Saare bachhe jeete hain negativity mein, un se shikayat, un se shikayat, un se shikayat, un se shikayat. Abhi haal mein suna hoga aap ne ke school mein ek bachhe ne doosre bachhe ko revolver uthai aur maar diya. Us ke baap ke paas revolver tha. Ab school mein dono bachhon mein kuch takraar ho gayi, kuch baat ho gayi. Ab ab us ne kya dil mein thaan liya ke mujhe</w:t>
      </w:r>
    </w:p>
    <w:p>
      <w:pPr>
        <w:jc w:val="right"/>
      </w:pPr>
      <w:r>
        <w:t>اہیے بچے کو، وہ یہ ہے۔ سارے بچے جیتے ہیں نیگیٹیوٹی میں، ان سے شکایت، ان سے شکایت، ان سے شکایت، ان سے شکایت۔ ابھی حال میں سنا ہوگا آپ نے کہ اسکول میں ایک بچے نے دوسرے بچے کو ریوالور اٹھائی اور مار دیا۔ اس کے باپ کے پاس ریوالور تھا۔ اب اسکول میں دونوں بچوں میں کچھ تکرار ہو گئی، کچھ بات ہو گئی۔ اب اب اس نے کیا دل میں ٹھان لیا کہ مجھے</w:t>
      </w:r>
    </w:p>
    <w:p>
      <w:r>
        <w:rPr>
          <w:b/>
        </w:rPr>
        <w:t xml:space="preserve">[57:15] </w:t>
      </w:r>
      <w:r>
        <w:t>isko maarna hai. Ab ghar gaya, us ke baap ke paas revolver hoti thi, to apne bag mein revolver rakh kar laya. Aur school mein jab dono ekattha hue to revolver nikala, us ki trigger dabaya aur maar diya us ko. Woh khatam. To yeh yeh soch rahi parent, yaani is bachhe ki sahi parenting nahi hui, is bachhe ki healthy parenting nahi hui. Is wajah se e</w:t>
      </w:r>
    </w:p>
    <w:p>
      <w:pPr>
        <w:jc w:val="right"/>
      </w:pPr>
      <w:r>
        <w:t>اس کو مارنا ہے۔ اب گھر گیا، اس کے باپ کے پاس ریوالور ہوتی تھی، تو اپنے بیگ میں ریوالور رکھ کر لایا۔ اور اسکول میں جب دونوں اکٹھا ہوئے تو ریوالور نکالا، اس کی ٹریگر دبایا اور مار دیا اس کو۔ وہ ختم۔ تو یہ یہ سوچ رہی پیرنٹ، یعنی اس بچے کی صحیح پیرنٹنگ نہیں ہوئی، اس بچے کی ہیلدی پیرنٹنگ نہیں ہوئی۔ اس وجہ سے ای</w:t>
      </w:r>
    </w:p>
    <w:p>
      <w:r>
        <w:rPr>
          <w:b/>
        </w:rPr>
        <w:t xml:space="preserve">[57:45] </w:t>
      </w:r>
      <w:r>
        <w:t>sa hua.</w:t>
      </w:r>
    </w:p>
    <w:p>
      <w:pPr>
        <w:jc w:val="right"/>
      </w:pPr>
      <w:r>
        <w:t>سا ہوا۔</w:t>
      </w:r>
    </w:p>
    <w:p>
      <w:r>
        <w:rPr>
          <w:b/>
        </w:rPr>
        <w:t xml:space="preserve">[57:50] </w:t>
      </w:r>
      <w:r>
        <w:t>to kitni sahi baat hai hadees mein ke sab se bari cheez jo koi baap apne bachay ko</w:t>
      </w:r>
    </w:p>
    <w:p>
      <w:pPr>
        <w:jc w:val="right"/>
      </w:pPr>
      <w:r>
        <w:t>تو کتنی صحیح بات ہے حدیث میں کہ سب سے بڑی چیز جو کوئی باپ اپنے بچے کو</w:t>
      </w:r>
    </w:p>
    <w:p>
      <w:r>
        <w:rPr>
          <w:b/>
        </w:rPr>
        <w:t xml:space="preserve">[57:55] </w:t>
      </w:r>
      <w:r>
        <w:t>de sakta hai, woh hai education, best education.</w:t>
      </w:r>
    </w:p>
    <w:p>
      <w:pPr>
        <w:jc w:val="right"/>
      </w:pPr>
      <w:r>
        <w:t>دے سکتا ہے، وہ ہے ایجوکیشن، بیسٹ ایجوکیشن۔</w:t>
      </w:r>
    </w:p>
    <w:p>
      <w:r>
        <w:rPr>
          <w:b/>
        </w:rPr>
        <w:t xml:space="preserve">[58:00] </w:t>
      </w:r>
      <w:r>
        <w:t>aur education ka matlab yahi hai, is ka matlab degree nahi hai.</w:t>
      </w:r>
    </w:p>
    <w:p>
      <w:pPr>
        <w:jc w:val="right"/>
      </w:pPr>
      <w:r>
        <w:t>اور ایجوکیشن کا مطلب یہی ہے، اس کا مطلب ڈگری نہیں ہے۔</w:t>
      </w:r>
    </w:p>
    <w:p>
      <w:r>
        <w:rPr>
          <w:b/>
        </w:rPr>
        <w:t xml:space="preserve">[58:06] </w:t>
      </w:r>
      <w:r>
        <w:t>degree bhi chahiye zaroor, lekin is hadees mein jo baat kahi gayi hai, woh zyada bari baat hai,</w:t>
      </w:r>
    </w:p>
    <w:p>
      <w:pPr>
        <w:jc w:val="right"/>
      </w:pPr>
      <w:r>
        <w:t>ڈگری بھی چاہیے ضرور، لیکن اس حدیث میں جو بات کہی گئی ہے، وہ زیادہ بڑی بات ہے،</w:t>
      </w:r>
    </w:p>
    <w:p>
      <w:r>
        <w:rPr>
          <w:b/>
        </w:rPr>
        <w:t xml:space="preserve">[58:11] </w:t>
      </w:r>
      <w:r>
        <w:t>zyada aham baat hai, zyada important baat hai, woh hai seekh, learning,</w:t>
      </w:r>
    </w:p>
    <w:p>
      <w:pPr>
        <w:jc w:val="right"/>
      </w:pPr>
      <w:r>
        <w:t>زیادہ اہم بات ہے، زیادہ امپورٹنٹ بات ہے، وہ ہے سیکھ، لرننگ،</w:t>
      </w:r>
    </w:p>
    <w:p>
      <w:r>
        <w:rPr>
          <w:b/>
        </w:rPr>
        <w:t xml:space="preserve">[58:16] </w:t>
      </w:r>
      <w:r>
        <w:t>art of life.</w:t>
      </w:r>
    </w:p>
    <w:p>
      <w:pPr>
        <w:jc w:val="right"/>
      </w:pPr>
      <w:r>
        <w:t>آرٹ آف لائف۔</w:t>
      </w:r>
    </w:p>
    <w:p>
      <w:r>
        <w:rPr>
          <w:b/>
        </w:rPr>
        <w:t xml:space="preserve">[58:24] </w:t>
      </w:r>
      <w:r>
        <w:t>kaise duniya mein jiya jaye, realistic approach, constructive thinking, yeh sab cheezein zyada aham hain.</w:t>
      </w:r>
    </w:p>
    <w:p>
      <w:pPr>
        <w:jc w:val="right"/>
      </w:pPr>
      <w:r>
        <w:t>کیسے دنیا میں جیا جائے، ریلسٹک اپروچ، کنسٹرکٹو تھنکنگ، یہ سب چیزیں زیادہ اہم ہیں۔</w:t>
      </w:r>
    </w:p>
    <w:p>
      <w:r>
        <w:rPr>
          <w:b/>
        </w:rPr>
        <w:t xml:space="preserve">[58:31] </w:t>
      </w:r>
      <w:r>
        <w:t>to mein samajhta hoon ke har baap ko chahiye ke woh healthy parenting kare, apne bachon ke andar</w:t>
      </w:r>
    </w:p>
    <w:p>
      <w:pPr>
        <w:jc w:val="right"/>
      </w:pPr>
      <w:r>
        <w:t>تو میں سمجھتا ہوں کہ ہر باپ کو چاہیے کہ وہ ہیلدی پیرنٹنگ کرے، اپنے بچوں کے اندر</w:t>
      </w:r>
    </w:p>
    <w:p>
      <w:r>
        <w:rPr>
          <w:b/>
        </w:rPr>
        <w:t xml:space="preserve">[58:39] </w:t>
      </w:r>
      <w:r>
        <w:t>woh quality paida kare, jis ko le kar woh jab dakhil ho society mein to woh ek kami</w:t>
      </w:r>
    </w:p>
    <w:p>
      <w:pPr>
        <w:jc w:val="right"/>
      </w:pPr>
      <w:r>
        <w:t>وہ کوالٹی پیدا کرے، جس کو لے کر وہ جب داخل ہو سوسائٹی میں تو وہ ایک کامی</w:t>
      </w:r>
    </w:p>
    <w:p>
      <w:r>
        <w:rPr>
          <w:b/>
        </w:rPr>
        <w:t xml:space="preserve">[58:46] </w:t>
      </w:r>
      <w:r>
        <w:t>ab insaan ban kar zindagi guzare.</w:t>
      </w:r>
    </w:p>
    <w:p>
      <w:pPr>
        <w:jc w:val="right"/>
      </w:pPr>
      <w:r>
        <w:t>اب انسان بن کر زندگی گزارے۔</w:t>
      </w:r>
    </w:p>
    <w:p>
      <w:r>
        <w:rPr>
          <w:b/>
        </w:rPr>
        <w:t xml:space="preserve">[1:01:24] </w:t>
      </w:r>
      <w:r>
        <w:t>aqool qaulaha hadha wastaghfirullaha li walakum ajmaeen</w:t>
      </w:r>
    </w:p>
    <w:p>
      <w:pPr>
        <w:jc w:val="right"/>
      </w:pPr>
      <w:r>
        <w:t>اقول قولھذا واستغفراللہ لیولکم اجمعین</w:t>
      </w:r>
    </w:p>
    <w:p>
      <w:r>
        <w:rPr>
          <w:b/>
        </w:rPr>
        <w:t xml:space="preserve">[1:04:01] </w:t>
      </w:r>
      <w:r>
        <w:t>.</w:t>
      </w:r>
    </w:p>
    <w:p>
      <w:pPr>
        <w:jc w:val="right"/>
      </w:pPr>
      <w: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