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Building a Heavenly Personality 15 April 2012</w:t>
      </w:r>
    </w:p>
    <w:p>
      <w:r>
        <w:t>https://youtu.be/4YO-sZSBFPI</w:t>
      </w:r>
    </w:p>
    <w:p>
      <w:r>
        <w:rPr>
          <w:b/>
        </w:rPr>
        <w:t xml:space="preserve">[00:14] </w:t>
      </w:r>
      <w:r>
        <w:t>bismillah rehman rehim. wasallallaahu alaa nabiyyil kareem.</w:t>
      </w:r>
    </w:p>
    <w:p>
      <w:pPr>
        <w:jc w:val="right"/>
      </w:pPr>
      <w:r>
        <w:t>بسم اللہ الرحمن الرحیم۔ وصلی اللہ علی النبی الکریم۔</w:t>
      </w:r>
    </w:p>
    <w:p>
      <w:r>
        <w:rPr>
          <w:b/>
        </w:rPr>
        <w:t xml:space="preserve">[00:23] </w:t>
      </w:r>
      <w:r>
        <w:t>rab ishrah li sadri, wa yassir li amri, wah lul uqdatan min lisaani, yafqahu qawli.</w:t>
      </w:r>
    </w:p>
    <w:p>
      <w:pPr>
        <w:jc w:val="right"/>
      </w:pPr>
      <w:r>
        <w:t>رب اشرح لی صدری، ویسر لی امری، واحل العقدۃ من لسانی، یفقہ قولی۔</w:t>
      </w:r>
    </w:p>
    <w:p>
      <w:r>
        <w:rPr>
          <w:b/>
        </w:rPr>
        <w:t xml:space="preserve">[00:37] </w:t>
      </w:r>
      <w:r>
        <w:t>aaj ka topic hai:</w:t>
      </w:r>
    </w:p>
    <w:p>
      <w:pPr>
        <w:jc w:val="right"/>
      </w:pPr>
      <w:r>
        <w:t>آج کا ٹاپک ہے:</w:t>
      </w:r>
    </w:p>
    <w:p>
      <w:r>
        <w:rPr>
          <w:b/>
        </w:rPr>
        <w:t xml:space="preserve">[00:41] </w:t>
      </w:r>
      <w:r>
        <w:t>building a heavenly personality. yaani jannati shakhsiyat ki taameer.</w:t>
      </w:r>
    </w:p>
    <w:p>
      <w:pPr>
        <w:jc w:val="right"/>
      </w:pPr>
      <w:r>
        <w:t>بلڈنگ اہیملی پرسنیلٹی۔ یعنی جنتی شخصیت کی تعمیر۔</w:t>
      </w:r>
    </w:p>
    <w:p>
      <w:r>
        <w:rPr>
          <w:b/>
        </w:rPr>
        <w:t xml:space="preserve">[00:54] </w:t>
      </w:r>
      <w:r>
        <w:t>dekhiye, jannat hum sab ka goal hai. hum mein se har shakhs chahta hai ke marne ke baad is ko jannat milay.</w:t>
      </w:r>
    </w:p>
    <w:p>
      <w:pPr>
        <w:jc w:val="right"/>
      </w:pPr>
      <w:r>
        <w:t>دیکھیے، جنت ہم سب کا گول ہے۔ ہم میں سے ہر شخص چاہتا ہے کہ مرنے کے بعد اس کو جنت ملے۔</w:t>
      </w:r>
    </w:p>
    <w:p>
      <w:r>
        <w:rPr>
          <w:b/>
        </w:rPr>
        <w:t xml:space="preserve">[01:07] </w:t>
      </w:r>
      <w:r>
        <w:t>magar jannat kaise milegi? jannat ko paanay ki shart kya hai? is ke baray mein logon ke zehan waazeh nahin hain.</w:t>
      </w:r>
    </w:p>
    <w:p>
      <w:pPr>
        <w:jc w:val="right"/>
      </w:pPr>
      <w:r>
        <w:t>مگر جنت کیسے ملے گی؟ جنت کو پانے کی شرط کیا ہے؟ اس کے بارے میں لوگوں کے ذہن واضح نہیں ہیں۔</w:t>
      </w:r>
    </w:p>
    <w:p>
      <w:r>
        <w:rPr>
          <w:b/>
        </w:rPr>
        <w:t xml:space="preserve">[01:21] </w:t>
      </w:r>
      <w:r>
        <w:t>aksar log yeh samajhte hain ke saat taseeh parh lo to jannat mil jaayegi. takbeer e oola foot na ho to jannat mil jaayegi.</w:t>
      </w:r>
    </w:p>
    <w:p>
      <w:pPr>
        <w:jc w:val="right"/>
      </w:pPr>
      <w:r>
        <w:t>اکثر لوگ یہ سمجھتے ہیں کہ ساتوں تسبیح پڑھ لو تو جنت مل جائے گی۔ تکبیر اولیٰ فوت نہ ہو تو جنت مل جائے گی۔</w:t>
      </w:r>
    </w:p>
    <w:p>
      <w:r>
        <w:rPr>
          <w:b/>
        </w:rPr>
        <w:t xml:space="preserve">[01:36] </w:t>
      </w:r>
      <w:r>
        <w:t>ishraaq aur chashat parho to jannat mil jaayegi. tahajjud parho to jannat mil jaayegi. chilla de do to jannat mil jaayegi.</w:t>
      </w:r>
    </w:p>
    <w:p>
      <w:pPr>
        <w:jc w:val="right"/>
      </w:pPr>
      <w:r>
        <w:t>اشراق اور چاشت پڑھو تو جنت مل جائے گی۔ تہجد پڑھو تو جنت مل جائے گی۔ چلہ دے دو تو جنت مل جائے گی۔</w:t>
      </w:r>
    </w:p>
    <w:p>
      <w:r>
        <w:rPr>
          <w:b/>
        </w:rPr>
        <w:t xml:space="preserve">[01:47] </w:t>
      </w:r>
      <w:r>
        <w:t>kisi buzurg ka daaman thaam lo to jannat mil jaayegi. waghera waghera. is qism ke tamaam khayalaat bilashubha baseless hain, jin ka jannat se koi taalluq nahin.</w:t>
      </w:r>
    </w:p>
    <w:p>
      <w:pPr>
        <w:jc w:val="right"/>
      </w:pPr>
      <w:r>
        <w:t>کسی بزرگ کا دامن تھام لو تو جنت مل جائے گی۔ وغیرہ وغیرہ۔ اس قسم کے تمام خیالات بلاشبہ بیسلیس ہیں، جن کا جنت سے کوئی تعلق نہیں۔</w:t>
      </w:r>
    </w:p>
    <w:p>
      <w:r>
        <w:rPr>
          <w:b/>
        </w:rPr>
        <w:t xml:space="preserve">[02:07] </w:t>
      </w:r>
      <w:r>
        <w:t>boht ziyaada is baat ko samajh lijiye ke jannat ki price hamare bahar nahin hai, hamare andar hai. bahar ka koi amal ke aap ne haraamain ki ziyaarat kar li to jannat mil gayi?</w:t>
      </w:r>
    </w:p>
    <w:p>
      <w:pPr>
        <w:jc w:val="right"/>
      </w:pPr>
      <w:r>
        <w:t>بہت زیادہ اس بات کو سمجھ لیجیے کہ جنت کی پرائس ہمارے باہر نہیں ہے، ہمارے اندر ہے۔ باہر کا کوئی عمل کہ آپ نے حرمین کی زیارت کر لی تو جنت مل گئی؟</w:t>
      </w:r>
    </w:p>
    <w:p>
      <w:r>
        <w:rPr>
          <w:b/>
        </w:rPr>
        <w:t xml:space="preserve">[02:23] </w:t>
      </w:r>
      <w:r>
        <w:t>hargiz hargiz aisa nahi hone wala hai. jannat paanay ki shart hum se bahar kuch nahi hai, hamare andar hai.</w:t>
      </w:r>
    </w:p>
    <w:p>
      <w:pPr>
        <w:jc w:val="right"/>
      </w:pPr>
      <w:r>
        <w:t>ہرگز ہرگز ایسا نہیں ہونے والا ہے۔ جنت پانے کی شرط ہم سے باہر کچھ نہیں ہے، ہمارے اندر ہے۔</w:t>
      </w:r>
    </w:p>
    <w:p>
      <w:r>
        <w:rPr>
          <w:b/>
        </w:rPr>
        <w:t xml:space="preserve">[02:35] </w:t>
      </w:r>
      <w:r>
        <w:t>yani aap ke apne andar aik shakhsiyat banegi jis ko maine kaha ke jannati shakhsiyat. jannat mein basanay ke qabil aik insaan, woh jannat mein dakhil kiya jayega.</w:t>
      </w:r>
    </w:p>
    <w:p>
      <w:pPr>
        <w:jc w:val="right"/>
      </w:pPr>
      <w:r>
        <w:t>یعنی آپ کے اپنے اندر ایک شخصیت بنے گی جس کو میں نے کہا کہ جنتی شخصیت۔ جنت میں بسانے کے قابل ایک انسان، وہ جنت میں داخل کیا جائے گا۔</w:t>
      </w:r>
    </w:p>
    <w:p>
      <w:r>
        <w:rPr>
          <w:b/>
        </w:rPr>
        <w:t xml:space="preserve">[02:52] </w:t>
      </w:r>
      <w:r>
        <w:t>yahi baat hai quran mein: zaliq jaza man tazka.</w:t>
      </w:r>
    </w:p>
    <w:p>
      <w:pPr>
        <w:jc w:val="right"/>
      </w:pPr>
      <w:r>
        <w:t>یہی بات ہے قرآن میں: ذالک جزا من تزکا۔</w:t>
      </w:r>
    </w:p>
    <w:p>
      <w:r>
        <w:rPr>
          <w:b/>
        </w:rPr>
        <w:t xml:space="preserve">[03:00] </w:t>
      </w:r>
      <w:r>
        <w:t>yani woh shakhsiyat jo, woh insaan jo apna, apni shakhsiyat ka tazkiya kare. apne andar rabbani insaan banaye.</w:t>
      </w:r>
    </w:p>
    <w:p>
      <w:pPr>
        <w:jc w:val="right"/>
      </w:pPr>
      <w:r>
        <w:t>یعنی وہ شخصیت جو، وہ انسان جو اپنا، اپنی شخصیت کا تزکیہ کرے۔ اپنے اندر ربانی انسان بنائے۔</w:t>
      </w:r>
    </w:p>
    <w:p>
      <w:r>
        <w:rPr>
          <w:b/>
        </w:rPr>
        <w:t xml:space="preserve">[03:14] </w:t>
      </w:r>
      <w:r>
        <w:t>jannat aik bohat hi refine qism ka ki society hai. bohat ziyada nafees, bohat ziyada lateef, bohat ziyada perfect, bohat ziyada ideal.</w:t>
      </w:r>
    </w:p>
    <w:p>
      <w:pPr>
        <w:jc w:val="right"/>
      </w:pPr>
      <w:r>
        <w:t>جنت ایک بہت ہی ریفائن قسم کا کی سوسائٹی ہے۔ بہت زیادہ نفیس، بہت زیادہ لطیف، بہت زیادہ پرفیکٹ، بہت زیادہ آئیڈیل۔</w:t>
      </w:r>
    </w:p>
    <w:p>
      <w:r>
        <w:rPr>
          <w:b/>
        </w:rPr>
        <w:t xml:space="preserve">[03:29] </w:t>
      </w:r>
      <w:r>
        <w:t>to is dunya mein basanay ke liye jo qualities darkar hain, woh aap ke andar hon to jannat milegi.</w:t>
      </w:r>
    </w:p>
    <w:p>
      <w:pPr>
        <w:jc w:val="right"/>
      </w:pPr>
      <w:r>
        <w:t>تو اس دنیا میں بسانے کے لیے جو کوالٹیز درکار ہیں، وہ آپ کے اندر ہوں تو جنت ملے گی۔</w:t>
      </w:r>
    </w:p>
    <w:p>
      <w:r>
        <w:rPr>
          <w:b/>
        </w:rPr>
        <w:t xml:space="preserve">[03:41] </w:t>
      </w:r>
      <w:r>
        <w:t>baqi bahar bahar kuch kar dein aap, is se jannat hargiz nahi milne wali hai. bilkul aik false fit mein jeena hai. yeh amani mein jeena hai.</w:t>
      </w:r>
    </w:p>
    <w:p>
      <w:pPr>
        <w:jc w:val="right"/>
      </w:pPr>
      <w:r>
        <w:t>باقی باہر باہر کچھ کر دیں آپ، اس سے جنت ہرگز نہیں ملنے والی ہے۔ بالکل ایک فالس فٹ میں جینا ہے۔ یہ امانی میں جینا ہے۔</w:t>
      </w:r>
    </w:p>
    <w:p>
      <w:r>
        <w:rPr>
          <w:b/>
        </w:rPr>
        <w:t xml:space="preserve">[03:50] </w:t>
      </w:r>
      <w:r>
        <w:t>lay be amani walamani alkitab. mayam yajzibi.</w:t>
      </w:r>
    </w:p>
    <w:p>
      <w:pPr>
        <w:jc w:val="right"/>
      </w:pPr>
      <w:r>
        <w:t>لے بے امانی ولامانی الکتاب۔ میام یجذبی۔</w:t>
      </w:r>
    </w:p>
    <w:p>
      <w:r>
        <w:rPr>
          <w:b/>
        </w:rPr>
        <w:t xml:space="preserve">[03:56] </w:t>
      </w:r>
      <w:r>
        <w:t>to mera khayal hai ke is zamane mein log sab amani mein baithe hue hain, lekin kuch na kuch hum har ek ke dimagh mein amani hai.</w:t>
      </w:r>
    </w:p>
    <w:p>
      <w:pPr>
        <w:jc w:val="right"/>
      </w:pPr>
      <w:r>
        <w:t>تو میرا خیال ہے کہ اس زمانے میں لوگ سب امانی میں بیٹھے ہوئے ہیں، لیکن کچھ نہ کچھ ہم ہر ایک کے دماغ میں امانی ہے۔</w:t>
      </w:r>
    </w:p>
    <w:p>
      <w:r>
        <w:rPr>
          <w:b/>
        </w:rPr>
        <w:t xml:space="preserve">[04:06] </w:t>
      </w:r>
      <w:r>
        <w:t>is se woh samajhta hai ke us ko jannat mil jayegi.</w:t>
      </w:r>
    </w:p>
    <w:p>
      <w:pPr>
        <w:jc w:val="right"/>
      </w:pPr>
      <w:r>
        <w:t>اس سے وہ سمجھتا ہے کہ اس کو جنت مل جائے گی۔</w:t>
      </w:r>
    </w:p>
    <w:p>
      <w:r>
        <w:rPr>
          <w:b/>
        </w:rPr>
        <w:t xml:space="preserve">[04:12] </w:t>
      </w:r>
      <w:r>
        <w:t>to is se aadmi ko jitni jald bahar nikal aaye acha hai. kyunke maut ke baad kuch hone wala nahi hai.</w:t>
      </w:r>
    </w:p>
    <w:p>
      <w:pPr>
        <w:jc w:val="right"/>
      </w:pPr>
      <w:r>
        <w:t>تو اس سے آدمی کو جتنی جلد باہر نکل آئے اچھا ہے۔ کیونکہ موت کے بعد کچھ ہونے والا نہیں ہے۔</w:t>
      </w:r>
    </w:p>
    <w:p>
      <w:r>
        <w:rPr>
          <w:b/>
        </w:rPr>
        <w:t xml:space="preserve">[04:24] </w:t>
      </w:r>
      <w:r>
        <w:t>jo kuch hoga woh mujh se pehle hoga. abhi aik kitab mujhe mili. is ko parhne ke baad mujhe andaza hua ke</w:t>
      </w:r>
    </w:p>
    <w:p>
      <w:pPr>
        <w:jc w:val="right"/>
      </w:pPr>
      <w:r>
        <w:t>جو کچھ ہوگا وہ مجھ سے پہلے ہوگا۔ ابھی ایک کتاب مجھے ملی۔ اس کو پڑھنے کے بعد مجھے اندازہ ہوا کہ</w:t>
      </w:r>
    </w:p>
    <w:p>
      <w:r>
        <w:rPr>
          <w:b/>
        </w:rPr>
        <w:t xml:space="preserve">[04:36] </w:t>
      </w:r>
      <w:r>
        <w:t>sab se bari rukawat kya hai jannat ke muamle mein.</w:t>
      </w:r>
    </w:p>
    <w:p>
      <w:pPr>
        <w:jc w:val="right"/>
      </w:pPr>
      <w:r>
        <w:t>سب سے بڑی رکاوٹ کیا ہے جنت کے معاملے میں۔</w:t>
      </w:r>
    </w:p>
    <w:p>
      <w:r>
        <w:rPr>
          <w:b/>
        </w:rPr>
        <w:t xml:space="preserve">[04:43] </w:t>
      </w:r>
      <w:r>
        <w:t>is kitab ka title tha: creating a paradise on earth.</w:t>
      </w:r>
    </w:p>
    <w:p>
      <w:pPr>
        <w:jc w:val="right"/>
      </w:pPr>
      <w:r>
        <w:t>اس کتاب کا ٹائٹل تھا: کریٹنگ ا پیراڈائز ان ارتھ۔</w:t>
      </w:r>
    </w:p>
    <w:p>
      <w:r>
        <w:rPr>
          <w:b/>
        </w:rPr>
        <w:t xml:space="preserve">[04:54] </w:t>
      </w:r>
      <w:r>
        <w:t>creating paradise on earth. zameen par jannat banana. to woh aik idara tha, woh logon ko batate hain ke hamare idare mein jo tareeqe hain us ko ikhtiyar karo, meditation ke.</w:t>
      </w:r>
    </w:p>
    <w:p>
      <w:pPr>
        <w:jc w:val="right"/>
      </w:pPr>
      <w:r>
        <w:t>کریٹنگ پیراڈائز ان ارتھ۔ زمین پر جنت بنانا۔ تو وہ ایک ادارہ تھا، وہ لوگوں کو بتاتے ہیں کہ ہمارے ادارے میں جو طریقے ہیں اس کو اختیار کرو، میڈیٹیشن کے۔</w:t>
      </w:r>
    </w:p>
    <w:p>
      <w:r>
        <w:rPr>
          <w:b/>
        </w:rPr>
        <w:t xml:space="preserve">[05:09] </w:t>
      </w:r>
      <w:r>
        <w:t>to isi dunya mein tum ko jannat mil jayegi.</w:t>
      </w:r>
    </w:p>
    <w:p>
      <w:pPr>
        <w:jc w:val="right"/>
      </w:pPr>
      <w:r>
        <w:t>تو اسی دنیا میں تم کو جنت مل جائے گی۔</w:t>
      </w:r>
    </w:p>
    <w:p>
      <w:r>
        <w:rPr>
          <w:b/>
        </w:rPr>
        <w:t xml:space="preserve">[05:14] </w:t>
      </w:r>
      <w:r>
        <w:t>yeh sab bilkul amani hain, baseless baatein hain.</w:t>
      </w:r>
    </w:p>
    <w:p>
      <w:pPr>
        <w:jc w:val="right"/>
      </w:pPr>
      <w:r>
        <w:t>یہ سب بالکل امانی ہیں، بیسلیس باتیں ہیں۔</w:t>
      </w:r>
    </w:p>
    <w:p>
      <w:r>
        <w:rPr>
          <w:b/>
        </w:rPr>
        <w:t xml:space="preserve">[05:21] </w:t>
      </w:r>
      <w:r>
        <w:t>lekin is ko le kar maine socha to aik bohat bari baat samajh mein aayi. woh yeh hai ke dekhiye, har insaan ki fitrat mein Allah taala ne jannat ka tasawwur rakh diya, jannat ka shauq rakh diya.</w:t>
      </w:r>
    </w:p>
    <w:p>
      <w:pPr>
        <w:jc w:val="right"/>
      </w:pPr>
      <w:r>
        <w:t>لیکن اس کو لے کر میں نے سوچا تو ایک بہت بڑی بات سمجھ میں آئی۔ وہ یہ ہے کہ دیکھیے، ہر انسان کی فطرت میں اللہ تعالیٰ نے جنت کا تصور رکھ دیا، جنت کا شوق رکھ دیا۔</w:t>
      </w:r>
    </w:p>
    <w:p>
      <w:r>
        <w:rPr>
          <w:b/>
        </w:rPr>
        <w:t xml:space="preserve">[05:43] </w:t>
      </w:r>
      <w:r>
        <w:t>har insaan paidaishi tor par jannat ka talib hai. yani yeh kehna sahi hoga ke man is a paradise seeking animal.</w:t>
      </w:r>
    </w:p>
    <w:p>
      <w:pPr>
        <w:jc w:val="right"/>
      </w:pPr>
      <w:r>
        <w:t>ہر انسان پیدائشی طور پر جنت کا طالب ہے۔ یعنی یہ کہنا صحیح ہوگا کہ مائن از ا پیراڈائز سیکنگ اینیمل۔</w:t>
      </w:r>
    </w:p>
    <w:p>
      <w:r>
        <w:rPr>
          <w:b/>
        </w:rPr>
        <w:t xml:space="preserve">[05:58] </w:t>
      </w:r>
      <w:r>
        <w:t>man is a paradise seeking animal. aisa lagta hai ke hamare jo, hamara jo insaan awwal tha yani Adam, unhon ne jannat ko dekha tha.</w:t>
      </w:r>
    </w:p>
    <w:p>
      <w:pPr>
        <w:jc w:val="right"/>
      </w:pPr>
      <w:r>
        <w:t>مائن از ا پیراڈائز سیکنگ اینیمل۔ ایسے لگتا ہے کہ ہمارے جو، ہمارا جو انسان اول تھا یعنی آدم، انہوں نے جنت کو دیکھا تھا۔</w:t>
      </w:r>
    </w:p>
    <w:p>
      <w:r>
        <w:rPr>
          <w:b/>
        </w:rPr>
        <w:t xml:space="preserve">[06:11] </w:t>
      </w:r>
      <w:r>
        <w:t>woh naqsha hamare dimaghon mein basa hua hai, nasal dar nasal.</w:t>
      </w:r>
    </w:p>
    <w:p>
      <w:pPr>
        <w:jc w:val="right"/>
      </w:pPr>
      <w:r>
        <w:t>وہ نقشہ ہمارے دماغوں میں بسا ہوا ہے، نسل در نسل۔</w:t>
      </w:r>
    </w:p>
    <w:p>
      <w:r>
        <w:rPr>
          <w:b/>
        </w:rPr>
        <w:t xml:space="preserve">[06:19] </w:t>
      </w:r>
      <w:r>
        <w:t>to woh jo basa hua naqsha hai to hum mein se har shakhs jannat ka talib bana hua hai. har shakhs chahta hai ke dunya mein mujhe</w:t>
      </w:r>
    </w:p>
    <w:p>
      <w:pPr>
        <w:jc w:val="right"/>
      </w:pPr>
      <w:r>
        <w:t>تو وہ جو بسا ہوا نقشہ ہے تو ہم میں سے ہر شخص جنت کا طالب بنا ہوا ہے۔ ہر شخص چاہتا ہے کہ دنیا میں مجھے</w:t>
      </w:r>
    </w:p>
    <w:p>
      <w:r>
        <w:rPr>
          <w:b/>
        </w:rPr>
        <w:t xml:space="preserve">[06:28] </w:t>
      </w:r>
      <w:r>
        <w:t>aisa mera jannati ghar mile, jannati family mile, jannati zindagi mile. isi mein basa hua hai har aadmi.</w:t>
      </w:r>
    </w:p>
    <w:p>
      <w:pPr>
        <w:jc w:val="right"/>
      </w:pPr>
      <w:r>
        <w:t>ایسا میرا جنتی گھر ملے، جنتی فیملی ملے، جنتی زندگی ملے۔ اسی میں بسا ہوا ہے ہر آدمی۔</w:t>
      </w:r>
    </w:p>
    <w:p>
      <w:r>
        <w:rPr>
          <w:b/>
        </w:rPr>
        <w:t xml:space="preserve">[06:41] </w:t>
      </w:r>
      <w:r>
        <w:t>lekin is dunya ko Allah taala ne jannat ke liye banaya nahi hai. jannat to akhirat ki dunya mein hai.</w:t>
      </w:r>
    </w:p>
    <w:p>
      <w:pPr>
        <w:jc w:val="right"/>
      </w:pPr>
      <w:r>
        <w:t>لیکن اس دنیا کو اللہ تعالیٰ نے جنت کے لیے بنایا نہیں ہے۔ جنت تو آخرت کی دنیا میں ہے۔</w:t>
      </w:r>
    </w:p>
    <w:p>
      <w:r>
        <w:rPr>
          <w:b/>
        </w:rPr>
        <w:t xml:space="preserve">[06:53] </w:t>
      </w:r>
      <w:r>
        <w:t>is ka matlab kya hua ke insaan jannat ka talib hai, paidaishi tor par.</w:t>
      </w:r>
    </w:p>
    <w:p>
      <w:pPr>
        <w:jc w:val="right"/>
      </w:pPr>
      <w:r>
        <w:t>اس کا مطلب کیا ہوا کہ انسان جنت کا طالب ہے، پیدائشی طور پر۔</w:t>
      </w:r>
    </w:p>
    <w:p>
      <w:r>
        <w:rPr>
          <w:b/>
        </w:rPr>
        <w:t xml:space="preserve">[07:01] </w:t>
      </w:r>
      <w:r>
        <w:t>lekin jannat mile gi kahan? aakhirat mein.</w:t>
      </w:r>
    </w:p>
    <w:p>
      <w:pPr>
        <w:jc w:val="right"/>
      </w:pPr>
      <w:r>
        <w:t>لیکن جنت ملے گی کہاں؟ آخرت میں۔</w:t>
      </w:r>
    </w:p>
    <w:p>
      <w:r>
        <w:rPr>
          <w:b/>
        </w:rPr>
        <w:t xml:space="preserve">[07:07] </w:t>
      </w:r>
      <w:r>
        <w:t>lekin apne is andar jo talab baithi hui hai, us ki wajah se aadmi isi dunya mein jannat ko talash karne lagta hai.</w:t>
      </w:r>
    </w:p>
    <w:p>
      <w:pPr>
        <w:jc w:val="right"/>
      </w:pPr>
      <w:r>
        <w:t>لیکن اپنے اس اندر جو طلب بیٹھی ہوئی ہے، اس کی وجہ سے آدمی اسی دنیا میں جنت کو تلاش کرنے لگتا ہے۔</w:t>
      </w:r>
    </w:p>
    <w:p>
      <w:r>
        <w:rPr>
          <w:b/>
        </w:rPr>
        <w:t xml:space="preserve">[07:17] </w:t>
      </w:r>
      <w:r>
        <w:t>is dunya mein jannat wala amal darkaar tha, na ke khud jannat ki taameer. to bajaye is ke ke hum jannat wala amal karein, is dunya mein hum jannat banane lagte hain.</w:t>
      </w:r>
    </w:p>
    <w:p>
      <w:pPr>
        <w:jc w:val="right"/>
      </w:pPr>
      <w:r>
        <w:t>اس دنیا میں جنت والا عمل درکار تھا، نہ کہ خود جنت کی تعمیر۔ تو بجائے اس کے کہ ہم جنت والا عمل کریں، اس دنیا میں ہم جنت بنانے لگتے ہیں۔</w:t>
      </w:r>
    </w:p>
    <w:p>
      <w:r>
        <w:rPr>
          <w:b/>
        </w:rPr>
        <w:t xml:space="preserve">[07:32] </w:t>
      </w:r>
      <w:r>
        <w:t>to main ne socha ke. ke paradise itself is the greatest obstacle in the way of paradise.</w:t>
      </w:r>
    </w:p>
    <w:p>
      <w:pPr>
        <w:jc w:val="right"/>
      </w:pPr>
      <w:r>
        <w:t>تو میں نے سوچا کہ۔ کہ پیراڈائز اٹ سیلف از دا گریٹسٹ ابسٹیکل ان دا وے اف پیراڈائز۔</w:t>
      </w:r>
    </w:p>
    <w:p>
      <w:r>
        <w:rPr>
          <w:b/>
        </w:rPr>
        <w:t xml:space="preserve">[07:42] </w:t>
      </w:r>
      <w:r>
        <w:t>yani khud paradise jo hai, hamare liye sab se bari record hai paradise ko haasil karne mein. kyun? hum paidaishi taur par talib jannat makhlooq hain.</w:t>
      </w:r>
    </w:p>
    <w:p>
      <w:pPr>
        <w:jc w:val="right"/>
      </w:pPr>
      <w:r>
        <w:t>یعنی خود پیراڈائز جو ہے، ہمارے لیے سب سے بڑی ریکارڈ ہے پیراڈائز کو حاصل کرنے میں۔ کیوں؟ ہم پیدائشی طور پر طالب جنت مخلوق ہیں۔</w:t>
      </w:r>
    </w:p>
    <w:p>
      <w:r>
        <w:rPr>
          <w:b/>
        </w:rPr>
        <w:t xml:space="preserve">[07:56] </w:t>
      </w:r>
      <w:r>
        <w:t>is ka hona yeh chahiye tha ke hum jannat ka amal karein. lekin hota yeh hai ke is dunya mein hum chahte hain ke jannat banana.</w:t>
      </w:r>
    </w:p>
    <w:p>
      <w:pPr>
        <w:jc w:val="right"/>
      </w:pPr>
      <w:r>
        <w:t>اس کا ہونا یہ چاہیے تھا کہ ہم جنت کا عمل کریں۔ لیکن ہوتا یہ ہے کہ اس دنیا میں ہم چاہتے ہیں کہ جنت بنانا۔</w:t>
      </w:r>
    </w:p>
    <w:p>
      <w:r>
        <w:rPr>
          <w:b/>
        </w:rPr>
        <w:t xml:space="preserve">[08:07] </w:t>
      </w:r>
      <w:r>
        <w:t>jo jannat ke naam par hum jannat ko kho dete hain.</w:t>
      </w:r>
    </w:p>
    <w:p>
      <w:pPr>
        <w:jc w:val="right"/>
      </w:pPr>
      <w:r>
        <w:t>جو جنت کے نام پر ہم جنت کو کھو دیتے ہیں۔</w:t>
      </w:r>
    </w:p>
    <w:p>
      <w:r>
        <w:rPr>
          <w:b/>
        </w:rPr>
        <w:t xml:space="preserve">[08:13] </w:t>
      </w:r>
      <w:r>
        <w:t>jannat ke naam par hum jannat kho dete hain. kyunke is dunya mein hum jannati zindagi to bana nahi sakte. to sara kya hua?</w:t>
      </w:r>
    </w:p>
    <w:p>
      <w:pPr>
        <w:jc w:val="right"/>
      </w:pPr>
      <w:r>
        <w:t>جنت کے نام پر ہم جنت کھو دیتے ہیں۔ کیونکہ اس دنیا میں ہم جنتی زندگی تو بنا نہیں سکتے۔ تو سارا کیا ہوا؟</w:t>
      </w:r>
    </w:p>
    <w:p>
      <w:r>
        <w:rPr>
          <w:b/>
        </w:rPr>
        <w:t xml:space="preserve">[08:24] </w:t>
      </w:r>
      <w:r>
        <w:t>iqraar ho jata</w:t>
      </w:r>
    </w:p>
    <w:p>
      <w:pPr>
        <w:jc w:val="right"/>
      </w:pPr>
      <w:r>
        <w:t>اقرار ہو جاتا</w:t>
      </w:r>
    </w:p>
    <w:p>
      <w:r>
        <w:rPr>
          <w:b/>
        </w:rPr>
        <w:t xml:space="preserve">[08:25] </w:t>
      </w:r>
      <w:r>
        <w:t>hai. habt-e-amal fil dunya wala mazmoon ho jata hai. aur jab marte hain to lagta hai ke hum baghair kuch liye hue wahan ja rahe hain.</w:t>
      </w:r>
    </w:p>
    <w:p>
      <w:pPr>
        <w:jc w:val="right"/>
      </w:pPr>
      <w:r>
        <w:t>ہے۔ حبط تعمال فی الدنیا والا مضمون ہو جاتا ہے۔ اور جب مرتے ہیں تو لگتا ہے کہ ہم بغیر کچھ لیے ہوئے وہاں جا رہے ہیں۔</w:t>
      </w:r>
    </w:p>
    <w:p>
      <w:r>
        <w:rPr>
          <w:b/>
        </w:rPr>
        <w:t xml:space="preserve">[08:37] </w:t>
      </w:r>
      <w:r>
        <w:t>yeh bohat ajeeb baat hai ke insaan ko ek. ek tazad ke andar jeena hai. ek contradiction ke andar jeena hai.</w:t>
      </w:r>
    </w:p>
    <w:p>
      <w:pPr>
        <w:jc w:val="right"/>
      </w:pPr>
      <w:r>
        <w:t>یہ بہت عجیب بات ہے کہ انسان کو ایک۔ ایک تضاد کے اندر جینا ہے۔ ایک کنٹراڈکشن کے اندر جینا ہے۔</w:t>
      </w:r>
    </w:p>
    <w:p>
      <w:r>
        <w:rPr>
          <w:b/>
        </w:rPr>
        <w:t xml:space="preserve">[08:48] </w:t>
      </w:r>
      <w:r>
        <w:t>ke aadmi to hai talib jannat, lekin is ko rehna hai ghair jannat mein.</w:t>
      </w:r>
    </w:p>
    <w:p>
      <w:pPr>
        <w:jc w:val="right"/>
      </w:pPr>
      <w:r>
        <w:t>کہ آدمی تو ہے طالب جنت، لیکن اس کو رہنا ہے غیر جنت میں۔</w:t>
      </w:r>
    </w:p>
    <w:p>
      <w:r>
        <w:rPr>
          <w:b/>
        </w:rPr>
        <w:t xml:space="preserve">[08:53] </w:t>
      </w:r>
      <w:r>
        <w:t>yeh dunya ghair jannati dunya hai. ek talib jannat ko ghair jannati dunya mein rehna padta hai. yeh bari zabardast yani problem hai har insaan ke liye.</w:t>
      </w:r>
    </w:p>
    <w:p>
      <w:pPr>
        <w:jc w:val="right"/>
      </w:pPr>
      <w:r>
        <w:t>یہ دنیا غیر جنتی دنیا ہے۔ ایک طالب جنت کو غیر جنتی دنیا میں رہنا پڑتا ہے۔ یہ بڑی زبردست یعنی پرابلم ہے ہر انسان کے لیے۔</w:t>
      </w:r>
    </w:p>
    <w:p>
      <w:r>
        <w:rPr>
          <w:b/>
        </w:rPr>
        <w:t xml:space="preserve">[09:09] </w:t>
      </w:r>
      <w:r>
        <w:t>to sari tareekh mein yeh hua ke insaan ne chaha ke is ke zehen mein jo dunya wasee hui hai, us ko banaye.</w:t>
      </w:r>
    </w:p>
    <w:p>
      <w:pPr>
        <w:jc w:val="right"/>
      </w:pPr>
      <w:r>
        <w:t>تو ساری تاریخ میں یہ ہوا کہ انسان نے چاہا کہ اس کے ذہن میں جو دنیا وسیع ہوئی ہے، اس کو بنائے۔</w:t>
      </w:r>
    </w:p>
    <w:p>
      <w:r>
        <w:rPr>
          <w:b/>
        </w:rPr>
        <w:t xml:space="preserve">[09:19] </w:t>
      </w:r>
      <w:r>
        <w:t>lekin bana nahi pata to na ke aakhir mein kya mayoos mayoos par jata hai. koi chahta hai acha ghar banaye, jannati ghar.</w:t>
      </w:r>
    </w:p>
    <w:p>
      <w:pPr>
        <w:jc w:val="right"/>
      </w:pPr>
      <w:r>
        <w:t>لیکن بنا نہیں پاتا تو نہ کہ آخر میں کیا مایوس مایوس پڑ جاتا ہے۔ کوئی چاہتا ہے اچھا گھر بنائے، جنتی گھر۔</w:t>
      </w:r>
    </w:p>
    <w:p>
      <w:r>
        <w:rPr>
          <w:b/>
        </w:rPr>
        <w:t xml:space="preserve">[09:29] </w:t>
      </w:r>
      <w:r>
        <w:t>koi chahta hai ke bari hukoomat mil jaye is ko. yani koi har aadmi ke dimagh mein jo basa hua hai, us ko chahta hai dunya mein le, chahe woh yani paise kamane mein, politics kamane mein, hukoomat kamane mein, jis maani mein bhi.</w:t>
      </w:r>
    </w:p>
    <w:p>
      <w:pPr>
        <w:jc w:val="right"/>
      </w:pPr>
      <w:r>
        <w:t>کوئی چاہتا ہے کہ بڑی حکومت مل جائے اس کو۔ یعنی کوئی ہر آدمی کے دماغ میں جو بسا ہوا ہے، اس کو چاہتا ہے دنیا میں لے، چاہے وہ یعنی پیسے کمانے میں، پولیٹکس کمانے میں، حکومت کمانے میں، جس معنی میں بھی۔</w:t>
      </w:r>
    </w:p>
    <w:p>
      <w:r>
        <w:rPr>
          <w:b/>
        </w:rPr>
        <w:t xml:space="preserve">[09:47] </w:t>
      </w:r>
      <w:r>
        <w:t>lekin is dunya mein Allah taala ne woh mawaqe rakhe nahi hain ke aap jannat ko bana paayein. to aakhir mein kya hota hai? ke aap mayoos marte hain. mayoos marte hain.</w:t>
      </w:r>
    </w:p>
    <w:p>
      <w:pPr>
        <w:jc w:val="right"/>
      </w:pPr>
      <w:r>
        <w:t>لیکن اس دنیا میں اللہ تعالیٰ نے وہ مواقع رکھے نہیں ہیں کہ آپ جنت کو بنا پائیں۔ تو آخر میں کیا ہوتا ہے؟ کہ آپ مایوس مرتے ہیں۔ مایوس مرتے ہیں۔</w:t>
      </w:r>
    </w:p>
    <w:p>
      <w:r>
        <w:rPr>
          <w:b/>
        </w:rPr>
        <w:t xml:space="preserve">[09:58] </w:t>
      </w:r>
      <w:r>
        <w:t>to sari tareekh mein ek ajeeb-o-ghareeb yeh cheez hua hai ke aadmi ek shauq ke sath zindagi shuru karta hai. hausle aur shauq ke sath marta hai mayoosi mein.</w:t>
      </w:r>
    </w:p>
    <w:p>
      <w:pPr>
        <w:jc w:val="right"/>
      </w:pPr>
      <w:r>
        <w:t>تو ساری تاریخ میں ایک عجیب و غریب یہ چیز ہوا ہے کہ آدمی ایک شوق کے ساتھ زندگی شروع کرتا ہے۔ حوصلے اور شوق کے ساتھ مرتا ہے مایوسی میں۔</w:t>
      </w:r>
    </w:p>
    <w:p>
      <w:r>
        <w:rPr>
          <w:b/>
        </w:rPr>
        <w:t xml:space="preserve">[10:09] </w:t>
      </w:r>
      <w:r>
        <w:t>poori poori tareekh. yani Alexander jo tha, Hitler da great, Sikandar-e-Azam, sari dunya ko fateh karne ke liye utha, bohat bari fauj le kar ke.</w:t>
      </w:r>
    </w:p>
    <w:p>
      <w:pPr>
        <w:jc w:val="right"/>
      </w:pPr>
      <w:r>
        <w:t>پوری پوری تاریخ۔ یعنی الیگزینڈر جو تھا، ہٹلر دا گریٹ، سکندر اعظم، ساری دنیا کو فتح کرنے کے لیے اٹھا، بہت بڑی فوج لے کر کے۔</w:t>
      </w:r>
    </w:p>
    <w:p>
      <w:r>
        <w:rPr>
          <w:b/>
        </w:rPr>
        <w:t xml:space="preserve">[10:23] </w:t>
      </w:r>
      <w:r>
        <w:t>lekin dunya fateh nahi kar paya aur mayoosi mein mar gaya. abhi woh pahuncha tha Sindh ke sahil tak.</w:t>
      </w:r>
    </w:p>
    <w:p>
      <w:pPr>
        <w:jc w:val="right"/>
      </w:pPr>
      <w:r>
        <w:t>لیکن دنیا فتح نہیں کر پایا اور مایوسی میں مر گیا۔ ابھی وہ پہنچا تھا سندھ کے ساحل تک۔</w:t>
      </w:r>
    </w:p>
    <w:p>
      <w:r>
        <w:rPr>
          <w:b/>
        </w:rPr>
        <w:t xml:space="preserve">[10:33] </w:t>
      </w:r>
      <w:r>
        <w:t>Hitler ne chaha ke sari Europe mein hukoomat kare. lekin sare Europe mein hukoomat kaam nahi kar saka aur suicide kar ke mar gaya. sab ka yahi haal hai.</w:t>
      </w:r>
    </w:p>
    <w:p>
      <w:pPr>
        <w:jc w:val="right"/>
      </w:pPr>
      <w:r>
        <w:t>ہٹلر نے چاہا کہ ساری یورپ میں حکومت کرے۔ لیکن سارے یورپ میں حکومت کام نہیں کر سکا اور سوسائیڈ کر کے مر گیا۔ سب کا یہی حال ہے۔</w:t>
      </w:r>
    </w:p>
    <w:p>
      <w:r>
        <w:rPr>
          <w:b/>
        </w:rPr>
        <w:t xml:space="preserve">[10:45] </w:t>
      </w:r>
      <w:r>
        <w:t>aise hi aam insaan. hamare Adam Garh mein ek the Raja Hark Chand. to sab se bara ghar unhone banaya tha Adam Garh mein us waqt, azadi se pehle.</w:t>
      </w:r>
    </w:p>
    <w:p>
      <w:pPr>
        <w:jc w:val="right"/>
      </w:pPr>
      <w:r>
        <w:t>ایسے ہی عام انسان۔ ہمارے آدم گڑھ میں ایک تھے راجہ ہرک چند۔ تو سب سے بڑا گھر انہوں نے بنایا تھا آدم گڑھ میں اس وقت، آزادی سے پہلے۔</w:t>
      </w:r>
    </w:p>
    <w:p>
      <w:r>
        <w:rPr>
          <w:b/>
        </w:rPr>
        <w:t xml:space="preserve">[11:00] </w:t>
      </w:r>
      <w:r>
        <w:t>bohat zabardast kothi thi un ki.</w:t>
      </w:r>
    </w:p>
    <w:p>
      <w:pPr>
        <w:jc w:val="right"/>
      </w:pPr>
      <w:r>
        <w:t>بہت زبردست کوٹھی تھی ان کی۔</w:t>
      </w:r>
    </w:p>
    <w:p>
      <w:r>
        <w:rPr>
          <w:b/>
        </w:rPr>
        <w:t xml:space="preserve">[11:03] </w:t>
      </w:r>
      <w:r>
        <w:t>to naqsh-o-nigar aur bohat zabardast is mein tazeen kaari hui thi. aur jab aa kar dekhte thay woh to kehte hain yeh aise karo, woh aise karo.</w:t>
      </w:r>
    </w:p>
    <w:p>
      <w:pPr>
        <w:jc w:val="right"/>
      </w:pPr>
      <w:r>
        <w:t>تو نقش و نگار اور بہت زبردست اس میں تزئین کاری ہوئی تھی۔ اور جب آ کر دیکھتے تھے وہ تو کہتے ہیں یہ ایسے کرو، وہ ایسے کرو۔</w:t>
      </w:r>
    </w:p>
    <w:p>
      <w:r>
        <w:rPr>
          <w:b/>
        </w:rPr>
        <w:t xml:space="preserve">[11:16] </w:t>
      </w:r>
      <w:r>
        <w:t>lekin abhi un ki kothi mukammal nahi hui, woh mar gaye.</w:t>
      </w:r>
    </w:p>
    <w:p>
      <w:pPr>
        <w:jc w:val="right"/>
      </w:pPr>
      <w:r>
        <w:t>لیکن ابھی ان کی کوٹھی مکمل نہیں ہوئی، وہ مر گئے۔</w:t>
      </w:r>
    </w:p>
    <w:p>
      <w:r>
        <w:rPr>
          <w:b/>
        </w:rPr>
        <w:t xml:space="preserve">[11:21] </w:t>
      </w:r>
      <w:r>
        <w:t>woh reh nahi sakay is mein. kahin rehtay thay aarzi tor par, wahan jatay thay dekhnay ke liye. to woh raja hark chand ki kothi jab ban kar tayyar hui to raja sahib mar chukay thay.</w:t>
      </w:r>
    </w:p>
    <w:p>
      <w:pPr>
        <w:jc w:val="right"/>
      </w:pPr>
      <w:r>
        <w:t>وہ رہ نہیں سکے اس میں۔ کہیں رہتے تھے عارضی طور پر، وہاں جاتے تھے دیکھنے کے لیے۔ تو وہ راجہ ہرک چند کی کوٹھی جب بن کر تیار ہوئی تو راجہ صاحب مر چکے تھے۔</w:t>
      </w:r>
    </w:p>
    <w:p>
      <w:r>
        <w:rPr>
          <w:b/>
        </w:rPr>
        <w:t xml:space="preserve">[11:36] </w:t>
      </w:r>
      <w:r>
        <w:t>yeh sab ka haal hai. sab ka haal hai. ke aadmi dekhiye, is ki umar umar thori hai, dunya ke wasail kam hain, mawaqe mahdood hain,</w:t>
      </w:r>
    </w:p>
    <w:p>
      <w:pPr>
        <w:jc w:val="right"/>
      </w:pPr>
      <w:r>
        <w:t>یہ سب کا حال ہے۔ سب کا حال ہے۔ کہ آدمی دیکھیے، اس کی عمر عمر تھوڑی ہے، دنیا کے وسائل کم ہیں، مواقع محدود ہیں،</w:t>
      </w:r>
    </w:p>
    <w:p>
      <w:r>
        <w:rPr>
          <w:b/>
        </w:rPr>
        <w:t xml:space="preserve">[11:49] </w:t>
      </w:r>
      <w:r>
        <w:t>tarah tarah ki rukawatein hain. is darmiyan mein aap jannat kaise banayen gay? to jannat basa nahi saktay aap.</w:t>
      </w:r>
    </w:p>
    <w:p>
      <w:pPr>
        <w:jc w:val="right"/>
      </w:pPr>
      <w:r>
        <w:t>طرح طرح کی رکاوٹیں ہیں۔ اس درمیان میں آپ جنت کیسے بنائیں گے؟ تو جنت بسا نہیں سکتے آپ۔</w:t>
      </w:r>
    </w:p>
    <w:p>
      <w:r>
        <w:rPr>
          <w:b/>
        </w:rPr>
        <w:t xml:space="preserve">[11:58] </w:t>
      </w:r>
      <w:r>
        <w:t>to yeh janna ke agarchay main talib jannat hoon, mere andar jannat ka shauq basa hua hai. lekin is dunya mein nahi paoon ga main is ko.</w:t>
      </w:r>
    </w:p>
    <w:p>
      <w:pPr>
        <w:jc w:val="right"/>
      </w:pPr>
      <w:r>
        <w:t>تو یہ جاننا کہ اگرچہ میں طالب جنت ہوں، میرے اندر جنت کا شوق بسا ہوا ہے۔ لیکن اس دنیا میں نہیں پاؤں گا میں اس کو۔</w:t>
      </w:r>
    </w:p>
    <w:p>
      <w:r>
        <w:rPr>
          <w:b/>
        </w:rPr>
        <w:t xml:space="preserve">[12:09] </w:t>
      </w:r>
      <w:r>
        <w:t>woh to milay gi maut ke baad ki dunya mein. is liye yahan par mujhe kya karna hai? jannati shakhsiyat banana hai. yeh ajeeb o ghareeb cheez hai jis ko ke poori tareekh mein shayad chand log daryaft kar paya hoon.</w:t>
      </w:r>
    </w:p>
    <w:p>
      <w:pPr>
        <w:jc w:val="right"/>
      </w:pPr>
      <w:r>
        <w:t>وہ تو ملے گی موت کے بعد کی دنیا میں۔ اس لیے یہاں پر مجھے کیا کرنا ہے؟ جنتی شخصیت بنانا ہے۔ یہ عجیب و غریب چیز ہے جس کو کہ پوری تاریخ میں شاید چند لوگ دریافت کر پایا ہوں۔</w:t>
      </w:r>
    </w:p>
    <w:p>
      <w:r>
        <w:rPr>
          <w:b/>
        </w:rPr>
        <w:t xml:space="preserve">[12:24] </w:t>
      </w:r>
      <w:r>
        <w:t>yani we are destined to live in contradiction.</w:t>
      </w:r>
    </w:p>
    <w:p>
      <w:pPr>
        <w:jc w:val="right"/>
      </w:pPr>
      <w:r>
        <w:t>یعنی وی آر ڈیسٹن ٹو لیو ان کنٹراڈکشن۔</w:t>
      </w:r>
    </w:p>
    <w:p>
      <w:r>
        <w:rPr>
          <w:b/>
        </w:rPr>
        <w:t xml:space="preserve">[12:28] </w:t>
      </w:r>
      <w:r>
        <w:t>humain aik tazad ke andar rehna hai. yani talib jannat ho kar ghair jannati dunya mein hum ne zindagi guzarna hai.</w:t>
      </w:r>
    </w:p>
    <w:p>
      <w:pPr>
        <w:jc w:val="right"/>
      </w:pPr>
      <w:r>
        <w:t>ہمیں ایک تضاد کے اندر رہنا ہے۔ یعنی طالب جنت ہو کر غیر جنتی دنیا میں ہم نے زندگی گزارنا ہے۔</w:t>
      </w:r>
    </w:p>
    <w:p>
      <w:r>
        <w:rPr>
          <w:b/>
        </w:rPr>
        <w:t xml:space="preserve">[12:39] </w:t>
      </w:r>
      <w:r>
        <w:t>yeh bohat ajeeb cheez hai.</w:t>
      </w:r>
    </w:p>
    <w:p>
      <w:pPr>
        <w:jc w:val="right"/>
      </w:pPr>
      <w:r>
        <w:t>یہ بہت عجیب چیز ہے۔</w:t>
      </w:r>
    </w:p>
    <w:p>
      <w:r>
        <w:rPr>
          <w:b/>
        </w:rPr>
        <w:t xml:space="preserve">[12:44] </w:t>
      </w:r>
      <w:r>
        <w:t>kaha jata hai ke abhi main apne ghar par bahir khara hua tha to car, kai carain guzrain agay peechay se.</w:t>
      </w:r>
    </w:p>
    <w:p>
      <w:pPr>
        <w:jc w:val="right"/>
      </w:pPr>
      <w:r>
        <w:t>کہا جاتا ہے کہ ابھی میں اپنے گھر پر باہر کھڑا ہوا تھا تو کار، کئی کاریں گزریں آگے پیچھے سے۔</w:t>
      </w:r>
    </w:p>
    <w:p>
      <w:r>
        <w:rPr>
          <w:b/>
        </w:rPr>
        <w:t xml:space="preserve">[12:56] </w:t>
      </w:r>
      <w:r>
        <w:t>to main ne socha ke yeh jo pehia jo hai, jis par car chalti hai, woh sari gariyan chalti hain. to kaha jata hai ke pehia yani wheel, wheel jo hai woh sab se bari greatest discovery hai.</w:t>
      </w:r>
    </w:p>
    <w:p>
      <w:pPr>
        <w:jc w:val="right"/>
      </w:pPr>
      <w:r>
        <w:t>تو میں نے سوچا کہ یہ جو پہیہ جو ہے، جس پر کار چلتی ہے، وہ ساری گاڑیاں چلتی ہیں۔ تو کہا جاتا ہے کہ پہیہ یعنی ویل، ویل جو ہے وہ سب سے بڑی گریٹسٹ ڈسکوری ہے۔</w:t>
      </w:r>
    </w:p>
    <w:p>
      <w:r>
        <w:rPr>
          <w:b/>
        </w:rPr>
        <w:t xml:space="preserve">[13:11] </w:t>
      </w:r>
      <w:r>
        <w:t>insani tareekh ke sab se bari discovery mana jata hai pehye ko. wheel ko. kyunke is ke baad sari taraqqiyan shuru ho gayeen.</w:t>
      </w:r>
    </w:p>
    <w:p>
      <w:pPr>
        <w:jc w:val="right"/>
      </w:pPr>
      <w:r>
        <w:t>انسانی تاریخ کے سب سے بڑی ڈسکوری مانا جاتا ہے پہیے کو۔ ویل کو۔ کیونکہ اس کے بعد ساری ترقیاں شروع ہو گئیں۔</w:t>
      </w:r>
    </w:p>
    <w:p>
      <w:r>
        <w:rPr>
          <w:b/>
        </w:rPr>
        <w:t xml:space="preserve">[13:23] </w:t>
      </w:r>
      <w:r>
        <w:t>to yeh hai material ait</w:t>
      </w:r>
    </w:p>
    <w:p>
      <w:pPr>
        <w:jc w:val="right"/>
      </w:pPr>
      <w:r>
        <w:t>تو یہ ہے مٹیریل اعت</w:t>
      </w:r>
    </w:p>
    <w:p>
      <w:r>
        <w:rPr>
          <w:b/>
        </w:rPr>
        <w:t xml:space="preserve">[13:25] </w:t>
      </w:r>
      <w:r>
        <w:t>bar se. main samajhta hoon ke intellectual aitbar se shayad sab se bari discovery yeh hai ke aadmi yeh janay ke agarchay main idealist hoon, lekin mujhe less than ideal mein rehna hai.</w:t>
      </w:r>
    </w:p>
    <w:p>
      <w:pPr>
        <w:jc w:val="right"/>
      </w:pPr>
      <w:r>
        <w:t>بار سے۔ میں سمجھتا ہوں کہ انٹلیکچول اعتبار سے شاید سب سے بڑی ڈسکوری یہ ہے کہ آدمی یہ جانے کہ اگرچہ میں آئیڈیلسٹ ہوں، لیکن مجھے لیس دین آئیڈیل میں رہنا ہے۔</w:t>
      </w:r>
    </w:p>
    <w:p>
      <w:r>
        <w:rPr>
          <w:b/>
        </w:rPr>
        <w:t xml:space="preserve">[13:38] </w:t>
      </w:r>
      <w:r>
        <w:t>agarchay main talib jannat hoon, magar mujhe ghair jannati dunya mein rehna hai. aur agarchay main perfectionist hoon, magar mujhe imperfect dunya mein zindagi guzarna hai.</w:t>
      </w:r>
    </w:p>
    <w:p>
      <w:pPr>
        <w:jc w:val="right"/>
      </w:pPr>
      <w:r>
        <w:t>اگرچہ میں طالب جنت ہوں، مگر مجھے غیر جنتی دنیا میں رہنا ہے۔ اور اگرچہ میں پرفیکشنسٹ ہوں، مگر مجھے امپرفیکٹ دنیا میں زندگی گزارنا ہے۔</w:t>
      </w:r>
    </w:p>
    <w:p>
      <w:r>
        <w:rPr>
          <w:b/>
        </w:rPr>
        <w:t xml:space="preserve">[13:51] </w:t>
      </w:r>
      <w:r>
        <w:t>is haqeeqat ko janna.</w:t>
      </w:r>
    </w:p>
    <w:p>
      <w:pPr>
        <w:jc w:val="right"/>
      </w:pPr>
      <w:r>
        <w:t>اس حقیقت کو جاننا۔</w:t>
      </w:r>
    </w:p>
    <w:p>
      <w:r>
        <w:rPr>
          <w:b/>
        </w:rPr>
        <w:t xml:space="preserve">[13:53] </w:t>
      </w:r>
      <w:r>
        <w:t>yani perfectionist hotay huay imperfect, imperfect world par razi hona. main samajhta hoon ke yeh sab se bari daryaft hai intellectual achievement ke aitbar se.</w:t>
      </w:r>
    </w:p>
    <w:p>
      <w:pPr>
        <w:jc w:val="right"/>
      </w:pPr>
      <w:r>
        <w:t>یعنی پرفیکشنسٹ ہوتے ہوئے امپرفیکٹ، امپرفیکٹ ورلڈ پر راضی ہونا۔ میں سمجھتا ہوں کہ یہ سب سے بڑی دریافت ہے انٹلیکچول اچیومنٹ کے اعتبار سے۔</w:t>
      </w:r>
    </w:p>
    <w:p>
      <w:r>
        <w:rPr>
          <w:b/>
        </w:rPr>
        <w:t xml:space="preserve">[14:08] </w:t>
      </w:r>
      <w:r>
        <w:t>aur yahin yahi log fail ho rahay hain. yahi log fail ho rahay hain.</w:t>
      </w:r>
    </w:p>
    <w:p>
      <w:pPr>
        <w:jc w:val="right"/>
      </w:pPr>
      <w:r>
        <w:t>اور یہیں یہی لوگ فیل ہو رہے ہیں۔ یہی لوگ فیل ہو رہے ہیں۔</w:t>
      </w:r>
    </w:p>
    <w:p>
      <w:r>
        <w:rPr>
          <w:b/>
        </w:rPr>
        <w:t xml:space="preserve">[14:16] </w:t>
      </w:r>
      <w:r>
        <w:t>quran ki surah alfajr mein.</w:t>
      </w:r>
    </w:p>
    <w:p>
      <w:pPr>
        <w:jc w:val="right"/>
      </w:pPr>
      <w:r>
        <w:t>قرآن کی سورہ الفجر میں۔</w:t>
      </w:r>
    </w:p>
    <w:p>
      <w:r>
        <w:rPr>
          <w:b/>
        </w:rPr>
        <w:t xml:space="preserve">[14:23] </w:t>
      </w:r>
      <w:r>
        <w:t>main do ayatein aap ke samnay pesh karna chahta hoon. aik surah alfajr ki ayat aur aik surah alqiyamah ki ayat.</w:t>
      </w:r>
    </w:p>
    <w:p>
      <w:pPr>
        <w:jc w:val="right"/>
      </w:pPr>
      <w:r>
        <w:t>میں دو آیتیں آپ کے سامنے پیش کرنا چاہتا ہوں۔ ایک سورہ الفجر کی آیت اور ایک سورہ القیامہ کی آیت۔</w:t>
      </w:r>
    </w:p>
    <w:p>
      <w:r>
        <w:rPr>
          <w:b/>
        </w:rPr>
        <w:t xml:space="preserve">[14:32] </w:t>
      </w:r>
      <w:r>
        <w:t>surah alqiyamah mein likha hai. kalla tuhibbul ajilata wa tadhur al-akhirah. yani you love immediate gain and you ignore the hereafter.</w:t>
      </w:r>
    </w:p>
    <w:p>
      <w:pPr>
        <w:jc w:val="right"/>
      </w:pPr>
      <w:r>
        <w:t>سورہ القیامہ میں لکھا ہے۔ کلا تحب العاجلہ وتذر الآخرة۔ یعنی یو لو امیڈیٹ گین اینڈ یو اگنور دی ہیر افٹر۔</w:t>
      </w:r>
    </w:p>
    <w:p>
      <w:r>
        <w:rPr>
          <w:b/>
        </w:rPr>
        <w:t xml:space="preserve">[14:49] </w:t>
      </w:r>
      <w:r>
        <w:t>yani fori tor par jo milnay wala hai us mein us ko, us ko tum ne apna mehboob bana rakha hai. aur akhirat mein jo milnay wala hai us ko tum bhoolay huay ho.</w:t>
      </w:r>
    </w:p>
    <w:p>
      <w:pPr>
        <w:jc w:val="right"/>
      </w:pPr>
      <w:r>
        <w:t>یعنی فوری طور پر جو ملنے والا ہے اس میں اس کو، اس کو تم نے اپنا محبوب بنا رکھا ہے۔ اور آخرت میں جو ملنے والا ہے اس کو تم بھولے ہوئے ہو۔</w:t>
      </w:r>
    </w:p>
    <w:p>
      <w:r>
        <w:rPr>
          <w:b/>
        </w:rPr>
        <w:t xml:space="preserve">[15:01] </w:t>
      </w:r>
      <w:r>
        <w:t>yani agar us ko main tafseer karoon to yeh kahoon ga ke tum ne dunya mein jannat bananay ko apna goal bana rakha hai jo ke milnay wali nahi.</w:t>
      </w:r>
    </w:p>
    <w:p>
      <w:pPr>
        <w:jc w:val="right"/>
      </w:pPr>
      <w:r>
        <w:t>یعنی اگر اس کو میں تفسیر کروں تو یہ کہوں گا کہ تم نے دنیا میں جنت بنانے کو اپنا گول بنا رکھا ہے جو کہ ملنے والی نہیں۔</w:t>
      </w:r>
    </w:p>
    <w:p>
      <w:r>
        <w:rPr>
          <w:b/>
        </w:rPr>
        <w:t xml:space="preserve">[15:14] </w:t>
      </w:r>
      <w:r>
        <w:t>aur jahan milnay wali jannat us ko bhoolay huay ho.</w:t>
      </w:r>
    </w:p>
    <w:p>
      <w:pPr>
        <w:jc w:val="right"/>
      </w:pPr>
      <w:r>
        <w:t>اور جہاں ملنے والی جنت اس کو بھولے ہوئے ہو۔</w:t>
      </w:r>
    </w:p>
    <w:p>
      <w:r>
        <w:rPr>
          <w:b/>
        </w:rPr>
        <w:t xml:space="preserve">[15:21] </w:t>
      </w:r>
      <w:r>
        <w:t>kalla bul tuhibbul ajilata wa tadhur al-akhirah. yeh surah alqiyamah ki ayat hai.</w:t>
      </w:r>
    </w:p>
    <w:p>
      <w:pPr>
        <w:jc w:val="right"/>
      </w:pPr>
      <w:r>
        <w:t>کلا بل تحب العاجلہ وتذر الآخرة۔ یہ سورہ القیامہ کی آیت ہے۔</w:t>
      </w:r>
    </w:p>
    <w:p>
      <w:r>
        <w:rPr>
          <w:b/>
        </w:rPr>
        <w:t xml:space="preserve">[15:29] </w:t>
      </w:r>
      <w:r>
        <w:t>lafzi tarjuma yeh hai ke tum</w:t>
      </w:r>
    </w:p>
    <w:p>
      <w:pPr>
        <w:jc w:val="right"/>
      </w:pPr>
      <w:r>
        <w:t>لفظی ترجمہ یہ ہے کہ تم</w:t>
      </w:r>
    </w:p>
    <w:p>
      <w:r>
        <w:rPr>
          <w:b/>
        </w:rPr>
        <w:t xml:space="preserve">[15:33] </w:t>
      </w:r>
      <w:r>
        <w:t>aajila yani fori jo hai cheez, aaj ki jo cheez hai us se muhabbat karte ho. aur jo akhirat wali baat hai us ko bhule hue ho.</w:t>
      </w:r>
    </w:p>
    <w:p>
      <w:pPr>
        <w:jc w:val="right"/>
      </w:pPr>
      <w:r>
        <w:t>عاجلہ یعنی فوری جو ہے چیز، آج کی جو چیز ہے اس سے محبت کرتے ہو۔ اور جو آخرت والی بات ہے اس کو بھولے ہوئے ہو۔</w:t>
      </w:r>
    </w:p>
    <w:p>
      <w:r>
        <w:rPr>
          <w:b/>
        </w:rPr>
        <w:t xml:space="preserve">[15:44] </w:t>
      </w:r>
      <w:r>
        <w:t>lekin is ka matlab kya hai?</w:t>
      </w:r>
    </w:p>
    <w:p>
      <w:pPr>
        <w:jc w:val="right"/>
      </w:pPr>
      <w:r>
        <w:t>لیکن اس کا مطلب کیا ہے؟</w:t>
      </w:r>
    </w:p>
    <w:p>
      <w:r>
        <w:rPr>
          <w:b/>
        </w:rPr>
        <w:t xml:space="preserve">[15:46] </w:t>
      </w:r>
      <w:r>
        <w:t>is ka matlab ke aaj ki dunya mein jannat banane ke liye bohat daur dhoop kar rahe ho tum. halankeh yahan jannat milne wali nahin. aur kal ki dunya mein jahan jannat milne wali hai us ke liye tum kuch bhi nahin kar rahe ho.</w:t>
      </w:r>
    </w:p>
    <w:p>
      <w:pPr>
        <w:jc w:val="right"/>
      </w:pPr>
      <w:r>
        <w:t>اس کا مطلب کہ آج کی دنیا میں جنت بنانے کے لیے بہت دوڑ دھوپ کر رہے ہو تم۔ حالانکہ یہاں جنت ملنے والی نہیں۔ اور کل کی دنیا میں جہاں جنت ملنے والی ہے اس کے لیے تم کچھ بھی نہیں کر رہے ہو۔</w:t>
      </w:r>
    </w:p>
    <w:p>
      <w:r>
        <w:rPr>
          <w:b/>
        </w:rPr>
        <w:t xml:space="preserve">[16:01] </w:t>
      </w:r>
      <w:r>
        <w:t>yeh poori insan ki kahani hai.</w:t>
      </w:r>
    </w:p>
    <w:p>
      <w:pPr>
        <w:jc w:val="right"/>
      </w:pPr>
      <w:r>
        <w:t>یہ پوری انسان کی کہانی ہے۔</w:t>
      </w:r>
    </w:p>
    <w:p>
      <w:r>
        <w:rPr>
          <w:b/>
        </w:rPr>
        <w:t xml:space="preserve">[16:11] </w:t>
      </w:r>
      <w:r>
        <w:t>to yeh is tazad ko janna ke agarcheh main paidaishi taur par talib jannat hoon, idealist hoon, perfectionist hoon.</w:t>
      </w:r>
    </w:p>
    <w:p>
      <w:pPr>
        <w:jc w:val="right"/>
      </w:pPr>
      <w:r>
        <w:t>تو یہ اس تضاد کو جاننا کہ اگرچہ میں پیدائشی طور پر طالب جنت ہوں، آئیڈیلسٹ ہوں، پرفیکشنسٹ ہوں۔</w:t>
      </w:r>
    </w:p>
    <w:p>
      <w:r>
        <w:rPr>
          <w:b/>
        </w:rPr>
        <w:t xml:space="preserve">[16:21] </w:t>
      </w:r>
      <w:r>
        <w:t>lekin is dunya mein mujhe milne wala nahin hai.</w:t>
      </w:r>
    </w:p>
    <w:p>
      <w:pPr>
        <w:jc w:val="right"/>
      </w:pPr>
      <w:r>
        <w:t>لیکن اس دنیا میں مجھے ملنے والا نہیں ہے۔</w:t>
      </w:r>
    </w:p>
    <w:p>
      <w:r>
        <w:rPr>
          <w:b/>
        </w:rPr>
        <w:t xml:space="preserve">[16:26] </w:t>
      </w:r>
      <w:r>
        <w:t>woh to akhirat mein milega.</w:t>
      </w:r>
    </w:p>
    <w:p>
      <w:pPr>
        <w:jc w:val="right"/>
      </w:pPr>
      <w:r>
        <w:t>وہ تو آخرت میں ملے گا۔</w:t>
      </w:r>
    </w:p>
    <w:p>
      <w:r>
        <w:rPr>
          <w:b/>
        </w:rPr>
        <w:t xml:space="preserve">[16:32] </w:t>
      </w:r>
      <w:r>
        <w:t>isi liye dekhiye, yahan par aap dekhiye poori tareekh mein ek manzar nazar aata hai.</w:t>
      </w:r>
    </w:p>
    <w:p>
      <w:pPr>
        <w:jc w:val="right"/>
      </w:pPr>
      <w:r>
        <w:t>اسی لیے دیکھیے، یہاں پر آپ دیکھیے پوری تاریخ میں ایک منظر نظر آتا ہے۔</w:t>
      </w:r>
    </w:p>
    <w:p>
      <w:r>
        <w:rPr>
          <w:b/>
        </w:rPr>
        <w:t xml:space="preserve">[16:42] </w:t>
      </w:r>
      <w:r>
        <w:t>jitne bhi secular reformer thay, secular thinker thay, unhon ne kya? aap mein goal banaya. apne is zehan kehta hai ideal hukoomat, ideal society, ideal system us ko banaya goal unhon ne.</w:t>
      </w:r>
    </w:p>
    <w:p>
      <w:pPr>
        <w:jc w:val="right"/>
      </w:pPr>
      <w:r>
        <w:t>جتنے بھی سیکولر ریفارمر تھے، سیکولر تھنکر تھے، انہوں نے کیا؟ آپ میں گول بنایا۔ اپنے اس ذہن کہتا ہے آئیڈیل حکومت، آئیڈیل سوسائٹی، آئیڈیل سسٹم اس کو بنایا گول انہوں نے۔</w:t>
      </w:r>
    </w:p>
    <w:p>
      <w:r>
        <w:rPr>
          <w:b/>
        </w:rPr>
        <w:t xml:space="preserve">[16:57] </w:t>
      </w:r>
      <w:r>
        <w:t>yani arastoo aur aflatoon se le kar mahatma gandhi tak har ek ka goal yahi tha.</w:t>
      </w:r>
    </w:p>
    <w:p>
      <w:pPr>
        <w:jc w:val="right"/>
      </w:pPr>
      <w:r>
        <w:t>یعنی ارسطو اور افلاطون سے لے کر مہاتما گاندھی تک ہر ایک کا گول یہی تھا۔</w:t>
      </w:r>
    </w:p>
    <w:p>
      <w:r>
        <w:rPr>
          <w:b/>
        </w:rPr>
        <w:t xml:space="preserve">[17:03] </w:t>
      </w:r>
      <w:r>
        <w:t>poori tareekh mein logon ka goal tha. jitne reformer hue hain, jitne mufakkir hue hain. to woh jo jannat basi hui un ke andar. to koi to apni zaati zindagi mein chahta hai ke ek bohat acha ghar bana le.</w:t>
      </w:r>
    </w:p>
    <w:p>
      <w:pPr>
        <w:jc w:val="right"/>
      </w:pPr>
      <w:r>
        <w:t>پوری تاریخ میں لوگوں کا گول تھا۔ جتنے ریفارمر ہوئے ہیں، جتنے مفکر ہوئے ہیں۔ تو وہ جو جنت بسی ہوئی ان کے اندر۔ تو کوئی تو اپنی ذاتی زندگی میں چاہتا ہے کہ ایک بہت اچھا گھر بنا لے۔</w:t>
      </w:r>
    </w:p>
    <w:p>
      <w:r>
        <w:rPr>
          <w:b/>
        </w:rPr>
        <w:t xml:space="preserve">[17:16] </w:t>
      </w:r>
      <w:r>
        <w:t>aur jo reformer hote hain, jo leader hote hain, woh poori poori samaj ko chahte hain ke woh jannati samaj banaein. to sari dunya, poori poori tareekh mein logon ne kya kiya?</w:t>
      </w:r>
    </w:p>
    <w:p>
      <w:pPr>
        <w:jc w:val="right"/>
      </w:pPr>
      <w:r>
        <w:t>اور جو ریفارمر ہوتے ہیں، جو لیڈر ہوتے ہیں، وہ پوری پوری سماج کو چاہتے ہیں کہ وہ جنتی سماج بنائیں۔ تو ساری دنیا، پوری پوری تاریخ میں لوگوں نے کیا کیا؟</w:t>
      </w:r>
    </w:p>
    <w:p>
      <w:r>
        <w:rPr>
          <w:b/>
        </w:rPr>
        <w:t xml:space="preserve">[17:30] </w:t>
      </w:r>
      <w:r>
        <w:t>ke woh ideal hukoomat, ideal society, ideal nizam ko apna goal banaya. lekin koi bhi bana nahin saka.</w:t>
      </w:r>
    </w:p>
    <w:p>
      <w:pPr>
        <w:jc w:val="right"/>
      </w:pPr>
      <w:r>
        <w:t>کہ وہ آئیڈیل حکومت، آئیڈیل سوسائٹی، آئیڈیل نظام کو اپنا گول بنایا۔ لیکن کوئی بھی بنا نہیں سکا۔</w:t>
      </w:r>
    </w:p>
    <w:p>
      <w:r>
        <w:rPr>
          <w:b/>
        </w:rPr>
        <w:t xml:space="preserve">[17:39] </w:t>
      </w:r>
      <w:r>
        <w:t>sab frustration mein mare. sab ke sab mayusi mein mare. kyun? is dunya mein ban nahin sakta tha woh nizam.</w:t>
      </w:r>
    </w:p>
    <w:p>
      <w:pPr>
        <w:jc w:val="right"/>
      </w:pPr>
      <w:r>
        <w:t>سب فریشن میں مرے۔ سب کے سب مایوسی میں مرے۔ کیوں؟ اس دنیا میں بن نہیں سکتا تھا وہ نظام۔</w:t>
      </w:r>
    </w:p>
    <w:p>
      <w:r>
        <w:rPr>
          <w:b/>
        </w:rPr>
        <w:t xml:space="preserve">[17:50] </w:t>
      </w:r>
      <w:r>
        <w:t>yani woh jaan nahin sake ke agarcheh main soch ke aitbar se idealist hoon, lekin main jis dunya mein hoon wahan ideal nizam ban nahin sakta hai.</w:t>
      </w:r>
    </w:p>
    <w:p>
      <w:pPr>
        <w:jc w:val="right"/>
      </w:pPr>
      <w:r>
        <w:t>یعنی وہ جان نہیں سکے کہ اگرچہ میں سوچ کے اعتبار سے آئیڈیلسٹ ہوں، لیکن میں جس دنیا میں ہوں وہاں آئیڈیل نظام بن نہیں سکتا ہے۔</w:t>
      </w:r>
    </w:p>
    <w:p>
      <w:r>
        <w:rPr>
          <w:b/>
        </w:rPr>
        <w:t xml:space="preserve">[18:01] </w:t>
      </w:r>
      <w:r>
        <w:t>is yeh is haqeeqat ko nahin jaan sake woh.</w:t>
      </w:r>
    </w:p>
    <w:p>
      <w:pPr>
        <w:jc w:val="right"/>
      </w:pPr>
      <w:r>
        <w:t>اس یہ اس حقیقت کو نہیں جان سکے وہ۔</w:t>
      </w:r>
    </w:p>
    <w:p>
      <w:r>
        <w:rPr>
          <w:b/>
        </w:rPr>
        <w:t xml:space="preserve">[18:08] </w:t>
      </w:r>
      <w:r>
        <w:t>wohi cheez muslim dunya mein aa gayi. aap muslim dunya mein dekhiye. pichle do sau saal ke andar bohat si tehreekein uthein. inqalabi tehreekein.</w:t>
      </w:r>
    </w:p>
    <w:p>
      <w:pPr>
        <w:jc w:val="right"/>
      </w:pPr>
      <w:r>
        <w:t>وہی چیز مسلم دنیا میں آ گئی۔ آپ مسلم دنیا میں دیکھیے۔ پچھلے دو سو سال کے اندر بہت سی تحریکیں اٹھیں۔ انقلابی تحریکیں۔</w:t>
      </w:r>
    </w:p>
    <w:p>
      <w:r>
        <w:rPr>
          <w:b/>
        </w:rPr>
        <w:t xml:space="preserve">[18:18] </w:t>
      </w:r>
      <w:r>
        <w:t>in sab ka nara kya tha? me'yari hukoomat, misali nizam,</w:t>
      </w:r>
    </w:p>
    <w:p>
      <w:pPr>
        <w:jc w:val="right"/>
      </w:pPr>
      <w:r>
        <w:t>ان سب کا نعرہ کیا تھا؟ معیاری حکومت، مثالی نظام،</w:t>
      </w:r>
    </w:p>
    <w:p>
      <w:r>
        <w:rPr>
          <w:b/>
        </w:rPr>
        <w:t xml:space="preserve">[18:27] </w:t>
      </w:r>
      <w:r>
        <w:t>misali ma'ashra yeh un ka goal tha.</w:t>
      </w:r>
    </w:p>
    <w:p>
      <w:pPr>
        <w:jc w:val="right"/>
      </w:pPr>
      <w:r>
        <w:t>مثالی معاشرہ یہ ان کا گول تھا۔</w:t>
      </w:r>
    </w:p>
    <w:p>
      <w:r>
        <w:rPr>
          <w:b/>
        </w:rPr>
        <w:t xml:space="preserve">[18:33] </w:t>
      </w:r>
      <w:r>
        <w:t>yeh sab ke sab jitne hain, misal ke taur par arab dunya mein ikhwanul muslimeen aur indian subcontinent mein jamaat-e-islami. in logon ne ek misali nizam aur misali samaj, misali hukoomat ko apna goal banaya.</w:t>
      </w:r>
    </w:p>
    <w:p>
      <w:pPr>
        <w:jc w:val="right"/>
      </w:pPr>
      <w:r>
        <w:t>یہ سب کے سب جتنے ہیں، مثال کے طور پر عرب دنیا میں اخوان مسلمون اور انڈین سب کانٹیننٹ میں جماعت اسلامی۔ ان لوگوں نے ایک مثالی نظام اور مثالی سماج، مثالی حکومت کو اپنا گول بنایا۔</w:t>
      </w:r>
    </w:p>
    <w:p>
      <w:r>
        <w:rPr>
          <w:b/>
        </w:rPr>
        <w:t xml:space="preserve">[18:47] </w:t>
      </w:r>
      <w:r>
        <w:t>aur hasil kuch bhi nahin in ka hua. kyun? is dunya mein misali ma'ashra ya misali nizam ban hi nahin sakta hai.</w:t>
      </w:r>
    </w:p>
    <w:p>
      <w:pPr>
        <w:jc w:val="right"/>
      </w:pPr>
      <w:r>
        <w:t>اور حاصل کچھ بھی نہیں ان کا ہوا۔ کیوں؟ اس دنیا میں مثالی معاشرہ یا مثالی نظام بن ہی نہیں سکتا ہے۔</w:t>
      </w:r>
    </w:p>
    <w:p>
      <w:r>
        <w:rPr>
          <w:b/>
        </w:rPr>
        <w:t xml:space="preserve">[18:58] </w:t>
      </w:r>
      <w:r>
        <w:t>unhon ne bhi wohi ghalti ki ke dunya mein unhon ne chaha ke jannat banaein woh</w:t>
      </w:r>
    </w:p>
    <w:p>
      <w:pPr>
        <w:jc w:val="right"/>
      </w:pPr>
      <w:r>
        <w:t>انہوں نے بھی وہی غلطی کی کہ دنیا میں انہوں نے چاہا کہ جنت بنائیں وہ</w:t>
      </w:r>
    </w:p>
    <w:p>
      <w:r>
        <w:rPr>
          <w:b/>
        </w:rPr>
        <w:t xml:space="preserve">[19:02] </w:t>
      </w:r>
      <w:r>
        <w:t>۔ wohi ghalti unhon ne bhi ki. jo secular logon ne ghalti kar rakhi thi. wohi ghalti muslim reformer ne bhi ki.</w:t>
      </w:r>
    </w:p>
    <w:p>
      <w:pPr>
        <w:jc w:val="right"/>
      </w:pPr>
      <w:r>
        <w:t>۔ وہی غلطی انہوں نے بھی کی۔ جو سیکولر لوگوں نے غلطی کر رکھی تھی۔ وہی غلطی مسلم ریفارمر نے بھی کی۔</w:t>
      </w:r>
    </w:p>
    <w:p>
      <w:r>
        <w:rPr>
          <w:b/>
        </w:rPr>
        <w:t xml:space="preserve">[19:13] </w:t>
      </w:r>
      <w:r>
        <w:t>yaad rakhiye is dunya mein yeh kehna ke islam ka nishana misali nizam hai yeh bilkul batil, be-asar baat hai.</w:t>
      </w:r>
    </w:p>
    <w:p>
      <w:pPr>
        <w:jc w:val="right"/>
      </w:pPr>
      <w:r>
        <w:t>یاد رکھیے اس دنیا میں یہ کہنا کہ اسلام کا نشانہ مثالی نظام ہے یہ بالکل باطل، بے اثر بات ہے۔</w:t>
      </w:r>
    </w:p>
    <w:p>
      <w:r>
        <w:rPr>
          <w:b/>
        </w:rPr>
        <w:t xml:space="preserve">[19:21] </w:t>
      </w:r>
      <w:r>
        <w:t>islam ka nishana, nishana misali nizam nahin hai. islam ka nishana yeh hai ke jannati shakhsiyat bane, misali ek fard bane.</w:t>
      </w:r>
    </w:p>
    <w:p>
      <w:pPr>
        <w:jc w:val="right"/>
      </w:pPr>
      <w:r>
        <w:t>اسلام کا نشانہ، نشانہ مثالی نظام نہیں ہے۔ اسلام کا نشانہ یہ ہے کہ جنتی شخصیت بنے، مثالی ایک فرد بنے۔</w:t>
      </w:r>
    </w:p>
    <w:p>
      <w:r>
        <w:rPr>
          <w:b/>
        </w:rPr>
        <w:t xml:space="preserve">[19:30] </w:t>
      </w:r>
      <w:r>
        <w:t>yani fard insan ka nishana hai, majmooa insan ka nishana nahi hai. Ab majmooi ki satah par majmooi moashra, majmooi nizam bana hi nahi sakte is dunya mein.</w:t>
      </w:r>
    </w:p>
    <w:p>
      <w:pPr>
        <w:jc w:val="right"/>
      </w:pPr>
      <w:r>
        <w:t>یعنی فرد انسان کا نشانہ ہے، مجموعہ انسان کا نشانہ نہیں ہے۔ اب مجموعی کی سطح پر مجموعی معاشرہ، مجموعی نظام بنا ہی نہیں سکتے اس دنیا میں۔</w:t>
      </w:r>
    </w:p>
    <w:p>
      <w:r>
        <w:rPr>
          <w:b/>
        </w:rPr>
        <w:t xml:space="preserve">[19:42] </w:t>
      </w:r>
      <w:r>
        <w:t>woh toh jannat mein bane ga. Toh secular log bhi is farq ko na samajhne ki wajah se.</w:t>
      </w:r>
    </w:p>
    <w:p>
      <w:pPr>
        <w:jc w:val="right"/>
      </w:pPr>
      <w:r>
        <w:t>وہ تو جنت میں بنے گا۔ تو سیکولر لوگ بھی اس فرق کو نہ سمجھنے کی وجہ سے۔</w:t>
      </w:r>
    </w:p>
    <w:p>
      <w:r>
        <w:rPr>
          <w:b/>
        </w:rPr>
        <w:t xml:space="preserve">[19:54] </w:t>
      </w:r>
      <w:r>
        <w:t>kya hua ke dhoom machate hain aur is ke baad mayoosi mein mar jate hain. Muslim rehnumaon ka haal bhi wahi. Dhoom machate hain aur is mein mayoosi mein mar jate hain. Be be natija.</w:t>
      </w:r>
    </w:p>
    <w:p>
      <w:pPr>
        <w:jc w:val="right"/>
      </w:pPr>
      <w:r>
        <w:t>کیا ہوا کہ دھوم مچاتے ہیں اور اس کے بعد مایوسی میں مر جاتے ہیں۔ مسلم رہنماؤں کا حال بھی وہی۔ دھوم مچاتے ہیں اور اس میں مایوسی میں مر جاتے ہیں۔ بے بے نتیجہ۔</w:t>
      </w:r>
    </w:p>
    <w:p>
      <w:r>
        <w:rPr>
          <w:b/>
        </w:rPr>
        <w:t xml:space="preserve">[20:05] </w:t>
      </w:r>
      <w:r>
        <w:t>toh asal cheez yeh hai ke logon ko yeh bataya jaye ke tumhare andar jo jannat ka shauq rakha hua hai.</w:t>
      </w:r>
    </w:p>
    <w:p>
      <w:pPr>
        <w:jc w:val="right"/>
      </w:pPr>
      <w:r>
        <w:t>تو اصل چیز یہ ہے کہ لوگوں کو یہ بتایا جائے کہ تمہارے اندر جو جنت کا شوق رکھا ہوا ہے۔</w:t>
      </w:r>
    </w:p>
    <w:p>
      <w:r>
        <w:rPr>
          <w:b/>
        </w:rPr>
        <w:t xml:space="preserve">[20:13] </w:t>
      </w:r>
      <w:r>
        <w:t>misali dunya ka jo shauq rakha hua hai woh toh akhirat ke liye hai, is dunya ke liye hai hi nahi. Is dunya mein tumhein apne andar jannati shakhsiyat banana hai.</w:t>
      </w:r>
    </w:p>
    <w:p>
      <w:pPr>
        <w:jc w:val="right"/>
      </w:pPr>
      <w:r>
        <w:t>مثالی دنیا کا جو شوق رکھا ہوا ہے وہ تو آخرت کے لیے ہے، اس دنیا کے لیے ہے ہی نہیں۔ اس دنیا میں تمہیں اپنے اندر جنتی شخصیت بنانا ہے۔</w:t>
      </w:r>
    </w:p>
    <w:p>
      <w:r>
        <w:rPr>
          <w:b/>
        </w:rPr>
        <w:t xml:space="preserve">[20:25] </w:t>
      </w:r>
      <w:r>
        <w:t>phir Allah taala poori tareekh se in afraad ko chun kar ke, chun kar ke, chun kar ke jannat mein basaye ga. Woh wahan par hoga misali moashra.</w:t>
      </w:r>
    </w:p>
    <w:p>
      <w:pPr>
        <w:jc w:val="right"/>
      </w:pPr>
      <w:r>
        <w:t>پھر اللہ تعالیٰ پوری تاریخ سے ان افراد کو چن کر کے، چن کر کے، چن کر کے جنت میں بسائیں گے۔ وہ وہاں پر ہوگا مثالی معاشرہ۔</w:t>
      </w:r>
    </w:p>
    <w:p>
      <w:r>
        <w:rPr>
          <w:b/>
        </w:rPr>
        <w:t xml:space="preserve">[20:36] </w:t>
      </w:r>
      <w:r>
        <w:t>poori tareekh se afraad chune jayenge.</w:t>
      </w:r>
    </w:p>
    <w:p>
      <w:pPr>
        <w:jc w:val="right"/>
      </w:pPr>
      <w:r>
        <w:t>پوری تاریخ سے افراد چنے جائیں گے۔</w:t>
      </w:r>
    </w:p>
    <w:p>
      <w:r>
        <w:rPr>
          <w:b/>
        </w:rPr>
        <w:t xml:space="preserve">[20:42] </w:t>
      </w:r>
      <w:r>
        <w:t>aur in afraad ko basa diya jayega jannat mein, wahi misali moashra hoga. Lekin bohat hi ajeeb baat hai ke poori poori tareekh mein insan ki bohat bari tadad nakaam paida hoti hai, nakaam jeeti hai, nakaam barti hai.</w:t>
      </w:r>
    </w:p>
    <w:p>
      <w:pPr>
        <w:jc w:val="right"/>
      </w:pPr>
      <w:r>
        <w:t>اور ان افراد کو بسا دیا جائے گا جنت میں، وہی مثالی معاشرہ ہوگا۔ لیکن بہت ہی عجیب بات ہے کہ پوری پوری تاریخ میں انسان کی بہت بڑی تعداد ناکام پیدا ہوتی ہے، ناکام جیتی ہے، ناکام برتی ہے۔</w:t>
      </w:r>
    </w:p>
    <w:p>
      <w:r>
        <w:rPr>
          <w:b/>
        </w:rPr>
        <w:t xml:space="preserve">[21:00] </w:t>
      </w:r>
      <w:r>
        <w:t>Surah Al-Fajr mein mein samajhta hoon ke jo baat kahi gayi hai akram aur ahana wali woh poori tareekh ka tafseer hai.</w:t>
      </w:r>
    </w:p>
    <w:p>
      <w:pPr>
        <w:jc w:val="right"/>
      </w:pPr>
      <w:r>
        <w:t>سورہ الفجر میں میں سمجھتا ہوں کہ جو بات کہی گئی ہے اکرم اور اہان والی وہ پوری تاریخ کا تفسیر ہے۔</w:t>
      </w:r>
    </w:p>
    <w:p>
      <w:r>
        <w:rPr>
          <w:b/>
        </w:rPr>
        <w:t xml:space="preserve">[21:11] </w:t>
      </w:r>
      <w:r>
        <w:t>Surah Al-Fajr mein kaha gaya hai ke agar Allah taala kisi ko kuch deta hai. Us ko kuch dolat aa jati hai, kuch power aa jata hai, kuch fame aa jata hai.</w:t>
      </w:r>
    </w:p>
    <w:p>
      <w:pPr>
        <w:jc w:val="right"/>
      </w:pPr>
      <w:r>
        <w:t>سورہ الفجر میں کہا گیا ہے کہ اگر اللہ تعالیٰ کسی کو کچھ دیتا ہے۔ اس کو کچھ دولت آ جاتی ہے، کچھ پاور آ جاتا ہے، کچھ فیم آ جاتا ہے۔</w:t>
      </w:r>
    </w:p>
    <w:p>
      <w:r>
        <w:rPr>
          <w:b/>
        </w:rPr>
        <w:t xml:space="preserve">[21:20] </w:t>
      </w:r>
      <w:r>
        <w:t>toh woh kehta hai ke Rabbi akram, Allah ne mera ikram kiya. Yani us ke andar superiority complex aa jata hai.</w:t>
      </w:r>
    </w:p>
    <w:p>
      <w:pPr>
        <w:jc w:val="right"/>
      </w:pPr>
      <w:r>
        <w:t>تو وہ کہتا ہے کہ ربی اکرم، اللہ نے میرا اکرام کیا۔ یعنی اس کے اندر سپیریٹی کمپلیکس آ جاتا ہے۔</w:t>
      </w:r>
    </w:p>
    <w:p>
      <w:r>
        <w:rPr>
          <w:b/>
        </w:rPr>
        <w:t xml:space="preserve">[21:30] </w:t>
      </w:r>
      <w:r>
        <w:t>ehsas-e-bartari aa jata hai.</w:t>
      </w:r>
    </w:p>
    <w:p>
      <w:pPr>
        <w:jc w:val="right"/>
      </w:pPr>
      <w:r>
        <w:t>احساس برتری آ جاتا ہے۔</w:t>
      </w:r>
    </w:p>
    <w:p>
      <w:r>
        <w:rPr>
          <w:b/>
        </w:rPr>
        <w:t xml:space="preserve">[21:33] </w:t>
      </w:r>
      <w:r>
        <w:t>kuch dolat mil gayi, koi acha ghar mil gaya, koi shandar car mil gayi, koi bara uhda mil gaya. Kuch bhi dunya ke lehaz se koi bari cheez mil gayi.</w:t>
      </w:r>
    </w:p>
    <w:p>
      <w:pPr>
        <w:jc w:val="right"/>
      </w:pPr>
      <w:r>
        <w:t>کچھ دولت مل گئی، کوئی اچھا گھر مل گیا، کوئی شاندار کار مل گئی، کوئی بڑا عہدہ مل گیا۔ کچھ بھی دنیا کے لحاظ سے کوئی بڑی چیز مل گئی۔</w:t>
      </w:r>
    </w:p>
    <w:p>
      <w:r>
        <w:rPr>
          <w:b/>
        </w:rPr>
        <w:t xml:space="preserve">[21:44] </w:t>
      </w:r>
      <w:r>
        <w:t>shohrat, izzat, paisa, khushi. Toh us ke andar akram ki nafsiyat paida ho jati hai. Yani superiority complex, ehsas-e-bartari.</w:t>
      </w:r>
    </w:p>
    <w:p>
      <w:pPr>
        <w:jc w:val="right"/>
      </w:pPr>
      <w:r>
        <w:t>شہرت، عزت، پیسہ، خوشی۔ تو اس کے اندر اکرم کی نفسیات پیدا ہو جاتی ہے۔ یعنی سپیریٹی کمپلیکس، احساس برتری۔</w:t>
      </w:r>
    </w:p>
    <w:p>
      <w:r>
        <w:rPr>
          <w:b/>
        </w:rPr>
        <w:t xml:space="preserve">[21:57] </w:t>
      </w:r>
      <w:r>
        <w:t>halanke bohat waqti hota hai woh.</w:t>
      </w:r>
    </w:p>
    <w:p>
      <w:pPr>
        <w:jc w:val="right"/>
      </w:pPr>
      <w:r>
        <w:t>حالانکہ بہت وقتی ہوتا ہے وہ۔</w:t>
      </w:r>
    </w:p>
    <w:p>
      <w:r>
        <w:rPr>
          <w:b/>
        </w:rPr>
        <w:t xml:space="preserve">[22:01] </w:t>
      </w:r>
      <w:r>
        <w:t>bohat jald use maloom hota hai ke jo us ko mila woh kuch bhi nahi tha. Toh natija hota hai ke aakhir mein woh mayoosi mein marta hai.</w:t>
      </w:r>
    </w:p>
    <w:p>
      <w:pPr>
        <w:jc w:val="right"/>
      </w:pPr>
      <w:r>
        <w:t>بہت جلد اسے معلوم ہوتا ہے کہ جو اس کو ملا وہ کچھ بھی نہیں تھا۔ تو نتیجہ ہوتا ہے کہ آخر میں وہ مایوسی میں مرتا ہے۔</w:t>
      </w:r>
    </w:p>
    <w:p>
      <w:r>
        <w:rPr>
          <w:b/>
        </w:rPr>
        <w:t xml:space="preserve">[22:17] </w:t>
      </w:r>
      <w:r>
        <w:t>isi tarah doosri ayat hai ke jis ko Allah taala yani kam deta hai, jis ko dunya mein kam hissa milta hai.</w:t>
      </w:r>
    </w:p>
    <w:p>
      <w:pPr>
        <w:jc w:val="right"/>
      </w:pPr>
      <w:r>
        <w:t>اسی طرح دوسری آیت ہے کہ جس کو اللہ تعالیٰ یعنی کم دیتا ہے، جس کو دنیا میں کم حصہ ملتا ہے۔</w:t>
      </w:r>
    </w:p>
    <w:p>
      <w:r>
        <w:rPr>
          <w:b/>
        </w:rPr>
        <w:t xml:space="preserve">[22:27] </w:t>
      </w:r>
      <w:r>
        <w:t>toh woh kehta hai ke in Rabbi kaha jata hai Rabbi haan Allah ne meri ahant ki. Yani woh inferiority complex pa jata hai.</w:t>
      </w:r>
    </w:p>
    <w:p>
      <w:pPr>
        <w:jc w:val="right"/>
      </w:pPr>
      <w:r>
        <w:t>تو وہ کہتا ہے کہ ان رب کہا جاتا ہے ربی اہان اللہ نے میری اہانت کی۔ یعنی وہ انفیریٹی کمپلیکس پڑ جاتا ہے۔</w:t>
      </w:r>
    </w:p>
    <w:p>
      <w:r>
        <w:rPr>
          <w:b/>
        </w:rPr>
        <w:t xml:space="preserve">[22:38] </w:t>
      </w:r>
      <w:r>
        <w:t>ehsas-e-kamtari mein mubtala ho jata hai.</w:t>
      </w:r>
    </w:p>
    <w:p>
      <w:pPr>
        <w:jc w:val="right"/>
      </w:pPr>
      <w:r>
        <w:t>احساس کمتری میں مبتلا ہو جاتا ہے۔</w:t>
      </w:r>
    </w:p>
    <w:p>
      <w:r>
        <w:rPr>
          <w:b/>
        </w:rPr>
        <w:t xml:space="preserve">[22:42] </w:t>
      </w:r>
      <w:r>
        <w:t>toh jis ko thoda bohat milta hai woh ehsas-e-bartari ka shikar. Jis ko nahi milta hai woh ehsas-e-kamtari ka shikar. Poori poori tareekh mein yeh ho raha hai.</w:t>
      </w:r>
    </w:p>
    <w:p>
      <w:pPr>
        <w:jc w:val="right"/>
      </w:pPr>
      <w:r>
        <w:t>تو جس کو تھوڑا بہت ملتا ہے وہ احساس برتری کا شکار۔ جس کو نہیں ملتا ہے وہ احساس کمتری کا شکار۔ پوری پوری تاریخ میں یہ ہو رہا ہے۔</w:t>
      </w:r>
    </w:p>
    <w:p>
      <w:r>
        <w:rPr>
          <w:b/>
        </w:rPr>
        <w:t xml:space="preserve">[22:55] </w:t>
      </w:r>
      <w:r>
        <w:t>toh asal mein jis baat ko janna hai woh yeh hai ke yeh dunya is liye hai hi nahi ke aap aap apni jannat banayein.</w:t>
      </w:r>
    </w:p>
    <w:p>
      <w:pPr>
        <w:jc w:val="right"/>
      </w:pPr>
      <w:r>
        <w:t>تو اصل میں جس بات کو جاننا ہے وہ یہ ہے کہ یہ دنیا اس لیے ہے ہی نہیں کہ آپ آپ اپنی جنت بنائیں۔</w:t>
      </w:r>
    </w:p>
    <w:p>
      <w:r>
        <w:rPr>
          <w:b/>
        </w:rPr>
        <w:t xml:space="preserve">[23:04] </w:t>
      </w:r>
      <w:r>
        <w:t>yeh dunya is liye hai ke aap apne andar jannati shakhsiyat banayein.</w:t>
      </w:r>
    </w:p>
    <w:p>
      <w:pPr>
        <w:jc w:val="right"/>
      </w:pPr>
      <w:r>
        <w:t>یہ دنیا اس لیے ہے کہ آپ اپنے اندر جنتی شخصیت بنائیں۔</w:t>
      </w:r>
    </w:p>
    <w:p>
      <w:r>
        <w:rPr>
          <w:b/>
        </w:rPr>
        <w:t xml:space="preserve">[23:12] </w:t>
      </w:r>
      <w:r>
        <w:t>ab dekhiye ke jannati shakhsiyat kya hai? Jahan tak maine samjha hai. Sab se bari cheez, sab se bari shart jo darkar hai jannati shakhsiyat ke liye woh hai kamil maano mein manfi ehsasat se khali hona.</w:t>
      </w:r>
    </w:p>
    <w:p>
      <w:pPr>
        <w:jc w:val="right"/>
      </w:pPr>
      <w:r>
        <w:t>اب دیکھیے کہ جنتی شخصیت کیا ہے؟ جہاں تک میں نے سمجھا ہے۔ سب سے بڑی چیز، سب سے بڑی شرط جو درکار ہے جنتی شخصیت کے لیے وہ ہے کامل معنوں میں منفی احساسات سے خالی ہونا۔</w:t>
      </w:r>
    </w:p>
    <w:p>
      <w:r>
        <w:rPr>
          <w:b/>
        </w:rPr>
        <w:t xml:space="preserve">[23:34] </w:t>
      </w:r>
      <w:r>
        <w:t>kamil maano mein. Matlab aap ke andar nafrat na ho, jhanjhanahat na ho, inteqam na ho. Aap ke andar tashaddud na ho.</w:t>
      </w:r>
    </w:p>
    <w:p>
      <w:pPr>
        <w:jc w:val="right"/>
      </w:pPr>
      <w:r>
        <w:t>کامل معنوں میں۔ مطلب آپ کے اندر نفرت نہ ہو، جھنجھلاہٹ نہ ہو، انتقام نہ ہو۔ آپ کے اندر تشدد نہ ہو۔</w:t>
      </w:r>
    </w:p>
    <w:p>
      <w:r>
        <w:rPr>
          <w:b/>
        </w:rPr>
        <w:t xml:space="preserve">[23:46] </w:t>
      </w:r>
      <w:r>
        <w:t>aap ke andar ehsas-e-bartari na ho, na ehsas-e-kamtari ho.</w:t>
      </w:r>
    </w:p>
    <w:p>
      <w:pPr>
        <w:jc w:val="right"/>
      </w:pPr>
      <w:r>
        <w:t>آپ کے اندر احساس برتری نہ ہو، نہ احساس کمتری ہو۔</w:t>
      </w:r>
    </w:p>
    <w:p>
      <w:r>
        <w:rPr>
          <w:b/>
        </w:rPr>
        <w:t xml:space="preserve">[23:54] </w:t>
      </w:r>
      <w:r>
        <w:t>aap bilkul fitrat-e-saleem par hain. yeh matloob hai. kyun?</w:t>
      </w:r>
    </w:p>
    <w:p>
      <w:pPr>
        <w:jc w:val="right"/>
      </w:pPr>
      <w:r>
        <w:t>آپ بالکل فطرت سلیم پر ہوں۔ یہ مطلوب ہے۔ کیوں؟</w:t>
      </w:r>
    </w:p>
    <w:p>
      <w:r>
        <w:rPr>
          <w:b/>
        </w:rPr>
        <w:t xml:space="preserve">[24:02] </w:t>
      </w:r>
      <w:r>
        <w:t>isi waqt aap ke andar jannat ki parwarish hoti hai jannati shakhsiyat ki. kyun? aap Surah Hameem Sajdah ki woh ayat padhiye.</w:t>
      </w:r>
    </w:p>
    <w:p>
      <w:pPr>
        <w:jc w:val="right"/>
      </w:pPr>
      <w:r>
        <w:t>اسی وقت آپ کے اندر جنت کی پرورش ہوتی ہے جنتی شخصیت کی۔ کیوں؟ آپ سورہ حامیم السجدہ کی وہ آیت پڑھیے۔</w:t>
      </w:r>
    </w:p>
    <w:p>
      <w:r>
        <w:rPr>
          <w:b/>
        </w:rPr>
        <w:t xml:space="preserve">[24:12] </w:t>
      </w:r>
      <w:r>
        <w:t>Innal lazina qalu Rabbunallahu thumma-stamqamu tatanazzalu alaihimul malaikatu alla takhafu wala tahzano wa abshiru biljannati</w:t>
      </w:r>
    </w:p>
    <w:p>
      <w:pPr>
        <w:jc w:val="right"/>
      </w:pPr>
      <w:r>
        <w:t>ان الذین قالو ربنا اللہ تمستقامو تتنزل علیہم الملائکہ اللہ تخبو ولا تحضنو واپشرو بالجنة</w:t>
      </w:r>
    </w:p>
    <w:p>
      <w:r>
        <w:rPr>
          <w:b/>
        </w:rPr>
        <w:t xml:space="preserve">[24:25] </w:t>
      </w:r>
      <w:r>
        <w:t>yani jab ek insaan Allah par imaan laaye, imaan laiq ma'ni ke Allah ko daryaft kare woh. imaan ka matlab hai darja-e-daryaft mein Allah ko paana.</w:t>
      </w:r>
    </w:p>
    <w:p>
      <w:pPr>
        <w:jc w:val="right"/>
      </w:pPr>
      <w:r>
        <w:t>یعنی جب ایک انسان اللہ پر ایمان لائے، ایمان لائق معنی کہ اللہ کو دریافت کرے وہ۔ ایمان کا مطلب ہے درجہ دریافت میں اللہ کو پانا۔</w:t>
      </w:r>
    </w:p>
    <w:p>
      <w:r>
        <w:rPr>
          <w:b/>
        </w:rPr>
        <w:t xml:space="preserve">[24:37] </w:t>
      </w:r>
      <w:r>
        <w:t>yani kalma padh lena ke hum yahan imaan nahi hai. yani kuch alfaaz bol diye aap kalme ke iska matlab imaan nahi hota hai.</w:t>
      </w:r>
    </w:p>
    <w:p>
      <w:pPr>
        <w:jc w:val="right"/>
      </w:pPr>
      <w:r>
        <w:t>یعنی کلمہ پڑھ لینا کہ ہم یہاں ایمان نہیں ہے۔ یعنی کچھ الفاظ بول دیے آپ کلمے کے اس کا مطلب ایمان نہیں ہوتا ہے۔</w:t>
      </w:r>
    </w:p>
    <w:p>
      <w:r>
        <w:rPr>
          <w:b/>
        </w:rPr>
        <w:t xml:space="preserve">[24:48] </w:t>
      </w:r>
      <w:r>
        <w:t>imaan naam hai mabni par ma'rifat imaan ka. mabni par ma'rifat.</w:t>
      </w:r>
    </w:p>
    <w:p>
      <w:pPr>
        <w:jc w:val="right"/>
      </w:pPr>
      <w:r>
        <w:t>ایمان نامہ ہے مبنی پر معرفت ایمان کا۔ مبنی پر معرفت۔</w:t>
      </w:r>
    </w:p>
    <w:p>
      <w:r>
        <w:rPr>
          <w:b/>
        </w:rPr>
        <w:t xml:space="preserve">[24:56] </w:t>
      </w:r>
      <w:r>
        <w:t>mamma 'arafa min al-haqq. toh jab aap ko darja-e-daryaft mein, darja-e-ma'rifat mein imaan mila.</w:t>
      </w:r>
    </w:p>
    <w:p>
      <w:pPr>
        <w:jc w:val="right"/>
      </w:pPr>
      <w:r>
        <w:t>مما عرف من الحق۔ تو جب آپ کو درجہ دریافت میں، درجہ معرفت میں ایمان ملا۔</w:t>
      </w:r>
    </w:p>
    <w:p>
      <w:r>
        <w:rPr>
          <w:b/>
        </w:rPr>
        <w:t xml:space="preserve">[25:05] </w:t>
      </w:r>
      <w:r>
        <w:t>aur is par qaim ho gaye aap. toh ayat kehti hai ke is par farishte utarte hain. farishte utarte hain. aur farishte kya karte hain?</w:t>
      </w:r>
    </w:p>
    <w:p>
      <w:pPr>
        <w:jc w:val="right"/>
      </w:pPr>
      <w:r>
        <w:t>اور اس پر قائم ہو گئے آپ۔ تو آیت کہتی ہے کہ اس پر فرشتے اترتے ہیں۔ فرشتے اترتے ہیں۔ اور فرشتے کیا کرتے ہیں؟</w:t>
      </w:r>
    </w:p>
    <w:p>
      <w:r>
        <w:rPr>
          <w:b/>
        </w:rPr>
        <w:t xml:space="preserve">[25:16] </w:t>
      </w:r>
      <w:r>
        <w:t>jannat ki basharat dete hain. yeh ayat bohat hi ahem ayat hai. Innal lazina qalu Rabbunallahu thumma-stamqamu tatanazzalu alaihimul malaikatu alla takhafu wala tahzano</w:t>
      </w:r>
    </w:p>
    <w:p>
      <w:pPr>
        <w:jc w:val="right"/>
      </w:pPr>
      <w:r>
        <w:t>جنت کی بشارت دیتے ہیں۔ یہ آیت بہت ہی اہم آیت ہے۔ ان الذین قالو ربنا اللہ تمستقامو تتنزل علیہم الملائکہ اللہ تخاف ولا تحضنو</w:t>
      </w:r>
    </w:p>
    <w:p>
      <w:r>
        <w:rPr>
          <w:b/>
        </w:rPr>
        <w:t xml:space="preserve">[25:33] </w:t>
      </w:r>
      <w:r>
        <w:t>wa abshiru biljannati</w:t>
      </w:r>
    </w:p>
    <w:p>
      <w:pPr>
        <w:jc w:val="right"/>
      </w:pPr>
      <w:r>
        <w:t>واپشرو بالجنة</w:t>
      </w:r>
    </w:p>
    <w:p>
      <w:r>
        <w:rPr>
          <w:b/>
        </w:rPr>
        <w:t xml:space="preserve">[25:38] </w:t>
      </w:r>
      <w:r>
        <w:t>yani aap ko agar haqeeqi ma'non mein ma'rifat wala imaan mil jaata hai aur is par aap qaim ho jaate hain. toh aap ko yeh sifat milti hai ke farishte aate hain aap ko basharat dete hain aap ko.</w:t>
      </w:r>
    </w:p>
    <w:p>
      <w:pPr>
        <w:jc w:val="right"/>
      </w:pPr>
      <w:r>
        <w:t>یعنی آپ کو اگر حقیقی معنوں میں معرفت والا ایمان مل جاتا ہے اور اس پر آپ قائم ہو جاتے ہیں۔ تو آپ کو یہ صفت ملتی ہے کہ فرشتے آتے ہیں آپ کو بشارت دیتے ہیں آپ کو۔</w:t>
      </w:r>
    </w:p>
    <w:p>
      <w:r>
        <w:rPr>
          <w:b/>
        </w:rPr>
        <w:t xml:space="preserve">[25:51] </w:t>
      </w:r>
      <w:r>
        <w:t>toh basharat dene ka matlab kya hai? yeh matlab nahi hai ke kehte hain ae insaan tere liye jannat hai, tere liye jannat hai. yeh matlab nahi hai.</w:t>
      </w:r>
    </w:p>
    <w:p>
      <w:pPr>
        <w:jc w:val="right"/>
      </w:pPr>
      <w:r>
        <w:t>تو بشارت دینے کا مطلب کیا ہے؟ یہ مطلب نہیں ہے کہ کہتے ہیں اے انسان تیرے لیے جنت ہے، تیرے لیے جنت ہے۔ یہ مطلب نہیں ہے۔</w:t>
      </w:r>
    </w:p>
    <w:p>
      <w:r>
        <w:rPr>
          <w:b/>
        </w:rPr>
        <w:t xml:space="preserve">[25:59] </w:t>
      </w:r>
      <w:r>
        <w:t>nahin. iska matlab hai ke is insaan ke andar woh ilhaamaat karte hain. aisa inspiration dete hain is ko.</w:t>
      </w:r>
    </w:p>
    <w:p>
      <w:pPr>
        <w:jc w:val="right"/>
      </w:pPr>
      <w:r>
        <w:t>نہیں۔ اس کا مطلب ہے کہ اس انسان کے اندر وہ الہامات کرتے ہیں۔ ایسا انسپیریشن دیتے ہیں اس کو۔</w:t>
      </w:r>
    </w:p>
    <w:p>
      <w:r>
        <w:rPr>
          <w:b/>
        </w:rPr>
        <w:t xml:space="preserve">[26:10] </w:t>
      </w:r>
      <w:r>
        <w:t>jannati shakhsiyat ki ta'meer karne ke ka ka yani is ke andar is ko aise aise is ke andar khayalaat laate hain jise jannat jo jannati shakhs ta'meer karne wale hon.</w:t>
      </w:r>
    </w:p>
    <w:p>
      <w:pPr>
        <w:jc w:val="right"/>
      </w:pPr>
      <w:r>
        <w:t>جنتی شخصیت کی تعمیر کرنے کے کا کا یعنی اس کے اندر اس کو ایسے ایسے اس کے اندر خیالات لاتے ہیں جسے جنت جو جنتی شخص تعمیر کرنے والے ہوں۔</w:t>
      </w:r>
    </w:p>
    <w:p>
      <w:r>
        <w:rPr>
          <w:b/>
        </w:rPr>
        <w:t xml:space="preserve">[26:24] </w:t>
      </w:r>
      <w:r>
        <w:t>yani mukhtalif mauqe par in ko jannati shaoor</w:t>
      </w:r>
    </w:p>
    <w:p>
      <w:pPr>
        <w:jc w:val="right"/>
      </w:pPr>
      <w:r>
        <w:t>یعنی مختلف مواقع پر ان کو جنتی شعور</w:t>
      </w:r>
    </w:p>
    <w:p>
      <w:r>
        <w:rPr>
          <w:b/>
        </w:rPr>
        <w:t xml:space="preserve">[26:28] </w:t>
      </w:r>
      <w:r>
        <w:t>paida karte hain. yeh matlab hai is ka. maslan kisi ne aap ko mushtael kiya. aap ghusse mein aa gaye toh wahan farishta kehta hai ke ae bande ghussa mat kar.</w:t>
      </w:r>
    </w:p>
    <w:p>
      <w:pPr>
        <w:jc w:val="right"/>
      </w:pPr>
      <w:r>
        <w:t>پیدا کرتے ہیں۔ یہ مطلب ہے اس کا۔ مثلاً کسی نے آپ کو مشتعل کیا۔ آپ غصے میں آ گئے تو وہاں فرشتہ کہتا ہے کہ اے بندے غصہ مت کر۔</w:t>
      </w:r>
    </w:p>
    <w:p>
      <w:r>
        <w:rPr>
          <w:b/>
        </w:rPr>
        <w:t xml:space="preserve">[26:41] </w:t>
      </w:r>
      <w:r>
        <w:t>ghusse ko pee ja. yahi toh jannat ki sifat hai. aap ke andar inteqaam ka jazba bhadka.</w:t>
      </w:r>
    </w:p>
    <w:p>
      <w:pPr>
        <w:jc w:val="right"/>
      </w:pPr>
      <w:r>
        <w:t>غصے کو پی جا۔ یہی تو جنت کی صفت ہے۔ آپ کے اندر انتقام کا جذبہ بھڑکا۔</w:t>
      </w:r>
    </w:p>
    <w:p>
      <w:r>
        <w:rPr>
          <w:b/>
        </w:rPr>
        <w:t xml:space="preserve">[26:50] </w:t>
      </w:r>
      <w:r>
        <w:t>wahan farishta kehta hai ke ae bande inteqaam ko bhula de. kyunke inteqaam bhulane wale hi jannat mein dakhla dakhla paayenge.</w:t>
      </w:r>
    </w:p>
    <w:p>
      <w:pPr>
        <w:jc w:val="right"/>
      </w:pPr>
      <w:r>
        <w:t>وہاں فرشتہ کہتا ہے کہ اے بندے انتقام کو بھلا دے۔ کیونکہ انتقام بھلانے والے ہی جنت میں داخل داخلہ پائیں گے۔</w:t>
      </w:r>
    </w:p>
    <w:p>
      <w:r>
        <w:rPr>
          <w:b/>
        </w:rPr>
        <w:t xml:space="preserve">[27:00] </w:t>
      </w:r>
      <w:r>
        <w:t>aap ke andar tashaddud ka jazba bhadakta hai. wahan farishta kehta hai ke ae bande tashaddud mat kar. kyunke tu jannat mein dakhla nahi paayega agar tashaddud karega toh.</w:t>
      </w:r>
    </w:p>
    <w:p>
      <w:pPr>
        <w:jc w:val="right"/>
      </w:pPr>
      <w:r>
        <w:t>آپ کے اندر تشدد کا جذبہ بھڑکتا ہے۔ وہاں فرشتہ کہتا ہے کہ اے بندے تشدد مت کر۔ کیونکہ تو جنت میں داخلہ نہیں پائے گا اگر تشدد کرے گا تو۔</w:t>
      </w:r>
    </w:p>
    <w:p>
      <w:r>
        <w:rPr>
          <w:b/>
        </w:rPr>
        <w:t xml:space="preserve">[27:12] </w:t>
      </w:r>
      <w:r>
        <w:t>wahan toh hai salamti ka ghar hai jannat. jannat jo hai woh salamti ka ghar hai.</w:t>
      </w:r>
    </w:p>
    <w:p>
      <w:pPr>
        <w:jc w:val="right"/>
      </w:pPr>
      <w:r>
        <w:t>وہاں تو ہے سلامتی کا گھر ہے جنت۔ جنت جو ہے وہ سلامتی کا گھر ہے۔</w:t>
      </w:r>
    </w:p>
    <w:p>
      <w:r>
        <w:rPr>
          <w:b/>
        </w:rPr>
        <w:t xml:space="preserve">[27:20] </w:t>
      </w:r>
      <w:r>
        <w:t>Quran mein hai ke wallahuyahdis salam toh darus salam mein toh kahin jagah paayega. toh inspiration ke roop mein, ilhaam ke roop mein, ilqa ke roop mein farishte baar baar is ko batate rehte hain, batate rehte hain, batate rehte hain.</w:t>
      </w:r>
    </w:p>
    <w:p>
      <w:pPr>
        <w:jc w:val="right"/>
      </w:pPr>
      <w:r>
        <w:t>قرآن میں ہے کہ واللہیدو السلام تو دارالسلام میں تو کہیں جگہ پائے گا۔ تو انسپیریشن کے روپ میں، الہام کے روپ میں، القاء کے روپ میں فرشتے بار بار اس کو بتاتے رہتے ہیں، بتاتے رہتے ہیں، بتاتے رہتے ہیں۔</w:t>
      </w:r>
    </w:p>
    <w:p>
      <w:r>
        <w:rPr>
          <w:b/>
        </w:rPr>
        <w:t xml:space="preserve">[27:42] </w:t>
      </w:r>
      <w:r>
        <w:t>yeh matlab hai is ka.</w:t>
      </w:r>
    </w:p>
    <w:p>
      <w:pPr>
        <w:jc w:val="right"/>
      </w:pPr>
      <w:r>
        <w:t>یہ مطلب ہے اس کا۔</w:t>
      </w:r>
    </w:p>
    <w:p>
      <w:r>
        <w:rPr>
          <w:b/>
        </w:rPr>
        <w:t xml:space="preserve">[27:46] </w:t>
      </w:r>
      <w:r>
        <w:t>lekin kab aisa hota hai? jab aap mukammal taur par manfi jazbaat se khaali hon. kyunke dekhiye farishte jo hain noorani makhlooq hain.</w:t>
      </w:r>
    </w:p>
    <w:p>
      <w:pPr>
        <w:jc w:val="right"/>
      </w:pPr>
      <w:r>
        <w:t>لیکن کب ایسا ہوتا ہے؟ جب آپ مکمل طور پر منفی جذبات سے خالی ہوں۔ کیونکہ دیکھیے فرشتے جو ہیں نورانی مخلوق ہیں۔</w:t>
      </w:r>
    </w:p>
    <w:p>
      <w:r>
        <w:rPr>
          <w:b/>
        </w:rPr>
        <w:t xml:space="preserve">[28:00] </w:t>
      </w:r>
      <w:r>
        <w:t>noorani makhlooq hain. woh sirf wahi jagah par yani wohin utarte hain jahan mukammal ma'non mein nooraniyat ho.</w:t>
      </w:r>
    </w:p>
    <w:p>
      <w:pPr>
        <w:jc w:val="right"/>
      </w:pPr>
      <w:r>
        <w:t>نورانی مخلوق ہیں۔ وہ صرف وہی جگہ پر یعنی وہیں اترتے ہیں جہاں مکمل معنوں میں نورانیت ہو۔</w:t>
      </w:r>
    </w:p>
    <w:p>
      <w:r>
        <w:rPr>
          <w:b/>
        </w:rPr>
        <w:t xml:space="preserve">[28:08] </w:t>
      </w:r>
      <w:r>
        <w:t>nooraniyat ma'ni mein matlab yeh ke musbat zehan ho.</w:t>
      </w:r>
    </w:p>
    <w:p>
      <w:pPr>
        <w:jc w:val="right"/>
      </w:pPr>
      <w:r>
        <w:t>نورانیت معنی میں مطلب یہ کہ مثبت ذہن ہو۔</w:t>
      </w:r>
    </w:p>
    <w:p>
      <w:r>
        <w:rPr>
          <w:b/>
        </w:rPr>
        <w:t xml:space="preserve">[28:13] </w:t>
      </w:r>
      <w:r>
        <w:t>musbat zehn jo hai woh farishton ka mohabbat banta hai. aur manfi zehn shayateen ka mohabbat ban jata hai.</w:t>
      </w:r>
    </w:p>
    <w:p>
      <w:pPr>
        <w:jc w:val="right"/>
      </w:pPr>
      <w:r>
        <w:t>مثبت ذہن جو ہے وہ فرشتوں کا محبت بنتا ہے۔ اور منفی ذہن شیاطین کا محبت بن جاتا ہے۔</w:t>
      </w:r>
    </w:p>
    <w:p>
      <w:r>
        <w:rPr>
          <w:b/>
        </w:rPr>
        <w:t xml:space="preserve">[28:22] </w:t>
      </w:r>
      <w:r>
        <w:t>yeh bohat hi ahem baat hai is ko janna chahiye. ke agar andar aap ke andar zara bhi manfi soch hai to shaitan ghus aayega.</w:t>
      </w:r>
    </w:p>
    <w:p>
      <w:pPr>
        <w:jc w:val="right"/>
      </w:pPr>
      <w:r>
        <w:t>یہ بہت ہی اہم بات ہے اس کو جاننا چاہیے۔ کہ اگر اندر آپ کے اندر ذرا بھی منفی سوچ ہے تو شیطان گھس آئے گا۔</w:t>
      </w:r>
    </w:p>
    <w:p>
      <w:r>
        <w:rPr>
          <w:b/>
        </w:rPr>
        <w:t xml:space="preserve">[28:32] </w:t>
      </w:r>
      <w:r>
        <w:t>kyunke aap dekhiye faqir ka masla hai ke agar itna pani hai tub mein. ek ek drop, ek boond is mein gandagi pad jaye to sara pani ganda ho jata hai.</w:t>
      </w:r>
    </w:p>
    <w:p>
      <w:pPr>
        <w:jc w:val="right"/>
      </w:pPr>
      <w:r>
        <w:t>کیونکہ آپ دیکھیے فقر کا مسئلہ ہے کہ اگر اتنا پانی ہے ٹب میں۔ ایک ایک ڈراپ، ایک بوند اس میں گندگی پڑ جائے تو سارا پانی گندا ہو جاتا ہے۔</w:t>
      </w:r>
    </w:p>
    <w:p>
      <w:r>
        <w:rPr>
          <w:b/>
        </w:rPr>
        <w:t xml:space="preserve">[28:47] </w:t>
      </w:r>
      <w:r>
        <w:t>isi tarike se agar aap ke andar manfi ka manfi soch ka ek qatra bhi pad gaya to poora poori shakhsiyat aap ki gandi ho jayegi.</w:t>
      </w:r>
    </w:p>
    <w:p>
      <w:pPr>
        <w:jc w:val="right"/>
      </w:pPr>
      <w:r>
        <w:t>اسی طریقے سے اگر آپ کے اندر منفی کا منفی سوچ کا ایک قطرہ بھی پڑ گیا تو پورا پوری شخصیت آپ کی گندی ہو جائے گی۔</w:t>
      </w:r>
    </w:p>
    <w:p>
      <w:r>
        <w:rPr>
          <w:b/>
        </w:rPr>
        <w:t xml:space="preserve">[28:59] </w:t>
      </w:r>
      <w:r>
        <w:t>to jis ke andar manfi soch ho wahan shayateen utrenge. woh shayateen ka mohabbat banega. jis ke andar musbat soch ho wahan malaika utrenge.</w:t>
      </w:r>
    </w:p>
    <w:p>
      <w:pPr>
        <w:jc w:val="right"/>
      </w:pPr>
      <w:r>
        <w:t>تو جس کے اندر منفی سوچ ہو وہاں شیاطین اتریں گے۔ وہ شیاطین کا محبت بنے گا۔ جس کے اندر مثبت سوچ ہو وہاں ملائکہ اتریں گے۔</w:t>
      </w:r>
    </w:p>
    <w:p>
      <w:r>
        <w:rPr>
          <w:b/>
        </w:rPr>
        <w:t xml:space="preserve">[29:11] </w:t>
      </w:r>
      <w:r>
        <w:t>malaika ka mohabbat banega.</w:t>
      </w:r>
    </w:p>
    <w:p>
      <w:pPr>
        <w:jc w:val="right"/>
      </w:pPr>
      <w:r>
        <w:t>ملائکہ کا محبت بنے گا۔</w:t>
      </w:r>
    </w:p>
    <w:p>
      <w:r>
        <w:rPr>
          <w:b/>
        </w:rPr>
        <w:t xml:space="preserve">[29:16] </w:t>
      </w:r>
      <w:r>
        <w:t>misalan aap ko kisi ne woh aap ko kisi ne takleef de di. aap ke khilaf koi baat keh di. aap offend ho gaye.</w:t>
      </w:r>
    </w:p>
    <w:p>
      <w:pPr>
        <w:jc w:val="right"/>
      </w:pPr>
      <w:r>
        <w:t>مثلاً آپ کو کسی نے وہ آپ کو کسی نے تکلیف دے دی۔ آپ کے خلاف کوئی بات کہہ دی۔ آپ افینڈ ہو گئے۔</w:t>
      </w:r>
    </w:p>
    <w:p>
      <w:r>
        <w:rPr>
          <w:b/>
        </w:rPr>
        <w:t xml:space="preserve">[29:25] </w:t>
      </w:r>
      <w:r>
        <w:t>yani pehle to aap bura manenge. phir shaitan aap ko warghalayega ke is se to intiqam lena hai. baghair baghair intiqam le liya is ko chhodna nahi hai.</w:t>
      </w:r>
    </w:p>
    <w:p>
      <w:pPr>
        <w:jc w:val="right"/>
      </w:pPr>
      <w:r>
        <w:t>یعنی پہلے تو آپ برا مانیں گے۔ پھر شیطان آپ کو ورغلائے گا کہ اس سے تو انتقام لینا ہے۔ بغیر بغیر انتقام لے لیا اس کو چھوڑنا نہیں ہے۔</w:t>
      </w:r>
    </w:p>
    <w:p>
      <w:r>
        <w:rPr>
          <w:b/>
        </w:rPr>
        <w:t xml:space="preserve">[29:34] </w:t>
      </w:r>
      <w:r>
        <w:t>phir aap ko intiqam ki taraf bharkayega. phir kahega nahi tashaddud karo is ko marna hai nahi to theek nahi hoga yeh aadmi.</w:t>
      </w:r>
    </w:p>
    <w:p>
      <w:pPr>
        <w:jc w:val="right"/>
      </w:pPr>
      <w:r>
        <w:t>پھر آپ کو انتقام کی طرف بھڑکائے گا۔ پھر کہے گا نہیں تشدد کرو اس کو مارنا ہے نہیں تو ٹھیک نہیں ہوگا یہ آدمی۔</w:t>
      </w:r>
    </w:p>
    <w:p>
      <w:r>
        <w:rPr>
          <w:b/>
        </w:rPr>
        <w:t xml:space="preserve">[29:43] </w:t>
      </w:r>
      <w:r>
        <w:t>to is tarike se ek ke baad ek shaitan bharka bharkakar aap ko khud jaisa hai waise hi aap ko bana de banadega. agar aap ne shaitan ko apne andar basa rakha hai.</w:t>
      </w:r>
    </w:p>
    <w:p>
      <w:pPr>
        <w:jc w:val="right"/>
      </w:pPr>
      <w:r>
        <w:t>تو اس طریقے سے ایک کے بعد ایک شیطان بھڑکا بھڑکا کر آپ کو خود جیسا ہے ویسے ہی آپ کو بنا دے بنا دے گا۔ اگر آپ نے شیطان کو اپنے اندر بسا رکھا ہے۔</w:t>
      </w:r>
    </w:p>
    <w:p>
      <w:r>
        <w:rPr>
          <w:b/>
        </w:rPr>
        <w:t xml:space="preserve">[29:56] </w:t>
      </w:r>
      <w:r>
        <w:t>yani manfi jazbat mein agar aap jeete hain. agar aap ke andar manfi zehn hai. negative thinking hai. to shaitan ghus aayega.</w:t>
      </w:r>
    </w:p>
    <w:p>
      <w:pPr>
        <w:jc w:val="right"/>
      </w:pPr>
      <w:r>
        <w:t>یعنی منفی جذبات میں اگر آپ جیتے ہیں۔ اگر آپ کے اندر منفی ذہن ہے۔ نیگیٹیو تھنکنگ ہے۔ تو شیطان گھس آئے گا۔</w:t>
      </w:r>
    </w:p>
    <w:p>
      <w:r>
        <w:rPr>
          <w:b/>
        </w:rPr>
        <w:t xml:space="preserve">[30:05] </w:t>
      </w:r>
      <w:r>
        <w:t>aur shaitan warghalayega aap ko. aur yahi sab</w:t>
      </w:r>
    </w:p>
    <w:p>
      <w:pPr>
        <w:jc w:val="right"/>
      </w:pPr>
      <w:r>
        <w:t>اور شیطان ورغلائے گا آپ کو۔ اور یہی سب</w:t>
      </w:r>
    </w:p>
    <w:p>
      <w:r>
        <w:rPr>
          <w:b/>
        </w:rPr>
        <w:t xml:space="preserve">[30:09] </w:t>
      </w:r>
      <w:r>
        <w:t>karega. manfi soch se ghussa, ghussa se intiqam, intiqam se tashaddud, tashaddud se fighting. yeh sab karega shaitan.</w:t>
      </w:r>
    </w:p>
    <w:p>
      <w:pPr>
        <w:jc w:val="right"/>
      </w:pPr>
      <w:r>
        <w:t>کرے گا۔ منفی سوچ سے غصہ، غصہ سے انتقام، انتقام سے تشدد، تشدد سے فائٹنگ۔ یہ سب کرے گا شیطان۔</w:t>
      </w:r>
    </w:p>
    <w:p>
      <w:r>
        <w:rPr>
          <w:b/>
        </w:rPr>
        <w:t xml:space="preserve">[30:19] </w:t>
      </w:r>
      <w:r>
        <w:t>agar aap ke andar positive thinking hai, musbat zehn hai to wahan farishte aayenge. woh kya karenge? woh bar bar aap ke andar jahan koi galat jazba aayega woh foran us ko bujhayenge.</w:t>
      </w:r>
    </w:p>
    <w:p>
      <w:pPr>
        <w:jc w:val="right"/>
      </w:pPr>
      <w:r>
        <w:t>اگر آپ کے اندر پازیٹیو تھنکنگ ہے، مثبت ذہن ہے تو وہاں فرشتے آئیں گے۔ وہ کیا کریں گے؟ وہ بار بار آپ کے اندر جہاں کوئی غلط جذبہ آئے گا وہ فوراً اس کو بجھائیں گے۔</w:t>
      </w:r>
    </w:p>
    <w:p>
      <w:r>
        <w:rPr>
          <w:b/>
        </w:rPr>
        <w:t xml:space="preserve">[30:36] </w:t>
      </w:r>
      <w:r>
        <w:t>ghusse ko ko kahenge ke ghusse ko khatam karo. ghusse ko pee jao. intiqam ko bhula do. har cheez ko woh aap ke andar khatam karte rahenge.</w:t>
      </w:r>
    </w:p>
    <w:p>
      <w:pPr>
        <w:jc w:val="right"/>
      </w:pPr>
      <w:r>
        <w:t>غصے کو کو کہیں گے کہ غصے کو ختم کرو۔ غصے کو پی جاؤ۔ انتقام کو بھلا دو۔ ہر چیز کو وہ آپ کے اندر ختم کرتے رہیں گے۔</w:t>
      </w:r>
    </w:p>
    <w:p>
      <w:r>
        <w:rPr>
          <w:b/>
        </w:rPr>
        <w:t xml:space="preserve">[30:48] </w:t>
      </w:r>
      <w:r>
        <w:t>tab kya hoga? aap ke andar khudai noor noor utrega. khudai ilham utrega. yeh matlab hai is tarah jannati shakhsiyat banegi.</w:t>
      </w:r>
    </w:p>
    <w:p>
      <w:pPr>
        <w:jc w:val="right"/>
      </w:pPr>
      <w:r>
        <w:t>تب کیا ہوگا؟ آپ کے اندر خدائی نور نور اترے گا۔ خدائی الہام اترے گا۔ یہ مطلب ہے اس طرح جنتی شخصیت بنے گی۔</w:t>
      </w:r>
    </w:p>
    <w:p>
      <w:r>
        <w:rPr>
          <w:b/>
        </w:rPr>
        <w:t xml:space="preserve">[31:00] </w:t>
      </w:r>
      <w:r>
        <w:t>to ab shuru be jannat ke mani hain ke woh aise khayalat, aise afkar aap ke andar dalte hain jis se jannati shakhsiyat banti hai. yeh matlab nahi hai ke kaan mein keh dete hain ke dekho bhai to woh jannat likhi hai tumhare liye.</w:t>
      </w:r>
    </w:p>
    <w:p>
      <w:pPr>
        <w:jc w:val="right"/>
      </w:pPr>
      <w:r>
        <w:t>تو اب شروع بے جنت کے معنی ہیں کہ وہ ایسے خیالات، ایسے افکار آپ کے اندر ڈالتے ہیں جس سے جنتی شخصیت بنتی ہے۔ یہ مطلب نہیں ہے کہ کان میں کہہ دیتے ہیں کہ دیکھو بھئی تو وہ جنت لکھی ہے تمہارے لیے۔</w:t>
      </w:r>
    </w:p>
    <w:p>
      <w:r>
        <w:rPr>
          <w:b/>
        </w:rPr>
        <w:t xml:space="preserve">[31:11] </w:t>
      </w:r>
      <w:r>
        <w:t>yeh matlab is ka nahi hai. to agar aadmi musbat zehn ka ho to woh wahan farishte aate hain.</w:t>
      </w:r>
    </w:p>
    <w:p>
      <w:pPr>
        <w:jc w:val="right"/>
      </w:pPr>
      <w:r>
        <w:t>یہ مطلب اس کا نہیں ہے۔ تو اگر آدمی مثبت ذہن کا ہو تو وہ وہاں فرشتے آتے ہیں۔</w:t>
      </w:r>
    </w:p>
    <w:p>
      <w:r>
        <w:rPr>
          <w:b/>
        </w:rPr>
        <w:t xml:space="preserve">[31:22] </w:t>
      </w:r>
      <w:r>
        <w:t>manfi zehn ka ho to wahan shayateen aate hain.</w:t>
      </w:r>
    </w:p>
    <w:p>
      <w:pPr>
        <w:jc w:val="right"/>
      </w:pPr>
      <w:r>
        <w:t>منفی ذہن کا ہو تو وہاں شیاطین آتے ہیں۔</w:t>
      </w:r>
    </w:p>
    <w:p>
      <w:r>
        <w:rPr>
          <w:b/>
        </w:rPr>
        <w:t xml:space="preserve">[31:28] </w:t>
      </w:r>
      <w:r>
        <w:t>yeh bohat zyada baat sochne ki hai. bohat zyada sochne ki hai. jahan aap ke andar koi manfi soch aayi jaldi se khatam kijiye us ko.</w:t>
      </w:r>
    </w:p>
    <w:p>
      <w:pPr>
        <w:jc w:val="right"/>
      </w:pPr>
      <w:r>
        <w:t>یہ بہت زیادہ بات سوچنے کی ہے۔ بہت زیادہ سوچنے کی ہے۔ جہاں آپ کے اندر کوئی منفی سوچ آئی جلدی سے ختم کیجیے اس کو۔</w:t>
      </w:r>
    </w:p>
    <w:p>
      <w:r>
        <w:rPr>
          <w:b/>
        </w:rPr>
        <w:t xml:space="preserve">[31:38] </w:t>
      </w:r>
      <w:r>
        <w:t>kyunke shaitan ko aap entry point de rahe hain. shaitan ghus aayega to aap ko bharkayega, bharkayega, bharkayega.</w:t>
      </w:r>
    </w:p>
    <w:p>
      <w:pPr>
        <w:jc w:val="right"/>
      </w:pPr>
      <w:r>
        <w:t>کیونکہ شیطان کو آپ انٹری پوائنٹ دے رہے ہیں۔ شیطان گھس آئے گا تو آپ کو بھڑکائے گا، بھڑکائے گا، بھڑکائے گا۔</w:t>
      </w:r>
    </w:p>
    <w:p>
      <w:r>
        <w:rPr>
          <w:b/>
        </w:rPr>
        <w:t xml:space="preserve">[31:50] </w:t>
      </w:r>
      <w:r>
        <w:t>to bohat hi, bohat hi, bohat zyada alert rehna chahiye aap ko ke aap ke andar hamesha musbat soch rahen hain.</w:t>
      </w:r>
    </w:p>
    <w:p>
      <w:pPr>
        <w:jc w:val="right"/>
      </w:pPr>
      <w:r>
        <w:t>تو بہت ہی، بہت ہی، بہت زیادہ الرٹ رہنا چاہیے آپ کو کہ آپ کے اندر ہمیشہ مثبت سوچ رہے ہیں۔</w:t>
      </w:r>
    </w:p>
    <w:p>
      <w:r>
        <w:rPr>
          <w:b/>
        </w:rPr>
        <w:t xml:space="preserve">[31:58] </w:t>
      </w:r>
      <w:r>
        <w:t>tahke farishte wahan aayen jook dar jook. farishton ka mohabbat bane aap ka zehn. aur phir aap ke andar woh jannati shakhsiyat taameer karen woh.</w:t>
      </w:r>
    </w:p>
    <w:p>
      <w:pPr>
        <w:jc w:val="right"/>
      </w:pPr>
      <w:r>
        <w:t>تاکہ فرشتے وہاں آئیں جوک در جوک۔ فرشتوں کا محبت بنے آپ کا ذہن۔ اور پھر آپ کے اندر وہ جنتی شخصیت تعمیر کریں وہ۔</w:t>
      </w:r>
    </w:p>
    <w:p>
      <w:r>
        <w:rPr>
          <w:b/>
        </w:rPr>
        <w:t xml:space="preserve">[32:12] </w:t>
      </w:r>
      <w:r>
        <w:t>ab dekhiye kal mein kal mein ne telephone par mein ne bangalore mein kuch log the un ko mein ne telephone par khitab kiya tha 45 minute ke liye.</w:t>
      </w:r>
    </w:p>
    <w:p>
      <w:pPr>
        <w:jc w:val="right"/>
      </w:pPr>
      <w:r>
        <w:t>اب دیکھیے کل میں کل میں نے ٹیلی فون پر میں نے بنگلور میں کچھ لوگ تھے ان کو میں نے ٹیلی فون پر خطاب کیا تھا 45 منٹ کے لیے۔</w:t>
      </w:r>
    </w:p>
    <w:p>
      <w:r>
        <w:rPr>
          <w:b/>
        </w:rPr>
        <w:t xml:space="preserve">[32:27] </w:t>
      </w:r>
      <w:r>
        <w:t>to telephone par baat karte hue ek baat mere zehn mein aayi ke kis tarah se farishte kis tarah se aap ke andar jannati mizaj, jannati soch banate hain kis tarike se.</w:t>
      </w:r>
    </w:p>
    <w:p>
      <w:pPr>
        <w:jc w:val="right"/>
      </w:pPr>
      <w:r>
        <w:t>تو ٹیلی فون پر بات کرتے ہوئے ایک بات میرے ذہن میں آئی کہ کس طرح سے فرشتے کس طرح سے آپ کے اندر جنتی مزاج، جنتی سوچ بناتے ہیں کس طریقے سے۔</w:t>
      </w:r>
    </w:p>
    <w:p>
      <w:r>
        <w:rPr>
          <w:b/>
        </w:rPr>
        <w:t xml:space="preserve">[32:41] </w:t>
      </w:r>
      <w:r>
        <w:t>to telephone par baat karte hue mere zehn mein aaya ke dekhiye Hazrat Suleman king the, badshah the woh.</w:t>
      </w:r>
    </w:p>
    <w:p>
      <w:pPr>
        <w:jc w:val="right"/>
      </w:pPr>
      <w:r>
        <w:t>تو ٹیلی فون پر بات کرتے ہوئے میرے ذہن میں آیا کہ دیکھیے حضرت سلیمان کنگ تھے، بادشاہ تھے وہ۔</w:t>
      </w:r>
    </w:p>
    <w:p>
      <w:r>
        <w:rPr>
          <w:b/>
        </w:rPr>
        <w:t xml:space="preserve">[32:50] </w:t>
      </w:r>
      <w:r>
        <w:t>un ko ek paigham bhejna tha Jerusalem se Yemen markaz Saba ke paas. to un ke paas kya zariya tha? ek parcha likh kar ke hudood ko diya unhon ne.</w:t>
      </w:r>
    </w:p>
    <w:p>
      <w:pPr>
        <w:jc w:val="right"/>
      </w:pPr>
      <w:r>
        <w:t>ان کو ایک پیغام بھیجنا تھا یروشلم سےیمن مرکز صبا کے پاس۔ تو ان کے پاس کیا ذریعہ تھا؟ ایک پرچہ لکھ کر کے حدود کو دیا انہوں نے۔</w:t>
      </w:r>
    </w:p>
    <w:p>
      <w:r>
        <w:rPr>
          <w:b/>
        </w:rPr>
        <w:t xml:space="preserve">[33:02] </w:t>
      </w:r>
      <w:r>
        <w:t>hudood le kar gaya. aur kai din ke baad wahan se woh lauta.</w:t>
      </w:r>
    </w:p>
    <w:p>
      <w:pPr>
        <w:jc w:val="right"/>
      </w:pPr>
      <w:r>
        <w:t>حدود لے کر گیا۔ اور کئی دن کے بعد وہاں سے وہ لوٹا۔</w:t>
      </w:r>
    </w:p>
    <w:p>
      <w:r>
        <w:rPr>
          <w:b/>
        </w:rPr>
        <w:t xml:space="preserve">[33:08] </w:t>
      </w:r>
      <w:r>
        <w:t>woh thi yak tarafah paigham rasani. yak tarafah paigham rasani.</w:t>
      </w:r>
    </w:p>
    <w:p>
      <w:pPr>
        <w:jc w:val="right"/>
      </w:pPr>
      <w:r>
        <w:t>وہ تھی یکطرفہ پیغام رسانی۔ یکطرفہ پیغام رسانی۔</w:t>
      </w:r>
    </w:p>
    <w:p>
      <w:r>
        <w:rPr>
          <w:b/>
        </w:rPr>
        <w:t xml:space="preserve">[33:16] </w:t>
      </w:r>
      <w:r>
        <w:t>badshah us zamane mein badshah ke paas bhi jo zariya tha woh yak tarafah paigham rasani ka bohat hi mehdood ma'ne mein.</w:t>
      </w:r>
    </w:p>
    <w:p>
      <w:pPr>
        <w:jc w:val="right"/>
      </w:pPr>
      <w:r>
        <w:t>بادشاہ اس زمانے میں بادشاہ کے پاس بھی جو ذریعہ تھا وہ یکطرفہ پیغام رسانی کا بہت ہی محدود معنی میں۔</w:t>
      </w:r>
    </w:p>
    <w:p>
      <w:r>
        <w:rPr>
          <w:b/>
        </w:rPr>
        <w:t xml:space="preserve">[33:25] </w:t>
      </w:r>
      <w:r>
        <w:t>aur us waqt mein telephone par baat kar raha hoon. theek usi waqt jab ke mein bol raha hoon idhar aadmi sun raha hai. woh bole to mujhe sunai de ga.</w:t>
      </w:r>
    </w:p>
    <w:p>
      <w:pPr>
        <w:jc w:val="right"/>
      </w:pPr>
      <w:r>
        <w:t>اور اس وقت میں ٹیلی فون پر بات کر رہا ہوں۔ ٹھیک اسی وقت جب کہ میں بول رہا ہوں ادھر آدمی سن رہا ہے۔ وہ بولے تو مجھے سنائی دے گا۔</w:t>
      </w:r>
    </w:p>
    <w:p>
      <w:r>
        <w:rPr>
          <w:b/>
        </w:rPr>
        <w:t xml:space="preserve">[33:37] </w:t>
      </w:r>
      <w:r>
        <w:t>to Allah taala ne kaise ajeeb o ghareeb taur par hamare liye woh raaste khol diye hain jo pehle badshahon ke bhi nahi thay.</w:t>
      </w:r>
    </w:p>
    <w:p>
      <w:pPr>
        <w:jc w:val="right"/>
      </w:pPr>
      <w:r>
        <w:t>تو اللہ تعالی نے کیسے عجیب و غریب طور پر ہمارے لیے وہ راستے کھول دیے ہیں جو پہلے بادشاہوں کے بھی نہیں تھے۔</w:t>
      </w:r>
    </w:p>
    <w:p>
      <w:r>
        <w:rPr>
          <w:b/>
        </w:rPr>
        <w:t xml:space="preserve">[33:48] </w:t>
      </w:r>
      <w:r>
        <w:t>to yeh soch jab aati hai to saare manfi baatein khatam ho jati hain. phir maine socha ke tamam Musalman nafrat karte hain maghrib se.</w:t>
      </w:r>
    </w:p>
    <w:p>
      <w:pPr>
        <w:jc w:val="right"/>
      </w:pPr>
      <w:r>
        <w:t>تو یہ سوچ جب آتی ہے تو سارے منفی باتیں ختم ہو جاتی ہیں۔ پھر میں نے سوچا کہ تمام مسلمان نفرت کرتے ہیں مغرب سے۔</w:t>
      </w:r>
    </w:p>
    <w:p>
      <w:r>
        <w:rPr>
          <w:b/>
        </w:rPr>
        <w:t xml:space="preserve">[34:00] </w:t>
      </w:r>
      <w:r>
        <w:t>tamam Musalman maghrib se nafrat karte hain. is mein shayad koi istasna nahi hai. Arab se aaj ab tak.</w:t>
      </w:r>
    </w:p>
    <w:p>
      <w:pPr>
        <w:jc w:val="right"/>
      </w:pPr>
      <w:r>
        <w:t>تمام مسلمان مغرب سے نفرت کرتے ہیں۔ اس میں شاید کوئی استثنیٰ نہیں ہے۔ عرب سے آج اب تک۔</w:t>
      </w:r>
    </w:p>
    <w:p>
      <w:r>
        <w:rPr>
          <w:b/>
        </w:rPr>
        <w:t xml:space="preserve">[34:07] </w:t>
      </w:r>
      <w:r>
        <w:t>to maine socha ke telephone ya communication kis ne diya hai? dene wala to Allah taala hai. matlab is kis ne is ko daryaft kiya hai?</w:t>
      </w:r>
    </w:p>
    <w:p>
      <w:pPr>
        <w:jc w:val="right"/>
      </w:pPr>
      <w:r>
        <w:t>تو میں نے سوچا کہ ٹیلی فون یا کمیونیکیشن کس نے دیا ہے؟ دینے والا تو اللہ تعالی ہے۔ مطلب اس کس نے اس کو دریافت کیا ہے؟</w:t>
      </w:r>
    </w:p>
    <w:p>
      <w:r>
        <w:rPr>
          <w:b/>
        </w:rPr>
        <w:t xml:space="preserve">[34:17] </w:t>
      </w:r>
      <w:r>
        <w:t>to is is silsile mein sara kaam kiya hai ahl-e-maghrib ne. sara kaam ahl-e-maghrib ne kiya hai. to aap ghaur kijiye ke ahl-e-maghrib ne woh kaam kiya hai jis ki wajah se aap aaj in sahoolaton ko pa gaye hain jo pehle badshahon ko hasil nahi thay.</w:t>
      </w:r>
    </w:p>
    <w:p>
      <w:pPr>
        <w:jc w:val="right"/>
      </w:pPr>
      <w:r>
        <w:t>تو اس اس سلسلے میں سارا کام کیا ہے اہل مغرب نے۔ سارا کام اہل مغرب نے کیا ہے۔ تو آپ غور کیجیے کہ اہل مغرب نے وہ کام کیا ہے جس کی وجہ سے آپ آج ان سہولتوں کو پا گئے ہیں جو پہلے بادشاہوں کو حاصل نہیں تھی۔</w:t>
      </w:r>
    </w:p>
    <w:p>
      <w:r>
        <w:rPr>
          <w:b/>
        </w:rPr>
        <w:t xml:space="preserve">[34:37] </w:t>
      </w:r>
      <w:r>
        <w:t>badshahon ko hasil nahi thay. to yeh socha jab maine socha yeh to bilkul ahl-e-maghrib ke khilaaf koi manfi soch bilkul khatam ho gayi ek dam se.</w:t>
      </w:r>
    </w:p>
    <w:p>
      <w:pPr>
        <w:jc w:val="right"/>
      </w:pPr>
      <w:r>
        <w:t>بادشاہوں کو حاصل نہیں تھی۔ تو یہ سوچا جب میں نے سوچا یہ تو بالکل اہل مغرب کے خلاف کوئی منفی سوچ بالکل ختم ہو گئی ایک دم سے۔</w:t>
      </w:r>
    </w:p>
    <w:p>
      <w:r>
        <w:rPr>
          <w:b/>
        </w:rPr>
        <w:t xml:space="preserve">[34:50] </w:t>
      </w:r>
      <w:r>
        <w:t>yani maghrib ko mein samjhe ga ke yeh to hamare liye benefactor thay hamare.</w:t>
      </w:r>
    </w:p>
    <w:p>
      <w:pPr>
        <w:jc w:val="right"/>
      </w:pPr>
      <w:r>
        <w:t>یعنی مغرب کو میں سمجھے گا کہ یہ تو ہمارے لیے بینیفیکٹر تھے ہمارے۔</w:t>
      </w:r>
    </w:p>
    <w:p>
      <w:r>
        <w:rPr>
          <w:b/>
        </w:rPr>
        <w:t xml:space="preserve">[34:58] </w:t>
      </w:r>
      <w:r>
        <w:t>hum ko in se bohat bari blessing mili.</w:t>
      </w:r>
    </w:p>
    <w:p>
      <w:pPr>
        <w:jc w:val="right"/>
      </w:pPr>
      <w:r>
        <w:t>ہم کو ان سے بہت بڑی بلیسنگ ملی۔</w:t>
      </w:r>
    </w:p>
    <w:p>
      <w:r>
        <w:rPr>
          <w:b/>
        </w:rPr>
        <w:t xml:space="preserve">[35:04] </w:t>
      </w:r>
      <w:r>
        <w:t>ab zara ghaur kijiye ke woh log jinhon ne aap ko woh sahoolaten dein jo pehle zamane mein badshahon ke paas nahi thay.</w:t>
      </w:r>
    </w:p>
    <w:p>
      <w:pPr>
        <w:jc w:val="right"/>
      </w:pPr>
      <w:r>
        <w:t>اب ذرا غور کیجیے کہ وہ لوگ جنہوں نے آپ کو وہ سہولتیں دیں جو پہلے زمانے میں بادشاہوں کے پاس نہیں تھیں۔</w:t>
      </w:r>
    </w:p>
    <w:p>
      <w:r>
        <w:rPr>
          <w:b/>
        </w:rPr>
        <w:t xml:space="preserve">[35:17] </w:t>
      </w:r>
      <w:r>
        <w:t>to un ke sath un se aap nafrat karenge un se aap? un se aap nafrat karenge? to yeh yeh is tarah se farishte dimaagh mein daalte hain.</w:t>
      </w:r>
    </w:p>
    <w:p>
      <w:pPr>
        <w:jc w:val="right"/>
      </w:pPr>
      <w:r>
        <w:t>تو ان کے ساتھ ان سے آپ نفرت کریں گے ان سے آپ؟ ان سے آپ نفرت کریں گے؟ تو یہ یہ اس طرح سے فرشتے دماغ میں ڈالتے ہیں۔</w:t>
      </w:r>
    </w:p>
    <w:p>
      <w:r>
        <w:rPr>
          <w:b/>
        </w:rPr>
        <w:t xml:space="preserve">[35:28] </w:t>
      </w:r>
      <w:r>
        <w:t>jab mein telephone par baat kar raha tha aur yeh baat mere dimaagh mein aayi to woh baat kaise aayi</w:t>
      </w:r>
    </w:p>
    <w:p>
      <w:pPr>
        <w:jc w:val="right"/>
      </w:pPr>
      <w:r>
        <w:t>جب میں ٹیلی فون پر بات کر رہا تھا اور یہ بات میرے دماغ میں آئی تو وہ بات کیسے آئی</w:t>
      </w:r>
    </w:p>
    <w:p>
      <w:r>
        <w:rPr>
          <w:b/>
        </w:rPr>
        <w:t xml:space="preserve">[35:34] </w:t>
      </w:r>
      <w:r>
        <w:t>? farishte ne daali. kyun ke mein koi ijad to kar nahi sakta. insaan ke andar yeh taqat nahi hai ke kuch ijad kar sake.</w:t>
      </w:r>
    </w:p>
    <w:p>
      <w:pPr>
        <w:jc w:val="right"/>
      </w:pPr>
      <w:r>
        <w:t>؟ فرشتے نے ڈالی۔ کیونکہ میں کوئی ایجاد تو کر نہیں سکتا۔ انسان کے اندر یہ طاقت نہیں ہے کہ کچھ ایجاد کر سکے۔</w:t>
      </w:r>
    </w:p>
    <w:p>
      <w:r>
        <w:rPr>
          <w:b/>
        </w:rPr>
        <w:t xml:space="preserve">[35:43] </w:t>
      </w:r>
      <w:r>
        <w:t>khud se koi nai baat bana sake. insaan mein yeh taqat nahi hai. to farishte ne yeh baat daali ke dekho jin logon ne tum ko woh sahoolaten dein jo pehle zamane mein badshahon ke paas nahi thay kya tum un se nafrat karoge?</w:t>
      </w:r>
    </w:p>
    <w:p>
      <w:pPr>
        <w:jc w:val="right"/>
      </w:pPr>
      <w:r>
        <w:t>خود سے کوئی نئی بات بنا سکے۔ انسان میں یہ طاقت نہیں ہے۔ تو فرشتے نے یہ بات ڈالی کہ دیکھو جن لوگوں نے تم کو وہ سہولتیں دی ہیں جو پہلے زمانے میں بادشاہوں کے پاس نہیں تھیں کیا تم ان سے نفرت کرو گے؟</w:t>
      </w:r>
    </w:p>
    <w:p>
      <w:r>
        <w:rPr>
          <w:b/>
        </w:rPr>
        <w:t xml:space="preserve">[36:03] </w:t>
      </w:r>
      <w:r>
        <w:t>kya tum un se nafrat karoge? yeh hai farishton ki madad. yeh hai jannat ki basharat.</w:t>
      </w:r>
    </w:p>
    <w:p>
      <w:pPr>
        <w:jc w:val="right"/>
      </w:pPr>
      <w:r>
        <w:t>کیا تم ان سے نفرت کرو گے؟ یہ ہے فرشتوں کی مدد۔ یہ ہے جنت کی بشارت۔</w:t>
      </w:r>
    </w:p>
    <w:p>
      <w:r>
        <w:rPr>
          <w:b/>
        </w:rPr>
        <w:t xml:space="preserve">[36:13] </w:t>
      </w:r>
      <w:r>
        <w:t>ab dekhiye is waqt mein bol raha hoon. aur aap jante hain ke yeh isi waqt yeh telecast bhi ho raha hai.</w:t>
      </w:r>
    </w:p>
    <w:p>
      <w:pPr>
        <w:jc w:val="right"/>
      </w:pPr>
      <w:r>
        <w:t>اب دیکھیے اس وقت میں بول رہا ہوں۔ اور آپ جانتے ہیں کہ یہ اسی وقت یہ ٹیلی کاسٹ بھی ہو رہا ہے۔</w:t>
      </w:r>
    </w:p>
    <w:p>
      <w:r>
        <w:rPr>
          <w:b/>
        </w:rPr>
        <w:t xml:space="preserve">[36:22] </w:t>
      </w:r>
      <w:r>
        <w:t>yani mein Delhi mein bol raha hoon aur America mein yahan se bees hazar kilometer ka faasla hai. bees hazar kilometer.</w:t>
      </w:r>
    </w:p>
    <w:p>
      <w:pPr>
        <w:jc w:val="right"/>
      </w:pPr>
      <w:r>
        <w:t>یعنی میں دلی میں بول رہا ہوں اور امریکہ میں یہاں سے بیس ہزار کلومیٹر کا فاصلہ ہے۔ بیس ہزار کلومیٹر۔</w:t>
      </w:r>
    </w:p>
    <w:p>
      <w:r>
        <w:rPr>
          <w:b/>
        </w:rPr>
        <w:t xml:space="preserve">[36:32] </w:t>
      </w:r>
      <w:r>
        <w:t>wahan bhi sun rahe hain log.</w:t>
      </w:r>
    </w:p>
    <w:p>
      <w:pPr>
        <w:jc w:val="right"/>
      </w:pPr>
      <w:r>
        <w:t>وہاں بھی سن رہے ہیں لوگ۔</w:t>
      </w:r>
    </w:p>
    <w:p>
      <w:r>
        <w:rPr>
          <w:b/>
        </w:rPr>
        <w:t xml:space="preserve">[36:37] </w:t>
      </w:r>
      <w:r>
        <w:t>to kaisi ajeeb o ghareeb nemat hai. yeh kis ne diya? ahl-e-maghrib ne diya.</w:t>
      </w:r>
    </w:p>
    <w:p>
      <w:pPr>
        <w:jc w:val="right"/>
      </w:pPr>
      <w:r>
        <w:t>تو کیسی عجیب و غریب نعمت ہے۔ یہ کس نے دیا؟ اہل مغرب نے دیا۔</w:t>
      </w:r>
    </w:p>
    <w:p>
      <w:r>
        <w:rPr>
          <w:b/>
        </w:rPr>
        <w:t xml:space="preserve">[36:46] </w:t>
      </w:r>
      <w:r>
        <w:t>aap ghaur kijiye ke yeh ajeeb o ghareeb nemat jo pehle zamane mein kisi shehanshah ko bhi nahi hasil thi.</w:t>
      </w:r>
    </w:p>
    <w:p>
      <w:pPr>
        <w:jc w:val="right"/>
      </w:pPr>
      <w:r>
        <w:t>آپ غور کیجیے کہ یہ عجیب و غریب نعمت جو پہلے زمانے میں کسی شہنشاہ کو بھی نہیں حاصل تھی۔</w:t>
      </w:r>
    </w:p>
    <w:p>
      <w:r>
        <w:rPr>
          <w:b/>
        </w:rPr>
        <w:t xml:space="preserve">[36:53] </w:t>
      </w:r>
      <w:r>
        <w:t>bade bade emperor, bade bade shehanshah, bade bade qaaroon, bade bade faujon wale, bade bade general kisi ko bhi yeh yeh nahi tha pehle zamane mein haasil yeh mauqa ke ek jagah se woh bole aur bees hazar kilometer ki doori par log sun rahe hon us ko balkeh us ki tasweer bhi dekh rahe hon.</w:t>
      </w:r>
    </w:p>
    <w:p>
      <w:pPr>
        <w:jc w:val="right"/>
      </w:pPr>
      <w:r>
        <w:t>بڑے بڑے ایمپرر، بڑے بڑے شہنشاہ، بڑے بڑے قارون، بڑے بڑے فوجوں والے، بڑے بڑے جنرل کسی کو بھی یہ یہ نہیں تھا پہلے زمانے میں حاصل یہ موقع کہ ایک جگہ سے وہ بولے اور بیس ہزار کلومیٹر کی دوری پر لوگ سن رہے ہوں اس کو بلکہ اس کی تصویر بھی دیکھ رہے ہوں۔</w:t>
      </w:r>
    </w:p>
    <w:p>
      <w:r>
        <w:rPr>
          <w:b/>
        </w:rPr>
        <w:t xml:space="preserve">[37:15] </w:t>
      </w:r>
      <w:r>
        <w:t>kaisi ajeeb o ghareeb cheez hai.</w:t>
      </w:r>
    </w:p>
    <w:p>
      <w:pPr>
        <w:jc w:val="right"/>
      </w:pPr>
      <w:r>
        <w:t>کیسی عجیب و غریب چیز ہے۔</w:t>
      </w:r>
    </w:p>
    <w:p>
      <w:r>
        <w:rPr>
          <w:b/>
        </w:rPr>
        <w:t xml:space="preserve">[37:18] </w:t>
      </w:r>
      <w:r>
        <w:t>toh yeh hai asal mein toh yeh Allah ki nemat hai lekin is nemat ko daryaft kis ne kiya? Is ko qabil e istemal kis ne banaya?</w:t>
      </w:r>
    </w:p>
    <w:p>
      <w:pPr>
        <w:jc w:val="right"/>
      </w:pPr>
      <w:r>
        <w:t>تو یہ ہے اصلًا تو یہ اللہ کی نعمت ہے لیکن اس نعمت کو دریافت کس نے کیا؟ اس کو قابل استعمال کس نے بنایا؟</w:t>
      </w:r>
    </w:p>
    <w:p>
      <w:r>
        <w:rPr>
          <w:b/>
        </w:rPr>
        <w:t xml:space="preserve">[37:28] </w:t>
      </w:r>
      <w:r>
        <w:t>woh ahl e maghrib ne banaya. Europe aur America ne banaya. Toh jab aap yeh jab aap sochein toh ek dam nafrat khatam hoga ho jayegi ahl e maghrib se.</w:t>
      </w:r>
    </w:p>
    <w:p>
      <w:pPr>
        <w:jc w:val="right"/>
      </w:pPr>
      <w:r>
        <w:t>وہ اہل مغرب نے بنایا۔ یورپ اور امریکہ نے بنایا۔ تو جب آپ یہ جب آپ سوچیں تو ایک دم نفرت ختم ہوگا ہو جائے گی اہل مغرب سے۔</w:t>
      </w:r>
    </w:p>
    <w:p>
      <w:r>
        <w:rPr>
          <w:b/>
        </w:rPr>
        <w:t xml:space="preserve">[37:43] </w:t>
      </w:r>
      <w:r>
        <w:t>lekin aap dekhiye aaj kal zamane mein saare musalman istemal karte hain communication ko, telephone ko aur sari sahoolaton ko lekin sab ke sab nafrat karte hain.</w:t>
      </w:r>
    </w:p>
    <w:p>
      <w:pPr>
        <w:jc w:val="right"/>
      </w:pPr>
      <w:r>
        <w:t>لیکن آپ دیکھیے آج کل زمانے میں سارے مسلمان استعمال کرتے ہیں کمیونیکیشن کو، ٹیلی فون کو اور ساری سہولتوں کو لیکن سب کے سب نفرت کرتے ہیں۔</w:t>
      </w:r>
    </w:p>
    <w:p>
      <w:r>
        <w:rPr>
          <w:b/>
        </w:rPr>
        <w:t xml:space="preserve">[37:57] </w:t>
      </w:r>
      <w:r>
        <w:t>abhi ek bahut bade sheikh aaye the dilli yani poori duniya mein mashhoor hain woh sheikh, Arab sheikh aur yahan par nafrat ki boli bol ke chale gaye woh America ke khilaf aur Israel ke khilaf.</w:t>
      </w:r>
    </w:p>
    <w:p>
      <w:pPr>
        <w:jc w:val="right"/>
      </w:pPr>
      <w:r>
        <w:t>ابھی ایک بہت بڑے شیخ آئے تھے دلی یعنی پوری دنیا میں مشہور ہیں وہ شیخ، عرب شیخ اور یہاں پر نفرت کی بولی بول کے چلے گئے وہ امریکہ کے خلاف اور اسرائیل کے خلاف۔</w:t>
      </w:r>
    </w:p>
    <w:p>
      <w:r>
        <w:rPr>
          <w:b/>
        </w:rPr>
        <w:t xml:space="preserve">[38:14] </w:t>
      </w:r>
      <w:r>
        <w:t>kyun in logon ka yani main sochta hoon toh yani farishton ka ki jo basharatain wala jo contribution hai woh un ko haasil nahi hai.</w:t>
      </w:r>
    </w:p>
    <w:p>
      <w:pPr>
        <w:jc w:val="right"/>
      </w:pPr>
      <w:r>
        <w:t>کیوں ان لوگوں کا یعنی میں سوچتا ہوں تو یعنی فرشتوں کا کی جو بشارتیں والا جو کنٹریبیوشن ہے وہ ان کو حاصل نہیں ہے۔</w:t>
      </w:r>
    </w:p>
    <w:p>
      <w:r>
        <w:rPr>
          <w:b/>
        </w:rPr>
        <w:t xml:space="preserve">[38:27] </w:t>
      </w:r>
      <w:r>
        <w:t>unhein haasil nahi hai. Yani farishte in ko nahi bata rahe hain ke jis ke khilaf tum bol rahe ho unhi ke hawa jo banayi hui hawa jahaz urh ke yahan aaye ho dilli.</w:t>
      </w:r>
    </w:p>
    <w:p>
      <w:pPr>
        <w:jc w:val="right"/>
      </w:pPr>
      <w:r>
        <w:t>انہیں حاصل نہیں ہے۔ یعنی فرشتے ان کو نہیں بتا رہے ہیں کہ جس کے خلاف تم بول رہے ہو انہی کے ہوا جو بنائی ہوئی ہوا جہاز اڑ کے یہاں آئے ہو دلی۔</w:t>
      </w:r>
    </w:p>
    <w:p>
      <w:r>
        <w:rPr>
          <w:b/>
        </w:rPr>
        <w:t xml:space="preserve">[38:37] </w:t>
      </w:r>
      <w:r>
        <w:t>agar woh hawa jahaz na banaya hota unhon ne toh oont par baith ke toh pahunch sakte the dilli.</w:t>
      </w:r>
    </w:p>
    <w:p>
      <w:pPr>
        <w:jc w:val="right"/>
      </w:pPr>
      <w:r>
        <w:t>اگر وہ ہوا جہاز نہ بنایا ہوتا انہوں نے تو اونٹ پر بیٹھ کے تو پہنچ سکتے تھے دلی۔</w:t>
      </w:r>
    </w:p>
    <w:p>
      <w:r>
        <w:rPr>
          <w:b/>
        </w:rPr>
        <w:t xml:space="preserve">[38:45] </w:t>
      </w:r>
      <w:r>
        <w:t>toh farishte jo hain jo Quran mein hai ke jannat ki basharat dete hain yeh mat samjhein ke woh jannat mein kehte hain ke dekho tum ko jannat likhi hui hai yeh matlab nahi is ka hai.</w:t>
      </w:r>
    </w:p>
    <w:p>
      <w:pPr>
        <w:jc w:val="right"/>
      </w:pPr>
      <w:r>
        <w:t>تو فرشتے جو ہیں جو قرآن میں ہے کہ جنت کی بشارت دیتے ہیں یہ مت سمجھتے ہیں کہ وہ جنت میں کہتے ہیں کہ دیکھو تم کو جنت لکھی ہوئی ہے یہ مطلب نہیں اس کا ہے۔</w:t>
      </w:r>
    </w:p>
    <w:p>
      <w:r>
        <w:rPr>
          <w:b/>
        </w:rPr>
        <w:t xml:space="preserve">[38:58] </w:t>
      </w:r>
      <w:r>
        <w:t>jannati khayalat daalte hain, jannati soch daalte hain, jannati explanation daalte hain tumhare andar, jannati tawajjuh haat daalte hain, cheezon ki jannati taabeer daalte hain, jannati mind banate hain jis ke nateeje mein jannati shakhsiyat banti hai.</w:t>
      </w:r>
    </w:p>
    <w:p>
      <w:pPr>
        <w:jc w:val="right"/>
      </w:pPr>
      <w:r>
        <w:t>جنتی خیالات ڈالتے ہیں، جنتی سوچ ڈالتے ہیں، جنتی ایکسپلینیشن ڈالتے ہیں تمہارے اندر، جنتی توجہات ڈالتے ہیں، چیزوں کی جنتی تعبیر ڈالتے ہیں، جنتی مائنڈ بناتے ہیں جس کے نتیجے میں جنتی شخصیت بنتی ہے۔</w:t>
      </w:r>
    </w:p>
    <w:p>
      <w:r>
        <w:rPr>
          <w:b/>
        </w:rPr>
        <w:t xml:space="preserve">[39:18] </w:t>
      </w:r>
      <w:r>
        <w:t>yeh kaisi ajeeb o ghareeb baat hai.</w:t>
      </w:r>
    </w:p>
    <w:p>
      <w:pPr>
        <w:jc w:val="right"/>
      </w:pPr>
      <w:r>
        <w:t>یہ کیسی عجیب و غریب بات ہے۔</w:t>
      </w:r>
    </w:p>
    <w:p>
      <w:r>
        <w:rPr>
          <w:b/>
        </w:rPr>
        <w:t xml:space="preserve">[39:22] </w:t>
      </w:r>
      <w:r>
        <w:t>lekin lekin farishte sirf is is insaan ka andar dakhil honge woh apna maskan banayenge jo kamil maano mein yaad rakhiye woh musbat zehan ka haamil ho.</w:t>
      </w:r>
    </w:p>
    <w:p>
      <w:pPr>
        <w:jc w:val="right"/>
      </w:pPr>
      <w:r>
        <w:t>لیکن لیکن فرشتے صرف اس اس انسان کا اندر داخل ہوں گے وہ اپنا مسکن بنائیں گے جو کامل معنوں میں یاد رکھیے وہ مثبت ذہن کا حامل ہو۔</w:t>
      </w:r>
    </w:p>
    <w:p>
      <w:r>
        <w:rPr>
          <w:b/>
        </w:rPr>
        <w:t xml:space="preserve">[39:39] </w:t>
      </w:r>
      <w:r>
        <w:t>kamil maano mein j</w:t>
      </w:r>
    </w:p>
    <w:p>
      <w:pPr>
        <w:jc w:val="right"/>
      </w:pPr>
      <w:r>
        <w:t>کامل معنوں میں ج</w:t>
      </w:r>
    </w:p>
    <w:p>
      <w:r>
        <w:rPr>
          <w:b/>
        </w:rPr>
        <w:t xml:space="preserve">[39:43] </w:t>
      </w:r>
      <w:r>
        <w:t>aisa yeh pani hai ek glass pani is mein ek sarson ke barabar aap daalte hain gandagi toh saare fuqaha kahenge pani ganda ho gaya.</w:t>
      </w:r>
    </w:p>
    <w:p>
      <w:pPr>
        <w:jc w:val="right"/>
      </w:pPr>
      <w:r>
        <w:t>یسے یہ پانی ہے ایک گلاس پانی اس میں ایک سرسوں کے برابر آپ ڈالتے ہیں گندگی تو سارے فقہاء کہیں گے پانی گندا ہو گیا۔</w:t>
      </w:r>
    </w:p>
    <w:p>
      <w:r>
        <w:rPr>
          <w:b/>
        </w:rPr>
        <w:t xml:space="preserve">[39:56] </w:t>
      </w:r>
      <w:r>
        <w:t>yeh maadi yeh maadi misaal hai. Yahi yahi zehni misaal hai. Yeh roohani misaal hai.</w:t>
      </w:r>
    </w:p>
    <w:p>
      <w:pPr>
        <w:jc w:val="right"/>
      </w:pPr>
      <w:r>
        <w:t>یہ مادی یہ مادی مثال ہے۔ یہی یہی ذہنی مثال ہے۔ یہ روحانی مثال ہے۔</w:t>
      </w:r>
    </w:p>
    <w:p>
      <w:r>
        <w:rPr>
          <w:b/>
        </w:rPr>
        <w:t xml:space="preserve">[40:04] </w:t>
      </w:r>
      <w:r>
        <w:t>aap ki jo roohani wajood hai aap ka jo zehni wajood hai us ke andar bhi agar negativity, manfi soch ek qatre ke barabar hi aa gayi toh poori shakhsiyat gandi ho jayegi.</w:t>
      </w:r>
    </w:p>
    <w:p>
      <w:pPr>
        <w:jc w:val="right"/>
      </w:pPr>
      <w:r>
        <w:t>آپ کی جو روحانی وجود ہے آپ کا جو ذہنی وجود ہے اس کے اندر بھی اگر نیگیٹیوٹی، منفی سوچ ایک قطرے کے برابر ہی آ گئی تو پوری شخصیت گندی ہو جائے گی۔</w:t>
      </w:r>
    </w:p>
    <w:p>
      <w:r>
        <w:rPr>
          <w:b/>
        </w:rPr>
        <w:t xml:space="preserve">[40:17] </w:t>
      </w:r>
      <w:r>
        <w:t>gandi ke maani yeh hain ke phir wahan shaitan basenge. Farishte wahan nahi bas sakte.</w:t>
      </w:r>
    </w:p>
    <w:p>
      <w:pPr>
        <w:jc w:val="right"/>
      </w:pPr>
      <w:r>
        <w:t>گندی کے معنی یہ ہیں کہ پھر وہاں شیطان بسیں گے۔ فرشتے وہاں نہیں بس سکتے۔</w:t>
      </w:r>
    </w:p>
    <w:p>
      <w:r>
        <w:rPr>
          <w:b/>
        </w:rPr>
        <w:t xml:space="preserve">[40:30] </w:t>
      </w:r>
      <w:r>
        <w:t>toh main jahan tak samjha hoon ke jannat mein dakhla kisi apne wajood se bahar ke amal ke kisi sabab se nahi milega ke koi aadmi shafa'at kar de, koi aadmi sifarish kar de, kuch kharji amal aap kar dein.</w:t>
      </w:r>
    </w:p>
    <w:p>
      <w:pPr>
        <w:jc w:val="right"/>
      </w:pPr>
      <w:r>
        <w:t>تو میں جہاں تک سمجھا ہوں کہ جنت میں داخلہ کسی اپنے وجود سے باہر کے عمل کے کسی سبب سے نہیں ملے گا کہ کوئی آدمی شفاعت کر دے، کوئی آدمی سفارش کر دے، کچھ خارجی عمل آپ کر دیں۔</w:t>
      </w:r>
    </w:p>
    <w:p>
      <w:r>
        <w:rPr>
          <w:b/>
        </w:rPr>
        <w:t xml:space="preserve">[40:45] </w:t>
      </w:r>
      <w:r>
        <w:t>is se nahi jannat milne wali hai. Apni shakhsiyat ko waisa banayein aap. Apni shakhsiyat ko waisa banayein aap.</w:t>
      </w:r>
    </w:p>
    <w:p>
      <w:pPr>
        <w:jc w:val="right"/>
      </w:pPr>
      <w:r>
        <w:t>اس سے نہیں جنت ملنے والی ہے۔ اپنی شخصیت کو ویسا بنائیں آپ۔ اپنی شخصیت کو ویسا بنائیں آپ۔</w:t>
      </w:r>
    </w:p>
    <w:p>
      <w:r>
        <w:rPr>
          <w:b/>
        </w:rPr>
        <w:t xml:space="preserve">[40:56] </w:t>
      </w:r>
      <w:r>
        <w:t>maslan farz kijiye ke aap ka aap ka ek beta hai. Us ne MBA nahi kiya. Yani Master Master of Business Administration ka course nahi kiya us ne.</w:t>
      </w:r>
    </w:p>
    <w:p>
      <w:pPr>
        <w:jc w:val="right"/>
      </w:pPr>
      <w:r>
        <w:t>مثلاً فرض کیجیے کہ آپ کا آپ کا ایک بیٹا ہے۔ اس نے ایم بی اے نہیں کیا۔ یعنی ماسٹر ماسٹر آف بزنس ایڈمنسٹریشن کا کورس نہیں کیا اس نے۔</w:t>
      </w:r>
    </w:p>
    <w:p>
      <w:r>
        <w:rPr>
          <w:b/>
        </w:rPr>
        <w:t xml:space="preserve">[41:08] </w:t>
      </w:r>
      <w:r>
        <w:t>us ne Urdu ya Hindi ki padhai ki. Us ke baad aap minister sahib se sifarish likhwaein ke mere bete ko service de do.</w:t>
      </w:r>
    </w:p>
    <w:p>
      <w:pPr>
        <w:jc w:val="right"/>
      </w:pPr>
      <w:r>
        <w:t>اس نے اردو یا ہندی کا پڑھائی کی۔ اس کے بعد آپ منسٹر صاحب سے سفارش لکھوائیں کہ میرے بیٹے کو سروس دے دو۔</w:t>
      </w:r>
    </w:p>
    <w:p>
      <w:r>
        <w:rPr>
          <w:b/>
        </w:rPr>
        <w:t xml:space="preserve">[41:21] </w:t>
      </w:r>
      <w:r>
        <w:t>aur woh le ke jaye multinational mein kahin ke mujhe mujhe s</w:t>
      </w:r>
    </w:p>
    <w:p>
      <w:pPr>
        <w:jc w:val="right"/>
      </w:pPr>
      <w:r>
        <w:t>اور وہ لے کے جائے ملٹی نیشنل میں کہیں کہ مجھے مجھے س</w:t>
      </w:r>
    </w:p>
    <w:p>
      <w:r>
        <w:rPr>
          <w:b/>
        </w:rPr>
        <w:t xml:space="preserve">[41:26] </w:t>
      </w:r>
      <w:r>
        <w:t>ervice chahiye toh kya woh service de dega woh? Woh kahega mera Urdu Hindi koi kaam hi nahi hai. Agar tum ne professional course kiya hota MBA kar ke aate toh main de sakta tha.</w:t>
      </w:r>
    </w:p>
    <w:p>
      <w:pPr>
        <w:jc w:val="right"/>
      </w:pPr>
      <w:r>
        <w:t>روس چاہیے۔ تو کیا وہ سروس دے دے گا وہ؟ وہ کہے گا میرا اردو ہندی کوئی کام ہی نہیں ہے۔ اگر تم نے پروفیشنل کورس کیا ہوتا ایم بی اے کر کے آتے تو میں دے سکتا تھا۔</w:t>
      </w:r>
    </w:p>
    <w:p>
      <w:r>
        <w:rPr>
          <w:b/>
        </w:rPr>
        <w:t xml:space="preserve">[41:38] </w:t>
      </w:r>
      <w:r>
        <w:t>aisa sifarish par kaise de do de do? Yani prime minister ki sifarish bhi ho toh wahan kaam nahi aayegi. Woh toh kaam mein aayegi aap ki aap ki tayyari.</w:t>
      </w:r>
    </w:p>
    <w:p>
      <w:pPr>
        <w:jc w:val="right"/>
      </w:pPr>
      <w:r>
        <w:t>ایسے سفارش پر کیسے دے دو دے دو؟ یعنی پرائم منسٹر کی سفارش بھی ہو تو وہاں کام نہیں آئے گی۔ وہ تو قائم میں آئے گی آپ کی آپ کی تیاری۔</w:t>
      </w:r>
    </w:p>
    <w:p>
      <w:r>
        <w:rPr>
          <w:b/>
        </w:rPr>
        <w:t xml:space="preserve">[41:49] </w:t>
      </w:r>
      <w:r>
        <w:t>aap ki agar aap ne kuch tayyar kiya ho to wahan aap ko dakhla mile ga. nahi to sifarish se nahi dakhla mil sakta hai.</w:t>
      </w:r>
    </w:p>
    <w:p>
      <w:pPr>
        <w:jc w:val="right"/>
      </w:pPr>
      <w:r>
        <w:t>آپ کی اگر آپ نے کچھ تیار کیا ہو تو وہاں آپ کو داخلہ ملے گا۔ نہیں تو سفارش سے نہیں داخلہ مل سکتا ہے۔</w:t>
      </w:r>
    </w:p>
    <w:p>
      <w:r>
        <w:rPr>
          <w:b/>
        </w:rPr>
        <w:t xml:space="preserve">[41:57] </w:t>
      </w:r>
      <w:r>
        <w:t>yeh bilkul bilkul yeh be asal baat hai. be asal baat hai ke shafaat se jannat mil jaye gi.</w:t>
      </w:r>
    </w:p>
    <w:p>
      <w:pPr>
        <w:jc w:val="right"/>
      </w:pPr>
      <w:r>
        <w:t>یہ بالکل بالکل یہ بے اصل بات ہے۔ بے اصل بات ہے کہ شفاعت سے جنت مل جائے گی۔</w:t>
      </w:r>
    </w:p>
    <w:p>
      <w:r>
        <w:rPr>
          <w:b/>
        </w:rPr>
        <w:t xml:space="preserve">[42:05] </w:t>
      </w:r>
      <w:r>
        <w:t>shafaat se jannat mil jaye gi. kal mein gaya tha yahan bohat bara aik hospital hai dilli ka number one hospital bohat shandar to wahan par baray baray doctor sab wahan par hain jo mareezon ko dekh</w:t>
      </w:r>
    </w:p>
    <w:p>
      <w:pPr>
        <w:jc w:val="right"/>
      </w:pPr>
      <w:r>
        <w:t>شفاعت سے جنت مل جائے گی۔ کل میں گیا تھا یہاں بہت بڑا ایک ہاسپٹل ہے دلی کا نمبر ون ہاسپٹل بہت شاندار تو وہاں پر بڑے بڑے ڈاکٹر سب وہاں پر ہیں جو مریضوں کو دیکھ</w:t>
      </w:r>
    </w:p>
    <w:p>
      <w:r>
        <w:rPr>
          <w:b/>
        </w:rPr>
        <w:t xml:space="preserve">[42:23] </w:t>
      </w:r>
      <w:r>
        <w:t>tay hain to mein ne socha ke agar koi aadmi jis ne mbbs na kiya ho doctory yani medical science na parhi ho woh kuch shehri wari karta ho aur hamare president ya prime minister is ko sawari likh dein ke is ko yahan par doctor ka uhda de do to kya ho jaye ga aisa?</w:t>
      </w:r>
    </w:p>
    <w:p>
      <w:pPr>
        <w:jc w:val="right"/>
      </w:pPr>
      <w:r>
        <w:t>تے ہیں تو میں نے سوچا کہ اگر کوئی آدمی جس نے ایم بی بی ایس نہ کیا ہو ڈاکٹری یعنی میڈیکل سائنس نہ پڑھی ہو وہ کچھ شہری واری کرتا ہو اور ہمارے پریزیڈنٹ یا پرائم منسٹر اس کو سواری لکھ دیں کہ اس کو یہاں پر ڈاکٹر کا عہدہ دے دو تو کیا ہو جائے گا ایسا؟</w:t>
      </w:r>
    </w:p>
    <w:p>
      <w:r>
        <w:rPr>
          <w:b/>
        </w:rPr>
        <w:t xml:space="preserve">[42:47] </w:t>
      </w:r>
      <w:r>
        <w:t>kabhi nahi ho sakta hai.</w:t>
      </w:r>
    </w:p>
    <w:p>
      <w:pPr>
        <w:jc w:val="right"/>
      </w:pPr>
      <w:r>
        <w:t>کبھی نہیں ہو سکتا ہے۔</w:t>
      </w:r>
    </w:p>
    <w:p>
      <w:r>
        <w:rPr>
          <w:b/>
        </w:rPr>
        <w:t xml:space="preserve">[42:50] </w:t>
      </w:r>
      <w:r>
        <w:t>wahan to doctory ka ki ki degree chahiye. sifarish se nahi koi aadmi wahan par doctor bana diya jaye ga.</w:t>
      </w:r>
    </w:p>
    <w:p>
      <w:pPr>
        <w:jc w:val="right"/>
      </w:pPr>
      <w:r>
        <w:t>وہاں تو ڈاکٹری کا کی کی ڈگری چاہیے۔ سفارش سے نہیں کوئی آدمی وہاں پر ڈاکٹر بنا دیا جائے گا۔</w:t>
      </w:r>
    </w:p>
    <w:p>
      <w:r>
        <w:rPr>
          <w:b/>
        </w:rPr>
        <w:t xml:space="preserve">[43:02] </w:t>
      </w:r>
      <w:r>
        <w:t>to jannat jo log kehte hain samajhte hain ke jannat jo mil jaye gi sifarish se woh jannat ki tasgheer karte hain. jannat ko underestimate karte hain.</w:t>
      </w:r>
    </w:p>
    <w:p>
      <w:pPr>
        <w:jc w:val="right"/>
      </w:pPr>
      <w:r>
        <w:t>تو جنت جو لوگ کہتے ہیں سمجھتے ہیں کہ جنت جو مل جائے گی سفارش سے وہ جنت کی تصغیر کرتے ہیں۔ جنت کو انڈر ایسٹیمیٹ کرتے ہیں۔</w:t>
      </w:r>
    </w:p>
    <w:p>
      <w:r>
        <w:rPr>
          <w:b/>
        </w:rPr>
        <w:t xml:space="preserve">[43:15] </w:t>
      </w:r>
      <w:r>
        <w:t>dekhiye jannat ke baray mein quran mein aya hai ke wallahiyadعو dar al salam Allah pukarta hai salamti ke ghar ki taraf aman ke ghar ki taraf is se murad hai dar al salam se murad hai jannat is ka matlab kya hai aik aur ayat hai la ya illa salam salam is ka matlab hai ke jannat mein aise ashkhass hon ge</w:t>
      </w:r>
    </w:p>
    <w:p>
      <w:pPr>
        <w:jc w:val="right"/>
      </w:pPr>
      <w:r>
        <w:t>دیکھیے جنت کے بارے میں قرآن میں آیا ہے کہ واللہیدعو دار السلام اللہ پکارتا ہے سلامتی کے گھر کی طرف امن کے گھر کی طرف اس سے مراد ہے دارالسلام سے مراد ہے جنت اس کا مطلب کیا ہے ایک اور آیت ہے لا یا الا سلام سلام اس کا مطلب ہے کہ جنت میں ایسے اشخاص ہوں گے</w:t>
      </w:r>
    </w:p>
    <w:p>
      <w:r>
        <w:rPr>
          <w:b/>
        </w:rPr>
        <w:t xml:space="preserve">[43:43] </w:t>
      </w:r>
      <w:r>
        <w:t>jinho mein yani isi dunya mein jo sabit kare ga ke mein woh insaan hoon ke mujhe kisi ke liye nafrat nahi mere dil mein kisi ke khilaf manfi ehsas nahi mein parman tor par aik kisi muashray mein parman tor par reh sakta hoon</w:t>
      </w:r>
    </w:p>
    <w:p>
      <w:pPr>
        <w:jc w:val="right"/>
      </w:pPr>
      <w:r>
        <w:t>جنہوں میں یعنی اسی دنیا میں جو ثابت کرے گا کہ میں وہ انسان ہوں کہ مجھے کسی کے لیے نفرت نہیں میرے دل میں کسی کے خلاف منفی احساس نہیں میں پرامن طور پر ایک کسی معاشرے میں پرامن طور پر رہ سکتا ہوں</w:t>
      </w:r>
    </w:p>
    <w:p>
      <w:r>
        <w:rPr>
          <w:b/>
        </w:rPr>
        <w:t xml:space="preserve">[44:03] </w:t>
      </w:r>
      <w:r>
        <w:t>dusron ko mukammal maano mein khair khwah ban kar dusron se mohabbat karne wala mein hoon har aik ke insaan ke liye mere dil mein pyar hai</w:t>
      </w:r>
    </w:p>
    <w:p>
      <w:pPr>
        <w:jc w:val="right"/>
      </w:pPr>
      <w:r>
        <w:t>دوسروں کو مکمل معنوں میں خیر خواہ بن کر دوسروں سے محبت کرنے والا میں ہوں ہر ایک کے انسان کے لیے میرے دل میں پیار ہے</w:t>
      </w:r>
    </w:p>
    <w:p>
      <w:r>
        <w:rPr>
          <w:b/>
        </w:rPr>
        <w:t xml:space="preserve">[44:13] </w:t>
      </w:r>
      <w:r>
        <w:t>yeh yahan yahan in ko sabit karna hai is dunya mein yani jab sabit kar de ga woh to is muashray mein is ko jagah jagah mile gi jis ke andar akkar na ho jo quran mein hai ke waad al rehman allazi ne</w:t>
      </w:r>
    </w:p>
    <w:p>
      <w:pPr>
        <w:jc w:val="right"/>
      </w:pPr>
      <w:r>
        <w:t>یہ یہاں یہاں ان کو ثابت کرنا ہے اس دنیا میں یعنی جب ثابت کر دے گا وہ تو اس معاشرے میں اس کو جگہ جگہ ملے گی جس کے اندر اکڑ نہ ہو جو قرآن میں ہے کہ وعد الرحمن الذی نے</w:t>
      </w:r>
    </w:p>
    <w:p>
      <w:r>
        <w:rPr>
          <w:b/>
        </w:rPr>
        <w:t xml:space="preserve">[44:30] </w:t>
      </w:r>
      <w:r>
        <w:t>hona jin ke andar moosty ho jis ke andar akkar na ho fakhr o gharoor na ho tawazu ho yeh sarey musbat sifaat jo hain woh hon is ke andar</w:t>
      </w:r>
    </w:p>
    <w:p>
      <w:pPr>
        <w:jc w:val="right"/>
      </w:pPr>
      <w:r>
        <w:t>ہونا جن کے اندر مورستی ہو جس کے اندر اکڑ نہ ہو فخر و غرور نہ ہو تواضع ہو یہ سارے مثبت صفات جو ہیں وہ ہوں اس کے اندر</w:t>
      </w:r>
    </w:p>
    <w:p>
      <w:r>
        <w:rPr>
          <w:b/>
        </w:rPr>
        <w:t xml:space="preserve">[44:45] </w:t>
      </w:r>
      <w:r>
        <w:t>to yeh sabit kiya jis ne ab apne aap ke baray mein kaha mein is type ka insaan hoon ke mere andar ehsas bartari nahi mere andar nafrat nahi mere andar badkhwai nahi mere andar intekhab nahi mere andar kisi ke kisi ke ki burai nahi</w:t>
      </w:r>
    </w:p>
    <w:p>
      <w:pPr>
        <w:jc w:val="right"/>
      </w:pPr>
      <w:r>
        <w:t>تو یہ ثابت کیا جس نے اب اپنے آپ کے بارے میں کہا میں اس ٹائپ کا انسان ہوں کہ میرے اندر احساس برتری نہیں میرے اندر نفرت نہیں میرے اندر بدخوائی نہیں میرے اندر انتخاب نہیں میرے اندر کسی کے کسی کے کی برائی نہیں</w:t>
      </w:r>
    </w:p>
    <w:p>
      <w:r>
        <w:rPr>
          <w:b/>
        </w:rPr>
        <w:t xml:space="preserve">[45:08] </w:t>
      </w:r>
      <w:r>
        <w:t>mein jhoot nahi bolta mein kisi ko character asistent nahi karta</w:t>
      </w:r>
    </w:p>
    <w:p>
      <w:pPr>
        <w:jc w:val="right"/>
      </w:pPr>
      <w:r>
        <w:t>میں جھوٹ نہیں بولتا میں کسی کو کریکٹر اسسٹنٹ نہیں کرتا</w:t>
      </w:r>
    </w:p>
    <w:p>
      <w:r>
        <w:rPr>
          <w:b/>
        </w:rPr>
        <w:t xml:space="preserve">[45:15] </w:t>
      </w:r>
      <w:r>
        <w:t>aj kal dekhiye aj kal kisi se ikhtilaf ho jaye to bas is ke khilaf toofan machate hain abhi aik sath meri mulaqat hui woh gaye thay aik aik jagah aik idaray mein wahan sab mere mukhalifeen thay wahan par sab mukhalifat ki batein kar rahe hain mein ne poocha kisi ne koi daleel di sarey parhe likhey log aik bhi koi daleel nahi daleel aik hi nahi aur mukhalifat kar rahe hain</w:t>
      </w:r>
    </w:p>
    <w:p>
      <w:pPr>
        <w:jc w:val="right"/>
      </w:pPr>
      <w:r>
        <w:t>اج کل دیکھیے اج کل کسی سے اختلاف ہو جائے تو بس اس کے خلاف طوفان مچاتے ہیں ابھی ایک ساتھ میری ملاقات ہوئی وہ گئے تھے ایک ایک جگہ ایک ادارے میں وہاں سب میرے مخالفین تھے وہاں پر سب مخالفت کی باتیں کر رہے ہیں میں نے پوچھا کسی نے کوئی دلیل دی سارے پڑھے لکھے لوگ ایک بھی کوئی دلیل نہیں دلیل ایک ہی نہیں اور مخالفت کر رہے ہیں</w:t>
      </w:r>
    </w:p>
    <w:p>
      <w:r>
        <w:rPr>
          <w:b/>
        </w:rPr>
        <w:t xml:space="preserve">[45:43] </w:t>
      </w:r>
      <w:r>
        <w:t>daleel ek nahin aur mukhalifat kar rahe hain to yeh logon ko ehsas hai ke dunya mein in</w:t>
      </w:r>
    </w:p>
    <w:p>
      <w:pPr>
        <w:jc w:val="right"/>
      </w:pPr>
      <w:r>
        <w:t>دلیل ایک نہیں اور مخالفت کر رہے ہیں تو یہ لوگوں کو احساس ہے کہ دنیا میں ان</w:t>
      </w:r>
    </w:p>
    <w:p>
      <w:r>
        <w:rPr>
          <w:b/>
        </w:rPr>
        <w:t xml:space="preserve">[45:48] </w:t>
      </w:r>
      <w:r>
        <w:t>ka in ka selection kiya ja raha hai</w:t>
      </w:r>
    </w:p>
    <w:p>
      <w:pPr>
        <w:jc w:val="right"/>
      </w:pPr>
      <w:r>
        <w:t>کا ان کا سلیکشن کیا جا رہا ہے</w:t>
      </w:r>
    </w:p>
    <w:p>
      <w:r>
        <w:rPr>
          <w:b/>
        </w:rPr>
        <w:t xml:space="preserve">[45:53] </w:t>
      </w:r>
      <w:r>
        <w:t>yani farishte wash kar rahe hain ke kaun kaisa hai kaun kaisa hai agar yeh dikha rahe hain</w:t>
      </w:r>
    </w:p>
    <w:p>
      <w:pPr>
        <w:jc w:val="right"/>
      </w:pPr>
      <w:r>
        <w:t>یعنی فرشتے واش کر رہے ہیں کہ کون کیسا ہے کون کیسا ہے اگر یہ دکھا رہے ہیں</w:t>
      </w:r>
    </w:p>
    <w:p>
      <w:r>
        <w:rPr>
          <w:b/>
        </w:rPr>
        <w:t xml:space="preserve">[45:59] </w:t>
      </w:r>
      <w:r>
        <w:t>apne aap ko ke mere paas daleel na ho tab bhi main mukhalifat karunga main</w:t>
      </w:r>
    </w:p>
    <w:p>
      <w:pPr>
        <w:jc w:val="right"/>
      </w:pPr>
      <w:r>
        <w:t>اپنے آپ کو کہ میرے پاس دلیل نہ ہو تب بھی میں مخالفت کروں گا میں</w:t>
      </w:r>
    </w:p>
    <w:p>
      <w:r>
        <w:rPr>
          <w:b/>
        </w:rPr>
        <w:t xml:space="preserve">[46:05] </w:t>
      </w:r>
      <w:r>
        <w:t>to bataiye ke aap mere ko sabit karen ke main jannat ke qabil nahin hoon yani daleel nahin</w:t>
      </w:r>
    </w:p>
    <w:p>
      <w:pPr>
        <w:jc w:val="right"/>
      </w:pPr>
      <w:r>
        <w:t>تو بتائیے کہ آپ میرے کو ثابت کریں کہ میں جنت کے قابل نہیں ہوں یعنی دلیل نہیں</w:t>
      </w:r>
    </w:p>
    <w:p>
      <w:r>
        <w:rPr>
          <w:b/>
        </w:rPr>
        <w:t xml:space="preserve">[46:10] </w:t>
      </w:r>
      <w:r>
        <w:t>koi quran o hadees ki mere paas koi hawala nahin hai phir bhi mukhalifat karunga main</w:t>
      </w:r>
    </w:p>
    <w:p>
      <w:pPr>
        <w:jc w:val="right"/>
      </w:pPr>
      <w:r>
        <w:t>کوئی قرآن و حدیث کی میرے پاس کوئی حوالہ نہیں ہے پھر بھی مخالفت کروں گا میں</w:t>
      </w:r>
    </w:p>
    <w:p>
      <w:r>
        <w:rPr>
          <w:b/>
        </w:rPr>
        <w:t xml:space="preserve">[46:16] </w:t>
      </w:r>
      <w:r>
        <w:t>to kya aise log jannat ke liye muntakhib kiye jayenge</w:t>
      </w:r>
    </w:p>
    <w:p>
      <w:pPr>
        <w:jc w:val="right"/>
      </w:pPr>
      <w:r>
        <w:t>تو کیا ایسے لوگ جنت کے لیے منتخب کیے جائیں گے</w:t>
      </w:r>
    </w:p>
    <w:p>
      <w:r>
        <w:rPr>
          <w:b/>
        </w:rPr>
        <w:t xml:space="preserve">[46:21] </w:t>
      </w:r>
      <w:r>
        <w:t>agar aap yeh dikha rahe hon ke mujhe ghussa aayega to main is ko intiqam tak pahunchaoon</w:t>
      </w:r>
    </w:p>
    <w:p>
      <w:pPr>
        <w:jc w:val="right"/>
      </w:pPr>
      <w:r>
        <w:t>اگر آپ یہ دکھا رہے ہوں کہ مجھے غصہ ائے گا تو میں اس کو انتقام تک پہنچاؤں</w:t>
      </w:r>
    </w:p>
    <w:p>
      <w:r>
        <w:rPr>
          <w:b/>
        </w:rPr>
        <w:t xml:space="preserve">[46:25] </w:t>
      </w:r>
      <w:r>
        <w:t>ga mujhe ghussa a jayega to main is ko tashaddud karunga mujhe ghussa</w:t>
      </w:r>
    </w:p>
    <w:p>
      <w:pPr>
        <w:jc w:val="right"/>
      </w:pPr>
      <w:r>
        <w:t>گا مجھے غصہ ا جائے گا تو میں اس کو تشدد کروں گا مجھے غصہ</w:t>
      </w:r>
    </w:p>
    <w:p>
      <w:r>
        <w:rPr>
          <w:b/>
        </w:rPr>
        <w:t xml:space="preserve">[46:29] </w:t>
      </w:r>
      <w:r>
        <w:t>aye ga to mein laroon ga is se to kya aap jannat ke liye muntakhib kiye jayein ge</w:t>
      </w:r>
    </w:p>
    <w:p>
      <w:pPr>
        <w:jc w:val="right"/>
      </w:pPr>
      <w:r>
        <w:t>ا جائے گا تو میں لڑوں گا اس سے تو کیا آپ جنت کے لیے منتخب کیے جائیں گے</w:t>
      </w:r>
    </w:p>
    <w:p>
      <w:r>
        <w:rPr>
          <w:b/>
        </w:rPr>
        <w:t xml:space="preserve">[46:37] </w:t>
      </w:r>
      <w:r>
        <w:t>har lamha yaad rakhiye hamein sochna hai ke hum koi aisa feal na karein jo farishton ki nazar mein hamein aisa dikhaye ke jannat ke qabil nahi hai aadmi Allah ne har insaan ke sath farishtay bitha rakhe hain quran mein hai ke do do farishtay har aik ke sath hain har insaan ke sath do farishtay lage hue hain</w:t>
      </w:r>
    </w:p>
    <w:p>
      <w:pPr>
        <w:jc w:val="right"/>
      </w:pPr>
      <w:r>
        <w:t>ہر لمحہ یاد رکھیے ہمیں سوچنا ہے کہ ہم کوئی ایسا فعل نہ کریں جو فرشتوں کی نظر میں ہمیں اس ایسا دکھائے کہ جنت کے قابل نہیں ہے ادمی اللہ نے ہر انسان کے ساتھ فرشتے بٹھا رکھے ہیں قرآن میں ہے کہ دو دو فرشتے ہر ایک کے ساتھ ہیں ہر انسان کے ساتھ دو فرشتے لگے ہوئے ہیں</w:t>
      </w:r>
    </w:p>
    <w:p>
      <w:r>
        <w:rPr>
          <w:b/>
        </w:rPr>
        <w:t xml:space="preserve">[47:06] </w:t>
      </w:r>
      <w:r>
        <w:t>wash kar rahe hain wash kis baat ka wash kar rahe hain is baat ka wash kar rahe hain ke kya yeh insaan insaan ke andar woh sifaat hain ke jannat mein basaya jaye is ko</w:t>
      </w:r>
    </w:p>
    <w:p>
      <w:pPr>
        <w:jc w:val="right"/>
      </w:pPr>
      <w:r>
        <w:t>واش کر رہے ہیں واش کس بات کا واش کر رہے ہیں اس بات کا واش کر رہے ہیں کہ کیا یہ انسان انسان کے اندر وہ صفات ہیں کہ جنت میں بسایا جائے اس کو</w:t>
      </w:r>
    </w:p>
    <w:p>
      <w:r>
        <w:rPr>
          <w:b/>
        </w:rPr>
        <w:t xml:space="preserve">[47:21] </w:t>
      </w:r>
      <w:r>
        <w:t>jannat ke baray mein dekhiye mein jo samajh paya hoon ke aik ayat hai olaika ma al nabiyyin wa siddiqin wa shuhada wa al salihin</w:t>
      </w:r>
    </w:p>
    <w:p>
      <w:pPr>
        <w:jc w:val="right"/>
      </w:pPr>
      <w:r>
        <w:t>جنت کے بارے میں دیکھیے میں جو سمجھ پایا ہوں کہ ایک آیت ہے اولائک مع النبیین وصدیقین وشہدائے والصالحین</w:t>
      </w:r>
    </w:p>
    <w:p>
      <w:r>
        <w:rPr>
          <w:b/>
        </w:rPr>
        <w:t xml:space="preserve">[47:32] </w:t>
      </w:r>
      <w:r>
        <w:t>yeh char alfaaz hain nabi siddiq shuhada aur salihin yeh poori tareekh se chune jayein ge aise log poori tareekh se jo anbiya guzre hain jo sulaha guzre hain jinho ne dawat ka kaam kiya hai yahan shaheed se murad dua hain dawat ka kaam karne waley hain</w:t>
      </w:r>
    </w:p>
    <w:p>
      <w:pPr>
        <w:jc w:val="right"/>
      </w:pPr>
      <w:r>
        <w:t>یہ چار الفاظ ہیں نبی صدیق شہداء اور صالحین یہ پوری تاریخ سے چنے جائیں گے ایسے لوگ پوری تاریخ سے جو انبیاء گزرے ہیں جو صلحاء گزرے ہیں جنہوں نے دعوت کا کام کیا ہے یہاں شہید سے مراد دعا ہیں دعوت کا کام کرنے والے ہیں</w:t>
      </w:r>
    </w:p>
    <w:p>
      <w:r>
        <w:rPr>
          <w:b/>
        </w:rPr>
        <w:t xml:space="preserve">[47:57] </w:t>
      </w:r>
      <w:r>
        <w:t>to jo aise log poori tareekh mein guzre hain jin ki sehat seerat aala darjay ki thi jin ke andar musbat soch thi jo insaniyat ke talib ilm un ke khair khwah ban kar rahe jinho ne koi lagho kaam nahi kiya</w:t>
      </w:r>
    </w:p>
    <w:p>
      <w:pPr>
        <w:jc w:val="right"/>
      </w:pPr>
      <w:r>
        <w:t>تو جو ایسے لوگ پوری تاریخ میں گزرے ہیں جن کی صحت سیرت اعلی درجے کی تھی جن کے اندر مثبت سوچ تھی جو انسانیت کے طالب علم ان کے خیر خواہ بن کر رہے جنہوں نے کوئی لغو کام نہیں کیا</w:t>
      </w:r>
    </w:p>
    <w:p>
      <w:r>
        <w:rPr>
          <w:b/>
        </w:rPr>
        <w:t xml:space="preserve">[48:17] </w:t>
      </w:r>
      <w:r>
        <w:t>jinho ne jannati kirdaar ka saboot diya un sab ko chuna jaye ga chun kar ke jannat mein basaya jaye ga</w:t>
      </w:r>
    </w:p>
    <w:p>
      <w:pPr>
        <w:jc w:val="right"/>
      </w:pPr>
      <w:r>
        <w:t>جنہوں نے جنتی کردار کا ثبوت دیا ان سب کو چنا جائے گا چن کر کے جنت میں بسایا جائے گا</w:t>
      </w:r>
    </w:p>
    <w:p>
      <w:r>
        <w:rPr>
          <w:b/>
        </w:rPr>
        <w:t xml:space="preserve">[48:25] </w:t>
      </w:r>
      <w:r>
        <w:t>to har lamha yeh soch hamare andar rehna chahiye ke farishtay kahin aisa koi na likh dein hamare baray mein dekho yeh to aisa tha yeh to waisa tha</w:t>
      </w:r>
    </w:p>
    <w:p>
      <w:pPr>
        <w:jc w:val="right"/>
      </w:pPr>
      <w:r>
        <w:t>تو ہر لمحہ یہ سوچ ہمارے اندر رہنا چاہیے کہ فرشتے کہیں ایسا کوئی نہ لکھ دیں ہمارے بارے میں دیکھو یہ تو ایسا تھا یہ تو ویسا تھا</w:t>
      </w:r>
    </w:p>
    <w:p>
      <w:r>
        <w:rPr>
          <w:b/>
        </w:rPr>
        <w:t xml:space="preserve">[48:36] </w:t>
      </w:r>
      <w:r>
        <w:t>aap ghor kijiye ke yeh soch aap ke andar agar ho to kya aap aap ki zuban jo hai aise alfaaz boley gi jo Allah ke haan jhootay qarar payein</w:t>
      </w:r>
    </w:p>
    <w:p>
      <w:pPr>
        <w:jc w:val="right"/>
      </w:pPr>
      <w:r>
        <w:t>اپ غور کیجئے کہ یہ سوچ اپ کے اندر اگر ہو تو کیا اپ اپ کی زبان جو ہے ایسے الفاظ بولے گی جو اللہ کے ہاں جھوٹے قرار پائیں</w:t>
      </w:r>
    </w:p>
    <w:p>
      <w:r>
        <w:rPr>
          <w:b/>
        </w:rPr>
        <w:t xml:space="preserve">[48:50] </w:t>
      </w:r>
      <w:r>
        <w:t>ho sakta hai rasool allah salallaho alaihi wasallam ek ek ek riwayat hai ke ek sahabi ke kandhe par aap ne hath rakha aur is se kaha ke agar</w:t>
      </w:r>
    </w:p>
    <w:p>
      <w:pPr>
        <w:jc w:val="right"/>
      </w:pPr>
      <w:r>
        <w:t>ہو سکتا ہے رسول اللہ صلی اللہ علیہ وسلم ایک ایک ایک روایت ہے کہ ایک صحابی کے کندھے پر اپ نے ہاتھ رکھا اور اس سے کہا کہ اگر</w:t>
      </w:r>
    </w:p>
    <w:p>
      <w:r>
        <w:rPr>
          <w:b/>
        </w:rPr>
        <w:t xml:space="preserve">[49:06] </w:t>
      </w:r>
      <w:r>
        <w:t>agar tum se ho sake ke tum subah aur sham is hal mein karo ke lais fi qalbi ghish ghish li had ffl</w:t>
      </w:r>
    </w:p>
    <w:p>
      <w:pPr>
        <w:jc w:val="right"/>
      </w:pPr>
      <w:r>
        <w:t>اگر تم سے ہو سکے کہ تم صبح اور شام اس حال میں کرو کہ لیس فی قلب غش غش لحد ففل</w:t>
      </w:r>
    </w:p>
    <w:p>
      <w:r>
        <w:rPr>
          <w:b/>
        </w:rPr>
        <w:t xml:space="preserve">[49:20] </w:t>
      </w:r>
      <w:r>
        <w:t>yani agar tum ko tum is tarah subah karo is tarah sham karo ke tumhare dil mein kisi ke khilaf ghish na ho mali na ho kisi ke khilaf manfi jazbat na hon kisi ke khilaf kina na ho to aisa karo kyunke aise log jannat mein jayenge</w:t>
      </w:r>
    </w:p>
    <w:p>
      <w:pPr>
        <w:jc w:val="right"/>
      </w:pPr>
      <w:r>
        <w:t>یعنی اگر تم کو تم اس طرح صبح کرو اس طرح شام کرو کہ تمہارے دل میں کسی کے خلاف غش نہ ہو مالی نہ ہو کسی کے خلاف منفی جذبات نہ ہوں کسی کے خلاف کینہ نہ ہو تو ایسا کرو کیونکہ ایسے لوگ جنت میں جائیں گے</w:t>
      </w:r>
    </w:p>
    <w:p>
      <w:r>
        <w:rPr>
          <w:b/>
        </w:rPr>
        <w:t xml:space="preserve">[49:41] </w:t>
      </w:r>
      <w:r>
        <w:t>ek waqia aata hai ke ye muddat rasool allah salallaho alaihi wasallam baithe hue the ek maqam par kuch apne saahibiyon ke hamrah ek shakhs guzra aap ke samne se wo bas chala gaya wo</w:t>
      </w:r>
    </w:p>
    <w:p>
      <w:pPr>
        <w:jc w:val="right"/>
      </w:pPr>
      <w:r>
        <w:t>ایک واقعہ اتا ہے کہ یہ مدت رسول اللہ صلی اللہ علیہ وسلم بیٹھے ہوئے تھے ایک مقام پر کچھ اپنے ساتھیوں کے ہمراہ ایک شخص گزرا اپ کے سامنے سے وہ بس چلا گیا وہ</w:t>
      </w:r>
    </w:p>
    <w:p>
      <w:r>
        <w:rPr>
          <w:b/>
        </w:rPr>
        <w:t xml:space="preserve">[49:58] </w:t>
      </w:r>
      <w:r>
        <w:t>idhar se aya idhar se chala gaya to aap ne farmaya ke ye jannati hai halanke dekhiye is ne rasool allah ke pas aa kar salam bhi nahi kiya tha</w:t>
      </w:r>
    </w:p>
    <w:p>
      <w:pPr>
        <w:jc w:val="right"/>
      </w:pPr>
      <w:r>
        <w:t>ادھر سے ایا ادھر سے چلا گیا تو اپ نے فرمایا کہ یہ جنتی ہے حالانکہ دیکھیے اس نے رسول اللہ کے پاس ا کر سلام بھی نہیں کیا تھا</w:t>
      </w:r>
    </w:p>
    <w:p>
      <w:r>
        <w:rPr>
          <w:b/>
        </w:rPr>
        <w:t xml:space="preserve">[50:10] </w:t>
      </w:r>
      <w:r>
        <w:t>ya rasool allah ke pas aa kar hathon ko bosa bhi nahi diya tha bas wo chala gaya wo to apne koi kaam se ja raha tha chala chala gaya aap ne kaha ye jannati hai to ek sahabi kehte hain ke mujhe shoq hua ke main janoon ke is mein kya sifat hai ke aap ne farmaya ke jannati hai to main us ke ghar gaya</w:t>
      </w:r>
    </w:p>
    <w:p>
      <w:pPr>
        <w:jc w:val="right"/>
      </w:pPr>
      <w:r>
        <w:t>یا رسول اللہ کے پاس ا کر ہاتھوں کو بوسہ بھی نہیں دیا تھا بس وہ چلا گیا وہ تو اپنے کوئی کام سے جا رہا تھا چلا چلا گیا اپ نے کہا یہ جنتی ہے تو ایک صحابی کہتے ہیں کہ مجھے شوق ہوا کہ میں جانوں کہ اس میں کیا صفت ہے کہ اپ نے فرمایا کہ جنتی ہے تو میں اس کے گھر گیا</w:t>
      </w:r>
    </w:p>
    <w:p>
      <w:r>
        <w:rPr>
          <w:b/>
        </w:rPr>
        <w:t xml:space="preserve">[50:35] </w:t>
      </w:r>
      <w:r>
        <w:t>qadeem zamane mein jab ke aaj kal ki tarah se hotel aur musafir khane bhai sahab nahi hua karta tha to ek riwayat thi qadeem zamane mein ke ek aadmi agar kahin aa jaye musafir to teen din us ko haq hota hai ke teen din us us ko aap mehman rakhein ye riwayat thi qadeem zamane mein to wo teen din raha is ka is aadmi ke ghar teen din</w:t>
      </w:r>
    </w:p>
    <w:p>
      <w:pPr>
        <w:jc w:val="right"/>
      </w:pPr>
      <w:r>
        <w:t>قدیم زمانے میں جب کہ اج کل کی طرح سے ہوٹل اور مسافر خانے بھائی صاحب نہیں ہوا کرتا تھا تو ایک روایت تھی قدیم زمانے میں کہ ایک ادمی اگر کہیں ا جائے مسافر تو تین دن اس کو حق ہوتا ہے کہ تین کہ تین دن اس اس کو اپ مہمان رکھیں یہ روایت تھی قدیم زمانے میں تو وہ تین دن رہا اس کا اس ادمی کے گھر تین دن</w:t>
      </w:r>
    </w:p>
    <w:p>
      <w:r>
        <w:rPr>
          <w:b/>
        </w:rPr>
        <w:t xml:space="preserve">[51:03] </w:t>
      </w:r>
      <w:r>
        <w:t>teesre din is ne kaha ke ab main ja raha hoon is aadmi ne poocha ke tum aaye</w:t>
      </w:r>
    </w:p>
    <w:p>
      <w:pPr>
        <w:jc w:val="right"/>
      </w:pPr>
      <w:r>
        <w:t>تیسرے دن اس نے کہا کہ اب میں جا رہا ہوں اس ادمی نے پوچھا کہ تم ائے</w:t>
      </w:r>
    </w:p>
    <w:p>
      <w:r>
        <w:rPr>
          <w:b/>
        </w:rPr>
        <w:t xml:space="preserve">[51:09] </w:t>
      </w:r>
      <w:r>
        <w:t>aur teen din rahe kuch khaas baat tum ne ki nahin aakhir kis liye kis silsile mein aaye</w:t>
      </w:r>
    </w:p>
    <w:p>
      <w:pPr>
        <w:jc w:val="right"/>
      </w:pPr>
      <w:r>
        <w:t>اور تین دن رہے کچھ خاص بات تم نے کی نہیں اخر کس لیے کس سلسلے میں ائے</w:t>
      </w:r>
    </w:p>
    <w:p>
      <w:r>
        <w:rPr>
          <w:b/>
        </w:rPr>
        <w:t xml:space="preserve">[51:13] </w:t>
      </w:r>
      <w:r>
        <w:t>the tum aane ka maqsad kya tha</w:t>
      </w:r>
    </w:p>
    <w:p>
      <w:pPr>
        <w:jc w:val="right"/>
      </w:pPr>
      <w:r>
        <w:t>تھے تم انے کا مقصد کیا تھا</w:t>
      </w:r>
    </w:p>
    <w:p>
      <w:r>
        <w:rPr>
          <w:b/>
        </w:rPr>
        <w:t xml:space="preserve">[51:18] </w:t>
      </w:r>
      <w:r>
        <w:t>to is ne kaha ke yeh aisa waqea guzra tha</w:t>
      </w:r>
    </w:p>
    <w:p>
      <w:pPr>
        <w:jc w:val="right"/>
      </w:pPr>
      <w:r>
        <w:t>تو اس نے کہا کہ یہ ایسا واقعہ گزرا تھا</w:t>
      </w:r>
    </w:p>
    <w:p>
      <w:r>
        <w:rPr>
          <w:b/>
        </w:rPr>
        <w:t xml:space="preserve">[51:22] </w:t>
      </w:r>
      <w:r>
        <w:t>ke rasool Allah ne farmaya tha ke yeh aadmi jannati hai tum aaya tha dekhne ke liye ke</w:t>
      </w:r>
    </w:p>
    <w:p>
      <w:pPr>
        <w:jc w:val="right"/>
      </w:pPr>
      <w:r>
        <w:t>کہ رسول اللہ نے فرمایا تھا کہ یہ ادمی جنتی ہے تم ایا تھا دیکھنے کے لیے کہ</w:t>
      </w:r>
    </w:p>
    <w:p>
      <w:r>
        <w:rPr>
          <w:b/>
        </w:rPr>
        <w:t xml:space="preserve">[51:28] </w:t>
      </w:r>
      <w:r>
        <w:t>tumhare se kaun sa amal hai</w:t>
      </w:r>
    </w:p>
    <w:p>
      <w:pPr>
        <w:jc w:val="right"/>
      </w:pPr>
      <w:r>
        <w:t>تمہارے سے کون سا عمل ہے</w:t>
      </w:r>
    </w:p>
    <w:p>
      <w:r>
        <w:rPr>
          <w:b/>
        </w:rPr>
        <w:t xml:space="preserve">[51:31] </w:t>
      </w:r>
      <w:r>
        <w:t>jis ki wajah se aap ne farmaya</w:t>
      </w:r>
    </w:p>
    <w:p>
      <w:pPr>
        <w:jc w:val="right"/>
      </w:pPr>
      <w:r>
        <w:t>جس کی وجہ سے اپ نے فرمایا</w:t>
      </w:r>
    </w:p>
    <w:p>
      <w:r>
        <w:rPr>
          <w:b/>
        </w:rPr>
        <w:t xml:space="preserve">[51:33] </w:t>
      </w:r>
      <w:r>
        <w:t>tumhein to koi amal paya nahi tum to ek jis tarah sab log panch waqt namaz padhte hain tumhein panch waqt namaz padhte ho jis tarah doosre log apne kaam dham mein rehte hain tum bhi kaam dham mein rehte ho koi khaas yani koi special amal tumhare andar mujhe nahi dikhai diya to bas samajh nahi paya ke wo kaun si sifat tumhare andar hai jis ki wajah se aap ne farmaya aisa</w:t>
      </w:r>
    </w:p>
    <w:p>
      <w:pPr>
        <w:jc w:val="right"/>
      </w:pPr>
      <w:r>
        <w:t>تمہیں تو کوئی عمل پایا نہیں تم تو ایک جس طرح سب لوگ پانچ وقت نماز پڑھتے ہیں تمہیں پانچ وقت نماز پڑھتے ہو جس طرح دوسرے لوگ اپنے کام دھام میں رہتے ہیں تم بھی کام دھام میں رہتے ہو کوئی خاص یعنی کوئی اسپیشل عمل تمہارے اندر مجھے نہیں دکھائی دیا تو بس سمجھ نہیں پایا کہ وہ کون سی صفت تمہارے اندر ہے جس کی وجہ سے اپ نے فرمایا ایسا</w:t>
      </w:r>
    </w:p>
    <w:p>
      <w:r>
        <w:rPr>
          <w:b/>
        </w:rPr>
        <w:t xml:space="preserve">[52:02] </w:t>
      </w:r>
      <w:r>
        <w:t>to us ne jo baat kahi dekhiye wo bhi sahabi tha us ne kaha ke teen din jo hai tum ne dekha waise hi main hoon aam insaan ki tarah lekin ek sifat mere andar yeh hai</w:t>
      </w:r>
    </w:p>
    <w:p>
      <w:pPr>
        <w:jc w:val="right"/>
      </w:pPr>
      <w:r>
        <w:t>تو اس نے جو بات کہی دیکھیے وہ بھی صحابی تھا اس نے کہا کہ تین دن جو ہے تم نے دیکھا ویسے ہی میں ہوں عام انسان کی طرح لیکن ایک صفت میرے اندر یہ ہے</w:t>
      </w:r>
    </w:p>
    <w:p>
      <w:r>
        <w:rPr>
          <w:b/>
        </w:rPr>
        <w:t xml:space="preserve">[52:19] </w:t>
      </w:r>
      <w:r>
        <w:t>ke mere dil mein kisi ke khilaf nafrat nahi</w:t>
      </w:r>
    </w:p>
    <w:p>
      <w:pPr>
        <w:jc w:val="right"/>
      </w:pPr>
      <w:r>
        <w:t>کہ میرے دل میں کسی کے خلاف نفرت نہیں</w:t>
      </w:r>
    </w:p>
    <w:p>
      <w:r>
        <w:rPr>
          <w:b/>
        </w:rPr>
        <w:t xml:space="preserve">[52:27] </w:t>
      </w:r>
      <w:r>
        <w:t>mere dil mein kisi ke khilaf nafrat nahi</w:t>
      </w:r>
    </w:p>
    <w:p>
      <w:pPr>
        <w:jc w:val="right"/>
      </w:pPr>
      <w:r>
        <w:t>میرے دل میں کسی کے خلاف نفرت نہیں</w:t>
      </w:r>
    </w:p>
    <w:p>
      <w:r>
        <w:rPr>
          <w:b/>
        </w:rPr>
        <w:t xml:space="preserve">[52:30] </w:t>
      </w:r>
      <w:r>
        <w:t>to us ne kaha ke bas yahi baat hai jis ki wajah se tum tumhare bare mein rasool allah ne aisa farmaya ab dekhein nafrat nahi yeh saadah baat nahi hai</w:t>
      </w:r>
    </w:p>
    <w:p>
      <w:pPr>
        <w:jc w:val="right"/>
      </w:pPr>
      <w:r>
        <w:t>تو اس نے کہا کہ بس یہی بات ہے جس کی وجہ سے تم تمہارے بارے میں رسول اللہ نے ایسا فرمایا اب دیکھیں نفرت نہیں یہ سادہ بات نہیں ہے</w:t>
      </w:r>
    </w:p>
    <w:p>
      <w:r>
        <w:rPr>
          <w:b/>
        </w:rPr>
        <w:t xml:space="preserve">[52:42] </w:t>
      </w:r>
      <w:r>
        <w:t>yeh saadah baat nahi kyunke wo ab wo aadmi bhi usi duniya mein rehta tha</w:t>
      </w:r>
    </w:p>
    <w:p>
      <w:pPr>
        <w:jc w:val="right"/>
      </w:pPr>
      <w:r>
        <w:t>یہ سادہ بات نہیں کیونکہ وہ اب وہ ادمی بھی اسی دنیا میں رہتا تھا</w:t>
      </w:r>
    </w:p>
    <w:p>
      <w:r>
        <w:rPr>
          <w:b/>
        </w:rPr>
        <w:t xml:space="preserve">[52:48] </w:t>
      </w:r>
      <w:r>
        <w:t>jahan log nafrat ki boliyaan bolte hain wo kisi farishton ka nahi rehta tha wo</w:t>
      </w:r>
    </w:p>
    <w:p>
      <w:pPr>
        <w:jc w:val="right"/>
      </w:pPr>
      <w:r>
        <w:t>جہاں لوگ نفرت کی بولیاں بولتے ہیں وہ کسی فرشتوں کا نہیں رہتا تھا وہ</w:t>
      </w:r>
    </w:p>
    <w:p>
      <w:r>
        <w:rPr>
          <w:b/>
        </w:rPr>
        <w:t xml:space="preserve">[52:56] </w:t>
      </w:r>
      <w:r>
        <w:t>nafrat nahi ke maani yeh hain ke agarche log mujh se yani nafrat wala tajurba mujh se hota hai mujh ko doosron ki taraf se koi ghussa dilata hai koi bhadka deta hai koi provoke karta hai kisi se koi nuksan pahunch jata hai kisi se koi kaanta chubh jata hai yani yeh sab waqiat jis se doosron ke sath hota hoga yaqeenan is ka is ka is ke sath bhi hota hoga kyunke yeh to hona hi hona hai</w:t>
      </w:r>
    </w:p>
    <w:p>
      <w:pPr>
        <w:jc w:val="right"/>
      </w:pPr>
      <w:r>
        <w:t>نفرت نہیں کے معنی یہ ہیں کہ اگرچہ لوگ مجھ سے یعنی نفرت والا تجربہ مجھ سے ہوتا ہے مجھ کو دوسروں کی طرف سے کوئی غصہ دلاتا ہے کوئی بھڑکا دیتا ہے کوئی پرووک کرتا ہے کسی سے کوئی نقصان پہنچ جاتا ہے کسی سے کوئی کانٹا چھپ جاتا ہے یعنی یہ سب واقعات جس سے دوسروں کے ساتھ ہوتا ہوگا یقینا اس کا اس کا اس کے ساتھ بھی ہوتا ہوگا کیونکہ یہ تو ہونا ہی ہونا ہے</w:t>
      </w:r>
    </w:p>
    <w:p>
      <w:r>
        <w:rPr>
          <w:b/>
        </w:rPr>
        <w:t xml:space="preserve">[53:25] </w:t>
      </w:r>
      <w:r>
        <w:t>to us ne jo yeh kaha ke mere dil mein kisi ke khilaf nafrat nahi is ka matlab kya tha agarche nafrat ke asbab mere sath pesh aate hain phir bhi main kisi ke khilaf nafrat nahi paalta apne andar yeh matlab is ka hai</w:t>
      </w:r>
    </w:p>
    <w:p>
      <w:pPr>
        <w:jc w:val="right"/>
      </w:pPr>
      <w:r>
        <w:t>تو اس نے جو یہ کہا کہ میرے دل میں کسی کے خلاف نفرت نہیں اس کا مطلب کیا تھا اگرچہ نفرت کے اسباب میرے ساتھ پیش اتے ہیں پھر بھی میں کسی کے خلاف نفرت نہیں پالتا اپنے اندر یہ مطلب اس کا ہے</w:t>
      </w:r>
    </w:p>
    <w:p>
      <w:r>
        <w:rPr>
          <w:b/>
        </w:rPr>
        <w:t xml:space="preserve">[53:42] </w:t>
      </w:r>
      <w:r>
        <w:t>ke agarche doosron ki taraf se mujhe nafrat ke tajurba karaye jate hain</w:t>
      </w:r>
    </w:p>
    <w:p>
      <w:pPr>
        <w:jc w:val="right"/>
      </w:pPr>
      <w:r>
        <w:t>کہ اگرچہ دوسروں کی طرف سے مجھے نفرت کے تجربات کرائے جاتے ہیں</w:t>
      </w:r>
    </w:p>
    <w:p>
      <w:r>
        <w:rPr>
          <w:b/>
        </w:rPr>
        <w:t xml:space="preserve">[53:50] </w:t>
      </w:r>
      <w:r>
        <w:t>phir bhi main nafrat nahi karta</w:t>
      </w:r>
    </w:p>
    <w:p>
      <w:pPr>
        <w:jc w:val="right"/>
      </w:pPr>
      <w:r>
        <w:t>پھر بھی میں نفرت نہیں کرتا</w:t>
      </w:r>
    </w:p>
    <w:p>
      <w:r>
        <w:rPr>
          <w:b/>
        </w:rPr>
        <w:t xml:space="preserve">[53:56] </w:t>
      </w:r>
      <w:r>
        <w:t>to main samajhta hoon ke yeh ek bohat hi crucial baat hai yeh samajhne ke liye ke ke jannati shakhsiyat se kya murad hai</w:t>
      </w:r>
    </w:p>
    <w:p>
      <w:pPr>
        <w:jc w:val="right"/>
      </w:pPr>
      <w:r>
        <w:t>تو میں سمجھتا ہوں کہ یہ ایک بہت ہی کروشل بات ہے یہ سمجھنے کے لیے کہ کہ جنتی شخصیت سے کیا مراد ہے</w:t>
      </w:r>
    </w:p>
    <w:p>
      <w:r>
        <w:rPr>
          <w:b/>
        </w:rPr>
        <w:t xml:space="preserve">[54:10] </w:t>
      </w:r>
      <w:r>
        <w:t>jannati shakhsiyat se murad yahi hai ke aap ke andar manfi soch negative thinking mutlaq na ho zara bhi na ho ek ek eeta ke barabar bhi na ho</w:t>
      </w:r>
    </w:p>
    <w:p>
      <w:pPr>
        <w:jc w:val="right"/>
      </w:pPr>
      <w:r>
        <w:t>جنتی شخصیت سے مراد یہی ہے کہ اپ کے اندر منفی سوچ نیگیٹیو تھنکنگ مطلق نہ ہو ذرا بھی نہ ہو ایک ایک ایٹا کے برابر بھی نہ ہو</w:t>
      </w:r>
    </w:p>
    <w:p>
      <w:r>
        <w:rPr>
          <w:b/>
        </w:rPr>
        <w:t xml:space="preserve">[54:25] </w:t>
      </w:r>
      <w:r>
        <w:t>to phir kya hoga wahi jo maine arz kiya ke farishte utren ge aap ke upar aur har mauqe par farishte aap ko sahi rehnumai den ge sahi baat ki taraf</w:t>
      </w:r>
    </w:p>
    <w:p>
      <w:pPr>
        <w:jc w:val="right"/>
      </w:pPr>
      <w:r>
        <w:t>تو پھر کیا ہوگا وہی جو میں نے عرض کیا کہ فرشتے اتریں گے اپ کے اوپر اور ہر موقع پر فرشتے اپ کو صحیح رہنمائی دیں گے صحیح بات کی طرف</w:t>
      </w:r>
    </w:p>
    <w:p>
      <w:r>
        <w:rPr>
          <w:b/>
        </w:rPr>
        <w:t xml:space="preserve">[54:43] </w:t>
      </w:r>
      <w:r>
        <w:t>jaise ke parson ki baat hai ke ek waqia aisa hua ke mujhe raat ki neend meri kharab ho gayi ek waqia aisa hua is wajah se raat ki neend kharab ho gayi to subah utha main to neend poori nahi hui thi</w:t>
      </w:r>
    </w:p>
    <w:p>
      <w:pPr>
        <w:jc w:val="right"/>
      </w:pPr>
      <w:r>
        <w:t>جیسے کہ پرسوں کی بات ہے کہ ایک واقعہ ایسا ہوا کہ مجھے رات کی نیند میری خراب ہو گئی ایک واقعہ ایسا ہوا اس وجہ سے رات کی نیند خراب ہو گئی تو صبح اٹھا میں تو نیند پوری نہیں ہوئی تھی</w:t>
      </w:r>
    </w:p>
    <w:p>
      <w:r>
        <w:rPr>
          <w:b/>
        </w:rPr>
        <w:t xml:space="preserve">[54:55] </w:t>
      </w:r>
      <w:r>
        <w:t>to maine socha ke dekhiye yani ek thoda sa yani waisa khayal hai mujhe aya ke falan wajah se aisa hua phir maine socha ke is raat bhar jo neend mujhe nahi aayi to main sochta raha to bohat ajeeb ajeeb cheezein daryaft huin isi mein yeh bhi daryaft hui jo maine arz kiya ke aadmi ko do tazaad ke beech mein jeena hai</w:t>
      </w:r>
    </w:p>
    <w:p>
      <w:pPr>
        <w:jc w:val="right"/>
      </w:pPr>
      <w:r>
        <w:t>تو میں نے سوچا کہ دیکھیے یعنی ایک تھوڑا سا یعنی ویسا خیال ہے مجھے ایا کہ فلاں وجہ سے ایسا ہوا پھر میں نے سوچا کہ اس رات بھر جو نیند مجھے نہیں ائی تو میں سوچتا رہا تو بہت عجیب عجیب چیزیں دریافت ہوئیں اسی میں یہ بھی دریافت ہوئی جو میں نے عرض کیا کہ ادمی کو دو تضاد کے بیچ میں جینا ہے</w:t>
      </w:r>
    </w:p>
    <w:p>
      <w:r>
        <w:rPr>
          <w:b/>
        </w:rPr>
        <w:t xml:space="preserve">[55:21] </w:t>
      </w:r>
      <w:r>
        <w:t>yani ek tazaad ko manish karna hai tab aap jannat ki pas jayenge isi yani jo neend nahi aayi kisi wajah se mujhe to is mein bhi ek musbat pehlu tha bohat ajeeb cheez daryaft thi mujhe ke aadmi ko do tazaad ke beech mein jeena padta hai yani aadmi hai idealist lekin rehna padta hai us ko less than ideal world mein</w:t>
      </w:r>
    </w:p>
    <w:p>
      <w:pPr>
        <w:jc w:val="right"/>
      </w:pPr>
      <w:r>
        <w:t>یعنی ایک تضاد کو مانش کرنا ہے تب اپ جنت کی پاس جائیں گے اسی یعنی جو نیند نہیں ائی کسی وجہ سے مجھے تو اس میں بھی ایک مثبت پہلو تھا بہت عجیب چیز دریافت تھی مجھے کہ ادمی کو دو تضاد کے بیچ میں جینا پڑتا ہے یعنی ادمی ہے ائیڈیلسٹ لیکن رہنا پڑتا ہے اس کو لیس دین ائیڈیل ورلڈ میں</w:t>
      </w:r>
    </w:p>
    <w:p>
      <w:r>
        <w:rPr>
          <w:b/>
        </w:rPr>
        <w:t xml:space="preserve">[55:47] </w:t>
      </w:r>
      <w:r>
        <w:t>aadmi hai perfectionist rehna parta hai is ko imperfect world mein aadmi hai mayar pasand rehna parta hai is ko ghair mayar dunya mein is ko manish karna parta hai do tazaad ko tab aadmi dunya mein koi kaam kar sakta hai tab woh jannat ka mustahiq ban sakta hai jo neend aai hai woh karwat badalta raha to is mein yeh baat samajh mein aai</w:t>
      </w:r>
    </w:p>
    <w:p>
      <w:pPr>
        <w:jc w:val="right"/>
      </w:pPr>
      <w:r>
        <w:t>ادمی ہے پرفیکشنسٹ رہنا پڑتا ہے اس کو امپرفیکٹ ورلڈ میں ادمی ہے معیار پسند رہنا پڑتا ہے اس کو غیر معیار دنیا میں اس کو مانش کرنا پڑتا ہے دو تضاد کو تب ادمی دنیا میں کوئی کام کر سکتا ہے تب وہ جنت کا مستحق بن سکتا ہے جو نیند ائی ہے وہ کروٹ بدلتا رہا تو اس میں یہ بات سمجھ میں ائی</w:t>
      </w:r>
    </w:p>
    <w:p>
      <w:r>
        <w:rPr>
          <w:b/>
        </w:rPr>
        <w:t xml:space="preserve">[56:12] </w:t>
      </w:r>
      <w:r>
        <w:t>to dekhiye jab aadmi aap ki din zindagi mein koi baat bigar jaye to wahan bhi ek pehlu maujood hota hai ek achai ka yeh yeh yeh yeh ek kon batata hai yeh farishtay batate hain yani farishtay ne mere mere zehan mein dala ke aye insaan kyun tu yani negative ho raha hai jabke is ki wajah se tum ko ek itni bari baat daryaft ho gayi</w:t>
      </w:r>
    </w:p>
    <w:p>
      <w:pPr>
        <w:jc w:val="right"/>
      </w:pPr>
      <w:r>
        <w:t>تو دیکھیے جب ادمی اپ کی دن زندگی میں کوئی بات بگڑ جائے تو وہاں بھی ایک پہلو موجود ہوتا ہے ایک اچھائی کا یہ یہ یہ یہ ایک کون بتاتا ہے یہ فرشتے بتاتے ہیں یعنی فرشتے نے میرے میرے ذہن میں ڈالا کہ اے انسان کیوں تو یعنی نیگیٹیو ہو رہا ہے جبکہ اس کی وجہ سے تم کو ایک اتنی بڑی بات دریافت ہو گئی</w:t>
      </w:r>
    </w:p>
    <w:p>
      <w:r>
        <w:rPr>
          <w:b/>
        </w:rPr>
        <w:t xml:space="preserve">[56:41] </w:t>
      </w:r>
      <w:r>
        <w:t>yeh hai jannat ki basharat dena</w:t>
      </w:r>
    </w:p>
    <w:p>
      <w:pPr>
        <w:jc w:val="right"/>
      </w:pPr>
      <w:r>
        <w:t>یہ ہے جنت کی بشارت دینا</w:t>
      </w:r>
    </w:p>
    <w:p>
      <w:r>
        <w:rPr>
          <w:b/>
        </w:rPr>
        <w:t xml:space="preserve">[56:46] </w:t>
      </w:r>
      <w:r>
        <w:t>to aap logon ko mein sab se zyada jis cheez ka ihtimam karne ke liye kahunga sab se zyada woh yahi hai ke har waqt apna apne upar nazar rakhiye apne ko wash karte rahiye apne ko nigrani karte rahiye apne upar ke koi zarray ke barabar bhi koi manfi baat na aanay paye kyunke jahan aaye gi manfi baat feefor shaitan ghus jayega</w:t>
      </w:r>
    </w:p>
    <w:p>
      <w:pPr>
        <w:jc w:val="right"/>
      </w:pPr>
      <w:r>
        <w:t>تو اپ لوگوں کو میں سب سے زیادہ جس چیز کا اہتمام کرنے کے لیے کہوں گا سب سے زیادہ وہ یہی ہے کہ ہر وقت اپنا اپنے اوپر نظر رکھیے اپنے کو واش کرتے رہیے اپنے کو نگرانی کرتے رہیے اپنے اوپر کہ کوئی ذرے کے برابر بھی کوئی منفی بات نہ انے پائے کیونکہ جہاں ائے گی منفی بات فی الفور شیطان گھس جائے گا</w:t>
      </w:r>
    </w:p>
    <w:p>
      <w:r>
        <w:rPr>
          <w:b/>
        </w:rPr>
        <w:t xml:space="preserve">[57:11] </w:t>
      </w:r>
      <w:r>
        <w:t>shaitan ghus padega</w:t>
      </w:r>
    </w:p>
    <w:p>
      <w:pPr>
        <w:jc w:val="right"/>
      </w:pPr>
      <w:r>
        <w:t>شیطان گھس پڑے گا</w:t>
      </w:r>
    </w:p>
    <w:p>
      <w:r>
        <w:rPr>
          <w:b/>
        </w:rPr>
        <w:t xml:space="preserve">[57:22] </w:t>
      </w:r>
      <w:r>
        <w:t>jaise ek sahab mujh se mile unhon ne kaha ke falan aadmi ne mujh se 70 hazar rupay ka nuqsan karwa diya hai mera ab mein is ko sochta hoon ke maar daloon is ko baghair maray mujhe chain nahi aayega</w:t>
      </w:r>
    </w:p>
    <w:p>
      <w:pPr>
        <w:jc w:val="right"/>
      </w:pPr>
      <w:r>
        <w:t>جیسے ایک صاحب مجھ سے ملے انہوں نے کہا کہ فلاں ادمی نے مجھ سے 70 ہزار روپے کا نقصان کروا دیا ہے میرا اب میں اس کو سوچتا ہوں کہ مار ڈالوں اس کو بغیر مارے مجھے چین نہیں ائے گا</w:t>
      </w:r>
    </w:p>
    <w:p>
      <w:r>
        <w:rPr>
          <w:b/>
        </w:rPr>
        <w:t xml:space="preserve">[57:38] </w:t>
      </w:r>
      <w:r>
        <w:t>to mein ne kaha ke dekhiye aap jab is ko marenge to kya is ke bete aap ko bakhsh denge bari woh bete aap ko maar dalenge to kya mila aap ko aap ne is ko mara is ne aap ko mara to mila kya aap ko to yeh tha yeh tha shaitan ka mashwara shaitan ne un ko dawa mashwara diya ke is ne to koi nuqsan pohanchaya tha tum bhi is ko nuqsan pohanchao</w:t>
      </w:r>
    </w:p>
    <w:p>
      <w:pPr>
        <w:jc w:val="right"/>
      </w:pPr>
      <w:r>
        <w:t>تو میں نے کہا کہ دیکھیے اپ جب اس کو ماریں گے تو کیا اس کے بیٹے اپ کو بخش دیں گے بڑی وہ بیٹے اپ کو مار ڈالیں گے تو کیا ملا اپ کو اپ نے اس کو مارا اس نے اپ کو مارا تو ملا کیا اپ کو تو یہ تھا یہ تھا شیطان کا مشورہ شیطان نے ان کو دوا مشورہ دیا کہ اس نے تو کوئی نقصان پہنچایا تھا تم بھی اس کو نقصان پہنچاؤ</w:t>
      </w:r>
    </w:p>
    <w:p>
      <w:r>
        <w:rPr>
          <w:b/>
        </w:rPr>
        <w:t xml:space="preserve">[58:06] </w:t>
      </w:r>
      <w:r>
        <w:t>paisa nahin chheen sakte to bahar dalo is ko jaan se</w:t>
      </w:r>
    </w:p>
    <w:p>
      <w:pPr>
        <w:jc w:val="right"/>
      </w:pPr>
      <w:r>
        <w:t>پیسہ نہیں چھین سکتے تو باہر ڈالو اس کو جان سے</w:t>
      </w:r>
    </w:p>
    <w:p>
      <w:r>
        <w:rPr>
          <w:b/>
        </w:rPr>
        <w:t xml:space="preserve">[58:10] </w:t>
      </w:r>
      <w:r>
        <w:t>yeh mujhe mere dimagh mein yeh jo baat aayi woh bhi farishte ne mashwara de ke batai is</w:t>
      </w:r>
    </w:p>
    <w:p>
      <w:pPr>
        <w:jc w:val="right"/>
      </w:pPr>
      <w:r>
        <w:t>یہ مجھے میرے دماغ میں یہ جو بات ائی وہ بھی فرشتے نے مشورہ دے کے بتائی اس</w:t>
      </w:r>
    </w:p>
    <w:p>
      <w:r>
        <w:rPr>
          <w:b/>
        </w:rPr>
        <w:t xml:space="preserve">[58:18] </w:t>
      </w:r>
      <w:r>
        <w:t>ko keho is insaan se ke is ko maroge to tum is ke bete tum ko chhod</w:t>
      </w:r>
    </w:p>
    <w:p>
      <w:pPr>
        <w:jc w:val="right"/>
      </w:pPr>
      <w:r>
        <w:t>کو کہو اس انسان سے کہ اس کو مارو گے تو تم اس کے بیٹے تم کو چھوڑ</w:t>
      </w:r>
    </w:p>
    <w:p>
      <w:r>
        <w:rPr>
          <w:b/>
        </w:rPr>
        <w:t xml:space="preserve">[58:23] </w:t>
      </w:r>
      <w:r>
        <w:t>denge to tum se intiqam lenge woh</w:t>
      </w:r>
    </w:p>
    <w:p>
      <w:pPr>
        <w:jc w:val="right"/>
      </w:pPr>
      <w:r>
        <w:t>دیں گے تو تم سے انتقام لیں گے وہ</w:t>
      </w:r>
    </w:p>
    <w:p>
      <w:r>
        <w:rPr>
          <w:b/>
        </w:rPr>
        <w:t xml:space="preserve">[58:28] </w:t>
      </w:r>
      <w:r>
        <w:t>to is ne kaha phir main kya karoon main ne kaha ho sakta hai zara bhala do</w:t>
      </w:r>
    </w:p>
    <w:p>
      <w:pPr>
        <w:jc w:val="right"/>
      </w:pPr>
      <w:r>
        <w:t>تو اس نے کہا پھر میں کیا کروں میں نے کہا ہو سکتا ہے ذرا بھلا دو</w:t>
      </w:r>
    </w:p>
    <w:p>
      <w:r>
        <w:rPr>
          <w:b/>
        </w:rPr>
        <w:t xml:space="preserve">[58:33] </w:t>
      </w:r>
      <w:r>
        <w:t>woh deta hai to de na deta bhala do is ko</w:t>
      </w:r>
    </w:p>
    <w:p>
      <w:pPr>
        <w:jc w:val="right"/>
      </w:pPr>
      <w:r>
        <w:t>وہ دیتا ہے تو دے نہ دیتا بھلا دو اس کو</w:t>
      </w:r>
    </w:p>
    <w:p>
      <w:r>
        <w:rPr>
          <w:b/>
        </w:rPr>
        <w:t xml:space="preserve">[58:39] </w:t>
      </w:r>
      <w:r>
        <w:t>to baharhal dekhiye hum aap ko bohat zyada sochi samjhi zindagi guzarna hai aur sab se bari baat yeh hai ke kitabon mein likha hua nahi ke manfi soch ghalt hai musbat soch sahi hai kyunke ek hadith hai ke al haram bain wal haram wal halal</w:t>
      </w:r>
    </w:p>
    <w:p>
      <w:pPr>
        <w:jc w:val="right"/>
      </w:pPr>
      <w:r>
        <w:t>تو بہرحال دیکھیے ہم اپ کو بہت زیادہ سوچی سمجھی زندگی گزارنا ہے اور سب سے بڑی بات یہ ہے کہ کتابوں میں لکھا ہوا نہیں کہ منفی سوچ غلط ہے مثبت سوچ صحیح ہے کیونکہ ایک حدیث ہے کہ الحرام بین والحرام والحلال</w:t>
      </w:r>
    </w:p>
    <w:p>
      <w:r>
        <w:rPr>
          <w:b/>
        </w:rPr>
        <w:t xml:space="preserve">[59:03] </w:t>
      </w:r>
      <w:r>
        <w:t>bain yani haram o halal bain hai lekin baina mushtabihat baina is ke beech mein mushtabah cheez hai woh mushtabah cheezen bhi sada nahi hain woh aap ko ya jannat woh aap ko jahannum pohancha sakti hain</w:t>
      </w:r>
    </w:p>
    <w:p>
      <w:pPr>
        <w:jc w:val="right"/>
      </w:pPr>
      <w:r>
        <w:t>بین یعنی حرام و حلال بین ہے لیکن بینہ مشتبیات بینہ اس کے بیچ میں مشتبہ چیز ہے وہ مشتبہ چیزیں بھی سادہ نہیں ہیں وہ اپ کو یا جن وہ اپ کو جہنم پہنچا سکتی ہیں</w:t>
      </w:r>
    </w:p>
    <w:p>
      <w:r>
        <w:rPr>
          <w:b/>
        </w:rPr>
        <w:t xml:space="preserve">[59:24] </w:t>
      </w:r>
      <w:r>
        <w:t>to meri poori zindagi ki soch se jo mein ne paya hai woh yahi paya hai ke jar hai sari buraiyon ki manfi soch negative thinking</w:t>
      </w:r>
    </w:p>
    <w:p>
      <w:pPr>
        <w:jc w:val="right"/>
      </w:pPr>
      <w:r>
        <w:t>تو میری پوری زندگی کی سوچ سے جو میں نے پایا ہے وہ یہی پایا ہے کہ جڑ ہے ساری برائیوں کی منفی سوچ نیگیٹیو تھنکنگ</w:t>
      </w:r>
    </w:p>
    <w:p>
      <w:r>
        <w:rPr>
          <w:b/>
        </w:rPr>
        <w:t xml:space="preserve">[59:35] </w:t>
      </w:r>
      <w:r>
        <w:t>isi se sari buraiyan aati hain مصرف dunya mein jo ladai bhadai ho rahi hai suicide bombing ho rahi hai sab kya hai manfi soch ke nateeje mein lad rahe hain aur suicide bombing kar rahe hain aur woh manfi soch ki wajah se to meri dua hai ke Allah taala mujh ko aur aap ko manfi soch se bachaye</w:t>
      </w:r>
    </w:p>
    <w:p>
      <w:pPr>
        <w:jc w:val="right"/>
      </w:pPr>
      <w:r>
        <w:t>اسی سے ساری برائیاں اتی ہیں مصرف دنیا میں جو لڑائی بھڑائی ہو رہی ہے سوسائیڈ بمبنگ ہو رہی ہے سب کیا ہے منفی سوچ کے نتیجے میں لڑ رہے ہیں اور سوسائیڈ بمبنگ کر رہے ہیں اور وہ منفی سوچ کی وجہ سے تو میری دعا ہے کہ اللہ تعالی مجھ کو اور اپ کو منفی سوچ سے بچائے</w:t>
      </w:r>
    </w:p>
    <w:p>
      <w:r>
        <w:rPr>
          <w:b/>
        </w:rPr>
        <w:t xml:space="preserve">[1:00:00] </w:t>
      </w:r>
      <w:r>
        <w:t>hum ko farishtay ka ki sohbat mile aur hamare jannati shakhsiyat ki taameer ho aur Allah taala hamein maaf kare aur jannaton mein dakhil kare aqool qooli haza wastaghfirullah alaihim al karemeen.</w:t>
      </w:r>
    </w:p>
    <w:p>
      <w:pPr>
        <w:jc w:val="right"/>
      </w:pPr>
      <w:r>
        <w:t>ہم کو فرشتوں کا کی صحبت ملے اور ہمارے جنتی شخصیت کی تعمیر ہو اور اللہ تعالی ہمیں معاف کرے اور جنتوں میں داخل کرے اقول قولیھذا واستغفراللہ علیہم الکریمین.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