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Surah Al Baqarah- 29- 06- 2007</w:t>
      </w:r>
    </w:p>
    <w:p>
      <w:r>
        <w:t>https://www.youtube.com/watch?v=npomkMOUxiE</w:t>
      </w:r>
    </w:p>
    <w:p>
      <w:r>
        <w:rPr>
          <w:b/>
        </w:rPr>
        <w:t xml:space="preserve">[00:21] </w:t>
      </w:r>
      <w:r>
        <w:t>bismillah-hir-rehman-nir-rahim, wa salla-llahu ala-n-nabiyyi-l-karim.</w:t>
      </w:r>
    </w:p>
    <w:p>
      <w:pPr>
        <w:jc w:val="right"/>
      </w:pPr>
      <w:r>
        <w:t>بسم اللہ الرحمن الرحیم، و صلی اللہ علی النبی الکریم۔</w:t>
      </w:r>
    </w:p>
    <w:p>
      <w:r>
        <w:rPr>
          <w:b/>
        </w:rPr>
        <w:t xml:space="preserve">[00:31] </w:t>
      </w:r>
      <w:r>
        <w:t>rabbi-shrah-li sadri, wa yassir-li amri, wa-hlul uqdata-m-mili-sani yafqahu qawli.</w:t>
      </w:r>
    </w:p>
    <w:p>
      <w:pPr>
        <w:jc w:val="right"/>
      </w:pPr>
      <w:r>
        <w:t>رب اشرح لی صدری، ویسر لی امری، واحل العقدۃ من لسانی یفقہ قولی۔</w:t>
      </w:r>
    </w:p>
    <w:p>
      <w:r>
        <w:rPr>
          <w:b/>
        </w:rPr>
        <w:t xml:space="preserve">[00:41] </w:t>
      </w:r>
      <w:r>
        <w:t>yeh dars-e-quran ka silsila hai, aur</w:t>
      </w:r>
    </w:p>
    <w:p>
      <w:pPr>
        <w:jc w:val="right"/>
      </w:pPr>
      <w:r>
        <w:t>یہ درسِ قرآن کا سلسلہ ہے، اور</w:t>
      </w:r>
    </w:p>
    <w:p>
      <w:r>
        <w:rPr>
          <w:b/>
        </w:rPr>
        <w:t xml:space="preserve">[00:51] </w:t>
      </w:r>
      <w:r>
        <w:t>hamara tareeqa yeh hai ke hum silsila-war har surah ko len ge, in sha Allah.</w:t>
      </w:r>
    </w:p>
    <w:p>
      <w:pPr>
        <w:jc w:val="right"/>
      </w:pPr>
      <w:r>
        <w:t>ہمارا طریقہ یہ ہے کہ ہم سلسلے وار ہر سورہ کو لیں گے، ان شاء اللہ۔</w:t>
      </w:r>
    </w:p>
    <w:p>
      <w:r>
        <w:rPr>
          <w:b/>
        </w:rPr>
        <w:t xml:space="preserve">[01:01] </w:t>
      </w:r>
      <w:r>
        <w:t>lekin zyada tar muntakhib ayaton ko liya jae ga is dars mein.</w:t>
      </w:r>
    </w:p>
    <w:p>
      <w:pPr>
        <w:jc w:val="right"/>
      </w:pPr>
      <w:r>
        <w:t>لیکن زیادہ تر منتخب آیتوں کو لیا جائے گا اس درس میں۔</w:t>
      </w:r>
    </w:p>
    <w:p>
      <w:r>
        <w:rPr>
          <w:b/>
        </w:rPr>
        <w:t xml:space="preserve">[01:11] </w:t>
      </w:r>
      <w:r>
        <w:t>to aap quran ko agar kholen, kisi bhi safhe par, to sab se zyada is mein akhirat ka,</w:t>
      </w:r>
    </w:p>
    <w:p>
      <w:pPr>
        <w:jc w:val="right"/>
      </w:pPr>
      <w:r>
        <w:t>تو آپ قرآن کو اگر کھولیں، کسی بھی صفحے پر، تو سب سے زیادہ اس میں آخرت کا،</w:t>
      </w:r>
    </w:p>
    <w:p>
      <w:r>
        <w:rPr>
          <w:b/>
        </w:rPr>
        <w:t xml:space="preserve">[01:21] </w:t>
      </w:r>
      <w:r>
        <w:t>jannat ka, jahannum ka zikr mile ga.</w:t>
      </w:r>
    </w:p>
    <w:p>
      <w:pPr>
        <w:jc w:val="right"/>
      </w:pPr>
      <w:r>
        <w:t>جنت کا، جہنم کا ذکر ملے گا۔</w:t>
      </w:r>
    </w:p>
    <w:p>
      <w:r>
        <w:rPr>
          <w:b/>
        </w:rPr>
        <w:t xml:space="preserve">[01:27] </w:t>
      </w:r>
      <w:r>
        <w:t>sara quran goya ke taaruf hai is baat ka ke maut ke baad ek dunya aur samne aane</w:t>
      </w:r>
    </w:p>
    <w:p>
      <w:pPr>
        <w:jc w:val="right"/>
      </w:pPr>
      <w:r>
        <w:t>سارا قرآن گویا کہ تعارف ہے اس بات کا کہ موت کے بعد ایک دنیا اور سامنے آنے</w:t>
      </w:r>
    </w:p>
    <w:p>
      <w:r>
        <w:rPr>
          <w:b/>
        </w:rPr>
        <w:t xml:space="preserve">[01:34] </w:t>
      </w:r>
      <w:r>
        <w:t>wali hai, jis ka naam jannat hai.</w:t>
      </w:r>
    </w:p>
    <w:p>
      <w:pPr>
        <w:jc w:val="right"/>
      </w:pPr>
      <w:r>
        <w:t>والی ہے، جس کا نام جنت ہے۔</w:t>
      </w:r>
    </w:p>
    <w:p>
      <w:r>
        <w:rPr>
          <w:b/>
        </w:rPr>
        <w:t xml:space="preserve">[01:40] </w:t>
      </w:r>
      <w:r>
        <w:t>to is ki tayyari karo.</w:t>
      </w:r>
    </w:p>
    <w:p>
      <w:pPr>
        <w:jc w:val="right"/>
      </w:pPr>
      <w:r>
        <w:t>تو اس کی تیاری کرو۔</w:t>
      </w:r>
    </w:p>
    <w:p>
      <w:r>
        <w:rPr>
          <w:b/>
        </w:rPr>
        <w:t xml:space="preserve">[01:46] </w:t>
      </w:r>
      <w:r>
        <w:t>jo tayyari nahi kare ga to woh apne aap ko jahannum mein pae ga,</w:t>
      </w:r>
    </w:p>
    <w:p>
      <w:pPr>
        <w:jc w:val="right"/>
      </w:pPr>
      <w:r>
        <w:t>جو تیاری نہیں کرے گا تو وہ اپنے آپ کو جہنم میں پائے گا،</w:t>
      </w:r>
    </w:p>
    <w:p>
      <w:r>
        <w:rPr>
          <w:b/>
        </w:rPr>
        <w:t xml:space="preserve">[01:52] </w:t>
      </w:r>
      <w:r>
        <w:t>jo abadi azab ki jagah hai.</w:t>
      </w:r>
    </w:p>
    <w:p>
      <w:pPr>
        <w:jc w:val="right"/>
      </w:pPr>
      <w:r>
        <w:t>جو ابدی عذاب کی جگہ ہے۔</w:t>
      </w:r>
    </w:p>
    <w:p>
      <w:r>
        <w:rPr>
          <w:b/>
        </w:rPr>
        <w:t xml:space="preserve">[02:02] </w:t>
      </w:r>
      <w:r>
        <w:t>yeh quran ke taqreeban har safhe par yeh mazmoon direct ya indirect aap ko mile ga.</w:t>
      </w:r>
    </w:p>
    <w:p>
      <w:pPr>
        <w:jc w:val="right"/>
      </w:pPr>
      <w:r>
        <w:t>یہ قرآن کے تقریباً ہر صفحے پر یہ مضمون ڈائریکٹ یا ان ڈائریکٹ آپ کو ملے گا۔</w:t>
      </w:r>
    </w:p>
    <w:p>
      <w:r>
        <w:rPr>
          <w:b/>
        </w:rPr>
        <w:t xml:space="preserve">[02:12] </w:t>
      </w:r>
      <w:r>
        <w:t>to jannat ke taaruf ke taur par quran mein kai bar yeh alfaz aae hain.</w:t>
      </w:r>
    </w:p>
    <w:p>
      <w:pPr>
        <w:jc w:val="right"/>
      </w:pPr>
      <w:r>
        <w:t>تو جنت کے تعارف کے طور پر قرآن میں کئی بار یہ الفاظ آئے ہیں۔</w:t>
      </w:r>
    </w:p>
    <w:p>
      <w:r>
        <w:rPr>
          <w:b/>
        </w:rPr>
        <w:t xml:space="preserve">[02:23] </w:t>
      </w:r>
      <w:r>
        <w:t>yahan par surah baqarah mein 112, ayat number 112 mein aap dekh sakte hain: fala khawfun alayhim wa la hum yahzanun.</w:t>
      </w:r>
    </w:p>
    <w:p>
      <w:pPr>
        <w:jc w:val="right"/>
      </w:pPr>
      <w:r>
        <w:t>یہاں پر سورہ بقرہ میں 112، آیت نمبر 112 میں آپ دیکھ سکتے ہیں: فَلَا خَوْفٌ عَلَيْهِمْ وَلَا هُمْ يَحْزَنُونَ۔</w:t>
      </w:r>
    </w:p>
    <w:p>
      <w:r>
        <w:rPr>
          <w:b/>
        </w:rPr>
        <w:t xml:space="preserve">[02:30] </w:t>
      </w:r>
      <w:r>
        <w:t>fala khawfun alayhim wa la hum yahzanun.</w:t>
      </w:r>
    </w:p>
    <w:p>
      <w:pPr>
        <w:jc w:val="right"/>
      </w:pPr>
      <w:r>
        <w:t>فَلَا خَوْفٌ عَلَيْهِمْ وَلَا هُمْ يَحْزَنُونَ۔</w:t>
      </w:r>
    </w:p>
    <w:p>
      <w:r>
        <w:rPr>
          <w:b/>
        </w:rPr>
        <w:t xml:space="preserve">[02:38] </w:t>
      </w:r>
      <w:r>
        <w:t>yeh jannat ka taaruf hai.</w:t>
      </w:r>
    </w:p>
    <w:p>
      <w:pPr>
        <w:jc w:val="right"/>
      </w:pPr>
      <w:r>
        <w:t>یہ جنت کا تعارف ہے۔</w:t>
      </w:r>
    </w:p>
    <w:p>
      <w:r>
        <w:rPr>
          <w:b/>
        </w:rPr>
        <w:t xml:space="preserve">[02:46] </w:t>
      </w:r>
      <w:r>
        <w:t>yani woh jannat</w:t>
      </w:r>
    </w:p>
    <w:p>
      <w:pPr>
        <w:jc w:val="right"/>
      </w:pPr>
      <w:r>
        <w:t>یعنی وہ جنت</w:t>
      </w:r>
    </w:p>
    <w:p>
      <w:r>
        <w:rPr>
          <w:b/>
        </w:rPr>
        <w:t xml:space="preserve">[02:53] </w:t>
      </w:r>
      <w:r>
        <w:t>jis ka wada kiya gaya hai quran mein, aur paighambaron ne jis ka ailan kiya.</w:t>
      </w:r>
    </w:p>
    <w:p>
      <w:pPr>
        <w:jc w:val="right"/>
      </w:pPr>
      <w:r>
        <w:t>جس کا وعدہ کیا گیا ہے قرآن میں، اور پیغمبروں نے جس کا اعلان کیا۔</w:t>
      </w:r>
    </w:p>
    <w:p>
      <w:r>
        <w:rPr>
          <w:b/>
        </w:rPr>
        <w:t xml:space="preserve">[03:01] </w:t>
      </w:r>
      <w:r>
        <w:t>is ka taaruf kai dhang se aia hai quran mein, aur yeh alfaz bhi kai bar aae hain:</w:t>
      </w:r>
    </w:p>
    <w:p>
      <w:pPr>
        <w:jc w:val="right"/>
      </w:pPr>
      <w:r>
        <w:t>اس کا تعارف کئی ڈھنگ سے آیا ہے قرآن میں، اور یہ الفاظ بھی کئی بار آئے ہیں:</w:t>
      </w:r>
    </w:p>
    <w:p>
      <w:r>
        <w:rPr>
          <w:b/>
        </w:rPr>
        <w:t xml:space="preserve">[03:09] </w:t>
      </w:r>
      <w:r>
        <w:t>fala khawfun alayhim wa la hum yahzanun.</w:t>
      </w:r>
    </w:p>
    <w:p>
      <w:pPr>
        <w:jc w:val="right"/>
      </w:pPr>
      <w:r>
        <w:t>فَلَا خَوْفٌ عَلَيْهِمْ وَلَا هُمْ يَحْزَنُونَ۔</w:t>
      </w:r>
    </w:p>
    <w:p>
      <w:r>
        <w:rPr>
          <w:b/>
        </w:rPr>
        <w:t xml:space="preserve">[03:17] </w:t>
      </w:r>
      <w:r>
        <w:t>yani jo log jannat mein dakhil kiye jaen ge,</w:t>
      </w:r>
    </w:p>
    <w:p>
      <w:pPr>
        <w:jc w:val="right"/>
      </w:pPr>
      <w:r>
        <w:t>یعنی جو لوگ جنت میں داخل کیے جائیں گے،</w:t>
      </w:r>
    </w:p>
    <w:p>
      <w:r>
        <w:rPr>
          <w:b/>
        </w:rPr>
        <w:t xml:space="preserve">[03:25] </w:t>
      </w:r>
      <w:r>
        <w:t>to wahan un ke liye na khawf hoga aur na huzn hoga.</w:t>
      </w:r>
    </w:p>
    <w:p>
      <w:pPr>
        <w:jc w:val="right"/>
      </w:pPr>
      <w:r>
        <w:t>تو وہاں ان کے لیے نہ خوف ہوگا اور نہ حزن ہوگا۔</w:t>
      </w:r>
    </w:p>
    <w:p>
      <w:r>
        <w:rPr>
          <w:b/>
        </w:rPr>
        <w:t xml:space="preserve">[03:32] </w:t>
      </w:r>
      <w:r>
        <w:t>yani na takleef aur na andesha.</w:t>
      </w:r>
    </w:p>
    <w:p>
      <w:pPr>
        <w:jc w:val="right"/>
      </w:pPr>
      <w:r>
        <w:t>یعنی نہ تکلیف اور نہ اندیشہ۔</w:t>
      </w:r>
    </w:p>
    <w:p>
      <w:r>
        <w:rPr>
          <w:b/>
        </w:rPr>
        <w:t xml:space="preserve">[03:40] </w:t>
      </w:r>
      <w:r>
        <w:t>takleef us ko kehte hain jo aaj pesh aa raha ho.</w:t>
      </w:r>
    </w:p>
    <w:p>
      <w:pPr>
        <w:jc w:val="right"/>
      </w:pPr>
      <w:r>
        <w:t>تکلیف اس کو کہتے ہیں جو آج پیش آ رہا ہو۔</w:t>
      </w:r>
    </w:p>
    <w:p>
      <w:r>
        <w:rPr>
          <w:b/>
        </w:rPr>
        <w:t xml:space="preserve">[03:47] </w:t>
      </w:r>
      <w:r>
        <w:t>aaj ki takleef ko takleef kaha jata hai, chahe woh zehni ho ya jismani. aur</w:t>
      </w:r>
    </w:p>
    <w:p>
      <w:pPr>
        <w:jc w:val="right"/>
      </w:pPr>
      <w:r>
        <w:t>آج کی تکلیف کو تکلیف کہا جاتا ہے، چاہے وہ ذہنی ہو یا جسمانی۔ اور</w:t>
      </w:r>
    </w:p>
    <w:p>
      <w:r>
        <w:rPr>
          <w:b/>
        </w:rPr>
        <w:t xml:space="preserve">[03:55] </w:t>
      </w:r>
      <w:r>
        <w:t>andesha is ko kehte hain jo abhi, aaj to pesh nahi aya, lekin hamein dar hai ke kahin</w:t>
      </w:r>
    </w:p>
    <w:p>
      <w:pPr>
        <w:jc w:val="right"/>
      </w:pPr>
      <w:r>
        <w:t>اندیشہ اس کو کہتے ہیں جو ابھی، آج تو پیش نہیں آیا، لیکن ہمیں ڈر ہے کہ کہیں</w:t>
      </w:r>
    </w:p>
    <w:p>
      <w:r>
        <w:rPr>
          <w:b/>
        </w:rPr>
        <w:t xml:space="preserve">[04:02] </w:t>
      </w:r>
      <w:r>
        <w:t>aage aisa na ho jaye.</w:t>
      </w:r>
    </w:p>
    <w:p>
      <w:pPr>
        <w:jc w:val="right"/>
      </w:pPr>
      <w:r>
        <w:t>آگے ایسا نہ ہو جائے۔</w:t>
      </w:r>
    </w:p>
    <w:p>
      <w:r>
        <w:rPr>
          <w:b/>
        </w:rPr>
        <w:t xml:space="preserve">[04:10] </w:t>
      </w:r>
      <w:r>
        <w:t>toh jannat ka yeh taaruf diya gaya hai quran mein ke is mein na toh haal ke aitbaar</w:t>
      </w:r>
    </w:p>
    <w:p>
      <w:pPr>
        <w:jc w:val="right"/>
      </w:pPr>
      <w:r>
        <w:t>تو جنت کا یہ تعارف دیا گیا ہے قرآن میں کہ اس میں نہ تو حال کے اعتبار</w:t>
      </w:r>
    </w:p>
    <w:p>
      <w:r>
        <w:rPr>
          <w:b/>
        </w:rPr>
        <w:t xml:space="preserve">[04:17] </w:t>
      </w:r>
      <w:r>
        <w:t>se koi takleef hogi, aur na mustaqbil ke aitbaar se kisi ko koi andesha lahaq ho</w:t>
      </w:r>
    </w:p>
    <w:p>
      <w:pPr>
        <w:jc w:val="right"/>
      </w:pPr>
      <w:r>
        <w:t>سے کوئی تکلیف ہوگی، اور نہ مستقبل کے اعتبار سے کسی کو کوئی اندیشہ لاحق ہو</w:t>
      </w:r>
    </w:p>
    <w:p>
      <w:r>
        <w:rPr>
          <w:b/>
        </w:rPr>
        <w:t xml:space="preserve">[04:25] </w:t>
      </w:r>
      <w:r>
        <w:t>ga.</w:t>
      </w:r>
    </w:p>
    <w:p>
      <w:pPr>
        <w:jc w:val="right"/>
      </w:pPr>
      <w:r>
        <w:t>گا۔</w:t>
      </w:r>
    </w:p>
    <w:p>
      <w:r>
        <w:rPr>
          <w:b/>
        </w:rPr>
        <w:t xml:space="preserve">[04:33] </w:t>
      </w:r>
      <w:r>
        <w:t>yeh itni badi baat hai ke is se zyada badi baat aur koi nahi ho sakti.</w:t>
      </w:r>
    </w:p>
    <w:p>
      <w:pPr>
        <w:jc w:val="right"/>
      </w:pPr>
      <w:r>
        <w:t>یہ اتنی بڑی بات ہے کہ اس سے زیادہ بڑی بات اور کوئی نہیں ہو سکتی۔</w:t>
      </w:r>
    </w:p>
    <w:p>
      <w:r>
        <w:rPr>
          <w:b/>
        </w:rPr>
        <w:t xml:space="preserve">[04:40] </w:t>
      </w:r>
      <w:r>
        <w:t>har aadmi janta hai ke is dunya mein musalsal taur par woh inhi halaton mein rehta hai.</w:t>
      </w:r>
    </w:p>
    <w:p>
      <w:pPr>
        <w:jc w:val="right"/>
      </w:pPr>
      <w:r>
        <w:t>ہر آدمی جانتا ہے کہ اس دنیا میں مسلسل طور پر وہ انہی حالتوں میں رہتا ہے۔</w:t>
      </w:r>
    </w:p>
    <w:p>
      <w:r>
        <w:rPr>
          <w:b/>
        </w:rPr>
        <w:t xml:space="preserve">[04:48] </w:t>
      </w:r>
      <w:r>
        <w:t>koi bhi aadmi, chahe woh ghareeb ho ya ameer, chahe woh political power wala aadmi ho ya</w:t>
      </w:r>
    </w:p>
    <w:p>
      <w:pPr>
        <w:jc w:val="right"/>
      </w:pPr>
      <w:r>
        <w:t>کوئی بھی آدمی، چاہے وہ غریب ہو یا امیر، چاہے وہ پولیٹیکل پاور والا آدمی ہو یا</w:t>
      </w:r>
    </w:p>
    <w:p>
      <w:r>
        <w:rPr>
          <w:b/>
        </w:rPr>
        <w:t xml:space="preserve">[04:55] </w:t>
      </w:r>
      <w:r>
        <w:t>us ke paas political power na ho, bohat zyada mashhoor ho ya aisa insaan ho jis ko log</w:t>
      </w:r>
    </w:p>
    <w:p>
      <w:pPr>
        <w:jc w:val="right"/>
      </w:pPr>
      <w:r>
        <w:t>اس کے پاس پولیٹیکل پاور نہ ہو، بہت زیادہ مشہور ہو یا ایسا انسان ہو جس کو لوگ</w:t>
      </w:r>
    </w:p>
    <w:p>
      <w:r>
        <w:rPr>
          <w:b/>
        </w:rPr>
        <w:t xml:space="preserve">[05:03] </w:t>
      </w:r>
      <w:r>
        <w:t>na jante hon, har ek isi mein dochar rehta hai.</w:t>
      </w:r>
    </w:p>
    <w:p>
      <w:pPr>
        <w:jc w:val="right"/>
      </w:pPr>
      <w:r>
        <w:t>نہ جانتے ہوں، ہر ایک اسی میں دوچار رہتا ہے۔</w:t>
      </w:r>
    </w:p>
    <w:p>
      <w:r>
        <w:rPr>
          <w:b/>
        </w:rPr>
        <w:t xml:space="preserve">[05:11] </w:t>
      </w:r>
      <w:r>
        <w:t>har ek ko koi na koi aaj ki takleef pareshan kiye rehti hai.</w:t>
      </w:r>
    </w:p>
    <w:p>
      <w:pPr>
        <w:jc w:val="right"/>
      </w:pPr>
      <w:r>
        <w:t>ہر ایک کو کوئی نہ کوئی آج کی تکلیف پریشان کیے رہتی ہے۔</w:t>
      </w:r>
    </w:p>
    <w:p>
      <w:r>
        <w:rPr>
          <w:b/>
        </w:rPr>
        <w:t xml:space="preserve">[05:18] </w:t>
      </w:r>
      <w:r>
        <w:t>aur kal ka koi</w:t>
      </w:r>
    </w:p>
    <w:p>
      <w:pPr>
        <w:jc w:val="right"/>
      </w:pPr>
      <w:r>
        <w:t>اور کل کا کوئی</w:t>
      </w:r>
    </w:p>
    <w:p>
      <w:r>
        <w:rPr>
          <w:b/>
        </w:rPr>
        <w:t xml:space="preserve">[05:26] </w:t>
      </w:r>
      <w:r>
        <w:t>andesha is ko bechain kiye rehta hai.</w:t>
      </w:r>
    </w:p>
    <w:p>
      <w:pPr>
        <w:jc w:val="right"/>
      </w:pPr>
      <w:r>
        <w:t>اندیشہ اس کو بے چین کیے رہتا ہے۔</w:t>
      </w:r>
    </w:p>
    <w:p>
      <w:r>
        <w:rPr>
          <w:b/>
        </w:rPr>
        <w:t xml:space="preserve">[05:34] </w:t>
      </w:r>
      <w:r>
        <w:t>maine haal mein ek aadmi ki diary padhi, toh woh is mein likhte hain: bohat paise wale</w:t>
      </w:r>
    </w:p>
    <w:p>
      <w:pPr>
        <w:jc w:val="right"/>
      </w:pPr>
      <w:r>
        <w:t>میں نے حال میں ایک آدمی کی ڈائری پڑھی، تو وہ اس میں لکھتے ہیں: بہت پیسے والے</w:t>
      </w:r>
    </w:p>
    <w:p>
      <w:r>
        <w:rPr>
          <w:b/>
        </w:rPr>
        <w:t xml:space="preserve">[05:42] </w:t>
      </w:r>
      <w:r>
        <w:t>aadmi hain, aur bohat hi mashhoor bhi aadmi hain.</w:t>
      </w:r>
    </w:p>
    <w:p>
      <w:pPr>
        <w:jc w:val="right"/>
      </w:pPr>
      <w:r>
        <w:t>آدمی ہیں، اور بہت ہی مشہور بھی آدمی ہیں۔</w:t>
      </w:r>
    </w:p>
    <w:p>
      <w:r>
        <w:rPr>
          <w:b/>
        </w:rPr>
        <w:t xml:space="preserve">[05:50] </w:t>
      </w:r>
      <w:r>
        <w:t>bohat bade ghar mein rehte hain, sab kuch hai un ke paas dunya ke aitbaar se.</w:t>
      </w:r>
    </w:p>
    <w:p>
      <w:pPr>
        <w:jc w:val="right"/>
      </w:pPr>
      <w:r>
        <w:t>بہت بڑے گھر میں رہتے ہیں، سب کچھ ہے ان کے پاس دنیا کے اعتبار سے۔</w:t>
      </w:r>
    </w:p>
    <w:p>
      <w:r>
        <w:rPr>
          <w:b/>
        </w:rPr>
        <w:t xml:space="preserve">[05:58] </w:t>
      </w:r>
      <w:r>
        <w:t>toh kisi ko batate hue apne bare mein woh kehte hain ke mere liye problem income nahi hai,</w:t>
      </w:r>
    </w:p>
    <w:p>
      <w:pPr>
        <w:jc w:val="right"/>
      </w:pPr>
      <w:r>
        <w:t>تو کسی کو بتاتے ہوئے اپنے بارے میں وہ کہتے ہیں کہ میرے لیے پرابلم انکم نہیں ہے،</w:t>
      </w:r>
    </w:p>
    <w:p>
      <w:r>
        <w:rPr>
          <w:b/>
        </w:rPr>
        <w:t xml:space="preserve">[06:05] </w:t>
      </w:r>
      <w:r>
        <w:t>balkeh income tax hai.</w:t>
      </w:r>
    </w:p>
    <w:p>
      <w:pPr>
        <w:jc w:val="right"/>
      </w:pPr>
      <w:r>
        <w:t>بلکہ انکم ٹیکس ہے۔</w:t>
      </w:r>
    </w:p>
    <w:p>
      <w:r>
        <w:rPr>
          <w:b/>
        </w:rPr>
        <w:t xml:space="preserve">[06:13] </w:t>
      </w:r>
      <w:r>
        <w:t>yahi wording thi un ki ke mera problem income nahi hai, balkeh income tax hai.</w:t>
      </w:r>
    </w:p>
    <w:p>
      <w:pPr>
        <w:jc w:val="right"/>
      </w:pPr>
      <w:r>
        <w:t>یہی ورڈنگ تھی ان کی کہ میرا پرابلم انکم نہیں ہے، بلکہ انکم ٹیکس ہے۔</w:t>
      </w:r>
    </w:p>
    <w:p>
      <w:r>
        <w:rPr>
          <w:b/>
        </w:rPr>
        <w:t xml:space="preserve">[06:21] </w:t>
      </w:r>
      <w:r>
        <w:t>matlab yeh hai ke mere paas paisa bohat hai, lekin har waqt yeh</w:t>
      </w:r>
    </w:p>
    <w:p>
      <w:pPr>
        <w:jc w:val="right"/>
      </w:pPr>
      <w:r>
        <w:t>مطلب یہ ہے کہ میرے پاس پیسہ بہت ہے، لیکن ہر وقت یہ</w:t>
      </w:r>
    </w:p>
    <w:p>
      <w:r>
        <w:rPr>
          <w:b/>
        </w:rPr>
        <w:t xml:space="preserve">[06:28] </w:t>
      </w:r>
      <w:r>
        <w:t>zehan par rehta hai ke income tax wale pareshan karenge.</w:t>
      </w:r>
    </w:p>
    <w:p>
      <w:pPr>
        <w:jc w:val="right"/>
      </w:pPr>
      <w:r>
        <w:t>ذہن پر رہتا ہے کہ انکم ٹیکس والے پریشان کریں گے۔</w:t>
      </w:r>
    </w:p>
    <w:p>
      <w:r>
        <w:rPr>
          <w:b/>
        </w:rPr>
        <w:t xml:space="preserve">[06:36] </w:t>
      </w:r>
      <w:r>
        <w:t>toh ab dekhiye ke ek aadmi woh hai jo paisa na hone ki wajah se pareshan hai.</w:t>
      </w:r>
    </w:p>
    <w:p>
      <w:pPr>
        <w:jc w:val="right"/>
      </w:pPr>
      <w:r>
        <w:t>تو اب دیکھیے کہ ایک آدمی وہ ہے جو پیسہ نہ ہونے کی وجہ سے پریشان ہے۔</w:t>
      </w:r>
    </w:p>
    <w:p>
      <w:r>
        <w:rPr>
          <w:b/>
        </w:rPr>
        <w:t xml:space="preserve">[06:43] </w:t>
      </w:r>
      <w:r>
        <w:t>ek aadmi woh hai jo paisa na hone ki wajah se pareshan hai.</w:t>
      </w:r>
    </w:p>
    <w:p>
      <w:pPr>
        <w:jc w:val="right"/>
      </w:pPr>
      <w:r>
        <w:t>ایک آدمی وہ ہے جو پیسہ نہ ہونے کی وجہ سے پریشان ہے۔</w:t>
      </w:r>
    </w:p>
    <w:p>
      <w:r>
        <w:rPr>
          <w:b/>
        </w:rPr>
        <w:t xml:space="preserve">[06:51] </w:t>
      </w:r>
      <w:r>
        <w:t>aur doosra aadmi kaun hai? doosra aadmi woh</w:t>
      </w:r>
    </w:p>
    <w:p>
      <w:pPr>
        <w:jc w:val="right"/>
      </w:pPr>
      <w:r>
        <w:t>اور دوسرا آدمی کون ہے؟ دوسرا آدمی وہ</w:t>
      </w:r>
    </w:p>
    <w:p>
      <w:r>
        <w:rPr>
          <w:b/>
        </w:rPr>
        <w:t xml:space="preserve">[06:58] </w:t>
      </w:r>
      <w:r>
        <w:t>hai jis ke paas paisa hai, lekin us ko bhi pareshani lahaq hai.</w:t>
      </w:r>
    </w:p>
    <w:p>
      <w:pPr>
        <w:jc w:val="right"/>
      </w:pPr>
      <w:r>
        <w:t>ہے جس کے پاس پیسہ ہے، لیکن اس کو بھی پریشانی لاحق ہے۔</w:t>
      </w:r>
    </w:p>
    <w:p>
      <w:r>
        <w:rPr>
          <w:b/>
        </w:rPr>
        <w:t xml:space="preserve">[07:06] </w:t>
      </w:r>
      <w:r>
        <w:t>us ko income tax ke department ka dar, chori ka dar, koi is ka ghazab kar le ga,</w:t>
      </w:r>
    </w:p>
    <w:p>
      <w:pPr>
        <w:jc w:val="right"/>
      </w:pPr>
      <w:r>
        <w:t>اس کو انکم ٹیکس کے ڈیپارٹمنٹ کا ڈر، چوری کا ڈر، کوئی اس کا غصب کر لے گا،</w:t>
      </w:r>
    </w:p>
    <w:p>
      <w:r>
        <w:rPr>
          <w:b/>
        </w:rPr>
        <w:t xml:space="preserve">[07:14] </w:t>
      </w:r>
      <w:r>
        <w:t>is ka dar ke koi is ke oopar aik case chala de ga, is ka dar, koi is</w:t>
      </w:r>
    </w:p>
    <w:p>
      <w:pPr>
        <w:jc w:val="right"/>
      </w:pPr>
      <w:r>
        <w:t>اس کا ڈر کہ کوئی اس کے اوپر ایک کیس چلا دے گا، اس کا ڈر، کوئی اس</w:t>
      </w:r>
    </w:p>
    <w:p>
      <w:r>
        <w:rPr>
          <w:b/>
        </w:rPr>
        <w:t xml:space="preserve">[07:22] </w:t>
      </w:r>
      <w:r>
        <w:t>ke paise ke liye is par attack kar de ga, is ka dar.</w:t>
      </w:r>
    </w:p>
    <w:p>
      <w:pPr>
        <w:jc w:val="right"/>
      </w:pPr>
      <w:r>
        <w:t>کے پیسے کے لیے اس پر اٹیک کر دے گا، اس کا ڈر۔</w:t>
      </w:r>
    </w:p>
    <w:p>
      <w:r>
        <w:rPr>
          <w:b/>
        </w:rPr>
        <w:t xml:space="preserve">[07:30] </w:t>
      </w:r>
      <w:r>
        <w:t>to ghraz yeh ke har aadmi is dunya mein sukh chahta hai, khushi chahta hai, lekin kisi ko bhi na khush, kisi ko bhi na sukh milta, aur na khushi milti. kyon? har waqt is ko koi na koi takleef ya andesha ghere rehta hai. to kitni bari nemat hogi insaan</w:t>
      </w:r>
    </w:p>
    <w:p>
      <w:pPr>
        <w:jc w:val="right"/>
      </w:pPr>
      <w:r>
        <w:t>تو غرض یہ کہ ہر آدمی اس دنیا میں سکھ چاہتا ہے، خوشی چاہتا ہے، لیکن کسی کو بھی نہ خوش، کسی کو بھی نہ سکھ ملتا، اور نہ خوشی ملتی۔ کیوں؟ ہر وقت اس کو کوئی نہ کوئی تکلیف یا اندیشہ گھیرے رہتا ہے۔ تو کتنی بڑی نعمت ہوگی انسان</w:t>
      </w:r>
    </w:p>
    <w:p>
      <w:r>
        <w:rPr>
          <w:b/>
        </w:rPr>
        <w:t xml:space="preserve">[08:00] </w:t>
      </w:r>
      <w:r>
        <w:t>ke liye ke woh aik aisi dunya mein apne aap ko paye jahan woh poori tarah takleef aur</w:t>
      </w:r>
    </w:p>
    <w:p>
      <w:pPr>
        <w:jc w:val="right"/>
      </w:pPr>
      <w:r>
        <w:t>کے لیے کہ وہ ایک ایسی دنیا میں اپنے آپ کو پائے جہاں وہ پوری طرح تکلیف اور</w:t>
      </w:r>
    </w:p>
    <w:p>
      <w:r>
        <w:rPr>
          <w:b/>
        </w:rPr>
        <w:t xml:space="preserve">[08:10] </w:t>
      </w:r>
      <w:r>
        <w:t>andesha dono se bacha hua ho.</w:t>
      </w:r>
    </w:p>
    <w:p>
      <w:pPr>
        <w:jc w:val="right"/>
      </w:pPr>
      <w:r>
        <w:t>اندیشہ دونوں سے بچا ہوا ہو۔</w:t>
      </w:r>
    </w:p>
    <w:p>
      <w:r>
        <w:rPr>
          <w:b/>
        </w:rPr>
        <w:t xml:space="preserve">[08:20] </w:t>
      </w:r>
      <w:r>
        <w:t>aik aisi dunya jahan na koi disadvantage</w:t>
      </w:r>
    </w:p>
    <w:p>
      <w:pPr>
        <w:jc w:val="right"/>
      </w:pPr>
      <w:r>
        <w:t>ایک ایسی دنیا جہاں نہ کوئی ڈس ایڈوان</w:t>
      </w:r>
    </w:p>
    <w:p>
      <w:r>
        <w:rPr>
          <w:b/>
        </w:rPr>
        <w:t xml:space="preserve">[08:30] </w:t>
      </w:r>
      <w:r>
        <w:t>hai, na koi limitations hain, jo la khofun wa la hum yahzanoon ka misdaq hai.</w:t>
      </w:r>
    </w:p>
    <w:p>
      <w:pPr>
        <w:jc w:val="right"/>
      </w:pPr>
      <w:r>
        <w:t>ٹیج ہے، نہ کوئی لیمیٹیشنز ہیں، جو لَا خَوْفٌ وَلَا هُمْ يَحْزَنُونَ کا مصداق ہے۔</w:t>
      </w:r>
    </w:p>
    <w:p>
      <w:r>
        <w:rPr>
          <w:b/>
        </w:rPr>
        <w:t xml:space="preserve">[08:38] </w:t>
      </w:r>
      <w:r>
        <w:t>to kitni ajeeb ho gi woh dunya!</w:t>
      </w:r>
    </w:p>
    <w:p>
      <w:pPr>
        <w:jc w:val="right"/>
      </w:pPr>
      <w:r>
        <w:t>تو کتنی عجیب ہوگی وہ دنیا!</w:t>
      </w:r>
    </w:p>
    <w:p>
      <w:r>
        <w:rPr>
          <w:b/>
        </w:rPr>
        <w:t xml:space="preserve">[08:45] </w:t>
      </w:r>
      <w:r>
        <w:t>isi liye farmaaya quran mein doosri jagah: libist e hatha fal yaamal il aamilon.</w:t>
      </w:r>
    </w:p>
    <w:p>
      <w:pPr>
        <w:jc w:val="right"/>
      </w:pPr>
      <w:r>
        <w:t>اسی لیے فرمایا قرآن میں دوسری جگہ: لِبِسْتِ هَذَا فَلْيَعْمَلِ الْعَامِلُونَ۔</w:t>
      </w:r>
    </w:p>
    <w:p>
      <w:r>
        <w:rPr>
          <w:b/>
        </w:rPr>
        <w:t xml:space="preserve">[08:53] </w:t>
      </w:r>
      <w:r>
        <w:t>yeh hai woh cheez jis ke liye dorne wale do</w:t>
      </w:r>
    </w:p>
    <w:p>
      <w:pPr>
        <w:jc w:val="right"/>
      </w:pPr>
      <w:r>
        <w:t>یہ ہے وہ چیز جس کے لیے دوڑنے والے دو</w:t>
      </w:r>
    </w:p>
    <w:p>
      <w:r>
        <w:rPr>
          <w:b/>
        </w:rPr>
        <w:t xml:space="preserve">[09:00] </w:t>
      </w:r>
      <w:r>
        <w:t>rein.</w:t>
      </w:r>
    </w:p>
    <w:p>
      <w:pPr>
        <w:jc w:val="right"/>
      </w:pPr>
      <w:r>
        <w:t>ڑیں۔</w:t>
      </w:r>
    </w:p>
    <w:p>
      <w:r>
        <w:rPr>
          <w:b/>
        </w:rPr>
        <w:t xml:space="preserve">[09:10] </w:t>
      </w:r>
      <w:r>
        <w:t>matlab yeh ke jin cheezon ki taraf tum dor rahe ho, yani paisa, political power, fame, property, material</w:t>
      </w:r>
    </w:p>
    <w:p>
      <w:pPr>
        <w:jc w:val="right"/>
      </w:pPr>
      <w:r>
        <w:t>مطلب یہ کہ جن چیزوں کی طرف تم دوڑ رہے ہو، یعنی پیسہ، پولیٹیکل پاور، فیم، پراپرٹی، مٹیریل</w:t>
      </w:r>
    </w:p>
    <w:p>
      <w:r>
        <w:rPr>
          <w:b/>
        </w:rPr>
        <w:t xml:space="preserve">[09:20] </w:t>
      </w:r>
      <w:r>
        <w:t>saman, bank balance, business, jin jin cheezon ki taraf aadmi dor raha hai, to pa</w:t>
      </w:r>
    </w:p>
    <w:p>
      <w:pPr>
        <w:jc w:val="right"/>
      </w:pPr>
      <w:r>
        <w:t>سامان، بینک بیلنس، بزنس، جن جن چیزوں کی طرف آدمی دوڑ رہا ہے، تو پ</w:t>
      </w:r>
    </w:p>
    <w:p>
      <w:r>
        <w:rPr>
          <w:b/>
        </w:rPr>
        <w:t xml:space="preserve">[09:30] </w:t>
      </w:r>
      <w:r>
        <w:t>ane ke baad bhi yeh masla baqi rehta hai.</w:t>
      </w:r>
    </w:p>
    <w:p>
      <w:pPr>
        <w:jc w:val="right"/>
      </w:pPr>
      <w:r>
        <w:t>انے کے بعد بھی یہ مسئلہ باقی رہتا ہے۔</w:t>
      </w:r>
    </w:p>
    <w:p>
      <w:r>
        <w:rPr>
          <w:b/>
        </w:rPr>
        <w:t xml:space="preserve">[09:37] </w:t>
      </w:r>
      <w:r>
        <w:t>pane se pehle bhi woh jee raha tha khof aur huzn mein, aur pane ke baad bhi us</w:t>
      </w:r>
    </w:p>
    <w:p>
      <w:pPr>
        <w:jc w:val="right"/>
      </w:pPr>
      <w:r>
        <w:t>پانے سے پہلے بھی وہ جی رہا تھا خوف اور حزن میں، اور پانے کے بعد بھی اس</w:t>
      </w:r>
    </w:p>
    <w:p>
      <w:r>
        <w:rPr>
          <w:b/>
        </w:rPr>
        <w:t xml:space="preserve">[09:43] </w:t>
      </w:r>
      <w:r>
        <w:t>ko jeena parta hai khof aur huzn mein.</w:t>
      </w:r>
    </w:p>
    <w:p>
      <w:pPr>
        <w:jc w:val="right"/>
      </w:pPr>
      <w:r>
        <w:t>کو جینا پڑتا ہے خوف اور حزن میں۔</w:t>
      </w:r>
    </w:p>
    <w:p>
      <w:r>
        <w:rPr>
          <w:b/>
        </w:rPr>
        <w:t xml:space="preserve">[09:49] </w:t>
      </w:r>
      <w:r>
        <w:t>to yahan par aap dekhiye to jo achievers hain is mein aur jo fail ho gaye zindagi mein,</w:t>
      </w:r>
    </w:p>
    <w:p>
      <w:pPr>
        <w:jc w:val="right"/>
      </w:pPr>
      <w:r>
        <w:t>تو یہاں پر آپ دیکھیے تو جو اچیورز ہیں اس میں اور جو فیل ہو گئے زندگی میں،</w:t>
      </w:r>
    </w:p>
    <w:p>
      <w:r>
        <w:rPr>
          <w:b/>
        </w:rPr>
        <w:t xml:space="preserve">[09:55] </w:t>
      </w:r>
      <w:r>
        <w:t>dono mein koi real difference nahi nazar aata</w:t>
      </w:r>
    </w:p>
    <w:p>
      <w:pPr>
        <w:jc w:val="right"/>
      </w:pPr>
      <w:r>
        <w:t>دونوں میں کوئی ریئل ڈفرنس نہیں نظر آتا</w:t>
      </w:r>
    </w:p>
    <w:p>
      <w:r>
        <w:rPr>
          <w:b/>
        </w:rPr>
        <w:t xml:space="preserve">[10:01] </w:t>
      </w:r>
      <w:r>
        <w:t>.</w:t>
      </w:r>
    </w:p>
    <w:p>
      <w:pPr>
        <w:jc w:val="right"/>
      </w:pPr>
      <w:r>
        <w:t>۔</w:t>
      </w:r>
    </w:p>
    <w:p>
      <w:r>
        <w:rPr>
          <w:b/>
        </w:rPr>
        <w:t xml:space="preserve">[10:11] </w:t>
      </w:r>
      <w:r>
        <w:t>to quran sara ka sara insaan ko isi baat ki khabar dene ke liye hai ke marne se</w:t>
      </w:r>
    </w:p>
    <w:p>
      <w:pPr>
        <w:jc w:val="right"/>
      </w:pPr>
      <w:r>
        <w:t>تو قرآن سارا کا سارا انسان کو اسی بات کی خبر دینے کے لیے ہے کہ مرنے سے</w:t>
      </w:r>
    </w:p>
    <w:p>
      <w:r>
        <w:rPr>
          <w:b/>
        </w:rPr>
        <w:t xml:space="preserve">[10:21] </w:t>
      </w:r>
      <w:r>
        <w:t>pehle, apni maut se pehle, apne aap ko tayyar kar lo taake maut ke baad tumhein jannat mein jagah milay.</w:t>
      </w:r>
    </w:p>
    <w:p>
      <w:pPr>
        <w:jc w:val="right"/>
      </w:pPr>
      <w:r>
        <w:t>پہلے، اپنی موت سے پہلے، اپنے آپ کو تیار کر لو تاکہ موت کے بعد تمہیں جنت میں جگہ ملے۔</w:t>
      </w:r>
    </w:p>
    <w:p>
      <w:r>
        <w:rPr>
          <w:b/>
        </w:rPr>
        <w:t xml:space="preserve">[10:32] </w:t>
      </w:r>
      <w:r>
        <w:t>kyun ke maut ke baad doosra chance kisi ko milne wala nahi hai.</w:t>
      </w:r>
    </w:p>
    <w:p>
      <w:pPr>
        <w:jc w:val="right"/>
      </w:pPr>
      <w:r>
        <w:t>کیونکہ موت کے بعد دوسرا چانس کسی کو ملنے والا نہیں ہے۔</w:t>
      </w:r>
    </w:p>
    <w:p>
      <w:r>
        <w:rPr>
          <w:b/>
        </w:rPr>
        <w:t xml:space="preserve">[10:38] </w:t>
      </w:r>
      <w:r>
        <w:t>aik insaan ko sirf aik baar chance diya jata hai, doosri baar nahi.</w:t>
      </w:r>
    </w:p>
    <w:p>
      <w:pPr>
        <w:jc w:val="right"/>
      </w:pPr>
      <w:r>
        <w:t>ایک انسان کو صرف ایک بار چانس دیا جاتا ہے، دوسری بار نہیں۔</w:t>
      </w:r>
    </w:p>
    <w:p>
      <w:r>
        <w:rPr>
          <w:b/>
        </w:rPr>
        <w:t xml:space="preserve">[10:45] </w:t>
      </w:r>
      <w:r>
        <w:t>aik baar paida hona hai, aur phir mar kar ke doosri dunya mein pahunch jana hai.</w:t>
      </w:r>
    </w:p>
    <w:p>
      <w:pPr>
        <w:jc w:val="right"/>
      </w:pPr>
      <w:r>
        <w:t>ایک بار پیدا ہونا ہے، اور پھر مر کر کے دوسری دنیا میں پہنچ جانا ہے۔</w:t>
      </w:r>
    </w:p>
    <w:p>
      <w:r>
        <w:rPr>
          <w:b/>
        </w:rPr>
        <w:t xml:space="preserve">[10:51] </w:t>
      </w:r>
      <w:r>
        <w:t>phir lotne ka koi sawal nahi hai.</w:t>
      </w:r>
    </w:p>
    <w:p>
      <w:pPr>
        <w:jc w:val="right"/>
      </w:pPr>
      <w:r>
        <w:t>پھر لوٹنے کا کوئی سوال نہیں ہے۔</w:t>
      </w:r>
    </w:p>
    <w:p>
      <w:r>
        <w:rPr>
          <w:b/>
        </w:rPr>
        <w:t xml:space="preserve">[10:57] </w:t>
      </w:r>
      <w:r>
        <w:t>yahan par har aadmi ke paas</w:t>
      </w:r>
    </w:p>
    <w:p>
      <w:pPr>
        <w:jc w:val="right"/>
      </w:pPr>
      <w:r>
        <w:t>یہاں پر ہر آدمی کے پاس</w:t>
      </w:r>
    </w:p>
    <w:p>
      <w:r>
        <w:rPr>
          <w:b/>
        </w:rPr>
        <w:t xml:space="preserve">[11:04] </w:t>
      </w:r>
      <w:r>
        <w:t>aane ka ticket hai, lekin har aadmi ke paas dunya se akhirat ki taraf jaane ka ticket hai.</w:t>
      </w:r>
    </w:p>
    <w:p>
      <w:pPr>
        <w:jc w:val="right"/>
      </w:pPr>
      <w:r>
        <w:t>آنے کا ٹکٹ ہے، لیکن ہر آدمی کے پاس دنیا سے آخرت کی طرف جانے کا ٹکٹ ہے۔</w:t>
      </w:r>
    </w:p>
    <w:p>
      <w:r>
        <w:rPr>
          <w:b/>
        </w:rPr>
        <w:t xml:space="preserve">[11:10] </w:t>
      </w:r>
      <w:r>
        <w:t>yeh akhirat se dunya ki taraf lotne ka ticket nahi hai.</w:t>
      </w:r>
    </w:p>
    <w:p>
      <w:pPr>
        <w:jc w:val="right"/>
      </w:pPr>
      <w:r>
        <w:t>یہ آخرت سے دنیا کی طرف لوٹنے کا ٹکٹ نہیں ہے۔</w:t>
      </w:r>
    </w:p>
    <w:p>
      <w:r>
        <w:rPr>
          <w:b/>
        </w:rPr>
        <w:t xml:space="preserve">[11:16] </w:t>
      </w:r>
      <w:r>
        <w:t>kisi ke paas bhi return ticket nahi hai.</w:t>
      </w:r>
    </w:p>
    <w:p>
      <w:pPr>
        <w:jc w:val="right"/>
      </w:pPr>
      <w:r>
        <w:t>کسی کے پاس بھی ریٹرن ٹکٹ نہیں ہے۔</w:t>
      </w:r>
    </w:p>
    <w:p>
      <w:r>
        <w:rPr>
          <w:b/>
        </w:rPr>
        <w:t xml:space="preserve">[11:23] </w:t>
      </w:r>
      <w:r>
        <w:t>ek baar aap dunya se akhirat ki taraf safar karenge, uske baad yeh possible nahi hoga</w:t>
      </w:r>
    </w:p>
    <w:p>
      <w:pPr>
        <w:jc w:val="right"/>
      </w:pPr>
      <w:r>
        <w:t>ایک بار آپ دنیا سے آخرت کی طرف سفر کریں گے، اس کے بعد یہ پاسیبل نہیں ہوگا</w:t>
      </w:r>
    </w:p>
    <w:p>
      <w:r>
        <w:rPr>
          <w:b/>
        </w:rPr>
        <w:t xml:space="preserve">[11:29] </w:t>
      </w:r>
      <w:r>
        <w:t>ke wapsi ka ticket mile aur phir wahan se aap is dunya mein aa jayen.</w:t>
      </w:r>
    </w:p>
    <w:p>
      <w:pPr>
        <w:jc w:val="right"/>
      </w:pPr>
      <w:r>
        <w:t>کہ واپسی کا ٹکٹ ملے اور پھر وہاں سے آپ اس دنیا میں آ جائیں۔</w:t>
      </w:r>
    </w:p>
    <w:p>
      <w:r>
        <w:rPr>
          <w:b/>
        </w:rPr>
        <w:t xml:space="preserve">[11:35] </w:t>
      </w:r>
      <w:r>
        <w:t>nahi.</w:t>
      </w:r>
    </w:p>
    <w:p>
      <w:pPr>
        <w:jc w:val="right"/>
      </w:pPr>
      <w:r>
        <w:t>نہیں۔</w:t>
      </w:r>
    </w:p>
    <w:p>
      <w:r>
        <w:rPr>
          <w:b/>
        </w:rPr>
        <w:t xml:space="preserve">[11:43] </w:t>
      </w:r>
      <w:r>
        <w:t>to is chance ko khona sab se bari nadani hai, aur is chance ko avail karna sab se</w:t>
      </w:r>
    </w:p>
    <w:p>
      <w:pPr>
        <w:jc w:val="right"/>
      </w:pPr>
      <w:r>
        <w:t>تو اس چانس کو کھونا سب سے بڑی نادانی ہے، اور اس چانس کو اویل کرنا سب سے</w:t>
      </w:r>
    </w:p>
    <w:p>
      <w:r>
        <w:rPr>
          <w:b/>
        </w:rPr>
        <w:t xml:space="preserve">[11:50] </w:t>
      </w:r>
      <w:r>
        <w:t>bari wisdom hai, sab se bari hoshiyari hai.</w:t>
      </w:r>
    </w:p>
    <w:p>
      <w:pPr>
        <w:jc w:val="right"/>
      </w:pPr>
      <w:r>
        <w:t>بڑی وزڈم ہے، سب سے بڑی ہوشیاری ہے۔</w:t>
      </w:r>
    </w:p>
    <w:p>
      <w:r>
        <w:rPr>
          <w:b/>
        </w:rPr>
        <w:t xml:space="preserve">[11:58] </w:t>
      </w:r>
      <w:r>
        <w:t>is ke baad dekhiye,</w:t>
      </w:r>
    </w:p>
    <w:p>
      <w:pPr>
        <w:jc w:val="right"/>
      </w:pPr>
      <w:r>
        <w:t>اس کے بعد دیکھیے،</w:t>
      </w:r>
    </w:p>
    <w:p>
      <w:r>
        <w:rPr>
          <w:b/>
        </w:rPr>
        <w:t xml:space="preserve">[12:06] </w:t>
      </w:r>
      <w:r>
        <w:t>surah baqarah ki ayat number 167 nahi, 177.</w:t>
      </w:r>
    </w:p>
    <w:p>
      <w:pPr>
        <w:jc w:val="right"/>
      </w:pPr>
      <w:r>
        <w:t>سورہ بقرہ کی آیت نمبر 167 نہیں، 177۔</w:t>
      </w:r>
    </w:p>
    <w:p>
      <w:r>
        <w:rPr>
          <w:b/>
        </w:rPr>
        <w:t xml:space="preserve">[12:13] </w:t>
      </w:r>
      <w:r>
        <w:t>surah baqarah ki ayat 177 hai.</w:t>
      </w:r>
    </w:p>
    <w:p>
      <w:pPr>
        <w:jc w:val="right"/>
      </w:pPr>
      <w:r>
        <w:t>سورہ بقرہ کی آیت 177 ہے۔</w:t>
      </w:r>
    </w:p>
    <w:p>
      <w:r>
        <w:rPr>
          <w:b/>
        </w:rPr>
        <w:t xml:space="preserve">[12:21] </w:t>
      </w:r>
      <w:r>
        <w:t>to farmaya ke al-mufoona bi ahdihim itha ahadoo.</w:t>
      </w:r>
    </w:p>
    <w:p>
      <w:pPr>
        <w:jc w:val="right"/>
      </w:pPr>
      <w:r>
        <w:t>تو فرمایا کہ الْمُوفُونَ بِعَهْدِهِمْ إِذَا عَاهَدُوا۔</w:t>
      </w:r>
    </w:p>
    <w:p>
      <w:r>
        <w:rPr>
          <w:b/>
        </w:rPr>
        <w:t xml:space="preserve">[12:29] </w:t>
      </w:r>
      <w:r>
        <w:t>yeh believers ki, true believers ki</w:t>
      </w:r>
    </w:p>
    <w:p>
      <w:pPr>
        <w:jc w:val="right"/>
      </w:pPr>
      <w:r>
        <w:t>یہ بلیورز کی، ٹرو بلیورز کی</w:t>
      </w:r>
    </w:p>
    <w:p>
      <w:r>
        <w:rPr>
          <w:b/>
        </w:rPr>
        <w:t xml:space="preserve">[12:36] </w:t>
      </w:r>
      <w:r>
        <w:t>sifat batai.</w:t>
      </w:r>
    </w:p>
    <w:p>
      <w:pPr>
        <w:jc w:val="right"/>
      </w:pPr>
      <w:r>
        <w:t>صفت بتائی۔</w:t>
      </w:r>
    </w:p>
    <w:p>
      <w:r>
        <w:rPr>
          <w:b/>
        </w:rPr>
        <w:t xml:space="preserve">[12:42] </w:t>
      </w:r>
      <w:r>
        <w:t>yani sachay momin kon log hotay hain? sachay momin kon log hotay hain jin ko Khuda accept kare,</w:t>
      </w:r>
    </w:p>
    <w:p>
      <w:pPr>
        <w:jc w:val="right"/>
      </w:pPr>
      <w:r>
        <w:t>یعنی سچے مومن کون لوگ ہوتے ہیں؟ سچے مومن کون لوگ ہوتے ہیں جن کو خدا ایکسیپٹ کرے،</w:t>
      </w:r>
    </w:p>
    <w:p>
      <w:r>
        <w:rPr>
          <w:b/>
        </w:rPr>
        <w:t xml:space="preserve">[12:48] </w:t>
      </w:r>
      <w:r>
        <w:t>jin ke imaan ko? to un ki kai sifatein batai hain.</w:t>
      </w:r>
    </w:p>
    <w:p>
      <w:pPr>
        <w:jc w:val="right"/>
      </w:pPr>
      <w:r>
        <w:t>جن کے ایمان کو؟ تو ان کی کئی صفتیں بتائی ہیں۔</w:t>
      </w:r>
    </w:p>
    <w:p>
      <w:r>
        <w:rPr>
          <w:b/>
        </w:rPr>
        <w:t xml:space="preserve">[12:54] </w:t>
      </w:r>
      <w:r>
        <w:t>is mein se ek sifat yeh hai ke al-mufoona bi ahdihim itha ahadoo.</w:t>
      </w:r>
    </w:p>
    <w:p>
      <w:pPr>
        <w:jc w:val="right"/>
      </w:pPr>
      <w:r>
        <w:t>اس میں سے ایک صفت یہ ہے کہ الْمُوفُونَ بِعَهْدِهِمْ إِذَا عَاهَدُوا۔</w:t>
      </w:r>
    </w:p>
    <w:p>
      <w:r>
        <w:rPr>
          <w:b/>
        </w:rPr>
        <w:t xml:space="preserve">[13:00] </w:t>
      </w:r>
      <w:r>
        <w:t>al-mufoona bi ahdihim itha ahadoo. woh</w:t>
      </w:r>
    </w:p>
    <w:p>
      <w:pPr>
        <w:jc w:val="right"/>
      </w:pPr>
      <w:r>
        <w:t>الْمُوفُونَ بِعَهْدِهِمْ إِذَا عَاهَدُوا۔ وہ</w:t>
      </w:r>
    </w:p>
    <w:p>
      <w:r>
        <w:rPr>
          <w:b/>
        </w:rPr>
        <w:t xml:space="preserve">[13:06] </w:t>
      </w:r>
      <w:r>
        <w:t>apne ahad ko, apne promise ko poora karte hain jab ke woh ahad kar len.</w:t>
      </w:r>
    </w:p>
    <w:p>
      <w:pPr>
        <w:jc w:val="right"/>
      </w:pPr>
      <w:r>
        <w:t>اپنے عہد کو، اپنے پرومس کو پورا کرتے ہیں جب کہ وہ عہد کر لیں۔</w:t>
      </w:r>
    </w:p>
    <w:p>
      <w:r>
        <w:rPr>
          <w:b/>
        </w:rPr>
        <w:t xml:space="preserve">[13:11] </w:t>
      </w:r>
      <w:r>
        <w:t>woh apne promise ko poora karte hain jab ke woh kisi se promise kar len.</w:t>
      </w:r>
    </w:p>
    <w:p>
      <w:pPr>
        <w:jc w:val="right"/>
      </w:pPr>
      <w:r>
        <w:t>وہ اپنے پرومس کو پورا کرتے ہیں جب کہ وہ کسی سے پرومس کر لیں۔</w:t>
      </w:r>
    </w:p>
    <w:p>
      <w:r>
        <w:rPr>
          <w:b/>
        </w:rPr>
        <w:t xml:space="preserve">[13:17] </w:t>
      </w:r>
      <w:r>
        <w:t>yeh bohat bari quality hai.</w:t>
      </w:r>
    </w:p>
    <w:p>
      <w:pPr>
        <w:jc w:val="right"/>
      </w:pPr>
      <w:r>
        <w:t>یہ بہت بڑی کوالٹی ہے۔</w:t>
      </w:r>
    </w:p>
    <w:p>
      <w:r>
        <w:rPr>
          <w:b/>
        </w:rPr>
        <w:t xml:space="preserve">[13:22] </w:t>
      </w:r>
      <w:r>
        <w:t>zindagi naam hai promise ka.</w:t>
      </w:r>
    </w:p>
    <w:p>
      <w:pPr>
        <w:jc w:val="right"/>
      </w:pPr>
      <w:r>
        <w:t>زندگی نام ہے پرومس کا۔</w:t>
      </w:r>
    </w:p>
    <w:p>
      <w:r>
        <w:rPr>
          <w:b/>
        </w:rPr>
        <w:t xml:space="preserve">[13:27] </w:t>
      </w:r>
      <w:r>
        <w:t>har waqt aap ka kisi se promise hota hai.</w:t>
      </w:r>
    </w:p>
    <w:p>
      <w:pPr>
        <w:jc w:val="right"/>
      </w:pPr>
      <w:r>
        <w:t>ہر وقت آپ کا کسی سے پرومس ہوتا ہے۔</w:t>
      </w:r>
    </w:p>
    <w:p>
      <w:r>
        <w:rPr>
          <w:b/>
        </w:rPr>
        <w:t xml:space="preserve">[13:32] </w:t>
      </w:r>
      <w:r>
        <w:t>is promiss mein</w:t>
      </w:r>
    </w:p>
    <w:p>
      <w:pPr>
        <w:jc w:val="right"/>
      </w:pPr>
      <w:r>
        <w:t>اس پرومس میں</w:t>
      </w:r>
    </w:p>
    <w:p>
      <w:r>
        <w:rPr>
          <w:b/>
        </w:rPr>
        <w:t xml:space="preserve">[13:37] </w:t>
      </w:r>
      <w:r>
        <w:t>poora utarna yeh sab se bari pehchan hai true believer ki, sachay momin ki. dekhein, promise ka do matlab hain. ahad ka do matlab hain. ek yeh ke kisi se aap ki direct dealing hui, direct tor par aap se kisi ki baat cheet hui, aur us baat cheet mein ya us dealing mein</w:t>
      </w:r>
    </w:p>
    <w:p>
      <w:pPr>
        <w:jc w:val="right"/>
      </w:pPr>
      <w:r>
        <w:t>پورا اترنا یہ سب سے بڑی پہچان ہے ٹرو بلیور کی، سچے مومن کی۔ دیکھیں، پرومس کا دو مطلب ہیں۔ عہد کا دو مطلب ہیں۔ ایک یہ کہ کسی سے آپ کی ڈائریکٹ ڈیلنگ ہوئی، ڈائریکٹ طور پر آپ سے کسی کی بات چیت ہوئی، اور اس بات چیت میں یا اس ڈیلنگ میں</w:t>
      </w:r>
    </w:p>
    <w:p>
      <w:r>
        <w:rPr>
          <w:b/>
        </w:rPr>
        <w:t xml:space="preserve">[14:07] </w:t>
      </w:r>
      <w:r>
        <w:t>aap ne is se koi wada kar liya, koi promiss kar liya.</w:t>
      </w:r>
    </w:p>
    <w:p>
      <w:pPr>
        <w:jc w:val="right"/>
      </w:pPr>
      <w:r>
        <w:t>آپ نے اس سے کوئی وعدہ کر لیا، کوئی پرومس کر لیا۔</w:t>
      </w:r>
    </w:p>
    <w:p>
      <w:r>
        <w:rPr>
          <w:b/>
        </w:rPr>
        <w:t xml:space="preserve">[14:17] </w:t>
      </w:r>
      <w:r>
        <w:t>yeh daily hota hai hamari zindagi mein ke hum baat cheet ke zariye ya writing ke zariye kisi</w:t>
      </w:r>
    </w:p>
    <w:p>
      <w:pPr>
        <w:jc w:val="right"/>
      </w:pPr>
      <w:r>
        <w:t>یہ ڈیلی ہوتا ہے ہماری زندگی میں کہ ہم بات چیت کے ذریعے یا رائٹنگ کے ذریعے کسی</w:t>
      </w:r>
    </w:p>
    <w:p>
      <w:r>
        <w:rPr>
          <w:b/>
        </w:rPr>
        <w:t xml:space="preserve">[14:27] </w:t>
      </w:r>
      <w:r>
        <w:t>se koi promiss karte hain ke hum tum ko falan date par yeh payment kar dein ge</w:t>
      </w:r>
    </w:p>
    <w:p>
      <w:pPr>
        <w:jc w:val="right"/>
      </w:pPr>
      <w:r>
        <w:t>سے کوئی پرومس کرتے ہیں کہ ہم تم کو فلاں ڈیٹ پر یہ پیمنٹ کر دیں گے</w:t>
      </w:r>
    </w:p>
    <w:p>
      <w:r>
        <w:rPr>
          <w:b/>
        </w:rPr>
        <w:t xml:space="preserve">[14:37] </w:t>
      </w:r>
      <w:r>
        <w:t>hum tumhara yeh kaam kar dein ge.</w:t>
      </w:r>
    </w:p>
    <w:p>
      <w:pPr>
        <w:jc w:val="right"/>
      </w:pPr>
      <w:r>
        <w:t>، ہم تمہارا یہ کام کر دیں گے۔</w:t>
      </w:r>
    </w:p>
    <w:p>
      <w:r>
        <w:rPr>
          <w:b/>
        </w:rPr>
        <w:t xml:space="preserve">[14:42] </w:t>
      </w:r>
      <w:r>
        <w:t>to mukhtalif qism ke promiss ya ahad hum daily karte rehte hain.</w:t>
      </w:r>
    </w:p>
    <w:p>
      <w:pPr>
        <w:jc w:val="right"/>
      </w:pPr>
      <w:r>
        <w:t>تو مختلف قسم کے پرومس یا عہد ہم ڈیلی کرتے رہتے ہیں۔</w:t>
      </w:r>
    </w:p>
    <w:p>
      <w:r>
        <w:rPr>
          <w:b/>
        </w:rPr>
        <w:t xml:space="preserve">[14:47] </w:t>
      </w:r>
      <w:r>
        <w:t>to yeh to hai direct promiss, direct wada.</w:t>
      </w:r>
    </w:p>
    <w:p>
      <w:pPr>
        <w:jc w:val="right"/>
      </w:pPr>
      <w:r>
        <w:t>تو یہ تو ہے ڈائریکٹ پرومس، ڈائریکٹ وعدہ۔</w:t>
      </w:r>
    </w:p>
    <w:p>
      <w:r>
        <w:rPr>
          <w:b/>
        </w:rPr>
        <w:t xml:space="preserve">[14:52] </w:t>
      </w:r>
      <w:r>
        <w:t>yani spoken promiss keh sakte hain aap is ko.</w:t>
      </w:r>
    </w:p>
    <w:p>
      <w:pPr>
        <w:jc w:val="right"/>
      </w:pPr>
      <w:r>
        <w:t>یعنی اسپوکن پرومس کہہ سکتے ہیں آپ اس کو۔</w:t>
      </w:r>
    </w:p>
    <w:p>
      <w:r>
        <w:rPr>
          <w:b/>
        </w:rPr>
        <w:t xml:space="preserve">[14:57] </w:t>
      </w:r>
      <w:r>
        <w:t>lekin ek aur hai woh unspoken promiss.</w:t>
      </w:r>
    </w:p>
    <w:p>
      <w:pPr>
        <w:jc w:val="right"/>
      </w:pPr>
      <w:r>
        <w:t>لیکن ایک اور ہے وہ ان اسپوکن پرومس۔</w:t>
      </w:r>
    </w:p>
    <w:p>
      <w:r>
        <w:rPr>
          <w:b/>
        </w:rPr>
        <w:t xml:space="preserve">[15:02] </w:t>
      </w:r>
      <w:r>
        <w:t>yani munh se bol kar aap ne wada na kiya ho, tab</w:t>
      </w:r>
    </w:p>
    <w:p>
      <w:pPr>
        <w:jc w:val="right"/>
      </w:pPr>
      <w:r>
        <w:t>یعنی منہ سے بول کر آپ نے وعدہ نہ کیا ہو، تب</w:t>
      </w:r>
    </w:p>
    <w:p>
      <w:r>
        <w:rPr>
          <w:b/>
        </w:rPr>
        <w:t xml:space="preserve">[15:07] </w:t>
      </w:r>
      <w:r>
        <w:t>bhi aap ek wade mein bandhe hue hote hain.</w:t>
      </w:r>
    </w:p>
    <w:p>
      <w:pPr>
        <w:jc w:val="right"/>
      </w:pPr>
      <w:r>
        <w:t>بھی آپ ایک وعدے میں بندھے ہوئے ہوتے ہیں۔</w:t>
      </w:r>
    </w:p>
    <w:p>
      <w:r>
        <w:rPr>
          <w:b/>
        </w:rPr>
        <w:t xml:space="preserve">[15:15] </w:t>
      </w:r>
      <w:r>
        <w:t>woh wada kiya? misaal ke taur par aap ki ek family hai, to chahe likha hua na ho, lekin family ke</w:t>
      </w:r>
    </w:p>
    <w:p>
      <w:pPr>
        <w:jc w:val="right"/>
      </w:pPr>
      <w:r>
        <w:t>وہ وعدہ کیا؟ مثلاً آپ کی ایک فیملی ہے، تو چاہے لکھا ہوا نہ ہو، لیکن فیملی کے</w:t>
      </w:r>
    </w:p>
    <w:p>
      <w:r>
        <w:rPr>
          <w:b/>
        </w:rPr>
        <w:t xml:space="preserve">[15:22] </w:t>
      </w:r>
      <w:r>
        <w:t>har member ne yeh wada kar rakha hai ke main doosre members jo hain family ke, un se</w:t>
      </w:r>
    </w:p>
    <w:p>
      <w:pPr>
        <w:jc w:val="right"/>
      </w:pPr>
      <w:r>
        <w:t>ہر ممبر نے یہ وعدہ کر رکھا ہے کہ میں دوسرے ممبرز جو ہیں فیملی کے، ان سے</w:t>
      </w:r>
    </w:p>
    <w:p>
      <w:r>
        <w:rPr>
          <w:b/>
        </w:rPr>
        <w:t xml:space="preserve">[15:30] </w:t>
      </w:r>
      <w:r>
        <w:t>adjust kar ke rahoon ga.</w:t>
      </w:r>
    </w:p>
    <w:p>
      <w:pPr>
        <w:jc w:val="right"/>
      </w:pPr>
      <w:r>
        <w:t>ایڈجسٹ کر کے رہوں گا۔</w:t>
      </w:r>
    </w:p>
    <w:p>
      <w:r>
        <w:rPr>
          <w:b/>
        </w:rPr>
        <w:t xml:space="preserve">[15:37] </w:t>
      </w:r>
      <w:r>
        <w:t>kyun ke differences to hote hote hain.</w:t>
      </w:r>
    </w:p>
    <w:p>
      <w:pPr>
        <w:jc w:val="right"/>
      </w:pPr>
      <w:r>
        <w:t>کیونکہ ڈفرنسز تو ہوتے ہوتے ہیں۔</w:t>
      </w:r>
    </w:p>
    <w:p>
      <w:r>
        <w:rPr>
          <w:b/>
        </w:rPr>
        <w:t xml:space="preserve">[15:42] </w:t>
      </w:r>
      <w:r>
        <w:t>aap differences ko mita nahi sakte.</w:t>
      </w:r>
    </w:p>
    <w:p>
      <w:pPr>
        <w:jc w:val="right"/>
      </w:pPr>
      <w:r>
        <w:t>آپ ڈفرنسز کو مٹا نہیں سکتے۔</w:t>
      </w:r>
    </w:p>
    <w:p>
      <w:r>
        <w:rPr>
          <w:b/>
        </w:rPr>
        <w:t xml:space="preserve">[15:46] </w:t>
      </w:r>
      <w:r>
        <w:t>jab family ke bond mein aap hain to yeh jaan kar rehna hai aap ko ke differences aayen</w:t>
      </w:r>
    </w:p>
    <w:p>
      <w:pPr>
        <w:jc w:val="right"/>
      </w:pPr>
      <w:r>
        <w:t>جب فیملی کے بانڈ میں آپ ہیں تو یہ جان کر رہنا ہے آپ کو کہ ڈفرنسز آئیں</w:t>
      </w:r>
    </w:p>
    <w:p>
      <w:r>
        <w:rPr>
          <w:b/>
        </w:rPr>
        <w:t xml:space="preserve">[15:50] </w:t>
      </w:r>
      <w:r>
        <w:t>ge, to wahan par ladna jhagadna nahi hai.</w:t>
      </w:r>
    </w:p>
    <w:p>
      <w:pPr>
        <w:jc w:val="right"/>
      </w:pPr>
      <w:r>
        <w:t>گے، تو وہاں پر لڑنا جھگڑنا نہیں ہے۔</w:t>
      </w:r>
    </w:p>
    <w:p>
      <w:r>
        <w:rPr>
          <w:b/>
        </w:rPr>
        <w:t xml:space="preserve">[15:55] </w:t>
      </w:r>
      <w:r>
        <w:t>adjust karna hai, compromise karna hai.</w:t>
      </w:r>
    </w:p>
    <w:p>
      <w:pPr>
        <w:jc w:val="right"/>
      </w:pPr>
      <w:r>
        <w:t>ایڈجسٹ کرنا ہے، کمپرومائز کرنا ہے۔</w:t>
      </w:r>
    </w:p>
    <w:p>
      <w:r>
        <w:rPr>
          <w:b/>
        </w:rPr>
        <w:t xml:space="preserve">[15:59] </w:t>
      </w:r>
      <w:r>
        <w:t>yeh unspoken promiss hai. unspoken.</w:t>
      </w:r>
    </w:p>
    <w:p>
      <w:pPr>
        <w:jc w:val="right"/>
      </w:pPr>
      <w:r>
        <w:t>یہ ان اسپوکن پرومس ہے۔ ان اسپوکن۔</w:t>
      </w:r>
    </w:p>
    <w:p>
      <w:r>
        <w:rPr>
          <w:b/>
        </w:rPr>
        <w:t xml:space="preserve">[16:03] </w:t>
      </w:r>
      <w:r>
        <w:t>is ke liye kuch likhne ki zaroorat nahi hai. hamara zamir</w:t>
      </w:r>
    </w:p>
    <w:p>
      <w:pPr>
        <w:jc w:val="right"/>
      </w:pPr>
      <w:r>
        <w:t>اس کے لیے کچھ لکھنے کی ضرورت نہیں ہے۔ ہمارا ضمیر</w:t>
      </w:r>
    </w:p>
    <w:p>
      <w:r>
        <w:rPr>
          <w:b/>
        </w:rPr>
        <w:t xml:space="preserve">[16:08] </w:t>
      </w:r>
      <w:r>
        <w:t>، hamara conscience khud yeh kafi hai batane ke liye ke tum ek ahad mein bandhe hue ho. woh ahad kya hai? ke jin logon ke sath aap ko zindagi guzarna hai, un ke sath aap ko compromise kar ke rehna hai, adjust kar ke rehna hai, peaceful tareeqe par rehna hai. kisi difference ko, kisi contr</w:t>
      </w:r>
    </w:p>
    <w:p>
      <w:pPr>
        <w:jc w:val="right"/>
      </w:pPr>
      <w:r>
        <w:t>، ہمارا کانشنس خود یہ کافی ہے بتانے کے لیے کہ تم ایک عہد میں بندھے ہوئے ہو۔ وہ عہد کیا ہے؟ کہ جن لوگوں کے ساتھ آپ کو زندگی گزارنا ہے، ان کے ساتھ آپ کو کمپرومائز کر کے رہنا ہے، ایڈجسٹ کر کے رہنا ہے، پیس فل طریقے پر رہنا ہے۔ کسی ڈفرنس کو، کسی کنٹ</w:t>
      </w:r>
    </w:p>
    <w:p>
      <w:r>
        <w:rPr>
          <w:b/>
        </w:rPr>
        <w:t xml:space="preserve">[16:38] </w:t>
      </w:r>
      <w:r>
        <w:t>rowarsi ko peace ke daira mein reh kar ke hal karna hai.</w:t>
      </w:r>
    </w:p>
    <w:p>
      <w:pPr>
        <w:jc w:val="right"/>
      </w:pPr>
      <w:r>
        <w:t>روورسی کو پیس کے دائرے میں رہ کر کے حل کرنا ہے۔</w:t>
      </w:r>
    </w:p>
    <w:p>
      <w:r>
        <w:rPr>
          <w:b/>
        </w:rPr>
        <w:t xml:space="preserve">[16:44] </w:t>
      </w:r>
      <w:r>
        <w:t>yani peaceful dialogue, peaceful negotiation.</w:t>
      </w:r>
    </w:p>
    <w:p>
      <w:pPr>
        <w:jc w:val="right"/>
      </w:pPr>
      <w:r>
        <w:t>یعنی پیس فل ڈائیلاگ، پیس فل نیگوشی ایشن۔</w:t>
      </w:r>
    </w:p>
    <w:p>
      <w:r>
        <w:rPr>
          <w:b/>
        </w:rPr>
        <w:t xml:space="preserve">[16:50] </w:t>
      </w:r>
      <w:r>
        <w:t>yeh tareeqa hoga mera apne logon ke sath.</w:t>
      </w:r>
    </w:p>
    <w:p>
      <w:pPr>
        <w:jc w:val="right"/>
      </w:pPr>
      <w:r>
        <w:t>یہ طریقہ ہوگا میرا اپنے لوگوں کے ساتھ۔</w:t>
      </w:r>
    </w:p>
    <w:p>
      <w:r>
        <w:rPr>
          <w:b/>
        </w:rPr>
        <w:t xml:space="preserve">[16:56] </w:t>
      </w:r>
      <w:r>
        <w:t>to yeh ek ailan kiye baghair ek ahad hai jis mein hum bandhe hue hain.</w:t>
      </w:r>
    </w:p>
    <w:p>
      <w:pPr>
        <w:jc w:val="right"/>
      </w:pPr>
      <w:r>
        <w:t>تو یہ ایک اعلان کیے بغیر ایک عہد ہے جس میں ہم بندھے ہوئے ہیں۔</w:t>
      </w:r>
    </w:p>
    <w:p>
      <w:r>
        <w:rPr>
          <w:b/>
        </w:rPr>
        <w:t xml:space="preserve">[17:03] </w:t>
      </w:r>
      <w:r>
        <w:t>isi tarah aap dekhiye, aap ek</w:t>
      </w:r>
    </w:p>
    <w:p>
      <w:pPr>
        <w:jc w:val="right"/>
      </w:pPr>
      <w:r>
        <w:t>اسی طرح آپ دیکھیے، آپ ایک</w:t>
      </w:r>
    </w:p>
    <w:p>
      <w:r>
        <w:rPr>
          <w:b/>
        </w:rPr>
        <w:t xml:space="preserve">[17:09] </w:t>
      </w:r>
      <w:r>
        <w:t>paros mein hain, aap ka ek neighborhood hai, is mein kai log hain, un ke sath bhi aap</w:t>
      </w:r>
    </w:p>
    <w:p>
      <w:pPr>
        <w:jc w:val="right"/>
      </w:pPr>
      <w:r>
        <w:t>پڑوس میں ہیں، آپ کا ایک نیبرہڈ ہے، اس میں کئی لوگ ہیں، ان کے ساتھ بھی آپ</w:t>
      </w:r>
    </w:p>
    <w:p>
      <w:r>
        <w:rPr>
          <w:b/>
        </w:rPr>
        <w:t xml:space="preserve">[17:15] </w:t>
      </w:r>
      <w:r>
        <w:t>ka ek un spoken promise hai.</w:t>
      </w:r>
    </w:p>
    <w:p>
      <w:pPr>
        <w:jc w:val="right"/>
      </w:pPr>
      <w:r>
        <w:t>کا ایک ان اسپوکن پرومس ہے۔</w:t>
      </w:r>
    </w:p>
    <w:p>
      <w:r>
        <w:rPr>
          <w:b/>
        </w:rPr>
        <w:t xml:space="preserve">[17:21] </w:t>
      </w:r>
      <w:r>
        <w:t>woh kya? ke aap un ke liye koi problem create nahi karein ge.</w:t>
      </w:r>
    </w:p>
    <w:p>
      <w:pPr>
        <w:jc w:val="right"/>
      </w:pPr>
      <w:r>
        <w:t>وہ کیا؟ کہ آپ ان کے لیے کوئی پرابلم کریٹ نہیں کریں گے۔</w:t>
      </w:r>
    </w:p>
    <w:p>
      <w:r>
        <w:rPr>
          <w:b/>
        </w:rPr>
        <w:t xml:space="preserve">[17:27] </w:t>
      </w:r>
      <w:r>
        <w:t>jaise hadith mein aata hai ke raste se kanta hata dena, yeh bhi iman hai.</w:t>
      </w:r>
    </w:p>
    <w:p>
      <w:pPr>
        <w:jc w:val="right"/>
      </w:pPr>
      <w:r>
        <w:t>جیسے حدیث میں آتا ہے کہ راستے سے کانٹا ہٹا دینا، یہ بھی ایمان ہے۔</w:t>
      </w:r>
    </w:p>
    <w:p>
      <w:r>
        <w:rPr>
          <w:b/>
        </w:rPr>
        <w:t xml:space="preserve">[17:33] </w:t>
      </w:r>
      <w:r>
        <w:t>to kanta hataya</w:t>
      </w:r>
    </w:p>
    <w:p>
      <w:pPr>
        <w:jc w:val="right"/>
      </w:pPr>
      <w:r>
        <w:t>تو کانٹا ہٹایا</w:t>
      </w:r>
    </w:p>
    <w:p>
      <w:r>
        <w:rPr>
          <w:b/>
        </w:rPr>
        <w:t xml:space="preserve">[17:39] </w:t>
      </w:r>
      <w:r>
        <w:t>aap ne kis ke liye? apne parosi ke liye.</w:t>
      </w:r>
    </w:p>
    <w:p>
      <w:pPr>
        <w:jc w:val="right"/>
      </w:pPr>
      <w:r>
        <w:t>آپ نے کس کے لیے؟ اپنے پڑوسی کے لیے۔</w:t>
      </w:r>
    </w:p>
    <w:p>
      <w:r>
        <w:rPr>
          <w:b/>
        </w:rPr>
        <w:t xml:space="preserve">[17:45] </w:t>
      </w:r>
      <w:r>
        <w:t>to kanta ka matlab sirf kanta nahi hai.</w:t>
      </w:r>
    </w:p>
    <w:p>
      <w:pPr>
        <w:jc w:val="right"/>
      </w:pPr>
      <w:r>
        <w:t>تو کانٹا کا مطلب صرف کانٹا نہیں ہے۔</w:t>
      </w:r>
    </w:p>
    <w:p>
      <w:r>
        <w:rPr>
          <w:b/>
        </w:rPr>
        <w:t xml:space="preserve">[17:51] </w:t>
      </w:r>
      <w:r>
        <w:t>is ka matlab yeh hai ke aap kisi ke liye bhi, jo aap ka parosi hai, jo aap</w:t>
      </w:r>
    </w:p>
    <w:p>
      <w:pPr>
        <w:jc w:val="right"/>
      </w:pPr>
      <w:r>
        <w:t>اس کا مطلب یہ ہے کہ آپ کسی کے لیے بھی، جو آپ کا پڑوسی ہے، جو آپ</w:t>
      </w:r>
    </w:p>
    <w:p>
      <w:r>
        <w:rPr>
          <w:b/>
        </w:rPr>
        <w:t xml:space="preserve">[17:57] </w:t>
      </w:r>
      <w:r>
        <w:t>ka, aap ka jo jis society mein aap hain, us society mein woh bhi rehta hai, aap bhi rehte hain.</w:t>
      </w:r>
    </w:p>
    <w:p>
      <w:pPr>
        <w:jc w:val="right"/>
      </w:pPr>
      <w:r>
        <w:t>کا، آپ کا جو جس سوسائٹی میں آپ ہیں، اس سوسائٹی میں وہ بھی رہتا ہے، آپ بھی رہتے ہیں۔</w:t>
      </w:r>
    </w:p>
    <w:p>
      <w:r>
        <w:rPr>
          <w:b/>
        </w:rPr>
        <w:t xml:space="preserve">[18:03] </w:t>
      </w:r>
      <w:r>
        <w:t>to yeh bhi ek bla elan,</w:t>
      </w:r>
    </w:p>
    <w:p>
      <w:pPr>
        <w:jc w:val="right"/>
      </w:pPr>
      <w:r>
        <w:t>تو یہ بھی ایک بلا اعلان،</w:t>
      </w:r>
    </w:p>
    <w:p>
      <w:r>
        <w:rPr>
          <w:b/>
        </w:rPr>
        <w:t xml:space="preserve">[18:09] </w:t>
      </w:r>
      <w:r>
        <w:t>ek un spoken promise hai ke aap is ke sath no problem person ban kar rahenge.</w:t>
      </w:r>
    </w:p>
    <w:p>
      <w:pPr>
        <w:jc w:val="right"/>
      </w:pPr>
      <w:r>
        <w:t>ایک ان اسپوکن پرومس ہے کہ آپ اس کے ساتھ نو پرابلم پرسن بن کر رہیں گے۔</w:t>
      </w:r>
    </w:p>
    <w:p>
      <w:r>
        <w:rPr>
          <w:b/>
        </w:rPr>
        <w:t xml:space="preserve">[18:19] </w:t>
      </w:r>
      <w:r>
        <w:t>aap is ke liye koi chota ya bara problem create nahi karein ge.</w:t>
      </w:r>
    </w:p>
    <w:p>
      <w:pPr>
        <w:jc w:val="right"/>
      </w:pPr>
      <w:r>
        <w:t>آپ اس کے لیے کوئی چھوٹا یا بڑا پرابلم کریٹ نہیں کریں گے۔</w:t>
      </w:r>
    </w:p>
    <w:p>
      <w:r>
        <w:rPr>
          <w:b/>
        </w:rPr>
        <w:t xml:space="preserve">[18:29] </w:t>
      </w:r>
      <w:r>
        <w:t>to al-muufuna bi 'ahdihim idha 'ahadu yeh bhi shamil hai. yeh bhi</w:t>
      </w:r>
    </w:p>
    <w:p>
      <w:pPr>
        <w:jc w:val="right"/>
      </w:pPr>
      <w:r>
        <w:t>تو الْمُوفُونَ بِعَهْدِهِمْ إِذَا عَاهَدُوا یہ بھی شامل ہے۔ یہ بھی</w:t>
      </w:r>
    </w:p>
    <w:p>
      <w:r>
        <w:rPr>
          <w:b/>
        </w:rPr>
        <w:t xml:space="preserve">[18:39] </w:t>
      </w:r>
      <w:r>
        <w:t>shamil hai.</w:t>
      </w:r>
    </w:p>
    <w:p>
      <w:pPr>
        <w:jc w:val="right"/>
      </w:pPr>
      <w:r>
        <w:t>شامل ہے۔</w:t>
      </w:r>
    </w:p>
    <w:p>
      <w:r>
        <w:rPr>
          <w:b/>
        </w:rPr>
        <w:t xml:space="preserve">[18:47] </w:t>
      </w:r>
      <w:r>
        <w:t>is ko mein agar yeh kahun ke ek true believer ko, ek sache momin ko, ek sache momin</w:t>
      </w:r>
    </w:p>
    <w:p>
      <w:pPr>
        <w:jc w:val="right"/>
      </w:pPr>
      <w:r>
        <w:t>اس کو میں اگر یہ کہوں کہ ایک ٹرو بلیور کو، ایک سچے مومن کو، ایک سچے مومن</w:t>
      </w:r>
    </w:p>
    <w:p>
      <w:r>
        <w:rPr>
          <w:b/>
        </w:rPr>
        <w:t xml:space="preserve">[18:55] </w:t>
      </w:r>
      <w:r>
        <w:t>ka character, ek sache momin ka character kya hona chahiye? woh predictable character hona chahiye.</w:t>
      </w:r>
    </w:p>
    <w:p>
      <w:pPr>
        <w:jc w:val="right"/>
      </w:pPr>
      <w:r>
        <w:t>کا کریکٹر، ایک سچے مومن کا کریکٹر کیا ہونا چاہیے؟ وہ پریڈکٹیبل کریکٹر ہونا چاہیے۔</w:t>
      </w:r>
    </w:p>
    <w:p>
      <w:r>
        <w:rPr>
          <w:b/>
        </w:rPr>
        <w:t xml:space="preserve">[19:03] </w:t>
      </w:r>
      <w:r>
        <w:t>qabil peshin goi kirdaar</w:t>
      </w:r>
    </w:p>
    <w:p>
      <w:pPr>
        <w:jc w:val="right"/>
      </w:pPr>
      <w:r>
        <w:t>قابل پیشین گوئی کردار</w:t>
      </w:r>
    </w:p>
    <w:p>
      <w:r>
        <w:rPr>
          <w:b/>
        </w:rPr>
        <w:t xml:space="preserve">[19:11] </w:t>
      </w:r>
      <w:r>
        <w:t>, predictable character.</w:t>
      </w:r>
    </w:p>
    <w:p>
      <w:pPr>
        <w:jc w:val="right"/>
      </w:pPr>
      <w:r>
        <w:t>، پریڈکٹیبل کریکٹر۔</w:t>
      </w:r>
    </w:p>
    <w:p>
      <w:r>
        <w:rPr>
          <w:b/>
        </w:rPr>
        <w:t xml:space="preserve">[19:19] </w:t>
      </w:r>
      <w:r>
        <w:t>ke doosra aadmi jis ke beech mein aap reh rahe hain, woh peshgi tor par yeh samajh sake,</w:t>
      </w:r>
    </w:p>
    <w:p>
      <w:pPr>
        <w:jc w:val="right"/>
      </w:pPr>
      <w:r>
        <w:t>کہ دوسرا آدمی جس کے بیچ میں آپ رہ رہے ہیں، وہ پیشگی طور پر یہ سمجھ سکے،</w:t>
      </w:r>
    </w:p>
    <w:p>
      <w:r>
        <w:rPr>
          <w:b/>
        </w:rPr>
        <w:t xml:space="preserve">[19:26] </w:t>
      </w:r>
      <w:r>
        <w:t>yeh andaza kar sake ke aap aisa aur aisa karein ge.</w:t>
      </w:r>
    </w:p>
    <w:p>
      <w:pPr>
        <w:jc w:val="right"/>
      </w:pPr>
      <w:r>
        <w:t>یہ اندازہ کر سکے کہ آپ ایسا اور ایسا کریں گے۔</w:t>
      </w:r>
    </w:p>
    <w:p>
      <w:r>
        <w:rPr>
          <w:b/>
        </w:rPr>
        <w:t xml:space="preserve">[19:34] </w:t>
      </w:r>
      <w:r>
        <w:t>predictable character yani qabil peshin goi kirdaar. to yeh</w:t>
      </w:r>
    </w:p>
    <w:p>
      <w:pPr>
        <w:jc w:val="right"/>
      </w:pPr>
      <w:r>
        <w:t>پریڈکٹیبل کریکٹر یعنی قابل پیشین گوئی کردار۔ تو یہ</w:t>
      </w:r>
    </w:p>
    <w:p>
      <w:r>
        <w:rPr>
          <w:b/>
        </w:rPr>
        <w:t xml:space="preserve">[19:41] </w:t>
      </w:r>
      <w:r>
        <w:t>woh shakhs yeh is surat mein hai jab ke koi likhat likhat parhath mein, koi writing mein aap</w:t>
      </w:r>
    </w:p>
    <w:p>
      <w:pPr>
        <w:jc w:val="right"/>
      </w:pPr>
      <w:r>
        <w:t>وہ شخص یہ اس صورت میں ہے جب کہ کوئی لکھت لکھت پڑھت میں، کوئی رائٹنگ میں آپ</w:t>
      </w:r>
    </w:p>
    <w:p>
      <w:r>
        <w:rPr>
          <w:b/>
        </w:rPr>
        <w:t xml:space="preserve">[19:48] </w:t>
      </w:r>
      <w:r>
        <w:t>ne ahad na kiya ho, phir bhi aap bandhe hue hain.</w:t>
      </w:r>
    </w:p>
    <w:p>
      <w:pPr>
        <w:jc w:val="right"/>
      </w:pPr>
      <w:r>
        <w:t>نے عہد نہ کیا ہو، پھر بھی آپ بندھے ہوئے ہیں۔</w:t>
      </w:r>
    </w:p>
    <w:p>
      <w:r>
        <w:rPr>
          <w:b/>
        </w:rPr>
        <w:t xml:space="preserve">[19:54] </w:t>
      </w:r>
      <w:r>
        <w:t>aap ka character predictable hona chahiye.</w:t>
      </w:r>
    </w:p>
    <w:p>
      <w:pPr>
        <w:jc w:val="right"/>
      </w:pPr>
      <w:r>
        <w:t>آپ کا کریکٹر پریڈکٹیبل ہونا چاہیے۔</w:t>
      </w:r>
    </w:p>
    <w:p>
      <w:r>
        <w:rPr>
          <w:b/>
        </w:rPr>
        <w:t xml:space="preserve">[20:01] </w:t>
      </w:r>
      <w:r>
        <w:t>jin se aap ka sabqa paray, chahay ghar ke andar, society ke andar, ya safar mein doosray musafiron ke sath.</w:t>
      </w:r>
    </w:p>
    <w:p>
      <w:pPr>
        <w:jc w:val="right"/>
      </w:pPr>
      <w:r>
        <w:t>جن سے آپ کا سابقہ پڑے، چاہے گھر کے اندر، سوسائٹی کے اندر، یا سفر میں دوسرے مسافروں کے ساتھ۔</w:t>
      </w:r>
    </w:p>
    <w:p>
      <w:r>
        <w:rPr>
          <w:b/>
        </w:rPr>
        <w:t xml:space="preserve">[20:07] </w:t>
      </w:r>
      <w:r>
        <w:t>to doosra insan aap ke baray mein</w:t>
      </w:r>
    </w:p>
    <w:p>
      <w:pPr>
        <w:jc w:val="right"/>
      </w:pPr>
      <w:r>
        <w:t>تو دوسرا انسان آپ کے بارے میں</w:t>
      </w:r>
    </w:p>
    <w:p>
      <w:r>
        <w:rPr>
          <w:b/>
        </w:rPr>
        <w:t xml:space="preserve">[20:14] </w:t>
      </w:r>
      <w:r>
        <w:t>yeh umeed rakhega ke aap aik insan ki tarah is se muamla karengay, aik shareef aadmi</w:t>
      </w:r>
    </w:p>
    <w:p>
      <w:pPr>
        <w:jc w:val="right"/>
      </w:pPr>
      <w:r>
        <w:t>یہ امید رکھے گا کہ آپ ایک انسان کی طرح اس سے معاملہ کریں گے، ایک شریف آدمی</w:t>
      </w:r>
    </w:p>
    <w:p>
      <w:r>
        <w:rPr>
          <w:b/>
        </w:rPr>
        <w:t xml:space="preserve">[20:20] </w:t>
      </w:r>
      <w:r>
        <w:t>ki tarah is se muamla karengay, aik man of character ki tarah is se muamla karengay.</w:t>
      </w:r>
    </w:p>
    <w:p>
      <w:pPr>
        <w:jc w:val="right"/>
      </w:pPr>
      <w:r>
        <w:t>کی طرح اس سے معاملہ کریں گے، ایک مین آف کریکٹر کی طرح اس سے معاملہ کریں گے۔</w:t>
      </w:r>
    </w:p>
    <w:p>
      <w:r>
        <w:rPr>
          <w:b/>
        </w:rPr>
        <w:t xml:space="preserve">[20:26] </w:t>
      </w:r>
      <w:r>
        <w:t>yeh yeh umeed rakhega woh aadmi.</w:t>
      </w:r>
    </w:p>
    <w:p>
      <w:pPr>
        <w:jc w:val="right"/>
      </w:pPr>
      <w:r>
        <w:t>یہ یہ امید رکھے گا وہ آدمی۔</w:t>
      </w:r>
    </w:p>
    <w:p>
      <w:r>
        <w:rPr>
          <w:b/>
        </w:rPr>
        <w:t xml:space="preserve">[20:32] </w:t>
      </w:r>
      <w:r>
        <w:t>aur jab aap is mein pooray utrein, is ki umeed mein aap pooray utrein to is ka matlab</w:t>
      </w:r>
    </w:p>
    <w:p>
      <w:pPr>
        <w:jc w:val="right"/>
      </w:pPr>
      <w:r>
        <w:t>اور جب آپ اس میں پورے اتریں، اس کی امید میں آپ پورے اتریں تو اس کا مطلب</w:t>
      </w:r>
    </w:p>
    <w:p>
      <w:r>
        <w:rPr>
          <w:b/>
        </w:rPr>
        <w:t xml:space="preserve">[20:38] </w:t>
      </w:r>
      <w:r>
        <w:t>yeh hua ke aap ke andar</w:t>
      </w:r>
    </w:p>
    <w:p>
      <w:pPr>
        <w:jc w:val="right"/>
      </w:pPr>
      <w:r>
        <w:t>یہ ہوا کہ آپ کے اندر</w:t>
      </w:r>
    </w:p>
    <w:p>
      <w:r>
        <w:rPr>
          <w:b/>
        </w:rPr>
        <w:t xml:space="preserve">[20:45] </w:t>
      </w:r>
      <w:r>
        <w:t>predictable character hai.</w:t>
      </w:r>
    </w:p>
    <w:p>
      <w:pPr>
        <w:jc w:val="right"/>
      </w:pPr>
      <w:r>
        <w:t>پریڈکٹیبل کریکٹر ہے۔</w:t>
      </w:r>
    </w:p>
    <w:p>
      <w:r>
        <w:rPr>
          <w:b/>
        </w:rPr>
        <w:t xml:space="preserve">[20:50] </w:t>
      </w:r>
      <w:r>
        <w:t>to yeh sari cheezein shamil hain is mein.</w:t>
      </w:r>
    </w:p>
    <w:p>
      <w:pPr>
        <w:jc w:val="right"/>
      </w:pPr>
      <w:r>
        <w:t>تو یہ ساری چیزیں شامل ہیں اس میں۔</w:t>
      </w:r>
    </w:p>
    <w:p>
      <w:r>
        <w:rPr>
          <w:b/>
        </w:rPr>
        <w:t xml:space="preserve">[20:55] </w:t>
      </w:r>
      <w:r>
        <w:t>al-mufoona bi-ahdihim idha 'ahadoo ke jab woh kisi ahad mein bandh jayein, jab woh kisi paiman-e-wafa mein</w:t>
      </w:r>
    </w:p>
    <w:p>
      <w:pPr>
        <w:jc w:val="right"/>
      </w:pPr>
      <w:r>
        <w:t>الْمُوفُونَ بِعَهْدِهِمْ إِذَا عَاهَدُوا کہ جب وہ کسی عہد میں بندھ جائیں، جب وہ کسی پیمان وفا میں</w:t>
      </w:r>
    </w:p>
    <w:p>
      <w:r>
        <w:rPr>
          <w:b/>
        </w:rPr>
        <w:t xml:space="preserve">[21:00] </w:t>
      </w:r>
      <w:r>
        <w:t>bandh jayein, to woh us ko poora karein.</w:t>
      </w:r>
    </w:p>
    <w:p>
      <w:pPr>
        <w:jc w:val="right"/>
      </w:pPr>
      <w:r>
        <w:t>بندھ جائیں، تو وہ اس کو پورا کریں۔</w:t>
      </w:r>
    </w:p>
    <w:p>
      <w:r>
        <w:rPr>
          <w:b/>
        </w:rPr>
        <w:t xml:space="preserve">[21:05] </w:t>
      </w:r>
      <w:r>
        <w:t>to yeh bandhna hota hai direct aur indirect dono.</w:t>
      </w:r>
    </w:p>
    <w:p>
      <w:pPr>
        <w:jc w:val="right"/>
      </w:pPr>
      <w:r>
        <w:t>تو یہ بندھنا ہوتا ہے ڈائریکٹ اور ان ڈائریکٹ دونوں۔</w:t>
      </w:r>
    </w:p>
    <w:p>
      <w:r>
        <w:rPr>
          <w:b/>
        </w:rPr>
        <w:t xml:space="preserve">[21:10] </w:t>
      </w:r>
      <w:r>
        <w:t>kabhi aap munh se bol kar ya likh kar apnay aap ko</w:t>
      </w:r>
    </w:p>
    <w:p>
      <w:pPr>
        <w:jc w:val="right"/>
      </w:pPr>
      <w:r>
        <w:t>کبھی آپ منہ سے بول کر یا لکھ کر اپنے آپ کو</w:t>
      </w:r>
    </w:p>
    <w:p>
      <w:r>
        <w:rPr>
          <w:b/>
        </w:rPr>
        <w:t xml:space="preserve">[21:15] </w:t>
      </w:r>
      <w:r>
        <w:t>aik ahad mein bandhtay hain.</w:t>
      </w:r>
    </w:p>
    <w:p>
      <w:pPr>
        <w:jc w:val="right"/>
      </w:pPr>
      <w:r>
        <w:t>ایک عہد میں باندھتے ہیں۔</w:t>
      </w:r>
    </w:p>
    <w:p>
      <w:r>
        <w:rPr>
          <w:b/>
        </w:rPr>
        <w:t xml:space="preserve">[21:19] </w:t>
      </w:r>
      <w:r>
        <w:t>aur kabhi aisa hota hai ke aap ne likha nahi, aap bolay nahi, lekin aap insan hain.</w:t>
      </w:r>
    </w:p>
    <w:p>
      <w:pPr>
        <w:jc w:val="right"/>
      </w:pPr>
      <w:r>
        <w:t>اور کبھی ایسا ہوتا ہے کہ آپ نے لکھا نہیں، آپ بولے نہیں، لیکن آپ انسان ہیں۔</w:t>
      </w:r>
    </w:p>
    <w:p>
      <w:r>
        <w:rPr>
          <w:b/>
        </w:rPr>
        <w:t xml:space="preserve">[21:24] </w:t>
      </w:r>
      <w:r>
        <w:t>insan honay ke natay aap ke baray mein aik rai banaye ga aadmi.</w:t>
      </w:r>
    </w:p>
    <w:p>
      <w:pPr>
        <w:jc w:val="right"/>
      </w:pPr>
      <w:r>
        <w:t>انسان ہونے کے ناطے آپ کے بارے میں ایک رائے بنائے گا آدمی۔</w:t>
      </w:r>
    </w:p>
    <w:p>
      <w:r>
        <w:rPr>
          <w:b/>
        </w:rPr>
        <w:t xml:space="preserve">[21:28] </w:t>
      </w:r>
      <w:r>
        <w:t>matlab yeh ke aap sir par seeng nahi hai ke aap kisi ko seeng se maarne lagein.</w:t>
      </w:r>
    </w:p>
    <w:p>
      <w:pPr>
        <w:jc w:val="right"/>
      </w:pPr>
      <w:r>
        <w:t>مطلب یہ کہ آپ سر پر سینگ نہیں ہے کہ آپ کسی کو سینگ سے مارنے لگیں۔</w:t>
      </w:r>
    </w:p>
    <w:p>
      <w:r>
        <w:rPr>
          <w:b/>
        </w:rPr>
        <w:t xml:space="preserve">[21:32] </w:t>
      </w:r>
      <w:r>
        <w:t>aap ke paon panja nahi hai ke kisi ko panja maarne lagein.</w:t>
      </w:r>
    </w:p>
    <w:p>
      <w:pPr>
        <w:jc w:val="right"/>
      </w:pPr>
      <w:r>
        <w:t>آپ کے پاؤں پنجہ نہیں ہے کہ کسی کو پنجہ مارنے لگیں۔</w:t>
      </w:r>
    </w:p>
    <w:p>
      <w:r>
        <w:rPr>
          <w:b/>
        </w:rPr>
        <w:t xml:space="preserve">[21:37] </w:t>
      </w:r>
      <w:r>
        <w:t>aap ko Khuda ne insan banaya hai.</w:t>
      </w:r>
    </w:p>
    <w:p>
      <w:pPr>
        <w:jc w:val="right"/>
      </w:pPr>
      <w:r>
        <w:t>آپ کو خدا نے انسان بنایا ہے۔</w:t>
      </w:r>
    </w:p>
    <w:p>
      <w:r>
        <w:rPr>
          <w:b/>
        </w:rPr>
        <w:t xml:space="preserve">[21:41] </w:t>
      </w:r>
      <w:r>
        <w:t>aap seeng walay animal nahi hain,</w:t>
      </w:r>
    </w:p>
    <w:p>
      <w:pPr>
        <w:jc w:val="right"/>
      </w:pPr>
      <w:r>
        <w:t>آپ سینگ والے اینیمل نہیں ہیں،</w:t>
      </w:r>
    </w:p>
    <w:p>
      <w:r>
        <w:rPr>
          <w:b/>
        </w:rPr>
        <w:t xml:space="preserve">[21:46] </w:t>
      </w:r>
      <w:r>
        <w:t>aap panja walay animal nahi hain.</w:t>
      </w:r>
    </w:p>
    <w:p>
      <w:pPr>
        <w:jc w:val="right"/>
      </w:pPr>
      <w:r>
        <w:t>آپ پنجہ والے اینیمل نہیں ہیں۔</w:t>
      </w:r>
    </w:p>
    <w:p>
      <w:r>
        <w:rPr>
          <w:b/>
        </w:rPr>
        <w:t xml:space="preserve">[21:51] </w:t>
      </w:r>
      <w:r>
        <w:t>aap insan hain.</w:t>
      </w:r>
    </w:p>
    <w:p>
      <w:pPr>
        <w:jc w:val="right"/>
      </w:pPr>
      <w:r>
        <w:t>آپ انسان ہیں۔</w:t>
      </w:r>
    </w:p>
    <w:p>
      <w:r>
        <w:rPr>
          <w:b/>
        </w:rPr>
        <w:t xml:space="preserve">[21:56] </w:t>
      </w:r>
      <w:r>
        <w:t>aap ke andar aik mind hai, aik dil hai, aik conscience hai.</w:t>
      </w:r>
    </w:p>
    <w:p>
      <w:pPr>
        <w:jc w:val="right"/>
      </w:pPr>
      <w:r>
        <w:t>آپ کے اندر ایک مائنڈ ہے، ایک دل ہے، ایک کانشنس ہے۔</w:t>
      </w:r>
    </w:p>
    <w:p>
      <w:r>
        <w:rPr>
          <w:b/>
        </w:rPr>
        <w:t xml:space="preserve">[22:01] </w:t>
      </w:r>
      <w:r>
        <w:t>aur right aur wrong ka aik aap ke andar aik ehsas hai.</w:t>
      </w:r>
    </w:p>
    <w:p>
      <w:pPr>
        <w:jc w:val="right"/>
      </w:pPr>
      <w:r>
        <w:t>اور رائٹ اور رانگ کا ایک آپ کے اندر ایک احساس ہے۔</w:t>
      </w:r>
    </w:p>
    <w:p>
      <w:r>
        <w:rPr>
          <w:b/>
        </w:rPr>
        <w:t xml:space="preserve">[22:06] </w:t>
      </w:r>
      <w:r>
        <w:t>to aisay insan ke baray mein har aadmi yeh umeed rakhega ke wahi karega woh aadmi</w:t>
      </w:r>
    </w:p>
    <w:p>
      <w:pPr>
        <w:jc w:val="right"/>
      </w:pPr>
      <w:r>
        <w:t>تو ایسے انسان کے بارے میں ہر آدمی یہ امید رکھے گا کہ وہی کرے گا وہ آدمی</w:t>
      </w:r>
    </w:p>
    <w:p>
      <w:r>
        <w:rPr>
          <w:b/>
        </w:rPr>
        <w:t xml:space="preserve">[22:11] </w:t>
      </w:r>
      <w:r>
        <w:t>jo aadmi hone ki hesiyat se is ko karna chahiye</w:t>
      </w:r>
    </w:p>
    <w:p>
      <w:pPr>
        <w:jc w:val="right"/>
      </w:pPr>
      <w:r>
        <w:t>جو آدمی ہونے کی حیثیت سے اس کو کرنا چ</w:t>
      </w:r>
    </w:p>
    <w:p>
      <w:r>
        <w:rPr>
          <w:b/>
        </w:rPr>
        <w:t xml:space="preserve">[22:16] </w:t>
      </w:r>
      <w:r>
        <w:t>aahie.</w:t>
      </w:r>
    </w:p>
    <w:p>
      <w:pPr>
        <w:jc w:val="right"/>
      </w:pPr>
      <w:r>
        <w:t>اہیے۔</w:t>
      </w:r>
    </w:p>
    <w:p>
      <w:r>
        <w:rPr>
          <w:b/>
        </w:rPr>
        <w:t xml:space="preserve">[22:23] </w:t>
      </w:r>
      <w:r>
        <w:t>to ek lafz mein mein kahunga ke momin jo hai woh predictable character hota hai.</w:t>
      </w:r>
    </w:p>
    <w:p>
      <w:pPr>
        <w:jc w:val="right"/>
      </w:pPr>
      <w:r>
        <w:t>تو ایک لفظ میں میں کہوں گا کہ مومن جو ہے وہ پریڈکٹیبل کریکٹر ہوتا ہے۔</w:t>
      </w:r>
    </w:p>
    <w:p>
      <w:r>
        <w:rPr>
          <w:b/>
        </w:rPr>
        <w:t xml:space="preserve">[22:31] </w:t>
      </w:r>
      <w:r>
        <w:t>aur jo Khuda se nahi darta, jis ke dil mein sacha imaan nahi hai, to kuch bhi kar sakta hai.</w:t>
      </w:r>
    </w:p>
    <w:p>
      <w:pPr>
        <w:jc w:val="right"/>
      </w:pPr>
      <w:r>
        <w:t>اور جو خدا سے نہیں ڈرتا، جس کے دل میں سچا ایمان نہیں ہے، تو کچھ بھی کر سکتا ہے۔</w:t>
      </w:r>
    </w:p>
    <w:p>
      <w:r>
        <w:rPr>
          <w:b/>
        </w:rPr>
        <w:t xml:space="preserve">[22:38] </w:t>
      </w:r>
      <w:r>
        <w:t>jaise misaal ke taur par kisi aadmi</w:t>
      </w:r>
    </w:p>
    <w:p>
      <w:pPr>
        <w:jc w:val="right"/>
      </w:pPr>
      <w:r>
        <w:t>جیسے مثال کے طور پر کسی آدمی</w:t>
      </w:r>
    </w:p>
    <w:p>
      <w:r>
        <w:rPr>
          <w:b/>
        </w:rPr>
        <w:t xml:space="preserve">[22:46] </w:t>
      </w:r>
      <w:r>
        <w:t>ne koi aisi baat keh di jo aap ko buri lagi, to woh yeh expect karega aap ke sath.</w:t>
      </w:r>
    </w:p>
    <w:p>
      <w:pPr>
        <w:jc w:val="right"/>
      </w:pPr>
      <w:r>
        <w:t>نے کوئی ایسی بات کہہ دی جو آپ کو بری لگی، تو وہ یہ ایکسپیکٹ کرے گا آپ کے ساتھ۔</w:t>
      </w:r>
    </w:p>
    <w:p>
      <w:r>
        <w:rPr>
          <w:b/>
        </w:rPr>
        <w:t xml:space="preserve">[22:54] </w:t>
      </w:r>
      <w:r>
        <w:t>aap se yeh expect karega ke aap is mamle ko revenge ka masla nahi banayenge, violence</w:t>
      </w:r>
    </w:p>
    <w:p>
      <w:pPr>
        <w:jc w:val="right"/>
      </w:pPr>
      <w:r>
        <w:t>آپ سے یہ ایکسپیکٹ کرے گا کہ آپ اس معاملے کو ریونج کا مسئلہ نہیں بنائیں گے، وائلنس</w:t>
      </w:r>
    </w:p>
    <w:p>
      <w:r>
        <w:rPr>
          <w:b/>
        </w:rPr>
        <w:t xml:space="preserve">[23:01] </w:t>
      </w:r>
      <w:r>
        <w:t>ka masla nahi banayenge, intolerance ka masla nahi banayenge, balkeh peaceful baat cheet se mamle</w:t>
      </w:r>
    </w:p>
    <w:p>
      <w:pPr>
        <w:jc w:val="right"/>
      </w:pPr>
      <w:r>
        <w:t>کا مسئلہ نہیں بنائیں گے، انٹولرنس کا مسئلہ نہیں بنائیں گے، بلکہ پیس فل بات چیت سے معاملے</w:t>
      </w:r>
    </w:p>
    <w:p>
      <w:r>
        <w:rPr>
          <w:b/>
        </w:rPr>
        <w:t xml:space="preserve">[23:09] </w:t>
      </w:r>
      <w:r>
        <w:t>ko khatam kar denge.</w:t>
      </w:r>
    </w:p>
    <w:p>
      <w:pPr>
        <w:jc w:val="right"/>
      </w:pPr>
      <w:r>
        <w:t>کو ختم کر دیں گے۔</w:t>
      </w:r>
    </w:p>
    <w:p>
      <w:r>
        <w:rPr>
          <w:b/>
        </w:rPr>
        <w:t xml:space="preserve">[23:17] </w:t>
      </w:r>
      <w:r>
        <w:t>yeh woh aadmi aap ke bare mein expect karega. to is expectation par poora utarna yeh sachay momin ka tareeqa hai. aur aise logon ke bare mein farmaya ke al mufoona bi ahdihim idha ahadoo ke sacha momin woh hota hai ke jab woh kisi ahad mein bandh jae to us ahad ko poora karay. to jis ko main kahunga ke is mein do tareeq, yaani do is ke pe</w:t>
      </w:r>
    </w:p>
    <w:p>
      <w:pPr>
        <w:jc w:val="right"/>
      </w:pPr>
      <w:r>
        <w:t>یہ وہ آدمی آپ کے بارے میں ایکسپیکٹ کرے گا۔ تو اس ایکسپیکٹیشن پر پورا اترنا یہ سچے مومن کا طریقہ ہے۔ اور ایسے لوگوں کے بارے میں فرمایا کہ الْمُوفُونَ بِعَهْدِهِمْ إِذَا عَاهَدُوا کہ سچا مومن وہ ہوتا ہے کہ جب وہ کسی عہد میں بندھ جائے تو اس عہد کو پورا کرے۔ تو جس کو میں کہوں گا کہ اس میں دو طریق، یعنی دو اس کے پہ</w:t>
      </w:r>
    </w:p>
    <w:p>
      <w:r>
        <w:rPr>
          <w:b/>
        </w:rPr>
        <w:t xml:space="preserve">[23:47] </w:t>
      </w:r>
      <w:r>
        <w:t>lo hain.</w:t>
      </w:r>
    </w:p>
    <w:p>
      <w:pPr>
        <w:jc w:val="right"/>
      </w:pPr>
      <w:r>
        <w:t>لو ہیں۔</w:t>
      </w:r>
    </w:p>
    <w:p>
      <w:r>
        <w:rPr>
          <w:b/>
        </w:rPr>
        <w:t xml:space="preserve">[23:53] </w:t>
      </w:r>
      <w:r>
        <w:t>ek hai ke direct taur par aap kisi ahad mein bandh gae.</w:t>
      </w:r>
    </w:p>
    <w:p>
      <w:pPr>
        <w:jc w:val="right"/>
      </w:pPr>
      <w:r>
        <w:t>ایک ہے کہ ڈائریکٹ طور پر آپ کسی عہد میں بندھ گئے۔</w:t>
      </w:r>
    </w:p>
    <w:p>
      <w:r>
        <w:rPr>
          <w:b/>
        </w:rPr>
        <w:t xml:space="preserve">[24:00] </w:t>
      </w:r>
      <w:r>
        <w:t>ek yeh hai ke indirect taur par aap kuch ahad mein apne aap bandhe hue hain, baghair aelan ke.</w:t>
      </w:r>
    </w:p>
    <w:p>
      <w:pPr>
        <w:jc w:val="right"/>
      </w:pPr>
      <w:r>
        <w:t>ایک یہ ہے کہ ان ڈائریکٹ طور پر آپ کچھ عہد میں اپنے آپ بندھے ہوئے ہیں، بغیر اعلان کے۔</w:t>
      </w:r>
    </w:p>
    <w:p>
      <w:r>
        <w:rPr>
          <w:b/>
        </w:rPr>
        <w:t xml:space="preserve">[24:06] </w:t>
      </w:r>
      <w:r>
        <w:t>to dono hi mamle mein aap ko is test par poora utarna hai.</w:t>
      </w:r>
    </w:p>
    <w:p>
      <w:pPr>
        <w:jc w:val="right"/>
      </w:pPr>
      <w:r>
        <w:t>تو دونوں ہی معاملے میں آپ کو اس ٹیسٹ پر پورا اترنا ہے۔</w:t>
      </w:r>
    </w:p>
    <w:p>
      <w:r>
        <w:rPr>
          <w:b/>
        </w:rPr>
        <w:t xml:space="preserve">[24:13] </w:t>
      </w:r>
      <w:r>
        <w:t>is ke baad dekhiye,</w:t>
      </w:r>
    </w:p>
    <w:p>
      <w:pPr>
        <w:jc w:val="right"/>
      </w:pPr>
      <w:r>
        <w:t>اس کے بعد دیکھیے،</w:t>
      </w:r>
    </w:p>
    <w:p>
      <w:r>
        <w:rPr>
          <w:b/>
        </w:rPr>
        <w:t xml:space="preserve">[24:19] </w:t>
      </w:r>
      <w:r>
        <w:t>aayat number 183 Surah Baqarah ki aayat number 183 mein roze ka bayan shuru hua hai.</w:t>
      </w:r>
    </w:p>
    <w:p>
      <w:pPr>
        <w:jc w:val="right"/>
      </w:pPr>
      <w:r>
        <w:t>آیت نمبر 183 سورہ بقرہ کی آیت نمبر 183 میں روزہ کا بیان شروع ہوا ہے۔</w:t>
      </w:r>
    </w:p>
    <w:p>
      <w:r>
        <w:rPr>
          <w:b/>
        </w:rPr>
        <w:t xml:space="preserve">[24:29] </w:t>
      </w:r>
      <w:r>
        <w:t>roze ka bayan kai aayaten hain aur 183 se yeh bayan shuru hota hai.</w:t>
      </w:r>
    </w:p>
    <w:p>
      <w:pPr>
        <w:jc w:val="right"/>
      </w:pPr>
      <w:r>
        <w:t>روزہ کا بیان کئی آیتیں ہیں اور 183 سے یہ بیان شروع ہوتا ہے۔</w:t>
      </w:r>
    </w:p>
    <w:p>
      <w:r>
        <w:rPr>
          <w:b/>
        </w:rPr>
        <w:t xml:space="preserve">[24:40] </w:t>
      </w:r>
      <w:r>
        <w:t>to pehli aayat yeh hai ke</w:t>
      </w:r>
    </w:p>
    <w:p>
      <w:pPr>
        <w:jc w:val="right"/>
      </w:pPr>
      <w:r>
        <w:t>تو پہلی آیت یہ ہے کہ</w:t>
      </w:r>
    </w:p>
    <w:p>
      <w:r>
        <w:rPr>
          <w:b/>
        </w:rPr>
        <w:t xml:space="preserve">[24:50] </w:t>
      </w:r>
      <w:r>
        <w:t>kutiba alaikumus siyamu kama kutiba alal lazeena minkablikum la allakum tattaqun.</w:t>
      </w:r>
    </w:p>
    <w:p>
      <w:pPr>
        <w:jc w:val="right"/>
      </w:pPr>
      <w:r>
        <w:t>کُتِبَ عَلَيْكُمُ السَّيَامُ كَمَا كُتِبَ عَلَى الَّذِينَ مِن قَبْلِكُمْ لَعَلَّكُمْ تَتَّقُونَ۔</w:t>
      </w:r>
    </w:p>
    <w:p>
      <w:r>
        <w:rPr>
          <w:b/>
        </w:rPr>
        <w:t xml:space="preserve">[25:07] </w:t>
      </w:r>
      <w:r>
        <w:t>kutiba alaikumus siyamu kama kutiba alal lazeena minkablikum la allakum tattaqun yani tumhare upar aye imaan walo</w:t>
      </w:r>
    </w:p>
    <w:p>
      <w:pPr>
        <w:jc w:val="right"/>
      </w:pPr>
      <w:r>
        <w:t>کُتِبَ عَلَيْكُمُ السَّيَامُ كَمَا كُتِبَ عَلَى الَّذِينَ مِن قَبْلِكُمْ لَعَلَّكُمْ تَتَّقُونَ یعنی تمہارے اوپر اے ایمان والو</w:t>
      </w:r>
    </w:p>
    <w:p>
      <w:r>
        <w:rPr>
          <w:b/>
        </w:rPr>
        <w:t xml:space="preserve">[25:24] </w:t>
      </w:r>
      <w:r>
        <w:t>ya ayuhal lazeena amanu kuta alaikumus salam kama kuta alal lazeena minkablikum la allakum tattaqun aye imaan walo tumhare</w:t>
      </w:r>
    </w:p>
    <w:p>
      <w:pPr>
        <w:jc w:val="right"/>
      </w:pPr>
      <w:r>
        <w:t>یا ایہا الذین آمنوا کتب علیکم السلام کما کتب الذین من قبلکم لعلكم تتقون اے ایمان والو تمہارے</w:t>
      </w:r>
    </w:p>
    <w:p>
      <w:r>
        <w:rPr>
          <w:b/>
        </w:rPr>
        <w:t xml:space="preserve">[25:34] </w:t>
      </w:r>
      <w:r>
        <w:t>upar roze likh diye gaye yani farz kar diye gaye jaisa ke pichle logon par farz kiye gaye</w:t>
      </w:r>
    </w:p>
    <w:p>
      <w:pPr>
        <w:jc w:val="right"/>
      </w:pPr>
      <w:r>
        <w:t>اوپر روزے لکھ دیے گئے یعنی فرض کر دیے گئے جیسا کہ پچھلے لوگوں پر فرض کیے گئے</w:t>
      </w:r>
    </w:p>
    <w:p>
      <w:r>
        <w:rPr>
          <w:b/>
        </w:rPr>
        <w:t xml:space="preserve">[25:44] </w:t>
      </w:r>
      <w:r>
        <w:t>the taake tum muttaqi bano taake tumhare andar</w:t>
      </w:r>
    </w:p>
    <w:p>
      <w:pPr>
        <w:jc w:val="right"/>
      </w:pPr>
      <w:r>
        <w:t>تھے تاکہ تم متقی بنو تاکہ تمہارے اندر</w:t>
      </w:r>
    </w:p>
    <w:p>
      <w:r>
        <w:rPr>
          <w:b/>
        </w:rPr>
        <w:t xml:space="preserve">[25:54] </w:t>
      </w:r>
      <w:r>
        <w:t>taqwa paida ho.</w:t>
      </w:r>
    </w:p>
    <w:p>
      <w:pPr>
        <w:jc w:val="right"/>
      </w:pPr>
      <w:r>
        <w:t>تقوی پیدا ہو۔</w:t>
      </w:r>
    </w:p>
    <w:p>
      <w:r>
        <w:rPr>
          <w:b/>
        </w:rPr>
        <w:t xml:space="preserve">[26:02] </w:t>
      </w:r>
      <w:r>
        <w:t>is se maloom hua ke roza jo ek salana ibadat hai, har saal ke 12 mahine mein se</w:t>
      </w:r>
    </w:p>
    <w:p>
      <w:pPr>
        <w:jc w:val="right"/>
      </w:pPr>
      <w:r>
        <w:t>اس سے معلوم ہوا کہ روزہ جو ایک سالانہ عبادت ہے، ہر سال کے 12 مہینے میں سے</w:t>
      </w:r>
    </w:p>
    <w:p>
      <w:r>
        <w:rPr>
          <w:b/>
        </w:rPr>
        <w:t xml:space="preserve">[26:10] </w:t>
      </w:r>
      <w:r>
        <w:t>ek mahina roza rakhne ka hukum diya gaya hai.</w:t>
      </w:r>
    </w:p>
    <w:p>
      <w:pPr>
        <w:jc w:val="right"/>
      </w:pPr>
      <w:r>
        <w:t>ایک مہینہ روزہ رکھنے کا حکم دیا گیا ہے۔</w:t>
      </w:r>
    </w:p>
    <w:p>
      <w:r>
        <w:rPr>
          <w:b/>
        </w:rPr>
        <w:t xml:space="preserve">[26:18] </w:t>
      </w:r>
      <w:r>
        <w:t>ramzan ke mahine mein to is ka maqsad kya hai? is ka maqsad hai</w:t>
      </w:r>
    </w:p>
    <w:p>
      <w:pPr>
        <w:jc w:val="right"/>
      </w:pPr>
      <w:r>
        <w:t>رمضان کے مہینے میں تو اس کا مقصد کیا ہے؟ اس کا مقصد ہے</w:t>
      </w:r>
    </w:p>
    <w:p>
      <w:r>
        <w:rPr>
          <w:b/>
        </w:rPr>
        <w:t xml:space="preserve">[26:25] </w:t>
      </w:r>
      <w:r>
        <w:t>taqwa ki tarbiyat.</w:t>
      </w:r>
    </w:p>
    <w:p>
      <w:pPr>
        <w:jc w:val="right"/>
      </w:pPr>
      <w:r>
        <w:t>تقوی کی تربیت۔</w:t>
      </w:r>
    </w:p>
    <w:p>
      <w:r>
        <w:rPr>
          <w:b/>
        </w:rPr>
        <w:t xml:space="preserve">[26:31] </w:t>
      </w:r>
      <w:r>
        <w:t>is ka maqsad hai taqwa ki tarbiyat.</w:t>
      </w:r>
    </w:p>
    <w:p>
      <w:pPr>
        <w:jc w:val="right"/>
      </w:pPr>
      <w:r>
        <w:t>اس کا مقصد ہے تقوی کی تربیت۔</w:t>
      </w:r>
    </w:p>
    <w:p>
      <w:r>
        <w:rPr>
          <w:b/>
        </w:rPr>
        <w:t xml:space="preserve">[26:36] </w:t>
      </w:r>
      <w:r>
        <w:t>taqwa kya hai? taqwa ke mani hote hain bachna.</w:t>
      </w:r>
    </w:p>
    <w:p>
      <w:pPr>
        <w:jc w:val="right"/>
      </w:pPr>
      <w:r>
        <w:t>تقوی کیا ہے؟ تقوی کے معنی ہوتے ہیں بچنا۔</w:t>
      </w:r>
    </w:p>
    <w:p>
      <w:r>
        <w:rPr>
          <w:b/>
        </w:rPr>
        <w:t xml:space="preserve">[26:42] </w:t>
      </w:r>
      <w:r>
        <w:t>bachna jaise dhaal hoti hai use kehte hain waqaya.</w:t>
      </w:r>
    </w:p>
    <w:p>
      <w:pPr>
        <w:jc w:val="right"/>
      </w:pPr>
      <w:r>
        <w:t>بچنا جیسے ڈھال ہوتی ہے اسے کہتے ہیں وقایہ۔</w:t>
      </w:r>
    </w:p>
    <w:p>
      <w:r>
        <w:rPr>
          <w:b/>
        </w:rPr>
        <w:t xml:space="preserve">[26:48] </w:t>
      </w:r>
      <w:r>
        <w:t>kyunke bachao ke liye hoti hai dhaal.</w:t>
      </w:r>
    </w:p>
    <w:p>
      <w:pPr>
        <w:jc w:val="right"/>
      </w:pPr>
      <w:r>
        <w:t>کیونکہ بچاؤ کے لیے ہوتی ہے ڈھال۔</w:t>
      </w:r>
    </w:p>
    <w:p>
      <w:r>
        <w:rPr>
          <w:b/>
        </w:rPr>
        <w:t xml:space="preserve">[26:53] </w:t>
      </w:r>
      <w:r>
        <w:t>is ko hum kehte hain urdu mein parhezgari.</w:t>
      </w:r>
    </w:p>
    <w:p>
      <w:pPr>
        <w:jc w:val="right"/>
      </w:pPr>
      <w:r>
        <w:t>اس کو ہم کہتے ہیں اردو میں پرہیزگاری۔</w:t>
      </w:r>
    </w:p>
    <w:p>
      <w:r>
        <w:rPr>
          <w:b/>
        </w:rPr>
        <w:t xml:space="preserve">[26:59] </w:t>
      </w:r>
      <w:r>
        <w:t>to roza is baat ki tarbiyat hai, is baat ki training hai ke aadmi is dunya mein bachte</w:t>
      </w:r>
    </w:p>
    <w:p>
      <w:pPr>
        <w:jc w:val="right"/>
      </w:pPr>
      <w:r>
        <w:t>تو روزہ اس بات کی تربیت ہے، اس بات کی ٹریننگ ہے کہ آدمی اس دنیا میں بچتے</w:t>
      </w:r>
    </w:p>
    <w:p>
      <w:r>
        <w:rPr>
          <w:b/>
        </w:rPr>
        <w:t xml:space="preserve">[27:05] </w:t>
      </w:r>
      <w:r>
        <w:t>hue zindagi guzare.</w:t>
      </w:r>
    </w:p>
    <w:p>
      <w:pPr>
        <w:jc w:val="right"/>
      </w:pPr>
      <w:r>
        <w:t>ہوئے زندگی گزارے۔</w:t>
      </w:r>
    </w:p>
    <w:p>
      <w:r>
        <w:rPr>
          <w:b/>
        </w:rPr>
        <w:t xml:space="preserve">[27:11] </w:t>
      </w:r>
      <w:r>
        <w:t>wo cheezein jo khuda ko pasand nahi hain, jin se khuda ne mana kiya hai, un se bachte</w:t>
      </w:r>
    </w:p>
    <w:p>
      <w:pPr>
        <w:jc w:val="right"/>
      </w:pPr>
      <w:r>
        <w:t>وہ چیزیں جو خدا کو پسند نہیں ہیں، جن سے خدا نے منع کیا ہے، ان سے بچتے</w:t>
      </w:r>
    </w:p>
    <w:p>
      <w:r>
        <w:rPr>
          <w:b/>
        </w:rPr>
        <w:t xml:space="preserve">[27:17] </w:t>
      </w:r>
      <w:r>
        <w:t>hue dunya mein zindagi guzare.</w:t>
      </w:r>
    </w:p>
    <w:p>
      <w:pPr>
        <w:jc w:val="right"/>
      </w:pPr>
      <w:r>
        <w:t>ہوئے دنیا میں زندگی گزارے۔</w:t>
      </w:r>
    </w:p>
    <w:p>
      <w:r>
        <w:rPr>
          <w:b/>
        </w:rPr>
        <w:t xml:space="preserve">[27:23] </w:t>
      </w:r>
      <w:r>
        <w:t>ek do sahabi</w:t>
      </w:r>
    </w:p>
    <w:p>
      <w:pPr>
        <w:jc w:val="right"/>
      </w:pPr>
      <w:r>
        <w:t>ایک دو صحابی</w:t>
      </w:r>
    </w:p>
    <w:p>
      <w:r>
        <w:rPr>
          <w:b/>
        </w:rPr>
        <w:t xml:space="preserve">[27:29] </w:t>
      </w:r>
      <w:r>
        <w:t>ke darmiyan baat cheet hui, is mein se ek the hazrat abubakar, nahi is mein se ek the hazrat umar.</w:t>
      </w:r>
    </w:p>
    <w:p>
      <w:pPr>
        <w:jc w:val="right"/>
      </w:pPr>
      <w:r>
        <w:t>کے درمیان بات چیت ہوئی، اس میں سے ایک تھے حضرت ابوبکر، نہیں اس میں سے ایک تھے حضرت عمر۔</w:t>
      </w:r>
    </w:p>
    <w:p>
      <w:r>
        <w:rPr>
          <w:b/>
        </w:rPr>
        <w:t xml:space="preserve">[27:40] </w:t>
      </w:r>
      <w:r>
        <w:t>hazrat umar ne doosre sahabi se poocha ke taqwa kya hai? to unhon ne kaha ke kya aap</w:t>
      </w:r>
    </w:p>
    <w:p>
      <w:pPr>
        <w:jc w:val="right"/>
      </w:pPr>
      <w:r>
        <w:t>حضرت عمر نے دوسرے صحابی سے پوچھا کہ تقوی کیا ہے؟ تو انہوں نے کہا کہ کیا آپ</w:t>
      </w:r>
    </w:p>
    <w:p>
      <w:r>
        <w:rPr>
          <w:b/>
        </w:rPr>
        <w:t xml:space="preserve">[27:50] </w:t>
      </w:r>
      <w:r>
        <w:t>kabhi aise raaste se guzre hain jis ke dono taraf kaante daar jhariyan hain? hal salakta tareeqan za shawq</w:t>
      </w:r>
    </w:p>
    <w:p>
      <w:pPr>
        <w:jc w:val="right"/>
      </w:pPr>
      <w:r>
        <w:t>کبھی ایسے راستے سے گزرے ہیں جس کے دونوں طرف کانٹے دار جھاڑیاں ہیں؟ ہل سَلَكْتَ طَرِيقًا زَا شَوْقٍ</w:t>
      </w:r>
    </w:p>
    <w:p>
      <w:r>
        <w:rPr>
          <w:b/>
        </w:rPr>
        <w:t xml:space="preserve">[28:01] </w:t>
      </w:r>
      <w:r>
        <w:t>ke daayein taraf bhi kaante daar jhari aur baayein taraf bhi kaante daar jhari.</w:t>
      </w:r>
    </w:p>
    <w:p>
      <w:pPr>
        <w:jc w:val="right"/>
      </w:pPr>
      <w:r>
        <w:t>کہ دائیں طرف بھی کانٹے دار جھاڑی اور بائیں طرف بھی کانٹے دار جھاڑی۔</w:t>
      </w:r>
    </w:p>
    <w:p>
      <w:r>
        <w:rPr>
          <w:b/>
        </w:rPr>
        <w:t xml:space="preserve">[28:07] </w:t>
      </w:r>
      <w:r>
        <w:t>aisa pehle zamaney mein bohat hota tha arab mein.</w:t>
      </w:r>
    </w:p>
    <w:p>
      <w:pPr>
        <w:jc w:val="right"/>
      </w:pPr>
      <w:r>
        <w:t>ایسا پہلے زمانے میں بہت ہوتا تھا عرب میں۔</w:t>
      </w:r>
    </w:p>
    <w:p>
      <w:r>
        <w:rPr>
          <w:b/>
        </w:rPr>
        <w:t xml:space="preserve">[28:14] </w:t>
      </w:r>
      <w:r>
        <w:t>to unhon ne kaha ke haan.</w:t>
      </w:r>
    </w:p>
    <w:p>
      <w:pPr>
        <w:jc w:val="right"/>
      </w:pPr>
      <w:r>
        <w:t>تو انہوں نے کہا کہ ہاں۔</w:t>
      </w:r>
    </w:p>
    <w:p>
      <w:r>
        <w:rPr>
          <w:b/>
        </w:rPr>
        <w:t xml:space="preserve">[28:21] </w:t>
      </w:r>
      <w:r>
        <w:t>to unhon ne poocha ke phir aap ne kya kiya? to hazrat umar ne kaha ke shammartu washtahadtu</w:t>
      </w:r>
    </w:p>
    <w:p>
      <w:pPr>
        <w:jc w:val="right"/>
      </w:pPr>
      <w:r>
        <w:t>تو انہوں نے پوچھا کہ پھر آپ نے کیا کیا؟ تو حضرت عمر نے کہا کہ شَمَّرْتُ وَشْتَهَدْتُ</w:t>
      </w:r>
    </w:p>
    <w:p>
      <w:r>
        <w:rPr>
          <w:b/>
        </w:rPr>
        <w:t xml:space="preserve">[28:27] </w:t>
      </w:r>
      <w:r>
        <w:t>yaani apne kapde khoob sameyt liye aur bachta hua guzar gaya.</w:t>
      </w:r>
    </w:p>
    <w:p>
      <w:pPr>
        <w:jc w:val="right"/>
      </w:pPr>
      <w:r>
        <w:t>یعنی اپنے کپڑے خوب سمیٹ لیے اور بچتا ہوا گزر گیا۔</w:t>
      </w:r>
    </w:p>
    <w:p>
      <w:r>
        <w:rPr>
          <w:b/>
        </w:rPr>
        <w:t xml:space="preserve">[28:34] </w:t>
      </w:r>
      <w:r>
        <w:t>to unhon ne kaha ke zalika al taqwa yahi taqwa hai.</w:t>
      </w:r>
    </w:p>
    <w:p>
      <w:pPr>
        <w:jc w:val="right"/>
      </w:pPr>
      <w:r>
        <w:t>تو انہوں نے کہا کہ ذَٰلِكَ التَّقْوَى یہی تقوی ہے۔</w:t>
      </w:r>
    </w:p>
    <w:p>
      <w:r>
        <w:rPr>
          <w:b/>
        </w:rPr>
        <w:t xml:space="preserve">[28:44] </w:t>
      </w:r>
      <w:r>
        <w:t>yaani is dunya ki zindagi mein aadmi ko kaante daar jhariyon ke darmiyan se guzarna padta hai.</w:t>
      </w:r>
    </w:p>
    <w:p>
      <w:pPr>
        <w:jc w:val="right"/>
      </w:pPr>
      <w:r>
        <w:t>یعنی اس دنیا کی زندگی میں آدمی کو کانٹے دار جھاڑیوں کے درمیان سے گزرنا پڑتا ہے۔</w:t>
      </w:r>
    </w:p>
    <w:p>
      <w:r>
        <w:rPr>
          <w:b/>
        </w:rPr>
        <w:t xml:space="preserve">[28:54] </w:t>
      </w:r>
      <w:r>
        <w:t>کانٹے دار کانٹے دار جھاڑیاں کیا ہیں؟ temptation, desires, interest,</w:t>
      </w:r>
    </w:p>
    <w:p>
      <w:pPr>
        <w:jc w:val="right"/>
      </w:pPr>
      <w:r>
        <w:t>کانٹے دار کانٹے دار جھاڑیاں کیا ہیں؟ ٹیمپٹیشن، ڈیزائرز، انٹرسٹ،</w:t>
      </w:r>
    </w:p>
    <w:p>
      <w:r>
        <w:rPr>
          <w:b/>
        </w:rPr>
        <w:t xml:space="preserve">[29:04] </w:t>
      </w:r>
      <w:r>
        <w:t>anger, revenge, malice.</w:t>
      </w:r>
    </w:p>
    <w:p>
      <w:pPr>
        <w:jc w:val="right"/>
      </w:pPr>
      <w:r>
        <w:t>اینگر، ریونج، میلِس۔</w:t>
      </w:r>
    </w:p>
    <w:p>
      <w:r>
        <w:rPr>
          <w:b/>
        </w:rPr>
        <w:t xml:space="preserve">[29:09] </w:t>
      </w:r>
      <w:r>
        <w:t>yeh sab kaante hain zindagi ke.</w:t>
      </w:r>
    </w:p>
    <w:p>
      <w:pPr>
        <w:jc w:val="right"/>
      </w:pPr>
      <w:r>
        <w:t>یہ سب کانٹے ہیں زندگی کے۔</w:t>
      </w:r>
    </w:p>
    <w:p>
      <w:r>
        <w:rPr>
          <w:b/>
        </w:rPr>
        <w:t xml:space="preserve">[29:14] </w:t>
      </w:r>
      <w:r>
        <w:t>yeh sab zindagi ke kaante hain.</w:t>
      </w:r>
    </w:p>
    <w:p>
      <w:pPr>
        <w:jc w:val="right"/>
      </w:pPr>
      <w:r>
        <w:t>یہ سب زندگی کے کانٹے ہیں۔</w:t>
      </w:r>
    </w:p>
    <w:p>
      <w:r>
        <w:rPr>
          <w:b/>
        </w:rPr>
        <w:t xml:space="preserve">[29:19] </w:t>
      </w:r>
      <w:r>
        <w:t>to bar bar aisi situation create hoti hai ke aadmi kisi na kisi kaante mein ulajh jae.</w:t>
      </w:r>
    </w:p>
    <w:p>
      <w:pPr>
        <w:jc w:val="right"/>
      </w:pPr>
      <w:r>
        <w:t>تو بار بار ایسی سچویشن کریٹ ہوتی ہے کہ آدمی کسی نہ کسی کانٹے میں الجھ جائے۔</w:t>
      </w:r>
    </w:p>
    <w:p>
      <w:r>
        <w:rPr>
          <w:b/>
        </w:rPr>
        <w:t xml:space="preserve">[29:24] </w:t>
      </w:r>
      <w:r>
        <w:t>jab aap insano ke darmiyan rehte hain to logon ke beech mein rehte hue bar bar aisi situation</w:t>
      </w:r>
    </w:p>
    <w:p>
      <w:pPr>
        <w:jc w:val="right"/>
      </w:pPr>
      <w:r>
        <w:t>جب آپ انسانوں کے درمیان رہتے ہیں تو لوگوں کے بیچ میں رہتے ہوئے بار بار ایسی سچویشن</w:t>
      </w:r>
    </w:p>
    <w:p>
      <w:r>
        <w:rPr>
          <w:b/>
        </w:rPr>
        <w:t xml:space="preserve">[29:29] </w:t>
      </w:r>
      <w:r>
        <w:t>create hoti hai ke kisi na kisi kan</w:t>
      </w:r>
    </w:p>
    <w:p>
      <w:pPr>
        <w:jc w:val="right"/>
      </w:pPr>
      <w:r>
        <w:t>کریٹ ہوتی ہے کہ کسی نہ کسی کان</w:t>
      </w:r>
    </w:p>
    <w:p>
      <w:r>
        <w:rPr>
          <w:b/>
        </w:rPr>
        <w:t xml:space="preserve">[29:34] </w:t>
      </w:r>
      <w:r>
        <w:t>te se ulajhne ka mauqa paida ho jata hai.</w:t>
      </w:r>
    </w:p>
    <w:p>
      <w:pPr>
        <w:jc w:val="right"/>
      </w:pPr>
      <w:r>
        <w:t>ٹے سے الجھنے کا موقع پیدا ہو جاتا ہے۔</w:t>
      </w:r>
    </w:p>
    <w:p>
      <w:r>
        <w:rPr>
          <w:b/>
        </w:rPr>
        <w:t xml:space="preserve">[29:40] </w:t>
      </w:r>
      <w:r>
        <w:t>kabhi yeh ke aap ko kisi se ghussa aa jata hai.</w:t>
      </w:r>
    </w:p>
    <w:p>
      <w:pPr>
        <w:jc w:val="right"/>
      </w:pPr>
      <w:r>
        <w:t>کبھی یہ کہ آپ کو کسی سے غصہ آ جاتا ہے۔</w:t>
      </w:r>
    </w:p>
    <w:p>
      <w:r>
        <w:rPr>
          <w:b/>
        </w:rPr>
        <w:t xml:space="preserve">[29:46] </w:t>
      </w:r>
      <w:r>
        <w:t>kabhi aisa hota hai kisi ke khilaf aap ko revenge jaag uthta hai, inteqaam.</w:t>
      </w:r>
    </w:p>
    <w:p>
      <w:pPr>
        <w:jc w:val="right"/>
      </w:pPr>
      <w:r>
        <w:t>کبھی ایسا ہوتا ہے کسی کے خلاف آپ کو ریونج جاگ اٹھتا ہے، انتقام۔</w:t>
      </w:r>
    </w:p>
    <w:p>
      <w:r>
        <w:rPr>
          <w:b/>
        </w:rPr>
        <w:t xml:space="preserve">[29:52] </w:t>
      </w:r>
      <w:r>
        <w:t>کبھی malice، کبھی آپ intolerant بن جاتے ہیں، کبھی کسی کے معاملے میں آپ intolerant ہو جاتے ہیں۔</w:t>
      </w:r>
    </w:p>
    <w:p>
      <w:pPr>
        <w:jc w:val="right"/>
      </w:pPr>
      <w:r>
        <w:t>کبھی میلِس، کبھی آپ انٹالنٹ بن جاتے ہیں، کبھی کسی کے معاملے میں آپ انٹالنٹ ہو جاتے ہیں۔</w:t>
      </w:r>
    </w:p>
    <w:p>
      <w:r>
        <w:rPr>
          <w:b/>
        </w:rPr>
        <w:t xml:space="preserve">[29:58] </w:t>
      </w:r>
      <w:r>
        <w:t>kabhi tashaddud ke jazbaat bhark uthte hain aap ke andar. kabhi injust</w:t>
      </w:r>
    </w:p>
    <w:p>
      <w:pPr>
        <w:jc w:val="right"/>
      </w:pPr>
      <w:r>
        <w:t>کبھی تشدد کے جذبات بھڑک اٹھتے ہیں آپ کے اندر۔ کبھی انجسٹ</w:t>
      </w:r>
    </w:p>
    <w:p>
      <w:r>
        <w:rPr>
          <w:b/>
        </w:rPr>
        <w:t xml:space="preserve">[30:04] </w:t>
      </w:r>
      <w:r>
        <w:t>ice ke jazbaat aap ke andar aa jate hain.</w:t>
      </w:r>
    </w:p>
    <w:p>
      <w:pPr>
        <w:jc w:val="right"/>
      </w:pPr>
      <w:r>
        <w:t>س کے جذبات آپ کے اندر آ جاتے ہیں۔</w:t>
      </w:r>
    </w:p>
    <w:p>
      <w:r>
        <w:rPr>
          <w:b/>
        </w:rPr>
        <w:t xml:space="preserve">[30:09] </w:t>
      </w:r>
      <w:r>
        <w:t>yeh sab kaante hain.</w:t>
      </w:r>
    </w:p>
    <w:p>
      <w:pPr>
        <w:jc w:val="right"/>
      </w:pPr>
      <w:r>
        <w:t>یہ سب کانٹے ہیں۔</w:t>
      </w:r>
    </w:p>
    <w:p>
      <w:r>
        <w:rPr>
          <w:b/>
        </w:rPr>
        <w:t xml:space="preserve">[30:13] </w:t>
      </w:r>
      <w:r>
        <w:t>کبھی negative thought آپ کے اندر آ جاتے ہیں۔</w:t>
      </w:r>
    </w:p>
    <w:p>
      <w:pPr>
        <w:jc w:val="right"/>
      </w:pPr>
      <w:r>
        <w:t>کبھی نیگیٹیو تھاٹ آپ کے اندر آ جاتے ہیں۔</w:t>
      </w:r>
    </w:p>
    <w:p>
      <w:r>
        <w:rPr>
          <w:b/>
        </w:rPr>
        <w:t xml:space="preserve">[30:17] </w:t>
      </w:r>
      <w:r>
        <w:t>yeh sab kaante hain.</w:t>
      </w:r>
    </w:p>
    <w:p>
      <w:pPr>
        <w:jc w:val="right"/>
      </w:pPr>
      <w:r>
        <w:t>یہ سب کانٹے ہیں۔</w:t>
      </w:r>
    </w:p>
    <w:p>
      <w:r>
        <w:rPr>
          <w:b/>
        </w:rPr>
        <w:t xml:space="preserve">[30:21] </w:t>
      </w:r>
      <w:r>
        <w:t>in kaanton se bachte hue zindagi guzarna yeh matloob hai.</w:t>
      </w:r>
    </w:p>
    <w:p>
      <w:pPr>
        <w:jc w:val="right"/>
      </w:pPr>
      <w:r>
        <w:t>ان کانٹوں سے بچتے ہوئے زندگی گزارنا یہ مطلوب ہے۔</w:t>
      </w:r>
    </w:p>
    <w:p>
      <w:r>
        <w:rPr>
          <w:b/>
        </w:rPr>
        <w:t xml:space="preserve">[30:26] </w:t>
      </w:r>
      <w:r>
        <w:t>isi ki tarbiyat hai.</w:t>
      </w:r>
    </w:p>
    <w:p>
      <w:pPr>
        <w:jc w:val="right"/>
      </w:pPr>
      <w:r>
        <w:t>اسی کی تربیت ہے۔</w:t>
      </w:r>
    </w:p>
    <w:p>
      <w:r>
        <w:rPr>
          <w:b/>
        </w:rPr>
        <w:t xml:space="preserve">[30:30] </w:t>
      </w:r>
      <w:r>
        <w:t>isi ki tarbiyat ke liye roza rakha gaya. woh kaise?</w:t>
      </w:r>
    </w:p>
    <w:p>
      <w:pPr>
        <w:jc w:val="right"/>
      </w:pPr>
      <w:r>
        <w:t>اسی کی تربیت کے لیے روزہ رکھا گیا۔ وہ کیسے؟</w:t>
      </w:r>
    </w:p>
    <w:p>
      <w:r>
        <w:rPr>
          <w:b/>
        </w:rPr>
        <w:t xml:space="preserve">[30:34] </w:t>
      </w:r>
      <w:r>
        <w:t>roze mein kya hota hai? aap rozana khate hain, peete hain, azadi ke sath, koi rok nahin.</w:t>
      </w:r>
    </w:p>
    <w:p>
      <w:pPr>
        <w:jc w:val="right"/>
      </w:pPr>
      <w:r>
        <w:t>روزے میں کیا ہوتا ہے؟ آپ روزانہ کھاتے ہیں، پیتے ہیں، آزادی کے ساتھ، کوئی روک نہیں۔</w:t>
      </w:r>
    </w:p>
    <w:p>
      <w:r>
        <w:rPr>
          <w:b/>
        </w:rPr>
        <w:t xml:space="preserve">[30:40] </w:t>
      </w:r>
      <w:r>
        <w:t>lekin Ramzan ke mahine mein din ke auqaat mein aap se kaha jata hai ke bach bach in</w:t>
      </w:r>
    </w:p>
    <w:p>
      <w:pPr>
        <w:jc w:val="right"/>
      </w:pPr>
      <w:r>
        <w:t>لیکن رمضان کے مہینے میں دن کے اوقات میں آپ سے کہا جاتا ہے کہ بچ بچ ان</w:t>
      </w:r>
    </w:p>
    <w:p>
      <w:r>
        <w:rPr>
          <w:b/>
        </w:rPr>
        <w:t xml:space="preserve">[30:46] </w:t>
      </w:r>
      <w:r>
        <w:t>cheezon se bach kar raho.</w:t>
      </w:r>
    </w:p>
    <w:p>
      <w:pPr>
        <w:jc w:val="right"/>
      </w:pPr>
      <w:r>
        <w:t>چیزوں سے بچ کر رہو۔</w:t>
      </w:r>
    </w:p>
    <w:p>
      <w:r>
        <w:rPr>
          <w:b/>
        </w:rPr>
        <w:t xml:space="preserve">[30:52] </w:t>
      </w:r>
      <w:r>
        <w:t>na to pani piyo, na khana khao.</w:t>
      </w:r>
    </w:p>
    <w:p>
      <w:pPr>
        <w:jc w:val="right"/>
      </w:pPr>
      <w:r>
        <w:t>نہ تو پانی پیو، نہ کھانا کھاؤ۔</w:t>
      </w:r>
    </w:p>
    <w:p>
      <w:r>
        <w:rPr>
          <w:b/>
        </w:rPr>
        <w:t xml:space="preserve">[30:58] </w:t>
      </w:r>
      <w:r>
        <w:t>to kuch zaroori jo zindagi ki kuch zaroori cheezein hain,</w:t>
      </w:r>
    </w:p>
    <w:p>
      <w:pPr>
        <w:jc w:val="right"/>
      </w:pPr>
      <w:r>
        <w:t>تو کچھ ضروری جو زندگی کی کچھ ضروری چیزیں ہیں،</w:t>
      </w:r>
    </w:p>
    <w:p>
      <w:r>
        <w:rPr>
          <w:b/>
        </w:rPr>
        <w:t xml:space="preserve">[31:05] </w:t>
      </w:r>
      <w:r>
        <w:t>zindagi ke kuch zaroori item hain, un se bachte hue aap ko batana parta hai poora mahina din</w:t>
      </w:r>
    </w:p>
    <w:p>
      <w:pPr>
        <w:jc w:val="right"/>
      </w:pPr>
      <w:r>
        <w:t>زندگی کے کچھ ضروری آئٹم ہیں، ان سے بچتے ہوئے آپ کو بتانا پڑتا ہے پورا مہینہ دن</w:t>
      </w:r>
    </w:p>
    <w:p>
      <w:r>
        <w:rPr>
          <w:b/>
        </w:rPr>
        <w:t xml:space="preserve">[31:11] </w:t>
      </w:r>
      <w:r>
        <w:t>ke auqaat mein.</w:t>
      </w:r>
    </w:p>
    <w:p>
      <w:pPr>
        <w:jc w:val="right"/>
      </w:pPr>
      <w:r>
        <w:t>کے اوقات میں۔</w:t>
      </w:r>
    </w:p>
    <w:p>
      <w:r>
        <w:rPr>
          <w:b/>
        </w:rPr>
        <w:t xml:space="preserve">[31:17] </w:t>
      </w:r>
      <w:r>
        <w:t>to yeh kya hai? isi ko hum kahenge parhezgari.</w:t>
      </w:r>
    </w:p>
    <w:p>
      <w:pPr>
        <w:jc w:val="right"/>
      </w:pPr>
      <w:r>
        <w:t>تو یہ کیا ہے؟ اسی کو ہم کہیں گے پرہیزگاری۔</w:t>
      </w:r>
    </w:p>
    <w:p>
      <w:r>
        <w:rPr>
          <w:b/>
        </w:rPr>
        <w:t xml:space="preserve">[31:23] </w:t>
      </w:r>
      <w:r>
        <w:t>is ko doosre lafzon mein hum keh sakte hain ke self discipline, self control.</w:t>
      </w:r>
    </w:p>
    <w:p>
      <w:pPr>
        <w:jc w:val="right"/>
      </w:pPr>
      <w:r>
        <w:t>اس کو دوسرے لفظوں میں ہم کہہ سکتے ہیں کہ سیلف ڈسپلن، سیلف کنٹرول۔</w:t>
      </w:r>
    </w:p>
    <w:p>
      <w:r>
        <w:rPr>
          <w:b/>
        </w:rPr>
        <w:t xml:space="preserve">[31:29] </w:t>
      </w:r>
      <w:r>
        <w:t>yani aap ko</w:t>
      </w:r>
    </w:p>
    <w:p>
      <w:pPr>
        <w:jc w:val="right"/>
      </w:pPr>
      <w:r>
        <w:t>یعنی آپ کو</w:t>
      </w:r>
    </w:p>
    <w:p>
      <w:r>
        <w:rPr>
          <w:b/>
        </w:rPr>
        <w:t xml:space="preserve">[31:35] </w:t>
      </w:r>
      <w:r>
        <w:t>pyaas lage tab bhi aap pani na piyein.</w:t>
      </w:r>
    </w:p>
    <w:p>
      <w:pPr>
        <w:jc w:val="right"/>
      </w:pPr>
      <w:r>
        <w:t>پیاس لگے تب بھی آپ پانی نہ پیئیں۔</w:t>
      </w:r>
    </w:p>
    <w:p>
      <w:r>
        <w:rPr>
          <w:b/>
        </w:rPr>
        <w:t xml:space="preserve">[31:40] </w:t>
      </w:r>
      <w:r>
        <w:t>bhook lage tab bhi aap khana na khayein.</w:t>
      </w:r>
    </w:p>
    <w:p>
      <w:pPr>
        <w:jc w:val="right"/>
      </w:pPr>
      <w:r>
        <w:t>بھوک لگے تب بھی آپ کھانا نہ کھائیں۔</w:t>
      </w:r>
    </w:p>
    <w:p>
      <w:r>
        <w:rPr>
          <w:b/>
        </w:rPr>
        <w:t xml:space="preserve">[31:44] </w:t>
      </w:r>
      <w:r>
        <w:t>apne ko discipline mein rakhen.</w:t>
      </w:r>
    </w:p>
    <w:p>
      <w:pPr>
        <w:jc w:val="right"/>
      </w:pPr>
      <w:r>
        <w:t>اپنے کو ڈسپلن میں رکھیں۔</w:t>
      </w:r>
    </w:p>
    <w:p>
      <w:r>
        <w:rPr>
          <w:b/>
        </w:rPr>
        <w:t xml:space="preserve">[31:48] </w:t>
      </w:r>
      <w:r>
        <w:t>aise hi samaj mein hota hai ke ghussa aaye tab bhi aap ghussa kisi ke upar na utaren.</w:t>
      </w:r>
    </w:p>
    <w:p>
      <w:pPr>
        <w:jc w:val="right"/>
      </w:pPr>
      <w:r>
        <w:t>ایسے ہی سماج میں ہوتا ہے کہ غصہ آئے تب بھی آپ غصہ کسی کے اوپر نہ اتاریں۔</w:t>
      </w:r>
    </w:p>
    <w:p>
      <w:r>
        <w:rPr>
          <w:b/>
        </w:rPr>
        <w:t xml:space="preserve">[31:53] </w:t>
      </w:r>
      <w:r>
        <w:t>revenge aaye tab bhi is se aap intiqam na len.</w:t>
      </w:r>
    </w:p>
    <w:p>
      <w:pPr>
        <w:jc w:val="right"/>
      </w:pPr>
      <w:r>
        <w:t>ریونج آئے تب بھی اس سے آپ انتقام نہ لیں۔</w:t>
      </w:r>
    </w:p>
    <w:p>
      <w:r>
        <w:rPr>
          <w:b/>
        </w:rPr>
        <w:t xml:space="preserve">[31:57] </w:t>
      </w:r>
      <w:r>
        <w:t>aap ke andar injustice ka jazba aa jaye tab bhi aap be-insaafi na karen.</w:t>
      </w:r>
    </w:p>
    <w:p>
      <w:pPr>
        <w:jc w:val="right"/>
      </w:pPr>
      <w:r>
        <w:t>آپ کے اندر انجسٹس کا جذبہ آ جائے تب بھی آپ بے انصافی نہ کریں۔</w:t>
      </w:r>
    </w:p>
    <w:p>
      <w:r>
        <w:rPr>
          <w:b/>
        </w:rPr>
        <w:t xml:space="preserve">[32:02] </w:t>
      </w:r>
      <w:r>
        <w:t>to roze mein</w:t>
      </w:r>
    </w:p>
    <w:p>
      <w:pPr>
        <w:jc w:val="right"/>
      </w:pPr>
      <w:r>
        <w:t>تو روزے میں</w:t>
      </w:r>
    </w:p>
    <w:p>
      <w:r>
        <w:rPr>
          <w:b/>
        </w:rPr>
        <w:t xml:space="preserve">[32:06] </w:t>
      </w:r>
      <w:r>
        <w:t>pani aur khane se roze mein pani aur khane ke bare mein apne ko control mein rakha jata</w:t>
      </w:r>
    </w:p>
    <w:p>
      <w:pPr>
        <w:jc w:val="right"/>
      </w:pPr>
      <w:r>
        <w:t>پانی اور کھانے سے روزے میں پانی اور کھانے کے بارے میں اپنے کو کنٹرول میں رکھا جاتا</w:t>
      </w:r>
    </w:p>
    <w:p>
      <w:r>
        <w:rPr>
          <w:b/>
        </w:rPr>
        <w:t xml:space="preserve">[32:16] </w:t>
      </w:r>
      <w:r>
        <w:t>hai taake poori zindagi mein aap apne ko self control ya self discipline wale culture mein zindagi guzar saken.</w:t>
      </w:r>
    </w:p>
    <w:p>
      <w:pPr>
        <w:jc w:val="right"/>
      </w:pPr>
      <w:r>
        <w:t>ہے تاکہ پوری زندگی میں آپ اپنے کو سیلف کنٹرول یا سیلف ڈسپلن والے کلچر میں زندگی گزار سکیں۔</w:t>
      </w:r>
    </w:p>
    <w:p>
      <w:r>
        <w:rPr>
          <w:b/>
        </w:rPr>
        <w:t xml:space="preserve">[32:27] </w:t>
      </w:r>
      <w:r>
        <w:t>to roza haqeeqat mein self control ki training hai, self discipline ki tarbiyat hai.</w:t>
      </w:r>
    </w:p>
    <w:p>
      <w:pPr>
        <w:jc w:val="right"/>
      </w:pPr>
      <w:r>
        <w:t>تو روزہ حقیقت میں سیلف کنٹرول کی ٹریننگ ہے، سیلف ڈسپلن کی تربیت ہے۔</w:t>
      </w:r>
    </w:p>
    <w:p>
      <w:r>
        <w:rPr>
          <w:b/>
        </w:rPr>
        <w:t xml:space="preserve">[32:37] </w:t>
      </w:r>
      <w:r>
        <w:t>isi ka naam hai taqwa.</w:t>
      </w:r>
    </w:p>
    <w:p>
      <w:pPr>
        <w:jc w:val="right"/>
      </w:pPr>
      <w:r>
        <w:t>اسی کا نام ہے تقوی۔</w:t>
      </w:r>
    </w:p>
    <w:p>
      <w:r>
        <w:rPr>
          <w:b/>
        </w:rPr>
        <w:t xml:space="preserve">[32:43] </w:t>
      </w:r>
      <w:r>
        <w:t>isi ka naam hai taqwa.</w:t>
      </w:r>
    </w:p>
    <w:p>
      <w:pPr>
        <w:jc w:val="right"/>
      </w:pPr>
      <w:r>
        <w:t>اسی کا نام ہے تقوی۔</w:t>
      </w:r>
    </w:p>
    <w:p>
      <w:r>
        <w:rPr>
          <w:b/>
        </w:rPr>
        <w:t xml:space="preserve">[32:49] </w:t>
      </w:r>
      <w:r>
        <w:t>yaani ehtiyat ki zindagi, pabandi ki zindagi, chahte hue bhi ek kaam na karna.</w:t>
      </w:r>
    </w:p>
    <w:p>
      <w:pPr>
        <w:jc w:val="right"/>
      </w:pPr>
      <w:r>
        <w:t>یعنی احتیاط کی زندگی، پابندی کی زندگی، چاہتے ہوئے بھی ایک کام نہ کرنا۔</w:t>
      </w:r>
    </w:p>
    <w:p>
      <w:r>
        <w:rPr>
          <w:b/>
        </w:rPr>
        <w:t xml:space="preserve">[32:55] </w:t>
      </w:r>
      <w:r>
        <w:t>isi ka naam hai taqwa.</w:t>
      </w:r>
    </w:p>
    <w:p>
      <w:pPr>
        <w:jc w:val="right"/>
      </w:pPr>
      <w:r>
        <w:t>اسی کا نام ہے تقوی۔</w:t>
      </w:r>
    </w:p>
    <w:p>
      <w:r>
        <w:rPr>
          <w:b/>
        </w:rPr>
        <w:t xml:space="preserve">[33:01] </w:t>
      </w:r>
      <w:r>
        <w:t>to farmaya ke roza jo rakha gaya hai wo pichhle logon pe rakha gaya tha.</w:t>
      </w:r>
    </w:p>
    <w:p>
      <w:pPr>
        <w:jc w:val="right"/>
      </w:pPr>
      <w:r>
        <w:t>تو فرمایا کہ روزہ جو رکھا گیا ہے وہ پچھلے لوگوں پہ رکھا گیا تھا۔</w:t>
      </w:r>
    </w:p>
    <w:p>
      <w:r>
        <w:rPr>
          <w:b/>
        </w:rPr>
        <w:t xml:space="preserve">[33:07] </w:t>
      </w:r>
      <w:r>
        <w:t>ab tumhare liye rakha gaya hai.</w:t>
      </w:r>
    </w:p>
    <w:p>
      <w:pPr>
        <w:jc w:val="right"/>
      </w:pPr>
      <w:r>
        <w:t>اب تمہارے لیے رکھا گیا ہے۔</w:t>
      </w:r>
    </w:p>
    <w:p>
      <w:r>
        <w:rPr>
          <w:b/>
        </w:rPr>
        <w:t xml:space="preserve">[33:15] </w:t>
      </w:r>
      <w:r>
        <w:t>is ka matlab yeh hua ke roza ek ek ebedi tareeqa raha hai Khuda ke paighambaron ka.</w:t>
      </w:r>
    </w:p>
    <w:p>
      <w:pPr>
        <w:jc w:val="right"/>
      </w:pPr>
      <w:r>
        <w:t>اس کا مطلب یہ ہوا کہ روزہ ایک ایک ابدی طریقہ رہا ہے خدا کے پیغمبروں کا۔</w:t>
      </w:r>
    </w:p>
    <w:p>
      <w:r>
        <w:rPr>
          <w:b/>
        </w:rPr>
        <w:t xml:space="preserve">[33:23] </w:t>
      </w:r>
      <w:r>
        <w:t>aap jante hain Khuda ki taraf se paighambar har zamaney mein aate rahe aur har zamaney mein jo</w:t>
      </w:r>
    </w:p>
    <w:p>
      <w:pPr>
        <w:jc w:val="right"/>
      </w:pPr>
      <w:r>
        <w:t>آپ جانتے ہیں خدا کی طرف سے پیغمبر ہر زمانے میں آتے رہے اور ہر زمانے میں جو</w:t>
      </w:r>
    </w:p>
    <w:p>
      <w:r>
        <w:rPr>
          <w:b/>
        </w:rPr>
        <w:t xml:space="preserve">[33:30] </w:t>
      </w:r>
      <w:r>
        <w:t>aaya us ne logon ko bataya ke tum ko rozedar zindagi guzarana hai.</w:t>
      </w:r>
    </w:p>
    <w:p>
      <w:pPr>
        <w:jc w:val="right"/>
      </w:pPr>
      <w:r>
        <w:t>آیا اس نے لوگوں کو بتایا کہ تم کو روزہ دار زندگی گزارنا ہے۔</w:t>
      </w:r>
    </w:p>
    <w:p>
      <w:r>
        <w:rPr>
          <w:b/>
        </w:rPr>
        <w:t xml:space="preserve">[33:38] </w:t>
      </w:r>
      <w:r>
        <w:t>rozedar zindagi yaani discipline ki zindagi, self control ki zindagi, ehtiyat ki zindagi, apni aazadi ko pabandi</w:t>
      </w:r>
    </w:p>
    <w:p>
      <w:pPr>
        <w:jc w:val="right"/>
      </w:pPr>
      <w:r>
        <w:t>روزہ دار زندگی یعنی ڈسپلن کی زندگی، سیلف کنٹرول کی زندگی، احتیاط کی زندگی، اپنی آزادی کو پابندی</w:t>
      </w:r>
    </w:p>
    <w:p>
      <w:r>
        <w:rPr>
          <w:b/>
        </w:rPr>
        <w:t xml:space="preserve">[33:46] </w:t>
      </w:r>
      <w:r>
        <w:t>ke sath, aazadi ke bawajood pabandi ke sath rehne wali zindagi ke aap ko aazadi hai ke aap</w:t>
      </w:r>
    </w:p>
    <w:p>
      <w:pPr>
        <w:jc w:val="right"/>
      </w:pPr>
      <w:r>
        <w:t>کے ساتھ، آزادی کے باوجود پابندی کے ساتھ رہنے والی زندگی کہ آپ کو آزادی ہے کہ آپ</w:t>
      </w:r>
    </w:p>
    <w:p>
      <w:r>
        <w:rPr>
          <w:b/>
        </w:rPr>
        <w:t xml:space="preserve">[33:53] </w:t>
      </w:r>
      <w:r>
        <w:t>pani pi len, khana kha len roze ke zamaney mein, phir bhi aap nahin pani peete, phir bhi</w:t>
      </w:r>
    </w:p>
    <w:p>
      <w:pPr>
        <w:jc w:val="right"/>
      </w:pPr>
      <w:r>
        <w:t>پانی پی لیں، کھانا کھا لیں روزے کے زمانے میں، پھر بھی آپ نہیں پانی پیتے، پھر بھی</w:t>
      </w:r>
    </w:p>
    <w:p>
      <w:r>
        <w:rPr>
          <w:b/>
        </w:rPr>
        <w:t xml:space="preserve">[34:01] </w:t>
      </w:r>
      <w:r>
        <w:t>aap khana nahin khate.</w:t>
      </w:r>
    </w:p>
    <w:p>
      <w:pPr>
        <w:jc w:val="right"/>
      </w:pPr>
      <w:r>
        <w:t>آپ کھانا نہیں کھاتے۔</w:t>
      </w:r>
    </w:p>
    <w:p>
      <w:r>
        <w:rPr>
          <w:b/>
        </w:rPr>
        <w:t xml:space="preserve">[34:08] </w:t>
      </w:r>
      <w:r>
        <w:t>is ka matlab hai ke aazadi hote hue bhi apne aap ko control mein rakhna.</w:t>
      </w:r>
    </w:p>
    <w:p>
      <w:pPr>
        <w:jc w:val="right"/>
      </w:pPr>
      <w:r>
        <w:t>اس کا مطلب ہے کہ آزادی ہوتے ہوئے بھی اپنے آپ کو کنٹرول میں رکھنا۔</w:t>
      </w:r>
    </w:p>
    <w:p>
      <w:r>
        <w:rPr>
          <w:b/>
        </w:rPr>
        <w:t xml:space="preserve">[34:16] </w:t>
      </w:r>
      <w:r>
        <w:t>aazadi hote hue bhi apne aap ko discipline mein rakhna.</w:t>
      </w:r>
    </w:p>
    <w:p>
      <w:pPr>
        <w:jc w:val="right"/>
      </w:pPr>
      <w:r>
        <w:t>آزادی ہوتے ہوئے بھی اپنے آپ کو ڈسپلن میں رکھنا۔</w:t>
      </w:r>
    </w:p>
    <w:p>
      <w:r>
        <w:rPr>
          <w:b/>
        </w:rPr>
        <w:t xml:space="preserve">[34:24] </w:t>
      </w:r>
      <w:r>
        <w:t>yeh hai roze ki tarbiyat.</w:t>
      </w:r>
    </w:p>
    <w:p>
      <w:pPr>
        <w:jc w:val="right"/>
      </w:pPr>
      <w:r>
        <w:t>یہ ہے روزے کی تربیت۔</w:t>
      </w:r>
    </w:p>
    <w:p>
      <w:r>
        <w:rPr>
          <w:b/>
        </w:rPr>
        <w:t xml:space="preserve">[34:33] </w:t>
      </w:r>
      <w:r>
        <w:t>roze ki ayaton mein 186 mein farmaya</w:t>
      </w:r>
    </w:p>
    <w:p>
      <w:pPr>
        <w:jc w:val="right"/>
      </w:pPr>
      <w:r>
        <w:t>روزے کی آیتوں میں 186 میں فرمایا</w:t>
      </w:r>
    </w:p>
    <w:p>
      <w:r>
        <w:rPr>
          <w:b/>
        </w:rPr>
        <w:t xml:space="preserve">[34:41] </w:t>
      </w:r>
      <w:r>
        <w:t>yeh jo ayaten rozay ke baray mein ayi hain isi mein se 186 ayat hai to us mein farmaya ke</w:t>
      </w:r>
    </w:p>
    <w:p>
      <w:pPr>
        <w:jc w:val="right"/>
      </w:pPr>
      <w:r>
        <w:t>یہ جو آیتیں روزے کے بارے میں آئی ہیں اسی میں سے 186 آیت ہے تو اس میں فرمایا کہ</w:t>
      </w:r>
    </w:p>
    <w:p>
      <w:r>
        <w:rPr>
          <w:b/>
        </w:rPr>
        <w:t xml:space="preserve">[35:14] </w:t>
      </w:r>
      <w:r>
        <w:t>is ka matlab yeh hai ke bande yani peghambar se kaha gaya ke bande poochein ke mere bande</w:t>
      </w:r>
    </w:p>
    <w:p>
      <w:pPr>
        <w:jc w:val="right"/>
      </w:pPr>
      <w:r>
        <w:t>اس کا مطلب یہ ہے کہ بندے یعنی پیغمبر سے کہا گیا کہ بندے پوچھیں کہ میرے بندے</w:t>
      </w:r>
    </w:p>
    <w:p>
      <w:r>
        <w:rPr>
          <w:b/>
        </w:rPr>
        <w:t xml:space="preserve">[35:22] </w:t>
      </w:r>
      <w:r>
        <w:t>mere bare mein pochte hain ke khuda se hum taluq kaise qaim karein? Khuda se kaise hum mangein?</w:t>
      </w:r>
    </w:p>
    <w:p>
      <w:pPr>
        <w:jc w:val="right"/>
      </w:pPr>
      <w:r>
        <w:t>میرے بارے میں پوچھتے ہیں کہ خدا سے ہم تعلق کیسے قائم کریں؟ خدا سے کیسے ہم مانگیں؟</w:t>
      </w:r>
    </w:p>
    <w:p>
      <w:r>
        <w:rPr>
          <w:b/>
        </w:rPr>
        <w:t xml:space="preserve">[35:30] </w:t>
      </w:r>
      <w:r>
        <w:t>to farmaya ke bande pochte hain mere bare mein to keh do ke mein tumhare bohat qareeb hoon,</w:t>
      </w:r>
    </w:p>
    <w:p>
      <w:pPr>
        <w:jc w:val="right"/>
      </w:pPr>
      <w:r>
        <w:t>تو فرمایا کہ بندے پوچھتے ہیں میرے بارے میں تو کہہ دو کہ میں تمہارے بہت قریب ہوں،</w:t>
      </w:r>
    </w:p>
    <w:p>
      <w:r>
        <w:rPr>
          <w:b/>
        </w:rPr>
        <w:t xml:space="preserve">[35:39] </w:t>
      </w:r>
      <w:r>
        <w:t>har insaan ke qareeb hoon.</w:t>
      </w:r>
    </w:p>
    <w:p>
      <w:pPr>
        <w:jc w:val="right"/>
      </w:pPr>
      <w:r>
        <w:t>ہر انسان کے قریب ہوں۔</w:t>
      </w:r>
    </w:p>
    <w:p>
      <w:r>
        <w:rPr>
          <w:b/>
        </w:rPr>
        <w:t xml:space="preserve">[35:47] </w:t>
      </w:r>
      <w:r>
        <w:t>qareeb matlab yeh nahi ke wohin jaise hamara aik saathi baitha hua hai, woh bhi baitha hua hai.</w:t>
      </w:r>
    </w:p>
    <w:p>
      <w:pPr>
        <w:jc w:val="right"/>
      </w:pPr>
      <w:r>
        <w:t>قریب مطلب یہ نہیں کہ وہیں جیسے ہمارا ایک ساتھی بیٹھا ہوا ہے، وہ بھی بیٹھا ہوا ہے۔</w:t>
      </w:r>
    </w:p>
    <w:p>
      <w:r>
        <w:rPr>
          <w:b/>
        </w:rPr>
        <w:t xml:space="preserve">[35:52] </w:t>
      </w:r>
      <w:r>
        <w:t>khuda ka ilm hum ko muheet, khuda ka ilm hamare hamare ahata kiye hue hai.</w:t>
      </w:r>
    </w:p>
    <w:p>
      <w:pPr>
        <w:jc w:val="right"/>
      </w:pPr>
      <w:r>
        <w:t>خدا کا علم ہم کو محیط، خدا کا علم ہمارے ہمارے احاطہ کیے ہوئے ہے۔</w:t>
      </w:r>
    </w:p>
    <w:p>
      <w:r>
        <w:rPr>
          <w:b/>
        </w:rPr>
        <w:t xml:space="preserve">[35:57] </w:t>
      </w:r>
      <w:r>
        <w:t>khuda ki taqat hamare ahata kiye hue hai.</w:t>
      </w:r>
    </w:p>
    <w:p>
      <w:pPr>
        <w:jc w:val="right"/>
      </w:pPr>
      <w:r>
        <w:t>خدا کی طاقت ہمارے احاطے کی ہوئی ہے۔</w:t>
      </w:r>
    </w:p>
    <w:p>
      <w:r>
        <w:rPr>
          <w:b/>
        </w:rPr>
        <w:t xml:space="preserve">[36:02] </w:t>
      </w:r>
      <w:r>
        <w:t>to hamari har baat ka khuda ko ilm hai.</w:t>
      </w:r>
    </w:p>
    <w:p>
      <w:pPr>
        <w:jc w:val="right"/>
      </w:pPr>
      <w:r>
        <w:t>تو ہماری ہر بات کا خدا کو علم ہے۔</w:t>
      </w:r>
    </w:p>
    <w:p>
      <w:r>
        <w:rPr>
          <w:b/>
        </w:rPr>
        <w:t xml:space="preserve">[36:07] </w:t>
      </w:r>
      <w:r>
        <w:t>hamari har baat khuda direct tor par sunta hai.</w:t>
      </w:r>
    </w:p>
    <w:p>
      <w:pPr>
        <w:jc w:val="right"/>
      </w:pPr>
      <w:r>
        <w:t>ہماری ہر بات خدا ڈائریکٹ طور پر سنتا ہے۔</w:t>
      </w:r>
    </w:p>
    <w:p>
      <w:r>
        <w:rPr>
          <w:b/>
        </w:rPr>
        <w:t xml:space="preserve">[36:12] </w:t>
      </w:r>
      <w:r>
        <w:t>direct tor par kisi beech ke kisi zariye</w:t>
      </w:r>
    </w:p>
    <w:p>
      <w:pPr>
        <w:jc w:val="right"/>
      </w:pPr>
      <w:r>
        <w:t>ڈائریکٹ طور پر کسی بیچ کے کسی ذریعے</w:t>
      </w:r>
    </w:p>
    <w:p>
      <w:r>
        <w:rPr>
          <w:b/>
        </w:rPr>
        <w:t xml:space="preserve">[36:17] </w:t>
      </w:r>
      <w:r>
        <w:t>ke baghair. to farmaya ke bandon ko keh do ke mein tumharay bohat qareeb hoon aur tumhari pukar ko aur tumhari dua ko sunta hoon. tum is ko pukaro, is se tum ko hidayat milay gi. yani kisi ka darmiani, yani kisi ko darmiani wasta bananay ki zaroorat</w:t>
      </w:r>
    </w:p>
    <w:p>
      <w:pPr>
        <w:jc w:val="right"/>
      </w:pPr>
      <w:r>
        <w:t>کے بغیر۔ تو فرمایا کہ بندوں کو کہہ دو کہ میں تمہارے بہت قریب ہوں اور تمہاری پکار کو اور تمہاری دعا کو سنتا ہوں۔ تم اس کو پکارو، اس سے تم کو ہدایت ملے گی۔ یعنی کسی کا درمیانی، یعنی کسی کو درمیانی واسطہ بنانے کی ضرورت</w:t>
      </w:r>
    </w:p>
    <w:p>
      <w:r>
        <w:rPr>
          <w:b/>
        </w:rPr>
        <w:t xml:space="preserve">[36:47] </w:t>
      </w:r>
      <w:r>
        <w:t>nahi hai.</w:t>
      </w:r>
    </w:p>
    <w:p>
      <w:pPr>
        <w:jc w:val="right"/>
      </w:pPr>
      <w:r>
        <w:t>نہیں ہے۔</w:t>
      </w:r>
    </w:p>
    <w:p>
      <w:r>
        <w:rPr>
          <w:b/>
        </w:rPr>
        <w:t xml:space="preserve">[36:54] </w:t>
      </w:r>
      <w:r>
        <w:t>kisi ko darmiani wasta banane ki zaroorat nahi hai.</w:t>
      </w:r>
    </w:p>
    <w:p>
      <w:pPr>
        <w:jc w:val="right"/>
      </w:pPr>
      <w:r>
        <w:t>کسی کو درمیانی واسطہ بنانے کی ضرورت نہیں ہے۔</w:t>
      </w:r>
    </w:p>
    <w:p>
      <w:r>
        <w:rPr>
          <w:b/>
        </w:rPr>
        <w:t xml:space="preserve">[37:00] </w:t>
      </w:r>
      <w:r>
        <w:t>tum direct tor par mujh ko pukaaro.</w:t>
      </w:r>
    </w:p>
    <w:p>
      <w:pPr>
        <w:jc w:val="right"/>
      </w:pPr>
      <w:r>
        <w:t>تم ڈائریکٹ طور پر مجھ کو پکارو۔</w:t>
      </w:r>
    </w:p>
    <w:p>
      <w:r>
        <w:rPr>
          <w:b/>
        </w:rPr>
        <w:t xml:space="preserve">[37:07] </w:t>
      </w:r>
      <w:r>
        <w:t>dekhein yeh tareeq, yeh jo yeh jo yeh jo aqeedah hai ke kisi ko wasta bana kar dua</w:t>
      </w:r>
    </w:p>
    <w:p>
      <w:pPr>
        <w:jc w:val="right"/>
      </w:pPr>
      <w:r>
        <w:t>دیکھیں یہ طریق، یہ جو یہ جو یہ جو عقیدہ ہے کہ کسی کو واسطہ بنا کر دعا</w:t>
      </w:r>
    </w:p>
    <w:p>
      <w:r>
        <w:rPr>
          <w:b/>
        </w:rPr>
        <w:t xml:space="preserve">[37:13] </w:t>
      </w:r>
      <w:r>
        <w:t>karna, yeh khuda ke ghazab ko bharkane wala hai.</w:t>
      </w:r>
    </w:p>
    <w:p>
      <w:pPr>
        <w:jc w:val="right"/>
      </w:pPr>
      <w:r>
        <w:t>کرنا، یہ خدا کے غضب کو بھڑکانے والا ہے۔</w:t>
      </w:r>
    </w:p>
    <w:p>
      <w:r>
        <w:rPr>
          <w:b/>
        </w:rPr>
        <w:t xml:space="preserve">[37:20] </w:t>
      </w:r>
      <w:r>
        <w:t>kisi ko wasta banakar dua karna, yeh Khuda ke ghazab ko bharkanay wala hai. kyun? aap ne Khuda ko, aap ne Khuda ke ilawa bhi kisi ko to koi darja de diya ke koi hai jo us ki pohnch Khuda tak hoti hai, koi hai jis ka zor chalta hai Khuda ke oopar, koi hai jis ke pas yeh taqat hai ke woh Khuda se manwa le. to aap us se kehtay hain ke to</w:t>
      </w:r>
    </w:p>
    <w:p>
      <w:pPr>
        <w:jc w:val="right"/>
      </w:pPr>
      <w:r>
        <w:t>کسی کو واسطہ بنا کر دعا کرنا، یہ خدا کے غضب کو بھڑکانے والا ہے۔ کیوں؟ آپ نے خدا کو، آپ نے خدا کے علاوہ بھی کسی کو تو کوئی درجہ دے دیا کہ کوئی ہے جو اس کی پہنچ خدا تک ہوتی ہے، کوئی ہے جس کا زور چلتا ہے خدا کے اوپر، کوئی ہے جس کے پاس یہ طاقت ہے کہ وہ خدا سے منوا لے۔ تو آپ اس سے کہتے ہیں کہ تو</w:t>
      </w:r>
    </w:p>
    <w:p>
      <w:r>
        <w:rPr>
          <w:b/>
        </w:rPr>
        <w:t xml:space="preserve">[37:50] </w:t>
      </w:r>
      <w:r>
        <w:t>apnay zor ko istemal kar ke meri baat Khuda tak pohncha do. to yeh Khuda ko entrustment karna hai. Khuda ko entrustment karna hai. haqeeqat yeh hai ke sari taqat sirf Khuda ke liye hai. baqi har doosra aadmi, chahe woh aadmi jo dua kar raha hai ya woh aadmi jis</w:t>
      </w:r>
    </w:p>
    <w:p>
      <w:pPr>
        <w:jc w:val="right"/>
      </w:pPr>
      <w:r>
        <w:t>اپنے زور کو استعمال کر کے میری بات خدا تک پہنچا دو۔ تو یہ خدا کو انٹرسٹمنٹ کرنا ہے۔ خدا کو انٹرسٹمنٹ کرنا ہے۔ حقیقت یہ ہے کہ ساری طاقت صرف خدا کے لیے ہے۔ باقی ہر دوسرا آدمی، چاہے وہ آدمی جو دعا کر رہا ہے یا وہ آدمی جس</w:t>
      </w:r>
    </w:p>
    <w:p>
      <w:r>
        <w:rPr>
          <w:b/>
        </w:rPr>
        <w:t xml:space="preserve">[38:20] </w:t>
      </w:r>
      <w:r>
        <w:t>ka wasta woh lena chahta hai, dono barabar hain.</w:t>
      </w:r>
    </w:p>
    <w:p>
      <w:pPr>
        <w:jc w:val="right"/>
      </w:pPr>
      <w:r>
        <w:t>کا واسطہ وہ لینا چاہتا ہے، دونوں برابر ہیں۔</w:t>
      </w:r>
    </w:p>
    <w:p>
      <w:r>
        <w:rPr>
          <w:b/>
        </w:rPr>
        <w:t xml:space="preserve">[38:26] </w:t>
      </w:r>
      <w:r>
        <w:t>dono barabar hain khuda ke muqable mein.</w:t>
      </w:r>
    </w:p>
    <w:p>
      <w:pPr>
        <w:jc w:val="right"/>
      </w:pPr>
      <w:r>
        <w:t>دونوں برابر ہیں خدا کے مقابلے میں۔</w:t>
      </w:r>
    </w:p>
    <w:p>
      <w:r>
        <w:rPr>
          <w:b/>
        </w:rPr>
        <w:t xml:space="preserve">[38:32] </w:t>
      </w:r>
      <w:r>
        <w:t>dua karne wala aur jis ka wasta le kar us ne dua kiya, dono hi khuda ke muqable</w:t>
      </w:r>
    </w:p>
    <w:p>
      <w:pPr>
        <w:jc w:val="right"/>
      </w:pPr>
      <w:r>
        <w:t>دعا کرنے والا اور جس کا واسطہ لے کر اس نے دعا کیا، دونوں ہی خدا کے مقابلے</w:t>
      </w:r>
    </w:p>
    <w:p>
      <w:r>
        <w:rPr>
          <w:b/>
        </w:rPr>
        <w:t xml:space="preserve">[38:38] </w:t>
      </w:r>
      <w:r>
        <w:t>mein barabar hain.</w:t>
      </w:r>
    </w:p>
    <w:p>
      <w:pPr>
        <w:jc w:val="right"/>
      </w:pPr>
      <w:r>
        <w:t>میں برابر ہیں۔</w:t>
      </w:r>
    </w:p>
    <w:p>
      <w:r>
        <w:rPr>
          <w:b/>
        </w:rPr>
        <w:t xml:space="preserve">[38:44] </w:t>
      </w:r>
      <w:r>
        <w:t>to ab aisi halat mein dekhiye, jab aap ne kisi ka wasta le kar</w:t>
      </w:r>
    </w:p>
    <w:p>
      <w:pPr>
        <w:jc w:val="right"/>
      </w:pPr>
      <w:r>
        <w:t>تو اب ایسی حالت میں دیکھیے، جب آپ نے کسی کا واسطہ لے کر</w:t>
      </w:r>
    </w:p>
    <w:p>
      <w:r>
        <w:rPr>
          <w:b/>
        </w:rPr>
        <w:t xml:space="preserve">[38:50] </w:t>
      </w:r>
      <w:r>
        <w:t>dua kiya to is ka matlab kiya hua? Is ka matlab yeh hua ke aap ne khuda ke</w:t>
      </w:r>
    </w:p>
    <w:p>
      <w:pPr>
        <w:jc w:val="right"/>
      </w:pPr>
      <w:r>
        <w:t>دعا کیا تو اس کا مطلب کیا ہوا؟ اس کا مطلب یہ ہوا کہ آپ نے خدا کے</w:t>
      </w:r>
    </w:p>
    <w:p>
      <w:r>
        <w:rPr>
          <w:b/>
        </w:rPr>
        <w:t xml:space="preserve">[38:55] </w:t>
      </w:r>
      <w:r>
        <w:t>alawa bhi kisi ko koi darja de diya.</w:t>
      </w:r>
    </w:p>
    <w:p>
      <w:pPr>
        <w:jc w:val="right"/>
      </w:pPr>
      <w:r>
        <w:t>علاوہ بھی کسی کو کوئی درجہ دے دیا۔</w:t>
      </w:r>
    </w:p>
    <w:p>
      <w:r>
        <w:rPr>
          <w:b/>
        </w:rPr>
        <w:t xml:space="preserve">[39:00] </w:t>
      </w:r>
      <w:r>
        <w:t>khuda ke siwa bhi kisi ko aap ne koi darja de diya.</w:t>
      </w:r>
    </w:p>
    <w:p>
      <w:pPr>
        <w:jc w:val="right"/>
      </w:pPr>
      <w:r>
        <w:t>خدا کے سوا بھی کسی کو آپ نے کوئی درجہ دے دیا۔</w:t>
      </w:r>
    </w:p>
    <w:p>
      <w:r>
        <w:rPr>
          <w:b/>
        </w:rPr>
        <w:t xml:space="preserve">[39:05] </w:t>
      </w:r>
      <w:r>
        <w:t>in ka bhi aik martaba hai.</w:t>
      </w:r>
    </w:p>
    <w:p>
      <w:pPr>
        <w:jc w:val="right"/>
      </w:pPr>
      <w:r>
        <w:t>ان کا بھی ایک مرتبہ ہے۔</w:t>
      </w:r>
    </w:p>
    <w:p>
      <w:r>
        <w:rPr>
          <w:b/>
        </w:rPr>
        <w:t xml:space="preserve">[39:10] </w:t>
      </w:r>
      <w:r>
        <w:t>yeh quran mein hai ke til kal gharaani quloolah ke hamare buton ka bhi aik darja hai.</w:t>
      </w:r>
    </w:p>
    <w:p>
      <w:pPr>
        <w:jc w:val="right"/>
      </w:pPr>
      <w:r>
        <w:t>یہ قرآن میں ہے کہ تل کل غرانی قلولہ کہ ہمارے بتوں کا بھی ایک درجہ ہے۔</w:t>
      </w:r>
    </w:p>
    <w:p>
      <w:r>
        <w:rPr>
          <w:b/>
        </w:rPr>
        <w:t xml:space="preserve">[39:15] </w:t>
      </w:r>
      <w:r>
        <w:t>arab ke mushrikeen kehte the,</w:t>
      </w:r>
    </w:p>
    <w:p>
      <w:pPr>
        <w:jc w:val="right"/>
      </w:pPr>
      <w:r>
        <w:t>عرب کے مشرکین کہتے تھے،</w:t>
      </w:r>
    </w:p>
    <w:p>
      <w:r>
        <w:rPr>
          <w:b/>
        </w:rPr>
        <w:t xml:space="preserve">[39:20] </w:t>
      </w:r>
      <w:r>
        <w:t>un ke jo but the ke tal kal gharaani quloola, yeh jo hamare but hain, un ka bhi</w:t>
      </w:r>
    </w:p>
    <w:p>
      <w:pPr>
        <w:jc w:val="right"/>
      </w:pPr>
      <w:r>
        <w:t>ان کے جو بت تھے کہ تل کل غرانی قلولہ، یہ جو ہمارے بت ہیں، ان کا بھی</w:t>
      </w:r>
    </w:p>
    <w:p>
      <w:r>
        <w:rPr>
          <w:b/>
        </w:rPr>
        <w:t xml:space="preserve">[39:25] </w:t>
      </w:r>
      <w:r>
        <w:t>ek darja hai.</w:t>
      </w:r>
    </w:p>
    <w:p>
      <w:pPr>
        <w:jc w:val="right"/>
      </w:pPr>
      <w:r>
        <w:t>ایک درجہ ہے۔</w:t>
      </w:r>
    </w:p>
    <w:p>
      <w:r>
        <w:rPr>
          <w:b/>
        </w:rPr>
        <w:t xml:space="preserve">[39:30] </w:t>
      </w:r>
      <w:r>
        <w:t>matlab un ke un ke waste se hum khuda se dua karte hain to khuda ko poora hi</w:t>
      </w:r>
    </w:p>
    <w:p>
      <w:pPr>
        <w:jc w:val="right"/>
      </w:pPr>
      <w:r>
        <w:t>مطلب ان کے ان کے واسطے سے ہم خدا سے دعا کرتے ہیں تو خدا کو پورا ہی</w:t>
      </w:r>
    </w:p>
    <w:p>
      <w:r>
        <w:rPr>
          <w:b/>
        </w:rPr>
        <w:t xml:space="preserve">[39:35] </w:t>
      </w:r>
      <w:r>
        <w:t>karna parta hai hamari dua ko, kyunke woh hamare source hain.</w:t>
      </w:r>
    </w:p>
    <w:p>
      <w:pPr>
        <w:jc w:val="right"/>
      </w:pPr>
      <w:r>
        <w:t>کرنا پڑتا ہے ہماری دعا کو، کیونکہ وہ ہمارے سورس ہیں۔</w:t>
      </w:r>
    </w:p>
    <w:p>
      <w:r>
        <w:rPr>
          <w:b/>
        </w:rPr>
        <w:t xml:space="preserve">[39:40] </w:t>
      </w:r>
      <w:r>
        <w:t>yeh tasawwur baطل hai, baseless hai.</w:t>
      </w:r>
    </w:p>
    <w:p>
      <w:pPr>
        <w:jc w:val="right"/>
      </w:pPr>
      <w:r>
        <w:t>یہ تصور باطل ہے، بیس لیس ہے۔</w:t>
      </w:r>
    </w:p>
    <w:p>
      <w:r>
        <w:rPr>
          <w:b/>
        </w:rPr>
        <w:t xml:space="preserve">[39:45] </w:t>
      </w:r>
      <w:r>
        <w:t>yeh khuda ko instrument karna hai, balkeh yeh</w:t>
      </w:r>
    </w:p>
    <w:p>
      <w:pPr>
        <w:jc w:val="right"/>
      </w:pPr>
      <w:r>
        <w:t>یہ خدا کو انٹرسٹمنٹ کرنا ہے، بلکہ یہ</w:t>
      </w:r>
    </w:p>
    <w:p>
      <w:r>
        <w:rPr>
          <w:b/>
        </w:rPr>
        <w:t xml:space="preserve">[39:50] </w:t>
      </w:r>
      <w:r>
        <w:t>khuda ke ghazab ko dawat dena hai.</w:t>
      </w:r>
    </w:p>
    <w:p>
      <w:pPr>
        <w:jc w:val="right"/>
      </w:pPr>
      <w:r>
        <w:t>خدا کے غضب کو دعوت دینا ہے۔</w:t>
      </w:r>
    </w:p>
    <w:p>
      <w:r>
        <w:rPr>
          <w:b/>
        </w:rPr>
        <w:t xml:space="preserve">[39:56] </w:t>
      </w:r>
      <w:r>
        <w:t>zaahir hai ke jab saara ikhtiyar khuda ko hai, saara ikhtiyar poore maanon mein aur har aitbaar se</w:t>
      </w:r>
    </w:p>
    <w:p>
      <w:pPr>
        <w:jc w:val="right"/>
      </w:pPr>
      <w:r>
        <w:t>ظاہر ہے کہ جب سارا اختیار خدا کو ہے، سارا اختیار پورے معنوں میں اور ہر اعتبار سے</w:t>
      </w:r>
    </w:p>
    <w:p>
      <w:r>
        <w:rPr>
          <w:b/>
        </w:rPr>
        <w:t xml:space="preserve">[40:02] </w:t>
      </w:r>
      <w:r>
        <w:t>khuda ko hai, to ab aap kisi aur ka wasta banayein to kya aap ne maan liya ke</w:t>
      </w:r>
    </w:p>
    <w:p>
      <w:pPr>
        <w:jc w:val="right"/>
      </w:pPr>
      <w:r>
        <w:t>خدا کو ہے، تو اب آپ کسی اور کا واسطہ بنائیں تو کیا آپ نے مان لیا کہ</w:t>
      </w:r>
    </w:p>
    <w:p>
      <w:r>
        <w:rPr>
          <w:b/>
        </w:rPr>
        <w:t xml:space="preserve">[40:08] </w:t>
      </w:r>
      <w:r>
        <w:t>yeh jo wasta hai, is ke paas bhi koi taaqat hai, is ke paas bhi koi zor hai?</w:t>
      </w:r>
    </w:p>
    <w:p>
      <w:pPr>
        <w:jc w:val="right"/>
      </w:pPr>
      <w:r>
        <w:t>یہ جو واسطہ ہے، اس کے پاس بھی کوئی طاقت ہے، اس کے پاس بھی کوئی زور ہے؟</w:t>
      </w:r>
    </w:p>
    <w:p>
      <w:r>
        <w:rPr>
          <w:b/>
        </w:rPr>
        <w:t xml:space="preserve">[40:14] </w:t>
      </w:r>
      <w:r>
        <w:t>yeh to khuda ke</w:t>
      </w:r>
    </w:p>
    <w:p>
      <w:pPr>
        <w:jc w:val="right"/>
      </w:pPr>
      <w:r>
        <w:t>یہ تو خدا کے</w:t>
      </w:r>
    </w:p>
    <w:p>
      <w:r>
        <w:rPr>
          <w:b/>
        </w:rPr>
        <w:t xml:space="preserve">[40:20] </w:t>
      </w:r>
      <w:r>
        <w:t>ghazab ko dawat dena ho gaya.</w:t>
      </w:r>
    </w:p>
    <w:p>
      <w:pPr>
        <w:jc w:val="right"/>
      </w:pPr>
      <w:r>
        <w:t>غضب کو دعوت دینا ہو گیا۔</w:t>
      </w:r>
    </w:p>
    <w:p>
      <w:r>
        <w:rPr>
          <w:b/>
        </w:rPr>
        <w:t xml:space="preserve">[40:28] </w:t>
      </w:r>
      <w:r>
        <w:t>isi wajah se dekhiye, insaan hadees mein aata hai ke jab koi insaan khuda se dua na kare,</w:t>
      </w:r>
    </w:p>
    <w:p>
      <w:pPr>
        <w:jc w:val="right"/>
      </w:pPr>
      <w:r>
        <w:t>اسی وجہ سے دیکھیے، انسان حدیث میں آتا ہے کہ جب کوئی انسان خدا سے دعا نہ کرے،</w:t>
      </w:r>
    </w:p>
    <w:p>
      <w:r>
        <w:rPr>
          <w:b/>
        </w:rPr>
        <w:t xml:space="preserve">[40:36] </w:t>
      </w:r>
      <w:r>
        <w:t>khuda se na maange to khuda is par ghazabnaak hota hai.</w:t>
      </w:r>
    </w:p>
    <w:p>
      <w:pPr>
        <w:jc w:val="right"/>
      </w:pPr>
      <w:r>
        <w:t>خدا سے نہ مانگے تو خدا اس پر غضبناک ہوتا ہے۔</w:t>
      </w:r>
    </w:p>
    <w:p>
      <w:r>
        <w:rPr>
          <w:b/>
        </w:rPr>
        <w:t xml:space="preserve">[40:44] </w:t>
      </w:r>
      <w:r>
        <w:t>kyun? dua apne bandagi ka izhaar hai. dua</w:t>
      </w:r>
    </w:p>
    <w:p>
      <w:pPr>
        <w:jc w:val="right"/>
      </w:pPr>
      <w:r>
        <w:t>کیوں؟ دعا اپنے بندگی کا اظہار ہے۔ دعا</w:t>
      </w:r>
    </w:p>
    <w:p>
      <w:r>
        <w:rPr>
          <w:b/>
        </w:rPr>
        <w:t xml:space="preserve">[40:52] </w:t>
      </w:r>
      <w:r>
        <w:t>khuda ki haisiyat ko tasleem karna hai.</w:t>
      </w:r>
    </w:p>
    <w:p>
      <w:pPr>
        <w:jc w:val="right"/>
      </w:pPr>
      <w:r>
        <w:t>خدا کی حیثیت کو تسلیم کرنا ہے۔</w:t>
      </w:r>
    </w:p>
    <w:p>
      <w:r>
        <w:rPr>
          <w:b/>
        </w:rPr>
        <w:t xml:space="preserve">[40:58] </w:t>
      </w:r>
      <w:r>
        <w:t>jab aap khuda se dua karein to aap ne khuda ki haisiyat ko tasleem kiya, haisiyat aala ko.</w:t>
      </w:r>
    </w:p>
    <w:p>
      <w:pPr>
        <w:jc w:val="right"/>
      </w:pPr>
      <w:r>
        <w:t>جب آپ خدا سے دعا کریں تو آپ نے خدا کی حیثیت کو تسلیم کیا، حیثیت اعلیٰ کو۔</w:t>
      </w:r>
    </w:p>
    <w:p>
      <w:r>
        <w:rPr>
          <w:b/>
        </w:rPr>
        <w:t xml:space="preserve">[41:04] </w:t>
      </w:r>
      <w:r>
        <w:t>dua ka matlab yeh hai ke main aajiz hoon aur khuda jo hai woh qadir mutlaq hai.</w:t>
      </w:r>
    </w:p>
    <w:p>
      <w:pPr>
        <w:jc w:val="right"/>
      </w:pPr>
      <w:r>
        <w:t>دعا کا مطلب یہ ہے کہ میں عاجز ہوں اور خدا جو ہے وہ قادر مطلق ہے۔</w:t>
      </w:r>
    </w:p>
    <w:p>
      <w:r>
        <w:rPr>
          <w:b/>
        </w:rPr>
        <w:t xml:space="preserve">[41:10] </w:t>
      </w:r>
      <w:r>
        <w:t>دعا کا مطلب یہ ہے کہ میں powerless ہوں اور خدا all powerful ہے۔</w:t>
      </w:r>
    </w:p>
    <w:p>
      <w:pPr>
        <w:jc w:val="right"/>
      </w:pPr>
      <w:r>
        <w:t>دعا کا مطلب یہ ہے کہ میں پاور لیس ہوں اور خدا ال پاور فل ہے۔</w:t>
      </w:r>
    </w:p>
    <w:p>
      <w:r>
        <w:rPr>
          <w:b/>
        </w:rPr>
        <w:t xml:space="preserve">[41:16] </w:t>
      </w:r>
      <w:r>
        <w:t>yeh hai khuda ka dua ka matlab. to</w:t>
      </w:r>
    </w:p>
    <w:p>
      <w:pPr>
        <w:jc w:val="right"/>
      </w:pPr>
      <w:r>
        <w:t>یہ ہے خدا کا دعا کا مطلب۔ تو</w:t>
      </w:r>
    </w:p>
    <w:p>
      <w:r>
        <w:rPr>
          <w:b/>
        </w:rPr>
        <w:t xml:space="preserve">[41:22] </w:t>
      </w:r>
      <w:r>
        <w:t>dua jo hai, khuda ki khudai ka aitraaf hai.</w:t>
      </w:r>
    </w:p>
    <w:p>
      <w:pPr>
        <w:jc w:val="right"/>
      </w:pPr>
      <w:r>
        <w:t>دعا جو ہے، خدا کی خدائی کا اعتراف ہے۔</w:t>
      </w:r>
    </w:p>
    <w:p>
      <w:r>
        <w:rPr>
          <w:b/>
        </w:rPr>
        <w:t xml:space="preserve">[41:30] </w:t>
      </w:r>
      <w:r>
        <w:t>isi liye aaya hai ke jo khuda dua nahi karta, khuda is par ghazabnaak hota hai.</w:t>
      </w:r>
    </w:p>
    <w:p>
      <w:pPr>
        <w:jc w:val="right"/>
      </w:pPr>
      <w:r>
        <w:t>اسی لیے آیا ہے کہ جو خدا دعا نہیں کرتا، خدا اس پر غضبناک ہوتا ہے۔</w:t>
      </w:r>
    </w:p>
    <w:p>
      <w:r>
        <w:rPr>
          <w:b/>
        </w:rPr>
        <w:t xml:space="preserve">[41:37] </w:t>
      </w:r>
      <w:r>
        <w:t>is ka matlab yeh hai ke woh khuda ki khudai ka aitraaf nahi kar raha hai.</w:t>
      </w:r>
    </w:p>
    <w:p>
      <w:pPr>
        <w:jc w:val="right"/>
      </w:pPr>
      <w:r>
        <w:t>اس کا مطلب یہ ہے کہ وہ خدا کی خدائی کا اعتراف نہیں کر رہا ہے۔</w:t>
      </w:r>
    </w:p>
    <w:p>
      <w:r>
        <w:rPr>
          <w:b/>
        </w:rPr>
        <w:t xml:space="preserve">[41:45] </w:t>
      </w:r>
      <w:r>
        <w:t>to dua ka baare</w:t>
      </w:r>
    </w:p>
    <w:p>
      <w:pPr>
        <w:jc w:val="right"/>
      </w:pPr>
      <w:r>
        <w:t>تو دعا کا بارے</w:t>
      </w:r>
    </w:p>
    <w:p>
      <w:r>
        <w:rPr>
          <w:b/>
        </w:rPr>
        <w:t xml:space="preserve">[41:52] </w:t>
      </w:r>
      <w:r>
        <w:t>mein hadees mein aata hai ke kabhi aisa hota hai ke dua isi waqt qabool ho jati hai. kabhi aisa hota hai ke is dua ko Khuda zakhira kar deta hai, store kar deta hai aur apnay waqt par is ko poora karta hai. to</w:t>
      </w:r>
    </w:p>
    <w:p>
      <w:pPr>
        <w:jc w:val="right"/>
      </w:pPr>
      <w:r>
        <w:t>میں حدیث میں آتا ہے کہ کبھی ایسا ہوتا ہے کہ دعا اسی وقت قبول ہو جاتی ہے۔ کبھی ایسا ہوتا ہے کہ اس دعا کو خدا ذخیرہ کر دیتا ہے، اسٹور کر دیتا ہے اور اپنے وقت پر اس کو پورا کرتا ہے۔ تو</w:t>
      </w:r>
    </w:p>
    <w:p>
      <w:r>
        <w:rPr>
          <w:b/>
        </w:rPr>
        <w:t xml:space="preserve">[42:22] </w:t>
      </w:r>
      <w:r>
        <w:t>dua jab aadmi maange to yeh bhi samajhna chahiye ke dua ko qabool karne ka poora poora ikhtiyar</w:t>
      </w:r>
    </w:p>
    <w:p>
      <w:pPr>
        <w:jc w:val="right"/>
      </w:pPr>
      <w:r>
        <w:t>دعا جب آدمی مانگے تو یہ بھی سمجھنا چاہیے کہ دعا کو قبول کرنے کا پورا پورا اختیار</w:t>
      </w:r>
    </w:p>
    <w:p>
      <w:r>
        <w:rPr>
          <w:b/>
        </w:rPr>
        <w:t xml:space="preserve">[42:33] </w:t>
      </w:r>
      <w:r>
        <w:t>hai khuda ko, lekin woh insaan ki maslehat ko dekhta hai.</w:t>
      </w:r>
    </w:p>
    <w:p>
      <w:pPr>
        <w:jc w:val="right"/>
      </w:pPr>
      <w:r>
        <w:t>ہے خدا کو، لیکن وہ انسان کی مصلحت کو دیکھتا ہے۔</w:t>
      </w:r>
    </w:p>
    <w:p>
      <w:r>
        <w:rPr>
          <w:b/>
        </w:rPr>
        <w:t xml:space="preserve">[42:43] </w:t>
      </w:r>
      <w:r>
        <w:t>agar khuda ke nazdeek maslehat yeh ho ke bande ki dua foran poori kar di jaye</w:t>
      </w:r>
    </w:p>
    <w:p>
      <w:pPr>
        <w:jc w:val="right"/>
      </w:pPr>
      <w:r>
        <w:t>اگر خدا کے نزدیک مصلحت یہ ہو کہ بندے کی دعا فوراً پوری کر دی جائے</w:t>
      </w:r>
    </w:p>
    <w:p>
      <w:r>
        <w:rPr>
          <w:b/>
        </w:rPr>
        <w:t xml:space="preserve">[42:54] </w:t>
      </w:r>
      <w:r>
        <w:t>toh usi waqt poori kar di jayegi.</w:t>
      </w:r>
    </w:p>
    <w:p>
      <w:pPr>
        <w:jc w:val="right"/>
      </w:pPr>
      <w:r>
        <w:t>تو اسی وقت پوری کر دی جائے گی۔</w:t>
      </w:r>
    </w:p>
    <w:p>
      <w:r>
        <w:rPr>
          <w:b/>
        </w:rPr>
        <w:t xml:space="preserve">[43:05] </w:t>
      </w:r>
      <w:r>
        <w:t>aur khuda ka ilm, khuda ke bartar ilm ke mutabiq, agar khuda yeh samjhe ke uski dua</w:t>
      </w:r>
    </w:p>
    <w:p>
      <w:pPr>
        <w:jc w:val="right"/>
      </w:pPr>
      <w:r>
        <w:t>اور خدا کا علم، خدا کے برتر علم کے مطابق، اگر خدا یہ سمجھے کہ اس کی دعا</w:t>
      </w:r>
    </w:p>
    <w:p>
      <w:r>
        <w:rPr>
          <w:b/>
        </w:rPr>
        <w:t xml:space="preserve">[43:15] </w:t>
      </w:r>
      <w:r>
        <w:t>کو موخر کرنا چاہیے، ابھی delay کرنا چاہیے، ابھی اس کو اور زیادہ تیاری کا موقع دینا چاہیے،</w:t>
      </w:r>
    </w:p>
    <w:p>
      <w:pPr>
        <w:jc w:val="right"/>
      </w:pPr>
      <w:r>
        <w:t>کو موخر کرنا چاہیے، ابھی ڈیلے کرنا چاہیے، ابھی اس کو اور زیادہ تیاری کا موقع دینا چاہیے،</w:t>
      </w:r>
    </w:p>
    <w:p>
      <w:r>
        <w:rPr>
          <w:b/>
        </w:rPr>
        <w:t xml:space="preserve">[43:26] </w:t>
      </w:r>
      <w:r>
        <w:t>toh insaan ko past hosla nahi hona chahiye.</w:t>
      </w:r>
    </w:p>
    <w:p>
      <w:pPr>
        <w:jc w:val="right"/>
      </w:pPr>
      <w:r>
        <w:t>تو انسان کو پست حوصلہ نہیں ہونا چاہیے۔</w:t>
      </w:r>
    </w:p>
    <w:p>
      <w:r>
        <w:rPr>
          <w:b/>
        </w:rPr>
        <w:t xml:space="preserve">[43:30] </w:t>
      </w:r>
      <w:r>
        <w:t>انسان کو frustration کا شکار نہیں ہونا چاہیے۔</w:t>
      </w:r>
    </w:p>
    <w:p>
      <w:pPr>
        <w:jc w:val="right"/>
      </w:pPr>
      <w:r>
        <w:t>انسان کو فرسٹریشن کا شکار نہیں ہونا چاہیے۔</w:t>
      </w:r>
    </w:p>
    <w:p>
      <w:r>
        <w:rPr>
          <w:b/>
        </w:rPr>
        <w:t xml:space="preserve">[43:35] </w:t>
      </w:r>
      <w:r>
        <w:t>agar dua mein dile ho rahi ho toh samajhna chahiye ke woh bhi koi kisi maslehat se aisa</w:t>
      </w:r>
    </w:p>
    <w:p>
      <w:pPr>
        <w:jc w:val="right"/>
      </w:pPr>
      <w:r>
        <w:t>اگر دعا میں ڈیلے ہو رہی ہو تو سمجھنا چاہیے کہ وہ بھی کوئی کسی مصلحت سے ایسا</w:t>
      </w:r>
    </w:p>
    <w:p>
      <w:r>
        <w:rPr>
          <w:b/>
        </w:rPr>
        <w:t xml:space="preserve">[43:39] </w:t>
      </w:r>
      <w:r>
        <w:t>ho raha hai.</w:t>
      </w:r>
    </w:p>
    <w:p>
      <w:pPr>
        <w:jc w:val="right"/>
      </w:pPr>
      <w:r>
        <w:t>ہو رہا ہے۔</w:t>
      </w:r>
    </w:p>
    <w:p>
      <w:r>
        <w:rPr>
          <w:b/>
        </w:rPr>
        <w:t xml:space="preserve">[43:43] </w:t>
      </w:r>
      <w:r>
        <w:t>woh bhi khuda ki koi blessing hai.</w:t>
      </w:r>
    </w:p>
    <w:p>
      <w:pPr>
        <w:jc w:val="right"/>
      </w:pPr>
      <w:r>
        <w:t>وہ بھی خدا کی کوئی بلیسنگ ہے۔</w:t>
      </w:r>
    </w:p>
    <w:p>
      <w:r>
        <w:rPr>
          <w:b/>
        </w:rPr>
        <w:t xml:space="preserve">[43:48] </w:t>
      </w:r>
      <w:r>
        <w:t>toh dekhein, dua mein asal cheez hai apni bandagi ka izhaar.</w:t>
      </w:r>
    </w:p>
    <w:p>
      <w:pPr>
        <w:jc w:val="right"/>
      </w:pPr>
      <w:r>
        <w:t>تو دیکھیں، دعا میں اصل چیز ہے اپنی بندگی کا اظہار۔</w:t>
      </w:r>
    </w:p>
    <w:p>
      <w:r>
        <w:rPr>
          <w:b/>
        </w:rPr>
        <w:t xml:space="preserve">[43:52] </w:t>
      </w:r>
      <w:r>
        <w:t>khuda ki jo</w:t>
      </w:r>
    </w:p>
    <w:p>
      <w:pPr>
        <w:jc w:val="right"/>
      </w:pPr>
      <w:r>
        <w:t>خدا کی جو</w:t>
      </w:r>
    </w:p>
    <w:p>
      <w:r>
        <w:rPr>
          <w:b/>
        </w:rPr>
        <w:t xml:space="preserve">[43:56] </w:t>
      </w:r>
      <w:r>
        <w:t>aala hesiyat hai, us aala hesiyat ka etraaf aur uske muqable mein hamari jo insaan aur bande</w:t>
      </w:r>
    </w:p>
    <w:p>
      <w:pPr>
        <w:jc w:val="right"/>
      </w:pPr>
      <w:r>
        <w:t>اعلیٰ حیثیت ہے، اس اعلیٰ حیثیت کا اعتراف اور اس کے مقابلے میں ہماری جو انسان اور بندے</w:t>
      </w:r>
    </w:p>
    <w:p>
      <w:r>
        <w:rPr>
          <w:b/>
        </w:rPr>
        <w:t xml:space="preserve">[44:07] </w:t>
      </w:r>
      <w:r>
        <w:t>ki hesiyat hai, uska iqraar yeh hai dua.</w:t>
      </w:r>
    </w:p>
    <w:p>
      <w:pPr>
        <w:jc w:val="right"/>
      </w:pPr>
      <w:r>
        <w:t>کی حیثیت ہے، اس کا اقرار یہ ہے دعا۔</w:t>
      </w:r>
    </w:p>
    <w:p>
      <w:r>
        <w:rPr>
          <w:b/>
        </w:rPr>
        <w:t xml:space="preserve">[44:17] </w:t>
      </w:r>
      <w:r>
        <w:t>toh dua farmaya ke ke banda farmaya ke khuda bande se bilkul qareeb hai.</w:t>
      </w:r>
    </w:p>
    <w:p>
      <w:pPr>
        <w:jc w:val="right"/>
      </w:pPr>
      <w:r>
        <w:t>تو دعا فرمایا کہ کہ بندہ فرمایا کہ خدا بندے سے بالکل قریب ہے۔</w:t>
      </w:r>
    </w:p>
    <w:p>
      <w:r>
        <w:rPr>
          <w:b/>
        </w:rPr>
        <w:t xml:space="preserve">[44:28] </w:t>
      </w:r>
      <w:r>
        <w:t>Quran mein doosri jagah bataya ke na aqrab min habl al wareed ke Khuda bande ki shah rag se bhi ziyada qareeb hai. itnay qareeb ke us se ziyada qareeb koi aur shakal nahi ho sakti hai. to jab Khuda itna qareeb hai to kisi ka wasta kyun? waste ka kya matlab hai? to bahar hal dua ke silsilay mein asal b</w:t>
      </w:r>
    </w:p>
    <w:p>
      <w:pPr>
        <w:jc w:val="right"/>
      </w:pPr>
      <w:r>
        <w:t>قرآن میں دوسری جگہ بتایا کہ نہ اقرب من حبل الورید کہ خدا بندے کی شہ رگ سے بھی زیادہ قریب ہے۔ اتنے قریب کہ اس سے زیادہ قریب کوئی اور شکل نہیں ہو سکتی ہے۔ تو جب خدا اتنا قریب ہے تو کسی کا واسطہ کیوں؟ واسطے کا کیا مطلب ہے؟ تو بہرحال دعا کے سلسلے میں اصل ب</w:t>
      </w:r>
    </w:p>
    <w:p>
      <w:r>
        <w:rPr>
          <w:b/>
        </w:rPr>
        <w:t xml:space="preserve">[44:58] </w:t>
      </w:r>
      <w:r>
        <w:t>at yeh hai ke aadmi dua ke taqaze poore kare.</w:t>
      </w:r>
    </w:p>
    <w:p>
      <w:pPr>
        <w:jc w:val="right"/>
      </w:pPr>
      <w:r>
        <w:t>ات یہ ہے کہ آدمی دعا کے تقاضے پورے کرے۔</w:t>
      </w:r>
    </w:p>
    <w:p>
      <w:r>
        <w:rPr>
          <w:b/>
        </w:rPr>
        <w:t xml:space="preserve">[45:05] </w:t>
      </w:r>
      <w:r>
        <w:t>agar dua ke taqaze poore karega toh zaroor dua qabool hogi.</w:t>
      </w:r>
    </w:p>
    <w:p>
      <w:pPr>
        <w:jc w:val="right"/>
      </w:pPr>
      <w:r>
        <w:t>اگر دعا کے تقاضے پورے کرے گا تو ضرور دعا قبول ہوگی۔</w:t>
      </w:r>
    </w:p>
    <w:p>
      <w:r>
        <w:rPr>
          <w:b/>
        </w:rPr>
        <w:t xml:space="preserve">[45:11] </w:t>
      </w:r>
      <w:r>
        <w:t>jaise misaal ke taur par ek aadmi hai, woh doosre ka maal hadap karna chahta hai.</w:t>
      </w:r>
    </w:p>
    <w:p>
      <w:pPr>
        <w:jc w:val="right"/>
      </w:pPr>
      <w:r>
        <w:t>جیسے مثال کے طور پر ایک آدمی ہے، وہ دوسرے کا مال ہڑپ کرنا چاہتا ہے۔</w:t>
      </w:r>
    </w:p>
    <w:p>
      <w:r>
        <w:rPr>
          <w:b/>
        </w:rPr>
        <w:t xml:space="preserve">[45:18] </w:t>
      </w:r>
      <w:r>
        <w:t>ab woh dua kare ke khudaaya main is mein kamyaab ho jaon.</w:t>
      </w:r>
    </w:p>
    <w:p>
      <w:pPr>
        <w:jc w:val="right"/>
      </w:pPr>
      <w:r>
        <w:t>اب وہ دعا کرے کہ خدایا میں اس میں کامیاب ہو جاؤں۔</w:t>
      </w:r>
    </w:p>
    <w:p>
      <w:r>
        <w:rPr>
          <w:b/>
        </w:rPr>
        <w:t xml:space="preserve">[45:25] </w:t>
      </w:r>
      <w:r>
        <w:t>toh aisi dua zaahir hai ke qabool nahi hogi.</w:t>
      </w:r>
    </w:p>
    <w:p>
      <w:pPr>
        <w:jc w:val="right"/>
      </w:pPr>
      <w:r>
        <w:t>تو ایسی دعا ظاہر ہے کہ قبول نہیں ہوگی۔</w:t>
      </w:r>
    </w:p>
    <w:p>
      <w:r>
        <w:rPr>
          <w:b/>
        </w:rPr>
        <w:t xml:space="preserve">[45:32] </w:t>
      </w:r>
      <w:r>
        <w:t>aap jab dua karain to us ke mutabiq amal karna zaroori hai. jaisay aap business karain, aap dua karain ke Khuda ya mujhe business mein mujhe kamyabi milay. to zaroori hai ke aap us ke mutabiq amal karain. yani aap mehnat karain, aap sahi planning karain. aisa nahi ke aap planning na karain, mehnat na karain aur dua karain ke mera business kamyab ho jaye. to aisi dua kab</w:t>
      </w:r>
    </w:p>
    <w:p>
      <w:pPr>
        <w:jc w:val="right"/>
      </w:pPr>
      <w:r>
        <w:t>آپ جب دعا کریں تو اس کے مطابق عمل کرنا ضروری ہے۔ جیسے آپ بزنس کریں، آپ دعا کریں کہ خدایا مجھے بزنس میں مجھے کامیابی ملے۔ تو ضروری ہے کہ آپ اس کے مطابق عمل کریں۔ یعنی آپ محنت کریں، آپ صحیح پلاننگ کریں۔ ایسا نہیں کہ آپ پلاننگ نہ کریں، محنت نہ کریں اور دعا کریں کہ میرا بزنس کامیاب ہو جائے۔ تو ایسی دعا کب</w:t>
      </w:r>
    </w:p>
    <w:p>
      <w:r>
        <w:rPr>
          <w:b/>
        </w:rPr>
        <w:t xml:space="preserve">[46:02] </w:t>
      </w:r>
      <w:r>
        <w:t>hi qabool nahi hogi.</w:t>
      </w:r>
    </w:p>
    <w:p>
      <w:pPr>
        <w:jc w:val="right"/>
      </w:pPr>
      <w:r>
        <w:t>ھی قبول نہیں ہوگی۔</w:t>
      </w:r>
    </w:p>
    <w:p>
      <w:r>
        <w:rPr>
          <w:b/>
        </w:rPr>
        <w:t xml:space="preserve">[46:08] </w:t>
      </w:r>
      <w:r>
        <w:t>jahan tak maine samjha hai, yeh 50-50 ka muamla hai.</w:t>
      </w:r>
    </w:p>
    <w:p>
      <w:pPr>
        <w:jc w:val="right"/>
      </w:pPr>
      <w:r>
        <w:t>جہاں تک میں نے سمجھا ہے، یہ 50-50 کا معاملہ ہے۔</w:t>
      </w:r>
    </w:p>
    <w:p>
      <w:r>
        <w:rPr>
          <w:b/>
        </w:rPr>
        <w:t xml:space="preserve">[46:14] </w:t>
      </w:r>
      <w:r>
        <w:t>yeh 50-50 ka muamla hai.</w:t>
      </w:r>
    </w:p>
    <w:p>
      <w:pPr>
        <w:jc w:val="right"/>
      </w:pPr>
      <w:r>
        <w:t>یہ 50-50 کا معاملہ ہے۔</w:t>
      </w:r>
    </w:p>
    <w:p>
      <w:r>
        <w:rPr>
          <w:b/>
        </w:rPr>
        <w:t xml:space="preserve">[46:20] </w:t>
      </w:r>
      <w:r>
        <w:t>yani 50 percent khuda ki madad aur 50 percent insaan ka apna hissa.</w:t>
      </w:r>
    </w:p>
    <w:p>
      <w:pPr>
        <w:jc w:val="right"/>
      </w:pPr>
      <w:r>
        <w:t>یعنی 50 پرسنٹ خدا کی مدد اور 50 پرسنٹ انسان کا اپنا حصہ۔</w:t>
      </w:r>
    </w:p>
    <w:p>
      <w:r>
        <w:rPr>
          <w:b/>
        </w:rPr>
        <w:t xml:space="preserve">[46:26] </w:t>
      </w:r>
      <w:r>
        <w:t>jab insaan apna hissa ada karta hai toh khuda ki madad foran aati hai aur baqiya 50 percent ko</w:t>
      </w:r>
    </w:p>
    <w:p>
      <w:pPr>
        <w:jc w:val="right"/>
      </w:pPr>
      <w:r>
        <w:t>جب انسان اپنا حصہ ادا کرتا ہے تو خدا کی مدد فوراً آتی ہے اور بقیہ 50 پرسنٹ کو</w:t>
      </w:r>
    </w:p>
    <w:p>
      <w:r>
        <w:rPr>
          <w:b/>
        </w:rPr>
        <w:t xml:space="preserve">[46:32] </w:t>
      </w:r>
      <w:r>
        <w:t>poora kar deti hai. to dua mein ek baat yeh hui ke kisi waseetay ke baghair dua karna chahiye. doosri baat yeh hui ke jab bhi aap dua karein to dua ke mutabiq amal zaroori hai. dua ke mutabiq amal aisa nahi ke dua</w:t>
      </w:r>
    </w:p>
    <w:p>
      <w:pPr>
        <w:jc w:val="right"/>
      </w:pPr>
      <w:r>
        <w:t>پورا کر دیتی ہے۔ تو دعا میں ایک بات یہ ہوئی کہ کسی واسطے کے بغیر دعا کرنا چاہیے۔ دوسری بات یہ ہوئی کہ جب بھی آپ دعا کریں تو دعا کے مطابق عمل ضروری ہے۔ دعا کے مطابق عمل ایسا نہیں کہ دع</w:t>
      </w:r>
    </w:p>
    <w:p>
      <w:r>
        <w:rPr>
          <w:b/>
        </w:rPr>
        <w:t xml:space="preserve">[47:02] </w:t>
      </w:r>
      <w:r>
        <w:t>a kuch hai aur amal kuch hai.</w:t>
      </w:r>
    </w:p>
    <w:p>
      <w:pPr>
        <w:jc w:val="right"/>
      </w:pPr>
      <w:r>
        <w:t>ا کچھ ہے اور عمل کچھ ہے۔</w:t>
      </w:r>
    </w:p>
    <w:p>
      <w:r>
        <w:rPr>
          <w:b/>
        </w:rPr>
        <w:t xml:space="preserve">[47:12] </w:t>
      </w:r>
      <w:r>
        <w:t>toh aisi dua zaahir hai ke qabool nahi ho sakti.</w:t>
      </w:r>
    </w:p>
    <w:p>
      <w:pPr>
        <w:jc w:val="right"/>
      </w:pPr>
      <w:r>
        <w:t>تو ایسی دعا ظاہر ہے کہ قبول نہیں ہو سکتی۔</w:t>
      </w:r>
    </w:p>
    <w:p>
      <w:r>
        <w:rPr>
          <w:b/>
        </w:rPr>
        <w:t xml:space="preserve">[47:22] </w:t>
      </w:r>
      <w:r>
        <w:t>ab dekhiye, is ke baad</w:t>
      </w:r>
    </w:p>
    <w:p>
      <w:pPr>
        <w:jc w:val="right"/>
      </w:pPr>
      <w:r>
        <w:t>اب دیکھیے، اس کے بعد</w:t>
      </w:r>
    </w:p>
    <w:p>
      <w:r>
        <w:rPr>
          <w:b/>
        </w:rPr>
        <w:t xml:space="preserve">[47:32] </w:t>
      </w:r>
      <w:r>
        <w:t>ayat number 187 ko lijie.</w:t>
      </w:r>
    </w:p>
    <w:p>
      <w:pPr>
        <w:jc w:val="right"/>
      </w:pPr>
      <w:r>
        <w:t>آیت نمبر 187 کو لیجیے۔</w:t>
      </w:r>
    </w:p>
    <w:p>
      <w:r>
        <w:rPr>
          <w:b/>
        </w:rPr>
        <w:t xml:space="preserve">[47:42] </w:t>
      </w:r>
      <w:r>
        <w:t>187 yahan par Allah taala ne apne kuch hudon ko bayan farmaya aur phir farmaya ke tilka hudood</w:t>
      </w:r>
    </w:p>
    <w:p>
      <w:pPr>
        <w:jc w:val="right"/>
      </w:pPr>
      <w:r>
        <w:t>187 یہاں پر اللہ تعالی نے اپنے کچھ حدوں کو بیان فرمایا اور پھر فرمایا کہ تلک حدود</w:t>
      </w:r>
    </w:p>
    <w:p>
      <w:r>
        <w:rPr>
          <w:b/>
        </w:rPr>
        <w:t xml:space="preserve">[47:52] </w:t>
      </w:r>
      <w:r>
        <w:t>Allah fala taqrabuho.</w:t>
      </w:r>
    </w:p>
    <w:p>
      <w:pPr>
        <w:jc w:val="right"/>
      </w:pPr>
      <w:r>
        <w:t>اللہ فلا تقربوہا۔</w:t>
      </w:r>
    </w:p>
    <w:p>
      <w:r>
        <w:rPr>
          <w:b/>
        </w:rPr>
        <w:t xml:space="preserve">[48:02] </w:t>
      </w:r>
      <w:r>
        <w:t>187 tilka hudood Allah fala taqrabuho.</w:t>
      </w:r>
    </w:p>
    <w:p>
      <w:pPr>
        <w:jc w:val="right"/>
      </w:pPr>
      <w:r>
        <w:t>187 تلک حدود اللہ فلا تقربوہا۔</w:t>
      </w:r>
    </w:p>
    <w:p>
      <w:r>
        <w:rPr>
          <w:b/>
        </w:rPr>
        <w:t xml:space="preserve">[48:07] </w:t>
      </w:r>
      <w:r>
        <w:t>yeh Allah ki haden hain.</w:t>
      </w:r>
    </w:p>
    <w:p>
      <w:pPr>
        <w:jc w:val="right"/>
      </w:pPr>
      <w:r>
        <w:t>یہ اللہ کی حدیں ہیں۔</w:t>
      </w:r>
    </w:p>
    <w:p>
      <w:r>
        <w:rPr>
          <w:b/>
        </w:rPr>
        <w:t xml:space="preserve">[48:11] </w:t>
      </w:r>
      <w:r>
        <w:t>yeh Khuda ki haden hain.</w:t>
      </w:r>
    </w:p>
    <w:p>
      <w:pPr>
        <w:jc w:val="right"/>
      </w:pPr>
      <w:r>
        <w:t>یہ خدا کی حدیں ہیں۔</w:t>
      </w:r>
    </w:p>
    <w:p>
      <w:r>
        <w:rPr>
          <w:b/>
        </w:rPr>
        <w:t xml:space="preserve">[48:16] </w:t>
      </w:r>
      <w:r>
        <w:t>to tum is ke qareeb bhi na jao.</w:t>
      </w:r>
    </w:p>
    <w:p>
      <w:pPr>
        <w:jc w:val="right"/>
      </w:pPr>
      <w:r>
        <w:t>تو تم اس کے قریب بھی نہ جاؤ۔</w:t>
      </w:r>
    </w:p>
    <w:p>
      <w:r>
        <w:rPr>
          <w:b/>
        </w:rPr>
        <w:t xml:space="preserve">[48:20] </w:t>
      </w:r>
      <w:r>
        <w:t>to is ke qareeb na jao.</w:t>
      </w:r>
    </w:p>
    <w:p>
      <w:pPr>
        <w:jc w:val="right"/>
      </w:pPr>
      <w:r>
        <w:t>تو اس کے قریب نہ جاؤ۔</w:t>
      </w:r>
    </w:p>
    <w:p>
      <w:r>
        <w:rPr>
          <w:b/>
        </w:rPr>
        <w:t xml:space="preserve">[48:25] </w:t>
      </w:r>
      <w:r>
        <w:t>is ke paas na jao.</w:t>
      </w:r>
    </w:p>
    <w:p>
      <w:pPr>
        <w:jc w:val="right"/>
      </w:pPr>
      <w:r>
        <w:t>اس کے پاس نہ جاؤ۔</w:t>
      </w:r>
    </w:p>
    <w:p>
      <w:r>
        <w:rPr>
          <w:b/>
        </w:rPr>
        <w:t xml:space="preserve">[48:29] </w:t>
      </w:r>
      <w:r>
        <w:t>yeh wohi cheez hai jo Hazrat Adam se kahi gayi thi jab woh jannat mein thay.</w:t>
      </w:r>
    </w:p>
    <w:p>
      <w:pPr>
        <w:jc w:val="right"/>
      </w:pPr>
      <w:r>
        <w:t>یہ وہی چیز ہے جو حضرت آدم سے کہی گئی تھی جب وہ جنت میں تھے۔</w:t>
      </w:r>
    </w:p>
    <w:p>
      <w:r>
        <w:rPr>
          <w:b/>
        </w:rPr>
        <w:t xml:space="preserve">[48:33] </w:t>
      </w:r>
      <w:r>
        <w:t>aap jante hain ke pehla insan yani Adam aur un ki biwi hawa ko khuda ne rakha tha jannat mein aur kaha tha ke ke jannat mein har qism ka saman hai tumhare liye, azadi hai, har qism ka aaram hai. to tum us ko enjoy karo. lekin ek darakht wahan tha</w:t>
      </w:r>
    </w:p>
    <w:p>
      <w:pPr>
        <w:jc w:val="right"/>
      </w:pPr>
      <w:r>
        <w:t>آپ جانتے ہیں کہ پہلا انسان یعنی آدم اور ان کی بیوی حوا کو خدا نے رکھا تھا جنت میں اور کہا تھا کہ کہ جنت میں ہر قسم کا سامان ہے تمہارے لیے، آزادی ہے، ہر قسم کا آرام ہے۔ تو تم اس کو انجوائے کرو۔ لیکن ایک درخت وہاں تھا</w:t>
      </w:r>
    </w:p>
    <w:p>
      <w:r>
        <w:rPr>
          <w:b/>
        </w:rPr>
        <w:t xml:space="preserve">[49:03] </w:t>
      </w:r>
      <w:r>
        <w:t>yani shajar mamnuoa ya forbidden tree.</w:t>
      </w:r>
    </w:p>
    <w:p>
      <w:pPr>
        <w:jc w:val="right"/>
      </w:pPr>
      <w:r>
        <w:t>یعنی شجر ممنوعہ یا فاربیڈنٹری۔</w:t>
      </w:r>
    </w:p>
    <w:p>
      <w:r>
        <w:rPr>
          <w:b/>
        </w:rPr>
        <w:t xml:space="preserve">[49:14] </w:t>
      </w:r>
      <w:r>
        <w:t>to farmaya ke is darakht ke paas mat jana, is ka phal mat khana.</w:t>
      </w:r>
    </w:p>
    <w:p>
      <w:pPr>
        <w:jc w:val="right"/>
      </w:pPr>
      <w:r>
        <w:t>تو فرمایا کہ اس درخت کے پاس مت جانا، اس کا پھل مت کھانا۔</w:t>
      </w:r>
    </w:p>
    <w:p>
      <w:r>
        <w:rPr>
          <w:b/>
        </w:rPr>
        <w:t xml:space="preserve">[49:24] </w:t>
      </w:r>
      <w:r>
        <w:t>to Adam ne kya kiya? Adam aur Hawa ne ke woh is hidayat ko bhool gaye</w:t>
      </w:r>
    </w:p>
    <w:p>
      <w:pPr>
        <w:jc w:val="right"/>
      </w:pPr>
      <w:r>
        <w:t>تو آدم نے کیا کیا؟ آدم اور حوا نے کہ وہ اس ہدایت کو بھول گئے</w:t>
      </w:r>
    </w:p>
    <w:p>
      <w:r>
        <w:rPr>
          <w:b/>
        </w:rPr>
        <w:t xml:space="preserve">[49:34] </w:t>
      </w:r>
      <w:r>
        <w:t>, is hidayat ko follow na kar sake.</w:t>
      </w:r>
    </w:p>
    <w:p>
      <w:pPr>
        <w:jc w:val="right"/>
      </w:pPr>
      <w:r>
        <w:t>، اس ہدایت کو فالو نہ کر سکے۔</w:t>
      </w:r>
    </w:p>
    <w:p>
      <w:r>
        <w:rPr>
          <w:b/>
        </w:rPr>
        <w:t xml:space="preserve">[49:38] </w:t>
      </w:r>
      <w:r>
        <w:t>woh is darakht ke paas chale gaye aur is ka phal kha liya unhon ne.</w:t>
      </w:r>
    </w:p>
    <w:p>
      <w:pPr>
        <w:jc w:val="right"/>
      </w:pPr>
      <w:r>
        <w:t>وہ اس درخت کے پاس چلے گئے اور اس کا پھل کھا لیا انہوں نے۔</w:t>
      </w:r>
    </w:p>
    <w:p>
      <w:r>
        <w:rPr>
          <w:b/>
        </w:rPr>
        <w:t xml:space="preserve">[49:42] </w:t>
      </w:r>
      <w:r>
        <w:t>to kya hua? Adam ko jannat se nikal diya gaya.</w:t>
      </w:r>
    </w:p>
    <w:p>
      <w:pPr>
        <w:jc w:val="right"/>
      </w:pPr>
      <w:r>
        <w:t>تو کیا ہوا؟ آدم کو جنت سے نکال دیا گیا۔</w:t>
      </w:r>
    </w:p>
    <w:p>
      <w:r>
        <w:rPr>
          <w:b/>
        </w:rPr>
        <w:t xml:space="preserve">[49:47] </w:t>
      </w:r>
      <w:r>
        <w:t>to yahi farmaya tilka hudood Allah fala taqrabuho.</w:t>
      </w:r>
    </w:p>
    <w:p>
      <w:pPr>
        <w:jc w:val="right"/>
      </w:pPr>
      <w:r>
        <w:t>تو یہی فرمایا تلک حدود اللہ فلا تقربوہا۔</w:t>
      </w:r>
    </w:p>
    <w:p>
      <w:r>
        <w:rPr>
          <w:b/>
        </w:rPr>
        <w:t xml:space="preserve">[49:51] </w:t>
      </w:r>
      <w:r>
        <w:t>yeh dunya mein wohi azmaish chal rahi hai jo wahan thi.</w:t>
      </w:r>
    </w:p>
    <w:p>
      <w:pPr>
        <w:jc w:val="right"/>
      </w:pPr>
      <w:r>
        <w:t>یہ دنیا میں وہی آزمائش چل رہی ہے جو وہاں تھی۔</w:t>
      </w:r>
    </w:p>
    <w:p>
      <w:r>
        <w:rPr>
          <w:b/>
        </w:rPr>
        <w:t xml:space="preserve">[49:56] </w:t>
      </w:r>
      <w:r>
        <w:t>kuch Khuda ki haden hain.</w:t>
      </w:r>
    </w:p>
    <w:p>
      <w:pPr>
        <w:jc w:val="right"/>
      </w:pPr>
      <w:r>
        <w:t>کچھ خدا کی حدیں ہیں۔</w:t>
      </w:r>
    </w:p>
    <w:p>
      <w:r>
        <w:rPr>
          <w:b/>
        </w:rPr>
        <w:t xml:space="preserve">[50:00] </w:t>
      </w:r>
      <w:r>
        <w:t>Khuda ne kuch cheezon ko mana kiya hai.</w:t>
      </w:r>
    </w:p>
    <w:p>
      <w:pPr>
        <w:jc w:val="right"/>
      </w:pPr>
      <w:r>
        <w:t>خدا نے کچھ چیزوں کو منع کیا ہے۔</w:t>
      </w:r>
    </w:p>
    <w:p>
      <w:r>
        <w:rPr>
          <w:b/>
        </w:rPr>
        <w:t xml:space="preserve">[50:04] </w:t>
      </w:r>
      <w:r>
        <w:t>Khuda ke kuch dos and don'ts hain.</w:t>
      </w:r>
    </w:p>
    <w:p>
      <w:pPr>
        <w:jc w:val="right"/>
      </w:pPr>
      <w:r>
        <w:t>خدا کے کچھ ڈوز اور ڈونٹس ہیں۔</w:t>
      </w:r>
    </w:p>
    <w:p>
      <w:r>
        <w:rPr>
          <w:b/>
        </w:rPr>
        <w:t xml:space="preserve">[50:10] </w:t>
      </w:r>
      <w:r>
        <w:t>misalan yeh hai ke aap kisi se khair khwahi kar sakte hain lekin kisi se badkhwahi nahi kar sakte.</w:t>
      </w:r>
    </w:p>
    <w:p>
      <w:pPr>
        <w:jc w:val="right"/>
      </w:pPr>
      <w:r>
        <w:t>مثلاً یہ ہے کہ آپ کسی سے خیر خواہی کر سکتے ہیں لیکن کسی سے بدخواہی نہیں کر سکتے۔</w:t>
      </w:r>
    </w:p>
    <w:p>
      <w:r>
        <w:rPr>
          <w:b/>
        </w:rPr>
        <w:t xml:space="preserve">[50:16] </w:t>
      </w:r>
      <w:r>
        <w:t>yeh had hai ke khair khwahi tak aap azaad hain.</w:t>
      </w:r>
    </w:p>
    <w:p>
      <w:pPr>
        <w:jc w:val="right"/>
      </w:pPr>
      <w:r>
        <w:t>یہ حد ہے کہ خیر خواہی تک آپ آزاد ہیں۔</w:t>
      </w:r>
    </w:p>
    <w:p>
      <w:r>
        <w:rPr>
          <w:b/>
        </w:rPr>
        <w:t xml:space="preserve">[50:22] </w:t>
      </w:r>
      <w:r>
        <w:t>khair khwahi karne tak aap azaad hain lekin badkhwahi karne ke liye aap azaad nahi hain.</w:t>
      </w:r>
    </w:p>
    <w:p>
      <w:pPr>
        <w:jc w:val="right"/>
      </w:pPr>
      <w:r>
        <w:t>خیر خواہی کرنے تک آپ آزاد ہیں لیکن بدخواہی کرنے کے لیے آپ آزاد نہیں ہیں۔</w:t>
      </w:r>
    </w:p>
    <w:p>
      <w:r>
        <w:rPr>
          <w:b/>
        </w:rPr>
        <w:t xml:space="preserve">[50:28] </w:t>
      </w:r>
      <w:r>
        <w:t>logon ke beech mein rehte hue</w:t>
      </w:r>
    </w:p>
    <w:p>
      <w:pPr>
        <w:jc w:val="right"/>
      </w:pPr>
      <w:r>
        <w:t>لوگوں کے بیچ میں رہتے ہوئے</w:t>
      </w:r>
    </w:p>
    <w:p>
      <w:r>
        <w:rPr>
          <w:b/>
        </w:rPr>
        <w:t xml:space="preserve">[50:34] </w:t>
      </w:r>
      <w:r>
        <w:t>aap peaceful tareeqay par rehne ke liye azaad hain lekin violence ka tareeqa ikhtiyar karne ke liye azaad nahi hain. aap woh had aa jati hai wahan par. isi tarah se pyar aur mohabbat, pyar o mohabbat ke sath baat karne ke liye aap azaad hain lekin gaali galoch ke liye aap azaad nahi hain. len den ke liye aap azaad hain lekin kisi ka pi</w:t>
      </w:r>
    </w:p>
    <w:p>
      <w:pPr>
        <w:jc w:val="right"/>
      </w:pPr>
      <w:r>
        <w:t>آپ پیس فل طریقے پر رہنے کے لیے آزاد ہیں لیکن وائلنس کا طریقہ اختیار کرنے کے لیے آزاد نہیں ہیں۔ آپ وہ حد آ جاتی ہے وہاں پر۔ اسی طرح سے پیار اور محبت، پیار و محبت کے ساتھ بات کرنے کے لیے آپ آزاد ہیں لیکن گالی گلوچ کے لیے آپ آزاد نہیں ہیں۔ لین دین کے لیے آپ آزاد ہیں لیکن کسی کا پی</w:t>
      </w:r>
    </w:p>
    <w:p>
      <w:r>
        <w:rPr>
          <w:b/>
        </w:rPr>
        <w:t xml:space="preserve">[51:04] </w:t>
      </w:r>
      <w:r>
        <w:t>seh ghassab karne ke liye aap azaad nahin hain.</w:t>
      </w:r>
    </w:p>
    <w:p>
      <w:pPr>
        <w:jc w:val="right"/>
      </w:pPr>
      <w:r>
        <w:t>سہ غصب کرنے کے لیے آپ آزاد نہیں ہیں۔</w:t>
      </w:r>
    </w:p>
    <w:p>
      <w:r>
        <w:rPr>
          <w:b/>
        </w:rPr>
        <w:t xml:space="preserve">[51:10] </w:t>
      </w:r>
      <w:r>
        <w:t>to saare mamlaat mein jo insaan ki zindagi mein paish aate hain, un sab mein aisa hi hai</w:t>
      </w:r>
    </w:p>
    <w:p>
      <w:pPr>
        <w:jc w:val="right"/>
      </w:pPr>
      <w:r>
        <w:t>تو سارے معاملات میں جو انسان کی زندگی میں پیش آتے ہیں، ان سب میں ایسا ہی ہے</w:t>
      </w:r>
    </w:p>
    <w:p>
      <w:r>
        <w:rPr>
          <w:b/>
        </w:rPr>
        <w:t xml:space="preserve">[51:15] </w:t>
      </w:r>
      <w:r>
        <w:t>ke ek had hai.</w:t>
      </w:r>
    </w:p>
    <w:p>
      <w:pPr>
        <w:jc w:val="right"/>
      </w:pPr>
      <w:r>
        <w:t>کہ ایک حد ہے۔</w:t>
      </w:r>
    </w:p>
    <w:p>
      <w:r>
        <w:rPr>
          <w:b/>
        </w:rPr>
        <w:t xml:space="preserve">[51:21] </w:t>
      </w:r>
      <w:r>
        <w:t>ek had ke aage badhe to aap ne wohi kiya jo Hazrat Adam se hua tha ke woh</w:t>
      </w:r>
    </w:p>
    <w:p>
      <w:pPr>
        <w:jc w:val="right"/>
      </w:pPr>
      <w:r>
        <w:t>ایک حد کے آگے بڑھے تو آپ نے وہی کیا جو حضرت آدم سے ہوا تھا کہ وہ</w:t>
      </w:r>
    </w:p>
    <w:p>
      <w:r>
        <w:rPr>
          <w:b/>
        </w:rPr>
        <w:t xml:space="preserve">[51:26] </w:t>
      </w:r>
      <w:r>
        <w:t>us darakht ke paas gaye aur uska phall kha liya.</w:t>
      </w:r>
    </w:p>
    <w:p>
      <w:pPr>
        <w:jc w:val="right"/>
      </w:pPr>
      <w:r>
        <w:t>اس درخت کے پاس گئے اور اس کا پھل کھا لیا۔</w:t>
      </w:r>
    </w:p>
    <w:p>
      <w:r>
        <w:rPr>
          <w:b/>
        </w:rPr>
        <w:t xml:space="preserve">[51:32] </w:t>
      </w:r>
      <w:r>
        <w:t>to dobara wohi paish aayega insaan ke saath</w:t>
      </w:r>
    </w:p>
    <w:p>
      <w:pPr>
        <w:jc w:val="right"/>
      </w:pPr>
      <w:r>
        <w:t>تو دوبارہ وہی پیش آئے گا انسان کے ساتھ</w:t>
      </w:r>
    </w:p>
    <w:p>
      <w:r>
        <w:rPr>
          <w:b/>
        </w:rPr>
        <w:t xml:space="preserve">[51:37] </w:t>
      </w:r>
      <w:r>
        <w:t>ke Adam ke zariye jo waqea hua, wohi tareekh yahan dohrai ja rahi hai.</w:t>
      </w:r>
    </w:p>
    <w:p>
      <w:pPr>
        <w:jc w:val="right"/>
      </w:pPr>
      <w:r>
        <w:t>کہ آدم کے ذریعے جو واقعہ ہوا، وہی تاریخ یہاں دہرائی جا رہی ہے۔</w:t>
      </w:r>
    </w:p>
    <w:p>
      <w:r>
        <w:rPr>
          <w:b/>
        </w:rPr>
        <w:t xml:space="preserve">[51:43] </w:t>
      </w:r>
      <w:r>
        <w:t>to Hazrat Adam to jannat se nikaal kar yahan rakhe gaye test ke liye.</w:t>
      </w:r>
    </w:p>
    <w:p>
      <w:pPr>
        <w:jc w:val="right"/>
      </w:pPr>
      <w:r>
        <w:t>تو حضرت آدم تو جنت سے نکال کر یہاں رکھے گئے ٹیسٹ کے لیے۔</w:t>
      </w:r>
    </w:p>
    <w:p>
      <w:r>
        <w:rPr>
          <w:b/>
        </w:rPr>
        <w:t xml:space="preserve">[51:49] </w:t>
      </w:r>
      <w:r>
        <w:t>unki nasal poori poori nasal ko yahan mauqa diya gaya test ka.</w:t>
      </w:r>
    </w:p>
    <w:p>
      <w:pPr>
        <w:jc w:val="right"/>
      </w:pPr>
      <w:r>
        <w:t>ان کی نسل پوری پوری نسل کو یہاں موقع دیا گیا ٹیسٹ کا۔</w:t>
      </w:r>
    </w:p>
    <w:p>
      <w:r>
        <w:rPr>
          <w:b/>
        </w:rPr>
        <w:t xml:space="preserve">[51:56] </w:t>
      </w:r>
      <w:r>
        <w:t>lekin ab is duniya ke khatme ke baad phir aur kahin nahin insaan ko jagah milegi.</w:t>
      </w:r>
    </w:p>
    <w:p>
      <w:pPr>
        <w:jc w:val="right"/>
      </w:pPr>
      <w:r>
        <w:t>لیکن اب اس دنیا کے خاتمے کے بعد پھر اور کہیں نہیں انسان کو جگہ ملے گی۔</w:t>
      </w:r>
    </w:p>
    <w:p>
      <w:r>
        <w:rPr>
          <w:b/>
        </w:rPr>
        <w:t xml:space="preserve">[52:02] </w:t>
      </w:r>
      <w:r>
        <w:t>is duniya ke khatme ke baad</w:t>
      </w:r>
    </w:p>
    <w:p>
      <w:pPr>
        <w:jc w:val="right"/>
      </w:pPr>
      <w:r>
        <w:t>اس دنیا کے خاتمے کے بعد</w:t>
      </w:r>
    </w:p>
    <w:p>
      <w:r>
        <w:rPr>
          <w:b/>
        </w:rPr>
        <w:t xml:space="preserve">[52:08] </w:t>
      </w:r>
      <w:r>
        <w:t>ya to jannat hai ya jahannum hai.</w:t>
      </w:r>
    </w:p>
    <w:p>
      <w:pPr>
        <w:jc w:val="right"/>
      </w:pPr>
      <w:r>
        <w:t>یا تو جنت ہے یا جہنم ہے۔</w:t>
      </w:r>
    </w:p>
    <w:p>
      <w:r>
        <w:rPr>
          <w:b/>
        </w:rPr>
        <w:t xml:space="preserve">[52:15] </w:t>
      </w:r>
      <w:r>
        <w:t>to yeh jo farmaya ke tilka hudood Allah fala taqrabuha, yeh Khuda ki haden hain to tum us</w:t>
      </w:r>
    </w:p>
    <w:p>
      <w:pPr>
        <w:jc w:val="right"/>
      </w:pPr>
      <w:r>
        <w:t>تو یہ جو فرمایا کہ تلک حدود اللہ فلا تقربوہا، یہ خدا کی حدیں ہیں تو تم اس</w:t>
      </w:r>
    </w:p>
    <w:p>
      <w:r>
        <w:rPr>
          <w:b/>
        </w:rPr>
        <w:t xml:space="preserve">[52:23] </w:t>
      </w:r>
      <w:r>
        <w:t>ke qareeb na jao.</w:t>
      </w:r>
    </w:p>
    <w:p>
      <w:pPr>
        <w:jc w:val="right"/>
      </w:pPr>
      <w:r>
        <w:t>کے قریب نہ جاؤ۔</w:t>
      </w:r>
    </w:p>
    <w:p>
      <w:r>
        <w:rPr>
          <w:b/>
        </w:rPr>
        <w:t xml:space="preserve">[52:30] </w:t>
      </w:r>
      <w:r>
        <w:t>to Adam jab darakht ke qareeb gaye</w:t>
      </w:r>
    </w:p>
    <w:p>
      <w:pPr>
        <w:jc w:val="right"/>
      </w:pPr>
      <w:r>
        <w:t>تو آدم جب درخت کے قریب گئے</w:t>
      </w:r>
    </w:p>
    <w:p>
      <w:r>
        <w:rPr>
          <w:b/>
        </w:rPr>
        <w:t xml:space="preserve">[52:38] </w:t>
      </w:r>
      <w:r>
        <w:t>to unko to sirf itna hi unke saath hua ke jannat se nikaal kar is duniya</w:t>
      </w:r>
    </w:p>
    <w:p>
      <w:pPr>
        <w:jc w:val="right"/>
      </w:pPr>
      <w:r>
        <w:t>تو ان کو تو صرف اتنا ہی ان کے ساتھ ہوا کہ جنت سے نکال کر اس دنیا</w:t>
      </w:r>
    </w:p>
    <w:p>
      <w:r>
        <w:rPr>
          <w:b/>
        </w:rPr>
        <w:t xml:space="preserve">[52:44] </w:t>
      </w:r>
      <w:r>
        <w:t>mein daal diye gaye.</w:t>
      </w:r>
    </w:p>
    <w:p>
      <w:pPr>
        <w:jc w:val="right"/>
      </w:pPr>
      <w:r>
        <w:t>میں ڈال دیے گئے۔</w:t>
      </w:r>
    </w:p>
    <w:p>
      <w:r>
        <w:rPr>
          <w:b/>
        </w:rPr>
        <w:t xml:space="preserve">[52:50] </w:t>
      </w:r>
      <w:r>
        <w:t>ab yeh aisa nahin hone wala hai.</w:t>
      </w:r>
    </w:p>
    <w:p>
      <w:pPr>
        <w:jc w:val="right"/>
      </w:pPr>
      <w:r>
        <w:t>اب یہ ایسا نہیں ہونے والا ہے۔</w:t>
      </w:r>
    </w:p>
    <w:p>
      <w:r>
        <w:rPr>
          <w:b/>
        </w:rPr>
        <w:t xml:space="preserve">[52:56] </w:t>
      </w:r>
      <w:r>
        <w:t>ab yeh duniya se nikaal kar ke iske baad jo cheez hai woh hell hai, woh jahannum hai.</w:t>
      </w:r>
    </w:p>
    <w:p>
      <w:pPr>
        <w:jc w:val="right"/>
      </w:pPr>
      <w:r>
        <w:t>اب یہ دنیا سے نکال کر کے اس کے بعد جو چیز ہے وہ ہل ہے، وہ جہنم ہے۔</w:t>
      </w:r>
    </w:p>
    <w:p>
      <w:r>
        <w:rPr>
          <w:b/>
        </w:rPr>
        <w:t xml:space="preserve">[53:02] </w:t>
      </w:r>
      <w:r>
        <w:t>haan, jo log bachen hudood ke andar reh kar zindagi guzarein, jo limitations hain, jo had bandiyan hain, usko</w:t>
      </w:r>
    </w:p>
    <w:p>
      <w:pPr>
        <w:jc w:val="right"/>
      </w:pPr>
      <w:r>
        <w:t>ہاں، جو لوگ بچیں حدود کے اندر رہ کر زندگی گزاریں، جو لیمیٹیشنز ہیں، جو حد بندیاں ہیں، اس کو</w:t>
      </w:r>
    </w:p>
    <w:p>
      <w:r>
        <w:rPr>
          <w:b/>
        </w:rPr>
        <w:t xml:space="preserve">[53:08] </w:t>
      </w:r>
      <w:r>
        <w:t>paar na karein, un ke liye paradise hai, un ke liye jannat hai. to yeh hai insan ka test is duniya mein. yeh hai insan ka test. is duniya mein jo rakha gaya hai, woh aadmi ko inaam ke liye ya reward ke liye nahi rakha gaya hai. insan ka koi right nahi hai is duniya mein. aisa nahi hai ke</w:t>
      </w:r>
    </w:p>
    <w:p>
      <w:pPr>
        <w:jc w:val="right"/>
      </w:pPr>
      <w:r>
        <w:t>پار نہ کریں، ان کے لیے پیارڈائز ہے، ان کے لیے جنت ہے۔ تو یہ ہے انسان کا ٹیسٹ اس دنیا میں۔ یہ ہے انسان کا ٹیسٹ۔ اس دنیا میں جو رکھا گیا ہے، وہ آدمی کو انعام کے لیے یا ریوارڈ کے لیے نہیں رکھا گیا ہے۔ انسان کا کوئی رائٹ نہیں ہے اس دنیا میں۔ ایسا نہیں ہے کہ</w:t>
      </w:r>
    </w:p>
    <w:p>
      <w:r>
        <w:rPr>
          <w:b/>
        </w:rPr>
        <w:t xml:space="preserve">[53:38] </w:t>
      </w:r>
      <w:r>
        <w:t>insaan ka ek right tha, us right ki wajah se usko yahan par rakh diya gaya.</w:t>
      </w:r>
    </w:p>
    <w:p>
      <w:pPr>
        <w:jc w:val="right"/>
      </w:pPr>
      <w:r>
        <w:t>انسان کا ایک رائٹ تھا، اس رائٹ کی وجہ سے اس کو یہاں پر رکھ دیا گیا۔</w:t>
      </w:r>
    </w:p>
    <w:p>
      <w:r>
        <w:rPr>
          <w:b/>
        </w:rPr>
        <w:t xml:space="preserve">[53:46] </w:t>
      </w:r>
      <w:r>
        <w:t>nahin, insaan ko is duniya mein rakhne ka maqsad sirf ek hai aur woh hai test, woh hai</w:t>
      </w:r>
    </w:p>
    <w:p>
      <w:pPr>
        <w:jc w:val="right"/>
      </w:pPr>
      <w:r>
        <w:t>نہیں، انسان کو اس دنیا میں رکھنے کا مقصد صرف ایک ہے اور وہ ہے ٹیسٹ، وہ ہے</w:t>
      </w:r>
    </w:p>
    <w:p>
      <w:r>
        <w:rPr>
          <w:b/>
        </w:rPr>
        <w:t xml:space="preserve">[53:54] </w:t>
      </w:r>
      <w:r>
        <w:t>imtihaan, woh hai ibtila.</w:t>
      </w:r>
    </w:p>
    <w:p>
      <w:pPr>
        <w:jc w:val="right"/>
      </w:pPr>
      <w:r>
        <w:t>امتحان، وہ ہے ابتلا۔</w:t>
      </w:r>
    </w:p>
    <w:p>
      <w:r>
        <w:rPr>
          <w:b/>
        </w:rPr>
        <w:t xml:space="preserve">[54:01] </w:t>
      </w:r>
      <w:r>
        <w:t>kuch bhi ho, yani chahe ghareeb bhi ho ya ameer bhi, aadmi power</w:t>
      </w:r>
    </w:p>
    <w:p>
      <w:pPr>
        <w:jc w:val="right"/>
      </w:pPr>
      <w:r>
        <w:t>کچھ بھی ہو، یعنی چاہے غریب بھی ہو یا امیر بھی، آدمی پاور</w:t>
      </w:r>
    </w:p>
    <w:p>
      <w:r>
        <w:rPr>
          <w:b/>
        </w:rPr>
        <w:t xml:space="preserve">[54:09] </w:t>
      </w:r>
      <w:r>
        <w:t>fal ho ya power less ho, is ko bohat fame mili hui ho ya is ko koi na</w:t>
      </w:r>
    </w:p>
    <w:p>
      <w:pPr>
        <w:jc w:val="right"/>
      </w:pPr>
      <w:r>
        <w:t>فل ہو یا پاور لیس ہو، اس کو بہت فیم ملی ہوئی ہو یا اس کو کوئی نہ</w:t>
      </w:r>
    </w:p>
    <w:p>
      <w:r>
        <w:rPr>
          <w:b/>
        </w:rPr>
        <w:t xml:space="preserve">[54:16] </w:t>
      </w:r>
      <w:r>
        <w:t>janta ho, kuch bhi ho, kuch bhi ho, wo sab test paper hai.</w:t>
      </w:r>
    </w:p>
    <w:p>
      <w:pPr>
        <w:jc w:val="right"/>
      </w:pPr>
      <w:r>
        <w:t>جانتا ہو، کچھ بھی ہو، کچھ بھی ہو، وہ سب ٹیسٹ پیپر ہے۔</w:t>
      </w:r>
    </w:p>
    <w:p>
      <w:r>
        <w:rPr>
          <w:b/>
        </w:rPr>
        <w:t xml:space="preserve">[54:24] </w:t>
      </w:r>
      <w:r>
        <w:t>har aadmi ko apne test paper ke aitbar se jaancha jayega.</w:t>
      </w:r>
    </w:p>
    <w:p>
      <w:pPr>
        <w:jc w:val="right"/>
      </w:pPr>
      <w:r>
        <w:t>ہر آدمی کو اپنے ٹیسٹ پیپر کے اعتبار سے جانچا جائے گا۔</w:t>
      </w:r>
    </w:p>
    <w:p>
      <w:r>
        <w:rPr>
          <w:b/>
        </w:rPr>
        <w:t xml:space="preserve">[54:32] </w:t>
      </w:r>
      <w:r>
        <w:t>har aadmi ke apne halaat ke lehaz se is ki kuch limitations hain, is ki kuch had bandiyan hain.</w:t>
      </w:r>
    </w:p>
    <w:p>
      <w:pPr>
        <w:jc w:val="right"/>
      </w:pPr>
      <w:r>
        <w:t>ہر آدمی کے اپنے حالات کے لحاظ سے اس کی کچھ لیمیٹیشنز ہیں، اس کی کچھ حد بندیاں ہیں۔</w:t>
      </w:r>
    </w:p>
    <w:p>
      <w:r>
        <w:rPr>
          <w:b/>
        </w:rPr>
        <w:t xml:space="preserve">[54:40] </w:t>
      </w:r>
      <w:r>
        <w:t>to is ka lehaz karte hue insaan ko is dunya mein zindagi guzarna hai.</w:t>
      </w:r>
    </w:p>
    <w:p>
      <w:pPr>
        <w:jc w:val="right"/>
      </w:pPr>
      <w:r>
        <w:t>تو اس کا لحاظ کرتے ہوئے انسان کو اس دنیا میں زندگی گزارنا ہے۔</w:t>
      </w:r>
    </w:p>
    <w:p>
      <w:r>
        <w:rPr>
          <w:b/>
        </w:rPr>
        <w:t xml:space="preserve">[54:50] </w:t>
      </w:r>
      <w:r>
        <w:t>to jo log Allah ki hadon ko paar nahi karenge, jaise ek hadith hai ke Rasool Allah</w:t>
      </w:r>
    </w:p>
    <w:p>
      <w:pPr>
        <w:jc w:val="right"/>
      </w:pPr>
      <w:r>
        <w:t>تو جو لوگ اللہ کی حدوں کو پار نہیں کریں گے، جیسے ایک حدیث ہے کہ رسول اللہ</w:t>
      </w:r>
    </w:p>
    <w:p>
      <w:r>
        <w:rPr>
          <w:b/>
        </w:rPr>
        <w:t xml:space="preserve">[55:00] </w:t>
      </w:r>
      <w:r>
        <w:t>sallallahu alaihi wasallam ne ek misaal di ke momin ki misaal aur us ke im</w:t>
      </w:r>
    </w:p>
    <w:p>
      <w:pPr>
        <w:jc w:val="right"/>
      </w:pPr>
      <w:r>
        <w:t>صلی اللہ علیہ وسلم نے ایک مثال دی کہ مومن کی مثال اور اس کے ایم</w:t>
      </w:r>
    </w:p>
    <w:p>
      <w:r>
        <w:rPr>
          <w:b/>
        </w:rPr>
        <w:t xml:space="preserve">[55:10] </w:t>
      </w:r>
      <w:r>
        <w:t>an ki misaal aisi hai jaise ke khunti se bandha hua ghoda.</w:t>
      </w:r>
    </w:p>
    <w:p>
      <w:pPr>
        <w:jc w:val="right"/>
      </w:pPr>
      <w:r>
        <w:t>ان کی مثال ایسی ہے جیسے کہ کھونٹی سے بندھا ہوا گھوڑا۔</w:t>
      </w:r>
    </w:p>
    <w:p>
      <w:r>
        <w:rPr>
          <w:b/>
        </w:rPr>
        <w:t xml:space="preserve">[55:16] </w:t>
      </w:r>
      <w:r>
        <w:t>to ek khunti hai, is ki ek rassi hai, is rassi mein ghoda bandha hua hai.</w:t>
      </w:r>
    </w:p>
    <w:p>
      <w:pPr>
        <w:jc w:val="right"/>
      </w:pPr>
      <w:r>
        <w:t>تو ایک کھونٹی ہے، اس کی ایک رسی ہے، اس رسی میں گھوڑا بندھا ہوا ہے۔</w:t>
      </w:r>
    </w:p>
    <w:p>
      <w:r>
        <w:rPr>
          <w:b/>
        </w:rPr>
        <w:t xml:space="preserve">[55:22] </w:t>
      </w:r>
      <w:r>
        <w:t>to rassi kya hai? rassi is ka imaan hai.</w:t>
      </w:r>
    </w:p>
    <w:p>
      <w:pPr>
        <w:jc w:val="right"/>
      </w:pPr>
      <w:r>
        <w:t>تو رسی کیا ہے؟ رسی اس کا ایمان ہے۔</w:t>
      </w:r>
    </w:p>
    <w:p>
      <w:r>
        <w:rPr>
          <w:b/>
        </w:rPr>
        <w:t xml:space="preserve">[55:28] </w:t>
      </w:r>
      <w:r>
        <w:t>farz kiya ke rassi paanch meter ki hai, to paanch meter tak to wo jayega, paanch meter</w:t>
      </w:r>
    </w:p>
    <w:p>
      <w:pPr>
        <w:jc w:val="right"/>
      </w:pPr>
      <w:r>
        <w:t>فرض کیا کہ رسی پانچ میٹر کی ہے، تو پانچ میٹر تک تو وہ جائے گا، پانچ میٹر</w:t>
      </w:r>
    </w:p>
    <w:p>
      <w:r>
        <w:rPr>
          <w:b/>
        </w:rPr>
        <w:t xml:space="preserve">[55:34] </w:t>
      </w:r>
      <w:r>
        <w:t>tak wo ghoomega idhar</w:t>
      </w:r>
    </w:p>
    <w:p>
      <w:pPr>
        <w:jc w:val="right"/>
      </w:pPr>
      <w:r>
        <w:t>تک وہ گھومے گا ادھر</w:t>
      </w:r>
    </w:p>
    <w:p>
      <w:r>
        <w:rPr>
          <w:b/>
        </w:rPr>
        <w:t xml:space="preserve">[55:40] </w:t>
      </w:r>
      <w:r>
        <w:t>udhar, lekin paanch meter se aage nahi jayega.</w:t>
      </w:r>
    </w:p>
    <w:p>
      <w:pPr>
        <w:jc w:val="right"/>
      </w:pPr>
      <w:r>
        <w:t>ادھر، لیکن پانچ میٹر سے آگے نہیں جائے گا۔</w:t>
      </w:r>
    </w:p>
    <w:p>
      <w:r>
        <w:rPr>
          <w:b/>
        </w:rPr>
        <w:t xml:space="preserve">[55:46] </w:t>
      </w:r>
      <w:r>
        <w:t>wo yahi muamla imaan ka hai.</w:t>
      </w:r>
    </w:p>
    <w:p>
      <w:pPr>
        <w:jc w:val="right"/>
      </w:pPr>
      <w:r>
        <w:t>وہ یہی معاملہ ایمان کا ہے۔</w:t>
      </w:r>
    </w:p>
    <w:p>
      <w:r>
        <w:rPr>
          <w:b/>
        </w:rPr>
        <w:t xml:space="preserve">[55:52] </w:t>
      </w:r>
      <w:r>
        <w:t>imaan ek rassi hai.</w:t>
      </w:r>
    </w:p>
    <w:p>
      <w:pPr>
        <w:jc w:val="right"/>
      </w:pPr>
      <w:r>
        <w:t>ایمان ایک رسی ہے۔</w:t>
      </w:r>
    </w:p>
    <w:p>
      <w:r>
        <w:rPr>
          <w:b/>
        </w:rPr>
        <w:t xml:space="preserve">[55:58] </w:t>
      </w:r>
      <w:r>
        <w:t>ایمان جو ہے، dos and don'ts کا ایک آپ کو ایک لسٹ دیتا ہے۔</w:t>
      </w:r>
    </w:p>
    <w:p>
      <w:pPr>
        <w:jc w:val="right"/>
      </w:pPr>
      <w:r>
        <w:t>ایمان جو ہے، ڈوز اینڈ ڈونٹس کا ایک آپ کو ایک لسٹ دیتا ہے۔</w:t>
      </w:r>
    </w:p>
    <w:p>
      <w:r>
        <w:rPr>
          <w:b/>
        </w:rPr>
        <w:t xml:space="preserve">[56:04] </w:t>
      </w:r>
      <w:r>
        <w:t>to jahan tak imaan ijazat de, wahan tak jana, aur jahan tak ijazat na de, wahan tak na jana.</w:t>
      </w:r>
    </w:p>
    <w:p>
      <w:pPr>
        <w:jc w:val="right"/>
      </w:pPr>
      <w:r>
        <w:t>تو جہاں تک ایمان اجازت دے، وہاں تک جانا، اور جہاں تک اجازت نہ دے، وہاں تک نہ جانا۔</w:t>
      </w:r>
    </w:p>
    <w:p>
      <w:r>
        <w:rPr>
          <w:b/>
        </w:rPr>
        <w:t xml:space="preserve">[56:10] </w:t>
      </w:r>
      <w:r>
        <w:t>ye hai momin ka muamla.</w:t>
      </w:r>
    </w:p>
    <w:p>
      <w:pPr>
        <w:jc w:val="right"/>
      </w:pPr>
      <w:r>
        <w:t>یہ ہے مومن کا معاملہ۔</w:t>
      </w:r>
    </w:p>
    <w:p>
      <w:r>
        <w:rPr>
          <w:b/>
        </w:rPr>
        <w:t xml:space="preserve">[56:18] </w:t>
      </w:r>
      <w:r>
        <w:t>to jis tarah se ek ghoda apni rassi ke aitbar se idhar udhar chalta hai, is ke bahar</w:t>
      </w:r>
    </w:p>
    <w:p>
      <w:pPr>
        <w:jc w:val="right"/>
      </w:pPr>
      <w:r>
        <w:t>تو جس طرح سے ایک گھوڑا اپنی رسی کے اعتبار سے ادھر ادھر چلتا ہے، اس کے باہر</w:t>
      </w:r>
    </w:p>
    <w:p>
      <w:r>
        <w:rPr>
          <w:b/>
        </w:rPr>
        <w:t xml:space="preserve">[56:26] </w:t>
      </w:r>
      <w:r>
        <w:t>nahi jata, wo to wo to under compulsion aisa karta hai, kyunke jo rassi is ke bandhi hui</w:t>
      </w:r>
    </w:p>
    <w:p>
      <w:pPr>
        <w:jc w:val="right"/>
      </w:pPr>
      <w:r>
        <w:t>نہیں جاتا، وہ تو وہ تو انڈر کمپلشن ایسا کرتا ہے، کیونکہ جو رسی اس کے بندھی ہوئی</w:t>
      </w:r>
    </w:p>
    <w:p>
      <w:r>
        <w:rPr>
          <w:b/>
        </w:rPr>
        <w:t xml:space="preserve">[56:34] </w:t>
      </w:r>
      <w:r>
        <w:t>hai, is ki gardan mein, wo majboor karti hai is ko ke rassi ke bahar na jaye.</w:t>
      </w:r>
    </w:p>
    <w:p>
      <w:pPr>
        <w:jc w:val="right"/>
      </w:pPr>
      <w:r>
        <w:t>ہے، اس کی گردن میں، وہ مجبور کرتی ہے اس کو کہ رسی کے باہر نہ جائے۔</w:t>
      </w:r>
    </w:p>
    <w:p>
      <w:r>
        <w:rPr>
          <w:b/>
        </w:rPr>
        <w:t xml:space="preserve">[56:42] </w:t>
      </w:r>
      <w:r>
        <w:t>to ye ek compulsory, ye ek compulsory discipline hai, majburana control hai.</w:t>
      </w:r>
    </w:p>
    <w:p>
      <w:pPr>
        <w:jc w:val="right"/>
      </w:pPr>
      <w:r>
        <w:t>تو یہ ایک کمپلسری، یہ ایک کمپلسری ڈسپلن ہے، مجبورانہ کنٹرول ہے۔</w:t>
      </w:r>
    </w:p>
    <w:p>
      <w:r>
        <w:rPr>
          <w:b/>
        </w:rPr>
        <w:t xml:space="preserve">[56:49] </w:t>
      </w:r>
      <w:r>
        <w:t>ye yahi control momin ko apne ikhtiyar se, apni azadi se apne upar aaid karna hai.</w:t>
      </w:r>
    </w:p>
    <w:p>
      <w:pPr>
        <w:jc w:val="right"/>
      </w:pPr>
      <w:r>
        <w:t>یہ یہی کنٹرول مومن کو اپنے اختیار سے، اپنی آزادی سے اپنے اوپر عائد کرنا ہے۔</w:t>
      </w:r>
    </w:p>
    <w:p>
      <w:r>
        <w:rPr>
          <w:b/>
        </w:rPr>
        <w:t xml:space="preserve">[56:57] </w:t>
      </w:r>
      <w:r>
        <w:t>to momin ka muamla self control ka muamla hai, self discipline ka muamla hai.</w:t>
      </w:r>
    </w:p>
    <w:p>
      <w:pPr>
        <w:jc w:val="right"/>
      </w:pPr>
      <w:r>
        <w:t>تو مومن کا معاملہ سیلف کنٹرول کا معاملہ ہے، سیلف ڈسپلن کا معاملہ ہے۔</w:t>
      </w:r>
    </w:p>
    <w:p>
      <w:r>
        <w:rPr>
          <w:b/>
        </w:rPr>
        <w:t xml:space="preserve">[57:04] </w:t>
      </w:r>
      <w:r>
        <w:t>yani ghoda jis cheez ko majb</w:t>
      </w:r>
    </w:p>
    <w:p>
      <w:pPr>
        <w:jc w:val="right"/>
      </w:pPr>
      <w:r>
        <w:t>یعنی گھوڑا جس چیز کو مجب</w:t>
      </w:r>
    </w:p>
    <w:p>
      <w:r>
        <w:rPr>
          <w:b/>
        </w:rPr>
        <w:t xml:space="preserve">[57:12] </w:t>
      </w:r>
      <w:r>
        <w:t>rana tor par karta hai, usi ko momin ikhtiyar aur azadi ke sath karta hai, aur usi par jannat hai. khuda ne is duniya mein kisi ko bhi majboor nahi kiya ke woh neki hi kare, woh achhai kare, woh bhalai kare. har ek ko azadi de di hai khuda ne, lekin yeh azadi is</w:t>
      </w:r>
    </w:p>
    <w:p>
      <w:pPr>
        <w:jc w:val="right"/>
      </w:pPr>
      <w:r>
        <w:t>ورانہ طور پر کرتا ہے، اسی کو مومن اختیار اور آزادی کے ساتھ کرتا ہے، اور اسی پر جنت ہے۔ خدا نے اس دنیا میں کسی کو بھی مجبور نہیں کیا کہ وہ نیکی ہی کرے، وہ اچھائی کرے، وہ بھلائی کرے۔ ہر ایک کو آزادی دے دی ہے خدا نے، لیکن یہ آزادی اس</w:t>
      </w:r>
    </w:p>
    <w:p>
      <w:r>
        <w:rPr>
          <w:b/>
        </w:rPr>
        <w:t xml:space="preserve">[57:42] </w:t>
      </w:r>
      <w:r>
        <w:t>liye hai ke aadmi apni azadi ko control ke sath, apni azadi ko control mein rakh kar ke</w:t>
      </w:r>
    </w:p>
    <w:p>
      <w:pPr>
        <w:jc w:val="right"/>
      </w:pPr>
      <w:r>
        <w:t>لیے ہے کہ آدمی اپنی آزادی کو کنٹرول کے ساتھ، اپنی آزادی کو کنٹرول میں رکھ کر کے</w:t>
      </w:r>
    </w:p>
    <w:p>
      <w:r>
        <w:rPr>
          <w:b/>
        </w:rPr>
        <w:t xml:space="preserve">[57:53] </w:t>
      </w:r>
      <w:r>
        <w:t>sehih dhung par is ko istemal kare taakeh woh jannat mein dakhil karne ka mustahiq thehre.</w:t>
      </w:r>
    </w:p>
    <w:p>
      <w:pPr>
        <w:jc w:val="right"/>
      </w:pPr>
      <w:r>
        <w:t>صحیح ڈھنگ پر اس کو استعمال کرے تاکہ وہ جنت میں داخل کرنے کا مستحق ٹھہرے۔</w:t>
      </w:r>
    </w:p>
    <w:p>
      <w:r>
        <w:rPr>
          <w:b/>
        </w:rPr>
        <w:t xml:space="preserve">[58:04] </w:t>
      </w:r>
      <w:r>
        <w:t>khuda ke haan</w:t>
      </w:r>
    </w:p>
    <w:p>
      <w:pPr>
        <w:jc w:val="right"/>
      </w:pPr>
      <w:r>
        <w:t>خدا کے ہاں</w:t>
      </w:r>
    </w:p>
    <w:p>
      <w:r>
        <w:rPr>
          <w:b/>
        </w:rPr>
        <w:t xml:space="preserve">[58:15] </w:t>
      </w:r>
      <w:r>
        <w:t>is ke baad 191 ki ayat hai ke fa-in qatiluhum faqtuluhum, fa-in qatalukum faqtuluhum, fa-in qatalukum faqtuluhum.</w:t>
      </w:r>
    </w:p>
    <w:p>
      <w:pPr>
        <w:jc w:val="right"/>
      </w:pPr>
      <w:r>
        <w:t>اس کے بعد 191 کی آیت ہے کہ فَإِنْ قَاتِلُوهُمْ فَاقْتُلُوهُمْ، فَإِنْ قَاتِلُوكُمْ فَاقْتُلُوهُمْ، فَإِنْ قَاتِلُوكُمْ فَاقْتُلُوهُمْ۔</w:t>
      </w:r>
    </w:p>
    <w:p>
      <w:r>
        <w:rPr>
          <w:b/>
        </w:rPr>
        <w:t xml:space="preserve">[58:31] </w:t>
      </w:r>
      <w:r>
        <w:t>yeh hai ayat number 191.</w:t>
      </w:r>
    </w:p>
    <w:p>
      <w:pPr>
        <w:jc w:val="right"/>
      </w:pPr>
      <w:r>
        <w:t>یہ ہے آیت نمبر 191۔</w:t>
      </w:r>
    </w:p>
    <w:p>
      <w:r>
        <w:rPr>
          <w:b/>
        </w:rPr>
        <w:t xml:space="preserve">[58:46] </w:t>
      </w:r>
      <w:r>
        <w:t>yani agar woh tum se jang karein to tum bhi un se jang kar sakte ho.</w:t>
      </w:r>
    </w:p>
    <w:p>
      <w:pPr>
        <w:jc w:val="right"/>
      </w:pPr>
      <w:r>
        <w:t>یعنی اگر وہ تم سے جنگ کریں تو تم بھی ان سے جنگ کر سکتے ہو۔</w:t>
      </w:r>
    </w:p>
    <w:p>
      <w:r>
        <w:rPr>
          <w:b/>
        </w:rPr>
        <w:t xml:space="preserve">[58:53] </w:t>
      </w:r>
      <w:r>
        <w:t>is ka mani kya hui hai ke momin ke liye jang karna sirf is waqt jaiz hai jab</w:t>
      </w:r>
    </w:p>
    <w:p>
      <w:pPr>
        <w:jc w:val="right"/>
      </w:pPr>
      <w:r>
        <w:t>اس کا معنی کیا ہوئی ہے کہ مومن کے لیے جنگ کرنا صرف اس وقت جائز ہے جب</w:t>
      </w:r>
    </w:p>
    <w:p>
      <w:r>
        <w:rPr>
          <w:b/>
        </w:rPr>
        <w:t xml:space="preserve">[58:59] </w:t>
      </w:r>
      <w:r>
        <w:t>ke doosra attack kar de, doosra egreshan kar de, doosra hamla kar de.</w:t>
      </w:r>
    </w:p>
    <w:p>
      <w:pPr>
        <w:jc w:val="right"/>
      </w:pPr>
      <w:r>
        <w:t>کہ دوسرا اٹیک کر دے، دوسرا ایگریشن کر دے، دوسرا حملہ کر دے۔</w:t>
      </w:r>
    </w:p>
    <w:p>
      <w:r>
        <w:rPr>
          <w:b/>
        </w:rPr>
        <w:t xml:space="preserve">[59:05] </w:t>
      </w:r>
      <w:r>
        <w:t>fa-in qatalukum faqtuluhum.</w:t>
      </w:r>
    </w:p>
    <w:p>
      <w:pPr>
        <w:jc w:val="right"/>
      </w:pPr>
      <w:r>
        <w:t>فَإِنْ قَاتِلُوكُمْ فَاقْتُلُوهُمْ۔</w:t>
      </w:r>
    </w:p>
    <w:p>
      <w:r>
        <w:rPr>
          <w:b/>
        </w:rPr>
        <w:t xml:space="preserve">[59:11] </w:t>
      </w:r>
      <w:r>
        <w:t>jab woh tum par</w:t>
      </w:r>
    </w:p>
    <w:p>
      <w:pPr>
        <w:jc w:val="right"/>
      </w:pPr>
      <w:r>
        <w:t>جب وہ تم پر</w:t>
      </w:r>
    </w:p>
    <w:p>
      <w:r>
        <w:rPr>
          <w:b/>
        </w:rPr>
        <w:t xml:space="preserve">[59:17] </w:t>
      </w:r>
      <w:r>
        <w:t>jang chhed de tumhare khilaf to tum be-deaf mein un se lado, is ke baghair nahin.</w:t>
      </w:r>
    </w:p>
    <w:p>
      <w:pPr>
        <w:jc w:val="right"/>
      </w:pPr>
      <w:r>
        <w:t>جنگ چھیڑ دے تمہارے خلاف تو تم بے دفاع میں ان سے لڑو، اس کے بغیر نہیں۔</w:t>
      </w:r>
    </w:p>
    <w:p>
      <w:r>
        <w:rPr>
          <w:b/>
        </w:rPr>
        <w:t xml:space="preserve">[59:24] </w:t>
      </w:r>
      <w:r>
        <w:t>agar woh tum se qital kare to tum bhi un se qital karo.</w:t>
      </w:r>
    </w:p>
    <w:p>
      <w:pPr>
        <w:jc w:val="right"/>
      </w:pPr>
      <w:r>
        <w:t>اگر وہ تم سے قتال کرے تو تم بھی ان سے قتال کرو۔</w:t>
      </w:r>
    </w:p>
    <w:p>
      <w:r>
        <w:rPr>
          <w:b/>
        </w:rPr>
        <w:t xml:space="preserve">[59:30] </w:t>
      </w:r>
      <w:r>
        <w:t>agar woh tum se jang karein to tum bhi un se jang karo.</w:t>
      </w:r>
    </w:p>
    <w:p>
      <w:pPr>
        <w:jc w:val="right"/>
      </w:pPr>
      <w:r>
        <w:t>اگر وہ تم سے جنگ کریں تو تم بھی ان سے جنگ کرو۔</w:t>
      </w:r>
    </w:p>
    <w:p>
      <w:r>
        <w:rPr>
          <w:b/>
        </w:rPr>
        <w:t xml:space="preserve">[59:37] </w:t>
      </w:r>
      <w:r>
        <w:t>wazeh taur par is se yeh baat nikalti hai ke Islam mein egresiv war nahin hai, Islam mein</w:t>
      </w:r>
    </w:p>
    <w:p>
      <w:pPr>
        <w:jc w:val="right"/>
      </w:pPr>
      <w:r>
        <w:t>واضح طور پر اس سے یہ بات نکلتی ہے کہ اسلام میں ایگریسو وار نہیں ہے، اسلام میں</w:t>
      </w:r>
    </w:p>
    <w:p>
      <w:r>
        <w:rPr>
          <w:b/>
        </w:rPr>
        <w:t xml:space="preserve">[59:43] </w:t>
      </w:r>
      <w:r>
        <w:t>sirf difenso war hai.</w:t>
      </w:r>
    </w:p>
    <w:p>
      <w:pPr>
        <w:jc w:val="right"/>
      </w:pPr>
      <w:r>
        <w:t>صرف ڈیفینسو وار ہے۔</w:t>
      </w:r>
    </w:p>
    <w:p>
      <w:r>
        <w:rPr>
          <w:b/>
        </w:rPr>
        <w:t xml:space="preserve">[59:50] </w:t>
      </w:r>
      <w:r>
        <w:t>Islam ka asal kaam peaceful daire mein ibadat karna, sache akhlaq par rehna, dua work karna, yeh</w:t>
      </w:r>
    </w:p>
    <w:p>
      <w:pPr>
        <w:jc w:val="right"/>
      </w:pPr>
      <w:r>
        <w:t>اسلام کا اصل کام پیس فل دائرے میں عبادت کرنا، سچے اخلاق پر رہنا، دعا ورک کرنا، یہ</w:t>
      </w:r>
    </w:p>
    <w:p>
      <w:r>
        <w:rPr>
          <w:b/>
        </w:rPr>
        <w:t xml:space="preserve">[59:56] </w:t>
      </w:r>
      <w:r>
        <w:t>sab yeh sara kaam peaceful tareeqe se anjam pata hai.</w:t>
      </w:r>
    </w:p>
    <w:p>
      <w:pPr>
        <w:jc w:val="right"/>
      </w:pPr>
      <w:r>
        <w:t>سب یہ سارا کام پیس فل طریقے سے انجام پاتا ہے۔</w:t>
      </w:r>
    </w:p>
    <w:p>
      <w:r>
        <w:rPr>
          <w:b/>
        </w:rPr>
        <w:t xml:space="preserve">[1:00:02] </w:t>
      </w:r>
      <w:r>
        <w:t>aur jahan tak jang ki baat hai to yeh us waqt ke liye jab ke koi attack kare,</w:t>
      </w:r>
    </w:p>
    <w:p>
      <w:pPr>
        <w:jc w:val="right"/>
      </w:pPr>
      <w:r>
        <w:t>اور جہاں تک جنگ کی بات ہے تو یہ اس وقت کے لیے جب کہ کوئی اٹیک کرے،</w:t>
      </w:r>
    </w:p>
    <w:p>
      <w:r>
        <w:rPr>
          <w:b/>
        </w:rPr>
        <w:t xml:space="preserve">[1:00:08] </w:t>
      </w:r>
      <w:r>
        <w:t>woh bhi attack kis par? state par.</w:t>
      </w:r>
    </w:p>
    <w:p>
      <w:pPr>
        <w:jc w:val="right"/>
      </w:pPr>
      <w:r>
        <w:t>وہ بھی اٹیک کس پر؟ اسٹیٹ پر۔</w:t>
      </w:r>
    </w:p>
    <w:p>
      <w:r>
        <w:rPr>
          <w:b/>
        </w:rPr>
        <w:t xml:space="preserve">[1:00:14] </w:t>
      </w:r>
      <w:r>
        <w:t>agar ahl-e-iman ka ek state</w:t>
      </w:r>
    </w:p>
    <w:p>
      <w:pPr>
        <w:jc w:val="right"/>
      </w:pPr>
      <w:r>
        <w:t>اگر اہل ایمان کا ایک اسٹی</w:t>
      </w:r>
    </w:p>
    <w:p>
      <w:r>
        <w:rPr>
          <w:b/>
        </w:rPr>
        <w:t xml:space="preserve">[1:00:20] </w:t>
      </w:r>
      <w:r>
        <w:t>hai, is to woh woh state apne parosiyon se peaceful tareeqe se rahega.</w:t>
      </w:r>
    </w:p>
    <w:p>
      <w:pPr>
        <w:jc w:val="right"/>
      </w:pPr>
      <w:r>
        <w:t>ٹ ہے، اس تو وہ وہ اسٹیٹ اپنے پڑوسیوں سے پیس فل طریقے سے رہے گا۔</w:t>
      </w:r>
    </w:p>
    <w:p>
      <w:r>
        <w:rPr>
          <w:b/>
        </w:rPr>
        <w:t xml:space="preserve">[1:00:27] </w:t>
      </w:r>
      <w:r>
        <w:t>albatta koi ek tarafah taur par attack kar de to jab attack ho jaye, egresiv ho jaye to</w:t>
      </w:r>
    </w:p>
    <w:p>
      <w:pPr>
        <w:jc w:val="right"/>
      </w:pPr>
      <w:r>
        <w:t>البتہ کوئی ایک طرفہ طور پر اٹیک کر دے تو جب اٹیک ہو جائے، ایگریسو ہو جائے تو</w:t>
      </w:r>
    </w:p>
    <w:p>
      <w:r>
        <w:rPr>
          <w:b/>
        </w:rPr>
        <w:t xml:space="preserve">[1:00:35] </w:t>
      </w:r>
      <w:r>
        <w:t>state ko yeh haq hai ke woh difens ke taur par us se lade.</w:t>
      </w:r>
    </w:p>
    <w:p>
      <w:pPr>
        <w:jc w:val="right"/>
      </w:pPr>
      <w:r>
        <w:t>اسٹیٹ کو یہ حق ہے کہ وہ ڈیفنس کے طور پر اس سے لڑے۔</w:t>
      </w:r>
    </w:p>
    <w:p>
      <w:r>
        <w:rPr>
          <w:b/>
        </w:rPr>
        <w:t xml:space="preserve">[1:00:42] </w:t>
      </w:r>
      <w:r>
        <w:t>to Islam mein, Islam mein difenso war hai, Islam</w:t>
      </w:r>
    </w:p>
    <w:p>
      <w:pPr>
        <w:jc w:val="right"/>
      </w:pPr>
      <w:r>
        <w:t>تو اسلام میں، اسلام میں ڈیفینسو وار ہے، اسلام</w:t>
      </w:r>
    </w:p>
    <w:p>
      <w:r>
        <w:rPr>
          <w:b/>
        </w:rPr>
        <w:t xml:space="preserve">[1:00:50] </w:t>
      </w:r>
      <w:r>
        <w:t>mein offensive war nahin hai. aqool qawli haza wa astaghfirullah li wa lakum ajmaeen.</w:t>
      </w:r>
    </w:p>
    <w:p>
      <w:pPr>
        <w:jc w:val="right"/>
      </w:pPr>
      <w:r>
        <w:t>میں افینسو وار نہیں ہے۔ أقول قولیھذا واستغفراللہ لي ولكم أجمعین۔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