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Surah Al Baqarah 27 -06- 2007</w:t>
      </w:r>
    </w:p>
    <w:p>
      <w:r>
        <w:t>https://www.youtube.com/watch?v=MDomP6CbYvw</w:t>
      </w:r>
    </w:p>
    <w:p>
      <w:r>
        <w:rPr>
          <w:b/>
        </w:rPr>
        <w:t xml:space="preserve">[00:21] </w:t>
      </w:r>
      <w:r>
        <w:t>bismillah-ir-rahman-ir-rahim,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[00:24] </w:t>
      </w:r>
      <w:r>
        <w:t>wasallallahu ala 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[00:29] </w:t>
      </w:r>
      <w:r>
        <w:t>rabishrah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[00:32]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[00:34] </w:t>
      </w:r>
      <w:r>
        <w:t>wahlul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[00:38] </w:t>
      </w:r>
      <w:r>
        <w:t>yafqauli. yeh dars-e-quran ka silsila hai.</w:t>
      </w:r>
    </w:p>
    <w:p>
      <w:pPr>
        <w:jc w:val="right"/>
      </w:pPr>
      <w:r>
        <w:t>یفقہ قولی۔ یہ درسِ قرآن کا سلسلہ ہے۔</w:t>
      </w:r>
    </w:p>
    <w:p>
      <w:r>
        <w:rPr>
          <w:b/>
        </w:rPr>
        <w:t xml:space="preserve">[00:48] </w:t>
      </w:r>
      <w:r>
        <w:t>aaj hum</w:t>
      </w:r>
    </w:p>
    <w:p>
      <w:pPr>
        <w:jc w:val="right"/>
      </w:pPr>
      <w:r>
        <w:t>آج ہم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