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 Search of Truth I Aug 6, 2006</w:t>
      </w:r>
    </w:p>
    <w:p>
      <w:r>
        <w:t>https://www.youtube.com/watch?v=qcsmti1hkqY</w:t>
      </w:r>
    </w:p>
    <w:p>
      <w:r>
        <w:rPr>
          <w:b/>
        </w:rPr>
        <w:t xml:space="preserve">[00:21]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[00:24] </w:t>
      </w:r>
      <w:r>
        <w:t>wa sallallahu ala nabiyyil kareem.</w:t>
      </w:r>
    </w:p>
    <w:p>
      <w:pPr>
        <w:jc w:val="right"/>
      </w:pPr>
      <w:r>
        <w:t>و صلی اللہ علی النبی الکریم۔</w:t>
      </w:r>
    </w:p>
    <w:p>
      <w:r>
        <w:rPr>
          <w:b/>
        </w:rPr>
        <w:t xml:space="preserve">[00:27]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[00:30]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[00:33] </w:t>
      </w:r>
      <w:r>
        <w:t>w ahlul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[00:36] </w:t>
      </w:r>
      <w:r>
        <w:t>yafqa qawli. aaj ka topic</w:t>
      </w:r>
    </w:p>
    <w:p>
      <w:pPr>
        <w:jc w:val="right"/>
      </w:pPr>
      <w:r>
        <w:t>یفقہ قولی۔ آج کا ٹاپک</w:t>
      </w:r>
    </w:p>
    <w:p>
      <w:r>
        <w:rPr>
          <w:b/>
        </w:rPr>
        <w:t xml:space="preserve">[00:45] </w:t>
      </w:r>
      <w:r>
        <w:t>"in search of truth" hai,</w:t>
      </w:r>
    </w:p>
    <w:p>
      <w:pPr>
        <w:jc w:val="right"/>
      </w:pPr>
      <w:r>
        <w:t>"ان سرچ آف ٹروتھ" ہے،</w:t>
      </w:r>
    </w:p>
    <w:p>
      <w:r>
        <w:rPr>
          <w:b/>
        </w:rPr>
        <w:t xml:space="preserve">[00:49] </w:t>
      </w:r>
      <w:r>
        <w:t>sachai ki talash.</w:t>
      </w:r>
    </w:p>
    <w:p>
      <w:pPr>
        <w:jc w:val="right"/>
      </w:pPr>
      <w:r>
        <w:t>سچائی کی تلاش۔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