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IIC: How to Develop Spiritual Personality</w:t>
      </w:r>
    </w:p>
    <w:p>
      <w:r>
        <w:t>https://www.youtube.com/watch?v=-XrYpEYwk-Y</w:t>
      </w:r>
    </w:p>
    <w:p>
      <w:r>
        <w:rPr>
          <w:b/>
        </w:rPr>
        <w:t xml:space="preserve">[00:21] </w:t>
      </w:r>
      <w:r>
        <w:t>Good evening, ladies and gentlemen. CPS International and Good Word welcomes you for a talk by Maulana Vaiduddin Khan on how to build a spiritual personality. After the talk, we will have a short Q&amp;A session. We've already placed the question slips on your seats; you could fill that up and hand it over to any of the CPS volunteers. Now, before we start, I would request you to kindly switch off your mobile phones so that the session doesn't get disturbed. Thank you.</w:t>
      </w:r>
    </w:p>
    <w:p>
      <w:pPr>
        <w:jc w:val="right"/>
      </w:pPr>
      <w:r>
        <w:t>Good evening, ladies and gentlemen. CPS International and Good Word welcomes you for a talk by Maulana Vaiduddin Khan on how to build a spiritual personality. After the talk, we will have a short Q&amp;A session. We've already placed the question slips on your seats; you could fill that up and hand it over to any of the CPS volunteers. Now, before we start, I would request you to kindly switch off your mobile phones so that the session doesn't get disturbed. Thank you.</w:t>
      </w:r>
    </w:p>
    <w:p>
      <w:r>
        <w:rPr>
          <w:b/>
        </w:rPr>
        <w:t xml:space="preserve">[00:49] </w:t>
      </w:r>
      <w:r>
        <w:t>Bismillah Rehman ur Rahim.</w:t>
      </w:r>
    </w:p>
    <w:p>
      <w:pPr>
        <w:jc w:val="right"/>
      </w:pPr>
      <w:r>
        <w:t>بسم اللہ الرحمن الرحیم۔</w:t>
      </w:r>
    </w:p>
    <w:p>
      <w:r>
        <w:rPr>
          <w:b/>
        </w:rPr>
        <w:t xml:space="preserve">[00:57] </w:t>
      </w:r>
      <w:r>
        <w:t>Wasallallahu ala nabiyyil kareem.</w:t>
      </w:r>
    </w:p>
    <w:p>
      <w:pPr>
        <w:jc w:val="right"/>
      </w:pPr>
      <w:r>
        <w:t>وصلی اللہ علی النبی الکریم۔</w:t>
      </w:r>
    </w:p>
    <w:p>
      <w:r>
        <w:rPr>
          <w:b/>
        </w:rPr>
        <w:t xml:space="preserve">[01:05] </w:t>
      </w:r>
      <w:r>
        <w:t>Rabishrah li sadri, wa yassir li amri, wahal uqdatan min lisani yafqahu qawli.</w:t>
      </w:r>
    </w:p>
    <w:p>
      <w:pPr>
        <w:jc w:val="right"/>
      </w:pPr>
      <w:r>
        <w:t>رب اشرح لی صدری، ویسر لی امری، واحل العقدۃ من لسانی یفقہ قولی۔</w:t>
      </w:r>
    </w:p>
    <w:p>
      <w:r>
        <w:rPr>
          <w:b/>
        </w:rPr>
        <w:t xml:space="preserve">[01:14] </w:t>
      </w:r>
      <w:r>
        <w:t>Jaisa ke aap ne suna, aaj ka topic hai spirituality.</w:t>
      </w:r>
    </w:p>
    <w:p>
      <w:pPr>
        <w:jc w:val="right"/>
      </w:pPr>
      <w:r>
        <w:t>جیسا کہ آپ نے سنا، آج کا ٹاپک ہے اسپرچوئلٹی۔</w:t>
      </w:r>
    </w:p>
    <w:p>
      <w:r>
        <w:rPr>
          <w:b/>
        </w:rPr>
        <w:t xml:space="preserve">[01:22] </w:t>
      </w:r>
      <w:r>
        <w:t>Spirituality ka jo subject hai, woh bahut old subject hai.</w:t>
      </w:r>
    </w:p>
    <w:p>
      <w:pPr>
        <w:jc w:val="right"/>
      </w:pPr>
      <w:r>
        <w:t>اسپرچوئلٹی کا جو سبجیکٹ ہے، وہ بہت اولڈ سبجیکٹ ہے۔</w:t>
      </w:r>
    </w:p>
    <w:p>
      <w:r>
        <w:rPr>
          <w:b/>
        </w:rPr>
        <w:t xml:space="preserve">[01:32] </w:t>
      </w:r>
      <w:r>
        <w:t>Greece mein jo philosophers the, Socrates, Plato, Aristotle, unhone bhi spirituality ko apna subject banaya.</w:t>
      </w:r>
    </w:p>
    <w:p>
      <w:pPr>
        <w:jc w:val="right"/>
      </w:pPr>
      <w:r>
        <w:t>گریس میں جو فلاسفرز تھے، ساکریٹیز، پلیٹو، ارسٹوٹل، انہوں نے بھی اسپرچوئلٹی کو اپنا سبجیکٹ بنایا۔</w:t>
      </w:r>
    </w:p>
    <w:p>
      <w:r>
        <w:rPr>
          <w:b/>
        </w:rPr>
        <w:t xml:space="preserve">[01:42] </w:t>
      </w:r>
      <w:r>
        <w:t>Iske baad jo philosophers aaye, jaise Descartes, Berkeley</w:t>
      </w:r>
    </w:p>
    <w:p>
      <w:pPr>
        <w:jc w:val="right"/>
      </w:pPr>
      <w:r>
        <w:t>اس کے بعد جو فلاسفرز آئے، جیسے ڈیکارٹ، برکلے</w:t>
      </w:r>
    </w:p>
    <w:p>
      <w:r>
        <w:rPr>
          <w:b/>
        </w:rPr>
        <w:t xml:space="preserve">[01:52] </w:t>
      </w:r>
      <w:r>
        <w:t>, Bergson, aur Marcus Aurelius, aur bahut se log, unhone bhi isko apna subject banaya.</w:t>
      </w:r>
    </w:p>
    <w:p>
      <w:pPr>
        <w:jc w:val="right"/>
      </w:pPr>
      <w:r>
        <w:t>، برگسا، اور مارکس ایریلیس، اور بہت سے لوگ، انہوں نے بھی اس کو اپنا سبجیکٹ بنایا۔</w:t>
      </w:r>
    </w:p>
    <w:p>
      <w:r>
        <w:rPr>
          <w:b/>
        </w:rPr>
        <w:t xml:space="preserve">[02:00] </w:t>
      </w:r>
      <w:r>
        <w:t>Toh spirituality jo hai, woh philosophy ka bhi subject hai, religion ka bhi subject hai, aur aap jante</w:t>
      </w:r>
    </w:p>
    <w:p>
      <w:pPr>
        <w:jc w:val="right"/>
      </w:pPr>
      <w:r>
        <w:t>تو اسپرچوئلٹی جو ہے، وہ فلاسفی کا بھی سبجیکٹ ہے، ریلیجن کا بھی سبجیکٹ ہے، اور آپ جانتے</w:t>
      </w:r>
    </w:p>
    <w:p>
      <w:r>
        <w:rPr>
          <w:b/>
        </w:rPr>
        <w:t xml:space="preserve">[02:07] </w:t>
      </w:r>
      <w:r>
        <w:t>hain ke iska ek independent discipline bhi hai jisko hum kehte hain mysticism.</w:t>
      </w:r>
    </w:p>
    <w:p>
      <w:pPr>
        <w:jc w:val="right"/>
      </w:pPr>
      <w:r>
        <w:t>ہیں کہ اس کا ایک انڈیپنڈنٹ ڈسپلن بھی ہے جس کو ہم کہتے ہیں مسٹیسزم۔</w:t>
      </w:r>
    </w:p>
    <w:p>
      <w:r>
        <w:rPr>
          <w:b/>
        </w:rPr>
        <w:t xml:space="preserve">[02:15] </w:t>
      </w:r>
      <w:r>
        <w:t>Itna vast subject hai yeh</w:t>
      </w:r>
    </w:p>
    <w:p>
      <w:pPr>
        <w:jc w:val="right"/>
      </w:pPr>
      <w:r>
        <w:t>اتنا واس سبجیکٹ ہے یہ</w:t>
      </w:r>
    </w:p>
    <w:p>
      <w:r>
        <w:rPr>
          <w:b/>
        </w:rPr>
        <w:t xml:space="preserve">[02:22] </w:t>
      </w:r>
      <w:r>
        <w:t>spirituality ka ke koi iski ab tak definition, yaani accepted definition, abhi tak saamne nahi aayi.</w:t>
      </w:r>
    </w:p>
    <w:p>
      <w:pPr>
        <w:jc w:val="right"/>
      </w:pPr>
      <w:r>
        <w:t>اسپرچوئلٹی کا کہ کوئی اس کی اب تک ڈیفینیشن، یعنی ایکسیپٹڈ ڈیفینیشن، ابھی تک سامنے نہیں آئی۔</w:t>
      </w:r>
    </w:p>
    <w:p>
      <w:r>
        <w:rPr>
          <w:b/>
        </w:rPr>
        <w:t xml:space="preserve">[02:33] </w:t>
      </w:r>
      <w:r>
        <w:t>So it is very difficult to define what is spirituality.</w:t>
      </w:r>
    </w:p>
    <w:p>
      <w:pPr>
        <w:jc w:val="right"/>
      </w:pPr>
      <w:r>
        <w:t>So it is very difficult to define what is spirituality.</w:t>
      </w:r>
    </w:p>
    <w:p>
      <w:r>
        <w:rPr>
          <w:b/>
        </w:rPr>
        <w:t xml:space="preserve">[02:44] </w:t>
      </w:r>
      <w:r>
        <w:t>Aaj jo aspect maine liya hai spirituality ka, isko saamne rakhte hue main kahunga ke</w:t>
      </w:r>
    </w:p>
    <w:p>
      <w:pPr>
        <w:jc w:val="right"/>
      </w:pPr>
      <w:r>
        <w:t>آج جو آسپیکٹ میں نے لیا ہے اسپرچوئلٹی کا، اس کو سامنے رکھتے ہوئے میں کہوں گا کہ</w:t>
      </w:r>
    </w:p>
    <w:p>
      <w:r>
        <w:rPr>
          <w:b/>
        </w:rPr>
        <w:t xml:space="preserve">[02:55] </w:t>
      </w:r>
      <w:r>
        <w:t>hamare subject ke hisab se spirituality ka definition hai: living beyond materiality.</w:t>
      </w:r>
    </w:p>
    <w:p>
      <w:pPr>
        <w:jc w:val="right"/>
      </w:pPr>
      <w:r>
        <w:t>ہمارے سبجیکٹ کے حساب سے اسپرچوئلٹی کا ڈیفینیشن ہے: لیونگ بیونڈ مٹیریلٹی۔</w:t>
      </w:r>
    </w:p>
    <w:p>
      <w:r>
        <w:rPr>
          <w:b/>
        </w:rPr>
        <w:t xml:space="preserve">[03:01] </w:t>
      </w:r>
      <w:r>
        <w:t>Material cheezon se upar uth kar jeena.</w:t>
      </w:r>
    </w:p>
    <w:p>
      <w:pPr>
        <w:jc w:val="right"/>
      </w:pPr>
      <w:r>
        <w:t>مٹیریل چیزوں سے اوپر اٹھ کر جینا۔</w:t>
      </w:r>
    </w:p>
    <w:p>
      <w:r>
        <w:rPr>
          <w:b/>
        </w:rPr>
        <w:t xml:space="preserve">[03:07] </w:t>
      </w:r>
      <w:r>
        <w:t>Living beyond materiality.</w:t>
      </w:r>
    </w:p>
    <w:p>
      <w:pPr>
        <w:jc w:val="right"/>
      </w:pPr>
      <w:r>
        <w:t>لیونگ بیونڈ مٹیریلٹی۔</w:t>
      </w:r>
    </w:p>
    <w:p>
      <w:r>
        <w:rPr>
          <w:b/>
        </w:rPr>
        <w:t xml:space="preserve">[03:13] </w:t>
      </w:r>
      <w:r>
        <w:t>Yeh hai mere nazdeek definition spirituality ka.</w:t>
      </w:r>
    </w:p>
    <w:p>
      <w:pPr>
        <w:jc w:val="right"/>
      </w:pPr>
      <w:r>
        <w:t>یہ ہے میرے نزدیک ڈیفینیشن اسپرچوئلٹی کا۔</w:t>
      </w:r>
    </w:p>
    <w:p>
      <w:r>
        <w:rPr>
          <w:b/>
        </w:rPr>
        <w:t xml:space="preserve">[03:19] </w:t>
      </w:r>
      <w:r>
        <w:t>Dekhiye, is duniya mein hum do cheezon ke beech mein jeete hain,</w:t>
      </w:r>
    </w:p>
    <w:p>
      <w:pPr>
        <w:jc w:val="right"/>
      </w:pPr>
      <w:r>
        <w:t>دیکھیے، اس دنیا میں ہم دو چیزوں کے بیچ میں جیتے ہیں،</w:t>
      </w:r>
    </w:p>
    <w:p>
      <w:r>
        <w:rPr>
          <w:b/>
        </w:rPr>
        <w:t xml:space="preserve">[03:25] </w:t>
      </w:r>
      <w:r>
        <w:t>hamara bhi dekhiye, body hai aur soul hai.</w:t>
      </w:r>
    </w:p>
    <w:p>
      <w:pPr>
        <w:jc w:val="right"/>
      </w:pPr>
      <w:r>
        <w:t>ہمارا بھی دیکھیے، باڈی ہے اور سول ہے۔</w:t>
      </w:r>
    </w:p>
    <w:p>
      <w:r>
        <w:rPr>
          <w:b/>
        </w:rPr>
        <w:t xml:space="preserve">[03:31] </w:t>
      </w:r>
      <w:r>
        <w:t>cheezain hain aur cheezon ki meaning bhi hai.</w:t>
      </w:r>
    </w:p>
    <w:p>
      <w:pPr>
        <w:jc w:val="right"/>
      </w:pPr>
      <w:r>
        <w:t>چیزیں ہیں اور چیزوں کی میننگ بھی ہے۔</w:t>
      </w:r>
    </w:p>
    <w:p>
      <w:r>
        <w:rPr>
          <w:b/>
        </w:rPr>
        <w:t xml:space="preserve">[03:37] </w:t>
      </w:r>
      <w:r>
        <w:t>toh is dunya mein har cheez ke do aspect hotay hain.</w:t>
      </w:r>
    </w:p>
    <w:p>
      <w:pPr>
        <w:jc w:val="right"/>
      </w:pPr>
      <w:r>
        <w:t>تو اس دنیا میں ہر چیز کے دو آسپیکٹ ہوتے ہیں۔</w:t>
      </w:r>
    </w:p>
    <w:p>
      <w:r>
        <w:rPr>
          <w:b/>
        </w:rPr>
        <w:t xml:space="preserve">[03:43] </w:t>
      </w:r>
      <w:r>
        <w:t>jab aap jeetay hain material cheezon mein, then you are living in materiality.</w:t>
      </w:r>
    </w:p>
    <w:p>
      <w:pPr>
        <w:jc w:val="right"/>
      </w:pPr>
      <w:r>
        <w:t>جب آپ جیتے ہیں مٹیریل چیزوں میں، then you are living in materiality.</w:t>
      </w:r>
    </w:p>
    <w:p>
      <w:r>
        <w:rPr>
          <w:b/>
        </w:rPr>
        <w:t xml:space="preserve">[03:49] </w:t>
      </w:r>
      <w:r>
        <w:t>aur jab aap jeetay hain maadi cheezon se oopar uth kar, then you are living</w:t>
      </w:r>
    </w:p>
    <w:p>
      <w:pPr>
        <w:jc w:val="right"/>
      </w:pPr>
      <w:r>
        <w:t>اور جب آپ جیتے ہیں مادی چیزوں سے اوپر اٹھ کر، then you are living</w:t>
      </w:r>
    </w:p>
    <w:p>
      <w:r>
        <w:rPr>
          <w:b/>
        </w:rPr>
        <w:t xml:space="preserve">[03:55] </w:t>
      </w:r>
      <w:r>
        <w:t>beyond materiality. Yeh main samjha hoon gist spirituality ka. To illustrate this point, I will give an example. Dekhiye, aap ne dekha hoga, daily humare haan parties hoti hain, dinner hote hain, log khaate peete hain. To kya hota hai wahan par? Log isi par baatein karte hain, kya kya dishes hain, kya khaane peene ke samaan</w:t>
      </w:r>
    </w:p>
    <w:p>
      <w:pPr>
        <w:jc w:val="right"/>
      </w:pPr>
      <w:r>
        <w:t>beyond materiality. یہ میں سمجھا ہوں جِسٹ اسپرچوئلٹی کا۔ To illustrate this point, I will give an example. دیکھیے، آپ نے دیکھا ہوگا، ڈیلی ہمارے ہاں پارٹیز ہوتی ہیں، ڈنر ہوتے ہیں، لوگ کھاتے پیتے ہیں۔ تو کیا ہوتا ہے وہاں پر؟ لوگ اسی پر باتیں کرتے ہیں، کیا کیا ڈشز ہیں، کیا کھانے پینے کے سامان</w:t>
      </w:r>
    </w:p>
    <w:p>
      <w:r>
        <w:rPr>
          <w:b/>
        </w:rPr>
        <w:t xml:space="preserve">[04:25] </w:t>
      </w:r>
      <w:r>
        <w:t>hain, kya hai, kya nahi hai.</w:t>
      </w:r>
    </w:p>
    <w:p>
      <w:pPr>
        <w:jc w:val="right"/>
      </w:pPr>
      <w:r>
        <w:t>ہیں، کیا ہے، کیا نہیں ہے۔</w:t>
      </w:r>
    </w:p>
    <w:p>
      <w:r>
        <w:rPr>
          <w:b/>
        </w:rPr>
        <w:t xml:space="preserve">[04:30] </w:t>
      </w:r>
      <w:r>
        <w:t>isi par ho ha karte hain, isi par baatein karte hain.</w:t>
      </w:r>
    </w:p>
    <w:p>
      <w:pPr>
        <w:jc w:val="right"/>
      </w:pPr>
      <w:r>
        <w:t>اسی پر ہو ہا کرتے ہیں، اسی پر باتیں کرتے ہیں۔</w:t>
      </w:r>
    </w:p>
    <w:p>
      <w:r>
        <w:rPr>
          <w:b/>
        </w:rPr>
        <w:t xml:space="preserve">[04:35] </w:t>
      </w:r>
      <w:r>
        <w:t>main ne ek baar dekha ke do scientist baat karte hue, do scientist, dinner par.</w:t>
      </w:r>
    </w:p>
    <w:p>
      <w:pPr>
        <w:jc w:val="right"/>
      </w:pPr>
      <w:r>
        <w:t>میں نے ایک بار دیکھا کہ دو سائنٹسٹ بات کرتے ہوئے، دو سائنٹسٹ، ڈنر پر۔</w:t>
      </w:r>
    </w:p>
    <w:p>
      <w:r>
        <w:rPr>
          <w:b/>
        </w:rPr>
        <w:t xml:space="preserve">[04:40] </w:t>
      </w:r>
      <w:r>
        <w:t>wo dinner par thay, khane ki dinner, khane par, khane ki mez par.</w:t>
      </w:r>
    </w:p>
    <w:p>
      <w:pPr>
        <w:jc w:val="right"/>
      </w:pPr>
      <w:r>
        <w:t>وہ ڈنر پر تھے، کھانے کی ڈنر، کھانے پر، کھانے کی میز پر۔</w:t>
      </w:r>
    </w:p>
    <w:p>
      <w:r>
        <w:rPr>
          <w:b/>
        </w:rPr>
        <w:t xml:space="preserve">[04:45] </w:t>
      </w:r>
      <w:r>
        <w:t>lekin ek baar bhi main ne nahi dekha ke wo dinner ke kisi dish par baat kar rahe hon.</w:t>
      </w:r>
    </w:p>
    <w:p>
      <w:pPr>
        <w:jc w:val="right"/>
      </w:pPr>
      <w:r>
        <w:t>لیکن ایک بار بھی میں نے نہیں دیکھا کہ وہ ڈنر کے کسی ڈش پر بات کر رہے ہوں۔</w:t>
      </w:r>
    </w:p>
    <w:p>
      <w:r>
        <w:rPr>
          <w:b/>
        </w:rPr>
        <w:t xml:space="preserve">[04:50] </w:t>
      </w:r>
      <w:r>
        <w:t>wo apne scientific subject mein baat kar rahe</w:t>
      </w:r>
    </w:p>
    <w:p>
      <w:pPr>
        <w:jc w:val="right"/>
      </w:pPr>
      <w:r>
        <w:t>وہ اپنے سائنٹیفک سبجیکٹ میں بات کر رہے</w:t>
      </w:r>
    </w:p>
    <w:p>
      <w:r>
        <w:rPr>
          <w:b/>
        </w:rPr>
        <w:t xml:space="preserve">[04:55] </w:t>
      </w:r>
      <w:r>
        <w:t>thay.</w:t>
      </w:r>
    </w:p>
    <w:p>
      <w:pPr>
        <w:jc w:val="right"/>
      </w:pPr>
      <w:r>
        <w:t>تھے۔</w:t>
      </w:r>
    </w:p>
    <w:p>
      <w:r>
        <w:rPr>
          <w:b/>
        </w:rPr>
        <w:t xml:space="preserve">[05:01] </w:t>
      </w:r>
      <w:r>
        <w:t>You know, physically they were at the dinner table, but intellectually they were living beyond the dinner.</w:t>
      </w:r>
    </w:p>
    <w:p>
      <w:pPr>
        <w:jc w:val="right"/>
      </w:pPr>
      <w:r>
        <w:t>You know, physically they were at the dinner table, but intellectually they were living beyond the dinner.</w:t>
      </w:r>
    </w:p>
    <w:p>
      <w:r>
        <w:rPr>
          <w:b/>
        </w:rPr>
        <w:t xml:space="preserve">[05:07] </w:t>
      </w:r>
      <w:r>
        <w:t>yeh hai farq.</w:t>
      </w:r>
    </w:p>
    <w:p>
      <w:pPr>
        <w:jc w:val="right"/>
      </w:pPr>
      <w:r>
        <w:t>یہ ہے فرق۔</w:t>
      </w:r>
    </w:p>
    <w:p>
      <w:r>
        <w:rPr>
          <w:b/>
        </w:rPr>
        <w:t xml:space="preserve">[05:13] </w:t>
      </w:r>
      <w:r>
        <w:t>toh main yeh samajh paya hoon ke is dunya mein jeene ke do tareeqay hain.</w:t>
      </w:r>
    </w:p>
    <w:p>
      <w:pPr>
        <w:jc w:val="right"/>
      </w:pPr>
      <w:r>
        <w:t>تو میں یہ سمجھ پایا ہوں کہ اس دنیا میں جینے کے دو طریقے ہیں۔</w:t>
      </w:r>
    </w:p>
    <w:p>
      <w:r>
        <w:rPr>
          <w:b/>
        </w:rPr>
        <w:t xml:space="preserve">[05:19] </w:t>
      </w:r>
      <w:r>
        <w:t>ek yeh ke aap material cheezon ko mehaz need na samjhein, isi ko apna</w:t>
      </w:r>
    </w:p>
    <w:p>
      <w:pPr>
        <w:jc w:val="right"/>
      </w:pPr>
      <w:r>
        <w:t>ایک یہ کہ آپ مٹیریل چیزوں کو محض نیڈ نہ سمجھیں، اسی کو اپنا</w:t>
      </w:r>
    </w:p>
    <w:p>
      <w:r>
        <w:rPr>
          <w:b/>
        </w:rPr>
        <w:t xml:space="preserve">[05:25] </w:t>
      </w:r>
      <w:r>
        <w:t>zindagi ka purpose bana lein.</w:t>
      </w:r>
    </w:p>
    <w:p>
      <w:pPr>
        <w:jc w:val="right"/>
      </w:pPr>
      <w:r>
        <w:t>زندگی کا پرپز بنا لیں۔</w:t>
      </w:r>
    </w:p>
    <w:p>
      <w:r>
        <w:rPr>
          <w:b/>
        </w:rPr>
        <w:t xml:space="preserve">[05:30] </w:t>
      </w:r>
      <w:r>
        <w:t>isi mein subah aap ki guzray, isi mein shaam guzray, isi mein aap jiyein.</w:t>
      </w:r>
    </w:p>
    <w:p>
      <w:pPr>
        <w:jc w:val="right"/>
      </w:pPr>
      <w:r>
        <w:t>اسی میں صبح آپ کی گزرے، اسی میں شام گزرے، اسی میں آپ جیئیں۔</w:t>
      </w:r>
    </w:p>
    <w:p>
      <w:r>
        <w:rPr>
          <w:b/>
        </w:rPr>
        <w:t xml:space="preserve">[05:34] </w:t>
      </w:r>
      <w:r>
        <w:t>aur doosra yeh hai ke aap material cheezon ko need ke taur par lein, need, zaroorat.</w:t>
      </w:r>
    </w:p>
    <w:p>
      <w:pPr>
        <w:jc w:val="right"/>
      </w:pPr>
      <w:r>
        <w:t>اور دوسرا یہ ہے کہ آپ مٹیریل چیزوں کو نیڈ کے طور پر لیں، نیڈ، ضرورت۔</w:t>
      </w:r>
    </w:p>
    <w:p>
      <w:r>
        <w:rPr>
          <w:b/>
        </w:rPr>
        <w:t xml:space="preserve">[05:38] </w:t>
      </w:r>
      <w:r>
        <w:t>aap ki soch is se oopar chalti ho, is se oopar.</w:t>
      </w:r>
    </w:p>
    <w:p>
      <w:pPr>
        <w:jc w:val="right"/>
      </w:pPr>
      <w:r>
        <w:t>آپ کی سوچ اس سے اوپر چلتی ہو، اس سے اوپر۔</w:t>
      </w:r>
    </w:p>
    <w:p>
      <w:r>
        <w:rPr>
          <w:b/>
        </w:rPr>
        <w:t xml:space="preserve">[05:43] </w:t>
      </w:r>
      <w:r>
        <w:t>toh yahi hai spirituality.</w:t>
      </w:r>
    </w:p>
    <w:p>
      <w:pPr>
        <w:jc w:val="right"/>
      </w:pPr>
      <w:r>
        <w:t>تو یہی ہے اسپرچوئلٹی۔</w:t>
      </w:r>
    </w:p>
    <w:p>
      <w:r>
        <w:rPr>
          <w:b/>
        </w:rPr>
        <w:t xml:space="preserve">[05:47] </w:t>
      </w:r>
      <w:r>
        <w:t>isi ka naam hai spirituality.</w:t>
      </w:r>
    </w:p>
    <w:p>
      <w:pPr>
        <w:jc w:val="right"/>
      </w:pPr>
      <w:r>
        <w:t>اسی کا نام ہے اسپرچوئلٹی۔</w:t>
      </w:r>
    </w:p>
    <w:p>
      <w:r>
        <w:rPr>
          <w:b/>
        </w:rPr>
        <w:t xml:space="preserve">[05:51] </w:t>
      </w:r>
      <w:r>
        <w:t>ab dekhein ke spirituality ke</w:t>
      </w:r>
    </w:p>
    <w:p>
      <w:pPr>
        <w:jc w:val="right"/>
      </w:pPr>
      <w:r>
        <w:t>اب دیکھیں کہ اسپرچوئلٹی کے</w:t>
      </w:r>
    </w:p>
    <w:p>
      <w:r>
        <w:rPr>
          <w:b/>
        </w:rPr>
        <w:t xml:space="preserve">[05:56] </w:t>
      </w:r>
      <w:r>
        <w:t>do different aspect hain, do different branches hain.</w:t>
      </w:r>
    </w:p>
    <w:p>
      <w:pPr>
        <w:jc w:val="right"/>
      </w:pPr>
      <w:r>
        <w:t>دو ڈفرنٹ آسپیکٹ ہیں، دو ڈفرنٹ برانچز ہیں۔</w:t>
      </w:r>
    </w:p>
    <w:p>
      <w:r>
        <w:rPr>
          <w:b/>
        </w:rPr>
        <w:t xml:space="preserve">[06:01] </w:t>
      </w:r>
      <w:r>
        <w:t>ek ko main kahoon ga ke religious branch.</w:t>
      </w:r>
    </w:p>
    <w:p>
      <w:pPr>
        <w:jc w:val="right"/>
      </w:pPr>
      <w:r>
        <w:t>ایک کو میں کہوں گا کہ ریلیجیس برانچ۔</w:t>
      </w:r>
    </w:p>
    <w:p>
      <w:r>
        <w:rPr>
          <w:b/>
        </w:rPr>
        <w:t xml:space="preserve">[06:06] </w:t>
      </w:r>
      <w:r>
        <w:t>yani log yeh samajhte hain ke spirituality jo hai, wo source hai yeh janne ka ke sachai kya hai.</w:t>
      </w:r>
    </w:p>
    <w:p>
      <w:pPr>
        <w:jc w:val="right"/>
      </w:pPr>
      <w:r>
        <w:t>یعنی لوگ یہ سمجھتے ہیں کہ اسپرچوئلٹی جو ہے، وہ سورس ہے یہ جاننے کا کہ سچائی کیا ہے۔</w:t>
      </w:r>
    </w:p>
    <w:p>
      <w:r>
        <w:rPr>
          <w:b/>
        </w:rPr>
        <w:t xml:space="preserve">[06:11] </w:t>
      </w:r>
      <w:r>
        <w:t>sachai ko janne ka source.</w:t>
      </w:r>
    </w:p>
    <w:p>
      <w:pPr>
        <w:jc w:val="right"/>
      </w:pPr>
      <w:r>
        <w:t>سچائی کو جاننے کا سورس۔</w:t>
      </w:r>
    </w:p>
    <w:p>
      <w:r>
        <w:rPr>
          <w:b/>
        </w:rPr>
        <w:t xml:space="preserve">[06:16] </w:t>
      </w:r>
      <w:r>
        <w:t>is par hazaron saal se log kaam karte rahe hain, jis ko kehte hain murakba ya meditation ke through.</w:t>
      </w:r>
    </w:p>
    <w:p>
      <w:pPr>
        <w:jc w:val="right"/>
      </w:pPr>
      <w:r>
        <w:t>اس پر ہزاروں سال سے لوگ کام کرتے رہے ہیں، جس کو کہتے ہیں مراقبہ یا میڈیٹیشن کے تھرو۔</w:t>
      </w:r>
    </w:p>
    <w:p>
      <w:r>
        <w:rPr>
          <w:b/>
        </w:rPr>
        <w:t xml:space="preserve">[06:21] </w:t>
      </w:r>
      <w:r>
        <w:t>to in ka</w:t>
      </w:r>
    </w:p>
    <w:p>
      <w:pPr>
        <w:jc w:val="right"/>
      </w:pPr>
      <w:r>
        <w:t>تو ان کا</w:t>
      </w:r>
    </w:p>
    <w:p>
      <w:r>
        <w:rPr>
          <w:b/>
        </w:rPr>
        <w:t xml:space="preserve">[06:26] </w:t>
      </w:r>
      <w:r>
        <w:t>manna yeh hai ke hamara jo heart hai, hamara jo dil hai, there is source of all kind</w:t>
      </w:r>
    </w:p>
    <w:p>
      <w:pPr>
        <w:jc w:val="right"/>
      </w:pPr>
      <w:r>
        <w:t>ماننا یہ ہے کہ ہمارا جو ہارٹ ہے، ہمارا جو دل ہے، there is source of all kind</w:t>
      </w:r>
    </w:p>
    <w:p>
      <w:r>
        <w:rPr>
          <w:b/>
        </w:rPr>
        <w:t xml:space="preserve">[06:31] </w:t>
      </w:r>
      <w:r>
        <w:t>of virtues, source of all kind of wisdom.</w:t>
      </w:r>
    </w:p>
    <w:p>
      <w:pPr>
        <w:jc w:val="right"/>
      </w:pPr>
      <w:r>
        <w:t>of virtues, source of all kind of wisdom.</w:t>
      </w:r>
    </w:p>
    <w:p>
      <w:r>
        <w:rPr>
          <w:b/>
        </w:rPr>
        <w:t xml:space="preserve">[06:36] </w:t>
      </w:r>
      <w:r>
        <w:t>yani dil ko woh samajhte hain ke is mein khazana hai sare achi baaton ka, sachai ka.</w:t>
      </w:r>
    </w:p>
    <w:p>
      <w:pPr>
        <w:jc w:val="right"/>
      </w:pPr>
      <w:r>
        <w:t>یعنی دل کو وہ سمجھتے ہیں کہ اس میں خزانہ ہے سارے اچھی باتوں کا، سچائی کا۔</w:t>
      </w:r>
    </w:p>
    <w:p>
      <w:r>
        <w:rPr>
          <w:b/>
        </w:rPr>
        <w:t xml:space="preserve">[06:41] </w:t>
      </w:r>
      <w:r>
        <w:t>to woh isi mein, yani meditate karte hain, meditation karte hain, meditation karte hain, is se unfold</w:t>
      </w:r>
    </w:p>
    <w:p>
      <w:pPr>
        <w:jc w:val="right"/>
      </w:pPr>
      <w:r>
        <w:t>تو وہ اسی میں، یعنی میڈیٹیٹ کرتے ہیں، میڈیٹیشن کرتے ہیں، میڈیٹیشن کرتے ہیں، اس سے ان فولڈ</w:t>
      </w:r>
    </w:p>
    <w:p>
      <w:r>
        <w:rPr>
          <w:b/>
        </w:rPr>
        <w:t xml:space="preserve">[06:46] </w:t>
      </w:r>
      <w:r>
        <w:t>karne ki koshish karte hain.</w:t>
      </w:r>
    </w:p>
    <w:p>
      <w:pPr>
        <w:jc w:val="right"/>
      </w:pPr>
      <w:r>
        <w:t>کرنے کی کوشش کرتے ہیں۔</w:t>
      </w:r>
    </w:p>
    <w:p>
      <w:r>
        <w:rPr>
          <w:b/>
        </w:rPr>
        <w:t xml:space="preserve">[06:51] </w:t>
      </w:r>
      <w:r>
        <w:t>to yeh jo sp</w:t>
      </w:r>
    </w:p>
    <w:p>
      <w:pPr>
        <w:jc w:val="right"/>
      </w:pPr>
      <w:r>
        <w:t>تو یہ جو اسپ</w:t>
      </w:r>
    </w:p>
    <w:p>
      <w:r>
        <w:rPr>
          <w:b/>
        </w:rPr>
        <w:t xml:space="preserve">[06:56] </w:t>
      </w:r>
      <w:r>
        <w:t>ritualty ka jo school hai, is ke nazdeek insan ka jo dil hai, jo heart jo hai, isi</w:t>
      </w:r>
    </w:p>
    <w:p>
      <w:pPr>
        <w:jc w:val="right"/>
      </w:pPr>
      <w:r>
        <w:t>رچوئلٹی کا جو اسکول ہے، اس کے نزدیک انسان کا جو دل ہے، جو ہارٹ جو ہے، اسی</w:t>
      </w:r>
    </w:p>
    <w:p>
      <w:r>
        <w:rPr>
          <w:b/>
        </w:rPr>
        <w:t xml:space="preserve">[07:02] </w:t>
      </w:r>
      <w:r>
        <w:t>mein sab kuch hai.</w:t>
      </w:r>
    </w:p>
    <w:p>
      <w:pPr>
        <w:jc w:val="right"/>
      </w:pPr>
      <w:r>
        <w:t>میں سب کچھ ہے۔</w:t>
      </w:r>
    </w:p>
    <w:p>
      <w:r>
        <w:rPr>
          <w:b/>
        </w:rPr>
        <w:t xml:space="preserve">[07:08] </w:t>
      </w:r>
      <w:r>
        <w:t>is mein penetrate karo, is ko discover karo, is ko unfold karo, to tum sachai ko pa lo ge.</w:t>
      </w:r>
    </w:p>
    <w:p>
      <w:pPr>
        <w:jc w:val="right"/>
      </w:pPr>
      <w:r>
        <w:t>اس میں پینیٹریٹ کرو، اس کو ڈسکور کرو، اس کو ان فیلڈ کرو، تو تم سچائی کو پا لو گے۔</w:t>
      </w:r>
    </w:p>
    <w:p>
      <w:r>
        <w:rPr>
          <w:b/>
        </w:rPr>
        <w:t xml:space="preserve">[07:15] </w:t>
      </w:r>
      <w:r>
        <w:t>lekin main samajhta hoon ke scientific age mein yeh concept discard ho gaya hai.</w:t>
      </w:r>
    </w:p>
    <w:p>
      <w:pPr>
        <w:jc w:val="right"/>
      </w:pPr>
      <w:r>
        <w:t>لیکن میں سمجھتا ہوں کہ سائنٹیفک ایج میں یہ کانسیپٹ ڈسکارڈ ہو گیا ہے۔</w:t>
      </w:r>
    </w:p>
    <w:p>
      <w:r>
        <w:rPr>
          <w:b/>
        </w:rPr>
        <w:t xml:space="preserve">[07:21] </w:t>
      </w:r>
      <w:r>
        <w:t>jaise geo centric theory discard ho gayi, ab hum helio centric theory ko mante hain.</w:t>
      </w:r>
    </w:p>
    <w:p>
      <w:pPr>
        <w:jc w:val="right"/>
      </w:pPr>
      <w:r>
        <w:t>جیسے جیو سینٹرک تھیوری ڈسکارڈ ہو گئی، اب ہم ہیلیو سینٹرک تھیوری کو مانتے ہیں۔</w:t>
      </w:r>
    </w:p>
    <w:p>
      <w:r>
        <w:rPr>
          <w:b/>
        </w:rPr>
        <w:t xml:space="preserve">[07:27] </w:t>
      </w:r>
      <w:r>
        <w:t>is liye ke dekhiye, medical science jo hai, is ne yeh establish kar diya hai ke hamara jo</w:t>
      </w:r>
    </w:p>
    <w:p>
      <w:pPr>
        <w:jc w:val="right"/>
      </w:pPr>
      <w:r>
        <w:t>اس لیے کہ دیکھیے، میڈیکل سائنس جو ہے، اس نے یہ اسٹیبلش کر دیا ہے کہ ہمارا جو</w:t>
      </w:r>
    </w:p>
    <w:p>
      <w:r>
        <w:rPr>
          <w:b/>
        </w:rPr>
        <w:t xml:space="preserve">[07:32] </w:t>
      </w:r>
      <w:r>
        <w:t>dil hai, woh sirf circulation of blood ka source hai, bas.</w:t>
      </w:r>
    </w:p>
    <w:p>
      <w:pPr>
        <w:jc w:val="right"/>
      </w:pPr>
      <w:r>
        <w:t>دل ہے، وہ صرف سرکولیشن آف بلڈ کا سورس ہے، بس۔</w:t>
      </w:r>
    </w:p>
    <w:p>
      <w:r>
        <w:rPr>
          <w:b/>
        </w:rPr>
        <w:t xml:space="preserve">[07:37] </w:t>
      </w:r>
      <w:r>
        <w:t>dil mein kuch bhi nahi hai.</w:t>
      </w:r>
    </w:p>
    <w:p>
      <w:pPr>
        <w:jc w:val="right"/>
      </w:pPr>
      <w:r>
        <w:t>دل میں کچھ بھی نہیں ہے۔</w:t>
      </w:r>
    </w:p>
    <w:p>
      <w:r>
        <w:rPr>
          <w:b/>
        </w:rPr>
        <w:t xml:space="preserve">[07:42] </w:t>
      </w:r>
      <w:r>
        <w:t>dil mein na koi feeling hai, na koi thinking hai, na koi is mein mind hai.</w:t>
      </w:r>
    </w:p>
    <w:p>
      <w:pPr>
        <w:jc w:val="right"/>
      </w:pPr>
      <w:r>
        <w:t>دل میں نہ کوئی فیلنگ ہے، نہ کوئی تھنکنگ ہے، نہ کوئی اس میں مائنڈ ہے۔</w:t>
      </w:r>
    </w:p>
    <w:p>
      <w:r>
        <w:rPr>
          <w:b/>
        </w:rPr>
        <w:t xml:space="preserve">[07:47] </w:t>
      </w:r>
      <w:r>
        <w:t>woh sirf blood ko pump karta hai.</w:t>
      </w:r>
    </w:p>
    <w:p>
      <w:pPr>
        <w:jc w:val="right"/>
      </w:pPr>
      <w:r>
        <w:t>وہ صرف بلڈ کو پمپ کرتا ہے۔</w:t>
      </w:r>
    </w:p>
    <w:p>
      <w:r>
        <w:rPr>
          <w:b/>
        </w:rPr>
        <w:t xml:space="preserve">[07:52] </w:t>
      </w:r>
      <w:r>
        <w:t>to ab kahan wahan sachai mile gi aap ko? sachai is mein</w:t>
      </w:r>
    </w:p>
    <w:p>
      <w:pPr>
        <w:jc w:val="right"/>
      </w:pPr>
      <w:r>
        <w:t>تو اب کہاں وہاں سچائی ملے گی آپ کو؟ سچائی اس میں</w:t>
      </w:r>
    </w:p>
    <w:p>
      <w:r>
        <w:rPr>
          <w:b/>
        </w:rPr>
        <w:t xml:space="preserve">[07:57] </w:t>
      </w:r>
      <w:r>
        <w:t>hone ka jo soch thi pehle, ab woh superstition prove ho gayi hai.</w:t>
      </w:r>
    </w:p>
    <w:p>
      <w:pPr>
        <w:jc w:val="right"/>
      </w:pPr>
      <w:r>
        <w:t>ہونے کا جو سوچ تھی پہلے، اب وہ سپر اسٹیشن پروف ہو گئی ہے۔</w:t>
      </w:r>
    </w:p>
    <w:p>
      <w:r>
        <w:rPr>
          <w:b/>
        </w:rPr>
        <w:t xml:space="preserve">[08:03] </w:t>
      </w:r>
      <w:r>
        <w:t>woh superstition hai.</w:t>
      </w:r>
    </w:p>
    <w:p>
      <w:pPr>
        <w:jc w:val="right"/>
      </w:pPr>
      <w:r>
        <w:t>وہ سپر اسٹیشن ہے۔</w:t>
      </w:r>
    </w:p>
    <w:p>
      <w:r>
        <w:rPr>
          <w:b/>
        </w:rPr>
        <w:t xml:space="preserve">[08:10] </w:t>
      </w:r>
      <w:r>
        <w:t>to main samajhta hoon ke is aspect se ab spirituality ka koi function nahi reh gaya hai ke</w:t>
      </w:r>
    </w:p>
    <w:p>
      <w:pPr>
        <w:jc w:val="right"/>
      </w:pPr>
      <w:r>
        <w:t>تو میں سمجھتا ہوں کہ اس آسپیکٹ سے اب اسپرچوئلٹی کا کوئی فنکشن نہیں رہ گیا ہے کہ</w:t>
      </w:r>
    </w:p>
    <w:p>
      <w:r>
        <w:rPr>
          <w:b/>
        </w:rPr>
        <w:t xml:space="preserve">[08:16] </w:t>
      </w:r>
      <w:r>
        <w:t>sachai ko discover karein hum apne dil mein penetrate kar ke, is mein murakba kar ke, ya meditate kar ke.</w:t>
      </w:r>
    </w:p>
    <w:p>
      <w:pPr>
        <w:jc w:val="right"/>
      </w:pPr>
      <w:r>
        <w:t>سچائی کو ڈسکور کریں ہم اپنے دل میں پینیٹریٹ کر کے، اس میں مراقبہ کر کے، یا میڈیٹیٹ کر کے۔</w:t>
      </w:r>
    </w:p>
    <w:p>
      <w:r>
        <w:rPr>
          <w:b/>
        </w:rPr>
        <w:t xml:space="preserve">[08:22] </w:t>
      </w:r>
      <w:r>
        <w:t>to is aitbar se spirituality itni</w:t>
      </w:r>
    </w:p>
    <w:p>
      <w:pPr>
        <w:jc w:val="right"/>
      </w:pPr>
      <w:r>
        <w:t>تو اس اعتبار سے اسپرچوئلٹی اتنی</w:t>
      </w:r>
    </w:p>
    <w:p>
      <w:r>
        <w:rPr>
          <w:b/>
        </w:rPr>
        <w:t xml:space="preserve">[08:28] </w:t>
      </w:r>
      <w:r>
        <w:t>woh ho gayi, yaani discard ho chuki hai, isi tarah se jis tarah se geo centric theory discard</w:t>
      </w:r>
    </w:p>
    <w:p>
      <w:pPr>
        <w:jc w:val="right"/>
      </w:pPr>
      <w:r>
        <w:t>وہ ہو گئی، یعنی ڈسکارڈ ہو چکی ہے، اسی طرح سے جس طرح سے جیو سینٹرک تھیوری ڈسکارڈ</w:t>
      </w:r>
    </w:p>
    <w:p>
      <w:r>
        <w:rPr>
          <w:b/>
        </w:rPr>
        <w:t xml:space="preserve">[08:33] </w:t>
      </w:r>
      <w:r>
        <w:t>ho chuki hai.</w:t>
      </w:r>
    </w:p>
    <w:p>
      <w:pPr>
        <w:jc w:val="right"/>
      </w:pPr>
      <w:r>
        <w:t>ہو چکی ہے۔</w:t>
      </w:r>
    </w:p>
    <w:p>
      <w:r>
        <w:rPr>
          <w:b/>
        </w:rPr>
        <w:t xml:space="preserve">[08:38] </w:t>
      </w:r>
      <w:r>
        <w:t>is liye main is ko nahi manta.</w:t>
      </w:r>
    </w:p>
    <w:p>
      <w:pPr>
        <w:jc w:val="right"/>
      </w:pPr>
      <w:r>
        <w:t>اس لیے میں اس کو نہیں مانتا۔</w:t>
      </w:r>
    </w:p>
    <w:p>
      <w:r>
        <w:rPr>
          <w:b/>
        </w:rPr>
        <w:t xml:space="preserve">[08:43] </w:t>
      </w:r>
      <w:r>
        <w:t>main jis spirituality ko manta hoon, there is mind-based spirituality.</w:t>
      </w:r>
    </w:p>
    <w:p>
      <w:pPr>
        <w:jc w:val="right"/>
      </w:pPr>
      <w:r>
        <w:t>میں جس اسپرچوئلٹی کو مانتا ہوں، there is mind-based spirituality.</w:t>
      </w:r>
    </w:p>
    <w:p>
      <w:r>
        <w:rPr>
          <w:b/>
        </w:rPr>
        <w:t xml:space="preserve">[08:49] </w:t>
      </w:r>
      <w:r>
        <w:t>mind based spirituality.</w:t>
      </w:r>
    </w:p>
    <w:p>
      <w:pPr>
        <w:jc w:val="right"/>
      </w:pPr>
      <w:r>
        <w:t>مائنڈ بیسڈ اسپرچوئلٹی۔</w:t>
      </w:r>
    </w:p>
    <w:p>
      <w:r>
        <w:rPr>
          <w:b/>
        </w:rPr>
        <w:t xml:space="preserve">[08:54] </w:t>
      </w:r>
      <w:r>
        <w:t>yaani intellectual activities se hum woh cheez paate hain jis ko hum kehte hain spiritual item, spiritual content.</w:t>
      </w:r>
    </w:p>
    <w:p>
      <w:pPr>
        <w:jc w:val="right"/>
      </w:pPr>
      <w:r>
        <w:t>یعنی انٹلیکچول ایکٹیویٹیز سے ہم وہ چیز پاتے ہیں جس کو ہم کہتے ہیں اسپرچول آئٹم، اسپرچول کنٹینٹ۔</w:t>
      </w:r>
    </w:p>
    <w:p>
      <w:r>
        <w:rPr>
          <w:b/>
        </w:rPr>
        <w:t xml:space="preserve">[08:59] </w:t>
      </w:r>
      <w:r>
        <w:t>to mind par, yaani dimagh par ya zehan par base kar ke hum is spirituality ko paate hain. to main mind based spirituality ko manta hoon. isi sense mein main apne aap ko spiritual person samajhta hoon. ab dekhiye ke yeh kya cheez hai? yaani mind based spirituality kya cheez hai? main samajhta hoon ke bohat hi clear formula diya hai Jesus Christ ne. l</w:t>
      </w:r>
    </w:p>
    <w:p>
      <w:pPr>
        <w:jc w:val="right"/>
      </w:pPr>
      <w:r>
        <w:t>تو مائنڈ پر، یعنی دماغ پر یا ذہن پر بیس کر کے ہم اس اسپرچوئلٹی کو پاتے ہیں۔ تو میں مائنڈ بیسڈ اسپرچوئلٹی کو مانتا ہوں۔ اسی سینس میں میں اپنے آپ کو اسپرچول پرسن سمجھتا ہوں۔ اب دیکھیے کہ یہ کیا چیز ہے؟ یعنی مائنڈ بیسڈ اسپرچوئلٹی کیا چیز ہے؟ میں سمجھتا ہوں کہ بہت ہی کلیئر فارمولا دیا ہے جیزس کرائسٹ نے۔ l</w:t>
      </w:r>
    </w:p>
    <w:p>
      <w:r>
        <w:rPr>
          <w:b/>
        </w:rPr>
        <w:t xml:space="preserve">[09:29] </w:t>
      </w:r>
      <w:r>
        <w:t>love your enemy.</w:t>
      </w:r>
    </w:p>
    <w:p>
      <w:pPr>
        <w:jc w:val="right"/>
      </w:pPr>
      <w:r>
        <w:t>ove your enemy.</w:t>
      </w:r>
    </w:p>
    <w:p>
      <w:r>
        <w:rPr>
          <w:b/>
        </w:rPr>
        <w:t xml:space="preserve">[09:35] </w:t>
      </w:r>
      <w:r>
        <w:t>best formula hai spirituality ka.</w:t>
      </w:r>
    </w:p>
    <w:p>
      <w:pPr>
        <w:jc w:val="right"/>
      </w:pPr>
      <w:r>
        <w:t>بیسٹ فارمولا ہے اسپرچوئلٹی کا۔</w:t>
      </w:r>
    </w:p>
    <w:p>
      <w:r>
        <w:rPr>
          <w:b/>
        </w:rPr>
        <w:t xml:space="preserve">[09:41] </w:t>
      </w:r>
      <w:r>
        <w:t>main samajhta hoon ke yeh love your enemy.</w:t>
      </w:r>
    </w:p>
    <w:p>
      <w:pPr>
        <w:jc w:val="right"/>
      </w:pPr>
      <w:r>
        <w:t>میں سمجھتا ہوں کہ یہ love your enemy۔</w:t>
      </w:r>
    </w:p>
    <w:p>
      <w:r>
        <w:rPr>
          <w:b/>
        </w:rPr>
        <w:t xml:space="preserve">[09:47] </w:t>
      </w:r>
      <w:r>
        <w:t>magar what it means, kya matlab hai love your enemy ka? main samajhta hoon ke is ka matlab</w:t>
      </w:r>
    </w:p>
    <w:p>
      <w:pPr>
        <w:jc w:val="right"/>
      </w:pPr>
      <w:r>
        <w:t>مگر what it means، کیا مطلب ہے love your enemy کا؟ میں سمجھتا ہوں کہ اس کا مطلب</w:t>
      </w:r>
    </w:p>
    <w:p>
      <w:r>
        <w:rPr>
          <w:b/>
        </w:rPr>
        <w:t xml:space="preserve">[09:53] </w:t>
      </w:r>
      <w:r>
        <w:t>yeh hai ke, is ka matlab yeh hai ke love your enemy by rising above the en</w:t>
      </w:r>
    </w:p>
    <w:p>
      <w:pPr>
        <w:jc w:val="right"/>
      </w:pPr>
      <w:r>
        <w:t>یہ ہے کہ، اس کا مطلب یہ ہے کہ love your enemy by rising above the en</w:t>
      </w:r>
    </w:p>
    <w:p>
      <w:r>
        <w:rPr>
          <w:b/>
        </w:rPr>
        <w:t xml:space="preserve">[09:59] </w:t>
      </w:r>
      <w:r>
        <w:t>mity.</w:t>
      </w:r>
    </w:p>
    <w:p>
      <w:pPr>
        <w:jc w:val="right"/>
      </w:pPr>
      <w:r>
        <w:t>mity.</w:t>
      </w:r>
    </w:p>
    <w:p>
      <w:r>
        <w:rPr>
          <w:b/>
        </w:rPr>
        <w:t xml:space="preserve">[10:03] </w:t>
      </w:r>
      <w:r>
        <w:t>dushmani se ooper uth jao.</w:t>
      </w:r>
    </w:p>
    <w:p>
      <w:pPr>
        <w:jc w:val="right"/>
      </w:pPr>
      <w:r>
        <w:t>دشمنی سے اوپر اٹھ جاؤ۔</w:t>
      </w:r>
    </w:p>
    <w:p>
      <w:r>
        <w:rPr>
          <w:b/>
        </w:rPr>
        <w:t xml:space="preserve">[10:07] </w:t>
      </w:r>
      <w:r>
        <w:t>toh tum is aadmi ko samjho ke yeh toh, yaani mohabbat ke qabil aadmi hai.</w:t>
      </w:r>
    </w:p>
    <w:p>
      <w:pPr>
        <w:jc w:val="right"/>
      </w:pPr>
      <w:r>
        <w:t>تو تم اس آدمی کو سمجھو کہ یہ تو، یعنی محبت کے قابل آدمی ہے۔</w:t>
      </w:r>
    </w:p>
    <w:p>
      <w:r>
        <w:rPr>
          <w:b/>
        </w:rPr>
        <w:t xml:space="preserve">[10:12] </w:t>
      </w:r>
      <w:r>
        <w:t>love your enemy by rising beyond the enmity.</w:t>
      </w:r>
    </w:p>
    <w:p>
      <w:pPr>
        <w:jc w:val="right"/>
      </w:pPr>
      <w:r>
        <w:t>love your enemy by rising beyond the enmity.</w:t>
      </w:r>
    </w:p>
    <w:p>
      <w:r>
        <w:rPr>
          <w:b/>
        </w:rPr>
        <w:t xml:space="preserve">[10:16] </w:t>
      </w:r>
      <w:r>
        <w:t>best formula hai yeh is, is, is, is spirituality ka jis ko main yahan, jis ke baray mein</w:t>
      </w:r>
    </w:p>
    <w:p>
      <w:pPr>
        <w:jc w:val="right"/>
      </w:pPr>
      <w:r>
        <w:t>بیسٹ فارمولا ہے یہ اس، اس، اس، اس اسپرچوئلٹی کا جس کو میں یہاں، جس کے بارے میں</w:t>
      </w:r>
    </w:p>
    <w:p>
      <w:r>
        <w:rPr>
          <w:b/>
        </w:rPr>
        <w:t xml:space="preserve">[10:20] </w:t>
      </w:r>
      <w:r>
        <w:t>main yahan kuch bolna chahta hoon.</w:t>
      </w:r>
    </w:p>
    <w:p>
      <w:pPr>
        <w:jc w:val="right"/>
      </w:pPr>
      <w:r>
        <w:t>میں یہاں کچھ بولنا چاہتا ہوں۔</w:t>
      </w:r>
    </w:p>
    <w:p>
      <w:r>
        <w:rPr>
          <w:b/>
        </w:rPr>
        <w:t xml:space="preserve">[10:25] </w:t>
      </w:r>
      <w:r>
        <w:t>lekin aap dekhiye ke kyun insaan mohabbat kare apne dushman se? yeh sawal phir bhi baqi rehta</w:t>
      </w:r>
    </w:p>
    <w:p>
      <w:pPr>
        <w:jc w:val="right"/>
      </w:pPr>
      <w:r>
        <w:t>لیکن آپ دیکھیے کہ کیوں انسان محبت کرے اپنے دشمن سے؟ یہ سوال پھر بھی باقی رہتا</w:t>
      </w:r>
    </w:p>
    <w:p>
      <w:r>
        <w:rPr>
          <w:b/>
        </w:rPr>
        <w:t xml:space="preserve">[10:29] </w:t>
      </w:r>
      <w:r>
        <w:t>hai.</w:t>
      </w:r>
    </w:p>
    <w:p>
      <w:pPr>
        <w:jc w:val="right"/>
      </w:pPr>
      <w:r>
        <w:t>ہے۔</w:t>
      </w:r>
    </w:p>
    <w:p>
      <w:r>
        <w:rPr>
          <w:b/>
        </w:rPr>
        <w:t xml:space="preserve">[10:33] </w:t>
      </w:r>
      <w:r>
        <w:t>here we need an ideology.</w:t>
      </w:r>
    </w:p>
    <w:p>
      <w:pPr>
        <w:jc w:val="right"/>
      </w:pPr>
      <w:r>
        <w:t>here we need an ideology.</w:t>
      </w:r>
    </w:p>
    <w:p>
      <w:r>
        <w:rPr>
          <w:b/>
        </w:rPr>
        <w:t xml:space="preserve">[10:38] </w:t>
      </w:r>
      <w:r>
        <w:t>yaani hum apne dushman se kyun mohabbat karein? toh aap jante hain ke insaan jo hai, aik, aik</w:t>
      </w:r>
    </w:p>
    <w:p>
      <w:pPr>
        <w:jc w:val="right"/>
      </w:pPr>
      <w:r>
        <w:t>یعنی ہم اپنے دشمن سے کیوں محبت کریں؟ تو آپ جانتے ہیں کہ انسان جو ہے، ایک، ایک</w:t>
      </w:r>
    </w:p>
    <w:p>
      <w:r>
        <w:rPr>
          <w:b/>
        </w:rPr>
        <w:t xml:space="preserve">[10:43] </w:t>
      </w:r>
      <w:r>
        <w:t>rational being hai.</w:t>
      </w:r>
    </w:p>
    <w:p>
      <w:pPr>
        <w:jc w:val="right"/>
      </w:pPr>
      <w:r>
        <w:t>ریشنل بینگ ہے۔</w:t>
      </w:r>
    </w:p>
    <w:p>
      <w:r>
        <w:rPr>
          <w:b/>
        </w:rPr>
        <w:t xml:space="preserve">[10:47] </w:t>
      </w:r>
      <w:r>
        <w:t>insaan kisi cheez ko reason out karta hai, tab woh manta hai is ko.</w:t>
      </w:r>
    </w:p>
    <w:p>
      <w:pPr>
        <w:jc w:val="right"/>
      </w:pPr>
      <w:r>
        <w:t>انسان کسی چیز کو ریزن آؤٹ کرتا ہے، تب وہ مانتا ہے اس کو۔</w:t>
      </w:r>
    </w:p>
    <w:p>
      <w:r>
        <w:rPr>
          <w:b/>
        </w:rPr>
        <w:t xml:space="preserve">[10:52] </w:t>
      </w:r>
      <w:r>
        <w:t>kyun ke man is rational animal kaha jata hai.</w:t>
      </w:r>
    </w:p>
    <w:p>
      <w:pPr>
        <w:jc w:val="right"/>
      </w:pPr>
      <w:r>
        <w:t>کیونکہ man is rational animal کہا جاتا ہے۔</w:t>
      </w:r>
    </w:p>
    <w:p>
      <w:r>
        <w:rPr>
          <w:b/>
        </w:rPr>
        <w:t xml:space="preserve">[10:56] </w:t>
      </w:r>
      <w:r>
        <w:t>so we need an ideology.</w:t>
      </w:r>
    </w:p>
    <w:p>
      <w:pPr>
        <w:jc w:val="right"/>
      </w:pPr>
      <w:r>
        <w:t>to we need an ideology.</w:t>
      </w:r>
    </w:p>
    <w:p>
      <w:r>
        <w:rPr>
          <w:b/>
        </w:rPr>
        <w:t xml:space="preserve">[11:01] </w:t>
      </w:r>
      <w:r>
        <w:t>jab hum ek ideology pa lein ge, tabhi hum aisa kar sakte hain, hum apne enemy se mohabbat kar sakein. ab main is ko, is ke liye, is ko illustrate karne ke liye, to illustrate this point, i will give an example. dekhiye, yeh glass hai pani ka. yeh pani ka ek glass hai. aam aadmi sochta hai ke maine is ko chand rupay mein glass ja ke pani khareed liya. lekin main jab glass ko dekhta</w:t>
      </w:r>
    </w:p>
    <w:p>
      <w:pPr>
        <w:jc w:val="right"/>
      </w:pPr>
      <w:r>
        <w:t>جب ہم ایک آئیڈیالوجی پالیں گے، تبھی ہم ایسا کر سکتے ہیں، ہم اپنے enemy سے محبت کر سکیں۔ اب میں اس کو، اس کے لیے، اس کو illustrate کرنے کے لیے، to illustrate this point, I will give an example. دیکھیے، یہ گلاس ہے پانی کا۔ یہ پانی کا ایک گلاس ہے۔ عام آدمی سوچتا ہے کہ میں نے اس کو چند روپے میں گلاس جا کے پانی خرید لیا۔ لیکن میں جب گلاس کو دیکھتا</w:t>
      </w:r>
    </w:p>
    <w:p>
      <w:r>
        <w:rPr>
          <w:b/>
        </w:rPr>
        <w:t xml:space="preserve">[11:31] </w:t>
      </w:r>
      <w:r>
        <w:t>hoon, yani isprichual eye se, to mujhe yeh glass jo hai, ek encyclopedia dikhai deta hai.</w:t>
      </w:r>
    </w:p>
    <w:p>
      <w:pPr>
        <w:jc w:val="right"/>
      </w:pPr>
      <w:r>
        <w:t>ہوں، یعنی اسپرچول آئی سے، تو مجھے یہ گلاس جو ہے، ایک انسائیکلوپیڈیا دکھائی دیتا ہے۔</w:t>
      </w:r>
    </w:p>
    <w:p>
      <w:r>
        <w:rPr>
          <w:b/>
        </w:rPr>
        <w:t xml:space="preserve">[11:40] </w:t>
      </w:r>
      <w:r>
        <w:t>woh kaise? civilization ki ek lambi journey hai, tab ja kar hamein yeh glass mila hai.</w:t>
      </w:r>
    </w:p>
    <w:p>
      <w:pPr>
        <w:jc w:val="right"/>
      </w:pPr>
      <w:r>
        <w:t>وہ کیسے؟ سیویلائزیشن کی ایک لمبی جرنی ہے، تب جا کر ہمیں یہ گلاس ملا ہے۔</w:t>
      </w:r>
    </w:p>
    <w:p>
      <w:r>
        <w:rPr>
          <w:b/>
        </w:rPr>
        <w:t xml:space="preserve">[11:48] </w:t>
      </w:r>
      <w:r>
        <w:t>aap dekhiye, pehle insan pani kaise peeta tha? bohat pehle.</w:t>
      </w:r>
    </w:p>
    <w:p>
      <w:pPr>
        <w:jc w:val="right"/>
      </w:pPr>
      <w:r>
        <w:t>آپ دیکھیے، پہلے انسان پانی کیسے پیتا تھا؟ بہت پہلے۔</w:t>
      </w:r>
    </w:p>
    <w:p>
      <w:r>
        <w:rPr>
          <w:b/>
        </w:rPr>
        <w:t xml:space="preserve">[11:57] </w:t>
      </w:r>
      <w:r>
        <w:t>pehle insan pani peeta tha by joining his</w:t>
      </w:r>
    </w:p>
    <w:p>
      <w:pPr>
        <w:jc w:val="right"/>
      </w:pPr>
      <w:r>
        <w:t>پہلے انسان پانی پیتا تھا by joining his</w:t>
      </w:r>
    </w:p>
    <w:p>
      <w:r>
        <w:rPr>
          <w:b/>
        </w:rPr>
        <w:t xml:space="preserve">[12:05] </w:t>
      </w:r>
      <w:r>
        <w:t>palms. yaani apne hath ko is tarah se kar ke us se pani peeta tha woh. main bachpan mein, yaani 80 saal pehle, jab main gaon mein tha, ab se 80 years pehle, bachpan mein, main ne dekha hai ke log kis tarah se is tarah se hath se pani peete the. phir kya hua? phir insan ne lakri ke banaye</w:t>
      </w:r>
    </w:p>
    <w:p>
      <w:pPr>
        <w:jc w:val="right"/>
      </w:pPr>
      <w:r>
        <w:t>palms. یعنی اپنے ہاتھ کو اس طرح سے کر کے اس سے پانی پیتا تھا وہ۔ میں بچپن میں، یعنی 80 سال پہلے، جب میں گاؤں میں تھا، اب سے 80 ایئرز پہلے، بچپن میں، میں نے دیکھا ہے کہ لوگ کس طرح سے اس طرح سے ہاتھ سے پانی پیتے تھے۔ پھر کیا ہوا؟ پھر انسان نے لکڑی کے بنائے</w:t>
      </w:r>
    </w:p>
    <w:p>
      <w:r>
        <w:rPr>
          <w:b/>
        </w:rPr>
        <w:t xml:space="preserve">[12:35] </w:t>
      </w:r>
      <w:r>
        <w:t>woh pot, lakri ke.</w:t>
      </w:r>
    </w:p>
    <w:p>
      <w:pPr>
        <w:jc w:val="right"/>
      </w:pPr>
      <w:r>
        <w:t>وہ pot، لکڑی کے۔</w:t>
      </w:r>
    </w:p>
    <w:p>
      <w:r>
        <w:rPr>
          <w:b/>
        </w:rPr>
        <w:t xml:space="preserve">[12:40] </w:t>
      </w:r>
      <w:r>
        <w:t>phir insan ne mitti ka pot banaya.</w:t>
      </w:r>
    </w:p>
    <w:p>
      <w:pPr>
        <w:jc w:val="right"/>
      </w:pPr>
      <w:r>
        <w:t>پھر انسان نے مٹی کا pot بنایا۔</w:t>
      </w:r>
    </w:p>
    <w:p>
      <w:r>
        <w:rPr>
          <w:b/>
        </w:rPr>
        <w:t xml:space="preserve">[12:45] </w:t>
      </w:r>
      <w:r>
        <w:t>woh bhi mein ne dekha hai apni aankh se.</w:t>
      </w:r>
    </w:p>
    <w:p>
      <w:pPr>
        <w:jc w:val="right"/>
      </w:pPr>
      <w:r>
        <w:t>وہ بھی میں نے دیکھا ہے اپنی آنکھ سے۔</w:t>
      </w:r>
    </w:p>
    <w:p>
      <w:r>
        <w:rPr>
          <w:b/>
        </w:rPr>
        <w:t xml:space="preserve">[12:49] </w:t>
      </w:r>
      <w:r>
        <w:t>lakri ka bhi dekha hai, mitti ka bhi dekha hai.</w:t>
      </w:r>
    </w:p>
    <w:p>
      <w:pPr>
        <w:jc w:val="right"/>
      </w:pPr>
      <w:r>
        <w:t>لکڑی کا بھی دیکھا ہے، مٹی کا بھی دیکھا ہے۔</w:t>
      </w:r>
    </w:p>
    <w:p>
      <w:r>
        <w:rPr>
          <w:b/>
        </w:rPr>
        <w:t xml:space="preserve">[12:54] </w:t>
      </w:r>
      <w:r>
        <w:t>phir kaise kaise tin ke bane, kis lohe ke bane, hote hote stainless steel ke bane, yeh glass bana.</w:t>
      </w:r>
    </w:p>
    <w:p>
      <w:pPr>
        <w:jc w:val="right"/>
      </w:pPr>
      <w:r>
        <w:t>پھر کیسے کیسے ٹن کے بنے، کس لوہے کے بنے، ہوتے ہوتے اسٹین لیس اسٹیل کے بنے، یہ گلاس بنا۔</w:t>
      </w:r>
    </w:p>
    <w:p>
      <w:r>
        <w:rPr>
          <w:b/>
        </w:rPr>
        <w:t xml:space="preserve">[12:58] </w:t>
      </w:r>
      <w:r>
        <w:t>jo itna beautiful hai.</w:t>
      </w:r>
    </w:p>
    <w:p>
      <w:pPr>
        <w:jc w:val="right"/>
      </w:pPr>
      <w:r>
        <w:t>جو اتنا بیوٹی فل ہے۔</w:t>
      </w:r>
    </w:p>
    <w:p>
      <w:r>
        <w:rPr>
          <w:b/>
        </w:rPr>
        <w:t xml:space="preserve">[13:03] </w:t>
      </w:r>
      <w:r>
        <w:t>is ke peechay civilization ki ek lambi history hai. yani</w:t>
      </w:r>
    </w:p>
    <w:p>
      <w:pPr>
        <w:jc w:val="right"/>
      </w:pPr>
      <w:r>
        <w:t>اس کے پیچھے سیویلائزیشن کی ایک لمبی ہسٹری ہے۔ یعنی</w:t>
      </w:r>
    </w:p>
    <w:p>
      <w:r>
        <w:rPr>
          <w:b/>
        </w:rPr>
        <w:t xml:space="preserve">[13:07] </w:t>
      </w:r>
      <w:r>
        <w:t>hazaron hazar insanon ne apne aap ko dedicate kiya is ko janne ke liye ke kaise pani hum</w:t>
      </w:r>
    </w:p>
    <w:p>
      <w:pPr>
        <w:jc w:val="right"/>
      </w:pPr>
      <w:r>
        <w:t>ہزاروں ہزار انسانوں نے اپنے آپ کو ڈیڈیکیٹ کیا اس کو جاننے کے لیے کہ کیسے پانی ہم</w:t>
      </w:r>
    </w:p>
    <w:p>
      <w:r>
        <w:rPr>
          <w:b/>
        </w:rPr>
        <w:t xml:space="preserve">[13:12] </w:t>
      </w:r>
      <w:r>
        <w:t>piyein, is tarah se peene ke bajaye.</w:t>
      </w:r>
    </w:p>
    <w:p>
      <w:pPr>
        <w:jc w:val="right"/>
      </w:pPr>
      <w:r>
        <w:t>پیئیں، اس طرح سے پینے کے بجائے۔</w:t>
      </w:r>
    </w:p>
    <w:p>
      <w:r>
        <w:rPr>
          <w:b/>
        </w:rPr>
        <w:t xml:space="preserve">[13:17] </w:t>
      </w:r>
      <w:r>
        <w:t>is tarah se hamara animal peeta hai.</w:t>
      </w:r>
    </w:p>
    <w:p>
      <w:pPr>
        <w:jc w:val="right"/>
      </w:pPr>
      <w:r>
        <w:t>اس طرح سے ہمارا اینیمل پیتا ہے۔</w:t>
      </w:r>
    </w:p>
    <w:p>
      <w:r>
        <w:rPr>
          <w:b/>
        </w:rPr>
        <w:t xml:space="preserve">[13:22] </w:t>
      </w:r>
      <w:r>
        <w:t>is tarah se pani peena, yeh, yeh, yeh animal style hai.</w:t>
      </w:r>
    </w:p>
    <w:p>
      <w:pPr>
        <w:jc w:val="right"/>
      </w:pPr>
      <w:r>
        <w:t>اس طرح سے پانی پینا، یہ، یہ، یہ اینیمل اسٹائل ہے۔</w:t>
      </w:r>
    </w:p>
    <w:p>
      <w:r>
        <w:rPr>
          <w:b/>
        </w:rPr>
        <w:t xml:space="preserve">[13:28] </w:t>
      </w:r>
      <w:r>
        <w:t>to insan kaise pani piye? is ke liye unhon ne bohat dinon tak research ki.</w:t>
      </w:r>
    </w:p>
    <w:p>
      <w:pPr>
        <w:jc w:val="right"/>
      </w:pPr>
      <w:r>
        <w:t>تو انسان کیسے پانی پیئے؟ اس کے لیے انہوں نے بہت دنوں تک ریسرچ کی۔</w:t>
      </w:r>
    </w:p>
    <w:p>
      <w:r>
        <w:rPr>
          <w:b/>
        </w:rPr>
        <w:t xml:space="preserve">[13:33] </w:t>
      </w:r>
      <w:r>
        <w:t>phir mitti ka banaya, aur, aur lakri ka banaya,</w:t>
      </w:r>
    </w:p>
    <w:p>
      <w:pPr>
        <w:jc w:val="right"/>
      </w:pPr>
      <w:r>
        <w:t>پھر مٹی کا بنایا، اور، اور لکڑی کا بنایا،</w:t>
      </w:r>
    </w:p>
    <w:p>
      <w:r>
        <w:rPr>
          <w:b/>
        </w:rPr>
        <w:t xml:space="preserve">[13:38] </w:t>
      </w:r>
      <w:r>
        <w:t>metal ka banaya, hote hote glass ka banaya. to jab aap is ko lein, to aap ko in saare insano ke liye aap ke dil mein ek, ek darya mohabbat ka aa jaye ga. jinho ne aap ke liye kaam kiya, aap ko apne aap ko dedicate kiya, tab woh aap ko itni aasani se ek glass mil raha hai, is mein aap pani peete hain. tab aap ko glass aisa nahi lage ga ke chand rupay mein aap ne market se liya hai, shopping center se</w:t>
      </w:r>
    </w:p>
    <w:p>
      <w:pPr>
        <w:jc w:val="right"/>
      </w:pPr>
      <w:r>
        <w:t>میٹل کا بنایا، ہوتے ہوتے گلاس کا بنایا۔ تو جب آپ اس کو لیں، تو آپ کو ان سارے انسانوں کے لیے آپ کے دل میں ایک، ایک دریا محبت کا آ جائے گا۔ جنہوں نے آپ کے لیے کام کیا، آپ کو اپنے آپ کو ڈیڈیکیٹ کیا، تب وہ آپ کو اتنی آسانی سے ایک گلاس مل رہا ہے، اس میں آپ پانی پیتے ہیں۔ تب آپ کو گلاس ایسا نہیں لگے گا کہ چند روپے میں آپ نے مارکیٹ سے لیا ہے، شاپنگ سینٹر سے</w:t>
      </w:r>
    </w:p>
    <w:p>
      <w:r>
        <w:rPr>
          <w:b/>
        </w:rPr>
        <w:t xml:space="preserve">[14:08] </w:t>
      </w:r>
      <w:r>
        <w:t>—</w:t>
      </w:r>
    </w:p>
    <w:p>
      <w:pPr>
        <w:jc w:val="right"/>
      </w:pPr>
      <w:r>
        <w:t>۔</w:t>
      </w:r>
    </w:p>
    <w:p>
      <w:r>
        <w:rPr>
          <w:b/>
        </w:rPr>
        <w:t xml:space="preserve">[14:12] </w:t>
      </w:r>
      <w:r>
        <w:t>balkay lagay ga ke ek poori line hai insanon ki, hazaron saal ke darmiyan.</w:t>
      </w:r>
    </w:p>
    <w:p>
      <w:pPr>
        <w:jc w:val="right"/>
      </w:pPr>
      <w:r>
        <w:t>بلکہ لگے گا کہ ایک پوری لائن ہے انسانوں کی، ہزاروں سال کے درمیان۔</w:t>
      </w:r>
    </w:p>
    <w:p>
      <w:r>
        <w:rPr>
          <w:b/>
        </w:rPr>
        <w:t xml:space="preserve">[14:16] </w:t>
      </w:r>
      <w:r>
        <w:t>poori ek line hai.</w:t>
      </w:r>
    </w:p>
    <w:p>
      <w:pPr>
        <w:jc w:val="right"/>
      </w:pPr>
      <w:r>
        <w:t>پوری ایک لائن ہے۔</w:t>
      </w:r>
    </w:p>
    <w:p>
      <w:r>
        <w:rPr>
          <w:b/>
        </w:rPr>
        <w:t xml:space="preserve">[14:19] </w:t>
      </w:r>
      <w:r>
        <w:t>woh mehnat kar rahi hai, koshish kar rahi hai, apne aap ko dedicate ki hui hai, sacrifice kar rahi hai.</w:t>
      </w:r>
    </w:p>
    <w:p>
      <w:pPr>
        <w:jc w:val="right"/>
      </w:pPr>
      <w:r>
        <w:t>وہ محنت کر رہی ہے، کوشش کر رہی ہے، اپنے آپ کو ڈیڈیکیٹ کی ہوئی ہے، سیکریفائس کر رہی ہے۔</w:t>
      </w:r>
    </w:p>
    <w:p>
      <w:r>
        <w:rPr>
          <w:b/>
        </w:rPr>
        <w:t xml:space="preserve">[14:23] </w:t>
      </w:r>
      <w:r>
        <w:t>ta ke is ko shishay ke glass mein pani peene ka moqa milay.</w:t>
      </w:r>
    </w:p>
    <w:p>
      <w:pPr>
        <w:jc w:val="right"/>
      </w:pPr>
      <w:r>
        <w:t>تاکہ اس کو شیشے کے گلاس میں پانی پینے کا موقع ملے۔</w:t>
      </w:r>
    </w:p>
    <w:p>
      <w:r>
        <w:rPr>
          <w:b/>
        </w:rPr>
        <w:t xml:space="preserve">[14:27] </w:t>
      </w:r>
      <w:r>
        <w:t>yeh hai love your enemy.</w:t>
      </w:r>
    </w:p>
    <w:p>
      <w:pPr>
        <w:jc w:val="right"/>
      </w:pPr>
      <w:r>
        <w:t>یہ ہے love your enemy۔</w:t>
      </w:r>
    </w:p>
    <w:p>
      <w:r>
        <w:rPr>
          <w:b/>
        </w:rPr>
        <w:t xml:space="preserve">[14:31] </w:t>
      </w:r>
      <w:r>
        <w:t>yani is waqt enemy aur friend ka difference khatam ho jata hai.</w:t>
      </w:r>
    </w:p>
    <w:p>
      <w:pPr>
        <w:jc w:val="right"/>
      </w:pPr>
      <w:r>
        <w:t>یعنی اس وقت enemy اور friend کا difference ختم ہو جاتا ہے۔</w:t>
      </w:r>
    </w:p>
    <w:p>
      <w:r>
        <w:rPr>
          <w:b/>
        </w:rPr>
        <w:t xml:space="preserve">[14:35] </w:t>
      </w:r>
      <w:r>
        <w:t>love your enemy ka matlab hai love all, including your enemy.</w:t>
      </w:r>
    </w:p>
    <w:p>
      <w:pPr>
        <w:jc w:val="right"/>
      </w:pPr>
      <w:r>
        <w:t>love your enemy کا مطلب ہے love all, including your enemy.</w:t>
      </w:r>
    </w:p>
    <w:p>
      <w:r>
        <w:rPr>
          <w:b/>
        </w:rPr>
        <w:t xml:space="preserve">[14:38] </w:t>
      </w:r>
      <w:r>
        <w:t>to kaisa friend, kaisa enemy? aise hi dekhiye, jo aap kapra pehnte hain, yeh kapra pehle insan, ek</w:t>
      </w:r>
    </w:p>
    <w:p>
      <w:pPr>
        <w:jc w:val="right"/>
      </w:pPr>
      <w:r>
        <w:t>تو کیسا friend، کیسا enemy؟ ایسے ہی دیکھیے، جو آپ کپڑا پہنتے ہیں، یہ کپڑا پہلے انسان، ایک</w:t>
      </w:r>
    </w:p>
    <w:p>
      <w:r>
        <w:rPr>
          <w:b/>
        </w:rPr>
        <w:t xml:space="preserve">[14:46] </w:t>
      </w:r>
      <w:r>
        <w:t>dam pehle insan kya karta tha? woh peṛ ke patton ko ḍhanka karta tha apne, apne body ko.</w:t>
      </w:r>
    </w:p>
    <w:p>
      <w:pPr>
        <w:jc w:val="right"/>
      </w:pPr>
      <w:r>
        <w:t>دم پہلے انسان کیا کرتا تھا؟ وہ پیڑ کے پتوں کو ڈھانکتا تھا اپنے، اپنے باڈی کو۔</w:t>
      </w:r>
    </w:p>
    <w:p>
      <w:r>
        <w:rPr>
          <w:b/>
        </w:rPr>
        <w:t xml:space="preserve">[14:54] </w:t>
      </w:r>
      <w:r>
        <w:t>wa tafaqqa' yakhsafani 'alayhim 'amim barq al-jannah phir bohat hi karwat qism ke kapre bante lage, bohat hi karwat qism ke.</w:t>
      </w:r>
    </w:p>
    <w:p>
      <w:pPr>
        <w:jc w:val="right"/>
      </w:pPr>
      <w:r>
        <w:t>وَتَفَقَعَ يَخْسَفَانِ عَلَيْهِمْ عَمِّيْمَ بَرَقِ الْجَنَّةِ پھر بہت ہی کروٹ قسم کے کپڑے بننے لگے، بہت ہی کروٹ قسم کے۔</w:t>
      </w:r>
    </w:p>
    <w:p>
      <w:r>
        <w:rPr>
          <w:b/>
        </w:rPr>
        <w:t xml:space="preserve">[15:01] </w:t>
      </w:r>
      <w:r>
        <w:t>is se pehle animal ke</w:t>
      </w:r>
    </w:p>
    <w:p>
      <w:pPr>
        <w:jc w:val="right"/>
      </w:pPr>
      <w:r>
        <w:t>اس سے پہلے اینیمل کے</w:t>
      </w:r>
    </w:p>
    <w:p>
      <w:r>
        <w:rPr>
          <w:b/>
        </w:rPr>
        <w:t xml:space="preserve">[15:09] </w:t>
      </w:r>
      <w:r>
        <w:t>, animal ka skin jo hai, khal jo hai, is se aadmi kapre banata tha.</w:t>
      </w:r>
    </w:p>
    <w:p>
      <w:pPr>
        <w:jc w:val="right"/>
      </w:pPr>
      <w:r>
        <w:t>، اینیمل کا skin جو ہے، کھال جو ہے، اس سے آدمی کپڑے بناتا تھا۔</w:t>
      </w:r>
    </w:p>
    <w:p>
      <w:r>
        <w:rPr>
          <w:b/>
        </w:rPr>
        <w:t xml:space="preserve">[15:13] </w:t>
      </w:r>
      <w:r>
        <w:t>phir bohat karwat kapre bane.</w:t>
      </w:r>
    </w:p>
    <w:p>
      <w:pPr>
        <w:jc w:val="right"/>
      </w:pPr>
      <w:r>
        <w:t>پھر بہت کروٹ کپڑے بنے۔</w:t>
      </w:r>
    </w:p>
    <w:p>
      <w:r>
        <w:rPr>
          <w:b/>
        </w:rPr>
        <w:t xml:space="preserve">[15:18] </w:t>
      </w:r>
      <w:r>
        <w:t>hote hote textile industry bani.</w:t>
      </w:r>
    </w:p>
    <w:p>
      <w:pPr>
        <w:jc w:val="right"/>
      </w:pPr>
      <w:r>
        <w:t>ہوتے ہوتے ٹیکسٹائل انڈسٹری بنی۔</w:t>
      </w:r>
    </w:p>
    <w:p>
      <w:r>
        <w:rPr>
          <w:b/>
        </w:rPr>
        <w:t xml:space="preserve">[15:22] </w:t>
      </w:r>
      <w:r>
        <w:t>lekin aap dekhiye, is ke peeche hazaron saal ki history hai.</w:t>
      </w:r>
    </w:p>
    <w:p>
      <w:pPr>
        <w:jc w:val="right"/>
      </w:pPr>
      <w:r>
        <w:t>لیکن آپ دیکھیے، اس کے پیچھے ہزاروں سال کی ہسٹری ہے۔</w:t>
      </w:r>
    </w:p>
    <w:p>
      <w:r>
        <w:rPr>
          <w:b/>
        </w:rPr>
        <w:t xml:space="preserve">[15:26] </w:t>
      </w:r>
      <w:r>
        <w:t>is kapre ke peeche hazaron saal ki history hai.</w:t>
      </w:r>
    </w:p>
    <w:p>
      <w:pPr>
        <w:jc w:val="right"/>
      </w:pPr>
      <w:r>
        <w:t>اس کپڑے کے پیچھے ہزاروں سال کی ہسٹری ہے۔</w:t>
      </w:r>
    </w:p>
    <w:p>
      <w:r>
        <w:rPr>
          <w:b/>
        </w:rPr>
        <w:t xml:space="preserve">[15:31] </w:t>
      </w:r>
      <w:r>
        <w:t>ab jab aap kapra pehnte hain, to aap ke dil mein ek mohabbat ka ek darya beh jaye</w:t>
      </w:r>
    </w:p>
    <w:p>
      <w:pPr>
        <w:jc w:val="right"/>
      </w:pPr>
      <w:r>
        <w:t>اب جب آپ کپڑا پہنتے ہیں، تو آپ کے دل میں ایک محبت کا ایک دریا بہہ جائے</w:t>
      </w:r>
    </w:p>
    <w:p>
      <w:r>
        <w:rPr>
          <w:b/>
        </w:rPr>
        <w:t xml:space="preserve">[15:35] </w:t>
      </w:r>
      <w:r>
        <w:t>ga ke kaise insan the woh, jinhone mere liye hazaron</w:t>
      </w:r>
    </w:p>
    <w:p>
      <w:pPr>
        <w:jc w:val="right"/>
      </w:pPr>
      <w:r>
        <w:t>گا کہ کیسے انسان تھے وہ، جنہوں نے میرے لیے ہزاروں</w:t>
      </w:r>
    </w:p>
    <w:p>
      <w:r>
        <w:rPr>
          <w:b/>
        </w:rPr>
        <w:t xml:space="preserve">[15:39] </w:t>
      </w:r>
      <w:r>
        <w:t>saal tak kaam kiya, kaam kiya, kaam kiya. ta ke mujhe aise kapray pehnay ko milein. is tarah se yeh bike hai, yeh camera hai, yeh furniture hai, yeh building hai, har cheez ke peechay hazaron saal ki tareekh hai. there is the ideology of love your enemy. jab aap is tarah aap sochen ge, to enemy aur friend ka difference mit jaye ga aap ki nazar mein. na koi enemy dikhai de ga, na friend dikhai dega. sab aap ko</w:t>
      </w:r>
    </w:p>
    <w:p>
      <w:pPr>
        <w:jc w:val="right"/>
      </w:pPr>
      <w:r>
        <w:t>سال تک کام کیا، کام کیا، کام کیا۔ تاکہ مجھے ایسے کپڑے پہننے کو ملیں۔ اس طرح سے یہ بائیک ہے، یہ کیمرہ ہے، یہ فرنیچر ہے، یہ بلڈنگ ہے، ہر چیز کے پیچھے ہزاروں سال کی تاریخ ہے۔ there is the ideology of love your enemy. جب آپ اس طرح آپ سوچیں گے، تو enemy اور friend کا difference مٹ جائے گا آپ کی نظر میں۔ نہ کوئی enemy دکھائی دے گا، نہ friend دکھائی دے گا۔ سب آپ کو</w:t>
      </w:r>
    </w:p>
    <w:p>
      <w:r>
        <w:rPr>
          <w:b/>
        </w:rPr>
        <w:t xml:space="preserve">[16:09] </w:t>
      </w:r>
      <w:r>
        <w:t>human, sab insan dikhai denge.</w:t>
      </w:r>
    </w:p>
    <w:p>
      <w:pPr>
        <w:jc w:val="right"/>
      </w:pPr>
      <w:r>
        <w:t>ہیومن، سب انسان دکھائی دیں گے۔</w:t>
      </w:r>
    </w:p>
    <w:p>
      <w:r>
        <w:rPr>
          <w:b/>
        </w:rPr>
        <w:t xml:space="preserve">[16:14] </w:t>
      </w:r>
      <w:r>
        <w:t>apne jaisa insan.</w:t>
      </w:r>
    </w:p>
    <w:p>
      <w:pPr>
        <w:jc w:val="right"/>
      </w:pPr>
      <w:r>
        <w:t>اپنے جیسے انسان۔</w:t>
      </w:r>
    </w:p>
    <w:p>
      <w:r>
        <w:rPr>
          <w:b/>
        </w:rPr>
        <w:t xml:space="preserve">[16:20] </w:t>
      </w:r>
      <w:r>
        <w:t>yeh hai ideology jo hamare mind mein jab aa jaye, tab hum apne sare insanon ko apne jaisa dekhenge.</w:t>
      </w:r>
    </w:p>
    <w:p>
      <w:pPr>
        <w:jc w:val="right"/>
      </w:pPr>
      <w:r>
        <w:t>یہ ہے ideology جو ہمارے mind میں جب آ جائے، تب ہم اپنے سارے انسانوں کو اپنے جیسا دیکھیں گے۔</w:t>
      </w:r>
    </w:p>
    <w:p>
      <w:r>
        <w:rPr>
          <w:b/>
        </w:rPr>
        <w:t xml:space="preserve">[16:25] </w:t>
      </w:r>
      <w:r>
        <w:t>sare insanon se hum pyar karenge.</w:t>
      </w:r>
    </w:p>
    <w:p>
      <w:pPr>
        <w:jc w:val="right"/>
      </w:pPr>
      <w:r>
        <w:t>سارے انسانوں سے ہم پیار کریں گے۔</w:t>
      </w:r>
    </w:p>
    <w:p>
      <w:r>
        <w:rPr>
          <w:b/>
        </w:rPr>
        <w:t xml:space="preserve">[16:30] </w:t>
      </w:r>
      <w:r>
        <w:t>sab ke liye hamare dil mein mohabbat hogi.</w:t>
      </w:r>
    </w:p>
    <w:p>
      <w:pPr>
        <w:jc w:val="right"/>
      </w:pPr>
      <w:r>
        <w:t>سب کے لیے ہمارے دل میں محبت ہو گی۔</w:t>
      </w:r>
    </w:p>
    <w:p>
      <w:r>
        <w:rPr>
          <w:b/>
        </w:rPr>
        <w:t xml:space="preserve">[16:35] </w:t>
      </w:r>
      <w:r>
        <w:t>yeh jo maine kaha ke living beyond materiality.</w:t>
      </w:r>
    </w:p>
    <w:p>
      <w:pPr>
        <w:jc w:val="right"/>
      </w:pPr>
      <w:r>
        <w:t>یہ جو میں نے کہا کہ living beyond materiality.</w:t>
      </w:r>
    </w:p>
    <w:p>
      <w:r>
        <w:rPr>
          <w:b/>
        </w:rPr>
        <w:t xml:space="preserve">[16:41] </w:t>
      </w:r>
      <w:r>
        <w:t>jab material level par aap jeete hain, to aap ko lagta hai ke main ne is ko chand paisay mein khareeda hai, bas is se ziyada aur kuch is mein nahi milta aap ko. is se ziyada kuch nahi milta aap ko. lekin jab is tareeqay se sochte hain, jaise main ne arz kiya, to yeh aap ko mohabbat ka ek, ek darya is mein dikhai parta hai. aise hi dekhiye, is dunya mein hum jab</w:t>
      </w:r>
    </w:p>
    <w:p>
      <w:pPr>
        <w:jc w:val="right"/>
      </w:pPr>
      <w:r>
        <w:t>جب material level پر آپ جیتے ہیں، تو آپ کو لگتا ہے کہ میں نے اس کو چند پیسے میں خریدا ہے، بس اس سے زیادہ اور کچھ اس میں نہیں ملتا آپ کو۔ اس سے زیادہ کچھ نہیں ملتا آپ کو۔ لیکن جب اس طریقے سے سوچتے ہیں، جیسے میں نے عرض کیا، تو یہ آپ کو محبت کا ایک، ایک دریا اس میں دکھائی پڑتا ہے۔ ایسے ہی دیکھیے، اس دنیا میں ہم جب</w:t>
      </w:r>
    </w:p>
    <w:p>
      <w:r>
        <w:rPr>
          <w:b/>
        </w:rPr>
        <w:t xml:space="preserve">[17:11] </w:t>
      </w:r>
      <w:r>
        <w:t>ek aur aspect se dekhen, is duniya mein jab hum is society mein jab rehte hain, to society</w:t>
      </w:r>
    </w:p>
    <w:p>
      <w:pPr>
        <w:jc w:val="right"/>
      </w:pPr>
      <w:r>
        <w:t>ایک اور آسپیکٹ سے دیکھیں، اس دنیا میں جب ہم اس سوسائٹی میں جب رہتے ہیں، تو سوسائٹی</w:t>
      </w:r>
    </w:p>
    <w:p>
      <w:r>
        <w:rPr>
          <w:b/>
        </w:rPr>
        <w:t xml:space="preserve">[17:15] </w:t>
      </w:r>
      <w:r>
        <w:t>کیا ہے؟ سوسائٹی جو ہے، jungle of differences کا نام ہے۔</w:t>
      </w:r>
    </w:p>
    <w:p>
      <w:pPr>
        <w:jc w:val="right"/>
      </w:pPr>
      <w:r>
        <w:t>کیا ہے؟ سوسائٹی جو ہے، جنگل آف ڈیفرنسز کا نام ہے۔</w:t>
      </w:r>
    </w:p>
    <w:p>
      <w:r>
        <w:rPr>
          <w:b/>
        </w:rPr>
        <w:t xml:space="preserve">[17:19] </w:t>
      </w:r>
      <w:r>
        <w:t>har taraf differences hain.</w:t>
      </w:r>
    </w:p>
    <w:p>
      <w:pPr>
        <w:jc w:val="right"/>
      </w:pPr>
      <w:r>
        <w:t>ہر طرف ڈیفرنسز ہیں۔</w:t>
      </w:r>
    </w:p>
    <w:p>
      <w:r>
        <w:rPr>
          <w:b/>
        </w:rPr>
        <w:t xml:space="preserve">[17:23] </w:t>
      </w:r>
      <w:r>
        <w:t>jahan difference hai, wahan hate hai.</w:t>
      </w:r>
    </w:p>
    <w:p>
      <w:pPr>
        <w:jc w:val="right"/>
      </w:pPr>
      <w:r>
        <w:t>جہاں ڈیفرنس ہے، وہاں ہیٹ ہے۔</w:t>
      </w:r>
    </w:p>
    <w:p>
      <w:r>
        <w:rPr>
          <w:b/>
        </w:rPr>
        <w:t xml:space="preserve">[17:28] </w:t>
      </w:r>
      <w:r>
        <w:t>جہاں difference ہے، وہاں problem ہے۔</w:t>
      </w:r>
    </w:p>
    <w:p>
      <w:pPr>
        <w:jc w:val="right"/>
      </w:pPr>
      <w:r>
        <w:t>جہاں ڈیفرنس ہے، وہاں پرابلم ہے۔</w:t>
      </w:r>
    </w:p>
    <w:p>
      <w:r>
        <w:rPr>
          <w:b/>
        </w:rPr>
        <w:t xml:space="preserve">[17:32] </w:t>
      </w:r>
      <w:r>
        <w:t>jahan difference hai, wahan fighting hai.</w:t>
      </w:r>
    </w:p>
    <w:p>
      <w:pPr>
        <w:jc w:val="right"/>
      </w:pPr>
      <w:r>
        <w:t>جہاں ڈیفرنس ہے، وہاں فائٹنگ ہے۔</w:t>
      </w:r>
    </w:p>
    <w:p>
      <w:r>
        <w:rPr>
          <w:b/>
        </w:rPr>
        <w:t xml:space="preserve">[17:36] </w:t>
      </w:r>
      <w:r>
        <w:t>جہاں difference ہے، وہاں سارے negative activities ہیں۔ تو</w:t>
      </w:r>
    </w:p>
    <w:p>
      <w:pPr>
        <w:jc w:val="right"/>
      </w:pPr>
      <w:r>
        <w:t>جہاں ڈیفرنس ہے، وہاں سارے نیگیٹیو ایکٹیویٹیز ہیں۔ تو</w:t>
      </w:r>
    </w:p>
    <w:p>
      <w:r>
        <w:rPr>
          <w:b/>
        </w:rPr>
        <w:t xml:space="preserve">[17:41] </w:t>
      </w:r>
      <w:r>
        <w:t>سوسائٹی میں ہر آدمی، ہر عورت، ہر مرد، ہر مرد Mr. Different ہے، ہر عورت، ہر عورت Miss Different ہے۔</w:t>
      </w:r>
    </w:p>
    <w:p>
      <w:pPr>
        <w:jc w:val="right"/>
      </w:pPr>
      <w:r>
        <w:t>سوسائٹی میں ہر آدمی، ہر عورت، ہر مرد، ہر مرد مسٹر ڈفرنٹ ہے، ہر عورت، ہر عورت مس ڈفرنٹ ہے۔</w:t>
      </w:r>
    </w:p>
    <w:p>
      <w:r>
        <w:rPr>
          <w:b/>
        </w:rPr>
        <w:t xml:space="preserve">[17:45] </w:t>
      </w:r>
      <w:r>
        <w:t>to sab log different hain.</w:t>
      </w:r>
    </w:p>
    <w:p>
      <w:pPr>
        <w:jc w:val="right"/>
      </w:pPr>
      <w:r>
        <w:t>تو سب لوگ ڈفرنٹ ہیں۔</w:t>
      </w:r>
    </w:p>
    <w:p>
      <w:r>
        <w:rPr>
          <w:b/>
        </w:rPr>
        <w:t xml:space="preserve">[17:49] </w:t>
      </w:r>
      <w:r>
        <w:t>different un ka taste hai, different temperament hai, different thinking hai.</w:t>
      </w:r>
    </w:p>
    <w:p>
      <w:pPr>
        <w:jc w:val="right"/>
      </w:pPr>
      <w:r>
        <w:t>ڈفرنٹ ان کا ٹیسٹ ہے، ڈفرنٹ ٹیمپرامنٹ ہے، ڈفرنٹ تھنکنگ ہے۔</w:t>
      </w:r>
    </w:p>
    <w:p>
      <w:r>
        <w:rPr>
          <w:b/>
        </w:rPr>
        <w:t xml:space="preserve">[17:54] </w:t>
      </w:r>
      <w:r>
        <w:t>to zahir hai ke ikhtilafat honge.</w:t>
      </w:r>
    </w:p>
    <w:p>
      <w:pPr>
        <w:jc w:val="right"/>
      </w:pPr>
      <w:r>
        <w:t>تو ظاہر ہے کہ اختلافات ہوں گے۔</w:t>
      </w:r>
    </w:p>
    <w:p>
      <w:r>
        <w:rPr>
          <w:b/>
        </w:rPr>
        <w:t xml:space="preserve">[17:58] </w:t>
      </w:r>
      <w:r>
        <w:t>ab kaise duniya mein raha jaye? aap dekhiye, aaj kal aap logon ko ṭṭolye, har aadmi kahin na</w:t>
      </w:r>
    </w:p>
    <w:p>
      <w:pPr>
        <w:jc w:val="right"/>
      </w:pPr>
      <w:r>
        <w:t>اب کیسے دنیا میں رہا جائے؟ آپ دیکھیے، آج کل آپ لوگوں کو ٹٹولیے، ہر آدمی کہیں نہ</w:t>
      </w:r>
    </w:p>
    <w:p>
      <w:r>
        <w:rPr>
          <w:b/>
        </w:rPr>
        <w:t xml:space="preserve">[18:02] </w:t>
      </w:r>
      <w:r>
        <w:t>کہیں hate لیے ہوئے ہے دوسروں کے لیے۔</w:t>
      </w:r>
    </w:p>
    <w:p>
      <w:pPr>
        <w:jc w:val="right"/>
      </w:pPr>
      <w:r>
        <w:t>کہیں ہیٹ لیے ہوئے ہے دوسروں کے لیے۔</w:t>
      </w:r>
    </w:p>
    <w:p>
      <w:r>
        <w:rPr>
          <w:b/>
        </w:rPr>
        <w:t xml:space="preserve">[18:07] </w:t>
      </w:r>
      <w:r>
        <w:t>jaise mein musalmanon mein reh</w:t>
      </w:r>
    </w:p>
    <w:p>
      <w:pPr>
        <w:jc w:val="right"/>
      </w:pPr>
      <w:r>
        <w:t>جیسے میں مسلمانوں میں رہ</w:t>
      </w:r>
    </w:p>
    <w:p>
      <w:r>
        <w:rPr>
          <w:b/>
        </w:rPr>
        <w:t xml:space="preserve">[18:11] </w:t>
      </w:r>
      <w:r>
        <w:t>ta hoon, musalmano mein paida hua hoon. har musalman jo hai, kya haal hai is ka? koi yahoodi se nafrat kar raha hai, koi american se nafrat kar raha hai. yaani har ek ke baray mein un ke dil mein nafrat hai. kyun? koi na koi complaint liye hue hai. kisi ne un ki empire chheeni hai, kisi ne un ka land chheena hai, kisi ne un ki economically koi un ko exploit kar raha hai. aise sab ka haal hai. ch</w:t>
      </w:r>
    </w:p>
    <w:p>
      <w:pPr>
        <w:jc w:val="right"/>
      </w:pPr>
      <w:r>
        <w:t>تا ہوں، مسلمانوں میں پیدا ہوا ہوں۔ ہر مسلمان جو ہے، کیا حال ہے اس کا؟ کوئی یہودی سے نفرت کر رہا ہے، کوئی امریکن سے نفرت کر رہا ہے۔ یعنی ہر ایک کے بارے میں ان کے دل میں نفرت ہے۔ کیوں؟ کوئی نہ کوئی کمپلینٹ لی ہوئی ہے۔ کسی نے ان کی ایمپائر چھینی ہے، کسی نے ان کا لینڈ چھینا ہے، کسی نے ان کی اکنامکلی کوئی ان کو ایکسپلائٹ کر رہا ہے۔ ایسے سب کا حال ہے۔ چ</w:t>
      </w:r>
    </w:p>
    <w:p>
      <w:r>
        <w:rPr>
          <w:b/>
        </w:rPr>
        <w:t xml:space="preserve">[18:41] </w:t>
      </w:r>
      <w:r>
        <w:t>unke mera personal experience hai, is liye maine musalmanon ka zikr kiya.</w:t>
      </w:r>
    </w:p>
    <w:p>
      <w:pPr>
        <w:jc w:val="right"/>
      </w:pPr>
      <w:r>
        <w:t>ونکہ میرا پرسنل ایکسپیرینس ہے، اس لیے میں نے مسلمانوں کا ذکر کیا۔</w:t>
      </w:r>
    </w:p>
    <w:p>
      <w:r>
        <w:rPr>
          <w:b/>
        </w:rPr>
        <w:t xml:space="preserve">[18:45] </w:t>
      </w:r>
      <w:r>
        <w:t>سب کا یہی حال ہے کہ کہیں نہ کہیں انہیں دوسروں سے کوئی negative experience ہو رہا ہے۔</w:t>
      </w:r>
    </w:p>
    <w:p>
      <w:pPr>
        <w:jc w:val="right"/>
      </w:pPr>
      <w:r>
        <w:t>سب کا یہی حال ہے کہ کہیں نہ کہیں انہیں دوسروں سے کوئی نیگیٹیو ایکسپیرینس ہو رہا ہے۔</w:t>
      </w:r>
    </w:p>
    <w:p>
      <w:r>
        <w:rPr>
          <w:b/>
        </w:rPr>
        <w:t xml:space="preserve">[18:49] </w:t>
      </w:r>
      <w:r>
        <w:t>تو غصہ ہے، ان کو revenge ہے ان کے دل میں، ان کے اندر hate ہے۔</w:t>
      </w:r>
    </w:p>
    <w:p>
      <w:pPr>
        <w:jc w:val="right"/>
      </w:pPr>
      <w:r>
        <w:t>تو غصہ ہے، ان کو ریونج ہے ان کے دل میں، ان کے اندر ہیٹ ہے۔</w:t>
      </w:r>
    </w:p>
    <w:p>
      <w:r>
        <w:rPr>
          <w:b/>
        </w:rPr>
        <w:t xml:space="preserve">[18:54] </w:t>
      </w:r>
      <w:r>
        <w:t>ab is ko kaise khatm kiya jaye? is ke liye hamein ek ideology chahiye.</w:t>
      </w:r>
    </w:p>
    <w:p>
      <w:pPr>
        <w:jc w:val="right"/>
      </w:pPr>
      <w:r>
        <w:t>اب اس کو کیسے ختم کیا جائے؟ اس کے لیے ہمیں ایک آئیڈیالوجی چاہیے۔</w:t>
      </w:r>
    </w:p>
    <w:p>
      <w:r>
        <w:rPr>
          <w:b/>
        </w:rPr>
        <w:t xml:space="preserve">[18:58] </w:t>
      </w:r>
      <w:r>
        <w:t>yani how to remove all these negative thoughts.</w:t>
      </w:r>
    </w:p>
    <w:p>
      <w:pPr>
        <w:jc w:val="right"/>
      </w:pPr>
      <w:r>
        <w:t>یعنی how to remove all these negative thoughts.</w:t>
      </w:r>
    </w:p>
    <w:p>
      <w:r>
        <w:rPr>
          <w:b/>
        </w:rPr>
        <w:t xml:space="preserve">[19:02] </w:t>
      </w:r>
      <w:r>
        <w:t>How to live as a positive person.</w:t>
      </w:r>
    </w:p>
    <w:p>
      <w:pPr>
        <w:jc w:val="right"/>
      </w:pPr>
      <w:r>
        <w:t>How to live as a positive person.</w:t>
      </w:r>
    </w:p>
    <w:p>
      <w:r>
        <w:rPr>
          <w:b/>
        </w:rPr>
        <w:t xml:space="preserve">[19:07] </w:t>
      </w:r>
      <w:r>
        <w:t>yeh bohat bara problem hai.</w:t>
      </w:r>
    </w:p>
    <w:p>
      <w:pPr>
        <w:jc w:val="right"/>
      </w:pPr>
      <w:r>
        <w:t>یہ بہت بڑا پرابلم ہے۔</w:t>
      </w:r>
    </w:p>
    <w:p>
      <w:r>
        <w:rPr>
          <w:b/>
        </w:rPr>
        <w:t xml:space="preserve">[19:11] </w:t>
      </w:r>
      <w:r>
        <w:t>ہر ایک کو دوسرے سے کچھ نہ کچھ، یعنی negative experience ہو رہا ہے۔</w:t>
      </w:r>
    </w:p>
    <w:p>
      <w:pPr>
        <w:jc w:val="right"/>
      </w:pPr>
      <w:r>
        <w:t>ہر ایک کو دوسرے سے کچھ نہ کچھ، یعنی نیگیٹیو ایکسپیرینس ہو رہا ہے۔</w:t>
      </w:r>
    </w:p>
    <w:p>
      <w:r>
        <w:rPr>
          <w:b/>
        </w:rPr>
        <w:t xml:space="preserve">[19:17] </w:t>
      </w:r>
      <w:r>
        <w:t>yeh isi tarah society hai.</w:t>
      </w:r>
    </w:p>
    <w:p>
      <w:pPr>
        <w:jc w:val="right"/>
      </w:pPr>
      <w:r>
        <w:t>یہ اسی طرح سوسائٹی ہے۔</w:t>
      </w:r>
    </w:p>
    <w:p>
      <w:r>
        <w:rPr>
          <w:b/>
        </w:rPr>
        <w:t xml:space="preserve">[19:23] </w:t>
      </w:r>
      <w:r>
        <w:t>yahan par mein kahunga ke aap, yani jo maine kaha ke living beyond materiality ka jo</w:t>
      </w:r>
    </w:p>
    <w:p>
      <w:pPr>
        <w:jc w:val="right"/>
      </w:pPr>
      <w:r>
        <w:t>یہاں پر میں کہوں گا کہ آپ، یعنی جو میں نے کہا کہ living beyond materiality کا جو</w:t>
      </w:r>
    </w:p>
    <w:p>
      <w:r>
        <w:rPr>
          <w:b/>
        </w:rPr>
        <w:t xml:space="preserve">[19:29] </w:t>
      </w:r>
      <w:r>
        <w:t>concept hai, woh yahan par is tarah se apply hota hai ke aap sochiye ke we are living</w:t>
      </w:r>
    </w:p>
    <w:p>
      <w:pPr>
        <w:jc w:val="right"/>
      </w:pPr>
      <w:r>
        <w:t>کانسیپٹ ہے، وہ یہاں پر اس طرح سے اپلائی ہوتا ہے کہ آپ سوچیے کہ we are living</w:t>
      </w:r>
    </w:p>
    <w:p>
      <w:r>
        <w:rPr>
          <w:b/>
        </w:rPr>
        <w:t xml:space="preserve">[19:35] </w:t>
      </w:r>
      <w:r>
        <w:t>in a world that was not created by us.</w:t>
      </w:r>
    </w:p>
    <w:p>
      <w:pPr>
        <w:jc w:val="right"/>
      </w:pPr>
      <w:r>
        <w:t>in a world that was not created by us.</w:t>
      </w:r>
    </w:p>
    <w:p>
      <w:r>
        <w:rPr>
          <w:b/>
        </w:rPr>
        <w:t xml:space="preserve">[19:41] </w:t>
      </w:r>
      <w:r>
        <w:t>یہ دنیا جس میں ہم رہتے ہیں، کیا ہم نے بنایا ہے؟ It was created by the Creator.</w:t>
      </w:r>
    </w:p>
    <w:p>
      <w:pPr>
        <w:jc w:val="right"/>
      </w:pPr>
      <w:r>
        <w:t>یہ دنیا جس میں ہم رہتے ہیں، کیا ہم نے بنایا ہے؟ it was created by the creator.</w:t>
      </w:r>
    </w:p>
    <w:p>
      <w:r>
        <w:rPr>
          <w:b/>
        </w:rPr>
        <w:t xml:space="preserve">[19:47] </w:t>
      </w:r>
      <w:r>
        <w:t>تو Creator کی اسکیم آف تھنک کیا ہے؟ Creator کا کیش پلان کیا ہے؟ وہ ہمیں جاننا پڑے گا۔</w:t>
      </w:r>
    </w:p>
    <w:p>
      <w:pPr>
        <w:jc w:val="right"/>
      </w:pPr>
      <w:r>
        <w:t>تو کریٹر کی اسکیم آف تھنک کیا ہے؟ کریٹر کا کیش پلان کیا ہے؟ وہ ہمیں جاننا پڑے گا۔</w:t>
      </w:r>
    </w:p>
    <w:p>
      <w:r>
        <w:rPr>
          <w:b/>
        </w:rPr>
        <w:t xml:space="preserve">[19:54] </w:t>
      </w:r>
      <w:r>
        <w:t>yani doosre ki banai hui duniya mein hum apne dhang se to nahi reh sakte.</w:t>
      </w:r>
    </w:p>
    <w:p>
      <w:pPr>
        <w:jc w:val="right"/>
      </w:pPr>
      <w:r>
        <w:t>یعنی دوسرے کی بنائی ہوئی دنیا میں ہم اپنے ڈھنگ سے تو نہیں رہ سکتے۔</w:t>
      </w:r>
    </w:p>
    <w:p>
      <w:r>
        <w:rPr>
          <w:b/>
        </w:rPr>
        <w:t xml:space="preserve">[20:00] </w:t>
      </w:r>
      <w:r>
        <w:t>it is impossible.</w:t>
      </w:r>
    </w:p>
    <w:p>
      <w:pPr>
        <w:jc w:val="right"/>
      </w:pPr>
      <w:r>
        <w:t>it is impossible.</w:t>
      </w:r>
    </w:p>
    <w:p>
      <w:r>
        <w:rPr>
          <w:b/>
        </w:rPr>
        <w:t xml:space="preserve">[20:06] </w:t>
      </w:r>
      <w:r>
        <w:t>jab duniya banane wala koi aur hai, to hum apne dhang par kaise reh sakte hain is mein?</w:t>
      </w:r>
    </w:p>
    <w:p>
      <w:pPr>
        <w:jc w:val="right"/>
      </w:pPr>
      <w:r>
        <w:t>جب دنیا بنانے والا کوئی اور ہے، تو ہم اپنے ڈھنگ پر کیسے رہ سکتے ہیں اس میں؟</w:t>
      </w:r>
    </w:p>
    <w:p>
      <w:r>
        <w:rPr>
          <w:b/>
        </w:rPr>
        <w:t xml:space="preserve">[20:12] </w:t>
      </w:r>
      <w:r>
        <w:t>it is impossible.</w:t>
      </w:r>
    </w:p>
    <w:p>
      <w:pPr>
        <w:jc w:val="right"/>
      </w:pPr>
      <w:r>
        <w:t>it is impossible.</w:t>
      </w:r>
    </w:p>
    <w:p>
      <w:r>
        <w:rPr>
          <w:b/>
        </w:rPr>
        <w:t xml:space="preserve">[20:17] </w:t>
      </w:r>
      <w:r>
        <w:t>jaise duniya banane wale ne, dekhiye, gulab banaya, rose.</w:t>
      </w:r>
    </w:p>
    <w:p>
      <w:pPr>
        <w:jc w:val="right"/>
      </w:pPr>
      <w:r>
        <w:t>جیسے دنیا بنانے والے نے، دیکھیے، گلاب بنایا، روز۔</w:t>
      </w:r>
    </w:p>
    <w:p>
      <w:r>
        <w:rPr>
          <w:b/>
        </w:rPr>
        <w:t xml:space="preserve">[20:21] </w:t>
      </w:r>
      <w:r>
        <w:t>to us ne banaya is tareeqe se, har branch mein gulab ke aap dekhte hain ke ek flower</w:t>
      </w:r>
    </w:p>
    <w:p>
      <w:pPr>
        <w:jc w:val="right"/>
      </w:pPr>
      <w:r>
        <w:t>تو اس نے بنایا اس طریقے سے، ہر برانچ میں گلاب کے آپ دیکھتے ہیں کہ ایک فلاور</w:t>
      </w:r>
    </w:p>
    <w:p>
      <w:r>
        <w:rPr>
          <w:b/>
        </w:rPr>
        <w:t xml:space="preserve">[20:26] </w:t>
      </w:r>
      <w:r>
        <w:t>hai, ek thorn hai, phool hai, aur ek kanta hai.</w:t>
      </w:r>
    </w:p>
    <w:p>
      <w:pPr>
        <w:jc w:val="right"/>
      </w:pPr>
      <w:r>
        <w:t>ہے، ایک تھورن ہے، پھول ہے، اور ایک کانٹا ہے۔</w:t>
      </w:r>
    </w:p>
    <w:p>
      <w:r>
        <w:rPr>
          <w:b/>
        </w:rPr>
        <w:t xml:space="preserve">[20:30] </w:t>
      </w:r>
      <w:r>
        <w:t>to aap ko kya, aap ko, aap ko koi chance nahi is ke siwa ke aise gulab ko</w:t>
      </w:r>
    </w:p>
    <w:p>
      <w:pPr>
        <w:jc w:val="right"/>
      </w:pPr>
      <w:r>
        <w:t>تو آپ کو کیا، آپ کو، آپ کو کوئی چانس نہیں اس کے سوا کہ ایسے گلاب کو</w:t>
      </w:r>
    </w:p>
    <w:p>
      <w:r>
        <w:rPr>
          <w:b/>
        </w:rPr>
        <w:t xml:space="preserve">[20:34] </w:t>
      </w:r>
      <w:r>
        <w:t>lein jis mein dono cheezein hon.</w:t>
      </w:r>
    </w:p>
    <w:p>
      <w:pPr>
        <w:jc w:val="right"/>
      </w:pPr>
      <w:r>
        <w:t>لیں جس میں دونوں چیزیں ہوں۔</w:t>
      </w:r>
    </w:p>
    <w:p>
      <w:r>
        <w:rPr>
          <w:b/>
        </w:rPr>
        <w:t xml:space="preserve">[20:39] </w:t>
      </w:r>
      <w:r>
        <w:t>we have no other choice.</w:t>
      </w:r>
    </w:p>
    <w:p>
      <w:pPr>
        <w:jc w:val="right"/>
      </w:pPr>
      <w:r>
        <w:t>we have no other choice.</w:t>
      </w:r>
    </w:p>
    <w:p>
      <w:r>
        <w:rPr>
          <w:b/>
        </w:rPr>
        <w:t xml:space="preserve">[20:43] </w:t>
      </w:r>
      <w:r>
        <w:t>hum agar gulab chahte hain to wahi gulab hamein milega jo nature ne bana kar diya hai hum ko. we have no other choice. aise hi dekhiye, main aksar misaal deta hoon gaaye ki, cow. cow se aap ko doodh lena hai to aap dete hain us ko kya? aap ne ghaas di, yaani daana diya. us ko us ne convert kiya, convert kar ke aap ko milk lo</w:t>
      </w:r>
    </w:p>
    <w:p>
      <w:pPr>
        <w:jc w:val="right"/>
      </w:pPr>
      <w:r>
        <w:t>ہم اگر گلاب چاہتے ہیں تو وہی گلاب ہمیں ملے گا جو نیچر نے بنا کر دیا ہے ہم کو۔ we have no other choice. ایسے ہی دیکھیے، میں اکثر مثال دیتا ہوں گائے کی، کاؤ۔ کاؤ سے آپ کو دودھ لینا ہے۔ تو آپ دیتے ہیں اس کو کیا؟ آپ نے گھاس دی، یعنی دانہ دیا۔ اس کو اس نے کنورٹ کیا، کنورٹ کر کے آپ کو ملک لو</w:t>
      </w:r>
    </w:p>
    <w:p>
      <w:r>
        <w:rPr>
          <w:b/>
        </w:rPr>
        <w:t xml:space="preserve">[21:13] </w:t>
      </w:r>
      <w:r>
        <w:t>taya.</w:t>
      </w:r>
    </w:p>
    <w:p>
      <w:pPr>
        <w:jc w:val="right"/>
      </w:pPr>
      <w:r>
        <w:t>ٹایا۔</w:t>
      </w:r>
    </w:p>
    <w:p>
      <w:r>
        <w:rPr>
          <w:b/>
        </w:rPr>
        <w:t xml:space="preserve">[21:18] </w:t>
      </w:r>
      <w:r>
        <w:t>yani non milk ko is ne convert kiya milk mein.</w:t>
      </w:r>
    </w:p>
    <w:p>
      <w:pPr>
        <w:jc w:val="right"/>
      </w:pPr>
      <w:r>
        <w:t>یعنی نان ملک کو اس نے کنورٹ کیا ملک میں۔</w:t>
      </w:r>
    </w:p>
    <w:p>
      <w:r>
        <w:rPr>
          <w:b/>
        </w:rPr>
        <w:t xml:space="preserve">[21:22] </w:t>
      </w:r>
      <w:r>
        <w:t>so cow is a divine industry that can convert non-milk into milk.</w:t>
      </w:r>
    </w:p>
    <w:p>
      <w:pPr>
        <w:jc w:val="right"/>
      </w:pPr>
      <w:r>
        <w:t>so cow is a divine industry that can convert non-milk into milk.</w:t>
      </w:r>
    </w:p>
    <w:p>
      <w:r>
        <w:rPr>
          <w:b/>
        </w:rPr>
        <w:t xml:space="preserve">[21:26] </w:t>
      </w:r>
      <w:r>
        <w:t>aap chahein ke koi aur gaaye aap raho aap ke paas, to woh gaaye nahi milegi aap ko.</w:t>
      </w:r>
    </w:p>
    <w:p>
      <w:pPr>
        <w:jc w:val="right"/>
      </w:pPr>
      <w:r>
        <w:t>آپ چاہیں کہ کوئی اور گائے آپ رہو آپ کے پاس، تو وہ گائے نہیں ملے گی آپ کو۔</w:t>
      </w:r>
    </w:p>
    <w:p>
      <w:r>
        <w:rPr>
          <w:b/>
        </w:rPr>
        <w:t xml:space="preserve">[21:31] </w:t>
      </w:r>
      <w:r>
        <w:t>wohi gaaye aap ko milegi jis mein yeh baat hai.</w:t>
      </w:r>
    </w:p>
    <w:p>
      <w:pPr>
        <w:jc w:val="right"/>
      </w:pPr>
      <w:r>
        <w:t>وہی گائے آپ کو ملے گی جس میں یہ بات ہے۔</w:t>
      </w:r>
    </w:p>
    <w:p>
      <w:r>
        <w:rPr>
          <w:b/>
        </w:rPr>
        <w:t xml:space="preserve">[21:35] </w:t>
      </w:r>
      <w:r>
        <w:t>gaaye, gaaye aik divine industry hai.</w:t>
      </w:r>
    </w:p>
    <w:p>
      <w:pPr>
        <w:jc w:val="right"/>
      </w:pPr>
      <w:r>
        <w:t>گائے، گائے ایک ڈیوائن انڈسٹری ہے۔</w:t>
      </w:r>
    </w:p>
    <w:p>
      <w:r>
        <w:rPr>
          <w:b/>
        </w:rPr>
        <w:t xml:space="preserve">[21:39] </w:t>
      </w:r>
      <w:r>
        <w:t>aik living industry hai. aap khud</w:t>
      </w:r>
    </w:p>
    <w:p>
      <w:pPr>
        <w:jc w:val="right"/>
      </w:pPr>
      <w:r>
        <w:t>ایک لیونگ انڈسٹری ہے۔ آپ خود</w:t>
      </w:r>
    </w:p>
    <w:p>
      <w:r>
        <w:rPr>
          <w:b/>
        </w:rPr>
        <w:t xml:space="preserve">[21:44] </w:t>
      </w:r>
      <w:r>
        <w:t>se koi living industry doosri nahi bana sakte.</w:t>
      </w:r>
    </w:p>
    <w:p>
      <w:pPr>
        <w:jc w:val="right"/>
      </w:pPr>
      <w:r>
        <w:t>سے کوئی لیونگ انڈسٹری دوسری نہیں بنا سکتے۔</w:t>
      </w:r>
    </w:p>
    <w:p>
      <w:r>
        <w:rPr>
          <w:b/>
        </w:rPr>
        <w:t xml:space="preserve">[21:47] </w:t>
      </w:r>
      <w:r>
        <w:t>aap ko agar doodh lena hai to aise hi industry ko lena hai aap ko.</w:t>
      </w:r>
    </w:p>
    <w:p>
      <w:pPr>
        <w:jc w:val="right"/>
      </w:pPr>
      <w:r>
        <w:t>آپ کو اگر دودھ لینا ہے تو ایسے ہی انڈسٹری کو لینا ہے آپ کو۔</w:t>
      </w:r>
    </w:p>
    <w:p>
      <w:r>
        <w:rPr>
          <w:b/>
        </w:rPr>
        <w:t xml:space="preserve">[21:51] </w:t>
      </w:r>
      <w:r>
        <w:t>gaaye ki industry.</w:t>
      </w:r>
    </w:p>
    <w:p>
      <w:pPr>
        <w:jc w:val="right"/>
      </w:pPr>
      <w:r>
        <w:t>گائے کی انڈسٹری۔</w:t>
      </w:r>
    </w:p>
    <w:p>
      <w:r>
        <w:rPr>
          <w:b/>
        </w:rPr>
        <w:t xml:space="preserve">[21:55] </w:t>
      </w:r>
      <w:r>
        <w:t>yani cow is a divine industry that is able to convert non-milk into milk.</w:t>
      </w:r>
    </w:p>
    <w:p>
      <w:pPr>
        <w:jc w:val="right"/>
      </w:pPr>
      <w:r>
        <w:t>یعنی cow is a divine industry that is able to convert non-milk into milk.</w:t>
      </w:r>
    </w:p>
    <w:p>
      <w:r>
        <w:rPr>
          <w:b/>
        </w:rPr>
        <w:t xml:space="preserve">[21:59] </w:t>
      </w:r>
      <w:r>
        <w:t>So you have no other option.</w:t>
      </w:r>
    </w:p>
    <w:p>
      <w:pPr>
        <w:jc w:val="right"/>
      </w:pPr>
      <w:r>
        <w:t>So you have no other option.</w:t>
      </w:r>
    </w:p>
    <w:p>
      <w:r>
        <w:rPr>
          <w:b/>
        </w:rPr>
        <w:t xml:space="preserve">[22:02] </w:t>
      </w:r>
      <w:r>
        <w:t>isi ko lijiye to doodh milega, nahi to nahi milega.</w:t>
      </w:r>
    </w:p>
    <w:p>
      <w:pPr>
        <w:jc w:val="right"/>
      </w:pPr>
      <w:r>
        <w:t>اسی کو لیجیے تو دودھ ملے گا، نہیں تو نہیں ملے گا۔</w:t>
      </w:r>
    </w:p>
    <w:p>
      <w:r>
        <w:rPr>
          <w:b/>
        </w:rPr>
        <w:t xml:space="preserve">[22:06] </w:t>
      </w:r>
      <w:r>
        <w:t>aap chahein ke pathar se doodh nikle, to nahi milega.</w:t>
      </w:r>
    </w:p>
    <w:p>
      <w:pPr>
        <w:jc w:val="right"/>
      </w:pPr>
      <w:r>
        <w:t>آپ چاہیں کہ پتھر سے دودھ نکلے، تو نہیں ملے گا۔</w:t>
      </w:r>
    </w:p>
    <w:p>
      <w:r>
        <w:rPr>
          <w:b/>
        </w:rPr>
        <w:t xml:space="preserve">[22:10] </w:t>
      </w:r>
      <w:r>
        <w:t>doodh to niklega</w:t>
      </w:r>
    </w:p>
    <w:p>
      <w:pPr>
        <w:jc w:val="right"/>
      </w:pPr>
      <w:r>
        <w:t>دودھ تو نکلے گا</w:t>
      </w:r>
    </w:p>
    <w:p>
      <w:r>
        <w:rPr>
          <w:b/>
        </w:rPr>
        <w:t xml:space="preserve">[22:14] </w:t>
      </w:r>
      <w:r>
        <w:t>gaaye ke than hi se.</w:t>
      </w:r>
    </w:p>
    <w:p>
      <w:pPr>
        <w:jc w:val="right"/>
      </w:pPr>
      <w:r>
        <w:t>گائے کے تھن ہی سے۔</w:t>
      </w:r>
    </w:p>
    <w:p>
      <w:r>
        <w:rPr>
          <w:b/>
        </w:rPr>
        <w:t xml:space="preserve">[22:19] </w:t>
      </w:r>
      <w:r>
        <w:t>to main yeh kahunga ke yahan par aap ko yeh jaanna chahiye ke what is the creation</w:t>
      </w:r>
    </w:p>
    <w:p>
      <w:pPr>
        <w:jc w:val="right"/>
      </w:pPr>
      <w:r>
        <w:t>تو میں یہ کہوں گا کہ یہاں پر آپ کو یہ جاننا چاہیے کہ what is the creation</w:t>
      </w:r>
    </w:p>
    <w:p>
      <w:r>
        <w:rPr>
          <w:b/>
        </w:rPr>
        <w:t xml:space="preserve">[22:24] </w:t>
      </w:r>
      <w:r>
        <w:t>plan of creator?</w:t>
      </w:r>
    </w:p>
    <w:p>
      <w:pPr>
        <w:jc w:val="right"/>
      </w:pPr>
      <w:r>
        <w:t>plan of creator?</w:t>
      </w:r>
    </w:p>
    <w:p>
      <w:r>
        <w:rPr>
          <w:b/>
        </w:rPr>
        <w:t xml:space="preserve">[22:29] </w:t>
      </w:r>
      <w:r>
        <w:t>What is the creation plan of the creator?</w:t>
      </w:r>
    </w:p>
    <w:p>
      <w:pPr>
        <w:jc w:val="right"/>
      </w:pPr>
      <w:r>
        <w:t>What is the creation plan of the creator?</w:t>
      </w:r>
    </w:p>
    <w:p>
      <w:r>
        <w:rPr>
          <w:b/>
        </w:rPr>
        <w:t xml:space="preserve">[22:34] </w:t>
      </w:r>
      <w:r>
        <w:t>iski scheme of think kya hai? to is mein jahan tak maine parha hai, jahan tak</w:t>
      </w:r>
    </w:p>
    <w:p>
      <w:pPr>
        <w:jc w:val="right"/>
      </w:pPr>
      <w:r>
        <w:t>اس کی اسکیم آف تھنک کیا ہے؟ تو اس میں جہاں تک میں نے پڑھا ہے، جہاں تک</w:t>
      </w:r>
    </w:p>
    <w:p>
      <w:r>
        <w:rPr>
          <w:b/>
        </w:rPr>
        <w:t xml:space="preserve">[22:39] </w:t>
      </w:r>
      <w:r>
        <w:t>samjha hai, jo duniya banai hai banane wale ne, woh hai competition based. woh hai,</w:t>
      </w:r>
    </w:p>
    <w:p>
      <w:pPr>
        <w:jc w:val="right"/>
      </w:pPr>
      <w:r>
        <w:t>سمجھا ہے، جو دنیا بنائی ہے بنانے والے نے، وہ ہے کمپیٹیشن بیسڈ۔ وہ ہے،</w:t>
      </w:r>
    </w:p>
    <w:p>
      <w:r>
        <w:rPr>
          <w:b/>
        </w:rPr>
        <w:t xml:space="preserve">[22:44] </w:t>
      </w:r>
      <w:r>
        <w:t>is mein challenge hai, is mein competition hai. aap you cannot remove all these things from the world. yaani competition yahan rahega. challenge yahan rahega. aur dekhiye, har insaan ko freedom mila hua hai. har aurat ko, har mard ko freedom mila hua hai. to freedom ko woh misuse bhi karega? yaani yeh bhi uska option hai ke freed</w:t>
      </w:r>
    </w:p>
    <w:p>
      <w:pPr>
        <w:jc w:val="right"/>
      </w:pPr>
      <w:r>
        <w:t>اس میں چیلنج ہے، اس میں کمپیٹیشن ہے۔ آپ you cannot remove all these things from the world. یعنی کمپیٹیشن یہاں رہے گا۔ چیلنج یہاں رہے گا۔ اور دیکھیے، ہر انسان کو فریڈم ملا ہوا ہے۔ ہر عورت کو، ہر مرد کو فریڈم ملا ہوا ہے۔ تو فریڈم کو وہ مس یوز بھی کرے گا؟ یعنی یہ بھی اس کا آپشن ہے کہ فریڈ</w:t>
      </w:r>
    </w:p>
    <w:p>
      <w:r>
        <w:rPr>
          <w:b/>
        </w:rPr>
        <w:t xml:space="preserve">[23:14] </w:t>
      </w:r>
      <w:r>
        <w:t>ko mis use karega? to freedom ko mis use karne se to sari baatein paida hoti hain.</w:t>
      </w:r>
    </w:p>
    <w:p>
      <w:pPr>
        <w:jc w:val="right"/>
      </w:pPr>
      <w:r>
        <w:t>م کو مس یوز کرے گا؟ تو فریڈم کو مس یوز کرنے سے تو ساری باتیں پیدا ہوتی ہیں۔</w:t>
      </w:r>
    </w:p>
    <w:p>
      <w:r>
        <w:rPr>
          <w:b/>
        </w:rPr>
        <w:t xml:space="preserve">[23:22] </w:t>
      </w:r>
      <w:r>
        <w:t>aap jante hain ke russo ne kaha tha, france ka jo philosopher tha, political philosopher russo, us ne</w:t>
      </w:r>
    </w:p>
    <w:p>
      <w:pPr>
        <w:jc w:val="right"/>
      </w:pPr>
      <w:r>
        <w:t>آپ جانتے ہیں کہ روسو نے کہا تھا، فرانس کا جو فلاسفر تھا، پولیٹیکل فلاسفر روسو، اس نے</w:t>
      </w:r>
    </w:p>
    <w:p>
      <w:r>
        <w:rPr>
          <w:b/>
        </w:rPr>
        <w:t xml:space="preserve">[23:30] </w:t>
      </w:r>
      <w:r>
        <w:t>kaha tha ke man was born free, but I see him in chains.</w:t>
      </w:r>
    </w:p>
    <w:p>
      <w:pPr>
        <w:jc w:val="right"/>
      </w:pPr>
      <w:r>
        <w:t>کہا تھا کہ man was born free, but I see him in chains.</w:t>
      </w:r>
    </w:p>
    <w:p>
      <w:r>
        <w:rPr>
          <w:b/>
        </w:rPr>
        <w:t xml:space="preserve">[23:37] </w:t>
      </w:r>
      <w:r>
        <w:t>main kahunga ke zyada sahi baat yeh hai ke man was born free, but he created problems</w:t>
      </w:r>
    </w:p>
    <w:p>
      <w:pPr>
        <w:jc w:val="right"/>
      </w:pPr>
      <w:r>
        <w:t>میں کہوں گا کہ زیادہ صحیح بات یہ ہے کہ man was born free, but he created problems</w:t>
      </w:r>
    </w:p>
    <w:p>
      <w:r>
        <w:rPr>
          <w:b/>
        </w:rPr>
        <w:t xml:space="preserve">[23:45] </w:t>
      </w:r>
      <w:r>
        <w:t>by misusing his freedom.</w:t>
      </w:r>
    </w:p>
    <w:p>
      <w:pPr>
        <w:jc w:val="right"/>
      </w:pPr>
      <w:r>
        <w:t>by misusing his freedom.</w:t>
      </w:r>
    </w:p>
    <w:p>
      <w:r>
        <w:rPr>
          <w:b/>
        </w:rPr>
        <w:t xml:space="preserve">[23:49] </w:t>
      </w:r>
      <w:r>
        <w:t>yani insaan ko banane wale ne banaya freedom ke saath.</w:t>
      </w:r>
    </w:p>
    <w:p>
      <w:pPr>
        <w:jc w:val="right"/>
      </w:pPr>
      <w:r>
        <w:t>یعنی انسان کو بنانے والے نے بنایا فریڈم کے ساتھ۔</w:t>
      </w:r>
    </w:p>
    <w:p>
      <w:r>
        <w:rPr>
          <w:b/>
        </w:rPr>
        <w:t xml:space="preserve">[23:53] </w:t>
      </w:r>
      <w:r>
        <w:t>us ne kiya kiya? freedom ko mis use kiya.</w:t>
      </w:r>
    </w:p>
    <w:p>
      <w:pPr>
        <w:jc w:val="right"/>
      </w:pPr>
      <w:r>
        <w:t>اس نے کیا کیا؟ فریڈم کو مس یوز کیا۔</w:t>
      </w:r>
    </w:p>
    <w:p>
      <w:r>
        <w:rPr>
          <w:b/>
        </w:rPr>
        <w:t xml:space="preserve">[23:57] </w:t>
      </w:r>
      <w:r>
        <w:t>mis use kiya to kiya hua? duniya mein anarchy aayi, duniya mein blood show aaya, bloodshed aaya,</w:t>
      </w:r>
    </w:p>
    <w:p>
      <w:pPr>
        <w:jc w:val="right"/>
      </w:pPr>
      <w:r>
        <w:t>مس یوز کیا تو کیا ہوا؟ دنیا میں انارکی آئی، دنیا میں بلڈ شو آیا، بلڈ شیڈ آیا،</w:t>
      </w:r>
    </w:p>
    <w:p>
      <w:r>
        <w:rPr>
          <w:b/>
        </w:rPr>
        <w:t xml:space="preserve">[24:01] </w:t>
      </w:r>
      <w:r>
        <w:t>duniya mein exploitation aaya.</w:t>
      </w:r>
    </w:p>
    <w:p>
      <w:pPr>
        <w:jc w:val="right"/>
      </w:pPr>
      <w:r>
        <w:t>دنیا میں ایکسپلائٹیشن آیا۔</w:t>
      </w:r>
    </w:p>
    <w:p>
      <w:r>
        <w:rPr>
          <w:b/>
        </w:rPr>
        <w:t xml:space="preserve">[24:05] </w:t>
      </w:r>
      <w:r>
        <w:t>dunya mein sari jo cheezen aap hum ko pasand nahin, woh sab un ki misuse of freedom</w:t>
      </w:r>
    </w:p>
    <w:p>
      <w:pPr>
        <w:jc w:val="right"/>
      </w:pPr>
      <w:r>
        <w:t>دنیا میں ساری جو چیزیں آپ ہم کو پسند نہیں، وہ سب ان کی مس یوز آف فریڈم</w:t>
      </w:r>
    </w:p>
    <w:p>
      <w:r>
        <w:rPr>
          <w:b/>
        </w:rPr>
        <w:t xml:space="preserve">[24:08] </w:t>
      </w:r>
      <w:r>
        <w:t>ki waja se aai hain dunya mein.</w:t>
      </w:r>
    </w:p>
    <w:p>
      <w:pPr>
        <w:jc w:val="right"/>
      </w:pPr>
      <w:r>
        <w:t>کی وجہ سے آئی ہیں دنیا میں۔</w:t>
      </w:r>
    </w:p>
    <w:p>
      <w:r>
        <w:rPr>
          <w:b/>
        </w:rPr>
        <w:t xml:space="preserve">[24:12] </w:t>
      </w:r>
      <w:r>
        <w:t>to jab yeh hai,</w:t>
      </w:r>
    </w:p>
    <w:p>
      <w:pPr>
        <w:jc w:val="right"/>
      </w:pPr>
      <w:r>
        <w:t>تو جب یہ ہے،</w:t>
      </w:r>
    </w:p>
    <w:p>
      <w:r>
        <w:rPr>
          <w:b/>
        </w:rPr>
        <w:t xml:space="preserve">[24:16] </w:t>
      </w:r>
      <w:r>
        <w:t>hum ko rehna hai aisi dunya mein jahan insanon ko freedom diya gaya hai, to aap freedom ko</w:t>
      </w:r>
    </w:p>
    <w:p>
      <w:pPr>
        <w:jc w:val="right"/>
      </w:pPr>
      <w:r>
        <w:t>ہم کو رہنا ہے ایسی دنیا میں جہاں انسانوں کو فریڈم دیا گیا ہے، تو آپ فریڈم کو</w:t>
      </w:r>
    </w:p>
    <w:p>
      <w:r>
        <w:rPr>
          <w:b/>
        </w:rPr>
        <w:t xml:space="preserve">[24:20] </w:t>
      </w:r>
      <w:r>
        <w:t>un ka hath baandh nahin sakte.</w:t>
      </w:r>
    </w:p>
    <w:p>
      <w:pPr>
        <w:jc w:val="right"/>
      </w:pPr>
      <w:r>
        <w:t>ان کا ہاتھ باندھ نہیں سکتے۔</w:t>
      </w:r>
    </w:p>
    <w:p>
      <w:r>
        <w:rPr>
          <w:b/>
        </w:rPr>
        <w:t xml:space="preserve">[24:25] </w:t>
      </w:r>
      <w:r>
        <w:t>woh freedom ko misuse karen ge.</w:t>
      </w:r>
    </w:p>
    <w:p>
      <w:pPr>
        <w:jc w:val="right"/>
      </w:pPr>
      <w:r>
        <w:t>وہ فریڈم کو مس یوز کریں گے۔</w:t>
      </w:r>
    </w:p>
    <w:p>
      <w:r>
        <w:rPr>
          <w:b/>
        </w:rPr>
        <w:t xml:space="preserve">[24:29] </w:t>
      </w:r>
      <w:r>
        <w:t>to phir complaint se koi faida nahin.</w:t>
      </w:r>
    </w:p>
    <w:p>
      <w:pPr>
        <w:jc w:val="right"/>
      </w:pPr>
      <w:r>
        <w:t>تو پھر کمپلینٹ سے کوئی فائدہ نہیں۔</w:t>
      </w:r>
    </w:p>
    <w:p>
      <w:r>
        <w:rPr>
          <w:b/>
        </w:rPr>
        <w:t xml:space="preserve">[24:33] </w:t>
      </w:r>
      <w:r>
        <w:t>protest se koi faida nahin.</w:t>
      </w:r>
    </w:p>
    <w:p>
      <w:pPr>
        <w:jc w:val="right"/>
      </w:pPr>
      <w:r>
        <w:t>پروٹیسٹ سے کوئی فائدہ نہیں۔</w:t>
      </w:r>
    </w:p>
    <w:p>
      <w:r>
        <w:rPr>
          <w:b/>
        </w:rPr>
        <w:t xml:space="preserve">[24:38] </w:t>
      </w:r>
      <w:r>
        <w:t>jis cheez par complaint kar ke hum negative ho jate hain, apni spirituality kho dete hain, woh to</w:t>
      </w:r>
    </w:p>
    <w:p>
      <w:pPr>
        <w:jc w:val="right"/>
      </w:pPr>
      <w:r>
        <w:t>جس چیز پر کمپلینٹ کر کے ہم نیگیٹیو ہو جاتے ہیں، اپنی اسپرچوئلٹی کھو دیتے ہیں، وہ تو</w:t>
      </w:r>
    </w:p>
    <w:p>
      <w:r>
        <w:rPr>
          <w:b/>
        </w:rPr>
        <w:t xml:space="preserve">[24:42] </w:t>
      </w:r>
      <w:r>
        <w:t>aisi cheez hai ke we have no other</w:t>
      </w:r>
    </w:p>
    <w:p>
      <w:pPr>
        <w:jc w:val="right"/>
      </w:pPr>
      <w:r>
        <w:t>ایسی چیز ہے کہ we have no other</w:t>
      </w:r>
    </w:p>
    <w:p>
      <w:r>
        <w:rPr>
          <w:b/>
        </w:rPr>
        <w:t xml:space="preserve">[24:46] </w:t>
      </w:r>
      <w:r>
        <w:t>choice.</w:t>
      </w:r>
    </w:p>
    <w:p>
      <w:pPr>
        <w:jc w:val="right"/>
      </w:pPr>
      <w:r>
        <w:t>choice.</w:t>
      </w:r>
    </w:p>
    <w:p>
      <w:r>
        <w:rPr>
          <w:b/>
        </w:rPr>
        <w:t xml:space="preserve">[24:50] </w:t>
      </w:r>
      <w:r>
        <w:t>yani yahan par humein adjustment karna hai, na ke complaint.</w:t>
      </w:r>
    </w:p>
    <w:p>
      <w:pPr>
        <w:jc w:val="right"/>
      </w:pPr>
      <w:r>
        <w:t>یعنی یہاں پر ہمیں ایڈجسٹمنٹ کرنا ہے، نہ کہ کمپلینٹ۔</w:t>
      </w:r>
    </w:p>
    <w:p>
      <w:r>
        <w:rPr>
          <w:b/>
        </w:rPr>
        <w:t xml:space="preserve">[24:54] </w:t>
      </w:r>
      <w:r>
        <w:t>yeh kehna chahta hoon mein.</w:t>
      </w:r>
    </w:p>
    <w:p>
      <w:pPr>
        <w:jc w:val="right"/>
      </w:pPr>
      <w:r>
        <w:t>یہ کہنا چاہتا ہوں میں۔</w:t>
      </w:r>
    </w:p>
    <w:p>
      <w:r>
        <w:rPr>
          <w:b/>
        </w:rPr>
        <w:t xml:space="preserve">[24:58] </w:t>
      </w:r>
      <w:r>
        <w:t>chounke dunya hum ne nahin banai hai.</w:t>
      </w:r>
    </w:p>
    <w:p>
      <w:pPr>
        <w:jc w:val="right"/>
      </w:pPr>
      <w:r>
        <w:t>چونکہ دنیا ہم نے نہیں بنائی ہے۔</w:t>
      </w:r>
    </w:p>
    <w:p>
      <w:r>
        <w:rPr>
          <w:b/>
        </w:rPr>
        <w:t xml:space="preserve">[25:02] </w:t>
      </w:r>
      <w:r>
        <w:t>dunya jaisi hai waisi rahe gi.</w:t>
      </w:r>
    </w:p>
    <w:p>
      <w:pPr>
        <w:jc w:val="right"/>
      </w:pPr>
      <w:r>
        <w:t>دنیا جیسی ہے ویسی رہے گی۔</w:t>
      </w:r>
    </w:p>
    <w:p>
      <w:r>
        <w:rPr>
          <w:b/>
        </w:rPr>
        <w:t xml:space="preserve">[25:05] </w:t>
      </w:r>
      <w:r>
        <w:t>to complaint se faida kya hai? protest se faida kya hai? aap ko adjustment ka formula dhoondna hai.</w:t>
      </w:r>
    </w:p>
    <w:p>
      <w:pPr>
        <w:jc w:val="right"/>
      </w:pPr>
      <w:r>
        <w:t>تو کمپلینٹ سے فائدہ کیا ہے؟ پروٹیسٹ سے فائدہ کیا ہے؟ آپ کو ایڈجسٹمنٹ کا فارمولا ڈھونڈنا ہے۔</w:t>
      </w:r>
    </w:p>
    <w:p>
      <w:r>
        <w:rPr>
          <w:b/>
        </w:rPr>
        <w:t xml:space="preserve">[25:09] </w:t>
      </w:r>
      <w:r>
        <w:t>compromise karne ka formula dhoondna hai.</w:t>
      </w:r>
    </w:p>
    <w:p>
      <w:pPr>
        <w:jc w:val="right"/>
      </w:pPr>
      <w:r>
        <w:t>کمپروائز کرنے کا فارمولا ڈھونڈنا ہے۔</w:t>
      </w:r>
    </w:p>
    <w:p>
      <w:r>
        <w:rPr>
          <w:b/>
        </w:rPr>
        <w:t xml:space="preserve">[25:13] </w:t>
      </w:r>
      <w:r>
        <w:t>jaise aaj hi mere paas aik</w:t>
      </w:r>
    </w:p>
    <w:p>
      <w:pPr>
        <w:jc w:val="right"/>
      </w:pPr>
      <w:r>
        <w:t>جیسے آج ہی میرے پاس ایک</w:t>
      </w:r>
    </w:p>
    <w:p>
      <w:r>
        <w:rPr>
          <w:b/>
        </w:rPr>
        <w:t xml:space="preserve">[25:17] </w:t>
      </w:r>
      <w:r>
        <w:t>sahib ka telephone aaya.</w:t>
      </w:r>
    </w:p>
    <w:p>
      <w:pPr>
        <w:jc w:val="right"/>
      </w:pPr>
      <w:r>
        <w:t>صاحب کا ٹیلی فون آیا۔</w:t>
      </w:r>
    </w:p>
    <w:p>
      <w:r>
        <w:rPr>
          <w:b/>
        </w:rPr>
        <w:t xml:space="preserve">[25:25] </w:t>
      </w:r>
      <w:r>
        <w:t>unhon ne kaha ke aap adjustment ki baat karte hain, to kaise adjustment karen? log maar rahe hain,</w:t>
      </w:r>
    </w:p>
    <w:p>
      <w:pPr>
        <w:jc w:val="right"/>
      </w:pPr>
      <w:r>
        <w:t>انہوں نے کہا کہ آپ ایڈجسٹمنٹ کی بات کرتے ہیں، تو کیسے ایڈجسٹمنٹ کریں؟ لوگ مار رہے ہیں،</w:t>
      </w:r>
    </w:p>
    <w:p>
      <w:r>
        <w:rPr>
          <w:b/>
        </w:rPr>
        <w:t xml:space="preserve">[25:34] </w:t>
      </w:r>
      <w:r>
        <w:t>kaat rahe hain, yeh kar rahe hain, to hum adjustment kaise karen? mein ne kaha, dekhiye, nature ne</w:t>
      </w:r>
    </w:p>
    <w:p>
      <w:pPr>
        <w:jc w:val="right"/>
      </w:pPr>
      <w:r>
        <w:t>کاٹ رہے ہیں، یہ کر رہے ہیں، تو ہم ایڈجسٹمنٹ کیسے کریں؟ میں نے کہا، دیکھیے، نیچر نے</w:t>
      </w:r>
    </w:p>
    <w:p>
      <w:r>
        <w:rPr>
          <w:b/>
        </w:rPr>
        <w:t xml:space="preserve">[25:42] </w:t>
      </w:r>
      <w:r>
        <w:t>jis tareeqe se insan ko freedom diya hai, aur freedom ko misuse kar sakta hai woh, to</w:t>
      </w:r>
    </w:p>
    <w:p>
      <w:pPr>
        <w:jc w:val="right"/>
      </w:pPr>
      <w:r>
        <w:t>جس طریقے سے انسان کو فریڈم دیا ہے، اور فریڈم کو مس یوز کر سکتا ہے وہ، تو</w:t>
      </w:r>
    </w:p>
    <w:p>
      <w:r>
        <w:rPr>
          <w:b/>
        </w:rPr>
        <w:t xml:space="preserve">[25:50] </w:t>
      </w:r>
      <w:r>
        <w:t>nature ne insan ke andar aik aur cheez rakhi hai, woh hai consciousness. consciousness.</w:t>
      </w:r>
    </w:p>
    <w:p>
      <w:pPr>
        <w:jc w:val="right"/>
      </w:pPr>
      <w:r>
        <w:t>نیچر نے انسان کے اندر ایک اور چیز رکھی ہے، وہ ہے کانشیسنس۔ کانشیسنس۔</w:t>
      </w:r>
    </w:p>
    <w:p>
      <w:r>
        <w:rPr>
          <w:b/>
        </w:rPr>
        <w:t xml:space="preserve">[25:57] </w:t>
      </w:r>
      <w:r>
        <w:t>to mein ne likha tha apne magazine mein aik bar, isi ko refer kar ke, woh pooch rahe</w:t>
      </w:r>
    </w:p>
    <w:p>
      <w:pPr>
        <w:jc w:val="right"/>
      </w:pPr>
      <w:r>
        <w:t>تو میں نے لکھا تھا اپنے میگزین میں ایک بار، اسی کو ریفر کر کے، وہ پوچھ رہے</w:t>
      </w:r>
    </w:p>
    <w:p>
      <w:r>
        <w:rPr>
          <w:b/>
        </w:rPr>
        <w:t xml:space="preserve">[26:03] </w:t>
      </w:r>
      <w:r>
        <w:t>the ke dushman ke sir par thanda pani dalna aise hi hai jaise us ke upar angara dalna.</w:t>
      </w:r>
    </w:p>
    <w:p>
      <w:pPr>
        <w:jc w:val="right"/>
      </w:pPr>
      <w:r>
        <w:t>تھے کہ دشمن کے سر پر ٹھنڈا پانی ڈالنا ایسے ہی ہے جیسے اس کے اوپر انگارہ ڈالنا۔</w:t>
      </w:r>
    </w:p>
    <w:p>
      <w:r>
        <w:rPr>
          <w:b/>
        </w:rPr>
        <w:t xml:space="preserve">[26:09] </w:t>
      </w:r>
      <w:r>
        <w:t>to unhon ne kaha, is ka kya matlab hai? main ne kaha, dushman ke sir par jab aap</w:t>
      </w:r>
    </w:p>
    <w:p>
      <w:pPr>
        <w:jc w:val="right"/>
      </w:pPr>
      <w:r>
        <w:t>تو انہوں نے کہا، اس کا کیا مطلب ہے؟ میں نے کہا، دشمن کے سر پر جب آپ</w:t>
      </w:r>
    </w:p>
    <w:p>
      <w:r>
        <w:rPr>
          <w:b/>
        </w:rPr>
        <w:t xml:space="preserve">[26:15] </w:t>
      </w:r>
      <w:r>
        <w:t>thanda pani dalte hain, yani wahi jo love your enemy ka ka is se</w:t>
      </w:r>
    </w:p>
    <w:p>
      <w:pPr>
        <w:jc w:val="right"/>
      </w:pPr>
      <w:r>
        <w:t>ٹھنڈا پانی ڈالتے ہیں، یعنی وہی جو love your enemy کا کا اس سے</w:t>
      </w:r>
    </w:p>
    <w:p>
      <w:r>
        <w:rPr>
          <w:b/>
        </w:rPr>
        <w:t xml:space="preserve">[26:21] </w:t>
      </w:r>
      <w:r>
        <w:t>mamla karte hain, to aap ne is ke consciousness ko touch kar diya.</w:t>
      </w:r>
    </w:p>
    <w:p>
      <w:pPr>
        <w:jc w:val="right"/>
      </w:pPr>
      <w:r>
        <w:t>معاملہ کرتے ہیں، تو آپ نے اس کے کانشیسنس کو ٹچ کر دیا۔</w:t>
      </w:r>
    </w:p>
    <w:p>
      <w:r>
        <w:rPr>
          <w:b/>
        </w:rPr>
        <w:t xml:space="preserve">[26:29] </w:t>
      </w:r>
      <w:r>
        <w:t>consciousness touch karte hi wo bilkul, bilkul wo surrender kar de ga, kar de ga.</w:t>
      </w:r>
    </w:p>
    <w:p>
      <w:pPr>
        <w:jc w:val="right"/>
      </w:pPr>
      <w:r>
        <w:t>کانشیسنس ٹچ کرتے ہی وہ بالکل، بالکل وہ سرنڈر کر دے گا، کر دے گا۔</w:t>
      </w:r>
    </w:p>
    <w:p>
      <w:r>
        <w:rPr>
          <w:b/>
        </w:rPr>
        <w:t xml:space="preserve">[26:37] </w:t>
      </w:r>
      <w:r>
        <w:t>to insan ka, main samajh paya hoon ke insan ke andar aik hi sath do faculty hain, ego aur consciousness.</w:t>
      </w:r>
    </w:p>
    <w:p>
      <w:pPr>
        <w:jc w:val="right"/>
      </w:pPr>
      <w:r>
        <w:t>تو انسان کا، میں سمجھ پایا ہوں کہ انسان کے اندر ایک ہی ساتھ دو فیکلٹی ہیں، ایگو اور کانشیسنس۔</w:t>
      </w:r>
    </w:p>
    <w:p>
      <w:r>
        <w:rPr>
          <w:b/>
        </w:rPr>
        <w:t xml:space="preserve">[26:44] </w:t>
      </w:r>
      <w:r>
        <w:t>agar aap ego ko touch karen to kya hoga? breakdown hoga.</w:t>
      </w:r>
    </w:p>
    <w:p>
      <w:pPr>
        <w:jc w:val="right"/>
      </w:pPr>
      <w:r>
        <w:t>اگر آپ ایگو کو ٹچ کریں تو کیا ہوگا؟ بریک ڈاؤن ہوگا۔</w:t>
      </w:r>
    </w:p>
    <w:p>
      <w:r>
        <w:rPr>
          <w:b/>
        </w:rPr>
        <w:t xml:space="preserve">[26:52] </w:t>
      </w:r>
      <w:r>
        <w:t>agar aap ne ego ko touch kiya to breakdown hoga.</w:t>
      </w:r>
    </w:p>
    <w:p>
      <w:pPr>
        <w:jc w:val="right"/>
      </w:pPr>
      <w:r>
        <w:t>اگر آپ نے ایگو کو ٹچ کیا تو بریک ڈاؤن ہوگا۔</w:t>
      </w:r>
    </w:p>
    <w:p>
      <w:r>
        <w:rPr>
          <w:b/>
        </w:rPr>
        <w:t xml:space="preserve">[26:57] </w:t>
      </w:r>
      <w:r>
        <w:t>aur agar aap ne is ke consciousness ko touch kiya to wo surrender kar de ga.</w:t>
      </w:r>
    </w:p>
    <w:p>
      <w:pPr>
        <w:jc w:val="right"/>
      </w:pPr>
      <w:r>
        <w:t>اور اگر آپ نے اس کے کانشیسنس کو ٹچ کیا تو وہ سرنڈر کر دے گا۔</w:t>
      </w:r>
    </w:p>
    <w:p>
      <w:r>
        <w:rPr>
          <w:b/>
        </w:rPr>
        <w:t xml:space="preserve">[27:02] </w:t>
      </w:r>
      <w:r>
        <w:t>to agar aap dekhte hain kisi ko ke wo aap ko dushman bana hua hai aap ke sath,</w:t>
      </w:r>
    </w:p>
    <w:p>
      <w:pPr>
        <w:jc w:val="right"/>
      </w:pPr>
      <w:r>
        <w:t>تو اگر آپ دیکھتے ہیں کسی کو کہ وہ آپ کو دشمن بنا ہوا ہے آپ کے ساتھ،</w:t>
      </w:r>
    </w:p>
    <w:p>
      <w:r>
        <w:rPr>
          <w:b/>
        </w:rPr>
        <w:t xml:space="preserve">[27:07] </w:t>
      </w:r>
      <w:r>
        <w:t>to aap agar react karen, react, to kya hoga? aap ne is ke ego ko touch kar diya.</w:t>
      </w:r>
    </w:p>
    <w:p>
      <w:pPr>
        <w:jc w:val="right"/>
      </w:pPr>
      <w:r>
        <w:t>تو آپ اگر ری ایکٹ کریں، ری ایکٹ، تو کیا ہوگا؟ آپ نے اس کے ایگو کو ٹچ کر دیا۔</w:t>
      </w:r>
    </w:p>
    <w:p>
      <w:r>
        <w:rPr>
          <w:b/>
        </w:rPr>
        <w:t xml:space="preserve">[27:12] </w:t>
      </w:r>
      <w:r>
        <w:t>phir to wahi hoga.</w:t>
      </w:r>
    </w:p>
    <w:p>
      <w:pPr>
        <w:jc w:val="right"/>
      </w:pPr>
      <w:r>
        <w:t>پھر تو وہی ہوگا۔</w:t>
      </w:r>
    </w:p>
    <w:p>
      <w:r>
        <w:rPr>
          <w:b/>
        </w:rPr>
        <w:t xml:space="preserve">[27:17] </w:t>
      </w:r>
      <w:r>
        <w:t>when one's ego is touched, it turns into superego</w:t>
      </w:r>
    </w:p>
    <w:p>
      <w:pPr>
        <w:jc w:val="right"/>
      </w:pPr>
      <w:r>
        <w:t>when one's ego is touched, it turns into superego</w:t>
      </w:r>
    </w:p>
    <w:p>
      <w:r>
        <w:rPr>
          <w:b/>
        </w:rPr>
        <w:t xml:space="preserve">[27:22] </w:t>
      </w:r>
      <w:r>
        <w:t>and the result is breakdown.</w:t>
      </w:r>
    </w:p>
    <w:p>
      <w:pPr>
        <w:jc w:val="right"/>
      </w:pPr>
      <w:r>
        <w:t>and the result is breakdown.</w:t>
      </w:r>
    </w:p>
    <w:p>
      <w:r>
        <w:rPr>
          <w:b/>
        </w:rPr>
        <w:t xml:space="preserve">[27:27] </w:t>
      </w:r>
      <w:r>
        <w:t>When one's ego is touched, it turns into superego and the result is breakdown.</w:t>
      </w:r>
    </w:p>
    <w:p>
      <w:pPr>
        <w:jc w:val="right"/>
      </w:pPr>
      <w:r>
        <w:t>When one's ego is touched, it turns into superego and the result is breakdown.</w:t>
      </w:r>
    </w:p>
    <w:p>
      <w:r>
        <w:rPr>
          <w:b/>
        </w:rPr>
        <w:t xml:space="preserve">[27:31] </w:t>
      </w:r>
      <w:r>
        <w:t>lekin jab aap is ke consciousness ko touch karen to wo surrender kar de ga.</w:t>
      </w:r>
    </w:p>
    <w:p>
      <w:pPr>
        <w:jc w:val="right"/>
      </w:pPr>
      <w:r>
        <w:t>لیکن جب آپ اس کے کانشیسنس کو ٹچ کریں تو وہ سرنڈر کر دے گا۔</w:t>
      </w:r>
    </w:p>
    <w:p>
      <w:r>
        <w:rPr>
          <w:b/>
        </w:rPr>
        <w:t xml:space="preserve">[27:35] </w:t>
      </w:r>
      <w:r>
        <w:t>jab chahen aap is ka tajurba kar ke dekh lijie.</w:t>
      </w:r>
    </w:p>
    <w:p>
      <w:pPr>
        <w:jc w:val="right"/>
      </w:pPr>
      <w:r>
        <w:t>جب چاہیں آپ اس کا تجربہ کر کے دیکھ لیجیے۔</w:t>
      </w:r>
    </w:p>
    <w:p>
      <w:r>
        <w:rPr>
          <w:b/>
        </w:rPr>
        <w:t xml:space="preserve">[27:40] </w:t>
      </w:r>
      <w:r>
        <w:t>main ne to bar bar kiya hai.</w:t>
      </w:r>
    </w:p>
    <w:p>
      <w:pPr>
        <w:jc w:val="right"/>
      </w:pPr>
      <w:r>
        <w:t>میں نے تو بار بار کیا ہے۔</w:t>
      </w:r>
    </w:p>
    <w:p>
      <w:r>
        <w:rPr>
          <w:b/>
        </w:rPr>
        <w:t xml:space="preserve">[27:44] </w:t>
      </w:r>
      <w:r>
        <w:t>to love your enemy ka matlab ye hai ke love is the greatest power.</w:t>
      </w:r>
    </w:p>
    <w:p>
      <w:pPr>
        <w:jc w:val="right"/>
      </w:pPr>
      <w:r>
        <w:t>تو love your enemy کا مطلب یہ ہے کہ love is the greatest power.</w:t>
      </w:r>
    </w:p>
    <w:p>
      <w:r>
        <w:rPr>
          <w:b/>
        </w:rPr>
        <w:t xml:space="preserve">[27:48] </w:t>
      </w:r>
      <w:r>
        <w:t>lekin is ko use to kar</w:t>
      </w:r>
    </w:p>
    <w:p>
      <w:pPr>
        <w:jc w:val="right"/>
      </w:pPr>
      <w:r>
        <w:t>لیکن اس کو یوز تو کر</w:t>
      </w:r>
    </w:p>
    <w:p>
      <w:r>
        <w:rPr>
          <w:b/>
        </w:rPr>
        <w:t xml:space="preserve">[27:52] </w:t>
      </w:r>
      <w:r>
        <w:t>saken aap.</w:t>
      </w:r>
    </w:p>
    <w:p>
      <w:pPr>
        <w:jc w:val="right"/>
      </w:pPr>
      <w:r>
        <w:t>سکیں آپ۔</w:t>
      </w:r>
    </w:p>
    <w:p>
      <w:r>
        <w:rPr>
          <w:b/>
        </w:rPr>
        <w:t xml:space="preserve">[27:56] </w:t>
      </w:r>
      <w:r>
        <w:t>is ko aap istemal kar saken.</w:t>
      </w:r>
    </w:p>
    <w:p>
      <w:pPr>
        <w:jc w:val="right"/>
      </w:pPr>
      <w:r>
        <w:t>اس کو آپ استعمال کر سکیں۔</w:t>
      </w:r>
    </w:p>
    <w:p>
      <w:r>
        <w:rPr>
          <w:b/>
        </w:rPr>
        <w:t xml:space="preserve">[27:59] </w:t>
      </w:r>
      <w:r>
        <w:t>lekin is ka istemal hota hai dil se shuru.</w:t>
      </w:r>
    </w:p>
    <w:p>
      <w:pPr>
        <w:jc w:val="right"/>
      </w:pPr>
      <w:r>
        <w:t>لیکن اس کا استعمال ہوتا ہے دل سے شروع۔</w:t>
      </w:r>
    </w:p>
    <w:p>
      <w:r>
        <w:rPr>
          <w:b/>
        </w:rPr>
        <w:t xml:space="preserve">[28:02] </w:t>
      </w:r>
      <w:r>
        <w:t>dil mein agar aap hate ho, lift service ke tor par aap pyar ki boli bolen, to that is nothing.</w:t>
      </w:r>
    </w:p>
    <w:p>
      <w:pPr>
        <w:jc w:val="right"/>
      </w:pPr>
      <w:r>
        <w:t>دل میں اگر آپ ہیٹ ہو، لفٹ سروس کے طور پر آپ پیار کی بولی بولیں، تو that is nothing.</w:t>
      </w:r>
    </w:p>
    <w:p>
      <w:r>
        <w:rPr>
          <w:b/>
        </w:rPr>
        <w:t xml:space="preserve">[28:06] </w:t>
      </w:r>
      <w:r>
        <w:t>love your enemy jo hota hai, is ka starting point dil hai aap ka.</w:t>
      </w:r>
    </w:p>
    <w:p>
      <w:pPr>
        <w:jc w:val="right"/>
      </w:pPr>
      <w:r>
        <w:t>love your enemy جو ہوتا ہے، اس کا اسٹارٹنگ پوائنٹ دل ہے آپ کا۔</w:t>
      </w:r>
    </w:p>
    <w:p>
      <w:r>
        <w:rPr>
          <w:b/>
        </w:rPr>
        <w:t xml:space="preserve">[28:09] </w:t>
      </w:r>
      <w:r>
        <w:t>aap ka mind hai.</w:t>
      </w:r>
    </w:p>
    <w:p>
      <w:pPr>
        <w:jc w:val="right"/>
      </w:pPr>
      <w:r>
        <w:t>آپ کا مائنڈ ہے۔</w:t>
      </w:r>
    </w:p>
    <w:p>
      <w:r>
        <w:rPr>
          <w:b/>
        </w:rPr>
        <w:t xml:space="preserve">[28:12] </w:t>
      </w:r>
      <w:r>
        <w:t>pehlay is say sach mach apnay dil mein, apnay andar muhabbat paida kijiye.</w:t>
      </w:r>
    </w:p>
    <w:p>
      <w:pPr>
        <w:jc w:val="right"/>
      </w:pPr>
      <w:r>
        <w:t>پہلے اس سے سچ مچ اپنے دل میں، اپنے اندر محبت پیدا کیجیے۔</w:t>
      </w:r>
    </w:p>
    <w:p>
      <w:r>
        <w:rPr>
          <w:b/>
        </w:rPr>
        <w:t xml:space="preserve">[28:16] </w:t>
      </w:r>
      <w:r>
        <w:t>phir is say muhabbat ka behaviour kijiye.</w:t>
      </w:r>
    </w:p>
    <w:p>
      <w:pPr>
        <w:jc w:val="right"/>
      </w:pPr>
      <w:r>
        <w:t>پھر اس سے محبت کا بیہیویئر کیجیے۔</w:t>
      </w:r>
    </w:p>
    <w:p>
      <w:r>
        <w:rPr>
          <w:b/>
        </w:rPr>
        <w:t xml:space="preserve">[28:19] </w:t>
      </w:r>
      <w:r>
        <w:t>phir aap is ko conquer</w:t>
      </w:r>
    </w:p>
    <w:p>
      <w:pPr>
        <w:jc w:val="right"/>
      </w:pPr>
      <w:r>
        <w:t>پھر آپ اس کو کانکر</w:t>
      </w:r>
    </w:p>
    <w:p>
      <w:r>
        <w:rPr>
          <w:b/>
        </w:rPr>
        <w:t xml:space="preserve">[28:22] </w:t>
      </w:r>
      <w:r>
        <w:t>kar denge. to dekhiye, jin cheezon ko le kar ke log tension mein rehte hain aur pareshan rehte hain, woh darasal adjustment ka ka ka maamla hota hai. yaani is ko main kahunga ke acceptance of reality ka maamla hota hai. main aksar kaha karta hoon ke dunya mein sab se best formula, yaani peaceful</w:t>
      </w:r>
    </w:p>
    <w:p>
      <w:pPr>
        <w:jc w:val="right"/>
      </w:pPr>
      <w:r>
        <w:t>کر دیں گے۔ تو دیکھیے، جن چیزوں کو لے کر کے لوگ ٹینشن میں رہتے ہیں اور پریشان رہتے ہیں، وہ دراصل ایڈجسٹمنٹ کا کا کا معاملہ ہوتا ہے۔ یعنی اس کو میں کہوں گا کہ ایکسیپٹنس آف ریلیٹی کا معاملہ ہوتا ہے۔ میں اکثر کہا کرتا ہوں کہ دنیا میں سب سے بیسٹ فارمولا، یعنی پیس</w:t>
      </w:r>
    </w:p>
    <w:p>
      <w:r>
        <w:rPr>
          <w:b/>
        </w:rPr>
        <w:t xml:space="preserve">[28:52] </w:t>
      </w:r>
      <w:r>
        <w:t>living ka hai, status quoism. jo status quo hai, us ko maan lijiye. aur us par peace hi peace hai. jab aap status quo badalna chahte hain, tab wahan se problem shuru hota hai. log ek mujh se poochte hain ke status quo agar hum maan lein to is ka matlab hai ke phir hum karein kya phir? phir kuch karna nahi hai. ek hi bahut badi bhool hai. status quo ho</w:t>
      </w:r>
    </w:p>
    <w:p>
      <w:pPr>
        <w:jc w:val="right"/>
      </w:pPr>
      <w:r>
        <w:t>فل لیونگ کا ہے، اسٹیٹس کوئزم۔ جو اسٹیٹس کو ہے، اس کو مان لیجیے۔ اور اس پر پیس ہی پیس ہے۔ جب آپ اسٹیٹس کو بدلنا چاہتے ہیں، تب وہاں سے پرابلم شروع ہوتا ہے۔ لوگ ایک مجھ سے پوچھتے ہیں کہ اسٹیٹس کو اگر ہم مان لیں تو اس کا مطلب ہے کہ پھر ہم کریں کیا پھر؟ پھر کچھ کرنا نہیں ہے۔ ایک ہی بہت بڑی بھول ہے۔ اسٹیٹس کو ہوت</w:t>
      </w:r>
    </w:p>
    <w:p>
      <w:r>
        <w:rPr>
          <w:b/>
        </w:rPr>
        <w:t xml:space="preserve">[29:22] </w:t>
      </w:r>
      <w:r>
        <w:t>a hai mannay ka muamla kisi aik cheez mein, jaisay politics kay muamlay mein.</w:t>
      </w:r>
    </w:p>
    <w:p>
      <w:pPr>
        <w:jc w:val="right"/>
      </w:pPr>
      <w:r>
        <w:t>ا ہے ماننے کا معاملہ کسی ایک چیز میں، جیسے پالیٹیکس کے معاملے میں۔</w:t>
      </w:r>
    </w:p>
    <w:p>
      <w:r>
        <w:rPr>
          <w:b/>
        </w:rPr>
        <w:t xml:space="preserve">[29:27] </w:t>
      </w:r>
      <w:r>
        <w:t>side life kay muamlay mein nahi hota hai.</w:t>
      </w:r>
    </w:p>
    <w:p>
      <w:pPr>
        <w:jc w:val="right"/>
      </w:pPr>
      <w:r>
        <w:t>سائیڈ لائف کے معاملے میں نہیں ہوتا ہے۔</w:t>
      </w:r>
    </w:p>
    <w:p>
      <w:r>
        <w:rPr>
          <w:b/>
        </w:rPr>
        <w:t xml:space="preserve">[29:31] </w:t>
      </w:r>
      <w:r>
        <w:t>suppose aik party ki rule rail kar rahi hai, aik party mein rule nahi kar raha hoon.</w:t>
      </w:r>
    </w:p>
    <w:p>
      <w:pPr>
        <w:jc w:val="right"/>
      </w:pPr>
      <w:r>
        <w:t>سپوز ایک پارٹی کی رول ریل کر رہی ہے، ایک پارٹی میں رول نہیں کر رہا ہوں۔</w:t>
      </w:r>
    </w:p>
    <w:p>
      <w:r>
        <w:rPr>
          <w:b/>
        </w:rPr>
        <w:t xml:space="preserve">[29:36] </w:t>
      </w:r>
      <w:r>
        <w:t>to is political status ko maan lijiye.</w:t>
      </w:r>
    </w:p>
    <w:p>
      <w:pPr>
        <w:jc w:val="right"/>
      </w:pPr>
      <w:r>
        <w:t>تو اس پولیٹیکل اسٹیٹس کو مان لیجیے۔</w:t>
      </w:r>
    </w:p>
    <w:p>
      <w:r>
        <w:rPr>
          <w:b/>
        </w:rPr>
        <w:t xml:space="preserve">[29:40] </w:t>
      </w:r>
      <w:r>
        <w:t>isi kay sath bohat say doosray kaam dunya mein karnay kay liye hain aap kay paas.</w:t>
      </w:r>
    </w:p>
    <w:p>
      <w:pPr>
        <w:jc w:val="right"/>
      </w:pPr>
      <w:r>
        <w:t>اسی کے ساتھ بہت سے دوسرے کام دنیا میں کرنے کے لیے ہیں آپ کے پاس۔</w:t>
      </w:r>
    </w:p>
    <w:p>
      <w:r>
        <w:rPr>
          <w:b/>
        </w:rPr>
        <w:t xml:space="preserve">[29:45] </w:t>
      </w:r>
      <w:r>
        <w:t>woh kijiye aap.</w:t>
      </w:r>
    </w:p>
    <w:p>
      <w:pPr>
        <w:jc w:val="right"/>
      </w:pPr>
      <w:r>
        <w:t>وہ کیجیے آپ۔</w:t>
      </w:r>
    </w:p>
    <w:p>
      <w:r>
        <w:rPr>
          <w:b/>
        </w:rPr>
        <w:t xml:space="preserve">[29:49] </w:t>
      </w:r>
      <w:r>
        <w:t>jaisay Saddam Hussain ki misaal lijiye aap, kay Saddam Hussain say jo</w:t>
      </w:r>
    </w:p>
    <w:p>
      <w:pPr>
        <w:jc w:val="right"/>
      </w:pPr>
      <w:r>
        <w:t>جیسے صدام حسین کی مثال لیجیے آپ، کہ صدام حسین سے جو</w:t>
      </w:r>
    </w:p>
    <w:p>
      <w:r>
        <w:rPr>
          <w:b/>
        </w:rPr>
        <w:t xml:space="preserve">[29:54] </w:t>
      </w:r>
      <w:r>
        <w:t>jo maang thi America ki, woh kya thi? gaddi se hat jaye woh. wahan democracy, democracy laayi jaye. democrat, democratic rule laya jaye. kyunke aap jante the ke woh jo dictator the, woh 22 years tak woh rule kar chuke the. agar woh gaddi chhod dete, matlab to kya hota? kuch na kuch card bigadta un ka. tab bhi un ke paas ek billion dollar maujood tha bankon mein. tab bhi un ke p</w:t>
      </w:r>
    </w:p>
    <w:p>
      <w:pPr>
        <w:jc w:val="right"/>
      </w:pPr>
      <w:r>
        <w:t>جو مانگ تھی امریکہ کی، وہ کیا تھی؟ گدی سے ہٹ جائیں وہ۔ وہاں ڈیموکریسی، ڈیموکریسی لائی جائے۔ ڈیموکریٹ، ڈیموکریٹک رول لایا جائے۔ کیونکہ آپ جانتے تھے کہ وہ جو ڈکٹیٹر تھے، وہ 22 ایئرز تک وہ رول کر چکے تھے۔ اگر وہ گدی چھوڑ دیتے، مطلب تو کیا ہوتا؟ کچھ نہ کچھ کارڈ بگڑتا ان کا۔ تب بھی ان کے پاس ایک بلین ڈالر موجود تھا بینکوں میں۔ تب بھی ان کے پ</w:t>
      </w:r>
    </w:p>
    <w:p>
      <w:r>
        <w:rPr>
          <w:b/>
        </w:rPr>
        <w:t xml:space="preserve">[30:24] </w:t>
      </w:r>
      <w:r>
        <w:t>is 8 palaces maujood thay Iraq mein.</w:t>
      </w:r>
    </w:p>
    <w:p>
      <w:pPr>
        <w:jc w:val="right"/>
      </w:pPr>
      <w:r>
        <w:t>اس 8 پیلسز موجود تھے عراق میں۔</w:t>
      </w:r>
    </w:p>
    <w:p>
      <w:r>
        <w:rPr>
          <w:b/>
        </w:rPr>
        <w:t xml:space="preserve">[30:28] </w:t>
      </w:r>
      <w:r>
        <w:t>woh chahtay to apnay 8 palaces ko 8 university bana saktay thay.</w:t>
      </w:r>
    </w:p>
    <w:p>
      <w:pPr>
        <w:jc w:val="right"/>
      </w:pPr>
      <w:r>
        <w:t>وہ چاہتے تو اپنے 8 پیلس کو 8 یونیورسٹی بنا سکتے تھے۔</w:t>
      </w:r>
    </w:p>
    <w:p>
      <w:r>
        <w:rPr>
          <w:b/>
        </w:rPr>
        <w:t xml:space="preserve">[30:32] </w:t>
      </w:r>
      <w:r>
        <w:t>baray baray college bana saktay thay, institution bana saktay thay.</w:t>
      </w:r>
    </w:p>
    <w:p>
      <w:pPr>
        <w:jc w:val="right"/>
      </w:pPr>
      <w:r>
        <w:t>بڑے بڑے کالج بنا سکتے تھے، انسٹیٹیوشن بنا سکتے تھے۔</w:t>
      </w:r>
    </w:p>
    <w:p>
      <w:r>
        <w:rPr>
          <w:b/>
        </w:rPr>
        <w:t xml:space="preserve">[30:37] </w:t>
      </w:r>
      <w:r>
        <w:t>aur ziyada bara kaam kar saktay thay.</w:t>
      </w:r>
    </w:p>
    <w:p>
      <w:pPr>
        <w:jc w:val="right"/>
      </w:pPr>
      <w:r>
        <w:t>اور زیادہ بڑا کام کر سکتے تھے۔</w:t>
      </w:r>
    </w:p>
    <w:p>
      <w:r>
        <w:rPr>
          <w:b/>
        </w:rPr>
        <w:t xml:space="preserve">[30:41] </w:t>
      </w:r>
      <w:r>
        <w:t>yani Iraq walon kay liye ziyada bari cheez woh day saktay thay.</w:t>
      </w:r>
    </w:p>
    <w:p>
      <w:pPr>
        <w:jc w:val="right"/>
      </w:pPr>
      <w:r>
        <w:t>یعنی عراق والوں کے لیے زیادہ بڑی چیز وہ دے سکتے تھے۔</w:t>
      </w:r>
    </w:p>
    <w:p>
      <w:r>
        <w:rPr>
          <w:b/>
        </w:rPr>
        <w:t xml:space="preserve">[30:46] </w:t>
      </w:r>
      <w:r>
        <w:t>yani educational revolution la saktay thay Iraq mein.</w:t>
      </w:r>
    </w:p>
    <w:p>
      <w:pPr>
        <w:jc w:val="right"/>
      </w:pPr>
      <w:r>
        <w:t>یعنی ایجوکیشنل ریولوشن لا سکتے تھے عراق میں۔</w:t>
      </w:r>
    </w:p>
    <w:p>
      <w:r>
        <w:rPr>
          <w:b/>
        </w:rPr>
        <w:t xml:space="preserve">[30:50] </w:t>
      </w:r>
      <w:r>
        <w:t>to dekhiye, agar aap chahtay hain tension free life</w:t>
      </w:r>
    </w:p>
    <w:p>
      <w:pPr>
        <w:jc w:val="right"/>
      </w:pPr>
      <w:r>
        <w:t>تو دیکھیے، اگر آپ چاہتے ہیں ٹینشن فری لائف</w:t>
      </w:r>
    </w:p>
    <w:p>
      <w:r>
        <w:rPr>
          <w:b/>
        </w:rPr>
        <w:t xml:space="preserve">[30:54] </w:t>
      </w:r>
      <w:r>
        <w:t>, to aap ko janna paray ga kay tension free life ka formula kya hai? accept the status ko.</w:t>
      </w:r>
    </w:p>
    <w:p>
      <w:pPr>
        <w:jc w:val="right"/>
      </w:pPr>
      <w:r>
        <w:t>، تو آپ کو جاننا پڑے گا کہ ٹینشن فری لائف کا فارمولا کیا ہے؟ ایکسیپٹ دی اسٹیٹس کو۔</w:t>
      </w:r>
    </w:p>
    <w:p>
      <w:r>
        <w:rPr>
          <w:b/>
        </w:rPr>
        <w:t xml:space="preserve">[31:00] </w:t>
      </w:r>
      <w:r>
        <w:t>accept the reality.</w:t>
      </w:r>
    </w:p>
    <w:p>
      <w:pPr>
        <w:jc w:val="right"/>
      </w:pPr>
      <w:r>
        <w:t>ایکسیپٹ دی ریلیٹی۔</w:t>
      </w:r>
    </w:p>
    <w:p>
      <w:r>
        <w:rPr>
          <w:b/>
        </w:rPr>
        <w:t xml:space="preserve">[31:06] </w:t>
      </w:r>
      <w:r>
        <w:t>jab aap is ko badalna chahtay hain, is say larna chahtay hain, tabhi to saray problem atay hain.</w:t>
      </w:r>
    </w:p>
    <w:p>
      <w:pPr>
        <w:jc w:val="right"/>
      </w:pPr>
      <w:r>
        <w:t>جب آپ اس کو بدلنا چاہتے ہیں، اس سے لڑنا چاہتے ہیں، تبھی تو سارے پرابلم آتے ہیں۔</w:t>
      </w:r>
    </w:p>
    <w:p>
      <w:r>
        <w:rPr>
          <w:b/>
        </w:rPr>
        <w:t xml:space="preserve">[31:13] </w:t>
      </w:r>
      <w:r>
        <w:t>to aap kaisay aik aisi dunya mein jo aap nay nahi banai hai, wahan aisay dhang say reh</w:t>
      </w:r>
    </w:p>
    <w:p>
      <w:pPr>
        <w:jc w:val="right"/>
      </w:pPr>
      <w:r>
        <w:t>تو آپ کیسے ایک ایسی دنیا میں جو آپ نے نہیں بنائی ہے، وہاں ایسے ڈھنگ سے رہ</w:t>
      </w:r>
    </w:p>
    <w:p>
      <w:r>
        <w:rPr>
          <w:b/>
        </w:rPr>
        <w:t xml:space="preserve">[31:19] </w:t>
      </w:r>
      <w:r>
        <w:t>saktay hain jo jiska bananay wala doosra hai? bananay walay nay banaya hai</w:t>
      </w:r>
    </w:p>
    <w:p>
      <w:pPr>
        <w:jc w:val="right"/>
      </w:pPr>
      <w:r>
        <w:t>سکتے ہیں جو جس کا بنانے والا دوسرا ہے؟ بنانے والے نے بنایا ہے</w:t>
      </w:r>
    </w:p>
    <w:p>
      <w:r>
        <w:rPr>
          <w:b/>
        </w:rPr>
        <w:t xml:space="preserve">[31:25] </w:t>
      </w:r>
      <w:r>
        <w:t>kay logon ko azadi di hai.</w:t>
      </w:r>
    </w:p>
    <w:p>
      <w:pPr>
        <w:jc w:val="right"/>
      </w:pPr>
      <w:r>
        <w:t>کہ لوگوں کو آزادی دی ہے۔</w:t>
      </w:r>
    </w:p>
    <w:p>
      <w:r>
        <w:rPr>
          <w:b/>
        </w:rPr>
        <w:t xml:space="preserve">[31:29] </w:t>
      </w:r>
      <w:r>
        <w:t>to azadi ko misuse karain gay.</w:t>
      </w:r>
    </w:p>
    <w:p>
      <w:pPr>
        <w:jc w:val="right"/>
      </w:pPr>
      <w:r>
        <w:t>تو آزادی کو مس یوز کریں گے۔</w:t>
      </w:r>
    </w:p>
    <w:p>
      <w:r>
        <w:rPr>
          <w:b/>
        </w:rPr>
        <w:t xml:space="preserve">[31:34] </w:t>
      </w:r>
      <w:r>
        <w:t>aap adjust kijiye, aap compromise kijiye.</w:t>
      </w:r>
    </w:p>
    <w:p>
      <w:pPr>
        <w:jc w:val="right"/>
      </w:pPr>
      <w:r>
        <w:t>آپ ایڈجسٹ کیجیے، آپ کمپرومائز کیجیے۔</w:t>
      </w:r>
    </w:p>
    <w:p>
      <w:r>
        <w:rPr>
          <w:b/>
        </w:rPr>
        <w:t xml:space="preserve">[31:38] </w:t>
      </w:r>
      <w:r>
        <w:t>aap is ko bohat hi wisdom ke sath is ko manage kijiye.</w:t>
      </w:r>
    </w:p>
    <w:p>
      <w:pPr>
        <w:jc w:val="right"/>
      </w:pPr>
      <w:r>
        <w:t>آپ اس کو بہت ہی وزڈم کے ساتھ اس کو مینج کیجیے۔</w:t>
      </w:r>
    </w:p>
    <w:p>
      <w:r>
        <w:rPr>
          <w:b/>
        </w:rPr>
        <w:t xml:space="preserve">[31:42] </w:t>
      </w:r>
      <w:r>
        <w:t>aik hai manage karna, aik hai fight karna.</w:t>
      </w:r>
    </w:p>
    <w:p>
      <w:pPr>
        <w:jc w:val="right"/>
      </w:pPr>
      <w:r>
        <w:t>ایک ہے مینج کرنا، ایک ہے فائٹ کرنا۔</w:t>
      </w:r>
    </w:p>
    <w:p>
      <w:r>
        <w:rPr>
          <w:b/>
        </w:rPr>
        <w:t xml:space="preserve">[31:47] </w:t>
      </w:r>
      <w:r>
        <w:t>mein manage karne ke khilaf nahi hoon, fight karne ke khilaf hoon.</w:t>
      </w:r>
    </w:p>
    <w:p>
      <w:pPr>
        <w:jc w:val="right"/>
      </w:pPr>
      <w:r>
        <w:t>میں مینج کرنے کے خلاف نہیں ہوں، فائٹ کرنے کے خلاف ہوں۔</w:t>
      </w:r>
    </w:p>
    <w:p>
      <w:r>
        <w:rPr>
          <w:b/>
        </w:rPr>
        <w:t xml:space="preserve">[31:51] </w:t>
      </w:r>
      <w:r>
        <w:t>you have to learn the art of management rather than the art of fighting.</w:t>
      </w:r>
    </w:p>
    <w:p>
      <w:pPr>
        <w:jc w:val="right"/>
      </w:pPr>
      <w:r>
        <w:t>you have to learn the art of management rather than the art of fighting.</w:t>
      </w:r>
    </w:p>
    <w:p>
      <w:r>
        <w:rPr>
          <w:b/>
        </w:rPr>
        <w:t xml:space="preserve">[31:56] </w:t>
      </w:r>
      <w:r>
        <w:t>It is fighting that creates problems. jab aap ko ek problem aaya, aap chale gaye ladne ki taraf, to problem hi problem phir hai woh. lekin agar is ko aap ne manage karna seekha, to phir kuch nahi problem hai. kuch nahi problem hai. jaise for example, dekhiye, second world war mein Japan jo tha, us ke upar atom bomb gira diya gaya. ab saare Japanese</w:t>
      </w:r>
    </w:p>
    <w:p>
      <w:pPr>
        <w:jc w:val="right"/>
      </w:pPr>
      <w:r>
        <w:t>It is fighting that creates problems. جب آپ کو ایک پرابلم آیا، آپ چلے گئے لڑنے کی طرف، تو پرابلم ہی پرابلم پھر ہے وہ۔ لیکن اگر اس کو آپ نے مینج کرنا سیکھا، تو پھر کچھ نہیں پرابلم ہے۔ کچھ نہیں پرابلم ہے۔ جیسے فار ایگزامپل، دیکھیے، سیکنڈ ورلڈ وار میں جاپان جو تھا، اس کے اوپر ایٹم بم گرا دیا گیا۔ اب سارے جاپانیز</w:t>
      </w:r>
    </w:p>
    <w:p>
      <w:r>
        <w:rPr>
          <w:b/>
        </w:rPr>
        <w:t xml:space="preserve">[32:26] </w:t>
      </w:r>
      <w:r>
        <w:t>jo the, woh gussa ho gaye ke hum America ko down karenge, America ko yeh karenge, America ko woh karenge. to hero hero jo un ka king tha, us ne jo bahut hi lauded aadmi tha, us ne kaha kuch nahi. we have to suffer then sufferable. hum na qabil bardasht ko bardasht karenge. yeh us ki speech thi, aap padh sakte hain. you have to suffer then sufferable. kyun? taake hum apni generation ko, us ne edu</w:t>
      </w:r>
    </w:p>
    <w:p>
      <w:pPr>
        <w:jc w:val="right"/>
      </w:pPr>
      <w:r>
        <w:t>جو تھے، وہ غصہ ہو گئے کہ ہم امریکہ کو ڈاؤن کریں گے، امریکہ کو یہ کریں گے، امریکہ کو وہ کریں گے۔ تو ہیرو ہیرو جو ان کا کنگ تھا، اس نے جو بہت ہی لونڈڈ آدمی تھا، اس نے کہا کچھ نہیں۔ we have to suffer then sufferable. ہم ناقابل برداشت کو برداشت کریں گے۔ یہ اس کی سپیچ تھی، آپ پڑھ سکتے ہیں۔ you have to suffer then sufferable. کیوں؟ تاکہ ہم اپنی جنریشن کو، اس نے ایجو</w:t>
      </w:r>
    </w:p>
    <w:p>
      <w:r>
        <w:rPr>
          <w:b/>
        </w:rPr>
        <w:t xml:space="preserve">[32:56] </w:t>
      </w:r>
      <w:r>
        <w:t>kieshan ka formula diya. keh asal cheez, unhon ne kaha keh root root cause ko jano. is ne kaha keh root cause kya hai? americans jo hain, education mein hum se aage hain. science mein hum se aage hain. is ki wajah se in ko yeh mauqa mila keh hum par atom bomb girayein woh. 30 years ka unhon ne educational plan banaya. specially science education. aaj japan jo hai,</w:t>
      </w:r>
    </w:p>
    <w:p>
      <w:pPr>
        <w:jc w:val="right"/>
      </w:pPr>
      <w:r>
        <w:t>کیشن کا فارمولا دیا۔ کہ اصل چیز، انہوں نے کہا کہ روٹ روٹ کاز کو جانو۔ اس نے کہا کہ روٹ کاز کیا ہے؟ امریکنز جو ہیں، ایجوکیشن میں ہم سے آگے ہیں۔ سائنس میں ہم سے آگے ہیں۔ اس کی وجہ سے ان کو یہ موقع ملا کہ ہم پر ایٹم بم گرائیں وہ۔ 30 ایئرز کا انہوں نے ایجوکیشنل پلان بنایا۔ اسپیشلی سائنس ایجوکیشن۔ آج جاپان جو ہے،</w:t>
      </w:r>
    </w:p>
    <w:p>
      <w:r>
        <w:rPr>
          <w:b/>
        </w:rPr>
        <w:t xml:space="preserve">[33:26] </w:t>
      </w:r>
      <w:r>
        <w:t>science mein itna aage barh chuka hai ke aap ne dekha hoga, abhi recently aik news aayi thi</w:t>
      </w:r>
    </w:p>
    <w:p>
      <w:pPr>
        <w:jc w:val="right"/>
      </w:pPr>
      <w:r>
        <w:t>سائنس میں اتنا آگے بڑھ چکا ہے کہ آپ نے دیکھا ہوگا، ابھی ریسنٹلی ایک نیوز آئی تھی</w:t>
      </w:r>
    </w:p>
    <w:p>
      <w:r>
        <w:rPr>
          <w:b/>
        </w:rPr>
        <w:t xml:space="preserve">[33:32] </w:t>
      </w:r>
      <w:r>
        <w:t>ke NASA jo hai, America ka itna prestigious adara hai, woh Japan se seat woh khareed raha hai.</w:t>
      </w:r>
    </w:p>
    <w:p>
      <w:pPr>
        <w:jc w:val="right"/>
      </w:pPr>
      <w:r>
        <w:t>کہ ناسا جو ہے، امریکہ کا اتنا پریسٹیجس ادارہ ہے، وہ جاپان سے سیٹ وہ خرید رہا ہے۔</w:t>
      </w:r>
    </w:p>
    <w:p>
      <w:r>
        <w:rPr>
          <w:b/>
        </w:rPr>
        <w:t xml:space="preserve">[33:38] </w:t>
      </w:r>
      <w:r>
        <w:t>yani America ko zaroorat thi cargo, apna woh, is ka jo space mein is ka jo station hai,</w:t>
      </w:r>
    </w:p>
    <w:p>
      <w:pPr>
        <w:jc w:val="right"/>
      </w:pPr>
      <w:r>
        <w:t>یعنی امریکہ کو ضرورت تھی کارگو، اپنا وہ، اس کا جو اسپیس میں اس کا جو اسٹیشن ہے،</w:t>
      </w:r>
    </w:p>
    <w:p>
      <w:r>
        <w:rPr>
          <w:b/>
        </w:rPr>
        <w:t xml:space="preserve">[33:44] </w:t>
      </w:r>
      <w:r>
        <w:t>wahan saman bhejane ke liye. Cargo rocket.</w:t>
      </w:r>
    </w:p>
    <w:p>
      <w:pPr>
        <w:jc w:val="right"/>
      </w:pPr>
      <w:r>
        <w:t>وہاں سامان بھیجنے کے لیے۔ کارگو راکٹ۔</w:t>
      </w:r>
    </w:p>
    <w:p>
      <w:r>
        <w:rPr>
          <w:b/>
        </w:rPr>
        <w:t xml:space="preserve">[33:50] </w:t>
      </w:r>
      <w:r>
        <w:t>woh khareed raha hai woh Japan se.</w:t>
      </w:r>
    </w:p>
    <w:p>
      <w:pPr>
        <w:jc w:val="right"/>
      </w:pPr>
      <w:r>
        <w:t>وہ خرید رہا ہے وہ جاپان سے۔</w:t>
      </w:r>
    </w:p>
    <w:p>
      <w:r>
        <w:rPr>
          <w:b/>
        </w:rPr>
        <w:t xml:space="preserve">[33:56] </w:t>
      </w:r>
      <w:r>
        <w:t>jabke Japan jo hai, second world war ke waqt, yani 95 mein, 1945 mein jab atom bomb giraya</w:t>
      </w:r>
    </w:p>
    <w:p>
      <w:pPr>
        <w:jc w:val="right"/>
      </w:pPr>
      <w:r>
        <w:t>جبکہ جاپان جو ہے، سیکنڈ ورلڈ وار کے وقت، یعنی 95 میں، 1945 میں جب ایٹم بم گرایا</w:t>
      </w:r>
    </w:p>
    <w:p>
      <w:r>
        <w:rPr>
          <w:b/>
        </w:rPr>
        <w:t xml:space="preserve">[34:02] </w:t>
      </w:r>
      <w:r>
        <w:t>gaya tha, to wahan space technology thi hi nahi is tarah se.</w:t>
      </w:r>
    </w:p>
    <w:p>
      <w:pPr>
        <w:jc w:val="right"/>
      </w:pPr>
      <w:r>
        <w:t>گیا تھا، تو وہاں اسپیس ٹیکنالوجی تھی ہی نہیں اس طرح سے۔</w:t>
      </w:r>
    </w:p>
    <w:p>
      <w:r>
        <w:rPr>
          <w:b/>
        </w:rPr>
        <w:t xml:space="preserve">[34:08] </w:t>
      </w:r>
      <w:r>
        <w:t>space science thi hi nahi Japan mein.</w:t>
      </w:r>
    </w:p>
    <w:p>
      <w:pPr>
        <w:jc w:val="right"/>
      </w:pPr>
      <w:r>
        <w:t>اسپیس سائنس تھی ہی نہیں جاپان میں۔</w:t>
      </w:r>
    </w:p>
    <w:p>
      <w:r>
        <w:rPr>
          <w:b/>
        </w:rPr>
        <w:t xml:space="preserve">[34:14] </w:t>
      </w:r>
      <w:r>
        <w:t>ab wahi Japan, dekhiye, jo policy li unhone, jis ko mein kehta hoon ke accept the status</w:t>
      </w:r>
    </w:p>
    <w:p>
      <w:pPr>
        <w:jc w:val="right"/>
      </w:pPr>
      <w:r>
        <w:t>اب وہی جاپان، دیکھیے، جو پالیسی لی انہوں نے، جس کو میں کہتا ہوں کہ ایکسیپٹ دی اسٹیٹس</w:t>
      </w:r>
    </w:p>
    <w:p>
      <w:r>
        <w:rPr>
          <w:b/>
        </w:rPr>
        <w:t xml:space="preserve">[34:20] </w:t>
      </w:r>
      <w:r>
        <w:t>quo, is ka matlab hai ke jahan takrao hai, wahan se hat jao. Aur jah</w:t>
      </w:r>
    </w:p>
    <w:p>
      <w:pPr>
        <w:jc w:val="right"/>
      </w:pPr>
      <w:r>
        <w:t>کو، اس کا مطلب ہے کہ جہاں ٹکراؤ ہے، وہاں سے ہٹ جاؤ۔ اور جہ</w:t>
      </w:r>
    </w:p>
    <w:p>
      <w:r>
        <w:rPr>
          <w:b/>
        </w:rPr>
        <w:t xml:space="preserve">[34:26] </w:t>
      </w:r>
      <w:r>
        <w:t>an opportunity hai, us ko avail karo.</w:t>
      </w:r>
    </w:p>
    <w:p>
      <w:pPr>
        <w:jc w:val="right"/>
      </w:pPr>
      <w:r>
        <w:t>اں اپرچونیٹی ہے، اس کو اویل کرو۔</w:t>
      </w:r>
    </w:p>
    <w:p>
      <w:r>
        <w:rPr>
          <w:b/>
        </w:rPr>
        <w:t xml:space="preserve">[34:30] </w:t>
      </w:r>
      <w:r>
        <w:t>yani avoid confrontation.</w:t>
      </w:r>
    </w:p>
    <w:p>
      <w:pPr>
        <w:jc w:val="right"/>
      </w:pPr>
      <w:r>
        <w:t>یعنی اوائڈ کنفرنٹیشن۔</w:t>
      </w:r>
    </w:p>
    <w:p>
      <w:r>
        <w:rPr>
          <w:b/>
        </w:rPr>
        <w:t xml:space="preserve">[34:34] </w:t>
      </w:r>
      <w:r>
        <w:t>Japan ka formula kya tha? avoid confrontation and avail the opportunities.</w:t>
      </w:r>
    </w:p>
    <w:p>
      <w:pPr>
        <w:jc w:val="right"/>
      </w:pPr>
      <w:r>
        <w:t>جاپان کا فارمولا کیا تھا؟ avoid confrontation and avail the opportunities.</w:t>
      </w:r>
    </w:p>
    <w:p>
      <w:r>
        <w:rPr>
          <w:b/>
        </w:rPr>
        <w:t xml:space="preserve">[34:38] </w:t>
      </w:r>
      <w:r>
        <w:t>to apne ko tension free kar liya unhone.</w:t>
      </w:r>
    </w:p>
    <w:p>
      <w:pPr>
        <w:jc w:val="right"/>
      </w:pPr>
      <w:r>
        <w:t>تو اپنے کو ٹینشن فری کر لیا انہوں نے۔</w:t>
      </w:r>
    </w:p>
    <w:p>
      <w:r>
        <w:rPr>
          <w:b/>
        </w:rPr>
        <w:t xml:space="preserve">[34:41] </w:t>
      </w:r>
      <w:r>
        <w:t>yani super tension mein par sakti thi sari Japanese.</w:t>
      </w:r>
    </w:p>
    <w:p>
      <w:pPr>
        <w:jc w:val="right"/>
      </w:pPr>
      <w:r>
        <w:t>یعنی سپر ٹینشن میں پڑ سکتی تھی ساری جاپانیز۔</w:t>
      </w:r>
    </w:p>
    <w:p>
      <w:r>
        <w:rPr>
          <w:b/>
        </w:rPr>
        <w:t xml:space="preserve">[34:45] </w:t>
      </w:r>
      <w:r>
        <w:t>kyunke un par atom bomb giraya gaya tha.</w:t>
      </w:r>
    </w:p>
    <w:p>
      <w:pPr>
        <w:jc w:val="right"/>
      </w:pPr>
      <w:r>
        <w:t>کیونکہ ان پر ایٹم بم گرایا گیا تھا۔</w:t>
      </w:r>
    </w:p>
    <w:p>
      <w:r>
        <w:rPr>
          <w:b/>
        </w:rPr>
        <w:t xml:space="preserve">[34:49] </w:t>
      </w:r>
      <w:r>
        <w:t>to un ko to, woh to super tension mein agar hote to justified thay woh.</w:t>
      </w:r>
    </w:p>
    <w:p>
      <w:pPr>
        <w:jc w:val="right"/>
      </w:pPr>
      <w:r>
        <w:t>تو ان کو تو، وہ تو سپر ٹینشن میں اگر ہوتے تو جسٹیفائیڈ تھے وہ۔</w:t>
      </w:r>
    </w:p>
    <w:p>
      <w:r>
        <w:rPr>
          <w:b/>
        </w:rPr>
        <w:t xml:space="preserve">[34:53] </w:t>
      </w:r>
      <w:r>
        <w:t>justified thay woh. Lekin woh</w:t>
      </w:r>
    </w:p>
    <w:p>
      <w:pPr>
        <w:jc w:val="right"/>
      </w:pPr>
      <w:r>
        <w:t>جسٹیفائیڈ تھے وہ۔ لیکن وہ</w:t>
      </w:r>
    </w:p>
    <w:p>
      <w:r>
        <w:rPr>
          <w:b/>
        </w:rPr>
        <w:t xml:space="preserve">[34:56] </w:t>
      </w:r>
      <w:r>
        <w:t>is tension se apne ko bahar nikaal liya unhon ne. unhon ne kaha keh hum science, scientific education lenge. ab wohi japan jo hai, is position mein aa gaya hai keh woh america se bhi aage ja raha hai. to mein aik, mein jo baat kar raha tha, woh yeh keh raha tha keh jin cheezon ko le kar log tension mein par jatay hain, wahan par mamla hota hai is ko manage karne ka. you have to learn that, yani art of tension management. yani b</w:t>
      </w:r>
    </w:p>
    <w:p>
      <w:pPr>
        <w:jc w:val="right"/>
      </w:pPr>
      <w:r>
        <w:t>اس ٹینشن سے اپنے کو باہر نکال لیا انہوں نے۔ انہوں نے کہا کہ ہم سائنس، سائنسیفک ایجوکیشن لیں گے۔ اب وہی جاپان جو ہے، اس پوزیشن میں آ گیا ہے کہ وہ امریکہ سے بھی آگے جا رہا ہے۔ تو میں ایک، میں جو بات کر رہا تھا، وہ یہ کہہ رہا تھا کہ جن چیزوں کو لے کر لوگ ٹینشن میں پڑ جاتے ہیں، وہاں پر معاملہ ہوتا ہے اس کو مینج کرنے کا۔ you have to learn that, یعنی آرٹ آف ٹینشن مینجمنٹ۔ یعنی ب</w:t>
      </w:r>
    </w:p>
    <w:p>
      <w:r>
        <w:rPr>
          <w:b/>
        </w:rPr>
        <w:t xml:space="preserve">[35:26] </w:t>
      </w:r>
      <w:r>
        <w:t>jay is ke keh aap tension mein jiyein, beemar padein, blood pressure badhaayein, diabetic ho jayein, aap us ko manage karna seekhiye. jaise keh japan ne manage karna seekha. mein khud daily manage karta raha hoon, karta hoon. mein bohat hi sensitive aadmi hoon. rozana mujhe kuch na kuch tension hota hai kisi baat ko le kar ke. lekin instantly mein us ko manage karta hoon. nahi to mein mar jaon, mein zinda nahi reh sakta. mere jes</w:t>
      </w:r>
    </w:p>
    <w:p>
      <w:pPr>
        <w:jc w:val="right"/>
      </w:pPr>
      <w:r>
        <w:t>جائے اس کے کہ آپ ٹینشن میں جئیں، بیمار پڑیں، بلڈ پریشر بڑھائیں، ڈائبیٹک ہو جائیں، آپ اس کو مینج کرنا سیکھیے۔ جیسے کہ جاپان نے مینج کرنا سیکھا۔ میں خود ڈیلی مینج کرتا رہا ہوں، کرتا ہوں۔ میں بہت ہی سینسٹیو آدمی ہوں۔ روزانہ مجھے کچھ نہ کچھ ٹینشن ہوتا ہے کسی بات کو لے کر کے۔ لیکن انسٹنٹلی میں اس کو مینج کرتا ہوں۔ نہیں تو میں مر جاؤں، میں زندہ نہیں رہ سکتا۔ میرے جیس</w:t>
      </w:r>
    </w:p>
    <w:p>
      <w:r>
        <w:rPr>
          <w:b/>
        </w:rPr>
        <w:t xml:space="preserve">[35:56] </w:t>
      </w:r>
      <w:r>
        <w:t>a, mere jaisa sensitive aadmi zinda nahi reh sakta hai woh.</w:t>
      </w:r>
    </w:p>
    <w:p>
      <w:pPr>
        <w:jc w:val="right"/>
      </w:pPr>
      <w:r>
        <w:t>ا، میرے جیسا سینسٹیو آدمی زندہ نہیں رہ سکتا ہے وہ۔</w:t>
      </w:r>
    </w:p>
    <w:p>
      <w:r>
        <w:rPr>
          <w:b/>
        </w:rPr>
        <w:t xml:space="preserve">[36:01] </w:t>
      </w:r>
      <w:r>
        <w:t>to jab aap ko tension ho, de-stressing ka formula jo hai, dekhiye, aaj kal aap bohat se</w:t>
      </w:r>
    </w:p>
    <w:p>
      <w:pPr>
        <w:jc w:val="right"/>
      </w:pPr>
      <w:r>
        <w:t>تو جب آپ کو ٹینشن ہو، ڈی اسٹریسنگ کا فارمولا جو ہے، دیکھیے، آج کل آپ بہت سے</w:t>
      </w:r>
    </w:p>
    <w:p>
      <w:r>
        <w:rPr>
          <w:b/>
        </w:rPr>
        <w:t xml:space="preserve">[36:06] </w:t>
      </w:r>
      <w:r>
        <w:t>logon ko dekhenge ke de-stressing ka formula batate hain.</w:t>
      </w:r>
    </w:p>
    <w:p>
      <w:pPr>
        <w:jc w:val="right"/>
      </w:pPr>
      <w:r>
        <w:t>لوگوں کو دیکھیں گے کہ ڈی اسٹریسنگ کا فارمولا بتاتے ہیں۔</w:t>
      </w:r>
    </w:p>
    <w:p>
      <w:r>
        <w:rPr>
          <w:b/>
        </w:rPr>
        <w:t xml:space="preserve">[36:11] </w:t>
      </w:r>
      <w:r>
        <w:t>woh kya? woh aankh band kar ke ya kaise, kuch physical exercise karen aap.</w:t>
      </w:r>
    </w:p>
    <w:p>
      <w:pPr>
        <w:jc w:val="right"/>
      </w:pPr>
      <w:r>
        <w:t>وہ کیا؟ وہ آنکھ بند کر کے یا کیسے، کچھ فزیکل ایکسرسائز کریں آپ۔</w:t>
      </w:r>
    </w:p>
    <w:p>
      <w:r>
        <w:rPr>
          <w:b/>
        </w:rPr>
        <w:t xml:space="preserve">[36:16] </w:t>
      </w:r>
      <w:r>
        <w:t>main kai jagah aisi gaya hoon jahan yeh sab kaam hota hai.</w:t>
      </w:r>
    </w:p>
    <w:p>
      <w:pPr>
        <w:jc w:val="right"/>
      </w:pPr>
      <w:r>
        <w:t>میں کئی جگہ ایسی گیا ہوں جہاں یہ سب کام ہوتا ہے۔</w:t>
      </w:r>
    </w:p>
    <w:p>
      <w:r>
        <w:rPr>
          <w:b/>
        </w:rPr>
        <w:t xml:space="preserve">[36:22] </w:t>
      </w:r>
      <w:r>
        <w:t>ek jagah main gaya to wahan ek british lady thi, wahan par jo, yaani</w:t>
      </w:r>
    </w:p>
    <w:p>
      <w:pPr>
        <w:jc w:val="right"/>
      </w:pPr>
      <w:r>
        <w:t>ایک جگہ میں گیا تو وہاں ایک برٹش لیڈی تھی، وہاں پر جو، یعنی</w:t>
      </w:r>
    </w:p>
    <w:p>
      <w:r>
        <w:rPr>
          <w:b/>
        </w:rPr>
        <w:t xml:space="preserve">[36:27] </w:t>
      </w:r>
      <w:r>
        <w:t>de-stressing ke is mein process mein chal rahi thi. to us ko ecstasy, yani ecstasy mein rehti thi har waqt woh. us se hum ne baat karna chaha to us se contact hi nahi hua, baat hi nahi karti thi woh. bas ecstasy mein thi woh. to de-stressing ka yeh formula jo aap ko eternally ecstasy mein daal de, to pata hai, woh to worthless hai. there is animalization. yeh to animalization hai. saare animal, animal jo hain,</w:t>
      </w:r>
    </w:p>
    <w:p>
      <w:pPr>
        <w:jc w:val="right"/>
      </w:pPr>
      <w:r>
        <w:t>ڈی اسٹریسنگ کے اس میں پروسیس میں چل رہی تھی۔ تو اس کو ایکسٹیسی، یعنی ایکسٹیسی میں رہتی تھی ہر وقت وہ۔ اس سے ہم نے بات کرنا چاہا تو اس سے کنٹیکٹ ہی نہیں ہوا، بات ہی نہیں کرتی تھی وہ۔ بس ایکسٹیسی میں تھی وہ۔ تو ڈی اسٹریسنگ کا یہ فارمولا جو آپ کو ایٹرنلی ایکسٹیسی میں ڈال دے، تو پتہ ہے، وہ تو ورتھ لیس ہے۔ there is animalization. یہ تو اینیملائزیشن ہے۔ سارے اینیمل، اینیمل جو ہیں،</w:t>
      </w:r>
    </w:p>
    <w:p>
      <w:r>
        <w:rPr>
          <w:b/>
        </w:rPr>
        <w:t xml:space="preserve">[36:57] </w:t>
      </w:r>
      <w:r>
        <w:t>isi mein jeete hain. isi qism ki ecstasy mein. yani yeh jo formula yeh log dete hain, de-stressing ka, is mein thinking ko stop kar diya jata hai. stop your thinking. yahan se beginning hoti hai in ki. to phir humein jeene se faida kya, aap mujhe bataiye. hum kis liye dunya mein rahein? mein ne aik kitaab parhi, jis ka naam hai, aap ne bhi parha hoga, aap logon ne. keh a monk who sold his Ferrari. ab woh apni gaadi bech bech kar ke sab kuch khatam kar ke chala gaya</w:t>
      </w:r>
    </w:p>
    <w:p>
      <w:pPr>
        <w:jc w:val="right"/>
      </w:pPr>
      <w:r>
        <w:t>اسی میں جیتے ہیں۔ اسی قسم کی ایکسٹیسی میں۔ یعنی یہ جو فارمولا یہ لوگ دیتے ہیں، ڈی اسٹریسنگ کا، اس میں تھنکنگ کو اسٹاپ کر دیا جاتا ہے۔ stop your thinking. یہاں سے بگننگ ہوتی ہے ان کی۔ تو پھر ہمیں جینے سے فائدہ کیا، آپ مجھے بتائیے۔ ہم کس لیے دنیا میں رہیں؟ میں نے ایک کتاب پڑھی، جس کا نام ہے، آپ نے بھی پڑھا ہوگا، آپ لوگوں نے۔ کہ a monk who sold his Ferrari. اب وہ اپنی گاڑی بیچ بیچ کر کے سب کچھ ختم کر کے چلا گیا</w:t>
      </w:r>
    </w:p>
    <w:p>
      <w:r>
        <w:rPr>
          <w:b/>
        </w:rPr>
        <w:t xml:space="preserve">[37:27] </w:t>
      </w:r>
      <w:r>
        <w:t>pahar ke is mein.</w:t>
      </w:r>
    </w:p>
    <w:p>
      <w:pPr>
        <w:jc w:val="right"/>
      </w:pPr>
      <w:r>
        <w:t>پہاڑ کے اس میں۔</w:t>
      </w:r>
    </w:p>
    <w:p>
      <w:r>
        <w:rPr>
          <w:b/>
        </w:rPr>
        <w:t xml:space="preserve">[37:30] </w:t>
      </w:r>
      <w:r>
        <w:t>ab wahan woh pedon ko dekhta tha, phoolon ko dekhta tha.</w:t>
      </w:r>
    </w:p>
    <w:p>
      <w:pPr>
        <w:jc w:val="right"/>
      </w:pPr>
      <w:r>
        <w:t>اب وہاں وہ پیڑوں کو دیکھتا تھا، پھولوں کو دیکھتا تھا۔</w:t>
      </w:r>
    </w:p>
    <w:p>
      <w:r>
        <w:rPr>
          <w:b/>
        </w:rPr>
        <w:t xml:space="preserve">[37:33] </w:t>
      </w:r>
      <w:r>
        <w:t>to aap bataiye ke jab aap ne duniya ko chhod diya, aur activities band kar dein aap ne,</w:t>
      </w:r>
    </w:p>
    <w:p>
      <w:pPr>
        <w:jc w:val="right"/>
      </w:pPr>
      <w:r>
        <w:t>تو آپ بتائیے کہ جب آپ نے دنیا کو چھوڑ دیا، اور ایکٹیویٹیز بند کر دیں آپ نے،</w:t>
      </w:r>
    </w:p>
    <w:p>
      <w:r>
        <w:rPr>
          <w:b/>
        </w:rPr>
        <w:t xml:space="preserve">[37:36] </w:t>
      </w:r>
      <w:r>
        <w:t>aur ja ke wahan reh rahe hain, to wahan titli bhi reh rahi hai wahan.</w:t>
      </w:r>
    </w:p>
    <w:p>
      <w:pPr>
        <w:jc w:val="right"/>
      </w:pPr>
      <w:r>
        <w:t>اور جا کے وہاں رہ رہے ہیں، تو وہاں تتلی بھی رہ رہی ہے وہاں۔</w:t>
      </w:r>
    </w:p>
    <w:p>
      <w:r>
        <w:rPr>
          <w:b/>
        </w:rPr>
        <w:t xml:space="preserve">[37:39] </w:t>
      </w:r>
      <w:r>
        <w:t>chiidiya bhi reh rahi hai wahan.</w:t>
      </w:r>
    </w:p>
    <w:p>
      <w:pPr>
        <w:jc w:val="right"/>
      </w:pPr>
      <w:r>
        <w:t>چڑیا بھی رہ رہی ہے وہاں۔</w:t>
      </w:r>
    </w:p>
    <w:p>
      <w:r>
        <w:rPr>
          <w:b/>
        </w:rPr>
        <w:t xml:space="preserve">[37:42] </w:t>
      </w:r>
      <w:r>
        <w:t>animal bhi reh rahe hain wahan.</w:t>
      </w:r>
    </w:p>
    <w:p>
      <w:pPr>
        <w:jc w:val="right"/>
      </w:pPr>
      <w:r>
        <w:t>اینیمل بھی رہ رہے ہیں وہاں۔</w:t>
      </w:r>
    </w:p>
    <w:p>
      <w:r>
        <w:rPr>
          <w:b/>
        </w:rPr>
        <w:t xml:space="preserve">[37:45] </w:t>
      </w:r>
      <w:r>
        <w:t>to that is animalization.</w:t>
      </w:r>
    </w:p>
    <w:p>
      <w:pPr>
        <w:jc w:val="right"/>
      </w:pPr>
      <w:r>
        <w:t>تو that is animalization.</w:t>
      </w:r>
    </w:p>
    <w:p>
      <w:r>
        <w:rPr>
          <w:b/>
        </w:rPr>
        <w:t xml:space="preserve">[37:48] </w:t>
      </w:r>
      <w:r>
        <w:t>یہ فارمولا آپ کو animal کے لیول پر لے جاتا ہے۔</w:t>
      </w:r>
    </w:p>
    <w:p>
      <w:pPr>
        <w:jc w:val="right"/>
      </w:pPr>
      <w:r>
        <w:t>یہ فارمولا آپ کو اینیمل کے لیول پر لے جاتا ہے۔</w:t>
      </w:r>
    </w:p>
    <w:p>
      <w:r>
        <w:rPr>
          <w:b/>
        </w:rPr>
        <w:t xml:space="preserve">[37:51] </w:t>
      </w:r>
      <w:r>
        <w:t>main is formula ko nahin manta.</w:t>
      </w:r>
    </w:p>
    <w:p>
      <w:pPr>
        <w:jc w:val="right"/>
      </w:pPr>
      <w:r>
        <w:t>میں اس فارمولے کو نہیں مانتا۔</w:t>
      </w:r>
    </w:p>
    <w:p>
      <w:r>
        <w:rPr>
          <w:b/>
        </w:rPr>
        <w:t xml:space="preserve">[37:54] </w:t>
      </w:r>
      <w:r>
        <w:t>insaan rehte hue aap</w:t>
      </w:r>
    </w:p>
    <w:p>
      <w:pPr>
        <w:jc w:val="right"/>
      </w:pPr>
      <w:r>
        <w:t>انسان رہتے ہوئے آپ</w:t>
      </w:r>
    </w:p>
    <w:p>
      <w:r>
        <w:rPr>
          <w:b/>
        </w:rPr>
        <w:t xml:space="preserve">[37:57] </w:t>
      </w:r>
      <w:r>
        <w:t>tension free ho sakein, woh formula chahiye. aur woh formula yeh hai keh aap manage karna seekhein. manage karna seekhein. yani bajaye is ke keh aap is tension ko le kar ke baithein, ya tension ko le kar ke chale jayein pahaar par, jungle mein. nahi, us ko manage karna seekhein. you have to learn the art of tension management. to</w:t>
      </w:r>
    </w:p>
    <w:p>
      <w:pPr>
        <w:jc w:val="right"/>
      </w:pPr>
      <w:r>
        <w:t>ٹینشن فری ہو سکیں، وہ فارمولا چاہیے۔ اور وہ فارمولا یہ ہے کہ آپ مینج کرنا سیکھیں۔ مینج کرنا سیکھیں۔ یعنی بجائے اس کے کہ آپ اس ٹینشن کو لے کر کے بیٹھیں، یا ٹینشن کو لے کر کے چلے جائیں پہاڑ پر، جنگل میں۔ نہیں، اس کو مینج کرنا سیکھیں۔ you have to learn the art of tension management. تو</w:t>
      </w:r>
    </w:p>
    <w:p>
      <w:r>
        <w:rPr>
          <w:b/>
        </w:rPr>
        <w:t xml:space="preserve">[38:27] </w:t>
      </w:r>
      <w:r>
        <w:t>yeh bahut hi aasan ho jata hai is waqt jab ke aap yeh sochen ke duniya maine</w:t>
      </w:r>
    </w:p>
    <w:p>
      <w:pPr>
        <w:jc w:val="right"/>
      </w:pPr>
      <w:r>
        <w:t>یہ بہت ہی آسان ہو جاتا ہے اس وقت جب کہ آپ یہ سوچیں کہ دنیا میں نے</w:t>
      </w:r>
    </w:p>
    <w:p>
      <w:r>
        <w:rPr>
          <w:b/>
        </w:rPr>
        <w:t xml:space="preserve">[38:32] </w:t>
      </w:r>
      <w:r>
        <w:t>banai nahin hai.</w:t>
      </w:r>
    </w:p>
    <w:p>
      <w:pPr>
        <w:jc w:val="right"/>
      </w:pPr>
      <w:r>
        <w:t>بنائی نہیں ہے۔</w:t>
      </w:r>
    </w:p>
    <w:p>
      <w:r>
        <w:rPr>
          <w:b/>
        </w:rPr>
        <w:t xml:space="preserve">[38:36] </w:t>
      </w:r>
      <w:r>
        <w:t>to mere liye option hi kya hai, siwaye adjustment ke, siwaye doosre option kya hai mere liye? jaise</w:t>
      </w:r>
    </w:p>
    <w:p>
      <w:pPr>
        <w:jc w:val="right"/>
      </w:pPr>
      <w:r>
        <w:t>تو میرے لیے آپشن ہی کیا ہے، سوائے ایڈجسٹمنٹ کے، سوائے دوسرے آپشن کیا ہے میرے لیے؟ جیسے</w:t>
      </w:r>
    </w:p>
    <w:p>
      <w:r>
        <w:rPr>
          <w:b/>
        </w:rPr>
        <w:t xml:space="preserve">[38:41] </w:t>
      </w:r>
      <w:r>
        <w:t>ke main boodha ho gaya hoon.</w:t>
      </w:r>
    </w:p>
    <w:p>
      <w:pPr>
        <w:jc w:val="right"/>
      </w:pPr>
      <w:r>
        <w:t>کہ میں بوڑھا ہو گیا ہوں۔</w:t>
      </w:r>
    </w:p>
    <w:p>
      <w:r>
        <w:rPr>
          <w:b/>
        </w:rPr>
        <w:t xml:space="preserve">[38:45] </w:t>
      </w:r>
      <w:r>
        <w:t>bahut se problem, mere physical problem hain mere.</w:t>
      </w:r>
    </w:p>
    <w:p>
      <w:pPr>
        <w:jc w:val="right"/>
      </w:pPr>
      <w:r>
        <w:t>بہت سے پرابلم، میرے فزیکل پرابلم ہیں میرے۔</w:t>
      </w:r>
    </w:p>
    <w:p>
      <w:r>
        <w:rPr>
          <w:b/>
        </w:rPr>
        <w:t xml:space="preserve">[38:49] </w:t>
      </w:r>
      <w:r>
        <w:t>to is ko le kar ke main aah aah karta rahoon ke aah, jawani mein main aisa tha.</w:t>
      </w:r>
    </w:p>
    <w:p>
      <w:pPr>
        <w:jc w:val="right"/>
      </w:pPr>
      <w:r>
        <w:t>تو اس کو لے کر کے میں آہ آہ کرتا رہوں کہ آہ، جوانی میں میں ایسا تھا۔</w:t>
      </w:r>
    </w:p>
    <w:p>
      <w:r>
        <w:rPr>
          <w:b/>
        </w:rPr>
        <w:t xml:space="preserve">[38:54] </w:t>
      </w:r>
      <w:r>
        <w:t>jawani ki umar mein main kankar patthar ke upar so sakta tha.</w:t>
      </w:r>
    </w:p>
    <w:p>
      <w:pPr>
        <w:jc w:val="right"/>
      </w:pPr>
      <w:r>
        <w:t>جوانی کی عمر میں میں کنکر پتھر کے اوپر سو سکتا تھا۔</w:t>
      </w:r>
    </w:p>
    <w:p>
      <w:r>
        <w:rPr>
          <w:b/>
        </w:rPr>
        <w:t xml:space="preserve">[38:58] </w:t>
      </w:r>
      <w:r>
        <w:t>aaj mein nahi so sakta. bohat sa difference, aap jante hain, farq aa jata hai aik jawan aadmi aur aik boorhe aadmi mein. lekin mujhe us ko le kar koi tension nahi. bohat se problem mere hain, physical problem. kyun? mein jaanta hoon keh yeh to, mujhe to us ko accept hi karna hai. apna banane wala mein khud nahi hoon. agar mein khud hota to mein, mein apna jaisa chahta tha waisa banata mein apne aap ko. mein banata keh mujhe, meri jawani kabhi khatam na ho. muj</w:t>
      </w:r>
    </w:p>
    <w:p>
      <w:pPr>
        <w:jc w:val="right"/>
      </w:pPr>
      <w:r>
        <w:t>آج میں نہیں سو سکتا۔ بہت سا ڈفرنس، آپ جانتے ہیں، فرق آ جاتا ہے ایک جوان آدمی اور ایک بوڑھے آدمی میں۔ لیکن مجھے اس کو لے کر کوئی ٹینشن نہیں۔ بہت سے پرابلم میرے ہیں، فزیکل پرابلم۔ کیوں؟ میں جانتا ہوں کہ یہ تو، مجھے تو اس کو ایکسیپٹ ہی کرنا ہے۔ اپنا بنانے والا میں خود نہیں ہوں۔ اگر میں خود ہوتا تو میں، میں اپنا جیسا چاہتا تھا ویسا بناتا میں اپنے آپ کو۔ میں بناتا کہ مجھے، میری جوانی کبھی ختم نہ ہو۔ مج</w:t>
      </w:r>
    </w:p>
    <w:p>
      <w:r>
        <w:rPr>
          <w:b/>
        </w:rPr>
        <w:t xml:space="preserve">[39:28] </w:t>
      </w:r>
      <w:r>
        <w:t>hey kabhi maut na aaye.</w:t>
      </w:r>
    </w:p>
    <w:p>
      <w:pPr>
        <w:jc w:val="right"/>
      </w:pPr>
      <w:r>
        <w:t>ھے کبھی موت نہ آئے۔</w:t>
      </w:r>
    </w:p>
    <w:p>
      <w:r>
        <w:rPr>
          <w:b/>
        </w:rPr>
        <w:t xml:space="preserve">[39:31] </w:t>
      </w:r>
      <w:r>
        <w:t>bahut sari baatein main karta, lekin main apne ko khud toone banaya nahin hai.</w:t>
      </w:r>
    </w:p>
    <w:p>
      <w:pPr>
        <w:jc w:val="right"/>
      </w:pPr>
      <w:r>
        <w:t>بہت ساری باتیں میں کرتا، لیکن میں اپنے کو خود تو نے بنایا نہیں ہے۔</w:t>
      </w:r>
    </w:p>
    <w:p>
      <w:r>
        <w:rPr>
          <w:b/>
        </w:rPr>
        <w:t xml:space="preserve">[39:34] </w:t>
      </w:r>
      <w:r>
        <w:t>banane wala koi doosra hai.</w:t>
      </w:r>
    </w:p>
    <w:p>
      <w:pPr>
        <w:jc w:val="right"/>
      </w:pPr>
      <w:r>
        <w:t>بنانے والا کوئی دوسرا ہے۔</w:t>
      </w:r>
    </w:p>
    <w:p>
      <w:r>
        <w:rPr>
          <w:b/>
        </w:rPr>
        <w:t xml:space="preserve">[39:37] </w:t>
      </w:r>
      <w:r>
        <w:t>to mujhe adjust karna padega.</w:t>
      </w:r>
    </w:p>
    <w:p>
      <w:pPr>
        <w:jc w:val="right"/>
      </w:pPr>
      <w:r>
        <w:t>تو مجھے ایڈجسٹ کرنا پڑے گا۔</w:t>
      </w:r>
    </w:p>
    <w:p>
      <w:r>
        <w:rPr>
          <w:b/>
        </w:rPr>
        <w:t xml:space="preserve">[39:40] </w:t>
      </w:r>
      <w:r>
        <w:t>mujhe compromise karna padega.</w:t>
      </w:r>
    </w:p>
    <w:p>
      <w:pPr>
        <w:jc w:val="right"/>
      </w:pPr>
      <w:r>
        <w:t>مجھے کمپرومائز کرنا پڑے گا۔</w:t>
      </w:r>
    </w:p>
    <w:p>
      <w:r>
        <w:rPr>
          <w:b/>
        </w:rPr>
        <w:t xml:space="preserve">[39:43] </w:t>
      </w:r>
      <w:r>
        <w:t>nahin to phir tension mein jeena padega.</w:t>
      </w:r>
    </w:p>
    <w:p>
      <w:pPr>
        <w:jc w:val="right"/>
      </w:pPr>
      <w:r>
        <w:t>نہیں تو پھر ٹینشن میں جینا پڑے گا۔</w:t>
      </w:r>
    </w:p>
    <w:p>
      <w:r>
        <w:rPr>
          <w:b/>
        </w:rPr>
        <w:t xml:space="preserve">[39:46] </w:t>
      </w:r>
      <w:r>
        <w:t>nahi to phir tension mein jeena padega.</w:t>
      </w:r>
    </w:p>
    <w:p>
      <w:pPr>
        <w:jc w:val="right"/>
      </w:pPr>
      <w:r>
        <w:t>نہیں تو پھر ٹینشن میں جینا پڑے گا۔</w:t>
      </w:r>
    </w:p>
    <w:p>
      <w:r>
        <w:rPr>
          <w:b/>
        </w:rPr>
        <w:t xml:space="preserve">[39:49] </w:t>
      </w:r>
      <w:r>
        <w:t>maine, dekhiye, do aadmi dekhe hain.</w:t>
      </w:r>
    </w:p>
    <w:p>
      <w:pPr>
        <w:jc w:val="right"/>
      </w:pPr>
      <w:r>
        <w:t>میں نے، دیکھیے، دو آدمی دیکھے ہیں۔</w:t>
      </w:r>
    </w:p>
    <w:p>
      <w:r>
        <w:rPr>
          <w:b/>
        </w:rPr>
        <w:t xml:space="preserve">[39:52] </w:t>
      </w:r>
      <w:r>
        <w:t>ek aadmi the, unki aankh jo hai bahut hi weak ho gayi.</w:t>
      </w:r>
    </w:p>
    <w:p>
      <w:pPr>
        <w:jc w:val="right"/>
      </w:pPr>
      <w:r>
        <w:t>ایک آدمی تھے، ان کی آنکھ جو ہے بہت ہی ویک ہو گئی۔</w:t>
      </w:r>
    </w:p>
    <w:p>
      <w:r>
        <w:rPr>
          <w:b/>
        </w:rPr>
        <w:t xml:space="preserve">[39:55] </w:t>
      </w:r>
      <w:r>
        <w:t>to pehle padhte the woh, ab</w:t>
      </w:r>
    </w:p>
    <w:p>
      <w:pPr>
        <w:jc w:val="right"/>
      </w:pPr>
      <w:r>
        <w:t>تو پہلے پڑھتے تھے وہ، اب</w:t>
      </w:r>
    </w:p>
    <w:p>
      <w:r>
        <w:rPr>
          <w:b/>
        </w:rPr>
        <w:t xml:space="preserve">[39:58] </w:t>
      </w:r>
      <w:r>
        <w:t>padh nahi sakte the woh.</w:t>
      </w:r>
    </w:p>
    <w:p>
      <w:pPr>
        <w:jc w:val="right"/>
      </w:pPr>
      <w:r>
        <w:t>پڑھ نہیں سکتے تھے وہ۔</w:t>
      </w:r>
    </w:p>
    <w:p>
      <w:r>
        <w:rPr>
          <w:b/>
        </w:rPr>
        <w:t xml:space="preserve">[40:01] </w:t>
      </w:r>
      <w:r>
        <w:t>padh nahi sakte the woh.</w:t>
      </w:r>
    </w:p>
    <w:p>
      <w:pPr>
        <w:jc w:val="right"/>
      </w:pPr>
      <w:r>
        <w:t>پڑھ نہیں سکتے تھے وہ۔</w:t>
      </w:r>
    </w:p>
    <w:p>
      <w:r>
        <w:rPr>
          <w:b/>
        </w:rPr>
        <w:t xml:space="preserve">[40:04] </w:t>
      </w:r>
      <w:r>
        <w:t>ab sahab subah shaam shikayat, dekho bhai kya hai, aankh hi nahi reh gayi, kya faida duniya mein rehne se.</w:t>
      </w:r>
    </w:p>
    <w:p>
      <w:pPr>
        <w:jc w:val="right"/>
      </w:pPr>
      <w:r>
        <w:t>اب صاحب صبح شام شکایت، دیکھو بھئی کیا ہے، آنکھ ہی نہیں رہ گئی، کیا فائدہ دنیا میں رہنے سے۔</w:t>
      </w:r>
    </w:p>
    <w:p>
      <w:r>
        <w:rPr>
          <w:b/>
        </w:rPr>
        <w:t xml:space="preserve">[40:07] </w:t>
      </w:r>
      <w:r>
        <w:t>shayad to mar jaana achha hai, suicide kar lena achha hai, jab aankh nahi hai to kya faida</w:t>
      </w:r>
    </w:p>
    <w:p>
      <w:pPr>
        <w:jc w:val="right"/>
      </w:pPr>
      <w:r>
        <w:t>شاید تو مر جانا اچھا ہے، سوسائیڈ کر لینا اچھا ہے، جب آنکھ نہیں ہے تو کیا فائدہ</w:t>
      </w:r>
    </w:p>
    <w:p>
      <w:r>
        <w:rPr>
          <w:b/>
        </w:rPr>
        <w:t xml:space="preserve">[40:10] </w:t>
      </w:r>
      <w:r>
        <w:t>duniya mein rehne ka.</w:t>
      </w:r>
    </w:p>
    <w:p>
      <w:pPr>
        <w:jc w:val="right"/>
      </w:pPr>
      <w:r>
        <w:t>دنیا میں رہنے کا۔</w:t>
      </w:r>
    </w:p>
    <w:p>
      <w:r>
        <w:rPr>
          <w:b/>
        </w:rPr>
        <w:t xml:space="preserve">[40:13] </w:t>
      </w:r>
      <w:r>
        <w:t>yahi sab karte rehte hain.</w:t>
      </w:r>
    </w:p>
    <w:p>
      <w:pPr>
        <w:jc w:val="right"/>
      </w:pPr>
      <w:r>
        <w:t>یہی سب کرتے رہتے ہیں۔</w:t>
      </w:r>
    </w:p>
    <w:p>
      <w:r>
        <w:rPr>
          <w:b/>
        </w:rPr>
        <w:t xml:space="preserve">[40:16] </w:t>
      </w:r>
      <w:r>
        <w:t>hamesha complaint mein jiye, complaint mein mar gaye woh.</w:t>
      </w:r>
    </w:p>
    <w:p>
      <w:pPr>
        <w:jc w:val="right"/>
      </w:pPr>
      <w:r>
        <w:t>ہمیشہ کمپلینٹ میں جیے، کمپلینٹ میں مر گئے وہ۔</w:t>
      </w:r>
    </w:p>
    <w:p>
      <w:r>
        <w:rPr>
          <w:b/>
        </w:rPr>
        <w:t xml:space="preserve">[40:19] </w:t>
      </w:r>
      <w:r>
        <w:t>ek aur aadmi ko maine dekha hai ki unki aankh jo hai bahut weak ho gayi,</w:t>
      </w:r>
    </w:p>
    <w:p>
      <w:pPr>
        <w:jc w:val="right"/>
      </w:pPr>
      <w:r>
        <w:t>ایک اور آدمی کو میں نے دیکھا ہے کہ ان کی آنکھ جو ہے بہت ویک ہو گئی،</w:t>
      </w:r>
    </w:p>
    <w:p>
      <w:r>
        <w:rPr>
          <w:b/>
        </w:rPr>
        <w:t xml:space="preserve">[40:22] </w:t>
      </w:r>
      <w:r>
        <w:t>padh nahi sakte the woh.</w:t>
      </w:r>
    </w:p>
    <w:p>
      <w:pPr>
        <w:jc w:val="right"/>
      </w:pPr>
      <w:r>
        <w:t>پڑھ نہیں سکتے تھے وہ۔</w:t>
      </w:r>
    </w:p>
    <w:p>
      <w:r>
        <w:rPr>
          <w:b/>
        </w:rPr>
        <w:t xml:space="preserve">[40:25] </w:t>
      </w:r>
      <w:r>
        <w:t>halanki woh writer the woh</w:t>
      </w:r>
    </w:p>
    <w:p>
      <w:pPr>
        <w:jc w:val="right"/>
      </w:pPr>
      <w:r>
        <w:t>حالانکہ وہ رائٹر تھے وہ</w:t>
      </w:r>
    </w:p>
    <w:p>
      <w:r>
        <w:rPr>
          <w:b/>
        </w:rPr>
        <w:t xml:space="preserve">[40:28] </w:t>
      </w:r>
      <w:r>
        <w:t>pehle.</w:t>
      </w:r>
    </w:p>
    <w:p>
      <w:pPr>
        <w:jc w:val="right"/>
      </w:pPr>
      <w:r>
        <w:t>پہلے۔</w:t>
      </w:r>
    </w:p>
    <w:p>
      <w:r>
        <w:rPr>
          <w:b/>
        </w:rPr>
        <w:t xml:space="preserve">[40:33] </w:t>
      </w:r>
      <w:r>
        <w:t>phir kya kiya unhone? Dictate karna shuru kiya.</w:t>
      </w:r>
    </w:p>
    <w:p>
      <w:pPr>
        <w:jc w:val="right"/>
      </w:pPr>
      <w:r>
        <w:t>پھر کیا کیا انہوں نے؟ ڈکٹیٹ کرنا شروع کیا۔</w:t>
      </w:r>
    </w:p>
    <w:p>
      <w:r>
        <w:rPr>
          <w:b/>
        </w:rPr>
        <w:t xml:space="preserve">[40:37] </w:t>
      </w:r>
      <w:r>
        <w:t>Dictate, dictate karna shuru kiya.</w:t>
      </w:r>
    </w:p>
    <w:p>
      <w:pPr>
        <w:jc w:val="right"/>
      </w:pPr>
      <w:r>
        <w:t>ڈکٹیٹ، ڈکٹیٹ کرنا شروع کیا۔</w:t>
      </w:r>
    </w:p>
    <w:p>
      <w:r>
        <w:rPr>
          <w:b/>
        </w:rPr>
        <w:t xml:space="preserve">[40:41] </w:t>
      </w:r>
      <w:r>
        <w:t>to main unke 10 saal ke baad mila unse.</w:t>
      </w:r>
    </w:p>
    <w:p>
      <w:pPr>
        <w:jc w:val="right"/>
      </w:pPr>
      <w:r>
        <w:t>تو میں ان کے 10 سال کے بعد ملا ان سے۔</w:t>
      </w:r>
    </w:p>
    <w:p>
      <w:r>
        <w:rPr>
          <w:b/>
        </w:rPr>
        <w:t xml:space="preserve">[40:45] </w:t>
      </w:r>
      <w:r>
        <w:t>to unse maine poocha ki aap pehle jab khud likhte the, woh kaisa tha? Ab aap</w:t>
      </w:r>
    </w:p>
    <w:p>
      <w:pPr>
        <w:jc w:val="right"/>
      </w:pPr>
      <w:r>
        <w:t>تو ان سے میں نے پوچھا کہ آپ پہلے جب خود لکھتے تھے، وہ کیسا تھا؟ اب آپ</w:t>
      </w:r>
    </w:p>
    <w:p>
      <w:r>
        <w:rPr>
          <w:b/>
        </w:rPr>
        <w:t xml:space="preserve">[40:50] </w:t>
      </w:r>
      <w:r>
        <w:t>dictate karte hain, woh kaisa hai? Unhone bataya ki main ab pehle se zyada khush hoon.</w:t>
      </w:r>
    </w:p>
    <w:p>
      <w:pPr>
        <w:jc w:val="right"/>
      </w:pPr>
      <w:r>
        <w:t>ڈکٹیٹ کرتے ہیں، وہ کیسا ہے؟ انہوں نے بتایا کہ میں اب پہلے سے زیادہ خوش ہوں۔</w:t>
      </w:r>
    </w:p>
    <w:p>
      <w:r>
        <w:rPr>
          <w:b/>
        </w:rPr>
        <w:t xml:space="preserve">[40:54] </w:t>
      </w:r>
      <w:r>
        <w:t>kyunki ab main jab dictate karwata hoon to meri</w:t>
      </w:r>
    </w:p>
    <w:p>
      <w:pPr>
        <w:jc w:val="right"/>
      </w:pPr>
      <w:r>
        <w:t>کیونکہ اب میں جب ڈکٹیٹ کرواتا ہوں تو میری</w:t>
      </w:r>
    </w:p>
    <w:p>
      <w:r>
        <w:rPr>
          <w:b/>
        </w:rPr>
        <w:t xml:space="preserve">[40:58] </w:t>
      </w:r>
      <w:r>
        <w:t>poori, mera poora mind jo hai sirf ek cheez par focus kiye hue rehta hai.</w:t>
      </w:r>
    </w:p>
    <w:p>
      <w:pPr>
        <w:jc w:val="right"/>
      </w:pPr>
      <w:r>
        <w:t>پوری، میرا پورا مائنڈ جو ہے صرف ایک چیز پر فوکس کیے ہوئے رہتا ہے۔</w:t>
      </w:r>
    </w:p>
    <w:p>
      <w:r>
        <w:rPr>
          <w:b/>
        </w:rPr>
        <w:t xml:space="preserve">[41:02] </w:t>
      </w:r>
      <w:r>
        <w:t>ki mujhe kya dictate karwana hai.</w:t>
      </w:r>
    </w:p>
    <w:p>
      <w:pPr>
        <w:jc w:val="right"/>
      </w:pPr>
      <w:r>
        <w:t>کہ مجھے کیا ڈکٹیٹ کروانا ہے۔</w:t>
      </w:r>
    </w:p>
    <w:p>
      <w:r>
        <w:rPr>
          <w:b/>
        </w:rPr>
        <w:t xml:space="preserve">[41:06] </w:t>
      </w:r>
      <w:r>
        <w:t>pehle to jab main khud likhta tha to bahut si cheezein saamne hoti thin.</w:t>
      </w:r>
    </w:p>
    <w:p>
      <w:pPr>
        <w:jc w:val="right"/>
      </w:pPr>
      <w:r>
        <w:t>پہلے تو جب میں خود لکھتا تھا تو بہت سی چیزیں سامنے ہوتی تھیں۔</w:t>
      </w:r>
    </w:p>
    <w:p>
      <w:r>
        <w:rPr>
          <w:b/>
        </w:rPr>
        <w:t xml:space="preserve">[41:10] </w:t>
      </w:r>
      <w:r>
        <w:t>yaani mera mind kai cheezon mein bita rehta tha.</w:t>
      </w:r>
    </w:p>
    <w:p>
      <w:pPr>
        <w:jc w:val="right"/>
      </w:pPr>
      <w:r>
        <w:t>یعنی میرا مائنڈ کئی چیزوں میں بٹا رہتا تھا۔</w:t>
      </w:r>
    </w:p>
    <w:p>
      <w:r>
        <w:rPr>
          <w:b/>
        </w:rPr>
        <w:t xml:space="preserve">[41:13] </w:t>
      </w:r>
      <w:r>
        <w:t>to unhon ne kaha, unhon ne yahan tak kaha unhon ne ke main jab compare karta hoon apni</w:t>
      </w:r>
    </w:p>
    <w:p>
      <w:pPr>
        <w:jc w:val="right"/>
      </w:pPr>
      <w:r>
        <w:t>تو انہوں نے کہا، انہوں نے یہاں تک کہا انہوں نے کہ میں جب کمپئیر کرتا ہوں اپنی</w:t>
      </w:r>
    </w:p>
    <w:p>
      <w:r>
        <w:rPr>
          <w:b/>
        </w:rPr>
        <w:t xml:space="preserve">[41:17] </w:t>
      </w:r>
      <w:r>
        <w:t>writing ko, pehle ki aur ab ki, to main soch dekhta hoon ke aaj ki writing meri zyada</w:t>
      </w:r>
    </w:p>
    <w:p>
      <w:pPr>
        <w:jc w:val="right"/>
      </w:pPr>
      <w:r>
        <w:t>رائٹنگ کو، پہلے کی اور اب کی، تو میں سوچ دیکھتا ہوں کہ آج کی رائٹنگ میری زیادہ</w:t>
      </w:r>
    </w:p>
    <w:p>
      <w:r>
        <w:rPr>
          <w:b/>
        </w:rPr>
        <w:t xml:space="preserve">[41:21] </w:t>
      </w:r>
      <w:r>
        <w:t>forceful hai pehle ke muqable mein.</w:t>
      </w:r>
    </w:p>
    <w:p>
      <w:pPr>
        <w:jc w:val="right"/>
      </w:pPr>
      <w:r>
        <w:t>فورسفل ہے پہلے کے مقابلے میں۔</w:t>
      </w:r>
    </w:p>
    <w:p>
      <w:r>
        <w:rPr>
          <w:b/>
        </w:rPr>
        <w:t xml:space="preserve">[41:25] </w:t>
      </w:r>
      <w:r>
        <w:t>ke aaj jab</w:t>
      </w:r>
    </w:p>
    <w:p>
      <w:pPr>
        <w:jc w:val="right"/>
      </w:pPr>
      <w:r>
        <w:t>کہ آج جب</w:t>
      </w:r>
    </w:p>
    <w:p>
      <w:r>
        <w:rPr>
          <w:b/>
        </w:rPr>
        <w:t xml:space="preserve">[41:28] </w:t>
      </w:r>
      <w:r>
        <w:t>main dictate karta hoon to zyada concentration hua hai mere andar.</w:t>
      </w:r>
    </w:p>
    <w:p>
      <w:pPr>
        <w:jc w:val="right"/>
      </w:pPr>
      <w:r>
        <w:t>میں ڈکٹیٹ کرتا ہوں تو زیادہ کنسنٹریشن ہوا ہے میرے اندر۔</w:t>
      </w:r>
    </w:p>
    <w:p>
      <w:r>
        <w:rPr>
          <w:b/>
        </w:rPr>
        <w:t xml:space="preserve">[41:33] </w:t>
      </w:r>
      <w:r>
        <w:t>zyada concentration ke sath dictate karwata hoon.</w:t>
      </w:r>
    </w:p>
    <w:p>
      <w:pPr>
        <w:jc w:val="right"/>
      </w:pPr>
      <w:r>
        <w:t>زیادہ کنسنٹریشن کے ساتھ ڈکٹیٹ کرواتا ہوں۔</w:t>
      </w:r>
    </w:p>
    <w:p>
      <w:r>
        <w:rPr>
          <w:b/>
        </w:rPr>
        <w:t xml:space="preserve">[41:37] </w:t>
      </w:r>
      <w:r>
        <w:t>pehle focus rehta tha.</w:t>
      </w:r>
    </w:p>
    <w:p>
      <w:pPr>
        <w:jc w:val="right"/>
      </w:pPr>
      <w:r>
        <w:t>پہلے فوکس رہتا تھا۔</w:t>
      </w:r>
    </w:p>
    <w:p>
      <w:r>
        <w:rPr>
          <w:b/>
        </w:rPr>
        <w:t xml:space="preserve">[41:41] </w:t>
      </w:r>
      <w:r>
        <w:t>pen hai aur ink hai aur paper hai aur yeh hai aur woh hai, book hai.</w:t>
      </w:r>
    </w:p>
    <w:p>
      <w:pPr>
        <w:jc w:val="right"/>
      </w:pPr>
      <w:r>
        <w:t>پین ہے اور انک ہے اور پیپر ہے اور یہ ہے اور وہ ہے، بک ہے۔</w:t>
      </w:r>
    </w:p>
    <w:p>
      <w:r>
        <w:rPr>
          <w:b/>
        </w:rPr>
        <w:t xml:space="preserve">[41:46] </w:t>
      </w:r>
      <w:r>
        <w:t>ab kuch nahi, bas apne mind se bol raha hoon main.</w:t>
      </w:r>
    </w:p>
    <w:p>
      <w:pPr>
        <w:jc w:val="right"/>
      </w:pPr>
      <w:r>
        <w:t>اب کچھ نہیں، بس اپنے مائنڈ سے بول رہا ہوں میں۔</w:t>
      </w:r>
    </w:p>
    <w:p>
      <w:r>
        <w:rPr>
          <w:b/>
        </w:rPr>
        <w:t xml:space="preserve">[41:50] </w:t>
      </w:r>
      <w:r>
        <w:t>to dekhiye, is duniya mein hamare liye option hi nahi hai complaint ka ya protest karne ka.</w:t>
      </w:r>
    </w:p>
    <w:p>
      <w:pPr>
        <w:jc w:val="right"/>
      </w:pPr>
      <w:r>
        <w:t>تو دیکھیے، اس دنیا میں ہمارے لیے آپشن ہی نہیں ہے کمپلینٹ کا یا پروٹیسٹ کرنے کا۔</w:t>
      </w:r>
    </w:p>
    <w:p>
      <w:r>
        <w:rPr>
          <w:b/>
        </w:rPr>
        <w:t xml:space="preserve">[41:54] </w:t>
      </w:r>
      <w:r>
        <w:t>basic baat yeh hai. yeh aap</w:t>
      </w:r>
    </w:p>
    <w:p>
      <w:pPr>
        <w:jc w:val="right"/>
      </w:pPr>
      <w:r>
        <w:t>بیسک بات یہ ہے۔ یہ آپ</w:t>
      </w:r>
    </w:p>
    <w:p>
      <w:r>
        <w:rPr>
          <w:b/>
        </w:rPr>
        <w:t xml:space="preserve">[41:58] </w:t>
      </w:r>
      <w:r>
        <w:t>tion nahi hai, ab kya karenge? abhi mere paas kai, baaz jagah aap jante hain keh aaj kal chal rahe hain kuch violence, kuch takrao, kuch police firing, kuch yeh sab ho raha hai. mere paas aksar telephone aata hai. to un se bhi mein ne yahi kaha. abhi isi waqt baat kar ke aaya hoon isi. keh aap lad rahe hain, kis se lad rahe hain? aap creator se lad rahe hain. kisi country se nahi lad rahe hain. kisi country ki army se nahi lad rahe aap. aap creator se ladein, kaise aap jeeteinge, bataiye, creator</w:t>
      </w:r>
    </w:p>
    <w:p>
      <w:pPr>
        <w:jc w:val="right"/>
      </w:pPr>
      <w:r>
        <w:t>شن نہیں ہے، اب کیا کریں گے؟ ابھی میرے پاس کئی، بعض جگہ آپ جانتے ہیں کہ آج کل چل رہے ہیں کچھ وائلنس، کچھ ٹکراؤ، کچھ پولیس فائرنگ، کچھ یہ سب ہو رہا ہے۔ میرے پاس اکثر ٹیلی فون آتا ہے۔ تو ان سے بھی میں نے یہی کہا۔ ابھی اسی وقت بات کر کے آیا ہوں اسی۔ کہ آپ لڑ رہے ہیں، کس سے لڑ رہے ہیں؟ آپ کریئیٹر سے لڑ رہے ہیں۔ کسی کنٹری سے نہیں لڑ رہے ہیں۔ کسی کنٹری کی آرمی سے نہیں لڑ رہے آپ۔ آپ کریئیٹر سے لڑیں، کیسے آپ جیتیں گے، بتائیے، کریئیٹر</w:t>
      </w:r>
    </w:p>
    <w:p>
      <w:r>
        <w:rPr>
          <w:b/>
        </w:rPr>
        <w:t xml:space="preserve">[42:28] </w:t>
      </w:r>
      <w:r>
        <w:t>se? yeh duniya mein hota raha hai, aise hoga.</w:t>
      </w:r>
    </w:p>
    <w:p>
      <w:pPr>
        <w:jc w:val="right"/>
      </w:pPr>
      <w:r>
        <w:t>سے؟ یہ دنیا میں ہوتا رہا ہے، ایسے ہوگا۔</w:t>
      </w:r>
    </w:p>
    <w:p>
      <w:r>
        <w:rPr>
          <w:b/>
        </w:rPr>
        <w:t xml:space="preserve">[42:34] </w:t>
      </w:r>
      <w:r>
        <w:t>to jo political status quo hai aap ke is waqt, us ko maan lijiye bas.</w:t>
      </w:r>
    </w:p>
    <w:p>
      <w:pPr>
        <w:jc w:val="right"/>
      </w:pPr>
      <w:r>
        <w:t>تو جو پولیٹیکل اسٹیٹس کو ہے آپ کے اس وقت، اس کو مان لیجیے بس۔</w:t>
      </w:r>
    </w:p>
    <w:p>
      <w:r>
        <w:rPr>
          <w:b/>
        </w:rPr>
        <w:t xml:space="preserve">[42:39] </w:t>
      </w:r>
      <w:r>
        <w:t>accept the status quo.</w:t>
      </w:r>
    </w:p>
    <w:p>
      <w:pPr>
        <w:jc w:val="right"/>
      </w:pPr>
      <w:r>
        <w:t>ایکسیپٹ دی اسٹیٹس کو۔</w:t>
      </w:r>
    </w:p>
    <w:p>
      <w:r>
        <w:rPr>
          <w:b/>
        </w:rPr>
        <w:t xml:space="preserve">[42:45] </w:t>
      </w:r>
      <w:r>
        <w:t>phir is ke baad peace hi peace hoga aap ke haan.</w:t>
      </w:r>
    </w:p>
    <w:p>
      <w:pPr>
        <w:jc w:val="right"/>
      </w:pPr>
      <w:r>
        <w:t>پھر اس کے بعد پیس ہی پیس ہوگا آپ کے ہاں۔</w:t>
      </w:r>
    </w:p>
    <w:p>
      <w:r>
        <w:rPr>
          <w:b/>
        </w:rPr>
        <w:t xml:space="preserve">[42:50] </w:t>
      </w:r>
      <w:r>
        <w:t>dekhiye, ek formula jis ko log bohat kam samajh paye hain.</w:t>
      </w:r>
    </w:p>
    <w:p>
      <w:pPr>
        <w:jc w:val="right"/>
      </w:pPr>
      <w:r>
        <w:t>دیکھیے، ایک فارمولا جس کو لوگ بہت کم سمجھ پائے ہیں۔</w:t>
      </w:r>
    </w:p>
    <w:p>
      <w:r>
        <w:rPr>
          <w:b/>
        </w:rPr>
        <w:t xml:space="preserve">[42:55] </w:t>
      </w:r>
      <w:r>
        <w:t>وہ فارمولا کیا ہے؟ Ignore the problem, avail the opportunities.</w:t>
      </w:r>
    </w:p>
    <w:p>
      <w:pPr>
        <w:jc w:val="right"/>
      </w:pPr>
      <w:r>
        <w:t>وہ فارمولا کیا ہے؟ ignore the problem avail the opportunities.</w:t>
      </w:r>
    </w:p>
    <w:p>
      <w:r>
        <w:rPr>
          <w:b/>
        </w:rPr>
        <w:t xml:space="preserve">[43:01] </w:t>
      </w:r>
      <w:r>
        <w:t>ignore the problem avail the opportunities. poori history mein log problem se ladte rahe hain. bohat thode log mile hain history mein mujhe, jo problem se ladai chhod kar ke opportunity ko avail karne ki taraf chale jayein. individual hon ya nation hon, sab problem se ladte hain, problem se ladte hain. aur phir kya hota hai? yani kuch, kuch gain nahi kar paate. best formula life ka, apne ko</w:t>
      </w:r>
    </w:p>
    <w:p>
      <w:pPr>
        <w:jc w:val="right"/>
      </w:pPr>
      <w:r>
        <w:t>ignore the problem avail the opportunities. پوری ہسٹری میں لوگ پرابلم سے لڑتے رہے ہیں۔ بہت تھوڑے لوگ ملے ہیں ہسٹری میں مجھے، جو پرابلم سے لڑائی چھوڑ کر کے اپرچونیٹی کو اویل کرنے کی طرف چلے جائیں۔ انڈیویجول ہوں یا نیشن ہوں، سب پرابلم سے لڑتے ہیں، پرابلم سے لڑتے ہیں۔ اور پھر کیا ہوتا ہے؟ یعنی کچھ، کچھ گین نہیں کر پاتے۔ بیسٹ فارمولا لائف کا، اپنے کو</w:t>
      </w:r>
    </w:p>
    <w:p>
      <w:r>
        <w:rPr>
          <w:b/>
        </w:rPr>
        <w:t xml:space="preserve">[43:31] </w:t>
      </w:r>
      <w:r>
        <w:t>ٹینشن فری بنانے کا، اور ڈی اسٹریسنگ کا فارمولا بیسٹ کیا ہے؟ Ignore the problem, avail the opportunities.</w:t>
      </w:r>
    </w:p>
    <w:p>
      <w:pPr>
        <w:jc w:val="right"/>
      </w:pPr>
      <w:r>
        <w:t>ٹینشن فری بنانے کا، اور ڈی اسٹریسنگ کا فارمولا بیسٹ کیا ہے؟ ignore the problem avail the opportunities.</w:t>
      </w:r>
    </w:p>
    <w:p>
      <w:r>
        <w:rPr>
          <w:b/>
        </w:rPr>
        <w:t xml:space="preserve">[43:37] </w:t>
      </w:r>
      <w:r>
        <w:t>jab aap problem ko focus karenge to tension hoga.</w:t>
      </w:r>
    </w:p>
    <w:p>
      <w:pPr>
        <w:jc w:val="right"/>
      </w:pPr>
      <w:r>
        <w:t>جب آپ پرابلم کو فوکس کریں گے تو ٹینشن ہوگا۔</w:t>
      </w:r>
    </w:p>
    <w:p>
      <w:r>
        <w:rPr>
          <w:b/>
        </w:rPr>
        <w:t xml:space="preserve">[43:43] </w:t>
      </w:r>
      <w:r>
        <w:t>jab bhi aap problem ko focus karenge to tension hoga.</w:t>
      </w:r>
    </w:p>
    <w:p>
      <w:pPr>
        <w:jc w:val="right"/>
      </w:pPr>
      <w:r>
        <w:t>جب بھی آپ پرابلم کو فوکس کریں گے تو ٹینشن ہوگا۔</w:t>
      </w:r>
    </w:p>
    <w:p>
      <w:r>
        <w:rPr>
          <w:b/>
        </w:rPr>
        <w:t xml:space="preserve">[43:49] </w:t>
      </w:r>
      <w:r>
        <w:t>aur jab aap focus karenge opportunities ko, to hope aayegi, hope kare jayegi.</w:t>
      </w:r>
    </w:p>
    <w:p>
      <w:pPr>
        <w:jc w:val="right"/>
      </w:pPr>
      <w:r>
        <w:t>اور جب آپ فوکس کریں گے اپرچونیٹیز کو، تو ہوپ آئے گی، ہوپ کرے جائے گی۔</w:t>
      </w:r>
    </w:p>
    <w:p>
      <w:r>
        <w:rPr>
          <w:b/>
        </w:rPr>
        <w:t xml:space="preserve">[43:55] </w:t>
      </w:r>
      <w:r>
        <w:t>tension khatam ho jayega apne aap.</w:t>
      </w:r>
    </w:p>
    <w:p>
      <w:pPr>
        <w:jc w:val="right"/>
      </w:pPr>
      <w:r>
        <w:t>ٹینشن ختم ہو جائے گا اپنے آپ۔</w:t>
      </w:r>
    </w:p>
    <w:p>
      <w:r>
        <w:rPr>
          <w:b/>
        </w:rPr>
        <w:t xml:space="preserve">[44:01] </w:t>
      </w:r>
      <w:r>
        <w:t>to yeh hai spirituality.</w:t>
      </w:r>
    </w:p>
    <w:p>
      <w:pPr>
        <w:jc w:val="right"/>
      </w:pPr>
      <w:r>
        <w:t>تو یہ ہے اسپرچوئلٹی۔</w:t>
      </w:r>
    </w:p>
    <w:p>
      <w:r>
        <w:rPr>
          <w:b/>
        </w:rPr>
        <w:t xml:space="preserve">[44:07] </w:t>
      </w:r>
      <w:r>
        <w:t>is ko aap kahein ke applied spirituality keh sakte hain aap.</w:t>
      </w:r>
    </w:p>
    <w:p>
      <w:pPr>
        <w:jc w:val="right"/>
      </w:pPr>
      <w:r>
        <w:t>اس کو آپ کہیں کہ اپلائیڈ اسپرچوئلٹی کہہ سکتے ہیں آپ۔</w:t>
      </w:r>
    </w:p>
    <w:p>
      <w:r>
        <w:rPr>
          <w:b/>
        </w:rPr>
        <w:t xml:space="preserve">[44:13] </w:t>
      </w:r>
      <w:r>
        <w:t>ya jo maine kaha ke living beyond the materiality, aap keh sakte hain aap.</w:t>
      </w:r>
    </w:p>
    <w:p>
      <w:pPr>
        <w:jc w:val="right"/>
      </w:pPr>
      <w:r>
        <w:t>یا جو میں نے کہا کہ لیونگ بیونڈ دا مٹیریلٹی، آپ کہہ سکتے ہیں آپ۔</w:t>
      </w:r>
    </w:p>
    <w:p>
      <w:r>
        <w:rPr>
          <w:b/>
        </w:rPr>
        <w:t xml:space="preserve">[44:19] </w:t>
      </w:r>
      <w:r>
        <w:t>to best formula apne ko tension free banane ka, ya de-stressing ka, kya hai? sachi spirituality ko apnana.</w:t>
      </w:r>
    </w:p>
    <w:p>
      <w:pPr>
        <w:jc w:val="right"/>
      </w:pPr>
      <w:r>
        <w:t>تو بیسٹ فارمولا اپنے کو ٹینشن فری بنانے کا، یا ڈی اسٹریسنگ کا، کیا ہے؟ سچی اسپرچوئلٹی کو اپنانا۔</w:t>
      </w:r>
    </w:p>
    <w:p>
      <w:r>
        <w:rPr>
          <w:b/>
        </w:rPr>
        <w:t xml:space="preserve">[44:25] </w:t>
      </w:r>
      <w:r>
        <w:t>jaisa ke maine kar rakha hai.</w:t>
      </w:r>
    </w:p>
    <w:p>
      <w:pPr>
        <w:jc w:val="right"/>
      </w:pPr>
      <w:r>
        <w:t>جیسا کہ میں نے کر رکھا ہے۔</w:t>
      </w:r>
    </w:p>
    <w:p>
      <w:r>
        <w:rPr>
          <w:b/>
        </w:rPr>
        <w:t xml:space="preserve">[44:31] </w:t>
      </w:r>
      <w:r>
        <w:t>mere bahut problem hain.</w:t>
      </w:r>
    </w:p>
    <w:p>
      <w:pPr>
        <w:jc w:val="right"/>
      </w:pPr>
      <w:r>
        <w:t>میرے بہت پرابلم ہیں۔</w:t>
      </w:r>
    </w:p>
    <w:p>
      <w:r>
        <w:rPr>
          <w:b/>
        </w:rPr>
        <w:t xml:space="preserve">[44:36] </w:t>
      </w:r>
      <w:r>
        <w:t>itne problem hain ke is par bolun to raat bhar shayad isi par bolta rahun, apne problem par.</w:t>
      </w:r>
    </w:p>
    <w:p>
      <w:pPr>
        <w:jc w:val="right"/>
      </w:pPr>
      <w:r>
        <w:t>اتنے پرابلم ہیں کہ اس پر بولوں تو رات بھر شاید اسی پر بولتا رہوں، اپنے پرابلم پر۔</w:t>
      </w:r>
    </w:p>
    <w:p>
      <w:r>
        <w:rPr>
          <w:b/>
        </w:rPr>
        <w:t xml:space="preserve">[44:41] </w:t>
      </w:r>
      <w:r>
        <w:t>lekin Khuda ke fazl se main sound sleep leta hun.</w:t>
      </w:r>
    </w:p>
    <w:p>
      <w:pPr>
        <w:jc w:val="right"/>
      </w:pPr>
      <w:r>
        <w:t>لیکن خدا کے فضل سے میں ساؤنڈ سلیپ لیتا ہوں۔</w:t>
      </w:r>
    </w:p>
    <w:p>
      <w:r>
        <w:rPr>
          <w:b/>
        </w:rPr>
        <w:t xml:space="preserve">[44:47] </w:t>
      </w:r>
      <w:r>
        <w:t>main koi, koi, mujhe koi aisi bimari nahin hai mujhe. Kuch nahin.</w:t>
      </w:r>
    </w:p>
    <w:p>
      <w:pPr>
        <w:jc w:val="right"/>
      </w:pPr>
      <w:r>
        <w:t>میں کوئی، کوئی، مجھے کوئی ایسی بیماری نہیں ہے مجھے۔ کچھ نہیں۔</w:t>
      </w:r>
    </w:p>
    <w:p>
      <w:r>
        <w:rPr>
          <w:b/>
        </w:rPr>
        <w:t xml:space="preserve">[44:52] </w:t>
      </w:r>
      <w:r>
        <w:t>abhi dekhiye, ek qissa hua.</w:t>
      </w:r>
    </w:p>
    <w:p>
      <w:pPr>
        <w:jc w:val="right"/>
      </w:pPr>
      <w:r>
        <w:t>ابھی دیکھیے، ایک قصہ ہوا۔</w:t>
      </w:r>
    </w:p>
    <w:p>
      <w:r>
        <w:rPr>
          <w:b/>
        </w:rPr>
        <w:t xml:space="preserve">[44:57] </w:t>
      </w:r>
      <w:r>
        <w:t>ek main bahut hi restrictive qissa batata hun aap ko.</w:t>
      </w:r>
    </w:p>
    <w:p>
      <w:pPr>
        <w:jc w:val="right"/>
      </w:pPr>
      <w:r>
        <w:t>ایک میں بہت ہی ریسٹریٹیو قصہ بتاتا ہوں آپ کو۔</w:t>
      </w:r>
    </w:p>
    <w:p>
      <w:r>
        <w:rPr>
          <w:b/>
        </w:rPr>
        <w:t xml:space="preserve">[45:02] </w:t>
      </w:r>
      <w:r>
        <w:t>ek sahib the wing commander, air force mein.</w:t>
      </w:r>
    </w:p>
    <w:p>
      <w:pPr>
        <w:jc w:val="right"/>
      </w:pPr>
      <w:r>
        <w:t>ایک صاحب تھے ونگ کمانڈر، ایئر فورس میں۔</w:t>
      </w:r>
    </w:p>
    <w:p>
      <w:r>
        <w:rPr>
          <w:b/>
        </w:rPr>
        <w:t xml:space="preserve">[45:06] </w:t>
      </w:r>
      <w:r>
        <w:t>yeh sacha qissa bata raha hun aap ko.</w:t>
      </w:r>
    </w:p>
    <w:p>
      <w:pPr>
        <w:jc w:val="right"/>
      </w:pPr>
      <w:r>
        <w:t>یہ سچا قصہ بتا رہا ہوں آپ کو۔</w:t>
      </w:r>
    </w:p>
    <w:p>
      <w:r>
        <w:rPr>
          <w:b/>
        </w:rPr>
        <w:t xml:space="preserve">[45:10] </w:t>
      </w:r>
      <w:r>
        <w:t>air force mein wing commander the woh.</w:t>
      </w:r>
    </w:p>
    <w:p>
      <w:pPr>
        <w:jc w:val="right"/>
      </w:pPr>
      <w:r>
        <w:t>ایئر فورس میں ونگ کمانڈر تھے وہ۔</w:t>
      </w:r>
    </w:p>
    <w:p>
      <w:r>
        <w:rPr>
          <w:b/>
        </w:rPr>
        <w:t xml:space="preserve">[45:14] </w:t>
      </w:r>
      <w:r>
        <w:t>main aise waqiat jo batata hun is liye ke ek individual case nahin hai woh.</w:t>
      </w:r>
    </w:p>
    <w:p>
      <w:pPr>
        <w:jc w:val="right"/>
      </w:pPr>
      <w:r>
        <w:t>میں ایسے واقعات جو بتاتا ہوں اس لیے کہ ایک انڈیویجول کیس نہیں ہے وہ۔</w:t>
      </w:r>
    </w:p>
    <w:p>
      <w:r>
        <w:rPr>
          <w:b/>
        </w:rPr>
        <w:t xml:space="preserve">[45:18] </w:t>
      </w:r>
      <w:r>
        <w:t>is ko aap generalize kar lijiye, sab ka case wahi hai.</w:t>
      </w:r>
    </w:p>
    <w:p>
      <w:pPr>
        <w:jc w:val="right"/>
      </w:pPr>
      <w:r>
        <w:t>اس کو آپ جنرلائز کر لیجیے، سب کا کیس وہی ہے۔</w:t>
      </w:r>
    </w:p>
    <w:p>
      <w:r>
        <w:rPr>
          <w:b/>
        </w:rPr>
        <w:t xml:space="preserve">[45:21] </w:t>
      </w:r>
      <w:r>
        <w:t>with some differences.</w:t>
      </w:r>
    </w:p>
    <w:p>
      <w:pPr>
        <w:jc w:val="right"/>
      </w:pPr>
      <w:r>
        <w:t>with some differences.</w:t>
      </w:r>
    </w:p>
    <w:p>
      <w:r>
        <w:rPr>
          <w:b/>
        </w:rPr>
        <w:t xml:space="preserve">[45:25] </w:t>
      </w:r>
      <w:r>
        <w:t>to woh air force mein wing commander the.</w:t>
      </w:r>
    </w:p>
    <w:p>
      <w:pPr>
        <w:jc w:val="right"/>
      </w:pPr>
      <w:r>
        <w:t>تو وہ ایئر فورس میں ونگ کمانڈر تھے۔</w:t>
      </w:r>
    </w:p>
    <w:p>
      <w:r>
        <w:rPr>
          <w:b/>
        </w:rPr>
        <w:t xml:space="preserve">[45:29] </w:t>
      </w:r>
      <w:r>
        <w:t>to kya hua? Kisi wajah se un ko ground kar diya gaya.</w:t>
      </w:r>
    </w:p>
    <w:p>
      <w:pPr>
        <w:jc w:val="right"/>
      </w:pPr>
      <w:r>
        <w:t>تو کیا ہوا؟ کسی وجہ سے ان کو گراؤنڈ کر دیا گیا۔</w:t>
      </w:r>
    </w:p>
    <w:p>
      <w:r>
        <w:rPr>
          <w:b/>
        </w:rPr>
        <w:t xml:space="preserve">[45:33] </w:t>
      </w:r>
      <w:r>
        <w:t>yani hawai jahaz udate the, phir un ko office ka kaam de diya gaya.</w:t>
      </w:r>
    </w:p>
    <w:p>
      <w:pPr>
        <w:jc w:val="right"/>
      </w:pPr>
      <w:r>
        <w:t>یعنی ہوائی جہاز اڑاتے تھے، پھر ان کو آفس کا کام دے دیا گیا۔</w:t>
      </w:r>
    </w:p>
    <w:p>
      <w:r>
        <w:rPr>
          <w:b/>
        </w:rPr>
        <w:t xml:space="preserve">[45:36] </w:t>
      </w:r>
      <w:r>
        <w:t>unki salary wahi thi.</w:t>
      </w:r>
    </w:p>
    <w:p>
      <w:pPr>
        <w:jc w:val="right"/>
      </w:pPr>
      <w:r>
        <w:t>ان کی سیلری وہی تھی۔</w:t>
      </w:r>
    </w:p>
    <w:p>
      <w:r>
        <w:rPr>
          <w:b/>
        </w:rPr>
        <w:t xml:space="preserve">[45:40] </w:t>
      </w:r>
      <w:r>
        <w:t>sare perks wahi the, woh sab kuch, facilities wahi thin.</w:t>
      </w:r>
    </w:p>
    <w:p>
      <w:pPr>
        <w:jc w:val="right"/>
      </w:pPr>
      <w:r>
        <w:t>سارے پرس وہی تھے، وہ سب کچھ، فیسلیٹیز وہی تھیں۔</w:t>
      </w:r>
    </w:p>
    <w:p>
      <w:r>
        <w:rPr>
          <w:b/>
        </w:rPr>
        <w:t xml:space="preserve">[45:43] </w:t>
      </w:r>
      <w:r>
        <w:t>lekin ground kar diya gaya.</w:t>
      </w:r>
    </w:p>
    <w:p>
      <w:pPr>
        <w:jc w:val="right"/>
      </w:pPr>
      <w:r>
        <w:t>لیکن گراؤنڈ کر دیا گیا۔</w:t>
      </w:r>
    </w:p>
    <w:p>
      <w:r>
        <w:rPr>
          <w:b/>
        </w:rPr>
        <w:t xml:space="preserve">[45:46] </w:t>
      </w:r>
      <w:r>
        <w:t>to hawai jahaz udane ke bajaye office ka kaam.</w:t>
      </w:r>
    </w:p>
    <w:p>
      <w:pPr>
        <w:jc w:val="right"/>
      </w:pPr>
      <w:r>
        <w:t>تو ہوائی جہاز اڑانے کے بجائے آفس کا کام۔</w:t>
      </w:r>
    </w:p>
    <w:p>
      <w:r>
        <w:rPr>
          <w:b/>
        </w:rPr>
        <w:t xml:space="preserve">[45:50] </w:t>
      </w:r>
      <w:r>
        <w:t>ab bahut ghussa hue woh.</w:t>
      </w:r>
    </w:p>
    <w:p>
      <w:pPr>
        <w:jc w:val="right"/>
      </w:pPr>
      <w:r>
        <w:t>اب بہت غصہ ہوئے وہ۔</w:t>
      </w:r>
    </w:p>
    <w:p>
      <w:r>
        <w:rPr>
          <w:b/>
        </w:rPr>
        <w:t xml:space="preserve">[45:53] </w:t>
      </w:r>
      <w:r>
        <w:t>phir baad se unhon ne bahut jhanjhat kiya, yahan tak ke resign kar diya.</w:t>
      </w:r>
    </w:p>
    <w:p>
      <w:pPr>
        <w:jc w:val="right"/>
      </w:pPr>
      <w:r>
        <w:t>پھر بعد سے انہوں نے بہت جھنجھٹ کیا، یہاں تک کہ ریزائن کر دیا۔</w:t>
      </w:r>
    </w:p>
    <w:p>
      <w:r>
        <w:rPr>
          <w:b/>
        </w:rPr>
        <w:t xml:space="preserve">[45:56] </w:t>
      </w:r>
      <w:r>
        <w:t>resign kar diya.</w:t>
      </w:r>
    </w:p>
    <w:p>
      <w:pPr>
        <w:jc w:val="right"/>
      </w:pPr>
      <w:r>
        <w:t>ریزائن کر دیا۔</w:t>
      </w:r>
    </w:p>
    <w:p>
      <w:r>
        <w:rPr>
          <w:b/>
        </w:rPr>
        <w:t xml:space="preserve">[46:00] </w:t>
      </w:r>
      <w:r>
        <w:t>is ke baad kya hua? Unhon ne ek</w:t>
      </w:r>
    </w:p>
    <w:p>
      <w:pPr>
        <w:jc w:val="right"/>
      </w:pPr>
      <w:r>
        <w:t>اس کے بعد کیا ہوا؟ انہوں نے ایک</w:t>
      </w:r>
    </w:p>
    <w:p>
      <w:r>
        <w:rPr>
          <w:b/>
        </w:rPr>
        <w:t xml:space="preserve">[46:03] </w:t>
      </w:r>
      <w:r>
        <w:t>business kiya.</w:t>
      </w:r>
    </w:p>
    <w:p>
      <w:pPr>
        <w:jc w:val="right"/>
      </w:pPr>
      <w:r>
        <w:t>بزنس کیا۔</w:t>
      </w:r>
    </w:p>
    <w:p>
      <w:r>
        <w:rPr>
          <w:b/>
        </w:rPr>
        <w:t xml:space="preserve">[46:06] </w:t>
      </w:r>
      <w:r>
        <w:t>woh business fail ho gaya woh.</w:t>
      </w:r>
    </w:p>
    <w:p>
      <w:pPr>
        <w:jc w:val="right"/>
      </w:pPr>
      <w:r>
        <w:t>وہ بزنس فیل ہو گیا وہ۔</w:t>
      </w:r>
    </w:p>
    <w:p>
      <w:r>
        <w:rPr>
          <w:b/>
        </w:rPr>
        <w:t xml:space="preserve">[46:09] </w:t>
      </w:r>
      <w:r>
        <w:t>sara paisa is mein doob gaya.</w:t>
      </w:r>
    </w:p>
    <w:p>
      <w:pPr>
        <w:jc w:val="right"/>
      </w:pPr>
      <w:r>
        <w:t>سارا پیسہ اس میں ڈوب گیا۔</w:t>
      </w:r>
    </w:p>
    <w:p>
      <w:r>
        <w:rPr>
          <w:b/>
        </w:rPr>
        <w:t xml:space="preserve">[46:12] </w:t>
      </w:r>
      <w:r>
        <w:t>ab kya hua? super tension in ko ho gaya.</w:t>
      </w:r>
    </w:p>
    <w:p>
      <w:pPr>
        <w:jc w:val="right"/>
      </w:pPr>
      <w:r>
        <w:t>اب کیا ہوا؟ سپر ٹینشن ان کو ہو گیا۔</w:t>
      </w:r>
    </w:p>
    <w:p>
      <w:r>
        <w:rPr>
          <w:b/>
        </w:rPr>
        <w:t xml:space="preserve">[46:15] </w:t>
      </w:r>
      <w:r>
        <w:t>pehle tension tha job chhodne ka, phir tension hua ke jo paisa tha woh bhi chala gaya.</w:t>
      </w:r>
    </w:p>
    <w:p>
      <w:pPr>
        <w:jc w:val="right"/>
      </w:pPr>
      <w:r>
        <w:t>پہلے ٹینشن تھا جاب چھوڑنے کا، پھر ٹینشن ہوا کہ جو پیسہ تھا وہ بھی چلا گیا۔</w:t>
      </w:r>
    </w:p>
    <w:p>
      <w:r>
        <w:rPr>
          <w:b/>
        </w:rPr>
        <w:t xml:space="preserve">[46:18] </w:t>
      </w:r>
      <w:r>
        <w:t>phir ek ke baad ek tension, ek ke baad ek tension.</w:t>
      </w:r>
    </w:p>
    <w:p>
      <w:pPr>
        <w:jc w:val="right"/>
      </w:pPr>
      <w:r>
        <w:t>پھر ایک کے بعد ایک ٹینشن، ایک کے بعد ایک ٹینشن۔</w:t>
      </w:r>
    </w:p>
    <w:p>
      <w:r>
        <w:rPr>
          <w:b/>
        </w:rPr>
        <w:t xml:space="preserve">[46:21] </w:t>
      </w:r>
      <w:r>
        <w:t>yahan tak ke jab woh job mein thay, job mein, maine dekha hai in ko, bohat hi</w:t>
      </w:r>
    </w:p>
    <w:p>
      <w:pPr>
        <w:jc w:val="right"/>
      </w:pPr>
      <w:r>
        <w:t>یہاں تک کہ جب وہ جاب میں تھے، جاب میں، میں نے دیکھا ہے ان کو، بہت ہی</w:t>
      </w:r>
    </w:p>
    <w:p>
      <w:r>
        <w:rPr>
          <w:b/>
        </w:rPr>
        <w:t xml:space="preserve">[46:24] </w:t>
      </w:r>
      <w:r>
        <w:t>healthy thay, bohat healthy.</w:t>
      </w:r>
    </w:p>
    <w:p>
      <w:pPr>
        <w:jc w:val="right"/>
      </w:pPr>
      <w:r>
        <w:t>ہیلدی تھے، بہت ہیلدی۔</w:t>
      </w:r>
    </w:p>
    <w:p>
      <w:r>
        <w:rPr>
          <w:b/>
        </w:rPr>
        <w:t xml:space="preserve">[46:27] </w:t>
      </w:r>
      <w:r>
        <w:t>baad ko bilkul woh beemar par gaye.</w:t>
      </w:r>
    </w:p>
    <w:p>
      <w:pPr>
        <w:jc w:val="right"/>
      </w:pPr>
      <w:r>
        <w:t>بعد کو بالکل وہ بیمار پڑ گئے۔</w:t>
      </w:r>
    </w:p>
    <w:p>
      <w:r>
        <w:rPr>
          <w:b/>
        </w:rPr>
        <w:t xml:space="preserve">[46:30] </w:t>
      </w:r>
      <w:r>
        <w:t>bohat hi in ko, yani aisi</w:t>
      </w:r>
    </w:p>
    <w:p>
      <w:pPr>
        <w:jc w:val="right"/>
      </w:pPr>
      <w:r>
        <w:t>بہت ہی ان کو، یعنی ایسی</w:t>
      </w:r>
    </w:p>
    <w:p>
      <w:r>
        <w:rPr>
          <w:b/>
        </w:rPr>
        <w:t xml:space="preserve">[46:33] </w:t>
      </w:r>
      <w:r>
        <w:t>bimari lag gayi jo curable nahi thi wo. yahan tak ke death ho gayi un ki. to main un ke funeral mein gaya tha. un ke funeral mein main shareek tha. jab un ko bury kiya gaya. aap jante hain, bury karne ka matlab underground dalna. zameen khod kar is mein dalte hain. to yaqeen kijiye ke main us waqt rone laga. maine socha ke</w:t>
      </w:r>
    </w:p>
    <w:p>
      <w:pPr>
        <w:jc w:val="right"/>
      </w:pPr>
      <w:r>
        <w:t>بیماری لگ گئی جو کیوریبل نہیں تھی وہ۔ یہاں تک کہ ڈیتھ ہو گئی ان کی۔ تو میں ان کے فیونرل میں گیا تھا۔ ان کے فیونرل میں میں شریک تھا۔ جب ان کو بری کیا گیا۔ آپ جانتے ہیں، بری کرنے کا مطلب انڈر گراؤنڈ ڈالنا۔ زمین کھود کر اس میں ڈالتے ہیں۔ تو یقین کیجیے کہ میں اس وقت رونے لگا۔ میں نے سوچا کہ</w:t>
      </w:r>
    </w:p>
    <w:p>
      <w:r>
        <w:rPr>
          <w:b/>
        </w:rPr>
        <w:t xml:space="preserve">[47:03] </w:t>
      </w:r>
      <w:r>
        <w:t>agar jis waqt un ko ground kiya gaya tha, agar wo yeh sochte, kabhi to compulsorily mujhe underground kiya jayega. abhi main ground kiye jaane par ghussa ho raha hoon, halanke bohat jald wo din aane wala hai jab ke compulsorily mujhe underground kar diya jayega. yeh tha un ke liye art of de-stressing. aisa sochte wo to isi waqt de-stress kar lete wo apne aap ko</w:t>
      </w:r>
    </w:p>
    <w:p>
      <w:pPr>
        <w:jc w:val="right"/>
      </w:pPr>
      <w:r>
        <w:t>اگر جس وقت ان کو گراؤنڈ کیا گیا تھا، اگر وہ یہ سوچتے، کبھی تو کمپلسریلی مجھے انڈر گراؤنڈ کیا جائے گا۔ ابھی میں گراؤنڈ کیے جانے پر غصہ ہو رہا ہوں، حالانکہ بہت جلد وہ دن آنے والا ہے جب کہ کمپلسریلی مجھے انڈر گراؤنڈ کر دیا جائے گا۔ یہ تھا ان کے لیے آرٹ آف ڈی اسٹریسنگ۔ ایسا سوچتے وہ تو اسی وقت ڈی اسٹریس کر لیتے وہ اپنے آپ کو</w:t>
      </w:r>
    </w:p>
    <w:p>
      <w:r>
        <w:rPr>
          <w:b/>
        </w:rPr>
        <w:t xml:space="preserve">[47:33] </w:t>
      </w:r>
      <w:r>
        <w:t>. tension free ban jate wo. isi ko main kehta hoon art of tension management. yani isi mein wo jeete rahe ke mujh ko ground kar diya gaya. aur phir aur jo unhon ne galtiyan ki, jis ki wajah se un ko bohat loss hue, in terms of money. aur phir tension mein, tension mein, yahan tak ke bimar pad kar mar gaye. to ek second mein is ko manage kar sakte the wo, ek sec</w:t>
      </w:r>
    </w:p>
    <w:p>
      <w:pPr>
        <w:jc w:val="right"/>
      </w:pPr>
      <w:r>
        <w:t>۔ ٹینشن فری بن جاتے وہ۔ اسی کو میں کہتا ہوں آرٹ آف ٹینشن مینجمنٹ۔ یعنی اسی میں وہ جیتے رہے کہ مجھ کو گراؤنڈ کر دیا گیا۔ اور پھر اور جو انہوں نے غلطیاں کیں، جس کی وجہ سے ان کو بہت لاس ہوئے، ان ٹرم آف منی۔ اور پھر ٹینشن میں، ٹینشن میں، یہاں تک کہ بیمار پڑ کے مر گئے۔ تو ایک سیکنڈ میں اس کو مینج کر سکتے تھے وہ، ایک س</w:t>
      </w:r>
    </w:p>
    <w:p>
      <w:r>
        <w:rPr>
          <w:b/>
        </w:rPr>
        <w:t xml:space="preserve">[48:03] </w:t>
      </w:r>
      <w:r>
        <w:t>second mein.</w:t>
      </w:r>
    </w:p>
    <w:p>
      <w:pPr>
        <w:jc w:val="right"/>
      </w:pPr>
      <w:r>
        <w:t>یکنڈ میں۔</w:t>
      </w:r>
    </w:p>
    <w:p>
      <w:r>
        <w:rPr>
          <w:b/>
        </w:rPr>
        <w:t xml:space="preserve">[48:07] </w:t>
      </w:r>
      <w:r>
        <w:t>ek second mein.</w:t>
      </w:r>
    </w:p>
    <w:p>
      <w:pPr>
        <w:jc w:val="right"/>
      </w:pPr>
      <w:r>
        <w:t>ایک سیکنڈ میں۔</w:t>
      </w:r>
    </w:p>
    <w:p>
      <w:r>
        <w:rPr>
          <w:b/>
        </w:rPr>
        <w:t xml:space="preserve">[48:10] </w:t>
      </w:r>
      <w:r>
        <w:t>yeh sochte agar woh.</w:t>
      </w:r>
    </w:p>
    <w:p>
      <w:pPr>
        <w:jc w:val="right"/>
      </w:pPr>
      <w:r>
        <w:t>یہ سوچتے اگر وہ۔</w:t>
      </w:r>
    </w:p>
    <w:p>
      <w:r>
        <w:rPr>
          <w:b/>
        </w:rPr>
        <w:t xml:space="preserve">[48:14] </w:t>
      </w:r>
      <w:r>
        <w:t>kabhi to unhon ne mujhe ground kiya hai, is ke baad to mujhe underground kiya jaane wala hai.</w:t>
      </w:r>
    </w:p>
    <w:p>
      <w:pPr>
        <w:jc w:val="right"/>
      </w:pPr>
      <w:r>
        <w:t>کبھی تو انہوں نے مجھے گراؤنڈ کیا ہے، اس کے بعد تو مجھے انڈر گراؤنڈ کیا جانے والا ہے۔</w:t>
      </w:r>
    </w:p>
    <w:p>
      <w:r>
        <w:rPr>
          <w:b/>
        </w:rPr>
        <w:t xml:space="preserve">[48:17] </w:t>
      </w:r>
      <w:r>
        <w:t>to phir is par tension kya, is par ghussa kiya.</w:t>
      </w:r>
    </w:p>
    <w:p>
      <w:pPr>
        <w:jc w:val="right"/>
      </w:pPr>
      <w:r>
        <w:t>تو پھر اس پر ٹینشن کیا، اس پر غصہ کیا۔</w:t>
      </w:r>
    </w:p>
    <w:p>
      <w:r>
        <w:rPr>
          <w:b/>
        </w:rPr>
        <w:t xml:space="preserve">[48:21] </w:t>
      </w:r>
      <w:r>
        <w:t>chalo yeh bhi theek hai, woh bhi theek hai.</w:t>
      </w:r>
    </w:p>
    <w:p>
      <w:pPr>
        <w:jc w:val="right"/>
      </w:pPr>
      <w:r>
        <w:t>چلو یہ بھی ٹھیک ہے، وہ بھی ٹھیک ہے۔</w:t>
      </w:r>
    </w:p>
    <w:p>
      <w:r>
        <w:rPr>
          <w:b/>
        </w:rPr>
        <w:t xml:space="preserve">[48:24] </w:t>
      </w:r>
      <w:r>
        <w:t>yeh hai art of tension management.</w:t>
      </w:r>
    </w:p>
    <w:p>
      <w:pPr>
        <w:jc w:val="right"/>
      </w:pPr>
      <w:r>
        <w:t>یہ ہے آرٹ آف ٹینشن مینجمنٹ۔</w:t>
      </w:r>
    </w:p>
    <w:p>
      <w:r>
        <w:rPr>
          <w:b/>
        </w:rPr>
        <w:t xml:space="preserve">[48:28] </w:t>
      </w:r>
      <w:r>
        <w:t>aur is ka raaz jo hai spirituality mein hai.</w:t>
      </w:r>
    </w:p>
    <w:p>
      <w:pPr>
        <w:jc w:val="right"/>
      </w:pPr>
      <w:r>
        <w:t>اور اس کا راز جو ہے اسپرچوئلٹی میں ہے۔</w:t>
      </w:r>
    </w:p>
    <w:p>
      <w:r>
        <w:rPr>
          <w:b/>
        </w:rPr>
        <w:t xml:space="preserve">[48:31] </w:t>
      </w:r>
      <w:r>
        <w:t>spirituality aap ko banati hai is qabil</w:t>
      </w:r>
    </w:p>
    <w:p>
      <w:pPr>
        <w:jc w:val="right"/>
      </w:pPr>
      <w:r>
        <w:t>اسپرچوئلٹی آپ کو بناتی ہے اس قابل</w:t>
      </w:r>
    </w:p>
    <w:p>
      <w:r>
        <w:rPr>
          <w:b/>
        </w:rPr>
        <w:t xml:space="preserve">[48:34] </w:t>
      </w:r>
      <w:r>
        <w:t>—</w:t>
      </w:r>
    </w:p>
    <w:p>
      <w:pPr>
        <w:jc w:val="right"/>
      </w:pPr>
      <w:r>
        <w:t>۔</w:t>
      </w:r>
    </w:p>
    <w:p>
      <w:r>
        <w:rPr>
          <w:b/>
        </w:rPr>
        <w:t xml:space="preserve">[48:39] </w:t>
      </w:r>
      <w:r>
        <w:t>Spirituality makes you able to manage your tension, your stress.</w:t>
      </w:r>
    </w:p>
    <w:p>
      <w:pPr>
        <w:jc w:val="right"/>
      </w:pPr>
      <w:r>
        <w:t>Spirituality makes you able to manage your tension, your stress.</w:t>
      </w:r>
    </w:p>
    <w:p>
      <w:r>
        <w:rPr>
          <w:b/>
        </w:rPr>
        <w:t xml:space="preserve">[48:43] </w:t>
      </w:r>
      <w:r>
        <w:t>lekin aap ko sincere banna parega.</w:t>
      </w:r>
    </w:p>
    <w:p>
      <w:pPr>
        <w:jc w:val="right"/>
      </w:pPr>
      <w:r>
        <w:t>لیکن آپ کو سینسئر بننا پڑے گا۔</w:t>
      </w:r>
    </w:p>
    <w:p>
      <w:r>
        <w:rPr>
          <w:b/>
        </w:rPr>
        <w:t xml:space="preserve">[48:48] </w:t>
      </w:r>
      <w:r>
        <w:t>cheezon ko bohat hi seriously lena parega.</w:t>
      </w:r>
    </w:p>
    <w:p>
      <w:pPr>
        <w:jc w:val="right"/>
      </w:pPr>
      <w:r>
        <w:t>چیزوں کو بہت ہی سیریسلی لینا پڑے گا۔</w:t>
      </w:r>
    </w:p>
    <w:p>
      <w:r>
        <w:rPr>
          <w:b/>
        </w:rPr>
        <w:t xml:space="preserve">[48:52] </w:t>
      </w:r>
      <w:r>
        <w:t>yeh nahi mumkin, log aise kiya karte hain ke chahte hain yeh bhi mile, woh bhi mile.</w:t>
      </w:r>
    </w:p>
    <w:p>
      <w:pPr>
        <w:jc w:val="right"/>
      </w:pPr>
      <w:r>
        <w:t>یہ نہیں ممکن، لوگ ایسے کیا کرتے ہیں کہ چاہتے ہیں یہ بھی ملے، وہ بھی ملے۔</w:t>
      </w:r>
    </w:p>
    <w:p>
      <w:r>
        <w:rPr>
          <w:b/>
        </w:rPr>
        <w:t xml:space="preserve">[48:56] </w:t>
      </w:r>
      <w:r>
        <w:t>aap chahte hain India bhi rahoon mein aur Britain bhi rahoon, to kaise ho sakta hai? aap ko</w:t>
      </w:r>
    </w:p>
    <w:p>
      <w:pPr>
        <w:jc w:val="right"/>
      </w:pPr>
      <w:r>
        <w:t>آپ چاہتے ہیں انڈیا بھی رہوں میں اور برٹن بھی رہوں، تو کیسے ہو سکتا ہے؟ آپ کو</w:t>
      </w:r>
    </w:p>
    <w:p>
      <w:r>
        <w:rPr>
          <w:b/>
        </w:rPr>
        <w:t xml:space="preserve">[49:01] </w:t>
      </w:r>
      <w:r>
        <w:t>Britain ko chhodna parega to India milega, India ko chhodna parega to Britain milega.</w:t>
      </w:r>
    </w:p>
    <w:p>
      <w:pPr>
        <w:jc w:val="right"/>
      </w:pPr>
      <w:r>
        <w:t>برٹن کو چھوڑنا پڑے گا تو انڈیا ملے گا، انڈیا کو چھوڑنا پڑے گا تو برٹن ملے گا۔</w:t>
      </w:r>
    </w:p>
    <w:p>
      <w:r>
        <w:rPr>
          <w:b/>
        </w:rPr>
        <w:t xml:space="preserve">[49:05] </w:t>
      </w:r>
      <w:r>
        <w:t>to log chahte hain ke yeh bhi position mujhe mili rahe, wo bhi mili rahe. isi liye main kehta hoon sincerity must hai. to main yeh kahunga ke spirituality ko samjhiye, as an art of mind, as an art of mind. Art of heart nahi. There is nothing. aur mind ke andar Khuda ne, creator ne bohat zyada capacity di hai. You can man</w:t>
      </w:r>
    </w:p>
    <w:p>
      <w:pPr>
        <w:jc w:val="right"/>
      </w:pPr>
      <w:r>
        <w:t>تو لوگ چاہتے ہیں کہ یہ بھی پوزیشن مجھے ملی رہے، وہ بھی ملی رہے۔ اسی لیے میں کہتا ہوں سینسیرٹی مسٹ ہے۔ تو میں یہ کہوں گا کہ اسپرچوئلٹی کو سمجھیے، as an art of mind, as an art of mind. Art of heart نہیں۔ There is nothing. اور مائنڈ کے اندر خدا نے، کریئیٹر نے بہت زیادہ کیپیسٹی دی ہے۔ You can man</w:t>
      </w:r>
    </w:p>
    <w:p>
      <w:r>
        <w:rPr>
          <w:b/>
        </w:rPr>
        <w:t xml:space="preserve">[49:35] </w:t>
      </w:r>
      <w:r>
        <w:t>age everything by using your intellectual capacity.</w:t>
      </w:r>
    </w:p>
    <w:p>
      <w:pPr>
        <w:jc w:val="right"/>
      </w:pPr>
      <w:r>
        <w:t>age everything by using your intellectual capacity.</w:t>
      </w:r>
    </w:p>
    <w:p>
      <w:r>
        <w:rPr>
          <w:b/>
        </w:rPr>
        <w:t xml:space="preserve">[49:41] </w:t>
      </w:r>
      <w:r>
        <w:t>to espirchualiti ko samjhiye.</w:t>
      </w:r>
    </w:p>
    <w:p>
      <w:pPr>
        <w:jc w:val="right"/>
      </w:pPr>
      <w:r>
        <w:t>تو اسپرچوئلٹی کو سمجھیے۔</w:t>
      </w:r>
    </w:p>
    <w:p>
      <w:r>
        <w:rPr>
          <w:b/>
        </w:rPr>
        <w:t xml:space="preserve">[49:47] </w:t>
      </w:r>
      <w:r>
        <w:t>espirchualiti ko apni zindagi ka hissa banaiye.</w:t>
      </w:r>
    </w:p>
    <w:p>
      <w:pPr>
        <w:jc w:val="right"/>
      </w:pPr>
      <w:r>
        <w:t>اسپرچوئلٹی کو اپنی زندگی کا حصہ بنائیے۔</w:t>
      </w:r>
    </w:p>
    <w:p>
      <w:r>
        <w:rPr>
          <w:b/>
        </w:rPr>
        <w:t xml:space="preserve">[49:53] </w:t>
      </w:r>
      <w:r>
        <w:t>aur phir aap ke liye is dunya mein na koi tension hoga, na koi stress hoga.</w:t>
      </w:r>
    </w:p>
    <w:p>
      <w:pPr>
        <w:jc w:val="right"/>
      </w:pPr>
      <w:r>
        <w:t>اور پھر آپ کے لیے اس دنیا میں نہ کوئی ٹینشن ہوگا، نہ کوئی اسٹریس ہوگا۔</w:t>
      </w:r>
    </w:p>
    <w:p>
      <w:r>
        <w:rPr>
          <w:b/>
        </w:rPr>
        <w:t xml:space="preserve">[49:59] </w:t>
      </w:r>
      <w:r>
        <w:t>yeh hai mera experience, yeh hai meri study. jo</w:t>
      </w:r>
    </w:p>
    <w:p>
      <w:pPr>
        <w:jc w:val="right"/>
      </w:pPr>
      <w:r>
        <w:t>یہ ہے میرا ایکسپیرینس، یہ ہے میری اسٹڈی۔ جو</w:t>
      </w:r>
    </w:p>
    <w:p>
      <w:r>
        <w:rPr>
          <w:b/>
        </w:rPr>
        <w:t xml:space="preserve">[50:05] </w:t>
      </w:r>
      <w:r>
        <w:t>bohat dinon ke baad maine samjhi hai, isko maine aap ke samne pesh kiya. Thank you.</w:t>
      </w:r>
    </w:p>
    <w:p>
      <w:pPr>
        <w:jc w:val="right"/>
      </w:pPr>
      <w:r>
        <w:t>بہت دنوں کے بعد میں نے سمجھی ہے، اس کو میں نے آپ کے سامنے پیش کیا۔ Thank you.</w:t>
      </w:r>
    </w:p>
    <w:p>
      <w:r>
        <w:rPr>
          <w:b/>
        </w:rPr>
        <w:t xml:space="preserve">[50:13] </w:t>
      </w:r>
      <w:r>
        <w:t>We can now have a quickly a short question-answer session.</w:t>
      </w:r>
    </w:p>
    <w:p>
      <w:pPr>
        <w:jc w:val="right"/>
      </w:pPr>
      <w:r>
        <w:t>We can now have a quickly a short question-answer session.</w:t>
      </w:r>
    </w:p>
    <w:p>
      <w:r>
        <w:rPr>
          <w:b/>
        </w:rPr>
        <w:t xml:space="preserve">[50:21] </w:t>
      </w:r>
      <w:r>
        <w:t>You can hand over your questions to any of the CPS volunteers.</w:t>
      </w:r>
    </w:p>
    <w:p>
      <w:pPr>
        <w:jc w:val="right"/>
      </w:pPr>
      <w:r>
        <w:t>You can hand over your questions to any of the CPS volunteers.</w:t>
      </w:r>
    </w:p>
    <w:p>
      <w:r>
        <w:rPr>
          <w:b/>
        </w:rPr>
        <w:t xml:space="preserve">[50:29] </w:t>
      </w:r>
      <w:r>
        <w:t>I would request that you restrict your questions to today's subject.</w:t>
      </w:r>
    </w:p>
    <w:p>
      <w:pPr>
        <w:jc w:val="right"/>
      </w:pPr>
      <w:r>
        <w:t>I would request that you restrict your questions to today's subject.</w:t>
      </w:r>
    </w:p>
    <w:p>
      <w:r>
        <w:rPr>
          <w:b/>
        </w:rPr>
        <w:t xml:space="preserve">[50:37] </w:t>
      </w:r>
      <w:r>
        <w:t>Rana, till we get questions, a question actually came in my mind while I was listening to your lecture.</w:t>
      </w:r>
    </w:p>
    <w:p>
      <w:pPr>
        <w:jc w:val="right"/>
      </w:pPr>
      <w:r>
        <w:t>Rana, till we get questions, a question actually came in my mind while I was listening to your lecture.</w:t>
      </w:r>
    </w:p>
    <w:p>
      <w:r>
        <w:rPr>
          <w:b/>
        </w:rPr>
        <w:t xml:space="preserve">[50:41] </w:t>
      </w:r>
      <w:r>
        <w:t>I've often seen that when the subject of spirituality is discussed among people, they often respond by saying</w:t>
      </w:r>
    </w:p>
    <w:p>
      <w:pPr>
        <w:jc w:val="right"/>
      </w:pPr>
      <w:r>
        <w:t>I've often seen that when the subject of spirituality is discussed among people, they often respond by saying</w:t>
      </w:r>
    </w:p>
    <w:p>
      <w:r>
        <w:rPr>
          <w:b/>
        </w:rPr>
        <w:t xml:space="preserve">[50:45] </w:t>
      </w:r>
      <w:r>
        <w:t>that there are a lot of problems that we are facing, our job is very demanding, so there</w:t>
      </w:r>
    </w:p>
    <w:p>
      <w:pPr>
        <w:jc w:val="right"/>
      </w:pPr>
      <w:r>
        <w:t>that there are a lot of problems that we are facing, our job is very demanding, so there</w:t>
      </w:r>
    </w:p>
    <w:p>
      <w:r>
        <w:rPr>
          <w:b/>
        </w:rPr>
        <w:t xml:space="preserve">[50:50] </w:t>
      </w:r>
      <w:r>
        <w:t>is no time for spirituality.</w:t>
      </w:r>
    </w:p>
    <w:p>
      <w:pPr>
        <w:jc w:val="right"/>
      </w:pPr>
      <w:r>
        <w:t>is no time for spirituality.</w:t>
      </w:r>
    </w:p>
    <w:p>
      <w:r>
        <w:rPr>
          <w:b/>
        </w:rPr>
        <w:t xml:space="preserve">[50:54] </w:t>
      </w:r>
      <w:r>
        <w:t>We'll think about spirituality at a later stage, maybe after we retire.</w:t>
      </w:r>
    </w:p>
    <w:p>
      <w:pPr>
        <w:jc w:val="right"/>
      </w:pPr>
      <w:r>
        <w:t>We'll think about spirituality at a later stage, maybe after we retire.</w:t>
      </w:r>
    </w:p>
    <w:p>
      <w:r>
        <w:rPr>
          <w:b/>
        </w:rPr>
        <w:t xml:space="preserve">[50:58] </w:t>
      </w:r>
      <w:r>
        <w:t>What is your comment on this?</w:t>
      </w:r>
    </w:p>
    <w:p>
      <w:pPr>
        <w:jc w:val="right"/>
      </w:pPr>
      <w:r>
        <w:t>What is your comment on this?</w:t>
      </w:r>
    </w:p>
    <w:p>
      <w:r>
        <w:rPr>
          <w:b/>
        </w:rPr>
        <w:t xml:space="preserve">[51:03] </w:t>
      </w:r>
      <w:r>
        <w:t>abhi to isi waqt</w:t>
      </w:r>
    </w:p>
    <w:p>
      <w:pPr>
        <w:jc w:val="right"/>
      </w:pPr>
      <w:r>
        <w:t>ابھی تو اسی وقت</w:t>
      </w:r>
    </w:p>
    <w:p>
      <w:r>
        <w:rPr>
          <w:b/>
        </w:rPr>
        <w:t xml:space="preserve">[51:07] </w:t>
      </w:r>
      <w:r>
        <w:t>to hamein kaam hai espirchualiti ka.</w:t>
      </w:r>
    </w:p>
    <w:p>
      <w:pPr>
        <w:jc w:val="right"/>
      </w:pPr>
      <w:r>
        <w:t>تو ہمیں کام ہے اسپرچوئلٹی کا۔</w:t>
      </w:r>
    </w:p>
    <w:p>
      <w:r>
        <w:rPr>
          <w:b/>
        </w:rPr>
        <w:t xml:space="preserve">[51:10] </w:t>
      </w:r>
      <w:r>
        <w:t>retirement ke baad espirchualiti se faida kya hai? asal mein dekhiye, log jo hain is espirchualiti ko nahi</w:t>
      </w:r>
    </w:p>
    <w:p>
      <w:pPr>
        <w:jc w:val="right"/>
      </w:pPr>
      <w:r>
        <w:t>ریٹائرمنٹ کے بعد اسپرچوئلٹی سے فائدہ کیا ہے؟ اصل میں دیکھیں، لوگ جو ہیں اس اسپرچوئلٹی کو نہیں</w:t>
      </w:r>
    </w:p>
    <w:p>
      <w:r>
        <w:rPr>
          <w:b/>
        </w:rPr>
        <w:t xml:space="preserve">[51:14] </w:t>
      </w:r>
      <w:r>
        <w:t>jante hain jo ke main keh raha hoon, mind based espirchualiti.</w:t>
      </w:r>
    </w:p>
    <w:p>
      <w:pPr>
        <w:jc w:val="right"/>
      </w:pPr>
      <w:r>
        <w:t>جانتے ہیں جو کہ میں کہہ رہا ہوں، مائنڈ بیسڈ اسپرچوئلٹی۔</w:t>
      </w:r>
    </w:p>
    <w:p>
      <w:r>
        <w:rPr>
          <w:b/>
        </w:rPr>
        <w:t xml:space="preserve">[51:17] </w:t>
      </w:r>
      <w:r>
        <w:t>log heart based espirchualiti ko jante hain.</w:t>
      </w:r>
    </w:p>
    <w:p>
      <w:pPr>
        <w:jc w:val="right"/>
      </w:pPr>
      <w:r>
        <w:t>لوگ ہارٹ بیسڈ اسپرچوئلٹی کو جانتے ہیں۔</w:t>
      </w:r>
    </w:p>
    <w:p>
      <w:r>
        <w:rPr>
          <w:b/>
        </w:rPr>
        <w:t xml:space="preserve">[51:20] </w:t>
      </w:r>
      <w:r>
        <w:t>yeh to meri discovery hai.</w:t>
      </w:r>
    </w:p>
    <w:p>
      <w:pPr>
        <w:jc w:val="right"/>
      </w:pPr>
      <w:r>
        <w:t>یہ تو میری ڈسکوری ہے۔</w:t>
      </w:r>
    </w:p>
    <w:p>
      <w:r>
        <w:rPr>
          <w:b/>
        </w:rPr>
        <w:t xml:space="preserve">[51:24] </w:t>
      </w:r>
      <w:r>
        <w:t>yeh meri discovery hai ke maine mind based espirchualiti ko discover kiya.</w:t>
      </w:r>
    </w:p>
    <w:p>
      <w:pPr>
        <w:jc w:val="right"/>
      </w:pPr>
      <w:r>
        <w:t>یہ میری ڈسکوری ہے کہ میں نے مائنڈ بیسڈ اسپرچوئلٹی کو ڈسکور کیا۔</w:t>
      </w:r>
    </w:p>
    <w:p>
      <w:r>
        <w:rPr>
          <w:b/>
        </w:rPr>
        <w:t xml:space="preserve">[51:27] </w:t>
      </w:r>
      <w:r>
        <w:t>isko log jante nahi.</w:t>
      </w:r>
    </w:p>
    <w:p>
      <w:pPr>
        <w:jc w:val="right"/>
      </w:pPr>
      <w:r>
        <w:t>اس کو لوگ جانتے نہیں۔</w:t>
      </w:r>
    </w:p>
    <w:p>
      <w:r>
        <w:rPr>
          <w:b/>
        </w:rPr>
        <w:t xml:space="preserve">[51:30] </w:t>
      </w:r>
      <w:r>
        <w:t>wo to zindagi ko zyada meaningful banata hai.</w:t>
      </w:r>
    </w:p>
    <w:p>
      <w:pPr>
        <w:jc w:val="right"/>
      </w:pPr>
      <w:r>
        <w:t>وہ تو زندگی کو زیادہ میننگ فل بناتا ہے۔</w:t>
      </w:r>
    </w:p>
    <w:p>
      <w:r>
        <w:rPr>
          <w:b/>
        </w:rPr>
        <w:t xml:space="preserve">[51:34] </w:t>
      </w:r>
      <w:r>
        <w:t>jis espirchualiti ko main keh raha hoon,</w:t>
      </w:r>
    </w:p>
    <w:p>
      <w:pPr>
        <w:jc w:val="right"/>
      </w:pPr>
      <w:r>
        <w:t>جس اسپرچوئلٹی کو میں کہہ رہا ہوں،</w:t>
      </w:r>
    </w:p>
    <w:p>
      <w:r>
        <w:rPr>
          <w:b/>
        </w:rPr>
        <w:t xml:space="preserve">[51:37] </w:t>
      </w:r>
      <w:r>
        <w:t>wo aap ki life ko zyada spiritual, zyada meaningful banata hai.</w:t>
      </w:r>
    </w:p>
    <w:p>
      <w:pPr>
        <w:jc w:val="right"/>
      </w:pPr>
      <w:r>
        <w:t>وہ آپ کی لائف کو زیادہ اسپرچول، زیادہ میننگ فل بناتا ہے۔</w:t>
      </w:r>
    </w:p>
    <w:p>
      <w:r>
        <w:rPr>
          <w:b/>
        </w:rPr>
        <w:t xml:space="preserve">[51:41] </w:t>
      </w:r>
      <w:r>
        <w:t>aap ke job ko, aap ke business ko zyada meaningful banata hai.</w:t>
      </w:r>
    </w:p>
    <w:p>
      <w:pPr>
        <w:jc w:val="right"/>
      </w:pPr>
      <w:r>
        <w:t>آپ کے جاب کو، آپ کے بزنس کو زیادہ میننگ فل بناتا ہے۔</w:t>
      </w:r>
    </w:p>
    <w:p>
      <w:r>
        <w:rPr>
          <w:b/>
        </w:rPr>
        <w:t xml:space="preserve">[51:45] </w:t>
      </w:r>
      <w:r>
        <w:t>yani aap jante hain ke job ho ya business ho, industry ho, hamesha kuch na kuch setback</w:t>
      </w:r>
    </w:p>
    <w:p>
      <w:pPr>
        <w:jc w:val="right"/>
      </w:pPr>
      <w:r>
        <w:t>یعنی آپ جانتے ہیں کہ جاب ہو یا بزنس ہو، انڈسٹری ہو، ہمیشہ کچھ نہ کچھ سیٹ بیک</w:t>
      </w:r>
    </w:p>
    <w:p>
      <w:r>
        <w:rPr>
          <w:b/>
        </w:rPr>
        <w:t xml:space="preserve">[51:48] </w:t>
      </w:r>
      <w:r>
        <w:t>bhi hota hai, zaroor hota hai.</w:t>
      </w:r>
    </w:p>
    <w:p>
      <w:pPr>
        <w:jc w:val="right"/>
      </w:pPr>
      <w:r>
        <w:t>بھی ہوتا ہے، ضرور ہوتا ہے۔</w:t>
      </w:r>
    </w:p>
    <w:p>
      <w:r>
        <w:rPr>
          <w:b/>
        </w:rPr>
        <w:t xml:space="preserve">[51:52] </w:t>
      </w:r>
      <w:r>
        <w:t>ek shock lagta hai.</w:t>
      </w:r>
    </w:p>
    <w:p>
      <w:pPr>
        <w:jc w:val="right"/>
      </w:pPr>
      <w:r>
        <w:t>ایک شاک لگتا ہے۔</w:t>
      </w:r>
    </w:p>
    <w:p>
      <w:r>
        <w:rPr>
          <w:b/>
        </w:rPr>
        <w:t xml:space="preserve">[51:56] </w:t>
      </w:r>
      <w:r>
        <w:t>is shock ko kaise aap sahein? aap ko shock ko sehna hi sehna hai.</w:t>
      </w:r>
    </w:p>
    <w:p>
      <w:pPr>
        <w:jc w:val="right"/>
      </w:pPr>
      <w:r>
        <w:t>اس شاک کو کیسے آپ سہیں؟ آپ کو شاک کو سہنا ہی سہنا ہے۔</w:t>
      </w:r>
    </w:p>
    <w:p>
      <w:r>
        <w:rPr>
          <w:b/>
        </w:rPr>
        <w:t xml:space="preserve">[52:00] </w:t>
      </w:r>
      <w:r>
        <w:t>kyun ke aap aisa business nahi hai, aisi koi industry nahi hai, aisa koi job nahi hai jahan aap</w:t>
      </w:r>
    </w:p>
    <w:p>
      <w:pPr>
        <w:jc w:val="right"/>
      </w:pPr>
      <w:r>
        <w:t>کیونکہ آپ ایسا بزنس نہیں ہے، ایسی کوئی انڈسٹری نہیں ہے، ایسا کوئی جاب نہیں ہے جہاں آپ</w:t>
      </w:r>
    </w:p>
    <w:p>
      <w:r>
        <w:rPr>
          <w:b/>
        </w:rPr>
        <w:t xml:space="preserve">[52:04] </w:t>
      </w:r>
      <w:r>
        <w:t>ko kabhi na kabhi shock na lagay.</w:t>
      </w:r>
    </w:p>
    <w:p>
      <w:pPr>
        <w:jc w:val="right"/>
      </w:pPr>
      <w:r>
        <w:t>کو کبھی نہ کبھی شاک نہ لگے۔</w:t>
      </w:r>
    </w:p>
    <w:p>
      <w:r>
        <w:rPr>
          <w:b/>
        </w:rPr>
        <w:t xml:space="preserve">[52:08] </w:t>
      </w:r>
      <w:r>
        <w:t>to shock management ka formula to hai spirituality.</w:t>
      </w:r>
    </w:p>
    <w:p>
      <w:pPr>
        <w:jc w:val="right"/>
      </w:pPr>
      <w:r>
        <w:t>تو شاک مینجمنٹ کا فارمولا تو ہے اسپرچوئلٹی۔</w:t>
      </w:r>
    </w:p>
    <w:p>
      <w:r>
        <w:rPr>
          <w:b/>
        </w:rPr>
        <w:t xml:space="preserve">[52:13] </w:t>
      </w:r>
      <w:r>
        <w:t>to aap ki life ko zyada acha banata hai.</w:t>
      </w:r>
    </w:p>
    <w:p>
      <w:pPr>
        <w:jc w:val="right"/>
      </w:pPr>
      <w:r>
        <w:t>تو آپ کی لائف کو زیادہ اچھا بناتا ہے۔</w:t>
      </w:r>
    </w:p>
    <w:p>
      <w:r>
        <w:rPr>
          <w:b/>
        </w:rPr>
        <w:t xml:space="preserve">[52:18] </w:t>
      </w:r>
      <w:r>
        <w:t>retirement ke baad kya faida? is ke baad to phir woh to life hi khatam ho jati hai.</w:t>
      </w:r>
    </w:p>
    <w:p>
      <w:pPr>
        <w:jc w:val="right"/>
      </w:pPr>
      <w:r>
        <w:t>ریٹائرمنٹ کے بعد کیا فائدہ؟ اس کے بعد تو پھر وہ تو لائف ہی ختم ہو جاتی ہے۔</w:t>
      </w:r>
    </w:p>
    <w:p>
      <w:r>
        <w:rPr>
          <w:b/>
        </w:rPr>
        <w:t xml:space="preserve">[52:23] </w:t>
      </w:r>
      <w:r>
        <w:t>Rana, this question is from Dr. V. M. Kohli.</w:t>
      </w:r>
    </w:p>
    <w:p>
      <w:pPr>
        <w:jc w:val="right"/>
      </w:pPr>
      <w:r>
        <w:t>Rana, this question is from Dr. V. M. Kohli.</w:t>
      </w:r>
    </w:p>
    <w:p>
      <w:r>
        <w:rPr>
          <w:b/>
        </w:rPr>
        <w:t xml:space="preserve">[52:28] </w:t>
      </w:r>
      <w:r>
        <w:t>He writes, "Robin Sharma, author of The Monk Who Sold His Ferrari, says very much the same things</w:t>
      </w:r>
    </w:p>
    <w:p>
      <w:pPr>
        <w:jc w:val="right"/>
      </w:pPr>
      <w:r>
        <w:t>He writes, "Robin Sharma, author of The Monk Who Sold His Ferrari, says very much the same things</w:t>
      </w:r>
    </w:p>
    <w:p>
      <w:r>
        <w:rPr>
          <w:b/>
        </w:rPr>
        <w:t xml:space="preserve">[52:33] </w:t>
      </w:r>
      <w:r>
        <w:t>as mentioned by you.</w:t>
      </w:r>
    </w:p>
    <w:p>
      <w:pPr>
        <w:jc w:val="right"/>
      </w:pPr>
      <w:r>
        <w:t>as mentioned by you.</w:t>
      </w:r>
    </w:p>
    <w:p>
      <w:r>
        <w:rPr>
          <w:b/>
        </w:rPr>
        <w:t xml:space="preserve">[52:38] </w:t>
      </w:r>
      <w:r>
        <w:t>Sant Kabir says that the Creator resides in all of us, so one should meditate to open our</w:t>
      </w:r>
    </w:p>
    <w:p>
      <w:pPr>
        <w:jc w:val="right"/>
      </w:pPr>
      <w:r>
        <w:t>Sant Kabir says that the Creator resides in all of us, so one should meditate to open our</w:t>
      </w:r>
    </w:p>
    <w:p>
      <w:r>
        <w:rPr>
          <w:b/>
        </w:rPr>
        <w:t xml:space="preserve">[52:42] </w:t>
      </w:r>
      <w:r>
        <w:t>third eye and recognize them in all of us." What is your?</w:t>
      </w:r>
    </w:p>
    <w:p>
      <w:pPr>
        <w:jc w:val="right"/>
      </w:pPr>
      <w:r>
        <w:t>third eye and recognize them in all of us." What is your?</w:t>
      </w:r>
    </w:p>
    <w:p>
      <w:r>
        <w:rPr>
          <w:b/>
        </w:rPr>
        <w:t xml:space="preserve">[52:45] </w:t>
      </w:r>
      <w:r>
        <w:t>nahi, aisa nahi hai.</w:t>
      </w:r>
    </w:p>
    <w:p>
      <w:pPr>
        <w:jc w:val="right"/>
      </w:pPr>
      <w:r>
        <w:t>نہیں، ایسا نہیں ہے۔</w:t>
      </w:r>
    </w:p>
    <w:p>
      <w:r>
        <w:rPr>
          <w:b/>
        </w:rPr>
        <w:t xml:space="preserve">[52:49] </w:t>
      </w:r>
      <w:r>
        <w:t>The Monk Who Sold His Ferrari is ka, is ka concept doosra hai.</w:t>
      </w:r>
    </w:p>
    <w:p>
      <w:pPr>
        <w:jc w:val="right"/>
      </w:pPr>
      <w:r>
        <w:t>The Monk Who Sold His Ferrari اس کا، اس کا کانسپٹ دوسرا ہے۔</w:t>
      </w:r>
    </w:p>
    <w:p>
      <w:r>
        <w:rPr>
          <w:b/>
        </w:rPr>
        <w:t xml:space="preserve">[52:53] </w:t>
      </w:r>
      <w:r>
        <w:t>main doosri baat keh raha hoon.</w:t>
      </w:r>
    </w:p>
    <w:p>
      <w:pPr>
        <w:jc w:val="right"/>
      </w:pPr>
      <w:r>
        <w:t>میں دوسری بات کہہ رہا ہوں۔</w:t>
      </w:r>
    </w:p>
    <w:p>
      <w:r>
        <w:rPr>
          <w:b/>
        </w:rPr>
        <w:t xml:space="preserve">[52:57] </w:t>
      </w:r>
      <w:r>
        <w:t>shayad aap ne poori, meri poori speech nahi suni hai.</w:t>
      </w:r>
    </w:p>
    <w:p>
      <w:pPr>
        <w:jc w:val="right"/>
      </w:pPr>
      <w:r>
        <w:t>شاید آپ نے پوری، میری پوری اسپیچ نہیں سنی ہے۔</w:t>
      </w:r>
    </w:p>
    <w:p>
      <w:r>
        <w:rPr>
          <w:b/>
        </w:rPr>
        <w:t xml:space="preserve">[53:01] </w:t>
      </w:r>
      <w:r>
        <w:t>main mind based spirituality ki baat kar raha hoon.</w:t>
      </w:r>
    </w:p>
    <w:p>
      <w:pPr>
        <w:jc w:val="right"/>
      </w:pPr>
      <w:r>
        <w:t>میں مائنڈ بیسڈ اسپرچوئلٹی کی بات کر رہا ہوں۔</w:t>
      </w:r>
    </w:p>
    <w:p>
      <w:r>
        <w:rPr>
          <w:b/>
        </w:rPr>
        <w:t xml:space="preserve">[53:04] </w:t>
      </w:r>
      <w:r>
        <w:t>woh to woh keh rahe hain ke jungle mein chale jao.</w:t>
      </w:r>
    </w:p>
    <w:p>
      <w:pPr>
        <w:jc w:val="right"/>
      </w:pPr>
      <w:r>
        <w:t>وہ تو وہ کہہ رہے ہیں کہ جنگل میں چلے جاؤ۔</w:t>
      </w:r>
    </w:p>
    <w:p>
      <w:r>
        <w:rPr>
          <w:b/>
        </w:rPr>
        <w:t xml:space="preserve">[53:08] </w:t>
      </w:r>
      <w:r>
        <w:t>There is another thing.</w:t>
      </w:r>
    </w:p>
    <w:p>
      <w:pPr>
        <w:jc w:val="right"/>
      </w:pPr>
      <w:r>
        <w:t>There is another thing.</w:t>
      </w:r>
    </w:p>
    <w:p>
      <w:r>
        <w:rPr>
          <w:b/>
        </w:rPr>
        <w:t xml:space="preserve">[53:15] </w:t>
      </w:r>
      <w:r>
        <w:t>main kaha shayad aap ne meri poori speech nahi suni, is liye aap ne aisa farmaya hai.</w:t>
      </w:r>
    </w:p>
    <w:p>
      <w:pPr>
        <w:jc w:val="right"/>
      </w:pPr>
      <w:r>
        <w:t>میں کہا شاید آپ نے میری پوری اسپیچ نہیں سنی، اس لیے آپ نے ایسا فرمایا ہے۔</w:t>
      </w:r>
    </w:p>
    <w:p>
      <w:r>
        <w:rPr>
          <w:b/>
        </w:rPr>
        <w:t xml:space="preserve">[53:21] </w:t>
      </w:r>
      <w:r>
        <w:t>This question is from Sir Mark Tali.</w:t>
      </w:r>
    </w:p>
    <w:p>
      <w:pPr>
        <w:jc w:val="right"/>
      </w:pPr>
      <w:r>
        <w:t>This question is from Sir Mark Tali.</w:t>
      </w:r>
    </w:p>
    <w:p>
      <w:r>
        <w:rPr>
          <w:b/>
        </w:rPr>
        <w:t xml:space="preserve">[53:28] </w:t>
      </w:r>
      <w:r>
        <w:t>"How do you compromise between your religion and others?" bara beautiful question hai.</w:t>
      </w:r>
    </w:p>
    <w:p>
      <w:pPr>
        <w:jc w:val="right"/>
      </w:pPr>
      <w:r>
        <w:t>"How do you compromise between your religion and others?" بڑا بیوٹی فل کویسچن ہے۔</w:t>
      </w:r>
    </w:p>
    <w:p>
      <w:r>
        <w:rPr>
          <w:b/>
        </w:rPr>
        <w:t xml:space="preserve">[53:34] </w:t>
      </w:r>
      <w:r>
        <w:t>mein ne kaha shayad mein apni speech mein is ka jawab de chuka hoon.</w:t>
      </w:r>
    </w:p>
    <w:p>
      <w:pPr>
        <w:jc w:val="right"/>
      </w:pPr>
      <w:r>
        <w:t>میں نے کہا شاید میں اپنی اسپیچ میں اس کا جواب دے چکا ہوں۔</w:t>
      </w:r>
    </w:p>
    <w:p>
      <w:r>
        <w:rPr>
          <w:b/>
        </w:rPr>
        <w:t xml:space="preserve">[53:40] </w:t>
      </w:r>
      <w:r>
        <w:t>ab dekhiye, itni dair mein bola hoon, mein ne koi bhi quran ka reference nahi diya.</w:t>
      </w:r>
    </w:p>
    <w:p>
      <w:pPr>
        <w:jc w:val="right"/>
      </w:pPr>
      <w:r>
        <w:t>اب دیکھیے، اتنی دیر میں بولا ہوں، میں نے کوئی بھی قرآن کا ریفرنس نہیں دیا۔</w:t>
      </w:r>
    </w:p>
    <w:p>
      <w:r>
        <w:rPr>
          <w:b/>
        </w:rPr>
        <w:t xml:space="preserve">[53:45] </w:t>
      </w:r>
      <w:r>
        <w:t>sab se ziyada highlight kiya jis ko mein ne, woh Hazrat Masih ka reference.</w:t>
      </w:r>
    </w:p>
    <w:p>
      <w:pPr>
        <w:jc w:val="right"/>
      </w:pPr>
      <w:r>
        <w:t>سب سے زیادہ ہائی لائٹ کیا جس کو میں نے، وہ حضرت مسیح کا ریفرنس۔</w:t>
      </w:r>
    </w:p>
    <w:p>
      <w:r>
        <w:rPr>
          <w:b/>
        </w:rPr>
        <w:t xml:space="preserve">[53:49] </w:t>
      </w:r>
      <w:r>
        <w:t>Jesus Christ ka.</w:t>
      </w:r>
    </w:p>
    <w:p>
      <w:pPr>
        <w:jc w:val="right"/>
      </w:pPr>
      <w:r>
        <w:t>جیزس کرائسٹ کا۔</w:t>
      </w:r>
    </w:p>
    <w:p>
      <w:r>
        <w:rPr>
          <w:b/>
        </w:rPr>
        <w:t xml:space="preserve">[53:54] </w:t>
      </w:r>
      <w:r>
        <w:t>Love your enemy.</w:t>
      </w:r>
    </w:p>
    <w:p>
      <w:pPr>
        <w:jc w:val="right"/>
      </w:pPr>
      <w:r>
        <w:t>Love your enemy.</w:t>
      </w:r>
    </w:p>
    <w:p>
      <w:r>
        <w:rPr>
          <w:b/>
        </w:rPr>
        <w:t xml:space="preserve">[53:58] </w:t>
      </w:r>
      <w:r>
        <w:t>isi se mein apne is baat ka woh, woh kar chuka hoon ke doosre mazhabon ko mein kitna</w:t>
      </w:r>
    </w:p>
    <w:p>
      <w:pPr>
        <w:jc w:val="right"/>
      </w:pPr>
      <w:r>
        <w:t>اسی سے میں اپنے اس بات کا وہ، وہ کر چکا ہوں کہ دوسرے مذہبوں کو میں کتنا</w:t>
      </w:r>
    </w:p>
    <w:p>
      <w:r>
        <w:rPr>
          <w:b/>
        </w:rPr>
        <w:t xml:space="preserve">[54:02] </w:t>
      </w:r>
      <w:r>
        <w:t>bigaad deta hoon.</w:t>
      </w:r>
    </w:p>
    <w:p>
      <w:pPr>
        <w:jc w:val="right"/>
      </w:pPr>
      <w:r>
        <w:t>بگاڑ دیتا ہوں۔</w:t>
      </w:r>
    </w:p>
    <w:p>
      <w:r>
        <w:rPr>
          <w:b/>
        </w:rPr>
        <w:t xml:space="preserve">[54:07] </w:t>
      </w:r>
      <w:r>
        <w:t>to mera formula kya hai? Mera formula yeh hai ke follow one</w:t>
      </w:r>
    </w:p>
    <w:p>
      <w:pPr>
        <w:jc w:val="right"/>
      </w:pPr>
      <w:r>
        <w:t>تو میرا فارمولا کیا ہے؟ میرا فارمولا یہ ہے کہ follow one</w:t>
      </w:r>
    </w:p>
    <w:p>
      <w:r>
        <w:rPr>
          <w:b/>
        </w:rPr>
        <w:t xml:space="preserve">[54:11] </w:t>
      </w:r>
      <w:r>
        <w:t>and love all.</w:t>
      </w:r>
    </w:p>
    <w:p>
      <w:pPr>
        <w:jc w:val="right"/>
      </w:pPr>
      <w:r>
        <w:t>and love all.</w:t>
      </w:r>
    </w:p>
    <w:p>
      <w:r>
        <w:rPr>
          <w:b/>
        </w:rPr>
        <w:t xml:space="preserve">[54:15] </w:t>
      </w:r>
      <w:r>
        <w:t>mohabbat hum sab se karenge.</w:t>
      </w:r>
    </w:p>
    <w:p>
      <w:pPr>
        <w:jc w:val="right"/>
      </w:pPr>
      <w:r>
        <w:t>محبت ہم سب سے کریں گے۔</w:t>
      </w:r>
    </w:p>
    <w:p>
      <w:r>
        <w:rPr>
          <w:b/>
        </w:rPr>
        <w:t xml:space="preserve">[54:19] </w:t>
      </w:r>
      <w:r>
        <w:t>lekin practical sense mein follow to ek hi ko kar sakte hain aap.</w:t>
      </w:r>
    </w:p>
    <w:p>
      <w:pPr>
        <w:jc w:val="right"/>
      </w:pPr>
      <w:r>
        <w:t>لیکن پریکٹیکل سینس میں فالو تو ایک ہی کو کر سکتے ہیں آپ۔</w:t>
      </w:r>
    </w:p>
    <w:p>
      <w:r>
        <w:rPr>
          <w:b/>
        </w:rPr>
        <w:t xml:space="preserve">[54:23] </w:t>
      </w:r>
      <w:r>
        <w:t>practical sense mein aap follow kai ko karen to yeh possible nahi hai yeh.</w:t>
      </w:r>
    </w:p>
    <w:p>
      <w:pPr>
        <w:jc w:val="right"/>
      </w:pPr>
      <w:r>
        <w:t>پریکٹیکل سینس میں آپ فالو کئی کو کریں تو یہ پاسیبل نہیں ہے یہ۔</w:t>
      </w:r>
    </w:p>
    <w:p>
      <w:r>
        <w:rPr>
          <w:b/>
        </w:rPr>
        <w:t xml:space="preserve">[54:27] </w:t>
      </w:r>
      <w:r>
        <w:t>to by heart mein har ek se love karta hoon, har ek se pyar karta hoon.</w:t>
      </w:r>
    </w:p>
    <w:p>
      <w:pPr>
        <w:jc w:val="right"/>
      </w:pPr>
      <w:r>
        <w:t>تو بائی ہارٹ میں ہر ایک سے لو کرتا ہوں، ہر ایک سے پیار کرتا ہوں۔</w:t>
      </w:r>
    </w:p>
    <w:p>
      <w:r>
        <w:rPr>
          <w:b/>
        </w:rPr>
        <w:t xml:space="preserve">[54:30] </w:t>
      </w:r>
      <w:r>
        <w:t>iska abhi aap ne example dekh liya ke mein ne sab se ziyada highlight kiya jis</w:t>
      </w:r>
    </w:p>
    <w:p>
      <w:pPr>
        <w:jc w:val="right"/>
      </w:pPr>
      <w:r>
        <w:t>اس کا ابھی آپ نے ایگزامپل دیکھ لیا کہ میں نے سب سے زیادہ ہائی لائٹ کیا جس</w:t>
      </w:r>
    </w:p>
    <w:p>
      <w:r>
        <w:rPr>
          <w:b/>
        </w:rPr>
        <w:t xml:space="preserve">[54:34] </w:t>
      </w:r>
      <w:r>
        <w:t>cheez ko, woh Jesus Christ ka ek saying hai.</w:t>
      </w:r>
    </w:p>
    <w:p>
      <w:pPr>
        <w:jc w:val="right"/>
      </w:pPr>
      <w:r>
        <w:t>چیز کو، وہ جیزس کرائسٹ کا ایک سینگ ہے۔</w:t>
      </w:r>
    </w:p>
    <w:p>
      <w:r>
        <w:rPr>
          <w:b/>
        </w:rPr>
        <w:t xml:space="preserve">[54:38] </w:t>
      </w:r>
      <w:r>
        <w:t>Love your enemy. To mein</w:t>
      </w:r>
    </w:p>
    <w:p>
      <w:pPr>
        <w:jc w:val="right"/>
      </w:pPr>
      <w:r>
        <w:t>Love your enemy. تو میں</w:t>
      </w:r>
    </w:p>
    <w:p>
      <w:r>
        <w:rPr>
          <w:b/>
        </w:rPr>
        <w:t xml:space="preserve">[54:42] </w:t>
      </w:r>
      <w:r>
        <w:t>follow to karta hoon Islamic tareeqe ko.</w:t>
      </w:r>
    </w:p>
    <w:p>
      <w:pPr>
        <w:jc w:val="right"/>
      </w:pPr>
      <w:r>
        <w:t>فالو تو کرتا ہوں اسلامک طریقے کو۔</w:t>
      </w:r>
    </w:p>
    <w:p>
      <w:r>
        <w:rPr>
          <w:b/>
        </w:rPr>
        <w:t xml:space="preserve">[54:46] </w:t>
      </w:r>
      <w:r>
        <w:t>lekin mein, mein samajhta hoon ke Islam ki yeh bhi teaching hai ke sab se adjust kar ke</w:t>
      </w:r>
    </w:p>
    <w:p>
      <w:pPr>
        <w:jc w:val="right"/>
      </w:pPr>
      <w:r>
        <w:t>لیکن میں، میں سمجھتا ہوں کہ اسلام کی یہ بھی ٹیچنگ ہے کہ سب سے ایڈجسٹ کر کے</w:t>
      </w:r>
    </w:p>
    <w:p>
      <w:r>
        <w:rPr>
          <w:b/>
        </w:rPr>
        <w:t xml:space="preserve">[54:50] </w:t>
      </w:r>
      <w:r>
        <w:t>raho, sab ko respect do.</w:t>
      </w:r>
    </w:p>
    <w:p>
      <w:pPr>
        <w:jc w:val="right"/>
      </w:pPr>
      <w:r>
        <w:t>رہو، سب کو ریسپیکٹ دو۔</w:t>
      </w:r>
    </w:p>
    <w:p>
      <w:r>
        <w:rPr>
          <w:b/>
        </w:rPr>
        <w:t xml:space="preserve">[54:55] </w:t>
      </w:r>
      <w:r>
        <w:t>yani formula Islam ka jo hai, mein ne apni kitab mein likha hai is maamle mein.</w:t>
      </w:r>
    </w:p>
    <w:p>
      <w:pPr>
        <w:jc w:val="right"/>
      </w:pPr>
      <w:r>
        <w:t>یعنی فارمولا اسلام کا جو ہے، میں نے اپنی کتاب میں لکھا ہے اس معاملے میں۔</w:t>
      </w:r>
    </w:p>
    <w:p>
      <w:r>
        <w:rPr>
          <w:b/>
        </w:rPr>
        <w:t xml:space="preserve">[54:59] </w:t>
      </w:r>
      <w:r>
        <w:t>Follow one and respect all.</w:t>
      </w:r>
    </w:p>
    <w:p>
      <w:pPr>
        <w:jc w:val="right"/>
      </w:pPr>
      <w:r>
        <w:t>Follow one and respect all.</w:t>
      </w:r>
    </w:p>
    <w:p>
      <w:r>
        <w:rPr>
          <w:b/>
        </w:rPr>
        <w:t xml:space="preserve">[55:03] </w:t>
      </w:r>
      <w:r>
        <w:t>Follow one and respect all.</w:t>
      </w:r>
    </w:p>
    <w:p>
      <w:pPr>
        <w:jc w:val="right"/>
      </w:pPr>
      <w:r>
        <w:t>Follow one and respect all.</w:t>
      </w:r>
    </w:p>
    <w:p>
      <w:r>
        <w:rPr>
          <w:b/>
        </w:rPr>
        <w:t xml:space="preserve">[55:07] </w:t>
      </w:r>
      <w:r>
        <w:t>yeh hai Islam ka formula jo mein apni kitab mein likh chuka hoon. Rana,</w:t>
      </w:r>
    </w:p>
    <w:p>
      <w:pPr>
        <w:jc w:val="right"/>
      </w:pPr>
      <w:r>
        <w:t>یہ ہے اسلام کا فارمولا جو میں اپنی کتاب میں لکھ چکا ہوں۔ Rana,</w:t>
      </w:r>
    </w:p>
    <w:p>
      <w:r>
        <w:rPr>
          <w:b/>
        </w:rPr>
        <w:t xml:space="preserve">[55:12] </w:t>
      </w:r>
      <w:r>
        <w:t>this question is from Mr. Devinder Mohan. "How to avoid unwanted thoughts that keep, that keeps coming to our mind?" mind mein itni capacity hai ke jab chahein is ko jis tarah se use kijiye aap. mujhe ek, ek, ek European thinker ka ek, wo bohat pasand hai us ki saying ke mind ke bare mein us ne kaha. bohat hi zyada mean</w:t>
      </w:r>
    </w:p>
    <w:p>
      <w:pPr>
        <w:jc w:val="right"/>
      </w:pPr>
      <w:r>
        <w:t>this question is from Mr. Devinder Mohan. "How to avoid unwanted thoughts that keep, that keeps coming to our mind?" مائنڈ میں اتنی کیپیسٹی ہے کہ جب چاہیں اس کو جس طرح سے یوز کیجیے آپ۔ مجھے ایک، ایک، ایک یورپین تھنکر کا ایک، وہ بہت پسند ہے اس کی سینگ کہ مائنڈ کے بارے میں اس نے کہا۔ بہت ہی زیادہ می</w:t>
      </w:r>
    </w:p>
    <w:p>
      <w:r>
        <w:rPr>
          <w:b/>
        </w:rPr>
        <w:t xml:space="preserve">[55:42] </w:t>
      </w:r>
      <w:r>
        <w:t>ning full hai yeh.</w:t>
      </w:r>
    </w:p>
    <w:p>
      <w:pPr>
        <w:jc w:val="right"/>
      </w:pPr>
      <w:r>
        <w:t>ننگ فل ہے یہ۔</w:t>
      </w:r>
    </w:p>
    <w:p>
      <w:r>
        <w:rPr>
          <w:b/>
        </w:rPr>
        <w:t xml:space="preserve">[55:47] </w:t>
      </w:r>
      <w:r>
        <w:t>us ne kaha ke I am large enough.</w:t>
      </w:r>
    </w:p>
    <w:p>
      <w:pPr>
        <w:jc w:val="right"/>
      </w:pPr>
      <w:r>
        <w:t>اس نے کہا کہ I am large enough.</w:t>
      </w:r>
    </w:p>
    <w:p>
      <w:r>
        <w:rPr>
          <w:b/>
        </w:rPr>
        <w:t xml:space="preserve">[55:52] </w:t>
      </w:r>
      <w:r>
        <w:t>apne mind ke bare mein is ne kaha ke I am large enough to contain all these contradictions.</w:t>
      </w:r>
    </w:p>
    <w:p>
      <w:pPr>
        <w:jc w:val="right"/>
      </w:pPr>
      <w:r>
        <w:t>اپنے مائنڈ کے بارے میں اس نے کہا کہ I am large enough to contain all these contradictions.</w:t>
      </w:r>
    </w:p>
    <w:p>
      <w:r>
        <w:rPr>
          <w:b/>
        </w:rPr>
        <w:t xml:space="preserve">[55:57] </w:t>
      </w:r>
      <w:r>
        <w:t>I am large enough to contain all these contradictions.</w:t>
      </w:r>
    </w:p>
    <w:p>
      <w:pPr>
        <w:jc w:val="right"/>
      </w:pPr>
      <w:r>
        <w:t>I am large enough to contain all these contradictions.</w:t>
      </w:r>
    </w:p>
    <w:p>
      <w:r>
        <w:rPr>
          <w:b/>
        </w:rPr>
        <w:t xml:space="preserve">[56:03] </w:t>
      </w:r>
      <w:r>
        <w:t>yani mind mein capacity itni zyada hai ke back waqt aap dekhiye ke har ghar mein aap apni</w:t>
      </w:r>
    </w:p>
    <w:p>
      <w:pPr>
        <w:jc w:val="right"/>
      </w:pPr>
      <w:r>
        <w:t>یعنی مائنڈ میں کیپیسٹی اتنی زیادہ ہے کہ بیک وقت آپ دیکھیے کہ ہر گھر میں آپ اپنی</w:t>
      </w:r>
    </w:p>
    <w:p>
      <w:r>
        <w:rPr>
          <w:b/>
        </w:rPr>
        <w:t xml:space="preserve">[56:08] </w:t>
      </w:r>
      <w:r>
        <w:t>wife se mohabbat karte hain, apni maan se bhi mohabbat karte hain.</w:t>
      </w:r>
    </w:p>
    <w:p>
      <w:pPr>
        <w:jc w:val="right"/>
      </w:pPr>
      <w:r>
        <w:t>وائف سے محبت کرتے ہیں، اپنی ماں سے بھی محبت کرتے ہیں۔</w:t>
      </w:r>
    </w:p>
    <w:p>
      <w:r>
        <w:rPr>
          <w:b/>
        </w:rPr>
        <w:t xml:space="preserve">[56:13] </w:t>
      </w:r>
      <w:r>
        <w:t>kitni ajeeb baat hai. ek hi time aap apni wife se mohabbat karte hain, apni, apni, apne maa se bhi mohabbat karte hain. yani yeh mind ki capacity to hai yeh. ek hi sath aap do se mohabbat karte hain, mind ki, mind ki kitni bari capacity hai. to main samajhta hoon ke mind ko hamein underestimate nahi karna chahiye. sab kuch aap ke mind</w:t>
      </w:r>
    </w:p>
    <w:p>
      <w:pPr>
        <w:jc w:val="right"/>
      </w:pPr>
      <w:r>
        <w:t>کتنی عجیب بات ہے۔ ایک ہی ٹائم آپ اپنی وائف سے محبت کرتے ہیں، اپنی، اپنی، اپنے ماں سے بھی محبت کرتے ہیں۔ یعنی یہ مائنڈ کی کیپیسٹی تو ہے یہ۔ ایک ہی ساتھ آپ دو سے محبت کرتے ہیں، مائنڈ کی، مائنڈ کی کتنی بڑی کیپیسٹی ہے۔ تو میں سمجھتا ہوں کہ مائنڈ کو ہمیں انڈر ایسٹیمیٹ نہیں کرنا چاہیے۔ سب کچھ آپ کے مائن</w:t>
      </w:r>
    </w:p>
    <w:p>
      <w:r>
        <w:rPr>
          <w:b/>
        </w:rPr>
        <w:t xml:space="preserve">[56:43] </w:t>
      </w:r>
      <w:r>
        <w:t>mein bhara hua hai. aur sab kuch aap pa sakte hain mind ke through. Rana, this question is from Mr. Jamaluddin. "Will status quoism not lead to surrender and defeatism? How to avoid this unhappy situation?" dekhiye yeh strategy hai, yeh surrender nahi hai. yeh strategy hai, yeh surrender</w:t>
      </w:r>
    </w:p>
    <w:p>
      <w:pPr>
        <w:jc w:val="right"/>
      </w:pPr>
      <w:r>
        <w:t>ڈ میں بھرا ہوا ہے۔ اور سب کچھ آپ پا سکتے ہیں مائنڈ کے تھرو۔ Rana, this question is from Mr. Jamaluddin. "Will status quoism not lead to surrender and defeatism? How to avoid this unhappy situation?" دیکھیں یہ اسٹریٹجی ہے، یہ سرینڈر نہیں ہے۔ یہ اسٹریٹجی ہے، یہ سرینڈ</w:t>
      </w:r>
    </w:p>
    <w:p>
      <w:r>
        <w:rPr>
          <w:b/>
        </w:rPr>
        <w:t xml:space="preserve">[57:13] </w:t>
      </w:r>
      <w:r>
        <w:t>r nahi hai.</w:t>
      </w:r>
    </w:p>
    <w:p>
      <w:pPr>
        <w:jc w:val="right"/>
      </w:pPr>
      <w:r>
        <w:t>ر نہیں ہے۔</w:t>
      </w:r>
    </w:p>
    <w:p>
      <w:r>
        <w:rPr>
          <w:b/>
        </w:rPr>
        <w:t xml:space="preserve">[57:17] </w:t>
      </w:r>
      <w:r>
        <w:t>main ne is ka example diya aap ko ke Japan ne America ke status ko ko maan liya.</w:t>
      </w:r>
    </w:p>
    <w:p>
      <w:pPr>
        <w:jc w:val="right"/>
      </w:pPr>
      <w:r>
        <w:t>میں نے اس کا ایگزامپل دیا آپ کو کہ جاپان نے امریکہ کے اسٹیٹس کو کو مان لیا۔</w:t>
      </w:r>
    </w:p>
    <w:p>
      <w:r>
        <w:rPr>
          <w:b/>
        </w:rPr>
        <w:t xml:space="preserve">[57:22] </w:t>
      </w:r>
      <w:r>
        <w:t>Okinawa mein aa kar ke un ki faujen aa gayeen America ki.</w:t>
      </w:r>
    </w:p>
    <w:p>
      <w:pPr>
        <w:jc w:val="right"/>
      </w:pPr>
      <w:r>
        <w:t>اوکیناوا میں آ کر کے ان کی فوجیں آ گئیں امریکہ کی۔</w:t>
      </w:r>
    </w:p>
    <w:p>
      <w:r>
        <w:rPr>
          <w:b/>
        </w:rPr>
        <w:t xml:space="preserve">[57:26] </w:t>
      </w:r>
      <w:r>
        <w:t>aur un ko hataya nahi unhone.</w:t>
      </w:r>
    </w:p>
    <w:p>
      <w:pPr>
        <w:jc w:val="right"/>
      </w:pPr>
      <w:r>
        <w:t>اور ان کو ہٹایا نہیں انہوں نے۔</w:t>
      </w:r>
    </w:p>
    <w:p>
      <w:r>
        <w:rPr>
          <w:b/>
        </w:rPr>
        <w:t xml:space="preserve">[57:30] </w:t>
      </w:r>
      <w:r>
        <w:t>saara administration apne qabze mein kar liya Americans ne Japan ka.</w:t>
      </w:r>
    </w:p>
    <w:p>
      <w:pPr>
        <w:jc w:val="right"/>
      </w:pPr>
      <w:r>
        <w:t>سارا ایڈمنسٹریشن اپنے قبضے میں کر لیا امریکنز نے جاپان کا۔</w:t>
      </w:r>
    </w:p>
    <w:p>
      <w:r>
        <w:rPr>
          <w:b/>
        </w:rPr>
        <w:t xml:space="preserve">[57:35] </w:t>
      </w:r>
      <w:r>
        <w:t>yani American ke status ko ko maan liya aur kya kiya unhone opportunity ko avail kiya.</w:t>
      </w:r>
    </w:p>
    <w:p>
      <w:pPr>
        <w:jc w:val="right"/>
      </w:pPr>
      <w:r>
        <w:t>یعنی امریکن کے اسٹیٹس کو کو مان لیا اور کیا کیا انہوں نے اپرچونیٹی کو اویل کیا۔</w:t>
      </w:r>
    </w:p>
    <w:p>
      <w:r>
        <w:rPr>
          <w:b/>
        </w:rPr>
        <w:t xml:space="preserve">[57:39] </w:t>
      </w:r>
      <w:r>
        <w:t>jab main kehta hoon</w:t>
      </w:r>
    </w:p>
    <w:p>
      <w:pPr>
        <w:jc w:val="right"/>
      </w:pPr>
      <w:r>
        <w:t>جب میں کہتا ہوں</w:t>
      </w:r>
    </w:p>
    <w:p>
      <w:r>
        <w:rPr>
          <w:b/>
        </w:rPr>
        <w:t xml:space="preserve">[57:43] </w:t>
      </w:r>
      <w:r>
        <w:t>status quo to hamara matlab is ka hota hai ke aap status ko maan kar ke opportunity ko avail kijiye.</w:t>
      </w:r>
    </w:p>
    <w:p>
      <w:pPr>
        <w:jc w:val="right"/>
      </w:pPr>
      <w:r>
        <w:t>اسٹیٹس کوئزم تو ہمارا مطلب اس کا ہوتا ہے کہ آپ اسٹیٹس کو مان کر کے اپرچونیٹی کو اویل کیجیے۔</w:t>
      </w:r>
    </w:p>
    <w:p>
      <w:r>
        <w:rPr>
          <w:b/>
        </w:rPr>
        <w:t xml:space="preserve">[57:46] </w:t>
      </w:r>
      <w:r>
        <w:t>yahi Japan ne kiya.</w:t>
      </w:r>
    </w:p>
    <w:p>
      <w:pPr>
        <w:jc w:val="right"/>
      </w:pPr>
      <w:r>
        <w:t>یہی جاپان نے کیا۔</w:t>
      </w:r>
    </w:p>
    <w:p>
      <w:r>
        <w:rPr>
          <w:b/>
        </w:rPr>
        <w:t xml:space="preserve">[57:50] </w:t>
      </w:r>
      <w:r>
        <w:t>yani education ke field mein unhone opportunity ko avail kiya.</w:t>
      </w:r>
    </w:p>
    <w:p>
      <w:pPr>
        <w:jc w:val="right"/>
      </w:pPr>
      <w:r>
        <w:t>یعنی ایجوکیشن کے فیلڈ میں انہوں نے اپرچونیٹی کو اویل کیا۔</w:t>
      </w:r>
    </w:p>
    <w:p>
      <w:r>
        <w:rPr>
          <w:b/>
        </w:rPr>
        <w:t xml:space="preserve">[57:53] </w:t>
      </w:r>
      <w:r>
        <w:t>aur jo confrontation, confrontation ka jo mamla tha wahan us ko status quo mein daal diya.</w:t>
      </w:r>
    </w:p>
    <w:p>
      <w:pPr>
        <w:jc w:val="right"/>
      </w:pPr>
      <w:r>
        <w:t>اور جو کنفرنسیشن، کنفرنٹیشن کا جو معاملہ تھا وہاں اس کو اسٹیٹس کو میں ڈال دیا۔</w:t>
      </w:r>
    </w:p>
    <w:p>
      <w:r>
        <w:rPr>
          <w:b/>
        </w:rPr>
        <w:t xml:space="preserve">[57:56] </w:t>
      </w:r>
      <w:r>
        <w:t>status quo mein daal diya.</w:t>
      </w:r>
    </w:p>
    <w:p>
      <w:pPr>
        <w:jc w:val="right"/>
      </w:pPr>
      <w:r>
        <w:t>اسٹیٹس کوئزم میں ڈال دیا۔</w:t>
      </w:r>
    </w:p>
    <w:p>
      <w:r>
        <w:rPr>
          <w:b/>
        </w:rPr>
        <w:t xml:space="preserve">[58:00] </w:t>
      </w:r>
      <w:r>
        <w:t>aur thirty years mein history badal gayi.</w:t>
      </w:r>
    </w:p>
    <w:p>
      <w:pPr>
        <w:jc w:val="right"/>
      </w:pPr>
      <w:r>
        <w:t>اور تھرٹی ایئرز میں ہسٹری بدل گئی۔</w:t>
      </w:r>
    </w:p>
    <w:p>
      <w:r>
        <w:rPr>
          <w:b/>
        </w:rPr>
        <w:t xml:space="preserve">[58:03] </w:t>
      </w:r>
      <w:r>
        <w:t>aur, aur isi, isi second world war ke baad jo bohat se log lad rahe hain ab, abhi,</w:t>
      </w:r>
    </w:p>
    <w:p>
      <w:pPr>
        <w:jc w:val="right"/>
      </w:pPr>
      <w:r>
        <w:t>اور، اور اسی، اسی سیکنڈ ورلڈ وار کے بعد جو بہت سے لوگ لڑ رہے ہیں اب، ابھی،</w:t>
      </w:r>
    </w:p>
    <w:p>
      <w:r>
        <w:rPr>
          <w:b/>
        </w:rPr>
        <w:t xml:space="preserve">[58:07] </w:t>
      </w:r>
      <w:r>
        <w:t>abhi to lade chale ja rahe hain.</w:t>
      </w:r>
    </w:p>
    <w:p>
      <w:pPr>
        <w:jc w:val="right"/>
      </w:pPr>
      <w:r>
        <w:t>ابھی تو لڑے چلے جا رہے ہیں۔</w:t>
      </w:r>
    </w:p>
    <w:p>
      <w:r>
        <w:rPr>
          <w:b/>
        </w:rPr>
        <w:t xml:space="preserve">[58:10] </w:t>
      </w:r>
      <w:r>
        <w:t>aur kuch bhi</w:t>
      </w:r>
    </w:p>
    <w:p>
      <w:pPr>
        <w:jc w:val="right"/>
      </w:pPr>
      <w:r>
        <w:t>اور کچھ بھی</w:t>
      </w:r>
    </w:p>
    <w:p>
      <w:r>
        <w:rPr>
          <w:b/>
        </w:rPr>
        <w:t xml:space="preserve">[58:13] </w:t>
      </w:r>
      <w:r>
        <w:t>gain nahi kiya unhone.</w:t>
      </w:r>
    </w:p>
    <w:p>
      <w:pPr>
        <w:jc w:val="right"/>
      </w:pPr>
      <w:r>
        <w:t>گین نہیں کیا انہوں نے۔</w:t>
      </w:r>
    </w:p>
    <w:p>
      <w:r>
        <w:rPr>
          <w:b/>
        </w:rPr>
        <w:t xml:space="preserve">[58:18] </w:t>
      </w:r>
      <w:r>
        <w:t>mujhe naam lene ki zaroorat nahi hai.</w:t>
      </w:r>
    </w:p>
    <w:p>
      <w:pPr>
        <w:jc w:val="right"/>
      </w:pPr>
      <w:r>
        <w:t>مجھے نام لینے کی ضرورت نہیں ہے۔</w:t>
      </w:r>
    </w:p>
    <w:p>
      <w:r>
        <w:rPr>
          <w:b/>
        </w:rPr>
        <w:t xml:space="preserve">[58:23] </w:t>
      </w:r>
      <w:r>
        <w:t>isi second world war ke baad Japan jo hai wo economic superpower ban kar nikla.</w:t>
      </w:r>
    </w:p>
    <w:p>
      <w:pPr>
        <w:jc w:val="right"/>
      </w:pPr>
      <w:r>
        <w:t>اسی سیکنڈ ورلڈ وار کے بعد جاپان جو ہے وہ اکانومک سپر پاور بن کر نکلا۔</w:t>
      </w:r>
    </w:p>
    <w:p>
      <w:r>
        <w:rPr>
          <w:b/>
        </w:rPr>
        <w:t xml:space="preserve">[58:28] </w:t>
      </w:r>
      <w:r>
        <w:t>isi second world war ke baad bohat se log abhi tak lad rahe hain, lad rahe hain, lad rahe hain.</w:t>
      </w:r>
    </w:p>
    <w:p>
      <w:pPr>
        <w:jc w:val="right"/>
      </w:pPr>
      <w:r>
        <w:t>اسی سیکنڈ ورلڈ وار کے بعد بہت سے لوگ ابھی تک لڑ رہے ہیں، لڑ رہے ہیں، لڑ رہے ہیں۔</w:t>
      </w:r>
    </w:p>
    <w:p>
      <w:r>
        <w:rPr>
          <w:b/>
        </w:rPr>
        <w:t xml:space="preserve">[58:34] </w:t>
      </w:r>
      <w:r>
        <w:t>unhein mila kuch bhi nahi.</w:t>
      </w:r>
    </w:p>
    <w:p>
      <w:pPr>
        <w:jc w:val="right"/>
      </w:pPr>
      <w:r>
        <w:t>انہیں ملا کچھ بھی نہیں۔</w:t>
      </w:r>
    </w:p>
    <w:p>
      <w:r>
        <w:rPr>
          <w:b/>
        </w:rPr>
        <w:t xml:space="preserve">[58:39] </w:t>
      </w:r>
      <w:r>
        <w:t>to اسٹیٹس کوئزم جو ہے وہ اس، وہ جو ماسٹر فارمولا ہے سپر سکسیس کا، سپر اچیومنٹ کا۔</w:t>
      </w:r>
    </w:p>
    <w:p>
      <w:pPr>
        <w:jc w:val="right"/>
      </w:pPr>
      <w:r>
        <w:t>تو اسٹیٹس کوئزم جو ہے وہ اس، وہ جو ماسٹر فارمولا ہے سپر سکسیس کا، سپر اچیومنٹ کا۔</w:t>
      </w:r>
    </w:p>
    <w:p>
      <w:r>
        <w:rPr>
          <w:b/>
        </w:rPr>
        <w:t xml:space="preserve">[58:44] </w:t>
      </w:r>
      <w:r>
        <w:t>Rana, this question is from a student who is pursuing his Chartered Accountancy.</w:t>
      </w:r>
    </w:p>
    <w:p>
      <w:pPr>
        <w:jc w:val="right"/>
      </w:pPr>
      <w:r>
        <w:t>Rana, this question is from a student who is pursuing his Chartered Accountancy.</w:t>
      </w:r>
    </w:p>
    <w:p>
      <w:r>
        <w:rPr>
          <w:b/>
        </w:rPr>
        <w:t xml:space="preserve">[58:49] </w:t>
      </w:r>
      <w:r>
        <w:t>His name is Mr. Shahid Mattu.</w:t>
      </w:r>
    </w:p>
    <w:p>
      <w:pPr>
        <w:jc w:val="right"/>
      </w:pPr>
      <w:r>
        <w:t>His name is Mr. Shahid Mattu.</w:t>
      </w:r>
    </w:p>
    <w:p>
      <w:r>
        <w:rPr>
          <w:b/>
        </w:rPr>
        <w:t xml:space="preserve">[58:55] </w:t>
      </w:r>
      <w:r>
        <w:t>He says that I accept spirituality is an art of mind.</w:t>
      </w:r>
    </w:p>
    <w:p>
      <w:pPr>
        <w:jc w:val="right"/>
      </w:pPr>
      <w:r>
        <w:t>He says that I accept spirituality is an art of mind.</w:t>
      </w:r>
    </w:p>
    <w:p>
      <w:r>
        <w:rPr>
          <w:b/>
        </w:rPr>
        <w:t xml:space="preserve">[59:01] </w:t>
      </w:r>
      <w:r>
        <w:t>But what about the critic, the Satan that lives in our mind?</w:t>
      </w:r>
    </w:p>
    <w:p>
      <w:pPr>
        <w:jc w:val="right"/>
      </w:pPr>
      <w:r>
        <w:t>But what about the critic, the Satan that lives in our mind?</w:t>
      </w:r>
    </w:p>
    <w:p>
      <w:r>
        <w:rPr>
          <w:b/>
        </w:rPr>
        <w:t xml:space="preserve">[59:06] </w:t>
      </w:r>
      <w:r>
        <w:t>He says that I always try to use my mind, but this critic, Satan, comes his way.</w:t>
      </w:r>
    </w:p>
    <w:p>
      <w:pPr>
        <w:jc w:val="right"/>
      </w:pPr>
      <w:r>
        <w:t>He says that I always try to use my mind, but this critic, Satan, comes his way.</w:t>
      </w:r>
    </w:p>
    <w:p>
      <w:r>
        <w:rPr>
          <w:b/>
        </w:rPr>
        <w:t xml:space="preserve">[59:12] </w:t>
      </w:r>
      <w:r>
        <w:t>So he wants a formula from you how to handle this.</w:t>
      </w:r>
    </w:p>
    <w:p>
      <w:pPr>
        <w:jc w:val="right"/>
      </w:pPr>
      <w:r>
        <w:t>So he wants a formula from you how to handle this.</w:t>
      </w:r>
    </w:p>
    <w:p>
      <w:r>
        <w:rPr>
          <w:b/>
        </w:rPr>
        <w:t xml:space="preserve">[59:18] </w:t>
      </w:r>
      <w:r>
        <w:t>dekhiye yeh jo concept hai Satan ka, yeh basically Islam ka concept hai.</w:t>
      </w:r>
    </w:p>
    <w:p>
      <w:pPr>
        <w:jc w:val="right"/>
      </w:pPr>
      <w:r>
        <w:t>دیکھیے یہ جو کانسپٹ ہے سیٹن کا، یہ بیسکلی اسلام کا کانسپٹ ہے۔</w:t>
      </w:r>
    </w:p>
    <w:p>
      <w:r>
        <w:rPr>
          <w:b/>
        </w:rPr>
        <w:t xml:space="preserve">[59:23] </w:t>
      </w:r>
      <w:r>
        <w:t>to Islam ka concept yeh hai ke har aadmi ke saath do hote hain.</w:t>
      </w:r>
    </w:p>
    <w:p>
      <w:pPr>
        <w:jc w:val="right"/>
      </w:pPr>
      <w:r>
        <w:t>تو اسلام کا کانسپٹ یہ ہے کہ ہر آدمی کے ساتھ دو ہوتے ہیں۔</w:t>
      </w:r>
    </w:p>
    <w:p>
      <w:r>
        <w:rPr>
          <w:b/>
        </w:rPr>
        <w:t xml:space="preserve">[59:28] </w:t>
      </w:r>
      <w:r>
        <w:t>ek Satan, ek angel.</w:t>
      </w:r>
    </w:p>
    <w:p>
      <w:pPr>
        <w:jc w:val="right"/>
      </w:pPr>
      <w:r>
        <w:t>ایک سیٹن، ایک اینجل۔</w:t>
      </w:r>
    </w:p>
    <w:p>
      <w:r>
        <w:rPr>
          <w:b/>
        </w:rPr>
        <w:t xml:space="preserve">[59:33] </w:t>
      </w:r>
      <w:r>
        <w:t>har aadmi ke saath.</w:t>
      </w:r>
    </w:p>
    <w:p>
      <w:pPr>
        <w:jc w:val="right"/>
      </w:pPr>
      <w:r>
        <w:t>ہر آدمی کے ساتھ۔</w:t>
      </w:r>
    </w:p>
    <w:p>
      <w:r>
        <w:rPr>
          <w:b/>
        </w:rPr>
        <w:t xml:space="preserve">[59:38] </w:t>
      </w:r>
      <w:r>
        <w:t>yeh aadmi ke upar hai ke woh kis ko apna, apna advisor banaye.</w:t>
      </w:r>
    </w:p>
    <w:p>
      <w:pPr>
        <w:jc w:val="right"/>
      </w:pPr>
      <w:r>
        <w:t>یہ آدمی کے اوپر ہے کہ وہ کس کو اپنا، اپنا ایڈوائزر بنائے۔</w:t>
      </w:r>
    </w:p>
    <w:p>
      <w:r>
        <w:rPr>
          <w:b/>
        </w:rPr>
        <w:t xml:space="preserve">[59:43] </w:t>
      </w:r>
      <w:r>
        <w:t>Satan ko ya angel ko.</w:t>
      </w:r>
    </w:p>
    <w:p>
      <w:pPr>
        <w:jc w:val="right"/>
      </w:pPr>
      <w:r>
        <w:t>سیٹن کو یا اینجل کو۔</w:t>
      </w:r>
    </w:p>
    <w:p>
      <w:r>
        <w:rPr>
          <w:b/>
        </w:rPr>
        <w:t xml:space="preserve">[59:48] </w:t>
      </w:r>
      <w:r>
        <w:t>hota yeh hai ke jab ek, ek cheez hui aap ki zindagi mein, koi cheez pesh aayi, to</w:t>
      </w:r>
    </w:p>
    <w:p>
      <w:pPr>
        <w:jc w:val="right"/>
      </w:pPr>
      <w:r>
        <w:t>ہوتا یہ ہے کہ جب ایک، ایک چیز ہوئی آپ کی زندگی میں، کوئی چیز پیش آئی، تو</w:t>
      </w:r>
    </w:p>
    <w:p>
      <w:r>
        <w:rPr>
          <w:b/>
        </w:rPr>
        <w:t xml:space="preserve">[59:52] </w:t>
      </w:r>
      <w:r>
        <w:t>aap chale gaye negative side mein.</w:t>
      </w:r>
    </w:p>
    <w:p>
      <w:pPr>
        <w:jc w:val="right"/>
      </w:pPr>
      <w:r>
        <w:t>آپ چلے گئے نیگیٹیو سائیڈ میں۔</w:t>
      </w:r>
    </w:p>
    <w:p>
      <w:r>
        <w:rPr>
          <w:b/>
        </w:rPr>
        <w:t xml:space="preserve">[59:56] </w:t>
      </w:r>
      <w:r>
        <w:t>to Satan ko aap ne mauqa de diya.</w:t>
      </w:r>
    </w:p>
    <w:p>
      <w:pPr>
        <w:jc w:val="right"/>
      </w:pPr>
      <w:r>
        <w:t>تو سیٹن کو آپ نے موقع دے دیا۔</w:t>
      </w:r>
    </w:p>
    <w:p>
      <w:r>
        <w:rPr>
          <w:b/>
        </w:rPr>
        <w:t xml:space="preserve">[1:00:00] </w:t>
      </w:r>
      <w:r>
        <w:t>aap ne Satan ko advisor bana liya.</w:t>
      </w:r>
    </w:p>
    <w:p>
      <w:pPr>
        <w:jc w:val="right"/>
      </w:pPr>
      <w:r>
        <w:t>آپ نے سیٹن کو ایڈوائزر بنا لیا۔</w:t>
      </w:r>
    </w:p>
    <w:p>
      <w:r>
        <w:rPr>
          <w:b/>
        </w:rPr>
        <w:t xml:space="preserve">[1:00:04] </w:t>
      </w:r>
      <w:r>
        <w:t>us waqt agar aap chale gaye positive side mein to angel ko aap ne apna advisor banaya.</w:t>
      </w:r>
    </w:p>
    <w:p>
      <w:pPr>
        <w:jc w:val="right"/>
      </w:pPr>
      <w:r>
        <w:t>اس وقت اگر آپ چلے گئے پازیٹیو سائیڈ میں تو اینجل کو آپ نے اپنا ایڈوائزر بنایا۔</w:t>
      </w:r>
    </w:p>
    <w:p>
      <w:r>
        <w:rPr>
          <w:b/>
        </w:rPr>
        <w:t xml:space="preserve">[1:00:07] </w:t>
      </w:r>
      <w:r>
        <w:t>yeh hai formula.</w:t>
      </w:r>
    </w:p>
    <w:p>
      <w:pPr>
        <w:jc w:val="right"/>
      </w:pPr>
      <w:r>
        <w:t>یہ ہے فارمولا۔</w:t>
      </w:r>
    </w:p>
    <w:p>
      <w:r>
        <w:rPr>
          <w:b/>
        </w:rPr>
        <w:t xml:space="preserve">[1:00:11] </w:t>
      </w:r>
      <w:r>
        <w:t>yeh to test hai insaan ka.</w:t>
      </w:r>
    </w:p>
    <w:p>
      <w:pPr>
        <w:jc w:val="right"/>
      </w:pPr>
      <w:r>
        <w:t>یہ تو ٹیسٹ ہے انسان کا۔</w:t>
      </w:r>
    </w:p>
    <w:p>
      <w:r>
        <w:rPr>
          <w:b/>
        </w:rPr>
        <w:t xml:space="preserve">[1:00:15] </w:t>
      </w:r>
      <w:r>
        <w:t>ke jab bhi koi situation create ho to us waqt jo hai aap ko yeh karna hai.</w:t>
      </w:r>
    </w:p>
    <w:p>
      <w:pPr>
        <w:jc w:val="right"/>
      </w:pPr>
      <w:r>
        <w:t>کہ جب بھی کوئی سچویشن کریئیٹ ہو تو اس وقت جو ہے آپ کو یہ کرنا ہے۔</w:t>
      </w:r>
    </w:p>
    <w:p>
      <w:r>
        <w:rPr>
          <w:b/>
        </w:rPr>
        <w:t xml:space="preserve">[1:00:19] </w:t>
      </w:r>
      <w:r>
        <w:t>kabhi bhi negative side mein na jayein.</w:t>
      </w:r>
    </w:p>
    <w:p>
      <w:pPr>
        <w:jc w:val="right"/>
      </w:pPr>
      <w:r>
        <w:t>کبھی بھی نیگیٹیو سائیڈ میں نہ جائیں۔</w:t>
      </w:r>
    </w:p>
    <w:p>
      <w:r>
        <w:rPr>
          <w:b/>
        </w:rPr>
        <w:t xml:space="preserve">[1:00:23] </w:t>
      </w:r>
      <w:r>
        <w:t>kyun ke jaate hi aap Satan ke advisor ban, ko bana lenge.</w:t>
      </w:r>
    </w:p>
    <w:p>
      <w:pPr>
        <w:jc w:val="right"/>
      </w:pPr>
      <w:r>
        <w:t>کیونکہ جاتے ہی آپ سیٹن کے ایڈوائزر بن، کو بنا لیں گے۔</w:t>
      </w:r>
    </w:p>
    <w:p>
      <w:r>
        <w:rPr>
          <w:b/>
        </w:rPr>
        <w:t xml:space="preserve">[1:00:27] </w:t>
      </w:r>
      <w:r>
        <w:t>aur Satan aap ko le aayega, yani tabahi ki taraf.</w:t>
      </w:r>
    </w:p>
    <w:p>
      <w:pPr>
        <w:jc w:val="right"/>
      </w:pPr>
      <w:r>
        <w:t>اور سیٹن آپ کو لے آئے گا، یعنی تباہی کی طرف۔</w:t>
      </w:r>
    </w:p>
    <w:p>
      <w:r>
        <w:rPr>
          <w:b/>
        </w:rPr>
        <w:t xml:space="preserve">[1:00:30] </w:t>
      </w:r>
      <w:r>
        <w:t>us waqt aap apne ko sambhaliye.</w:t>
      </w:r>
    </w:p>
    <w:p>
      <w:pPr>
        <w:jc w:val="right"/>
      </w:pPr>
      <w:r>
        <w:t>اس وقت آپ اپنے کو سنبھالیے۔</w:t>
      </w:r>
    </w:p>
    <w:p>
      <w:r>
        <w:rPr>
          <w:b/>
        </w:rPr>
        <w:t xml:space="preserve">[1:00:34] </w:t>
      </w:r>
      <w:r>
        <w:t>apne ko sambhal kar ke.</w:t>
      </w:r>
    </w:p>
    <w:p>
      <w:pPr>
        <w:jc w:val="right"/>
      </w:pPr>
      <w:r>
        <w:t>اپنے کو سنبھال کر کے۔</w:t>
      </w:r>
    </w:p>
    <w:p>
      <w:r>
        <w:rPr>
          <w:b/>
        </w:rPr>
        <w:t xml:space="preserve">[1:00:38] </w:t>
      </w:r>
      <w:r>
        <w:t>ek, ek mein aksar kaha karta hoon ke yeh thirty second ka mamla hai.</w:t>
      </w:r>
    </w:p>
    <w:p>
      <w:pPr>
        <w:jc w:val="right"/>
      </w:pPr>
      <w:r>
        <w:t>ایک، ایک میں اکثر کہا کرتا ہوں کہ یہ تھرٹی سیکنڈ کا معاملہ ہے۔</w:t>
      </w:r>
    </w:p>
    <w:p>
      <w:r>
        <w:rPr>
          <w:b/>
        </w:rPr>
        <w:t xml:space="preserve">[1:00:42] </w:t>
      </w:r>
      <w:r>
        <w:t>mislan anger jo hai woh thirty second mein diffuse ho sakta hai.</w:t>
      </w:r>
    </w:p>
    <w:p>
      <w:pPr>
        <w:jc w:val="right"/>
      </w:pPr>
      <w:r>
        <w:t>مثلاً اینگر جو ہے وہ تھرٹی سیکنڈ میں ڈیفیوز ہو سکتا ہے۔</w:t>
      </w:r>
    </w:p>
    <w:p>
      <w:r>
        <w:rPr>
          <w:b/>
        </w:rPr>
        <w:t xml:space="preserve">[1:00:45] </w:t>
      </w:r>
      <w:r>
        <w:t>thirty second mein. to is,</w:t>
      </w:r>
    </w:p>
    <w:p>
      <w:pPr>
        <w:jc w:val="right"/>
      </w:pPr>
      <w:r>
        <w:t>تھرٹی سیکنڈ میں۔ تو اس،</w:t>
      </w:r>
    </w:p>
    <w:p>
      <w:r>
        <w:rPr>
          <w:b/>
        </w:rPr>
        <w:t xml:space="preserve">[1:00:49] </w:t>
      </w:r>
      <w:r>
        <w:t>is thori dair ka jo aap ko negative thought aata hai is ko thori dair ke liye aap bardasht kar lijiye. aur is ke baad aap bohat aasani se positive side le lenge. to phir angel hi angel har taraf aap ke liye mil jayenge aap ko. yeh bohat hi simple aur bohat hi natural formula hai yeh. This question is from Mr. Adeel. "How can you judge that one is spiritual?" dekhiye yeh to judge kar</w:t>
      </w:r>
    </w:p>
    <w:p>
      <w:pPr>
        <w:jc w:val="right"/>
      </w:pPr>
      <w:r>
        <w:t>اس تھوڑی دیر کا جو آپ کو نیگیٹیو تھاٹ آتا ہے اس کو تھوڑی دیر کے لیے آپ برداشت کر لیجیے۔ اور اس کے بعد آپ بہت آسانی سے پازیٹیو سائیڈ لے لیں گے۔ تو پھر اینجل ہی اینجل ہر طرف آپ کے لیے مل جائیں گے آپ کو۔ یہ بہت ہی سمپل اور بہت ہی نیچرل فارمولا ہے یہ۔ This question is from Mr. Adeel. "How can you judge that one is spiritual?" دیکھیے یہ تو جج کر</w:t>
      </w:r>
    </w:p>
    <w:p>
      <w:r>
        <w:rPr>
          <w:b/>
        </w:rPr>
        <w:t xml:space="preserve">[1:01:19] </w:t>
      </w:r>
      <w:r>
        <w:t>na mera kaam nahi hai.</w:t>
      </w:r>
    </w:p>
    <w:p>
      <w:pPr>
        <w:jc w:val="right"/>
      </w:pPr>
      <w:r>
        <w:t>نا میرا کام نہیں ہے۔</w:t>
      </w:r>
    </w:p>
    <w:p>
      <w:r>
        <w:rPr>
          <w:b/>
        </w:rPr>
        <w:t xml:space="preserve">[1:01:24] </w:t>
      </w:r>
      <w:r>
        <w:t>yeh guard ka kaam hai.</w:t>
      </w:r>
    </w:p>
    <w:p>
      <w:pPr>
        <w:jc w:val="right"/>
      </w:pPr>
      <w:r>
        <w:t>یہ گارڈ کا کام ہے۔</w:t>
      </w:r>
    </w:p>
    <w:p>
      <w:r>
        <w:rPr>
          <w:b/>
        </w:rPr>
        <w:t xml:space="preserve">[1:01:29] </w:t>
      </w:r>
      <w:r>
        <w:t>mein, mein judge ki kursi par nahi baitha hua hoon.</w:t>
      </w:r>
    </w:p>
    <w:p>
      <w:pPr>
        <w:jc w:val="right"/>
      </w:pPr>
      <w:r>
        <w:t>میں، میں جج کی کرسی پر نہیں بیٹھا ہوا ہوں۔</w:t>
      </w:r>
    </w:p>
    <w:p>
      <w:r>
        <w:rPr>
          <w:b/>
        </w:rPr>
        <w:t xml:space="preserve">[1:01:34] </w:t>
      </w:r>
      <w:r>
        <w:t>to mein yeh claim nahi kar sakta ke mein kisi ko bataunga ke yeh.</w:t>
      </w:r>
    </w:p>
    <w:p>
      <w:pPr>
        <w:jc w:val="right"/>
      </w:pPr>
      <w:r>
        <w:t>تو میں یہ کلیم نہیں کر سکتا کہ میں کسی کو بتاؤں گا کہ یہ۔</w:t>
      </w:r>
    </w:p>
    <w:p>
      <w:r>
        <w:rPr>
          <w:b/>
        </w:rPr>
        <w:t xml:space="preserve">[1:01:39] </w:t>
      </w:r>
      <w:r>
        <w:t>lekin apni samajh se mein jaanta hoon yeh ke is ke behaviour mein, yaani jab is par criticize</w:t>
      </w:r>
    </w:p>
    <w:p>
      <w:pPr>
        <w:jc w:val="right"/>
      </w:pPr>
      <w:r>
        <w:t>لیکن اپنی سمجھ سے میں جانتا ہوں یہ کہ اس کے بیہیویئر میں، یعنی جب اس پر کریٹیسائز</w:t>
      </w:r>
    </w:p>
    <w:p>
      <w:r>
        <w:rPr>
          <w:b/>
        </w:rPr>
        <w:t xml:space="preserve">[1:01:44] </w:t>
      </w:r>
      <w:r>
        <w:t>kya jaye, jab is ko provoke kya jaye, is</w:t>
      </w:r>
    </w:p>
    <w:p>
      <w:pPr>
        <w:jc w:val="right"/>
      </w:pPr>
      <w:r>
        <w:t>کیا جائے، جب اس کو پرووک کیا جائے، اس</w:t>
      </w:r>
    </w:p>
    <w:p>
      <w:r>
        <w:rPr>
          <w:b/>
        </w:rPr>
        <w:t xml:space="preserve">[1:01:49] </w:t>
      </w:r>
      <w:r>
        <w:t>waqt woh apni positivity ko na khoye.</w:t>
      </w:r>
    </w:p>
    <w:p>
      <w:pPr>
        <w:jc w:val="right"/>
      </w:pPr>
      <w:r>
        <w:t>وقت وہ اپنی پازیٹیوٹی کو نہ کھوئے۔</w:t>
      </w:r>
    </w:p>
    <w:p>
      <w:r>
        <w:rPr>
          <w:b/>
        </w:rPr>
        <w:t xml:space="preserve">[1:01:53] </w:t>
      </w:r>
      <w:r>
        <w:t>to woh spiritual person hai woh.</w:t>
      </w:r>
    </w:p>
    <w:p>
      <w:pPr>
        <w:jc w:val="right"/>
      </w:pPr>
      <w:r>
        <w:t>تو وہ اسپرچول پرسن ہے وہ۔</w:t>
      </w:r>
    </w:p>
    <w:p>
      <w:r>
        <w:rPr>
          <w:b/>
        </w:rPr>
        <w:t xml:space="preserve">[1:01:57] </w:t>
      </w:r>
      <w:r>
        <w:t>agar mujhe samajhna ho kisi ko janne ke liye to woh time jab ke kisi ko aap provoke karte hain.</w:t>
      </w:r>
    </w:p>
    <w:p>
      <w:pPr>
        <w:jc w:val="right"/>
      </w:pPr>
      <w:r>
        <w:t>اگر مجھے سمجھنا ہو کسی کو جاننے کے لیے تو وہ ٹائم جب کہ کسی کو آپ پرووک کرتے ہیں۔</w:t>
      </w:r>
    </w:p>
    <w:p>
      <w:r>
        <w:rPr>
          <w:b/>
        </w:rPr>
        <w:t xml:space="preserve">[1:02:01] </w:t>
      </w:r>
      <w:r>
        <w:t>jab is ko aap ghussa dilate hain.</w:t>
      </w:r>
    </w:p>
    <w:p>
      <w:pPr>
        <w:jc w:val="right"/>
      </w:pPr>
      <w:r>
        <w:t>جب اس کو آپ غصہ دلاتے ہیں۔</w:t>
      </w:r>
    </w:p>
    <w:p>
      <w:r>
        <w:rPr>
          <w:b/>
        </w:rPr>
        <w:t xml:space="preserve">[1:02:04] </w:t>
      </w:r>
      <w:r>
        <w:t>jab aap se is ko koi negative experience hota hai.</w:t>
      </w:r>
    </w:p>
    <w:p>
      <w:pPr>
        <w:jc w:val="right"/>
      </w:pPr>
      <w:r>
        <w:t>جب آپ سے اس کو کوئی نیگیٹیو ایکسپیرینس ہوتا ہے۔</w:t>
      </w:r>
    </w:p>
    <w:p>
      <w:r>
        <w:rPr>
          <w:b/>
        </w:rPr>
        <w:t xml:space="preserve">[1:02:08] </w:t>
      </w:r>
      <w:r>
        <w:t>us waqt, us waqt jo hai woh test par aa jata hai.</w:t>
      </w:r>
    </w:p>
    <w:p>
      <w:pPr>
        <w:jc w:val="right"/>
      </w:pPr>
      <w:r>
        <w:t>اس وقت، اس وقت جو ہے وہ ٹیسٹ پر آ جاتا ہے۔</w:t>
      </w:r>
    </w:p>
    <w:p>
      <w:r>
        <w:rPr>
          <w:b/>
        </w:rPr>
        <w:t xml:space="preserve">[1:02:12] </w:t>
      </w:r>
      <w:r>
        <w:t>us waqt test par aa jata hai woh.</w:t>
      </w:r>
    </w:p>
    <w:p>
      <w:pPr>
        <w:jc w:val="right"/>
      </w:pPr>
      <w:r>
        <w:t>اس وقت ٹیسٹ پر آ جاتا ہے وہ۔</w:t>
      </w:r>
    </w:p>
    <w:p>
      <w:r>
        <w:rPr>
          <w:b/>
        </w:rPr>
        <w:t xml:space="preserve">[1:02:16] </w:t>
      </w:r>
      <w:r>
        <w:t>us waqt agar is ki positivity baqi rahe</w:t>
      </w:r>
    </w:p>
    <w:p>
      <w:pPr>
        <w:jc w:val="right"/>
      </w:pPr>
      <w:r>
        <w:t>اس وقت اگر اس کی پازیٹیوٹی باقی رہے</w:t>
      </w:r>
    </w:p>
    <w:p>
      <w:r>
        <w:rPr>
          <w:b/>
        </w:rPr>
        <w:t xml:space="preserve">[1:02:20] </w:t>
      </w:r>
      <w:r>
        <w:t>to woh spiritual person hai.</w:t>
      </w:r>
    </w:p>
    <w:p>
      <w:pPr>
        <w:jc w:val="right"/>
      </w:pPr>
      <w:r>
        <w:t>تو وہ اسپرچول پرسن ہے۔</w:t>
      </w:r>
    </w:p>
    <w:p>
      <w:r>
        <w:rPr>
          <w:b/>
        </w:rPr>
        <w:t xml:space="preserve">[1:02:23] </w:t>
      </w:r>
      <w:r>
        <w:t>nahi to woh spiritual person nahi hai.</w:t>
      </w:r>
    </w:p>
    <w:p>
      <w:pPr>
        <w:jc w:val="right"/>
      </w:pPr>
      <w:r>
        <w:t>نہیں تو وہ اسپرچول پرسن نہیں ہے۔</w:t>
      </w:r>
    </w:p>
    <w:p>
      <w:r>
        <w:rPr>
          <w:b/>
        </w:rPr>
        <w:t xml:space="preserve">[1:02:27] </w:t>
      </w:r>
      <w:r>
        <w:t>This question is from Mr. Gautam Khurana.</w:t>
      </w:r>
    </w:p>
    <w:p>
      <w:pPr>
        <w:jc w:val="right"/>
      </w:pPr>
      <w:r>
        <w:t>This question is from Mr. Gautam Khurana.</w:t>
      </w:r>
    </w:p>
    <w:p>
      <w:r>
        <w:rPr>
          <w:b/>
        </w:rPr>
        <w:t xml:space="preserve">[1:02:31] </w:t>
      </w:r>
      <w:r>
        <w:t>"Is religion today a necessity or a liability?</w:t>
      </w:r>
    </w:p>
    <w:p>
      <w:pPr>
        <w:jc w:val="right"/>
      </w:pPr>
      <w:r>
        <w:t>"Is religion today a necessity or a liability?</w:t>
      </w:r>
    </w:p>
    <w:p>
      <w:r>
        <w:rPr>
          <w:b/>
        </w:rPr>
        <w:t xml:space="preserve">[1:02:35] </w:t>
      </w:r>
      <w:r>
        <w:t>What is your take on being a human?</w:t>
      </w:r>
    </w:p>
    <w:p>
      <w:pPr>
        <w:jc w:val="right"/>
      </w:pPr>
      <w:r>
        <w:t>What is your take on being a human?</w:t>
      </w:r>
    </w:p>
    <w:p>
      <w:r>
        <w:rPr>
          <w:b/>
        </w:rPr>
        <w:t xml:space="preserve">[1:02:38] </w:t>
      </w:r>
      <w:r>
        <w:t>That is the religion of insaniat.</w:t>
      </w:r>
    </w:p>
    <w:p>
      <w:pPr>
        <w:jc w:val="right"/>
      </w:pPr>
      <w:r>
        <w:t>That is the religion of insaniat.</w:t>
      </w:r>
    </w:p>
    <w:p>
      <w:r>
        <w:rPr>
          <w:b/>
        </w:rPr>
        <w:t xml:space="preserve">[1:02:42] </w:t>
      </w:r>
      <w:r>
        <w:t>Do we need religion today at all, or rather forget religion completely and live peacefully?" dekhiye is question</w:t>
      </w:r>
    </w:p>
    <w:p>
      <w:pPr>
        <w:jc w:val="right"/>
      </w:pPr>
      <w:r>
        <w:t>Do we need religion today at all, or rather forget religion completely and live peacefully?" دیکھیے اس کویسچن</w:t>
      </w:r>
    </w:p>
    <w:p>
      <w:r>
        <w:rPr>
          <w:b/>
        </w:rPr>
        <w:t xml:space="preserve">[1:02:46] </w:t>
      </w:r>
      <w:r>
        <w:t>ke peeche jo mind hai us ko</w:t>
      </w:r>
    </w:p>
    <w:p>
      <w:pPr>
        <w:jc w:val="right"/>
      </w:pPr>
      <w:r>
        <w:t>کے پیچھے جو مائنڈ ہے اس کو</w:t>
      </w:r>
    </w:p>
    <w:p>
      <w:r>
        <w:rPr>
          <w:b/>
        </w:rPr>
        <w:t xml:space="preserve">[1:02:50] </w:t>
      </w:r>
      <w:r>
        <w:t>mein parh pa raha hoon.</w:t>
      </w:r>
    </w:p>
    <w:p>
      <w:pPr>
        <w:jc w:val="right"/>
      </w:pPr>
      <w:r>
        <w:t>میں پڑھ پا رہا ہوں۔</w:t>
      </w:r>
    </w:p>
    <w:p>
      <w:r>
        <w:rPr>
          <w:b/>
        </w:rPr>
        <w:t xml:space="preserve">[1:02:54] </w:t>
      </w:r>
      <w:r>
        <w:t>یہ لوگ جو ہیں ریلیجن کو کیا سمجھتے ہیں؟ set of rituals.</w:t>
      </w:r>
    </w:p>
    <w:p>
      <w:pPr>
        <w:jc w:val="right"/>
      </w:pPr>
      <w:r>
        <w:t>یہ لوگ جو ہیں ریلیجن کو کیا سمجھتے ہیں؟ سیٹ آف ریچولز۔</w:t>
      </w:r>
    </w:p>
    <w:p>
      <w:r>
        <w:rPr>
          <w:b/>
        </w:rPr>
        <w:t xml:space="preserve">[1:02:58] </w:t>
      </w:r>
      <w:r>
        <w:t>aaj jo religion hai woh set of rituals bana hua hai.</w:t>
      </w:r>
    </w:p>
    <w:p>
      <w:pPr>
        <w:jc w:val="right"/>
      </w:pPr>
      <w:r>
        <w:t>آج جو ریلیجن ہے وہ سیٹ آف ریچولز بنا ہوا ہے۔</w:t>
      </w:r>
    </w:p>
    <w:p>
      <w:r>
        <w:rPr>
          <w:b/>
        </w:rPr>
        <w:t xml:space="preserve">[1:03:03] </w:t>
      </w:r>
      <w:r>
        <w:t>kisi ne bahut sahi kaha hai ke religion begins from, from an ideology.</w:t>
      </w:r>
    </w:p>
    <w:p>
      <w:pPr>
        <w:jc w:val="right"/>
      </w:pPr>
      <w:r>
        <w:t>کسی نے بہت صحیح کہا ہے کہ religion begins from, from an ideology.</w:t>
      </w:r>
    </w:p>
    <w:p>
      <w:r>
        <w:rPr>
          <w:b/>
        </w:rPr>
        <w:t xml:space="preserve">[1:03:07] </w:t>
      </w:r>
      <w:r>
        <w:t>Then it reduces to set of rituals. Rituals, custom.</w:t>
      </w:r>
    </w:p>
    <w:p>
      <w:pPr>
        <w:jc w:val="right"/>
      </w:pPr>
      <w:r>
        <w:t>Then it reduces to set of rituals. ریچولز، کسٹم۔</w:t>
      </w:r>
    </w:p>
    <w:p>
      <w:r>
        <w:rPr>
          <w:b/>
        </w:rPr>
        <w:t xml:space="preserve">[1:03:12] </w:t>
      </w:r>
      <w:r>
        <w:t>yeh aaj sar har mazhab ka haal hai. including Islam.</w:t>
      </w:r>
    </w:p>
    <w:p>
      <w:pPr>
        <w:jc w:val="right"/>
      </w:pPr>
      <w:r>
        <w:t>یہ آج سر ہر مذہب کا حال ہے۔ انکلوڈنگ اسلام۔</w:t>
      </w:r>
    </w:p>
    <w:p>
      <w:r>
        <w:rPr>
          <w:b/>
        </w:rPr>
        <w:t xml:space="preserve">[1:03:16] </w:t>
      </w:r>
      <w:r>
        <w:t>abhi jo existing Islam hai</w:t>
      </w:r>
    </w:p>
    <w:p>
      <w:pPr>
        <w:jc w:val="right"/>
      </w:pPr>
      <w:r>
        <w:t>ابھی جو ایگزسٹنگ اسلام ہے</w:t>
      </w:r>
    </w:p>
    <w:p>
      <w:r>
        <w:rPr>
          <w:b/>
        </w:rPr>
        <w:t xml:space="preserve">[1:03:20] </w:t>
      </w:r>
      <w:r>
        <w:t>woh bas rituals aur custom ka naam hai. spirit ghayab hai. poori Muslim duniya mein spirit ghayab hai. abhi aap dekhenge Ramadan aa raha hai, bohat shor machega masjidon mein. haalanke Ramadan hai, silence ka mahina hai. khamoshi, chup rehna. aur yahan dekhenge aap kitna shor machega loudspeaker ka. to without the spirit of Ramadan. to har mazhab mein, chahe, chahe koi bhi maz</w:t>
      </w:r>
    </w:p>
    <w:p>
      <w:pPr>
        <w:jc w:val="right"/>
      </w:pPr>
      <w:r>
        <w:t>وہ بس ریچولز اور کسٹم کا نام ہے۔ اسپرٹ غائب ہے۔ پوری مسلم دنیا میں اسپرٹ غائب ہے۔ ابھی آپ دیکھیں گے رمضان آ رہا ہے، بہت شور مچے گا مسجدوں میں۔ حالانکہ رمضان ہے، سائلنس کا مہینہ ہے۔ خاموشی، چپ رہنا۔ اور یہاں دیکھیں گے آپ کتنا شور مچے گا لاؤڈ اسپیکر کا۔ To without the spirit of Ramadan. تو ہر مذہب میں، چاہے، چاہے کوئی بھی مذ</w:t>
      </w:r>
    </w:p>
    <w:p>
      <w:r>
        <w:rPr>
          <w:b/>
        </w:rPr>
        <w:t xml:space="preserve">[1:03:50] </w:t>
      </w:r>
      <w:r>
        <w:t>hub ho, har mazhab mein is waqt yeh haal hai ke spirit ghayab hai.</w:t>
      </w:r>
    </w:p>
    <w:p>
      <w:pPr>
        <w:jc w:val="right"/>
      </w:pPr>
      <w:r>
        <w:t>ہب ہو، ہر مذہب میں اس وقت یہ حال ہے کہ اسپرٹ غائب ہے۔</w:t>
      </w:r>
    </w:p>
    <w:p>
      <w:r>
        <w:rPr>
          <w:b/>
        </w:rPr>
        <w:t xml:space="preserve">[1:03:53] </w:t>
      </w:r>
      <w:r>
        <w:t>aur rituals hain, customs hain.</w:t>
      </w:r>
    </w:p>
    <w:p>
      <w:pPr>
        <w:jc w:val="right"/>
      </w:pPr>
      <w:r>
        <w:t>اور ریچولز ہیں، کسٹمز ہیں۔</w:t>
      </w:r>
    </w:p>
    <w:p>
      <w:r>
        <w:rPr>
          <w:b/>
        </w:rPr>
        <w:t xml:space="preserve">[1:03:56] </w:t>
      </w:r>
      <w:r>
        <w:t>isi ko log mazhab samajh rahe hain.</w:t>
      </w:r>
    </w:p>
    <w:p>
      <w:pPr>
        <w:jc w:val="right"/>
      </w:pPr>
      <w:r>
        <w:t>اسی کو لوگ مذہب سمجھ رہے ہیں۔</w:t>
      </w:r>
    </w:p>
    <w:p>
      <w:r>
        <w:rPr>
          <w:b/>
        </w:rPr>
        <w:t xml:space="preserve">[1:03:59] </w:t>
      </w:r>
      <w:r>
        <w:t>log samajhte hain ke bhai aise mazhab ki humein zaroorat kya hai? woh mazhab toh mazhab hi nahi hai.</w:t>
      </w:r>
    </w:p>
    <w:p>
      <w:pPr>
        <w:jc w:val="right"/>
      </w:pPr>
      <w:r>
        <w:t>لوگ سمجھتے ہیں کہ بھئی ایسے مذہب کی ہمیں ضرورت کیا ہے؟ وہ مذہب تو مذہب ہی نہیں ہے۔</w:t>
      </w:r>
    </w:p>
    <w:p>
      <w:r>
        <w:rPr>
          <w:b/>
        </w:rPr>
        <w:t xml:space="preserve">[1:04:02] </w:t>
      </w:r>
      <w:r>
        <w:t>mazhab jo true sense mein mazhab hai woh spirit par base karta hai.</w:t>
      </w:r>
    </w:p>
    <w:p>
      <w:pPr>
        <w:jc w:val="right"/>
      </w:pPr>
      <w:r>
        <w:t>مذہب جو ٹرو سینس میں مذہب ہے وہ اسپرٹ پر بیس کرتا ہے۔</w:t>
      </w:r>
    </w:p>
    <w:p>
      <w:r>
        <w:rPr>
          <w:b/>
        </w:rPr>
        <w:t xml:space="preserve">[1:04:05] </w:t>
      </w:r>
      <w:r>
        <w:t>اسی کو میں نے spirituality کہا ہے میں نے۔</w:t>
      </w:r>
    </w:p>
    <w:p>
      <w:pPr>
        <w:jc w:val="right"/>
      </w:pPr>
      <w:r>
        <w:t>اسی کو میں نے اسپرچولٹی کہا ہے میں نے۔</w:t>
      </w:r>
    </w:p>
    <w:p>
      <w:r>
        <w:rPr>
          <w:b/>
        </w:rPr>
        <w:t xml:space="preserve">[1:04:08] </w:t>
      </w:r>
      <w:r>
        <w:t>real mazhab jo hai woh spirit par base karta hai.</w:t>
      </w:r>
    </w:p>
    <w:p>
      <w:pPr>
        <w:jc w:val="right"/>
      </w:pPr>
      <w:r>
        <w:t>ریئل مذہب جو ہے وہ اسپرٹ پر بیس کرتا ہے۔</w:t>
      </w:r>
    </w:p>
    <w:p>
      <w:r>
        <w:rPr>
          <w:b/>
        </w:rPr>
        <w:t xml:space="preserve">[1:04:11] </w:t>
      </w:r>
      <w:r>
        <w:t>spirituality par base karta hai.</w:t>
      </w:r>
    </w:p>
    <w:p>
      <w:pPr>
        <w:jc w:val="right"/>
      </w:pPr>
      <w:r>
        <w:t>اسپرچولٹی پر بیس کرتا ہے۔</w:t>
      </w:r>
    </w:p>
    <w:p>
      <w:r>
        <w:rPr>
          <w:b/>
        </w:rPr>
        <w:t xml:space="preserve">[1:04:14] </w:t>
      </w:r>
      <w:r>
        <w:t>toh woh toh insaan ke liye blessing hai.</w:t>
      </w:r>
    </w:p>
    <w:p>
      <w:pPr>
        <w:jc w:val="right"/>
      </w:pPr>
      <w:r>
        <w:t>تو وہ تو انسان کے لیے بلیسنگ ہے۔</w:t>
      </w:r>
    </w:p>
    <w:p>
      <w:r>
        <w:rPr>
          <w:b/>
        </w:rPr>
        <w:t xml:space="preserve">[1:04:17] </w:t>
      </w:r>
      <w:r>
        <w:t>iske baghair</w:t>
      </w:r>
    </w:p>
    <w:p>
      <w:pPr>
        <w:jc w:val="right"/>
      </w:pPr>
      <w:r>
        <w:t>اس کے بغیر</w:t>
      </w:r>
    </w:p>
    <w:p>
      <w:r>
        <w:rPr>
          <w:b/>
        </w:rPr>
        <w:t xml:space="preserve">[1:04:20] </w:t>
      </w:r>
      <w:r>
        <w:t>toh, yani zindagi jo hai aisi ho jayegi jaise pani ke baghair hamara planet.</w:t>
      </w:r>
    </w:p>
    <w:p>
      <w:pPr>
        <w:jc w:val="right"/>
      </w:pPr>
      <w:r>
        <w:t>تو، یعنی زندگی جو ہے ایسی ہو جائے گی جیسے پانی کے بغیر ہمارا پلینٹ۔</w:t>
      </w:r>
    </w:p>
    <w:p>
      <w:r>
        <w:rPr>
          <w:b/>
        </w:rPr>
        <w:t xml:space="preserve">[1:04:25] </w:t>
      </w:r>
      <w:r>
        <w:t>toh aap rituals ko le kar ke ya customs ko le kar ke mat samjhiye ke yeh mazhab hai.</w:t>
      </w:r>
    </w:p>
    <w:p>
      <w:pPr>
        <w:jc w:val="right"/>
      </w:pPr>
      <w:r>
        <w:t>تو آپ ریچولز کو لے کر کے یا کسٹمز کو لے کر کے مت سمجھیے کہ یہ مذہب ہے۔</w:t>
      </w:r>
    </w:p>
    <w:p>
      <w:r>
        <w:rPr>
          <w:b/>
        </w:rPr>
        <w:t xml:space="preserve">[1:04:30] </w:t>
      </w:r>
      <w:r>
        <w:t>woh toh, woh toh reduced form hai mazhab ka.</w:t>
      </w:r>
    </w:p>
    <w:p>
      <w:pPr>
        <w:jc w:val="right"/>
      </w:pPr>
      <w:r>
        <w:t>وہ تو، وہ تو ریڈیوسڈ فارم ہے مذہب کا۔</w:t>
      </w:r>
    </w:p>
    <w:p>
      <w:r>
        <w:rPr>
          <w:b/>
        </w:rPr>
        <w:t xml:space="preserve">[1:04:36] </w:t>
      </w:r>
      <w:r>
        <w:t>mazhab ka reduced form hai.</w:t>
      </w:r>
    </w:p>
    <w:p>
      <w:pPr>
        <w:jc w:val="right"/>
      </w:pPr>
      <w:r>
        <w:t>مذہب کا ریڈیوسڈ فارم ہے۔</w:t>
      </w:r>
    </w:p>
    <w:p>
      <w:r>
        <w:rPr>
          <w:b/>
        </w:rPr>
        <w:t xml:space="preserve">[1:04:41] </w:t>
      </w:r>
      <w:r>
        <w:t>sacha mazhab jo hai woh spirit par base karta hai.</w:t>
      </w:r>
    </w:p>
    <w:p>
      <w:pPr>
        <w:jc w:val="right"/>
      </w:pPr>
      <w:r>
        <w:t>سچا مذہب جو ہے وہ اسپرٹ پر بیس کرتا ہے۔</w:t>
      </w:r>
    </w:p>
    <w:p>
      <w:r>
        <w:rPr>
          <w:b/>
        </w:rPr>
        <w:t xml:space="preserve">[1:04:46] </w:t>
      </w:r>
      <w:r>
        <w:t>jaise mein aap ko ek qissa arz karoon.</w:t>
      </w:r>
    </w:p>
    <w:p>
      <w:pPr>
        <w:jc w:val="right"/>
      </w:pPr>
      <w:r>
        <w:t>جیسے میں آپ کو ایک قصہ عرض کروں۔</w:t>
      </w:r>
    </w:p>
    <w:p>
      <w:r>
        <w:rPr>
          <w:b/>
        </w:rPr>
        <w:t xml:space="preserve">[1:04:51] </w:t>
      </w:r>
      <w:r>
        <w:t>Hinduism, mein Hinduism ko parhta hoon, Christianity ko parhta hoon, mein Judaism ko parhta hoon.</w:t>
      </w:r>
    </w:p>
    <w:p>
      <w:pPr>
        <w:jc w:val="right"/>
      </w:pPr>
      <w:r>
        <w:t>ہندوازم، میں ہندوازم کو پڑھتا ہوں، کرسچینٹی کو پڑھتا ہوں، میں جوڈائزم کو پڑھتا ہوں۔</w:t>
      </w:r>
    </w:p>
    <w:p>
      <w:r>
        <w:rPr>
          <w:b/>
        </w:rPr>
        <w:t xml:space="preserve">[1:04:54] </w:t>
      </w:r>
      <w:r>
        <w:t>Yahudiyon ke liye mere dil mein koi nafrat nahi hai.</w:t>
      </w:r>
    </w:p>
    <w:p>
      <w:pPr>
        <w:jc w:val="right"/>
      </w:pPr>
      <w:r>
        <w:t>یہودیوں کے لیے میرے دل میں کوئی نفرت نہیں ہے۔</w:t>
      </w:r>
    </w:p>
    <w:p>
      <w:r>
        <w:rPr>
          <w:b/>
        </w:rPr>
        <w:t xml:space="preserve">[1:04:58] </w:t>
      </w:r>
      <w:r>
        <w:t>saare musalman Yahudi se nafrat karte hain.</w:t>
      </w:r>
    </w:p>
    <w:p>
      <w:pPr>
        <w:jc w:val="right"/>
      </w:pPr>
      <w:r>
        <w:t>سارے مسلمان یہودی سے نفرت کرتے ہیں۔</w:t>
      </w:r>
    </w:p>
    <w:p>
      <w:r>
        <w:rPr>
          <w:b/>
        </w:rPr>
        <w:t xml:space="preserve">[1:05:02] </w:t>
      </w:r>
      <w:r>
        <w:t>mere dil mein kuch bhi nafrat nahi hai.</w:t>
      </w:r>
    </w:p>
    <w:p>
      <w:pPr>
        <w:jc w:val="right"/>
      </w:pPr>
      <w:r>
        <w:t>میرے دل میں کچھ بھی نفرت نہیں ہے۔</w:t>
      </w:r>
    </w:p>
    <w:p>
      <w:r>
        <w:rPr>
          <w:b/>
        </w:rPr>
        <w:t xml:space="preserve">[1:05:06] </w:t>
      </w:r>
      <w:r>
        <w:t>ek aaitah ke barabar bhi mein yahoodi se nafrat nahi karta.</w:t>
      </w:r>
    </w:p>
    <w:p>
      <w:pPr>
        <w:jc w:val="right"/>
      </w:pPr>
      <w:r>
        <w:t>ایک آئٹہ کے برابر بھی میں یہودی سے نفرت نہیں کرتا۔</w:t>
      </w:r>
    </w:p>
    <w:p>
      <w:r>
        <w:rPr>
          <w:b/>
        </w:rPr>
        <w:t xml:space="preserve">[1:05:09] </w:t>
      </w:r>
      <w:r>
        <w:t>na kisi se karta hoon mein.</w:t>
      </w:r>
    </w:p>
    <w:p>
      <w:pPr>
        <w:jc w:val="right"/>
      </w:pPr>
      <w:r>
        <w:t>نہ کسی سے کرتا ہوں میں۔</w:t>
      </w:r>
    </w:p>
    <w:p>
      <w:r>
        <w:rPr>
          <w:b/>
        </w:rPr>
        <w:t xml:space="preserve">[1:05:13] </w:t>
      </w:r>
      <w:r>
        <w:t>to swami vivekanand jo hain, aap jante hain ke bohat bade aadmi thay.</w:t>
      </w:r>
    </w:p>
    <w:p>
      <w:pPr>
        <w:jc w:val="right"/>
      </w:pPr>
      <w:r>
        <w:t>تو سوامی ویوکانند جو ہیں، آپ جانتے ہیں کہ بہت بڑے آدمی تھے۔</w:t>
      </w:r>
    </w:p>
    <w:p>
      <w:r>
        <w:rPr>
          <w:b/>
        </w:rPr>
        <w:t xml:space="preserve">[1:05:17] </w:t>
      </w:r>
      <w:r>
        <w:t>ek aadmi ne chaha ke un ko test par le,</w:t>
      </w:r>
    </w:p>
    <w:p>
      <w:pPr>
        <w:jc w:val="right"/>
      </w:pPr>
      <w:r>
        <w:t>ایک آدمی نے چاہا کہ ان کو ٹیسٹ پر لے،</w:t>
      </w:r>
    </w:p>
    <w:p>
      <w:r>
        <w:rPr>
          <w:b/>
        </w:rPr>
        <w:t xml:space="preserve">[1:05:21] </w:t>
      </w:r>
      <w:r>
        <w:t>janchay un ko.</w:t>
      </w:r>
    </w:p>
    <w:p>
      <w:pPr>
        <w:jc w:val="right"/>
      </w:pPr>
      <w:r>
        <w:t>جانچے ان کو۔</w:t>
      </w:r>
    </w:p>
    <w:p>
      <w:r>
        <w:rPr>
          <w:b/>
        </w:rPr>
        <w:t xml:space="preserve">[1:05:24] </w:t>
      </w:r>
      <w:r>
        <w:t>ke un ka kitna sehan shilta, kitna un ke andar hai.</w:t>
      </w:r>
    </w:p>
    <w:p>
      <w:pPr>
        <w:jc w:val="right"/>
      </w:pPr>
      <w:r>
        <w:t>کہ ان کا کتنا سہن شیلتا، کتنا ان کے اندر ہے۔</w:t>
      </w:r>
    </w:p>
    <w:p>
      <w:r>
        <w:rPr>
          <w:b/>
        </w:rPr>
        <w:t xml:space="preserve">[1:05:27] </w:t>
      </w:r>
      <w:r>
        <w:t>spirituality kitni un ke andar hai.</w:t>
      </w:r>
    </w:p>
    <w:p>
      <w:pPr>
        <w:jc w:val="right"/>
      </w:pPr>
      <w:r>
        <w:t>اسپرچولٹی کتنی ان کے اندر ہے۔</w:t>
      </w:r>
    </w:p>
    <w:p>
      <w:r>
        <w:rPr>
          <w:b/>
        </w:rPr>
        <w:t xml:space="preserve">[1:05:31] </w:t>
      </w:r>
      <w:r>
        <w:t>apnay aap bulaya.</w:t>
      </w:r>
    </w:p>
    <w:p>
      <w:pPr>
        <w:jc w:val="right"/>
      </w:pPr>
      <w:r>
        <w:t>اپنے آپ بلایا۔</w:t>
      </w:r>
    </w:p>
    <w:p>
      <w:r>
        <w:rPr>
          <w:b/>
        </w:rPr>
        <w:t xml:space="preserve">[1:05:34] </w:t>
      </w:r>
      <w:r>
        <w:t>to jis room mein un ko bulaya gaya tha wahan par ek table par bohat si book rakhi hui theen. dharmik book. sacred books.</w:t>
      </w:r>
    </w:p>
    <w:p>
      <w:pPr>
        <w:jc w:val="right"/>
      </w:pPr>
      <w:r>
        <w:t>تو جس روم میں ان کو بلایا گیا تھا وہاں پر ایک ٹیبل پر بہت سی بک رکھی ہوئی تھیں۔ دھارمک بک۔ سیکرٹ بکس۔</w:t>
      </w:r>
    </w:p>
    <w:p>
      <w:r>
        <w:rPr>
          <w:b/>
        </w:rPr>
        <w:t xml:space="preserve">[1:05:38] </w:t>
      </w:r>
      <w:r>
        <w:t>is mein kya tha ke sab se neeche gita, gita rakhi hui thi.</w:t>
      </w:r>
    </w:p>
    <w:p>
      <w:pPr>
        <w:jc w:val="right"/>
      </w:pPr>
      <w:r>
        <w:t>اس میں کیا تھا کہ سب سے نیچے گیتا، گیتا رکھی ہوئی تھی۔</w:t>
      </w:r>
    </w:p>
    <w:p>
      <w:r>
        <w:rPr>
          <w:b/>
        </w:rPr>
        <w:t xml:space="preserve">[1:05:41] </w:t>
      </w:r>
      <w:r>
        <w:t>is ke oopar doosri doosri kitabein jaisay quran aur bible aur doosri kitabein.</w:t>
      </w:r>
    </w:p>
    <w:p>
      <w:pPr>
        <w:jc w:val="right"/>
      </w:pPr>
      <w:r>
        <w:t>اس کے اوپر دوسری دوسری کتابیں جیسے قرآن اور بائبل اور دوسری کتابیں۔</w:t>
      </w:r>
    </w:p>
    <w:p>
      <w:r>
        <w:rPr>
          <w:b/>
        </w:rPr>
        <w:t xml:space="preserve">[1:05:44] </w:t>
      </w:r>
      <w:r>
        <w:t>to gita neeche aur doosri kitabein oopar.</w:t>
      </w:r>
    </w:p>
    <w:p>
      <w:pPr>
        <w:jc w:val="right"/>
      </w:pPr>
      <w:r>
        <w:t>تو گیتا نیچے اور دوسری کتابیں اوپر۔</w:t>
      </w:r>
    </w:p>
    <w:p>
      <w:r>
        <w:rPr>
          <w:b/>
        </w:rPr>
        <w:t xml:space="preserve">[1:05:48] </w:t>
      </w:r>
      <w:r>
        <w:t>woh samajhta tha aadmi ke jab</w:t>
      </w:r>
    </w:p>
    <w:p>
      <w:pPr>
        <w:jc w:val="right"/>
      </w:pPr>
      <w:r>
        <w:t>وہ سمجھتا تھا آدمی کہ جب</w:t>
      </w:r>
    </w:p>
    <w:p>
      <w:r>
        <w:rPr>
          <w:b/>
        </w:rPr>
        <w:t xml:space="preserve">[1:05:51] </w:t>
      </w:r>
      <w:r>
        <w:t>dekhein ge yeh to ghussa hon ge woh.</w:t>
      </w:r>
    </w:p>
    <w:p>
      <w:pPr>
        <w:jc w:val="right"/>
      </w:pPr>
      <w:r>
        <w:t>دیکھیں گے یہ تو غصہ ہوں گے وہ۔</w:t>
      </w:r>
    </w:p>
    <w:p>
      <w:r>
        <w:rPr>
          <w:b/>
        </w:rPr>
        <w:t xml:space="preserve">[1:05:55] </w:t>
      </w:r>
      <w:r>
        <w:t>It is humiliation.</w:t>
      </w:r>
    </w:p>
    <w:p>
      <w:pPr>
        <w:jc w:val="right"/>
      </w:pPr>
      <w:r>
        <w:t>It is humiliation.</w:t>
      </w:r>
    </w:p>
    <w:p>
      <w:r>
        <w:rPr>
          <w:b/>
        </w:rPr>
        <w:t xml:space="preserve">[1:05:59] </w:t>
      </w:r>
      <w:r>
        <w:t>to phir isi, isi liye mujhe bulaya tha ke mujhe humiliate karo ke meri book neeche rakh di.</w:t>
      </w:r>
    </w:p>
    <w:p>
      <w:pPr>
        <w:jc w:val="right"/>
      </w:pPr>
      <w:r>
        <w:t>تو پھر اسی، اسی لیے مجھے بلایا تھا کہ مجھے ہیمیلیٹ کرو کہ میری بک نیچے رکھ دی۔</w:t>
      </w:r>
    </w:p>
    <w:p>
      <w:r>
        <w:rPr>
          <w:b/>
        </w:rPr>
        <w:t xml:space="preserve">[1:06:02] </w:t>
      </w:r>
      <w:r>
        <w:t>aur sab ko oopar kar diya.</w:t>
      </w:r>
    </w:p>
    <w:p>
      <w:pPr>
        <w:jc w:val="right"/>
      </w:pPr>
      <w:r>
        <w:t>اور سب کو اوپر کر دیا۔</w:t>
      </w:r>
    </w:p>
    <w:p>
      <w:r>
        <w:rPr>
          <w:b/>
        </w:rPr>
        <w:t xml:space="preserve">[1:06:06] </w:t>
      </w:r>
      <w:r>
        <w:t>to swami vivekanand was a true spiritual person.</w:t>
      </w:r>
    </w:p>
    <w:p>
      <w:pPr>
        <w:jc w:val="right"/>
      </w:pPr>
      <w:r>
        <w:t>تو سوامی ویوکانند was a true spiritual person.</w:t>
      </w:r>
    </w:p>
    <w:p>
      <w:r>
        <w:rPr>
          <w:b/>
        </w:rPr>
        <w:t xml:space="preserve">[1:06:10] </w:t>
      </w:r>
      <w:r>
        <w:t>jab dekha unhon ne to kuch bhi ghussa nahi hue woh.</w:t>
      </w:r>
    </w:p>
    <w:p>
      <w:pPr>
        <w:jc w:val="right"/>
      </w:pPr>
      <w:r>
        <w:t>جب دیکھا انہوں نے تو کچھ بھی غصہ نہیں ہوئے وہ۔</w:t>
      </w:r>
    </w:p>
    <w:p>
      <w:r>
        <w:rPr>
          <w:b/>
        </w:rPr>
        <w:t xml:space="preserve">[1:06:14] </w:t>
      </w:r>
      <w:r>
        <w:t>muskura diye woh.</w:t>
      </w:r>
    </w:p>
    <w:p>
      <w:pPr>
        <w:jc w:val="right"/>
      </w:pPr>
      <w:r>
        <w:t>مسکرا دیے وہ۔</w:t>
      </w:r>
    </w:p>
    <w:p>
      <w:r>
        <w:rPr>
          <w:b/>
        </w:rPr>
        <w:t xml:space="preserve">[1:06:18] </w:t>
      </w:r>
      <w:r>
        <w:t>muskura ke unhon ne kaha the foundation is really good.</w:t>
      </w:r>
    </w:p>
    <w:p>
      <w:pPr>
        <w:jc w:val="right"/>
      </w:pPr>
      <w:r>
        <w:t>مسکرا کے انہوں نے کہا the foundation is really good.</w:t>
      </w:r>
    </w:p>
    <w:p>
      <w:r>
        <w:rPr>
          <w:b/>
        </w:rPr>
        <w:t xml:space="preserve">[1:06:22] </w:t>
      </w:r>
      <w:r>
        <w:t>The foundation is really good. to, yaani Swami Vivekananda was able to convert his negative experience into positive feeling. isi ka naam spirituality hai. isi ka naam mazhab. yeh true mazhab yeh hai. aur jo aap, jo Kabir ne bohat sahi kaha hai ke, woh, woh kya kaha unhon ne? mathe tilak hath balban, logan Ram khilona jaana. is ko aap</w:t>
      </w:r>
    </w:p>
    <w:p>
      <w:pPr>
        <w:jc w:val="right"/>
      </w:pPr>
      <w:r>
        <w:t>The foundation is really good. تو، یعنی سوامی ویوکانند was able to convert his negative experience into positive feeling. اسی کا نام اسپرچولٹی ہے۔ اسی کا نام مذہب۔ یہ ٹرو مذہب یہ ہے۔ اور جو آپ، جو کبیر نے بہت صحیح کہا ہے کہ، وہ، وہ کیا کہا انہوں نے؟ ماتھے تلک ہاتھ بلباں، لوگن رام کھلونا جانا۔ اس کو آپ</w:t>
      </w:r>
    </w:p>
    <w:p>
      <w:r>
        <w:rPr>
          <w:b/>
        </w:rPr>
        <w:t xml:space="preserve">[1:06:52] </w:t>
      </w:r>
      <w:r>
        <w:t>mazhab samajhte hain jis se aap react kar rahe hain. yeh mazhab hai hi nahin. mathe tilak hath balban, logan Ram khilona jaana. woh mazhab hi nahin hai woh. woh reduced form hai mazhab ka. mazhab woh hai jo spirit par base kare. jis ke andar sachi mohabbat ho, sachi insaniyat ho, sachi spirituality ho. yaani form bhi rahega wahan par lekin asal cheez to spirit hoti hai. to chunke aaj jo mazhab hai jagah jagah woh sab form reh gaya, spirit</w:t>
      </w:r>
    </w:p>
    <w:p>
      <w:pPr>
        <w:jc w:val="right"/>
      </w:pPr>
      <w:r>
        <w:t>مذہب سمجھتے ہیں جس سے آپ ری ایکٹ کر رہے ہیں۔ یہ مذہب ہے ہی نہیں۔ ماتھے تلک ہاتھ بلباں، لوگن رام کھلونا جانا۔ وہ مذہب ہی نہیں ہے وہ۔ وہ ریڈیوسڈ فارم ہے مذہب کا۔ مذہب وہ ہے جو اسپرٹ پر بیس کرے۔ جس کے اندر سچی محبت ہو، سچی انسانیت ہو، سچی اسپرچولٹی ہو۔ یعنی فارم بھی رہے گا وہاں پر لیکن اصل چیز تو اسپرٹ ہوتی ہے۔ تو چونکہ آج جو مذہب ہے جگہ جگہ وہ سب فارم رہ گیا، اسپرٹ</w:t>
      </w:r>
    </w:p>
    <w:p>
      <w:r>
        <w:rPr>
          <w:b/>
        </w:rPr>
        <w:t xml:space="preserve">[1:07:22] </w:t>
      </w:r>
      <w:r>
        <w:t>khatam ho gayi hai.</w:t>
      </w:r>
    </w:p>
    <w:p>
      <w:pPr>
        <w:jc w:val="right"/>
      </w:pPr>
      <w:r>
        <w:t>ختم ہو گئی ہے۔</w:t>
      </w:r>
    </w:p>
    <w:p>
      <w:r>
        <w:rPr>
          <w:b/>
        </w:rPr>
        <w:t xml:space="preserve">[1:07:26] </w:t>
      </w:r>
      <w:r>
        <w:t>to log kehte hain ke bhai aisay mazhab ki zaroorat kya hai? jo asal mazhab hai woh to</w:t>
      </w:r>
    </w:p>
    <w:p>
      <w:pPr>
        <w:jc w:val="right"/>
      </w:pPr>
      <w:r>
        <w:t>تو لوگ کہتے ہیں کہ بھئی ایسے مذہب کی ضرورت کیا ہے؟ جو اصل مذہب ہے وہ تو</w:t>
      </w:r>
    </w:p>
    <w:p>
      <w:r>
        <w:rPr>
          <w:b/>
        </w:rPr>
        <w:t xml:space="preserve">[1:07:30] </w:t>
      </w:r>
      <w:r>
        <w:t>bohat oonchi cheez hai.</w:t>
      </w:r>
    </w:p>
    <w:p>
      <w:pPr>
        <w:jc w:val="right"/>
      </w:pPr>
      <w:r>
        <w:t>بہت اونچی چیز ہے۔</w:t>
      </w:r>
    </w:p>
    <w:p>
      <w:r>
        <w:rPr>
          <w:b/>
        </w:rPr>
        <w:t xml:space="preserve">[1:07:35] </w:t>
      </w:r>
      <w:r>
        <w:t>woh to blessing hai insaniyat ke liye.</w:t>
      </w:r>
    </w:p>
    <w:p>
      <w:pPr>
        <w:jc w:val="right"/>
      </w:pPr>
      <w:r>
        <w:t>وہ تو بلیسنگ ہے انسانیت کے لیے۔</w:t>
      </w:r>
    </w:p>
    <w:p>
      <w:r>
        <w:rPr>
          <w:b/>
        </w:rPr>
        <w:t xml:space="preserve">[1:07:39] </w:t>
      </w:r>
      <w:r>
        <w:t>This question is from Mr. J. K. Dhokra.</w:t>
      </w:r>
    </w:p>
    <w:p>
      <w:pPr>
        <w:jc w:val="right"/>
      </w:pPr>
      <w:r>
        <w:t>This question is from Mr. J. K. Dhokra.</w:t>
      </w:r>
    </w:p>
    <w:p>
      <w:r>
        <w:rPr>
          <w:b/>
        </w:rPr>
        <w:t xml:space="preserve">[1:07:43] </w:t>
      </w:r>
      <w:r>
        <w:t>"It is an age of scientific wonders, moral and environmental blunders which causes tension.</w:t>
      </w:r>
    </w:p>
    <w:p>
      <w:pPr>
        <w:jc w:val="right"/>
      </w:pPr>
      <w:r>
        <w:t>"It is an age of scientific wonders, moral and environmental blunders which causes tension.</w:t>
      </w:r>
    </w:p>
    <w:p>
      <w:r>
        <w:rPr>
          <w:b/>
        </w:rPr>
        <w:t xml:space="preserve">[1:07:48] </w:t>
      </w:r>
      <w:r>
        <w:t>Pursuit of all this is an ongoing process, and process of e</w:t>
      </w:r>
    </w:p>
    <w:p>
      <w:pPr>
        <w:jc w:val="right"/>
      </w:pPr>
      <w:r>
        <w:t>Pursuit of all this is a ongoing process, and process of e</w:t>
      </w:r>
    </w:p>
    <w:p>
      <w:r>
        <w:rPr>
          <w:b/>
        </w:rPr>
        <w:t xml:space="preserve">[1:07:52] </w:t>
      </w:r>
      <w:r>
        <w:t>volution.</w:t>
      </w:r>
    </w:p>
    <w:p>
      <w:pPr>
        <w:jc w:val="right"/>
      </w:pPr>
      <w:r>
        <w:t>volution.</w:t>
      </w:r>
    </w:p>
    <w:p>
      <w:r>
        <w:rPr>
          <w:b/>
        </w:rPr>
        <w:t xml:space="preserve">[1:07:55] </w:t>
      </w:r>
      <w:r>
        <w:t>Ultimately, the religion of mankind is mankind only." Kindly comment.</w:t>
      </w:r>
    </w:p>
    <w:p>
      <w:pPr>
        <w:jc w:val="right"/>
      </w:pPr>
      <w:r>
        <w:t>Ultimately, the religion of mankind is mankind only." Kindly comment.</w:t>
      </w:r>
    </w:p>
    <w:p>
      <w:r>
        <w:rPr>
          <w:b/>
        </w:rPr>
        <w:t xml:space="preserve">[1:07:59] </w:t>
      </w:r>
      <w:r>
        <w:t>haan behrahal yeh aik theory hai.</w:t>
      </w:r>
    </w:p>
    <w:p>
      <w:pPr>
        <w:jc w:val="right"/>
      </w:pPr>
      <w:r>
        <w:t>ہاں بہرحال یہ ایک تھیوری ہے۔</w:t>
      </w:r>
    </w:p>
    <w:p>
      <w:r>
        <w:rPr>
          <w:b/>
        </w:rPr>
        <w:t xml:space="preserve">[1:08:02] </w:t>
      </w:r>
      <w:r>
        <w:t>humanism jis ko kehte hain.</w:t>
      </w:r>
    </w:p>
    <w:p>
      <w:pPr>
        <w:jc w:val="right"/>
      </w:pPr>
      <w:r>
        <w:t>ہیومینزم جس کو کہتے ہیں۔</w:t>
      </w:r>
    </w:p>
    <w:p>
      <w:r>
        <w:rPr>
          <w:b/>
        </w:rPr>
        <w:t xml:space="preserve">[1:08:05] </w:t>
      </w:r>
      <w:r>
        <w:t>lekin main is ko nahin manta.</w:t>
      </w:r>
    </w:p>
    <w:p>
      <w:pPr>
        <w:jc w:val="right"/>
      </w:pPr>
      <w:r>
        <w:t>لیکن میں اس کو نہیں مانتا۔</w:t>
      </w:r>
    </w:p>
    <w:p>
      <w:r>
        <w:rPr>
          <w:b/>
        </w:rPr>
        <w:t xml:space="preserve">[1:08:09] </w:t>
      </w:r>
      <w:r>
        <w:t>is liye ke koi base honi chahiye.</w:t>
      </w:r>
    </w:p>
    <w:p>
      <w:pPr>
        <w:jc w:val="right"/>
      </w:pPr>
      <w:r>
        <w:t>اس لیے کہ کوئی بیس ہونی چاہیے۔</w:t>
      </w:r>
    </w:p>
    <w:p>
      <w:r>
        <w:rPr>
          <w:b/>
        </w:rPr>
        <w:t xml:space="preserve">[1:08:12] </w:t>
      </w:r>
      <w:r>
        <w:t>humanism ki base kya hai? Islam ke paas base hai Quran ka.</w:t>
      </w:r>
    </w:p>
    <w:p>
      <w:pPr>
        <w:jc w:val="right"/>
      </w:pPr>
      <w:r>
        <w:t>ہیومینزم کی بیس کیا ہے؟ اسلام کے پاس بیس ہے قرآن کا۔</w:t>
      </w:r>
    </w:p>
    <w:p>
      <w:r>
        <w:rPr>
          <w:b/>
        </w:rPr>
        <w:t xml:space="preserve">[1:08:15] </w:t>
      </w:r>
      <w:r>
        <w:t>hinduism ke paas hai Gita ka base.</w:t>
      </w:r>
    </w:p>
    <w:p>
      <w:pPr>
        <w:jc w:val="right"/>
      </w:pPr>
      <w:r>
        <w:t>ہندوازم کے پاس ہے گیتا کا بیس۔</w:t>
      </w:r>
    </w:p>
    <w:p>
      <w:r>
        <w:rPr>
          <w:b/>
        </w:rPr>
        <w:t xml:space="preserve">[1:08:19] </w:t>
      </w:r>
      <w:r>
        <w:t>Christianity ke paas base hai Bible ka</w:t>
      </w:r>
    </w:p>
    <w:p>
      <w:pPr>
        <w:jc w:val="right"/>
      </w:pPr>
      <w:r>
        <w:t>کرسچینٹی کے پاس بیس ہے بائبل کا</w:t>
      </w:r>
    </w:p>
    <w:p>
      <w:r>
        <w:rPr>
          <w:b/>
        </w:rPr>
        <w:t xml:space="preserve">[1:08:22] </w:t>
      </w:r>
      <w:r>
        <w:t>.</w:t>
      </w:r>
    </w:p>
    <w:p>
      <w:pPr>
        <w:jc w:val="right"/>
      </w:pPr>
      <w:r>
        <w:t>۔</w:t>
      </w:r>
    </w:p>
    <w:p>
      <w:r>
        <w:rPr>
          <w:b/>
        </w:rPr>
        <w:t xml:space="preserve">[1:08:25] </w:t>
      </w:r>
      <w:r>
        <w:t>And what is humanism? No base.</w:t>
      </w:r>
    </w:p>
    <w:p>
      <w:pPr>
        <w:jc w:val="right"/>
      </w:pPr>
      <w:r>
        <w:t>And what is humanism? No base.</w:t>
      </w:r>
    </w:p>
    <w:p>
      <w:r>
        <w:rPr>
          <w:b/>
        </w:rPr>
        <w:t xml:space="preserve">[1:08:29] </w:t>
      </w:r>
      <w:r>
        <w:t>logon ke mind mein hai bas.</w:t>
      </w:r>
    </w:p>
    <w:p>
      <w:pPr>
        <w:jc w:val="right"/>
      </w:pPr>
      <w:r>
        <w:t>لوگوں کے مائنڈ میں ہے بس۔</w:t>
      </w:r>
    </w:p>
    <w:p>
      <w:r>
        <w:rPr>
          <w:b/>
        </w:rPr>
        <w:t xml:space="preserve">[1:08:32] </w:t>
      </w:r>
      <w:r>
        <w:t>aap ki koi agar poocha jaye aap se ke aap ki Bible kya hai? Humanism ki Bible.</w:t>
      </w:r>
    </w:p>
    <w:p>
      <w:pPr>
        <w:jc w:val="right"/>
      </w:pPr>
      <w:r>
        <w:t>آپ کی کوئی اگر پوچھا جائے آپ سے کہ آپ کی بائبل کیا ہے؟ ہیومینزم کی بائبل۔</w:t>
      </w:r>
    </w:p>
    <w:p>
      <w:r>
        <w:rPr>
          <w:b/>
        </w:rPr>
        <w:t xml:space="preserve">[1:08:36] </w:t>
      </w:r>
      <w:r>
        <w:t>to koi Bible nahin aap ke paas hai.</w:t>
      </w:r>
    </w:p>
    <w:p>
      <w:pPr>
        <w:jc w:val="right"/>
      </w:pPr>
      <w:r>
        <w:t>تو کوئی بائبل نہیں آپ کے پاس ہے۔</w:t>
      </w:r>
    </w:p>
    <w:p>
      <w:r>
        <w:rPr>
          <w:b/>
        </w:rPr>
        <w:t xml:space="preserve">[1:08:39] </w:t>
      </w:r>
      <w:r>
        <w:t>to sab se pehle aap ko aik is ki ideological base bata deni pare gi.</w:t>
      </w:r>
    </w:p>
    <w:p>
      <w:pPr>
        <w:jc w:val="right"/>
      </w:pPr>
      <w:r>
        <w:t>تو سب سے پہلے آپ کو ایک اس کی آئیڈیالوجیکل بیس بتا دینی پڑے گی۔</w:t>
      </w:r>
    </w:p>
    <w:p>
      <w:r>
        <w:rPr>
          <w:b/>
        </w:rPr>
        <w:t xml:space="preserve">[1:08:43] </w:t>
      </w:r>
      <w:r>
        <w:t>kuch sentiment logon ke hain is ka to naam, is se to koi nahin ban sakta mankind ka mazhab.</w:t>
      </w:r>
    </w:p>
    <w:p>
      <w:pPr>
        <w:jc w:val="right"/>
      </w:pPr>
      <w:r>
        <w:t>کچھ سینٹیمنٹ لوگوں کے ہیں اس کا تو نام، اس سے تو کوئی نہیں بن سکتا مین کائنڈ کا مذہب۔</w:t>
      </w:r>
    </w:p>
    <w:p>
      <w:r>
        <w:rPr>
          <w:b/>
        </w:rPr>
        <w:t xml:space="preserve">[1:08:46] </w:t>
      </w:r>
      <w:r>
        <w:t>You have to discover a bible of humanity.</w:t>
      </w:r>
    </w:p>
    <w:p>
      <w:pPr>
        <w:jc w:val="right"/>
      </w:pPr>
      <w:r>
        <w:t>You have to discover a bible of humanity.</w:t>
      </w:r>
    </w:p>
    <w:p>
      <w:r>
        <w:rPr>
          <w:b/>
        </w:rPr>
        <w:t xml:space="preserve">[1:08:50] </w:t>
      </w:r>
      <w:r>
        <w:t>That is absent at present.</w:t>
      </w:r>
    </w:p>
    <w:p>
      <w:pPr>
        <w:jc w:val="right"/>
      </w:pPr>
      <w:r>
        <w:t>That is absent at present.</w:t>
      </w:r>
    </w:p>
    <w:p>
      <w:r>
        <w:rPr>
          <w:b/>
        </w:rPr>
        <w:t xml:space="preserve">[1:08:53] </w:t>
      </w:r>
      <w:r>
        <w:t>jab tak aap us ki, yaani, yaani humanism ka ek Bible discover na kar chuke hon tab tak yeh baaten kehna sirf ek, ek, ek, main bataoon ke ek shayari hai. us se ziyada kuch nahin hai. koi science, yaani science of humanism maujood nahin hai duniya mein. yaani logon ke andar ehsasat to hain main jaanta hoon humanism ka. lekin jab us ko aap science ka roop de, jab tak na dein, jab tak us ki ideology develop na kar saken tab tak woh kuch bhi nahin hai woh.</w:t>
      </w:r>
    </w:p>
    <w:p>
      <w:pPr>
        <w:jc w:val="right"/>
      </w:pPr>
      <w:r>
        <w:t>جب تک آپ اس کی، یعنی، یعنی ہیومینزم کا ایک بائبل ڈسکور نہ کر چکے ہوں تب تک یہ باتیں کہنا صرف ایک، ایک، ایک، میں بتاؤں کہ ایک شاعری ہے۔ اس سے زیادہ کچھ نہیں ہے۔ کوئی سائنس، یعنی سائنس آف ہیومینزم موجود نہیں ہے دنیا میں۔ یعنی لوگوں کے اندر احساسات تو ہیں میں جانتا ہوں ہیومینزم کا۔ لیکن جب اس کو آپ سائنس کا روپ دے، جب تک نہ دیں، جب تک اس کی آئیڈیالوجی ڈیولپ نہ کر سکیں تب تک وہ کچھ بھی نہیں ہے وہ۔</w:t>
      </w:r>
    </w:p>
    <w:p>
      <w:r>
        <w:rPr>
          <w:b/>
        </w:rPr>
        <w:t xml:space="preserve">[1:09:23] </w:t>
      </w:r>
      <w:r>
        <w:t>nothing hai woh.</w:t>
      </w:r>
    </w:p>
    <w:p>
      <w:pPr>
        <w:jc w:val="right"/>
      </w:pPr>
      <w:r>
        <w:t>نتھنگ ہے وہ۔</w:t>
      </w:r>
    </w:p>
    <w:p>
      <w:r>
        <w:rPr>
          <w:b/>
        </w:rPr>
        <w:t xml:space="preserve">[1:09:29] </w:t>
      </w:r>
      <w:r>
        <w:t>This question is from Dr. M. A. Siddiqui.</w:t>
      </w:r>
    </w:p>
    <w:p>
      <w:pPr>
        <w:jc w:val="right"/>
      </w:pPr>
      <w:r>
        <w:t>This question is from Dr. M. A. Siddiqui.</w:t>
      </w:r>
    </w:p>
    <w:p>
      <w:r>
        <w:rPr>
          <w:b/>
        </w:rPr>
        <w:t xml:space="preserve">[1:09:35] </w:t>
      </w:r>
      <w:r>
        <w:t>What is the criteria for knowing that the thought a person is getting is not from Satan but</w:t>
      </w:r>
    </w:p>
    <w:p>
      <w:pPr>
        <w:jc w:val="right"/>
      </w:pPr>
      <w:r>
        <w:t>"What is the criteria for knowing that the thought a person is getting is not from Saturn but</w:t>
      </w:r>
    </w:p>
    <w:p>
      <w:r>
        <w:rPr>
          <w:b/>
        </w:rPr>
        <w:t xml:space="preserve">[1:09:42] </w:t>
      </w:r>
      <w:r>
        <w:t>is a positive one, and will make Angel his advisor?" bhai yeh to bohat hi asaan hai.</w:t>
      </w:r>
    </w:p>
    <w:p>
      <w:pPr>
        <w:jc w:val="right"/>
      </w:pPr>
      <w:r>
        <w:t>is a positive one, and will make Angel his advisor?" بھئی یہ تو بہت ہی آسان ہے۔</w:t>
      </w:r>
    </w:p>
    <w:p>
      <w:r>
        <w:rPr>
          <w:b/>
        </w:rPr>
        <w:t xml:space="preserve">[1:09:48] </w:t>
      </w:r>
      <w:r>
        <w:t>dekhiye, yani dono ke apne apne phenomena hain. apne apne</w:t>
      </w:r>
    </w:p>
    <w:p>
      <w:pPr>
        <w:jc w:val="right"/>
      </w:pPr>
      <w:r>
        <w:t>دیکھیے، یعنی دونوں کے اپنے اپنے فینامینا ہیں۔ اپنے اپنے</w:t>
      </w:r>
    </w:p>
    <w:p>
      <w:r>
        <w:rPr>
          <w:b/>
        </w:rPr>
        <w:t xml:space="preserve">[1:09:54] </w:t>
      </w:r>
      <w:r>
        <w:t>signs hain. SI GN, nishaniyan. yaani Satan agar aap par, agar aap Satan ke influence mein aa gaye hain, agar aap Satan ke influence mein aa gaye hain to kya ho ga? aap ke andar anger rahega, hate rahegi, intolerance hoga, violence hoga. yeh hoga. aur agar aap, agar aap Angels ke influence mein hain to aap ko love ho ga. doosre ke</w:t>
      </w:r>
    </w:p>
    <w:p>
      <w:pPr>
        <w:jc w:val="right"/>
      </w:pPr>
      <w:r>
        <w:t>سائنز ہیں۔ ایس آئی جی این، نشانیاں۔ یعنی سیٹن اگر آپ پر، اگر آپ سیٹن کے انفلوئنس میں آ گئے ہیں، اگر آپ سیٹن کے انفلوئنس میں آ گئے ہیں تو کیا ہو گا؟ آپ کے اندر اینگر رہے گا، ہیٹ رہے گی، انٹالرنس ہو گا، وائلنس ہو گا۔ یہ ہو گا۔ اور اگر آپ، اگر آپ اینجلس کے انفلوئنس میں ہیں تو آپ کو لو ہو گا۔ دوسرے کے</w:t>
      </w:r>
    </w:p>
    <w:p>
      <w:r>
        <w:rPr>
          <w:b/>
        </w:rPr>
        <w:t xml:space="preserve">[1:10:24] </w:t>
      </w:r>
      <w:r>
        <w:t>liye pyar ho ga.</w:t>
      </w:r>
    </w:p>
    <w:p>
      <w:pPr>
        <w:jc w:val="right"/>
      </w:pPr>
      <w:r>
        <w:t>لیے پیار ہو گا۔</w:t>
      </w:r>
    </w:p>
    <w:p>
      <w:r>
        <w:rPr>
          <w:b/>
        </w:rPr>
        <w:t xml:space="preserve">[1:10:28] </w:t>
      </w:r>
      <w:r>
        <w:t>tolerance aap ke andar ho ga.</w:t>
      </w:r>
    </w:p>
    <w:p>
      <w:pPr>
        <w:jc w:val="right"/>
      </w:pPr>
      <w:r>
        <w:t>ٹالرنس آپ کے اندر ہو گا۔</w:t>
      </w:r>
    </w:p>
    <w:p>
      <w:r>
        <w:rPr>
          <w:b/>
        </w:rPr>
        <w:t xml:space="preserve">[1:10:31] </w:t>
      </w:r>
      <w:r>
        <w:t>aap ke mind mein peace ho ga.</w:t>
      </w:r>
    </w:p>
    <w:p>
      <w:pPr>
        <w:jc w:val="right"/>
      </w:pPr>
      <w:r>
        <w:t>آپ کے مائنڈ میں پیس ہو گا۔</w:t>
      </w:r>
    </w:p>
    <w:p>
      <w:r>
        <w:rPr>
          <w:b/>
        </w:rPr>
        <w:t xml:space="preserve">[1:10:35] </w:t>
      </w:r>
      <w:r>
        <w:t>cheezon ko peace fully manage karna aap janen ge.</w:t>
      </w:r>
    </w:p>
    <w:p>
      <w:pPr>
        <w:jc w:val="right"/>
      </w:pPr>
      <w:r>
        <w:t>چیزوں کو پیس فلی مینیج کرنا آپ جانیں گے۔</w:t>
      </w:r>
    </w:p>
    <w:p>
      <w:r>
        <w:rPr>
          <w:b/>
        </w:rPr>
        <w:t xml:space="preserve">[1:10:39] </w:t>
      </w:r>
      <w:r>
        <w:t>yeh bilkul khula hua dono ka alag alag dikhai de ga aap ko. khula hua.</w:t>
      </w:r>
    </w:p>
    <w:p>
      <w:pPr>
        <w:jc w:val="right"/>
      </w:pPr>
      <w:r>
        <w:t>یہ بالکل کھلا ہوا دونوں کا الگ الگ دکھائی دے گا آپ کو۔ کھلا ہوا۔</w:t>
      </w:r>
    </w:p>
    <w:p>
      <w:r>
        <w:rPr>
          <w:b/>
        </w:rPr>
        <w:t xml:space="preserve">[1:10:43] </w:t>
      </w:r>
      <w:r>
        <w:t>is mein koi, main samajhta hoon ke samajhne mein koi dikkat nahi hai ke negative nishan, jahan, jahan</w:t>
      </w:r>
    </w:p>
    <w:p>
      <w:pPr>
        <w:jc w:val="right"/>
      </w:pPr>
      <w:r>
        <w:t>اس میں کوئی، میں سمجھتا ہوں کہ سمجھنے میں کوئی دقت نہیں ہے کہ نیگیٹیو نشان، جہاں، جہاں</w:t>
      </w:r>
    </w:p>
    <w:p>
      <w:r>
        <w:rPr>
          <w:b/>
        </w:rPr>
        <w:t xml:space="preserve">[1:10:46] </w:t>
      </w:r>
      <w:r>
        <w:t>kisi insan ke andar aap negative behavior aap payein to woh satan ke influence mein hai.</w:t>
      </w:r>
    </w:p>
    <w:p>
      <w:pPr>
        <w:jc w:val="right"/>
      </w:pPr>
      <w:r>
        <w:t>کسی انسان کے اندر آپ نیگیٹیو بیہیویئر آپ پائیں تو وہ سیٹن کے انفلوئنس میں ہے۔</w:t>
      </w:r>
    </w:p>
    <w:p>
      <w:r>
        <w:rPr>
          <w:b/>
        </w:rPr>
        <w:t xml:space="preserve">[1:10:50] </w:t>
      </w:r>
      <w:r>
        <w:t>positive behavior payein to angel ke influ</w:t>
      </w:r>
    </w:p>
    <w:p>
      <w:pPr>
        <w:jc w:val="right"/>
      </w:pPr>
      <w:r>
        <w:t>پازیٹیو بیہیویئر پائیں تو اینجل کے انفلوئ</w:t>
      </w:r>
    </w:p>
    <w:p>
      <w:r>
        <w:rPr>
          <w:b/>
        </w:rPr>
        <w:t xml:space="preserve">[1:10:54] </w:t>
      </w:r>
      <w:r>
        <w:t>nas mein hai. lekin is ka jo hai test hota hai jab is ko provoke kiya jae. normal condition mein yeh test nahi hua karta. hum aap dono baith kar chaye pee rahe hain ek table par to there is not test. test yeh hai ke main koi criticize karoon aap ke upar ya aap mere upar criticize karen. aur kisi qism ka provocation ho, kiya jae mere sath ya aap ke sath. woh test ka lamha hota hai. is waqt agar aap negative ho jaen to is ka matlab hai ke certain ke inf</w:t>
      </w:r>
    </w:p>
    <w:p>
      <w:pPr>
        <w:jc w:val="right"/>
      </w:pPr>
      <w:r>
        <w:t>نس میں ہے۔ لیکن اس کا جو ہے ٹیسٹ ہوتا ہے جب اس کو پرووک کیا جائے۔ نارمل کنڈیشن میں یہ ٹیسٹ نہیں ہوا کرتا۔ ہم آپ دونوں بیٹھ کر چائے پی رہے ہیں ایک ٹیبل پر تو دیر از ناٹ ٹیسٹ۔ ٹیسٹ یہ ہے کہ میں کوئی کریٹیسائز کروں آپ کے اوپر یا آپ میرے اوپر کریٹیسائز کریں۔ اور کسی قسم کا پروووکیشن ہو، کیا جائے میرے ساتھ یا آپ کے ساتھ۔ وہ ٹیسٹ کا لمحہ ہوتا ہے۔ اس وقت اگر آپ نیگیٹیو ہو جائیں تو اس کا معنی ہے کہ سیٹن کے انف</w:t>
      </w:r>
    </w:p>
    <w:p>
      <w:r>
        <w:rPr>
          <w:b/>
        </w:rPr>
        <w:t xml:space="preserve">[1:11:24] </w:t>
      </w:r>
      <w:r>
        <w:t>luence mein aap hain.</w:t>
      </w:r>
    </w:p>
    <w:p>
      <w:pPr>
        <w:jc w:val="right"/>
      </w:pPr>
      <w:r>
        <w:t>لوئنس میں آپ ہیں۔</w:t>
      </w:r>
    </w:p>
    <w:p>
      <w:r>
        <w:rPr>
          <w:b/>
        </w:rPr>
        <w:t xml:space="preserve">[1:11:28] </w:t>
      </w:r>
      <w:r>
        <w:t>is waqt agar aap positive bane rahein to aap is ka matlab hai ke aap, aap angel ke</w:t>
      </w:r>
    </w:p>
    <w:p>
      <w:pPr>
        <w:jc w:val="right"/>
      </w:pPr>
      <w:r>
        <w:t>اس وقت اگر آپ پازیٹیو بنے رہیں تو آپ اس کا معنی ہے کہ آپ، آپ اینجل کے</w:t>
      </w:r>
    </w:p>
    <w:p>
      <w:r>
        <w:rPr>
          <w:b/>
        </w:rPr>
        <w:t xml:space="preserve">[1:11:33] </w:t>
      </w:r>
      <w:r>
        <w:t>influence mein hain.</w:t>
      </w:r>
    </w:p>
    <w:p>
      <w:pPr>
        <w:jc w:val="right"/>
      </w:pPr>
      <w:r>
        <w:t>انفلوئنس میں ہیں۔</w:t>
      </w:r>
    </w:p>
    <w:p>
      <w:r>
        <w:rPr>
          <w:b/>
        </w:rPr>
        <w:t xml:space="preserve">[1:11:37] </w:t>
      </w:r>
      <w:r>
        <w:t>This question is from Dr. Farida Khana.</w:t>
      </w:r>
    </w:p>
    <w:p>
      <w:pPr>
        <w:jc w:val="right"/>
      </w:pPr>
      <w:r>
        <w:t>This question is from Dr. Farida Khana.</w:t>
      </w:r>
    </w:p>
    <w:p>
      <w:r>
        <w:rPr>
          <w:b/>
        </w:rPr>
        <w:t xml:space="preserve">[1:11:42] </w:t>
      </w:r>
      <w:r>
        <w:t>"Why Muslims all over the world have failed to follow the formula: ignore the problem, feed the opportunities?"</w:t>
      </w:r>
    </w:p>
    <w:p>
      <w:pPr>
        <w:jc w:val="right"/>
      </w:pPr>
      <w:r>
        <w:t>"Why Muslims all over the world have failed to follow the formula: ignore the problem, feed the opportunities?"</w:t>
      </w:r>
    </w:p>
    <w:p>
      <w:r>
        <w:rPr>
          <w:b/>
        </w:rPr>
        <w:t xml:space="preserve">[1:11:46] </w:t>
      </w:r>
      <w:r>
        <w:t>bhai dekhiye, main to yeh keh sakta hoon is waqt jo hain musalman, abhi ab mere paas ek</w:t>
      </w:r>
    </w:p>
    <w:p>
      <w:pPr>
        <w:jc w:val="right"/>
      </w:pPr>
      <w:r>
        <w:t>بھائی دیکھیے، میں تو یہ کہہ سکتا ہوں اس وقت جو ہیں مسلمان، ابھی اب میرے پاس ایک</w:t>
      </w:r>
    </w:p>
    <w:p>
      <w:r>
        <w:rPr>
          <w:b/>
        </w:rPr>
        <w:t xml:space="preserve">[1:11:50] </w:t>
      </w:r>
      <w:r>
        <w:t>sahib ka telephone aaya tha.</w:t>
      </w:r>
    </w:p>
    <w:p>
      <w:pPr>
        <w:jc w:val="right"/>
      </w:pPr>
      <w:r>
        <w:t>صاحب کا ٹیلی فون آیا تھا۔</w:t>
      </w:r>
    </w:p>
    <w:p>
      <w:r>
        <w:rPr>
          <w:b/>
        </w:rPr>
        <w:t xml:space="preserve">[1:11:55] </w:t>
      </w:r>
      <w:r>
        <w:t>to main ne kaha is waqt ke musalman jo hain woh rasool Allah ke tareeqe par hain hi nahi.</w:t>
      </w:r>
    </w:p>
    <w:p>
      <w:pPr>
        <w:jc w:val="right"/>
      </w:pPr>
      <w:r>
        <w:t>تو میں نے کہا اس وقت کے مسلمان جو ہیں وہ رسول اللہ کے طریقے پر ہیں ہی نہیں۔</w:t>
      </w:r>
    </w:p>
    <w:p>
      <w:r>
        <w:rPr>
          <w:b/>
        </w:rPr>
        <w:t xml:space="preserve">[1:12:00] </w:t>
      </w:r>
      <w:r>
        <w:t>rasool Allah ke liye ladte hain woh, un ko follow nahi karte woh.</w:t>
      </w:r>
    </w:p>
    <w:p>
      <w:pPr>
        <w:jc w:val="right"/>
      </w:pPr>
      <w:r>
        <w:t>رسول اللہ کے لیے لڑتے ہیں وہ، ان کو فالو نہیں کرتے وہ۔</w:t>
      </w:r>
    </w:p>
    <w:p>
      <w:r>
        <w:rPr>
          <w:b/>
        </w:rPr>
        <w:t xml:space="preserve">[1:12:05] </w:t>
      </w:r>
      <w:r>
        <w:t>yeh formula sab se pehle prophet Muhammad ne diya tha.</w:t>
      </w:r>
    </w:p>
    <w:p>
      <w:pPr>
        <w:jc w:val="right"/>
      </w:pPr>
      <w:r>
        <w:t>یہ فارمولا سب سے پہلے پرافٹ محمد نے دیا تھا۔</w:t>
      </w:r>
    </w:p>
    <w:p>
      <w:r>
        <w:rPr>
          <w:b/>
        </w:rPr>
        <w:t xml:space="preserve">[1:12:10] </w:t>
      </w:r>
      <w:r>
        <w:t>history mein sab se pehle diya tha.</w:t>
      </w:r>
    </w:p>
    <w:p>
      <w:pPr>
        <w:jc w:val="right"/>
      </w:pPr>
      <w:r>
        <w:t>ہسٹری میں سب سے پہلے دیا تھا۔</w:t>
      </w:r>
    </w:p>
    <w:p>
      <w:r>
        <w:rPr>
          <w:b/>
        </w:rPr>
        <w:t xml:space="preserve">[1:12:15] </w:t>
      </w:r>
      <w:r>
        <w:t>woh kaise? is ko, is ko kehte hain Hudaybiyyah agreement jo kiya tha aap ne.</w:t>
      </w:r>
    </w:p>
    <w:p>
      <w:pPr>
        <w:jc w:val="right"/>
      </w:pPr>
      <w:r>
        <w:t>وہ کیسے؟ اس کو، اس کو کہتے ہیں حدیبیہ ایگریمنٹ جو کیا تھا آپ نے۔</w:t>
      </w:r>
    </w:p>
    <w:p>
      <w:r>
        <w:rPr>
          <w:b/>
        </w:rPr>
        <w:t xml:space="preserve">[1:12:20] </w:t>
      </w:r>
      <w:r>
        <w:t>Hudaybiyyah agreement bohat</w:t>
      </w:r>
    </w:p>
    <w:p>
      <w:pPr>
        <w:jc w:val="right"/>
      </w:pPr>
      <w:r>
        <w:t>حدیبیہ ایگریمنٹ بہت</w:t>
      </w:r>
    </w:p>
    <w:p>
      <w:r>
        <w:rPr>
          <w:b/>
        </w:rPr>
        <w:t xml:space="preserve">[1:12:25] </w:t>
      </w:r>
      <w:r>
        <w:t>hi well known hai is mein, yani Islam ki history mein. ke Rasool Allah ke wahan us zamane mein jo log the woh aap ke khilaf ho gaye. hostile ho gaye. aap se ladna chaha. to aap ne ladai ko avoid kiya aur us se agreement kar liya. aur jante hain agreement tha, yani lateral basis par agreement tha. yani un ki condition maan li gayi thi. yeh doosri party ki condition</w:t>
      </w:r>
    </w:p>
    <w:p>
      <w:pPr>
        <w:jc w:val="right"/>
      </w:pPr>
      <w:r>
        <w:t>ہی ویل نون ہے اس میں، یعنی اسلام کی ہسٹری میں۔ کہ رسول اللہ کے وہاں اس زمانے میں جو لوگ تھے وہ آپ کے خلاف ہو گئے۔ ہوسٹائل ہو گئے۔ آپ سے لڑنا چاہا۔ تو آپ نے لڑائی کو اوائڈ کیا اور اس سے ایگریمنٹ کر لیا۔ اور جانتے ہیں ایگریمنٹ تھا، یعنی لیٹرل بیسس پر ایگریمنٹ تھا۔ یعنی ان کی کنڈیشن مان لی گئی تھی۔ یہ دوسری پارٹی کی کنڈیشن</w:t>
      </w:r>
    </w:p>
    <w:p>
      <w:r>
        <w:rPr>
          <w:b/>
        </w:rPr>
        <w:t xml:space="preserve">[1:12:55] </w:t>
      </w:r>
      <w:r>
        <w:t>کو باندھ کر کے صرف یہ ہوا تھا کہ 10 ایئر کے لیے، it was 10 year no war pact.</w:t>
      </w:r>
    </w:p>
    <w:p>
      <w:pPr>
        <w:jc w:val="right"/>
      </w:pPr>
      <w:r>
        <w:t>کو باندھ کر کے صرف یہ ہوا تھا کہ ٹین ایئر کے لیے، اٹ واز ٹین ایئر نو وار پیکٹ۔</w:t>
      </w:r>
    </w:p>
    <w:p>
      <w:r>
        <w:rPr>
          <w:b/>
        </w:rPr>
        <w:t xml:space="preserve">[1:12:59] </w:t>
      </w:r>
      <w:r>
        <w:t>ke chalo bhai jo tum kehte ho hum maan lete hain, ladai barhai band karo.</w:t>
      </w:r>
    </w:p>
    <w:p>
      <w:pPr>
        <w:jc w:val="right"/>
      </w:pPr>
      <w:r>
        <w:t>کہ چلو بھائی جو تم کہتے ہو ہم مان لیتے ہیں، لڑائی بڑھائی بند کرو۔</w:t>
      </w:r>
    </w:p>
    <w:p>
      <w:r>
        <w:rPr>
          <w:b/>
        </w:rPr>
        <w:t xml:space="preserve">[1:13:04] </w:t>
      </w:r>
      <w:r>
        <w:t>yani Hudaybiyyah agreement yeh tha ke jo kuch tum kehte ho hum sab maan lete hain, sab maan lete hain.</w:t>
      </w:r>
    </w:p>
    <w:p>
      <w:pPr>
        <w:jc w:val="right"/>
      </w:pPr>
      <w:r>
        <w:t>یعنی حدیبیہ ایگریمنٹ یہ تھا کہ جو کچھ تم کہتے ہو ہم سب مان لیتے ہیں، سب مان لیتے ہیں۔</w:t>
      </w:r>
    </w:p>
    <w:p>
      <w:r>
        <w:rPr>
          <w:b/>
        </w:rPr>
        <w:t xml:space="preserve">[1:13:08] </w:t>
      </w:r>
      <w:r>
        <w:t>yahan tak ke jab agreement likha ja raha tha to kitni ajeeb baat hai ke is mein likha</w:t>
      </w:r>
    </w:p>
    <w:p>
      <w:pPr>
        <w:jc w:val="right"/>
      </w:pPr>
      <w:r>
        <w:t>یہاں تک کہ جب ایگریمنٹ لکھا جا رہا تھا تو کتنی عجیب بات ہے کہ اس میں لکھا</w:t>
      </w:r>
    </w:p>
    <w:p>
      <w:r>
        <w:rPr>
          <w:b/>
        </w:rPr>
        <w:t xml:space="preserve">[1:13:12] </w:t>
      </w:r>
      <w:r>
        <w:t>ja raha tha ke yeh agreement Muhammad rasool Allah ki taraf se hai.</w:t>
      </w:r>
    </w:p>
    <w:p>
      <w:pPr>
        <w:jc w:val="right"/>
      </w:pPr>
      <w:r>
        <w:t>جا رہا تھا کہ یہ ایگریمنٹ محمد رسول اللہ کی طرف سے ہے۔</w:t>
      </w:r>
    </w:p>
    <w:p>
      <w:r>
        <w:rPr>
          <w:b/>
        </w:rPr>
        <w:t xml:space="preserve">[1:13:17] </w:t>
      </w:r>
      <w:r>
        <w:t>unhon ne kaha hum to rasool Allah mante nahi aap ko.</w:t>
      </w:r>
    </w:p>
    <w:p>
      <w:pPr>
        <w:jc w:val="right"/>
      </w:pPr>
      <w:r>
        <w:t>انہوں نے کہا ہم تو رسول اللہ مانتے نہیں آپ کو۔</w:t>
      </w:r>
    </w:p>
    <w:p>
      <w:r>
        <w:rPr>
          <w:b/>
        </w:rPr>
        <w:t xml:space="preserve">[1:13:21] </w:t>
      </w:r>
      <w:r>
        <w:t>to mita yeh.</w:t>
      </w:r>
    </w:p>
    <w:p>
      <w:pPr>
        <w:jc w:val="right"/>
      </w:pPr>
      <w:r>
        <w:t>تو مٹا یہ۔</w:t>
      </w:r>
    </w:p>
    <w:p>
      <w:r>
        <w:rPr>
          <w:b/>
        </w:rPr>
        <w:t xml:space="preserve">[1:13:25] </w:t>
      </w:r>
      <w:r>
        <w:t>to aap ne apne hath se paper se mita diya.</w:t>
      </w:r>
    </w:p>
    <w:p>
      <w:pPr>
        <w:jc w:val="right"/>
      </w:pPr>
      <w:r>
        <w:t>تو آپ نے اپنے ہاتھ سے پیپر سے مٹا دیا۔</w:t>
      </w:r>
    </w:p>
    <w:p>
      <w:r>
        <w:rPr>
          <w:b/>
        </w:rPr>
        <w:t xml:space="preserve">[1:13:28] </w:t>
      </w:r>
      <w:r>
        <w:t>sirf muhammad rehne diya.</w:t>
      </w:r>
    </w:p>
    <w:p>
      <w:pPr>
        <w:jc w:val="right"/>
      </w:pPr>
      <w:r>
        <w:t>صرف محمد رہنے دیا۔</w:t>
      </w:r>
    </w:p>
    <w:p>
      <w:r>
        <w:rPr>
          <w:b/>
        </w:rPr>
        <w:t xml:space="preserve">[1:13:31] </w:t>
      </w:r>
      <w:r>
        <w:t>rasool Allah mita diya.</w:t>
      </w:r>
    </w:p>
    <w:p>
      <w:pPr>
        <w:jc w:val="right"/>
      </w:pPr>
      <w:r>
        <w:t>رسول اللہ مٹا دیا۔</w:t>
      </w:r>
    </w:p>
    <w:p>
      <w:r>
        <w:rPr>
          <w:b/>
        </w:rPr>
        <w:t xml:space="preserve">[1:13:34] </w:t>
      </w:r>
      <w:r>
        <w:t>aaj to musalman ladte hain agar, agar kahin aisa zara si koi baat ho jaye, ek cartoon chhap</w:t>
      </w:r>
    </w:p>
    <w:p>
      <w:pPr>
        <w:jc w:val="right"/>
      </w:pPr>
      <w:r>
        <w:t>آج تو مسلمان لڑتے ہیں اگر، اگر کہیں ایسا ذرا سی کوئی بات ہو جائے، ایک کارٹون چھپ</w:t>
      </w:r>
    </w:p>
    <w:p>
      <w:r>
        <w:rPr>
          <w:b/>
        </w:rPr>
        <w:t xml:space="preserve">[1:13:37] </w:t>
      </w:r>
      <w:r>
        <w:t>jaye to ladte hain is ke liye.</w:t>
      </w:r>
    </w:p>
    <w:p>
      <w:pPr>
        <w:jc w:val="right"/>
      </w:pPr>
      <w:r>
        <w:t>جائے تو لڑتے ہیں اس کے لیے۔</w:t>
      </w:r>
    </w:p>
    <w:p>
      <w:r>
        <w:rPr>
          <w:b/>
        </w:rPr>
        <w:t xml:space="preserve">[1:13:40] </w:t>
      </w:r>
      <w:r>
        <w:t>rasool Allah is par nahi lade ke rasool Allah ke lafz hi mita do tum.</w:t>
      </w:r>
    </w:p>
    <w:p>
      <w:pPr>
        <w:jc w:val="right"/>
      </w:pPr>
      <w:r>
        <w:t>رسول اللہ اس پر نہیں لڑے کہ رسول اللہ کے لفظ ہی مٹا دو تم۔</w:t>
      </w:r>
    </w:p>
    <w:p>
      <w:r>
        <w:rPr>
          <w:b/>
        </w:rPr>
        <w:t xml:space="preserve">[1:13:43] </w:t>
      </w:r>
      <w:r>
        <w:t>sirf muhammad kaho hum ko.</w:t>
      </w:r>
    </w:p>
    <w:p>
      <w:pPr>
        <w:jc w:val="right"/>
      </w:pPr>
      <w:r>
        <w:t>صرف محمد کہو ہم کو۔</w:t>
      </w:r>
    </w:p>
    <w:p>
      <w:r>
        <w:rPr>
          <w:b/>
        </w:rPr>
        <w:t xml:space="preserve">[1:13:46] </w:t>
      </w:r>
      <w:r>
        <w:t>kyun kiya aap ne aisa? ke ladai ko band kar ke aur aap ko opportunity milti thi apne</w:t>
      </w:r>
    </w:p>
    <w:p>
      <w:pPr>
        <w:jc w:val="right"/>
      </w:pPr>
      <w:r>
        <w:t>کیوں کیا آپ نے ایسا؟ کہ لڑائی کو بند کر کے اور آپ کو اپرچونیٹی ملتی تھی اپنے</w:t>
      </w:r>
    </w:p>
    <w:p>
      <w:r>
        <w:rPr>
          <w:b/>
        </w:rPr>
        <w:t xml:space="preserve">[1:13:49] </w:t>
      </w:r>
      <w:r>
        <w:t>mission ko phailane ki.</w:t>
      </w:r>
    </w:p>
    <w:p>
      <w:pPr>
        <w:jc w:val="right"/>
      </w:pPr>
      <w:r>
        <w:t>مشن کو پھیلانے کی۔</w:t>
      </w:r>
    </w:p>
    <w:p>
      <w:r>
        <w:rPr>
          <w:b/>
        </w:rPr>
        <w:t xml:space="preserve">[1:13:52] </w:t>
      </w:r>
      <w:r>
        <w:t>yehi to hai. Ignore</w:t>
      </w:r>
    </w:p>
    <w:p>
      <w:pPr>
        <w:jc w:val="right"/>
      </w:pPr>
      <w:r>
        <w:t>یہی تو ہے۔ Ignore</w:t>
      </w:r>
    </w:p>
    <w:p>
      <w:r>
        <w:rPr>
          <w:b/>
        </w:rPr>
        <w:t xml:space="preserve">[1:13:55] </w:t>
      </w:r>
      <w:r>
        <w:t>the problem, avail the opportunities.</w:t>
      </w:r>
    </w:p>
    <w:p>
      <w:pPr>
        <w:jc w:val="right"/>
      </w:pPr>
      <w:r>
        <w:t>the problem, avail the opportunities.</w:t>
      </w:r>
    </w:p>
    <w:p>
      <w:r>
        <w:rPr>
          <w:b/>
        </w:rPr>
        <w:t xml:space="preserve">[1:13:59] </w:t>
      </w:r>
      <w:r>
        <w:t>musalman itna zyada, itne be khabar hain ke maine pehli bar, yani modern history mein, Hudaybiyyah agreement</w:t>
      </w:r>
    </w:p>
    <w:p>
      <w:pPr>
        <w:jc w:val="right"/>
      </w:pPr>
      <w:r>
        <w:t>مسلمان اتنا زیادہ، اتنے بے خبر ہیں کہ میں نے پہلی بار، یعنی ماڈرن ہسٹری میں، حدیبیہ ایگریمنٹ</w:t>
      </w:r>
    </w:p>
    <w:p>
      <w:r>
        <w:rPr>
          <w:b/>
        </w:rPr>
        <w:t xml:space="preserve">[1:14:03] </w:t>
      </w:r>
      <w:r>
        <w:t>ko pesh kiya to sare musalman mukhalif ho gaye.</w:t>
      </w:r>
    </w:p>
    <w:p>
      <w:pPr>
        <w:jc w:val="right"/>
      </w:pPr>
      <w:r>
        <w:t>کو پیش کیا تو سارے مسلمان مخالف ہو گئے۔</w:t>
      </w:r>
    </w:p>
    <w:p>
      <w:r>
        <w:rPr>
          <w:b/>
        </w:rPr>
        <w:t xml:space="preserve">[1:14:07] </w:t>
      </w:r>
      <w:r>
        <w:t>one to all.</w:t>
      </w:r>
    </w:p>
    <w:p>
      <w:pPr>
        <w:jc w:val="right"/>
      </w:pPr>
      <w:r>
        <w:t>ون ٹو آل۔</w:t>
      </w:r>
    </w:p>
    <w:p>
      <w:r>
        <w:rPr>
          <w:b/>
        </w:rPr>
        <w:t xml:space="preserve">[1:14:11] </w:t>
      </w:r>
      <w:r>
        <w:t>yani itna zyada woh is se, yeh strange ho gaya hai yeh.</w:t>
      </w:r>
    </w:p>
    <w:p>
      <w:pPr>
        <w:jc w:val="right"/>
      </w:pPr>
      <w:r>
        <w:t>یعنی اتنا زیادہ وہ اس سے، یہ سٹرینج ہو گیا ہے یہ۔</w:t>
      </w:r>
    </w:p>
    <w:p>
      <w:r>
        <w:rPr>
          <w:b/>
        </w:rPr>
        <w:t xml:space="preserve">[1:14:14] </w:t>
      </w:r>
      <w:r>
        <w:t>musalmanon ke darmiyan yeh formula.</w:t>
      </w:r>
    </w:p>
    <w:p>
      <w:pPr>
        <w:jc w:val="right"/>
      </w:pPr>
      <w:r>
        <w:t>مسلمانوں کے درمیان یہ فارمولا۔</w:t>
      </w:r>
    </w:p>
    <w:p>
      <w:r>
        <w:rPr>
          <w:b/>
        </w:rPr>
        <w:t xml:space="preserve">[1:14:18] </w:t>
      </w:r>
      <w:r>
        <w:t>ke bhai mukhalif ho gaye isi liye ke dekho bhai tum paspai sikhate hain.</w:t>
      </w:r>
    </w:p>
    <w:p>
      <w:pPr>
        <w:jc w:val="right"/>
      </w:pPr>
      <w:r>
        <w:t>کہ بھئی مخالف ہو گئے اسی لیے کہ دیکھو بھئی تم پسپائی سکھاتے ہیں۔</w:t>
      </w:r>
    </w:p>
    <w:p>
      <w:r>
        <w:rPr>
          <w:b/>
        </w:rPr>
        <w:t xml:space="preserve">[1:14:22] </w:t>
      </w:r>
      <w:r>
        <w:t>kisi ajib, yani jo cheez kitabon mein maujood hai, sari kitab</w:t>
      </w:r>
    </w:p>
    <w:p>
      <w:pPr>
        <w:jc w:val="right"/>
      </w:pPr>
      <w:r>
        <w:t>کیسی عجیب، یعنی جو چیز کتابوں میں موجود ہے، ساری کتاب</w:t>
      </w:r>
    </w:p>
    <w:p>
      <w:r>
        <w:rPr>
          <w:b/>
        </w:rPr>
        <w:t xml:space="preserve">[1:14:26] </w:t>
      </w:r>
      <w:r>
        <w:t>on mein maujood hai, jis ko koi deny nahi kar sakta jis ko koi.</w:t>
      </w:r>
    </w:p>
    <w:p>
      <w:pPr>
        <w:jc w:val="right"/>
      </w:pPr>
      <w:r>
        <w:t>وں میں موجود ہے، جس کو کوئی ڈینائے نہیں کر سکتا جس کو کوئی۔</w:t>
      </w:r>
    </w:p>
    <w:p>
      <w:r>
        <w:rPr>
          <w:b/>
        </w:rPr>
        <w:t xml:space="preserve">[1:14:28] </w:t>
      </w:r>
      <w:r>
        <w:t>woh main ne pesh kiya.</w:t>
      </w:r>
    </w:p>
    <w:p>
      <w:pPr>
        <w:jc w:val="right"/>
      </w:pPr>
      <w:r>
        <w:t>وہ میں نے پیش کیا۔</w:t>
      </w:r>
    </w:p>
    <w:p>
      <w:r>
        <w:rPr>
          <w:b/>
        </w:rPr>
        <w:t xml:space="preserve">[1:14:31] </w:t>
      </w:r>
      <w:r>
        <w:t>ke jagah jagah aap lad rahe hain.</w:t>
      </w:r>
    </w:p>
    <w:p>
      <w:pPr>
        <w:jc w:val="right"/>
      </w:pPr>
      <w:r>
        <w:t>کہ جگہ جگہ آپ لڑ رہے ہیں۔</w:t>
      </w:r>
    </w:p>
    <w:p>
      <w:r>
        <w:rPr>
          <w:b/>
        </w:rPr>
        <w:t xml:space="preserve">[1:14:34] </w:t>
      </w:r>
      <w:r>
        <w:t>duniya bhar mein lad rahe hain musalman khwamkhwah.</w:t>
      </w:r>
    </w:p>
    <w:p>
      <w:pPr>
        <w:jc w:val="right"/>
      </w:pPr>
      <w:r>
        <w:t>دنیا بھر میں لڑ رہے ہیں مسلمان خوامخواہ۔</w:t>
      </w:r>
    </w:p>
    <w:p>
      <w:r>
        <w:rPr>
          <w:b/>
        </w:rPr>
        <w:t xml:space="preserve">[1:14:37] </w:t>
      </w:r>
      <w:r>
        <w:t>abhi hal mein dekhen Sirkan mein bomb marne lage.</w:t>
      </w:r>
    </w:p>
    <w:p>
      <w:pPr>
        <w:jc w:val="right"/>
      </w:pPr>
      <w:r>
        <w:t>ابھی حال میں دیکھیں سیرکان میں بم مارنے لگے۔</w:t>
      </w:r>
    </w:p>
    <w:p>
      <w:r>
        <w:rPr>
          <w:b/>
        </w:rPr>
        <w:t xml:space="preserve">[1:14:39] </w:t>
      </w:r>
      <w:r>
        <w:t>bilkul, bilkul, bilkul yani stupid harkat yeh hai.</w:t>
      </w:r>
    </w:p>
    <w:p>
      <w:pPr>
        <w:jc w:val="right"/>
      </w:pPr>
      <w:r>
        <w:t>بالکل، بالکل، بالکل یعنی اسٹوپڈ حرکت یہ ہے۔</w:t>
      </w:r>
    </w:p>
    <w:p>
      <w:r>
        <w:rPr>
          <w:b/>
        </w:rPr>
        <w:t xml:space="preserve">[1:14:42] </w:t>
      </w:r>
      <w:r>
        <w:t>to mein ne kaha ke jo aap لڑ rahe hain idhar udhar aap hudaybiyah agreement kijiye.</w:t>
      </w:r>
    </w:p>
    <w:p>
      <w:pPr>
        <w:jc w:val="right"/>
      </w:pPr>
      <w:r>
        <w:t>تو میں نے کہا کہ جو آپ لڑ رہے ہیں ادھر ادھر آپ حدیبیہ ایگریمنٹ کیجیے۔</w:t>
      </w:r>
    </w:p>
    <w:p>
      <w:r>
        <w:rPr>
          <w:b/>
        </w:rPr>
        <w:t xml:space="preserve">[1:14:45] </w:t>
      </w:r>
      <w:r>
        <w:t>is par follow kijiye.</w:t>
      </w:r>
    </w:p>
    <w:p>
      <w:pPr>
        <w:jc w:val="right"/>
      </w:pPr>
      <w:r>
        <w:t>اس پر فالو کیجیے۔</w:t>
      </w:r>
    </w:p>
    <w:p>
      <w:r>
        <w:rPr>
          <w:b/>
        </w:rPr>
        <w:t xml:space="preserve">[1:14:47] </w:t>
      </w:r>
      <w:r>
        <w:t>ke problem ko side mein rakh dijiye.</w:t>
      </w:r>
    </w:p>
    <w:p>
      <w:pPr>
        <w:jc w:val="right"/>
      </w:pPr>
      <w:r>
        <w:t>کہ پرابلم کو سائیڈ میں رکھ دیجیے۔</w:t>
      </w:r>
    </w:p>
    <w:p>
      <w:r>
        <w:rPr>
          <w:b/>
        </w:rPr>
        <w:t xml:space="preserve">[1:14:50] </w:t>
      </w:r>
      <w:r>
        <w:t>opportunities har jagah hain.</w:t>
      </w:r>
    </w:p>
    <w:p>
      <w:pPr>
        <w:jc w:val="right"/>
      </w:pPr>
      <w:r>
        <w:t>اپرچونیٹیز ہر جگہ ہیں۔</w:t>
      </w:r>
    </w:p>
    <w:p>
      <w:r>
        <w:rPr>
          <w:b/>
        </w:rPr>
        <w:t xml:space="preserve">[1:14:53] </w:t>
      </w:r>
      <w:r>
        <w:t>opportunities har jagah hain yaad</w:t>
      </w:r>
    </w:p>
    <w:p>
      <w:pPr>
        <w:jc w:val="right"/>
      </w:pPr>
      <w:r>
        <w:t>اپرچونیٹیز ہر جگہ ہیں یاد</w:t>
      </w:r>
    </w:p>
    <w:p>
      <w:r>
        <w:rPr>
          <w:b/>
        </w:rPr>
        <w:t xml:space="preserve">[1:14:56] </w:t>
      </w:r>
      <w:r>
        <w:t>rakhiye kashmir mein bhi hain, sinkiyan mein bhi hain, filipain mein bhi hain, arkaan mein bhi hain.</w:t>
      </w:r>
    </w:p>
    <w:p>
      <w:pPr>
        <w:jc w:val="right"/>
      </w:pPr>
      <w:r>
        <w:t>رکھیے کشمیر میں بھی ہیں، سنکیان میں بھی ہیں، فلپائن میں بھی ہیں، ارکان میں بھی ہیں۔</w:t>
      </w:r>
    </w:p>
    <w:p>
      <w:r>
        <w:rPr>
          <w:b/>
        </w:rPr>
        <w:t xml:space="preserve">[1:14:59] </w:t>
      </w:r>
      <w:r>
        <w:t>falasteen mein bhi hain, israel mein bhi hain.</w:t>
      </w:r>
    </w:p>
    <w:p>
      <w:pPr>
        <w:jc w:val="right"/>
      </w:pPr>
      <w:r>
        <w:t>فلسطین میں بھی ہیں، اسرائیل میں بھی ہیں۔</w:t>
      </w:r>
    </w:p>
    <w:p>
      <w:r>
        <w:rPr>
          <w:b/>
        </w:rPr>
        <w:t xml:space="preserve">[1:15:02] </w:t>
      </w:r>
      <w:r>
        <w:t>mein israel do baar gaya hoon.</w:t>
      </w:r>
    </w:p>
    <w:p>
      <w:pPr>
        <w:jc w:val="right"/>
      </w:pPr>
      <w:r>
        <w:t>میں اسرائیل دو بار گیا ہوں۔</w:t>
      </w:r>
    </w:p>
    <w:p>
      <w:r>
        <w:rPr>
          <w:b/>
        </w:rPr>
        <w:t xml:space="preserve">[1:15:05] </w:t>
      </w:r>
      <w:r>
        <w:t>sab opportunities wahan khuli hui hain aap ke liye.</w:t>
      </w:r>
    </w:p>
    <w:p>
      <w:pPr>
        <w:jc w:val="right"/>
      </w:pPr>
      <w:r>
        <w:t>سب اپرچونیٹیز وہاں کھلی ہوئی ہیں آپ کے لیے۔</w:t>
      </w:r>
    </w:p>
    <w:p>
      <w:r>
        <w:rPr>
          <w:b/>
        </w:rPr>
        <w:t xml:space="preserve">[1:15:08] </w:t>
      </w:r>
      <w:r>
        <w:t>lekin opportunity ko avail karne ka point nahin musalmanon mein nahin.</w:t>
      </w:r>
    </w:p>
    <w:p>
      <w:pPr>
        <w:jc w:val="right"/>
      </w:pPr>
      <w:r>
        <w:t>لیکن اپرچونیٹی کو اویل کرنے کا پوائنٹ نہیں مسلمانوں میں نہیں۔</w:t>
      </w:r>
    </w:p>
    <w:p>
      <w:r>
        <w:rPr>
          <w:b/>
        </w:rPr>
        <w:t xml:space="preserve">[1:15:11] </w:t>
      </w:r>
      <w:r>
        <w:t>bas لڑna, لڑna, لڑna.</w:t>
      </w:r>
    </w:p>
    <w:p>
      <w:pPr>
        <w:jc w:val="right"/>
      </w:pPr>
      <w:r>
        <w:t>بس لڑنا، لڑنا، لڑنا۔</w:t>
      </w:r>
    </w:p>
    <w:p>
      <w:r>
        <w:rPr>
          <w:b/>
        </w:rPr>
        <w:t xml:space="preserve">[1:15:14] </w:t>
      </w:r>
      <w:r>
        <w:t>that against the spirit of hudaybiyah.</w:t>
      </w:r>
    </w:p>
    <w:p>
      <w:pPr>
        <w:jc w:val="right"/>
      </w:pPr>
      <w:r>
        <w:t>That against the spirit of حدیبیہ۔</w:t>
      </w:r>
    </w:p>
    <w:p>
      <w:r>
        <w:rPr>
          <w:b/>
        </w:rPr>
        <w:t xml:space="preserve">[1:15:17] </w:t>
      </w:r>
      <w:r>
        <w:t>ke yeh musalman to islam ko follow kahan kar rahe hain yeh log.</w:t>
      </w:r>
    </w:p>
    <w:p>
      <w:pPr>
        <w:jc w:val="right"/>
      </w:pPr>
      <w:r>
        <w:t>کہ یہ مسلمان تو اسلام کو فالو کہاں کر رہے ہیں یہ لوگ۔</w:t>
      </w:r>
    </w:p>
    <w:p>
      <w:r>
        <w:rPr>
          <w:b/>
        </w:rPr>
        <w:t xml:space="preserve">[1:15:20] </w:t>
      </w:r>
      <w:r>
        <w:t>rasool Allah ke naam par لڑte hain aur rasool Allah ke namune ko nahin pakadte.</w:t>
      </w:r>
    </w:p>
    <w:p>
      <w:pPr>
        <w:jc w:val="right"/>
      </w:pPr>
      <w:r>
        <w:t>رسول اللہ کے نام پر لڑتے ہیں اور رسول اللہ کے نمونے کو نہیں پکڑتے۔</w:t>
      </w:r>
    </w:p>
    <w:p>
      <w:r>
        <w:rPr>
          <w:b/>
        </w:rPr>
        <w:t xml:space="preserve">[1:15:23] </w:t>
      </w:r>
      <w:r>
        <w:t>yeh halat hai musalmanon ki.</w:t>
      </w:r>
    </w:p>
    <w:p>
      <w:pPr>
        <w:jc w:val="right"/>
      </w:pPr>
      <w:r>
        <w:t>یہ حالت ہے مسلمانوں کی۔</w:t>
      </w:r>
    </w:p>
    <w:p>
      <w:r>
        <w:rPr>
          <w:b/>
        </w:rPr>
        <w:t xml:space="preserve">[1:15:26] </w:t>
      </w:r>
      <w:r>
        <w:t>to yeh to formula is sab se pehle Muhammad ne diya tha poori history mein. Ignore the problem, avail the opportunities. dekhen jab main ne is formula ko pesh kiya to mujh ko kehne lage ke sahib yeh to hum ko bazdil banate hain. cowardice sikhaate hain hum ko. itna zyada log is se bekhabar ho gaye hain itna ke un ko ek ajnabi sa lagta hai yeh formula un ko.</w:t>
      </w:r>
    </w:p>
    <w:p>
      <w:pPr>
        <w:jc w:val="right"/>
      </w:pPr>
      <w:r>
        <w:t>تو یہ تو فارمولا اس سب سے پہلے محمد نے دیا تھا پوری ہسٹری میں۔ Ignore the problem, avail the opportunities. دیکھیں جب میں نے اس فارمولا کو پیش کیا تو مجھ کو کہنے لگے کہ صاحب یہ تو ہم کو بزدل بناتے ہیں۔ کاوڈٹیز سکھاتے ہیں ہم کو۔ اتنا زیادہ لوگ اس سے بے خبر ہو گئے ہیں اتنا کہ ان کو ایک اجنبی سا لگتا ہے یہ فارمولا ان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