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Issues of Islam in the Present World November 11, 2012</w:t>
      </w:r>
    </w:p>
    <w:p>
      <w:r>
        <w:t>https://youtu.be/COoaUbCCi1c</w:t>
      </w:r>
    </w:p>
    <w:p>
      <w:r>
        <w:rPr>
          <w:b/>
        </w:rPr>
        <w:t xml:space="preserve">[00:35] </w:t>
      </w:r>
      <w:r>
        <w:t>aaj ka topic hai: maujooda zamane mein Islam aur musalmanon ke masail. mukhtasar tor par mein kahunga ke issues in Islam.</w:t>
      </w:r>
    </w:p>
    <w:p>
      <w:pPr>
        <w:jc w:val="right"/>
      </w:pPr>
      <w:r>
        <w:t>آج کا ٹاپک ہے: موجودہ زمانے میں اسلام اور مسلمانوں کے مسائل۔ مختصر طور پر میں کہوں گا کہ ایشوز ان اسلام۔</w:t>
      </w:r>
    </w:p>
    <w:p>
      <w:r>
        <w:rPr>
          <w:b/>
        </w:rPr>
        <w:t xml:space="preserve">[00:53] </w:t>
      </w:r>
      <w:r>
        <w:t>yeh bohat hi important topic hai, kyunke aaj har jagah,</w:t>
      </w:r>
    </w:p>
    <w:p>
      <w:pPr>
        <w:jc w:val="right"/>
      </w:pPr>
      <w:r>
        <w:t>یہ بہت ہی امپورٹنٹ ٹاپک ہے، کیونکہ آج ہر جگہ،</w:t>
      </w:r>
    </w:p>
    <w:p>
      <w:r>
        <w:rPr>
          <w:b/>
        </w:rPr>
        <w:t xml:space="preserve">[01:03] </w:t>
      </w:r>
      <w:r>
        <w:t>sari dunya mein, chahe musalman kisi bhi mulk mein hon, woh masail se dochar hain. Islam har jagah</w:t>
      </w:r>
    </w:p>
    <w:p>
      <w:pPr>
        <w:jc w:val="right"/>
      </w:pPr>
      <w:r>
        <w:t>ساری دنیا میں، چاہے مسلمان کسی بھی ملک میں ہوں، وہ مسائل سے دوچار ہیں۔ اسلام ہر جگہ</w:t>
      </w:r>
    </w:p>
    <w:p>
      <w:r>
        <w:rPr>
          <w:b/>
        </w:rPr>
        <w:t xml:space="preserve">[01:17] </w:t>
      </w:r>
      <w:r>
        <w:t>badnami ka title mil raha hai Islam ko. Islam is religion of violence.</w:t>
      </w:r>
    </w:p>
    <w:p>
      <w:pPr>
        <w:jc w:val="right"/>
      </w:pPr>
      <w:r>
        <w:t>بدنامی کا ٹائٹل مل رہا ہے اسلام کو۔ اسلام از ریلیجن آف وائیلنس۔</w:t>
      </w:r>
    </w:p>
    <w:p>
      <w:r>
        <w:rPr>
          <w:b/>
        </w:rPr>
        <w:t xml:space="preserve">[01:22] </w:t>
      </w:r>
      <w:r>
        <w:t>musalmanon mein kaha ja raha hai ke musalman ka mazhab aisa hai ke woh kahin har jagah misfit hain. har jagah misfit hain woh.</w:t>
      </w:r>
    </w:p>
    <w:p>
      <w:pPr>
        <w:jc w:val="right"/>
      </w:pPr>
      <w:r>
        <w:t>مسلمانوں میں کہا جا رہا ہے کہ مسلمان کا مذہب ایسا ہے کہ وہ کہیں ہر جگہ مس فٹ ہیں۔ ہر جگہ مس فٹ ہیں وہ۔</w:t>
      </w:r>
    </w:p>
    <w:p>
      <w:r>
        <w:rPr>
          <w:b/>
        </w:rPr>
        <w:t xml:space="preserve">[01:33] </w:t>
      </w:r>
      <w:r>
        <w:t>to goya Islam maujooda zamane mein irrelevant ban gaya hai. is par bohat zyada gehrai ke sath sochne ki zarorat hai.</w:t>
      </w:r>
    </w:p>
    <w:p>
      <w:pPr>
        <w:jc w:val="right"/>
      </w:pPr>
      <w:r>
        <w:t>تو گویا اسلام موجودہ زمانے میں ارریلیونٹ بن گیا ہے۔ اس پر بہت زیادہ گہرائی کے ساتھ سوچنے کی ضرورت ہے۔</w:t>
      </w:r>
    </w:p>
    <w:p>
      <w:r>
        <w:rPr>
          <w:b/>
        </w:rPr>
        <w:t xml:space="preserve">[01:46] </w:t>
      </w:r>
      <w:r>
        <w:t>bohat zyada gehrai ke sath</w:t>
      </w:r>
    </w:p>
    <w:p>
      <w:pPr>
        <w:jc w:val="right"/>
      </w:pPr>
      <w:r>
        <w:t>بہت زیادہ گہرائی کے ساتھ</w:t>
      </w:r>
    </w:p>
    <w:p>
      <w:r>
        <w:rPr>
          <w:b/>
        </w:rPr>
        <w:t xml:space="preserve">[01:49] </w:t>
      </w:r>
      <w:r>
        <w:t>dekhiye, Islam ki jo taleemat hain ya peghambaron ki jo taleemat hain, un mein se ek sunnat hai jis ko aaj kal ki zuban mein kahunga re assessment.</w:t>
      </w:r>
    </w:p>
    <w:p>
      <w:pPr>
        <w:jc w:val="right"/>
      </w:pPr>
      <w:r>
        <w:t>۔ دیکھیے، اسلام کی جو تعلیمات ہیں یا پیغمبروں کی جو تعلیمات ہیں، ان میں سے ایک سنت ہے جس کو آج کل کی زبان میں کہوں گا ری اسسمنٹ۔</w:t>
      </w:r>
    </w:p>
    <w:p>
      <w:r>
        <w:rPr>
          <w:b/>
        </w:rPr>
        <w:t xml:space="preserve">[02:06] </w:t>
      </w:r>
      <w:r>
        <w:t>dobara ghore karna. re assessment. ke ek step liya aap ne, ek dhang par aap ne planning ki,</w:t>
      </w:r>
    </w:p>
    <w:p>
      <w:pPr>
        <w:jc w:val="right"/>
      </w:pPr>
      <w:r>
        <w:t>دوبارہ غور کرنا۔ ری اسسمنٹ۔ کہ ایک سٹیپ لیا آپ نے، ایک ڈھنگ پر آپ نے پلاننگ کی،</w:t>
      </w:r>
    </w:p>
    <w:p>
      <w:r>
        <w:rPr>
          <w:b/>
        </w:rPr>
        <w:t xml:space="preserve">[02:19] </w:t>
      </w:r>
      <w:r>
        <w:t>lekin woh planning,</w:t>
      </w:r>
    </w:p>
    <w:p>
      <w:pPr>
        <w:jc w:val="right"/>
      </w:pPr>
      <w:r>
        <w:t>لیکن وہ پلاننگ،</w:t>
      </w:r>
    </w:p>
    <w:p>
      <w:r>
        <w:rPr>
          <w:b/>
        </w:rPr>
        <w:t xml:space="preserve">[02:25] </w:t>
      </w:r>
      <w:r>
        <w:t>woh jo jo result chahte the aap, woh nahi nikla.</w:t>
      </w:r>
    </w:p>
    <w:p>
      <w:pPr>
        <w:jc w:val="right"/>
      </w:pPr>
      <w:r>
        <w:t>وہ جو جو رزلٹ چاہتے تھے آپ، وہ نہیں نکلا۔</w:t>
      </w:r>
    </w:p>
    <w:p>
      <w:r>
        <w:rPr>
          <w:b/>
        </w:rPr>
        <w:t xml:space="preserve">[02:31] </w:t>
      </w:r>
      <w:r>
        <w:t>then you have to revise the whole thing. you have to re assess the whole matter. yeh bhi Islam ki ek sunnat hai.</w:t>
      </w:r>
    </w:p>
    <w:p>
      <w:pPr>
        <w:jc w:val="right"/>
      </w:pPr>
      <w:r>
        <w:t>دین یو ہیو ٹو ریوائز دا ہول تھنگ۔ یو ہیو ٹو ری اسس دا ہول میٹر۔ یہ بھی اسلام کی ایک سنت ہے۔</w:t>
      </w:r>
    </w:p>
    <w:p>
      <w:r>
        <w:rPr>
          <w:b/>
        </w:rPr>
        <w:t xml:space="preserve">[02:43] </w:t>
      </w:r>
      <w:r>
        <w:t>is ka aik saboot yeh hai ke rasool Allah sal Allah alih wasallam ke zamanay mein dekhiye, badr ka ghazwa hua, hunain ka ghazwa hua,</w:t>
      </w:r>
    </w:p>
    <w:p>
      <w:pPr>
        <w:jc w:val="right"/>
      </w:pPr>
      <w:r>
        <w:t>اس کا ایک ثبوت یہ ہے کہ رسول اللہ صلی اللہ علیہ وسلم کے زمانے میں دیکھیے، بدر کا غزوہ ہوا، حنین کا غزوہ ہوا،</w:t>
      </w:r>
    </w:p>
    <w:p>
      <w:r>
        <w:rPr>
          <w:b/>
        </w:rPr>
        <w:t xml:space="preserve">[02:57] </w:t>
      </w:r>
      <w:r>
        <w:t>uhud ka ghazwa hua, aur chotay chotay ghazwaat hue. lekin masla hal nahi hota tha.</w:t>
      </w:r>
    </w:p>
    <w:p>
      <w:pPr>
        <w:jc w:val="right"/>
      </w:pPr>
      <w:r>
        <w:t>احد کا غزوہ ہوا، اور چھوٹے چھوٹے غزوات ہوئے۔ لیکن مسئلہ حل نہیں ہوتا تھا۔</w:t>
      </w:r>
    </w:p>
    <w:p>
      <w:r>
        <w:rPr>
          <w:b/>
        </w:rPr>
        <w:t xml:space="preserve">[03:08] </w:t>
      </w:r>
      <w:r>
        <w:t>shirk ka dabdaba khatam nahi hota tha.</w:t>
      </w:r>
    </w:p>
    <w:p>
      <w:pPr>
        <w:jc w:val="right"/>
      </w:pPr>
      <w:r>
        <w:t>شرک کا دبدبہ ختم نہیں ہوتا تھا۔</w:t>
      </w:r>
    </w:p>
    <w:p>
      <w:r>
        <w:rPr>
          <w:b/>
        </w:rPr>
        <w:t xml:space="preserve">[03:12] </w:t>
      </w:r>
      <w:r>
        <w:t>to aap ne re assess kiya, revise kiya, aur aap ne re planning ki. yani</w:t>
      </w:r>
    </w:p>
    <w:p>
      <w:pPr>
        <w:jc w:val="right"/>
      </w:pPr>
      <w:r>
        <w:t>تو آپ نے ری اسس کیا، ریوائز کیا، اور آپ نے ری پلاننگ کی۔ یعنی</w:t>
      </w:r>
    </w:p>
    <w:p>
      <w:r>
        <w:rPr>
          <w:b/>
        </w:rPr>
        <w:t xml:space="preserve">[03:24] </w:t>
      </w:r>
      <w:r>
        <w:t>war ke bajaye peace par mabni planning. woh thi hudaybiyah.</w:t>
      </w:r>
    </w:p>
    <w:p>
      <w:pPr>
        <w:jc w:val="right"/>
      </w:pPr>
      <w:r>
        <w:t>وار کے بجائے پیس پر مبنی پلاننگ۔ وہ تھی حدیبیہ۔</w:t>
      </w:r>
    </w:p>
    <w:p>
      <w:r>
        <w:rPr>
          <w:b/>
        </w:rPr>
        <w:t xml:space="preserve">[03:32] </w:t>
      </w:r>
      <w:r>
        <w:t>bohat hi ziyada sochne ki baat hai ke maki daur se le kar badni taur tak bar bar takrao hota raha, chotay chotay.</w:t>
      </w:r>
    </w:p>
    <w:p>
      <w:pPr>
        <w:jc w:val="right"/>
      </w:pPr>
      <w:r>
        <w:t>بہت ہی زیادہ سوچنے کی بات ہے کہ مکی دور سے لے کر بدنی طور تک بار بار ٹکراؤ ہوتا رہا، چھوٹے بڑے۔</w:t>
      </w:r>
    </w:p>
    <w:p>
      <w:r>
        <w:rPr>
          <w:b/>
        </w:rPr>
        <w:t xml:space="preserve">[03:48] </w:t>
      </w:r>
      <w:r>
        <w:t>lekin masla hal nahi hota tha.</w:t>
      </w:r>
    </w:p>
    <w:p>
      <w:pPr>
        <w:jc w:val="right"/>
      </w:pPr>
      <w:r>
        <w:t>لیکن مسئلہ حل نہیں ہوتا تھا۔</w:t>
      </w:r>
    </w:p>
    <w:p>
      <w:r>
        <w:rPr>
          <w:b/>
        </w:rPr>
        <w:t xml:space="preserve">[03:52] </w:t>
      </w:r>
      <w:r>
        <w:t>masla yeh to yeh tha ke shirk ka dabdaba khatam ho aur toheed ka daur aaye. to woh nahi aata tha woh.</w:t>
      </w:r>
    </w:p>
    <w:p>
      <w:pPr>
        <w:jc w:val="right"/>
      </w:pPr>
      <w:r>
        <w:t>مسئلہ یہ تو یہ تھا کہ شرک کا دبدبہ ختم ہو اور توحید کا دور آئے۔ تو وہ نہیں آتا تھا وہ۔</w:t>
      </w:r>
    </w:p>
    <w:p>
      <w:r>
        <w:rPr>
          <w:b/>
        </w:rPr>
        <w:t xml:space="preserve">[04:03] </w:t>
      </w:r>
      <w:r>
        <w:t>to rasool Allah sal Allah alih wasallam ne Allah ki tofeeq se re planning ki. yani is se pehle jo aap ki struggle thi,</w:t>
      </w:r>
    </w:p>
    <w:p>
      <w:pPr>
        <w:jc w:val="right"/>
      </w:pPr>
      <w:r>
        <w:t>تو رسول اللہ صلی اللہ علیہ وسلم نے اللہ کی توفیق سے ری پلاننگ کی۔ یعنی اس سے پہلے جو آپ کی سٹرگل تھی،</w:t>
      </w:r>
    </w:p>
    <w:p>
      <w:r>
        <w:rPr>
          <w:b/>
        </w:rPr>
        <w:t xml:space="preserve">[04:17] </w:t>
      </w:r>
      <w:r>
        <w:t>is mein bar bar war paish aati thi, skirmishes paish aati theen, takrao paish aata tha. to aap ne saaray maamlay ko ult diya aur aap ne sulah hudaybiyah kar</w:t>
      </w:r>
    </w:p>
    <w:p>
      <w:pPr>
        <w:jc w:val="right"/>
      </w:pPr>
      <w:r>
        <w:t>اس میں بار بار وار پیش آتی تھی، اسکرمیشنز پیش آتی تھیں، ٹکراؤ پیش آتا تھا۔ تو آپ نے سارے معاملے کو الٹ دیا اور آپ نے صلح حدیبیہ کر</w:t>
      </w:r>
    </w:p>
    <w:p>
      <w:r>
        <w:rPr>
          <w:b/>
        </w:rPr>
        <w:t xml:space="preserve">[04:31] </w:t>
      </w:r>
      <w:r>
        <w:t>li. sulah hudaybiyah jo hai, anokhi surat thi jis mein fareeq-e-sani ki sharton ko unilateral طور par maan liya gaya.</w:t>
      </w:r>
    </w:p>
    <w:p>
      <w:pPr>
        <w:jc w:val="right"/>
      </w:pPr>
      <w:r>
        <w:t>لی۔ صلح حدیبیہ جو ہے، انوکھی صورت تھی جس میں فریق ثانی کی شرطوں کو انولیٹرل طور پر مان لیا گیا۔</w:t>
      </w:r>
    </w:p>
    <w:p>
      <w:r>
        <w:rPr>
          <w:b/>
        </w:rPr>
        <w:t xml:space="preserve">[04:44] </w:t>
      </w:r>
      <w:r>
        <w:t>jo kaho manzoor, jo kaho manzoor. bas peace hum chahtay hain. hatta ke lafz rasool Allah ko aap ne kaghaz se mita diya.</w:t>
      </w:r>
    </w:p>
    <w:p>
      <w:pPr>
        <w:jc w:val="right"/>
      </w:pPr>
      <w:r>
        <w:t>جو کہو منظور، جو کہو منظور۔ بس پیس ہم چاہتے ہیں۔ حتی کہ لفظ رسول اللہ کو آپ نے کاغذ سے مٹا دیا۔</w:t>
      </w:r>
    </w:p>
    <w:p>
      <w:r>
        <w:rPr>
          <w:b/>
        </w:rPr>
        <w:t xml:space="preserve">[04:55] </w:t>
      </w:r>
      <w:r>
        <w:t>jo kehtay gaye, woh sab manzoor.</w:t>
      </w:r>
    </w:p>
    <w:p>
      <w:pPr>
        <w:jc w:val="right"/>
      </w:pPr>
      <w:r>
        <w:t>جو کہتے گئے، وہ سب منظور۔</w:t>
      </w:r>
    </w:p>
    <w:p>
      <w:r>
        <w:rPr>
          <w:b/>
        </w:rPr>
        <w:t xml:space="preserve">[05:00] </w:t>
      </w:r>
      <w:r>
        <w:t>to yani from war to peace, yeh thi planning aap ki hudaybiyah ke mauqay par.</w:t>
      </w:r>
    </w:p>
    <w:p>
      <w:pPr>
        <w:jc w:val="right"/>
      </w:pPr>
      <w:r>
        <w:t>تو یعنی فرام وار ٹو پیس، یہ تھی پلاننگ آپ کی حدیبیہ کے موقع پر۔</w:t>
      </w:r>
    </w:p>
    <w:p>
      <w:r>
        <w:rPr>
          <w:b/>
        </w:rPr>
        <w:t xml:space="preserve">[05:11] </w:t>
      </w:r>
      <w:r>
        <w:t>yeh itna bara waqea tha ke Allah ta'ala ne ayat utari: "inna fatahna laka fathan mubeena". aap ghaur kijiye ke badr ke baad, hunain ke baad, uhud ke baad, jo bhi ghazwaat kahe jatay hain, un ke baad yeh ayat utri thi kya?</w:t>
      </w:r>
    </w:p>
    <w:p>
      <w:pPr>
        <w:jc w:val="right"/>
      </w:pPr>
      <w:r>
        <w:t>یہ اتنا بڑا واقعہ تھا کہ اللہ تعالی نے آیت اتاری: "انا فتح لک فتح مبینہ"۔ آپ غور کیجئے کہ بدر کے بعد، حنین کے بعد، احد کے بعد، جو بھی غزوات کہے جاتے ہیں، ان کے بعد یہ آیت اتری تھی کیا؟</w:t>
      </w:r>
    </w:p>
    <w:p>
      <w:r>
        <w:rPr>
          <w:b/>
        </w:rPr>
        <w:t xml:space="preserve">[05:27] </w:t>
      </w:r>
      <w:r>
        <w:t>kabhi aisa nahi utri ayat ke aaj tum ko hum ne open victory de di. aap ghaur kijiye, is se pehle jitnay bhi waqeaat hue thay jin ko hum kehtay hain ghazwaat, is ke pehle, is ke baad yeh yeh ayat kahan utri thi?</w:t>
      </w:r>
    </w:p>
    <w:p>
      <w:pPr>
        <w:jc w:val="right"/>
      </w:pPr>
      <w:r>
        <w:t>کبھی ایسا نہیں اتری آیت کہ آج تم کو ہم نے اوپن وکٹری دے دی۔ آپ غور کیجئے، اس سے پہلے جتنے بھی واقعات ہوئے تھے جن کو ہم کہتے ہیں غزوات، اس کے پہلے، اس کے بعد یہ یہ آیت کہاں اتری تھی؟</w:t>
      </w:r>
    </w:p>
    <w:p>
      <w:r>
        <w:rPr>
          <w:b/>
        </w:rPr>
        <w:t xml:space="preserve">[05:45] </w:t>
      </w:r>
      <w:r>
        <w:t>to kaha war par jo cheez nahi mil raha tha, us ko aap ne peace ke zariye haasil kiya.</w:t>
      </w:r>
    </w:p>
    <w:p>
      <w:pPr>
        <w:jc w:val="right"/>
      </w:pPr>
      <w:r>
        <w:t>تو کہا وار پر جو چیز نہیں مل رہا تھا، اس کو آپ نے پیس کے ذریعے حاصل کیا۔</w:t>
      </w:r>
    </w:p>
    <w:p>
      <w:r>
        <w:rPr>
          <w:b/>
        </w:rPr>
        <w:t xml:space="preserve">[05:54] </w:t>
      </w:r>
      <w:r>
        <w:t>that was bracket of re assessment. that was bracket of re planning.</w:t>
      </w:r>
    </w:p>
    <w:p>
      <w:pPr>
        <w:jc w:val="right"/>
      </w:pPr>
      <w:r>
        <w:t>دیٹ واز بریکٹ آف ری اسسمنٹ۔ دیٹ واز بریکٹ آف ری پلاننگ۔</w:t>
      </w:r>
    </w:p>
    <w:p>
      <w:r>
        <w:rPr>
          <w:b/>
        </w:rPr>
        <w:t xml:space="preserve">[06:02] </w:t>
      </w:r>
      <w:r>
        <w:t>yeh bhi Islam ki aik sunnat hai. dekhiye, log jo hain, unhi cheezon ko sunnat samajhtay hain jo jahan lafz sunnat likha hua ho.</w:t>
      </w:r>
    </w:p>
    <w:p>
      <w:pPr>
        <w:jc w:val="right"/>
      </w:pPr>
      <w:r>
        <w:t>یہ بھی اسلام کی ایک سنت ہے۔ دیکھیے، لوگ جو ہیں، انہی چیزوں کو سنت سمجھتے ہیں جو جہاں لفظ سنت لکھا ہوا ہو۔</w:t>
      </w:r>
    </w:p>
    <w:p>
      <w:r>
        <w:rPr>
          <w:b/>
        </w:rPr>
        <w:t xml:space="preserve">[06:13] </w:t>
      </w:r>
      <w:r>
        <w:t>lekin ziyada bari bari sunnatain woh hain jo amalan hain, qolan nahi hain.</w:t>
      </w:r>
    </w:p>
    <w:p>
      <w:pPr>
        <w:jc w:val="right"/>
      </w:pPr>
      <w:r>
        <w:t>لیکن زیادہ بڑی بڑی سنتیں وہ ہیں جو عملاً ہیں، قولاً نہیں ہیں۔</w:t>
      </w:r>
    </w:p>
    <w:p>
      <w:r>
        <w:rPr>
          <w:b/>
        </w:rPr>
        <w:t xml:space="preserve">[06:20] </w:t>
      </w:r>
      <w:r>
        <w:t>rasool Allah ne yeh nahi farmaya ke dekho, meri sunnaton mein se aik sunnat hudaybiyah hai, lekin aap ko khud janna paray ga. you have to discover in your own.</w:t>
      </w:r>
    </w:p>
    <w:p>
      <w:pPr>
        <w:jc w:val="right"/>
      </w:pPr>
      <w:r>
        <w:t>رسول اللہ نے یہ نہیں فرمایا کہ دیکھو، میری سنتوں میں سے ایک سنت حدیبیہ ہے، لیکن آپ کو خود جاننا پڑے گا۔ یو ہیو ٹو ڈسکور ان یور اون۔</w:t>
      </w:r>
    </w:p>
    <w:p>
      <w:r>
        <w:rPr>
          <w:b/>
        </w:rPr>
        <w:t xml:space="preserve">[06:35] </w:t>
      </w:r>
      <w:r>
        <w:t>to main samajhta hoon ke is waqt jo soorat-e-haal hai saari duniya mein Islam ki aur musalmanon ki, to hum ko is sunnat ko apply karna chahiye aaj ke halaat par.</w:t>
      </w:r>
    </w:p>
    <w:p>
      <w:pPr>
        <w:jc w:val="right"/>
      </w:pPr>
      <w:r>
        <w:t>تو میں سمجھتا ہوں کہ اس وقت جو صورتحال ہے ساری دنیا میں اسلام کی اور مسلمانوں کی، تو ہم کو اس سنت کو اپلائی کرنا چاہیے آج کے حالات پر۔</w:t>
      </w:r>
    </w:p>
    <w:p>
      <w:r>
        <w:rPr>
          <w:b/>
        </w:rPr>
        <w:t xml:space="preserve">[06:52] </w:t>
      </w:r>
      <w:r>
        <w:t>yani re assess karna, revise karna, saaray maamlaat ko phir se sochna.</w:t>
      </w:r>
    </w:p>
    <w:p>
      <w:pPr>
        <w:jc w:val="right"/>
      </w:pPr>
      <w:r>
        <w:t>یعنی ری اسس کرنا، ریوائز کرنا، سارے معاملات کو پھر سے سوچنا۔</w:t>
      </w:r>
    </w:p>
    <w:p>
      <w:r>
        <w:rPr>
          <w:b/>
        </w:rPr>
        <w:t xml:space="preserve">[07:02] </w:t>
      </w:r>
      <w:r>
        <w:t>to is par main ne jo ghaur kiya, woh aaj ki aap ki khidmat mein arz karna chahta hoon. aik baat Islam ki nisbat se hai aur aik baat musalmanon ki nisbat se hai.</w:t>
      </w:r>
    </w:p>
    <w:p>
      <w:pPr>
        <w:jc w:val="right"/>
      </w:pPr>
      <w:r>
        <w:t>تو اس پر میں نے جو غور کیا، وہ آج کی آپ کی خدمت میں عرض کرنا چاہتا ہوں۔ ایک بات اسلام کی نسبت سے ہے اور ایک بات مسلمانوں کی نسبت سے ہے۔</w:t>
      </w:r>
    </w:p>
    <w:p>
      <w:r>
        <w:rPr>
          <w:b/>
        </w:rPr>
        <w:t xml:space="preserve">[07:14] </w:t>
      </w:r>
      <w:r>
        <w:t>yani Muslim jo community hai, aik ummat, aik community, us ki nisbat se hai aur Islam jo aik ideology hai, us ki nisbat se hai.</w:t>
      </w:r>
    </w:p>
    <w:p>
      <w:pPr>
        <w:jc w:val="right"/>
      </w:pPr>
      <w:r>
        <w:t>یعنی مسلم جو کمیونٹی ہے، ایک امت، ایک کمیونٹی، اس کی نسبت سے ہے اور اسلام جو ایک آئیڈیالوجی ہے، اس کی نسبت سے ہے۔</w:t>
      </w:r>
    </w:p>
    <w:p>
      <w:r>
        <w:rPr>
          <w:b/>
        </w:rPr>
        <w:t xml:space="preserve">[07:25] </w:t>
      </w:r>
      <w:r>
        <w:t>dekhiye,</w:t>
      </w:r>
    </w:p>
    <w:p>
      <w:pPr>
        <w:jc w:val="right"/>
      </w:pPr>
      <w:r>
        <w:t>دیکھیے،</w:t>
      </w:r>
    </w:p>
    <w:p>
      <w:r>
        <w:rPr>
          <w:b/>
        </w:rPr>
        <w:t xml:space="preserve">[07:30] </w:t>
      </w:r>
      <w:r>
        <w:t>rasool Allah sal Allah alaihi wasallam ne farmaya tha makki daur mein,</w:t>
      </w:r>
    </w:p>
    <w:p>
      <w:pPr>
        <w:jc w:val="right"/>
      </w:pPr>
      <w:r>
        <w:t>رسول اللہ صلی اللہ علیہ وسلم نے فرمایا تھا مکی دور میں،</w:t>
      </w:r>
    </w:p>
    <w:p>
      <w:r>
        <w:rPr>
          <w:b/>
        </w:rPr>
        <w:t xml:space="preserve">[07:38] </w:t>
      </w:r>
      <w:r>
        <w:t>aap ne farmaya tha ke "dabeelakum da'u al-umam qablakum"۔ bohat ajeeb hadees hai. makki daur</w:t>
      </w:r>
    </w:p>
    <w:p>
      <w:pPr>
        <w:jc w:val="right"/>
      </w:pPr>
      <w:r>
        <w:t>آپ نے فرمایا تھا کہ "دبیلکم داؤ الامم قبلکم"۔ بہت عجیب حدیث ہے۔ مکی دور</w:t>
      </w:r>
    </w:p>
    <w:p>
      <w:r>
        <w:rPr>
          <w:b/>
        </w:rPr>
        <w:t xml:space="preserve">[07:48] </w:t>
      </w:r>
      <w:r>
        <w:t>aur madni daur jo rasool Allah ka daur tha, us waqt aap ne farmaya ke "dabeelakum da'u al-umam qablakum"۔</w:t>
      </w:r>
    </w:p>
    <w:p>
      <w:pPr>
        <w:jc w:val="right"/>
      </w:pPr>
      <w:r>
        <w:t>اور مدنی دور جو رسول اللہ کا دور تھا، اس وقت آپ نے فرمایا کہ "دبیلکم داؤ الامم قبلکم"۔</w:t>
      </w:r>
    </w:p>
    <w:p>
      <w:r>
        <w:rPr>
          <w:b/>
        </w:rPr>
        <w:t xml:space="preserve">[07:57] </w:t>
      </w:r>
      <w:r>
        <w:t>yani pichli ummaton par jo</w:t>
      </w:r>
    </w:p>
    <w:p>
      <w:pPr>
        <w:jc w:val="right"/>
      </w:pPr>
      <w:r>
        <w:t>یعنی پچھلی امتوں پر جو</w:t>
      </w:r>
    </w:p>
    <w:p>
      <w:r>
        <w:rPr>
          <w:b/>
        </w:rPr>
        <w:t xml:space="preserve">[08:04] </w:t>
      </w:r>
      <w:r>
        <w:t>haalaat guzre the, woh tum par aa chuke hain. is ka lafzi tarjuma hai ke reng kar aa gayi woh woh beemari jo pichli ummaton ko aayi thi.</w:t>
      </w:r>
    </w:p>
    <w:p>
      <w:pPr>
        <w:jc w:val="right"/>
      </w:pPr>
      <w:r>
        <w:t>حالات گزرے تھے، وہ تم پر آ چکے ہیں۔ اس کا لفظی ترجمہ ہے کہ رینگ کر آ گئی وہ وہ بیماری جو پچھلی امتوں کو آئی تھی۔</w:t>
      </w:r>
    </w:p>
    <w:p>
      <w:r>
        <w:rPr>
          <w:b/>
        </w:rPr>
        <w:t xml:space="preserve">[08:17] </w:t>
      </w:r>
      <w:r>
        <w:t>reng kar ma'ni aate hain khamoshi se aa gayi, without declaration. bohat ziyada sochne ki baat hai.</w:t>
      </w:r>
    </w:p>
    <w:p>
      <w:pPr>
        <w:jc w:val="right"/>
      </w:pPr>
      <w:r>
        <w:t>رینگ کر معنی آتے ہیں خاموشی سے آ گئی، ودا آؤٹ ڈیکلریشن۔ بہت زیادہ سوچنے کی بات ہے۔</w:t>
      </w:r>
    </w:p>
    <w:p>
      <w:r>
        <w:rPr>
          <w:b/>
        </w:rPr>
        <w:t xml:space="preserve">[08:26] </w:t>
      </w:r>
      <w:r>
        <w:t>us waqt rasool Allah ne farmaya tha</w:t>
      </w:r>
    </w:p>
    <w:p>
      <w:pPr>
        <w:jc w:val="right"/>
      </w:pPr>
      <w:r>
        <w:t>اس وقت رسول اللہ نے فرمایا تھا</w:t>
      </w:r>
    </w:p>
    <w:p>
      <w:r>
        <w:rPr>
          <w:b/>
        </w:rPr>
        <w:t xml:space="preserve">[08:31] </w:t>
      </w:r>
      <w:r>
        <w:t>jab ke rasool Allah khud apne aap se nafsi maujood the dunya mein, tab aap ne farmaya "dabeelakum da'u al-umam mein qablakum"۔</w:t>
      </w:r>
    </w:p>
    <w:p>
      <w:pPr>
        <w:jc w:val="right"/>
      </w:pPr>
      <w:r>
        <w:t>جب کہ رسول اللہ خود اپنے آپ سے نفسی موجود تھے دنیا میں، تب آپ نے فرمایا "دبیلکم داؤ الامم میں قبلکم"۔</w:t>
      </w:r>
    </w:p>
    <w:p>
      <w:r>
        <w:rPr>
          <w:b/>
        </w:rPr>
        <w:t xml:space="preserve">[08:42] </w:t>
      </w:r>
      <w:r>
        <w:t>reng kar aa gayi</w:t>
      </w:r>
    </w:p>
    <w:p>
      <w:pPr>
        <w:jc w:val="right"/>
      </w:pPr>
      <w:r>
        <w:t>رینگ کر آ گئی</w:t>
      </w:r>
    </w:p>
    <w:p>
      <w:r>
        <w:rPr>
          <w:b/>
        </w:rPr>
        <w:t xml:space="preserve">[08:46] </w:t>
      </w:r>
      <w:r>
        <w:t>pichli ummaton ki beemari tumhari taraf.</w:t>
      </w:r>
    </w:p>
    <w:p>
      <w:pPr>
        <w:jc w:val="right"/>
      </w:pPr>
      <w:r>
        <w:t>پچھلی امتوں کی بیماری تمہاری طرف۔</w:t>
      </w:r>
    </w:p>
    <w:p>
      <w:r>
        <w:rPr>
          <w:b/>
        </w:rPr>
        <w:t xml:space="preserve">[08:52] </w:t>
      </w:r>
      <w:r>
        <w:t>toh yeh beemari kya hoti hai? yeh hai jis ko hum kehte hain zawal, degeneration, decline.</w:t>
      </w:r>
    </w:p>
    <w:p>
      <w:pPr>
        <w:jc w:val="right"/>
      </w:pPr>
      <w:r>
        <w:t>تو یہ بیماری کیا ہوتی ہے؟ یہ ہے جس کو ہم کہتے ہیں زوال، ڈی جنریشن، ڈیکلائن۔</w:t>
      </w:r>
    </w:p>
    <w:p>
      <w:r>
        <w:rPr>
          <w:b/>
        </w:rPr>
        <w:t xml:space="preserve">[09:03] </w:t>
      </w:r>
      <w:r>
        <w:t>yani har urooj ke baad foran zawal bhi shuru ho jata hai.</w:t>
      </w:r>
    </w:p>
    <w:p>
      <w:pPr>
        <w:jc w:val="right"/>
      </w:pPr>
      <w:r>
        <w:t>یعنی ہر عروج کے بعد فوراً زوال بھی شروع ہو جاتا ہے۔</w:t>
      </w:r>
    </w:p>
    <w:p>
      <w:r>
        <w:rPr>
          <w:b/>
        </w:rPr>
        <w:t xml:space="preserve">[09:09] </w:t>
      </w:r>
      <w:r>
        <w:t>koi bhi qaum, chahe ummat-e-muslima ho ya koi doosri ummat ho, lazman is ke saath yeh waqea pesh aayega ke ek baar zawal hoga, ek ek baar urooj hoga, phir zawal shuru ho jayega.</w:t>
      </w:r>
    </w:p>
    <w:p>
      <w:pPr>
        <w:jc w:val="right"/>
      </w:pPr>
      <w:r>
        <w:t>کوئی بھی قوم، چاہے امت مسلمہ ہو یا کوئی دوسری امت ہو، لازماً اس کے ساتھ یہ واقعہ پیش آئے گا کہ ایک بار زوال ہوگا، ایک ایک بار عروج ہوگا، پھر زوال شروع ہو جائے گا۔</w:t>
      </w:r>
    </w:p>
    <w:p>
      <w:r>
        <w:rPr>
          <w:b/>
        </w:rPr>
        <w:t xml:space="preserve">[09:25] </w:t>
      </w:r>
      <w:r>
        <w:t>zawal ka matlab yeh nahi ke hukoomat kamzor, hukoomat kamzor ho gayi, hukoomat kh</w:t>
      </w:r>
    </w:p>
    <w:p>
      <w:pPr>
        <w:jc w:val="right"/>
      </w:pPr>
      <w:r>
        <w:t>زوال کا مطلب یہ نہیں کہ حکومت کمزور، حکومت کمزور ہو گئی، حکومت خ</w:t>
      </w:r>
    </w:p>
    <w:p>
      <w:r>
        <w:rPr>
          <w:b/>
        </w:rPr>
        <w:t xml:space="preserve">[09:31] </w:t>
      </w:r>
      <w:r>
        <w:t>tum ho jaye. nahi, zawal ka matlab yeh hai ke soch mein zawal, fikr mein zawal, way of thinking mein zawal.</w:t>
      </w:r>
    </w:p>
    <w:p>
      <w:pPr>
        <w:jc w:val="right"/>
      </w:pPr>
      <w:r>
        <w:t>تم ہو جائے۔ نہیں، زوال کا مطلب یہ ہے کہ سوچ میں زوال، فکر میں زوال، وے آف تھنکنگ میں زوال۔</w:t>
      </w:r>
    </w:p>
    <w:p>
      <w:r>
        <w:rPr>
          <w:b/>
        </w:rPr>
        <w:t xml:space="preserve">[09:42] </w:t>
      </w:r>
      <w:r>
        <w:t>yeh matlab hota hai hukoomat toh koi cheez nahi, hukoomat rahe ya na rahe.</w:t>
      </w:r>
    </w:p>
    <w:p>
      <w:pPr>
        <w:jc w:val="right"/>
      </w:pPr>
      <w:r>
        <w:t>یہ مطلب ہوتا ہے حکومت تو کوئی چیز نہیں، حکومت رہے یا نہ رہے۔</w:t>
      </w:r>
    </w:p>
    <w:p>
      <w:r>
        <w:rPr>
          <w:b/>
        </w:rPr>
        <w:t xml:space="preserve">[09:50] </w:t>
      </w:r>
      <w:r>
        <w:t>toh yeh zawal kaise aata hai? yeh zawal kaise aata hai?</w:t>
      </w:r>
    </w:p>
    <w:p>
      <w:pPr>
        <w:jc w:val="right"/>
      </w:pPr>
      <w:r>
        <w:t>تو یہ زوال کیسے آتا ہے؟ یہ زوال کیسے آتا ہے؟</w:t>
      </w:r>
    </w:p>
    <w:p>
      <w:r>
        <w:rPr>
          <w:b/>
        </w:rPr>
        <w:t xml:space="preserve">[09:59] </w:t>
      </w:r>
      <w:r>
        <w:t>yahan par aap</w:t>
      </w:r>
    </w:p>
    <w:p>
      <w:pPr>
        <w:jc w:val="right"/>
      </w:pPr>
      <w:r>
        <w:t>یہاں پر آپ</w:t>
      </w:r>
    </w:p>
    <w:p>
      <w:r>
        <w:rPr>
          <w:b/>
        </w:rPr>
        <w:t xml:space="preserve">[10:03] </w:t>
      </w:r>
      <w:r>
        <w:t>isai mazhab ki tareekh aap ko batati hai ke zawal kaise aata hai. Hazrat Isa alaihi salam ne jo deen pesh kiya tha aur jis par kuch log iman laye the, jin ko hum hawari kehte hain,</w:t>
      </w:r>
    </w:p>
    <w:p>
      <w:pPr>
        <w:jc w:val="right"/>
      </w:pPr>
      <w:r>
        <w:t>عیسائی مذہب کی تاریخ آپ کو بتاتی ہے کہ زوال کیسے آتا ہے۔ حضرت عیسیٰ علیہ السلام نے جو دین پیش کیا تھا اور جس پر کچھ لوگ ایمان لائے تھے، جن کو ہم حواری کہتے ہیں،</w:t>
      </w:r>
    </w:p>
    <w:p>
      <w:r>
        <w:rPr>
          <w:b/>
        </w:rPr>
        <w:t xml:space="preserve">[10:19] </w:t>
      </w:r>
      <w:r>
        <w:t>toh ek muddat tak Hazrat Masih ka woh deen chalta raha.</w:t>
      </w:r>
    </w:p>
    <w:p>
      <w:pPr>
        <w:jc w:val="right"/>
      </w:pPr>
      <w:r>
        <w:t>تو ایک مدت تک حضرت مسیح کا وہ دین چلتا رہا۔</w:t>
      </w:r>
    </w:p>
    <w:p>
      <w:r>
        <w:rPr>
          <w:b/>
        </w:rPr>
        <w:t xml:space="preserve">[10:25] </w:t>
      </w:r>
      <w:r>
        <w:t>lekin chauthi sadi isvi mein sara maamla badal gaya. dekhiye, chauthi sadi isvi mein kya hua?</w:t>
      </w:r>
    </w:p>
    <w:p>
      <w:pPr>
        <w:jc w:val="right"/>
      </w:pPr>
      <w:r>
        <w:t>لیکن چوتھی صدی عیسوی میں سارا معاملہ بدل گیا۔ دیکھیے، چوتھی صدی عیسوی میں کیا ہوا؟</w:t>
      </w:r>
    </w:p>
    <w:p>
      <w:r>
        <w:rPr>
          <w:b/>
        </w:rPr>
        <w:t xml:space="preserve">[10:36] </w:t>
      </w:r>
      <w:r>
        <w:t>us waqt Europe ka emperor tha Constantine, poora Europe is ke qabze mein tha aur aur is ke ilawa aur bhi mumalik the.</w:t>
      </w:r>
    </w:p>
    <w:p>
      <w:pPr>
        <w:jc w:val="right"/>
      </w:pPr>
      <w:r>
        <w:t>اس وقت یورپ کا ایمپرر تھا کانسٹنٹین، پورا یورپ اس کے قبضے میں تھا اور اور اس کے علاوہ اور بھی ممالک تھے۔</w:t>
      </w:r>
    </w:p>
    <w:p>
      <w:r>
        <w:rPr>
          <w:b/>
        </w:rPr>
        <w:t xml:space="preserve">[10:47] </w:t>
      </w:r>
      <w:r>
        <w:t>toh kuch aise haalaat hue ke woh is ne Christianity ko qabool kar liya. Christianity ko qabool kar liya.</w:t>
      </w:r>
    </w:p>
    <w:p>
      <w:pPr>
        <w:jc w:val="right"/>
      </w:pPr>
      <w:r>
        <w:t>تو کچھ ایسے حالات ہوئے کہ وہ اس نے کرسچینٹی کو قبول کر لیا۔ کرسچینٹی کو قبول کر لیا۔</w:t>
      </w:r>
    </w:p>
    <w:p>
      <w:r>
        <w:rPr>
          <w:b/>
        </w:rPr>
        <w:t xml:space="preserve">[10:55] </w:t>
      </w:r>
      <w:r>
        <w:t>woh aise haalaat paida hue. is zamane mein daur tha "al-maliku la yuslihu illa al-maliku" ke jo badshah ka mazhab, wohi hamara mazhab.</w:t>
      </w:r>
    </w:p>
    <w:p>
      <w:pPr>
        <w:jc w:val="right"/>
      </w:pPr>
      <w:r>
        <w:t>وہ ایسے حالات پیدا ہوئے۔ اس زمانے میں دور تھا الناس و علادی نے ملکم کا کہ جو بادشاہ کا مذہب، وہی ہمارا مذہب۔</w:t>
      </w:r>
    </w:p>
    <w:p>
      <w:r>
        <w:rPr>
          <w:b/>
        </w:rPr>
        <w:t xml:space="preserve">[11:08] </w:t>
      </w:r>
      <w:r>
        <w:t>is ke ilawa is ne maansh kiya, bohat si tadabeer ikhtiyar kin aur taqreeban poora Europe Christianity ko ikhtiyar kar liya.</w:t>
      </w:r>
    </w:p>
    <w:p>
      <w:pPr>
        <w:jc w:val="right"/>
      </w:pPr>
      <w:r>
        <w:t>اس کے علاوہ اس نے مانش کیا، بہت سی تدبیریں اختیار کیں اور تقریباً پورا یورپ کرسچینٹی کو اختیار کر لیا۔</w:t>
      </w:r>
    </w:p>
    <w:p>
      <w:r>
        <w:rPr>
          <w:b/>
        </w:rPr>
        <w:t xml:space="preserve">[11:18] </w:t>
      </w:r>
      <w:r>
        <w:t>is ne yani matlab kya hua ke converted Christians bohat ziyada aa gaye, mass conversion hua.</w:t>
      </w:r>
    </w:p>
    <w:p>
      <w:pPr>
        <w:jc w:val="right"/>
      </w:pPr>
      <w:r>
        <w:t>اس نے یعنی کا مطلب کیا ہوا کہ کنورٹڈ کرسچنز بہت زیادہ آ گئے، ماس کنورژن ہوا۔</w:t>
      </w:r>
    </w:p>
    <w:p>
      <w:r>
        <w:rPr>
          <w:b/>
        </w:rPr>
        <w:t xml:space="preserve">[11:31] </w:t>
      </w:r>
      <w:r>
        <w:t>yahi converted Christians thay jinho ne sara mamla badal dala.</w:t>
      </w:r>
    </w:p>
    <w:p>
      <w:pPr>
        <w:jc w:val="right"/>
      </w:pPr>
      <w:r>
        <w:t>یہی کنورٹڈ کرسچنز تھے جنہوں نے سارا معاملہ بدل ڈالا۔</w:t>
      </w:r>
    </w:p>
    <w:p>
      <w:r>
        <w:rPr>
          <w:b/>
        </w:rPr>
        <w:t xml:space="preserve">[11:36] </w:t>
      </w:r>
      <w:r>
        <w:t>jo talimat theen Hazrat Masih ki, woh talimat pas pusht chali gayeen aur jo converted Christian thay, jo le kar aaye thay pehle khayalat, jahiliyat ke khayalat,</w:t>
      </w:r>
    </w:p>
    <w:p>
      <w:pPr>
        <w:jc w:val="right"/>
      </w:pPr>
      <w:r>
        <w:t>جو تعلیمات تھیں حضرت مسیح کی، وہ تعلیمات پس پشت چلی گئیں اور جو کنورٹڈ کرسچن تھے، جو لے کر آئے تھے پہلے خیالات، جاہلیت کے خیالات،</w:t>
      </w:r>
    </w:p>
    <w:p>
      <w:r>
        <w:rPr>
          <w:b/>
        </w:rPr>
        <w:t xml:space="preserve">[11:49] </w:t>
      </w:r>
      <w:r>
        <w:t>isi par unho ne Christianity ko dhaal diya. Aaj jo Christianity hai, woh Hazrat Masih ki batai hui talimat par nahi hai.</w:t>
      </w:r>
    </w:p>
    <w:p>
      <w:pPr>
        <w:jc w:val="right"/>
      </w:pPr>
      <w:r>
        <w:t>اسی پر انہوں نے کرسچینٹی کو ڈھال دیا۔ آج جو کرسچینٹی ہے، وہ حضرت مسیح کی بتائی ہوئی تعلیمات پر نہیں ہے۔</w:t>
      </w:r>
    </w:p>
    <w:p>
      <w:r>
        <w:rPr>
          <w:b/>
        </w:rPr>
        <w:t xml:space="preserve">[12:02] </w:t>
      </w:r>
      <w:r>
        <w:t>woh poori ki poori woh hai jo chauthi sadi hijri mein Constantine ke zamanay mein ikhtiyar ki gayi thi, Nikia council mein.</w:t>
      </w:r>
    </w:p>
    <w:p>
      <w:pPr>
        <w:jc w:val="right"/>
      </w:pPr>
      <w:r>
        <w:t>وہ پوری کی پوری وہ ہے جو چوتھی صدی ہجری میں کانسٹنٹین کے زمانے میں اختیار کی گئی تھی، نیکیا کونسل میں۔</w:t>
      </w:r>
    </w:p>
    <w:p>
      <w:r>
        <w:rPr>
          <w:b/>
        </w:rPr>
        <w:t xml:space="preserve">[12:14] </w:t>
      </w:r>
      <w:r>
        <w:t>toh yeh hota hai ke ek toh yeh hai ke jo bete aur pote hotay hain, jo agli nasal hoti hai, uska aqeedah itna mazboot nahi hota kyunke unho ne deen ko bator discovery ke liye daryaft kiya tha.</w:t>
      </w:r>
    </w:p>
    <w:p>
      <w:pPr>
        <w:jc w:val="right"/>
      </w:pPr>
      <w:r>
        <w:t>تو یہ ہوتا ہے کہ ایک تو یہ ہے کہ جو بیٹے اور پوتے ہوتے ہیں، جو اگلی نسل ہوتی ہے، اس کا عقیدہ اتنا مضبوط نہیں ہوتا کیونکہ انہوں نے دین کو بطور ڈسکوری کے لیے دریافت کیا تھا۔</w:t>
      </w:r>
    </w:p>
    <w:p>
      <w:r>
        <w:rPr>
          <w:b/>
        </w:rPr>
        <w:t xml:space="preserve">[12:31] </w:t>
      </w:r>
      <w:r>
        <w:t>yani Sahaba ke liye Islam ek discovery tha lekin unke bete aur poton ke liye discovery nahi tha. Toh kamzori yahan se aati hai, ek ek kamzori yahan se aati hai.</w:t>
      </w:r>
    </w:p>
    <w:p>
      <w:pPr>
        <w:jc w:val="right"/>
      </w:pPr>
      <w:r>
        <w:t>یعنی صحابہ کے لیے اسلام ایک ڈسکوری تھا لیکن ان کے بیٹے اور پوتوں کے لیے ڈسکوری نہیں تھا۔ تو کمزوری یہاں سے آتی ہے، ایک ایک کمزوری یہاں سے آتی ہے۔</w:t>
      </w:r>
    </w:p>
    <w:p>
      <w:r>
        <w:rPr>
          <w:b/>
        </w:rPr>
        <w:t xml:space="preserve">[12:43] </w:t>
      </w:r>
      <w:r>
        <w:t>doosri aati hai ke jo converted log hotay hain, woh le kar aate hain. Toh yeh phenomena lazman har ummat ke sath pesh aata hai.</w:t>
      </w:r>
    </w:p>
    <w:p>
      <w:pPr>
        <w:jc w:val="right"/>
      </w:pPr>
      <w:r>
        <w:t>دوسری آتی ہے کہ جو کنورٹڈ لوگ ہوتے ہیں، وہ لے کر آتے ہیں۔ تو یہ فیناومینا لازماً ہر امت کے ساتھ پیش آتا ہے۔</w:t>
      </w:r>
    </w:p>
    <w:p>
      <w:r>
        <w:rPr>
          <w:b/>
        </w:rPr>
        <w:t xml:space="preserve">[12:54] </w:t>
      </w:r>
      <w:r>
        <w:t>isi ko farmaya Rasool Allah salallahu alaihi wasallam ne.</w:t>
      </w:r>
    </w:p>
    <w:p>
      <w:pPr>
        <w:jc w:val="right"/>
      </w:pPr>
      <w:r>
        <w:t>اسی کو فرمایا رسول اللہ صلی اللہ علیہ وسلم نے۔</w:t>
      </w:r>
    </w:p>
    <w:p>
      <w:r>
        <w:rPr>
          <w:b/>
        </w:rPr>
        <w:t xml:space="preserve">[12:56] </w:t>
      </w:r>
      <w:r>
        <w:t>jo aap ne farmaya tha, woh koi mysterious cheez nahi thi, koi asrar cheez nahi thi. Nahi, fitrat ke qanoon ke tehat jo kuch hota hai ummaton ke sath, woh yahan bhi lazman hoga ke tumhare bete aur pote, tumhare agli naslein,</w:t>
      </w:r>
    </w:p>
    <w:p>
      <w:pPr>
        <w:jc w:val="right"/>
      </w:pPr>
      <w:r>
        <w:t>جو آپ نے فرمایا تھا، وہ کوئی مسٹیریس چیز نہیں تھی، کوئی پراسرار چیز نہیں تھی۔ نہیں، فطرت کے قانون کے تحت جو کچھ ہوتا ہے امتوں کے ساتھ، وہ یہاں بھی لازماً ہوگا کہ تمہارے بیٹے اور پوتے، تمہارے اگلے نسلیں،</w:t>
      </w:r>
    </w:p>
    <w:p>
      <w:r>
        <w:rPr>
          <w:b/>
        </w:rPr>
        <w:t xml:space="preserve">[13:15] </w:t>
      </w:r>
      <w:r>
        <w:t>un ko Islam bator daryaft nahi mila hua hoga, bator wirasat mila hoga. Wirasat</w:t>
      </w:r>
    </w:p>
    <w:p>
      <w:pPr>
        <w:jc w:val="right"/>
      </w:pPr>
      <w:r>
        <w:t>ان کو اسلام بطور دریافت نہیں ملا ہوا ہوگا، بطور وراثت ملا ہوگا۔ وراثت</w:t>
      </w:r>
    </w:p>
    <w:p>
      <w:r>
        <w:rPr>
          <w:b/>
        </w:rPr>
        <w:t xml:space="preserve">[13:24] </w:t>
      </w:r>
      <w:r>
        <w:t>yani Sahaba ke liye Islam unka choice tha lekin jo baad ke log thay, un ko toh by birth mil gaya.</w:t>
      </w:r>
    </w:p>
    <w:p>
      <w:pPr>
        <w:jc w:val="right"/>
      </w:pPr>
      <w:r>
        <w:t>یعنی صحابہ کے لیے اسلام ان کا چوائس تھا لیکن جو بعد کے لوگ تھے، ان کو تو بائی برتھ مل گیا۔</w:t>
      </w:r>
    </w:p>
    <w:p>
      <w:r>
        <w:rPr>
          <w:b/>
        </w:rPr>
        <w:t xml:space="preserve">[13:35] </w:t>
      </w:r>
      <w:r>
        <w:t>by birth toh zahir hai ke bohat farq hoga. Toh ek yeh cheez thi. Doosri cheez yeh hai ke Islam mein wahi waqea hua jo Christianity mein hua tha ki</w:t>
      </w:r>
    </w:p>
    <w:p>
      <w:pPr>
        <w:jc w:val="right"/>
      </w:pPr>
      <w:r>
        <w:t>بائی برتھ تو ظاہر ہے کہ بہت فرق ہوگا۔ تو ایک یہ چیز تھی۔ دوسری چیز یہ ہے کہ اسلام میں وہی واقعہ ہوا جو کرسچینٹی میں ہوا تھا کی</w:t>
      </w:r>
    </w:p>
    <w:p>
      <w:r>
        <w:rPr>
          <w:b/>
        </w:rPr>
        <w:t xml:space="preserve">[13:49] </w:t>
      </w:r>
      <w:r>
        <w:t>kyunke aap jantay hain ke Roman Empire fateh hua, Sasanian Empire fateh hua aur bohat se mulk sab achaanak Islam mein dakhil ho gaye.</w:t>
      </w:r>
    </w:p>
    <w:p>
      <w:pPr>
        <w:jc w:val="right"/>
      </w:pPr>
      <w:r>
        <w:t>ونکہ آپ جانتے ہیں کہ رومن ایمپائر فتح ہوا، ساسانی ایمپائر فتح ہوا اور بہت سے ممالک سب اچانک اسلام میں داخل ہو گئے۔</w:t>
      </w:r>
    </w:p>
    <w:p>
      <w:r>
        <w:rPr>
          <w:b/>
        </w:rPr>
        <w:t xml:space="preserve">[14:00] </w:t>
      </w:r>
      <w:r>
        <w:t>mass conversion hua. Yeh log apne pichlay khayalat ko le kar aaye. Yeh hai zawal ka sabab jo har hamesha hota hai.</w:t>
      </w:r>
    </w:p>
    <w:p>
      <w:pPr>
        <w:jc w:val="right"/>
      </w:pPr>
      <w:r>
        <w:t>ماس کنورژن ہوا۔ یہ لوگ اپنے پچھلے خیالات کو لے کر آئے۔ یہ ہے زوال کا سبب جو ہر ہمیشہ ہوتا ہے۔</w:t>
      </w:r>
    </w:p>
    <w:p>
      <w:r>
        <w:rPr>
          <w:b/>
        </w:rPr>
        <w:t xml:space="preserve">[14:15] </w:t>
      </w:r>
      <w:r>
        <w:t>toh Islam mein yeh zawal pesh aaya.</w:t>
      </w:r>
    </w:p>
    <w:p>
      <w:pPr>
        <w:jc w:val="right"/>
      </w:pPr>
      <w:r>
        <w:t>تو اسلام میں یہ زوال پیش آیا۔</w:t>
      </w:r>
    </w:p>
    <w:p>
      <w:r>
        <w:rPr>
          <w:b/>
        </w:rPr>
        <w:t xml:space="preserve">[14:18] </w:t>
      </w:r>
      <w:r>
        <w:t>dekhiye, Allah taala ne yeh intezam kiya tha ke Islam ko jo matan hai, jo ek text hai, woh kisi tarah badal nahi paye. Woh is liye ke woh intact rahe.</w:t>
      </w:r>
    </w:p>
    <w:p>
      <w:pPr>
        <w:jc w:val="right"/>
      </w:pPr>
      <w:r>
        <w:t>دیکھیے، اللہ تعالی نے یہ انتظام کیا تھا کہ اسلام کو جو متن ہے، جو ایک ٹیکسٹ ہے، وہ کسی طرح بدل نہیں پائے۔ وہ اس لیے کہ وہ انٹیکٹ رہے۔</w:t>
      </w:r>
    </w:p>
    <w:p>
      <w:r>
        <w:rPr>
          <w:b/>
        </w:rPr>
        <w:t xml:space="preserve">[14:27] </w:t>
      </w:r>
      <w:r>
        <w:t>woh pichlay mazhabon mein yeh hua ke jo baad ki naslein theen, unho ne khud text ko badal dala, khud text mein milawat kar di.</w:t>
      </w:r>
    </w:p>
    <w:p>
      <w:pPr>
        <w:jc w:val="right"/>
      </w:pPr>
      <w:r>
        <w:t>وہ پچھلے مذہبوں میں یہ ہوا کہ جو بعد کی نسلیں تھیں، انہوں نے خود ٹیکسٹ کو بدل ڈالا، خود ٹیکسٹ میں ملاوٹ کر دی۔</w:t>
      </w:r>
    </w:p>
    <w:p>
      <w:r>
        <w:rPr>
          <w:b/>
        </w:rPr>
        <w:t xml:space="preserve">[14:41] </w:t>
      </w:r>
      <w:r>
        <w:t>matan mein Islam mein aisa mumkin nahi tha kyunke Allah taala ki taraf se hifazat thi.</w:t>
      </w:r>
    </w:p>
    <w:p>
      <w:pPr>
        <w:jc w:val="right"/>
      </w:pPr>
      <w:r>
        <w:t>متن میں اسلام میں ایسا ممکن نہیں تھا کیونکہ اللہ تعالی کی طرف سے حفاظت تھی۔</w:t>
      </w:r>
    </w:p>
    <w:p>
      <w:r>
        <w:rPr>
          <w:b/>
        </w:rPr>
        <w:t xml:space="preserve">[14:48] </w:t>
      </w:r>
      <w:r>
        <w:t>Nahn nazzalna al-dhikra wa inna lahu lahafizoon. Lekin jo baad ke log thay, baad ki naslein aur yeh converted Musalman, yahi log baad ko aalim bane, wahi mufassir o sharah bane.</w:t>
      </w:r>
    </w:p>
    <w:p>
      <w:pPr>
        <w:jc w:val="right"/>
      </w:pPr>
      <w:r>
        <w:t>نحن نزل الذکر وانا الیہ الحافظون۔ لیکن جو بعد کے لوگ تھے، بعد کی نسلیں اور یہ کنورٹڈ مسلمان، یہی لوگ بعد کو عالم بنے، وہی مفسر و شارح بنے۔</w:t>
      </w:r>
    </w:p>
    <w:p>
      <w:r>
        <w:rPr>
          <w:b/>
        </w:rPr>
        <w:t xml:space="preserve">[15:08] </w:t>
      </w:r>
      <w:r>
        <w:t>yani jo baat ko kaam hua, literary kaam, literary</w:t>
      </w:r>
    </w:p>
    <w:p>
      <w:pPr>
        <w:jc w:val="right"/>
      </w:pPr>
      <w:r>
        <w:t>یعنی جو بات کو کام ہوا، لٹری کام، لٹری</w:t>
      </w:r>
    </w:p>
    <w:p>
      <w:r>
        <w:rPr>
          <w:b/>
        </w:rPr>
        <w:t xml:space="preserve">[15:13] </w:t>
      </w:r>
      <w:r>
        <w:t>yani Quran ki tafseer, Hadees ki tafseer, tareekh likhna, jitna kaam hai baad ka, woh Sahaba ne nahi kiya tha.</w:t>
      </w:r>
    </w:p>
    <w:p>
      <w:pPr>
        <w:jc w:val="right"/>
      </w:pPr>
      <w:r>
        <w:t>یعنی قرآن کی تفسیر، حدیث کی تفسیر، تاریخ لکھنا، جتنا کام ہے بعد کا، وہ صحابہ نے نہیں کیا تھا۔</w:t>
      </w:r>
    </w:p>
    <w:p>
      <w:r>
        <w:rPr>
          <w:b/>
        </w:rPr>
        <w:t xml:space="preserve">[15:22] </w:t>
      </w:r>
      <w:r>
        <w:t>sab Sahaba ke daur ke baad hua. Toh nateeja kya hua ke jo kuch pichli qomon ne khud text mein shamil kar diya tha, woh Musalmanon mein yeh hua ke unho ne hashiye mein likh diya hua,</w:t>
      </w:r>
    </w:p>
    <w:p>
      <w:pPr>
        <w:jc w:val="right"/>
      </w:pPr>
      <w:r>
        <w:t>سب صحابہ کے دور کے بعد ہوا۔ تو نتیجہ کیا ہوا کہ جو کچھ پچھلی قوموں نے خود ٹیکسٹ میں شامل کر دیا تھا، وہ مسلمانوں میں یہ ہوا کہ انہوں نے حاشیے میں لکھ دیا ہوا،</w:t>
      </w:r>
    </w:p>
    <w:p>
      <w:r>
        <w:rPr>
          <w:b/>
        </w:rPr>
        <w:t xml:space="preserve">[15:37] </w:t>
      </w:r>
      <w:r>
        <w:t>yani tafseeron mein, sharahon mein, kitabon mein, tareekhon mein likh diya hua.</w:t>
      </w:r>
    </w:p>
    <w:p>
      <w:pPr>
        <w:jc w:val="right"/>
      </w:pPr>
      <w:r>
        <w:t>یعنی تفسیروں میں، شرحوں میں، کتابوں میں، تاریخوں میں لکھ دیا ہوا۔</w:t>
      </w:r>
    </w:p>
    <w:p>
      <w:r>
        <w:rPr>
          <w:b/>
        </w:rPr>
        <w:t xml:space="preserve">[15:42] </w:t>
      </w:r>
      <w:r>
        <w:t>yeh tha zawal. to yeh koi mysterious baat nahi hai. yeh aik honay wali baat hai jo hoti hai har qom mein aur musalmanon mein bhi hui.</w:t>
      </w:r>
    </w:p>
    <w:p>
      <w:pPr>
        <w:jc w:val="right"/>
      </w:pPr>
      <w:r>
        <w:t>یہ تھا زوال۔ تو یہ کوئی مسٹیریس بات نہیں ہے۔ یہ ایک ہونے والی بات ہے جو ہوتی ہے ہر قوم میں اور مسلمانوں میں بھی ہوئی۔</w:t>
      </w:r>
    </w:p>
    <w:p>
      <w:r>
        <w:rPr>
          <w:b/>
        </w:rPr>
        <w:t xml:space="preserve">[15:55] </w:t>
      </w:r>
      <w:r>
        <w:t>ab kya karna hai? aaj hum dekhiye, aaj hum jo hain musalman, quran par nahi hain, woh woh akabir ke mazhab par hain, yeh mazhab quran par nahi hain, mazhab akabir par hain.</w:t>
      </w:r>
    </w:p>
    <w:p>
      <w:pPr>
        <w:jc w:val="right"/>
      </w:pPr>
      <w:r>
        <w:t>اب کیا کرنا ہے؟ آج ہم دیکھیے، آج ہم جو ہیں مسلمان، قرآن پر نہیں ہیں، وہ وہ اکابر کے مذہب پر ہیں، یہ مذہب قرآن پر نہیں ہیں، مذہب اکابر پر ہیں۔</w:t>
      </w:r>
    </w:p>
    <w:p>
      <w:r>
        <w:rPr>
          <w:b/>
        </w:rPr>
        <w:t xml:space="preserve">[16:12] </w:t>
      </w:r>
      <w:r>
        <w:t>kal parson mere paas aik telephone aaya pakistan se, aik sahib jo hamare mission se jure hue hain aur barabar woh yeh mission ka kaam kar rahe hain, to wahan unhon ne kisi ko hamara aik cassette sunaya.</w:t>
      </w:r>
    </w:p>
    <w:p>
      <w:pPr>
        <w:jc w:val="right"/>
      </w:pPr>
      <w:r>
        <w:t>کل پرسوں میرے پاس ایک ٹیلی فون آیا پاکستان سے، ایک صاحب جو ہمارے مشن سے جڑے ہوئے ہیں اور برابر وہ یہ مشن کا کام کر رہے ہیں، تو وہاں انہوں نے کسی کو ہمارا ایک کیسٹ سنایا۔</w:t>
      </w:r>
    </w:p>
    <w:p>
      <w:r>
        <w:rPr>
          <w:b/>
        </w:rPr>
        <w:t xml:space="preserve">[16:30] </w:t>
      </w:r>
      <w:r>
        <w:t>sunnay ke baad woh kya kehte hain? woh sunnay ke baad yeh kehte hain ke abhi akabir kahan? to hum ne yeh baatein parhi nahi, yeh kahan se yeh baatein nikal rahe hain?</w:t>
      </w:r>
    </w:p>
    <w:p>
      <w:pPr>
        <w:jc w:val="right"/>
      </w:pPr>
      <w:r>
        <w:t>سننے کے بعد وہ کیا کہتے ہیں؟ وہ سننے کے بعد یہ کہتے ہیں کہ ابھی اکابر کہاں؟ تو ہم نے یہ باتیں پڑھی نہیں، یہ کہاں سے یہ باتیں نکال رہے ہیں؟</w:t>
      </w:r>
    </w:p>
    <w:p>
      <w:r>
        <w:rPr>
          <w:b/>
        </w:rPr>
        <w:t xml:space="preserve">[16:42] </w:t>
      </w:r>
      <w:r>
        <w:t>yeh bohat bohat ziyada sochne ki baat hai. yeh aik aik shakhs ki baat nahi hai, saare log jo hain, is ko akabir ke criteria se adjust karte hain.</w:t>
      </w:r>
    </w:p>
    <w:p>
      <w:pPr>
        <w:jc w:val="right"/>
      </w:pPr>
      <w:r>
        <w:t>یہ بہت بہت زیادہ سوچنے کی بات ہے۔ یہ ایک ایک شخص کی بات نہیں ہے، سارے لوگ جو ہیں، اس کو اکابر کے کرائٹیریا سے ایڈجسٹ کرتے ہیں۔</w:t>
      </w:r>
    </w:p>
    <w:p>
      <w:r>
        <w:rPr>
          <w:b/>
        </w:rPr>
        <w:t xml:space="preserve">[16:54] </w:t>
      </w:r>
      <w:r>
        <w:t>to dekhiye, imam hanbal thay, imam ahmad ibn hanbal jin ki musnad ahmad mashhoor kitab hai hadith ki, jis mein thirty tha hadith hain,</w:t>
      </w:r>
    </w:p>
    <w:p>
      <w:pPr>
        <w:jc w:val="right"/>
      </w:pPr>
      <w:r>
        <w:t>تو دیکھیے، امام حنبل تھے، امام احمد ابن حنبل جن کی مسند احمد مشہور کتاب ہے حدیث کی، جس میں تھرٹی تھا حدیثیں ہیں،</w:t>
      </w:r>
    </w:p>
    <w:p>
      <w:r>
        <w:rPr>
          <w:b/>
        </w:rPr>
        <w:t xml:space="preserve">[17:07] </w:t>
      </w:r>
      <w:r>
        <w:t>tees hazar.</w:t>
      </w:r>
    </w:p>
    <w:p>
      <w:pPr>
        <w:jc w:val="right"/>
      </w:pPr>
      <w:r>
        <w:t>تیس ہزار۔</w:t>
      </w:r>
    </w:p>
    <w:p>
      <w:r>
        <w:rPr>
          <w:b/>
        </w:rPr>
        <w:t xml:space="preserve">[17:11] </w:t>
      </w:r>
      <w:r>
        <w:t>to un ki wafat hui hai 241 hijri mein, yani teesri sadi hijri mein.</w:t>
      </w:r>
    </w:p>
    <w:p>
      <w:pPr>
        <w:jc w:val="right"/>
      </w:pPr>
      <w:r>
        <w:t>تو ان کی وفات ہوئی ہے 241 ہجری میں، یعنی تیسری صدی ہجری میں۔</w:t>
      </w:r>
    </w:p>
    <w:p>
      <w:r>
        <w:rPr>
          <w:b/>
        </w:rPr>
        <w:t xml:space="preserve">[17:23] </w:t>
      </w:r>
      <w:r>
        <w:t>to unhon ne kaha tha kisi moqa par: "ayatuni shay'an min kitabi Allahi hatta taqla".</w:t>
      </w:r>
    </w:p>
    <w:p>
      <w:pPr>
        <w:jc w:val="right"/>
      </w:pPr>
      <w:r>
        <w:t>تو انہوں نے کہا تھا کسی موقع پر: "ایتونی شیم من کتاب اللہ حتی قل"۔</w:t>
      </w:r>
    </w:p>
    <w:p>
      <w:r>
        <w:rPr>
          <w:b/>
        </w:rPr>
        <w:t xml:space="preserve">[17:31] </w:t>
      </w:r>
      <w:r>
        <w:t>mere paas quran ki koi ayat lao, tab main maano ga. "ayatuni shay'an min kitabi Allahi hatta taqla"</w:t>
      </w:r>
    </w:p>
    <w:p>
      <w:pPr>
        <w:jc w:val="right"/>
      </w:pPr>
      <w:r>
        <w:t>میرے پاس قرآن کی کوئی آیت لاؤ، تب میں مانوں گا۔ "ایتونی شیم من کتاب اللہ حتی قل"</w:t>
      </w:r>
    </w:p>
    <w:p>
      <w:r>
        <w:rPr>
          <w:b/>
        </w:rPr>
        <w:t xml:space="preserve">[17:41] </w:t>
      </w:r>
      <w:r>
        <w:t>kyun ke teesri sadi hijri tak jo zehn tha, jo muslim mind tha, woh yeh tha ke baat woh hai jo quran se sabit ho, sach woh hai jo quran se nikle.</w:t>
      </w:r>
    </w:p>
    <w:p>
      <w:pPr>
        <w:jc w:val="right"/>
      </w:pPr>
      <w:r>
        <w:t>کیونکہ تیسری صدی ہجری تک جو ذہن تھا، جو مسلم مائنڈ تھا، وہ یہ تھا کہ بات وہ ہے جو قرآن سے ثابت ہو، سچ وہ ہے جو قرآن سے نکلے۔</w:t>
      </w:r>
    </w:p>
    <w:p>
      <w:r>
        <w:rPr>
          <w:b/>
        </w:rPr>
        <w:t xml:space="preserve">[17:53] </w:t>
      </w:r>
      <w:r>
        <w:t>aaj kya hai? aaj ult gaya hai. aaj ka insan kehta hai: "ayatuni shay'an min akabirina hatta aqula".</w:t>
      </w:r>
    </w:p>
    <w:p>
      <w:pPr>
        <w:jc w:val="right"/>
      </w:pPr>
      <w:r>
        <w:t>آج کیا ہے؟ آج الٹ گیا ہے۔ آج کا انسان کہتا ہے: "ایتونی شیم من اکابرنا حتی اقول"۔</w:t>
      </w:r>
    </w:p>
    <w:p>
      <w:r>
        <w:rPr>
          <w:b/>
        </w:rPr>
        <w:t xml:space="preserve">[18:04] </w:t>
      </w:r>
      <w:r>
        <w:t>yani pehle yeh tha ke "ayatuni shay'an min kitabi Allahi hatta taqla".</w:t>
      </w:r>
    </w:p>
    <w:p>
      <w:pPr>
        <w:jc w:val="right"/>
      </w:pPr>
      <w:r>
        <w:t>یعنی پہلے یہ تھا کہ "ایتونی شیم من کتاب اللہ حتی قل"۔</w:t>
      </w:r>
    </w:p>
    <w:p>
      <w:r>
        <w:rPr>
          <w:b/>
        </w:rPr>
        <w:t xml:space="preserve">[18:10] </w:t>
      </w:r>
      <w:r>
        <w:t>aaj ka insan kehta hai ke "ayatuni shay'an min akabirina hatta aqula". hamare akabir ka hawala do. acha, yeh akabir kon hain?</w:t>
      </w:r>
    </w:p>
    <w:p>
      <w:pPr>
        <w:jc w:val="right"/>
      </w:pPr>
      <w:r>
        <w:t>آج کا انسان کہتا ہے کہ "ایتونی شیم من اکابرنا حتی قل"۔ ہمارے اکابر کا حوالہ دو۔ اچھا، یہ اکابر کون ہیں؟</w:t>
      </w:r>
    </w:p>
    <w:p>
      <w:r>
        <w:rPr>
          <w:b/>
        </w:rPr>
        <w:t xml:space="preserve">[18:20] </w:t>
      </w:r>
      <w:r>
        <w:t>yeh sab ke sab daur zawal mein paida hue hain log hain.</w:t>
      </w:r>
    </w:p>
    <w:p>
      <w:pPr>
        <w:jc w:val="right"/>
      </w:pPr>
      <w:r>
        <w:t>یہ سب کے سب دور زوال میں پیدا ہوئے ہیں لوگ ہیں۔</w:t>
      </w:r>
    </w:p>
    <w:p>
      <w:r>
        <w:rPr>
          <w:b/>
        </w:rPr>
        <w:t xml:space="preserve">[18:26] </w:t>
      </w:r>
      <w:r>
        <w:t>jahan daur zawal mein paida hue hain log, akabir ban gaye hain. yeh bohat ziyada sochne ki baat hai. dekhiye, rasool Allah ne farmaya tha ke: "khair ul qurun qarni thumma alladhina yalunahum thumma alladhina yalunahum".</w:t>
      </w:r>
    </w:p>
    <w:p>
      <w:pPr>
        <w:jc w:val="right"/>
      </w:pPr>
      <w:r>
        <w:t>جہاں دور زوال میں پیدا ہوئے ہیں لوگ، اکابر بن گئے ہیں۔ یہ بہت زیادہ سوچنے کی بات ہے۔ دیکھیے، رسول اللہ نے فرمایا تھا کہ: "خیر القرون قرنی ثم الذینیلونہم ثم الذینیلونہم"۔</w:t>
      </w:r>
    </w:p>
    <w:p>
      <w:r>
        <w:rPr>
          <w:b/>
        </w:rPr>
        <w:t xml:space="preserve">[18:41] </w:t>
      </w:r>
      <w:r>
        <w:t>is ko kehte hain qurun mashhoodun laha bil khair. yeh teen period woh hain jo maslak period hain islam mein: daur risalat, daur sahaba, daur tabieen.</w:t>
      </w:r>
    </w:p>
    <w:p>
      <w:pPr>
        <w:jc w:val="right"/>
      </w:pPr>
      <w:r>
        <w:t>اس کو کہتے ہیں قرون مشہود لہا بالخیر۔ یہ تین پیریڈ وہ ہیں جو مسلک پیریڈ ہیں اسلام میں: دور رسالت، دور صحابہ، دور تابعین۔</w:t>
      </w:r>
    </w:p>
    <w:p>
      <w:r>
        <w:rPr>
          <w:b/>
        </w:rPr>
        <w:t xml:space="preserve">[18:53] </w:t>
      </w:r>
      <w:r>
        <w:t>bas is ke baad full stop hai. is ke baad full stop hai. aap ghor kijiye, itne log jo kaha akabir kehte hain, woh sab is ke baad ke daur mein paida hue, ziyada tar abbasi daur mein,</w:t>
      </w:r>
    </w:p>
    <w:p>
      <w:pPr>
        <w:jc w:val="right"/>
      </w:pPr>
      <w:r>
        <w:t>بس اس کے بعد فل سٹاپ ہے۔ اس کے بعد فل سٹاپ ہے۔ آپ غور کیجئے، اتنے لوگ جو کہا اکابر کہتے ہیں، وہ سب اس کے بعد کے دور میں پیدا ہوئے، زیادہ تر اباسی دور میں،</w:t>
      </w:r>
    </w:p>
    <w:p>
      <w:r>
        <w:rPr>
          <w:b/>
        </w:rPr>
        <w:t xml:space="preserve">[19:07] </w:t>
      </w:r>
      <w:r>
        <w:t>yani qurun mashhoodun laha bil khair ke baad.</w:t>
      </w:r>
    </w:p>
    <w:p>
      <w:pPr>
        <w:jc w:val="right"/>
      </w:pPr>
      <w:r>
        <w:t>یعنی قرون مشہود لہا بالخیر کے بعد۔</w:t>
      </w:r>
    </w:p>
    <w:p>
      <w:r>
        <w:rPr>
          <w:b/>
        </w:rPr>
        <w:t xml:space="preserve">[19:11] </w:t>
      </w:r>
      <w:r>
        <w:t>to aaj ka jo islam hai, woh woh hai jo qurun mashhoodun laha bil khair ke baad ke logon ne apni sharhon aur apni tafseeron ke zariye banaya.</w:t>
      </w:r>
    </w:p>
    <w:p>
      <w:pPr>
        <w:jc w:val="right"/>
      </w:pPr>
      <w:r>
        <w:t>تو آج کا جو اسلام ہے، وہ وہ ہے جو قرون مشہود لہا بالخیر کے بعد کے لوگوں نے اپنی شرحوں اور اپنی تفسیروں کے ذریعے بنایا۔</w:t>
      </w:r>
    </w:p>
    <w:p>
      <w:r>
        <w:rPr>
          <w:b/>
        </w:rPr>
        <w:t xml:space="preserve">[19:23] </w:t>
      </w:r>
      <w:r>
        <w:t>isi par musalman khare hue hain, isi par khare hue hain. main aik misaal deta hoon.</w:t>
      </w:r>
    </w:p>
    <w:p>
      <w:pPr>
        <w:jc w:val="right"/>
      </w:pPr>
      <w:r>
        <w:t>اسی پر مسلمان کھڑے ہوئے ہیں، اسی پر کھڑے ہوئے ہیں۔ میں ایک مثال دیتا ہوں۔</w:t>
      </w:r>
    </w:p>
    <w:p>
      <w:r>
        <w:rPr>
          <w:b/>
        </w:rPr>
        <w:t xml:space="preserve">[19:34] </w:t>
      </w:r>
      <w:r>
        <w:t>is waqt musalmanon mein saari duniya mein kya hai?</w:t>
      </w:r>
    </w:p>
    <w:p>
      <w:pPr>
        <w:jc w:val="right"/>
      </w:pPr>
      <w:r>
        <w:t>اس وقت مسلمانوں میں ساری دنیا میں کیا ہے؟</w:t>
      </w:r>
    </w:p>
    <w:p>
      <w:r>
        <w:rPr>
          <w:b/>
        </w:rPr>
        <w:t xml:space="preserve">[19:38] </w:t>
      </w:r>
      <w:r>
        <w:t>jis ko kehta hai, yani secular log kehte hain, jis ko ke terrorisum ya militancy, aur musalman jis ko kehte hain jihad.</w:t>
      </w:r>
    </w:p>
    <w:p>
      <w:pPr>
        <w:jc w:val="right"/>
      </w:pPr>
      <w:r>
        <w:t>جس کو کہتا ہے، یعنی سکر لوگ کہتے ہیں، جس کو کہ ٹیررزم یا ملٹینسی، اور مسلمان جس کو کہتے ہیں جہاد۔</w:t>
      </w:r>
    </w:p>
    <w:p>
      <w:r>
        <w:rPr>
          <w:b/>
        </w:rPr>
        <w:t xml:space="preserve">[19:50] </w:t>
      </w:r>
      <w:r>
        <w:t>jis cheez ko musalman jihad ke naam par kiye hue hain, woh kya hai? doosron ki nazar mein militancy aur terrorism hai, yani qital kar rahe hain jihad ke naam par, takrao ki policy, tashaddud ki policy,</w:t>
      </w:r>
    </w:p>
    <w:p>
      <w:pPr>
        <w:jc w:val="right"/>
      </w:pPr>
      <w:r>
        <w:t>جس چیز کو مسلمان جہاد کے نام پر کیا ہوئے ہیں، وہ کیا ہے؟ دوسروں کی نظر میں ملٹینسی اور ٹیررزم ہے، یعنی قتال کر رہے ہیں جہاد کے نام پر، ٹکراؤ کی پالیسی، تشدد کی پالیسی،</w:t>
      </w:r>
    </w:p>
    <w:p>
      <w:r>
        <w:rPr>
          <w:b/>
        </w:rPr>
        <w:t xml:space="preserve">[20:04] </w:t>
      </w:r>
      <w:r>
        <w:t>gun aur bomb ki policy</w:t>
      </w:r>
    </w:p>
    <w:p>
      <w:pPr>
        <w:jc w:val="right"/>
      </w:pPr>
      <w:r>
        <w:t>گن اور بم کی پالیسی</w:t>
      </w:r>
    </w:p>
    <w:p>
      <w:r>
        <w:rPr>
          <w:b/>
        </w:rPr>
        <w:t xml:space="preserve">[20:07] </w:t>
      </w:r>
      <w:r>
        <w:t>musalman kar rahe hain, aur is ko kehte hain jihad. aaj hi ke akhbar mein hum ne parha, aaj ka akhbar ke sham mein musalmanon ne musalmanon ko bomb mara aur pachas aadmi mar gaye.</w:t>
      </w:r>
    </w:p>
    <w:p>
      <w:pPr>
        <w:jc w:val="right"/>
      </w:pPr>
      <w:r>
        <w:t>مسلمان کر رہے ہیں، اور اس کو کہتے ہیں جہاد۔ آج ہی کے اخبار میں ہم نے پڑھا، آج کا اخبار کہ شام میں مسلمانوں نے مسلمانوں کو بم مارا اور پچاس آدمی مر گئے۔</w:t>
      </w:r>
    </w:p>
    <w:p>
      <w:r>
        <w:rPr>
          <w:b/>
        </w:rPr>
        <w:t xml:space="preserve">[20:21] </w:t>
      </w:r>
      <w:r>
        <w:t>pachas aadmi aaj ki khabar hai sirya mein.</w:t>
      </w:r>
    </w:p>
    <w:p>
      <w:pPr>
        <w:jc w:val="right"/>
      </w:pPr>
      <w:r>
        <w:t>پچاس آدمی آج کی خبر ہے سیریا میں۔</w:t>
      </w:r>
    </w:p>
    <w:p>
      <w:r>
        <w:rPr>
          <w:b/>
        </w:rPr>
        <w:t xml:space="preserve">[20:26] </w:t>
      </w:r>
      <w:r>
        <w:t>aaj hi ki khabar pakistan ke bare mein hai ke wahan karachi mein</w:t>
      </w:r>
    </w:p>
    <w:p>
      <w:pPr>
        <w:jc w:val="right"/>
      </w:pPr>
      <w:r>
        <w:t>آج ہی کی خبر پاکستان کے بارے میں ہے کہ وہاں کراچی میں</w:t>
      </w:r>
    </w:p>
    <w:p>
      <w:r>
        <w:rPr>
          <w:b/>
        </w:rPr>
        <w:t xml:space="preserve">[20:34] </w:t>
      </w:r>
      <w:r>
        <w:t>border cycle par charh kar aaye do aadmi, andha dhund firing ki, aur bees aadmi mar gaye. yeh aaj ki khabar hai. yeh rozana aise hi rehta hai, rozana.</w:t>
      </w:r>
    </w:p>
    <w:p>
      <w:pPr>
        <w:jc w:val="right"/>
      </w:pPr>
      <w:r>
        <w:t>بارڈر سائیکل پر چڑھ کر آئے دو آدمی، اندھا دھند فائرنگ کی، اور بیس آدمی مر گئے۔ یہ آج کی خبر ہے۔ یہ روزانہ ایسے ہی رہتا ہے، روزانہ۔</w:t>
      </w:r>
    </w:p>
    <w:p>
      <w:r>
        <w:rPr>
          <w:b/>
        </w:rPr>
        <w:t xml:space="preserve">[20:45] </w:t>
      </w:r>
      <w:r>
        <w:t>aur sari dunya mein jagah jagah musalman, yani qital culture chalaye hue hain jihad ke naam par.</w:t>
      </w:r>
    </w:p>
    <w:p>
      <w:pPr>
        <w:jc w:val="right"/>
      </w:pPr>
      <w:r>
        <w:t>اور ساری دنیا میں جگہ جگہ مسلمان، یعنی قتال کلچر چلائے ہوئے ہیں جہاد کے نام پر۔</w:t>
      </w:r>
    </w:p>
    <w:p>
      <w:r>
        <w:rPr>
          <w:b/>
        </w:rPr>
        <w:t xml:space="preserve">[20:52] </w:t>
      </w:r>
      <w:r>
        <w:t>har jagah, jahan bhi dekhiye,</w:t>
      </w:r>
    </w:p>
    <w:p>
      <w:pPr>
        <w:jc w:val="right"/>
      </w:pPr>
      <w:r>
        <w:t>ہر جگہ، جہاں بھی دیکھیے،</w:t>
      </w:r>
    </w:p>
    <w:p>
      <w:r>
        <w:rPr>
          <w:b/>
        </w:rPr>
        <w:t xml:space="preserve">[20:57] </w:t>
      </w:r>
      <w:r>
        <w:t>yani jihad ke naam par qital culture. yeh kyun hai? yeh saada baat nahi hai. dekhiye, baad ke zamane mein, yani abbasi daur mein khas tor par, jo deen ki sharhein likhi gayeen, jo tafaseer likhi gayeen, jo kitabein likhi gayeen, woh sab ke sab mabni par jihad thayin.</w:t>
      </w:r>
    </w:p>
    <w:p>
      <w:pPr>
        <w:jc w:val="right"/>
      </w:pPr>
      <w:r>
        <w:t>یعنی جہاد کے نام پر قتال کلچر۔ یہ کیوں ہے؟ یہ سادہ بات نہیں ہے۔ دیکھیے، بعد کے زمانے میں، یعنی عباسی دور میں خاص طور پر، جو دین کی شرحیں لکھی گئیں، جو تفسیریں لکھی گئیں، جو کتابیں لکھی گئیں، وہ سب کے سب مبنی پر جہاد تھیں۔</w:t>
      </w:r>
    </w:p>
    <w:p>
      <w:r>
        <w:rPr>
          <w:b/>
        </w:rPr>
        <w:t xml:space="preserve">[21:21] </w:t>
      </w:r>
      <w:r>
        <w:t>to aap ke nazdeek woh jihad hai, doosre nazdeek woh qital hai, takrao hai. to poori muslim psyche jo hai, muslim psyche jo bani hai lambi tareekh ke nateejay mein,</w:t>
      </w:r>
    </w:p>
    <w:p>
      <w:pPr>
        <w:jc w:val="right"/>
      </w:pPr>
      <w:r>
        <w:t>تو آپ کے نزدیک وہ جہاد ہے، دوسرے نزدیک وہ قتال ہے، ٹکراؤ ہے۔ تو پوری مسلم سائیکی جو ہے، مسلم سائیکی جو بنی ہے لمبی تاریخ کے نتیجے میں،</w:t>
      </w:r>
    </w:p>
    <w:p>
      <w:r>
        <w:rPr>
          <w:b/>
        </w:rPr>
        <w:t xml:space="preserve">[21:35] </w:t>
      </w:r>
      <w:r>
        <w:t>woh kya hai? sab se bara kaam hai jihad karna. doosre logon mein qital.</w:t>
      </w:r>
    </w:p>
    <w:p>
      <w:pPr>
        <w:jc w:val="right"/>
      </w:pPr>
      <w:r>
        <w:t>وہ کیا ہے؟ سب سے بڑا کام ہے جہاد کرنا۔ دوسرے لوگوں میں قتال۔</w:t>
      </w:r>
    </w:p>
    <w:p>
      <w:r>
        <w:rPr>
          <w:b/>
        </w:rPr>
        <w:t xml:space="preserve">[21:44] </w:t>
      </w:r>
      <w:r>
        <w:t>dekhein, yeh jo hai</w:t>
      </w:r>
    </w:p>
    <w:p>
      <w:pPr>
        <w:jc w:val="right"/>
      </w:pPr>
      <w:r>
        <w:t>دیکھیں، یہ جو ہے</w:t>
      </w:r>
    </w:p>
    <w:p>
      <w:r>
        <w:rPr>
          <w:b/>
        </w:rPr>
        <w:t xml:space="preserve">[21:48] </w:t>
      </w:r>
      <w:r>
        <w:t>mojudah zamane mein islam ko is cheez ne irrelevant bana diya hai. irrelevant</w:t>
      </w:r>
    </w:p>
    <w:p>
      <w:pPr>
        <w:jc w:val="right"/>
      </w:pPr>
      <w:r>
        <w:t>موجودہ زمانے میں اسلام کو اس چیز نے ارریلونٹ بنا دیا ہے۔ ارریلونٹ</w:t>
      </w:r>
    </w:p>
    <w:p>
      <w:r>
        <w:rPr>
          <w:b/>
        </w:rPr>
        <w:t xml:space="preserve">[21:55] </w:t>
      </w:r>
      <w:r>
        <w:t>kyun? second world war ke baad sari dunya mein ek naya phenomenon aaya, naya phenomenon jis ko kehte hain weapons of mass destruction, yani aise hathiyar jo bohat zyada phailaye, jab zyada, yani tabahi phailayein.</w:t>
      </w:r>
    </w:p>
    <w:p>
      <w:pPr>
        <w:jc w:val="right"/>
      </w:pPr>
      <w:r>
        <w:t>کیوں؟ سیکنڈ ولوار کے بعد ساری دنیا میں ایک نیا فیناومینا آیا، نیا فیناومینا جس کو کہتے ہیں ویپنز آف ماس ڈسٹرکشن، یعنی ایسے ہتھیار جو بہت زیادہ پھیلائے، جب زیادہ، یعنی تباہی پھیلائیں۔</w:t>
      </w:r>
    </w:p>
    <w:p>
      <w:r>
        <w:rPr>
          <w:b/>
        </w:rPr>
        <w:t xml:space="preserve">[22:16] </w:t>
      </w:r>
      <w:r>
        <w:t>weapons of mass destruction</w:t>
      </w:r>
    </w:p>
    <w:p>
      <w:pPr>
        <w:jc w:val="right"/>
      </w:pPr>
      <w:r>
        <w:t>ویپنز آف ماس ڈسٹرکشن</w:t>
      </w:r>
    </w:p>
    <w:p>
      <w:r>
        <w:rPr>
          <w:b/>
        </w:rPr>
        <w:t xml:space="preserve">[22:19] </w:t>
      </w:r>
      <w:r>
        <w:t>yeh second world war ke baad. to ab to jang jo hai, yani be-maani ho gayi.</w:t>
      </w:r>
    </w:p>
    <w:p>
      <w:pPr>
        <w:jc w:val="right"/>
      </w:pPr>
      <w:r>
        <w:t>یہ سیکنڈ ولوار کے بعد۔ تو اب تو جنگ جو ہے، یعنی بے معنی ہو گئی۔</w:t>
      </w:r>
    </w:p>
    <w:p>
      <w:r>
        <w:rPr>
          <w:b/>
        </w:rPr>
        <w:t xml:space="preserve">[22:29] </w:t>
      </w:r>
      <w:r>
        <w:t>hitler ne keh diya tha us waqt ke ab jang se koi na jeetega, na kuch payega. ab jang jo hai, har ek ke liye haar hogi. jeetne wala bhi haarega aur haarne wala bhi haarega.</w:t>
      </w:r>
    </w:p>
    <w:p>
      <w:pPr>
        <w:jc w:val="right"/>
      </w:pPr>
      <w:r>
        <w:t>ہٹلر نے کہہ دیا تھا اس وقت کہ اب جنگ سے کوئی نہ جیتے گا، نہ کچھ پائے گا۔ اب جنگ جو ہے، ہر ایک کے لیے ہار ہوگی۔ جیتنے والا بھی ہارے گا اور ہارنے والا بھی ہارے گا۔</w:t>
      </w:r>
    </w:p>
    <w:p>
      <w:r>
        <w:rPr>
          <w:b/>
        </w:rPr>
        <w:t xml:space="preserve">[22:41] </w:t>
      </w:r>
      <w:r>
        <w:t>yeh hitler ne keh diya tha jo sab se bara jang ka baaz aadmi tha.</w:t>
      </w:r>
    </w:p>
    <w:p>
      <w:pPr>
        <w:jc w:val="right"/>
      </w:pPr>
      <w:r>
        <w:t>یہ ہٹلر نے کہہ دیا تھا جو سب سے بڑا جنگ کا باز آدمی تھا۔</w:t>
      </w:r>
    </w:p>
    <w:p>
      <w:r>
        <w:rPr>
          <w:b/>
        </w:rPr>
        <w:t xml:space="preserve">[22:46] </w:t>
      </w:r>
      <w:r>
        <w:t>to second world war ke baad yeh baat muslim ho gayi thi ke ab daur aa gaya hai weapons of mass destruction ka. weapons of mass destruction ka ab jang ka koi matlab hi nahi.</w:t>
      </w:r>
    </w:p>
    <w:p>
      <w:pPr>
        <w:jc w:val="right"/>
      </w:pPr>
      <w:r>
        <w:t>تو سیکنڈ ولوار کے بعد یہ بات مسلم ہو گئی تھی کہ اب دور آ گیا ہے ویپنز آف ماس ڈسٹرکشن کا۔ ویپنز آف ماس ڈسٹرکشن کا اب جنگ کا کوئی مطلب ہی نہیں۔</w:t>
      </w:r>
    </w:p>
    <w:p>
      <w:r>
        <w:rPr>
          <w:b/>
        </w:rPr>
        <w:t xml:space="preserve">[23:01] </w:t>
      </w:r>
      <w:r>
        <w:t>jang hoti hai kisi kaam ke liye, kisi purpose ke liye, destruction ki taraf hoti hai. nahi,</w:t>
      </w:r>
    </w:p>
    <w:p>
      <w:pPr>
        <w:jc w:val="right"/>
      </w:pPr>
      <w:r>
        <w:t>جنگ ہوتی ہے کسی کام کے لیے، کسی پرپس کے لیے، ڈسٹرکشن کی طرف ہوتی ہے۔ نہیں،</w:t>
      </w:r>
    </w:p>
    <w:p>
      <w:r>
        <w:rPr>
          <w:b/>
        </w:rPr>
        <w:t xml:space="preserve">[23:09] </w:t>
      </w:r>
      <w:r>
        <w:t>jab aise hathiyar ban jayein ke un ka istemal karna sirf tabahi laye aur sakaratmak tor par kuch na de, to jang ko mauqoof ho gayi, irrelevant ho gayi.</w:t>
      </w:r>
    </w:p>
    <w:p>
      <w:pPr>
        <w:jc w:val="right"/>
      </w:pPr>
      <w:r>
        <w:t>جب ایسے ہتھیار بن جائیں کہ ان کا استعمال کرنا صرف تباہی لائے اور مثبت طور پر کچھ نہ دے، تو جنگ کو موقوف ہو گئی، ارریلونٹ ہو گئی۔</w:t>
      </w:r>
    </w:p>
    <w:p>
      <w:r>
        <w:rPr>
          <w:b/>
        </w:rPr>
        <w:t xml:space="preserve">[23:22] </w:t>
      </w:r>
      <w:r>
        <w:t>lekin hum isi bojh liye hue hain, isi literature ka, pehle wale literature ka jo bana tha jihad par. aap parhiye hadith ki kitabon mein, fiqh ki kitabon mein jihad ke lambe lambe abwab hote hain,</w:t>
      </w:r>
    </w:p>
    <w:p>
      <w:pPr>
        <w:jc w:val="right"/>
      </w:pPr>
      <w:r>
        <w:t>لیکن ہم اسی بوجھ لیے ہوئے ہیں، اسی لٹریچر کا، پہلے والے لٹریچر کا جو بنا تھا جہاد پر۔ آپ پڑھیے حدیث کی کتابوں میں، فقہ کی کتابوں میں جہاد کے لمبے لمبے ابواب ہوتے ہیں،</w:t>
      </w:r>
    </w:p>
    <w:p>
      <w:r>
        <w:rPr>
          <w:b/>
        </w:rPr>
        <w:t xml:space="preserve">[23:38] </w:t>
      </w:r>
      <w:r>
        <w:t>yani dawat ka bab hadaf hai. kisi bhi fiqh ki kitab mein, kisi bhi hadith ki kitab mein dawat ka bab hi nahi hai, dawat ka chapter hi nahi hai, aur jihad ke abwab bohat lambe lambe abwab hain.</w:t>
      </w:r>
    </w:p>
    <w:p>
      <w:pPr>
        <w:jc w:val="right"/>
      </w:pPr>
      <w:r>
        <w:t>یعنی دعوت کا باب ہدف ہے۔ کسی بھی فقہ کی کتاب میں، کسی بھی حدیث کی کتاب میں دعوت کا باب ہی نہیں ہے، دعوت کا چیپٹر ہی نہیں ہے، اور جہاد کے ابواب بہت لمبے لمبے ابواب ہیں۔</w:t>
      </w:r>
    </w:p>
    <w:p>
      <w:r>
        <w:rPr>
          <w:b/>
        </w:rPr>
        <w:t xml:space="preserve">[23:54] </w:t>
      </w:r>
      <w:r>
        <w:t>to woh bana hai musalmanon ka zehan. woh samajhte hain ke jihad karo, jannat mein jao, goli maro, bomb maro, jannat mein jao. ab kya karna hai?</w:t>
      </w:r>
    </w:p>
    <w:p>
      <w:pPr>
        <w:jc w:val="right"/>
      </w:pPr>
      <w:r>
        <w:t>تو وہ بنا ہے مسلمانوں کا ذہن۔ وہ سمجھتے ہیں کہ جہاد کرو، جنت میں جاؤ، گولی مارو، بم مارو، جنت میں جاؤ۔ اب کیا کرنا ہے؟</w:t>
      </w:r>
    </w:p>
    <w:p>
      <w:r>
        <w:rPr>
          <w:b/>
        </w:rPr>
        <w:t xml:space="preserve">[24:05] </w:t>
      </w:r>
      <w:r>
        <w:t>aap ko dekhiye, is ka hal kya hai?</w:t>
      </w:r>
    </w:p>
    <w:p>
      <w:pPr>
        <w:jc w:val="right"/>
      </w:pPr>
      <w:r>
        <w:t>آپ کو دیکھیے، اس کا حل کیا ہے؟</w:t>
      </w:r>
    </w:p>
    <w:p>
      <w:r>
        <w:rPr>
          <w:b/>
        </w:rPr>
        <w:t xml:space="preserve">[24:09] </w:t>
      </w:r>
      <w:r>
        <w:t>is ka hal sirf ek hai, woh yeh hai ke baad ko paida hone wala tamam literature, aap is ke bare mein yeh maan lein ke woh islam ka classical literature hai,</w:t>
      </w:r>
    </w:p>
    <w:p>
      <w:pPr>
        <w:jc w:val="right"/>
      </w:pPr>
      <w:r>
        <w:t>اس کا حل صرف ایک ہے، وہ یہ ہے کہ بعد کو پیدا ہونے والا تمام لٹریچر، آپ اس کے بارے میں یہ مان لیں کہ وہ اسلام کا کلاسیکل لٹریچر ہے،</w:t>
      </w:r>
    </w:p>
    <w:p>
      <w:r>
        <w:rPr>
          <w:b/>
        </w:rPr>
        <w:t xml:space="preserve">[24:24] </w:t>
      </w:r>
      <w:r>
        <w:t>woh islam ka bunyadi literature nahi hai.</w:t>
      </w:r>
    </w:p>
    <w:p>
      <w:pPr>
        <w:jc w:val="right"/>
      </w:pPr>
      <w:r>
        <w:t>وہ اسلام کا بنیادی لٹریچر نہیں ہے۔</w:t>
      </w:r>
    </w:p>
    <w:p>
      <w:r>
        <w:rPr>
          <w:b/>
        </w:rPr>
        <w:t xml:space="preserve">[24:30] </w:t>
      </w:r>
      <w:r>
        <w:t>dekhen, kisi bhi cheez ki aik hoti hain source books. source books</w:t>
      </w:r>
    </w:p>
    <w:p>
      <w:pPr>
        <w:jc w:val="right"/>
      </w:pPr>
      <w:r>
        <w:t>دیکھیں، کسی بھی چیز کی ایک ہوتی ہیں سورس بکس۔ سورس بکس</w:t>
      </w:r>
    </w:p>
    <w:p>
      <w:r>
        <w:rPr>
          <w:b/>
        </w:rPr>
        <w:t xml:space="preserve">[24:37] </w:t>
      </w:r>
      <w:r>
        <w:t>to reference books, is se maloom kiya jata hai ke asal baat kya hai. to Islam mein jo source books hain, jo reference books hain, woh hain Quran o Sunnat.</w:t>
      </w:r>
    </w:p>
    <w:p>
      <w:pPr>
        <w:jc w:val="right"/>
      </w:pPr>
      <w:r>
        <w:t>تو ریفرنس بکس، اس سے معلوم کیا جاتا ہے کہ اصل بات کیا ہے۔ تو اسلام میں جو سورس بکس ہیں، جو ریفرنس بکس ہیں، وہ ہیں قرآن و سنت۔</w:t>
      </w:r>
    </w:p>
    <w:p>
      <w:r>
        <w:rPr>
          <w:b/>
        </w:rPr>
        <w:t xml:space="preserve">[24:51] </w:t>
      </w:r>
      <w:r>
        <w:t>bas ab baad ki jo kitaben bani hain, woh sab ke sab Islam ke classics hain, classical literature hain.</w:t>
      </w:r>
    </w:p>
    <w:p>
      <w:pPr>
        <w:jc w:val="right"/>
      </w:pPr>
      <w:r>
        <w:t>بس اب بعد کی جو کتابیں بنی ہیں، وہ سب کے سب اسلام کے کلیکسکس ہیں، کلاسیکل لٹریچر ہیں۔</w:t>
      </w:r>
    </w:p>
    <w:p>
      <w:r>
        <w:rPr>
          <w:b/>
        </w:rPr>
        <w:t xml:space="preserve">[25:01] </w:t>
      </w:r>
      <w:r>
        <w:t>yeh in ka darja dena parega aap ko, nahin to isi mein phanse rahen ge hum Musalman, is se nikal nahin sakte. woh ab bataiye, in kitabon mein jo daur Abbasi mein taqseematen ki hain, unhon ne Dar-ul-Kufar, Dar-ul-Harb, Dar-ul-Islam,</w:t>
      </w:r>
    </w:p>
    <w:p>
      <w:pPr>
        <w:jc w:val="right"/>
      </w:pPr>
      <w:r>
        <w:t>یہ ان کا درجہ دینا پڑے گا آپ کو، نہیں تو اسی میں پھنسے رہیں گے ہم مسلمان، اس سے نکل نہیں سکتے۔ وہ اب بتائیے، ان کتابوں میں جو دور عباسی میں تقسیمات کی ہیں، انہوں نے دارالکفر، دارالحرب، دارالاسلام،</w:t>
      </w:r>
    </w:p>
    <w:p>
      <w:r>
        <w:rPr>
          <w:b/>
        </w:rPr>
        <w:t xml:space="preserve">[25:17] </w:t>
      </w:r>
      <w:r>
        <w:t>aaj bhi isi zehan mein jeete hain log.</w:t>
      </w:r>
    </w:p>
    <w:p>
      <w:pPr>
        <w:jc w:val="right"/>
      </w:pPr>
      <w:r>
        <w:t>آج بھی اسی ذہن میں جیتے ہیں لوگ۔</w:t>
      </w:r>
    </w:p>
    <w:p>
      <w:r>
        <w:rPr>
          <w:b/>
        </w:rPr>
        <w:t xml:space="preserve">[25:22] </w:t>
      </w:r>
      <w:r>
        <w:t>to aap jahan Musalman ka yeh hukumat hai, woh Dar-ul-Islam hai, baqi sara Dar-ul-Kufar hai. is zehan ke sath aap jee sakte hain aaj ki duniya mein.</w:t>
      </w:r>
    </w:p>
    <w:p>
      <w:pPr>
        <w:jc w:val="right"/>
      </w:pPr>
      <w:r>
        <w:t>تو آپ جہاں مسلمان کا یہ حکومت ہے، وہ دارالاسلام ہے، باقی سارا دارالکفر ہے۔ اس ذہن کے ساتھ آپ جی سکتے ہیں آج کی دنیا میں۔</w:t>
      </w:r>
    </w:p>
    <w:p>
      <w:r>
        <w:rPr>
          <w:b/>
        </w:rPr>
        <w:t xml:space="preserve">[25:34] </w:t>
      </w:r>
      <w:r>
        <w:t>yeh duniya United Nations ki duniya hai, aqwam-e-Mutahidda ki duniya hai. aap jee nahin sakte ke baqi sab Dar-ul-Kufar hai, aap to Dar-ul-Islam hain, baqi sab Dar-ul-Kuf</w:t>
      </w:r>
    </w:p>
    <w:p>
      <w:pPr>
        <w:jc w:val="right"/>
      </w:pPr>
      <w:r>
        <w:t>یہ دنیا یونائٹڈ نیشنز کی دنیا ہے، اقوام متحدہ کی دنیا ہے۔ آپ جی نہیں سکتے کہ باقی سب دارالکفر ہے، آپ تو دارالاسلام ہیں، باقی سب دارالک</w:t>
      </w:r>
    </w:p>
    <w:p>
      <w:r>
        <w:rPr>
          <w:b/>
        </w:rPr>
        <w:t xml:space="preserve">[25:47] </w:t>
      </w:r>
      <w:r>
        <w:t>ar hain. yeh sab jee nahin sakte hain. aap har jagah aap mis-fit ho jayen ge, mis-fit aur ho gaye hain bil-fi'l.</w:t>
      </w:r>
    </w:p>
    <w:p>
      <w:pPr>
        <w:jc w:val="right"/>
      </w:pPr>
      <w:r>
        <w:t>فر ہیں۔ یہ سب جی نہیں سکتے ہیں۔ آپ ہر جگہ آپ مس فٹ ہو جائیں گے، مس فٹ اور ہو گئے ہیں بالفعل۔</w:t>
      </w:r>
    </w:p>
    <w:p>
      <w:r>
        <w:rPr>
          <w:b/>
        </w:rPr>
        <w:t xml:space="preserve">[25:57] </w:t>
      </w:r>
      <w:r>
        <w:t>to yeh sari kitaben jo baad ko tayyar ki gayeen, daur-e-zawal mein qurun-e-mashhood laha bil-khair ke baad, un sab ke bare mein aap ko kehna parega ke yeh hamari Islam ka classical literature hai.</w:t>
      </w:r>
    </w:p>
    <w:p>
      <w:pPr>
        <w:jc w:val="right"/>
      </w:pPr>
      <w:r>
        <w:t>تو یہ ساری کتابیں جو بعد کو تیار کی گئیں، دور زوال میں قرون مشہود لہا بالخیر کے بعد، ان سب کے بارے میں آپ کو کہنا پڑے گا کہ یہ ہماری اسلام کا کلاسیکل لٹریچر ہے۔</w:t>
      </w:r>
    </w:p>
    <w:p>
      <w:r>
        <w:rPr>
          <w:b/>
        </w:rPr>
        <w:t xml:space="preserve">[26:12] </w:t>
      </w:r>
      <w:r>
        <w:t>classical literature</w:t>
      </w:r>
    </w:p>
    <w:p>
      <w:pPr>
        <w:jc w:val="right"/>
      </w:pPr>
      <w:r>
        <w:t>کلاسیکل لٹریچر</w:t>
      </w:r>
    </w:p>
    <w:p>
      <w:r>
        <w:rPr>
          <w:b/>
        </w:rPr>
        <w:t xml:space="preserve">[26:15] </w:t>
      </w:r>
      <w:r>
        <w:t>woh Islam ki source books nahin hain.</w:t>
      </w:r>
    </w:p>
    <w:p>
      <w:pPr>
        <w:jc w:val="right"/>
      </w:pPr>
      <w:r>
        <w:t>وہ اسلام کی سورس بکس نہیں ہیں۔</w:t>
      </w:r>
    </w:p>
    <w:p>
      <w:r>
        <w:rPr>
          <w:b/>
        </w:rPr>
        <w:t xml:space="preserve">[26:21] </w:t>
      </w:r>
      <w:r>
        <w:t>aap ko lotna parega Quran ki taraf, lotna parega Sunnat ki taraf, lotna parega daur-e-Sahaba ki taraf. tab aap jaan payen ge ke Islam kya hai.</w:t>
      </w:r>
    </w:p>
    <w:p>
      <w:pPr>
        <w:jc w:val="right"/>
      </w:pPr>
      <w:r>
        <w:t>آپ کو لوٹنا پڑے گا قرآن کی طرف، لوٹنا پڑے گا سنت کی طرف، لوٹنا پڑے گا دور صحابہ کی طرف۔ تب آپ جان پائیں گے کہ اسلام کیا ہے۔</w:t>
      </w:r>
    </w:p>
    <w:p>
      <w:r>
        <w:rPr>
          <w:b/>
        </w:rPr>
        <w:t xml:space="preserve">[26:34] </w:t>
      </w:r>
      <w:r>
        <w:t>Hazrat Imam Malik ne bohat hi sahih farmaya tha ke "lan yuslihu akhiru hazihil ummati illa ma aslahu awwalahu". "lan yuslihu akhiru hazihil ummati illa ma aslahu awwalahu".</w:t>
      </w:r>
    </w:p>
    <w:p>
      <w:pPr>
        <w:jc w:val="right"/>
      </w:pPr>
      <w:r>
        <w:t>حضرت امام مالک نے بہت ہی صحیح فرمایا تھا کہ "لن یسرو آخرہ الامت الا ما صلوہ باولوا"۔ "لن یسرو آخرہ الامت الا ما صلوہ باولوا"۔</w:t>
      </w:r>
    </w:p>
    <w:p>
      <w:r>
        <w:rPr>
          <w:b/>
        </w:rPr>
        <w:t xml:space="preserve">[26:49] </w:t>
      </w:r>
      <w:r>
        <w:t>yani is ummat ke baad ke zamane ke logon ki islaah bhi isi tarah hogi jis tarah pehle zamane ke logon ki islaah hui thi. yeh bohat ajeeb baat hai.</w:t>
      </w:r>
    </w:p>
    <w:p>
      <w:pPr>
        <w:jc w:val="right"/>
      </w:pPr>
      <w:r>
        <w:t>یعنی اس امت کے بعد کے زمانے کے لوگوں کی اصلاح بھی اسی طرح ہوگی جس طرح پہلے زمانے کے لوگوں کی اصلاح ہوئی تھی۔ یہ بہت عجیب بات ہے۔</w:t>
      </w:r>
    </w:p>
    <w:p>
      <w:r>
        <w:rPr>
          <w:b/>
        </w:rPr>
        <w:t xml:space="preserve">[27:01] </w:t>
      </w:r>
      <w:r>
        <w:t>Imam Malik ka bohat bara darja hai, aap jante hain, bohat bara darja hai. Madine mein un ka dars hua karta tha.</w:t>
      </w:r>
    </w:p>
    <w:p>
      <w:pPr>
        <w:jc w:val="right"/>
      </w:pPr>
      <w:r>
        <w:t>امام مالک کا بہت بڑا درجہ ہے، آپ جانتے ہیں، بہت بڑا درجہ ہے۔ مدینے میں ان کا درس ہوا کرتا تھا۔</w:t>
      </w:r>
    </w:p>
    <w:p>
      <w:r>
        <w:rPr>
          <w:b/>
        </w:rPr>
        <w:t xml:space="preserve">[27:14] </w:t>
      </w:r>
      <w:r>
        <w:t>unhi ki kitab hai "Muwatta al-Muwatta".</w:t>
      </w:r>
    </w:p>
    <w:p>
      <w:pPr>
        <w:jc w:val="right"/>
      </w:pPr>
      <w:r>
        <w:t>انہی کی کتاب ہے "موتہ الموتہ"۔</w:t>
      </w:r>
    </w:p>
    <w:p>
      <w:r>
        <w:rPr>
          <w:b/>
        </w:rPr>
        <w:t xml:space="preserve">[27:19] </w:t>
      </w:r>
      <w:r>
        <w:t>to unhon ne kaha ke "lan yuslihu akhiru hazihil ummati illa ma aslahu awwalahu". is ummat ka aakhri hissa bhi isi tarah is ki islaah hogi jis tarah pehle ki islaah hui thi.</w:t>
      </w:r>
    </w:p>
    <w:p>
      <w:pPr>
        <w:jc w:val="right"/>
      </w:pPr>
      <w:r>
        <w:t>تو انہوں نے کہا کہ "لن یسرو آخرہ الامت الا ما صلوہ باولوا"۔ اس امت کا آخری حصہ بھی اسی طرح اس کی اصلاح ہوگی جس طرح پہلے کی اصلاح ہوئی تھی۔</w:t>
      </w:r>
    </w:p>
    <w:p>
      <w:r>
        <w:rPr>
          <w:b/>
        </w:rPr>
        <w:t xml:space="preserve">[27:34] </w:t>
      </w:r>
      <w:r>
        <w:t>to woh pehle ki islaah kya hui thi? woh thi Quran o Hadith par mabni thi. pehle daur ke log jo the, un ka nazariya tha "atuni shay'an min Kitabillah hatta aqla".</w:t>
      </w:r>
    </w:p>
    <w:p>
      <w:pPr>
        <w:jc w:val="right"/>
      </w:pPr>
      <w:r>
        <w:t>تو وہ پہلے کی اصلاح کیا ہوئی تھی؟ وہ تھی قرآن و حدیث پر مبنی تھی۔ پہلے دور کے لوگ جو تھے، ان کا نظریہ تھا "ایتونی شیم من کتاب اللہ حتی قل"۔</w:t>
      </w:r>
    </w:p>
    <w:p>
      <w:r>
        <w:rPr>
          <w:b/>
        </w:rPr>
        <w:t xml:space="preserve">[27:50] </w:t>
      </w:r>
      <w:r>
        <w:t>Rasool Allah ne farmaya tha ke "taraktu feekum shayyatayn lan tadillu ma tamassaktum bihima: Kitaballahi wa Sunnati". is daur ka Islam jo tha, woh tha mabni bar Quran, mabni bar Sunnat, mabni bar Sahaba.</w:t>
      </w:r>
    </w:p>
    <w:p>
      <w:pPr>
        <w:jc w:val="right"/>
      </w:pPr>
      <w:r>
        <w:t>رسول اللہ نے فرمایا تھا کہ "ترتفق مستقلین کتاب اللہ و سنتی"۔ اس دور کا اسلام جو تھا، وہ تھا مبنی بر قرآن، مبنی بر سنت، مبنی بر صحابہ۔</w:t>
      </w:r>
    </w:p>
    <w:p>
      <w:r>
        <w:rPr>
          <w:b/>
        </w:rPr>
        <w:t xml:space="preserve">[28:02] </w:t>
      </w:r>
      <w:r>
        <w:t>yeh tha, is se un ki islaah hui thi. ab aa gaya hai kya? ab aap kehte hain ke "atuni shay'an min akabirina hatta aqla".</w:t>
      </w:r>
    </w:p>
    <w:p>
      <w:pPr>
        <w:jc w:val="right"/>
      </w:pPr>
      <w:r>
        <w:t>یہ تھا، اس سے ان کی اصلاح ہوئی تھی۔ اب آگیا ہے کیا؟ اب آپ کہتے ہیں کہ "ایتونی شیم من اکابرنا حتی قل"۔</w:t>
      </w:r>
    </w:p>
    <w:p>
      <w:r>
        <w:rPr>
          <w:b/>
        </w:rPr>
        <w:t xml:space="preserve">[28:11] </w:t>
      </w:r>
      <w:r>
        <w:t>yani ab aap deen akabir pe khare ho gaye hain.</w:t>
      </w:r>
    </w:p>
    <w:p>
      <w:pPr>
        <w:jc w:val="right"/>
      </w:pPr>
      <w:r>
        <w:t>یعنی اب آپ دین اکابر پہ کھڑے ہوگئے ہیں۔</w:t>
      </w:r>
    </w:p>
    <w:p>
      <w:r>
        <w:rPr>
          <w:b/>
        </w:rPr>
        <w:t xml:space="preserve">[28:16] </w:t>
      </w:r>
      <w:r>
        <w:t>Rasool, Ashab-e-Rasool ke is par nahin khare hue hain. dekhiye, aik bohat hi serious baat yeh hai ke Rasool Allah Sal-lal-lahu Alaihi Wasallam ke liye jang jo thi, woh thi "law of necessity".</w:t>
      </w:r>
    </w:p>
    <w:p>
      <w:pPr>
        <w:jc w:val="right"/>
      </w:pPr>
      <w:r>
        <w:t>رسول، اصحاب رسول کے اس پر نہیں کھڑے ہوئے ہیں۔ دیکھیے، ایک بہت ہی سیریس بات یہ ہے کہ رسول اللہ صلی اللہ علیہ وسلم کے لیے جنگ جو تھی، وہ تھی "لا آف نیسیسٹی"۔</w:t>
      </w:r>
    </w:p>
    <w:p>
      <w:r>
        <w:rPr>
          <w:b/>
        </w:rPr>
        <w:t xml:space="preserve">[28:35] </w:t>
      </w:r>
      <w:r>
        <w:t>zarurat-e-shadida ke tehat aap ne ikhtiyar ki thi jang. "law of necessity" aaj kya hai? aqeedah ban gayi hai kyunke aap ne jihad bana diya.</w:t>
      </w:r>
    </w:p>
    <w:p>
      <w:pPr>
        <w:jc w:val="right"/>
      </w:pPr>
      <w:r>
        <w:t>ضرورت شدیدہ کے تحت آپ نے اختیار کی تھی جنگ۔ "لا آف نیسیسٹی" آج کیا ہے؟ عقیدہ بن گئی ہے کیونکہ آپ نے جہاد بنا دیا۔</w:t>
      </w:r>
    </w:p>
    <w:p>
      <w:r>
        <w:rPr>
          <w:b/>
        </w:rPr>
        <w:t xml:space="preserve">[28:48] </w:t>
      </w:r>
      <w:r>
        <w:t>jang ko aap ne jihad kaha ke is ko aqeedey khane mein daal diya. aap ne</w:t>
      </w:r>
    </w:p>
    <w:p>
      <w:pPr>
        <w:jc w:val="right"/>
      </w:pPr>
      <w:r>
        <w:t>جنگ کو آپ نے جہاد کہا کہ اس کو عقیدے خانے میں ڈال دیا۔ آپ نے</w:t>
      </w:r>
    </w:p>
    <w:p>
      <w:r>
        <w:rPr>
          <w:b/>
        </w:rPr>
        <w:t xml:space="preserve">[28:55] </w:t>
      </w:r>
      <w:r>
        <w:t>kitni bari bhayanak yeh ghalati hai. Rasool Allah ke liye thi jang "law of necessity" ke tehat, zarurat-e-shadida ke tehat.</w:t>
      </w:r>
    </w:p>
    <w:p>
      <w:pPr>
        <w:jc w:val="right"/>
      </w:pPr>
      <w:r>
        <w:t>کتنی بڑی بھاری بھیانک یہ غلطی ہے۔ رسول اللہ کے لیے تھی جنگ "لا آف نیسیسٹی" کے تحت، ضرورت شدیدہ کے تحت۔</w:t>
      </w:r>
    </w:p>
    <w:p>
      <w:r>
        <w:rPr>
          <w:b/>
        </w:rPr>
        <w:t xml:space="preserve">[29:06] </w:t>
      </w:r>
      <w:r>
        <w:t>aaj jo hai, saare log, saare log, saare log jo hain, in kitabon ko padhte hain jin mein jang ko jihad ka mani de kar ke aqeedah bana diya gaya hai.</w:t>
      </w:r>
    </w:p>
    <w:p>
      <w:pPr>
        <w:jc w:val="right"/>
      </w:pPr>
      <w:r>
        <w:t>آج جو ہے، سارے لوگ، سارے لوگ، سارے لوگ جو ہیں، ان کتابوں کو پڑھتے ہیں جن میں جنگ کو جہاد کا معنی دے کر کے عقیدہ بنا دیا گیا ہے۔</w:t>
      </w:r>
    </w:p>
    <w:p>
      <w:r>
        <w:rPr>
          <w:b/>
        </w:rPr>
        <w:t xml:space="preserve">[29:19] </w:t>
      </w:r>
      <w:r>
        <w:t>jab aqeedah ban jaye to aap ko ladna hi marna hai.</w:t>
      </w:r>
    </w:p>
    <w:p>
      <w:pPr>
        <w:jc w:val="right"/>
      </w:pPr>
      <w:r>
        <w:t>جب عقیدہ بن جائے تو آپ کو لڑنا ہی مرنا ہے۔</w:t>
      </w:r>
    </w:p>
    <w:p>
      <w:r>
        <w:rPr>
          <w:b/>
        </w:rPr>
        <w:t xml:space="preserve">[29:25] </w:t>
      </w:r>
      <w:r>
        <w:t>phir to aap koi doosra option nahin hai aap ke liye.</w:t>
      </w:r>
    </w:p>
    <w:p>
      <w:pPr>
        <w:jc w:val="right"/>
      </w:pPr>
      <w:r>
        <w:t>پھر تو آپ کوئی دوسرا آپشن نہیں ہے آپ کے لیے۔</w:t>
      </w:r>
    </w:p>
    <w:p>
      <w:r>
        <w:rPr>
          <w:b/>
        </w:rPr>
        <w:t xml:space="preserve">[29:31] </w:t>
      </w:r>
      <w:r>
        <w:t>wohi kaha jata hai ke "jida rahe to ghazi mare gaye to shaheed". to aap ko kehna parega ke jang "law of necessity" ke tehat aati hai.</w:t>
      </w:r>
    </w:p>
    <w:p>
      <w:pPr>
        <w:jc w:val="right"/>
      </w:pPr>
      <w:r>
        <w:t>وہی کہا جاتا ہے کہ "جدہ رہے تو غازی مرے گئے تو شہید"۔ تو آپ کو کہنا پڑے گا کہ جنگ "لا آف نیسیسٹی" کے تحت آتی ہے۔</w:t>
      </w:r>
    </w:p>
    <w:p>
      <w:r>
        <w:rPr>
          <w:b/>
        </w:rPr>
        <w:t xml:space="preserve">[29:41] </w:t>
      </w:r>
      <w:r>
        <w:t>ab woh aqeeday ka masla nahin hai. yeh kehne ke liye aap ko yeh kehna parega ke yeh saari kitabein hamare classics ka hissa hain, woh source books ki hesiyat nahin hai.</w:t>
      </w:r>
    </w:p>
    <w:p>
      <w:pPr>
        <w:jc w:val="right"/>
      </w:pPr>
      <w:r>
        <w:t>اب وہ عقیدے کا مسئلہ نہیں ہے۔ یہ کہنے کے لیے آپ کو یہ کہنا پڑے گا کہ یہ ساری کتابیں ہمارے کلاسکس کا حصہ ہیں، وہ سورس بکس کی حیثیت نہیں ہے۔</w:t>
      </w:r>
    </w:p>
    <w:p>
      <w:r>
        <w:rPr>
          <w:b/>
        </w:rPr>
        <w:t xml:space="preserve">[29:52] </w:t>
      </w:r>
      <w:r>
        <w:t>unki yeh kehna parega aap ko.</w:t>
      </w:r>
    </w:p>
    <w:p>
      <w:pPr>
        <w:jc w:val="right"/>
      </w:pPr>
      <w:r>
        <w:t>ان کی یہ کہنا پڑے گا آپ کو۔</w:t>
      </w:r>
    </w:p>
    <w:p>
      <w:r>
        <w:rPr>
          <w:b/>
        </w:rPr>
        <w:t xml:space="preserve">[29:58] </w:t>
      </w:r>
      <w:r>
        <w:t>to yeh hai ek baat, yaani Islam ki nisbat se. ab doosri musalmanon ka mamla. saari duniya mein jo musalman hain, woh sab kya?</w:t>
      </w:r>
    </w:p>
    <w:p>
      <w:pPr>
        <w:jc w:val="right"/>
      </w:pPr>
      <w:r>
        <w:t>تو یہ ہے ایک بات، یعنی اسلام کی نسبت سے۔ اب دوسری مسلمانوں کا معاملہ۔ ساری دنیا میں جو مسلمان ہیں، وہ سب کیا؟</w:t>
      </w:r>
    </w:p>
    <w:p>
      <w:r>
        <w:rPr>
          <w:b/>
        </w:rPr>
        <w:t xml:space="preserve">[30:11] </w:t>
      </w:r>
      <w:r>
        <w:t>kis is mein jeete hain? kis tasawwur mein ke musalman khair ummat hain? woh ummat laqab jis ka khair ul umum tha.</w:t>
      </w:r>
    </w:p>
    <w:p>
      <w:pPr>
        <w:jc w:val="right"/>
      </w:pPr>
      <w:r>
        <w:t>کس اس میں جیتے ہیں؟ کس تصور میں کہ مسلمان خیر امت ہیں؟ وہ امت لقب جس کا خیر العموم تھا۔</w:t>
      </w:r>
    </w:p>
    <w:p>
      <w:r>
        <w:rPr>
          <w:b/>
        </w:rPr>
        <w:t xml:space="preserve">[30:24] </w:t>
      </w:r>
      <w:r>
        <w:t>khair ummat, khair ummat, khair ummat. yeh</w:t>
      </w:r>
    </w:p>
    <w:p>
      <w:pPr>
        <w:jc w:val="right"/>
      </w:pPr>
      <w:r>
        <w:t>خیر امت، خیر امت، خیر امت۔ یہ</w:t>
      </w:r>
    </w:p>
    <w:p>
      <w:r>
        <w:rPr>
          <w:b/>
        </w:rPr>
        <w:t xml:space="preserve">[30:26] </w:t>
      </w:r>
      <w:r>
        <w:t>jo musalman hain, yeh sab khair ummat hain. to is ka mani kya hua hai? jitne muslehreen aur mufakkir uthe hamare is zamane mein, sab ne is mafrooze par manzoobandi ki apni.</w:t>
      </w:r>
    </w:p>
    <w:p>
      <w:pPr>
        <w:jc w:val="right"/>
      </w:pPr>
      <w:r>
        <w:t>جو مسلمان ہیں، یہ سب خیر امت ہیں۔ تو اس کا معنی کیا ہوا ہے؟ جتنے مصلحین اور مفکر اٹھے ہمارے اس زمانے میں، سب نے اس مفروضے پر منصوبہ بندی کی اپنی۔</w:t>
      </w:r>
    </w:p>
    <w:p>
      <w:r>
        <w:rPr>
          <w:b/>
        </w:rPr>
        <w:t xml:space="preserve">[30:40] </w:t>
      </w:r>
      <w:r>
        <w:t>unki planning is mafrooze par thi ke ummat to maujood hai, ab sirf is ko hum amal ki taraf dorana hai.</w:t>
      </w:r>
    </w:p>
    <w:p>
      <w:pPr>
        <w:jc w:val="right"/>
      </w:pPr>
      <w:r>
        <w:t>ان کی پلاننگ اس مفروضے پر تھی کہ امت تو موجود ہے، اب صرف اس کو ہم عمل کی طرف دوڑانا ہے۔</w:t>
      </w:r>
    </w:p>
    <w:p>
      <w:r>
        <w:rPr>
          <w:b/>
        </w:rPr>
        <w:t xml:space="preserve">[30:52] </w:t>
      </w:r>
      <w:r>
        <w:t>yaani ummat maujood hai,</w:t>
      </w:r>
    </w:p>
    <w:p>
      <w:pPr>
        <w:jc w:val="right"/>
      </w:pPr>
      <w:r>
        <w:t>یعنی امت موجود ہے،</w:t>
      </w:r>
    </w:p>
    <w:p>
      <w:r>
        <w:rPr>
          <w:b/>
        </w:rPr>
        <w:t xml:space="preserve">[30:55] </w:t>
      </w:r>
      <w:r>
        <w:t>ab sirf is ko batana hai ke kya karo. jabke haqeeqat yeh hai ke daur-e-zawal mein pahunchne ke baad ummat maujood nahin hoti hai,</w:t>
      </w:r>
    </w:p>
    <w:p>
      <w:pPr>
        <w:jc w:val="right"/>
      </w:pPr>
      <w:r>
        <w:t>اب صرف اس کو بتانا ہے کہ کیا کرو۔ جبکہ حقیقت یہ ہے کہ دور زوال میں پہنچنے کے بعد امت موجود نہیں ہوتی ہے،</w:t>
      </w:r>
    </w:p>
    <w:p>
      <w:r>
        <w:rPr>
          <w:b/>
        </w:rPr>
        <w:t xml:space="preserve">[31:07] </w:t>
      </w:r>
      <w:r>
        <w:t>maujood hi nahin hoti hai.</w:t>
      </w:r>
    </w:p>
    <w:p>
      <w:pPr>
        <w:jc w:val="right"/>
      </w:pPr>
      <w:r>
        <w:t>موجود ہی نہیں ہوتی ہے۔</w:t>
      </w:r>
    </w:p>
    <w:p>
      <w:r>
        <w:rPr>
          <w:b/>
        </w:rPr>
        <w:t xml:space="preserve">[31:15] </w:t>
      </w:r>
      <w:r>
        <w:t>yeh khair ummat nahin hai. yeh dekhein, Hazrat Masih aleh-is-salam aaye Yahood ke darmiyan. Yahood kya the? woh zawal-yafta musalman the.</w:t>
      </w:r>
    </w:p>
    <w:p>
      <w:pPr>
        <w:jc w:val="right"/>
      </w:pPr>
      <w:r>
        <w:t>یہ خیر امت نہیں ہے۔ یہ دیکھیں، حضرت مسیح علیہ السلام آئے یہود کے درمیان۔ یہود کیا تھے؟ وہ زوال یافتہ مسلمان تھے۔</w:t>
      </w:r>
    </w:p>
    <w:p>
      <w:r>
        <w:rPr>
          <w:b/>
        </w:rPr>
        <w:t xml:space="preserve">[31:24] </w:t>
      </w:r>
      <w:r>
        <w:t>woh</w:t>
      </w:r>
    </w:p>
    <w:p>
      <w:pPr>
        <w:jc w:val="right"/>
      </w:pPr>
      <w:r>
        <w:t>وہ</w:t>
      </w:r>
    </w:p>
    <w:p>
      <w:r>
        <w:rPr>
          <w:b/>
        </w:rPr>
        <w:t xml:space="preserve">[31:26] </w:t>
      </w:r>
      <w:r>
        <w:t>Hazrat Masih ke zamane mein jo Yahood the, woh Hazrat Musa ki ummat the. lekin us waqt woh zawal-yafta qaum</w:t>
      </w:r>
    </w:p>
    <w:p>
      <w:pPr>
        <w:jc w:val="right"/>
      </w:pPr>
      <w:r>
        <w:t>حضرت مسیح کے زمانے میں جو یہود تھے، وہ حضرت موسیٰ کی امت تھے۔ لیکن اس وقت وہ زوال یافتہ قوم</w:t>
      </w:r>
    </w:p>
    <w:p>
      <w:r>
        <w:rPr>
          <w:b/>
        </w:rPr>
        <w:t xml:space="preserve">[31:33] </w:t>
      </w:r>
      <w:r>
        <w:t>ban chuke the. un ke bare mein kaha ke "al-fiddah al-mardoodah". "al-fiddah al-mardoodah" yaani rejected silver, rejected silver,</w:t>
      </w:r>
    </w:p>
    <w:p>
      <w:pPr>
        <w:jc w:val="right"/>
      </w:pPr>
      <w:r>
        <w:t>بن چکے تھے۔ ان کے بارے میں کہا کہ "الفضۃ المردودہ"۔ "الفضۃ المردودہ" یعنی ریجیکٹڈ سلور، ریجیکٹڈ سلور،</w:t>
      </w:r>
    </w:p>
    <w:p>
      <w:r>
        <w:rPr>
          <w:b/>
        </w:rPr>
        <w:t xml:space="preserve">[31:49] </w:t>
      </w:r>
      <w:r>
        <w:t>reject ki hui chandi. to ummat apne daur-e-zawal mein is ka haal kya ho jata hai? woh ho jati hai "al-mufaddah al-mardoodah" yaani rejected silver.</w:t>
      </w:r>
    </w:p>
    <w:p>
      <w:pPr>
        <w:jc w:val="right"/>
      </w:pPr>
      <w:r>
        <w:t>ریجیکٹ کی ہوئی چاندی۔ تو امت اپنے دور زوال میں اس کا حال کیا ہو جاتا ہے؟ وہ ہو جاتی ہے "المفضۃ المردودہ" یعنی ریجیکٹڈ سلور۔</w:t>
      </w:r>
    </w:p>
    <w:p>
      <w:r>
        <w:rPr>
          <w:b/>
        </w:rPr>
        <w:t xml:space="preserve">[32:05] </w:t>
      </w:r>
      <w:r>
        <w:t>yeh hai musalmanon ka haal.</w:t>
      </w:r>
    </w:p>
    <w:p>
      <w:pPr>
        <w:jc w:val="right"/>
      </w:pPr>
      <w:r>
        <w:t>یہ ہے مسلمانوں کا حال۔</w:t>
      </w:r>
    </w:p>
    <w:p>
      <w:r>
        <w:rPr>
          <w:b/>
        </w:rPr>
        <w:t xml:space="preserve">[32:09] </w:t>
      </w:r>
      <w:r>
        <w:t>aaj kal jo musalman hain, woh khair ummat nahin hain. woh</w:t>
      </w:r>
    </w:p>
    <w:p>
      <w:pPr>
        <w:jc w:val="right"/>
      </w:pPr>
      <w:r>
        <w:t>آج کل جو مسلمان ہیں، وہ خیر امت نہیں ہیں۔ وہ</w:t>
      </w:r>
    </w:p>
    <w:p>
      <w:r>
        <w:rPr>
          <w:b/>
        </w:rPr>
        <w:t xml:space="preserve">[32:20] </w:t>
      </w:r>
      <w:r>
        <w:t>to ab dekhiye, main misaal deta hoon aap ko.</w:t>
      </w:r>
    </w:p>
    <w:p>
      <w:pPr>
        <w:jc w:val="right"/>
      </w:pPr>
      <w:r>
        <w:t>تو اب دیکھیے، میں مثال دیتا ہوں آپ کو۔</w:t>
      </w:r>
    </w:p>
    <w:p>
      <w:r>
        <w:rPr>
          <w:b/>
        </w:rPr>
        <w:t xml:space="preserve">[32:25] </w:t>
      </w:r>
      <w:r>
        <w:t>Allama Iqbal jin ko mufakkir kaha jata hai, un ka shair hai: "Zara nam ho to yeh mitti bohat zar-khaiz ho saqi." "Zara nam ho to yeh mitti bohat zar-khaiz ho saqi." is tasawwur mein jeete the.</w:t>
      </w:r>
    </w:p>
    <w:p>
      <w:pPr>
        <w:jc w:val="right"/>
      </w:pPr>
      <w:r>
        <w:t>علامہ اقبال جن کو مفکر کہا جاتا ہے، ان کا شعر ہے: "ذرا نم ہو تو یہ مٹی بہت زرخیز ہو ساقی۔" "ذرا نم ہو تو یہ مٹی بہت زرخیز ہو ساقی۔" اس تصور میں جیتے تھے۔</w:t>
      </w:r>
    </w:p>
    <w:p>
      <w:r>
        <w:rPr>
          <w:b/>
        </w:rPr>
        <w:t xml:space="preserve">[32:40] </w:t>
      </w:r>
      <w:r>
        <w:t>woh kaha: "Ummat maujood hai, bas zara sa is ko mauqa do." to unhon ne Pakistan ka nazariya pesh kiya.</w:t>
      </w:r>
    </w:p>
    <w:p>
      <w:pPr>
        <w:jc w:val="right"/>
      </w:pPr>
      <w:r>
        <w:t>وہ کہا: "امت موجود ہے، بس ذرا سا اس کو موقع دو۔" تو انہوں نے پاکستان کا نظریہ پیش کیا۔</w:t>
      </w:r>
    </w:p>
    <w:p>
      <w:r>
        <w:rPr>
          <w:b/>
        </w:rPr>
        <w:t xml:space="preserve">[32:50] </w:t>
      </w:r>
      <w:r>
        <w:t>lafz Pakistan nahin bole the woh, lekin separate Muslim land ka nazariya.</w:t>
      </w:r>
    </w:p>
    <w:p>
      <w:pPr>
        <w:jc w:val="right"/>
      </w:pPr>
      <w:r>
        <w:t>لفظ پاکستان نہیں بولے تھے وہ، لیکن سیپریٹ مسلم لینڈ کا نظریہ۔</w:t>
      </w:r>
    </w:p>
    <w:p>
      <w:r>
        <w:rPr>
          <w:b/>
        </w:rPr>
        <w:t xml:space="preserve">[32:56] </w:t>
      </w:r>
      <w:r>
        <w:t>yani musalmanon ko jo already ummat ki shakal mein maujood hain, unhein sirf ek land chahiye. is ke baad islami Islam wahan hoga.</w:t>
      </w:r>
    </w:p>
    <w:p>
      <w:pPr>
        <w:jc w:val="right"/>
      </w:pPr>
      <w:r>
        <w:t>یعنی مسلمانوں کو جو الریڈی امت کی شکل میں موجود ہیں، انہیں صرف ایک لینڈ چاہیے۔ اس کے بعد اسلامی اسلام وہاں ہوگا۔</w:t>
      </w:r>
    </w:p>
    <w:p>
      <w:r>
        <w:rPr>
          <w:b/>
        </w:rPr>
        <w:t xml:space="preserve">[33:07] </w:t>
      </w:r>
      <w:r>
        <w:t>to lambi ladai ke baad Pakistan ban gaya. lekin Pakistan mein kya hua? ek baar mein gaya tha Iraq to wahan par ek musalman aai hui thi Pakistan se.</w:t>
      </w:r>
    </w:p>
    <w:p>
      <w:pPr>
        <w:jc w:val="right"/>
      </w:pPr>
      <w:r>
        <w:t>تو لمبی لڑائی کے بعد پاکستان بن گیا۔ لیکن پاکستان میں کیا ہوا؟ ایک بار میں گیا تھا عراق تو وہاں پر ایک مسلمان آئی ہوئی تھی پاکستان سے۔</w:t>
      </w:r>
    </w:p>
    <w:p>
      <w:r>
        <w:rPr>
          <w:b/>
        </w:rPr>
        <w:t xml:space="preserve">[33:27] </w:t>
      </w:r>
      <w:r>
        <w:t>in se mulaqat hui to maloom hua ke Dilli mein paida hue the aur partition ke baad woh Pakistan chale gaye. to maine un se poocha ke aap ne India ko bhi dekha hai aur Pakistan ko bhi dekha hai?</w:t>
      </w:r>
    </w:p>
    <w:p>
      <w:pPr>
        <w:jc w:val="right"/>
      </w:pPr>
      <w:r>
        <w:t>ان سے ملاقات ہوئی تو معلوم ہوا کہ دلی میں پیدا ہوئے تھے اور پارٹیشن کے بعد وہ پاکستان چلے گئے۔ تو میں نے ان سے پوچھا کہ آپ نے انڈیا کو بھی دیکھا ہے اور پاکستان کو بھی دیکھا ہے؟</w:t>
      </w:r>
    </w:p>
    <w:p>
      <w:r>
        <w:rPr>
          <w:b/>
        </w:rPr>
        <w:t xml:space="preserve">[33:41] </w:t>
      </w:r>
      <w:r>
        <w:t>batayein, dono mein kya farq hai?</w:t>
      </w:r>
    </w:p>
    <w:p>
      <w:pPr>
        <w:jc w:val="right"/>
      </w:pPr>
      <w:r>
        <w:t>بتائیں، دونوں میں کیا فرق ہے؟</w:t>
      </w:r>
    </w:p>
    <w:p>
      <w:r>
        <w:rPr>
          <w:b/>
        </w:rPr>
        <w:t xml:space="preserve">[33:44] </w:t>
      </w:r>
      <w:r>
        <w:t>woh rone lage. woh rone lage. woh senior aadmi the, un ka koi farq nahi siwaye is ke ke pehle Hindu Muslim ladte the.</w:t>
      </w:r>
    </w:p>
    <w:p>
      <w:pPr>
        <w:jc w:val="right"/>
      </w:pPr>
      <w:r>
        <w:t>وہ رونے لگے۔ وہ رونے لگے۔ وہ سینئر آدمی تھے، ان کا کوئی فرق نہیں سوائے اس کے کہ پہلے ہندو مسلم لڑتے تھے۔</w:t>
      </w:r>
    </w:p>
    <w:p>
      <w:r>
        <w:rPr>
          <w:b/>
        </w:rPr>
        <w:t xml:space="preserve">[33:57] </w:t>
      </w:r>
      <w:r>
        <w:t>ab Shia, Shia Sunni ladte hain. to kahan hai? woh zara num ho to mitti bohat zarkhez saqi.</w:t>
      </w:r>
    </w:p>
    <w:p>
      <w:pPr>
        <w:jc w:val="right"/>
      </w:pPr>
      <w:r>
        <w:t>اب شیعہ، شیعہ سنی لڑتے ہیں۔ تو کہاں ہے؟ وہ ذرا نم ہو تو مٹی بہت زرخیز ساقی۔</w:t>
      </w:r>
    </w:p>
    <w:p>
      <w:r>
        <w:rPr>
          <w:b/>
        </w:rPr>
        <w:t xml:space="preserve">[34:07] </w:t>
      </w:r>
      <w:r>
        <w:t>to nami ne balkeh jal thal kar diya. aap ne ek poora mulk un ko diya. aap ne yeh poori hukoomat un ko di. aap ne aur kya hua?</w:t>
      </w:r>
    </w:p>
    <w:p>
      <w:pPr>
        <w:jc w:val="right"/>
      </w:pPr>
      <w:r>
        <w:t>تو نمی نے بلکہ جل تھل کر دیا۔ آپ نے ایک پورا ملک ان کو دیا۔ آپ نے یہ پوری حکومت ان کو دیا۔ آپ نے اور کیا ہوا؟</w:t>
      </w:r>
    </w:p>
    <w:p>
      <w:r>
        <w:rPr>
          <w:b/>
        </w:rPr>
        <w:t xml:space="preserve">[34:15] </w:t>
      </w:r>
      <w:r>
        <w:t>aapas mein lad rahe hain. maashi taraqqi nahi. America ke aid ke bill par chal raha hai Pakistan. yahan tak ke is mein bhi nakaam ho gaye.</w:t>
      </w:r>
    </w:p>
    <w:p>
      <w:pPr>
        <w:jc w:val="right"/>
      </w:pPr>
      <w:r>
        <w:t>آپس میں لڑ رہے ہیں۔ معاشی ترقی نہیں۔ امریکہ کے ایٹ کے بل پر چل رہا ہے پاکستان۔ یہاں تک کہ اس میں بھی ناکام ہو گئے۔</w:t>
      </w:r>
    </w:p>
    <w:p>
      <w:r>
        <w:rPr>
          <w:b/>
        </w:rPr>
        <w:t xml:space="preserve">[34:27] </w:t>
      </w:r>
      <w:r>
        <w:t>aaj sari duniya Pakistan ko kehti hai "failed state". aaj duniya Islam, aaj duniya jo hai Pakistan ko "failed state" samajhti hai.</w:t>
      </w:r>
    </w:p>
    <w:p>
      <w:pPr>
        <w:jc w:val="right"/>
      </w:pPr>
      <w:r>
        <w:t>آج ساری دنیا پاکستان کو کہتی ہے "فیلڈ اسٹیٹ"۔ آج دنیا اسلام، آج دنیا جو ہے پاکستان کو "فیلڈ اسٹیٹ" سمجھتی ہے۔</w:t>
      </w:r>
    </w:p>
    <w:p>
      <w:r>
        <w:rPr>
          <w:b/>
        </w:rPr>
        <w:t xml:space="preserve">[34:37] </w:t>
      </w:r>
      <w:r>
        <w:t>60 saal se ziyada muddat guzar gayi to khair o ummat ko ek itna bara mulk mila. kya kiya is ne? aapas ki ladai, maashi tabahi, koi taraqqi nahi.</w:t>
      </w:r>
    </w:p>
    <w:p>
      <w:pPr>
        <w:jc w:val="right"/>
      </w:pPr>
      <w:r>
        <w:t>60 سال سے زیادہ مدت گزر گئی تو خیر و امت کو ایک اتنا بڑا ملک ملا۔ کیا کیا اس نے؟ آپس کی لڑائی، معاشی تباہی، کوئی ترقی نہیں۔</w:t>
      </w:r>
    </w:p>
    <w:p>
      <w:r>
        <w:rPr>
          <w:b/>
        </w:rPr>
        <w:t xml:space="preserve">[34:51] </w:t>
      </w:r>
      <w:r>
        <w:t>America ke aid pe chal rahe hain.</w:t>
      </w:r>
    </w:p>
    <w:p>
      <w:pPr>
        <w:jc w:val="right"/>
      </w:pPr>
      <w:r>
        <w:t>امریکہ کے ایڈ پہ چل رہے ہیں۔</w:t>
      </w:r>
    </w:p>
    <w:p>
      <w:r>
        <w:rPr>
          <w:b/>
        </w:rPr>
        <w:t xml:space="preserve">[34:56] </w:t>
      </w:r>
      <w:r>
        <w:t>kyun? yeh nazariya hi galat tha ke yeh khair o ummat maujood hai. zara num ho to yeh mitti bohat zarkhez hazqi hai.</w:t>
      </w:r>
    </w:p>
    <w:p>
      <w:pPr>
        <w:jc w:val="right"/>
      </w:pPr>
      <w:r>
        <w:t>کیوں؟ یہ نظریہ ہی غلط تھا کہ یہ خیر و امت موجود ہے۔ ذرا نم ہو تو یہ مٹی بہت زرخیز حذاقی ہے۔</w:t>
      </w:r>
    </w:p>
    <w:p>
      <w:r>
        <w:rPr>
          <w:b/>
        </w:rPr>
        <w:t xml:space="preserve">[35:04] </w:t>
      </w:r>
      <w:r>
        <w:t>bilkul yani baseless baat thi. yeh</w:t>
      </w:r>
    </w:p>
    <w:p>
      <w:pPr>
        <w:jc w:val="right"/>
      </w:pPr>
      <w:r>
        <w:t>بالکل یعنی بیسلیس بات تھی۔ یہ</w:t>
      </w:r>
    </w:p>
    <w:p>
      <w:r>
        <w:rPr>
          <w:b/>
        </w:rPr>
        <w:t xml:space="preserve">[35:12] </w:t>
      </w:r>
      <w:r>
        <w:t>yeh tasawwur hi galat hai ke ummat to maujood hai, khair o ummat to maujood hai, millat to maujood hai. ab sirf is ko kaam par lagana hai. nahi, ummati maujood nahi hai.</w:t>
      </w:r>
    </w:p>
    <w:p>
      <w:pPr>
        <w:jc w:val="right"/>
      </w:pPr>
      <w:r>
        <w:t>یہ تصور ہی غلط ہے کہ امت تو موجود ہے، خیر و امت تو موجود ہے، ملت تو موجود ہے۔ اب صرف اس کو کام پر لگانا ہے۔ نہیں، امتی موجود نہیں ہے۔</w:t>
      </w:r>
    </w:p>
    <w:p>
      <w:r>
        <w:rPr>
          <w:b/>
        </w:rPr>
        <w:t xml:space="preserve">[35:24] </w:t>
      </w:r>
      <w:r>
        <w:t>kisi ne kaha tha ke "my way to begin for the beginning". to aap ko peechay jana parega, ummat banani paregi, afraad banane padenge.</w:t>
      </w:r>
    </w:p>
    <w:p>
      <w:pPr>
        <w:jc w:val="right"/>
      </w:pPr>
      <w:r>
        <w:t>کسی نے کہا تھا کہ "مائی وے ٹو بیگن فار دا بیگننگ"۔ تو آپ کو پیچھے جانا پڑے گا، امت بنانی پڑے گی، افراد بنانے پڑیں گے۔</w:t>
      </w:r>
    </w:p>
    <w:p>
      <w:r>
        <w:rPr>
          <w:b/>
        </w:rPr>
        <w:t xml:space="preserve">[35:36] </w:t>
      </w:r>
      <w:r>
        <w:t>ab aap Arab duniya ko lijiye.</w:t>
      </w:r>
    </w:p>
    <w:p>
      <w:pPr>
        <w:jc w:val="right"/>
      </w:pPr>
      <w:r>
        <w:t>اب آپ عرب دنیا کو لیجئے۔</w:t>
      </w:r>
    </w:p>
    <w:p>
      <w:r>
        <w:rPr>
          <w:b/>
        </w:rPr>
        <w:t xml:space="preserve">[35:40] </w:t>
      </w:r>
      <w:r>
        <w:t>Arab duniya mein aap jante hain ke is se pehle France ki aur Britain ki ek hukoomat thi barey raqbay mein aur bari takraao hua, bari ladai hui.</w:t>
      </w:r>
    </w:p>
    <w:p>
      <w:pPr>
        <w:jc w:val="right"/>
      </w:pPr>
      <w:r>
        <w:t>عرب دنیا میں آپ جانتے ہیں کہ اس سے پہلے فرانس کی اور برطانیہ ایک حکومت تھی بڑے رقبے میں اور بڑی ٹکراؤ ہوا، بڑی لڑائی ہوئی۔</w:t>
      </w:r>
    </w:p>
    <w:p>
      <w:r>
        <w:rPr>
          <w:b/>
        </w:rPr>
        <w:t xml:space="preserve">[35:50] </w:t>
      </w:r>
      <w:r>
        <w:t>yahan tak ke azaad ho gaye Arab mumalik. azaadi ke baad kya hua? har jagah dictatorship. aaj jo Arab mumalik hain, yeh sab ke sab pehle the ya to France ke qabzay mein ya Britain ke qabzay mein.</w:t>
      </w:r>
    </w:p>
    <w:p>
      <w:pPr>
        <w:jc w:val="right"/>
      </w:pPr>
      <w:r>
        <w:t>یہاں تک کہ آزاد ہو گئے عرب ممالک۔ آزادی کے بعد کیا ہوا؟ ہر جگہ ڈکٹیٹرشپ۔ آج جو عرب ممالک ہیں، یہ سب کے سب پہلے تھے یا تو فرانس کے قبضے میں یا برطانیہ کے قبضے میں۔</w:t>
      </w:r>
    </w:p>
    <w:p>
      <w:r>
        <w:rPr>
          <w:b/>
        </w:rPr>
        <w:t xml:space="preserve">[36:07] </w:t>
      </w:r>
      <w:r>
        <w:t>aur jab azaad hue to kya hua? di</w:t>
      </w:r>
    </w:p>
    <w:p>
      <w:pPr>
        <w:jc w:val="right"/>
      </w:pPr>
      <w:r>
        <w:t>اور جب آزاد ہوئے تو کیا ہوا؟ ڈ</w:t>
      </w:r>
    </w:p>
    <w:p>
      <w:r>
        <w:rPr>
          <w:b/>
        </w:rPr>
        <w:t xml:space="preserve">[36:11] </w:t>
      </w:r>
      <w:r>
        <w:t>dictatorship, sakht qism ki dictatorship.</w:t>
      </w:r>
    </w:p>
    <w:p>
      <w:pPr>
        <w:jc w:val="right"/>
      </w:pPr>
      <w:r>
        <w:t>کٹیٹرشپ، سخت قسم کی ڈکٹیٹرشپ۔</w:t>
      </w:r>
    </w:p>
    <w:p>
      <w:r>
        <w:rPr>
          <w:b/>
        </w:rPr>
        <w:t xml:space="preserve">[36:18] </w:t>
      </w:r>
      <w:r>
        <w:t>wahan kya halat hai? jaise hum yahan yeh kaam kar rahe hain, kisi Arab mulk mein aap aisa kaam nahi kar sakte. wahan to wahi kaam hoga jo government chahe.</w:t>
      </w:r>
    </w:p>
    <w:p>
      <w:pPr>
        <w:jc w:val="right"/>
      </w:pPr>
      <w:r>
        <w:t>وہاں کیا حالت ہے؟ جیسے ہم یہاں یہ کام کر رہے ہیں، کسی عرب ملک میں آپ ایسا کام نہیں کر سکتے۔ وہاں تو وہی کام ہوگا جو گورنمنٹ چاہے۔</w:t>
      </w:r>
    </w:p>
    <w:p>
      <w:r>
        <w:rPr>
          <w:b/>
        </w:rPr>
        <w:t xml:space="preserve">[36:30] </w:t>
      </w:r>
      <w:r>
        <w:t>wahan ke imam bhi government ke banaye hue khutbay ko parh ke sunate hain.</w:t>
      </w:r>
    </w:p>
    <w:p>
      <w:pPr>
        <w:jc w:val="right"/>
      </w:pPr>
      <w:r>
        <w:t>وہاں کے امام بھی گورنمنٹ کے بنائے ہوئے خطبے کو پڑھ کے سناتے ہیں۔</w:t>
      </w:r>
    </w:p>
    <w:p>
      <w:r>
        <w:rPr>
          <w:b/>
        </w:rPr>
        <w:t xml:space="preserve">[36:38] </w:t>
      </w:r>
      <w:r>
        <w:t>kisi bhi Arab mulk mein aap is tarah kaam nahi karte the jahan aap yahan azadana tor par kar rahe hain.</w:t>
      </w:r>
    </w:p>
    <w:p>
      <w:pPr>
        <w:jc w:val="right"/>
      </w:pPr>
      <w:r>
        <w:t>کسی بھی عرب ملک میں آپ اس طرح کام نہیں کرتے تھے جہاں آپ یہاں آزادانہ طور پر کر رہے ہیں۔</w:t>
      </w:r>
    </w:p>
    <w:p>
      <w:r>
        <w:rPr>
          <w:b/>
        </w:rPr>
        <w:t xml:space="preserve">[36:46] </w:t>
      </w:r>
      <w:r>
        <w:t>mein aap ko qissa batata hoon Arab mulkon ka. ek sahib, India ke ek sahib gaye ek Arab mulk mein</w:t>
      </w:r>
    </w:p>
    <w:p>
      <w:pPr>
        <w:jc w:val="right"/>
      </w:pPr>
      <w:r>
        <w:t>میں آپ کو قصہ بتاتا ہوں عرب ملکوں کا۔ ایک صاحب، انڈیا کے ایک صاحب گئے ایک عرب ملک میں</w:t>
      </w:r>
    </w:p>
    <w:p>
      <w:r>
        <w:rPr>
          <w:b/>
        </w:rPr>
        <w:t xml:space="preserve">[36:59] </w:t>
      </w:r>
      <w:r>
        <w:t>to wahan par unhone wahan se ek khat bhejna tha. un ko India</w:t>
      </w:r>
    </w:p>
    <w:p>
      <w:pPr>
        <w:jc w:val="right"/>
      </w:pPr>
      <w:r>
        <w:t>تو وہاں پر انہوں نے وہاں سے ایک خط بھیجنا تھا۔ ان کو انڈیا</w:t>
      </w:r>
    </w:p>
    <w:p>
      <w:r>
        <w:rPr>
          <w:b/>
        </w:rPr>
        <w:t xml:space="preserve">[37:05] </w:t>
      </w:r>
      <w:r>
        <w:t>to jo lifafa tha, us par pata likha. unhon ne india ke hisab se india mein kya hota hai ke jis ko bhejna hai, us ka pata oopar hota hai.</w:t>
      </w:r>
    </w:p>
    <w:p>
      <w:pPr>
        <w:jc w:val="right"/>
      </w:pPr>
      <w:r>
        <w:t>تو جو لفافہ تھا، اس پر پتہ لکھا۔ انہوں نے انڈیا کے حساب سے انڈیا میں کیا ہوتا ہے کہ جس کو بھیجنا ہے، اس کا پتہ اوپر ہوتا ہے۔</w:t>
      </w:r>
    </w:p>
    <w:p>
      <w:r>
        <w:rPr>
          <w:b/>
        </w:rPr>
        <w:t xml:space="preserve">[37:18] </w:t>
      </w:r>
      <w:r>
        <w:t>jo sender hai, woh apna pata neeche likhta hai.</w:t>
      </w:r>
    </w:p>
    <w:p>
      <w:pPr>
        <w:jc w:val="right"/>
      </w:pPr>
      <w:r>
        <w:t>جو سینڈر ہے، وہ اپنا پتہ نیچے لکھتا ہے۔</w:t>
      </w:r>
    </w:p>
    <w:p>
      <w:r>
        <w:rPr>
          <w:b/>
        </w:rPr>
        <w:t xml:space="preserve">[37:22] </w:t>
      </w:r>
      <w:r>
        <w:t>lekin wahan par french style hai. french style mein oopar sender likhta hai apna naam, neeche jis ko bhejna hai, us ka naam likha jata hai.</w:t>
      </w:r>
    </w:p>
    <w:p>
      <w:pPr>
        <w:jc w:val="right"/>
      </w:pPr>
      <w:r>
        <w:t>لیکن وہاں پر فرینچ اسٹائل ہے۔ فرینچ اسٹائل میں اوپر سینڈر لکھتا ہے اپنا نام، نیچے جس کو بھیجنا ہے، اس کا نام لکھا جاتا ہے۔</w:t>
      </w:r>
    </w:p>
    <w:p>
      <w:r>
        <w:rPr>
          <w:b/>
        </w:rPr>
        <w:t xml:space="preserve">[37:32] </w:t>
      </w:r>
      <w:r>
        <w:t>yani addressry ka naam neeche, sender ka naam oopar. yeh french tareeqa hai. dono likh diya neeche sender ka naam.</w:t>
      </w:r>
    </w:p>
    <w:p>
      <w:pPr>
        <w:jc w:val="right"/>
      </w:pPr>
      <w:r>
        <w:t>یعنی ایڈریسری کا نام نیچے، سینڈر کا نام اوپر۔ یہ فرینچ طریقہ ہے۔ دونوں لکھ دیا نیچے سینڈر کا نام۔</w:t>
      </w:r>
    </w:p>
    <w:p>
      <w:r>
        <w:rPr>
          <w:b/>
        </w:rPr>
        <w:t xml:space="preserve">[37:40] </w:t>
      </w:r>
      <w:r>
        <w:t>to jab aap jab gaye is mein dakhane mein, post office mein to unhon ne kaha ke yeh kya</w:t>
      </w:r>
    </w:p>
    <w:p>
      <w:pPr>
        <w:jc w:val="right"/>
      </w:pPr>
      <w:r>
        <w:t>تو جب آپ جب گئے اس میں داخانے میں، پوسٹ آفس میں تو انہوں نے کہا کہ یہ کیا</w:t>
      </w:r>
    </w:p>
    <w:p>
      <w:r>
        <w:rPr>
          <w:b/>
        </w:rPr>
        <w:t xml:space="preserve">[37:49] </w:t>
      </w:r>
      <w:r>
        <w:t>kar diya? tum ne doosra likho, matlab oopar likho sender ka naam.</w:t>
      </w:r>
    </w:p>
    <w:p>
      <w:pPr>
        <w:jc w:val="right"/>
      </w:pPr>
      <w:r>
        <w:t>کر دیا؟ تم نے دوسرا لکھو، مطلب اوپر لکھو سینڈر کا نام۔</w:t>
      </w:r>
    </w:p>
    <w:p>
      <w:r>
        <w:rPr>
          <w:b/>
        </w:rPr>
        <w:t xml:space="preserve">[37:57] </w:t>
      </w:r>
      <w:r>
        <w:t>to woh gaye kahin ke koi dukan mein koi lifafa mil jaye to us ko badal dein lifafa. to koi lifafa un ko nahi mila.</w:t>
      </w:r>
    </w:p>
    <w:p>
      <w:pPr>
        <w:jc w:val="right"/>
      </w:pPr>
      <w:r>
        <w:t>تو وہ گئے کہیں کہ کوئی دکان میں کوئی لفافہ مل جائے تو اس کو بدل دیں لفافہ۔ تو کوئی لفافہ ان کو نہیں ملا۔</w:t>
      </w:r>
    </w:p>
    <w:p>
      <w:r>
        <w:rPr>
          <w:b/>
        </w:rPr>
        <w:t xml:space="preserve">[38:06] </w:t>
      </w:r>
      <w:r>
        <w:t>wahan koi is aas paas koi aisi dukan nahi thi. to wapas aaye, unhon ne kaha ke isi ko aap le lijiye, ab koi lifafa nahi mil raha.</w:t>
      </w:r>
    </w:p>
    <w:p>
      <w:pPr>
        <w:jc w:val="right"/>
      </w:pPr>
      <w:r>
        <w:t>وہاں کوئی اس پاس کوئی ایسی دکان نہیں تھی۔ تو واپس آئے، انہوں نے کہا کہ اسی کو آپ لے لیجئے، اب کوئی لفافہ نہیں مل رہا۔</w:t>
      </w:r>
    </w:p>
    <w:p>
      <w:r>
        <w:rPr>
          <w:b/>
        </w:rPr>
        <w:t xml:space="preserve">[38:16] </w:t>
      </w:r>
      <w:r>
        <w:t>jante hain kya jawab diya us ne?</w:t>
      </w:r>
    </w:p>
    <w:p>
      <w:pPr>
        <w:jc w:val="right"/>
      </w:pPr>
      <w:r>
        <w:t>جانتے ہیں کیا جواب دیا اس نے؟</w:t>
      </w:r>
    </w:p>
    <w:p>
      <w:r>
        <w:rPr>
          <w:b/>
        </w:rPr>
        <w:t xml:space="preserve">[38:19] </w:t>
      </w:r>
      <w:r>
        <w:t>jo post office mein baitha hua tha, clerk, to kya jawab diya? us ne kaha: "atkhlif al nizam, atkhlif al nizam!" kaha: "tum system ki khilaf warzi karna chahte ho?" daant kar kaha us ne.</w:t>
      </w:r>
    </w:p>
    <w:p>
      <w:pPr>
        <w:jc w:val="right"/>
      </w:pPr>
      <w:r>
        <w:t>جو پوسٹ آفس میں بیٹھا ہوا تھا، کلرک، تو کیا جواب دیا؟ اس نے کہا: "اتخالف النظام، اتخالف النظام!" کہا: "تم سسٹم کی خلاف ورزی کرنا چاہتے ہو؟" ڈانٹ کر کہا اس نے۔</w:t>
      </w:r>
    </w:p>
    <w:p>
      <w:r>
        <w:rPr>
          <w:b/>
        </w:rPr>
        <w:t xml:space="preserve">[38:35] </w:t>
      </w:r>
      <w:r>
        <w:t>is ka matlab kya tha? agar tum dobara insist karoge to main shurta ko bulaunga, yani police ko bulaunga. yeh teesri baat par police pakad le aati hai is ko.</w:t>
      </w:r>
    </w:p>
    <w:p>
      <w:pPr>
        <w:jc w:val="right"/>
      </w:pPr>
      <w:r>
        <w:t>اس کا مطلب کیا تھا؟ اگر تم دوبارہ انسسٹ کرو گے تو میں شرطہ کو بلاؤں گا، یعنی پولیس کو بلاؤں گا۔ یہ تیسری بات پر پولیس پکڑ لے آتی ہے اس کو۔</w:t>
      </w:r>
    </w:p>
    <w:p>
      <w:r>
        <w:rPr>
          <w:b/>
        </w:rPr>
        <w:t xml:space="preserve">[38:46] </w:t>
      </w:r>
      <w:r>
        <w:t>yeh halat arab mulkon ki hai. to</w:t>
      </w:r>
    </w:p>
    <w:p>
      <w:pPr>
        <w:jc w:val="right"/>
      </w:pPr>
      <w:r>
        <w:t>یہ حالت عرب ملکوں کی ہے۔ تو</w:t>
      </w:r>
    </w:p>
    <w:p>
      <w:r>
        <w:rPr>
          <w:b/>
        </w:rPr>
        <w:t xml:space="preserve">[38:50] </w:t>
      </w:r>
      <w:r>
        <w:t>britain aur france ki azadi se nikal kar kya haal in ka anjam hua? dictatorship, dictatorship, dictatorship! aur dictatorship mein koi taraqqi nahi ho sakti.</w:t>
      </w:r>
    </w:p>
    <w:p>
      <w:pPr>
        <w:jc w:val="right"/>
      </w:pPr>
      <w:r>
        <w:t>برطانیہ اور فرانس کی آزادی سے نکل کر کیا حال ان کا انجام ہوا؟ ڈکٹیٹرشپ، ڈکٹیٹرشپ، ڈکٹیٹرشپ! اور ڈکٹیٹرشپ میں کوئی ترقی نہیں ہو سکتی۔</w:t>
      </w:r>
    </w:p>
    <w:p>
      <w:r>
        <w:rPr>
          <w:b/>
        </w:rPr>
        <w:t xml:space="preserve">[39:02] </w:t>
      </w:r>
      <w:r>
        <w:t>paisah hai arabon ke paas, taraqqi kuch bhi nahi. ab dekhiye, falasteen mein tehreek chal rahi hai. 60 baras, 60 saal zyada guzar gaye.</w:t>
      </w:r>
    </w:p>
    <w:p>
      <w:pPr>
        <w:jc w:val="right"/>
      </w:pPr>
      <w:r>
        <w:t>پیسہ ہے عربوں کے پاس، ترقی کچھ بھی نہیں۔ اب دیکھیے، فلسطین میں تحریک چل رہی ہے۔ 60 برس، 60 سال زیادہ گزر گئے۔</w:t>
      </w:r>
    </w:p>
    <w:p>
      <w:r>
        <w:rPr>
          <w:b/>
        </w:rPr>
        <w:t xml:space="preserve">[39:12] </w:t>
      </w:r>
      <w:r>
        <w:t>azadi ki tehreek wahan bhi hai. yahoodi niklein, hum azadana taur par yahan reh paein.</w:t>
      </w:r>
    </w:p>
    <w:p>
      <w:pPr>
        <w:jc w:val="right"/>
      </w:pPr>
      <w:r>
        <w:t>آزادی کی تحریک وہاں بھی ہے۔ یہودی نکلیں، ہم آزادانہ طور پر یہاں رہ پائیں۔</w:t>
      </w:r>
    </w:p>
    <w:p>
      <w:r>
        <w:rPr>
          <w:b/>
        </w:rPr>
        <w:t xml:space="preserve">[39:18] </w:t>
      </w:r>
      <w:r>
        <w:t>main poochta hoon aap se ke agar baal fard aisa ho jaye ke yahoodi niklein, arabon ki wahan hukumat qaim ho jaye to kya hoga? wahan par wahi hoga jo doosre arab mulkon mein ho raha hai.</w:t>
      </w:r>
    </w:p>
    <w:p>
      <w:pPr>
        <w:jc w:val="right"/>
      </w:pPr>
      <w:r>
        <w:t>میں پوچھتا ہوں آپ سے کہ اگر بالفرض ایسا ہو جائے کہ یہودی نکل جائیں، عربوں کی وہاں حکومت قائم ہو جائے تو کیا ہوگا؟ وہاں پر وہی ہوگا جو دوسرے عرب ملکوں میں ہو رہا ہے۔</w:t>
      </w:r>
    </w:p>
    <w:p>
      <w:r>
        <w:rPr>
          <w:b/>
        </w:rPr>
        <w:t xml:space="preserve">[39:34] </w:t>
      </w:r>
      <w:r>
        <w:t>jo doosre arab mulkon mein ho raha hai. yani agar azadi hogi, agar kuch azadi milegi to iraq, afghanistan, iran ki tarah maar kaat hogi aapas mein.</w:t>
      </w:r>
    </w:p>
    <w:p>
      <w:pPr>
        <w:jc w:val="right"/>
      </w:pPr>
      <w:r>
        <w:t>جو دوسرے عرب ملکوں میں ہو رہا ہے۔ یعنی اگر آزادی ہوگی، اگر کچھ آزادی ملے گی تو عراق، افغانستان، ایران کی طرح مار کاٹ ہوگی آپس میں۔</w:t>
      </w:r>
    </w:p>
    <w:p>
      <w:r>
        <w:rPr>
          <w:b/>
        </w:rPr>
        <w:t xml:space="preserve">[39:45] </w:t>
      </w:r>
      <w:r>
        <w:t>dictatorship hogi to wahan par kya hai? yani bilkul aap kuch bol nahi sakte. jo hukumat ka hai, woh kijiye.</w:t>
      </w:r>
    </w:p>
    <w:p>
      <w:pPr>
        <w:jc w:val="right"/>
      </w:pPr>
      <w:r>
        <w:t>ڈکٹیٹرشپ ہوگی تو وہاں پر کیا ہے؟ یعنی بالکل آپ کچھ بول نہیں سکتے۔ جو حکومت کا ہے، وہ کیجئے۔</w:t>
      </w:r>
    </w:p>
    <w:p>
      <w:r>
        <w:rPr>
          <w:b/>
        </w:rPr>
        <w:t xml:space="preserve">[39:55] </w:t>
      </w:r>
      <w:r>
        <w:t>aap ghor kijiye, falasteen agar arabon ke qabze mein aa jaye to kya hoga? is ka anjam mujhe bataiye.</w:t>
      </w:r>
    </w:p>
    <w:p>
      <w:pPr>
        <w:jc w:val="right"/>
      </w:pPr>
      <w:r>
        <w:t>آپ غور کیجئے، فلسطین اگر عربوں کے قبضے میں آ جائے تو کیا ہوگا؟ اس کا انجام مجھے بتائیے۔</w:t>
      </w:r>
    </w:p>
    <w:p>
      <w:r>
        <w:rPr>
          <w:b/>
        </w:rPr>
        <w:t xml:space="preserve">[40:05] </w:t>
      </w:r>
      <w:r>
        <w:t>kyun aisa hai? arab rehnuma aur pakistani rehnuma dono ne is baat ko nahi samjha ke yeh to ummat muslima nahi hai, yeh to zawal yafta ummat hai.</w:t>
      </w:r>
    </w:p>
    <w:p>
      <w:pPr>
        <w:jc w:val="right"/>
      </w:pPr>
      <w:r>
        <w:t>کیوں ایسا ہے؟ عرب رہنما اور پاکستانی رہنما دونوں نے اس بات کو نہیں سمجھا کہ یہ تو امت مسلمہ نہیں ہے، یہ تو زوال یافتہ امت ہے۔</w:t>
      </w:r>
    </w:p>
    <w:p>
      <w:r>
        <w:rPr>
          <w:b/>
        </w:rPr>
        <w:t xml:space="preserve">[40:14] </w:t>
      </w:r>
      <w:r>
        <w:t>yeh</w:t>
      </w:r>
    </w:p>
    <w:p>
      <w:pPr>
        <w:jc w:val="right"/>
      </w:pPr>
      <w:r>
        <w:t>یہ</w:t>
      </w:r>
    </w:p>
    <w:p>
      <w:r>
        <w:rPr>
          <w:b/>
        </w:rPr>
        <w:t xml:space="preserve">[40:20] </w:t>
      </w:r>
      <w:r>
        <w:t>yeh building aap ne lohe pe khadi ki hai to khadi hui hai. agar aap is ki building khadi karte hain, aap lakri ke oopar to kya khadi ho sakti thi?</w:t>
      </w:r>
    </w:p>
    <w:p>
      <w:pPr>
        <w:jc w:val="right"/>
      </w:pPr>
      <w:r>
        <w:t>یہ بلڈنگ آپ نے لوہے پہ کھڑی کی ہے تو کھڑی ہوئی ہے۔ اگر آپ اس کی بلڈنگ کھڑی کرتے ہیں، آپ لکڑی کے اوپر تو کیا کھڑی ہو سکتی تھی؟</w:t>
      </w:r>
    </w:p>
    <w:p>
      <w:r>
        <w:rPr>
          <w:b/>
        </w:rPr>
        <w:t xml:space="preserve">[40:31] </w:t>
      </w:r>
      <w:r>
        <w:t>yeh</w:t>
      </w:r>
    </w:p>
    <w:p>
      <w:pPr>
        <w:jc w:val="right"/>
      </w:pPr>
      <w:r>
        <w:t>یہ</w:t>
      </w:r>
    </w:p>
    <w:p>
      <w:r>
        <w:rPr>
          <w:b/>
        </w:rPr>
        <w:t xml:space="preserve">[40:35] </w:t>
      </w:r>
      <w:r>
        <w:t>lohe par building khadi hoti hai. so so barza buildingen lohe par khadi hoti hain, lakri par nahi.</w:t>
      </w:r>
    </w:p>
    <w:p>
      <w:pPr>
        <w:jc w:val="right"/>
      </w:pPr>
      <w:r>
        <w:t>لوہے پر بلڈنگ کھڑی ہوتی ہے۔ سو سو برزہ بلڈنگیں لوہے پر کھڑی ہوتی ہیں، لکڑی پر نہیں۔</w:t>
      </w:r>
    </w:p>
    <w:p>
      <w:r>
        <w:rPr>
          <w:b/>
        </w:rPr>
        <w:t xml:space="preserve">[40:41] </w:t>
      </w:r>
      <w:r>
        <w:t>to ek zawal yafta ummat mein jaan nahi hoti. is ke andar jaan nahi hoti ke hukumat ko sambhale, woh nizam ko sambhale, woh society ko sambhale, woh.</w:t>
      </w:r>
    </w:p>
    <w:p>
      <w:pPr>
        <w:jc w:val="right"/>
      </w:pPr>
      <w:r>
        <w:t>تو ایک زوال یافتہ امت میں جان نہیں ہوتی۔ اس کے اندر جان نہیں ہوتی کہ حکومت کو سنبھالے، وہ نظام کو سنبھالے، وہ سوسائٹی کو سنبھالے، وہ۔</w:t>
      </w:r>
    </w:p>
    <w:p>
      <w:r>
        <w:rPr>
          <w:b/>
        </w:rPr>
        <w:t xml:space="preserve">[40:53] </w:t>
      </w:r>
      <w:r>
        <w:t>aur saare arab rehnuma, saare india aur pakistan rehnuma, yeh farz kar ke ke ummat to maujood hai, ab bas in ko ek hukoomat de do.</w:t>
      </w:r>
    </w:p>
    <w:p>
      <w:pPr>
        <w:jc w:val="right"/>
      </w:pPr>
      <w:r>
        <w:t>اور سارے عرب رہنما، سارے انڈیا اور پاکستان رہنما، یہ فرض کر کے کہ امت تو موجود ہے، اب بس ان کو ایک حکومت دے دو۔</w:t>
      </w:r>
    </w:p>
    <w:p>
      <w:r>
        <w:rPr>
          <w:b/>
        </w:rPr>
        <w:t xml:space="preserve">[41:02] </w:t>
      </w:r>
      <w:r>
        <w:t>lad rahe hain, lad rahe hain. yeh nahi sochte ke jin logon ko aap ne hukoomat mili, wahan kya hua?</w:t>
      </w:r>
    </w:p>
    <w:p>
      <w:pPr>
        <w:jc w:val="right"/>
      </w:pPr>
      <w:r>
        <w:t>لڑ رہے ہیں، لڑ رہے ہیں۔ یہ نہیں سوچتے کہ جن لوگوں کو آپ نے حکومت ملی، وہاں کیا ہوا؟</w:t>
      </w:r>
    </w:p>
    <w:p>
      <w:r>
        <w:rPr>
          <w:b/>
        </w:rPr>
        <w:t xml:space="preserve">[41:10] </w:t>
      </w:r>
      <w:r>
        <w:t>wahi to un ka anjaam hoga. aap dekh lijiye, afghanistan mein ek ladki, itni zabardast ladki thi, woh shandaar angrezi bolti thi, woh aur taleem ki tehreek chalai thi, us ko goli maar di.</w:t>
      </w:r>
    </w:p>
    <w:p>
      <w:pPr>
        <w:jc w:val="right"/>
      </w:pPr>
      <w:r>
        <w:t>وہی تو ان کا انجام ہوگا۔ آپ دیکھ لیجئے، افغانستان میں ایک لڑکی، اتنی زبردست لڑکی تھی، وہ شاندار انگریزی بولتی تھی، وہ اور تعلیم کی تحریک چلائی تھی، اس کو گولی مار دی۔</w:t>
      </w:r>
    </w:p>
    <w:p>
      <w:r>
        <w:rPr>
          <w:b/>
        </w:rPr>
        <w:t xml:space="preserve">[41:24] </w:t>
      </w:r>
      <w:r>
        <w:t>malala ko bataiye, yeh yeh bhi jihad hai, yeh yeh sab jihad hai, yeh yeh sab islam hai.</w:t>
      </w:r>
    </w:p>
    <w:p>
      <w:pPr>
        <w:jc w:val="right"/>
      </w:pPr>
      <w:r>
        <w:t>ملالہ کو بتائیے، یہ یہ بھی جہاد ہے، یہ یہ سب جہاد ہے، یہ یہ سب اسلام ہے۔</w:t>
      </w:r>
    </w:p>
    <w:p>
      <w:r>
        <w:rPr>
          <w:b/>
        </w:rPr>
        <w:t xml:space="preserve">[41:33] </w:t>
      </w:r>
      <w:r>
        <w:t>to aap ko yeh karna padega ke ab yeh ailaan karein, yeh maanein ke ummat ek zawaal yafta ho chuki hai, reject silver ho chuki hai.</w:t>
      </w:r>
    </w:p>
    <w:p>
      <w:pPr>
        <w:jc w:val="right"/>
      </w:pPr>
      <w:r>
        <w:t>تو آپ کو یہ کرنا پڑے گا کہ اب یہ اعلان کریں، یہ مانیں کہ امت ایک زوال یافتہ ہو چکی ہے، ریجیکٹ سلور ہو چکی ہے۔</w:t>
      </w:r>
    </w:p>
    <w:p>
      <w:r>
        <w:rPr>
          <w:b/>
        </w:rPr>
        <w:t xml:space="preserve">[41:44] </w:t>
      </w:r>
      <w:r>
        <w:t>tab kya hoga? tab aap ka yeh kahenge ke "we have the beginning for the beginning". aaghaz se chalo, yaani un ka zehan durust karo, un ka aqeedah durust karo, un ki soch durust karo.</w:t>
      </w:r>
    </w:p>
    <w:p>
      <w:pPr>
        <w:jc w:val="right"/>
      </w:pPr>
      <w:r>
        <w:t>تب کیا ہوگا؟ تب آپ کا یہ کہیں گے کہ "وی ہیو دا بیگننگ فار دا بیگننگ"۔ آغاز سے چلو، یعنی ان کا ذہن درست کرو، ان کا عقیدہ درست کرو، ان کی سوچ درست کرو۔</w:t>
      </w:r>
    </w:p>
    <w:p>
      <w:r>
        <w:rPr>
          <w:b/>
        </w:rPr>
        <w:t xml:space="preserve">[42:00] </w:t>
      </w:r>
      <w:r>
        <w:t>baqi kaam to baad kahunga.</w:t>
      </w:r>
    </w:p>
    <w:p>
      <w:pPr>
        <w:jc w:val="right"/>
      </w:pPr>
      <w:r>
        <w:t>باقی کام تو بعد کہوں گے۔</w:t>
      </w:r>
    </w:p>
    <w:p>
      <w:r>
        <w:rPr>
          <w:b/>
        </w:rPr>
        <w:t xml:space="preserve">[42:06] </w:t>
      </w:r>
      <w:r>
        <w:t>to islam ke maamle mein aap ko yeh karna hoga ke baad ka jo literature hai, us ko declare karna hoga ke woh classical literature hai, woh hamara masnad literature nahi hai.</w:t>
      </w:r>
    </w:p>
    <w:p>
      <w:pPr>
        <w:jc w:val="right"/>
      </w:pPr>
      <w:r>
        <w:t>تو اسلام کے معاملے میں آپ کو یہ کرنا ہوگا کہ بعد کا جو لٹریچر ہے، اس کو ڈیکلیئر کرنا ہوگا کہ وہ کلاسیکل لٹریچر ہے، وہ ہمارا مسند لٹریچر نہیں ہے۔</w:t>
      </w:r>
    </w:p>
    <w:p>
      <w:r>
        <w:rPr>
          <w:b/>
        </w:rPr>
        <w:t xml:space="preserve">[42:16] </w:t>
      </w:r>
      <w:r>
        <w:t>masnad literature jo hai, woh quran o hadees hai. aur musalmanon ke baare mein yeh aap ko maanna padega ke yeh ek zawaal yafta ummat hai, yeh reject silver hai.</w:t>
      </w:r>
    </w:p>
    <w:p>
      <w:pPr>
        <w:jc w:val="right"/>
      </w:pPr>
      <w:r>
        <w:t>مسند لٹریچر جو ہے، وہ قرآن و حدیث ہے۔ اور مسلمانوں کے بارے میں یہ آپ کو ماننا پڑے گا کہ یہ ایک زوال یافتہ امت ہے، یہ ریجیکٹ سلور ہے۔</w:t>
      </w:r>
    </w:p>
    <w:p>
      <w:r>
        <w:rPr>
          <w:b/>
        </w:rPr>
        <w:t xml:space="preserve">[42:26] </w:t>
      </w:r>
      <w:r>
        <w:t>yeh tab aap peeche chalenge, peeche chalenge,</w:t>
      </w:r>
    </w:p>
    <w:p>
      <w:pPr>
        <w:jc w:val="right"/>
      </w:pPr>
      <w:r>
        <w:t>یہ تب آپ پیچھے چلیں گے، پیچھے چلیں گے،</w:t>
      </w:r>
    </w:p>
    <w:p>
      <w:r>
        <w:rPr>
          <w:b/>
        </w:rPr>
        <w:t xml:space="preserve">[42:32] </w:t>
      </w:r>
      <w:r>
        <w:t>un ka zehan durust karenge, un ka aqeedah durust karenge, un ki soch durust karenge, un ko taleem denge. yaani "first of all, you have to educate all the muslims".</w:t>
      </w:r>
    </w:p>
    <w:p>
      <w:pPr>
        <w:jc w:val="right"/>
      </w:pPr>
      <w:r>
        <w:t>ان کا ذہن درست کریں گے، ان کا عقیدہ درست کریں گے، ان کی سوچ درست کریں گے، ان کو تعلیم دیں گے۔ یعنی "فرسٹ آف آل، یو ہیو ٹو ایجوکیٹ آل دی مسلمز"۔</w:t>
      </w:r>
    </w:p>
    <w:p>
      <w:r>
        <w:rPr>
          <w:b/>
        </w:rPr>
        <w:t xml:space="preserve">[42:43] </w:t>
      </w:r>
      <w:r>
        <w:t>education is the first, hukoomat first nahi hai. yaani yeh jo haalat musalmanon ki hai, to un ke liye hukoomat first nahi hai, education first hai.</w:t>
      </w:r>
    </w:p>
    <w:p>
      <w:pPr>
        <w:jc w:val="right"/>
      </w:pPr>
      <w:r>
        <w:t>ایجوکیشن از دا فرسٹ، حکومت فرسٹ نہیں ہے۔ یعنی یہ جو حالت مسلمانوں کی ہے، تو ان کے لیے حکومت فرسٹ نہیں ہے، ایجوکیشن فرسٹ ہے۔</w:t>
      </w:r>
    </w:p>
    <w:p>
      <w:r>
        <w:rPr>
          <w:b/>
        </w:rPr>
        <w:t xml:space="preserve">[42:56] </w:t>
      </w:r>
      <w:r>
        <w:t>jab tak aap qaum ko educate na kar lein, achhe tareeke se, tab tak hukoomat ka naam lena bhi jaiz nahi hai, kyun ke hukoomat aayegi, maar kaat aayegi.</w:t>
      </w:r>
    </w:p>
    <w:p>
      <w:pPr>
        <w:jc w:val="right"/>
      </w:pPr>
      <w:r>
        <w:t>جب تک آپ قوم کو ایجوکیٹ نہ کر لیں، اچھے طریقے سے، تب تک حکومت کا نام لینا بھی جائز نہیں ہے، کیونکہ حکومت آئے گی، مار کاٹ آئے گی۔</w:t>
      </w:r>
    </w:p>
    <w:p>
      <w:r>
        <w:rPr>
          <w:b/>
        </w:rPr>
        <w:t xml:space="preserve">[43:07] </w:t>
      </w:r>
      <w:r>
        <w:t>jaisa ke aap dekh rahi hain,</w:t>
      </w:r>
    </w:p>
    <w:p>
      <w:pPr>
        <w:jc w:val="right"/>
      </w:pPr>
      <w:r>
        <w:t>جیسا کہ آپ دیکھ رہی ہیں،</w:t>
      </w:r>
    </w:p>
    <w:p>
      <w:r>
        <w:rPr>
          <w:b/>
        </w:rPr>
        <w:t xml:space="preserve">[43:15] </w:t>
      </w:r>
      <w:r>
        <w:t>us ke liye bhi dekhiye, misaal maujood hai.</w:t>
      </w:r>
    </w:p>
    <w:p>
      <w:pPr>
        <w:jc w:val="right"/>
      </w:pPr>
      <w:r>
        <w:t>اس کے لیے بھی دیکھیے، مثال موجود ہے۔</w:t>
      </w:r>
    </w:p>
    <w:p>
      <w:r>
        <w:rPr>
          <w:b/>
        </w:rPr>
        <w:t xml:space="preserve">[43:19] </w:t>
      </w:r>
      <w:r>
        <w:t>quran mein hai ke mukhtalif nabiyon ka zikr hai, ek jagah phir farmaya</w:t>
      </w:r>
    </w:p>
    <w:p>
      <w:pPr>
        <w:jc w:val="right"/>
      </w:pPr>
      <w:r>
        <w:t>قرآن میں ہے کہ مختلف نبیوں کا ذکر ہے، ایک جگہ پھر فرمایا</w:t>
      </w:r>
    </w:p>
    <w:p>
      <w:r>
        <w:rPr>
          <w:b/>
        </w:rPr>
        <w:t xml:space="preserve">[43:28] </w:t>
      </w:r>
      <w:r>
        <w:t>ke yeh woh log hain jin ki Allah ne hidayat aap banaya, fabe huda muqtada.</w:t>
      </w:r>
    </w:p>
    <w:p>
      <w:pPr>
        <w:jc w:val="right"/>
      </w:pPr>
      <w:r>
        <w:t>کہ یہ وہ لوگ ہیں جن کی اللہ نے ہدایت آپ بنایا، فبہدا مقتدی۔</w:t>
      </w:r>
    </w:p>
    <w:p>
      <w:r>
        <w:rPr>
          <w:b/>
        </w:rPr>
        <w:t xml:space="preserve">[43:39] </w:t>
      </w:r>
      <w:r>
        <w:t>agar saare nabiyon ko bataya ke woh sab guided log the, guided hidayat aap log the, to apne halaat ke lihaaz se har ek ki pairvi karna hai tum ko.</w:t>
      </w:r>
    </w:p>
    <w:p>
      <w:pPr>
        <w:jc w:val="right"/>
      </w:pPr>
      <w:r>
        <w:t>اگر سارے نبیوں کو بتایا کہ وہ سب گارڈڈ لوگ تھے، گائیڈڈ ہدایت آپ لوگ تھے، تو اپنے حالات کے لحاظ سے ہر ایک کی پیروی کرنا ہے تم کو۔</w:t>
      </w:r>
    </w:p>
    <w:p>
      <w:r>
        <w:rPr>
          <w:b/>
        </w:rPr>
        <w:t xml:space="preserve">[43:53] </w:t>
      </w:r>
      <w:r>
        <w:t>ab dekhiye, main aap ko misaal deta hoon Hazrat Musa (AS) ki.</w:t>
      </w:r>
    </w:p>
    <w:p>
      <w:pPr>
        <w:jc w:val="right"/>
      </w:pPr>
      <w:r>
        <w:t>اب دیکھیے، میں آپ کو مثال دیتا ہوں حضرت موسیٰ علیہ السلام کی۔</w:t>
      </w:r>
    </w:p>
    <w:p>
      <w:r>
        <w:rPr>
          <w:b/>
        </w:rPr>
        <w:t xml:space="preserve">[43:59] </w:t>
      </w:r>
      <w:r>
        <w:t>Hazrat Musa (AS) ki jo baat quran mein hai, woh isi tarah hamare liye sunnat-e-paighambar hai, jis tarah Rasool Allah (SAW) ki baat sunnat-e-paighambar hai.</w:t>
      </w:r>
    </w:p>
    <w:p>
      <w:pPr>
        <w:jc w:val="right"/>
      </w:pPr>
      <w:r>
        <w:t>حضرت موسیٰ علیہ السلام کی جو بات قرآن میں ہے، وہ اسی طرح ہمارے لیے سنت پیغمبر ہے، جس طرح رسول اللہ صلی اللہ علیہ وسلم کی بات سنت پیغمبر ہے۔</w:t>
      </w:r>
    </w:p>
    <w:p>
      <w:r>
        <w:rPr>
          <w:b/>
        </w:rPr>
        <w:t xml:space="preserve">[44:09] </w:t>
      </w:r>
      <w:r>
        <w:t>kyun ke quran mein hai "fabe huda muqtada". har ek tumhare namoona hai. to Hazrat Musa ke zamane mein Bani Israel the, jin ko hum yahood kehte hain.</w:t>
      </w:r>
    </w:p>
    <w:p>
      <w:pPr>
        <w:jc w:val="right"/>
      </w:pPr>
      <w:r>
        <w:t>کیونکہ قرآن میں ہے "فبہدا مقتدی"۔ ہر ایک تمہارے نمونہ ہے۔ تو حضرت موسیٰ کے زمانے میں بنی اسرائیل تھے، جن کو ہم یہود کہتے ہیں۔</w:t>
      </w:r>
    </w:p>
    <w:p>
      <w:r>
        <w:rPr>
          <w:b/>
        </w:rPr>
        <w:t xml:space="preserve">[44:26] </w:t>
      </w:r>
      <w:r>
        <w:t>to Hazrat Musa ke zamane mein Allah taala ne, Allah taala ke hukum se, Musa ne kaha ke tum dakhil ho jao falasteen mein aur un ka jihad karo.</w:t>
      </w:r>
    </w:p>
    <w:p>
      <w:pPr>
        <w:jc w:val="right"/>
      </w:pPr>
      <w:r>
        <w:t>تو حضرت موسیٰ کے زمانے میں اللہ تعالیٰ نے، اللہ تعالیٰ کے حکم سے، موسیٰ نے کہا کہ تم داخل ہو جاؤ فلسطین میں اور ان کا جہاد کرو۔</w:t>
      </w:r>
    </w:p>
    <w:p>
      <w:r>
        <w:rPr>
          <w:b/>
        </w:rPr>
        <w:t xml:space="preserve">[44:41] </w:t>
      </w:r>
      <w:r>
        <w:t>jihad kar ke falasteen mein dakhil ho jao. lekin woh pehle hi tajrube mein maloom hua ke jihad ke qabil woh nahi hain, woh jihad ke qabil nahi hain.</w:t>
      </w:r>
    </w:p>
    <w:p>
      <w:pPr>
        <w:jc w:val="right"/>
      </w:pPr>
      <w:r>
        <w:t>جہاد کر کے فلسطین میں داخل ہو جاؤ۔ لیکن وہ پہلے ہی تجربے میں معلوم ہوا کہ جہاد کے قابل وہ نہیں ہیں، وہ جہاد کے قابل نہیں ہیں۔</w:t>
      </w:r>
    </w:p>
    <w:p>
      <w:r>
        <w:rPr>
          <w:b/>
        </w:rPr>
        <w:t xml:space="preserve">[44:54] </w:t>
      </w:r>
      <w:r>
        <w:t>yaani itni kamzori aa chuki thi, itna bejaan ho chuke the, azzaim nahi the. yaani un ke andar woh bejaan log the, bejaan logon ke zariye aap jihad nahi kar sakte.</w:t>
      </w:r>
    </w:p>
    <w:p>
      <w:pPr>
        <w:jc w:val="right"/>
      </w:pPr>
      <w:r>
        <w:t>یعنی اتنی کمزوری آ چکی تھی، اتنا بے جان ہو چکے تھے، عزائم نہیں تھے۔ یعنی ان کے اندر وہ بے جان لوگ تھے، بے جان لوگوں کے ذریعے آپ جہاد نہیں کر سکتے۔</w:t>
      </w:r>
    </w:p>
    <w:p>
      <w:r>
        <w:rPr>
          <w:b/>
        </w:rPr>
        <w:t xml:space="preserve">[45:12] </w:t>
      </w:r>
      <w:r>
        <w:t>to jab yeh zahir ho gaya ke yahoodi log jo hain, yeh Bani Israel log jihad ke qabil nahi hain, to jaante hain kya hua?</w:t>
      </w:r>
    </w:p>
    <w:p>
      <w:pPr>
        <w:jc w:val="right"/>
      </w:pPr>
      <w:r>
        <w:t>تو جب یہ ظاہر ہو گیا کہ یہودی لوگ جو ہیں، یہ بنی اسرائیل لوگ جہاد کے قابل نہیں ہیں، تو جانتے ہیں کیا ہوا؟</w:t>
      </w:r>
    </w:p>
    <w:p>
      <w:r>
        <w:rPr>
          <w:b/>
        </w:rPr>
        <w:t xml:space="preserve">[45:21] </w:t>
      </w:r>
      <w:r>
        <w:t>allah ta'ala ne 40 saal ke liye jihad ko mauqoof kar diya. surah maida mein aap parh lijiyye. muharramat alaihim arbaeen sanah yate'oon fil arz.</w:t>
      </w:r>
    </w:p>
    <w:p>
      <w:pPr>
        <w:jc w:val="right"/>
      </w:pPr>
      <w:r>
        <w:t>اللہ تعالیٰ نے 40 سال کے لیے جہاد کو موقوف کر دیا۔ سورہ مائدہ میں آپ پڑھ لیجئے۔ محرمۃ علیہم اربعین سنہ یتیعون فی الارض۔</w:t>
      </w:r>
    </w:p>
    <w:p>
      <w:r>
        <w:rPr>
          <w:b/>
        </w:rPr>
        <w:t xml:space="preserve">[45:34] </w:t>
      </w:r>
      <w:r>
        <w:t>yani allah ke hukum se farmaya aap ne ke 40 saal tak tum par mauqoof hai jihad. ab tum desert mein raho, desert mein yahan tak ke tumhari jitni pehli nasal hai, mar jaye, nai nasal paida ho.</w:t>
      </w:r>
    </w:p>
    <w:p>
      <w:pPr>
        <w:jc w:val="right"/>
      </w:pPr>
      <w:r>
        <w:t>یعنی اللہ کے حکم سے فرمایا آپ نے کہ 40 سال تک تم پر موقوف ہے جہاد۔ اب تم ڈیزرٹ میں رہو، ڈیزرٹ میں یہاں تک کہ تمہاری جتنی پہلی نسل ہے، مر جائے، نئی نسل پیدا ہو۔</w:t>
      </w:r>
    </w:p>
    <w:p>
      <w:r>
        <w:rPr>
          <w:b/>
        </w:rPr>
        <w:t xml:space="preserve">[45:53] </w:t>
      </w:r>
      <w:r>
        <w:t>yani yeh daad baap dada mar jayein, phir bete aur pote jo paida honge, un mein jaan hogi, woh jihad karenge. to is surah maida mein aap parh lijiyye,</w:t>
      </w:r>
    </w:p>
    <w:p>
      <w:pPr>
        <w:jc w:val="right"/>
      </w:pPr>
      <w:r>
        <w:t>یعنی یہ داد باپ دادا مر جائیں، پھر بیٹے اور پوتے جو پیدا ہوں گے، ان میں جان ہوگی، وہ جہاد کریں گے۔ تو اس سورہ مائدہ میں آپ پڑھ لیجئے،</w:t>
      </w:r>
    </w:p>
    <w:p>
      <w:r>
        <w:rPr>
          <w:b/>
        </w:rPr>
        <w:t xml:space="preserve">[46:05] </w:t>
      </w:r>
      <w:r>
        <w:t>40 saal tak jihad mauqoof ho gaya un ke haan, kyunke jihad ke qabil nahi paya allah ta'ala ne un ko. ab aap, aap, aap, ab aap isi isi namune ko lijiyye.</w:t>
      </w:r>
    </w:p>
    <w:p>
      <w:pPr>
        <w:jc w:val="right"/>
      </w:pPr>
      <w:r>
        <w:t>40 سال تک جہاد موقوف ہو گیا ان کے ہاں، کیونکہ جہاد کے قابل نہیں پایا اللہ تعالیٰ نے ان کو۔ اب آپ، آپ، آپ، اب آپ اسی اسی نمونے کو لیجئے۔</w:t>
      </w:r>
    </w:p>
    <w:p>
      <w:r>
        <w:rPr>
          <w:b/>
        </w:rPr>
        <w:t xml:space="preserve">[46:18] </w:t>
      </w:r>
      <w:r>
        <w:t>musalman 200 saal se jihad kar rahe hain, sultan tipu ke zamane se, jo 1799 mein sultan tipu ko mara tha angrezon ne.</w:t>
      </w:r>
    </w:p>
    <w:p>
      <w:pPr>
        <w:jc w:val="right"/>
      </w:pPr>
      <w:r>
        <w:t>مسلمان 200 سال سے جہاد کر رہے ہیں، سلطان ٹیپو کے زمانے سے، جو 1799 میں سلطان ٹیپو کو مارا تھا انگریزوں نے۔</w:t>
      </w:r>
    </w:p>
    <w:p>
      <w:r>
        <w:rPr>
          <w:b/>
        </w:rPr>
        <w:t xml:space="preserve">[46:29] </w:t>
      </w:r>
      <w:r>
        <w:t>1799 mein</w:t>
      </w:r>
    </w:p>
    <w:p>
      <w:pPr>
        <w:jc w:val="right"/>
      </w:pPr>
      <w:r>
        <w:t>1799 میں</w:t>
      </w:r>
    </w:p>
    <w:p>
      <w:r>
        <w:rPr>
          <w:b/>
        </w:rPr>
        <w:t xml:space="preserve">[46:31] </w:t>
      </w:r>
      <w:r>
        <w:t>200 saal se zyada muddat guzar gayi musalmanon ko jihad karte hue. kya faida hai? mujhe bataiyye, kuch bhi, koi bhi positive gain nahi hai is jihad ka, kahin nahi, kyunke salahiyat hi nahi hai.</w:t>
      </w:r>
    </w:p>
    <w:p>
      <w:pPr>
        <w:jc w:val="right"/>
      </w:pPr>
      <w:r>
        <w:t>200 سال سے زیادہ مدت گزر گئی مسلمانوں کو جہاد کرتے ہوئے۔ کیا فائدہ ہے؟ مجھے بتائیے، کچھ بھی، کوئی بھی پازیٹیو گین نہیں ہے اس جہاد کا، کہیں نہیں، کیونکہ صلاحیت ہی نہیں ہے۔</w:t>
      </w:r>
    </w:p>
    <w:p>
      <w:r>
        <w:rPr>
          <w:b/>
        </w:rPr>
        <w:t xml:space="preserve">[46:50] </w:t>
      </w:r>
      <w:r>
        <w:t>bejaan log hain, sirf gun dene se, bomb dene se nahi ho sakta kaam.</w:t>
      </w:r>
    </w:p>
    <w:p>
      <w:pPr>
        <w:jc w:val="right"/>
      </w:pPr>
      <w:r>
        <w:t>بے جان لوگ ہیں، صرف گن دینے سے، بم دینے سے نہیں ہو سکتا کام۔</w:t>
      </w:r>
    </w:p>
    <w:p>
      <w:r>
        <w:rPr>
          <w:b/>
        </w:rPr>
        <w:t xml:space="preserve">[46:55] </w:t>
      </w:r>
      <w:r>
        <w:t>ab logon ko gun bant diya muslim mulkon mein, jaise gun bant diya, gun bant diya ke aapas mein maar rahe hain ek doosre ko. jis ki taaza misaal ke malala ko goli maar di.</w:t>
      </w:r>
    </w:p>
    <w:p>
      <w:pPr>
        <w:jc w:val="right"/>
      </w:pPr>
      <w:r>
        <w:t>اب لوگوں کو گن بانٹ دیا مسلم ملکوں میں، جیسے گن بانٹ دیا، گن بانٹ دیا کہ آپس میں مار رہے ہیں ایک دوسرے کو۔ جس کی تازہ مثال کہ ملالہ کو گولی مار دی۔</w:t>
      </w:r>
    </w:p>
    <w:p>
      <w:r>
        <w:rPr>
          <w:b/>
        </w:rPr>
        <w:t xml:space="preserve">[47:08] </w:t>
      </w:r>
      <w:r>
        <w:t>yeh more than madness hai, yeh more than madness ke ek 14 saal ki ladki ko aap ne goli maar di. woh bechari parh rahi thi khud aur doosron ko parhne ko targhib de rahi thi.</w:t>
      </w:r>
    </w:p>
    <w:p>
      <w:pPr>
        <w:jc w:val="right"/>
      </w:pPr>
      <w:r>
        <w:t>یہ مور دین میڈنس ہے، یہ مور دین میڈنس کہ ایک 14 سال کی لڑکی کو آپ نے گولی مار دی۔ وہ بیچاری پڑھ رہی تھی خود اور دوسروں کو پڑھنے کو ترغیب دے رہی تھی۔</w:t>
      </w:r>
    </w:p>
    <w:p>
      <w:r>
        <w:rPr>
          <w:b/>
        </w:rPr>
        <w:t xml:space="preserve">[47:21] </w:t>
      </w:r>
      <w:r>
        <w:t>to yeh bejaan log hain, yeh bejaan log hain.</w:t>
      </w:r>
    </w:p>
    <w:p>
      <w:pPr>
        <w:jc w:val="right"/>
      </w:pPr>
      <w:r>
        <w:t>تو یہ بے جان لوگ ہیں، یہ بے جان لوگ ہیں۔</w:t>
      </w:r>
    </w:p>
    <w:p>
      <w:r>
        <w:rPr>
          <w:b/>
        </w:rPr>
        <w:t xml:space="preserve">[47:30] </w:t>
      </w:r>
      <w:r>
        <w:t>jandar log woh hain ke badr ke mauqe mein ek waqea aata hai ke sahaba jo the, sahaba aur aur quraish ke darmiyan jang thi, aap jante hain badr ki.</w:t>
      </w:r>
    </w:p>
    <w:p>
      <w:pPr>
        <w:jc w:val="right"/>
      </w:pPr>
      <w:r>
        <w:t>جاندار لوگ وہ ہیں کہ بدر کے موقع میں ایک واقعہ آتا ہے کہ صحابہ جو تھے، صحابہ اور اور قریش کے درمیان جنگ تھی، آپ جانتے ہیں بدر کی۔</w:t>
      </w:r>
    </w:p>
    <w:p>
      <w:r>
        <w:rPr>
          <w:b/>
        </w:rPr>
        <w:t xml:space="preserve">[47:42] </w:t>
      </w:r>
      <w:r>
        <w:t>ek sahabi kehte hain ke woh talwar le ke barhe aage to wahan ek aurat thi,</w:t>
      </w:r>
    </w:p>
    <w:p>
      <w:pPr>
        <w:jc w:val="right"/>
      </w:pPr>
      <w:r>
        <w:t>ایک صحابی کہتے ہیں کہ وہ تلوار لے کے بڑھے آگے تو وہاں ایک عورت تھی،</w:t>
      </w:r>
    </w:p>
    <w:p>
      <w:r>
        <w:rPr>
          <w:b/>
        </w:rPr>
        <w:t xml:space="preserve">[47:50] </w:t>
      </w:r>
      <w:r>
        <w:t>to talwar unhon ne hata liya ke aurat ko humein nahi marna hai.</w:t>
      </w:r>
    </w:p>
    <w:p>
      <w:pPr>
        <w:jc w:val="right"/>
      </w:pPr>
      <w:r>
        <w:t>تو تلوار انہوں نے ہٹا لیا کہ عورت کو ہمیں نہیں مارنا ہے۔</w:t>
      </w:r>
    </w:p>
    <w:p>
      <w:r>
        <w:rPr>
          <w:b/>
        </w:rPr>
        <w:t xml:space="preserve">[47:57] </w:t>
      </w:r>
      <w:r>
        <w:t>yeh badr ka waqea hai ke bilkul zad mein thi woh aurat aur maar sakte the woh, lekin talwar peeche kar liya unhon ne.</w:t>
      </w:r>
    </w:p>
    <w:p>
      <w:pPr>
        <w:jc w:val="right"/>
      </w:pPr>
      <w:r>
        <w:t>یہ بدر کا واقعہ ہے کہ بالکل زد میں تھی وہ عورت اور مار سکتے تھے وہ، لیکن تلوار پیچھے کر لیا انہوں نے۔</w:t>
      </w:r>
    </w:p>
    <w:p>
      <w:r>
        <w:rPr>
          <w:b/>
        </w:rPr>
        <w:t xml:space="preserve">[48:06] </w:t>
      </w:r>
      <w:r>
        <w:t>ab zalim log ke ek ladki ko maar dala unhon ne, matlab gaali goli to maar di. ab ab woh europe, wahan uk mein hai, shayad woh log bacha payein un ko.</w:t>
      </w:r>
    </w:p>
    <w:p>
      <w:pPr>
        <w:jc w:val="right"/>
      </w:pPr>
      <w:r>
        <w:t>اب ظالم لوگ کہ ایک لڑکی کو مار ڈالا انہوں نے، مطلب گالی گولی تو مار دی۔ اب اب وہ یورپ، وہاں یو کے میں ہے، شاید وہ لوگ بچا پائیں ان کو۔</w:t>
      </w:r>
    </w:p>
    <w:p>
      <w:r>
        <w:rPr>
          <w:b/>
        </w:rPr>
        <w:t xml:space="preserve">[48:20] </w:t>
      </w:r>
      <w:r>
        <w:t>goli maari us ke sar mein aur gardan mein 14 14 saal ke ladke ko. yani ek woh musalman the ke saamne agar aurat aa gayi to talwar peeche kar liya unhon ne.</w:t>
      </w:r>
    </w:p>
    <w:p>
      <w:pPr>
        <w:jc w:val="right"/>
      </w:pPr>
      <w:r>
        <w:t>گولی ماری اس کے سر میں اور گردن میں 14 14 سال کے لڑکے کو۔ یعنی ایک وہ مسلمان تھے کہ سامنے اگر عورت آ گئی تو تلوار پیچھے کر لیا انہوں نے۔</w:t>
      </w:r>
    </w:p>
    <w:p>
      <w:r>
        <w:rPr>
          <w:b/>
        </w:rPr>
        <w:t xml:space="preserve">[48:32] </w:t>
      </w:r>
      <w:r>
        <w:t>ke battlefield mein aaj woh musalman hain ke bas mein ek ladki safar kar rahi hai, taleem school ja rahi hai, aur us ko ja kar goli maar di.</w:t>
      </w:r>
    </w:p>
    <w:p>
      <w:pPr>
        <w:jc w:val="right"/>
      </w:pPr>
      <w:r>
        <w:t>کہ بیٹل فیلڈ میں آج وہ مسلمان ہیں کہ بس میں ایک لڑکی سفر کر رہی ہے، تعلیم اسکول جا رہی ہے، اور اس کو جا کر گولی مار دی۔</w:t>
      </w:r>
    </w:p>
    <w:p>
      <w:r>
        <w:rPr>
          <w:b/>
        </w:rPr>
        <w:t xml:space="preserve">[48:43] </w:t>
      </w:r>
      <w:r>
        <w:t>us ko</w:t>
      </w:r>
    </w:p>
    <w:p>
      <w:pPr>
        <w:jc w:val="right"/>
      </w:pPr>
      <w:r>
        <w:t>اس کو</w:t>
      </w:r>
    </w:p>
    <w:p>
      <w:r>
        <w:rPr>
          <w:b/>
        </w:rPr>
        <w:t xml:space="preserve">[48:45] </w:t>
      </w:r>
      <w:r>
        <w:t>yeh islam hai, yeh lekin jin kitabon ko woh parhte hain, jo taqreerein unhon ne suni hain, us mein un ko yahi islam mila hai, yahi baat islam mila hai.</w:t>
      </w:r>
    </w:p>
    <w:p>
      <w:pPr>
        <w:jc w:val="right"/>
      </w:pPr>
      <w:r>
        <w:t>یہ اسلام ہے، یہ لیکن جن کتابوں کو وہ پڑھتے ہیں، جو تقریریں انہوں نے سنی ہیں، اس میں ان کو یہی اسلام ملا ہے، یہی بات اسلام ملا ہے۔</w:t>
      </w:r>
    </w:p>
    <w:p>
      <w:r>
        <w:rPr>
          <w:b/>
        </w:rPr>
        <w:t xml:space="preserve">[48:58] </w:t>
      </w:r>
      <w:r>
        <w:t>to jis tarah musa ke zamane mein 40 saal tak jihad mauqoof kar diya gaya tha, ab wohi kaam karna hai aap ko. ek hi hal hai ke sari duniya mein musalmanon ko fatwa dein, yeh molvi jo fatwe dete rehte hain rozana, yeh fatwa dein ke jihad mauqoof, sari talwarein phenko,</w:t>
      </w:r>
    </w:p>
    <w:p>
      <w:pPr>
        <w:jc w:val="right"/>
      </w:pPr>
      <w:r>
        <w:t>تو جس طرح موسیٰ کے زمانے میں 40 سال تک جہاد موقوف کر دیا گیا تھا، اب وہی کام کرنا ہے آپ کو۔ ایک ہی حل ہے کہ ساری دنیا میں مسلمانوں کو فتویٰ دیں، یہ مولوی جو فتوے دیتے رہتے ہیں روزانہ، یہ فتویٰ دیں کہ جہاد موقوف، ساری تلواریں پھینکو،</w:t>
      </w:r>
    </w:p>
    <w:p>
      <w:r>
        <w:rPr>
          <w:b/>
        </w:rPr>
        <w:t xml:space="preserve">[49:18] </w:t>
      </w:r>
      <w:r>
        <w:t>gun ko daal do samandar mein aur parho, parho, parho. single point follow education. yeh yeh musalman jo taleem mein sab se peeche hain duniya mein, yeh yeh jihad kar sakte hain.</w:t>
      </w:r>
    </w:p>
    <w:p>
      <w:pPr>
        <w:jc w:val="right"/>
      </w:pPr>
      <w:r>
        <w:t>گن کو ڈال دو سمندر میں اور پڑھو، پڑھو، پڑھو۔ سنگل پوائنٹ فالو ایجوکیشن۔ یہ یہ مسلمان جو تعلیم میں سب سے پیچھے ہیں دنیا میں، یہ یہ جہاد کر سکتے ہیں۔</w:t>
      </w:r>
    </w:p>
    <w:p>
      <w:r>
        <w:rPr>
          <w:b/>
        </w:rPr>
        <w:t xml:space="preserve">[49:36] </w:t>
      </w:r>
      <w:r>
        <w:t>sari duniya ke ulma aur farz hai, farz ke fatwa dein ke musalman band karo yeh jihad,</w:t>
      </w:r>
    </w:p>
    <w:p>
      <w:pPr>
        <w:jc w:val="right"/>
      </w:pPr>
      <w:r>
        <w:t>ساری دنیا کے علماء اور فرض ہے، فرض کہ فتویٰ دیں کہ مسلمانوں بند کرو یہ جہاد،</w:t>
      </w:r>
    </w:p>
    <w:p>
      <w:r>
        <w:rPr>
          <w:b/>
        </w:rPr>
        <w:t xml:space="preserve">[49:43] </w:t>
      </w:r>
      <w:r>
        <w:t>talwar ko aur bandook ko phenko samandar mein aur parho, parho, parho. sari duniya mein bas education, education, education.</w:t>
      </w:r>
    </w:p>
    <w:p>
      <w:pPr>
        <w:jc w:val="right"/>
      </w:pPr>
      <w:r>
        <w:t>تلوار کو اور بندوق کو پھینکو سمندر میں اور پڑھو، پڑھو، پڑھو۔ ساری دنیا میں بس ایجوکیشن، ایجوکیشن، ایجوکیشن۔</w:t>
      </w:r>
    </w:p>
    <w:p>
      <w:r>
        <w:rPr>
          <w:b/>
        </w:rPr>
        <w:t xml:space="preserve">[49:54] </w:t>
      </w:r>
      <w:r>
        <w:t>jab poori qaum jo hai parh le gi to phir socha jayega jihad ki baat. abhi to hum is qabil hi nahi ho.</w:t>
      </w:r>
    </w:p>
    <w:p>
      <w:pPr>
        <w:jc w:val="right"/>
      </w:pPr>
      <w:r>
        <w:t>جب پوری قوم جو ہے پڑھ لے گی تو پھر سوچا جائے گا جہاد کی بات۔ ابھی تو ہم اس قابل ہی نہیں ہو۔</w:t>
      </w:r>
    </w:p>
    <w:p>
      <w:r>
        <w:rPr>
          <w:b/>
        </w:rPr>
        <w:t xml:space="preserve">[50:08] </w:t>
      </w:r>
      <w:r>
        <w:t>to yeh hai, yani yeh hai aik aik naya faisla lene ka waqt. Hazrat Musa ne jis tarah naya faisla liya,</w:t>
      </w:r>
    </w:p>
    <w:p>
      <w:pPr>
        <w:jc w:val="right"/>
      </w:pPr>
      <w:r>
        <w:t>تو یہ ہے، یعنی یہ ہے ایک ایک نیا فیصلہ لینے کا وقت۔ حضرت موسیٰ نے جس طرح نیا فیصلہ لیا،</w:t>
      </w:r>
    </w:p>
    <w:p>
      <w:r>
        <w:rPr>
          <w:b/>
        </w:rPr>
        <w:t xml:space="preserve">[50:22] </w:t>
      </w:r>
      <w:r>
        <w:t>is tarah aap ko aik naya faisla lena hai.</w:t>
      </w:r>
    </w:p>
    <w:p>
      <w:pPr>
        <w:jc w:val="right"/>
      </w:pPr>
      <w:r>
        <w:t>اس طرح آپ کو ایک نیا فیصلہ لینا ہے۔</w:t>
      </w:r>
    </w:p>
    <w:p>
      <w:r>
        <w:rPr>
          <w:b/>
        </w:rPr>
        <w:t xml:space="preserve">[50:26] </w:t>
      </w:r>
      <w:r>
        <w:t>yeh jo maine kaha kitabon ke bare mein, Quran mein Surah A'raf mein aik ayat hai ke Rasool Allah aaye the to wahan Yahood the.</w:t>
      </w:r>
    </w:p>
    <w:p>
      <w:pPr>
        <w:jc w:val="right"/>
      </w:pPr>
      <w:r>
        <w:t>یہ جو میں نے کہا کتابوں کے بارے میں، قرآن میں سورہ اعراف میں ایک آیت ہے کہ رسول اللہ آئے تھے تو وہاں یہود تھے۔</w:t>
      </w:r>
    </w:p>
    <w:p>
      <w:r>
        <w:rPr>
          <w:b/>
        </w:rPr>
        <w:t xml:space="preserve">[50:41] </w:t>
      </w:r>
      <w:r>
        <w:t>to aap ne aik ayat aap ke bare mein hai ke yaza anhum asraahum wal aghlaal al ratqaan alaihim. Yani Yahood par un ke ulma, mashaikh ne jo asr o aghlaal daal diye the, us ko utaar raha hai.</w:t>
      </w:r>
    </w:p>
    <w:p>
      <w:pPr>
        <w:jc w:val="right"/>
      </w:pPr>
      <w:r>
        <w:t>تو آپ نے ایک آیت آپ کے بارے میں ہے کہ یزا عنہم اسراہم والاغلال الرتقان علیہم۔ یعنی یہود پر ان کے علماء، مشائخ نے جو اسر و اغلال ڈال دیے تھے، اس کو اتار رہا ہے۔</w:t>
      </w:r>
    </w:p>
    <w:p>
      <w:r>
        <w:rPr>
          <w:b/>
        </w:rPr>
        <w:t xml:space="preserve">[50:56] </w:t>
      </w:r>
      <w:r>
        <w:t>yani bata raha hai ke yeh deen nahi hai. Jin cheezon ko Yahoodi ulma ne deen bata bata rakha tha aur Yahoodi samajhte the ke yeh to humein karna hi karna hai, Rasool Allah sal Allah alaihi wasallam ne ailaan karna hai, yeh deen nahi hai.</w:t>
      </w:r>
    </w:p>
    <w:p>
      <w:pPr>
        <w:jc w:val="right"/>
      </w:pPr>
      <w:r>
        <w:t>یعنی بتا رہا ہے کہ یہ دین نہیں ہے۔ جن چیزوں کو یہودی علماء نے دین بتا بتا رکھا تھا اور یہودی سمجھتے تھے کہ یہ تو ہمیں کرنا ہی کرنا ہے، رسول اللہ صلی اللہ علیہ وسلم نے اعلان کرنا ہے، یہ دین نہیں ہے۔</w:t>
      </w:r>
    </w:p>
    <w:p>
      <w:r>
        <w:rPr>
          <w:b/>
        </w:rPr>
        <w:t xml:space="preserve">[51:10] </w:t>
      </w:r>
      <w:r>
        <w:t>isi ko kaha ke yaza anhum asraahum wal aghlaal al ratqaan alaihim. Un ka yani bojh hatata hai, un ki jhanjhaton ko hatata hai.</w:t>
      </w:r>
    </w:p>
    <w:p>
      <w:pPr>
        <w:jc w:val="right"/>
      </w:pPr>
      <w:r>
        <w:t>اسی کو کہا کہ یزا عنہم اسراہم والاغلال الرتقان علیہم۔ ان کا یعنی بوجھ ہٹاتا ہے، ان کی جھنجھٹوں کو ہٹاتا ہے۔</w:t>
      </w:r>
    </w:p>
    <w:p>
      <w:r>
        <w:rPr>
          <w:b/>
        </w:rPr>
        <w:t xml:space="preserve">[51:21] </w:t>
      </w:r>
      <w:r>
        <w:t>yeh wahi cheezein theen ke asal jo deen Mousavi tha, us pe izafa. Is izafe ko kaha gaya asr o aghlaal. Yeh mat samjhein ke asr o aghlaal koi purasrar cheez thi,</w:t>
      </w:r>
    </w:p>
    <w:p>
      <w:pPr>
        <w:jc w:val="right"/>
      </w:pPr>
      <w:r>
        <w:t>یہ وہی چیزیں تھیں کہ اصل جو دین موسوی تھا، اس پہ اضافہ۔ اس اضافے کو کہا گیا اسرا و اغلال۔ یہ مت سمجھیں کہ اسرا و اغلال کوئی پراسرار چیز تھی،</w:t>
      </w:r>
    </w:p>
    <w:p>
      <w:r>
        <w:rPr>
          <w:b/>
        </w:rPr>
        <w:t xml:space="preserve">[51:35] </w:t>
      </w:r>
      <w:r>
        <w:t>hargiz koi purasrar cheez nahi thi.</w:t>
      </w:r>
    </w:p>
    <w:p>
      <w:pPr>
        <w:jc w:val="right"/>
      </w:pPr>
      <w:r>
        <w:t>ہرگز کوئی پراسرار چیز نہیں تھی۔</w:t>
      </w:r>
    </w:p>
    <w:p>
      <w:r>
        <w:rPr>
          <w:b/>
        </w:rPr>
        <w:t xml:space="preserve">[51:42] </w:t>
      </w:r>
      <w:r>
        <w:t>Hazrat Isa, Hazrat Hazrat Musa ke ka jo deen tha, woh bhi wahi deen tha jo Rasool Allah ka deen tha.</w:t>
      </w:r>
    </w:p>
    <w:p>
      <w:pPr>
        <w:jc w:val="right"/>
      </w:pPr>
      <w:r>
        <w:t>حضرت عیسیٰ، حضرت حضرت موسیٰ کے کا جو دین تھا، وہ بھی وہی دین تھا جو رسول اللہ کا دین تھا۔</w:t>
      </w:r>
    </w:p>
    <w:p>
      <w:r>
        <w:rPr>
          <w:b/>
        </w:rPr>
        <w:t xml:space="preserve">[51:48] </w:t>
      </w:r>
      <w:r>
        <w:t>us par un ke ulma o mashaikh ne izafe kiye the, izafe kiye, izafe kiye the. Is mein woh qaum dabi hui thi.</w:t>
      </w:r>
    </w:p>
    <w:p>
      <w:pPr>
        <w:jc w:val="right"/>
      </w:pPr>
      <w:r>
        <w:t>اس پر ان کے علماء و مشائخ نے اضافے کیے تھے، اضافے کیے، اضافے کیے تھے۔ اس میں وہ قوم دبی ہوئی تھی۔</w:t>
      </w:r>
    </w:p>
    <w:p>
      <w:r>
        <w:rPr>
          <w:b/>
        </w:rPr>
        <w:t xml:space="preserve">[51:58] </w:t>
      </w:r>
      <w:r>
        <w:t>to Rasool Allah aaye ke is is ko hatao, yani is ko ailaan karo ke yeh deen nahi hai, yeh yeh izafe hain. Theek yahi aap ko karna hai.</w:t>
      </w:r>
    </w:p>
    <w:p>
      <w:pPr>
        <w:jc w:val="right"/>
      </w:pPr>
      <w:r>
        <w:t>تو رسول اللہ آئے کہ اس اس کو ہٹاؤ، یعنی اس کو اعلان کرو کہ یہ دین نہیں ہے، یہ یہ اضافے ہیں۔ ٹھیک یہی آپ کو کرنا ہے۔</w:t>
      </w:r>
    </w:p>
    <w:p>
      <w:r>
        <w:rPr>
          <w:b/>
        </w:rPr>
        <w:t xml:space="preserve">[52:08] </w:t>
      </w:r>
      <w:r>
        <w:t>baad ke zamane mein jo izafe kiye gaye hain, woh us waqt aghlaal hain. Woh</w:t>
      </w:r>
    </w:p>
    <w:p>
      <w:pPr>
        <w:jc w:val="right"/>
      </w:pPr>
      <w:r>
        <w:t>بعد کے زمانے میں جو اضافے کیے گئے ہیں، وہ اس وقت اغلال ہیں۔ وہ</w:t>
      </w:r>
    </w:p>
    <w:p>
      <w:r>
        <w:rPr>
          <w:b/>
        </w:rPr>
        <w:t xml:space="preserve">[52:13] </w:t>
      </w:r>
      <w:r>
        <w:t>is ki aik misaal qital, jihad, jihad ke naam par qital ke mar rahe hain, mar rahe hain, mar rahe hain. Main aksar sochta hoon ke yeh Musalmanon ko kya ho gaya hai ke apni jaan dete hain, suicide bombing karte hain, aur zalimon ne yeh fatwa de diya hai ke suicide bombing istishhad hai.</w:t>
      </w:r>
    </w:p>
    <w:p>
      <w:pPr>
        <w:jc w:val="right"/>
      </w:pPr>
      <w:r>
        <w:t>اس کی ایک مثال قتال، جہاد، جہاد کے نام پر قتال کہ مر رہے ہیں، مر رہے ہیں، مر رہے ہیں۔ میں اکثر سوچتا ہوں کہ یہ مسلمانوں کو کیا ہو گیا ہے کہ اپنی جان دیتے ہیں، سوسائیڈ بمبنگ کرتے ہیں، اور ظالموں نے یہ فتویٰ دے دیا ہے کہ سوسائیڈ بمبنگ استشہاد ہے۔</w:t>
      </w:r>
    </w:p>
    <w:p>
      <w:r>
        <w:rPr>
          <w:b/>
        </w:rPr>
        <w:t xml:space="preserve">[52:37] </w:t>
      </w:r>
      <w:r>
        <w:t>talab-e-shahadat, istishhad maani talab-e-shahadat, yani apne aap ko shaheed karwana.</w:t>
      </w:r>
    </w:p>
    <w:p>
      <w:pPr>
        <w:jc w:val="right"/>
      </w:pPr>
      <w:r>
        <w:t>طلب شہادت، استشہاد معنی طلب شہادت، یعنی اپنے آپ کو شہید کروانا۔</w:t>
      </w:r>
    </w:p>
    <w:p>
      <w:r>
        <w:rPr>
          <w:b/>
        </w:rPr>
        <w:t xml:space="preserve">[52:44] </w:t>
      </w:r>
      <w:r>
        <w:t>kaise zalim hue woh mufti log jinhone fatwa de diya ke suicide bombing istishhad hai, talab-e-shahadat hai, yani apne aap ko marwa kar ke shaheed hona aur jannat mein jana.</w:t>
      </w:r>
    </w:p>
    <w:p>
      <w:pPr>
        <w:jc w:val="right"/>
      </w:pPr>
      <w:r>
        <w:t>کیسے ظالم ہوئے وہ مفتی لوگ جنہوں نے فتویٰ دے دیا کہ سوسائیڈ بمبنگ استشہاد ہے، طلب شہادت ہے، یعنی اپنے آپ کو مروا کر کے شہید ہونا اور جنت میں جانا۔</w:t>
      </w:r>
    </w:p>
    <w:p>
      <w:r>
        <w:rPr>
          <w:b/>
        </w:rPr>
        <w:t xml:space="preserve">[52:57] </w:t>
      </w:r>
      <w:r>
        <w:t>yeh jhoote fatwe hain. To saare ulma ko mil kar kehna chahiye ke hum ne jhoote fatwe diye, yeh sab fatwe galat hain, sab ko daryaft karo</w:t>
      </w:r>
    </w:p>
    <w:p>
      <w:pPr>
        <w:jc w:val="right"/>
      </w:pPr>
      <w:r>
        <w:t>یہ جھوٹے فتوے ہیں۔ تو سارے علماء کو مل کر کہنا چاہیے کہ ہم نے جھوٹے فتوے دیے، یہ سب فتوے غلط ہیں، سب کو دریافت کرو</w:t>
      </w:r>
    </w:p>
    <w:p>
      <w:r>
        <w:rPr>
          <w:b/>
        </w:rPr>
        <w:t xml:space="preserve">[53:08] </w:t>
      </w:r>
      <w:r>
        <w:t>aur dobara lotto Quran o Hadees wale Islam ki taraf. Warna yaad rakhiye, isi tarah se duniya chalti rahegi aur qayamat aa jayegi.</w:t>
      </w:r>
    </w:p>
    <w:p>
      <w:pPr>
        <w:jc w:val="right"/>
      </w:pPr>
      <w:r>
        <w:t>اور دوبارہ لوٹو قرآن و حدیث والے اسلام کی طرف۔ ورنہ یاد رکھیے، اسی طرح سے دنیا چلتی رہے گی اور قیامت آ جائے گی۔</w:t>
      </w:r>
    </w:p>
    <w:p>
      <w:r>
        <w:rPr>
          <w:b/>
        </w:rPr>
        <w:t xml:space="preserve">[53:18] </w:t>
      </w:r>
      <w:r>
        <w:t>is tarah log ladte rahenge, marte rahenge, aur jahannami afaal hain, jahannami afaal isi mein mubtala rahenge. Yahan tak qayamat aa jayegi aur Allah ke samne sab log khade kar diye jayenge.</w:t>
      </w:r>
    </w:p>
    <w:p>
      <w:pPr>
        <w:jc w:val="right"/>
      </w:pPr>
      <w:r>
        <w:t>اس طرح لوگ لڑتے رہیں گے، مرتے رہیں گے، اور جہنمی افعال ہیں، جہنمی افعال اسی میں مبتلا رہیں گے۔ یہاں تک قیامت آ جائے گی اور اللہ کے سامنے سب لوگ کھڑے کر دیے جائیں گے۔</w:t>
      </w:r>
    </w:p>
    <w:p>
      <w:r>
        <w:rPr>
          <w:b/>
        </w:rPr>
        <w:t xml:space="preserve">[53:34] </w:t>
      </w:r>
      <w:r>
        <w:t>koi doosra aasan formula nahi hai. Yaad rakhiye, agar aap samjhein ke koi doosra aasan formula hai to woh mumkin nahi hai.</w:t>
      </w:r>
    </w:p>
    <w:p>
      <w:pPr>
        <w:jc w:val="right"/>
      </w:pPr>
      <w:r>
        <w:t>کوئی دوسرا آسان فارمولا نہیں ہے۔ یاد رکھیے، اگر آپ سمجھیں کہ کوئی دوسرا آسان فارمولا ہے تو وہ ممکن نہیں ہے۔</w:t>
      </w:r>
    </w:p>
    <w:p>
      <w:r>
        <w:rPr>
          <w:b/>
        </w:rPr>
        <w:t xml:space="preserve">[53:45] </w:t>
      </w:r>
      <w:r>
        <w:t>yeh</w:t>
      </w:r>
    </w:p>
    <w:p>
      <w:pPr>
        <w:jc w:val="right"/>
      </w:pPr>
      <w:r>
        <w:t>یہ</w:t>
      </w:r>
    </w:p>
    <w:p>
      <w:r>
        <w:rPr>
          <w:b/>
        </w:rPr>
        <w:t xml:space="preserve">[53:46] </w:t>
      </w:r>
      <w:r>
        <w:t>ye do kaam karna hai ke Islam mein baad ke zamane mein jo kitabein likhi gayi hain, us ko hum declare karein ke yeh Islam ka classical literature hai, yeh Islam ka basic literature nahi hai.</w:t>
      </w:r>
    </w:p>
    <w:p>
      <w:pPr>
        <w:jc w:val="right"/>
      </w:pPr>
      <w:r>
        <w:t>ی دو کام کرنا ہے کہ اسلام میں بعد کے زمانے میں جو کتابیں لکھی گئی ہیں، اس کو ہم ڈیکلیئر کریں کہ یہ اسلام کا کلاسیکل لٹریچر ہے، یہ اسلام کا بیسک لٹریچر نہیں ہے۔</w:t>
      </w:r>
    </w:p>
    <w:p>
      <w:r>
        <w:rPr>
          <w:b/>
        </w:rPr>
        <w:t xml:space="preserve">[54:01] </w:t>
      </w:r>
      <w:r>
        <w:t>aur bohat dawe Musalman jo hain, un ke bare mein ailaan karein ke ummat-e-muslima apne daur-e-zuwal mein pahunch chuki hai, is liye ab is ki buniyad par koi mansooba bandi nahi ho sakti, koi planning nahi, koi action nahi.</w:t>
      </w:r>
    </w:p>
    <w:p>
      <w:pPr>
        <w:jc w:val="right"/>
      </w:pPr>
      <w:r>
        <w:t>اور بہت دعوے مسلمان جو ہیں، ان کے بارے میں اعلان کریں کہ امت مسلمہ اپنے دور زوال میں پہنچ چکی ہے، اس لیے اب اس کی بنیاد پر کوئی منصوبہ بندی نہیں ہو سکتی، کوئی پلاننگ نہیں، کوئی ایکشن نہیں۔</w:t>
      </w:r>
    </w:p>
    <w:p>
      <w:r>
        <w:rPr>
          <w:b/>
        </w:rPr>
        <w:t xml:space="preserve">[54:13] </w:t>
      </w:r>
      <w:r>
        <w:t>is ko to educate karna hai, educate karna hai, educate karna hai.</w:t>
      </w:r>
    </w:p>
    <w:p>
      <w:pPr>
        <w:jc w:val="right"/>
      </w:pPr>
      <w:r>
        <w:t>اس کو تو ایجوکیٹ کرنا ہے، ایجوکیٹ کرنا ہے، ایجوکیٹ کرنا ہے۔</w:t>
      </w:r>
    </w:p>
    <w:p>
      <w:r>
        <w:rPr>
          <w:b/>
        </w:rPr>
        <w:t xml:space="preserve">[54:23] </w:t>
      </w:r>
      <w:r>
        <w:t>yeh faisla lena padega,</w:t>
      </w:r>
    </w:p>
    <w:p>
      <w:pPr>
        <w:jc w:val="right"/>
      </w:pPr>
      <w:r>
        <w:t>یہ فیصلہ لینا پڑے گا،</w:t>
      </w:r>
    </w:p>
    <w:p>
      <w:r>
        <w:rPr>
          <w:b/>
        </w:rPr>
        <w:t xml:space="preserve">[54:28] </w:t>
      </w:r>
      <w:r>
        <w:t>warna kuch nahi hoga. Qayamat aa jayegi aur log marte katate rahenge aur phir Allah ke samne khade kar diye jayenge, jahan un ke paas koi jawab nahi hoga, koi jawab nahi hoga.</w:t>
      </w:r>
    </w:p>
    <w:p>
      <w:pPr>
        <w:jc w:val="right"/>
      </w:pPr>
      <w:r>
        <w:t>ورنہ کچھ نہیں ہوگا۔ قیامت آ جائے گی اور لوگ مرتے کٹتے رہیں گے اور پھر اللہ کے سامنے کھڑے کر دیے جائیں گے، جہاں ان کے پاس کوئی جواب نہیں ہوگا، کوئی جواب نہیں ہوگا۔</w:t>
      </w:r>
    </w:p>
    <w:p>
      <w:r>
        <w:rPr>
          <w:b/>
        </w:rPr>
        <w:t xml:space="preserve">[54:48] </w:t>
      </w:r>
      <w:r>
        <w:t>daikhen, ek ek arbi zaban mein ek maqola hai ke "alhaq marun". sachai karwi hoti hai, "alhaq marun".</w:t>
      </w:r>
    </w:p>
    <w:p>
      <w:pPr>
        <w:jc w:val="right"/>
      </w:pPr>
      <w:r>
        <w:t>دیکھیں، ایک ایک عربی زبان میں ایک مقولہ ہے کہ "الحق مرن"۔ سچائی کڑوی ہوتی ہے، "الحق مرن"۔</w:t>
      </w:r>
    </w:p>
    <w:p>
      <w:r>
        <w:rPr>
          <w:b/>
        </w:rPr>
        <w:t xml:space="preserve">[55:00] </w:t>
      </w:r>
      <w:r>
        <w:t>sachai karwi hoti hai. yeh baat bazahir logon ko karwi lage gi, lekin yahi sachai hai.</w:t>
      </w:r>
    </w:p>
    <w:p>
      <w:pPr>
        <w:jc w:val="right"/>
      </w:pPr>
      <w:r>
        <w:t>سچائی کڑوی ہوتی ہے۔ یہ بات بظاہر لوگوں کو کڑوی لگے گی، لیکن یہی سچائی ہے۔</w:t>
      </w:r>
    </w:p>
    <w:p>
      <w:r>
        <w:rPr>
          <w:b/>
        </w:rPr>
        <w:t xml:space="preserve">[55:10] </w:t>
      </w:r>
      <w:r>
        <w:t>yeh baaten jo maine arz keen, yeh logon ko bohat karwi lagen gi, karwi. lekin yahi sachai hai.</w:t>
      </w:r>
    </w:p>
    <w:p>
      <w:pPr>
        <w:jc w:val="right"/>
      </w:pPr>
      <w:r>
        <w:t>یہ باتیں جو میں نے عرض کیں، یہ لوگوں کو بہت کڑوی لگیں گی، کڑوی۔ لیکن یہی سچائی ہے۔</w:t>
      </w:r>
    </w:p>
    <w:p>
      <w:r>
        <w:rPr>
          <w:b/>
        </w:rPr>
        <w:t xml:space="preserve">[55:19] </w:t>
      </w:r>
      <w:r>
        <w:t>is sachai ko manay baghair hamara koi koi mustaqbil nahi, na dunya mein, na akhirat mein. no future at all.</w:t>
      </w:r>
    </w:p>
    <w:p>
      <w:pPr>
        <w:jc w:val="right"/>
      </w:pPr>
      <w:r>
        <w:t>اس سچائی کو مانے بغیر ہمارا کوئی کوئی مستقبل نہیں، نہ دنیا میں، نہ آخرت میں۔ نو فیوچر ایٹ آل۔</w:t>
      </w:r>
    </w:p>
    <w:p>
      <w:r>
        <w:rPr>
          <w:b/>
        </w:rPr>
        <w:t xml:space="preserve">[55:36] </w:t>
      </w:r>
      <w:r>
        <w:t>to hamein bohat hi bold decision lena pare ga. yeh kehna pare ga ke "we are wrong, we are wrong, we are wrong".</w:t>
      </w:r>
    </w:p>
    <w:p>
      <w:pPr>
        <w:jc w:val="right"/>
      </w:pPr>
      <w:r>
        <w:t>تو ہمیں بہت ہی بولڈ ڈیسیژن لینا پڑے گا۔ یہ کہنا پڑے گا کہ "وی آر رونگ، وی آر رونگ، وی آر رونگ"۔</w:t>
      </w:r>
    </w:p>
    <w:p>
      <w:r>
        <w:rPr>
          <w:b/>
        </w:rPr>
        <w:t xml:space="preserve">[55:51] </w:t>
      </w:r>
      <w:r>
        <w:t>yeh mamla sirf shariyat ka nahi, yeh aqal ka mamla hai, nature ka mamla hai, law of nature hai. yani secular log bhi majboor hain ke is ko manen.</w:t>
      </w:r>
    </w:p>
    <w:p>
      <w:pPr>
        <w:jc w:val="right"/>
      </w:pPr>
      <w:r>
        <w:t>یہ معاملہ صرف شریعت کا نہیں، یہ عقل کا معاملہ ہے، نیچر کا معاملہ ہے، لاء آف نیچر ہے۔ یعنی سیکولر لوگ بھی مجبور ہیں کہ اس کو مانیں۔</w:t>
      </w:r>
    </w:p>
    <w:p>
      <w:r>
        <w:rPr>
          <w:b/>
        </w:rPr>
        <w:t xml:space="preserve">[56:02] </w:t>
      </w:r>
      <w:r>
        <w:t>main ek misal doon ga aap ko mahatma gandhi ki. mahatma gandhi ne satyagraha chalai. satyagraha ka matlab tha bohat hi peaceful, bohat hi peaceful, bohat hi peaceful tareeqay par protest karna.</w:t>
      </w:r>
    </w:p>
    <w:p>
      <w:pPr>
        <w:jc w:val="right"/>
      </w:pPr>
      <w:r>
        <w:t>میں ایک مثال دوں گا آپ کو مہاتما گاندھی کی۔ مہاتما گاندھی نے ستگرہ چلائی۔ ستگرہ کا مطلب تھا بہت ہی پیس فل، بہت ہی پیس فل، بہت ہی پیس فل طریقے پر پروٹیسٹ کرنا۔</w:t>
      </w:r>
    </w:p>
    <w:p>
      <w:r>
        <w:rPr>
          <w:b/>
        </w:rPr>
        <w:t xml:space="preserve">[56:18] </w:t>
      </w:r>
      <w:r>
        <w:t>to kya hua ke yeh jo jo azadi ke log thay, un ke jaloos nikla aur ja kar unhone ek thanay mein aag laga di, chara chaudhri ke thanay mein aag laga di.</w:t>
      </w:r>
    </w:p>
    <w:p>
      <w:pPr>
        <w:jc w:val="right"/>
      </w:pPr>
      <w:r>
        <w:t>تو کیا ہوا کہ یہ جو جو آزادی کے لوگ تھے، ان کے جلوس نکلا اور جا کر انہوں نے ایک تھانے میں آگ لگا دی، چارہ چوہدری کے تھانے میں آگ لگا دی۔</w:t>
      </w:r>
    </w:p>
    <w:p>
      <w:r>
        <w:rPr>
          <w:b/>
        </w:rPr>
        <w:t xml:space="preserve">[56:36] </w:t>
      </w:r>
      <w:r>
        <w:t>is mahatma gandhi ne ailan kiya ke "full force" ke satyagraha band stop kar diya aur dead stop kar diya. unhone</w:t>
      </w:r>
    </w:p>
    <w:p>
      <w:pPr>
        <w:jc w:val="right"/>
      </w:pPr>
      <w:r>
        <w:t>اس مہاتما گاندھی نے اعلان کیا کہ "فل فور" کہ ستگرہ بند سٹاپ کر دیا اور ڈیڈ سٹاپ کر دیا۔ انہوں نے</w:t>
      </w:r>
    </w:p>
    <w:p>
      <w:r>
        <w:rPr>
          <w:b/>
        </w:rPr>
        <w:t xml:space="preserve">[56:44] </w:t>
      </w:r>
      <w:r>
        <w:t>kaha ke "tum log satyagraha ke qabil nahi ho, tum ne aag kyun nikali chara chaudhri ke thanay mein?"</w:t>
      </w:r>
    </w:p>
    <w:p>
      <w:pPr>
        <w:jc w:val="right"/>
      </w:pPr>
      <w:r>
        <w:t>کہا کہ "تم لوگ ستگرہ کے قابل نہیں ہو، تم نے آگ کیوں نکالی چارہ چوہدری کے تھانے میں؟"</w:t>
      </w:r>
    </w:p>
    <w:p>
      <w:r>
        <w:rPr>
          <w:b/>
        </w:rPr>
        <w:t xml:space="preserve">[56:55] </w:t>
      </w:r>
      <w:r>
        <w:t>to jab unhone dekha ke yeh log jo hain, jo azadi ke naam par uthay hain, woh abhi azadi ke discipline ko nahi jante.</w:t>
      </w:r>
    </w:p>
    <w:p>
      <w:pPr>
        <w:jc w:val="right"/>
      </w:pPr>
      <w:r>
        <w:t>تو جب انہوں نے دیکھا کہ یہ لوگ جو ہیں، جو آزادی کے نام پر اٹھے ہیں، وہ ابھی آزادی کے ڈسپلن کو نہیں جانتے۔</w:t>
      </w:r>
    </w:p>
    <w:p>
      <w:r>
        <w:rPr>
          <w:b/>
        </w:rPr>
        <w:t xml:space="preserve">[57:03] </w:t>
      </w:r>
      <w:r>
        <w:t>discipline ko</w:t>
      </w:r>
    </w:p>
    <w:p>
      <w:pPr>
        <w:jc w:val="right"/>
      </w:pPr>
      <w:r>
        <w:t>ڈسپلن کو</w:t>
      </w:r>
    </w:p>
    <w:p>
      <w:r>
        <w:rPr>
          <w:b/>
        </w:rPr>
        <w:t xml:space="preserve">[57:07] </w:t>
      </w:r>
      <w:r>
        <w:t>har tehreek, yani every movement requires of discipline.</w:t>
      </w:r>
    </w:p>
    <w:p>
      <w:pPr>
        <w:jc w:val="right"/>
      </w:pPr>
      <w:r>
        <w:t>ہر تحریک، یعنی ایوری موومنٹ ریکوائرڈز آف ڈسپلن۔</w:t>
      </w:r>
    </w:p>
    <w:p>
      <w:r>
        <w:rPr>
          <w:b/>
        </w:rPr>
        <w:t xml:space="preserve">[57:13] </w:t>
      </w:r>
      <w:r>
        <w:t>to woh woh discipline nahi tha in logon mein. peaceful dalna tha, unhein ja kar aag laga di. wahan par kuch log mar gaye. usi waqt mahatma gandhi ne ailan kar diya ke "satyagraha band".</w:t>
      </w:r>
    </w:p>
    <w:p>
      <w:pPr>
        <w:jc w:val="right"/>
      </w:pPr>
      <w:r>
        <w:t>تو وہ وہ ڈسپلن نہیں تھا ان لوگوں میں۔ پیس فل ڈالنا تھا، انہیں جا کر آگ لگا دیا۔ وہاں پر کچھ لوگ مر گئے۔ اسی وقت مہاتما گاندھی نے اعلان کر دیا کہ "ستگرہ بند"۔</w:t>
      </w:r>
    </w:p>
    <w:p>
      <w:r>
        <w:rPr>
          <w:b/>
        </w:rPr>
        <w:t xml:space="preserve">[57:29] </w:t>
      </w:r>
      <w:r>
        <w:t>to itna ziyada ho chuka hai, itna ziyada ho chuka hai. hum hum kab bold decision len ge?</w:t>
      </w:r>
    </w:p>
    <w:p>
      <w:pPr>
        <w:jc w:val="right"/>
      </w:pPr>
      <w:r>
        <w:t>تو اتنا زیادہ ہو چکا ہے، اتنا زیادہ ہو چکا ہے۔ ہم ہم کب بولڈ ڈیسیژن لیں گے؟</w:t>
      </w:r>
    </w:p>
    <w:p>
      <w:r>
        <w:rPr>
          <w:b/>
        </w:rPr>
        <w:t xml:space="preserve">[57:38] </w:t>
      </w:r>
      <w:r>
        <w:t>"you can't afford to go against the law of nature,</w:t>
      </w:r>
    </w:p>
    <w:p>
      <w:pPr>
        <w:jc w:val="right"/>
      </w:pPr>
      <w:r>
        <w:t>"یو کانٹ افورڈ ٹو گو اگینسٹ دی لاء آف نیچر،</w:t>
      </w:r>
    </w:p>
    <w:p>
      <w:r>
        <w:rPr>
          <w:b/>
        </w:rPr>
        <w:t xml:space="preserve">[57:45] </w:t>
      </w:r>
      <w:r>
        <w:t>you can't afford to go against the law of nature". yeh islam ka qanoon hai, yeh shariyat, shariyat ka qanoon hai, yeh nature ka qanoon hai.</w:t>
      </w:r>
    </w:p>
    <w:p>
      <w:pPr>
        <w:jc w:val="right"/>
      </w:pPr>
      <w:r>
        <w:t>یو کانٹ افورڈ ٹو گو اگینسٹ دی لاء آف نیچر"۔ یہ اسلام کا قانون ہے، یہ شریعت، شریعت کا قانون ہے، یہ نیچر کا قانون ہے۔</w:t>
      </w:r>
    </w:p>
    <w:p>
      <w:r>
        <w:rPr>
          <w:b/>
        </w:rPr>
        <w:t xml:space="preserve">[57:56] </w:t>
      </w:r>
      <w:r>
        <w:t>yeh sirf zindagi chal rahi hai</w:t>
      </w:r>
    </w:p>
    <w:p>
      <w:pPr>
        <w:jc w:val="right"/>
      </w:pPr>
      <w:r>
        <w:t>یہ صرف زندگی چل رہی ہے</w:t>
      </w:r>
    </w:p>
    <w:p>
      <w:r>
        <w:rPr>
          <w:b/>
        </w:rPr>
        <w:t xml:space="preserve">[58:00] </w:t>
      </w:r>
      <w:r>
        <w:t>ke pehle aap jab tak aap tayyar na hon, koi iqdam jo karen ge, woh ghalat ho jaye ga. woh</w:t>
      </w:r>
    </w:p>
    <w:p>
      <w:pPr>
        <w:jc w:val="right"/>
      </w:pPr>
      <w:r>
        <w:t>کہ پہلے آپ جب تک آپ تیار نہ ہوں، کوئی اقدام جو کریں گے، وہ غلط ہو جائے گا۔ وہ</w:t>
      </w:r>
    </w:p>
    <w:p>
      <w:r>
        <w:rPr>
          <w:b/>
        </w:rPr>
        <w:t xml:space="preserve">[58:11] </w:t>
      </w:r>
      <w:r>
        <w:t>quran mein aap jante hain, pehli ayat utri "iqra". parh, pehli ayat nikli "parh iqra". is ka matlab kya ho gaya ke yeh sari starting point education hai.</w:t>
      </w:r>
    </w:p>
    <w:p>
      <w:pPr>
        <w:jc w:val="right"/>
      </w:pPr>
      <w:r>
        <w:t>قرآن میں آپ جانتے ہیں، پہلی آیت اتری "اقرا"۔ پڑھ، پہلی آیت نکلی "پڑھ اقراء"۔ اس کا معنی کیا ہو گیا کہ یہ ساری سٹارٹنگ پوائنٹ ایجوکیشن ہے۔</w:t>
      </w:r>
    </w:p>
    <w:p>
      <w:r>
        <w:rPr>
          <w:b/>
        </w:rPr>
        <w:t xml:space="preserve">[58:25] </w:t>
      </w:r>
      <w:r>
        <w:t>starting point jihad nahi hai. starting point na jihad hai, na hukoomat hai, na protest hai. yeh sab starting point nahi hai.</w:t>
      </w:r>
    </w:p>
    <w:p>
      <w:pPr>
        <w:jc w:val="right"/>
      </w:pPr>
      <w:r>
        <w:t>سٹارٹنگ پوائنٹ جہاد نہیں ہے۔ سٹارٹنگ پوائنٹ نہ جہاد ہے، نہ حکومت ہے، نہ پروٹیسٹ ہے۔ یہ سب سٹارٹنگ پوائنٹ نہیں ہے۔</w:t>
      </w:r>
    </w:p>
    <w:p>
      <w:r>
        <w:rPr>
          <w:b/>
        </w:rPr>
        <w:t xml:space="preserve">[58:36] </w:t>
      </w:r>
      <w:r>
        <w:t>starting point kya hai? education.</w:t>
      </w:r>
    </w:p>
    <w:p>
      <w:pPr>
        <w:jc w:val="right"/>
      </w:pPr>
      <w:r>
        <w:t>سٹارٹنگ پوائنٹ کیا ہے؟ ایجوکیشن۔</w:t>
      </w:r>
    </w:p>
    <w:p>
      <w:r>
        <w:rPr>
          <w:b/>
        </w:rPr>
        <w:t xml:space="preserve">[58:40] </w:t>
      </w:r>
      <w:r>
        <w:t>to sare kaam band kar ke faisla karna pare ga ke hum sirf apni naslon ko educate karen ge. har kaam band, gun culture band, bomb culture band,</w:t>
      </w:r>
    </w:p>
    <w:p>
      <w:pPr>
        <w:jc w:val="right"/>
      </w:pPr>
      <w:r>
        <w:t>تو سارے کام بند کر کے فیصلہ کرنا پڑے گا کہ ہم صرف اپنی نسلوں کو ایجوکیٹ کریں گے۔ ہر کام بند، گن کلچر بند، بم کلچر بند،</w:t>
      </w:r>
    </w:p>
    <w:p>
      <w:r>
        <w:rPr>
          <w:b/>
        </w:rPr>
        <w:t xml:space="preserve">[58:55] </w:t>
      </w:r>
      <w:r>
        <w:t>sare hukoomati nare band, political activities band. bas sirf ek hi kaam karna hai: education, education, education.</w:t>
      </w:r>
    </w:p>
    <w:p>
      <w:pPr>
        <w:jc w:val="right"/>
      </w:pPr>
      <w:r>
        <w:t>سارے حکومتی نعرے بند، پولیٹیکل ایکٹیویٹیز بند۔ بس صرف ایک ہی کام کرنا ہے: ایجوکیشن، ایجوکیشن، ایجوکیشن۔</w:t>
      </w:r>
    </w:p>
    <w:p>
      <w:r>
        <w:rPr>
          <w:b/>
        </w:rPr>
        <w:t xml:space="preserve">[59:06] </w:t>
      </w:r>
      <w:r>
        <w:t>is ke baghair koi bhi iqdam jo kiya jaye ga, woh tabahi ke siwa is ka koi aur anjam nahi hoga.</w:t>
      </w:r>
    </w:p>
    <w:p>
      <w:pPr>
        <w:jc w:val="right"/>
      </w:pPr>
      <w:r>
        <w:t>اس کے بغیر کوئی بھی اقدام جو کیا جائے گا، وہ تباہی کے سوا اس کا کوئی اور انجام نہیں ہوگا۔</w:t>
      </w:r>
    </w:p>
    <w:p>
      <w:r>
        <w:rPr>
          <w:b/>
        </w:rPr>
        <w:t xml:space="preserve">[59:17] </w:t>
      </w:r>
      <w:r>
        <w:t>koi doosra anjam nahi.</w:t>
      </w:r>
    </w:p>
    <w:p>
      <w:pPr>
        <w:jc w:val="right"/>
      </w:pPr>
      <w:r>
        <w:t>کوئی دوسرا انجام نہیں۔</w:t>
      </w:r>
    </w:p>
    <w:p>
      <w:r>
        <w:rPr>
          <w:b/>
        </w:rPr>
        <w:t xml:space="preserve">[59:24] </w:t>
      </w:r>
      <w:r>
        <w:t>mein dua karta hoon ke Allah taala mujh ko aur aap ko aur poori ummat ko</w:t>
      </w:r>
    </w:p>
    <w:p>
      <w:pPr>
        <w:jc w:val="right"/>
      </w:pPr>
      <w:r>
        <w:t>میں دعا کرتا ہوں کہ اللہ تعالی مجھ کو اور آپ کو اور پوری امت کو</w:t>
      </w:r>
    </w:p>
    <w:p>
      <w:r>
        <w:rPr>
          <w:b/>
        </w:rPr>
        <w:t xml:space="preserve">[59:33] </w:t>
      </w:r>
      <w:r>
        <w:t>hidayat de, aqal de, sahi faisle ki tofeeq de. Allah taala hum ko, aap ko is ke liye qabool farmaye.</w:t>
      </w:r>
    </w:p>
    <w:p>
      <w:pPr>
        <w:jc w:val="right"/>
      </w:pPr>
      <w:r>
        <w:t>ہدایت دے، عقل دے، صحیح فیصلے کی توفیق دے۔ اللہ تعالی ہم کو، آپ کو اس کے لیے قبول فرمائے۔</w:t>
      </w:r>
    </w:p>
    <w:p>
      <w:r>
        <w:rPr>
          <w:b/>
        </w:rPr>
        <w:t xml:space="preserve">[59:46] </w:t>
      </w:r>
      <w:r>
        <w:t>aqool qawlahu hatha astaghfirullah li'ilmakum ajmaeen.</w:t>
      </w:r>
    </w:p>
    <w:p>
      <w:pPr>
        <w:jc w:val="right"/>
      </w:pPr>
      <w:r>
        <w:t>اقول قولھذا استغفراللہ لعلمکم اجمعین۔</w:t>
      </w:r>
    </w:p>
    <w:p>
      <w:r>
        <w:rPr>
          <w:b/>
        </w:rPr>
        <w:t xml:space="preserve">[1:00:04] </w:t>
      </w:r>
      <w:r>
        <w:t>Maulana, yeh sawal aaya hai Abdul Latif sahib ka Karachi Pakistan se. unhon ne likha hai: "Aaj ke ulama ummat Musalman ki maujooda halat se bilkul ba-khabar hain.</w:t>
      </w:r>
    </w:p>
    <w:p>
      <w:pPr>
        <w:jc w:val="right"/>
      </w:pPr>
      <w:r>
        <w:t>مولانا، یہ سوال آیا ہے عبداللطیف صاحب کا کراچی پاکستان سے۔ انہوں نے لکھا ہے: "آج کے علماء امت مسلمان کی موجودہ حالت سے بالکل باخبر ہیں۔</w:t>
      </w:r>
    </w:p>
    <w:p>
      <w:r>
        <w:rPr>
          <w:b/>
        </w:rPr>
        <w:t xml:space="preserve">[1:00:18] </w:t>
      </w:r>
      <w:r>
        <w:t>woh ek zawaal yafta ummat ko khair ummat samajhte hain. be-khabar, ba-khabar nahi, be-khabar, be-khabar hain.</w:t>
      </w:r>
    </w:p>
    <w:p>
      <w:pPr>
        <w:jc w:val="right"/>
      </w:pPr>
      <w:r>
        <w:t>وہ ایک زوال یافتہ امت کو خیر امت سمجھتے ہیں۔ بے خبر، باخبر نہیں، بے خبر، بے خبر ہیں۔</w:t>
      </w:r>
    </w:p>
    <w:p>
      <w:r>
        <w:rPr>
          <w:b/>
        </w:rPr>
        <w:t xml:space="preserve">[1:00:25] </w:t>
      </w:r>
      <w:r>
        <w:t>woh ek zawaal yafta ummat ko khair ummat samajhne lage aur un Musalmanon ke imaan ko woh Sahaba Karam ke imaan par qiyas karne lage, haalankeh Sahaba Karam discovery wale Musalman the aur yeh ummat ek zawaal yafta ummat hai.</w:t>
      </w:r>
    </w:p>
    <w:p>
      <w:pPr>
        <w:jc w:val="right"/>
      </w:pPr>
      <w:r>
        <w:t>وہ ایک زوال یافتہ امت کو خیر امت سمجھنے لگے اور ان مسلمانوں کے ایمان کو وہ صحابہ کرام کے ایمان پر قیاس کرنے لگے، حالانکہ صحابہ کرام ڈسکوری والے مسلمان تھے اور یہ امت ایک زوال یافتہ امت ہے۔</w:t>
      </w:r>
    </w:p>
    <w:p>
      <w:r>
        <w:rPr>
          <w:b/>
        </w:rPr>
        <w:t xml:space="preserve">[1:00:45] </w:t>
      </w:r>
      <w:r>
        <w:t>Maulana sahib, yeh baat hum aaj ke daur ke ulama ko kis tarah samjhayein?</w:t>
      </w:r>
    </w:p>
    <w:p>
      <w:pPr>
        <w:jc w:val="right"/>
      </w:pPr>
      <w:r>
        <w:t>مولانا صاحب، یہ بات ہم آج کے دور کے علماء کو کس طرح سمجھائیں؟</w:t>
      </w:r>
    </w:p>
    <w:p>
      <w:r>
        <w:rPr>
          <w:b/>
        </w:rPr>
        <w:t xml:space="preserve">[1:00:54] </w:t>
      </w:r>
      <w:r>
        <w:t>dekhiye, jo baat sainkaron saal se chali aa rahi ho, us ko ek baar bata kar aap samjha nahi sakte.</w:t>
      </w:r>
    </w:p>
    <w:p>
      <w:pPr>
        <w:jc w:val="right"/>
      </w:pPr>
      <w:r>
        <w:t>دیکھیے، جو بات سینکڑوں سال سے چلی آ رہی ہو، اس کو ایک بار بتا کر آپ سمجھا نہیں سکتے۔</w:t>
      </w:r>
    </w:p>
    <w:p>
      <w:r>
        <w:rPr>
          <w:b/>
        </w:rPr>
        <w:t xml:space="preserve">[1:01:08] </w:t>
      </w:r>
      <w:r>
        <w:t>aap kaam ki jiye, kaam ki jiye, kaam ki jiye. bahut se ulama hamare saath jud jure hue hain, ek do nahi, bahut se ulama, jabke pehle woh bhi isi zehan ke the.</w:t>
      </w:r>
    </w:p>
    <w:p>
      <w:pPr>
        <w:jc w:val="right"/>
      </w:pPr>
      <w:r>
        <w:t>آپ کام کیجئے، کام کیجئے، کام کیجئے۔ بہت سے علماء ہمارے ساتھ جڑ جڑے ہوئے ہیں، ایک دو نہیں، بہت سے علماء، جبکہ پہلے وہ بھی اسی ذہن کے تھے۔</w:t>
      </w:r>
    </w:p>
    <w:p>
      <w:r>
        <w:rPr>
          <w:b/>
        </w:rPr>
        <w:t xml:space="preserve">[1:01:21] </w:t>
      </w:r>
      <w:r>
        <w:t>is mission mein bahut se ulama jo already jud chuke hain, isi soch ko chhod kar ke. toh aap yahi kaam ki jiye, inshallah aap mazeed ulama milenge, jis tarah ab tak mile hain aur bhi milte rahenge.</w:t>
      </w:r>
    </w:p>
    <w:p>
      <w:pPr>
        <w:jc w:val="right"/>
      </w:pPr>
      <w:r>
        <w:t>اس مشن میں بہت سے علماء جو الریڈی جڑ چکے ہیں، اسی سوچ کو چھوڑ کر کے۔ تو آپ یہی کام کیجئے، انشاءاللہ آپ مزید علماء ملیں گے، جس طرح اب تک ملے ہیں اور بھی ملتے رہیں گے۔</w:t>
      </w:r>
    </w:p>
    <w:p>
      <w:r>
        <w:rPr>
          <w:b/>
        </w:rPr>
        <w:t xml:space="preserve">[1:01:41] </w:t>
      </w:r>
      <w:r>
        <w:t>toh aisa nahi ke ulama mukammal taur par hamare bas se alag hain. bahut se ulama jud chuke hain is mission mein.</w:t>
      </w:r>
    </w:p>
    <w:p>
      <w:pPr>
        <w:jc w:val="right"/>
      </w:pPr>
      <w:r>
        <w:t>تو ایسا نہیں کہ علماء مکمل طور پر ہمارے بس سے الگ ہیں۔ بہت سے علماء جڑ چکے ہیں اس مشن میں۔</w:t>
      </w:r>
    </w:p>
    <w:p>
      <w:r>
        <w:rPr>
          <w:b/>
        </w:rPr>
        <w:t xml:space="preserve">[1:01:50] </w:t>
      </w:r>
      <w:r>
        <w:t>is mein aap izafa ki jiye, aap kaam karenge toh aur bhi ulama judenge aur dheere dheere, dheere dheere, inshallah islaah hogi sab ki.</w:t>
      </w:r>
    </w:p>
    <w:p>
      <w:pPr>
        <w:jc w:val="right"/>
      </w:pPr>
      <w:r>
        <w:t>اس میں آپ اضافہ کیجئے، آپ کام کریں گے تو اور بھی علماء جڑیں گے اور دھیرے دھیرے، دھیرے دھیرے، انشاءاللہ اصلاح ہوگی سب کی۔</w:t>
      </w:r>
    </w:p>
    <w:p>
      <w:r>
        <w:rPr>
          <w:b/>
        </w:rPr>
        <w:t xml:space="preserve">[1:02:02] </w:t>
      </w:r>
      <w:r>
        <w:t>hamesha hum ko umeed rakhna chahiye: "La taqnatoo min rahmatillah". Allah ki rehmat se kabhi mayoos na ho.</w:t>
      </w:r>
    </w:p>
    <w:p>
      <w:pPr>
        <w:jc w:val="right"/>
      </w:pPr>
      <w:r>
        <w:t>ہمیشہ ہم کو امید رکھنا چاہیے: "لا تقنطوا من رحمت اللہ"۔ اللہ کی رحمت سے کبھی مایوس نہ ہو۔</w:t>
      </w:r>
    </w:p>
    <w:p>
      <w:r>
        <w:rPr>
          <w:b/>
        </w:rPr>
        <w:t xml:space="preserve">[1:02:11] </w:t>
      </w:r>
      <w:r>
        <w:t>toh dawat aur dua, dawat aur dua, yahi two point formula hai.</w:t>
      </w:r>
    </w:p>
    <w:p>
      <w:pPr>
        <w:jc w:val="right"/>
      </w:pPr>
      <w:r>
        <w:t>تو دعوت اور دعا، دعوت اور دعا، یہی ٹو پوائنٹ فارمولا ہے۔</w:t>
      </w:r>
    </w:p>
    <w:p>
      <w:r>
        <w:rPr>
          <w:b/>
        </w:rPr>
        <w:t xml:space="preserve">[1:02:21] </w:t>
      </w:r>
      <w:r>
        <w:t>Maulana, agla sawal hai Umarabad se Maulana Farhad Salafi sahib ka. unhon ne likha hai: "Maulana, maine ek Umri sahib se sawal kiya ke aap dawa karna chahte hain ya adawat?" toh unhon ne kaha ke Ibn Taymiyyah ki kitab "Al-Sarim al-Maslul" par amal karna hai.</w:t>
      </w:r>
    </w:p>
    <w:p>
      <w:pPr>
        <w:jc w:val="right"/>
      </w:pPr>
      <w:r>
        <w:t>مولانا، اگلا سوال ہے عمرہ آباد سے مولانا فرہاد سلفی صاحب کا۔ انہوں نے لکھا ہے: "مولانا، میں نے ایک عمری صاحب سے سوال کیا کہ آپ دعویٰ کرنا چاہتے ہیں یا عداوت؟" تو انہوں نے کہا کہ ابن تیمیہ کی کتاب "السرم المسلول" پر عمل کرنا ہے۔</w:t>
      </w:r>
    </w:p>
    <w:p>
      <w:r>
        <w:rPr>
          <w:b/>
        </w:rPr>
        <w:t xml:space="preserve">[1:02:42] </w:t>
      </w:r>
      <w:r>
        <w:t>Maulana, kya Islam har aadmi ke haath mein talwar dena chahta hai ya dawat ki zimmedari? is ke bare mein batayein.</w:t>
      </w:r>
    </w:p>
    <w:p>
      <w:pPr>
        <w:jc w:val="right"/>
      </w:pPr>
      <w:r>
        <w:t>مولانا، کیا اسلام ہر آدمی کے ہاتھ میں تلوار دینا چاہتا ہے یا دعوت کی ذمہ داری؟ اس کے بارے میں بتائیں۔</w:t>
      </w:r>
    </w:p>
    <w:p>
      <w:r>
        <w:rPr>
          <w:b/>
        </w:rPr>
        <w:t xml:space="preserve">[1:02:51] </w:t>
      </w:r>
      <w:r>
        <w:t>dekhein, Ibn Taymiyyah ki jo kitab hai, jante hain kab likhi thi? unhon ne naujawani ki umar mein likhi thi.</w:t>
      </w:r>
    </w:p>
    <w:p>
      <w:pPr>
        <w:jc w:val="right"/>
      </w:pPr>
      <w:r>
        <w:t>دیکھیں، ابن تیمیہ کی جو کتاب ہے، جانتے ہیں کب لکھی تھی؟ انہوں نے نوجوانی کی عمر میں لکھی تھی۔</w:t>
      </w:r>
    </w:p>
    <w:p>
      <w:r>
        <w:rPr>
          <w:b/>
        </w:rPr>
        <w:t xml:space="preserve">[1:03:03] </w:t>
      </w:r>
      <w:r>
        <w:t>bas bata, us waqt un ko kitab likhni nahi chahiye thi.</w:t>
      </w:r>
    </w:p>
    <w:p>
      <w:pPr>
        <w:jc w:val="right"/>
      </w:pPr>
      <w:r>
        <w:t>بس بتا، اس وقت ان کو کتاب لکھنی نہیں چاہیے تھی۔</w:t>
      </w:r>
    </w:p>
    <w:p>
      <w:r>
        <w:rPr>
          <w:b/>
        </w:rPr>
        <w:t xml:space="preserve">[1:03:09] </w:t>
      </w:r>
      <w:r>
        <w:t>Hazrat Musa ke bare mein aata hai ke jab nubuwwat di gayi toh us mein aata hai ke "thumma jia'ta qadra Musa"</w:t>
      </w:r>
    </w:p>
    <w:p>
      <w:pPr>
        <w:jc w:val="right"/>
      </w:pPr>
      <w:r>
        <w:t>حضرت موسیٰ کے بارے میں آتا ہے کہ جب نبوت دی گئی تو اس میں آتا ہے کہ "ثم جی تعالی قدری موسیٰ"</w:t>
      </w:r>
    </w:p>
    <w:p>
      <w:r>
        <w:rPr>
          <w:b/>
        </w:rPr>
        <w:t xml:space="preserve">[1:03:15] </w:t>
      </w:r>
      <w:r>
        <w:t>tamam nabiyon ko chalis saal mein di gayi hai. nubuwwat chalis saal mein kyun? nubuwwat di jati hai jab aadmi mature ho jaye, maturity ki age ko pahunch jaye.</w:t>
      </w:r>
    </w:p>
    <w:p>
      <w:pPr>
        <w:jc w:val="right"/>
      </w:pPr>
      <w:r>
        <w:t>تمام نبیوں کو چالیس سال میں دی گئی ہے۔ نبوت چالیس سال میں کیوں؟ نبوت دی جاتی ہے جب آدمی میچور ہو جائے، میچورٹی کی ایج کو پہنچ جائے۔</w:t>
      </w:r>
    </w:p>
    <w:p>
      <w:r>
        <w:rPr>
          <w:b/>
        </w:rPr>
        <w:t xml:space="preserve">[1:03:29] </w:t>
      </w:r>
      <w:r>
        <w:t>toh Ibn Taymiyyah ne woh kitab likhi jab koi mature the. woh un ke peeron ko ailan karna chahiye ke Ibn Taymiyyah ki kitab us waqt likhi gayi thi jab woh pakhtah hi nahi hue the.</w:t>
      </w:r>
    </w:p>
    <w:p>
      <w:pPr>
        <w:jc w:val="right"/>
      </w:pPr>
      <w:r>
        <w:t>تو ابن تیمیہ نے وہ کتاب لکھی جب کوئی میچور تھے۔ وہ ان کے پیروں کو اعلان کرنا چاہیے کہ ابن تیمیہ کی کتاب اس وقت لکھی گئی تھی جب وہ پختہ ہی نہیں ہوئے تھے۔</w:t>
      </w:r>
    </w:p>
    <w:p>
      <w:r>
        <w:rPr>
          <w:b/>
        </w:rPr>
        <w:t xml:space="preserve">[1:03:40] </w:t>
      </w:r>
      <w:r>
        <w:t>is wajah se kitab ko daal do classical literature mein,</w:t>
      </w:r>
    </w:p>
    <w:p>
      <w:pPr>
        <w:jc w:val="right"/>
      </w:pPr>
      <w:r>
        <w:t>اس وجہ سے کتاب کو ڈال دو کلاسیکل لٹریچر میں،</w:t>
      </w:r>
    </w:p>
    <w:p>
      <w:r>
        <w:rPr>
          <w:b/>
        </w:rPr>
        <w:t xml:space="preserve">[1:03:44] </w:t>
      </w:r>
      <w:r>
        <w:t>us ka hawala hi mat do, woh qabil hawala nahi hai. woh ek naujawan kitab kyun likh sakta hai?</w:t>
      </w:r>
    </w:p>
    <w:p>
      <w:pPr>
        <w:jc w:val="right"/>
      </w:pPr>
      <w:r>
        <w:t>اس کا حوالہ ہی مت دو، وہ قابل حوالہ نہیں ہے۔ وہ ایک نوجوان کتاب کیوں لکھ سکتا ہے؟</w:t>
      </w:r>
    </w:p>
    <w:p>
      <w:r>
        <w:rPr>
          <w:b/>
        </w:rPr>
        <w:t xml:space="preserve">[1:03:54] </w:t>
      </w:r>
      <w:r>
        <w:t>bahut ajeeb baat hui hai hamare haan ke naujawano ne jo tehrikein shuru kin, usi par log qaim ho gaye. Maulana Abdullah Modudi ne naujawano ko apni kitab likhi "Ali 'Ardh fi al-Islam".</w:t>
      </w:r>
    </w:p>
    <w:p>
      <w:pPr>
        <w:jc w:val="right"/>
      </w:pPr>
      <w:r>
        <w:t>بہت عجیب بات ہوئی ہے ہمارے ہاں کہ نوجوانوں نے جو تحریکیں شروع کیں، اسی پر لوگ قائم ہو گئے۔ مولا عبداللہ مودی نے نوجوانوں کو اپنی کتاب لکھی "علی عارض فی الاسلام"۔</w:t>
      </w:r>
    </w:p>
    <w:p>
      <w:r>
        <w:rPr>
          <w:b/>
        </w:rPr>
        <w:t xml:space="preserve">[1:04:06] </w:t>
      </w:r>
      <w:r>
        <w:t>isi par chal padi jamaat.</w:t>
      </w:r>
    </w:p>
    <w:p>
      <w:pPr>
        <w:jc w:val="right"/>
      </w:pPr>
      <w:r>
        <w:t>اسی پر چل پڑی جماعت۔</w:t>
      </w:r>
    </w:p>
    <w:p>
      <w:r>
        <w:rPr>
          <w:b/>
        </w:rPr>
        <w:t xml:space="preserve">[1:04:09] </w:t>
      </w:r>
      <w:r>
        <w:t>al khawar muslimon ke jo bani the, hasan banna, unhon ne 22 saal ki umar mein jab jamaat banai, isi par chal pade log.</w:t>
      </w:r>
    </w:p>
    <w:p>
      <w:pPr>
        <w:jc w:val="right"/>
      </w:pPr>
      <w:r>
        <w:t>الخوار مسلمون کے جو بانی تھے، حسن بننا، انہوں نے 22 سال کی عمر میں جب جماعت بنائی، اسی پر چل پڑے لوگ۔</w:t>
      </w:r>
    </w:p>
    <w:p>
      <w:r>
        <w:rPr>
          <w:b/>
        </w:rPr>
        <w:t xml:space="preserve">[1:04:19] </w:t>
      </w:r>
      <w:r>
        <w:t>ibn taimiya ne kitab likhi naujawani ki umar mein, isi ko hawala dete hain log. dekhiye, naujawani ki umar mein koi is qabil hota hi nahin ke woh koi rehnumai de,</w:t>
      </w:r>
    </w:p>
    <w:p>
      <w:pPr>
        <w:jc w:val="right"/>
      </w:pPr>
      <w:r>
        <w:t>ابن تیمیہ نے کتاب لکھی نوجوانی کی عمر میں، اسی کو حوالہ دیتے ہیں لوگ۔ دیکھیے، نوجوانی کی عمر میں کوئی اس قابل ہوتا ہی نہیں کہ وہ کوئی رہنمائی دے،</w:t>
      </w:r>
    </w:p>
    <w:p>
      <w:r>
        <w:rPr>
          <w:b/>
        </w:rPr>
        <w:t xml:space="preserve">[1:04:33] </w:t>
      </w:r>
      <w:r>
        <w:t>lead kare.</w:t>
      </w:r>
    </w:p>
    <w:p>
      <w:pPr>
        <w:jc w:val="right"/>
      </w:pPr>
      <w:r>
        <w:t>لیڈ کرے۔</w:t>
      </w:r>
    </w:p>
    <w:p>
      <w:r>
        <w:rPr>
          <w:b/>
        </w:rPr>
        <w:t xml:space="preserve">[1:04:37] </w:t>
      </w:r>
      <w:r>
        <w:t>maturity ki age age tak pahunchne se pehle aadmi ko sirf padhna chahiye, mutala karna chahiye, apne ko tayyar karna chahiye. yani chalis saal ke baad hi aadmi ko chahiye ke woh koi aisi tehreek chalaye ya aisi kitab likhe.</w:t>
      </w:r>
    </w:p>
    <w:p>
      <w:pPr>
        <w:jc w:val="right"/>
      </w:pPr>
      <w:r>
        <w:t>میچورٹی کی ایج ایج تک پہنچنے سے پہلے آدمی کو صرف پڑھنا چاہیے، مطالعہ کرنا چاہیے، اپنے کو تیار کرنا چاہیے۔ یعنی چالیس سال کے بعد ہی آدمی کو چاہیے کہ وہ کوئی ایسی تحریک چلائے یا ایسی کتاب لکھے۔</w:t>
      </w:r>
    </w:p>
    <w:p>
      <w:r>
        <w:rPr>
          <w:b/>
        </w:rPr>
        <w:t xml:space="preserve">[1:04:53] </w:t>
      </w:r>
      <w:r>
        <w:t>kyunki tamam paighambaron ko Allah taala ne chalis saal ki umar mein nabuwat di. to ibn taimiya ke jo peeron hain, unko sochna chahiye ke yeh to Allah ki hikmat ke khilaf hai,</w:t>
      </w:r>
    </w:p>
    <w:p>
      <w:pPr>
        <w:jc w:val="right"/>
      </w:pPr>
      <w:r>
        <w:t>کیونکہ تمام پیغمبروں کو اللہ تعالی نے چالیس سال کی عمر میں نبوت دی۔ تو ابن تیمیہ کے جو پیروں ہیں، ان کو سوچنا چاہیے کہ یہ تو اللہ کی حکمت کے خلاف ہے،</w:t>
      </w:r>
    </w:p>
    <w:p>
      <w:r>
        <w:rPr>
          <w:b/>
        </w:rPr>
        <w:t xml:space="preserve">[1:05:07] </w:t>
      </w:r>
      <w:r>
        <w:t>Allah ki hikmat ke khilaf hai. koi maturity ki age ko pehle pahunche baghair aisi kitab nahin daale, tehrikein chalaye.</w:t>
      </w:r>
    </w:p>
    <w:p>
      <w:pPr>
        <w:jc w:val="right"/>
      </w:pPr>
      <w:r>
        <w:t>اللہ کی حکمت کے خلاف ہے۔ کوئی میچورٹی کی ایج کو پہلے پہنچے بغیر ایسی کتاب نہیں ڈالے، تحریکیں چلائے۔</w:t>
      </w:r>
    </w:p>
    <w:p>
      <w:r>
        <w:rPr>
          <w:b/>
        </w:rPr>
        <w:t xml:space="preserve">[1:05:18] </w:t>
      </w:r>
      <w:r>
        <w:t>in logon ko phir se sochna chahiye. Maulana, agla sawal aaya hai tamil nadu se Maulana Iqbal Umri Sah</w:t>
      </w:r>
    </w:p>
    <w:p>
      <w:pPr>
        <w:jc w:val="right"/>
      </w:pPr>
      <w:r>
        <w:t>ان لوگوں کو پھر سے سوچنا چاہیے۔ مولانا، اگلا سوال آیا ہے تمل ناڈو سے مولانا اقبال عمری صاح</w:t>
      </w:r>
    </w:p>
    <w:p>
      <w:r>
        <w:rPr>
          <w:b/>
        </w:rPr>
        <w:t xml:space="preserve">[1:05:27] </w:t>
      </w:r>
      <w:r>
        <w:t>b ka. unhon ne aapse poocha hai ke Quran aur hadith ki hifazat ka zimma Khuda ne khud liya, magar tashrihat ki hifazat ka zimma kis ne liya hai?</w:t>
      </w:r>
    </w:p>
    <w:p>
      <w:pPr>
        <w:jc w:val="right"/>
      </w:pPr>
      <w:r>
        <w:t>ب کا۔ انہوں نے آپ سے پوچھا ہے کہ قرآن اور حدیث کی حفاظت کا ذمہ خدا نے خود لیا، مگر تشریحات کی حفاظت کا ذمہ کس نے لیا ہے؟</w:t>
      </w:r>
    </w:p>
    <w:p>
      <w:r>
        <w:rPr>
          <w:b/>
        </w:rPr>
        <w:t xml:space="preserve">[1:05:38] </w:t>
      </w:r>
      <w:r>
        <w:t>tashrihat? achha, kis ne liya hai? Allah ne liya hai. tashrihat mani commentary. to commentary ki hifazat Allah taala kaise lenge?</w:t>
      </w:r>
    </w:p>
    <w:p>
      <w:pPr>
        <w:jc w:val="right"/>
      </w:pPr>
      <w:r>
        <w:t>تشریحات؟ اچھا، کس نے لیا ہے؟ اللہ نے لیا ہے۔ تشریحات معنی کمنٹری۔ تو کمنٹری کی حفاظت اللہ تعالی کیسے لیں گے؟</w:t>
      </w:r>
    </w:p>
    <w:p>
      <w:r>
        <w:rPr>
          <w:b/>
        </w:rPr>
        <w:t xml:space="preserve">[1:05:50] </w:t>
      </w:r>
      <w:r>
        <w:t>yeh to insaan ki azadi ka mamla hai.</w:t>
      </w:r>
    </w:p>
    <w:p>
      <w:pPr>
        <w:jc w:val="right"/>
      </w:pPr>
      <w:r>
        <w:t>یہ تو انسان کی آزادی کا معاملہ ہے۔</w:t>
      </w:r>
    </w:p>
    <w:p>
      <w:r>
        <w:rPr>
          <w:b/>
        </w:rPr>
        <w:t xml:space="preserve">[1:05:54] </w:t>
      </w:r>
      <w:r>
        <w:t>insaan ki azadi ka phailao hai. commentary</w:t>
      </w:r>
    </w:p>
    <w:p>
      <w:pPr>
        <w:jc w:val="right"/>
      </w:pPr>
      <w:r>
        <w:t>انسان کی آزادی کا پھیلاؤ ہے۔ کمنٹری</w:t>
      </w:r>
    </w:p>
    <w:p>
      <w:r>
        <w:rPr>
          <w:b/>
        </w:rPr>
        <w:t xml:space="preserve">[1:05:59] </w:t>
      </w:r>
      <w:r>
        <w:t>text ka Allah taala ne mehfooz rakha hai. Quran ko commentary to aap ki azadi ka istemal hai. aap sahi bhi karen, galat bhi karenge. to tashrihat jo hain, jo commentaries hain,</w:t>
      </w:r>
    </w:p>
    <w:p>
      <w:pPr>
        <w:jc w:val="right"/>
      </w:pPr>
      <w:r>
        <w:t>ٹیکسٹ کا اللہ تعالی نے محفوظ رکھا ہے۔ قرآن کو کمنٹری تو آپ کی آزادی کا استعمال ہے۔ آپ صحیح بھی کریں، غلط بھی کریں گے۔ تو تشریحات جو ہیں، جو کمنٹریز ہیں،</w:t>
      </w:r>
    </w:p>
    <w:p>
      <w:r>
        <w:rPr>
          <w:b/>
        </w:rPr>
        <w:t xml:space="preserve">[1:06:13] </w:t>
      </w:r>
      <w:r>
        <w:t>jo tafaseer hain, jo kitabein likhenge, baad ko woh insaan ka apna amal hai.</w:t>
      </w:r>
    </w:p>
    <w:p>
      <w:pPr>
        <w:jc w:val="right"/>
      </w:pPr>
      <w:r>
        <w:t>جو تفسیریں ہیں، جو کتابیں لکھیں گے، بعد کو وہ انسان کا اپنا عمل ہے۔</w:t>
      </w:r>
    </w:p>
    <w:p>
      <w:r>
        <w:rPr>
          <w:b/>
        </w:rPr>
        <w:t xml:space="preserve">[1:06:20] </w:t>
      </w:r>
      <w:r>
        <w:t>woh iski hesiyat Quran ki nahin hai.</w:t>
      </w:r>
    </w:p>
    <w:p>
      <w:pPr>
        <w:jc w:val="right"/>
      </w:pPr>
      <w:r>
        <w:t>وہ اس کی حیثیت قرآن کی نہیں ہے۔</w:t>
      </w:r>
    </w:p>
    <w:p>
      <w:r>
        <w:rPr>
          <w:b/>
        </w:rPr>
        <w:t xml:space="preserve">[1:06:26] </w:t>
      </w:r>
      <w:r>
        <w:t>Maulana, agla sawal Delhi se hai Dr Najma Siddiqui ka. unhon ne likha hai: "how to persuade ulema to give correct fatwas about Islam to bring positive changes in the society?" ab yeh yeh jo jehd hum kar rahe hain, bahut se ulema is raste ko chhod kar ke hamare mission mein lag lag gaye hain.</w:t>
      </w:r>
    </w:p>
    <w:p>
      <w:pPr>
        <w:jc w:val="right"/>
      </w:pPr>
      <w:r>
        <w:t>مولانا، اگلا سوال دلی سے ہے ڈاکٹر نجمہ صدیقی کا۔ انہوں نے لکھا ہے: "ہاؤ ٹو پرسیو علماء ٹو گیو کریکٹ فتواس اباؤٹ اسلام ٹو برنگ پوزیٹیو چینجز ان دا سوسائٹی؟" اب یہ یہ جو جہد ہم کر رہے ہیں، بہت سے علماء اس راستے کو چھوڑ کر کے ہمارے مشن میں لگ لگ گئے ہیں۔</w:t>
      </w:r>
    </w:p>
    <w:p>
      <w:r>
        <w:rPr>
          <w:b/>
        </w:rPr>
        <w:t xml:space="preserve">[1:06:51] </w:t>
      </w:r>
      <w:r>
        <w:t>to dheere dheere hoga.</w:t>
      </w:r>
    </w:p>
    <w:p>
      <w:pPr>
        <w:jc w:val="right"/>
      </w:pPr>
      <w:r>
        <w:t>تو دھیرے دھیرے ہوگا۔</w:t>
      </w:r>
    </w:p>
    <w:p>
      <w:r>
        <w:rPr>
          <w:b/>
        </w:rPr>
        <w:t xml:space="preserve">[1:06:55] </w:t>
      </w:r>
      <w:r>
        <w:t>ek process already chal chuka hai ke ulema ko wahan se hatakar ke is raste par lane ka process.</w:t>
      </w:r>
    </w:p>
    <w:p>
      <w:pPr>
        <w:jc w:val="right"/>
      </w:pPr>
      <w:r>
        <w:t>ایک پراسیس الریڈی چل چکا ہے کہ علماء کو وہاں سے ہٹا کر کے اس راستے پر لانے کا پراسیس۔</w:t>
      </w:r>
    </w:p>
    <w:p>
      <w:r>
        <w:rPr>
          <w:b/>
        </w:rPr>
        <w:t xml:space="preserve">[1:07:05] </w:t>
      </w:r>
      <w:r>
        <w:t>to inshallah, abhi dekhiye, aaj kal kya hai? rozana subah ko main 6:30 par address karta hoon, 27 minute ke liye, rozana 6:30 morning ko.</w:t>
      </w:r>
    </w:p>
    <w:p>
      <w:pPr>
        <w:jc w:val="right"/>
      </w:pPr>
      <w:r>
        <w:t>تو انشاءاللہ، ابھی دیکھیے، آج کل کیا ہے؟ روزانہ صبح کو میں 6:30 پر ایڈریس کرتا ہوں، 27 منٹ کے لیے، روزانہ 6:30 مارننگ کو۔</w:t>
      </w:r>
    </w:p>
    <w:p>
      <w:r>
        <w:rPr>
          <w:b/>
        </w:rPr>
        <w:t xml:space="preserve">[1:07:20] </w:t>
      </w:r>
      <w:r>
        <w:t>aur bahut se ulema mukhtalif maqamat par baith kar telephone se sunte hain.</w:t>
      </w:r>
    </w:p>
    <w:p>
      <w:pPr>
        <w:jc w:val="right"/>
      </w:pPr>
      <w:r>
        <w:t>اور بہت سے علماء مختلف مقامات پر بیٹھ کر ٹیلی فون سے سنتے ہیں۔</w:t>
      </w:r>
    </w:p>
    <w:p>
      <w:r>
        <w:rPr>
          <w:b/>
        </w:rPr>
        <w:t xml:space="preserve">[1:07:26] </w:t>
      </w:r>
      <w:r>
        <w:t>ek sahab hain jo Mecca mein hain, ek sahab hain jo Madras mein hain, ek sahab hain jo Bangalore mein hain. to telephone ke zariye hum mein address karta hoon, telephone ke zariye sab log sunte hain.</w:t>
      </w:r>
    </w:p>
    <w:p>
      <w:pPr>
        <w:jc w:val="right"/>
      </w:pPr>
      <w:r>
        <w:t>ایک صاحب ہیں جو مکہ میں ہیں، ایک صاحب ہیں جو مدراس میں ہیں، ایک صاحب ہیں جو بنگلور میں ہیں۔ تو ٹیلی فون کے ذریعے ہم میں ایڈریس کرتا ہوں، ٹیلی فون کے ذریعے سب لوگ سنتے ہیں۔</w:t>
      </w:r>
    </w:p>
    <w:p>
      <w:r>
        <w:rPr>
          <w:b/>
        </w:rPr>
        <w:t xml:space="preserve">[1:07:41] </w:t>
      </w:r>
      <w:r>
        <w:t>phir isko woh woh record ko tayyar kar ke woh bhejte hain bahut se logon tak. yeh ulema kar rahe hain, yeh yeh daily yeh ho raha hai rozana morning mein subah 6:30 ko.</w:t>
      </w:r>
    </w:p>
    <w:p>
      <w:pPr>
        <w:jc w:val="right"/>
      </w:pPr>
      <w:r>
        <w:t>پھر اس کو وہ وہ ریکارڈ کو تیار کر کے وہ بھیجتے ہیں بہت سے لوگوں تک۔ یہ علماء کر رہے ہیں، یہ یہ ڈیلی یہ ہو رہا ہے روزانہ مارننگ میں صبح 6:30 کو۔</w:t>
      </w:r>
    </w:p>
    <w:p>
      <w:r>
        <w:rPr>
          <w:b/>
        </w:rPr>
        <w:t xml:space="preserve">[1:07:57] </w:t>
      </w:r>
      <w:r>
        <w:t>to yeh process chal raha hai, inshallah yeh aage badhega aur bahut se aur log judenge iske andar.</w:t>
      </w:r>
    </w:p>
    <w:p>
      <w:pPr>
        <w:jc w:val="right"/>
      </w:pPr>
      <w:r>
        <w:t>تو یہ پراسیس چل رہا ہے، انشاءاللہ یہ آگے بڑھے گا اور بہت سے اور لوگ جڑیں گے اس کے اندر۔</w:t>
      </w:r>
    </w:p>
    <w:p>
      <w:r>
        <w:rPr>
          <w:b/>
        </w:rPr>
        <w:t xml:space="preserve">[1:08:05] </w:t>
      </w:r>
      <w:r>
        <w:t>Maulana, unka ek aur sawal hai, unhon ne aapse poocha hai: "as you said, starting point is education. is it both secular and religious</w:t>
      </w:r>
    </w:p>
    <w:p>
      <w:pPr>
        <w:jc w:val="right"/>
      </w:pPr>
      <w:r>
        <w:t>مولانا، ان کا ایک اور سوال ہے، انہوں نے آپ سے پوچھا ہے: "ایز یو سیڈ، سٹارٹنگ پوائنٹ از ایجوکیشن۔ از اٹ بوتھ سیکولر اینڈ ریلیجیس</w:t>
      </w:r>
    </w:p>
    <w:p>
      <w:r>
        <w:rPr>
          <w:b/>
        </w:rPr>
        <w:t xml:space="preserve">[1:08:16] </w:t>
      </w:r>
      <w:r>
        <w:t>?" ya dono, dono,</w:t>
      </w:r>
    </w:p>
    <w:p>
      <w:pPr>
        <w:jc w:val="right"/>
      </w:pPr>
      <w:r>
        <w:t>؟" یا دونوں، دونوں،</w:t>
      </w:r>
    </w:p>
    <w:p>
      <w:r>
        <w:rPr>
          <w:b/>
        </w:rPr>
        <w:t xml:space="preserve">[1:08:22] </w:t>
      </w:r>
      <w:r>
        <w:t>donon lazman, donon. Warna agar donon mein se ek cheez bhi chhootay gi to</w:t>
      </w:r>
    </w:p>
    <w:p>
      <w:pPr>
        <w:jc w:val="right"/>
      </w:pPr>
      <w:r>
        <w:t>دونوں لازماً، دونوں۔ ورنہ اگر دونوں میں سے ایک چیز بھی چھوٹے گی تو</w:t>
      </w:r>
    </w:p>
    <w:p>
      <w:r>
        <w:rPr>
          <w:b/>
        </w:rPr>
        <w:t xml:space="preserve">[1:08:33] </w:t>
      </w:r>
      <w:r>
        <w:t>waise hi hoga jaise ke ke hum khana khalis chawal bharein, chawal se pait bharein to hum hamari sehat achhi nahi ho sakti.</w:t>
      </w:r>
    </w:p>
    <w:p>
      <w:pPr>
        <w:jc w:val="right"/>
      </w:pPr>
      <w:r>
        <w:t>ویسے ہی ہوگا جیسے کہ کہ ہم کھانا خالص چاول بھریں، چاول سے پیٹ بھریں تو ہم ہماری صحت اچھی نہیں ہو سکتی۔</w:t>
      </w:r>
    </w:p>
    <w:p>
      <w:r>
        <w:rPr>
          <w:b/>
        </w:rPr>
        <w:t xml:space="preserve">[1:08:42] </w:t>
      </w:r>
      <w:r>
        <w:t>kyun ke aap jante hain ke beans diet darkar hai. Beans diet na ho, ek hi cheez se bhare pait apna</w:t>
      </w:r>
    </w:p>
    <w:p>
      <w:pPr>
        <w:jc w:val="right"/>
      </w:pPr>
      <w:r>
        <w:t>کیونکہ آپ جانتے ہیں کہ بینز ڈاٹ درکار ہے۔ بینز ڈاٹ نہ ہو، ایک ہی چیز سے بھرے پیٹ اپنا</w:t>
      </w:r>
    </w:p>
    <w:p>
      <w:r>
        <w:rPr>
          <w:b/>
        </w:rPr>
        <w:t xml:space="preserve">[1:08:52] </w:t>
      </w:r>
      <w:r>
        <w:t>. Main report mein jab tha to ek sahib the, woh bechare andhe ho gaye the. Woh andhe to main ne poocha un se, bazahir tandrust the lekin andhe ho gaye the.</w:t>
      </w:r>
    </w:p>
    <w:p>
      <w:pPr>
        <w:jc w:val="right"/>
      </w:pPr>
      <w:r>
        <w:t>۔ میں راپور میں جب تھا تو ایک صاحب تھے، وہ بیچارے اندھے ہو گئے تھے۔ وہ اندھے تو میں نے پوچھا ان سے، بظاہر تندرست تھے لیکن اندھے ہو گئے تھے۔</w:t>
      </w:r>
    </w:p>
    <w:p>
      <w:r>
        <w:rPr>
          <w:b/>
        </w:rPr>
        <w:t xml:space="preserve">[1:09:03] </w:t>
      </w:r>
      <w:r>
        <w:t>to unhon ne kaha ke second world war ke zamane mein main anda supply karta tha military ko. To anda gaon se aata tha, tab yani poultry farm nahi hua karte the,</w:t>
      </w:r>
    </w:p>
    <w:p>
      <w:pPr>
        <w:jc w:val="right"/>
      </w:pPr>
      <w:r>
        <w:t>تو انہوں نے کہا کہ سیکنڈ ورلڈ وار کے زمانے میں میں انڈا سپلائی کرتا تھا ملٹری کو۔ تو انڈا گاؤں سے آتا تھا، تب یعنی پولٹری فارم نہیں ہوا کرتے تھے،</w:t>
      </w:r>
    </w:p>
    <w:p>
      <w:r>
        <w:rPr>
          <w:b/>
        </w:rPr>
        <w:t xml:space="preserve">[1:09:16] </w:t>
      </w:r>
      <w:r>
        <w:t>ab to poultry farm hai jagah jagah.</w:t>
      </w:r>
    </w:p>
    <w:p>
      <w:pPr>
        <w:jc w:val="right"/>
      </w:pPr>
      <w:r>
        <w:t>اب تو پولٹری فارم ہے جگہ جگہ۔</w:t>
      </w:r>
    </w:p>
    <w:p>
      <w:r>
        <w:rPr>
          <w:b/>
        </w:rPr>
        <w:t xml:space="preserve">[1:09:19] </w:t>
      </w:r>
      <w:r>
        <w:t>to gaon se anda aata tha to woh toot jata tha. To unhon ne kaha ke woh toote hue ande woh kha leta hai. To bohat se ek ek din mein 80 se ande kha gaya main.</w:t>
      </w:r>
    </w:p>
    <w:p>
      <w:pPr>
        <w:jc w:val="right"/>
      </w:pPr>
      <w:r>
        <w:t>تو گاؤں سے انڈا آتا تھا تو وہ ٹوٹ جاتا تھا۔ تو انہوں نے کہا کہ وہ ٹوٹے ہوئے انڈے وہ کھا لیتا ہے۔ تو بہت سے ایک ایک دن میں 80 سے انڈے کھا گیا میں۔</w:t>
      </w:r>
    </w:p>
    <w:p>
      <w:r>
        <w:rPr>
          <w:b/>
        </w:rPr>
        <w:t xml:space="preserve">[1:09:30] </w:t>
      </w:r>
      <w:r>
        <w:t>yani ek hi cheez khate rahe, anda, anda, anda, anda. To andhe ho gaye woh. To balance diet jis tarah zaroori hai, is tarah se balance education bhi zaroori hai.</w:t>
      </w:r>
    </w:p>
    <w:p>
      <w:pPr>
        <w:jc w:val="right"/>
      </w:pPr>
      <w:r>
        <w:t>یعنی ایک ہی چیز کھاتے رہے، انڈا، انڈا، انڈا، انڈا۔ تو اندھے ہو گئے وہ۔ تو بیلنس ڈائٹ جس طرح ضروری ہے، اس طرح سے بیلنس ایجوکیشن بھی ضروری ہے۔</w:t>
      </w:r>
    </w:p>
    <w:p>
      <w:r>
        <w:rPr>
          <w:b/>
        </w:rPr>
        <w:t xml:space="preserve">[1:09:43] </w:t>
      </w:r>
      <w:r>
        <w:t>main khud bhi dekhiye, meri taleem madrasay mein hui, us ke baad main bees baras tak sirf angrezi parta raha, ek dam andha dhund angrezi parta raha.</w:t>
      </w:r>
    </w:p>
    <w:p>
      <w:pPr>
        <w:jc w:val="right"/>
      </w:pPr>
      <w:r>
        <w:t>میں خود بھی دیکھیے، میری تعلیم مدرسے میں ہوئی، اس کے بعد میں بیس برس تک صرف انگریزی پڑھتا رہا، ایک دم اندھا دھند انگریزی پڑھتا رہا۔</w:t>
      </w:r>
    </w:p>
    <w:p>
      <w:r>
        <w:rPr>
          <w:b/>
        </w:rPr>
        <w:t xml:space="preserve">[1:09:56] </w:t>
      </w:r>
      <w:r>
        <w:t>tab main ne dunya ko bhi jana aur Islam ko bhi jana. Yeh to donon cheezein zaroori hain.</w:t>
      </w:r>
    </w:p>
    <w:p>
      <w:pPr>
        <w:jc w:val="right"/>
      </w:pPr>
      <w:r>
        <w:t>تب میں نے دنیا کو بھی جانا اور اسلام کو بھی جانا۔ یہ تو دونوں چیزیں ضروری ہیں۔</w:t>
      </w:r>
    </w:p>
    <w:p>
      <w:r>
        <w:rPr>
          <w:b/>
        </w:rPr>
        <w:t xml:space="preserve">[1:10:05] </w:t>
      </w:r>
      <w:r>
        <w:t>Maulana, agla sawal Dilli se hai Ahmed sahib ne poocha hai,</w:t>
      </w:r>
    </w:p>
    <w:p>
      <w:pPr>
        <w:jc w:val="right"/>
      </w:pPr>
      <w:r>
        <w:t>مولانا، اگلا سوال دلی سے ہے احمد صاحب نے پوچھا ہے،</w:t>
      </w:r>
    </w:p>
    <w:p>
      <w:r>
        <w:rPr>
          <w:b/>
        </w:rPr>
        <w:t xml:space="preserve">[1:10:09] </w:t>
      </w:r>
      <w:r>
        <w:t>unhon ne likha hai: "Maulana sahib, kuch log kehte hain ke agar har aadmi khud se Quran ko samajh kar parhega to woh galat matlab nikale ga.</w:t>
      </w:r>
    </w:p>
    <w:p>
      <w:pPr>
        <w:jc w:val="right"/>
      </w:pPr>
      <w:r>
        <w:t>انہوں نے لکھا ہے: "مولانا صاحب، کچھ لوگ کہتے ہیں کہ اگر ہر آدمی خود سے قرآن کو سمجھ کر پڑھے گا تو وہ غلط مطلب نکالے گا۔</w:t>
      </w:r>
    </w:p>
    <w:p>
      <w:r>
        <w:rPr>
          <w:b/>
        </w:rPr>
        <w:t xml:space="preserve">[1:10:19] </w:t>
      </w:r>
      <w:r>
        <w:t>is liye Quran ko kisi ki guidance mein parhna chahiye." Yeh sab yeh sab jhooti baatein hain, shaitan sikhata hai. Main wohi kahunga: "Man batao, Quran o Hadees mein koi hawala do,</w:t>
      </w:r>
    </w:p>
    <w:p>
      <w:pPr>
        <w:jc w:val="right"/>
      </w:pPr>
      <w:r>
        <w:t>اس لیے قرآن کو کسی کی گائیڈنس میں پڑھنا چاہیے۔" یہ سب یہ سب جھوٹی باتیں ہیں، شیطان سکھاتا ہے۔ میں وہی کہوں گا: "من بتاؤ، قرآن و حدیث میں کوئی حوالہ دو،</w:t>
      </w:r>
    </w:p>
    <w:p>
      <w:r>
        <w:rPr>
          <w:b/>
        </w:rPr>
        <w:t xml:space="preserve">[1:10:36] </w:t>
      </w:r>
      <w:r>
        <w:t>Quran o Hadees mein koi hawala do."</w:t>
      </w:r>
    </w:p>
    <w:p>
      <w:pPr>
        <w:jc w:val="right"/>
      </w:pPr>
      <w:r>
        <w:t>قرآن و حدیث میں کوئی حوالہ دو۔"</w:t>
      </w:r>
    </w:p>
    <w:p>
      <w:r>
        <w:rPr>
          <w:b/>
        </w:rPr>
        <w:t xml:space="preserve">[1:10:39] </w:t>
      </w:r>
      <w:r>
        <w:t>Yeh sab jhooti baatein hain, shaitani baatein hain. Yeh sab hain, jab tak aap ke paas apni kisi baat ke liye Quran o Hadees se koi reference maujood na ho, tab tak koi jhoot samjha jayega us ko.</w:t>
      </w:r>
    </w:p>
    <w:p>
      <w:pPr>
        <w:jc w:val="right"/>
      </w:pPr>
      <w:r>
        <w:t>یہ سب جھوٹی باتیں ہیں، شیطانی باتیں ہیں۔ یہ سب ہیں، جب تک آپ کے پاس اپنی کسی بات کے لیے قرآن و حدیث سے کوئی ریفرنس موجود نہ ہو، تب تک کوئی جھوٹ سمجھا جائے گا اس کو۔</w:t>
      </w:r>
    </w:p>
    <w:p>
      <w:r>
        <w:rPr>
          <w:b/>
        </w:rPr>
        <w:t xml:space="preserve">[1:10:51] </w:t>
      </w:r>
      <w:r>
        <w:t>Aur aisa baat bolna bhi gunah hoga, gunah.</w:t>
      </w:r>
    </w:p>
    <w:p>
      <w:pPr>
        <w:jc w:val="right"/>
      </w:pPr>
      <w:r>
        <w:t>اور ایسا بات بولنا بھی گناہ ہوگا، گناہ۔</w:t>
      </w:r>
    </w:p>
    <w:p>
      <w:r>
        <w:rPr>
          <w:b/>
        </w:rPr>
        <w:t xml:space="preserve">[1:10:57] </w:t>
      </w:r>
      <w:r>
        <w:t>Maulana, agla sawal Dilli se hai Miss Tuti ne kiya hai,</w:t>
      </w:r>
    </w:p>
    <w:p>
      <w:pPr>
        <w:jc w:val="right"/>
      </w:pPr>
      <w:r>
        <w:t>مولانا، اگلا سوال دلی سے ہے مس طوطی نے کیا ہے،</w:t>
      </w:r>
    </w:p>
    <w:p>
      <w:r>
        <w:rPr>
          <w:b/>
        </w:rPr>
        <w:t xml:space="preserve">[1:11:01] </w:t>
      </w:r>
      <w:r>
        <w:t>unhon ne likha hai: "Why don't Muslims think that when Ulama has given fatwa to do shahadat, then the Ulama should himself do shahadat first to set an example, rather than instigating people to go for it?</w:t>
      </w:r>
    </w:p>
    <w:p>
      <w:pPr>
        <w:jc w:val="right"/>
      </w:pPr>
      <w:r>
        <w:t>انہوں نے لکھا ہے: "وائی ڈونٹ مسلمز تھنک دیٹ وین علماء ہیز گیون فتوی ٹو ڈو شہادت، دین دی علماء شوڈ ہم سیلف ڈو شہادت فرسٹ ٹو سیٹ این ایگزیمپل، ریدر دین انسٹیگیٹنگ پیپل ٹو گو فار اٹ؟</w:t>
      </w:r>
    </w:p>
    <w:p>
      <w:r>
        <w:rPr>
          <w:b/>
        </w:rPr>
        <w:t xml:space="preserve">[1:11:17] </w:t>
      </w:r>
      <w:r>
        <w:t>What is the reason for Muslims becoming close-minded?" Main khud yeh yeh sochta hoon, aksar</w:t>
      </w:r>
    </w:p>
    <w:p>
      <w:pPr>
        <w:jc w:val="right"/>
      </w:pPr>
      <w:r>
        <w:t>واٹ از دا ریزن فار مسلمز بیکمنگ کلوز مائنڈڈ؟" میں خود یہ یہ سوچتا ہوں، اکثر</w:t>
      </w:r>
    </w:p>
    <w:p>
      <w:r>
        <w:rPr>
          <w:b/>
        </w:rPr>
        <w:t xml:space="preserve">[1:11:25] </w:t>
      </w:r>
      <w:r>
        <w:t>logon se poochta bhi hoon ke jo log tum ko marwa rahe hain, woh khud un ke bete kyun nahi marte? Yeh baat bohat se logon ne poocha.</w:t>
      </w:r>
    </w:p>
    <w:p>
      <w:pPr>
        <w:jc w:val="right"/>
      </w:pPr>
      <w:r>
        <w:t>لوگوں سے پوچھتا بھی ہوں کہ جو لوگ تم کو مروا رہے ہیں، وہ خود ان کے بیٹے کیوں نہیں مرتے؟ یہ بات بہت سے لوگوں نے پوچھی۔</w:t>
      </w:r>
    </w:p>
    <w:p>
      <w:r>
        <w:rPr>
          <w:b/>
        </w:rPr>
        <w:t xml:space="preserve">[1:11:34] </w:t>
      </w:r>
      <w:r>
        <w:t>Main ne un ka koi jawab nahi hota un ke paas. Har jagah qissa hai yahi, yeh Kashmir mein hai, yeh Palestine mein hai. Khud apne beton ko log settle kiye hue hain America, Europe mein.</w:t>
      </w:r>
    </w:p>
    <w:p>
      <w:pPr>
        <w:jc w:val="right"/>
      </w:pPr>
      <w:r>
        <w:t>میں نے ان کا کوئی جواب نہیں ہوتا ان کے پاس۔ ہر جگہ قصہ ہے یہی، یہ کشمیر میں ہے، یہ فلسطین میں ہے۔ خود اپنے بیٹوں کو لوگ سیٹل کیے ہوئے ہیں امریکہ، یورپ میں۔</w:t>
      </w:r>
    </w:p>
    <w:p>
      <w:r>
        <w:rPr>
          <w:b/>
        </w:rPr>
        <w:t xml:space="preserve">[1:11:46] </w:t>
      </w:r>
      <w:r>
        <w:t>Aur doosra kehte hain ke bomb maro, gun maro.</w:t>
      </w:r>
    </w:p>
    <w:p>
      <w:pPr>
        <w:jc w:val="right"/>
      </w:pPr>
      <w:r>
        <w:t>اور دوسرا کہتے ہیں کہ بم مارو، گن مارو۔</w:t>
      </w:r>
    </w:p>
    <w:p>
      <w:r>
        <w:rPr>
          <w:b/>
        </w:rPr>
        <w:t xml:space="preserve">[1:11:51] </w:t>
      </w:r>
      <w:r>
        <w:t>Yeh ajeeb o ghareeb qism ki baat hai. Yani double, yani yeh log in ke upar dohra zimmedari hai.</w:t>
      </w:r>
    </w:p>
    <w:p>
      <w:pPr>
        <w:jc w:val="right"/>
      </w:pPr>
      <w:r>
        <w:t>یہ عجیب و غریب قسم کی بات ہے۔ یعنی ڈبل، یعنی یہ لوگ ان کے اوپر دہرا ذمہ داری ہے۔</w:t>
      </w:r>
    </w:p>
    <w:p>
      <w:r>
        <w:rPr>
          <w:b/>
        </w:rPr>
        <w:t xml:space="preserve">[1:11:59] </w:t>
      </w:r>
      <w:r>
        <w:t>Allah taala ki double pakar ho gayi hai aise logon ki ke apne bachon ke liye tum jante the ke un ko bahar bhej kar education dilwao, aur doosre bachon ke liye marwate the.</w:t>
      </w:r>
    </w:p>
    <w:p>
      <w:pPr>
        <w:jc w:val="right"/>
      </w:pPr>
      <w:r>
        <w:t>اللہ تعالی کی ڈبل پکڑ ہو گئی ہے ایسے لوگوں کی کہ اپنے بچوں کے لیے تم جانتے تھے کہ ان کو باہر بھیج کر ایجوکیشن دلواؤ، اور دوسرے بچوں کے لیے مرواتے تھے۔</w:t>
      </w:r>
    </w:p>
    <w:p>
      <w:r>
        <w:rPr>
          <w:b/>
        </w:rPr>
        <w:t xml:space="preserve">[1:12:14] </w:t>
      </w:r>
      <w:r>
        <w:t>Lekin logon ne apne fatwon aur taqwon se logon ko itna zyada bharka rakha hai, itna bharka rakha hai, andha dhund bana diya hai. Andha to soch nahi paate ke un ke bete kyun nahi marte hamare sath?</w:t>
      </w:r>
    </w:p>
    <w:p>
      <w:pPr>
        <w:jc w:val="right"/>
      </w:pPr>
      <w:r>
        <w:t>لیکن لوگوں نے اپنے فتووں اور تقویوں سے لوگوں کو اتنا زیادہ بھڑکا رکھا ہے، اتنا بھڑکا رکھا ہے، اندھے بندھا بنا دیا ہے۔ اندھا تو سوچ نہیں پاتے کہ ان کے بیٹے کیوں نہیں مرتے ہمارے ساتھ؟</w:t>
      </w:r>
    </w:p>
    <w:p>
      <w:r>
        <w:rPr>
          <w:b/>
        </w:rPr>
        <w:t xml:space="preserve">[1:12:26] </w:t>
      </w:r>
      <w:r>
        <w:t>un ke bete europe, america mein ja ke parhte kyon hain? yeh soch nahin paate andhe pan ki wajah se.</w:t>
      </w:r>
    </w:p>
    <w:p>
      <w:pPr>
        <w:jc w:val="right"/>
      </w:pPr>
      <w:r>
        <w:t>ان کے بیٹے یورپ، امریکہ میں جا کے پڑھتے کیوں ہیں؟ یہ سوچ نہیں پاتے اندھے پن کی وجہ سے۔</w:t>
      </w:r>
    </w:p>
    <w:p>
      <w:r>
        <w:rPr>
          <w:b/>
        </w:rPr>
        <w:t xml:space="preserve">[1:12:37] </w:t>
      </w:r>
      <w:r>
        <w:t>lekin ab aql aa rahi hai, ab inshallah. mislan kashmir mein dekhiye, inhi logon ke baaton se main aa kar kashmirion ne military chalai thi.</w:t>
      </w:r>
    </w:p>
    <w:p>
      <w:pPr>
        <w:jc w:val="right"/>
      </w:pPr>
      <w:r>
        <w:t>لیکن اب عقل آ رہی ہے، اب انشاءاللہ۔ مثلاً کشمیر میں دیکھیے، انہی لوگوں کے باتوں سے میں آ کر کشمیروں نے ملٹری چلائی تھی۔</w:t>
      </w:r>
    </w:p>
    <w:p>
      <w:r>
        <w:rPr>
          <w:b/>
        </w:rPr>
        <w:t xml:space="preserve">[1:12:47] </w:t>
      </w:r>
      <w:r>
        <w:t>ek lakh hadi mar gaye, ab kashmirion ki aql aa gayi hai. ab woh abhi aap ne parha hoga akhbaron mein ke britain, france aur germany ne apne haan ban laga rakha tha ke woh koi kashmir na jaye tourism ke liye.</w:t>
      </w:r>
    </w:p>
    <w:p>
      <w:pPr>
        <w:jc w:val="right"/>
      </w:pPr>
      <w:r>
        <w:t>ایک لاکھ ہادی مر گئے، اب کشمیروں کی عقل آ گئی ہے۔ اب وہ ابھی آپ نے پڑھا ہوگا اخباروں میں کہ برٹن، فرانس اور جرمنی نے اپنے ہاں بین لگا رکھا تھا کہ وہ کوئی کشمیر نہ جائے ٹورزم کے لیے۔</w:t>
      </w:r>
    </w:p>
    <w:p>
      <w:r>
        <w:rPr>
          <w:b/>
        </w:rPr>
        <w:t xml:space="preserve">[1:13:02] </w:t>
      </w:r>
      <w:r>
        <w:t>ab unhon ne utha liya ban, kehte hain ke ab woh halaat badal gaye hain.</w:t>
      </w:r>
    </w:p>
    <w:p>
      <w:pPr>
        <w:jc w:val="right"/>
      </w:pPr>
      <w:r>
        <w:t>اب انہوں نے اٹھا لیا بین، کہتے ہیں کہ اب وہ حالات بدل گئے ہیں۔</w:t>
      </w:r>
    </w:p>
    <w:p>
      <w:r>
        <w:rPr>
          <w:b/>
        </w:rPr>
        <w:t xml:space="preserve">[1:13:07] </w:t>
      </w:r>
      <w:r>
        <w:t>aise hi inshallah har jagah hoga.</w:t>
      </w:r>
    </w:p>
    <w:p>
      <w:pPr>
        <w:jc w:val="right"/>
      </w:pPr>
      <w:r>
        <w:t>ایسے ہی انشاءاللہ ہر جگہ ہوگا۔</w:t>
      </w:r>
    </w:p>
    <w:p>
      <w:r>
        <w:rPr>
          <w:b/>
        </w:rPr>
        <w:t xml:space="preserve">[1:13:12] </w:t>
      </w:r>
      <w:r>
        <w:t>maulana, agla sawal dilli se hai miss naghma siddiqui ne kiya hai, unhon ne likha hai: "muslims of today admit that quran and sunnah are source books, but are not ready to leave later books and interpretations.</w:t>
      </w:r>
    </w:p>
    <w:p>
      <w:pPr>
        <w:jc w:val="right"/>
      </w:pPr>
      <w:r>
        <w:t>مولانا، اگلا سوال دلی سے ہے مس نغمہ صدیقی نے کیا ہے، انہوں نے لکھا ہے: "مسلمز آف ٹوڈے ایڈمٹ دیٹ قرآن اینڈ سنت آر سورس بکس، بٹ آر ناٹ ریڈی ٹو لیو لیٹر بکس اینڈ انٹرپریٹیشنز۔</w:t>
      </w:r>
    </w:p>
    <w:p>
      <w:r>
        <w:rPr>
          <w:b/>
        </w:rPr>
        <w:t xml:space="preserve">[1:13:28] </w:t>
      </w:r>
      <w:r>
        <w:t>how can they be made to understand?" kya matlab</w:t>
      </w:r>
    </w:p>
    <w:p>
      <w:pPr>
        <w:jc w:val="right"/>
      </w:pPr>
      <w:r>
        <w:t>ہاؤ کین دے بی میڈ ٹو انڈرسٹینڈ؟" کیا مطلب</w:t>
      </w:r>
    </w:p>
    <w:p>
      <w:r>
        <w:rPr>
          <w:b/>
        </w:rPr>
        <w:t xml:space="preserve">[1:13:33] </w:t>
      </w:r>
      <w:r>
        <w:t>ke maulana? woh yeh to mante hain ke jo source ki kitabein hain, woh quran aur sunnah hain, lekin woh baad ki jo kitabein hain, un ko chhod chhodne ke liye aur un ki interpretations ko chhodne ke liye tayyar nahin hain.</w:t>
      </w:r>
    </w:p>
    <w:p>
      <w:pPr>
        <w:jc w:val="right"/>
      </w:pPr>
      <w:r>
        <w:t>کہ مولانا؟ وہ یہ تو مانتے ہیں کہ جو سورس کی کتابیں ہیں، وہ قرآن اور سنت ہیں، لیکن وہ بعد کی جو کتابیں ہیں، ان کو چھوڑ چھوڑنے کے لیے اور ان کی انٹرپریٹیشنز کو چھوڑنے کے لیے تیار نہیں ہیں۔</w:t>
      </w:r>
    </w:p>
    <w:p>
      <w:r>
        <w:rPr>
          <w:b/>
        </w:rPr>
        <w:t xml:space="preserve">[1:13:44] </w:t>
      </w:r>
      <w:r>
        <w:t>to ab woh lip service ke taur par kehte hain: "lip service har jagah aap jaiye, quran ki tilawat to khoob hoti hai." amalan sara jo un ki zindagi ka raqsa hai, woh sab chalta hai inhi fiqh ki kitabon par, fatwon par, baad ke ulama ke upar.</w:t>
      </w:r>
    </w:p>
    <w:p>
      <w:pPr>
        <w:jc w:val="right"/>
      </w:pPr>
      <w:r>
        <w:t>تو اب وہ لپ سروس کے طور پر کہتے ہیں: "لپ سروس ہر جگہ آپ جائیے، قرآن کی تلاوت تو خوب ہوتی ہے۔" عملاً سارا جو ان کی زندگی کا رقصہ ہے، وہ سب چلتا ہے انہی فقہ کی کتابوں پر، فتووں پر، بعد کے علماء کے اوپر۔</w:t>
      </w:r>
    </w:p>
    <w:p>
      <w:r>
        <w:rPr>
          <w:b/>
        </w:rPr>
        <w:t xml:space="preserve">[1:14:03] </w:t>
      </w:r>
      <w:r>
        <w:t>har jagah yeh qissa hai madrason mein, masjidon mein aap jaiye ke khane ke liye to yeh kehte hain, lekin un ki jo practice hai, woh is par nahin hai.</w:t>
      </w:r>
    </w:p>
    <w:p>
      <w:pPr>
        <w:jc w:val="right"/>
      </w:pPr>
      <w:r>
        <w:t>ہر جگہ یہ قصہ ہے مدرسوں میں، مسجدوں میں آپ جائیے کہ کھانے کے لیے تو یہ کہتے ہیں، لیکن ان کی جو پریکٹس ہے، وہ اس پر نہیں ہے۔</w:t>
      </w:r>
    </w:p>
    <w:p>
      <w:r>
        <w:rPr>
          <w:b/>
        </w:rPr>
        <w:t xml:space="preserve">[1:14:13] </w:t>
      </w:r>
      <w:r>
        <w:t>practice isi par hai yaani fiqh se lete hain islam, ulama se fatwon se lete hain islam, inhi ko reference, inhi ko refer karte hain.</w:t>
      </w:r>
    </w:p>
    <w:p>
      <w:pPr>
        <w:jc w:val="right"/>
      </w:pPr>
      <w:r>
        <w:t>پریکٹس اسی پر ہے یعنی فقہ سے لیتے ہیں اسلام، علماء سے فتووں سے لیتے ہیں اسلام، انہی کو ریفرنس، انہی کو ریفر کرتے ہیں۔</w:t>
      </w:r>
    </w:p>
    <w:p>
      <w:r>
        <w:rPr>
          <w:b/>
        </w:rPr>
        <w:t xml:space="preserve">[1:14:22] </w:t>
      </w:r>
      <w:r>
        <w:t>woh</w:t>
      </w:r>
    </w:p>
    <w:p>
      <w:pPr>
        <w:jc w:val="right"/>
      </w:pPr>
      <w:r>
        <w:t>وہ</w:t>
      </w:r>
    </w:p>
    <w:p>
      <w:r>
        <w:rPr>
          <w:b/>
        </w:rPr>
        <w:t xml:space="preserve">[1:14:26] </w:t>
      </w:r>
      <w:r>
        <w:t>maulana, agla sawal dilli se hai shah imran hasan sahib ka</w:t>
      </w:r>
    </w:p>
    <w:p>
      <w:pPr>
        <w:jc w:val="right"/>
      </w:pPr>
      <w:r>
        <w:t>مولانا، اگلا سوال دلی سے ہے شاہ عمران حسن صاحب کا</w:t>
      </w:r>
    </w:p>
    <w:p>
      <w:r>
        <w:rPr>
          <w:b/>
        </w:rPr>
        <w:t xml:space="preserve">[1:14:30] </w:t>
      </w:r>
      <w:r>
        <w:t>, unhon ne likha hai: "main ek saptah ajmer khwaja moinuddin chishti ki dargah par gaya. mujhe yeh dekh kar atyant aashcharya hua ke ek khuda ko manane wale musalman khwaja garib nawaz ko sajda kar rahe hain.</w:t>
      </w:r>
    </w:p>
    <w:p>
      <w:pPr>
        <w:jc w:val="right"/>
      </w:pPr>
      <w:r>
        <w:t>، انہوں نے لکھا ہے: "میں ایک سفتہ اجمیر خواجہ معین الدین چشتی کی درگاہ پر گیا۔ مجھے یہ دیکھ کر اत्यंत آಶ್چر્ય ہوا کہ ایک خدا کو ماننے والے مسلمان خواجہ غریب نواز کو سجدہ کر رہے ہیں۔</w:t>
      </w:r>
    </w:p>
    <w:p>
      <w:r>
        <w:rPr>
          <w:b/>
        </w:rPr>
        <w:t xml:space="preserve">[1:14:46] </w:t>
      </w:r>
      <w:r>
        <w:t>mera poochna yeh hai ke bharat mein dargah culture ki sthapna kis tarah hui? tatha islam dharm mein dargah aur auliya ka kya maqam hai?</w:t>
      </w:r>
    </w:p>
    <w:p>
      <w:pPr>
        <w:jc w:val="right"/>
      </w:pPr>
      <w:r>
        <w:t>میرا پوچھنا یہ ہے کہ بھارت میں درگاہ کلچر کی स्थापना کس طرح ہوئی؟ तथा اسلام دھرم میں درگاہ اور اولیاء کا کیا مقام ہے؟</w:t>
      </w:r>
    </w:p>
    <w:p>
      <w:r>
        <w:rPr>
          <w:b/>
        </w:rPr>
        <w:t xml:space="preserve">[1:14:57] </w:t>
      </w:r>
      <w:r>
        <w:t>kripa karke is sandarbh mein apna vichar vyakt karen." dekhiye, yeh hinduized islam hai. yeh</w:t>
      </w:r>
    </w:p>
    <w:p>
      <w:pPr>
        <w:jc w:val="right"/>
      </w:pPr>
      <w:r>
        <w:t>कृپا کر کے اس संदर्भ میں اپنا ਵਿਚار व्यक्त کریں۔" دیکھیے، یہ ہند وائز اسلام ہے۔ یہ</w:t>
      </w:r>
    </w:p>
    <w:p>
      <w:r>
        <w:rPr>
          <w:b/>
        </w:rPr>
        <w:t xml:space="preserve">[1:15:06] </w:t>
      </w:r>
      <w:r>
        <w:t>wahi phenomenon yahan hua jo maine arz kiya ke arab mein ke hindu jo convert hue, india mein dekhiye, mass conversion hua.</w:t>
      </w:r>
    </w:p>
    <w:p>
      <w:pPr>
        <w:jc w:val="right"/>
      </w:pPr>
      <w:r>
        <w:t>وہی فیناومینا یہاں ہوا جو میں نے عرض کیا کہ عرب میں کہ ہندو جو کنورٹ ہوئے، انڈیا میں دیکھیے، ماس کنورژن ہوا۔</w:t>
      </w:r>
    </w:p>
    <w:p>
      <w:r>
        <w:rPr>
          <w:b/>
        </w:rPr>
        <w:t xml:space="preserve">[1:15:15] </w:t>
      </w:r>
      <w:r>
        <w:t>aap jante hain, sufiyon ke zamane mein india mein mass conversion hua to un ki tibbat kuch hui nahin.</w:t>
      </w:r>
    </w:p>
    <w:p>
      <w:pPr>
        <w:jc w:val="right"/>
      </w:pPr>
      <w:r>
        <w:t>آپ جانتے ہیں، صوفیوں کے زمانے میں انڈیا میں ماس کنورژن ہوا تو ان کی طیبت کچھ ہوئی نہیں۔</w:t>
      </w:r>
    </w:p>
    <w:p>
      <w:r>
        <w:rPr>
          <w:b/>
        </w:rPr>
        <w:t xml:space="preserve">[1:15:24] </w:t>
      </w:r>
      <w:r>
        <w:t>is liye mindset ke sath woh musalmanon mein dakhil ho gaye.</w:t>
      </w:r>
    </w:p>
    <w:p>
      <w:pPr>
        <w:jc w:val="right"/>
      </w:pPr>
      <w:r>
        <w:t>اس لیے مائنڈ سیٹ کے ساتھ وہ مسلمانوں میں داخل ہو گئے۔</w:t>
      </w:r>
    </w:p>
    <w:p>
      <w:r>
        <w:rPr>
          <w:b/>
        </w:rPr>
        <w:t xml:space="preserve">[1:15:30] </w:t>
      </w:r>
      <w:r>
        <w:t>to isi ko unhon ne yaani hindu rivajon ko unhon ne islamize kar ke yahan raij kar diya. main ek martaba gaya tha wahan par yaani rishikesh to ek sahib mujhe dikha rahe the to yeh jagah bahut se khade hue the deewaron ke paas, aise but aise hi bithaye hue the.</w:t>
      </w:r>
    </w:p>
    <w:p>
      <w:pPr>
        <w:jc w:val="right"/>
      </w:pPr>
      <w:r>
        <w:t>تو اسی کو انہوں نے یعنی ہندو رواجوں کو انہوں نے اسلامائز کر کے یہاں رائج کر دیا۔ میں ایک مرتبہ گیا تھا وہاں پر یعنی رشیکیش تو ایک صاحب مجھے دکھا رہے تھے تو یہ جگہ بت بہت سے کھڑے ہوئے تھے دیواروں کے پاس، ایسے بت ایسے ہی بٹھائے ہوئے تھے۔</w:t>
      </w:r>
    </w:p>
    <w:p>
      <w:r>
        <w:rPr>
          <w:b/>
        </w:rPr>
        <w:t xml:space="preserve">[1:15:53] </w:t>
      </w:r>
      <w:r>
        <w:t>to is ko dekh kar unhon ne hanste hue kaha ke dekhiye, musalmanon mein hinduo mein kya farq hai?</w:t>
      </w:r>
    </w:p>
    <w:p>
      <w:pPr>
        <w:jc w:val="right"/>
      </w:pPr>
      <w:r>
        <w:t>تو اس کو دیکھ کر انہوں نے ہنستے ہوئے کہا کہ دیکھیے، مسلمانوں میں ہندوؤں میں کیا فرق ہے؟</w:t>
      </w:r>
    </w:p>
    <w:p>
      <w:r>
        <w:rPr>
          <w:b/>
        </w:rPr>
        <w:t xml:space="preserve">[1:15:59] </w:t>
      </w:r>
      <w:r>
        <w:t>hum khada kar poochte hain, aap lita kar poochte hain. matlab qabr, darg, dargah mein jo qabr hai, wahan buddhu leta hua hai, us ko aap pooch rahe hain.</w:t>
      </w:r>
    </w:p>
    <w:p>
      <w:pPr>
        <w:jc w:val="right"/>
      </w:pPr>
      <w:r>
        <w:t>ہم کھڑا کر پوچھتے ہیں، آپ لٹا کر پوچھتے ہیں۔ مطلب قبر، درگ، درگاہ میں جو قبر ہے، وہاں بدھو لیٹا ہوا ہے، اس کو آپ پوچھ رہے ہیں۔</w:t>
      </w:r>
    </w:p>
    <w:p>
      <w:r>
        <w:rPr>
          <w:b/>
        </w:rPr>
        <w:t xml:space="preserve">[1:16:10] </w:t>
      </w:r>
      <w:r>
        <w:t>to unhon ne kaha ke hum khada kar pooch rahe hain, aap lita kar poochte hain. to yeh yeh islam nahin hai. yeh converted jo hindu the, unhon ne aa kar ke pichhle mindset ke mutabiq kiya, wahi sab chala diya.</w:t>
      </w:r>
    </w:p>
    <w:p>
      <w:pPr>
        <w:jc w:val="right"/>
      </w:pPr>
      <w:r>
        <w:t>تو انہوں نے کہا کہ ہم کھڑا کر پوچھ رہے ہیں، آپ لٹا کر پوچھتے ہیں۔ تو یہ یہ اسلام نہیں ہے۔ یہ کنورٹڈ جو ہندو تھے، انہوں نے آ کر کے پچھلے مائنڈ سیٹ کے مطابق کیا، وہی سب چلا دیا۔</w:t>
      </w:r>
    </w:p>
    <w:p>
      <w:r>
        <w:rPr>
          <w:b/>
        </w:rPr>
        <w:t xml:space="preserve">[1:16:25] </w:t>
      </w:r>
      <w:r>
        <w:t>aur un logon ki tarbiyat thi nahin. sufiyon ke haan ka tarbiyat, tarbiyat, tarbiyat koi nizam nahin tha.</w:t>
      </w:r>
    </w:p>
    <w:p>
      <w:pPr>
        <w:jc w:val="right"/>
      </w:pPr>
      <w:r>
        <w:t>اور ان لوگوں کی تربیت تھی نہیں۔ صوفیاء کے ہاں کا تربیت، تربیت، تربیت کوئی نظام نہیں تھا۔</w:t>
      </w:r>
    </w:p>
    <w:p>
      <w:r>
        <w:rPr>
          <w:b/>
        </w:rPr>
        <w:t xml:space="preserve">[1:16:30] </w:t>
      </w:r>
      <w:r>
        <w:t>sufiyon ke zariye se mass conversion hua, phir sufiyon ne un ki taleem, tarbiyat ka koi intezam kiya nahin. to is ke aaj tak is ke hum bhagat rahe hain.</w:t>
      </w:r>
    </w:p>
    <w:p>
      <w:pPr>
        <w:jc w:val="right"/>
      </w:pPr>
      <w:r>
        <w:t>صوفیاء کے ذریعے سے ماس کنورژن ہوا، پھر صوفیاء نے ان کی تعلیم، تربیت کا کوئی انتظام کیا نہیں۔ تو اس کے آج تک اس کے ہم بھگت رہے ہیں۔</w:t>
      </w:r>
    </w:p>
    <w:p>
      <w:r>
        <w:rPr>
          <w:b/>
        </w:rPr>
        <w:t xml:space="preserve">[1:16:42] </w:t>
      </w:r>
      <w:r>
        <w:t>is ko isi liye mein education pe zor deta hoon, siwa education ke aur koi hamare paas starting point nahi hai.</w:t>
      </w:r>
    </w:p>
    <w:p>
      <w:pPr>
        <w:jc w:val="right"/>
      </w:pPr>
      <w:r>
        <w:t>اس کو اسی لیے میں ایجوکیشن پہ زور دیتا ہوں، سوا ایجوکیشن کے اور کوئی ہمارے پاس سٹارٹنگ پوائنٹ نہیں ہے۔</w:t>
      </w:r>
    </w:p>
    <w:p>
      <w:r>
        <w:rPr>
          <w:b/>
        </w:rPr>
        <w:t xml:space="preserve">[1:16:53] </w:t>
      </w:r>
      <w:r>
        <w:t>maulana, agla sawal dilli se hai muhammad ans sahib</w:t>
      </w:r>
    </w:p>
    <w:p>
      <w:pPr>
        <w:jc w:val="right"/>
      </w:pPr>
      <w:r>
        <w:t>مولانا، اگلا سوال دلی سے ہے محمد انس صاحب</w:t>
      </w:r>
    </w:p>
    <w:p>
      <w:r>
        <w:rPr>
          <w:b/>
        </w:rPr>
        <w:t xml:space="preserve">[1:16:57] </w:t>
      </w:r>
      <w:r>
        <w:t>ka, unhon ne likha hai: "maulana, jaisay ke kaha jata hai ke char imamon mein se kisi aik ko follow karna zaroori hai, is ke baray mein aap kya kahengay?" nahi, dekhiye, is par hum ne kitaab likhi hai, bohat tafseel ke sath, aap parh li jiye.</w:t>
      </w:r>
    </w:p>
    <w:p>
      <w:pPr>
        <w:jc w:val="right"/>
      </w:pPr>
      <w:r>
        <w:t>کا، انہوں نے لکھا ہے: "مولانا، جیسے کہ کہا جاتا ہے کہ چار اماموں میں سے کسی ایک کو فالو کرنا ضروری ہے، اس کے بارے میں آپ کیا کہیں گے؟" نہیں، دیکھیے، اس پر ہم نے کتاب لکھی ہے، بہت تفصیل کے ساتھ، آپ پڑھ لیجئے۔</w:t>
      </w:r>
    </w:p>
    <w:p>
      <w:r>
        <w:rPr>
          <w:b/>
        </w:rPr>
        <w:t xml:space="preserve">[1:17:15] </w:t>
      </w:r>
      <w:r>
        <w:t>tajdeed deen isi maslay par hai, woh isi maslay par. is ko parhnay ke baad phir koi sawal ho to aap kijiye, abhi to aap parhein, is kitaab ko parhiye.</w:t>
      </w:r>
    </w:p>
    <w:p>
      <w:pPr>
        <w:jc w:val="right"/>
      </w:pPr>
      <w:r>
        <w:t>تجدید دین اسی مسئلے پر ہے، وہ اسی مسئلے پر۔ اس کو پڑھنے کے بعد پھر کوئی سوال ہو تو آپ کیجئے، ابھی تو آپ پڑھیں، اس کتاب کو پڑھیے۔</w:t>
      </w:r>
    </w:p>
    <w:p>
      <w:r>
        <w:rPr>
          <w:b/>
        </w:rPr>
        <w:t xml:space="preserve">[1:17:26] </w:t>
      </w:r>
      <w:r>
        <w:t>tajdeed deen aap ko wahan mil jaye gi, yeh neechay aap jayengay to is ko parhiye. maulana, un ka aik aur sawal hai, unhon ne poocha hai: "aap ne bataya ke hitler ne kaha hai ke ab jang se koi faida nahi, phir bhi yeh log kyun dunya mein war culture chalaye hue hain?" to shaitan to hamesha hamesha logon ko uksata rahe ga.</w:t>
      </w:r>
    </w:p>
    <w:p>
      <w:pPr>
        <w:jc w:val="right"/>
      </w:pPr>
      <w:r>
        <w:t>تجدید دین آپ کو وہاں مل جائے گی، یہ نیچے آپ جائیں گے تو اس کو پڑھیے۔ مولانا، ان کا ایک اور سوال ہے، انہوں نے پوچھا ہے: "آپ نے بتایا کہ ہٹلر نے کہا ہے کہ اب جنگ سے کوئی فائدہ نہیں، پھر بھی یہ لوگ کیوں دنیا میں وار کلچر چلائے ہوئے ہیں؟" تو شیطان تو ہمیشہ ہمیشہ لوگوں کو اکساتا رہے گا۔</w:t>
      </w:r>
    </w:p>
    <w:p>
      <w:r>
        <w:rPr>
          <w:b/>
        </w:rPr>
        <w:t xml:space="preserve">[1:17:52] </w:t>
      </w:r>
      <w:r>
        <w:t>sachai ko jan'nay ke baad amal kon karta hai?</w:t>
      </w:r>
    </w:p>
    <w:p>
      <w:pPr>
        <w:jc w:val="right"/>
      </w:pPr>
      <w:r>
        <w:t>سچائی کو جاننے کے بعد عمل کون کرتا ہے؟</w:t>
      </w:r>
    </w:p>
    <w:p>
      <w:r>
        <w:rPr>
          <w:b/>
        </w:rPr>
        <w:t xml:space="preserve">[1:17:56] </w:t>
      </w:r>
      <w:r>
        <w:t>yeh to hamesha aisa hua hai ke sachai ko jantay hue aadmi is ke khilaf chalta hai, sarkashi karta hai. sarkashi, out of sarkashi.</w:t>
      </w:r>
    </w:p>
    <w:p>
      <w:pPr>
        <w:jc w:val="right"/>
      </w:pPr>
      <w:r>
        <w:t>یہ تو ہمیشہ ایسا ہوا ہے کہ سچائی کو جانتے ہوئے آدمی اس کے خلاف چلتا ہے، سرکشی کرتا ہے۔ سرکشی، آؤٹ آف سرکشی۔</w:t>
      </w:r>
    </w:p>
    <w:p>
      <w:r>
        <w:rPr>
          <w:b/>
        </w:rPr>
        <w:t xml:space="preserve">[1:18:07] </w:t>
      </w:r>
      <w:r>
        <w:t>sachai ko jan'nay ke baad agar dunya mein sach hi sach ho jata to dunya mein kabhi koi burai na hoti.</w:t>
      </w:r>
    </w:p>
    <w:p>
      <w:pPr>
        <w:jc w:val="right"/>
      </w:pPr>
      <w:r>
        <w:t>سچائی کو جاننے کے بعد اگر دنیا میں سچ ہی سچ ہو جاتا تو دنیا میں کبھی کوئی برائی نہ ہوتی۔</w:t>
      </w:r>
    </w:p>
    <w:p>
      <w:r>
        <w:rPr>
          <w:b/>
        </w:rPr>
        <w:t xml:space="preserve">[1:18:16] </w:t>
      </w:r>
      <w:r>
        <w:t>insan ki mizah mein jo ego hai, jo ananiyat hai, sarkashi hai, self interest hai, wohi prevail karta hai, wohi aadmi ko uksata hai aur sachai side pe chali jati hai.</w:t>
      </w:r>
    </w:p>
    <w:p>
      <w:pPr>
        <w:jc w:val="right"/>
      </w:pPr>
      <w:r>
        <w:t>انسان کی مزاح میں جو ایگو ہے، جو انانیت ہے، سرکشی ہے، سیلف انٹرسٹ ہے، وہی پرویل کرتا ہے، وہی آدمی کو اکساتا ہے اور سچائی سائیڈ پہ چلی جاتی ہے۔</w:t>
      </w:r>
    </w:p>
    <w:p>
      <w:r>
        <w:rPr>
          <w:b/>
        </w:rPr>
        <w:t xml:space="preserve">[1:18:34] </w:t>
      </w:r>
      <w:r>
        <w:t>maulana, agla sawal karachi pakistan se hai miss saira latif ka</w:t>
      </w:r>
    </w:p>
    <w:p>
      <w:pPr>
        <w:jc w:val="right"/>
      </w:pPr>
      <w:r>
        <w:t>مولانا، اگلا سوال کراچی پاکستان سے ہے مس سائرہ لطیف کا</w:t>
      </w:r>
    </w:p>
    <w:p>
      <w:r>
        <w:rPr>
          <w:b/>
        </w:rPr>
        <w:t xml:space="preserve">[1:18:39] </w:t>
      </w:r>
      <w:r>
        <w:t>, unhon ne likha hai: "allah ta'ala apne bondon ko khushkhabri deta hai ke dunya mein apni azadi ka sahi istemal karo ta ke maut ate hi foran jannat mein dakhil ho jao." maulana sahib, kya yeh baat isi tarah hai?</w:t>
      </w:r>
    </w:p>
    <w:p>
      <w:pPr>
        <w:jc w:val="right"/>
      </w:pPr>
      <w:r>
        <w:t>، انہوں نے لکھا ہے: "اللہ تعالی اپنے بندوں کو خوشخبری دیتا ہے کہ دنیا میں اپنی آزادی کا صحیح استعمال کرو تاکہ موت آتے ہی فوراً جنت میں داخل ہو جاؤ۔" مولانا صاحب، کیا یہ بات اسی طرح ہے؟</w:t>
      </w:r>
    </w:p>
    <w:p>
      <w:r>
        <w:rPr>
          <w:b/>
        </w:rPr>
        <w:t xml:space="preserve">[1:18:57] </w:t>
      </w:r>
      <w:r>
        <w:t>yani maut anay atay hi aik momin jannat mein dakhil ho jaye ga?</w:t>
      </w:r>
    </w:p>
    <w:p>
      <w:pPr>
        <w:jc w:val="right"/>
      </w:pPr>
      <w:r>
        <w:t>یعنی موت آنے آتے ہی ایک مومن جنت میں داخل ہو جائے گا؟</w:t>
      </w:r>
    </w:p>
    <w:p>
      <w:r>
        <w:rPr>
          <w:b/>
        </w:rPr>
        <w:t xml:space="preserve">[1:19:03] </w:t>
      </w:r>
      <w:r>
        <w:t>han, dekhiye, hadith hai ke: "al qabr raazat min razna aur hafrat min harf hafr min hafr al nar." qabr ya to jannat ke darwazon mein se aik darwaza hai ya</w:t>
      </w:r>
    </w:p>
    <w:p>
      <w:pPr>
        <w:jc w:val="right"/>
      </w:pPr>
      <w:r>
        <w:t>ہاں، دیکھیے، حدیث ہے کہ: "القبر رازت من رازنا اور حفرت من حرف حفر من حفر النار۔" قبر یا تو جنت کے دروازوں میں سے ایک دروازہ ہے یا</w:t>
      </w:r>
    </w:p>
    <w:p>
      <w:r>
        <w:rPr>
          <w:b/>
        </w:rPr>
        <w:t xml:space="preserve">[1:19:23] </w:t>
      </w:r>
      <w:r>
        <w:t>jahannum gadhon mein se aik gadha hai.</w:t>
      </w:r>
    </w:p>
    <w:p>
      <w:pPr>
        <w:jc w:val="right"/>
      </w:pPr>
      <w:r>
        <w:t>جہنم گڑھوں میں سے ایک گڑھا ہے۔</w:t>
      </w:r>
    </w:p>
    <w:p>
      <w:r>
        <w:rPr>
          <w:b/>
        </w:rPr>
        <w:t xml:space="preserve">[1:19:27] </w:t>
      </w:r>
      <w:r>
        <w:t>to is ka matlab nahi ke wohi qabr mein us cheez rakhi hui hai. matlab maut ke baad fi'l-foor aadmi apne anjam tak puhanch jata hai.</w:t>
      </w:r>
    </w:p>
    <w:p>
      <w:pPr>
        <w:jc w:val="right"/>
      </w:pPr>
      <w:r>
        <w:t>تو اس کا مطلب نہیں کہ وہی قبر میں اس چیز رکھی ہوئی ہے۔ مطلب موت کے بعد فی الفور آدمی اپنے انجام تک پہنچ جاتا ہے۔</w:t>
      </w:r>
    </w:p>
    <w:p>
      <w:r>
        <w:rPr>
          <w:b/>
        </w:rPr>
        <w:t xml:space="preserve">[1:19:37] </w:t>
      </w:r>
      <w:r>
        <w:t>yeh to hadith se sabit hai, lekin yeh hum chuki dunya mein hain, yahan par hum yani time time in space mein jeetay hain, hamara jo framework hai poora woh time time in space pe base karta hai.</w:t>
      </w:r>
    </w:p>
    <w:p>
      <w:pPr>
        <w:jc w:val="right"/>
      </w:pPr>
      <w:r>
        <w:t>یہ تو حدیث سے ثابت ہے، لیکن یہ ہم چونکہ دنیا میں ہیں، یہاں پر ہم یعنی ٹائم ٹائم ان سپیس میں جیتے ہیں، ہمارا جو فریم ورک ہے پورا وہ ٹائم ٹائم ان سپیس پہ بیس کرتا ہے۔</w:t>
      </w:r>
    </w:p>
    <w:p>
      <w:r>
        <w:rPr>
          <w:b/>
        </w:rPr>
        <w:t xml:space="preserve">[1:19:53] </w:t>
      </w:r>
      <w:r>
        <w:t>aur yeh baat hai band time in space ki. to band time space ki wali baat ko hum aaj ke is pe yani samajh nahi sakte, ajbari tor par maan sakte hain, ajbari tor par yani as a principle.</w:t>
      </w:r>
    </w:p>
    <w:p>
      <w:pPr>
        <w:jc w:val="right"/>
      </w:pPr>
      <w:r>
        <w:t>اور یہ بات ہے بینڈ ٹائم ان سپیس کی۔ تو بینڈ ٹائم سپیس کی والی بات کو ہم آج کے اس پہ یعنی سمجھ نہیں سکتے، اجباری طور پر مان سکتے ہیں، اجباری طور پر یعنی ایز اے پرنسپل۔</w:t>
      </w:r>
    </w:p>
    <w:p>
      <w:r>
        <w:rPr>
          <w:b/>
        </w:rPr>
        <w:t xml:space="preserve">[1:20:09] </w:t>
      </w:r>
      <w:r>
        <w:t>to yeh hadith se sabit hai ke maut ke baad hi aadmi apne aglay anjam tak puhanch jata hai.</w:t>
      </w:r>
    </w:p>
    <w:p>
      <w:pPr>
        <w:jc w:val="right"/>
      </w:pPr>
      <w:r>
        <w:t>تو یہ حدیث سے ثابت ہے کہ موت کے بعد ہی آدمی اپنے اگلے انجام تک پہنچ جاتا ہے۔</w:t>
      </w:r>
    </w:p>
    <w:p>
      <w:r>
        <w:rPr>
          <w:b/>
        </w:rPr>
        <w:t xml:space="preserve">[1:20:18] </w:t>
      </w:r>
      <w:r>
        <w:t>baqi yeh chuki baat hai band step space and time walay dunya ki, to is ko hum bilkul chahein ke bilkul logical tor par samajh sakein to woh mumkin nahi hai.</w:t>
      </w:r>
    </w:p>
    <w:p>
      <w:pPr>
        <w:jc w:val="right"/>
      </w:pPr>
      <w:r>
        <w:t>باقی یہ چونکہ بات ہے بینڈ اسٹیپ سپیس اینڈ ٹائم والے دنیا کی، تو اس کو ہم بالکل چاہیں کہ بالکل لاجیکل طور پر سمجھ سکیں تو وہ ممکن نہیں ہے۔</w:t>
      </w:r>
    </w:p>
    <w:p>
      <w:r>
        <w:rPr>
          <w:b/>
        </w:rPr>
        <w:t xml:space="preserve">[1:20:36] </w:t>
      </w:r>
      <w:r>
        <w:t>maulana, agla aik comment aya hai maulana abdul basit umri ka doha qatar se, woh parhna chahein ge. unhon ne likha hai:</w:t>
      </w:r>
    </w:p>
    <w:p>
      <w:pPr>
        <w:jc w:val="right"/>
      </w:pPr>
      <w:r>
        <w:t>مولانا، اگلا ایک کمنٹ آیا ہے مولانا عبدالباسط عمری کا دوحہ قطر سے، وہ پڑھنا چاہیں گے۔ انہوں نے لکھا ہے:</w:t>
      </w:r>
    </w:p>
    <w:p>
      <w:r>
        <w:rPr>
          <w:b/>
        </w:rPr>
        <w:t xml:space="preserve">[1:20:46] </w:t>
      </w:r>
      <w:r>
        <w:t>"maulana, aap ki aaj ki taqreer se bohat ziyada zehn khula. aap ki yeh baat ke zawal yafta ummat ko le kar koi planning nahi ki ja sakti, usay sirf educate karna hai.</w:t>
      </w:r>
    </w:p>
    <w:p>
      <w:pPr>
        <w:jc w:val="right"/>
      </w:pPr>
      <w:r>
        <w:t>"مولانا، آپ کی آج کی تقریر سے بہت زیادہ ذہن کھلا۔ آپ کی یہ بات کہ زوال یافتہ امت کو لے کر کوئی پلاننگ نہیں کی جا کی جا سکتی، اسے صرف ایجوکیٹ کرنا ہے۔</w:t>
      </w:r>
    </w:p>
    <w:p>
      <w:r>
        <w:rPr>
          <w:b/>
        </w:rPr>
        <w:t xml:space="preserve">[1:20:59] </w:t>
      </w:r>
      <w:r>
        <w:t>aur moosa ki qom ki jo misaal di to baat zehn par naqsh ho gayi. doosri aap ki yeh baat ke quran ke baad ka literature ko islam ka classical literature manna hai,</w:t>
      </w:r>
    </w:p>
    <w:p>
      <w:pPr>
        <w:jc w:val="right"/>
      </w:pPr>
      <w:r>
        <w:t>اور موسیٰ کی قوم کی جو مثال دی تو بات ذہن پر نقش ہو گئی۔ دوسری آپ کی یہ بات کہ قرآن کے بعد کا لٹریچر کو اسلام کا کلاسیکل لٹریچر ماننا ہے،</w:t>
      </w:r>
    </w:p>
    <w:p>
      <w:r>
        <w:rPr>
          <w:b/>
        </w:rPr>
        <w:t xml:space="preserve">[1:21:13] </w:t>
      </w:r>
      <w:r>
        <w:t>na ke islam ka basic literature.</w:t>
      </w:r>
    </w:p>
    <w:p>
      <w:pPr>
        <w:jc w:val="right"/>
      </w:pPr>
      <w:r>
        <w:t>نہ کہ اسلام کا بیسک لٹریچر۔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