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Peace &amp; Non Violence 13 Aug 2006 - Maulana Wahiduddin Khan</w:t>
      </w:r>
    </w:p>
    <w:p>
      <w:r>
        <w:t>https://www.youtube.com/watch?v=g-4FiUU5qik</w:t>
      </w:r>
    </w:p>
    <w:p>
      <w:r>
        <w:rPr>
          <w:b/>
        </w:rPr>
        <w:t xml:space="preserve">[00:21]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[00:24] </w:t>
      </w:r>
      <w:r>
        <w:t>wa 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wahal ul uqdah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[00:38] </w:t>
      </w:r>
      <w:r>
        <w:t>yafqa qawli. aaj jab mein</w:t>
      </w:r>
    </w:p>
    <w:p>
      <w:pPr>
        <w:jc w:val="right"/>
      </w:pPr>
      <w:r>
        <w:t>یفقہ قولی۔ آج جب میں</w:t>
      </w:r>
    </w:p>
    <w:p>
      <w:r>
        <w:rPr>
          <w:b/>
        </w:rPr>
        <w:t xml:space="preserve">[00:48] </w:t>
      </w:r>
      <w:r>
        <w:t>is jagah pohancha</w:t>
      </w:r>
    </w:p>
    <w:p>
      <w:pPr>
        <w:jc w:val="right"/>
      </w:pPr>
      <w:r>
        <w:t>اس جگہ پہنچا</w:t>
      </w:r>
    </w:p>
    <w:p>
      <w:r>
        <w:rPr>
          <w:b/>
        </w:rPr>
        <w:t xml:space="preserve">[00:52] </w:t>
      </w:r>
      <w:r>
        <w:t>aur dekha ke yahan bohat se log</w:t>
      </w:r>
    </w:p>
    <w:p>
      <w:pPr>
        <w:jc w:val="right"/>
      </w:pPr>
      <w:r>
        <w:t>اور دیکھا کہ یہاں بہت سے لوگ</w:t>
      </w:r>
    </w:p>
    <w:p>
      <w:r>
        <w:rPr>
          <w:b/>
        </w:rPr>
        <w:t xml:space="preserve">[00:56] </w:t>
      </w:r>
      <w:r>
        <w:t>ikatha hain aur kuch sunne ke liye aaye hain,</w:t>
      </w:r>
    </w:p>
    <w:p>
      <w:pPr>
        <w:jc w:val="right"/>
      </w:pPr>
      <w:r>
        <w:t>اکٹھا ہیں اور کچھ سننے کے لیے آئے ہیں،</w:t>
      </w:r>
    </w:p>
    <w:p>
      <w:r>
        <w:rPr>
          <w:b/>
        </w:rPr>
        <w:t xml:space="preserve">[01:07] </w:t>
      </w:r>
      <w:r>
        <w:t>to achaanak mere dil se yeh dua nikli</w:t>
      </w:r>
    </w:p>
    <w:p>
      <w:pPr>
        <w:jc w:val="right"/>
      </w:pPr>
      <w:r>
        <w:t>تو اچانک میرے دل سے یہ دعا نکلی</w:t>
      </w:r>
    </w:p>
    <w:p>
      <w:r>
        <w:rPr>
          <w:b/>
        </w:rPr>
        <w:t xml:space="preserve">[01:12] </w:t>
      </w:r>
      <w:r>
        <w:t>ke khudaaya yeh teri paida ki hui</w:t>
      </w:r>
    </w:p>
    <w:p>
      <w:pPr>
        <w:jc w:val="right"/>
      </w:pPr>
      <w:r>
        <w:t>کہ خدایا یہ تیری پیدا کی ہوئی</w:t>
      </w:r>
    </w:p>
    <w:p>
      <w:r>
        <w:rPr>
          <w:b/>
        </w:rPr>
        <w:t xml:space="preserve">[01:24] </w:t>
      </w:r>
      <w:r>
        <w:t>roohain hain, yeh teri paida ki hui souls hain jo tujh ko sunne ke liye aaye hain, mujh</w:t>
      </w:r>
    </w:p>
    <w:p>
      <w:pPr>
        <w:jc w:val="right"/>
      </w:pPr>
      <w:r>
        <w:t>روحیں ہیں، یہ تیری پیدا کی ہوئی سولز ہیں جو تجھ کو سننے کے لیے آئے ہیں، مجھ</w:t>
      </w:r>
    </w:p>
    <w:p>
      <w:r>
        <w:rPr>
          <w:b/>
        </w:rPr>
        <w:t xml:space="preserve">[01:35] </w:t>
      </w:r>
      <w:r>
        <w:t>ko nahin. main to yahan sirf in roohon ka</w:t>
      </w:r>
    </w:p>
    <w:p>
      <w:pPr>
        <w:jc w:val="right"/>
      </w:pPr>
      <w:r>
        <w:t>کو نہیں۔ میں تو یہاں صرف ان روحوں کا</w:t>
      </w:r>
    </w:p>
    <w:p>
      <w:r>
        <w:rPr>
          <w:b/>
        </w:rPr>
        <w:t xml:space="preserve">[01:47] </w:t>
      </w:r>
      <w:r>
        <w:t>swagat karne ke liye hoon.</w:t>
      </w:r>
    </w:p>
    <w:p>
      <w:pPr>
        <w:jc w:val="right"/>
      </w:pPr>
      <w:r>
        <w:t>سواگت کرنے کے لیے ہوں۔</w:t>
      </w:r>
    </w:p>
    <w:p>
      <w:r>
        <w:rPr>
          <w:b/>
        </w:rPr>
        <w:t xml:space="preserve">[02:00] </w:t>
      </w:r>
      <w:r>
        <w:t>main samajhta hoon ke</w:t>
      </w:r>
    </w:p>
    <w:p>
      <w:pPr>
        <w:jc w:val="right"/>
      </w:pPr>
      <w:r>
        <w:t>میں سمجھتا ہوں کہ</w:t>
      </w:r>
    </w:p>
    <w:p>
      <w:r>
        <w:rPr>
          <w:b/>
        </w:rPr>
        <w:t xml:space="preserve">[02:03] </w:t>
      </w:r>
      <w:r>
        <w:t>yahi mera role hai,</w:t>
      </w:r>
    </w:p>
    <w:p>
      <w:pPr>
        <w:jc w:val="right"/>
      </w:pPr>
      <w:r>
        <w:t>یہی میرا رول ہے،</w:t>
      </w:r>
    </w:p>
    <w:p>
      <w:r>
        <w:rPr>
          <w:b/>
        </w:rPr>
        <w:t xml:space="preserve">[02:06] </w:t>
      </w:r>
      <w:r>
        <w:t>main sirf aap logon ka</w:t>
      </w:r>
    </w:p>
    <w:p>
      <w:pPr>
        <w:jc w:val="right"/>
      </w:pPr>
      <w:r>
        <w:t>میں صرف آپ لوگوں کا</w:t>
      </w:r>
    </w:p>
    <w:p>
      <w:r>
        <w:rPr>
          <w:b/>
        </w:rPr>
        <w:t xml:space="preserve">[02:09] </w:t>
      </w:r>
      <w:r>
        <w:t>swagat kar sakta hoon,</w:t>
      </w:r>
    </w:p>
    <w:p>
      <w:pPr>
        <w:jc w:val="right"/>
      </w:pPr>
      <w:r>
        <w:t>سواگت کر سکتا ہوں،</w:t>
      </w:r>
    </w:p>
    <w:p>
      <w:r>
        <w:rPr>
          <w:b/>
        </w:rPr>
        <w:t xml:space="preserve">[02:12] </w:t>
      </w:r>
      <w:r>
        <w:t>baqi jo baat aap ko sunana hai woh khuda hi aap ke dil mein daale ga,</w:t>
      </w:r>
    </w:p>
    <w:p>
      <w:pPr>
        <w:jc w:val="right"/>
      </w:pPr>
      <w:r>
        <w:t>باقی جو بات آپ کو سنانا ہے وہ خدا ہی آپ کے دل میں ڈالے گا،</w:t>
      </w:r>
    </w:p>
    <w:p>
      <w:r>
        <w:rPr>
          <w:b/>
        </w:rPr>
        <w:t xml:space="preserve">[02:21] </w:t>
      </w:r>
      <w:r>
        <w:t>woh khuda hi apni taraf se aap ko sunwaye ga.</w:t>
      </w:r>
    </w:p>
    <w:p>
      <w:pPr>
        <w:jc w:val="right"/>
      </w:pPr>
      <w:r>
        <w:t>وہ خدا ہی اپنی طرف سے آپ کو سنوائے گا۔</w:t>
      </w:r>
    </w:p>
    <w:p>
      <w:r>
        <w:rPr>
          <w:b/>
        </w:rPr>
        <w:t xml:space="preserve">[02:28] </w:t>
      </w:r>
      <w:r>
        <w:t>mujhe yaqeen hai ke aap sab log</w:t>
      </w:r>
    </w:p>
    <w:p>
      <w:pPr>
        <w:jc w:val="right"/>
      </w:pPr>
      <w:r>
        <w:t>مجھے یقین ہے کہ آپ سب لوگ</w:t>
      </w:r>
    </w:p>
    <w:p>
      <w:r>
        <w:rPr>
          <w:b/>
        </w:rPr>
        <w:t xml:space="preserve">[02:33] </w:t>
      </w:r>
      <w:r>
        <w:t>seeker hain, aap ko</w:t>
      </w:r>
    </w:p>
    <w:p>
      <w:pPr>
        <w:jc w:val="right"/>
      </w:pPr>
      <w:r>
        <w:t>سیکر ہیں، آپ کو</w:t>
      </w:r>
    </w:p>
    <w:p>
      <w:r>
        <w:rPr>
          <w:b/>
        </w:rPr>
        <w:t xml:space="preserve">[02:38] </w:t>
      </w:r>
      <w:r>
        <w:t>khuda ki talash hai,</w:t>
      </w:r>
    </w:p>
    <w:p>
      <w:pPr>
        <w:jc w:val="right"/>
      </w:pPr>
      <w:r>
        <w:t>خدا کی تلاش ہے،</w:t>
      </w:r>
    </w:p>
    <w:p>
      <w:r>
        <w:rPr>
          <w:b/>
        </w:rPr>
        <w:t xml:space="preserve">[02:43] </w:t>
      </w:r>
      <w:r>
        <w:t>aur main ne kitabon mein parha hai</w:t>
      </w:r>
    </w:p>
    <w:p>
      <w:pPr>
        <w:jc w:val="right"/>
      </w:pPr>
      <w:r>
        <w:t>اور میں نے کتابوں میں پڑھا ہے</w:t>
      </w:r>
    </w:p>
    <w:p>
      <w:r>
        <w:rPr>
          <w:b/>
        </w:rPr>
        <w:t xml:space="preserve">[02:47] </w:t>
      </w:r>
      <w:r>
        <w:t>ke jo khuda ko</w:t>
      </w:r>
    </w:p>
    <w:p>
      <w:pPr>
        <w:jc w:val="right"/>
      </w:pPr>
      <w:r>
        <w:t>کہ جو خدا کو</w:t>
      </w:r>
    </w:p>
    <w:p>
      <w:r>
        <w:rPr>
          <w:b/>
        </w:rPr>
        <w:t xml:space="preserve">[02:56] </w:t>
      </w:r>
      <w:r>
        <w:t>talash karta hai to woh zaroor khuda ko pata hai.</w:t>
      </w:r>
    </w:p>
    <w:p>
      <w:pPr>
        <w:jc w:val="right"/>
      </w:pPr>
      <w:r>
        <w:t>تلاش کرتا ہے تو وہ ضرور خدا کو پاتا ہے۔</w:t>
      </w:r>
    </w:p>
    <w:p>
      <w:r>
        <w:rPr>
          <w:b/>
        </w:rPr>
        <w:t xml:space="preserve">[03:08] </w:t>
      </w:r>
      <w:r>
        <w:t>parson ek sahib mujh se mil kar bombay gaye</w:t>
      </w:r>
    </w:p>
    <w:p>
      <w:pPr>
        <w:jc w:val="right"/>
      </w:pPr>
      <w:r>
        <w:t>پرسوں ایک صاحب مجھ سے مل کر بمبئی گئے</w:t>
      </w:r>
    </w:p>
    <w:p>
      <w:r>
        <w:rPr>
          <w:b/>
        </w:rPr>
        <w:t xml:space="preserve">[03:14] </w:t>
      </w:r>
      <w:r>
        <w:t>to un ka telephone aaya kal</w:t>
      </w:r>
    </w:p>
    <w:p>
      <w:pPr>
        <w:jc w:val="right"/>
      </w:pPr>
      <w:r>
        <w:t>تو ان کا ٹیلی فون آیا کل</w:t>
      </w:r>
    </w:p>
    <w:p>
      <w:r>
        <w:rPr>
          <w:b/>
        </w:rPr>
        <w:t xml:space="preserve">[03:19] </w:t>
      </w:r>
      <w:r>
        <w:t>ke delhi airport par unhein 4 ghante zyada thaharna para,</w:t>
      </w:r>
    </w:p>
    <w:p>
      <w:pPr>
        <w:jc w:val="right"/>
      </w:pPr>
      <w:r>
        <w:t>کہ دہلی ایئرپورٹ پر انہیں 4 گھنٹہ زیادہ ٹھہرنا پڑا،</w:t>
      </w:r>
    </w:p>
    <w:p>
      <w:r>
        <w:rPr>
          <w:b/>
        </w:rPr>
        <w:t xml:space="preserve">[03:25] </w:t>
      </w:r>
      <w:r>
        <w:t>aur bombay pohnchte pohnchte woh kai ghantay late ho gaye.</w:t>
      </w:r>
    </w:p>
    <w:p>
      <w:pPr>
        <w:jc w:val="right"/>
      </w:pPr>
      <w:r>
        <w:t>اور بمبئی پہنچتے پہنچتے وہ کئی گھنٹے لیٹ ہو گئے۔</w:t>
      </w:r>
    </w:p>
    <w:p>
      <w:r>
        <w:rPr>
          <w:b/>
        </w:rPr>
        <w:t xml:space="preserve">[03:30] </w:t>
      </w:r>
      <w:r>
        <w:t>yeh 4 ghantay jo airport par beetay, woh check aur re-check mein</w:t>
      </w:r>
    </w:p>
    <w:p>
      <w:pPr>
        <w:jc w:val="right"/>
      </w:pPr>
      <w:r>
        <w:t>یہ 4 گھنٹے جو ایئرپورٹ پر بیتے، وہ چیک اور ری چیک میں</w:t>
      </w:r>
    </w:p>
    <w:p>
      <w:r>
        <w:rPr>
          <w:b/>
        </w:rPr>
        <w:t xml:space="preserve">[03:37] </w:t>
      </w:r>
      <w:r>
        <w:t>گزرے۔ کیوں کہ آج کل دنیا میں militancy ہے،</w:t>
      </w:r>
    </w:p>
    <w:p>
      <w:pPr>
        <w:jc w:val="right"/>
      </w:pPr>
      <w:r>
        <w:t>گزرے۔ کیوں کہ آج کل دنیا میں میلیٹینسی ہے،</w:t>
      </w:r>
    </w:p>
    <w:p>
      <w:r>
        <w:rPr>
          <w:b/>
        </w:rPr>
        <w:t xml:space="preserve">[03:44] </w:t>
      </w:r>
      <w:r>
        <w:t>media mein aap roz suntay honge khabrein</w:t>
      </w:r>
    </w:p>
    <w:p>
      <w:pPr>
        <w:jc w:val="right"/>
      </w:pPr>
      <w:r>
        <w:t>میڈیا میں آپ روز سنتے ہوں گے خبریں</w:t>
      </w:r>
    </w:p>
    <w:p>
      <w:r>
        <w:rPr>
          <w:b/>
        </w:rPr>
        <w:t xml:space="preserve">[03:48] </w:t>
      </w:r>
      <w:r>
        <w:t>ke kuch log</w:t>
      </w:r>
    </w:p>
    <w:p>
      <w:pPr>
        <w:jc w:val="right"/>
      </w:pPr>
      <w:r>
        <w:t>کہ کچھ لوگ</w:t>
      </w:r>
    </w:p>
    <w:p>
      <w:r>
        <w:rPr>
          <w:b/>
        </w:rPr>
        <w:t xml:space="preserve">[03:52] </w:t>
      </w:r>
      <w:r>
        <w:t>gun aur bomb ke zariye</w:t>
      </w:r>
    </w:p>
    <w:p>
      <w:pPr>
        <w:jc w:val="right"/>
      </w:pPr>
      <w:r>
        <w:t>گن اور بم کے ذریعے</w:t>
      </w:r>
    </w:p>
    <w:p>
      <w:r>
        <w:rPr>
          <w:b/>
        </w:rPr>
        <w:t xml:space="preserve">[03:56] </w:t>
      </w:r>
      <w:r>
        <w:t>apna maqsad hasil karna chahte hain,</w:t>
      </w:r>
    </w:p>
    <w:p>
      <w:pPr>
        <w:jc w:val="right"/>
      </w:pPr>
      <w:r>
        <w:t>اپنا مقصد حاصل کرنا چاہتے ہیں،</w:t>
      </w:r>
    </w:p>
    <w:p>
      <w:r>
        <w:rPr>
          <w:b/>
        </w:rPr>
        <w:t xml:space="preserve">[04:02] </w:t>
      </w:r>
      <w:r>
        <w:t>تو دنیا کے پیس کو ان سے threat ہو گیا ہے۔ وہ کہتے ہیں کہ ہم جہازوں میں</w:t>
      </w:r>
    </w:p>
    <w:p>
      <w:pPr>
        <w:jc w:val="right"/>
      </w:pPr>
      <w:r>
        <w:t>تو دنیا کے پیس کو ان سے تھریٹ ہو گیا ہے۔ وہ کہتے ہیں کہ ہم جہازوں میں</w:t>
      </w:r>
    </w:p>
    <w:p>
      <w:r>
        <w:rPr>
          <w:b/>
        </w:rPr>
        <w:t xml:space="preserve">[04:09] </w:t>
      </w:r>
      <w:r>
        <w:t>bomb marenge, hum airport par bomb marenge.</w:t>
      </w:r>
    </w:p>
    <w:p>
      <w:pPr>
        <w:jc w:val="right"/>
      </w:pPr>
      <w:r>
        <w:t>بم ماریں گے، ہم ایئرپورٹ پر بم ماریں گے۔</w:t>
      </w:r>
    </w:p>
    <w:p>
      <w:r>
        <w:rPr>
          <w:b/>
        </w:rPr>
        <w:t xml:space="preserve">[04:15] </w:t>
      </w:r>
      <w:r>
        <w:t>toh unhon ne kaha, jinka maine abhi zikr kiya, unhon ne telephone par kaha ke</w:t>
      </w:r>
    </w:p>
    <w:p>
      <w:pPr>
        <w:jc w:val="right"/>
      </w:pPr>
      <w:r>
        <w:t>تو انہوں نے کہا، جن کا میں نے ابھی ذکر کیا، انہوں نے ٹیلی فون پر کہا کہ</w:t>
      </w:r>
    </w:p>
    <w:p>
      <w:r>
        <w:rPr>
          <w:b/>
        </w:rPr>
        <w:t xml:space="preserve">[04:19] </w:t>
      </w:r>
      <w:r>
        <w:t>آپ اس پر لکھیے، اس پر بولیے کہ کیا معاملہ ہے، آخر لوگ کیوں اتنے زیادہ militancy میں</w:t>
      </w:r>
    </w:p>
    <w:p>
      <w:pPr>
        <w:jc w:val="right"/>
      </w:pPr>
      <w:r>
        <w:t>آپ اس پر لکھیے، اس پر بولیے کہ کیا معاملہ ہے، آخر لوگ کیوں اتنے زیادہ میلیٹینسی میں</w:t>
      </w:r>
    </w:p>
    <w:p>
      <w:r>
        <w:rPr>
          <w:b/>
        </w:rPr>
        <w:t xml:space="preserve">[04:27] </w:t>
      </w:r>
      <w:r>
        <w:t>interested ho gaye hain?</w:t>
      </w:r>
    </w:p>
    <w:p>
      <w:pPr>
        <w:jc w:val="right"/>
      </w:pPr>
      <w:r>
        <w:t>انٹرسٹڈ ہو گئے ہیں؟</w:t>
      </w:r>
    </w:p>
    <w:p>
      <w:r>
        <w:rPr>
          <w:b/>
        </w:rPr>
        <w:t xml:space="preserve">[04:36] </w:t>
      </w:r>
      <w:r>
        <w:t>main is baat ko soch raha tha toh aaj ka jo times of india hai, yani august 13</w:t>
      </w:r>
    </w:p>
    <w:p>
      <w:pPr>
        <w:jc w:val="right"/>
      </w:pPr>
      <w:r>
        <w:t>میں اس بات کو سوچ رہا تھا تو آج کا جو ٹائمز آف انڈیا ہے، یعنی اگست 13</w:t>
      </w:r>
    </w:p>
    <w:p>
      <w:r>
        <w:rPr>
          <w:b/>
        </w:rPr>
        <w:t xml:space="preserve">[04:43] </w:t>
      </w:r>
      <w:r>
        <w:t>ka, august 13, 2006 ka,</w:t>
      </w:r>
    </w:p>
    <w:p>
      <w:pPr>
        <w:jc w:val="right"/>
      </w:pPr>
      <w:r>
        <w:t>کا، اگست 13، 2006 کا،</w:t>
      </w:r>
    </w:p>
    <w:p>
      <w:r>
        <w:rPr>
          <w:b/>
        </w:rPr>
        <w:t xml:space="preserve">[04:49] </w:t>
      </w:r>
      <w:r>
        <w:t>is mein ek report hai</w:t>
      </w:r>
    </w:p>
    <w:p>
      <w:pPr>
        <w:jc w:val="right"/>
      </w:pPr>
      <w:r>
        <w:t>اس میں ایک رپورٹ ہے</w:t>
      </w:r>
    </w:p>
    <w:p>
      <w:r>
        <w:rPr>
          <w:b/>
        </w:rPr>
        <w:t xml:space="preserve">[04:54] </w:t>
      </w:r>
      <w:r>
        <w:t>jiska caption hai "do we need guardians".</w:t>
      </w:r>
    </w:p>
    <w:p>
      <w:pPr>
        <w:jc w:val="right"/>
      </w:pPr>
      <w:r>
        <w:t>جس کا کیپشن ہے "ڈو وی نیڈ گاردینز"۔</w:t>
      </w:r>
    </w:p>
    <w:p>
      <w:r>
        <w:rPr>
          <w:b/>
        </w:rPr>
        <w:t xml:space="preserve">[05:01] </w:t>
      </w:r>
      <w:r>
        <w:t>chunki main apne aap ko ek born guardian samajhta hoon,</w:t>
      </w:r>
    </w:p>
    <w:p>
      <w:pPr>
        <w:jc w:val="right"/>
      </w:pPr>
      <w:r>
        <w:t>چونکہ میں اپنے آپ کو ایک بورن گاردین سمجھتا ہوں،</w:t>
      </w:r>
    </w:p>
    <w:p>
      <w:r>
        <w:rPr>
          <w:b/>
        </w:rPr>
        <w:t xml:space="preserve">[05:05] </w:t>
      </w:r>
      <w:r>
        <w:t>in the sense of non violent activist,</w:t>
      </w:r>
    </w:p>
    <w:p>
      <w:pPr>
        <w:jc w:val="right"/>
      </w:pPr>
      <w:r>
        <w:t>ان دا سینس آف نان وائلنٹ ایکٹیوسٹ،</w:t>
      </w:r>
    </w:p>
    <w:p>
      <w:r>
        <w:rPr>
          <w:b/>
        </w:rPr>
        <w:t xml:space="preserve">[05:09] </w:t>
      </w:r>
      <w:r>
        <w:t>toh is caption ne mujhe attract kiya aur usko maine parha.</w:t>
      </w:r>
    </w:p>
    <w:p>
      <w:pPr>
        <w:jc w:val="right"/>
      </w:pPr>
      <w:r>
        <w:t>تو اس کیپشن نے مجھے اٹریکٹ کیا اور اس کو میں نے پڑھا۔</w:t>
      </w:r>
    </w:p>
    <w:p>
      <w:r>
        <w:rPr>
          <w:b/>
        </w:rPr>
        <w:t xml:space="preserve">[05:17] </w:t>
      </w:r>
      <w:r>
        <w:t>is mein reporter yeh kehta hai ke</w:t>
      </w:r>
    </w:p>
    <w:p>
      <w:pPr>
        <w:jc w:val="right"/>
      </w:pPr>
      <w:r>
        <w:t>اس میں رپورٹر یہ کہتا ہے کہ</w:t>
      </w:r>
    </w:p>
    <w:p>
      <w:r>
        <w:rPr>
          <w:b/>
        </w:rPr>
        <w:t xml:space="preserve">[05:20] </w:t>
      </w:r>
      <w:r>
        <w:t>aaj kal ke jo guardians hain, unke bare mein</w:t>
      </w:r>
    </w:p>
    <w:p>
      <w:pPr>
        <w:jc w:val="right"/>
      </w:pPr>
      <w:r>
        <w:t>آج کل کے جو گاردینز ہیں، ان کے بارے میں</w:t>
      </w:r>
    </w:p>
    <w:p>
      <w:r>
        <w:rPr>
          <w:b/>
        </w:rPr>
        <w:t xml:space="preserve">[05:31] </w:t>
      </w:r>
      <w:r>
        <w:t>is ke kehne ke mutabiq woh ab</w:t>
      </w:r>
    </w:p>
    <w:p>
      <w:pPr>
        <w:jc w:val="right"/>
      </w:pPr>
      <w:r>
        <w:t>اس کے کہنے کے مطابق وہ اب</w:t>
      </w:r>
    </w:p>
    <w:p>
      <w:r>
        <w:rPr>
          <w:b/>
        </w:rPr>
        <w:t xml:space="preserve">[05:38] </w:t>
      </w:r>
      <w:r>
        <w:t>zamane se door ja chuke hain.</w:t>
      </w:r>
    </w:p>
    <w:p>
      <w:pPr>
        <w:jc w:val="right"/>
      </w:pPr>
      <w:r>
        <w:t>زمانے سے دور جا چکے ہیں۔</w:t>
      </w:r>
    </w:p>
    <w:p>
      <w:r>
        <w:rPr>
          <w:b/>
        </w:rPr>
        <w:t xml:space="preserve">[05:44] </w:t>
      </w:r>
      <w:r>
        <w:t>aaj kal ke guardian ke bare mein woh kehta hai ke</w:t>
      </w:r>
    </w:p>
    <w:p>
      <w:pPr>
        <w:jc w:val="right"/>
      </w:pPr>
      <w:r>
        <w:t>آج کل کے گاردین کے بارے میں وہ کہتا ہے کہ</w:t>
      </w:r>
    </w:p>
    <w:p>
      <w:r>
        <w:rPr>
          <w:b/>
        </w:rPr>
        <w:t xml:space="preserve">[05:49] </w:t>
      </w:r>
      <w:r>
        <w:t>"they still exist</w:t>
      </w:r>
    </w:p>
    <w:p>
      <w:pPr>
        <w:jc w:val="right"/>
      </w:pPr>
      <w:r>
        <w:t>"دے اسٹل ایگزسٹ</w:t>
      </w:r>
    </w:p>
    <w:p>
      <w:r>
        <w:rPr>
          <w:b/>
        </w:rPr>
        <w:t xml:space="preserve">[06:01] </w:t>
      </w:r>
      <w:r>
        <w:t>in the still</w:t>
      </w:r>
    </w:p>
    <w:p>
      <w:pPr>
        <w:jc w:val="right"/>
      </w:pPr>
      <w:r>
        <w:t>ان دا اسٹل</w:t>
      </w:r>
    </w:p>
    <w:p>
      <w:r>
        <w:rPr>
          <w:b/>
        </w:rPr>
        <w:t xml:space="preserve">[06:17] </w:t>
      </w:r>
      <w:r>
        <w:t>low".</w:t>
      </w:r>
    </w:p>
    <w:p>
      <w:pPr>
        <w:jc w:val="right"/>
      </w:pPr>
      <w:r>
        <w:t>لو"۔</w:t>
      </w:r>
    </w:p>
    <w:p>
      <w:r>
        <w:rPr>
          <w:b/>
        </w:rPr>
        <w:t xml:space="preserve">[06:30] </w:t>
      </w:r>
      <w:r>
        <w:t>toh khair, guardians ke bare mein jo baat kahi us se main agree nahi karta.</w:t>
      </w:r>
    </w:p>
    <w:p>
      <w:pPr>
        <w:jc w:val="right"/>
      </w:pPr>
      <w:r>
        <w:t>تو خیر، گاردینز کے بارے میں جو بات کہی اس سے میں ایگری نہیں کرتا۔</w:t>
      </w:r>
    </w:p>
    <w:p>
      <w:r>
        <w:rPr>
          <w:b/>
        </w:rPr>
        <w:t xml:space="preserve">[06:36] </w:t>
      </w:r>
      <w:r>
        <w:t>mein samajhta hoon ke gandhi aur guardians aaj bhi bohat ziyada relevant hain,</w:t>
      </w:r>
    </w:p>
    <w:p>
      <w:pPr>
        <w:jc w:val="right"/>
      </w:pPr>
      <w:r>
        <w:t>میں سمجھتا ہوں کہ گاندھی اور گاردینز آج بھی بہت زیادہ ریلیونٹ ہیں،</w:t>
      </w:r>
    </w:p>
    <w:p>
      <w:r>
        <w:rPr>
          <w:b/>
        </w:rPr>
        <w:t xml:space="preserve">[06:43] </w:t>
      </w:r>
      <w:r>
        <w:t>aur mein is par ab vishwas rakhta hoon.</w:t>
      </w:r>
    </w:p>
    <w:p>
      <w:pPr>
        <w:jc w:val="right"/>
      </w:pPr>
      <w:r>
        <w:t>اور میں اس پر اب وشواس رکھتا ہوں۔</w:t>
      </w:r>
    </w:p>
    <w:p>
      <w:r>
        <w:rPr>
          <w:b/>
        </w:rPr>
        <w:t xml:space="preserve">[06:46] </w:t>
      </w:r>
      <w:r>
        <w:t>aur sachi baat yeh hai ke mein gandhi ji ka jo</w:t>
      </w:r>
    </w:p>
    <w:p>
      <w:pPr>
        <w:jc w:val="right"/>
      </w:pPr>
      <w:r>
        <w:t>اور سچی بات یہ ہے کہ میں گاندھی جی کا جو</w:t>
      </w:r>
    </w:p>
    <w:p>
      <w:r>
        <w:rPr>
          <w:b/>
        </w:rPr>
        <w:t xml:space="preserve">[06:51] </w:t>
      </w:r>
      <w:r>
        <w:t>pe</w:t>
      </w:r>
    </w:p>
    <w:p>
      <w:pPr>
        <w:jc w:val="right"/>
      </w:pPr>
      <w:r>
        <w:t>پی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