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Reason and Reality I August 20, 2006 Maulana Wahiduddin Khan</w:t>
      </w:r>
    </w:p>
    <w:p>
      <w:r>
        <w:t>https://www.youtube.com/watch?v=yRGfOhOukS8</w:t>
      </w:r>
    </w:p>
    <w:p>
      <w:r>
        <w:rPr>
          <w:b/>
        </w:rPr>
        <w:t xml:space="preserve">[00:21] </w:t>
      </w:r>
      <w:r>
        <w:t>bismillah rahman rahim,</w:t>
      </w:r>
    </w:p>
    <w:p>
      <w:pPr>
        <w:jc w:val="right"/>
      </w:pPr>
      <w:r>
        <w:t>بسم اللہ الرحمن الرحیم،</w:t>
      </w:r>
    </w:p>
    <w:p>
      <w:r>
        <w:rPr>
          <w:b/>
        </w:rPr>
        <w:t xml:space="preserve">[00:25] </w:t>
      </w:r>
      <w:r>
        <w:t>wasalli allah ala nabiyil karim.</w:t>
      </w:r>
    </w:p>
    <w:p>
      <w:pPr>
        <w:jc w:val="right"/>
      </w:pPr>
      <w:r>
        <w:t>وصلی اللہ علی النبی الکریم۔</w:t>
      </w:r>
    </w:p>
    <w:p>
      <w:r>
        <w:rPr>
          <w:b/>
        </w:rPr>
        <w:t xml:space="preserve">[00:29] </w:t>
      </w:r>
      <w:r>
        <w:t>rab ishrah li sadri,</w:t>
      </w:r>
    </w:p>
    <w:p>
      <w:pPr>
        <w:jc w:val="right"/>
      </w:pPr>
      <w:r>
        <w:t>رب اشرح لی صدری،</w:t>
      </w:r>
    </w:p>
    <w:p>
      <w:r>
        <w:rPr>
          <w:b/>
        </w:rPr>
        <w:t xml:space="preserve">[00:32] </w:t>
      </w:r>
      <w:r>
        <w:t>wassar li amri,</w:t>
      </w:r>
    </w:p>
    <w:p>
      <w:pPr>
        <w:jc w:val="right"/>
      </w:pPr>
      <w:r>
        <w:t>ویسر لی امری،</w:t>
      </w:r>
    </w:p>
    <w:p>
      <w:r>
        <w:rPr>
          <w:b/>
        </w:rPr>
        <w:t xml:space="preserve">[00:35] </w:t>
      </w:r>
      <w:r>
        <w:t>wahul uqdata min lisani</w:t>
      </w:r>
    </w:p>
    <w:p>
      <w:pPr>
        <w:jc w:val="right"/>
      </w:pPr>
      <w:r>
        <w:t>واحل العقدۃ من لسانی</w:t>
      </w:r>
    </w:p>
    <w:p>
      <w:r>
        <w:rPr>
          <w:b/>
        </w:rPr>
        <w:t xml:space="preserve">[00:38] </w:t>
      </w:r>
      <w:r>
        <w:t>yafqa qawli. aaj ka jo topic hai</w:t>
      </w:r>
    </w:p>
    <w:p>
      <w:pPr>
        <w:jc w:val="right"/>
      </w:pPr>
      <w:r>
        <w:t>یفقہ قولی۔ آج کا جو ٹاپک ہے</w:t>
      </w:r>
    </w:p>
    <w:p>
      <w:r>
        <w:rPr>
          <w:b/>
        </w:rPr>
        <w:t xml:space="preserve">[00:47] </w:t>
      </w:r>
      <w:r>
        <w:t>woh hai "reason and reality".</w:t>
      </w:r>
    </w:p>
    <w:p>
      <w:pPr>
        <w:jc w:val="right"/>
      </w:pPr>
      <w:r>
        <w:t>وہ ہے "ریجن اینڈ ریلیٹی"۔</w:t>
      </w:r>
    </w:p>
    <w:p>
      <w:r>
        <w:rPr>
          <w:b/>
        </w:rPr>
        <w:t xml:space="preserve">[00:59] </w:t>
      </w:r>
      <w:r>
        <w:t>reason and reality.</w:t>
      </w:r>
    </w:p>
    <w:p>
      <w:pPr>
        <w:jc w:val="right"/>
      </w:pPr>
      <w:r>
        <w:t>ریزن اینڈ ریلیٹی۔</w:t>
      </w:r>
    </w:p>
    <w:p>
      <w:r>
        <w:rPr>
          <w:b/>
        </w:rPr>
        <w:t xml:space="preserve">[01:06] </w:t>
      </w:r>
      <w:r>
        <w:t>dekhiye, hum insaan hamesha se</w:t>
      </w:r>
    </w:p>
    <w:p>
      <w:pPr>
        <w:jc w:val="right"/>
      </w:pPr>
      <w:r>
        <w:t>دیکھیے، ہم انسان ہمیشہ سے</w:t>
      </w:r>
    </w:p>
    <w:p>
      <w:r>
        <w:rPr>
          <w:b/>
        </w:rPr>
        <w:t xml:space="preserve">[01:09] </w:t>
      </w:r>
      <w:r>
        <w:t>sachai ko talash karta raha hai.</w:t>
      </w:r>
    </w:p>
    <w:p>
      <w:pPr>
        <w:jc w:val="right"/>
      </w:pPr>
      <w:r>
        <w:t>سچائی کو تلاش کرتا رہا ہے۔</w:t>
      </w:r>
    </w:p>
    <w:p>
      <w:r>
        <w:rPr>
          <w:b/>
        </w:rPr>
        <w:t xml:space="preserve">[01:14] </w:t>
      </w:r>
      <w:r>
        <w:t>in search of truth, hamesha se insaan ka</w:t>
      </w:r>
    </w:p>
    <w:p>
      <w:pPr>
        <w:jc w:val="right"/>
      </w:pPr>
      <w:r>
        <w:t>ان سرچ آف ٹروتھ، ہمیشہ سے انسان کا</w:t>
      </w:r>
    </w:p>
    <w:p>
      <w:r>
        <w:rPr>
          <w:b/>
        </w:rPr>
        <w:t xml:space="preserve">[01:19] </w:t>
      </w:r>
      <w:r>
        <w:t>dhyan is par raha hai.</w:t>
      </w:r>
    </w:p>
    <w:p>
      <w:pPr>
        <w:jc w:val="right"/>
      </w:pPr>
      <w:r>
        <w:t>دھیان اس پر رہا ہے۔</w:t>
      </w:r>
    </w:p>
    <w:p>
      <w:r>
        <w:rPr>
          <w:b/>
        </w:rPr>
        <w:t xml:space="preserve">[01:24] </w:t>
      </w:r>
      <w:r>
        <w:t>aur is mein sab se zyada jis par is ne trust kiya hai, woh hai reason.</w:t>
      </w:r>
    </w:p>
    <w:p>
      <w:pPr>
        <w:jc w:val="right"/>
      </w:pPr>
      <w:r>
        <w:t>اور اس میں سب سے زیادہ جس پر اس نے ٹرسٹ کیا ہے، وہ ہے ریزن۔</w:t>
      </w:r>
    </w:p>
    <w:p>
      <w:r>
        <w:rPr>
          <w:b/>
        </w:rPr>
        <w:t xml:space="preserve">[01:30] </w:t>
      </w:r>
      <w:r>
        <w:t>aaj hamare paas, yaani, technical words zyada hain.</w:t>
      </w:r>
    </w:p>
    <w:p>
      <w:pPr>
        <w:jc w:val="right"/>
      </w:pPr>
      <w:r>
        <w:t>آج ہمارے پاس، یعنی، ٹیکنیکل ورڈز زیادہ ہیں۔</w:t>
      </w:r>
    </w:p>
    <w:p>
      <w:r>
        <w:rPr>
          <w:b/>
        </w:rPr>
        <w:t xml:space="preserve">[01:35] </w:t>
      </w:r>
      <w:r>
        <w:t>pehle itne technical words nahin hua karte the.</w:t>
      </w:r>
    </w:p>
    <w:p>
      <w:pPr>
        <w:jc w:val="right"/>
      </w:pPr>
      <w:r>
        <w:t>پہلے اتنے ٹیکنیکل ورڈز نہیں ہوا کرتے تھے۔</w:t>
      </w:r>
    </w:p>
    <w:p>
      <w:r>
        <w:rPr>
          <w:b/>
        </w:rPr>
        <w:t xml:space="preserve">[01:41] </w:t>
      </w:r>
      <w:r>
        <w:t>is ki vocabulary bhi kam hoti thi.</w:t>
      </w:r>
    </w:p>
    <w:p>
      <w:pPr>
        <w:jc w:val="right"/>
      </w:pPr>
      <w:r>
        <w:t>اس کی وکیبلری بھی کم ہوتی تھی۔</w:t>
      </w:r>
    </w:p>
    <w:p>
      <w:r>
        <w:rPr>
          <w:b/>
        </w:rPr>
        <w:t xml:space="preserve">[01:43] </w:t>
      </w:r>
      <w:r>
        <w:t>lekin yeh kehna ghlt na hoga ke search of truth jo hai, hmesha se insan ka, yaani,</w:t>
      </w:r>
    </w:p>
    <w:p>
      <w:pPr>
        <w:jc w:val="right"/>
      </w:pPr>
      <w:r>
        <w:t>لیکن یہ کہنا غلط نہ ہوگا کہ سرچ آف ٹروتھ جو ہے، ہمیشہ سے انسان کا، یعنی،</w:t>
      </w:r>
    </w:p>
    <w:p>
      <w:r>
        <w:rPr>
          <w:b/>
        </w:rPr>
        <w:t xml:space="preserve">[01:50] </w:t>
      </w:r>
      <w:r>
        <w:t>sab se zyada favorite subject raha hai.</w:t>
      </w:r>
    </w:p>
    <w:p>
      <w:pPr>
        <w:jc w:val="right"/>
      </w:pPr>
      <w:r>
        <w:t>سب سے زیادہ فیورٹ سبجیکٹ رہا ہے۔</w:t>
      </w:r>
    </w:p>
    <w:p>
      <w:r>
        <w:rPr>
          <w:b/>
        </w:rPr>
        <w:t xml:space="preserve">[01:56] </w:t>
      </w:r>
      <w:r>
        <w:t>aur is mein sab se zyada jis par is ne bharosa kiya hai, woh hai rationalism.</w:t>
      </w:r>
    </w:p>
    <w:p>
      <w:pPr>
        <w:jc w:val="right"/>
      </w:pPr>
      <w:r>
        <w:t>اور اس میں سب سے زیادہ جس پر اس نے بھروسہ کیا ہے، وہ ہے ریشنلزم۔</w:t>
      </w:r>
    </w:p>
    <w:p>
      <w:r>
        <w:rPr>
          <w:b/>
        </w:rPr>
        <w:t xml:space="preserve">[02:03] </w:t>
      </w:r>
      <w:r>
        <w:t>sachai ki talash ke liye is ne sab se zyada—</w:t>
      </w:r>
    </w:p>
    <w:p>
      <w:pPr>
        <w:jc w:val="right"/>
      </w:pPr>
      <w:r>
        <w:t>سچائی کی تلاش کے لیے اس نے سب سے زیادہ—</w:t>
      </w:r>
    </w:p>
    <w:p>
      <w:r>
        <w:rPr>
          <w:b/>
        </w:rPr>
        <w:t xml:space="preserve">[02:08] </w:t>
      </w:r>
      <w:r>
        <w:t>aap jante hain ke history mein boht si milengi aap ko, religion, spirituality</w:t>
      </w:r>
    </w:p>
    <w:p>
      <w:pPr>
        <w:jc w:val="right"/>
      </w:pPr>
      <w:r>
        <w:t>آپ جانتے ہیں کہ ہسٹری میں بہت سی ملیں گی آپ کو، ریلیجن، اسپرچولٹی</w:t>
      </w:r>
    </w:p>
    <w:p>
      <w:r>
        <w:rPr>
          <w:b/>
        </w:rPr>
        <w:t xml:space="preserve">[02:15] </w:t>
      </w:r>
      <w:r>
        <w:t>wghera— lekin sab se zyada logon ko</w:t>
      </w:r>
    </w:p>
    <w:p>
      <w:pPr>
        <w:jc w:val="right"/>
      </w:pPr>
      <w:r>
        <w:t>وغیرہ— لیکن سب سے زیادہ لوگوں کو</w:t>
      </w:r>
    </w:p>
    <w:p>
      <w:r>
        <w:rPr>
          <w:b/>
        </w:rPr>
        <w:t xml:space="preserve">[02:22] </w:t>
      </w:r>
      <w:r>
        <w:t>is par smjhte rahe ke jis zariye se hum pahunch jayenge, woh hai rationalism.</w:t>
      </w:r>
    </w:p>
    <w:p>
      <w:pPr>
        <w:jc w:val="right"/>
      </w:pPr>
      <w:r>
        <w:t>اس پر سمجھتے رہے کہ جس ذریعے سے ہم پہنچ جائیں گے، وہ ہے ریشنلزم۔</w:t>
      </w:r>
    </w:p>
    <w:p>
      <w:r>
        <w:rPr>
          <w:b/>
        </w:rPr>
        <w:t xml:space="preserve">[02:30] </w:t>
      </w:r>
      <w:r>
        <w:t>main ne is par boht parha, boht se logon se baaten bhi keen.</w:t>
      </w:r>
    </w:p>
    <w:p>
      <w:pPr>
        <w:jc w:val="right"/>
      </w:pPr>
      <w:r>
        <w:t>میں نے اس پر بہت پڑھا، بہت سے لوگوں سے باتیں بھی کیں۔</w:t>
      </w:r>
    </w:p>
    <w:p>
      <w:r>
        <w:rPr>
          <w:b/>
        </w:rPr>
        <w:t xml:space="preserve">[02:38] </w:t>
      </w:r>
      <w:r>
        <w:t>main yeh kehne ki jurrat karunga</w:t>
      </w:r>
    </w:p>
    <w:p>
      <w:pPr>
        <w:jc w:val="right"/>
      </w:pPr>
      <w:r>
        <w:t>میں یہ کہنے کی جرات کروں گا</w:t>
      </w:r>
    </w:p>
    <w:p>
      <w:r>
        <w:rPr>
          <w:b/>
        </w:rPr>
        <w:t xml:space="preserve">[02:41] </w:t>
      </w:r>
      <w:r>
        <w:t>کہ rationalism in true sense of the word کبھی ہسٹری میں نہیں رہا ہے۔</w:t>
      </w:r>
    </w:p>
    <w:p>
      <w:pPr>
        <w:jc w:val="right"/>
      </w:pPr>
      <w:r>
        <w:t>کہ ریشنلزم ان ٹرو سینس آف دی ورڈ کبھی ہسٹری میں نہیں رہا ہے۔</w:t>
      </w:r>
    </w:p>
    <w:p>
      <w:r>
        <w:rPr>
          <w:b/>
        </w:rPr>
        <w:t xml:space="preserve">[02:48] </w:t>
      </w:r>
      <w:r>
        <w:t>kabhi bhi nahi raha.</w:t>
      </w:r>
    </w:p>
    <w:p>
      <w:pPr>
        <w:jc w:val="right"/>
      </w:pPr>
      <w:r>
        <w:t>کبھی بھی نہیں رہا۔</w:t>
      </w:r>
    </w:p>
    <w:p>
      <w:r>
        <w:rPr>
          <w:b/>
        </w:rPr>
        <w:t xml:space="preserve">[02:50] </w:t>
      </w:r>
      <w:r>
        <w:t>Jitne so-called rationalists hain, main yeh kehne ki jurrat karunga ke un mein se koi bhi</w:t>
      </w:r>
    </w:p>
    <w:p>
      <w:pPr>
        <w:jc w:val="right"/>
      </w:pPr>
      <w:r>
        <w:t>جتنے سو کالڈ ریشنلسٹ ہیں، میں یہ کہنے کی جرات کروں گا کہ ان میں سے کوئی بھی</w:t>
      </w:r>
    </w:p>
    <w:p>
      <w:r>
        <w:rPr>
          <w:b/>
        </w:rPr>
        <w:t xml:space="preserve">[02:55] </w:t>
      </w:r>
      <w:r>
        <w:t>rationalist nahin tha in true sense of the word.</w:t>
      </w:r>
    </w:p>
    <w:p>
      <w:pPr>
        <w:jc w:val="right"/>
      </w:pPr>
      <w:r>
        <w:t>ریشنلسٹ نہیں تھا ان ٹرو سینس آف دی ورڈ۔</w:t>
      </w:r>
    </w:p>
    <w:p>
      <w:r>
        <w:rPr>
          <w:b/>
        </w:rPr>
        <w:t xml:space="preserve">[02:59] </w:t>
      </w:r>
      <w:r>
        <w:t>kyun? is ki ek boht hi well known reason hai.</w:t>
      </w:r>
    </w:p>
    <w:p>
      <w:pPr>
        <w:jc w:val="right"/>
      </w:pPr>
      <w:r>
        <w:t>کیوں؟ اس کی ایک بہت ہی ویل نون ریزن ہے۔</w:t>
      </w:r>
    </w:p>
    <w:p>
      <w:r>
        <w:rPr>
          <w:b/>
        </w:rPr>
        <w:t xml:space="preserve">[03:08] </w:t>
      </w:r>
      <w:r>
        <w:t>woh kya? boht lately insan ne yeh discover kiya hai</w:t>
      </w:r>
    </w:p>
    <w:p>
      <w:pPr>
        <w:jc w:val="right"/>
      </w:pPr>
      <w:r>
        <w:t>وہ کیا؟ بہت لیٹلی انسان نے یہ ڈسکور کیا ہے</w:t>
      </w:r>
    </w:p>
    <w:p>
      <w:r>
        <w:rPr>
          <w:b/>
        </w:rPr>
        <w:t xml:space="preserve">[03:16] </w:t>
      </w:r>
      <w:r>
        <w:t>ke har insan conditioning ka case hota hai.</w:t>
      </w:r>
    </w:p>
    <w:p>
      <w:pPr>
        <w:jc w:val="right"/>
      </w:pPr>
      <w:r>
        <w:t>کہ ہر انسان کنڈیشننگ کا کیس ہوتا ہے۔</w:t>
      </w:r>
    </w:p>
    <w:p>
      <w:r>
        <w:rPr>
          <w:b/>
        </w:rPr>
        <w:t xml:space="preserve">[03:21] </w:t>
      </w:r>
      <w:r>
        <w:t>pehlay insan ko pata nahi tha yeh baat ka.</w:t>
      </w:r>
    </w:p>
    <w:p>
      <w:pPr>
        <w:jc w:val="right"/>
      </w:pPr>
      <w:r>
        <w:t>پہلے انسان کو پتہ نہیں تھا یہ بات کا۔</w:t>
      </w:r>
    </w:p>
    <w:p>
      <w:r>
        <w:rPr>
          <w:b/>
        </w:rPr>
        <w:t xml:space="preserve">[03:25] </w:t>
      </w:r>
      <w:r>
        <w:t>yaani, greek philosophers jinhon ne philosophy mein bare bare kaam kiye, un ke paas deconditioning ka word</w:t>
      </w:r>
    </w:p>
    <w:p>
      <w:pPr>
        <w:jc w:val="right"/>
      </w:pPr>
      <w:r>
        <w:t>یعنی، گریک فلاسفرز جنہوں نے فلاسفی میں بڑے بڑے کام کیے، ان کے پاس ڈی کنڈیشننگ کا ورڈ</w:t>
      </w:r>
    </w:p>
    <w:p>
      <w:r>
        <w:rPr>
          <w:b/>
        </w:rPr>
        <w:t xml:space="preserve">[03:34] </w:t>
      </w:r>
      <w:r>
        <w:t>hi nahi tha.</w:t>
      </w:r>
    </w:p>
    <w:p>
      <w:pPr>
        <w:jc w:val="right"/>
      </w:pPr>
      <w:r>
        <w:t>ہی نہیں تھا۔</w:t>
      </w:r>
    </w:p>
    <w:p>
      <w:r>
        <w:rPr>
          <w:b/>
        </w:rPr>
        <w:t xml:space="preserve">[03:37] </w:t>
      </w:r>
      <w:r>
        <w:t>main yeh kehta hoon</w:t>
      </w:r>
    </w:p>
    <w:p>
      <w:pPr>
        <w:jc w:val="right"/>
      </w:pPr>
      <w:r>
        <w:t>میں یہ کہتا ہوں</w:t>
      </w:r>
    </w:p>
    <w:p>
      <w:r>
        <w:rPr>
          <w:b/>
        </w:rPr>
        <w:t xml:space="preserve">[03:40] </w:t>
      </w:r>
      <w:r>
        <w:t>ke conditioning ek boht hi zyada fatal cheez hai insan ki zindagi mein.</w:t>
      </w:r>
    </w:p>
    <w:p>
      <w:pPr>
        <w:jc w:val="right"/>
      </w:pPr>
      <w:r>
        <w:t>کہ کنڈیشننگ ایک بہت ہی زیادہ فیٹل چیز ہے انسان کی زندگی میں۔</w:t>
      </w:r>
    </w:p>
    <w:p>
      <w:r>
        <w:rPr>
          <w:b/>
        </w:rPr>
        <w:t xml:space="preserve">[03:47] </w:t>
      </w:r>
      <w:r>
        <w:t>aadmi kisi ghar mein paida hua,</w:t>
      </w:r>
    </w:p>
    <w:p>
      <w:pPr>
        <w:jc w:val="right"/>
      </w:pPr>
      <w:r>
        <w:t>آدمی کسی گھر میں پیدا ہوا،</w:t>
      </w:r>
    </w:p>
    <w:p>
      <w:r>
        <w:rPr>
          <w:b/>
        </w:rPr>
        <w:t xml:space="preserve">[03:50] </w:t>
      </w:r>
      <w:r>
        <w:t>kisi environment mein woh pala barha, kisi school, college mein is ne education li, phir zindagi ki aur</w:t>
      </w:r>
    </w:p>
    <w:p>
      <w:pPr>
        <w:jc w:val="right"/>
      </w:pPr>
      <w:r>
        <w:t>کسی انوائرمنٹ میں وہ پلا بڑھا، کسی اسکول، کالج میں اس نے ایجوکیشن لی، پھر زندگی کی اور</w:t>
      </w:r>
    </w:p>
    <w:p>
      <w:r>
        <w:rPr>
          <w:b/>
        </w:rPr>
        <w:t xml:space="preserve">[03:58] </w:t>
      </w:r>
      <w:r>
        <w:t>activities mein gaya woh, to yeh poora jo is ka,</w:t>
      </w:r>
    </w:p>
    <w:p>
      <w:pPr>
        <w:jc w:val="right"/>
      </w:pPr>
      <w:r>
        <w:t>ایکٹیویٹیز میں گیا وہ، تو یہ پورا جو اس کا،</w:t>
      </w:r>
    </w:p>
    <w:p>
      <w:r>
        <w:rPr>
          <w:b/>
        </w:rPr>
        <w:t xml:space="preserve">[04:04] </w:t>
      </w:r>
      <w:r>
        <w:t>yeh poori jo is ki activities hain, is mein woh uska mind condition hota raha.</w:t>
      </w:r>
    </w:p>
    <w:p>
      <w:pPr>
        <w:jc w:val="right"/>
      </w:pPr>
      <w:r>
        <w:t>یہ پوری جو اس کی ایکٹیویٹیز ہیں، اس میں وہ اس کا مائنڈ کنڈیشن ہوتا رہا۔</w:t>
      </w:r>
    </w:p>
    <w:p>
      <w:r>
        <w:rPr>
          <w:b/>
        </w:rPr>
        <w:t xml:space="preserve">[04:12] </w:t>
      </w:r>
      <w:r>
        <w:t>ab yeh cheez establish ho gayi hai ke har insan conditioning ka case hota hai.</w:t>
      </w:r>
    </w:p>
    <w:p>
      <w:pPr>
        <w:jc w:val="right"/>
      </w:pPr>
      <w:r>
        <w:t>اب یہ چیز اسٹیبلش ہو گئی ہے کہ ہر انسان کنڈیشننگ کا کیس ہوتا ہے۔</w:t>
      </w:r>
    </w:p>
    <w:p>
      <w:r>
        <w:rPr>
          <w:b/>
        </w:rPr>
        <w:t xml:space="preserve">[04:19] </w:t>
      </w:r>
      <w:r>
        <w:t>ab is mein koi,</w:t>
      </w:r>
    </w:p>
    <w:p>
      <w:pPr>
        <w:jc w:val="right"/>
      </w:pPr>
      <w:r>
        <w:t>اب اس میں کوئی،</w:t>
      </w:r>
    </w:p>
    <w:p>
      <w:r>
        <w:rPr>
          <w:b/>
        </w:rPr>
        <w:t xml:space="preserve">[04:21] </w:t>
      </w:r>
      <w:r>
        <w:t>yaani, koi shakk ki baat nahi hai.</w:t>
      </w:r>
    </w:p>
    <w:p>
      <w:pPr>
        <w:jc w:val="right"/>
      </w:pPr>
      <w:r>
        <w:t>یعنی، کوئی شک کی بات نہیں ہے۔</w:t>
      </w:r>
    </w:p>
    <w:p>
      <w:r>
        <w:rPr>
          <w:b/>
        </w:rPr>
        <w:t xml:space="preserve">[04:25] </w:t>
      </w:r>
      <w:r>
        <w:t>is baat ka sab se pehle</w:t>
      </w:r>
    </w:p>
    <w:p>
      <w:pPr>
        <w:jc w:val="right"/>
      </w:pPr>
      <w:r>
        <w:t>اس بات کا سب سے پہلے</w:t>
      </w:r>
    </w:p>
    <w:p>
      <w:r>
        <w:rPr>
          <w:b/>
        </w:rPr>
        <w:t xml:space="preserve">[04:28] </w:t>
      </w:r>
      <w:r>
        <w:t>insaan ke saamne yeh baat sab se pehle aai 1925 mein.</w:t>
      </w:r>
    </w:p>
    <w:p>
      <w:pPr>
        <w:jc w:val="right"/>
      </w:pPr>
      <w:r>
        <w:t>انسان کے سامنے یہ بات سب سے پہلے آئی 1925 میں۔</w:t>
      </w:r>
    </w:p>
    <w:p>
      <w:r>
        <w:rPr>
          <w:b/>
        </w:rPr>
        <w:t xml:space="preserve">[04:33] </w:t>
      </w:r>
      <w:r>
        <w:t>1925 mein. conditioning wali baat.</w:t>
      </w:r>
    </w:p>
    <w:p>
      <w:pPr>
        <w:jc w:val="right"/>
      </w:pPr>
      <w:r>
        <w:t>1925 میں۔ کنڈیشننگ والی بات۔</w:t>
      </w:r>
    </w:p>
    <w:p>
      <w:r>
        <w:rPr>
          <w:b/>
        </w:rPr>
        <w:t xml:space="preserve">[04:38] </w:t>
      </w:r>
      <w:r>
        <w:t>yaani zyada, yaani, scientific way mein, zyada clear way mein 1925 mein aai yeh baat.</w:t>
      </w:r>
    </w:p>
    <w:p>
      <w:pPr>
        <w:jc w:val="right"/>
      </w:pPr>
      <w:r>
        <w:t>یعنی زیادہ، یعنی، سائنٹیفک وے میں، زیادہ کلیئر وے میں 1925 میں آئی یہ بات۔</w:t>
      </w:r>
    </w:p>
    <w:p>
      <w:r>
        <w:rPr>
          <w:b/>
        </w:rPr>
        <w:t xml:space="preserve">[04:47] </w:t>
      </w:r>
      <w:r>
        <w:t>yeh Watson, jo J.P. Watson, jo America ka professor tha, psychology jis ka, ka expert maana jaata</w:t>
      </w:r>
    </w:p>
    <w:p>
      <w:pPr>
        <w:jc w:val="right"/>
      </w:pPr>
      <w:r>
        <w:t>یہ واٹسن، جو جے پی واٹسن، جو امریکہ کا پروفیسر تھا، سائیکالوجی جس کا، کا ایکسپرٹ مانا جاتا</w:t>
      </w:r>
    </w:p>
    <w:p>
      <w:r>
        <w:rPr>
          <w:b/>
        </w:rPr>
        <w:t xml:space="preserve">[04:54] </w:t>
      </w:r>
      <w:r>
        <w:t>tha, bohat bara,</w:t>
      </w:r>
    </w:p>
    <w:p>
      <w:pPr>
        <w:jc w:val="right"/>
      </w:pPr>
      <w:r>
        <w:t>تھا، بہت بڑا،</w:t>
      </w:r>
    </w:p>
    <w:p>
      <w:r>
        <w:rPr>
          <w:b/>
        </w:rPr>
        <w:t xml:space="preserve">[04:56] </w:t>
      </w:r>
      <w:r>
        <w:t>is ne 1925 mein ek book chhapi, "Behaviorism".</w:t>
      </w:r>
    </w:p>
    <w:p>
      <w:pPr>
        <w:jc w:val="right"/>
      </w:pPr>
      <w:r>
        <w:t>اس نے 1925 میں ایک بک چھاپی، "بیہیویئر ازم"۔</w:t>
      </w:r>
    </w:p>
    <w:p>
      <w:r>
        <w:rPr>
          <w:b/>
        </w:rPr>
        <w:t xml:space="preserve">[05:02] </w:t>
      </w:r>
      <w:r>
        <w:t>is mein is ne apne bohat saare experiments bata kar yeh dikhaya</w:t>
      </w:r>
    </w:p>
    <w:p>
      <w:pPr>
        <w:jc w:val="right"/>
      </w:pPr>
      <w:r>
        <w:t>اس میں اس نے اپنے بہت سارے ایکسپیریمنٹ بتا کر یہ دکھایا</w:t>
      </w:r>
    </w:p>
    <w:p>
      <w:r>
        <w:rPr>
          <w:b/>
        </w:rPr>
        <w:t xml:space="preserve">[05:07] </w:t>
      </w:r>
      <w:r>
        <w:t>ke insaan paida hote hi is ki conditioning shuru ho jaati hai.</w:t>
      </w:r>
    </w:p>
    <w:p>
      <w:pPr>
        <w:jc w:val="right"/>
      </w:pPr>
      <w:r>
        <w:t>کہ انسان پیدا ہوتے ہی اس کی کنڈیشننگ شروع ہو جاتی ہے۔</w:t>
      </w:r>
    </w:p>
    <w:p>
      <w:r>
        <w:rPr>
          <w:b/>
        </w:rPr>
        <w:t xml:space="preserve">[05:14] </w:t>
      </w:r>
      <w:r>
        <w:t>yeh koi exception nahi hai.</w:t>
      </w:r>
    </w:p>
    <w:p>
      <w:pPr>
        <w:jc w:val="right"/>
      </w:pPr>
      <w:r>
        <w:t>یہ کوئی ایکسیپشن نہیں ہے۔</w:t>
      </w:r>
    </w:p>
    <w:p>
      <w:r>
        <w:rPr>
          <w:b/>
        </w:rPr>
        <w:t xml:space="preserve">[05:17] </w:t>
      </w:r>
      <w:r>
        <w:t>jaise aap paida hote hain maa ke pait se, aap baad ko waise hi nahi rehte.</w:t>
      </w:r>
    </w:p>
    <w:p>
      <w:pPr>
        <w:jc w:val="right"/>
      </w:pPr>
      <w:r>
        <w:t>جیسے آپ پیدا ہوتے ہیں ماں کے پیٹ سے، آپ بعد کو ویسے ہی نہیں رہتے۔</w:t>
      </w:r>
    </w:p>
    <w:p>
      <w:r>
        <w:rPr>
          <w:b/>
        </w:rPr>
        <w:t xml:space="preserve">[05:24] </w:t>
      </w:r>
      <w:r>
        <w:t>to insaan ka case bilkul just like onion hai, pyaaz.</w:t>
      </w:r>
    </w:p>
    <w:p>
      <w:pPr>
        <w:jc w:val="right"/>
      </w:pPr>
      <w:r>
        <w:t>تو انسان کا کیس بالکل جسٹ لائک انین ہے، پیاز۔</w:t>
      </w:r>
    </w:p>
    <w:p>
      <w:r>
        <w:rPr>
          <w:b/>
        </w:rPr>
        <w:t xml:space="preserve">[05:30] </w:t>
      </w:r>
      <w:r>
        <w:t>pyaaz ke oopar aap jaante hain ke is mein ek inner core hota hai.</w:t>
      </w:r>
    </w:p>
    <w:p>
      <w:pPr>
        <w:jc w:val="right"/>
      </w:pPr>
      <w:r>
        <w:t>پیاز کے اوپر آپ جانتے ہیں کہ اس میں ایک انر کور ہوتا ہے۔</w:t>
      </w:r>
    </w:p>
    <w:p>
      <w:r>
        <w:rPr>
          <w:b/>
        </w:rPr>
        <w:t xml:space="preserve">[05:35] </w:t>
      </w:r>
      <w:r>
        <w:t>lekin is ke oopar layer, layer, layer hote hain bohat saare.</w:t>
      </w:r>
    </w:p>
    <w:p>
      <w:pPr>
        <w:jc w:val="right"/>
      </w:pPr>
      <w:r>
        <w:t>لیکن اس کے اوپر لیئر، لیئر، لیئر ہوتے ہیں بہت سارے۔</w:t>
      </w:r>
    </w:p>
    <w:p>
      <w:r>
        <w:rPr>
          <w:b/>
        </w:rPr>
        <w:t xml:space="preserve">[05:43] </w:t>
      </w:r>
      <w:r>
        <w:t>to pehli baar yeh cheez 1925 mein insaan ke saamne aai, zyada organized way mein.</w:t>
      </w:r>
    </w:p>
    <w:p>
      <w:pPr>
        <w:jc w:val="right"/>
      </w:pPr>
      <w:r>
        <w:t>تو پہلی بار یہ چیز 1925 میں انسان کے سامنے آئی، زیادہ آرگنائزڈ وے میں۔</w:t>
      </w:r>
    </w:p>
    <w:p>
      <w:r>
        <w:rPr>
          <w:b/>
        </w:rPr>
        <w:t xml:space="preserve">[05:51] </w:t>
      </w:r>
      <w:r>
        <w:t>ke har insaan conditioning ka case hai.</w:t>
      </w:r>
    </w:p>
    <w:p>
      <w:pPr>
        <w:jc w:val="right"/>
      </w:pPr>
      <w:r>
        <w:t>کہ ہر انسان کنڈیشننگ کا کیس ہے۔</w:t>
      </w:r>
    </w:p>
    <w:p>
      <w:r>
        <w:rPr>
          <w:b/>
        </w:rPr>
        <w:t xml:space="preserve">[05:56] </w:t>
      </w:r>
      <w:r>
        <w:t>lekin is waqt jo hai, ek bohat bari ghalti kar di Watson ne.</w:t>
      </w:r>
    </w:p>
    <w:p>
      <w:pPr>
        <w:jc w:val="right"/>
      </w:pPr>
      <w:r>
        <w:t>لیکن اس وقت جو ہے، ایک بہت بڑی غلطی کر دی واٹسن نے۔</w:t>
      </w:r>
    </w:p>
    <w:p>
      <w:r>
        <w:rPr>
          <w:b/>
        </w:rPr>
        <w:t xml:space="preserve">[06:03] </w:t>
      </w:r>
      <w:r>
        <w:t>is ne conditioning ko real cheez samajh liya.</w:t>
      </w:r>
    </w:p>
    <w:p>
      <w:pPr>
        <w:jc w:val="right"/>
      </w:pPr>
      <w:r>
        <w:t>اس نے کنڈیشننگ کو ریئل چیز سمجھ لیا۔</w:t>
      </w:r>
    </w:p>
    <w:p>
      <w:r>
        <w:rPr>
          <w:b/>
        </w:rPr>
        <w:t xml:space="preserve">[06:09] </w:t>
      </w:r>
      <w:r>
        <w:t>yaani is waqt yeh concept nahi tha.</w:t>
      </w:r>
    </w:p>
    <w:p>
      <w:pPr>
        <w:jc w:val="right"/>
      </w:pPr>
      <w:r>
        <w:t>یعنی اس وقت یہ کانسیپٹ نہیں تھا۔</w:t>
      </w:r>
    </w:p>
    <w:p>
      <w:r>
        <w:rPr>
          <w:b/>
        </w:rPr>
        <w:t xml:space="preserve">[06:11] </w:t>
      </w:r>
      <w:r>
        <w:t>yaani Watson yeh nahi jaanta tha ke conditioning ki deconditioning ki ja sakti hai.</w:t>
      </w:r>
    </w:p>
    <w:p>
      <w:pPr>
        <w:jc w:val="right"/>
      </w:pPr>
      <w:r>
        <w:t>یعنی واٹسن یہ نہیں جانتا تھا کہ کنڈیشننگ کی ڈی کنڈیشننگ کی جا سکتی ہے۔</w:t>
      </w:r>
    </w:p>
    <w:p>
      <w:r>
        <w:rPr>
          <w:b/>
        </w:rPr>
        <w:t xml:space="preserve">[06:17] </w:t>
      </w:r>
      <w:r>
        <w:t>to 1925 mein jo discovery hui woh aadhi thi.</w:t>
      </w:r>
    </w:p>
    <w:p>
      <w:pPr>
        <w:jc w:val="right"/>
      </w:pPr>
      <w:r>
        <w:t>تو 1925 میں جو ڈسکوری ہوئی وہ آدھی تھی۔</w:t>
      </w:r>
    </w:p>
    <w:p>
      <w:r>
        <w:rPr>
          <w:b/>
        </w:rPr>
        <w:t xml:space="preserve">[06:22] </w:t>
      </w:r>
      <w:r>
        <w:t>yaani conditioning to jaana hai insaan ne, lekin deconditioning se phir bhi woh bekhabar raha.</w:t>
      </w:r>
    </w:p>
    <w:p>
      <w:pPr>
        <w:jc w:val="right"/>
      </w:pPr>
      <w:r>
        <w:t>یعنی کنڈیشننگ تو جانا ہے انسان نے، لیکن ڈی کنڈیشننگ سے پھر بھی وہ بے خبر رہا۔</w:t>
      </w:r>
    </w:p>
    <w:p>
      <w:r>
        <w:rPr>
          <w:b/>
        </w:rPr>
        <w:t xml:space="preserve">[06:28] </w:t>
      </w:r>
      <w:r>
        <w:t>to conditioned insaan hi ko Watson ne samjha ke yeh asal insaan hai.</w:t>
      </w:r>
    </w:p>
    <w:p>
      <w:pPr>
        <w:jc w:val="right"/>
      </w:pPr>
      <w:r>
        <w:t>تو کنڈیشنڈ انسان ہی کو واٹسن نے سمجھا کہ یہ اصل انسان ہے۔</w:t>
      </w:r>
    </w:p>
    <w:p>
      <w:r>
        <w:rPr>
          <w:b/>
        </w:rPr>
        <w:t xml:space="preserve">[06:34] </w:t>
      </w:r>
      <w:r>
        <w:t>jaise white rats jo hai,</w:t>
      </w:r>
    </w:p>
    <w:p>
      <w:pPr>
        <w:jc w:val="right"/>
      </w:pPr>
      <w:r>
        <w:t>جیسے وائٹ ریٹس جو ہے،</w:t>
      </w:r>
    </w:p>
    <w:p>
      <w:r>
        <w:rPr>
          <w:b/>
        </w:rPr>
        <w:t xml:space="preserve">[06:37] </w:t>
      </w:r>
      <w:r>
        <w:t>apne mahaul se, asar se in ka rang banta hai, in ki habits banti hain, to is ne</w:t>
      </w:r>
    </w:p>
    <w:p>
      <w:pPr>
        <w:jc w:val="right"/>
      </w:pPr>
      <w:r>
        <w:t>اپنے ماحول سے، اثر سے ان کا رنگ بنتا ہے، ان کی ہیبٹس بنتی ہیں، تو اس نے</w:t>
      </w:r>
    </w:p>
    <w:p>
      <w:r>
        <w:rPr>
          <w:b/>
        </w:rPr>
        <w:t xml:space="preserve">[06:43] </w:t>
      </w:r>
      <w:r>
        <w:t>samjha ke aise insan bhi hai.</w:t>
      </w:r>
    </w:p>
    <w:p>
      <w:pPr>
        <w:jc w:val="right"/>
      </w:pPr>
      <w:r>
        <w:t>سمجھا کہ ایسے انسان بھی ہے۔</w:t>
      </w:r>
    </w:p>
    <w:p>
      <w:r>
        <w:rPr>
          <w:b/>
        </w:rPr>
        <w:t xml:space="preserve">[06:46] </w:t>
      </w:r>
      <w:r>
        <w:t>to conditioned insan hi ko is ne asal insan samajh liya.</w:t>
      </w:r>
    </w:p>
    <w:p>
      <w:pPr>
        <w:jc w:val="right"/>
      </w:pPr>
      <w:r>
        <w:t>تو کنڈیشنڈ انسان ہی کو اس نے اصل انسان سمجھ لیا۔</w:t>
      </w:r>
    </w:p>
    <w:p>
      <w:r>
        <w:rPr>
          <w:b/>
        </w:rPr>
        <w:t xml:space="preserve">[06:52] </w:t>
      </w:r>
      <w:r>
        <w:t>to kaha ke is waqt bhi aadhi sachai ko jana hai insan ne.</w:t>
      </w:r>
    </w:p>
    <w:p>
      <w:pPr>
        <w:jc w:val="right"/>
      </w:pPr>
      <w:r>
        <w:t>تو کہا کہ اس وقت بھی آدھی سچائی کو جانا ہے انسان نے۔</w:t>
      </w:r>
    </w:p>
    <w:p>
      <w:r>
        <w:rPr>
          <w:b/>
        </w:rPr>
        <w:t xml:space="preserve">[07:00] </w:t>
      </w:r>
      <w:r>
        <w:t>aaj main yeh kehne ki position mein hoon</w:t>
      </w:r>
    </w:p>
    <w:p>
      <w:pPr>
        <w:jc w:val="right"/>
      </w:pPr>
      <w:r>
        <w:t>آج میں یہ کہنے کی پوزیشن میں ہوں</w:t>
      </w:r>
    </w:p>
    <w:p>
      <w:r>
        <w:rPr>
          <w:b/>
        </w:rPr>
        <w:t xml:space="preserve">[07:04] </w:t>
      </w:r>
      <w:r>
        <w:t>ke jab tak is conditioning ki</w:t>
      </w:r>
    </w:p>
    <w:p>
      <w:pPr>
        <w:jc w:val="right"/>
      </w:pPr>
      <w:r>
        <w:t>کہ جب تک اس کنڈیشننگ کی</w:t>
      </w:r>
    </w:p>
    <w:p>
      <w:r>
        <w:rPr>
          <w:b/>
        </w:rPr>
        <w:t xml:space="preserve">[07:09] </w:t>
      </w:r>
      <w:r>
        <w:t>de conditioning na ki jaye,</w:t>
      </w:r>
    </w:p>
    <w:p>
      <w:pPr>
        <w:jc w:val="right"/>
      </w:pPr>
      <w:r>
        <w:t>ڈی کنڈیشننگ نہ کی جائے،</w:t>
      </w:r>
    </w:p>
    <w:p>
      <w:r>
        <w:rPr>
          <w:b/>
        </w:rPr>
        <w:t xml:space="preserve">[07:12] </w:t>
      </w:r>
      <w:r>
        <w:t>koi bhi insan,</w:t>
      </w:r>
    </w:p>
    <w:p>
      <w:pPr>
        <w:jc w:val="right"/>
      </w:pPr>
      <w:r>
        <w:t>کوئی بھی انسان،</w:t>
      </w:r>
    </w:p>
    <w:p>
      <w:r>
        <w:rPr>
          <w:b/>
        </w:rPr>
        <w:t xml:space="preserve">[07:15] </w:t>
      </w:r>
      <w:r>
        <w:t>chahe woh Aristotle ho, chahe Socrates ho, woh sahi true sense mein rationalist ban hi nahi sakta.</w:t>
      </w:r>
    </w:p>
    <w:p>
      <w:pPr>
        <w:jc w:val="right"/>
      </w:pPr>
      <w:r>
        <w:t>چاہے وہ ارسٹوٹل ہو، چاہے ساکریٹیز ہو، وہ صحیح ٹرو سینس میں ریشنلسٹ بن ہی نہیں سکتا۔</w:t>
      </w:r>
    </w:p>
    <w:p>
      <w:r>
        <w:rPr>
          <w:b/>
        </w:rPr>
        <w:t xml:space="preserve">[07:26] </w:t>
      </w:r>
      <w:r>
        <w:t>rationalist ki definition yeh hai ke is ke andar objective thinking ho.</w:t>
      </w:r>
    </w:p>
    <w:p>
      <w:pPr>
        <w:jc w:val="right"/>
      </w:pPr>
      <w:r>
        <w:t>ریشنلسٹ کی ڈیفینیشن یہ ہے کہ اس کے اندر ابجیکٹو تھنکنگ ہو۔</w:t>
      </w:r>
    </w:p>
    <w:p>
      <w:r>
        <w:rPr>
          <w:b/>
        </w:rPr>
        <w:t xml:space="preserve">[07:32] </w:t>
      </w:r>
      <w:r>
        <w:t>aap sochiye ke jis insan ke andar objective thinking hi nahi hai,</w:t>
      </w:r>
    </w:p>
    <w:p>
      <w:pPr>
        <w:jc w:val="right"/>
      </w:pPr>
      <w:r>
        <w:t>آپ سوچیے کہ جس انسان کے اندر ابجیکٹو تھنکنگ ہی نہیں ہے،</w:t>
      </w:r>
    </w:p>
    <w:p>
      <w:r>
        <w:rPr>
          <w:b/>
        </w:rPr>
        <w:t xml:space="preserve">[07:39] </w:t>
      </w:r>
      <w:r>
        <w:t>to kaise ban jayega woh rationalist?</w:t>
      </w:r>
    </w:p>
    <w:p>
      <w:pPr>
        <w:jc w:val="right"/>
      </w:pPr>
      <w:r>
        <w:t>تو کیسے بن جائے گا وہ ریشنلسٹ؟</w:t>
      </w:r>
    </w:p>
    <w:p>
      <w:r>
        <w:rPr>
          <w:b/>
        </w:rPr>
        <w:t xml:space="preserve">[07:42] </w:t>
      </w:r>
      <w:r>
        <w:t>yeh to impossible hai.</w:t>
      </w:r>
    </w:p>
    <w:p>
      <w:pPr>
        <w:jc w:val="right"/>
      </w:pPr>
      <w:r>
        <w:t>یہ تو امپاسیبل ہے۔</w:t>
      </w:r>
    </w:p>
    <w:p>
      <w:r>
        <w:rPr>
          <w:b/>
        </w:rPr>
        <w:t xml:space="preserve">[07:45] </w:t>
      </w:r>
      <w:r>
        <w:t>to sab log kisi na kisi conditioning mein jeete hain.</w:t>
      </w:r>
    </w:p>
    <w:p>
      <w:pPr>
        <w:jc w:val="right"/>
      </w:pPr>
      <w:r>
        <w:t>تو سب لوگ کسی نہ کسی کنڈیشننگ میں جیتے ہیں۔</w:t>
      </w:r>
    </w:p>
    <w:p>
      <w:r>
        <w:rPr>
          <w:b/>
        </w:rPr>
        <w:t xml:space="preserve">[07:49] </w:t>
      </w:r>
      <w:r>
        <w:t>is wajah se kya hai? in ki rational pursuit theek tarah chal nahi pati.</w:t>
      </w:r>
    </w:p>
    <w:p>
      <w:pPr>
        <w:jc w:val="right"/>
      </w:pPr>
      <w:r>
        <w:t>اس وجہ سے کیا ہے؟ ان کی ریشنل پرسوٹ ٹھیک طرح چل نہیں پاتی۔</w:t>
      </w:r>
    </w:p>
    <w:p>
      <w:r>
        <w:rPr>
          <w:b/>
        </w:rPr>
        <w:t xml:space="preserve">[07:56] </w:t>
      </w:r>
      <w:r>
        <w:t>rational pursuit. chal nahi pati.</w:t>
      </w:r>
    </w:p>
    <w:p>
      <w:pPr>
        <w:jc w:val="right"/>
      </w:pPr>
      <w:r>
        <w:t>ریشنل پرسوٹ۔ چل نہیں پاتی۔</w:t>
      </w:r>
    </w:p>
    <w:p>
      <w:r>
        <w:rPr>
          <w:b/>
        </w:rPr>
        <w:t xml:space="preserve">[08:00] </w:t>
      </w:r>
      <w:r>
        <w:t>main aap ko example deta hoon.</w:t>
      </w:r>
    </w:p>
    <w:p>
      <w:pPr>
        <w:jc w:val="right"/>
      </w:pPr>
      <w:r>
        <w:t>میں آپ کو ایگزامپل دیتا ہوں۔</w:t>
      </w:r>
    </w:p>
    <w:p>
      <w:r>
        <w:rPr>
          <w:b/>
        </w:rPr>
        <w:t xml:space="preserve">[08:03] </w:t>
      </w:r>
      <w:r>
        <w:t>har insan is ka example hai, without any exception.</w:t>
      </w:r>
    </w:p>
    <w:p>
      <w:pPr>
        <w:jc w:val="right"/>
      </w:pPr>
      <w:r>
        <w:t>ہر انسان اس کا ایگزامپل ہے، ودا آؤٹ اینی ایکسیپشن۔</w:t>
      </w:r>
    </w:p>
    <w:p>
      <w:r>
        <w:rPr>
          <w:b/>
        </w:rPr>
        <w:t xml:space="preserve">[08:10] </w:t>
      </w:r>
      <w:r>
        <w:t>India se le kar ke America aur Europe tak har insan is ka example hai ke</w:t>
      </w:r>
    </w:p>
    <w:p>
      <w:pPr>
        <w:jc w:val="right"/>
      </w:pPr>
      <w:r>
        <w:t>انڈیا سے لے کر کے امریکہ اور یورپ تک ہر انسان اس کا ایگزامپل ہے کہ</w:t>
      </w:r>
    </w:p>
    <w:p>
      <w:r>
        <w:rPr>
          <w:b/>
        </w:rPr>
        <w:t xml:space="preserve">[08:16] </w:t>
      </w:r>
      <w:r>
        <w:t>conditioning ke tehat socha is ne, use sahi raah nahi bana saka woh.</w:t>
      </w:r>
    </w:p>
    <w:p>
      <w:pPr>
        <w:jc w:val="right"/>
      </w:pPr>
      <w:r>
        <w:t>کنڈیشننگ کے تحت سوچا اس نے، اسے صحیح راہ نہیں بنا سکا وہ۔</w:t>
      </w:r>
    </w:p>
    <w:p>
      <w:r>
        <w:rPr>
          <w:b/>
        </w:rPr>
        <w:t xml:space="preserve">[08:23] </w:t>
      </w:r>
      <w:r>
        <w:t>to phir rationalism kahan se aayega?</w:t>
      </w:r>
    </w:p>
    <w:p>
      <w:pPr>
        <w:jc w:val="right"/>
      </w:pPr>
      <w:r>
        <w:t>تو پھر ریشنلزم کہاں سے آئے گا؟</w:t>
      </w:r>
    </w:p>
    <w:p>
      <w:r>
        <w:rPr>
          <w:b/>
        </w:rPr>
        <w:t xml:space="preserve">[08:28] </w:t>
      </w:r>
      <w:r>
        <w:t>to mere nazdeek starting point rationalism ka hai apni de conditioning.</w:t>
      </w:r>
    </w:p>
    <w:p>
      <w:pPr>
        <w:jc w:val="right"/>
      </w:pPr>
      <w:r>
        <w:t>تو میرے نزدیک اسٹارٹنگ پوائنٹ ریشنلزم کا ہے اپنی ڈی کنڈیشننگ۔</w:t>
      </w:r>
    </w:p>
    <w:p>
      <w:r>
        <w:rPr>
          <w:b/>
        </w:rPr>
        <w:t xml:space="preserve">[08:36] </w:t>
      </w:r>
      <w:r>
        <w:t>here is the starting point.</w:t>
      </w:r>
    </w:p>
    <w:p>
      <w:pPr>
        <w:jc w:val="right"/>
      </w:pPr>
      <w:r>
        <w:t>ہیر از دا اسٹارٹنگ پوائنٹ۔</w:t>
      </w:r>
    </w:p>
    <w:p>
      <w:r>
        <w:rPr>
          <w:b/>
        </w:rPr>
        <w:t xml:space="preserve">[08:40] </w:t>
      </w:r>
      <w:r>
        <w:t>aur jab aap ne start hi na liya ho to aap ki journey aage kaise badhegi?</w:t>
      </w:r>
    </w:p>
    <w:p>
      <w:pPr>
        <w:jc w:val="right"/>
      </w:pPr>
      <w:r>
        <w:t>اور جب آپ نے اسٹارٹ ہی نہ لیا ہو تو آپ کی جرنی آگے کیسے بڑھے گی؟</w:t>
      </w:r>
    </w:p>
    <w:p>
      <w:r>
        <w:rPr>
          <w:b/>
        </w:rPr>
        <w:t xml:space="preserve">[08:48] </w:t>
      </w:r>
      <w:r>
        <w:t>Aristotle ka zamana 2000 saal pehle ka zamana hai.</w:t>
      </w:r>
    </w:p>
    <w:p>
      <w:pPr>
        <w:jc w:val="right"/>
      </w:pPr>
      <w:r>
        <w:t>ارسٹوٹل کا زمانہ 2000 سال پہلے کا زمانہ ہے۔</w:t>
      </w:r>
    </w:p>
    <w:p>
      <w:r>
        <w:rPr>
          <w:b/>
        </w:rPr>
        <w:t xml:space="preserve">[08:53] </w:t>
      </w:r>
      <w:r>
        <w:t>ab se 2000 saal pehle ka zamana.</w:t>
      </w:r>
    </w:p>
    <w:p>
      <w:pPr>
        <w:jc w:val="right"/>
      </w:pPr>
      <w:r>
        <w:t>اب سے 2000 سال پہلے کا زمانہ۔</w:t>
      </w:r>
    </w:p>
    <w:p>
      <w:r>
        <w:rPr>
          <w:b/>
        </w:rPr>
        <w:t xml:space="preserve">[08:57] </w:t>
      </w:r>
      <w:r>
        <w:t>aur Aristotle Greek philosopher tha, itna bara tha ke woh,</w:t>
      </w:r>
    </w:p>
    <w:p>
      <w:pPr>
        <w:jc w:val="right"/>
      </w:pPr>
      <w:r>
        <w:t>اور اسٹارٹل گریک فلاسفر تھا، اتنا بڑا تھا کہ وہ،</w:t>
      </w:r>
    </w:p>
    <w:p>
      <w:r>
        <w:rPr>
          <w:b/>
        </w:rPr>
        <w:t xml:space="preserve">[09:02] </w:t>
      </w:r>
      <w:r>
        <w:t>yani, dunya ke mind par chhaya raha hai woh hazar saal tak.</w:t>
      </w:r>
    </w:p>
    <w:p>
      <w:pPr>
        <w:jc w:val="right"/>
      </w:pPr>
      <w:r>
        <w:t>یعنی، دنیا کے مائنڈ پر چھایا رہا ہے وہ ہزار سال تک۔</w:t>
      </w:r>
    </w:p>
    <w:p>
      <w:r>
        <w:rPr>
          <w:b/>
        </w:rPr>
        <w:t xml:space="preserve">[09:09] </w:t>
      </w:r>
      <w:r>
        <w:t>lekin is ka qissa suniye.</w:t>
      </w:r>
    </w:p>
    <w:p>
      <w:pPr>
        <w:jc w:val="right"/>
      </w:pPr>
      <w:r>
        <w:t>لیکن اس کا قصہ سنیے۔</w:t>
      </w:r>
    </w:p>
    <w:p>
      <w:r>
        <w:rPr>
          <w:b/>
        </w:rPr>
        <w:t xml:space="preserve">[09:13] </w:t>
      </w:r>
      <w:r>
        <w:t>is ne jo state ka jo khaka diya,</w:t>
      </w:r>
    </w:p>
    <w:p>
      <w:pPr>
        <w:jc w:val="right"/>
      </w:pPr>
      <w:r>
        <w:t>اس نے جو اسٹیٹ کا جو خاکہ دیا،</w:t>
      </w:r>
    </w:p>
    <w:p>
      <w:r>
        <w:rPr>
          <w:b/>
        </w:rPr>
        <w:t xml:space="preserve">[09:17] </w:t>
      </w:r>
      <w:r>
        <w:t>is state mein is ne jo aurat ka role diya, woman ka, woh kam diya, mard se kam.</w:t>
      </w:r>
    </w:p>
    <w:p>
      <w:pPr>
        <w:jc w:val="right"/>
      </w:pPr>
      <w:r>
        <w:t>اس اسٹیٹ میں اس نے جو عورت کا رول دیا، وومن کا، وہ کم دیا، مرد سے کم۔</w:t>
      </w:r>
    </w:p>
    <w:p>
      <w:r>
        <w:rPr>
          <w:b/>
        </w:rPr>
        <w:t xml:space="preserve">[09:24] </w:t>
      </w:r>
      <w:r>
        <w:t>aur is ka proof kya tha?</w:t>
      </w:r>
    </w:p>
    <w:p>
      <w:pPr>
        <w:jc w:val="right"/>
      </w:pPr>
      <w:r>
        <w:t>اور اس کا پروف کیا تھا؟</w:t>
      </w:r>
    </w:p>
    <w:p>
      <w:r>
        <w:rPr>
          <w:b/>
        </w:rPr>
        <w:t xml:space="preserve">[09:28] </w:t>
      </w:r>
      <w:r>
        <w:t>Aristotle ne kaha ke</w:t>
      </w:r>
    </w:p>
    <w:p>
      <w:pPr>
        <w:jc w:val="right"/>
      </w:pPr>
      <w:r>
        <w:t>ارسٹوٹل نے کہا کہ</w:t>
      </w:r>
    </w:p>
    <w:p>
      <w:r>
        <w:rPr>
          <w:b/>
        </w:rPr>
        <w:t xml:space="preserve">[09:30] </w:t>
      </w:r>
      <w:r>
        <w:t>mard ke munh mein kam daant hote hain.</w:t>
      </w:r>
    </w:p>
    <w:p>
      <w:pPr>
        <w:jc w:val="right"/>
      </w:pPr>
      <w:r>
        <w:t>مرد کے منہ میں کم دانت ہوتے ہیں۔</w:t>
      </w:r>
    </w:p>
    <w:p>
      <w:r>
        <w:rPr>
          <w:b/>
        </w:rPr>
        <w:t xml:space="preserve">[09:34] </w:t>
      </w:r>
      <w:r>
        <w:t>mard ke munh mein kam daant hote hain.</w:t>
      </w:r>
    </w:p>
    <w:p>
      <w:pPr>
        <w:jc w:val="right"/>
      </w:pPr>
      <w:r>
        <w:t>مرد کے منہ میں کم دانت ہوتے ہیں۔</w:t>
      </w:r>
    </w:p>
    <w:p>
      <w:r>
        <w:rPr>
          <w:b/>
        </w:rPr>
        <w:t xml:space="preserve">[09:37] </w:t>
      </w:r>
      <w:r>
        <w:t>aap jante hain ke— nahi, main ne galat kaha.</w:t>
      </w:r>
    </w:p>
    <w:p>
      <w:pPr>
        <w:jc w:val="right"/>
      </w:pPr>
      <w:r>
        <w:t>آپ جانتے ہیں کہ— نہیں، میں نے غلط کہا۔</w:t>
      </w:r>
    </w:p>
    <w:p>
      <w:r>
        <w:rPr>
          <w:b/>
        </w:rPr>
        <w:t xml:space="preserve">[09:41] </w:t>
      </w:r>
      <w:r>
        <w:t>aurat ke munh mein kam daant hote hain.</w:t>
      </w:r>
    </w:p>
    <w:p>
      <w:pPr>
        <w:jc w:val="right"/>
      </w:pPr>
      <w:r>
        <w:t>عورت کے منہ میں کم دانت ہوتے ہیں۔</w:t>
      </w:r>
    </w:p>
    <w:p>
      <w:r>
        <w:rPr>
          <w:b/>
        </w:rPr>
        <w:t xml:space="preserve">[09:45] </w:t>
      </w:r>
      <w:r>
        <w:t>aap jante hain ke har mard ke munh mein 32 daant hote hain.</w:t>
      </w:r>
    </w:p>
    <w:p>
      <w:pPr>
        <w:jc w:val="right"/>
      </w:pPr>
      <w:r>
        <w:t>آپ جانتے ہیں کہ ہر مرد کے منہ میں 32 دانت ہوتے ہیں۔</w:t>
      </w:r>
    </w:p>
    <w:p>
      <w:r>
        <w:rPr>
          <w:b/>
        </w:rPr>
        <w:t xml:space="preserve">[09:50] </w:t>
      </w:r>
      <w:r>
        <w:t>is ne yeh kaha ke aurat ke munh mein kam daant hote hain.</w:t>
      </w:r>
    </w:p>
    <w:p>
      <w:pPr>
        <w:jc w:val="right"/>
      </w:pPr>
      <w:r>
        <w:t>اس نے یہ کہا کہ عورت کے منہ میں کم دانت ہوتے ہیں۔</w:t>
      </w:r>
    </w:p>
    <w:p>
      <w:r>
        <w:rPr>
          <w:b/>
        </w:rPr>
        <w:t xml:space="preserve">[09:52] </w:t>
      </w:r>
      <w:r>
        <w:t>is liye woh,</w:t>
      </w:r>
    </w:p>
    <w:p>
      <w:pPr>
        <w:jc w:val="right"/>
      </w:pPr>
      <w:r>
        <w:t>اس لیے وہ،</w:t>
      </w:r>
    </w:p>
    <w:p>
      <w:r>
        <w:rPr>
          <w:b/>
        </w:rPr>
        <w:t xml:space="preserve">[09:54] </w:t>
      </w:r>
      <w:r>
        <w:t>yani, is ke jo political utopia jo thi, is ne jo banaya tha,</w:t>
      </w:r>
    </w:p>
    <w:p>
      <w:pPr>
        <w:jc w:val="right"/>
      </w:pPr>
      <w:r>
        <w:t>یعنی، اس کے جو پولیٹیکل ایٹوپیا جو تھی، اس نے جو بنایا تھا،</w:t>
      </w:r>
    </w:p>
    <w:p>
      <w:r>
        <w:rPr>
          <w:b/>
        </w:rPr>
        <w:t xml:space="preserve">[10:00] </w:t>
      </w:r>
      <w:r>
        <w:t>is mein aurat ka role is ne ghata diya.</w:t>
      </w:r>
    </w:p>
    <w:p>
      <w:pPr>
        <w:jc w:val="right"/>
      </w:pPr>
      <w:r>
        <w:t>اس میں عورت کا رول اس نے گھٹا دیا۔</w:t>
      </w:r>
    </w:p>
    <w:p>
      <w:r>
        <w:rPr>
          <w:b/>
        </w:rPr>
        <w:t xml:space="preserve">[10:03] </w:t>
      </w:r>
      <w:r>
        <w:t>ab yeh kya tha?</w:t>
      </w:r>
    </w:p>
    <w:p>
      <w:pPr>
        <w:jc w:val="right"/>
      </w:pPr>
      <w:r>
        <w:t>اب یہ کیا تھا؟</w:t>
      </w:r>
    </w:p>
    <w:p>
      <w:r>
        <w:rPr>
          <w:b/>
        </w:rPr>
        <w:t xml:space="preserve">[10:05] </w:t>
      </w:r>
      <w:r>
        <w:t>sainkaron saal se woh sunta aaya tha ke aurat ke munh mein kam daant hote hain.</w:t>
      </w:r>
    </w:p>
    <w:p>
      <w:pPr>
        <w:jc w:val="right"/>
      </w:pPr>
      <w:r>
        <w:t>سینکڑوں سال سے وہ سنتا آیا تھا کہ عورت کے منہ میں کم دانت ہوتے ہیں۔</w:t>
      </w:r>
    </w:p>
    <w:p>
      <w:r>
        <w:rPr>
          <w:b/>
        </w:rPr>
        <w:t xml:space="preserve">[10:11] </w:t>
      </w:r>
      <w:r>
        <w:t>isi ko repeat kar diya is ne.</w:t>
      </w:r>
    </w:p>
    <w:p>
      <w:pPr>
        <w:jc w:val="right"/>
      </w:pPr>
      <w:r>
        <w:t>اسی کو ریپیٹ کر دیا اس نے۔</w:t>
      </w:r>
    </w:p>
    <w:p>
      <w:r>
        <w:rPr>
          <w:b/>
        </w:rPr>
        <w:t xml:space="preserve">[10:14] </w:t>
      </w:r>
      <w:r>
        <w:t>halankeh aap kisi bhi aurat aur mard ko gin gin kar dekh lijiye, jo bhi aap ko mile</w:t>
      </w:r>
    </w:p>
    <w:p>
      <w:pPr>
        <w:jc w:val="right"/>
      </w:pPr>
      <w:r>
        <w:t>حالانکہ آپ کسی بھی عورت اور مرد کو گن گن کر دیکھ لیجیے، جو بھی آپ کو ملے</w:t>
      </w:r>
    </w:p>
    <w:p>
      <w:r>
        <w:rPr>
          <w:b/>
        </w:rPr>
        <w:t xml:space="preserve">[10:20] </w:t>
      </w:r>
      <w:r>
        <w:t>road par chalta hua, to mard ke munh mein 32 daant hon ge aur aurat ke munh mein</w:t>
      </w:r>
    </w:p>
    <w:p>
      <w:pPr>
        <w:jc w:val="right"/>
      </w:pPr>
      <w:r>
        <w:t>روڈ پر چلتا ہوا، تو مرد کے منہ میں 32 دانت ہوں گے اور عورت کے منہ میں</w:t>
      </w:r>
    </w:p>
    <w:p>
      <w:r>
        <w:rPr>
          <w:b/>
        </w:rPr>
        <w:t xml:space="preserve">[10:26] </w:t>
      </w:r>
      <w:r>
        <w:t>32 daant hon ge.</w:t>
      </w:r>
    </w:p>
    <w:p>
      <w:pPr>
        <w:jc w:val="right"/>
      </w:pPr>
      <w:r>
        <w:t>32 دانت ہوں گے۔</w:t>
      </w:r>
    </w:p>
    <w:p>
      <w:r>
        <w:rPr>
          <w:b/>
        </w:rPr>
        <w:t xml:space="preserve">[10:29] </w:t>
      </w:r>
      <w:r>
        <w:t>nature mein farq nahi hai daant ke mamle mein.</w:t>
      </w:r>
    </w:p>
    <w:p>
      <w:pPr>
        <w:jc w:val="right"/>
      </w:pPr>
      <w:r>
        <w:t>نیچر میں فرق نہیں ہے دانت کے معاملے میں۔</w:t>
      </w:r>
    </w:p>
    <w:p>
      <w:r>
        <w:rPr>
          <w:b/>
        </w:rPr>
        <w:t xml:space="preserve">[10:33] </w:t>
      </w:r>
      <w:r>
        <w:t>ab dekhiye, itna bara aadmi jo hai,</w:t>
      </w:r>
    </w:p>
    <w:p>
      <w:pPr>
        <w:jc w:val="right"/>
      </w:pPr>
      <w:r>
        <w:t>اب دیکھیے، اتنا بڑا آدمی جو ہے،</w:t>
      </w:r>
    </w:p>
    <w:p>
      <w:r>
        <w:rPr>
          <w:b/>
        </w:rPr>
        <w:t xml:space="preserve">[10:37] </w:t>
      </w:r>
      <w:r>
        <w:t>apni deconditioning nahi kar paya.</w:t>
      </w:r>
    </w:p>
    <w:p>
      <w:pPr>
        <w:jc w:val="right"/>
      </w:pPr>
      <w:r>
        <w:t>اپنی ڈی کنڈیشننگ نہیں کر پایا۔</w:t>
      </w:r>
    </w:p>
    <w:p>
      <w:r>
        <w:rPr>
          <w:b/>
        </w:rPr>
        <w:t xml:space="preserve">[10:42] </w:t>
      </w:r>
      <w:r>
        <w:t>aap sochiye, is ke 2000 saal baad paida hota hai britan rasel, jo modern world ka top mosT</w:t>
      </w:r>
    </w:p>
    <w:p>
      <w:pPr>
        <w:jc w:val="right"/>
      </w:pPr>
      <w:r>
        <w:t>آپ سوچیے، اس کے 2000 سال بعد پیدا ہوتا ہے برٹن ریسل، جو ماڈرن ورلڈ کا ٹاپ موسٹ</w:t>
      </w:r>
    </w:p>
    <w:p>
      <w:r>
        <w:rPr>
          <w:b/>
        </w:rPr>
        <w:t xml:space="preserve">[10:51] </w:t>
      </w:r>
      <w:r>
        <w:t>intellectual maana jaata hai,</w:t>
      </w:r>
    </w:p>
    <w:p>
      <w:pPr>
        <w:jc w:val="right"/>
      </w:pPr>
      <w:r>
        <w:t>انٹلیکچول مانا جاتا ہے،</w:t>
      </w:r>
    </w:p>
    <w:p>
      <w:r>
        <w:rPr>
          <w:b/>
        </w:rPr>
        <w:t xml:space="preserve">[10:55] </w:t>
      </w:r>
      <w:r>
        <w:t>aur bahut hi well read aadmi maana jaata hai.</w:t>
      </w:r>
    </w:p>
    <w:p>
      <w:pPr>
        <w:jc w:val="right"/>
      </w:pPr>
      <w:r>
        <w:t>اور بہت ہی ویل ریڈ آدمی مانا جاتا ہے۔</w:t>
      </w:r>
    </w:p>
    <w:p>
      <w:r>
        <w:rPr>
          <w:b/>
        </w:rPr>
        <w:t xml:space="preserve">[11:03] </w:t>
      </w:r>
      <w:r>
        <w:t>britan rasel, jis ko bahut lambi umar mili, qareeb 100 saal jiya woh.</w:t>
      </w:r>
    </w:p>
    <w:p>
      <w:pPr>
        <w:jc w:val="right"/>
      </w:pPr>
      <w:r>
        <w:t>برٹن ریسل، جس کو بہت لمبی عمر ملی، قریب 100 سال جیا وہ۔</w:t>
      </w:r>
    </w:p>
    <w:p>
      <w:r>
        <w:rPr>
          <w:b/>
        </w:rPr>
        <w:t xml:space="preserve">[11:09] </w:t>
      </w:r>
      <w:r>
        <w:t>aur kaha jaata hai ke saari umar woh parhta hi raha woh.</w:t>
      </w:r>
    </w:p>
    <w:p>
      <w:pPr>
        <w:jc w:val="right"/>
      </w:pPr>
      <w:r>
        <w:t>اور کہا جاتا ہے کہ ساری عمر وہ پڑھتا ہی رہا وہ۔</w:t>
      </w:r>
    </w:p>
    <w:p>
      <w:r>
        <w:rPr>
          <w:b/>
        </w:rPr>
        <w:t xml:space="preserve">[11:12] </w:t>
      </w:r>
      <w:r>
        <w:t>aur bahut hi intelligent tha.</w:t>
      </w:r>
    </w:p>
    <w:p>
      <w:pPr>
        <w:jc w:val="right"/>
      </w:pPr>
      <w:r>
        <w:t>اور بہت ہی انٹیلیجنٹ تھا۔</w:t>
      </w:r>
    </w:p>
    <w:p>
      <w:r>
        <w:rPr>
          <w:b/>
        </w:rPr>
        <w:t xml:space="preserve">[11:16] </w:t>
      </w:r>
      <w:r>
        <w:t>aur bahut top ka philosopher tha woh.</w:t>
      </w:r>
    </w:p>
    <w:p>
      <w:pPr>
        <w:jc w:val="right"/>
      </w:pPr>
      <w:r>
        <w:t>اور بہت ٹاپ کا فلاسفر تھا وہ۔</w:t>
      </w:r>
    </w:p>
    <w:p>
      <w:r>
        <w:rPr>
          <w:b/>
        </w:rPr>
        <w:t xml:space="preserve">[11:19] </w:t>
      </w:r>
      <w:r>
        <w:t>woh bhi apni deconditioning na kar saka.</w:t>
      </w:r>
    </w:p>
    <w:p>
      <w:pPr>
        <w:jc w:val="right"/>
      </w:pPr>
      <w:r>
        <w:t>وہ بھی اپنی ڈی کنڈیشننگ نہ کر سکا۔</w:t>
      </w:r>
    </w:p>
    <w:p>
      <w:r>
        <w:rPr>
          <w:b/>
        </w:rPr>
        <w:t xml:space="preserve">[11:23] </w:t>
      </w:r>
      <w:r>
        <w:t>to hum kaise maanein ke woh rationalist tha?</w:t>
      </w:r>
    </w:p>
    <w:p>
      <w:pPr>
        <w:jc w:val="right"/>
      </w:pPr>
      <w:r>
        <w:t>تو ہم کیسے مانیں کہ وہ ریشنلسٹ تھا؟</w:t>
      </w:r>
    </w:p>
    <w:p>
      <w:r>
        <w:rPr>
          <w:b/>
        </w:rPr>
        <w:t xml:space="preserve">[11:27] </w:t>
      </w:r>
      <w:r>
        <w:t>dekhiye, is ki ek kitaab hai "why</w:t>
      </w:r>
    </w:p>
    <w:p>
      <w:pPr>
        <w:jc w:val="right"/>
      </w:pPr>
      <w:r>
        <w:t>دیکھیے، اس کی ایک کتاب ہے "وائی</w:t>
      </w:r>
    </w:p>
    <w:p>
      <w:r>
        <w:rPr>
          <w:b/>
        </w:rPr>
        <w:t xml:space="preserve">[11:30] </w:t>
      </w:r>
      <w:r>
        <w:t>i am not a christian".</w:t>
      </w:r>
    </w:p>
    <w:p>
      <w:pPr>
        <w:jc w:val="right"/>
      </w:pPr>
      <w:r>
        <w:t>آئی ایم ناٹ ا کرسچن"۔</w:t>
      </w:r>
    </w:p>
    <w:p>
      <w:r>
        <w:rPr>
          <w:b/>
        </w:rPr>
        <w:t xml:space="preserve">[11:35] </w:t>
      </w:r>
      <w:r>
        <w:t>britan rasel ki kitaab hai, jo britan rasel, jo ke english philosopher tha,</w:t>
      </w:r>
    </w:p>
    <w:p>
      <w:pPr>
        <w:jc w:val="right"/>
      </w:pPr>
      <w:r>
        <w:t>برٹن ریسل کی کتاب ہے، جو برٹن ریسل، جو کہ انگلش فلاسفر تھا،</w:t>
      </w:r>
    </w:p>
    <w:p>
      <w:r>
        <w:rPr>
          <w:b/>
        </w:rPr>
        <w:t xml:space="preserve">[11:41] </w:t>
      </w:r>
      <w:r>
        <w:t>jo jis ki death hui hai 1970 mein.</w:t>
      </w:r>
    </w:p>
    <w:p>
      <w:pPr>
        <w:jc w:val="right"/>
      </w:pPr>
      <w:r>
        <w:t>جو جس کی ڈیتھ ہوئی ہے 1970 میں۔</w:t>
      </w:r>
    </w:p>
    <w:p>
      <w:r>
        <w:rPr>
          <w:b/>
        </w:rPr>
        <w:t xml:space="preserve">[11:45] </w:t>
      </w:r>
      <w:r>
        <w:t>1970 mein. to is ki kitaab hai "why i am not a christian".</w:t>
      </w:r>
    </w:p>
    <w:p>
      <w:pPr>
        <w:jc w:val="right"/>
      </w:pPr>
      <w:r>
        <w:t>1970 میں۔ تو اس کی کتاب ہے "وائی آئی ایم ناٹ ا کرسچن"۔</w:t>
      </w:r>
    </w:p>
    <w:p>
      <w:r>
        <w:rPr>
          <w:b/>
        </w:rPr>
        <w:t xml:space="preserve">[11:54] </w:t>
      </w:r>
      <w:r>
        <w:t>to is mein yeh kehta hai ke main atheist hoon, main khuda ko nahi maanta.</w:t>
      </w:r>
    </w:p>
    <w:p>
      <w:pPr>
        <w:jc w:val="right"/>
      </w:pPr>
      <w:r>
        <w:t>تو اس میں یہ کہتا ہے کہ میں اتھیسٹ ہوں، میں خدا کو نہیں مانتا۔</w:t>
      </w:r>
    </w:p>
    <w:p>
      <w:r>
        <w:rPr>
          <w:b/>
        </w:rPr>
        <w:t xml:space="preserve">[12:01] </w:t>
      </w:r>
      <w:r>
        <w:t>to is mein,</w:t>
      </w:r>
    </w:p>
    <w:p>
      <w:pPr>
        <w:jc w:val="right"/>
      </w:pPr>
      <w:r>
        <w:t>تو اس میں،</w:t>
      </w:r>
    </w:p>
    <w:p>
      <w:r>
        <w:rPr>
          <w:b/>
        </w:rPr>
        <w:t xml:space="preserve">[12:05] </w:t>
      </w:r>
      <w:r>
        <w:t>yaani, britan rasel mein ek khoobi zaroor thi ke woh munafiq nahi tha.</w:t>
      </w:r>
    </w:p>
    <w:p>
      <w:pPr>
        <w:jc w:val="right"/>
      </w:pPr>
      <w:r>
        <w:t>یعنی، برٹن ریسل میں ایک خوبی ضرور تھی کہ وہ منافق نہیں تھا۔</w:t>
      </w:r>
    </w:p>
    <w:p>
      <w:r>
        <w:rPr>
          <w:b/>
        </w:rPr>
        <w:t xml:space="preserve">[12:09] </w:t>
      </w:r>
      <w:r>
        <w:t>banawati baat nahi karta tha woh.</w:t>
      </w:r>
    </w:p>
    <w:p>
      <w:pPr>
        <w:jc w:val="right"/>
      </w:pPr>
      <w:r>
        <w:t>بناوٹی بات نہیں کرتا تھا وہ۔</w:t>
      </w:r>
    </w:p>
    <w:p>
      <w:r>
        <w:rPr>
          <w:b/>
        </w:rPr>
        <w:t xml:space="preserve">[12:11] </w:t>
      </w:r>
      <w:r>
        <w:t>jo is ke dil mein hota tha, wahi is ki zabaan par hota tha.</w:t>
      </w:r>
    </w:p>
    <w:p>
      <w:pPr>
        <w:jc w:val="right"/>
      </w:pPr>
      <w:r>
        <w:t>جو اس کے دل میں ہوتا تھا، وہی اس کی زبان پر ہوتا تھا۔</w:t>
      </w:r>
    </w:p>
    <w:p>
      <w:r>
        <w:rPr>
          <w:b/>
        </w:rPr>
        <w:t xml:space="preserve">[12:15] </w:t>
      </w:r>
      <w:r>
        <w:t>aap is ki autobiography mein aisi bahut si example dekhenge, agar aap parhein to.</w:t>
      </w:r>
    </w:p>
    <w:p>
      <w:pPr>
        <w:jc w:val="right"/>
      </w:pPr>
      <w:r>
        <w:t>آپ اس کی آٹو بائیوگرافی میں ایسی بہت سی ایگزامپل دیکھیں گے، اگر آپ پڑھیں تو۔</w:t>
      </w:r>
    </w:p>
    <w:p>
      <w:r>
        <w:rPr>
          <w:b/>
        </w:rPr>
        <w:t xml:space="preserve">[12:21] </w:t>
      </w:r>
      <w:r>
        <w:t>moti si autobiography is ki hai.</w:t>
      </w:r>
    </w:p>
    <w:p>
      <w:pPr>
        <w:jc w:val="right"/>
      </w:pPr>
      <w:r>
        <w:t>موٹی سی آٹو بائیوگرافی اس کی ہے۔</w:t>
      </w:r>
    </w:p>
    <w:p>
      <w:r>
        <w:rPr>
          <w:b/>
        </w:rPr>
        <w:t xml:space="preserve">[12:25] </w:t>
      </w:r>
      <w:r>
        <w:t>to is mein, is kitaab mein, yaani "why i am not a christian" mein woh likhta hai khuda</w:t>
      </w:r>
    </w:p>
    <w:p>
      <w:pPr>
        <w:jc w:val="right"/>
      </w:pPr>
      <w:r>
        <w:t>تو اس میں، اس کتاب میں، یعنی "وائی آئی ایم ناٹ ا کرسچن" میں وہ لکھتا ہے خدا</w:t>
      </w:r>
    </w:p>
    <w:p>
      <w:r>
        <w:rPr>
          <w:b/>
        </w:rPr>
        <w:t xml:space="preserve">[12:30] </w:t>
      </w:r>
      <w:r>
        <w:t>ke baray mein</w:t>
      </w:r>
    </w:p>
    <w:p>
      <w:pPr>
        <w:jc w:val="right"/>
      </w:pPr>
      <w:r>
        <w:t>کے بارے میں</w:t>
      </w:r>
    </w:p>
    <w:p>
      <w:r>
        <w:rPr>
          <w:b/>
        </w:rPr>
        <w:t xml:space="preserve">[12:33] </w:t>
      </w:r>
      <w:r>
        <w:t>ke argument from design, yaani theologian, jis cheez ko kehte hain argument from design, woh apni nature mein</w:t>
      </w:r>
    </w:p>
    <w:p>
      <w:pPr>
        <w:jc w:val="right"/>
      </w:pPr>
      <w:r>
        <w:t>کہ آرگیومنٹ فرام ڈیزائن، یعنی تھیالوجین، جس چیز کو کہتے ہیں آرگیومنٹ فرام ڈیزائن، وہ اپنی نیچر میں</w:t>
      </w:r>
    </w:p>
    <w:p>
      <w:r>
        <w:rPr>
          <w:b/>
        </w:rPr>
        <w:t xml:space="preserve">[12:41] </w:t>
      </w:r>
      <w:r>
        <w:t>ek scientific argument hai.</w:t>
      </w:r>
    </w:p>
    <w:p>
      <w:pPr>
        <w:jc w:val="right"/>
      </w:pPr>
      <w:r>
        <w:t>ایک سائنٹیفک آرگیومنٹ ہے۔</w:t>
      </w:r>
    </w:p>
    <w:p>
      <w:r>
        <w:rPr>
          <w:b/>
        </w:rPr>
        <w:t xml:space="preserve">[12:45] </w:t>
      </w:r>
      <w:r>
        <w:t>is ko aap suniye ghor se.</w:t>
      </w:r>
    </w:p>
    <w:p>
      <w:pPr>
        <w:jc w:val="right"/>
      </w:pPr>
      <w:r>
        <w:t>اس کو آپ سنیے غور سے۔</w:t>
      </w:r>
    </w:p>
    <w:p>
      <w:r>
        <w:rPr>
          <w:b/>
        </w:rPr>
        <w:t xml:space="preserve">[12:49] </w:t>
      </w:r>
      <w:r>
        <w:t>apne munh se yeh bolta hai burton russell</w:t>
      </w:r>
    </w:p>
    <w:p>
      <w:pPr>
        <w:jc w:val="right"/>
      </w:pPr>
      <w:r>
        <w:t>اپنے منہ سے یہ بولتا ہے برٹن ریسل</w:t>
      </w:r>
    </w:p>
    <w:p>
      <w:r>
        <w:rPr>
          <w:b/>
        </w:rPr>
        <w:t xml:space="preserve">[12:53] </w:t>
      </w:r>
      <w:r>
        <w:t>keh theologian jis cheez ko kehte hain argument from design, yani if there is design, there is designer.</w:t>
      </w:r>
    </w:p>
    <w:p>
      <w:pPr>
        <w:jc w:val="right"/>
      </w:pPr>
      <w:r>
        <w:t>کہ تھیالوجین جس چیز کو کہتے ہیں آرگیومنٹ فرام ڈیزائن، یعنی اف دیر از ڈیزائن، دیر از ڈیزائنر۔</w:t>
      </w:r>
    </w:p>
    <w:p>
      <w:r>
        <w:rPr>
          <w:b/>
        </w:rPr>
        <w:t xml:space="preserve">[13:03] </w:t>
      </w:r>
      <w:r>
        <w:t>yani when design is proved, designers also proved.</w:t>
      </w:r>
    </w:p>
    <w:p>
      <w:pPr>
        <w:jc w:val="right"/>
      </w:pPr>
      <w:r>
        <w:t>یعنی وین ڈیزائن از پروفڈ، ڈیزائنرز السو پروفڈ۔</w:t>
      </w:r>
    </w:p>
    <w:p>
      <w:r>
        <w:rPr>
          <w:b/>
        </w:rPr>
        <w:t xml:space="preserve">[13:09] </w:t>
      </w:r>
      <w:r>
        <w:t>is ko kehte hain argument from design.</w:t>
      </w:r>
    </w:p>
    <w:p>
      <w:pPr>
        <w:jc w:val="right"/>
      </w:pPr>
      <w:r>
        <w:t>اس کو کہتے ہیں آرگیومنٹ فرام ڈیزائن۔</w:t>
      </w:r>
    </w:p>
    <w:p>
      <w:r>
        <w:rPr>
          <w:b/>
        </w:rPr>
        <w:t xml:space="preserve">[13:13] </w:t>
      </w:r>
      <w:r>
        <w:t>to woh kehta hai keh argument from design apni nature mein aik scientific argument hai.</w:t>
      </w:r>
    </w:p>
    <w:p>
      <w:pPr>
        <w:jc w:val="right"/>
      </w:pPr>
      <w:r>
        <w:t>تو وہ کہتا ہے کہ آرگیومنٹ فرام ڈیزائن اپنی نیچر میں ایک سائنٹیفک آرگیومنٹ ہے۔</w:t>
      </w:r>
    </w:p>
    <w:p>
      <w:r>
        <w:rPr>
          <w:b/>
        </w:rPr>
        <w:t xml:space="preserve">[13:20] </w:t>
      </w:r>
      <w:r>
        <w:t>lekin ab is par aik butt laga deta hai woh.</w:t>
      </w:r>
    </w:p>
    <w:p>
      <w:pPr>
        <w:jc w:val="right"/>
      </w:pPr>
      <w:r>
        <w:t>لیکن اب اس پر ایک بٹ لگا دیتا ہے وہ۔</w:t>
      </w:r>
    </w:p>
    <w:p>
      <w:r>
        <w:rPr>
          <w:b/>
        </w:rPr>
        <w:t xml:space="preserve">[13:24] </w:t>
      </w:r>
      <w:r>
        <w:t>لیکن ڈارونزم نے اس کو ڈسٹرائے کر دیا ہے۔</w:t>
      </w:r>
    </w:p>
    <w:p>
      <w:pPr>
        <w:jc w:val="right"/>
      </w:pPr>
      <w:r>
        <w:t>لیکن ڈارمڈزم نے اس کو ڈسٹرائے کر دیا ہے۔</w:t>
      </w:r>
    </w:p>
    <w:p>
      <w:r>
        <w:rPr>
          <w:b/>
        </w:rPr>
        <w:t xml:space="preserve">[13:30] </w:t>
      </w:r>
      <w:r>
        <w:t>ڈارمڈزم نے اس کو destroy کر دیا ہے۔</w:t>
      </w:r>
    </w:p>
    <w:p>
      <w:pPr>
        <w:jc w:val="right"/>
      </w:pPr>
      <w:r>
        <w:t>ڈارمڈزم نے اس کو ڈسٹرائے کر دیا ہے۔</w:t>
      </w:r>
    </w:p>
    <w:p>
      <w:r>
        <w:rPr>
          <w:b/>
        </w:rPr>
        <w:t xml:space="preserve">[13:35] </w:t>
      </w:r>
      <w:r>
        <w:t>اب دیکھیے کہ ڈارونزم کیا ہے؟ ڈارونزم کوئی پروفڈ تھیوری ہے؟ کوئی اسٹیبلشڈ فیکٹ ہے؟</w:t>
      </w:r>
    </w:p>
    <w:p>
      <w:pPr>
        <w:jc w:val="right"/>
      </w:pPr>
      <w:r>
        <w:t>اب دیکھیے کہ ڈارمڈزم کیا ہے؟ ڈارمڈزم کوئی پروفڈ تھیوری ہے؟ کوئی اسٹیبلشڈ فیکٹ ہے؟</w:t>
      </w:r>
    </w:p>
    <w:p>
      <w:r>
        <w:rPr>
          <w:b/>
        </w:rPr>
        <w:t xml:space="preserve">[13:46] </w:t>
      </w:r>
      <w:r>
        <w:t>Darwinism is simply a workable theory.</w:t>
      </w:r>
    </w:p>
    <w:p>
      <w:pPr>
        <w:jc w:val="right"/>
      </w:pPr>
      <w:r>
        <w:t>ڈارمڈزم تو سمپلی ورک ایبل تھیوری ہے۔</w:t>
      </w:r>
    </w:p>
    <w:p>
      <w:r>
        <w:rPr>
          <w:b/>
        </w:rPr>
        <w:t xml:space="preserve">[13:50] </w:t>
      </w:r>
      <w:r>
        <w:t>koi proof is ka nahi hai.</w:t>
      </w:r>
    </w:p>
    <w:p>
      <w:pPr>
        <w:jc w:val="right"/>
      </w:pPr>
      <w:r>
        <w:t>کوئی پروف اس کا نہیں ہے۔</w:t>
      </w:r>
    </w:p>
    <w:p>
      <w:r>
        <w:rPr>
          <w:b/>
        </w:rPr>
        <w:t xml:space="preserve">[13:53] </w:t>
      </w:r>
      <w:r>
        <w:t>جو کہے کہ سائنٹفک، یہ proved theory ہے، وہ جانتے ہی نہیں۔</w:t>
      </w:r>
    </w:p>
    <w:p>
      <w:pPr>
        <w:jc w:val="right"/>
      </w:pPr>
      <w:r>
        <w:t>جو کہے کہ سائنٹفک، یہ پروفڈ تھیوری ہے، وہ جانتے ہی نہیں۔</w:t>
      </w:r>
    </w:p>
    <w:p>
      <w:r>
        <w:rPr>
          <w:b/>
        </w:rPr>
        <w:t xml:space="preserve">[13:56] </w:t>
      </w:r>
      <w:r>
        <w:t>اسے پڑھا ہی نہیں ہے evolution کو یا Darwinism کو۔</w:t>
      </w:r>
    </w:p>
    <w:p>
      <w:pPr>
        <w:jc w:val="right"/>
      </w:pPr>
      <w:r>
        <w:t>اسے پڑھا ہی نہیں ہے ایولوشن کو یا ڈارمڈزم کو۔</w:t>
      </w:r>
    </w:p>
    <w:p>
      <w:r>
        <w:rPr>
          <w:b/>
        </w:rPr>
        <w:t xml:space="preserve">[14:01] </w:t>
      </w:r>
      <w:r>
        <w:t>jo na parha ho log, jo log nahi parhe hue hain, woh aisi baatein bola karte hain.</w:t>
      </w:r>
    </w:p>
    <w:p>
      <w:pPr>
        <w:jc w:val="right"/>
      </w:pPr>
      <w:r>
        <w:t>جو نہ پڑھا ہو لوگ، جو لوگ نہیں پڑھے ہوئے ہیں، وہ ایسی باتیں بولا کرتے ہیں۔</w:t>
      </w:r>
    </w:p>
    <w:p>
      <w:r>
        <w:rPr>
          <w:b/>
        </w:rPr>
        <w:t xml:space="preserve">[14:05] </w:t>
      </w:r>
      <w:r>
        <w:t>جو گہرائی میں انہوں نے پڑھا ہے، وہ جانتے ہیں کہ Darwinism جو ہے، simply ایک ایک ورک</w:t>
      </w:r>
    </w:p>
    <w:p>
      <w:pPr>
        <w:jc w:val="right"/>
      </w:pPr>
      <w:r>
        <w:t>جو گہرائی میں انہوں نے پڑھا ہے، وہ جانتے ہیں کہ ڈارمڈزم جو ہے، سمپلی ایک ایک ورک</w:t>
      </w:r>
    </w:p>
    <w:p>
      <w:r>
        <w:rPr>
          <w:b/>
        </w:rPr>
        <w:t xml:space="preserve">[14:10] </w:t>
      </w:r>
      <w:r>
        <w:t>aible theory hai, na keh koi scientifically proved theory.</w:t>
      </w:r>
    </w:p>
    <w:p>
      <w:pPr>
        <w:jc w:val="right"/>
      </w:pPr>
      <w:r>
        <w:t>ایبل تھیوری ہے، نہ کہ کوئی سائنٹیفکلی پروفڈ تھیوری۔</w:t>
      </w:r>
    </w:p>
    <w:p>
      <w:r>
        <w:rPr>
          <w:b/>
        </w:rPr>
        <w:t xml:space="preserve">[14:17] </w:t>
      </w:r>
      <w:r>
        <w:t>to ab aap dekhiye keh</w:t>
      </w:r>
    </w:p>
    <w:p>
      <w:pPr>
        <w:jc w:val="right"/>
      </w:pPr>
      <w:r>
        <w:t>تو اب آپ دیکھیے کہ</w:t>
      </w:r>
    </w:p>
    <w:p>
      <w:r>
        <w:rPr>
          <w:b/>
        </w:rPr>
        <w:t xml:space="preserve">[14:21] </w:t>
      </w:r>
      <w:r>
        <w:t>jo theory khud hi proof na hui ho,</w:t>
      </w:r>
    </w:p>
    <w:p>
      <w:pPr>
        <w:jc w:val="right"/>
      </w:pPr>
      <w:r>
        <w:t>جو تھیوری خود ہی پروف نہ ہوئی ہو،</w:t>
      </w:r>
    </w:p>
    <w:p>
      <w:r>
        <w:rPr>
          <w:b/>
        </w:rPr>
        <w:t xml:space="preserve">[14:24] </w:t>
      </w:r>
      <w:r>
        <w:t>وہ کیسے ایک ایک آرگیومنٹ کو ڈسٹرائے کر سکتی ہے؟ ایک proved argument کو۔</w:t>
      </w:r>
    </w:p>
    <w:p>
      <w:pPr>
        <w:jc w:val="right"/>
      </w:pPr>
      <w:r>
        <w:t>وہ کیسے ایک ایک آرگیومنٹ کو ڈسٹرائے کر سکتی ہے؟ ایک پروفڈ آرگیومنٹ کو۔</w:t>
      </w:r>
    </w:p>
    <w:p>
      <w:r>
        <w:rPr>
          <w:b/>
        </w:rPr>
        <w:t xml:space="preserve">[14:34] </w:t>
      </w:r>
      <w:r>
        <w:t>yani hum yeh dekhte hain keh</w:t>
      </w:r>
    </w:p>
    <w:p>
      <w:pPr>
        <w:jc w:val="right"/>
      </w:pPr>
      <w:r>
        <w:t>یعنی ہم یہ دیکھتے ہیں کہ</w:t>
      </w:r>
    </w:p>
    <w:p>
      <w:r>
        <w:rPr>
          <w:b/>
        </w:rPr>
        <w:t xml:space="preserve">[14:36] </w:t>
      </w:r>
      <w:r>
        <w:t>hamari dunya mein design hai.</w:t>
      </w:r>
    </w:p>
    <w:p>
      <w:pPr>
        <w:jc w:val="right"/>
      </w:pPr>
      <w:r>
        <w:t>ہماری دنیا میں ڈیزائن ہے۔</w:t>
      </w:r>
    </w:p>
    <w:p>
      <w:r>
        <w:rPr>
          <w:b/>
        </w:rPr>
        <w:t xml:space="preserve">[14:39] </w:t>
      </w:r>
      <w:r>
        <w:t>design hona is baat ka proof banta hai hamare liye keh is ka aik designer hai.</w:t>
      </w:r>
    </w:p>
    <w:p>
      <w:pPr>
        <w:jc w:val="right"/>
      </w:pPr>
      <w:r>
        <w:t>ڈیزائن ہونا اس بات کا پروف بنتا ہے ہمارے لیے کہ اس کا ایک ڈیزائنر ہے۔</w:t>
      </w:r>
    </w:p>
    <w:p>
      <w:r>
        <w:rPr>
          <w:b/>
        </w:rPr>
        <w:t xml:space="preserve">[14:45] </w:t>
      </w:r>
      <w:r>
        <w:t>is ko hum kehte hain scientific, is ko hum kehte hain argument from design.</w:t>
      </w:r>
    </w:p>
    <w:p>
      <w:pPr>
        <w:jc w:val="right"/>
      </w:pPr>
      <w:r>
        <w:t>اس کو ہم کہتے ہیں سائنٹیفک، اس کو ہم کہتے ہیں آرگیومنٹ فرام ڈیزائن۔</w:t>
      </w:r>
    </w:p>
    <w:p>
      <w:r>
        <w:rPr>
          <w:b/>
        </w:rPr>
        <w:t xml:space="preserve">[14:49] </w:t>
      </w:r>
      <w:r>
        <w:t>اب ایک چیز، یہ ایک proved بات ہے، جو observation سے prove ہو رہی ہے۔</w:t>
      </w:r>
    </w:p>
    <w:p>
      <w:pPr>
        <w:jc w:val="right"/>
      </w:pPr>
      <w:r>
        <w:t>اب ایک چیز، یہ ایک پروفڈ بات ہے، جو ابزرویشن سے پروف ہو رہی ہے۔</w:t>
      </w:r>
    </w:p>
    <w:p>
      <w:r>
        <w:rPr>
          <w:b/>
        </w:rPr>
        <w:t xml:space="preserve">[14:56] </w:t>
      </w:r>
      <w:r>
        <w:t>اس کو آپ ایک ایسی چیز سے disproof کیسے کر سکتے ہیں جو جس کا observation ہوا</w:t>
      </w:r>
    </w:p>
    <w:p>
      <w:pPr>
        <w:jc w:val="right"/>
      </w:pPr>
      <w:r>
        <w:t>اس کو آپ ایک ایسی چیز سے ڈس پروف کیسے کر سکتے ہیں جو جس کا ابزرویشن ہوا</w:t>
      </w:r>
    </w:p>
    <w:p>
      <w:r>
        <w:rPr>
          <w:b/>
        </w:rPr>
        <w:t xml:space="preserve">[15:02] </w:t>
      </w:r>
      <w:r>
        <w:t>hai? Kyunki evolution process ko kisi ne dekha nahin.</w:t>
      </w:r>
    </w:p>
    <w:p>
      <w:pPr>
        <w:jc w:val="right"/>
      </w:pPr>
      <w:r>
        <w:t>ہے؟ کیونکہ ایولوشن پراسیس کو کسی نے دیکھا نہیں۔</w:t>
      </w:r>
    </w:p>
    <w:p>
      <w:r>
        <w:rPr>
          <w:b/>
        </w:rPr>
        <w:t xml:space="preserve">[15:07] </w:t>
      </w:r>
      <w:r>
        <w:t>aap jante hain keh missing link ka nazariya jo in ka hai, missing link ka matlab hai keh</w:t>
      </w:r>
    </w:p>
    <w:p>
      <w:pPr>
        <w:jc w:val="right"/>
      </w:pPr>
      <w:r>
        <w:t>آپ جانتے ہیں کہ مسنگ لنک کا نظریہ جو ان کا ہے، مسنگ لنک کا مطلب ہے کہ</w:t>
      </w:r>
    </w:p>
    <w:p>
      <w:r>
        <w:rPr>
          <w:b/>
        </w:rPr>
        <w:t xml:space="preserve">[15:10] </w:t>
      </w:r>
      <w:r>
        <w:t>kisi ne bhi</w:t>
      </w:r>
    </w:p>
    <w:p>
      <w:pPr>
        <w:jc w:val="right"/>
      </w:pPr>
      <w:r>
        <w:t>کسی نے بھی</w:t>
      </w:r>
    </w:p>
    <w:p>
      <w:r>
        <w:rPr>
          <w:b/>
        </w:rPr>
        <w:t xml:space="preserve">[15:13] </w:t>
      </w:r>
      <w:r>
        <w:t>دیکھا نہیں کہ evolution process چل رہا ہے ہسٹری میں۔</w:t>
      </w:r>
    </w:p>
    <w:p>
      <w:pPr>
        <w:jc w:val="right"/>
      </w:pPr>
      <w:r>
        <w:t>دیکھا نہیں کہ ایولوشن پراسیس چل رہا ہے ہسٹری میں۔</w:t>
      </w:r>
    </w:p>
    <w:p>
      <w:r>
        <w:rPr>
          <w:b/>
        </w:rPr>
        <w:t xml:space="preserve">[15:16] </w:t>
      </w:r>
      <w:r>
        <w:t>sirf assume kiya gaya hai.</w:t>
      </w:r>
    </w:p>
    <w:p>
      <w:pPr>
        <w:jc w:val="right"/>
      </w:pPr>
      <w:r>
        <w:t>صرف ازیوم کیا گیا ہے۔</w:t>
      </w:r>
    </w:p>
    <w:p>
      <w:r>
        <w:rPr>
          <w:b/>
        </w:rPr>
        <w:t xml:space="preserve">[15:18] </w:t>
      </w:r>
      <w:r>
        <w:t>kuch kuch fossils ko jod jod kar ke.</w:t>
      </w:r>
    </w:p>
    <w:p>
      <w:pPr>
        <w:jc w:val="right"/>
      </w:pPr>
      <w:r>
        <w:t>کچھ کچھ فاسلز کو جوڑ جوڑ کر کے۔</w:t>
      </w:r>
    </w:p>
    <w:p>
      <w:r>
        <w:rPr>
          <w:b/>
        </w:rPr>
        <w:t xml:space="preserve">[15:22] </w:t>
      </w:r>
      <w:r>
        <w:t>اور اس کو کتنا زیادہ لوگوں نے refute کیا ہے۔</w:t>
      </w:r>
    </w:p>
    <w:p>
      <w:pPr>
        <w:jc w:val="right"/>
      </w:pPr>
      <w:r>
        <w:t>اور اس کو کتنا زیادہ لوگوں نے ریفیوٹ کیا ہے۔</w:t>
      </w:r>
    </w:p>
    <w:p>
      <w:r>
        <w:rPr>
          <w:b/>
        </w:rPr>
        <w:t xml:space="preserve">[15:26] </w:t>
      </w:r>
      <w:r>
        <w:t>اس کی ایک کتاب آپ پڑھ سکتے ہیں، وہ لون کی، وہ "Revealed From Reason"۔</w:t>
      </w:r>
    </w:p>
    <w:p>
      <w:pPr>
        <w:jc w:val="right"/>
      </w:pPr>
      <w:r>
        <w:t>اس کی ایک کتاب آپ پڑھ سکتے ہیں، وہ لون کی، وہ "ریولڈ فرام ریزن"۔</w:t>
      </w:r>
    </w:p>
    <w:p>
      <w:r>
        <w:rPr>
          <w:b/>
        </w:rPr>
        <w:t xml:space="preserve">[15:33] </w:t>
      </w:r>
      <w:r>
        <w:t>تو بہرحال, evolution theory koi proved theory nahin hai.</w:t>
      </w:r>
    </w:p>
    <w:p>
      <w:pPr>
        <w:jc w:val="right"/>
      </w:pPr>
      <w:r>
        <w:t>تو بہرحال، ایولوشن تھیوری کوئی پروفڈ تھیوری نہیں ہے۔</w:t>
      </w:r>
    </w:p>
    <w:p>
      <w:r>
        <w:rPr>
          <w:b/>
        </w:rPr>
        <w:t xml:space="preserve">[15:39] </w:t>
      </w:r>
      <w:r>
        <w:t>تو جو تھیوری اپنے آپ میں پروف نہ ہوئی ہو، وہ کسی اور چیز کو disprove کیسے</w:t>
      </w:r>
    </w:p>
    <w:p>
      <w:pPr>
        <w:jc w:val="right"/>
      </w:pPr>
      <w:r>
        <w:t>تو جو تھیوری اپنے آپ میں پروف نہ ہوئی ہو، وہ کسی اور چیز کو ڈس پروف کیسے</w:t>
      </w:r>
    </w:p>
    <w:p>
      <w:r>
        <w:rPr>
          <w:b/>
        </w:rPr>
        <w:t xml:space="preserve">[15:43] </w:t>
      </w:r>
      <w:r>
        <w:t>kar degi?</w:t>
      </w:r>
    </w:p>
    <w:p>
      <w:pPr>
        <w:jc w:val="right"/>
      </w:pPr>
      <w:r>
        <w:t>کر دے گی؟</w:t>
      </w:r>
    </w:p>
    <w:p>
      <w:r>
        <w:rPr>
          <w:b/>
        </w:rPr>
        <w:t xml:space="preserve">[15:47] </w:t>
      </w:r>
      <w:r>
        <w:t>کھلا ہوا یہ یہاں پر ہے کہ under، یعنی وہ اپنی conditioning کے under میں یہ بول رہا</w:t>
      </w:r>
    </w:p>
    <w:p>
      <w:pPr>
        <w:jc w:val="right"/>
      </w:pPr>
      <w:r>
        <w:t>کھلا ہوا یہ یہاں پر ہے کہ انڈر، یعنی وہ اپنی کنڈیشننگ کے انڈر میں یہ بول رہا</w:t>
      </w:r>
    </w:p>
    <w:p>
      <w:r>
        <w:rPr>
          <w:b/>
        </w:rPr>
        <w:t xml:space="preserve">[15:53] </w:t>
      </w:r>
      <w:r>
        <w:t>hai, use influence agar bol raha hai.</w:t>
      </w:r>
    </w:p>
    <w:p>
      <w:pPr>
        <w:jc w:val="right"/>
      </w:pPr>
      <w:r>
        <w:t>ہے، اسے انفلوئنس اگر بول رہا ہے۔</w:t>
      </w:r>
    </w:p>
    <w:p>
      <w:r>
        <w:rPr>
          <w:b/>
        </w:rPr>
        <w:t xml:space="preserve">[15:58] </w:t>
      </w:r>
      <w:r>
        <w:t>agar woh apni deconditioning kar leta,</w:t>
      </w:r>
    </w:p>
    <w:p>
      <w:pPr>
        <w:jc w:val="right"/>
      </w:pPr>
      <w:r>
        <w:t>اگر وہ اپنی ڈی کنڈیشننگ کر لیتا،</w:t>
      </w:r>
    </w:p>
    <w:p>
      <w:r>
        <w:rPr>
          <w:b/>
        </w:rPr>
        <w:t xml:space="preserve">[16:02] </w:t>
      </w:r>
      <w:r>
        <w:t>jo baat mein keh raha hoon, is ko jaan leta woh, to kabhi bhi aisa na likhta woh.</w:t>
      </w:r>
    </w:p>
    <w:p>
      <w:pPr>
        <w:jc w:val="right"/>
      </w:pPr>
      <w:r>
        <w:t>جو بات میں کہہ رہا ہوں، اس کو جان لیتا وہ، تو کبھی بھی ایسا نہ لکھتا وہ۔</w:t>
      </w:r>
    </w:p>
    <w:p>
      <w:r>
        <w:rPr>
          <w:b/>
        </w:rPr>
        <w:t xml:space="preserve">[16:09] </w:t>
      </w:r>
      <w:r>
        <w:t>to aristotle se le kar burton russell tak, 2000 ka zamana jo hai, is mein beshumar, anginat</w:t>
      </w:r>
    </w:p>
    <w:p>
      <w:pPr>
        <w:jc w:val="right"/>
      </w:pPr>
      <w:r>
        <w:t>تو ارسٹوٹل سے لے کر برٹن ریسل تک، 2000 کا زمانہ جو ہے، اس میں بے شمار، انگنت</w:t>
      </w:r>
    </w:p>
    <w:p>
      <w:r>
        <w:rPr>
          <w:b/>
        </w:rPr>
        <w:t xml:space="preserve">[16:18] </w:t>
      </w:r>
      <w:r>
        <w:t>log aise uthe hain jo jin ke baray mein samjha jata hai keh rationalist thay.</w:t>
      </w:r>
    </w:p>
    <w:p>
      <w:pPr>
        <w:jc w:val="right"/>
      </w:pPr>
      <w:r>
        <w:t>لوگ ایسے اٹھے ہیں جو جن کے بارے میں سمجھا جاتا ہے کہ ریشنلسٹ تھے۔</w:t>
      </w:r>
    </w:p>
    <w:p>
      <w:r>
        <w:rPr>
          <w:b/>
        </w:rPr>
        <w:t xml:space="preserve">[16:23] </w:t>
      </w:r>
      <w:r>
        <w:t>mein kehta hoon in mein se aik bhi aadmi rationalist nahi tha.</w:t>
      </w:r>
    </w:p>
    <w:p>
      <w:pPr>
        <w:jc w:val="right"/>
      </w:pPr>
      <w:r>
        <w:t>میں کہتا ہوں ان میں سے ایک بھی آدمی ریشنلسٹ نہیں تھا۔</w:t>
      </w:r>
    </w:p>
    <w:p>
      <w:r>
        <w:rPr>
          <w:b/>
        </w:rPr>
        <w:t xml:space="preserve">[16:26] </w:t>
      </w:r>
      <w:r>
        <w:t>kyun? is ka,</w:t>
      </w:r>
    </w:p>
    <w:p>
      <w:pPr>
        <w:jc w:val="right"/>
      </w:pPr>
      <w:r>
        <w:t>کیوں؟ اس کا،</w:t>
      </w:r>
    </w:p>
    <w:p>
      <w:r>
        <w:rPr>
          <w:b/>
        </w:rPr>
        <w:t xml:space="preserve">[16:29] </w:t>
      </w:r>
      <w:r>
        <w:t>is ne apne aap ko de conditioning kiya hi nahin.</w:t>
      </w:r>
    </w:p>
    <w:p>
      <w:pPr>
        <w:jc w:val="right"/>
      </w:pPr>
      <w:r>
        <w:t>اس نے اپنے آپ کو ڈی کنڈیشن کیا ہی نہیں۔</w:t>
      </w:r>
    </w:p>
    <w:p>
      <w:r>
        <w:rPr>
          <w:b/>
        </w:rPr>
        <w:t xml:space="preserve">[16:32] </w:t>
      </w:r>
      <w:r>
        <w:t>hata ke de conditioning ka jo nature mein hai, nahin, conditioning ka jo nature mein process hai, woh</w:t>
      </w:r>
    </w:p>
    <w:p>
      <w:pPr>
        <w:jc w:val="right"/>
      </w:pPr>
      <w:r>
        <w:t>حتیٰ کہ ڈی کنڈیشننگ کا جو نیچر میں ہے، نہیں، کنڈیشننگ کا جو نیچر میں پراسیس ہے، وہ</w:t>
      </w:r>
    </w:p>
    <w:p>
      <w:r>
        <w:rPr>
          <w:b/>
        </w:rPr>
        <w:t xml:space="preserve">[16:41] </w:t>
      </w:r>
      <w:r>
        <w:t>discover hua 1925 mein.</w:t>
      </w:r>
    </w:p>
    <w:p>
      <w:pPr>
        <w:jc w:val="right"/>
      </w:pPr>
      <w:r>
        <w:t>ڈسکور ہوا 1925 میں۔</w:t>
      </w:r>
    </w:p>
    <w:p>
      <w:r>
        <w:rPr>
          <w:b/>
        </w:rPr>
        <w:t xml:space="preserve">[16:43] </w:t>
      </w:r>
      <w:r>
        <w:t>is se pehle log jante bhi nahin the woh.</w:t>
      </w:r>
    </w:p>
    <w:p>
      <w:pPr>
        <w:jc w:val="right"/>
      </w:pPr>
      <w:r>
        <w:t>اس سے پہلے لوگ جانتے بھی نہیں تھے وہ۔</w:t>
      </w:r>
    </w:p>
    <w:p>
      <w:r>
        <w:rPr>
          <w:b/>
        </w:rPr>
        <w:t xml:space="preserve">[16:48] </w:t>
      </w:r>
      <w:r>
        <w:t>toh is wajah se yeh kehna ke main rationalist hoon, yeh bohat bari baat hai.</w:t>
      </w:r>
    </w:p>
    <w:p>
      <w:pPr>
        <w:jc w:val="right"/>
      </w:pPr>
      <w:r>
        <w:t>تو اس وجہ سے یہ کہنا کہ میں ریشنلسٹ ہوں، یہ بہت بڑی بات ہے۔</w:t>
      </w:r>
    </w:p>
    <w:p>
      <w:r>
        <w:rPr>
          <w:b/>
        </w:rPr>
        <w:t xml:space="preserve">[16:54] </w:t>
      </w:r>
      <w:r>
        <w:t>koi rationalist nahin hai.</w:t>
      </w:r>
    </w:p>
    <w:p>
      <w:pPr>
        <w:jc w:val="right"/>
      </w:pPr>
      <w:r>
        <w:t>کوئی ریشنلسٹ نہیں ہے۔</w:t>
      </w:r>
    </w:p>
    <w:p>
      <w:r>
        <w:rPr>
          <w:b/>
        </w:rPr>
        <w:t xml:space="preserve">[16:57] </w:t>
      </w:r>
      <w:r>
        <w:t>kyunke is process se guzra nahin woh.</w:t>
      </w:r>
    </w:p>
    <w:p>
      <w:pPr>
        <w:jc w:val="right"/>
      </w:pPr>
      <w:r>
        <w:t>کیونکہ اس پراسیس سے گزرا نہیں وہ۔</w:t>
      </w:r>
    </w:p>
    <w:p>
      <w:r>
        <w:rPr>
          <w:b/>
        </w:rPr>
        <w:t xml:space="preserve">[17:00] </w:t>
      </w:r>
      <w:r>
        <w:t>de conditioning ke process se guzra nahin.</w:t>
      </w:r>
    </w:p>
    <w:p>
      <w:pPr>
        <w:jc w:val="right"/>
      </w:pPr>
      <w:r>
        <w:t>ڈی کنڈیشننگ کے پراسیس سے گزرا نہیں۔</w:t>
      </w:r>
    </w:p>
    <w:p>
      <w:r>
        <w:rPr>
          <w:b/>
        </w:rPr>
        <w:t xml:space="preserve">[17:03] </w:t>
      </w:r>
      <w:r>
        <w:t>is liye woh ek right nahin rakhta ke main rationalist hoon.</w:t>
      </w:r>
    </w:p>
    <w:p>
      <w:pPr>
        <w:jc w:val="right"/>
      </w:pPr>
      <w:r>
        <w:t>اس لیے وہ ایک رائٹ نہیں رکھتا کہ میں ریشنلسٹ ہوں۔</w:t>
      </w:r>
    </w:p>
    <w:p>
      <w:r>
        <w:rPr>
          <w:b/>
        </w:rPr>
        <w:t xml:space="preserve">[17:08] </w:t>
      </w:r>
      <w:r>
        <w:t>pehlay de conditioning kar ke is ko apne aap ko objective thinker banana paray ga.</w:t>
      </w:r>
    </w:p>
    <w:p>
      <w:pPr>
        <w:jc w:val="right"/>
      </w:pPr>
      <w:r>
        <w:t>پہلے ڈی کنڈیشننگ کر کے اس کو اپنے آپ کو ابجیکٹو تھنکر بنانا پڑے گا۔</w:t>
      </w:r>
    </w:p>
    <w:p>
      <w:r>
        <w:rPr>
          <w:b/>
        </w:rPr>
        <w:t xml:space="preserve">[17:16] </w:t>
      </w:r>
      <w:r>
        <w:t>sab se pehle jo process hai rationalism ka, woh yahan se chalay ga ke aap apni de conditioning</w:t>
      </w:r>
    </w:p>
    <w:p>
      <w:pPr>
        <w:jc w:val="right"/>
      </w:pPr>
      <w:r>
        <w:t>سب سے پہلے جو پراسیس ہے ریشنلزم کا، وہ یہاں سے چلے گا کہ آپ اپنی ڈی کنڈیشننگ</w:t>
      </w:r>
    </w:p>
    <w:p>
      <w:r>
        <w:rPr>
          <w:b/>
        </w:rPr>
        <w:t xml:space="preserve">[17:22] </w:t>
      </w:r>
      <w:r>
        <w:t>karen gay. ruthlessy karna paray ga.</w:t>
      </w:r>
    </w:p>
    <w:p>
      <w:pPr>
        <w:jc w:val="right"/>
      </w:pPr>
      <w:r>
        <w:t>کریں گے۔ روتھلیسلی کرنا پڑے گا۔</w:t>
      </w:r>
    </w:p>
    <w:p>
      <w:r>
        <w:rPr>
          <w:b/>
        </w:rPr>
        <w:t xml:space="preserve">[17:27] </w:t>
      </w:r>
      <w:r>
        <w:t>phir is ke baad jab aap objective thinker ban chukay hon gay, toh wahan se phir chalay ga</w:t>
      </w:r>
    </w:p>
    <w:p>
      <w:pPr>
        <w:jc w:val="right"/>
      </w:pPr>
      <w:r>
        <w:t>پھر اس کے بعد جب آپ ابجیکٹو تھنکر بن چکے ہوں گے، تو وہاں سے پھر چلے گا</w:t>
      </w:r>
    </w:p>
    <w:p>
      <w:r>
        <w:rPr>
          <w:b/>
        </w:rPr>
        <w:t xml:space="preserve">[17:32] </w:t>
      </w:r>
      <w:r>
        <w:t>rationalism. abhi toh rationalism ke alif bay bhi nahin, abc d bhi nahin.</w:t>
      </w:r>
    </w:p>
    <w:p>
      <w:pPr>
        <w:jc w:val="right"/>
      </w:pPr>
      <w:r>
        <w:t>ریشنلزم۔ ابھی تو ریشنلزم کے الف بے بھی نہیں، اے بی سی ڈی بھی نہیں۔</w:t>
      </w:r>
    </w:p>
    <w:p>
      <w:r>
        <w:rPr>
          <w:b/>
        </w:rPr>
        <w:t xml:space="preserve">[17:40] </w:t>
      </w:r>
      <w:r>
        <w:t>is se doosri baat yeh bohat zaroori hai ke aap ke andar yeh courage honi chahiye ke aap</w:t>
      </w:r>
    </w:p>
    <w:p>
      <w:pPr>
        <w:jc w:val="right"/>
      </w:pPr>
      <w:r>
        <w:t>اس سے دوسری بات یہ بہت ضروری ہے کہ آپ کے اندر یہ کریج ہونی چاہیے کہ آپ</w:t>
      </w:r>
    </w:p>
    <w:p>
      <w:r>
        <w:rPr>
          <w:b/>
        </w:rPr>
        <w:t xml:space="preserve">[17:44] </w:t>
      </w:r>
      <w:r>
        <w:t>keh sakain ke i was wrong.</w:t>
      </w:r>
    </w:p>
    <w:p>
      <w:pPr>
        <w:jc w:val="right"/>
      </w:pPr>
      <w:r>
        <w:t>کہہ سکیں کہ آئی واز رونگ۔</w:t>
      </w:r>
    </w:p>
    <w:p>
      <w:r>
        <w:rPr>
          <w:b/>
        </w:rPr>
        <w:t xml:space="preserve">[17:48] </w:t>
      </w:r>
      <w:r>
        <w:t>kyunke jab de conditioning aap karen gay toh bar bar samnay aye ga ke oh, yeh baat toh</w:t>
      </w:r>
    </w:p>
    <w:p>
      <w:pPr>
        <w:jc w:val="right"/>
      </w:pPr>
      <w:r>
        <w:t>کیونکہ جب ڈی کنڈیشننگ آپ کریں گے تو بار بار سامنے آئے گا کہ اوہ، یہ بات تو</w:t>
      </w:r>
    </w:p>
    <w:p>
      <w:r>
        <w:rPr>
          <w:b/>
        </w:rPr>
        <w:t xml:space="preserve">[17:53] </w:t>
      </w:r>
      <w:r>
        <w:t>manta tha, yeh toh ghalat hai.</w:t>
      </w:r>
    </w:p>
    <w:p>
      <w:pPr>
        <w:jc w:val="right"/>
      </w:pPr>
      <w:r>
        <w:t>مانتا تھا، یہ تو غلط ہے۔</w:t>
      </w:r>
    </w:p>
    <w:p>
      <w:r>
        <w:rPr>
          <w:b/>
        </w:rPr>
        <w:t xml:space="preserve">[17:54] </w:t>
      </w:r>
      <w:r>
        <w:t>yeh baat toh manta tha, yeh toh ghalat hai.</w:t>
      </w:r>
    </w:p>
    <w:p>
      <w:pPr>
        <w:jc w:val="right"/>
      </w:pPr>
      <w:r>
        <w:t>یہ بات تو مانتا تھا، یہ تو غلط ہے۔</w:t>
      </w:r>
    </w:p>
    <w:p>
      <w:r>
        <w:rPr>
          <w:b/>
        </w:rPr>
        <w:t xml:space="preserve">[17:58] </w:t>
      </w:r>
      <w:r>
        <w:t>yani aik baat jo aap 20, 25 saal se mantay chalay aa rahay thay, jab aap apne andar</w:t>
      </w:r>
    </w:p>
    <w:p>
      <w:pPr>
        <w:jc w:val="right"/>
      </w:pPr>
      <w:r>
        <w:t>یعنی ایک بات جو آپ 20، 25 سال سے مانتے چلے آ رہے تھے، جب آپ اپنے اندر</w:t>
      </w:r>
    </w:p>
    <w:p>
      <w:r>
        <w:rPr>
          <w:b/>
        </w:rPr>
        <w:t xml:space="preserve">[18:04] </w:t>
      </w:r>
      <w:r>
        <w:t>de conditioning ka process chalayen gay toh bar bar aap ke samnay yeh baat aye gi ke yeh</w:t>
      </w:r>
    </w:p>
    <w:p>
      <w:pPr>
        <w:jc w:val="right"/>
      </w:pPr>
      <w:r>
        <w:t>ڈی کنڈیشننگ کا پراسیس چلائیں گے تو بار بار آپ کے سامنے یہ بات آئے گی کہ یہ</w:t>
      </w:r>
    </w:p>
    <w:p>
      <w:r>
        <w:rPr>
          <w:b/>
        </w:rPr>
        <w:t xml:space="preserve">[18:09] </w:t>
      </w:r>
      <w:r>
        <w:t>toh mein ghalat samajh liya tha mein ne.</w:t>
      </w:r>
    </w:p>
    <w:p>
      <w:pPr>
        <w:jc w:val="right"/>
      </w:pPr>
      <w:r>
        <w:t>تو میں غلط سمجھ لیا تھا میں نے۔</w:t>
      </w:r>
    </w:p>
    <w:p>
      <w:r>
        <w:rPr>
          <w:b/>
        </w:rPr>
        <w:t xml:space="preserve">[18:12] </w:t>
      </w:r>
      <w:r>
        <w:t>تو اس وقت آپ کو کہنا پڑے گا کہ I was wrong, I was wrong.</w:t>
      </w:r>
    </w:p>
    <w:p>
      <w:pPr>
        <w:jc w:val="right"/>
      </w:pPr>
      <w:r>
        <w:t>تو اس وقت آپ کو کہنا پڑے گا کہ آئی واز رونگ، آئی واز رونگ۔</w:t>
      </w:r>
    </w:p>
    <w:p>
      <w:r>
        <w:rPr>
          <w:b/>
        </w:rPr>
        <w:t xml:space="preserve">[18:17] </w:t>
      </w:r>
      <w:r>
        <w:t>tabhi yeh process, yani rationalism ka process, aagay chalay ga.</w:t>
      </w:r>
    </w:p>
    <w:p>
      <w:pPr>
        <w:jc w:val="right"/>
      </w:pPr>
      <w:r>
        <w:t>تبھی یہ پراسیس، یعنی ریشنلزم کا پراسیس، آگے چلے گا۔</w:t>
      </w:r>
    </w:p>
    <w:p>
      <w:r>
        <w:rPr>
          <w:b/>
        </w:rPr>
        <w:t xml:space="preserve">[18:20] </w:t>
      </w:r>
      <w:r>
        <w:t>matlab woh hurt ho jaye ga, ruk jaye ga woh.</w:t>
      </w:r>
    </w:p>
    <w:p>
      <w:pPr>
        <w:jc w:val="right"/>
      </w:pPr>
      <w:r>
        <w:t>مطلب وہ ہرٹ ہو جائے گا، رک جائے گا وہ۔</w:t>
      </w:r>
    </w:p>
    <w:p>
      <w:r>
        <w:rPr>
          <w:b/>
        </w:rPr>
        <w:t xml:space="preserve">[18:23] </w:t>
      </w:r>
      <w:r>
        <w:t>is ki mein aik example deta hoon aap ko.</w:t>
      </w:r>
    </w:p>
    <w:p>
      <w:pPr>
        <w:jc w:val="right"/>
      </w:pPr>
      <w:r>
        <w:t>اس کی میں ایک ایگزامپل دیتا ہوں آپ کو۔</w:t>
      </w:r>
    </w:p>
    <w:p>
      <w:r>
        <w:rPr>
          <w:b/>
        </w:rPr>
        <w:t xml:space="preserve">[18:29] </w:t>
      </w:r>
      <w:r>
        <w:t>1960 mein, yaani 1960 mein, ab se koi 45 years pehle, 45 saal pehle,</w:t>
      </w:r>
    </w:p>
    <w:p>
      <w:pPr>
        <w:jc w:val="right"/>
      </w:pPr>
      <w:r>
        <w:t>1960 میں، یعنی 1960 میں، اب سے کوئی 45 ایئرز پہلے، 45 سال پہلے،</w:t>
      </w:r>
    </w:p>
    <w:p>
      <w:r>
        <w:rPr>
          <w:b/>
        </w:rPr>
        <w:t xml:space="preserve">[18:38] </w:t>
      </w:r>
      <w:r>
        <w:t>meri aik correspondence hui thi aik sahib se jo chupi hui hai, mere paas maujood hai, chupi hui</w:t>
      </w:r>
    </w:p>
    <w:p>
      <w:pPr>
        <w:jc w:val="right"/>
      </w:pPr>
      <w:r>
        <w:t>میری ایک کرسپانڈنس ہوئی تھی ایک صاحب سے جو چھپی ہوئی ہے، میرے پاس موجود ہے، چھپی ہوئی</w:t>
      </w:r>
    </w:p>
    <w:p>
      <w:r>
        <w:rPr>
          <w:b/>
        </w:rPr>
        <w:t xml:space="preserve">[18:43] </w:t>
      </w:r>
      <w:r>
        <w:t>hai woh. 45 saal pehle.</w:t>
      </w:r>
    </w:p>
    <w:p>
      <w:pPr>
        <w:jc w:val="right"/>
      </w:pPr>
      <w:r>
        <w:t>ہے وہ۔ 45 سال پہلے۔</w:t>
      </w:r>
    </w:p>
    <w:p>
      <w:r>
        <w:rPr>
          <w:b/>
        </w:rPr>
        <w:t xml:space="preserve">[18:48] </w:t>
      </w:r>
      <w:r>
        <w:t>to aik sahib thay Pakistan mein, un ka naam tha</w:t>
      </w:r>
    </w:p>
    <w:p>
      <w:pPr>
        <w:jc w:val="right"/>
      </w:pPr>
      <w:r>
        <w:t>تو ایک صاحب تھے پاکستان میں، ان کا نام تھا</w:t>
      </w:r>
    </w:p>
    <w:p>
      <w:r>
        <w:rPr>
          <w:b/>
        </w:rPr>
        <w:t xml:space="preserve">[18:53] </w:t>
      </w:r>
      <w:r>
        <w:t>doctor rafiuddin.</w:t>
      </w:r>
    </w:p>
    <w:p>
      <w:pPr>
        <w:jc w:val="right"/>
      </w:pPr>
      <w:r>
        <w:t>ڈاکٹر رفیع الدین۔</w:t>
      </w:r>
    </w:p>
    <w:p>
      <w:r>
        <w:rPr>
          <w:b/>
        </w:rPr>
        <w:t xml:space="preserve">[18:56] </w:t>
      </w:r>
      <w:r>
        <w:t>woh bohat parhe likhe aadmi thay.</w:t>
      </w:r>
    </w:p>
    <w:p>
      <w:pPr>
        <w:jc w:val="right"/>
      </w:pPr>
      <w:r>
        <w:t>وہ بہت پڑھے لکھے آدمی تھے۔</w:t>
      </w:r>
    </w:p>
    <w:p>
      <w:r>
        <w:rPr>
          <w:b/>
        </w:rPr>
        <w:t xml:space="preserve">[18:59] </w:t>
      </w:r>
      <w:r>
        <w:t>yaani science mein unhon ne doctorate kiya tha.</w:t>
      </w:r>
    </w:p>
    <w:p>
      <w:pPr>
        <w:jc w:val="right"/>
      </w:pPr>
      <w:r>
        <w:t>یعنی سائنس میں انہوں نے ڈاکٹریٹ کیا تھا۔</w:t>
      </w:r>
    </w:p>
    <w:p>
      <w:r>
        <w:rPr>
          <w:b/>
        </w:rPr>
        <w:t xml:space="preserve">[19:05] </w:t>
      </w:r>
      <w:r>
        <w:t>aur Pakistan ke top intellectual mein shumar hota tha un ka.</w:t>
      </w:r>
    </w:p>
    <w:p>
      <w:pPr>
        <w:jc w:val="right"/>
      </w:pPr>
      <w:r>
        <w:t>اور پاکستان کے ٹاپ انٹلیکچول میں شمار ہوتا تھا ان کا۔</w:t>
      </w:r>
    </w:p>
    <w:p>
      <w:r>
        <w:rPr>
          <w:b/>
        </w:rPr>
        <w:t xml:space="preserve">[19:09] </w:t>
      </w:r>
      <w:r>
        <w:t>to unhon ne aik kitaab likhi, is ka naam tha "quran aur ilm jadeed".</w:t>
      </w:r>
    </w:p>
    <w:p>
      <w:pPr>
        <w:jc w:val="right"/>
      </w:pPr>
      <w:r>
        <w:t>تو انہوں نے ایک کتاب لکھی، اس کا نام تھا "قرآن اور علم جدید"۔</w:t>
      </w:r>
    </w:p>
    <w:p>
      <w:r>
        <w:rPr>
          <w:b/>
        </w:rPr>
        <w:t xml:space="preserve">[19:16] </w:t>
      </w:r>
      <w:r>
        <w:t>yeh naam tha is ka kitaab ka.</w:t>
      </w:r>
    </w:p>
    <w:p>
      <w:pPr>
        <w:jc w:val="right"/>
      </w:pPr>
      <w:r>
        <w:t>یہ نام تھا اس کا کتاب کا۔</w:t>
      </w:r>
    </w:p>
    <w:p>
      <w:r>
        <w:rPr>
          <w:b/>
        </w:rPr>
        <w:t xml:space="preserve">[19:18] </w:t>
      </w:r>
      <w:r>
        <w:t>yeh Lahore se chapi thi.</w:t>
      </w:r>
    </w:p>
    <w:p>
      <w:pPr>
        <w:jc w:val="right"/>
      </w:pPr>
      <w:r>
        <w:t>یہ لاہور سے چھپی تھی۔</w:t>
      </w:r>
    </w:p>
    <w:p>
      <w:r>
        <w:rPr>
          <w:b/>
        </w:rPr>
        <w:t xml:space="preserve">[19:21] </w:t>
      </w:r>
      <w:r>
        <w:t>abhi bhi yahan jamiya ki library mein aap dekh sakte hain is kitaab ko.</w:t>
      </w:r>
    </w:p>
    <w:p>
      <w:pPr>
        <w:jc w:val="right"/>
      </w:pPr>
      <w:r>
        <w:t>ابھی بھی یہاں جامعہ کی لائبریری میں آپ دیکھ سکتے ہیں اس کتاب کو۔</w:t>
      </w:r>
    </w:p>
    <w:p>
      <w:r>
        <w:rPr>
          <w:b/>
        </w:rPr>
        <w:t xml:space="preserve">[19:26] </w:t>
      </w:r>
      <w:r>
        <w:t>to is mein unhon ne likha tha ke</w:t>
      </w:r>
    </w:p>
    <w:p>
      <w:pPr>
        <w:jc w:val="right"/>
      </w:pPr>
      <w:r>
        <w:t>تو اس میں انہوں نے لکھا تھا کہ</w:t>
      </w:r>
    </w:p>
    <w:p>
      <w:r>
        <w:rPr>
          <w:b/>
        </w:rPr>
        <w:t xml:space="preserve">[19:29] </w:t>
      </w:r>
      <w:r>
        <w:t>yeh jo evolution theory jo hai, jis ko organic evolution kehte hain,</w:t>
      </w:r>
    </w:p>
    <w:p>
      <w:pPr>
        <w:jc w:val="right"/>
      </w:pPr>
      <w:r>
        <w:t>یہ جو ایولوشن تھیوری جو ہے، جس کو آرگینک ایولوشن کہتے ہیں،</w:t>
      </w:r>
    </w:p>
    <w:p>
      <w:r>
        <w:rPr>
          <w:b/>
        </w:rPr>
        <w:t xml:space="preserve">[19:38] </w:t>
      </w:r>
      <w:r>
        <w:t>is ko unhon ne kaha tha ke scientist</w:t>
      </w:r>
    </w:p>
    <w:p>
      <w:pPr>
        <w:jc w:val="right"/>
      </w:pPr>
      <w:r>
        <w:t>اس کو انہوں نے کہا تھا کہ سائنٹسٹ</w:t>
      </w:r>
    </w:p>
    <w:p>
      <w:r>
        <w:rPr>
          <w:b/>
        </w:rPr>
        <w:t xml:space="preserve">[19:42] </w:t>
      </w:r>
      <w:r>
        <w:t>کمیونٹی جو ہے، سائنٹیفک کمیونٹی جو ہے، اس کو ایکسیپٹ کر چکی ہے، اور وہ ایک ایک proved</w:t>
      </w:r>
    </w:p>
    <w:p>
      <w:pPr>
        <w:jc w:val="right"/>
      </w:pPr>
      <w:r>
        <w:t>کمیونٹی جو ہے، سائنٹیفک کمیونٹی جو ہے، اس کو ایکسیپٹ کر چکی ہے، اور وہ ایک ایک پروفڈ</w:t>
      </w:r>
    </w:p>
    <w:p>
      <w:r>
        <w:rPr>
          <w:b/>
        </w:rPr>
        <w:t xml:space="preserve">[19:48] </w:t>
      </w:r>
      <w:r>
        <w:t>theory ban chuki hai.</w:t>
      </w:r>
    </w:p>
    <w:p>
      <w:pPr>
        <w:jc w:val="right"/>
      </w:pPr>
      <w:r>
        <w:t>تھیوری بن چکی ہے۔</w:t>
      </w:r>
    </w:p>
    <w:p>
      <w:r>
        <w:rPr>
          <w:b/>
        </w:rPr>
        <w:t xml:space="preserve">[19:50] </w:t>
      </w:r>
      <w:r>
        <w:t>is mein yeh claim kiya tha unhon ne, kyunke woh bohat zabardast, is mein bohat kaafi pages thay</w:t>
      </w:r>
    </w:p>
    <w:p>
      <w:pPr>
        <w:jc w:val="right"/>
      </w:pPr>
      <w:r>
        <w:t>اس میں یہ کلیم کیا تھا انہوں نے، کیونکہ وہ بہت زبردست، اس میں بہت کافی پیجز تھے</w:t>
      </w:r>
    </w:p>
    <w:p>
      <w:r>
        <w:rPr>
          <w:b/>
        </w:rPr>
        <w:t xml:space="preserve">[19:55] </w:t>
      </w:r>
      <w:r>
        <w:t>is par evolution theory par.</w:t>
      </w:r>
    </w:p>
    <w:p>
      <w:pPr>
        <w:jc w:val="right"/>
      </w:pPr>
      <w:r>
        <w:t>اس پر ایولوشن تھیوری پر۔</w:t>
      </w:r>
    </w:p>
    <w:p>
      <w:r>
        <w:rPr>
          <w:b/>
        </w:rPr>
        <w:t xml:space="preserve">[19:58] </w:t>
      </w:r>
      <w:r>
        <w:t>aur is mein quran ki aayatein bhi pesh ki thi unhon ne.</w:t>
      </w:r>
    </w:p>
    <w:p>
      <w:pPr>
        <w:jc w:val="right"/>
      </w:pPr>
      <w:r>
        <w:t>اور اس میں قرآن کی آیتیں بھی پیش کی تھیں انہوں نے۔</w:t>
      </w:r>
    </w:p>
    <w:p>
      <w:r>
        <w:rPr>
          <w:b/>
        </w:rPr>
        <w:t xml:space="preserve">[20:01] </w:t>
      </w:r>
      <w:r>
        <w:t>aur yeh kaha tha ke scientifically it is a proved theory.</w:t>
      </w:r>
    </w:p>
    <w:p>
      <w:pPr>
        <w:jc w:val="right"/>
      </w:pPr>
      <w:r>
        <w:t>اور یہ کہا تھا کہ سائنٹیفیکلی اٹ از ا پروفڈ تھیوری۔</w:t>
      </w:r>
    </w:p>
    <w:p>
      <w:r>
        <w:rPr>
          <w:b/>
        </w:rPr>
        <w:t xml:space="preserve">[20:06] </w:t>
      </w:r>
      <w:r>
        <w:t>to us waqt mein,</w:t>
      </w:r>
    </w:p>
    <w:p>
      <w:pPr>
        <w:jc w:val="right"/>
      </w:pPr>
      <w:r>
        <w:t>تو اس وقت میں،</w:t>
      </w:r>
    </w:p>
    <w:p>
      <w:r>
        <w:rPr>
          <w:b/>
        </w:rPr>
        <w:t xml:space="preserve">[20:08] </w:t>
      </w:r>
      <w:r>
        <w:t>mein ne parhi kitaab, to is se mein ne correspondence kiya hai.</w:t>
      </w:r>
    </w:p>
    <w:p>
      <w:pPr>
        <w:jc w:val="right"/>
      </w:pPr>
      <w:r>
        <w:t>میں نے پڑھی کتاب، تو اس سے میں نے کرسپانڈنس کیا ہے۔</w:t>
      </w:r>
    </w:p>
    <w:p>
      <w:r>
        <w:rPr>
          <w:b/>
        </w:rPr>
        <w:t xml:space="preserve">[20:12] </w:t>
      </w:r>
      <w:r>
        <w:t>mein ne is se kaha ke aap ne koi reference nahi diya hai kisi scientist ka, kisi bare</w:t>
      </w:r>
    </w:p>
    <w:p>
      <w:pPr>
        <w:jc w:val="right"/>
      </w:pPr>
      <w:r>
        <w:t>میں نے اس سے کہا کہ آپ نے کوئی ریفرنس نہیں دیا ہے کسی سائنٹسٹ کا، کسی بڑے</w:t>
      </w:r>
    </w:p>
    <w:p>
      <w:r>
        <w:rPr>
          <w:b/>
        </w:rPr>
        <w:t xml:space="preserve">[20:16] </w:t>
      </w:r>
      <w:r>
        <w:t>scientist ka, jo yeh kehta ho</w:t>
      </w:r>
    </w:p>
    <w:p>
      <w:pPr>
        <w:jc w:val="right"/>
      </w:pPr>
      <w:r>
        <w:t>سائنٹسٹ کا، جو یہ کہتا ہو</w:t>
      </w:r>
    </w:p>
    <w:p>
      <w:r>
        <w:rPr>
          <w:b/>
        </w:rPr>
        <w:t xml:space="preserve">[20:20] </w:t>
      </w:r>
      <w:r>
        <w:t>کہ evolution is a proved theory, is established fact.</w:t>
      </w:r>
    </w:p>
    <w:p>
      <w:pPr>
        <w:jc w:val="right"/>
      </w:pPr>
      <w:r>
        <w:t>کہ ایولوشن از ا پروفڈ تھیوری، از اسٹیبلش فیکٹ۔</w:t>
      </w:r>
    </w:p>
    <w:p>
      <w:r>
        <w:rPr>
          <w:b/>
        </w:rPr>
        <w:t xml:space="preserve">[20:24] </w:t>
      </w:r>
      <w:r>
        <w:t>woh bataiye kahan hai? koi reference dijiye mujhe.</w:t>
      </w:r>
    </w:p>
    <w:p>
      <w:pPr>
        <w:jc w:val="right"/>
      </w:pPr>
      <w:r>
        <w:t>وہ بتائیے کہاں ہے؟ کوئی ریفرنس دیجیے مجھے۔</w:t>
      </w:r>
    </w:p>
    <w:p>
      <w:r>
        <w:rPr>
          <w:b/>
        </w:rPr>
        <w:t xml:space="preserve">[20:28] </w:t>
      </w:r>
      <w:r>
        <w:t>to yeh lambi correspondence chalti rahi.</w:t>
      </w:r>
    </w:p>
    <w:p>
      <w:pPr>
        <w:jc w:val="right"/>
      </w:pPr>
      <w:r>
        <w:t>تو یہ لمبی کرسپانڈنس چلتی رہی۔</w:t>
      </w:r>
    </w:p>
    <w:p>
      <w:r>
        <w:rPr>
          <w:b/>
        </w:rPr>
        <w:t xml:space="preserve">[20:30] </w:t>
      </w:r>
      <w:r>
        <w:t>kisi ek, koi ek bhi reference nahi de sake woh, kisi bade scientist ka.</w:t>
      </w:r>
    </w:p>
    <w:p>
      <w:pPr>
        <w:jc w:val="right"/>
      </w:pPr>
      <w:r>
        <w:t>کسی ایک، کوئی ایک بھی ریفرنس نہیں دے سکے وہ، کسی بڑے سائنٹسٹ کا۔</w:t>
      </w:r>
    </w:p>
    <w:p>
      <w:r>
        <w:rPr>
          <w:b/>
        </w:rPr>
        <w:t xml:space="preserve">[20:37] </w:t>
      </w:r>
      <w:r>
        <w:t>kyunke main jaanta tha ke scientific community jo hai, is ko workable theory maanti hai.</w:t>
      </w:r>
    </w:p>
    <w:p>
      <w:pPr>
        <w:jc w:val="right"/>
      </w:pPr>
      <w:r>
        <w:t>کیونکہ میں جانتا تھا کہ سائنٹیفک کمیونٹی جو ہے، اس کو ورک ایبل تھیوری مانتی ہے۔</w:t>
      </w:r>
    </w:p>
    <w:p>
      <w:r>
        <w:rPr>
          <w:b/>
        </w:rPr>
        <w:t xml:space="preserve">[20:43] </w:t>
      </w:r>
      <w:r>
        <w:t>aakhir mein jab woh bilkul, yaani un ke paas kuch kehne ko na raha, to kya kaha unho</w:t>
      </w:r>
    </w:p>
    <w:p>
      <w:pPr>
        <w:jc w:val="right"/>
      </w:pPr>
      <w:r>
        <w:t>آخر میں جب وہ بالکل، یعنی ان کے پاس کچھ کہنے کو نہ رہا، تو کیا کہا انہوں</w:t>
      </w:r>
    </w:p>
    <w:p>
      <w:r>
        <w:rPr>
          <w:b/>
        </w:rPr>
        <w:t xml:space="preserve">[20:49] </w:t>
      </w:r>
      <w:r>
        <w:t>ne? chupa hua mere paas maujood hai ke scientist log</w:t>
      </w:r>
    </w:p>
    <w:p>
      <w:pPr>
        <w:jc w:val="right"/>
      </w:pPr>
      <w:r>
        <w:t>نے؟ چھپا ہوا میرے پاس موجود ہے کہ سائنٹسٹ لوگ</w:t>
      </w:r>
    </w:p>
    <w:p>
      <w:r>
        <w:rPr>
          <w:b/>
        </w:rPr>
        <w:t xml:space="preserve">[20:55] </w:t>
      </w:r>
      <w:r>
        <w:t>kya maante hain, woh woh jaane, hum to is ko maane ge is liye ke Quran mein likha</w:t>
      </w:r>
    </w:p>
    <w:p>
      <w:pPr>
        <w:jc w:val="right"/>
      </w:pPr>
      <w:r>
        <w:t>کیا مانتے ہیں، وہ وہ جانے، ہم تو اس کو مانیں گے اس لیے کہ قرآن میں لکھا</w:t>
      </w:r>
    </w:p>
    <w:p>
      <w:r>
        <w:rPr>
          <w:b/>
        </w:rPr>
        <w:t xml:space="preserve">[20:59] </w:t>
      </w:r>
      <w:r>
        <w:t>hua hai. Yaani is evolution theory jo hai, scientific log, scientific community maanti hai ya nahi maanti, woh</w:t>
      </w:r>
    </w:p>
    <w:p>
      <w:pPr>
        <w:jc w:val="right"/>
      </w:pPr>
      <w:r>
        <w:t>ہوا ہے۔ یعنی اس ایولوشن تھیوری جو ہے، سائنٹیفک لوگ، سائنٹیفک کمیونٹی مانتی ہے یا نہیں مانتی، وہ</w:t>
      </w:r>
    </w:p>
    <w:p>
      <w:r>
        <w:rPr>
          <w:b/>
        </w:rPr>
        <w:t xml:space="preserve">[21:08] </w:t>
      </w:r>
      <w:r>
        <w:t>jaane. Hum to maane ge is liye ke is Quran mein likha hua hai.</w:t>
      </w:r>
    </w:p>
    <w:p>
      <w:pPr>
        <w:jc w:val="right"/>
      </w:pPr>
      <w:r>
        <w:t>جانے۔ ہم تو مانیں گے اس لیے کہ اس قرآن میں لکھا ہوا ہے۔</w:t>
      </w:r>
    </w:p>
    <w:p>
      <w:r>
        <w:rPr>
          <w:b/>
        </w:rPr>
        <w:t xml:space="preserve">[21:13] </w:t>
      </w:r>
      <w:r>
        <w:t>halanke Quran mein kahin likha hua nahi hai.</w:t>
      </w:r>
    </w:p>
    <w:p>
      <w:pPr>
        <w:jc w:val="right"/>
      </w:pPr>
      <w:r>
        <w:t>حالانکہ قرآن میں کہیں لکھا ہوا نہیں ہے۔</w:t>
      </w:r>
    </w:p>
    <w:p>
      <w:r>
        <w:rPr>
          <w:b/>
        </w:rPr>
        <w:t xml:space="preserve">[21:15] </w:t>
      </w:r>
      <w:r>
        <w:t>is se bada koi, yaani baseless baat nahi ho sakti ke aap yeh kahein ke evolution theory</w:t>
      </w:r>
    </w:p>
    <w:p>
      <w:pPr>
        <w:jc w:val="right"/>
      </w:pPr>
      <w:r>
        <w:t>اس سے بڑا کوئی، یعنی بیس لیس بات نہیں ہو سکتی کہ آپ یہ کہیں کہ ایولوشن تھیوری</w:t>
      </w:r>
    </w:p>
    <w:p>
      <w:r>
        <w:rPr>
          <w:b/>
        </w:rPr>
        <w:t xml:space="preserve">[21:21] </w:t>
      </w:r>
      <w:r>
        <w:t>Quran mein likhi hui hai.</w:t>
      </w:r>
    </w:p>
    <w:p>
      <w:pPr>
        <w:jc w:val="right"/>
      </w:pPr>
      <w:r>
        <w:t>قرآن میں لکھی ہوئی ہے۔</w:t>
      </w:r>
    </w:p>
    <w:p>
      <w:r>
        <w:rPr>
          <w:b/>
        </w:rPr>
        <w:t xml:space="preserve">[21:25] </w:t>
      </w:r>
      <w:r>
        <w:t>تو اب دیکھیں کہ وہ پوائنٹ جب آ گیا تھا ان کا کہ وہ کہتے کہ I was</w:t>
      </w:r>
    </w:p>
    <w:p>
      <w:pPr>
        <w:jc w:val="right"/>
      </w:pPr>
      <w:r>
        <w:t>تو اب دیکھیں کہ وہ پوائنٹ جب آ گیا تھا ان کا کہ وہ کہتے کہ آئی واز</w:t>
      </w:r>
    </w:p>
    <w:p>
      <w:r>
        <w:rPr>
          <w:b/>
        </w:rPr>
        <w:t xml:space="preserve">[21:29] </w:t>
      </w:r>
      <w:r>
        <w:t>wrong. To woh nahi kaha unho ne.</w:t>
      </w:r>
    </w:p>
    <w:p>
      <w:pPr>
        <w:jc w:val="right"/>
      </w:pPr>
      <w:r>
        <w:t>رونگ۔ تو وہ نہیں کہا انہوں نے۔</w:t>
      </w:r>
    </w:p>
    <w:p>
      <w:r>
        <w:rPr>
          <w:b/>
        </w:rPr>
        <w:t xml:space="preserve">[21:33] </w:t>
      </w:r>
      <w:r>
        <w:t>تو ان کا intellectual process رک گیا۔</w:t>
      </w:r>
    </w:p>
    <w:p>
      <w:pPr>
        <w:jc w:val="right"/>
      </w:pPr>
      <w:r>
        <w:t>تو ان کا انٹلیکچول پراسیس رک گیا۔</w:t>
      </w:r>
    </w:p>
    <w:p>
      <w:r>
        <w:rPr>
          <w:b/>
        </w:rPr>
        <w:t xml:space="preserve">[21:37] </w:t>
      </w:r>
      <w:r>
        <w:t>ان کا rationalism کا process رک گیا۔</w:t>
      </w:r>
    </w:p>
    <w:p>
      <w:pPr>
        <w:jc w:val="right"/>
      </w:pPr>
      <w:r>
        <w:t>ان کا ریشنلزم کا پراسیس رک گیا۔</w:t>
      </w:r>
    </w:p>
    <w:p>
      <w:r>
        <w:rPr>
          <w:b/>
        </w:rPr>
        <w:t xml:space="preserve">[21:39] </w:t>
      </w:r>
      <w:r>
        <w:t>aage nahi barha.</w:t>
      </w:r>
    </w:p>
    <w:p>
      <w:pPr>
        <w:jc w:val="right"/>
      </w:pPr>
      <w:r>
        <w:t>آگے نہیں بڑھا۔</w:t>
      </w:r>
    </w:p>
    <w:p>
      <w:r>
        <w:rPr>
          <w:b/>
        </w:rPr>
        <w:t xml:space="preserve">[21:42] </w:t>
      </w:r>
      <w:r>
        <w:t>to main yeh kahoon ga yahan</w:t>
      </w:r>
    </w:p>
    <w:p>
      <w:pPr>
        <w:jc w:val="right"/>
      </w:pPr>
      <w:r>
        <w:t>تو میں یہ کہوں گا یہاں</w:t>
      </w:r>
    </w:p>
    <w:p>
      <w:r>
        <w:rPr>
          <w:b/>
        </w:rPr>
        <w:t xml:space="preserve">[21:48] </w:t>
      </w:r>
      <w:r>
        <w:t>کہ انسان زیادہ تر غلط، wrong dichotomy میں جیتے ہیں۔</w:t>
      </w:r>
    </w:p>
    <w:p>
      <w:pPr>
        <w:jc w:val="right"/>
      </w:pPr>
      <w:r>
        <w:t>کہ انسان زیادہ تر غلط، رونگ ڈائیکاٹمی میں جیتے ہیں۔</w:t>
      </w:r>
    </w:p>
    <w:p>
      <w:r>
        <w:rPr>
          <w:b/>
        </w:rPr>
        <w:t xml:space="preserve">[21:55] </w:t>
      </w:r>
      <w:r>
        <w:t>dichotomy aap jaante hain ke cheezon ko do mein baantna, black and white.</w:t>
      </w:r>
    </w:p>
    <w:p>
      <w:pPr>
        <w:jc w:val="right"/>
      </w:pPr>
      <w:r>
        <w:t>ڈائیکاٹمی آپ جانتے ہیں کہ چیزوں کو دو میں بانٹنا، بلیک اینڈ وائٹ۔</w:t>
      </w:r>
    </w:p>
    <w:p>
      <w:r>
        <w:rPr>
          <w:b/>
        </w:rPr>
        <w:t xml:space="preserve">[22:01] </w:t>
      </w:r>
      <w:r>
        <w:t>dichotomy. To mera tajurba yeh hai ke, yaani</w:t>
      </w:r>
    </w:p>
    <w:p>
      <w:pPr>
        <w:jc w:val="right"/>
      </w:pPr>
      <w:r>
        <w:t>ڈائیکاٹمی۔ تو میرا تجربہ یہ ہے کہ، یعنی</w:t>
      </w:r>
    </w:p>
    <w:p>
      <w:r>
        <w:rPr>
          <w:b/>
        </w:rPr>
        <w:t xml:space="preserve">[22:07] </w:t>
      </w:r>
      <w:r>
        <w:t>میجورٹی لوگوں کی ہے جو کہ غلط، غلط dichotomy میں جیتی ہے۔</w:t>
      </w:r>
    </w:p>
    <w:p>
      <w:pPr>
        <w:jc w:val="right"/>
      </w:pPr>
      <w:r>
        <w:t>میجورٹی لوگوں کی ہے جو کہ غلط، غلط ڈائیکاٹمی میں جیتی ہے۔</w:t>
      </w:r>
    </w:p>
    <w:p>
      <w:r>
        <w:rPr>
          <w:b/>
        </w:rPr>
        <w:t xml:space="preserve">[22:11] </w:t>
      </w:r>
      <w:r>
        <w:t>jaise isi ko lijiye, rational aur irrational.</w:t>
      </w:r>
    </w:p>
    <w:p>
      <w:pPr>
        <w:jc w:val="right"/>
      </w:pPr>
      <w:r>
        <w:t>جیسے اسی کو لیجیے، ریشنل اور اریشنل۔</w:t>
      </w:r>
    </w:p>
    <w:p>
      <w:r>
        <w:rPr>
          <w:b/>
        </w:rPr>
        <w:t xml:space="preserve">[22:18] </w:t>
      </w:r>
      <w:r>
        <w:t>main ne dictionary, woh kal mein parh raha tha, woh encyclopedia, is mein likha hua tha yahi baat</w:t>
      </w:r>
    </w:p>
    <w:p>
      <w:pPr>
        <w:jc w:val="right"/>
      </w:pPr>
      <w:r>
        <w:t>میں نے ڈکشنری، وہ کل میں پڑھ رہا تھا، وہ انسائیکلوپیڈیا، اس میں لکھا ہوا تھا یہی بات</w:t>
      </w:r>
    </w:p>
    <w:p>
      <w:r>
        <w:rPr>
          <w:b/>
        </w:rPr>
        <w:t xml:space="preserve">[22:26] </w:t>
      </w:r>
      <w:r>
        <w:t>ke rationalism ka, rational ka ulta kya hai? Irrational.</w:t>
      </w:r>
    </w:p>
    <w:p>
      <w:pPr>
        <w:jc w:val="right"/>
      </w:pPr>
      <w:r>
        <w:t>کہ ریشنلزم کا، ریشنل کا الٹا کیا ہے؟ اریشنل۔</w:t>
      </w:r>
    </w:p>
    <w:p>
      <w:r>
        <w:rPr>
          <w:b/>
        </w:rPr>
        <w:t xml:space="preserve">[22:31] </w:t>
      </w:r>
      <w:r>
        <w:t>matlab jo rational nahi hai, woh irrational hai.</w:t>
      </w:r>
    </w:p>
    <w:p>
      <w:pPr>
        <w:jc w:val="right"/>
      </w:pPr>
      <w:r>
        <w:t>مطلب جو ریشنل نہیں ہے، وہ اریشنل ہے۔</w:t>
      </w:r>
    </w:p>
    <w:p>
      <w:r>
        <w:rPr>
          <w:b/>
        </w:rPr>
        <w:t xml:space="preserve">[22:34] </w:t>
      </w:r>
      <w:r>
        <w:t>yeh galat dichotomy hai.</w:t>
      </w:r>
    </w:p>
    <w:p>
      <w:pPr>
        <w:jc w:val="right"/>
      </w:pPr>
      <w:r>
        <w:t>یہ غلط ڈائیکاٹمی ہے۔</w:t>
      </w:r>
    </w:p>
    <w:p>
      <w:r>
        <w:rPr>
          <w:b/>
        </w:rPr>
        <w:t xml:space="preserve">[22:37] </w:t>
      </w:r>
      <w:r>
        <w:t>yeh dichotomy sahi nahi hai.</w:t>
      </w:r>
    </w:p>
    <w:p>
      <w:pPr>
        <w:jc w:val="right"/>
      </w:pPr>
      <w:r>
        <w:t>یہ ڈائیکاٹمی صحیح نہیں ہے۔</w:t>
      </w:r>
    </w:p>
    <w:p>
      <w:r>
        <w:rPr>
          <w:b/>
        </w:rPr>
        <w:t xml:space="preserve">[22:38] </w:t>
      </w:r>
      <w:r>
        <w:t>yeh sahi kiya hai dichotomy? Dekhiye,</w:t>
      </w:r>
    </w:p>
    <w:p>
      <w:pPr>
        <w:jc w:val="right"/>
      </w:pPr>
      <w:r>
        <w:t>یہ صحیح کیا ہے ڈائیکاٹمی؟ دیکھیے،</w:t>
      </w:r>
    </w:p>
    <w:p>
      <w:r>
        <w:rPr>
          <w:b/>
        </w:rPr>
        <w:t xml:space="preserve">[22:43] </w:t>
      </w:r>
      <w:r>
        <w:t>yaani rational aur non rational ki dichotomy sahi nahi hai.</w:t>
      </w:r>
    </w:p>
    <w:p>
      <w:pPr>
        <w:jc w:val="right"/>
      </w:pPr>
      <w:r>
        <w:t>یعنی ریشنل اور نان ریشنل کی ڈائیکاٹمی صحیح نہیں ہے۔</w:t>
      </w:r>
    </w:p>
    <w:p>
      <w:r>
        <w:rPr>
          <w:b/>
        </w:rPr>
        <w:t xml:space="preserve">[22:47] </w:t>
      </w:r>
      <w:r>
        <w:t>sahi hai secular aur non secular.</w:t>
      </w:r>
    </w:p>
    <w:p>
      <w:pPr>
        <w:jc w:val="right"/>
      </w:pPr>
      <w:r>
        <w:t>صحیح ہے سیکر اور نان سیکر۔</w:t>
      </w:r>
    </w:p>
    <w:p>
      <w:r>
        <w:rPr>
          <w:b/>
        </w:rPr>
        <w:t xml:space="preserve">[22:52] </w:t>
      </w:r>
      <w:r>
        <w:t>sekr aur naan sekr.</w:t>
      </w:r>
    </w:p>
    <w:p>
      <w:pPr>
        <w:jc w:val="right"/>
      </w:pPr>
      <w:r>
        <w:t>سیکر اور نان سیکر۔</w:t>
      </w:r>
    </w:p>
    <w:p>
      <w:r>
        <w:rPr>
          <w:b/>
        </w:rPr>
        <w:t xml:space="preserve">[22:54] </w:t>
      </w:r>
      <w:r>
        <w:t>yani woh insaan jo hai, jo sekr hai, wahi mere nazdeek rational hai.</w:t>
      </w:r>
    </w:p>
    <w:p>
      <w:pPr>
        <w:jc w:val="right"/>
      </w:pPr>
      <w:r>
        <w:t>یعنی وہ انسان جو ہے، جو سیکر ہے، وہی میرے نزدیک ریشنل ہے۔</w:t>
      </w:r>
    </w:p>
    <w:p>
      <w:r>
        <w:rPr>
          <w:b/>
        </w:rPr>
        <w:t xml:space="preserve">[23:00] </w:t>
      </w:r>
      <w:r>
        <w:t>wahi rationalist hai.</w:t>
      </w:r>
    </w:p>
    <w:p>
      <w:pPr>
        <w:jc w:val="right"/>
      </w:pPr>
      <w:r>
        <w:t>وہی ریشنلسٹ ہے۔</w:t>
      </w:r>
    </w:p>
    <w:p>
      <w:r>
        <w:rPr>
          <w:b/>
        </w:rPr>
        <w:t xml:space="preserve">[23:02] </w:t>
      </w:r>
      <w:r>
        <w:t>کیونکہ سیکر جو ہے، ہر وقت تیار رہے گا I was wrong کہنے کے لیے۔</w:t>
      </w:r>
    </w:p>
    <w:p>
      <w:pPr>
        <w:jc w:val="right"/>
      </w:pPr>
      <w:r>
        <w:t>کیونکہ سیکر جو ہے، ہر وقت تیار رہے گا آئی واز رونگ کہنے کے لیے۔</w:t>
      </w:r>
    </w:p>
    <w:p>
      <w:r>
        <w:rPr>
          <w:b/>
        </w:rPr>
        <w:t xml:space="preserve">[23:07] </w:t>
      </w:r>
      <w:r>
        <w:t>جو seeker nahi hai, woh to is par to trajectory aa jayegi.</w:t>
      </w:r>
    </w:p>
    <w:p>
      <w:pPr>
        <w:jc w:val="right"/>
      </w:pPr>
      <w:r>
        <w:t>جو سیکر نہیں ہے، وہ تو اس پر تو ریجیکٹری آ جائے گی۔</w:t>
      </w:r>
    </w:p>
    <w:p>
      <w:r>
        <w:rPr>
          <w:b/>
        </w:rPr>
        <w:t xml:space="preserve">[23:13] </w:t>
      </w:r>
      <w:r>
        <w:t>dekhen, rationalist position jo hai, woh koi stagnant position nahi hai.</w:t>
      </w:r>
    </w:p>
    <w:p>
      <w:pPr>
        <w:jc w:val="right"/>
      </w:pPr>
      <w:r>
        <w:t>دیکھیں، ریشنلسٹ پوزیشن جو ہے، وہ کوئی اسٹیگننٹ پوزیشن نہیں ہے۔</w:t>
      </w:r>
    </w:p>
    <w:p>
      <w:r>
        <w:rPr>
          <w:b/>
        </w:rPr>
        <w:t xml:space="preserve">[23:19] </w:t>
      </w:r>
      <w:r>
        <w:t>jaise prophet ka maamla yeh hota hai ke prophet ka ek ek woh hota hai, yani permanent position</w:t>
      </w:r>
    </w:p>
    <w:p>
      <w:pPr>
        <w:jc w:val="right"/>
      </w:pPr>
      <w:r>
        <w:t>جیسے پرافٹ کا معاملہ یہ ہوتا ہے کہ پرافٹ کا ایک ایک وہ ہوتا ہے، یعنی پرماننٹ پوزیشن</w:t>
      </w:r>
    </w:p>
    <w:p>
      <w:r>
        <w:rPr>
          <w:b/>
        </w:rPr>
        <w:t xml:space="preserve">[23:27] </w:t>
      </w:r>
      <w:r>
        <w:t>iski hoti hai.</w:t>
      </w:r>
    </w:p>
    <w:p>
      <w:pPr>
        <w:jc w:val="right"/>
      </w:pPr>
      <w:r>
        <w:t>اس کی ہوتی ہے۔</w:t>
      </w:r>
    </w:p>
    <w:p>
      <w:r>
        <w:rPr>
          <w:b/>
        </w:rPr>
        <w:t xml:space="preserve">[23:28] </w:t>
      </w:r>
      <w:r>
        <w:t>آج اس نے کہا کہ I am a prophet، تو آج کے 10 سال بھی وہ کہے گا</w:t>
      </w:r>
    </w:p>
    <w:p>
      <w:pPr>
        <w:jc w:val="right"/>
      </w:pPr>
      <w:r>
        <w:t>آج اس نے کہا کہ آئی ایم اے پرافٹ، تو آج کے 10 سال بھی وہ کہے گا</w:t>
      </w:r>
    </w:p>
    <w:p>
      <w:r>
        <w:rPr>
          <w:b/>
        </w:rPr>
        <w:t xml:space="preserve">[23:31] </w:t>
      </w:r>
      <w:r>
        <w:t>i am a prophet.</w:t>
      </w:r>
    </w:p>
    <w:p>
      <w:pPr>
        <w:jc w:val="right"/>
      </w:pPr>
      <w:r>
        <w:t>آئی ایم اے پرافٹ۔</w:t>
      </w:r>
    </w:p>
    <w:p>
      <w:r>
        <w:rPr>
          <w:b/>
        </w:rPr>
        <w:t xml:space="preserve">[23:33] </w:t>
      </w:r>
      <w:r>
        <w:t>aaj isne kaha ke god is one, 10 saal ke baad bhi woh kahega god is</w:t>
      </w:r>
    </w:p>
    <w:p>
      <w:pPr>
        <w:jc w:val="right"/>
      </w:pPr>
      <w:r>
        <w:t>آج اس نے کہا کہ گاڈ از ون، 10 سال کے بعد بھی وہ کہے گا گاڈ از</w:t>
      </w:r>
    </w:p>
    <w:p>
      <w:r>
        <w:rPr>
          <w:b/>
        </w:rPr>
        <w:t xml:space="preserve">[23:37] </w:t>
      </w:r>
      <w:r>
        <w:t>one. toh prophet ka maamla yeh hota hai ke woh aaj bhi ek hi position par hota hai,</w:t>
      </w:r>
    </w:p>
    <w:p>
      <w:pPr>
        <w:jc w:val="right"/>
      </w:pPr>
      <w:r>
        <w:t>ون۔ تو پرافٹ کا معاملہ یہ ہوتا ہے کہ وہ آج بھی ایک ہی پوزیشن پر ہوتا ہے،</w:t>
      </w:r>
    </w:p>
    <w:p>
      <w:r>
        <w:rPr>
          <w:b/>
        </w:rPr>
        <w:t xml:space="preserve">[23:42] </w:t>
      </w:r>
      <w:r>
        <w:t>kal bhi ek hi position par hota hai.</w:t>
      </w:r>
    </w:p>
    <w:p>
      <w:pPr>
        <w:jc w:val="right"/>
      </w:pPr>
      <w:r>
        <w:t>کل بھی ایک ہی پوزیشن پر ہوتا ہے۔</w:t>
      </w:r>
    </w:p>
    <w:p>
      <w:r>
        <w:rPr>
          <w:b/>
        </w:rPr>
        <w:t xml:space="preserve">[23:44] </w:t>
      </w:r>
      <w:r>
        <w:t>toh woh ek other, ek aur category hai woh.</w:t>
      </w:r>
    </w:p>
    <w:p>
      <w:pPr>
        <w:jc w:val="right"/>
      </w:pPr>
      <w:r>
        <w:t>تو وہ ایک ادر، ایک اور کیٹیگری ہے وہ۔</w:t>
      </w:r>
    </w:p>
    <w:p>
      <w:r>
        <w:rPr>
          <w:b/>
        </w:rPr>
        <w:t xml:space="preserve">[23:48] </w:t>
      </w:r>
      <w:r>
        <w:t>lekin rationalist ka maamla yeh nahi hai.</w:t>
      </w:r>
    </w:p>
    <w:p>
      <w:pPr>
        <w:jc w:val="right"/>
      </w:pPr>
      <w:r>
        <w:t>لیکن ریشنلسٹ کا معاملہ یہ نہیں ہے۔</w:t>
      </w:r>
    </w:p>
    <w:p>
      <w:r>
        <w:rPr>
          <w:b/>
        </w:rPr>
        <w:t xml:space="preserve">[23:51] </w:t>
      </w:r>
      <w:r>
        <w:t>rationalist ko hamesha tayyar rehna chahiye ke kal jab kuch uski, uski cheez disprove ho</w:t>
      </w:r>
    </w:p>
    <w:p>
      <w:pPr>
        <w:jc w:val="right"/>
      </w:pPr>
      <w:r>
        <w:t>ریشنلسٹ کو ہمیشہ تیار رہنا چاہیے کہ کل جب کچھ اس کی، اس کی چیز ڈس پروف ہو</w:t>
      </w:r>
    </w:p>
    <w:p>
      <w:r>
        <w:rPr>
          <w:b/>
        </w:rPr>
        <w:t xml:space="preserve">[23:57] </w:t>
      </w:r>
      <w:r>
        <w:t>toh keh sake i was wrong.</w:t>
      </w:r>
    </w:p>
    <w:p>
      <w:pPr>
        <w:jc w:val="right"/>
      </w:pPr>
      <w:r>
        <w:t>تو کہہ سکے آئی واز رونگ۔</w:t>
      </w:r>
    </w:p>
    <w:p>
      <w:r>
        <w:rPr>
          <w:b/>
        </w:rPr>
        <w:t xml:space="preserve">[24:00] </w:t>
      </w:r>
      <w:r>
        <w:t>is liye sekr aur naan sekr ki dichotomy sahi hai mere nazdeek.</w:t>
      </w:r>
    </w:p>
    <w:p>
      <w:pPr>
        <w:jc w:val="right"/>
      </w:pPr>
      <w:r>
        <w:t>اس لیے سیکر اور نان سیکر کی ڈائیکاٹمی صحیح ہے میرے نزدیک۔</w:t>
      </w:r>
    </w:p>
    <w:p>
      <w:r>
        <w:rPr>
          <w:b/>
        </w:rPr>
        <w:t xml:space="preserve">[24:06] </w:t>
      </w:r>
      <w:r>
        <w:t>aur rationalist aur irrational ki dichotomy sahi nahi hai.</w:t>
      </w:r>
    </w:p>
    <w:p>
      <w:pPr>
        <w:jc w:val="right"/>
      </w:pPr>
      <w:r>
        <w:t>اور ریشنلسٹ اور اریشنل کی ڈائیکاٹمی صحیح نہیں ہے۔</w:t>
      </w:r>
    </w:p>
    <w:p>
      <w:r>
        <w:rPr>
          <w:b/>
        </w:rPr>
        <w:t xml:space="preserve">[24:12] </w:t>
      </w:r>
      <w:r>
        <w:t>toh main samajhta hoon ke jo agar koi sach much koi rationalist ho, toh wahi hoga mere nazdeek</w:t>
      </w:r>
    </w:p>
    <w:p>
      <w:pPr>
        <w:jc w:val="right"/>
      </w:pPr>
      <w:r>
        <w:t>تو میں سمجھتا ہوں کہ جو اگر کوئی سچ مچ کوئی ریشنلسٹ ہو، تو وہی ہوگا میرے نزدیک</w:t>
      </w:r>
    </w:p>
    <w:p>
      <w:r>
        <w:rPr>
          <w:b/>
        </w:rPr>
        <w:t xml:space="preserve">[24:21] </w:t>
      </w:r>
      <w:r>
        <w:t>jo true sekr ho.</w:t>
      </w:r>
    </w:p>
    <w:p>
      <w:pPr>
        <w:jc w:val="right"/>
      </w:pPr>
      <w:r>
        <w:t>جو ٹرو سیکر ہو۔</w:t>
      </w:r>
    </w:p>
    <w:p>
      <w:r>
        <w:rPr>
          <w:b/>
        </w:rPr>
        <w:t xml:space="preserve">[24:23] </w:t>
      </w:r>
      <w:r>
        <w:t>true sekr. yani sach much hi sekr ho woh.</w:t>
      </w:r>
    </w:p>
    <w:p>
      <w:pPr>
        <w:jc w:val="right"/>
      </w:pPr>
      <w:r>
        <w:t>ٹرو سیکر۔ یعنی سچ مچ ہی سیکر ہو وہ۔</w:t>
      </w:r>
    </w:p>
    <w:p>
      <w:r>
        <w:rPr>
          <w:b/>
        </w:rPr>
        <w:t xml:space="preserve">[24:27] </w:t>
      </w:r>
      <w:r>
        <w:t>aur sekr ki definition yeh hai mere nazdeek, mere tajrube ke mutabiq, ke woh har waqt tayyar rahe</w:t>
      </w:r>
    </w:p>
    <w:p>
      <w:pPr>
        <w:jc w:val="right"/>
      </w:pPr>
      <w:r>
        <w:t>اور سیکر کی ڈیفینیشن یہ ہے میرے نزدیک، میرے تجربے کے مطابق، کہ وہ ہر وقت تیار رہے</w:t>
      </w:r>
    </w:p>
    <w:p>
      <w:r>
        <w:rPr>
          <w:b/>
        </w:rPr>
        <w:t xml:space="preserve">[24:35] </w:t>
      </w:r>
      <w:r>
        <w:t>uske liye ke jab bhi koi baat prove ho jayegi, chahe woh pehle se usko</w:t>
      </w:r>
    </w:p>
    <w:p>
      <w:pPr>
        <w:jc w:val="right"/>
      </w:pPr>
      <w:r>
        <w:t>اس کے لیے کہ جب بھی کوئی بات پروف ہو جائے گی، چاہے وہ پہلے سے اس کو</w:t>
      </w:r>
    </w:p>
    <w:p>
      <w:r>
        <w:rPr>
          <w:b/>
        </w:rPr>
        <w:t xml:space="preserve">[24:41] </w:t>
      </w:r>
      <w:r>
        <w:t>maanta raha ho ya na maanta raha ho, chahe apna poora wajood disprove ho raha ho, tab</w:t>
      </w:r>
    </w:p>
    <w:p>
      <w:pPr>
        <w:jc w:val="right"/>
      </w:pPr>
      <w:r>
        <w:t>مانتا رہا ہو یا نہ مانتا رہا ہو، چاہے اپنا پورا وجود ڈس پروف ہو رہا ہو، تب</w:t>
      </w:r>
    </w:p>
    <w:p>
      <w:r>
        <w:rPr>
          <w:b/>
        </w:rPr>
        <w:t xml:space="preserve">[24:46] </w:t>
      </w:r>
      <w:r>
        <w:t>bhi woh keh dega haan yeh right hai.</w:t>
      </w:r>
    </w:p>
    <w:p>
      <w:pPr>
        <w:jc w:val="right"/>
      </w:pPr>
      <w:r>
        <w:t>بھی وہ کہہ دے گا ہاں یہ رائٹ ہے۔</w:t>
      </w:r>
    </w:p>
    <w:p>
      <w:r>
        <w:rPr>
          <w:b/>
        </w:rPr>
        <w:t xml:space="preserve">[24:49] </w:t>
      </w:r>
      <w:r>
        <w:t>apni ghalti maankar ke jo cheez prove ho gayi hai, usko maanna, yeh sekr.</w:t>
      </w:r>
    </w:p>
    <w:p>
      <w:pPr>
        <w:jc w:val="right"/>
      </w:pPr>
      <w:r>
        <w:t>اپنی غلطی مان کر کے جو چیز پروف ہو گئی ہے، اس کو ماننا، یہ سیکر۔</w:t>
      </w:r>
    </w:p>
    <w:p>
      <w:r>
        <w:rPr>
          <w:b/>
        </w:rPr>
        <w:t xml:space="preserve">[24:56] </w:t>
      </w:r>
      <w:r>
        <w:t>rationalist aisa nahi karta.</w:t>
      </w:r>
    </w:p>
    <w:p>
      <w:pPr>
        <w:jc w:val="right"/>
      </w:pPr>
      <w:r>
        <w:t>ریشنلسٹ ایسا نہیں کرتا۔</w:t>
      </w:r>
    </w:p>
    <w:p>
      <w:r>
        <w:rPr>
          <w:b/>
        </w:rPr>
        <w:t xml:space="preserve">[24:59] </w:t>
      </w:r>
      <w:r>
        <w:t>mein, mein ne jo meri zindagi ka jo experience hai, mein samajhta hoon ke rationalist log bante hain</w:t>
      </w:r>
    </w:p>
    <w:p>
      <w:pPr>
        <w:jc w:val="right"/>
      </w:pPr>
      <w:r>
        <w:t>میں، میں نے جو میری زندگی کا جو ایکسپیرینس ہے، میں سمجھتا ہوں کہ ریشنلسٹ لوگ بنتے ہیں</w:t>
      </w:r>
    </w:p>
    <w:p>
      <w:r>
        <w:rPr>
          <w:b/>
        </w:rPr>
        <w:t xml:space="preserve">[25:04] </w:t>
      </w:r>
      <w:r>
        <w:t>صرف اپنی، اپنی، اپنی loose thinking کو justify کرنے کے لیے۔</w:t>
      </w:r>
    </w:p>
    <w:p>
      <w:pPr>
        <w:jc w:val="right"/>
      </w:pPr>
      <w:r>
        <w:t>صرف اپنی، اپنی، اپنی لوز تھنکنگ کو جسٹیفائی کرنے کے لیے۔</w:t>
      </w:r>
    </w:p>
    <w:p>
      <w:r>
        <w:rPr>
          <w:b/>
        </w:rPr>
        <w:t xml:space="preserve">[25:11] </w:t>
      </w:r>
      <w:r>
        <w:t>یعنی اپنی جو ایک، ایک ان کی ایک، ان کے اندر جو ایک loose thinking ہے۔</w:t>
      </w:r>
    </w:p>
    <w:p>
      <w:pPr>
        <w:jc w:val="right"/>
      </w:pPr>
      <w:r>
        <w:t>یعنی اپنی جو ایک، ایک ان کی ایک، ان کے اندر جو ایک لوز تھنکنگ ہے۔</w:t>
      </w:r>
    </w:p>
    <w:p>
      <w:r>
        <w:rPr>
          <w:b/>
        </w:rPr>
        <w:t xml:space="preserve">[25:17] </w:t>
      </w:r>
      <w:r>
        <w:t>loose thinking mein isliye keh raha hoon ke log jo hain degree le lete hain, job le</w:t>
      </w:r>
    </w:p>
    <w:p>
      <w:pPr>
        <w:jc w:val="right"/>
      </w:pPr>
      <w:r>
        <w:t>لوز تھنکنگ میں اس لیے کہہ رہا ہوں کہ لوگ جو ہیں ڈگری لے لیتے ہیں، جاب لے</w:t>
      </w:r>
    </w:p>
    <w:p>
      <w:r>
        <w:rPr>
          <w:b/>
        </w:rPr>
        <w:t xml:space="preserve">[25:21] </w:t>
      </w:r>
      <w:r>
        <w:t>لیتے ہیں، اور اس کے بعد rationalist بن جاتے ہیں۔</w:t>
      </w:r>
    </w:p>
    <w:p>
      <w:pPr>
        <w:jc w:val="right"/>
      </w:pPr>
      <w:r>
        <w:t>لیتے ہیں، اور اس کے بعد ریشنلسٹ بن جاتے ہیں۔</w:t>
      </w:r>
    </w:p>
    <w:p>
      <w:r>
        <w:rPr>
          <w:b/>
        </w:rPr>
        <w:t xml:space="preserve">[25:24] </w:t>
      </w:r>
      <w:r>
        <w:t>study kaun karta hai?</w:t>
      </w:r>
    </w:p>
    <w:p>
      <w:pPr>
        <w:jc w:val="right"/>
      </w:pPr>
      <w:r>
        <w:t>اسٹڈی کون کرتا ہے؟</w:t>
      </w:r>
    </w:p>
    <w:p>
      <w:r>
        <w:rPr>
          <w:b/>
        </w:rPr>
        <w:t xml:space="preserve">[25:27] </w:t>
      </w:r>
      <w:r>
        <w:t>dekhein, degree lena parh kar alag cheez hai.</w:t>
      </w:r>
    </w:p>
    <w:p>
      <w:pPr>
        <w:jc w:val="right"/>
      </w:pPr>
      <w:r>
        <w:t>دیکھیں، ڈگری لینا پڑھ کر الگ چیز ہے۔</w:t>
      </w:r>
    </w:p>
    <w:p>
      <w:r>
        <w:rPr>
          <w:b/>
        </w:rPr>
        <w:t xml:space="preserve">[25:30] </w:t>
      </w:r>
      <w:r>
        <w:t>aur is study karna ek alag cheez hai.</w:t>
      </w:r>
    </w:p>
    <w:p>
      <w:pPr>
        <w:jc w:val="right"/>
      </w:pPr>
      <w:r>
        <w:t>اور اس اسٹڈی کرنا ایک الگ چیز ہے۔</w:t>
      </w:r>
    </w:p>
    <w:p>
      <w:r>
        <w:rPr>
          <w:b/>
        </w:rPr>
        <w:t xml:space="preserve">[25:34] </w:t>
      </w:r>
      <w:r>
        <w:t>jab tak aap gehri study na karein, bohat gehri deep study na karein, aap yeh kehne ki position</w:t>
      </w:r>
    </w:p>
    <w:p>
      <w:pPr>
        <w:jc w:val="right"/>
      </w:pPr>
      <w:r>
        <w:t>جب تک آپ گہری اسٹڈی نہ کریں، بہت گہری ڈیپ اسٹڈی نہ کریں، آپ یہ کہنے کی پوزیشن</w:t>
      </w:r>
    </w:p>
    <w:p>
      <w:r>
        <w:rPr>
          <w:b/>
        </w:rPr>
        <w:t xml:space="preserve">[25:41] </w:t>
      </w:r>
      <w:r>
        <w:t>ہی میں نہیں ہوتے کہ I am a rationalist.</w:t>
      </w:r>
    </w:p>
    <w:p>
      <w:pPr>
        <w:jc w:val="right"/>
      </w:pPr>
      <w:r>
        <w:t>ہی میں نہیں ہوتے کہ آئی ایم ریشنلسٹ۔</w:t>
      </w:r>
    </w:p>
    <w:p>
      <w:r>
        <w:rPr>
          <w:b/>
        </w:rPr>
        <w:t xml:space="preserve">[25:44] </w:t>
      </w:r>
      <w:r>
        <w:t>sirf school ya college ya university ki degree se aadmi scholar nahi banta.</w:t>
      </w:r>
    </w:p>
    <w:p>
      <w:pPr>
        <w:jc w:val="right"/>
      </w:pPr>
      <w:r>
        <w:t>صرف اسکول یا کالج یا یونیورسٹی کی ڈگری سے آدمی اسکالر نہیں بنتا۔</w:t>
      </w:r>
    </w:p>
    <w:p>
      <w:r>
        <w:rPr>
          <w:b/>
        </w:rPr>
        <w:t xml:space="preserve">[25:50] </w:t>
      </w:r>
      <w:r>
        <w:t>to yeh hai</w:t>
      </w:r>
    </w:p>
    <w:p>
      <w:pPr>
        <w:jc w:val="right"/>
      </w:pPr>
      <w:r>
        <w:t>تو یہ ہے</w:t>
      </w:r>
    </w:p>
    <w:p>
      <w:r>
        <w:rPr>
          <w:b/>
        </w:rPr>
        <w:t xml:space="preserve">[25:57] </w:t>
      </w:r>
      <w:r>
        <w:t>ke jo log apne ko tayyar na rakhein is baat ke liye ke</w:t>
      </w:r>
    </w:p>
    <w:p>
      <w:pPr>
        <w:jc w:val="right"/>
      </w:pPr>
      <w:r>
        <w:t>کہ جو لوگ اپنے کو تیار نہ رکھیں اس بات کے لیے کہ</w:t>
      </w:r>
    </w:p>
    <w:p>
      <w:r>
        <w:rPr>
          <w:b/>
        </w:rPr>
        <w:t xml:space="preserve">[26:04] </w:t>
      </w:r>
      <w:r>
        <w:t>mujhe apni deconditioning karni hai, mujhe</w:t>
      </w:r>
    </w:p>
    <w:p>
      <w:pPr>
        <w:jc w:val="right"/>
      </w:pPr>
      <w:r>
        <w:t>مجھے اپنی ڈی کنڈیشننگ کرنی ہے، مجھے</w:t>
      </w:r>
    </w:p>
    <w:p>
      <w:r>
        <w:rPr>
          <w:b/>
        </w:rPr>
        <w:t xml:space="preserve">[26:08] </w:t>
      </w:r>
      <w:r>
        <w:t>har baat ko maan lena hai</w:t>
      </w:r>
    </w:p>
    <w:p>
      <w:pPr>
        <w:jc w:val="right"/>
      </w:pPr>
      <w:r>
        <w:t>ہر بات کو مان لینا ہے</w:t>
      </w:r>
    </w:p>
    <w:p>
      <w:r>
        <w:rPr>
          <w:b/>
        </w:rPr>
        <w:t xml:space="preserve">[26:11] </w:t>
      </w:r>
      <w:r>
        <w:t>jo prove ho rahi ho,</w:t>
      </w:r>
    </w:p>
    <w:p>
      <w:pPr>
        <w:jc w:val="right"/>
      </w:pPr>
      <w:r>
        <w:t>جو پروف ہو رہی ہو،</w:t>
      </w:r>
    </w:p>
    <w:p>
      <w:r>
        <w:rPr>
          <w:b/>
        </w:rPr>
        <w:t xml:space="preserve">[26:16] </w:t>
      </w:r>
      <w:r>
        <w:t>tab tak unke andar rationalism ka process hi nahi chalega.</w:t>
      </w:r>
    </w:p>
    <w:p>
      <w:pPr>
        <w:jc w:val="right"/>
      </w:pPr>
      <w:r>
        <w:t>تب تک ان کے اندر ریشنلزم کا پراسیس ہی نہیں چلے گا۔</w:t>
      </w:r>
    </w:p>
    <w:p>
      <w:r>
        <w:rPr>
          <w:b/>
        </w:rPr>
        <w:t xml:space="preserve">[26:22] </w:t>
      </w:r>
      <w:r>
        <w:t>kyunke rationalism apne aap mein koi destination nahi hai ke aaj mein kahoon apne aap ko rational, rationalist,</w:t>
      </w:r>
    </w:p>
    <w:p>
      <w:pPr>
        <w:jc w:val="right"/>
      </w:pPr>
      <w:r>
        <w:t>کیونکہ ریشنلزم اپنے آپ میں کوئی ڈیسٹینیشن نہیں ہے کہ آج میں کہوں اپنے آپ کو ریشنل، ریشنلسٹ،</w:t>
      </w:r>
    </w:p>
    <w:p>
      <w:r>
        <w:rPr>
          <w:b/>
        </w:rPr>
        <w:t xml:space="preserve">[26:28] </w:t>
      </w:r>
      <w:r>
        <w:t>to aaj mein kisi, kisi manzil par khara ho gaya.</w:t>
      </w:r>
    </w:p>
    <w:p>
      <w:pPr>
        <w:jc w:val="right"/>
      </w:pPr>
      <w:r>
        <w:t>تو آج میں کسی، کسی منزل پر کھڑا ہو گیا۔</w:t>
      </w:r>
    </w:p>
    <w:p>
      <w:r>
        <w:rPr>
          <w:b/>
        </w:rPr>
        <w:t xml:space="preserve">[26:33] </w:t>
      </w:r>
      <w:r>
        <w:t>rationalism apne aap mein koi manzil nahi hai.</w:t>
      </w:r>
    </w:p>
    <w:p>
      <w:pPr>
        <w:jc w:val="right"/>
      </w:pPr>
      <w:r>
        <w:t>ریشنلزم اپنے آپ میں کوئی منزل نہیں ہے۔</w:t>
      </w:r>
    </w:p>
    <w:p>
      <w:r>
        <w:rPr>
          <w:b/>
        </w:rPr>
        <w:t xml:space="preserve">[26:36] </w:t>
      </w:r>
      <w:r>
        <w:t>woh to ek method hai, ek rasta hai, ek journey hai.</w:t>
      </w:r>
    </w:p>
    <w:p>
      <w:pPr>
        <w:jc w:val="right"/>
      </w:pPr>
      <w:r>
        <w:t>وہ تو ایک میتھڈ ہے، ایک راستہ ہے، ایک جرنی ہے۔</w:t>
      </w:r>
    </w:p>
    <w:p>
      <w:r>
        <w:rPr>
          <w:b/>
        </w:rPr>
        <w:t xml:space="preserve">[26:43] </w:t>
      </w:r>
      <w:r>
        <w:t>to jab tak aap ke andar yeh, yeh cheez na ho ke aap deconditioning kar sakein apni,</w:t>
      </w:r>
    </w:p>
    <w:p>
      <w:pPr>
        <w:jc w:val="right"/>
      </w:pPr>
      <w:r>
        <w:t>تو جب تک آپ کے اندر یہ، یہ چیز نہ ہو کہ آپ ڈی کنڈیشننگ کر سکیں اپنی،</w:t>
      </w:r>
    </w:p>
    <w:p>
      <w:r>
        <w:rPr>
          <w:b/>
        </w:rPr>
        <w:t xml:space="preserve">[26:50] </w:t>
      </w:r>
      <w:r>
        <w:t>aur I was wrong kehne ki</w:t>
      </w:r>
    </w:p>
    <w:p>
      <w:pPr>
        <w:jc w:val="right"/>
      </w:pPr>
      <w:r>
        <w:t>اور آئی واز رونگ کہنے کی</w:t>
      </w:r>
    </w:p>
    <w:p>
      <w:r>
        <w:rPr>
          <w:b/>
        </w:rPr>
        <w:t xml:space="preserve">[26:59] </w:t>
      </w:r>
      <w:r>
        <w:t>aap ke andar, yani courage na ho,</w:t>
      </w:r>
    </w:p>
    <w:p>
      <w:pPr>
        <w:jc w:val="right"/>
      </w:pPr>
      <w:r>
        <w:t>آپ کے اندر، یعنی کریج نہ ہو،</w:t>
      </w:r>
    </w:p>
    <w:p>
      <w:r>
        <w:rPr>
          <w:b/>
        </w:rPr>
        <w:t xml:space="preserve">[27:04] </w:t>
      </w:r>
      <w:r>
        <w:t>us waqt sahi maano mein aap rationalist nahi ban payenge.</w:t>
      </w:r>
    </w:p>
    <w:p>
      <w:pPr>
        <w:jc w:val="right"/>
      </w:pPr>
      <w:r>
        <w:t>اس وقت صحیح معنوں میں آپ ریشنلسٹ نہیں بن پائیں گے۔</w:t>
      </w:r>
    </w:p>
    <w:p>
      <w:r>
        <w:rPr>
          <w:b/>
        </w:rPr>
        <w:t xml:space="preserve">[27:10] </w:t>
      </w:r>
      <w:r>
        <w:t>isi liye mein apne mission ke bare mein kehta hoon, yeh hamara mission hai, yeh sach pe to</w:t>
      </w:r>
    </w:p>
    <w:p>
      <w:pPr>
        <w:jc w:val="right"/>
      </w:pPr>
      <w:r>
        <w:t>اسی لیے میں اپنے مشن کے بارے میں کہتا ہوں، یہ ہمارا مشن ہے، یہ سچ پی تو</w:t>
      </w:r>
    </w:p>
    <w:p>
      <w:r>
        <w:rPr>
          <w:b/>
        </w:rPr>
        <w:t xml:space="preserve">[27:15] </w:t>
      </w:r>
      <w:r>
        <w:t>search hunting mission hai, yeh</w:t>
      </w:r>
    </w:p>
    <w:p>
      <w:pPr>
        <w:jc w:val="right"/>
      </w:pPr>
      <w:r>
        <w:t>سیکر ہنٹنگ مشن ہے، یہ</w:t>
      </w:r>
    </w:p>
    <w:p>
      <w:r>
        <w:rPr>
          <w:b/>
        </w:rPr>
        <w:t xml:space="preserve">[27:19] </w:t>
      </w:r>
      <w:r>
        <w:t>search hunting campaign hai.</w:t>
      </w:r>
    </w:p>
    <w:p>
      <w:pPr>
        <w:jc w:val="right"/>
      </w:pPr>
      <w:r>
        <w:t>سیکر ہنٹنگ کیمپین ہے۔</w:t>
      </w:r>
    </w:p>
    <w:p>
      <w:r>
        <w:rPr>
          <w:b/>
        </w:rPr>
        <w:t xml:space="preserve">[27:20] </w:t>
      </w:r>
      <w:r>
        <w:t>yeh mein apni zindagi mein bohat se logon se mujhe interaction hua hai jo simply educated log hote</w:t>
      </w:r>
    </w:p>
    <w:p>
      <w:pPr>
        <w:jc w:val="right"/>
      </w:pPr>
      <w:r>
        <w:t>یہ میں اپنی زندگی میں بہت سے لوگوں سے مجھے انٹریکشن ہوا ہے جو سمپلی ایجوکیٹڈ لوگ ہوتے</w:t>
      </w:r>
    </w:p>
    <w:p>
      <w:r>
        <w:rPr>
          <w:b/>
        </w:rPr>
        <w:t xml:space="preserve">[27:28] </w:t>
      </w:r>
      <w:r>
        <w:t>hain, woh baaton ko samajh nahi paate.</w:t>
      </w:r>
    </w:p>
    <w:p>
      <w:pPr>
        <w:jc w:val="right"/>
      </w:pPr>
      <w:r>
        <w:t>ہیں، وہ باتوں کو سمجھ نہیں پاتے۔</w:t>
      </w:r>
    </w:p>
    <w:p>
      <w:r>
        <w:rPr>
          <w:b/>
        </w:rPr>
        <w:t xml:space="preserve">[27:32] </w:t>
      </w:r>
      <w:r>
        <w:t>sirf seeker log samajh paate hain.</w:t>
      </w:r>
    </w:p>
    <w:p>
      <w:pPr>
        <w:jc w:val="right"/>
      </w:pPr>
      <w:r>
        <w:t>صرف سیکر لوگ سمجھ پاتے ہیں۔</w:t>
      </w:r>
    </w:p>
    <w:p>
      <w:r>
        <w:rPr>
          <w:b/>
        </w:rPr>
        <w:t xml:space="preserve">[27:36] </w:t>
      </w:r>
      <w:r>
        <w:t>yeh meri poori zindagi ka experience hai ke koi educated ho to aap samajh lein ke woh baat</w:t>
      </w:r>
    </w:p>
    <w:p>
      <w:pPr>
        <w:jc w:val="right"/>
      </w:pPr>
      <w:r>
        <w:t>یہ میری پوری زندگی کا ایکسپیرینس ہے کہ کوئی ایجوکیٹڈ ہو تو آپ سمجھ لیں کہ وہ بات</w:t>
      </w:r>
    </w:p>
    <w:p>
      <w:r>
        <w:rPr>
          <w:b/>
        </w:rPr>
        <w:t xml:space="preserve">[27:43] </w:t>
      </w:r>
      <w:r>
        <w:t>ko jaan lega, is ke saamne pesh karein ge to maan lega.</w:t>
      </w:r>
    </w:p>
    <w:p>
      <w:pPr>
        <w:jc w:val="right"/>
      </w:pPr>
      <w:r>
        <w:t>کو جان لے گا، اس کے سامنے پیش کریں گے تو مان لے گا۔</w:t>
      </w:r>
    </w:p>
    <w:p>
      <w:r>
        <w:rPr>
          <w:b/>
        </w:rPr>
        <w:t xml:space="preserve">[27:46] </w:t>
      </w:r>
      <w:r>
        <w:t>yeh, yeh bohat hi naive thinking hai.</w:t>
      </w:r>
    </w:p>
    <w:p>
      <w:pPr>
        <w:jc w:val="right"/>
      </w:pPr>
      <w:r>
        <w:t>یہ، یہ بہت ہی نائیو تھنکنگ ہے۔</w:t>
      </w:r>
    </w:p>
    <w:p>
      <w:r>
        <w:rPr>
          <w:b/>
        </w:rPr>
        <w:t xml:space="preserve">[27:49] </w:t>
      </w:r>
      <w:r>
        <w:t>kyunke education aadmi ke andar arrogance laati hai.</w:t>
      </w:r>
    </w:p>
    <w:p>
      <w:pPr>
        <w:jc w:val="right"/>
      </w:pPr>
      <w:r>
        <w:t>کیونکہ ایجوکیشن آدمی کے اندر ارگینس لاتی ہے۔</w:t>
      </w:r>
    </w:p>
    <w:p>
      <w:r>
        <w:rPr>
          <w:b/>
        </w:rPr>
        <w:t xml:space="preserve">[27:54] </w:t>
      </w:r>
      <w:r>
        <w:t>meri zindagi ka tajurba yeh hai ke jis ke paas degree ho bari bari, jis ke paas koi</w:t>
      </w:r>
    </w:p>
    <w:p>
      <w:pPr>
        <w:jc w:val="right"/>
      </w:pPr>
      <w:r>
        <w:t>میری زندگی کا تجربہ یہ ہے کہ جس کے پاس ڈگری ہو بڑی بڑی، جس کے پاس کوئی</w:t>
      </w:r>
    </w:p>
    <w:p>
      <w:r>
        <w:rPr>
          <w:b/>
        </w:rPr>
        <w:t xml:space="preserve">[27:58] </w:t>
      </w:r>
      <w:r>
        <w:t>bara sa job ho, to kya hoga? Woh arrogant hoga.</w:t>
      </w:r>
    </w:p>
    <w:p>
      <w:pPr>
        <w:jc w:val="right"/>
      </w:pPr>
      <w:r>
        <w:t>بڑا سا جاب ہو، تو کیا ہوگا؟ وہ ارگینٹ ہوگا۔</w:t>
      </w:r>
    </w:p>
    <w:p>
      <w:r>
        <w:rPr>
          <w:b/>
        </w:rPr>
        <w:t xml:space="preserve">[28:03] </w:t>
      </w:r>
      <w:r>
        <w:t>arrogant aadmi ko kya samjhayein ge aap?</w:t>
      </w:r>
    </w:p>
    <w:p>
      <w:pPr>
        <w:jc w:val="right"/>
      </w:pPr>
      <w:r>
        <w:t>ارگینٹ آدمی کو کیا سمجھائیں گے آپ؟</w:t>
      </w:r>
    </w:p>
    <w:p>
      <w:r>
        <w:rPr>
          <w:b/>
        </w:rPr>
        <w:t xml:space="preserve">[28:07] </w:t>
      </w:r>
      <w:r>
        <w:t>hamara target arrogant log nahi hain.</w:t>
      </w:r>
    </w:p>
    <w:p>
      <w:pPr>
        <w:jc w:val="right"/>
      </w:pPr>
      <w:r>
        <w:t>ہمارا ٹارگٹ ارگینٹ لوگ نہیں ہیں۔</w:t>
      </w:r>
    </w:p>
    <w:p>
      <w:r>
        <w:rPr>
          <w:b/>
        </w:rPr>
        <w:t xml:space="preserve">[28:09] </w:t>
      </w:r>
      <w:r>
        <w:t>hamara target, yaani degree holder log nahi hain.</w:t>
      </w:r>
    </w:p>
    <w:p>
      <w:pPr>
        <w:jc w:val="right"/>
      </w:pPr>
      <w:r>
        <w:t>ہمارا ٹارگٹ، یعنی ڈگری ہولڈر لوگ نہیں ہیں۔</w:t>
      </w:r>
    </w:p>
    <w:p>
      <w:r>
        <w:rPr>
          <w:b/>
        </w:rPr>
        <w:t xml:space="preserve">[28:13] </w:t>
      </w:r>
      <w:r>
        <w:t>hamara target seeker log hain.</w:t>
      </w:r>
    </w:p>
    <w:p>
      <w:pPr>
        <w:jc w:val="right"/>
      </w:pPr>
      <w:r>
        <w:t>ہمارا ٹارگٹ سیکر لوگ ہیں۔</w:t>
      </w:r>
    </w:p>
    <w:p>
      <w:r>
        <w:rPr>
          <w:b/>
        </w:rPr>
        <w:t xml:space="preserve">[28:15] </w:t>
      </w:r>
      <w:r>
        <w:t>yaad rakhiye, aap ko seeker ko talash karna hai.</w:t>
      </w:r>
    </w:p>
    <w:p>
      <w:pPr>
        <w:jc w:val="right"/>
      </w:pPr>
      <w:r>
        <w:t>یاد رکھیے، آپ کو سیکر کو تلاش کرنا ہے۔</w:t>
      </w:r>
    </w:p>
    <w:p>
      <w:r>
        <w:rPr>
          <w:b/>
        </w:rPr>
        <w:t xml:space="preserve">[28:21] </w:t>
      </w:r>
      <w:r>
        <w:t>seeker ko. To hamara mission seeker hunting mission hai.</w:t>
      </w:r>
    </w:p>
    <w:p>
      <w:pPr>
        <w:jc w:val="right"/>
      </w:pPr>
      <w:r>
        <w:t>سیکر کو۔ تو ہمارا مشن سیکر ہنٹنگ مشن ہے۔</w:t>
      </w:r>
    </w:p>
    <w:p>
      <w:r>
        <w:rPr>
          <w:b/>
        </w:rPr>
        <w:t xml:space="preserve">[28:25] </w:t>
      </w:r>
      <w:r>
        <w:t>yeh seeker ko dhoondna.</w:t>
      </w:r>
    </w:p>
    <w:p>
      <w:pPr>
        <w:jc w:val="right"/>
      </w:pPr>
      <w:r>
        <w:t>یہ سیکر کو ڈھونڈنا۔</w:t>
      </w:r>
    </w:p>
    <w:p>
      <w:r>
        <w:rPr>
          <w:b/>
        </w:rPr>
        <w:t xml:space="preserve">[28:27] </w:t>
      </w:r>
      <w:r>
        <w:t>jo seeker hoga,</w:t>
      </w:r>
    </w:p>
    <w:p>
      <w:pPr>
        <w:jc w:val="right"/>
      </w:pPr>
      <w:r>
        <w:t>جو سیکر ہوگا،</w:t>
      </w:r>
    </w:p>
    <w:p>
      <w:r>
        <w:rPr>
          <w:b/>
        </w:rPr>
        <w:t xml:space="preserve">[28:29] </w:t>
      </w:r>
      <w:r>
        <w:t>wohi hamari baat ko sune ga, wohi hamari baat ko maane ga, aur usi ke saath hamara journey</w:t>
      </w:r>
    </w:p>
    <w:p>
      <w:pPr>
        <w:jc w:val="right"/>
      </w:pPr>
      <w:r>
        <w:t>وہی ہماری بات کو سنے گا، وہی ہماری بات کو مانے گا، اور اسی کے ساتھ ہمارا جرنی</w:t>
      </w:r>
    </w:p>
    <w:p>
      <w:r>
        <w:rPr>
          <w:b/>
        </w:rPr>
        <w:t xml:space="preserve">[28:38] </w:t>
      </w:r>
      <w:r>
        <w:t>aage barh sake gi.</w:t>
      </w:r>
    </w:p>
    <w:p>
      <w:pPr>
        <w:jc w:val="right"/>
      </w:pPr>
      <w:r>
        <w:t>آگے بڑھ سکے گی۔</w:t>
      </w:r>
    </w:p>
    <w:p>
      <w:r>
        <w:rPr>
          <w:b/>
        </w:rPr>
        <w:t xml:space="preserve">[28:41] </w:t>
      </w:r>
      <w:r>
        <w:t>to mein aap logon ko yeh kahoon ga ke aap log is mission mein seeker ko dhoondhiye.</w:t>
      </w:r>
    </w:p>
    <w:p>
      <w:pPr>
        <w:jc w:val="right"/>
      </w:pPr>
      <w:r>
        <w:t>تو میں آپ لوگوں کو یہ کہوں گا کہ آپ لوگ اس مشن میں سیکر کو ڈھونڈیے۔</w:t>
      </w:r>
    </w:p>
    <w:p>
      <w:r>
        <w:rPr>
          <w:b/>
        </w:rPr>
        <w:t xml:space="preserve">[28:47] </w:t>
      </w:r>
      <w:r>
        <w:t>sirf yeh na dekhiye ke yeh is ne degree le rakhi hai.</w:t>
      </w:r>
    </w:p>
    <w:p>
      <w:pPr>
        <w:jc w:val="right"/>
      </w:pPr>
      <w:r>
        <w:t>صرف یہ نہ دیکھیے کہ یہ اس نے ڈگری لے رکھی ہے۔</w:t>
      </w:r>
    </w:p>
    <w:p>
      <w:r>
        <w:rPr>
          <w:b/>
        </w:rPr>
        <w:t xml:space="preserve">[28:53] </w:t>
      </w:r>
      <w:r>
        <w:t>to is ko mein kahoon ga ke seeker hunting, seeker hunting campaign,</w:t>
      </w:r>
    </w:p>
    <w:p>
      <w:pPr>
        <w:jc w:val="right"/>
      </w:pPr>
      <w:r>
        <w:t>تو اس کو میں کہوں گا کہ سیکر ہنٹنگ، سیکر ہنٹنگ کیمپین،</w:t>
      </w:r>
    </w:p>
    <w:p>
      <w:r>
        <w:rPr>
          <w:b/>
        </w:rPr>
        <w:t xml:space="preserve">[28:59] </w:t>
      </w:r>
      <w:r>
        <w:t>inhi se mein umeed rakhta hoon,</w:t>
      </w:r>
    </w:p>
    <w:p>
      <w:pPr>
        <w:jc w:val="right"/>
      </w:pPr>
      <w:r>
        <w:t>انہی سے میں امید رکھتا ہوں،</w:t>
      </w:r>
    </w:p>
    <w:p>
      <w:r>
        <w:rPr>
          <w:b/>
        </w:rPr>
        <w:t xml:space="preserve">[29:03] </w:t>
      </w:r>
      <w:r>
        <w:t>aur inhi se mein</w:t>
      </w:r>
    </w:p>
    <w:p>
      <w:pPr>
        <w:jc w:val="right"/>
      </w:pPr>
      <w:r>
        <w:t>اور انہی سے میں</w:t>
      </w:r>
    </w:p>
    <w:p>
      <w:r>
        <w:rPr>
          <w:b/>
        </w:rPr>
        <w:t xml:space="preserve">[29:05] </w:t>
      </w:r>
      <w:r>
        <w:t>chahta hoon ke isi ko aap log apna target banayein.</w:t>
      </w:r>
    </w:p>
    <w:p>
      <w:pPr>
        <w:jc w:val="right"/>
      </w:pPr>
      <w:r>
        <w:t>چاہتا ہوں کہ اسی کو آپ لوگ اپنا ٹارگٹ بنائیں۔</w:t>
      </w:r>
    </w:p>
    <w:p>
      <w:r>
        <w:rPr>
          <w:b/>
        </w:rPr>
        <w:t xml:space="preserve">[29:08] </w:t>
      </w:r>
      <w:r>
        <w:t>zyada kaun seeker hai, kaun seeker nahi hai, bohat jald pata chal jata hai is ka.</w:t>
      </w:r>
    </w:p>
    <w:p>
      <w:pPr>
        <w:jc w:val="right"/>
      </w:pPr>
      <w:r>
        <w:t>زیادہ کون سیکر ہے، کون سیکر نہیں ہے، بہت جلد پتہ چل جاتا ہے اس کا۔</w:t>
      </w:r>
    </w:p>
    <w:p>
      <w:r>
        <w:rPr>
          <w:b/>
        </w:rPr>
        <w:t xml:space="preserve">[29:15] </w:t>
      </w:r>
      <w:r>
        <w:t>jab aap kisi se baat karte hain</w:t>
      </w:r>
    </w:p>
    <w:p>
      <w:pPr>
        <w:jc w:val="right"/>
      </w:pPr>
      <w:r>
        <w:t>جب آپ کسی سے بات کرتے ہیں</w:t>
      </w:r>
    </w:p>
    <w:p>
      <w:r>
        <w:rPr>
          <w:b/>
        </w:rPr>
        <w:t xml:space="preserve">[29:18] </w:t>
      </w:r>
      <w:r>
        <w:t>to agar aap dekhen ke woh stand badalta hai</w:t>
      </w:r>
    </w:p>
    <w:p>
      <w:pPr>
        <w:jc w:val="right"/>
      </w:pPr>
      <w:r>
        <w:t>تو اگر آپ دیکھیں کہ وہ اسٹینڈ بدلتا ہے</w:t>
      </w:r>
    </w:p>
    <w:p>
      <w:r>
        <w:rPr>
          <w:b/>
        </w:rPr>
        <w:t xml:space="preserve">[29:22] </w:t>
      </w:r>
      <w:r>
        <w:t>to samajh lijie ke seeker nahi hai yeh.</w:t>
      </w:r>
    </w:p>
    <w:p>
      <w:pPr>
        <w:jc w:val="right"/>
      </w:pPr>
      <w:r>
        <w:t>تو سمجھ لیجیے کہ سیکر نہیں ہے یہ۔</w:t>
      </w:r>
    </w:p>
    <w:p>
      <w:r>
        <w:rPr>
          <w:b/>
        </w:rPr>
        <w:t xml:space="preserve">[29:25] </w:t>
      </w:r>
      <w:r>
        <w:t>ke ek baat is ne kahi, aap ne is ko reject kiya</w:t>
      </w:r>
    </w:p>
    <w:p>
      <w:pPr>
        <w:jc w:val="right"/>
      </w:pPr>
      <w:r>
        <w:t>کہ ایک بات اس نے کہی، آپ نے اس کو ریجیکٹ کیا</w:t>
      </w:r>
    </w:p>
    <w:p>
      <w:r>
        <w:rPr>
          <w:b/>
        </w:rPr>
        <w:t xml:space="preserve">[29:31] </w:t>
      </w:r>
      <w:r>
        <w:t>kisi logic se, aur stand badal diya is ne.</w:t>
      </w:r>
    </w:p>
    <w:p>
      <w:pPr>
        <w:jc w:val="right"/>
      </w:pPr>
      <w:r>
        <w:t>کسی لاجک سے، اور اسٹینڈ بدل دیا اس نے۔</w:t>
      </w:r>
    </w:p>
    <w:p>
      <w:r>
        <w:rPr>
          <w:b/>
        </w:rPr>
        <w:t xml:space="preserve">[29:33] </w:t>
      </w:r>
      <w:r>
        <w:t>phir koi aur baat nikal li.</w:t>
      </w:r>
    </w:p>
    <w:p>
      <w:pPr>
        <w:jc w:val="right"/>
      </w:pPr>
      <w:r>
        <w:t>پھر کوئی اور بات نکال لی۔</w:t>
      </w:r>
    </w:p>
    <w:p>
      <w:r>
        <w:rPr>
          <w:b/>
        </w:rPr>
        <w:t xml:space="preserve">[29:35] </w:t>
      </w:r>
      <w:r>
        <w:t>is ko aap ne reject kiya kisi logic se, phir phir is ne stand badal liya.</w:t>
      </w:r>
    </w:p>
    <w:p>
      <w:pPr>
        <w:jc w:val="right"/>
      </w:pPr>
      <w:r>
        <w:t>اس کو آپ نے ریجیکٹ کیا کسی لاجک سے، پھر پھر اس نے اسٹینڈ بدل لیا۔</w:t>
      </w:r>
    </w:p>
    <w:p>
      <w:r>
        <w:rPr>
          <w:b/>
        </w:rPr>
        <w:t xml:space="preserve">[29:41] </w:t>
      </w:r>
      <w:r>
        <w:t>جس کو انگلش میں کہتے ہیں grasshopper mind۔</w:t>
      </w:r>
    </w:p>
    <w:p>
      <w:pPr>
        <w:jc w:val="right"/>
      </w:pPr>
      <w:r>
        <w:t>جس کو انگلش میں کہتے ہیں گراس ہاپر مائنڈ۔</w:t>
      </w:r>
    </w:p>
    <w:p>
      <w:r>
        <w:rPr>
          <w:b/>
        </w:rPr>
        <w:t xml:space="preserve">[29:45] </w:t>
      </w:r>
      <w:r>
        <w:t>jo aadmi grass hopper mind ho, woh kabhi seeker nahi hoga.</w:t>
      </w:r>
    </w:p>
    <w:p>
      <w:pPr>
        <w:jc w:val="right"/>
      </w:pPr>
      <w:r>
        <w:t>جو آدمی گراس ہاپر مائنڈ ہو، وہ کبھی سیکر نہیں ہوگا۔</w:t>
      </w:r>
    </w:p>
    <w:p>
      <w:r>
        <w:rPr>
          <w:b/>
        </w:rPr>
        <w:t xml:space="preserve">[29:52] </w:t>
      </w:r>
      <w:r>
        <w:t>to aap log jo hain, main aap logon ko advice karunga ke seeker ki talash kijie.</w:t>
      </w:r>
    </w:p>
    <w:p>
      <w:pPr>
        <w:jc w:val="right"/>
      </w:pPr>
      <w:r>
        <w:t>تو آپ لوگ جو ہیں، میں آپ لوگوں کو ایڈوائس کروں گا کہ سیکر کی تلاش کیجیے۔</w:t>
      </w:r>
    </w:p>
    <w:p>
      <w:r>
        <w:rPr>
          <w:b/>
        </w:rPr>
        <w:t xml:space="preserve">[30:02] </w:t>
      </w:r>
      <w:r>
        <w:t>seeker ki talash kijie.</w:t>
      </w:r>
    </w:p>
    <w:p>
      <w:pPr>
        <w:jc w:val="right"/>
      </w:pPr>
      <w:r>
        <w:t>سیکر کی تلاش کیجیے۔</w:t>
      </w:r>
    </w:p>
    <w:p>
      <w:r>
        <w:rPr>
          <w:b/>
        </w:rPr>
        <w:t xml:space="preserve">[30:03] </w:t>
      </w:r>
      <w:r>
        <w:t>seeker hi log hamare kaam ke hain.</w:t>
      </w:r>
    </w:p>
    <w:p>
      <w:pPr>
        <w:jc w:val="right"/>
      </w:pPr>
      <w:r>
        <w:t>سیکر ہی لوگ ہمارے کام کے ہیں۔</w:t>
      </w:r>
    </w:p>
    <w:p>
      <w:r>
        <w:rPr>
          <w:b/>
        </w:rPr>
        <w:t xml:space="preserve">[30:16] </w:t>
      </w:r>
      <w:r>
        <w:t>seeker jo hota hai,</w:t>
      </w:r>
    </w:p>
    <w:p>
      <w:pPr>
        <w:jc w:val="right"/>
      </w:pPr>
      <w:r>
        <w:t>سیکر جو ہوتا ہے،</w:t>
      </w:r>
    </w:p>
    <w:p>
      <w:r>
        <w:rPr>
          <w:b/>
        </w:rPr>
        <w:t xml:space="preserve">[30:18] </w:t>
      </w:r>
      <w:r>
        <w:t>woh sacha insan hota hai.</w:t>
      </w:r>
    </w:p>
    <w:p>
      <w:pPr>
        <w:jc w:val="right"/>
      </w:pPr>
      <w:r>
        <w:t>وہ سچا انسان ہوتا ہے۔</w:t>
      </w:r>
    </w:p>
    <w:p>
      <w:r>
        <w:rPr>
          <w:b/>
        </w:rPr>
        <w:t xml:space="preserve">[30:23] </w:t>
      </w:r>
      <w:r>
        <w:t>yani is ka jo</w:t>
      </w:r>
    </w:p>
    <w:p>
      <w:pPr>
        <w:jc w:val="right"/>
      </w:pPr>
      <w:r>
        <w:t>یعنی اس کا جو</w:t>
      </w:r>
    </w:p>
    <w:p>
      <w:r>
        <w:rPr>
          <w:b/>
        </w:rPr>
        <w:t xml:space="preserve">[30:25] </w:t>
      </w:r>
      <w:r>
        <w:t>supreme cheez jo hoti hai, is ke liye jo is ka, jo is ka supreme concern jo is</w:t>
      </w:r>
    </w:p>
    <w:p>
      <w:pPr>
        <w:jc w:val="right"/>
      </w:pPr>
      <w:r>
        <w:t>سپریم چیز جو ہوتی ہے، اس کے لیے جو اس کا، جو اس کا سپریم کنسرن جو اس</w:t>
      </w:r>
    </w:p>
    <w:p>
      <w:r>
        <w:rPr>
          <w:b/>
        </w:rPr>
        <w:t xml:space="preserve">[30:29] </w:t>
      </w:r>
      <w:r>
        <w:t>ka hota hai, woh truth hota hai.</w:t>
      </w:r>
    </w:p>
    <w:p>
      <w:pPr>
        <w:jc w:val="right"/>
      </w:pPr>
      <w:r>
        <w:t>کا ہوتا ہے، وہ ٹروتھ ہوتا ہے۔</w:t>
      </w:r>
    </w:p>
    <w:p>
      <w:r>
        <w:rPr>
          <w:b/>
        </w:rPr>
        <w:t xml:space="preserve">[30:33] </w:t>
      </w:r>
      <w:r>
        <w:t>seeker ki sab se bari sifat yeh hoti hai ke woh sachai ko apna supreme concern banata hai.</w:t>
      </w:r>
    </w:p>
    <w:p>
      <w:pPr>
        <w:jc w:val="right"/>
      </w:pPr>
      <w:r>
        <w:t>سیکر کی سب سے بڑی صفت یہ ہوتی ہے کہ وہ سچائی کو اپنا سپریم کنسرن بناتا ہے۔</w:t>
      </w:r>
    </w:p>
    <w:p>
      <w:r>
        <w:rPr>
          <w:b/>
        </w:rPr>
        <w:t xml:space="preserve">[30:41] </w:t>
      </w:r>
      <w:r>
        <w:t>sachai ke muqable mein har cheez is ke liye secondary ban jati hai.</w:t>
      </w:r>
    </w:p>
    <w:p>
      <w:pPr>
        <w:jc w:val="right"/>
      </w:pPr>
      <w:r>
        <w:t>سچائی کے مقابلے میں ہر چیز اس کے لیے سیکنڈری بن جاتی ہے۔</w:t>
      </w:r>
    </w:p>
    <w:p>
      <w:r>
        <w:rPr>
          <w:b/>
        </w:rPr>
        <w:t xml:space="preserve">[30:49] </w:t>
      </w:r>
      <w:r>
        <w:t>is ke muqable mein doosre log jo hain, woh kisi aur cheez ko apna supreme concern bana lie</w:t>
      </w:r>
    </w:p>
    <w:p>
      <w:pPr>
        <w:jc w:val="right"/>
      </w:pPr>
      <w:r>
        <w:t>اس کے مقابلے میں دوسرے لوگ جو ہیں، وہ کسی اور چیز کو اپنا سپریم کنسرن بنا لیے</w:t>
      </w:r>
    </w:p>
    <w:p>
      <w:r>
        <w:rPr>
          <w:b/>
        </w:rPr>
        <w:t xml:space="preserve">[30:53] </w:t>
      </w:r>
      <w:r>
        <w:t>hote hain. yeh, yeh basic difference hai mere nazdeek</w:t>
      </w:r>
    </w:p>
    <w:p>
      <w:pPr>
        <w:jc w:val="right"/>
      </w:pPr>
      <w:r>
        <w:t>ہوتے ہیں۔ یہ، یہ بیسک ڈیفرنس ہے میرے نزدیک</w:t>
      </w:r>
    </w:p>
    <w:p>
      <w:r>
        <w:rPr>
          <w:b/>
        </w:rPr>
        <w:t xml:space="preserve">[31:00] </w:t>
      </w:r>
      <w:r>
        <w:t>seeker aur non seeker mein.</w:t>
      </w:r>
    </w:p>
    <w:p>
      <w:pPr>
        <w:jc w:val="right"/>
      </w:pPr>
      <w:r>
        <w:t>سیکر اور نان سیکر میں۔</w:t>
      </w:r>
    </w:p>
    <w:p>
      <w:r>
        <w:rPr>
          <w:b/>
        </w:rPr>
        <w:t xml:space="preserve">[31:15] </w:t>
      </w:r>
      <w:r>
        <w:t>yeh basic difference hai ke non seeker jo hoga,</w:t>
      </w:r>
    </w:p>
    <w:p>
      <w:pPr>
        <w:jc w:val="right"/>
      </w:pPr>
      <w:r>
        <w:t>یہ بیسک ڈیفرنس ہے کہ نان سیکر جو ہوگا،</w:t>
      </w:r>
    </w:p>
    <w:p>
      <w:r>
        <w:rPr>
          <w:b/>
        </w:rPr>
        <w:t xml:space="preserve">[31:19] </w:t>
      </w:r>
      <w:r>
        <w:t>woh other than truth kisi cheez ko</w:t>
      </w:r>
    </w:p>
    <w:p>
      <w:pPr>
        <w:jc w:val="right"/>
      </w:pPr>
      <w:r>
        <w:t>وہ ادر دین ٹروتھ کسی چیز کو</w:t>
      </w:r>
    </w:p>
    <w:p>
      <w:r>
        <w:rPr>
          <w:b/>
        </w:rPr>
        <w:t xml:space="preserve">[31:27] </w:t>
      </w:r>
      <w:r>
        <w:t>apna, apna supreme,</w:t>
      </w:r>
    </w:p>
    <w:p>
      <w:pPr>
        <w:jc w:val="right"/>
      </w:pPr>
      <w:r>
        <w:t>اپنا، اپنا سپریم،</w:t>
      </w:r>
    </w:p>
    <w:p>
      <w:r>
        <w:rPr>
          <w:b/>
        </w:rPr>
        <w:t xml:space="preserve">[31:29] </w:t>
      </w:r>
      <w:r>
        <w:t>apna, apna concern bana lie hoga.</w:t>
      </w:r>
    </w:p>
    <w:p>
      <w:pPr>
        <w:jc w:val="right"/>
      </w:pPr>
      <w:r>
        <w:t>اپنا، اپنا کنسرن بنا لیے ہوگا۔</w:t>
      </w:r>
    </w:p>
    <w:p>
      <w:r>
        <w:rPr>
          <w:b/>
        </w:rPr>
        <w:t xml:space="preserve">[31:38] </w:t>
      </w:r>
      <w:r>
        <w:t>ab main aap ko ek example deta hoon, yani condition thinking ki.</w:t>
      </w:r>
    </w:p>
    <w:p>
      <w:pPr>
        <w:jc w:val="right"/>
      </w:pPr>
      <w:r>
        <w:t>اب میں آپ کو ایک ایگزامپل دیتا ہوں، یعنی کنڈیشن تھنکنگ کی۔</w:t>
      </w:r>
    </w:p>
    <w:p>
      <w:r>
        <w:rPr>
          <w:b/>
        </w:rPr>
        <w:t xml:space="preserve">[31:46] </w:t>
      </w:r>
      <w:r>
        <w:t>aik aur example deta hoon aap ko ke kis tarah log,</w:t>
      </w:r>
    </w:p>
    <w:p>
      <w:pPr>
        <w:jc w:val="right"/>
      </w:pPr>
      <w:r>
        <w:t>ایک اور ایگزامپل دیتا ہوں آپ کو کہ کس طرح لوگ،</w:t>
      </w:r>
    </w:p>
    <w:p>
      <w:r>
        <w:rPr>
          <w:b/>
        </w:rPr>
        <w:t xml:space="preserve">[31:51] </w:t>
      </w:r>
      <w:r>
        <w:t>yani woh is mein jeete hain,</w:t>
      </w:r>
    </w:p>
    <w:p>
      <w:pPr>
        <w:jc w:val="right"/>
      </w:pPr>
      <w:r>
        <w:t>یعنی وہ اس میں جیتے ہیں،</w:t>
      </w:r>
    </w:p>
    <w:p>
      <w:r>
        <w:rPr>
          <w:b/>
        </w:rPr>
        <w:t xml:space="preserve">[31:55] </w:t>
      </w:r>
      <w:r>
        <w:t>apni, apne condition mind jo un ka ban chuka hota hai, us mein jeete hain aur samajhte hain</w:t>
      </w:r>
    </w:p>
    <w:p>
      <w:pPr>
        <w:jc w:val="right"/>
      </w:pPr>
      <w:r>
        <w:t>اپنی، اپنے کنڈیشن مائنڈ جو ان کا بن چکا ہوتا ہے، اس میں جیتے ہیں اور سمجھتے ہیں</w:t>
      </w:r>
    </w:p>
    <w:p>
      <w:r>
        <w:rPr>
          <w:b/>
        </w:rPr>
        <w:t xml:space="preserve">[32:00] </w:t>
      </w:r>
      <w:r>
        <w:t>ke main rationalist hoon.</w:t>
      </w:r>
    </w:p>
    <w:p>
      <w:pPr>
        <w:jc w:val="right"/>
      </w:pPr>
      <w:r>
        <w:t>کہ میں ریشنلسٹ ہوں۔</w:t>
      </w:r>
    </w:p>
    <w:p>
      <w:r>
        <w:rPr>
          <w:b/>
        </w:rPr>
        <w:t xml:space="preserve">[32:02] </w:t>
      </w:r>
      <w:r>
        <w:t>woh samajhte hain ke main rationalist hoon.</w:t>
      </w:r>
    </w:p>
    <w:p>
      <w:pPr>
        <w:jc w:val="right"/>
      </w:pPr>
      <w:r>
        <w:t>وہ سمجھتے ہیں کہ میں ریشنلسٹ ہوں۔</w:t>
      </w:r>
    </w:p>
    <w:p>
      <w:r>
        <w:rPr>
          <w:b/>
        </w:rPr>
        <w:t xml:space="preserve">[32:05] </w:t>
      </w:r>
      <w:r>
        <w:t>aur aise logon ki aik bohat bari weakness yeh hoti hai ke mazi mein kuch jo unhon ne</w:t>
      </w:r>
    </w:p>
    <w:p>
      <w:pPr>
        <w:jc w:val="right"/>
      </w:pPr>
      <w:r>
        <w:t>اور ایسے لوگوں کی ایک بہت بڑی ویکنس یہ ہوتی ہے کہ ماضی میں کچھ جو انہوں نے</w:t>
      </w:r>
    </w:p>
    <w:p>
      <w:r>
        <w:rPr>
          <w:b/>
        </w:rPr>
        <w:t xml:space="preserve">[32:10] </w:t>
      </w:r>
      <w:r>
        <w:t>parha tha, usi ko hamesha ke liye samajh rahe thay ke yehi asal position hai.</w:t>
      </w:r>
    </w:p>
    <w:p>
      <w:pPr>
        <w:jc w:val="right"/>
      </w:pPr>
      <w:r>
        <w:t>پڑھا تھا، اسی کو ہمیشہ کے لیے سمجھ رہے تھے کہ یہی اصل پوزیشن ہے۔</w:t>
      </w:r>
    </w:p>
    <w:p>
      <w:r>
        <w:rPr>
          <w:b/>
        </w:rPr>
        <w:t xml:space="preserve">[32:16] </w:t>
      </w:r>
      <w:r>
        <w:t>aur baad ko jo development ho raha hai, us se bekhabar rehte hain.</w:t>
      </w:r>
    </w:p>
    <w:p>
      <w:pPr>
        <w:jc w:val="right"/>
      </w:pPr>
      <w:r>
        <w:t>اور بعد کو جو ڈیولپمنٹ ہو رہا ہے، اس سے بے خبر رہتے ہیں۔</w:t>
      </w:r>
    </w:p>
    <w:p>
      <w:r>
        <w:rPr>
          <w:b/>
        </w:rPr>
        <w:t xml:space="preserve">[32:19] </w:t>
      </w:r>
      <w:r>
        <w:t>jaise aaj kal dekhiye,</w:t>
      </w:r>
    </w:p>
    <w:p>
      <w:pPr>
        <w:jc w:val="right"/>
      </w:pPr>
      <w:r>
        <w:t>جیسے آج کل دیکھیے،</w:t>
      </w:r>
    </w:p>
    <w:p>
      <w:r>
        <w:rPr>
          <w:b/>
        </w:rPr>
        <w:t xml:space="preserve">[32:22] </w:t>
      </w:r>
      <w:r>
        <w:t>mujh se aik sahab,</w:t>
      </w:r>
    </w:p>
    <w:p>
      <w:pPr>
        <w:jc w:val="right"/>
      </w:pPr>
      <w:r>
        <w:t>مجھ سے ایک صاحب،</w:t>
      </w:r>
    </w:p>
    <w:p>
      <w:r>
        <w:rPr>
          <w:b/>
        </w:rPr>
        <w:t xml:space="preserve">[32:24] </w:t>
      </w:r>
      <w:r>
        <w:t>aik kisi meeting mein mulaqat hui, aik sahab jo retired justice thay, woh retired judge thay, woh to</w:t>
      </w:r>
    </w:p>
    <w:p>
      <w:pPr>
        <w:jc w:val="right"/>
      </w:pPr>
      <w:r>
        <w:t>ایک کسی میٹنگ میں ملاقات ہوئی، ایک صاحب جو ریٹائرڈ جسٹس تھے، وہ ریٹائرڈ جج تھے، وہ تو</w:t>
      </w:r>
    </w:p>
    <w:p>
      <w:r>
        <w:rPr>
          <w:b/>
        </w:rPr>
        <w:t xml:space="preserve">[32:31] </w:t>
      </w:r>
      <w:r>
        <w:t>woh kehte hain</w:t>
      </w:r>
    </w:p>
    <w:p>
      <w:pPr>
        <w:jc w:val="right"/>
      </w:pPr>
      <w:r>
        <w:t>وہ کہتے ہیں</w:t>
      </w:r>
    </w:p>
    <w:p>
      <w:r>
        <w:rPr>
          <w:b/>
        </w:rPr>
        <w:t xml:space="preserve">[32:34] </w:t>
      </w:r>
      <w:r>
        <w:t>ke aap jante hain ke Islam ke sab se zyada</w:t>
      </w:r>
    </w:p>
    <w:p>
      <w:pPr>
        <w:jc w:val="right"/>
      </w:pPr>
      <w:r>
        <w:t>کہ آپ جانتے ہیں کہ اسلام کے سب سے زیادہ</w:t>
      </w:r>
    </w:p>
    <w:p>
      <w:r>
        <w:rPr>
          <w:b/>
        </w:rPr>
        <w:t xml:space="preserve">[32:38] </w:t>
      </w:r>
      <w:r>
        <w:t>Islam ke ka sab se weak point kya hai? aik retired judge keh raha hai,</w:t>
      </w:r>
    </w:p>
    <w:p>
      <w:pPr>
        <w:jc w:val="right"/>
      </w:pPr>
      <w:r>
        <w:t>اسلام کے کا سب سے ویک پوائنٹ کیا ہے؟ ایک ریٹائرڈ جج کہہ رہا ہے،</w:t>
      </w:r>
    </w:p>
    <w:p>
      <w:r>
        <w:rPr>
          <w:b/>
        </w:rPr>
        <w:t xml:space="preserve">[32:45] </w:t>
      </w:r>
      <w:r>
        <w:t>Islam ka sab se weak point kya hai? to phir kehte hain woh, woh yeh hai ke Islam</w:t>
      </w:r>
    </w:p>
    <w:p>
      <w:pPr>
        <w:jc w:val="right"/>
      </w:pPr>
      <w:r>
        <w:t>اسلام کا سب سے ویک پوائنٹ کیا ہے؟ تو پھر کہتے ہیں وہ، وہ یہ ہے کہ اسلام</w:t>
      </w:r>
    </w:p>
    <w:p>
      <w:r>
        <w:rPr>
          <w:b/>
        </w:rPr>
        <w:t xml:space="preserve">[32:51] </w:t>
      </w:r>
      <w:r>
        <w:t>gender equality ko nahi manta.</w:t>
      </w:r>
    </w:p>
    <w:p>
      <w:pPr>
        <w:jc w:val="right"/>
      </w:pPr>
      <w:r>
        <w:t>جینڈر ایکولٹی کو نہیں مانتا۔</w:t>
      </w:r>
    </w:p>
    <w:p>
      <w:r>
        <w:rPr>
          <w:b/>
        </w:rPr>
        <w:t xml:space="preserve">[32:55] </w:t>
      </w:r>
      <w:r>
        <w:t>Islam gender equality ko nahi manta.</w:t>
      </w:r>
    </w:p>
    <w:p>
      <w:pPr>
        <w:jc w:val="right"/>
      </w:pPr>
      <w:r>
        <w:t>اسلام جینڈر ایکولٹی کو نہیں مانتا۔</w:t>
      </w:r>
    </w:p>
    <w:p>
      <w:r>
        <w:rPr>
          <w:b/>
        </w:rPr>
        <w:t xml:space="preserve">[32:59] </w:t>
      </w:r>
      <w:r>
        <w:t>to maine un se kaha ke dekhiye, aap judge rahe hain, lekin aap ne is mamle mein</w:t>
      </w:r>
    </w:p>
    <w:p>
      <w:pPr>
        <w:jc w:val="right"/>
      </w:pPr>
      <w:r>
        <w:t>تو میں نے ان سے کہا کہ دیکھیے، آپ جج رہے ہیں، لیکن آپ نے اس معاملے میں</w:t>
      </w:r>
    </w:p>
    <w:p>
      <w:r>
        <w:rPr>
          <w:b/>
        </w:rPr>
        <w:t xml:space="preserve">[33:05] </w:t>
      </w:r>
      <w:r>
        <w:t>sirf women lib ke literature ko parha hai shayad, aur kuch nahi parha hai aap ne.</w:t>
      </w:r>
    </w:p>
    <w:p>
      <w:pPr>
        <w:jc w:val="right"/>
      </w:pPr>
      <w:r>
        <w:t>صرف ویمن لپ کے لٹریچر کو پڑھا ہے شاید، اور کچھ نہیں پڑھا ہے آپ نے۔</w:t>
      </w:r>
    </w:p>
    <w:p>
      <w:r>
        <w:rPr>
          <w:b/>
        </w:rPr>
        <w:t xml:space="preserve">[33:12] </w:t>
      </w:r>
      <w:r>
        <w:t>kyun? is liye ke idhar</w:t>
      </w:r>
    </w:p>
    <w:p>
      <w:pPr>
        <w:jc w:val="right"/>
      </w:pPr>
      <w:r>
        <w:t>کیوں؟ اس لیے کہ ادھر</w:t>
      </w:r>
    </w:p>
    <w:p>
      <w:r>
        <w:rPr>
          <w:b/>
        </w:rPr>
        <w:t xml:space="preserve">[33:16] </w:t>
      </w:r>
      <w:r>
        <w:t>10, 15 saal ke andar is par bohat research hui hai, aur ab yeh establish ho gaya hai</w:t>
      </w:r>
    </w:p>
    <w:p>
      <w:pPr>
        <w:jc w:val="right"/>
      </w:pPr>
      <w:r>
        <w:t>10، 15 سال کے اندر اس پر بہت ریسرچ ہوئی ہے، اور اب یہ اسٹیبلش ہو گیا ہے</w:t>
      </w:r>
    </w:p>
    <w:p>
      <w:r>
        <w:rPr>
          <w:b/>
        </w:rPr>
        <w:t xml:space="preserve">[33:23] </w:t>
      </w:r>
      <w:r>
        <w:t>ke mard aur aurat mein biological differences hain.</w:t>
      </w:r>
    </w:p>
    <w:p>
      <w:pPr>
        <w:jc w:val="right"/>
      </w:pPr>
      <w:r>
        <w:t>کہ مرد اور عورت میں بائیولوجیکل ڈیفرنسز ہیں۔</w:t>
      </w:r>
    </w:p>
    <w:p>
      <w:r>
        <w:rPr>
          <w:b/>
        </w:rPr>
        <w:t xml:space="preserve">[33:28] </w:t>
      </w:r>
      <w:r>
        <w:t>itna zyada difference hai ke dono ko equality ka word hi ab, ab woh ho gaya, irrelevant ho</w:t>
      </w:r>
    </w:p>
    <w:p>
      <w:pPr>
        <w:jc w:val="right"/>
      </w:pPr>
      <w:r>
        <w:t>اتنا زیادہ ڈیفرنس ہے کہ دونوں کو ایکولٹی کا ورڈ ہی اب، اب وہ ہو گیا، اریلیونٹ ہو</w:t>
      </w:r>
    </w:p>
    <w:p>
      <w:r>
        <w:rPr>
          <w:b/>
        </w:rPr>
        <w:t xml:space="preserve">[33:34] </w:t>
      </w:r>
      <w:r>
        <w:t>gaya hai. Yani yahan tak kaha jata hai ke aik aik cell par, yani mard aurat dono ke</w:t>
      </w:r>
    </w:p>
    <w:p>
      <w:pPr>
        <w:jc w:val="right"/>
      </w:pPr>
      <w:r>
        <w:t>گیا ہے۔ یعنی یہاں تک کہا جاتا ہے کہ ایک ایک سیل پر، یعنی مرد عورت دونوں کے</w:t>
      </w:r>
    </w:p>
    <w:p>
      <w:r>
        <w:rPr>
          <w:b/>
        </w:rPr>
        <w:t xml:space="preserve">[33:41] </w:t>
      </w:r>
      <w:r>
        <w:t>aik aik cell par is ka thappa hota hai.</w:t>
      </w:r>
    </w:p>
    <w:p>
      <w:pPr>
        <w:jc w:val="right"/>
      </w:pPr>
      <w:r>
        <w:t>ایک ایک سیل پر اس کا ٹھپہ ہوتا ہے۔</w:t>
      </w:r>
    </w:p>
    <w:p>
      <w:r>
        <w:rPr>
          <w:b/>
        </w:rPr>
        <w:t xml:space="preserve">[33:46] </w:t>
      </w:r>
      <w:r>
        <w:t>yani mard ka aik aik cell alag hai, aurat ka aik aik cell alag hai.</w:t>
      </w:r>
    </w:p>
    <w:p>
      <w:pPr>
        <w:jc w:val="right"/>
      </w:pPr>
      <w:r>
        <w:t>یعنی مرد کا ایک ایک سیل الگ ہے، عورت کا ایک ایک سیل الگ ہے۔</w:t>
      </w:r>
    </w:p>
    <w:p>
      <w:r>
        <w:rPr>
          <w:b/>
        </w:rPr>
        <w:t xml:space="preserve">[33:50] </w:t>
      </w:r>
      <w:r>
        <w:t>mard ka mind alag dhak par sochta hai, aurat ka mind alag dhak par sochta hai.</w:t>
      </w:r>
    </w:p>
    <w:p>
      <w:pPr>
        <w:jc w:val="right"/>
      </w:pPr>
      <w:r>
        <w:t>مرد کا مائنڈ الگ ڈھک پر سوچتا ہے، عورت کا مائنڈ الگ ڈھک پر سوچتا ہے۔</w:t>
      </w:r>
    </w:p>
    <w:p>
      <w:r>
        <w:rPr>
          <w:b/>
        </w:rPr>
        <w:t xml:space="preserve">[33:55] </w:t>
      </w:r>
      <w:r>
        <w:t>ya agar aap ko shakk ho to koi bhi aadmi jo medical science parh raha ho, us se</w:t>
      </w:r>
    </w:p>
    <w:p>
      <w:pPr>
        <w:jc w:val="right"/>
      </w:pPr>
      <w:r>
        <w:t>یا اگر آپ کو شک ہو تو کوئی بھی آدمی جو میڈیکل سائنس پڑھ رہا ہو، اس سے</w:t>
      </w:r>
    </w:p>
    <w:p>
      <w:r>
        <w:rPr>
          <w:b/>
        </w:rPr>
        <w:t xml:space="preserve">[33:58] </w:t>
      </w:r>
      <w:r>
        <w:t>pooch li jiye. har medical student janta hai ke</w:t>
      </w:r>
    </w:p>
    <w:p>
      <w:pPr>
        <w:jc w:val="right"/>
      </w:pPr>
      <w:r>
        <w:t>پوچھ لیجیے۔ ہر میڈیکل اسٹوڈنٹ جانتا ہے کہ</w:t>
      </w:r>
    </w:p>
    <w:p>
      <w:r>
        <w:rPr>
          <w:b/>
        </w:rPr>
        <w:t xml:space="preserve">[34:04] </w:t>
      </w:r>
      <w:r>
        <w:t>ke biological sense mein gender equality koi cheez nahi hai.</w:t>
      </w:r>
    </w:p>
    <w:p>
      <w:pPr>
        <w:jc w:val="right"/>
      </w:pPr>
      <w:r>
        <w:t>کہ بائیولوجیکل سینس میں جینڈر ایکولٹی کوئی چیز نہیں ہے۔</w:t>
      </w:r>
    </w:p>
    <w:p>
      <w:r>
        <w:rPr>
          <w:b/>
        </w:rPr>
        <w:t xml:space="preserve">[34:11] </w:t>
      </w:r>
      <w:r>
        <w:t>is ka matlab yeh nahi ke equality nahi hai.</w:t>
      </w:r>
    </w:p>
    <w:p>
      <w:pPr>
        <w:jc w:val="right"/>
      </w:pPr>
      <w:r>
        <w:t>اس کا مطلب یہ نہیں کہ ایکولٹی نہیں ہے۔</w:t>
      </w:r>
    </w:p>
    <w:p>
      <w:r>
        <w:rPr>
          <w:b/>
        </w:rPr>
        <w:t xml:space="preserve">[34:15] </w:t>
      </w:r>
      <w:r>
        <w:t>yani mein yeh manta hoon ke aurat aur mard dono mein jo barabari hai, woh respect ke aitbaar</w:t>
      </w:r>
    </w:p>
    <w:p>
      <w:pPr>
        <w:jc w:val="right"/>
      </w:pPr>
      <w:r>
        <w:t>یعنی میں یہ مانتا ہوں کہ عورت اور مرد دونوں میں جو برابری ہے، وہ ریسپیکٹ کے اعتبار</w:t>
      </w:r>
    </w:p>
    <w:p>
      <w:r>
        <w:rPr>
          <w:b/>
        </w:rPr>
        <w:t xml:space="preserve">[34:20] </w:t>
      </w:r>
      <w:r>
        <w:t>se hai. respect.</w:t>
      </w:r>
    </w:p>
    <w:p>
      <w:pPr>
        <w:jc w:val="right"/>
      </w:pPr>
      <w:r>
        <w:t>سے ہے۔ ریسپیکٹ۔</w:t>
      </w:r>
    </w:p>
    <w:p>
      <w:r>
        <w:rPr>
          <w:b/>
        </w:rPr>
        <w:t xml:space="preserve">[34:22] </w:t>
      </w:r>
      <w:r>
        <w:t>lekin jahan tak role ki baat hai, to role dono ka alag alag hai.</w:t>
      </w:r>
    </w:p>
    <w:p>
      <w:pPr>
        <w:jc w:val="right"/>
      </w:pPr>
      <w:r>
        <w:t>لیکن جہاں تک رول کی بات ہے، تو رول دونوں کا الگ الگ ہے۔</w:t>
      </w:r>
    </w:p>
    <w:p>
      <w:r>
        <w:rPr>
          <w:b/>
        </w:rPr>
        <w:t xml:space="preserve">[34:27] </w:t>
      </w:r>
      <w:r>
        <w:t>dono ka role alag alag hai.</w:t>
      </w:r>
    </w:p>
    <w:p>
      <w:pPr>
        <w:jc w:val="right"/>
      </w:pPr>
      <w:r>
        <w:t>دونوں کا رول الگ الگ ہے۔</w:t>
      </w:r>
    </w:p>
    <w:p>
      <w:r>
        <w:rPr>
          <w:b/>
        </w:rPr>
        <w:t xml:space="preserve">[34:29] </w:t>
      </w:r>
      <w:r>
        <w:t>is wajah se Khuda ne dono mein farq rakha hai.</w:t>
      </w:r>
    </w:p>
    <w:p>
      <w:pPr>
        <w:jc w:val="right"/>
      </w:pPr>
      <w:r>
        <w:t>اس وجہ سے خدا نے دونوں میں فرق رکھا ہے۔</w:t>
      </w:r>
    </w:p>
    <w:p>
      <w:r>
        <w:rPr>
          <w:b/>
        </w:rPr>
        <w:t xml:space="preserve">[34:32] </w:t>
      </w:r>
      <w:r>
        <w:t>ab woh yeh samajhte hain ke Islam mein gender equality nahi hai.</w:t>
      </w:r>
    </w:p>
    <w:p>
      <w:pPr>
        <w:jc w:val="right"/>
      </w:pPr>
      <w:r>
        <w:t>اب وہ یہ سمجھتے ہیں کہ اسلام میں جینڈر ایکولٹی نہیں ہے۔</w:t>
      </w:r>
    </w:p>
    <w:p>
      <w:r>
        <w:rPr>
          <w:b/>
        </w:rPr>
        <w:t xml:space="preserve">[34:35] </w:t>
      </w:r>
      <w:r>
        <w:t>is wajah se Islam jo hai, backward mazhab hai.</w:t>
      </w:r>
    </w:p>
    <w:p>
      <w:pPr>
        <w:jc w:val="right"/>
      </w:pPr>
      <w:r>
        <w:t>اس وجہ سے اسلام جو ہے، بیکورڈ مذہب ہے۔</w:t>
      </w:r>
    </w:p>
    <w:p>
      <w:r>
        <w:rPr>
          <w:b/>
        </w:rPr>
        <w:t xml:space="preserve">[34:39] </w:t>
      </w:r>
      <w:r>
        <w:t>halankay woh bohat scientific mazhab hai woh.</w:t>
      </w:r>
    </w:p>
    <w:p>
      <w:pPr>
        <w:jc w:val="right"/>
      </w:pPr>
      <w:r>
        <w:t>حالانکہ وہ بہت سائنٹیفک مذہب ہے وہ۔</w:t>
      </w:r>
    </w:p>
    <w:p>
      <w:r>
        <w:rPr>
          <w:b/>
        </w:rPr>
        <w:t xml:space="preserve">[34:42] </w:t>
      </w:r>
      <w:r>
        <w:t>kyun ke ab recently jo woh researches hui hain, woh yeh wahi baat sabit kar rahi hain jo Quran</w:t>
      </w:r>
    </w:p>
    <w:p>
      <w:pPr>
        <w:jc w:val="right"/>
      </w:pPr>
      <w:r>
        <w:t>کیونکہ اب ریسنٹلی جو وہ ریسرچز ہوئی ہیں، وہ یہ وہی بات ثابت کر رہی ہیں جو قرآن</w:t>
      </w:r>
    </w:p>
    <w:p>
      <w:r>
        <w:rPr>
          <w:b/>
        </w:rPr>
        <w:t xml:space="preserve">[34:50] </w:t>
      </w:r>
      <w:r>
        <w:t>mein hai ke dono mein biological equality nahi hai, lekin respect ke aitbaar se dono barabar maane jayen</w:t>
      </w:r>
    </w:p>
    <w:p>
      <w:pPr>
        <w:jc w:val="right"/>
      </w:pPr>
      <w:r>
        <w:t>میں ہے کہ دونوں میں بائیولوجیکل ایکولٹی نہیں ہے، لیکن ریسپیکٹ کے اعتبار سے دونوں برابر مانے جائیں</w:t>
      </w:r>
    </w:p>
    <w:p>
      <w:r>
        <w:rPr>
          <w:b/>
        </w:rPr>
        <w:t xml:space="preserve">[34:57] </w:t>
      </w:r>
      <w:r>
        <w:t>ge. to ab kya hai? un ki conditioning jo hui thi 25 saal pehle, abhi tak usi mein</w:t>
      </w:r>
    </w:p>
    <w:p>
      <w:pPr>
        <w:jc w:val="right"/>
      </w:pPr>
      <w:r>
        <w:t>گے۔ تو اب کیا ہے؟ ان کی کنڈیشننگ جو ہوئی تھی 25 سال پہلے، ابھی تک اسی میں</w:t>
      </w:r>
    </w:p>
    <w:p>
      <w:r>
        <w:rPr>
          <w:b/>
        </w:rPr>
        <w:t xml:space="preserve">[35:06] </w:t>
      </w:r>
      <w:r>
        <w:t>ji rahe hain.</w:t>
      </w:r>
    </w:p>
    <w:p>
      <w:pPr>
        <w:jc w:val="right"/>
      </w:pPr>
      <w:r>
        <w:t>جی رہے ہیں۔</w:t>
      </w:r>
    </w:p>
    <w:p>
      <w:r>
        <w:rPr>
          <w:b/>
        </w:rPr>
        <w:t xml:space="preserve">[35:06] </w:t>
      </w:r>
      <w:r>
        <w:t>woh update nahi kiya unhon ne.</w:t>
      </w:r>
    </w:p>
    <w:p>
      <w:pPr>
        <w:jc w:val="right"/>
      </w:pPr>
      <w:r>
        <w:t>وہ اپڈیٹ نہیں کیا انہوں نے۔</w:t>
      </w:r>
    </w:p>
    <w:p>
      <w:r>
        <w:rPr>
          <w:b/>
        </w:rPr>
        <w:t xml:space="preserve">[35:11] </w:t>
      </w:r>
      <w:r>
        <w:t>dekhiye, conditioning, jis jo condition mind hota hai, woh apne, apne, apne thought ko update nahi karta.</w:t>
      </w:r>
    </w:p>
    <w:p>
      <w:pPr>
        <w:jc w:val="right"/>
      </w:pPr>
      <w:r>
        <w:t>دیکھیں، کنڈیشننگ، جس جو کنڈیشن مائنڈ ہوتا ہے، وہ اپنے، اپنے، اپنے تھاٹ کو اپڈیٹ نہیں کرتا۔</w:t>
      </w:r>
    </w:p>
    <w:p>
      <w:r>
        <w:rPr>
          <w:b/>
        </w:rPr>
        <w:t xml:space="preserve">[35:21] </w:t>
      </w:r>
      <w:r>
        <w:t>kyun ke aap jante hain ke universe of fact jo hai, to bohat hi bara hai, unlimited hai.</w:t>
      </w:r>
    </w:p>
    <w:p>
      <w:pPr>
        <w:jc w:val="right"/>
      </w:pPr>
      <w:r>
        <w:t>کیونکہ آپ جانتے ہیں کہ یونیورس آف فیکٹ جو ہے، تو بہت ہی بڑا ہے، ان لمیٹڈ ہے۔</w:t>
      </w:r>
    </w:p>
    <w:p>
      <w:r>
        <w:rPr>
          <w:b/>
        </w:rPr>
        <w:t xml:space="preserve">[35:27] </w:t>
      </w:r>
      <w:r>
        <w:t>har din nai nai baatein maloom hoti hain.</w:t>
      </w:r>
    </w:p>
    <w:p>
      <w:pPr>
        <w:jc w:val="right"/>
      </w:pPr>
      <w:r>
        <w:t>ہر دن نئی نئی باتیں معلوم ہوتی ہیں۔</w:t>
      </w:r>
    </w:p>
    <w:p>
      <w:r>
        <w:rPr>
          <w:b/>
        </w:rPr>
        <w:t xml:space="preserve">[35:31] </w:t>
      </w:r>
      <w:r>
        <w:t>har din nai nai baatein samne aati hain.</w:t>
      </w:r>
    </w:p>
    <w:p>
      <w:pPr>
        <w:jc w:val="right"/>
      </w:pPr>
      <w:r>
        <w:t>ہر دن نئی نئی باتیں سامنے آتی ہیں۔</w:t>
      </w:r>
    </w:p>
    <w:p>
      <w:r>
        <w:rPr>
          <w:b/>
        </w:rPr>
        <w:t xml:space="preserve">[35:33] </w:t>
      </w:r>
      <w:r>
        <w:t>aik individual, aik individual ki, aik aadmi jo research karta hai, us mein bhi samne aati hain nai</w:t>
      </w:r>
    </w:p>
    <w:p>
      <w:pPr>
        <w:jc w:val="right"/>
      </w:pPr>
      <w:r>
        <w:t>ایک انڈیویجول، ایک انڈیویجول کی، ایک آدمی جو ریسرچ کرتا ہے، اس میں بھی سامنے آتی ہیں نئی</w:t>
      </w:r>
    </w:p>
    <w:p>
      <w:r>
        <w:rPr>
          <w:b/>
        </w:rPr>
        <w:t xml:space="preserve">[35:43] </w:t>
      </w:r>
      <w:r>
        <w:t>nai baatein. aur</w:t>
      </w:r>
    </w:p>
    <w:p>
      <w:pPr>
        <w:jc w:val="right"/>
      </w:pPr>
      <w:r>
        <w:t>نئی باتیں۔ اور</w:t>
      </w:r>
    </w:p>
    <w:p>
      <w:r>
        <w:rPr>
          <w:b/>
        </w:rPr>
        <w:t xml:space="preserve">[35:46] </w:t>
      </w:r>
      <w:r>
        <w:t>jo universityon mein aur different institutions mein aur dunya bhar mein jo research ho rahi hain, us se</w:t>
      </w:r>
    </w:p>
    <w:p>
      <w:pPr>
        <w:jc w:val="right"/>
      </w:pPr>
      <w:r>
        <w:t>جو یونیورسٹیوں میں اور ڈفرنٹ انسٹیٹیوشنز میں اور دنیا بھر میں جو ریسرچ ہو رہی ہیں، اس سے</w:t>
      </w:r>
    </w:p>
    <w:p>
      <w:r>
        <w:rPr>
          <w:b/>
        </w:rPr>
        <w:t xml:space="preserve">[35:52] </w:t>
      </w:r>
      <w:r>
        <w:t>bhi nai nai, nai nai baatein samne aati hain.</w:t>
      </w:r>
    </w:p>
    <w:p>
      <w:pPr>
        <w:jc w:val="right"/>
      </w:pPr>
      <w:r>
        <w:t>بھی نئی نئی، نئی نئی باتیں سامنے آتی ہیں۔</w:t>
      </w:r>
    </w:p>
    <w:p>
      <w:r>
        <w:rPr>
          <w:b/>
        </w:rPr>
        <w:t xml:space="preserve">[35:55] </w:t>
      </w:r>
      <w:r>
        <w:t>to jo aadmi conditioning mein na jee raha ho, khule mind mein jee raha ho, to har din</w:t>
      </w:r>
    </w:p>
    <w:p>
      <w:pPr>
        <w:jc w:val="right"/>
      </w:pPr>
      <w:r>
        <w:t>تو جو آدمی کنڈیشننگ میں نہ جی رہا ہو، کھلے مائنڈ میں جی رہا ہو، تو ہر دن</w:t>
      </w:r>
    </w:p>
    <w:p>
      <w:r>
        <w:rPr>
          <w:b/>
        </w:rPr>
        <w:t xml:space="preserve">[36:03] </w:t>
      </w:r>
      <w:r>
        <w:t>apne ko update karta rahega.</w:t>
      </w:r>
    </w:p>
    <w:p>
      <w:pPr>
        <w:jc w:val="right"/>
      </w:pPr>
      <w:r>
        <w:t>اپنے کو اپڈیٹ کرتا رہے گا۔</w:t>
      </w:r>
    </w:p>
    <w:p>
      <w:r>
        <w:rPr>
          <w:b/>
        </w:rPr>
        <w:t xml:space="preserve">[36:04] </w:t>
      </w:r>
      <w:r>
        <w:t>jaise woh justice sahib ko update karna chahiye tha ke woh purana concept hai</w:t>
      </w:r>
    </w:p>
    <w:p>
      <w:pPr>
        <w:jc w:val="right"/>
      </w:pPr>
      <w:r>
        <w:t>جیسے وہ جسٹس صاحب کو اپڈیٹ کرنا چاہیے تھا کہ وہ پرانا کانسیپٹ ہے</w:t>
      </w:r>
    </w:p>
    <w:p>
      <w:r>
        <w:rPr>
          <w:b/>
        </w:rPr>
        <w:t xml:space="preserve">[36:12] </w:t>
      </w:r>
      <w:r>
        <w:t>ke jo mard hai, wahi aurat hai, jo aurat hai, wahi mard hai.</w:t>
      </w:r>
    </w:p>
    <w:p>
      <w:pPr>
        <w:jc w:val="right"/>
      </w:pPr>
      <w:r>
        <w:t>کہ جو مرد ہے، وہی عورت ہے، جو عورت ہے، وہی مرد ہے۔</w:t>
      </w:r>
    </w:p>
    <w:p>
      <w:r>
        <w:rPr>
          <w:b/>
        </w:rPr>
        <w:t xml:space="preserve">[36:14] </w:t>
      </w:r>
      <w:r>
        <w:t>womens lib ne yeh afsana phailaya tha.</w:t>
      </w:r>
    </w:p>
    <w:p>
      <w:pPr>
        <w:jc w:val="right"/>
      </w:pPr>
      <w:r>
        <w:t>ویمنز لپ نے یہ افسانہ پھیلایا تھا۔</w:t>
      </w:r>
    </w:p>
    <w:p>
      <w:r>
        <w:rPr>
          <w:b/>
        </w:rPr>
        <w:t xml:space="preserve">[36:18] </w:t>
      </w:r>
      <w:r>
        <w:t>aap jante hain, yeh baat ko mein aap ko yaad dilaoonga ke womens lib ke jitne champion</w:t>
      </w:r>
    </w:p>
    <w:p>
      <w:pPr>
        <w:jc w:val="right"/>
      </w:pPr>
      <w:r>
        <w:t>آپ جانتے ہیں، یہ بات کو میں آپ کو یاد دلاؤں گا کہ ویمنز لپ کے جتنے چیمپیئن</w:t>
      </w:r>
    </w:p>
    <w:p>
      <w:r>
        <w:rPr>
          <w:b/>
        </w:rPr>
        <w:t xml:space="preserve">[36:23] </w:t>
      </w:r>
      <w:r>
        <w:t>the, woh sab literary log thay, woh scientist, scientific log nahi thay.</w:t>
      </w:r>
    </w:p>
    <w:p>
      <w:pPr>
        <w:jc w:val="right"/>
      </w:pPr>
      <w:r>
        <w:t>تھے، وہ سب لٹری لوگ تھے، وہ سائنٹسٹ، سائنٹیفک لوگ نہیں تھے۔</w:t>
      </w:r>
    </w:p>
    <w:p>
      <w:r>
        <w:rPr>
          <w:b/>
        </w:rPr>
        <w:t xml:space="preserve">[36:29] </w:t>
      </w:r>
      <w:r>
        <w:t>yeh bari dhoom se chali jo womens lib, aur dunya bhar mein is ka shor macha, sab literary</w:t>
      </w:r>
    </w:p>
    <w:p>
      <w:pPr>
        <w:jc w:val="right"/>
      </w:pPr>
      <w:r>
        <w:t>یہ بڑی دھوم سے چلی جو ویمنز لپ، اور دنیا بھر میں اس کا شور مچا، سب لٹری</w:t>
      </w:r>
    </w:p>
    <w:p>
      <w:r>
        <w:rPr>
          <w:b/>
        </w:rPr>
        <w:t xml:space="preserve">[36:34] </w:t>
      </w:r>
      <w:r>
        <w:t>log thay is mein.</w:t>
      </w:r>
    </w:p>
    <w:p>
      <w:pPr>
        <w:jc w:val="right"/>
      </w:pPr>
      <w:r>
        <w:t>لوگ تھے اس میں۔</w:t>
      </w:r>
    </w:p>
    <w:p>
      <w:r>
        <w:rPr>
          <w:b/>
        </w:rPr>
        <w:t xml:space="preserve">[36:36] </w:t>
      </w:r>
      <w:r>
        <w:t>agar scientific log hotay,</w:t>
      </w:r>
    </w:p>
    <w:p>
      <w:pPr>
        <w:jc w:val="right"/>
      </w:pPr>
      <w:r>
        <w:t>اگر سائنٹیفک لوگ ہوتے،</w:t>
      </w:r>
    </w:p>
    <w:p>
      <w:r>
        <w:rPr>
          <w:b/>
        </w:rPr>
        <w:t xml:space="preserve">[36:40] </w:t>
      </w:r>
      <w:r>
        <w:t>misalan doctor log hotay, to kabhi yeh ehtiyat na parti yeh movement.</w:t>
      </w:r>
    </w:p>
    <w:p>
      <w:pPr>
        <w:jc w:val="right"/>
      </w:pPr>
      <w:r>
        <w:t>مثلاً ڈاکٹر لوگ ہوتے، تو کبھی یہ احتیاط نہ پڑتی یہ موومنٹ۔</w:t>
      </w:r>
    </w:p>
    <w:p>
      <w:r>
        <w:rPr>
          <w:b/>
        </w:rPr>
        <w:t xml:space="preserve">[36:45] </w:t>
      </w:r>
      <w:r>
        <w:t>kyun ke doctor log jante hain ke kya physiology hai is ki, kya physiology hai is ki, kya biology</w:t>
      </w:r>
    </w:p>
    <w:p>
      <w:pPr>
        <w:jc w:val="right"/>
      </w:pPr>
      <w:r>
        <w:t>کیونکہ ڈاکٹر لوگ جانتے ہیں کہ کیا فیزیالوجی ہے اس کی، کیا فیزیالوجی ہے اس کی، کیا بائیولوجی</w:t>
      </w:r>
    </w:p>
    <w:p>
      <w:r>
        <w:rPr>
          <w:b/>
        </w:rPr>
        <w:t xml:space="preserve">[36:51] </w:t>
      </w:r>
      <w:r>
        <w:t>hai is ki, kya biology hai is ki.</w:t>
      </w:r>
    </w:p>
    <w:p>
      <w:pPr>
        <w:jc w:val="right"/>
      </w:pPr>
      <w:r>
        <w:t>ہے اس کی، کیا بائیولوجی ہے اس کی۔</w:t>
      </w:r>
    </w:p>
    <w:p>
      <w:r>
        <w:rPr>
          <w:b/>
        </w:rPr>
        <w:t xml:space="preserve">[36:53] </w:t>
      </w:r>
      <w:r>
        <w:t>to literary log jo hain, unhon ne yeh movement uthai aur dunya mein phaila diya is ko.</w:t>
      </w:r>
    </w:p>
    <w:p>
      <w:pPr>
        <w:jc w:val="right"/>
      </w:pPr>
      <w:r>
        <w:t>تو لٹری لوگ جو ہیں، انہوں نے یہ موومنٹ اٹھائی اور دنیا میں پھیلا دیا اس کو۔</w:t>
      </w:r>
    </w:p>
    <w:p>
      <w:r>
        <w:rPr>
          <w:b/>
        </w:rPr>
        <w:t xml:space="preserve">[36:58] </w:t>
      </w:r>
      <w:r>
        <w:t>jo scientific mind tha, us ne na uthaya aur na us ne phailaya is ko.</w:t>
      </w:r>
    </w:p>
    <w:p>
      <w:pPr>
        <w:jc w:val="right"/>
      </w:pPr>
      <w:r>
        <w:t>جو سائنٹیفک مائنڈ تھا، اس نے نہ اٹھایا اور نہ اس نے پھیلایا اس کو۔</w:t>
      </w:r>
    </w:p>
    <w:p>
      <w:r>
        <w:rPr>
          <w:b/>
        </w:rPr>
        <w:t xml:space="preserve">[37:05] </w:t>
      </w:r>
      <w:r>
        <w:t>ab isi mein</w:t>
      </w:r>
    </w:p>
    <w:p>
      <w:pPr>
        <w:jc w:val="right"/>
      </w:pPr>
      <w:r>
        <w:t>اب اسی میں</w:t>
      </w:r>
    </w:p>
    <w:p>
      <w:r>
        <w:rPr>
          <w:b/>
        </w:rPr>
        <w:t xml:space="preserve">[37:07] </w:t>
      </w:r>
      <w:r>
        <w:t>log conditioned ho gaye aur samajh lein ke yeh fact hai.</w:t>
      </w:r>
    </w:p>
    <w:p>
      <w:pPr>
        <w:jc w:val="right"/>
      </w:pPr>
      <w:r>
        <w:t>لوگ کنڈیشنڈ ہو گئے اور سمجھ لیں کہ یہ فیکٹ ہے۔</w:t>
      </w:r>
    </w:p>
    <w:p>
      <w:r>
        <w:rPr>
          <w:b/>
        </w:rPr>
        <w:t xml:space="preserve">[37:14] </w:t>
      </w:r>
      <w:r>
        <w:t>mein aurat ka bohat ziyada ehtram karta hoon, aur mein samajhta hoon ke aurat ka bohat bara</w:t>
      </w:r>
    </w:p>
    <w:p>
      <w:pPr>
        <w:jc w:val="right"/>
      </w:pPr>
      <w:r>
        <w:t>میں عورت کا بہت زیادہ احترام کرتا ہوں، اور میں سمجھتا ہوں کہ عورت کا بہت بڑا</w:t>
      </w:r>
    </w:p>
    <w:p>
      <w:r>
        <w:rPr>
          <w:b/>
        </w:rPr>
        <w:t xml:space="preserve">[37:22] </w:t>
      </w:r>
      <w:r>
        <w:t>contribution hai insaan ki history mein.</w:t>
      </w:r>
    </w:p>
    <w:p>
      <w:pPr>
        <w:jc w:val="right"/>
      </w:pPr>
      <w:r>
        <w:t>کنٹریبیوشن ہے انسان کی ہسٹری میں۔</w:t>
      </w:r>
    </w:p>
    <w:p>
      <w:r>
        <w:rPr>
          <w:b/>
        </w:rPr>
        <w:t xml:space="preserve">[37:24] </w:t>
      </w:r>
      <w:r>
        <w:t>abhi mein ne ek book likhi hai, is ka naam hai "Aurat Ma'maar-e-Insaniyat"</w:t>
      </w:r>
    </w:p>
    <w:p>
      <w:pPr>
        <w:jc w:val="right"/>
      </w:pPr>
      <w:r>
        <w:t>ابھی میں نے ایک بک لکھی ہے، اس کا نام ہے "عورت معمار انسانیت"</w:t>
      </w:r>
    </w:p>
    <w:p>
      <w:r>
        <w:rPr>
          <w:b/>
        </w:rPr>
        <w:t xml:space="preserve">[37:32] </w:t>
      </w:r>
      <w:r>
        <w:t>yani "Woman the Builder of Humanity".</w:t>
      </w:r>
    </w:p>
    <w:p>
      <w:pPr>
        <w:jc w:val="right"/>
      </w:pPr>
      <w:r>
        <w:t>یعنی "ومن دی بلڈر آف ہیومینٹی"۔</w:t>
      </w:r>
    </w:p>
    <w:p>
      <w:r>
        <w:rPr>
          <w:b/>
        </w:rPr>
        <w:t xml:space="preserve">[37:37] </w:t>
      </w:r>
      <w:r>
        <w:t>meri kitab ka jo title hai, woh hai "Woman</w:t>
      </w:r>
    </w:p>
    <w:p>
      <w:pPr>
        <w:jc w:val="right"/>
      </w:pPr>
      <w:r>
        <w:t>میری کتاب کا جو ٹائٹل ہے، وہ ہے "ومن</w:t>
      </w:r>
    </w:p>
    <w:p>
      <w:r>
        <w:rPr>
          <w:b/>
        </w:rPr>
        <w:t xml:space="preserve">[37:41] </w:t>
      </w:r>
      <w:r>
        <w:t>the Builder of Humanity".</w:t>
      </w:r>
    </w:p>
    <w:p>
      <w:pPr>
        <w:jc w:val="right"/>
      </w:pPr>
      <w:r>
        <w:t>دا بلڈر آف ہیومینٹی"۔</w:t>
      </w:r>
    </w:p>
    <w:p>
      <w:r>
        <w:rPr>
          <w:b/>
        </w:rPr>
        <w:t xml:space="preserve">[37:44] </w:t>
      </w:r>
      <w:r>
        <w:t>woh jo aik sing hai, mein bohat ziyada manta hoon us ko ke "der az woman eat di</w:t>
      </w:r>
    </w:p>
    <w:p>
      <w:pPr>
        <w:jc w:val="right"/>
      </w:pPr>
      <w:r>
        <w:t>وہ جو ایک سینگ ہے، میں بہت زیادہ مانتا ہوں اس کو کہ "دیر از وومن ایٹ دی</w:t>
      </w:r>
    </w:p>
    <w:p>
      <w:r>
        <w:rPr>
          <w:b/>
        </w:rPr>
        <w:t xml:space="preserve">[37:48] </w:t>
      </w:r>
      <w:r>
        <w:t>beginning of all great things".</w:t>
      </w:r>
    </w:p>
    <w:p>
      <w:pPr>
        <w:jc w:val="right"/>
      </w:pPr>
      <w:r>
        <w:t>بگننگ آف آل گریٹ تھنگز"۔</w:t>
      </w:r>
    </w:p>
    <w:p>
      <w:r>
        <w:rPr>
          <w:b/>
        </w:rPr>
        <w:t xml:space="preserve">[37:52] </w:t>
      </w:r>
      <w:r>
        <w:t>lekan yeh jo afsana phailaya gaya ke dono biological sense mein aik hain, yeh bilkul afsana tha liter</w:t>
      </w:r>
    </w:p>
    <w:p>
      <w:pPr>
        <w:jc w:val="right"/>
      </w:pPr>
      <w:r>
        <w:t>لیکن یہ جو افسانہ پھیلایا گیا کہ دونوں بائیولوجیکل سینس میں ایک ہیں، یہ بالکل افسانہ تھا لٹری</w:t>
      </w:r>
    </w:p>
    <w:p>
      <w:r>
        <w:rPr>
          <w:b/>
        </w:rPr>
        <w:t xml:space="preserve">[38:03] </w:t>
      </w:r>
      <w:r>
        <w:t>logon ka. is ka science se koi talluq nahi tha.</w:t>
      </w:r>
    </w:p>
    <w:p>
      <w:pPr>
        <w:jc w:val="right"/>
      </w:pPr>
      <w:r>
        <w:t>لوگوں کا۔ اس کا سائنس سے کوئی تعلق نہیں تھا۔</w:t>
      </w:r>
    </w:p>
    <w:p>
      <w:r>
        <w:rPr>
          <w:b/>
        </w:rPr>
        <w:t xml:space="preserve">[38:10] </w:t>
      </w:r>
      <w:r>
        <w:t>to mein samajhta hoon ke jo aadmi rationalist banna chahta ho, us ko is ke liye tayyar rehna</w:t>
      </w:r>
    </w:p>
    <w:p>
      <w:pPr>
        <w:jc w:val="right"/>
      </w:pPr>
      <w:r>
        <w:t>تو میں سمجھتا ہوں کہ جو آدمی ریشنلسٹ بننا چاہتا ہو، اس کو اس کے لیے تیار رہنا</w:t>
      </w:r>
    </w:p>
    <w:p>
      <w:r>
        <w:rPr>
          <w:b/>
        </w:rPr>
        <w:t xml:space="preserve">[38:17] </w:t>
      </w:r>
      <w:r>
        <w:t>chahiye ke woh apnay thinking ko har din update karta rahe, update karta rahe.</w:t>
      </w:r>
    </w:p>
    <w:p>
      <w:pPr>
        <w:jc w:val="right"/>
      </w:pPr>
      <w:r>
        <w:t>چاہیے کہ وہ اپنے تھنکنگ کو ہر دن اپڈیٹ کرتا رہے، اپڈیٹ کرتا رہے۔</w:t>
      </w:r>
    </w:p>
    <w:p>
      <w:r>
        <w:rPr>
          <w:b/>
        </w:rPr>
        <w:t xml:space="preserve">[38:24] </w:t>
      </w:r>
      <w:r>
        <w:t>aur update karne ka process yeh hoga ke woh</w:t>
      </w:r>
    </w:p>
    <w:p>
      <w:pPr>
        <w:jc w:val="right"/>
      </w:pPr>
      <w:r>
        <w:t>اور اپڈیٹ کرنے کا پراسیس یہ ہوگا کہ وہ</w:t>
      </w:r>
    </w:p>
    <w:p>
      <w:r>
        <w:rPr>
          <w:b/>
        </w:rPr>
        <w:t xml:space="preserve">[38:30] </w:t>
      </w:r>
      <w:r>
        <w:t>"i was wrong, i was wrong" kehne ki himmat is ke andar ho.</w:t>
      </w:r>
    </w:p>
    <w:p>
      <w:pPr>
        <w:jc w:val="right"/>
      </w:pPr>
      <w:r>
        <w:t>"آئی واز رونگ، آئی واز رونگ" کہنے کی ہمت اس کے اندر ہو۔</w:t>
      </w:r>
    </w:p>
    <w:p>
      <w:r>
        <w:rPr>
          <w:b/>
        </w:rPr>
        <w:t xml:space="preserve">[38:35] </w:t>
      </w:r>
      <w:r>
        <w:t>to mein yeh kahoon ga ke rationalism jo hai, insaan ke paas</w:t>
      </w:r>
    </w:p>
    <w:p>
      <w:pPr>
        <w:jc w:val="right"/>
      </w:pPr>
      <w:r>
        <w:t>تو میں یہ کہوں گا کہ ریشنلزم جو ہے، انسان کے پاس</w:t>
      </w:r>
    </w:p>
    <w:p>
      <w:r>
        <w:rPr>
          <w:b/>
        </w:rPr>
        <w:t xml:space="preserve">[38:40] </w:t>
      </w:r>
      <w:r>
        <w:t>sab se bari cheez hai.</w:t>
      </w:r>
    </w:p>
    <w:p>
      <w:pPr>
        <w:jc w:val="right"/>
      </w:pPr>
      <w:r>
        <w:t>سب سے بڑی چیز ہے۔</w:t>
      </w:r>
    </w:p>
    <w:p>
      <w:r>
        <w:rPr>
          <w:b/>
        </w:rPr>
        <w:t xml:space="preserve">[38:42] </w:t>
      </w:r>
      <w:r>
        <w:t>aap jante hain ke mind se bari to koi cheez nahi hamare paas.</w:t>
      </w:r>
    </w:p>
    <w:p>
      <w:pPr>
        <w:jc w:val="right"/>
      </w:pPr>
      <w:r>
        <w:t>آپ جانتے ہیں کہ مائنڈ سے بڑی تو کوئی چیز نہیں ہمارے پاس۔</w:t>
      </w:r>
    </w:p>
    <w:p>
      <w:r>
        <w:rPr>
          <w:b/>
        </w:rPr>
        <w:t xml:space="preserve">[38:46] </w:t>
      </w:r>
      <w:r>
        <w:t>lekan aap ko janna chahiye ke rationalism hai kya? true sense yani sahi tor par rationalism hai kya?</w:t>
      </w:r>
    </w:p>
    <w:p>
      <w:pPr>
        <w:jc w:val="right"/>
      </w:pPr>
      <w:r>
        <w:t>لیکن آپ کو جاننا چاہیے کہ ریشنلزم ہے کیا؟ ٹرو سینس یعنی صحیح طور پر ریشنلزم ہے کیا؟</w:t>
      </w:r>
    </w:p>
    <w:p>
      <w:r>
        <w:rPr>
          <w:b/>
        </w:rPr>
        <w:t xml:space="preserve">[38:53] </w:t>
      </w:r>
      <w:r>
        <w:t>yahan mein aik bohat hi important baat karna chahta hoon.</w:t>
      </w:r>
    </w:p>
    <w:p>
      <w:pPr>
        <w:jc w:val="right"/>
      </w:pPr>
      <w:r>
        <w:t>یہاں میں ایک بہت ہی امپورٹنٹ بات کرنا چاہتا ہوں۔</w:t>
      </w:r>
    </w:p>
    <w:p>
      <w:r>
        <w:rPr>
          <w:b/>
        </w:rPr>
        <w:t xml:space="preserve">[38:57] </w:t>
      </w:r>
      <w:r>
        <w:t>dekhein, search of truth jo hai, is ke do stages hain.</w:t>
      </w:r>
    </w:p>
    <w:p>
      <w:pPr>
        <w:jc w:val="right"/>
      </w:pPr>
      <w:r>
        <w:t>دیکھیں، سرچ آف ٹروتھ جو ہے، اس کے دو اسٹیجز ہیں۔</w:t>
      </w:r>
    </w:p>
    <w:p>
      <w:r>
        <w:rPr>
          <w:b/>
        </w:rPr>
        <w:t xml:space="preserve">[39:08] </w:t>
      </w:r>
      <w:r>
        <w:t>search of truth ke do stages hain.</w:t>
      </w:r>
    </w:p>
    <w:p>
      <w:pPr>
        <w:jc w:val="right"/>
      </w:pPr>
      <w:r>
        <w:t>سرچ آف ٹروتھ کے دو اسٹیجز ہیں۔</w:t>
      </w:r>
    </w:p>
    <w:p>
      <w:r>
        <w:rPr>
          <w:b/>
        </w:rPr>
        <w:t xml:space="preserve">[39:12] </w:t>
      </w:r>
      <w:r>
        <w:t>jis tarah rocket bheja jata hai, is ke do stages hotay hain ke aik had tak to pehla</w:t>
      </w:r>
    </w:p>
    <w:p>
      <w:pPr>
        <w:jc w:val="right"/>
      </w:pPr>
      <w:r>
        <w:t>جس طرح راکٹ بھیجا جاتا ہے، اس کے دو اسٹیجز ہوتے ہیں کہ ایک حد تک تو پہلا</w:t>
      </w:r>
    </w:p>
    <w:p>
      <w:r>
        <w:rPr>
          <w:b/>
        </w:rPr>
        <w:t xml:space="preserve">[39:19] </w:t>
      </w:r>
      <w:r>
        <w:t>engine is ko le jata hai, is ke baad doosra engine le jata hai is ko.</w:t>
      </w:r>
    </w:p>
    <w:p>
      <w:pPr>
        <w:jc w:val="right"/>
      </w:pPr>
      <w:r>
        <w:t>انجن اس کو لے جاتا ہے، اس کے بعد دوسرا انجن لے جاتا ہے اس کو۔</w:t>
      </w:r>
    </w:p>
    <w:p>
      <w:r>
        <w:rPr>
          <w:b/>
        </w:rPr>
        <w:t xml:space="preserve">[39:25] </w:t>
      </w:r>
      <w:r>
        <w:t>jo bhi rocket hum space mein bhejte hain, to aisa nahi hota ke wohi aik engine liya chala</w:t>
      </w:r>
    </w:p>
    <w:p>
      <w:pPr>
        <w:jc w:val="right"/>
      </w:pPr>
      <w:r>
        <w:t>جو بھی راکٹ ہم اسپیس میں بھیجتے ہیں، تو ایسا نہیں ہوتا کہ وہی ایک انجن لیا چلا</w:t>
      </w:r>
    </w:p>
    <w:p>
      <w:r>
        <w:rPr>
          <w:b/>
        </w:rPr>
        <w:t xml:space="preserve">[39:29] </w:t>
      </w:r>
      <w:r>
        <w:t>jaye is ko aakhir tak.</w:t>
      </w:r>
    </w:p>
    <w:p>
      <w:pPr>
        <w:jc w:val="right"/>
      </w:pPr>
      <w:r>
        <w:t>جائے اس کو آخر تک۔</w:t>
      </w:r>
    </w:p>
    <w:p>
      <w:r>
        <w:rPr>
          <w:b/>
        </w:rPr>
        <w:t xml:space="preserve">[39:31] </w:t>
      </w:r>
      <w:r>
        <w:t>aik aik limit tak ja kar ke pehla engine is ka saath chhor deta hai.</w:t>
      </w:r>
    </w:p>
    <w:p>
      <w:pPr>
        <w:jc w:val="right"/>
      </w:pPr>
      <w:r>
        <w:t>ایک ایک لیمٹ تک جا کر کے پہلا انجن اس کا ساتھ چھوڑ دیتا ہے۔</w:t>
      </w:r>
    </w:p>
    <w:p>
      <w:r>
        <w:rPr>
          <w:b/>
        </w:rPr>
        <w:t xml:space="preserve">[39:37] </w:t>
      </w:r>
      <w:r>
        <w:t>aik aur engine phir aage le aata hai is ko.</w:t>
      </w:r>
    </w:p>
    <w:p>
      <w:pPr>
        <w:jc w:val="right"/>
      </w:pPr>
      <w:r>
        <w:t>ایک اور انجن پھر آگے لے آتا ہے اس کو۔</w:t>
      </w:r>
    </w:p>
    <w:p>
      <w:r>
        <w:rPr>
          <w:b/>
        </w:rPr>
        <w:t xml:space="preserve">[39:42] </w:t>
      </w:r>
      <w:r>
        <w:t>to search of truth ke bhi do stages hain.</w:t>
      </w:r>
    </w:p>
    <w:p>
      <w:pPr>
        <w:jc w:val="right"/>
      </w:pPr>
      <w:r>
        <w:t>تو سرچ آف ٹروتھ کے بھی دو اسٹیجز ہیں۔</w:t>
      </w:r>
    </w:p>
    <w:p>
      <w:r>
        <w:rPr>
          <w:b/>
        </w:rPr>
        <w:t xml:space="preserve">[39:47] </w:t>
      </w:r>
      <w:r>
        <w:t>shuru hoti hai search of truth</w:t>
      </w:r>
    </w:p>
    <w:p>
      <w:pPr>
        <w:jc w:val="right"/>
      </w:pPr>
      <w:r>
        <w:t>شروع ہوتی ہے سرچ آف ٹروتھ</w:t>
      </w:r>
    </w:p>
    <w:p>
      <w:r>
        <w:rPr>
          <w:b/>
        </w:rPr>
        <w:t xml:space="preserve">[39:51] </w:t>
      </w:r>
      <w:r>
        <w:t>rational pursuit se.</w:t>
      </w:r>
    </w:p>
    <w:p>
      <w:pPr>
        <w:jc w:val="right"/>
      </w:pPr>
      <w:r>
        <w:t>ریشنل پرسوٹ سے۔</w:t>
      </w:r>
    </w:p>
    <w:p>
      <w:r>
        <w:rPr>
          <w:b/>
        </w:rPr>
        <w:t xml:space="preserve">[39:54] </w:t>
      </w:r>
      <w:r>
        <w:t>search of truth jo hai, woh shuru hoti hai</w:t>
      </w:r>
    </w:p>
    <w:p>
      <w:pPr>
        <w:jc w:val="right"/>
      </w:pPr>
      <w:r>
        <w:t>سرچ آف ٹروتھ جو ہے، وہ شروع ہوتی ہے</w:t>
      </w:r>
    </w:p>
    <w:p>
      <w:r>
        <w:rPr>
          <w:b/>
        </w:rPr>
        <w:t xml:space="preserve">[40:00] </w:t>
      </w:r>
      <w:r>
        <w:t>rational pursuit se.</w:t>
      </w:r>
    </w:p>
    <w:p>
      <w:pPr>
        <w:jc w:val="right"/>
      </w:pPr>
      <w:r>
        <w:t>ریشنل پرسوٹ سے۔</w:t>
      </w:r>
    </w:p>
    <w:p>
      <w:r>
        <w:rPr>
          <w:b/>
        </w:rPr>
        <w:t xml:space="preserve">[40:07] </w:t>
      </w:r>
      <w:r>
        <w:t>yani jo cheez observation mein aa rahi hai, jo</w:t>
      </w:r>
    </w:p>
    <w:p>
      <w:pPr>
        <w:jc w:val="right"/>
      </w:pPr>
      <w:r>
        <w:t>یعنی جو چیز ابزرویشن میں آ رہی ہے، جو</w:t>
      </w:r>
    </w:p>
    <w:p>
      <w:r>
        <w:rPr>
          <w:b/>
        </w:rPr>
        <w:t xml:space="preserve">[40:14] </w:t>
      </w:r>
      <w:r>
        <w:t>jo available data hai,</w:t>
      </w:r>
    </w:p>
    <w:p>
      <w:pPr>
        <w:jc w:val="right"/>
      </w:pPr>
      <w:r>
        <w:t>جو اویلیبل ڈیٹا ہے،</w:t>
      </w:r>
    </w:p>
    <w:p>
      <w:r>
        <w:rPr>
          <w:b/>
        </w:rPr>
        <w:t xml:space="preserve">[40:17] </w:t>
      </w:r>
      <w:r>
        <w:t>jo experience hai insaan ka,</w:t>
      </w:r>
    </w:p>
    <w:p>
      <w:pPr>
        <w:jc w:val="right"/>
      </w:pPr>
      <w:r>
        <w:t>جو ایکسپیرینس ہے انسان کا،</w:t>
      </w:r>
    </w:p>
    <w:p>
      <w:r>
        <w:rPr>
          <w:b/>
        </w:rPr>
        <w:t xml:space="preserve">[40:22] </w:t>
      </w:r>
      <w:r>
        <w:t>jo knowledge aap gather karte hain, in sab ko le kar ke aap sochte hain,</w:t>
      </w:r>
    </w:p>
    <w:p>
      <w:pPr>
        <w:jc w:val="right"/>
      </w:pPr>
      <w:r>
        <w:t>جو نالج آپ گیدر کرتے ہیں، ان سب کو لے کر کے آپ سوچتے ہیں،</w:t>
      </w:r>
    </w:p>
    <w:p>
      <w:r>
        <w:rPr>
          <w:b/>
        </w:rPr>
        <w:t xml:space="preserve">[40:28] </w:t>
      </w:r>
      <w:r>
        <w:t>apni soch ko aage badhate hain.</w:t>
      </w:r>
    </w:p>
    <w:p>
      <w:pPr>
        <w:jc w:val="right"/>
      </w:pPr>
      <w:r>
        <w:t>اپنی سوچ کو آگے بڑھاتے ہیں۔</w:t>
      </w:r>
    </w:p>
    <w:p>
      <w:r>
        <w:rPr>
          <w:b/>
        </w:rPr>
        <w:t xml:space="preserve">[40:32] </w:t>
      </w:r>
      <w:r>
        <w:t>to observational world mein chalta hai aap ka rational pursuit.</w:t>
      </w:r>
    </w:p>
    <w:p>
      <w:pPr>
        <w:jc w:val="right"/>
      </w:pPr>
      <w:r>
        <w:t>تو ابزرویشنل ورلڈ میں چلتا ہے آپ کا ریشنل پرسوٹ۔</w:t>
      </w:r>
    </w:p>
    <w:p>
      <w:r>
        <w:rPr>
          <w:b/>
        </w:rPr>
        <w:t xml:space="preserve">[40:38] </w:t>
      </w:r>
      <w:r>
        <w:t>lekin ek time aata hai jab ke aap ke rational pursuit ki had aa jaati hai.</w:t>
      </w:r>
    </w:p>
    <w:p>
      <w:pPr>
        <w:jc w:val="right"/>
      </w:pPr>
      <w:r>
        <w:t>لیکن ایک ٹائم آتا ہے جب کہ آپ کے ریشنل پرسوٹ کی حد آ جاتی ہے۔</w:t>
      </w:r>
    </w:p>
    <w:p>
      <w:r>
        <w:rPr>
          <w:b/>
        </w:rPr>
        <w:t xml:space="preserve">[40:47] </w:t>
      </w:r>
      <w:r>
        <w:t>had aa jaati hai.</w:t>
      </w:r>
    </w:p>
    <w:p>
      <w:pPr>
        <w:jc w:val="right"/>
      </w:pPr>
      <w:r>
        <w:t>حد آ جاتی ہے۔</w:t>
      </w:r>
    </w:p>
    <w:p>
      <w:r>
        <w:rPr>
          <w:b/>
        </w:rPr>
        <w:t xml:space="preserve">[40:49] </w:t>
      </w:r>
      <w:r>
        <w:t>kyun ke yeh duniya jo hai, seen world un-seen set mein bati hui hai.</w:t>
      </w:r>
    </w:p>
    <w:p>
      <w:pPr>
        <w:jc w:val="right"/>
      </w:pPr>
      <w:r>
        <w:t>کیونکہ یہ دنیا جو ہے، سین ورلڈ ان سیٹ میں بٹی ہوئی ہے۔</w:t>
      </w:r>
    </w:p>
    <w:p>
      <w:r>
        <w:rPr>
          <w:b/>
        </w:rPr>
        <w:t xml:space="preserve">[40:55] </w:t>
      </w:r>
      <w:r>
        <w:t>aap seen world mein chalte hain, rational pursuit saath deta hai aap ka.</w:t>
      </w:r>
    </w:p>
    <w:p>
      <w:pPr>
        <w:jc w:val="right"/>
      </w:pPr>
      <w:r>
        <w:t>آپ سین ورلڈ میں چلتے ہیں، ریشنل پرسوٹ ساتھ دیتا ہے آپ کا۔</w:t>
      </w:r>
    </w:p>
    <w:p>
      <w:r>
        <w:rPr>
          <w:b/>
        </w:rPr>
        <w:t xml:space="preserve">[41:02] </w:t>
      </w:r>
      <w:r>
        <w:t>rational pursuit sirf seen world tak aap ko saath deta hai.</w:t>
      </w:r>
    </w:p>
    <w:p>
      <w:pPr>
        <w:jc w:val="right"/>
      </w:pPr>
      <w:r>
        <w:t>ریشنل پرسوٹ صرف سین ورلڈ تک آپ کو ساتھ دیتا ہے۔</w:t>
      </w:r>
    </w:p>
    <w:p>
      <w:r>
        <w:rPr>
          <w:b/>
        </w:rPr>
        <w:t xml:space="preserve">[41:05] </w:t>
      </w:r>
      <w:r>
        <w:t>ek maqam aata hai jab ke un-seen world ki ke</w:t>
      </w:r>
    </w:p>
    <w:p>
      <w:pPr>
        <w:jc w:val="right"/>
      </w:pPr>
      <w:r>
        <w:t>ایک مقام آتا ہے جب کہ ان سین ورلڈ کی کی</w:t>
      </w:r>
    </w:p>
    <w:p>
      <w:r>
        <w:rPr>
          <w:b/>
        </w:rPr>
        <w:t xml:space="preserve">[41:11] </w:t>
      </w:r>
      <w:r>
        <w:t>had shuru ho jaati hai.</w:t>
      </w:r>
    </w:p>
    <w:p>
      <w:pPr>
        <w:jc w:val="right"/>
      </w:pPr>
      <w:r>
        <w:t>حد شروع ہو جاتی ہے۔</w:t>
      </w:r>
    </w:p>
    <w:p>
      <w:r>
        <w:rPr>
          <w:b/>
        </w:rPr>
        <w:t xml:space="preserve">[41:12] </w:t>
      </w:r>
      <w:r>
        <w:t>wahan aap ka rational pursuit kaam nahi deta.</w:t>
      </w:r>
    </w:p>
    <w:p>
      <w:pPr>
        <w:jc w:val="right"/>
      </w:pPr>
      <w:r>
        <w:t>وہاں آپ کا ریشنل پرسوٹ کام نہیں دیتا۔</w:t>
      </w:r>
    </w:p>
    <w:p>
      <w:r>
        <w:rPr>
          <w:b/>
        </w:rPr>
        <w:t xml:space="preserve">[41:16] </w:t>
      </w:r>
      <w:r>
        <w:t>lekin ek bohat bari</w:t>
      </w:r>
    </w:p>
    <w:p>
      <w:pPr>
        <w:jc w:val="right"/>
      </w:pPr>
      <w:r>
        <w:t>لیکن ایک بہت بڑی</w:t>
      </w:r>
    </w:p>
    <w:p>
      <w:r>
        <w:rPr>
          <w:b/>
        </w:rPr>
        <w:t xml:space="preserve">[41:19] </w:t>
      </w:r>
      <w:r>
        <w:t>cheez hai yahan par jo hamara saath deti hai, aur is ko agar hum samajh lein to hamari</w:t>
      </w:r>
    </w:p>
    <w:p>
      <w:pPr>
        <w:jc w:val="right"/>
      </w:pPr>
      <w:r>
        <w:t>چیز ہے یہاں پر جو ہمارا ساتھ دیتی ہے، اور اس کو اگر ہم سمجھ لیں تو ہماری</w:t>
      </w:r>
    </w:p>
    <w:p>
      <w:r>
        <w:rPr>
          <w:b/>
        </w:rPr>
        <w:t xml:space="preserve">[41:26] </w:t>
      </w:r>
      <w:r>
        <w:t>pursuit aage badhti rahe gi, rukti nahi.</w:t>
      </w:r>
    </w:p>
    <w:p>
      <w:pPr>
        <w:jc w:val="right"/>
      </w:pPr>
      <w:r>
        <w:t>پرسوٹ آگے بڑھتی رہے گی، رکے گی نہیں۔</w:t>
      </w:r>
    </w:p>
    <w:p>
      <w:r>
        <w:rPr>
          <w:b/>
        </w:rPr>
        <w:t xml:space="preserve">[41:30] </w:t>
      </w:r>
      <w:r>
        <w:t>rational pursuit jahan rukti hai, wahan se ek aur engine khul jaata hai.</w:t>
      </w:r>
    </w:p>
    <w:p>
      <w:pPr>
        <w:jc w:val="right"/>
      </w:pPr>
      <w:r>
        <w:t>ریشنل پرسوٹ جہاں رکتی ہے، وہاں سے ایک اور انجن کھل جاتا ہے۔</w:t>
      </w:r>
    </w:p>
    <w:p>
      <w:r>
        <w:rPr>
          <w:b/>
        </w:rPr>
        <w:t xml:space="preserve">[41:34] </w:t>
      </w:r>
      <w:r>
        <w:t>woh kya hai? woh hai intuition.</w:t>
      </w:r>
    </w:p>
    <w:p>
      <w:pPr>
        <w:jc w:val="right"/>
      </w:pPr>
      <w:r>
        <w:t>وہ کیا ہے؟ وہ ہے انٹیوشن۔</w:t>
      </w:r>
    </w:p>
    <w:p>
      <w:r>
        <w:rPr>
          <w:b/>
        </w:rPr>
        <w:t xml:space="preserve">[41:38] </w:t>
      </w:r>
      <w:r>
        <w:t>intuition har aadmi ke andar ek nature hai.</w:t>
      </w:r>
    </w:p>
    <w:p>
      <w:pPr>
        <w:jc w:val="right"/>
      </w:pPr>
      <w:r>
        <w:t>انٹیوشن ہر آدمی کے اندر ایک نیچر ہے۔</w:t>
      </w:r>
    </w:p>
    <w:p>
      <w:r>
        <w:rPr>
          <w:b/>
        </w:rPr>
        <w:t xml:space="preserve">[41:41] </w:t>
      </w:r>
      <w:r>
        <w:t>har aadmi ke andar ek intuition hai.</w:t>
      </w:r>
    </w:p>
    <w:p>
      <w:pPr>
        <w:jc w:val="right"/>
      </w:pPr>
      <w:r>
        <w:t>ہر آدمی کے اندر ایک انٹیوشن ہے۔</w:t>
      </w:r>
    </w:p>
    <w:p>
      <w:r>
        <w:rPr>
          <w:b/>
        </w:rPr>
        <w:t xml:space="preserve">[41:44] </w:t>
      </w:r>
      <w:r>
        <w:t>har aadmi ke andar unconscious mind ke level par kuch baatein introven hain is ki nature mein.</w:t>
      </w:r>
    </w:p>
    <w:p>
      <w:pPr>
        <w:jc w:val="right"/>
      </w:pPr>
      <w:r>
        <w:t>ہر آدمی کے اندر انکونشیس مائنڈ کے لیول پر کچھ باتیں انٹروون ہیں اس کی نیچر میں۔</w:t>
      </w:r>
    </w:p>
    <w:p>
      <w:r>
        <w:rPr>
          <w:b/>
        </w:rPr>
        <w:t xml:space="preserve">[41:54] </w:t>
      </w:r>
      <w:r>
        <w:t>to dekhein, principle kya hai</w:t>
      </w:r>
    </w:p>
    <w:p>
      <w:pPr>
        <w:jc w:val="right"/>
      </w:pPr>
      <w:r>
        <w:t>تو دیکھیں، پرنسپل کیا ہے</w:t>
      </w:r>
    </w:p>
    <w:p>
      <w:r>
        <w:rPr>
          <w:b/>
        </w:rPr>
        <w:t xml:space="preserve">[41:57] </w:t>
      </w:r>
      <w:r>
        <w:t>ke rational pursuit se, yani jo instantly agar aap ne pursuit kiya ho, tab mein keh raha hoon</w:t>
      </w:r>
    </w:p>
    <w:p>
      <w:pPr>
        <w:jc w:val="right"/>
      </w:pPr>
      <w:r>
        <w:t>کہ ریشنل پرسوٹ سے، یعنی جو انسٹلی اگر آپ نے پرسوٹ کیا ہو، تب میں کہہ رہا ہوں</w:t>
      </w:r>
    </w:p>
    <w:p>
      <w:r>
        <w:rPr>
          <w:b/>
        </w:rPr>
        <w:t xml:space="preserve">[42:02] </w:t>
      </w:r>
      <w:r>
        <w:t>instali, instali aap ne</w:t>
      </w:r>
    </w:p>
    <w:p>
      <w:pPr>
        <w:jc w:val="right"/>
      </w:pPr>
      <w:r>
        <w:t>انسٹلی، انسٹلی آپ نے</w:t>
      </w:r>
    </w:p>
    <w:p>
      <w:r>
        <w:rPr>
          <w:b/>
        </w:rPr>
        <w:t xml:space="preserve">[42:08] </w:t>
      </w:r>
      <w:r>
        <w:t>apni rational pursuit chalai ho to aap aik jagah pahunchen ge jahan aap ne kuch baaten jani hon</w:t>
      </w:r>
    </w:p>
    <w:p>
      <w:pPr>
        <w:jc w:val="right"/>
      </w:pPr>
      <w:r>
        <w:t>اپنی ریشنل پرسوٹ چلائی ہو تو آپ ایک جگہ پہنچیں گے جہاں آپ نے کچھ باتیں جانی ہوں</w:t>
      </w:r>
    </w:p>
    <w:p>
      <w:r>
        <w:rPr>
          <w:b/>
        </w:rPr>
        <w:t xml:space="preserve">[42:14] </w:t>
      </w:r>
      <w:r>
        <w:t>gi. kuch baaten aap ne jani hon gi.</w:t>
      </w:r>
    </w:p>
    <w:p>
      <w:pPr>
        <w:jc w:val="right"/>
      </w:pPr>
      <w:r>
        <w:t>گی۔ کچھ باتیں آپ نے جانی ہوں گی۔</w:t>
      </w:r>
    </w:p>
    <w:p>
      <w:r>
        <w:rPr>
          <w:b/>
        </w:rPr>
        <w:t xml:space="preserve">[42:21] </w:t>
      </w:r>
      <w:r>
        <w:t>lekin abhi kuch baaten baqi hon gi abhi tak.</w:t>
      </w:r>
    </w:p>
    <w:p>
      <w:pPr>
        <w:jc w:val="right"/>
      </w:pPr>
      <w:r>
        <w:t>لیکن ابھی کچھ باتیں باقی ہوں گی ابھی تک۔</w:t>
      </w:r>
    </w:p>
    <w:p>
      <w:r>
        <w:rPr>
          <w:b/>
        </w:rPr>
        <w:t xml:space="preserve">[42:27] </w:t>
      </w:r>
      <w:r>
        <w:t>yani main is ko agar is tarah kahon</w:t>
      </w:r>
    </w:p>
    <w:p>
      <w:pPr>
        <w:jc w:val="right"/>
      </w:pPr>
      <w:r>
        <w:t>یعنی میں اس کو اگر اس طرح کہوں</w:t>
      </w:r>
    </w:p>
    <w:p>
      <w:r>
        <w:rPr>
          <w:b/>
        </w:rPr>
        <w:t xml:space="preserve">[42:31] </w:t>
      </w:r>
      <w:r>
        <w:t>ke rational pursuit aap ko pahunchaye gi technical truth tak,</w:t>
      </w:r>
    </w:p>
    <w:p>
      <w:pPr>
        <w:jc w:val="right"/>
      </w:pPr>
      <w:r>
        <w:t>کہ ریشنل پرسوٹ آپ کو پہنچائے گی ٹیکنیکل ٹروتھ تک،</w:t>
      </w:r>
    </w:p>
    <w:p>
      <w:r>
        <w:rPr>
          <w:b/>
        </w:rPr>
        <w:t xml:space="preserve">[42:36] </w:t>
      </w:r>
      <w:r>
        <w:t>lekin abhi conviction ka darwaza nahin khula hua hoga.</w:t>
      </w:r>
    </w:p>
    <w:p>
      <w:pPr>
        <w:jc w:val="right"/>
      </w:pPr>
      <w:r>
        <w:t>لیکن ابھی کنویشن کا دروازہ نہیں کھلا ہوا ہوگا۔</w:t>
      </w:r>
    </w:p>
    <w:p>
      <w:r>
        <w:rPr>
          <w:b/>
        </w:rPr>
        <w:t xml:space="preserve">[42:41] </w:t>
      </w:r>
      <w:r>
        <w:t>rational pursuit aap ko technical truth tak to pahunchati hai, lekin conviction ka darwaza phir band rehta hai.</w:t>
      </w:r>
    </w:p>
    <w:p>
      <w:pPr>
        <w:jc w:val="right"/>
      </w:pPr>
      <w:r>
        <w:t>ریشنل پرسوٹ آپ کو ٹیکنیکل ٹروتھ تک تو پہنچاتی ہے، لیکن کنوکشن کا دروازہ پھر بند رہتا ہے۔</w:t>
      </w:r>
    </w:p>
    <w:p>
      <w:r>
        <w:rPr>
          <w:b/>
        </w:rPr>
        <w:t xml:space="preserve">[42:50] </w:t>
      </w:r>
      <w:r>
        <w:t>pura yaqeen jisko hum kehte hain, pure yaqeen ke sath kisi cheez ko maan lena, woh abhi</w:t>
      </w:r>
    </w:p>
    <w:p>
      <w:pPr>
        <w:jc w:val="right"/>
      </w:pPr>
      <w:r>
        <w:t>پورا یقین جس کو ہم کہتے ہیں، پورے یقین کے ساتھ کسی چیز کو مان لینا، وہ ابھی</w:t>
      </w:r>
    </w:p>
    <w:p>
      <w:r>
        <w:rPr>
          <w:b/>
        </w:rPr>
        <w:t xml:space="preserve">[42:57] </w:t>
      </w:r>
      <w:r>
        <w:t>baqi rehta hai.</w:t>
      </w:r>
    </w:p>
    <w:p>
      <w:pPr>
        <w:jc w:val="right"/>
      </w:pPr>
      <w:r>
        <w:t>باقی رہتا ہے۔</w:t>
      </w:r>
    </w:p>
    <w:p>
      <w:r>
        <w:rPr>
          <w:b/>
        </w:rPr>
        <w:t xml:space="preserve">[42:59] </w:t>
      </w:r>
      <w:r>
        <w:t>to yahan par kya hai? criterion.</w:t>
      </w:r>
    </w:p>
    <w:p>
      <w:pPr>
        <w:jc w:val="right"/>
      </w:pPr>
      <w:r>
        <w:t>تو یہاں پر کیا ہے؟ کرائٹیرین۔</w:t>
      </w:r>
    </w:p>
    <w:p>
      <w:r>
        <w:rPr>
          <w:b/>
        </w:rPr>
        <w:t xml:space="preserve">[43:06] </w:t>
      </w:r>
      <w:r>
        <w:t>main ne america se aik percha aata hai, reader's digest, us mein aik article parha tha.</w:t>
      </w:r>
    </w:p>
    <w:p>
      <w:pPr>
        <w:jc w:val="right"/>
      </w:pPr>
      <w:r>
        <w:t>میں نے امریکہ سے ایک پرچہ آتا ہے، ریڈرز ڈائجسٹ، اس میں ایک آرٹیکل پڑھا تھا۔</w:t>
      </w:r>
    </w:p>
    <w:p>
      <w:r>
        <w:rPr>
          <w:b/>
        </w:rPr>
        <w:t xml:space="preserve">[43:14] </w:t>
      </w:r>
      <w:r>
        <w:t>اس کا ٹائٹل تھا "Obey That Impulses"۔</w:t>
      </w:r>
    </w:p>
    <w:p>
      <w:pPr>
        <w:jc w:val="right"/>
      </w:pPr>
      <w:r>
        <w:t>اس کا ٹائٹل تھا "اوبے دیٹ امپلس"۔</w:t>
      </w:r>
    </w:p>
    <w:p>
      <w:r>
        <w:rPr>
          <w:b/>
        </w:rPr>
        <w:t xml:space="preserve">[43:20] </w:t>
      </w:r>
      <w:r>
        <w:t>"obey that impulse".</w:t>
      </w:r>
    </w:p>
    <w:p>
      <w:pPr>
        <w:jc w:val="right"/>
      </w:pPr>
      <w:r>
        <w:t>"اوبے دیٹ امپلس"۔</w:t>
      </w:r>
    </w:p>
    <w:p>
      <w:r>
        <w:rPr>
          <w:b/>
        </w:rPr>
        <w:t xml:space="preserve">[43:22] </w:t>
      </w:r>
      <w:r>
        <w:t>to jab aap ki pursuit wahan tak pahunchti hai jo is ka final end hai,</w:t>
      </w:r>
    </w:p>
    <w:p>
      <w:pPr>
        <w:jc w:val="right"/>
      </w:pPr>
      <w:r>
        <w:t>تو جب آپ کی پرسوٹ وہاں تک پہنچتی ہے جو اس کا فائنل اینڈ ہے،</w:t>
      </w:r>
    </w:p>
    <w:p>
      <w:r>
        <w:rPr>
          <w:b/>
        </w:rPr>
        <w:t xml:space="preserve">[43:28] </w:t>
      </w:r>
      <w:r>
        <w:t>yani objective data</w:t>
      </w:r>
    </w:p>
    <w:p>
      <w:pPr>
        <w:jc w:val="right"/>
      </w:pPr>
      <w:r>
        <w:t>یعنی ابجیکٹو ڈیٹا</w:t>
      </w:r>
    </w:p>
    <w:p>
      <w:r>
        <w:rPr>
          <w:b/>
        </w:rPr>
        <w:t xml:space="preserve">[43:32] </w:t>
      </w:r>
      <w:r>
        <w:t>ko examine kar ke aap aik had pahunch chuke hote hain, us ke aage kuch data maujood nahin</w:t>
      </w:r>
    </w:p>
    <w:p>
      <w:pPr>
        <w:jc w:val="right"/>
      </w:pPr>
      <w:r>
        <w:t>کو ایگزیمن کر کے آپ ایک حد پہنچ چکے ہوتے ہیں، اس کے آگے کچھ ڈیٹا موجود نہیں</w:t>
      </w:r>
    </w:p>
    <w:p>
      <w:r>
        <w:rPr>
          <w:b/>
        </w:rPr>
        <w:t xml:space="preserve">[43:37] </w:t>
      </w:r>
      <w:r>
        <w:t>hote. lekin wahan par kya hota hai? intuition ka darwaza khul jata hai.</w:t>
      </w:r>
    </w:p>
    <w:p>
      <w:pPr>
        <w:jc w:val="right"/>
      </w:pPr>
      <w:r>
        <w:t>ہوتے۔ لیکن وہاں پر کیا ہوتا ہے؟ انٹیوشن کا دروازہ کھل جاتا ہے۔</w:t>
      </w:r>
    </w:p>
    <w:p>
      <w:r>
        <w:rPr>
          <w:b/>
        </w:rPr>
        <w:t xml:space="preserve">[43:44] </w:t>
      </w:r>
      <w:r>
        <w:t>to agar aap dekhen, agar aap wahan par "obey that impulse" wali baat aa jati hai, yani andar</w:t>
      </w:r>
    </w:p>
    <w:p>
      <w:pPr>
        <w:jc w:val="right"/>
      </w:pPr>
      <w:r>
        <w:t>تو اگر آپ دیکھیں، اگر آپ وہاں پر "اوبے دیٹ امپلس" والی بات آ جاتی ہے، یعنی اندر</w:t>
      </w:r>
    </w:p>
    <w:p>
      <w:r>
        <w:rPr>
          <w:b/>
        </w:rPr>
        <w:t xml:space="preserve">[43:49] </w:t>
      </w:r>
      <w:r>
        <w:t>se kuch impulse uthte hain, to criterion kya hai?</w:t>
      </w:r>
    </w:p>
    <w:p>
      <w:pPr>
        <w:jc w:val="right"/>
      </w:pPr>
      <w:r>
        <w:t>سے کچھ امپلس اٹھتے ہیں، تو کرائٹیرین کیا ہے؟</w:t>
      </w:r>
    </w:p>
    <w:p>
      <w:r>
        <w:rPr>
          <w:b/>
        </w:rPr>
        <w:t xml:space="preserve">[43:54] </w:t>
      </w:r>
      <w:r>
        <w:t>ke agar dono collaborate kar rahe hon,</w:t>
      </w:r>
    </w:p>
    <w:p>
      <w:pPr>
        <w:jc w:val="right"/>
      </w:pPr>
      <w:r>
        <w:t>کہ اگر دونوں کولیبریٹ کر رہے ہوں،</w:t>
      </w:r>
    </w:p>
    <w:p>
      <w:r>
        <w:rPr>
          <w:b/>
        </w:rPr>
        <w:t xml:space="preserve">[43:58] </w:t>
      </w:r>
      <w:r>
        <w:t>yani aap ka rational pursuit,</w:t>
      </w:r>
    </w:p>
    <w:p>
      <w:pPr>
        <w:jc w:val="right"/>
      </w:pPr>
      <w:r>
        <w:t>یعنی آپ کا ریشنل پرسوٹ،</w:t>
      </w:r>
    </w:p>
    <w:p>
      <w:r>
        <w:rPr>
          <w:b/>
        </w:rPr>
        <w:t xml:space="preserve">[44:01] </w:t>
      </w:r>
      <w:r>
        <w:t>rational pursuit se aap jahan pahunche hon, woh aur intention jo bol raha hai, intuition,</w:t>
      </w:r>
    </w:p>
    <w:p>
      <w:pPr>
        <w:jc w:val="right"/>
      </w:pPr>
      <w:r>
        <w:t>ریشنل پرسوٹ سے آپ جہاں پہنچے ہوں، وہ اور انٹینشن جو بول رہا ہے، انٹیوشن،</w:t>
      </w:r>
    </w:p>
    <w:p>
      <w:r>
        <w:rPr>
          <w:b/>
        </w:rPr>
        <w:t xml:space="preserve">[44:08] </w:t>
      </w:r>
      <w:r>
        <w:t>woh jo andar ka impulse jo bol raha hai, dono agar collaborate kar rahe hon to samjhiye ke</w:t>
      </w:r>
    </w:p>
    <w:p>
      <w:pPr>
        <w:jc w:val="right"/>
      </w:pPr>
      <w:r>
        <w:t>وہ جو اندر کا امپلس جو بول رہا ہے، دونوں اگر کولیبریٹ کر رہے ہوں تو سمجھیے کہ</w:t>
      </w:r>
    </w:p>
    <w:p>
      <w:r>
        <w:rPr>
          <w:b/>
        </w:rPr>
        <w:t xml:space="preserve">[44:13] </w:t>
      </w:r>
      <w:r>
        <w:t>main sachai tak pahunch gaya.</w:t>
      </w:r>
    </w:p>
    <w:p>
      <w:pPr>
        <w:jc w:val="right"/>
      </w:pPr>
      <w:r>
        <w:t>میں سچائی تک پہنچ گیا۔</w:t>
      </w:r>
    </w:p>
    <w:p>
      <w:r>
        <w:rPr>
          <w:b/>
        </w:rPr>
        <w:t xml:space="preserve">[44:16] </w:t>
      </w:r>
      <w:r>
        <w:t>aur yaqeen tak pahunch gaya.</w:t>
      </w:r>
    </w:p>
    <w:p>
      <w:pPr>
        <w:jc w:val="right"/>
      </w:pPr>
      <w:r>
        <w:t>اور یقین تک پہنچ گیا۔</w:t>
      </w:r>
    </w:p>
    <w:p>
      <w:r>
        <w:rPr>
          <w:b/>
        </w:rPr>
        <w:t xml:space="preserve">[44:18] </w:t>
      </w:r>
      <w:r>
        <w:t>to agar aap isi ko maine kaha ke agar inst hain aap pursuit mein to is is</w:t>
      </w:r>
    </w:p>
    <w:p>
      <w:pPr>
        <w:jc w:val="right"/>
      </w:pPr>
      <w:r>
        <w:t>تو اگر آپ اسی کو میں نے کہا کہ اگر انسٹ ہیں آپ پرسوٹ میں تو اس اس</w:t>
      </w:r>
    </w:p>
    <w:p>
      <w:r>
        <w:rPr>
          <w:b/>
        </w:rPr>
        <w:t xml:space="preserve">[44:24] </w:t>
      </w:r>
      <w:r>
        <w:t>impulse ko aap follow karenge.</w:t>
      </w:r>
    </w:p>
    <w:p>
      <w:pPr>
        <w:jc w:val="right"/>
      </w:pPr>
      <w:r>
        <w:t>امپلس کو آپ فالو کریں گے۔</w:t>
      </w:r>
    </w:p>
    <w:p>
      <w:r>
        <w:rPr>
          <w:b/>
        </w:rPr>
        <w:t xml:space="preserve">[44:27] </w:t>
      </w:r>
      <w:r>
        <w:t>is impulse ko aap follow karenge.</w:t>
      </w:r>
    </w:p>
    <w:p>
      <w:pPr>
        <w:jc w:val="right"/>
      </w:pPr>
      <w:r>
        <w:t>اس امپلس کو آپ فالو کریں گے۔</w:t>
      </w:r>
    </w:p>
    <w:p>
      <w:r>
        <w:rPr>
          <w:b/>
        </w:rPr>
        <w:t xml:space="preserve">[44:30] </w:t>
      </w:r>
      <w:r>
        <w:t>to mere is study ke mutabiq aur</w:t>
      </w:r>
    </w:p>
    <w:p>
      <w:pPr>
        <w:jc w:val="right"/>
      </w:pPr>
      <w:r>
        <w:t>تو میرے اس اسٹڈی کے مطابق اور</w:t>
      </w:r>
    </w:p>
    <w:p>
      <w:r>
        <w:rPr>
          <w:b/>
        </w:rPr>
        <w:t xml:space="preserve">[44:36] </w:t>
      </w:r>
      <w:r>
        <w:t>mere experience ke mutabiq</w:t>
      </w:r>
    </w:p>
    <w:p>
      <w:pPr>
        <w:jc w:val="right"/>
      </w:pPr>
      <w:r>
        <w:t>میرے ایکسپیرینس کے مطابق</w:t>
      </w:r>
    </w:p>
    <w:p>
      <w:r>
        <w:rPr>
          <w:b/>
        </w:rPr>
        <w:t xml:space="preserve">[44:40] </w:t>
      </w:r>
      <w:r>
        <w:t>jo method hai, woh yeh hai: kisi seeker ke liye,</w:t>
      </w:r>
    </w:p>
    <w:p>
      <w:pPr>
        <w:jc w:val="right"/>
      </w:pPr>
      <w:r>
        <w:t>جو میتھڈ ہے، وہ یہ ہے: کسی سیکر کے لیے،</w:t>
      </w:r>
    </w:p>
    <w:p>
      <w:r>
        <w:rPr>
          <w:b/>
        </w:rPr>
        <w:t xml:space="preserve">[44:45] </w:t>
      </w:r>
      <w:r>
        <w:t>ek true true seeker ke liye</w:t>
      </w:r>
    </w:p>
    <w:p>
      <w:pPr>
        <w:jc w:val="right"/>
      </w:pPr>
      <w:r>
        <w:t>ایک ٹرو ٹرو سیکر کے لیے</w:t>
      </w:r>
    </w:p>
    <w:p>
      <w:r>
        <w:rPr>
          <w:b/>
        </w:rPr>
        <w:t xml:space="preserve">[44:49] </w:t>
      </w:r>
      <w:r>
        <w:t>ke tamam known facts ko le kar ke woh apni pursuit ko chalaye.</w:t>
      </w:r>
    </w:p>
    <w:p>
      <w:pPr>
        <w:jc w:val="right"/>
      </w:pPr>
      <w:r>
        <w:t>کہ تمام نون فیکٹس کو لے کر کے وہ اپنی پرسوٹ کو چلائے۔</w:t>
      </w:r>
    </w:p>
    <w:p>
      <w:r>
        <w:rPr>
          <w:b/>
        </w:rPr>
        <w:t xml:space="preserve">[44:54] </w:t>
      </w:r>
      <w:r>
        <w:t>jo bhi known facts hain,</w:t>
      </w:r>
    </w:p>
    <w:p>
      <w:pPr>
        <w:jc w:val="right"/>
      </w:pPr>
      <w:r>
        <w:t>جو بھی نون فیکٹس ہیں،</w:t>
      </w:r>
    </w:p>
    <w:p>
      <w:r>
        <w:rPr>
          <w:b/>
        </w:rPr>
        <w:t xml:space="preserve">[44:57] </w:t>
      </w:r>
      <w:r>
        <w:t>chalate chalate chalate jab ek jagah pahunchega woh, aur kuch cheezon ko jaan lega jis ko</w:t>
      </w:r>
    </w:p>
    <w:p>
      <w:pPr>
        <w:jc w:val="right"/>
      </w:pPr>
      <w:r>
        <w:t>چلاتے چلاتے چلاتے جب ایک جگہ پہنچے گا وہ، اور کچھ چیزوں کو جان لے گا جس کو</w:t>
      </w:r>
    </w:p>
    <w:p>
      <w:r>
        <w:rPr>
          <w:b/>
        </w:rPr>
        <w:t xml:space="preserve">[45:03] </w:t>
      </w:r>
      <w:r>
        <w:t>main technical truth keh raha hoon, lekin abhi us ko yaqeen nahi hua hoga, abhi conviction nahi hua</w:t>
      </w:r>
    </w:p>
    <w:p>
      <w:pPr>
        <w:jc w:val="right"/>
      </w:pPr>
      <w:r>
        <w:t>میں ٹیکنیکل ٹروتھ کہہ رہا ہوں، لیکن ابھی اس کو یقین نہیں ہوا ہوگا، ابھی کنوکشن نہیں ہوا</w:t>
      </w:r>
    </w:p>
    <w:p>
      <w:r>
        <w:rPr>
          <w:b/>
        </w:rPr>
        <w:t xml:space="preserve">[45:08] </w:t>
      </w:r>
      <w:r>
        <w:t>hoga. To wahan par woh mehsoos karega ke andar se meri koi awaaz bol rahi hai.</w:t>
      </w:r>
    </w:p>
    <w:p>
      <w:pPr>
        <w:jc w:val="right"/>
      </w:pPr>
      <w:r>
        <w:t>ہوگا۔ تو وہاں پر وہ محسوس کرے گا کہ اندر سے میری کوئی آواز بول رہی ہے۔</w:t>
      </w:r>
    </w:p>
    <w:p>
      <w:r>
        <w:rPr>
          <w:b/>
        </w:rPr>
        <w:t xml:space="preserve">[45:15] </w:t>
      </w:r>
      <w:r>
        <w:t>agar woh awaaz aur aap ka yeh jo observation tha, dono collaborate kar rahe hon, dono mutabiqat</w:t>
      </w:r>
    </w:p>
    <w:p>
      <w:pPr>
        <w:jc w:val="right"/>
      </w:pPr>
      <w:r>
        <w:t>اگر وہ آواز اور آپ کا یہ جو ابزرویشن تھا، دونوں کولیبریٹ کر رہے ہوں، دونوں مطابقت</w:t>
      </w:r>
    </w:p>
    <w:p>
      <w:r>
        <w:rPr>
          <w:b/>
        </w:rPr>
        <w:t xml:space="preserve">[45:24] </w:t>
      </w:r>
      <w:r>
        <w:t>پائی جا رہی ہو، تو بس آپ کو کرنا چاہیے وہی کہ "obey that impulse"۔</w:t>
      </w:r>
    </w:p>
    <w:p>
      <w:pPr>
        <w:jc w:val="right"/>
      </w:pPr>
      <w:r>
        <w:t>پائی جا رہی ہو، تو بس آپ کو کرنا چاہیے وہی کہ "اوبے دیٹ امپلس"۔</w:t>
      </w:r>
    </w:p>
    <w:p>
      <w:r>
        <w:rPr>
          <w:b/>
        </w:rPr>
        <w:t xml:space="preserve">[45:30] </w:t>
      </w:r>
      <w:r>
        <w:t>to phir aap ko to conviction aa jayega.</w:t>
      </w:r>
    </w:p>
    <w:p>
      <w:pPr>
        <w:jc w:val="right"/>
      </w:pPr>
      <w:r>
        <w:t>تو پھر آپ کو تو کنوکشن آ جائے گا۔</w:t>
      </w:r>
    </w:p>
    <w:p>
      <w:r>
        <w:rPr>
          <w:b/>
        </w:rPr>
        <w:t xml:space="preserve">[45:37] </w:t>
      </w:r>
      <w:r>
        <w:t>jo aadmi dekhen, hum sirf technical truth par jee nahi sakte.</w:t>
      </w:r>
    </w:p>
    <w:p>
      <w:pPr>
        <w:jc w:val="right"/>
      </w:pPr>
      <w:r>
        <w:t>جو آدمی دیکھیں، ہم صرف ٹیکنیکل ٹروتھ پر جی نہیں سکتے۔</w:t>
      </w:r>
    </w:p>
    <w:p>
      <w:r>
        <w:rPr>
          <w:b/>
        </w:rPr>
        <w:t xml:space="preserve">[45:44] </w:t>
      </w:r>
      <w:r>
        <w:t>agar apni maa ko aap technical sense mein maa samjhen to motherhood ka jo concept hai, woh poora</w:t>
      </w:r>
    </w:p>
    <w:p>
      <w:pPr>
        <w:jc w:val="right"/>
      </w:pPr>
      <w:r>
        <w:t>اگر اپنی ماں کو آپ ٹیکنیکل سینس میں ماں سمجھیں تو مدرہڈ کا جو کانسیپٹ ہے، وہ پورا</w:t>
      </w:r>
    </w:p>
    <w:p>
      <w:r>
        <w:rPr>
          <w:b/>
        </w:rPr>
        <w:t xml:space="preserve">[45:49] </w:t>
      </w:r>
      <w:r>
        <w:t>nahi ho sakta.</w:t>
      </w:r>
    </w:p>
    <w:p>
      <w:pPr>
        <w:jc w:val="right"/>
      </w:pPr>
      <w:r>
        <w:t>نہیں ہو سکتا۔</w:t>
      </w:r>
    </w:p>
    <w:p>
      <w:r>
        <w:rPr>
          <w:b/>
        </w:rPr>
        <w:t xml:space="preserve">[45:51] </w:t>
      </w:r>
      <w:r>
        <w:t>maa agar bete ko sirf technical sense mein apna beta samjhe to wahan par motherhood ka concept poora</w:t>
      </w:r>
    </w:p>
    <w:p>
      <w:pPr>
        <w:jc w:val="right"/>
      </w:pPr>
      <w:r>
        <w:t>ماں اگر بیٹے کو صرف ٹیکنیکل سینس میں اپنا بیٹا سمجھے تو وہاں پر مدرہڈ کا کانسیپٹ پورا</w:t>
      </w:r>
    </w:p>
    <w:p>
      <w:r>
        <w:rPr>
          <w:b/>
        </w:rPr>
        <w:t xml:space="preserve">[45:59] </w:t>
      </w:r>
      <w:r>
        <w:t>nahi hoga. To technical sense mein aap jahan pahunche hain, apni rational pursuit ke zariye,</w:t>
      </w:r>
    </w:p>
    <w:p>
      <w:pPr>
        <w:jc w:val="right"/>
      </w:pPr>
      <w:r>
        <w:t>نہیں ہوگا۔ تو ٹیکنیکل سینس میں آپ جہاں پہنچے ہیں، اپنی ریشنل پرسوٹ کے ذریعے،</w:t>
      </w:r>
    </w:p>
    <w:p>
      <w:r>
        <w:rPr>
          <w:b/>
        </w:rPr>
        <w:t xml:space="preserve">[46:09] </w:t>
      </w:r>
      <w:r>
        <w:t>wahan par aap ki poori hasti ko poori hasti phir bhi address nahi ho pati.</w:t>
      </w:r>
    </w:p>
    <w:p>
      <w:pPr>
        <w:jc w:val="right"/>
      </w:pPr>
      <w:r>
        <w:t>وہاں پر آپ کی پوری ہستی کو پوری ہستی پھر بھی ایڈریس نہیں ہو پاتی۔</w:t>
      </w:r>
    </w:p>
    <w:p>
      <w:r>
        <w:rPr>
          <w:b/>
        </w:rPr>
        <w:t xml:space="preserve">[46:15] </w:t>
      </w:r>
      <w:r>
        <w:t>kyun ke aap ki poori hasti jab address hogi, jab aap ko yaqeen mil jayega, jab conviction mil jayega,</w:t>
      </w:r>
    </w:p>
    <w:p>
      <w:pPr>
        <w:jc w:val="right"/>
      </w:pPr>
      <w:r>
        <w:t>کیونکہ آپ کی پوری ہستی جب ایڈریس ہوگی، جب آپ کو یقین مل جائے، جب کنوکشن مل جائے،</w:t>
      </w:r>
    </w:p>
    <w:p>
      <w:r>
        <w:rPr>
          <w:b/>
        </w:rPr>
        <w:t xml:space="preserve">[46:21] </w:t>
      </w:r>
      <w:r>
        <w:t>tab hogi. Sirf technical sense mein agar aap ne jaan liya to is se aap ki poori hasti</w:t>
      </w:r>
    </w:p>
    <w:p>
      <w:pPr>
        <w:jc w:val="right"/>
      </w:pPr>
      <w:r>
        <w:t>تب ہوگی۔ صرف ٹیکنیکل سینس میں اگر آپ نے جان لیا تو اس سے آپ کی پوری ہستی</w:t>
      </w:r>
    </w:p>
    <w:p>
      <w:r>
        <w:rPr>
          <w:b/>
        </w:rPr>
        <w:t xml:space="preserve">[46:26] </w:t>
      </w:r>
      <w:r>
        <w:t>address nahi hogi.</w:t>
      </w:r>
    </w:p>
    <w:p>
      <w:pPr>
        <w:jc w:val="right"/>
      </w:pPr>
      <w:r>
        <w:t>ایڈریس نہیں ہوگی۔</w:t>
      </w:r>
    </w:p>
    <w:p>
      <w:r>
        <w:rPr>
          <w:b/>
        </w:rPr>
        <w:t xml:space="preserve">[46:28] </w:t>
      </w:r>
      <w:r>
        <w:t>woh poori aap ko andar andar ka jo poora aap ka jo jo personality hai, woh</w:t>
      </w:r>
    </w:p>
    <w:p>
      <w:pPr>
        <w:jc w:val="right"/>
      </w:pPr>
      <w:r>
        <w:t>وہ پوری آپ کو اندر اندر کا جو پورا آپ کا جو جو پرسنیلٹی ہے، وہ</w:t>
      </w:r>
    </w:p>
    <w:p>
      <w:r>
        <w:rPr>
          <w:b/>
        </w:rPr>
        <w:t xml:space="preserve">[46:38] </w:t>
      </w:r>
      <w:r>
        <w:t>woh saath saath conviction bhi chahti hai, yaqeen bhi chahti hai.</w:t>
      </w:r>
    </w:p>
    <w:p>
      <w:pPr>
        <w:jc w:val="right"/>
      </w:pPr>
      <w:r>
        <w:t>وہ ساتھ ساتھ کنوکشن بھی چاہتی ہے، یقین بھی چاہتی ہے۔</w:t>
      </w:r>
    </w:p>
    <w:p>
      <w:r>
        <w:rPr>
          <w:b/>
        </w:rPr>
        <w:t xml:space="preserve">[46:42] </w:t>
      </w:r>
      <w:r>
        <w:t>to is ke liye aap ko yeh karna pare ga ke aap ko wahan par engine badalna pare</w:t>
      </w:r>
    </w:p>
    <w:p>
      <w:pPr>
        <w:jc w:val="right"/>
      </w:pPr>
      <w:r>
        <w:t>تو اس کے لیے آپ کو یہ کرنا پڑے گا کہ آپ کو وہاں پر انجن بدلنا پڑے</w:t>
      </w:r>
    </w:p>
    <w:p>
      <w:r>
        <w:rPr>
          <w:b/>
        </w:rPr>
        <w:t xml:space="preserve">[46:45] </w:t>
      </w:r>
      <w:r>
        <w:t>ga. yani technical woh jo yani rational pursuit ka engine se utar kar ke aap jayen ge intuition</w:t>
      </w:r>
    </w:p>
    <w:p>
      <w:pPr>
        <w:jc w:val="right"/>
      </w:pPr>
      <w:r>
        <w:t>گا۔ یعنی ٹیکنیکل وہ جو یعنی ریشنل پرسوٹ کا انجن سے اتر کر کے آپ جائیں گے انٹیوشن</w:t>
      </w:r>
    </w:p>
    <w:p>
      <w:r>
        <w:rPr>
          <w:b/>
        </w:rPr>
        <w:t xml:space="preserve">[46:54] </w:t>
      </w:r>
      <w:r>
        <w:t>ke engine par</w:t>
      </w:r>
    </w:p>
    <w:p>
      <w:pPr>
        <w:jc w:val="right"/>
      </w:pPr>
      <w:r>
        <w:t>کے انجن پر</w:t>
      </w:r>
    </w:p>
    <w:p>
      <w:r>
        <w:rPr>
          <w:b/>
        </w:rPr>
        <w:t xml:space="preserve">[46:58] </w:t>
      </w:r>
      <w:r>
        <w:t>aur follow karen ge apni is impulse ko jo aap ko bata raha hai ke dekho, dono collaborate</w:t>
      </w:r>
    </w:p>
    <w:p>
      <w:pPr>
        <w:jc w:val="right"/>
      </w:pPr>
      <w:r>
        <w:t>اور فالو کریں گے اپنی اس امپلس کو جو آپ کو بتا رہا ہے کہ دیکھو، دونوں کولیبریٹ</w:t>
      </w:r>
    </w:p>
    <w:p>
      <w:r>
        <w:rPr>
          <w:b/>
        </w:rPr>
        <w:t xml:space="preserve">[47:04] </w:t>
      </w:r>
      <w:r>
        <w:t>kar rahe hain.</w:t>
      </w:r>
    </w:p>
    <w:p>
      <w:pPr>
        <w:jc w:val="right"/>
      </w:pPr>
      <w:r>
        <w:t>کر رہے ہیں۔</w:t>
      </w:r>
    </w:p>
    <w:p>
      <w:r>
        <w:rPr>
          <w:b/>
        </w:rPr>
        <w:t xml:space="preserve">[47:04] </w:t>
      </w:r>
      <w:r>
        <w:t>dono cheezen jo andar ki jo awaz hai, woh aur bahar ke jo bahar ke jo research hai,</w:t>
      </w:r>
    </w:p>
    <w:p>
      <w:pPr>
        <w:jc w:val="right"/>
      </w:pPr>
      <w:r>
        <w:t>دونوں چیزیں جو اندر کی جو آواز ہے، وہ اور باہر کے جو باہر کے جو ریسرچ ہے،</w:t>
      </w:r>
    </w:p>
    <w:p>
      <w:r>
        <w:rPr>
          <w:b/>
        </w:rPr>
        <w:t xml:space="preserve">[47:11] </w:t>
      </w:r>
      <w:r>
        <w:t>woh dono ek ho ban rahe hain yahan par.</w:t>
      </w:r>
    </w:p>
    <w:p>
      <w:pPr>
        <w:jc w:val="right"/>
      </w:pPr>
      <w:r>
        <w:t>وہ دونوں ایک ہو بن رہے ہیں یہاں پر۔</w:t>
      </w:r>
    </w:p>
    <w:p>
      <w:r>
        <w:rPr>
          <w:b/>
        </w:rPr>
        <w:t xml:space="preserve">[47:16] </w:t>
      </w:r>
      <w:r>
        <w:t>to is se pehle aap logic par,</w:t>
      </w:r>
    </w:p>
    <w:p>
      <w:pPr>
        <w:jc w:val="right"/>
      </w:pPr>
      <w:r>
        <w:t>تو اس سے پہلے آپ لاجک پر،</w:t>
      </w:r>
    </w:p>
    <w:p>
      <w:r>
        <w:rPr>
          <w:b/>
        </w:rPr>
        <w:t xml:space="preserve">[47:20] </w:t>
      </w:r>
      <w:r>
        <w:t>yani logic ko mante chale aa rahe the, ab aap ko andar ke impulse ko bhi is mein</w:t>
      </w:r>
    </w:p>
    <w:p>
      <w:pPr>
        <w:jc w:val="right"/>
      </w:pPr>
      <w:r>
        <w:t>یعنی لاجک کو مانتے چلے آ رہے تھے، اب آپ کو اندر کے امپلس کو بھی اس میں</w:t>
      </w:r>
    </w:p>
    <w:p>
      <w:r>
        <w:rPr>
          <w:b/>
        </w:rPr>
        <w:t xml:space="preserve">[47:24] </w:t>
      </w:r>
      <w:r>
        <w:t>shamil karna pare ga.</w:t>
      </w:r>
    </w:p>
    <w:p>
      <w:pPr>
        <w:jc w:val="right"/>
      </w:pPr>
      <w:r>
        <w:t>شامل کرنا پڑے گا۔</w:t>
      </w:r>
    </w:p>
    <w:p>
      <w:r>
        <w:rPr>
          <w:b/>
        </w:rPr>
        <w:t xml:space="preserve">[47:26] </w:t>
      </w:r>
      <w:r>
        <w:t>to phir aap ko ek conviction mil jayega.</w:t>
      </w:r>
    </w:p>
    <w:p>
      <w:pPr>
        <w:jc w:val="right"/>
      </w:pPr>
      <w:r>
        <w:t>تو پھر آپ کو ایک کنوکشن مل جائے گا۔</w:t>
      </w:r>
    </w:p>
    <w:p>
      <w:r>
        <w:rPr>
          <w:b/>
        </w:rPr>
        <w:t xml:space="preserve">[47:30] </w:t>
      </w:r>
      <w:r>
        <w:t>is ke baghair conviction nahi mil sakta.</w:t>
      </w:r>
    </w:p>
    <w:p>
      <w:pPr>
        <w:jc w:val="right"/>
      </w:pPr>
      <w:r>
        <w:t>اس کے بغیر کنوکشن نہیں مل سکتا۔</w:t>
      </w:r>
    </w:p>
    <w:p>
      <w:r>
        <w:rPr>
          <w:b/>
        </w:rPr>
        <w:t xml:space="preserve">[47:36] </w:t>
      </w:r>
      <w:r>
        <w:t>to yeh collaborate theory jo hai,</w:t>
      </w:r>
    </w:p>
    <w:p>
      <w:pPr>
        <w:jc w:val="right"/>
      </w:pPr>
      <w:r>
        <w:t>تو یہ کولیبریٹ تھیوری جو ہے،</w:t>
      </w:r>
    </w:p>
    <w:p>
      <w:r>
        <w:rPr>
          <w:b/>
        </w:rPr>
        <w:t xml:space="preserve">[47:40] </w:t>
      </w:r>
      <w:r>
        <w:t>yeh maine parha bhi hai is ko aur apne apne apne experience se isi ko paya hai.</w:t>
      </w:r>
    </w:p>
    <w:p>
      <w:pPr>
        <w:jc w:val="right"/>
      </w:pPr>
      <w:r>
        <w:t>یہ میں نے پڑھا بھی ہے اس کو اور اپنے اپنے اپنے ایکسپیرینس سے اسی کو پایا ہے۔</w:t>
      </w:r>
    </w:p>
    <w:p>
      <w:r>
        <w:rPr>
          <w:b/>
        </w:rPr>
        <w:t xml:space="preserve">[47:47] </w:t>
      </w:r>
      <w:r>
        <w:t>to is ko main kahunga ke internal confirmation, confirmation</w:t>
      </w:r>
    </w:p>
    <w:p>
      <w:pPr>
        <w:jc w:val="right"/>
      </w:pPr>
      <w:r>
        <w:t>تو اس کو میں کہوں گا کہ انٹرنل کنفرمیشن، کنفرمیشن</w:t>
      </w:r>
    </w:p>
    <w:p>
      <w:r>
        <w:rPr>
          <w:b/>
        </w:rPr>
        <w:t xml:space="preserve">[47:52] </w:t>
      </w:r>
      <w:r>
        <w:t>objective world mein jo pursuit aap ne chalai thi, jab andar ka impulse jagta hai to hoga, woh</w:t>
      </w:r>
    </w:p>
    <w:p>
      <w:pPr>
        <w:jc w:val="right"/>
      </w:pPr>
      <w:r>
        <w:t>ابجیکٹو ورلڈ میں جو پرسوٹ آپ نے چلائی تھی، جب اندر کا امپلس جاگتا ہے تو ہوگا، وہ</w:t>
      </w:r>
    </w:p>
    <w:p>
      <w:r>
        <w:rPr>
          <w:b/>
        </w:rPr>
        <w:t xml:space="preserve">[48:01] </w:t>
      </w:r>
      <w:r>
        <w:t>us ko aap mein kahunga ke woh hai internal confirmation.</w:t>
      </w:r>
    </w:p>
    <w:p>
      <w:pPr>
        <w:jc w:val="right"/>
      </w:pPr>
      <w:r>
        <w:t>اس کو آپ میں کہوں گا کہ وہ ہے انٹرنل کنفرمیشن۔</w:t>
      </w:r>
    </w:p>
    <w:p>
      <w:r>
        <w:rPr>
          <w:b/>
        </w:rPr>
        <w:t xml:space="preserve">[48:08] </w:t>
      </w:r>
      <w:r>
        <w:t>aap ke rational pursuit ka woh hai internal confirmation.</w:t>
      </w:r>
    </w:p>
    <w:p>
      <w:pPr>
        <w:jc w:val="right"/>
      </w:pPr>
      <w:r>
        <w:t>آپ کے ریشنل پرسوٹ کا وہ ہے انٹرنل کنفرمیشن۔</w:t>
      </w:r>
    </w:p>
    <w:p>
      <w:r>
        <w:rPr>
          <w:b/>
        </w:rPr>
        <w:t xml:space="preserve">[48:14] </w:t>
      </w:r>
      <w:r>
        <w:t>agar aap ke andar yeh,</w:t>
      </w:r>
    </w:p>
    <w:p>
      <w:pPr>
        <w:jc w:val="right"/>
      </w:pPr>
      <w:r>
        <w:t>اگر آپ کے اندر یہ،</w:t>
      </w:r>
    </w:p>
    <w:p>
      <w:r>
        <w:rPr>
          <w:b/>
        </w:rPr>
        <w:t xml:space="preserve">[48:17] </w:t>
      </w:r>
      <w:r>
        <w:t>yani yeh courage ho ke in internal confirmation par dhyan dein aur us par us ko maan lein,</w:t>
      </w:r>
    </w:p>
    <w:p>
      <w:pPr>
        <w:jc w:val="right"/>
      </w:pPr>
      <w:r>
        <w:t>یعنی یہ کریج ہو کہ ان انٹرنل کنفرمیشن پر دھیان دیں اور اس پر اس کو مان لیں،</w:t>
      </w:r>
    </w:p>
    <w:p>
      <w:r>
        <w:rPr>
          <w:b/>
        </w:rPr>
        <w:t xml:space="preserve">[48:26] </w:t>
      </w:r>
      <w:r>
        <w:t>to phir yaqeen ka darja aa jata hai.</w:t>
      </w:r>
    </w:p>
    <w:p>
      <w:pPr>
        <w:jc w:val="right"/>
      </w:pPr>
      <w:r>
        <w:t>تو پھر یقین کا درجہ آ جاتا ہے۔</w:t>
      </w:r>
    </w:p>
    <w:p>
      <w:r>
        <w:rPr>
          <w:b/>
        </w:rPr>
        <w:t xml:space="preserve">[48:29] </w:t>
      </w:r>
      <w:r>
        <w:t>phir aap yaqeen par khare ho jate hain.</w:t>
      </w:r>
    </w:p>
    <w:p>
      <w:pPr>
        <w:jc w:val="right"/>
      </w:pPr>
      <w:r>
        <w:t>پھر آپ یقین پر کھڑے ہو جاتے ہیں۔</w:t>
      </w:r>
    </w:p>
    <w:p>
      <w:r>
        <w:rPr>
          <w:b/>
        </w:rPr>
        <w:t xml:space="preserve">[48:35] </w:t>
      </w:r>
      <w:r>
        <w:t>yahan main yeh kahunga</w:t>
      </w:r>
    </w:p>
    <w:p>
      <w:pPr>
        <w:jc w:val="right"/>
      </w:pPr>
      <w:r>
        <w:t>یہاں میں یہ کہوں گا</w:t>
      </w:r>
    </w:p>
    <w:p>
      <w:r>
        <w:rPr>
          <w:b/>
        </w:rPr>
        <w:t xml:space="preserve">[48:38] </w:t>
      </w:r>
      <w:r>
        <w:t>ke sirf objective</w:t>
      </w:r>
    </w:p>
    <w:p>
      <w:pPr>
        <w:jc w:val="right"/>
      </w:pPr>
      <w:r>
        <w:t>کہ صرف ابجیکٹو</w:t>
      </w:r>
    </w:p>
    <w:p>
      <w:r>
        <w:rPr>
          <w:b/>
        </w:rPr>
        <w:t xml:space="preserve">[48:43] </w:t>
      </w:r>
      <w:r>
        <w:t>facts par koi jee nahi sakta.</w:t>
      </w:r>
    </w:p>
    <w:p>
      <w:pPr>
        <w:jc w:val="right"/>
      </w:pPr>
      <w:r>
        <w:t>فیکٹس پر کوئی جی نہیں سکتا۔</w:t>
      </w:r>
    </w:p>
    <w:p>
      <w:r>
        <w:rPr>
          <w:b/>
        </w:rPr>
        <w:t xml:space="preserve">[48:45] </w:t>
      </w:r>
      <w:r>
        <w:t>yeh possible nahi hai.</w:t>
      </w:r>
    </w:p>
    <w:p>
      <w:pPr>
        <w:jc w:val="right"/>
      </w:pPr>
      <w:r>
        <w:t>یہ پاسیبل نہیں ہے۔</w:t>
      </w:r>
    </w:p>
    <w:p>
      <w:r>
        <w:rPr>
          <w:b/>
        </w:rPr>
        <w:t xml:space="preserve">[48:48] </w:t>
      </w:r>
      <w:r>
        <w:t>jo rationalist log hain, woh chahte hain</w:t>
      </w:r>
    </w:p>
    <w:p>
      <w:pPr>
        <w:jc w:val="right"/>
      </w:pPr>
      <w:r>
        <w:t>جو ریشنلسٹ لوگ ہیں، وہ چاہتے ہیں</w:t>
      </w:r>
    </w:p>
    <w:p>
      <w:r>
        <w:rPr>
          <w:b/>
        </w:rPr>
        <w:t xml:space="preserve">[48:52] </w:t>
      </w:r>
      <w:r>
        <w:t>ke objective facts ki base par hi woh apna,</w:t>
      </w:r>
    </w:p>
    <w:p>
      <w:pPr>
        <w:jc w:val="right"/>
      </w:pPr>
      <w:r>
        <w:t>کہ ابجیکٹو فیکٹس کی بیس پر ہی وہ اپنا،</w:t>
      </w:r>
    </w:p>
    <w:p>
      <w:r>
        <w:rPr>
          <w:b/>
        </w:rPr>
        <w:t xml:space="preserve">[48:58] </w:t>
      </w:r>
      <w:r>
        <w:t>yani apni pursuit ko complete kar lein, to woh impossible hai.</w:t>
      </w:r>
    </w:p>
    <w:p>
      <w:pPr>
        <w:jc w:val="right"/>
      </w:pPr>
      <w:r>
        <w:t>یعنی اپنی پرسوٹ کو کمپلیٹ کر لیں، تو وہ امپاسیبل ہے۔</w:t>
      </w:r>
    </w:p>
    <w:p>
      <w:r>
        <w:rPr>
          <w:b/>
        </w:rPr>
        <w:t xml:space="preserve">[49:05] </w:t>
      </w:r>
      <w:r>
        <w:t>jaise Sir Arthur Eddington, ek bohat bara scientist hai,</w:t>
      </w:r>
    </w:p>
    <w:p>
      <w:pPr>
        <w:jc w:val="right"/>
      </w:pPr>
      <w:r>
        <w:t>جیسے سر ارتھر ایڈنگٹن، ایک بہت بڑا سائنٹسٹ ہے،</w:t>
      </w:r>
    </w:p>
    <w:p>
      <w:r>
        <w:rPr>
          <w:b/>
        </w:rPr>
        <w:t xml:space="preserve">[49:12] </w:t>
      </w:r>
      <w:r>
        <w:t>to us ne likha hai</w:t>
      </w:r>
    </w:p>
    <w:p>
      <w:pPr>
        <w:jc w:val="right"/>
      </w:pPr>
      <w:r>
        <w:t>تو اس نے لکھا ہے</w:t>
      </w:r>
    </w:p>
    <w:p>
      <w:r>
        <w:rPr>
          <w:b/>
        </w:rPr>
        <w:t xml:space="preserve">[49:14] </w:t>
      </w:r>
      <w:r>
        <w:t>ke main jis table par kaam kar raha hoon, woh ek</w:t>
      </w:r>
    </w:p>
    <w:p>
      <w:pPr>
        <w:jc w:val="right"/>
      </w:pPr>
      <w:r>
        <w:t>کہ میں جس ٹیبل پر کام کر رہا ہوں، وہ ایک</w:t>
      </w:r>
    </w:p>
    <w:p>
      <w:r>
        <w:rPr>
          <w:b/>
        </w:rPr>
        <w:t xml:space="preserve">[49:18] </w:t>
      </w:r>
      <w:r>
        <w:t>ek woh hai,</w:t>
      </w:r>
    </w:p>
    <w:p>
      <w:pPr>
        <w:jc w:val="right"/>
      </w:pPr>
      <w:r>
        <w:t>ایک وہ ہے،</w:t>
      </w:r>
    </w:p>
    <w:p>
      <w:r>
        <w:rPr>
          <w:b/>
        </w:rPr>
        <w:t xml:space="preserve">[49:22] </w:t>
      </w:r>
      <w:r>
        <w:t>ek dual table hai.</w:t>
      </w:r>
    </w:p>
    <w:p>
      <w:pPr>
        <w:jc w:val="right"/>
      </w:pPr>
      <w:r>
        <w:t>ایک ڈوئل ٹیبل ہے۔</w:t>
      </w:r>
    </w:p>
    <w:p>
      <w:r>
        <w:rPr>
          <w:b/>
        </w:rPr>
        <w:t xml:space="preserve">[49:24] </w:t>
      </w:r>
      <w:r>
        <w:t>do table hain, woh</w:t>
      </w:r>
    </w:p>
    <w:p>
      <w:pPr>
        <w:jc w:val="right"/>
      </w:pPr>
      <w:r>
        <w:t>دو ٹیبل ہیں، وہ</w:t>
      </w:r>
    </w:p>
    <w:p>
      <w:r>
        <w:rPr>
          <w:b/>
        </w:rPr>
        <w:t xml:space="preserve">[49:27] </w:t>
      </w:r>
      <w:r>
        <w:t>ek table woh hai jo hamein dikhai de rahi hai.</w:t>
      </w:r>
    </w:p>
    <w:p>
      <w:pPr>
        <w:jc w:val="right"/>
      </w:pPr>
      <w:r>
        <w:t>ایک ٹیبل وہ ہے جو ہمیں دکھائی دے رہی ہے۔</w:t>
      </w:r>
    </w:p>
    <w:p>
      <w:r>
        <w:rPr>
          <w:b/>
        </w:rPr>
        <w:t xml:space="preserve">[49:29] </w:t>
      </w:r>
      <w:r>
        <w:t>is ko har aadmi dekh raha hai.</w:t>
      </w:r>
    </w:p>
    <w:p>
      <w:pPr>
        <w:jc w:val="right"/>
      </w:pPr>
      <w:r>
        <w:t>اس کو ہر آدمی دیکھ رہا ہے۔</w:t>
      </w:r>
    </w:p>
    <w:p>
      <w:r>
        <w:rPr>
          <w:b/>
        </w:rPr>
        <w:t xml:space="preserve">[49:32] </w:t>
      </w:r>
      <w:r>
        <w:t>is ko ek aur table hai, woh scientific table.</w:t>
      </w:r>
    </w:p>
    <w:p>
      <w:pPr>
        <w:jc w:val="right"/>
      </w:pPr>
      <w:r>
        <w:t>اس کو ایک اور ٹیبل ہے، وہ سائنٹیفک ٹیبل۔</w:t>
      </w:r>
    </w:p>
    <w:p>
      <w:r>
        <w:rPr>
          <w:b/>
        </w:rPr>
        <w:t xml:space="preserve">[49:36] </w:t>
      </w:r>
      <w:r>
        <w:t>wahan par kya hai? Sirf electron, sirf electron, mad dance of electron hai.</w:t>
      </w:r>
    </w:p>
    <w:p>
      <w:pPr>
        <w:jc w:val="right"/>
      </w:pPr>
      <w:r>
        <w:t>وہاں پر کیا ہے؟ صرف الیکٹران، صرف الیکٹران، میٹ ڈانس آف الیکٹران ہے۔</w:t>
      </w:r>
    </w:p>
    <w:p>
      <w:r>
        <w:rPr>
          <w:b/>
        </w:rPr>
        <w:t xml:space="preserve">[49:42] </w:t>
      </w:r>
      <w:r>
        <w:t>wahan par electron daud rahe hain, bas wahan par kuch aur kuch bhi nahi hai.</w:t>
      </w:r>
    </w:p>
    <w:p>
      <w:pPr>
        <w:jc w:val="right"/>
      </w:pPr>
      <w:r>
        <w:t>وہاں پر الیکٹران دوڑ رہے ہیں، بس وہاں پر کچھ اور کچھ بھی نہیں ہے۔</w:t>
      </w:r>
    </w:p>
    <w:p>
      <w:r>
        <w:rPr>
          <w:b/>
        </w:rPr>
        <w:t xml:space="preserve">[49:46] </w:t>
      </w:r>
      <w:r>
        <w:t>wahan par woh aap na dekh sakte, na use measure kar sakte.</w:t>
      </w:r>
    </w:p>
    <w:p>
      <w:pPr>
        <w:jc w:val="right"/>
      </w:pPr>
      <w:r>
        <w:t>وہاں پر وہ آپ نہ دیکھ سکتے، نہ اسے میژر کر سکتے۔</w:t>
      </w:r>
    </w:p>
    <w:p>
      <w:r>
        <w:rPr>
          <w:b/>
        </w:rPr>
        <w:t xml:space="preserve">[49:52] </w:t>
      </w:r>
      <w:r>
        <w:t>to ek ek, yani yani ek pehlu se mez jo hai, ek thos cheez hai, ek solid cheez</w:t>
      </w:r>
    </w:p>
    <w:p>
      <w:pPr>
        <w:jc w:val="right"/>
      </w:pPr>
      <w:r>
        <w:t>تو ایک ایک، یعنی یعنی ایک پہلو سے میز جو ہے، ایک ٹھوس چیز ہے، ایک سولڈ چیز</w:t>
      </w:r>
    </w:p>
    <w:p>
      <w:r>
        <w:rPr>
          <w:b/>
        </w:rPr>
        <w:t xml:space="preserve">[49:57] </w:t>
      </w:r>
      <w:r>
        <w:t>hai. Lekin doosre pehlu se dekhein to thos cheez nahi hai, woh</w:t>
      </w:r>
    </w:p>
    <w:p>
      <w:pPr>
        <w:jc w:val="right"/>
      </w:pPr>
      <w:r>
        <w:t>ہے۔ لیکن دوسرے پہلو سے دیکھیں تو ٹھوس چیز نہیں ہے، وہ</w:t>
      </w:r>
    </w:p>
    <w:p>
      <w:r>
        <w:rPr>
          <w:b/>
        </w:rPr>
        <w:t xml:space="preserve">[50:02] </w:t>
      </w:r>
      <w:r>
        <w:t>electrons ka dance hai, sirf bas aur kuch bhi nahi.</w:t>
      </w:r>
    </w:p>
    <w:p>
      <w:pPr>
        <w:jc w:val="right"/>
      </w:pPr>
      <w:r>
        <w:t>الیکٹرانز کا ڈانس ہے، صرف بس اور کچھ بھی نہیں۔</w:t>
      </w:r>
    </w:p>
    <w:p>
      <w:r>
        <w:rPr>
          <w:b/>
        </w:rPr>
        <w:t xml:space="preserve">[50:07] </w:t>
      </w:r>
      <w:r>
        <w:t>to agar aap duniya mein jeena chahte hain yaqeen ke saath, to aap ke andar yeh kar jana</w:t>
      </w:r>
    </w:p>
    <w:p>
      <w:pPr>
        <w:jc w:val="right"/>
      </w:pPr>
      <w:r>
        <w:t>تو اگر آپ دنیا میں جینا چاہتے ہیں یقین کے ساتھ، تو آپ کے اندر یہ کر جانا</w:t>
      </w:r>
    </w:p>
    <w:p>
      <w:r>
        <w:rPr>
          <w:b/>
        </w:rPr>
        <w:t xml:space="preserve">[50:14] </w:t>
      </w:r>
      <w:r>
        <w:t>chahiye ke aap jis tareeqe se is table ko maanein,</w:t>
      </w:r>
    </w:p>
    <w:p>
      <w:pPr>
        <w:jc w:val="right"/>
      </w:pPr>
      <w:r>
        <w:t>چاہیے کہ آپ جس طریقے سے اس ٹیبل کو مانیں،</w:t>
      </w:r>
    </w:p>
    <w:p>
      <w:r>
        <w:rPr>
          <w:b/>
        </w:rPr>
        <w:t xml:space="preserve">[50:18] </w:t>
      </w:r>
      <w:r>
        <w:t>jis table ko aap ki aankhein dekh rahi hain, to saath saath</w:t>
      </w:r>
    </w:p>
    <w:p>
      <w:pPr>
        <w:jc w:val="right"/>
      </w:pPr>
      <w:r>
        <w:t>جس ٹیبل کو آپ کی آنکھیں دیکھ رہی ہیں، تو ساتھ ساتھ</w:t>
      </w:r>
    </w:p>
    <w:p>
      <w:r>
        <w:rPr>
          <w:b/>
        </w:rPr>
        <w:t xml:space="preserve">[50:25] </w:t>
      </w:r>
      <w:r>
        <w:t>is table ko maanna parega jis ko sirf scientific imagination se aap samajh sakte hain.</w:t>
      </w:r>
    </w:p>
    <w:p>
      <w:pPr>
        <w:jc w:val="right"/>
      </w:pPr>
      <w:r>
        <w:t>اس ٹیبل کو ماننا پڑے گا جس کو صرف سائنٹیفک امیجنیشن سے آپ سمجھ سکتے ہیں۔</w:t>
      </w:r>
    </w:p>
    <w:p>
      <w:r>
        <w:rPr>
          <w:b/>
        </w:rPr>
        <w:t xml:space="preserve">[50:30] </w:t>
      </w:r>
      <w:r>
        <w:t>warna aap ki pursuit mukammal nahi hogi.</w:t>
      </w:r>
    </w:p>
    <w:p>
      <w:pPr>
        <w:jc w:val="right"/>
      </w:pPr>
      <w:r>
        <w:t>ورنہ آپ کی پرسوٹ مکمل نہیں ہوگی۔</w:t>
      </w:r>
    </w:p>
    <w:p>
      <w:r>
        <w:rPr>
          <w:b/>
        </w:rPr>
        <w:t xml:space="preserve">[50:32] </w:t>
      </w:r>
      <w:r>
        <w:t>aap conviction ke saath duniya mein nahi reh sakte.</w:t>
      </w:r>
    </w:p>
    <w:p>
      <w:pPr>
        <w:jc w:val="right"/>
      </w:pPr>
      <w:r>
        <w:t>آپ کنوکشن کے ساتھ دنیا میں نہیں رہ سکتے۔</w:t>
      </w:r>
    </w:p>
    <w:p>
      <w:r>
        <w:rPr>
          <w:b/>
        </w:rPr>
        <w:t xml:space="preserve">[50:59] </w:t>
      </w:r>
      <w:r>
        <w:t>yeh hai, yani</w:t>
      </w:r>
    </w:p>
    <w:p>
      <w:pPr>
        <w:jc w:val="right"/>
      </w:pPr>
      <w:r>
        <w:t>یہ ہے، یعنی</w:t>
      </w:r>
    </w:p>
    <w:p>
      <w:r>
        <w:rPr>
          <w:b/>
        </w:rPr>
        <w:t xml:space="preserve">[51:05] </w:t>
      </w:r>
      <w:r>
        <w:t>keh rational pursuit ko hum kis tarah se zyada,</w:t>
      </w:r>
    </w:p>
    <w:p>
      <w:pPr>
        <w:jc w:val="right"/>
      </w:pPr>
      <w:r>
        <w:t>کہ ریشنل پرسوٹ کو ہم کس طرح سے زیادہ،</w:t>
      </w:r>
    </w:p>
    <w:p>
      <w:r>
        <w:rPr>
          <w:b/>
        </w:rPr>
        <w:t xml:space="preserve">[51:11] </w:t>
      </w:r>
      <w:r>
        <w:t>yani successful tor par chala sakte hain.</w:t>
      </w:r>
    </w:p>
    <w:p>
      <w:pPr>
        <w:jc w:val="right"/>
      </w:pPr>
      <w:r>
        <w:t>یعنی سکسیس فل طور پر چلا سکتے ہیں۔</w:t>
      </w:r>
    </w:p>
    <w:p>
      <w:r>
        <w:rPr>
          <w:b/>
        </w:rPr>
        <w:t xml:space="preserve">[51:15] </w:t>
      </w:r>
      <w:r>
        <w:t>Yeh sab log bolte hain, yeh word rational pursuit ka word, yeh nahi jante woh keh iski</w:t>
      </w:r>
    </w:p>
    <w:p>
      <w:pPr>
        <w:jc w:val="right"/>
      </w:pPr>
      <w:r>
        <w:t>یہ سب لوگ بولتے ہیں، یہ ورڈ ریشنل پرسوٹ کا ورڈ، یہ نہیں جانتے وہ کہ اس کی</w:t>
      </w:r>
    </w:p>
    <w:p>
      <w:r>
        <w:rPr>
          <w:b/>
        </w:rPr>
        <w:t xml:space="preserve">[51:20] </w:t>
      </w:r>
      <w:r>
        <w:t>ek ek limit hai.</w:t>
      </w:r>
    </w:p>
    <w:p>
      <w:pPr>
        <w:jc w:val="right"/>
      </w:pPr>
      <w:r>
        <w:t>ایک ایک لمٹ ہے۔</w:t>
      </w:r>
    </w:p>
    <w:p>
      <w:r>
        <w:rPr>
          <w:b/>
        </w:rPr>
        <w:t xml:space="preserve">[51:23] </w:t>
      </w:r>
      <w:r>
        <w:t>Wahan par woh khatm ho jayegi, yani yeh engine wahan par khatm ho jayega.</w:t>
      </w:r>
    </w:p>
    <w:p>
      <w:pPr>
        <w:jc w:val="right"/>
      </w:pPr>
      <w:r>
        <w:t>وہاں پر وہ ختم ہو جائے گی، یعنی یہ انجن وہاں پر ختم ہو جائے گا۔</w:t>
      </w:r>
    </w:p>
    <w:p>
      <w:r>
        <w:rPr>
          <w:b/>
        </w:rPr>
        <w:t xml:space="preserve">[51:27] </w:t>
      </w:r>
      <w:r>
        <w:t>Aap ko doosra engine lena padega, intention ka engine jo jo andar se bol raha hoga.</w:t>
      </w:r>
    </w:p>
    <w:p>
      <w:pPr>
        <w:jc w:val="right"/>
      </w:pPr>
      <w:r>
        <w:t>آپ کو دوسرا انجن لینا پڑے گا، انٹینشن کا انجن جو جو اندر سے بول رہا ہوگا۔</w:t>
      </w:r>
    </w:p>
    <w:p>
      <w:r>
        <w:rPr>
          <w:b/>
        </w:rPr>
        <w:t xml:space="preserve">[51:34] </w:t>
      </w:r>
      <w:r>
        <w:t>Agar aap aisa na karein</w:t>
      </w:r>
    </w:p>
    <w:p>
      <w:pPr>
        <w:jc w:val="right"/>
      </w:pPr>
      <w:r>
        <w:t>اگر آپ ایسا نہ کریں</w:t>
      </w:r>
    </w:p>
    <w:p>
      <w:r>
        <w:rPr>
          <w:b/>
        </w:rPr>
        <w:t xml:space="preserve">[51:38] </w:t>
      </w:r>
      <w:r>
        <w:t>toh aap iska matlab hai keh aap woh hon,</w:t>
      </w:r>
    </w:p>
    <w:p>
      <w:pPr>
        <w:jc w:val="right"/>
      </w:pPr>
      <w:r>
        <w:t>تو آپ اس کا معنی ہے کہ آپ وہ ہوں،</w:t>
      </w:r>
    </w:p>
    <w:p>
      <w:r>
        <w:rPr>
          <w:b/>
        </w:rPr>
        <w:t xml:space="preserve">[51:43] </w:t>
      </w:r>
      <w:r>
        <w:t>aap apne is mein kamyab nahi ho sakte.</w:t>
      </w:r>
    </w:p>
    <w:p>
      <w:pPr>
        <w:jc w:val="right"/>
      </w:pPr>
      <w:r>
        <w:t>آپ اپنے اس میں کامیاب نہیں ہو سکتے۔</w:t>
      </w:r>
    </w:p>
    <w:p>
      <w:r>
        <w:rPr>
          <w:b/>
        </w:rPr>
        <w:t xml:space="preserve">[51:47] </w:t>
      </w:r>
      <w:r>
        <w:t>Yahan mein yeh kahunga</w:t>
      </w:r>
    </w:p>
    <w:p>
      <w:pPr>
        <w:jc w:val="right"/>
      </w:pPr>
      <w:r>
        <w:t>یہاں میں یہ کہوں گا</w:t>
      </w:r>
    </w:p>
    <w:p>
      <w:r>
        <w:rPr>
          <w:b/>
        </w:rPr>
        <w:t xml:space="preserve">[51:50] </w:t>
      </w:r>
      <w:r>
        <w:t>keh log aksar logon ko maine paya hai keh woh duplicity mein jeete hain.</w:t>
      </w:r>
    </w:p>
    <w:p>
      <w:pPr>
        <w:jc w:val="right"/>
      </w:pPr>
      <w:r>
        <w:t>کہ لوگ اکثر لوگوں کو میں نے پایا ہے کہ وہ ڈپلیسٹی میں جیتے ہیں۔</w:t>
      </w:r>
    </w:p>
    <w:p>
      <w:r>
        <w:rPr>
          <w:b/>
        </w:rPr>
        <w:t xml:space="preserve">[51:55] </w:t>
      </w:r>
      <w:r>
        <w:t>Apne jahan unka material interest ho, wahan toh woh yeh karte hain</w:t>
      </w:r>
    </w:p>
    <w:p>
      <w:pPr>
        <w:jc w:val="right"/>
      </w:pPr>
      <w:r>
        <w:t>اپنے جہاں ان کا مٹیریل انٹرسٹ ہو، وہاں تو وہ یہ کرتے ہیں</w:t>
      </w:r>
    </w:p>
    <w:p>
      <w:r>
        <w:rPr>
          <w:b/>
        </w:rPr>
        <w:t xml:space="preserve">[52:02] </w:t>
      </w:r>
      <w:r>
        <w:t>keh bohat zyada serious hote hain, bohat zyada serious hote hain,</w:t>
      </w:r>
    </w:p>
    <w:p>
      <w:pPr>
        <w:jc w:val="right"/>
      </w:pPr>
      <w:r>
        <w:t>کہ بہت زیادہ سیکین ہوتے ہیں، بہت زیادہ سیریس ہوتے ہیں،</w:t>
      </w:r>
    </w:p>
    <w:p>
      <w:r>
        <w:rPr>
          <w:b/>
        </w:rPr>
        <w:t xml:space="preserve">[52:08] </w:t>
      </w:r>
      <w:r>
        <w:t>aur bohat zyada samajh boojh ke sath kaam karte hain.</w:t>
      </w:r>
    </w:p>
    <w:p>
      <w:pPr>
        <w:jc w:val="right"/>
      </w:pPr>
      <w:r>
        <w:t>اور بہت زیادہ سمجھ بوجھ کے ساتھ کام کرتے ہیں۔</w:t>
      </w:r>
    </w:p>
    <w:p>
      <w:r>
        <w:rPr>
          <w:b/>
        </w:rPr>
        <w:t xml:space="preserve">[52:12] </w:t>
      </w:r>
      <w:r>
        <w:t>Lekin jahan spirituality ka mamla ho, toh wahan woh aisa nahi kar paate.</w:t>
      </w:r>
    </w:p>
    <w:p>
      <w:pPr>
        <w:jc w:val="right"/>
      </w:pPr>
      <w:r>
        <w:t>لیکن جہاں اسپیریچولٹی کا معاملہ ہو، تو وہاں وہ ایسا نہیں کر پاتے۔</w:t>
      </w:r>
    </w:p>
    <w:p>
      <w:r>
        <w:rPr>
          <w:b/>
        </w:rPr>
        <w:t xml:space="preserve">[52:18] </w:t>
      </w:r>
      <w:r>
        <w:t>Jaise mein ek misaal doon aap ko,</w:t>
      </w:r>
    </w:p>
    <w:p>
      <w:pPr>
        <w:jc w:val="right"/>
      </w:pPr>
      <w:r>
        <w:t>جیسے میں ایک مثال دوں آپ کو،</w:t>
      </w:r>
    </w:p>
    <w:p>
      <w:r>
        <w:rPr>
          <w:b/>
        </w:rPr>
        <w:t xml:space="preserve">[52:22] </w:t>
      </w:r>
      <w:r>
        <w:t>bohat pehle jab</w:t>
      </w:r>
    </w:p>
    <w:p>
      <w:pPr>
        <w:jc w:val="right"/>
      </w:pPr>
      <w:r>
        <w:t>بہت پہلے جب</w:t>
      </w:r>
    </w:p>
    <w:p>
      <w:r>
        <w:rPr>
          <w:b/>
        </w:rPr>
        <w:t xml:space="preserve">[52:29] </w:t>
      </w:r>
      <w:r>
        <w:t>communist empire ka dabdaba tha,</w:t>
      </w:r>
    </w:p>
    <w:p>
      <w:pPr>
        <w:jc w:val="right"/>
      </w:pPr>
      <w:r>
        <w:t>کمرسٹ ایمپائر کا دبدبہ تھا،</w:t>
      </w:r>
    </w:p>
    <w:p>
      <w:r>
        <w:rPr>
          <w:b/>
        </w:rPr>
        <w:t xml:space="preserve">[52:33] </w:t>
      </w:r>
      <w:r>
        <w:t>woh super war super power mana jata tha.</w:t>
      </w:r>
    </w:p>
    <w:p>
      <w:pPr>
        <w:jc w:val="right"/>
      </w:pPr>
      <w:r>
        <w:t>وہ سپر وار سپر پاور مانا جاتا تھا۔</w:t>
      </w:r>
    </w:p>
    <w:p>
      <w:r>
        <w:rPr>
          <w:b/>
        </w:rPr>
        <w:t xml:space="preserve">[52:36] </w:t>
      </w:r>
      <w:r>
        <w:t>Communist world, yani Soviet Union jis ko kehte the, us ko super power mana jata tha.</w:t>
      </w:r>
    </w:p>
    <w:p>
      <w:pPr>
        <w:jc w:val="right"/>
      </w:pPr>
      <w:r>
        <w:t>کمرسٹ ورلڈ، یعنی سوویت یونین جس کو کہتے تھے، اس کو سپر پاور مانا جاتا تھا۔</w:t>
      </w:r>
    </w:p>
    <w:p>
      <w:r>
        <w:rPr>
          <w:b/>
        </w:rPr>
        <w:t xml:space="preserve">[52:44] </w:t>
      </w:r>
      <w:r>
        <w:t>Us zamane ki baat hai, aur India</w:t>
      </w:r>
    </w:p>
    <w:p>
      <w:pPr>
        <w:jc w:val="right"/>
      </w:pPr>
      <w:r>
        <w:t>اس زمانے کی بات ہے، اور انڈیا</w:t>
      </w:r>
    </w:p>
    <w:p>
      <w:r>
        <w:rPr>
          <w:b/>
        </w:rPr>
        <w:t xml:space="preserve">[52:48] </w:t>
      </w:r>
      <w:r>
        <w:t>mein abhi independence aane ke baad socialistic pattern society ka</w:t>
      </w:r>
    </w:p>
    <w:p>
      <w:pPr>
        <w:jc w:val="right"/>
      </w:pPr>
      <w:r>
        <w:t>میں ابھی انڈیپینڈنس آنے کے بعد سوسیسٹک پیٹرن سوسائٹی کا</w:t>
      </w:r>
    </w:p>
    <w:p>
      <w:r>
        <w:rPr>
          <w:b/>
        </w:rPr>
        <w:t xml:space="preserve">[52:53] </w:t>
      </w:r>
      <w:r>
        <w:t>bohat yahan par zor tha, bohat charcha tha is ka.</w:t>
      </w:r>
    </w:p>
    <w:p>
      <w:pPr>
        <w:jc w:val="right"/>
      </w:pPr>
      <w:r>
        <w:t>بہت یہاں پر زور تھا، بہت چرچا تھا اس کا۔</w:t>
      </w:r>
    </w:p>
    <w:p>
      <w:r>
        <w:rPr>
          <w:b/>
        </w:rPr>
        <w:t xml:space="preserve">[52:56] </w:t>
      </w:r>
      <w:r>
        <w:t>Kyunke aap jante hain keh India mein yeh</w:t>
      </w:r>
    </w:p>
    <w:p>
      <w:pPr>
        <w:jc w:val="right"/>
      </w:pPr>
      <w:r>
        <w:t>کیونکہ آپ جانتے ہیں کہ انڈیا میں یہ</w:t>
      </w:r>
    </w:p>
    <w:p>
      <w:r>
        <w:rPr>
          <w:b/>
        </w:rPr>
        <w:t xml:space="preserve">[53:00] </w:t>
      </w:r>
      <w:r>
        <w:t>aazadi ke baad yeh tay kiya gaya tha ke hum socialist pattern society ka word diya tha, unhon</w:t>
      </w:r>
    </w:p>
    <w:p>
      <w:pPr>
        <w:jc w:val="right"/>
      </w:pPr>
      <w:r>
        <w:t>آزادی کے بعد یہ طے کیا گیا تھا کہ ہم سوشلسٹک پیٹرن سوسائٹی کا ورڈ دیا تھا، انہوں</w:t>
      </w:r>
    </w:p>
    <w:p>
      <w:r>
        <w:rPr>
          <w:b/>
        </w:rPr>
        <w:t xml:space="preserve">[53:06] </w:t>
      </w:r>
      <w:r>
        <w:t>ne ke hum yahan par socialist society banayenge.</w:t>
      </w:r>
    </w:p>
    <w:p>
      <w:pPr>
        <w:jc w:val="right"/>
      </w:pPr>
      <w:r>
        <w:t>نے کہ ہم یہاں پر سوشلسٹ سوسائٹی بنائیں گے۔</w:t>
      </w:r>
    </w:p>
    <w:p>
      <w:r>
        <w:rPr>
          <w:b/>
        </w:rPr>
        <w:t xml:space="preserve">[53:09] </w:t>
      </w:r>
      <w:r>
        <w:t>is zamanay mein ek team mere paas aayi,</w:t>
      </w:r>
    </w:p>
    <w:p>
      <w:pPr>
        <w:jc w:val="right"/>
      </w:pPr>
      <w:r>
        <w:t>اس زمانے میں ایک ٹیم میرے پاس آئی،</w:t>
      </w:r>
    </w:p>
    <w:p>
      <w:r>
        <w:rPr>
          <w:b/>
        </w:rPr>
        <w:t xml:space="preserve">[53:13] </w:t>
      </w:r>
      <w:r>
        <w:t>ek team aayi mere paas.</w:t>
      </w:r>
    </w:p>
    <w:p>
      <w:pPr>
        <w:jc w:val="right"/>
      </w:pPr>
      <w:r>
        <w:t>ایک ٹیم آئی میرے پاس۔</w:t>
      </w:r>
    </w:p>
    <w:p>
      <w:r>
        <w:rPr>
          <w:b/>
        </w:rPr>
        <w:t xml:space="preserve">[53:16] </w:t>
      </w:r>
      <w:r>
        <w:t>yeh team thi ek film company ki team thi.</w:t>
      </w:r>
    </w:p>
    <w:p>
      <w:pPr>
        <w:jc w:val="right"/>
      </w:pPr>
      <w:r>
        <w:t>یہ ٹیم تھی ایک فلم کمپنی کی ٹیم تھی۔</w:t>
      </w:r>
    </w:p>
    <w:p>
      <w:r>
        <w:rPr>
          <w:b/>
        </w:rPr>
        <w:t xml:space="preserve">[53:18] </w:t>
      </w:r>
      <w:r>
        <w:t>woh toh company ne ek film banayi thi jis mein</w:t>
      </w:r>
    </w:p>
    <w:p>
      <w:pPr>
        <w:jc w:val="right"/>
      </w:pPr>
      <w:r>
        <w:t>وہ تو کمپنی نے ایک فلم بنائی تھی جس میں</w:t>
      </w:r>
    </w:p>
    <w:p>
      <w:r>
        <w:rPr>
          <w:b/>
        </w:rPr>
        <w:t xml:space="preserve">[53:25] </w:t>
      </w:r>
      <w:r>
        <w:t>future India ko dikhaya gaya tha ke aazadi ke baad jo India banne wala hai, woh kya India</w:t>
      </w:r>
    </w:p>
    <w:p>
      <w:pPr>
        <w:jc w:val="right"/>
      </w:pPr>
      <w:r>
        <w:t>فیوچر انڈیا کو دکھایا گیا تھا کہ آزادی کے بعد جو انڈیا بننے والا ہے، وہ کیا انڈیا</w:t>
      </w:r>
    </w:p>
    <w:p>
      <w:r>
        <w:rPr>
          <w:b/>
        </w:rPr>
        <w:t xml:space="preserve">[53:30] </w:t>
      </w:r>
      <w:r>
        <w:t>hoga? future ka India.</w:t>
      </w:r>
    </w:p>
    <w:p>
      <w:pPr>
        <w:jc w:val="right"/>
      </w:pPr>
      <w:r>
        <w:t>ہوگا؟ فیوچر کا انڈیا۔</w:t>
      </w:r>
    </w:p>
    <w:p>
      <w:r>
        <w:rPr>
          <w:b/>
        </w:rPr>
        <w:t xml:space="preserve">[53:35] </w:t>
      </w:r>
      <w:r>
        <w:t>is mein unhon ne dikhaya tha ek gaon mein ghareebi ke bohat ghareeb log, ek gaon ke log</w:t>
      </w:r>
    </w:p>
    <w:p>
      <w:pPr>
        <w:jc w:val="right"/>
      </w:pPr>
      <w:r>
        <w:t>اس میں انہوں نے دکھایا تھا ایک گاؤں میں غریبی کہ بہت غریب لوگ، ایک گاؤں کے لوگ</w:t>
      </w:r>
    </w:p>
    <w:p>
      <w:r>
        <w:rPr>
          <w:b/>
        </w:rPr>
        <w:t xml:space="preserve">[53:41] </w:t>
      </w:r>
      <w:r>
        <w:t>bohat hi ghareeb ghareebi mein hain, aur yani har lehaz se woh pichray hue hain.</w:t>
      </w:r>
    </w:p>
    <w:p>
      <w:pPr>
        <w:jc w:val="right"/>
      </w:pPr>
      <w:r>
        <w:t>بہت ہی غریب غریبی میں ہیں، اور یعنی ہر لحاظ سے وہ پچھڑے ہوئے ہیں۔</w:t>
      </w:r>
    </w:p>
    <w:p>
      <w:r>
        <w:rPr>
          <w:b/>
        </w:rPr>
        <w:t xml:space="preserve">[53:48] </w:t>
      </w:r>
      <w:r>
        <w:t>woh yeh scene is mein dikhaya gaya tha.</w:t>
      </w:r>
    </w:p>
    <w:p>
      <w:pPr>
        <w:jc w:val="right"/>
      </w:pPr>
      <w:r>
        <w:t>وہ یہ سین اس میں دکھایا گیا تھا۔</w:t>
      </w:r>
    </w:p>
    <w:p>
      <w:r>
        <w:rPr>
          <w:b/>
        </w:rPr>
        <w:t xml:space="preserve">[53:52] </w:t>
      </w:r>
      <w:r>
        <w:t>toh woh aaye thay mere paas kis liye? mere paas is liye aaye thay</w:t>
      </w:r>
    </w:p>
    <w:p>
      <w:pPr>
        <w:jc w:val="right"/>
      </w:pPr>
      <w:r>
        <w:t>تو وہ آئے تھے میرے پاس کس لیے؟ میرے پاس اس لیے آئے تھے</w:t>
      </w:r>
    </w:p>
    <w:p>
      <w:r>
        <w:rPr>
          <w:b/>
        </w:rPr>
        <w:t xml:space="preserve">[53:57] </w:t>
      </w:r>
      <w:r>
        <w:t>ke woh un ke haan yeh yeh question tha ke hamari film das saal ke baad release hogi.</w:t>
      </w:r>
    </w:p>
    <w:p>
      <w:pPr>
        <w:jc w:val="right"/>
      </w:pPr>
      <w:r>
        <w:t>کہ وہ ان کے ہاں یہ یہ کوئسچن تھا کہ ہماری فلم دس سال کے بعد ریلیز ہوگی۔</w:t>
      </w:r>
    </w:p>
    <w:p>
      <w:r>
        <w:rPr>
          <w:b/>
        </w:rPr>
        <w:t xml:space="preserve">[54:04] </w:t>
      </w:r>
      <w:r>
        <w:t>abhi woh bana rahe thay, bana rahe thay, bana rahe thay.</w:t>
      </w:r>
    </w:p>
    <w:p>
      <w:pPr>
        <w:jc w:val="right"/>
      </w:pPr>
      <w:r>
        <w:t>ابھی وہ بنا رہے تھے، بنا رہے تھے، بنا رہے تھے۔</w:t>
      </w:r>
    </w:p>
    <w:p>
      <w:r>
        <w:rPr>
          <w:b/>
        </w:rPr>
        <w:t xml:space="preserve">[54:07] </w:t>
      </w:r>
      <w:r>
        <w:t>toh das saal ke baad woh release hogi.</w:t>
      </w:r>
    </w:p>
    <w:p>
      <w:pPr>
        <w:jc w:val="right"/>
      </w:pPr>
      <w:r>
        <w:t>تو دس سال کے بعد وہ ریلیز ہوگی۔</w:t>
      </w:r>
    </w:p>
    <w:p>
      <w:r>
        <w:rPr>
          <w:b/>
        </w:rPr>
        <w:t xml:space="preserve">[54:10] </w:t>
      </w:r>
      <w:r>
        <w:t>toh un ke haan ek question tha ke kya das saal ke baad India waise hi reh gaya?</w:t>
      </w:r>
    </w:p>
    <w:p>
      <w:pPr>
        <w:jc w:val="right"/>
      </w:pPr>
      <w:r>
        <w:t>تو ان کے ہاں ایک کوئسچن تھا کہ کیا دس سال کے بعد انڈیا ویسے ہی رہ گیا؟</w:t>
      </w:r>
    </w:p>
    <w:p>
      <w:r>
        <w:rPr>
          <w:b/>
        </w:rPr>
        <w:t xml:space="preserve">[54:15] </w:t>
      </w:r>
      <w:r>
        <w:t>hum dikhayenge film mein.</w:t>
      </w:r>
    </w:p>
    <w:p>
      <w:pPr>
        <w:jc w:val="right"/>
      </w:pPr>
      <w:r>
        <w:t>ہم دکھائیں گے فلم میں۔</w:t>
      </w:r>
    </w:p>
    <w:p>
      <w:r>
        <w:rPr>
          <w:b/>
        </w:rPr>
        <w:t xml:space="preserve">[54:17] </w:t>
      </w:r>
      <w:r>
        <w:t>aisa hai ke India bohat hi develop country ban chuka hoga, gaon mein khoob achi halat mein log</w:t>
      </w:r>
    </w:p>
    <w:p>
      <w:pPr>
        <w:jc w:val="right"/>
      </w:pPr>
      <w:r>
        <w:t>ایسا ہے کہ انڈیا بہت ہی ڈیولپ کنٹری بن چکا ہوگا، گاؤں میں خوب اچھی حالت میں لوگ</w:t>
      </w:r>
    </w:p>
    <w:p>
      <w:r>
        <w:rPr>
          <w:b/>
        </w:rPr>
        <w:t xml:space="preserve">[54:23] </w:t>
      </w:r>
      <w:r>
        <w:t>rah rahe honge.</w:t>
      </w:r>
    </w:p>
    <w:p>
      <w:pPr>
        <w:jc w:val="right"/>
      </w:pPr>
      <w:r>
        <w:t>رہ رہے ہوں گے۔</w:t>
      </w:r>
    </w:p>
    <w:p>
      <w:r>
        <w:rPr>
          <w:b/>
        </w:rPr>
        <w:t xml:space="preserve">[54:24] </w:t>
      </w:r>
      <w:r>
        <w:t>aisa toh nahi ho jayega.</w:t>
      </w:r>
    </w:p>
    <w:p>
      <w:pPr>
        <w:jc w:val="right"/>
      </w:pPr>
      <w:r>
        <w:t>ایسا تو نہیں ہو جائے گا۔</w:t>
      </w:r>
    </w:p>
    <w:p>
      <w:r>
        <w:rPr>
          <w:b/>
        </w:rPr>
        <w:t xml:space="preserve">[54:26] </w:t>
      </w:r>
      <w:r>
        <w:t>toh hamari film jo hai, us waqt logon ko yani lagega ke yeh toh bilkul</w:t>
      </w:r>
    </w:p>
    <w:p>
      <w:pPr>
        <w:jc w:val="right"/>
      </w:pPr>
      <w:r>
        <w:t>تو ہماری فلم جو ہے، اس وقت لوگوں کو یعنی لگے گا کہ یہ تو بالکل</w:t>
      </w:r>
    </w:p>
    <w:p>
      <w:r>
        <w:rPr>
          <w:b/>
        </w:rPr>
        <w:t xml:space="preserve">[54:32] </w:t>
      </w:r>
      <w:r>
        <w:t>mis fit hai India ke halaat ke lehaz se.</w:t>
      </w:r>
    </w:p>
    <w:p>
      <w:pPr>
        <w:jc w:val="right"/>
      </w:pPr>
      <w:r>
        <w:t>مس فٹ ہے انڈیا کے حالات کے لحاظ سے۔</w:t>
      </w:r>
    </w:p>
    <w:p>
      <w:r>
        <w:rPr>
          <w:b/>
        </w:rPr>
        <w:t xml:space="preserve">[54:36] </w:t>
      </w:r>
      <w:r>
        <w:t>toh un ko kyun aisa hua</w:t>
      </w:r>
    </w:p>
    <w:p>
      <w:pPr>
        <w:jc w:val="right"/>
      </w:pPr>
      <w:r>
        <w:t>تو ان کو کیوں ایسا ہوا</w:t>
      </w:r>
    </w:p>
    <w:p>
      <w:r>
        <w:rPr>
          <w:b/>
        </w:rPr>
        <w:t xml:space="preserve">[54:39] </w:t>
      </w:r>
      <w:r>
        <w:t>mere paas aane ka? ke maine 1955</w:t>
      </w:r>
    </w:p>
    <w:p>
      <w:pPr>
        <w:jc w:val="right"/>
      </w:pPr>
      <w:r>
        <w:t>میرے پاس آنے کا؟ کہ میں نے 1955</w:t>
      </w:r>
    </w:p>
    <w:p>
      <w:r>
        <w:rPr>
          <w:b/>
        </w:rPr>
        <w:t xml:space="preserve">[54:43] </w:t>
      </w:r>
      <w:r>
        <w:t>mein, 1955 mein ek book likhi thi.</w:t>
      </w:r>
    </w:p>
    <w:p>
      <w:pPr>
        <w:jc w:val="right"/>
      </w:pPr>
      <w:r>
        <w:t>میں، 1955 میں ایک بک لکھی تھی۔</w:t>
      </w:r>
    </w:p>
    <w:p>
      <w:r>
        <w:rPr>
          <w:b/>
        </w:rPr>
        <w:t xml:space="preserve">[54:49] </w:t>
      </w:r>
      <w:r>
        <w:t>is ka title tha "marasim</w:t>
      </w:r>
    </w:p>
    <w:p>
      <w:pPr>
        <w:jc w:val="right"/>
      </w:pPr>
      <w:r>
        <w:t>اس کا ٹائٹل تھا "مارسم</w:t>
      </w:r>
    </w:p>
    <w:p>
      <w:r>
        <w:rPr>
          <w:b/>
        </w:rPr>
        <w:t xml:space="preserve">[54:52] </w:t>
      </w:r>
      <w:r>
        <w:t>tareekh jis ko radd kar chuki hai",</w:t>
      </w:r>
    </w:p>
    <w:p>
      <w:pPr>
        <w:jc w:val="right"/>
      </w:pPr>
      <w:r>
        <w:t>تاریخ جس کو رد کر چکی ہے"،</w:t>
      </w:r>
    </w:p>
    <w:p>
      <w:r>
        <w:rPr>
          <w:b/>
        </w:rPr>
        <w:t xml:space="preserve">[54:55] </w:t>
      </w:r>
      <w:r>
        <w:t>"marasim rejected by history".</w:t>
      </w:r>
    </w:p>
    <w:p>
      <w:pPr>
        <w:jc w:val="right"/>
      </w:pPr>
      <w:r>
        <w:t>یعنی "مارسم ریجیکٹڈ بائی ہسٹری"۔</w:t>
      </w:r>
    </w:p>
    <w:p>
      <w:r>
        <w:rPr>
          <w:b/>
        </w:rPr>
        <w:t xml:space="preserve">[55:02] </w:t>
      </w:r>
      <w:r>
        <w:t>"marasim rejected by history" is waqt, yani 1955 mein, itna dabdaba tha communism ka ke log redicule karte</w:t>
      </w:r>
    </w:p>
    <w:p>
      <w:pPr>
        <w:jc w:val="right"/>
      </w:pPr>
      <w:r>
        <w:t>"مارسم ریجیکٹڈ بائی ہسٹری" اس وقت، یعنی 1955 میں، اتنا دبدبہ تھا کمیونزم کا کہ لوگ ریڈیکول کرتے</w:t>
      </w:r>
    </w:p>
    <w:p>
      <w:r>
        <w:rPr>
          <w:b/>
        </w:rPr>
        <w:t xml:space="preserve">[55:12] </w:t>
      </w:r>
      <w:r>
        <w:t>the hamare is title ko.</w:t>
      </w:r>
    </w:p>
    <w:p>
      <w:pPr>
        <w:jc w:val="right"/>
      </w:pPr>
      <w:r>
        <w:t>تھے ہمارے اس ٹائٹل کو۔</w:t>
      </w:r>
    </w:p>
    <w:p>
      <w:r>
        <w:rPr>
          <w:b/>
        </w:rPr>
        <w:t xml:space="preserve">[55:14] </w:t>
      </w:r>
      <w:r>
        <w:t>hamare jitne saathi the, woh mazaaq urate the ke itna zabardast is ka empire khara hua hai, aur</w:t>
      </w:r>
    </w:p>
    <w:p>
      <w:pPr>
        <w:jc w:val="right"/>
      </w:pPr>
      <w:r>
        <w:t>ہمارے جتنے ساتھی تھے، وہ مذاق اڑاتے تھے کہ اتنا زبردست اس کا ایمپائر کھڑا ہوا ہے، اور</w:t>
      </w:r>
    </w:p>
    <w:p>
      <w:r>
        <w:rPr>
          <w:b/>
        </w:rPr>
        <w:t xml:space="preserve">[55:22] </w:t>
      </w:r>
      <w:r>
        <w:t>itna wahan se jo paper aate the, jo wahan se magazine aate the, bari beautiful is mein</w:t>
      </w:r>
    </w:p>
    <w:p>
      <w:pPr>
        <w:jc w:val="right"/>
      </w:pPr>
      <w:r>
        <w:t>اتنا وہاں سے جو پیپر آتے تھے، جو وہاں سے میگزین آتے تھے، بڑی بیوٹی فل اس میں</w:t>
      </w:r>
    </w:p>
    <w:p>
      <w:r>
        <w:rPr>
          <w:b/>
        </w:rPr>
        <w:t xml:space="preserve">[55:28] </w:t>
      </w:r>
      <w:r>
        <w:t>picture hoti thi wahan ke gaon ki, wahan ke shehron ki, wahan ki society ki.</w:t>
      </w:r>
    </w:p>
    <w:p>
      <w:pPr>
        <w:jc w:val="right"/>
      </w:pPr>
      <w:r>
        <w:t>پکچر ہوتی تھی وہاں کے گاؤں کی، وہاں کے شہروں کی، وہاں کی سوسائٹی کی۔</w:t>
      </w:r>
    </w:p>
    <w:p>
      <w:r>
        <w:rPr>
          <w:b/>
        </w:rPr>
        <w:t xml:space="preserve">[55:32] </w:t>
      </w:r>
      <w:r>
        <w:t>log samajhte the ke wahan par koi paradise basi hui hai.</w:t>
      </w:r>
    </w:p>
    <w:p>
      <w:pPr>
        <w:jc w:val="right"/>
      </w:pPr>
      <w:r>
        <w:t>لوگ سمجھتے تھے کہ وہاں پر کوئی پیراڈائز بسی ہوئی ہے۔</w:t>
      </w:r>
    </w:p>
    <w:p>
      <w:r>
        <w:rPr>
          <w:b/>
        </w:rPr>
        <w:t xml:space="preserve">[55:36] </w:t>
      </w:r>
      <w:r>
        <w:t>is ko "red paradise" kaha jata tha.</w:t>
      </w:r>
    </w:p>
    <w:p>
      <w:pPr>
        <w:jc w:val="right"/>
      </w:pPr>
      <w:r>
        <w:t>اس کو "ریڈ پیراڈائز" کہا جاتا تھا۔</w:t>
      </w:r>
    </w:p>
    <w:p>
      <w:r>
        <w:rPr>
          <w:b/>
        </w:rPr>
        <w:t xml:space="preserve">[55:38] </w:t>
      </w:r>
      <w:r>
        <w:t>"red paradise" sir jannat.</w:t>
      </w:r>
    </w:p>
    <w:p>
      <w:pPr>
        <w:jc w:val="right"/>
      </w:pPr>
      <w:r>
        <w:t>"ریڈ پیراڈائز" سر جنت۔</w:t>
      </w:r>
    </w:p>
    <w:p>
      <w:r>
        <w:rPr>
          <w:b/>
        </w:rPr>
        <w:t xml:space="preserve">[55:42] </w:t>
      </w:r>
      <w:r>
        <w:t>is waqt mein ne yeh book likhi.</w:t>
      </w:r>
    </w:p>
    <w:p>
      <w:pPr>
        <w:jc w:val="right"/>
      </w:pPr>
      <w:r>
        <w:t>اس وقت میں نے یہ بک لکھی۔</w:t>
      </w:r>
    </w:p>
    <w:p>
      <w:r>
        <w:rPr>
          <w:b/>
        </w:rPr>
        <w:t xml:space="preserve">[55:46] </w:t>
      </w:r>
      <w:r>
        <w:t>"kum marasim rejected by history" in logon ko kahin se pata chala ke mein ne aisi book likhi</w:t>
      </w:r>
    </w:p>
    <w:p>
      <w:pPr>
        <w:jc w:val="right"/>
      </w:pPr>
      <w:r>
        <w:t>"کم مارسم ریجیکٹڈ بائی ہسٹری" ان لوگوں کو کہیں سے پتہ چلا کہ میں نے ایسی بک لکھی</w:t>
      </w:r>
    </w:p>
    <w:p>
      <w:r>
        <w:rPr>
          <w:b/>
        </w:rPr>
        <w:t xml:space="preserve">[55:52] </w:t>
      </w:r>
      <w:r>
        <w:t>hai, to woh mere paas aaye ke aap kaise aisa kehte hain ke marasim jo hai, woh</w:t>
      </w:r>
    </w:p>
    <w:p>
      <w:pPr>
        <w:jc w:val="right"/>
      </w:pPr>
      <w:r>
        <w:t>ہے، تو وہ میرے پاس آئے کہ آپ کیسے ایسا کہتے ہیں کہ مارسم جو ہے، وہ</w:t>
      </w:r>
    </w:p>
    <w:p>
      <w:r>
        <w:rPr>
          <w:b/>
        </w:rPr>
        <w:t xml:space="preserve">[56:00] </w:t>
      </w:r>
      <w:r>
        <w:t>reject ho jaye ga, woh zinda nahi rahe ga? to agarchay woh book urdu mein thi, aap dekhiye</w:t>
      </w:r>
    </w:p>
    <w:p>
      <w:pPr>
        <w:jc w:val="right"/>
      </w:pPr>
      <w:r>
        <w:t>ریجیکٹ ہو جائے گا، وہ زندہ نہیں رہے گا؟ تو اگرچہ وہ بک اردو میں تھی، آپ دیکھیے</w:t>
      </w:r>
    </w:p>
    <w:p>
      <w:r>
        <w:rPr>
          <w:b/>
        </w:rPr>
        <w:t xml:space="preserve">[56:08] </w:t>
      </w:r>
      <w:r>
        <w:t>ke sacha jo seeker hota hai, woh kaise jaan leta hai baaton ko.</w:t>
      </w:r>
    </w:p>
    <w:p>
      <w:pPr>
        <w:jc w:val="right"/>
      </w:pPr>
      <w:r>
        <w:t>کہ سچا جو سیکر ہوتا ہے، وہ کیسے جان لیتا ہے باتوں کو۔</w:t>
      </w:r>
    </w:p>
    <w:p>
      <w:r>
        <w:rPr>
          <w:b/>
        </w:rPr>
        <w:t xml:space="preserve">[56:14] </w:t>
      </w:r>
      <w:r>
        <w:t>yani woh sab log english janne wale log the, urdu nahi parh sakte the woh, lekin woh sache</w:t>
      </w:r>
    </w:p>
    <w:p>
      <w:pPr>
        <w:jc w:val="right"/>
      </w:pPr>
      <w:r>
        <w:t>یعنی وہ سب لوگ انگلش جاننے والے لوگ تھے، اردو نہیں پڑھ سکتے تھے وہ، لیکن وہ سچے</w:t>
      </w:r>
    </w:p>
    <w:p>
      <w:r>
        <w:rPr>
          <w:b/>
        </w:rPr>
        <w:t xml:space="preserve">[56:20] </w:t>
      </w:r>
      <w:r>
        <w:t>seeker the apne apne interest ke lehaz se.</w:t>
      </w:r>
    </w:p>
    <w:p>
      <w:pPr>
        <w:jc w:val="right"/>
      </w:pPr>
      <w:r>
        <w:t>سیکر تھے اپنے اپنے انٹرسٹ کے لحاظ سے۔</w:t>
      </w:r>
    </w:p>
    <w:p>
      <w:r>
        <w:rPr>
          <w:b/>
        </w:rPr>
        <w:t xml:space="preserve">[56:24] </w:t>
      </w:r>
      <w:r>
        <w:t>meri urdu book jo hai, un ko pata chal gaya ke koi aisa bhi insaan India mein hai</w:t>
      </w:r>
    </w:p>
    <w:p>
      <w:pPr>
        <w:jc w:val="right"/>
      </w:pPr>
      <w:r>
        <w:t>میری اردو بک جو ہے، ان کو پتہ چل گیا کہ کوئی ایسا بھی انسان انڈیا میں ہے</w:t>
      </w:r>
    </w:p>
    <w:p>
      <w:r>
        <w:rPr>
          <w:b/>
        </w:rPr>
        <w:t xml:space="preserve">[56:29] </w:t>
      </w:r>
      <w:r>
        <w:t>1955 mein, jabke aik aik taraf dabdaba tha Russia mein communism ka, doosre India mein is waqt Nehru</w:t>
      </w:r>
    </w:p>
    <w:p>
      <w:pPr>
        <w:jc w:val="right"/>
      </w:pPr>
      <w:r>
        <w:t>1955 میں، جبکہ ایک ایک طرف دبدبہ تھا روس میں کمیونزم کا، دوسرے انڈیا میں اس وقت نہرو</w:t>
      </w:r>
    </w:p>
    <w:p>
      <w:r>
        <w:rPr>
          <w:b/>
        </w:rPr>
        <w:t xml:space="preserve">[56:38] </w:t>
      </w:r>
      <w:r>
        <w:t>zinda the. bara dabdaba tha ke socialist society banne wali hai India mein, aur India mein yani har taraf</w:t>
      </w:r>
    </w:p>
    <w:p>
      <w:pPr>
        <w:jc w:val="right"/>
      </w:pPr>
      <w:r>
        <w:t>زندہ تھے۔ بڑا دبدبہ تھا کہ سوشلسٹ سوسائٹی بننے والی انڈیا میں، اور انڈیا میں یعنی ہر طرف</w:t>
      </w:r>
    </w:p>
    <w:p>
      <w:r>
        <w:rPr>
          <w:b/>
        </w:rPr>
        <w:t xml:space="preserve">[56:45] </w:t>
      </w:r>
      <w:r>
        <w:t>baagh aur bahaar ho jaye ga sab kuch.</w:t>
      </w:r>
    </w:p>
    <w:p>
      <w:pPr>
        <w:jc w:val="right"/>
      </w:pPr>
      <w:r>
        <w:t>باغ اور بہار ہو جائے گا سب کچھ۔</w:t>
      </w:r>
    </w:p>
    <w:p>
      <w:r>
        <w:rPr>
          <w:b/>
        </w:rPr>
        <w:t xml:space="preserve">[56:48] </w:t>
      </w:r>
      <w:r>
        <w:t>to yani international level par bhi aur national level par dono jagah aik bohat acha khwab dekh rahe</w:t>
      </w:r>
    </w:p>
    <w:p>
      <w:pPr>
        <w:jc w:val="right"/>
      </w:pPr>
      <w:r>
        <w:t>تو یعنی انٹرنیشنل لیول پر بھی اور نیشنل لیول پر دونوں جگہ ایک بہت اچھا خواب دیکھ رہے</w:t>
      </w:r>
    </w:p>
    <w:p>
      <w:r>
        <w:rPr>
          <w:b/>
        </w:rPr>
        <w:t xml:space="preserve">[56:54] </w:t>
      </w:r>
      <w:r>
        <w:t>the log, bohat hi golden dream.</w:t>
      </w:r>
    </w:p>
    <w:p>
      <w:pPr>
        <w:jc w:val="right"/>
      </w:pPr>
      <w:r>
        <w:t>تھے لوگ، بہت ہی گولڈن ڈریم۔</w:t>
      </w:r>
    </w:p>
    <w:p>
      <w:r>
        <w:rPr>
          <w:b/>
        </w:rPr>
        <w:t xml:space="preserve">[56:58] </w:t>
      </w:r>
      <w:r>
        <w:t>is waqt mein ne yeh kitab likhi</w:t>
      </w:r>
    </w:p>
    <w:p>
      <w:pPr>
        <w:jc w:val="right"/>
      </w:pPr>
      <w:r>
        <w:t>اس وقت میں نے یہ کتاب لکھی</w:t>
      </w:r>
    </w:p>
    <w:p>
      <w:r>
        <w:rPr>
          <w:b/>
        </w:rPr>
        <w:t xml:space="preserve">[57:03] </w:t>
      </w:r>
      <w:r>
        <w:t>to un ko yeh baat bohat anokhi lagi ke koi shakhs 1955 mein aisi book likh raha hai</w:t>
      </w:r>
    </w:p>
    <w:p>
      <w:pPr>
        <w:jc w:val="right"/>
      </w:pPr>
      <w:r>
        <w:t>تو ان کو یہ بات بہت انوکھی لگی کہ کوئی شخص 1955 میں ایسی بک لکھ رہا ہے</w:t>
      </w:r>
    </w:p>
    <w:p>
      <w:r>
        <w:rPr>
          <w:b/>
        </w:rPr>
        <w:t xml:space="preserve">[57:08] </w:t>
      </w:r>
      <w:r>
        <w:t>india mein baith kar ke.</w:t>
      </w:r>
    </w:p>
    <w:p>
      <w:pPr>
        <w:jc w:val="right"/>
      </w:pPr>
      <w:r>
        <w:t>انڈیا میں بیٹھ کر کے۔</w:t>
      </w:r>
    </w:p>
    <w:p>
      <w:r>
        <w:rPr>
          <w:b/>
        </w:rPr>
        <w:t xml:space="preserve">[57:09] </w:t>
      </w:r>
      <w:r>
        <w:t>to agarchay woh book urdu mein thi, lekin dhoondtay dhoondtay woh mere paas pohnch gaye.</w:t>
      </w:r>
    </w:p>
    <w:p>
      <w:pPr>
        <w:jc w:val="right"/>
      </w:pPr>
      <w:r>
        <w:t>تو اگرچہ وہ بک اردو میں تھی، لیکن ڈھونڈتے ڈھونڈتے وہ میرے پاس پہنچ گئے۔</w:t>
      </w:r>
    </w:p>
    <w:p>
      <w:r>
        <w:rPr>
          <w:b/>
        </w:rPr>
        <w:t xml:space="preserve">[57:16] </w:t>
      </w:r>
      <w:r>
        <w:t>to bahir jo kuch un se baat hui, woh hui.</w:t>
      </w:r>
    </w:p>
    <w:p>
      <w:pPr>
        <w:jc w:val="right"/>
      </w:pPr>
      <w:r>
        <w:t>تو باہر جو کچھ ان سے بات ہوئی، وہ ہوئی۔</w:t>
      </w:r>
    </w:p>
    <w:p>
      <w:r>
        <w:rPr>
          <w:b/>
        </w:rPr>
        <w:t xml:space="preserve">[57:19] </w:t>
      </w:r>
      <w:r>
        <w:t>mein sirf yeh keh raha hoon ke agar aadmi sacha seeker hai, sacha seeker hai, to woh zaroor</w:t>
      </w:r>
    </w:p>
    <w:p>
      <w:pPr>
        <w:jc w:val="right"/>
      </w:pPr>
      <w:r>
        <w:t>میں صرف یہ کہہ رہا ہوں کہ اگر آدمی سچا سیکر ہے، سچا سیکر ہے، تو وہ ضرور</w:t>
      </w:r>
    </w:p>
    <w:p>
      <w:r>
        <w:rPr>
          <w:b/>
        </w:rPr>
        <w:t xml:space="preserve">[57:25] </w:t>
      </w:r>
      <w:r>
        <w:t>pohnch kar rahe ga wahan.</w:t>
      </w:r>
    </w:p>
    <w:p>
      <w:pPr>
        <w:jc w:val="right"/>
      </w:pPr>
      <w:r>
        <w:t>پہنچ کر رہے گا وہاں۔</w:t>
      </w:r>
    </w:p>
    <w:p>
      <w:r>
        <w:rPr>
          <w:b/>
        </w:rPr>
        <w:t xml:space="preserve">[57:27] </w:t>
      </w:r>
      <w:r>
        <w:t>jaisa choti jo hai, choti aap jantay hain ke bohat door tak nahi dekh sakti, thora sa aagay</w:t>
      </w:r>
    </w:p>
    <w:p>
      <w:pPr>
        <w:jc w:val="right"/>
      </w:pPr>
      <w:r>
        <w:t>جیسا چوٹی جو ہے، چوٹی آپ جانتے ہیں کہ بہت دور تک نہیں دیکھ سکتی، تھوڑا سا آگے</w:t>
      </w:r>
    </w:p>
    <w:p>
      <w:r>
        <w:rPr>
          <w:b/>
        </w:rPr>
        <w:t xml:space="preserve">[57:33] </w:t>
      </w:r>
      <w:r>
        <w:t>tak dekhti hai bas.</w:t>
      </w:r>
    </w:p>
    <w:p>
      <w:pPr>
        <w:jc w:val="right"/>
      </w:pPr>
      <w:r>
        <w:t>تک دیکھتی ہے بس۔</w:t>
      </w:r>
    </w:p>
    <w:p>
      <w:r>
        <w:rPr>
          <w:b/>
        </w:rPr>
        <w:t xml:space="preserve">[57:35] </w:t>
      </w:r>
      <w:r>
        <w:t>lekin aap rakh dein</w:t>
      </w:r>
    </w:p>
    <w:p>
      <w:pPr>
        <w:jc w:val="right"/>
      </w:pPr>
      <w:r>
        <w:t>لیکن آپ رکھ دیں</w:t>
      </w:r>
    </w:p>
    <w:p>
      <w:r>
        <w:rPr>
          <w:b/>
        </w:rPr>
        <w:t xml:space="preserve">[57:38] </w:t>
      </w:r>
      <w:r>
        <w:t>aik aik furlong ke faaslay par shakar, woh us ko pata chal jaye ga wahan, woh pohnch jaye</w:t>
      </w:r>
    </w:p>
    <w:p>
      <w:pPr>
        <w:jc w:val="right"/>
      </w:pPr>
      <w:r>
        <w:t>ایک ایک فرلانگ کے فاصلے پر شکر، وہ اس کو پتہ چل جائے گا وہاں، وہ پہنچ جائے</w:t>
      </w:r>
    </w:p>
    <w:p>
      <w:r>
        <w:rPr>
          <w:b/>
        </w:rPr>
        <w:t xml:space="preserve">[57:43] </w:t>
      </w:r>
      <w:r>
        <w:t>gi wahan par.</w:t>
      </w:r>
    </w:p>
    <w:p>
      <w:pPr>
        <w:jc w:val="right"/>
      </w:pPr>
      <w:r>
        <w:t>گی وہاں پر۔</w:t>
      </w:r>
    </w:p>
    <w:p>
      <w:r>
        <w:rPr>
          <w:b/>
        </w:rPr>
        <w:t xml:space="preserve">[57:45] </w:t>
      </w:r>
      <w:r>
        <w:t>to true seeker jo hai, woh</w:t>
      </w:r>
    </w:p>
    <w:p>
      <w:pPr>
        <w:jc w:val="right"/>
      </w:pPr>
      <w:r>
        <w:t>تو ٹرو سیکر جو ہے، وہ</w:t>
      </w:r>
    </w:p>
    <w:p>
      <w:r>
        <w:rPr>
          <w:b/>
        </w:rPr>
        <w:t xml:space="preserve">[57:49] </w:t>
      </w:r>
      <w:r>
        <w:t>wahan pohnch kar rehta hai jahan us ke jo jahan us ki talash ka jawab hai.</w:t>
      </w:r>
    </w:p>
    <w:p>
      <w:pPr>
        <w:jc w:val="right"/>
      </w:pPr>
      <w:r>
        <w:t>وہاں پہنچ کر رہتا ہے جہاں اس کے جو جہاں اس کی تلاش کا جواب ہے۔</w:t>
      </w:r>
    </w:p>
    <w:p>
      <w:r>
        <w:rPr>
          <w:b/>
        </w:rPr>
        <w:t xml:space="preserve">[57:58] </w:t>
      </w:r>
      <w:r>
        <w:t>to mein yeh kahoon ga</w:t>
      </w:r>
    </w:p>
    <w:p>
      <w:pPr>
        <w:jc w:val="right"/>
      </w:pPr>
      <w:r>
        <w:t>تو میں یہ کہوں گا</w:t>
      </w:r>
    </w:p>
    <w:p>
      <w:r>
        <w:rPr>
          <w:b/>
        </w:rPr>
        <w:t xml:space="preserve">[58:01] </w:t>
      </w:r>
      <w:r>
        <w:t>ke rationalist banna bohat acha hai, lekin aap ko chahiye ke aap sachay rationalist banen.</w:t>
      </w:r>
    </w:p>
    <w:p>
      <w:pPr>
        <w:jc w:val="right"/>
      </w:pPr>
      <w:r>
        <w:t>کہ ریشنلسٹ بننا بہت اچھا ہے، لیکن آپ کو چاہیے کہ آپ سچے ریشنلسٹ بنیں۔</w:t>
      </w:r>
    </w:p>
    <w:p>
      <w:r>
        <w:rPr>
          <w:b/>
        </w:rPr>
        <w:t xml:space="preserve">[58:10] </w:t>
      </w:r>
      <w:r>
        <w:t>aur sacha rationalist woh hai jo apni deconditioning kare,</w:t>
      </w:r>
    </w:p>
    <w:p>
      <w:pPr>
        <w:jc w:val="right"/>
      </w:pPr>
      <w:r>
        <w:t>اور سچا ریشنلسٹ وہ ہے جو اپنی ڈی کنڈیشننگ کرے،</w:t>
      </w:r>
    </w:p>
    <w:p>
      <w:r>
        <w:rPr>
          <w:b/>
        </w:rPr>
        <w:t xml:space="preserve">[58:16] </w:t>
      </w:r>
      <w:r>
        <w:t>apne mind ko din bad din update karta rahe, har nai baat ko accept karne ke liye tayyar rahe,</w:t>
      </w:r>
    </w:p>
    <w:p>
      <w:pPr>
        <w:jc w:val="right"/>
      </w:pPr>
      <w:r>
        <w:t>اپنے مائنڈ کو دن بدن اپڈیٹ کرتا رہے، ہر نئی بات کو ایکسیپٹ کرنے کے لیے تیار رہے،</w:t>
      </w:r>
    </w:p>
    <w:p>
      <w:r>
        <w:rPr>
          <w:b/>
        </w:rPr>
        <w:t xml:space="preserve">[58:23] </w:t>
      </w:r>
      <w:r>
        <w:t>dhoond dhoond kar wahan tak pohnche jahan us ke liye yani material maujood hai.</w:t>
      </w:r>
    </w:p>
    <w:p>
      <w:pPr>
        <w:jc w:val="right"/>
      </w:pPr>
      <w:r>
        <w:t>ڈھونڈ ڈھونڈ کر وہاں تک پہنچے جہاں اس کے لیے یعنی مٹیریل موجود ہے۔</w:t>
      </w:r>
    </w:p>
    <w:p>
      <w:r>
        <w:rPr>
          <w:b/>
        </w:rPr>
        <w:t xml:space="preserve">[58:29] </w:t>
      </w:r>
      <w:r>
        <w:t>jaisay ke mein ne aik misaal di ke english janay walay log aik urdu writer ke paas pohnch</w:t>
      </w:r>
    </w:p>
    <w:p>
      <w:pPr>
        <w:jc w:val="right"/>
      </w:pPr>
      <w:r>
        <w:t>جیسے کہ میں نے ایک مثال دی کہ انگلش جانے والے لوگ ایک اردو رائٹر کے پاس پہنچ</w:t>
      </w:r>
    </w:p>
    <w:p>
      <w:r>
        <w:rPr>
          <w:b/>
        </w:rPr>
        <w:t xml:space="preserve">[58:33] </w:t>
      </w:r>
      <w:r>
        <w:t>gaye, unhon ne samjha ke yahan par koi bohat zabardast material mil sakta hai un ko.</w:t>
      </w:r>
    </w:p>
    <w:p>
      <w:pPr>
        <w:jc w:val="right"/>
      </w:pPr>
      <w:r>
        <w:t>گئے، انہوں نے سمجھا کہ یہاں پر کوئی بہت زبردست مٹیریل مل سکتا ہے ان کو۔</w:t>
      </w:r>
    </w:p>
    <w:p>
      <w:r>
        <w:rPr>
          <w:b/>
        </w:rPr>
        <w:t xml:space="preserve">[58:42] </w:t>
      </w:r>
      <w:r>
        <w:t>yeh hai true seeker, aur jo aadmi true seeker ho to us ke baray mein arabic mein aik</w:t>
      </w:r>
    </w:p>
    <w:p>
      <w:pPr>
        <w:jc w:val="right"/>
      </w:pPr>
      <w:r>
        <w:t>یہ ہے ٹرو سیکر، اور جو آدمی ٹرو سیکر ہو تو اس کے بارے میں عربک میں ایک</w:t>
      </w:r>
    </w:p>
    <w:p>
      <w:r>
        <w:rPr>
          <w:b/>
        </w:rPr>
        <w:t xml:space="preserve">[58:49] </w:t>
      </w:r>
      <w:r>
        <w:t>saying hai ke "man jaddah wajaddah"</w:t>
      </w:r>
    </w:p>
    <w:p>
      <w:pPr>
        <w:jc w:val="right"/>
      </w:pPr>
      <w:r>
        <w:t>سینگ ہے کہ "من جدہ وجدہ"</w:t>
      </w:r>
    </w:p>
    <w:p>
      <w:r>
        <w:rPr>
          <w:b/>
        </w:rPr>
        <w:t xml:space="preserve">[58:53] </w:t>
      </w:r>
      <w:r>
        <w:t>jo dhoondta hai woh pata hai.</w:t>
      </w:r>
    </w:p>
    <w:p>
      <w:pPr>
        <w:jc w:val="right"/>
      </w:pPr>
      <w:r>
        <w:t>جو ڈھونڈتا ہے وہ پاتا ہے۔</w:t>
      </w:r>
    </w:p>
    <w:p>
      <w:r>
        <w:rPr>
          <w:b/>
        </w:rPr>
        <w:t xml:space="preserve">[58:56] </w:t>
      </w:r>
      <w:r>
        <w:t>"man jaddah wajaddah"</w:t>
      </w:r>
    </w:p>
    <w:p>
      <w:pPr>
        <w:jc w:val="right"/>
      </w:pPr>
      <w:r>
        <w:t>"من جدہ وجدہ"</w:t>
      </w:r>
    </w:p>
    <w:p>
      <w:r>
        <w:rPr>
          <w:b/>
        </w:rPr>
        <w:t xml:space="preserve">[58:59] </w:t>
      </w:r>
      <w:r>
        <w:t>to agar aap true seeker hain, koi aadmi agar true seeker hai aur yeh sab condition poori kar</w:t>
      </w:r>
    </w:p>
    <w:p>
      <w:pPr>
        <w:jc w:val="right"/>
      </w:pPr>
      <w:r>
        <w:t>تو اگر آپ ٹرو سیکر ہیں، کوئی آدمی اگر ٹرو سیکر ہے اور یہ سب کنڈیشن پوری کر</w:t>
      </w:r>
    </w:p>
    <w:p>
      <w:r>
        <w:rPr>
          <w:b/>
        </w:rPr>
        <w:t xml:space="preserve">[59:06] </w:t>
      </w:r>
      <w:r>
        <w:t>raha hai, woh jo maine arz kiya to zaroor woh sachai ko pa kar rahe ga.</w:t>
      </w:r>
    </w:p>
    <w:p>
      <w:pPr>
        <w:jc w:val="right"/>
      </w:pPr>
      <w:r>
        <w:t>رہا ہے، وہ جو میں نے عرض کیا تو ضرور وہ سچائی کو پا کر رہے گا۔</w:t>
      </w:r>
    </w:p>
    <w:p>
      <w:r>
        <w:rPr>
          <w:b/>
        </w:rPr>
        <w:t xml:space="preserve">[59:13] </w:t>
      </w:r>
      <w:r>
        <w:t>aur jo aadmi sachai ko pa le, usi ke liye paradise hai,</w:t>
      </w:r>
    </w:p>
    <w:p>
      <w:pPr>
        <w:jc w:val="right"/>
      </w:pPr>
      <w:r>
        <w:t>اور جو آدمی سچائی کو پا لے، اسی کے لیے پیراڈائز ہے،</w:t>
      </w:r>
    </w:p>
    <w:p>
      <w:r>
        <w:rPr>
          <w:b/>
        </w:rPr>
        <w:t xml:space="preserve">[59:20] </w:t>
      </w:r>
      <w:r>
        <w:t>usi ke liye paradise hai.</w:t>
      </w:r>
    </w:p>
    <w:p>
      <w:pPr>
        <w:jc w:val="right"/>
      </w:pPr>
      <w:r>
        <w:t>اسی کے لیے پیراڈائز ہے۔</w:t>
      </w:r>
    </w:p>
    <w:p>
      <w:r>
        <w:rPr>
          <w:b/>
        </w:rPr>
        <w:t xml:space="preserve">[59:23] </w:t>
      </w:r>
      <w:r>
        <w:t>is se pehle main aap ko hadith sunai thi</w:t>
      </w:r>
    </w:p>
    <w:p>
      <w:pPr>
        <w:jc w:val="right"/>
      </w:pPr>
      <w:r>
        <w:t>اس سے پہلے میں آپ کو حدیث سنائی تھی</w:t>
      </w:r>
    </w:p>
    <w:p>
      <w:r>
        <w:rPr>
          <w:b/>
        </w:rPr>
        <w:t xml:space="preserve">[59:26] </w:t>
      </w:r>
      <w:r>
        <w:t>ke "kunt kundam makhfiya"</w:t>
      </w:r>
    </w:p>
    <w:p>
      <w:pPr>
        <w:jc w:val="right"/>
      </w:pPr>
      <w:r>
        <w:t>کہ "کنت کندم مخفیہ"</w:t>
      </w:r>
    </w:p>
    <w:p>
      <w:r>
        <w:rPr>
          <w:b/>
        </w:rPr>
        <w:t xml:space="preserve">[59:35] </w:t>
      </w:r>
      <w:r>
        <w:t>yani guard kehte hain ke "I was hidden treasure"</w:t>
      </w:r>
    </w:p>
    <w:p>
      <w:pPr>
        <w:jc w:val="right"/>
      </w:pPr>
      <w:r>
        <w:t>یعنی گارڈ کہتے ہیں کہ "آئی واز ہڈن ٹریژر"</w:t>
      </w:r>
    </w:p>
    <w:p>
      <w:r>
        <w:rPr>
          <w:b/>
        </w:rPr>
        <w:t xml:space="preserve">[59:40] </w:t>
      </w:r>
      <w:r>
        <w:t>deen "I wanted to be known"</w:t>
      </w:r>
    </w:p>
    <w:p>
      <w:pPr>
        <w:jc w:val="right"/>
      </w:pPr>
      <w:r>
        <w:t>دین "آئی وانٹڈ ٹو بی نون"</w:t>
      </w:r>
    </w:p>
    <w:p>
      <w:r>
        <w:rPr>
          <w:b/>
        </w:rPr>
        <w:t xml:space="preserve">[59:43] </w:t>
      </w:r>
      <w:r>
        <w:t>so "I created man"</w:t>
      </w:r>
    </w:p>
    <w:p>
      <w:pPr>
        <w:jc w:val="right"/>
      </w:pPr>
      <w:r>
        <w:t>سو "آئی کریٹڈ مین"</w:t>
      </w:r>
    </w:p>
    <w:p>
      <w:r>
        <w:rPr>
          <w:b/>
        </w:rPr>
        <w:t xml:space="preserve">[59:47] </w:t>
      </w:r>
      <w:r>
        <w:t>to insan ko paida karne ki gharaiz hi yeh hai ke woh sachai ko dhoonde, sachai ko paaye.</w:t>
      </w:r>
    </w:p>
    <w:p>
      <w:pPr>
        <w:jc w:val="right"/>
      </w:pPr>
      <w:r>
        <w:t>تو انسان کو پیدا کرنے کی غرض ہی یہ ہے کہ وہ سچائی کو ڈھونڈے، سچائی کو پائے۔</w:t>
      </w:r>
    </w:p>
    <w:p>
      <w:r>
        <w:rPr>
          <w:b/>
        </w:rPr>
        <w:t xml:space="preserve">[59:57] </w:t>
      </w:r>
      <w:r>
        <w:t>in spoken language mein sachai har taraf bol rahi hai, darakhton se, samundaron se, paharon se, suraj se,</w:t>
      </w:r>
    </w:p>
    <w:p>
      <w:pPr>
        <w:jc w:val="right"/>
      </w:pPr>
      <w:r>
        <w:t>ان اسپوکن لینگویج میں سچائی ہر طرف بول رہی ہے، درختوں سے، سمندروں سے، پہاڑوں سے، سورج سے،</w:t>
      </w:r>
    </w:p>
    <w:p>
      <w:r>
        <w:rPr>
          <w:b/>
        </w:rPr>
        <w:t xml:space="preserve">[1:00:04] </w:t>
      </w:r>
      <w:r>
        <w:t>har taraf bol rahi hai.</w:t>
      </w:r>
    </w:p>
    <w:p>
      <w:pPr>
        <w:jc w:val="right"/>
      </w:pPr>
      <w:r>
        <w:t>ہر طرف بول رہی ہے۔</w:t>
      </w:r>
    </w:p>
    <w:p>
      <w:r>
        <w:rPr>
          <w:b/>
        </w:rPr>
        <w:t xml:space="preserve">[1:00:05] </w:t>
      </w:r>
      <w:r>
        <w:t>spoken language میں پرافٹ کے ذریعے بتائی گئی ہے۔</w:t>
      </w:r>
    </w:p>
    <w:p>
      <w:pPr>
        <w:jc w:val="right"/>
      </w:pPr>
      <w:r>
        <w:t>اسپوکن لینگویج میں پرافٹ کے ذریعے بتائی گئی ہے۔</w:t>
      </w:r>
    </w:p>
    <w:p>
      <w:r>
        <w:rPr>
          <w:b/>
        </w:rPr>
        <w:t xml:space="preserve">[1:00:10] </w:t>
      </w:r>
      <w:r>
        <w:t>hamare hamare aap jaise log is ko har yani zubanen batate rehte hain.</w:t>
      </w:r>
    </w:p>
    <w:p>
      <w:pPr>
        <w:jc w:val="right"/>
      </w:pPr>
      <w:r>
        <w:t>ہمارے ہمارے آپ جیسے لوگ اس کو ہر یعنی زبانیں بتاتے رہتے ہیں۔</w:t>
      </w:r>
    </w:p>
    <w:p>
      <w:r>
        <w:rPr>
          <w:b/>
        </w:rPr>
        <w:t xml:space="preserve">[1:00:18] </w:t>
      </w:r>
      <w:r>
        <w:t>to is ko samajh lijiye ke sab se bara jo test insan ka hai, woh kya hai? ke</w:t>
      </w:r>
    </w:p>
    <w:p>
      <w:pPr>
        <w:jc w:val="right"/>
      </w:pPr>
      <w:r>
        <w:t>تو اس کو سمجھ لیجئے کہ سب سے بڑا جو ٹیسٹ انسان کا ہے، وہ کیا ہے؟ کہ</w:t>
      </w:r>
    </w:p>
    <w:p>
      <w:r>
        <w:rPr>
          <w:b/>
        </w:rPr>
        <w:t xml:space="preserve">[1:00:25] </w:t>
      </w:r>
      <w:r>
        <w:t>apne mind ko istemal karne kar ke sahi taur par istemal kar ke woh sachai ko discover kare.</w:t>
      </w:r>
    </w:p>
    <w:p>
      <w:pPr>
        <w:jc w:val="right"/>
      </w:pPr>
      <w:r>
        <w:t>اپنے مائنڈ کو استعمال کرنے کر کے صحیح طور پر استعمال کر کے وہ سچائی کو ڈسکور کرے۔</w:t>
      </w:r>
    </w:p>
    <w:p>
      <w:r>
        <w:rPr>
          <w:b/>
        </w:rPr>
        <w:t xml:space="preserve">[1:00:32] </w:t>
      </w:r>
      <w:r>
        <w:t>aur jab discovery ho jaye to ek second ka bhi yani is mein ruke baghair woh is ko</w:t>
      </w:r>
    </w:p>
    <w:p>
      <w:pPr>
        <w:jc w:val="right"/>
      </w:pPr>
      <w:r>
        <w:t>اور جب ڈسکوری ہو جائے تو ایک سیکنڈ کا بھی یعنی اس میں رکے بغیر وہ اس کو</w:t>
      </w:r>
    </w:p>
    <w:p>
      <w:r>
        <w:rPr>
          <w:b/>
        </w:rPr>
        <w:t xml:space="preserve">[1:00:40] </w:t>
      </w:r>
      <w:r>
        <w:t>maan le. is right method ko follow kar ke sachai tak pahunchna, aur sachai jab mil jaye to</w:t>
      </w:r>
    </w:p>
    <w:p>
      <w:pPr>
        <w:jc w:val="right"/>
      </w:pPr>
      <w:r>
        <w:t>مان لے۔ اس رائٹ میتھڈ کو فالو کر کے سچائی تک پہنچنا، اور سچائی جب مل جائے تو</w:t>
      </w:r>
    </w:p>
    <w:p>
      <w:r>
        <w:rPr>
          <w:b/>
        </w:rPr>
        <w:t xml:space="preserve">[1:00:49] </w:t>
      </w:r>
      <w:r>
        <w:t>us ko maan lena aur apni zindagi ko is mein daal dena.</w:t>
      </w:r>
    </w:p>
    <w:p>
      <w:pPr>
        <w:jc w:val="right"/>
      </w:pPr>
      <w:r>
        <w:t>اس کو مان لینا اور اپنی زندگی کو اس میں ڈال دینا۔</w:t>
      </w:r>
    </w:p>
    <w:p>
      <w:r>
        <w:rPr>
          <w:b/>
        </w:rPr>
        <w:t xml:space="preserve">[1:00:55] </w:t>
      </w:r>
      <w:r>
        <w:t>aur daal dene ki sab se bari pehchan yeh hai ke aadmi is ke baad woh woh ban</w:t>
      </w:r>
    </w:p>
    <w:p>
      <w:pPr>
        <w:jc w:val="right"/>
      </w:pPr>
      <w:r>
        <w:t>اور ڈال دینے کی سب سے بڑی پہچان یہ ہے کہ آدمی اس کے بعد وہ وہ بن</w:t>
      </w:r>
    </w:p>
    <w:p>
      <w:r>
        <w:rPr>
          <w:b/>
        </w:rPr>
        <w:t xml:space="preserve">[1:00:59] </w:t>
      </w:r>
      <w:r>
        <w:t>jata hai, is ke isi ka messenger, isi ka ambassador ban jata hai, jis ko hum daai kehte</w:t>
      </w:r>
    </w:p>
    <w:p>
      <w:pPr>
        <w:jc w:val="right"/>
      </w:pPr>
      <w:r>
        <w:t>جاتا ہے، اس کے اسی کا میسنجر، اسی کا ایمبیسڈر بن جاتا ہے، جس کو ہم داعی کہتے</w:t>
      </w:r>
    </w:p>
    <w:p>
      <w:r>
        <w:rPr>
          <w:b/>
        </w:rPr>
        <w:t xml:space="preserve">[1:01:04] </w:t>
      </w:r>
      <w:r>
        <w:t>hain. yani is ki zindagi ka mission ban jata hai ke yahi cheez jo maine pai hai,</w:t>
      </w:r>
    </w:p>
    <w:p>
      <w:pPr>
        <w:jc w:val="right"/>
      </w:pPr>
      <w:r>
        <w:t>ہیں۔ یعنی اس کی زندگی کا مشن بن جاتا ہے کہ یہی چیز جو میں نے پائی ہے،</w:t>
      </w:r>
    </w:p>
    <w:p>
      <w:r>
        <w:rPr>
          <w:b/>
        </w:rPr>
        <w:t xml:space="preserve">[1:01:09] </w:t>
      </w:r>
      <w:r>
        <w:t>main doosron ko bataon.</w:t>
      </w:r>
    </w:p>
    <w:p>
      <w:pPr>
        <w:jc w:val="right"/>
      </w:pPr>
      <w:r>
        <w:t>میں دوسروں کو بتاؤں۔</w:t>
      </w:r>
    </w:p>
    <w:p>
      <w:r>
        <w:rPr>
          <w:b/>
        </w:rPr>
        <w:t xml:space="preserve">[1:01:13] </w:t>
      </w:r>
      <w:r>
        <w:t>jo cheez maine pa li hai, main doosron ko bataon.</w:t>
      </w:r>
    </w:p>
    <w:p>
      <w:pPr>
        <w:jc w:val="right"/>
      </w:pPr>
      <w:r>
        <w:t>جو چیز میں نے پا لی ہے، میں دوسروں کو بتاؤں۔</w:t>
      </w:r>
    </w:p>
    <w:p>
      <w:r>
        <w:rPr>
          <w:b/>
        </w:rPr>
        <w:t xml:space="preserve">[1:01:16] </w:t>
      </w:r>
      <w:r>
        <w:t>yeh is ki pehchan hai ke agar aap ke andar daawa spirit na jaage to is ka matlab</w:t>
      </w:r>
    </w:p>
    <w:p>
      <w:pPr>
        <w:jc w:val="right"/>
      </w:pPr>
      <w:r>
        <w:t>یہ اس کی پہچان ہے کہ اگر آپ کے اندر دعویٰ اسپرٹ نہ جاگے تو اس کا معنی</w:t>
      </w:r>
    </w:p>
    <w:p>
      <w:r>
        <w:rPr>
          <w:b/>
        </w:rPr>
        <w:t xml:space="preserve">[1:01:23] </w:t>
      </w:r>
      <w:r>
        <w:t>ke aap ne sachai ko paya bhi nahi hai.</w:t>
      </w:r>
    </w:p>
    <w:p>
      <w:pPr>
        <w:jc w:val="right"/>
      </w:pPr>
      <w:r>
        <w:t>کہ آپ نے سچائی کو پایا بھی نہیں ہے۔</w:t>
      </w:r>
    </w:p>
    <w:p>
      <w:r>
        <w:rPr>
          <w:b/>
        </w:rPr>
        <w:t xml:space="preserve">[1:01:27] </w:t>
      </w:r>
      <w:r>
        <w:t>sachai ko paya bhi nahi hai.</w:t>
      </w:r>
    </w:p>
    <w:p>
      <w:pPr>
        <w:jc w:val="right"/>
      </w:pPr>
      <w:r>
        <w:t>سچائی کو پایا بھی نہیں ہے۔</w:t>
      </w:r>
    </w:p>
    <w:p>
      <w:r>
        <w:rPr>
          <w:b/>
        </w:rPr>
        <w:t xml:space="preserve">[1:01:31] </w:t>
      </w:r>
      <w:r>
        <w:t>supose dilli mein</w:t>
      </w:r>
    </w:p>
    <w:p>
      <w:pPr>
        <w:jc w:val="right"/>
      </w:pPr>
      <w:r>
        <w:t>سپوز دلی میں</w:t>
      </w:r>
    </w:p>
    <w:p>
      <w:r>
        <w:rPr>
          <w:b/>
        </w:rPr>
        <w:t xml:space="preserve">[1:01:34] </w:t>
      </w:r>
      <w:r>
        <w:t>atte ki sari dukanein band ho jayein, kahin atta nahi mil raha ho, sirf ek dukan kahin ho,</w:t>
      </w:r>
    </w:p>
    <w:p>
      <w:pPr>
        <w:jc w:val="right"/>
      </w:pPr>
      <w:r>
        <w:t>اٹے کی ساری دکانیں بند ہو جائیں، کہیں اٹا نہیں مل رہا ہو، صرف ایک دکان کہیں ہو،</w:t>
      </w:r>
    </w:p>
    <w:p>
      <w:r>
        <w:rPr>
          <w:b/>
        </w:rPr>
        <w:t xml:space="preserve">[1:01:39] </w:t>
      </w:r>
      <w:r>
        <w:t>bas wahin par atta milta ho, aur aap ko achaanak pata chal jaye ke bhai wahan atta mil</w:t>
      </w:r>
    </w:p>
    <w:p>
      <w:pPr>
        <w:jc w:val="right"/>
      </w:pPr>
      <w:r>
        <w:t>بس وہیں پر اٹا ملتا ہو، اور آپ کو اچانک پتہ چل جائے کہ بھئی وہاں اٹا مل</w:t>
      </w:r>
    </w:p>
    <w:p>
      <w:r>
        <w:rPr>
          <w:b/>
        </w:rPr>
        <w:t xml:space="preserve">[1:01:44] </w:t>
      </w:r>
      <w:r>
        <w:t>raha hai, to aap chahenge daud kar sare ko bataun jin gharon mein roti nahi pak rahi</w:t>
      </w:r>
    </w:p>
    <w:p>
      <w:pPr>
        <w:jc w:val="right"/>
      </w:pPr>
      <w:r>
        <w:t>رہا ہے، تو آپ چاہیں گے دوڑ کر سارے کو بتاؤں جن گھروں میں روٹی نہیں پک رہی</w:t>
      </w:r>
    </w:p>
    <w:p>
      <w:r>
        <w:rPr>
          <w:b/>
        </w:rPr>
        <w:t xml:space="preserve">[1:01:51] </w:t>
      </w:r>
      <w:r>
        <w:t>hai. Agar aap sach much aap ne jaana hai ke falan jagah atta mil raha hai, wahan itna</w:t>
      </w:r>
    </w:p>
    <w:p>
      <w:pPr>
        <w:jc w:val="right"/>
      </w:pPr>
      <w:r>
        <w:t>ہے۔ اگر آپ سچ مچ آپ نے جانا ہے کہ فلاں جگہ اٹا مل رہا ہے، وہاں اتنا</w:t>
      </w:r>
    </w:p>
    <w:p>
      <w:r>
        <w:rPr>
          <w:b/>
        </w:rPr>
        <w:t xml:space="preserve">[1:01:57] </w:t>
      </w:r>
      <w:r>
        <w:t>zyada atta hai ke sab sab ko feed kar sakta hai wo, to sab ko bataein ke jao</w:t>
      </w:r>
    </w:p>
    <w:p>
      <w:pPr>
        <w:jc w:val="right"/>
      </w:pPr>
      <w:r>
        <w:t>زیادہ اٹا ہے کہ سب سب کو فیڈ کر سکتا ہے وہ، تو سب کو بتائیں کہ جاؤ</w:t>
      </w:r>
    </w:p>
    <w:p>
      <w:r>
        <w:rPr>
          <w:b/>
        </w:rPr>
        <w:t xml:space="preserve">[1:02:02] </w:t>
      </w:r>
      <w:r>
        <w:t>wahan se atta lo aur roti bana kar khao.</w:t>
      </w:r>
    </w:p>
    <w:p>
      <w:pPr>
        <w:jc w:val="right"/>
      </w:pPr>
      <w:r>
        <w:t>وہاں سے اٹا لو اور روٹی بنا کر کھاؤ۔</w:t>
      </w:r>
    </w:p>
    <w:p>
      <w:r>
        <w:rPr>
          <w:b/>
        </w:rPr>
        <w:t xml:space="preserve">[1:02:07] </w:t>
      </w:r>
      <w:r>
        <w:t>to main samajhta hoon ke</w:t>
      </w:r>
    </w:p>
    <w:p>
      <w:pPr>
        <w:jc w:val="right"/>
      </w:pPr>
      <w:r>
        <w:t>تو میں سمجھتا ہوں کہ</w:t>
      </w:r>
    </w:p>
    <w:p>
      <w:r>
        <w:rPr>
          <w:b/>
        </w:rPr>
        <w:t xml:space="preserve">[1:02:10] </w:t>
      </w:r>
      <w:r>
        <w:t>sachai tak pahunchne ke liye</w:t>
      </w:r>
    </w:p>
    <w:p>
      <w:pPr>
        <w:jc w:val="right"/>
      </w:pPr>
      <w:r>
        <w:t>سچائی تک پہنچنے کے لیے</w:t>
      </w:r>
    </w:p>
    <w:p>
      <w:r>
        <w:rPr>
          <w:b/>
        </w:rPr>
        <w:t xml:space="preserve">[1:02:13] </w:t>
      </w:r>
      <w:r>
        <w:t>جس چیز کی ضرورت ہے، وہ ہے اپنی de-conditioning کرنا۔</w:t>
      </w:r>
    </w:p>
    <w:p>
      <w:pPr>
        <w:jc w:val="right"/>
      </w:pPr>
      <w:r>
        <w:t>جس چیز کی ضرورت ہے، وہ ہے اپنی ڈی کنڈیشننگ کرنا۔</w:t>
      </w:r>
    </w:p>
    <w:p>
      <w:r>
        <w:rPr>
          <w:b/>
        </w:rPr>
        <w:t xml:space="preserve">[1:02:16] </w:t>
      </w:r>
      <w:r>
        <w:t>aur sachai ko pa lene ke baad jo pehchan hai, wo yeh hai ke aap daai ban jayein,</w:t>
      </w:r>
    </w:p>
    <w:p>
      <w:pPr>
        <w:jc w:val="right"/>
      </w:pPr>
      <w:r>
        <w:t>اور سچائی کو پا لینے کے بعد جو پہچان ہے، وہ یہ ہے کہ آپ داعی بن جائیں،</w:t>
      </w:r>
    </w:p>
    <w:p>
      <w:r>
        <w:rPr>
          <w:b/>
        </w:rPr>
        <w:t xml:space="preserve">[1:02:22] </w:t>
      </w:r>
      <w:r>
        <w:t>aap messenger ban jayein, aap ambassador ban jayein.</w:t>
      </w:r>
    </w:p>
    <w:p>
      <w:pPr>
        <w:jc w:val="right"/>
      </w:pPr>
      <w:r>
        <w:t>آپ میسنجر بن جائیں، آپ ایمبیسڈر بن جائیں۔</w:t>
      </w:r>
    </w:p>
    <w:p>
      <w:r>
        <w:rPr>
          <w:b/>
        </w:rPr>
        <w:t xml:space="preserve">[1:02:25] </w:t>
      </w:r>
      <w:r>
        <w:t>aap ka supreme consent yeh ban jaye ke aap jis cheez ko aap ne paya hai, sari duniya</w:t>
      </w:r>
    </w:p>
    <w:p>
      <w:pPr>
        <w:jc w:val="right"/>
      </w:pPr>
      <w:r>
        <w:t>آپ کا سپریم کنسنٹ یہ بن جائے کہ آپ جس چیز کو آپ نے پایا ہے، ساری دنیا</w:t>
      </w:r>
    </w:p>
    <w:p>
      <w:r>
        <w:rPr>
          <w:b/>
        </w:rPr>
        <w:t xml:space="preserve">[1:02:30] </w:t>
      </w:r>
      <w:r>
        <w:t>ko use bata dein.</w:t>
      </w:r>
    </w:p>
    <w:p>
      <w:pPr>
        <w:jc w:val="right"/>
      </w:pPr>
      <w:r>
        <w:t>کو اسے بتا دیں۔</w:t>
      </w:r>
    </w:p>
    <w:p>
      <w:r>
        <w:rPr>
          <w:b/>
        </w:rPr>
        <w:t xml:space="preserve">[1:02:34] </w:t>
      </w:r>
      <w:r>
        <w:t>jaise wo eureka eureka wala jo waqia hai ke ek ek philosopher ko badshah ne kaha, wo pani</w:t>
      </w:r>
    </w:p>
    <w:p>
      <w:pPr>
        <w:jc w:val="right"/>
      </w:pPr>
      <w:r>
        <w:t>جیسے وہ یوریکا یوریکا والا جو واقعہ ہے کہ ایک ایک فلاسفر کو بادشاہ نے کہا، وہ پانی</w:t>
      </w:r>
    </w:p>
    <w:p>
      <w:r>
        <w:rPr>
          <w:b/>
        </w:rPr>
        <w:t xml:space="preserve">[1:02:44] </w:t>
      </w:r>
      <w:r>
        <w:t>ke bare mein, us ko ek is pani ka ilaj hota hai, use jaanna tha, jaanna tha is</w:t>
      </w:r>
    </w:p>
    <w:p>
      <w:pPr>
        <w:jc w:val="right"/>
      </w:pPr>
      <w:r>
        <w:t>کے بارے میں، اس کو ایک اس پانی کا علاج ہوتا ہے، اسے جاننا تھا، جاننا تھا اس</w:t>
      </w:r>
    </w:p>
    <w:p>
      <w:r>
        <w:rPr>
          <w:b/>
        </w:rPr>
        <w:t xml:space="preserve">[1:02:49] </w:t>
      </w:r>
      <w:r>
        <w:t>ko. To bohat din sochta raha, sochta raha.</w:t>
      </w:r>
    </w:p>
    <w:p>
      <w:pPr>
        <w:jc w:val="right"/>
      </w:pPr>
      <w:r>
        <w:t>کو۔ تو بہت دن سوچتا رہا، سوچتا رہا۔</w:t>
      </w:r>
    </w:p>
    <w:p>
      <w:r>
        <w:rPr>
          <w:b/>
        </w:rPr>
        <w:t xml:space="preserve">[1:02:52] </w:t>
      </w:r>
      <w:r>
        <w:t>ek din jo tub mein naha raha tha, to us ko us waqt us ko discovery ho gayi</w:t>
      </w:r>
    </w:p>
    <w:p>
      <w:pPr>
        <w:jc w:val="right"/>
      </w:pPr>
      <w:r>
        <w:t>ایک دن جو ٹب میں نہا رہا تھا، تو اس کو اس وقت اس کو ڈسکوری ہو گئی</w:t>
      </w:r>
    </w:p>
    <w:p>
      <w:r>
        <w:rPr>
          <w:b/>
        </w:rPr>
        <w:t xml:space="preserve">[1:02:57] </w:t>
      </w:r>
      <w:r>
        <w:t>ke yeh hai pani ka ilaj.</w:t>
      </w:r>
    </w:p>
    <w:p>
      <w:pPr>
        <w:jc w:val="right"/>
      </w:pPr>
      <w:r>
        <w:t>کہ یہ ہے پانی کا علاج۔</w:t>
      </w:r>
    </w:p>
    <w:p>
      <w:r>
        <w:rPr>
          <w:b/>
        </w:rPr>
        <w:t xml:space="preserve">[1:02:59] </w:t>
      </w:r>
      <w:r>
        <w:t>to wo baghair kapra paaye nanga hi bhaga, yeh kehta hua ke eureka eureka, main ne pa liya,</w:t>
      </w:r>
    </w:p>
    <w:p>
      <w:pPr>
        <w:jc w:val="right"/>
      </w:pPr>
      <w:r>
        <w:t>تو وہ بغیر کپڑا پائے ننگا ہی بھاگا، یہ کہتا ہوا کہ یوریکا یوریکا، میں نے پا لیا،</w:t>
      </w:r>
    </w:p>
    <w:p>
      <w:r>
        <w:rPr>
          <w:b/>
        </w:rPr>
        <w:t xml:space="preserve">[1:03:05] </w:t>
      </w:r>
      <w:r>
        <w:t>main ne pa liya.</w:t>
      </w:r>
    </w:p>
    <w:p>
      <w:pPr>
        <w:jc w:val="right"/>
      </w:pPr>
      <w:r>
        <w:t>میں نے پا لیا۔</w:t>
      </w:r>
    </w:p>
    <w:p>
      <w:r>
        <w:rPr>
          <w:b/>
        </w:rPr>
        <w:t xml:space="preserve">[1:03:08] </w:t>
      </w:r>
      <w:r>
        <w:t>to main ne arz kiya ke sacha</w:t>
      </w:r>
    </w:p>
    <w:p>
      <w:pPr>
        <w:jc w:val="right"/>
      </w:pPr>
      <w:r>
        <w:t>تو میں نے عرض کیا کہ سچا</w:t>
      </w:r>
    </w:p>
    <w:p>
      <w:r>
        <w:rPr>
          <w:b/>
        </w:rPr>
        <w:t xml:space="preserve">[1:03:11] </w:t>
      </w:r>
      <w:r>
        <w:t>seeker wo hai jo har waqt tayyar rahe is is ke liye ke jo bhi baat</w:t>
      </w:r>
    </w:p>
    <w:p>
      <w:pPr>
        <w:jc w:val="right"/>
      </w:pPr>
      <w:r>
        <w:t>سیکر وہ ہے جو ہر وقت تیار رہے اس اس کے لیے کہ جو بھی بات</w:t>
      </w:r>
    </w:p>
    <w:p>
      <w:r>
        <w:rPr>
          <w:b/>
        </w:rPr>
        <w:t xml:space="preserve">[1:03:20] </w:t>
      </w:r>
      <w:r>
        <w:t>us ke samne aayegi</w:t>
      </w:r>
    </w:p>
    <w:p>
      <w:pPr>
        <w:jc w:val="right"/>
      </w:pPr>
      <w:r>
        <w:t>اس کے سامنے آئے گی</w:t>
      </w:r>
    </w:p>
    <w:p>
      <w:r>
        <w:rPr>
          <w:b/>
        </w:rPr>
        <w:t xml:space="preserve">[1:03:23] </w:t>
      </w:r>
      <w:r>
        <w:t>تو یہ نہیں سوچے گا کہ میرے against میں ہے، میرے favor میں ہے، یا مجھے یہ کہنا</w:t>
      </w:r>
    </w:p>
    <w:p>
      <w:pPr>
        <w:jc w:val="right"/>
      </w:pPr>
      <w:r>
        <w:t>تو یہ نہیں سوچے گا کہ میرے اگینسٹ میں ہے، میرے فیور میں ہے، یا مجھے یہ کہنا</w:t>
      </w:r>
    </w:p>
    <w:p>
      <w:r>
        <w:rPr>
          <w:b/>
        </w:rPr>
        <w:t xml:space="preserve">[1:03:29] </w:t>
      </w:r>
      <w:r>
        <w:t>parh raha hai ke i was wrong.</w:t>
      </w:r>
    </w:p>
    <w:p>
      <w:pPr>
        <w:jc w:val="right"/>
      </w:pPr>
      <w:r>
        <w:t>پڑ رہا ہے کہ آئی واز رونگ۔</w:t>
      </w:r>
    </w:p>
    <w:p>
      <w:r>
        <w:rPr>
          <w:b/>
        </w:rPr>
        <w:t xml:space="preserve">[1:03:31] </w:t>
      </w:r>
      <w:r>
        <w:t>yeh sab baton ka dhiyan kiye baghair wo jam kar ke us ko le lega.</w:t>
      </w:r>
    </w:p>
    <w:p>
      <w:pPr>
        <w:jc w:val="right"/>
      </w:pPr>
      <w:r>
        <w:t>یہ سب باتوں کا دھیان کیے بغیر وہ جم کر کے اس کو لے لے گا۔</w:t>
      </w:r>
    </w:p>
    <w:p>
      <w:r>
        <w:rPr>
          <w:b/>
        </w:rPr>
        <w:t xml:space="preserve">[1:03:36] </w:t>
      </w:r>
      <w:r>
        <w:t>aur phir is ke baad is ki pehchan yeh hai ke woh sacha messenger,</w:t>
      </w:r>
    </w:p>
    <w:p>
      <w:pPr>
        <w:jc w:val="right"/>
      </w:pPr>
      <w:r>
        <w:t>اور پھر اس کے بعد اس کی پہچان یہ ہے کہ وہ سچا میسنجر،</w:t>
      </w:r>
    </w:p>
    <w:p>
      <w:r>
        <w:rPr>
          <w:b/>
        </w:rPr>
        <w:t xml:space="preserve">[1:03:42] </w:t>
      </w:r>
      <w:r>
        <w:t>sacha ambassador ban jaye jayega.</w:t>
      </w:r>
    </w:p>
    <w:p>
      <w:pPr>
        <w:jc w:val="right"/>
      </w:pPr>
      <w:r>
        <w:t>سچا ایمبیسڈر بن جائے جائے گا۔</w:t>
      </w:r>
    </w:p>
    <w:p>
      <w:r>
        <w:rPr>
          <w:b/>
        </w:rPr>
        <w:t xml:space="preserve">[1:03:44] </w:t>
      </w:r>
      <w:r>
        <w:t>jaise rasool Allah ko jab prophet banaya gaya to aap aaye</w:t>
      </w:r>
    </w:p>
    <w:p>
      <w:pPr>
        <w:jc w:val="right"/>
      </w:pPr>
      <w:r>
        <w:t>جیسے رسول اللہ کو جب پرافٹ بنایا گیا تو آپ آئے</w:t>
      </w:r>
    </w:p>
    <w:p>
      <w:r>
        <w:rPr>
          <w:b/>
        </w:rPr>
        <w:t xml:space="preserve">[1:03:50] </w:t>
      </w:r>
      <w:r>
        <w:t>yani kiwa fra se ghar mein to aap ki jo wife thi khadijah, to unhon ne kai din</w:t>
      </w:r>
    </w:p>
    <w:p>
      <w:pPr>
        <w:jc w:val="right"/>
      </w:pPr>
      <w:r>
        <w:t>یعنی کیوا فرا سے گھر میں تو آپ کی جو وائف تھی خدیجہ، تو انہوں نے کئی دن</w:t>
      </w:r>
    </w:p>
    <w:p>
      <w:r>
        <w:rPr>
          <w:b/>
        </w:rPr>
        <w:t xml:space="preserve">[1:03:59] </w:t>
      </w:r>
      <w:r>
        <w:t>ke baad aap aaye the to unhon ne woh</w:t>
      </w:r>
    </w:p>
    <w:p>
      <w:pPr>
        <w:jc w:val="right"/>
      </w:pPr>
      <w:r>
        <w:t>کے بعد آپ آئے تھے تو انہوں نے وہ</w:t>
      </w:r>
    </w:p>
    <w:p>
      <w:r>
        <w:rPr>
          <w:b/>
        </w:rPr>
        <w:t xml:space="preserve">[1:04:04] </w:t>
      </w:r>
      <w:r>
        <w:t>bed jo jahan sote the, woh is ko bichha diya aur kaha ke haan aap aram kar lijiyey.</w:t>
      </w:r>
    </w:p>
    <w:p>
      <w:pPr>
        <w:jc w:val="right"/>
      </w:pPr>
      <w:r>
        <w:t>بیڈ جو جہاں سوتے تھے، وہ اس کو بچھا دیا اور کہا کہ ہاں آپ آرام کر لیجئے۔</w:t>
      </w:r>
    </w:p>
    <w:p>
      <w:r>
        <w:rPr>
          <w:b/>
        </w:rPr>
        <w:t xml:space="preserve">[1:04:13] </w:t>
      </w:r>
      <w:r>
        <w:t>to aap ne kaha ke anar raha ya khadijah,</w:t>
      </w:r>
    </w:p>
    <w:p>
      <w:pPr>
        <w:jc w:val="right"/>
      </w:pPr>
      <w:r>
        <w:t>تو آپ نے کہا کہ اینر رہا یا خدیجہ،</w:t>
      </w:r>
    </w:p>
    <w:p>
      <w:r>
        <w:rPr>
          <w:b/>
        </w:rPr>
        <w:t xml:space="preserve">[1:04:17] </w:t>
      </w:r>
      <w:r>
        <w:t>anar raha ya khadijah, aye khadijah aap aram kahan,</w:t>
      </w:r>
    </w:p>
    <w:p>
      <w:pPr>
        <w:jc w:val="right"/>
      </w:pPr>
      <w:r>
        <w:t>اینر رہا یا خدیجہ، اے خدیجہ آپ آرام کہاں،</w:t>
      </w:r>
    </w:p>
    <w:p>
      <w:r>
        <w:rPr>
          <w:b/>
        </w:rPr>
        <w:t xml:space="preserve">[1:04:24] </w:t>
      </w:r>
      <w:r>
        <w:t>aye khadijah aap aram kahan.</w:t>
      </w:r>
    </w:p>
    <w:p>
      <w:pPr>
        <w:jc w:val="right"/>
      </w:pPr>
      <w:r>
        <w:t>اے خدیجہ آپ آرام کہاں۔</w:t>
      </w:r>
    </w:p>
    <w:p>
      <w:r>
        <w:rPr>
          <w:b/>
        </w:rPr>
        <w:t xml:space="preserve">[1:04:28] </w:t>
      </w:r>
      <w:r>
        <w:t>yani jab sachai ki discovery mujhe ho gayi to ab to mujhe sachai ko pahunchane mein raat din</w:t>
      </w:r>
    </w:p>
    <w:p>
      <w:pPr>
        <w:jc w:val="right"/>
      </w:pPr>
      <w:r>
        <w:t>یعنی جب سچائی کی ڈسکوری مجھے ہو گئی تو اب تو مجھے سچائی کو پہنچانے میں رات دن</w:t>
      </w:r>
    </w:p>
    <w:p>
      <w:r>
        <w:rPr>
          <w:b/>
        </w:rPr>
        <w:t xml:space="preserve">[1:04:33] </w:t>
      </w:r>
      <w:r>
        <w:t>laga dena hai.</w:t>
      </w:r>
    </w:p>
    <w:p>
      <w:pPr>
        <w:jc w:val="right"/>
      </w:pPr>
      <w:r>
        <w:t>لگا دینا ہے۔</w:t>
      </w:r>
    </w:p>
    <w:p>
      <w:r>
        <w:rPr>
          <w:b/>
        </w:rPr>
        <w:t xml:space="preserve">[1:04:36] </w:t>
      </w:r>
      <w:r>
        <w:t>mein bhatka hua tha to Khuda ne mujhe sachai de di.</w:t>
      </w:r>
    </w:p>
    <w:p>
      <w:pPr>
        <w:jc w:val="right"/>
      </w:pPr>
      <w:r>
        <w:t>میں بھٹکا ہوا تھا تو خدا نے مجھے سچائی دے دی۔</w:t>
      </w:r>
    </w:p>
    <w:p>
      <w:r>
        <w:rPr>
          <w:b/>
        </w:rPr>
        <w:t xml:space="preserve">[1:04:40] </w:t>
      </w:r>
      <w:r>
        <w:t>Quran mein ek woh tha ke zal fahda ke tum bhatke hue the to Khuda ne tumhein rasta</w:t>
      </w:r>
    </w:p>
    <w:p>
      <w:pPr>
        <w:jc w:val="right"/>
      </w:pPr>
      <w:r>
        <w:t>قرآن میں ایک وہ تھا کہ ظال فہدا کہ تم بھٹکے ہوئے تھے تو خدا نے تمہیں راستہ</w:t>
      </w:r>
    </w:p>
    <w:p>
      <w:r>
        <w:rPr>
          <w:b/>
        </w:rPr>
        <w:t xml:space="preserve">[1:04:46] </w:t>
      </w:r>
      <w:r>
        <w:t>dikha diya. To aap ne farmaya ke anar raha ya khadijah, ab kahan rahat hai, ab kahan aram</w:t>
      </w:r>
    </w:p>
    <w:p>
      <w:pPr>
        <w:jc w:val="right"/>
      </w:pPr>
      <w:r>
        <w:t>دکھا دیا۔ تو آپ نے فرمایا کہ اینر رہا یا خدیجہ، اب کہاں راحت ہے، اب کہاں آرام</w:t>
      </w:r>
    </w:p>
    <w:p>
      <w:r>
        <w:rPr>
          <w:b/>
        </w:rPr>
        <w:t xml:space="preserve">[1:04:53] </w:t>
      </w:r>
      <w:r>
        <w:t>hai, ab to mujhe raat din ek kar ke sari duniya ko bata dena hai ke dekho yeh</w:t>
      </w:r>
    </w:p>
    <w:p>
      <w:pPr>
        <w:jc w:val="right"/>
      </w:pPr>
      <w:r>
        <w:t>ہے، اب تو مجھے رات دن ایک کر کے ساری دنیا کو بتا دینا ہے کہ دیکھو یہ</w:t>
      </w:r>
    </w:p>
    <w:p>
      <w:r>
        <w:rPr>
          <w:b/>
        </w:rPr>
        <w:t xml:space="preserve">[1:04:59] </w:t>
      </w:r>
      <w:r>
        <w:t>sachai hai, yeh sachai hai, yeh sachai hai.</w:t>
      </w:r>
    </w:p>
    <w:p>
      <w:pPr>
        <w:jc w:val="right"/>
      </w:pPr>
      <w:r>
        <w:t>سچائی ہے، یہ سچائی ہے، یہ سچائی ہے۔</w:t>
      </w:r>
    </w:p>
    <w:p>
      <w:r>
        <w:rPr>
          <w:b/>
        </w:rPr>
        <w:t xml:space="preserve">[1:05:05] </w:t>
      </w:r>
      <w:r>
        <w:t>to yeh hai</w:t>
      </w:r>
    </w:p>
    <w:p>
      <w:pPr>
        <w:jc w:val="right"/>
      </w:pPr>
      <w:r>
        <w:t>تو یہ ہے</w:t>
      </w:r>
    </w:p>
    <w:p>
      <w:r>
        <w:rPr>
          <w:b/>
        </w:rPr>
        <w:t xml:space="preserve">[1:05:07] </w:t>
      </w:r>
      <w:r>
        <w:t>sachay secr ki pehchan, aur yeh hai jo aadmi sachai ko pa le, uska</w:t>
      </w:r>
    </w:p>
    <w:p>
      <w:pPr>
        <w:jc w:val="right"/>
      </w:pPr>
      <w:r>
        <w:t>سچے سیکر کی پہچان، اور یہ ہے جو آدمی سچائی کو پا لے، اس کا</w:t>
      </w:r>
    </w:p>
    <w:p>
      <w:r>
        <w:rPr>
          <w:b/>
        </w:rPr>
        <w:t xml:space="preserve">[1:05:18] </w:t>
      </w:r>
      <w:r>
        <w:t>iski pehchan.</w:t>
      </w:r>
    </w:p>
    <w:p>
      <w:pPr>
        <w:jc w:val="right"/>
      </w:pPr>
      <w:r>
        <w:t>اس کی پہچان۔</w:t>
      </w:r>
    </w:p>
    <w:p>
      <w:r>
        <w:rPr>
          <w:b/>
        </w:rPr>
        <w:t xml:space="preserve">[1:05:20] </w:t>
      </w:r>
      <w:r>
        <w:t>meri dua hai ke Allah taala hum sab ko</w:t>
      </w:r>
    </w:p>
    <w:p>
      <w:pPr>
        <w:jc w:val="right"/>
      </w:pPr>
      <w:r>
        <w:t>میری دعا ہے کہ اللہ تعالی ہم سب کو</w:t>
      </w:r>
    </w:p>
    <w:p>
      <w:r>
        <w:rPr>
          <w:b/>
        </w:rPr>
        <w:t xml:space="preserve">[1:05:23] </w:t>
      </w:r>
      <w:r>
        <w:t>sachai ka rasta dikhaye,</w:t>
      </w:r>
    </w:p>
    <w:p>
      <w:pPr>
        <w:jc w:val="right"/>
      </w:pPr>
      <w:r>
        <w:t>سچائی کا راستہ دکھائے،</w:t>
      </w:r>
    </w:p>
    <w:p>
      <w:r>
        <w:rPr>
          <w:b/>
        </w:rPr>
        <w:t xml:space="preserve">[1:05:26] </w:t>
      </w:r>
      <w:r>
        <w:t>aur hum sab ko</w:t>
      </w:r>
    </w:p>
    <w:p>
      <w:pPr>
        <w:jc w:val="right"/>
      </w:pPr>
      <w:r>
        <w:t>اور ہم سب کو</w:t>
      </w:r>
    </w:p>
    <w:p>
      <w:r>
        <w:rPr>
          <w:b/>
        </w:rPr>
        <w:t xml:space="preserve">[1:05:30] </w:t>
      </w:r>
      <w:r>
        <w:t>yeh himmat de</w:t>
      </w:r>
    </w:p>
    <w:p>
      <w:pPr>
        <w:jc w:val="right"/>
      </w:pPr>
      <w:r>
        <w:t>یہ ہمت دے</w:t>
      </w:r>
    </w:p>
    <w:p>
      <w:r>
        <w:rPr>
          <w:b/>
        </w:rPr>
        <w:t xml:space="preserve">[1:05:33] </w:t>
      </w:r>
      <w:r>
        <w:t>ke sachai ko pane ke liye hum har sacrifice ke liye tayyar rahen.</w:t>
      </w:r>
    </w:p>
    <w:p>
      <w:pPr>
        <w:jc w:val="right"/>
      </w:pPr>
      <w:r>
        <w:t>کہ سچائی کو پانے کے لیے ہم ہر سیکریفائس کے لیے تیار رہیں۔</w:t>
      </w:r>
    </w:p>
    <w:p>
      <w:r>
        <w:rPr>
          <w:b/>
        </w:rPr>
        <w:t xml:space="preserve">[1:05:39] </w:t>
      </w:r>
      <w:r>
        <w:t>sacrifice se murad hai intellectual sacrifice,</w:t>
      </w:r>
    </w:p>
    <w:p>
      <w:pPr>
        <w:jc w:val="right"/>
      </w:pPr>
      <w:r>
        <w:t>سیکریفائس سے مراد ہے انٹلیکچول سیکریفائس،</w:t>
      </w:r>
    </w:p>
    <w:p>
      <w:r>
        <w:rPr>
          <w:b/>
        </w:rPr>
        <w:t xml:space="preserve">[1:05:43] </w:t>
      </w:r>
      <w:r>
        <w:t>physical sacrifice nahin.</w:t>
      </w:r>
    </w:p>
    <w:p>
      <w:pPr>
        <w:jc w:val="right"/>
      </w:pPr>
      <w:r>
        <w:t>فزیکل سیکریفائس نہیں۔</w:t>
      </w:r>
    </w:p>
    <w:p>
      <w:r>
        <w:rPr>
          <w:b/>
        </w:rPr>
        <w:t xml:space="preserve">[1:05:47] </w:t>
      </w:r>
      <w:r>
        <w:t>aur jab hum sachai ko pa lein to hum phir hamari zindagi ka wohi mission ban jaye, sab</w:t>
      </w:r>
    </w:p>
    <w:p>
      <w:pPr>
        <w:jc w:val="right"/>
      </w:pPr>
      <w:r>
        <w:t>اور جب ہم سچائی کو پا لیں تو ہم پھر ہماری زندگی کا وہی مشن بن جائے، سب</w:t>
      </w:r>
    </w:p>
    <w:p>
      <w:r>
        <w:rPr>
          <w:b/>
        </w:rPr>
        <w:t xml:space="preserve">[1:05:52] </w:t>
      </w:r>
      <w:r>
        <w:t>se bara hamara consult ban jaye ke hum dunya ko bata dein, dekho bhai yeh hai sachai.</w:t>
      </w:r>
    </w:p>
    <w:p>
      <w:pPr>
        <w:jc w:val="right"/>
      </w:pPr>
      <w:r>
        <w:t>سے بڑا ہمارا کنسلٹ بن جائے کہ ہم دنیا کو بتا دیں، دیکھو بھئی یہ ہے سچائی۔</w:t>
      </w:r>
    </w:p>
    <w:p>
      <w:r>
        <w:rPr>
          <w:b/>
        </w:rPr>
        <w:t xml:space="preserve">[1:05:59] </w:t>
      </w:r>
      <w:r>
        <w:t>aqool qaulahaaza wastaghfirullaaha alayhim ajmaeen.</w:t>
      </w:r>
    </w:p>
    <w:p>
      <w:pPr>
        <w:jc w:val="right"/>
      </w:pPr>
      <w:r>
        <w:t>اقول قولھذا واستغفراللہ علیہم اجمعین۔</w:t>
      </w:r>
    </w:p>
    <w:p>
      <w:r>
        <w:rPr>
          <w:b/>
        </w:rPr>
        <w:t xml:space="preserve">[1:06:10] </w:t>
      </w:r>
      <w:r>
        <w:t>Please switch off your mobile phones, we are starting now. This question is from Divya Arora. Maulana Sahib, if paradise is after death, then why do we keep finding it in this world? Secondly, what is the duty of every person on this earth?</w:t>
      </w:r>
    </w:p>
    <w:p>
      <w:pPr>
        <w:jc w:val="right"/>
      </w:pPr>
      <w:r>
        <w:t>پلیز سوئچ آف یور موبائل فونز، وی آر سٹارٹنگ ناو۔ This question is from Divya Arora. مولانا صاحب، if paradise is after death, then why do we keep finding it in this world? Secondly, what is the duty of every person on this earth?</w:t>
      </w:r>
    </w:p>
    <w:p>
      <w:r>
        <w:rPr>
          <w:b/>
        </w:rPr>
        <w:t xml:space="preserve">[1:06:32] </w:t>
      </w:r>
      <w:r>
        <w:t>dekhein, maine yeh baat kaafi detail mein batai thi</w:t>
      </w:r>
    </w:p>
    <w:p>
      <w:pPr>
        <w:jc w:val="right"/>
      </w:pPr>
      <w:r>
        <w:t>دیکھیں، میں نے یہ بات کافی ڈیٹیل میں بتائی تھی</w:t>
      </w:r>
    </w:p>
    <w:p>
      <w:r>
        <w:rPr>
          <w:b/>
        </w:rPr>
        <w:t xml:space="preserve">[1:06:39] </w:t>
      </w:r>
      <w:r>
        <w:t>کہ paradise کا concept انٹر وومن ہے، وائلڈ نیچر میں۔</w:t>
      </w:r>
    </w:p>
    <w:p>
      <w:pPr>
        <w:jc w:val="right"/>
      </w:pPr>
      <w:r>
        <w:t>کہ پیراڈائز کا کانسیپٹ انٹر وومن ہے، وائلڈ نیچر میں۔</w:t>
      </w:r>
    </w:p>
    <w:p>
      <w:r>
        <w:rPr>
          <w:b/>
        </w:rPr>
        <w:t xml:space="preserve">[1:06:47] </w:t>
      </w:r>
      <w:r>
        <w:t>to isi concept ko ya isi andar ke chhupe hue ehsaas ko hum</w:t>
      </w:r>
    </w:p>
    <w:p>
      <w:pPr>
        <w:jc w:val="right"/>
      </w:pPr>
      <w:r>
        <w:t>تو اسی کانسیپٹ کو یا اسی اندر کے چھپے ہوئے احساس کو ہم</w:t>
      </w:r>
    </w:p>
    <w:p>
      <w:r>
        <w:rPr>
          <w:b/>
        </w:rPr>
        <w:t xml:space="preserve">[1:06:54] </w:t>
      </w:r>
      <w:r>
        <w:t>kehte hain ideal.</w:t>
      </w:r>
    </w:p>
    <w:p>
      <w:pPr>
        <w:jc w:val="right"/>
      </w:pPr>
      <w:r>
        <w:t>کہتے ہیں ائیڈیل۔</w:t>
      </w:r>
    </w:p>
    <w:p>
      <w:r>
        <w:rPr>
          <w:b/>
        </w:rPr>
        <w:t xml:space="preserve">[1:06:57] </w:t>
      </w:r>
      <w:r>
        <w:t>yani paradise na bol kar ke ideal.</w:t>
      </w:r>
    </w:p>
    <w:p>
      <w:pPr>
        <w:jc w:val="right"/>
      </w:pPr>
      <w:r>
        <w:t>یعنی پیراڈائز نہ بول کر کے ائیڈیل۔</w:t>
      </w:r>
    </w:p>
    <w:p>
      <w:r>
        <w:rPr>
          <w:b/>
        </w:rPr>
        <w:t xml:space="preserve">[1:07:00] </w:t>
      </w:r>
      <w:r>
        <w:t>to dunya mein har aadmi ideal ki talash mein hai, ideal home, ideal</w:t>
      </w:r>
    </w:p>
    <w:p>
      <w:pPr>
        <w:jc w:val="right"/>
      </w:pPr>
      <w:r>
        <w:t>تو دنیا میں ہر آدمی ائیڈیل کی تلاش میں ہے، ائیڈیل ہوم، ائیڈیل</w:t>
      </w:r>
    </w:p>
    <w:p>
      <w:r>
        <w:rPr>
          <w:b/>
        </w:rPr>
        <w:t xml:space="preserve">[1:07:07] </w:t>
      </w:r>
      <w:r>
        <w:t>peer, ideal business,</w:t>
      </w:r>
    </w:p>
    <w:p>
      <w:pPr>
        <w:jc w:val="right"/>
      </w:pPr>
      <w:r>
        <w:t>پیئر، ائیڈیل بزنس،</w:t>
      </w:r>
    </w:p>
    <w:p>
      <w:r>
        <w:rPr>
          <w:b/>
        </w:rPr>
        <w:t xml:space="preserve">[1:07:11] </w:t>
      </w:r>
      <w:r>
        <w:t>ideal society, ideal government,</w:t>
      </w:r>
    </w:p>
    <w:p>
      <w:pPr>
        <w:jc w:val="right"/>
      </w:pPr>
      <w:r>
        <w:t>ائیڈیل سوسائٹی، ائیڈیل گورنمنٹ،</w:t>
      </w:r>
    </w:p>
    <w:p>
      <w:r>
        <w:rPr>
          <w:b/>
        </w:rPr>
        <w:t xml:space="preserve">[1:07:14] </w:t>
      </w:r>
      <w:r>
        <w:t>yeh sara jo hai kya hai? yeh paradise hi ki talash hai.</w:t>
      </w:r>
    </w:p>
    <w:p>
      <w:pPr>
        <w:jc w:val="right"/>
      </w:pPr>
      <w:r>
        <w:t>یہ سارا جو ہے کیا ہے؟ یہ پیراڈائز ہی کی تلاش ہے۔</w:t>
      </w:r>
    </w:p>
    <w:p>
      <w:r>
        <w:rPr>
          <w:b/>
        </w:rPr>
        <w:t xml:space="preserve">[1:07:18] </w:t>
      </w:r>
      <w:r>
        <w:t>to andar jo andar jo hamare nature mein hai, usko andar se paradise ka word to hum</w:t>
      </w:r>
    </w:p>
    <w:p>
      <w:pPr>
        <w:jc w:val="right"/>
      </w:pPr>
      <w:r>
        <w:t>تو اندر جو اندر جو ہمارے نیچر میں ہے، اس کو اندر سے پیراڈائز کا ورڈ تو ہم</w:t>
      </w:r>
    </w:p>
    <w:p>
      <w:r>
        <w:rPr>
          <w:b/>
        </w:rPr>
        <w:t xml:space="preserve">[1:07:24] </w:t>
      </w:r>
      <w:r>
        <w:t>sunte nahin hain, sirf yeh ek feeling hai ke ek aisi dunya ho jo perfect ho, jo ideal</w:t>
      </w:r>
    </w:p>
    <w:p>
      <w:pPr>
        <w:jc w:val="right"/>
      </w:pPr>
      <w:r>
        <w:t>سنتے نہیں ہیں، صرف یہ ایک فیلنگ ہے کہ ایک ایسی دنیا ہو جو پرفیکٹ ہو، جو ائیڈیل</w:t>
      </w:r>
    </w:p>
    <w:p>
      <w:r>
        <w:rPr>
          <w:b/>
        </w:rPr>
        <w:t xml:space="preserve">[1:07:30] </w:t>
      </w:r>
      <w:r>
        <w:t>ho. to is feeling ko le kar ke hum yeh chahne lagte hain ke dunya hi mein hum</w:t>
      </w:r>
    </w:p>
    <w:p>
      <w:pPr>
        <w:jc w:val="right"/>
      </w:pPr>
      <w:r>
        <w:t>ہو۔ تو اس فیلنگ کو لے کر کے ہم یہ چاہنے لگتے ہیں کہ دنیا ہی میں ہم</w:t>
      </w:r>
    </w:p>
    <w:p>
      <w:r>
        <w:rPr>
          <w:b/>
        </w:rPr>
        <w:t xml:space="preserve">[1:07:34] </w:t>
      </w:r>
      <w:r>
        <w:t>woh banayein, lekin dunya mein banne wali hai nahin.</w:t>
      </w:r>
    </w:p>
    <w:p>
      <w:pPr>
        <w:jc w:val="right"/>
      </w:pPr>
      <w:r>
        <w:t>وہ بنائیں، لیکن دنیا میں بننے والی ہے نہیں۔</w:t>
      </w:r>
    </w:p>
    <w:p>
      <w:r>
        <w:rPr>
          <w:b/>
        </w:rPr>
        <w:t xml:space="preserve">[1:07:38] </w:t>
      </w:r>
      <w:r>
        <w:t>to dunya mein jo hamein kaam karna hai, woh yeh nahin ke hum dunya mein paradise banayein, ke</w:t>
      </w:r>
    </w:p>
    <w:p>
      <w:pPr>
        <w:jc w:val="right"/>
      </w:pPr>
      <w:r>
        <w:t>تو دنیا میں جو ہمیں کام کرنا ہے، وہ یہ نہیں کہ ہم دنیا میں پیراڈائز بنائیں، کہ</w:t>
      </w:r>
    </w:p>
    <w:p>
      <w:r>
        <w:rPr>
          <w:b/>
        </w:rPr>
        <w:t xml:space="preserve">[1:07:43] </w:t>
      </w:r>
      <w:r>
        <w:t>woh to ban nahin sakti hai.</w:t>
      </w:r>
    </w:p>
    <w:p>
      <w:pPr>
        <w:jc w:val="right"/>
      </w:pPr>
      <w:r>
        <w:t>وہ تو بن نہیں سکتی ہے۔</w:t>
      </w:r>
    </w:p>
    <w:p>
      <w:r>
        <w:rPr>
          <w:b/>
        </w:rPr>
        <w:t xml:space="preserve">[1:07:45] </w:t>
      </w:r>
      <w:r>
        <w:t>dunya mein hamein kaam karna hai, woh yeh hai ke hum is ke liye apne aap ko prepare</w:t>
      </w:r>
    </w:p>
    <w:p>
      <w:pPr>
        <w:jc w:val="right"/>
      </w:pPr>
      <w:r>
        <w:t>دنیا میں ہمیں کام کرنا ہے، وہ یہ ہے کہ ہم اس کے لیے اپنے آپ کو پریپیئر</w:t>
      </w:r>
    </w:p>
    <w:p>
      <w:r>
        <w:rPr>
          <w:b/>
        </w:rPr>
        <w:t xml:space="preserve">[1:07:49] </w:t>
      </w:r>
      <w:r>
        <w:t>karein. yani jo divine law hai, us ke mutabiq apni zindagi bitayein.</w:t>
      </w:r>
    </w:p>
    <w:p>
      <w:pPr>
        <w:jc w:val="right"/>
      </w:pPr>
      <w:r>
        <w:t>کریں۔ یعنی جو ڈیوائن لا ہے، اس کے مطابق اپنی زندگی بتائیں۔</w:t>
      </w:r>
    </w:p>
    <w:p>
      <w:r>
        <w:rPr>
          <w:b/>
        </w:rPr>
        <w:t xml:space="preserve">[1:07:56] </w:t>
      </w:r>
      <w:r>
        <w:t>agar hum divine law ke mutabiq zindagi bitayein ge, aur ab sab se bari baat yeh hai ke</w:t>
      </w:r>
    </w:p>
    <w:p>
      <w:pPr>
        <w:jc w:val="right"/>
      </w:pPr>
      <w:r>
        <w:t>اگر ہم ڈیوائن لا کے مطابق زندگی بتائیں گے، اور اب سب سے بڑی بات یہ ہے کہ</w:t>
      </w:r>
    </w:p>
    <w:p>
      <w:r>
        <w:rPr>
          <w:b/>
        </w:rPr>
        <w:t xml:space="preserve">[1:08:03] </w:t>
      </w:r>
      <w:r>
        <w:t>اپنی freedom کو اب misuse نہیں کریں گے،</w:t>
      </w:r>
    </w:p>
    <w:p>
      <w:pPr>
        <w:jc w:val="right"/>
      </w:pPr>
      <w:r>
        <w:t>اپنی فریڈم کو اب مس یوز نہیں کریں گے،</w:t>
      </w:r>
    </w:p>
    <w:p>
      <w:r>
        <w:rPr>
          <w:b/>
        </w:rPr>
        <w:t xml:space="preserve">[1:08:08] </w:t>
      </w:r>
      <w:r>
        <w:t>to phir goya ke hum ne apne ko qualify kar liya is baat ke liye ke wahan par</w:t>
      </w:r>
    </w:p>
    <w:p>
      <w:pPr>
        <w:jc w:val="right"/>
      </w:pPr>
      <w:r>
        <w:t>تو پھر گویا کہ ہم نے اپنے کو کوالیفائی کر لیا اس بات کے لیے کہ وہاں پر</w:t>
      </w:r>
    </w:p>
    <w:p>
      <w:r>
        <w:rPr>
          <w:b/>
        </w:rPr>
        <w:t xml:space="preserve">[1:08:14] </w:t>
      </w:r>
      <w:r>
        <w:t>hamein paradise mile.</w:t>
      </w:r>
    </w:p>
    <w:p>
      <w:pPr>
        <w:jc w:val="right"/>
      </w:pPr>
      <w:r>
        <w:t>ہمیں پیراڈائز ملے۔</w:t>
      </w:r>
    </w:p>
    <w:p>
      <w:r>
        <w:rPr>
          <w:b/>
        </w:rPr>
        <w:t xml:space="preserve">[1:08:19] </w:t>
      </w:r>
      <w:r>
        <w:t>doosra question: what is the duty of every person on earth</w:t>
      </w:r>
    </w:p>
    <w:p>
      <w:pPr>
        <w:jc w:val="right"/>
      </w:pPr>
      <w:r>
        <w:t>دوسرا کوسچن: واٹ از دی ڈیوٹی اف ایوری پرسن ان ارتھ</w:t>
      </w:r>
    </w:p>
    <w:p>
      <w:r>
        <w:rPr>
          <w:b/>
        </w:rPr>
        <w:t xml:space="preserve">[1:08:25] </w:t>
      </w:r>
      <w:r>
        <w:t>? duty, duty to yahi hai jo maine arz kiya ke hum is dunya mein yeh karein</w:t>
      </w:r>
    </w:p>
    <w:p>
      <w:pPr>
        <w:jc w:val="right"/>
      </w:pPr>
      <w:r>
        <w:t>؟ ڈیوٹی، ڈیوٹی تو یہی ہے جو میں نے عرض کیا کہ ہم اس دنیا میں یہ کریں</w:t>
      </w:r>
    </w:p>
    <w:p>
      <w:r>
        <w:rPr>
          <w:b/>
        </w:rPr>
        <w:t xml:space="preserve">[1:08:31] </w:t>
      </w:r>
      <w:r>
        <w:t>keh khuda ka jo krishan plan hai, us ko janiye, us ke mutabiq apne ko dhalye, aur jo</w:t>
      </w:r>
    </w:p>
    <w:p>
      <w:pPr>
        <w:jc w:val="right"/>
      </w:pPr>
      <w:r>
        <w:t>کہ خدا کا جو کریشن پلان ہے، اس کو جانیں، اس کے مطابق اپنے کو ڈھالیں، اور جو</w:t>
      </w:r>
    </w:p>
    <w:p>
      <w:r>
        <w:rPr>
          <w:b/>
        </w:rPr>
        <w:t xml:space="preserve">[1:08:39] </w:t>
      </w:r>
      <w:r>
        <w:t>divine guidance hai, us ko le kar ke hum zindagi bitayein.</w:t>
      </w:r>
    </w:p>
    <w:p>
      <w:pPr>
        <w:jc w:val="right"/>
      </w:pPr>
      <w:r>
        <w:t>ڈیوائن گائیڈنس ہے، اس کو لے کر کے ہم زندگی بتائیں۔</w:t>
      </w:r>
    </w:p>
    <w:p>
      <w:r>
        <w:rPr>
          <w:b/>
        </w:rPr>
        <w:t xml:space="preserve">[1:08:44] </w:t>
      </w:r>
      <w:r>
        <w:t>mein to samajhta hoon yahi duty hai, isi se sari achhaiyan judi hui hain.</w:t>
      </w:r>
    </w:p>
    <w:p>
      <w:pPr>
        <w:jc w:val="right"/>
      </w:pPr>
      <w:r>
        <w:t>میں تو سمجھتا ہوں یہی ڈیوٹی ہے، اسی سے ساری اچھائیاں جڑی ہوئی ہیں۔</w:t>
      </w:r>
    </w:p>
    <w:p>
      <w:r>
        <w:rPr>
          <w:b/>
        </w:rPr>
        <w:t xml:space="preserve">[1:08:51] </w:t>
      </w:r>
      <w:r>
        <w:t>agar hum khuda ke krishan plan ke mutabiq rahein aur divine laws ko follow karein, to jo bhi</w:t>
      </w:r>
    </w:p>
    <w:p>
      <w:pPr>
        <w:jc w:val="right"/>
      </w:pPr>
      <w:r>
        <w:t>اگر ہم خدا کے کریشن پلان کے مطابق رہیں اور ڈیوائن لاز کو فالو کریں، تو جو بھی</w:t>
      </w:r>
    </w:p>
    <w:p>
      <w:r>
        <w:rPr>
          <w:b/>
        </w:rPr>
        <w:t xml:space="preserve">[1:08:58] </w:t>
      </w:r>
      <w:r>
        <w:t>sachaiyan, jo bhi goods hum chahte hain, wo sare goods isi mein rakhe hue hain.</w:t>
      </w:r>
    </w:p>
    <w:p>
      <w:pPr>
        <w:jc w:val="right"/>
      </w:pPr>
      <w:r>
        <w:t>سچائیاں، جو بھی گڈز ہم چاہتے ہیں، وہ سارے گڈ اسی میں رکھے ہوئے ہیں۔</w:t>
      </w:r>
    </w:p>
    <w:p>
      <w:r>
        <w:rPr>
          <w:b/>
        </w:rPr>
        <w:t xml:space="preserve">[1:09:07] </w:t>
      </w:r>
      <w:r>
        <w:t>This question is from Muhammad Rayyan Siddiqui.</w:t>
      </w:r>
    </w:p>
    <w:p>
      <w:pPr>
        <w:jc w:val="right"/>
      </w:pPr>
      <w:r>
        <w:t>دس کوسچن از فرام محمد ریان صدیقی۔</w:t>
      </w:r>
    </w:p>
    <w:p>
      <w:r>
        <w:rPr>
          <w:b/>
        </w:rPr>
        <w:t xml:space="preserve">[1:09:11] </w:t>
      </w:r>
      <w:r>
        <w:t>duniya ki taklifon ke beech is jannat ka intezar ka sabr kaise hasil kiya jaye?</w:t>
      </w:r>
    </w:p>
    <w:p>
      <w:pPr>
        <w:jc w:val="right"/>
      </w:pPr>
      <w:r>
        <w:t>دنیا کی تکلیفوں کے بیچ اس جنت کا انتظار کا صبر کیسے حاصل کیا جائے؟</w:t>
      </w:r>
    </w:p>
    <w:p>
      <w:r>
        <w:rPr>
          <w:b/>
        </w:rPr>
        <w:t xml:space="preserve">[1:09:21] </w:t>
      </w:r>
      <w:r>
        <w:t>duniya ki taklifen mere nazdeek is liye taklifen dikhai padti hain ke aap chahte hain ke duniya hi</w:t>
      </w:r>
    </w:p>
    <w:p>
      <w:pPr>
        <w:jc w:val="right"/>
      </w:pPr>
      <w:r>
        <w:t>دنیا کی تکلیفیں میرے نزدیک اس لیے تکلیفیں دکھائی پڑتی ہیں کہ آپ چاہتے ہیں کہ دنیا ہی</w:t>
      </w:r>
    </w:p>
    <w:p>
      <w:r>
        <w:rPr>
          <w:b/>
        </w:rPr>
        <w:t xml:space="preserve">[1:09:26] </w:t>
      </w:r>
      <w:r>
        <w:t>mein paradise mil jaye.</w:t>
      </w:r>
    </w:p>
    <w:p>
      <w:pPr>
        <w:jc w:val="right"/>
      </w:pPr>
      <w:r>
        <w:t>میں پیراڈائز مل جائے۔</w:t>
      </w:r>
    </w:p>
    <w:p>
      <w:r>
        <w:rPr>
          <w:b/>
        </w:rPr>
        <w:t xml:space="preserve">[1:09:29] </w:t>
      </w:r>
      <w:r>
        <w:t>isi confusion ki wajah se wo taklif taklif lagti hai, wo taklif hai nahin.</w:t>
      </w:r>
    </w:p>
    <w:p>
      <w:pPr>
        <w:jc w:val="right"/>
      </w:pPr>
      <w:r>
        <w:t>اسی کنفیوژن کی وجہ سے وہ تکلیف تکلیف لگتی ہے، وہ تکلیف ہے نہیں۔</w:t>
      </w:r>
    </w:p>
    <w:p>
      <w:r>
        <w:rPr>
          <w:b/>
        </w:rPr>
        <w:t xml:space="preserve">[1:09:36] </w:t>
      </w:r>
      <w:r>
        <w:t>aap wait karte hain station par train ka ya airport par hawa jahaz ka, to wo wait karna</w:t>
      </w:r>
    </w:p>
    <w:p>
      <w:pPr>
        <w:jc w:val="right"/>
      </w:pPr>
      <w:r>
        <w:t>آپ ویٹ کرتے ہیں اسٹیشن پر ٹرین کا یا ایئرپورٹ پر ہوا جہاز کا، تو وہ ویٹ کرنا</w:t>
      </w:r>
    </w:p>
    <w:p>
      <w:r>
        <w:rPr>
          <w:b/>
        </w:rPr>
        <w:t xml:space="preserve">[1:09:42] </w:t>
      </w:r>
      <w:r>
        <w:t>aap ko taklif nahin lagta,</w:t>
      </w:r>
    </w:p>
    <w:p>
      <w:pPr>
        <w:jc w:val="right"/>
      </w:pPr>
      <w:r>
        <w:t>آپ کو تکلیف نہیں لگتا،</w:t>
      </w:r>
    </w:p>
    <w:p>
      <w:r>
        <w:rPr>
          <w:b/>
        </w:rPr>
        <w:t xml:space="preserve">[1:09:44] </w:t>
      </w:r>
      <w:r>
        <w:t>kyun ke aap jante hain ke yeh temporary phase hai.</w:t>
      </w:r>
    </w:p>
    <w:p>
      <w:pPr>
        <w:jc w:val="right"/>
      </w:pPr>
      <w:r>
        <w:t>کیونکہ آپ جانتے ہیں کہ یہ ٹیمپریری فیز ہے۔</w:t>
      </w:r>
    </w:p>
    <w:p>
      <w:r>
        <w:rPr>
          <w:b/>
        </w:rPr>
        <w:t xml:space="preserve">[1:09:48] </w:t>
      </w:r>
      <w:r>
        <w:t>temporary phase hai, is liye taklif nahin lagti aap ko.</w:t>
      </w:r>
    </w:p>
    <w:p>
      <w:pPr>
        <w:jc w:val="right"/>
      </w:pPr>
      <w:r>
        <w:t>ٹیمپریری فیز ہے، اس لیے تکلیف نہیں لگتی آپ کو۔</w:t>
      </w:r>
    </w:p>
    <w:p>
      <w:r>
        <w:rPr>
          <w:b/>
        </w:rPr>
        <w:t xml:space="preserve">[1:09:54] </w:t>
      </w:r>
      <w:r>
        <w:t>to ek martaba mein train mein safar kar raha tha, to ek wahan par ek family thi, yani</w:t>
      </w:r>
    </w:p>
    <w:p>
      <w:pPr>
        <w:jc w:val="right"/>
      </w:pPr>
      <w:r>
        <w:t>تو ایک مرتبہ میں ٹرین میں سفر کر رہا تھا، تو ایک وہاں پر ایک فیملی تھی، یعنی</w:t>
      </w:r>
    </w:p>
    <w:p>
      <w:r>
        <w:rPr>
          <w:b/>
        </w:rPr>
        <w:t xml:space="preserve">[1:10:00] </w:t>
      </w:r>
      <w:r>
        <w:t>husband wife aur ek bachcha.</w:t>
      </w:r>
    </w:p>
    <w:p>
      <w:pPr>
        <w:jc w:val="right"/>
      </w:pPr>
      <w:r>
        <w:t>ہسبینڈ وائف اور ایک بچہ۔</w:t>
      </w:r>
    </w:p>
    <w:p>
      <w:r>
        <w:rPr>
          <w:b/>
        </w:rPr>
        <w:t xml:space="preserve">[1:10:03] </w:t>
      </w:r>
      <w:r>
        <w:t>to in logon ko reservation mein seat nahin mili thi, to kisi musibat se wo chal rahe the.</w:t>
      </w:r>
    </w:p>
    <w:p>
      <w:pPr>
        <w:jc w:val="right"/>
      </w:pPr>
      <w:r>
        <w:t>تو ان لوگوں کو ریزرویشن میں سیٹ نہیں ملی تھی، تو کسی مصیبت سے وہ چل رہے تھے۔</w:t>
      </w:r>
    </w:p>
    <w:p>
      <w:r>
        <w:rPr>
          <w:b/>
        </w:rPr>
        <w:t xml:space="preserve">[1:10:08] </w:t>
      </w:r>
      <w:r>
        <w:t>maine in se poocha, to unhone kaha ke abhi to thodi der mein aane wala hai</w:t>
      </w:r>
    </w:p>
    <w:p>
      <w:pPr>
        <w:jc w:val="right"/>
      </w:pPr>
      <w:r>
        <w:t>میں نے ان سے پوچھا، تو انہوں نے کہا کہ ابھی تو تھوڑی دیر میں آنے والا ہے</w:t>
      </w:r>
    </w:p>
    <w:p>
      <w:r>
        <w:rPr>
          <w:b/>
        </w:rPr>
        <w:t xml:space="preserve">[1:10:14] </w:t>
      </w:r>
      <w:r>
        <w:t>hamara ghar, to taklif kya hai? to asal cheez yeh hai ke hamein yeh yaqeen ho jaye</w:t>
      </w:r>
    </w:p>
    <w:p>
      <w:pPr>
        <w:jc w:val="right"/>
      </w:pPr>
      <w:r>
        <w:t>ہمارا گھر، تو تکلیف کیا ہے؟ تو اصل چیز یہ ہے کہ ہمیں یہ یقین ہو جائے</w:t>
      </w:r>
    </w:p>
    <w:p>
      <w:r>
        <w:rPr>
          <w:b/>
        </w:rPr>
        <w:t xml:space="preserve">[1:10:22] </w:t>
      </w:r>
      <w:r>
        <w:t>ke yeh thodi si zindagi jo hamari duniya mein hai, yeh waiting period hai,</w:t>
      </w:r>
    </w:p>
    <w:p>
      <w:pPr>
        <w:jc w:val="right"/>
      </w:pPr>
      <w:r>
        <w:t>کہ یہ تھوڑی سی زندگی جو ہماری دنیا میں ہے، یہ ویٹنگ پیریڈ ہے،</w:t>
      </w:r>
    </w:p>
    <w:p>
      <w:r>
        <w:rPr>
          <w:b/>
        </w:rPr>
        <w:t xml:space="preserve">[1:10:28] </w:t>
      </w:r>
      <w:r>
        <w:t>to kuch bhi ehsas nahin hoga.</w:t>
      </w:r>
    </w:p>
    <w:p>
      <w:pPr>
        <w:jc w:val="right"/>
      </w:pPr>
      <w:r>
        <w:t>تو کچھ بھی احساس نہیں ہوگا۔</w:t>
      </w:r>
    </w:p>
    <w:p>
      <w:r>
        <w:rPr>
          <w:b/>
        </w:rPr>
        <w:t xml:space="preserve">[1:10:30] </w:t>
      </w:r>
      <w:r>
        <w:t>wo taklif jis ko aap keh rahe hain na, wo taklif taklif mehsoos nahin hogi.</w:t>
      </w:r>
    </w:p>
    <w:p>
      <w:pPr>
        <w:jc w:val="right"/>
      </w:pPr>
      <w:r>
        <w:t>وہ تکلیف جس کو آپ کہہ رہے ہیں نا، وہ تکلیف تکلیف محسوس نہیں ہوگی۔</w:t>
      </w:r>
    </w:p>
    <w:p>
      <w:r>
        <w:rPr>
          <w:b/>
        </w:rPr>
        <w:t xml:space="preserve">[1:10:36] </w:t>
      </w:r>
      <w:r>
        <w:t>آپ سارا دھیان اس پر لگائیں گے کہ میں وہ کون سا کام کروں کہ میں deserving candidate</w:t>
      </w:r>
    </w:p>
    <w:p>
      <w:pPr>
        <w:jc w:val="right"/>
      </w:pPr>
      <w:r>
        <w:t>آپ سارا دھیان اس پر لگائیں گے کہ میں وہ کون سا کام کروں کہ میں ڈیزرونگ کینڈیڈیٹ</w:t>
      </w:r>
    </w:p>
    <w:p>
      <w:r>
        <w:rPr>
          <w:b/>
        </w:rPr>
        <w:t xml:space="preserve">[1:10:43] </w:t>
      </w:r>
      <w:r>
        <w:t>mein shamil ho jaun.</w:t>
      </w:r>
    </w:p>
    <w:p>
      <w:pPr>
        <w:jc w:val="right"/>
      </w:pPr>
      <w:r>
        <w:t>میں شامل ہو جاؤں۔</w:t>
      </w:r>
    </w:p>
    <w:p>
      <w:r>
        <w:rPr>
          <w:b/>
        </w:rPr>
        <w:t xml:space="preserve">[1:10:45] </w:t>
      </w:r>
      <w:r>
        <w:t>بس۔ This question is from Manju Warmani.</w:t>
      </w:r>
    </w:p>
    <w:p>
      <w:pPr>
        <w:jc w:val="right"/>
      </w:pPr>
      <w:r>
        <w:t>بس۔ دس کوسچن از فرام منجو ورمانی۔</w:t>
      </w:r>
    </w:p>
    <w:p>
      <w:r>
        <w:rPr>
          <w:b/>
        </w:rPr>
        <w:t xml:space="preserve">[1:10:54] </w:t>
      </w:r>
      <w:r>
        <w:t>What is your view on the term euthanasia? That is mercy killing from Islamic point of view.</w:t>
      </w:r>
    </w:p>
    <w:p>
      <w:pPr>
        <w:jc w:val="right"/>
      </w:pPr>
      <w:r>
        <w:t>واٹ از یور ویو ان دی ٹرم ایتھونیشیا؟ دیٹ از مرسی کلنگ فرام اسلامک پوائنٹ اف ویو۔</w:t>
      </w:r>
    </w:p>
    <w:p>
      <w:r>
        <w:rPr>
          <w:b/>
        </w:rPr>
        <w:t xml:space="preserve">[1:11:03] </w:t>
      </w:r>
      <w:r>
        <w:t>islam mein dekhein, mercy killing nahin hai.</w:t>
      </w:r>
    </w:p>
    <w:p>
      <w:pPr>
        <w:jc w:val="right"/>
      </w:pPr>
      <w:r>
        <w:t>اسلام میں دیکھیں، مرسی کلنگ نہیں ہے۔</w:t>
      </w:r>
    </w:p>
    <w:p>
      <w:r>
        <w:rPr>
          <w:b/>
        </w:rPr>
        <w:t xml:space="preserve">[1:11:07] </w:t>
      </w:r>
      <w:r>
        <w:t>kisi bhi stage par mercy killing nahin hai.</w:t>
      </w:r>
    </w:p>
    <w:p>
      <w:pPr>
        <w:jc w:val="right"/>
      </w:pPr>
      <w:r>
        <w:t>کسی بھی اسٹیج پر مرسی کلنگ نہیں ہے۔</w:t>
      </w:r>
    </w:p>
    <w:p>
      <w:r>
        <w:rPr>
          <w:b/>
        </w:rPr>
        <w:t xml:space="preserve">[1:11:13] </w:t>
      </w:r>
      <w:r>
        <w:t>koi aadmi agar</w:t>
      </w:r>
    </w:p>
    <w:p>
      <w:pPr>
        <w:jc w:val="right"/>
      </w:pPr>
      <w:r>
        <w:t>کوئی آدمی اگر</w:t>
      </w:r>
    </w:p>
    <w:p>
      <w:r>
        <w:rPr>
          <w:b/>
        </w:rPr>
        <w:t xml:space="preserve">[1:11:17] </w:t>
      </w:r>
      <w:r>
        <w:t>bimar hai to aap is ka</w:t>
      </w:r>
    </w:p>
    <w:p>
      <w:pPr>
        <w:jc w:val="right"/>
      </w:pPr>
      <w:r>
        <w:t>بیمار ہے تو آپ اس کا</w:t>
      </w:r>
    </w:p>
    <w:p>
      <w:r>
        <w:rPr>
          <w:b/>
        </w:rPr>
        <w:t xml:space="preserve">[1:11:19] </w:t>
      </w:r>
      <w:r>
        <w:t>koi doctor ko dikhaiye, is ka ilaj kijiye, dua kijiye.</w:t>
      </w:r>
    </w:p>
    <w:p>
      <w:pPr>
        <w:jc w:val="right"/>
      </w:pPr>
      <w:r>
        <w:t>کوئی ڈاکٹر کو دکھائیے، اس کا علاج کیجئے، دعا کیجئے۔</w:t>
      </w:r>
    </w:p>
    <w:p>
      <w:r>
        <w:rPr>
          <w:b/>
        </w:rPr>
        <w:t xml:space="preserve">[1:11:23] </w:t>
      </w:r>
      <w:r>
        <w:t>lekin mercy killing to suicide ho jata hai, wo islam mein haram hai.</w:t>
      </w:r>
    </w:p>
    <w:p>
      <w:pPr>
        <w:jc w:val="right"/>
      </w:pPr>
      <w:r>
        <w:t>لیکن مرسی کلنگ تو سوسائیڈ ہو جاتا ہے، وہ اسلام میں حرام ہے۔</w:t>
      </w:r>
    </w:p>
    <w:p>
      <w:r>
        <w:rPr>
          <w:b/>
        </w:rPr>
        <w:t xml:space="preserve">[1:11:31] </w:t>
      </w:r>
      <w:r>
        <w:t>suicide islam mein bilkul haram hai.</w:t>
      </w:r>
    </w:p>
    <w:p>
      <w:pPr>
        <w:jc w:val="right"/>
      </w:pPr>
      <w:r>
        <w:t>سوسائیڈ اسلام میں بالکل حرام ہے۔</w:t>
      </w:r>
    </w:p>
    <w:p>
      <w:r>
        <w:rPr>
          <w:b/>
        </w:rPr>
        <w:t xml:space="preserve">[1:11:34] </w:t>
      </w:r>
      <w:r>
        <w:t>suicide jo karne wala jo hai, wo hell mein jayega.</w:t>
      </w:r>
    </w:p>
    <w:p>
      <w:pPr>
        <w:jc w:val="right"/>
      </w:pPr>
      <w:r>
        <w:t>سوسائیڈ جو کرنے والا جو ہے، وہ ہیل میں جائے گا۔</w:t>
      </w:r>
    </w:p>
    <w:p>
      <w:r>
        <w:rPr>
          <w:b/>
        </w:rPr>
        <w:t xml:space="preserve">[1:11:37] </w:t>
      </w:r>
      <w:r>
        <w:t>تو mercy killing in Islam is nothing.</w:t>
      </w:r>
    </w:p>
    <w:p>
      <w:pPr>
        <w:jc w:val="right"/>
      </w:pPr>
      <w:r>
        <w:t>تو مرسی کلنگ ان اسلام از نتھنگ۔</w:t>
      </w:r>
    </w:p>
    <w:p>
      <w:r>
        <w:rPr>
          <w:b/>
        </w:rPr>
        <w:t xml:space="preserve">[1:11:41] </w:t>
      </w:r>
      <w:r>
        <w:t>aadmi ko bahar is ko dua karna chahiye, aur is ko dua, dua, dawa bardasht hi karna chahe.</w:t>
      </w:r>
    </w:p>
    <w:p>
      <w:pPr>
        <w:jc w:val="right"/>
      </w:pPr>
      <w:r>
        <w:t>آدمی کو باہر اس کو دعا کرنا چاہیے، اور اس کو دعا، دعا، دوا برداشت ہی کرنا چاہیے۔</w:t>
      </w:r>
    </w:p>
    <w:p>
      <w:r>
        <w:rPr>
          <w:b/>
        </w:rPr>
        <w:t xml:space="preserve">[1:11:49] </w:t>
      </w:r>
      <w:r>
        <w:t>kyun ke jante hain, aap ki zindagi hamesha eternal to hai nahi,</w:t>
      </w:r>
    </w:p>
    <w:p>
      <w:pPr>
        <w:jc w:val="right"/>
      </w:pPr>
      <w:r>
        <w:t>کیونکہ جانتے ہیں، آپ کی زندگی ہمیشہ ایٹرنل تو ہے نہیں،</w:t>
      </w:r>
    </w:p>
    <w:p>
      <w:r>
        <w:rPr>
          <w:b/>
        </w:rPr>
        <w:t xml:space="preserve">[1:11:54] </w:t>
      </w:r>
      <w:r>
        <w:t>kuch din mein khatm ho jati hai.</w:t>
      </w:r>
    </w:p>
    <w:p>
      <w:pPr>
        <w:jc w:val="right"/>
      </w:pPr>
      <w:r>
        <w:t>کچھ دن میں ختم ہو جاتی ہے۔</w:t>
      </w:r>
    </w:p>
    <w:p>
      <w:r>
        <w:rPr>
          <w:b/>
        </w:rPr>
        <w:t xml:space="preserve">[1:11:58] </w:t>
      </w:r>
      <w:r>
        <w:t>to is liye se islam mein yeh hai nahi, mercy killing.</w:t>
      </w:r>
    </w:p>
    <w:p>
      <w:pPr>
        <w:jc w:val="right"/>
      </w:pPr>
      <w:r>
        <w:t>تو اس لیے سے اسلام میں یہ ہے نہیں، مرسی کلنگ۔</w:t>
      </w:r>
    </w:p>
    <w:p>
      <w:r>
        <w:rPr>
          <w:b/>
        </w:rPr>
        <w:t xml:space="preserve">[1:12:03] </w:t>
      </w:r>
      <w:r>
        <w:t>kisi bhi hal mein, kisi bhi excuse par mercy killing islam mein nahi hai.</w:t>
      </w:r>
    </w:p>
    <w:p>
      <w:pPr>
        <w:jc w:val="right"/>
      </w:pPr>
      <w:r>
        <w:t>کسی بھی حال میں، کسی بھی ایکسکیوز پر مرسی کلنگ اسلام میں نہیں ہے۔</w:t>
      </w:r>
    </w:p>
    <w:p>
      <w:r>
        <w:rPr>
          <w:b/>
        </w:rPr>
        <w:t xml:space="preserve">[1:12:11] </w:t>
      </w:r>
      <w:r>
        <w:t>das question is from navdeep kapoor.</w:t>
      </w:r>
    </w:p>
    <w:p>
      <w:pPr>
        <w:jc w:val="right"/>
      </w:pPr>
      <w:r>
        <w:t>دس کوسچن از فرام نویدیپ کپور۔</w:t>
      </w:r>
    </w:p>
    <w:p>
      <w:r>
        <w:rPr>
          <w:b/>
        </w:rPr>
        <w:t xml:space="preserve">[1:12:14] </w:t>
      </w:r>
      <w:r>
        <w:t>Maulana, are there different levels of paradise?</w:t>
      </w:r>
    </w:p>
    <w:p>
      <w:pPr>
        <w:jc w:val="right"/>
      </w:pPr>
      <w:r>
        <w:t>مولانا، ار دیر ڈفرنٹ لیولز اف پیراڈائز؟</w:t>
      </w:r>
    </w:p>
    <w:p>
      <w:r>
        <w:rPr>
          <w:b/>
        </w:rPr>
        <w:t xml:space="preserve">[1:12:18] </w:t>
      </w:r>
      <w:r>
        <w:t>And if this is true, what is the criteria of attaining these different levels? Is it God realization, good deeds of human beings, or دعویٰ work?</w:t>
      </w:r>
    </w:p>
    <w:p>
      <w:pPr>
        <w:jc w:val="right"/>
      </w:pPr>
      <w:r>
        <w:t>And if this is true, what is the criteria of attaining these different levels? Is it God realization, good deeds of human beings, or دعویٰ work?</w:t>
      </w:r>
    </w:p>
    <w:p>
      <w:r>
        <w:rPr>
          <w:b/>
        </w:rPr>
        <w:t xml:space="preserve">[1:12:29] </w:t>
      </w:r>
      <w:r>
        <w:t>dekhein, quran mein</w:t>
      </w:r>
    </w:p>
    <w:p>
      <w:pPr>
        <w:jc w:val="right"/>
      </w:pPr>
      <w:r>
        <w:t>دیکھیں، قرآن میں</w:t>
      </w:r>
    </w:p>
    <w:p>
      <w:r>
        <w:rPr>
          <w:b/>
        </w:rPr>
        <w:t xml:space="preserve">[1:12:37] </w:t>
      </w:r>
      <w:r>
        <w:t>jantain ka shabd aaya hai, yani</w:t>
      </w:r>
    </w:p>
    <w:p>
      <w:pPr>
        <w:jc w:val="right"/>
      </w:pPr>
      <w:r>
        <w:t>جنتان کا शब्द آیا ہے، یعنی</w:t>
      </w:r>
    </w:p>
    <w:p>
      <w:r>
        <w:rPr>
          <w:b/>
        </w:rPr>
        <w:t xml:space="preserve">[1:12:41] </w:t>
      </w:r>
      <w:r>
        <w:t>two paradise, do jannatein.</w:t>
      </w:r>
    </w:p>
    <w:p>
      <w:pPr>
        <w:jc w:val="right"/>
      </w:pPr>
      <w:r>
        <w:t>ٹو پیراڈائز، دو جنتیں۔</w:t>
      </w:r>
    </w:p>
    <w:p>
      <w:r>
        <w:rPr>
          <w:b/>
        </w:rPr>
        <w:t xml:space="preserve">[1:12:44] </w:t>
      </w:r>
      <w:r>
        <w:t>to quran se to maloom hota hai ke jannatein do hain.</w:t>
      </w:r>
    </w:p>
    <w:p>
      <w:pPr>
        <w:jc w:val="right"/>
      </w:pPr>
      <w:r>
        <w:t>تو قرآن سے تو معلوم ہوتا ہے کہ جنتیں دو ہیں۔</w:t>
      </w:r>
    </w:p>
    <w:p>
      <w:r>
        <w:rPr>
          <w:b/>
        </w:rPr>
        <w:t xml:space="preserve">[1:12:50] </w:t>
      </w:r>
      <w:r>
        <w:t>hadith mein aata hai ke do sau jannatein hain.</w:t>
      </w:r>
    </w:p>
    <w:p>
      <w:pPr>
        <w:jc w:val="right"/>
      </w:pPr>
      <w:r>
        <w:t>حدیث میں آتا ہے کہ دو سو جنتیں ہیں۔</w:t>
      </w:r>
    </w:p>
    <w:p>
      <w:r>
        <w:rPr>
          <w:b/>
        </w:rPr>
        <w:t xml:space="preserve">[1:12:54] </w:t>
      </w:r>
      <w:r>
        <w:t>to main samajhta hoon ke broad division mein to jannatein do hain, sub division mein wo 200 hain.</w:t>
      </w:r>
    </w:p>
    <w:p>
      <w:pPr>
        <w:jc w:val="right"/>
      </w:pPr>
      <w:r>
        <w:t>تو میں سمجھتا ہوں کہ براڈ ڈویژن میں تو جنتیں دو ہیں، سب ڈویژن میں وہ 200 ہیں۔</w:t>
      </w:r>
    </w:p>
    <w:p>
      <w:r>
        <w:rPr>
          <w:b/>
        </w:rPr>
        <w:t xml:space="preserve">[1:13:03] </w:t>
      </w:r>
      <w:r>
        <w:t>aur yeh basically jo difference hai, wo is lihaz se hai ke dawah work kaun karta hai, aur</w:t>
      </w:r>
    </w:p>
    <w:p>
      <w:pPr>
        <w:jc w:val="right"/>
      </w:pPr>
      <w:r>
        <w:t>اور یہ بیسیکلی جو ڈیفرنس ہے، وہ اس لحاظ سے ہے کہ دعا ورک کون کرتا ہے، اور</w:t>
      </w:r>
    </w:p>
    <w:p>
      <w:r>
        <w:rPr>
          <w:b/>
        </w:rPr>
        <w:t xml:space="preserve">[1:13:11] </w:t>
      </w:r>
      <w:r>
        <w:t>kaun dawah work ko chhod kar doosre work choose karta hai.</w:t>
      </w:r>
    </w:p>
    <w:p>
      <w:pPr>
        <w:jc w:val="right"/>
      </w:pPr>
      <w:r>
        <w:t>کون دعا ورک کو چھوڑ کر دوسرے ورک چوز کرتا ہے۔</w:t>
      </w:r>
    </w:p>
    <w:p>
      <w:r>
        <w:rPr>
          <w:b/>
        </w:rPr>
        <w:t xml:space="preserve">[1:13:15] </w:t>
      </w:r>
      <w:r>
        <w:t>jo log dawah work karein, doosre work choose karte hue, inhi ke liye top ki paradise hai, jin</w:t>
      </w:r>
    </w:p>
    <w:p>
      <w:pPr>
        <w:jc w:val="right"/>
      </w:pPr>
      <w:r>
        <w:t>جو لوگ دعا ورک کریں، دوسرے ورک چوز کرتے ہوئے، انہی کے لیے ٹاپ کی پیراڈائز ہے، جن</w:t>
      </w:r>
    </w:p>
    <w:p>
      <w:r>
        <w:rPr>
          <w:b/>
        </w:rPr>
        <w:t xml:space="preserve">[1:13:24] </w:t>
      </w:r>
      <w:r>
        <w:t>ko quran mein kaha hai: "Alsabiqun alawwalun",</w:t>
      </w:r>
    </w:p>
    <w:p>
      <w:pPr>
        <w:jc w:val="right"/>
      </w:pPr>
      <w:r>
        <w:t>کو قرآن میں کہا ہے: "الصابقون الاولون"،</w:t>
      </w:r>
    </w:p>
    <w:p>
      <w:r>
        <w:rPr>
          <w:b/>
        </w:rPr>
        <w:t xml:space="preserve">[1:13:27] </w:t>
      </w:r>
      <w:r>
        <w:t>aage badh kar ke kaam karne wale.</w:t>
      </w:r>
    </w:p>
    <w:p>
      <w:pPr>
        <w:jc w:val="right"/>
      </w:pPr>
      <w:r>
        <w:t>آگے بڑھ کر کے کام کرنے والے۔</w:t>
      </w:r>
    </w:p>
    <w:p>
      <w:r>
        <w:rPr>
          <w:b/>
        </w:rPr>
        <w:t xml:space="preserve">[1:13:29] </w:t>
      </w:r>
      <w:r>
        <w:t>yani apne jo personal, jo un ka dunya hai, apni zaat ki jo dunya hai, apni family ki</w:t>
      </w:r>
    </w:p>
    <w:p>
      <w:pPr>
        <w:jc w:val="right"/>
      </w:pPr>
      <w:r>
        <w:t>یعنی اپنے جو پرسنل، جو ان کا دنیا ہے، اپنی ذات کی جو دنیا ہے، اپنی فیملی کی</w:t>
      </w:r>
    </w:p>
    <w:p>
      <w:r>
        <w:rPr>
          <w:b/>
        </w:rPr>
        <w:t xml:space="preserve">[1:13:36] </w:t>
      </w:r>
      <w:r>
        <w:t>jo dunya hai, us se bahar nikal kar.</w:t>
      </w:r>
    </w:p>
    <w:p>
      <w:pPr>
        <w:jc w:val="right"/>
      </w:pPr>
      <w:r>
        <w:t>جو دنیا ہے، اس سے باہر نکل کر۔</w:t>
      </w:r>
    </w:p>
    <w:p>
      <w:r>
        <w:rPr>
          <w:b/>
        </w:rPr>
        <w:t xml:space="preserve">[1:13:39] </w:t>
      </w:r>
      <w:r>
        <w:t>kyun ke jab aap dawah work karte hain to aap apne apna jo self hai, us se bahar aate</w:t>
      </w:r>
    </w:p>
    <w:p>
      <w:pPr>
        <w:jc w:val="right"/>
      </w:pPr>
      <w:r>
        <w:t>کیونکہ جب آپ دعوی ورک کرتے ہیں تو آپ اپنے اپنا جو سیل ہے، اس سے باہر آتے</w:t>
      </w:r>
    </w:p>
    <w:p>
      <w:r>
        <w:rPr>
          <w:b/>
        </w:rPr>
        <w:t xml:space="preserve">[1:13:44] </w:t>
      </w:r>
      <w:r>
        <w:t>hain. Har aadmi is dunya mein apne cell mein jeeta hai, apne aap mein, apni family mein, apne</w:t>
      </w:r>
    </w:p>
    <w:p>
      <w:pPr>
        <w:jc w:val="right"/>
      </w:pPr>
      <w:r>
        <w:t>ہیں۔ ہر آدمی اس دنیا میں اپنے سیل میں جیتا ہے، اپنے آپ میں، اپنی فیملی میں، اپنے</w:t>
      </w:r>
    </w:p>
    <w:p>
      <w:r>
        <w:rPr>
          <w:b/>
        </w:rPr>
        <w:t xml:space="preserve">[1:13:52] </w:t>
      </w:r>
      <w:r>
        <w:t>relatives mein. To "Assabiqunal Awwal" woh log hain jo is cell se bahar aayein.</w:t>
      </w:r>
    </w:p>
    <w:p>
      <w:pPr>
        <w:jc w:val="right"/>
      </w:pPr>
      <w:r>
        <w:t>ریلیٹوز میں۔ تو "الصابقون الاول" وہ لوگ ہیں جو اس سیل سے باہر آئیں۔</w:t>
      </w:r>
    </w:p>
    <w:p>
      <w:r>
        <w:rPr>
          <w:b/>
        </w:rPr>
        <w:t xml:space="preserve">[1:13:58] </w:t>
      </w:r>
      <w:r>
        <w:t>Bahar kaun aata hai? Jo dawah work karte hain.</w:t>
      </w:r>
    </w:p>
    <w:p>
      <w:pPr>
        <w:jc w:val="right"/>
      </w:pPr>
      <w:r>
        <w:t>باہر کون آتا ہے؟ جو دعوی ورک کرتے ہیں۔</w:t>
      </w:r>
    </w:p>
    <w:p>
      <w:r>
        <w:rPr>
          <w:b/>
        </w:rPr>
        <w:t xml:space="preserve">[1:14:02] </w:t>
      </w:r>
      <w:r>
        <w:t>To main samajhta hoon ke</w:t>
      </w:r>
    </w:p>
    <w:p>
      <w:pPr>
        <w:jc w:val="right"/>
      </w:pPr>
      <w:r>
        <w:t>تو میں سمجھتا ہوں کہ</w:t>
      </w:r>
    </w:p>
    <w:p>
      <w:r>
        <w:rPr>
          <w:b/>
        </w:rPr>
        <w:t xml:space="preserve">[1:14:07] </w:t>
      </w:r>
      <w:r>
        <w:t>jo top ki paradise hai, woh sirf un logon ko milegi jo dawah work karein.</w:t>
      </w:r>
    </w:p>
    <w:p>
      <w:pPr>
        <w:jc w:val="right"/>
      </w:pPr>
      <w:r>
        <w:t>جو ٹاپ کی پیراڈائز ہے، وہ صرف ان لوگوں کو ملے گی جو دعوی ورک کریں۔</w:t>
      </w:r>
    </w:p>
    <w:p>
      <w:r>
        <w:rPr>
          <w:b/>
        </w:rPr>
        <w:t xml:space="preserve">[1:14:12] </w:t>
      </w:r>
      <w:r>
        <w:t>Aur iske ilawa jo paradise hain, woh sab in logon ke liye hain jo sach much, yani</w:t>
      </w:r>
    </w:p>
    <w:p>
      <w:pPr>
        <w:jc w:val="right"/>
      </w:pPr>
      <w:r>
        <w:t>اور اس کے علاوہ جو پیراڈائز ہیں، وہ سب ان لوگوں کے لیے ہیں جو سچ مچ، یعنی</w:t>
      </w:r>
    </w:p>
    <w:p>
      <w:r>
        <w:rPr>
          <w:b/>
        </w:rPr>
        <w:t xml:space="preserve">[1:14:19] </w:t>
      </w:r>
      <w:r>
        <w:t>jo divine law ko follow karein.</w:t>
      </w:r>
    </w:p>
    <w:p>
      <w:pPr>
        <w:jc w:val="right"/>
      </w:pPr>
      <w:r>
        <w:t>جو ڈیوائن لاء کو فالو کریں۔</w:t>
      </w:r>
    </w:p>
    <w:p>
      <w:r>
        <w:rPr>
          <w:b/>
        </w:rPr>
        <w:t xml:space="preserve">[1:14:21] </w:t>
      </w:r>
      <w:r>
        <w:t>Is mein ek baat main arz kar doon ke</w:t>
      </w:r>
    </w:p>
    <w:p>
      <w:pPr>
        <w:jc w:val="right"/>
      </w:pPr>
      <w:r>
        <w:t>اس میں ایک بات میں عرض کر دوں کہ</w:t>
      </w:r>
    </w:p>
    <w:p>
      <w:r>
        <w:rPr>
          <w:b/>
        </w:rPr>
        <w:t xml:space="preserve">[1:14:26] </w:t>
      </w:r>
      <w:r>
        <w:t>dishonesty ke liye paradise mein koi jagah nahi hai,</w:t>
      </w:r>
    </w:p>
    <w:p>
      <w:pPr>
        <w:jc w:val="right"/>
      </w:pPr>
      <w:r>
        <w:t>ڈس اونسٹی کے لیے پیراڈائز میں کوئی جگہ نہیں ہے،</w:t>
      </w:r>
    </w:p>
    <w:p>
      <w:r>
        <w:rPr>
          <w:b/>
        </w:rPr>
        <w:t xml:space="preserve">[1:14:31] </w:t>
      </w:r>
      <w:r>
        <w:t>koi jagah nahi hai.</w:t>
      </w:r>
    </w:p>
    <w:p>
      <w:pPr>
        <w:jc w:val="right"/>
      </w:pPr>
      <w:r>
        <w:t>کوئی جگہ نہیں ہے۔</w:t>
      </w:r>
    </w:p>
    <w:p>
      <w:r>
        <w:rPr>
          <w:b/>
        </w:rPr>
        <w:t xml:space="preserve">[1:14:32] </w:t>
      </w:r>
      <w:r>
        <w:t>Dishonesty ke sath agar namaz roza kare aadmi, tab bhi is ke liye paradise mein koi jagah</w:t>
      </w:r>
    </w:p>
    <w:p>
      <w:pPr>
        <w:jc w:val="right"/>
      </w:pPr>
      <w:r>
        <w:t>ڈس اونسٹی کے ساتھ اگر نماز روزہ کرے آدمی، تب بھی اس کے لیے پیراڈائز میں کوئی جگہ</w:t>
      </w:r>
    </w:p>
    <w:p>
      <w:r>
        <w:rPr>
          <w:b/>
        </w:rPr>
        <w:t xml:space="preserve">[1:14:36] </w:t>
      </w:r>
      <w:r>
        <w:t>nahi hai. Honest hona yeh bohat hi basic condition hai Islam mein.</w:t>
      </w:r>
    </w:p>
    <w:p>
      <w:pPr>
        <w:jc w:val="right"/>
      </w:pPr>
      <w:r>
        <w:t>نہیں ہے۔ اونسٹ ہونا یہ بہت ہی بیسک کنڈیشن ہے اسلام میں۔</w:t>
      </w:r>
    </w:p>
    <w:p>
      <w:r>
        <w:rPr>
          <w:b/>
        </w:rPr>
        <w:t xml:space="preserve">[1:14:46] </w:t>
      </w:r>
      <w:r>
        <w:t>Honest hone ka matlab yeh hai ke woh double standard na ho.</w:t>
      </w:r>
    </w:p>
    <w:p>
      <w:pPr>
        <w:jc w:val="right"/>
      </w:pPr>
      <w:r>
        <w:t>اونسٹ ہونے کا مطلب یہ ہے کہ وہ ڈبل اسٹینڈرڈ نہ ہو۔</w:t>
      </w:r>
    </w:p>
    <w:p>
      <w:r>
        <w:rPr>
          <w:b/>
        </w:rPr>
        <w:t xml:space="preserve">[1:14:51] </w:t>
      </w:r>
      <w:r>
        <w:t>Abhi main aaj hi ke paper mein main ne parha ke jo</w:t>
      </w:r>
    </w:p>
    <w:p>
      <w:pPr>
        <w:jc w:val="right"/>
      </w:pPr>
      <w:r>
        <w:t>ابھی میں آج ہی کے پیپر میں میں نے پڑھا کہ جو</w:t>
      </w:r>
    </w:p>
    <w:p>
      <w:r>
        <w:rPr>
          <w:b/>
        </w:rPr>
        <w:t xml:space="preserve">[1:14:57] </w:t>
      </w:r>
      <w:r>
        <w:t>jo log held up ho gaye thay, is mein</w:t>
      </w:r>
    </w:p>
    <w:p>
      <w:pPr>
        <w:jc w:val="right"/>
      </w:pPr>
      <w:r>
        <w:t>جو لوگ ہیلٹ اپ ہو گئے تھے، اس میں</w:t>
      </w:r>
    </w:p>
    <w:p>
      <w:r>
        <w:rPr>
          <w:b/>
        </w:rPr>
        <w:t xml:space="preserve">[1:15:00] </w:t>
      </w:r>
      <w:r>
        <w:t>woh Amsterdam airport par to teen ghante tak,</w:t>
      </w:r>
    </w:p>
    <w:p>
      <w:pPr>
        <w:jc w:val="right"/>
      </w:pPr>
      <w:r>
        <w:t>وہ ایمسٹرڈم ایئرپورٹ پر تو تین گھنٹے تک،</w:t>
      </w:r>
    </w:p>
    <w:p>
      <w:r>
        <w:rPr>
          <w:b/>
        </w:rPr>
        <w:t xml:space="preserve">[1:15:07] </w:t>
      </w:r>
      <w:r>
        <w:t>aur phir un ko jahaz mila aane ka Bombay,</w:t>
      </w:r>
    </w:p>
    <w:p>
      <w:pPr>
        <w:jc w:val="right"/>
      </w:pPr>
      <w:r>
        <w:t>اور پھر ان کو جہاز ملا آنے کا بمبے،</w:t>
      </w:r>
    </w:p>
    <w:p>
      <w:r>
        <w:rPr>
          <w:b/>
        </w:rPr>
        <w:t xml:space="preserve">[1:15:12] </w:t>
      </w:r>
      <w:r>
        <w:t>to wahan par jo government authorities theen, to woh to bara</w:t>
      </w:r>
    </w:p>
    <w:p>
      <w:pPr>
        <w:jc w:val="right"/>
      </w:pPr>
      <w:r>
        <w:t>تو وہاں پر جو گورنمنٹ اتھارٹیز تھیں، تو وہ تو بڑا</w:t>
      </w:r>
    </w:p>
    <w:p>
      <w:r>
        <w:rPr>
          <w:b/>
        </w:rPr>
        <w:t xml:space="preserve">[1:15:16] </w:t>
      </w:r>
      <w:r>
        <w:t>keh rahe thay un ko ke aap ka bohat thank kar rahe thay, aap ka bohat bohat shukriya,</w:t>
      </w:r>
    </w:p>
    <w:p>
      <w:pPr>
        <w:jc w:val="right"/>
      </w:pPr>
      <w:r>
        <w:t>کہہ رہے تھے ان کو کہ آپ کا بہت تھینک کر رہے تھے، آپ کا بہت بہت شکریہ،</w:t>
      </w:r>
    </w:p>
    <w:p>
      <w:r>
        <w:rPr>
          <w:b/>
        </w:rPr>
        <w:t xml:space="preserve">[1:15:21] </w:t>
      </w:r>
      <w:r>
        <w:t>aur administration ne bara acha kaam kiya.</w:t>
      </w:r>
    </w:p>
    <w:p>
      <w:pPr>
        <w:jc w:val="right"/>
      </w:pPr>
      <w:r>
        <w:t>اور ایڈمنسٹریشن نے بڑا اچھا کام کیا۔</w:t>
      </w:r>
    </w:p>
    <w:p>
      <w:r>
        <w:rPr>
          <w:b/>
        </w:rPr>
        <w:t xml:space="preserve">[1:15:24] </w:t>
      </w:r>
      <w:r>
        <w:t>To airport authorities ko aur government officers ko khoob khoob thank you kar rahe thay woh, aur ghar</w:t>
      </w:r>
    </w:p>
    <w:p>
      <w:pPr>
        <w:jc w:val="right"/>
      </w:pPr>
      <w:r>
        <w:t>تو ایئرپورٹ اتھارٹیز کو اور گورنمنٹ افیسرز کو خوب خوب تھینک یو کر رہے تھے وہ، اور گھر</w:t>
      </w:r>
    </w:p>
    <w:p>
      <w:r>
        <w:rPr>
          <w:b/>
        </w:rPr>
        <w:t xml:space="preserve">[1:15:29] </w:t>
      </w:r>
      <w:r>
        <w:t>mein aa kar shikayat karne lagay.</w:t>
      </w:r>
    </w:p>
    <w:p>
      <w:pPr>
        <w:jc w:val="right"/>
      </w:pPr>
      <w:r>
        <w:t>میں آ کر شکایت کرنے لگے۔</w:t>
      </w:r>
    </w:p>
    <w:p>
      <w:r>
        <w:rPr>
          <w:b/>
        </w:rPr>
        <w:t xml:space="preserve">[1:15:31] </w:t>
      </w:r>
      <w:r>
        <w:t>Aaj hi ke paper mein aaye to</w:t>
      </w:r>
    </w:p>
    <w:p>
      <w:pPr>
        <w:jc w:val="right"/>
      </w:pPr>
      <w:r>
        <w:t>آج ہی کے پیپر میں آئے تو</w:t>
      </w:r>
    </w:p>
    <w:p>
      <w:r>
        <w:rPr>
          <w:b/>
        </w:rPr>
        <w:t xml:space="preserve">[1:15:34] </w:t>
      </w:r>
      <w:r>
        <w:t>yeh hai double standard</w:t>
      </w:r>
    </w:p>
    <w:p>
      <w:pPr>
        <w:jc w:val="right"/>
      </w:pPr>
      <w:r>
        <w:t>یہ ہے ڈبل اسٹینڈرڈ</w:t>
      </w:r>
    </w:p>
    <w:p>
      <w:r>
        <w:rPr>
          <w:b/>
        </w:rPr>
        <w:t xml:space="preserve">[1:15:38] </w:t>
      </w:r>
      <w:r>
        <w:t>ke wahan par bahar jab khare hain stage par, aap to wahan to aap doosri boli bol rahe</w:t>
      </w:r>
    </w:p>
    <w:p>
      <w:pPr>
        <w:jc w:val="right"/>
      </w:pPr>
      <w:r>
        <w:t>کہ وہاں پر باہر جب کھڑے ہیں اسٹیج پر، آپ تو وہاں تو آپ دوسری بولی بول رہے</w:t>
      </w:r>
    </w:p>
    <w:p>
      <w:r>
        <w:rPr>
          <w:b/>
        </w:rPr>
        <w:t xml:space="preserve">[1:15:42] </w:t>
      </w:r>
      <w:r>
        <w:t>hain, ghar mein aap apne bachon ke sath aaye, doosri boli bol rahe hain.</w:t>
      </w:r>
    </w:p>
    <w:p>
      <w:pPr>
        <w:jc w:val="right"/>
      </w:pPr>
      <w:r>
        <w:t>ہیں، گھر میں آپ اپنے بچوں کے ساتھ آئے، دوسری بولی بول رہے ہیں۔</w:t>
      </w:r>
    </w:p>
    <w:p>
      <w:r>
        <w:rPr>
          <w:b/>
        </w:rPr>
        <w:t xml:space="preserve">[1:15:46] </w:t>
      </w:r>
      <w:r>
        <w:t>yeh hai dishonesty.</w:t>
      </w:r>
    </w:p>
    <w:p>
      <w:pPr>
        <w:jc w:val="right"/>
      </w:pPr>
      <w:r>
        <w:t>یہ ہے ڈس اونسٹی۔</w:t>
      </w:r>
    </w:p>
    <w:p>
      <w:r>
        <w:rPr>
          <w:b/>
        </w:rPr>
        <w:t xml:space="preserve">[1:15:49] </w:t>
      </w:r>
      <w:r>
        <w:t>to aadmi ko, yani yeh yeh pehli condition hai.</w:t>
      </w:r>
    </w:p>
    <w:p>
      <w:pPr>
        <w:jc w:val="right"/>
      </w:pPr>
      <w:r>
        <w:t>تو آدمی کو، یعنی یہ یہ پہلی کنڈیشن ہے۔</w:t>
      </w:r>
    </w:p>
    <w:p>
      <w:r>
        <w:rPr>
          <w:b/>
        </w:rPr>
        <w:t xml:space="preserve">[1:15:54] </w:t>
      </w:r>
      <w:r>
        <w:t>doosri sari jab baat ko dekhi jayengi,</w:t>
      </w:r>
    </w:p>
    <w:p>
      <w:pPr>
        <w:jc w:val="right"/>
      </w:pPr>
      <w:r>
        <w:t>دوسری ساری جب بات کو دیکھی جائیں گی،</w:t>
      </w:r>
    </w:p>
    <w:p>
      <w:r>
        <w:rPr>
          <w:b/>
        </w:rPr>
        <w:t xml:space="preserve">[1:15:58] </w:t>
      </w:r>
      <w:r>
        <w:t>sab se pehla selection hoga jo woh hai honesty ke level par hoga ke aap ke dil mein</w:t>
      </w:r>
    </w:p>
    <w:p>
      <w:pPr>
        <w:jc w:val="right"/>
      </w:pPr>
      <w:r>
        <w:t>سب سے پہلا سلیکشن ہوگا جو وہ ہے اونسٹی کے لیول پر ہوگا کہ آپ کے دل میں</w:t>
      </w:r>
    </w:p>
    <w:p>
      <w:r>
        <w:rPr>
          <w:b/>
        </w:rPr>
        <w:t xml:space="preserve">[1:16:04] </w:t>
      </w:r>
      <w:r>
        <w:t>jo hai wohi munh par ho.</w:t>
      </w:r>
    </w:p>
    <w:p>
      <w:pPr>
        <w:jc w:val="right"/>
      </w:pPr>
      <w:r>
        <w:t>جو ہے وہی منہ پر ہو۔</w:t>
      </w:r>
    </w:p>
    <w:p>
      <w:r>
        <w:rPr>
          <w:b/>
        </w:rPr>
        <w:t xml:space="preserve">[1:16:06] </w:t>
      </w:r>
      <w:r>
        <w:t>yani aap jo bolen wohi karen, aur jo karen wohi aap ne bola ho.</w:t>
      </w:r>
    </w:p>
    <w:p>
      <w:pPr>
        <w:jc w:val="right"/>
      </w:pPr>
      <w:r>
        <w:t>یعنی آپ جو بولیں وہی کریں، اور جو کریں وہی آپ نے بولا ہو۔</w:t>
      </w:r>
    </w:p>
    <w:p>
      <w:r>
        <w:rPr>
          <w:b/>
        </w:rPr>
        <w:t xml:space="preserve">[1:16:12] </w:t>
      </w:r>
      <w:r>
        <w:t>aap ka aap ki private life aur public life dono ek ho.</w:t>
      </w:r>
    </w:p>
    <w:p>
      <w:pPr>
        <w:jc w:val="right"/>
      </w:pPr>
      <w:r>
        <w:t>آپ کا آپ کی پرائیویٹ لائف اور پبلک لائف دونوں ایک ہوں۔</w:t>
      </w:r>
    </w:p>
    <w:p>
      <w:r>
        <w:rPr>
          <w:b/>
        </w:rPr>
        <w:t xml:space="preserve">[1:16:18] </w:t>
      </w:r>
      <w:r>
        <w:t>aisa nahi ke aap stage par jo kuch boli bolen, aur ghar mein aayen to doosri boli bolne</w:t>
      </w:r>
    </w:p>
    <w:p>
      <w:pPr>
        <w:jc w:val="right"/>
      </w:pPr>
      <w:r>
        <w:t>ایسا نہیں کہ آپ اسٹیج پر جو کچھ بولی بولیں، اور گھر میں آئیں تو دوسری بولی بولنے</w:t>
      </w:r>
    </w:p>
    <w:p>
      <w:r>
        <w:rPr>
          <w:b/>
        </w:rPr>
        <w:t xml:space="preserve">[1:16:23] </w:t>
      </w:r>
      <w:r>
        <w:t>lagain. To jahan tak maine samjha hai</w:t>
      </w:r>
    </w:p>
    <w:p>
      <w:pPr>
        <w:jc w:val="right"/>
      </w:pPr>
      <w:r>
        <w:t>لگیں۔ تو جہاں تک میں نے سمجھا ہے</w:t>
      </w:r>
    </w:p>
    <w:p>
      <w:r>
        <w:rPr>
          <w:b/>
        </w:rPr>
        <w:t xml:space="preserve">[1:16:28] </w:t>
      </w:r>
      <w:r>
        <w:t>ke pehli jo condition hai</w:t>
      </w:r>
    </w:p>
    <w:p>
      <w:pPr>
        <w:jc w:val="right"/>
      </w:pPr>
      <w:r>
        <w:t>کہ پہلی جو کنڈیشن ہے</w:t>
      </w:r>
    </w:p>
    <w:p>
      <w:r>
        <w:rPr>
          <w:b/>
        </w:rPr>
        <w:t xml:space="preserve">[1:16:32] </w:t>
      </w:r>
      <w:r>
        <w:t>paradise mein jane walon ke liye, yani pehla jo chunao hoga woh yahan hoga ke aadmi honest tha</w:t>
      </w:r>
    </w:p>
    <w:p>
      <w:pPr>
        <w:jc w:val="right"/>
      </w:pPr>
      <w:r>
        <w:t>پیراڈائز میں جانے والوں کے لیے، یعنی پہلا جو چناؤ ہوگا وہ یہاں ہوگا کہ آدمی اونسٹ تھا</w:t>
      </w:r>
    </w:p>
    <w:p>
      <w:r>
        <w:rPr>
          <w:b/>
        </w:rPr>
        <w:t xml:space="preserve">[1:16:37] </w:t>
      </w:r>
      <w:r>
        <w:t>ke nahi honest tha.</w:t>
      </w:r>
    </w:p>
    <w:p>
      <w:pPr>
        <w:jc w:val="right"/>
      </w:pPr>
      <w:r>
        <w:t>کہ نہیں اونسٹ تھا۔</w:t>
      </w:r>
    </w:p>
    <w:p>
      <w:r>
        <w:rPr>
          <w:b/>
        </w:rPr>
        <w:t xml:space="preserve">[1:16:39] </w:t>
      </w:r>
      <w:r>
        <w:t>Honesty bajap ke test mein jab aap stand kar jayen to phir doosri cheezen dekhi jayengi.</w:t>
      </w:r>
    </w:p>
    <w:p>
      <w:pPr>
        <w:jc w:val="right"/>
      </w:pPr>
      <w:r>
        <w:t>اونسٹی بجاپ کے ٹیسٹ میں جب آپ اسٹینڈ کر جائیں تو پھر دوسری چیزیں دیکھی جائیں گی۔</w:t>
      </w:r>
    </w:p>
    <w:p>
      <w:r>
        <w:rPr>
          <w:b/>
        </w:rPr>
        <w:t xml:space="preserve">[1:16:48] </w:t>
      </w:r>
      <w:r>
        <w:t>to brief yeh hai ke</w:t>
      </w:r>
    </w:p>
    <w:p>
      <w:pPr>
        <w:jc w:val="right"/>
      </w:pPr>
      <w:r>
        <w:t>تو بریف یہ ہے کہ</w:t>
      </w:r>
    </w:p>
    <w:p>
      <w:r>
        <w:rPr>
          <w:b/>
        </w:rPr>
        <w:t xml:space="preserve">[1:16:52] </w:t>
      </w:r>
      <w:r>
        <w:t>paradise ke jo bare bare darje hain, woh sab dua work walon ke liye hain.</w:t>
      </w:r>
    </w:p>
    <w:p>
      <w:pPr>
        <w:jc w:val="right"/>
      </w:pPr>
      <w:r>
        <w:t>پیراڈائز کے جو بڑے بڑے درجے ہیں، وہ سب دعا ورک والوں کے لیے ہیں۔</w:t>
      </w:r>
    </w:p>
    <w:p>
      <w:r>
        <w:rPr>
          <w:b/>
        </w:rPr>
        <w:t xml:space="preserve">[1:16:56] </w:t>
      </w:r>
      <w:r>
        <w:t>is ke baad jo log kaam karen, to agar un mein honesty thi, agar woh sachay thay, to</w:t>
      </w:r>
    </w:p>
    <w:p>
      <w:pPr>
        <w:jc w:val="right"/>
      </w:pPr>
      <w:r>
        <w:t>اس کے بعد جو لوگ کام کریں، تو اگر ان میں اونسٹی تھی، اگر وہ سچے تھے، تو</w:t>
      </w:r>
    </w:p>
    <w:p>
      <w:r>
        <w:rPr>
          <w:b/>
        </w:rPr>
        <w:t xml:space="preserve">[1:17:03] </w:t>
      </w:r>
      <w:r>
        <w:t>phir jaisa woh karen ge, us ke lehaz se un ko different story par jagah mile gi.</w:t>
      </w:r>
    </w:p>
    <w:p>
      <w:pPr>
        <w:jc w:val="right"/>
      </w:pPr>
      <w:r>
        <w:t>پھر جیسا وہ کریں گے، اس کے لحاظ سے ان کو ڈفرنٹ اسٹوری پر جگہ ملے گی۔</w:t>
      </w:r>
    </w:p>
    <w:p>
      <w:r>
        <w:rPr>
          <w:b/>
        </w:rPr>
        <w:t xml:space="preserve">[1:17:08] </w:t>
      </w:r>
      <w:r>
        <w:t>samjhen ke 200 stories hain, goya paradise ki.</w:t>
      </w:r>
    </w:p>
    <w:p>
      <w:pPr>
        <w:jc w:val="right"/>
      </w:pPr>
      <w:r>
        <w:t>سمجھیں کہ 200 اسٹوریز ہیں، گویا پیراڈائز کی۔</w:t>
      </w:r>
    </w:p>
    <w:p>
      <w:r>
        <w:rPr>
          <w:b/>
        </w:rPr>
        <w:t xml:space="preserve">[1:17:13] </w:t>
      </w:r>
      <w:r>
        <w:t>yeh main samjh samjha hoon.</w:t>
      </w:r>
    </w:p>
    <w:p>
      <w:pPr>
        <w:jc w:val="right"/>
      </w:pPr>
      <w:r>
        <w:t>یہ میں سمجھ سمجھا ہوں۔</w:t>
      </w:r>
    </w:p>
    <w:p>
      <w:r>
        <w:rPr>
          <w:b/>
        </w:rPr>
        <w:t xml:space="preserve">[1:17:19] </w:t>
      </w:r>
      <w:r>
        <w:t>das question is from Manju Varmani.</w:t>
      </w:r>
    </w:p>
    <w:p>
      <w:pPr>
        <w:jc w:val="right"/>
      </w:pPr>
      <w:r>
        <w:t>دس کوسچن از فرام منجو ورمانی۔</w:t>
      </w:r>
    </w:p>
    <w:p>
      <w:r>
        <w:rPr>
          <w:b/>
        </w:rPr>
        <w:t xml:space="preserve">[1:17:22] </w:t>
      </w:r>
      <w:r>
        <w:t>In world that is in chaos, politically, socially and environmentally, can the human race survive for another hundred</w:t>
      </w:r>
    </w:p>
    <w:p>
      <w:pPr>
        <w:jc w:val="right"/>
      </w:pPr>
      <w:r>
        <w:t>ان ورلڈ دیٹ از ان کیوس، پولیٹیکلی، سوشلی اینڈ انوائرمنٹلی، کین دی ہیومن ریس سروائیو فار انادر ہنڈرڈ</w:t>
      </w:r>
    </w:p>
    <w:p>
      <w:r>
        <w:rPr>
          <w:b/>
        </w:rPr>
        <w:t xml:space="preserve">[1:17:30] </w:t>
      </w:r>
      <w:r>
        <w:t>years from now onwards?</w:t>
      </w:r>
    </w:p>
    <w:p>
      <w:pPr>
        <w:jc w:val="right"/>
      </w:pPr>
      <w:r>
        <w:t>ایئرز فرام ناؤ انورڈز؟</w:t>
      </w:r>
    </w:p>
    <w:p>
      <w:r>
        <w:rPr>
          <w:b/>
        </w:rPr>
        <w:t xml:space="preserve">[1:17:33] </w:t>
      </w:r>
      <w:r>
        <w:t>bhai yeh to koi nahi bata sakta,</w:t>
      </w:r>
    </w:p>
    <w:p>
      <w:pPr>
        <w:jc w:val="right"/>
      </w:pPr>
      <w:r>
        <w:t>بھئی یہ تو کوئی نہیں بتا سکتا،</w:t>
      </w:r>
    </w:p>
    <w:p>
      <w:r>
        <w:rPr>
          <w:b/>
        </w:rPr>
        <w:t xml:space="preserve">[1:17:37] </w:t>
      </w:r>
      <w:r>
        <w:t>yeh to koi kisi ko pata nahi hai.</w:t>
      </w:r>
    </w:p>
    <w:p>
      <w:pPr>
        <w:jc w:val="right"/>
      </w:pPr>
      <w:r>
        <w:t>یہ تو کوئی کسی کو پتہ نہیں ہے۔</w:t>
      </w:r>
    </w:p>
    <w:p>
      <w:r>
        <w:rPr>
          <w:b/>
        </w:rPr>
        <w:t xml:space="preserve">[1:17:39] </w:t>
      </w:r>
      <w:r>
        <w:t>aur doosri qiyas to hamesha raha hai, aaj se bohat zyada raha pehle,</w:t>
      </w:r>
    </w:p>
    <w:p>
      <w:pPr>
        <w:jc w:val="right"/>
      </w:pPr>
      <w:r>
        <w:t>اور دوسری قیاس تو ہمیشہ رہا ہے، آج سے بہت زیادہ رہا پہلے،</w:t>
      </w:r>
    </w:p>
    <w:p>
      <w:r>
        <w:rPr>
          <w:b/>
        </w:rPr>
        <w:t xml:space="preserve">[1:17:46] </w:t>
      </w:r>
      <w:r>
        <w:t>aaj jis cheez ko aap qiyas keh rahe hain,</w:t>
      </w:r>
    </w:p>
    <w:p>
      <w:pPr>
        <w:jc w:val="right"/>
      </w:pPr>
      <w:r>
        <w:t>آج جس چیز کو آپ قیاس کہہ رہے ہیں،</w:t>
      </w:r>
    </w:p>
    <w:p>
      <w:r>
        <w:rPr>
          <w:b/>
        </w:rPr>
        <w:t xml:space="preserve">[1:17:49] </w:t>
      </w:r>
      <w:r>
        <w:t>yeh hamesha hi raha hai, aaj se zyada zyada raha hai.</w:t>
      </w:r>
    </w:p>
    <w:p>
      <w:pPr>
        <w:jc w:val="right"/>
      </w:pPr>
      <w:r>
        <w:t>یہ ہمیشہ ہی رہا ہے، آج سے زیادہ زیادہ رہا ہے۔</w:t>
      </w:r>
    </w:p>
    <w:p>
      <w:r>
        <w:rPr>
          <w:b/>
        </w:rPr>
        <w:t xml:space="preserve">[1:17:52] </w:t>
      </w:r>
      <w:r>
        <w:t>jaise first world war ke zamane mein dekhen, aap second world war ke zamane mein aap dekhen, aap</w:t>
      </w:r>
    </w:p>
    <w:p>
      <w:pPr>
        <w:jc w:val="right"/>
      </w:pPr>
      <w:r>
        <w:t>جیسے فرسٹ ورلڈ وار کے زمانے میں دیکھیں، آپ سیکنڈ ورلڈ وار کے زمانے میں آپ دیکھیں، آپ</w:t>
      </w:r>
    </w:p>
    <w:p>
      <w:r>
        <w:rPr>
          <w:b/>
        </w:rPr>
        <w:t xml:space="preserve">[1:17:58] </w:t>
      </w:r>
      <w:r>
        <w:t>mein apne bachpan mein,</w:t>
      </w:r>
    </w:p>
    <w:p>
      <w:pPr>
        <w:jc w:val="right"/>
      </w:pPr>
      <w:r>
        <w:t>میں اپنے بچپن میں،</w:t>
      </w:r>
    </w:p>
    <w:p>
      <w:r>
        <w:rPr>
          <w:b/>
        </w:rPr>
        <w:t xml:space="preserve">[1:18:01] </w:t>
      </w:r>
      <w:r>
        <w:t>kya apni naujawani ki umar mein, mere zamane hi mein second world war hui.</w:t>
      </w:r>
    </w:p>
    <w:p>
      <w:pPr>
        <w:jc w:val="right"/>
      </w:pPr>
      <w:r>
        <w:t>کیا اپنی نوجوانی کی عمر میں، میرے زمانے ہی میں سیکنڈ ورلڈ وار ہوئی۔</w:t>
      </w:r>
    </w:p>
    <w:p>
      <w:r>
        <w:rPr>
          <w:b/>
        </w:rPr>
        <w:t xml:space="preserve">[1:18:06] </w:t>
      </w:r>
      <w:r>
        <w:t>second world war ke zamane mein mein goya</w:t>
      </w:r>
    </w:p>
    <w:p>
      <w:pPr>
        <w:jc w:val="right"/>
      </w:pPr>
      <w:r>
        <w:t>سیکنڈ ورلڈ وار کے زمانے میں میں گویا</w:t>
      </w:r>
    </w:p>
    <w:p>
      <w:r>
        <w:rPr>
          <w:b/>
        </w:rPr>
        <w:t xml:space="preserve">[1:18:09] </w:t>
      </w:r>
      <w:r>
        <w:t>mature ho chuka tha.</w:t>
      </w:r>
    </w:p>
    <w:p>
      <w:pPr>
        <w:jc w:val="right"/>
      </w:pPr>
      <w:r>
        <w:t>میچور ہو چکا تھا۔</w:t>
      </w:r>
    </w:p>
    <w:p>
      <w:r>
        <w:rPr>
          <w:b/>
        </w:rPr>
        <w:t xml:space="preserve">[1:18:11] </w:t>
      </w:r>
      <w:r>
        <w:t>to government ne is zamane mein ek ek chalai thi</w:t>
      </w:r>
    </w:p>
    <w:p>
      <w:pPr>
        <w:jc w:val="right"/>
      </w:pPr>
      <w:r>
        <w:t>تو گورنمنٹ نے اس زمانے میں ایک ایک چلائی تھی</w:t>
      </w:r>
    </w:p>
    <w:p>
      <w:r>
        <w:rPr>
          <w:b/>
        </w:rPr>
        <w:t xml:space="preserve">[1:18:15] </w:t>
      </w:r>
      <w:r>
        <w:t>ke paper nahi milta tha.</w:t>
      </w:r>
    </w:p>
    <w:p>
      <w:pPr>
        <w:jc w:val="right"/>
      </w:pPr>
      <w:r>
        <w:t>کہ پیپر نہیں ملتا تھا۔</w:t>
      </w:r>
    </w:p>
    <w:p>
      <w:r>
        <w:rPr>
          <w:b/>
        </w:rPr>
        <w:t xml:space="preserve">[1:18:17] </w:t>
      </w:r>
      <w:r>
        <w:t>is zamane mein</w:t>
      </w:r>
    </w:p>
    <w:p>
      <w:pPr>
        <w:jc w:val="right"/>
      </w:pPr>
      <w:r>
        <w:t>اس زمانے میں</w:t>
      </w:r>
    </w:p>
    <w:p>
      <w:r>
        <w:rPr>
          <w:b/>
        </w:rPr>
        <w:t xml:space="preserve">[1:18:19] </w:t>
      </w:r>
      <w:r>
        <w:t>paper aap jaayen khareedne ke liye, baad mein to paper nahi milta tha, itni paper ki shortage ho</w:t>
      </w:r>
    </w:p>
    <w:p>
      <w:pPr>
        <w:jc w:val="right"/>
      </w:pPr>
      <w:r>
        <w:t>پیپر آپ جائیں خریدنے کے لیے، بعد میں تو پیپر نہیں ملتا تھا، اتنی پیپر کی شارٹیج ہو</w:t>
      </w:r>
    </w:p>
    <w:p>
      <w:r>
        <w:rPr>
          <w:b/>
        </w:rPr>
        <w:t xml:space="preserve">[1:18:24] </w:t>
      </w:r>
      <w:r>
        <w:t>gayi thi, itni zyada.</w:t>
      </w:r>
    </w:p>
    <w:p>
      <w:pPr>
        <w:jc w:val="right"/>
      </w:pPr>
      <w:r>
        <w:t>گئی تھی، اتنی زیادہ۔</w:t>
      </w:r>
    </w:p>
    <w:p>
      <w:r>
        <w:rPr>
          <w:b/>
        </w:rPr>
        <w:t xml:space="preserve">[1:18:25] </w:t>
      </w:r>
      <w:r>
        <w:t>to is mein tha ke aap English ya aap jo hai, us ko jo yeh akhbar hote hain,</w:t>
      </w:r>
    </w:p>
    <w:p>
      <w:pPr>
        <w:jc w:val="right"/>
      </w:pPr>
      <w:r>
        <w:t>تو اس میں تھا کہ آپ انگلش یا آپ جو ہے، اس کو جو یہ اخبار ہوتے ہیں،</w:t>
      </w:r>
    </w:p>
    <w:p>
      <w:r>
        <w:rPr>
          <w:b/>
        </w:rPr>
        <w:t xml:space="preserve">[1:18:32] </w:t>
      </w:r>
      <w:r>
        <w:t>newspaper, newspaper ki side mein jo thoda sa jagah rehti hai, us ko istemal kijiye.</w:t>
      </w:r>
    </w:p>
    <w:p>
      <w:pPr>
        <w:jc w:val="right"/>
      </w:pPr>
      <w:r>
        <w:t>نیوز پیپر، نیوز پیپر کی سائیڈ میں جو تھوڑا سا جگہ رہتی ہے، اس کو استعمال کیجئے۔</w:t>
      </w:r>
    </w:p>
    <w:p>
      <w:r>
        <w:rPr>
          <w:b/>
        </w:rPr>
        <w:t xml:space="preserve">[1:18:38] </w:t>
      </w:r>
      <w:r>
        <w:t>yani sheet na le kar ke aap newspaper ke side mein jo thodi jagah hoti hai, us</w:t>
      </w:r>
    </w:p>
    <w:p>
      <w:pPr>
        <w:jc w:val="right"/>
      </w:pPr>
      <w:r>
        <w:t>یعنی شیٹ نہ لے کر کے آپ نیوز پیپر کے سائیڈ میں جو تھوڑی جگہ ہوتی ہے، اس</w:t>
      </w:r>
    </w:p>
    <w:p>
      <w:r>
        <w:rPr>
          <w:b/>
        </w:rPr>
        <w:t xml:space="preserve">[1:18:43] </w:t>
      </w:r>
      <w:r>
        <w:t>ko istemal kijiye.</w:t>
      </w:r>
    </w:p>
    <w:p>
      <w:pPr>
        <w:jc w:val="right"/>
      </w:pPr>
      <w:r>
        <w:t>کو استعمال کیجئے۔</w:t>
      </w:r>
    </w:p>
    <w:p>
      <w:r>
        <w:rPr>
          <w:b/>
        </w:rPr>
        <w:t xml:space="preserve">[1:18:45] </w:t>
      </w:r>
      <w:r>
        <w:t>is ke muqable mein aaj hum bohat achhe hain, jitna chahe reading paper khareed lijiye.</w:t>
      </w:r>
    </w:p>
    <w:p>
      <w:pPr>
        <w:jc w:val="right"/>
      </w:pPr>
      <w:r>
        <w:t>اس کے مقابلے میں آج ہم بہت اچھے ہیں، جتنا چاہے ریڈنگ پیپر خرید لیجئے۔</w:t>
      </w:r>
    </w:p>
    <w:p>
      <w:r>
        <w:rPr>
          <w:b/>
        </w:rPr>
        <w:t xml:space="preserve">[1:18:52] </w:t>
      </w:r>
      <w:r>
        <w:t>mere apne zamane mein jab woh refi ahmad qutbai ke zamane mein rationing hui thi, to ration ki</w:t>
      </w:r>
    </w:p>
    <w:p>
      <w:pPr>
        <w:jc w:val="right"/>
      </w:pPr>
      <w:r>
        <w:t>میرے اپنے زمانے میں جب وہ ریفی احمد قطبائی کے زمانے میں ریشننگ ہوئی تھی، تو ریشن کی</w:t>
      </w:r>
    </w:p>
    <w:p>
      <w:r>
        <w:rPr>
          <w:b/>
        </w:rPr>
        <w:t xml:space="preserve">[1:18:58] </w:t>
      </w:r>
      <w:r>
        <w:t>bari museebat thi, bohat museebat thi.</w:t>
      </w:r>
    </w:p>
    <w:p>
      <w:pPr>
        <w:jc w:val="right"/>
      </w:pPr>
      <w:r>
        <w:t>بڑی مصیبت تھی، بہت مصیبت تھی۔</w:t>
      </w:r>
    </w:p>
    <w:p>
      <w:r>
        <w:rPr>
          <w:b/>
        </w:rPr>
        <w:t xml:space="preserve">[1:19:01] </w:t>
      </w:r>
      <w:r>
        <w:t>meri apni jab dekhi hui baat hai, aaj jo hai, aap jitna chahe ja ke gehoon aur jitna</w:t>
      </w:r>
    </w:p>
    <w:p>
      <w:pPr>
        <w:jc w:val="right"/>
      </w:pPr>
      <w:r>
        <w:t>میری اپنی جب دیکھی ہوئی بات ہے، آج جو ہے، آپ جتنا چاہے جا کے گیہوں اور جتنا</w:t>
      </w:r>
    </w:p>
    <w:p>
      <w:r>
        <w:rPr>
          <w:b/>
        </w:rPr>
        <w:t xml:space="preserve">[1:19:06] </w:t>
      </w:r>
      <w:r>
        <w:t>chahe sab cheez khareed li, chawal, gehoon, chawal, nahi, us ko khareed nahi, gehoon aur chawal aur shakar,</w:t>
      </w:r>
    </w:p>
    <w:p>
      <w:pPr>
        <w:jc w:val="right"/>
      </w:pPr>
      <w:r>
        <w:t>چاہے سب چیز خرید لی، چاول، گیہوں، چاول، نہیں، اس کو خرید نہیں، گیہوں اور چاول اور شکر،</w:t>
      </w:r>
    </w:p>
    <w:p>
      <w:r>
        <w:rPr>
          <w:b/>
        </w:rPr>
        <w:t xml:space="preserve">[1:19:13] </w:t>
      </w:r>
      <w:r>
        <w:t>har cheez mein itni rationing thi second world war ke zamane mein ke aap ek kilo bhi koi</w:t>
      </w:r>
    </w:p>
    <w:p>
      <w:pPr>
        <w:jc w:val="right"/>
      </w:pPr>
      <w:r>
        <w:t>ہر چیز میں اتنی ریشننگ تھی سیکنڈ ورلڈ وار کے زمانے میں کہ آپ ایک کلو بھی کوئی</w:t>
      </w:r>
    </w:p>
    <w:p>
      <w:r>
        <w:rPr>
          <w:b/>
        </w:rPr>
        <w:t xml:space="preserve">[1:19:20] </w:t>
      </w:r>
      <w:r>
        <w:t>cheez zyada chahen to nahi milti thi aap ko.</w:t>
      </w:r>
    </w:p>
    <w:p>
      <w:pPr>
        <w:jc w:val="right"/>
      </w:pPr>
      <w:r>
        <w:t>چیز زیادہ چاہیں تو نہیں ملتی تھی آپ کو۔</w:t>
      </w:r>
    </w:p>
    <w:p>
      <w:r>
        <w:rPr>
          <w:b/>
        </w:rPr>
        <w:t xml:space="preserve">[1:19:22] </w:t>
      </w:r>
      <w:r>
        <w:t>aaj jitna chahe ja ke khareed lijiye.</w:t>
      </w:r>
    </w:p>
    <w:p>
      <w:pPr>
        <w:jc w:val="right"/>
      </w:pPr>
      <w:r>
        <w:t>آج جتنا چاہے جا کے خرید لیجئے۔</w:t>
      </w:r>
    </w:p>
    <w:p>
      <w:r>
        <w:rPr>
          <w:b/>
        </w:rPr>
        <w:t xml:space="preserve">[1:19:26] </w:t>
      </w:r>
      <w:r>
        <w:t>to mein samajhta hoon ke jis cheez ko aap qiyas keh rahe hain, woh aaj se bohat ziyada</w:t>
      </w:r>
    </w:p>
    <w:p>
      <w:pPr>
        <w:jc w:val="right"/>
      </w:pPr>
      <w:r>
        <w:t>تو میں سمجھتا ہوں کہ جس چیز کو آپ قیاس کہہ رہے ہیں، وہ آج سے بہت زیادہ</w:t>
      </w:r>
    </w:p>
    <w:p>
      <w:r>
        <w:rPr>
          <w:b/>
        </w:rPr>
        <w:t xml:space="preserve">[1:19:31] </w:t>
      </w:r>
      <w:r>
        <w:t>tha pehle zamanay mein, ab to bohat kam hai.</w:t>
      </w:r>
    </w:p>
    <w:p>
      <w:pPr>
        <w:jc w:val="right"/>
      </w:pPr>
      <w:r>
        <w:t>تھا پہلے زمانے میں، اب تو بہت کم ہے۔</w:t>
      </w:r>
    </w:p>
    <w:p>
      <w:r>
        <w:rPr>
          <w:b/>
        </w:rPr>
        <w:t xml:space="preserve">[1:19:35] </w:t>
      </w:r>
      <w:r>
        <w:t>pehlay zamanay mein transport itna ziyada nahi tha, to kahin agar farz kijiye ke sookha par gaya, kahin</w:t>
      </w:r>
    </w:p>
    <w:p>
      <w:pPr>
        <w:jc w:val="right"/>
      </w:pPr>
      <w:r>
        <w:t>پہلے زمانے میں ٹرانسپورٹ اتنا زیادہ نہیں تھا، تو کہیں اگر فرض کیجئے کہ سوکھا پڑ گیا، کہیں</w:t>
      </w:r>
    </w:p>
    <w:p>
      <w:r>
        <w:rPr>
          <w:b/>
        </w:rPr>
        <w:t xml:space="preserve">[1:19:41] </w:t>
      </w:r>
      <w:r>
        <w:t>bohat ziyada woh sailab aa gaya, to wahan se food item kahin doosri jagah pohnch nahi paate thay,</w:t>
      </w:r>
    </w:p>
    <w:p>
      <w:pPr>
        <w:jc w:val="right"/>
      </w:pPr>
      <w:r>
        <w:t>بہت زیادہ وہ سیلاب آ گیا، تو وہاں سے فوڈ آئٹم کہیں دوسری جگہ پہنچ نہیں پاتے تھے،</w:t>
      </w:r>
    </w:p>
    <w:p>
      <w:r>
        <w:rPr>
          <w:b/>
        </w:rPr>
        <w:t xml:space="preserve">[1:19:49] </w:t>
      </w:r>
      <w:r>
        <w:t>kyun ke transport nahi hota tha.</w:t>
      </w:r>
    </w:p>
    <w:p>
      <w:pPr>
        <w:jc w:val="right"/>
      </w:pPr>
      <w:r>
        <w:t>کیونکہ ٹرانسپورٹ نہیں ہوتا تھا۔</w:t>
      </w:r>
    </w:p>
    <w:p>
      <w:r>
        <w:rPr>
          <w:b/>
        </w:rPr>
        <w:t xml:space="preserve">[1:19:51] </w:t>
      </w:r>
      <w:r>
        <w:t>aaj aap dekhen, dharha dhar cheezen pohnch jaati hain aik doosray, aik jagah se doosri jagah.</w:t>
      </w:r>
    </w:p>
    <w:p>
      <w:pPr>
        <w:jc w:val="right"/>
      </w:pPr>
      <w:r>
        <w:t>آج آپ دیکھیں، دھڑا دھڑ چیزیں پہنچ جاتی ہیں ایک دوسرے، ایک جگہ سے دوسری جگہ۔</w:t>
      </w:r>
    </w:p>
    <w:p>
      <w:r>
        <w:rPr>
          <w:b/>
        </w:rPr>
        <w:t xml:space="preserve">[1:19:56] </w:t>
      </w:r>
      <w:r>
        <w:t>ab kahan woh museebat hoti hai jo pehle hua karti thi.</w:t>
      </w:r>
    </w:p>
    <w:p>
      <w:pPr>
        <w:jc w:val="right"/>
      </w:pPr>
      <w:r>
        <w:t>اب کہاں وہ مصیبت ہوتی ہے جو پہلے ہوا کرتی تھی۔</w:t>
      </w:r>
    </w:p>
    <w:p>
      <w:r>
        <w:rPr>
          <w:b/>
        </w:rPr>
        <w:t xml:space="preserve">[1:20:00] </w:t>
      </w:r>
      <w:r>
        <w:t>is wajah se yeh samajhna ke aaj koi bohat bara qiyas hai, yeh sahi nahi hai.</w:t>
      </w:r>
    </w:p>
    <w:p>
      <w:pPr>
        <w:jc w:val="right"/>
      </w:pPr>
      <w:r>
        <w:t>اس وجہ سے یہ سمجھنا کہ آج کوئی بہت بڑا قیاس ہے، یہ صحیح نہیں ہے۔</w:t>
      </w:r>
    </w:p>
    <w:p>
      <w:r>
        <w:rPr>
          <w:b/>
        </w:rPr>
        <w:t xml:space="preserve">[1:20:04] </w:t>
      </w:r>
      <w:r>
        <w:t>aur yeh hum mein se koi nahi is position mein hai ke keh sake ke kab tak chale</w:t>
      </w:r>
    </w:p>
    <w:p>
      <w:pPr>
        <w:jc w:val="right"/>
      </w:pPr>
      <w:r>
        <w:t>اور یہ ہم میں سے کوئی نہیں اس پوزیشن میں ہے کہ کہہ سکے کہ کب تک چلے</w:t>
      </w:r>
    </w:p>
    <w:p>
      <w:r>
        <w:rPr>
          <w:b/>
        </w:rPr>
        <w:t xml:space="preserve">[1:20:08] </w:t>
      </w:r>
      <w:r>
        <w:t>ga, kyun ke quran mein yeh hai ke "la tu'khadhuhuma bukh'tun"</w:t>
      </w:r>
    </w:p>
    <w:p>
      <w:pPr>
        <w:jc w:val="right"/>
      </w:pPr>
      <w:r>
        <w:t>گا، کیونکہ قرآن میں یہ ہے کہ "لا تحتکم الا بختا"</w:t>
      </w:r>
    </w:p>
    <w:p>
      <w:r>
        <w:rPr>
          <w:b/>
        </w:rPr>
        <w:t xml:space="preserve">[1:20:14] </w:t>
      </w:r>
      <w:r>
        <w:t>suddenly aa jayegi qayamat,</w:t>
      </w:r>
    </w:p>
    <w:p>
      <w:pPr>
        <w:jc w:val="right"/>
      </w:pPr>
      <w:r>
        <w:t>سڈنلی آ جائے گی قیامت،</w:t>
      </w:r>
    </w:p>
    <w:p>
      <w:r>
        <w:rPr>
          <w:b/>
        </w:rPr>
        <w:t xml:space="preserve">[1:20:17] </w:t>
      </w:r>
      <w:r>
        <w:t>suddenly aa jayegi bilkul.</w:t>
      </w:r>
    </w:p>
    <w:p>
      <w:pPr>
        <w:jc w:val="right"/>
      </w:pPr>
      <w:r>
        <w:t>سڈنلی آ جائے گی بالکل۔</w:t>
      </w:r>
    </w:p>
    <w:p>
      <w:r>
        <w:rPr>
          <w:b/>
        </w:rPr>
        <w:t xml:space="preserve">[1:20:19] </w:t>
      </w:r>
      <w:r>
        <w:t>is ka koi period nahi hai maloom kisi ko, abhi aaj shaam ko aa sakti hai.</w:t>
      </w:r>
    </w:p>
    <w:p>
      <w:pPr>
        <w:jc w:val="right"/>
      </w:pPr>
      <w:r>
        <w:t>اس کا کوئی پیریڈ نہیں ہے معلوم کسی کو، ابھی آج شام کو آ سکتی ہے۔</w:t>
      </w:r>
    </w:p>
    <w:p>
      <w:r>
        <w:rPr>
          <w:b/>
        </w:rPr>
        <w:t xml:space="preserve">[1:20:25] </w:t>
      </w:r>
      <w:r>
        <w:t>saara ho sakta hai sab kuch khatam ho jaye, na zameen rahe, na suraj rahe, na chand rahe,</w:t>
      </w:r>
    </w:p>
    <w:p>
      <w:pPr>
        <w:jc w:val="right"/>
      </w:pPr>
      <w:r>
        <w:t>سارا ہو سکتا ہے سب کچھ ختم ہو جائے، نہ زمین رہے، نہ سورج رہے، نہ چاند رہے،</w:t>
      </w:r>
    </w:p>
    <w:p>
      <w:r>
        <w:rPr>
          <w:b/>
        </w:rPr>
        <w:t xml:space="preserve">[1:20:31] </w:t>
      </w:r>
      <w:r>
        <w:t>kon janta hai.</w:t>
      </w:r>
    </w:p>
    <w:p>
      <w:pPr>
        <w:jc w:val="right"/>
      </w:pPr>
      <w:r>
        <w:t>کون جانتا ہے۔</w:t>
      </w:r>
    </w:p>
    <w:p>
      <w:r>
        <w:rPr>
          <w:b/>
        </w:rPr>
        <w:t xml:space="preserve">[1:20:33] </w:t>
      </w:r>
      <w:r>
        <w:t>is liye is sochne ke liye hamare paas koi base nahi hai.</w:t>
      </w:r>
    </w:p>
    <w:p>
      <w:pPr>
        <w:jc w:val="right"/>
      </w:pPr>
      <w:r>
        <w:t>اس لیے اس سوچنے کے لیے ہمارے پاس کوئی بیس نہیں ہے۔</w:t>
      </w:r>
    </w:p>
    <w:p>
      <w:r>
        <w:rPr>
          <w:b/>
        </w:rPr>
        <w:t xml:space="preserve">[1:20:39] </w:t>
      </w:r>
      <w:r>
        <w:t>das question is from rakesh.</w:t>
      </w:r>
    </w:p>
    <w:p>
      <w:pPr>
        <w:jc w:val="right"/>
      </w:pPr>
      <w:r>
        <w:t>دس کوسچن از فرام راکیش۔</w:t>
      </w:r>
    </w:p>
    <w:p>
      <w:r>
        <w:rPr>
          <w:b/>
        </w:rPr>
        <w:t xml:space="preserve">[1:20:41] </w:t>
      </w:r>
      <w:r>
        <w:t>as we know that soul never dies,</w:t>
      </w:r>
    </w:p>
    <w:p>
      <w:pPr>
        <w:jc w:val="right"/>
      </w:pPr>
      <w:r>
        <w:t>ایز وی نو دیٹ سول نیور ڈائز،</w:t>
      </w:r>
    </w:p>
    <w:p>
      <w:r>
        <w:rPr>
          <w:b/>
        </w:rPr>
        <w:t xml:space="preserve">[1:20:45] </w:t>
      </w:r>
      <w:r>
        <w:t>But according to some, there is reborn concept.</w:t>
      </w:r>
    </w:p>
    <w:p>
      <w:pPr>
        <w:jc w:val="right"/>
      </w:pPr>
      <w:r>
        <w:t>بٹ اکارڈنگ ٹو سم، دیر از ری بورن کانسیپٹ۔</w:t>
      </w:r>
    </w:p>
    <w:p>
      <w:r>
        <w:rPr>
          <w:b/>
        </w:rPr>
        <w:t xml:space="preserve">[1:20:48] </w:t>
      </w:r>
      <w:r>
        <w:t>They say that the person who dies takes rebirth again.</w:t>
      </w:r>
    </w:p>
    <w:p>
      <w:pPr>
        <w:jc w:val="right"/>
      </w:pPr>
      <w:r>
        <w:t>دے سے دیٹ دا پرسن ہو ڈائز ٹیکس ری برتھ اگین۔</w:t>
      </w:r>
    </w:p>
    <w:p>
      <w:r>
        <w:rPr>
          <w:b/>
        </w:rPr>
        <w:t xml:space="preserve">[1:20:53] </w:t>
      </w:r>
      <w:r>
        <w:t>if this is true, then how can we say that paradise exists?</w:t>
      </w:r>
    </w:p>
    <w:p>
      <w:pPr>
        <w:jc w:val="right"/>
      </w:pPr>
      <w:r>
        <w:t>اف دس از ٹرو، دین ہاؤ کین وی سے دیٹ پیراڈائز ایگزسٹ؟</w:t>
      </w:r>
    </w:p>
    <w:p>
      <w:r>
        <w:rPr>
          <w:b/>
        </w:rPr>
        <w:t xml:space="preserve">[1:20:59] </w:t>
      </w:r>
      <w:r>
        <w:t>dekhen, aap jante hain ke religion mein do woh hain, do branches hain: semitic religion aur aryan religion.</w:t>
      </w:r>
    </w:p>
    <w:p>
      <w:pPr>
        <w:jc w:val="right"/>
      </w:pPr>
      <w:r>
        <w:t>دیکھیں، آپ جانتے ہیں کہ ریلیجن میں دو وہ ہیں، دو برانچز ہیں: سیمیٹک ریلیجن اور ارین ریلیجن۔</w:t>
      </w:r>
    </w:p>
    <w:p>
      <w:r>
        <w:rPr>
          <w:b/>
        </w:rPr>
        <w:t xml:space="preserve">[1:21:09] </w:t>
      </w:r>
      <w:r>
        <w:t>aryan religion mein yeh concept hai, yani hinduism mein, jainism mein, buddhism mein.</w:t>
      </w:r>
    </w:p>
    <w:p>
      <w:pPr>
        <w:jc w:val="right"/>
      </w:pPr>
      <w:r>
        <w:t>ارین ریلیجن میں یہ کانسیپٹ ہے، یعنی ہندوازم میں، جینزم میں، بدھزم میں۔</w:t>
      </w:r>
    </w:p>
    <w:p>
      <w:r>
        <w:rPr>
          <w:b/>
        </w:rPr>
        <w:t xml:space="preserve">[1:21:14] </w:t>
      </w:r>
      <w:r>
        <w:t>lekin semitic religion mein yeh concept nahi hai.</w:t>
      </w:r>
    </w:p>
    <w:p>
      <w:pPr>
        <w:jc w:val="right"/>
      </w:pPr>
      <w:r>
        <w:t>لیکن سیمیٹک ریلیجن میں یہ کانسیپٹ نہیں ہے۔</w:t>
      </w:r>
    </w:p>
    <w:p>
      <w:r>
        <w:rPr>
          <w:b/>
        </w:rPr>
        <w:t xml:space="preserve">[1:21:18] </w:t>
      </w:r>
      <w:r>
        <w:t>aur aap ko yeh pata hoga ke yeh concept khud un ke secret jo books hain, us mein</w:t>
      </w:r>
    </w:p>
    <w:p>
      <w:pPr>
        <w:jc w:val="right"/>
      </w:pPr>
      <w:r>
        <w:t>اور آپ کو یہ پتہ ہوگا کہ یہ کانسیپٹ خود ان کے سیکرٹ جو بکس ہیں، اس میں</w:t>
      </w:r>
    </w:p>
    <w:p>
      <w:r>
        <w:rPr>
          <w:b/>
        </w:rPr>
        <w:t xml:space="preserve">[1:21:23] </w:t>
      </w:r>
      <w:r>
        <w:t>clear nahi hai.</w:t>
      </w:r>
    </w:p>
    <w:p>
      <w:pPr>
        <w:jc w:val="right"/>
      </w:pPr>
      <w:r>
        <w:t>کلیئر نہیں ہے۔</w:t>
      </w:r>
    </w:p>
    <w:p>
      <w:r>
        <w:rPr>
          <w:b/>
        </w:rPr>
        <w:t xml:space="preserve">[1:21:25] </w:t>
      </w:r>
      <w:r>
        <w:t>yani aap ved padhen to ved mein yeh sari cheezen nahi milti hain, clear tor par.</w:t>
      </w:r>
    </w:p>
    <w:p>
      <w:pPr>
        <w:jc w:val="right"/>
      </w:pPr>
      <w:r>
        <w:t>یعنی آپ وید پڑھیں تو وید میں یہ ساری چیزیں نہیں ملتی ہیں، کلیئر طور پر۔</w:t>
      </w:r>
    </w:p>
    <w:p>
      <w:r>
        <w:rPr>
          <w:b/>
        </w:rPr>
        <w:t xml:space="preserve">[1:21:31] </w:t>
      </w:r>
      <w:r>
        <w:t>yeh bohat contradiction hai, bohat confusion hai.</w:t>
      </w:r>
    </w:p>
    <w:p>
      <w:pPr>
        <w:jc w:val="right"/>
      </w:pPr>
      <w:r>
        <w:t>یہ بہت کنٹراڈکشن ہے، بہت کنفیوژن ہے۔</w:t>
      </w:r>
    </w:p>
    <w:p>
      <w:r>
        <w:rPr>
          <w:b/>
        </w:rPr>
        <w:t xml:space="preserve">[1:21:33] </w:t>
      </w:r>
      <w:r>
        <w:t>aisa nahi ke itni clear hai jitni ke aaj suntay hain aap logon ki zuban se.</w:t>
      </w:r>
    </w:p>
    <w:p>
      <w:pPr>
        <w:jc w:val="right"/>
      </w:pPr>
      <w:r>
        <w:t>ایسا نہیں کہ اتنی کلیئر ہے جتنی کہ آج سنتے ہیں آپ لوگوں کی زبان سے۔</w:t>
      </w:r>
    </w:p>
    <w:p>
      <w:r>
        <w:rPr>
          <w:b/>
        </w:rPr>
        <w:t xml:space="preserve">[1:21:38] </w:t>
      </w:r>
      <w:r>
        <w:t>to main samajhta hoon ke clear concept aaj bhi sirf semitic religion mein hai, aryan religion mein nahi</w:t>
      </w:r>
    </w:p>
    <w:p>
      <w:pPr>
        <w:jc w:val="right"/>
      </w:pPr>
      <w:r>
        <w:t>تو میں سمجھتا ہوں کہ کلیئر کانسیپٹ آج بھی صرف سیمیٹک ریلیجن میں ہے، ارین ریلیجن میں نہیں</w:t>
      </w:r>
    </w:p>
    <w:p>
      <w:r>
        <w:rPr>
          <w:b/>
        </w:rPr>
        <w:t xml:space="preserve">[1:21:44] </w:t>
      </w:r>
      <w:r>
        <w:t>hai. ya for example, aap saari society</w:t>
      </w:r>
    </w:p>
    <w:p>
      <w:pPr>
        <w:jc w:val="right"/>
      </w:pPr>
      <w:r>
        <w:t>ہے۔ یا فار ایگزامپل، آپ سارے سوسائٹی</w:t>
      </w:r>
    </w:p>
    <w:p>
      <w:r>
        <w:rPr>
          <w:b/>
        </w:rPr>
        <w:t xml:space="preserve">[1:21:49] </w:t>
      </w:r>
      <w:r>
        <w:t>idol ko poojti hai, idol worship dekhen, poori society mein phaila hua hai.</w:t>
      </w:r>
    </w:p>
    <w:p>
      <w:pPr>
        <w:jc w:val="right"/>
      </w:pPr>
      <w:r>
        <w:t>ائیڈل کو پوچھتی ہے، ائیڈل ورشپ دیکھیں، پوری سوسائٹی میں پھیلا ہوا ہے۔</w:t>
      </w:r>
    </w:p>
    <w:p>
      <w:r>
        <w:rPr>
          <w:b/>
        </w:rPr>
        <w:t xml:space="preserve">[1:21:54] </w:t>
      </w:r>
      <w:r>
        <w:t>lekin vedon mein idol worship koi concept hi nahi hai,</w:t>
      </w:r>
    </w:p>
    <w:p>
      <w:pPr>
        <w:jc w:val="right"/>
      </w:pPr>
      <w:r>
        <w:t>لیکن ویدوں میں ائیڈیل ورشپ کوئی کانسیپٹ ہی نہیں ہے،</w:t>
      </w:r>
    </w:p>
    <w:p>
      <w:r>
        <w:rPr>
          <w:b/>
        </w:rPr>
        <w:t xml:space="preserve">[1:21:58] </w:t>
      </w:r>
      <w:r>
        <w:t>koi concept nahi hai idol worship ka vedon mein.</w:t>
      </w:r>
    </w:p>
    <w:p>
      <w:pPr>
        <w:jc w:val="right"/>
      </w:pPr>
      <w:r>
        <w:t>کوئی کانسیپٹ نہیں ہے ائیڈیل ورشپ کا ویدوں میں۔</w:t>
      </w:r>
    </w:p>
    <w:p>
      <w:r>
        <w:rPr>
          <w:b/>
        </w:rPr>
        <w:t xml:space="preserve">[1:22:02] </w:t>
      </w:r>
      <w:r>
        <w:t>to bohat ziyada contradiction hai aryan religion mein.</w:t>
      </w:r>
    </w:p>
    <w:p>
      <w:pPr>
        <w:jc w:val="right"/>
      </w:pPr>
      <w:r>
        <w:t>تو بہت زیادہ کنٹراڈکشن ہے ارین ریلیجن میں۔</w:t>
      </w:r>
    </w:p>
    <w:p>
      <w:r>
        <w:rPr>
          <w:b/>
        </w:rPr>
        <w:t xml:space="preserve">[1:22:06] </w:t>
      </w:r>
      <w:r>
        <w:t>aisa nahi ke jo aaj dekh rahay hain, jo prevail kar raha hai, jo masses mein, wahi vedon</w:t>
      </w:r>
    </w:p>
    <w:p>
      <w:pPr>
        <w:jc w:val="right"/>
      </w:pPr>
      <w:r>
        <w:t>ایسا نہیں کہ جو آج دیکھ رہے ہیں، جو پریویل کر رہا ہے، جو ماسز میں، وہی ویدوں</w:t>
      </w:r>
    </w:p>
    <w:p>
      <w:r>
        <w:rPr>
          <w:b/>
        </w:rPr>
        <w:t xml:space="preserve">[1:22:11] </w:t>
      </w:r>
      <w:r>
        <w:t>mein bhi likha hua hai.</w:t>
      </w:r>
    </w:p>
    <w:p>
      <w:pPr>
        <w:jc w:val="right"/>
      </w:pPr>
      <w:r>
        <w:t>میں بھی لکھا ہوا ہے۔</w:t>
      </w:r>
    </w:p>
    <w:p>
      <w:r>
        <w:rPr>
          <w:b/>
        </w:rPr>
        <w:t xml:space="preserve">[1:22:13] </w:t>
      </w:r>
      <w:r>
        <w:t>aisa hargiz nahi hai.</w:t>
      </w:r>
    </w:p>
    <w:p>
      <w:pPr>
        <w:jc w:val="right"/>
      </w:pPr>
      <w:r>
        <w:t>ایسا ہرگز نہیں ہے۔</w:t>
      </w:r>
    </w:p>
    <w:p>
      <w:r>
        <w:rPr>
          <w:b/>
        </w:rPr>
        <w:t xml:space="preserve">[1:22:16] </w:t>
      </w:r>
      <w:r>
        <w:t>yani geeta mein jo likha hua hai, wahi rehman mein likha hua hai.</w:t>
      </w:r>
    </w:p>
    <w:p>
      <w:pPr>
        <w:jc w:val="right"/>
      </w:pPr>
      <w:r>
        <w:t>یعنی گیتا میں جو لکھا ہوا ہے، وہی رحمان میں لکھا ہوا ہے۔</w:t>
      </w:r>
    </w:p>
    <w:p>
      <w:r>
        <w:rPr>
          <w:b/>
        </w:rPr>
        <w:t xml:space="preserve">[1:22:18] </w:t>
      </w:r>
      <w:r>
        <w:t>aisa nahi hai.</w:t>
      </w:r>
    </w:p>
    <w:p>
      <w:pPr>
        <w:jc w:val="right"/>
      </w:pPr>
      <w:r>
        <w:t>ایسا نہیں ہے۔</w:t>
      </w:r>
    </w:p>
    <w:p>
      <w:r>
        <w:rPr>
          <w:b/>
        </w:rPr>
        <w:t xml:space="preserve">[1:22:20] </w:t>
      </w:r>
      <w:r>
        <w:t>geeta aur rehman dono contradict karte hain aik doosray ko.</w:t>
      </w:r>
    </w:p>
    <w:p>
      <w:pPr>
        <w:jc w:val="right"/>
      </w:pPr>
      <w:r>
        <w:t>گیتا اور رحمان دونوں کنٹراڈکٹ کرتے ہیں ایک دوسرے کو۔</w:t>
      </w:r>
    </w:p>
    <w:p>
      <w:r>
        <w:rPr>
          <w:b/>
        </w:rPr>
        <w:t xml:space="preserve">[1:22:24] </w:t>
      </w:r>
      <w:r>
        <w:t>lekin jo semitic religion hai, main islam ki baat mein kar raha hoon, to islam mein quran jo</w:t>
      </w:r>
    </w:p>
    <w:p>
      <w:pPr>
        <w:jc w:val="right"/>
      </w:pPr>
      <w:r>
        <w:t>لیکن جو سیپٹک ریلیجن ہے، میں اسلام کی بات میں کر رہا ہوں، تو اسلام میں قرآن جو</w:t>
      </w:r>
    </w:p>
    <w:p>
      <w:r>
        <w:rPr>
          <w:b/>
        </w:rPr>
        <w:t xml:space="preserve">[1:22:29] </w:t>
      </w:r>
      <w:r>
        <w:t>hai, preserve word of god hai.</w:t>
      </w:r>
    </w:p>
    <w:p>
      <w:pPr>
        <w:jc w:val="right"/>
      </w:pPr>
      <w:r>
        <w:t>ہے، پریزرو ورڈ اف گاڈ ہے۔</w:t>
      </w:r>
    </w:p>
    <w:p>
      <w:r>
        <w:rPr>
          <w:b/>
        </w:rPr>
        <w:t xml:space="preserve">[1:22:33] </w:t>
      </w:r>
      <w:r>
        <w:t>is liye wahan koi contradiction nahi, wahan koi confusion nahi, kuch nahi.</w:t>
      </w:r>
    </w:p>
    <w:p>
      <w:pPr>
        <w:jc w:val="right"/>
      </w:pPr>
      <w:r>
        <w:t>اس لیے وہاں کوئی کنٹراڈکشن نہیں، وہیں کوئی کنفیوژن نہیں، کچھ نہیں۔</w:t>
      </w:r>
    </w:p>
    <w:p>
      <w:r>
        <w:rPr>
          <w:b/>
        </w:rPr>
        <w:t xml:space="preserve">[1:22:37] </w:t>
      </w:r>
      <w:r>
        <w:t>to main jo islam ki baat karta hoon, to islam mein</w:t>
      </w:r>
    </w:p>
    <w:p>
      <w:pPr>
        <w:jc w:val="right"/>
      </w:pPr>
      <w:r>
        <w:t>تو میں جو اسلام کی بات کرتا ہوں، تو اسلام میں</w:t>
      </w:r>
    </w:p>
    <w:p>
      <w:r>
        <w:rPr>
          <w:b/>
        </w:rPr>
        <w:t xml:space="preserve">[1:22:41] </w:t>
      </w:r>
      <w:r>
        <w:t>aik authentic book hamaray paas hai, quran jo word of god hai, aur jo aaj tak isi tarah</w:t>
      </w:r>
    </w:p>
    <w:p>
      <w:pPr>
        <w:jc w:val="right"/>
      </w:pPr>
      <w:r>
        <w:t>ایک اتھینٹک بک ہمارے پاس ہے، قرآن جو ورڈ اف گاڈ ہے، اور جو آج تک اسی طرح</w:t>
      </w:r>
    </w:p>
    <w:p>
      <w:r>
        <w:rPr>
          <w:b/>
        </w:rPr>
        <w:t xml:space="preserve">[1:22:47] </w:t>
      </w:r>
      <w:r>
        <w:t>preserve hai, jaisay ke pehle thi.</w:t>
      </w:r>
    </w:p>
    <w:p>
      <w:pPr>
        <w:jc w:val="right"/>
      </w:pPr>
      <w:r>
        <w:t>پریزرو ہے، جیسے کہ پہلے تھی۔</w:t>
      </w:r>
    </w:p>
    <w:p>
      <w:r>
        <w:rPr>
          <w:b/>
        </w:rPr>
        <w:t xml:space="preserve">[1:22:48] </w:t>
      </w:r>
      <w:r>
        <w:t>woh to main yeh kahoon ga ke aap jo keh rahay hain rebirth wali baat, woh koi</w:t>
      </w:r>
    </w:p>
    <w:p>
      <w:pPr>
        <w:jc w:val="right"/>
      </w:pPr>
      <w:r>
        <w:t>وہ تو میں یہ کہوں گا کہ آپ جو کہہ رہے ہیں ری برتھ والی بات، وہ کوئی</w:t>
      </w:r>
    </w:p>
    <w:p>
      <w:r>
        <w:rPr>
          <w:b/>
        </w:rPr>
        <w:t xml:space="preserve">[1:22:55] </w:t>
      </w:r>
      <w:r>
        <w:t>well established baat nahi hai.</w:t>
      </w:r>
    </w:p>
    <w:p>
      <w:pPr>
        <w:jc w:val="right"/>
      </w:pPr>
      <w:r>
        <w:t>ویل اسٹیبلش بات نہیں ہے۔</w:t>
      </w:r>
    </w:p>
    <w:p>
      <w:r>
        <w:rPr>
          <w:b/>
        </w:rPr>
        <w:t xml:space="preserve">[1:22:59] </w:t>
      </w:r>
      <w:r>
        <w:t>jabke islam mein jo hai, idhar maray, idhar phir dobara zinda ho gaye.</w:t>
      </w:r>
    </w:p>
    <w:p>
      <w:pPr>
        <w:jc w:val="right"/>
      </w:pPr>
      <w:r>
        <w:t>جبکہ اسلام میں جو ہے، ادھر مرے، ادھر پھر دوبارہ زندہ ہو گئے۔</w:t>
      </w:r>
    </w:p>
    <w:p>
      <w:r>
        <w:rPr>
          <w:b/>
        </w:rPr>
        <w:t xml:space="preserve">[1:23:04] </w:t>
      </w:r>
      <w:r>
        <w:t>woh koi cycle nahi hai ke 82 lakh saal mein cycle poora hota hai.</w:t>
      </w:r>
    </w:p>
    <w:p>
      <w:pPr>
        <w:jc w:val="right"/>
      </w:pPr>
      <w:r>
        <w:t>وہ کوئی سائیکل نہیں ہے کہ 82 لاکھ سال میں سائیکل پورا ہوتا ہے۔</w:t>
      </w:r>
    </w:p>
    <w:p>
      <w:r>
        <w:rPr>
          <w:b/>
        </w:rPr>
        <w:t xml:space="preserve">[1:23:06] </w:t>
      </w:r>
      <w:r>
        <w:t>woh aisa kuch bhi nahi hai.</w:t>
      </w:r>
    </w:p>
    <w:p>
      <w:pPr>
        <w:jc w:val="right"/>
      </w:pPr>
      <w:r>
        <w:t>وہ ایسا کچھ بھی نہیں ہے۔</w:t>
      </w:r>
    </w:p>
    <w:p>
      <w:r>
        <w:rPr>
          <w:b/>
        </w:rPr>
        <w:t xml:space="preserve">[1:23:10] </w:t>
      </w:r>
      <w:r>
        <w:t>woh to vedon mein bhi nahin hai.</w:t>
      </w:r>
    </w:p>
    <w:p>
      <w:pPr>
        <w:jc w:val="right"/>
      </w:pPr>
      <w:r>
        <w:t>وہ تو ویدوں میں بھی نہیں ہے۔</w:t>
      </w:r>
    </w:p>
    <w:p>
      <w:r>
        <w:rPr>
          <w:b/>
        </w:rPr>
        <w:t xml:space="preserve">[1:23:13] </w:t>
      </w:r>
      <w:r>
        <w:t>aap ved parh daliye, is bataiye mujhe ke kahan likha hua hai ke 82 lakh saal tak ghoomta</w:t>
      </w:r>
    </w:p>
    <w:p>
      <w:pPr>
        <w:jc w:val="right"/>
      </w:pPr>
      <w:r>
        <w:t>آپ وید پڑھ ڈالیے، اس بتائیے مجھے کہ کہاں لکھا ہوا ہے کہ 82 لاکھ سال تک گھومتا</w:t>
      </w:r>
    </w:p>
    <w:p>
      <w:r>
        <w:rPr>
          <w:b/>
        </w:rPr>
        <w:t xml:space="preserve">[1:23:19] </w:t>
      </w:r>
      <w:r>
        <w:t>hai, phir is ke baad aadmi wahan pohanchta hai, yahan pohanchta hai.</w:t>
      </w:r>
    </w:p>
    <w:p>
      <w:pPr>
        <w:jc w:val="right"/>
      </w:pPr>
      <w:r>
        <w:t>ہے، پھر اس کے بعد آدمی وہاں پہنچتا ہے، یہاں پہنچتا ہے۔</w:t>
      </w:r>
    </w:p>
    <w:p>
      <w:r>
        <w:rPr>
          <w:b/>
        </w:rPr>
        <w:t xml:space="preserve">[1:23:24] </w:t>
      </w:r>
      <w:r>
        <w:t>to behal, well-established concept is tarah ke mamle mein sirf quran mein hai, aur isi ko mein</w:t>
      </w:r>
    </w:p>
    <w:p>
      <w:pPr>
        <w:jc w:val="right"/>
      </w:pPr>
      <w:r>
        <w:t>تو بہرحال، ویل اسٹیبلش کنسیپٹ اس طرح کے معاملے میں صرف قرآن میں ہے، اور اسی کو میں</w:t>
      </w:r>
    </w:p>
    <w:p>
      <w:r>
        <w:rPr>
          <w:b/>
        </w:rPr>
        <w:t xml:space="preserve">[1:23:30] </w:t>
      </w:r>
      <w:r>
        <w:t>manta hoon, aur isi ke bare mein bolta hoon.</w:t>
      </w:r>
    </w:p>
    <w:p>
      <w:pPr>
        <w:jc w:val="right"/>
      </w:pPr>
      <w:r>
        <w:t>مانتا ہوں، اور اسی کے بارے میں بولتا ہوں۔</w:t>
      </w:r>
    </w:p>
    <w:p>
      <w:r>
        <w:rPr>
          <w:b/>
        </w:rPr>
        <w:t xml:space="preserve">[1:23:38] </w:t>
      </w:r>
      <w:r>
        <w:t>das question is from mujeeb ur rehman.</w:t>
      </w:r>
    </w:p>
    <w:p>
      <w:pPr>
        <w:jc w:val="right"/>
      </w:pPr>
      <w:r>
        <w:t>دس کوسچن از فرام مجیب الرحمن۔</w:t>
      </w:r>
    </w:p>
    <w:p>
      <w:r>
        <w:rPr>
          <w:b/>
        </w:rPr>
        <w:t xml:space="preserve">[1:23:40] </w:t>
      </w:r>
      <w:r>
        <w:t>What is the concept of purdah in Islam?</w:t>
      </w:r>
    </w:p>
    <w:p>
      <w:pPr>
        <w:jc w:val="right"/>
      </w:pPr>
      <w:r>
        <w:t>واٹ از دی کانسیپٹ اف پردہ ان اسلام</w:t>
      </w:r>
    </w:p>
    <w:p>
      <w:r>
        <w:rPr>
          <w:b/>
        </w:rPr>
        <w:t xml:space="preserve">[1:23:44] </w:t>
      </w:r>
      <w:r>
        <w:t>Secondly, please explain Meraj-un-Nabi.</w:t>
      </w:r>
    </w:p>
    <w:p>
      <w:pPr>
        <w:jc w:val="right"/>
      </w:pPr>
      <w:r>
        <w:t>؟ سیکنڈلی، پلیز ایکسپلین معراج النبی۔</w:t>
      </w:r>
    </w:p>
    <w:p>
      <w:r>
        <w:rPr>
          <w:b/>
        </w:rPr>
        <w:t xml:space="preserve">[1:23:50] </w:t>
      </w:r>
      <w:r>
        <w:t>bhai, parde ka concept jo hai, woh aap meri kitab parh lijiye, jo</w:t>
      </w:r>
    </w:p>
    <w:p>
      <w:pPr>
        <w:jc w:val="right"/>
      </w:pPr>
      <w:r>
        <w:t>بھائی، پردے کا کانسیپٹ جو ہے، وہ آپ میری کتاب پڑھ لیجئے، جو</w:t>
      </w:r>
    </w:p>
    <w:p>
      <w:r>
        <w:rPr>
          <w:b/>
        </w:rPr>
        <w:t xml:space="preserve">[1:23:55] </w:t>
      </w:r>
      <w:r>
        <w:t>urdu mein chapi hai, khatoon islam ke naam par.</w:t>
      </w:r>
    </w:p>
    <w:p>
      <w:pPr>
        <w:jc w:val="right"/>
      </w:pPr>
      <w:r>
        <w:t>اردو میں چھپی ہے، خاتون اسلام کے نام پر۔</w:t>
      </w:r>
    </w:p>
    <w:p>
      <w:r>
        <w:rPr>
          <w:b/>
        </w:rPr>
        <w:t xml:space="preserve">[1:23:58] </w:t>
      </w:r>
      <w:r>
        <w:t>english mein chapi hai, woh</w:t>
      </w:r>
    </w:p>
    <w:p>
      <w:pPr>
        <w:jc w:val="right"/>
      </w:pPr>
      <w:r>
        <w:t>انگلش میں چھپی ہے، وہ</w:t>
      </w:r>
    </w:p>
    <w:p>
      <w:r>
        <w:rPr>
          <w:b/>
        </w:rPr>
        <w:t xml:space="preserve">[1:24:01] </w:t>
      </w:r>
      <w:r>
        <w:t>english wale title kya hai?</w:t>
      </w:r>
    </w:p>
    <w:p>
      <w:pPr>
        <w:jc w:val="right"/>
      </w:pPr>
      <w:r>
        <w:t>انگلش والے ٹائٹل کیا ہے؟</w:t>
      </w:r>
    </w:p>
    <w:p>
      <w:r>
        <w:rPr>
          <w:b/>
        </w:rPr>
        <w:t xml:space="preserve">[1:24:05] </w:t>
      </w:r>
      <w:r>
        <w:t>Woman between Islam and Western, Woman between Islam and Western Civilization, Western Society, Western Society.</w:t>
      </w:r>
    </w:p>
    <w:p>
      <w:pPr>
        <w:jc w:val="right"/>
      </w:pPr>
      <w:r>
        <w:t>وومن بیٹوین اسلام اینڈ ویسٹرن، وومن بیٹوین اسلام اینڈ ویسٹرن سولائزیشن، ویسٹرن سوسائٹی، ویسٹرن سوسائٹی۔</w:t>
      </w:r>
    </w:p>
    <w:p>
      <w:r>
        <w:rPr>
          <w:b/>
        </w:rPr>
        <w:t xml:space="preserve">[1:24:11] </w:t>
      </w:r>
      <w:r>
        <w:t>is mein maine bohat detail mein parde ke bare mein bataya hai, is ko aap parh lijie.</w:t>
      </w:r>
    </w:p>
    <w:p>
      <w:pPr>
        <w:jc w:val="right"/>
      </w:pPr>
      <w:r>
        <w:t>اس میں میں نے بہت ڈیٹیل میں پردے کے بارے میں بتایا ہے، اس کو آپ پڑھ لیجئے۔</w:t>
      </w:r>
    </w:p>
    <w:p>
      <w:r>
        <w:rPr>
          <w:b/>
        </w:rPr>
        <w:t xml:space="preserve">[1:24:15] </w:t>
      </w:r>
      <w:r>
        <w:t>aur dusra, explain the concept of Meraj un Nabi.</w:t>
      </w:r>
    </w:p>
    <w:p>
      <w:pPr>
        <w:jc w:val="right"/>
      </w:pPr>
      <w:r>
        <w:t>اور دوسرا، ایکسپلین دی کانسیپٹ اف معراج النبی۔</w:t>
      </w:r>
    </w:p>
    <w:p>
      <w:r>
        <w:rPr>
          <w:b/>
        </w:rPr>
        <w:t xml:space="preserve">[1:24:22] </w:t>
      </w:r>
      <w:r>
        <w:t>dekhen, meraj un nabi jisay aap log mante hain, aaj kal woh is tarah se nahin hai.</w:t>
      </w:r>
    </w:p>
    <w:p>
      <w:pPr>
        <w:jc w:val="right"/>
      </w:pPr>
      <w:r>
        <w:t>دیکھیں، معراج النبی جسے آپ لوگ مانتے ہیں، آج کل وہ اس طرح سے نہیں ہے۔</w:t>
      </w:r>
    </w:p>
    <w:p>
      <w:r>
        <w:rPr>
          <w:b/>
        </w:rPr>
        <w:t xml:space="preserve">[1:24:26] </w:t>
      </w:r>
      <w:r>
        <w:t>quran aur hadith mein log samajhte hain ke meraj ko pata nahin kya samajhte hain,</w:t>
      </w:r>
    </w:p>
    <w:p>
      <w:pPr>
        <w:jc w:val="right"/>
      </w:pPr>
      <w:r>
        <w:t>قرآن اور حدیث میں لوگ سمجھتے ہیں کہ معراج کو پتہ نہیں کیا سمجھتے ہیں،</w:t>
      </w:r>
    </w:p>
    <w:p>
      <w:r>
        <w:rPr>
          <w:b/>
        </w:rPr>
        <w:t xml:space="preserve">[1:24:31] </w:t>
      </w:r>
      <w:r>
        <w:t>aur shaban ki ek raat ko dhoom machate hain.</w:t>
      </w:r>
    </w:p>
    <w:p>
      <w:pPr>
        <w:jc w:val="right"/>
      </w:pPr>
      <w:r>
        <w:t>اور شعبان کی ایک رات کو دھوم مچاتے ہیں۔</w:t>
      </w:r>
    </w:p>
    <w:p>
      <w:r>
        <w:rPr>
          <w:b/>
        </w:rPr>
        <w:t xml:space="preserve">[1:24:34] </w:t>
      </w:r>
      <w:r>
        <w:t>yeh sab kahin nahin.</w:t>
      </w:r>
    </w:p>
    <w:p>
      <w:pPr>
        <w:jc w:val="right"/>
      </w:pPr>
      <w:r>
        <w:t>یہ سب کہیں نہیں۔</w:t>
      </w:r>
    </w:p>
    <w:p>
      <w:r>
        <w:rPr>
          <w:b/>
        </w:rPr>
        <w:t xml:space="preserve">[1:24:35] </w:t>
      </w:r>
      <w:r>
        <w:t>quran mein, hadith mein ke shaban ki raat ko aap dhoom machaiye, wahan meraj hui thi.</w:t>
      </w:r>
    </w:p>
    <w:p>
      <w:pPr>
        <w:jc w:val="right"/>
      </w:pPr>
      <w:r>
        <w:t>قرآن میں، حدیث میں کہ شعبان کی رات کو آپ دھوم مچائیے، وہاں معراج ہوئی تھی۔</w:t>
      </w:r>
    </w:p>
    <w:p>
      <w:r>
        <w:rPr>
          <w:b/>
        </w:rPr>
        <w:t xml:space="preserve">[1:24:40] </w:t>
      </w:r>
      <w:r>
        <w:t>yeh sab kuch nahin hai.</w:t>
      </w:r>
    </w:p>
    <w:p>
      <w:pPr>
        <w:jc w:val="right"/>
      </w:pPr>
      <w:r>
        <w:t>یہ سب کچھ نہیں ہے۔</w:t>
      </w:r>
    </w:p>
    <w:p>
      <w:r>
        <w:rPr>
          <w:b/>
        </w:rPr>
        <w:t xml:space="preserve">[1:24:42] </w:t>
      </w:r>
      <w:r>
        <w:t>yaad rakhiye, jo</w:t>
      </w:r>
    </w:p>
    <w:p>
      <w:pPr>
        <w:jc w:val="right"/>
      </w:pPr>
      <w:r>
        <w:t>یاد رکھیے، جو</w:t>
      </w:r>
    </w:p>
    <w:p>
      <w:r>
        <w:rPr>
          <w:b/>
        </w:rPr>
        <w:t xml:space="preserve">[1:24:45] </w:t>
      </w:r>
      <w:r>
        <w:t>yani muslim massad mein jo deen hai, woh quran o hadith mein nahin hai.</w:t>
      </w:r>
    </w:p>
    <w:p>
      <w:pPr>
        <w:jc w:val="right"/>
      </w:pPr>
      <w:r>
        <w:t>یعنی مسلم ماسد میں جو دین ہے، وہ قرآن و حدیث میں نہیں ہے۔</w:t>
      </w:r>
    </w:p>
    <w:p>
      <w:r>
        <w:rPr>
          <w:b/>
        </w:rPr>
        <w:t xml:space="preserve">[1:24:48] </w:t>
      </w:r>
      <w:r>
        <w:t>woh jisay naat khwani hoti hai, kahin naat nahin hai.</w:t>
      </w:r>
    </w:p>
    <w:p>
      <w:pPr>
        <w:jc w:val="right"/>
      </w:pPr>
      <w:r>
        <w:t>وہ جسے نعت خوانی ہوتی ہے، کہیں نعت نہیں ہے۔</w:t>
      </w:r>
    </w:p>
    <w:p>
      <w:r>
        <w:rPr>
          <w:b/>
        </w:rPr>
        <w:t xml:space="preserve">[1:24:52] </w:t>
      </w:r>
      <w:r>
        <w:t>quran o hadith mein dargahon mein jate hain, qabron ko poochte hain, woh kahin quran o hadith mein</w:t>
      </w:r>
    </w:p>
    <w:p>
      <w:pPr>
        <w:jc w:val="right"/>
      </w:pPr>
      <w:r>
        <w:t>قرآن و حدیث میں درگاہوں میں جاتے ہیں، قبروں کو پوچھتے ہیں، وہ کہیں قرآن و حدیث میں</w:t>
      </w:r>
    </w:p>
    <w:p>
      <w:r>
        <w:rPr>
          <w:b/>
        </w:rPr>
        <w:t xml:space="preserve">[1:24:56] </w:t>
      </w:r>
      <w:r>
        <w:t>nahin hai. meraj ke bare mein jo dhoom machate hain log, shaban ko, kahin quran o hadith mein</w:t>
      </w:r>
    </w:p>
    <w:p>
      <w:pPr>
        <w:jc w:val="right"/>
      </w:pPr>
      <w:r>
        <w:t>نہیں ہے۔ معراج کے بارے میں جو دھوم مچاتے ہیں لوگ، شعبان کو، کہیں قرآن و حدیث میں</w:t>
      </w:r>
    </w:p>
    <w:p>
      <w:r>
        <w:rPr>
          <w:b/>
        </w:rPr>
        <w:t xml:space="preserve">[1:25:01] </w:t>
      </w:r>
      <w:r>
        <w:t>nahin hai. yeh sab to bid'aten hain.</w:t>
      </w:r>
    </w:p>
    <w:p>
      <w:pPr>
        <w:jc w:val="right"/>
      </w:pPr>
      <w:r>
        <w:t>نہیں ہے۔ یہ سب تو بدعتیں ہیں۔</w:t>
      </w:r>
    </w:p>
    <w:p>
      <w:r>
        <w:rPr>
          <w:b/>
        </w:rPr>
        <w:t xml:space="preserve">[1:25:03] </w:t>
      </w:r>
      <w:r>
        <w:t>sab to aap ko agar yeh janna hai ke islam kya hai, to aap jo awam mein jo</w:t>
      </w:r>
    </w:p>
    <w:p>
      <w:pPr>
        <w:jc w:val="right"/>
      </w:pPr>
      <w:r>
        <w:t>سب تو آپ کو اگر یہ جاننا ہے کہ اسلام کیا ہے، تو آپ جو عوام میں جو</w:t>
      </w:r>
    </w:p>
    <w:p>
      <w:r>
        <w:rPr>
          <w:b/>
        </w:rPr>
        <w:t xml:space="preserve">[1:25:13] </w:t>
      </w:r>
      <w:r>
        <w:t>phaili hui baat hai, us ko na samajh lijie ke yeh islam hai.</w:t>
      </w:r>
    </w:p>
    <w:p>
      <w:pPr>
        <w:jc w:val="right"/>
      </w:pPr>
      <w:r>
        <w:t>پھیلی ہوئی بات ہے، اس کو نہ سمجھ لیجئے کہ یہ اسلام ہے۔</w:t>
      </w:r>
    </w:p>
    <w:p>
      <w:r>
        <w:rPr>
          <w:b/>
        </w:rPr>
        <w:t xml:space="preserve">[1:25:17] </w:t>
      </w:r>
      <w:r>
        <w:t>is ko aap ko quran mein parhna paray ga.</w:t>
      </w:r>
    </w:p>
    <w:p>
      <w:pPr>
        <w:jc w:val="right"/>
      </w:pPr>
      <w:r>
        <w:t>اس کو آپ کو قرآن میں پڑھنا پڑے گا۔</w:t>
      </w:r>
    </w:p>
    <w:p>
      <w:r>
        <w:rPr>
          <w:b/>
        </w:rPr>
        <w:t xml:space="preserve">[1:25:20] </w:t>
      </w:r>
      <w:r>
        <w:t>yahan mein yeh add karoon ga ke doosray mazhabon mein jo bigar aya hai, woh sara bigar islam</w:t>
      </w:r>
    </w:p>
    <w:p>
      <w:pPr>
        <w:jc w:val="right"/>
      </w:pPr>
      <w:r>
        <w:t>یہاں میں یہ ایڈ کروں گا کہ دوسرے مذہبوں میں جو بگاڑ آیا ہے، وہ سارا بگاڑ اسلام</w:t>
      </w:r>
    </w:p>
    <w:p>
      <w:r>
        <w:rPr>
          <w:b/>
        </w:rPr>
        <w:t xml:space="preserve">[1:25:25] </w:t>
      </w:r>
      <w:r>
        <w:t>mein bhi logon ne paida kar diya hai.</w:t>
      </w:r>
    </w:p>
    <w:p>
      <w:pPr>
        <w:jc w:val="right"/>
      </w:pPr>
      <w:r>
        <w:t>میں بھی لوگوں نے پیدا کر دیا ہے۔</w:t>
      </w:r>
    </w:p>
    <w:p>
      <w:r>
        <w:rPr>
          <w:b/>
        </w:rPr>
        <w:t xml:space="preserve">[1:25:28] </w:t>
      </w:r>
      <w:r>
        <w:t>woh sara ka sara bigar, yahan tak ke wahan agar but pooja jata hai, to yahan qabar pooji</w:t>
      </w:r>
    </w:p>
    <w:p>
      <w:pPr>
        <w:jc w:val="right"/>
      </w:pPr>
      <w:r>
        <w:t>وہ سارا کا سارا بگاڑ، یہاں تک کہ وہاں اگر بت پوجا جاتا ہے، تو یہاں قبر پوجی</w:t>
      </w:r>
    </w:p>
    <w:p>
      <w:r>
        <w:rPr>
          <w:b/>
        </w:rPr>
        <w:t xml:space="preserve">[1:25:33] </w:t>
      </w:r>
      <w:r>
        <w:t>jati hai. wahan ram ke naam par hangamay hain, to yahan muhammad ke naam par hangamay hain.</w:t>
      </w:r>
    </w:p>
    <w:p>
      <w:pPr>
        <w:jc w:val="right"/>
      </w:pPr>
      <w:r>
        <w:t>جاتی ہے۔ وہاں رام کے نام پر ہنگامے ہیں، تو یہاں محمد کے نام پر ہنگامے ہیں۔</w:t>
      </w:r>
    </w:p>
    <w:p>
      <w:r>
        <w:rPr>
          <w:b/>
        </w:rPr>
        <w:t xml:space="preserve">[1:25:40] </w:t>
      </w:r>
      <w:r>
        <w:t>wahan janam ashtmi hai, to miraaj un nabi yahan hai.</w:t>
      </w:r>
    </w:p>
    <w:p>
      <w:pPr>
        <w:jc w:val="right"/>
      </w:pPr>
      <w:r>
        <w:t>وہاں جنم اشٹمی ہے، تو معراج النبی یہاں ہے۔</w:t>
      </w:r>
    </w:p>
    <w:p>
      <w:r>
        <w:rPr>
          <w:b/>
        </w:rPr>
        <w:t xml:space="preserve">[1:25:43] </w:t>
      </w:r>
      <w:r>
        <w:t>yeh sab bidat hai.</w:t>
      </w:r>
    </w:p>
    <w:p>
      <w:pPr>
        <w:jc w:val="right"/>
      </w:pPr>
      <w:r>
        <w:t>یہ سب بدعت ہے۔</w:t>
      </w:r>
    </w:p>
    <w:p>
      <w:r>
        <w:rPr>
          <w:b/>
        </w:rPr>
        <w:t xml:space="preserve">[1:25:45] </w:t>
      </w:r>
      <w:r>
        <w:t>to yaad rakhiye ke</w:t>
      </w:r>
    </w:p>
    <w:p>
      <w:pPr>
        <w:jc w:val="right"/>
      </w:pPr>
      <w:r>
        <w:t>تو یاد رکھیے کہ</w:t>
      </w:r>
    </w:p>
    <w:p>
      <w:r>
        <w:rPr>
          <w:b/>
        </w:rPr>
        <w:t xml:space="preserve">[1:25:47] </w:t>
      </w:r>
      <w:r>
        <w:t>jo baat hai, woh aik wahan par unhon ne kiya ke khud jo religion hi tha, usi mein</w:t>
      </w:r>
    </w:p>
    <w:p>
      <w:pPr>
        <w:jc w:val="right"/>
      </w:pPr>
      <w:r>
        <w:t>جو بات ہے، وہ ایک وہاں پر انہوں نے کیا کہ خود جو ریلیجن ہی تھا، اسی میں</w:t>
      </w:r>
    </w:p>
    <w:p>
      <w:r>
        <w:rPr>
          <w:b/>
        </w:rPr>
        <w:t xml:space="preserve">[1:25:52] </w:t>
      </w:r>
      <w:r>
        <w:t>shamil kar diya.</w:t>
      </w:r>
    </w:p>
    <w:p>
      <w:pPr>
        <w:jc w:val="right"/>
      </w:pPr>
      <w:r>
        <w:t>شامل کر دیا۔</w:t>
      </w:r>
    </w:p>
    <w:p>
      <w:r>
        <w:rPr>
          <w:b/>
        </w:rPr>
        <w:t xml:space="preserve">[1:25:53] </w:t>
      </w:r>
      <w:r>
        <w:t>musalmanon ne kiya kiya hai ke religion mein to nahi shamil kar sakay, yaani quran mein nahi shamil</w:t>
      </w:r>
    </w:p>
    <w:p>
      <w:pPr>
        <w:jc w:val="right"/>
      </w:pPr>
      <w:r>
        <w:t>مسلمانوں نے کیا کیا ہے کہ ریلیجن میں تو نہیں شامل کر سکے، یعنی قرآن میں نہیں شامل</w:t>
      </w:r>
    </w:p>
    <w:p>
      <w:r>
        <w:rPr>
          <w:b/>
        </w:rPr>
        <w:t xml:space="preserve">[1:25:58] </w:t>
      </w:r>
      <w:r>
        <w:t>kar sakay, lekin khud se banaya riwaj, khud se ban kar riwaj phaila diya.</w:t>
      </w:r>
    </w:p>
    <w:p>
      <w:pPr>
        <w:jc w:val="right"/>
      </w:pPr>
      <w:r>
        <w:t>کر سکے، لیکن خود سے بنایا رواج، خود سے بنا کر رواج پھیلا دیا۔</w:t>
      </w:r>
    </w:p>
    <w:p>
      <w:r>
        <w:rPr>
          <w:b/>
        </w:rPr>
        <w:t xml:space="preserve">[1:26:02] </w:t>
      </w:r>
      <w:r>
        <w:t>is ko to aap in riwajon ko dekh kar itna samjhen ke yahi islam hai.</w:t>
      </w:r>
    </w:p>
    <w:p>
      <w:pPr>
        <w:jc w:val="right"/>
      </w:pPr>
      <w:r>
        <w:t>اس کو تو آپ ان رواجوں کو دیکھ کر اتنا سمجھیں کہ یہی اسلام ہے۔</w:t>
      </w:r>
    </w:p>
    <w:p>
      <w:r>
        <w:rPr>
          <w:b/>
        </w:rPr>
        <w:t xml:space="preserve">[1:26:12] </w:t>
      </w:r>
      <w:r>
        <w:t>aap khud direct quran ko parhiye to aap ko pata chalay ga ke quran mein yeh sab cheezen</w:t>
      </w:r>
    </w:p>
    <w:p>
      <w:pPr>
        <w:jc w:val="right"/>
      </w:pPr>
      <w:r>
        <w:t>آپ خود ڈائریکٹ قرآن کو پڑھیے تو آپ کو پتہ چلے گا کہ قرآن میں یہ سب چیزیں</w:t>
      </w:r>
    </w:p>
    <w:p>
      <w:r>
        <w:rPr>
          <w:b/>
        </w:rPr>
        <w:t xml:space="preserve">[1:26:17] </w:t>
      </w:r>
      <w:r>
        <w:t>hain hi nahin.</w:t>
      </w:r>
    </w:p>
    <w:p>
      <w:pPr>
        <w:jc w:val="right"/>
      </w:pPr>
      <w:r>
        <w:t>ہیں ہی نہیں۔</w:t>
      </w:r>
    </w:p>
    <w:p>
      <w:r>
        <w:rPr>
          <w:b/>
        </w:rPr>
        <w:t xml:space="preserve">[1:26:19] </w:t>
      </w:r>
      <w:r>
        <w:t>jo cheezen musalmanon mein bohat ziyada important bani hui hain, na woh sab quran mein hain hi nahin.</w:t>
      </w:r>
    </w:p>
    <w:p>
      <w:pPr>
        <w:jc w:val="right"/>
      </w:pPr>
      <w:r>
        <w:t>جو چیزیں مسلمانوں میں بہت زیادہ امپورٹنٹ بنی ہوئی ہیں، نا وہ سب قرآن میں ہیں ہی نہیں۔</w:t>
      </w:r>
    </w:p>
    <w:p>
      <w:r>
        <w:rPr>
          <w:b/>
        </w:rPr>
        <w:t xml:space="preserve">[1:26:25] </w:t>
      </w:r>
      <w:r>
        <w:t>to khuda kiya jo pooch hogi aap ki, us mazhab ki pooch hogi jo quran mein hai.</w:t>
      </w:r>
    </w:p>
    <w:p>
      <w:pPr>
        <w:jc w:val="right"/>
      </w:pPr>
      <w:r>
        <w:t>تو خدا کیا جو پوچھ ہوگی آپ کی، اس مذہب کی پوچھ ہوگی جو قرآن میں ہے۔</w:t>
      </w:r>
    </w:p>
    <w:p>
      <w:r>
        <w:rPr>
          <w:b/>
        </w:rPr>
        <w:t xml:space="preserve">[1:26:31] </w:t>
      </w:r>
      <w:r>
        <w:t>aaj kal dekhiye, sari duniya mein jihad ka hangama khara hua hai.</w:t>
      </w:r>
    </w:p>
    <w:p>
      <w:pPr>
        <w:jc w:val="right"/>
      </w:pPr>
      <w:r>
        <w:t>آج کل دیکھیے، ساری دنیا میں جہاد کا ہنگامہ کھڑا ہوا ہے۔</w:t>
      </w:r>
    </w:p>
    <w:p>
      <w:r>
        <w:rPr>
          <w:b/>
        </w:rPr>
        <w:t xml:space="preserve">[1:26:36] </w:t>
      </w:r>
      <w:r>
        <w:t>jihad jo hai, jannat ka rasta ban gaya hai, lekin yeh jihad quran mein hai hi nahin.</w:t>
      </w:r>
    </w:p>
    <w:p>
      <w:pPr>
        <w:jc w:val="right"/>
      </w:pPr>
      <w:r>
        <w:t>جہاد جو ہے، جنت کا راستہ بن گیا ہے، لیکن یہ جہاد قرآن میں ہے ہی نہیں۔</w:t>
      </w:r>
    </w:p>
    <w:p>
      <w:r>
        <w:rPr>
          <w:b/>
        </w:rPr>
        <w:t xml:space="preserve">[1:26:42] </w:t>
      </w:r>
      <w:r>
        <w:t>quran mein bilkul nahin hai.</w:t>
      </w:r>
    </w:p>
    <w:p>
      <w:pPr>
        <w:jc w:val="right"/>
      </w:pPr>
      <w:r>
        <w:t>قرآن میں بالکل نہیں ہے۔</w:t>
      </w:r>
    </w:p>
    <w:p>
      <w:r>
        <w:rPr>
          <w:b/>
        </w:rPr>
        <w:t xml:space="preserve">[1:26:43] </w:t>
      </w:r>
      <w:r>
        <w:t>yaqeen kijiye, yeh jihad jis jo samajhte hain ke jihad mein maro, jannat mein chlay jao, yeh kahin</w:t>
      </w:r>
    </w:p>
    <w:p>
      <w:pPr>
        <w:jc w:val="right"/>
      </w:pPr>
      <w:r>
        <w:t>یقین کیجئے، یہ جہاد جس جو سمجھتے ہیں کہ جہاد میں مرو، جنت میں چلے جاؤ، یہ کہیں</w:t>
      </w:r>
    </w:p>
    <w:p>
      <w:r>
        <w:rPr>
          <w:b/>
        </w:rPr>
        <w:t xml:space="preserve">[1:26:47] </w:t>
      </w:r>
      <w:r>
        <w:t>quran mein nahin hai.</w:t>
      </w:r>
    </w:p>
    <w:p>
      <w:pPr>
        <w:jc w:val="right"/>
      </w:pPr>
      <w:r>
        <w:t>قرآن میں نہیں ہے۔</w:t>
      </w:r>
    </w:p>
    <w:p>
      <w:r>
        <w:rPr>
          <w:b/>
        </w:rPr>
        <w:t xml:space="preserve">[1:26:50] </w:t>
      </w:r>
      <w:r>
        <w:t>to jis ko samajhna hai ke islam kiya hai, us ko direct quran ko parhna chahiye.</w:t>
      </w:r>
    </w:p>
    <w:p>
      <w:pPr>
        <w:jc w:val="right"/>
      </w:pPr>
      <w:r>
        <w:t>تو جس کو سمجھنا ہے کہ اسلام کیا ہے، اس کو ڈائریکٹ قرآن کو پڑھنا چاہیے۔</w:t>
      </w:r>
    </w:p>
    <w:p>
      <w:r>
        <w:rPr>
          <w:b/>
        </w:rPr>
        <w:t xml:space="preserve">[1:26:56] </w:t>
      </w:r>
      <w:r>
        <w:t>So, Maulana, was Miraj of Prophet which is often been referred was symbolic?</w:t>
      </w:r>
    </w:p>
    <w:p>
      <w:pPr>
        <w:jc w:val="right"/>
      </w:pPr>
      <w:r>
        <w:t>سو مولانا، واز معراج اف پرافٹ وچ از افن بین ریفرڈ واز سمبولک؟</w:t>
      </w:r>
    </w:p>
    <w:p>
      <w:r>
        <w:rPr>
          <w:b/>
        </w:rPr>
        <w:t xml:space="preserve">[1:27:05] </w:t>
      </w:r>
      <w:r>
        <w:t>yeh itna simple baat nahi hai, jis ko samajhna ho woh hamare paas aaye, hum batayenge us ko. This question is from Akram Akhtar. You said that Prophet Muhammad did not have any miracles. Can you throw a little more light on this?</w:t>
      </w:r>
    </w:p>
    <w:p>
      <w:pPr>
        <w:jc w:val="right"/>
      </w:pPr>
      <w:r>
        <w:t>یہ اتنا simple بات نہیں ہے، جس کو سمجھنا ہو وہ ہمارے پاس آئے، ہم بتائیں گے اس کو۔ This question is from اکرم اختر۔ You said that Prophet Muhammad did not have any miracles. Can you throw a little more light on this?</w:t>
      </w:r>
    </w:p>
    <w:p>
      <w:r>
        <w:rPr>
          <w:b/>
        </w:rPr>
        <w:t xml:space="preserve">[1:27:24] </w:t>
      </w:r>
      <w:r>
        <w:t>dekhen, islam mein do concept alag alag hain.</w:t>
      </w:r>
    </w:p>
    <w:p>
      <w:pPr>
        <w:jc w:val="right"/>
      </w:pPr>
      <w:r>
        <w:t>دیکھیں، اسلام میں دو کانسیپٹ الگ الگ ہیں۔</w:t>
      </w:r>
    </w:p>
    <w:p>
      <w:r>
        <w:rPr>
          <w:b/>
        </w:rPr>
        <w:t xml:space="preserve">[1:27:28] </w:t>
      </w:r>
      <w:r>
        <w:t>aik ko kehte hain moajza, aik ko kehte hain nasrat.</w:t>
      </w:r>
    </w:p>
    <w:p>
      <w:pPr>
        <w:jc w:val="right"/>
      </w:pPr>
      <w:r>
        <w:t>ایک کو کہتے ہیں معجزہ، ایک کو کہتے ہیں نصرت۔</w:t>
      </w:r>
    </w:p>
    <w:p>
      <w:r>
        <w:rPr>
          <w:b/>
        </w:rPr>
        <w:t xml:space="preserve">[1:27:33] </w:t>
      </w:r>
      <w:r>
        <w:t>mujza ka matlab hai miracle,</w:t>
      </w:r>
    </w:p>
    <w:p>
      <w:pPr>
        <w:jc w:val="right"/>
      </w:pPr>
      <w:r>
        <w:t>معجزہ کا مطلب ہے میریکل،</w:t>
      </w:r>
    </w:p>
    <w:p>
      <w:r>
        <w:rPr>
          <w:b/>
        </w:rPr>
        <w:t xml:space="preserve">[1:27:36] </w:t>
      </w:r>
      <w:r>
        <w:t>aur nusrat ka matlab hai help.</w:t>
      </w:r>
    </w:p>
    <w:p>
      <w:pPr>
        <w:jc w:val="right"/>
      </w:pPr>
      <w:r>
        <w:t>اور نصرت کا مطلب ہے ہیلپ۔</w:t>
      </w:r>
    </w:p>
    <w:p>
      <w:r>
        <w:rPr>
          <w:b/>
        </w:rPr>
        <w:t xml:space="preserve">[1:27:39] </w:t>
      </w:r>
      <w:r>
        <w:t>to main yeh manta hoon ke Khuda ki nusrat, yani help,</w:t>
      </w:r>
    </w:p>
    <w:p>
      <w:pPr>
        <w:jc w:val="right"/>
      </w:pPr>
      <w:r>
        <w:t>تو میں یہ مانتا ہوں کہ خدا کی نصرت، یعنی ہیلپ،</w:t>
      </w:r>
    </w:p>
    <w:p>
      <w:r>
        <w:rPr>
          <w:b/>
        </w:rPr>
        <w:t xml:space="preserve">[1:27:44] </w:t>
      </w:r>
      <w:r>
        <w:t>is prophet ko hui, aur har ek ko ho sakti hai.</w:t>
      </w:r>
    </w:p>
    <w:p>
      <w:pPr>
        <w:jc w:val="right"/>
      </w:pPr>
      <w:r>
        <w:t>اس پرافٹ کو ہوئی، اور ہر ایک کو ہو سکتی ہے۔</w:t>
      </w:r>
    </w:p>
    <w:p>
      <w:r>
        <w:rPr>
          <w:b/>
        </w:rPr>
        <w:t xml:space="preserve">[1:27:48] </w:t>
      </w:r>
      <w:r>
        <w:t>har ek ko ho sakti hai.</w:t>
      </w:r>
    </w:p>
    <w:p>
      <w:pPr>
        <w:jc w:val="right"/>
      </w:pPr>
      <w:r>
        <w:t>ہر ایک کو ہو سکتی ہے۔</w:t>
      </w:r>
    </w:p>
    <w:p>
      <w:r>
        <w:rPr>
          <w:b/>
        </w:rPr>
        <w:t xml:space="preserve">[1:27:51] </w:t>
      </w:r>
      <w:r>
        <w:t>lekin jo mujza jo hai, yani miracle, woh pichhle prophet ko diye gaye, aur Rasool Allah ko nahi</w:t>
      </w:r>
    </w:p>
    <w:p>
      <w:pPr>
        <w:jc w:val="right"/>
      </w:pPr>
      <w:r>
        <w:t>لیکن جو معجزہ جو ہے، یعنی میریکل، وہ پچھلے پرافٹ کو دیے گئے، اور رسول اللہ کو نہیں</w:t>
      </w:r>
    </w:p>
    <w:p>
      <w:r>
        <w:rPr>
          <w:b/>
        </w:rPr>
        <w:t xml:space="preserve">[1:27:57] </w:t>
      </w:r>
      <w:r>
        <w:t>diye gaye. Yeh Quran se sabit hai.</w:t>
      </w:r>
    </w:p>
    <w:p>
      <w:pPr>
        <w:jc w:val="right"/>
      </w:pPr>
      <w:r>
        <w:t>دیے گئے۔ یہ قرآن سے ثابت ہے۔</w:t>
      </w:r>
    </w:p>
    <w:p>
      <w:r>
        <w:rPr>
          <w:b/>
        </w:rPr>
        <w:t xml:space="preserve">[1:28:01] </w:t>
      </w:r>
      <w:r>
        <w:t>Quran mein ek ayat hai, jis se jis mein hai ke Rasool Allah chahte the ke koi breaker</w:t>
      </w:r>
    </w:p>
    <w:p>
      <w:pPr>
        <w:jc w:val="right"/>
      </w:pPr>
      <w:r>
        <w:t>قرآن میں ایک آیت ہے، جس سے جس میں ہے کہ رسول اللہ چاہتے تھے کہ کوئی بریکر</w:t>
      </w:r>
    </w:p>
    <w:p>
      <w:r>
        <w:rPr>
          <w:b/>
        </w:rPr>
        <w:t xml:space="preserve">[1:28:07] </w:t>
      </w:r>
      <w:r>
        <w:t>انہیں بھی دیا جائے، تاکہ جو لوگ بہت آپ کے against میں بولتے تھے، ان کا منہ بند</w:t>
      </w:r>
    </w:p>
    <w:p>
      <w:pPr>
        <w:jc w:val="right"/>
      </w:pPr>
      <w:r>
        <w:t>انہیں بھی دیا جائے، تاکہ جو لوگ بہت آپ کے اگینسٹ میں بولتے تھے، ان کا منہ بند</w:t>
      </w:r>
    </w:p>
    <w:p>
      <w:r>
        <w:rPr>
          <w:b/>
        </w:rPr>
        <w:t xml:space="preserve">[1:28:12] </w:t>
      </w:r>
      <w:r>
        <w:t>kiya ja sake.</w:t>
      </w:r>
    </w:p>
    <w:p>
      <w:pPr>
        <w:jc w:val="right"/>
      </w:pPr>
      <w:r>
        <w:t>کیا جا سکے۔</w:t>
      </w:r>
    </w:p>
    <w:p>
      <w:r>
        <w:rPr>
          <w:b/>
        </w:rPr>
        <w:t xml:space="preserve">[1:28:13] </w:t>
      </w:r>
      <w:r>
        <w:t>to Quran mein kaha gaya ke tum kuch bhi karo, kuch bhi karo, zameen o aasman phaad dalo,</w:t>
      </w:r>
    </w:p>
    <w:p>
      <w:pPr>
        <w:jc w:val="right"/>
      </w:pPr>
      <w:r>
        <w:t>تو قرآن میں کہا گیا کہ تم کچھ بھی کرو، کچھ بھی کرو، زمین و آسمان پھاڑ ڈالو،</w:t>
      </w:r>
    </w:p>
    <w:p>
      <w:r>
        <w:rPr>
          <w:b/>
        </w:rPr>
        <w:t xml:space="preserve">[1:28:18] </w:t>
      </w:r>
      <w:r>
        <w:t>tab bhi tum ko hum koi miracle dene wale nahi hain.</w:t>
      </w:r>
    </w:p>
    <w:p>
      <w:pPr>
        <w:jc w:val="right"/>
      </w:pPr>
      <w:r>
        <w:t>تب بھی تم کو ہم کوئی بریکل دینے والے نہیں ہیں۔</w:t>
      </w:r>
    </w:p>
    <w:p>
      <w:r>
        <w:rPr>
          <w:b/>
        </w:rPr>
        <w:t xml:space="preserve">[1:28:22] </w:t>
      </w:r>
      <w:r>
        <w:t>aur Bukhari ki riwayat mein kaha gaya hai ke Prophet Islam ko jo miracle diya gaya, woh tha</w:t>
      </w:r>
    </w:p>
    <w:p>
      <w:pPr>
        <w:jc w:val="right"/>
      </w:pPr>
      <w:r>
        <w:t>اور بخاری کی روایت میں کہا گیا ہے کہ پرافٹ اسلام کو جو میریکل دیا گیا، وہ تھا</w:t>
      </w:r>
    </w:p>
    <w:p>
      <w:r>
        <w:rPr>
          <w:b/>
        </w:rPr>
        <w:t xml:space="preserve">[1:28:28] </w:t>
      </w:r>
      <w:r>
        <w:t>Quran. Quran, the miracle in Islam is the Quran.</w:t>
      </w:r>
    </w:p>
    <w:p>
      <w:pPr>
        <w:jc w:val="right"/>
      </w:pPr>
      <w:r>
        <w:t>قرآن۔ قرآن تو اسلام میں جو میریکل ہے، وہ قرآن ہے۔</w:t>
      </w:r>
    </w:p>
    <w:p>
      <w:r>
        <w:rPr>
          <w:b/>
        </w:rPr>
        <w:t xml:space="preserve">[1:28:35] </w:t>
      </w:r>
      <w:r>
        <w:t>wo miracle hai hi nahi jo pehle tha.</w:t>
      </w:r>
    </w:p>
    <w:p>
      <w:pPr>
        <w:jc w:val="right"/>
      </w:pPr>
      <w:r>
        <w:t>وہ میریکل ہے ہی نہیں جو پہلے تھا۔</w:t>
      </w:r>
    </w:p>
    <w:p>
      <w:r>
        <w:rPr>
          <w:b/>
        </w:rPr>
        <w:t xml:space="preserve">[1:28:39] </w:t>
      </w:r>
      <w:r>
        <w:t>jo cheez hai, nusrat ke waqiyat hain.</w:t>
      </w:r>
    </w:p>
    <w:p>
      <w:pPr>
        <w:jc w:val="right"/>
      </w:pPr>
      <w:r>
        <w:t>جو چیز ہے، نصرت کے واقعات ہیں۔</w:t>
      </w:r>
    </w:p>
    <w:p>
      <w:r>
        <w:rPr>
          <w:b/>
        </w:rPr>
        <w:t xml:space="preserve">[1:28:42] </w:t>
      </w:r>
      <w:r>
        <w:t>logon ne jaise Maulana Syed Nadvi, kitaab moti si mujza, woh sab kya hai? Jo waqiyat nusrat ke</w:t>
      </w:r>
    </w:p>
    <w:p>
      <w:pPr>
        <w:jc w:val="right"/>
      </w:pPr>
      <w:r>
        <w:t>لوگوں نے جیسے مولانا سید ندوی، کتاب موٹی سی معجزہ، وہ سب کیا ہے؟ جو واقعات نصرت کے</w:t>
      </w:r>
    </w:p>
    <w:p>
      <w:r>
        <w:rPr>
          <w:b/>
        </w:rPr>
        <w:t xml:space="preserve">[1:28:48] </w:t>
      </w:r>
      <w:r>
        <w:t>hain, us ko mujza bana diya unhon ne.</w:t>
      </w:r>
    </w:p>
    <w:p>
      <w:pPr>
        <w:jc w:val="right"/>
      </w:pPr>
      <w:r>
        <w:t>ہیں، اس کو معجزہ بنا دیا انہوں نے۔</w:t>
      </w:r>
    </w:p>
    <w:p>
      <w:r>
        <w:rPr>
          <w:b/>
        </w:rPr>
        <w:t xml:space="preserve">[1:28:51] </w:t>
      </w:r>
      <w:r>
        <w:t>main ek moti si kitaab likh sakta hoon.</w:t>
      </w:r>
    </w:p>
    <w:p>
      <w:pPr>
        <w:jc w:val="right"/>
      </w:pPr>
      <w:r>
        <w:t>میں ایک موٹی سی کتاب لکھ سکتا ہوں۔</w:t>
      </w:r>
    </w:p>
    <w:p>
      <w:r>
        <w:rPr>
          <w:b/>
        </w:rPr>
        <w:t xml:space="preserve">[1:28:53] </w:t>
      </w:r>
      <w:r>
        <w:t>aise meri zindagi mein bahut si cheezein aisi huin jo lage ke yani kaise ho gaya? Koi kahega</w:t>
      </w:r>
    </w:p>
    <w:p>
      <w:pPr>
        <w:jc w:val="right"/>
      </w:pPr>
      <w:r>
        <w:t>ایسے میری زندگی میں بہت سی چیزیں ایسی ہوئیں جو لگے کہ یعنی کیسے ہو گیا؟ کوئی کہے</w:t>
      </w:r>
    </w:p>
    <w:p>
      <w:r>
        <w:rPr>
          <w:b/>
        </w:rPr>
        <w:t xml:space="preserve">[1:29:00] </w:t>
      </w:r>
      <w:r>
        <w:t>yeh miracle hai, lekin woh woh dua karishma tha.</w:t>
      </w:r>
    </w:p>
    <w:p>
      <w:pPr>
        <w:jc w:val="right"/>
      </w:pPr>
      <w:r>
        <w:t>گا یہ میریکل ہے، لیکن وہ وہ دعا کرشمہ تھا۔</w:t>
      </w:r>
    </w:p>
    <w:p>
      <w:r>
        <w:rPr>
          <w:b/>
        </w:rPr>
        <w:t xml:space="preserve">[1:29:03] </w:t>
      </w:r>
      <w:r>
        <w:t>وہ تو اس بات کو سمجھ لیجئے کہ you have to differentiate between معجزہ اور نصرت۔</w:t>
      </w:r>
    </w:p>
    <w:p>
      <w:pPr>
        <w:jc w:val="right"/>
      </w:pPr>
      <w:r>
        <w:t>وہ تو اس بات کو سمجھ لیجئے کہ یو ہیو ٹو ڈیفرینشیٹ بٹوین معجزہ اور نصرت۔</w:t>
      </w:r>
    </w:p>
    <w:p>
      <w:r>
        <w:rPr>
          <w:b/>
        </w:rPr>
        <w:t xml:space="preserve">[1:29:11] </w:t>
      </w:r>
      <w:r>
        <w:t>Prophet of Islam ko bahut badi badi nusratein di gayin,</w:t>
      </w:r>
    </w:p>
    <w:p>
      <w:pPr>
        <w:jc w:val="right"/>
      </w:pPr>
      <w:r>
        <w:t>پرافٹ اف اسلام کو بہت بڑی بڑی نصرتیں دی گئیں،</w:t>
      </w:r>
    </w:p>
    <w:p>
      <w:r>
        <w:rPr>
          <w:b/>
        </w:rPr>
        <w:t xml:space="preserve">[1:29:15] </w:t>
      </w:r>
      <w:r>
        <w:t>lekin mujza nahi diya gaya aap ko.</w:t>
      </w:r>
    </w:p>
    <w:p>
      <w:pPr>
        <w:jc w:val="right"/>
      </w:pPr>
      <w:r>
        <w:t>لیکن معجزہ نہیں دیا گیا آپ کو۔</w:t>
      </w:r>
    </w:p>
    <w:p>
      <w:r>
        <w:rPr>
          <w:b/>
        </w:rPr>
        <w:t xml:space="preserve">[1:29:16] </w:t>
      </w:r>
      <w:r>
        <w:t>is sense mein Hazrat Musa ko diya gaya tha mujza,</w:t>
      </w:r>
    </w:p>
    <w:p>
      <w:pPr>
        <w:jc w:val="right"/>
      </w:pPr>
      <w:r>
        <w:t>اس سینس میں حضرت موسیٰ کو دیا گیا تھا معجزہ،</w:t>
      </w:r>
    </w:p>
    <w:p>
      <w:r>
        <w:rPr>
          <w:b/>
        </w:rPr>
        <w:t xml:space="preserve">[1:29:20] </w:t>
      </w:r>
      <w:r>
        <w:t>ya Hazrat Isa ko diya gaya tha mujza.</w:t>
      </w:r>
    </w:p>
    <w:p>
      <w:pPr>
        <w:jc w:val="right"/>
      </w:pPr>
      <w:r>
        <w:t>یا حضرت مسیح کو دیا گیا تھا معجزہ۔</w:t>
      </w:r>
    </w:p>
    <w:p>
      <w:r>
        <w:rPr>
          <w:b/>
        </w:rPr>
        <w:t xml:space="preserve">[1:29:23] </w:t>
      </w:r>
      <w:r>
        <w:t>waisa mujza Rasool Allah ko nahi diya gaya.</w:t>
      </w:r>
    </w:p>
    <w:p>
      <w:pPr>
        <w:jc w:val="right"/>
      </w:pPr>
      <w:r>
        <w:t>ویسا معجزہ رسول اللہ کو نہیں دیا گیا۔</w:t>
      </w:r>
    </w:p>
    <w:p>
      <w:r>
        <w:rPr>
          <w:b/>
        </w:rPr>
        <w:t xml:space="preserve">[1:29:25] </w:t>
      </w:r>
      <w:r>
        <w:t>kyun? Main ne abhi arz kiya aap ne is talk mein</w:t>
      </w:r>
    </w:p>
    <w:p>
      <w:pPr>
        <w:jc w:val="right"/>
      </w:pPr>
      <w:r>
        <w:t>کیوں؟ میں نے ابھی عرض کیا آپ نے اس ٹاک میں</w:t>
      </w:r>
    </w:p>
    <w:p>
      <w:r>
        <w:rPr>
          <w:b/>
        </w:rPr>
        <w:t xml:space="preserve">[1:29:29] </w:t>
      </w:r>
      <w:r>
        <w:t>ke mujza ke zariye se jo cheez chahiye thi, woh yeh ke</w:t>
      </w:r>
    </w:p>
    <w:p>
      <w:pPr>
        <w:jc w:val="right"/>
      </w:pPr>
      <w:r>
        <w:t>کہ معجزہ کے ذریعے سے جو چیز چاہیے تھی، وہ یہ کہ</w:t>
      </w:r>
    </w:p>
    <w:p>
      <w:r>
        <w:rPr>
          <w:b/>
        </w:rPr>
        <w:t xml:space="preserve">[1:29:34] </w:t>
      </w:r>
      <w:r>
        <w:t>yani ek ek proof,</w:t>
      </w:r>
    </w:p>
    <w:p>
      <w:pPr>
        <w:jc w:val="right"/>
      </w:pPr>
      <w:r>
        <w:t>یعنی ایک ایک پروف،</w:t>
      </w:r>
    </w:p>
    <w:p>
      <w:r>
        <w:rPr>
          <w:b/>
        </w:rPr>
        <w:t xml:space="preserve">[1:29:38] </w:t>
      </w:r>
      <w:r>
        <w:t>یعنی اس سامنے ایک پروف ایسا لانا جس undeniable proof.</w:t>
      </w:r>
    </w:p>
    <w:p>
      <w:pPr>
        <w:jc w:val="right"/>
      </w:pPr>
      <w:r>
        <w:t>یعنی اس سامنے ایک پروف ایسا لانا جس ان ڈینائیبل پروف۔</w:t>
      </w:r>
    </w:p>
    <w:p>
      <w:r>
        <w:rPr>
          <w:b/>
        </w:rPr>
        <w:t xml:space="preserve">[1:29:43] </w:t>
      </w:r>
      <w:r>
        <w:t>معجزہ کا مطلب ہوتا تھا سچائی کا undeniable proof۔</w:t>
      </w:r>
    </w:p>
    <w:p>
      <w:pPr>
        <w:jc w:val="right"/>
      </w:pPr>
      <w:r>
        <w:t>معجزہ کا مطلب ہوتا تھا سچائی کا ان ڈینائیبل پروف۔</w:t>
      </w:r>
    </w:p>
    <w:p>
      <w:r>
        <w:rPr>
          <w:b/>
        </w:rPr>
        <w:t xml:space="preserve">[1:29:48] </w:t>
      </w:r>
      <w:r>
        <w:t>to ab zarurat yeh nahi hai.</w:t>
      </w:r>
    </w:p>
    <w:p>
      <w:pPr>
        <w:jc w:val="right"/>
      </w:pPr>
      <w:r>
        <w:t>تو اب ضرورت یہ نہیں ہے۔</w:t>
      </w:r>
    </w:p>
    <w:p>
      <w:r>
        <w:rPr>
          <w:b/>
        </w:rPr>
        <w:t xml:space="preserve">[1:29:50] </w:t>
      </w:r>
      <w:r>
        <w:t>ab to science jo hai, undeniable proof hai.</w:t>
      </w:r>
    </w:p>
    <w:p>
      <w:pPr>
        <w:jc w:val="right"/>
      </w:pPr>
      <w:r>
        <w:t>اب تو سائنس جو ہے، ان ڈینائیبل پروف ہے۔</w:t>
      </w:r>
    </w:p>
    <w:p>
      <w:r>
        <w:rPr>
          <w:b/>
        </w:rPr>
        <w:t xml:space="preserve">[1:29:54] </w:t>
      </w:r>
      <w:r>
        <w:t>jo kaam pehle moajza karta tha, woh kaam aaj science kar rahi hai.</w:t>
      </w:r>
    </w:p>
    <w:p>
      <w:pPr>
        <w:jc w:val="right"/>
      </w:pPr>
      <w:r>
        <w:t>جو کام پہلے معجزہ کرتا تھا، وہ کام آج سائنس کر رہی ہے۔</w:t>
      </w:r>
    </w:p>
    <w:p>
      <w:r>
        <w:rPr>
          <w:b/>
        </w:rPr>
        <w:t xml:space="preserve">[1:29:59] </w:t>
      </w:r>
      <w:r>
        <w:t>main ne is se bohat parha hai.</w:t>
      </w:r>
    </w:p>
    <w:p>
      <w:pPr>
        <w:jc w:val="right"/>
      </w:pPr>
      <w:r>
        <w:t>میں نے اس سے بہت پڑھا ہے۔</w:t>
      </w:r>
    </w:p>
    <w:p>
      <w:r>
        <w:rPr>
          <w:b/>
        </w:rPr>
        <w:t xml:space="preserve">[1:30:00] </w:t>
      </w:r>
      <w:r>
        <w:t>main ne kitabein kai likhi hain.</w:t>
      </w:r>
    </w:p>
    <w:p>
      <w:pPr>
        <w:jc w:val="right"/>
      </w:pPr>
      <w:r>
        <w:t>میں نے کتابیں کئی لکھی ہیں۔</w:t>
      </w:r>
    </w:p>
    <w:p>
      <w:r>
        <w:rPr>
          <w:b/>
        </w:rPr>
        <w:t xml:space="preserve">[1:30:01] </w:t>
      </w:r>
      <w:r>
        <w:t>aap parh lijiye meri kitabon ko.</w:t>
      </w:r>
    </w:p>
    <w:p>
      <w:pPr>
        <w:jc w:val="right"/>
      </w:pPr>
      <w:r>
        <w:t>آپ پڑھ لیجئے میری کتابوں کو۔</w:t>
      </w:r>
    </w:p>
    <w:p>
      <w:r>
        <w:rPr>
          <w:b/>
        </w:rPr>
        <w:t xml:space="preserve">[1:30:03] </w:t>
      </w:r>
      <w:r>
        <w:t>yani science ne jo baatein discover ki hain, woh undeniable proof hain</w:t>
      </w:r>
    </w:p>
    <w:p>
      <w:pPr>
        <w:jc w:val="right"/>
      </w:pPr>
      <w:r>
        <w:t>یعنی سائنس نے جو باتیں ڈسکور کی ہیں، وہ ان ڈینائیبل پروف ہیں</w:t>
      </w:r>
    </w:p>
    <w:p>
      <w:r>
        <w:rPr>
          <w:b/>
        </w:rPr>
        <w:t xml:space="preserve">[1:30:10] </w:t>
      </w:r>
      <w:r>
        <w:t>sachai ka, Khuda ka.</w:t>
      </w:r>
    </w:p>
    <w:p>
      <w:pPr>
        <w:jc w:val="right"/>
      </w:pPr>
      <w:r>
        <w:t>سچائی کا، خدا کا۔</w:t>
      </w:r>
    </w:p>
    <w:p>
      <w:r>
        <w:rPr>
          <w:b/>
        </w:rPr>
        <w:t xml:space="preserve">[1:30:14] </w:t>
      </w:r>
      <w:r>
        <w:t>ویسے ہی جیسے کہ miracle پہلے ہوا کرتے تھے۔</w:t>
      </w:r>
    </w:p>
    <w:p>
      <w:pPr>
        <w:jc w:val="right"/>
      </w:pPr>
      <w:r>
        <w:t>ویسے ہی جیسے کہ میریکل پہلے ہوا کرتے تھے۔</w:t>
      </w:r>
    </w:p>
    <w:p>
      <w:r>
        <w:rPr>
          <w:b/>
        </w:rPr>
        <w:t xml:space="preserve">[1:30:18] </w:t>
      </w:r>
      <w:r>
        <w:t>yeh hai meri</w:t>
      </w:r>
    </w:p>
    <w:p>
      <w:pPr>
        <w:jc w:val="right"/>
      </w:pPr>
      <w:r>
        <w:t>یہ ہے میری</w:t>
      </w:r>
    </w:p>
    <w:p>
      <w:r>
        <w:rPr>
          <w:b/>
        </w:rPr>
        <w:t xml:space="preserve">[1:30:21] </w:t>
      </w:r>
      <w:r>
        <w:t>meri study ke mutabiq.</w:t>
      </w:r>
    </w:p>
    <w:p>
      <w:pPr>
        <w:jc w:val="right"/>
      </w:pPr>
      <w:r>
        <w:t>میری سٹڈی کے مطابق۔</w:t>
      </w:r>
    </w:p>
    <w:p>
      <w:r>
        <w:rPr>
          <w:b/>
        </w:rPr>
        <w:t xml:space="preserve">[1:30:22] </w:t>
      </w:r>
      <w:r>
        <w:t>yeh hai asal baat.</w:t>
      </w:r>
    </w:p>
    <w:p>
      <w:pPr>
        <w:jc w:val="right"/>
      </w:pPr>
      <w:r>
        <w:t>یہ ہے اصل بات۔</w:t>
      </w:r>
    </w:p>
    <w:p>
      <w:r>
        <w:rPr>
          <w:b/>
        </w:rPr>
        <w:t xml:space="preserve">[1:30:26] </w:t>
      </w:r>
      <w:r>
        <w:t>das question is from Khalid Ansari.</w:t>
      </w:r>
    </w:p>
    <w:p>
      <w:pPr>
        <w:jc w:val="right"/>
      </w:pPr>
      <w:r>
        <w:t>دس کوسچن از فرام خالد انصاری۔</w:t>
      </w:r>
    </w:p>
    <w:p>
      <w:r>
        <w:rPr>
          <w:b/>
        </w:rPr>
        <w:t xml:space="preserve">[1:30:29] </w:t>
      </w:r>
      <w:r>
        <w:t>When Moses had sight of God's presence on Mount Tur and got fainted, what was spiritual take home</w:t>
      </w:r>
    </w:p>
    <w:p>
      <w:pPr>
        <w:jc w:val="right"/>
      </w:pPr>
      <w:r>
        <w:t>وین موزیس ہیڈ سائٹ اف گاڈز پریزنس ان ماؤنٹ طور اینڈ گاٹ فینٹڈ، واٹ واز سپرچول ٹیک ہوم</w:t>
      </w:r>
    </w:p>
    <w:p>
      <w:r>
        <w:rPr>
          <w:b/>
        </w:rPr>
        <w:t xml:space="preserve">[1:30:37] </w:t>
      </w:r>
      <w:r>
        <w:t>after that?</w:t>
      </w:r>
    </w:p>
    <w:p>
      <w:pPr>
        <w:jc w:val="right"/>
      </w:pPr>
      <w:r>
        <w:t>افٹر دیٹ؟</w:t>
      </w:r>
    </w:p>
    <w:p>
      <w:r>
        <w:rPr>
          <w:b/>
        </w:rPr>
        <w:t xml:space="preserve">[1:30:38] </w:t>
      </w:r>
      <w:r>
        <w:t>Secondly, according to the revealed information, how did Moses sum up his spiritual experience? kya doosra kya hai? According to the revealed information, how did Moses sum up this spiritual experience which he had?</w:t>
      </w:r>
    </w:p>
    <w:p>
      <w:pPr>
        <w:jc w:val="right"/>
      </w:pPr>
      <w:r>
        <w:t>Secondly, according to the revealed information, how did Moses sum up his spiritual experience? کیا دوسرا کیا ہے؟ According to the revealed information, how did Moses sum up this spiritual experience which he had?</w:t>
      </w:r>
    </w:p>
    <w:p>
      <w:r>
        <w:rPr>
          <w:b/>
        </w:rPr>
        <w:t xml:space="preserve">[1:30:54] </w:t>
      </w:r>
      <w:r>
        <w:t>dekhiye, woh jo qissa hai</w:t>
      </w:r>
    </w:p>
    <w:p>
      <w:pPr>
        <w:jc w:val="right"/>
      </w:pPr>
      <w:r>
        <w:t>دیکھیے، وہ جو قصہ ہے</w:t>
      </w:r>
    </w:p>
    <w:p>
      <w:r>
        <w:rPr>
          <w:b/>
        </w:rPr>
        <w:t xml:space="preserve">[1:30:58] </w:t>
      </w:r>
      <w:r>
        <w:t>to Khuda Moses ne kaha ke</w:t>
      </w:r>
    </w:p>
    <w:p>
      <w:pPr>
        <w:jc w:val="right"/>
      </w:pPr>
      <w:r>
        <w:t>تو خدا موزیس نے کہا کہ</w:t>
      </w:r>
    </w:p>
    <w:p>
      <w:r>
        <w:rPr>
          <w:b/>
        </w:rPr>
        <w:t xml:space="preserve">[1:31:04] </w:t>
      </w:r>
      <w:r>
        <w:t>Rab arni an zurlai, Khudaaya tu mujhe dikha, main tujh ko dekhna chahta hoon.</w:t>
      </w:r>
    </w:p>
    <w:p>
      <w:pPr>
        <w:jc w:val="right"/>
      </w:pPr>
      <w:r>
        <w:t>رب ارنی انظر الیک، خدایا تو مجھے دکھا، میں تجھ کو دیکھنا چاہتا ہوں۔</w:t>
      </w:r>
    </w:p>
    <w:p>
      <w:r>
        <w:rPr>
          <w:b/>
        </w:rPr>
        <w:t xml:space="preserve">[1:31:09] </w:t>
      </w:r>
      <w:r>
        <w:t>to Khuda ne kaha ke tum mujh ko dekh nahi sakte.</w:t>
      </w:r>
    </w:p>
    <w:p>
      <w:pPr>
        <w:jc w:val="right"/>
      </w:pPr>
      <w:r>
        <w:t>تو خدا نے کہا کہ تم مجھ کو دیکھ نہیں سکتے۔</w:t>
      </w:r>
    </w:p>
    <w:p>
      <w:r>
        <w:rPr>
          <w:b/>
        </w:rPr>
        <w:t xml:space="preserve">[1:31:12] </w:t>
      </w:r>
      <w:r>
        <w:t>lan turani. to isi ka woh demonstration tha ke Musa dekh nahi sake kyunke Khuda ki tajalli jab</w:t>
      </w:r>
    </w:p>
    <w:p>
      <w:pPr>
        <w:jc w:val="right"/>
      </w:pPr>
      <w:r>
        <w:t>لن ترانی۔ تو اسی کا وہ ڈیمونسٹریشن تھا کہ موسیٰ دیکھ نہیں سکے کیونکہ خدا کی تجلی جب</w:t>
      </w:r>
    </w:p>
    <w:p>
      <w:r>
        <w:rPr>
          <w:b/>
        </w:rPr>
        <w:t xml:space="preserve">[1:31:21] </w:t>
      </w:r>
      <w:r>
        <w:t>aayi wahan par to to is mein kya hua ke pahaad jo hai tukre tukre ho gaya aur</w:t>
      </w:r>
    </w:p>
    <w:p>
      <w:pPr>
        <w:jc w:val="right"/>
      </w:pPr>
      <w:r>
        <w:t>آئی وہاں پر تو تو اس میں کیا ہوا کہ پہاڑ جو ہے ٹکڑے ٹکڑے ہو گیا اور</w:t>
      </w:r>
    </w:p>
    <w:p>
      <w:r>
        <w:rPr>
          <w:b/>
        </w:rPr>
        <w:t xml:space="preserve">[1:31:27] </w:t>
      </w:r>
      <w:r>
        <w:t>Musa behosh ho gaye.</w:t>
      </w:r>
    </w:p>
    <w:p>
      <w:pPr>
        <w:jc w:val="right"/>
      </w:pPr>
      <w:r>
        <w:t>موسیٰ بے ہوش ہو گئے۔</w:t>
      </w:r>
    </w:p>
    <w:p>
      <w:r>
        <w:rPr>
          <w:b/>
        </w:rPr>
        <w:t xml:space="preserve">[1:31:31] </w:t>
      </w:r>
      <w:r>
        <w:t>to Khuda ko woh jo qissa hai, woh yeh batata hai ke Khuda ko insaan dekh nahi sakta</w:t>
      </w:r>
    </w:p>
    <w:p>
      <w:pPr>
        <w:jc w:val="right"/>
      </w:pPr>
      <w:r>
        <w:t>تو خدا کو وہ جو قصہ ہے، وہ یہ بتاتا ہے کہ خدا کو انسان دیکھ نہیں سکتا</w:t>
      </w:r>
    </w:p>
    <w:p>
      <w:r>
        <w:rPr>
          <w:b/>
        </w:rPr>
        <w:t xml:space="preserve">[1:31:37] </w:t>
      </w:r>
      <w:r>
        <w:t>apni is aankh se.</w:t>
      </w:r>
    </w:p>
    <w:p>
      <w:pPr>
        <w:jc w:val="right"/>
      </w:pPr>
      <w:r>
        <w:t>اپنی اس آنکھ سے۔</w:t>
      </w:r>
    </w:p>
    <w:p>
      <w:r>
        <w:rPr>
          <w:b/>
        </w:rPr>
        <w:t xml:space="preserve">[1:31:38] </w:t>
      </w:r>
      <w:r>
        <w:t>woh dekhega post death period mein.</w:t>
      </w:r>
    </w:p>
    <w:p>
      <w:pPr>
        <w:jc w:val="right"/>
      </w:pPr>
      <w:r>
        <w:t>وہ دیکھے گا پوسٹ ڈیتھ پیریڈ میں۔</w:t>
      </w:r>
    </w:p>
    <w:p>
      <w:r>
        <w:rPr>
          <w:b/>
        </w:rPr>
        <w:t xml:space="preserve">[1:31:41] </w:t>
      </w:r>
      <w:r>
        <w:t>hadees mein aata hai ke tum wahan par post death period mein Khuda ko is tarah dekhoge</w:t>
      </w:r>
    </w:p>
    <w:p>
      <w:pPr>
        <w:jc w:val="right"/>
      </w:pPr>
      <w:r>
        <w:t>حدیث میں آتا ہے کہ تم وہاں پر پوسٹ ڈیتھ پیریڈ میں خدا کو اس طرح دیکھو گے</w:t>
      </w:r>
    </w:p>
    <w:p>
      <w:r>
        <w:rPr>
          <w:b/>
        </w:rPr>
        <w:t xml:space="preserve">[1:31:46] </w:t>
      </w:r>
      <w:r>
        <w:t>jaise tum chand suraj ko dekhte ho.</w:t>
      </w:r>
    </w:p>
    <w:p>
      <w:pPr>
        <w:jc w:val="right"/>
      </w:pPr>
      <w:r>
        <w:t>جیسے تم چاند سورج کو دیکھتے ہو۔</w:t>
      </w:r>
    </w:p>
    <w:p>
      <w:r>
        <w:rPr>
          <w:b/>
        </w:rPr>
        <w:t xml:space="preserve">[1:31:50] </w:t>
      </w:r>
      <w:r>
        <w:t>lekin yahan hum dekh saken aisa impossible hai.</w:t>
      </w:r>
    </w:p>
    <w:p>
      <w:pPr>
        <w:jc w:val="right"/>
      </w:pPr>
      <w:r>
        <w:t>لیکن یہاں ہم دیکھ سکیں ایسا امپاسیبل ہے۔</w:t>
      </w:r>
    </w:p>
    <w:p>
      <w:r>
        <w:rPr>
          <w:b/>
        </w:rPr>
        <w:t xml:space="preserve">[1:31:53] </w:t>
      </w:r>
      <w:r>
        <w:t>musa ne bhi dekha nahin.</w:t>
      </w:r>
    </w:p>
    <w:p>
      <w:pPr>
        <w:jc w:val="right"/>
      </w:pPr>
      <w:r>
        <w:t>موسیٰ نے بھی دیکھا نہیں۔</w:t>
      </w:r>
    </w:p>
    <w:p>
      <w:r>
        <w:rPr>
          <w:b/>
        </w:rPr>
        <w:t xml:space="preserve">[1:31:55] </w:t>
      </w:r>
      <w:r>
        <w:t>sirf woh demonstration tha ek qism ka yeh batane ke liye ke tum dekh sakte nahin ho.</w:t>
      </w:r>
    </w:p>
    <w:p>
      <w:pPr>
        <w:jc w:val="right"/>
      </w:pPr>
      <w:r>
        <w:t>صرف وہ ڈیمونسٹریشن تھا ایک قسم کا یہ بتانے کے لیے کہ تم دیکھ سکتے نہیں ہو۔</w:t>
      </w:r>
    </w:p>
    <w:p>
      <w:r>
        <w:rPr>
          <w:b/>
        </w:rPr>
        <w:t xml:space="preserve">[1:32:01] </w:t>
      </w:r>
      <w:r>
        <w:t>baqi jo un ko spiritual experience hua, us us se koi talluq nahin tha.</w:t>
      </w:r>
    </w:p>
    <w:p>
      <w:pPr>
        <w:jc w:val="right"/>
      </w:pPr>
      <w:r>
        <w:t>باقی جو ان کو اسپرچول ایکسپیرینس ہوا، اس اس سے کوئی تعلق نہیں تھا۔</w:t>
      </w:r>
    </w:p>
    <w:p>
      <w:r>
        <w:rPr>
          <w:b/>
        </w:rPr>
        <w:t xml:space="preserve">[1:32:04] </w:t>
      </w:r>
      <w:r>
        <w:t>iska woh to daily jo woh jo woh khuda ki kitab padhte the, khuda par sochte the,</w:t>
      </w:r>
    </w:p>
    <w:p>
      <w:pPr>
        <w:jc w:val="right"/>
      </w:pPr>
      <w:r>
        <w:t>اس کا وہ تو ڈیلی جو وہ جو وہ خدا کی کتاب پڑھتے تھے، خدا پر سوچتے تھے،</w:t>
      </w:r>
    </w:p>
    <w:p>
      <w:r>
        <w:rPr>
          <w:b/>
        </w:rPr>
        <w:t xml:space="preserve">[1:32:12] </w:t>
      </w:r>
      <w:r>
        <w:t>tabassum karte the.</w:t>
      </w:r>
    </w:p>
    <w:p>
      <w:pPr>
        <w:jc w:val="right"/>
      </w:pPr>
      <w:r>
        <w:t>تبسم کرتے تھے۔</w:t>
      </w:r>
    </w:p>
    <w:p>
      <w:r>
        <w:rPr>
          <w:b/>
        </w:rPr>
        <w:t xml:space="preserve">[1:32:13] </w:t>
      </w:r>
      <w:r>
        <w:t>wahi jo hum karte hain, un ka spiritual experience ya spiritual achievement wahi tha.</w:t>
      </w:r>
    </w:p>
    <w:p>
      <w:pPr>
        <w:jc w:val="right"/>
      </w:pPr>
      <w:r>
        <w:t>وہی جو ہم کرتے ہیں، ان کا اسپرچول ایکسپیرینس یا اسپرچول اچیومنٹ وہی تھا۔</w:t>
      </w:r>
    </w:p>
    <w:p>
      <w:r>
        <w:rPr>
          <w:b/>
        </w:rPr>
        <w:t xml:space="preserve">[1:32:19] </w:t>
      </w:r>
      <w:r>
        <w:t>iska source jo hamara source hai,</w:t>
      </w:r>
    </w:p>
    <w:p>
      <w:pPr>
        <w:jc w:val="right"/>
      </w:pPr>
      <w:r>
        <w:t>اس کا سورس جو ہمارا سورس ہے،</w:t>
      </w:r>
    </w:p>
    <w:p>
      <w:r>
        <w:rPr>
          <w:b/>
        </w:rPr>
        <w:t xml:space="preserve">[1:32:23] </w:t>
      </w:r>
      <w:r>
        <w:t>is mein koi difference nahin hai.</w:t>
      </w:r>
    </w:p>
    <w:p>
      <w:pPr>
        <w:jc w:val="right"/>
      </w:pPr>
      <w:r>
        <w:t>اس میں کوئی ڈیفرنس نہیں ہے۔</w:t>
      </w:r>
    </w:p>
    <w:p>
      <w:r>
        <w:rPr>
          <w:b/>
        </w:rPr>
        <w:t xml:space="preserve">[1:32:26] </w:t>
      </w:r>
      <w:r>
        <w:t>jahan tak main samajhta hoon.</w:t>
      </w:r>
    </w:p>
    <w:p>
      <w:pPr>
        <w:jc w:val="right"/>
      </w:pPr>
      <w:r>
        <w:t>جہاں تک میں سمجھتا ہوں۔</w:t>
      </w:r>
    </w:p>
    <w:p>
      <w:r>
        <w:rPr>
          <w:b/>
        </w:rPr>
        <w:t xml:space="preserve">[1:32:28] </w:t>
      </w:r>
      <w:r>
        <w:t>دوسرا کوسچن کیا ہے؟ How did he sum up this spiritual experience?</w:t>
      </w:r>
    </w:p>
    <w:p>
      <w:pPr>
        <w:jc w:val="right"/>
      </w:pPr>
      <w:r>
        <w:t>دوسرا کوسچن کیا ہے؟ ہاؤ ڈیڈ ہی سم اپ دس سپرچول ایکسپیرینس؟</w:t>
      </w:r>
    </w:p>
    <w:p>
      <w:r>
        <w:rPr>
          <w:b/>
        </w:rPr>
        <w:t xml:space="preserve">[1:32:36] </w:t>
      </w:r>
      <w:r>
        <w:t>kya matlab is ka hai? matlab un ka kya response raha us ke baad? How did he take that spiritual experience?</w:t>
      </w:r>
    </w:p>
    <w:p>
      <w:pPr>
        <w:jc w:val="right"/>
      </w:pPr>
      <w:r>
        <w:t>کیا مطلب اس کا ہے؟ مطلب ان کا کیا response رہا اس کے بعد؟ How did he take that spiritual experience?</w:t>
      </w:r>
    </w:p>
    <w:p>
      <w:r>
        <w:rPr>
          <w:b/>
        </w:rPr>
        <w:t xml:space="preserve">[1:32:43] </w:t>
      </w:r>
      <w:r>
        <w:t>woh spiritual experience nahin tha jaisa ke maine arz kiya hai.</w:t>
      </w:r>
    </w:p>
    <w:p>
      <w:pPr>
        <w:jc w:val="right"/>
      </w:pPr>
      <w:r>
        <w:t>وہ اسپرچول ایکسپیرینس نہیں تھا جیسا کہ میں نے عرض کیا ہے۔</w:t>
      </w:r>
    </w:p>
    <w:p>
      <w:r>
        <w:rPr>
          <w:b/>
        </w:rPr>
        <w:t xml:space="preserve">[1:32:48] </w:t>
      </w:r>
      <w:r>
        <w:t>mountain toor par jo hua, woh spiritual experience nahin tha kyunke woh to dekha hi nahin.</w:t>
      </w:r>
    </w:p>
    <w:p>
      <w:pPr>
        <w:jc w:val="right"/>
      </w:pPr>
      <w:r>
        <w:t>ماؤنٹن طور پر جو ہوا، وہ اسپرچول ایکسپیرینس نہیں تھا کیونکہ وہ تو دیکھا ہی نہیں۔</w:t>
      </w:r>
    </w:p>
    <w:p>
      <w:r>
        <w:rPr>
          <w:b/>
        </w:rPr>
        <w:t xml:space="preserve">[1:32:52] </w:t>
      </w:r>
      <w:r>
        <w:t>unhon ne woh to faint ho gaye, woh to behosh ho gaye.</w:t>
      </w:r>
    </w:p>
    <w:p>
      <w:pPr>
        <w:jc w:val="right"/>
      </w:pPr>
      <w:r>
        <w:t>انہوں نے وہ تو فینٹ ہو گئے، وہ تو بے ہوش ہو گئے۔</w:t>
      </w:r>
    </w:p>
    <w:p>
      <w:r>
        <w:rPr>
          <w:b/>
        </w:rPr>
        <w:t xml:space="preserve">[1:32:56] </w:t>
      </w:r>
      <w:r>
        <w:t>faqr musa siqa, woh gir pade aur behosh ho gaye.</w:t>
      </w:r>
    </w:p>
    <w:p>
      <w:pPr>
        <w:jc w:val="right"/>
      </w:pPr>
      <w:r>
        <w:t>فقر موسیٰ سیقہ، وہ گر پڑے اور بے ہوش ہو گئے۔</w:t>
      </w:r>
    </w:p>
    <w:p>
      <w:r>
        <w:rPr>
          <w:b/>
        </w:rPr>
        <w:t xml:space="preserve">[1:33:00] </w:t>
      </w:r>
      <w:r>
        <w:t>to kuch to dekha to hai nahin.</w:t>
      </w:r>
    </w:p>
    <w:p>
      <w:pPr>
        <w:jc w:val="right"/>
      </w:pPr>
      <w:r>
        <w:t>تو کچھ تو دیکھا تو ہے نہیں۔</w:t>
      </w:r>
    </w:p>
    <w:p>
      <w:r>
        <w:rPr>
          <w:b/>
        </w:rPr>
        <w:t xml:space="preserve">[1:33:01] </w:t>
      </w:r>
      <w:r>
        <w:t>unhon ne to woh woh that was not</w:t>
      </w:r>
    </w:p>
    <w:p>
      <w:pPr>
        <w:jc w:val="right"/>
      </w:pPr>
      <w:r>
        <w:t>انہوں نے تو وہ وہ دیٹ واز ناٹ</w:t>
      </w:r>
    </w:p>
    <w:p>
      <w:r>
        <w:rPr>
          <w:b/>
        </w:rPr>
        <w:t xml:space="preserve">[1:33:08] </w:t>
      </w:r>
      <w:r>
        <w:t>a spiritual experience.</w:t>
      </w:r>
    </w:p>
    <w:p>
      <w:pPr>
        <w:jc w:val="right"/>
      </w:pPr>
      <w:r>
        <w:t>ا اسپرچول ایکسپیرینس۔</w:t>
      </w:r>
    </w:p>
    <w:p>
      <w:r>
        <w:rPr>
          <w:b/>
        </w:rPr>
        <w:t xml:space="preserve">[1:33:10] </w:t>
      </w:r>
      <w:r>
        <w:t>that was simply a demonstration</w:t>
      </w:r>
    </w:p>
    <w:p>
      <w:pPr>
        <w:jc w:val="right"/>
      </w:pPr>
      <w:r>
        <w:t>دیٹ واز سمپلی ا ڈیمونسٹریشن</w:t>
      </w:r>
    </w:p>
    <w:p>
      <w:r>
        <w:rPr>
          <w:b/>
        </w:rPr>
        <w:t xml:space="preserve">[1:33:13] </w:t>
      </w:r>
      <w:r>
        <w:t>ke khuda ko tum dekh nahin sakte.</w:t>
      </w:r>
    </w:p>
    <w:p>
      <w:pPr>
        <w:jc w:val="right"/>
      </w:pPr>
      <w:r>
        <w:t>کہ خدا کو تم دیکھ نہیں سکتے۔</w:t>
      </w:r>
    </w:p>
    <w:p>
      <w:r>
        <w:rPr>
          <w:b/>
        </w:rPr>
        <w:t xml:space="preserve">[1:33:15] </w:t>
      </w:r>
      <w:r>
        <w:t>yeh batane ke liye tha woh.</w:t>
      </w:r>
    </w:p>
    <w:p>
      <w:pPr>
        <w:jc w:val="right"/>
      </w:pPr>
      <w:r>
        <w:t>یہ بتانے کے لیے تھا وہ۔</w:t>
      </w:r>
    </w:p>
    <w:p>
      <w:r>
        <w:rPr>
          <w:b/>
        </w:rPr>
        <w:t xml:space="preserve">[1:33:17] </w:t>
      </w:r>
      <w:r>
        <w:t>baqi spiritual experience jo un ka tha, woh wahi tha jo hamara aap ka hai.</w:t>
      </w:r>
    </w:p>
    <w:p>
      <w:pPr>
        <w:jc w:val="right"/>
      </w:pPr>
      <w:r>
        <w:t>باقی اسپرچول ایکسپیرینس جو ان کا تھا، وہ وہی تھا جو ہمارا آپ کا ہے۔</w:t>
      </w:r>
    </w:p>
    <w:p>
      <w:r>
        <w:rPr>
          <w:b/>
        </w:rPr>
        <w:t xml:space="preserve">[1:33:21] </w:t>
      </w:r>
      <w:r>
        <w:t>hum khuda ki kitab padhen, khuda ki duniya is par sochen, is par tabassum karen.</w:t>
      </w:r>
    </w:p>
    <w:p>
      <w:pPr>
        <w:jc w:val="right"/>
      </w:pPr>
      <w:r>
        <w:t>ہم خدا کی کتاب پڑھیں، خدا کی دنیا اس پر سوچیں، اس پر تبسم کریں۔</w:t>
      </w:r>
    </w:p>
    <w:p>
      <w:r>
        <w:rPr>
          <w:b/>
        </w:rPr>
        <w:t xml:space="preserve">[1:33:28] </w:t>
      </w:r>
      <w:r>
        <w:t>yahi sab source hai spirituality ka.</w:t>
      </w:r>
    </w:p>
    <w:p>
      <w:pPr>
        <w:jc w:val="right"/>
      </w:pPr>
      <w:r>
        <w:t>یہی سب سورس ہے سپرچولٹی کا۔</w:t>
      </w:r>
    </w:p>
    <w:p>
      <w:r>
        <w:rPr>
          <w:b/>
        </w:rPr>
        <w:t xml:space="preserve">[1:33:30] </w:t>
      </w:r>
      <w:r>
        <w:t>un ke liye bhi tha, hamare liye bhi hai.</w:t>
      </w:r>
    </w:p>
    <w:p>
      <w:pPr>
        <w:jc w:val="right"/>
      </w:pPr>
      <w:r>
        <w:t>ان کے لیے بھی تھا، ہمارے لیے بھی ہے۔</w:t>
      </w:r>
    </w:p>
    <w:p>
      <w:r>
        <w:rPr>
          <w:b/>
        </w:rPr>
        <w:t xml:space="preserve">[1:33:34] </w:t>
      </w:r>
      <w:r>
        <w:t>jahan tak mein samjhau.</w:t>
      </w:r>
    </w:p>
    <w:p>
      <w:pPr>
        <w:jc w:val="right"/>
      </w:pPr>
      <w:r>
        <w:t>جہاں تک میں سمجھاؤں۔</w:t>
      </w:r>
    </w:p>
    <w:p>
      <w:r>
        <w:rPr>
          <w:b/>
        </w:rPr>
        <w:t xml:space="preserve">[1:33:38] </w:t>
      </w:r>
      <w:r>
        <w:t>das question is from raziya.</w:t>
      </w:r>
    </w:p>
    <w:p>
      <w:pPr>
        <w:jc w:val="right"/>
      </w:pPr>
      <w:r>
        <w:t>دس کوسچن از فرام راضیہ۔</w:t>
      </w:r>
    </w:p>
    <w:p>
      <w:r>
        <w:rPr>
          <w:b/>
        </w:rPr>
        <w:t xml:space="preserve">[1:33:41] </w:t>
      </w:r>
      <w:r>
        <w:t>What is the fate of such people who die seeking paradise in this world and have not spent</w:t>
      </w:r>
    </w:p>
    <w:p>
      <w:pPr>
        <w:jc w:val="right"/>
      </w:pPr>
      <w:r>
        <w:t>واٹ از دا فیٹ اف سچ پیپل ہو ڈائی سیکنگ پیراڈائز ان دس ورلڈ اینڈ ہیو ناٹ سپینڈ</w:t>
      </w:r>
    </w:p>
    <w:p>
      <w:r>
        <w:rPr>
          <w:b/>
        </w:rPr>
        <w:t xml:space="preserve">[1:33:47] </w:t>
      </w:r>
      <w:r>
        <w:t>their life is per the divine law?</w:t>
      </w:r>
    </w:p>
    <w:p>
      <w:pPr>
        <w:jc w:val="right"/>
      </w:pPr>
      <w:r>
        <w:t>دیر لائف ایز پر دی ڈیوائن لاء؟</w:t>
      </w:r>
    </w:p>
    <w:p>
      <w:r>
        <w:rPr>
          <w:b/>
        </w:rPr>
        <w:t xml:space="preserve">[1:33:51] </w:t>
      </w:r>
      <w:r>
        <w:t>kya phir se padhiye? What is the fate of such people who die seeking paradise in this world and have not spent life as per the divine law? Will their plea of being unaware be accepted by God?</w:t>
      </w:r>
    </w:p>
    <w:p>
      <w:pPr>
        <w:jc w:val="right"/>
      </w:pPr>
      <w:r>
        <w:t>کیا پھر سے پڑھیے؟ What is the fate of such people who die seeking paradise in this world and have not spent life as per the divine law? Will their plea of being unaware be accepted by God?</w:t>
      </w:r>
    </w:p>
    <w:p>
      <w:r>
        <w:rPr>
          <w:b/>
        </w:rPr>
        <w:t xml:space="preserve">[1:34:06] </w:t>
      </w:r>
      <w:r>
        <w:t>i god? nahin, nahin.</w:t>
      </w:r>
    </w:p>
    <w:p>
      <w:pPr>
        <w:jc w:val="right"/>
      </w:pPr>
      <w:r>
        <w:t>ائی گاڈ؟ نہیں، نہیں۔</w:t>
      </w:r>
    </w:p>
    <w:p>
      <w:r>
        <w:rPr>
          <w:b/>
        </w:rPr>
        <w:t xml:space="preserve">[1:34:07] </w:t>
      </w:r>
      <w:r>
        <w:t>aise logon ke liye paradise mein koi jagah nahin hai.</w:t>
      </w:r>
    </w:p>
    <w:p>
      <w:pPr>
        <w:jc w:val="right"/>
      </w:pPr>
      <w:r>
        <w:t>ایسے لوگوں کے لیے پیراڈائز میں کوئی جگہ نہیں ہے۔</w:t>
      </w:r>
    </w:p>
    <w:p>
      <w:r>
        <w:rPr>
          <w:b/>
        </w:rPr>
        <w:t xml:space="preserve">[1:34:10] </w:t>
      </w:r>
      <w:r>
        <w:t>yeh paradise seeking kaise nahin hai? in ka</w:t>
      </w:r>
    </w:p>
    <w:p>
      <w:pPr>
        <w:jc w:val="right"/>
      </w:pPr>
      <w:r>
        <w:t>یہ پیراڈائز سیکنگ کیسے نہیں ہے؟ ان کا</w:t>
      </w:r>
    </w:p>
    <w:p>
      <w:r>
        <w:rPr>
          <w:b/>
        </w:rPr>
        <w:t xml:space="preserve">[1:34:14] </w:t>
      </w:r>
      <w:r>
        <w:t>yeh word jo hai, thoda sa is mein confusion hai.</w:t>
      </w:r>
    </w:p>
    <w:p>
      <w:pPr>
        <w:jc w:val="right"/>
      </w:pPr>
      <w:r>
        <w:t>یہ ورڈ جو ہے، تھوڑا سا اس میں کنفیوژن ہے۔</w:t>
      </w:r>
    </w:p>
    <w:p>
      <w:r>
        <w:rPr>
          <w:b/>
        </w:rPr>
        <w:t xml:space="preserve">[1:34:18] </w:t>
      </w:r>
      <w:r>
        <w:t>yani mein jinho ne in ka naam liya, jin logon ka, un ka case paradise seeking case nahin</w:t>
      </w:r>
    </w:p>
    <w:p>
      <w:pPr>
        <w:jc w:val="right"/>
      </w:pPr>
      <w:r>
        <w:t>یعنی میں جنہوں نے ان کا نام لیا، جن لوگوں کا، ان کا کیس پیراڈائز سیکنگ کیس نہیں</w:t>
      </w:r>
    </w:p>
    <w:p>
      <w:r>
        <w:rPr>
          <w:b/>
        </w:rPr>
        <w:t xml:space="preserve">[1:34:23] </w:t>
      </w:r>
      <w:r>
        <w:t>tha, balkeh present world mein paradise banane ka case tha ke jo khuda, duniya jo khuda jo banaye</w:t>
      </w:r>
    </w:p>
    <w:p>
      <w:pPr>
        <w:jc w:val="right"/>
      </w:pPr>
      <w:r>
        <w:t>تھا، بلکہ پریزنٹ ورلڈ میں پیراڈائز بنانے کا کیس تھا کہ جو خدا، دنیا جو خدا جو بنائے</w:t>
      </w:r>
    </w:p>
    <w:p>
      <w:r>
        <w:rPr>
          <w:b/>
        </w:rPr>
        <w:t xml:space="preserve">[1:34:31] </w:t>
      </w:r>
      <w:r>
        <w:t>ga paradise, us ko hum talash kar rahe hain.</w:t>
      </w:r>
    </w:p>
    <w:p>
      <w:pPr>
        <w:jc w:val="right"/>
      </w:pPr>
      <w:r>
        <w:t>گا پیراڈائز، اس کو ہم تلاش کر رہے ہیں۔</w:t>
      </w:r>
    </w:p>
    <w:p>
      <w:r>
        <w:rPr>
          <w:b/>
        </w:rPr>
        <w:t xml:space="preserve">[1:34:36] </w:t>
      </w:r>
      <w:r>
        <w:t>to hamara case paradise seeking case hai.</w:t>
      </w:r>
    </w:p>
    <w:p>
      <w:pPr>
        <w:jc w:val="right"/>
      </w:pPr>
      <w:r>
        <w:t>تو ہمارا کیس پیراڈائز سیکنگ کیس ہے۔</w:t>
      </w:r>
    </w:p>
    <w:p>
      <w:r>
        <w:rPr>
          <w:b/>
        </w:rPr>
        <w:t xml:space="preserve">[1:34:39] </w:t>
      </w:r>
      <w:r>
        <w:t>yani khuda ki banai hui paradise ko chahna, yeh hai paradise seeking case.</w:t>
      </w:r>
    </w:p>
    <w:p>
      <w:pPr>
        <w:jc w:val="right"/>
      </w:pPr>
      <w:r>
        <w:t>یعنی خدا کی بنائی ہوئی پیراڈائز کو چاہنا، یہ ہے پیراڈائز سیکنگ کیس۔</w:t>
      </w:r>
    </w:p>
    <w:p>
      <w:r>
        <w:rPr>
          <w:b/>
        </w:rPr>
        <w:t xml:space="preserve">[1:34:44] </w:t>
      </w:r>
      <w:r>
        <w:t>woh unho ne yeh thodi chaha tha.</w:t>
      </w:r>
    </w:p>
    <w:p>
      <w:pPr>
        <w:jc w:val="right"/>
      </w:pPr>
      <w:r>
        <w:t>وہ انہوں نے یہ تھوڑی چاہا تھا۔</w:t>
      </w:r>
    </w:p>
    <w:p>
      <w:r>
        <w:rPr>
          <w:b/>
        </w:rPr>
        <w:t xml:space="preserve">[1:34:46] </w:t>
      </w:r>
      <w:r>
        <w:t>isi duniya mein khud se paradise banana chaha.</w:t>
      </w:r>
    </w:p>
    <w:p>
      <w:pPr>
        <w:jc w:val="right"/>
      </w:pPr>
      <w:r>
        <w:t>اسی دنیا میں خود سے پیراڈائز بنانا چاہا۔</w:t>
      </w:r>
    </w:p>
    <w:p>
      <w:r>
        <w:rPr>
          <w:b/>
        </w:rPr>
        <w:t xml:space="preserve">[1:34:50] </w:t>
      </w:r>
      <w:r>
        <w:t>jaise aaj koi apna business house khara karta hai, apna koi farm house banata hai, aur apna yani</w:t>
      </w:r>
    </w:p>
    <w:p>
      <w:pPr>
        <w:jc w:val="right"/>
      </w:pPr>
      <w:r>
        <w:t>جیسے آج کوئی اپنا بزنس ہاؤس کھڑا کرتا ہے، اپنا کوئی فارم ہاؤس بناتا ہے، اور اپنا یعنی</w:t>
      </w:r>
    </w:p>
    <w:p>
      <w:r>
        <w:rPr>
          <w:b/>
        </w:rPr>
        <w:t xml:space="preserve">[1:34:59] </w:t>
      </w:r>
      <w:r>
        <w:t>empire khara karta hai, to woh kya hai? isi duniya mein apna paradise banane ki koshish kar raha</w:t>
      </w:r>
    </w:p>
    <w:p>
      <w:pPr>
        <w:jc w:val="right"/>
      </w:pPr>
      <w:r>
        <w:t>ایمپائر کھڑا کرتا ہے، تو وہ کیا ہے؟ اسی دنیا میں اپنا پیراڈائز بنانے کی کوشش کر رہا</w:t>
      </w:r>
    </w:p>
    <w:p>
      <w:r>
        <w:rPr>
          <w:b/>
        </w:rPr>
        <w:t xml:space="preserve">[1:35:04] </w:t>
      </w:r>
      <w:r>
        <w:t>hai. woh political empire, industrial empire,</w:t>
      </w:r>
    </w:p>
    <w:p>
      <w:pPr>
        <w:jc w:val="right"/>
      </w:pPr>
      <w:r>
        <w:t>ہے۔ وہ پولیٹیکل ایمپائر، انڈسٹریل ایمپائر،</w:t>
      </w:r>
    </w:p>
    <w:p>
      <w:r>
        <w:rPr>
          <w:b/>
        </w:rPr>
        <w:t xml:space="preserve">[1:35:09] </w:t>
      </w:r>
      <w:r>
        <w:t>family empire, yeh sab log yahi koshish kar rahe hain.</w:t>
      </w:r>
    </w:p>
    <w:p>
      <w:pPr>
        <w:jc w:val="right"/>
      </w:pPr>
      <w:r>
        <w:t>فیملی ایمپائر، یہ سب لوگ یہی کوشش کر رہے ہیں۔</w:t>
      </w:r>
    </w:p>
    <w:p>
      <w:r>
        <w:rPr>
          <w:b/>
        </w:rPr>
        <w:t xml:space="preserve">[1:35:12] </w:t>
      </w:r>
      <w:r>
        <w:t>to in ka case paradise seeking case nahin hai, balkeh woh to ek qism ki baghavat hai</w:t>
      </w:r>
    </w:p>
    <w:p>
      <w:pPr>
        <w:jc w:val="right"/>
      </w:pPr>
      <w:r>
        <w:t>تو ان کا کیس پیراڈائز سیکنگ کیس نہیں ہے، بلکہ وہ تو ایک قسم کی بغاوت ہے</w:t>
      </w:r>
    </w:p>
    <w:p>
      <w:r>
        <w:rPr>
          <w:b/>
        </w:rPr>
        <w:t xml:space="preserve">[1:35:19] </w:t>
      </w:r>
      <w:r>
        <w:t>ke jo cheez khuda ne, khuda ne apne hath se banai hai, apne hath se banakar aap</w:t>
      </w:r>
    </w:p>
    <w:p>
      <w:pPr>
        <w:jc w:val="right"/>
      </w:pPr>
      <w:r>
        <w:t>کہ جو چیز خدا نے، خدا نے اپنے ہاتھ سے بنائی ہے، اپنے ہاتھ سے بنا کر آپ</w:t>
      </w:r>
    </w:p>
    <w:p>
      <w:r>
        <w:rPr>
          <w:b/>
        </w:rPr>
        <w:t xml:space="preserve">[1:35:24] </w:t>
      </w:r>
      <w:r>
        <w:t>ko dega, us ko khud hi khud banana chahte hain.</w:t>
      </w:r>
    </w:p>
    <w:p>
      <w:pPr>
        <w:jc w:val="right"/>
      </w:pPr>
      <w:r>
        <w:t>کو دے گا، اس کو خود ہی خود بنانا چاہتے ہیں۔</w:t>
      </w:r>
    </w:p>
    <w:p>
      <w:r>
        <w:rPr>
          <w:b/>
        </w:rPr>
        <w:t xml:space="preserve">[1:35:26] </w:t>
      </w:r>
      <w:r>
        <w:t>woh mere nazdeek khuda se baghavat ka case hai, khuda se revolt karne ka case hai.</w:t>
      </w:r>
    </w:p>
    <w:p>
      <w:pPr>
        <w:jc w:val="right"/>
      </w:pPr>
      <w:r>
        <w:t>وہ میرے نزدیک خدا سے بغاوت کا کیس ہے، خدا سے ریولٹ کرنے کا کیس ہے۔</w:t>
      </w:r>
    </w:p>
    <w:p>
      <w:r>
        <w:rPr>
          <w:b/>
        </w:rPr>
        <w:t xml:space="preserve">[1:35:31] </w:t>
      </w:r>
      <w:r>
        <w:t>yeh isi liye woh kuch paate nahin.</w:t>
      </w:r>
    </w:p>
    <w:p>
      <w:pPr>
        <w:jc w:val="right"/>
      </w:pPr>
      <w:r>
        <w:t>یہ اسی لیے وہ کچھ پاتے نہیں۔</w:t>
      </w:r>
    </w:p>
    <w:p>
      <w:r>
        <w:rPr>
          <w:b/>
        </w:rPr>
        <w:t xml:space="preserve">[1:35:34] </w:t>
      </w:r>
      <w:r>
        <w:t>in ki sari empire ek din demolish ho kar reh jati hain.</w:t>
      </w:r>
    </w:p>
    <w:p>
      <w:pPr>
        <w:jc w:val="right"/>
      </w:pPr>
      <w:r>
        <w:t>ان کی ساری ایمپائر ایک دن ڈیمالش ہو کر رہ جاتی ہیں۔</w:t>
      </w:r>
    </w:p>
    <w:p>
      <w:r>
        <w:rPr>
          <w:b/>
        </w:rPr>
        <w:t xml:space="preserve">[1:35:40] </w:t>
      </w:r>
      <w:r>
        <w:t>das question is from marijah.</w:t>
      </w:r>
    </w:p>
    <w:p>
      <w:pPr>
        <w:jc w:val="right"/>
      </w:pPr>
      <w:r>
        <w:t>دس کوسچن از فرام مریجہ۔</w:t>
      </w:r>
    </w:p>
    <w:p>
      <w:r>
        <w:rPr>
          <w:b/>
        </w:rPr>
        <w:t xml:space="preserve">[1:35:43] </w:t>
      </w:r>
      <w:r>
        <w:t>what level of optimum perfection should one aim in human life?</w:t>
      </w:r>
    </w:p>
    <w:p>
      <w:pPr>
        <w:jc w:val="right"/>
      </w:pPr>
      <w:r>
        <w:t>واٹ لیول اف اپٹیمم پرفیکشن شوڈ ون ایم ان ہیومن لائف؟</w:t>
      </w:r>
    </w:p>
    <w:p>
      <w:r>
        <w:rPr>
          <w:b/>
        </w:rPr>
        <w:t xml:space="preserve">[1:35:49] </w:t>
      </w:r>
      <w:r>
        <w:t>kya phir se padhiye? What level of optimum perfection should one aim in human life?</w:t>
      </w:r>
    </w:p>
    <w:p>
      <w:pPr>
        <w:jc w:val="right"/>
      </w:pPr>
      <w:r>
        <w:t>کیا پھر سے پڑھیے؟ What level of optimum perfection should one aim in human life?</w:t>
      </w:r>
    </w:p>
    <w:p>
      <w:r>
        <w:rPr>
          <w:b/>
        </w:rPr>
        <w:t xml:space="preserve">[1:35:57] </w:t>
      </w:r>
      <w:r>
        <w:t>dekhen, aaj ki duniya mein koi bhi aadmi perfect nahi ban sakta hai.</w:t>
      </w:r>
    </w:p>
    <w:p>
      <w:pPr>
        <w:jc w:val="right"/>
      </w:pPr>
      <w:r>
        <w:t>دیکھیں، آج کی دنیا میں کوئی بھی آدمی پرفیکٹ نہیں بن سکتا ہے۔</w:t>
      </w:r>
    </w:p>
    <w:p>
      <w:r>
        <w:rPr>
          <w:b/>
        </w:rPr>
        <w:t xml:space="preserve">[1:36:03] </w:t>
      </w:r>
      <w:r>
        <w:t>yeh impossible hai, yeh</w:t>
      </w:r>
    </w:p>
    <w:p>
      <w:pPr>
        <w:jc w:val="right"/>
      </w:pPr>
      <w:r>
        <w:t>یہ امپاسیبل ہے، یہ</w:t>
      </w:r>
    </w:p>
    <w:p>
      <w:r>
        <w:rPr>
          <w:b/>
        </w:rPr>
        <w:t xml:space="preserve">[1:36:05] </w:t>
      </w:r>
      <w:r>
        <w:t>kyunke woh akele nahi hain.</w:t>
      </w:r>
    </w:p>
    <w:p>
      <w:pPr>
        <w:jc w:val="right"/>
      </w:pPr>
      <w:r>
        <w:t>کیونکہ وہ اکیلے نہیں ہیں۔</w:t>
      </w:r>
    </w:p>
    <w:p>
      <w:r>
        <w:rPr>
          <w:b/>
        </w:rPr>
        <w:t xml:space="preserve">[1:36:07] </w:t>
      </w:r>
      <w:r>
        <w:t>duniya mein kisi island mein hum nahi hain, hum ek society mein hain.</w:t>
      </w:r>
    </w:p>
    <w:p>
      <w:pPr>
        <w:jc w:val="right"/>
      </w:pPr>
      <w:r>
        <w:t>دنیا میں کسی ائی لینڈ میں ہم نہیں ہیں، ہم ایک سوسائٹی میں ہیں۔</w:t>
      </w:r>
    </w:p>
    <w:p>
      <w:r>
        <w:rPr>
          <w:b/>
        </w:rPr>
        <w:t xml:space="preserve">[1:36:14] </w:t>
      </w:r>
      <w:r>
        <w:t>ek society mein jahan har waqt koi aisa provoke karega, koi aisa provocation ho kisi ki taraf,</w:t>
      </w:r>
    </w:p>
    <w:p>
      <w:pPr>
        <w:jc w:val="right"/>
      </w:pPr>
      <w:r>
        <w:t>ایک سوسائٹی میں جہاں ہر وقت کوئی ایسا پرووک کرے گا، کوئی ایسا پرووکیشن ہو کسی کی طرف،</w:t>
      </w:r>
    </w:p>
    <w:p>
      <w:r>
        <w:rPr>
          <w:b/>
        </w:rPr>
        <w:t xml:space="preserve">[1:36:22] </w:t>
      </w:r>
      <w:r>
        <w:t>humein anger ho jayega, ghussa aa jayega, aag bhadak uthegi.</w:t>
      </w:r>
    </w:p>
    <w:p>
      <w:pPr>
        <w:jc w:val="right"/>
      </w:pPr>
      <w:r>
        <w:t>ہمیں اینگر ہو جائے گا، غصہ آ جائے گا، اگ بھڑک اٹھے گی۔</w:t>
      </w:r>
    </w:p>
    <w:p>
      <w:r>
        <w:rPr>
          <w:b/>
        </w:rPr>
        <w:t xml:space="preserve">[1:36:27] </w:t>
      </w:r>
      <w:r>
        <w:t>andar aisi hazar baatein ho sakti hain, har din hoti rehti hain jo hamare perfection ko bhang karti</w:t>
      </w:r>
    </w:p>
    <w:p>
      <w:pPr>
        <w:jc w:val="right"/>
      </w:pPr>
      <w:r>
        <w:t>اندر ایسی ہزار باتیں ہو سکتی ہیں، ہر دن ہوتی رہتی ہیں جو ہمارے پرفیکشن کو بھنگ کرتی</w:t>
      </w:r>
    </w:p>
    <w:p>
      <w:r>
        <w:rPr>
          <w:b/>
        </w:rPr>
        <w:t xml:space="preserve">[1:36:38] </w:t>
      </w:r>
      <w:r>
        <w:t>rehti hain. Hum chahein bhi to ban nahi sakte.</w:t>
      </w:r>
    </w:p>
    <w:p>
      <w:pPr>
        <w:jc w:val="right"/>
      </w:pPr>
      <w:r>
        <w:t>رہتی ہیں۔ ہم چاہیں بھی تو بن نہیں سکتے۔</w:t>
      </w:r>
    </w:p>
    <w:p>
      <w:r>
        <w:rPr>
          <w:b/>
        </w:rPr>
        <w:t xml:space="preserve">[1:36:43] </w:t>
      </w:r>
      <w:r>
        <w:t>agar hum chahein ke hum perfect ban jayein, tab bhi nahi ban sakte.</w:t>
      </w:r>
    </w:p>
    <w:p>
      <w:pPr>
        <w:jc w:val="right"/>
      </w:pPr>
      <w:r>
        <w:t>اگر ہم چاہیں کہ ہم پرفیکٹ بن جائیں، تب بھی نہیں بن سکتے۔</w:t>
      </w:r>
    </w:p>
    <w:p>
      <w:r>
        <w:rPr>
          <w:b/>
        </w:rPr>
        <w:t xml:space="preserve">[1:36:45] </w:t>
      </w:r>
      <w:r>
        <w:t>aap to is liye is ka, is ka kya hai? solution hadith mein aata hai ke inma bin</w:t>
      </w:r>
    </w:p>
    <w:p>
      <w:pPr>
        <w:jc w:val="right"/>
      </w:pPr>
      <w:r>
        <w:t>آپ تو اس لیے اس کا، اس کا کیا ہے؟ سلویوشن حدیث میں آتا ہے کہ انما بن</w:t>
      </w:r>
    </w:p>
    <w:p>
      <w:r>
        <w:rPr>
          <w:b/>
        </w:rPr>
        <w:t xml:space="preserve">[1:36:52] </w:t>
      </w:r>
      <w:r>
        <w:t>niyat, yani Khuda intention ko dekhega.</w:t>
      </w:r>
    </w:p>
    <w:p>
      <w:pPr>
        <w:jc w:val="right"/>
      </w:pPr>
      <w:r>
        <w:t>نیت، یعنی خدا انٹینشن کو دیکھے گا۔</w:t>
      </w:r>
    </w:p>
    <w:p>
      <w:r>
        <w:rPr>
          <w:b/>
        </w:rPr>
        <w:t xml:space="preserve">[1:36:56] </w:t>
      </w:r>
      <w:r>
        <w:t>intention ke level par aap perfect hon.</w:t>
      </w:r>
    </w:p>
    <w:p>
      <w:pPr>
        <w:jc w:val="right"/>
      </w:pPr>
      <w:r>
        <w:t>انٹینشن کے لیول پر آپ پرفیکٹ ہوں۔</w:t>
      </w:r>
    </w:p>
    <w:p>
      <w:r>
        <w:rPr>
          <w:b/>
        </w:rPr>
        <w:t xml:space="preserve">[1:37:00] </w:t>
      </w:r>
      <w:r>
        <w:t>dekhen, do alag alag level pe hain: intention ka level aur</w:t>
      </w:r>
    </w:p>
    <w:p>
      <w:pPr>
        <w:jc w:val="right"/>
      </w:pPr>
      <w:r>
        <w:t>دیکھیں، دو الگ الگ لیول پہ ہیں: انٹینشن کا لیول اور</w:t>
      </w:r>
    </w:p>
    <w:p>
      <w:r>
        <w:rPr>
          <w:b/>
        </w:rPr>
        <w:t xml:space="preserve">[1:37:04] </w:t>
      </w:r>
      <w:r>
        <w:t>practice ka level.</w:t>
      </w:r>
    </w:p>
    <w:p>
      <w:pPr>
        <w:jc w:val="right"/>
      </w:pPr>
      <w:r>
        <w:t>پریکٹس کا لیول۔</w:t>
      </w:r>
    </w:p>
    <w:p>
      <w:r>
        <w:rPr>
          <w:b/>
        </w:rPr>
        <w:t xml:space="preserve">[1:37:07] </w:t>
      </w:r>
      <w:r>
        <w:t>practice ke level par koi bhi aadmi perfect nahi ban sakta, lekin intention ke level par aadmi perfect</w:t>
      </w:r>
    </w:p>
    <w:p>
      <w:pPr>
        <w:jc w:val="right"/>
      </w:pPr>
      <w:r>
        <w:t>پریکٹس کے لیول پر کوئی بھی آدمی پرفیکٹ نہیں بن سکتا، لیکن انٹینشن کے لیول پر آدمی پرفیکٹ</w:t>
      </w:r>
    </w:p>
    <w:p>
      <w:r>
        <w:rPr>
          <w:b/>
        </w:rPr>
        <w:t xml:space="preserve">[1:37:14] </w:t>
      </w:r>
      <w:r>
        <w:t>ban sakta hai.</w:t>
      </w:r>
    </w:p>
    <w:p>
      <w:pPr>
        <w:jc w:val="right"/>
      </w:pPr>
      <w:r>
        <w:t>بن سکتا ہے۔</w:t>
      </w:r>
    </w:p>
    <w:p>
      <w:r>
        <w:rPr>
          <w:b/>
        </w:rPr>
        <w:t xml:space="preserve">[1:37:16] </w:t>
      </w:r>
      <w:r>
        <w:t>har aadmi to Khuda jo test le raha hai, woh yeh nahi le raha hai ke aap practice</w:t>
      </w:r>
    </w:p>
    <w:p>
      <w:pPr>
        <w:jc w:val="right"/>
      </w:pPr>
      <w:r>
        <w:t>ہر آدمی تو خدا جو ٹیسٹ لے رہا ہے، وہ یہ نہیں لے رہا ہے کہ آپ پریکٹس</w:t>
      </w:r>
    </w:p>
    <w:p>
      <w:r>
        <w:rPr>
          <w:b/>
        </w:rPr>
        <w:t xml:space="preserve">[1:37:24] </w:t>
      </w:r>
      <w:r>
        <w:t>ke mamle mein perfect ban jayein, idealist ban jayein, ideal ban jayein, kyunke woh to possible nahi hai.</w:t>
      </w:r>
    </w:p>
    <w:p>
      <w:pPr>
        <w:jc w:val="right"/>
      </w:pPr>
      <w:r>
        <w:t>کے معاملے میں پرفیکٹ بن جائیں، آئیڈیلسٹ بن جائیں، آئیڈیل بن جائیں، کیونکہ وہ تو پاسیبل نہیں ہے۔</w:t>
      </w:r>
    </w:p>
    <w:p>
      <w:r>
        <w:rPr>
          <w:b/>
        </w:rPr>
        <w:t xml:space="preserve">[1:37:31] </w:t>
      </w:r>
      <w:r>
        <w:t>kuch na kuch kami to ho hi jayegi.</w:t>
      </w:r>
    </w:p>
    <w:p>
      <w:pPr>
        <w:jc w:val="right"/>
      </w:pPr>
      <w:r>
        <w:t>کچھ نہ کچھ کمی تو ہو ہی جائے گی۔</w:t>
      </w:r>
    </w:p>
    <w:p>
      <w:r>
        <w:rPr>
          <w:b/>
        </w:rPr>
        <w:t xml:space="preserve">[1:37:37] </w:t>
      </w:r>
      <w:r>
        <w:t>jaise kal mein apna bataoon aap ko,</w:t>
      </w:r>
    </w:p>
    <w:p>
      <w:pPr>
        <w:jc w:val="right"/>
      </w:pPr>
      <w:r>
        <w:t>جیسے کل میں اپنا بتاؤں آپ کو،</w:t>
      </w:r>
    </w:p>
    <w:p>
      <w:r>
        <w:rPr>
          <w:b/>
        </w:rPr>
        <w:t xml:space="preserve">[1:37:41] </w:t>
      </w:r>
      <w:r>
        <w:t>juma ka din, par Friday ko yahan par meeting tha.</w:t>
      </w:r>
    </w:p>
    <w:p>
      <w:pPr>
        <w:jc w:val="right"/>
      </w:pPr>
      <w:r>
        <w:t>جمعہ کا دن، پر فرائیڈے کو یہاں پر میٹنگ تھا۔</w:t>
      </w:r>
    </w:p>
    <w:p>
      <w:r>
        <w:rPr>
          <w:b/>
        </w:rPr>
        <w:t xml:space="preserve">[1:37:46] </w:t>
      </w:r>
      <w:r>
        <w:t>Friday ko yahan par aap jante hain ke class thi hamari.</w:t>
      </w:r>
    </w:p>
    <w:p>
      <w:pPr>
        <w:jc w:val="right"/>
      </w:pPr>
      <w:r>
        <w:t>فرائیڈے کو یہاں پر آپ جانتے ہیں کہ کلاس تھی ہماری۔</w:t>
      </w:r>
    </w:p>
    <w:p>
      <w:r>
        <w:rPr>
          <w:b/>
        </w:rPr>
        <w:t xml:space="preserve">[1:37:49] </w:t>
      </w:r>
      <w:r>
        <w:t>ab class khatam kar ke hum ghar gaye</w:t>
      </w:r>
    </w:p>
    <w:p>
      <w:pPr>
        <w:jc w:val="right"/>
      </w:pPr>
      <w:r>
        <w:t>اب کلاس ختم کر کے ہم گھر گئے</w:t>
      </w:r>
    </w:p>
    <w:p>
      <w:r>
        <w:rPr>
          <w:b/>
        </w:rPr>
        <w:t xml:space="preserve">[1:37:53] </w:t>
      </w:r>
      <w:r>
        <w:t>to hamare haan jo ek ladki kaam karti hai, woh darwaza andar se band kar ke so gayi.</w:t>
      </w:r>
    </w:p>
    <w:p>
      <w:pPr>
        <w:jc w:val="right"/>
      </w:pPr>
      <w:r>
        <w:t>تو ہمارے ہاں جو ایک لڑکی کام کرتی ہے، وہ دروازہ اندر سے بند کر کے سو گئی۔</w:t>
      </w:r>
    </w:p>
    <w:p>
      <w:r>
        <w:rPr>
          <w:b/>
        </w:rPr>
        <w:t xml:space="preserve">[1:38:00] </w:t>
      </w:r>
      <w:r>
        <w:t>ab bohat hum ne ghantay bajaye, bohat hamare saathi jo thay, woh cheekhay chalaye.</w:t>
      </w:r>
    </w:p>
    <w:p>
      <w:pPr>
        <w:jc w:val="right"/>
      </w:pPr>
      <w:r>
        <w:t>اب بہت ہم نے گھنٹے بجائے، بہت ہمارے ساتھی جو تھے، وہ چیخے چلائے۔</w:t>
      </w:r>
    </w:p>
    <w:p>
      <w:r>
        <w:rPr>
          <w:b/>
        </w:rPr>
        <w:t xml:space="preserve">[1:38:05] </w:t>
      </w:r>
      <w:r>
        <w:t>woh so rahi thi, so rahi thi, so rahi thi.</w:t>
      </w:r>
    </w:p>
    <w:p>
      <w:pPr>
        <w:jc w:val="right"/>
      </w:pPr>
      <w:r>
        <w:t>وہ سو رہی تھی، سو رہی تھی، سو رہی تھی۔</w:t>
      </w:r>
    </w:p>
    <w:p>
      <w:r>
        <w:rPr>
          <w:b/>
        </w:rPr>
        <w:t xml:space="preserve">[1:38:08] </w:t>
      </w:r>
      <w:r>
        <w:t>to jab woh aayi, bohat dair ke baad khola to mujhe bohat ghussa aa gaya.</w:t>
      </w:r>
    </w:p>
    <w:p>
      <w:pPr>
        <w:jc w:val="right"/>
      </w:pPr>
      <w:r>
        <w:t>تو جب وہ آئی، بہت دیر کے بعد کھولا تو مجھے بہت غصہ آ گیا۔</w:t>
      </w:r>
    </w:p>
    <w:p>
      <w:r>
        <w:rPr>
          <w:b/>
        </w:rPr>
        <w:t xml:space="preserve">[1:38:16] </w:t>
      </w:r>
      <w:r>
        <w:t>main ne Fareeda se kaha, is ko abhi maar ke bhagao yahan se.</w:t>
      </w:r>
    </w:p>
    <w:p>
      <w:pPr>
        <w:jc w:val="right"/>
      </w:pPr>
      <w:r>
        <w:t>میں نے فریدہ سے کہا، اس کو ابھی مار کے بھگاؤ یہاں سے۔</w:t>
      </w:r>
    </w:p>
    <w:p>
      <w:r>
        <w:rPr>
          <w:b/>
        </w:rPr>
        <w:t xml:space="preserve">[1:38:20] </w:t>
      </w:r>
      <w:r>
        <w:t>aik din bhi main is ko nahi dekhna chahta.</w:t>
      </w:r>
    </w:p>
    <w:p>
      <w:pPr>
        <w:jc w:val="right"/>
      </w:pPr>
      <w:r>
        <w:t>ایک دن بھی میں اس کو نہیں دیکھنا چاہتا۔</w:t>
      </w:r>
    </w:p>
    <w:p>
      <w:r>
        <w:rPr>
          <w:b/>
        </w:rPr>
        <w:t xml:space="preserve">[1:38:23] </w:t>
      </w:r>
      <w:r>
        <w:t>bohat dair tak hum kharay rahe, bohat dair tak hum kharay rahe, aur woh so rahi hai, so</w:t>
      </w:r>
    </w:p>
    <w:p>
      <w:pPr>
        <w:jc w:val="right"/>
      </w:pPr>
      <w:r>
        <w:t>بہت دیر تک ہم کھڑے رہے، بہت دیر تک ہم کھڑے رہے، اور وہ سو رہی ہے، سو</w:t>
      </w:r>
    </w:p>
    <w:p>
      <w:r>
        <w:rPr>
          <w:b/>
        </w:rPr>
        <w:t xml:space="preserve">[1:38:28] </w:t>
      </w:r>
      <w:r>
        <w:t>rahi hai, band kar ke.</w:t>
      </w:r>
    </w:p>
    <w:p>
      <w:pPr>
        <w:jc w:val="right"/>
      </w:pPr>
      <w:r>
        <w:t>رہی ہے، بند کر کے۔</w:t>
      </w:r>
    </w:p>
    <w:p>
      <w:r>
        <w:rPr>
          <w:b/>
        </w:rPr>
        <w:t xml:space="preserve">[1:38:30] </w:t>
      </w:r>
      <w:r>
        <w:t>to mujhe ghussa aa gaya.</w:t>
      </w:r>
    </w:p>
    <w:p>
      <w:pPr>
        <w:jc w:val="right"/>
      </w:pPr>
      <w:r>
        <w:t>تو مجھے غصہ آ گیا۔</w:t>
      </w:r>
    </w:p>
    <w:p>
      <w:r>
        <w:rPr>
          <w:b/>
        </w:rPr>
        <w:t xml:space="preserve">[1:38:33] </w:t>
      </w:r>
      <w:r>
        <w:t>main ne kaha, is ko abhi maar ke bhagao Fareeda se.</w:t>
      </w:r>
    </w:p>
    <w:p>
      <w:pPr>
        <w:jc w:val="right"/>
      </w:pPr>
      <w:r>
        <w:t>میں نے کہا، اس کو ابھی مار کے بھگاؤ فریدہ سے۔</w:t>
      </w:r>
    </w:p>
    <w:p>
      <w:r>
        <w:rPr>
          <w:b/>
        </w:rPr>
        <w:t xml:space="preserve">[1:38:35] </w:t>
      </w:r>
      <w:r>
        <w:t>main ne kaha,</w:t>
      </w:r>
    </w:p>
    <w:p>
      <w:pPr>
        <w:jc w:val="right"/>
      </w:pPr>
      <w:r>
        <w:t>میں نے کہا،</w:t>
      </w:r>
    </w:p>
    <w:p>
      <w:r>
        <w:rPr>
          <w:b/>
        </w:rPr>
        <w:t xml:space="preserve">[1:38:36] </w:t>
      </w:r>
      <w:r>
        <w:t>lekin phir kya hua? main ne transfer kiya</w:t>
      </w:r>
    </w:p>
    <w:p>
      <w:pPr>
        <w:jc w:val="right"/>
      </w:pPr>
      <w:r>
        <w:t>لیکن پھر کیا ہوا؟ میں نے ٹرانسفر کیا</w:t>
      </w:r>
    </w:p>
    <w:p>
      <w:r>
        <w:rPr>
          <w:b/>
        </w:rPr>
        <w:t xml:space="preserve">[1:38:42] </w:t>
      </w:r>
      <w:r>
        <w:t>quran mein hai ke yateem fula takhar</w:t>
      </w:r>
    </w:p>
    <w:p>
      <w:pPr>
        <w:jc w:val="right"/>
      </w:pPr>
      <w:r>
        <w:t>قرآن میں ہے کہ یتیم فلا تکھر</w:t>
      </w:r>
    </w:p>
    <w:p>
      <w:r>
        <w:rPr>
          <w:b/>
        </w:rPr>
        <w:t xml:space="preserve">[1:38:47] </w:t>
      </w:r>
      <w:r>
        <w:t>yateem ko jharhko mat.</w:t>
      </w:r>
    </w:p>
    <w:p>
      <w:pPr>
        <w:jc w:val="right"/>
      </w:pPr>
      <w:r>
        <w:t>یتیم کو جھڑکو مت۔</w:t>
      </w:r>
    </w:p>
    <w:p>
      <w:r>
        <w:rPr>
          <w:b/>
        </w:rPr>
        <w:t xml:space="preserve">[1:38:50] </w:t>
      </w:r>
      <w:r>
        <w:t>woh larki jo hai, yateem hai, is ka baap mar gaya hai.</w:t>
      </w:r>
    </w:p>
    <w:p>
      <w:pPr>
        <w:jc w:val="right"/>
      </w:pPr>
      <w:r>
        <w:t>وہ لڑکی جو ہے، یتیم ہے، اس کا باپ مر گیا ہے۔</w:t>
      </w:r>
    </w:p>
    <w:p>
      <w:r>
        <w:rPr>
          <w:b/>
        </w:rPr>
        <w:t xml:space="preserve">[1:38:54] </w:t>
      </w:r>
      <w:r>
        <w:t>to main sochne laga ke quran mein aisa kyun hai ke yateem ko jharhko mat?</w:t>
      </w:r>
    </w:p>
    <w:p>
      <w:pPr>
        <w:jc w:val="right"/>
      </w:pPr>
      <w:r>
        <w:t>تو میں سوچنے لگا کہ قرآن میں ایسا کیوں ہے کہ یتیم کو جھڑکو مت؟</w:t>
      </w:r>
    </w:p>
    <w:p>
      <w:r>
        <w:rPr>
          <w:b/>
        </w:rPr>
        <w:t xml:space="preserve">[1:39:00] </w:t>
      </w:r>
      <w:r>
        <w:t>kya normal halat mein koi jharhka hai kisi ko?</w:t>
      </w:r>
    </w:p>
    <w:p>
      <w:pPr>
        <w:jc w:val="right"/>
      </w:pPr>
      <w:r>
        <w:t>کیا نارمل حالت میں کوئی جھڑکا ہے کسی کو؟</w:t>
      </w:r>
    </w:p>
    <w:p>
      <w:r>
        <w:rPr>
          <w:b/>
        </w:rPr>
        <w:t xml:space="preserve">[1:39:04] </w:t>
      </w:r>
      <w:r>
        <w:t>yeh sab yateem jo hai, aap ke liye koi problem create na kare,</w:t>
      </w:r>
    </w:p>
    <w:p>
      <w:pPr>
        <w:jc w:val="right"/>
      </w:pPr>
      <w:r>
        <w:t>یہ سب یتیم جو ہے، آپ کے لیے کوئی پرابلم کریٹ نہ کرے،</w:t>
      </w:r>
    </w:p>
    <w:p>
      <w:r>
        <w:rPr>
          <w:b/>
        </w:rPr>
        <w:t xml:space="preserve">[1:39:10] </w:t>
      </w:r>
      <w:r>
        <w:t>bilkul theek thaak tareeqay se rahe, to aap kyun jharhkenge is ko?</w:t>
      </w:r>
    </w:p>
    <w:p>
      <w:pPr>
        <w:jc w:val="right"/>
      </w:pPr>
      <w:r>
        <w:t>بالکل ٹھیک ٹھاک طریقے سے رہے، تو آپ کیوں جھڑکیں گے اس کو؟</w:t>
      </w:r>
    </w:p>
    <w:p>
      <w:r>
        <w:rPr>
          <w:b/>
        </w:rPr>
        <w:t xml:space="preserve">[1:39:15] </w:t>
      </w:r>
      <w:r>
        <w:t>is ka matlab yeh hai ke yateem yateem</w:t>
      </w:r>
    </w:p>
    <w:p>
      <w:pPr>
        <w:jc w:val="right"/>
      </w:pPr>
      <w:r>
        <w:t>اس کا معنی یہ ہے کہ یتیم یتیم</w:t>
      </w:r>
    </w:p>
    <w:p>
      <w:r>
        <w:rPr>
          <w:b/>
        </w:rPr>
        <w:t xml:space="preserve">[1:39:19] </w:t>
      </w:r>
      <w:r>
        <w:t>ko na jharhko.</w:t>
      </w:r>
    </w:p>
    <w:p>
      <w:pPr>
        <w:jc w:val="right"/>
      </w:pPr>
      <w:r>
        <w:t>کو نہ جھڑکو۔</w:t>
      </w:r>
    </w:p>
    <w:p>
      <w:r>
        <w:rPr>
          <w:b/>
        </w:rPr>
        <w:t xml:space="preserve">[1:39:19] </w:t>
      </w:r>
      <w:r>
        <w:t>matlab yeh hai ke chahe koi problem bhi create kare, tab bhi na jharhko.</w:t>
      </w:r>
    </w:p>
    <w:p>
      <w:pPr>
        <w:jc w:val="right"/>
      </w:pPr>
      <w:r>
        <w:t>مطلب یہ ہے کہ چاہے کوئی پرابلم بھی کریٹ کرے، تب بھی نہ جھڑکو۔</w:t>
      </w:r>
    </w:p>
    <w:p>
      <w:r>
        <w:rPr>
          <w:b/>
        </w:rPr>
        <w:t xml:space="preserve">[1:39:25] </w:t>
      </w:r>
      <w:r>
        <w:t>is mein include hai, is mein kyunke jab tak problem create na kare, koi yateem,</w:t>
      </w:r>
    </w:p>
    <w:p>
      <w:pPr>
        <w:jc w:val="right"/>
      </w:pPr>
      <w:r>
        <w:t>اس میں انکلوڈ ہے، اس میں کیونکہ جب تک پرابلم کریٹ نہ کرے، کوئی یتیم،</w:t>
      </w:r>
    </w:p>
    <w:p>
      <w:r>
        <w:rPr>
          <w:b/>
        </w:rPr>
        <w:t xml:space="preserve">[1:39:32] </w:t>
      </w:r>
      <w:r>
        <w:t>yateem matlab orphan,</w:t>
      </w:r>
    </w:p>
    <w:p>
      <w:pPr>
        <w:jc w:val="right"/>
      </w:pPr>
      <w:r>
        <w:t>یتیم مطلب ارفن،</w:t>
      </w:r>
    </w:p>
    <w:p>
      <w:r>
        <w:rPr>
          <w:b/>
        </w:rPr>
        <w:t xml:space="preserve">[1:39:34] </w:t>
      </w:r>
      <w:r>
        <w:t>to aap kyun jharhkenge is ko? bataiye.</w:t>
      </w:r>
    </w:p>
    <w:p>
      <w:pPr>
        <w:jc w:val="right"/>
      </w:pPr>
      <w:r>
        <w:t>تو آپ کیوں جھڑکیں گے اس کو؟ بتائیے۔</w:t>
      </w:r>
    </w:p>
    <w:p>
      <w:r>
        <w:rPr>
          <w:b/>
        </w:rPr>
        <w:t xml:space="preserve">[1:39:38] </w:t>
      </w:r>
      <w:r>
        <w:t>to main ne socha ke main ne ghalti ki,</w:t>
      </w:r>
    </w:p>
    <w:p>
      <w:pPr>
        <w:jc w:val="right"/>
      </w:pPr>
      <w:r>
        <w:t>تو میں نے سوچا کہ میں نے غلطی کی،</w:t>
      </w:r>
    </w:p>
    <w:p>
      <w:r>
        <w:rPr>
          <w:b/>
        </w:rPr>
        <w:t xml:space="preserve">[1:39:43] </w:t>
      </w:r>
      <w:r>
        <w:t>mujhe right nahi tha.</w:t>
      </w:r>
    </w:p>
    <w:p>
      <w:pPr>
        <w:jc w:val="right"/>
      </w:pPr>
      <w:r>
        <w:t>مجھے رائٹ نہیں تھا۔</w:t>
      </w:r>
    </w:p>
    <w:p>
      <w:r>
        <w:rPr>
          <w:b/>
        </w:rPr>
        <w:t xml:space="preserve">[1:39:45] </w:t>
      </w:r>
      <w:r>
        <w:t>yeh jo divine law hai,</w:t>
      </w:r>
    </w:p>
    <w:p>
      <w:pPr>
        <w:jc w:val="right"/>
      </w:pPr>
      <w:r>
        <w:t>یہ جو ڈیوائن لاء ہے،</w:t>
      </w:r>
    </w:p>
    <w:p>
      <w:r>
        <w:rPr>
          <w:b/>
        </w:rPr>
        <w:t xml:space="preserve">[1:39:47] </w:t>
      </w:r>
      <w:r>
        <w:t>is ke mutabiq mujhe right nahi tha ke mein jharakun is ko.</w:t>
      </w:r>
    </w:p>
    <w:p>
      <w:pPr>
        <w:jc w:val="right"/>
      </w:pPr>
      <w:r>
        <w:t>اس کے مطابق مجھے رائٹ نہیں تھا کہ میں جھڑکوں اس کو۔</w:t>
      </w:r>
    </w:p>
    <w:p>
      <w:r>
        <w:rPr>
          <w:b/>
        </w:rPr>
        <w:t xml:space="preserve">[1:39:52] </w:t>
      </w:r>
      <w:r>
        <w:t>is ko mein samjha sakta hoon,</w:t>
      </w:r>
    </w:p>
    <w:p>
      <w:pPr>
        <w:jc w:val="right"/>
      </w:pPr>
      <w:r>
        <w:t>اس کو میں سمجھا سکتا ہوں،</w:t>
      </w:r>
    </w:p>
    <w:p>
      <w:r>
        <w:rPr>
          <w:b/>
        </w:rPr>
        <w:t xml:space="preserve">[1:39:55] </w:t>
      </w:r>
      <w:r>
        <w:t>is ko mein</w:t>
      </w:r>
    </w:p>
    <w:p>
      <w:pPr>
        <w:jc w:val="right"/>
      </w:pPr>
      <w:r>
        <w:t>اس کو میں</w:t>
      </w:r>
    </w:p>
    <w:p>
      <w:r>
        <w:rPr>
          <w:b/>
        </w:rPr>
        <w:t xml:space="preserve">[1:39:58] </w:t>
      </w:r>
      <w:r>
        <w:t>explain karoon baat ko ke kya hua, kya nahi hua.</w:t>
      </w:r>
    </w:p>
    <w:p>
      <w:pPr>
        <w:jc w:val="right"/>
      </w:pPr>
      <w:r>
        <w:t>ایکسپلین کروں بات کو کہ کیا ہوا، کیا نہیں ہوا۔</w:t>
      </w:r>
    </w:p>
    <w:p>
      <w:r>
        <w:rPr>
          <w:b/>
        </w:rPr>
        <w:t xml:space="preserve">[1:40:01] </w:t>
      </w:r>
      <w:r>
        <w:t>aage ke liye mein precaution loon.</w:t>
      </w:r>
    </w:p>
    <w:p>
      <w:pPr>
        <w:jc w:val="right"/>
      </w:pPr>
      <w:r>
        <w:t>آگے کے لیے میں پریکاشن لوں۔</w:t>
      </w:r>
    </w:p>
    <w:p>
      <w:r>
        <w:rPr>
          <w:b/>
        </w:rPr>
        <w:t xml:space="preserve">[1:40:04] </w:t>
      </w:r>
      <w:r>
        <w:t>mujhe Khuda ne jharakne ka right nahi diya hai, chahe woh problem create kare, tab bhi.</w:t>
      </w:r>
    </w:p>
    <w:p>
      <w:pPr>
        <w:jc w:val="right"/>
      </w:pPr>
      <w:r>
        <w:t>مجھے خدا نے جھڑکنے کا رائٹ نہیں دیا ہے، چاہے وہ پرابلم کریٹ کرے، تب بھی۔</w:t>
      </w:r>
    </w:p>
    <w:p>
      <w:r>
        <w:rPr>
          <w:b/>
        </w:rPr>
        <w:t xml:space="preserve">[1:40:11] </w:t>
      </w:r>
      <w:r>
        <w:t>idhar udhar jharakna jo hai, woh mein kar sakta hoon.</w:t>
      </w:r>
    </w:p>
    <w:p>
      <w:pPr>
        <w:jc w:val="right"/>
      </w:pPr>
      <w:r>
        <w:t>ادھر ادھر جھڑکنا جو ہے، وہ میں کر سکتا ہوں۔</w:t>
      </w:r>
    </w:p>
    <w:p>
      <w:r>
        <w:rPr>
          <w:b/>
        </w:rPr>
        <w:t xml:space="preserve">[1:40:15] </w:t>
      </w:r>
      <w:r>
        <w:t>toh is ke compensate karne ke liye maine apni ladki se, Fareeda se kaha ke is ko</w:t>
      </w:r>
    </w:p>
    <w:p>
      <w:pPr>
        <w:jc w:val="right"/>
      </w:pPr>
      <w:r>
        <w:t>تو اس کے کمپنسیٹ کرنے کے لیے میں نے اپنی لڑکی سے، فریدہ سے کہا کہ اس کو</w:t>
      </w:r>
    </w:p>
    <w:p>
      <w:r>
        <w:rPr>
          <w:b/>
        </w:rPr>
        <w:t xml:space="preserve">[1:40:19] </w:t>
      </w:r>
      <w:r>
        <w:t>kuch do. Toh unhon ne kaha ke paisa nahi denge, bilkul is ko kapra banwa denge,</w:t>
      </w:r>
    </w:p>
    <w:p>
      <w:pPr>
        <w:jc w:val="right"/>
      </w:pPr>
      <w:r>
        <w:t>کچھ دو۔ تو انہوں نے کہا کہ پیسہ نہیں دیں گے، بالکل اس کو کپڑا بنوا دیں گے،</w:t>
      </w:r>
    </w:p>
    <w:p>
      <w:r>
        <w:rPr>
          <w:b/>
        </w:rPr>
        <w:t xml:space="preserve">[1:40:24] </w:t>
      </w:r>
      <w:r>
        <w:t>kyunke koi acha kapra is ke paas nahi hai.</w:t>
      </w:r>
    </w:p>
    <w:p>
      <w:pPr>
        <w:jc w:val="right"/>
      </w:pPr>
      <w:r>
        <w:t>کیونکہ کوئی اچھا کپڑا اس کے پاس نہیں ہے۔</w:t>
      </w:r>
    </w:p>
    <w:p>
      <w:r>
        <w:rPr>
          <w:b/>
        </w:rPr>
        <w:t xml:space="preserve">[1:40:29] </w:t>
      </w:r>
      <w:r>
        <w:t>toh yeh mein misaal de raha hoon ke koi aadmi perfect ban nahi sakta hai, kyunke koi na</w:t>
      </w:r>
    </w:p>
    <w:p>
      <w:pPr>
        <w:jc w:val="right"/>
      </w:pPr>
      <w:r>
        <w:t>تو یہ میں مثال دے رہا ہوں کہ کوئی آدمی پرفیکٹ بن نہیں سکتا ہے، کیونکہ کوئی نہ</w:t>
      </w:r>
    </w:p>
    <w:p>
      <w:r>
        <w:rPr>
          <w:b/>
        </w:rPr>
        <w:t xml:space="preserve">[1:40:34] </w:t>
      </w:r>
      <w:r>
        <w:t>koi aadmi aa kar aap ko provoke karega, koi kaam bigarega, koi aap ko problem create</w:t>
      </w:r>
    </w:p>
    <w:p>
      <w:pPr>
        <w:jc w:val="right"/>
      </w:pPr>
      <w:r>
        <w:t>کوئی آدمی آ کر آپ کو پرووک کرے گا، کوئی کام بگاڑے گا، کوئی آپ کو پرابلم کریٹ</w:t>
      </w:r>
    </w:p>
    <w:p>
      <w:r>
        <w:rPr>
          <w:b/>
        </w:rPr>
        <w:t xml:space="preserve">[1:40:40] </w:t>
      </w:r>
      <w:r>
        <w:t>karega. Toh aap kya karenge?</w:t>
      </w:r>
    </w:p>
    <w:p>
      <w:pPr>
        <w:jc w:val="right"/>
      </w:pPr>
      <w:r>
        <w:t>کرے گا۔ تو آپ کیا کریں گے؟</w:t>
      </w:r>
    </w:p>
    <w:p>
      <w:r>
        <w:rPr>
          <w:b/>
        </w:rPr>
        <w:t xml:space="preserve">[1:40:43] </w:t>
      </w:r>
      <w:r>
        <w:t>Toh aap ka jo intention hai, is level ko Khuda dekhta hai.</w:t>
      </w:r>
    </w:p>
    <w:p>
      <w:pPr>
        <w:jc w:val="right"/>
      </w:pPr>
      <w:r>
        <w:t>تو آپ کا جو انٹینشن ہے، اس لیول کو خدا دیکھتا ہے۔</w:t>
      </w:r>
    </w:p>
    <w:p>
      <w:r>
        <w:rPr>
          <w:b/>
        </w:rPr>
        <w:t xml:space="preserve">[1:40:48] </w:t>
      </w:r>
      <w:r>
        <w:t>Aap ki practice ko Khuda nahi dekhta ke practice level par aap ideal ban hi nahi sakte.</w:t>
      </w:r>
    </w:p>
    <w:p>
      <w:pPr>
        <w:jc w:val="right"/>
      </w:pPr>
      <w:r>
        <w:t>آپ کی پریکٹس کو خدا نہیں دیکھتا کہ پریکٹس لیول پر آپ آئیڈیل بن ہی نہیں سکتے۔</w:t>
      </w:r>
    </w:p>
    <w:p>
      <w:r>
        <w:rPr>
          <w:b/>
        </w:rPr>
        <w:t xml:space="preserve">[1:40:53] </w:t>
      </w:r>
      <w:r>
        <w:t>Is wajah se introspection mein aadmi ko chahiye ke apna intention jo hai, woh dekhta rahe.</w:t>
      </w:r>
    </w:p>
    <w:p>
      <w:pPr>
        <w:jc w:val="right"/>
      </w:pPr>
      <w:r>
        <w:t>اس وجہ سے انٹرسپیکشن میں آدمی کو چاہیے کہ اپنا انٹینشن جو ہے، وہ دیکھتا رہے۔</w:t>
      </w:r>
    </w:p>
    <w:p>
      <w:r>
        <w:rPr>
          <w:b/>
        </w:rPr>
        <w:t xml:space="preserve">[1:41:00] </w:t>
      </w:r>
      <w:r>
        <w:t>Intention ke level par aap ko perfect banna hai</w:t>
      </w:r>
    </w:p>
    <w:p>
      <w:pPr>
        <w:jc w:val="right"/>
      </w:pPr>
      <w:r>
        <w:t>انٹینشن کے لیول پر آپ کو پرفیکٹ بننا ہے</w:t>
      </w:r>
    </w:p>
    <w:p>
      <w:r>
        <w:rPr>
          <w:b/>
        </w:rPr>
        <w:t xml:space="preserve">[1:41:04] </w:t>
      </w:r>
      <w:r>
        <w:t>aur practice level par jo ghaltiyan karein, us ko maan kar ke us ko correction karna hai.</w:t>
      </w:r>
    </w:p>
    <w:p>
      <w:pPr>
        <w:jc w:val="right"/>
      </w:pPr>
      <w:r>
        <w:t>اور پریکٹس لیول پر جو غلطیاں کریں، اس کو مان کر کے اس کو کریکشن کرنا ہے۔</w:t>
      </w:r>
    </w:p>
    <w:p>
      <w:r>
        <w:rPr>
          <w:b/>
        </w:rPr>
        <w:t xml:space="preserve">[1:41:09] </w:t>
      </w:r>
      <w:r>
        <w:t>Yahi hai tareeqa is duniya ke liye.</w:t>
      </w:r>
    </w:p>
    <w:p>
      <w:pPr>
        <w:jc w:val="right"/>
      </w:pPr>
      <w:r>
        <w:t>یہی ہے طریقہ اس دنیا کے لیے۔</w:t>
      </w:r>
    </w:p>
    <w:p>
      <w:r>
        <w:rPr>
          <w:b/>
        </w:rPr>
        <w:t xml:space="preserve">[1:41:14] </w:t>
      </w:r>
      <w:r>
        <w:t>Das question is from Sadia.</w:t>
      </w:r>
    </w:p>
    <w:p>
      <w:pPr>
        <w:jc w:val="right"/>
      </w:pPr>
      <w:r>
        <w:t>دس کوسچن از فرام سعدیہ۔</w:t>
      </w:r>
    </w:p>
    <w:p>
      <w:r>
        <w:rPr>
          <w:b/>
        </w:rPr>
        <w:t xml:space="preserve">[1:41:17] </w:t>
      </w:r>
      <w:r>
        <w:t>Why does someone who commit suicide go to hell?</w:t>
      </w:r>
    </w:p>
    <w:p>
      <w:pPr>
        <w:jc w:val="right"/>
      </w:pPr>
      <w:r>
        <w:t>وائی ڈز سم ون ہو کمٹ سوسائیڈ گو ٹو ہیل؟</w:t>
      </w:r>
    </w:p>
    <w:p>
      <w:r>
        <w:rPr>
          <w:b/>
        </w:rPr>
        <w:t xml:space="preserve">[1:41:23] </w:t>
      </w:r>
      <w:r>
        <w:t>Dekhein, yeh hai</w:t>
      </w:r>
    </w:p>
    <w:p>
      <w:pPr>
        <w:jc w:val="right"/>
      </w:pPr>
      <w:r>
        <w:t>دیکھیں، یہ ہے</w:t>
      </w:r>
    </w:p>
    <w:p>
      <w:r>
        <w:rPr>
          <w:b/>
        </w:rPr>
        <w:t xml:space="preserve">[1:41:28] </w:t>
      </w:r>
      <w:r>
        <w:t>la taqnatu min rahmatillah.</w:t>
      </w:r>
    </w:p>
    <w:p>
      <w:pPr>
        <w:jc w:val="right"/>
      </w:pPr>
      <w:r>
        <w:t>لا تخنت من رحمت اللہ۔</w:t>
      </w:r>
    </w:p>
    <w:p>
      <w:r>
        <w:rPr>
          <w:b/>
        </w:rPr>
        <w:t xml:space="preserve">[1:41:31] </w:t>
      </w:r>
      <w:r>
        <w:t>dekhen, jo aadmi suicide karta hai, woh Khuda ki</w:t>
      </w:r>
    </w:p>
    <w:p>
      <w:pPr>
        <w:jc w:val="right"/>
      </w:pPr>
      <w:r>
        <w:t>دیکھیں، جو آدمی سوسائیڈ کرتا ہے، وہ خدا کی</w:t>
      </w:r>
    </w:p>
    <w:p>
      <w:r>
        <w:rPr>
          <w:b/>
        </w:rPr>
        <w:t xml:space="preserve">[1:41:37] </w:t>
      </w:r>
      <w:r>
        <w:t>yaani yeh final stage hai despair ka,</w:t>
      </w:r>
    </w:p>
    <w:p>
      <w:pPr>
        <w:jc w:val="right"/>
      </w:pPr>
      <w:r>
        <w:t>یعنی یہ فائنل اسٹیج ہے ڈسپیئر کا،</w:t>
      </w:r>
    </w:p>
    <w:p>
      <w:r>
        <w:rPr>
          <w:b/>
        </w:rPr>
        <w:t xml:space="preserve">[1:41:45] </w:t>
      </w:r>
      <w:r>
        <w:t>yaani hopeless hone ki aakhri had hai ke aadmi aadmi suicide kar le.</w:t>
      </w:r>
    </w:p>
    <w:p>
      <w:pPr>
        <w:jc w:val="right"/>
      </w:pPr>
      <w:r>
        <w:t>یعنی ہوپ لیس ہونے کی آخری حد ہے کہ آدمی آدمی سوسائیڈ کر لے۔</w:t>
      </w:r>
    </w:p>
    <w:p>
      <w:r>
        <w:rPr>
          <w:b/>
        </w:rPr>
        <w:t xml:space="preserve">[1:41:54] </w:t>
      </w:r>
      <w:r>
        <w:t>to jab aadmi suicide karta hai to woh Khuda ke against mein ek</w:t>
      </w:r>
    </w:p>
    <w:p>
      <w:pPr>
        <w:jc w:val="right"/>
      </w:pPr>
      <w:r>
        <w:t>تو جب آدمی سوسائیڈ کرتا ہے تو وہ خدا کے اگینسٹ میں ایک</w:t>
      </w:r>
    </w:p>
    <w:p>
      <w:r>
        <w:rPr>
          <w:b/>
        </w:rPr>
        <w:t xml:space="preserve">[1:42:01] </w:t>
      </w:r>
      <w:r>
        <w:t>ek baat karta hai ke Khuda to har waqt khara hua hai aap ko help karne ke liye</w:t>
      </w:r>
    </w:p>
    <w:p>
      <w:pPr>
        <w:jc w:val="right"/>
      </w:pPr>
      <w:r>
        <w:t>ایک بات کرتا ہے کہ خدا تو ہر وقت کھڑا ہوا ہے آپ کو ہیلپ کرنے کے لیے</w:t>
      </w:r>
    </w:p>
    <w:p>
      <w:r>
        <w:rPr>
          <w:b/>
        </w:rPr>
        <w:t xml:space="preserve">[1:42:07] </w:t>
      </w:r>
      <w:r>
        <w:t>aur aap suicide kar rahe hain.</w:t>
      </w:r>
    </w:p>
    <w:p>
      <w:pPr>
        <w:jc w:val="right"/>
      </w:pPr>
      <w:r>
        <w:t>اور آپ سوسائیڈ کر رہے ہیں۔</w:t>
      </w:r>
    </w:p>
    <w:p>
      <w:r>
        <w:rPr>
          <w:b/>
        </w:rPr>
        <w:t xml:space="preserve">[1:42:11] </w:t>
      </w:r>
      <w:r>
        <w:t>main apni family bhi jaanta hoon, ek aadmi ko, meri apni zaati family jo hai, ek aadmi ne</w:t>
      </w:r>
    </w:p>
    <w:p>
      <w:pPr>
        <w:jc w:val="right"/>
      </w:pPr>
      <w:r>
        <w:t>میں اپنی فیملی بھی جانتا ہوں، ایک آدمی کو، میری اپنی ذاتی فیملی جو ہے، ایک آدمی نے</w:t>
      </w:r>
    </w:p>
    <w:p>
      <w:r>
        <w:rPr>
          <w:b/>
        </w:rPr>
        <w:t xml:space="preserve">[1:42:16] </w:t>
      </w:r>
      <w:r>
        <w:t>ke saath kuch hua, kuch aisi baatein huin to bohat pareshan hue, itna pareshan hue ke unhon ne</w:t>
      </w:r>
    </w:p>
    <w:p>
      <w:pPr>
        <w:jc w:val="right"/>
      </w:pPr>
      <w:r>
        <w:t>کے ساتھ کچھ ہوا، کچھ ایسی باتیں ہوئیں تو بہت پریشان ہوئے، اتنا پریشان ہوئے کہ انہوں نے</w:t>
      </w:r>
    </w:p>
    <w:p>
      <w:r>
        <w:rPr>
          <w:b/>
        </w:rPr>
        <w:t xml:space="preserve">[1:42:21] </w:t>
      </w:r>
      <w:r>
        <w:t>suicide kar liya.</w:t>
      </w:r>
    </w:p>
    <w:p>
      <w:pPr>
        <w:jc w:val="right"/>
      </w:pPr>
      <w:r>
        <w:t>سوسائیڈ کر لیا۔</w:t>
      </w:r>
    </w:p>
    <w:p>
      <w:r>
        <w:rPr>
          <w:b/>
        </w:rPr>
        <w:t xml:space="preserve">[1:42:23] </w:t>
      </w:r>
      <w:r>
        <w:t>suicide unhon ne maani ke woh kha liya, unhon ne yaani poison kha liya.</w:t>
      </w:r>
    </w:p>
    <w:p>
      <w:pPr>
        <w:jc w:val="right"/>
      </w:pPr>
      <w:r>
        <w:t>سوسائیڈ انہوں نے معنی کہ وہ کھا لیا، انہوں نے یعنی پوائزن کھا لیا۔</w:t>
      </w:r>
    </w:p>
    <w:p>
      <w:r>
        <w:rPr>
          <w:b/>
        </w:rPr>
        <w:t xml:space="preserve">[1:42:30] </w:t>
      </w:r>
      <w:r>
        <w:t>to woh main apni aankhon ke saamne ki yeh baat hai, poison kha liya aur behosh ho</w:t>
      </w:r>
    </w:p>
    <w:p>
      <w:pPr>
        <w:jc w:val="right"/>
      </w:pPr>
      <w:r>
        <w:t>تو وہ میں اپنی آنکھوں کے سامنے کی یہ بات ہے، پوائزن کھا لیا اور بے ہوش ہو</w:t>
      </w:r>
    </w:p>
    <w:p>
      <w:r>
        <w:rPr>
          <w:b/>
        </w:rPr>
        <w:t xml:space="preserve">[1:42:35] </w:t>
      </w:r>
      <w:r>
        <w:t>gya, saara munh se nikal raha tha, yeh kya hai? ab yeh tha ke mar jayenge.</w:t>
      </w:r>
    </w:p>
    <w:p>
      <w:pPr>
        <w:jc w:val="right"/>
      </w:pPr>
      <w:r>
        <w:t>گیا، سارا منہ سے نکل رہا تھا، یہ کیا ہے؟ اب یہ تھا کہ مر جائیں گے۔</w:t>
      </w:r>
    </w:p>
    <w:p>
      <w:r>
        <w:rPr>
          <w:b/>
        </w:rPr>
        <w:t xml:space="preserve">[1:42:38] </w:t>
      </w:r>
      <w:r>
        <w:t>lekin fortunately aisa hua ke bohat jald medical woh help mil gayi aur un ka saara jo hai</w:t>
      </w:r>
    </w:p>
    <w:p>
      <w:pPr>
        <w:jc w:val="right"/>
      </w:pPr>
      <w:r>
        <w:t>لیکن فارچونیٹلی ایسا ہوا کہ بہت جلد میڈیکل وہ ہیلپ مل گئی اور ان کا سارا جو ہے</w:t>
      </w:r>
    </w:p>
    <w:p>
      <w:r>
        <w:rPr>
          <w:b/>
        </w:rPr>
        <w:t xml:space="preserve">[1:42:47] </w:t>
      </w:r>
      <w:r>
        <w:t>bahar nikaal diya gaya, phir bach gaye woh.</w:t>
      </w:r>
    </w:p>
    <w:p>
      <w:pPr>
        <w:jc w:val="right"/>
      </w:pPr>
      <w:r>
        <w:t>باہر نکال دیا گیا، پھر بچ گئے وہ۔</w:t>
      </w:r>
    </w:p>
    <w:p>
      <w:r>
        <w:rPr>
          <w:b/>
        </w:rPr>
        <w:t xml:space="preserve">[1:42:51] </w:t>
      </w:r>
      <w:r>
        <w:t>تو اب دیکھیں، انہوں نے economic reason سے سوسائیڈ کیا تھا، وہ سمجھتے تھے کہ میری economy تباہ</w:t>
      </w:r>
    </w:p>
    <w:p>
      <w:pPr>
        <w:jc w:val="right"/>
      </w:pPr>
      <w:r>
        <w:t>تو اب دیکھیں، انہوں نے اکنامک ریزن سے سوسائیڈ کیا تھا، وہ سمجھتے تھے کہ میری اکانومی تباہ</w:t>
      </w:r>
    </w:p>
    <w:p>
      <w:r>
        <w:rPr>
          <w:b/>
        </w:rPr>
        <w:t xml:space="preserve">[1:42:57] </w:t>
      </w:r>
      <w:r>
        <w:t>ho gayi hai aur main jo hai ab kuch nahi kar sakta, so aise suicide kar loon.</w:t>
      </w:r>
    </w:p>
    <w:p>
      <w:pPr>
        <w:jc w:val="right"/>
      </w:pPr>
      <w:r>
        <w:t>ہو گئی ہے اور میں جو ہے اب کچھ نہیں کر سکتا، سو ایسے سوسائیڈ کر لوں۔</w:t>
      </w:r>
    </w:p>
    <w:p>
      <w:r>
        <w:rPr>
          <w:b/>
        </w:rPr>
        <w:t xml:space="preserve">[1:43:03] </w:t>
      </w:r>
      <w:r>
        <w:t>wohi shakhs ko main ne dekha apni aankhon se ke bohat ziyada phir paisa kamaya, us ne ek</w:t>
      </w:r>
    </w:p>
    <w:p>
      <w:pPr>
        <w:jc w:val="right"/>
      </w:pPr>
      <w:r>
        <w:t>وہی شخص کو میں نے دیکھا اپنی آنکھوں سے کہ بہت زیادہ پھر پیسہ کمایا، اس نے ایک</w:t>
      </w:r>
    </w:p>
    <w:p>
      <w:r>
        <w:rPr>
          <w:b/>
        </w:rPr>
        <w:t xml:space="preserve">[1:43:08] </w:t>
      </w:r>
      <w:r>
        <w:t>bohat bara yaani business us ne establish kiya.</w:t>
      </w:r>
    </w:p>
    <w:p>
      <w:pPr>
        <w:jc w:val="right"/>
      </w:pPr>
      <w:r>
        <w:t>بہت بڑا یعنی بزنس اس نے اسٹیبلش کیا۔</w:t>
      </w:r>
    </w:p>
    <w:p>
      <w:r>
        <w:rPr>
          <w:b/>
        </w:rPr>
        <w:t xml:space="preserve">[1:43:12] </w:t>
      </w:r>
      <w:r>
        <w:t>تو اب خدا future میں اس کے لیے رکھی ہوئی تھا، بہت بڑی کامیابی، بہت بڑی success۔</w:t>
      </w:r>
    </w:p>
    <w:p>
      <w:pPr>
        <w:jc w:val="right"/>
      </w:pPr>
      <w:r>
        <w:t>تو اب خدا فیوچر میں اس کے لیے رکھی ہوئی تھا، بہت بڑی کامیابی، بہت بڑی سکسیس۔</w:t>
      </w:r>
    </w:p>
    <w:p>
      <w:r>
        <w:rPr>
          <w:b/>
        </w:rPr>
        <w:t xml:space="preserve">[1:43:19] </w:t>
      </w:r>
      <w:r>
        <w:t>aur us ne pehle hi apne ko kaha ke main maar apna maar daaloon.</w:t>
      </w:r>
    </w:p>
    <w:p>
      <w:pPr>
        <w:jc w:val="right"/>
      </w:pPr>
      <w:r>
        <w:t>اور اس نے پہلے ہی اپنے کو کہا کہ میں مار اپنا مار ڈالوں۔</w:t>
      </w:r>
    </w:p>
    <w:p>
      <w:r>
        <w:rPr>
          <w:b/>
        </w:rPr>
        <w:t xml:space="preserve">[1:43:25] </w:t>
      </w:r>
      <w:r>
        <w:t>to khudkushi is liye haram hai ke woh Khuda ke khilaaf, yaani Khuda ki marzi ke khilaaf, yaani</w:t>
      </w:r>
    </w:p>
    <w:p>
      <w:pPr>
        <w:jc w:val="right"/>
      </w:pPr>
      <w:r>
        <w:t>تو خودکشی اس لیے حرام ہے کہ وہ خدا کے خلاف، یعنی خدا کی مرضی کے خلاف، یعنی</w:t>
      </w:r>
    </w:p>
    <w:p>
      <w:r>
        <w:rPr>
          <w:b/>
        </w:rPr>
        <w:t xml:space="preserve">[1:43:34] </w:t>
      </w:r>
      <w:r>
        <w:t>Khuda ki marzi ke khilaaf woh hai ya us ke against vote dena hai.</w:t>
      </w:r>
    </w:p>
    <w:p>
      <w:pPr>
        <w:jc w:val="right"/>
      </w:pPr>
      <w:r>
        <w:t>خدا کی مرضی کے خلاف وہ ہے یا اس کے اگینسٹ ووٹ دینا ہے۔</w:t>
      </w:r>
    </w:p>
    <w:p>
      <w:r>
        <w:rPr>
          <w:b/>
        </w:rPr>
        <w:t xml:space="preserve">[1:43:38] </w:t>
      </w:r>
      <w:r>
        <w:t>yeh Khuda ki marzi par yaqeen na karna hai,</w:t>
      </w:r>
    </w:p>
    <w:p>
      <w:pPr>
        <w:jc w:val="right"/>
      </w:pPr>
      <w:r>
        <w:t>یہ خدا کی مرضی پر یقین نہ کرنا ہے،</w:t>
      </w:r>
    </w:p>
    <w:p>
      <w:r>
        <w:rPr>
          <w:b/>
        </w:rPr>
        <w:t xml:space="preserve">[1:43:44] </w:t>
      </w:r>
      <w:r>
        <w:t>kyun ke Khuda ki marzi kab aayegi, woh hamein pata nahi.</w:t>
      </w:r>
    </w:p>
    <w:p>
      <w:pPr>
        <w:jc w:val="right"/>
      </w:pPr>
      <w:r>
        <w:t>کیونکہ خدا کی مرضی کب آئے گی، وہ ہمیں پتہ نہیں۔</w:t>
      </w:r>
    </w:p>
    <w:p>
      <w:r>
        <w:rPr>
          <w:b/>
        </w:rPr>
        <w:t xml:space="preserve">[1:43:47] </w:t>
      </w:r>
      <w:r>
        <w:t>جیسے میں نے بتایا آپ کو کہ وہ آدمی جو ہے، اس کی economy shattered ہو گئی تھی،</w:t>
      </w:r>
    </w:p>
    <w:p>
      <w:pPr>
        <w:jc w:val="right"/>
      </w:pPr>
      <w:r>
        <w:t>جیسے میں نے بتایا آپ کو کہ وہ آدمی جو ہے، اس کی اکانومی شیٹر ہو گئی تھی،</w:t>
      </w:r>
    </w:p>
    <w:p>
      <w:r>
        <w:rPr>
          <w:b/>
        </w:rPr>
        <w:t xml:space="preserve">[1:43:52] </w:t>
      </w:r>
      <w:r>
        <w:t>to main chahta tha ke mujhe ab kuch nahi hai, bas siwaye suicide ke.</w:t>
      </w:r>
    </w:p>
    <w:p>
      <w:pPr>
        <w:jc w:val="right"/>
      </w:pPr>
      <w:r>
        <w:t>تو میں چاہتا تھا کہ مجھے اب کچھ نہیں ہے، بس سوائے سوسائیڈ کے۔</w:t>
      </w:r>
    </w:p>
    <w:p>
      <w:r>
        <w:rPr>
          <w:b/>
        </w:rPr>
        <w:t xml:space="preserve">[1:43:55] </w:t>
      </w:r>
      <w:r>
        <w:t>ایک بات کو پہلے سے بھی زیادہ بڑی success اس کو ملی۔</w:t>
      </w:r>
    </w:p>
    <w:p>
      <w:pPr>
        <w:jc w:val="right"/>
      </w:pPr>
      <w:r>
        <w:t>ایک بات کو پہلے سے بھی زیادہ بڑی سکسیس اس کو ملی۔</w:t>
      </w:r>
    </w:p>
    <w:p>
      <w:r>
        <w:rPr>
          <w:b/>
        </w:rPr>
        <w:t xml:space="preserve">[1:44:00] </w:t>
      </w:r>
      <w:r>
        <w:t>is wajah se kisi bhi haal mein, kisi bhi haal mein aadmi ke liye jaaiz nahi ke woh</w:t>
      </w:r>
    </w:p>
    <w:p>
      <w:pPr>
        <w:jc w:val="right"/>
      </w:pPr>
      <w:r>
        <w:t>اس وجہ سے کسی بھی حال میں، کسی بھی حال میں آدمی کے لیے جائز نہیں کہ وہ</w:t>
      </w:r>
    </w:p>
    <w:p>
      <w:r>
        <w:rPr>
          <w:b/>
        </w:rPr>
        <w:t xml:space="preserve">[1:44:05] </w:t>
      </w:r>
      <w:r>
        <w:t>suicide kare. kisi bhi haal mein jaaiz nahi hai suicide kare.</w:t>
      </w:r>
    </w:p>
    <w:p>
      <w:pPr>
        <w:jc w:val="right"/>
      </w:pPr>
      <w:r>
        <w:t>سوسائیڈ کرے۔ کسی بھی حال میں جائز نہیں ہے سوسائیڈ کرے۔</w:t>
      </w:r>
    </w:p>
    <w:p>
      <w:r>
        <w:rPr>
          <w:b/>
        </w:rPr>
        <w:t xml:space="preserve">[1:44:13] </w:t>
      </w:r>
      <w:r>
        <w:t>das question is from js bedi.</w:t>
      </w:r>
    </w:p>
    <w:p>
      <w:pPr>
        <w:jc w:val="right"/>
      </w:pPr>
      <w:r>
        <w:t>دس کوسچن از فرام جے ایس بیدی۔</w:t>
      </w:r>
    </w:p>
    <w:p>
      <w:r>
        <w:rPr>
          <w:b/>
        </w:rPr>
        <w:t xml:space="preserve">[1:44:16] </w:t>
      </w:r>
      <w:r>
        <w:t>If there is no rebirth, then what happens after death?</w:t>
      </w:r>
    </w:p>
    <w:p>
      <w:pPr>
        <w:jc w:val="right"/>
      </w:pPr>
      <w:r>
        <w:t>اف دیر از نو ری برتھ دین واٹ ہیپنز افٹر ڈیتھ؟</w:t>
      </w:r>
    </w:p>
    <w:p>
      <w:r>
        <w:rPr>
          <w:b/>
        </w:rPr>
        <w:t xml:space="preserve">[1:44:23] </w:t>
      </w:r>
      <w:r>
        <w:t>daikhen, islam ka jo belief hai, islam ki books mein jo bataya gaya hai, woh yeh hai ke</w:t>
      </w:r>
    </w:p>
    <w:p>
      <w:pPr>
        <w:jc w:val="right"/>
      </w:pPr>
      <w:r>
        <w:t>دیکھیں، اسلام کا جو بیلیف ہے، اسلام کی بکس میں جو بتایا گیا ہے، وہ یہ ہے کہ</w:t>
      </w:r>
    </w:p>
    <w:p>
      <w:r>
        <w:rPr>
          <w:b/>
        </w:rPr>
        <w:t xml:space="preserve">[1:44:30] </w:t>
      </w:r>
      <w:r>
        <w:t>hum jo hai, yeh yeh body ka naam personality nahi hai.</w:t>
      </w:r>
    </w:p>
    <w:p>
      <w:pPr>
        <w:jc w:val="right"/>
      </w:pPr>
      <w:r>
        <w:t>ہم جو ہے، یہ یہ باڈی کا نام پرسنیلٹی نہیں ہے۔</w:t>
      </w:r>
    </w:p>
    <w:p>
      <w:r>
        <w:rPr>
          <w:b/>
        </w:rPr>
        <w:t xml:space="preserve">[1:44:36] </w:t>
      </w:r>
      <w:r>
        <w:t>yeh sab is liye paida hotay hain, sab qissay rebirth ke ke ab isi body ko personality</w:t>
      </w:r>
    </w:p>
    <w:p>
      <w:pPr>
        <w:jc w:val="right"/>
      </w:pPr>
      <w:r>
        <w:t>یہ سب اس لیے پیدا ہوتے ہیں، سب قصے ری برتھ کے کہ اب اسی باڈی کو پرسنیلٹی</w:t>
      </w:r>
    </w:p>
    <w:p>
      <w:r>
        <w:rPr>
          <w:b/>
        </w:rPr>
        <w:t xml:space="preserve">[1:44:40] </w:t>
      </w:r>
      <w:r>
        <w:t>samajh letay hain.</w:t>
      </w:r>
    </w:p>
    <w:p>
      <w:pPr>
        <w:jc w:val="right"/>
      </w:pPr>
      <w:r>
        <w:t>سمجھ لیتے ہیں۔</w:t>
      </w:r>
    </w:p>
    <w:p>
      <w:r>
        <w:rPr>
          <w:b/>
        </w:rPr>
        <w:t xml:space="preserve">[1:44:42] </w:t>
      </w:r>
      <w:r>
        <w:t>yeh to vehicle hai,</w:t>
      </w:r>
    </w:p>
    <w:p>
      <w:pPr>
        <w:jc w:val="right"/>
      </w:pPr>
      <w:r>
        <w:t>یہ تو وہیکل ہے،</w:t>
      </w:r>
    </w:p>
    <w:p>
      <w:r>
        <w:rPr>
          <w:b/>
        </w:rPr>
        <w:t xml:space="preserve">[1:44:44] </w:t>
      </w:r>
      <w:r>
        <w:t>asal personality abhi bhi wohi hai jo andar hai, abhi bhi aur merne ke baad bhi wohi rahe</w:t>
      </w:r>
    </w:p>
    <w:p>
      <w:pPr>
        <w:jc w:val="right"/>
      </w:pPr>
      <w:r>
        <w:t>اصل پرسنیلٹی ابھی بھی وہی ہے جو اندر ہے، ابھی بھی اور مرنے کے بعد بھی وہی رہے</w:t>
      </w:r>
    </w:p>
    <w:p>
      <w:r>
        <w:rPr>
          <w:b/>
        </w:rPr>
        <w:t xml:space="preserve">[1:44:49] </w:t>
      </w:r>
      <w:r>
        <w:t>gi. jo meri soul hai, andar ki, wohi to personality meri hai.</w:t>
      </w:r>
    </w:p>
    <w:p>
      <w:pPr>
        <w:jc w:val="right"/>
      </w:pPr>
      <w:r>
        <w:t>گی۔ جو میری سول ہے، اندر کی، وہی تو پرسنیلٹی میری ہے۔</w:t>
      </w:r>
    </w:p>
    <w:p>
      <w:r>
        <w:rPr>
          <w:b/>
        </w:rPr>
        <w:t xml:space="preserve">[1:44:56] </w:t>
      </w:r>
      <w:r>
        <w:t>is personality ka vehicle hai yeh body aur rebirth to hamara daily hota rehta hai.</w:t>
      </w:r>
    </w:p>
    <w:p>
      <w:pPr>
        <w:jc w:val="right"/>
      </w:pPr>
      <w:r>
        <w:t>اس پرسنیلٹی کا وہیکل ہے یہ باڈی اور ری برتھ تو ہمارا ڈیلی ہوتا رہتا ہے۔</w:t>
      </w:r>
    </w:p>
    <w:p>
      <w:r>
        <w:rPr>
          <w:b/>
        </w:rPr>
        <w:t xml:space="preserve">[1:45:02] </w:t>
      </w:r>
      <w:r>
        <w:t>woh jo 82 lakh saal ki zaroorat hi nahi hai hamein, kyunke aap jantay hain ke living cells</w:t>
      </w:r>
    </w:p>
    <w:p>
      <w:pPr>
        <w:jc w:val="right"/>
      </w:pPr>
      <w:r>
        <w:t>وہ جو 82 لاکھ سال کی ضرورت ہی نہیں ہے ہمیں، کیونکہ آپ جانتے ہیں کہ لیونگ سیلز</w:t>
      </w:r>
    </w:p>
    <w:p>
      <w:r>
        <w:rPr>
          <w:b/>
        </w:rPr>
        <w:t xml:space="preserve">[1:45:06] </w:t>
      </w:r>
      <w:r>
        <w:t>jo hain, woh toot-te hain.</w:t>
      </w:r>
    </w:p>
    <w:p>
      <w:pPr>
        <w:jc w:val="right"/>
      </w:pPr>
      <w:r>
        <w:t>جو ہیں، وہ ٹوٹتے ہیں۔</w:t>
      </w:r>
    </w:p>
    <w:p>
      <w:r>
        <w:rPr>
          <w:b/>
        </w:rPr>
        <w:t xml:space="preserve">[1:45:08] </w:t>
      </w:r>
      <w:r>
        <w:t>cells jo hamare body ke toot-te rehte hain, toot-te rehte hain, toot-te rehte hain.</w:t>
      </w:r>
    </w:p>
    <w:p>
      <w:pPr>
        <w:jc w:val="right"/>
      </w:pPr>
      <w:r>
        <w:t>سیلز جو ہمارے باڈی کے ٹوٹتے رہتے ہیں، ٹوٹتے رہتے ہیں، ٹوٹتے رہتے ہیں۔</w:t>
      </w:r>
    </w:p>
    <w:p>
      <w:r>
        <w:rPr>
          <w:b/>
        </w:rPr>
        <w:t xml:space="preserve">[1:45:13] </w:t>
      </w:r>
      <w:r>
        <w:t>to lag bhag har das saal ke baad mera poora body mar chuka hota hai aur phir phir</w:t>
      </w:r>
    </w:p>
    <w:p>
      <w:pPr>
        <w:jc w:val="right"/>
      </w:pPr>
      <w:r>
        <w:t>تو لگ بھگ ہر دس سال کے بعد میرا پورا باڈی مر چکا ہوتا ہے اور پھر پھر</w:t>
      </w:r>
    </w:p>
    <w:p>
      <w:r>
        <w:rPr>
          <w:b/>
        </w:rPr>
        <w:t xml:space="preserve">[1:45:19] </w:t>
      </w:r>
      <w:r>
        <w:t>rebirth hota hai.</w:t>
      </w:r>
    </w:p>
    <w:p>
      <w:pPr>
        <w:jc w:val="right"/>
      </w:pPr>
      <w:r>
        <w:t>ری برتھ ہوتا ہے۔</w:t>
      </w:r>
    </w:p>
    <w:p>
      <w:r>
        <w:rPr>
          <w:b/>
        </w:rPr>
        <w:t xml:space="preserve">[1:45:21] </w:t>
      </w:r>
      <w:r>
        <w:t>to body ka to body to khatam hoti rehti hai meri.</w:t>
      </w:r>
    </w:p>
    <w:p>
      <w:pPr>
        <w:jc w:val="right"/>
      </w:pPr>
      <w:r>
        <w:t>تو باڈی کا تو باڈی تو ختم ہوتی رہتی ہے میری۔</w:t>
      </w:r>
    </w:p>
    <w:p>
      <w:r>
        <w:rPr>
          <w:b/>
        </w:rPr>
        <w:t xml:space="preserve">[1:45:25] </w:t>
      </w:r>
      <w:r>
        <w:t>woh jo personality meri hai, woh aisi ki waisi intact rehti hai.</w:t>
      </w:r>
    </w:p>
    <w:p>
      <w:pPr>
        <w:jc w:val="right"/>
      </w:pPr>
      <w:r>
        <w:t>وہ جو پرسنیلٹی میری ہے، وہ ایسی کی ویسی انٹیکٹ رہتی ہے۔</w:t>
      </w:r>
    </w:p>
    <w:p>
      <w:r>
        <w:rPr>
          <w:b/>
        </w:rPr>
        <w:t xml:space="preserve">[1:45:31] </w:t>
      </w:r>
      <w:r>
        <w:t>to sirf yeh hoga ke maut ke waqt body jo hai, apna vehicle badal legi.</w:t>
      </w:r>
    </w:p>
    <w:p>
      <w:pPr>
        <w:jc w:val="right"/>
      </w:pPr>
      <w:r>
        <w:t>تو صرف یہ ہوگا کہ موت کے وقت باڈی جو ہے، اپنا وہیکل بدل لے گی۔</w:t>
      </w:r>
    </w:p>
    <w:p>
      <w:r>
        <w:rPr>
          <w:b/>
        </w:rPr>
        <w:t xml:space="preserve">[1:45:36] </w:t>
      </w:r>
      <w:r>
        <w:t>is vehicle ko chhod kar ke ek aur vehicle badal legi.</w:t>
      </w:r>
    </w:p>
    <w:p>
      <w:pPr>
        <w:jc w:val="right"/>
      </w:pPr>
      <w:r>
        <w:t>اس وہیکل کو چھوڑ کر کے ایک اور وہیکل بدل لے گی۔</w:t>
      </w:r>
    </w:p>
    <w:p>
      <w:r>
        <w:rPr>
          <w:b/>
        </w:rPr>
        <w:t xml:space="preserve">[1:45:40] </w:t>
      </w:r>
      <w:r>
        <w:t>jaise ke aap ek safar karte hain ke ek hawa jahaz se jatay hain, aap london tak, doosre</w:t>
      </w:r>
    </w:p>
    <w:p>
      <w:pPr>
        <w:jc w:val="right"/>
      </w:pPr>
      <w:r>
        <w:t>جیسے کہ آپ ایک سفر کرتے ہیں کہ ایک ہوا جہاز سے جاتے ہیں، آپ لندن تک، دوسرے</w:t>
      </w:r>
    </w:p>
    <w:p>
      <w:r>
        <w:rPr>
          <w:b/>
        </w:rPr>
        <w:t xml:space="preserve">[1:45:46] </w:t>
      </w:r>
      <w:r>
        <w:t>hawa jahaz se aap safar ko paris jatay hain, wahan ek vehicle chhod detay hain, doosra vehicle letay</w:t>
      </w:r>
    </w:p>
    <w:p>
      <w:pPr>
        <w:jc w:val="right"/>
      </w:pPr>
      <w:r>
        <w:t>ہوا جہاز سے آپ سفر کو پیرس جاتے ہیں، وہاں ایک وہیکل چھوڑ دیتے ہیں، دوسرا وہیکل لیتے</w:t>
      </w:r>
    </w:p>
    <w:p>
      <w:r>
        <w:rPr>
          <w:b/>
        </w:rPr>
        <w:t xml:space="preserve">[1:45:50] </w:t>
      </w:r>
      <w:r>
        <w:t>hain. train mein aap ek vehicle se jatay hain, yahan se lucknow tak, lucknow se doosra vehicle letay</w:t>
      </w:r>
    </w:p>
    <w:p>
      <w:pPr>
        <w:jc w:val="right"/>
      </w:pPr>
      <w:r>
        <w:t>ہیں۔ ٹرین میں آپ ایک وہیکل سے جاتے ہیں، یہاں سے لکھنو تک، لکھنو سے دوسرا وہیکل لیتے</w:t>
      </w:r>
    </w:p>
    <w:p>
      <w:r>
        <w:rPr>
          <w:b/>
        </w:rPr>
        <w:t xml:space="preserve">[1:45:56] </w:t>
      </w:r>
      <w:r>
        <w:t>hain. to maut ke waqt mera jo personality hai, woh vehicle badalti hai sirf</w:t>
      </w:r>
    </w:p>
    <w:p>
      <w:pPr>
        <w:jc w:val="right"/>
      </w:pPr>
      <w:r>
        <w:t>ہیں۔ تو موت کے وقت میرا جو پرسنیلٹی ہے، وہ وہیکل بدلتی ہے صرف</w:t>
      </w:r>
    </w:p>
    <w:p>
      <w:r>
        <w:rPr>
          <w:b/>
        </w:rPr>
        <w:t xml:space="preserve">[1:46:04] </w:t>
      </w:r>
      <w:r>
        <w:t>aur doosre vehicle ko le leti hai.</w:t>
      </w:r>
    </w:p>
    <w:p>
      <w:pPr>
        <w:jc w:val="right"/>
      </w:pPr>
      <w:r>
        <w:t>اور دوسرے وہیکل کو لے لیتی ہے۔</w:t>
      </w:r>
    </w:p>
    <w:p>
      <w:r>
        <w:rPr>
          <w:b/>
        </w:rPr>
        <w:t xml:space="preserve">[1:46:06] </w:t>
      </w:r>
      <w:r>
        <w:t>is wajah se ek hi baat jeena hai, ek hi baat marna hai.</w:t>
      </w:r>
    </w:p>
    <w:p>
      <w:pPr>
        <w:jc w:val="right"/>
      </w:pPr>
      <w:r>
        <w:t>اس وجہ سے ایک ہی بات جینا ہے، ایک ہی بات مرنا ہے۔</w:t>
      </w:r>
    </w:p>
    <w:p>
      <w:r>
        <w:rPr>
          <w:b/>
        </w:rPr>
        <w:t xml:space="preserve">[1:46:10] </w:t>
      </w:r>
      <w:r>
        <w:t>maut, maut jo hai, woh agli yani agli jo agla jo period hai life ka, us ka shuru</w:t>
      </w:r>
    </w:p>
    <w:p>
      <w:pPr>
        <w:jc w:val="right"/>
      </w:pPr>
      <w:r>
        <w:t>موت، موت جو ہے، وہ اگلی یعنی اگلی جو اگلا جو پیریڈ ہے لائف کا، اس کا شروع</w:t>
      </w:r>
    </w:p>
    <w:p>
      <w:r>
        <w:rPr>
          <w:b/>
        </w:rPr>
        <w:t xml:space="preserve">[1:46:17] </w:t>
      </w:r>
      <w:r>
        <w:t>ho jana hai.</w:t>
      </w:r>
    </w:p>
    <w:p>
      <w:pPr>
        <w:jc w:val="right"/>
      </w:pPr>
      <w:r>
        <w:t>ہو جانا ہے۔</w:t>
      </w:r>
    </w:p>
    <w:p>
      <w:r>
        <w:rPr>
          <w:b/>
        </w:rPr>
        <w:t xml:space="preserve">[1:46:18] </w:t>
      </w:r>
      <w:r>
        <w:t>aur koi islam mein rebirth nahi hai, koi islam mein 80 lakh aur 82 lakh saal jeena</w:t>
      </w:r>
    </w:p>
    <w:p>
      <w:pPr>
        <w:jc w:val="right"/>
      </w:pPr>
      <w:r>
        <w:t>اور کوئی اسلام میں ری برتھ نہیں ہے، کوئی اسلام میں 80 لاکھ اور 82 لاکھ سال جینا</w:t>
      </w:r>
    </w:p>
    <w:p>
      <w:r>
        <w:rPr>
          <w:b/>
        </w:rPr>
        <w:t xml:space="preserve">[1:46:23] </w:t>
      </w:r>
      <w:r>
        <w:t>nahi hai. Aur woh khud hi khud is mazhabon mein bhi saabit nahi hai.</w:t>
      </w:r>
    </w:p>
    <w:p>
      <w:pPr>
        <w:jc w:val="right"/>
      </w:pPr>
      <w:r>
        <w:t>نہیں ہے۔ اور وہ خود ہی خود اس مذہبوں میں بھی ثابت نہیں ہے۔</w:t>
      </w:r>
    </w:p>
    <w:p>
      <w:r>
        <w:rPr>
          <w:b/>
        </w:rPr>
        <w:t xml:space="preserve">[1:46:28] </w:t>
      </w:r>
      <w:r>
        <w:t>unki secret books mein dekhein, ek cheez hai, baat ko unhon ne banaya hai, jaise jaise ke</w:t>
      </w:r>
    </w:p>
    <w:p>
      <w:pPr>
        <w:jc w:val="right"/>
      </w:pPr>
      <w:r>
        <w:t>ان کی سیکرٹ بکس میں دیکھیں، ایک چیز ہے، بات کو انہوں نے بنایا ہے، جیسے جیسے کہ</w:t>
      </w:r>
    </w:p>
    <w:p>
      <w:r>
        <w:rPr>
          <w:b/>
        </w:rPr>
        <w:t xml:space="preserve">[1:46:34] </w:t>
      </w:r>
      <w:r>
        <w:t>christianity mein trinity ko maante hain.</w:t>
      </w:r>
    </w:p>
    <w:p>
      <w:pPr>
        <w:jc w:val="right"/>
      </w:pPr>
      <w:r>
        <w:t>کرسچینٹی میں ٹرینٹی کو مانتے ہیں۔</w:t>
      </w:r>
    </w:p>
    <w:p>
      <w:r>
        <w:rPr>
          <w:b/>
        </w:rPr>
        <w:t xml:space="preserve">[1:46:37] </w:t>
      </w:r>
      <w:r>
        <w:t>trinity hai hi nahi bible mein.</w:t>
      </w:r>
    </w:p>
    <w:p>
      <w:pPr>
        <w:jc w:val="right"/>
      </w:pPr>
      <w:r>
        <w:t>ٹرینٹی ہے ہی نہیں بائبل میں۔</w:t>
      </w:r>
    </w:p>
    <w:p>
      <w:r>
        <w:rPr>
          <w:b/>
        </w:rPr>
        <w:t xml:space="preserve">[1:46:41] </w:t>
      </w:r>
      <w:r>
        <w:t>ek sahib mere paas aaye, ek ek american padri, american father.</w:t>
      </w:r>
    </w:p>
    <w:p>
      <w:pPr>
        <w:jc w:val="right"/>
      </w:pPr>
      <w:r>
        <w:t>ایک صاحب میرے پاس آئے، ایک ایک امریکن پادری، امریکن فادر۔</w:t>
      </w:r>
    </w:p>
    <w:p>
      <w:r>
        <w:rPr>
          <w:b/>
        </w:rPr>
        <w:t xml:space="preserve">[1:46:46] </w:t>
      </w:r>
      <w:r>
        <w:t>maine unse kaha ke trinity kahan hai bible mein? Dikhaiye mujhe.</w:t>
      </w:r>
    </w:p>
    <w:p>
      <w:pPr>
        <w:jc w:val="right"/>
      </w:pPr>
      <w:r>
        <w:t>میں نے ان سے کہا کہ ٹرینٹی کہاں ہے بائبل میں؟ دکھائیے مجھے۔</w:t>
      </w:r>
    </w:p>
    <w:p>
      <w:r>
        <w:rPr>
          <w:b/>
        </w:rPr>
        <w:t xml:space="preserve">[1:46:50] </w:t>
      </w:r>
      <w:r>
        <w:t>ek ghante tak ulte palte rahe aur nahi bata saka.</w:t>
      </w:r>
    </w:p>
    <w:p>
      <w:pPr>
        <w:jc w:val="right"/>
      </w:pPr>
      <w:r>
        <w:t>ایک گھنٹے تک الٹتے پلٹتے رہے اور نہیں بتا سکے۔</w:t>
      </w:r>
    </w:p>
    <w:p>
      <w:r>
        <w:rPr>
          <w:b/>
        </w:rPr>
        <w:t xml:space="preserve">[1:46:53] </w:t>
      </w:r>
      <w:r>
        <w:t>aur phir yeh keh kar chale gaye ke is par phir baat hogi.</w:t>
      </w:r>
    </w:p>
    <w:p>
      <w:pPr>
        <w:jc w:val="right"/>
      </w:pPr>
      <w:r>
        <w:t>اور پھر یہ کہہ کر چلے گئے کہ اس پر پھر بات ہوگی۔</w:t>
      </w:r>
    </w:p>
    <w:p>
      <w:r>
        <w:rPr>
          <w:b/>
        </w:rPr>
        <w:t xml:space="preserve">[1:46:59] </w:t>
      </w:r>
      <w:r>
        <w:t>quran mein aap kisi se poochein ke quran mein oneness of god kahan hai? Ek second mein khol</w:t>
      </w:r>
    </w:p>
    <w:p>
      <w:pPr>
        <w:jc w:val="right"/>
      </w:pPr>
      <w:r>
        <w:t>قرآن میں آپ کسی سے پوچھیں کہ قرآن میں وننس اف گاڈ کہاں ہے؟ ایک سیکنڈ میں کھول</w:t>
      </w:r>
    </w:p>
    <w:p>
      <w:r>
        <w:rPr>
          <w:b/>
        </w:rPr>
        <w:t xml:space="preserve">[1:47:04] </w:t>
      </w:r>
      <w:r>
        <w:t>ke dikha dega, dekho qulhu allah ahad.</w:t>
      </w:r>
    </w:p>
    <w:p>
      <w:pPr>
        <w:jc w:val="right"/>
      </w:pPr>
      <w:r>
        <w:t>کے دکھا دے گا، دیکھو قلھو اللہ احد۔</w:t>
      </w:r>
    </w:p>
    <w:p>
      <w:r>
        <w:rPr>
          <w:b/>
        </w:rPr>
        <w:t xml:space="preserve">[1:47:08] </w:t>
      </w:r>
      <w:r>
        <w:t>toh aaj har mazhab mein, yaani quran ke siwa jitne mazhab hain, har mazhab mein logon ne apni</w:t>
      </w:r>
    </w:p>
    <w:p>
      <w:pPr>
        <w:jc w:val="right"/>
      </w:pPr>
      <w:r>
        <w:t>تو آج ہر مذہب میں، یعنی قرآن کے سوا جتنے مذہب ہیں، ہر مذہب میں لوگوں نے اپنی</w:t>
      </w:r>
    </w:p>
    <w:p>
      <w:r>
        <w:rPr>
          <w:b/>
        </w:rPr>
        <w:t xml:space="preserve">[1:47:16] </w:t>
      </w:r>
      <w:r>
        <w:t>taraf se aisi aisi bana rakhi hai jo khud unki book mein nahi hai.</w:t>
      </w:r>
    </w:p>
    <w:p>
      <w:pPr>
        <w:jc w:val="right"/>
      </w:pPr>
      <w:r>
        <w:t>طرف سے ایسی ایسی بنا رکھی ہے جو خود ان کی بک میں نہیں ہے۔</w:t>
      </w:r>
    </w:p>
    <w:p>
      <w:r>
        <w:rPr>
          <w:b/>
        </w:rPr>
        <w:t xml:space="preserve">[1:47:21] </w:t>
      </w:r>
      <w:r>
        <w:t>toh yaad rakhiye, jo book hai, woh source hai.</w:t>
      </w:r>
    </w:p>
    <w:p>
      <w:pPr>
        <w:jc w:val="right"/>
      </w:pPr>
      <w:r>
        <w:t>تو یاد رکھیے، جو بک ہے، وہ سورس ہے۔</w:t>
      </w:r>
    </w:p>
    <w:p>
      <w:r>
        <w:rPr>
          <w:b/>
        </w:rPr>
        <w:t xml:space="preserve">[1:47:24] </w:t>
      </w:r>
      <w:r>
        <w:t>logon ki apni jo inventions hain, woh source nahi hain.</w:t>
      </w:r>
    </w:p>
    <w:p>
      <w:pPr>
        <w:jc w:val="right"/>
      </w:pPr>
      <w:r>
        <w:t>لوگوں کی اپنی جو انوینشنز ہیں، وہ سورس نہیں ہیں۔</w:t>
      </w:r>
    </w:p>
    <w:p>
      <w:r>
        <w:rPr>
          <w:b/>
        </w:rPr>
        <w:t xml:space="preserve">[1:47:28] </w:t>
      </w:r>
      <w:r>
        <w:t>islam mein bhi jo logon ne invent kar rakha hai, ek naya mazhab, koi naat khwani kar raha</w:t>
      </w:r>
    </w:p>
    <w:p>
      <w:pPr>
        <w:jc w:val="right"/>
      </w:pPr>
      <w:r>
        <w:t>اسلام میں بھی جو لوگوں نے انوینٹ کر رکھا ہے، ایک نیا مذہب، کوئی نعت خوانی کر رہا</w:t>
      </w:r>
    </w:p>
    <w:p>
      <w:r>
        <w:rPr>
          <w:b/>
        </w:rPr>
        <w:t xml:space="preserve">[1:47:33] </w:t>
      </w:r>
      <w:r>
        <w:t>hai, koi dargahon mein ja raha hai, koi milad un nabi jaisa nikal raha hai, koi shaban mein miraj</w:t>
      </w:r>
    </w:p>
    <w:p>
      <w:pPr>
        <w:jc w:val="right"/>
      </w:pPr>
      <w:r>
        <w:t>ہے، کوئی درگاہوں میں جا رہا ہے، کوئی میلاد النبی جیسا نکال رہا ہے، کوئی شعبان میں معراج</w:t>
      </w:r>
    </w:p>
    <w:p>
      <w:r>
        <w:rPr>
          <w:b/>
        </w:rPr>
        <w:t xml:space="preserve">[1:47:41] </w:t>
      </w:r>
      <w:r>
        <w:t>ka dhoom macha raha hai, yeh sab logon ki apni invention hai, innovation hai.</w:t>
      </w:r>
    </w:p>
    <w:p>
      <w:pPr>
        <w:jc w:val="right"/>
      </w:pPr>
      <w:r>
        <w:t>کا دھوم مچا رہا ہے، یہ سب لوگوں کی اپنی انوینشن ہے، انوویشن ہے۔</w:t>
      </w:r>
    </w:p>
    <w:p>
      <w:r>
        <w:rPr>
          <w:b/>
        </w:rPr>
        <w:t xml:space="preserve">[1:47:46] </w:t>
      </w:r>
      <w:r>
        <w:t>innovation toh innovation jo hai, woh mazhab nahi hai.</w:t>
      </w:r>
    </w:p>
    <w:p>
      <w:pPr>
        <w:jc w:val="right"/>
      </w:pPr>
      <w:r>
        <w:t>انوویشن تو انوویشن جو ہے، وہ مذہب نہیں ہے۔</w:t>
      </w:r>
    </w:p>
    <w:p>
      <w:r>
        <w:rPr>
          <w:b/>
        </w:rPr>
        <w:t xml:space="preserve">[1:47:50] </w:t>
      </w:r>
      <w:r>
        <w:t>mazhab woh hai jo hamari books mein hai, chahe islam ho, chahe doosre mazhab hon.</w:t>
      </w:r>
    </w:p>
    <w:p>
      <w:pPr>
        <w:jc w:val="right"/>
      </w:pPr>
      <w:r>
        <w:t>مذہب وہ ہے جو ہماری بکس میں ہے، چاہے اسلام ہو، چاہے دوسرے مذہب ہوں۔</w:t>
      </w:r>
    </w:p>
    <w:p>
      <w:r>
        <w:rPr>
          <w:b/>
        </w:rPr>
        <w:t xml:space="preserve">[1:47:57] </w:t>
      </w:r>
      <w:r>
        <w:t>is wajah se hum jo samajhte hain, woh yeh hai ke</w:t>
      </w:r>
    </w:p>
    <w:p>
      <w:pPr>
        <w:jc w:val="right"/>
      </w:pPr>
      <w:r>
        <w:t>اس وجہ سے ہم جو سمجھتے ہیں، وہ یہ ہے کہ</w:t>
      </w:r>
    </w:p>
    <w:p>
      <w:r>
        <w:rPr>
          <w:b/>
        </w:rPr>
        <w:t xml:space="preserve">[1:48:01] </w:t>
      </w:r>
      <w:r>
        <w:t>ek hi janam hai, wohi doosra janam nahi, balkeh vehicle badalna hai.</w:t>
      </w:r>
    </w:p>
    <w:p>
      <w:pPr>
        <w:jc w:val="right"/>
      </w:pPr>
      <w:r>
        <w:t>ایک ہی جنم ہے، وہی دوسرا جنم نہیں، بلکہ وہیکل بدلنا ہے۔</w:t>
      </w:r>
    </w:p>
    <w:p>
      <w:r>
        <w:rPr>
          <w:b/>
        </w:rPr>
        <w:t xml:space="preserve">[1:48:07] </w:t>
      </w:r>
      <w:r>
        <w:t>maut ke baad jo aadmi doosra jo rahega, woh isne sirf vehicle badal liya hoga.</w:t>
      </w:r>
    </w:p>
    <w:p>
      <w:pPr>
        <w:jc w:val="right"/>
      </w:pPr>
      <w:r>
        <w:t>موت کے بعد جو آدمی دوسرا جو رہے گا، وہ اس نے صرف وہیکل بدل لیا ہوگا۔</w:t>
      </w:r>
    </w:p>
    <w:p>
      <w:r>
        <w:rPr>
          <w:b/>
        </w:rPr>
        <w:t xml:space="preserve">[1:48:15] </w:t>
      </w:r>
      <w:r>
        <w:t>yahi yahi personality jo aaj hai, wahi personality wahan bhi rahegi.</w:t>
      </w:r>
    </w:p>
    <w:p>
      <w:pPr>
        <w:jc w:val="right"/>
      </w:pPr>
      <w:r>
        <w:t>یہی یہی پرسنیلٹی جو آج ہے، وہی پرسنیلٹی وہاں بھی رہے گی۔</w:t>
      </w:r>
    </w:p>
    <w:p>
      <w:r>
        <w:rPr>
          <w:b/>
        </w:rPr>
        <w:t xml:space="preserve">[1:48:19] </w:t>
      </w:r>
      <w:r>
        <w:t>yeh hamara manna hai.</w:t>
      </w:r>
    </w:p>
    <w:p>
      <w:pPr>
        <w:jc w:val="right"/>
      </w:pPr>
      <w:r>
        <w:t>یہ ہمارا ماننا ہے۔</w:t>
      </w:r>
    </w:p>
    <w:p>
      <w:r>
        <w:rPr>
          <w:b/>
        </w:rPr>
        <w:t xml:space="preserve">[1:48:22] </w:t>
      </w:r>
      <w:r>
        <w:t>we end the session here.</w:t>
      </w:r>
    </w:p>
    <w:p>
      <w:pPr>
        <w:jc w:val="right"/>
      </w:pPr>
      <w:r>
        <w:t>وی اینڈ دی سیشن ہیر۔</w:t>
      </w:r>
    </w:p>
    <w:p>
      <w:r>
        <w:rPr>
          <w:b/>
        </w:rPr>
        <w:t xml:space="preserve">[1:48:24] </w:t>
      </w:r>
      <w:r>
        <w:t>You can take the volunteer forms from me and we will immediately have the prayer session now.</w:t>
      </w:r>
    </w:p>
    <w:p>
      <w:pPr>
        <w:jc w:val="right"/>
      </w:pPr>
      <w:r>
        <w:t>یو کین ٹیک دی والنٹیئر فارمز فرام می اینڈ وی ویل امیڈیٹلی ہیو دی پریئر سیشن ناؤ</w:t>
      </w:r>
    </w:p>
    <w:p>
      <w:r>
        <w:rPr>
          <w:b/>
        </w:rPr>
        <w:t xml:space="preserve">[1:48:29]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