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Discover God I May 09, 2008</w:t>
      </w:r>
    </w:p>
    <w:p>
      <w:r>
        <w:t>https://www.youtube.com/watch?v=fv8fazBISsw</w:t>
      </w:r>
    </w:p>
    <w:p>
      <w:r>
        <w:rPr>
          <w:b/>
        </w:rPr>
        <w:t xml:space="preserve">[00:04] </w:t>
      </w:r>
      <w:r>
        <w:t>Good evening, ladies and gentlemen.</w:t>
      </w:r>
    </w:p>
    <w:p>
      <w:pPr>
        <w:jc w:val="right"/>
      </w:pPr>
      <w:r>
        <w:t>గుడ్ ఈవెనింగ్, లేడీస్ అండ్ జెంటిల్మెన్.</w:t>
      </w:r>
    </w:p>
    <w:p>
      <w:r>
        <w:rPr>
          <w:b/>
        </w:rPr>
        <w:t xml:space="preserve">[00:07] </w:t>
      </w:r>
      <w:r>
        <w:t>Good Word and CPS International welcomes all of you for.</w:t>
      </w:r>
    </w:p>
    <w:p>
      <w:pPr>
        <w:jc w:val="right"/>
      </w:pPr>
      <w:r>
        <w:t>గుడ్ వర్డ్ అండ్ సిపిఎస్ ఇంటర్నేషనల్ వెల్కమ్స్ ఆల్ ఆఫ్ యు ఫర్.</w:t>
      </w:r>
    </w:p>
    <w:p>
      <w:r>
        <w:rPr>
          <w:b/>
        </w:rPr>
        <w:t xml:space="preserve">[00:11] </w:t>
      </w:r>
      <w:r>
        <w:t>Talk by Maulana Wahiduddin Khan on How to Discover God.</w:t>
      </w:r>
    </w:p>
    <w:p>
      <w:pPr>
        <w:jc w:val="right"/>
      </w:pPr>
      <w:r>
        <w:t>టాక్ బై ములానా వైదుద్దీన్ ఖాన్ ఆన్ హౌ టు డిస్కవర్ గాడ్.</w:t>
      </w:r>
    </w:p>
    <w:p>
      <w:r>
        <w:rPr>
          <w:b/>
        </w:rPr>
        <w:t xml:space="preserve">[00:15] </w:t>
      </w:r>
      <w:r>
        <w:t>After the talk, we are going to have a short question-answer session.</w:t>
      </w:r>
    </w:p>
    <w:p>
      <w:pPr>
        <w:jc w:val="right"/>
      </w:pPr>
      <w:r>
        <w:t>ఆఫ్టర్ ద టాక్, వి ఆర్ గోయింగ్ టు హావ్ ఏ షార్ట్ క్వశ్చన్-ఆన్సర్ సెషన్.</w:t>
      </w:r>
    </w:p>
    <w:p>
      <w:r>
        <w:rPr>
          <w:b/>
        </w:rPr>
        <w:t xml:space="preserve">[00:19] </w:t>
      </w:r>
      <w:r>
        <w:t>We have already placed the question slips on each of your seats.</w:t>
      </w:r>
    </w:p>
    <w:p>
      <w:pPr>
        <w:jc w:val="right"/>
      </w:pPr>
      <w:r>
        <w:t>వి హావ్ ఆల్రెడీ ప్లేస్డ్ ద క్వశ్చన్ స్లిప్స్ ఆన్ ఈచ్ ఆఫ్ యువర్ సీట్స్.</w:t>
      </w:r>
    </w:p>
    <w:p>
      <w:r>
        <w:rPr>
          <w:b/>
        </w:rPr>
        <w:t xml:space="preserve">[00:23] </w:t>
      </w:r>
      <w:r>
        <w:t>You may write in your questions and hand it over to any of the CPS volunteer.</w:t>
      </w:r>
    </w:p>
    <w:p>
      <w:pPr>
        <w:jc w:val="right"/>
      </w:pPr>
      <w:r>
        <w:t>యు మే రైట్ ఇన్ యువర్ క్వశ్చన్స్ అండ్ హ్యాండ్ ఇట్ ఓవర్ టు ఎనీ ఆఫ్ ద సిపిఎస్ వాలంటీర్.</w:t>
      </w:r>
    </w:p>
    <w:p>
      <w:r>
        <w:rPr>
          <w:b/>
        </w:rPr>
        <w:t xml:space="preserve">[00:27] </w:t>
      </w:r>
      <w:r>
        <w:t>I would request all of you, while the talk is on, kindly switch off your mobile phones.</w:t>
      </w:r>
    </w:p>
    <w:p>
      <w:pPr>
        <w:jc w:val="right"/>
      </w:pPr>
      <w:r>
        <w:t>ఐ వుడ్ రిక్వెస్ట్ ఆల్ ఆఫ్ యు, వైల్ ద టాక్ ఇస్ ఆన్, కైండ్లీ స్విచ్ ఆఫ్ యువర్ మొబైల్ ఫోన్స్.</w:t>
      </w:r>
    </w:p>
    <w:p>
      <w:r>
        <w:rPr>
          <w:b/>
        </w:rPr>
        <w:t xml:space="preserve">[00:31] </w:t>
      </w:r>
      <w:r>
        <w:t>I would request once again, kindly switch off your mobile phones.</w:t>
      </w:r>
    </w:p>
    <w:p>
      <w:pPr>
        <w:jc w:val="right"/>
      </w:pPr>
      <w:r>
        <w:t>ఐ వుడ్ రిక్వెస్ట్ వన్స్ అగైన్, కైండ్లీ స్విచ్ ఆఫ్ యువర్ మొబైల్ ఫోన్స్.</w:t>
      </w:r>
    </w:p>
    <w:p>
      <w:r>
        <w:rPr>
          <w:b/>
        </w:rPr>
        <w:t xml:space="preserve">[00:35] </w:t>
      </w:r>
      <w:r>
        <w:t>I would now request Maulana Wahiduddin Khan to begin his talk. Ladies and gentlemen, Maulana Wahiduddin Khan. Bismillahir Rahmanir Rahim, wasallallahu ala Nabiyil Karim. The topic for this evening is how to discover God.</w:t>
      </w:r>
    </w:p>
    <w:p>
      <w:pPr>
        <w:jc w:val="right"/>
      </w:pPr>
      <w:r>
        <w:t>ఐ వుడ్ నౌ రిక్వెస్ట్ ములానా వైదుద్దీన్ ఖాన్ టు బిగిన్ హిస్ టాక్. లేడీస్ అండ్ జెంటిల్మెన్, ములానా వైదుద్దీన్ ఖాన్. బిస్మిల్లాహిర్ రహ్మానిర్ రహీమ్, వసల్లల్లాహు అలై నబీల్ కరీమ్. ద టాపిక్ ఫర్ దిస్ ఈవెనింగ్ ఇస్ హౌ టు డిస్కవర్ గాడ్.</w:t>
      </w:r>
    </w:p>
    <w:p>
      <w:r>
        <w:rPr>
          <w:b/>
        </w:rPr>
        <w:t xml:space="preserve">[01:05] </w:t>
      </w:r>
      <w:r>
        <w:t>It is not an academic topic. It is more than that. Everyone, men and women both, want to know what is the answer to this question.</w:t>
      </w:r>
    </w:p>
    <w:p>
      <w:pPr>
        <w:jc w:val="right"/>
      </w:pPr>
      <w:r>
        <w:t>ఇట్ ఇస్ నాట్ ఆన్ అకాడమిక్ టాపిక్. ఇట్ ఇస్ మోర్ దెన్ దట్. ఎవ్రీ వన్, మెన్ అండ్ ఉమెన్ బోత్, వాంట్ టు నో వాట్ ఇస్ ద ఆన్సర్ టు దిస్ క్వశ్చన్.</w:t>
      </w:r>
    </w:p>
    <w:p>
      <w:r>
        <w:rPr>
          <w:b/>
        </w:rPr>
        <w:t xml:space="preserve">[01:25] </w:t>
      </w:r>
      <w:r>
        <w:t>According to anthropological studies, the concept of God is interwoven in the nature of every human being. So, it is very important question, not simply an academic question. And I am not an exception. I was born in a religious family.</w:t>
      </w:r>
    </w:p>
    <w:p>
      <w:pPr>
        <w:jc w:val="right"/>
      </w:pPr>
      <w:r>
        <w:t>అకార్డింగ్ టు ఆంథ్రపాలజికల్ స్టడీస్, ద కాన్సెప్ట్ ఆఫ్ గాడ్ ఇస్ ఇంటర్వోవెన్ ఇన్ ద నేచర్ ఆఫ్ ఎవరీ హ్యూమన్ బీయింగ్. సో, ఇట్ ఇస్ వెరీ ఇంపార్టెంట్ క్వశ్చన్, నాట్ సింప్లీ ఆన్ అకాడమిక్ క్వశ్చన్. అండ్ ఐ యామ్ నాట్ ఆన్ ఎక్సెప్షన్. ఐ వాస్ బోర్న్ ఇన్ ఏ రిలీజియస్ ఫ్యామిలీ.</w:t>
      </w:r>
    </w:p>
    <w:p>
      <w:r>
        <w:rPr>
          <w:b/>
        </w:rPr>
        <w:t xml:space="preserve">[01:54] </w:t>
      </w:r>
      <w:r>
        <w:t>traditionally, i was believer in god.</w:t>
      </w:r>
    </w:p>
    <w:p>
      <w:pPr>
        <w:jc w:val="right"/>
      </w:pPr>
      <w:r>
        <w:t>ట్రెడిషనల్లీ, ఐ వాస్ బెలీవర్ ఇన్ గాడ్.</w:t>
      </w:r>
    </w:p>
    <w:p>
      <w:r>
        <w:rPr>
          <w:b/>
        </w:rPr>
        <w:t xml:space="preserve">[02:04] </w:t>
      </w:r>
      <w:r>
        <w:t>but when i reached the age of maturity, i became an agnostic.</w:t>
      </w:r>
    </w:p>
    <w:p>
      <w:pPr>
        <w:jc w:val="right"/>
      </w:pPr>
      <w:r>
        <w:t>బట్ వెన్ ఐ రీచ్డ్ ద ఏజ్ ఆఫ్ మెచ్యూరిటీ, ఐ బికేమ్ ఆన్ అగ్నోస్టిక్.</w:t>
      </w:r>
    </w:p>
    <w:p>
      <w:r>
        <w:rPr>
          <w:b/>
        </w:rPr>
        <w:t xml:space="preserve">[02:15] </w:t>
      </w:r>
      <w:r>
        <w:t>agnostic not in the negation sense, but in positive sense.</w:t>
      </w:r>
    </w:p>
    <w:p>
      <w:pPr>
        <w:jc w:val="right"/>
      </w:pPr>
      <w:r>
        <w:t>అగ్నోస్టిక్ నాట్ ఇన్ ద నాట్ ఇన్ నెగిటివ్ సెన్స్, బట్ ఇన్ పాజిటివ్ సెన్స్.</w:t>
      </w:r>
    </w:p>
    <w:p>
      <w:r>
        <w:rPr>
          <w:b/>
        </w:rPr>
        <w:t xml:space="preserve">[02:26] </w:t>
      </w:r>
      <w:r>
        <w:t>I was I became a seeker. Not simply agnostic, but I was a seeker in the true sense of the word. Seeker of the truth. So, sincerely, I wanted to know the rational behind this belief.</w:t>
      </w:r>
    </w:p>
    <w:p>
      <w:pPr>
        <w:jc w:val="right"/>
      </w:pPr>
      <w:r>
        <w:t>ఐ వాస్ ఐ బికేమ్ ఆ సీకర్. నాట్ సింప్లీ అగ్నోస్టిక్, బట్ ఐ వాస్ ఆ సీకర్ ఇన్ ద ట్రూ సెన్స్ ఆఫ్ ద వర్డ్. సీకర్ ఆఫ్ ద ట్రూత్. సో, సిన్సియర్లీ, ఐ వాంటెడ్ టు నో ద రేషనల్ బిహైండ్ దిస్ బిలీఫ్.</w:t>
      </w:r>
    </w:p>
    <w:p>
      <w:r>
        <w:rPr>
          <w:b/>
        </w:rPr>
        <w:t xml:space="preserve">[02:53] </w:t>
      </w:r>
      <w:r>
        <w:t>You know, subject of God is basically subject of subject of God basically comes under three disciplines: philosophy, science, and religion.</w:t>
      </w:r>
    </w:p>
    <w:p>
      <w:pPr>
        <w:jc w:val="right"/>
      </w:pPr>
      <w:r>
        <w:t>యు నో, సబ్జెక్ట్ ఆఫ్ గాడ్ ఇస్ బేసికల్లీ సబ్జెక్ట్ ఆఫ్ సబ్జెక్ట్ ఆఫ్ గాడ్ బేసికల్లీ కమ్స్ అండర్ త్రీ డిసిప్లిన్స్: ఫిలాసఫీ, సైన్స్, అండ్ రిలీజియన్.</w:t>
      </w:r>
    </w:p>
    <w:p>
      <w:r>
        <w:rPr>
          <w:b/>
        </w:rPr>
        <w:t xml:space="preserve">[03:21] </w:t>
      </w:r>
      <w:r>
        <w:t>So, I wanted to examine my belief in all those branches of learning that is relevant to the subject. So, first of all, I wanted to know the answer of philosophy. You know, philosophy is set to be an art of confusion.</w:t>
      </w:r>
    </w:p>
    <w:p>
      <w:pPr>
        <w:jc w:val="right"/>
      </w:pPr>
      <w:r>
        <w:t>సో, ఐ వాంటెడ్ టు ఎగ్జామిన్ మై బిలీఫ్ ఇన్ ఆల్ దోస్ బ్రాంచెస్ ఆఫ్ లెర్నింగ్ దట్ ఇస్ రెలవెంట్ టు ద సబ్జెక్ట్. సో, ఫస్ట్ ఆఫ్ ఆల్, ఐ వాంటెడ్ టు నో ద ఆన్సర్ ఆఫ్ ఫిలాసఫీ. యు నో, ఫిలాసఫీ ఇస్ సెట్ టు బి ఆన్ ఆర్ట్ ఆఫ్ కన్ఫ్యూషన్.</w:t>
      </w:r>
    </w:p>
    <w:p>
      <w:r>
        <w:rPr>
          <w:b/>
        </w:rPr>
        <w:t xml:space="preserve">[03:51] </w:t>
      </w:r>
      <w:r>
        <w:t>art of confusion.</w:t>
      </w:r>
    </w:p>
    <w:p>
      <w:pPr>
        <w:jc w:val="right"/>
      </w:pPr>
      <w:r>
        <w:t>ఆర్ట్ ఆఫ్ కన్ఫ్యూషన్.</w:t>
      </w:r>
    </w:p>
    <w:p>
      <w:r>
        <w:rPr>
          <w:b/>
        </w:rPr>
        <w:t xml:space="preserve">[03:58] </w:t>
      </w:r>
      <w:r>
        <w:t>but for me, it was a very positive discipline.</w:t>
      </w:r>
    </w:p>
    <w:p>
      <w:pPr>
        <w:jc w:val="right"/>
      </w:pPr>
      <w:r>
        <w:t>బట్ ఫర్ మీ, ఇట్ వాస్ ఏ వెరీ పాజిటివ్ డిసిప్లిన్.</w:t>
      </w:r>
    </w:p>
    <w:p>
      <w:r>
        <w:rPr>
          <w:b/>
        </w:rPr>
        <w:t xml:space="preserve">[04:06] </w:t>
      </w:r>
      <w:r>
        <w:t>i found a very positive formula in the philosophy, namely in descart philosophy.</w:t>
      </w:r>
    </w:p>
    <w:p>
      <w:pPr>
        <w:jc w:val="right"/>
      </w:pPr>
      <w:r>
        <w:t>ఐ ఫౌండ్ ఏ వెరీ పాజిటివ్ ఫార్ములా ఇన్ ది ఫిలాసఫీ, నేమ్లీ ఇన్ డేకార్ట్ ఫిలాసఫీ.</w:t>
      </w:r>
    </w:p>
    <w:p>
      <w:r>
        <w:rPr>
          <w:b/>
        </w:rPr>
        <w:t xml:space="preserve">[04:14] </w:t>
      </w:r>
      <w:r>
        <w:t>you know, descart was a french science, french philosopher.</w:t>
      </w:r>
    </w:p>
    <w:p>
      <w:pPr>
        <w:jc w:val="right"/>
      </w:pPr>
      <w:r>
        <w:t>యు నో, డేకార్ట్ వాస్ ఆ ఫ్రెంచ్ సైన్స్, ఫ్రెంచ్ ఫిలాసఫర్.</w:t>
      </w:r>
    </w:p>
    <w:p>
      <w:r>
        <w:rPr>
          <w:b/>
        </w:rPr>
        <w:t xml:space="preserve">[04:22] </w:t>
      </w:r>
      <w:r>
        <w:t>descart was descart is said to be the father of modern philosophy.</w:t>
      </w:r>
    </w:p>
    <w:p>
      <w:pPr>
        <w:jc w:val="right"/>
      </w:pPr>
      <w:r>
        <w:t>డేకార్ట్ వాస్ డేకార్ట్ ఇస్ సెట్ టు బి ద ఫాదర్ ఆఫ్ మోడర్న్ ఫిలాసఫీ.</w:t>
      </w:r>
    </w:p>
    <w:p>
      <w:r>
        <w:rPr>
          <w:b/>
        </w:rPr>
        <w:t xml:space="preserve">[04:32] </w:t>
      </w:r>
      <w:r>
        <w:t>descart wanted to proof the existence of man.</w:t>
      </w:r>
    </w:p>
    <w:p>
      <w:pPr>
        <w:jc w:val="right"/>
      </w:pPr>
      <w:r>
        <w:t>డేకార్ట్ వాంటెడ్ టు ప్రూఫ్ ద ఎగ్జిస్టెన్స్ ఆఫ్ మ్యాన్.</w:t>
      </w:r>
    </w:p>
    <w:p>
      <w:r>
        <w:rPr>
          <w:b/>
        </w:rPr>
        <w:t xml:space="preserve">[04:42] </w:t>
      </w:r>
      <w:r>
        <w:t>so, he said, "i think, therefore, i exist." i think, therefore, i exist.</w:t>
      </w:r>
    </w:p>
    <w:p>
      <w:pPr>
        <w:jc w:val="right"/>
      </w:pPr>
      <w:r>
        <w:t>సో, హి సెడ్, "ఐ థింక్, దేర్ ఫోర్, ఐ ఎగ్జిస్ట్." ఐ థింక్, దేర్ ఫోర్, ఐ ఎగ్జిస్ట్.</w:t>
      </w:r>
    </w:p>
    <w:p>
      <w:r>
        <w:rPr>
          <w:b/>
        </w:rPr>
        <w:t xml:space="preserve">[04:53] </w:t>
      </w:r>
      <w:r>
        <w:t>This formula he used about the man existence. But I used this in an extended sense. I applied it on the question of God existence. Because what is man? Man is nothing but a little God. All those qualities we believe in God.</w:t>
      </w:r>
    </w:p>
    <w:p>
      <w:pPr>
        <w:jc w:val="right"/>
      </w:pPr>
      <w:r>
        <w:t>దిస్ ఫార్ములా హి యూస్డ్ అబౌట్ ద మ్యాన్ ఎగ్జిస్టెన్స్. బట్ ఐ యూస్డ్ దిస్ ఇన్ ఆన్ ఎక్స్టెండెడ్ సెన్స్. ఐ అప్లైడ్ ఇట్ ఆన్ ద క్వశ్చన్ ఆఫ్ గాడ్ ఎగ్జిస్టెన్స్. బికాజ్ వాట్ ఇస్ మ్యాన్? మ్యాన్ ఇస్ నథింగ్ బట్ ఏ లిటిల్ గాడ్. ఆల్ దోస్ క్వాలిటీస్ వి బిలీవ్ ఇన్ గాడ్.</w:t>
      </w:r>
    </w:p>
    <w:p>
      <w:r>
        <w:rPr>
          <w:b/>
        </w:rPr>
        <w:t xml:space="preserve">[05:22] </w:t>
      </w:r>
      <w:r>
        <w:t>Man places all those qualities. So, man is a little God. So, when I discovered man, I discovered God also. I said that existence of man is a proof in existence of God. Descartes has said that I think, therefore, I exist.</w:t>
      </w:r>
    </w:p>
    <w:p>
      <w:pPr>
        <w:jc w:val="right"/>
      </w:pPr>
      <w:r>
        <w:t>మ్యాన్ ప్లేసెస్ ఆల్ దోస్ క్వాలిటీస్. సో, మ్యాన్ ఇస్ ఏ లిటిల్ గాడ్. సో, వెన్ ఐ డిస్కవర్డ్ మ్యాన్, ఐ డిస్కవర్డ్ గాడ్ ఆల్సో. ఐ సెడ్ దట్ ఎగ్జిస్టెన్స్ ఆఫ్ మ్యాన్ ఇస్ ఆ ప్రూఫ్ ఇన్ ఎగ్జిస్టెన్స్ ఆఫ్ గాడ్. డేకార్ట్ హాస్ సెడ్ దట్ ఐ థింక్, దేర్ ఫోర్, ఐ ఎగ్జిస్ట్.</w:t>
      </w:r>
    </w:p>
    <w:p>
      <w:r>
        <w:rPr>
          <w:b/>
        </w:rPr>
        <w:t xml:space="preserve">[05:48] </w:t>
      </w:r>
      <w:r>
        <w:t>I would like to say that if I am, God is. This was the basic formula. So, for me, my existence make me understandable the existence of God. This was the first clue, which I found in the philosophy.</w:t>
      </w:r>
    </w:p>
    <w:p>
      <w:pPr>
        <w:jc w:val="right"/>
      </w:pPr>
      <w:r>
        <w:t>ఐ వుడ్ లైక్ టు సే దట్ ఇఫ్ ఐ యామ్, గాడ్ ఇస్. దిస్ వాస్ ద బేసిక్ ఫార్ములా. సో, ఫర్ మీ, మై ఎగ్జిస్టెన్స్ మేక్ మీ అండర్స్టాండబుల్ ద ఎగ్జిస్టెన్స్ ఆఫ్ గాడ్. దిస్ వాస్ ద ఫస్ట్ క్లూ, విచ్ ఐ ఫౌండ్ ఇన్ ద ఫిలాసఫీ.</w:t>
      </w:r>
    </w:p>
    <w:p>
      <w:r>
        <w:rPr>
          <w:b/>
        </w:rPr>
        <w:t xml:space="preserve">[06:16] </w:t>
      </w:r>
      <w:r>
        <w:t>Then, after by studies, during my studies in the philosophy, I found that almost all the philosophers were believers in God. Although they avoided to use the word God.</w:t>
      </w:r>
    </w:p>
    <w:p>
      <w:pPr>
        <w:jc w:val="right"/>
      </w:pPr>
      <w:r>
        <w:t>దెన్, ఆఫ్టర్ బై స్టడీస్, డ్యూరింగ్ మై స్టడీస్ ఇన్ ద ఫిలాసఫీ, ఐ ఫౌండ్ దట్ ఆల్మోస్ట్ ఆల్ ద ఫిలాసఫర్స్ వేర్ బిలీవర్స్ ఇన్ గాడ్. ఆల్దో దే అవాయిడెడ్ టు యూస్ ద వర్డ్ గాడ్.</w:t>
      </w:r>
    </w:p>
    <w:p>
      <w:r>
        <w:rPr>
          <w:b/>
        </w:rPr>
        <w:t xml:space="preserve">[06:41] </w:t>
      </w:r>
      <w:r>
        <w:t>But they acknowledge the existence of a super power in different name. For example, let us take the example of Hegel. Hegel was a great philosopher, great German philosopher. He he was believer in a super power.</w:t>
      </w:r>
    </w:p>
    <w:p>
      <w:pPr>
        <w:jc w:val="right"/>
      </w:pPr>
      <w:r>
        <w:t>బట్ దే అక్నాలెడ్జ్ ద ఎగ్జిస్టెన్స్ ఆఫ్ ఏ సూపర్ పవర్ ఇన్ డిఫరెంట్ నేమ్. ఫర్ ఎగ్జాంపుల్, లెట్ అస్ టేక్ ద ఎగ్జాంపుల్ ఆఫ్ హిగల్. హిగల్ వాస్ ఏ గ్రేట్ ఫిలాసఫర్, గ్రేట్ జర్మన్ ఫిలాసఫర్. హి హి వాస్ బిలీవర్ ఇన్ ఏ సూపర్ పవర్.</w:t>
      </w:r>
    </w:p>
    <w:p>
      <w:r>
        <w:rPr>
          <w:b/>
        </w:rPr>
        <w:t xml:space="preserve">[07:11] </w:t>
      </w:r>
      <w:r>
        <w:t>He said that there is a world spirit that controls the whole cosmos. So, almost all the philosophers believe in God, but they avoid the to use the word God. They use other some other terms like Hegel. So, this was my this was the gist of my my studies in philosophy.</w:t>
      </w:r>
    </w:p>
    <w:p>
      <w:pPr>
        <w:jc w:val="right"/>
      </w:pPr>
      <w:r>
        <w:t>హి సెడ్ దట్ దేర్ ఇస్ ఏ వరల్డ్ స్పిరిట్ దట్ కంట్రోల్స్ ద హోల్ కాస్మోస్. సో, ఆల్మోస్ట్ ఆల్ ద ఫిలాసఫర్స్ బిలీవ్ ఇన్ గాడ్, బట్ దే అవాయిడ్ ద టు యూస్ ద వర్డ్ గాడ్. దే యూస్ అదర్ సం అదర్ టర్మ్స్ లైక్ హిగల్. సో, దిస్ వాస్ మై దిస్ వాస్ ద జిస్ట్ ఆఫ్ మై మై స్టడీస్ ఇన్ ఫిలాసఫీ.</w:t>
      </w:r>
    </w:p>
    <w:p>
      <w:r>
        <w:rPr>
          <w:b/>
        </w:rPr>
        <w:t xml:space="preserve">[07:38] </w:t>
      </w:r>
      <w:r>
        <w:t>Then, I wanted to know the stand of science. Because you know, science is a dominant discipline in our age.</w:t>
      </w:r>
    </w:p>
    <w:p>
      <w:pPr>
        <w:jc w:val="right"/>
      </w:pPr>
      <w:r>
        <w:t>దెన్, ఐ వాంటెడ్ టు నో ద స్టాండ్ ఆఫ్ సైన్స్. బికాజ్ యు నో, సైన్స్ ఇస్ ఏ డామినెంట్ డిసిప్లిన్ ఇన్ అవర్ ఏజ్.</w:t>
      </w:r>
    </w:p>
    <w:p>
      <w:r>
        <w:rPr>
          <w:b/>
        </w:rPr>
        <w:t xml:space="preserve">[07:49] </w:t>
      </w:r>
      <w:r>
        <w:t>So, I discovered that science uses a methodology, a method of study that is based a very very important formula. In in science, they use the formula that hypothesis, hypothesis, observation, verification.</w:t>
      </w:r>
    </w:p>
    <w:p>
      <w:pPr>
        <w:jc w:val="right"/>
      </w:pPr>
      <w:r>
        <w:t>సో, ఐ డిస్కవర్డ్ దట్ సైన్స్ యూసెస్ ఏ మెథడాలజీ, ఏ మెథడ్ ఆఫ్ స్టడీ దట్ ఇస్ బేస్డ్ ఏ వెరీ వెరీ ఇంపార్టెంట్ ఫార్ములా. ఇన్ ఇన్ సైన్స్, దే యూస్ ద ఫార్ములా దట్ హైపోతేసిస్, హైపోతేసిస్, అబ్సర్వేషన్, వెరిఫికేషన్.</w:t>
      </w:r>
    </w:p>
    <w:p>
      <w:r>
        <w:rPr>
          <w:b/>
        </w:rPr>
        <w:t xml:space="preserve">[08:19] </w:t>
      </w:r>
      <w:r>
        <w:t>Then, the other formula is observation, hypothesis, verification. It is this two formula that that is that is used by the scientist. In simple word, I can say that one formula is from seen to seen. From seen to seen.</w:t>
      </w:r>
    </w:p>
    <w:p>
      <w:pPr>
        <w:jc w:val="right"/>
      </w:pPr>
      <w:r>
        <w:t>దెన్, ది అదర్ ఫార్ములా ఇస్ అబ్సర్వేషన్, హైపోతేసిస్, వెరిఫికేషన్. ఇట్ ఇస్ దిస్ టు ఫార్ములా దట్ దట్ ఇస్ దట్ ఇస్ యూస్డ్ బై ద సైంటిస్ట్. ఇన్ సింపుల్ వర్డ్, ఐ కెన్ సే దట్ వన్ ఫార్ములా ఇస్ ఫ్రమ్ సీన్ టు సీన్. ఫ్రమ్ సీన్ టు సీన్.</w:t>
      </w:r>
    </w:p>
    <w:p>
      <w:r>
        <w:rPr>
          <w:b/>
        </w:rPr>
        <w:t xml:space="preserve">[08:49] </w:t>
      </w:r>
      <w:r>
        <w:t>and and the second formula is from seen to unseen.</w:t>
      </w:r>
    </w:p>
    <w:p>
      <w:pPr>
        <w:jc w:val="right"/>
      </w:pPr>
      <w:r>
        <w:t>అండ్ అండ్ ద సెకండ్ ఫార్ములా ఇస్ ఫ్రమ్ సీన్ టు అన్ సీన్.</w:t>
      </w:r>
    </w:p>
    <w:p>
      <w:r>
        <w:rPr>
          <w:b/>
        </w:rPr>
        <w:t xml:space="preserve">[08:56] </w:t>
      </w:r>
      <w:r>
        <w:t>so, this is the method of science.</w:t>
      </w:r>
    </w:p>
    <w:p>
      <w:pPr>
        <w:jc w:val="right"/>
      </w:pPr>
      <w:r>
        <w:t>సో, దిస్ ఇస్ ద మెథడ్ ఆఫ్ సైన్స్.</w:t>
      </w:r>
    </w:p>
    <w:p>
      <w:r>
        <w:rPr>
          <w:b/>
        </w:rPr>
        <w:t xml:space="preserve">[09:04] </w:t>
      </w:r>
      <w:r>
        <w:t>i will give an example to understand, to illustrate this this point.</w:t>
      </w:r>
    </w:p>
    <w:p>
      <w:pPr>
        <w:jc w:val="right"/>
      </w:pPr>
      <w:r>
        <w:t>ఐ విల్ గివ్ ఆన్ ఎగ్జాంపుల్ టు అండర్స్టాండ్, టు ఇల్లస్ట్రేట్ దిస్ దిస్ పాయింట్.</w:t>
      </w:r>
    </w:p>
    <w:p>
      <w:r>
        <w:rPr>
          <w:b/>
        </w:rPr>
        <w:t xml:space="preserve">[09:12] </w:t>
      </w:r>
      <w:r>
        <w:t>if you are to to count apples, you would say two apples plus two apples is equal to four apples.</w:t>
      </w:r>
    </w:p>
    <w:p>
      <w:pPr>
        <w:jc w:val="right"/>
      </w:pPr>
      <w:r>
        <w:t>ఇఫ్ యు ఆర్ టు టు కౌంట్ ఆపిల్స్, యు వుడ్ సే టు ఆపిల్స్ ప్లస్ టు ఆపిల్స్ ఇస్ ఈక్వల్ టు ఫోర్ ఆపిల్స్.</w:t>
      </w:r>
    </w:p>
    <w:p>
      <w:r>
        <w:rPr>
          <w:b/>
        </w:rPr>
        <w:t xml:space="preserve">[09:20] </w:t>
      </w:r>
      <w:r>
        <w:t>This seen for seen. This seen from seen. From seen to seen. Then, there is very well story about Newton. Newton saw an apple falling from tree. He wanted to know the reason why apple fell down. What was the reason?</w:t>
      </w:r>
    </w:p>
    <w:p>
      <w:pPr>
        <w:jc w:val="right"/>
      </w:pPr>
      <w:r>
        <w:t>దిస్ సీన్ ఫర్ సీన్. దిస్ సీన్ ఫ్రమ్ సీన్. ఫ్రమ్ సీన్ టు సీన్. దెన్, దేర్ ఇస్ వెరీ వెల్ స్టోరీ అబౌట్ న్యూటన్. న్యూటన్ సా ఆన్ ఆపిల్ ఫాలింగ్ ఫ్రమ్ ట్రీ. హి వాంటెడ్ టు నో ద రీసన్ వై ఆపిల్ ఫెల్ డౌన్. వాట్ వాస్ ద రీసన్?</w:t>
      </w:r>
    </w:p>
    <w:p>
      <w:r>
        <w:rPr>
          <w:b/>
        </w:rPr>
        <w:t xml:space="preserve">[09:48] </w:t>
      </w:r>
      <w:r>
        <w:t>So, then, there was an hypothesis that have from this observation. He set an hypothesis that was there is a there is a gravitational pull in earth. And this this gravity was the reason. So, this was from seen to unseen.</w:t>
      </w:r>
    </w:p>
    <w:p>
      <w:pPr>
        <w:jc w:val="right"/>
      </w:pPr>
      <w:r>
        <w:t>సో, దెన్, దేర్ వాస్ ఆన్ హైపోతేసిస్ దట్ హావ్ ఫ్రమ్ దిస్ అబ్సర్వేషన్. హి సెట్ ఆన్ హైపోతేసిస్ దట్ వాస్ దేర్ ఇస్ ఏ దేర్ ఇస్ ఏ గ్రావిటేషనల్ పుల్ ఇన్ ఎర్త్. అండ్ దిస్ దిస్ గ్రావిటీ వాస్ ద రీసన్. సో, దిస్ వాస్ ఫ్రమ్ సీన్ టు అన్ సీన్.</w:t>
      </w:r>
    </w:p>
    <w:p>
      <w:r>
        <w:rPr>
          <w:b/>
        </w:rPr>
        <w:t xml:space="preserve">[10:16] </w:t>
      </w:r>
      <w:r>
        <w:t>This is the formula there is used in in science. Then, there are two phases in scientific methodology. When scientific studies were confined to make what is called micro world. Micro world.</w:t>
      </w:r>
    </w:p>
    <w:p>
      <w:pPr>
        <w:jc w:val="right"/>
      </w:pPr>
      <w:r>
        <w:t>దిస్ ఇస్ ద ఫార్ములా దేర్ ఇస్ యూస్డ్ ఇన్ ఇన్ సైన్స్. దెన్, దేర్ ఆర్ టు ఫేజెస్ ఇన్ సైంటిఫిక్ మెథడాలజీ. వెన్ సైంటిఫిక్ స్టడీస్ వర్ కన్ఫైన్డ్ టు మేక్ వాట్ ఇస్ కాల్డ్ మైక్రో వరల్డ్. మైక్రో వరల్డ్.</w:t>
      </w:r>
    </w:p>
    <w:p>
      <w:r>
        <w:rPr>
          <w:b/>
        </w:rPr>
        <w:t xml:space="preserve">[10:37] </w:t>
      </w:r>
      <w:r>
        <w:t>then, they used they they they there was the formula used by scientist that was based on observation. observation. so, observation method was prevent among scientist at that time. but you know, then, the journey of science reached to the to the micro world. micro world.</w:t>
      </w:r>
    </w:p>
    <w:p>
      <w:pPr>
        <w:jc w:val="right"/>
      </w:pPr>
      <w:r>
        <w:t>దెన్, దే యూస్డ్ దే దే దేర్ వాస్ ద ఫార్ములా యూస్డ్ బై సైంటిస్ట్ దట్ వాస్ బేస్డ్ ఆన్ అబ్సర్వేషన్. అబ్సర్వేషన్. సో, అబ్సర్వేషన్ మెథడ్ వాస్ ప్రెవెంట్ అమాంగ్ సైంటిస్ట్ అట్ దట్ టైం. బట్ యు నో, దెన్, ద జర్నీ ఆఫ్ సైన్స్ రీచ్డ్ టు ద టు ద మైక్రో వరల్డ్. మైక్రో వరల్డ్.</w:t>
      </w:r>
    </w:p>
    <w:p>
      <w:r>
        <w:rPr>
          <w:b/>
        </w:rPr>
        <w:t xml:space="preserve">[11:07] </w:t>
      </w:r>
      <w:r>
        <w:t>when.</w:t>
      </w:r>
    </w:p>
    <w:p>
      <w:pPr>
        <w:jc w:val="right"/>
      </w:pPr>
      <w:r>
        <w:t>వెన్.</w:t>
      </w:r>
    </w:p>
    <w:p>
      <w:r>
        <w:rPr>
          <w:b/>
        </w:rPr>
        <w:t xml:space="preserve">[11:15] </w:t>
      </w:r>
      <w:r>
        <w:t>Atom split. After the split of atom, the journey of science reached to the micro world.</w:t>
      </w:r>
    </w:p>
    <w:p>
      <w:pPr>
        <w:jc w:val="right"/>
      </w:pPr>
      <w:r>
        <w:t>ఆటమ్ స్ప్లిట్ ఆఫ్టర్ ద స్ప్లిట్ ఆఫ్ ఆఫ్ ఆటమ్, ద జర్నీ ఆఫ్ సైన్స్ రీచ్డ్ టు ద మైక్రో వరల్డ్.</w:t>
      </w:r>
    </w:p>
    <w:p>
      <w:r>
        <w:rPr>
          <w:b/>
        </w:rPr>
        <w:t xml:space="preserve">[11:23] </w:t>
      </w:r>
      <w:r>
        <w:t>then, there was a change in methodology, in method of method of argument.</w:t>
      </w:r>
    </w:p>
    <w:p>
      <w:pPr>
        <w:jc w:val="right"/>
      </w:pPr>
      <w:r>
        <w:t>దెన్, దేర్ వాస్ ఏ చేంజ్ ఇన్ మెథడాలజీ, ఇన్ మెథడ్ ఆఫ్ మెథడ్ ఆఫ్ ఆర్గ్యుమెంట్.</w:t>
      </w:r>
    </w:p>
    <w:p>
      <w:r>
        <w:rPr>
          <w:b/>
        </w:rPr>
        <w:t xml:space="preserve">[11:31] </w:t>
      </w:r>
      <w:r>
        <w:t>that is now, they added inference because observation was not enough to prove all those things.</w:t>
      </w:r>
    </w:p>
    <w:p>
      <w:pPr>
        <w:jc w:val="right"/>
      </w:pPr>
      <w:r>
        <w:t>దట్ ఇస్ నౌ, దే యాడెడ్ ఇన్ఫరెన్స్ బికాజ్ అబ్సర్వేషన్ వాస్ నాట్ ఎనఫ్ టు ప్రూవ్ ఆల్ దోస్ థింగ్స్.</w:t>
      </w:r>
    </w:p>
    <w:p>
      <w:r>
        <w:rPr>
          <w:b/>
        </w:rPr>
        <w:t xml:space="preserve">[11:39] </w:t>
      </w:r>
      <w:r>
        <w:t>so, i wanted to know the scientific methodology. i study so many books. one was human knowledge. this book was authored by burton russell. in this book, burton russell categorizes things in to parts. one knowledge of things and the second knowledge of truths.</w:t>
      </w:r>
    </w:p>
    <w:p>
      <w:pPr>
        <w:jc w:val="right"/>
      </w:pPr>
      <w:r>
        <w:t>సో, ఐ వాంటెడ్ టు నో ద సైంటిఫిక్ మెథడాలజీ. ఐ స్టడీ సో మెనీ బుక్స్. వన్ వాస్ హ్యూమన్ నాలెడ్జ్. దిస్ బుక్ వాస్ ఆథర్డ్ బై బర్టన్ రెసెల్. ఇన్ దిస్ బుక్, బర్టన్ రెసెల్ కేటగరైజెస్ థింగ్స్ ఇన్ టు పార్ట్స్. వన్ నాలెడ్జ్ ఆఫ్ థింగ్స్ అండ్ ద సెకండ్ నాలెడ్జ్ ఆఫ్ ట్రూత్స్.</w:t>
      </w:r>
    </w:p>
    <w:p>
      <w:r>
        <w:rPr>
          <w:b/>
        </w:rPr>
        <w:t xml:space="preserve">[12:06] </w:t>
      </w:r>
      <w:r>
        <w:t>so, burton said that in knowledge of things, you can apply the the the formula there is based on observation. but when comes the knowledge of truths, this formula is not enough. in this field, you have to apply the the the method there is based on on it on inference.</w:t>
      </w:r>
    </w:p>
    <w:p>
      <w:pPr>
        <w:jc w:val="right"/>
      </w:pPr>
      <w:r>
        <w:t>సో, బర్టన్ సెడ్ దట్ ఇన్ నాలెడ్జ్ ఆఫ్ థింగ్స్, యు కెన్ అప్లై ద ద ద ఫార్ములా దేర్ ఇస్ బేస్డ్ ఆన్ అబ్సర్వేషన్. బట్ వెన్ కమ్స్ ద నాలెడ్జ్ ఆఫ్ ట్రూత్స్, దిస్ ఫార్ములా ఇస్ నాట్ ఎనఫ్. ఇన్ దిస్ ఫీల్డ్, యు హావ్ టు అప్లై ద ద ద మెథడ్ దేర్ ఇస్ బేస్డ్ ఆన్ ఆన్ ఇట్ ఆన్ ఇన్ఫరెన్స్.</w:t>
      </w:r>
    </w:p>
    <w:p>
      <w:r>
        <w:rPr>
          <w:b/>
        </w:rPr>
        <w:t xml:space="preserve">[12:35] </w:t>
      </w:r>
      <w:r>
        <w:t>inference. so, burton russell accepts and some other scientist also that the the argument used by theologians in the name argument for design is by nature is correct. it is scientific argument from design is is scientific in nature.</w:t>
      </w:r>
    </w:p>
    <w:p>
      <w:pPr>
        <w:jc w:val="right"/>
      </w:pPr>
      <w:r>
        <w:t>ఇన్ఫరెన్స్. సో, బర్టన్ రెసెల్ యాక్సెప్ట్స్ అండ్ సం అదర్ సైంటిస్ట్ ఆల్సో దట్ ద ద ఆర్గ్యుమెంట్ యూస్డ్ బై థాలజియన్స్ ఇన్ ద నేమ్ ఆర్గ్యుమెంట్ ఫర్ డిజైన్ ఇస్ బై నేచర్ ఇస్ కరెక్ట్. ఇట్ ఇస్ సైంటిఫిక్ ఆర్గ్యుమెంట్ ఫ్రమ్ డిజైన్ ఇస్ ఇస్ సైంటిఫిక్ ఇన్ నేచర్.</w:t>
      </w:r>
    </w:p>
    <w:p>
      <w:r>
        <w:rPr>
          <w:b/>
        </w:rPr>
        <w:t xml:space="preserve">[13:05] </w:t>
      </w:r>
      <w:r>
        <w:t>that is when we observe the universe, the nature, we find this designer. there is a design, very meaningful design, everywhere in the world. so, theologian use to argue by taking this design that when there is design, there is designer.</w:t>
      </w:r>
    </w:p>
    <w:p>
      <w:pPr>
        <w:jc w:val="right"/>
      </w:pPr>
      <w:r>
        <w:t>దట్ ఇస్ వెన్ వి అబ్సర్వ్ ద యూనివర్స్, ది నేచర్, వి ఫైండ్ దిస్ డిజైనర్. దేర్ ఇస్ ఏ డిజైన్, వెరీ మీనింగ్ ఫుల్ డిజైన్, ఎవరీవేర్ ఇన్ ద వరల్డ్. సో, థాలజియన్ యూస్ టు ఆర్గ్యూ బై టేకింగ్ దిస్ డిజైన్ దట్ వెన్ దేర్ ఇస్ డిజైన్, దేర్ ఇస్ డిజైనర్.</w:t>
      </w:r>
    </w:p>
    <w:p>
      <w:r>
        <w:rPr>
          <w:b/>
        </w:rPr>
        <w:t xml:space="preserve">[13:30] </w:t>
      </w:r>
      <w:r>
        <w:t>this is called a when there is design, there is designer. and where designer is proved, the existence of god is also proved. this was the theologians argument.</w:t>
      </w:r>
    </w:p>
    <w:p>
      <w:pPr>
        <w:jc w:val="right"/>
      </w:pPr>
      <w:r>
        <w:t>దిస్ ఇస్ కాల్డ్ ఆ వెన్ దేర్ ఇస్ డిజైన్, దేర్ ఇస్ డిజైనర్. అండ్ వెర్ డిజైనర్ ఇస్ ప్రూవ్డ్, ద ఎగ్జిస్టెన్స్ ఆఫ్ గాడ్ ఇస్ ఆల్సో ప్రూవ్డ్. దిస్ వాస్ ద థాలజియన్స్ ఆర్గ్యుమెంట్.</w:t>
      </w:r>
    </w:p>
    <w:p>
      <w:r>
        <w:rPr>
          <w:b/>
        </w:rPr>
        <w:t xml:space="preserve">[13:48] </w:t>
      </w:r>
      <w:r>
        <w:t>now, burton russell and some other thinkers have accepted that this formula is this based on inference is valid formula or valid argument. and it is a scientific argument.</w:t>
      </w:r>
    </w:p>
    <w:p>
      <w:pPr>
        <w:jc w:val="right"/>
      </w:pPr>
      <w:r>
        <w:t>నౌ, బర్టన్ రెసెల్ అండ్ సం అదర్ థింకర్స్ హావ్ యాక్సెప్టెడ్ దట్ దిస్ ఫార్ములా ఇస్ దిస్ బేస్డ్ ఆన్ ఇన్ఫరెన్స్ ఇస్ వాలిడ్ ఫార్ములా ఆర్ వాలిడ్ ఆర్గ్యుమెంట్. అండ్ ఇట్ ఇస్ ఏ సైంటిఫిక్ ఆర్గ్యుమెంట్.</w:t>
      </w:r>
    </w:p>
    <w:p>
      <w:r>
        <w:rPr>
          <w:b/>
        </w:rPr>
        <w:t xml:space="preserve">[14:07] </w:t>
      </w:r>
      <w:r>
        <w:t>and now, you know, we are living in an in an age where we have no no option other</w:t>
      </w:r>
    </w:p>
    <w:p>
      <w:pPr>
        <w:jc w:val="right"/>
      </w:pPr>
      <w:r>
        <w:t>అండ్ నౌ, యు నో, వి ఆర్ లివింగ్ ఇన్ ఏ ఇన్ ఏజ్ వేర్ వి హావ్ నో నో ఆప్షన్ అదర్</w:t>
      </w:r>
    </w:p>
    <w:p>
      <w:r>
        <w:rPr>
          <w:b/>
        </w:rPr>
        <w:t xml:space="preserve">[14:12] </w:t>
      </w:r>
      <w:r>
        <w:t>than to accept differential argument as an valid argument.</w:t>
      </w:r>
    </w:p>
    <w:p>
      <w:pPr>
        <w:jc w:val="right"/>
      </w:pPr>
      <w:r>
        <w:t>దెన్ టు యాక్సెప్ట్ డిఫరెన్షియల్ ఆర్గ్యుమెంట్ అస్ ఆన్ వాలిడ్ ఆర్గ్యుమెంట్.</w:t>
      </w:r>
    </w:p>
    <w:p>
      <w:r>
        <w:rPr>
          <w:b/>
        </w:rPr>
        <w:t xml:space="preserve">[14:17] </w:t>
      </w:r>
      <w:r>
        <w:t>for example, let us take the example of x-rays.</w:t>
      </w:r>
    </w:p>
    <w:p>
      <w:pPr>
        <w:jc w:val="right"/>
      </w:pPr>
      <w:r>
        <w:t>ఫర్ ఎగ్జాంపుల్, లెట్ అస్ టేక్ ద ఎగ్జాంపుల్ ఆఫ్ ఎక్స్రేస్.</w:t>
      </w:r>
    </w:p>
    <w:p>
      <w:r>
        <w:rPr>
          <w:b/>
        </w:rPr>
        <w:t xml:space="preserve">[14:23] </w:t>
      </w:r>
      <w:r>
        <w:t>every educated person believes in x-rays, the existence of x-rays.</w:t>
      </w:r>
    </w:p>
    <w:p>
      <w:pPr>
        <w:jc w:val="right"/>
      </w:pPr>
      <w:r>
        <w:t>ఎవరీ ఎడ్యుకేటెడ్ పర్సన్ బిలీవ్స్ ఇన్ ఎక్స్రేస్, ద ఎగ్జిస్టెన్స్ ఆఫ్ ఎక్స్రేస్.</w:t>
      </w:r>
    </w:p>
    <w:p>
      <w:r>
        <w:rPr>
          <w:b/>
        </w:rPr>
        <w:t xml:space="preserve">[14:28] </w:t>
      </w:r>
      <w:r>
        <w:t>but no one has observed it.</w:t>
      </w:r>
    </w:p>
    <w:p>
      <w:pPr>
        <w:jc w:val="right"/>
      </w:pPr>
      <w:r>
        <w:t>బట్ నో వన్ హాస్ అబ్సర్వ్డ్ ఇట్.</w:t>
      </w:r>
    </w:p>
    <w:p>
      <w:r>
        <w:rPr>
          <w:b/>
        </w:rPr>
        <w:t xml:space="preserve">[14:33] </w:t>
      </w:r>
      <w:r>
        <w:t>x-rays are not observable.</w:t>
      </w:r>
    </w:p>
    <w:p>
      <w:pPr>
        <w:jc w:val="right"/>
      </w:pPr>
      <w:r>
        <w:t>ఎక్స్రేస్ ఆర్ నాట్ అబ్సర్వబుల్.</w:t>
      </w:r>
    </w:p>
    <w:p>
      <w:r>
        <w:rPr>
          <w:b/>
        </w:rPr>
        <w:t xml:space="preserve">[14:39] </w:t>
      </w:r>
      <w:r>
        <w:t>we believe in the existence of x-rays only by seeing the effects, effects on on plate. when you want to when you visit a doctor and he and he and and you want your x-ray plate and you see on the x-ray plate your photo. but x-ray itself is not observable.</w:t>
      </w:r>
    </w:p>
    <w:p>
      <w:pPr>
        <w:jc w:val="right"/>
      </w:pPr>
      <w:r>
        <w:t>వి బిలీవ్ ఇన్ ద ఎగ్జిస్టెన్స్ ఆఫ్ ఎక్స్రేస్ ఓన్లీ బై సీయింగ్ ద ఎఫెక్ట్స్, ఎఫెక్ట్స్ ఆన్ ఆన్ ప్లేట్. వెన్ యు వాంట్ టు వెన్ యు విజిట్ ఏ డాక్టర్ అండ్ హి అండ్ హి అండ్ అండ్ యు వాంట్ యువర్ ఎక్స్రే ప్లేట్ అండ్ యు సీ ఆన్ ద ఎక్స్రే ప్లేట్ యువర్ ఫోటో. బట్ ఎక్స్రే ఇట్ సెల్ఫ్ ఇస్ నాట్ అబ్సర్వబుల్.</w:t>
      </w:r>
    </w:p>
    <w:p>
      <w:r>
        <w:rPr>
          <w:b/>
        </w:rPr>
        <w:t xml:space="preserve">[15:08] </w:t>
      </w:r>
      <w:r>
        <w:t>so, this is inferential method.</w:t>
      </w:r>
    </w:p>
    <w:p>
      <w:pPr>
        <w:jc w:val="right"/>
      </w:pPr>
      <w:r>
        <w:t>సో, దిస్ ఇస్ ఇన్ఫరెన్షియల్ మెథడ్.</w:t>
      </w:r>
    </w:p>
    <w:p>
      <w:r>
        <w:rPr>
          <w:b/>
        </w:rPr>
        <w:t xml:space="preserve">[15:15] </w:t>
      </w:r>
      <w:r>
        <w:t>so, if inference is valid in in these matters, is valid also in in in the matter of god.</w:t>
      </w:r>
    </w:p>
    <w:p>
      <w:pPr>
        <w:jc w:val="right"/>
      </w:pPr>
      <w:r>
        <w:t>సో, ఇఫ్ ఇన్ఫరెన్స్ ఇస్ వాలిడ్ ఇన్ ఇన్ దిస్ మ్యాటర్స్, ఇస్ వాలిడ్ ఆల్సో ఇన్ ఇన్ ఇన్ ద మ్యాటర్ ఆఫ్ గాడ్.</w:t>
      </w:r>
    </w:p>
    <w:p>
      <w:r>
        <w:rPr>
          <w:b/>
        </w:rPr>
        <w:t xml:space="preserve">[15:23] </w:t>
      </w:r>
      <w:r>
        <w:t>here, i would like to to narrate on this story.</w:t>
      </w:r>
    </w:p>
    <w:p>
      <w:pPr>
        <w:jc w:val="right"/>
      </w:pPr>
      <w:r>
        <w:t>హియర్, ఐ వుడ్ లైక్ టు టు నరేట్ ఆన్ ది స్టోరీ.</w:t>
      </w:r>
    </w:p>
    <w:p>
      <w:r>
        <w:rPr>
          <w:b/>
        </w:rPr>
        <w:t xml:space="preserve">[15:31] </w:t>
      </w:r>
      <w:r>
        <w:t>a story, i happened to meet, i happened to meet a professor of philosophy, per accident 1965.</w:t>
      </w:r>
    </w:p>
    <w:p>
      <w:pPr>
        <w:jc w:val="right"/>
      </w:pPr>
      <w:r>
        <w:t>ఐ స్టోరీ, ఐ హాపెన్ టు మీట్, ఐ హాపెన్ టు మీట్ ఏ ప్రొఫెసర్ ఆఫ్ ఫిలాసఫీ, పర్ యాక్సిడెంట్ 1965.</w:t>
      </w:r>
    </w:p>
    <w:p>
      <w:r>
        <w:rPr>
          <w:b/>
        </w:rPr>
        <w:t xml:space="preserve">[15:39] </w:t>
      </w:r>
      <w:r>
        <w:t>he was a theist. so, during conversation, he said, "what criteria do you have to prove the existence of god? what criteria do you have to prove the existence of god? " i said, "the same criteria that you have to prove. anything else?</w:t>
      </w:r>
    </w:p>
    <w:p>
      <w:pPr>
        <w:jc w:val="right"/>
      </w:pPr>
      <w:r>
        <w:t>హి వాస్ ఏ థీస్ట్. సో, డ్యూరింగ్ కన్వర్సేషన్, హి సెడ్, "వాట్ క్రైటీరియా డు యు హావ్ టు ప్రూవ్ ద ఎగ్జిస్టెన్స్ ఆఫ్ గాడ్? వాట్ క్రైటీరియా డు యు హావ్ టు ప్రూవ్ ద ఎగ్జిస్టెన్స్ ఆఫ్ గాడ్? " ఐ సెడ్, "ద సేమ్ క్రైటీరియా దట్ యు హావ్ టు ప్రూవ్. ఎనీథింగ్ ఎల్స్?</w:t>
      </w:r>
    </w:p>
    <w:p>
      <w:r>
        <w:rPr>
          <w:b/>
        </w:rPr>
        <w:t xml:space="preserve">[16:03] </w:t>
      </w:r>
      <w:r>
        <w:t>" then, i explained that the subject of god is not that category that is called by partial knowledge of things. but subject of god is pertains to the category of truths.</w:t>
      </w:r>
    </w:p>
    <w:p>
      <w:pPr>
        <w:jc w:val="right"/>
      </w:pPr>
      <w:r>
        <w:t>" దెన్, ఐ ఎక్స్ప్లెయిన్ దట్ ద సబ్జెక్ట్ ఆఫ్ గాడ్ ఇస్ నాట్ దట్ కేటగిరీ దట్ ఇస్ కాల్డ్ బై పార్ట్నర్షియల్ నాలెడ్జ్ ఆఫ్ థింగ్స్. బట్ సబ్జెక్ట్ ఆఫ్ గాడ్ ఇస్ పర్టైన్స్ టు ద కేటగిరీ ఆఫ్ ట్రూత్స్.</w:t>
      </w:r>
    </w:p>
    <w:p>
      <w:r>
        <w:rPr>
          <w:b/>
        </w:rPr>
        <w:t xml:space="preserve">[16:24] </w:t>
      </w:r>
      <w:r>
        <w:t>so, in so when comes the category and knowledge of truth, you have, we have to, you have to use the inferential method. and if inferential method is valid in x-rays or other things, then it is also valid in the subject of god.</w:t>
      </w:r>
    </w:p>
    <w:p>
      <w:pPr>
        <w:jc w:val="right"/>
      </w:pPr>
      <w:r>
        <w:t>సో, ఇన్ సో వెన్ కమ్స్ ద కేటగిరీ అండ్ నాలెడ్జ్ ఆఫ్ ట్రూత్, యు హావ్, వి హావ్ టు, యు హావ్ టు యూస్ ద ఇన్ఫరెన్షియల్ మెథడ్. అండ్ ఇఫ్ ఇన్ఫరెన్షియల్ మెథడ్ ఇస్ వాలిడ్ ఇన్ ఎక్స్రేస్ ఆర్ అదర్ థింగ్స్, దెన్ ఇట్ ఇస్ ఆల్సో వాలిడ్ ఇన్ ద సబ్జెక్ట్ ఆఫ్ గాడ్.</w:t>
      </w:r>
    </w:p>
    <w:p>
      <w:r>
        <w:rPr>
          <w:b/>
        </w:rPr>
        <w:t xml:space="preserve">[16:51] </w:t>
      </w:r>
      <w:r>
        <w:t>then, during my studies, i came to know that what you know, the study in this space began at the time of galileo, when first telescope was invented. and galileo was the first to see space by by by telescope.</w:t>
      </w:r>
    </w:p>
    <w:p>
      <w:pPr>
        <w:jc w:val="right"/>
      </w:pPr>
      <w:r>
        <w:t>దెన్, డ్యూరింగ్ మై స్టడీస్, ఐ కేమ్ టు నో దట్ వాట్ యు నో, ద స్టడీ ఇన్ ది స్పేస్ బిగన్ అట్ ద టైం ఆఫ్ గలేలియో, వెన్ ఫస్ట్ టెలిస్కోప్ వాస్ ఇన్వెంటెడ్. అండ్ గలేలియో వాస్ ద ఫస్ట్ టు సీ స్పేస్ బై బై బై టెలిస్కోప్.</w:t>
      </w:r>
    </w:p>
    <w:p>
      <w:r>
        <w:rPr>
          <w:b/>
        </w:rPr>
        <w:t xml:space="preserve">[17:19] </w:t>
      </w:r>
      <w:r>
        <w:t>then, there was proper observatory. then, now, we have hubble observatory. to all these observations, after all this observation, now, we believe that that before 15, that that 15 years ago, there was a big bang in the space.</w:t>
      </w:r>
    </w:p>
    <w:p>
      <w:pPr>
        <w:jc w:val="right"/>
      </w:pPr>
      <w:r>
        <w:t>దెన్, దేర్ వాస్ పరోబర్ ఆబ్సర్వేటరీ. దెన్, నౌ, వి హావ్ హబుల్ అబ్సర్వేటరీ. టు ఆల్ దిస్ అబ్సర్వేషన్స్, ఆఫ్టర్ ఆల్ దిస్ అబ్సర్వేషన్, నౌ, వి బిలీవ్ దట్ దట్ బిఫోర్ 15, దట్ దట్ 15 ఇయర్స్ అగో, దేర్ వాస్ ఏ బిగ్ బ్యాంగ్ ఇన్ ద స్పేస్.</w:t>
      </w:r>
    </w:p>
    <w:p>
      <w:r>
        <w:rPr>
          <w:b/>
        </w:rPr>
        <w:t xml:space="preserve">[17:46] </w:t>
      </w:r>
      <w:r>
        <w:t>and after this big bang, present universe came to existence. all those stars and planets came to existence after this big bang that occurred before 15 years ago. then, there was little bang. after little bang, there was solar system. our presence, our our solar system came to existence after little bang.</w:t>
      </w:r>
    </w:p>
    <w:p>
      <w:pPr>
        <w:jc w:val="right"/>
      </w:pPr>
      <w:r>
        <w:t>అండ్ ఆఫ్టర్ దిస్ బిగ్ బ్యాంగ్, ప్రెసెంట్ యూనివర్స్ కేమ్ టు ఎగ్జిస్టెన్స్. ఆల్ దో స్టార్స్ అండ్ ప్లానెట్స్ కేమ్ టు ఎగ్జిస్టెన్స్ ఆఫ్టర్ దిస్ బిగ్ బ్యాంగ్ దట్ అకర్డ్ బిఫోర్ 15 ఇయర్స్ అగో. దెన్, దేర్ వాస్ లిటిల్ బ్యాంగ్. ఆఫ్టర్ లిటిల్ బ్యాంగ్, దేర్ వాస్ సోలార్ సిస్టం. అవర్ ప్రెసెన్స్, అవర్ అవర్ సోలార్ సిస్టం కేమ్ టు ఎగ్జిస్టెన్స్ ఆఫ్టర్ లిటిల్ బ్యాంగ్.</w:t>
      </w:r>
    </w:p>
    <w:p>
      <w:r>
        <w:rPr>
          <w:b/>
        </w:rPr>
        <w:t xml:space="preserve">[18:15] </w:t>
      </w:r>
      <w:r>
        <w:t>then, were then, there was water bang. after water bang, the whole planet was filled with with water. and when when there was water, then there was life, all kind of life, plant life and all other life. it was possible only after the water bang.</w:t>
      </w:r>
    </w:p>
    <w:p>
      <w:pPr>
        <w:jc w:val="right"/>
      </w:pPr>
      <w:r>
        <w:t>దెన్, వర్ దెన్, దేర్ వాస్ వాటర్ బ్యాంగ్. ఆఫ్టర్ వాటర్ బ్యాంగ్, ద హోల్ ప్లానెట్ వాస్ ఫిల్ విత్ విత్ వాటర్. అండ్ వెన్ వెన్ దేర్ వాస్ వాటర్, దెన్ దేర్ వాస్ లైఫ్, ఆల్ కైండ్ ఆఫ్ లైఫ్, ప్లాంట్ లైఫ్ అండ్ ఆల్ అదర్ లైఫ్. ఇట్ వాస్ పాసిబుల్ ఓన్లీ ఆఫ్టర్ ది వాటర్ బ్యాంగ్.</w:t>
      </w:r>
    </w:p>
    <w:p>
      <w:r>
        <w:rPr>
          <w:b/>
        </w:rPr>
        <w:t xml:space="preserve">[18:41] </w:t>
      </w:r>
      <w:r>
        <w:t>so, it is very planned, planned scheme. how it was, how water bang was possible, how little bang was possible, how water bang is possible. all these things are, all these things indicate a very meaningful planning. you see, i am not going to detail. you know, all those details.</w:t>
      </w:r>
    </w:p>
    <w:p>
      <w:pPr>
        <w:jc w:val="right"/>
      </w:pPr>
      <w:r>
        <w:t>సో, ఇట్ ఇస్ వెరీ ప్లాన్, ప్లాన్డ్ స్కీమ్. హౌ ఇట్ వాస్, హౌ వాటర్ బ్యాంగ్ వాస్ పాసిబుల్, హౌ లిటిల్ బ్యాంగ్ వాస్ పాసిబుల్, హౌ వాటర్ బ్యాంగ్ ఇస్ పాసిబుల్. ఆల్ దిస్ థింగ్స్ ఆర్, ఆల్ దిస్ థింగ్స్ ఇండికేట్ ఏ వెరీ మీనింగ్ ఫుల్ ప్లానింగ్. యు సీ, ఐ యామ్ నాట్ గోయింగ్ టు డీటెయిల్. యు నో, ఆల్ దోస్ డీటెయిల్స్.</w:t>
      </w:r>
    </w:p>
    <w:p>
      <w:r>
        <w:rPr>
          <w:b/>
        </w:rPr>
        <w:t xml:space="preserve">[19:06] </w:t>
      </w:r>
      <w:r>
        <w:t>but its very very very very important that how water, how big bang was possible, how little bang was possible, how water bang was possible. and then, how it was possible that so meaningful world was, so meaningful world came to existence. all these things indicate that there is a planner, there is a great mind, there is a great power.</w:t>
      </w:r>
    </w:p>
    <w:p>
      <w:pPr>
        <w:jc w:val="right"/>
      </w:pPr>
      <w:r>
        <w:t>బట్ ఇట్స్ వెరీ వెరీ వెరీ వెరీ ఇంపార్టెంట్ దట్ హౌ వాటర్, హౌ బిగ్ బ్యాంగ్ వాస్ పాసిబుల్, హౌ లిటిల్ బ్యాంగ్ వాస్ పాసిబుల్, హౌ వాటర్ బ్యాంగ్ వాస్ పాసిబుల్. అండ్ దెన్, హౌ ఇట్ వాస్ పాసిబుల్ దట్ సో మీనింగ్ ఫుల్ వరల్డ్ వాస్, సో మీనింగ్ ఫుల్ వరల్డ్ కేమ్ టు ఎగ్జిస్టెన్స్. ఆల్ దిస్ థింగ్స్ ఇండికేట్ దట్ దేర్ ఇస్ ఏ ప్లానర్, దేర్ ఇస్ ఏ గ్రేట్ మైండ్, దేర్ ఇస్ ఏ గ్రేట్ పవర్.</w:t>
      </w:r>
    </w:p>
    <w:p>
      <w:r>
        <w:rPr>
          <w:b/>
        </w:rPr>
        <w:t xml:space="preserve">[19:35] </w:t>
      </w:r>
      <w:r>
        <w:t>without such power, this was, all these things were not possible. so, you know, hubble observatory has sent some photographs of out a space. in this photographs, we see some ripples, or ripple ripples and lahare.</w:t>
      </w:r>
    </w:p>
    <w:p>
      <w:pPr>
        <w:jc w:val="right"/>
      </w:pPr>
      <w:r>
        <w:t>వితౌట్ సచ్ పవర్, దిస్ వాస్, ఆల్ దిస్ థింగ్స్ వర్ నాట్ పాసిబుల్. సో, యు నో, హబుల్ అబ్సర్వేటరీ హాస్ సెండ్ సం ఫోటోగ్రాఫ్స్ ఆఫ్ అవుట్ ఏ స్పేస్. ఇన్ దిస్ ఫోటోగ్రాఫ్స్, వి సీ సం రిపిల్స్, ఆర్ ఐ డబల్ పిఎల్ ఏ రిపిల్స్ అండ్ లహరే.</w:t>
      </w:r>
    </w:p>
    <w:p>
      <w:r>
        <w:rPr>
          <w:b/>
        </w:rPr>
        <w:t xml:space="preserve">[19:58] </w:t>
      </w:r>
      <w:r>
        <w:t>so, when scientist saw this ripples, one scientist said that it is like seeing the hand writing of god.</w:t>
      </w:r>
    </w:p>
    <w:p>
      <w:pPr>
        <w:jc w:val="right"/>
      </w:pPr>
      <w:r>
        <w:t>సో, వెన్ సైంటిస్ట్ సా దిస్ రిపిల్స్, వన్ సైంటిస్ట్ సెడ్ దట్ ఇట్ ఇస్ లైక్ సీయింగ్ ద హ్యాండ్ ఆర్టింగ్ ఆఫ్ గాడ్.</w:t>
      </w:r>
    </w:p>
    <w:p>
      <w:r>
        <w:rPr>
          <w:b/>
        </w:rPr>
        <w:t xml:space="preserve">[20:04] </w:t>
      </w:r>
      <w:r>
        <w:t>it is like seeing the hand writing of god.</w:t>
      </w:r>
    </w:p>
    <w:p>
      <w:pPr>
        <w:jc w:val="right"/>
      </w:pPr>
      <w:r>
        <w:t>ఇట్ ఇస్ లైక్ సీయింగ్ ద హ్యాండ్ ఆర్టింగ్ ఆఫ్ గాడ్.</w:t>
      </w:r>
    </w:p>
    <w:p>
      <w:r>
        <w:rPr>
          <w:b/>
        </w:rPr>
        <w:t xml:space="preserve">[20:11] </w:t>
      </w:r>
      <w:r>
        <w:t>then, an american scientist bolsman said, what he saw in these ripples, the photo of these ripples.</w:t>
      </w:r>
    </w:p>
    <w:p>
      <w:pPr>
        <w:jc w:val="right"/>
      </w:pPr>
      <w:r>
        <w:t>దెన్, ఆన్ అమెరికన్ సైంటిస్ట్ బోల్స్మన్ సెడ్, వాట్ హి సా ఇన్ దిస్ రిపిల్స్, ద ఫోటో ఆఫ్ దిస్ రిపిల్స్.</w:t>
      </w:r>
    </w:p>
    <w:p>
      <w:r>
        <w:rPr>
          <w:b/>
        </w:rPr>
        <w:t xml:space="preserve">[20:17] </w:t>
      </w:r>
      <w:r>
        <w:t>who was god who wrote this sign?</w:t>
      </w:r>
    </w:p>
    <w:p>
      <w:pPr>
        <w:jc w:val="right"/>
      </w:pPr>
      <w:r>
        <w:t>హూ వాస్ గాడ్ హూ రోడ్ దిస్ సైన్?</w:t>
      </w:r>
    </w:p>
    <w:p>
      <w:r>
        <w:rPr>
          <w:b/>
        </w:rPr>
        <w:t xml:space="preserve">[20:24] </w:t>
      </w:r>
      <w:r>
        <w:t>who was god who wrote this sign?</w:t>
      </w:r>
    </w:p>
    <w:p>
      <w:pPr>
        <w:jc w:val="right"/>
      </w:pPr>
      <w:r>
        <w:t>హూ వాస్ గాడ్ హూ రోడ్ దిస్ సైన్?</w:t>
      </w:r>
    </w:p>
    <w:p>
      <w:r>
        <w:rPr>
          <w:b/>
        </w:rPr>
        <w:t xml:space="preserve">[20:31] </w:t>
      </w:r>
      <w:r>
        <w:t>so, science has shown us so many sign, s i g and sign that indicate that there is a planner, there is a, there is a, there is a manager of of the universe.</w:t>
      </w:r>
    </w:p>
    <w:p>
      <w:pPr>
        <w:jc w:val="right"/>
      </w:pPr>
      <w:r>
        <w:t>సో, సైన్స్ హాస్ షోన్ అస్ సో మెనీ సైన్, ఎస్ ఐ జి అండ్ సైన్ దట్ ఇండికేట్ దట్ దేర్ ఇస్ ఏ ప్లానర్, దేర్ ఇస్ ఏ, దేర్ ఇస్ ఏ, దేర్ ఇస్ ఏ మేనేజర్ ఆఫ్ ఆఫ్ ద యూనివర్స్.</w:t>
      </w:r>
    </w:p>
    <w:p>
      <w:r>
        <w:rPr>
          <w:b/>
        </w:rPr>
        <w:t xml:space="preserve">[20:49] </w:t>
      </w:r>
      <w:r>
        <w:t>so, i would like to say that that if you are sincere, if you, if you really want</w:t>
      </w:r>
    </w:p>
    <w:p>
      <w:pPr>
        <w:jc w:val="right"/>
      </w:pPr>
      <w:r>
        <w:t>సో, ఐ వుడ్ లైక్ టు సే దట్ దట్ ఇఫ్ యు ఆర్ సిన్సియర్, ఇఫ్ యు, ఇఫ్ యు రియల్లీ వాంట్</w:t>
      </w:r>
    </w:p>
    <w:p>
      <w:r>
        <w:rPr>
          <w:b/>
        </w:rPr>
        <w:t xml:space="preserve">[20:55] </w:t>
      </w:r>
      <w:r>
        <w:t>to discover god, there are, there are ample evidence that indicate that there is a god.</w:t>
      </w:r>
    </w:p>
    <w:p>
      <w:pPr>
        <w:jc w:val="right"/>
      </w:pPr>
      <w:r>
        <w:t>టు డిస్కవర్ గాడ్, దేర్ ఆర్, దేర్ ఆర్ అంపుల్ ఎవిడెన్స్ దట్ ఇండికేట్ దట్ దేర్ ఇస్ ఏ గాడ్.</w:t>
      </w:r>
    </w:p>
    <w:p>
      <w:r>
        <w:rPr>
          <w:b/>
        </w:rPr>
        <w:t xml:space="preserve">[21:01] </w:t>
      </w:r>
      <w:r>
        <w:t>now, you see, what is the space?</w:t>
      </w:r>
    </w:p>
    <w:p>
      <w:pPr>
        <w:jc w:val="right"/>
      </w:pPr>
      <w:r>
        <w:t>నౌ, యు సీ, వాట్ ఇస్ ద స్పేస్?</w:t>
      </w:r>
    </w:p>
    <w:p>
      <w:r>
        <w:rPr>
          <w:b/>
        </w:rPr>
        <w:t xml:space="preserve">[21:07] </w:t>
      </w:r>
      <w:r>
        <w:t>in our space, there are numerous stars and so many planets.</w:t>
      </w:r>
    </w:p>
    <w:p>
      <w:pPr>
        <w:jc w:val="right"/>
      </w:pPr>
      <w:r>
        <w:t>ఇన్ అవర్ స్పేస్, దేర్ ఆర్ న్యూమరస్ స్టార్స్ అండ్ సో మెనీ ప్లానెట్స్.</w:t>
      </w:r>
    </w:p>
    <w:p>
      <w:r>
        <w:rPr>
          <w:b/>
        </w:rPr>
        <w:t xml:space="preserve">[21:13] </w:t>
      </w:r>
      <w:r>
        <w:t>all are in moving states.</w:t>
      </w:r>
    </w:p>
    <w:p>
      <w:pPr>
        <w:jc w:val="right"/>
      </w:pPr>
      <w:r>
        <w:t>ఆల్ ఆర్ ఇన్ మూవింగ్ స్టేట్స్.</w:t>
      </w:r>
    </w:p>
    <w:p>
      <w:r>
        <w:rPr>
          <w:b/>
        </w:rPr>
        <w:t xml:space="preserve">[21:20] </w:t>
      </w:r>
      <w:r>
        <w:t>all this, all this stars are moving, all the planets are moving. so, it is like a space traffic, but there is no crash. you know, in in our cities, every day, there are accidents.</w:t>
      </w:r>
    </w:p>
    <w:p>
      <w:pPr>
        <w:jc w:val="right"/>
      </w:pPr>
      <w:r>
        <w:t>ఆల్ దిస్, ఆల్ దిస్ స్టార్స్ ఆర్ మూవింగ్, ఆల్ ద ప్లానెట్స్ ఆర్ మూవింగ్. సో, ఇట్ ఇస్ లైక్ ఆ స్పేస్ ట్రాఫిక్, బట్ దేర్ ఇస్ నో క్రైష్. యు నో, ఇన్ ఇన్ అవర్ సిటీస్, ఎవ్రీ డే, దేర్ ఆర్ యాక్సిడెంట్స్.</w:t>
      </w:r>
    </w:p>
    <w:p>
      <w:r>
        <w:rPr>
          <w:b/>
        </w:rPr>
        <w:t xml:space="preserve">[21:38] </w:t>
      </w:r>
      <w:r>
        <w:t>in our cities, there are so many cars and and and and other things. and every day, there are accidents, road accidents. but in space, there is no accident. it is a, it is a accident free traffic. in space, we see on accident free traffic.</w:t>
      </w:r>
    </w:p>
    <w:p>
      <w:pPr>
        <w:jc w:val="right"/>
      </w:pPr>
      <w:r>
        <w:t>ఇన్ అవర్ సిటీస్, దేర్ ఆర్ సో మెనీ కార్స్ అండ్ అండ్ అండ్ అండ్ అదర్ థింగ్స్. అండ్ ఎవ్రీ డే, దేర్ ఆర్ యాక్సిడెంట్స్, రోడ్ యాక్సిడెంట్స్. బట్ ఇన్ స్పేస్, దేర్ ఇస్ నో యాక్సిడెంట్. ఇట్ ఇస్ ఏ, ఇట్ ఇస్ ఏ యాక్సిడెంట్ ఫ్రీ ట్రాఫిక్. ఇన్ స్పేస్, వి సీ ఆన్ యాక్సిడెంట్ ఫ్రీ ట్రాఫిక్.</w:t>
      </w:r>
    </w:p>
    <w:p>
      <w:r>
        <w:rPr>
          <w:b/>
        </w:rPr>
        <w:t xml:space="preserve">[22:08] </w:t>
      </w:r>
      <w:r>
        <w:t>so, how it is possible? how it was possible? it, it, it, it desists to believe that there is a planner, there is a manager, there is a controller. without such, such supreme control, it was not possible to have this kind of, this kind of accident free traffic in the space.</w:t>
      </w:r>
    </w:p>
    <w:p>
      <w:pPr>
        <w:jc w:val="right"/>
      </w:pPr>
      <w:r>
        <w:t>సో, హౌ ఇట్ ఇస్ పాసిబుల్? హౌ ఇట్ వాస్ పాసిబుల్? ఇట్, ఇట్, ఇట్, ఇట్ డిసిస్టేస్ టు బిలీవ్ దట్ దేర్ ఇస్ ఏ ప్లానర్, దేర్ ఇస్ ఏ మేనేజర్, దేర్ ఇస్ ఏ కంట్రోలర్. వితౌట్ సచ్, సచ్ సుప్రీం కంట్రోల్, ఇట్ వాస్ నాట్ పాసిబుల్ టు హావ్ దిస్ కైండ్ ఆఫ్, దిస్ కైండ్ ఆఫ్ యాక్సిడెంట్ ఫ్రీ ట్రాఫిక్ ఇన్ ది స్పేస్.</w:t>
      </w:r>
    </w:p>
    <w:p>
      <w:r>
        <w:rPr>
          <w:b/>
        </w:rPr>
        <w:t xml:space="preserve">[22:38] </w:t>
      </w:r>
      <w:r>
        <w:t>then, you see, our world is a, it is a huge industry. everywhere, there are industrial activities. this air, this oxygen, this, this water, this sun light, all this things are, are outcome of some industries. everywhere, there are industrial activities. but there is no defect.</w:t>
      </w:r>
    </w:p>
    <w:p>
      <w:pPr>
        <w:jc w:val="right"/>
      </w:pPr>
      <w:r>
        <w:t>దెన్, యు సీ, అవర్ వరల్డ్ ఇస్ ఏ, ఇట్ ఇస్ ఏ హ్యూజ్ ఇండస్ట్రీ. ఎవ్రీవేర్, దేర్ ఆర్ ఇండస్ట్రియల్ యాక్టివిటీస్. దిస్ ఎయిర్, దిస్ ఆక్సిజన్, దిస్, దిస్ వాటర్, దిస్ సన్ లైట్, ఆల్ దిస్ థింగ్స్ ఆర్, ఆర్ అవుట్ కమ్ ఆఫ్ సం ఇండస్ట్రీస్. ఎవ్రీవేర్, దేర్ ఆర్ ఇండస్ట్రియల్ యాక్టివిటీస్. బట్ దేర్ ఇస్ నో డిఫెక్ట్.</w:t>
      </w:r>
    </w:p>
    <w:p>
      <w:r>
        <w:rPr>
          <w:b/>
        </w:rPr>
        <w:t xml:space="preserve">[23:04] </w:t>
      </w:r>
      <w:r>
        <w:t>so, our world is, our world of nature is a zero defect industry. the world of nature is a zero defect industry. how it was possible? how it is possible? who is, who is the planner? who, who, who, who runs this zero defect industry?</w:t>
      </w:r>
    </w:p>
    <w:p>
      <w:pPr>
        <w:jc w:val="right"/>
      </w:pPr>
      <w:r>
        <w:t>సో, అవర్ వరల్డ్ ఇస్, అవర్ వరల్డ్ ఆఫ్ నేచర్ ఇస్ ఏ జీరో డిఫెక్ట్ ఇండస్ట్రీ. ద వరల్డ్ ఆఫ్ నేచర్ ఇస్ ఏ జీరో డిఫెక్ట్ ఇండస్ట్రీ. హౌ ఇట్ వాస్ పాసిబుల్? హౌ ఇట్ ఇస్ పాసిబుల్? హూ ఇస్, హూ ఇస్ ద ప్లానర్? హూ, హూ, హూ, హూ రన్స్ దిస్ జీరో డిఫెక్ట్ ఇండస్ట్రీ?</w:t>
      </w:r>
    </w:p>
    <w:p>
      <w:r>
        <w:rPr>
          <w:b/>
        </w:rPr>
        <w:t xml:space="preserve">[23:33] </w:t>
      </w:r>
      <w:r>
        <w:t>so, if you are sincere and you see this, this phenomena, this zero defect industry in our world, you, you have no option other then to admit, other then to acknowledge that there is a planner. without, without planning, this kind of zero defect industry was not possible.</w:t>
      </w:r>
    </w:p>
    <w:p>
      <w:pPr>
        <w:jc w:val="right"/>
      </w:pPr>
      <w:r>
        <w:t>సో, ఇఫ్ యు ఆర్ సిన్సియర్ అండ్ యు సీ దిస్, దిస్ ఫినామినా, దిస్ జీరో డిఫెక్ట్ ఇండస్ట్రీ ఇన్ అవర్ వరల్డ్, యు, యు హావ్ నో ఆప్షన్ అదర్ దెన్ టు అడ్మిట్, అదర్ దెన్ టు అక్నాలెడ్జ్ దట్ దేర్ ఇస్ ఏ ప్లానర్. వితౌట్, వితౌట్ ప్లానింగ్, దిస్ కైండ్ ఆఫ్ జీరో డిఫెక్ట్ ఇండస్ట్రీ వాస్ నాట్ పాసిబుల్.</w:t>
      </w:r>
    </w:p>
    <w:p>
      <w:r>
        <w:rPr>
          <w:b/>
        </w:rPr>
        <w:t xml:space="preserve">[24:03] </w:t>
      </w:r>
      <w:r>
        <w:t>everywhere in the world, there is, there is a control, there is a balance. everywhere in the world. so, who, who is behind this control? who is behind, behind this balance system? it, we are compelled to believe that there is a intelligent planning, intelligent planning.</w:t>
      </w:r>
    </w:p>
    <w:p>
      <w:pPr>
        <w:jc w:val="right"/>
      </w:pPr>
      <w:r>
        <w:t>ఎవ్రీవేర్ ఇన్ ద వరల్డ్, దేర్ ఇస్, దేర్ ఇస్ ఏ కంట్రోల్, దేర్ ఇస్ ఏ బ్యాలెన్స్. ఎవ్రీవేర్ ఇన్ ద వరల్డ్. సో, హూ, హూ ఇస్ బిహైండ్ దిస్ కంట్రోల్? హూ ఇస్ బిహైండ్, బిహైండ్ దిస్ బ్యాలెన్స్ సిస్టం? ఇట్, వి ఆర్ కంపెల్డ్ టు బిలీవ్ దట్ దేర్ ఇస్ ఏ ఇంటెలిజెంట్ ప్లానింగ్, ఇంటెలిజెంట్ ప్లానింగ్.</w:t>
      </w:r>
    </w:p>
    <w:p>
      <w:r>
        <w:rPr>
          <w:b/>
        </w:rPr>
        <w:t xml:space="preserve">[24:32] </w:t>
      </w:r>
      <w:r>
        <w:t>if this, if this center was result of some intelligent engineer, so how we can believe that this, the whole universe, this huge universe, this huge industry is run without on intelligent planning?</w:t>
      </w:r>
    </w:p>
    <w:p>
      <w:pPr>
        <w:jc w:val="right"/>
      </w:pPr>
      <w:r>
        <w:t>ఇఫ్ దిస్, ఇఫ్ దిస్ సెంటర్ వాస్ రిజల్ట్ ఆఫ్ సం ఇంటెలిజెంట్ ఇంజనీర్, సో హౌ వి కెన్ బిలీవ్ దట్ దిస్, ద హోల్ యూనివర్స్, దిస్ హ్యూజ్ యూనివర్స్, దిస్ హ్యూజ్ ఇండస్ట్రీ ఇస్ రన్ వితౌట్ ఆ ఇంటెలిజెంట్ ప్లానింగ్?</w:t>
      </w:r>
    </w:p>
    <w:p>
      <w:r>
        <w:rPr>
          <w:b/>
        </w:rPr>
        <w:t xml:space="preserve">[24:53] </w:t>
      </w:r>
      <w:r>
        <w:t>then, there is a very unique phenomena in the world, very, very unique phenomena, that is exception amidst uniformity. exception amidst uniformity. i will, i will give on example. you see, these are fingers. every man and woman have fingers like this, and there is uniformity in this fingers.</w:t>
      </w:r>
    </w:p>
    <w:p>
      <w:pPr>
        <w:jc w:val="right"/>
      </w:pPr>
      <w:r>
        <w:t>దెన్, దేర్ ఇస్ ఏ వెరీ యూనిక్ ఫినామినా ఇన్ ద వరల్డ్, వెరీ, వెరీ యూనిక్ ఫినామినా, దట్ ఇస్ ఎక్సెప్షన్ అమిస్ట్ యూనిఫార్మిటీ. ఎక్సెప్షన్ అమిస్ట్ యూనిఫార్మిటీ. ఐ విల్, ఐ విల్ గివ్ ఆన్ ఎగ్జాంపుల్. యు సీ, దీస్ ఆర్ ఫింగర్స్. ఎవరీ మ్యాన్ అండ్ ఉమెన్ హావ్ ఫింగర్స్ లైక్ దిస్, అండ్ దేర్ ఇస్ యూనిఫార్మిటీ ఇన్ దిస్ ఫింగర్స్.</w:t>
      </w:r>
    </w:p>
    <w:p>
      <w:r>
        <w:rPr>
          <w:b/>
        </w:rPr>
        <w:t xml:space="preserve">[25:21] </w:t>
      </w:r>
      <w:r>
        <w:t>but there is a exception that there is a thumb impression or finger print. finger print of every human being are quite different. other fingers are, and are, are uniform, equal. but finger print is quite different. so, it is on exception.</w:t>
      </w:r>
    </w:p>
    <w:p>
      <w:pPr>
        <w:jc w:val="right"/>
      </w:pPr>
      <w:r>
        <w:t>బట్ దేర్ ఇస్ ఏ ఎక్సెప్షన్ దట్ దేర్ ఇస్ ఏ థంబ్ ఇంప్రెషన్ ఆర్ ఫింగర్ ప్రింట్. ఫింగర్ ప్రింట్ ఆఫ్ ఎవరీ హ్యూమన్ బీయింగ్ ఆర్ క్వైట్ డిఫరెంట్. అదర్ ఫింగర్స్ ఆర్, అండ్ ఆర్, ఆర్ యూనిఫార్మ్, ఈక్వల్. బట్ ఫింగర్ ప్రింట్ ఇస్ క్వైట్ డిఫరెంట్. సో, ఇట్ ఇస్ ఆన్ ఎక్సెప్షన్.</w:t>
      </w:r>
    </w:p>
    <w:p>
      <w:r>
        <w:rPr>
          <w:b/>
        </w:rPr>
        <w:t xml:space="preserve">[25:48] </w:t>
      </w:r>
      <w:r>
        <w:t>so, exception amidst uniformity is a unique phenomena.</w:t>
      </w:r>
    </w:p>
    <w:p>
      <w:pPr>
        <w:jc w:val="right"/>
      </w:pPr>
      <w:r>
        <w:t>సో, ఎక్సెప్షన్ అమిస్ట్ యూనిఫార్మిటీ ఇస్ ఏ యూనిక్ ఫినామినా.</w:t>
      </w:r>
    </w:p>
    <w:p>
      <w:r>
        <w:rPr>
          <w:b/>
        </w:rPr>
        <w:t xml:space="preserve">[25:56] </w:t>
      </w:r>
      <w:r>
        <w:t>it, so here, this, this phenomena cannot, cannot.</w:t>
      </w:r>
    </w:p>
    <w:p>
      <w:pPr>
        <w:jc w:val="right"/>
      </w:pPr>
      <w:r>
        <w:t>ఇట్, సో హియర్, దిస్, దిస్ ఫినామినా కెనాట్, కెనాట్.</w:t>
      </w:r>
    </w:p>
    <w:p>
      <w:r>
        <w:rPr>
          <w:b/>
        </w:rPr>
        <w:t xml:space="preserve">[26:05] </w:t>
      </w:r>
      <w:r>
        <w:t>so, we are compelled to, we, we can explain, we cannot explain this phenomena without, without acknowledging,</w:t>
      </w:r>
    </w:p>
    <w:p>
      <w:pPr>
        <w:jc w:val="right"/>
      </w:pPr>
      <w:r>
        <w:t>సో, వి ఆర్ కంపెల్డ్ టు, వి, వి కెన్ ఎక్స్ప్లెయిన్, వి కెన్ నాట్ ఎక్స్ప్లెయిన్ దిస్ ఫినామినా వితౌట్, వితౌట్ అక్నాలెడ్జింగ్,</w:t>
      </w:r>
    </w:p>
    <w:p>
      <w:r>
        <w:rPr>
          <w:b/>
        </w:rPr>
        <w:t xml:space="preserve">[26:14] </w:t>
      </w:r>
      <w:r>
        <w:t>acknowledging that there is a intelligent planner behind all this things.</w:t>
      </w:r>
    </w:p>
    <w:p>
      <w:pPr>
        <w:jc w:val="right"/>
      </w:pPr>
      <w:r>
        <w:t>అక్నాలెడ్జింగ్ దట్ దేర్ ఇస్ ఏ ఇంటెలిజెంట్ ప్లానర్ బిహైండ్ ఆల్ దిస్ థింగ్స్.</w:t>
      </w:r>
    </w:p>
    <w:p>
      <w:r>
        <w:rPr>
          <w:b/>
        </w:rPr>
        <w:t xml:space="preserve">[26:23] </w:t>
      </w:r>
      <w:r>
        <w:t>exception amidst uniformity can, can, you can, you can. this phenomena is very common everywhere in the universe. everywhere in the universe.</w:t>
      </w:r>
    </w:p>
    <w:p>
      <w:pPr>
        <w:jc w:val="right"/>
      </w:pPr>
      <w:r>
        <w:t>ఎక్సెప్షన్ అమిస్ట్ యూనిఫార్మిటీ కెన్, కెన్, యు కెన్, యు కెన్. దిస్ ఫినామినా ఇస్ వెరీ కామన్ ఎవ్రీవేర్ ఇన్ ద యూనివర్స్. ఎవ్రీవేర్ ఇన్ ద యూనివర్స్.</w:t>
      </w:r>
    </w:p>
    <w:p>
      <w:r>
        <w:rPr>
          <w:b/>
        </w:rPr>
        <w:t xml:space="preserve">[26:35] </w:t>
      </w:r>
      <w:r>
        <w:t>for example, you see the our, our galaxy. you know, there are a billion, billion galaxies in the space. every galaxy have billion, billion stars.</w:t>
      </w:r>
    </w:p>
    <w:p>
      <w:pPr>
        <w:jc w:val="right"/>
      </w:pPr>
      <w:r>
        <w:t>ఫర్ ఎగ్జాంపుల్, యు సీ ద అవర్, అవర్ గ్యాలక్సీ. యు నో, దేర్ ఆర్ ఏ బిలియన్, బిలియన్ గ్యాలక్సీస్ ఇన్ ది స్పేస్. ఎవరీ గ్యాలక్సీ హావ్ బిలియన్, బిలియన్ స్టార్స్.</w:t>
      </w:r>
    </w:p>
    <w:p>
      <w:r>
        <w:rPr>
          <w:b/>
        </w:rPr>
        <w:t xml:space="preserve">[27:03] </w:t>
      </w:r>
      <w:r>
        <w:t>our solar system is situated in milky way. there is the nearest galaxy, there is called milky way. so, our solar system is situated in, in, in, in, in, in this galaxy. there is called mix, mix milky way.</w:t>
      </w:r>
    </w:p>
    <w:p>
      <w:pPr>
        <w:jc w:val="right"/>
      </w:pPr>
      <w:r>
        <w:t>అవర్ సోలార్ సిస్టం ఇస్ సిచుయేటెడ్ ఇన్ మిల్కీ వే. దేర్ ఇస్ ద నియరెస్ట్ గ్యాలక్సీ, దేర్ ఇస్ కాల్డ్ మిల్కీ వే. సో, అవర్ సోలార్ సిస్టం ఇస్ సిచుయేటెడ్ ఇన్, ఇన్, ఇన్, ఇన్, ఇన్, ఇన్, ఇన్ దిస్ గ్యాలక్సీ. దేర్ ఇస్ కాల్డ్ మిక్స్, మిక్స్ మిల్కీ వే.</w:t>
      </w:r>
    </w:p>
    <w:p>
      <w:r>
        <w:rPr>
          <w:b/>
        </w:rPr>
        <w:t xml:space="preserve">[27:22] </w:t>
      </w:r>
      <w:r>
        <w:t>its very strange to know that, that our galaxy is, is terribly hot, very, very dangerous in the center. there are billion, billion stars, and in the center, it is terribly hot. we cannot live in the, in the center.</w:t>
      </w:r>
    </w:p>
    <w:p>
      <w:pPr>
        <w:jc w:val="right"/>
      </w:pPr>
      <w:r>
        <w:t>ఇట్స్ వెరీ స్ట్రేంజ్ టు నో దట్, దట్ అవర్ గ్యాలక్సీ ఇస్, ఇస్ ట్రెబుల్లీ హాట్, వెరీ, వెరీ డేంజరస్ ఇన్ ద సెంటర్. దేర్ ఆర్ బిలియన్, బిలియన్ స్టార్స్, అండ్ ఇన్ ద సెంటర్, ఇట్ ఇస్ ట్రెబుల్లీ హాట్. వి కెనాట్ లివ్ ఇన్ ద, ఇన్ ద సెంటర్.</w:t>
      </w:r>
    </w:p>
    <w:p>
      <w:r>
        <w:rPr>
          <w:b/>
        </w:rPr>
        <w:t xml:space="preserve">[27:48] </w:t>
      </w:r>
      <w:r>
        <w:t>but its very strange that our, and our, our solar system is situated in this galaxy. but at the corner, our solar system is not in the center of the galaxy. it, it, it is in the, in the, in the corner of the. you can see this in the picture. here, you can see, this is the, this is the picture of galaxy.</w:t>
      </w:r>
    </w:p>
    <w:p>
      <w:pPr>
        <w:jc w:val="right"/>
      </w:pPr>
      <w:r>
        <w:t>బట్ ఇట్స్ వెరీ స్ట్రేంజ్ దట్ అవర్, అండ్ అవర్, అవర్ సోలార్ సిస్టం ఇస్ సిచుయేటెడ్ ఇన్ దిస్ గ్యాలక్సీ. బట్ అట్ ద కార్నర్, అవర్ సోలార్ సిస్టం ఇస్ నాట్ ఇన్ ద సెంటర్ ఆఫ్ ద గ్యాలక్సీ. ఇట్, ఇట్, ఇట్ ఇస్ ఇన్ ద, ఇన్ ద, ఇన్ ద కార్నర్ ఆఫ్ ద. యు కెన్ సీ దిస్ ఇన్ ద పిక్చర్. హియర్, యు కెన్ సీ, దిస్ ఇస్ ద, దిస్ ఇస్ ద పిక్చర్ ఆఫ్ గ్యాలక్సీ.</w:t>
      </w:r>
    </w:p>
    <w:p>
      <w:r>
        <w:rPr>
          <w:b/>
        </w:rPr>
        <w:t xml:space="preserve">[28:16] </w:t>
      </w:r>
      <w:r>
        <w:t>and you can see that solar system lies in the corner, in the extreme corner.</w:t>
      </w:r>
    </w:p>
    <w:p>
      <w:pPr>
        <w:jc w:val="right"/>
      </w:pPr>
      <w:r>
        <w:t>అండ్ యు కెన్ సీ దట్ సోలార్ సిస్టం లైస్ ఇన్ ద కార్నర్, ఇన్ ద ఎక్స్ట్రీమ్ కార్నర్.</w:t>
      </w:r>
    </w:p>
    <w:p>
      <w:r>
        <w:rPr>
          <w:b/>
        </w:rPr>
        <w:t xml:space="preserve">[28:22] </w:t>
      </w:r>
      <w:r>
        <w:t>if this solar system where in the, in the center of the galaxy, that life was not possible.</w:t>
      </w:r>
    </w:p>
    <w:p>
      <w:pPr>
        <w:jc w:val="right"/>
      </w:pPr>
      <w:r>
        <w:t>ఇఫ్ దిస్ సోలార్ సిస్టం వేర్ ఇన్ ద, ఇన్ ద సెంటర్ ఆఫ్ ద గ్యాలక్సీ, దట్ లైఫ్ వాస్ నాట్ పాసిబుల్.</w:t>
      </w:r>
    </w:p>
    <w:p>
      <w:r>
        <w:rPr>
          <w:b/>
        </w:rPr>
        <w:t xml:space="preserve">[28:29] </w:t>
      </w:r>
      <w:r>
        <w:t>so, how it is happened?</w:t>
      </w:r>
    </w:p>
    <w:p>
      <w:pPr>
        <w:jc w:val="right"/>
      </w:pPr>
      <w:r>
        <w:t>సో, హౌ ఇట్ ఇస్ హాపెన్డ్?</w:t>
      </w:r>
    </w:p>
    <w:p>
      <w:r>
        <w:rPr>
          <w:b/>
        </w:rPr>
        <w:t xml:space="preserve">[28:35] </w:t>
      </w:r>
      <w:r>
        <w:t>such kind of, such kind of meaningful planning, you can see everywhere in the world.</w:t>
      </w:r>
    </w:p>
    <w:p>
      <w:pPr>
        <w:jc w:val="right"/>
      </w:pPr>
      <w:r>
        <w:t>సచ్ కైండ్ ఆఫ్, సచ్ కైండ్ ఆఫ్ మీనింగ్ ఫుల్ ప్లానింగ్, యు కెన్ సీ ఎవరీవేర్ ఇన్ ద వరల్డ్.</w:t>
      </w:r>
    </w:p>
    <w:p>
      <w:r>
        <w:rPr>
          <w:b/>
        </w:rPr>
        <w:t xml:space="preserve">[28:42] </w:t>
      </w:r>
      <w:r>
        <w:t>so, how it, how it was possible?</w:t>
      </w:r>
    </w:p>
    <w:p>
      <w:pPr>
        <w:jc w:val="right"/>
      </w:pPr>
      <w:r>
        <w:t>సో, హౌ ఇట్, హౌ ఇట్ వాస్ పాసిబుల్?</w:t>
      </w:r>
    </w:p>
    <w:p>
      <w:r>
        <w:rPr>
          <w:b/>
        </w:rPr>
        <w:t xml:space="preserve">[28:49] </w:t>
      </w:r>
      <w:r>
        <w:t>we have no option other then to believe that there is a god, there is a, there is a manager of this world, intelligent manager. then, you see, all the planets are revolving, but there, they are revolving around their orbit. only their orbit, their rotation is confined to their orbit.</w:t>
      </w:r>
    </w:p>
    <w:p>
      <w:pPr>
        <w:jc w:val="right"/>
      </w:pPr>
      <w:r>
        <w:t>వి హావ్ నో ఆప్షన్ అదర్ దెన్ టు బిలీవ్ దట్ దేర్ ఇస్ ఏ గాడ్, దేర్ ఇస్ ఏ, దేర్ ఇస్ ఏ మేనేజర్ ఆఫ్ దిస్ వరల్డ్, ఇంటెలిజెంట్ మేనేజర్. దెన్, యు సీ, ఆల్ ద ప్లానెట్స్ ఆర్ రివాల్వింగ్, బట్ దేర్, దే ఆర్ రివాల్వింగ్ అరౌండ్ దేర్ ఆర్బిట్. ఓన్లీ దేర్ ఆర్బిట్, దేర్ రొటేషన్ ఇస్ కన్ఫైన్డ్ టు దేర్ ఆర్బిట్.</w:t>
      </w:r>
    </w:p>
    <w:p>
      <w:r>
        <w:rPr>
          <w:b/>
        </w:rPr>
        <w:t xml:space="preserve">[29:18] </w:t>
      </w:r>
      <w:r>
        <w:t>but our earth, e planet earth, has double rotation, one on this orbit and one on this axis. double rotation, its very exceptional phenomena. this kind of phenomena, you can see anywhere in the, in the universe. so, how it happened? without this kind of double, double rotation, it was not possible to have life system in this earth.</w:t>
      </w:r>
    </w:p>
    <w:p>
      <w:pPr>
        <w:jc w:val="right"/>
      </w:pPr>
      <w:r>
        <w:t>బట్ అవర్ ఎర్త్, ఈ ప్లానెట్ ఎర్త్, హాస్ డబుల్ రొటేషన్, వన్ ఆన్ దిస్ ఆర్బిట్ అండ్ వన్ ఆన్ దిస్ యాక్సిస్. డబుల్ రొటేషన్, ఇట్స్ వెరీ ఎక్సెప్షనల్ ఫినామినా. దిస్ కైండ్ ఆఫ్ ఫినామినా, యు కెన్ సీ ఎనీవేర్ ఇన్ ద, ఇన్ ద యూనివర్స్. సో, హౌ ఇట్ హాపెన్డ్? వితౌట్ దిస్ కైండ్ ఆఫ్ డబుల్, డబుల్ రొటేషన్, ఇట్ వాస్ నాట్ పాసిబుల్ టు హావ్ లైఫ్ సిస్టం ఇన్ దిస్ ఎర్త్.</w:t>
      </w:r>
    </w:p>
    <w:p>
      <w:r>
        <w:rPr>
          <w:b/>
        </w:rPr>
        <w:t xml:space="preserve">[29:47] </w:t>
      </w:r>
      <w:r>
        <w:t>so, how this kind of meaningful exception happened? who was, who was the planet, who, who actualized this kind of meaningful exception?</w:t>
      </w:r>
    </w:p>
    <w:p>
      <w:pPr>
        <w:jc w:val="right"/>
      </w:pPr>
      <w:r>
        <w:t>సో, హౌ దిస్ కైండ్ ఆఫ్ మీనింగ్ ఫుల్ ఎక్సెప్షన్ హాపెన్డ్? హూ వాస్, హూ వాస్ ద ప్లానెట్, హూ, హూ యాక్చువలైజ్ దిస్ కైండ్ ఆఫ్ మీనింగ్ ఫుల్ ఎక్సెప్షన్?</w:t>
      </w:r>
    </w:p>
    <w:p>
      <w:r>
        <w:rPr>
          <w:b/>
        </w:rPr>
        <w:t xml:space="preserve">[30:03] </w:t>
      </w:r>
      <w:r>
        <w:t>then, you see, on our earth, there is life support system. life support system, with the life support system, it was possible to live here in this earth. but life support system is quite unique, quite exceptional.</w:t>
      </w:r>
    </w:p>
    <w:p>
      <w:pPr>
        <w:jc w:val="right"/>
      </w:pPr>
      <w:r>
        <w:t>దెన్, యు సీ, ఆన్ అవర్ ఎర్త్, దేర్ ఇస్ లైఫ్ సపోర్ట్ సిస్టం. లైఫ్ సపోర్ట్ సిస్టం, విత్ ద లైఫ్ సపోర్ట్ సిస్టం, ఇట్ వాస్ పాసిబుల్ టు లివ్ హియర్ ఇన్ దిస్ ఎర్త్. బట్ లైఫ్ సపోర్ట్ సిస్టం ఇస్ క్వైట్ యూనిక్, క్వైట్ ఎక్సెప్షనల్.</w:t>
      </w:r>
    </w:p>
    <w:p>
      <w:r>
        <w:rPr>
          <w:b/>
        </w:rPr>
        <w:t xml:space="preserve">[30:27] </w:t>
      </w:r>
      <w:r>
        <w:t>nowhere in the universe, you can see, you can find life support system. nowhere in the, in the vast universe, there any planet in which there are life support system. so, how its happened? who was, who was to, who was, who was to set this life support system? all this things are.</w:t>
      </w:r>
    </w:p>
    <w:p>
      <w:pPr>
        <w:jc w:val="right"/>
      </w:pPr>
      <w:r>
        <w:t>నోవేర్ ఇన్ ద యూనివర్స్, యు కెన్ సీ, యు కెన్ ఫైండ్ లైఫ్ సపోర్ట్ సిస్టం. నోవేర్ ఇన్ ద, ఇన్ ద వాస్ట్ యూనివర్స్, దేర్ ఎనీ ప్లానెట్ ఇన్ విచ్ దేర్ ఆర్ లైఫ్ సపోర్ట్ సిస్టం. సో, హౌ ఇట్స్ హాపెన్డ్? హూ వాస్, హూ వాస్ టు, హూ వాస్, హూ వాస్ టు సెట్ దిస్ లైఫ్ సపోర్ట్ సిస్టం? ఆల్ దిస్ థింగ్స్ ఆర్.</w:t>
      </w:r>
    </w:p>
    <w:p>
      <w:r>
        <w:rPr>
          <w:b/>
        </w:rPr>
        <w:t xml:space="preserve">[30:57] </w:t>
      </w:r>
      <w:r>
        <w:t>are in a silent announcement that there is a god, silent speaker that is, that is a god. einstein was a great mind, great scientific mind. you know, einstein was a great scientific mind.</w:t>
      </w:r>
    </w:p>
    <w:p>
      <w:pPr>
        <w:jc w:val="right"/>
      </w:pPr>
      <w:r>
        <w:t>ఆర్ ఇన్ ఏ సైలెంట్ అనౌన్స్మెంట్ దట్ దేర్ ఇస్ ఏ గాడ్, సైలెంట్ స్పీకర్ దట్ ఇస్, దట్ ఇస్ ఏ గాడ్. ఐన్స్టీన్ వాస్ ఏ గ్రేట్ మైండ్, గ్రేట్ సైంటిఫిక్ మైండ్. యు నో, ఐన్స్టీన్ వాస్ ఏ గ్రేట్ సైంటిఫిక్ మైండ్.</w:t>
      </w:r>
    </w:p>
    <w:p>
      <w:r>
        <w:rPr>
          <w:b/>
        </w:rPr>
        <w:t xml:space="preserve">[31:18] </w:t>
      </w:r>
      <w:r>
        <w:t>he was born in germany, and he study universe and nature through out his life.</w:t>
      </w:r>
    </w:p>
    <w:p>
      <w:pPr>
        <w:jc w:val="right"/>
      </w:pPr>
      <w:r>
        <w:t>హి వాస్ బోర్న్ ఇన్ జర్మనీ, అండ్ హి స్టడీ యూనివర్స్ అండ్ నేచర్ త్రు అవుట్ హిస్ లైఫ్.</w:t>
      </w:r>
    </w:p>
    <w:p>
      <w:r>
        <w:rPr>
          <w:b/>
        </w:rPr>
        <w:t xml:space="preserve">[31:27] </w:t>
      </w:r>
      <w:r>
        <w:t>he says, with great understand, with great, with deep sense of assessment, that, that the most in, the</w:t>
      </w:r>
    </w:p>
    <w:p>
      <w:pPr>
        <w:jc w:val="right"/>
      </w:pPr>
      <w:r>
        <w:t>హి సేస్, విత్ గ్రేట్ అండర్స్టాండ్, విత్ గ్రేట్, విత్ డీప్ సెన్స్ ఆఫ్ అసెస్మెంట్, దట్, దట్ ద మోస్ట్ ఇన్, ద</w:t>
      </w:r>
    </w:p>
    <w:p>
      <w:r>
        <w:rPr>
          <w:b/>
        </w:rPr>
        <w:t xml:space="preserve">[31:44] </w:t>
      </w:r>
      <w:r>
        <w:t>most in, the most in, most in, in comprehensible fact about nature is that it is comprehensible.</w:t>
      </w:r>
    </w:p>
    <w:p>
      <w:pPr>
        <w:jc w:val="right"/>
      </w:pPr>
      <w:r>
        <w:t>మోస్ట్ ఇన్, ద మోస్ట్ ఇన్, మోస్ట్ ఇన్, ఇన్ కాంప్రహెన్సిబుల్ ఫాక్ట్ అబౌట్ నేచర్ ఇస్ దట్ ఇట్ ఇస్ కాంప్రహెన్సిబుల్.</w:t>
      </w:r>
    </w:p>
    <w:p>
      <w:r>
        <w:rPr>
          <w:b/>
        </w:rPr>
        <w:t xml:space="preserve">[32:01] </w:t>
      </w:r>
      <w:r>
        <w:t>nature ke bare mein sabse zyada, sabse zyada anokhi baat yeh hai ke woh qabile fahm hai.</w:t>
      </w:r>
    </w:p>
    <w:p>
      <w:pPr>
        <w:jc w:val="right"/>
      </w:pPr>
      <w:r>
        <w:t>నేచర్ के बारे में सबसे ज्यादा, सबसे ज्यादा अनोखी बात यह है कि वह काबिले फామ్ है।</w:t>
      </w:r>
    </w:p>
    <w:p>
      <w:r>
        <w:rPr>
          <w:b/>
        </w:rPr>
        <w:t xml:space="preserve">[32:07] </w:t>
      </w:r>
      <w:r>
        <w:t>the most in comprehensible fact about nature is that it is comprehensible.</w:t>
      </w:r>
    </w:p>
    <w:p>
      <w:pPr>
        <w:jc w:val="right"/>
      </w:pPr>
      <w:r>
        <w:t>ద మోస్ట్ ఇన్ కాంప్రహెన్సిబుల్ ఫాక్ట్ అబౌట్ నేచర్ ఇస్ దట్ ఇట్ ఇస్ కాంప్రహెన్సిబుల్.</w:t>
      </w:r>
    </w:p>
    <w:p>
      <w:r>
        <w:rPr>
          <w:b/>
        </w:rPr>
        <w:t xml:space="preserve">[32:14] </w:t>
      </w:r>
      <w:r>
        <w:t>why he says like this?</w:t>
      </w:r>
    </w:p>
    <w:p>
      <w:pPr>
        <w:jc w:val="right"/>
      </w:pPr>
      <w:r>
        <w:t>వై హి సేస్ లైక్ దిస్?</w:t>
      </w:r>
    </w:p>
    <w:p>
      <w:r>
        <w:rPr>
          <w:b/>
        </w:rPr>
        <w:t xml:space="preserve">[32:20] </w:t>
      </w:r>
      <w:r>
        <w:t>it is, it is acknowledgement of God in the, in, in direct way.</w:t>
      </w:r>
    </w:p>
    <w:p>
      <w:pPr>
        <w:jc w:val="right"/>
      </w:pPr>
      <w:r>
        <w:t>ఇట్ ఇస్, ఇట్ ఇస్ అక్నాలెడ్జ్మెంట్ ఆఫ్ గాడ్ ఇన్ ద, ఇన్, ఇన్ డైరెక్ట్ వే.</w:t>
      </w:r>
    </w:p>
    <w:p>
      <w:r>
        <w:rPr>
          <w:b/>
        </w:rPr>
        <w:t xml:space="preserve">[32:27] </w:t>
      </w:r>
      <w:r>
        <w:t>indirectly, he acknowledge the existence of God.</w:t>
      </w:r>
    </w:p>
    <w:p>
      <w:pPr>
        <w:jc w:val="right"/>
      </w:pPr>
      <w:r>
        <w:t>ఇండైరెక్ట్లీ, హి అక్నాలెడ్జ్ ద ఎగ్జిస్టెన్స్ ఆఫ్ గాడ్.</w:t>
      </w:r>
    </w:p>
    <w:p>
      <w:r>
        <w:rPr>
          <w:b/>
        </w:rPr>
        <w:t xml:space="preserve">[32:34] </w:t>
      </w:r>
      <w:r>
        <w:t>so, i can say that, any, if i, if i rephrase his saying, then i would like to say that, that without, without believing god, nature is extremely incomprehensible. khuda ko bani bagar.</w:t>
      </w:r>
    </w:p>
    <w:p>
      <w:pPr>
        <w:jc w:val="right"/>
      </w:pPr>
      <w:r>
        <w:t>సో, ఐ కెన్ సే దట్, ఎనీ, ఇఫ్ ఐ, ఇఫ్ ఐ రీఫ్రేజ్ హిస్ సేయింగ్, దెన్ ఐ వుడ్ లైక్ టు సే దట్, దట్ వితౌట్, వితౌట్ బిలీవింగ్ గాడ్, నేచర్ ఇస్ ఎక్స్ట్రీమ్లీ ఇన్ కాంప్రహెన్సిబుల్. ఖుదా కు బాని బగర్.</w:t>
      </w:r>
    </w:p>
    <w:p>
      <w:r>
        <w:rPr>
          <w:b/>
        </w:rPr>
        <w:t xml:space="preserve">[32:58] </w:t>
      </w:r>
      <w:r>
        <w:t>nature qabul-e-fahem with god, nature becomes comprehensible, but without god, nature becomes extremely incomprehensible.</w:t>
      </w:r>
    </w:p>
    <w:p>
      <w:pPr>
        <w:jc w:val="right"/>
      </w:pPr>
      <w:r>
        <w:t>నేచర్ కాబులెఫామిన్ విత్ గాడ్, నేచర్ బికమ్స్ కాంప్రహెన్సిబుల్, బట్ వితౌట్ గాడ్, నేచర్ బికమ్స్ ఎక్స్ట్రీమ్లీ ఇన్ కాంప్రహెన్సిబుల్.</w:t>
      </w:r>
    </w:p>
    <w:p>
      <w:r>
        <w:rPr>
          <w:b/>
        </w:rPr>
        <w:t xml:space="preserve">[33:15] </w:t>
      </w:r>
      <w:r>
        <w:t>so, when Einstein said like this, he, he, it, it is like, it, it, it means that he</w:t>
      </w:r>
    </w:p>
    <w:p>
      <w:pPr>
        <w:jc w:val="right"/>
      </w:pPr>
      <w:r>
        <w:t>సో, వెన్ ఐన్స్టీన్ సెడ్ లైక్ దిస్, హి, హి, ఇట్, ఇట్ ఇస్ లైక్, ఇట్, ఇట్, ఇట్ మీన్స్ దట్ హి</w:t>
      </w:r>
    </w:p>
    <w:p>
      <w:r>
        <w:rPr>
          <w:b/>
        </w:rPr>
        <w:t xml:space="preserve">[33:27] </w:t>
      </w:r>
      <w:r>
        <w:t>acknowledges in indirect way the existence of God, because this kind of, this kind of meaningful world</w:t>
      </w:r>
    </w:p>
    <w:p>
      <w:pPr>
        <w:jc w:val="right"/>
      </w:pPr>
      <w:r>
        <w:t>అక్నాలెడ్జెస్ ఇన్ ఇండైరెక్ట్ వే ద ఎగ్జిస్టెన్స్ ఆఫ్ గాడ్, బికాజ్ దిస్ కైండ్ ఆఫ్, దిస్ కైండ్ ఆఫ్ మీనింగ్ ఫుల్ వరల్డ్</w:t>
      </w:r>
    </w:p>
    <w:p>
      <w:r>
        <w:rPr>
          <w:b/>
        </w:rPr>
        <w:t xml:space="preserve">[33:39] </w:t>
      </w:r>
      <w:r>
        <w:t>is not possible without believing that there is a planner, there is a, there is a manager of this universe.</w:t>
      </w:r>
    </w:p>
    <w:p>
      <w:pPr>
        <w:jc w:val="right"/>
      </w:pPr>
      <w:r>
        <w:t>ఇస్ నాట్ పాసిబుల్ వితౌట్ బిలీవింగ్ దట్ దేర్ ఇస్ ఏ ప్లానర్, దేర్ ఇస్ ఏ, దేర్ ఇస్ ఏ మేనేజర్ ఆఫ్ దిస్ యూనివర్స్.</w:t>
      </w:r>
    </w:p>
    <w:p>
      <w:r>
        <w:rPr>
          <w:b/>
        </w:rPr>
        <w:t xml:space="preserve">[33:51] </w:t>
      </w:r>
      <w:r>
        <w:t>then, according to my study, almost all the scientist like philosophers believe in god, although they don't, although they, they avoid to, to, to use the word god. they avoid to use the word god. here, i would like to refer some, the name of some scientist.</w:t>
      </w:r>
    </w:p>
    <w:p>
      <w:pPr>
        <w:jc w:val="right"/>
      </w:pPr>
      <w:r>
        <w:t>దెన్, అకార్డ్ టు మై స్టడీ, ఆల్మోస్ట్ ఆల్ ద సైంటిస్ట్ లైక్ ఫిలాసఫర్స్ బిలీవ్ ఇన్ గాడ్, ఆల్దో దే డోంట్, ఆల్దో దే, దే అవాయిడ్ టు, టు, టు యూస్ ద వర్డ్ గాడ్. దే అవాయిడ్ టు యూస్ ద వర్డ్ గాడ్. హియర్, ఐ వుడ్ లైక్ టు రెఫర్ సం, ద నేమ్ ఆఫ్ సం సైంటిస్ట్.</w:t>
      </w:r>
    </w:p>
    <w:p>
      <w:r>
        <w:rPr>
          <w:b/>
        </w:rPr>
        <w:t xml:space="preserve">[34:20] </w:t>
      </w:r>
      <w:r>
        <w:t>for example, sir james jeans was a great british scientist. sir james jeans, he, he published a book on this subject, mysterious universe. mysterious universe, in mysterious universe, it is a very extremely readable book. mysterious universe is extremely readable book.</w:t>
      </w:r>
    </w:p>
    <w:p>
      <w:pPr>
        <w:jc w:val="right"/>
      </w:pPr>
      <w:r>
        <w:t>ఫర్ ఎగ్జాంపుల్, సర్ జేమ్ జీన్స్ వాస్ ఏ గ్రేట్ బ్రిటిష్ సైంటిస్ట్. సర్ జేమ్ జీన్స్, హి, హి పబ్లిష్డ్ ఏ బుక్ ఆన్ దిస్ సబ్జెక్ట్, మిస్టీరియస్ యూనివర్స్. మిస్టీరియస్ యూనివర్స్, ఇన్ మిస్టీరియస్ యూనివర్స్, ఇట్ ఇస్ ఏ వెరీ ఎక్స్ట్రీమ్లీ రీడబుల్ బుక్. మిస్టీరియస్ యూనివర్స్ ఇస్ ఎక్స్ట్రీమ్లీ రీడబుల్ బుక్.</w:t>
      </w:r>
    </w:p>
    <w:p>
      <w:r>
        <w:rPr>
          <w:b/>
        </w:rPr>
        <w:t xml:space="preserve">[34:49] </w:t>
      </w:r>
      <w:r>
        <w:t>in this book, he, he, he maintains that there is a mathematical mind behind this universe. his, this is his word, mathematical mind. his, he, he maintains that in universe, we see a great mathematics, great discipline, great design.</w:t>
      </w:r>
    </w:p>
    <w:p>
      <w:pPr>
        <w:jc w:val="right"/>
      </w:pPr>
      <w:r>
        <w:t>ఇన్ దిస్ బుక్, హి, హి, హి మెయింటైన్స్ దట్ దేర్ ఇస్ ఏ మ్యాథమెటికల్ మైండ్ బిహైండ్ దిస్ యూనివర్స్. హిస్, దిస్ ఇస్ హిస్ వర్డ్, మ్యాథమెటికల్ మైండ్. హిస్, హి, హి మెయింటైన్స్ దట్ ఇన్ యూనివర్స్, వి సీ ఏ గ్రేట్ మ్యాథమెటిక్స్, గ్రేట్ డిసిప్లిన్, గ్రేట్ డిజైన్.</w:t>
      </w:r>
    </w:p>
    <w:p>
      <w:r>
        <w:rPr>
          <w:b/>
        </w:rPr>
        <w:t xml:space="preserve">[35:18] </w:t>
      </w:r>
      <w:r>
        <w:t>so, we, we are compelled to believe that there is a mathematical bind that has designed this universe. this was acknowledgement by sir james jeans. then, there is a great scientist, fred hoyle. fred hoyle says that our intelligent, he says that our universe is intelligent universe.</w:t>
      </w:r>
    </w:p>
    <w:p>
      <w:pPr>
        <w:jc w:val="right"/>
      </w:pPr>
      <w:r>
        <w:t>సో, వి, వి ఆర్ కంపెల్డ్ టు బిలీవ్ దట్ దేర్ ఇస్ ఏ మ్యాథమెటికల్ బైండ్ దట్ హాస్ డిజైన్ దిస్ యూనివర్స్. దిస్ వాస్ అక్నాలెడ్జ్మెంట్ బై సర్ జేమ్ జీన్స్. దెన్, దేర్ ఇస్ ఏ గ్రేట్ సైంటిస్ట్, ఫ్రెడ్ హాయిల్. ఫ్రెడ్ హాయిల్ సేస్ దట్ అవర్ ఇంటెలిజెంట్, హి సేస్ దట్ అవర్ యూనివర్స్ ఇస్ ఇంటెలిజెంట్ యూనివర్స్.</w:t>
      </w:r>
    </w:p>
    <w:p>
      <w:r>
        <w:rPr>
          <w:b/>
        </w:rPr>
        <w:t xml:space="preserve">[35:48] </w:t>
      </w:r>
      <w:r>
        <w:t>this is his word, intelligent universe. also, he avoid to use the word god, but he says that it is quite obvious that our, our universe is intelligent universe.</w:t>
      </w:r>
    </w:p>
    <w:p>
      <w:pPr>
        <w:jc w:val="right"/>
      </w:pPr>
      <w:r>
        <w:t>దిస్ ఇస్ హిస్ వర్డ్, ఇంటెలిజెంట్ యూనివర్స్. ఆల్సో, హి అవాయిడ్ టు యూస్ ద వర్డ్ గాడ్, బట్ హి సేస్ దట్ ఇట్ ఇస్ క్వైట్ ఆబ్వియస్ దట్ అవర్, అవర్ యూనివర్స్ ఇస్ ఇంటెలిజెంట్ యూనివర్స్.</w:t>
      </w:r>
    </w:p>
    <w:p>
      <w:r>
        <w:rPr>
          <w:b/>
        </w:rPr>
        <w:t xml:space="preserve">[36:07] </w:t>
      </w:r>
      <w:r>
        <w:t>so, i would like to say that, any, if i, if i had to rephrase his, his, his, his saying, i would like to say that there is a intelligent being who created this universe. otherwise, this universe is not explainable. you can not explain this universe without believing that there is a intelligent mind behind this universe.</w:t>
      </w:r>
    </w:p>
    <w:p>
      <w:pPr>
        <w:jc w:val="right"/>
      </w:pPr>
      <w:r>
        <w:t>సో, ఐ వుడ్ లైక్ టు సే దట్, ఎనీ, ఇఫ్ ఐ, ఇఫ్ ఐ హాడ్ టు రీఫ్రేజ్ హిస్, హిస్, హిస్, హిస్ సేయింగ్, ఐ వుడ్ లైక్ టు సే దట్ దేర్ ఇస్ ఏ ఇంటెలిజెంట్ బీయింగ్ హూ క్రియేటెడ్ దిస్ యూనివర్స్. అదర్ వైస్, దిస్ యూనివర్స్ ఇస్ నాట్ ఎక్స్ప్లెయినబుల్. యు కెన్ నాట్ ఎక్స్ప్లెయిన్ దిస్ యూనివర్స్ వితౌట్ బిలీవింగ్ దట్ దేర్ ఇస్ ఏ ఇంటెలిజెంట్ మైండ్ బిహైండ్ దిస్ యూనివర్స్.</w:t>
      </w:r>
    </w:p>
    <w:p>
      <w:r>
        <w:rPr>
          <w:b/>
        </w:rPr>
        <w:t xml:space="preserve">[36:35] </w:t>
      </w:r>
      <w:r>
        <w:t>then, there is a living scientist, paul davies. he is an american. he says that, that there is a conscious being, conscious being in a bashur wajood. he admits that there is a conscious being behind this universe. without this conscious being, this universe was not possible.</w:t>
      </w:r>
    </w:p>
    <w:p>
      <w:pPr>
        <w:jc w:val="right"/>
      </w:pPr>
      <w:r>
        <w:t>దెన్, దేర్ ఇస్ ఏ లివింగ్ సైంటిస్ట్, పాల్ డేవిస్. హి ఇస్ ఆన్ అమెరికన్. హి సేస్ దట్, దట్ దేర్ ఇస్ ఏ కాన్షియస్ బీయింగ్, కాన్షియస్ బీయింగ్ ఇన్ ఏ బాషూర్ వజూద్. హి అడ్మిట్స్ దట్ దేర్ ఇస్ ఏ కాన్షియస్ బీయింగ్ బిహైండ్ దిస్ యూనివర్స్. వితౌట్ దిస్ కాన్షియస్ బీయింగ్, దిస్ యూనివర్స్ వాస్ నాట్ పాసిబుల్.</w:t>
      </w:r>
    </w:p>
    <w:p>
      <w:r>
        <w:rPr>
          <w:b/>
        </w:rPr>
        <w:t xml:space="preserve">[37:02] </w:t>
      </w:r>
      <w:r>
        <w:t>then, there was Sir Arthur Eddington, was a great scientific mind.</w:t>
      </w:r>
    </w:p>
    <w:p>
      <w:pPr>
        <w:jc w:val="right"/>
      </w:pPr>
      <w:r>
        <w:t>దెన్, దేర్ వాస్ సర్ ఆర్థర్ ఎడింగ్టన్, వాస్ ఏ గ్రేట్ సైంటిఫిక్ మైండ్.</w:t>
      </w:r>
    </w:p>
    <w:p>
      <w:r>
        <w:rPr>
          <w:b/>
        </w:rPr>
        <w:t xml:space="preserve">[37:08] </w:t>
      </w:r>
      <w:r>
        <w:t>I have read some of his books.</w:t>
      </w:r>
    </w:p>
    <w:p>
      <w:pPr>
        <w:jc w:val="right"/>
      </w:pPr>
      <w:r>
        <w:t>ఐ హావ్ రీడ్ సం ఆఫ్ హై బుక్స్.</w:t>
      </w:r>
    </w:p>
    <w:p>
      <w:r>
        <w:rPr>
          <w:b/>
        </w:rPr>
        <w:t xml:space="preserve">[37:15] </w:t>
      </w:r>
      <w:r>
        <w:t>he, he says that, that, that after, after long study of the universe, he says that the stuff</w:t>
      </w:r>
    </w:p>
    <w:p>
      <w:pPr>
        <w:jc w:val="right"/>
      </w:pPr>
      <w:r>
        <w:t>హి, హి సేస్ దట్, దట్, దట్ ఆఫ్టర్, ఆఫ్టర్ లాంగ్ స్టడీ ఆఫ్ ది యూనివర్స్, హి సేస్ దట్ ద స్టఫ్</w:t>
      </w:r>
    </w:p>
    <w:p>
      <w:r>
        <w:rPr>
          <w:b/>
        </w:rPr>
        <w:t xml:space="preserve">[37:22] </w:t>
      </w:r>
      <w:r>
        <w:t>of the world, the stuff of the world is mind stuff.</w:t>
      </w:r>
    </w:p>
    <w:p>
      <w:pPr>
        <w:jc w:val="right"/>
      </w:pPr>
      <w:r>
        <w:t>ఆఫ్ ది వరల్డ్, ద స్టఫ్ ఆఫ్ ది వరల్డ్ ఇస్ మైండ్ స్టఫ్.</w:t>
      </w:r>
    </w:p>
    <w:p>
      <w:r>
        <w:rPr>
          <w:b/>
        </w:rPr>
        <w:t xml:space="preserve">[37:29] </w:t>
      </w:r>
      <w:r>
        <w:t>the stuff of the world is mind stuff.</w:t>
      </w:r>
    </w:p>
    <w:p>
      <w:pPr>
        <w:jc w:val="right"/>
      </w:pPr>
      <w:r>
        <w:t>ద స్టఫ్ ఆఫ్ ది వరల్డ్ ఇస్ మైండ్ స్టఫ్.</w:t>
      </w:r>
    </w:p>
    <w:p>
      <w:r>
        <w:rPr>
          <w:b/>
        </w:rPr>
        <w:t xml:space="preserve">[37:36] </w:t>
      </w:r>
      <w:r>
        <w:t>the stuff of the world is mind stuff. so, although they avoid to, to use the word god, but in, in different ways, in different word, in different term, they admit that there is a mind. there is a, there is a power, there is a supreme power, who, who, who controls the whole universe.</w:t>
      </w:r>
    </w:p>
    <w:p>
      <w:pPr>
        <w:jc w:val="right"/>
      </w:pPr>
      <w:r>
        <w:t>ద స్టఫ్ ఆఫ్ ది వరల్డ్ ఇస్ మైండ్ స్టఫ్. సో, ఆల్దో దే అవాయిడ్ టు, టు యూస్ ద వర్డ్ గాడ్, బట్ ఇన్, ఇన్ డిఫరెంట్ వేస్, ఇన్ డిఫరెంట్ వర్డ్, ఇన్ డిఫరెంట్ టర్మ్, దే అడ్మిట్ దట్ దేర్ ఇస్ ఏ మైండ్. దేర్ ఇస్ ఏ, దేర్ ఇస్ ఏ పవర్, దేర్ ఇస్ ఏ సుప్రీం పవర్, హూ, హూ, హూ కంట్రోల్స్ ద హోల్ యూనివర్స్.</w:t>
      </w:r>
    </w:p>
    <w:p>
      <w:r>
        <w:rPr>
          <w:b/>
        </w:rPr>
        <w:t xml:space="preserve">[38:01] </w:t>
      </w:r>
      <w:r>
        <w:t>without believing in such a power, we can, we can not explain the, the, the, the, the, the universe.</w:t>
      </w:r>
    </w:p>
    <w:p>
      <w:pPr>
        <w:jc w:val="right"/>
      </w:pPr>
      <w:r>
        <w:t>వితౌట్ బిలీవింగ్ ఇన్ సచ్ ఏ పవర్, వి కెన్, వి కెన్ నాట్ ఎక్స్ప్లెయిన్ ద, ద, ద, ద, ద, ద యూనివర్స్.</w:t>
      </w:r>
    </w:p>
    <w:p>
      <w:r>
        <w:rPr>
          <w:b/>
        </w:rPr>
        <w:t xml:space="preserve">[38:22] </w:t>
      </w:r>
      <w:r>
        <w:t>according to my study, only a theist deny the, this is according to my study, only a theist deny the existence of god, not the philosophers and not the scientist.</w:t>
      </w:r>
    </w:p>
    <w:p>
      <w:pPr>
        <w:jc w:val="right"/>
      </w:pPr>
      <w:r>
        <w:t>అకార్డ్ టు మై స్టడీ, ఓన్లీ ఏ థీస్ట్ డెనై ద, దిస్ ఇస్ అకార్డ్ టు మై స్టడీ, ఓన్లీ ఏ థీస్ట్ డెనై ద ఎగ్జిస్టెన్స్ ఆఫ్ గాడ్, నాట్ ద ఫిలాసఫర్స్ అండ్ నాట్ ద సైంటిస్ట్.</w:t>
      </w:r>
    </w:p>
    <w:p>
      <w:r>
        <w:rPr>
          <w:b/>
        </w:rPr>
        <w:t xml:space="preserve">[38:44] </w:t>
      </w:r>
      <w:r>
        <w:t>although they avoid to use the word god, but in different term, they acknowledge that there is a power, there is a supreme power, who, who has a, who is responsible to, to create this world.</w:t>
      </w:r>
    </w:p>
    <w:p>
      <w:pPr>
        <w:jc w:val="right"/>
      </w:pPr>
      <w:r>
        <w:t>ఆల్దో దే అవాయిడ్ టు యూస్ ద వర్డ్ గాడ్, బట్ ఇన్ డిఫరెంట్ టర్మ్, దే అక్నాలెడ్జ్ దట్ దేర్ ఇస్ ఏ పవర్, దేర్ ఇస్ ఏ సుప్రీం పవర్, హూ, హూ హాస్ ఏ, హూ ఇస్ రెస్పాన్సిబుల్ టు, టు క్రియేట్ దిస్ వరల్డ్.</w:t>
      </w:r>
    </w:p>
    <w:p>
      <w:r>
        <w:rPr>
          <w:b/>
        </w:rPr>
        <w:t xml:space="preserve">[39:09] </w:t>
      </w:r>
      <w:r>
        <w:t>and also, this power is, is, is the sustainer of this world. he is the control of this world. then, now, the question is, is why the number of gods? how, how, how is the number of gods? this is very interesting question.</w:t>
      </w:r>
    </w:p>
    <w:p>
      <w:pPr>
        <w:jc w:val="right"/>
      </w:pPr>
      <w:r>
        <w:t>అండ్ ఆల్సో, దిస్ పవర్ ఇస్, ఇస్, ఇస్ ద సస్టైనర్ ఆఫ్ దిస్ వరల్డ్. హి ఇస్ ద కంట్రోల్ ఆఫ్ దిస్ వరల్డ్. దెన్, నౌ, ద క్వశ్చన్ ఇస్, ఇస్ వై ద నెంబర్ ఆఫ్ గాడ్స్? హౌ, హౌ, హౌ ఇస్ ద నెంబర్ ఆఫ్ గాడ్స్? దిస్ ఇస్ వెరీ ఇంట్రెస్టింగ్ క్వశ్చన్.</w:t>
      </w:r>
    </w:p>
    <w:p>
      <w:r>
        <w:rPr>
          <w:b/>
        </w:rPr>
        <w:t xml:space="preserve">[39:38] </w:t>
      </w:r>
      <w:r>
        <w:t>before newton, it was believed that there are numerous gods: rain god, sun god, and moon god, and so on. but newton tried to reduce the numbers. so, he said that there are four forces.</w:t>
      </w:r>
    </w:p>
    <w:p>
      <w:pPr>
        <w:jc w:val="right"/>
      </w:pPr>
      <w:r>
        <w:t>బిఫోర్ న్యూటన్, ఇట్ వాస్ బిలీవ్డ్ దట్ దేర్ ఆర్ న్యూమరస్ గాడ్స్: రైన్ గాడ్, సన్ గాడ్, అండ్ మూన్ గాడ్, అండ్ సో ఆన్. బట్ న్యూటన్ ట్రైడ్ టు రెడ్యూస్ ద నంబర్స్. సో, హి సెడ్ దట్ దేర్ ఆర్ ఫోర్ ఫోర్సెస్.</w:t>
      </w:r>
    </w:p>
    <w:p>
      <w:r>
        <w:rPr>
          <w:b/>
        </w:rPr>
        <w:t xml:space="preserve">[40:03] </w:t>
      </w:r>
      <w:r>
        <w:t>he also avoid to use the word god, but newton tried to, to prove that there are four forces, not the numerous forces. and according to newton, this four forces were, were the responsible to control the whole universe, the whole cosmos.</w:t>
      </w:r>
    </w:p>
    <w:p>
      <w:pPr>
        <w:jc w:val="right"/>
      </w:pPr>
      <w:r>
        <w:t>హి ఆల్సో అవాయిడ్ టు యూస్ ద వర్డ్ గాడ్, బట్ న్యూటన్ ట్రైడ్ టు, టు ప్రూవ్ దట్ దేర్ ఆర్ ఫోర్ ఫోర్సెస్, నాట్ ద న్యూమరస్ ఫోర్సెస్. అండ్ అకార్డ్ టు న్యూటన్, దిస్ ఫోర్ ఫోర్సెస్ వర్, వర్ ద రెస్పాన్సిబుల్ టు కంట్రోల్ ద హోల్ యూనివర్స్, ద హోల్ కాస్మోస్.</w:t>
      </w:r>
    </w:p>
    <w:p>
      <w:r>
        <w:rPr>
          <w:b/>
        </w:rPr>
        <w:t xml:space="preserve">[40:25] </w:t>
      </w:r>
      <w:r>
        <w:t>but you know, scientific mind was not satisfied with this four numbers, because you know, scientific mind, when, when a scientist observe the universe, he finds that there is harmony everywhere.</w:t>
      </w:r>
    </w:p>
    <w:p>
      <w:pPr>
        <w:jc w:val="right"/>
      </w:pPr>
      <w:r>
        <w:t>బట్ యు నో, సైంటిఫిక్ మైండ్ వాస్ నాట్ సాటిస్ఫైడ్ విత్ దిస్ ఫోర్ నంబర్స్, బికాజ్ యు నో, సైంటిఫిక్ మైండ్, వెన్, వెన్ ఏ సైంటిస్ట్ అబ్సర్వ్ ద యూనివర్స్, హి ఫైండ్స్ దట్ దేర్ ఇస్ హార్మనీ ఎవరీవేర్.</w:t>
      </w:r>
    </w:p>
    <w:p>
      <w:r>
        <w:rPr>
          <w:b/>
        </w:rPr>
        <w:t xml:space="preserve">[40:45] </w:t>
      </w:r>
      <w:r>
        <w:t>there is harmony, extremely, in harmony, in extremist sense of the word, everywhere in the world. so, such a harmonious world needs one controller, not four controller.</w:t>
      </w:r>
    </w:p>
    <w:p>
      <w:pPr>
        <w:jc w:val="right"/>
      </w:pPr>
      <w:r>
        <w:t>దేర్ ఇస్ హార్మనీ, ఎక్స్ట్రీమ్లీ, ఇన్ హార్మనీ, ఇన్ ఎక్స్ట్రీమిస్ట్ సెన్స్ ఆఫ్ ద వర్డ్, ఎవరీవేర్ ఇన్ ద వరల్డ్. సో, సచ్ ఏ హార్మోనియస్ వరల్డ్ నీడ్స్ వన్ కంట్రోలర్, నాట్ ఫోర్ కంట్రోలర్.</w:t>
      </w:r>
    </w:p>
    <w:p>
      <w:r>
        <w:rPr>
          <w:b/>
        </w:rPr>
        <w:t xml:space="preserve">[41:04] </w:t>
      </w:r>
      <w:r>
        <w:t>so, although newton said that there are four forces who control the world, but this was not satisfactory for scientific minds.</w:t>
      </w:r>
    </w:p>
    <w:p>
      <w:pPr>
        <w:jc w:val="right"/>
      </w:pPr>
      <w:r>
        <w:t>సో, ఆల్దో న్యూటన్ సెడ్ దట్ దేర్ ఆర్ ఫోర్ ఫోర్సెస్ హూ కంట్రోల్ ద వరల్డ్, బట్ దిస్ వాస్ నాట్ సాటిస్ఫాక్టరీ ఫర్ సైంటిఫిక్ మైండ్స్.</w:t>
      </w:r>
    </w:p>
    <w:p>
      <w:r>
        <w:rPr>
          <w:b/>
        </w:rPr>
        <w:t xml:space="preserve">[41:17] </w:t>
      </w:r>
      <w:r>
        <w:t>so, scientist were busy to reduce the numbers, but it took a long period until in 19, in 1996, three, three scientist tried to reduce the number.</w:t>
      </w:r>
    </w:p>
    <w:p>
      <w:pPr>
        <w:jc w:val="right"/>
      </w:pPr>
      <w:r>
        <w:t>సో, సైంటిస్ట్ వేర్ బిజీ టు రెడ్యూస్ ద నంబర్స్, బట్ ఇట్ టుక్ ఏ లాంగ్ పీరియడ్ అంటిల్ ఇన్ 19, ఇన్ 1996, త్రీ, త్రీ సైంటిస్ట్ ట్రైడ్ టు రెడ్యూస్ ద నంబర్.</w:t>
      </w:r>
    </w:p>
    <w:p>
      <w:r>
        <w:rPr>
          <w:b/>
        </w:rPr>
        <w:t xml:space="preserve">[41:40] </w:t>
      </w:r>
      <w:r>
        <w:t>four, this three were, two were, two were american, and one was indian, daughter of the salaam. this three, this three scientist tried to prove that this number are only three, not four.</w:t>
      </w:r>
    </w:p>
    <w:p>
      <w:pPr>
        <w:jc w:val="right"/>
      </w:pPr>
      <w:r>
        <w:t>ఫోర్, దిస్ త్రీ వేర్, టు వేర్, టు వేర్ అమెరికన్, అండ్ వన్ వాస్ ఇండియన్, డాటర్ ఆఫ్ ది సలాం. దిస్ త్రీ, దిస్ త్రీ సైంటిస్ట్ ట్రైడ్ టు ప్రూవ్ దట్ దిస్ నెంబర్ ఆర్ ఓన్లీ త్రీ, నాట్ ఫోర్.</w:t>
      </w:r>
    </w:p>
    <w:p>
      <w:r>
        <w:rPr>
          <w:b/>
        </w:rPr>
        <w:t xml:space="preserve">[42:03] </w:t>
      </w:r>
      <w:r>
        <w:t>and newton, newton, newton said that there are four forces that control the whole universe. but after newton, this three scientist, two americans and one indian, the salaam, they proved that no, there are three forces that control the whole universe, the whole cosmos.</w:t>
      </w:r>
    </w:p>
    <w:p>
      <w:pPr>
        <w:jc w:val="right"/>
      </w:pPr>
      <w:r>
        <w:t>అండ్ న్యూటన్, న్యూటన్, న్యూటన్ సెడ్ దట్ దేర్ ఆర్ ఫోర్ ఫోర్సెస్ దట్ కంట్రోల్ ద హోల్ యూనివర్స్. బట్ ఆఫ్టర్ న్యూటన్, దిస్ త్రీ సైంటిస్ట్, టు అమెరికన్స్ అండ్ వన్ ఇండియన్, ది సలాం, దే ప్రూవ్ దట్ నో, దేర్ ఆర్ త్రీ ఫోర్సెస్ దట్ కంట్రోల్ ద హోల్ యూనివర్స్, ద హోల్ కాస్మోస్.</w:t>
      </w:r>
    </w:p>
    <w:p>
      <w:r>
        <w:rPr>
          <w:b/>
        </w:rPr>
        <w:t xml:space="preserve">[42:27] </w:t>
      </w:r>
      <w:r>
        <w:t>but three was also not satisfactory, because scientific mind wanted to have a single force, single force, not three or four forces, or numerous forces. then, you know, there is a living scientist, stephen hawking.</w:t>
      </w:r>
    </w:p>
    <w:p>
      <w:pPr>
        <w:jc w:val="right"/>
      </w:pPr>
      <w:r>
        <w:t>బట్ త్రీ వాస్ ఆల్సో నాట్ సాటిస్ఫాక్టరీ, బికాజ్ సైంటిఫిక్ మైండ్ వాంటెడ్ టు హావ్ ఏ సింగిల్ ఫోర్స్, సింగిల్ ఫోర్స్, నాట్ త్రీ ఆర్ ఫోర్ ఫోర్సెస్, ఆర్ న్యూమరస్ ఫోర్సెస్. దెన్, యు నో, దేర్ ఇస్ ఏ లివింగ్ సైంటిస్ట్, స్టిఫెన్ హాకింగ్.</w:t>
      </w:r>
    </w:p>
    <w:p>
      <w:r>
        <w:rPr>
          <w:b/>
        </w:rPr>
        <w:t xml:space="preserve">[42:49] </w:t>
      </w:r>
      <w:r>
        <w:t>stephen hawking is a living british scientist, and he is said to be the greatest in theoretical, theoretical physics. so, stephen hawking has proved after long mathematical calculations that there is single force that control the whole cosmos, the whole universe.</w:t>
      </w:r>
    </w:p>
    <w:p>
      <w:pPr>
        <w:jc w:val="right"/>
      </w:pPr>
      <w:r>
        <w:t>స్టిఫెన్ హాకింగ్ ఇస్ ఏ లివింగ్ బ్రిటిష్ సైంటిస్ట్, అండ్ హి ఇస్ సెడ్ టు బి ద గ్రేటెస్ట్ ఇన్ థియేటికల్, థియేటికల్ ఫిజిక్స్. సో, స్టిఫెన్ హాకింగ్ హాస్ ప్రూవ్డ్ ఆఫ్టర్ లాంగ్ మ్యాథమెటికల్ క్యాలిక్యులేషన్స్ దట్ దేర్ ఇస్ సింగిల్ ఫోర్స్ దట్ కంట్రోల్ ద హోల్ కాస్మోస్, ద హోల్ యూనివర్స్.</w:t>
      </w:r>
    </w:p>
    <w:p>
      <w:r>
        <w:rPr>
          <w:b/>
        </w:rPr>
        <w:t xml:space="preserve">[43:11] </w:t>
      </w:r>
      <w:r>
        <w:t>and now, this theory is accepted among educated people, and they call it single string theory, single string theory. so, now, so now, according to the, to the, to stephen hawking, there is single string that controls the whole universe.</w:t>
      </w:r>
    </w:p>
    <w:p>
      <w:pPr>
        <w:jc w:val="right"/>
      </w:pPr>
      <w:r>
        <w:t>అండ్ నౌ, దిస్ థియరీ ఇస్ యాక్సెప్టెడ్ అమాంగ్ ఎడ్యుకేటెడ్ పీపుల్, అండ్ దే కాల్ ఇట్ సింగిల్ స్ట్రింగ్ థియరీ, సింగిల్ స్ట్రింగ్ థియరీ. సో, నౌ, సో నౌ, అకార్డింగ్ టు ద, టు ద, టు స్టిఫెన్ హాకింగ్, దేర్ ఇస్ సింగిల్ స్ట్రింగ్ దట్ కంట్రోల్స్ ద హోల్ యూనివర్స్.</w:t>
      </w:r>
    </w:p>
    <w:p>
      <w:r>
        <w:rPr>
          <w:b/>
        </w:rPr>
        <w:t xml:space="preserve">[43:36] </w:t>
      </w:r>
      <w:r>
        <w:t>so, you can see that, that the journey of science reach to the, to this end, that they admit that there is only, only one force, which we call anyones of god. as, as, i have said earlier that neither philosophers or nor scientist any use the word god.</w:t>
      </w:r>
    </w:p>
    <w:p>
      <w:pPr>
        <w:jc w:val="right"/>
      </w:pPr>
      <w:r>
        <w:t>సో, యు కెన్ సీ దట్, దట్ ద జర్నీ ఆఫ్ సైన్స్ రీచ్ టు ద, టు దిస్ ఎండ్, దట్ దే అడ్మిట్ దట్ దేర్ ఇస్ ఓన్లీ, ఓన్లీ వన్ ఫోర్స్, విచ్ వి కాల్ ఎనీ వన్స్ ఆఫ్ గాడ్. యాస్, యాస్, ఐ హావ్ సెడ్ ఎర్లియర్ దట్ నైదర్ ఫిలాసఫర్స్ ఆర్ నార్ సైంటిస్ట్ ఎనీ యూస్ ద వర్డ్ గాడ్.</w:t>
      </w:r>
    </w:p>
    <w:p>
      <w:r>
        <w:rPr>
          <w:b/>
        </w:rPr>
        <w:t xml:space="preserve">[44:06] </w:t>
      </w:r>
      <w:r>
        <w:t>they always avoid to use word god, but in, in different term, they, they, they acknowledge that there is a supreme power, there is a supreme being that controls the whole universe. and now, the numbers reduce to that extent that. they say that only one force, that is single string, is that controls the whole universe.</w:t>
      </w:r>
    </w:p>
    <w:p>
      <w:pPr>
        <w:jc w:val="right"/>
      </w:pPr>
      <w:r>
        <w:t>దే ఆల్వేస్ అవాయిడ్ టు యూస్ వర్డ్ గాడ్, బట్ ఇన్, ఇన్ డిఫరెంట్ టర్మ్, దే, దే, దే అక్నాలెడ్జ్ దట్ దేర్ ఇస్ ఏ సుప్రీం పవర్, దేర్ ఇస్ ఏ సుప్రీం బీయింగ్ దట్ కంట్రోల్స్ ద హోల్ యూనివర్స్. అండ్ నౌ, ద నంబర్స్ రెడ్యూస్ టు దట్ ఎక్స్టెంట్ దట్. దే సే దట్ ఓన్లీ వన్ ఫోర్స్, దట్ ఇస్ సింగిల్ స్ట్రింగ్, ఇస్ దట్ కంట్రోల్స్ ద హోల్ యూనివర్స్.</w:t>
      </w:r>
    </w:p>
    <w:p>
      <w:r>
        <w:rPr>
          <w:b/>
        </w:rPr>
        <w:t xml:space="preserve">[44:33] </w:t>
      </w:r>
      <w:r>
        <w:t>so, this is my study, and this is the result of my study. i can say that, according to my study, i can say that, that there is a god, and this god is one and one alone. thank you.</w:t>
      </w:r>
    </w:p>
    <w:p>
      <w:pPr>
        <w:jc w:val="right"/>
      </w:pPr>
      <w:r>
        <w:t>సో, దిస్ ఇస్ మై స్టడీ, అండ్ దిస్ ఇస్ ద రిజల్ట్ ఆఫ్ మై స్టడీ. ఐ కెన్ సే దట్, అకార్డింగ్ టు మై స్టడీ, ఐ కెన్ సే దట్, దట్ దేర్ ఇస్ ఏ గాడ్, అండ్ దిస్ గాడ్ ఇస్ వన్ అండ్ వన్ అలోన్. థాంక్యూ.</w:t>
      </w:r>
    </w:p>
    <w:p>
      <w:r>
        <w:rPr>
          <w:b/>
        </w:rPr>
        <w:t xml:space="preserve">[45:03] </w:t>
      </w:r>
      <w:r>
        <w:t>to hand away your questions to the citys volunteer.</w:t>
      </w:r>
    </w:p>
    <w:p>
      <w:pPr>
        <w:jc w:val="right"/>
      </w:pPr>
      <w:r>
        <w:t>టు హ్యాండ్ అవే యువర్ క్వశ్చన్స్ టు ది సిటీఎస్ వాలంటీర్.</w:t>
      </w:r>
    </w:p>
    <w:p>
      <w:r>
        <w:rPr>
          <w:b/>
        </w:rPr>
        <w:t xml:space="preserve">[45:15] </w:t>
      </w:r>
      <w:r>
        <w:t>this question is from mr khalid ansari.</w:t>
      </w:r>
    </w:p>
    <w:p>
      <w:pPr>
        <w:jc w:val="right"/>
      </w:pPr>
      <w:r>
        <w:t>దిస్ క్వశ్చన్ ఇస్ ఫ్రమ్ మిస్టర్ ఖాలిద్ అన్సారి.</w:t>
      </w:r>
    </w:p>
    <w:p>
      <w:r>
        <w:rPr>
          <w:b/>
        </w:rPr>
        <w:t xml:space="preserve">[45:27] </w:t>
      </w:r>
      <w:r>
        <w:t>maulana, khuda ek bashoor wajood hai, aur scientific study insan ko bhi bashoor proof karti hai.</w:t>
      </w:r>
    </w:p>
    <w:p>
      <w:pPr>
        <w:jc w:val="right"/>
      </w:pPr>
      <w:r>
        <w:t>मौलाना, खुदा एक बाशूर वजूद है, और साइंटिफिक स्टडी इंसान को भी बाशूर प्रूफ करती है।</w:t>
      </w:r>
    </w:p>
    <w:p>
      <w:r>
        <w:rPr>
          <w:b/>
        </w:rPr>
        <w:t xml:space="preserve">[45:39] </w:t>
      </w:r>
      <w:r>
        <w:t>to phir insan ki beshuri kis rukawat ki wajah se khuda tak nahi pahunch paati?</w:t>
      </w:r>
    </w:p>
    <w:p>
      <w:pPr>
        <w:jc w:val="right"/>
      </w:pPr>
      <w:r>
        <w:t>तो फिर इंसान की बेशुरी किस रुकावट की वजह से खुदा तक नहीं पहुंच पाती?</w:t>
      </w:r>
    </w:p>
    <w:p>
      <w:r>
        <w:rPr>
          <w:b/>
        </w:rPr>
        <w:t xml:space="preserve">[45:52] </w:t>
      </w:r>
      <w:r>
        <w:t>bahut important question hai ye.</w:t>
      </w:r>
    </w:p>
    <w:p>
      <w:pPr>
        <w:jc w:val="right"/>
      </w:pPr>
      <w:r>
        <w:t>बहुत इंपॉर्टेंट क्वेश्चन है ये।</w:t>
      </w:r>
    </w:p>
    <w:p>
      <w:r>
        <w:rPr>
          <w:b/>
        </w:rPr>
        <w:t xml:space="preserve">[46:00] </w:t>
      </w:r>
      <w:r>
        <w:t>bahut important question hai ye.</w:t>
      </w:r>
    </w:p>
    <w:p>
      <w:pPr>
        <w:jc w:val="right"/>
      </w:pPr>
      <w:r>
        <w:t>बहुत इंपॉर्टेंट क्वेश्चन है ये।</w:t>
      </w:r>
    </w:p>
    <w:p>
      <w:r>
        <w:rPr>
          <w:b/>
        </w:rPr>
        <w:t xml:space="preserve">[46:09] </w:t>
      </w:r>
      <w:r>
        <w:t>dekhiye, isko aap jab jaan sakte hain, jab yeh jaane ki what is the creation plan of god.</w:t>
      </w:r>
    </w:p>
    <w:p>
      <w:pPr>
        <w:jc w:val="right"/>
      </w:pPr>
      <w:r>
        <w:t>देखिए, इसको आप जब जान सकते हैं, जब यह जाने कि व्हाट इज द क्रिएशन प्लांट ऑफ गॉड।</w:t>
      </w:r>
    </w:p>
    <w:p>
      <w:r>
        <w:rPr>
          <w:b/>
        </w:rPr>
        <w:t xml:space="preserve">[46:17] </w:t>
      </w:r>
      <w:r>
        <w:t>this question is very much linked with the creation plan of god.</w:t>
      </w:r>
    </w:p>
    <w:p>
      <w:pPr>
        <w:jc w:val="right"/>
      </w:pPr>
      <w:r>
        <w:t>दिस क्वेश्चन इज वेरी मच लिंक्ड विद द क्रिएशन प्लांट ऑफ गॉड।</w:t>
      </w:r>
    </w:p>
    <w:p>
      <w:r>
        <w:rPr>
          <w:b/>
        </w:rPr>
        <w:t xml:space="preserve">[46:26] </w:t>
      </w:r>
      <w:r>
        <w:t>khuda ne is duniya mein humko banaya hai kiske liye?</w:t>
      </w:r>
    </w:p>
    <w:p>
      <w:pPr>
        <w:jc w:val="right"/>
      </w:pPr>
      <w:r>
        <w:t>खुदा ने इस दुनिया में हमको बनाया है किसके लिए?</w:t>
      </w:r>
    </w:p>
    <w:p>
      <w:r>
        <w:rPr>
          <w:b/>
        </w:rPr>
        <w:t xml:space="preserve">[46:35] </w:t>
      </w:r>
      <w:r>
        <w:t>test ke liye. test, test kis baat ka? yani freedom ka. hum freedom ko misuse karte hain ya freedom ko hum theek-theek istemal kar sakte hain?</w:t>
      </w:r>
    </w:p>
    <w:p>
      <w:pPr>
        <w:jc w:val="right"/>
      </w:pPr>
      <w:r>
        <w:t>टेस्ट के लिए। टेस्ट, टेस्ट किस बात का? यानी फ्रीडम का। हम फ्रीडम को मिसयूज करते हैं या फ्रीडम को हम ठीक-ठीक इस्तेमाल कर सकते हैं?</w:t>
      </w:r>
    </w:p>
    <w:p>
      <w:r>
        <w:rPr>
          <w:b/>
        </w:rPr>
        <w:t xml:space="preserve">[46:50] </w:t>
      </w:r>
      <w:r>
        <w:t>to kyunki insan ko freedom hai, to misuse karne ka bhi freedom hai.</w:t>
      </w:r>
    </w:p>
    <w:p>
      <w:pPr>
        <w:jc w:val="right"/>
      </w:pPr>
      <w:r>
        <w:t>तो क्योंकि इंसान को फ्रीडम है, तो मिसयूज करने का भी फ्रीडम है।</w:t>
      </w:r>
    </w:p>
    <w:p>
      <w:r>
        <w:rPr>
          <w:b/>
        </w:rPr>
        <w:t xml:space="preserve">[46:56] </w:t>
      </w:r>
      <w:r>
        <w:t>freedom us waqt meenal, meaningless ho jayegi agar misuse karne ki freedom na ho.</w:t>
      </w:r>
    </w:p>
    <w:p>
      <w:pPr>
        <w:jc w:val="right"/>
      </w:pPr>
      <w:r>
        <w:t>फ्रीडम उस वक्त मीनल, मीनलेस हो जाएगी अगर मिसयूज करने की फ्रीडम ना हो।</w:t>
      </w:r>
    </w:p>
    <w:p>
      <w:r>
        <w:rPr>
          <w:b/>
        </w:rPr>
        <w:t xml:space="preserve">[47:02] </w:t>
      </w:r>
      <w:r>
        <w:t>to yeh ek fact hai ki khuda hai.</w:t>
      </w:r>
    </w:p>
    <w:p>
      <w:pPr>
        <w:jc w:val="right"/>
      </w:pPr>
      <w:r>
        <w:t>तो यह एक फैक्ट है कि खुदा है।</w:t>
      </w:r>
    </w:p>
    <w:p>
      <w:r>
        <w:rPr>
          <w:b/>
        </w:rPr>
        <w:t xml:space="preserve">[47:08] </w:t>
      </w:r>
      <w:r>
        <w:t>ek fact hai, khuda ek hai.</w:t>
      </w:r>
    </w:p>
    <w:p>
      <w:pPr>
        <w:jc w:val="right"/>
      </w:pPr>
      <w:r>
        <w:t>एक फैक्ट है, खुदा एक है।</w:t>
      </w:r>
    </w:p>
    <w:p>
      <w:r>
        <w:rPr>
          <w:b/>
        </w:rPr>
        <w:t xml:space="preserve">[47:14] </w:t>
      </w:r>
      <w:r>
        <w:t>main samajhta hoon ki siway theist ke, koi bhi is maamle mein nahi jo jo inkaar karta ho.</w:t>
      </w:r>
    </w:p>
    <w:p>
      <w:pPr>
        <w:jc w:val="right"/>
      </w:pPr>
      <w:r>
        <w:t>मैं समझता हूं कि सिवाय थीस्ट के, कोई भी इस मामले में नहीं जो जो इंकार करता हो।</w:t>
      </w:r>
    </w:p>
    <w:p>
      <w:r>
        <w:rPr>
          <w:b/>
        </w:rPr>
        <w:t xml:space="preserve">[47:21] </w:t>
      </w:r>
      <w:r>
        <w:t>saare philosophers mante hain, saare scientists mante hain, agarche god ka word use nahi karte wo.</w:t>
      </w:r>
    </w:p>
    <w:p>
      <w:pPr>
        <w:jc w:val="right"/>
      </w:pPr>
      <w:r>
        <w:t>सारे फिलासफर्स मानते हैं, सारे साइंटिस्ट मानते हैं, अगरचे गॉड का वर्ड यूज नहीं करते वो।</w:t>
      </w:r>
    </w:p>
    <w:p>
      <w:r>
        <w:rPr>
          <w:b/>
        </w:rPr>
        <w:t xml:space="preserve">[47:27] </w:t>
      </w:r>
      <w:r>
        <w:t>lekin jab tak hum ismein yeh na milaye creation plan of god ko, tab tak hum is question</w:t>
      </w:r>
    </w:p>
    <w:p>
      <w:pPr>
        <w:jc w:val="right"/>
      </w:pPr>
      <w:r>
        <w:t>लेकिन जब तक हम इसमें यह ना मिलाएं क्रिएशन प्लांट ऑफ गॉड को, तब तक हम इस क्वेश्चन</w:t>
      </w:r>
    </w:p>
    <w:p>
      <w:r>
        <w:rPr>
          <w:b/>
        </w:rPr>
        <w:t xml:space="preserve">[47:33] </w:t>
      </w:r>
      <w:r>
        <w:t>ka answer nahi samajh sakte.</w:t>
      </w:r>
    </w:p>
    <w:p>
      <w:pPr>
        <w:jc w:val="right"/>
      </w:pPr>
      <w:r>
        <w:t>का आंसर नहीं समझ सकते।</w:t>
      </w:r>
    </w:p>
    <w:p>
      <w:r>
        <w:rPr>
          <w:b/>
        </w:rPr>
        <w:t xml:space="preserve">[47:39] </w:t>
      </w:r>
      <w:r>
        <w:t>humein azaadi hai, aur isi azaadi par humein reward milega.</w:t>
      </w:r>
    </w:p>
    <w:p>
      <w:pPr>
        <w:jc w:val="right"/>
      </w:pPr>
      <w:r>
        <w:t>हमें आजादी है, और इसी आजादी पर हमें रिवॉर्ड मिलेगा।</w:t>
      </w:r>
    </w:p>
    <w:p>
      <w:r>
        <w:rPr>
          <w:b/>
        </w:rPr>
        <w:t xml:space="preserve">[47:45] </w:t>
      </w:r>
      <w:r>
        <w:t>isi azaadi ke mis, misuse karne par hum reward se deprive ho jayenge.</w:t>
      </w:r>
    </w:p>
    <w:p>
      <w:pPr>
        <w:jc w:val="right"/>
      </w:pPr>
      <w:r>
        <w:t>इसी आजादी के मिस, मिसयूज करने पर हम रिवॉर्ड से डिप्राइव हो जाएंगे।</w:t>
      </w:r>
    </w:p>
    <w:p>
      <w:r>
        <w:rPr>
          <w:b/>
        </w:rPr>
        <w:t xml:space="preserve">[47:52] </w:t>
      </w:r>
      <w:r>
        <w:t>isi azaadi ko sahi istemal karne se hum, humko khuda ka reward milega.</w:t>
      </w:r>
    </w:p>
    <w:p>
      <w:pPr>
        <w:jc w:val="right"/>
      </w:pPr>
      <w:r>
        <w:t>इसी आजादी को सही इस्तेमाल करने से हम, हमको खुदा का रिवॉर्ड मिलेगा।</w:t>
      </w:r>
    </w:p>
    <w:p>
      <w:r>
        <w:rPr>
          <w:b/>
        </w:rPr>
        <w:t xml:space="preserve">[47:58] </w:t>
      </w:r>
      <w:r>
        <w:t>to freedom, to jab aap yeh jaan lein ki what is the creation plan of god, tab is</w:t>
      </w:r>
    </w:p>
    <w:p>
      <w:pPr>
        <w:jc w:val="right"/>
      </w:pPr>
      <w:r>
        <w:t>तो फ्रीडम, तो जब आप यह जान लें कि व्हाट इज द क्रिएशन प्लांट ऑफ गॉड, तब इस</w:t>
      </w:r>
    </w:p>
    <w:p>
      <w:r>
        <w:rPr>
          <w:b/>
        </w:rPr>
        <w:t xml:space="preserve">[48:04] </w:t>
      </w:r>
      <w:r>
        <w:t>sawal ko samajhna bahut aasan ho jata hai.</w:t>
      </w:r>
    </w:p>
    <w:p>
      <w:pPr>
        <w:jc w:val="right"/>
      </w:pPr>
      <w:r>
        <w:t>सवाल को समझना बहुत आसान हो जाता है।</w:t>
      </w:r>
    </w:p>
    <w:p>
      <w:r>
        <w:rPr>
          <w:b/>
        </w:rPr>
        <w:t xml:space="preserve">[48:10] </w:t>
      </w:r>
      <w:r>
        <w:t>this question is from doctor arun kumar.</w:t>
      </w:r>
    </w:p>
    <w:p>
      <w:pPr>
        <w:jc w:val="right"/>
      </w:pPr>
      <w:r>
        <w:t>दिस क्वेश्चन इज फ्रॉम डॉक्टर अरुण कुमार।</w:t>
      </w:r>
    </w:p>
    <w:p>
      <w:r>
        <w:rPr>
          <w:b/>
        </w:rPr>
        <w:t xml:space="preserve">[48:16] </w:t>
      </w:r>
      <w:r>
        <w:t>if the existence of god is proven by the very existence of man, why is man scared of acknowledging god?</w:t>
      </w:r>
    </w:p>
    <w:p>
      <w:pPr>
        <w:jc w:val="right"/>
      </w:pPr>
      <w:r>
        <w:t>इफ द एक्जिस्टेंस ऑफ गॉड इज प्रूवन बाय द वेरी एक्जिस्टेंस ऑफ मैन, व्हाई इज मैन स्केर्ड ऑफ अक्नॉलेजिंग गॉड?</w:t>
      </w:r>
    </w:p>
    <w:p>
      <w:r>
        <w:rPr>
          <w:b/>
        </w:rPr>
        <w:t xml:space="preserve">[48:23] </w:t>
      </w:r>
      <w:r>
        <w:t>is also because of, because of creation plan.</w:t>
      </w:r>
    </w:p>
    <w:p>
      <w:pPr>
        <w:jc w:val="right"/>
      </w:pPr>
      <w:r>
        <w:t>इज आल्सो बिकॉज ऑफ, बिकॉज ऑफ क्रिएशन प्लान।</w:t>
      </w:r>
    </w:p>
    <w:p>
      <w:r>
        <w:rPr>
          <w:b/>
        </w:rPr>
        <w:t xml:space="preserve">[48:29] </w:t>
      </w:r>
      <w:r>
        <w:t>according to creation plan, you are free, totally free.</w:t>
      </w:r>
    </w:p>
    <w:p>
      <w:pPr>
        <w:jc w:val="right"/>
      </w:pPr>
      <w:r>
        <w:t>अकॉर्डिंग टू क्रिएशन प्लान, यू आर फ्री, टोटली फ्री।</w:t>
      </w:r>
    </w:p>
    <w:p>
      <w:r>
        <w:rPr>
          <w:b/>
        </w:rPr>
        <w:t xml:space="preserve">[48:36] </w:t>
      </w:r>
      <w:r>
        <w:t>so, i think that at the moment of shocks, at the moment of crisis, everyone acknowledges god existence.</w:t>
      </w:r>
    </w:p>
    <w:p>
      <w:pPr>
        <w:jc w:val="right"/>
      </w:pPr>
      <w:r>
        <w:t>सो, आई थिंक दैट एट द मोमेंट ऑफ शॉक्स, एट द मोमेंट ऑफ क्राइसिस, एवरीवन अक्नॉलेजेस गॉड एक्जिस्टेंस।</w:t>
      </w:r>
    </w:p>
    <w:p>
      <w:r>
        <w:rPr>
          <w:b/>
        </w:rPr>
        <w:t xml:space="preserve">[48:42] </w:t>
      </w:r>
      <w:r>
        <w:t>it is everyone experience.</w:t>
      </w:r>
    </w:p>
    <w:p>
      <w:pPr>
        <w:jc w:val="right"/>
      </w:pPr>
      <w:r>
        <w:t>इट इज एवरीवन एक्सपीरियंस।</w:t>
      </w:r>
    </w:p>
    <w:p>
      <w:r>
        <w:rPr>
          <w:b/>
        </w:rPr>
        <w:t xml:space="preserve">[48:49] </w:t>
      </w:r>
      <w:r>
        <w:t>when we face some crisis, we remember god.</w:t>
      </w:r>
    </w:p>
    <w:p>
      <w:pPr>
        <w:jc w:val="right"/>
      </w:pPr>
      <w:r>
        <w:t>व्हेन वी फेस सम क्राइसिस, वी रिमेंबर गॉड।</w:t>
      </w:r>
    </w:p>
    <w:p>
      <w:r>
        <w:rPr>
          <w:b/>
        </w:rPr>
        <w:t xml:space="preserve">[48:55] </w:t>
      </w:r>
      <w:r>
        <w:t>it is a universal phenomena.</w:t>
      </w:r>
    </w:p>
    <w:p>
      <w:pPr>
        <w:jc w:val="right"/>
      </w:pPr>
      <w:r>
        <w:t>इट इज अ यूनिवर्सल फिनोमिना।</w:t>
      </w:r>
    </w:p>
    <w:p>
      <w:r>
        <w:rPr>
          <w:b/>
        </w:rPr>
        <w:t xml:space="preserve">[49:02] </w:t>
      </w:r>
      <w:r>
        <w:t>it is a universal phenomena.</w:t>
      </w:r>
    </w:p>
    <w:p>
      <w:pPr>
        <w:jc w:val="right"/>
      </w:pPr>
      <w:r>
        <w:t>इट इज अ यूनिवर्सल फिनोमिना।</w:t>
      </w:r>
    </w:p>
    <w:p>
      <w:r>
        <w:rPr>
          <w:b/>
        </w:rPr>
        <w:t xml:space="preserve">[49:08] </w:t>
      </w:r>
      <w:r>
        <w:t>there are so many novels, so many stories that narrate this kind, this, this phenomena.</w:t>
      </w:r>
    </w:p>
    <w:p>
      <w:pPr>
        <w:jc w:val="right"/>
      </w:pPr>
      <w:r>
        <w:t>देयर आर सो मेनी नोवेल्स, सो मेनी स्टोरीज दैट नरेट दिस काइंड, दिस, दिस फिनोमिना।</w:t>
      </w:r>
    </w:p>
    <w:p>
      <w:r>
        <w:rPr>
          <w:b/>
        </w:rPr>
        <w:t xml:space="preserve">[49:15] </w:t>
      </w:r>
      <w:r>
        <w:t>so, it is a universal phenomena that when man faces crisis, he remembers god.</w:t>
      </w:r>
    </w:p>
    <w:p>
      <w:pPr>
        <w:jc w:val="right"/>
      </w:pPr>
      <w:r>
        <w:t>सो, इट इज अ यूनिवर्सल फिनोमिना दैट व्हेन मैन फेसेस क्राइसिस, ही रिमेंबर्स गॉड।</w:t>
      </w:r>
    </w:p>
    <w:p>
      <w:r>
        <w:rPr>
          <w:b/>
        </w:rPr>
        <w:t xml:space="preserve">[49:21] </w:t>
      </w:r>
      <w:r>
        <w:t>even stalin type atheist.</w:t>
      </w:r>
    </w:p>
    <w:p>
      <w:pPr>
        <w:jc w:val="right"/>
      </w:pPr>
      <w:r>
        <w:t>इवन स्टालिन टाइप अथीस्ट।</w:t>
      </w:r>
    </w:p>
    <w:p>
      <w:r>
        <w:rPr>
          <w:b/>
        </w:rPr>
        <w:t xml:space="preserve">[49:28] </w:t>
      </w:r>
      <w:r>
        <w:t>so, it is question of sincerity.</w:t>
      </w:r>
    </w:p>
    <w:p>
      <w:pPr>
        <w:jc w:val="right"/>
      </w:pPr>
      <w:r>
        <w:t>सो, इट इज क्वेश्चन ऑफ सिंसिरिटी।</w:t>
      </w:r>
    </w:p>
    <w:p>
      <w:r>
        <w:rPr>
          <w:b/>
        </w:rPr>
        <w:t xml:space="preserve">[49:34] </w:t>
      </w:r>
      <w:r>
        <w:t>sincerity, if you are sincere, you will consider, you will reflect, you will think, and then you will find god.</w:t>
      </w:r>
    </w:p>
    <w:p>
      <w:pPr>
        <w:jc w:val="right"/>
      </w:pPr>
      <w:r>
        <w:t>सिंसिरिटी, इफ यू आर सिंसियर, यू विल कंसीडर, यू विल रिफ्लेक्ट, यू विल थिंक, एंड देन यू विल फाइंड गॉड।</w:t>
      </w:r>
    </w:p>
    <w:p>
      <w:r>
        <w:rPr>
          <w:b/>
        </w:rPr>
        <w:t xml:space="preserve">[49:41] </w:t>
      </w:r>
      <w:r>
        <w:t>and if you are not sincere, then you will live in, in huha culture, and you will fail</w:t>
      </w:r>
    </w:p>
    <w:p>
      <w:pPr>
        <w:jc w:val="right"/>
      </w:pPr>
      <w:r>
        <w:t>एंड इफ यू आर नॉट सिंसियर, देन यू विल लिव इन, इन हुहा कल्चर, एंड यू विल फेल</w:t>
      </w:r>
    </w:p>
    <w:p>
      <w:r>
        <w:rPr>
          <w:b/>
        </w:rPr>
        <w:t xml:space="preserve">[49:47] </w:t>
      </w:r>
      <w:r>
        <w:t>to, to, to understand the, the fact.</w:t>
      </w:r>
    </w:p>
    <w:p>
      <w:pPr>
        <w:jc w:val="right"/>
      </w:pPr>
      <w:r>
        <w:t>टू, टू, टू अंडरस्टैंड द, द फैक्ट।</w:t>
      </w:r>
    </w:p>
    <w:p>
      <w:r>
        <w:rPr>
          <w:b/>
        </w:rPr>
        <w:t xml:space="preserve">[49:54] </w:t>
      </w:r>
      <w:r>
        <w:t>this question is from mr gautam siddharth.</w:t>
      </w:r>
    </w:p>
    <w:p>
      <w:pPr>
        <w:jc w:val="right"/>
      </w:pPr>
      <w:r>
        <w:t>दिस क्वेश्चन इज फ्रॉम मिस्टर गौतम सिद्धार्थ।</w:t>
      </w:r>
    </w:p>
    <w:p>
      <w:r>
        <w:rPr>
          <w:b/>
        </w:rPr>
        <w:t xml:space="preserve">[50:00] </w:t>
      </w:r>
      <w:r>
        <w:t>if there is a single force behind the universe, then why is mankind divided?</w:t>
      </w:r>
    </w:p>
    <w:p>
      <w:pPr>
        <w:jc w:val="right"/>
      </w:pPr>
      <w:r>
        <w:t>इफ देयर इज अ सिंगल फोर्स बिहाइंड द यूनिवर्स, देन व्हाई इज मैनकाइंड डिवाइडेड?</w:t>
      </w:r>
    </w:p>
    <w:p>
      <w:r>
        <w:rPr>
          <w:b/>
        </w:rPr>
        <w:t xml:space="preserve">[50:07] </w:t>
      </w:r>
      <w:r>
        <w:t>i am saying about physical world.</w:t>
      </w:r>
    </w:p>
    <w:p>
      <w:pPr>
        <w:jc w:val="right"/>
      </w:pPr>
      <w:r>
        <w:t>आई एम सेइंग अबाउट फिजिकल वर्ल्ड।</w:t>
      </w:r>
    </w:p>
    <w:p>
      <w:r>
        <w:rPr>
          <w:b/>
        </w:rPr>
        <w:t xml:space="preserve">[50:11] </w:t>
      </w:r>
      <w:r>
        <w:t>in physical world, there is unity.</w:t>
      </w:r>
    </w:p>
    <w:p>
      <w:pPr>
        <w:jc w:val="right"/>
      </w:pPr>
      <w:r>
        <w:t>इन फिजिकल वर्ल्ड, देयर इज यूनिटी।</w:t>
      </w:r>
    </w:p>
    <w:p>
      <w:r>
        <w:rPr>
          <w:b/>
        </w:rPr>
        <w:t xml:space="preserve">[50:16] </w:t>
      </w:r>
      <w:r>
        <w:t>there, there, there is harmony in physical world.</w:t>
      </w:r>
    </w:p>
    <w:p>
      <w:pPr>
        <w:jc w:val="right"/>
      </w:pPr>
      <w:r>
        <w:t>देर, देर, देर इज हार्मनी इन फिजिकल वर्ल्ड।</w:t>
      </w:r>
    </w:p>
    <w:p>
      <w:r>
        <w:rPr>
          <w:b/>
        </w:rPr>
        <w:t xml:space="preserve">[50:21] </w:t>
      </w:r>
      <w:r>
        <w:t>as well as the human is world concerned, human is everyone is free.</w:t>
      </w:r>
    </w:p>
    <w:p>
      <w:pPr>
        <w:jc w:val="right"/>
      </w:pPr>
      <w:r>
        <w:t>एस वेल एज द ह्यूमन इज वर्ल्ड कंसर्न, ह्यूमन इज एवरीवन इज फ्री।</w:t>
      </w:r>
    </w:p>
    <w:p>
      <w:r>
        <w:rPr>
          <w:b/>
        </w:rPr>
        <w:t xml:space="preserve">[50:26] </w:t>
      </w:r>
      <w:r>
        <w:t>so, due to this freedom, you see there is this harmony.</w:t>
      </w:r>
    </w:p>
    <w:p>
      <w:pPr>
        <w:jc w:val="right"/>
      </w:pPr>
      <w:r>
        <w:t>सो, ड्यू टू दिस फ्रीडम, यू सी देयर इज दिस हार्मनी।</w:t>
      </w:r>
    </w:p>
    <w:p>
      <w:r>
        <w:rPr>
          <w:b/>
        </w:rPr>
        <w:t xml:space="preserve">[50:31] </w:t>
      </w:r>
      <w:r>
        <w:t>otherwise, the whole physical universe is completely harmonious.</w:t>
      </w:r>
    </w:p>
    <w:p>
      <w:pPr>
        <w:jc w:val="right"/>
      </w:pPr>
      <w:r>
        <w:t>अदरवाइज, द होल फिजिकल यूनिवर्स इज कंपलीटली हार्मोनियस।</w:t>
      </w:r>
    </w:p>
    <w:p>
      <w:r>
        <w:rPr>
          <w:b/>
        </w:rPr>
        <w:t xml:space="preserve">[50:36] </w:t>
      </w:r>
      <w:r>
        <w:t>you cannot see any, any singly stance of, of disharmony in the physical universe.</w:t>
      </w:r>
    </w:p>
    <w:p>
      <w:pPr>
        <w:jc w:val="right"/>
      </w:pPr>
      <w:r>
        <w:t>यू कैन नॉट सी एनी, एनी सिंगली स्टेंस ऑफ, ऑफ डिसहार्मनी इन द फिजिकल यूनिवर्स।</w:t>
      </w:r>
    </w:p>
    <w:p>
      <w:r>
        <w:rPr>
          <w:b/>
        </w:rPr>
        <w:t xml:space="preserve">[50:41] </w:t>
      </w:r>
      <w:r>
        <w:t>the physical universe is directly under control of god.</w:t>
      </w:r>
    </w:p>
    <w:p>
      <w:pPr>
        <w:jc w:val="right"/>
      </w:pPr>
      <w:r>
        <w:t>द फिजिकल यूनिवर्स इज डायरेक्टली अंडर कंट्रोल ऑफ गॉड।</w:t>
      </w:r>
    </w:p>
    <w:p>
      <w:r>
        <w:rPr>
          <w:b/>
        </w:rPr>
        <w:t xml:space="preserve">[50:46] </w:t>
      </w:r>
      <w:r>
        <w:t>physical universe has no freedom.</w:t>
      </w:r>
    </w:p>
    <w:p>
      <w:pPr>
        <w:jc w:val="right"/>
      </w:pPr>
      <w:r>
        <w:t>फिजिकल यूनिवर्स हैज़ नो फ्रीडम।</w:t>
      </w:r>
    </w:p>
    <w:p>
      <w:r>
        <w:rPr>
          <w:b/>
        </w:rPr>
        <w:t xml:space="preserve">[50:50] </w:t>
      </w:r>
      <w:r>
        <w:t>physical universe has no freedom.</w:t>
      </w:r>
    </w:p>
    <w:p>
      <w:pPr>
        <w:jc w:val="right"/>
      </w:pPr>
      <w:r>
        <w:t>फिजिकल यूनिवर्स हैज़ नो फ्रीडम।</w:t>
      </w:r>
    </w:p>
    <w:p>
      <w:r>
        <w:rPr>
          <w:b/>
        </w:rPr>
        <w:t xml:space="preserve">[50:55] </w:t>
      </w:r>
      <w:r>
        <w:t>the physical universe is directly controlled by god.</w:t>
      </w:r>
    </w:p>
    <w:p>
      <w:pPr>
        <w:jc w:val="right"/>
      </w:pPr>
      <w:r>
        <w:t>द फिजिकल यूनिवर्स इज डायरेक्टली कंट्रोल्ड बाय गॉड।</w:t>
      </w:r>
    </w:p>
    <w:p>
      <w:r>
        <w:rPr>
          <w:b/>
        </w:rPr>
        <w:t xml:space="preserve">[51:00] </w:t>
      </w:r>
      <w:r>
        <w:t>so, you can see that there is harmony, complete harmony in the physical world.</w:t>
      </w:r>
    </w:p>
    <w:p>
      <w:pPr>
        <w:jc w:val="right"/>
      </w:pPr>
      <w:r>
        <w:t>सो, यू कैन सी दैट देयर इज हार्मनी, कंपलीट हार्मनी इन द फिजिकल वर्ल्ड।</w:t>
      </w:r>
    </w:p>
    <w:p>
      <w:r>
        <w:rPr>
          <w:b/>
        </w:rPr>
        <w:t xml:space="preserve">[51:05] </w:t>
      </w:r>
      <w:r>
        <w:t>but man is free.</w:t>
      </w:r>
    </w:p>
    <w:p>
      <w:pPr>
        <w:jc w:val="right"/>
      </w:pPr>
      <w:r>
        <w:t>बट मैन इज फ्री।</w:t>
      </w:r>
    </w:p>
    <w:p>
      <w:r>
        <w:rPr>
          <w:b/>
        </w:rPr>
        <w:t xml:space="preserve">[51:10] </w:t>
      </w:r>
      <w:r>
        <w:t>So, due to his, due to misuse of freedom, all these problems occur.</w:t>
      </w:r>
    </w:p>
    <w:p>
      <w:pPr>
        <w:jc w:val="right"/>
      </w:pPr>
      <w:r>
        <w:t>सो, ड्यू टू हिज, ड्यू टू मिसयूज ऑफ फ्रीडम, ऑल दीज प्रॉब्लम्स अकर।</w:t>
      </w:r>
    </w:p>
    <w:p>
      <w:r>
        <w:rPr>
          <w:b/>
        </w:rPr>
        <w:t xml:space="preserve">[51:15] </w:t>
      </w:r>
      <w:r>
        <w:t>this question is from miss nazia.</w:t>
      </w:r>
    </w:p>
    <w:p>
      <w:pPr>
        <w:jc w:val="right"/>
      </w:pPr>
      <w:r>
        <w:t>दिस क्वेश्चन इज फ्रॉम मिस नाजिया।</w:t>
      </w:r>
    </w:p>
    <w:p>
      <w:r>
        <w:rPr>
          <w:b/>
        </w:rPr>
        <w:t xml:space="preserve">[51:20] </w:t>
      </w:r>
      <w:r>
        <w:t>why did god create the universe anyways?</w:t>
      </w:r>
    </w:p>
    <w:p>
      <w:pPr>
        <w:jc w:val="right"/>
      </w:pPr>
      <w:r>
        <w:t>व्हाई डिड गॉड क्रिएट द यूनिवर्स एनीवेज?</w:t>
      </w:r>
    </w:p>
    <w:p>
      <w:r>
        <w:rPr>
          <w:b/>
        </w:rPr>
        <w:t xml:space="preserve">[51:25] </w:t>
      </w:r>
      <w:r>
        <w:t>what can be the reason to create this universe?</w:t>
      </w:r>
    </w:p>
    <w:p>
      <w:pPr>
        <w:jc w:val="right"/>
      </w:pPr>
      <w:r>
        <w:t>व्हाट कैन बी द रीजन टू क्रिएट दिस यूनिवर्स?</w:t>
      </w:r>
    </w:p>
    <w:p>
      <w:r>
        <w:rPr>
          <w:b/>
        </w:rPr>
        <w:t xml:space="preserve">[51:29] </w:t>
      </w:r>
      <w:r>
        <w:t>there is a blessing.</w:t>
      </w:r>
    </w:p>
    <w:p>
      <w:pPr>
        <w:jc w:val="right"/>
      </w:pPr>
      <w:r>
        <w:t>देयर इज अ ब्लेसिंग।</w:t>
      </w:r>
    </w:p>
    <w:p>
      <w:r>
        <w:rPr>
          <w:b/>
        </w:rPr>
        <w:t xml:space="preserve">[51:34] </w:t>
      </w:r>
      <w:r>
        <w:t>first, god wanted to give us a great, great reward.</w:t>
      </w:r>
    </w:p>
    <w:p>
      <w:pPr>
        <w:jc w:val="right"/>
      </w:pPr>
      <w:r>
        <w:t>फर्स्ट, गॉड वांटेड टू गिव अस अ ग्रेट, ग्रेट रिवॉर्ड।</w:t>
      </w:r>
    </w:p>
    <w:p>
      <w:r>
        <w:rPr>
          <w:b/>
        </w:rPr>
        <w:t xml:space="preserve">[51:39] </w:t>
      </w:r>
      <w:r>
        <w:t>It is a very, it is very, very easy to understand this.</w:t>
      </w:r>
    </w:p>
    <w:p>
      <w:pPr>
        <w:jc w:val="right"/>
      </w:pPr>
      <w:r>
        <w:t>इट इज अ वेरी, इट इज वेरी, वेरी इजी टू अंडरस्टैंड दिस।</w:t>
      </w:r>
    </w:p>
    <w:p>
      <w:r>
        <w:rPr>
          <w:b/>
        </w:rPr>
        <w:t xml:space="preserve">[51:44] </w:t>
      </w:r>
      <w:r>
        <w:t>god wanted to give us eternity.</w:t>
      </w:r>
    </w:p>
    <w:p>
      <w:pPr>
        <w:jc w:val="right"/>
      </w:pPr>
      <w:r>
        <w:t>गॉड वांटेड टू गिव अस एटरनिटी।</w:t>
      </w:r>
    </w:p>
    <w:p>
      <w:r>
        <w:rPr>
          <w:b/>
        </w:rPr>
        <w:t xml:space="preserve">[51:49] </w:t>
      </w:r>
      <w:r>
        <w:t>god give, wanted to give us paradise.</w:t>
      </w:r>
    </w:p>
    <w:p>
      <w:pPr>
        <w:jc w:val="right"/>
      </w:pPr>
      <w:r>
        <w:t>गॉड गिव, वांटेड टू गिव अस पैराडाइस।</w:t>
      </w:r>
    </w:p>
    <w:p>
      <w:r>
        <w:rPr>
          <w:b/>
        </w:rPr>
        <w:t xml:space="preserve">[51:53] </w:t>
      </w:r>
      <w:r>
        <w:t>god wanted to give us his super blessing.</w:t>
      </w:r>
    </w:p>
    <w:p>
      <w:pPr>
        <w:jc w:val="right"/>
      </w:pPr>
      <w:r>
        <w:t>गॉड वांटेड टू गिव अस हिज सुपर ब्लेसिंग।</w:t>
      </w:r>
    </w:p>
    <w:p>
      <w:r>
        <w:rPr>
          <w:b/>
        </w:rPr>
        <w:t xml:space="preserve">[51:58] </w:t>
      </w:r>
      <w:r>
        <w:t>so, he put us in this world for, for a, for a very small test.</w:t>
      </w:r>
    </w:p>
    <w:p>
      <w:pPr>
        <w:jc w:val="right"/>
      </w:pPr>
      <w:r>
        <w:t>सो, ही पुट अस इन दिस वर्ल्ड फॉर, फॉर ए, फॉर ए वेरी स्मॉल टेस्ट।</w:t>
      </w:r>
    </w:p>
    <w:p>
      <w:r>
        <w:rPr>
          <w:b/>
        </w:rPr>
        <w:t xml:space="preserve">[52:03] </w:t>
      </w:r>
      <w:r>
        <w:t>that if he, if he, if he, if he, if he, if he, if he, you, if he</w:t>
      </w:r>
    </w:p>
    <w:p>
      <w:pPr>
        <w:jc w:val="right"/>
      </w:pPr>
      <w:r>
        <w:t>दैट इफ ही, इफ ही, इफ ही, इफ ही, इफ ही, इफ ही, इफ ही, यू, इफ ही</w:t>
      </w:r>
    </w:p>
    <w:p>
      <w:r>
        <w:rPr>
          <w:b/>
        </w:rPr>
        <w:t xml:space="preserve">[52:08] </w:t>
      </w:r>
      <w:r>
        <w:t>Use our freedom properly, then we will find that reward.</w:t>
      </w:r>
    </w:p>
    <w:p>
      <w:pPr>
        <w:jc w:val="right"/>
      </w:pPr>
      <w:r>
        <w:t>यूज आवर फ्रीडम प्रॉपर्ली, देन वी विल फाइंड दैट रिवॉर्ड।</w:t>
      </w:r>
    </w:p>
    <w:p>
      <w:r>
        <w:rPr>
          <w:b/>
        </w:rPr>
        <w:t xml:space="preserve">[52:13] </w:t>
      </w:r>
      <w:r>
        <w:t>so, it is very, it is a great blessing for us.</w:t>
      </w:r>
    </w:p>
    <w:p>
      <w:pPr>
        <w:jc w:val="right"/>
      </w:pPr>
      <w:r>
        <w:t>सो, इट इज वेरी, इट इज अ ग्रेट ब्लेसिंग फॉर अस।</w:t>
      </w:r>
    </w:p>
    <w:p>
      <w:r>
        <w:rPr>
          <w:b/>
        </w:rPr>
        <w:t xml:space="preserve">[52:17] </w:t>
      </w:r>
      <w:r>
        <w:t>god wants us to give us great blessing.</w:t>
      </w:r>
    </w:p>
    <w:p>
      <w:pPr>
        <w:jc w:val="right"/>
      </w:pPr>
      <w:r>
        <w:t>गॉड वांट्स अस टू गिव अस ग्रेट ब्लेसिंग।</w:t>
      </w:r>
    </w:p>
    <w:p>
      <w:r>
        <w:rPr>
          <w:b/>
        </w:rPr>
        <w:t xml:space="preserve">[52:22] </w:t>
      </w:r>
      <w:r>
        <w:t>that is paradise.</w:t>
      </w:r>
    </w:p>
    <w:p>
      <w:pPr>
        <w:jc w:val="right"/>
      </w:pPr>
      <w:r>
        <w:t>दैट इज पैराडाइस।</w:t>
      </w:r>
    </w:p>
    <w:p>
      <w:r>
        <w:rPr>
          <w:b/>
        </w:rPr>
        <w:t xml:space="preserve">[52:27] </w:t>
      </w:r>
      <w:r>
        <w:t>that is eternal bless, eternal pleasure.</w:t>
      </w:r>
    </w:p>
    <w:p>
      <w:pPr>
        <w:jc w:val="right"/>
      </w:pPr>
      <w:r>
        <w:t>दैट इज एटर्नल ब्लेस, एटर्नल प्लेजर।</w:t>
      </w:r>
    </w:p>
    <w:p>
      <w:r>
        <w:rPr>
          <w:b/>
        </w:rPr>
        <w:t xml:space="preserve">[52:32] </w:t>
      </w:r>
      <w:r>
        <w:t>what is the, what is paradise?</w:t>
      </w:r>
    </w:p>
    <w:p>
      <w:pPr>
        <w:jc w:val="right"/>
      </w:pPr>
      <w:r>
        <w:t>व्हाट इज द, व्हाट इज पैराडाइस?</w:t>
      </w:r>
    </w:p>
    <w:p>
      <w:r>
        <w:rPr>
          <w:b/>
        </w:rPr>
        <w:t xml:space="preserve">[52:37] </w:t>
      </w:r>
      <w:r>
        <w:t>what paradise? eternal pleasure. in this world, we have, you know, everyone has so many desires. every man and woman have so many desires. but we die without fulfilling our desires. no one was able to fulfill his desires. so, we die with unfulfilled desires. why?</w:t>
      </w:r>
    </w:p>
    <w:p>
      <w:pPr>
        <w:jc w:val="right"/>
      </w:pPr>
      <w:r>
        <w:t>व्हाट पैराडाइस? एटर्नल प्लेजर। इन दिस वर्ल्ड, वी हैव, यू नो, एवरीवन हैज़ सो मेनी डिजायर्स। एवरी मैन एंड वुमन हैव सो मेनी डिजायर्स। बट वी डाई विदाउट फुलफिलिंग आवर डिजायर्स। नो वन वाज़ एबल टू फुलफिल हिज डिजायर्स। सो, वी डाई विद अनफुलफिल्ड डिजायर्स। व्हाई?</w:t>
      </w:r>
    </w:p>
    <w:p>
      <w:r>
        <w:rPr>
          <w:b/>
        </w:rPr>
        <w:t xml:space="preserve">[53:01] </w:t>
      </w:r>
      <w:r>
        <w:t>Because God created this world into two parts: pre-death period and post-death period.</w:t>
      </w:r>
    </w:p>
    <w:p>
      <w:pPr>
        <w:jc w:val="right"/>
      </w:pPr>
      <w:r>
        <w:t>बिकॉज़ गॉड क्रिएटेड दिस वर्ल्ड इनू टू पार्ट्स: प्री डेथ पीरियड एंड पोस्ट डेथ पीरियड।</w:t>
      </w:r>
    </w:p>
    <w:p>
      <w:r>
        <w:rPr>
          <w:b/>
        </w:rPr>
        <w:t xml:space="preserve">[53:06] </w:t>
      </w:r>
      <w:r>
        <w:t>pre death period is testing period.</w:t>
      </w:r>
    </w:p>
    <w:p>
      <w:pPr>
        <w:jc w:val="right"/>
      </w:pPr>
      <w:r>
        <w:t>प्री डेथ पीरियड इज टेस्टिंग पीरियड।</w:t>
      </w:r>
    </w:p>
    <w:p>
      <w:r>
        <w:rPr>
          <w:b/>
        </w:rPr>
        <w:t xml:space="preserve">[53:11] </w:t>
      </w:r>
      <w:r>
        <w:t>post death period is rewarding period.</w:t>
      </w:r>
    </w:p>
    <w:p>
      <w:pPr>
        <w:jc w:val="right"/>
      </w:pPr>
      <w:r>
        <w:t>पोस्ट डेथ पीरियड इज रिवॉर्डिंग पीरियड।</w:t>
      </w:r>
    </w:p>
    <w:p>
      <w:r>
        <w:rPr>
          <w:b/>
        </w:rPr>
        <w:t xml:space="preserve">[53:16] </w:t>
      </w:r>
      <w:r>
        <w:t>so, here we are on the test.</w:t>
      </w:r>
    </w:p>
    <w:p>
      <w:pPr>
        <w:jc w:val="right"/>
      </w:pPr>
      <w:r>
        <w:t>सो, हियर वी आर ऑन द टेस्ट।</w:t>
      </w:r>
    </w:p>
    <w:p>
      <w:r>
        <w:rPr>
          <w:b/>
        </w:rPr>
        <w:t xml:space="preserve">[53:21] </w:t>
      </w:r>
      <w:r>
        <w:t>If you stand the test, then we will be given eternal reward.</w:t>
      </w:r>
    </w:p>
    <w:p>
      <w:pPr>
        <w:jc w:val="right"/>
      </w:pPr>
      <w:r>
        <w:t>इफ यू स्टैंड द टेस्ट, देन वी विल गिवन एटर्नल रिवॉर्ड।</w:t>
      </w:r>
    </w:p>
    <w:p>
      <w:r>
        <w:rPr>
          <w:b/>
        </w:rPr>
        <w:t xml:space="preserve">[53:26] </w:t>
      </w:r>
      <w:r>
        <w:t>that is paradise.</w:t>
      </w:r>
    </w:p>
    <w:p>
      <w:pPr>
        <w:jc w:val="right"/>
      </w:pPr>
      <w:r>
        <w:t>दैट इज पैराडाइस।</w:t>
      </w:r>
    </w:p>
    <w:p>
      <w:r>
        <w:rPr>
          <w:b/>
        </w:rPr>
        <w:t xml:space="preserve">[53:31] </w:t>
      </w:r>
      <w:r>
        <w:t>it is, it is great blessing.</w:t>
      </w:r>
    </w:p>
    <w:p>
      <w:pPr>
        <w:jc w:val="right"/>
      </w:pPr>
      <w:r>
        <w:t>इट इज, इट इज ग्रेट ब्लेसिंग।</w:t>
      </w:r>
    </w:p>
    <w:p>
      <w:r>
        <w:rPr>
          <w:b/>
        </w:rPr>
        <w:t xml:space="preserve">[53:36] </w:t>
      </w:r>
      <w:r>
        <w:t>this question is from miss money.</w:t>
      </w:r>
    </w:p>
    <w:p>
      <w:pPr>
        <w:jc w:val="right"/>
      </w:pPr>
      <w:r>
        <w:t>दिस क्वेश्चन इज फ्रॉम मिस मनी।</w:t>
      </w:r>
    </w:p>
    <w:p>
      <w:r>
        <w:rPr>
          <w:b/>
        </w:rPr>
        <w:t xml:space="preserve">[53:41] </w:t>
      </w:r>
      <w:r>
        <w:t>if there is an almighty managing the universe flawlessly, why are there murders of innocent children, rapes of</w:t>
      </w:r>
    </w:p>
    <w:p>
      <w:pPr>
        <w:jc w:val="right"/>
      </w:pPr>
      <w:r>
        <w:t>इफ देयर इज एन ऑलमाइटी मैनेजिंग द यूनिवर्स फ्लॉलेसली, व्हाई आर देयर मर्डर्स ऑफ इनोसेंट चिल्ड्रन, रेप्स ऑफ</w:t>
      </w:r>
    </w:p>
    <w:p>
      <w:r>
        <w:rPr>
          <w:b/>
        </w:rPr>
        <w:t xml:space="preserve">[53:46] </w:t>
      </w:r>
      <w:r>
        <w:t>helpless girls and women, and numerous inexplicable and incomprehensible atrocities?</w:t>
      </w:r>
    </w:p>
    <w:p>
      <w:pPr>
        <w:jc w:val="right"/>
      </w:pPr>
      <w:r>
        <w:t>हेल्पलेस गर्ल्स एंड वुमेन, एंड न्यूमरस इनएक्सप्लेनेबल एंड इनकंप्रिहेंसिबल एट्रोसिटीज?</w:t>
      </w:r>
    </w:p>
    <w:p>
      <w:r>
        <w:rPr>
          <w:b/>
        </w:rPr>
        <w:t xml:space="preserve">[53:51] </w:t>
      </w:r>
      <w:r>
        <w:t>kindly comment.</w:t>
      </w:r>
    </w:p>
    <w:p>
      <w:pPr>
        <w:jc w:val="right"/>
      </w:pPr>
      <w:r>
        <w:t>काइंडली कमेंट।</w:t>
      </w:r>
    </w:p>
    <w:p>
      <w:r>
        <w:rPr>
          <w:b/>
        </w:rPr>
        <w:t xml:space="preserve">[53:55] </w:t>
      </w:r>
      <w:r>
        <w:t>what i have said, that is about physical universe.</w:t>
      </w:r>
    </w:p>
    <w:p>
      <w:pPr>
        <w:jc w:val="right"/>
      </w:pPr>
      <w:r>
        <w:t>व्हाट आई हैव सेड, दैट इज अबाउट फिजिकल यूनिवर्स।</w:t>
      </w:r>
    </w:p>
    <w:p>
      <w:r>
        <w:rPr>
          <w:b/>
        </w:rPr>
        <w:t xml:space="preserve">[53:59] </w:t>
      </w:r>
      <w:r>
        <w:t>in the physical universe, there is harmony.</w:t>
      </w:r>
    </w:p>
    <w:p>
      <w:pPr>
        <w:jc w:val="right"/>
      </w:pPr>
      <w:r>
        <w:t>इन द फिजिकल यूनिवर्स, देयर इज हार्मनी।</w:t>
      </w:r>
    </w:p>
    <w:p>
      <w:r>
        <w:rPr>
          <w:b/>
        </w:rPr>
        <w:t xml:space="preserve">[54:04] </w:t>
      </w:r>
      <w:r>
        <w:t>but as far, the human world is concerned, it is due to freedom.</w:t>
      </w:r>
    </w:p>
    <w:p>
      <w:pPr>
        <w:jc w:val="right"/>
      </w:pPr>
      <w:r>
        <w:t>बट एस फदर, द ह्यूमन वर्ल्ड इज कंसर्न, इट इज ड्यू टू फ्रीडम।</w:t>
      </w:r>
    </w:p>
    <w:p>
      <w:r>
        <w:rPr>
          <w:b/>
        </w:rPr>
        <w:t xml:space="preserve">[54:08] </w:t>
      </w:r>
      <w:r>
        <w:t>god has given us freedom.</w:t>
      </w:r>
    </w:p>
    <w:p>
      <w:pPr>
        <w:jc w:val="right"/>
      </w:pPr>
      <w:r>
        <w:t>गॉड हैज़ गिवन अस फ्रीडम।</w:t>
      </w:r>
    </w:p>
    <w:p>
      <w:r>
        <w:rPr>
          <w:b/>
        </w:rPr>
        <w:t xml:space="preserve">[54:12] </w:t>
      </w:r>
      <w:r>
        <w:t>Physical verse has, has no freedom.</w:t>
      </w:r>
    </w:p>
    <w:p>
      <w:pPr>
        <w:jc w:val="right"/>
      </w:pPr>
      <w:r>
        <w:t>फिजिकल वर्स हैज़, हैज़ नो फ्रीडम।</w:t>
      </w:r>
    </w:p>
    <w:p>
      <w:r>
        <w:rPr>
          <w:b/>
        </w:rPr>
        <w:t xml:space="preserve">[54:17] </w:t>
      </w:r>
      <w:r>
        <w:t>so, in the physical verse, there is a harmony.</w:t>
      </w:r>
    </w:p>
    <w:p>
      <w:pPr>
        <w:jc w:val="right"/>
      </w:pPr>
      <w:r>
        <w:t>सो, इन द फिजिकल वर्स, देयर इज अ हार्मनी।</w:t>
      </w:r>
    </w:p>
    <w:p>
      <w:r>
        <w:rPr>
          <w:b/>
        </w:rPr>
        <w:t xml:space="preserve">[54:21] </w:t>
      </w:r>
      <w:r>
        <w:t>but he, any human being, i have given freedom.</w:t>
      </w:r>
    </w:p>
    <w:p>
      <w:pPr>
        <w:jc w:val="right"/>
      </w:pPr>
      <w:r>
        <w:t>बट ही, एनी ह्यूमन बीइंग, आई हैव गिवन फ्रीडम।</w:t>
      </w:r>
    </w:p>
    <w:p>
      <w:r>
        <w:rPr>
          <w:b/>
        </w:rPr>
        <w:t xml:space="preserve">[54:25] </w:t>
      </w:r>
      <w:r>
        <w:t>so, they misuse freedom, and, and it is misuse of freedom that create all these problems.</w:t>
      </w:r>
    </w:p>
    <w:p>
      <w:pPr>
        <w:jc w:val="right"/>
      </w:pPr>
      <w:r>
        <w:t>सो, दे मिसयूज फ्रीडम, एंड, एंड इट इज मिसयूज ऑफ फ्रीडम दैट क्रिएट ऑल दीज प्रॉब्लम्स।</w:t>
      </w:r>
    </w:p>
    <w:p>
      <w:r>
        <w:rPr>
          <w:b/>
        </w:rPr>
        <w:t xml:space="preserve">[54:30] </w:t>
      </w:r>
      <w:r>
        <w:t>this question is from miss sadia.</w:t>
      </w:r>
    </w:p>
    <w:p>
      <w:pPr>
        <w:jc w:val="right"/>
      </w:pPr>
      <w:r>
        <w:t>दिस क्वेश्चन इज फ्रॉम मिस सादिया।</w:t>
      </w:r>
    </w:p>
    <w:p>
      <w:r>
        <w:rPr>
          <w:b/>
        </w:rPr>
        <w:t xml:space="preserve">[54:34] </w:t>
      </w:r>
      <w:r>
        <w:t>monism and monotheism, both preach oneness of god.</w:t>
      </w:r>
    </w:p>
    <w:p>
      <w:pPr>
        <w:jc w:val="right"/>
      </w:pPr>
      <w:r>
        <w:t>मोनिज्म एंड मोनोथेइज्म, बोथ प्रीच वननेस ऑफ गॉड।</w:t>
      </w:r>
    </w:p>
    <w:p>
      <w:r>
        <w:rPr>
          <w:b/>
        </w:rPr>
        <w:t xml:space="preserve">[54:38] </w:t>
      </w:r>
      <w:r>
        <w:t>which of the two, according to you, is scientific?</w:t>
      </w:r>
    </w:p>
    <w:p>
      <w:pPr>
        <w:jc w:val="right"/>
      </w:pPr>
      <w:r>
        <w:t>व्हिच ऑफ द टू, अकॉर्डिंग टू यू, इज साइंटिफिक?</w:t>
      </w:r>
    </w:p>
    <w:p>
      <w:r>
        <w:rPr>
          <w:b/>
        </w:rPr>
        <w:t xml:space="preserve">[54:43] </w:t>
      </w:r>
      <w:r>
        <w:t>monotheism, because bodies is just like X-rays or cosmic rays.</w:t>
      </w:r>
    </w:p>
    <w:p>
      <w:pPr>
        <w:jc w:val="right"/>
      </w:pPr>
      <w:r>
        <w:t>मोनोथेइज्म, बिकॉज़ बॉडीज इज जस्ट लाइक एक्स रेज और कॉस्मिक रेज।</w:t>
      </w:r>
    </w:p>
    <w:p>
      <w:r>
        <w:rPr>
          <w:b/>
        </w:rPr>
        <w:t xml:space="preserve">[54:49] </w:t>
      </w:r>
      <w:r>
        <w:t>but the, the universe that science has discovered, it requires, it requires consciousness.</w:t>
      </w:r>
    </w:p>
    <w:p>
      <w:pPr>
        <w:jc w:val="right"/>
      </w:pPr>
      <w:r>
        <w:t>बट द, द यूनिवर्स दैट साइंस हैज़ डिस्कवर्ड, इट रिक्वायर्स, इट रिक्वायर्स कॉन्शियसनेस।</w:t>
      </w:r>
    </w:p>
    <w:p>
      <w:r>
        <w:rPr>
          <w:b/>
        </w:rPr>
        <w:t xml:space="preserve">[54:56] </w:t>
      </w:r>
      <w:r>
        <w:t>it requires mind.</w:t>
      </w:r>
    </w:p>
    <w:p>
      <w:pPr>
        <w:jc w:val="right"/>
      </w:pPr>
      <w:r>
        <w:t>इट रिक्वायर्स माइंड।</w:t>
      </w:r>
    </w:p>
    <w:p>
      <w:r>
        <w:rPr>
          <w:b/>
        </w:rPr>
        <w:t xml:space="preserve">[55:02] </w:t>
      </w:r>
      <w:r>
        <w:t>without mind, this kind of universe was not possible to create.</w:t>
      </w:r>
    </w:p>
    <w:p>
      <w:pPr>
        <w:jc w:val="right"/>
      </w:pPr>
      <w:r>
        <w:t>विदाउट माइंड, दिस काइंड ऑफ यूनिवर्स वाज़ नॉट पॉसिबल टू क्रिएट।</w:t>
      </w:r>
    </w:p>
    <w:p>
      <w:r>
        <w:rPr>
          <w:b/>
        </w:rPr>
        <w:t xml:space="preserve">[55:09] </w:t>
      </w:r>
      <w:r>
        <w:t>monism don't believe in, in mind.</w:t>
      </w:r>
    </w:p>
    <w:p>
      <w:pPr>
        <w:jc w:val="right"/>
      </w:pPr>
      <w:r>
        <w:t>मोनिज्म डोंट बिलीव इन, इन माइंड।</w:t>
      </w:r>
    </w:p>
    <w:p>
      <w:r>
        <w:rPr>
          <w:b/>
        </w:rPr>
        <w:t xml:space="preserve">[55:15] </w:t>
      </w:r>
      <w:r>
        <w:t>monistic god is god without mind.</w:t>
      </w:r>
    </w:p>
    <w:p>
      <w:pPr>
        <w:jc w:val="right"/>
      </w:pPr>
      <w:r>
        <w:t>मोनिस्टिक गॉड इज गॉड विदाउट माइंड।</w:t>
      </w:r>
    </w:p>
    <w:p>
      <w:r>
        <w:rPr>
          <w:b/>
        </w:rPr>
        <w:t xml:space="preserve">[55:22] </w:t>
      </w:r>
      <w:r>
        <w:t>and monotheistic, monotheistic god is god with mind.</w:t>
      </w:r>
    </w:p>
    <w:p>
      <w:pPr>
        <w:jc w:val="right"/>
      </w:pPr>
      <w:r>
        <w:t>एंड मोनोथेइस्टिक, मोनोथेइस्टिक गॉड इज गॉड विद माइंड।</w:t>
      </w:r>
    </w:p>
    <w:p>
      <w:r>
        <w:rPr>
          <w:b/>
        </w:rPr>
        <w:t xml:space="preserve">[55:29] </w:t>
      </w:r>
      <w:r>
        <w:t>so, the, the universe discovered by, by science needs a god that has mind.</w:t>
      </w:r>
    </w:p>
    <w:p>
      <w:pPr>
        <w:jc w:val="right"/>
      </w:pPr>
      <w:r>
        <w:t>सो, द, द यूनिवर्स डिस्कवर्ड बाय, बाय साइंस नीड्स अ गॉड दैट हैज़ माइंड।</w:t>
      </w:r>
    </w:p>
    <w:p>
      <w:r>
        <w:rPr>
          <w:b/>
        </w:rPr>
        <w:t xml:space="preserve">[55:35] </w:t>
      </w:r>
      <w:r>
        <w:t>without mind, there is no, no, no plotting is possible.</w:t>
      </w:r>
    </w:p>
    <w:p>
      <w:pPr>
        <w:jc w:val="right"/>
      </w:pPr>
      <w:r>
        <w:t>विदाउट माइंड, देयर इज नो, नो, नो प्लॉलिंग इज पॉसिबल।</w:t>
      </w:r>
    </w:p>
    <w:p>
      <w:r>
        <w:rPr>
          <w:b/>
        </w:rPr>
        <w:t xml:space="preserve">[55:42] </w:t>
      </w:r>
      <w:r>
        <w:t>So, I believe that God and monistic, monistic theories is correct, according to the science.</w:t>
      </w:r>
    </w:p>
    <w:p>
      <w:pPr>
        <w:jc w:val="right"/>
      </w:pPr>
      <w:r>
        <w:t>सो, आई बिलीव दैट गॉड एंड मोनिस्टिक, मोनिस्टिक थ्योरीज इज करेक्ट, अकॉर्डिंग टू द साइंस।</w:t>
      </w:r>
    </w:p>
    <w:p>
      <w:r>
        <w:rPr>
          <w:b/>
        </w:rPr>
        <w:t xml:space="preserve">[55:48] </w:t>
      </w:r>
      <w:r>
        <w:t>In, in, in the scientific frame, it, it, it and monotheistic concept of God is stands the scientific</w:t>
      </w:r>
    </w:p>
    <w:p>
      <w:pPr>
        <w:jc w:val="right"/>
      </w:pPr>
      <w:r>
        <w:t>इन, इन, इन द साइंटिफिक फ्रेम, इट, इट, इट एंड मोनोथेइस्टिक कांसेप्ट ऑफ गॉड इज स्टैंड्स द साइंटिफिक</w:t>
      </w:r>
    </w:p>
    <w:p>
      <w:r>
        <w:rPr>
          <w:b/>
        </w:rPr>
        <w:t xml:space="preserve">[55:55] </w:t>
      </w:r>
      <w:r>
        <w:t>test, according to my study.</w:t>
      </w:r>
    </w:p>
    <w:p>
      <w:pPr>
        <w:jc w:val="right"/>
      </w:pPr>
      <w:r>
        <w:t>टेस्ट, अकॉर्डिंग टू माय स्टडी।</w:t>
      </w:r>
    </w:p>
    <w:p>
      <w:r>
        <w:rPr>
          <w:b/>
        </w:rPr>
        <w:t xml:space="preserve">[56:01] </w:t>
      </w:r>
      <w:r>
        <w:t>this question is from doctor bilal ahmed.</w:t>
      </w:r>
    </w:p>
    <w:p>
      <w:pPr>
        <w:jc w:val="right"/>
      </w:pPr>
      <w:r>
        <w:t>दिस क्वेश्चन इज फ्रॉम डॉक्टर बिलाल अहमद।</w:t>
      </w:r>
    </w:p>
    <w:p>
      <w:r>
        <w:rPr>
          <w:b/>
        </w:rPr>
        <w:t xml:space="preserve">[56:08] </w:t>
      </w:r>
      <w:r>
        <w:t>is it a desire of god that he needs to be recognized by mankind?</w:t>
      </w:r>
    </w:p>
    <w:p>
      <w:pPr>
        <w:jc w:val="right"/>
      </w:pPr>
      <w:r>
        <w:t>इज इट अ डिजायर ऑफ गॉड दैट ही नीड्स टू बी रेकॉग्नाइज्ड बाय मैनकाइंड?</w:t>
      </w:r>
    </w:p>
    <w:p>
      <w:r>
        <w:rPr>
          <w:b/>
        </w:rPr>
        <w:t xml:space="preserve">[56:15] </w:t>
      </w:r>
      <w:r>
        <w:t>does he need it? all religions don't just insist on his existence, but in believing in him. the stress being on his acceptance. repeat the question. is it a desire of god that he needs to be recognized by mankind? does he need it?</w:t>
      </w:r>
    </w:p>
    <w:p>
      <w:pPr>
        <w:jc w:val="right"/>
      </w:pPr>
      <w:r>
        <w:t>डज ही नीड इट? ऑल रिलीजंस डोंट जस्ट इंसिस्ट ऑन हिज एक्जिस्टेंस, बट इन बिलीविंग इन हिम। द स्ट्रेस बीइंग ऑन हिज एक्सेप्टेंस। रिपीट द क्वेश्चन। इज इट अ डिजायर ऑफ गॉड दैट ही नीड्स टू बी रेकॉग्नाइज्ड बाय मैनकाइंड? डज ही नीड इट?</w:t>
      </w:r>
    </w:p>
    <w:p>
      <w:r>
        <w:rPr>
          <w:b/>
        </w:rPr>
        <w:t xml:space="preserve">[56:38] </w:t>
      </w:r>
      <w:r>
        <w:t>all religions don't just insist on his existence, but in believing in him.</w:t>
      </w:r>
    </w:p>
    <w:p>
      <w:pPr>
        <w:jc w:val="right"/>
      </w:pPr>
      <w:r>
        <w:t>ऑल रिलीजंस डोंट जस्ट इंसिस्ट ऑन हिज एक्जिस्टेंस, बट इन बिलीविंग इन हिम।</w:t>
      </w:r>
    </w:p>
    <w:p>
      <w:r>
        <w:rPr>
          <w:b/>
        </w:rPr>
        <w:t xml:space="preserve">[56:44] </w:t>
      </w:r>
      <w:r>
        <w:t>the stress being on his acceptance.</w:t>
      </w:r>
    </w:p>
    <w:p>
      <w:pPr>
        <w:jc w:val="right"/>
      </w:pPr>
      <w:r>
        <w:t>द स्ट्रेस बीइंग ऑन हिज एक्सेप्टेंस।</w:t>
      </w:r>
    </w:p>
    <w:p>
      <w:r>
        <w:rPr>
          <w:b/>
        </w:rPr>
        <w:t xml:space="preserve">[56:50] </w:t>
      </w:r>
      <w:r>
        <w:t>question is not.</w:t>
      </w:r>
    </w:p>
    <w:p>
      <w:pPr>
        <w:jc w:val="right"/>
      </w:pPr>
      <w:r>
        <w:t>क्वेश्चन इज नॉट।</w:t>
      </w:r>
    </w:p>
    <w:p>
      <w:r>
        <w:rPr>
          <w:b/>
        </w:rPr>
        <w:t xml:space="preserve">[56:56] </w:t>
      </w:r>
      <w:r>
        <w:t>what he wants to know is that, is the belief of god, belief in god really needed by god?</w:t>
      </w:r>
    </w:p>
    <w:p>
      <w:pPr>
        <w:jc w:val="right"/>
      </w:pPr>
      <w:r>
        <w:t>व्हाट ही वांट्स टू नो इज दैट, इज दी बिलीफ ऑफ गॉड, बिलीफ इन गॉड रियली नीडेड बाय गॉड?</w:t>
      </w:r>
    </w:p>
    <w:p>
      <w:r>
        <w:rPr>
          <w:b/>
        </w:rPr>
        <w:t xml:space="preserve">[57:02] </w:t>
      </w:r>
      <w:r>
        <w:t>i mean, does he want mankind to recognize him as the almighty?</w:t>
      </w:r>
    </w:p>
    <w:p>
      <w:pPr>
        <w:jc w:val="right"/>
      </w:pPr>
      <w:r>
        <w:t>आई मीन, डज ही वांट मैनकाइंड टू रेकॉग्नाइज हिम एज दी ऑलमाइटी?</w:t>
      </w:r>
    </w:p>
    <w:p>
      <w:r>
        <w:rPr>
          <w:b/>
        </w:rPr>
        <w:t xml:space="preserve">[57:08] </w:t>
      </w:r>
      <w:r>
        <w:t>is it the desire of the god?</w:t>
      </w:r>
    </w:p>
    <w:p>
      <w:pPr>
        <w:jc w:val="right"/>
      </w:pPr>
      <w:r>
        <w:t>इज इट दी डिजायर ऑफ द गॉड?</w:t>
      </w:r>
    </w:p>
    <w:p>
      <w:r>
        <w:rPr>
          <w:b/>
        </w:rPr>
        <w:t xml:space="preserve">[57:14] </w:t>
      </w:r>
      <w:r>
        <w:t>i feel to understand that. i go on to the next question. maybe we can take this up later. you are very clear for me. this question is from miss tuti. why did god give man freedom?</w:t>
      </w:r>
    </w:p>
    <w:p>
      <w:pPr>
        <w:jc w:val="right"/>
      </w:pPr>
      <w:r>
        <w:t>आई फील टू अंडरस्टैंड दैट। आई गो ऑन टू द नेक्स्ट क्वेश्चन। मेबी वी कैन टेक दिस अप लेटर। यू आर वेरी क्लियर फॉर मी। दिस क्वेश्चन इज फ्रॉम मिस तुती। व्हाई डिड गॉड गिव मैन फ्रीडम?</w:t>
      </w:r>
    </w:p>
    <w:p>
      <w:r>
        <w:rPr>
          <w:b/>
        </w:rPr>
        <w:t xml:space="preserve">[57:31] </w:t>
      </w:r>
      <w:r>
        <w:t>it is, it is a blessing for us.</w:t>
      </w:r>
    </w:p>
    <w:p>
      <w:pPr>
        <w:jc w:val="right"/>
      </w:pPr>
      <w:r>
        <w:t>इट इज, इट इज अ ब्लेसिंग फॉर अस।</w:t>
      </w:r>
    </w:p>
    <w:p>
      <w:r>
        <w:rPr>
          <w:b/>
        </w:rPr>
        <w:t xml:space="preserve">[57:37] </w:t>
      </w:r>
      <w:r>
        <w:t>it is blessing for us.</w:t>
      </w:r>
    </w:p>
    <w:p>
      <w:pPr>
        <w:jc w:val="right"/>
      </w:pPr>
      <w:r>
        <w:t>इट इज ब्लेसिंग फॉर अस।</w:t>
      </w:r>
    </w:p>
    <w:p>
      <w:r>
        <w:rPr>
          <w:b/>
        </w:rPr>
        <w:t xml:space="preserve">[57:43] </w:t>
      </w:r>
      <w:r>
        <w:t>through, through freedom, we any.</w:t>
      </w:r>
    </w:p>
    <w:p>
      <w:pPr>
        <w:jc w:val="right"/>
      </w:pPr>
      <w:r>
        <w:t>थ्रू, थ्रू फ्रीडम, वी एनी।</w:t>
      </w:r>
    </w:p>
    <w:p>
      <w:r>
        <w:rPr>
          <w:b/>
        </w:rPr>
        <w:t xml:space="preserve">[57:49] </w:t>
      </w:r>
      <w:r>
        <w:t>it is freedom that leads to all kind of development.</w:t>
      </w:r>
    </w:p>
    <w:p>
      <w:pPr>
        <w:jc w:val="right"/>
      </w:pPr>
      <w:r>
        <w:t>इट इज फ्रीडम दैट लीड्स टू ऑल काइंड ऑफ डेवलपमेंट।</w:t>
      </w:r>
    </w:p>
    <w:p>
      <w:r>
        <w:rPr>
          <w:b/>
        </w:rPr>
        <w:t xml:space="preserve">[57:56] </w:t>
      </w:r>
      <w:r>
        <w:t>freedom creates challenge, and it is challenge that leads to, to progress and development.</w:t>
      </w:r>
    </w:p>
    <w:p>
      <w:pPr>
        <w:jc w:val="right"/>
      </w:pPr>
      <w:r>
        <w:t>फ्रीडम क्रिएट्स चैलेंज, एंड इट इज चैलेंज दैट लीड्स टू, टू प्रोग्रेस एंड डेवलपमेंट।</w:t>
      </w:r>
    </w:p>
    <w:p>
      <w:r>
        <w:rPr>
          <w:b/>
        </w:rPr>
        <w:t xml:space="preserve">[58:02] </w:t>
      </w:r>
      <w:r>
        <w:t>to, god wanted to, to, to, to make man able to create civilization.</w:t>
      </w:r>
    </w:p>
    <w:p>
      <w:pPr>
        <w:jc w:val="right"/>
      </w:pPr>
      <w:r>
        <w:t>तो, गॉड वांटेड टू, टू, टू, टू मेक मैन एबल टू क्रिएट सिविलाइजेशन।</w:t>
      </w:r>
    </w:p>
    <w:p>
      <w:r>
        <w:rPr>
          <w:b/>
        </w:rPr>
        <w:t xml:space="preserve">[58:08] </w:t>
      </w:r>
      <w:r>
        <w:t>so, without freedom, there was no chance for all these developments.</w:t>
      </w:r>
    </w:p>
    <w:p>
      <w:pPr>
        <w:jc w:val="right"/>
      </w:pPr>
      <w:r>
        <w:t>सो, विदाउट फ्रीडम, देयर वाज़ नो चांस फॉर ऑल दीज डेवलपमेंट्स।</w:t>
      </w:r>
    </w:p>
    <w:p>
      <w:r>
        <w:rPr>
          <w:b/>
        </w:rPr>
        <w:t xml:space="preserve">[58:14] </w:t>
      </w:r>
      <w:r>
        <w:t>freedom, freedom leads challenge, and, and challenge leads to all, to all these progress and developments.</w:t>
      </w:r>
    </w:p>
    <w:p>
      <w:pPr>
        <w:jc w:val="right"/>
      </w:pPr>
      <w:r>
        <w:t>फ्रीडम, फ्रीडम लीड्स चैलेंज, एंड, एंड चैलेंज लीड्स टू ऑल, टू ऑल दीज प्रोग्रेस एंड डेवलपमेंट्स।</w:t>
      </w:r>
    </w:p>
    <w:p>
      <w:r>
        <w:rPr>
          <w:b/>
        </w:rPr>
        <w:t xml:space="preserve">[58:21] </w:t>
      </w:r>
      <w:r>
        <w:t>you can see this formula.</w:t>
      </w:r>
    </w:p>
    <w:p>
      <w:pPr>
        <w:jc w:val="right"/>
      </w:pPr>
      <w:r>
        <w:t>यू कैन सी दिस फार्मूला।</w:t>
      </w:r>
    </w:p>
    <w:p>
      <w:r>
        <w:rPr>
          <w:b/>
        </w:rPr>
        <w:t xml:space="preserve">[58:27] </w:t>
      </w:r>
      <w:r>
        <w:t>i have found in the book that, that is compiled by, by well known historian tinway.</w:t>
      </w:r>
    </w:p>
    <w:p>
      <w:pPr>
        <w:jc w:val="right"/>
      </w:pPr>
      <w:r>
        <w:t>आई हैव फाउंड इन द बुक दैट, दैट इज कंपाइल्ड बाय, बाय वेल नोन हिस्टोरियन टाइनवे।</w:t>
      </w:r>
    </w:p>
    <w:p>
      <w:r>
        <w:rPr>
          <w:b/>
        </w:rPr>
        <w:t xml:space="preserve">[58:33] </w:t>
      </w:r>
      <w:r>
        <w:t>this question is from doctor farida khanam.</w:t>
      </w:r>
    </w:p>
    <w:p>
      <w:pPr>
        <w:jc w:val="right"/>
      </w:pPr>
      <w:r>
        <w:t>दिस क्वेश्चन इज फ्रॉम डॉक्टर फरीदा खानम।</w:t>
      </w:r>
    </w:p>
    <w:p>
      <w:r>
        <w:rPr>
          <w:b/>
        </w:rPr>
        <w:t xml:space="preserve">[58:39] </w:t>
      </w:r>
      <w:r>
        <w:t>what is the creation plan of god for man?</w:t>
      </w:r>
    </w:p>
    <w:p>
      <w:pPr>
        <w:jc w:val="right"/>
      </w:pPr>
      <w:r>
        <w:t>व्हाट इज द क्रिएशन प्लान ऑफ गॉड फॉर मैन?</w:t>
      </w:r>
    </w:p>
    <w:p>
      <w:r>
        <w:rPr>
          <w:b/>
        </w:rPr>
        <w:t xml:space="preserve">[58:46] </w:t>
      </w:r>
      <w:r>
        <w:t>why is god tolerating so much corruption and bloodshed?</w:t>
      </w:r>
    </w:p>
    <w:p>
      <w:pPr>
        <w:jc w:val="right"/>
      </w:pPr>
      <w:r>
        <w:t>व्हाई इज गॉड टॉलरेटिंग सो मच करप्शन एंड ब्लडशेड?</w:t>
      </w:r>
    </w:p>
    <w:p>
      <w:r>
        <w:rPr>
          <w:b/>
        </w:rPr>
        <w:t xml:space="preserve">[58:51] </w:t>
      </w:r>
      <w:r>
        <w:t>according to my study, god almighty has created man for test.</w:t>
      </w:r>
    </w:p>
    <w:p>
      <w:pPr>
        <w:jc w:val="right"/>
      </w:pPr>
      <w:r>
        <w:t>अकॉर्डिंग टू माय स्टडी, गॉड ऑलमाइटी हैज़ क्रिएटेड मैन फॉर टेस्ट।</w:t>
      </w:r>
    </w:p>
    <w:p>
      <w:r>
        <w:rPr>
          <w:b/>
        </w:rPr>
        <w:t xml:space="preserve">[58:57] </w:t>
      </w:r>
      <w:r>
        <w:t>god divided the our life into two parts: pre death and post death.</w:t>
      </w:r>
    </w:p>
    <w:p>
      <w:pPr>
        <w:jc w:val="right"/>
      </w:pPr>
      <w:r>
        <w:t>गॉड डिवाइडेड द आवर लाइफ इनटू टू पार्ट्स: प्री डेथ एंड पोस्ट डेथ।</w:t>
      </w:r>
    </w:p>
    <w:p>
      <w:r>
        <w:rPr>
          <w:b/>
        </w:rPr>
        <w:t xml:space="preserve">[59:03] </w:t>
      </w:r>
      <w:r>
        <w:t>post death period is reward period.</w:t>
      </w:r>
    </w:p>
    <w:p>
      <w:pPr>
        <w:jc w:val="right"/>
      </w:pPr>
      <w:r>
        <w:t>पोस्ट डेथ पीरियड इज रिवॉर्ड पीरियड।</w:t>
      </w:r>
    </w:p>
    <w:p>
      <w:r>
        <w:rPr>
          <w:b/>
        </w:rPr>
        <w:t xml:space="preserve">[59:09] </w:t>
      </w:r>
      <w:r>
        <w:t>pre death period is, is a test period.</w:t>
      </w:r>
    </w:p>
    <w:p>
      <w:pPr>
        <w:jc w:val="right"/>
      </w:pPr>
      <w:r>
        <w:t>प्री डेथ पीरियड इज, इज अ टेस्ट पीरियड।</w:t>
      </w:r>
    </w:p>
    <w:p>
      <w:r>
        <w:rPr>
          <w:b/>
        </w:rPr>
        <w:t xml:space="preserve">[59:15] </w:t>
      </w:r>
      <w:r>
        <w:t>so, we, we are here for a simple test that in a, in a short period, that is</w:t>
      </w:r>
    </w:p>
    <w:p>
      <w:pPr>
        <w:jc w:val="right"/>
      </w:pPr>
      <w:r>
        <w:t>सो, वी, वी आर हियर फॉर अ सिंपल टेस्ट दैट इन अ, इन अ शॉर्ट पीरियड, दैट इज</w:t>
      </w:r>
    </w:p>
    <w:p>
      <w:r>
        <w:rPr>
          <w:b/>
        </w:rPr>
        <w:t xml:space="preserve">[59:21] </w:t>
      </w:r>
      <w:r>
        <w:t>less than 100 years.</w:t>
      </w:r>
    </w:p>
    <w:p>
      <w:pPr>
        <w:jc w:val="right"/>
      </w:pPr>
      <w:r>
        <w:t>लेस दैन 100 इयर्स।</w:t>
      </w:r>
    </w:p>
    <w:p>
      <w:r>
        <w:rPr>
          <w:b/>
        </w:rPr>
        <w:t xml:space="preserve">[59:26] </w:t>
      </w:r>
      <w:r>
        <w:t>if you, you, if you, if you, if you, if you use our freedom properly, then we will</w:t>
      </w:r>
    </w:p>
    <w:p>
      <w:pPr>
        <w:jc w:val="right"/>
      </w:pPr>
      <w:r>
        <w:t>इफ यू, यू, इफ यू, इफ यू, इफ यू, इफ यू यूज आवर फ्रीडम प्रॉपर्ली, देन वी विल</w:t>
      </w:r>
    </w:p>
    <w:p>
      <w:r>
        <w:rPr>
          <w:b/>
        </w:rPr>
        <w:t xml:space="preserve">[59:32] </w:t>
      </w:r>
      <w:r>
        <w:t>be rewarded eternal paradise.</w:t>
      </w:r>
    </w:p>
    <w:p>
      <w:pPr>
        <w:jc w:val="right"/>
      </w:pPr>
      <w:r>
        <w:t>बी रिवॉर्डेड एटर्नल पैराडाइस।</w:t>
      </w:r>
    </w:p>
    <w:p>
      <w:r>
        <w:rPr>
          <w:b/>
        </w:rPr>
        <w:t xml:space="preserve">[59:38] </w:t>
      </w:r>
      <w:r>
        <w:t>so, it is very, it is very, very good.</w:t>
      </w:r>
    </w:p>
    <w:p>
      <w:pPr>
        <w:jc w:val="right"/>
      </w:pPr>
      <w:r>
        <w:t>सो, इट इज वेरी, इट इज वेरी, वेरी गुड।</w:t>
      </w:r>
    </w:p>
    <w:p>
      <w:r>
        <w:rPr>
          <w:b/>
        </w:rPr>
        <w:t xml:space="preserve">[59:44] </w:t>
      </w:r>
      <w:r>
        <w:t>its great blessing.</w:t>
      </w:r>
    </w:p>
    <w:p>
      <w:pPr>
        <w:jc w:val="right"/>
      </w:pPr>
      <w:r>
        <w:t>इट्स ग्रेट ब्लेसिंग।</w:t>
      </w:r>
    </w:p>
    <w:p>
      <w:r>
        <w:rPr>
          <w:b/>
        </w:rPr>
        <w:t xml:space="preserve">[59:50] </w:t>
      </w:r>
      <w:r>
        <w:t>you, if you use your freedom properly in, in 70 years or 80 years, you will be rewarded eternal paradise.</w:t>
      </w:r>
    </w:p>
    <w:p>
      <w:pPr>
        <w:jc w:val="right"/>
      </w:pPr>
      <w:r>
        <w:t>यू, इफ यू यूज योर फ्रीडम प्रॉपर्ली इन, इन 70 इयर्स और 80 इयर्स, यू विल बी रिवॉर्डेड एटर्नल पैराडाइस।</w:t>
      </w:r>
    </w:p>
    <w:p>
      <w:r>
        <w:rPr>
          <w:b/>
        </w:rPr>
        <w:t xml:space="preserve">[59:56] </w:t>
      </w:r>
      <w:r>
        <w:t>it is very, very, it is, it is good.</w:t>
      </w:r>
    </w:p>
    <w:p>
      <w:pPr>
        <w:jc w:val="right"/>
      </w:pPr>
      <w:r>
        <w:t>इट इज वेरी, वेरी, इट इज, इट इज गुड।</w:t>
      </w:r>
    </w:p>
    <w:p>
      <w:r>
        <w:rPr>
          <w:b/>
        </w:rPr>
        <w:t xml:space="preserve">[1:00:01] </w:t>
      </w:r>
      <w:r>
        <w:t>it is very, it is a great blessing.</w:t>
      </w:r>
    </w:p>
    <w:p>
      <w:pPr>
        <w:jc w:val="right"/>
      </w:pPr>
      <w:r>
        <w:t>इट इज वेरी, इट इज अ ग्रेट ब्लेसिंग।</w:t>
      </w:r>
    </w:p>
    <w:p>
      <w:r>
        <w:rPr>
          <w:b/>
        </w:rPr>
        <w:t xml:space="preserve">[1:00:07] </w:t>
      </w:r>
      <w:r>
        <w:t>this question is from mr dwarakadar.</w:t>
      </w:r>
    </w:p>
    <w:p>
      <w:pPr>
        <w:jc w:val="right"/>
      </w:pPr>
      <w:r>
        <w:t>दिस क्वेश्चन इज फ्रॉम मिस्टर द्वारकादार।</w:t>
      </w:r>
    </w:p>
    <w:p>
      <w:r>
        <w:rPr>
          <w:b/>
        </w:rPr>
        <w:t xml:space="preserve">[1:00:13] </w:t>
      </w:r>
      <w:r>
        <w:t>sir, you have provided scientific explanation for god.</w:t>
      </w:r>
    </w:p>
    <w:p>
      <w:pPr>
        <w:jc w:val="right"/>
      </w:pPr>
      <w:r>
        <w:t>सर, यू हैव प्रोवाइडेड साइंटिफिक एक्सप्लेनेशन फॉर गॉड।</w:t>
      </w:r>
    </w:p>
    <w:p>
      <w:r>
        <w:rPr>
          <w:b/>
        </w:rPr>
        <w:t xml:space="preserve">[1:00:19] </w:t>
      </w:r>
      <w:r>
        <w:t>is there any other method by which we can experience the god, other than the one which is</w:t>
      </w:r>
    </w:p>
    <w:p>
      <w:pPr>
        <w:jc w:val="right"/>
      </w:pPr>
      <w:r>
        <w:t>इज देयर एनी अदर मेथड बाय व्हिच वी कैन एक्सपीरियंस द गॉड, अदर देन द वन व्हिच इज</w:t>
      </w:r>
    </w:p>
    <w:p>
      <w:r>
        <w:rPr>
          <w:b/>
        </w:rPr>
        <w:t xml:space="preserve">[1:00:25] </w:t>
      </w:r>
      <w:r>
        <w:t>available through secular studies?</w:t>
      </w:r>
    </w:p>
    <w:p>
      <w:pPr>
        <w:jc w:val="right"/>
      </w:pPr>
      <w:r>
        <w:t>अवेलेबल थ्रू सेकुलर स्टडीज?</w:t>
      </w:r>
    </w:p>
    <w:p>
      <w:r>
        <w:rPr>
          <w:b/>
        </w:rPr>
        <w:t xml:space="preserve">[1:00:31] </w:t>
      </w:r>
      <w:r>
        <w:t>yeh sabse achha question hai.</w:t>
      </w:r>
    </w:p>
    <w:p>
      <w:pPr>
        <w:jc w:val="right"/>
      </w:pPr>
      <w:r>
        <w:t>यह सबसे अच्छा क्वेश्चन है।</w:t>
      </w:r>
    </w:p>
    <w:p>
      <w:r>
        <w:rPr>
          <w:b/>
        </w:rPr>
        <w:t xml:space="preserve">[1:00:35] </w:t>
      </w:r>
      <w:r>
        <w:t>sabse achha question hai.</w:t>
      </w:r>
    </w:p>
    <w:p>
      <w:pPr>
        <w:jc w:val="right"/>
      </w:pPr>
      <w:r>
        <w:t>सबसे अच्छा क्वेश्चन है।</w:t>
      </w:r>
    </w:p>
    <w:p>
      <w:r>
        <w:rPr>
          <w:b/>
        </w:rPr>
        <w:t xml:space="preserve">[1:00:40] </w:t>
      </w:r>
      <w:r>
        <w:t>main apne bare mein keh sakta hoon ke maine khuda ko apne aap mein paya.</w:t>
      </w:r>
    </w:p>
    <w:p>
      <w:pPr>
        <w:jc w:val="right"/>
      </w:pPr>
      <w:r>
        <w:t>मैं अपने बारे में कह सकता हूं कि मैंने खुदा को अपने आप में पाया।</w:t>
      </w:r>
    </w:p>
    <w:p>
      <w:r>
        <w:rPr>
          <w:b/>
        </w:rPr>
        <w:t xml:space="preserve">[1:00:45] </w:t>
      </w:r>
      <w:r>
        <w:t>science mein toh bahut baad ko paya.</w:t>
      </w:r>
    </w:p>
    <w:p>
      <w:pPr>
        <w:jc w:val="right"/>
      </w:pPr>
      <w:r>
        <w:t>साइंस में तो बहुत बाद को पाया।</w:t>
      </w:r>
    </w:p>
    <w:p>
      <w:r>
        <w:rPr>
          <w:b/>
        </w:rPr>
        <w:t xml:space="preserve">[1:00:50] </w:t>
      </w:r>
      <w:r>
        <w:t>main aapko experience batata hoon apna.</w:t>
      </w:r>
    </w:p>
    <w:p>
      <w:pPr>
        <w:jc w:val="right"/>
      </w:pPr>
      <w:r>
        <w:t>मैं आपको एक्सपीरियंस बताता हूं अपना।</w:t>
      </w:r>
    </w:p>
    <w:p>
      <w:r>
        <w:rPr>
          <w:b/>
        </w:rPr>
        <w:t xml:space="preserve">[1:00:55] </w:t>
      </w:r>
      <w:r>
        <w:t>ek din main ek book padh raha tha.</w:t>
      </w:r>
    </w:p>
    <w:p>
      <w:pPr>
        <w:jc w:val="right"/>
      </w:pPr>
      <w:r>
        <w:t>एक दिन मैं एक बुक पढ़ रहा था।</w:t>
      </w:r>
    </w:p>
    <w:p>
      <w:r>
        <w:rPr>
          <w:b/>
        </w:rPr>
        <w:t xml:space="preserve">[1:01:00] </w:t>
      </w:r>
      <w:r>
        <w:t>sunlight mein bahut clear light thi.</w:t>
      </w:r>
    </w:p>
    <w:p>
      <w:pPr>
        <w:jc w:val="right"/>
      </w:pPr>
      <w:r>
        <w:t>सनलाइट में बहुत क्लियर लाइट थी।</w:t>
      </w:r>
    </w:p>
    <w:p>
      <w:r>
        <w:rPr>
          <w:b/>
        </w:rPr>
        <w:t xml:space="preserve">[1:01:05] </w:t>
      </w:r>
      <w:r>
        <w:t>book padh raha tha main.</w:t>
      </w:r>
    </w:p>
    <w:p>
      <w:pPr>
        <w:jc w:val="right"/>
      </w:pPr>
      <w:r>
        <w:t>बुक पढ़ रहा था मैं।</w:t>
      </w:r>
    </w:p>
    <w:p>
      <w:r>
        <w:rPr>
          <w:b/>
        </w:rPr>
        <w:t xml:space="preserve">[1:01:10] </w:t>
      </w:r>
      <w:r>
        <w:t>paper par printed words the aur main usko dekh raha tha.</w:t>
      </w:r>
    </w:p>
    <w:p>
      <w:pPr>
        <w:jc w:val="right"/>
      </w:pPr>
      <w:r>
        <w:t>पेपर पर प्रिंटेड वर्ड्स थे और मैं उसको देख रहा था।</w:t>
      </w:r>
    </w:p>
    <w:p>
      <w:r>
        <w:rPr>
          <w:b/>
        </w:rPr>
        <w:t xml:space="preserve">[1:01:15] </w:t>
      </w:r>
      <w:r>
        <w:t>suddenly, i discovered.</w:t>
      </w:r>
    </w:p>
    <w:p>
      <w:pPr>
        <w:jc w:val="right"/>
      </w:pPr>
      <w:r>
        <w:t>सडनली, आई डिस्कवर्ड।</w:t>
      </w:r>
    </w:p>
    <w:p>
      <w:r>
        <w:rPr>
          <w:b/>
        </w:rPr>
        <w:t xml:space="preserve">[1:01:20] </w:t>
      </w:r>
      <w:r>
        <w:t>suddenly, i any.</w:t>
      </w:r>
    </w:p>
    <w:p>
      <w:pPr>
        <w:jc w:val="right"/>
      </w:pPr>
      <w:r>
        <w:t>सडनली, आई एनी।</w:t>
      </w:r>
    </w:p>
    <w:p>
      <w:r>
        <w:rPr>
          <w:b/>
        </w:rPr>
        <w:t xml:space="preserve">[1:01:24] </w:t>
      </w:r>
      <w:r>
        <w:t>there was a, there was a unique experience.</w:t>
      </w:r>
    </w:p>
    <w:p>
      <w:pPr>
        <w:jc w:val="right"/>
      </w:pPr>
      <w:r>
        <w:t>देयर वाज़ अ, देयर वाज़ अ यूनिक एक्सपीरियंस।</w:t>
      </w:r>
    </w:p>
    <w:p>
      <w:r>
        <w:rPr>
          <w:b/>
        </w:rPr>
        <w:t xml:space="preserve">[1:01:29] </w:t>
      </w:r>
      <w:r>
        <w:t>i recorded this experience in my diary.</w:t>
      </w:r>
    </w:p>
    <w:p>
      <w:pPr>
        <w:jc w:val="right"/>
      </w:pPr>
      <w:r>
        <w:t>आई रिकॉर्डेड दिस एक्सपीरियंस इन माय डायरी।</w:t>
      </w:r>
    </w:p>
    <w:p>
      <w:r>
        <w:rPr>
          <w:b/>
        </w:rPr>
        <w:t xml:space="preserve">[1:01:34] </w:t>
      </w:r>
      <w:r>
        <w:t>in these words, maine apne dekhne mein khuda ke dekhne ko dekha.</w:t>
      </w:r>
    </w:p>
    <w:p>
      <w:pPr>
        <w:jc w:val="right"/>
      </w:pPr>
      <w:r>
        <w:t>इन दीज वर्ड्स, मैंने अपने देखने में खुदा के देखने को देखा।</w:t>
      </w:r>
    </w:p>
    <w:p>
      <w:r>
        <w:rPr>
          <w:b/>
        </w:rPr>
        <w:t xml:space="preserve">[1:01:39] </w:t>
      </w:r>
      <w:r>
        <w:t>yeh maine likha tha us waqt.</w:t>
      </w:r>
    </w:p>
    <w:p>
      <w:pPr>
        <w:jc w:val="right"/>
      </w:pPr>
      <w:r>
        <w:t>यह मैंने लिखा था उस वक्त।</w:t>
      </w:r>
    </w:p>
    <w:p>
      <w:r>
        <w:rPr>
          <w:b/>
        </w:rPr>
        <w:t xml:space="preserve">[1:01:44] </w:t>
      </w:r>
      <w:r>
        <w:t>maine apne dekhne mein khuda ke dekhne ko dekha.</w:t>
      </w:r>
    </w:p>
    <w:p>
      <w:pPr>
        <w:jc w:val="right"/>
      </w:pPr>
      <w:r>
        <w:t>मैंने अपने देखने में खुदा के देखने को देखा।</w:t>
      </w:r>
    </w:p>
    <w:p>
      <w:r>
        <w:rPr>
          <w:b/>
        </w:rPr>
        <w:t xml:space="preserve">[1:01:49] </w:t>
      </w:r>
      <w:r>
        <w:t>to, to yeh apna mera dekhna, yeh khuda ke dekhne mein dhal gaya ki agar main dekhta hoon</w:t>
      </w:r>
    </w:p>
    <w:p>
      <w:pPr>
        <w:jc w:val="right"/>
      </w:pPr>
      <w:r>
        <w:t>तो, तो यह अपना मेरा देखना, यह खुदा के देखने में ढल गया कि अगर मैं देखता हूं</w:t>
      </w:r>
    </w:p>
    <w:p>
      <w:r>
        <w:rPr>
          <w:b/>
        </w:rPr>
        <w:t xml:space="preserve">[1:01:54] </w:t>
      </w:r>
      <w:r>
        <w:t>to khuda bhi dekhta hoga.</w:t>
      </w:r>
    </w:p>
    <w:p>
      <w:pPr>
        <w:jc w:val="right"/>
      </w:pPr>
      <w:r>
        <w:t>तो खुदा भी देखता होगा।</w:t>
      </w:r>
    </w:p>
    <w:p>
      <w:r>
        <w:rPr>
          <w:b/>
        </w:rPr>
        <w:t xml:space="preserve">[1:01:59] </w:t>
      </w:r>
      <w:r>
        <w:t>main sochta hoon to khuda bhi sochta hoga.</w:t>
      </w:r>
    </w:p>
    <w:p>
      <w:pPr>
        <w:jc w:val="right"/>
      </w:pPr>
      <w:r>
        <w:t>मैं सोचता हूं तो खुदा भी सोचता होगा।</w:t>
      </w:r>
    </w:p>
    <w:p>
      <w:r>
        <w:rPr>
          <w:b/>
        </w:rPr>
        <w:t xml:space="preserve">[1:02:04] </w:t>
      </w:r>
      <w:r>
        <w:t>main chalta hoon to khuda ke andar bhi taqat hogi chalne ki.</w:t>
      </w:r>
    </w:p>
    <w:p>
      <w:pPr>
        <w:jc w:val="right"/>
      </w:pPr>
      <w:r>
        <w:t>मैं चलता हूं तो खुदा के अंदर भी ताकत होगी चलने की।</w:t>
      </w:r>
    </w:p>
    <w:p>
      <w:r>
        <w:rPr>
          <w:b/>
        </w:rPr>
        <w:t xml:space="preserve">[1:02:09] </w:t>
      </w:r>
      <w:r>
        <w:t>main sunta hoon to khuda bhi sunta hoga.</w:t>
      </w:r>
    </w:p>
    <w:p>
      <w:pPr>
        <w:jc w:val="right"/>
      </w:pPr>
      <w:r>
        <w:t>मैं सुनता हूं तो खुदा भी सुनता होगा।</w:t>
      </w:r>
    </w:p>
    <w:p>
      <w:r>
        <w:rPr>
          <w:b/>
        </w:rPr>
        <w:t xml:space="preserve">[1:02:13] </w:t>
      </w:r>
      <w:r>
        <w:t>to main keh sakta hoon ki maine apne sunne mein khuda ke sunne ko suna.</w:t>
      </w:r>
    </w:p>
    <w:p>
      <w:pPr>
        <w:jc w:val="right"/>
      </w:pPr>
      <w:r>
        <w:t>तो मैं कह सकता हूं कि मैंने अपने सुनने में खुदा के सुनने को सुना।</w:t>
      </w:r>
    </w:p>
    <w:p>
      <w:r>
        <w:rPr>
          <w:b/>
        </w:rPr>
        <w:t xml:space="preserve">[1:02:18] </w:t>
      </w:r>
      <w:r>
        <w:t>maine apne dekhne mein khuda ke dekhne ko dekha.</w:t>
      </w:r>
    </w:p>
    <w:p>
      <w:pPr>
        <w:jc w:val="right"/>
      </w:pPr>
      <w:r>
        <w:t>मैंने अपने देखने में खुदा के देखने को देखा।</w:t>
      </w:r>
    </w:p>
    <w:p>
      <w:r>
        <w:rPr>
          <w:b/>
        </w:rPr>
        <w:t xml:space="preserve">[1:02:23] </w:t>
      </w:r>
      <w:r>
        <w:t>maine apne sochne mein khuda ke sochne ko socha.</w:t>
      </w:r>
    </w:p>
    <w:p>
      <w:pPr>
        <w:jc w:val="right"/>
      </w:pPr>
      <w:r>
        <w:t>मैंने अपने सोचने में खुदा के सोचने को सोचा।</w:t>
      </w:r>
    </w:p>
    <w:p>
      <w:r>
        <w:rPr>
          <w:b/>
        </w:rPr>
        <w:t xml:space="preserve">[1:02:28] </w:t>
      </w:r>
      <w:r>
        <w:t>मैंने अपनी existence में खुदा की existence को पाया।</w:t>
      </w:r>
    </w:p>
    <w:p>
      <w:pPr>
        <w:jc w:val="right"/>
      </w:pPr>
      <w:r>
        <w:t>मैंने अपनी एक्जिस्टेंस में खुदा की एक्जिस्टेंस को पाया।</w:t>
      </w:r>
    </w:p>
    <w:p>
      <w:r>
        <w:rPr>
          <w:b/>
        </w:rPr>
        <w:t xml:space="preserve">[1:02:33] </w:t>
      </w:r>
      <w:r>
        <w:t>bas yeh mere liye kafi hai.</w:t>
      </w:r>
    </w:p>
    <w:p>
      <w:pPr>
        <w:jc w:val="right"/>
      </w:pPr>
      <w:r>
        <w:t>बस यह मेरे लिए काफी है।</w:t>
      </w:r>
    </w:p>
    <w:p>
      <w:r>
        <w:rPr>
          <w:b/>
        </w:rPr>
        <w:t xml:space="preserve">[1:02:38] </w:t>
      </w:r>
      <w:r>
        <w:t>abhi secondary cheez hai ki maine science mein hi pa liya usko.</w:t>
      </w:r>
    </w:p>
    <w:p>
      <w:pPr>
        <w:jc w:val="right"/>
      </w:pPr>
      <w:r>
        <w:t>अभी सेकेंडरी चीज है कि मैंने साइंस में ही पा लिया उसको।</w:t>
      </w:r>
    </w:p>
    <w:p>
      <w:r>
        <w:rPr>
          <w:b/>
        </w:rPr>
        <w:t xml:space="preserve">[1:02:43] </w:t>
      </w:r>
      <w:r>
        <w:t>main science aur philosophy mein jo maine paya, usko main secondary samajhta hoon.</w:t>
      </w:r>
    </w:p>
    <w:p>
      <w:pPr>
        <w:jc w:val="right"/>
      </w:pPr>
      <w:r>
        <w:t>मैं साइंस और फिलॉसफी में जो मैंने पाया, उसको मैं सेकेंडरी समझता हूं।</w:t>
      </w:r>
    </w:p>
    <w:p>
      <w:r>
        <w:rPr>
          <w:b/>
        </w:rPr>
        <w:t xml:space="preserve">[1:02:48] </w:t>
      </w:r>
      <w:r>
        <w:t>aur jo sabse bada, ya isko main example dunga ki maa ko lijiye ki main apni maa ko</w:t>
      </w:r>
    </w:p>
    <w:p>
      <w:pPr>
        <w:jc w:val="right"/>
      </w:pPr>
      <w:r>
        <w:t>और जो सबसे बड़ा, या इसको मैं एग्जांपल दूंगा कि मां को लीजिए कि मैं अपनी मां को</w:t>
      </w:r>
    </w:p>
    <w:p>
      <w:r>
        <w:rPr>
          <w:b/>
        </w:rPr>
        <w:t xml:space="preserve">[1:02:53] </w:t>
      </w:r>
      <w:r>
        <w:t>جب ماں مانتا ہوں تو کیا کسی سائنٹفک پروف پروف سے مانتا ہوں؟</w:t>
      </w:r>
    </w:p>
    <w:p>
      <w:pPr>
        <w:jc w:val="right"/>
      </w:pPr>
      <w:r>
        <w:t>जब मां मानता हूं तो क्या किसी साइंटिफिक प्रूफ प्रूफ से मानता हूं?</w:t>
      </w:r>
    </w:p>
    <w:p>
      <w:r>
        <w:rPr>
          <w:b/>
        </w:rPr>
        <w:t xml:space="preserve">[1:02:58] </w:t>
      </w:r>
      <w:r>
        <w:t>Kya koi scientific proof hota hai?</w:t>
      </w:r>
    </w:p>
    <w:p>
      <w:pPr>
        <w:jc w:val="right"/>
      </w:pPr>
      <w:r>
        <w:t>क्या कोई साइंटिफिक प्रूफ होता है?</w:t>
      </w:r>
    </w:p>
    <w:p>
      <w:r>
        <w:rPr>
          <w:b/>
        </w:rPr>
        <w:t xml:space="preserve">[1:03:02] </w:t>
      </w:r>
      <w:r>
        <w:t>tab main manta hoon ki meri maa hai.</w:t>
      </w:r>
    </w:p>
    <w:p>
      <w:pPr>
        <w:jc w:val="right"/>
      </w:pPr>
      <w:r>
        <w:t>तब मैं मानता हूं कि मेरी मां है।</w:t>
      </w:r>
    </w:p>
    <w:p>
      <w:r>
        <w:rPr>
          <w:b/>
        </w:rPr>
        <w:t xml:space="preserve">[1:03:06] </w:t>
      </w:r>
      <w:r>
        <w:t>nahin, mera whole being, meri poori personality, mera poora nature chilla raha hota hai ki meri maa hai.</w:t>
      </w:r>
    </w:p>
    <w:p>
      <w:pPr>
        <w:jc w:val="right"/>
      </w:pPr>
      <w:r>
        <w:t>नहीं, मेरा होल बीइंग, मेरी पूरी पर्सनालिटी, मेरा पूरी नेचर चिल्ला रहा होता है कि मेरी मां है।</w:t>
      </w:r>
    </w:p>
    <w:p>
      <w:r>
        <w:rPr>
          <w:b/>
        </w:rPr>
        <w:t xml:space="preserve">[1:03:11] </w:t>
      </w:r>
      <w:r>
        <w:t>bas wahi kafi hai.</w:t>
      </w:r>
    </w:p>
    <w:p>
      <w:pPr>
        <w:jc w:val="right"/>
      </w:pPr>
      <w:r>
        <w:t>बस वही काफी है।</w:t>
      </w:r>
    </w:p>
    <w:p>
      <w:r>
        <w:rPr>
          <w:b/>
        </w:rPr>
        <w:t xml:space="preserve">[1:03:15] </w:t>
      </w:r>
      <w:r>
        <w:t>that is enough.</w:t>
      </w:r>
    </w:p>
    <w:p>
      <w:pPr>
        <w:jc w:val="right"/>
      </w:pPr>
      <w:r>
        <w:t>दैट इज इनफ।</w:t>
      </w:r>
    </w:p>
    <w:p>
      <w:r>
        <w:rPr>
          <w:b/>
        </w:rPr>
        <w:t xml:space="preserve">[1:03:20] </w:t>
      </w:r>
      <w:r>
        <w:t>میں بہت ہی، I am a different, ایک الگ ٹرم کا آدمی ہوں.</w:t>
      </w:r>
    </w:p>
    <w:p>
      <w:pPr>
        <w:jc w:val="right"/>
      </w:pPr>
      <w:r>
        <w:t>मैं बहुत ही, आई एम अ डिफरेंट, एक अलग टर्म का आदमी हूं।</w:t>
      </w:r>
    </w:p>
    <w:p>
      <w:r>
        <w:rPr>
          <w:b/>
        </w:rPr>
        <w:t xml:space="preserve">[1:03:24] </w:t>
      </w:r>
      <w:r>
        <w:t>i am man with difference.</w:t>
      </w:r>
    </w:p>
    <w:p>
      <w:pPr>
        <w:jc w:val="right"/>
      </w:pPr>
      <w:r>
        <w:t>आई एम मैन विद डिफरेंस।</w:t>
      </w:r>
    </w:p>
    <w:p>
      <w:r>
        <w:rPr>
          <w:b/>
        </w:rPr>
        <w:t xml:space="preserve">[1:03:28] </w:t>
      </w:r>
      <w:r>
        <w:t>main ek baar to ab pune mein tha.</w:t>
      </w:r>
    </w:p>
    <w:p>
      <w:pPr>
        <w:jc w:val="right"/>
      </w:pPr>
      <w:r>
        <w:t>मैं एक बार तो अब पुणे में था।</w:t>
      </w:r>
    </w:p>
    <w:p>
      <w:r>
        <w:rPr>
          <w:b/>
        </w:rPr>
        <w:t xml:space="preserve">[1:03:33] </w:t>
      </w:r>
      <w:r>
        <w:t>to wahan par din mein paperon mein chhapa tha ki musalman mulk ke sacche deshbhakt nahin hote.</w:t>
      </w:r>
    </w:p>
    <w:p>
      <w:pPr>
        <w:jc w:val="right"/>
      </w:pPr>
      <w:r>
        <w:t>तो वहां पर दिन में पेपरों में छपा था कि मुसलमान देश के सच्चे देशभक्त नहीं होते।</w:t>
      </w:r>
    </w:p>
    <w:p>
      <w:r>
        <w:rPr>
          <w:b/>
        </w:rPr>
        <w:t xml:space="preserve">[1:03:37] </w:t>
      </w:r>
      <w:r>
        <w:t>main bahut garv tha mujhko ki mujhse bada deshbhakt kaun hai?</w:t>
      </w:r>
    </w:p>
    <w:p>
      <w:pPr>
        <w:jc w:val="right"/>
      </w:pPr>
      <w:r>
        <w:t>मैं बहुत गर्व था मुझको कि मुझसे बड़ा देशभक्त कौन है?</w:t>
      </w:r>
    </w:p>
    <w:p>
      <w:r>
        <w:rPr>
          <w:b/>
        </w:rPr>
        <w:t xml:space="preserve">[1:03:42] </w:t>
      </w:r>
      <w:r>
        <w:t>maine apni zindagi ko mulk ke liye nichhawar kar diya aur koi bahas ka maine cash nahin liya.</w:t>
      </w:r>
    </w:p>
    <w:p>
      <w:pPr>
        <w:jc w:val="right"/>
      </w:pPr>
      <w:r>
        <w:t>मैंने अपनी जिंदगी को देश के लिए निछावर कर दिया और कोई बहस का मैंने कैश नहीं लिया।</w:t>
      </w:r>
    </w:p>
    <w:p>
      <w:r>
        <w:rPr>
          <w:b/>
        </w:rPr>
        <w:t xml:space="preserve">[1:03:47] </w:t>
      </w:r>
      <w:r>
        <w:t>to gandhi ko maine khwab mein dekha.</w:t>
      </w:r>
    </w:p>
    <w:p>
      <w:pPr>
        <w:jc w:val="right"/>
      </w:pPr>
      <w:r>
        <w:t>तो गांधी को मैंने ख्वाब में देखा।</w:t>
      </w:r>
    </w:p>
    <w:p>
      <w:r>
        <w:rPr>
          <w:b/>
        </w:rPr>
        <w:t xml:space="preserve">[1:03:52] </w:t>
      </w:r>
      <w:r>
        <w:t>gandhi aaye hain.</w:t>
      </w:r>
    </w:p>
    <w:p>
      <w:pPr>
        <w:jc w:val="right"/>
      </w:pPr>
      <w:r>
        <w:t>गांधी आए हैं।</w:t>
      </w:r>
    </w:p>
    <w:p>
      <w:r>
        <w:rPr>
          <w:b/>
        </w:rPr>
        <w:t xml:space="preserve">[1:03:57] </w:t>
      </w:r>
      <w:r>
        <w:t>woh kehte hain ki maulana sahab, main gawahi deta hoon ki aap sacche deshbhakt hain.</w:t>
      </w:r>
    </w:p>
    <w:p>
      <w:pPr>
        <w:jc w:val="right"/>
      </w:pPr>
      <w:r>
        <w:t>वो कहते हैं कि मौलाना साहब, मैं गवाही देता हूं कि आप सच्चे देशभक्त हैं।</w:t>
      </w:r>
    </w:p>
    <w:p>
      <w:r>
        <w:rPr>
          <w:b/>
        </w:rPr>
        <w:t xml:space="preserve">[1:04:02] </w:t>
      </w:r>
      <w:r>
        <w:t>par yaad hai ki main rone laga.</w:t>
      </w:r>
    </w:p>
    <w:p>
      <w:pPr>
        <w:jc w:val="right"/>
      </w:pPr>
      <w:r>
        <w:t>पर याद है कि मैं रोने लगा।</w:t>
      </w:r>
    </w:p>
    <w:p>
      <w:r>
        <w:rPr>
          <w:b/>
        </w:rPr>
        <w:t xml:space="preserve">[1:04:07] </w:t>
      </w:r>
      <w:r>
        <w:t>maine kaha, mahatma gandhi, main aapko bahut izzat karta hoon lekin mujhe kisi ki certificate zaroorat nahi hai.</w:t>
      </w:r>
    </w:p>
    <w:p>
      <w:pPr>
        <w:jc w:val="right"/>
      </w:pPr>
      <w:r>
        <w:t>मैंने कहा, महात्मा गांधी, मैं आपको बहुत इज्जत करता हूं लेकिन मुझे किसी की सर्टिफिकेट जरूरत नहीं है।</w:t>
      </w:r>
    </w:p>
    <w:p>
      <w:r>
        <w:rPr>
          <w:b/>
        </w:rPr>
        <w:t xml:space="preserve">[1:04:12] </w:t>
      </w:r>
      <w:r>
        <w:t>mera dil jo bol raha hai, wahi mere liye kafi hai.</w:t>
      </w:r>
    </w:p>
    <w:p>
      <w:pPr>
        <w:jc w:val="right"/>
      </w:pPr>
      <w:r>
        <w:t>मेरा दिल जो बोल रहा है, वही मेरे लिए काफी है।</w:t>
      </w:r>
    </w:p>
    <w:p>
      <w:r>
        <w:rPr>
          <w:b/>
        </w:rPr>
        <w:t xml:space="preserve">[1:04:17] </w:t>
      </w:r>
      <w:r>
        <w:t>to main is desh ka sacha patriot hoon.</w:t>
      </w:r>
    </w:p>
    <w:p>
      <w:pPr>
        <w:jc w:val="right"/>
      </w:pPr>
      <w:r>
        <w:t>तो मैं इस देश का सच्चा पेट्रियट हूं।</w:t>
      </w:r>
    </w:p>
    <w:p>
      <w:r>
        <w:rPr>
          <w:b/>
        </w:rPr>
        <w:t xml:space="preserve">[1:04:22] </w:t>
      </w:r>
      <w:r>
        <w:t>to mera dil chillata hai ki khuda hai.</w:t>
      </w:r>
    </w:p>
    <w:p>
      <w:pPr>
        <w:jc w:val="right"/>
      </w:pPr>
      <w:r>
        <w:t>तो मेरा दिल चिल्लाता है कि खुदा है।</w:t>
      </w:r>
    </w:p>
    <w:p>
      <w:r>
        <w:rPr>
          <w:b/>
        </w:rPr>
        <w:t xml:space="preserve">[1:04:27] </w:t>
      </w:r>
      <w:r>
        <w:t>mera dil chillata hai ki khuda ne mujhe banaya.</w:t>
      </w:r>
    </w:p>
    <w:p>
      <w:pPr>
        <w:jc w:val="right"/>
      </w:pPr>
      <w:r>
        <w:t>मेरा दिल चिल्लाता है कि खुदा ने मुझे बनाया।</w:t>
      </w:r>
    </w:p>
    <w:p>
      <w:r>
        <w:rPr>
          <w:b/>
        </w:rPr>
        <w:t xml:space="preserve">[1:04:32] </w:t>
      </w:r>
      <w:r>
        <w:t>aap yakeen kijiye ki jab main apne kisi, kisi apne hath ko dekhta hoon, apni aankh ko dekhta</w:t>
      </w:r>
    </w:p>
    <w:p>
      <w:pPr>
        <w:jc w:val="right"/>
      </w:pPr>
      <w:r>
        <w:t>आप यकीन कीजिए कि जब मैं अपने किसी, किसी अपने हाथ को देखता हूं, अपनी आंख को देखता</w:t>
      </w:r>
    </w:p>
    <w:p>
      <w:r>
        <w:rPr>
          <w:b/>
        </w:rPr>
        <w:t xml:space="preserve">[1:04:37] </w:t>
      </w:r>
      <w:r>
        <w:t>hoon, apne mind ko dekhta hoon, to sochta hoon kya main bana sakta hoon?</w:t>
      </w:r>
    </w:p>
    <w:p>
      <w:pPr>
        <w:jc w:val="right"/>
      </w:pPr>
      <w:r>
        <w:t>हूं, अपने माइंड को देखता हूं, तो सोचता हूं क्या मैं बना सकता हूं?</w:t>
      </w:r>
    </w:p>
    <w:p>
      <w:r>
        <w:rPr>
          <w:b/>
        </w:rPr>
        <w:t xml:space="preserve">[1:04:43] </w:t>
      </w:r>
      <w:r>
        <w:t>kya main apne aap ko bana sakta hoon?</w:t>
      </w:r>
    </w:p>
    <w:p>
      <w:pPr>
        <w:jc w:val="right"/>
      </w:pPr>
      <w:r>
        <w:t>क्या मैं अपने आप को बना सकता हूं?</w:t>
      </w:r>
    </w:p>
    <w:p>
      <w:r>
        <w:rPr>
          <w:b/>
        </w:rPr>
        <w:t xml:space="preserve">[1:04:47] </w:t>
      </w:r>
      <w:r>
        <w:t>to main sochta hoon ki main apna, apne aap ko bana nahi sakta.</w:t>
      </w:r>
    </w:p>
    <w:p>
      <w:pPr>
        <w:jc w:val="right"/>
      </w:pPr>
      <w:r>
        <w:t>तो मैं सोचता हूं कि मैं अपना, अपने आप को बना नहीं सकता।</w:t>
      </w:r>
    </w:p>
    <w:p>
      <w:r>
        <w:rPr>
          <w:b/>
        </w:rPr>
        <w:t xml:space="preserve">[1:04:52] </w:t>
      </w:r>
      <w:r>
        <w:t>kuch bhi nahi kar sakta main apne aap ko.</w:t>
      </w:r>
    </w:p>
    <w:p>
      <w:pPr>
        <w:jc w:val="right"/>
      </w:pPr>
      <w:r>
        <w:t>कुछ भी नहीं कर सकता मैं अपने आप को।</w:t>
      </w:r>
    </w:p>
    <w:p>
      <w:r>
        <w:rPr>
          <w:b/>
        </w:rPr>
        <w:t xml:space="preserve">[1:04:57] </w:t>
      </w:r>
      <w:r>
        <w:t>to koi hai jisne banaya hai mujhe.</w:t>
      </w:r>
    </w:p>
    <w:p>
      <w:pPr>
        <w:jc w:val="right"/>
      </w:pPr>
      <w:r>
        <w:t>तो कोई है जिसने बनाया है मुझे।</w:t>
      </w:r>
    </w:p>
    <w:p>
      <w:r>
        <w:rPr>
          <w:b/>
        </w:rPr>
        <w:t xml:space="preserve">[1:05:02] </w:t>
      </w:r>
      <w:r>
        <w:t>to mera existence hi apne aap mein is baat ka proof ban jata hai ki khuda ka existence hai.</w:t>
      </w:r>
    </w:p>
    <w:p>
      <w:pPr>
        <w:jc w:val="right"/>
      </w:pPr>
      <w:r>
        <w:t>तो मेरा एक्जिस्टेंस ही अपने आप में इस बात का प्रूफ बन जाता है कि खुदा का एक्जिस्टेंस है।</w:t>
      </w:r>
    </w:p>
    <w:p>
      <w:r>
        <w:rPr>
          <w:b/>
        </w:rPr>
        <w:t xml:space="preserve">[1:05:06] </w:t>
      </w:r>
      <w:r>
        <w:t>without creator, there is no creation.</w:t>
      </w:r>
    </w:p>
    <w:p>
      <w:pPr>
        <w:jc w:val="right"/>
      </w:pPr>
      <w:r>
        <w:t>विदाउट क्रिएटर, देयर इज नो क्रिएशन।</w:t>
      </w:r>
    </w:p>
    <w:p>
      <w:r>
        <w:rPr>
          <w:b/>
        </w:rPr>
        <w:t xml:space="preserve">[1:05:11] </w:t>
      </w:r>
      <w:r>
        <w:t>to mera to apna yeh haal hai.</w:t>
      </w:r>
    </w:p>
    <w:p>
      <w:pPr>
        <w:jc w:val="right"/>
      </w:pPr>
      <w:r>
        <w:t>तो मेरा तो अपना यह हाल है।</w:t>
      </w:r>
    </w:p>
    <w:p>
      <w:r>
        <w:rPr>
          <w:b/>
        </w:rPr>
        <w:t xml:space="preserve">[1:05:16] </w:t>
      </w:r>
      <w:r>
        <w:t>baqi jo main science ki baatein karta hoon, to doosron ke liye karta hoon.</w:t>
      </w:r>
    </w:p>
    <w:p>
      <w:pPr>
        <w:jc w:val="right"/>
      </w:pPr>
      <w:r>
        <w:t>बाकी जो मैं साइंस की बातें करता हूं, तो दूसरों के लिए करता हूं।</w:t>
      </w:r>
    </w:p>
    <w:p>
      <w:r>
        <w:rPr>
          <w:b/>
        </w:rPr>
        <w:t xml:space="preserve">[1:05:21] </w:t>
      </w:r>
      <w:r>
        <w:t>doosron ke liye.</w:t>
      </w:r>
    </w:p>
    <w:p>
      <w:pPr>
        <w:jc w:val="right"/>
      </w:pPr>
      <w:r>
        <w:t>दूसरों के लिए।</w:t>
      </w:r>
    </w:p>
    <w:p>
      <w:r>
        <w:rPr>
          <w:b/>
        </w:rPr>
        <w:t xml:space="preserve">[1:05:26] </w:t>
      </w:r>
      <w:r>
        <w:t>this question is from mr khalid ansari.</w:t>
      </w:r>
    </w:p>
    <w:p>
      <w:pPr>
        <w:jc w:val="right"/>
      </w:pPr>
      <w:r>
        <w:t>दिस क्वेश्चन इज फ्रॉम मिस्टर खालिद अंसारी।</w:t>
      </w:r>
    </w:p>
    <w:p>
      <w:r>
        <w:rPr>
          <w:b/>
        </w:rPr>
        <w:t xml:space="preserve">[1:05:30] </w:t>
      </w:r>
      <w:r>
        <w:t>we encounter numerous people on daily basis disrespecting fellow beings and not acknowledging their benefactors.</w:t>
      </w:r>
    </w:p>
    <w:p>
      <w:pPr>
        <w:jc w:val="right"/>
      </w:pPr>
      <w:r>
        <w:t>वी एनकाउंटर न्यूमरस पीपल ऑन डेली बेसिस डिसरिस्पेक्टिंग फेलो बीइंग्स एंड नॉट एक्नॉलेजिंग देयर बेनिफेक्टर्स।</w:t>
      </w:r>
    </w:p>
    <w:p>
      <w:r>
        <w:rPr>
          <w:b/>
        </w:rPr>
        <w:t xml:space="preserve">[1:05:35] </w:t>
      </w:r>
      <w:r>
        <w:t>but in case of any good fortune, they claim to attribute it to god.</w:t>
      </w:r>
    </w:p>
    <w:p>
      <w:pPr>
        <w:jc w:val="right"/>
      </w:pPr>
      <w:r>
        <w:t>बट इन केस ऑफ एनी गुड फॉर्च्यून, दे क्लेम टू एट्रिब्यूट इट टू गॉड।</w:t>
      </w:r>
    </w:p>
    <w:p>
      <w:r>
        <w:rPr>
          <w:b/>
        </w:rPr>
        <w:t xml:space="preserve">[1:05:40] </w:t>
      </w:r>
      <w:r>
        <w:t>maulana, do you think its important to acknowledge mans favor in the similar manner as people do in</w:t>
      </w:r>
    </w:p>
    <w:p>
      <w:pPr>
        <w:jc w:val="right"/>
      </w:pPr>
      <w:r>
        <w:t>मौलाना, डू यू थिंक इट्स इंपॉर्टेंट टू एक्नॉलेज मैनस फेवर इन द सिमिलर मैनर एज पीपल डू इन</w:t>
      </w:r>
    </w:p>
    <w:p>
      <w:r>
        <w:rPr>
          <w:b/>
        </w:rPr>
        <w:t xml:space="preserve">[1:05:45] </w:t>
      </w:r>
      <w:r>
        <w:t>case of god?</w:t>
      </w:r>
    </w:p>
    <w:p>
      <w:pPr>
        <w:jc w:val="right"/>
      </w:pPr>
      <w:r>
        <w:t>केस ऑफ गॉड?</w:t>
      </w:r>
    </w:p>
    <w:p>
      <w:r>
        <w:rPr>
          <w:b/>
        </w:rPr>
        <w:t xml:space="preserve">[1:05:50] </w:t>
      </w:r>
      <w:r>
        <w:t>phir se parhiye. v encounter numerous people on daily basis disrespecting fellow beings and not acknowledging their benefactors. but in case of any good fortune, they claim to attribute it to god. maulana, do you think its important to acknowledge mans favor in the similar manner as people do in case of god?</w:t>
      </w:r>
    </w:p>
    <w:p>
      <w:pPr>
        <w:jc w:val="right"/>
      </w:pPr>
      <w:r>
        <w:t>फिर से पढ़िए। वी एनकाउंटर न्यूमरस पीपल ऑन डेली बेसिस डिसरिस्पेक्टिंग फेलो बीइंग्स एंड नॉट एक्नॉलेजिंग देयर बेनिफेक्टर्स। बट इन केस ऑफ एनी गुड फॉर्च्यून, दे क्लेम टू एट्रिब्यूट इट टू गॉड। मौलाना, डू यू थिंक इट्स इंपॉर्टेंट टू एक्नॉलेज मैनस फेवर इन द सिमिलर मैनर एज पीपल डू इन केस ऑफ गॉड?</w:t>
      </w:r>
    </w:p>
    <w:p>
      <w:r>
        <w:rPr>
          <w:b/>
        </w:rPr>
        <w:t xml:space="preserve">[1:06:15] </w:t>
      </w:r>
      <w:r>
        <w:t>yes.</w:t>
      </w:r>
    </w:p>
    <w:p>
      <w:pPr>
        <w:jc w:val="right"/>
      </w:pPr>
      <w:r>
        <w:t>यस।</w:t>
      </w:r>
    </w:p>
    <w:p>
      <w:r>
        <w:rPr>
          <w:b/>
        </w:rPr>
        <w:t xml:space="preserve">[1:06:21] </w:t>
      </w:r>
      <w:r>
        <w:t>when i see anything like mobile, like glass, like these mic, so i always think that this was,</w:t>
      </w:r>
    </w:p>
    <w:p>
      <w:pPr>
        <w:jc w:val="right"/>
      </w:pPr>
      <w:r>
        <w:t>व्हेन आई सी एनीथिंग लाइक मोबाइल, लाइक ग्लास, लाइक दीज माइक, सो आई ऑलवेज थिंक दैट दिस वाज,</w:t>
      </w:r>
    </w:p>
    <w:p>
      <w:r>
        <w:rPr>
          <w:b/>
        </w:rPr>
        <w:t xml:space="preserve">[1:06:27] </w:t>
      </w:r>
      <w:r>
        <w:t>this, this was result of great, great honor.</w:t>
      </w:r>
    </w:p>
    <w:p>
      <w:pPr>
        <w:jc w:val="right"/>
      </w:pPr>
      <w:r>
        <w:t>दिस, दिस वाज रिजल्ट ऑफ ग्रेट, ग्रेट एनर।</w:t>
      </w:r>
    </w:p>
    <w:p>
      <w:r>
        <w:rPr>
          <w:b/>
        </w:rPr>
        <w:t xml:space="preserve">[1:06:33] </w:t>
      </w:r>
      <w:r>
        <w:t>humans, any people, generation of generation tried to invent all these things.</w:t>
      </w:r>
    </w:p>
    <w:p>
      <w:pPr>
        <w:jc w:val="right"/>
      </w:pPr>
      <w:r>
        <w:t>ह्यूमंस, एनी पीपल, जनरेशन ऑफ जनरेशन ट्राइड टू इन्वेंट ऑल दीज थिंग्स।</w:t>
      </w:r>
    </w:p>
    <w:p>
      <w:r>
        <w:rPr>
          <w:b/>
        </w:rPr>
        <w:t xml:space="preserve">[1:06:40] </w:t>
      </w:r>
      <w:r>
        <w:t>then it was possible for me to have this civilization.</w:t>
      </w:r>
    </w:p>
    <w:p>
      <w:pPr>
        <w:jc w:val="right"/>
      </w:pPr>
      <w:r>
        <w:t>देन इट वाज पॉसिबल फॉर मी टू हैव दिस सिविलाइजेशन।</w:t>
      </w:r>
    </w:p>
    <w:p>
      <w:r>
        <w:rPr>
          <w:b/>
        </w:rPr>
        <w:t xml:space="preserve">[1:06:46] </w:t>
      </w:r>
      <w:r>
        <w:t>civilization is for me, civilization is blessing.</w:t>
      </w:r>
    </w:p>
    <w:p>
      <w:pPr>
        <w:jc w:val="right"/>
      </w:pPr>
      <w:r>
        <w:t>सिविलाइजेशन इज फॉर मी, सिविलाइजेशन इज ब्लेसिंग।</w:t>
      </w:r>
    </w:p>
    <w:p>
      <w:r>
        <w:rPr>
          <w:b/>
        </w:rPr>
        <w:t xml:space="preserve">[1:06:52] </w:t>
      </w:r>
      <w:r>
        <w:t>but who created civilization?</w:t>
      </w:r>
    </w:p>
    <w:p>
      <w:pPr>
        <w:jc w:val="right"/>
      </w:pPr>
      <w:r>
        <w:t>बट हु क्रिएटेड सिविलाइजेशन?</w:t>
      </w:r>
    </w:p>
    <w:p>
      <w:r>
        <w:rPr>
          <w:b/>
        </w:rPr>
        <w:t xml:space="preserve">[1:06:59] </w:t>
      </w:r>
      <w:r>
        <w:t>the whole human race.</w:t>
      </w:r>
    </w:p>
    <w:p>
      <w:pPr>
        <w:jc w:val="right"/>
      </w:pPr>
      <w:r>
        <w:t>द होल ह्यूमन रेस।</w:t>
      </w:r>
    </w:p>
    <w:p>
      <w:r>
        <w:rPr>
          <w:b/>
        </w:rPr>
        <w:t xml:space="preserve">[1:07:03] </w:t>
      </w:r>
      <w:r>
        <w:t>to i say, i, i can say that we, we have to acknowledge god.</w:t>
      </w:r>
    </w:p>
    <w:p>
      <w:pPr>
        <w:jc w:val="right"/>
      </w:pPr>
      <w:r>
        <w:t>तो आई से, आई, आई कैन से दैट वी, वी हैव टू एक्नॉलेज गॉड।</w:t>
      </w:r>
    </w:p>
    <w:p>
      <w:r>
        <w:rPr>
          <w:b/>
        </w:rPr>
        <w:t xml:space="preserve">[1:07:08] </w:t>
      </w:r>
      <w:r>
        <w:t>also, we have to acknowledge human mind, human being.</w:t>
      </w:r>
    </w:p>
    <w:p>
      <w:pPr>
        <w:jc w:val="right"/>
      </w:pPr>
      <w:r>
        <w:t>आल्सो, वी हैव टू एक्नॉलेज ह्यूमन माइंड, ह्यूमन बीइंग।</w:t>
      </w:r>
    </w:p>
    <w:p>
      <w:r>
        <w:rPr>
          <w:b/>
        </w:rPr>
        <w:t xml:space="preserve">[1:07:12] </w:t>
      </w:r>
      <w:r>
        <w:t>dekhiye, ek hadith hai, "malam yashkurillah, lam yashkur naas." malam yashkur naas, lam yashkurillah.</w:t>
      </w:r>
    </w:p>
    <w:p>
      <w:pPr>
        <w:jc w:val="right"/>
      </w:pPr>
      <w:r>
        <w:t>देखिए, एक हदीस है, "मल्लम यशकुरिल्लाह, लम यशकुर नास।" मल्लम यशकुर नास, लम यशकुरिल्लाह।</w:t>
      </w:r>
    </w:p>
    <w:p>
      <w:r>
        <w:rPr>
          <w:b/>
        </w:rPr>
        <w:t xml:space="preserve">[1:07:17] </w:t>
      </w:r>
      <w:r>
        <w:t>jo insaan, jo insaan ko acknowledge nahin karega, woh khuda ko bhi acknowledge nahin karega.</w:t>
      </w:r>
    </w:p>
    <w:p>
      <w:pPr>
        <w:jc w:val="right"/>
      </w:pPr>
      <w:r>
        <w:t>जो इंसान, जो इंसान को एक्नॉलेज नहीं करेगा, वो खुदा को भी एक्नॉलेज नहीं करेगा।</w:t>
      </w:r>
    </w:p>
    <w:p>
      <w:r>
        <w:rPr>
          <w:b/>
        </w:rPr>
        <w:t xml:space="preserve">[1:07:21] </w:t>
      </w:r>
      <w:r>
        <w:t>to we have to acknowledge god.</w:t>
      </w:r>
    </w:p>
    <w:p>
      <w:pPr>
        <w:jc w:val="right"/>
      </w:pPr>
      <w:r>
        <w:t>तो वी हैव टू एक्नॉलेज गॉड।</w:t>
      </w:r>
    </w:p>
    <w:p>
      <w:r>
        <w:rPr>
          <w:b/>
        </w:rPr>
        <w:t xml:space="preserve">[1:07:26] </w:t>
      </w:r>
      <w:r>
        <w:t>at the same time, we have to acknowledge human mankind.</w:t>
      </w:r>
    </w:p>
    <w:p>
      <w:pPr>
        <w:jc w:val="right"/>
      </w:pPr>
      <w:r>
        <w:t>एट द सेम टाइम, वी हैव टू एक्नॉलेज ह्यूमन मैनकाइंड।</w:t>
      </w:r>
    </w:p>
    <w:p>
      <w:r>
        <w:rPr>
          <w:b/>
        </w:rPr>
        <w:t xml:space="preserve">[1:07:30] </w:t>
      </w:r>
      <w:r>
        <w:t>mankind created civilization.</w:t>
      </w:r>
    </w:p>
    <w:p>
      <w:pPr>
        <w:jc w:val="right"/>
      </w:pPr>
      <w:r>
        <w:t>मैनकाइंड क्रिएटेड सिविलाइजेशन।</w:t>
      </w:r>
    </w:p>
    <w:p>
      <w:r>
        <w:rPr>
          <w:b/>
        </w:rPr>
        <w:t xml:space="preserve">[1:07:35] </w:t>
      </w:r>
      <w:r>
        <w:t>god created the whole universe.</w:t>
      </w:r>
    </w:p>
    <w:p>
      <w:pPr>
        <w:jc w:val="right"/>
      </w:pPr>
      <w:r>
        <w:t>गॉड क्रिएटेड द होल यूनिवर्स।</w:t>
      </w:r>
    </w:p>
    <w:p>
      <w:r>
        <w:rPr>
          <w:b/>
        </w:rPr>
        <w:t xml:space="preserve">[1:07:39] </w:t>
      </w:r>
      <w:r>
        <w:t>then mankind converted it to civilization.</w:t>
      </w:r>
    </w:p>
    <w:p>
      <w:pPr>
        <w:jc w:val="right"/>
      </w:pPr>
      <w:r>
        <w:t>देन मैनकाइंड कन्वर्टेड इट टू सिविलाइजेशन।</w:t>
      </w:r>
    </w:p>
    <w:p>
      <w:r>
        <w:rPr>
          <w:b/>
        </w:rPr>
        <w:t xml:space="preserve">[1:07:44] </w:t>
      </w:r>
      <w:r>
        <w:t>so, we have to acknowledge the both.</w:t>
      </w:r>
    </w:p>
    <w:p>
      <w:pPr>
        <w:jc w:val="right"/>
      </w:pPr>
      <w:r>
        <w:t>सो, वी हैव टू एक्नॉलेज द बोथ।</w:t>
      </w:r>
    </w:p>
    <w:p>
      <w:r>
        <w:rPr>
          <w:b/>
        </w:rPr>
        <w:t xml:space="preserve">[1:07:48] </w:t>
      </w:r>
      <w:r>
        <w:t>god created the whole cosmos, all the universe.</w:t>
      </w:r>
    </w:p>
    <w:p>
      <w:pPr>
        <w:jc w:val="right"/>
      </w:pPr>
      <w:r>
        <w:t>गॉड क्रिएटेड द होल कॉस्मोस, ऑल द यूनिवर्स।</w:t>
      </w:r>
    </w:p>
    <w:p>
      <w:r>
        <w:rPr>
          <w:b/>
        </w:rPr>
        <w:t xml:space="preserve">[1:07:53] </w:t>
      </w:r>
      <w:r>
        <w:t>it was man who, who, who converted all these things into a civilization.</w:t>
      </w:r>
    </w:p>
    <w:p>
      <w:pPr>
        <w:jc w:val="right"/>
      </w:pPr>
      <w:r>
        <w:t>इट वाज मैन हु, हु, हु कन्वर्टेड ऑल दीज थिंग्स इनटू अ सिविलाइजेशन।</w:t>
      </w:r>
    </w:p>
    <w:p>
      <w:r>
        <w:rPr>
          <w:b/>
        </w:rPr>
        <w:t xml:space="preserve">[1:07:57] </w:t>
      </w:r>
      <w:r>
        <w:t>so, we have to acknowledge the both.</w:t>
      </w:r>
    </w:p>
    <w:p>
      <w:pPr>
        <w:jc w:val="right"/>
      </w:pPr>
      <w:r>
        <w:t>सो, वी हैव टू एक्नॉलेज द बोथ।</w:t>
      </w:r>
    </w:p>
    <w:p>
      <w:r>
        <w:rPr>
          <w:b/>
        </w:rPr>
        <w:t xml:space="preserve">[1:08:02] </w:t>
      </w:r>
      <w:r>
        <w:t>yahi question tha ji ya kuch aur question?</w:t>
      </w:r>
    </w:p>
    <w:p>
      <w:pPr>
        <w:jc w:val="right"/>
      </w:pPr>
      <w:r>
        <w:t>यही क्वेश्चन था जी या कुछ और क्वेश्चन?</w:t>
      </w:r>
    </w:p>
    <w:p>
      <w:r>
        <w:rPr>
          <w:b/>
        </w:rPr>
        <w:t xml:space="preserve">[1:08:07] </w:t>
      </w:r>
      <w:r>
        <w:t>ji. okay, we will end the session now. i would request all of you to join us for tea and coffee before you leave. maulana sahab also conducts lectures every sunday at nizamuddin west. and you can take the details if you would like to attend his sunday lectures from us. thank you very much.</w:t>
      </w:r>
    </w:p>
    <w:p>
      <w:pPr>
        <w:jc w:val="right"/>
      </w:pPr>
      <w:r>
        <w:t>जी। ओके, वी विल एंड द सेशन नाउ। आई वुड रिक्वेस्ट ऑल ऑफ यू टू जॉइन अस फॉर टी एंड कॉफी बिफोर यू लीव। मौलाना साहब आल्सो कंडक्ट्स लेक्चर्स एव्री संडे एट निजामुद्दीन वेस्ट। एंड यू कैन टेक दी डिटेल्स इफ यू वुड लाइक टू अटेंड हिज संडे लेक्चर्स फ्रॉम अस। थैंक यू वेरी मच।</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