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Fahme Quran ki Shart</w:t>
      </w:r>
    </w:p>
    <w:p>
      <w:r>
        <w:t>https://www.youtube.com/watch?v=GnT9PogVQBI</w:t>
      </w:r>
    </w:p>
    <w:p>
      <w:r>
        <w:rPr>
          <w:b/>
        </w:rPr>
        <w:t xml:space="preserve">[00:22] </w:t>
      </w:r>
      <w:r>
        <w:t>bismillah rehman rehim,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[00:25] </w:t>
      </w:r>
      <w:r>
        <w:t>wa salli allah ala nabiyil karim.</w:t>
      </w:r>
    </w:p>
    <w:p>
      <w:pPr>
        <w:jc w:val="right"/>
      </w:pPr>
      <w:r>
        <w:t>و صلی اللہ علی النبی الکریم۔</w:t>
      </w:r>
    </w:p>
    <w:p>
      <w:r>
        <w:rPr>
          <w:b/>
        </w:rPr>
        <w:t xml:space="preserve">[00:29]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[00:32]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[00:35] </w:t>
      </w:r>
      <w:r>
        <w:t>wah al uqdata min lisani yafqahu qawli. yeh</w:t>
      </w:r>
    </w:p>
    <w:p>
      <w:pPr>
        <w:jc w:val="right"/>
      </w:pPr>
      <w:r>
        <w:t>واحل العقدۃ من لسانی یفقہ قولی۔ یہ</w:t>
      </w:r>
    </w:p>
    <w:p>
      <w:r>
        <w:rPr>
          <w:b/>
        </w:rPr>
        <w:t xml:space="preserve">[00:41] </w:t>
      </w:r>
      <w:r>
        <w:t>dars-e-quran ke silsile ki ek kadi hai.</w:t>
      </w:r>
    </w:p>
    <w:p>
      <w:pPr>
        <w:jc w:val="right"/>
      </w:pPr>
      <w:r>
        <w:t>درسِ قرآن کے سلسلے کی ایک کڑی ہے۔</w:t>
      </w:r>
    </w:p>
    <w:p>
      <w:r>
        <w:rPr>
          <w:b/>
        </w:rPr>
        <w:t xml:space="preserve">[00:48] </w:t>
      </w:r>
      <w:r>
        <w:t>aaj mein kuch aa</w:t>
      </w:r>
    </w:p>
    <w:p>
      <w:pPr>
        <w:jc w:val="right"/>
      </w:pPr>
      <w:r>
        <w:t>آج میں کچھ آ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