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Adjustment the Only Option I January 26, 2010</w:t>
      </w:r>
    </w:p>
    <w:p>
      <w:r>
        <w:t>https://www.youtube.com/watch?v=5jDoLit5NWU</w:t>
      </w:r>
    </w:p>
    <w:p>
      <w:r>
        <w:rPr>
          <w:b/>
        </w:rPr>
        <w:t xml:space="preserve">[00:06] </w:t>
      </w:r>
      <w:r>
        <w:t>bismillah hir rahman nir rahim.</w:t>
      </w:r>
    </w:p>
    <w:p>
      <w:pPr>
        <w:jc w:val="right"/>
      </w:pPr>
      <w:r>
        <w:t>بسم اللہ الرحمن الرحیم۔</w:t>
      </w:r>
    </w:p>
    <w:p>
      <w:r>
        <w:rPr>
          <w:b/>
        </w:rPr>
        <w:t xml:space="preserve">[00:14] </w:t>
      </w:r>
      <w:r>
        <w:t>wa salla Allahu ala nabiyyi al-karim.</w:t>
      </w:r>
    </w:p>
    <w:p>
      <w:pPr>
        <w:jc w:val="right"/>
      </w:pPr>
      <w:r>
        <w:t>وصلی اللہ علی النبی الکریم۔</w:t>
      </w:r>
    </w:p>
    <w:p>
      <w:r>
        <w:rPr>
          <w:b/>
        </w:rPr>
        <w:t xml:space="preserve">[00:22] </w:t>
      </w:r>
      <w:r>
        <w:t>rabbi ishrah li sadri, wa yassir li amri, wah lul uqdatan min lisani, yafqahu qawli.</w:t>
      </w:r>
    </w:p>
    <w:p>
      <w:pPr>
        <w:jc w:val="right"/>
      </w:pPr>
      <w:r>
        <w:t>رب اشرح لی صدری، ویسر لی امری، واحل العقدۃ من لسانی، یفقہ قولی۔</w:t>
      </w:r>
    </w:p>
    <w:p>
      <w:r>
        <w:rPr>
          <w:b/>
        </w:rPr>
        <w:t xml:space="preserve">[00:31] </w:t>
      </w:r>
      <w:r>
        <w:t>aaj ka topic hai: "adjustment the only option".</w:t>
      </w:r>
    </w:p>
    <w:p>
      <w:pPr>
        <w:jc w:val="right"/>
      </w:pPr>
      <w:r>
        <w:t>آج کا ٹاپک ہے: "Adjustment the only option"۔</w:t>
      </w:r>
    </w:p>
    <w:p>
      <w:r>
        <w:rPr>
          <w:b/>
        </w:rPr>
        <w:t xml:space="preserve">[00:39] </w:t>
      </w:r>
      <w:r>
        <w:t>yani is duniya mein hamare liye ek hi option hai, woh hai adjustment.</w:t>
      </w:r>
    </w:p>
    <w:p>
      <w:pPr>
        <w:jc w:val="right"/>
      </w:pPr>
      <w:r>
        <w:t>یعنی اس دنیا میں ہمارے لیے ایک ہی option ہے، وہ ہے adjustment۔</w:t>
      </w:r>
    </w:p>
    <w:p>
      <w:r>
        <w:rPr>
          <w:b/>
        </w:rPr>
        <w:t xml:space="preserve">[00:47] </w:t>
      </w:r>
      <w:r>
        <w:t>agar hum adjustment karne ko tayyar na hon to phir koi doosra option hum apne aap create nahin kar sakte.</w:t>
      </w:r>
    </w:p>
    <w:p>
      <w:pPr>
        <w:jc w:val="right"/>
      </w:pPr>
      <w:r>
        <w:t>اگر ہم adjustment کرنے کو تیار نہ ہوں تو پھر کوئی دوسرا option ہم اپنے آپ create نہیں کر سکتے۔</w:t>
      </w:r>
    </w:p>
    <w:p>
      <w:r>
        <w:rPr>
          <w:b/>
        </w:rPr>
        <w:t xml:space="preserve">[00:56] </w:t>
      </w:r>
      <w:r>
        <w:t>phir to yani disaster hai, tabahi hai.</w:t>
      </w:r>
    </w:p>
    <w:p>
      <w:pPr>
        <w:jc w:val="right"/>
      </w:pPr>
      <w:r>
        <w:t>پھر تو یعنی disaster ہے، تباہی ہے۔</w:t>
      </w:r>
    </w:p>
    <w:p>
      <w:r>
        <w:rPr>
          <w:b/>
        </w:rPr>
        <w:t xml:space="preserve">[01:04] </w:t>
      </w:r>
      <w:r>
        <w:t>jaise khana jo hai, food ke yani hamein food chahiye to food ke liye hamein jo khuda ne</w:t>
      </w:r>
    </w:p>
    <w:p>
      <w:pPr>
        <w:jc w:val="right"/>
      </w:pPr>
      <w:r>
        <w:t>جیسے کھانا جو ہے، food کے یعنی ہمیں food چاہیے تو food کے لیے ہمیں جو خدا نے</w:t>
      </w:r>
    </w:p>
    <w:p>
      <w:r>
        <w:rPr>
          <w:b/>
        </w:rPr>
        <w:t xml:space="preserve">[01:12] </w:t>
      </w:r>
      <w:r>
        <w:t>paida kiya hai wahi lena hai.</w:t>
      </w:r>
    </w:p>
    <w:p>
      <w:pPr>
        <w:jc w:val="right"/>
      </w:pPr>
      <w:r>
        <w:t>پیدا کیا ہے وہی لینا ہے۔</w:t>
      </w:r>
    </w:p>
    <w:p>
      <w:r>
        <w:rPr>
          <w:b/>
        </w:rPr>
        <w:t xml:space="preserve">[01:21] </w:t>
      </w:r>
      <w:r>
        <w:t>patthar koi option nahi hai.</w:t>
      </w:r>
    </w:p>
    <w:p>
      <w:pPr>
        <w:jc w:val="right"/>
      </w:pPr>
      <w:r>
        <w:t>پتھر کوئی option نہیں ہے۔</w:t>
      </w:r>
    </w:p>
    <w:p>
      <w:r>
        <w:rPr>
          <w:b/>
        </w:rPr>
        <w:t xml:space="preserve">[01:29] </w:t>
      </w:r>
      <w:r>
        <w:t>ya to khana khaiye ya mar jaiye.</w:t>
      </w:r>
    </w:p>
    <w:p>
      <w:pPr>
        <w:jc w:val="right"/>
      </w:pPr>
      <w:r>
        <w:t>یا تو کھانا کھائیے یا مر جائیے۔</w:t>
      </w:r>
    </w:p>
    <w:p>
      <w:r>
        <w:rPr>
          <w:b/>
        </w:rPr>
        <w:t xml:space="preserve">[01:37] </w:t>
      </w:r>
      <w:r>
        <w:t>aise hi ya to adjust kijiye ya suicide kar lijiye.</w:t>
      </w:r>
    </w:p>
    <w:p>
      <w:pPr>
        <w:jc w:val="right"/>
      </w:pPr>
      <w:r>
        <w:t>ایسے ہی یا تو adjust کیجیے یا suicide کر لیجیے۔</w:t>
      </w:r>
    </w:p>
    <w:p>
      <w:r>
        <w:rPr>
          <w:b/>
        </w:rPr>
        <w:t xml:space="preserve">[01:46] </w:t>
      </w:r>
      <w:r>
        <w:t>dekhiye, yeh bohat hi important baat hai.</w:t>
      </w:r>
    </w:p>
    <w:p>
      <w:pPr>
        <w:jc w:val="right"/>
      </w:pPr>
      <w:r>
        <w:t>دیکھیے، یہ بہت ہی important بات ہے۔</w:t>
      </w:r>
    </w:p>
    <w:p>
      <w:r>
        <w:rPr>
          <w:b/>
        </w:rPr>
        <w:t xml:space="preserve">[01:54] </w:t>
      </w:r>
      <w:r>
        <w:t>yeh duniya kis ne banai hai? hum ne, aap ne to nahi banai hai.</w:t>
      </w:r>
    </w:p>
    <w:p>
      <w:pPr>
        <w:jc w:val="right"/>
      </w:pPr>
      <w:r>
        <w:t>یہ دنیا کس نے بنائی ہے؟ ہم نے، آپ نے تو نہیں بنائی ہے۔</w:t>
      </w:r>
    </w:p>
    <w:p>
      <w:r>
        <w:rPr>
          <w:b/>
        </w:rPr>
        <w:t xml:space="preserve">[02:02] </w:t>
      </w:r>
      <w:r>
        <w:t>to jo duniya banane wala hai, uska apna creation plan hai.</w:t>
      </w:r>
    </w:p>
    <w:p>
      <w:pPr>
        <w:jc w:val="right"/>
      </w:pPr>
      <w:r>
        <w:t>تو جو دنیا بنانے والا ہے، اس کا اپنا creation plan ہے۔</w:t>
      </w:r>
    </w:p>
    <w:p>
      <w:r>
        <w:rPr>
          <w:b/>
        </w:rPr>
        <w:t xml:space="preserve">[02:11] </w:t>
      </w:r>
      <w:r>
        <w:t>uske apne laws hain, jis ko hum kehte hain law of nature.</w:t>
      </w:r>
    </w:p>
    <w:p>
      <w:pPr>
        <w:jc w:val="right"/>
      </w:pPr>
      <w:r>
        <w:t>اس کے اپنے laws ہیں، جس کو ہم کہتے ہیں law of nature۔</w:t>
      </w:r>
    </w:p>
    <w:p>
      <w:r>
        <w:rPr>
          <w:b/>
        </w:rPr>
        <w:t xml:space="preserve">[02:19] </w:t>
      </w:r>
      <w:r>
        <w:t>to bas wahi janna hai.</w:t>
      </w:r>
    </w:p>
    <w:p>
      <w:pPr>
        <w:jc w:val="right"/>
      </w:pPr>
      <w:r>
        <w:t>تو بس وہی جاننا ہے۔</w:t>
      </w:r>
    </w:p>
    <w:p>
      <w:r>
        <w:rPr>
          <w:b/>
        </w:rPr>
        <w:t xml:space="preserve">[02:27] </w:t>
      </w:r>
      <w:r>
        <w:t>We have to discover those divine laws and we have to follow it.</w:t>
      </w:r>
    </w:p>
    <w:p>
      <w:pPr>
        <w:jc w:val="right"/>
      </w:pPr>
      <w:r>
        <w:t>We have to discover those divine laws and we have to follow it.</w:t>
      </w:r>
    </w:p>
    <w:p>
      <w:r>
        <w:rPr>
          <w:b/>
        </w:rPr>
        <w:t xml:space="preserve">[02:36] </w:t>
      </w:r>
      <w:r>
        <w:t>There is no other option.</w:t>
      </w:r>
    </w:p>
    <w:p>
      <w:pPr>
        <w:jc w:val="right"/>
      </w:pPr>
      <w:r>
        <w:t>There is no other option۔</w:t>
      </w:r>
    </w:p>
    <w:p>
      <w:r>
        <w:rPr>
          <w:b/>
        </w:rPr>
        <w:t xml:space="preserve">[02:43] </w:t>
      </w:r>
      <w:r>
        <w:t>to duniya ke banane wale ne dekhiye, do bohat hi basic principles is duniya mein rakh diye hain.</w:t>
      </w:r>
    </w:p>
    <w:p>
      <w:pPr>
        <w:jc w:val="right"/>
      </w:pPr>
      <w:r>
        <w:t>تو دنیا کے بنانے والے نے دیکھیے، دو بہت ہی basic principles اس دنیا میں رکھ دیے ہیں۔</w:t>
      </w:r>
    </w:p>
    <w:p>
      <w:r>
        <w:rPr>
          <w:b/>
        </w:rPr>
        <w:t xml:space="preserve">[02:50] </w:t>
      </w:r>
      <w:r>
        <w:t>ek hai individual life ke liye, ek hai social life ke liye.</w:t>
      </w:r>
    </w:p>
    <w:p>
      <w:pPr>
        <w:jc w:val="right"/>
      </w:pPr>
      <w:r>
        <w:t>ایک ہے individual life کے لیے، ایک ہے social life کے لیے۔</w:t>
      </w:r>
    </w:p>
    <w:p>
      <w:r>
        <w:rPr>
          <w:b/>
        </w:rPr>
        <w:t xml:space="preserve">[02:58] </w:t>
      </w:r>
      <w:r>
        <w:t>hamari life is duniya mein two fold hoti hai.</w:t>
      </w:r>
    </w:p>
    <w:p>
      <w:pPr>
        <w:jc w:val="right"/>
      </w:pPr>
      <w:r>
        <w:t>ہماری life اس دنیا میں two fold ہوتی ہے۔</w:t>
      </w:r>
    </w:p>
    <w:p>
      <w:r>
        <w:rPr>
          <w:b/>
        </w:rPr>
        <w:t xml:space="preserve">[03:05] </w:t>
      </w:r>
      <w:r>
        <w:t>ek akele ki, aur yeh ke hum ek samaj mein hote hain, ek society mein hote hain, doosron</w:t>
      </w:r>
    </w:p>
    <w:p>
      <w:pPr>
        <w:jc w:val="right"/>
      </w:pPr>
      <w:r>
        <w:t>ایک اکیلے کی، اور یہ کہ ہم ایک سماج میں ہوتے ہیں، ایک society میں ہوتے ہیں، دوسروں</w:t>
      </w:r>
    </w:p>
    <w:p>
      <w:r>
        <w:rPr>
          <w:b/>
        </w:rPr>
        <w:t xml:space="preserve">[03:13] </w:t>
      </w:r>
      <w:r>
        <w:t>ke beech mein hote hain.</w:t>
      </w:r>
    </w:p>
    <w:p>
      <w:pPr>
        <w:jc w:val="right"/>
      </w:pPr>
      <w:r>
        <w:t>کے بیچ میں ہوتے ہیں۔</w:t>
      </w:r>
    </w:p>
    <w:p>
      <w:r>
        <w:rPr>
          <w:b/>
        </w:rPr>
        <w:t xml:space="preserve">[03:20] </w:t>
      </w:r>
      <w:r>
        <w:t>to yaad rakhiye, khuda ne dono ke liye ek law set kar diya hai, pehle din se.</w:t>
      </w:r>
    </w:p>
    <w:p>
      <w:pPr>
        <w:jc w:val="right"/>
      </w:pPr>
      <w:r>
        <w:t>تو یاد رکھیے، خدا نے دونوں کے لیے ایک law set کر دیا ہے، پہلے دن سے۔</w:t>
      </w:r>
    </w:p>
    <w:p>
      <w:r>
        <w:rPr>
          <w:b/>
        </w:rPr>
        <w:t xml:space="preserve">[03:28] </w:t>
      </w:r>
      <w:r>
        <w:t>wala tabdila li khalqi allahi khuda ne apna jo creation plan ke waqt jo bana diya hai, us mein</w:t>
      </w:r>
    </w:p>
    <w:p>
      <w:pPr>
        <w:jc w:val="right"/>
      </w:pPr>
      <w:r>
        <w:t>وَلَا تَبْدِيلَ لِخَلْقِ اللَّهِ خدا نے اپنا جو creation plan کے وقت جو بنا دیا ہے، اس میں</w:t>
      </w:r>
    </w:p>
    <w:p>
      <w:r>
        <w:rPr>
          <w:b/>
        </w:rPr>
        <w:t xml:space="preserve">[03:35] </w:t>
      </w:r>
      <w:r>
        <w:t>koi badlav nahi, koi change nahi.</w:t>
      </w:r>
    </w:p>
    <w:p>
      <w:pPr>
        <w:jc w:val="right"/>
      </w:pPr>
      <w:r>
        <w:t>کوئی بدلاؤ نہیں، کوئی change نہیں۔</w:t>
      </w:r>
    </w:p>
    <w:p>
      <w:r>
        <w:rPr>
          <w:b/>
        </w:rPr>
        <w:t xml:space="preserve">[03:43] </w:t>
      </w:r>
      <w:r>
        <w:t>to individual ke liye kya hai? woh hai idealism.</w:t>
      </w:r>
    </w:p>
    <w:p>
      <w:pPr>
        <w:jc w:val="right"/>
      </w:pPr>
      <w:r>
        <w:t>تو individual کے لیے کیا ہے؟ وہ ہے idealism۔</w:t>
      </w:r>
    </w:p>
    <w:p>
      <w:r>
        <w:rPr>
          <w:b/>
        </w:rPr>
        <w:t xml:space="preserve">[03:50] </w:t>
      </w:r>
      <w:r>
        <w:t>Individual life ke liye hai idealism, aur social life ke liye hai pragmatism. bas.</w:t>
      </w:r>
    </w:p>
    <w:p>
      <w:pPr>
        <w:jc w:val="right"/>
      </w:pPr>
      <w:r>
        <w:t>Individual life کے لیے ہے idealism، اور social life کے لیے ہے pragmatism۔ بس۔</w:t>
      </w:r>
    </w:p>
    <w:p>
      <w:r>
        <w:rPr>
          <w:b/>
        </w:rPr>
        <w:t xml:space="preserve">[03:57] </w:t>
      </w:r>
      <w:r>
        <w:t>There is no third law.</w:t>
      </w:r>
    </w:p>
    <w:p>
      <w:pPr>
        <w:jc w:val="right"/>
      </w:pPr>
      <w:r>
        <w:t>There is no third law۔</w:t>
      </w:r>
    </w:p>
    <w:p>
      <w:r>
        <w:rPr>
          <w:b/>
        </w:rPr>
        <w:t xml:space="preserve">[04:05] </w:t>
      </w:r>
      <w:r>
        <w:t>aap ko apne personal mamle mein ideal par chalne ki koshish karna hai.</w:t>
      </w:r>
    </w:p>
    <w:p>
      <w:pPr>
        <w:jc w:val="right"/>
      </w:pPr>
      <w:r>
        <w:t>آپ کو اپنے personal معاملے میں ideal پر چلنے کی کوشش کرنا ہے۔</w:t>
      </w:r>
    </w:p>
    <w:p>
      <w:r>
        <w:rPr>
          <w:b/>
        </w:rPr>
        <w:t xml:space="preserve">[04:12] </w:t>
      </w:r>
      <w:r>
        <w:t>kyun ke aap ki zindagi apni zindagi hai.</w:t>
      </w:r>
    </w:p>
    <w:p>
      <w:pPr>
        <w:jc w:val="right"/>
      </w:pPr>
      <w:r>
        <w:t>کیونکہ آپ کی زندگی اپنی زندگی ہے۔</w:t>
      </w:r>
    </w:p>
    <w:p>
      <w:r>
        <w:rPr>
          <w:b/>
        </w:rPr>
        <w:t xml:space="preserve">[04:20] </w:t>
      </w:r>
      <w:r>
        <w:t>apne aap ko aap discipline mein rakh sakte hain.</w:t>
      </w:r>
    </w:p>
    <w:p>
      <w:pPr>
        <w:jc w:val="right"/>
      </w:pPr>
      <w:r>
        <w:t>اپنے آپ کو آپ discipline میں رکھ سکتے ہیں۔</w:t>
      </w:r>
    </w:p>
    <w:p>
      <w:r>
        <w:rPr>
          <w:b/>
        </w:rPr>
        <w:t xml:space="preserve">[04:27] </w:t>
      </w:r>
      <w:r>
        <w:t>apne aap par aap ka control hai.</w:t>
      </w:r>
    </w:p>
    <w:p>
      <w:pPr>
        <w:jc w:val="right"/>
      </w:pPr>
      <w:r>
        <w:t>اپنے آپ پر آپ کا control ہے۔</w:t>
      </w:r>
    </w:p>
    <w:p>
      <w:r>
        <w:rPr>
          <w:b/>
        </w:rPr>
        <w:t xml:space="preserve">[04:35] </w:t>
      </w:r>
      <w:r>
        <w:t>to jo bhi ideals hain, jo me'yari usool hain, us ko follow karna hai aap ko.</w:t>
      </w:r>
    </w:p>
    <w:p>
      <w:pPr>
        <w:jc w:val="right"/>
      </w:pPr>
      <w:r>
        <w:t>تو جو بھی ideals ہیں، جو معیاری اصول ہیں، اس کو follow کرنا ہے آپ کو۔</w:t>
      </w:r>
    </w:p>
    <w:p>
      <w:r>
        <w:rPr>
          <w:b/>
        </w:rPr>
        <w:t xml:space="preserve">[04:42] </w:t>
      </w:r>
      <w:r>
        <w:t>to kya karna hai? In your personal life be idealist.</w:t>
      </w:r>
    </w:p>
    <w:p>
      <w:pPr>
        <w:jc w:val="right"/>
      </w:pPr>
      <w:r>
        <w:t>تو کیا کرنا ہے؟ In your personal life be idealist.</w:t>
      </w:r>
    </w:p>
    <w:p>
      <w:r>
        <w:rPr>
          <w:b/>
        </w:rPr>
        <w:t xml:space="preserve">[04:50] </w:t>
      </w:r>
      <w:r>
        <w:t>Idealist.</w:t>
      </w:r>
    </w:p>
    <w:p>
      <w:pPr>
        <w:jc w:val="right"/>
      </w:pPr>
      <w:r>
        <w:t>Idealist.</w:t>
      </w:r>
    </w:p>
    <w:p>
      <w:r>
        <w:rPr>
          <w:b/>
        </w:rPr>
        <w:t xml:space="preserve">[04:56] </w:t>
      </w:r>
      <w:r>
        <w:t>zati maamle mein.</w:t>
      </w:r>
    </w:p>
    <w:p>
      <w:pPr>
        <w:jc w:val="right"/>
      </w:pPr>
      <w:r>
        <w:t>ذاتی معاملے میں۔</w:t>
      </w:r>
    </w:p>
    <w:p>
      <w:r>
        <w:rPr>
          <w:b/>
        </w:rPr>
        <w:t xml:space="preserve">[05:02] </w:t>
      </w:r>
      <w:r>
        <w:t>lekin when it comes to society, family, other people, you have to be realist, you have to be</w:t>
      </w:r>
    </w:p>
    <w:p>
      <w:pPr>
        <w:jc w:val="right"/>
      </w:pPr>
      <w:r>
        <w:t>لیکن when it comes to society, family, other people, you have to be realist, you have to be</w:t>
      </w:r>
    </w:p>
    <w:p>
      <w:r>
        <w:rPr>
          <w:b/>
        </w:rPr>
        <w:t xml:space="preserve">[05:08] </w:t>
      </w:r>
      <w:r>
        <w:t>pragmatic, you have to adjust with others.</w:t>
      </w:r>
    </w:p>
    <w:p>
      <w:pPr>
        <w:jc w:val="right"/>
      </w:pPr>
      <w:r>
        <w:t>pragmatic, you have to adjust with others.</w:t>
      </w:r>
    </w:p>
    <w:p>
      <w:r>
        <w:rPr>
          <w:b/>
        </w:rPr>
        <w:t xml:space="preserve">[05:14] </w:t>
      </w:r>
      <w:r>
        <w:t>yeh bohat hi bara principle hai lekin saare log is ko ignore karte hain, family life se le</w:t>
      </w:r>
    </w:p>
    <w:p>
      <w:pPr>
        <w:jc w:val="right"/>
      </w:pPr>
      <w:r>
        <w:t>یہ بہت ہی بڑا principle ہے لیکن سارے لوگ اس کو ignore کرتے ہیں، family life سے لے</w:t>
      </w:r>
    </w:p>
    <w:p>
      <w:r>
        <w:rPr>
          <w:b/>
        </w:rPr>
        <w:t xml:space="preserve">[05:20] </w:t>
      </w:r>
      <w:r>
        <w:t>kar ke international life tak.</w:t>
      </w:r>
    </w:p>
    <w:p>
      <w:pPr>
        <w:jc w:val="right"/>
      </w:pPr>
      <w:r>
        <w:t>کر کے international life تک۔</w:t>
      </w:r>
    </w:p>
    <w:p>
      <w:r>
        <w:rPr>
          <w:b/>
        </w:rPr>
        <w:t xml:space="preserve">[05:26] </w:t>
      </w:r>
      <w:r>
        <w:t>aur isi ki wajah se violence hai, isi ki wajah se hate hai, isi ki wajah se saara</w:t>
      </w:r>
    </w:p>
    <w:p>
      <w:pPr>
        <w:jc w:val="right"/>
      </w:pPr>
      <w:r>
        <w:t>اور اسی کی وجہ سے violence ہے، اسی کی وجہ سے hate ہے، اسی کی وجہ سے سارا</w:t>
      </w:r>
    </w:p>
    <w:p>
      <w:r>
        <w:rPr>
          <w:b/>
        </w:rPr>
        <w:t xml:space="preserve">[05:32] </w:t>
      </w:r>
      <w:r>
        <w:t>maamla bigra hua hai.</w:t>
      </w:r>
    </w:p>
    <w:p>
      <w:pPr>
        <w:jc w:val="right"/>
      </w:pPr>
      <w:r>
        <w:t>معاملہ بگڑا ہوا ہے۔</w:t>
      </w:r>
    </w:p>
    <w:p>
      <w:r>
        <w:rPr>
          <w:b/>
        </w:rPr>
        <w:t xml:space="preserve">[05:38] </w:t>
      </w:r>
      <w:r>
        <w:t>ke log kya karte hain? Ulta karte hain.</w:t>
      </w:r>
    </w:p>
    <w:p>
      <w:pPr>
        <w:jc w:val="right"/>
      </w:pPr>
      <w:r>
        <w:t>کہ لوگ کیا کرتے ہیں؟ الٹا کرتے ہیں۔</w:t>
      </w:r>
    </w:p>
    <w:p>
      <w:r>
        <w:rPr>
          <w:b/>
        </w:rPr>
        <w:t xml:space="preserve">[05:44] </w:t>
      </w:r>
      <w:r>
        <w:t>yani social life mein ideal chalaana chahte hain, aur apni zindagi mein practical bane rehte hain.</w:t>
      </w:r>
    </w:p>
    <w:p>
      <w:pPr>
        <w:jc w:val="right"/>
      </w:pPr>
      <w:r>
        <w:t>یعنی social life میں ideal چلانا چاہتے ہیں، اور اپنی زندگی میں practical بنے رہتے ہیں۔</w:t>
      </w:r>
    </w:p>
    <w:p>
      <w:r>
        <w:rPr>
          <w:b/>
        </w:rPr>
        <w:t xml:space="preserve">[05:50] </w:t>
      </w:r>
      <w:r>
        <w:t>That is contradiction, that is hypocrisy.</w:t>
      </w:r>
    </w:p>
    <w:p>
      <w:pPr>
        <w:jc w:val="right"/>
      </w:pPr>
      <w:r>
        <w:t>That is contradiction, that is hypocrisy.</w:t>
      </w:r>
    </w:p>
    <w:p>
      <w:r>
        <w:rPr>
          <w:b/>
        </w:rPr>
        <w:t xml:space="preserve">[05:56] </w:t>
      </w:r>
      <w:r>
        <w:t>mein to jis se bhi milta hoon, apni zaat ke maamle ko practical bana rehta hoon.</w:t>
      </w:r>
    </w:p>
    <w:p>
      <w:pPr>
        <w:jc w:val="right"/>
      </w:pPr>
      <w:r>
        <w:t>میں تو جس سے بھی ملتا ہوں، اپنی ذات کے معاملے کو practical بنا رہتا ہے۔</w:t>
      </w:r>
    </w:p>
    <w:p>
      <w:r>
        <w:rPr>
          <w:b/>
        </w:rPr>
        <w:t xml:space="preserve">[06:03] </w:t>
      </w:r>
      <w:r>
        <w:t>ke bhai yeh to karna hi hoga, is ke baghair to kaam nahi chalega, aise alfaaz bolta hai.</w:t>
      </w:r>
    </w:p>
    <w:p>
      <w:pPr>
        <w:jc w:val="right"/>
      </w:pPr>
      <w:r>
        <w:t>کہ بھئی یہ تو کرنا ہی ہوگا، اس کے بغیر تو کام نہیں چلے گا، ایسے الفاظ بولتا ہے۔</w:t>
      </w:r>
    </w:p>
    <w:p>
      <w:r>
        <w:rPr>
          <w:b/>
        </w:rPr>
        <w:t xml:space="preserve">[06:09] </w:t>
      </w:r>
      <w:r>
        <w:t>lekin jab aata hai kaam, maamla doosron ka, maslan family life hai, social life hai, national life hai,</w:t>
      </w:r>
    </w:p>
    <w:p>
      <w:pPr>
        <w:jc w:val="right"/>
      </w:pPr>
      <w:r>
        <w:t>لیکن جب آتا ہے کام، معاملہ دوسروں کا، مثلاً family life ہے، social life ہے، national life ہے،</w:t>
      </w:r>
    </w:p>
    <w:p>
      <w:r>
        <w:rPr>
          <w:b/>
        </w:rPr>
        <w:t xml:space="preserve">[06:15] </w:t>
      </w:r>
      <w:r>
        <w:t>international life, har jagah kya karta hai woh? Ideal chalaata hai.</w:t>
      </w:r>
    </w:p>
    <w:p>
      <w:pPr>
        <w:jc w:val="right"/>
      </w:pPr>
      <w:r>
        <w:t>international life، ہر جگہ کیا کرتا ہے وہ؟ Ideal چلاتا ہے۔</w:t>
      </w:r>
    </w:p>
    <w:p>
      <w:r>
        <w:rPr>
          <w:b/>
        </w:rPr>
        <w:t xml:space="preserve">[06:21] </w:t>
      </w:r>
      <w:r>
        <w:t>yeh kabhi bhi hone wala nahi hai.</w:t>
      </w:r>
    </w:p>
    <w:p>
      <w:pPr>
        <w:jc w:val="right"/>
      </w:pPr>
      <w:r>
        <w:t>یہ کبھی بھی ہونے والا نہیں ہے۔</w:t>
      </w:r>
    </w:p>
    <w:p>
      <w:r>
        <w:rPr>
          <w:b/>
        </w:rPr>
        <w:t xml:space="preserve">[06:27] </w:t>
      </w:r>
      <w:r>
        <w:t>Plus aap ko hypocrite banna parta hai.</w:t>
      </w:r>
    </w:p>
    <w:p>
      <w:pPr>
        <w:jc w:val="right"/>
      </w:pPr>
      <w:r>
        <w:t>Plus آپ کو hypocrite بننا پڑتا ہے۔</w:t>
      </w:r>
    </w:p>
    <w:p>
      <w:r>
        <w:rPr>
          <w:b/>
        </w:rPr>
        <w:t xml:space="preserve">[06:33] </w:t>
      </w:r>
      <w:r>
        <w:t>aap ko double standard banna parta hai.</w:t>
      </w:r>
    </w:p>
    <w:p>
      <w:pPr>
        <w:jc w:val="right"/>
      </w:pPr>
      <w:r>
        <w:t>آپ کو double standard بننا پڑتا ہے۔</w:t>
      </w:r>
    </w:p>
    <w:p>
      <w:r>
        <w:rPr>
          <w:b/>
        </w:rPr>
        <w:t xml:space="preserve">[06:39] </w:t>
      </w:r>
      <w:r>
        <w:t>kyun ke jo principle aap apni life mein na chala rahe hon, usi ko aap society mein transfer karna chahte hain.</w:t>
      </w:r>
    </w:p>
    <w:p>
      <w:pPr>
        <w:jc w:val="right"/>
      </w:pPr>
      <w:r>
        <w:t>کیونکہ جو principle آپ اپنی life میں نہ چلا رہے ہوں، اسی کو آپ society میں transfer کرنا چاہتے ہیں۔</w:t>
      </w:r>
    </w:p>
    <w:p>
      <w:r>
        <w:rPr>
          <w:b/>
        </w:rPr>
        <w:t xml:space="preserve">[06:45] </w:t>
      </w:r>
      <w:r>
        <w:t>yeh to bohat hi buri baat hai.</w:t>
      </w:r>
    </w:p>
    <w:p>
      <w:pPr>
        <w:jc w:val="right"/>
      </w:pPr>
      <w:r>
        <w:t>یہ تو بہت ہی بری بات ہے۔</w:t>
      </w:r>
    </w:p>
    <w:p>
      <w:r>
        <w:rPr>
          <w:b/>
        </w:rPr>
        <w:t xml:space="preserve">[06:51] </w:t>
      </w:r>
      <w:r>
        <w:t>yeh to bohat hi bura culture hai.</w:t>
      </w:r>
    </w:p>
    <w:p>
      <w:pPr>
        <w:jc w:val="right"/>
      </w:pPr>
      <w:r>
        <w:t>یہ تو بہت ہی برا culture ہے۔</w:t>
      </w:r>
    </w:p>
    <w:p>
      <w:r>
        <w:rPr>
          <w:b/>
        </w:rPr>
        <w:t xml:space="preserve">[06:57] </w:t>
      </w:r>
      <w:r>
        <w:t>to barhal Quran majeed mein is principle ko is ayat mein bataya gaya hai.</w:t>
      </w:r>
    </w:p>
    <w:p>
      <w:pPr>
        <w:jc w:val="right"/>
      </w:pPr>
      <w:r>
        <w:t>تو بہرحال قرآن مجید میں اس principle کو اس آیت میں بتایا گیا ہے۔</w:t>
      </w:r>
    </w:p>
    <w:p>
      <w:r>
        <w:rPr>
          <w:b/>
        </w:rPr>
        <w:t xml:space="preserve">[07:03] </w:t>
      </w:r>
      <w:r>
        <w:t>alsulh khairun yani reconciliation is the best.</w:t>
      </w:r>
    </w:p>
    <w:p>
      <w:pPr>
        <w:jc w:val="right"/>
      </w:pPr>
      <w:r>
        <w:t>أَلْسُلْحُ خَيْرٌ یعنی reconciliation is the best.</w:t>
      </w:r>
    </w:p>
    <w:p>
      <w:r>
        <w:rPr>
          <w:b/>
        </w:rPr>
        <w:t xml:space="preserve">[07:10] </w:t>
      </w:r>
      <w:r>
        <w:t>is ayat ka tarjuma hai reconciliation is the best. and now what is reconciliation? reconciliation means adjustment, patience, compromise, adopting pragmatic approach.</w:t>
      </w:r>
    </w:p>
    <w:p>
      <w:pPr>
        <w:jc w:val="right"/>
      </w:pPr>
      <w:r>
        <w:t>اس آیت کا ترجمہ ہے reconciliation is the best. And now what is reconciliation? Reconciliation means adjustment, patience, compromise, adopting pragmatic approach.</w:t>
      </w:r>
    </w:p>
    <w:p>
      <w:r>
        <w:rPr>
          <w:b/>
        </w:rPr>
        <w:t xml:space="preserve">[07:35] </w:t>
      </w:r>
      <w:r>
        <w:t>yeh hai reconciliation.</w:t>
      </w:r>
    </w:p>
    <w:p>
      <w:pPr>
        <w:jc w:val="right"/>
      </w:pPr>
      <w:r>
        <w:t>یہ ہے reconciliation.</w:t>
      </w:r>
    </w:p>
    <w:p>
      <w:r>
        <w:rPr>
          <w:b/>
        </w:rPr>
        <w:t xml:space="preserve">[07:40] </w:t>
      </w:r>
      <w:r>
        <w:t>aksar log mujh se poochte hain jab mein kehta hoon yeh baat ke sabr kab tak? to mein</w:t>
      </w:r>
    </w:p>
    <w:p>
      <w:pPr>
        <w:jc w:val="right"/>
      </w:pPr>
      <w:r>
        <w:t>اکثر لوگ مجھ سے پوچھتے ہیں جب میں کہتا ہوں یہ بات کہ صبر کب تک؟ تو میں</w:t>
      </w:r>
    </w:p>
    <w:p>
      <w:r>
        <w:rPr>
          <w:b/>
        </w:rPr>
        <w:t xml:space="preserve">[07:45] </w:t>
      </w:r>
      <w:r>
        <w:t>kehta hoon ke yeh log bilkul madness mein mubtala hain.</w:t>
      </w:r>
    </w:p>
    <w:p>
      <w:pPr>
        <w:jc w:val="right"/>
      </w:pPr>
      <w:r>
        <w:t>کہتا ہوں کہ یہ لوگ بالکل madness میں مبتلا ہیں۔</w:t>
      </w:r>
    </w:p>
    <w:p>
      <w:r>
        <w:rPr>
          <w:b/>
        </w:rPr>
        <w:t xml:space="preserve">[07:51] </w:t>
      </w:r>
      <w:r>
        <w:t>sabr kab tak hai? sabr to hamesha, lifetime sabr karna hai.</w:t>
      </w:r>
    </w:p>
    <w:p>
      <w:pPr>
        <w:jc w:val="right"/>
      </w:pPr>
      <w:r>
        <w:t>صبر کب تک ہے؟ صبر تو ہمیشہ، lifetime صبر کرنا ہے۔</w:t>
      </w:r>
    </w:p>
    <w:p>
      <w:r>
        <w:rPr>
          <w:b/>
        </w:rPr>
        <w:t xml:space="preserve">[07:56] </w:t>
      </w:r>
      <w:r>
        <w:t>kab tak ka is mein sawal hi nahi hai.</w:t>
      </w:r>
    </w:p>
    <w:p>
      <w:pPr>
        <w:jc w:val="right"/>
      </w:pPr>
      <w:r>
        <w:t>کب تک کا اس میں سوال ہی نہیں ہے۔</w:t>
      </w:r>
    </w:p>
    <w:p>
      <w:r>
        <w:rPr>
          <w:b/>
        </w:rPr>
        <w:t xml:space="preserve">[08:01] </w:t>
      </w:r>
      <w:r>
        <w:t>yeh to aise hi hai ke pani kab tak piyen, khana kab tak khayen, oxygen mein saans kab tak len.</w:t>
      </w:r>
    </w:p>
    <w:p>
      <w:pPr>
        <w:jc w:val="right"/>
      </w:pPr>
      <w:r>
        <w:t>یہ تو ایسے ہی ہے کہ پانی کب تک پیئیں، کھانا کب تک کھائیں، oxygen میں سانس کب تک لیں۔</w:t>
      </w:r>
    </w:p>
    <w:p>
      <w:r>
        <w:rPr>
          <w:b/>
        </w:rPr>
        <w:t xml:space="preserve">[08:07] </w:t>
      </w:r>
      <w:r>
        <w:t>to sabr kab tak ki kya baat hai bhai? jo law of nature hai us ko to lifetime</w:t>
      </w:r>
    </w:p>
    <w:p>
      <w:pPr>
        <w:jc w:val="right"/>
      </w:pPr>
      <w:r>
        <w:t>تو صبر کب تک کی کیا بات ہے بھئی؟ جو law of nature ہے اس کو تو lifetime</w:t>
      </w:r>
    </w:p>
    <w:p>
      <w:r>
        <w:rPr>
          <w:b/>
        </w:rPr>
        <w:t xml:space="preserve">[08:12] </w:t>
      </w:r>
      <w:r>
        <w:t>follow karna hai.</w:t>
      </w:r>
    </w:p>
    <w:p>
      <w:pPr>
        <w:jc w:val="right"/>
      </w:pPr>
      <w:r>
        <w:t>follow کرنا ہے۔</w:t>
      </w:r>
    </w:p>
    <w:p>
      <w:r>
        <w:rPr>
          <w:b/>
        </w:rPr>
        <w:t xml:space="preserve">[08:17] </w:t>
      </w:r>
      <w:r>
        <w:t>log, kyunke logon ka haal yeh hai ke log bas apne ko jante hain, Khuda ko jante nahi.</w:t>
      </w:r>
    </w:p>
    <w:p>
      <w:pPr>
        <w:jc w:val="right"/>
      </w:pPr>
      <w:r>
        <w:t>لوگ، کیونکہ لوگوں کا حال یہ ہے کہ لوگ بس اپنے کو جانتے ہیں، خدا کو جانتے نہیں۔</w:t>
      </w:r>
    </w:p>
    <w:p>
      <w:r>
        <w:rPr>
          <w:b/>
        </w:rPr>
        <w:t xml:space="preserve">[08:23] </w:t>
      </w:r>
      <w:r>
        <w:t>sab ka haal hai, one to all.</w:t>
      </w:r>
    </w:p>
    <w:p>
      <w:pPr>
        <w:jc w:val="right"/>
      </w:pPr>
      <w:r>
        <w:t>سب کا حال ہے، one to all۔</w:t>
      </w:r>
    </w:p>
    <w:p>
      <w:r>
        <w:rPr>
          <w:b/>
        </w:rPr>
        <w:t xml:space="preserve">[08:28] </w:t>
      </w:r>
      <w:r>
        <w:t>sab ka haal hai ke apne ko jante hain, Khuda ko nahi jante.</w:t>
      </w:r>
    </w:p>
    <w:p>
      <w:pPr>
        <w:jc w:val="right"/>
      </w:pPr>
      <w:r>
        <w:t>سب کا حال ہے کہ اپنے کو جانتے ہیں، خدا کو نہیں جانتے۔</w:t>
      </w:r>
    </w:p>
    <w:p>
      <w:r>
        <w:rPr>
          <w:b/>
        </w:rPr>
        <w:t xml:space="preserve">[08:33] </w:t>
      </w:r>
      <w:r>
        <w:t>yani formal tareeqe par naam lete hain Khuda ka.</w:t>
      </w:r>
    </w:p>
    <w:p>
      <w:pPr>
        <w:jc w:val="right"/>
      </w:pPr>
      <w:r>
        <w:t>یعنی formal طریقے پر نام لیتے ہیں خدا کا۔</w:t>
      </w:r>
    </w:p>
    <w:p>
      <w:r>
        <w:rPr>
          <w:b/>
        </w:rPr>
        <w:t xml:space="preserve">[08:39] </w:t>
      </w:r>
      <w:r>
        <w:t>Formal tareeqe par to sab hi naam lete hain, secular log bhi naam lete hain.</w:t>
      </w:r>
    </w:p>
    <w:p>
      <w:pPr>
        <w:jc w:val="right"/>
      </w:pPr>
      <w:r>
        <w:t>Formal طریقے پر تو سب ہی نام لیتے ہیں، secular لوگ بھی نام لیتے ہیں۔</w:t>
      </w:r>
    </w:p>
    <w:p>
      <w:r>
        <w:rPr>
          <w:b/>
        </w:rPr>
        <w:t xml:space="preserve">[08:44] </w:t>
      </w:r>
      <w:r>
        <w:t>lekin haqeeqi maanon mein Khuda ko koi manta nahi.</w:t>
      </w:r>
    </w:p>
    <w:p>
      <w:pPr>
        <w:jc w:val="right"/>
      </w:pPr>
      <w:r>
        <w:t>لیکن حقیقی معنوں میں خدا کو کوئی مانتا نہیں۔</w:t>
      </w:r>
    </w:p>
    <w:p>
      <w:r>
        <w:rPr>
          <w:b/>
        </w:rPr>
        <w:t xml:space="preserve">[08:49] </w:t>
      </w:r>
      <w:r>
        <w:t>mein ek misaal deta hoon.</w:t>
      </w:r>
    </w:p>
    <w:p>
      <w:pPr>
        <w:jc w:val="right"/>
      </w:pPr>
      <w:r>
        <w:t>میں ایک مثال دیتا ہوں۔</w:t>
      </w:r>
    </w:p>
    <w:p>
      <w:r>
        <w:rPr>
          <w:b/>
        </w:rPr>
        <w:t xml:space="preserve">[08:55] </w:t>
      </w:r>
      <w:r>
        <w:t>kal mere paas ek telephone aaya, ek sahab ka.</w:t>
      </w:r>
    </w:p>
    <w:p>
      <w:pPr>
        <w:jc w:val="right"/>
      </w:pPr>
      <w:r>
        <w:t>کل میرے پاس ایک ٹیلی فون آیا، ایک صاحب کا۔</w:t>
      </w:r>
    </w:p>
    <w:p>
      <w:r>
        <w:rPr>
          <w:b/>
        </w:rPr>
        <w:t xml:space="preserve">[09:00] </w:t>
      </w:r>
      <w:r>
        <w:t>to baat cheet karte hue mein ne poocha un se ke aap ke bachche hain? aulad hai aap</w:t>
      </w:r>
    </w:p>
    <w:p>
      <w:pPr>
        <w:jc w:val="right"/>
      </w:pPr>
      <w:r>
        <w:t>تو بات چیت کرتے ہوئے میں نے پوچھا ان سے کہ آپ کے بچے ہیں؟ اولاد ہے آپ</w:t>
      </w:r>
    </w:p>
    <w:p>
      <w:r>
        <w:rPr>
          <w:b/>
        </w:rPr>
        <w:t xml:space="preserve">[09:05] </w:t>
      </w:r>
      <w:r>
        <w:t>ke? alhamdulillah, mere kai bete hain, kai ladke hain.</w:t>
      </w:r>
    </w:p>
    <w:p>
      <w:pPr>
        <w:jc w:val="right"/>
      </w:pPr>
      <w:r>
        <w:t>کے؟ الحمدللہ، میرے کئی بیٹے ہیں، کئی لڑکے ہیں۔</w:t>
      </w:r>
    </w:p>
    <w:p>
      <w:r>
        <w:rPr>
          <w:b/>
        </w:rPr>
        <w:t xml:space="preserve">[09:11] </w:t>
      </w:r>
      <w:r>
        <w:t>wo alhamdulillah, alhamdulillah kar ke bolte rahe.</w:t>
      </w:r>
    </w:p>
    <w:p>
      <w:pPr>
        <w:jc w:val="right"/>
      </w:pPr>
      <w:r>
        <w:t>وہ الحمدللہ، الحمدللہ کر کے بولتے رہے۔</w:t>
      </w:r>
    </w:p>
    <w:p>
      <w:r>
        <w:rPr>
          <w:b/>
        </w:rPr>
        <w:t xml:space="preserve">[09:16] </w:t>
      </w:r>
      <w:r>
        <w:t>to mein ne kaha ke dekhiye, yeh alhamdulillah ka to pata ho gaya aap ko ke aap ke</w:t>
      </w:r>
    </w:p>
    <w:p>
      <w:pPr>
        <w:jc w:val="right"/>
      </w:pPr>
      <w:r>
        <w:t>تو میں نے کہا کہ دیکھیے، یہ الحمدللہ کا تو پتہ ہو گیا آپ کو کہ آپ کے</w:t>
      </w:r>
    </w:p>
    <w:p>
      <w:r>
        <w:rPr>
          <w:b/>
        </w:rPr>
        <w:t xml:space="preserve">[09:21] </w:t>
      </w:r>
      <w:r>
        <w:t>bete betiyan hain aap ke paas? yeh? jab bhi aap kehte honge, khoob alhamdulillah bolte honge.</w:t>
      </w:r>
    </w:p>
    <w:p>
      <w:pPr>
        <w:jc w:val="right"/>
      </w:pPr>
      <w:r>
        <w:t>بیٹے بیٹیاں ہیں آپ کے پاس؟ یہ؟ جب بھی آپ کہتے ہوں گے، خوب الحمدللہ بولتے ہوں گے۔</w:t>
      </w:r>
    </w:p>
    <w:p>
      <w:r>
        <w:rPr>
          <w:b/>
        </w:rPr>
        <w:t xml:space="preserve">[09:27] </w:t>
      </w:r>
      <w:r>
        <w:t>kya aap kabhi kaha hai aap ne ke alhamdulillah meri zuban chal rahi hai, mein bol raha hoon?</w:t>
      </w:r>
    </w:p>
    <w:p>
      <w:pPr>
        <w:jc w:val="right"/>
      </w:pPr>
      <w:r>
        <w:t>کیا آپ کبھی کہا ہے آپ نے کہ الحمدللہ میری زبان چل رہی ہے، میں بول رہا ہوں؟</w:t>
      </w:r>
    </w:p>
    <w:p>
      <w:r>
        <w:rPr>
          <w:b/>
        </w:rPr>
        <w:t xml:space="preserve">[09:32] </w:t>
      </w:r>
      <w:r>
        <w:t>yeh zuban na chale to kaise bolenge aap? alhamdulillah aaj mein ne pani piya hai to pani</w:t>
      </w:r>
    </w:p>
    <w:p>
      <w:pPr>
        <w:jc w:val="right"/>
      </w:pPr>
      <w:r>
        <w:t>یہ زبان نہ چلے تو کیسے بولیں گے آپ؟ الحمدللہ آج میں نے پانی پیا ہے تو پانی</w:t>
      </w:r>
    </w:p>
    <w:p>
      <w:r>
        <w:rPr>
          <w:b/>
        </w:rPr>
        <w:t xml:space="preserve">[09:37] </w:t>
      </w:r>
      <w:r>
        <w:t>gale se neeche utar gaya.</w:t>
      </w:r>
    </w:p>
    <w:p>
      <w:pPr>
        <w:jc w:val="right"/>
      </w:pPr>
      <w:r>
        <w:t>گلے سے نیچے اتر گیا۔</w:t>
      </w:r>
    </w:p>
    <w:p>
      <w:r>
        <w:rPr>
          <w:b/>
        </w:rPr>
        <w:t xml:space="preserve">[09:43] </w:t>
      </w:r>
      <w:r>
        <w:t>alhamdulillah aaj maine khana khaya hai to khana pait mein ja kar hazam ho gaya.</w:t>
      </w:r>
    </w:p>
    <w:p>
      <w:pPr>
        <w:jc w:val="right"/>
      </w:pPr>
      <w:r>
        <w:t>الحمدللہ آج میں نے کھانا کھایا ہے تو کھانا پیٹ میں جا کر ہضم ہو گیا۔</w:t>
      </w:r>
    </w:p>
    <w:p>
      <w:r>
        <w:rPr>
          <w:b/>
        </w:rPr>
        <w:t xml:space="preserve">[09:48] </w:t>
      </w:r>
      <w:r>
        <w:t>alhamdulillah main aaj kuch baat sochna chaha apne mind se to mere mind ne sochne, socha main, mind</w:t>
      </w:r>
    </w:p>
    <w:p>
      <w:pPr>
        <w:jc w:val="right"/>
      </w:pPr>
      <w:r>
        <w:t>الحمدللہ میں آج کچھ بات سوچنا چاہا اپنے mind سے تو میرے mind نے سوچنے، سوچا میں، mind</w:t>
      </w:r>
    </w:p>
    <w:p>
      <w:r>
        <w:rPr>
          <w:b/>
        </w:rPr>
        <w:t xml:space="preserve">[09:53] </w:t>
      </w:r>
      <w:r>
        <w:t>ne inkar nahi kiya sochne se.</w:t>
      </w:r>
    </w:p>
    <w:p>
      <w:pPr>
        <w:jc w:val="right"/>
      </w:pPr>
      <w:r>
        <w:t>نے انکار نہیں کیا سوچنے سے۔</w:t>
      </w:r>
    </w:p>
    <w:p>
      <w:r>
        <w:rPr>
          <w:b/>
        </w:rPr>
        <w:t xml:space="preserve">[09:59] </w:t>
      </w:r>
      <w:r>
        <w:t>alhamdulillah main aankh se dekhna chaha to woh cheezein dikhai de rahi hain mujh ko.</w:t>
      </w:r>
    </w:p>
    <w:p>
      <w:pPr>
        <w:jc w:val="right"/>
      </w:pPr>
      <w:r>
        <w:t>الحمدللہ میں آنکھ سے دیکھنا چاہا تو وہ چیزیں دکھائی دے رہی ہیں مجھ کو۔</w:t>
      </w:r>
    </w:p>
    <w:p>
      <w:r>
        <w:rPr>
          <w:b/>
        </w:rPr>
        <w:t xml:space="preserve">[10:04] </w:t>
      </w:r>
      <w:r>
        <w:t>yeh alhamdulillah ke item hain.</w:t>
      </w:r>
    </w:p>
    <w:p>
      <w:pPr>
        <w:jc w:val="right"/>
      </w:pPr>
      <w:r>
        <w:t>یہ الحمدللہ کے item ہیں۔</w:t>
      </w:r>
    </w:p>
    <w:p>
      <w:r>
        <w:rPr>
          <w:b/>
        </w:rPr>
        <w:t xml:space="preserve">[10:09] </w:t>
      </w:r>
      <w:r>
        <w:t>alhamdulillah ke asal item yeh hain.</w:t>
      </w:r>
    </w:p>
    <w:p>
      <w:pPr>
        <w:jc w:val="right"/>
      </w:pPr>
      <w:r>
        <w:t>الحمدللہ کے اصل item یہ ہیں۔</w:t>
      </w:r>
    </w:p>
    <w:p>
      <w:r>
        <w:rPr>
          <w:b/>
        </w:rPr>
        <w:t xml:space="preserve">[10:15] </w:t>
      </w:r>
      <w:r>
        <w:t>lekin yahan par kisi ki zuban se alhamdulillah nahi nikalta.</w:t>
      </w:r>
    </w:p>
    <w:p>
      <w:pPr>
        <w:jc w:val="right"/>
      </w:pPr>
      <w:r>
        <w:t>لیکن یہاں پر کسی کی زبان سے الحمدللہ نہیں نکلتا۔</w:t>
      </w:r>
    </w:p>
    <w:p>
      <w:r>
        <w:rPr>
          <w:b/>
        </w:rPr>
        <w:t xml:space="preserve">[10:20] </w:t>
      </w:r>
      <w:r>
        <w:t>kyun? yahan, you have to acknowledge God, the Creator.</w:t>
      </w:r>
    </w:p>
    <w:p>
      <w:pPr>
        <w:jc w:val="right"/>
      </w:pPr>
      <w:r>
        <w:t>کیوں؟ یہاں، you have to acknowledge God, the Creator.</w:t>
      </w:r>
    </w:p>
    <w:p>
      <w:r>
        <w:rPr>
          <w:b/>
        </w:rPr>
        <w:t xml:space="preserve">[10:26] </w:t>
      </w:r>
      <w:r>
        <w:t>wahan kya hai? bas beta beti, beta beti.</w:t>
      </w:r>
    </w:p>
    <w:p>
      <w:pPr>
        <w:jc w:val="right"/>
      </w:pPr>
      <w:r>
        <w:t>وہاں کیا ہے؟ بس بیٹا بیٹی، بیٹا بیٹی۔</w:t>
      </w:r>
    </w:p>
    <w:p>
      <w:r>
        <w:rPr>
          <w:b/>
        </w:rPr>
        <w:t xml:space="preserve">[10:31] </w:t>
      </w:r>
      <w:r>
        <w:t>beta to logon ka God bana hua hai.</w:t>
      </w:r>
    </w:p>
    <w:p>
      <w:pPr>
        <w:jc w:val="right"/>
      </w:pPr>
      <w:r>
        <w:t>بیٹا تو لوگوں کا God بنا ہوا ہے۔</w:t>
      </w:r>
    </w:p>
    <w:p>
      <w:r>
        <w:rPr>
          <w:b/>
        </w:rPr>
        <w:t xml:space="preserve">[10:36] </w:t>
      </w:r>
      <w:r>
        <w:t>to woh wahan alhamdulillah keh kar ke apne hi God ko paate hain woh.</w:t>
      </w:r>
    </w:p>
    <w:p>
      <w:pPr>
        <w:jc w:val="right"/>
      </w:pPr>
      <w:r>
        <w:t>تو وہ وہاں الحمدللہ کہہ کر کے اپنے ہی God کو پاتے ہیں وہ۔</w:t>
      </w:r>
    </w:p>
    <w:p>
      <w:r>
        <w:rPr>
          <w:b/>
        </w:rPr>
        <w:t xml:space="preserve">[10:42] </w:t>
      </w:r>
      <w:r>
        <w:t>jab beta beti ke liye koi kehta hai alhamdulillah to mujhe bohat ghussa aata hai.</w:t>
      </w:r>
    </w:p>
    <w:p>
      <w:pPr>
        <w:jc w:val="right"/>
      </w:pPr>
      <w:r>
        <w:t>جب بیٹا بیٹی کے لیے کوئی کہتا ہے الحمدللہ تو مجھے بہت غصہ آتا ہے۔</w:t>
      </w:r>
    </w:p>
    <w:p>
      <w:r>
        <w:rPr>
          <w:b/>
        </w:rPr>
        <w:t xml:space="preserve">[10:47] </w:t>
      </w:r>
      <w:r>
        <w:t>ke tum ne kabhi Creator ke liye bhi alhamdulillah kaha? ke alhamdulillah Khuda ne mujhe paida kiya.</w:t>
      </w:r>
    </w:p>
    <w:p>
      <w:pPr>
        <w:jc w:val="right"/>
      </w:pPr>
      <w:r>
        <w:t>کہ تم نے کبھی Creator کے لیے بھی الحمدللہ کہا؟ کہ الحمدللہ خدا نے مجھے پیدا کیا۔</w:t>
      </w:r>
    </w:p>
    <w:p>
      <w:r>
        <w:rPr>
          <w:b/>
        </w:rPr>
        <w:t xml:space="preserve">[10:53] </w:t>
      </w:r>
      <w:r>
        <w:t>alhamdulillah mujhe Khuda ne yeh cheez di, woh cheez di.</w:t>
      </w:r>
    </w:p>
    <w:p>
      <w:pPr>
        <w:jc w:val="right"/>
      </w:pPr>
      <w:r>
        <w:t>الحمدللہ مجھے خدا نے یہ چیز دی، وہ چیز دی۔</w:t>
      </w:r>
    </w:p>
    <w:p>
      <w:r>
        <w:rPr>
          <w:b/>
        </w:rPr>
        <w:t xml:space="preserve">[10:58] </w:t>
      </w:r>
      <w:r>
        <w:t>woh sab kuch jo aap ko mila hua hai, woh kis ne diya aap ko? beta beti koi</w:t>
      </w:r>
    </w:p>
    <w:p>
      <w:pPr>
        <w:jc w:val="right"/>
      </w:pPr>
      <w:r>
        <w:t>وہ سب کچھ جو آپ کو ملا ہوا ہے، وہ کس نے دیا آپ کو؟ بیٹا بیٹی کوئی</w:t>
      </w:r>
    </w:p>
    <w:p>
      <w:r>
        <w:rPr>
          <w:b/>
        </w:rPr>
        <w:t xml:space="preserve">[11:04] </w:t>
      </w:r>
      <w:r>
        <w:t>aap ne banaya hai? to Khuda ke reference mein jab aap sochen ge to aap ko har cheez</w:t>
      </w:r>
    </w:p>
    <w:p>
      <w:pPr>
        <w:jc w:val="right"/>
      </w:pPr>
      <w:r>
        <w:t>آپ نے بنایا ہے؟ تو خدا کے reference میں جب آپ سوچیں گے تو آپ کو ہر چیز</w:t>
      </w:r>
    </w:p>
    <w:p>
      <w:r>
        <w:rPr>
          <w:b/>
        </w:rPr>
        <w:t xml:space="preserve">[11:09] </w:t>
      </w:r>
      <w:r>
        <w:t>par lage ga.</w:t>
      </w:r>
    </w:p>
    <w:p>
      <w:pPr>
        <w:jc w:val="right"/>
      </w:pPr>
      <w:r>
        <w:t>پر لگے گا۔</w:t>
      </w:r>
    </w:p>
    <w:p>
      <w:r>
        <w:rPr>
          <w:b/>
        </w:rPr>
        <w:t xml:space="preserve">[11:14] </w:t>
      </w:r>
      <w:r>
        <w:t>ke alhamdulillah meri zuban chal rahi hai, main bol raha hoon.</w:t>
      </w:r>
    </w:p>
    <w:p>
      <w:pPr>
        <w:jc w:val="right"/>
      </w:pPr>
      <w:r>
        <w:t>کہ الحمدللہ میری زبان چل رہی ہے، میں بول رہا ہوں۔</w:t>
      </w:r>
    </w:p>
    <w:p>
      <w:r>
        <w:rPr>
          <w:b/>
        </w:rPr>
        <w:t xml:space="preserve">[11:20] </w:t>
      </w:r>
      <w:r>
        <w:t>kaise zuban chal rahi hai? kaise main bol pata hoon? alhamdulillah meri taqat chal rahi hai, main chal</w:t>
      </w:r>
    </w:p>
    <w:p>
      <w:pPr>
        <w:jc w:val="right"/>
      </w:pPr>
      <w:r>
        <w:t>کیسے زبان چل رہی ہے؟ کیسے میں بول پاتا ہوں؟ الحمدللہ میری طاقت چل رہی ہے، میں چل</w:t>
      </w:r>
    </w:p>
    <w:p>
      <w:r>
        <w:rPr>
          <w:b/>
        </w:rPr>
        <w:t xml:space="preserve">[11:25] </w:t>
      </w:r>
      <w:r>
        <w:t>kar ke yahan se wahan gaya, wahan se wahan gaya.</w:t>
      </w:r>
    </w:p>
    <w:p>
      <w:pPr>
        <w:jc w:val="right"/>
      </w:pPr>
      <w:r>
        <w:t>کر کے یہاں سے وہاں گیا، وہاں سے وہاں گیا۔</w:t>
      </w:r>
    </w:p>
    <w:p>
      <w:r>
        <w:rPr>
          <w:b/>
        </w:rPr>
        <w:t xml:space="preserve">[11:31] </w:t>
      </w:r>
      <w:r>
        <w:t>alhamdulillah mera dil jo hai, harkat kar raha hai.</w:t>
      </w:r>
    </w:p>
    <w:p>
      <w:pPr>
        <w:jc w:val="right"/>
      </w:pPr>
      <w:r>
        <w:t>الحمدللہ میرا دل جو ہے، حرکت کر رہا ہے۔</w:t>
      </w:r>
    </w:p>
    <w:p>
      <w:r>
        <w:rPr>
          <w:b/>
        </w:rPr>
        <w:t xml:space="preserve">[11:36] </w:t>
      </w:r>
      <w:r>
        <w:t>circulation of blood ko control ki hui hai.</w:t>
      </w:r>
    </w:p>
    <w:p>
      <w:pPr>
        <w:jc w:val="right"/>
      </w:pPr>
      <w:r>
        <w:t>Circulation of blood کو کنٹرول کی ہوئی ہے۔</w:t>
      </w:r>
    </w:p>
    <w:p>
      <w:r>
        <w:rPr>
          <w:b/>
        </w:rPr>
        <w:t xml:space="preserve">[11:42] </w:t>
      </w:r>
      <w:r>
        <w:t>maine abhi, kal parson mere paas aik sahib ka telephone aaya, un ke bhai ka gurda</w:t>
      </w:r>
    </w:p>
    <w:p>
      <w:pPr>
        <w:jc w:val="right"/>
      </w:pPr>
      <w:r>
        <w:t>میں نے ابھی، کل پرسوں میرے پاس ایک صاحب کا ٹیلی فون آیا، ان کے بھائی کا گردہ</w:t>
      </w:r>
    </w:p>
    <w:p>
      <w:r>
        <w:rPr>
          <w:b/>
        </w:rPr>
        <w:t xml:space="preserve">[11:47] </w:t>
      </w:r>
      <w:r>
        <w:t>kharab ho gaya, dono gurde.</w:t>
      </w:r>
    </w:p>
    <w:p>
      <w:pPr>
        <w:jc w:val="right"/>
      </w:pPr>
      <w:r>
        <w:t>خراب ہو گیا، دونوں گردے۔</w:t>
      </w:r>
    </w:p>
    <w:p>
      <w:r>
        <w:rPr>
          <w:b/>
        </w:rPr>
        <w:t xml:space="preserve">[11:53] </w:t>
      </w:r>
      <w:r>
        <w:t>aap jante hain gurda jo hai safai karta hai khoon ki.</w:t>
      </w:r>
    </w:p>
    <w:p>
      <w:pPr>
        <w:jc w:val="right"/>
      </w:pPr>
      <w:r>
        <w:t>آپ جانتے ہیں گردہ جو ہے صفائی کرتا ہے خون کی۔</w:t>
      </w:r>
    </w:p>
    <w:p>
      <w:r>
        <w:rPr>
          <w:b/>
        </w:rPr>
        <w:t xml:space="preserve">[11:58] </w:t>
      </w:r>
      <w:r>
        <w:t>gurda na rahe to khoon ki safai nahi ho sakti.</w:t>
      </w:r>
    </w:p>
    <w:p>
      <w:pPr>
        <w:jc w:val="right"/>
      </w:pPr>
      <w:r>
        <w:t>گردہ نہ رہے تو خون کی صفائی نہیں ہو سکتی۔</w:t>
      </w:r>
    </w:p>
    <w:p>
      <w:r>
        <w:rPr>
          <w:b/>
        </w:rPr>
        <w:t xml:space="preserve">[12:03] </w:t>
      </w:r>
      <w:r>
        <w:t>yeh dil pump karta hai khoon ko.</w:t>
      </w:r>
    </w:p>
    <w:p>
      <w:pPr>
        <w:jc w:val="right"/>
      </w:pPr>
      <w:r>
        <w:t>یہ دل پمپ کرتا ہے خون کو۔</w:t>
      </w:r>
    </w:p>
    <w:p>
      <w:r>
        <w:rPr>
          <w:b/>
        </w:rPr>
        <w:t xml:space="preserve">[12:09] </w:t>
      </w:r>
      <w:r>
        <w:t>pet ka kaam hai ke woh khana hazam kar ke khoon banaye.</w:t>
      </w:r>
    </w:p>
    <w:p>
      <w:pPr>
        <w:jc w:val="right"/>
      </w:pPr>
      <w:r>
        <w:t>پیٹ کا کام ہے کہ وہ کھانا ہضم کر کے خون بنائے۔</w:t>
      </w:r>
    </w:p>
    <w:p>
      <w:r>
        <w:rPr>
          <w:b/>
        </w:rPr>
        <w:t xml:space="preserve">[12:14] </w:t>
      </w:r>
      <w:r>
        <w:t>khoon bana kar ke de body ko.</w:t>
      </w:r>
    </w:p>
    <w:p>
      <w:pPr>
        <w:jc w:val="right"/>
      </w:pPr>
      <w:r>
        <w:t>خون بنا کر کے دے body کو۔</w:t>
      </w:r>
    </w:p>
    <w:p>
      <w:r>
        <w:rPr>
          <w:b/>
        </w:rPr>
        <w:t xml:space="preserve">[12:20] </w:t>
      </w:r>
      <w:r>
        <w:t>dil ka kaam hai ke woh pump kar ke sari body mein pohanchaye.</w:t>
      </w:r>
    </w:p>
    <w:p>
      <w:pPr>
        <w:jc w:val="right"/>
      </w:pPr>
      <w:r>
        <w:t>دل کا کام ہے کہ وہ پمپ کر کے ساری body میں پہنچائے۔</w:t>
      </w:r>
    </w:p>
    <w:p>
      <w:r>
        <w:rPr>
          <w:b/>
        </w:rPr>
        <w:t xml:space="preserve">[12:25] </w:t>
      </w:r>
      <w:r>
        <w:t>gurde ka kaam hai ke woh kidney jo kehte hain aap, ke woh khoon ko saaf karta rahe.</w:t>
      </w:r>
    </w:p>
    <w:p>
      <w:pPr>
        <w:jc w:val="right"/>
      </w:pPr>
      <w:r>
        <w:t>گردے کا کام ہے کہ وہ kidney جو کہتے ہیں آپ، کہ وہ خون کو صاف کرتا رہے۔</w:t>
      </w:r>
    </w:p>
    <w:p>
      <w:r>
        <w:rPr>
          <w:b/>
        </w:rPr>
        <w:t xml:space="preserve">[12:31] </w:t>
      </w:r>
      <w:r>
        <w:t>ab batayein ke yeh in ka gurda fail ho gaya, ab chhe mahine tak woh dialysis par rahe,</w:t>
      </w:r>
    </w:p>
    <w:p>
      <w:pPr>
        <w:jc w:val="right"/>
      </w:pPr>
      <w:r>
        <w:t>اب بتائیں کہ یہ ان کا گردہ fail ہو گیا، اب چھ مہینے تک وہ dialysis پر رہے،</w:t>
      </w:r>
    </w:p>
    <w:p>
      <w:r>
        <w:rPr>
          <w:b/>
        </w:rPr>
        <w:t xml:space="preserve">[12:36] </w:t>
      </w:r>
      <w:r>
        <w:t>abhi woh mar gaye, woh intaqal ho gaya.</w:t>
      </w:r>
    </w:p>
    <w:p>
      <w:pPr>
        <w:jc w:val="right"/>
      </w:pPr>
      <w:r>
        <w:t>ابھی وہ مر گئے، وہ انتقال ہو گیا۔</w:t>
      </w:r>
    </w:p>
    <w:p>
      <w:r>
        <w:rPr>
          <w:b/>
        </w:rPr>
        <w:t xml:space="preserve">[12:41] </w:t>
      </w:r>
      <w:r>
        <w:t>to maine socha ke dekho, mera digestive system agar na kaam kare to khoon nahi banega.</w:t>
      </w:r>
    </w:p>
    <w:p>
      <w:pPr>
        <w:jc w:val="right"/>
      </w:pPr>
      <w:r>
        <w:t>تو میں نے سوچا کہ دیکھو، میرا digestive system اگر نہ کام کرے تو خون نہیں بنے گا۔</w:t>
      </w:r>
    </w:p>
    <w:p>
      <w:r>
        <w:rPr>
          <w:b/>
        </w:rPr>
        <w:t xml:space="preserve">[12:47] </w:t>
      </w:r>
      <w:r>
        <w:t>dil na kaam kare to khoon circulate nahi hoga.</w:t>
      </w:r>
    </w:p>
    <w:p>
      <w:pPr>
        <w:jc w:val="right"/>
      </w:pPr>
      <w:r>
        <w:t>دل نہ کام کرے تو خون circulate نہیں ہوگا۔</w:t>
      </w:r>
    </w:p>
    <w:p>
      <w:r>
        <w:rPr>
          <w:b/>
        </w:rPr>
        <w:t xml:space="preserve">[12:52] </w:t>
      </w:r>
      <w:r>
        <w:t>gurda kaam na kare to khoon ki safai nahi hogi.</w:t>
      </w:r>
    </w:p>
    <w:p>
      <w:pPr>
        <w:jc w:val="right"/>
      </w:pPr>
      <w:r>
        <w:t>گردہ کام نہ کرے تو خون کی صفائی نہیں ہوگی۔</w:t>
      </w:r>
    </w:p>
    <w:p>
      <w:r>
        <w:rPr>
          <w:b/>
        </w:rPr>
        <w:t xml:space="preserve">[12:58] </w:t>
      </w:r>
      <w:r>
        <w:t>to ek dum laga yeh ke bhai yeh kya, yeh kya hai yeh? It was a terrible experience. Terrible experience.</w:t>
      </w:r>
    </w:p>
    <w:p>
      <w:pPr>
        <w:jc w:val="right"/>
      </w:pPr>
      <w:r>
        <w:t>تو ایک دم لگا یہ کہ بھئی یہ کیا، یہ کیا ہے یہ؟ It was a terrible experience. Terrible experience.</w:t>
      </w:r>
    </w:p>
    <w:p>
      <w:r>
        <w:rPr>
          <w:b/>
        </w:rPr>
        <w:t xml:space="preserve">[13:03] </w:t>
      </w:r>
      <w:r>
        <w:t>maine sab bhool gaye.</w:t>
      </w:r>
    </w:p>
    <w:p>
      <w:pPr>
        <w:jc w:val="right"/>
      </w:pPr>
      <w:r>
        <w:t>میں نے سب بھول گئے۔</w:t>
      </w:r>
    </w:p>
    <w:p>
      <w:r>
        <w:rPr>
          <w:b/>
        </w:rPr>
        <w:t xml:space="preserve">[13:09] </w:t>
      </w:r>
      <w:r>
        <w:t>kin, kin, kin, kin, kin, main is baat ko kahoon? Ke kaise Khuda yeh to kar raha hai?</w:t>
      </w:r>
    </w:p>
    <w:p>
      <w:pPr>
        <w:jc w:val="right"/>
      </w:pPr>
      <w:r>
        <w:t>کن، کن، کن، کن، کن، میں اس بات کو کہوں؟ کہ کیسے خدا یہ تو کر رہا ہے؟</w:t>
      </w:r>
    </w:p>
    <w:p>
      <w:r>
        <w:rPr>
          <w:b/>
        </w:rPr>
        <w:t xml:space="preserve">[13:14] </w:t>
      </w:r>
      <w:r>
        <w:t>kaise yeh kar raha hai? Mere paas aksar telephone aate rehte hain, isi tarah ke.</w:t>
      </w:r>
    </w:p>
    <w:p>
      <w:pPr>
        <w:jc w:val="right"/>
      </w:pPr>
      <w:r>
        <w:t>کیسے یہ کر رہا ہے؟ میرے پاس اکثر ٹیلی فون آتے رہتے ہیں، اسی طرح کے۔</w:t>
      </w:r>
    </w:p>
    <w:p>
      <w:r>
        <w:rPr>
          <w:b/>
        </w:rPr>
        <w:t xml:space="preserve">[13:20] </w:t>
      </w:r>
      <w:r>
        <w:t>ab kal parson ek telephone aaya, woh kya kehte hain? Ke Khuda ki tareef ki kya zaroorat</w:t>
      </w:r>
    </w:p>
    <w:p>
      <w:pPr>
        <w:jc w:val="right"/>
      </w:pPr>
      <w:r>
        <w:t>اب کل پرسوں ایک ٹیلی فون آیا، وہ کیا کہتے ہیں؟ کہ خدا کی تعریف کی کیا ضرورت</w:t>
      </w:r>
    </w:p>
    <w:p>
      <w:r>
        <w:rPr>
          <w:b/>
        </w:rPr>
        <w:t xml:space="preserve">[13:25] </w:t>
      </w:r>
      <w:r>
        <w:t>hai? Ab Quran mein kahin padh liya unhone, Alhamdulillah Rabb-ul-Alameen ka translation ke sari tareef Allah</w:t>
      </w:r>
    </w:p>
    <w:p>
      <w:pPr>
        <w:jc w:val="right"/>
      </w:pPr>
      <w:r>
        <w:t>ہے؟ اب قرآن میں کہیں پڑھ لیا انہوں نے، الحمدللہ رب العالمین کا translation کہ ساری تعریف اللہ</w:t>
      </w:r>
    </w:p>
    <w:p>
      <w:r>
        <w:rPr>
          <w:b/>
        </w:rPr>
        <w:t xml:space="preserve">[13:30] </w:t>
      </w:r>
      <w:r>
        <w:t>Rabb-ul-Alameen ke liye hai.</w:t>
      </w:r>
    </w:p>
    <w:p>
      <w:pPr>
        <w:jc w:val="right"/>
      </w:pPr>
      <w:r>
        <w:t>رب العالمین کے لیے ہے۔</w:t>
      </w:r>
    </w:p>
    <w:p>
      <w:r>
        <w:rPr>
          <w:b/>
        </w:rPr>
        <w:t xml:space="preserve">[13:36] </w:t>
      </w:r>
      <w:r>
        <w:t>kahin padh liya unhone.</w:t>
      </w:r>
    </w:p>
    <w:p>
      <w:pPr>
        <w:jc w:val="right"/>
      </w:pPr>
      <w:r>
        <w:t>کہیں پڑھ لیا انہوں نے۔</w:t>
      </w:r>
    </w:p>
    <w:p>
      <w:r>
        <w:rPr>
          <w:b/>
        </w:rPr>
        <w:t xml:space="preserve">[13:41] </w:t>
      </w:r>
      <w:r>
        <w:t>ya angrezi mein padh liya ke sara praise jo hai Allah Rabb-ul-Alameen ke liye.</w:t>
      </w:r>
    </w:p>
    <w:p>
      <w:pPr>
        <w:jc w:val="right"/>
      </w:pPr>
      <w:r>
        <w:t>یا انگریزی میں پڑھ لیا کہ سارا praise جو ہے اللہ رب العالمین کے لیے۔</w:t>
      </w:r>
    </w:p>
    <w:p>
      <w:r>
        <w:rPr>
          <w:b/>
        </w:rPr>
        <w:t xml:space="preserve">[13:47] </w:t>
      </w:r>
      <w:r>
        <w:t>to unhone kaha Allah ki tareef ki kya zaroorat hai? To maine kaha ke dekhiye, yeh,</w:t>
      </w:r>
    </w:p>
    <w:p>
      <w:pPr>
        <w:jc w:val="right"/>
      </w:pPr>
      <w:r>
        <w:t>تو انہوں نے کہا اللہ کی تعریف کی کیا ضرورت ہے؟ تو میں نے کہا کہ دیکھیے، یہ،</w:t>
      </w:r>
    </w:p>
    <w:p>
      <w:r>
        <w:rPr>
          <w:b/>
        </w:rPr>
        <w:t xml:space="preserve">[13:52] </w:t>
      </w:r>
      <w:r>
        <w:t>yeh hai wrong translation.</w:t>
      </w:r>
    </w:p>
    <w:p>
      <w:pPr>
        <w:jc w:val="right"/>
      </w:pPr>
      <w:r>
        <w:t>یہ ہے wrong translation۔</w:t>
      </w:r>
    </w:p>
    <w:p>
      <w:r>
        <w:rPr>
          <w:b/>
        </w:rPr>
        <w:t xml:space="preserve">[13:58] </w:t>
      </w:r>
      <w:r>
        <w:t>Alhamdulillah jo hai is ka matlab tareef nahi hai, praise nahi hai.</w:t>
      </w:r>
    </w:p>
    <w:p>
      <w:pPr>
        <w:jc w:val="right"/>
      </w:pPr>
      <w:r>
        <w:t>الحمد جو ہے اس کا معنی تعریف نہیں ہے، praise نہیں ہے۔</w:t>
      </w:r>
    </w:p>
    <w:p>
      <w:r>
        <w:rPr>
          <w:b/>
        </w:rPr>
        <w:t xml:space="preserve">[14:03] </w:t>
      </w:r>
      <w:r>
        <w:t>is ka matlab hai acknowledge karna. Acknowledge karna.</w:t>
      </w:r>
    </w:p>
    <w:p>
      <w:pPr>
        <w:jc w:val="right"/>
      </w:pPr>
      <w:r>
        <w:t>اس کا معنی ہے acknowledge کرنا۔ Acknowledge کرنا۔</w:t>
      </w:r>
    </w:p>
    <w:p>
      <w:r>
        <w:rPr>
          <w:b/>
        </w:rPr>
        <w:t xml:space="preserve">[14:08] </w:t>
      </w:r>
      <w:r>
        <w:t>jab aap ko khuda ki yeh blessing hai, itni sari blessing, to kya aap acknowledge nahi karenge?</w:t>
      </w:r>
    </w:p>
    <w:p>
      <w:pPr>
        <w:jc w:val="right"/>
      </w:pPr>
      <w:r>
        <w:t>جب آپ کو خدا کی یہ blessing ہے، اتنی ساری blessing، تو کیا آپ acknowledge نہیں کریں گے؟</w:t>
      </w:r>
    </w:p>
    <w:p>
      <w:r>
        <w:rPr>
          <w:b/>
        </w:rPr>
        <w:t xml:space="preserve">[14:14] </w:t>
      </w:r>
      <w:r>
        <w:t>Then you are worse than an animal.</w:t>
      </w:r>
    </w:p>
    <w:p>
      <w:pPr>
        <w:jc w:val="right"/>
      </w:pPr>
      <w:r>
        <w:t>Then you are worse than an animal.</w:t>
      </w:r>
    </w:p>
    <w:p>
      <w:r>
        <w:rPr>
          <w:b/>
        </w:rPr>
        <w:t xml:space="preserve">[14:19] </w:t>
      </w:r>
      <w:r>
        <w:t>jaise yahi maine abhi kaha aap se.</w:t>
      </w:r>
    </w:p>
    <w:p>
      <w:pPr>
        <w:jc w:val="right"/>
      </w:pPr>
      <w:r>
        <w:t>جیسے یہی میں نے ابھی کہا آپ سے۔</w:t>
      </w:r>
    </w:p>
    <w:p>
      <w:r>
        <w:rPr>
          <w:b/>
        </w:rPr>
        <w:t xml:space="preserve">[14:25] </w:t>
      </w:r>
      <w:r>
        <w:t>abhi mujhe khud aisa hua, ek hafta pehle, ke yeh viral ho gaya.</w:t>
      </w:r>
    </w:p>
    <w:p>
      <w:pPr>
        <w:jc w:val="right"/>
      </w:pPr>
      <w:r>
        <w:t>ابھی مجھے خود ایسا ہوا، ایک ہفتہ پہلے، کہ یہ viral ہو گیا۔</w:t>
      </w:r>
    </w:p>
    <w:p>
      <w:r>
        <w:rPr>
          <w:b/>
        </w:rPr>
        <w:t xml:space="preserve">[14:30] </w:t>
      </w:r>
      <w:r>
        <w:t>Viral ho gaya.</w:t>
      </w:r>
    </w:p>
    <w:p>
      <w:pPr>
        <w:jc w:val="right"/>
      </w:pPr>
      <w:r>
        <w:t>Viral ہو گیا۔</w:t>
      </w:r>
    </w:p>
    <w:p>
      <w:r>
        <w:rPr>
          <w:b/>
        </w:rPr>
        <w:t xml:space="preserve">[14:36] </w:t>
      </w:r>
      <w:r>
        <w:t>aap mein se kisi ko agar viral hua ho to woh janta hoga ke kitni takleef hoti hai is mein.</w:t>
      </w:r>
    </w:p>
    <w:p>
      <w:pPr>
        <w:jc w:val="right"/>
      </w:pPr>
      <w:r>
        <w:t>آپ میں سے کسی کو اگر viral ہوا ہو تو وہ جانتا ہوگا کہ کتنی تکلیف ہوتی ہے اس میں۔</w:t>
      </w:r>
    </w:p>
    <w:p>
      <w:r>
        <w:rPr>
          <w:b/>
        </w:rPr>
        <w:t xml:space="preserve">[14:41] </w:t>
      </w:r>
      <w:r>
        <w:t>yani khana nahi utarta gale se.</w:t>
      </w:r>
    </w:p>
    <w:p>
      <w:pPr>
        <w:jc w:val="right"/>
      </w:pPr>
      <w:r>
        <w:t>یعنی کھانا نہیں اترتا گلے سے۔</w:t>
      </w:r>
    </w:p>
    <w:p>
      <w:r>
        <w:rPr>
          <w:b/>
        </w:rPr>
        <w:t xml:space="preserve">[14:47] </w:t>
      </w:r>
      <w:r>
        <w:t>pani nahi utarta gale se.</w:t>
      </w:r>
    </w:p>
    <w:p>
      <w:pPr>
        <w:jc w:val="right"/>
      </w:pPr>
      <w:r>
        <w:t>پانی نہیں اترتا گلے سے۔</w:t>
      </w:r>
    </w:p>
    <w:p>
      <w:r>
        <w:rPr>
          <w:b/>
        </w:rPr>
        <w:t xml:space="preserve">[14:52] </w:t>
      </w:r>
      <w:r>
        <w:t>yahan tak ke saliva nahi utarta gale se.</w:t>
      </w:r>
    </w:p>
    <w:p>
      <w:pPr>
        <w:jc w:val="right"/>
      </w:pPr>
      <w:r>
        <w:t>یہاں تک کہ saliva نہیں اترتا گلے سے۔</w:t>
      </w:r>
    </w:p>
    <w:p>
      <w:r>
        <w:rPr>
          <w:b/>
        </w:rPr>
        <w:t xml:space="preserve">[14:57] </w:t>
      </w:r>
      <w:r>
        <w:t>Saliva nahi gale se utarta.</w:t>
      </w:r>
    </w:p>
    <w:p>
      <w:pPr>
        <w:jc w:val="right"/>
      </w:pPr>
      <w:r>
        <w:t>Saliva نہیں گلے سے اترتا۔</w:t>
      </w:r>
    </w:p>
    <w:p>
      <w:r>
        <w:rPr>
          <w:b/>
        </w:rPr>
        <w:t xml:space="preserve">[15:03] </w:t>
      </w:r>
      <w:r>
        <w:t>yeh mera haal tha, abhi ek hafta pehle tak.</w:t>
      </w:r>
    </w:p>
    <w:p>
      <w:pPr>
        <w:jc w:val="right"/>
      </w:pPr>
      <w:r>
        <w:t>یہ میرا حال تھا، ابھی ایک ہفتہ پہلے تک۔</w:t>
      </w:r>
    </w:p>
    <w:p>
      <w:r>
        <w:rPr>
          <w:b/>
        </w:rPr>
        <w:t xml:space="preserve">[15:08] </w:t>
      </w:r>
      <w:r>
        <w:t>ke khana khana musibat, pani peena musibat, yahan tak ke saliva utarna musibat hai.</w:t>
      </w:r>
    </w:p>
    <w:p>
      <w:pPr>
        <w:jc w:val="right"/>
      </w:pPr>
      <w:r>
        <w:t>کہ کھانا کھانا مصیبت، پانی پینا مصیبت، یہاں تک کہ saliva اترنا مصیبت ہے۔</w:t>
      </w:r>
    </w:p>
    <w:p>
      <w:r>
        <w:rPr>
          <w:b/>
        </w:rPr>
        <w:t xml:space="preserve">[15:14] </w:t>
      </w:r>
      <w:r>
        <w:t>to maine socha ke khudaaya, sari dunya ke palace mujhe de diye jayen.</w:t>
      </w:r>
    </w:p>
    <w:p>
      <w:pPr>
        <w:jc w:val="right"/>
      </w:pPr>
      <w:r>
        <w:t>تو میں نے سوچا کہ خدایا، ساری دنیا کے palace مجھے دے دیے جائیں۔</w:t>
      </w:r>
    </w:p>
    <w:p>
      <w:r>
        <w:rPr>
          <w:b/>
        </w:rPr>
        <w:t xml:space="preserve">[15:19] </w:t>
      </w:r>
      <w:r>
        <w:t>ek bhi palace aisa na ho jo mere kabze mein na ho.</w:t>
      </w:r>
    </w:p>
    <w:p>
      <w:pPr>
        <w:jc w:val="right"/>
      </w:pPr>
      <w:r>
        <w:t>ایک بھی palace ایسا نہ ہو جو میرے قبضے میں نہ ہو۔</w:t>
      </w:r>
    </w:p>
    <w:p>
      <w:r>
        <w:rPr>
          <w:b/>
        </w:rPr>
        <w:t xml:space="preserve">[15:25] </w:t>
      </w:r>
      <w:r>
        <w:t>aur lekin yeh musibat lagi hui ho.</w:t>
      </w:r>
    </w:p>
    <w:p>
      <w:pPr>
        <w:jc w:val="right"/>
      </w:pPr>
      <w:r>
        <w:t>اور لیکن یہ مصیبت لگی ہوئی ہو۔</w:t>
      </w:r>
    </w:p>
    <w:p>
      <w:r>
        <w:rPr>
          <w:b/>
        </w:rPr>
        <w:t xml:space="preserve">[15:30] </w:t>
      </w:r>
      <w:r>
        <w:t>yeh musibat lagi hui ho.</w:t>
      </w:r>
    </w:p>
    <w:p>
      <w:pPr>
        <w:jc w:val="right"/>
      </w:pPr>
      <w:r>
        <w:t>یہ مصیبت لگی ہوئی ہو۔</w:t>
      </w:r>
    </w:p>
    <w:p>
      <w:r>
        <w:rPr>
          <w:b/>
        </w:rPr>
        <w:t xml:space="preserve">[15:35] </w:t>
      </w:r>
      <w:r>
        <w:t>to kya woh palace mujhe aaram dega? ke main pani nahi pi sakta, khana nahi kha sakta.</w:t>
      </w:r>
    </w:p>
    <w:p>
      <w:pPr>
        <w:jc w:val="right"/>
      </w:pPr>
      <w:r>
        <w:t>تو کیا وہ palace مجھے آرام دے گا؟ کہ میں پانی نہیں پی سکتا، کھانا نہیں کھا سکتا۔</w:t>
      </w:r>
    </w:p>
    <w:p>
      <w:r>
        <w:rPr>
          <w:b/>
        </w:rPr>
        <w:t xml:space="preserve">[15:41] </w:t>
      </w:r>
      <w:r>
        <w:t>mere samne dunya bhar ke khane ki cheezen hongi, behtareen drink honge, behtareen mashroob honge,</w:t>
      </w:r>
    </w:p>
    <w:p>
      <w:pPr>
        <w:jc w:val="right"/>
      </w:pPr>
      <w:r>
        <w:t>میرے سامنے دنیا بھر کے کھانے کی چیزیں ہوں گی، بہترین drink ہوں گے، بہترین مشروب ہوں گے،</w:t>
      </w:r>
    </w:p>
    <w:p>
      <w:r>
        <w:rPr>
          <w:b/>
        </w:rPr>
        <w:t xml:space="preserve">[15:46] </w:t>
      </w:r>
      <w:r>
        <w:t>darakhton par behtareen phal latak rahe honge.</w:t>
      </w:r>
    </w:p>
    <w:p>
      <w:pPr>
        <w:jc w:val="right"/>
      </w:pPr>
      <w:r>
        <w:t>درختوں پر بہترین پھل لٹک رہے ہوں گے۔</w:t>
      </w:r>
    </w:p>
    <w:p>
      <w:r>
        <w:rPr>
          <w:b/>
        </w:rPr>
        <w:t xml:space="preserve">[15:52] </w:t>
      </w:r>
      <w:r>
        <w:t>lekin mera gala jo hai inkar kar raha hoga ke is ko khaye aur pet mein utare.</w:t>
      </w:r>
    </w:p>
    <w:p>
      <w:pPr>
        <w:jc w:val="right"/>
      </w:pPr>
      <w:r>
        <w:t>لیکن میرا گلا جو ہے انکار کر رہا ہوگا کہ اس کو کھائے اور پیٹ میں اتارے۔</w:t>
      </w:r>
    </w:p>
    <w:p>
      <w:r>
        <w:rPr>
          <w:b/>
        </w:rPr>
        <w:t xml:space="preserve">[15:57] </w:t>
      </w:r>
      <w:r>
        <w:t>to maine kaha ke sare mahal, sare palace is waqt lagega ke use kaat rahe hain mujhe.</w:t>
      </w:r>
    </w:p>
    <w:p>
      <w:pPr>
        <w:jc w:val="right"/>
      </w:pPr>
      <w:r>
        <w:t>تو میں نے کہا کہ سارے محل، سارے palace اس وقت لگے گا کہ اسے کاٹ رہے ہیں مجھے۔</w:t>
      </w:r>
    </w:p>
    <w:p>
      <w:r>
        <w:rPr>
          <w:b/>
        </w:rPr>
        <w:t xml:space="preserve">[16:03] </w:t>
      </w:r>
      <w:r>
        <w:t>kaat rahe hain.</w:t>
      </w:r>
    </w:p>
    <w:p>
      <w:pPr>
        <w:jc w:val="right"/>
      </w:pPr>
      <w:r>
        <w:t>کاٹ رہے ہیں۔</w:t>
      </w:r>
    </w:p>
    <w:p>
      <w:r>
        <w:rPr>
          <w:b/>
        </w:rPr>
        <w:t xml:space="preserve">[16:08] </w:t>
      </w:r>
      <w:r>
        <w:t>to mujhe ek ayat yaad aayi, quran majeed mein hai ke jab log jannat wale jannat mein ja</w:t>
      </w:r>
    </w:p>
    <w:p>
      <w:pPr>
        <w:jc w:val="right"/>
      </w:pPr>
      <w:r>
        <w:t>تو مجھے ایک آیت یاد آئی، قرآن مجید میں ہے کہ جب لوگ جنت والے جنت میں جا</w:t>
      </w:r>
    </w:p>
    <w:p>
      <w:r>
        <w:rPr>
          <w:b/>
        </w:rPr>
        <w:t xml:space="preserve">[16:14] </w:t>
      </w:r>
      <w:r>
        <w:t>chuke honge, allah ki, yaad rakhiye jannat kisi ko amal se nahi mile gi.</w:t>
      </w:r>
    </w:p>
    <w:p>
      <w:pPr>
        <w:jc w:val="right"/>
      </w:pPr>
      <w:r>
        <w:t>چکے ہوں گے، اللہ کی، یاد رکھیے جنت کسی کو عمل سے نہیں ملے گی۔</w:t>
      </w:r>
    </w:p>
    <w:p>
      <w:r>
        <w:rPr>
          <w:b/>
        </w:rPr>
        <w:t xml:space="preserve">[16:19] </w:t>
      </w:r>
      <w:r>
        <w:t>in logon se zyada mad ko yaad mein nahi hai, mad, pagal, jo yeh samjhe ke mera amal</w:t>
      </w:r>
    </w:p>
    <w:p>
      <w:pPr>
        <w:jc w:val="right"/>
      </w:pPr>
      <w:r>
        <w:t>ان لوگوں سے زیادہ mad کو یاد میں نہیں ہے، mad، پاگل، جو یہ سمجھے کہ میرا عمل</w:t>
      </w:r>
    </w:p>
    <w:p>
      <w:r>
        <w:rPr>
          <w:b/>
        </w:rPr>
        <w:t xml:space="preserve">[16:24] </w:t>
      </w:r>
      <w:r>
        <w:t>mujhe ko jannat mein le jaye ga. kuch nahi.</w:t>
      </w:r>
    </w:p>
    <w:p>
      <w:pPr>
        <w:jc w:val="right"/>
      </w:pPr>
      <w:r>
        <w:t>مجھ کو جنت میں لے جائے گا۔ کچھ نہیں۔</w:t>
      </w:r>
    </w:p>
    <w:p>
      <w:r>
        <w:rPr>
          <w:b/>
        </w:rPr>
        <w:t xml:space="preserve">[16:30] </w:t>
      </w:r>
      <w:r>
        <w:t>sirf Allah ki rehmat.</w:t>
      </w:r>
    </w:p>
    <w:p>
      <w:pPr>
        <w:jc w:val="right"/>
      </w:pPr>
      <w:r>
        <w:t>صرف اللہ کی رحمت۔</w:t>
      </w:r>
    </w:p>
    <w:p>
      <w:r>
        <w:rPr>
          <w:b/>
        </w:rPr>
        <w:t xml:space="preserve">[16:35] </w:t>
      </w:r>
      <w:r>
        <w:t>to suna hai ke jannat walon se poocha jaye ga to woh kahen ge alhamdulillah alladhi azhaba annal hozn.</w:t>
      </w:r>
    </w:p>
    <w:p>
      <w:pPr>
        <w:jc w:val="right"/>
      </w:pPr>
      <w:r>
        <w:t>تو سنا ہے کہ جنت والوں سے پوچھا جائے گا تو وہ کہیں گے الحمدللہ الذی أذهب عن الحزن ۔</w:t>
      </w:r>
    </w:p>
    <w:p>
      <w:r>
        <w:rPr>
          <w:b/>
        </w:rPr>
        <w:t xml:space="preserve">[16:41] </w:t>
      </w:r>
      <w:r>
        <w:t>mein is, is jumle ko bhi pehli bar jaan, discover kar paya.</w:t>
      </w:r>
    </w:p>
    <w:p>
      <w:pPr>
        <w:jc w:val="right"/>
      </w:pPr>
      <w:r>
        <w:t>میں اس، اس جملے کو بھی پہلی بار جان، discover کر پایا۔</w:t>
      </w:r>
    </w:p>
    <w:p>
      <w:r>
        <w:rPr>
          <w:b/>
        </w:rPr>
        <w:t xml:space="preserve">[16:46] </w:t>
      </w:r>
      <w:r>
        <w:t>ke yeh, yeh aik ayat, yeh aik ayat hi saboot hai is baat ka, proof hai ke quran</w:t>
      </w:r>
    </w:p>
    <w:p>
      <w:pPr>
        <w:jc w:val="right"/>
      </w:pPr>
      <w:r>
        <w:t>کہ یہ، یہ ایک آیت، یہ ایک آیت ہی ثبوت ہے اس بات کا، proof ہے کہ قرآن</w:t>
      </w:r>
    </w:p>
    <w:p>
      <w:r>
        <w:rPr>
          <w:b/>
        </w:rPr>
        <w:t xml:space="preserve">[16:52] </w:t>
      </w:r>
      <w:r>
        <w:t>Khuda ki kitab hai.</w:t>
      </w:r>
    </w:p>
    <w:p>
      <w:pPr>
        <w:jc w:val="right"/>
      </w:pPr>
      <w:r>
        <w:t>خدا کی کتاب ہے۔</w:t>
      </w:r>
    </w:p>
    <w:p>
      <w:r>
        <w:rPr>
          <w:b/>
        </w:rPr>
        <w:t xml:space="preserve">[16:57] </w:t>
      </w:r>
      <w:r>
        <w:t>itna crucial statement kon de sakta hai? itna crucial statement kon de sakta hai? itna specific statement.</w:t>
      </w:r>
    </w:p>
    <w:p>
      <w:pPr>
        <w:jc w:val="right"/>
      </w:pPr>
      <w:r>
        <w:t>اتنا crucial statement کون دے سکتا ہے؟ اتنا crucial statement کون دے سکتا ہے؟ اتنا specific statement۔</w:t>
      </w:r>
    </w:p>
    <w:p>
      <w:r>
        <w:rPr>
          <w:b/>
        </w:rPr>
        <w:t xml:space="preserve">[17:02] </w:t>
      </w:r>
      <w:r>
        <w:t>itna crucial, itna specific, itna meaningful statement.</w:t>
      </w:r>
    </w:p>
    <w:p>
      <w:pPr>
        <w:jc w:val="right"/>
      </w:pPr>
      <w:r>
        <w:t>اتنا crucial، اتنا specific، اتنا meaningful statement۔</w:t>
      </w:r>
    </w:p>
    <w:p>
      <w:r>
        <w:rPr>
          <w:b/>
        </w:rPr>
        <w:t xml:space="preserve">[17:08] </w:t>
      </w:r>
      <w:r>
        <w:t>yani is ayat ka matlab yeh hai ke is Allah ka ehsan hai jis ne hum se hozn nikal liya.</w:t>
      </w:r>
    </w:p>
    <w:p>
      <w:pPr>
        <w:jc w:val="right"/>
      </w:pPr>
      <w:r>
        <w:t>یعنی اس آیت کا مطلب یہ ہے کہ اس اللہ کا احسان ہے جس نے ہم سے حزن نکال لیا۔</w:t>
      </w:r>
    </w:p>
    <w:p>
      <w:r>
        <w:rPr>
          <w:b/>
        </w:rPr>
        <w:t xml:space="preserve">[17:13] </w:t>
      </w:r>
      <w:r>
        <w:t>hozn kya matlab hota hai? pain, takleef, dukh.</w:t>
      </w:r>
    </w:p>
    <w:p>
      <w:pPr>
        <w:jc w:val="right"/>
      </w:pPr>
      <w:r>
        <w:t>حزن کیا مطلب ہوتا ہے؟ Pain، تکلیف، دکھ۔</w:t>
      </w:r>
    </w:p>
    <w:p>
      <w:r>
        <w:rPr>
          <w:b/>
        </w:rPr>
        <w:t xml:space="preserve">[17:19] </w:t>
      </w:r>
      <w:r>
        <w:t>is ko kehte hain hozn.</w:t>
      </w:r>
    </w:p>
    <w:p>
      <w:pPr>
        <w:jc w:val="right"/>
      </w:pPr>
      <w:r>
        <w:t>اس کو کہتے ہیں حزن۔</w:t>
      </w:r>
    </w:p>
    <w:p>
      <w:r>
        <w:rPr>
          <w:b/>
        </w:rPr>
        <w:t xml:space="preserve">[17:24] </w:t>
      </w:r>
      <w:r>
        <w:t>yahan aap jante hain ke do cheezen hoti hain, pain yani pleasure.</w:t>
      </w:r>
    </w:p>
    <w:p>
      <w:pPr>
        <w:jc w:val="right"/>
      </w:pPr>
      <w:r>
        <w:t>یہاں آپ جانتے ہیں کہ دو چیزیں ہوتی ہیں، pain یعنی pleasure۔</w:t>
      </w:r>
    </w:p>
    <w:p>
      <w:r>
        <w:rPr>
          <w:b/>
        </w:rPr>
        <w:t xml:space="preserve">[17:30] </w:t>
      </w:r>
      <w:r>
        <w:t>pain yani pleasure.</w:t>
      </w:r>
    </w:p>
    <w:p>
      <w:pPr>
        <w:jc w:val="right"/>
      </w:pPr>
      <w:r>
        <w:t>Pain یعنی pleasure۔</w:t>
      </w:r>
    </w:p>
    <w:p>
      <w:r>
        <w:rPr>
          <w:b/>
        </w:rPr>
        <w:t xml:space="preserve">[17:35] </w:t>
      </w:r>
      <w:r>
        <w:t>to pain jo hai is ko kehte hain hozn.</w:t>
      </w:r>
    </w:p>
    <w:p>
      <w:pPr>
        <w:jc w:val="right"/>
      </w:pPr>
      <w:r>
        <w:t>تو pain جو ہے اس کو کہتے ہیں حزن۔</w:t>
      </w:r>
    </w:p>
    <w:p>
      <w:r>
        <w:rPr>
          <w:b/>
        </w:rPr>
        <w:t xml:space="preserve">[17:41] </w:t>
      </w:r>
      <w:r>
        <w:t>yani hum se pain, hum se pain nikal liya.</w:t>
      </w:r>
    </w:p>
    <w:p>
      <w:pPr>
        <w:jc w:val="right"/>
      </w:pPr>
      <w:r>
        <w:t>یعنی ہم سے pain، ہم سے pain نکال لیا۔</w:t>
      </w:r>
    </w:p>
    <w:p>
      <w:r>
        <w:rPr>
          <w:b/>
        </w:rPr>
        <w:t xml:space="preserve">[17:46] </w:t>
      </w:r>
      <w:r>
        <w:t>to mein ne socha ke dekho, kitna zyada specific lafz hai yeh, kitna crucial lafz hai.</w:t>
      </w:r>
    </w:p>
    <w:p>
      <w:pPr>
        <w:jc w:val="right"/>
      </w:pPr>
      <w:r>
        <w:t>تو میں نے سوچا کہ دیکھو، کتنا زیادہ specific لفظ ہے یہ، کتنا crucial لفظ ہے۔</w:t>
      </w:r>
    </w:p>
    <w:p>
      <w:r>
        <w:rPr>
          <w:b/>
        </w:rPr>
        <w:t xml:space="preserve">[17:51] </w:t>
      </w:r>
      <w:r>
        <w:t>ke pain nahi hai tabhi to jannat jannat hai.</w:t>
      </w:r>
    </w:p>
    <w:p>
      <w:pPr>
        <w:jc w:val="right"/>
      </w:pPr>
      <w:r>
        <w:t>کہ pain نہیں ہے تبھی تو جنت جنت ہے۔</w:t>
      </w:r>
    </w:p>
    <w:p>
      <w:r>
        <w:rPr>
          <w:b/>
        </w:rPr>
        <w:t xml:space="preserve">[17:57] </w:t>
      </w:r>
      <w:r>
        <w:t>jannat mil jaye aur life mein pain ho.</w:t>
      </w:r>
    </w:p>
    <w:p>
      <w:pPr>
        <w:jc w:val="right"/>
      </w:pPr>
      <w:r>
        <w:t>جنت مل جائے اور life میں pain ہو۔</w:t>
      </w:r>
    </w:p>
    <w:p>
      <w:r>
        <w:rPr>
          <w:b/>
        </w:rPr>
        <w:t xml:space="preserve">[18:02] </w:t>
      </w:r>
      <w:r>
        <w:t>مثلاً یہی ہے، virus نے میرے گلے کو اس قابل بنا رکھا ہو کہ میں پانی بھی، کوئی</w:t>
      </w:r>
    </w:p>
    <w:p>
      <w:pPr>
        <w:jc w:val="right"/>
      </w:pPr>
      <w:r>
        <w:t>مثلاً یہی ہے، viral نے میرے گلے کو اس قابل بنا رکھا ہو کہ میں پانی بھی، کوئی</w:t>
      </w:r>
    </w:p>
    <w:p>
      <w:r>
        <w:rPr>
          <w:b/>
        </w:rPr>
        <w:t xml:space="preserve">[18:08] </w:t>
      </w:r>
      <w:r>
        <w:t>drink nahi le sakta.</w:t>
      </w:r>
    </w:p>
    <w:p>
      <w:pPr>
        <w:jc w:val="right"/>
      </w:pPr>
      <w:r>
        <w:t>drink نہیں لے سکتا۔</w:t>
      </w:r>
    </w:p>
    <w:p>
      <w:r>
        <w:rPr>
          <w:b/>
        </w:rPr>
        <w:t xml:space="preserve">[18:13] </w:t>
      </w:r>
      <w:r>
        <w:t>aap ghor kijiye.</w:t>
      </w:r>
    </w:p>
    <w:p>
      <w:pPr>
        <w:jc w:val="right"/>
      </w:pPr>
      <w:r>
        <w:t>آپ غور کیجیے۔</w:t>
      </w:r>
    </w:p>
    <w:p>
      <w:r>
        <w:rPr>
          <w:b/>
        </w:rPr>
        <w:t xml:space="preserve">[18:19] </w:t>
      </w:r>
      <w:r>
        <w:t>aisi hazaron hazaron cheezen hain ke aik hozn agar ho, aik pain agar ho to sara mahal, sari</w:t>
      </w:r>
    </w:p>
    <w:p>
      <w:pPr>
        <w:jc w:val="right"/>
      </w:pPr>
      <w:r>
        <w:t>ایسی ہزاروں ہزاروں چیزیں ہیں کہ ایک حزن اگر ہو، ایک pain اگر ہو تو سارا محل، ساری</w:t>
      </w:r>
    </w:p>
    <w:p>
      <w:r>
        <w:rPr>
          <w:b/>
        </w:rPr>
        <w:t xml:space="preserve">[18:24] </w:t>
      </w:r>
      <w:r>
        <w:t>paradise, sari nematen bilkul meaningless ho jati hain.</w:t>
      </w:r>
    </w:p>
    <w:p>
      <w:pPr>
        <w:jc w:val="right"/>
      </w:pPr>
      <w:r>
        <w:t>paradise، ساری نعمتیں بالکل meaningless ہو جاتی ہیں۔</w:t>
      </w:r>
    </w:p>
    <w:p>
      <w:r>
        <w:rPr>
          <w:b/>
        </w:rPr>
        <w:t xml:space="preserve">[18:29] </w:t>
      </w:r>
      <w:r>
        <w:t>to yeh jo hai mein is ko discover kar paya pehli bar ke aisa aik, aik itna specific</w:t>
      </w:r>
    </w:p>
    <w:p>
      <w:pPr>
        <w:jc w:val="right"/>
      </w:pPr>
      <w:r>
        <w:t>تو یہ جو ہے میں اس کو discover کر پایا پہلی بار کہ ایسا ایک، ایک اتنا specific</w:t>
      </w:r>
    </w:p>
    <w:p>
      <w:r>
        <w:rPr>
          <w:b/>
        </w:rPr>
        <w:t xml:space="preserve">[18:35] </w:t>
      </w:r>
      <w:r>
        <w:t>statement den ge woh.</w:t>
      </w:r>
    </w:p>
    <w:p>
      <w:pPr>
        <w:jc w:val="right"/>
      </w:pPr>
      <w:r>
        <w:t>statement دیں گے وہ۔</w:t>
      </w:r>
    </w:p>
    <w:p>
      <w:r>
        <w:rPr>
          <w:b/>
        </w:rPr>
        <w:t xml:space="preserve">[18:40] </w:t>
      </w:r>
      <w:r>
        <w:t>woh hazaron baat kar sakte the, aap sochiye.</w:t>
      </w:r>
    </w:p>
    <w:p>
      <w:pPr>
        <w:jc w:val="right"/>
      </w:pPr>
      <w:r>
        <w:t>وہ ہزاروں بات کر سکتے تھے، آپ سوچیے۔</w:t>
      </w:r>
    </w:p>
    <w:p>
      <w:r>
        <w:rPr>
          <w:b/>
        </w:rPr>
        <w:t xml:space="preserve">[18:46] </w:t>
      </w:r>
      <w:r>
        <w:t>keh yahan khoob hoorein hain, yahan khoob meway hain, yahan khoob khane peene ka saman hai, yahan khoob</w:t>
      </w:r>
    </w:p>
    <w:p>
      <w:pPr>
        <w:jc w:val="right"/>
      </w:pPr>
      <w:r>
        <w:t>کہ یہاں خوب حوریں ہیں، یہاں خوب میوے ہیں، یہاں خوب کھانے پینے کا سامان ہے، یہاں خوب</w:t>
      </w:r>
    </w:p>
    <w:p>
      <w:r>
        <w:rPr>
          <w:b/>
        </w:rPr>
        <w:t xml:space="preserve">[18:51] </w:t>
      </w:r>
      <w:r>
        <w:t>achhe achhe bistar hain, yahan khoob mahal hain, yahan khoob yeh hai woh hai, keh sakte thay woh.</w:t>
      </w:r>
    </w:p>
    <w:p>
      <w:pPr>
        <w:jc w:val="right"/>
      </w:pPr>
      <w:r>
        <w:t>اچھے اچھے بستر ہیں، یہاں خوب محل ہیں، یہاں خوب یہ ہے وہ ہے، کہہ سکتے تھے وہ۔</w:t>
      </w:r>
    </w:p>
    <w:p>
      <w:r>
        <w:rPr>
          <w:b/>
        </w:rPr>
        <w:t xml:space="preserve">[18:57] </w:t>
      </w:r>
      <w:r>
        <w:t>bhai hazaron hazar cheezein hain.</w:t>
      </w:r>
    </w:p>
    <w:p>
      <w:pPr>
        <w:jc w:val="right"/>
      </w:pPr>
      <w:r>
        <w:t>بھئی ہزاروں ہزار چیزیں ہیں۔</w:t>
      </w:r>
    </w:p>
    <w:p>
      <w:r>
        <w:rPr>
          <w:b/>
        </w:rPr>
        <w:t xml:space="preserve">[19:02] </w:t>
      </w:r>
      <w:r>
        <w:t>lekin unhon ne ek, ek baat kahi keh alhamdulillah alladhi azhaba annal huzn.</w:t>
      </w:r>
    </w:p>
    <w:p>
      <w:pPr>
        <w:jc w:val="right"/>
      </w:pPr>
      <w:r>
        <w:t>لیکن انہوں نے ایک، ایک بات کہی کہ الحمدللہ الذی أذهب عن الحزن ۔</w:t>
      </w:r>
    </w:p>
    <w:p>
      <w:r>
        <w:rPr>
          <w:b/>
        </w:rPr>
        <w:t xml:space="preserve">[19:08] </w:t>
      </w:r>
      <w:r>
        <w:t>hamd hai us Allah ka jis ne hum se huzn chheen liya, nikaal liya.</w:t>
      </w:r>
    </w:p>
    <w:p>
      <w:pPr>
        <w:jc w:val="right"/>
      </w:pPr>
      <w:r>
        <w:t>حمد ہے اس اللہ کا جس نے ہم سے حزن چھین لیا، نکال لیا۔</w:t>
      </w:r>
    </w:p>
    <w:p>
      <w:r>
        <w:rPr>
          <w:b/>
        </w:rPr>
        <w:t xml:space="preserve">[19:13] </w:t>
      </w:r>
      <w:r>
        <w:t>yani pain nikaal li.</w:t>
      </w:r>
    </w:p>
    <w:p>
      <w:pPr>
        <w:jc w:val="right"/>
      </w:pPr>
      <w:r>
        <w:t>یعنی pain نکال لی۔</w:t>
      </w:r>
    </w:p>
    <w:p>
      <w:r>
        <w:rPr>
          <w:b/>
        </w:rPr>
        <w:t xml:space="preserve">[19:18] </w:t>
      </w:r>
      <w:r>
        <w:t>jab aadmi pain free ho jaye tabhi woh enjoy kar sakta hai. yaad rakhiye.</w:t>
      </w:r>
    </w:p>
    <w:p>
      <w:pPr>
        <w:jc w:val="right"/>
      </w:pPr>
      <w:r>
        <w:t>جب آدمی pain free ہو جائے تبھی وہ enjoy کر سکتا ہے۔ یاد رکھیے۔</w:t>
      </w:r>
    </w:p>
    <w:p>
      <w:r>
        <w:rPr>
          <w:b/>
        </w:rPr>
        <w:t xml:space="preserve">[19:24] </w:t>
      </w:r>
      <w:r>
        <w:t>Pain ke sath aap kuch enjoy nahi kar sakte, kisi cheez se nahi kar sakte.</w:t>
      </w:r>
    </w:p>
    <w:p>
      <w:pPr>
        <w:jc w:val="right"/>
      </w:pPr>
      <w:r>
        <w:t>Pain کے ساتھ آپ کچھ enjoy نہیں کر سکتے، کسی چیز سے نہیں کر سکتے۔</w:t>
      </w:r>
    </w:p>
    <w:p>
      <w:r>
        <w:rPr>
          <w:b/>
        </w:rPr>
        <w:t xml:space="preserve">[19:29] </w:t>
      </w:r>
      <w:r>
        <w:t>to kitna crucial word hai yeh.</w:t>
      </w:r>
    </w:p>
    <w:p>
      <w:pPr>
        <w:jc w:val="right"/>
      </w:pPr>
      <w:r>
        <w:t>تو کتنا crucial word ہے یہ۔</w:t>
      </w:r>
    </w:p>
    <w:p>
      <w:r>
        <w:rPr>
          <w:b/>
        </w:rPr>
        <w:t xml:space="preserve">[19:35] </w:t>
      </w:r>
      <w:r>
        <w:t>to yeh main is ko samajhta hoon keh Quran ke Khuda ki kitab hone ka proof hai.</w:t>
      </w:r>
    </w:p>
    <w:p>
      <w:pPr>
        <w:jc w:val="right"/>
      </w:pPr>
      <w:r>
        <w:t>تو یہ میں اس کو سمجھتا ہوں کہ قرآن کے خدا کی کتاب ہونے کا proof ہے۔</w:t>
      </w:r>
    </w:p>
    <w:p>
      <w:r>
        <w:rPr>
          <w:b/>
        </w:rPr>
        <w:t xml:space="preserve">[19:40] </w:t>
      </w:r>
      <w:r>
        <w:t>to log jante nahi is baaton ko? bas gaaye bail ke, yani animal ki tarah rehte hain, kuch</w:t>
      </w:r>
    </w:p>
    <w:p>
      <w:pPr>
        <w:jc w:val="right"/>
      </w:pPr>
      <w:r>
        <w:t>تو لوگ جانتے نہیں اس باتوں کو؟ بس گائے بیل کے، یعنی animal کی طرح رہتے ہیں، کچھ</w:t>
      </w:r>
    </w:p>
    <w:p>
      <w:r>
        <w:rPr>
          <w:b/>
        </w:rPr>
        <w:t xml:space="preserve">[19:46] </w:t>
      </w:r>
      <w:r>
        <w:t>na sochte hain na kuch.</w:t>
      </w:r>
    </w:p>
    <w:p>
      <w:pPr>
        <w:jc w:val="right"/>
      </w:pPr>
      <w:r>
        <w:t>نہ سوچتے ہیں نہ کچھ۔</w:t>
      </w:r>
    </w:p>
    <w:p>
      <w:r>
        <w:rPr>
          <w:b/>
        </w:rPr>
        <w:t xml:space="preserve">[19:51] </w:t>
      </w:r>
      <w:r>
        <w:t>kuch bhi sochte nahi.</w:t>
      </w:r>
    </w:p>
    <w:p>
      <w:pPr>
        <w:jc w:val="right"/>
      </w:pPr>
      <w:r>
        <w:t>کچھ بھی سوچتے نہیں۔</w:t>
      </w:r>
    </w:p>
    <w:p>
      <w:r>
        <w:rPr>
          <w:b/>
        </w:rPr>
        <w:t xml:space="preserve">[19:56] </w:t>
      </w:r>
      <w:r>
        <w:t>Just like animal rehte hain.</w:t>
      </w:r>
    </w:p>
    <w:p>
      <w:pPr>
        <w:jc w:val="right"/>
      </w:pPr>
      <w:r>
        <w:t>Just like animal رہتے ہیں۔</w:t>
      </w:r>
    </w:p>
    <w:p>
      <w:r>
        <w:rPr>
          <w:b/>
        </w:rPr>
        <w:t xml:space="preserve">[20:02] </w:t>
      </w:r>
      <w:r>
        <w:t>Animal mein kya hai kami? Animal ka jo dhancha hai wahi hai jo aap ka dhancha hai.</w:t>
      </w:r>
    </w:p>
    <w:p>
      <w:pPr>
        <w:jc w:val="right"/>
      </w:pPr>
      <w:r>
        <w:t>Animal میں کیا ہے کمی؟ Animal کا جو ڈھانچہ ہے وہی ہے جو آپ کا ڈھانچہ ہے۔</w:t>
      </w:r>
    </w:p>
    <w:p>
      <w:r>
        <w:rPr>
          <w:b/>
        </w:rPr>
        <w:t xml:space="preserve">[20:07] </w:t>
      </w:r>
      <w:r>
        <w:t>saari jo biological jo system hai woh animal mein wahi hai jo aap ke andar hai.</w:t>
      </w:r>
    </w:p>
    <w:p>
      <w:pPr>
        <w:jc w:val="right"/>
      </w:pPr>
      <w:r>
        <w:t>ساری جو biological جو system ہے وہ animal میں وہی ہے جو آپ کے اندر ہے۔</w:t>
      </w:r>
    </w:p>
    <w:p>
      <w:r>
        <w:rPr>
          <w:b/>
        </w:rPr>
        <w:t xml:space="preserve">[20:13] </w:t>
      </w:r>
      <w:r>
        <w:t>ek hi cheez mein farq hai woh ek hi mind.</w:t>
      </w:r>
    </w:p>
    <w:p>
      <w:pPr>
        <w:jc w:val="right"/>
      </w:pPr>
      <w:r>
        <w:t>ایک ہی چیز میں فرق ہے وہ ایک ہی mind۔</w:t>
      </w:r>
    </w:p>
    <w:p>
      <w:r>
        <w:rPr>
          <w:b/>
        </w:rPr>
        <w:t xml:space="preserve">[20:18] </w:t>
      </w:r>
      <w:r>
        <w:t>jo mind aap ke paas hai woh mind animal ke paas nahi hai.</w:t>
      </w:r>
    </w:p>
    <w:p>
      <w:pPr>
        <w:jc w:val="right"/>
      </w:pPr>
      <w:r>
        <w:t>جو mind آپ کے پاس ہے وہ mind animal کے پاس نہیں ہے۔</w:t>
      </w:r>
    </w:p>
    <w:p>
      <w:r>
        <w:rPr>
          <w:b/>
        </w:rPr>
        <w:t xml:space="preserve">[20:24] </w:t>
      </w:r>
      <w:r>
        <w:t>aap jise aap soch kar jaan paate hain keh pain na ho tabhi pleasure hai.</w:t>
      </w:r>
    </w:p>
    <w:p>
      <w:pPr>
        <w:jc w:val="right"/>
      </w:pPr>
      <w:r>
        <w:t>آپ جسے آپ سوچ کر جان پاتے ہیں کہ pain نہ ہو تبھی pleasure ہے۔</w:t>
      </w:r>
    </w:p>
    <w:p>
      <w:r>
        <w:rPr>
          <w:b/>
        </w:rPr>
        <w:t xml:space="preserve">[20:29] </w:t>
      </w:r>
      <w:r>
        <w:t>There is no pleasure with pain.</w:t>
      </w:r>
    </w:p>
    <w:p>
      <w:pPr>
        <w:jc w:val="right"/>
      </w:pPr>
      <w:r>
        <w:t>There is no pleasure with pain.</w:t>
      </w:r>
    </w:p>
    <w:p>
      <w:r>
        <w:rPr>
          <w:b/>
        </w:rPr>
        <w:t xml:space="preserve">[20:35] </w:t>
      </w:r>
      <w:r>
        <w:t>agar pain laga hua hai to kuch nahi. sab meaningless.</w:t>
      </w:r>
    </w:p>
    <w:p>
      <w:pPr>
        <w:jc w:val="right"/>
      </w:pPr>
      <w:r>
        <w:t>اگر pain لگا ہوا ہے تو کچھ نہیں۔ سب meaningless۔</w:t>
      </w:r>
    </w:p>
    <w:p>
      <w:r>
        <w:rPr>
          <w:b/>
        </w:rPr>
        <w:t xml:space="preserve">[20:40] </w:t>
      </w:r>
      <w:r>
        <w:t>har nemat meaningless hai agar pain laga hua ho.</w:t>
      </w:r>
    </w:p>
    <w:p>
      <w:pPr>
        <w:jc w:val="right"/>
      </w:pPr>
      <w:r>
        <w:t>ہر نعمت meaningless ہے اگر pain لگا ہوا ہو۔</w:t>
      </w:r>
    </w:p>
    <w:p>
      <w:r>
        <w:rPr>
          <w:b/>
        </w:rPr>
        <w:t xml:space="preserve">[20:45] </w:t>
      </w:r>
      <w:r>
        <w:t>yeh, yeh, yeh animal is ko discover nahi kar sakta keh is ke paas woh mind nahi hai.</w:t>
      </w:r>
    </w:p>
    <w:p>
      <w:pPr>
        <w:jc w:val="right"/>
      </w:pPr>
      <w:r>
        <w:t>یہ، یہ، یہ animal اس کو discover نہیں کر سکتا کہ اس کے پاس وہ mind نہیں ہے۔</w:t>
      </w:r>
    </w:p>
    <w:p>
      <w:r>
        <w:rPr>
          <w:b/>
        </w:rPr>
        <w:t xml:space="preserve">[20:51] </w:t>
      </w:r>
      <w:r>
        <w:t>to dekhiye yeh jo Islam mein jo hai keh adjust karo, compromise karo, patience karo, sabr ke sath raho.</w:t>
      </w:r>
    </w:p>
    <w:p>
      <w:pPr>
        <w:jc w:val="right"/>
      </w:pPr>
      <w:r>
        <w:t>تو دیکھیے یہ جو اسلام میں جو ہے کہ adjust کرو، compromise کرو، patience کرو، صبر کے ساتھ رہو۔</w:t>
      </w:r>
    </w:p>
    <w:p>
      <w:r>
        <w:rPr>
          <w:b/>
        </w:rPr>
        <w:t xml:space="preserve">[20:56] </w:t>
      </w:r>
      <w:r>
        <w:t>yeh koi saada baat nahi keh passive attitude nahi hai yeh? yeh passive attitude nahi hai? is ke</w:t>
      </w:r>
    </w:p>
    <w:p>
      <w:pPr>
        <w:jc w:val="right"/>
      </w:pPr>
      <w:r>
        <w:t>یہ کوئی سادہ بات نہیں کہ passive attitude نہیں ہے یہ؟ یہ passive attitude نہیں ہے؟ اس کے</w:t>
      </w:r>
    </w:p>
    <w:p>
      <w:r>
        <w:rPr>
          <w:b/>
        </w:rPr>
        <w:t xml:space="preserve">[21:02] </w:t>
      </w:r>
      <w:r>
        <w:t>bghair aap ka intellectual development ruk jata hai.</w:t>
      </w:r>
    </w:p>
    <w:p>
      <w:pPr>
        <w:jc w:val="right"/>
      </w:pPr>
      <w:r>
        <w:t>بغیر آپ کا intellectual development رک جاتا ہے۔</w:t>
      </w:r>
    </w:p>
    <w:p>
      <w:r>
        <w:rPr>
          <w:b/>
        </w:rPr>
        <w:t xml:space="preserve">[21:07] </w:t>
      </w:r>
      <w:r>
        <w:t>Spiritual development ruk jata hai.</w:t>
      </w:r>
    </w:p>
    <w:p>
      <w:pPr>
        <w:jc w:val="right"/>
      </w:pPr>
      <w:r>
        <w:t>Spiritual development رک جاتا ہے۔</w:t>
      </w:r>
    </w:p>
    <w:p>
      <w:r>
        <w:rPr>
          <w:b/>
        </w:rPr>
        <w:t xml:space="preserve">[21:13] </w:t>
      </w:r>
      <w:r>
        <w:t>aap phanse rehte hain shikayaton mein.</w:t>
      </w:r>
    </w:p>
    <w:p>
      <w:pPr>
        <w:jc w:val="right"/>
      </w:pPr>
      <w:r>
        <w:t>آپ پھنسے رہتے ہیں شکایتوں میں۔</w:t>
      </w:r>
    </w:p>
    <w:p>
      <w:r>
        <w:rPr>
          <w:b/>
        </w:rPr>
        <w:t xml:space="preserve">[21:18] </w:t>
      </w:r>
      <w:r>
        <w:t>har waqt complaint.</w:t>
      </w:r>
    </w:p>
    <w:p>
      <w:pPr>
        <w:jc w:val="right"/>
      </w:pPr>
      <w:r>
        <w:t>ہر وقت complaint۔</w:t>
      </w:r>
    </w:p>
    <w:p>
      <w:r>
        <w:rPr>
          <w:b/>
        </w:rPr>
        <w:t xml:space="preserve">[21:23] </w:t>
      </w:r>
      <w:r>
        <w:t>Complaint mein jeete hain.</w:t>
      </w:r>
    </w:p>
    <w:p>
      <w:pPr>
        <w:jc w:val="right"/>
      </w:pPr>
      <w:r>
        <w:t>Complaint میں جیتے ہیں۔</w:t>
      </w:r>
    </w:p>
    <w:p>
      <w:r>
        <w:rPr>
          <w:b/>
        </w:rPr>
        <w:t xml:space="preserve">[21:29] </w:t>
      </w:r>
      <w:r>
        <w:t>kal parson mere paas aik sahib ka telephone aaya.</w:t>
      </w:r>
    </w:p>
    <w:p>
      <w:pPr>
        <w:jc w:val="right"/>
      </w:pPr>
      <w:r>
        <w:t>کل پرسوں میرے پاس ایک صاحب کا ٹیلی فون آیا۔</w:t>
      </w:r>
    </w:p>
    <w:p>
      <w:r>
        <w:rPr>
          <w:b/>
        </w:rPr>
        <w:t xml:space="preserve">[21:34] </w:t>
      </w:r>
      <w:r>
        <w:t>aik mera aik article chha hai.</w:t>
      </w:r>
    </w:p>
    <w:p>
      <w:pPr>
        <w:jc w:val="right"/>
      </w:pPr>
      <w:r>
        <w:t>ایک میرا ایک آرٹیکل چھپا ہے۔</w:t>
      </w:r>
    </w:p>
    <w:p>
      <w:r>
        <w:rPr>
          <w:b/>
        </w:rPr>
        <w:t xml:space="preserve">[21:40] </w:t>
      </w:r>
      <w:r>
        <w:t>is par un ko kuch objection tha.</w:t>
      </w:r>
    </w:p>
    <w:p>
      <w:pPr>
        <w:jc w:val="right"/>
      </w:pPr>
      <w:r>
        <w:t>اس پر ان کو کچھ objection تھا۔</w:t>
      </w:r>
    </w:p>
    <w:p>
      <w:r>
        <w:rPr>
          <w:b/>
        </w:rPr>
        <w:t xml:space="preserve">[21:45] </w:t>
      </w:r>
      <w:r>
        <w:t>unhon ne kaha ke aap ne yeh likh diya hai is mein.</w:t>
      </w:r>
    </w:p>
    <w:p>
      <w:pPr>
        <w:jc w:val="right"/>
      </w:pPr>
      <w:r>
        <w:t>انہوں نے کہا کہ آپ نے یہ لکھ دیا ہے اس میں۔</w:t>
      </w:r>
    </w:p>
    <w:p>
      <w:r>
        <w:rPr>
          <w:b/>
        </w:rPr>
        <w:t xml:space="preserve">[21:51] </w:t>
      </w:r>
      <w:r>
        <w:t>aap ne is mein yeh likh diya hai.</w:t>
      </w:r>
    </w:p>
    <w:p>
      <w:pPr>
        <w:jc w:val="right"/>
      </w:pPr>
      <w:r>
        <w:t>آپ نے اس میں یہ لکھ دیا ہے۔</w:t>
      </w:r>
    </w:p>
    <w:p>
      <w:r>
        <w:rPr>
          <w:b/>
        </w:rPr>
        <w:t xml:space="preserve">[21:56] </w:t>
      </w:r>
      <w:r>
        <w:t>main ne kaha yeh aap galat kar rahe hain, main ne aisa nahi likha hai.</w:t>
      </w:r>
    </w:p>
    <w:p>
      <w:pPr>
        <w:jc w:val="right"/>
      </w:pPr>
      <w:r>
        <w:t>میں نے کہا یہ آپ غلط کر رہے ہیں، میں نے ایسا نہیں لکھا ہے۔</w:t>
      </w:r>
    </w:p>
    <w:p>
      <w:r>
        <w:rPr>
          <w:b/>
        </w:rPr>
        <w:t xml:space="preserve">[22:02] </w:t>
      </w:r>
      <w:r>
        <w:t>yeh meri language nahi hai jo aap farma rahe hain.</w:t>
      </w:r>
    </w:p>
    <w:p>
      <w:pPr>
        <w:jc w:val="right"/>
      </w:pPr>
      <w:r>
        <w:t>یہ میری language نہیں ہے جو آپ فرما رہے ہیں۔</w:t>
      </w:r>
    </w:p>
    <w:p>
      <w:r>
        <w:rPr>
          <w:b/>
        </w:rPr>
        <w:t xml:space="preserve">[22:07] </w:t>
      </w:r>
      <w:r>
        <w:t>meri alag language hoti hai Allah ke fazal se.</w:t>
      </w:r>
    </w:p>
    <w:p>
      <w:pPr>
        <w:jc w:val="right"/>
      </w:pPr>
      <w:r>
        <w:t>میری الگ language ہوتی ہے اللہ کے فضل سے۔</w:t>
      </w:r>
    </w:p>
    <w:p>
      <w:r>
        <w:rPr>
          <w:b/>
        </w:rPr>
        <w:t xml:space="preserve">[22:12] </w:t>
      </w:r>
      <w:r>
        <w:t>to aap jo bol rahe hain woh meri language hi nahi hai.</w:t>
      </w:r>
    </w:p>
    <w:p>
      <w:pPr>
        <w:jc w:val="right"/>
      </w:pPr>
      <w:r>
        <w:t>تو آپ جو بول رہے ہیں وہ میری language ہی نہیں ہے۔</w:t>
      </w:r>
    </w:p>
    <w:p>
      <w:r>
        <w:rPr>
          <w:b/>
        </w:rPr>
        <w:t xml:space="preserve">[22:18] </w:t>
      </w:r>
      <w:r>
        <w:t>to main ne poocha, mujhe bataein ke is article ko aap ne kitni baar parha? to unhon ne</w:t>
      </w:r>
    </w:p>
    <w:p>
      <w:pPr>
        <w:jc w:val="right"/>
      </w:pPr>
      <w:r>
        <w:t>تو میں نے پوچھا، مجھے بتائیں کہ اس آرٹیکل کو آپ نے کتنی بار پڑھا؟ تو انہوں نے</w:t>
      </w:r>
    </w:p>
    <w:p>
      <w:r>
        <w:rPr>
          <w:b/>
        </w:rPr>
        <w:t xml:space="preserve">[22:23] </w:t>
      </w:r>
      <w:r>
        <w:t>kaha ke aik baar.</w:t>
      </w:r>
    </w:p>
    <w:p>
      <w:pPr>
        <w:jc w:val="right"/>
      </w:pPr>
      <w:r>
        <w:t>کہا کہ ایک بار۔</w:t>
      </w:r>
    </w:p>
    <w:p>
      <w:r>
        <w:rPr>
          <w:b/>
        </w:rPr>
        <w:t xml:space="preserve">[22:29] </w:t>
      </w:r>
      <w:r>
        <w:t>to main ne kaha yeh hai raaz.</w:t>
      </w:r>
    </w:p>
    <w:p>
      <w:pPr>
        <w:jc w:val="right"/>
      </w:pPr>
      <w:r>
        <w:t>تو میں نے کہا یہ ہے راز۔</w:t>
      </w:r>
    </w:p>
    <w:p>
      <w:r>
        <w:rPr>
          <w:b/>
        </w:rPr>
        <w:t xml:space="preserve">[22:34] </w:t>
      </w:r>
      <w:r>
        <w:t>ke cheezon ko aap aik baar parhte hain aur rai bana lete hain.</w:t>
      </w:r>
    </w:p>
    <w:p>
      <w:pPr>
        <w:jc w:val="right"/>
      </w:pPr>
      <w:r>
        <w:t>کہ چیزوں کو آپ ایک بار پڑھتے ہیں اور رائے بنا لیتے ہیں۔</w:t>
      </w:r>
    </w:p>
    <w:p>
      <w:r>
        <w:rPr>
          <w:b/>
        </w:rPr>
        <w:t xml:space="preserve">[22:40] </w:t>
      </w:r>
      <w:r>
        <w:t>aise aap aik baar sunte honge aur rai bana lete honge.</w:t>
      </w:r>
    </w:p>
    <w:p>
      <w:pPr>
        <w:jc w:val="right"/>
      </w:pPr>
      <w:r>
        <w:t>ایسے آپ ایک بار سنتے ہوں گے اور رائے بنا لیتے ہوں گے۔</w:t>
      </w:r>
    </w:p>
    <w:p>
      <w:r>
        <w:rPr>
          <w:b/>
        </w:rPr>
        <w:t xml:space="preserve">[22:45] </w:t>
      </w:r>
      <w:r>
        <w:t>misalan ghar mein aap gaye to maa ne kuch kaha biwi ke liye.</w:t>
      </w:r>
    </w:p>
    <w:p>
      <w:pPr>
        <w:jc w:val="right"/>
      </w:pPr>
      <w:r>
        <w:t>مثلاً گھر میں آپ گئے تو ماں نے کچھ کہا بیوی کے لیے۔</w:t>
      </w:r>
    </w:p>
    <w:p>
      <w:r>
        <w:rPr>
          <w:b/>
        </w:rPr>
        <w:t xml:space="preserve">[22:50] </w:t>
      </w:r>
      <w:r>
        <w:t>bas aik baar aap ne rai bana li ke biwi meri aisi hai.</w:t>
      </w:r>
    </w:p>
    <w:p>
      <w:pPr>
        <w:jc w:val="right"/>
      </w:pPr>
      <w:r>
        <w:t>بس ایک بار آپ نے رائے بنا لی کہ بیوی میری ایسی ہے۔</w:t>
      </w:r>
    </w:p>
    <w:p>
      <w:r>
        <w:rPr>
          <w:b/>
        </w:rPr>
        <w:t xml:space="preserve">[22:56] </w:t>
      </w:r>
      <w:r>
        <w:t>biwi ne kisi rishtedar ke baray mein keh diya kuch.</w:t>
      </w:r>
    </w:p>
    <w:p>
      <w:pPr>
        <w:jc w:val="right"/>
      </w:pPr>
      <w:r>
        <w:t>بیوی نے کسی رشتہ دار کے بارے میں کہہ دیا کچھ۔</w:t>
      </w:r>
    </w:p>
    <w:p>
      <w:r>
        <w:rPr>
          <w:b/>
        </w:rPr>
        <w:t xml:space="preserve">[23:01] </w:t>
      </w:r>
      <w:r>
        <w:t>woh abhi aap ne maan liya ke mera rishtedar falan aisa hai.</w:t>
      </w:r>
    </w:p>
    <w:p>
      <w:pPr>
        <w:jc w:val="right"/>
      </w:pPr>
      <w:r>
        <w:t>وہ ابھی آپ نے مان لیا کہ میرا رشتہ دار فلاں ایسا ہے۔</w:t>
      </w:r>
    </w:p>
    <w:p>
      <w:r>
        <w:rPr>
          <w:b/>
        </w:rPr>
        <w:t xml:space="preserve">[23:07] </w:t>
      </w:r>
      <w:r>
        <w:t>to main ne usay baghair janay, main un ka naam bhi nahi janta tha, kahin mulaqat bhi nahi hui thi.</w:t>
      </w:r>
    </w:p>
    <w:p>
      <w:pPr>
        <w:jc w:val="right"/>
      </w:pPr>
      <w:r>
        <w:t>تو میں نے اسے بغیر جانے، میں ان کا نام بھی نہیں جانتا تھا، کہیں ملاقات بھی نہیں ہوئی تھی۔</w:t>
      </w:r>
    </w:p>
    <w:p>
      <w:r>
        <w:rPr>
          <w:b/>
        </w:rPr>
        <w:t xml:space="preserve">[23:12] </w:t>
      </w:r>
      <w:r>
        <w:t>main ne kaha ke dekhiye, mujhe yaqeen hai ke aap complaint mein jeete honge.</w:t>
      </w:r>
    </w:p>
    <w:p>
      <w:pPr>
        <w:jc w:val="right"/>
      </w:pPr>
      <w:r>
        <w:t>میں نے کہا کہ دیکھیے، مجھے یقین ہے کہ آپ complaint میں جیتے ہوں گے۔</w:t>
      </w:r>
    </w:p>
    <w:p>
      <w:r>
        <w:rPr>
          <w:b/>
        </w:rPr>
        <w:t xml:space="preserve">[23:18] </w:t>
      </w:r>
      <w:r>
        <w:t>shikayaton mein jeete honge aap.</w:t>
      </w:r>
    </w:p>
    <w:p>
      <w:pPr>
        <w:jc w:val="right"/>
      </w:pPr>
      <w:r>
        <w:t>شکایتوں میں جیتے ہوں گے آپ۔</w:t>
      </w:r>
    </w:p>
    <w:p>
      <w:r>
        <w:rPr>
          <w:b/>
        </w:rPr>
        <w:t xml:space="preserve">[23:23] </w:t>
      </w:r>
      <w:r>
        <w:t>to maana unhon ne.</w:t>
      </w:r>
    </w:p>
    <w:p>
      <w:pPr>
        <w:jc w:val="right"/>
      </w:pPr>
      <w:r>
        <w:t>تو مانا انہوں نے۔</w:t>
      </w:r>
    </w:p>
    <w:p>
      <w:r>
        <w:rPr>
          <w:b/>
        </w:rPr>
        <w:t xml:space="preserve">[23:29] </w:t>
      </w:r>
      <w:r>
        <w:t>in se shikayat, in se shikayat, in se shikayat, in se shikayat.</w:t>
      </w:r>
    </w:p>
    <w:p>
      <w:pPr>
        <w:jc w:val="right"/>
      </w:pPr>
      <w:r>
        <w:t>ان سے شکایت، ان سے شکایت، ان سے شکایت، ان سے شکایت۔</w:t>
      </w:r>
    </w:p>
    <w:p>
      <w:r>
        <w:rPr>
          <w:b/>
        </w:rPr>
        <w:t xml:space="preserve">[23:34] </w:t>
      </w:r>
      <w:r>
        <w:t>to main ne kaha kyon aisa hai? main ne kaha is ki wajah yeh hai ke aap is,</w:t>
      </w:r>
    </w:p>
    <w:p>
      <w:pPr>
        <w:jc w:val="right"/>
      </w:pPr>
      <w:r>
        <w:t>تو میں نے کہا کیوں ایسا ہے؟ میں نے کہا اس کی وجہ یہ ہے کہ آپ اس،</w:t>
      </w:r>
    </w:p>
    <w:p>
      <w:r>
        <w:rPr>
          <w:b/>
        </w:rPr>
        <w:t xml:space="preserve">[23:39] </w:t>
      </w:r>
      <w:r>
        <w:t>is hadith ka misdaq ban gaye.</w:t>
      </w:r>
    </w:p>
    <w:p>
      <w:pPr>
        <w:jc w:val="right"/>
      </w:pPr>
      <w:r>
        <w:t>اس حدیث کا مصداق بن گئے۔</w:t>
      </w:r>
    </w:p>
    <w:p>
      <w:r>
        <w:rPr>
          <w:b/>
        </w:rPr>
        <w:t xml:space="preserve">[23:45] </w:t>
      </w:r>
      <w:r>
        <w:t>kfa bilmar' kzb an yhdt bikl ma smc .</w:t>
      </w:r>
    </w:p>
    <w:p>
      <w:pPr>
        <w:jc w:val="right"/>
      </w:pPr>
      <w:r>
        <w:t>كفى بالمرء كذبا أن يحدث بكل ما سمع ۔</w:t>
      </w:r>
    </w:p>
    <w:p>
      <w:r>
        <w:rPr>
          <w:b/>
        </w:rPr>
        <w:t xml:space="preserve">[23:50] </w:t>
      </w:r>
      <w:r>
        <w:t>wo aadmi jhoota aadmi hai.</w:t>
      </w:r>
    </w:p>
    <w:p>
      <w:pPr>
        <w:jc w:val="right"/>
      </w:pPr>
      <w:r>
        <w:t>وہ آدمی جھوٹا آدمی ہے۔</w:t>
      </w:r>
    </w:p>
    <w:p>
      <w:r>
        <w:rPr>
          <w:b/>
        </w:rPr>
        <w:t xml:space="preserve">[23:56] </w:t>
      </w:r>
      <w:r>
        <w:t>ke jo suna maan liya, jo suna maan liya.</w:t>
      </w:r>
    </w:p>
    <w:p>
      <w:pPr>
        <w:jc w:val="right"/>
      </w:pPr>
      <w:r>
        <w:t>کہ جو سنا مان لیا، جو سنا مان لیا۔</w:t>
      </w:r>
    </w:p>
    <w:p>
      <w:r>
        <w:rPr>
          <w:b/>
        </w:rPr>
        <w:t xml:space="preserve">[24:01] </w:t>
      </w:r>
      <w:r>
        <w:t>jhoota kyon hai? dekhiye jhoota yahan koi moral statement nahin hai.</w:t>
      </w:r>
    </w:p>
    <w:p>
      <w:pPr>
        <w:jc w:val="right"/>
      </w:pPr>
      <w:r>
        <w:t>جھوٹا کیوں ہے؟ دیکھیے جھوٹا یہاں کوئی moral statement نہیں ہے۔</w:t>
      </w:r>
    </w:p>
    <w:p>
      <w:r>
        <w:rPr>
          <w:b/>
        </w:rPr>
        <w:t xml:space="preserve">[24:07] </w:t>
      </w:r>
      <w:r>
        <w:t>yeh moral statement nahin hai yeh.</w:t>
      </w:r>
    </w:p>
    <w:p>
      <w:pPr>
        <w:jc w:val="right"/>
      </w:pPr>
      <w:r>
        <w:t>یہ moral statement نہیں ہے یہ۔</w:t>
      </w:r>
    </w:p>
    <w:p>
      <w:r>
        <w:rPr>
          <w:b/>
        </w:rPr>
        <w:t xml:space="preserve">[24:12] </w:t>
      </w:r>
      <w:r>
        <w:t>jhoota ke maani yeh hain ke is baat ko agar ek baar sun, suna hai is ne to</w:t>
      </w:r>
    </w:p>
    <w:p>
      <w:pPr>
        <w:jc w:val="right"/>
      </w:pPr>
      <w:r>
        <w:t>جھوٹا کے معنی یہ ہیں کہ اس بات کو اگر ایک بار سن، سنا ہے اس نے تو</w:t>
      </w:r>
    </w:p>
    <w:p>
      <w:r>
        <w:rPr>
          <w:b/>
        </w:rPr>
        <w:t xml:space="preserve">[24:17] </w:t>
      </w:r>
      <w:r>
        <w:t>baat ko samjha hi ke nahin wo.</w:t>
      </w:r>
    </w:p>
    <w:p>
      <w:pPr>
        <w:jc w:val="right"/>
      </w:pPr>
      <w:r>
        <w:t>بات کو سمجھا ہی کہ نہیں وہ۔</w:t>
      </w:r>
    </w:p>
    <w:p>
      <w:r>
        <w:rPr>
          <w:b/>
        </w:rPr>
        <w:t xml:space="preserve">[24:23] </w:t>
      </w:r>
      <w:r>
        <w:t>to falsehood mein jiye ga.</w:t>
      </w:r>
    </w:p>
    <w:p>
      <w:pPr>
        <w:jc w:val="right"/>
      </w:pPr>
      <w:r>
        <w:t>تو falsehood میں جیئے گا۔</w:t>
      </w:r>
    </w:p>
    <w:p>
      <w:r>
        <w:rPr>
          <w:b/>
        </w:rPr>
        <w:t xml:space="preserve">[24:28] </w:t>
      </w:r>
      <w:r>
        <w:t>yani wo rai banaye ga ek aur wo rai galat hogi.</w:t>
      </w:r>
    </w:p>
    <w:p>
      <w:pPr>
        <w:jc w:val="right"/>
      </w:pPr>
      <w:r>
        <w:t>یعنی وہ رائے بنائے گا ایک اور وہ رائے غلط ہوگی۔</w:t>
      </w:r>
    </w:p>
    <w:p>
      <w:r>
        <w:rPr>
          <w:b/>
        </w:rPr>
        <w:t xml:space="preserve">[24:34] </w:t>
      </w:r>
      <w:r>
        <w:t>to jis aadmi ki habit ho ke suna aur maan liya to is ka matlab hai ke</w:t>
      </w:r>
    </w:p>
    <w:p>
      <w:pPr>
        <w:jc w:val="right"/>
      </w:pPr>
      <w:r>
        <w:t>تو جس آدمی کی habit یہ ہو کہ سنا اور مان لیا تو اس کا مطلب ہے کہ</w:t>
      </w:r>
    </w:p>
    <w:p>
      <w:r>
        <w:rPr>
          <w:b/>
        </w:rPr>
        <w:t xml:space="preserve">[24:39] </w:t>
      </w:r>
      <w:r>
        <w:t>wo falsehood mein jiye ga.</w:t>
      </w:r>
    </w:p>
    <w:p>
      <w:pPr>
        <w:jc w:val="right"/>
      </w:pPr>
      <w:r>
        <w:t>وہ falsehood میں جیئے گا۔</w:t>
      </w:r>
    </w:p>
    <w:p>
      <w:r>
        <w:rPr>
          <w:b/>
        </w:rPr>
        <w:t xml:space="preserve">[24:45] </w:t>
      </w:r>
      <w:r>
        <w:t>kyon ke ek baar sun kar ke aap, main ne in se kaha ke dekhiye, aap ki aadat hai</w:t>
      </w:r>
    </w:p>
    <w:p>
      <w:pPr>
        <w:jc w:val="right"/>
      </w:pPr>
      <w:r>
        <w:t>کیونکہ ایک بار سن کر کے آپ، میں نے ان سے کہا کہ دیکھیے، آپ کی عادت ہے</w:t>
      </w:r>
    </w:p>
    <w:p>
      <w:r>
        <w:rPr>
          <w:b/>
        </w:rPr>
        <w:t xml:space="preserve">[24:50] </w:t>
      </w:r>
      <w:r>
        <w:t>aisi ke aap is ko repeat nahin karte honge.</w:t>
      </w:r>
    </w:p>
    <w:p>
      <w:pPr>
        <w:jc w:val="right"/>
      </w:pPr>
      <w:r>
        <w:t>ایسی کہ آپ اس کو repeat نہیں کرتے ہوں گے۔</w:t>
      </w:r>
    </w:p>
    <w:p>
      <w:r>
        <w:rPr>
          <w:b/>
        </w:rPr>
        <w:t xml:space="preserve">[24:56] </w:t>
      </w:r>
      <w:r>
        <w:t>cheezon ko baar baar nahin parhte honge.</w:t>
      </w:r>
    </w:p>
    <w:p>
      <w:pPr>
        <w:jc w:val="right"/>
      </w:pPr>
      <w:r>
        <w:t>چیزوں کو بار بار نہیں پڑھتے ہوں گے۔</w:t>
      </w:r>
    </w:p>
    <w:p>
      <w:r>
        <w:rPr>
          <w:b/>
        </w:rPr>
        <w:t xml:space="preserve">[25:01] </w:t>
      </w:r>
      <w:r>
        <w:t>sun kar is ki mazeed tehqeeq nahin karte honge.</w:t>
      </w:r>
    </w:p>
    <w:p>
      <w:pPr>
        <w:jc w:val="right"/>
      </w:pPr>
      <w:r>
        <w:t>سن کر اس کی مزید تحقیق نہیں کرتے ہوں گے۔</w:t>
      </w:r>
    </w:p>
    <w:p>
      <w:r>
        <w:rPr>
          <w:b/>
        </w:rPr>
        <w:t xml:space="preserve">[25:06] </w:t>
      </w:r>
      <w:r>
        <w:t>bas parha aur ek, ek rai dimagh mein aayi aur maan liya.</w:t>
      </w:r>
    </w:p>
    <w:p>
      <w:pPr>
        <w:jc w:val="right"/>
      </w:pPr>
      <w:r>
        <w:t>بس پڑھا اور ایک، ایک رائے دماغ میں آئی اور مان لیا۔</w:t>
      </w:r>
    </w:p>
    <w:p>
      <w:r>
        <w:rPr>
          <w:b/>
        </w:rPr>
        <w:t xml:space="preserve">[25:12] </w:t>
      </w:r>
      <w:r>
        <w:t>suna ek rai aayi aur maan liya.</w:t>
      </w:r>
    </w:p>
    <w:p>
      <w:pPr>
        <w:jc w:val="right"/>
      </w:pPr>
      <w:r>
        <w:t>سنا ایک رائے آئی اور مان لیا۔</w:t>
      </w:r>
    </w:p>
    <w:p>
      <w:r>
        <w:rPr>
          <w:b/>
        </w:rPr>
        <w:t xml:space="preserve">[25:17] </w:t>
      </w:r>
      <w:r>
        <w:t>to is ka matlab yeh hai ke aap is par complaint mein jiyenge.</w:t>
      </w:r>
    </w:p>
    <w:p>
      <w:pPr>
        <w:jc w:val="right"/>
      </w:pPr>
      <w:r>
        <w:t>تو اس کا مطلب یہ ہے کہ آپ اس پر complaint میں جیئیں گے۔</w:t>
      </w:r>
    </w:p>
    <w:p>
      <w:r>
        <w:rPr>
          <w:b/>
        </w:rPr>
        <w:t xml:space="preserve">[25:23] </w:t>
      </w:r>
      <w:r>
        <w:t>kyon ke aap fa poori baat hi nahin aap ko pata hai.</w:t>
      </w:r>
    </w:p>
    <w:p>
      <w:pPr>
        <w:jc w:val="right"/>
      </w:pPr>
      <w:r>
        <w:t>کیونکہ آپ fa پوری بات ہی نہیں آپ کو پتہ ہے۔</w:t>
      </w:r>
    </w:p>
    <w:p>
      <w:r>
        <w:rPr>
          <w:b/>
        </w:rPr>
        <w:t xml:space="preserve">[25:28] </w:t>
      </w:r>
      <w:r>
        <w:t>aam taur par log negative repeating karte hain.</w:t>
      </w:r>
    </w:p>
    <w:p>
      <w:pPr>
        <w:jc w:val="right"/>
      </w:pPr>
      <w:r>
        <w:t>عام طور پر لوگ negative repeating کرتے ہیں۔</w:t>
      </w:r>
    </w:p>
    <w:p>
      <w:r>
        <w:rPr>
          <w:b/>
        </w:rPr>
        <w:t xml:space="preserve">[25:34] </w:t>
      </w:r>
      <w:r>
        <w:t>yaad rakhiye ninety-nine percent aadmi negative reporting karta hai.</w:t>
      </w:r>
    </w:p>
    <w:p>
      <w:pPr>
        <w:jc w:val="right"/>
      </w:pPr>
      <w:r>
        <w:t>یاد رکھیے ninety-nine percent آدمی negative reporting کرتا ہے۔</w:t>
      </w:r>
    </w:p>
    <w:p>
      <w:r>
        <w:rPr>
          <w:b/>
        </w:rPr>
        <w:t xml:space="preserve">[25:39] </w:t>
      </w:r>
      <w:r>
        <w:t>shohar apne baap, shohar apni, shohar apni biwi ke bare mein negative reporting karega.</w:t>
      </w:r>
    </w:p>
    <w:p>
      <w:pPr>
        <w:jc w:val="right"/>
      </w:pPr>
      <w:r>
        <w:t>شوہر اپنے باپ، شوہر اپنی، شوہر اپنی بیوی کے بارے میں negative reporting کرے گا۔</w:t>
      </w:r>
    </w:p>
    <w:p>
      <w:r>
        <w:rPr>
          <w:b/>
        </w:rPr>
        <w:t xml:space="preserve">[25:44] </w:t>
      </w:r>
      <w:r>
        <w:t>biwi apne shohar ke bare mein negative reporting karegi.</w:t>
      </w:r>
    </w:p>
    <w:p>
      <w:pPr>
        <w:jc w:val="right"/>
      </w:pPr>
      <w:r>
        <w:t>بیوی اپنے شوہر کے بارے میں negative reporting کرے گی۔</w:t>
      </w:r>
    </w:p>
    <w:p>
      <w:r>
        <w:rPr>
          <w:b/>
        </w:rPr>
        <w:t xml:space="preserve">[25:50] </w:t>
      </w:r>
      <w:r>
        <w:t>is ab party ka aadmi is party ki negative reporting karega.</w:t>
      </w:r>
    </w:p>
    <w:p>
      <w:pPr>
        <w:jc w:val="right"/>
      </w:pPr>
      <w:r>
        <w:t>اس اب party کا آدمی اس party کی negative reporting کرے گا۔</w:t>
      </w:r>
    </w:p>
    <w:p>
      <w:r>
        <w:rPr>
          <w:b/>
        </w:rPr>
        <w:t xml:space="preserve">[25:55] </w:t>
      </w:r>
      <w:r>
        <w:t>is company ka aadmi is company ki negative reporting karega.</w:t>
      </w:r>
    </w:p>
    <w:p>
      <w:pPr>
        <w:jc w:val="right"/>
      </w:pPr>
      <w:r>
        <w:t>اس کمپنی کا آدمی اس کمپنی کی negative reporting کرے گا۔</w:t>
      </w:r>
    </w:p>
    <w:p>
      <w:r>
        <w:rPr>
          <w:b/>
        </w:rPr>
        <w:t xml:space="preserve">[26:01] </w:t>
      </w:r>
      <w:r>
        <w:t>aaj tak mein woh insaan nahi dekh paaya jo kisi doosre ke bare mein positive reporting kare, positive.</w:t>
      </w:r>
    </w:p>
    <w:p>
      <w:pPr>
        <w:jc w:val="right"/>
      </w:pPr>
      <w:r>
        <w:t>آج تک میں وہ انسان نہیں دیکھ پایا جو کسی دوسرے کے بارے میں positive reporting کرے، positive۔</w:t>
      </w:r>
    </w:p>
    <w:p>
      <w:r>
        <w:rPr>
          <w:b/>
        </w:rPr>
        <w:t xml:space="preserve">[26:06] </w:t>
      </w:r>
      <w:r>
        <w:t>media jo hai, media hamesha negative reporting karta hai.</w:t>
      </w:r>
    </w:p>
    <w:p>
      <w:pPr>
        <w:jc w:val="right"/>
      </w:pPr>
      <w:r>
        <w:t>میڈیا جو ہے، میڈیا ہمیشہ negative reporting کرتا ہے۔</w:t>
      </w:r>
    </w:p>
    <w:p>
      <w:r>
        <w:rPr>
          <w:b/>
        </w:rPr>
        <w:t xml:space="preserve">[26:12] </w:t>
      </w:r>
      <w:r>
        <w:t>is duniya mein hum jeete hain.</w:t>
      </w:r>
    </w:p>
    <w:p>
      <w:pPr>
        <w:jc w:val="right"/>
      </w:pPr>
      <w:r>
        <w:t>اس دنیا میں ہم جیتے ہیں۔</w:t>
      </w:r>
    </w:p>
    <w:p>
      <w:r>
        <w:rPr>
          <w:b/>
        </w:rPr>
        <w:t xml:space="preserve">[26:17] </w:t>
      </w:r>
      <w:r>
        <w:t>har aadmi ke dimagh mein complaint ka jangal hai.</w:t>
      </w:r>
    </w:p>
    <w:p>
      <w:pPr>
        <w:jc w:val="right"/>
      </w:pPr>
      <w:r>
        <w:t>ہر آدمی کے دماغ میں complaint کا جنگل ہے۔</w:t>
      </w:r>
    </w:p>
    <w:p>
      <w:r>
        <w:rPr>
          <w:b/>
        </w:rPr>
        <w:t xml:space="preserve">[26:23] </w:t>
      </w:r>
      <w:r>
        <w:t>shikayat, unke khilaf shikayat, unke khilaf shikayat, unke khilaf shikayat, unke khilaf shikayat.</w:t>
      </w:r>
    </w:p>
    <w:p>
      <w:pPr>
        <w:jc w:val="right"/>
      </w:pPr>
      <w:r>
        <w:t>شکایت، ان کے خلاف شکایت، ان کے خلاف شکایت، ان کے خلاف شکایت، ان کے خلاف شکایت۔</w:t>
      </w:r>
    </w:p>
    <w:p>
      <w:r>
        <w:rPr>
          <w:b/>
        </w:rPr>
        <w:t xml:space="preserve">[26:28] </w:t>
      </w:r>
      <w:r>
        <w:t>jahan shikayat aayi, intellectual development ruka.</w:t>
      </w:r>
    </w:p>
    <w:p>
      <w:pPr>
        <w:jc w:val="right"/>
      </w:pPr>
      <w:r>
        <w:t>جہاں شکایت آئی، intellectual development رکا۔</w:t>
      </w:r>
    </w:p>
    <w:p>
      <w:r>
        <w:rPr>
          <w:b/>
        </w:rPr>
        <w:t xml:space="preserve">[26:33] </w:t>
      </w:r>
      <w:r>
        <w:t>aise logon se baat ki hai jo shikayaton mein jeete hain.</w:t>
      </w:r>
    </w:p>
    <w:p>
      <w:pPr>
        <w:jc w:val="right"/>
      </w:pPr>
      <w:r>
        <w:t>ایسے لوگوں سے بات کی ہے جو شکایتوں میں جیتے ہیں۔</w:t>
      </w:r>
    </w:p>
    <w:p>
      <w:r>
        <w:rPr>
          <w:b/>
        </w:rPr>
        <w:t xml:space="preserve">[26:39] </w:t>
      </w:r>
      <w:r>
        <w:t>bilkul dwarf, intellectually dwarf honge woh.</w:t>
      </w:r>
    </w:p>
    <w:p>
      <w:pPr>
        <w:jc w:val="right"/>
      </w:pPr>
      <w:r>
        <w:t>بالکل dwarf، intellectually dwarf ہوں گے وہ۔</w:t>
      </w:r>
    </w:p>
    <w:p>
      <w:r>
        <w:rPr>
          <w:b/>
        </w:rPr>
        <w:t xml:space="preserve">[26:44] </w:t>
      </w:r>
      <w:r>
        <w:t>mera bar bar ka tajurba hai.</w:t>
      </w:r>
    </w:p>
    <w:p>
      <w:pPr>
        <w:jc w:val="right"/>
      </w:pPr>
      <w:r>
        <w:t>میرا بار بار کا تجربہ ہے۔</w:t>
      </w:r>
    </w:p>
    <w:p>
      <w:r>
        <w:rPr>
          <w:b/>
        </w:rPr>
        <w:t xml:space="preserve">[26:50] </w:t>
      </w:r>
      <w:r>
        <w:t>woh log jo shikayaton mein jeete hain, woh intellectually dwarf hote hain.</w:t>
      </w:r>
    </w:p>
    <w:p>
      <w:pPr>
        <w:jc w:val="right"/>
      </w:pPr>
      <w:r>
        <w:t>وہ لوگ جو شکایتوں میں جیتے ہیں، وہ intellectually dwarf ہوتے ہیں۔</w:t>
      </w:r>
    </w:p>
    <w:p>
      <w:r>
        <w:rPr>
          <w:b/>
        </w:rPr>
        <w:t xml:space="preserve">[26:55] </w:t>
      </w:r>
      <w:r>
        <w:t>badi aqal inko qadar nahi hoti.</w:t>
      </w:r>
    </w:p>
    <w:p>
      <w:pPr>
        <w:jc w:val="right"/>
      </w:pPr>
      <w:r>
        <w:t>بڑی عقل ان کو قدر نہیں ہوتی۔</w:t>
      </w:r>
    </w:p>
    <w:p>
      <w:r>
        <w:rPr>
          <w:b/>
        </w:rPr>
        <w:t xml:space="preserve">[27:01] </w:t>
      </w:r>
      <w:r>
        <w:t>bada wisdom nahi hota.</w:t>
      </w:r>
    </w:p>
    <w:p>
      <w:pPr>
        <w:jc w:val="right"/>
      </w:pPr>
      <w:r>
        <w:t>بڑا wisdom نہیں ہوتا۔</w:t>
      </w:r>
    </w:p>
    <w:p>
      <w:r>
        <w:rPr>
          <w:b/>
        </w:rPr>
        <w:t xml:space="preserve">[27:06] </w:t>
      </w:r>
      <w:r>
        <w:t>bada horizon nahi hota.</w:t>
      </w:r>
    </w:p>
    <w:p>
      <w:pPr>
        <w:jc w:val="right"/>
      </w:pPr>
      <w:r>
        <w:t>بڑا horizon نہیں ہوتا۔</w:t>
      </w:r>
    </w:p>
    <w:p>
      <w:r>
        <w:rPr>
          <w:b/>
        </w:rPr>
        <w:t xml:space="preserve">[27:11] </w:t>
      </w:r>
      <w:r>
        <w:t>high level of thinking nahi hoti.</w:t>
      </w:r>
    </w:p>
    <w:p>
      <w:pPr>
        <w:jc w:val="right"/>
      </w:pPr>
      <w:r>
        <w:t>ہائی level of thinking نہیں ہوتی۔</w:t>
      </w:r>
    </w:p>
    <w:p>
      <w:r>
        <w:rPr>
          <w:b/>
        </w:rPr>
        <w:t xml:space="preserve">[27:17] </w:t>
      </w:r>
      <w:r>
        <w:t>kyun? isi mein jeete hain, isi complaint mein jeete hain.</w:t>
      </w:r>
    </w:p>
    <w:p>
      <w:pPr>
        <w:jc w:val="right"/>
      </w:pPr>
      <w:r>
        <w:t>کیوں؟ اسی میں جیتے ہیں، اسی complaint میں جیتے ہیں۔</w:t>
      </w:r>
    </w:p>
    <w:p>
      <w:r>
        <w:rPr>
          <w:b/>
        </w:rPr>
        <w:t xml:space="preserve">[27:22] </w:t>
      </w:r>
      <w:r>
        <w:t>toh sabr kis liye hai? sabr ka matlab hai upar uth kar sochna.</w:t>
      </w:r>
    </w:p>
    <w:p>
      <w:pPr>
        <w:jc w:val="right"/>
      </w:pPr>
      <w:r>
        <w:t>تو صبر کس لیے ہے؟ صبر کا مطلب ہے اوپر اٹھ کر سوچنا۔</w:t>
      </w:r>
    </w:p>
    <w:p>
      <w:r>
        <w:rPr>
          <w:b/>
        </w:rPr>
        <w:t xml:space="preserve">[27:28] </w:t>
      </w:r>
      <w:r>
        <w:t>shikayaton se upar uth kar sochna.</w:t>
      </w:r>
    </w:p>
    <w:p>
      <w:pPr>
        <w:jc w:val="right"/>
      </w:pPr>
      <w:r>
        <w:t>شکایتوں سے اوپر اٹھ کر سوچنا۔</w:t>
      </w:r>
    </w:p>
    <w:p>
      <w:r>
        <w:rPr>
          <w:b/>
        </w:rPr>
        <w:t xml:space="preserve">[27:33] </w:t>
      </w:r>
      <w:r>
        <w:t>sabr ka matlab koi cowardice nahi.</w:t>
      </w:r>
    </w:p>
    <w:p>
      <w:pPr>
        <w:jc w:val="right"/>
      </w:pPr>
      <w:r>
        <w:t>صبر کا مطلب کوئی cowardice نہیں۔</w:t>
      </w:r>
    </w:p>
    <w:p>
      <w:r>
        <w:rPr>
          <w:b/>
        </w:rPr>
        <w:t xml:space="preserve">[27:39] </w:t>
      </w:r>
      <w:r>
        <w:t>sabr ka matlab koi retreat nahi.</w:t>
      </w:r>
    </w:p>
    <w:p>
      <w:pPr>
        <w:jc w:val="right"/>
      </w:pPr>
      <w:r>
        <w:t>صبر کا مطلب کوئی retreat نہیں۔</w:t>
      </w:r>
    </w:p>
    <w:p>
      <w:r>
        <w:rPr>
          <w:b/>
        </w:rPr>
        <w:t xml:space="preserve">[27:44] </w:t>
      </w:r>
      <w:r>
        <w:t>sabr ka matlab koi paspai nahi.</w:t>
      </w:r>
    </w:p>
    <w:p>
      <w:pPr>
        <w:jc w:val="right"/>
      </w:pPr>
      <w:r>
        <w:t>صبر کا مطلب کوئی پسپائی نہیں۔</w:t>
      </w:r>
    </w:p>
    <w:p>
      <w:r>
        <w:rPr>
          <w:b/>
        </w:rPr>
        <w:t xml:space="preserve">[27:50] </w:t>
      </w:r>
      <w:r>
        <w:t>sabr ka matlab hai oper uth kar sochna.</w:t>
      </w:r>
    </w:p>
    <w:p>
      <w:pPr>
        <w:jc w:val="right"/>
      </w:pPr>
      <w:r>
        <w:t>صبر کا مطلب ہے اوپر اٹھ کر سوچنا۔</w:t>
      </w:r>
    </w:p>
    <w:p>
      <w:r>
        <w:rPr>
          <w:b/>
        </w:rPr>
        <w:t xml:space="preserve">[27:55] </w:t>
      </w:r>
      <w:r>
        <w:t>jab aap ko shikayatein, kisi se kuch negative experience ho, kisi se kuch aap ko yeh ho ke</w:t>
      </w:r>
    </w:p>
    <w:p>
      <w:pPr>
        <w:jc w:val="right"/>
      </w:pPr>
      <w:r>
        <w:t>جب آپ کو شکایتیں، کسی سے کچھ negative experience ہو، کسی سے کچھ آپ کو یہ ہو کہ</w:t>
      </w:r>
    </w:p>
    <w:p>
      <w:r>
        <w:rPr>
          <w:b/>
        </w:rPr>
        <w:t xml:space="preserve">[28:00] </w:t>
      </w:r>
      <w:r>
        <w:t>kuch na kuch hurt ho jaye aap, to isi mein aap lage phanse rahein to aap ne sabr nahi kiya.</w:t>
      </w:r>
    </w:p>
    <w:p>
      <w:pPr>
        <w:jc w:val="right"/>
      </w:pPr>
      <w:r>
        <w:t>کچھ نہ کچھ hurt ہو جائے آپ، تو اسی میں آپ لگے پھنسے رہیں تو آپ نے صبر نہیں کیا۔</w:t>
      </w:r>
    </w:p>
    <w:p>
      <w:r>
        <w:rPr>
          <w:b/>
        </w:rPr>
        <w:t xml:space="preserve">[28:06] </w:t>
      </w:r>
      <w:r>
        <w:t>sabr nahi kiya to isi mein, isi level aap ka level wahi lower level reh gaya.</w:t>
      </w:r>
    </w:p>
    <w:p>
      <w:pPr>
        <w:jc w:val="right"/>
      </w:pPr>
      <w:r>
        <w:t>صبر نہیں کیا تو اسی میں، اسی level آپ کا level وہی lower level رہ گیا۔</w:t>
      </w:r>
    </w:p>
    <w:p>
      <w:r>
        <w:rPr>
          <w:b/>
        </w:rPr>
        <w:t xml:space="preserve">[28:11] </w:t>
      </w:r>
      <w:r>
        <w:t>aur is ko nazar andaaz kar ke chodo, bahar mein jaye.</w:t>
      </w:r>
    </w:p>
    <w:p>
      <w:pPr>
        <w:jc w:val="right"/>
      </w:pPr>
      <w:r>
        <w:t>اور اس کو نظر انداز کر کے چھوڑو، باہر میں جائے۔</w:t>
      </w:r>
    </w:p>
    <w:p>
      <w:r>
        <w:rPr>
          <w:b/>
        </w:rPr>
        <w:t xml:space="preserve">[28:17] </w:t>
      </w:r>
      <w:r>
        <w:t>to aap ne apne level ko oper uth kar liya hai.</w:t>
      </w:r>
    </w:p>
    <w:p>
      <w:pPr>
        <w:jc w:val="right"/>
      </w:pPr>
      <w:r>
        <w:t>تو آپ نے اپنے level کو اوپر اٹھ کر لیا ہے۔</w:t>
      </w:r>
    </w:p>
    <w:p>
      <w:r>
        <w:rPr>
          <w:b/>
        </w:rPr>
        <w:t xml:space="preserve">[28:22] </w:t>
      </w:r>
      <w:r>
        <w:t>to sabr ka matlab hai apne intellectual level ko oper uthana.</w:t>
      </w:r>
    </w:p>
    <w:p>
      <w:pPr>
        <w:jc w:val="right"/>
      </w:pPr>
      <w:r>
        <w:t>تو صبر کا مطلب ہے اپنے intellectual level کو اوپر اٹھانا۔</w:t>
      </w:r>
    </w:p>
    <w:p>
      <w:r>
        <w:rPr>
          <w:b/>
        </w:rPr>
        <w:t xml:space="preserve">[28:28] </w:t>
      </w:r>
      <w:r>
        <w:t>sabr ka matlab high thinking hai.</w:t>
      </w:r>
    </w:p>
    <w:p>
      <w:pPr>
        <w:jc w:val="right"/>
      </w:pPr>
      <w:r>
        <w:t>صبر کا مطلب high thinking ہے۔</w:t>
      </w:r>
    </w:p>
    <w:p>
      <w:r>
        <w:rPr>
          <w:b/>
        </w:rPr>
        <w:t xml:space="preserve">[28:33] </w:t>
      </w:r>
      <w:r>
        <w:t>yaad rakhiye sabr ka matlab passivity nahi hai.</w:t>
      </w:r>
    </w:p>
    <w:p>
      <w:pPr>
        <w:jc w:val="right"/>
      </w:pPr>
      <w:r>
        <w:t>یاد رکھیے صبر کا مطلب passivity نہیں ہے۔</w:t>
      </w:r>
    </w:p>
    <w:p>
      <w:r>
        <w:rPr>
          <w:b/>
        </w:rPr>
        <w:t xml:space="preserve">[28:38] </w:t>
      </w:r>
      <w:r>
        <w:t>retreat nahi hai.</w:t>
      </w:r>
    </w:p>
    <w:p>
      <w:pPr>
        <w:jc w:val="right"/>
      </w:pPr>
      <w:r>
        <w:t>Retreat نہیں ہے۔</w:t>
      </w:r>
    </w:p>
    <w:p>
      <w:r>
        <w:rPr>
          <w:b/>
        </w:rPr>
        <w:t xml:space="preserve">[28:44] </w:t>
      </w:r>
      <w:r>
        <w:t>cowardice nahi hai.</w:t>
      </w:r>
    </w:p>
    <w:p>
      <w:pPr>
        <w:jc w:val="right"/>
      </w:pPr>
      <w:r>
        <w:t>Cowardice نہیں ہے۔</w:t>
      </w:r>
    </w:p>
    <w:p>
      <w:r>
        <w:rPr>
          <w:b/>
        </w:rPr>
        <w:t xml:space="preserve">[28:49] </w:t>
      </w:r>
      <w:r>
        <w:t>sabr ka matlab hai high thinking.</w:t>
      </w:r>
    </w:p>
    <w:p>
      <w:pPr>
        <w:jc w:val="right"/>
      </w:pPr>
      <w:r>
        <w:t>صبر کا مطلب ہے high thinking۔</w:t>
      </w:r>
    </w:p>
    <w:p>
      <w:r>
        <w:rPr>
          <w:b/>
        </w:rPr>
        <w:t xml:space="preserve">[28:55] </w:t>
      </w:r>
      <w:r>
        <w:t>oper uth kar sochna.</w:t>
      </w:r>
    </w:p>
    <w:p>
      <w:pPr>
        <w:jc w:val="right"/>
      </w:pPr>
      <w:r>
        <w:t>اوپر اٹھ کر سوچنا۔</w:t>
      </w:r>
    </w:p>
    <w:p>
      <w:r>
        <w:rPr>
          <w:b/>
        </w:rPr>
        <w:t xml:space="preserve">[29:00] </w:t>
      </w:r>
      <w:r>
        <w:t>lower level par jahan aap ko tarah tarah ki shikayatein ka tajurba hota hai, tarah tarah ka aap</w:t>
      </w:r>
    </w:p>
    <w:p>
      <w:pPr>
        <w:jc w:val="right"/>
      </w:pPr>
      <w:r>
        <w:t>Lower level پر جہاں آپ کو طرح طرح کی شکایتیں کا تجربہ ہوتا ہے، طرح طرح کا آپ</w:t>
      </w:r>
    </w:p>
    <w:p>
      <w:r>
        <w:rPr>
          <w:b/>
        </w:rPr>
        <w:t xml:space="preserve">[29:06] </w:t>
      </w:r>
      <w:r>
        <w:t>ko koi dukh pohancha diya ke kuch pohancha, ab is ko aap bhula dein.</w:t>
      </w:r>
    </w:p>
    <w:p>
      <w:pPr>
        <w:jc w:val="right"/>
      </w:pPr>
      <w:r>
        <w:t>کو کوئی دکھ پہنچا دیا کہ کچھ پہنچا، اب اس کو آپ بھلا دیں۔</w:t>
      </w:r>
    </w:p>
    <w:p>
      <w:r>
        <w:rPr>
          <w:b/>
        </w:rPr>
        <w:t xml:space="preserve">[29:11] </w:t>
      </w:r>
      <w:r>
        <w:t>bartar drsa ne kaha, bartar drsa, aah, woh bernard shaw ne kaha tha ke "One who has nothing</w:t>
      </w:r>
    </w:p>
    <w:p>
      <w:pPr>
        <w:jc w:val="right"/>
      </w:pPr>
      <w:r>
        <w:t>بارٹر ڈرسا نے کہا، بارٹر ڈرسا، آہ، وہ برنار شاہ نے کہا تھا کہ "One who has nothing</w:t>
      </w:r>
    </w:p>
    <w:p>
      <w:r>
        <w:rPr>
          <w:b/>
        </w:rPr>
        <w:t xml:space="preserve">[29:17] </w:t>
      </w:r>
      <w:r>
        <w:t>to forget" . nahi.</w:t>
      </w:r>
    </w:p>
    <w:p>
      <w:pPr>
        <w:jc w:val="right"/>
      </w:pPr>
      <w:r>
        <w:t>to forget" ۔ نہیں۔</w:t>
      </w:r>
    </w:p>
    <w:p>
      <w:r>
        <w:rPr>
          <w:b/>
        </w:rPr>
        <w:t xml:space="preserve">[29:22] </w:t>
      </w:r>
      <w:r>
        <w:t>"Most uneducated" .</w:t>
      </w:r>
    </w:p>
    <w:p>
      <w:pPr>
        <w:jc w:val="right"/>
      </w:pPr>
      <w:r>
        <w:t>"Most uneducated" ۔</w:t>
      </w:r>
    </w:p>
    <w:p>
      <w:r>
        <w:rPr>
          <w:b/>
        </w:rPr>
        <w:t xml:space="preserve">[29:27] </w:t>
      </w:r>
      <w:r>
        <w:t>is ne kaha tha ke "Most uneducated person" .</w:t>
      </w:r>
    </w:p>
    <w:p>
      <w:pPr>
        <w:jc w:val="right"/>
      </w:pPr>
      <w:r>
        <w:t>اس نے کہا تھا کہ "Most uneducated person" ۔</w:t>
      </w:r>
    </w:p>
    <w:p>
      <w:r>
        <w:rPr>
          <w:b/>
        </w:rPr>
        <w:t xml:space="preserve">[29:33] </w:t>
      </w:r>
      <w:r>
        <w:t>"The most uneducated person is one who has nothing to forget" .</w:t>
      </w:r>
    </w:p>
    <w:p>
      <w:pPr>
        <w:jc w:val="right"/>
      </w:pPr>
      <w:r>
        <w:t>"The most uneducated person is one who has nothing to forget" ۔</w:t>
      </w:r>
    </w:p>
    <w:p>
      <w:r>
        <w:rPr>
          <w:b/>
        </w:rPr>
        <w:t xml:space="preserve">[29:38] </w:t>
      </w:r>
      <w:r>
        <w:t>aap kuch bhula na sakein to kya hoga? aap bilkul hi lower level par jiyeinge.</w:t>
      </w:r>
    </w:p>
    <w:p>
      <w:pPr>
        <w:jc w:val="right"/>
      </w:pPr>
      <w:r>
        <w:t>آپ کچھ بھلا نہ سکیں تو کیا ہوگا؟ آپ بالکل ہی lower level پر جیئیں گے۔</w:t>
      </w:r>
    </w:p>
    <w:p>
      <w:r>
        <w:rPr>
          <w:b/>
        </w:rPr>
        <w:t xml:space="preserve">[29:44] </w:t>
      </w:r>
      <w:r>
        <w:t>aur bhulane ke liye sabr chahiye.</w:t>
      </w:r>
    </w:p>
    <w:p>
      <w:pPr>
        <w:jc w:val="right"/>
      </w:pPr>
      <w:r>
        <w:t>اور بھلانے کے لیے صبر چاہیے۔</w:t>
      </w:r>
    </w:p>
    <w:p>
      <w:r>
        <w:rPr>
          <w:b/>
        </w:rPr>
        <w:t xml:space="preserve">[29:49] </w:t>
      </w:r>
      <w:r>
        <w:t>bhulane ke liye patience chahiye.</w:t>
      </w:r>
    </w:p>
    <w:p>
      <w:pPr>
        <w:jc w:val="right"/>
      </w:pPr>
      <w:r>
        <w:t>بھلانے کے لیے patience چاہیے۔</w:t>
      </w:r>
    </w:p>
    <w:p>
      <w:r>
        <w:rPr>
          <w:b/>
        </w:rPr>
        <w:t xml:space="preserve">[29:55] </w:t>
      </w:r>
      <w:r>
        <w:t>isi liye dekhiye, aaj subah mein kisi se baat kar raha tha ke islam mein qawwam ka nazariya hai.</w:t>
      </w:r>
    </w:p>
    <w:p>
      <w:pPr>
        <w:jc w:val="right"/>
      </w:pPr>
      <w:r>
        <w:t>اسی لیے دیکھیے، آج صبح میں کسی سے بات کر رہا تھا کہ اسلام میں قوام کا نظریہ ہے۔</w:t>
      </w:r>
    </w:p>
    <w:p>
      <w:r>
        <w:rPr>
          <w:b/>
        </w:rPr>
        <w:t xml:space="preserve">[30:00] </w:t>
      </w:r>
      <w:r>
        <w:t>qawwam kehte hain wahi jo aaj kehte hain na, boss. B-O-S-S, boss. Bossism.</w:t>
      </w:r>
    </w:p>
    <w:p>
      <w:pPr>
        <w:jc w:val="right"/>
      </w:pPr>
      <w:r>
        <w:t>قوام کہتے ہیں وہی جو آج کہتے ہیں نا، باس۔ B-O-S-S، باس۔ Bossism۔</w:t>
      </w:r>
    </w:p>
    <w:p>
      <w:r>
        <w:rPr>
          <w:b/>
        </w:rPr>
        <w:t xml:space="preserve">[30:05] </w:t>
      </w:r>
      <w:r>
        <w:t>quran mein bossism ke usool ko agarchay, yani mard aurat ke reference bataya gaya hai, lekin woh aik</w:t>
      </w:r>
    </w:p>
    <w:p>
      <w:pPr>
        <w:jc w:val="right"/>
      </w:pPr>
      <w:r>
        <w:t>قرآن میں Bossism کے اصول کو اگرچہ، یعنی مرد عورت کے reference بتایا گیا ہے، لیکن وہ ایک</w:t>
      </w:r>
    </w:p>
    <w:p>
      <w:r>
        <w:rPr>
          <w:b/>
        </w:rPr>
        <w:t xml:space="preserve">[30:11] </w:t>
      </w:r>
      <w:r>
        <w:t>universal principle hai. bossism.</w:t>
      </w:r>
    </w:p>
    <w:p>
      <w:pPr>
        <w:jc w:val="right"/>
      </w:pPr>
      <w:r>
        <w:t>universal principle ہے۔ Bossism۔</w:t>
      </w:r>
    </w:p>
    <w:p>
      <w:r>
        <w:rPr>
          <w:b/>
        </w:rPr>
        <w:t xml:space="preserve">[30:16] </w:t>
      </w:r>
      <w:r>
        <w:t>yani doosray ko boss bana laina.</w:t>
      </w:r>
    </w:p>
    <w:p>
      <w:pPr>
        <w:jc w:val="right"/>
      </w:pPr>
      <w:r>
        <w:t>یعنی دوسرے کو باس بنا لینا۔</w:t>
      </w:r>
    </w:p>
    <w:p>
      <w:r>
        <w:rPr>
          <w:b/>
        </w:rPr>
        <w:t xml:space="preserve">[30:22] </w:t>
      </w:r>
      <w:r>
        <w:t>jaisa bohat hi mashhoor, aam jo hai companiyon mein ke "Boss is always right" .</w:t>
      </w:r>
    </w:p>
    <w:p>
      <w:pPr>
        <w:jc w:val="right"/>
      </w:pPr>
      <w:r>
        <w:t>جیسا بہت ہی مشہور، عام جو ہے کمپنیوں میں کہ "Boss is always right" ۔</w:t>
      </w:r>
    </w:p>
    <w:p>
      <w:r>
        <w:rPr>
          <w:b/>
        </w:rPr>
        <w:t xml:space="preserve">[30:27] </w:t>
      </w:r>
      <w:r>
        <w:t>jo aap ka senior officer hai, to woh jo keh day woh theek hai.</w:t>
      </w:r>
    </w:p>
    <w:p>
      <w:pPr>
        <w:jc w:val="right"/>
      </w:pPr>
      <w:r>
        <w:t>جو آپ کا senior officer ہے، تو وہ جو کہہ دے وہ ٹھیک ہے۔</w:t>
      </w:r>
    </w:p>
    <w:p>
      <w:r>
        <w:rPr>
          <w:b/>
        </w:rPr>
        <w:t xml:space="preserve">[30:33] </w:t>
      </w:r>
      <w:r>
        <w:t>"Boss is always right" .</w:t>
      </w:r>
    </w:p>
    <w:p>
      <w:pPr>
        <w:jc w:val="right"/>
      </w:pPr>
      <w:r>
        <w:t>"Boss is always right" ۔</w:t>
      </w:r>
    </w:p>
    <w:p>
      <w:r>
        <w:rPr>
          <w:b/>
        </w:rPr>
        <w:t xml:space="preserve">[30:38] </w:t>
      </w:r>
      <w:r>
        <w:t>aap shopping center mein jayen to wahan par jo salesman hai, uska nazariya kya hota hai? "Customer</w:t>
      </w:r>
    </w:p>
    <w:p>
      <w:pPr>
        <w:jc w:val="right"/>
      </w:pPr>
      <w:r>
        <w:t>آپ shopping center میں جائیں تو وہاں پر جو salesman ہے، اس کا نظریہ کیا ہوتا ہے؟ "Customer</w:t>
      </w:r>
    </w:p>
    <w:p>
      <w:r>
        <w:rPr>
          <w:b/>
        </w:rPr>
        <w:t xml:space="preserve">[30:44] </w:t>
      </w:r>
      <w:r>
        <w:t>is always right" .</w:t>
      </w:r>
    </w:p>
    <w:p>
      <w:pPr>
        <w:jc w:val="right"/>
      </w:pPr>
      <w:r>
        <w:t>is always right" ۔</w:t>
      </w:r>
    </w:p>
    <w:p>
      <w:r>
        <w:rPr>
          <w:b/>
        </w:rPr>
        <w:t xml:space="preserve">[30:49] </w:t>
      </w:r>
      <w:r>
        <w:t>dawat ke line mein bhi "Madhu is always right" .</w:t>
      </w:r>
    </w:p>
    <w:p>
      <w:pPr>
        <w:jc w:val="right"/>
      </w:pPr>
      <w:r>
        <w:t>دعوت کے line میں بھی "Madhu is always right" ۔</w:t>
      </w:r>
    </w:p>
    <w:p>
      <w:r>
        <w:rPr>
          <w:b/>
        </w:rPr>
        <w:t xml:space="preserve">[30:54] </w:t>
      </w:r>
      <w:r>
        <w:t>yahan bhi yahi hai.</w:t>
      </w:r>
    </w:p>
    <w:p>
      <w:pPr>
        <w:jc w:val="right"/>
      </w:pPr>
      <w:r>
        <w:t>یہاں بھی یہی ہے۔</w:t>
      </w:r>
    </w:p>
    <w:p>
      <w:r>
        <w:rPr>
          <w:b/>
        </w:rPr>
        <w:t xml:space="preserve">[31:00] </w:t>
      </w:r>
      <w:r>
        <w:t>lekin mein isko extend karta hoon.</w:t>
      </w:r>
    </w:p>
    <w:p>
      <w:pPr>
        <w:jc w:val="right"/>
      </w:pPr>
      <w:r>
        <w:t>لیکن میں اس کو extend کرتا ہوں۔</w:t>
      </w:r>
    </w:p>
    <w:p>
      <w:r>
        <w:rPr>
          <w:b/>
        </w:rPr>
        <w:t xml:space="preserve">[31:05] </w:t>
      </w:r>
      <w:r>
        <w:t>extend kar ke kehta hoon ke yahi jagah har jagah, har jagah, har jagah. har jagah.</w:t>
      </w:r>
    </w:p>
    <w:p>
      <w:pPr>
        <w:jc w:val="right"/>
      </w:pPr>
      <w:r>
        <w:t>Extend کر کے کہتا ہوں کہ یہی جگہ ہر جگہ، ہر جگہ، ہر جگہ۔ ہر جگہ۔</w:t>
      </w:r>
    </w:p>
    <w:p>
      <w:r>
        <w:rPr>
          <w:b/>
        </w:rPr>
        <w:t xml:space="preserve">[31:11] </w:t>
      </w:r>
      <w:r>
        <w:t>yahan tak ke mein subah maine aik sahib se kaha to woh thora, unko ajeeb sa laga.</w:t>
      </w:r>
    </w:p>
    <w:p>
      <w:pPr>
        <w:jc w:val="right"/>
      </w:pPr>
      <w:r>
        <w:t>یہاں تک کہ میں صبح میں نے ایک صاحب سے کہا تو وہ تھوڑا، ان کو عجیب سا لگا۔</w:t>
      </w:r>
    </w:p>
    <w:p>
      <w:r>
        <w:rPr>
          <w:b/>
        </w:rPr>
        <w:t xml:space="preserve">[31:16] </w:t>
      </w:r>
      <w:r>
        <w:t>maine kaha "Wife is always right" .</w:t>
      </w:r>
    </w:p>
    <w:p>
      <w:pPr>
        <w:jc w:val="right"/>
      </w:pPr>
      <w:r>
        <w:t>میں نے کہا "Wife is always right" ۔</w:t>
      </w:r>
    </w:p>
    <w:p>
      <w:r>
        <w:rPr>
          <w:b/>
        </w:rPr>
        <w:t xml:space="preserve">[31:22] </w:t>
      </w:r>
      <w:r>
        <w:t>"Wife ko aap boss bana lijiyay, baat khatam ho jati hai".</w:t>
      </w:r>
    </w:p>
    <w:p>
      <w:pPr>
        <w:jc w:val="right"/>
      </w:pPr>
      <w:r>
        <w:t>"Wife کو آپ باس بنا لیجیے، بات ختم ہو جاتی ہے"۔</w:t>
      </w:r>
    </w:p>
    <w:p>
      <w:r>
        <w:rPr>
          <w:b/>
        </w:rPr>
        <w:t xml:space="preserve">[31:27] </w:t>
      </w:r>
      <w:r>
        <w:t>aik sahib se baat ho rahi thi to unhonay kaha simple formula hai married life ko present</w:t>
      </w:r>
    </w:p>
    <w:p>
      <w:pPr>
        <w:jc w:val="right"/>
      </w:pPr>
      <w:r>
        <w:t>ایک صاحب سے بات ہو رہی تھی تو انہوں نے کہا simple فارمولا ہے married life کو present</w:t>
      </w:r>
    </w:p>
    <w:p>
      <w:r>
        <w:rPr>
          <w:b/>
        </w:rPr>
        <w:t xml:space="preserve">[31:32] </w:t>
      </w:r>
      <w:r>
        <w:t>life bananay ka.</w:t>
      </w:r>
    </w:p>
    <w:p>
      <w:pPr>
        <w:jc w:val="right"/>
      </w:pPr>
      <w:r>
        <w:t>life بنانے کا۔</w:t>
      </w:r>
    </w:p>
    <w:p>
      <w:r>
        <w:rPr>
          <w:b/>
        </w:rPr>
        <w:t xml:space="preserve">[31:38] </w:t>
      </w:r>
      <w:r>
        <w:t>married life ko present life bananay ka bilkul simple formula hai.</w:t>
      </w:r>
    </w:p>
    <w:p>
      <w:pPr>
        <w:jc w:val="right"/>
      </w:pPr>
      <w:r>
        <w:t>Married life کو present life بنانے کا بالکل simple فارمولا ہے۔</w:t>
      </w:r>
    </w:p>
    <w:p>
      <w:r>
        <w:rPr>
          <w:b/>
        </w:rPr>
        <w:t xml:space="preserve">[31:43] </w:t>
      </w:r>
      <w:r>
        <w:t>auratain hoti hain emotional to woh to boss bana nahi payengi.</w:t>
      </w:r>
    </w:p>
    <w:p>
      <w:pPr>
        <w:jc w:val="right"/>
      </w:pPr>
      <w:r>
        <w:t>عورتیں ہوتی ہیں emotional تو وہ تو باس بنا نہیں پائیں گی۔</w:t>
      </w:r>
    </w:p>
    <w:p>
      <w:r>
        <w:rPr>
          <w:b/>
        </w:rPr>
        <w:t xml:space="preserve">[31:49] </w:t>
      </w:r>
      <w:r>
        <w:t>mard aql se soch pata hai.</w:t>
      </w:r>
    </w:p>
    <w:p>
      <w:pPr>
        <w:jc w:val="right"/>
      </w:pPr>
      <w:r>
        <w:t>مرد عقل سے سوچ پاتا ہے۔</w:t>
      </w:r>
    </w:p>
    <w:p>
      <w:r>
        <w:rPr>
          <w:b/>
        </w:rPr>
        <w:t xml:space="preserve">[31:54] </w:t>
      </w:r>
      <w:r>
        <w:t>to mard ko chahiye ke woh initiative lay.</w:t>
      </w:r>
    </w:p>
    <w:p>
      <w:pPr>
        <w:jc w:val="right"/>
      </w:pPr>
      <w:r>
        <w:t>تو مرد کو چاہیے کہ وہ initiative لے۔</w:t>
      </w:r>
    </w:p>
    <w:p>
      <w:r>
        <w:rPr>
          <w:b/>
        </w:rPr>
        <w:t xml:space="preserve">[32:00] </w:t>
      </w:r>
      <w:r>
        <w:t>woh pehal karay.</w:t>
      </w:r>
    </w:p>
    <w:p>
      <w:pPr>
        <w:jc w:val="right"/>
      </w:pPr>
      <w:r>
        <w:t>وہ پہل کرے۔</w:t>
      </w:r>
    </w:p>
    <w:p>
      <w:r>
        <w:rPr>
          <w:b/>
        </w:rPr>
        <w:t xml:space="preserve">[32:05] </w:t>
      </w:r>
      <w:r>
        <w:t>woh kahay ke bhai chalo tum hi, tum hi boss ho.</w:t>
      </w:r>
    </w:p>
    <w:p>
      <w:pPr>
        <w:jc w:val="right"/>
      </w:pPr>
      <w:r>
        <w:t>وہ کہے کہ بھئی چلو تم ہی، تم ہی باس ہو۔</w:t>
      </w:r>
    </w:p>
    <w:p>
      <w:r>
        <w:rPr>
          <w:b/>
        </w:rPr>
        <w:t xml:space="preserve">[32:11] </w:t>
      </w:r>
      <w:r>
        <w:t>to mein nay kaha best formula jo hai "Wife is always right" .</w:t>
      </w:r>
    </w:p>
    <w:p>
      <w:pPr>
        <w:jc w:val="right"/>
      </w:pPr>
      <w:r>
        <w:t>تو میں نے کہا best فارمولا جو ہے "Wife is always right" ۔</w:t>
      </w:r>
    </w:p>
    <w:p>
      <w:r>
        <w:rPr>
          <w:b/>
        </w:rPr>
        <w:t xml:space="preserve">[32:16] </w:t>
      </w:r>
      <w:r>
        <w:t>aksar logon ko kehta hoon mein, mardon se, mardon se kehta hoon jo jhagray batatay hain na, meri</w:t>
      </w:r>
    </w:p>
    <w:p>
      <w:pPr>
        <w:jc w:val="right"/>
      </w:pPr>
      <w:r>
        <w:t>اکثر لوگوں کو کہتا ہوں میں، مردوں سے، مردوں سے کہتا ہوں جو جھگڑے بتاتے ہیں نا، میری</w:t>
      </w:r>
    </w:p>
    <w:p>
      <w:r>
        <w:rPr>
          <w:b/>
        </w:rPr>
        <w:t xml:space="preserve">[32:21] </w:t>
      </w:r>
      <w:r>
        <w:t>biwi aisi, meri biwi aisi, maine kaha kuch nahi.</w:t>
      </w:r>
    </w:p>
    <w:p>
      <w:pPr>
        <w:jc w:val="right"/>
      </w:pPr>
      <w:r>
        <w:t>بیوی ایسی، میری بیوی ایسی، میں نے کہا کچھ نہیں۔</w:t>
      </w:r>
    </w:p>
    <w:p>
      <w:r>
        <w:rPr>
          <w:b/>
        </w:rPr>
        <w:t xml:space="preserve">[32:27] </w:t>
      </w:r>
      <w:r>
        <w:t>biwi ko aap boss bana lijie, boss.</w:t>
      </w:r>
    </w:p>
    <w:p>
      <w:pPr>
        <w:jc w:val="right"/>
      </w:pPr>
      <w:r>
        <w:t>بیوی کو آپ باس بنا لیجیے، باس۔</w:t>
      </w:r>
    </w:p>
    <w:p>
      <w:r>
        <w:rPr>
          <w:b/>
        </w:rPr>
        <w:t xml:space="preserve">[32:32] </w:t>
      </w:r>
      <w:r>
        <w:t>sara jhagda khatam.</w:t>
      </w:r>
    </w:p>
    <w:p>
      <w:pPr>
        <w:jc w:val="right"/>
      </w:pPr>
      <w:r>
        <w:t>سارا جھگڑا ختم۔</w:t>
      </w:r>
    </w:p>
    <w:p>
      <w:r>
        <w:rPr>
          <w:b/>
        </w:rPr>
        <w:t xml:space="preserve">[32:38] </w:t>
      </w:r>
      <w:r>
        <w:t>to yeh saada baat nahi hai dekhiye.</w:t>
      </w:r>
    </w:p>
    <w:p>
      <w:pPr>
        <w:jc w:val="right"/>
      </w:pPr>
      <w:r>
        <w:t>تو یہ سادہ بات نہیں ہے دیکھیے۔</w:t>
      </w:r>
    </w:p>
    <w:p>
      <w:r>
        <w:rPr>
          <w:b/>
        </w:rPr>
        <w:t xml:space="preserve">[32:43] </w:t>
      </w:r>
      <w:r>
        <w:t>biwi ko boss banate hi kya hota hai? aap ko ek bahut hi bara faida milta hai.</w:t>
      </w:r>
    </w:p>
    <w:p>
      <w:pPr>
        <w:jc w:val="right"/>
      </w:pPr>
      <w:r>
        <w:t>بیوی کو باس بناتے ہی کیا ہوتا ہے؟ آپ کو ایک بہت ہی بڑا فائدہ ملتا ہے۔</w:t>
      </w:r>
    </w:p>
    <w:p>
      <w:r>
        <w:rPr>
          <w:b/>
        </w:rPr>
        <w:t xml:space="preserve">[32:49] </w:t>
      </w:r>
      <w:r>
        <w:t>wo high thinking ka faida.</w:t>
      </w:r>
    </w:p>
    <w:p>
      <w:pPr>
        <w:jc w:val="right"/>
      </w:pPr>
      <w:r>
        <w:t>وہ high thinking کا فائدہ۔</w:t>
      </w:r>
    </w:p>
    <w:p>
      <w:r>
        <w:rPr>
          <w:b/>
        </w:rPr>
        <w:t xml:space="preserve">[32:54] </w:t>
      </w:r>
      <w:r>
        <w:t>nahi to ghar mein aap aaye, ab biwi ne yeh keh diya, biwi ne wo keh diya, aap</w:t>
      </w:r>
    </w:p>
    <w:p>
      <w:pPr>
        <w:jc w:val="right"/>
      </w:pPr>
      <w:r>
        <w:t>نہیں تو گھر میں آپ آئے، اب بیوی نے یہ کہہ دیا، بیوی نے وہ کہہ دیا، آپ</w:t>
      </w:r>
    </w:p>
    <w:p>
      <w:r>
        <w:rPr>
          <w:b/>
        </w:rPr>
        <w:t xml:space="preserve">[32:59] </w:t>
      </w:r>
      <w:r>
        <w:t>yeh keh diya, aap wo keh diya, ab aapas mein lad rahe hain dono.</w:t>
      </w:r>
    </w:p>
    <w:p>
      <w:pPr>
        <w:jc w:val="right"/>
      </w:pPr>
      <w:r>
        <w:t>یہ کہہ دیا، آپ وہ کہہ دیا، اب آپس میں لڑ رہے ہیں دونوں۔</w:t>
      </w:r>
    </w:p>
    <w:p>
      <w:r>
        <w:rPr>
          <w:b/>
        </w:rPr>
        <w:t xml:space="preserve">[33:05] </w:t>
      </w:r>
      <w:r>
        <w:t>yeh nahi chalega, wo nahi chalega, wo kahe yeh nahi chalega, wo nahi chalega.</w:t>
      </w:r>
    </w:p>
    <w:p>
      <w:pPr>
        <w:jc w:val="right"/>
      </w:pPr>
      <w:r>
        <w:t>یہ نہیں چلے گا، وہ نہیں چلے گا، وہ کہے یہ نہیں چلے گا، وہ نہیں چلے گا۔</w:t>
      </w:r>
    </w:p>
    <w:p>
      <w:r>
        <w:rPr>
          <w:b/>
        </w:rPr>
        <w:t xml:space="preserve">[33:10] </w:t>
      </w:r>
      <w:r>
        <w:t>to biwi ke dimagh mein aaya ke mera shohar galat hai.</w:t>
      </w:r>
    </w:p>
    <w:p>
      <w:pPr>
        <w:jc w:val="right"/>
      </w:pPr>
      <w:r>
        <w:t>تو بیوی کے دماغ میں آیا کہ میرا شوہر غلط ہے۔</w:t>
      </w:r>
    </w:p>
    <w:p>
      <w:r>
        <w:rPr>
          <w:b/>
        </w:rPr>
        <w:t xml:space="preserve">[33:16] </w:t>
      </w:r>
      <w:r>
        <w:t>shohar ke dimagh mein aaya ke meri biwi galat hai.</w:t>
      </w:r>
    </w:p>
    <w:p>
      <w:pPr>
        <w:jc w:val="right"/>
      </w:pPr>
      <w:r>
        <w:t>شوہر کے دماغ میں آیا کہ میری بیوی غلط ہے۔</w:t>
      </w:r>
    </w:p>
    <w:p>
      <w:r>
        <w:rPr>
          <w:b/>
        </w:rPr>
        <w:t xml:space="preserve">[33:21] </w:t>
      </w:r>
      <w:r>
        <w:t>ab dono complaint mein jee rahe hain.</w:t>
      </w:r>
    </w:p>
    <w:p>
      <w:pPr>
        <w:jc w:val="right"/>
      </w:pPr>
      <w:r>
        <w:t>اب دونوں complaint میں جی رہے ہیں۔</w:t>
      </w:r>
    </w:p>
    <w:p>
      <w:r>
        <w:rPr>
          <w:b/>
        </w:rPr>
        <w:t xml:space="preserve">[33:27] </w:t>
      </w:r>
      <w:r>
        <w:t>lekin agar aap sabr kar lein, Bossism ke principle ko apna lein to kya hoga? Instantly you elevate</w:t>
      </w:r>
    </w:p>
    <w:p>
      <w:pPr>
        <w:jc w:val="right"/>
      </w:pPr>
      <w:r>
        <w:t>لیکن اگر آپ صبر کر لیں، Bossism کے principle کو اپنا لیں تو کیا ہوگا؟ Instantly you elevate</w:t>
      </w:r>
    </w:p>
    <w:p>
      <w:r>
        <w:rPr>
          <w:b/>
        </w:rPr>
        <w:t xml:space="preserve">[33:32] </w:t>
      </w:r>
      <w:r>
        <w:t>yourself from all those negative items .</w:t>
      </w:r>
    </w:p>
    <w:p>
      <w:pPr>
        <w:jc w:val="right"/>
      </w:pPr>
      <w:r>
        <w:t>yourself from all those negative items ۔</w:t>
      </w:r>
    </w:p>
    <w:p>
      <w:r>
        <w:rPr>
          <w:b/>
        </w:rPr>
        <w:t xml:space="preserve">[33:38] </w:t>
      </w:r>
      <w:r>
        <w:t>upar chale aate hain, upar chale aate hain.</w:t>
      </w:r>
    </w:p>
    <w:p>
      <w:pPr>
        <w:jc w:val="right"/>
      </w:pPr>
      <w:r>
        <w:t>اوپر چلے آتے ہیں، اوپر چلے آتے ہیں۔</w:t>
      </w:r>
    </w:p>
    <w:p>
      <w:r>
        <w:rPr>
          <w:b/>
        </w:rPr>
        <w:t xml:space="preserve">[33:43] </w:t>
      </w:r>
      <w:r>
        <w:t>jaise ek martaba main hawai jahaz mein urr raha tha to achaanak khayal aaya ke jahaz ke neeche</w:t>
      </w:r>
    </w:p>
    <w:p>
      <w:pPr>
        <w:jc w:val="right"/>
      </w:pPr>
      <w:r>
        <w:t>جیسے ایک مرتبہ میں ہوائی جہاز میں اڑ رہا تھا تو اچانک خیال آیا کہ جہاز کے نیچے</w:t>
      </w:r>
    </w:p>
    <w:p>
      <w:r>
        <w:rPr>
          <w:b/>
        </w:rPr>
        <w:t xml:space="preserve">[33:48] </w:t>
      </w:r>
      <w:r>
        <w:t>sari bastiyan hain, road hai, yeh hai, wo hai, zahir hai lekin wahan kuch dikhai nahi deta.</w:t>
      </w:r>
    </w:p>
    <w:p>
      <w:pPr>
        <w:jc w:val="right"/>
      </w:pPr>
      <w:r>
        <w:t>ساری بستیاں ہیں، road ہے، یہ ہے، وہ ہے، ظاہر ہے لیکن وہاں کچھ دکھائی نہیں دیتا۔</w:t>
      </w:r>
    </w:p>
    <w:p>
      <w:r>
        <w:rPr>
          <w:b/>
        </w:rPr>
        <w:t xml:space="preserve">[33:54] </w:t>
      </w:r>
      <w:r>
        <w:t>paintis hazar foot ki bulandi par jo jahaz pahunch jata hai to neeche kuch dikhai nahi deta.</w:t>
      </w:r>
    </w:p>
    <w:p>
      <w:pPr>
        <w:jc w:val="right"/>
      </w:pPr>
      <w:r>
        <w:t>پینتیس ہزار فٹ کی بلندی پر جو جہاز پہنچ جاتا ہے تو نیچے کچھ دکھائی نہیں دیتا۔</w:t>
      </w:r>
    </w:p>
    <w:p>
      <w:r>
        <w:rPr>
          <w:b/>
        </w:rPr>
        <w:t xml:space="preserve">[33:59] </w:t>
      </w:r>
      <w:r>
        <w:t>ab neeche hindu hai, musalman hai, jhagda hai, fasad hai, yeh hai, wo hai, wahan kuch dikhai nahi deta.</w:t>
      </w:r>
    </w:p>
    <w:p>
      <w:pPr>
        <w:jc w:val="right"/>
      </w:pPr>
      <w:r>
        <w:t>اب نیچے ہندو ہے، مسلمان ہے، جھگڑا ہے، فساد ہے، یہ ہے، وہ ہے، وہاں کچھ دکھائی نہیں دیتا۔</w:t>
      </w:r>
    </w:p>
    <w:p>
      <w:r>
        <w:rPr>
          <w:b/>
        </w:rPr>
        <w:t xml:space="preserve">[34:05] </w:t>
      </w:r>
      <w:r>
        <w:t>wahan na aayodhya dikhai deti hai, na falasteen dikhai deta, na kashmir dikhai deta.</w:t>
      </w:r>
    </w:p>
    <w:p>
      <w:pPr>
        <w:jc w:val="right"/>
      </w:pPr>
      <w:r>
        <w:t>وہاں نہ اےودیہ دکھائی دیتی ہے، نہ فلسطین دکھائی دیتا، نہ کشمیر دکھائی دیتا۔</w:t>
      </w:r>
    </w:p>
    <w:p>
      <w:r>
        <w:rPr>
          <w:b/>
        </w:rPr>
        <w:t xml:space="preserve">[34:10] </w:t>
      </w:r>
      <w:r>
        <w:t>to maine kaha ke yahi hai high thinking.</w:t>
      </w:r>
    </w:p>
    <w:p>
      <w:pPr>
        <w:jc w:val="right"/>
      </w:pPr>
      <w:r>
        <w:t>تو میں نے کہا کہ یہی ہے high thinking۔</w:t>
      </w:r>
    </w:p>
    <w:p>
      <w:r>
        <w:rPr>
          <w:b/>
        </w:rPr>
        <w:t xml:space="preserve">[34:16] </w:t>
      </w:r>
      <w:r>
        <w:t>You have to attain high level of thinking.</w:t>
      </w:r>
    </w:p>
    <w:p>
      <w:pPr>
        <w:jc w:val="right"/>
      </w:pPr>
      <w:r>
        <w:t>You have to attain high level of thinking.</w:t>
      </w:r>
    </w:p>
    <w:p>
      <w:r>
        <w:rPr>
          <w:b/>
        </w:rPr>
        <w:t xml:space="preserve">[34:21] </w:t>
      </w:r>
      <w:r>
        <w:t>That is sabr.</w:t>
      </w:r>
    </w:p>
    <w:p>
      <w:pPr>
        <w:jc w:val="right"/>
      </w:pPr>
      <w:r>
        <w:t>That is صبر.</w:t>
      </w:r>
    </w:p>
    <w:p>
      <w:r>
        <w:rPr>
          <w:b/>
        </w:rPr>
        <w:t xml:space="preserve">[34:27] </w:t>
      </w:r>
      <w:r>
        <w:t>That is patience.</w:t>
      </w:r>
    </w:p>
    <w:p>
      <w:pPr>
        <w:jc w:val="right"/>
      </w:pPr>
      <w:r>
        <w:t>That is patience.</w:t>
      </w:r>
    </w:p>
    <w:p>
      <w:r>
        <w:rPr>
          <w:b/>
        </w:rPr>
        <w:t xml:space="preserve">[34:32] </w:t>
      </w:r>
      <w:r>
        <w:t>to kya hota hai? aap ki soch jo hai wo ho jati hai, universal soch ban jati hai.</w:t>
      </w:r>
    </w:p>
    <w:p>
      <w:pPr>
        <w:jc w:val="right"/>
      </w:pPr>
      <w:r>
        <w:t>تو کیا ہوتا ہے؟ آپ کی سوچ جو ہے وہ ہو جاتی ہے، universal سوچ بن جاتی ہے۔</w:t>
      </w:r>
    </w:p>
    <w:p>
      <w:r>
        <w:rPr>
          <w:b/>
        </w:rPr>
        <w:t xml:space="preserve">[34:38] </w:t>
      </w:r>
      <w:r>
        <w:t>phir positive mind banta hai, intellectual development hota hai.</w:t>
      </w:r>
    </w:p>
    <w:p>
      <w:pPr>
        <w:jc w:val="right"/>
      </w:pPr>
      <w:r>
        <w:t>پھر positive mind بنتا ہے، intellectual development ہوتا ہے۔</w:t>
      </w:r>
    </w:p>
    <w:p>
      <w:r>
        <w:rPr>
          <w:b/>
        </w:rPr>
        <w:t xml:space="preserve">[34:43] </w:t>
      </w:r>
      <w:r>
        <w:t>aise log wise aadmi bante hain.</w:t>
      </w:r>
    </w:p>
    <w:p>
      <w:pPr>
        <w:jc w:val="right"/>
      </w:pPr>
      <w:r>
        <w:t>ایسے لوگ wise آدمی بنتے ہیں۔</w:t>
      </w:r>
    </w:p>
    <w:p>
      <w:r>
        <w:rPr>
          <w:b/>
        </w:rPr>
        <w:t xml:space="preserve">[34:49] </w:t>
      </w:r>
      <w:r>
        <w:t>to quran majeed mein jo usool bataya jo gaya hai ke al-sulhu khayrun.</w:t>
      </w:r>
    </w:p>
    <w:p>
      <w:pPr>
        <w:jc w:val="right"/>
      </w:pPr>
      <w:r>
        <w:t>تو قرآن مجید میں جو اصول بتایا جو گیا ہے کہ الصُّلْحُ خَيْرٌ ۔</w:t>
      </w:r>
    </w:p>
    <w:p>
      <w:r>
        <w:rPr>
          <w:b/>
        </w:rPr>
        <w:t xml:space="preserve">[34:54] </w:t>
      </w:r>
      <w:r>
        <w:t>Reconciliation is the best.</w:t>
      </w:r>
    </w:p>
    <w:p>
      <w:pPr>
        <w:jc w:val="right"/>
      </w:pPr>
      <w:r>
        <w:t>Reconciliation is the best.</w:t>
      </w:r>
    </w:p>
    <w:p>
      <w:r>
        <w:rPr>
          <w:b/>
        </w:rPr>
        <w:t xml:space="preserve">[35:00] </w:t>
      </w:r>
      <w:r>
        <w:t>to yeh, yeh, yeh bilkul ek samajhiye ke ek religious principle nahi hai, sirf ek moral principle nahi hai.</w:t>
      </w:r>
    </w:p>
    <w:p>
      <w:pPr>
        <w:jc w:val="right"/>
      </w:pPr>
      <w:r>
        <w:t>تو یہ، یہ، یہ بالکل ایک سمجھئے کہ ایک religious principle نہیں ہے، صرف ایک moral principle نہیں ہے۔</w:t>
      </w:r>
    </w:p>
    <w:p>
      <w:r>
        <w:rPr>
          <w:b/>
        </w:rPr>
        <w:t xml:space="preserve">[35:05] </w:t>
      </w:r>
      <w:r>
        <w:t>yeh bohat bara art hai.</w:t>
      </w:r>
    </w:p>
    <w:p>
      <w:pPr>
        <w:jc w:val="right"/>
      </w:pPr>
      <w:r>
        <w:t>یہ بہت بڑا art ہے۔</w:t>
      </w:r>
    </w:p>
    <w:p>
      <w:r>
        <w:rPr>
          <w:b/>
        </w:rPr>
        <w:t xml:space="preserve">[35:10] </w:t>
      </w:r>
      <w:r>
        <w:t>Art of high thinking.</w:t>
      </w:r>
    </w:p>
    <w:p>
      <w:pPr>
        <w:jc w:val="right"/>
      </w:pPr>
      <w:r>
        <w:t>Art of high thinking.</w:t>
      </w:r>
    </w:p>
    <w:p>
      <w:r>
        <w:rPr>
          <w:b/>
        </w:rPr>
        <w:t xml:space="preserve">[35:16] </w:t>
      </w:r>
      <w:r>
        <w:t>sabr means art of high thinking.</w:t>
      </w:r>
    </w:p>
    <w:p>
      <w:pPr>
        <w:jc w:val="right"/>
      </w:pPr>
      <w:r>
        <w:t>صبر means art of high thinking.</w:t>
      </w:r>
    </w:p>
    <w:p>
      <w:r>
        <w:rPr>
          <w:b/>
        </w:rPr>
        <w:t xml:space="preserve">[35:21] </w:t>
      </w:r>
      <w:r>
        <w:t>baghair sabr ke high thinking nahi aa sakti.</w:t>
      </w:r>
    </w:p>
    <w:p>
      <w:pPr>
        <w:jc w:val="right"/>
      </w:pPr>
      <w:r>
        <w:t>بغیر صبر کے high thinking نہیں آ سکتی۔</w:t>
      </w:r>
    </w:p>
    <w:p>
      <w:r>
        <w:rPr>
          <w:b/>
        </w:rPr>
        <w:t xml:space="preserve">[35:27] </w:t>
      </w:r>
      <w:r>
        <w:t>kyunke aap phanse rahenge, phanse rahenge, phanse rahenge.</w:t>
      </w:r>
    </w:p>
    <w:p>
      <w:pPr>
        <w:jc w:val="right"/>
      </w:pPr>
      <w:r>
        <w:t>کیونکہ آپ پھنسے رہیں گے، پھنسے رہیں گے، پھنسے رہیں گے۔</w:t>
      </w:r>
    </w:p>
    <w:p>
      <w:r>
        <w:rPr>
          <w:b/>
        </w:rPr>
        <w:t xml:space="preserve">[35:32] </w:t>
      </w:r>
      <w:r>
        <w:t>choti si baat hai.</w:t>
      </w:r>
    </w:p>
    <w:p>
      <w:pPr>
        <w:jc w:val="right"/>
      </w:pPr>
      <w:r>
        <w:t>چھوٹی سی بات ہے۔</w:t>
      </w:r>
    </w:p>
    <w:p>
      <w:r>
        <w:rPr>
          <w:b/>
        </w:rPr>
        <w:t xml:space="preserve">[35:37] </w:t>
      </w:r>
      <w:r>
        <w:t>woh high thinking kahan se aayegi? to zindagi jo hai bohat zyada soch samajh kar guzarnay ki cheez hai.</w:t>
      </w:r>
    </w:p>
    <w:p>
      <w:pPr>
        <w:jc w:val="right"/>
      </w:pPr>
      <w:r>
        <w:t>وہ high thinking کہاں سے آئے گی؟ تو زندگی جو ہے بہت زیادہ سوچ سمجھ کر گزارنے کی چیز ہے۔</w:t>
      </w:r>
    </w:p>
    <w:p>
      <w:r>
        <w:rPr>
          <w:b/>
        </w:rPr>
        <w:t xml:space="preserve">[35:43] </w:t>
      </w:r>
      <w:r>
        <w:t>bohat zyada soch samajh kar guzarnay ki cheez hai.</w:t>
      </w:r>
    </w:p>
    <w:p>
      <w:pPr>
        <w:jc w:val="right"/>
      </w:pPr>
      <w:r>
        <w:t>بہت زیادہ سوچ سمجھ کر گزارنے کی چیز ہے۔</w:t>
      </w:r>
    </w:p>
    <w:p>
      <w:r>
        <w:rPr>
          <w:b/>
        </w:rPr>
        <w:t xml:space="preserve">[35:48] </w:t>
      </w:r>
      <w:r>
        <w:t>log jeete hain reaction mein to sochein kaise? jis ko dekhein woh reaction mein jeeta hai.</w:t>
      </w:r>
    </w:p>
    <w:p>
      <w:pPr>
        <w:jc w:val="right"/>
      </w:pPr>
      <w:r>
        <w:t>لوگ جیتے ہیں reaction میں تو سوچیں کیسے؟ جس کو دیکھیں وہ reaction میں جیتا ہے۔</w:t>
      </w:r>
    </w:p>
    <w:p>
      <w:r>
        <w:rPr>
          <w:b/>
        </w:rPr>
        <w:t xml:space="preserve">[35:54] </w:t>
      </w:r>
      <w:r>
        <w:t>ab dekhiye aaj kal burning issue kya hai? poochein kisi se aap, koi kahega woh niwaar mein</w:t>
      </w:r>
    </w:p>
    <w:p>
      <w:pPr>
        <w:jc w:val="right"/>
      </w:pPr>
      <w:r>
        <w:t>اب دیکھیے آج کل burning issue کیا ہے؟ پوچھیں کسی سے آپ، کوئی کہے گا وہ نیوار میں</w:t>
      </w:r>
    </w:p>
    <w:p>
      <w:r>
        <w:rPr>
          <w:b/>
        </w:rPr>
        <w:t xml:space="preserve">[35:59] </w:t>
      </w:r>
      <w:r>
        <w:t>quran jalaya ja raha hai, woh burning issue hai.</w:t>
      </w:r>
    </w:p>
    <w:p>
      <w:pPr>
        <w:jc w:val="right"/>
      </w:pPr>
      <w:r>
        <w:t>قرآن جلایا جا رہا ہے، وہ burning issue ہے۔</w:t>
      </w:r>
    </w:p>
    <w:p>
      <w:r>
        <w:rPr>
          <w:b/>
        </w:rPr>
        <w:t xml:space="preserve">[36:04] </w:t>
      </w:r>
      <w:r>
        <w:t>koi kahega falasteen mein israel bomb maar raha hai, woh burning issue hai.</w:t>
      </w:r>
    </w:p>
    <w:p>
      <w:pPr>
        <w:jc w:val="right"/>
      </w:pPr>
      <w:r>
        <w:t>کوئی کہے گا فلسطین میں اسرائیل بم مار رہا ہے، وہ burning issue ہے۔</w:t>
      </w:r>
    </w:p>
    <w:p>
      <w:r>
        <w:rPr>
          <w:b/>
        </w:rPr>
        <w:t xml:space="preserve">[36:10] </w:t>
      </w:r>
      <w:r>
        <w:t>koi kahega ke kashmir mein stone pelting ho rahi hai, idhar se idhar se gun chal rahe</w:t>
      </w:r>
    </w:p>
    <w:p>
      <w:pPr>
        <w:jc w:val="right"/>
      </w:pPr>
      <w:r>
        <w:t>کوئی کہے گا کہ کشمیر میں stone pelting ہو رہی ہے، ادھر سے ادھر سے gun چل رہے</w:t>
      </w:r>
    </w:p>
    <w:p>
      <w:r>
        <w:rPr>
          <w:b/>
        </w:rPr>
        <w:t xml:space="preserve">[36:15] </w:t>
      </w:r>
      <w:r>
        <w:t>hain, woh burning issue hai.</w:t>
      </w:r>
    </w:p>
    <w:p>
      <w:pPr>
        <w:jc w:val="right"/>
      </w:pPr>
      <w:r>
        <w:t>ہیں، وہ burning issue ہے۔</w:t>
      </w:r>
    </w:p>
    <w:p>
      <w:r>
        <w:rPr>
          <w:b/>
        </w:rPr>
        <w:t xml:space="preserve">[36:21] </w:t>
      </w:r>
      <w:r>
        <w:t>mein kahunga yeh sab kuch bhi nahi.</w:t>
      </w:r>
    </w:p>
    <w:p>
      <w:pPr>
        <w:jc w:val="right"/>
      </w:pPr>
      <w:r>
        <w:t>میں کہوں گا یہ سب کچھ بھی نہیں۔</w:t>
      </w:r>
    </w:p>
    <w:p>
      <w:r>
        <w:rPr>
          <w:b/>
        </w:rPr>
        <w:t xml:space="preserve">[36:26] </w:t>
      </w:r>
      <w:r>
        <w:t>yeh sab burning issue nahi.</w:t>
      </w:r>
    </w:p>
    <w:p>
      <w:pPr>
        <w:jc w:val="right"/>
      </w:pPr>
      <w:r>
        <w:t>یہ سب burning issue نہیں۔</w:t>
      </w:r>
    </w:p>
    <w:p>
      <w:r>
        <w:rPr>
          <w:b/>
        </w:rPr>
        <w:t xml:space="preserve">[36:31] </w:t>
      </w:r>
      <w:r>
        <w:t>Burning issue yeh hai ke log sabr ki value jante nahi.</w:t>
      </w:r>
    </w:p>
    <w:p>
      <w:pPr>
        <w:jc w:val="right"/>
      </w:pPr>
      <w:r>
        <w:t>Burning issue یہ ہے کہ لوگ صبر کی value جانتے نہیں۔</w:t>
      </w:r>
    </w:p>
    <w:p>
      <w:r>
        <w:rPr>
          <w:b/>
        </w:rPr>
        <w:t xml:space="preserve">[36:37] </w:t>
      </w:r>
      <w:r>
        <w:t>sabr ki value jante nahi.</w:t>
      </w:r>
    </w:p>
    <w:p>
      <w:pPr>
        <w:jc w:val="right"/>
      </w:pPr>
      <w:r>
        <w:t>صبر کی value جانتے نہیں۔</w:t>
      </w:r>
    </w:p>
    <w:p>
      <w:r>
        <w:rPr>
          <w:b/>
        </w:rPr>
        <w:t xml:space="preserve">[36:42] </w:t>
      </w:r>
      <w:r>
        <w:t>isi liye yeh sab masle hain.</w:t>
      </w:r>
    </w:p>
    <w:p>
      <w:pPr>
        <w:jc w:val="right"/>
      </w:pPr>
      <w:r>
        <w:t>اسی لیے یہ سب مسئلے ہیں۔</w:t>
      </w:r>
    </w:p>
    <w:p>
      <w:r>
        <w:rPr>
          <w:b/>
        </w:rPr>
        <w:t xml:space="preserve">[36:48] </w:t>
      </w:r>
      <w:r>
        <w:t>jaise falasteen ka masla kya hai? sab falasteen ka masla aap aaj ke lehaz se aap dekhte hain.</w:t>
      </w:r>
    </w:p>
    <w:p>
      <w:pPr>
        <w:jc w:val="right"/>
      </w:pPr>
      <w:r>
        <w:t>جیسے فلسطین کا مسئلہ کیا ہے؟ سب فلسطین کا مسئلہ آپ آج کے لحاظ سے آپ دیکھتے ہیں۔</w:t>
      </w:r>
    </w:p>
    <w:p>
      <w:r>
        <w:rPr>
          <w:b/>
        </w:rPr>
        <w:t xml:space="preserve">[36:53] </w:t>
      </w:r>
      <w:r>
        <w:t>aap nineteen forty-eight ke lehaz se dekhiye.</w:t>
      </w:r>
    </w:p>
    <w:p>
      <w:pPr>
        <w:jc w:val="right"/>
      </w:pPr>
      <w:r>
        <w:t>آپ nineteen forty-eight کے لحاظ سے دیکھیے۔</w:t>
      </w:r>
    </w:p>
    <w:p>
      <w:r>
        <w:rPr>
          <w:b/>
        </w:rPr>
        <w:t xml:space="preserve">[36:58] </w:t>
      </w:r>
      <w:r>
        <w:t>Nineteen forty-eight mein bal four verdict ke tehat falasteen ki partition ki gayi.</w:t>
      </w:r>
    </w:p>
    <w:p>
      <w:pPr>
        <w:jc w:val="right"/>
      </w:pPr>
      <w:r>
        <w:t>Nineteen forty-eight میں بال فور verdict کے تحت فلسطین کی partition کی گئی۔</w:t>
      </w:r>
    </w:p>
    <w:p>
      <w:r>
        <w:rPr>
          <w:b/>
        </w:rPr>
        <w:t xml:space="preserve">[37:04] </w:t>
      </w:r>
      <w:r>
        <w:t>Roughly aadha diya gaya Jews ko, aadha diya gaya Arabon ko.</w:t>
      </w:r>
    </w:p>
    <w:p>
      <w:pPr>
        <w:jc w:val="right"/>
      </w:pPr>
      <w:r>
        <w:t>Roughly آدھا دیا گیا Jews کو، آدھا دیا گیا عربوں کو۔</w:t>
      </w:r>
    </w:p>
    <w:p>
      <w:r>
        <w:rPr>
          <w:b/>
        </w:rPr>
        <w:t xml:space="preserve">[37:09] </w:t>
      </w:r>
      <w:r>
        <w:t>To wahan par agar, agar Arabon mein sabr ka hota, sabr ka matlab yeh hai high thinking hoti hai.</w:t>
      </w:r>
    </w:p>
    <w:p>
      <w:pPr>
        <w:jc w:val="right"/>
      </w:pPr>
      <w:r>
        <w:t>تو وہاں پر اگر، اگر عربوں میں صبر کا ہوتا، صبر کا معنی یہ ہے high thinking ہوتی ہے۔</w:t>
      </w:r>
    </w:p>
    <w:p>
      <w:r>
        <w:rPr>
          <w:b/>
        </w:rPr>
        <w:t xml:space="preserve">[37:15] </w:t>
      </w:r>
      <w:r>
        <w:t>To maan lete hain woh ke bhai badshahi to hai.</w:t>
      </w:r>
    </w:p>
    <w:p>
      <w:pPr>
        <w:jc w:val="right"/>
      </w:pPr>
      <w:r>
        <w:t>تو مان لیتے ہیں وہ کہ بھئی بادشاہی تو ہے۔</w:t>
      </w:r>
    </w:p>
    <w:p>
      <w:r>
        <w:rPr>
          <w:b/>
        </w:rPr>
        <w:t xml:space="preserve">[37:20] </w:t>
      </w:r>
      <w:r>
        <w:t>Aur best part hamein mil gaya hai.</w:t>
      </w:r>
    </w:p>
    <w:p>
      <w:pPr>
        <w:jc w:val="right"/>
      </w:pPr>
      <w:r>
        <w:t>اور best part ہمیں مل گیا ہے۔</w:t>
      </w:r>
    </w:p>
    <w:p>
      <w:r>
        <w:rPr>
          <w:b/>
        </w:rPr>
        <w:t xml:space="preserve">[37:25] </w:t>
      </w:r>
      <w:r>
        <w:t>Is partition mein falasteen ka best part Arabon ko mila tha.</w:t>
      </w:r>
    </w:p>
    <w:p>
      <w:pPr>
        <w:jc w:val="right"/>
      </w:pPr>
      <w:r>
        <w:t>اس partition میں فلسطین کا best part عربوں کو ملا تھا۔</w:t>
      </w:r>
    </w:p>
    <w:p>
      <w:r>
        <w:rPr>
          <w:b/>
        </w:rPr>
        <w:t xml:space="preserve">[37:31] </w:t>
      </w:r>
      <w:r>
        <w:t>Sara yerushalayim, sara aqsa, sara yani jo fertile area iska hai, woh sab unko mila tha.</w:t>
      </w:r>
    </w:p>
    <w:p>
      <w:pPr>
        <w:jc w:val="right"/>
      </w:pPr>
      <w:r>
        <w:t>سارا یروشلم، سارا اقصی، سارا یعنی جو fertile area اس کا ہے، وہ سب ان کو ملا تھا۔</w:t>
      </w:r>
    </w:p>
    <w:p>
      <w:r>
        <w:rPr>
          <w:b/>
        </w:rPr>
        <w:t xml:space="preserve">[37:36] </w:t>
      </w:r>
      <w:r>
        <w:t>Unko to zyada tar desert hi mila tha.</w:t>
      </w:r>
    </w:p>
    <w:p>
      <w:pPr>
        <w:jc w:val="right"/>
      </w:pPr>
      <w:r>
        <w:t>ان کو تو زیادہ تر desert ہی ملا تھا۔</w:t>
      </w:r>
    </w:p>
    <w:p>
      <w:r>
        <w:rPr>
          <w:b/>
        </w:rPr>
        <w:t xml:space="preserve">[37:42] </w:t>
      </w:r>
      <w:r>
        <w:t>To kehte hain yeh to best hai bhai.</w:t>
      </w:r>
    </w:p>
    <w:p>
      <w:pPr>
        <w:jc w:val="right"/>
      </w:pPr>
      <w:r>
        <w:t>تو کہتے ہیں یہ تو best ہے بھئی۔</w:t>
      </w:r>
    </w:p>
    <w:p>
      <w:r>
        <w:rPr>
          <w:b/>
        </w:rPr>
        <w:t xml:space="preserve">[37:47] </w:t>
      </w:r>
      <w:r>
        <w:t>Maan lo isko.</w:t>
      </w:r>
    </w:p>
    <w:p>
      <w:pPr>
        <w:jc w:val="right"/>
      </w:pPr>
      <w:r>
        <w:t>مان لو اس کو۔</w:t>
      </w:r>
    </w:p>
    <w:p>
      <w:r>
        <w:rPr>
          <w:b/>
        </w:rPr>
        <w:t xml:space="preserve">[37:52] </w:t>
      </w:r>
      <w:r>
        <w:t>Lekin high thinking thi nahi Arabon mein.</w:t>
      </w:r>
    </w:p>
    <w:p>
      <w:pPr>
        <w:jc w:val="right"/>
      </w:pPr>
      <w:r>
        <w:t>لیکن high thinking تھی نہیں عربوں میں۔</w:t>
      </w:r>
    </w:p>
    <w:p>
      <w:r>
        <w:rPr>
          <w:b/>
        </w:rPr>
        <w:t xml:space="preserve">[37:58] </w:t>
      </w:r>
      <w:r>
        <w:t>Woh reaction karna jante the.</w:t>
      </w:r>
    </w:p>
    <w:p>
      <w:pPr>
        <w:jc w:val="right"/>
      </w:pPr>
      <w:r>
        <w:t>وہ reaction کرنا جانتے تھے۔</w:t>
      </w:r>
    </w:p>
    <w:p>
      <w:r>
        <w:rPr>
          <w:b/>
        </w:rPr>
        <w:t xml:space="preserve">[38:03] </w:t>
      </w:r>
      <w:r>
        <w:t>Sare logon ki weakness kya hai? Ke woh sirf reaction karna jante hain. Bas.</w:t>
      </w:r>
    </w:p>
    <w:p>
      <w:pPr>
        <w:jc w:val="right"/>
      </w:pPr>
      <w:r>
        <w:t>سارے لوگوں کی weakness کیا ہے؟ کہ وہ صرف reaction کرنا جانتے ہیں۔ بس۔</w:t>
      </w:r>
    </w:p>
    <w:p>
      <w:r>
        <w:rPr>
          <w:b/>
        </w:rPr>
        <w:t xml:space="preserve">[38:09] </w:t>
      </w:r>
      <w:r>
        <w:t>Unhone yeh kyun keh diya? Unhone woh kyun keh diya? Yeh usi ko unhein pata hai.</w:t>
      </w:r>
    </w:p>
    <w:p>
      <w:pPr>
        <w:jc w:val="right"/>
      </w:pPr>
      <w:r>
        <w:t>انہوں نے یہ کیوں کہہ دیا؟ انہوں نے وہ کیوں کہہ دیا؟ یہ اسی کو انہیں پتہ ہے۔</w:t>
      </w:r>
    </w:p>
    <w:p>
      <w:r>
        <w:rPr>
          <w:b/>
        </w:rPr>
        <w:t xml:space="preserve">[38:14] </w:t>
      </w:r>
      <w:r>
        <w:t>To Arabon mein agar high thinking hoti, wisdom hoti.</w:t>
      </w:r>
    </w:p>
    <w:p>
      <w:pPr>
        <w:jc w:val="right"/>
      </w:pPr>
      <w:r>
        <w:t>تو عربوں میں اگر high thinking ہوتی، wisdom ہوتی۔</w:t>
      </w:r>
    </w:p>
    <w:p>
      <w:r>
        <w:rPr>
          <w:b/>
        </w:rPr>
        <w:t xml:space="preserve">[38:19] </w:t>
      </w:r>
      <w:r>
        <w:t>Kal parson ek, ek sahab ko theek ho raha tha to maine yeh baat unse kahi.</w:t>
      </w:r>
    </w:p>
    <w:p>
      <w:pPr>
        <w:jc w:val="right"/>
      </w:pPr>
      <w:r>
        <w:t>کل پرسوں ایک، ایک صاحب کو ٹھیک ہو رہا تھا تو میں نے یہ بات ان سے کہی۔</w:t>
      </w:r>
    </w:p>
    <w:p>
      <w:r>
        <w:rPr>
          <w:b/>
        </w:rPr>
        <w:t xml:space="preserve">[38:25] </w:t>
      </w:r>
      <w:r>
        <w:t>Unhone ek hadith sunai unko ke ataqoo firasat al-mumin fa innahu yundhiru bi noorillah.</w:t>
      </w:r>
    </w:p>
    <w:p>
      <w:pPr>
        <w:jc w:val="right"/>
      </w:pPr>
      <w:r>
        <w:t>انہوں نے ایک حدیث سنائی ان کو کہ اتقوا فراست المؤمن فإنه ينذر بنور الله ۔</w:t>
      </w:r>
    </w:p>
    <w:p>
      <w:r>
        <w:rPr>
          <w:b/>
        </w:rPr>
        <w:t xml:space="preserve">[38:30] </w:t>
      </w:r>
      <w:r>
        <w:t>Daro momin ki, ke wisdom se.</w:t>
      </w:r>
    </w:p>
    <w:p>
      <w:pPr>
        <w:jc w:val="right"/>
      </w:pPr>
      <w:r>
        <w:t>ڈرو مومن کی، کہ wisdom سے۔</w:t>
      </w:r>
    </w:p>
    <w:p>
      <w:r>
        <w:rPr>
          <w:b/>
        </w:rPr>
        <w:t xml:space="preserve">[38:36] </w:t>
      </w:r>
      <w:r>
        <w:t>Kyunke woh Khuda ki roshni mein dekhta hai.</w:t>
      </w:r>
    </w:p>
    <w:p>
      <w:pPr>
        <w:jc w:val="right"/>
      </w:pPr>
      <w:r>
        <w:t>کیونکہ وہ خدا کی روشنی میں دیکھتا ہے۔</w:t>
      </w:r>
    </w:p>
    <w:p>
      <w:r>
        <w:rPr>
          <w:b/>
        </w:rPr>
        <w:t xml:space="preserve">[38:41] </w:t>
      </w:r>
      <w:r>
        <w:t>Khuda ki roshni mein dekhta hai.</w:t>
      </w:r>
    </w:p>
    <w:p>
      <w:pPr>
        <w:jc w:val="right"/>
      </w:pPr>
      <w:r>
        <w:t>خدا کی روشنی میں دیکھتا ہے۔</w:t>
      </w:r>
    </w:p>
    <w:p>
      <w:r>
        <w:rPr>
          <w:b/>
        </w:rPr>
        <w:t xml:space="preserve">[38:47] </w:t>
      </w:r>
      <w:r>
        <w:t>Maine kaha ke agar Arabon ko Khuda ki roshni mein dekhna aata to saath baras se maare</w:t>
      </w:r>
    </w:p>
    <w:p>
      <w:pPr>
        <w:jc w:val="right"/>
      </w:pPr>
      <w:r>
        <w:t>میں نے کہا کہ اگر عربوں کو خدا کی روشنی میں دیکھنا آتا تو ساٹھ برس سے مارے</w:t>
      </w:r>
    </w:p>
    <w:p>
      <w:r>
        <w:rPr>
          <w:b/>
        </w:rPr>
        <w:t xml:space="preserve">[38:52] </w:t>
      </w:r>
      <w:r>
        <w:t>ja rahe hain, yeh hota aisa? Kashmiriyon ko agar Khuda ki roshni mein dekhna aata to saath baras</w:t>
      </w:r>
    </w:p>
    <w:p>
      <w:pPr>
        <w:jc w:val="right"/>
      </w:pPr>
      <w:r>
        <w:t>جا رہے ہیں، یہ ہوتا ایسا؟ کشمیریوں کو اگر خدا کی روشنی میں دیکھنا آتا تو ساٹھ برس</w:t>
      </w:r>
    </w:p>
    <w:p>
      <w:r>
        <w:rPr>
          <w:b/>
        </w:rPr>
        <w:t xml:space="preserve">[38:57] </w:t>
      </w:r>
      <w:r>
        <w:t>se maare ja rahe hain, aisa hota? Unko Khuda ki roshni mein dekhna aata nahi.</w:t>
      </w:r>
    </w:p>
    <w:p>
      <w:pPr>
        <w:jc w:val="right"/>
      </w:pPr>
      <w:r>
        <w:t>سے مارے جا رہے ہیں، ایسا ہوتا؟ ان کو خدا کی روشنی میں دیکھنا آتا نہیں۔</w:t>
      </w:r>
    </w:p>
    <w:p>
      <w:r>
        <w:rPr>
          <w:b/>
        </w:rPr>
        <w:t xml:space="preserve">[39:03] </w:t>
      </w:r>
      <w:r>
        <w:t>Khuda ki roshni mein dekhna kya hai? Patience ke sath cheezon par rai banana.</w:t>
      </w:r>
    </w:p>
    <w:p>
      <w:pPr>
        <w:jc w:val="right"/>
      </w:pPr>
      <w:r>
        <w:t>خدا کی روشنی میں دیکھنا کیا ہے؟ Patience کے ساتھ چیزوں پر رائے بنانا۔</w:t>
      </w:r>
    </w:p>
    <w:p>
      <w:r>
        <w:rPr>
          <w:b/>
        </w:rPr>
        <w:t xml:space="preserve">[39:08] </w:t>
      </w:r>
      <w:r>
        <w:t>jab koi cheez pesh aaye, koi cheez jaise falasteen mein partition hua forty-eight mein.</w:t>
      </w:r>
    </w:p>
    <w:p>
      <w:pPr>
        <w:jc w:val="right"/>
      </w:pPr>
      <w:r>
        <w:t>جب کوئی چیز پیش آئے، کوئی چیز جیسے فلسطین میں partition ہوا forty-eight میں۔</w:t>
      </w:r>
    </w:p>
    <w:p>
      <w:r>
        <w:rPr>
          <w:b/>
        </w:rPr>
        <w:t xml:space="preserve">[39:14] </w:t>
      </w:r>
      <w:r>
        <w:t>to arbon ko impatient ho kar ke aik dam sochna chahiye tha ke kya karna chahiye? koi emotion</w:t>
      </w:r>
    </w:p>
    <w:p>
      <w:pPr>
        <w:jc w:val="right"/>
      </w:pPr>
      <w:r>
        <w:t>تو عربوں کو impatient ہو کر کے ایک دم سوچنا چاہیے تھا کہ کیا کرنا چاہیے؟ کوئی emotion</w:t>
      </w:r>
    </w:p>
    <w:p>
      <w:r>
        <w:rPr>
          <w:b/>
        </w:rPr>
        <w:t xml:space="preserve">[39:19] </w:t>
      </w:r>
      <w:r>
        <w:t>nahi, koi jazba nahi, koi bharkao nahi, kuch nahi. Patiently.</w:t>
      </w:r>
    </w:p>
    <w:p>
      <w:pPr>
        <w:jc w:val="right"/>
      </w:pPr>
      <w:r>
        <w:t>نہیں، کوئی جذبہ نہیں، کوئی بھڑکاؤ نہیں، کچھ نہیں۔ Patiently۔</w:t>
      </w:r>
    </w:p>
    <w:p>
      <w:r>
        <w:rPr>
          <w:b/>
        </w:rPr>
        <w:t xml:space="preserve">[39:24] </w:t>
      </w:r>
      <w:r>
        <w:t>to wo kehte hain ke bhai to best partition hai ye.</w:t>
      </w:r>
    </w:p>
    <w:p>
      <w:pPr>
        <w:jc w:val="right"/>
      </w:pPr>
      <w:r>
        <w:t>تو وہ کہتے ہیں کہ بھئی تو best partition ہے یہ۔</w:t>
      </w:r>
    </w:p>
    <w:p>
      <w:r>
        <w:rPr>
          <w:b/>
        </w:rPr>
        <w:t xml:space="preserve">[39:30] </w:t>
      </w:r>
      <w:r>
        <w:t>yahudiyon ka bhi haq hai falasteen par.</w:t>
      </w:r>
    </w:p>
    <w:p>
      <w:pPr>
        <w:jc w:val="right"/>
      </w:pPr>
      <w:r>
        <w:t>یہودیوں کا بھی حق ہے فلسطین پر۔</w:t>
      </w:r>
    </w:p>
    <w:p>
      <w:r>
        <w:rPr>
          <w:b/>
        </w:rPr>
        <w:t xml:space="preserve">[39:35] </w:t>
      </w:r>
      <w:r>
        <w:t>quran mein hi likha hua hai yahudiyon ka haq hai falasteen par.</w:t>
      </w:r>
    </w:p>
    <w:p>
      <w:pPr>
        <w:jc w:val="right"/>
      </w:pPr>
      <w:r>
        <w:t>قرآن میں ہی لکھا ہوا ہے یہودیوں کا حق ہے فلسطین پر۔</w:t>
      </w:r>
    </w:p>
    <w:p>
      <w:r>
        <w:rPr>
          <w:b/>
        </w:rPr>
        <w:t xml:space="preserve">[39:41] </w:t>
      </w:r>
      <w:r>
        <w:t>yahudiyon ka falasteen par haq hai, khud quran ke mutabiq, bible ke mutabiq.</w:t>
      </w:r>
    </w:p>
    <w:p>
      <w:pPr>
        <w:jc w:val="right"/>
      </w:pPr>
      <w:r>
        <w:t>یہودیوں کا فلسطین پر حق ہے، خود قرآن کے مطابق، بائبل کے مطابق۔</w:t>
      </w:r>
    </w:p>
    <w:p>
      <w:r>
        <w:rPr>
          <w:b/>
        </w:rPr>
        <w:t xml:space="preserve">[39:46] </w:t>
      </w:r>
      <w:r>
        <w:t>yani quran mein wohi baat hai jo bible mein hai.</w:t>
      </w:r>
    </w:p>
    <w:p>
      <w:pPr>
        <w:jc w:val="right"/>
      </w:pPr>
      <w:r>
        <w:t>یعنی قرآن میں وہی بات ہے جو بائبل میں ہے۔</w:t>
      </w:r>
    </w:p>
    <w:p>
      <w:r>
        <w:rPr>
          <w:b/>
        </w:rPr>
        <w:t xml:space="preserve">[39:51] </w:t>
      </w:r>
      <w:r>
        <w:t>bible mein falasteen ko yahudiyon ka promised land bataya gaya hai. arz-e-maood.</w:t>
      </w:r>
    </w:p>
    <w:p>
      <w:pPr>
        <w:jc w:val="right"/>
      </w:pPr>
      <w:r>
        <w:t>بائبل میں فلسطین کو یہودیوں کا promised land بتایا گیا ہے۔ ارض موعود۔</w:t>
      </w:r>
    </w:p>
    <w:p>
      <w:r>
        <w:rPr>
          <w:b/>
        </w:rPr>
        <w:t xml:space="preserve">[39:57] </w:t>
      </w:r>
      <w:r>
        <w:t>wohi baat quran majeed mein bhi hai.</w:t>
      </w:r>
    </w:p>
    <w:p>
      <w:pPr>
        <w:jc w:val="right"/>
      </w:pPr>
      <w:r>
        <w:t>وہی بات قرآن مجید میں بھی ہے۔</w:t>
      </w:r>
    </w:p>
    <w:p>
      <w:r>
        <w:rPr>
          <w:b/>
        </w:rPr>
        <w:t xml:space="preserve">[40:02] </w:t>
      </w:r>
      <w:r>
        <w:t>ke falasteen ko yahudiyon ka assigned land bataya gaya hai.</w:t>
      </w:r>
    </w:p>
    <w:p>
      <w:pPr>
        <w:jc w:val="right"/>
      </w:pPr>
      <w:r>
        <w:t>کہ فلسطین کو یہودیوں کا assigned land بتایا گیا ہے۔</w:t>
      </w:r>
    </w:p>
    <w:p>
      <w:r>
        <w:rPr>
          <w:b/>
        </w:rPr>
        <w:t xml:space="preserve">[40:08] </w:t>
      </w:r>
      <w:r>
        <w:t>ye to poori poori falasteen ke liye hai.</w:t>
      </w:r>
    </w:p>
    <w:p>
      <w:pPr>
        <w:jc w:val="right"/>
      </w:pPr>
      <w:r>
        <w:t>یہ تو پوری پوری فلسطین کے لیے ہے۔</w:t>
      </w:r>
    </w:p>
    <w:p>
      <w:r>
        <w:rPr>
          <w:b/>
        </w:rPr>
        <w:t xml:space="preserve">[40:13] </w:t>
      </w:r>
      <w:r>
        <w:t>to wo sochte hain ke bhai chalo aadha un ko de dein, aadha to hum ko de diya.</w:t>
      </w:r>
    </w:p>
    <w:p>
      <w:pPr>
        <w:jc w:val="right"/>
      </w:pPr>
      <w:r>
        <w:t>تو وہ سوچتے ہیں کہ بھئی چلو آدھا ان کو دے دیں، آدھا تو ہم کو دے دیا۔</w:t>
      </w:r>
    </w:p>
    <w:p>
      <w:r>
        <w:rPr>
          <w:b/>
        </w:rPr>
        <w:t xml:space="preserve">[40:18] </w:t>
      </w:r>
      <w:r>
        <w:t>aur lion's share to hum hi ko mila hai.</w:t>
      </w:r>
    </w:p>
    <w:p>
      <w:pPr>
        <w:jc w:val="right"/>
      </w:pPr>
      <w:r>
        <w:t>اور lion's share تو ہم ہی کو ملا ہے۔</w:t>
      </w:r>
    </w:p>
    <w:p>
      <w:r>
        <w:rPr>
          <w:b/>
        </w:rPr>
        <w:t xml:space="preserve">[40:24] </w:t>
      </w:r>
      <w:r>
        <w:t>lekin sabr nahi tha.</w:t>
      </w:r>
    </w:p>
    <w:p>
      <w:pPr>
        <w:jc w:val="right"/>
      </w:pPr>
      <w:r>
        <w:t>لیکن صبر نہیں تھا۔</w:t>
      </w:r>
    </w:p>
    <w:p>
      <w:r>
        <w:rPr>
          <w:b/>
        </w:rPr>
        <w:t xml:space="preserve">[40:29] </w:t>
      </w:r>
      <w:r>
        <w:t>patient thinking nahi thi.</w:t>
      </w:r>
    </w:p>
    <w:p>
      <w:pPr>
        <w:jc w:val="right"/>
      </w:pPr>
      <w:r>
        <w:t>Patient thinking نہیں تھی۔</w:t>
      </w:r>
    </w:p>
    <w:p>
      <w:r>
        <w:rPr>
          <w:b/>
        </w:rPr>
        <w:t xml:space="preserve">[40:35] </w:t>
      </w:r>
      <w:r>
        <w:t>high level of thinking unhon ne attain nahi kiya tha.</w:t>
      </w:r>
    </w:p>
    <w:p>
      <w:pPr>
        <w:jc w:val="right"/>
      </w:pPr>
      <w:r>
        <w:t>High level of thinking انہوں نے attain نہیں کیا تھا۔</w:t>
      </w:r>
    </w:p>
    <w:p>
      <w:r>
        <w:rPr>
          <w:b/>
        </w:rPr>
        <w:t xml:space="preserve">[40:40] </w:t>
      </w:r>
      <w:r>
        <w:t>to kya hua? react kiya.</w:t>
      </w:r>
    </w:p>
    <w:p>
      <w:pPr>
        <w:jc w:val="right"/>
      </w:pPr>
      <w:r>
        <w:t>تو کیا ہوا؟ React کیا۔</w:t>
      </w:r>
    </w:p>
    <w:p>
      <w:r>
        <w:rPr>
          <w:b/>
        </w:rPr>
        <w:t xml:space="preserve">[40:45] </w:t>
      </w:r>
      <w:r>
        <w:t>react kiya to bas khare ho gaye larnay ke, marnay ke liye.</w:t>
      </w:r>
    </w:p>
    <w:p>
      <w:pPr>
        <w:jc w:val="right"/>
      </w:pPr>
      <w:r>
        <w:t>React کیا تو بس کھڑے ہو گئے لڑنے کے، مارنے کے لیے۔</w:t>
      </w:r>
    </w:p>
    <w:p>
      <w:r>
        <w:rPr>
          <w:b/>
        </w:rPr>
        <w:t xml:space="preserve">[40:51] </w:t>
      </w:r>
      <w:r>
        <w:t>hazrat minha us zamane mein zinda thay, unhon ne jaloos nikala cairo mein.</w:t>
      </w:r>
    </w:p>
    <w:p>
      <w:pPr>
        <w:jc w:val="right"/>
      </w:pPr>
      <w:r>
        <w:t>حضرت منہا اس زمانے میں زندہ تھے، انہوں نے جلوس نکالا قاہرہ میں۔</w:t>
      </w:r>
    </w:p>
    <w:p>
      <w:r>
        <w:rPr>
          <w:b/>
        </w:rPr>
        <w:t xml:space="preserve">[40:56] </w:t>
      </w:r>
      <w:r>
        <w:t>aur naaray lagaya labbaik ya falasteen labbaik ya falasteen.</w:t>
      </w:r>
    </w:p>
    <w:p>
      <w:pPr>
        <w:jc w:val="right"/>
      </w:pPr>
      <w:r>
        <w:t>اور نعرہ لگایا لبیک یا فلسطین لبیک یا فلسطین ۔</w:t>
      </w:r>
    </w:p>
    <w:p>
      <w:r>
        <w:rPr>
          <w:b/>
        </w:rPr>
        <w:t xml:space="preserve">[41:02] </w:t>
      </w:r>
      <w:r>
        <w:t>pata hai hum jihad karnay ke liye pohanch rahay hain tumharay paas.</w:t>
      </w:r>
    </w:p>
    <w:p>
      <w:pPr>
        <w:jc w:val="right"/>
      </w:pPr>
      <w:r>
        <w:t>پتہ ہے ہم جہاد کرنے کے لیے پہنچ رہے ہیں تمہارے پاس۔</w:t>
      </w:r>
    </w:p>
    <w:p>
      <w:r>
        <w:rPr>
          <w:b/>
        </w:rPr>
        <w:t xml:space="preserve">[41:07] </w:t>
      </w:r>
      <w:r>
        <w:t>ab jihad ka issue bana liya is ko.</w:t>
      </w:r>
    </w:p>
    <w:p>
      <w:pPr>
        <w:jc w:val="right"/>
      </w:pPr>
      <w:r>
        <w:t>اب جہاد کا issue بنا لیا اس کو۔</w:t>
      </w:r>
    </w:p>
    <w:p>
      <w:r>
        <w:rPr>
          <w:b/>
        </w:rPr>
        <w:t xml:space="preserve">[41:12] </w:t>
      </w:r>
      <w:r>
        <w:t>aur nasser ne kaha ke nan'am na'ool farayna sanurrikum fil bahr.</w:t>
      </w:r>
    </w:p>
    <w:p>
      <w:pPr>
        <w:jc w:val="right"/>
      </w:pPr>
      <w:r>
        <w:t>اور ناصر نے کہا کہ ننعم نعول فرائنا سنرميكم فی البحر ۔</w:t>
      </w:r>
    </w:p>
    <w:p>
      <w:r>
        <w:rPr>
          <w:b/>
        </w:rPr>
        <w:t xml:space="preserve">[41:18] </w:t>
      </w:r>
      <w:r>
        <w:t>hum tum ko samandar mein dhakail dein gay.</w:t>
      </w:r>
    </w:p>
    <w:p>
      <w:pPr>
        <w:jc w:val="right"/>
      </w:pPr>
      <w:r>
        <w:t>ہم تم کو سمندر میں ڈھکیل دیں گے۔</w:t>
      </w:r>
    </w:p>
    <w:p>
      <w:r>
        <w:rPr>
          <w:b/>
        </w:rPr>
        <w:t xml:space="preserve">[41:23] </w:t>
      </w:r>
      <w:r>
        <w:t>is qism ke emotional naare kyon hue? logon ko sabr nahin tha.</w:t>
      </w:r>
    </w:p>
    <w:p>
      <w:pPr>
        <w:jc w:val="right"/>
      </w:pPr>
      <w:r>
        <w:t>اس قسم کے emotional نعرے کیوں ہوئے؟ لوگوں کو صبر نہیں تھا۔</w:t>
      </w:r>
    </w:p>
    <w:p>
      <w:r>
        <w:rPr>
          <w:b/>
        </w:rPr>
        <w:t xml:space="preserve">[41:29] </w:t>
      </w:r>
      <w:r>
        <w:t>sabr bohat hi bari value hai.</w:t>
      </w:r>
    </w:p>
    <w:p>
      <w:pPr>
        <w:jc w:val="right"/>
      </w:pPr>
      <w:r>
        <w:t>صبر بہت ہی بڑی value ہے۔</w:t>
      </w:r>
    </w:p>
    <w:p>
      <w:r>
        <w:rPr>
          <w:b/>
        </w:rPr>
        <w:t xml:space="preserve">[41:34] </w:t>
      </w:r>
      <w:r>
        <w:t>bohat bari positive value hai sabr.</w:t>
      </w:r>
    </w:p>
    <w:p>
      <w:pPr>
        <w:jc w:val="right"/>
      </w:pPr>
      <w:r>
        <w:t>بہت بڑی positive value ہے صبر۔</w:t>
      </w:r>
    </w:p>
    <w:p>
      <w:r>
        <w:rPr>
          <w:b/>
        </w:rPr>
        <w:t xml:space="preserve">[41:39] </w:t>
      </w:r>
      <w:r>
        <w:t>newton se kisi ne poocha ke aap ko bari bari kamyabiyan milen science mein to kaise? aap ke</w:t>
      </w:r>
    </w:p>
    <w:p>
      <w:pPr>
        <w:jc w:val="right"/>
      </w:pPr>
      <w:r>
        <w:t>نیوٹن سے کسی نے پوچھا کہ آپ کو بڑی بڑی کامیابیاں ملیں سائنس میں تو کیسے؟ آپ کے</w:t>
      </w:r>
    </w:p>
    <w:p>
      <w:r>
        <w:rPr>
          <w:b/>
        </w:rPr>
        <w:t xml:space="preserve">[41:45] </w:t>
      </w:r>
      <w:r>
        <w:t>andar koi khaas quality hai? to us ne jawab diya tha i have no special sagacity.</w:t>
      </w:r>
    </w:p>
    <w:p>
      <w:pPr>
        <w:jc w:val="right"/>
      </w:pPr>
      <w:r>
        <w:t>اندر کوئی خاص quality ہے؟ تو اس نے جواب دیا تھا I have no special sagacity.</w:t>
      </w:r>
    </w:p>
    <w:p>
      <w:r>
        <w:rPr>
          <w:b/>
        </w:rPr>
        <w:t xml:space="preserve">[41:50] </w:t>
      </w:r>
      <w:r>
        <w:t>zara ghor kijiye is ko.</w:t>
      </w:r>
    </w:p>
    <w:p>
      <w:pPr>
        <w:jc w:val="right"/>
      </w:pPr>
      <w:r>
        <w:t>ذرا غور کیجیے اس کو۔</w:t>
      </w:r>
    </w:p>
    <w:p>
      <w:r>
        <w:rPr>
          <w:b/>
        </w:rPr>
        <w:t xml:space="preserve">[41:56] </w:t>
      </w:r>
      <w:r>
        <w:t>i have no special sagacity.</w:t>
      </w:r>
    </w:p>
    <w:p>
      <w:pPr>
        <w:jc w:val="right"/>
      </w:pPr>
      <w:r>
        <w:t>I have no special sagacity.</w:t>
      </w:r>
    </w:p>
    <w:p>
      <w:r>
        <w:rPr>
          <w:b/>
        </w:rPr>
        <w:t xml:space="preserve">[42:01] </w:t>
      </w:r>
      <w:r>
        <w:t>only the power of patient thought.</w:t>
      </w:r>
    </w:p>
    <w:p>
      <w:pPr>
        <w:jc w:val="right"/>
      </w:pPr>
      <w:r>
        <w:t>Only the power of patient thought.</w:t>
      </w:r>
    </w:p>
    <w:p>
      <w:r>
        <w:rPr>
          <w:b/>
        </w:rPr>
        <w:t xml:space="preserve">[42:07] </w:t>
      </w:r>
      <w:r>
        <w:t>only the power of patient thought.</w:t>
      </w:r>
    </w:p>
    <w:p>
      <w:pPr>
        <w:jc w:val="right"/>
      </w:pPr>
      <w:r>
        <w:t>Only the power of patient thought.</w:t>
      </w:r>
    </w:p>
    <w:p>
      <w:r>
        <w:rPr>
          <w:b/>
        </w:rPr>
        <w:t xml:space="preserve">[42:11] </w:t>
      </w:r>
      <w:r>
        <w:t>yeh bhi us zamane mein ghayeb hai.</w:t>
      </w:r>
    </w:p>
    <w:p>
      <w:pPr>
        <w:jc w:val="right"/>
      </w:pPr>
      <w:r>
        <w:t>یہ بھی اس زمانے میں غائب ہے۔</w:t>
      </w:r>
    </w:p>
    <w:p>
      <w:r>
        <w:rPr>
          <w:b/>
        </w:rPr>
        <w:t xml:space="preserve">[42:15] </w:t>
      </w:r>
      <w:r>
        <w:t>aur paighambaron ke bare mein kaha gaya hai ke fasbir kama sabara awlul awzi minar rusul.</w:t>
      </w:r>
    </w:p>
    <w:p>
      <w:pPr>
        <w:jc w:val="right"/>
      </w:pPr>
      <w:r>
        <w:t>اور پیغمبروں کے بارے میں کہا گیا ہے کہ فَاصْبِرْ كَمَا صَبَرَ أَوْلُ الْعَوْضِ مِنَ الرُّسُلِ ۔</w:t>
      </w:r>
    </w:p>
    <w:p>
      <w:r>
        <w:rPr>
          <w:b/>
        </w:rPr>
        <w:t xml:space="preserve">[42:20] </w:t>
      </w:r>
      <w:r>
        <w:t>yeh paighambaron ke bare mein.</w:t>
      </w:r>
    </w:p>
    <w:p>
      <w:pPr>
        <w:jc w:val="right"/>
      </w:pPr>
      <w:r>
        <w:t>یہ پیغمبروں کے بارے میں۔</w:t>
      </w:r>
    </w:p>
    <w:p>
      <w:r>
        <w:rPr>
          <w:b/>
        </w:rPr>
        <w:t xml:space="preserve">[42:24] </w:t>
      </w:r>
      <w:r>
        <w:t>fasbir kama sabara awlul awzi minar rusul.</w:t>
      </w:r>
    </w:p>
    <w:p>
      <w:pPr>
        <w:jc w:val="right"/>
      </w:pPr>
      <w:r>
        <w:t>فَاصْبِرْ كَمَا صَبَرَ أَوْلُ الْعَوْضِ مِنَ الرُّسُلِ ۔</w:t>
      </w:r>
    </w:p>
    <w:p>
      <w:r>
        <w:rPr>
          <w:b/>
        </w:rPr>
        <w:t xml:space="preserve">[42:29] </w:t>
      </w:r>
      <w:r>
        <w:t>sabr karo jis tarah se himmat wale paighambaron ne sabr kiya.</w:t>
      </w:r>
    </w:p>
    <w:p>
      <w:pPr>
        <w:jc w:val="right"/>
      </w:pPr>
      <w:r>
        <w:t>صبر کرو جس طرح سے ہمت والے پیغمبروں نے صبر کیا۔</w:t>
      </w:r>
    </w:p>
    <w:p>
      <w:r>
        <w:rPr>
          <w:b/>
        </w:rPr>
        <w:t xml:space="preserve">[42:33] </w:t>
      </w:r>
      <w:r>
        <w:t>azm wale, himmat wale.</w:t>
      </w:r>
    </w:p>
    <w:p>
      <w:pPr>
        <w:jc w:val="right"/>
      </w:pPr>
      <w:r>
        <w:t>عزم والے، ہمت والے۔</w:t>
      </w:r>
    </w:p>
    <w:p>
      <w:r>
        <w:rPr>
          <w:b/>
        </w:rPr>
        <w:t xml:space="preserve">[42:38] </w:t>
      </w:r>
      <w:r>
        <w:t>yani sabr jo hai himmat walon ka kaam hai, bahadur insanon ka kaam hai.</w:t>
      </w:r>
    </w:p>
    <w:p>
      <w:pPr>
        <w:jc w:val="right"/>
      </w:pPr>
      <w:r>
        <w:t>یعنی صبر جو ہے ہمت والوں کا کام ہے، بہادر انسانوں کا کام ہے۔</w:t>
      </w:r>
    </w:p>
    <w:p>
      <w:r>
        <w:rPr>
          <w:b/>
        </w:rPr>
        <w:t xml:space="preserve">[42:42] </w:t>
      </w:r>
      <w:r>
        <w:t>sabr bahaduri hai.</w:t>
      </w:r>
    </w:p>
    <w:p>
      <w:pPr>
        <w:jc w:val="right"/>
      </w:pPr>
      <w:r>
        <w:t>صبر بہادری ہے۔</w:t>
      </w:r>
    </w:p>
    <w:p>
      <w:r>
        <w:rPr>
          <w:b/>
        </w:rPr>
        <w:t xml:space="preserve">[42:47] </w:t>
      </w:r>
      <w:r>
        <w:t>kitne bewakoof log hain ke jo sabr ko samajhte hain bazdili, cowardice, paspai.</w:t>
      </w:r>
    </w:p>
    <w:p>
      <w:pPr>
        <w:jc w:val="right"/>
      </w:pPr>
      <w:r>
        <w:t>کتنے بیوقوف لوگ ہیں کہ جو صبر کو سمجھتے ہیں بزدلی، cowardice، پسپائی۔</w:t>
      </w:r>
    </w:p>
    <w:p>
      <w:r>
        <w:rPr>
          <w:b/>
        </w:rPr>
        <w:t xml:space="preserve">[42:51] </w:t>
      </w:r>
      <w:r>
        <w:t>sab se bari bahaduri sabr hai, yaad rakhiye.</w:t>
      </w:r>
    </w:p>
    <w:p>
      <w:pPr>
        <w:jc w:val="right"/>
      </w:pPr>
      <w:r>
        <w:t>سب سے بڑی بہادری صبر ہے، یاد رکھیے۔</w:t>
      </w:r>
    </w:p>
    <w:p>
      <w:r>
        <w:rPr>
          <w:b/>
        </w:rPr>
        <w:t xml:space="preserve">[42:56] </w:t>
      </w:r>
      <w:r>
        <w:t>aap ke dil ko jhatka lage aur aap bilkul is se mutasir na hon.</w:t>
      </w:r>
    </w:p>
    <w:p>
      <w:pPr>
        <w:jc w:val="right"/>
      </w:pPr>
      <w:r>
        <w:t>آپ کے دل کو جھٹکا لگے اور آپ بالکل اس سے متاثر نہ ہوں۔</w:t>
      </w:r>
    </w:p>
    <w:p>
      <w:r>
        <w:rPr>
          <w:b/>
        </w:rPr>
        <w:t xml:space="preserve">[43:00] </w:t>
      </w:r>
      <w:r>
        <w:t>yeh sher ka tareeqa hai.</w:t>
      </w:r>
    </w:p>
    <w:p>
      <w:pPr>
        <w:jc w:val="right"/>
      </w:pPr>
      <w:r>
        <w:t>یہ شیر کا طریقہ ہے۔</w:t>
      </w:r>
    </w:p>
    <w:p>
      <w:r>
        <w:rPr>
          <w:b/>
        </w:rPr>
        <w:t xml:space="preserve">[43:05] </w:t>
      </w:r>
      <w:r>
        <w:t>sabr sher ka tareeqa hai, yaad rakhiye.</w:t>
      </w:r>
    </w:p>
    <w:p>
      <w:pPr>
        <w:jc w:val="right"/>
      </w:pPr>
      <w:r>
        <w:t>صبر شیر کا طریقہ ہے، یاد رکھیے۔</w:t>
      </w:r>
    </w:p>
    <w:p>
      <w:r>
        <w:rPr>
          <w:b/>
        </w:rPr>
        <w:t xml:space="preserve">[43:09] </w:t>
      </w:r>
      <w:r>
        <w:t>main ne ek martaba dekha tha ek sher ka ke documentary jo banai gayi thi africa ke janglon</w:t>
      </w:r>
    </w:p>
    <w:p>
      <w:pPr>
        <w:jc w:val="right"/>
      </w:pPr>
      <w:r>
        <w:t>میں نے ایک مرتبہ دیکھا تھا ایک شیر کا کہ documentary جو بنائی گئی تھی افریقہ کے جنگلوں</w:t>
      </w:r>
    </w:p>
    <w:p>
      <w:r>
        <w:rPr>
          <w:b/>
        </w:rPr>
        <w:t xml:space="preserve">[43:13] </w:t>
      </w:r>
      <w:r>
        <w:t>mein, real yani picture thi sher ki.</w:t>
      </w:r>
    </w:p>
    <w:p>
      <w:pPr>
        <w:jc w:val="right"/>
      </w:pPr>
      <w:r>
        <w:t>میں، real یعنی picture تھی شیر کی۔</w:t>
      </w:r>
    </w:p>
    <w:p>
      <w:r>
        <w:rPr>
          <w:b/>
        </w:rPr>
        <w:t xml:space="preserve">[43:18] </w:t>
      </w:r>
      <w:r>
        <w:t>to us mein main ne dekha ke sher kabhi ladta hi nahin.</w:t>
      </w:r>
    </w:p>
    <w:p>
      <w:pPr>
        <w:jc w:val="right"/>
      </w:pPr>
      <w:r>
        <w:t>تو اس میں میں نے دیکھا کہ شیر کبھی لڑتا ہی نہیں۔</w:t>
      </w:r>
    </w:p>
    <w:p>
      <w:r>
        <w:rPr>
          <w:b/>
        </w:rPr>
        <w:t xml:space="preserve">[43:22] </w:t>
      </w:r>
      <w:r>
        <w:t>sabr hi karta hai hamesha.</w:t>
      </w:r>
    </w:p>
    <w:p>
      <w:pPr>
        <w:jc w:val="right"/>
      </w:pPr>
      <w:r>
        <w:t>صبر ہی کرتا ہے ہمیشہ۔</w:t>
      </w:r>
    </w:p>
    <w:p>
      <w:r>
        <w:rPr>
          <w:b/>
        </w:rPr>
        <w:t xml:space="preserve">[43:27] </w:t>
      </w:r>
      <w:r>
        <w:t>misal ke taur par ek scene mujhe yaad hai ab tak ke sher ko bhook, sher bhooka tha.</w:t>
      </w:r>
    </w:p>
    <w:p>
      <w:pPr>
        <w:jc w:val="right"/>
      </w:pPr>
      <w:r>
        <w:t>مثال کے طور پر ایک سین مجھے یاد ہے اب تک کہ شیر کو بھوک، شیر بھوکا تھا۔</w:t>
      </w:r>
    </w:p>
    <w:p>
      <w:r>
        <w:rPr>
          <w:b/>
        </w:rPr>
        <w:t xml:space="preserve">[43:31] </w:t>
      </w:r>
      <w:r>
        <w:t>yaad rakhiye sher sirf bhook mein shikar karta hai.</w:t>
      </w:r>
    </w:p>
    <w:p>
      <w:pPr>
        <w:jc w:val="right"/>
      </w:pPr>
      <w:r>
        <w:t>یاد رکھیے شیر صرف بھوک میں شکار کرتا ہے۔</w:t>
      </w:r>
    </w:p>
    <w:p>
      <w:r>
        <w:rPr>
          <w:b/>
        </w:rPr>
        <w:t xml:space="preserve">[43:36] </w:t>
      </w:r>
      <w:r>
        <w:t>khwamkhwah kisi animal ko nahi marta woh.</w:t>
      </w:r>
    </w:p>
    <w:p>
      <w:pPr>
        <w:jc w:val="right"/>
      </w:pPr>
      <w:r>
        <w:t>خوامخواہ کسی animal کو نہیں مارتا وہ۔</w:t>
      </w:r>
    </w:p>
    <w:p>
      <w:r>
        <w:rPr>
          <w:b/>
        </w:rPr>
        <w:t xml:space="preserve">[43:40] </w:t>
      </w:r>
      <w:r>
        <w:t>to is ne ek, ek, ek animal shikar kiya, ek bakri type ka koi cheez thi.</w:t>
      </w:r>
    </w:p>
    <w:p>
      <w:pPr>
        <w:jc w:val="right"/>
      </w:pPr>
      <w:r>
        <w:t>تو اس نے ایک، ایک، ایک animal شکار کیا، ایک بکری type کا کوئی چیز تھی۔</w:t>
      </w:r>
    </w:p>
    <w:p>
      <w:r>
        <w:rPr>
          <w:b/>
        </w:rPr>
        <w:t xml:space="preserve">[43:45] </w:t>
      </w:r>
      <w:r>
        <w:t>mara is ko.</w:t>
      </w:r>
    </w:p>
    <w:p>
      <w:pPr>
        <w:jc w:val="right"/>
      </w:pPr>
      <w:r>
        <w:t>مارا اس کو۔</w:t>
      </w:r>
    </w:p>
    <w:p>
      <w:r>
        <w:rPr>
          <w:b/>
        </w:rPr>
        <w:t xml:space="preserve">[43:49] </w:t>
      </w:r>
      <w:r>
        <w:t>to is ko munh mein apne sher jo hai daant se pakadta hai.</w:t>
      </w:r>
    </w:p>
    <w:p>
      <w:pPr>
        <w:jc w:val="right"/>
      </w:pPr>
      <w:r>
        <w:t>تو اس کو منہ میں اپنے شیر جو ہے دانت سے پکڑتا ہے۔</w:t>
      </w:r>
    </w:p>
    <w:p>
      <w:r>
        <w:rPr>
          <w:b/>
        </w:rPr>
        <w:t xml:space="preserve">[43:54] </w:t>
      </w:r>
      <w:r>
        <w:t>daant se pakad kar le kar aa raha hai.</w:t>
      </w:r>
    </w:p>
    <w:p>
      <w:pPr>
        <w:jc w:val="right"/>
      </w:pPr>
      <w:r>
        <w:t>دانت سے پکڑ کر لے کر آ رہا ہے۔</w:t>
      </w:r>
    </w:p>
    <w:p>
      <w:r>
        <w:rPr>
          <w:b/>
        </w:rPr>
        <w:t xml:space="preserve">[43:58] </w:t>
      </w:r>
      <w:r>
        <w:t>jaise sher ka tareeqa yeh hai ke khane ke foran baad woh pani peeta hai.</w:t>
      </w:r>
    </w:p>
    <w:p>
      <w:pPr>
        <w:jc w:val="right"/>
      </w:pPr>
      <w:r>
        <w:t>جیسے شیر کا طریقہ یہ ہے کہ کھانے کے فوراً بعد وہ پانی پیتا ہے۔</w:t>
      </w:r>
    </w:p>
    <w:p>
      <w:r>
        <w:rPr>
          <w:b/>
        </w:rPr>
        <w:t xml:space="preserve">[44:03] </w:t>
      </w:r>
      <w:r>
        <w:t>ke woh khoon chusta hai is ka woh.</w:t>
      </w:r>
    </w:p>
    <w:p>
      <w:pPr>
        <w:jc w:val="right"/>
      </w:pPr>
      <w:r>
        <w:t>کہ وہ خون چوستا ہے اس کا وہ۔</w:t>
      </w:r>
    </w:p>
    <w:p>
      <w:r>
        <w:rPr>
          <w:b/>
        </w:rPr>
        <w:t xml:space="preserve">[44:07] </w:t>
      </w:r>
      <w:r>
        <w:t>to foran pani chahiye is ko.</w:t>
      </w:r>
    </w:p>
    <w:p>
      <w:pPr>
        <w:jc w:val="right"/>
      </w:pPr>
      <w:r>
        <w:t>تو فوراً پانی چاہیے اس کو۔</w:t>
      </w:r>
    </w:p>
    <w:p>
      <w:r>
        <w:rPr>
          <w:b/>
        </w:rPr>
        <w:t xml:space="preserve">[44:11] </w:t>
      </w:r>
      <w:r>
        <w:t>to la kar ke woh ek talab ke kinare rakhta hai.</w:t>
      </w:r>
    </w:p>
    <w:p>
      <w:pPr>
        <w:jc w:val="right"/>
      </w:pPr>
      <w:r>
        <w:t>تو لا کر کے وہ ایک تالاب کے کنارے رکھتا ہے۔</w:t>
      </w:r>
    </w:p>
    <w:p>
      <w:r>
        <w:rPr>
          <w:b/>
        </w:rPr>
        <w:t xml:space="preserve">[44:16] </w:t>
      </w:r>
      <w:r>
        <w:t>laya, talab ke kinare rakha.</w:t>
      </w:r>
    </w:p>
    <w:p>
      <w:pPr>
        <w:jc w:val="right"/>
      </w:pPr>
      <w:r>
        <w:t>لایا، تالاب کے کنارے رکھا۔</w:t>
      </w:r>
    </w:p>
    <w:p>
      <w:r>
        <w:rPr>
          <w:b/>
        </w:rPr>
        <w:t xml:space="preserve">[44:20] </w:t>
      </w:r>
      <w:r>
        <w:t>phir kisi wajah se woh chala gaya kisi kaam se.</w:t>
      </w:r>
    </w:p>
    <w:p>
      <w:pPr>
        <w:jc w:val="right"/>
      </w:pPr>
      <w:r>
        <w:t>پھر کسی وجہ سے وہ چلا گیا کسی کام سے۔</w:t>
      </w:r>
    </w:p>
    <w:p>
      <w:r>
        <w:rPr>
          <w:b/>
        </w:rPr>
        <w:t xml:space="preserve">[44:25] </w:t>
      </w:r>
      <w:r>
        <w:t>jab thori dair ke baad lauta woh to wahan ek naya scene tha.</w:t>
      </w:r>
    </w:p>
    <w:p>
      <w:pPr>
        <w:jc w:val="right"/>
      </w:pPr>
      <w:r>
        <w:t>جب تھوڑی دیر کے بعد لوٹا وہ تو وہاں ایک نیا سین تھا۔</w:t>
      </w:r>
    </w:p>
    <w:p>
      <w:r>
        <w:rPr>
          <w:b/>
        </w:rPr>
        <w:t xml:space="preserve">[44:29] </w:t>
      </w:r>
      <w:r>
        <w:t>is talab mein magarmach hua karte the, crocodile.</w:t>
      </w:r>
    </w:p>
    <w:p>
      <w:pPr>
        <w:jc w:val="right"/>
      </w:pPr>
      <w:r>
        <w:t>اس تالاب میں مگرمچھ ہوا کرتے تھے، crocodile۔</w:t>
      </w:r>
    </w:p>
    <w:p>
      <w:r>
        <w:rPr>
          <w:b/>
        </w:rPr>
        <w:t xml:space="preserve">[44:34] </w:t>
      </w:r>
      <w:r>
        <w:t>to crocodile ko jante hain aap ke aise rehte hain yani body pani mein dooba rahega aur</w:t>
      </w:r>
    </w:p>
    <w:p>
      <w:pPr>
        <w:jc w:val="right"/>
      </w:pPr>
      <w:r>
        <w:t>تو crocodile کو جانتے ہیں آپ کہ ایسے رہتے ہیں یعنی body پانی میں ڈوبا رہے گا اور</w:t>
      </w:r>
    </w:p>
    <w:p>
      <w:r>
        <w:rPr>
          <w:b/>
        </w:rPr>
        <w:t xml:space="preserve">[44:38] </w:t>
      </w:r>
      <w:r>
        <w:t>munh se aise nikla rahega.</w:t>
      </w:r>
    </w:p>
    <w:p>
      <w:pPr>
        <w:jc w:val="right"/>
      </w:pPr>
      <w:r>
        <w:t>منہ سے ایسے نکلا رہے گا۔</w:t>
      </w:r>
    </w:p>
    <w:p>
      <w:r>
        <w:rPr>
          <w:b/>
        </w:rPr>
        <w:t xml:space="preserve">[44:43] </w:t>
      </w:r>
      <w:r>
        <w:t>to crocodile jo hain woh, woh is ko pata chal gaya ke yahan par ek shikar hai.</w:t>
      </w:r>
    </w:p>
    <w:p>
      <w:pPr>
        <w:jc w:val="right"/>
      </w:pPr>
      <w:r>
        <w:t>تو crocodile جو ہیں وہ، وہ اس کو پتہ چل گیا کہ یہاں پر ایک شکار ہے۔</w:t>
      </w:r>
    </w:p>
    <w:p>
      <w:r>
        <w:rPr>
          <w:b/>
        </w:rPr>
        <w:t xml:space="preserve">[44:47] </w:t>
      </w:r>
      <w:r>
        <w:t>to crocodile jo hai ab koi sher waghera hai nahi.</w:t>
      </w:r>
    </w:p>
    <w:p>
      <w:pPr>
        <w:jc w:val="right"/>
      </w:pPr>
      <w:r>
        <w:t>تو crocodile جو ہے اب کوئی شیر وغیرہ ہے نہیں۔</w:t>
      </w:r>
    </w:p>
    <w:p>
      <w:r>
        <w:rPr>
          <w:b/>
        </w:rPr>
        <w:t xml:space="preserve">[44:52] </w:t>
      </w:r>
      <w:r>
        <w:t>to aise aise aise aaya crocodile.</w:t>
      </w:r>
    </w:p>
    <w:p>
      <w:pPr>
        <w:jc w:val="right"/>
      </w:pPr>
      <w:r>
        <w:t>تو ایسے ایسے ایسے آیا crocodile۔</w:t>
      </w:r>
    </w:p>
    <w:p>
      <w:r>
        <w:rPr>
          <w:b/>
        </w:rPr>
        <w:t xml:space="preserve">[44:56] </w:t>
      </w:r>
      <w:r>
        <w:t>aur wahan par is ne apna munh nikala bahar.</w:t>
      </w:r>
    </w:p>
    <w:p>
      <w:pPr>
        <w:jc w:val="right"/>
      </w:pPr>
      <w:r>
        <w:t>اور وہاں پر اس نے اپنا منہ نکالا باہر۔</w:t>
      </w:r>
    </w:p>
    <w:p>
      <w:r>
        <w:rPr>
          <w:b/>
        </w:rPr>
        <w:t xml:space="preserve">[45:01] </w:t>
      </w:r>
      <w:r>
        <w:t>aur is janwar ko pakda.</w:t>
      </w:r>
    </w:p>
    <w:p>
      <w:pPr>
        <w:jc w:val="right"/>
      </w:pPr>
      <w:r>
        <w:t>اور اس جانور کو پکڑا۔</w:t>
      </w:r>
    </w:p>
    <w:p>
      <w:r>
        <w:rPr>
          <w:b/>
        </w:rPr>
        <w:t xml:space="preserve">[45:05] </w:t>
      </w:r>
      <w:r>
        <w:t>pakad kar ke crocodile peeche chalta hai.</w:t>
      </w:r>
    </w:p>
    <w:p>
      <w:pPr>
        <w:jc w:val="right"/>
      </w:pPr>
      <w:r>
        <w:t>پکڑ کر کے crocodile پیچھے چلتا ہے۔</w:t>
      </w:r>
    </w:p>
    <w:p>
      <w:r>
        <w:rPr>
          <w:b/>
        </w:rPr>
        <w:t xml:space="preserve">[45:09] </w:t>
      </w:r>
      <w:r>
        <w:t>crocodile jo hai aise peeche chalta hai woh.</w:t>
      </w:r>
    </w:p>
    <w:p>
      <w:pPr>
        <w:jc w:val="right"/>
      </w:pPr>
      <w:r>
        <w:t>crocodile جو ہے ایسے پیچھے چلتا ہے وہ۔</w:t>
      </w:r>
    </w:p>
    <w:p>
      <w:r>
        <w:rPr>
          <w:b/>
        </w:rPr>
        <w:t xml:space="preserve">[45:14] </w:t>
      </w:r>
      <w:r>
        <w:t>aagay ki taraf nahi chalta.</w:t>
      </w:r>
    </w:p>
    <w:p>
      <w:pPr>
        <w:jc w:val="right"/>
      </w:pPr>
      <w:r>
        <w:t>آگے کی طرف نہیں چلتا۔</w:t>
      </w:r>
    </w:p>
    <w:p>
      <w:r>
        <w:rPr>
          <w:b/>
        </w:rPr>
        <w:t xml:space="preserve">[45:18] </w:t>
      </w:r>
      <w:r>
        <w:t>to us ko pakar kar ke peechay chalnay laga.</w:t>
      </w:r>
    </w:p>
    <w:p>
      <w:pPr>
        <w:jc w:val="right"/>
      </w:pPr>
      <w:r>
        <w:t>تو اس کو پکڑ کر کے پیچھے چلنے لگا۔</w:t>
      </w:r>
    </w:p>
    <w:p>
      <w:r>
        <w:rPr>
          <w:b/>
        </w:rPr>
        <w:t xml:space="preserve">[45:23] </w:t>
      </w:r>
      <w:r>
        <w:t>itnay mein sher aa gaya.</w:t>
      </w:r>
    </w:p>
    <w:p>
      <w:pPr>
        <w:jc w:val="right"/>
      </w:pPr>
      <w:r>
        <w:t>اتنے میں شیر آ گیا۔</w:t>
      </w:r>
    </w:p>
    <w:p>
      <w:r>
        <w:rPr>
          <w:b/>
        </w:rPr>
        <w:t xml:space="preserve">[45:27] </w:t>
      </w:r>
      <w:r>
        <w:t>to sher ne dekha ke mera jo shikar hai wo crocodile jo hai magarmach le kar ja raha hai.</w:t>
      </w:r>
    </w:p>
    <w:p>
      <w:pPr>
        <w:jc w:val="right"/>
      </w:pPr>
      <w:r>
        <w:t>تو شیر نے دیکھا کہ میرا جو شکار ہے وہ crocodile جو ہے مگرمچھ لے کر جا رہا ہے۔</w:t>
      </w:r>
    </w:p>
    <w:p>
      <w:r>
        <w:rPr>
          <w:b/>
        </w:rPr>
        <w:t xml:space="preserve">[45:32] </w:t>
      </w:r>
      <w:r>
        <w:t>ab zahir hai ke sher ko ghairat aani chahiye thi, barhak uthna chahiye tha.</w:t>
      </w:r>
    </w:p>
    <w:p>
      <w:pPr>
        <w:jc w:val="right"/>
      </w:pPr>
      <w:r>
        <w:t>اب ظاہر ہے کہ شیر کو غیرت آنی چاہیے تھی، بڑھک اٹھنا چاہیے تھا۔</w:t>
      </w:r>
    </w:p>
    <w:p>
      <w:r>
        <w:rPr>
          <w:b/>
        </w:rPr>
        <w:t xml:space="preserve">[45:36] </w:t>
      </w:r>
      <w:r>
        <w:t>ghussa aana chahiye tha is ko.</w:t>
      </w:r>
    </w:p>
    <w:p>
      <w:pPr>
        <w:jc w:val="right"/>
      </w:pPr>
      <w:r>
        <w:t>غصہ آنا چاہیے تھا اس کو۔</w:t>
      </w:r>
    </w:p>
    <w:p>
      <w:r>
        <w:rPr>
          <w:b/>
        </w:rPr>
        <w:t xml:space="preserve">[45:41] </w:t>
      </w:r>
      <w:r>
        <w:t>ke mera shikar tum le ja rahe ho? I am king of the jungle I am king of</w:t>
      </w:r>
    </w:p>
    <w:p>
      <w:pPr>
        <w:jc w:val="right"/>
      </w:pPr>
      <w:r>
        <w:t>کہ میرا شکار تم لے جا رہے ہو؟ I am king of the jungle I am king of</w:t>
      </w:r>
    </w:p>
    <w:p>
      <w:r>
        <w:rPr>
          <w:b/>
        </w:rPr>
        <w:t xml:space="preserve">[45:45] </w:t>
      </w:r>
      <w:r>
        <w:t>the forest lekin mein is mein dekha ho abhi tak mujhe manzar hai ke aisay khara sher khara</w:t>
      </w:r>
    </w:p>
    <w:p>
      <w:pPr>
        <w:jc w:val="right"/>
      </w:pPr>
      <w:r>
        <w:t>the forest لیکن میں اس میں دیکھا ہو ابھی تک مجھے منظر ہے کہ ایسے کھڑا شیر کھڑا</w:t>
      </w:r>
    </w:p>
    <w:p>
      <w:r>
        <w:rPr>
          <w:b/>
        </w:rPr>
        <w:t xml:space="preserve">[45:50] </w:t>
      </w:r>
      <w:r>
        <w:t>hua hai bas dekh raha hai sirf.</w:t>
      </w:r>
    </w:p>
    <w:p>
      <w:pPr>
        <w:jc w:val="right"/>
      </w:pPr>
      <w:r>
        <w:t>ہوا ہے بس دیکھ رہا ہے صرف۔</w:t>
      </w:r>
    </w:p>
    <w:p>
      <w:r>
        <w:rPr>
          <w:b/>
        </w:rPr>
        <w:t xml:space="preserve">[45:54] </w:t>
      </w:r>
      <w:r>
        <w:t>dekh raha hai ke crocodile liye chala ja raha hai.</w:t>
      </w:r>
    </w:p>
    <w:p>
      <w:pPr>
        <w:jc w:val="right"/>
      </w:pPr>
      <w:r>
        <w:t>دیکھ رہا ہے کہ crocodile لیے چلا جا رہا ہے۔</w:t>
      </w:r>
    </w:p>
    <w:p>
      <w:r>
        <w:rPr>
          <w:b/>
        </w:rPr>
        <w:t xml:space="preserve">[45:59] </w:t>
      </w:r>
      <w:r>
        <w:t>kuch bhi garhaya nahi.</w:t>
      </w:r>
    </w:p>
    <w:p>
      <w:pPr>
        <w:jc w:val="right"/>
      </w:pPr>
      <w:r>
        <w:t>کچھ بھی غرایا نہیں۔</w:t>
      </w:r>
    </w:p>
    <w:p>
      <w:r>
        <w:rPr>
          <w:b/>
        </w:rPr>
        <w:t xml:space="preserve">[46:03] </w:t>
      </w:r>
      <w:r>
        <w:t>aur sher jantay hain sher bohat zabardast teerak hota hai.</w:t>
      </w:r>
    </w:p>
    <w:p>
      <w:pPr>
        <w:jc w:val="right"/>
      </w:pPr>
      <w:r>
        <w:t>اور شیر جانتے ہیں شیر بہت زبردست تیراک ہوتا ہے۔</w:t>
      </w:r>
    </w:p>
    <w:p>
      <w:r>
        <w:rPr>
          <w:b/>
        </w:rPr>
        <w:t xml:space="preserve">[46:08] </w:t>
      </w:r>
      <w:r>
        <w:t>wo agar kood parta is mein to teeraki bhi khoob aati hai sher ko.</w:t>
      </w:r>
    </w:p>
    <w:p>
      <w:pPr>
        <w:jc w:val="right"/>
      </w:pPr>
      <w:r>
        <w:t>وہ اگر کود پڑتا اس میں تو تیراکی بھی خوب آتی ہے شیر کو۔</w:t>
      </w:r>
    </w:p>
    <w:p>
      <w:r>
        <w:rPr>
          <w:b/>
        </w:rPr>
        <w:t xml:space="preserve">[46:12] </w:t>
      </w:r>
      <w:r>
        <w:t>ja kar cheen lieta hai wo.</w:t>
      </w:r>
    </w:p>
    <w:p>
      <w:pPr>
        <w:jc w:val="right"/>
      </w:pPr>
      <w:r>
        <w:t>جا کر چھین لیتا ہے وہ۔</w:t>
      </w:r>
    </w:p>
    <w:p>
      <w:r>
        <w:rPr>
          <w:b/>
        </w:rPr>
        <w:t xml:space="preserve">[46:16] </w:t>
      </w:r>
      <w:r>
        <w:t>cheen ke aagay bahar aata hai.</w:t>
      </w:r>
    </w:p>
    <w:p>
      <w:pPr>
        <w:jc w:val="right"/>
      </w:pPr>
      <w:r>
        <w:t>چھین کے آگے باہر آتا ہے۔</w:t>
      </w:r>
    </w:p>
    <w:p>
      <w:r>
        <w:rPr>
          <w:b/>
        </w:rPr>
        <w:t xml:space="preserve">[46:21] </w:t>
      </w:r>
      <w:r>
        <w:t>aur bohat hi taqatwar hota hai.</w:t>
      </w:r>
    </w:p>
    <w:p>
      <w:pPr>
        <w:jc w:val="right"/>
      </w:pPr>
      <w:r>
        <w:t>اور بہت ہی طاقتور ہوتا ہے۔</w:t>
      </w:r>
    </w:p>
    <w:p>
      <w:r>
        <w:rPr>
          <w:b/>
        </w:rPr>
        <w:t xml:space="preserve">[46:25] </w:t>
      </w:r>
      <w:r>
        <w:t>aik martaba mein ne dekha ke sher jo hai ghusay mein aa gaya.</w:t>
      </w:r>
    </w:p>
    <w:p>
      <w:pPr>
        <w:jc w:val="right"/>
      </w:pPr>
      <w:r>
        <w:t>ایک مرتبہ میں نے دیکھا کہ شیر جو ہے غصے میں آ گیا۔</w:t>
      </w:r>
    </w:p>
    <w:p>
      <w:r>
        <w:rPr>
          <w:b/>
        </w:rPr>
        <w:t xml:space="preserve">[46:30] </w:t>
      </w:r>
      <w:r>
        <w:t>kisi baat par sher ko ghussa aata hai to bohat ghussa.</w:t>
      </w:r>
    </w:p>
    <w:p>
      <w:pPr>
        <w:jc w:val="right"/>
      </w:pPr>
      <w:r>
        <w:t>کسی بات پر شیر کو غصہ آتا ہے تو بہت غصہ۔</w:t>
      </w:r>
    </w:p>
    <w:p>
      <w:r>
        <w:rPr>
          <w:b/>
        </w:rPr>
        <w:t xml:space="preserve">[46:34] </w:t>
      </w:r>
      <w:r>
        <w:t>to wo road par khara hua tha us waqt.</w:t>
      </w:r>
    </w:p>
    <w:p>
      <w:pPr>
        <w:jc w:val="right"/>
      </w:pPr>
      <w:r>
        <w:t>تو وہ road پر کھڑا ہوا تھا اس وقت۔</w:t>
      </w:r>
    </w:p>
    <w:p>
      <w:r>
        <w:rPr>
          <w:b/>
        </w:rPr>
        <w:t xml:space="preserve">[46:39] </w:t>
      </w:r>
      <w:r>
        <w:t>ghusay mein us ne apna paon mara road par aisay hi.</w:t>
      </w:r>
    </w:p>
    <w:p>
      <w:pPr>
        <w:jc w:val="right"/>
      </w:pPr>
      <w:r>
        <w:t>غصے میں اس نے اپنا پاؤں مارا road پر ایسے ہی۔</w:t>
      </w:r>
    </w:p>
    <w:p>
      <w:r>
        <w:rPr>
          <w:b/>
        </w:rPr>
        <w:t xml:space="preserve">[46:43] </w:t>
      </w:r>
      <w:r>
        <w:t>yeh, yeh, yeh panja jo hota hai na changal.</w:t>
      </w:r>
    </w:p>
    <w:p>
      <w:pPr>
        <w:jc w:val="right"/>
      </w:pPr>
      <w:r>
        <w:t>یہ، یہ، یہ پنجہ جو ہوتا ہے نا چنگل۔</w:t>
      </w:r>
    </w:p>
    <w:p>
      <w:r>
        <w:rPr>
          <w:b/>
        </w:rPr>
        <w:t xml:space="preserve">[46:48] </w:t>
      </w:r>
      <w:r>
        <w:t>road par mara.</w:t>
      </w:r>
    </w:p>
    <w:p>
      <w:pPr>
        <w:jc w:val="right"/>
      </w:pPr>
      <w:r>
        <w:t>road پر مارا۔</w:t>
      </w:r>
    </w:p>
    <w:p>
      <w:r>
        <w:rPr>
          <w:b/>
        </w:rPr>
        <w:t xml:space="preserve">[46:52] </w:t>
      </w:r>
      <w:r>
        <w:t>road par garha ho gaya.</w:t>
      </w:r>
    </w:p>
    <w:p>
      <w:pPr>
        <w:jc w:val="right"/>
      </w:pPr>
      <w:r>
        <w:t>road پر گڑھا ہو گیا۔</w:t>
      </w:r>
    </w:p>
    <w:p>
      <w:r>
        <w:rPr>
          <w:b/>
        </w:rPr>
        <w:t xml:space="preserve">[46:57] </w:t>
      </w:r>
      <w:r>
        <w:t>yani pakhta sarak par garha ho gaya.</w:t>
      </w:r>
    </w:p>
    <w:p>
      <w:pPr>
        <w:jc w:val="right"/>
      </w:pPr>
      <w:r>
        <w:t>یعنی پختہ سڑک پر گڑھا ہو گیا۔</w:t>
      </w:r>
    </w:p>
    <w:p>
      <w:r>
        <w:rPr>
          <w:b/>
        </w:rPr>
        <w:t xml:space="preserve">[47:01] </w:t>
      </w:r>
      <w:r>
        <w:t>yeh bhi aik scene mein ne dekha is mein. itna taqatwar.</w:t>
      </w:r>
    </w:p>
    <w:p>
      <w:pPr>
        <w:jc w:val="right"/>
      </w:pPr>
      <w:r>
        <w:t>یہ بھی ایک سین میں نے دیکھا اس میں۔ اتنا طاقتور۔</w:t>
      </w:r>
    </w:p>
    <w:p>
      <w:r>
        <w:rPr>
          <w:b/>
        </w:rPr>
        <w:t xml:space="preserve">[47:06] </w:t>
      </w:r>
      <w:r>
        <w:t>yeh hai sher.</w:t>
      </w:r>
    </w:p>
    <w:p>
      <w:pPr>
        <w:jc w:val="right"/>
      </w:pPr>
      <w:r>
        <w:t>یہ ہے شیر۔</w:t>
      </w:r>
    </w:p>
    <w:p>
      <w:r>
        <w:rPr>
          <w:b/>
        </w:rPr>
        <w:t xml:space="preserve">[47:10] </w:t>
      </w:r>
      <w:r>
        <w:t>yani yeh sher culture hai yeh. sabr.</w:t>
      </w:r>
    </w:p>
    <w:p>
      <w:pPr>
        <w:jc w:val="right"/>
      </w:pPr>
      <w:r>
        <w:t>یعنی یہ شیر کلچر ہے یہ۔ صبر۔</w:t>
      </w:r>
    </w:p>
    <w:p>
      <w:r>
        <w:rPr>
          <w:b/>
        </w:rPr>
        <w:t xml:space="preserve">[47:14] </w:t>
      </w:r>
      <w:r>
        <w:t>sabr jo hai sher culture hai.</w:t>
      </w:r>
    </w:p>
    <w:p>
      <w:pPr>
        <w:jc w:val="right"/>
      </w:pPr>
      <w:r>
        <w:t>صبر جو ہے شیر کلچر ہے۔</w:t>
      </w:r>
    </w:p>
    <w:p>
      <w:r>
        <w:rPr>
          <w:b/>
        </w:rPr>
        <w:t xml:space="preserve">[47:19] </w:t>
      </w:r>
      <w:r>
        <w:t>ab barhuk uthna yeh to bazdiloon ka kaam hai.</w:t>
      </w:r>
    </w:p>
    <w:p>
      <w:pPr>
        <w:jc w:val="right"/>
      </w:pPr>
      <w:r>
        <w:t>اب بڑھک اٹھنا یہ تو بزدلوں کا کام ہے۔</w:t>
      </w:r>
    </w:p>
    <w:p>
      <w:r>
        <w:rPr>
          <w:b/>
        </w:rPr>
        <w:t xml:space="preserve">[47:23] </w:t>
      </w:r>
      <w:r>
        <w:t>bazdiloon ka kaam hai.</w:t>
      </w:r>
    </w:p>
    <w:p>
      <w:pPr>
        <w:jc w:val="right"/>
      </w:pPr>
      <w:r>
        <w:t>بزدلوں کا کام ہے۔</w:t>
      </w:r>
    </w:p>
    <w:p>
      <w:r>
        <w:rPr>
          <w:b/>
        </w:rPr>
        <w:t xml:space="preserve">[47:28] </w:t>
      </w:r>
      <w:r>
        <w:t>to islam mein dekhiye sab se bari ahmiyat di gayi hai intellectual development ko jis ko kaha jata hai tazkiya.</w:t>
      </w:r>
    </w:p>
    <w:p>
      <w:pPr>
        <w:jc w:val="right"/>
      </w:pPr>
      <w:r>
        <w:t>تو اسلام میں دیکھیے سب سے بڑی اہمیت دی گئی ہے intellectual development کو جس کو کہا جاتا ہے تزکیہ۔</w:t>
      </w:r>
    </w:p>
    <w:p>
      <w:r>
        <w:rPr>
          <w:b/>
        </w:rPr>
        <w:t xml:space="preserve">[47:32] </w:t>
      </w:r>
      <w:r>
        <w:t>aap quran majeed mein parhein ge to bar bar aap ko tazkiya ka lafz mile ga.</w:t>
      </w:r>
    </w:p>
    <w:p>
      <w:pPr>
        <w:jc w:val="right"/>
      </w:pPr>
      <w:r>
        <w:t>آپ قرآن مجید میں پڑھیں گے تو بار بار آپ کو تزکیہ کا لفظ ملے گا۔</w:t>
      </w:r>
    </w:p>
    <w:p>
      <w:r>
        <w:rPr>
          <w:b/>
        </w:rPr>
        <w:t xml:space="preserve">[47:37] </w:t>
      </w:r>
      <w:r>
        <w:t>tazkiya bohat bari cheez batayi gayi hai. tazkiya.</w:t>
      </w:r>
    </w:p>
    <w:p>
      <w:pPr>
        <w:jc w:val="right"/>
      </w:pPr>
      <w:r>
        <w:t>تزکیہ بہت بڑی چیز بتائی گئی ہے۔ تزکیہ۔</w:t>
      </w:r>
    </w:p>
    <w:p>
      <w:r>
        <w:rPr>
          <w:b/>
        </w:rPr>
        <w:t xml:space="preserve">[47:41] </w:t>
      </w:r>
      <w:r>
        <w:t>to tazkiya kya hai? woh intellectual development hai.</w:t>
      </w:r>
    </w:p>
    <w:p>
      <w:pPr>
        <w:jc w:val="right"/>
      </w:pPr>
      <w:r>
        <w:t>تو تزکیہ کیا ہے؟ وہ intellectual development ہے۔</w:t>
      </w:r>
    </w:p>
    <w:p>
      <w:r>
        <w:rPr>
          <w:b/>
        </w:rPr>
        <w:t xml:space="preserve">[47:46] </w:t>
      </w:r>
      <w:r>
        <w:t>intellectual development kya hai? To attain high level of thinking.</w:t>
      </w:r>
    </w:p>
    <w:p>
      <w:pPr>
        <w:jc w:val="right"/>
      </w:pPr>
      <w:r>
        <w:t>intellectual development کیا ہے؟ To attain high level of thinking.</w:t>
      </w:r>
    </w:p>
    <w:p>
      <w:r>
        <w:rPr>
          <w:b/>
        </w:rPr>
        <w:t xml:space="preserve">[47:50] </w:t>
      </w:r>
      <w:r>
        <w:t>yehi hai intellectual development.</w:t>
      </w:r>
    </w:p>
    <w:p>
      <w:pPr>
        <w:jc w:val="right"/>
      </w:pPr>
      <w:r>
        <w:t>یہی ہے intellectual development۔</w:t>
      </w:r>
    </w:p>
    <w:p>
      <w:r>
        <w:rPr>
          <w:b/>
        </w:rPr>
        <w:t xml:space="preserve">[47:55] </w:t>
      </w:r>
      <w:r>
        <w:t>To attain high level of thinking. buland fikri.</w:t>
      </w:r>
    </w:p>
    <w:p>
      <w:pPr>
        <w:jc w:val="right"/>
      </w:pPr>
      <w:r>
        <w:t>To attain high level of thinking. بلند فکری۔</w:t>
      </w:r>
    </w:p>
    <w:p>
      <w:r>
        <w:rPr>
          <w:b/>
        </w:rPr>
        <w:t xml:space="preserve">[47:59] </w:t>
      </w:r>
      <w:r>
        <w:t>upar uth kar sochna.</w:t>
      </w:r>
    </w:p>
    <w:p>
      <w:pPr>
        <w:jc w:val="right"/>
      </w:pPr>
      <w:r>
        <w:t>اوپر اٹھ کر سوچنا۔</w:t>
      </w:r>
    </w:p>
    <w:p>
      <w:r>
        <w:rPr>
          <w:b/>
        </w:rPr>
        <w:t xml:space="preserve">[48:04] </w:t>
      </w:r>
      <w:r>
        <w:t>har cheez ko nazar daar kar ke sochna.</w:t>
      </w:r>
    </w:p>
    <w:p>
      <w:pPr>
        <w:jc w:val="right"/>
      </w:pPr>
      <w:r>
        <w:t>ہر چیز کو نظر دار کر کے سوچنا۔</w:t>
      </w:r>
    </w:p>
    <w:p>
      <w:r>
        <w:rPr>
          <w:b/>
        </w:rPr>
        <w:t xml:space="preserve">[48:08] </w:t>
      </w:r>
      <w:r>
        <w:t>yani har cheez ko aap jab sabr ke khane mein dalen ge tab aap soch paen ge.</w:t>
      </w:r>
    </w:p>
    <w:p>
      <w:pPr>
        <w:jc w:val="right"/>
      </w:pPr>
      <w:r>
        <w:t>یعنی ہر چیز کو آپ جب صبر کے خانے میں ڈالیں گے تب آپ سوچ پائیں گے۔</w:t>
      </w:r>
    </w:p>
    <w:p>
      <w:r>
        <w:rPr>
          <w:b/>
        </w:rPr>
        <w:t xml:space="preserve">[48:12] </w:t>
      </w:r>
      <w:r>
        <w:t>agar sabr ke khane mein na dalen ge to phanse rahen ge.</w:t>
      </w:r>
    </w:p>
    <w:p>
      <w:pPr>
        <w:jc w:val="right"/>
      </w:pPr>
      <w:r>
        <w:t>اگر صبر کے خانے میں نہ ڈالیں گے تو پھنسے رہیں گے۔</w:t>
      </w:r>
    </w:p>
    <w:p>
      <w:r>
        <w:rPr>
          <w:b/>
        </w:rPr>
        <w:t xml:space="preserve">[48:17] </w:t>
      </w:r>
      <w:r>
        <w:t>aaj kal ke naujawanon ka haal jante hain kya hai? kisi naujawan ko apne doston se shikayat nahi hoti.</w:t>
      </w:r>
    </w:p>
    <w:p>
      <w:pPr>
        <w:jc w:val="right"/>
      </w:pPr>
      <w:r>
        <w:t>آج کل کے نوجوانوں کا حال جانتے ہیں کیا ہے؟ کسی نوجوان کو اپنے دوستوں سے شکایت نہیں ہوتی۔</w:t>
      </w:r>
    </w:p>
    <w:p>
      <w:r>
        <w:rPr>
          <w:b/>
        </w:rPr>
        <w:t xml:space="preserve">[48:21] </w:t>
      </w:r>
      <w:r>
        <w:t>aur rishtedaron se shikayat hoti hai, ghar walon se shikayat hoti hai.</w:t>
      </w:r>
    </w:p>
    <w:p>
      <w:pPr>
        <w:jc w:val="right"/>
      </w:pPr>
      <w:r>
        <w:t>اور رشتہ داروں سے شکایت ہوتی ہے، گھر والوں سے شکایت ہوتی ہے۔</w:t>
      </w:r>
    </w:p>
    <w:p>
      <w:r>
        <w:rPr>
          <w:b/>
        </w:rPr>
        <w:t xml:space="preserve">[48:26] </w:t>
      </w:r>
      <w:r>
        <w:t>kyun? dost to khali hua karte hain.</w:t>
      </w:r>
    </w:p>
    <w:p>
      <w:pPr>
        <w:jc w:val="right"/>
      </w:pPr>
      <w:r>
        <w:t>کیوں؟ دوست تو خالی ہوا کرتے ہیں۔</w:t>
      </w:r>
    </w:p>
    <w:p>
      <w:r>
        <w:rPr>
          <w:b/>
        </w:rPr>
        <w:t xml:space="preserve">[48:30] </w:t>
      </w:r>
      <w:r>
        <w:t>dost aap par na to criticize karta, na aap ko koi takleef pahanchata.</w:t>
      </w:r>
    </w:p>
    <w:p>
      <w:pPr>
        <w:jc w:val="right"/>
      </w:pPr>
      <w:r>
        <w:t>دوست آپ پر نہ تو criticize کرتا، نہ آپ کو کوئی تکلیف پہنچاتا۔</w:t>
      </w:r>
    </w:p>
    <w:p>
      <w:r>
        <w:rPr>
          <w:b/>
        </w:rPr>
        <w:t xml:space="preserve">[48:35] </w:t>
      </w:r>
      <w:r>
        <w:t>dost se aap ko koi aisa experience nahi hota jis par sabr karna pare aap ko.</w:t>
      </w:r>
    </w:p>
    <w:p>
      <w:pPr>
        <w:jc w:val="right"/>
      </w:pPr>
      <w:r>
        <w:t>دوست سے آپ کو کوئی ایسا experience نہیں ہوتا جس پر صبر کرنا پڑے آپ کو۔</w:t>
      </w:r>
    </w:p>
    <w:p>
      <w:r>
        <w:rPr>
          <w:b/>
        </w:rPr>
        <w:t xml:space="preserve">[48:39] </w:t>
      </w:r>
      <w:r>
        <w:t>to khoob khush hain aap doston se.</w:t>
      </w:r>
    </w:p>
    <w:p>
      <w:pPr>
        <w:jc w:val="right"/>
      </w:pPr>
      <w:r>
        <w:t>تو خوب خوش ہیں آپ دوستوں سے۔</w:t>
      </w:r>
    </w:p>
    <w:p>
      <w:r>
        <w:rPr>
          <w:b/>
        </w:rPr>
        <w:t xml:space="preserve">[48:44] </w:t>
      </w:r>
      <w:r>
        <w:t>aise dost to matlab hota hai ke qabil e laanat hain.</w:t>
      </w:r>
    </w:p>
    <w:p>
      <w:pPr>
        <w:jc w:val="right"/>
      </w:pPr>
      <w:r>
        <w:t>ایسے دوست تو مطلب ہوتا ہے کہ قابل لعنت ہیں۔</w:t>
      </w:r>
    </w:p>
    <w:p>
      <w:r>
        <w:rPr>
          <w:b/>
        </w:rPr>
        <w:t xml:space="preserve">[48:48] </w:t>
      </w:r>
      <w:r>
        <w:t>aise dost qabil e laanat hain.</w:t>
      </w:r>
    </w:p>
    <w:p>
      <w:pPr>
        <w:jc w:val="right"/>
      </w:pPr>
      <w:r>
        <w:t>ایسے دوست قابل لعنت ہیں۔</w:t>
      </w:r>
    </w:p>
    <w:p>
      <w:r>
        <w:rPr>
          <w:b/>
        </w:rPr>
        <w:t xml:space="preserve">[48:53] </w:t>
      </w:r>
      <w:r>
        <w:t>Friendship ko mein laanat samajhta hoon, laanat.</w:t>
      </w:r>
    </w:p>
    <w:p>
      <w:pPr>
        <w:jc w:val="right"/>
      </w:pPr>
      <w:r>
        <w:t>Friendship کو میں لعنت سمجھتا ہوں، لعنت۔</w:t>
      </w:r>
    </w:p>
    <w:p>
      <w:r>
        <w:rPr>
          <w:b/>
        </w:rPr>
        <w:t xml:space="preserve">[48:57] </w:t>
      </w:r>
      <w:r>
        <w:t>kyun? Friendship ka matlab kya hai? Sochne ka lower level par le jana.</w:t>
      </w:r>
    </w:p>
    <w:p>
      <w:pPr>
        <w:jc w:val="right"/>
      </w:pPr>
      <w:r>
        <w:t>کیوں؟ Friendship کا مطلب کیا ہے؟ سوچنے کا lower level پر لے جانا۔</w:t>
      </w:r>
    </w:p>
    <w:p>
      <w:r>
        <w:rPr>
          <w:b/>
        </w:rPr>
        <w:t xml:space="preserve">[49:02] </w:t>
      </w:r>
      <w:r>
        <w:t>lower level of thinking par le jana.</w:t>
      </w:r>
    </w:p>
    <w:p>
      <w:pPr>
        <w:jc w:val="right"/>
      </w:pPr>
      <w:r>
        <w:t>lower level of thinking پر لے جانا۔</w:t>
      </w:r>
    </w:p>
    <w:p>
      <w:r>
        <w:rPr>
          <w:b/>
        </w:rPr>
        <w:t xml:space="preserve">[49:06] </w:t>
      </w:r>
      <w:r>
        <w:t>jab baith kar hua karenge aap to Where is high level of thinking?</w:t>
      </w:r>
    </w:p>
    <w:p>
      <w:pPr>
        <w:jc w:val="right"/>
      </w:pPr>
      <w:r>
        <w:t>جب بیٹھ کر ہوا کریں گے آپ تو Where is high level of thinking?</w:t>
      </w:r>
    </w:p>
    <w:p>
      <w:r>
        <w:rPr>
          <w:b/>
        </w:rPr>
        <w:t xml:space="preserve">[49:11] </w:t>
      </w:r>
      <w:r>
        <w:t>jab aap doston ko baith kar hua karenge to Where is that high level of thinking?</w:t>
      </w:r>
    </w:p>
    <w:p>
      <w:pPr>
        <w:jc w:val="right"/>
      </w:pPr>
      <w:r>
        <w:t>جب آپ دوستوں کو بیٹھ کر ہوا کریں گے تو Where is that high level of thinking?</w:t>
      </w:r>
    </w:p>
    <w:p>
      <w:r>
        <w:rPr>
          <w:b/>
        </w:rPr>
        <w:t xml:space="preserve">[49:16] </w:t>
      </w:r>
      <w:r>
        <w:t>Newton ka koi dost nahi tha.</w:t>
      </w:r>
    </w:p>
    <w:p>
      <w:pPr>
        <w:jc w:val="right"/>
      </w:pPr>
      <w:r>
        <w:t>نیوٹن کا کوئی دوست نہیں تھا۔</w:t>
      </w:r>
    </w:p>
    <w:p>
      <w:r>
        <w:rPr>
          <w:b/>
        </w:rPr>
        <w:t xml:space="preserve">[49:21] </w:t>
      </w:r>
      <w:r>
        <w:t>ek bhi dost nahi tha Newton ka.</w:t>
      </w:r>
    </w:p>
    <w:p>
      <w:pPr>
        <w:jc w:val="right"/>
      </w:pPr>
      <w:r>
        <w:t>ایک بھی دوست نہیں تھا نیوٹن کا۔</w:t>
      </w:r>
    </w:p>
    <w:p>
      <w:r>
        <w:rPr>
          <w:b/>
        </w:rPr>
        <w:t xml:space="preserve">[49:26] </w:t>
      </w:r>
      <w:r>
        <w:t>to kitni bari bari kaam kaam kiye is ne.</w:t>
      </w:r>
    </w:p>
    <w:p>
      <w:pPr>
        <w:jc w:val="right"/>
      </w:pPr>
      <w:r>
        <w:t>تو کتنی بڑی بڑی کام کام کیے اس نے۔</w:t>
      </w:r>
    </w:p>
    <w:p>
      <w:r>
        <w:rPr>
          <w:b/>
        </w:rPr>
        <w:t xml:space="preserve">[49:32] </w:t>
      </w:r>
      <w:r>
        <w:t>to behal main kahunga ke aadmi ko chahiye ke woh sochi samjhi zindagi guzare.</w:t>
      </w:r>
    </w:p>
    <w:p>
      <w:pPr>
        <w:jc w:val="right"/>
      </w:pPr>
      <w:r>
        <w:t>تو بہرحال میں کہوں گا کہ آدمی کو چاہیے کہ وہ سوچی سمجھی زندگی گزارے۔</w:t>
      </w:r>
    </w:p>
    <w:p>
      <w:r>
        <w:rPr>
          <w:b/>
        </w:rPr>
        <w:t xml:space="preserve">[49:37] </w:t>
      </w:r>
      <w:r>
        <w:t>aur hamare jo daai hain jinka koi mission hai un ko to aur bhi zyada sochi samjhi</w:t>
      </w:r>
    </w:p>
    <w:p>
      <w:pPr>
        <w:jc w:val="right"/>
      </w:pPr>
      <w:r>
        <w:t>اور ہمارے جو داعی ہیں جن کا کوئی mission ہے ان کو تو اور بھی زیادہ سوچی سمجھی</w:t>
      </w:r>
    </w:p>
    <w:p>
      <w:r>
        <w:rPr>
          <w:b/>
        </w:rPr>
        <w:t xml:space="preserve">[49:42] </w:t>
      </w:r>
      <w:r>
        <w:t>zindagi guzarna hai.</w:t>
      </w:r>
    </w:p>
    <w:p>
      <w:pPr>
        <w:jc w:val="right"/>
      </w:pPr>
      <w:r>
        <w:t>زندگی گزارنا ہے۔</w:t>
      </w:r>
    </w:p>
    <w:p>
      <w:r>
        <w:rPr>
          <w:b/>
        </w:rPr>
        <w:t xml:space="preserve">[49:47] </w:t>
      </w:r>
      <w:r>
        <w:t>hum We can't afford to lose a single second hum afford nahi kar sakte kyunke ek second ka</w:t>
      </w:r>
    </w:p>
    <w:p>
      <w:pPr>
        <w:jc w:val="right"/>
      </w:pPr>
      <w:r>
        <w:t>ہم We can't afford to lose a single second ہم afford نہیں کر سکتے کیونکہ ایک سیکنڈ کا</w:t>
      </w:r>
    </w:p>
    <w:p>
      <w:r>
        <w:rPr>
          <w:b/>
        </w:rPr>
        <w:t xml:space="preserve">[49:53] </w:t>
      </w:r>
      <w:r>
        <w:t>aakhirat mein hamein karoron saal bhugtna parega.</w:t>
      </w:r>
    </w:p>
    <w:p>
      <w:pPr>
        <w:jc w:val="right"/>
      </w:pPr>
      <w:r>
        <w:t>آخرت میں ہمیں کروڑوں سال بھگتنا پڑے گا۔</w:t>
      </w:r>
    </w:p>
    <w:p>
      <w:r>
        <w:rPr>
          <w:b/>
        </w:rPr>
        <w:t xml:space="preserve">[49:58] </w:t>
      </w:r>
      <w:r>
        <w:t>to hum is ko afford nahi kar sakte ke apne second ko hum lose karein.</w:t>
      </w:r>
    </w:p>
    <w:p>
      <w:pPr>
        <w:jc w:val="right"/>
      </w:pPr>
      <w:r>
        <w:t>تو ہم اس کو afford نہیں کر سکتے کہ اپنے سیکنڈ کو ہم lose کریں۔</w:t>
      </w:r>
    </w:p>
    <w:p>
      <w:r>
        <w:rPr>
          <w:b/>
        </w:rPr>
        <w:t xml:space="preserve">[50:03] </w:t>
      </w:r>
      <w:r>
        <w:t>hum aisa nahi kar sakte.</w:t>
      </w:r>
    </w:p>
    <w:p>
      <w:pPr>
        <w:jc w:val="right"/>
      </w:pPr>
      <w:r>
        <w:t>ہم ایسا نہیں کر سکتے۔</w:t>
      </w:r>
    </w:p>
    <w:p>
      <w:r>
        <w:rPr>
          <w:b/>
        </w:rPr>
        <w:t xml:space="preserve">[50:08] </w:t>
      </w:r>
      <w:r>
        <w:t>to yeh bohat hi zyada sochne ki baat hai.</w:t>
      </w:r>
    </w:p>
    <w:p>
      <w:pPr>
        <w:jc w:val="right"/>
      </w:pPr>
      <w:r>
        <w:t>تو یہ بہت ہی زیادہ سوچنے کی بات ہے۔</w:t>
      </w:r>
    </w:p>
    <w:p>
      <w:r>
        <w:rPr>
          <w:b/>
        </w:rPr>
        <w:t xml:space="preserve">[50:14] </w:t>
      </w:r>
      <w:r>
        <w:t>ek baar main ne ek article parha tha Japan ke bare mein.</w:t>
      </w:r>
    </w:p>
    <w:p>
      <w:pPr>
        <w:jc w:val="right"/>
      </w:pPr>
      <w:r>
        <w:t>ایک بار میں نے ایک article پڑھا تھا جاپان کے بارے میں۔</w:t>
      </w:r>
    </w:p>
    <w:p>
      <w:r>
        <w:rPr>
          <w:b/>
        </w:rPr>
        <w:t xml:space="preserve">[50:19] </w:t>
      </w:r>
      <w:r>
        <w:t>Japan ke bare mein woh article mein bataya gaya tha ke Japan ki language jo hai is mein</w:t>
      </w:r>
    </w:p>
    <w:p>
      <w:pPr>
        <w:jc w:val="right"/>
      </w:pPr>
      <w:r>
        <w:t>جاپان کے بارے میں وہ article میں بتایا گیا تھا کہ جاپان کی language جو ہے اس میں</w:t>
      </w:r>
    </w:p>
    <w:p>
      <w:r>
        <w:rPr>
          <w:b/>
        </w:rPr>
        <w:t xml:space="preserve">[50:24] </w:t>
      </w:r>
      <w:r>
        <w:t>confrontation ke liye sirf ek hi lafz hai.</w:t>
      </w:r>
    </w:p>
    <w:p>
      <w:pPr>
        <w:jc w:val="right"/>
      </w:pPr>
      <w:r>
        <w:t>confrontation کے لیے صرف ایک ہی لفظ ہے۔</w:t>
      </w:r>
    </w:p>
    <w:p>
      <w:r>
        <w:rPr>
          <w:b/>
        </w:rPr>
        <w:t xml:space="preserve">[50:29] </w:t>
      </w:r>
      <w:r>
        <w:t>yani confrontation bas.</w:t>
      </w:r>
    </w:p>
    <w:p>
      <w:pPr>
        <w:jc w:val="right"/>
      </w:pPr>
      <w:r>
        <w:t>یعنی confrontation بس۔</w:t>
      </w:r>
    </w:p>
    <w:p>
      <w:r>
        <w:rPr>
          <w:b/>
        </w:rPr>
        <w:t xml:space="preserve">[50:35] </w:t>
      </w:r>
      <w:r>
        <w:t>koi aur lafz nahi.</w:t>
      </w:r>
    </w:p>
    <w:p>
      <w:pPr>
        <w:jc w:val="right"/>
      </w:pPr>
      <w:r>
        <w:t>کوئی اور لفظ نہیں۔</w:t>
      </w:r>
    </w:p>
    <w:p>
      <w:r>
        <w:rPr>
          <w:b/>
        </w:rPr>
        <w:t xml:space="preserve">[50:40] </w:t>
      </w:r>
      <w:r>
        <w:t>aur adjustment ke liye more than dozen alfaaz hain.</w:t>
      </w:r>
    </w:p>
    <w:p>
      <w:pPr>
        <w:jc w:val="right"/>
      </w:pPr>
      <w:r>
        <w:t>اور adjustment کے لیے more than dozen الفاظ ہیں۔</w:t>
      </w:r>
    </w:p>
    <w:p>
      <w:r>
        <w:rPr>
          <w:b/>
        </w:rPr>
        <w:t xml:space="preserve">[50:45] </w:t>
      </w:r>
      <w:r>
        <w:t>yani adjustment ka jo concept hai is ke liye Japanese mein ek se ek darjan se zyada alfaaz hain.</w:t>
      </w:r>
    </w:p>
    <w:p>
      <w:pPr>
        <w:jc w:val="right"/>
      </w:pPr>
      <w:r>
        <w:t>یعنی adjustment کا جو concept ہے اس کے لیے Japanese میں ایک سے ایک درجن سے زیادہ الفاظ ہیں۔</w:t>
      </w:r>
    </w:p>
    <w:p>
      <w:r>
        <w:rPr>
          <w:b/>
        </w:rPr>
        <w:t xml:space="preserve">[50:50] </w:t>
      </w:r>
      <w:r>
        <w:t>aur takrao ke liye ek hi sirf ek hi lafz hai.</w:t>
      </w:r>
    </w:p>
    <w:p>
      <w:pPr>
        <w:jc w:val="right"/>
      </w:pPr>
      <w:r>
        <w:t>اور ٹکراؤ کے لیے ایک ہی صرف ایک ہی لفظ ہے۔</w:t>
      </w:r>
    </w:p>
    <w:p>
      <w:r>
        <w:rPr>
          <w:b/>
        </w:rPr>
        <w:t xml:space="preserve">[50:56] </w:t>
      </w:r>
      <w:r>
        <w:t>ab aap ghor kijiye, compare kijiye ke yani Japan ka aur in logon ka jo ladai lad rahe</w:t>
      </w:r>
    </w:p>
    <w:p>
      <w:pPr>
        <w:jc w:val="right"/>
      </w:pPr>
      <w:r>
        <w:t>اب آپ غور کیجیے، compare کیجیے کہ یعنی جاپان کا اور ان لوگوں کا جو لڑائی لڑ رہے</w:t>
      </w:r>
    </w:p>
    <w:p>
      <w:r>
        <w:rPr>
          <w:b/>
        </w:rPr>
        <w:t xml:space="preserve">[51:01] </w:t>
      </w:r>
      <w:r>
        <w:t>hain kaun taraqqi kis ne taraqqi ki hai? Kashmiriyon ne taraqqi ki hai, Filastiniyon ne taraqqi ki hai,</w:t>
      </w:r>
    </w:p>
    <w:p>
      <w:pPr>
        <w:jc w:val="right"/>
      </w:pPr>
      <w:r>
        <w:t>ہیں کون ترقی کس نے ترقی کی ہے؟ کشمیریوں نے ترقی کی ہے، فلسطینیوں نے ترقی کی ہے،</w:t>
      </w:r>
    </w:p>
    <w:p>
      <w:r>
        <w:rPr>
          <w:b/>
        </w:rPr>
        <w:t xml:space="preserve">[51:06] </w:t>
      </w:r>
      <w:r>
        <w:t>afghaniyon ne taraqqi ki hai, iraqiyon ne taraqqi ki hai.</w:t>
      </w:r>
    </w:p>
    <w:p>
      <w:pPr>
        <w:jc w:val="right"/>
      </w:pPr>
      <w:r>
        <w:t>افغانیوں نے ترقی کی ہے، عراقیوں نے ترقی کی ہے۔</w:t>
      </w:r>
    </w:p>
    <w:p>
      <w:r>
        <w:rPr>
          <w:b/>
        </w:rPr>
        <w:t xml:space="preserve">[51:11] </w:t>
      </w:r>
      <w:r>
        <w:t>koi taraqqi nahin.</w:t>
      </w:r>
    </w:p>
    <w:p>
      <w:pPr>
        <w:jc w:val="right"/>
      </w:pPr>
      <w:r>
        <w:t>کوئی ترقی نہیں۔</w:t>
      </w:r>
    </w:p>
    <w:p>
      <w:r>
        <w:rPr>
          <w:b/>
        </w:rPr>
        <w:t xml:space="preserve">[51:17] </w:t>
      </w:r>
      <w:r>
        <w:t>kyonke lad rahe hain, lad rahe hain, lad rahe hain.</w:t>
      </w:r>
    </w:p>
    <w:p>
      <w:pPr>
        <w:jc w:val="right"/>
      </w:pPr>
      <w:r>
        <w:t>کیونکہ لڑ رہے ہیں، لڑ رہے ہیں، لڑ رہے ہیں۔</w:t>
      </w:r>
    </w:p>
    <w:p>
      <w:r>
        <w:rPr>
          <w:b/>
        </w:rPr>
        <w:t xml:space="preserve">[51:22] </w:t>
      </w:r>
      <w:r>
        <w:t>adjustment ka unki lughat mein koi lafzi nahin hai.</w:t>
      </w:r>
    </w:p>
    <w:p>
      <w:pPr>
        <w:jc w:val="right"/>
      </w:pPr>
      <w:r>
        <w:t>adjustment کا ان کی لغت میں کوئی لفظی نہیں ہے۔</w:t>
      </w:r>
    </w:p>
    <w:p>
      <w:r>
        <w:rPr>
          <w:b/>
        </w:rPr>
        <w:t xml:space="preserve">[51:27] </w:t>
      </w:r>
      <w:r>
        <w:t>to japan ki zaban mein confrontation ka lafz nahin.</w:t>
      </w:r>
    </w:p>
    <w:p>
      <w:pPr>
        <w:jc w:val="right"/>
      </w:pPr>
      <w:r>
        <w:t>تو جاپان کی زبان میں confrontation کا لفظ نہیں۔</w:t>
      </w:r>
    </w:p>
    <w:p>
      <w:r>
        <w:rPr>
          <w:b/>
        </w:rPr>
        <w:t xml:space="preserve">[51:32] </w:t>
      </w:r>
      <w:r>
        <w:t>aur in logon ki zaban language mein adjustment ka lafz nahin hai.</w:t>
      </w:r>
    </w:p>
    <w:p>
      <w:pPr>
        <w:jc w:val="right"/>
      </w:pPr>
      <w:r>
        <w:t>اور ان لوگوں کی زبان language میں adjustment کا لفظ نہیں ہے۔</w:t>
      </w:r>
    </w:p>
    <w:p>
      <w:r>
        <w:rPr>
          <w:b/>
        </w:rPr>
        <w:t xml:space="preserve">[51:38] </w:t>
      </w:r>
      <w:r>
        <w:t>wo mazak udate hain sabr ka.</w:t>
      </w:r>
    </w:p>
    <w:p>
      <w:pPr>
        <w:jc w:val="right"/>
      </w:pPr>
      <w:r>
        <w:t>وہ مذاق اڑاتے ہیں صبر کا۔</w:t>
      </w:r>
    </w:p>
    <w:p>
      <w:r>
        <w:rPr>
          <w:b/>
        </w:rPr>
        <w:t xml:space="preserve">[51:43] </w:t>
      </w:r>
      <w:r>
        <w:t>sabr ka mazak udana aise hi hai jaise suraj ka mazak udana hai.</w:t>
      </w:r>
    </w:p>
    <w:p>
      <w:pPr>
        <w:jc w:val="right"/>
      </w:pPr>
      <w:r>
        <w:t>صبر کا مذاق اڑانا ایسے ہی ہے جیسے سورج کا مذاق اڑانا ہے۔</w:t>
      </w:r>
    </w:p>
    <w:p>
      <w:r>
        <w:rPr>
          <w:b/>
        </w:rPr>
        <w:t xml:space="preserve">[51:48] </w:t>
      </w:r>
      <w:r>
        <w:t>jo sabr ka mazak udaye wo intehai bewakoof aadmi hai.</w:t>
      </w:r>
    </w:p>
    <w:p>
      <w:pPr>
        <w:jc w:val="right"/>
      </w:pPr>
      <w:r>
        <w:t>جو صبر کا مذاق اڑائے وہ انتہائی بیوقوف آدمی ہے۔</w:t>
      </w:r>
    </w:p>
    <w:p>
      <w:r>
        <w:rPr>
          <w:b/>
        </w:rPr>
        <w:t xml:space="preserve">[51:53] </w:t>
      </w:r>
      <w:r>
        <w:t>wo jante hi nahin ke sabr ki value kya cheez hai.</w:t>
      </w:r>
    </w:p>
    <w:p>
      <w:pPr>
        <w:jc w:val="right"/>
      </w:pPr>
      <w:r>
        <w:t>وہ جانتے ہی نہیں کہ صبر کی value کیا چیز ہے۔</w:t>
      </w:r>
    </w:p>
    <w:p>
      <w:r>
        <w:rPr>
          <w:b/>
        </w:rPr>
        <w:t xml:space="preserve">[51:59] </w:t>
      </w:r>
      <w:r>
        <w:t>sabr hi se sari taraqqiyan juri hui hain.</w:t>
      </w:r>
    </w:p>
    <w:p>
      <w:pPr>
        <w:jc w:val="right"/>
      </w:pPr>
      <w:r>
        <w:t>صبر ہی سے ساری ترقیاں جڑی ہوئی ہیں۔</w:t>
      </w:r>
    </w:p>
    <w:p>
      <w:r>
        <w:rPr>
          <w:b/>
        </w:rPr>
        <w:t xml:space="preserve">[52:04] </w:t>
      </w:r>
      <w:r>
        <w:t>social life mein dekhiye.</w:t>
      </w:r>
    </w:p>
    <w:p>
      <w:pPr>
        <w:jc w:val="right"/>
      </w:pPr>
      <w:r>
        <w:t>social life میں دیکھیے۔</w:t>
      </w:r>
    </w:p>
    <w:p>
      <w:r>
        <w:rPr>
          <w:b/>
        </w:rPr>
        <w:t xml:space="preserve">[52:09] </w:t>
      </w:r>
      <w:r>
        <w:t>social life mein chahe married life ho, family life ho, international life ho, hamesha differences honge.</w:t>
      </w:r>
    </w:p>
    <w:p>
      <w:pPr>
        <w:jc w:val="right"/>
      </w:pPr>
      <w:r>
        <w:t>social life میں چاہے married life ہو، family life ہو، international life ہو، ہمیشہ differences ہوں گے۔</w:t>
      </w:r>
    </w:p>
    <w:p>
      <w:r>
        <w:rPr>
          <w:b/>
        </w:rPr>
        <w:t xml:space="preserve">[52:14] </w:t>
      </w:r>
      <w:r>
        <w:t>it is impossible ke differences na hon.</w:t>
      </w:r>
    </w:p>
    <w:p>
      <w:pPr>
        <w:jc w:val="right"/>
      </w:pPr>
      <w:r>
        <w:t>It is impossible کہ differences نہ ہوں۔</w:t>
      </w:r>
    </w:p>
    <w:p>
      <w:r>
        <w:rPr>
          <w:b/>
        </w:rPr>
        <w:t xml:space="preserve">[52:20] </w:t>
      </w:r>
      <w:r>
        <w:t>to aap kya karenge? kya differences se ladenge aap? to bas ladte rahiye, ladte rahiye, ladte rahiye. nahin.</w:t>
      </w:r>
    </w:p>
    <w:p>
      <w:pPr>
        <w:jc w:val="right"/>
      </w:pPr>
      <w:r>
        <w:t>تو آپ کیا کریں گے؟ کیا differences سے لڑیں گے آپ؟ تو بس لڑتے رہیے، لڑتے رہیے، لڑتے رہیے۔ نہیں۔</w:t>
      </w:r>
    </w:p>
    <w:p>
      <w:r>
        <w:rPr>
          <w:b/>
        </w:rPr>
        <w:t xml:space="preserve">[52:25] </w:t>
      </w:r>
      <w:r>
        <w:t>differences ko hum avoid karenge.</w:t>
      </w:r>
    </w:p>
    <w:p>
      <w:pPr>
        <w:jc w:val="right"/>
      </w:pPr>
      <w:r>
        <w:t>differences کو ہم avoid کریں گے۔</w:t>
      </w:r>
    </w:p>
    <w:p>
      <w:r>
        <w:rPr>
          <w:b/>
        </w:rPr>
        <w:t xml:space="preserve">[52:30] </w:t>
      </w:r>
      <w:r>
        <w:t>differences ko hum manage karenge.</w:t>
      </w:r>
    </w:p>
    <w:p>
      <w:pPr>
        <w:jc w:val="right"/>
      </w:pPr>
      <w:r>
        <w:t>differences کو ہم manage کریں گے۔</w:t>
      </w:r>
    </w:p>
    <w:p>
      <w:r>
        <w:rPr>
          <w:b/>
        </w:rPr>
        <w:t xml:space="preserve">[52:35] </w:t>
      </w:r>
      <w:r>
        <w:t>taake hum time nikal saken zyada bade bade kamon ka.</w:t>
      </w:r>
    </w:p>
    <w:p>
      <w:pPr>
        <w:jc w:val="right"/>
      </w:pPr>
      <w:r>
        <w:t>تاکہ ہم time نکال سکیں زیادہ بڑے بڑے کاموں کا۔</w:t>
      </w:r>
    </w:p>
    <w:p>
      <w:r>
        <w:rPr>
          <w:b/>
        </w:rPr>
        <w:t xml:space="preserve">[52:41] </w:t>
      </w:r>
      <w:r>
        <w:t>positive soch ka.</w:t>
      </w:r>
    </w:p>
    <w:p>
      <w:pPr>
        <w:jc w:val="right"/>
      </w:pPr>
      <w:r>
        <w:t>positive سوچ کا۔</w:t>
      </w:r>
    </w:p>
    <w:p>
      <w:r>
        <w:rPr>
          <w:b/>
        </w:rPr>
        <w:t xml:space="preserve">[52:46] </w:t>
      </w:r>
      <w:r>
        <w:t>better planning ka.</w:t>
      </w:r>
    </w:p>
    <w:p>
      <w:pPr>
        <w:jc w:val="right"/>
      </w:pPr>
      <w:r>
        <w:t>better planning کا۔</w:t>
      </w:r>
    </w:p>
    <w:p>
      <w:r>
        <w:rPr>
          <w:b/>
        </w:rPr>
        <w:t xml:space="preserve">[52:51] </w:t>
      </w:r>
      <w:r>
        <w:t>opportunities ko avail karne ka.</w:t>
      </w:r>
    </w:p>
    <w:p>
      <w:pPr>
        <w:jc w:val="right"/>
      </w:pPr>
      <w:r>
        <w:t>opportunities کو avail کرنے کا۔</w:t>
      </w:r>
    </w:p>
    <w:p>
      <w:r>
        <w:rPr>
          <w:b/>
        </w:rPr>
        <w:t xml:space="preserve">[52:56] </w:t>
      </w:r>
      <w:r>
        <w:t>hum time nikal saken.</w:t>
      </w:r>
    </w:p>
    <w:p>
      <w:pPr>
        <w:jc w:val="right"/>
      </w:pPr>
      <w:r>
        <w:t>ہم time نکال سکیں۔</w:t>
      </w:r>
    </w:p>
    <w:p>
      <w:r>
        <w:rPr>
          <w:b/>
        </w:rPr>
        <w:t xml:space="preserve">[53:02] </w:t>
      </w:r>
      <w:r>
        <w:t>to sabr jisko koi log samajhte hain bozdi, sabse badi bahaduri hai.</w:t>
      </w:r>
    </w:p>
    <w:p>
      <w:pPr>
        <w:jc w:val="right"/>
      </w:pPr>
      <w:r>
        <w:t>تو صبر جس کو کوئی لوگ سمجھتے ہیں بزدلی، سب سے بڑی بہادری ہے۔</w:t>
      </w:r>
    </w:p>
    <w:p>
      <w:r>
        <w:rPr>
          <w:b/>
        </w:rPr>
        <w:t xml:space="preserve">[53:07] </w:t>
      </w:r>
      <w:r>
        <w:t>main to kahunga ke sabr zi sawab bonam sabr zi greater az good.</w:t>
      </w:r>
    </w:p>
    <w:p>
      <w:pPr>
        <w:jc w:val="right"/>
      </w:pPr>
      <w:r>
        <w:t>میں تو کہوں گا کہ صبر ذی ثواب بونم صبر ذی گریٹر از گڈ۔</w:t>
      </w:r>
    </w:p>
    <w:p>
      <w:r>
        <w:rPr>
          <w:b/>
        </w:rPr>
        <w:t xml:space="preserve">[53:12] </w:t>
      </w:r>
      <w:r>
        <w:t>aaj kal ke log itne zyada unwise hain ke wo azadi ko sawab bonam samajhte hain.</w:t>
      </w:r>
    </w:p>
    <w:p>
      <w:pPr>
        <w:jc w:val="right"/>
      </w:pPr>
      <w:r>
        <w:t>آج کل کے لوگ اتنے زیادہ unwise ہیں کہ وہ آزادی کو ثواب بونم سمجھتے ہیں۔</w:t>
      </w:r>
    </w:p>
    <w:p>
      <w:r>
        <w:rPr>
          <w:b/>
        </w:rPr>
        <w:t xml:space="preserve">[53:17] </w:t>
      </w:r>
      <w:r>
        <w:t>dunya bhar mein aap ghoomen ge to log kahen ge ke sawab bonam kya hai? azadi, freedom.</w:t>
      </w:r>
    </w:p>
    <w:p>
      <w:pPr>
        <w:jc w:val="right"/>
      </w:pPr>
      <w:r>
        <w:t>دنیا بھر میں آپ گھومیں گے تو لوگ کہیں گے کہ ثواب بونم کیا ہے؟ آزادی، freedom۔</w:t>
      </w:r>
    </w:p>
    <w:p>
      <w:r>
        <w:rPr>
          <w:b/>
        </w:rPr>
        <w:t xml:space="preserve">[53:23] </w:t>
      </w:r>
      <w:r>
        <w:t>sawab bonam ka matlab hota hai greater az good.</w:t>
      </w:r>
    </w:p>
    <w:p>
      <w:pPr>
        <w:jc w:val="right"/>
      </w:pPr>
      <w:r>
        <w:t>ثواب بونم کا مطلب ہوتا ہے greater از good۔</w:t>
      </w:r>
    </w:p>
    <w:p>
      <w:r>
        <w:rPr>
          <w:b/>
        </w:rPr>
        <w:t xml:space="preserve">[53:28] </w:t>
      </w:r>
      <w:r>
        <w:t>yeh sirf stupid statement hai, stupid statement.</w:t>
      </w:r>
    </w:p>
    <w:p>
      <w:pPr>
        <w:jc w:val="right"/>
      </w:pPr>
      <w:r>
        <w:t>یہ صرف stupid statement ہے، stupid statement۔</w:t>
      </w:r>
    </w:p>
    <w:p>
      <w:r>
        <w:rPr>
          <w:b/>
        </w:rPr>
        <w:t xml:space="preserve">[53:33] </w:t>
      </w:r>
      <w:r>
        <w:t>azadi kaise sawab bonam ho sakti hai? ke jaise hi aap ne apni azadi exercise kiya, kisi se</w:t>
      </w:r>
    </w:p>
    <w:p>
      <w:pPr>
        <w:jc w:val="right"/>
      </w:pPr>
      <w:r>
        <w:t>آزادی کیسے ثواب بونم ہو سکتی ہے؟ کہ جیسے ہی آپ نے اپنی آزادی exercise کیا، کسی سے</w:t>
      </w:r>
    </w:p>
    <w:p>
      <w:r>
        <w:rPr>
          <w:b/>
        </w:rPr>
        <w:t xml:space="preserve">[53:38] </w:t>
      </w:r>
      <w:r>
        <w:t>takrao ho gaya.</w:t>
      </w:r>
    </w:p>
    <w:p>
      <w:pPr>
        <w:jc w:val="right"/>
      </w:pPr>
      <w:r>
        <w:t>ٹکراؤ ہو گیا۔</w:t>
      </w:r>
    </w:p>
    <w:p>
      <w:r>
        <w:rPr>
          <w:b/>
        </w:rPr>
        <w:t xml:space="preserve">[53:44] </w:t>
      </w:r>
      <w:r>
        <w:t>road par aap agar aap apni azadi ko chalayen to car se takraiye.</w:t>
      </w:r>
    </w:p>
    <w:p>
      <w:pPr>
        <w:jc w:val="right"/>
      </w:pPr>
      <w:r>
        <w:t>road پر آپ اگر آپ اپنی آزادی کو چلائیں تو کار سے ٹکرائیے۔</w:t>
      </w:r>
    </w:p>
    <w:p>
      <w:r>
        <w:rPr>
          <w:b/>
        </w:rPr>
        <w:t xml:space="preserve">[53:49] </w:t>
      </w:r>
      <w:r>
        <w:t>apni family mein aap azadi ko chalaiye to apni family member se takraiye.</w:t>
      </w:r>
    </w:p>
    <w:p>
      <w:pPr>
        <w:jc w:val="right"/>
      </w:pPr>
      <w:r>
        <w:t>اپنی family میں آپ آزادی کو چلائیے تو اپنی family member سے ٹکرائیے۔</w:t>
      </w:r>
    </w:p>
    <w:p>
      <w:r>
        <w:rPr>
          <w:b/>
        </w:rPr>
        <w:t xml:space="preserve">[53:54] </w:t>
      </w:r>
      <w:r>
        <w:t>society mein azadi ko chalaiye to doosre society ke doosre members se takraiye.</w:t>
      </w:r>
    </w:p>
    <w:p>
      <w:pPr>
        <w:jc w:val="right"/>
      </w:pPr>
      <w:r>
        <w:t>society میں آزادی کو چلائیے تو دوسرے society کے دوسرے members سے ٹکرائیے۔</w:t>
      </w:r>
    </w:p>
    <w:p>
      <w:r>
        <w:rPr>
          <w:b/>
        </w:rPr>
        <w:t xml:space="preserve">[53:59] </w:t>
      </w:r>
      <w:r>
        <w:t>to kuch kaam kar sakte hain aap.</w:t>
      </w:r>
    </w:p>
    <w:p>
      <w:pPr>
        <w:jc w:val="right"/>
      </w:pPr>
      <w:r>
        <w:t>تو کچھ کام کر سکتے ہیں آپ۔</w:t>
      </w:r>
    </w:p>
    <w:p>
      <w:r>
        <w:rPr>
          <w:b/>
        </w:rPr>
        <w:t xml:space="preserve">[54:05] </w:t>
      </w:r>
      <w:r>
        <w:t>azadi sawab bonam hai hi nahin.</w:t>
      </w:r>
    </w:p>
    <w:p>
      <w:pPr>
        <w:jc w:val="right"/>
      </w:pPr>
      <w:r>
        <w:t>آزادی ثواب بونم ہے ہی نہیں۔</w:t>
      </w:r>
    </w:p>
    <w:p>
      <w:r>
        <w:rPr>
          <w:b/>
        </w:rPr>
        <w:t xml:space="preserve">[54:10] </w:t>
      </w:r>
      <w:r>
        <w:t>azadi means open opportunities.</w:t>
      </w:r>
    </w:p>
    <w:p>
      <w:pPr>
        <w:jc w:val="right"/>
      </w:pPr>
      <w:r>
        <w:t>آزادی means open opportunities۔</w:t>
      </w:r>
    </w:p>
    <w:p>
      <w:r>
        <w:rPr>
          <w:b/>
        </w:rPr>
        <w:t xml:space="preserve">[54:15] </w:t>
      </w:r>
      <w:r>
        <w:t>azadi ka matlab hai open opportunities.</w:t>
      </w:r>
    </w:p>
    <w:p>
      <w:pPr>
        <w:jc w:val="right"/>
      </w:pPr>
      <w:r>
        <w:t>آزادی کا مطلب ہے open opportunities۔</w:t>
      </w:r>
    </w:p>
    <w:p>
      <w:r>
        <w:rPr>
          <w:b/>
        </w:rPr>
        <w:t xml:space="preserve">[54:20] </w:t>
      </w:r>
      <w:r>
        <w:t>jahan azadi nahin hogi to wahan par aap opportunities ko avail karne ka aap ko mawaqe nahin hon ge.</w:t>
      </w:r>
    </w:p>
    <w:p>
      <w:pPr>
        <w:jc w:val="right"/>
      </w:pPr>
      <w:r>
        <w:t>جہاں آزادی نہیں ہوگی تو وہاں پر آپ opportunities کو avail کرنے کا آپ کو مواقع نہیں ہوں گے۔</w:t>
      </w:r>
    </w:p>
    <w:p>
      <w:r>
        <w:rPr>
          <w:b/>
        </w:rPr>
        <w:t xml:space="preserve">[54:26] </w:t>
      </w:r>
      <w:r>
        <w:t>bas yeh hai.</w:t>
      </w:r>
    </w:p>
    <w:p>
      <w:pPr>
        <w:jc w:val="right"/>
      </w:pPr>
      <w:r>
        <w:t>بس یہ ہے۔</w:t>
      </w:r>
    </w:p>
    <w:p>
      <w:r>
        <w:rPr>
          <w:b/>
        </w:rPr>
        <w:t xml:space="preserve">[54:31] </w:t>
      </w:r>
      <w:r>
        <w:t>yeh nahin ke azadi khwamkhwah hath paon maar rahi ho.</w:t>
      </w:r>
    </w:p>
    <w:p>
      <w:pPr>
        <w:jc w:val="right"/>
      </w:pPr>
      <w:r>
        <w:t>یہ نہیں کہ آزادی خوامخواہ ہاتھ پاؤں مار رہی ہوں۔</w:t>
      </w:r>
    </w:p>
    <w:p>
      <w:r>
        <w:rPr>
          <w:b/>
        </w:rPr>
        <w:t xml:space="preserve">[54:36] </w:t>
      </w:r>
      <w:r>
        <w:t>woh to anarchy hai.</w:t>
      </w:r>
    </w:p>
    <w:p>
      <w:pPr>
        <w:jc w:val="right"/>
      </w:pPr>
      <w:r>
        <w:t>وہ تو anarchy ہے۔</w:t>
      </w:r>
    </w:p>
    <w:p>
      <w:r>
        <w:rPr>
          <w:b/>
        </w:rPr>
        <w:t xml:space="preserve">[54:41] </w:t>
      </w:r>
      <w:r>
        <w:t>woh to anarchy hai.</w:t>
      </w:r>
    </w:p>
    <w:p>
      <w:pPr>
        <w:jc w:val="right"/>
      </w:pPr>
      <w:r>
        <w:t>وہ تو anarchy ہے۔</w:t>
      </w:r>
    </w:p>
    <w:p>
      <w:r>
        <w:rPr>
          <w:b/>
        </w:rPr>
        <w:t xml:space="preserve">[54:47] </w:t>
      </w:r>
      <w:r>
        <w:t>aaj kal azadi ka matlab kya hai log? doston ke baith kar hawa karna.</w:t>
      </w:r>
    </w:p>
    <w:p>
      <w:pPr>
        <w:jc w:val="right"/>
      </w:pPr>
      <w:r>
        <w:t>آج کل آزادی کا مطلب کیا ہے لوگ؟ دوستوں کے بیٹھ کر ہوا کرنا۔</w:t>
      </w:r>
    </w:p>
    <w:p>
      <w:r>
        <w:rPr>
          <w:b/>
        </w:rPr>
        <w:t xml:space="preserve">[54:52] </w:t>
      </w:r>
      <w:r>
        <w:t>mein to khuda ke fazal se jab mein naujawani ke umar mein tha, azargarh mein to ek mein</w:t>
      </w:r>
    </w:p>
    <w:p>
      <w:pPr>
        <w:jc w:val="right"/>
      </w:pPr>
      <w:r>
        <w:t>میں تو خدا کے فضل سے جب میں نوجوانی کے عمر میں تھا، آذرگڑھ میں تو ایک میں</w:t>
      </w:r>
    </w:p>
    <w:p>
      <w:r>
        <w:rPr>
          <w:b/>
        </w:rPr>
        <w:t xml:space="preserve">[54:57] </w:t>
      </w:r>
      <w:r>
        <w:t>ne ek article parha tha.</w:t>
      </w:r>
    </w:p>
    <w:p>
      <w:pPr>
        <w:jc w:val="right"/>
      </w:pPr>
      <w:r>
        <w:t>نے ایک article پڑھا تھا۔</w:t>
      </w:r>
    </w:p>
    <w:p>
      <w:r>
        <w:rPr>
          <w:b/>
        </w:rPr>
        <w:t xml:space="preserve">[55:02] </w:t>
      </w:r>
      <w:r>
        <w:t>ek urdu writer hua karte the, un ka naam tha sajjad haider yaldram.</w:t>
      </w:r>
    </w:p>
    <w:p>
      <w:pPr>
        <w:jc w:val="right"/>
      </w:pPr>
      <w:r>
        <w:t>ایک اردو writer ہوا کرتے تھے، ان کا نام تھا سجاد حیدر یلدرم۔</w:t>
      </w:r>
    </w:p>
    <w:p>
      <w:r>
        <w:rPr>
          <w:b/>
        </w:rPr>
        <w:t xml:space="preserve">[55:08] </w:t>
      </w:r>
      <w:r>
        <w:t>sajjad haider yaldram.</w:t>
      </w:r>
    </w:p>
    <w:p>
      <w:pPr>
        <w:jc w:val="right"/>
      </w:pPr>
      <w:r>
        <w:t>سجاد حیدر یلدرم۔</w:t>
      </w:r>
    </w:p>
    <w:p>
      <w:r>
        <w:rPr>
          <w:b/>
        </w:rPr>
        <w:t xml:space="preserve">[55:13] </w:t>
      </w:r>
      <w:r>
        <w:t>yeh urdu ke writer the is zamane mein.</w:t>
      </w:r>
    </w:p>
    <w:p>
      <w:pPr>
        <w:jc w:val="right"/>
      </w:pPr>
      <w:r>
        <w:t>یہ اردو کے writer تھے اس زمانے میں۔</w:t>
      </w:r>
    </w:p>
    <w:p>
      <w:r>
        <w:rPr>
          <w:b/>
        </w:rPr>
        <w:t xml:space="preserve">[55:18] </w:t>
      </w:r>
      <w:r>
        <w:t>yani azadi se pehle ki baat hai.</w:t>
      </w:r>
    </w:p>
    <w:p>
      <w:pPr>
        <w:jc w:val="right"/>
      </w:pPr>
      <w:r>
        <w:t>یعنی آزادی سے پہلے کی بات ہے۔</w:t>
      </w:r>
    </w:p>
    <w:p>
      <w:r>
        <w:rPr>
          <w:b/>
        </w:rPr>
        <w:t xml:space="preserve">[55:23] </w:t>
      </w:r>
      <w:r>
        <w:t>to un ka ek article chapa tha, "mujhe mere doston se bachao." "mujhe mere doston se bachao." to</w:t>
      </w:r>
    </w:p>
    <w:p>
      <w:pPr>
        <w:jc w:val="right"/>
      </w:pPr>
      <w:r>
        <w:t>تو ان کا ایک article چھپا تھا، "مجھے میرے دوستوں سے بچاؤ۔" "مجھے میرے دوستوں سے بچاؤ۔" تو</w:t>
      </w:r>
    </w:p>
    <w:p>
      <w:r>
        <w:rPr>
          <w:b/>
        </w:rPr>
        <w:t xml:space="preserve">[55:29] </w:t>
      </w:r>
      <w:r>
        <w:t>is mein likha tha ke dost kya hai? dost tumhara time kill karta hai.</w:t>
      </w:r>
    </w:p>
    <w:p>
      <w:pPr>
        <w:jc w:val="right"/>
      </w:pPr>
      <w:r>
        <w:t>اس میں لکھا تھا کہ دوست کیا ہے؟ دوست تمہارا time kill کرتا ہے۔</w:t>
      </w:r>
    </w:p>
    <w:p>
      <w:r>
        <w:rPr>
          <w:b/>
        </w:rPr>
        <w:t xml:space="preserve">[55:34] </w:t>
      </w:r>
      <w:r>
        <w:t>aur kya karta hai dost? dost aayega, hawa karega, tumhara time waste karwayega aur chala jayega.</w:t>
      </w:r>
    </w:p>
    <w:p>
      <w:pPr>
        <w:jc w:val="right"/>
      </w:pPr>
      <w:r>
        <w:t>اور کیا کرتا ہے دوست؟ دوست آئے گا، ہوا کرے گا، تمہارا time waste کروائے گا اور چلا جائے گا۔</w:t>
      </w:r>
    </w:p>
    <w:p>
      <w:r>
        <w:rPr>
          <w:b/>
        </w:rPr>
        <w:t xml:space="preserve">[55:39] </w:t>
      </w:r>
      <w:r>
        <w:t>to dost to to to killer hai, killer hai tumhare liye.</w:t>
      </w:r>
    </w:p>
    <w:p>
      <w:pPr>
        <w:jc w:val="right"/>
      </w:pPr>
      <w:r>
        <w:t>تو دوست تو تو تو killer ہے، killer ہے تمہارے لیے۔</w:t>
      </w:r>
    </w:p>
    <w:p>
      <w:r>
        <w:rPr>
          <w:b/>
        </w:rPr>
        <w:t xml:space="preserve">[55:44] </w:t>
      </w:r>
      <w:r>
        <w:t>to mein ne is ko aisa pakra ke aaj tak mera koi dost nahi.</w:t>
      </w:r>
    </w:p>
    <w:p>
      <w:pPr>
        <w:jc w:val="right"/>
      </w:pPr>
      <w:r>
        <w:t>تو میں نے اس کو ایسا پکڑا کہ آج تک میرا کوئی دوست نہیں۔</w:t>
      </w:r>
    </w:p>
    <w:p>
      <w:r>
        <w:rPr>
          <w:b/>
        </w:rPr>
        <w:t xml:space="preserve">[55:50] </w:t>
      </w:r>
      <w:r>
        <w:t>ek single aadmi mera dost nahi hai.</w:t>
      </w:r>
    </w:p>
    <w:p>
      <w:pPr>
        <w:jc w:val="right"/>
      </w:pPr>
      <w:r>
        <w:t>ایک single آدمی میرا دوست نہیں ہے۔</w:t>
      </w:r>
    </w:p>
    <w:p>
      <w:r>
        <w:rPr>
          <w:b/>
        </w:rPr>
        <w:t xml:space="preserve">[55:55] </w:t>
      </w:r>
      <w:r>
        <w:t>mera dost na koi madrase mein koi tha, na meri family mein koi tha.</w:t>
      </w:r>
    </w:p>
    <w:p>
      <w:pPr>
        <w:jc w:val="right"/>
      </w:pPr>
      <w:r>
        <w:t>میرا دوست نہ کوئی مدرسے میں کوئی تھا، نہ میری family میں کوئی تھا۔</w:t>
      </w:r>
    </w:p>
    <w:p>
      <w:r>
        <w:rPr>
          <w:b/>
        </w:rPr>
        <w:t xml:space="preserve">[56:00] </w:t>
      </w:r>
      <w:r>
        <w:t>na mere jahan jahan mein raha, jin jin shaharoon mein wahan mera koi dost tha.</w:t>
      </w:r>
    </w:p>
    <w:p>
      <w:pPr>
        <w:jc w:val="right"/>
      </w:pPr>
      <w:r>
        <w:t>نہ میرے جہاں جہاں میں رہا، جن جن شہروں میں وہاں میرا کوئی دوست تھا۔</w:t>
      </w:r>
    </w:p>
    <w:p>
      <w:r>
        <w:rPr>
          <w:b/>
        </w:rPr>
        <w:t xml:space="preserve">[56:05] </w:t>
      </w:r>
      <w:r>
        <w:t>koi koi dost nahi hai.</w:t>
      </w:r>
    </w:p>
    <w:p>
      <w:pPr>
        <w:jc w:val="right"/>
      </w:pPr>
      <w:r>
        <w:t>کوئی کوئی دوست نہیں ہے۔</w:t>
      </w:r>
    </w:p>
    <w:p>
      <w:r>
        <w:rPr>
          <w:b/>
        </w:rPr>
        <w:t xml:space="preserve">[56:11] </w:t>
      </w:r>
      <w:r>
        <w:t>mission ke saathi to mere bohat se hain, mission.</w:t>
      </w:r>
    </w:p>
    <w:p>
      <w:pPr>
        <w:jc w:val="right"/>
      </w:pPr>
      <w:r>
        <w:t>مشن کے ساتھی تو میرے بہت سے ہیں، mission۔</w:t>
      </w:r>
    </w:p>
    <w:p>
      <w:r>
        <w:rPr>
          <w:b/>
        </w:rPr>
        <w:t xml:space="preserve">[56:16] </w:t>
      </w:r>
      <w:r>
        <w:t>mera ek mission hai, mujhe jo log saath de rahe hain woh mere saathi hain.</w:t>
      </w:r>
    </w:p>
    <w:p>
      <w:pPr>
        <w:jc w:val="right"/>
      </w:pPr>
      <w:r>
        <w:t>میرا ایک mission ہے، مجھے جو لوگ ساتھ دے رہے ہیں وہ میرے ساتھی ہیں۔</w:t>
      </w:r>
    </w:p>
    <w:p>
      <w:r>
        <w:rPr>
          <w:b/>
        </w:rPr>
        <w:t xml:space="preserve">[56:21] </w:t>
      </w:r>
      <w:r>
        <w:t>woh to bohat acha hai.</w:t>
      </w:r>
    </w:p>
    <w:p>
      <w:pPr>
        <w:jc w:val="right"/>
      </w:pPr>
      <w:r>
        <w:t>وہ تو بہت اچھا ہے۔</w:t>
      </w:r>
    </w:p>
    <w:p>
      <w:r>
        <w:rPr>
          <w:b/>
        </w:rPr>
        <w:t xml:space="preserve">[56:26] </w:t>
      </w:r>
      <w:r>
        <w:t>baqi mera koi friend nahi, koi dost nahi.</w:t>
      </w:r>
    </w:p>
    <w:p>
      <w:pPr>
        <w:jc w:val="right"/>
      </w:pPr>
      <w:r>
        <w:t>باقی میرا کوئی friend نہیں، کوئی دوست نہیں۔</w:t>
      </w:r>
    </w:p>
    <w:p>
      <w:r>
        <w:rPr>
          <w:b/>
        </w:rPr>
        <w:t xml:space="preserve">[56:32] </w:t>
      </w:r>
      <w:r>
        <w:t>koi koi bhi nahi.</w:t>
      </w:r>
    </w:p>
    <w:p>
      <w:pPr>
        <w:jc w:val="right"/>
      </w:pPr>
      <w:r>
        <w:t>کوئی کوئی بھی نہیں۔</w:t>
      </w:r>
    </w:p>
    <w:p>
      <w:r>
        <w:rPr>
          <w:b/>
        </w:rPr>
        <w:t xml:space="preserve">[56:37] </w:t>
      </w:r>
      <w:r>
        <w:t>kyun? dost kya hai? woh to killer hai.</w:t>
      </w:r>
    </w:p>
    <w:p>
      <w:pPr>
        <w:jc w:val="right"/>
      </w:pPr>
      <w:r>
        <w:t>کیوں؟ دوست کیا ہے؟ وہ تو killer ہے۔</w:t>
      </w:r>
    </w:p>
    <w:p>
      <w:r>
        <w:rPr>
          <w:b/>
        </w:rPr>
        <w:t xml:space="preserve">[56:42] </w:t>
      </w:r>
      <w:r>
        <w:t>tumhara time ko waste karwata hai, tumhari energy ko waste karwata hai.</w:t>
      </w:r>
    </w:p>
    <w:p>
      <w:pPr>
        <w:jc w:val="right"/>
      </w:pPr>
      <w:r>
        <w:t>تمہارا time کو waste کرواتا ہے، تمہاری energy کو waste کرواتا ہے۔</w:t>
      </w:r>
    </w:p>
    <w:p>
      <w:r>
        <w:rPr>
          <w:b/>
        </w:rPr>
        <w:t xml:space="preserve">[56:47] </w:t>
      </w:r>
      <w:r>
        <w:t>tumhare andar superficial thinking paida karta hai.</w:t>
      </w:r>
    </w:p>
    <w:p>
      <w:pPr>
        <w:jc w:val="right"/>
      </w:pPr>
      <w:r>
        <w:t>تمہارے اندر superficial thinking پیدا کرتا ہے۔</w:t>
      </w:r>
    </w:p>
    <w:p>
      <w:r>
        <w:rPr>
          <w:b/>
        </w:rPr>
        <w:t xml:space="preserve">[56:53] </w:t>
      </w:r>
      <w:r>
        <w:t>dost tumhare andar superficial thinking paida karta hai.</w:t>
      </w:r>
    </w:p>
    <w:p>
      <w:pPr>
        <w:jc w:val="right"/>
      </w:pPr>
      <w:r>
        <w:t>دوست تمہارے اندر superficial thinking پیدا کرتا ہے۔</w:t>
      </w:r>
    </w:p>
    <w:p>
      <w:r>
        <w:rPr>
          <w:b/>
        </w:rPr>
        <w:t xml:space="preserve">[56:58] </w:t>
      </w:r>
      <w:r>
        <w:t>deep thinking ko tum se cheen leta hai.</w:t>
      </w:r>
    </w:p>
    <w:p>
      <w:pPr>
        <w:jc w:val="right"/>
      </w:pPr>
      <w:r>
        <w:t>deep thinking کو تم سے چھین لیتا ہے۔</w:t>
      </w:r>
    </w:p>
    <w:p>
      <w:r>
        <w:rPr>
          <w:b/>
        </w:rPr>
        <w:t xml:space="preserve">[57:03] </w:t>
      </w:r>
      <w:r>
        <w:t>dost jo hai deep thinking ko tum se cheen leta hai.</w:t>
      </w:r>
    </w:p>
    <w:p>
      <w:pPr>
        <w:jc w:val="right"/>
      </w:pPr>
      <w:r>
        <w:t>دوست جو ہے deep thinking کو تم سے چھین لیتا ہے۔</w:t>
      </w:r>
    </w:p>
    <w:p>
      <w:r>
        <w:rPr>
          <w:b/>
        </w:rPr>
        <w:t xml:space="preserve">[57:08] </w:t>
      </w:r>
      <w:r>
        <w:t>aise doston par laanat hai.</w:t>
      </w:r>
    </w:p>
    <w:p>
      <w:pPr>
        <w:jc w:val="right"/>
      </w:pPr>
      <w:r>
        <w:t>ایسے دوستوں پر لعنت ہے۔</w:t>
      </w:r>
    </w:p>
    <w:p>
      <w:r>
        <w:rPr>
          <w:b/>
        </w:rPr>
        <w:t xml:space="preserve">[57:14] </w:t>
      </w:r>
      <w:r>
        <w:t>to dekhiye yeh sari tareekh ka bhi tajurba hai.</w:t>
      </w:r>
    </w:p>
    <w:p>
      <w:pPr>
        <w:jc w:val="right"/>
      </w:pPr>
      <w:r>
        <w:t>تو دیکھیے یہ ساری تاریخ کا بھی تجربہ ہے۔</w:t>
      </w:r>
    </w:p>
    <w:p>
      <w:r>
        <w:rPr>
          <w:b/>
        </w:rPr>
        <w:t xml:space="preserve">[57:19] </w:t>
      </w:r>
      <w:r>
        <w:t>aur quran aur hadees mein bhi yahi baat batai gayi hai.</w:t>
      </w:r>
    </w:p>
    <w:p>
      <w:pPr>
        <w:jc w:val="right"/>
      </w:pPr>
      <w:r>
        <w:t>اور قرآن اور حدیث میں بھی یہی بات بتائی گئی ہے۔</w:t>
      </w:r>
    </w:p>
    <w:p>
      <w:r>
        <w:rPr>
          <w:b/>
        </w:rPr>
        <w:t xml:space="preserve">[57:24] </w:t>
      </w:r>
      <w:r>
        <w:t>mera zaati bhi yahi.</w:t>
      </w:r>
    </w:p>
    <w:p>
      <w:pPr>
        <w:jc w:val="right"/>
      </w:pPr>
      <w:r>
        <w:t>میرا ذاتی بھی یہی۔</w:t>
      </w:r>
    </w:p>
    <w:p>
      <w:r>
        <w:rPr>
          <w:b/>
        </w:rPr>
        <w:t xml:space="preserve">[57:29] </w:t>
      </w:r>
      <w:r>
        <w:t>zindagi bhar mein isi ko ek meri life kiya thi? life mere liye experiment thi.</w:t>
      </w:r>
    </w:p>
    <w:p>
      <w:pPr>
        <w:jc w:val="right"/>
      </w:pPr>
      <w:r>
        <w:t>زندگی بھر میں اسی کو ایک میری life کیا تھی؟ life میرے لیے experiment تھی۔</w:t>
      </w:r>
    </w:p>
    <w:p>
      <w:r>
        <w:rPr>
          <w:b/>
        </w:rPr>
        <w:t xml:space="preserve">[57:35] </w:t>
      </w:r>
      <w:r>
        <w:t>puri zindagi mere liye experiment thi.</w:t>
      </w:r>
    </w:p>
    <w:p>
      <w:pPr>
        <w:jc w:val="right"/>
      </w:pPr>
      <w:r>
        <w:t>پوری زندگی میرے لیے experiment تھی۔</w:t>
      </w:r>
    </w:p>
    <w:p>
      <w:r>
        <w:rPr>
          <w:b/>
        </w:rPr>
        <w:t xml:space="preserve">[57:40] </w:t>
      </w:r>
      <w:r>
        <w:t>to mein ne bhi apne personal tajrube mein bhi yahi baat paai ke agar taraqqi karna chahte ho</w:t>
      </w:r>
    </w:p>
    <w:p>
      <w:pPr>
        <w:jc w:val="right"/>
      </w:pPr>
      <w:r>
        <w:t>تو میں نے بھی اپنے personal تجربے میں بھی یہی بات پائی کہ اگر ترقی کرنا چاہتے ہو</w:t>
      </w:r>
    </w:p>
    <w:p>
      <w:r>
        <w:rPr>
          <w:b/>
        </w:rPr>
        <w:t xml:space="preserve">[57:45] </w:t>
      </w:r>
      <w:r>
        <w:t>to sabr karne wale bano.</w:t>
      </w:r>
    </w:p>
    <w:p>
      <w:pPr>
        <w:jc w:val="right"/>
      </w:pPr>
      <w:r>
        <w:t>تو صبر کرنے والے بنو۔</w:t>
      </w:r>
    </w:p>
    <w:p>
      <w:r>
        <w:rPr>
          <w:b/>
        </w:rPr>
        <w:t xml:space="preserve">[57:50] </w:t>
      </w:r>
      <w:r>
        <w:t>agar tum taraqqi karna chahte ho to sabr karne wale bano.</w:t>
      </w:r>
    </w:p>
    <w:p>
      <w:pPr>
        <w:jc w:val="right"/>
      </w:pPr>
      <w:r>
        <w:t>اگر تم ترقی کرنا چاہتے ہو تو صبر کرنے والے بنو۔</w:t>
      </w:r>
    </w:p>
    <w:p>
      <w:r>
        <w:rPr>
          <w:b/>
        </w:rPr>
        <w:t xml:space="preserve">[57:56] </w:t>
      </w:r>
      <w:r>
        <w:t>nahi to bas lado beero, tabaah karo.</w:t>
      </w:r>
    </w:p>
    <w:p>
      <w:pPr>
        <w:jc w:val="right"/>
      </w:pPr>
      <w:r>
        <w:t>نہیں تو بس لڑو بیڑو، تباہ کرو۔</w:t>
      </w:r>
    </w:p>
    <w:p>
      <w:r>
        <w:rPr>
          <w:b/>
        </w:rPr>
        <w:t xml:space="preserve">[58:01] </w:t>
      </w:r>
      <w:r>
        <w:t>yaani family life bhi tabaah ho gayi aap ki.</w:t>
      </w:r>
    </w:p>
    <w:p>
      <w:pPr>
        <w:jc w:val="right"/>
      </w:pPr>
      <w:r>
        <w:t>یعنی family life بھی تباہ ہو گئی آپ کی۔</w:t>
      </w:r>
    </w:p>
    <w:p>
      <w:r>
        <w:rPr>
          <w:b/>
        </w:rPr>
        <w:t xml:space="preserve">[58:06] </w:t>
      </w:r>
      <w:r>
        <w:t>social life bhi tabaah ho gayi aap ki.</w:t>
      </w:r>
    </w:p>
    <w:p>
      <w:pPr>
        <w:jc w:val="right"/>
      </w:pPr>
      <w:r>
        <w:t>social life بھی تباہ ہو گئی آپ کی۔</w:t>
      </w:r>
    </w:p>
    <w:p>
      <w:r>
        <w:rPr>
          <w:b/>
        </w:rPr>
        <w:t xml:space="preserve">[58:11] </w:t>
      </w:r>
      <w:r>
        <w:t>national life bhi tabaah ho gayi aap ki.</w:t>
      </w:r>
    </w:p>
    <w:p>
      <w:pPr>
        <w:jc w:val="right"/>
      </w:pPr>
      <w:r>
        <w:t>national life بھی تباہ ہو گئی آپ کی۔</w:t>
      </w:r>
    </w:p>
    <w:p>
      <w:r>
        <w:rPr>
          <w:b/>
        </w:rPr>
        <w:t xml:space="preserve">[58:17] </w:t>
      </w:r>
      <w:r>
        <w:t>koi bhi afford nahi kar sakta ke sabr ko chhod kar ke koi aur tareeqa ikhtiyar karay.</w:t>
      </w:r>
    </w:p>
    <w:p>
      <w:pPr>
        <w:jc w:val="right"/>
      </w:pPr>
      <w:r>
        <w:t>کوئی بھی afford نہیں کر سکتا کہ صبر کو چھوڑ کر کے کوئی اور طریقہ اختیار کرے۔</w:t>
      </w:r>
    </w:p>
    <w:p>
      <w:r>
        <w:rPr>
          <w:b/>
        </w:rPr>
        <w:t xml:space="preserve">[58:22] </w:t>
      </w:r>
      <w:r>
        <w:t>badi se badi taaqat bhi agar sabr ko chhoday gi to tabaahi hai.</w:t>
      </w:r>
    </w:p>
    <w:p>
      <w:pPr>
        <w:jc w:val="right"/>
      </w:pPr>
      <w:r>
        <w:t>بڑی سے بڑی طاقت بھی اگر صبر کو چھوڑے گی تو تباہی ہے۔</w:t>
      </w:r>
    </w:p>
    <w:p>
      <w:r>
        <w:rPr>
          <w:b/>
        </w:rPr>
        <w:t xml:space="preserve">[58:27] </w:t>
      </w:r>
      <w:r>
        <w:t>korea ek hissa tha, North.</w:t>
      </w:r>
    </w:p>
    <w:p>
      <w:pPr>
        <w:jc w:val="right"/>
      </w:pPr>
      <w:r>
        <w:t>کوریا ایک حصہ تھا، North۔</w:t>
      </w:r>
    </w:p>
    <w:p>
      <w:r>
        <w:rPr>
          <w:b/>
        </w:rPr>
        <w:t xml:space="preserve">[58:32] </w:t>
      </w:r>
      <w:r>
        <w:t>south korea, north korea ka part tha, is ko bant diya gaya.</w:t>
      </w:r>
    </w:p>
    <w:p>
      <w:pPr>
        <w:jc w:val="right"/>
      </w:pPr>
      <w:r>
        <w:t>ساؤتھ کوریا، North کوریا کا part تھا، اس کو بانٹ دیا گیا۔</w:t>
      </w:r>
    </w:p>
    <w:p>
      <w:r>
        <w:rPr>
          <w:b/>
        </w:rPr>
        <w:t xml:space="preserve">[58:38] </w:t>
      </w:r>
      <w:r>
        <w:t>unhon ne sabr kar liya is batware par.</w:t>
      </w:r>
    </w:p>
    <w:p>
      <w:pPr>
        <w:jc w:val="right"/>
      </w:pPr>
      <w:r>
        <w:t>انہوں نے صبر کر لیا اس بٹوارے پر۔</w:t>
      </w:r>
    </w:p>
    <w:p>
      <w:r>
        <w:rPr>
          <w:b/>
        </w:rPr>
        <w:t xml:space="preserve">[58:43] </w:t>
      </w:r>
      <w:r>
        <w:t>aaj south korea qata'an taraqqi kar raha hai.</w:t>
      </w:r>
    </w:p>
    <w:p>
      <w:pPr>
        <w:jc w:val="right"/>
      </w:pPr>
      <w:r>
        <w:t>آج ساؤتھ کوریا قطع ترقی کر رہا ہے۔</w:t>
      </w:r>
    </w:p>
    <w:p>
      <w:r>
        <w:rPr>
          <w:b/>
        </w:rPr>
        <w:t xml:space="preserve">[58:48] </w:t>
      </w:r>
      <w:r>
        <w:t>singapore ek part tha malaysia ka, alag kar diya gaya.</w:t>
      </w:r>
    </w:p>
    <w:p>
      <w:pPr>
        <w:jc w:val="right"/>
      </w:pPr>
      <w:r>
        <w:t>سنگاپور ایک part تھا ملیشیا کا، الگ کر دیا گیا۔</w:t>
      </w:r>
    </w:p>
    <w:p>
      <w:r>
        <w:rPr>
          <w:b/>
        </w:rPr>
        <w:t xml:space="preserve">[58:53] </w:t>
      </w:r>
      <w:r>
        <w:t>is partition par raazi ho gaya woh.</w:t>
      </w:r>
    </w:p>
    <w:p>
      <w:pPr>
        <w:jc w:val="right"/>
      </w:pPr>
      <w:r>
        <w:t>اس partition پر راضی ہو گیا وہ۔</w:t>
      </w:r>
    </w:p>
    <w:p>
      <w:r>
        <w:rPr>
          <w:b/>
        </w:rPr>
        <w:t xml:space="preserve">[58:59] </w:t>
      </w:r>
      <w:r>
        <w:t>aaj singapore qata'an taraqqi kar raha hai.</w:t>
      </w:r>
    </w:p>
    <w:p>
      <w:pPr>
        <w:jc w:val="right"/>
      </w:pPr>
      <w:r>
        <w:t>آج سنگاپور قطع ترقی کر رہا ہے۔</w:t>
      </w:r>
    </w:p>
    <w:p>
      <w:r>
        <w:rPr>
          <w:b/>
        </w:rPr>
        <w:t xml:space="preserve">[59:04] </w:t>
      </w:r>
      <w:r>
        <w:t>yahi kaam nahi kiya kashmir walon ne, yahi kaam nahi kiya falasteen walon ne.</w:t>
      </w:r>
    </w:p>
    <w:p>
      <w:pPr>
        <w:jc w:val="right"/>
      </w:pPr>
      <w:r>
        <w:t>یہی کام نہیں کیا کشمیر والوں نے، یہی کام نہیں کیا فلسطین والوں نے۔</w:t>
      </w:r>
    </w:p>
    <w:p>
      <w:r>
        <w:rPr>
          <w:b/>
        </w:rPr>
        <w:t xml:space="preserve">[59:09] </w:t>
      </w:r>
      <w:r>
        <w:t>yahi kaam beshumar log nahi kar rahe hain to kya tabaahi hai, tabaahi hai, tabaahi hai.</w:t>
      </w:r>
    </w:p>
    <w:p>
      <w:pPr>
        <w:jc w:val="right"/>
      </w:pPr>
      <w:r>
        <w:t>یہی کام بے شمار لوگ نہیں کر رہے ہیں تو کیا تباہ ہے، تباہ ہے، تباہ ہے۔</w:t>
      </w:r>
    </w:p>
    <w:p>
      <w:r>
        <w:rPr>
          <w:b/>
        </w:rPr>
        <w:t xml:space="preserve">[59:14] </w:t>
      </w:r>
      <w:r>
        <w:t>to sabr is the only formula of development.</w:t>
      </w:r>
    </w:p>
    <w:p>
      <w:pPr>
        <w:jc w:val="right"/>
      </w:pPr>
      <w:r>
        <w:t>تو صبر is the only formula of development.</w:t>
      </w:r>
    </w:p>
    <w:p>
      <w:r>
        <w:rPr>
          <w:b/>
        </w:rPr>
        <w:t xml:space="preserve">[59:20] </w:t>
      </w:r>
      <w:r>
        <w:t>No alternative at all. Jisko sabr nahi karna hai to apne ko destroy karein. Jise khana nahi khana hai to maro. Koi kahe ke main to khana nahi khaunga to phir maro, theek hai, maro. Koi kahe ke main aage jaane mein saans nahi lunga to theek hai, maro. To ghar ki zindagi ko le kar bahar ki zindagi tak sabr hi wahid hal hai. Allah taala mujh ko aur aap ko sabirana zindagi ki tofeeq ata farmaye. "Aqoolu qawli hadha wastaghfirullaha li walakum ajmaeen."</w:t>
      </w:r>
    </w:p>
    <w:p>
      <w:pPr>
        <w:jc w:val="right"/>
      </w:pPr>
      <w:r>
        <w:t>No alternative at all. جس کو صبر نہیں کرنا ہے تو اپنے کو destroy کریں۔ جسے کھانا نہیں کھانا ہے تو مرو۔ کوئی کہے کہ میں تو کھانا نہیں کھاؤں گا تو پھر مرو، ٹھیک ہے، مرو۔ کوئی کہے کہ میں آگے جانے میں سانس نہیں لوں گا تو ٹھیک ہے، مرو۔ تو گھر کی زندگی کو لے کر باہر کی زندگی تک صبر ہی واحد حل ہے۔ اللہ تعالی مجھ کو اور آپ کو صابرانہ زندگی کی توفیق عطا فرمائے۔ أقول قولي هذا واستغفرالله لي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