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 Religion of Peace u</w:t>
      </w:r>
    </w:p>
    <w:p>
      <w:r>
        <w:t>https://www.youtube.com/watch?v=zOyN8mgzNj8</w:t>
      </w:r>
    </w:p>
    <w:p>
      <w:r>
        <w:rPr>
          <w:b/>
        </w:rPr>
        <w:t xml:space="preserve">[00:22] </w:t>
      </w:r>
      <w:r>
        <w:t>rab ishrah li sadri wa yassir li amri wah-l-uqdatan min lisani yafqahu qawli.</w:t>
      </w:r>
    </w:p>
    <w:p>
      <w:pPr>
        <w:jc w:val="right"/>
      </w:pPr>
      <w:r>
        <w:t>رب اشرح لی صدری ویسر لی امری واحل العقدۃ من لسانی یفقہ قولی۔</w:t>
      </w:r>
    </w:p>
    <w:p>
      <w:r>
        <w:rPr>
          <w:b/>
        </w:rPr>
        <w:t xml:space="preserve">[00:28] </w:t>
      </w:r>
      <w:r>
        <w:t>jo aadmi quran ko parhay woh is ke andar yeh ayat paayega: man qatala nafsan bighayri nafsin</w:t>
      </w:r>
    </w:p>
    <w:p>
      <w:pPr>
        <w:jc w:val="right"/>
      </w:pPr>
      <w:r>
        <w:t>جو آدمی قرآن کو پڑھے وہ اس کے اندر یہ آیت پائے گا: من قتل نفسا بغیر نفس</w:t>
      </w:r>
    </w:p>
    <w:p>
      <w:r>
        <w:rPr>
          <w:b/>
        </w:rPr>
        <w:t xml:space="preserve">[00:34] </w:t>
      </w:r>
      <w:r>
        <w:t>wa fasadin fak'an-nama qatalan-nasa jamee'an jis aadmi ne kisi insaan ko maara, kisi ek insaan ko, to goya</w:t>
      </w:r>
    </w:p>
    <w:p>
      <w:pPr>
        <w:jc w:val="right"/>
      </w:pPr>
      <w:r>
        <w:t>وفساد فکأنما قتل الناس جمیعا جس آدمی نے کسی انسان کو مارا، کسی ایک انسان کو، تو گویا</w:t>
      </w:r>
    </w:p>
    <w:p>
      <w:r>
        <w:rPr>
          <w:b/>
        </w:rPr>
        <w:t xml:space="preserve">[00:40] </w:t>
      </w:r>
      <w:r>
        <w:t>ke us ne saare hi mankind ko maar daala.</w:t>
      </w:r>
    </w:p>
    <w:p>
      <w:pPr>
        <w:jc w:val="right"/>
      </w:pPr>
      <w:r>
        <w:t>کہ اس نے سارے ہی mankind کو مار ڈالا۔</w:t>
      </w:r>
    </w:p>
    <w:p>
      <w:r>
        <w:rPr>
          <w:b/>
        </w:rPr>
        <w:t xml:space="preserve">[00:46] </w:t>
      </w:r>
      <w:r>
        <w:t>yaani ek aadmi ko maarna saare hi insaanon ko maarne ke barabar hai.</w:t>
      </w:r>
    </w:p>
    <w:p>
      <w:pPr>
        <w:jc w:val="right"/>
      </w:pPr>
      <w:r>
        <w:t>یعنی ایک آدمی کو مارنا سارے ہی انسانوں کو مارنے کے برابر ہے۔</w:t>
      </w:r>
    </w:p>
    <w:p>
      <w:r>
        <w:rPr>
          <w:b/>
        </w:rPr>
        <w:t xml:space="preserve">[00:52] </w:t>
      </w:r>
      <w:r>
        <w:t>yeh hai quran ki teaching ke jaan ko maarna islam mein kitna zyada bura hai, aap is se</w:t>
      </w:r>
    </w:p>
    <w:p>
      <w:pPr>
        <w:jc w:val="right"/>
      </w:pPr>
      <w:r>
        <w:t>یہ ہے قرآن کی teaching کہ جان کو مارنا اسلام میں کتنا زیادہ برا ہے، آپ اس سے</w:t>
      </w:r>
    </w:p>
    <w:p>
      <w:r>
        <w:rPr>
          <w:b/>
        </w:rPr>
        <w:t xml:space="preserve">[00:58] </w:t>
      </w:r>
      <w:r>
        <w:t>samajh sakte hain.</w:t>
      </w:r>
    </w:p>
    <w:p>
      <w:pPr>
        <w:jc w:val="right"/>
      </w:pPr>
      <w:r>
        <w:t>سمجھ سکتے ہیں۔</w:t>
      </w:r>
    </w:p>
    <w:p>
      <w:r>
        <w:rPr>
          <w:b/>
        </w:rPr>
        <w:t xml:space="preserve">[01:04] </w:t>
      </w:r>
      <w:r>
        <w:t>lekin sochne ki baat yeh hai ke jab khuda ne pehla insan banaya, adam ko, to un ke</w:t>
      </w:r>
    </w:p>
    <w:p>
      <w:pPr>
        <w:jc w:val="right"/>
      </w:pPr>
      <w:r>
        <w:t>لیکن سوچنے کی بات یہ ہے کہ جب خدا نے پہلا انسان بنایا، آدم کو، تو ان کے</w:t>
      </w:r>
    </w:p>
    <w:p>
      <w:r>
        <w:rPr>
          <w:b/>
        </w:rPr>
        <w:t xml:space="preserve">[01:10] </w:t>
      </w:r>
      <w:r>
        <w:t>jo bete hue, habel aur qabeel, to pehli hi generation mein ek insan ne doosre insan ko maar dala.</w:t>
      </w:r>
    </w:p>
    <w:p>
      <w:pPr>
        <w:jc w:val="right"/>
      </w:pPr>
      <w:r>
        <w:t>جو بیٹے ہوئے، ہابیل اور قابیل، تو پہلی ہی generation میں ایک انسان نے دوسرے انسان کو مار ڈالا۔</w:t>
      </w:r>
    </w:p>
    <w:p>
      <w:r>
        <w:rPr>
          <w:b/>
        </w:rPr>
        <w:t xml:space="preserve">[01:16] </w:t>
      </w:r>
      <w:r>
        <w:t>qabeel ne habel ko maar dala.</w:t>
      </w:r>
    </w:p>
    <w:p>
      <w:pPr>
        <w:jc w:val="right"/>
      </w:pPr>
      <w:r>
        <w:t>قابیل نے ہابیل کو مار ڈالا۔</w:t>
      </w:r>
    </w:p>
    <w:p>
      <w:r>
        <w:rPr>
          <w:b/>
        </w:rPr>
        <w:t xml:space="preserve">[01:22] </w:t>
      </w:r>
      <w:r>
        <w:t>aisa kyun? ke ek taraf to quran, quran word of god hai, yani khuda hi ne habel qabeel</w:t>
      </w:r>
    </w:p>
    <w:p>
      <w:pPr>
        <w:jc w:val="right"/>
      </w:pPr>
      <w:r>
        <w:t>ایسا کیوں؟ کہ ایک طرف تو قرآن، قرآن word of God ہے، یعنی خدا ہی نے ہابیل قابیل</w:t>
      </w:r>
    </w:p>
    <w:p>
      <w:r>
        <w:rPr>
          <w:b/>
        </w:rPr>
        <w:t xml:space="preserve">[01:28] </w:t>
      </w:r>
      <w:r>
        <w:t>ko paida kiya aur khuda hi hai quran ko utarne wala.</w:t>
      </w:r>
    </w:p>
    <w:p>
      <w:pPr>
        <w:jc w:val="right"/>
      </w:pPr>
      <w:r>
        <w:t>کو پیدا کیا اور خدا ہی ہے قرآن کو اتارنے والا۔</w:t>
      </w:r>
    </w:p>
    <w:p>
      <w:r>
        <w:rPr>
          <w:b/>
        </w:rPr>
        <w:t xml:space="preserve">[01:34] </w:t>
      </w:r>
      <w:r>
        <w:t>to quran mein khuda yeh kehta hai ke ek insan ko marna dunya ke sare hi insano ko</w:t>
      </w:r>
    </w:p>
    <w:p>
      <w:pPr>
        <w:jc w:val="right"/>
      </w:pPr>
      <w:r>
        <w:t>تو قرآن میں خدا یہ کہتا ہے کہ ایک انسان کو مارنا دنیا کے سارے ہی انسانوں کو</w:t>
      </w:r>
    </w:p>
    <w:p>
      <w:r>
        <w:rPr>
          <w:b/>
        </w:rPr>
        <w:t xml:space="preserve">[01:40] </w:t>
      </w:r>
      <w:r>
        <w:t>maar ne ke barabar hai.</w:t>
      </w:r>
    </w:p>
    <w:p>
      <w:pPr>
        <w:jc w:val="right"/>
      </w:pPr>
      <w:r>
        <w:t>مارنے کے برابر ہے۔</w:t>
      </w:r>
    </w:p>
    <w:p>
      <w:r>
        <w:rPr>
          <w:b/>
        </w:rPr>
        <w:t xml:space="preserve">[01:46] </w:t>
      </w:r>
      <w:r>
        <w:t>aur isi khuda ke paida kiye hue pehli generation mein hum dekhte hain ke ek bhai doosre bhai</w:t>
      </w:r>
    </w:p>
    <w:p>
      <w:pPr>
        <w:jc w:val="right"/>
      </w:pPr>
      <w:r>
        <w:t>اور اسی خدا کے پیدا کیے ہوئے پہلی generation میں ہم دیکھتے ہیں کہ ایک بھائی دوسرے بھائی</w:t>
      </w:r>
    </w:p>
    <w:p>
      <w:r>
        <w:rPr>
          <w:b/>
        </w:rPr>
        <w:t xml:space="preserve">[01:52] </w:t>
      </w:r>
      <w:r>
        <w:t>ko maar dalta hai.</w:t>
      </w:r>
    </w:p>
    <w:p>
      <w:pPr>
        <w:jc w:val="right"/>
      </w:pPr>
      <w:r>
        <w:t>کو مار ڈالتا ہے۔</w:t>
      </w:r>
    </w:p>
    <w:p>
      <w:r>
        <w:rPr>
          <w:b/>
        </w:rPr>
        <w:t xml:space="preserve">[01:58] </w:t>
      </w:r>
      <w:r>
        <w:t>to yeh difference ya contradiction kyun? is ko samajhne ke liye jab hum ghor karte hain to maloom</w:t>
      </w:r>
    </w:p>
    <w:p>
      <w:pPr>
        <w:jc w:val="right"/>
      </w:pPr>
      <w:r>
        <w:t>تو یہ difference یا contradiction کیوں؟ اس کو سمجھنے کے لیے جب ہم غور کرتے ہیں تو معلوم</w:t>
      </w:r>
    </w:p>
    <w:p>
      <w:r>
        <w:rPr>
          <w:b/>
        </w:rPr>
        <w:t xml:space="preserve">[02:04] </w:t>
      </w:r>
      <w:r>
        <w:t>hota hai ke is dunya ke liye khuda ka tareeqa yeh hai ke is ne principle to bata</w:t>
      </w:r>
    </w:p>
    <w:p>
      <w:pPr>
        <w:jc w:val="right"/>
      </w:pPr>
      <w:r>
        <w:t>ہوتا ہے کہ اس دنیا کے لیے خدا کا طریقہ یہ ہے کہ اس نے principle تو بتا</w:t>
      </w:r>
    </w:p>
    <w:p>
      <w:r>
        <w:rPr>
          <w:b/>
        </w:rPr>
        <w:t xml:space="preserve">[02:10] </w:t>
      </w:r>
      <w:r>
        <w:t>diye magar is ne koi compulsion nahi rakha.</w:t>
      </w:r>
    </w:p>
    <w:p>
      <w:pPr>
        <w:jc w:val="right"/>
      </w:pPr>
      <w:r>
        <w:t>دیئے مگر اس نے کوئی compulsion نہیں رکھا۔</w:t>
      </w:r>
    </w:p>
    <w:p>
      <w:r>
        <w:rPr>
          <w:b/>
        </w:rPr>
        <w:t xml:space="preserve">[02:16] </w:t>
      </w:r>
      <w:r>
        <w:t>khuda ne principle to bata diye lekin compulsion nahi rakha.</w:t>
      </w:r>
    </w:p>
    <w:p>
      <w:pPr>
        <w:jc w:val="right"/>
      </w:pPr>
      <w:r>
        <w:t>خدا نے principle تو بتا دیئے لیکن compulsion نہیں رکھا۔</w:t>
      </w:r>
    </w:p>
    <w:p>
      <w:r>
        <w:rPr>
          <w:b/>
        </w:rPr>
        <w:t xml:space="preserve">[02:22] </w:t>
      </w:r>
      <w:r>
        <w:t>principle to yeh hai ke koi insan doosre insan ko na mare lekin is ke sath koi compulsion</w:t>
      </w:r>
    </w:p>
    <w:p>
      <w:pPr>
        <w:jc w:val="right"/>
      </w:pPr>
      <w:r>
        <w:t>Principle تو یہ ہے کہ کوئی انسان دوسرے انسان کو نہ مارے لیکن اس کے ساتھ کوئی compulsion</w:t>
      </w:r>
    </w:p>
    <w:p>
      <w:r>
        <w:rPr>
          <w:b/>
        </w:rPr>
        <w:t xml:space="preserve">[02:28] </w:t>
      </w:r>
      <w:r>
        <w:t>jura hua nahi hai ke marna chahe to mare.</w:t>
      </w:r>
    </w:p>
    <w:p>
      <w:pPr>
        <w:jc w:val="right"/>
      </w:pPr>
      <w:r>
        <w:t>جڑا ہوا نہیں ہے کہ مارنا چاہے تو مارے۔</w:t>
      </w:r>
    </w:p>
    <w:p>
      <w:r>
        <w:rPr>
          <w:b/>
        </w:rPr>
        <w:t xml:space="preserve">[02:34] </w:t>
      </w:r>
      <w:r>
        <w:t>jaisa ke qabeel ne habel ko maar dala.</w:t>
      </w:r>
    </w:p>
    <w:p>
      <w:pPr>
        <w:jc w:val="right"/>
      </w:pPr>
      <w:r>
        <w:t>جیسا کہ قابیل نے ہابیل کو مار ڈالا۔</w:t>
      </w:r>
    </w:p>
    <w:p>
      <w:r>
        <w:rPr>
          <w:b/>
        </w:rPr>
        <w:t xml:space="preserve">[02:40] </w:t>
      </w:r>
      <w:r>
        <w:t>to jaisa ke hum quran mein yeh baat paate hain ke insan ko is dunya mein rakha gaya</w:t>
      </w:r>
    </w:p>
    <w:p>
      <w:pPr>
        <w:jc w:val="right"/>
      </w:pPr>
      <w:r>
        <w:t>تو جیسا کہ ہم قرآن میں یہ بات پاتے ہیں کہ انسان کو اس دنیا میں رکھا گیا</w:t>
      </w:r>
    </w:p>
    <w:p>
      <w:r>
        <w:rPr>
          <w:b/>
        </w:rPr>
        <w:t xml:space="preserve">[02:46] </w:t>
      </w:r>
      <w:r>
        <w:t>hai test ke liye.</w:t>
      </w:r>
    </w:p>
    <w:p>
      <w:pPr>
        <w:jc w:val="right"/>
      </w:pPr>
      <w:r>
        <w:t>ہے test کے لیے۔</w:t>
      </w:r>
    </w:p>
    <w:p>
      <w:r>
        <w:rPr>
          <w:b/>
        </w:rPr>
        <w:t xml:space="preserve">[02:52] </w:t>
      </w:r>
      <w:r>
        <w:t>test kis baat ka? ke woh acha amal kar ke paradise hasil kare.</w:t>
      </w:r>
    </w:p>
    <w:p>
      <w:pPr>
        <w:jc w:val="right"/>
      </w:pPr>
      <w:r>
        <w:t>Test کس بات کا؟ کہ وہ اچھا عمل کر کے paradise حاصل کرے۔</w:t>
      </w:r>
    </w:p>
    <w:p>
      <w:r>
        <w:rPr>
          <w:b/>
        </w:rPr>
        <w:t xml:space="preserve">[02:58] </w:t>
      </w:r>
      <w:r>
        <w:t>test isi baat ka hai.</w:t>
      </w:r>
    </w:p>
    <w:p>
      <w:pPr>
        <w:jc w:val="right"/>
      </w:pPr>
      <w:r>
        <w:t>Test اسی بات کا ہے۔</w:t>
      </w:r>
    </w:p>
    <w:p>
      <w:r>
        <w:rPr>
          <w:b/>
        </w:rPr>
        <w:t xml:space="preserve">[03:05] </w:t>
      </w:r>
      <w:r>
        <w:t>jaise ke aap jante hain ke dunya mein jo test hote hain, ek student jab examination hall mein</w:t>
      </w:r>
    </w:p>
    <w:p>
      <w:pPr>
        <w:jc w:val="right"/>
      </w:pPr>
      <w:r>
        <w:t>جیسے کہ آپ جانتے ہیں کہ دنیا میں جو test ہوتے ہیں، ایک student جب examination hall میں</w:t>
      </w:r>
    </w:p>
    <w:p>
      <w:r>
        <w:rPr>
          <w:b/>
        </w:rPr>
        <w:t xml:space="preserve">[03:11] </w:t>
      </w:r>
      <w:r>
        <w:t>jata hai test dene ke liye to is ka matlab kya hota hai? ke test mein qualify karo</w:t>
      </w:r>
    </w:p>
    <w:p>
      <w:pPr>
        <w:jc w:val="right"/>
      </w:pPr>
      <w:r>
        <w:t>جاتا ہے test دینے کے لیے تو اس کا مطلب کیا ہوتا ہے؟ کہ test میں qualify کرو</w:t>
      </w:r>
    </w:p>
    <w:p>
      <w:r>
        <w:rPr>
          <w:b/>
        </w:rPr>
        <w:t xml:space="preserve">[03:17] </w:t>
      </w:r>
      <w:r>
        <w:t>to tum ko ek acha job mile ga.</w:t>
      </w:r>
    </w:p>
    <w:p>
      <w:pPr>
        <w:jc w:val="right"/>
      </w:pPr>
      <w:r>
        <w:t>تو تم کو ایک اچھا job ملے گا۔</w:t>
      </w:r>
    </w:p>
    <w:p>
      <w:r>
        <w:rPr>
          <w:b/>
        </w:rPr>
        <w:t xml:space="preserve">[03:23] </w:t>
      </w:r>
      <w:r>
        <w:t>isi tarah se is present world mein ya pre-death period mein humein test par rakha gaya hai aur</w:t>
      </w:r>
    </w:p>
    <w:p>
      <w:pPr>
        <w:jc w:val="right"/>
      </w:pPr>
      <w:r>
        <w:t>اسی طرح سے اس present world میں یا pre-death period میں ہمیں test پر رکھا گیا ہے اور</w:t>
      </w:r>
    </w:p>
    <w:p>
      <w:r>
        <w:rPr>
          <w:b/>
        </w:rPr>
        <w:t xml:space="preserve">[03:29] </w:t>
      </w:r>
      <w:r>
        <w:t>agar hum is test mein pore utrein to hum ko aik reward ke tor par paradise mile ga.</w:t>
      </w:r>
    </w:p>
    <w:p>
      <w:pPr>
        <w:jc w:val="right"/>
      </w:pPr>
      <w:r>
        <w:t>اگر ہم اس test میں پورے اتریں تو ہم کو ایک reward کے طور پر paradise ملے گی۔</w:t>
      </w:r>
    </w:p>
    <w:p>
      <w:r>
        <w:rPr>
          <w:b/>
        </w:rPr>
        <w:t xml:space="preserve">[03:35] </w:t>
      </w:r>
      <w:r>
        <w:t>ab test chounke hai insan ko to aazadi di gayi hai aur is ko temptation diya gaya hai.</w:t>
      </w:r>
    </w:p>
    <w:p>
      <w:pPr>
        <w:jc w:val="right"/>
      </w:pPr>
      <w:r>
        <w:t>اب test چونکہ ہے انسان کو تو آزادی دی گئی ہے اور اس کو temptation دیا گیا ہے۔</w:t>
      </w:r>
    </w:p>
    <w:p>
      <w:r>
        <w:rPr>
          <w:b/>
        </w:rPr>
        <w:t xml:space="preserve">[03:41] </w:t>
      </w:r>
      <w:r>
        <w:t>kyunke agar temptation na ho to aazadi kis waqt? agar temptation na ho to test kis baat ka</w:t>
      </w:r>
    </w:p>
    <w:p>
      <w:pPr>
        <w:jc w:val="right"/>
      </w:pPr>
      <w:r>
        <w:t>کیونکہ اگر temptation نہ ہو تو آزادی کس وقت؟ اگر temptation نہ ہو تو test کس بات کا</w:t>
      </w:r>
    </w:p>
    <w:p>
      <w:r>
        <w:rPr>
          <w:b/>
        </w:rPr>
        <w:t xml:space="preserve">[03:47] </w:t>
      </w:r>
      <w:r>
        <w:t>hoga? jaise adam ke do beton mein temptation jaag utha to unhon ne maar dala aik ne doosre ko.</w:t>
      </w:r>
    </w:p>
    <w:p>
      <w:pPr>
        <w:jc w:val="right"/>
      </w:pPr>
      <w:r>
        <w:t>ہوگا؟ جیسے آدم کے دو بیٹوں میں temptation جاگ اٹھا تو انہوں نے مار ڈالا ایک نے دوسرے کو۔</w:t>
      </w:r>
    </w:p>
    <w:p>
      <w:r>
        <w:rPr>
          <w:b/>
        </w:rPr>
        <w:t xml:space="preserve">[03:53] </w:t>
      </w:r>
      <w:r>
        <w:t>to yahan par jo sabaq hai woh yeh hai ke quran mein dialogue aaya hai qabil aur habil</w:t>
      </w:r>
    </w:p>
    <w:p>
      <w:pPr>
        <w:jc w:val="right"/>
      </w:pPr>
      <w:r>
        <w:t>تو یہاں پر جو سبق ہے وہ یہ ہے کہ قرآن میں dialogue آیا ہے قابیل اور ہابیل</w:t>
      </w:r>
    </w:p>
    <w:p>
      <w:r>
        <w:rPr>
          <w:b/>
        </w:rPr>
        <w:t xml:space="preserve">[03:59] </w:t>
      </w:r>
      <w:r>
        <w:t>ka ke jab dono mein controversy hui, dono ke darmiyan bohat difference aa gaya, yahan tak ke aik ne</w:t>
      </w:r>
    </w:p>
    <w:p>
      <w:pPr>
        <w:jc w:val="right"/>
      </w:pPr>
      <w:r>
        <w:t>کا کہ جب دونوں میں controversy ہوئی، دونوں کے درمیان بہت difference آگیا، یہاں تک کہ ایک نے</w:t>
      </w:r>
    </w:p>
    <w:p>
      <w:r>
        <w:rPr>
          <w:b/>
        </w:rPr>
        <w:t xml:space="preserve">[04:05] </w:t>
      </w:r>
      <w:r>
        <w:t>keh diya doosre se ke main tum ko maar dalun ga.</w:t>
      </w:r>
    </w:p>
    <w:p>
      <w:pPr>
        <w:jc w:val="right"/>
      </w:pPr>
      <w:r>
        <w:t>کہہ دیا دوسرے سے کہ میں تم کو مار ڈالوں گا۔</w:t>
      </w:r>
    </w:p>
    <w:p>
      <w:r>
        <w:rPr>
          <w:b/>
        </w:rPr>
        <w:t xml:space="preserve">[04:11] </w:t>
      </w:r>
      <w:r>
        <w:t>to doosra kya kehta hai? yaani qatil ne to yeh keh diya ke main tum ko maar dalun</w:t>
      </w:r>
    </w:p>
    <w:p>
      <w:pPr>
        <w:jc w:val="right"/>
      </w:pPr>
      <w:r>
        <w:t>تو دوسرا کیا کہتا ہے؟ یعنی قاتل نے تو یہ کہہ دیا کہ میں تم کو مار ڈالوں</w:t>
      </w:r>
    </w:p>
    <w:p>
      <w:r>
        <w:rPr>
          <w:b/>
        </w:rPr>
        <w:t xml:space="preserve">[04:17] </w:t>
      </w:r>
      <w:r>
        <w:t>ga lekin maqtool kya kehta hai marne se pehle? us ne kaha ke liyun basatt yadaka litatlani ma</w:t>
      </w:r>
    </w:p>
    <w:p>
      <w:pPr>
        <w:jc w:val="right"/>
      </w:pPr>
      <w:r>
        <w:t>گا لیکن مقتول کیا کہتا ہے مرنے سے پہلے؟ اس نے کہا کہ لئن بسطت يدك لتقتلني ما</w:t>
      </w:r>
    </w:p>
    <w:p>
      <w:r>
        <w:rPr>
          <w:b/>
        </w:rPr>
        <w:t xml:space="preserve">[04:23] </w:t>
      </w:r>
      <w:r>
        <w:t>ana bibasitt yadi li'aqtalak inni akhaf allaha rab al'alameen yaani agar tum apna hath barhao mujhe marne ke</w:t>
      </w:r>
    </w:p>
    <w:p>
      <w:pPr>
        <w:jc w:val="right"/>
      </w:pPr>
      <w:r>
        <w:t>أنا بباسط يدي لأقتلك إني أخاف الله رب العالمين یعنی اگر تم اپنا ہاتھ بڑھاؤ مجھے مارنے کے</w:t>
      </w:r>
    </w:p>
    <w:p>
      <w:r>
        <w:rPr>
          <w:b/>
        </w:rPr>
        <w:t xml:space="preserve">[04:29] </w:t>
      </w:r>
      <w:r>
        <w:t>liye to main apna hath nahi barhaun ga tum ko marne ke liye.</w:t>
      </w:r>
    </w:p>
    <w:p>
      <w:pPr>
        <w:jc w:val="right"/>
      </w:pPr>
      <w:r>
        <w:t>لیے تو میں اپنا ہاتھ نہیں بڑھاؤں گا تم کو مارنے کے لیے۔</w:t>
      </w:r>
    </w:p>
    <w:p>
      <w:r>
        <w:rPr>
          <w:b/>
        </w:rPr>
        <w:t xml:space="preserve">[04:35] </w:t>
      </w:r>
      <w:r>
        <w:t>main allah se darta hoon.</w:t>
      </w:r>
    </w:p>
    <w:p>
      <w:pPr>
        <w:jc w:val="right"/>
      </w:pPr>
      <w:r>
        <w:t>میں اللہ سے ڈرتا ہوں۔</w:t>
      </w:r>
    </w:p>
    <w:p>
      <w:r>
        <w:rPr>
          <w:b/>
        </w:rPr>
        <w:t xml:space="preserve">[04:41] </w:t>
      </w:r>
      <w:r>
        <w:t>is waqe mein humein woh crux mil jata hai jo is pure mamle ka crux hai.</w:t>
      </w:r>
    </w:p>
    <w:p>
      <w:pPr>
        <w:jc w:val="right"/>
      </w:pPr>
      <w:r>
        <w:t>اس واقعے میں ہمیں وہ crux مل جاتا ہے جو اس پورے معاملے کا crux ہے۔</w:t>
      </w:r>
    </w:p>
    <w:p>
      <w:r>
        <w:rPr>
          <w:b/>
        </w:rPr>
        <w:t xml:space="preserve">[04:47] </w:t>
      </w:r>
      <w:r>
        <w:t>woh kya? ke dunya mein temptation hon ge, provocation hon ge to aik woh hai jo sakm kare,</w:t>
      </w:r>
    </w:p>
    <w:p>
      <w:pPr>
        <w:jc w:val="right"/>
      </w:pPr>
      <w:r>
        <w:t>وہ کیا؟ کہ دنیا میں temptation ہوں گے، provocation ہوں گے تو ایک وہ ہے جو سکم کرے،</w:t>
      </w:r>
    </w:p>
    <w:p>
      <w:r>
        <w:rPr>
          <w:b/>
        </w:rPr>
        <w:t xml:space="preserve">[04:53] </w:t>
      </w:r>
      <w:r>
        <w:t>temptation ko follow karne lage.</w:t>
      </w:r>
    </w:p>
    <w:p>
      <w:pPr>
        <w:jc w:val="right"/>
      </w:pPr>
      <w:r>
        <w:t>temptation کو follow کرنے لگے۔</w:t>
      </w:r>
    </w:p>
    <w:p>
      <w:r>
        <w:rPr>
          <w:b/>
        </w:rPr>
        <w:t xml:space="preserve">[04:59] </w:t>
      </w:r>
      <w:r>
        <w:t>jis aadmi ko dekhe ke woh rastay mein rukawat hai, us ko lage marne aur doosra aadmi woh</w:t>
      </w:r>
    </w:p>
    <w:p>
      <w:pPr>
        <w:jc w:val="right"/>
      </w:pPr>
      <w:r>
        <w:t>جس آدمی کو دیکھے کہ وہ راستے میں رکاوٹ ہے، اس کو لگے مارنے اور دوسرا آدمی وہ</w:t>
      </w:r>
    </w:p>
    <w:p>
      <w:r>
        <w:rPr>
          <w:b/>
        </w:rPr>
        <w:t xml:space="preserve">[05:05] </w:t>
      </w:r>
      <w:r>
        <w:t>hoga jo allah ke darr se na mare, allah ke darr se apne hath ko rok le.</w:t>
      </w:r>
    </w:p>
    <w:p>
      <w:pPr>
        <w:jc w:val="right"/>
      </w:pPr>
      <w:r>
        <w:t>ہوگا جو اللہ کے ڈر سے نہ مارے، اللہ کے ڈر سے اپنے ہاتھ کو روک لے۔</w:t>
      </w:r>
    </w:p>
    <w:p>
      <w:r>
        <w:rPr>
          <w:b/>
        </w:rPr>
        <w:t xml:space="preserve">[05:11] </w:t>
      </w:r>
      <w:r>
        <w:t>to do qism ke insan is dunya mein hon ge is testing ground mein.</w:t>
      </w:r>
    </w:p>
    <w:p>
      <w:pPr>
        <w:jc w:val="right"/>
      </w:pPr>
      <w:r>
        <w:t>تو دو قسم کے انسان اس دنیا میں ہوں گے اس testing ground میں۔</w:t>
      </w:r>
    </w:p>
    <w:p>
      <w:r>
        <w:rPr>
          <w:b/>
        </w:rPr>
        <w:t xml:space="preserve">[05:17] </w:t>
      </w:r>
      <w:r>
        <w:t>aik woh jo jab temptation aaye ga, andar se jab negative thought jaage ga, andar se manfi jazbat</w:t>
      </w:r>
    </w:p>
    <w:p>
      <w:pPr>
        <w:jc w:val="right"/>
      </w:pPr>
      <w:r>
        <w:t>ایک وہ جو جب temptation آئے گا، اندر سے جب negative thought جاگے گا، اندر سے منفی جذبات</w:t>
      </w:r>
    </w:p>
    <w:p>
      <w:r>
        <w:rPr>
          <w:b/>
        </w:rPr>
        <w:t xml:space="preserve">[05:23] </w:t>
      </w:r>
      <w:r>
        <w:t>ubhren ge to woh us ko follow karte hue kar guzre ga jo kuch us ka dil keh</w:t>
      </w:r>
    </w:p>
    <w:p>
      <w:pPr>
        <w:jc w:val="right"/>
      </w:pPr>
      <w:r>
        <w:t>ابھریں گے تو وہ اس کو follow کرتے ہوئے کر گزرے گا جو کچھ اس کا دل کہہ</w:t>
      </w:r>
    </w:p>
    <w:p>
      <w:r>
        <w:rPr>
          <w:b/>
        </w:rPr>
        <w:t xml:space="preserve">[05:29] </w:t>
      </w:r>
      <w:r>
        <w:t>raha hai karne ke liye.</w:t>
      </w:r>
    </w:p>
    <w:p>
      <w:pPr>
        <w:jc w:val="right"/>
      </w:pPr>
      <w:r>
        <w:t>رہا ہے کرنے کے لیے۔</w:t>
      </w:r>
    </w:p>
    <w:p>
      <w:r>
        <w:rPr>
          <w:b/>
        </w:rPr>
        <w:t xml:space="preserve">[05:35] </w:t>
      </w:r>
      <w:r>
        <w:t>marna, kaatna aur doosre se revenge lena waghera.</w:t>
      </w:r>
    </w:p>
    <w:p>
      <w:pPr>
        <w:jc w:val="right"/>
      </w:pPr>
      <w:r>
        <w:t>مارنا، کاٹنا اور دوسرے سے revenge لینا وغیرہ۔</w:t>
      </w:r>
    </w:p>
    <w:p>
      <w:r>
        <w:rPr>
          <w:b/>
        </w:rPr>
        <w:t xml:space="preserve">[05:42] </w:t>
      </w:r>
      <w:r>
        <w:t>doosra insan woh hoga jo resist kare ga apne temptation ke khilaf, roke ga apne aap ko.</w:t>
      </w:r>
    </w:p>
    <w:p>
      <w:pPr>
        <w:jc w:val="right"/>
      </w:pPr>
      <w:r>
        <w:t>دوسرا انسان وہ ہوگا جو resist کرے گا اپنے temptation کے خلاف، روکے گا اپنے آپ کو۔</w:t>
      </w:r>
    </w:p>
    <w:p>
      <w:r>
        <w:rPr>
          <w:b/>
        </w:rPr>
        <w:t xml:space="preserve">[05:48] </w:t>
      </w:r>
      <w:r>
        <w:t>self-control ka tareeqa woh ikhtiyar kare ga.</w:t>
      </w:r>
    </w:p>
    <w:p>
      <w:pPr>
        <w:jc w:val="right"/>
      </w:pPr>
      <w:r>
        <w:t>Self-control کا طریقہ وہ اختیار کرے گا۔</w:t>
      </w:r>
    </w:p>
    <w:p>
      <w:r>
        <w:rPr>
          <w:b/>
        </w:rPr>
        <w:t xml:space="preserve">[05:54] </w:t>
      </w:r>
      <w:r>
        <w:t>yaani aik jo hai out of control kar le ga apne aap ko aur doosra jo hai apne</w:t>
      </w:r>
    </w:p>
    <w:p>
      <w:pPr>
        <w:jc w:val="right"/>
      </w:pPr>
      <w:r>
        <w:t>یعنی ایک جو ہے out of control کر لے گا اپنے آپ کو اور دوسرا جو ہے اپنے</w:t>
      </w:r>
    </w:p>
    <w:p>
      <w:r>
        <w:rPr>
          <w:b/>
        </w:rPr>
        <w:t xml:space="preserve">[06:00] </w:t>
      </w:r>
      <w:r>
        <w:t>ko self-control ke rastay par le jaye ga.</w:t>
      </w:r>
    </w:p>
    <w:p>
      <w:pPr>
        <w:jc w:val="right"/>
      </w:pPr>
      <w:r>
        <w:t>کو self-control کے راستے پر لے جائے گا۔</w:t>
      </w:r>
    </w:p>
    <w:p>
      <w:r>
        <w:rPr>
          <w:b/>
        </w:rPr>
        <w:t xml:space="preserve">[06:06] </w:t>
      </w:r>
      <w:r>
        <w:t>kyun? inni akhāfu allāh mein darta hoon khuda se.</w:t>
      </w:r>
    </w:p>
    <w:p>
      <w:pPr>
        <w:jc w:val="right"/>
      </w:pPr>
      <w:r>
        <w:t>کیوں؟ إني أخاف الله میں ڈرتا ہوں خدا سے۔</w:t>
      </w:r>
    </w:p>
    <w:p>
      <w:r>
        <w:rPr>
          <w:b/>
        </w:rPr>
        <w:t xml:space="preserve">[06:12] </w:t>
      </w:r>
      <w:r>
        <w:t>yani accountability ka ehsas.</w:t>
      </w:r>
    </w:p>
    <w:p>
      <w:pPr>
        <w:jc w:val="right"/>
      </w:pPr>
      <w:r>
        <w:t>یعنی accountability کا احساس۔</w:t>
      </w:r>
    </w:p>
    <w:p>
      <w:r>
        <w:rPr>
          <w:b/>
        </w:rPr>
        <w:t xml:space="preserve">[06:18] </w:t>
      </w:r>
      <w:r>
        <w:t>ab dekhen do cheezen huin.</w:t>
      </w:r>
    </w:p>
    <w:p>
      <w:pPr>
        <w:jc w:val="right"/>
      </w:pPr>
      <w:r>
        <w:t>اب دیکھیں دو چیزیں ہوئیں۔</w:t>
      </w:r>
    </w:p>
    <w:p>
      <w:r>
        <w:rPr>
          <w:b/>
        </w:rPr>
        <w:t xml:space="preserve">[06:24] </w:t>
      </w:r>
      <w:r>
        <w:t>ek woh insan hai jo aisa karega ke jab kabhi mauqa aya to woh khuda se be-</w:t>
      </w:r>
    </w:p>
    <w:p>
      <w:pPr>
        <w:jc w:val="right"/>
      </w:pPr>
      <w:r>
        <w:t>ایک وہ انسان ہے جو ایسا کرے گا کہ جب کبھی موقع آیا تو وہ خدا سے بے</w:t>
      </w:r>
    </w:p>
    <w:p>
      <w:r>
        <w:rPr>
          <w:b/>
        </w:rPr>
        <w:t xml:space="preserve">[06:30] </w:t>
      </w:r>
      <w:r>
        <w:t>khauf ho jaye ga.</w:t>
      </w:r>
    </w:p>
    <w:p>
      <w:pPr>
        <w:jc w:val="right"/>
      </w:pPr>
      <w:r>
        <w:t>خوف ہو جائے گا۔</w:t>
      </w:r>
    </w:p>
    <w:p>
      <w:r>
        <w:rPr>
          <w:b/>
        </w:rPr>
        <w:t xml:space="preserve">[06:36] </w:t>
      </w:r>
      <w:r>
        <w:t>woh apne hi jazbat ke peechay chalega.</w:t>
      </w:r>
    </w:p>
    <w:p>
      <w:pPr>
        <w:jc w:val="right"/>
      </w:pPr>
      <w:r>
        <w:t>وہ اپنے ہی جذبات کے پیچھے چلے گا۔</w:t>
      </w:r>
    </w:p>
    <w:p>
      <w:r>
        <w:rPr>
          <w:b/>
        </w:rPr>
        <w:t xml:space="preserve">[06:42] </w:t>
      </w:r>
      <w:r>
        <w:t>is ke mind mein jo aag lag gayi hai, bas isi ko follow karega woh.</w:t>
      </w:r>
    </w:p>
    <w:p>
      <w:pPr>
        <w:jc w:val="right"/>
      </w:pPr>
      <w:r>
        <w:t>اس کے mind میں جو آگ لگ گئی ہے، بس اسی کو follow کرے گا وہ۔</w:t>
      </w:r>
    </w:p>
    <w:p>
      <w:r>
        <w:rPr>
          <w:b/>
        </w:rPr>
        <w:t xml:space="preserve">[06:48] </w:t>
      </w:r>
      <w:r>
        <w:t>aur doosra aadmi jo hai foran sochega ke mujhe marna hai, marne ke baad khuda ke samne</w:t>
      </w:r>
    </w:p>
    <w:p>
      <w:pPr>
        <w:jc w:val="right"/>
      </w:pPr>
      <w:r>
        <w:t>اور دوسرا آدمی جو ہے فوراً سوچے گا کہ مجھے مرنا ہے، مرنے کے بعد خدا کے سامنے</w:t>
      </w:r>
    </w:p>
    <w:p>
      <w:r>
        <w:rPr>
          <w:b/>
        </w:rPr>
        <w:t xml:space="preserve">[06:54] </w:t>
      </w:r>
      <w:r>
        <w:t>jana hai, wahan hisab kitab dena hai.</w:t>
      </w:r>
    </w:p>
    <w:p>
      <w:pPr>
        <w:jc w:val="right"/>
      </w:pPr>
      <w:r>
        <w:t>جانا ہے، وہاں حساب کتاب دینا ہے۔</w:t>
      </w:r>
    </w:p>
    <w:p>
      <w:r>
        <w:rPr>
          <w:b/>
        </w:rPr>
        <w:t xml:space="preserve">[07:00] </w:t>
      </w:r>
      <w:r>
        <w:t>to accountability ka ehsas us ko roke ga.</w:t>
      </w:r>
    </w:p>
    <w:p>
      <w:pPr>
        <w:jc w:val="right"/>
      </w:pPr>
      <w:r>
        <w:t>تو accountability کا احساس اس کو روکے گا۔</w:t>
      </w:r>
    </w:p>
    <w:p>
      <w:r>
        <w:rPr>
          <w:b/>
        </w:rPr>
        <w:t xml:space="preserve">[07:06] </w:t>
      </w:r>
      <w:r>
        <w:t>aap jante hain ke sarkon par hotay hain speed breaker.</w:t>
      </w:r>
    </w:p>
    <w:p>
      <w:pPr>
        <w:jc w:val="right"/>
      </w:pPr>
      <w:r>
        <w:t>آپ جانتے ہیں کہ سڑکوں پر ہوتے ہیں speed breaker۔</w:t>
      </w:r>
    </w:p>
    <w:p>
      <w:r>
        <w:rPr>
          <w:b/>
        </w:rPr>
        <w:t xml:space="preserve">[07:12] </w:t>
      </w:r>
      <w:r>
        <w:t>speed breaker caron ke ya gariyon ki speed ko control mein rakhte hain.</w:t>
      </w:r>
    </w:p>
    <w:p>
      <w:pPr>
        <w:jc w:val="right"/>
      </w:pPr>
      <w:r>
        <w:t>Speed breaker کاروں کے یا گاڑیوں کی speed کو کنٹرول میں رکھتے ہیں۔</w:t>
      </w:r>
    </w:p>
    <w:p>
      <w:r>
        <w:rPr>
          <w:b/>
        </w:rPr>
        <w:t xml:space="preserve">[07:18] </w:t>
      </w:r>
      <w:r>
        <w:t>jahan aaj speed breaker aya to car chalane wala apni car ko ahista chalata hai.</w:t>
      </w:r>
    </w:p>
    <w:p>
      <w:pPr>
        <w:jc w:val="right"/>
      </w:pPr>
      <w:r>
        <w:t>جہاں آج speed breaker آیا تو کار چلانے والا اپنی کار کو آہستہ چلاتا ہے۔</w:t>
      </w:r>
    </w:p>
    <w:p>
      <w:r>
        <w:rPr>
          <w:b/>
        </w:rPr>
        <w:t xml:space="preserve">[07:24] </w:t>
      </w:r>
      <w:r>
        <w:t>to speed breaker jo hai woh car ki speed ko check karte hain.</w:t>
      </w:r>
    </w:p>
    <w:p>
      <w:pPr>
        <w:jc w:val="right"/>
      </w:pPr>
      <w:r>
        <w:t>تو speed breaker جو ہے وہ کار کی speed کو چیک کرتے ہیں۔</w:t>
      </w:r>
    </w:p>
    <w:p>
      <w:r>
        <w:rPr>
          <w:b/>
        </w:rPr>
        <w:t xml:space="preserve">[07:30] </w:t>
      </w:r>
      <w:r>
        <w:t>isi tarah accountability ka jo ehsas hai, woh aadmi ko check karta rehta hai, aadmi ko rokta rehta hai.</w:t>
      </w:r>
    </w:p>
    <w:p>
      <w:pPr>
        <w:jc w:val="right"/>
      </w:pPr>
      <w:r>
        <w:t>اسی طرح accountability کا جو احساس ہے، وہ آدمی کو چیک کرتا رہتا ہے، آدمی کو روکتا رہتا ہے۔</w:t>
      </w:r>
    </w:p>
    <w:p>
      <w:r>
        <w:rPr>
          <w:b/>
        </w:rPr>
        <w:t xml:space="preserve">[07:36] </w:t>
      </w:r>
      <w:r>
        <w:t>aap jante hain caron mein ek system hota hai jis ko kehte hain woh shock absorber.</w:t>
      </w:r>
    </w:p>
    <w:p>
      <w:pPr>
        <w:jc w:val="right"/>
      </w:pPr>
      <w:r>
        <w:t>آپ جانتے ہیں کاروں میں ایک سسٹم ہوتا ہے جس کو کہتے ہیں وہ shock absorber۔</w:t>
      </w:r>
    </w:p>
    <w:p>
      <w:r>
        <w:rPr>
          <w:b/>
        </w:rPr>
        <w:t xml:space="preserve">[07:42] </w:t>
      </w:r>
      <w:r>
        <w:t>caron mein ek system hota hai shock absorber.</w:t>
      </w:r>
    </w:p>
    <w:p>
      <w:pPr>
        <w:jc w:val="right"/>
      </w:pPr>
      <w:r>
        <w:t>کاروں میں ایک سسٹم ہوتا ہے shock absorber۔</w:t>
      </w:r>
    </w:p>
    <w:p>
      <w:r>
        <w:rPr>
          <w:b/>
        </w:rPr>
        <w:t xml:space="preserve">[07:48] </w:t>
      </w:r>
      <w:r>
        <w:t>woh kya karta hai? ek car jab dor rahi ho road par, aap bahir se us ko dekhen,</w:t>
      </w:r>
    </w:p>
    <w:p>
      <w:pPr>
        <w:jc w:val="right"/>
      </w:pPr>
      <w:r>
        <w:t>وہ کیا کرتا ہے؟ ایک کار جب دوڑ رہی ہو road پر، آپ باہر سے اس کو دیکھیں،</w:t>
      </w:r>
    </w:p>
    <w:p>
      <w:r>
        <w:rPr>
          <w:b/>
        </w:rPr>
        <w:t xml:space="preserve">[07:54] </w:t>
      </w:r>
      <w:r>
        <w:t>bahir se to aap ko kya dikhai dega? ke gari jab dor rahi hai to is ka</w:t>
      </w:r>
    </w:p>
    <w:p>
      <w:pPr>
        <w:jc w:val="right"/>
      </w:pPr>
      <w:r>
        <w:t>باہر سے تو آپ کو کیا دکھائی دے گا؟ کہ گاڑی جب دوڑ رہی ہے تو اس کا</w:t>
      </w:r>
    </w:p>
    <w:p>
      <w:r>
        <w:rPr>
          <w:b/>
        </w:rPr>
        <w:t xml:space="preserve">[08:00] </w:t>
      </w:r>
      <w:r>
        <w:t>pahiya neeche ooper hota rehta hai, body neeche ooper nahi hota.</w:t>
      </w:r>
    </w:p>
    <w:p>
      <w:pPr>
        <w:jc w:val="right"/>
      </w:pPr>
      <w:r>
        <w:t>پہیہ نیچے اوپر ہوتا رہتا ہے، body نیچے اوپر نہیں ہوتا۔</w:t>
      </w:r>
    </w:p>
    <w:p>
      <w:r>
        <w:rPr>
          <w:b/>
        </w:rPr>
        <w:t xml:space="preserve">[08:06] </w:t>
      </w:r>
      <w:r>
        <w:t>yani aap jante hain ke road jo hoti hai, woh kuch is mein necha ooncha hota hai, friction hota hai.</w:t>
      </w:r>
    </w:p>
    <w:p>
      <w:pPr>
        <w:jc w:val="right"/>
      </w:pPr>
      <w:r>
        <w:t>یعنی آپ جانتے ہیں کہ road جو ہوتی ہے، وہ کچھ اس میں نیچا اونچا ہوتا ہے، friction ہوتا ہے۔</w:t>
      </w:r>
    </w:p>
    <w:p>
      <w:r>
        <w:rPr>
          <w:b/>
        </w:rPr>
        <w:t xml:space="preserve">[08:12] </w:t>
      </w:r>
      <w:r>
        <w:t>agar friction na ho to gari us par chal bhi nahi sakti.</w:t>
      </w:r>
    </w:p>
    <w:p>
      <w:pPr>
        <w:jc w:val="right"/>
      </w:pPr>
      <w:r>
        <w:t>اگر friction نہ ہو تو گاڑی اس پر چل بھی نہیں سکتی۔</w:t>
      </w:r>
    </w:p>
    <w:p>
      <w:r>
        <w:rPr>
          <w:b/>
        </w:rPr>
        <w:t xml:space="preserve">[08:19] </w:t>
      </w:r>
      <w:r>
        <w:t>har road par friction hota hai, shishe ki tarah se nahi ho sakti.</w:t>
      </w:r>
    </w:p>
    <w:p>
      <w:pPr>
        <w:jc w:val="right"/>
      </w:pPr>
      <w:r>
        <w:t>ہر road پر friction ہوتا ہے، شیشے کی طرح سے نہیں ہو سکتی۔</w:t>
      </w:r>
    </w:p>
    <w:p>
      <w:r>
        <w:rPr>
          <w:b/>
        </w:rPr>
        <w:t xml:space="preserve">[08:25] </w:t>
      </w:r>
      <w:r>
        <w:t>shishe ki tarah agar chikni ho sarak to us par car dor nahi sakti.</w:t>
      </w:r>
    </w:p>
    <w:p>
      <w:pPr>
        <w:jc w:val="right"/>
      </w:pPr>
      <w:r>
        <w:t>شیشے کی طرح اگر چکنی ہو سڑک تو اس پر کار دوڑ نہیں سکتی۔</w:t>
      </w:r>
    </w:p>
    <w:p>
      <w:r>
        <w:rPr>
          <w:b/>
        </w:rPr>
        <w:t xml:space="preserve">[08:31] </w:t>
      </w:r>
      <w:r>
        <w:t>to is ki wajah se barabar yeh hota hai ke car ko jhatke lagte hain.</w:t>
      </w:r>
    </w:p>
    <w:p>
      <w:pPr>
        <w:jc w:val="right"/>
      </w:pPr>
      <w:r>
        <w:t>تو اس کی وجہ سے برابر یہ ہوتا ہے کہ کار کو جھٹکے لگتے ہیں۔</w:t>
      </w:r>
    </w:p>
    <w:p>
      <w:r>
        <w:rPr>
          <w:b/>
        </w:rPr>
        <w:t xml:space="preserve">[08:37] </w:t>
      </w:r>
      <w:r>
        <w:t>har oonche neeche par jhatke lagte hain.</w:t>
      </w:r>
    </w:p>
    <w:p>
      <w:pPr>
        <w:jc w:val="right"/>
      </w:pPr>
      <w:r>
        <w:t>ہر اونچے نیچے پر جھٹکے لگتے ہیں۔</w:t>
      </w:r>
    </w:p>
    <w:p>
      <w:r>
        <w:rPr>
          <w:b/>
        </w:rPr>
        <w:t xml:space="preserve">[08:43] </w:t>
      </w:r>
      <w:r>
        <w:t>to woh jhatke pahiye par reh jaate hain, body tak nahi pahunchte.</w:t>
      </w:r>
    </w:p>
    <w:p>
      <w:pPr>
        <w:jc w:val="right"/>
      </w:pPr>
      <w:r>
        <w:t>تو وہ جھٹکے پہیے پر رہ جاتے ہیں، body تک نہیں پہنچتے۔</w:t>
      </w:r>
    </w:p>
    <w:p>
      <w:r>
        <w:rPr>
          <w:b/>
        </w:rPr>
        <w:t xml:space="preserve">[08:49] </w:t>
      </w:r>
      <w:r>
        <w:t>yani body jo hai, is par jo insan baitha hua hai, jhatke is tak nahi pahunchte.</w:t>
      </w:r>
    </w:p>
    <w:p>
      <w:pPr>
        <w:jc w:val="right"/>
      </w:pPr>
      <w:r>
        <w:t>یعنی body جو ہے، اس پر جو انسان بیٹھا ہوا ہے، جھٹکے اس تک نہیں پہنچتے۔</w:t>
      </w:r>
    </w:p>
    <w:p>
      <w:r>
        <w:rPr>
          <w:b/>
        </w:rPr>
        <w:t xml:space="preserve">[08:55] </w:t>
      </w:r>
      <w:r>
        <w:t>to yeh kyun hota hai? ek device lagi hui hoti hai car mein, is ko kehte hain shock absorber.</w:t>
      </w:r>
    </w:p>
    <w:p>
      <w:pPr>
        <w:jc w:val="right"/>
      </w:pPr>
      <w:r>
        <w:t>تو یہ کیوں ہوتا ہے؟ ایک device لگی ہوئی ہوتی ہے کار میں، اس کو کہتے ہیں shock absorber۔</w:t>
      </w:r>
    </w:p>
    <w:p>
      <w:r>
        <w:rPr>
          <w:b/>
        </w:rPr>
        <w:t xml:space="preserve">[09:01] </w:t>
      </w:r>
      <w:r>
        <w:t>yani shock ko seh lene wala.</w:t>
      </w:r>
    </w:p>
    <w:p>
      <w:pPr>
        <w:jc w:val="right"/>
      </w:pPr>
      <w:r>
        <w:t>یعنی shock کو سہ لینے والا۔</w:t>
      </w:r>
    </w:p>
    <w:p>
      <w:r>
        <w:rPr>
          <w:b/>
        </w:rPr>
        <w:t xml:space="preserve">[09:07] </w:t>
      </w:r>
      <w:r>
        <w:t>to yeh shock absorber jis ko short mein shocker bhi kehte hain, woh is baat ki guarantee hai</w:t>
      </w:r>
    </w:p>
    <w:p>
      <w:pPr>
        <w:jc w:val="right"/>
      </w:pPr>
      <w:r>
        <w:t>تو یہ shock absorber جس کو short میں shocker بھی کہتے ہیں، وہ اس بات کی guarantee ہے</w:t>
      </w:r>
    </w:p>
    <w:p>
      <w:r>
        <w:rPr>
          <w:b/>
        </w:rPr>
        <w:t xml:space="preserve">[09:13] </w:t>
      </w:r>
      <w:r>
        <w:t>ke jo jhatka lage gaadi ko, woh pahiye tak reh jaye.</w:t>
      </w:r>
    </w:p>
    <w:p>
      <w:pPr>
        <w:jc w:val="right"/>
      </w:pPr>
      <w:r>
        <w:t>کہ جو جھٹکا لگے گاڑی کو، وہ پہیے تک رہ جائے۔</w:t>
      </w:r>
    </w:p>
    <w:p>
      <w:r>
        <w:rPr>
          <w:b/>
        </w:rPr>
        <w:t xml:space="preserve">[09:19] </w:t>
      </w:r>
      <w:r>
        <w:t>upar jo baitha hua insan hai, is tak na pahunche.</w:t>
      </w:r>
    </w:p>
    <w:p>
      <w:pPr>
        <w:jc w:val="right"/>
      </w:pPr>
      <w:r>
        <w:t>اوپر جو بیٹھا ہوا انسان ہے، اس تک نہ پہنچے۔</w:t>
      </w:r>
    </w:p>
    <w:p>
      <w:r>
        <w:rPr>
          <w:b/>
        </w:rPr>
        <w:t xml:space="preserve">[09:25] </w:t>
      </w:r>
      <w:r>
        <w:t>isi tarah se insan ke andar accountability ka jo ehsaas hai, woh is ke andar ek shock absorber</w:t>
      </w:r>
    </w:p>
    <w:p>
      <w:pPr>
        <w:jc w:val="right"/>
      </w:pPr>
      <w:r>
        <w:t>اسی طرح سے انسان کے اندر accountability کا جو احساس ہے، وہ اس کے اندر ایک shock absorber</w:t>
      </w:r>
    </w:p>
    <w:p>
      <w:r>
        <w:rPr>
          <w:b/>
        </w:rPr>
        <w:t xml:space="preserve">[09:31] </w:t>
      </w:r>
      <w:r>
        <w:t>ka kaam karta hai.</w:t>
      </w:r>
    </w:p>
    <w:p>
      <w:pPr>
        <w:jc w:val="right"/>
      </w:pPr>
      <w:r>
        <w:t>کا کام کرتا ہے۔</w:t>
      </w:r>
    </w:p>
    <w:p>
      <w:r>
        <w:rPr>
          <w:b/>
        </w:rPr>
        <w:t xml:space="preserve">[09:37] </w:t>
      </w:r>
      <w:r>
        <w:t>ke jhatka to sab ko lagna hi lagna hai.</w:t>
      </w:r>
    </w:p>
    <w:p>
      <w:pPr>
        <w:jc w:val="right"/>
      </w:pPr>
      <w:r>
        <w:t>کہ جھٹکا تو سب کو لگنا ہی لگنا ہے۔</w:t>
      </w:r>
    </w:p>
    <w:p>
      <w:r>
        <w:rPr>
          <w:b/>
        </w:rPr>
        <w:t xml:space="preserve">[09:43] </w:t>
      </w:r>
      <w:r>
        <w:t>lekin jo insan momin hai, jo insan believer hai, jo insan accountability ko manta hai, jo insan day</w:t>
      </w:r>
    </w:p>
    <w:p>
      <w:pPr>
        <w:jc w:val="right"/>
      </w:pPr>
      <w:r>
        <w:t>لیکن جو انسان مومن ہے، جو انسان believer ہے، جو انسان accountability کو مانتا ہے، جو انسان day</w:t>
      </w:r>
    </w:p>
    <w:p>
      <w:r>
        <w:rPr>
          <w:b/>
        </w:rPr>
        <w:t xml:space="preserve">[09:49] </w:t>
      </w:r>
      <w:r>
        <w:t>of judgment ko manta hai, is ke dil mein psychological sense mein ek shock absorber lag jata hai.</w:t>
      </w:r>
    </w:p>
    <w:p>
      <w:pPr>
        <w:jc w:val="right"/>
      </w:pPr>
      <w:r>
        <w:t>of judgment کو مانتا ہے، اس کے دل میں psychological sense میں ایک shock absorber لگ جاتا ہے۔</w:t>
      </w:r>
    </w:p>
    <w:p>
      <w:r>
        <w:rPr>
          <w:b/>
        </w:rPr>
        <w:t xml:space="preserve">[09:55] </w:t>
      </w:r>
      <w:r>
        <w:t>yehi hai sara khulasa.</w:t>
      </w:r>
    </w:p>
    <w:p>
      <w:pPr>
        <w:jc w:val="right"/>
      </w:pPr>
      <w:r>
        <w:t>یہی ہے سارا خلاصہ۔</w:t>
      </w:r>
    </w:p>
    <w:p>
      <w:r>
        <w:rPr>
          <w:b/>
        </w:rPr>
        <w:t xml:space="preserve">[10:01] </w:t>
      </w:r>
      <w:r>
        <w:t>kyun ke dekhen, duniya ko Khuda ne jab banaya hai test ke liye to sab ko freedom bhi diya.</w:t>
      </w:r>
    </w:p>
    <w:p>
      <w:pPr>
        <w:jc w:val="right"/>
      </w:pPr>
      <w:r>
        <w:t>کیونکہ دیکھیں، دنیا کو خدا نے جب بنایا ہے test کے لیے تو سب کو freedom بھی دیا۔</w:t>
      </w:r>
    </w:p>
    <w:p>
      <w:r>
        <w:rPr>
          <w:b/>
        </w:rPr>
        <w:t xml:space="preserve">[10:07] </w:t>
      </w:r>
      <w:r>
        <w:t>kyun ke freedom na ho to test kis baat ka? haath paon baandh kar aap kisi ka test nahi le sakte.</w:t>
      </w:r>
    </w:p>
    <w:p>
      <w:pPr>
        <w:jc w:val="right"/>
      </w:pPr>
      <w:r>
        <w:t>کیونکہ freedom نہ ہو تو test کس بات کا؟ ہاتھ پاؤں باندھ کر آپ کسی کا test نہیں لے سکتے۔</w:t>
      </w:r>
    </w:p>
    <w:p>
      <w:r>
        <w:rPr>
          <w:b/>
        </w:rPr>
        <w:t xml:space="preserve">[10:13] </w:t>
      </w:r>
      <w:r>
        <w:t>test lene ke liye aap ko is ko free karna parega.</w:t>
      </w:r>
    </w:p>
    <w:p>
      <w:pPr>
        <w:jc w:val="right"/>
      </w:pPr>
      <w:r>
        <w:t>Test لینے کے لیے آپ کو اس کو free کرنا پڑے گا۔</w:t>
      </w:r>
    </w:p>
    <w:p>
      <w:r>
        <w:rPr>
          <w:b/>
        </w:rPr>
        <w:t xml:space="preserve">[10:19] </w:t>
      </w:r>
      <w:r>
        <w:t>without freedom there is no test jab aap freedom denge to woh misuse bhi karega.</w:t>
      </w:r>
    </w:p>
    <w:p>
      <w:pPr>
        <w:jc w:val="right"/>
      </w:pPr>
      <w:r>
        <w:t>Without freedom there is no test جب آپ freedom دیں گے تو وہ misuse بھی کرے گا۔</w:t>
      </w:r>
    </w:p>
    <w:p>
      <w:r>
        <w:rPr>
          <w:b/>
        </w:rPr>
        <w:t xml:space="preserve">[10:25] </w:t>
      </w:r>
      <w:r>
        <w:t>misuse karega to problems create honge.</w:t>
      </w:r>
    </w:p>
    <w:p>
      <w:pPr>
        <w:jc w:val="right"/>
      </w:pPr>
      <w:r>
        <w:t>Misuse کرے گا تو problems create ہوں گے۔</w:t>
      </w:r>
    </w:p>
    <w:p>
      <w:r>
        <w:rPr>
          <w:b/>
        </w:rPr>
        <w:t xml:space="preserve">[10:31] </w:t>
      </w:r>
      <w:r>
        <w:t>aap kahin aap provoke honge, kahin aap ko ghussa aaye ga, kahin aap ko revenge aaye ga,</w:t>
      </w:r>
    </w:p>
    <w:p>
      <w:pPr>
        <w:jc w:val="right"/>
      </w:pPr>
      <w:r>
        <w:t>آپ کہیں آپ provoke ہوں گے، کہیں آپ کو غصہ آئے گا، کہیں آپ کو revenge آئے گا،</w:t>
      </w:r>
    </w:p>
    <w:p>
      <w:r>
        <w:rPr>
          <w:b/>
        </w:rPr>
        <w:t xml:space="preserve">[10:37] </w:t>
      </w:r>
      <w:r>
        <w:t>kahin aap ke andar negative thought aaye ga.</w:t>
      </w:r>
    </w:p>
    <w:p>
      <w:pPr>
        <w:jc w:val="right"/>
      </w:pPr>
      <w:r>
        <w:t>کہیں آپ کے اندر negative thought آئے گا۔</w:t>
      </w:r>
    </w:p>
    <w:p>
      <w:r>
        <w:rPr>
          <w:b/>
        </w:rPr>
        <w:t xml:space="preserve">[10:43] </w:t>
      </w:r>
      <w:r>
        <w:t>yeh sab hoga.</w:t>
      </w:r>
    </w:p>
    <w:p>
      <w:pPr>
        <w:jc w:val="right"/>
      </w:pPr>
      <w:r>
        <w:t>یہ سب ہوگا۔</w:t>
      </w:r>
    </w:p>
    <w:p>
      <w:r>
        <w:rPr>
          <w:b/>
        </w:rPr>
        <w:t xml:space="preserve">[10:49] </w:t>
      </w:r>
      <w:r>
        <w:t>to wahan par accountability ka jo shock absorber hai, woh aap ko roke ga.</w:t>
      </w:r>
    </w:p>
    <w:p>
      <w:pPr>
        <w:jc w:val="right"/>
      </w:pPr>
      <w:r>
        <w:t>تو وہاں پر accountability کا جو shock absorber ہے، وہ آپ کو روکے گا۔</w:t>
      </w:r>
    </w:p>
    <w:p>
      <w:r>
        <w:rPr>
          <w:b/>
        </w:rPr>
        <w:t xml:space="preserve">[10:55] </w:t>
      </w:r>
      <w:r>
        <w:t>jaise Habil Qabil ki misaal mein ek aadmi ke andar shock absorber nahi tha, woh maarne khada ho gaya.</w:t>
      </w:r>
    </w:p>
    <w:p>
      <w:pPr>
        <w:jc w:val="right"/>
      </w:pPr>
      <w:r>
        <w:t>جیسے ہابیل قابیل کی مثال میں ایک آدمی کے اندر shock absorber نہیں تھا، وہ مارنے کھڑا ہوگیا۔</w:t>
      </w:r>
    </w:p>
    <w:p>
      <w:r>
        <w:rPr>
          <w:b/>
        </w:rPr>
        <w:t xml:space="preserve">[11:02] </w:t>
      </w:r>
      <w:r>
        <w:t>doosre aadmi ke andar shock absorber tha, us ne apne haath ko rok liya.</w:t>
      </w:r>
    </w:p>
    <w:p>
      <w:pPr>
        <w:jc w:val="right"/>
      </w:pPr>
      <w:r>
        <w:t>دوسرے آدمی کے اندر shock absorber تھا، اس نے اپنے ہاتھ کو روک لیا۔</w:t>
      </w:r>
    </w:p>
    <w:p>
      <w:r>
        <w:rPr>
          <w:b/>
        </w:rPr>
        <w:t xml:space="preserve">[11:08] </w:t>
      </w:r>
      <w:r>
        <w:t>to woh maarna ho to maaro, main to nahin maarunga tum ko.</w:t>
      </w:r>
    </w:p>
    <w:p>
      <w:pPr>
        <w:jc w:val="right"/>
      </w:pPr>
      <w:r>
        <w:t>تو وہ مارنا ہو تو مارو، میں تو نہیں ماروں گا تم کو۔</w:t>
      </w:r>
    </w:p>
    <w:p>
      <w:r>
        <w:rPr>
          <w:b/>
        </w:rPr>
        <w:t xml:space="preserve">[11:14] </w:t>
      </w:r>
      <w:r>
        <w:t>yeh hai sara khulasa.</w:t>
      </w:r>
    </w:p>
    <w:p>
      <w:pPr>
        <w:jc w:val="right"/>
      </w:pPr>
      <w:r>
        <w:t>یہ ہے سارا خلاصہ۔</w:t>
      </w:r>
    </w:p>
    <w:p>
      <w:r>
        <w:rPr>
          <w:b/>
        </w:rPr>
        <w:t xml:space="preserve">[11:20] </w:t>
      </w:r>
      <w:r>
        <w:t>to momin woh hai ya sacha believer woh hai jis ke dil mein ek shock absorber laga hua ho.</w:t>
      </w:r>
    </w:p>
    <w:p>
      <w:pPr>
        <w:jc w:val="right"/>
      </w:pPr>
      <w:r>
        <w:t>تو مومن وہ ہے یا سچا believer وہ ہے جس کے دل میں ایک shock absorber لگا ہوا ہو۔</w:t>
      </w:r>
    </w:p>
    <w:p>
      <w:r>
        <w:rPr>
          <w:b/>
        </w:rPr>
        <w:t xml:space="preserve">[11:26] </w:t>
      </w:r>
      <w:r>
        <w:t>Shock absorber nahin hoga to kya hoga? Aap just like animal ban jayenge.</w:t>
      </w:r>
    </w:p>
    <w:p>
      <w:pPr>
        <w:jc w:val="right"/>
      </w:pPr>
      <w:r>
        <w:t>Shock absorber نہیں ہوگا تو کیا ہوگا؟ آپ just like animal بن جائیں گے۔</w:t>
      </w:r>
    </w:p>
    <w:p>
      <w:r>
        <w:rPr>
          <w:b/>
        </w:rPr>
        <w:t xml:space="preserve">[11:32] </w:t>
      </w:r>
      <w:r>
        <w:t>ab is mein ek aur baat add kijiye.</w:t>
      </w:r>
    </w:p>
    <w:p>
      <w:pPr>
        <w:jc w:val="right"/>
      </w:pPr>
      <w:r>
        <w:t>اب اس میں ایک اور بات add کیجیے۔</w:t>
      </w:r>
    </w:p>
    <w:p>
      <w:r>
        <w:rPr>
          <w:b/>
        </w:rPr>
        <w:t xml:space="preserve">[11:38] </w:t>
      </w:r>
      <w:r>
        <w:t>koi aadmi apne seene mein shock absorber kyun lagaye? Kyun woh sahe? Kyun woh bardasht kare? Kyun woh</w:t>
      </w:r>
    </w:p>
    <w:p>
      <w:pPr>
        <w:jc w:val="right"/>
      </w:pPr>
      <w:r>
        <w:t>کوئی آدمی اپنے سینے میں shock absorber کیوں لگائے؟ کیوں وہ سہے؟ کیوں وہ برداشت کرے؟ کیوں وہ</w:t>
      </w:r>
    </w:p>
    <w:p>
      <w:r>
        <w:rPr>
          <w:b/>
        </w:rPr>
        <w:t xml:space="preserve">[11:44] </w:t>
      </w:r>
      <w:r>
        <w:t>tolerate kare? Kyun woh avoid kare? To koi is ko kuch milna chahiye.</w:t>
      </w:r>
    </w:p>
    <w:p>
      <w:pPr>
        <w:jc w:val="right"/>
      </w:pPr>
      <w:r>
        <w:t>tolerate کرے؟ کیوں وہ avoid کرے؟ تو کوئی اس کو کچھ ملنا چاہیے۔</w:t>
      </w:r>
    </w:p>
    <w:p>
      <w:r>
        <w:rPr>
          <w:b/>
        </w:rPr>
        <w:t xml:space="preserve">[11:50] </w:t>
      </w:r>
      <w:r>
        <w:t>dekhen, insaan jo hai, us ke andar interest baitha hua hai.</w:t>
      </w:r>
    </w:p>
    <w:p>
      <w:pPr>
        <w:jc w:val="right"/>
      </w:pPr>
      <w:r>
        <w:t>دیکھیں، انسان جو ہے، اس کے اندر interest بیٹھا ہوا ہے۔</w:t>
      </w:r>
    </w:p>
    <w:p>
      <w:r>
        <w:rPr>
          <w:b/>
        </w:rPr>
        <w:t xml:space="preserve">[11:56] </w:t>
      </w:r>
      <w:r>
        <w:t>har insaan kuch bhi karta hai to chahta hai kuch return mile.</w:t>
      </w:r>
    </w:p>
    <w:p>
      <w:pPr>
        <w:jc w:val="right"/>
      </w:pPr>
      <w:r>
        <w:t>ہر انسان کچھ بھی کرتا ہے تو چاہتا ہے کچھ return ملے۔</w:t>
      </w:r>
    </w:p>
    <w:p>
      <w:r>
        <w:rPr>
          <w:b/>
        </w:rPr>
        <w:t xml:space="preserve">[12:02] </w:t>
      </w:r>
      <w:r>
        <w:t>Return yaani money return seeking animal Stars, planets، mountains، ocean un ke andar return ka concept nahin hai</w:t>
      </w:r>
    </w:p>
    <w:p>
      <w:pPr>
        <w:jc w:val="right"/>
      </w:pPr>
      <w:r>
        <w:t>Return یعنی money return seeking animal Stars, planets، mountains، ocean ان کے اندر return کا concept نہیں ہے</w:t>
      </w:r>
    </w:p>
    <w:p>
      <w:r>
        <w:rPr>
          <w:b/>
        </w:rPr>
        <w:t xml:space="preserve">[12:08] </w:t>
      </w:r>
      <w:r>
        <w:t>ke unhein kuch mile tab woh karenge, nahin to nahin karenge.</w:t>
      </w:r>
    </w:p>
    <w:p>
      <w:pPr>
        <w:jc w:val="right"/>
      </w:pPr>
      <w:r>
        <w:t>کہ انہیں کچھ ملے تب وہ کریں گے، نہیں تو نہیں کریں گے۔</w:t>
      </w:r>
    </w:p>
    <w:p>
      <w:r>
        <w:rPr>
          <w:b/>
        </w:rPr>
        <w:t xml:space="preserve">[12:14] </w:t>
      </w:r>
      <w:r>
        <w:t>But money return seeking animal aadmi kuch chahta hai ke mujhe mile.</w:t>
      </w:r>
    </w:p>
    <w:p>
      <w:pPr>
        <w:jc w:val="right"/>
      </w:pPr>
      <w:r>
        <w:t>But money return seeking animal آدمی کچھ چاہتا ہے کہ مجھے ملے۔</w:t>
      </w:r>
    </w:p>
    <w:p>
      <w:r>
        <w:rPr>
          <w:b/>
        </w:rPr>
        <w:t xml:space="preserve">[12:20] </w:t>
      </w:r>
      <w:r>
        <w:t>ise chahne ka naam hai paradise.</w:t>
      </w:r>
    </w:p>
    <w:p>
      <w:pPr>
        <w:jc w:val="right"/>
      </w:pPr>
      <w:r>
        <w:t>اسے چاہنے کا نام ہے paradise۔</w:t>
      </w:r>
    </w:p>
    <w:p>
      <w:r>
        <w:rPr>
          <w:b/>
        </w:rPr>
        <w:t xml:space="preserve">[12:26] </w:t>
      </w:r>
      <w:r>
        <w:t>Paradise ka concept aadmi ko yeh batata hai ke tumhare liye ek bohat bara reward intezar kar raha hai tumhara.</w:t>
      </w:r>
    </w:p>
    <w:p>
      <w:pPr>
        <w:jc w:val="right"/>
      </w:pPr>
      <w:r>
        <w:t>Paradise کا concept آدمی کو یہ بتاتا ہے کہ تمہارے لیے ایک بہت بڑا reward انتظار کر رہا ہے تمہارا۔</w:t>
      </w:r>
    </w:p>
    <w:p>
      <w:r>
        <w:rPr>
          <w:b/>
        </w:rPr>
        <w:t xml:space="preserve">[12:32] </w:t>
      </w:r>
      <w:r>
        <w:t>agar tum is patience culture ko apnao is duniya mein.</w:t>
      </w:r>
    </w:p>
    <w:p>
      <w:pPr>
        <w:jc w:val="right"/>
      </w:pPr>
      <w:r>
        <w:t>اگر تم اس patience culture کو اپناؤ اس دنیا میں۔</w:t>
      </w:r>
    </w:p>
    <w:p>
      <w:r>
        <w:rPr>
          <w:b/>
        </w:rPr>
        <w:t xml:space="preserve">[12:38] </w:t>
      </w:r>
      <w:r>
        <w:t>main samajhta hoon ke sara khulasa Islam ka jo hai, woh hai patience culture, sabr culture.</w:t>
      </w:r>
    </w:p>
    <w:p>
      <w:pPr>
        <w:jc w:val="right"/>
      </w:pPr>
      <w:r>
        <w:t>میں سمجھتا ہوں کہ سارا خلاصہ اسلام کا جو ہے، وہ ہے patience culture، صبر culture۔</w:t>
      </w:r>
    </w:p>
    <w:p>
      <w:r>
        <w:rPr>
          <w:b/>
        </w:rPr>
        <w:t xml:space="preserve">[12:44] </w:t>
      </w:r>
      <w:r>
        <w:t>isi liye Quran mein dekhen, kaha gaya hai أُولَئِكَ يُجْزَونَ الْغُرْفَةَ وِمَا صَبَرُوا yani paradise un ko mile</w:t>
      </w:r>
    </w:p>
    <w:p>
      <w:pPr>
        <w:jc w:val="right"/>
      </w:pPr>
      <w:r>
        <w:t>اسی لیے قرآن میں دیکھیں، کہا گیا ہے أُولَئِكَ يُجْزَونَ الْغُرْفَةَ وِمَا صَبَرُوا یعنی paradise ان کو ملے</w:t>
      </w:r>
    </w:p>
    <w:p>
      <w:r>
        <w:rPr>
          <w:b/>
        </w:rPr>
        <w:t xml:space="preserve">[12:50] </w:t>
      </w:r>
      <w:r>
        <w:t>ga jinhone duniya mein sabr kiya.</w:t>
      </w:r>
    </w:p>
    <w:p>
      <w:pPr>
        <w:jc w:val="right"/>
      </w:pPr>
      <w:r>
        <w:t>گا جنہوں نے دنیا میں صبر کیا۔</w:t>
      </w:r>
    </w:p>
    <w:p>
      <w:r>
        <w:rPr>
          <w:b/>
        </w:rPr>
        <w:t xml:space="preserve">[12:56] </w:t>
      </w:r>
      <w:r>
        <w:t>saaf saaf Quran mein likha hua hai أُولَئِكَ يُجْزَونَ الْغُرْفَةَ وِمَا صَبَرُوا to ek lafz mein main kahunga</w:t>
      </w:r>
    </w:p>
    <w:p>
      <w:pPr>
        <w:jc w:val="right"/>
      </w:pPr>
      <w:r>
        <w:t>صاف صاف قرآن میں لکھا ہوا ہے أُولَئِكَ يُجْزَونَ الْغُرْفَةَ وِمَا صَبَرُوا تو ایک لفظ میں میں کہوں</w:t>
      </w:r>
    </w:p>
    <w:p>
      <w:r>
        <w:rPr>
          <w:b/>
        </w:rPr>
        <w:t xml:space="preserve">[13:02] </w:t>
      </w:r>
      <w:r>
        <w:t>ga ke Islam naam hai sabr culture ka, patience culture ka, tolerance culture ka.</w:t>
      </w:r>
    </w:p>
    <w:p>
      <w:pPr>
        <w:jc w:val="right"/>
      </w:pPr>
      <w:r>
        <w:t>گا کہ اسلام نام ہے صبر culture کا، patience culture کا، tolerance culture کا۔</w:t>
      </w:r>
    </w:p>
    <w:p>
      <w:r>
        <w:rPr>
          <w:b/>
        </w:rPr>
        <w:t xml:space="preserve">[13:08] </w:t>
      </w:r>
      <w:r>
        <w:t>isi ka naam sabr hai.</w:t>
      </w:r>
    </w:p>
    <w:p>
      <w:pPr>
        <w:jc w:val="right"/>
      </w:pPr>
      <w:r>
        <w:t>اسی کا نام صبر ہے۔</w:t>
      </w:r>
    </w:p>
    <w:p>
      <w:r>
        <w:rPr>
          <w:b/>
        </w:rPr>
        <w:t xml:space="preserve">[13:14] </w:t>
      </w:r>
      <w:r>
        <w:t>isi ka naam aur yahi yahi yeh price hai paradise ki.</w:t>
      </w:r>
    </w:p>
    <w:p>
      <w:pPr>
        <w:jc w:val="right"/>
      </w:pPr>
      <w:r>
        <w:t>اسی کا نام اور یہی یہی یہ price ہے paradise کی۔</w:t>
      </w:r>
    </w:p>
    <w:p>
      <w:r>
        <w:rPr>
          <w:b/>
        </w:rPr>
        <w:t xml:space="preserve">[13:20] </w:t>
      </w:r>
      <w:r>
        <w:t>yeh price diye baghair agar koi samajhta hai ke is ko paradise milegi to woh wishful thinking</w:t>
      </w:r>
    </w:p>
    <w:p>
      <w:pPr>
        <w:jc w:val="right"/>
      </w:pPr>
      <w:r>
        <w:t>یہ price دیے بغیر اگر کوئی سمجھتا ہے کہ اس کو paradise ملے گی تو وہ wishful thinking</w:t>
      </w:r>
    </w:p>
    <w:p>
      <w:r>
        <w:rPr>
          <w:b/>
        </w:rPr>
        <w:t xml:space="preserve">[13:26] </w:t>
      </w:r>
      <w:r>
        <w:t>mein jeeta hai.</w:t>
      </w:r>
    </w:p>
    <w:p>
      <w:pPr>
        <w:jc w:val="right"/>
      </w:pPr>
      <w:r>
        <w:t>میں جیتا ہے۔</w:t>
      </w:r>
    </w:p>
    <w:p>
      <w:r>
        <w:rPr>
          <w:b/>
        </w:rPr>
        <w:t xml:space="preserve">[13:32] </w:t>
      </w:r>
      <w:r>
        <w:t>woh utopia mein jeeta hai.</w:t>
      </w:r>
    </w:p>
    <w:p>
      <w:pPr>
        <w:jc w:val="right"/>
      </w:pPr>
      <w:r>
        <w:t>وہ utopia میں جیتا ہے۔</w:t>
      </w:r>
    </w:p>
    <w:p>
      <w:r>
        <w:rPr>
          <w:b/>
        </w:rPr>
        <w:t xml:space="preserve">[13:39] </w:t>
      </w:r>
      <w:r>
        <w:t>kabhi yeh na samjhiye ke kuch rituals hain, un ko karne se jannat mil jaye gi.</w:t>
      </w:r>
    </w:p>
    <w:p>
      <w:pPr>
        <w:jc w:val="right"/>
      </w:pPr>
      <w:r>
        <w:t>کبھی یہ نہ سمجھئے کہ کچھ rituals ہیں، ان کو کرنے سے جنت مل جائے گی۔</w:t>
      </w:r>
    </w:p>
    <w:p>
      <w:r>
        <w:rPr>
          <w:b/>
        </w:rPr>
        <w:t xml:space="preserve">[13:45] </w:t>
      </w:r>
      <w:r>
        <w:t>jaise aaj kal kya hai, namaz ek set of ritual ban gayi hai.</w:t>
      </w:r>
    </w:p>
    <w:p>
      <w:pPr>
        <w:jc w:val="right"/>
      </w:pPr>
      <w:r>
        <w:t>جیسے آج کل کیا ہے، نماز ایک set of ritual بن گئی ہے۔</w:t>
      </w:r>
    </w:p>
    <w:p>
      <w:r>
        <w:rPr>
          <w:b/>
        </w:rPr>
        <w:t xml:space="preserve">[13:51] </w:t>
      </w:r>
      <w:r>
        <w:t>set of rituals yaani spiritless ek form hai jis ka naam hum namaz kehte hain aaj kal.</w:t>
      </w:r>
    </w:p>
    <w:p>
      <w:pPr>
        <w:jc w:val="right"/>
      </w:pPr>
      <w:r>
        <w:t>Set of rituals یعنی spiritless ایک فارم ہے جس کا نام ہم نماز کہتے ہیں آج کل۔</w:t>
      </w:r>
    </w:p>
    <w:p>
      <w:r>
        <w:rPr>
          <w:b/>
        </w:rPr>
        <w:t xml:space="preserve">[13:57] </w:t>
      </w:r>
      <w:r>
        <w:t>spiritless form, spirit alag hai, ek form hai.</w:t>
      </w:r>
    </w:p>
    <w:p>
      <w:pPr>
        <w:jc w:val="right"/>
      </w:pPr>
      <w:r>
        <w:t>Spiritless فارم، spirit الگ ہے، ایک فارم ہے۔</w:t>
      </w:r>
    </w:p>
    <w:p>
      <w:r>
        <w:rPr>
          <w:b/>
        </w:rPr>
        <w:t xml:space="preserve">[14:03] </w:t>
      </w:r>
      <w:r>
        <w:t>log jate hain, idhar udhar ki baatein karte hue masjid mein dakhil honge, ek kuch rituals wahan</w:t>
      </w:r>
    </w:p>
    <w:p>
      <w:pPr>
        <w:jc w:val="right"/>
      </w:pPr>
      <w:r>
        <w:t>لوگ جاتے ہیں، ادھر ادھر کی باتیں کرتے ہوئے مسجد میں داخل ہوں گے، ایک کچھ rituals وہاں</w:t>
      </w:r>
    </w:p>
    <w:p>
      <w:r>
        <w:rPr>
          <w:b/>
        </w:rPr>
        <w:t xml:space="preserve">[14:09] </w:t>
      </w:r>
      <w:r>
        <w:t>par ada karenge, phir niklenge to phir wohi idhar udhar ki baatein.</w:t>
      </w:r>
    </w:p>
    <w:p>
      <w:pPr>
        <w:jc w:val="right"/>
      </w:pPr>
      <w:r>
        <w:t>پر ادا کریں گے، پھر نکلیں گے تو پھر وہی ادھر ادھر کی باتیں۔</w:t>
      </w:r>
    </w:p>
    <w:p>
      <w:r>
        <w:rPr>
          <w:b/>
        </w:rPr>
        <w:t xml:space="preserve">[14:15] </w:t>
      </w:r>
      <w:r>
        <w:t>agar spirit wali namaz hoti to jate namaz ki baatein karte hue, lotte namaz ki baatein karte hue.</w:t>
      </w:r>
    </w:p>
    <w:p>
      <w:pPr>
        <w:jc w:val="right"/>
      </w:pPr>
      <w:r>
        <w:t>اگر spirit والی نماز ہوتی تو جاتے نماز کی باتیں کرتے ہوئے، لوٹتے نماز کی باتیں کرتے ہوئے۔</w:t>
      </w:r>
    </w:p>
    <w:p>
      <w:r>
        <w:rPr>
          <w:b/>
        </w:rPr>
        <w:t xml:space="preserve">[14:21] </w:t>
      </w:r>
      <w:r>
        <w:t>lekin woh to form hai.</w:t>
      </w:r>
    </w:p>
    <w:p>
      <w:pPr>
        <w:jc w:val="right"/>
      </w:pPr>
      <w:r>
        <w:t>لیکن وہ تو فارم ہے۔</w:t>
      </w:r>
    </w:p>
    <w:p>
      <w:r>
        <w:rPr>
          <w:b/>
        </w:rPr>
        <w:t xml:space="preserve">[14:27] </w:t>
      </w:r>
      <w:r>
        <w:t>form kya to poora ho gaya, jab form kar liya to khatam ho gaya.</w:t>
      </w:r>
    </w:p>
    <w:p>
      <w:pPr>
        <w:jc w:val="right"/>
      </w:pPr>
      <w:r>
        <w:t>فارم کیا تو پورا ہوگیا، جب فارم کر لیا تو ختم ہوگیا۔</w:t>
      </w:r>
    </w:p>
    <w:p>
      <w:r>
        <w:rPr>
          <w:b/>
        </w:rPr>
        <w:t xml:space="preserve">[14:33] </w:t>
      </w:r>
      <w:r>
        <w:t>to aaj kal jo islam hai, jo ritual based hai, is islam ki koi value nahi hai paradise</w:t>
      </w:r>
    </w:p>
    <w:p>
      <w:pPr>
        <w:jc w:val="right"/>
      </w:pPr>
      <w:r>
        <w:t>تو آج کل جو اسلام ہے، جو ritual based ہے، اس اسلام کی کوئی value نہیں ہے paradise</w:t>
      </w:r>
    </w:p>
    <w:p>
      <w:r>
        <w:rPr>
          <w:b/>
        </w:rPr>
        <w:t xml:space="preserve">[14:39] </w:t>
      </w:r>
      <w:r>
        <w:t>ke lehaz se.</w:t>
      </w:r>
    </w:p>
    <w:p>
      <w:pPr>
        <w:jc w:val="right"/>
      </w:pPr>
      <w:r>
        <w:t>کے لحاظ سے۔</w:t>
      </w:r>
    </w:p>
    <w:p>
      <w:r>
        <w:rPr>
          <w:b/>
        </w:rPr>
        <w:t xml:space="preserve">[14:45] </w:t>
      </w:r>
      <w:r>
        <w:t>kuch bhi value nahi hai.</w:t>
      </w:r>
    </w:p>
    <w:p>
      <w:pPr>
        <w:jc w:val="right"/>
      </w:pPr>
      <w:r>
        <w:t>کچھ بھی value نہیں ہے۔</w:t>
      </w:r>
    </w:p>
    <w:p>
      <w:r>
        <w:rPr>
          <w:b/>
        </w:rPr>
        <w:t xml:space="preserve">[14:51] </w:t>
      </w:r>
      <w:r>
        <w:t>ek yeh hai ek culture, yeh ek culture hai, yeh islam nahi hai.</w:t>
      </w:r>
    </w:p>
    <w:p>
      <w:pPr>
        <w:jc w:val="right"/>
      </w:pPr>
      <w:r>
        <w:t>ایک یہ ہے ایک culture، یہ ایک culture ہے، یہ اسلام نہیں ہے۔</w:t>
      </w:r>
    </w:p>
    <w:p>
      <w:r>
        <w:rPr>
          <w:b/>
        </w:rPr>
        <w:t xml:space="preserve">[14:57] </w:t>
      </w:r>
      <w:r>
        <w:t>hamesha dekhein, aisa hota hai ke mazhab shuru hota hai ek ideology se, ek spirit se.</w:t>
      </w:r>
    </w:p>
    <w:p>
      <w:pPr>
        <w:jc w:val="right"/>
      </w:pPr>
      <w:r>
        <w:t>ہمیشہ دیکھیں، ایسا ہوتا ہے کہ مذہب شروع ہوتا ہے ایک ideology سے، ایک spirit سے۔</w:t>
      </w:r>
    </w:p>
    <w:p>
      <w:r>
        <w:rPr>
          <w:b/>
        </w:rPr>
        <w:t xml:space="preserve">[15:03] </w:t>
      </w:r>
      <w:r>
        <w:t>yeh spirit based culture se shuru hota hai mazhab.</w:t>
      </w:r>
    </w:p>
    <w:p>
      <w:pPr>
        <w:jc w:val="right"/>
      </w:pPr>
      <w:r>
        <w:t>یہ spirit based culture سے شروع ہوتا ہے مذہب۔</w:t>
      </w:r>
    </w:p>
    <w:p>
      <w:r>
        <w:rPr>
          <w:b/>
        </w:rPr>
        <w:t xml:space="preserve">[15:09] </w:t>
      </w:r>
      <w:r>
        <w:t>lekin baat ko jab naslein aur aur aati hain to degeneration ho jata hai.</w:t>
      </w:r>
    </w:p>
    <w:p>
      <w:pPr>
        <w:jc w:val="right"/>
      </w:pPr>
      <w:r>
        <w:t>لیکن بات کو جب نسلیں اور اور آتی ہیں تو degeneration ہو جاتا ہے۔</w:t>
      </w:r>
    </w:p>
    <w:p>
      <w:r>
        <w:rPr>
          <w:b/>
        </w:rPr>
        <w:t xml:space="preserve">[15:15] </w:t>
      </w:r>
      <w:r>
        <w:t>is waqt kya hota hai? spirit alag ho jati hai, sirf form reh jata hai.</w:t>
      </w:r>
    </w:p>
    <w:p>
      <w:pPr>
        <w:jc w:val="right"/>
      </w:pPr>
      <w:r>
        <w:t>اس وقت کیا ہوتا ہے؟ Spirit الگ ہو جاتی ہے، صرف فارم رہ جاتا ہے۔</w:t>
      </w:r>
    </w:p>
    <w:p>
      <w:r>
        <w:rPr>
          <w:b/>
        </w:rPr>
        <w:t xml:space="preserve">[15:21] </w:t>
      </w:r>
      <w:r>
        <w:t>wohi aaj kal haal hai.</w:t>
      </w:r>
    </w:p>
    <w:p>
      <w:pPr>
        <w:jc w:val="right"/>
      </w:pPr>
      <w:r>
        <w:t>وہی آج کل حال ہے۔</w:t>
      </w:r>
    </w:p>
    <w:p>
      <w:r>
        <w:rPr>
          <w:b/>
        </w:rPr>
        <w:t xml:space="preserve">[15:27] </w:t>
      </w:r>
      <w:r>
        <w:t>to yaad rakhiye, kisi bhi form par, kisi bhi rituals par paradise kisi ko milne wali nahi hai.</w:t>
      </w:r>
    </w:p>
    <w:p>
      <w:pPr>
        <w:jc w:val="right"/>
      </w:pPr>
      <w:r>
        <w:t>تو یاد رکھیے، کسی بھی فارم پر، کسی بھی rituals پر paradise کسی کو ملنے والی نہیں ہے۔</w:t>
      </w:r>
    </w:p>
    <w:p>
      <w:r>
        <w:rPr>
          <w:b/>
        </w:rPr>
        <w:t xml:space="preserve">[15:33] </w:t>
      </w:r>
      <w:r>
        <w:t>is se bara dhoka aur koi nahi ho sakta.</w:t>
      </w:r>
    </w:p>
    <w:p>
      <w:pPr>
        <w:jc w:val="right"/>
      </w:pPr>
      <w:r>
        <w:t>اس سے بڑا دھوکا اور کوئی نہیں ہو سکتا۔</w:t>
      </w:r>
    </w:p>
    <w:p>
      <w:r>
        <w:rPr>
          <w:b/>
        </w:rPr>
        <w:t xml:space="preserve">[15:39] </w:t>
      </w:r>
      <w:r>
        <w:t>aadmi yeh samjhe.</w:t>
      </w:r>
    </w:p>
    <w:p>
      <w:pPr>
        <w:jc w:val="right"/>
      </w:pPr>
      <w:r>
        <w:t>آدمی یہ سمجھے۔</w:t>
      </w:r>
    </w:p>
    <w:p>
      <w:r>
        <w:rPr>
          <w:b/>
        </w:rPr>
        <w:t xml:space="preserve">[15:45] </w:t>
      </w:r>
      <w:r>
        <w:t>paradise mile gi us ko jo sabr culture ko apna karay.</w:t>
      </w:r>
    </w:p>
    <w:p>
      <w:pPr>
        <w:jc w:val="right"/>
      </w:pPr>
      <w:r>
        <w:t>Paradise ملے گی اس کو جو صبر culture کو اپنا کرے۔</w:t>
      </w:r>
    </w:p>
    <w:p>
      <w:r>
        <w:rPr>
          <w:b/>
        </w:rPr>
        <w:t xml:space="preserve">[15:51] </w:t>
      </w:r>
      <w:r>
        <w:t>namaz khud sabr culture ki training hai.</w:t>
      </w:r>
    </w:p>
    <w:p>
      <w:pPr>
        <w:jc w:val="right"/>
      </w:pPr>
      <w:r>
        <w:t>نماز خود صبر culture کی training ہے۔</w:t>
      </w:r>
    </w:p>
    <w:p>
      <w:r>
        <w:rPr>
          <w:b/>
        </w:rPr>
        <w:t xml:space="preserve">[15:57] </w:t>
      </w:r>
      <w:r>
        <w:t>isi liye quran mein dekhein, aap ista'eenoo bis sabri was salaati yaani dono ko bracket kiya hai ek saath.</w:t>
      </w:r>
    </w:p>
    <w:p>
      <w:pPr>
        <w:jc w:val="right"/>
      </w:pPr>
      <w:r>
        <w:t>اسی لیے قرآن میں دیکھیں، آپ اِسْتَعِينُوا بِالصَّبْرِ وَالصَّلَاةِ یعنی دونوں کو bracket کیا ہے ایک ساتھ۔</w:t>
      </w:r>
    </w:p>
    <w:p>
      <w:r>
        <w:rPr>
          <w:b/>
        </w:rPr>
        <w:t xml:space="preserve">[16:03] </w:t>
      </w:r>
      <w:r>
        <w:t>namaz aur sabr.</w:t>
      </w:r>
    </w:p>
    <w:p>
      <w:pPr>
        <w:jc w:val="right"/>
      </w:pPr>
      <w:r>
        <w:t>نماز اور صبر۔</w:t>
      </w:r>
    </w:p>
    <w:p>
      <w:r>
        <w:rPr>
          <w:b/>
        </w:rPr>
        <w:t xml:space="preserve">[16:09] </w:t>
      </w:r>
      <w:r>
        <w:t>ista'eenoo bis sabri was salati quran mein aata hai.</w:t>
      </w:r>
    </w:p>
    <w:p>
      <w:pPr>
        <w:jc w:val="right"/>
      </w:pPr>
      <w:r>
        <w:t>اِسْتَعِينُوا بِالصَّبْرِ وَالصَّلَاةِ قرآن میں آتا ہے۔</w:t>
      </w:r>
    </w:p>
    <w:p>
      <w:r>
        <w:rPr>
          <w:b/>
        </w:rPr>
        <w:t xml:space="preserve">[16:16] </w:t>
      </w:r>
      <w:r>
        <w:t>madad chaho sabr se aur namaz se.</w:t>
      </w:r>
    </w:p>
    <w:p>
      <w:pPr>
        <w:jc w:val="right"/>
      </w:pPr>
      <w:r>
        <w:t>مدد چاہو صبر سے اور نماز سے۔</w:t>
      </w:r>
    </w:p>
    <w:p>
      <w:r>
        <w:rPr>
          <w:b/>
        </w:rPr>
        <w:t xml:space="preserve">[16:22] </w:t>
      </w:r>
      <w:r>
        <w:t>kaha dono ek doosre ka part hain.</w:t>
      </w:r>
    </w:p>
    <w:p>
      <w:pPr>
        <w:jc w:val="right"/>
      </w:pPr>
      <w:r>
        <w:t>کہا دونوں ایک دوسرے کا part ہیں۔</w:t>
      </w:r>
    </w:p>
    <w:p>
      <w:r>
        <w:rPr>
          <w:b/>
        </w:rPr>
        <w:t xml:space="preserve">[16:28] </w:t>
      </w:r>
      <w:r>
        <w:t>integral part hain.</w:t>
      </w:r>
    </w:p>
    <w:p>
      <w:pPr>
        <w:jc w:val="right"/>
      </w:pPr>
      <w:r>
        <w:t>Integral part ہیں۔</w:t>
      </w:r>
    </w:p>
    <w:p>
      <w:r>
        <w:rPr>
          <w:b/>
        </w:rPr>
        <w:t xml:space="preserve">[16:34] </w:t>
      </w:r>
      <w:r>
        <w:t>agar namaz jo hai, sabr ki training hai.</w:t>
      </w:r>
    </w:p>
    <w:p>
      <w:pPr>
        <w:jc w:val="right"/>
      </w:pPr>
      <w:r>
        <w:t>اگر نماز جو ہے، صبر کی training ہے۔</w:t>
      </w:r>
    </w:p>
    <w:p>
      <w:r>
        <w:rPr>
          <w:b/>
        </w:rPr>
        <w:t xml:space="preserve">[16:40] </w:t>
      </w:r>
      <w:r>
        <w:t>to agar jis cheez ki training di ja rahi hai, wahi na aaye aadmi ke andar, wahi na</w:t>
      </w:r>
    </w:p>
    <w:p>
      <w:pPr>
        <w:jc w:val="right"/>
      </w:pPr>
      <w:r>
        <w:t>تو اگر جس چیز کی training دی جا رہی ہے، وہی نہ آئے آدمی کے اندر، وہی نہ</w:t>
      </w:r>
    </w:p>
    <w:p>
      <w:r>
        <w:rPr>
          <w:b/>
        </w:rPr>
        <w:t xml:space="preserve">[16:46] </w:t>
      </w:r>
      <w:r>
        <w:t>paida ho to phir training kya? to useless ho gayi.</w:t>
      </w:r>
    </w:p>
    <w:p>
      <w:pPr>
        <w:jc w:val="right"/>
      </w:pPr>
      <w:r>
        <w:t>پیدا ہو تو پھر training کیا؟ تو useless ہوگئی۔</w:t>
      </w:r>
    </w:p>
    <w:p>
      <w:r>
        <w:rPr>
          <w:b/>
        </w:rPr>
        <w:t xml:space="preserve">[16:52] </w:t>
      </w:r>
      <w:r>
        <w:t>namaz sabr hi ki training to hai.</w:t>
      </w:r>
    </w:p>
    <w:p>
      <w:pPr>
        <w:jc w:val="right"/>
      </w:pPr>
      <w:r>
        <w:t>نماز صبر ہی کی training تو ہے۔</w:t>
      </w:r>
    </w:p>
    <w:p>
      <w:r>
        <w:rPr>
          <w:b/>
        </w:rPr>
        <w:t xml:space="preserve">[16:58] </w:t>
      </w:r>
      <w:r>
        <w:t>namaz is baat ki tarbiyat hai, is baat ki training hai ke aap duniya mein jab aayein to</w:t>
      </w:r>
    </w:p>
    <w:p>
      <w:pPr>
        <w:jc w:val="right"/>
      </w:pPr>
      <w:r>
        <w:t>نماز اس بات کی تربیت ہے، اس بات کی training ہے کہ آپ دنیا میں جب آئیں تو</w:t>
      </w:r>
    </w:p>
    <w:p>
      <w:r>
        <w:rPr>
          <w:b/>
        </w:rPr>
        <w:t xml:space="preserve">[17:04] </w:t>
      </w:r>
      <w:r>
        <w:t>sabr ke sath reh sakein.</w:t>
      </w:r>
    </w:p>
    <w:p>
      <w:pPr>
        <w:jc w:val="right"/>
      </w:pPr>
      <w:r>
        <w:t>صبر کے ساتھ رہ سکیں۔</w:t>
      </w:r>
    </w:p>
    <w:p>
      <w:r>
        <w:rPr>
          <w:b/>
        </w:rPr>
        <w:t xml:space="preserve">[17:10] </w:t>
      </w:r>
      <w:r>
        <w:t>sabr ke sath reh sakein.</w:t>
      </w:r>
    </w:p>
    <w:p>
      <w:pPr>
        <w:jc w:val="right"/>
      </w:pPr>
      <w:r>
        <w:t>صبر کے ساتھ رہ سکیں۔</w:t>
      </w:r>
    </w:p>
    <w:p>
      <w:r>
        <w:rPr>
          <w:b/>
        </w:rPr>
        <w:t xml:space="preserve">[17:16] </w:t>
      </w:r>
      <w:r>
        <w:t>to agar aap sabr ke sath na reh sakein to is ka matlab yeh hai ke aap ne</w:t>
      </w:r>
    </w:p>
    <w:p>
      <w:pPr>
        <w:jc w:val="right"/>
      </w:pPr>
      <w:r>
        <w:t>تو اگر آپ صبر کے ساتھ نہ رہ سکیں تو اس کا معنی یہ ہے کہ آپ نے</w:t>
      </w:r>
    </w:p>
    <w:p>
      <w:r>
        <w:rPr>
          <w:b/>
        </w:rPr>
        <w:t xml:space="preserve">[17:22] </w:t>
      </w:r>
      <w:r>
        <w:t>training nahi liya.</w:t>
      </w:r>
    </w:p>
    <w:p>
      <w:pPr>
        <w:jc w:val="right"/>
      </w:pPr>
      <w:r>
        <w:t>training نہیں لیا۔</w:t>
      </w:r>
    </w:p>
    <w:p>
      <w:r>
        <w:rPr>
          <w:b/>
        </w:rPr>
        <w:t xml:space="preserve">[17:28] </w:t>
      </w:r>
      <w:r>
        <w:t>isi tarah Hazrat Umar R.A. se kisi ne kaha, ek aadmi ki tareef ki ke bara acha hai, bohat</w:t>
      </w:r>
    </w:p>
    <w:p>
      <w:pPr>
        <w:jc w:val="right"/>
      </w:pPr>
      <w:r>
        <w:t>اسی طرح حضرت عمرؓ سے کسی نے کہا، ایک آدمی کی تعریف کی کہ بڑا اچھا ہے، بہت</w:t>
      </w:r>
    </w:p>
    <w:p>
      <w:r>
        <w:rPr>
          <w:b/>
        </w:rPr>
        <w:t xml:space="preserve">[17:34] </w:t>
      </w:r>
      <w:r>
        <w:t>aisa hai, bohat waisa hai.</w:t>
      </w:r>
    </w:p>
    <w:p>
      <w:pPr>
        <w:jc w:val="right"/>
      </w:pPr>
      <w:r>
        <w:t>ایسا ہے، بہت ویسا ہے۔</w:t>
      </w:r>
    </w:p>
    <w:p>
      <w:r>
        <w:rPr>
          <w:b/>
        </w:rPr>
        <w:t xml:space="preserve">[17:40] </w:t>
      </w:r>
      <w:r>
        <w:t>to unhone kaha ke tum ne is aadmi ko masjid mein uthte baithte dekha hoga.</w:t>
      </w:r>
    </w:p>
    <w:p>
      <w:pPr>
        <w:jc w:val="right"/>
      </w:pPr>
      <w:r>
        <w:t>تو انہوں نے کہا کہ تم نے اس آدمی کو مسجد میں اٹھتے بیٹھتے دیکھا ہوگا۔</w:t>
      </w:r>
    </w:p>
    <w:p>
      <w:r>
        <w:rPr>
          <w:b/>
        </w:rPr>
        <w:t xml:space="preserve">[17:46] </w:t>
      </w:r>
      <w:r>
        <w:t>yani ruku o sajda ko unhone kaha ke uthte baithte dekha hoga.</w:t>
      </w:r>
    </w:p>
    <w:p>
      <w:pPr>
        <w:jc w:val="right"/>
      </w:pPr>
      <w:r>
        <w:t>یعنی رکوع و سجدہ کو انہوں نے کہا کہ اٹھتے بیٹھتے دیکھا ہوگا۔</w:t>
      </w:r>
    </w:p>
    <w:p>
      <w:r>
        <w:rPr>
          <w:b/>
        </w:rPr>
        <w:t xml:space="preserve">[17:52] </w:t>
      </w:r>
      <w:r>
        <w:t>matlab far wali namaz padhte hue dekha hoga.</w:t>
      </w:r>
    </w:p>
    <w:p>
      <w:pPr>
        <w:jc w:val="right"/>
      </w:pPr>
      <w:r>
        <w:t>مطلب far والی نماز پڑھتے ہوئے دیکھا ہوگا۔</w:t>
      </w:r>
    </w:p>
    <w:p>
      <w:r>
        <w:rPr>
          <w:b/>
        </w:rPr>
        <w:t xml:space="preserve">[17:58] </w:t>
      </w:r>
      <w:r>
        <w:t>unhone poocha is aadmi se jis ne tareef ki thi ke kya tum ne kabhi un se</w:t>
      </w:r>
    </w:p>
    <w:p>
      <w:pPr>
        <w:jc w:val="right"/>
      </w:pPr>
      <w:r>
        <w:t>انہوں نے پوچھا اس آدمی سے جس نے تعریف کی تھی کہ کیا تم نے کبھی ان سے</w:t>
      </w:r>
    </w:p>
    <w:p>
      <w:r>
        <w:rPr>
          <w:b/>
        </w:rPr>
        <w:t xml:space="preserve">[18:04] </w:t>
      </w:r>
      <w:r>
        <w:t>koi dealing ki hai? nahi.</w:t>
      </w:r>
    </w:p>
    <w:p>
      <w:pPr>
        <w:jc w:val="right"/>
      </w:pPr>
      <w:r>
        <w:t>کوئی dealing کی ہے؟ نہیں۔</w:t>
      </w:r>
    </w:p>
    <w:p>
      <w:r>
        <w:rPr>
          <w:b/>
        </w:rPr>
        <w:t xml:space="preserve">[18:10] </w:t>
      </w:r>
      <w:r>
        <w:t>kya tum ne kabhi un ke sath safar kiya hai? nahi.</w:t>
      </w:r>
    </w:p>
    <w:p>
      <w:pPr>
        <w:jc w:val="right"/>
      </w:pPr>
      <w:r>
        <w:t>کیا تم نے کبھی ان کے ساتھ سفر کیا ہے؟ نہیں۔</w:t>
      </w:r>
    </w:p>
    <w:p>
      <w:r>
        <w:rPr>
          <w:b/>
        </w:rPr>
        <w:t xml:space="preserve">[18:16] </w:t>
      </w:r>
      <w:r>
        <w:t>to kaha jab tum ne na safar kiya, na dealing kiya to phir tum ne un ko masjid</w:t>
      </w:r>
    </w:p>
    <w:p>
      <w:pPr>
        <w:jc w:val="right"/>
      </w:pPr>
      <w:r>
        <w:t>تو کہا جب تم نے نہ سفر کیا، نہ dealing کیا تو پھر تم نے ان کو مسجد</w:t>
      </w:r>
    </w:p>
    <w:p>
      <w:r>
        <w:rPr>
          <w:b/>
        </w:rPr>
        <w:t xml:space="preserve">[18:22] </w:t>
      </w:r>
      <w:r>
        <w:t>mein uthte baithte dekha hoga.</w:t>
      </w:r>
    </w:p>
    <w:p>
      <w:pPr>
        <w:jc w:val="right"/>
      </w:pPr>
      <w:r>
        <w:t>میں اٹھتے بیٹھتے دیکھا ہوگا۔</w:t>
      </w:r>
    </w:p>
    <w:p>
      <w:r>
        <w:rPr>
          <w:b/>
        </w:rPr>
        <w:t xml:space="preserve">[18:28] </w:t>
      </w:r>
      <w:r>
        <w:t>yani jahan spirit ka izhaar hota hai, safar mein pata chalta hai ke aadmi kis spirit par jeeta hai.</w:t>
      </w:r>
    </w:p>
    <w:p>
      <w:pPr>
        <w:jc w:val="right"/>
      </w:pPr>
      <w:r>
        <w:t>یعنی جہاں spirit کا اظہار ہوتا ہے، سفر میں پتہ چلتا ہے کہ آدمی کس spirit پر جیتا ہے۔</w:t>
      </w:r>
    </w:p>
    <w:p>
      <w:r>
        <w:rPr>
          <w:b/>
        </w:rPr>
        <w:t xml:space="preserve">[18:34] </w:t>
      </w:r>
      <w:r>
        <w:t>Dealing mein pata chalta hai ke aadmi kis spirit par jeeta hai.</w:t>
      </w:r>
    </w:p>
    <w:p>
      <w:pPr>
        <w:jc w:val="right"/>
      </w:pPr>
      <w:r>
        <w:t>Dealing میں پتہ چلتا ہے کہ آدمی کس spirit پر جیتا ہے۔</w:t>
      </w:r>
    </w:p>
    <w:p>
      <w:r>
        <w:rPr>
          <w:b/>
        </w:rPr>
        <w:t xml:space="preserve">[18:40] </w:t>
      </w:r>
      <w:r>
        <w:t>To is ka tum ne tajurba kiya nahi? To yaad rakhiye, Quran mein bataya gaya hai ke sabr</w:t>
      </w:r>
    </w:p>
    <w:p>
      <w:pPr>
        <w:jc w:val="right"/>
      </w:pPr>
      <w:r>
        <w:t>تو اس کا تم نے تجربہ کیا نہیں؟ تو یاد رکھیے، قرآن میں بتایا گیا ہے کہ صبر</w:t>
      </w:r>
    </w:p>
    <w:p>
      <w:r>
        <w:rPr>
          <w:b/>
        </w:rPr>
        <w:t xml:space="preserve">[18:46] </w:t>
      </w:r>
      <w:r>
        <w:t>karne walon ko jannat mile gi.</w:t>
      </w:r>
    </w:p>
    <w:p>
      <w:pPr>
        <w:jc w:val="right"/>
      </w:pPr>
      <w:r>
        <w:t>کرنے والوں کو جنت ملے گی۔</w:t>
      </w:r>
    </w:p>
    <w:p>
      <w:r>
        <w:rPr>
          <w:b/>
        </w:rPr>
        <w:t xml:space="preserve">[18:52] </w:t>
      </w:r>
      <w:r>
        <w:t>Aur Quran mein sabr ko namaz ke sath bracket kiya gaya hai.</w:t>
      </w:r>
    </w:p>
    <w:p>
      <w:pPr>
        <w:jc w:val="right"/>
      </w:pPr>
      <w:r>
        <w:t>اور قرآن میں صبر کو نماز کے ساتھ bracket کیا گیا ہے۔</w:t>
      </w:r>
    </w:p>
    <w:p>
      <w:r>
        <w:rPr>
          <w:b/>
        </w:rPr>
        <w:t xml:space="preserve">[18:59] </w:t>
      </w:r>
      <w:r>
        <w:t>Kaha namaz training hai sabr ki.</w:t>
      </w:r>
    </w:p>
    <w:p>
      <w:pPr>
        <w:jc w:val="right"/>
      </w:pPr>
      <w:r>
        <w:t>کہا نماز training ہے صبر کی۔</w:t>
      </w:r>
    </w:p>
    <w:p>
      <w:r>
        <w:rPr>
          <w:b/>
        </w:rPr>
        <w:t xml:space="preserve">[19:05] </w:t>
      </w:r>
      <w:r>
        <w:t>Isi liye main kahoon ga ke Islam naam hai sabr culture ka.</w:t>
      </w:r>
    </w:p>
    <w:p>
      <w:pPr>
        <w:jc w:val="right"/>
      </w:pPr>
      <w:r>
        <w:t>اسی لیے میں کہوں گا کہ اسلام نام ہے صبر culture کا۔</w:t>
      </w:r>
    </w:p>
    <w:p>
      <w:r>
        <w:rPr>
          <w:b/>
        </w:rPr>
        <w:t xml:space="preserve">[19:11] </w:t>
      </w:r>
      <w:r>
        <w:t>Sabr culture ka jo inaam hai, wo hai paradise.</w:t>
      </w:r>
    </w:p>
    <w:p>
      <w:pPr>
        <w:jc w:val="right"/>
      </w:pPr>
      <w:r>
        <w:t>صبر culture کا جو انعام ہے، وہ ہے paradise۔</w:t>
      </w:r>
    </w:p>
    <w:p>
      <w:r>
        <w:rPr>
          <w:b/>
        </w:rPr>
        <w:t xml:space="preserve">[19:17] </w:t>
      </w:r>
      <w:r>
        <w:t>Ab dekhen ke ek shakhs aata hai Rasool Allah Sal Allah o Alih o Salam ke pas, wo kehta hai</w:t>
      </w:r>
    </w:p>
    <w:p>
      <w:pPr>
        <w:jc w:val="right"/>
      </w:pPr>
      <w:r>
        <w:t>اب دیکھیں کہ ایک شخص آتا ہے رسول اللہ صلی اللہ علیہ وسلم کے پاس، وہ کہتا ہے</w:t>
      </w:r>
    </w:p>
    <w:p>
      <w:r>
        <w:rPr>
          <w:b/>
        </w:rPr>
        <w:t xml:space="preserve">[19:23] </w:t>
      </w:r>
      <w:r>
        <w:t>ke mujhe koi aisi baat bataiye jo meri poori zindagi ko ek formula de de.</w:t>
      </w:r>
    </w:p>
    <w:p>
      <w:pPr>
        <w:jc w:val="right"/>
      </w:pPr>
      <w:r>
        <w:t>کہ مجھے کوئی ایسی بات بتائیے جو میری پوری زندگی کو ایک فارمولا دے دے۔</w:t>
      </w:r>
    </w:p>
    <w:p>
      <w:r>
        <w:rPr>
          <w:b/>
        </w:rPr>
        <w:t xml:space="preserve">[19:29] </w:t>
      </w:r>
      <w:r>
        <w:t>Ek super formula jis mein poori zindagi ko main us ke mutabiq bana sakoon apni.</w:t>
      </w:r>
    </w:p>
    <w:p>
      <w:pPr>
        <w:jc w:val="right"/>
      </w:pPr>
      <w:r>
        <w:t>ایک super فارمولا جس میں پوری زندگی کو میں اس کے مطابق بنا سکوں اپنی۔</w:t>
      </w:r>
    </w:p>
    <w:p>
      <w:r>
        <w:rPr>
          <w:b/>
        </w:rPr>
        <w:t xml:space="preserve">[19:35] </w:t>
      </w:r>
      <w:r>
        <w:t>To aap jo kehte hain ke la taghzab tum ghussa na karo.</w:t>
      </w:r>
    </w:p>
    <w:p>
      <w:pPr>
        <w:jc w:val="right"/>
      </w:pPr>
      <w:r>
        <w:t>تو آپ جو کہتے ہیں کہ لا تغضب تم غصہ نہ کرو۔</w:t>
      </w:r>
    </w:p>
    <w:p>
      <w:r>
        <w:rPr>
          <w:b/>
        </w:rPr>
        <w:t xml:space="preserve">[19:41] </w:t>
      </w:r>
      <w:r>
        <w:t>To ghussa na karna kya hai? Yahi to hai sabr karna.</w:t>
      </w:r>
    </w:p>
    <w:p>
      <w:pPr>
        <w:jc w:val="right"/>
      </w:pPr>
      <w:r>
        <w:t>تو غصہ نہ کرنا کیا ہے؟ یہی تو ہے صبر کرنا۔</w:t>
      </w:r>
    </w:p>
    <w:p>
      <w:r>
        <w:rPr>
          <w:b/>
        </w:rPr>
        <w:t xml:space="preserve">[19:47] </w:t>
      </w:r>
      <w:r>
        <w:t>Jis cheez ko aap kehte hain sabr karna, usi ka naam hai ghussa na karna.</w:t>
      </w:r>
    </w:p>
    <w:p>
      <w:pPr>
        <w:jc w:val="right"/>
      </w:pPr>
      <w:r>
        <w:t>جس چیز کو آپ کہتے ہیں صبر کرنا، اسی کا نام ہے غصہ نہ کرنا۔</w:t>
      </w:r>
    </w:p>
    <w:p>
      <w:r>
        <w:rPr>
          <w:b/>
        </w:rPr>
        <w:t xml:space="preserve">[19:53] </w:t>
      </w:r>
      <w:r>
        <w:t>To kaha ke aap ne yeh kaha ke tum sabr culture ko apnao.</w:t>
      </w:r>
    </w:p>
    <w:p>
      <w:pPr>
        <w:jc w:val="right"/>
      </w:pPr>
      <w:r>
        <w:t>تو کہا کہ آپ نے یہ کہا کہ تم صبر culture کو اپناؤ۔</w:t>
      </w:r>
    </w:p>
    <w:p>
      <w:r>
        <w:rPr>
          <w:b/>
        </w:rPr>
        <w:t xml:space="preserve">[19:59] </w:t>
      </w:r>
      <w:r>
        <w:t>Yeh aap ne kaha.</w:t>
      </w:r>
    </w:p>
    <w:p>
      <w:pPr>
        <w:jc w:val="right"/>
      </w:pPr>
      <w:r>
        <w:t>یہ آپ نے کہا۔</w:t>
      </w:r>
    </w:p>
    <w:p>
      <w:r>
        <w:rPr>
          <w:b/>
        </w:rPr>
        <w:t xml:space="preserve">[20:05] </w:t>
      </w:r>
      <w:r>
        <w:t>Sabr culture ki zaroorat kyun hai? Isi liye hai ke dunya chuki testing ground hai, dunya mein chuki</w:t>
      </w:r>
    </w:p>
    <w:p>
      <w:pPr>
        <w:jc w:val="right"/>
      </w:pPr>
      <w:r>
        <w:t>صبر culture کی ضرورت کیوں ہے؟ اسی لیے ہے کہ دنیا چونکہ testing ground ہے، دنیا میں چونکہ</w:t>
      </w:r>
    </w:p>
    <w:p>
      <w:r>
        <w:rPr>
          <w:b/>
        </w:rPr>
        <w:t xml:space="preserve">[20:11] </w:t>
      </w:r>
      <w:r>
        <w:t>insan test ke liye hai, to yahan wo sare asbab paida kiye gaye hain jin ke beech mein</w:t>
      </w:r>
    </w:p>
    <w:p>
      <w:pPr>
        <w:jc w:val="right"/>
      </w:pPr>
      <w:r>
        <w:t>انسان ٹیسٹ کے لیے ہے، تو یہاں وہ سارے اسباب پیدا کیے گئے ہیں جن کے بیچ میں</w:t>
      </w:r>
    </w:p>
    <w:p>
      <w:r>
        <w:rPr>
          <w:b/>
        </w:rPr>
        <w:t xml:space="preserve">[20:17] </w:t>
      </w:r>
      <w:r>
        <w:t>wo test de saken.</w:t>
      </w:r>
    </w:p>
    <w:p>
      <w:pPr>
        <w:jc w:val="right"/>
      </w:pPr>
      <w:r>
        <w:t>وہ ٹیسٹ دے سکیں۔</w:t>
      </w:r>
    </w:p>
    <w:p>
      <w:r>
        <w:rPr>
          <w:b/>
        </w:rPr>
        <w:t xml:space="preserve">[20:23] </w:t>
      </w:r>
      <w:r>
        <w:t>Agar dunya mein kuch bhi na ho, koi provocation na ho, koi ghussa dilane wala na ho, koi</w:t>
      </w:r>
    </w:p>
    <w:p>
      <w:pPr>
        <w:jc w:val="right"/>
      </w:pPr>
      <w:r>
        <w:t>اگر دنیا میں کچھ بھی نہ ہو، کوئی provocation نہ ہو، کوئی غصہ دلانے والا نہ ہو، کوئی</w:t>
      </w:r>
    </w:p>
    <w:p>
      <w:r>
        <w:rPr>
          <w:b/>
        </w:rPr>
        <w:t xml:space="preserve">[20:29] </w:t>
      </w:r>
      <w:r>
        <w:t>aap ko aisi baat karne wala na ho jis se aap ko andar hate aa jati hai, koi aisi</w:t>
      </w:r>
    </w:p>
    <w:p>
      <w:pPr>
        <w:jc w:val="right"/>
      </w:pPr>
      <w:r>
        <w:t>آپ کو ایسی بات کرنے والا نہ ہو جس سے آپ کو اندر hate آجاتی ہے، کوئی ایسی</w:t>
      </w:r>
    </w:p>
    <w:p>
      <w:r>
        <w:rPr>
          <w:b/>
        </w:rPr>
        <w:t xml:space="preserve">[20:35] </w:t>
      </w:r>
      <w:r>
        <w:t>cheez na ho jis se aap ke andar lalach aaye, koi aisi cheez na ho jis se aap</w:t>
      </w:r>
    </w:p>
    <w:p>
      <w:pPr>
        <w:jc w:val="right"/>
      </w:pPr>
      <w:r>
        <w:t>چیز نہ ہو جس سے آپ کے اندر لالچ آئے، کوئی ایسی چیز نہ ہو جس سے آپ</w:t>
      </w:r>
    </w:p>
    <w:p>
      <w:r>
        <w:rPr>
          <w:b/>
        </w:rPr>
        <w:t xml:space="preserve">[20:41] </w:t>
      </w:r>
      <w:r>
        <w:t>ko malish aaye, wo sari cheezen hain jin se is qism ke sentiment jagte hain.</w:t>
      </w:r>
    </w:p>
    <w:p>
      <w:pPr>
        <w:jc w:val="right"/>
      </w:pPr>
      <w:r>
        <w:t>کو مالیش آئے، وہ ساری چیزیں ہیں جن سے اس قسم کے sentiment جاگتے ہیں۔</w:t>
      </w:r>
    </w:p>
    <w:p>
      <w:r>
        <w:rPr>
          <w:b/>
        </w:rPr>
        <w:t xml:space="preserve">[20:47] </w:t>
      </w:r>
      <w:r>
        <w:t>Wo na hon to test kis baat ka hoga? To phir test to kuch bhi nahi.</w:t>
      </w:r>
    </w:p>
    <w:p>
      <w:pPr>
        <w:jc w:val="right"/>
      </w:pPr>
      <w:r>
        <w:t>وہ نہ ہوں تو ٹیسٹ کس بات کا ہوگا؟ تو پھر ٹیسٹ تو کچھ بھی نہیں۔</w:t>
      </w:r>
    </w:p>
    <w:p>
      <w:r>
        <w:rPr>
          <w:b/>
        </w:rPr>
        <w:t xml:space="preserve">[20:53] </w:t>
      </w:r>
      <w:r>
        <w:t>Phir to koi baat nahi.</w:t>
      </w:r>
    </w:p>
    <w:p>
      <w:pPr>
        <w:jc w:val="right"/>
      </w:pPr>
      <w:r>
        <w:t>پھر تو کوئی بات نہیں۔</w:t>
      </w:r>
    </w:p>
    <w:p>
      <w:r>
        <w:rPr>
          <w:b/>
        </w:rPr>
        <w:t xml:space="preserve">[20:59] </w:t>
      </w:r>
      <w:r>
        <w:t>Jab test hi nahi to paradise kis liye? Isi liye Khuda ne is dunya ko ek ek jangla</w:t>
      </w:r>
    </w:p>
    <w:p>
      <w:pPr>
        <w:jc w:val="right"/>
      </w:pPr>
      <w:r>
        <w:t>جب ٹیسٹ ہی نہیں تو paradise کس لیے؟ اسی لیے خدا نے اس دنیا کو ایک ایک جنگل</w:t>
      </w:r>
    </w:p>
    <w:p>
      <w:r>
        <w:rPr>
          <w:b/>
        </w:rPr>
        <w:t xml:space="preserve">[21:05] </w:t>
      </w:r>
      <w:r>
        <w:t>ke roop mein bana diya hai.</w:t>
      </w:r>
    </w:p>
    <w:p>
      <w:pPr>
        <w:jc w:val="right"/>
      </w:pPr>
      <w:r>
        <w:t>کے روپ میں بنا دیا ہے۔</w:t>
      </w:r>
    </w:p>
    <w:p>
      <w:r>
        <w:rPr>
          <w:b/>
        </w:rPr>
        <w:t xml:space="preserve">[21:11] </w:t>
      </w:r>
      <w:r>
        <w:t>ek jangla hai jahan kaantay daar jhaariyan hain, saanp aur bichhoo hai.</w:t>
      </w:r>
    </w:p>
    <w:p>
      <w:pPr>
        <w:jc w:val="right"/>
      </w:pPr>
      <w:r>
        <w:t>ایک جنگل ہے جہاں کانٹے دار جھاڑیاں ہیں، سانپ اور بچھو ہے۔</w:t>
      </w:r>
    </w:p>
    <w:p>
      <w:r>
        <w:rPr>
          <w:b/>
        </w:rPr>
        <w:t xml:space="preserve">[21:17] </w:t>
      </w:r>
      <w:r>
        <w:t>yahan sab saari cheezain hain jo aadmi ko bharkayen, jo aadmi ke andar negative thought jagayen.</w:t>
      </w:r>
    </w:p>
    <w:p>
      <w:pPr>
        <w:jc w:val="right"/>
      </w:pPr>
      <w:r>
        <w:t>یہاں سب ساری چیزیں ہیں جو آدمی کو بھڑکائیں، جو آدمی کے اندر negative thought جگائیں۔</w:t>
      </w:r>
    </w:p>
    <w:p>
      <w:r>
        <w:rPr>
          <w:b/>
        </w:rPr>
        <w:t xml:space="preserve">[21:23] </w:t>
      </w:r>
      <w:r>
        <w:t>quran mein dekhen, hai al-kaazibeen al-ghayz wa al-aafina an an-naas momin ki tareef ya jannat walon ki tareef, woh</w:t>
      </w:r>
    </w:p>
    <w:p>
      <w:pPr>
        <w:jc w:val="right"/>
      </w:pPr>
      <w:r>
        <w:t>قرآن میں دیکھیں، ہے الْكَاذِبِينَ الْغَيْظِ وَالْعَافِينَ عَنِ النَّاسِ مومن کی تعریف یا جنت والوں کی تعریف، وہ</w:t>
      </w:r>
    </w:p>
    <w:p>
      <w:r>
        <w:rPr>
          <w:b/>
        </w:rPr>
        <w:t xml:space="preserve">[21:29] </w:t>
      </w:r>
      <w:r>
        <w:t>log jo jannat ke liye select kiye jayenge, un ki tareef al-kaazibeen al-ghayz ghassay ko peene walay.</w:t>
      </w:r>
    </w:p>
    <w:p>
      <w:pPr>
        <w:jc w:val="right"/>
      </w:pPr>
      <w:r>
        <w:t>لوگ جو جنت کے لیے select کیے جائیں گے، ان کی تعریف الْكَاذِبِينَ الْغَيْظِ غصے کو پی جانے والے۔</w:t>
      </w:r>
    </w:p>
    <w:p>
      <w:r>
        <w:rPr>
          <w:b/>
        </w:rPr>
        <w:t xml:space="preserve">[21:36] </w:t>
      </w:r>
      <w:r>
        <w:t>ab dekhen ke yeh nahin kaha ke al-faaqideen al-ghayz faaqideen ka matlab hota hai jin ke andar ghussa</w:t>
      </w:r>
    </w:p>
    <w:p>
      <w:pPr>
        <w:jc w:val="right"/>
      </w:pPr>
      <w:r>
        <w:t>اب دیکھیں کہ یہ نہیں کہا کہ الْفَاقِضِينَ الْغَيْظِ فاقضین کا مطلب ہوتا ہے جن کے اندر غصہ</w:t>
      </w:r>
    </w:p>
    <w:p>
      <w:r>
        <w:rPr>
          <w:b/>
        </w:rPr>
        <w:t xml:space="preserve">[21:42] </w:t>
      </w:r>
      <w:r>
        <w:t>hi na ho.</w:t>
      </w:r>
    </w:p>
    <w:p>
      <w:pPr>
        <w:jc w:val="right"/>
      </w:pPr>
      <w:r>
        <w:t>ہی نہ ہو۔</w:t>
      </w:r>
    </w:p>
    <w:p>
      <w:r>
        <w:rPr>
          <w:b/>
        </w:rPr>
        <w:t xml:space="preserve">[21:48] </w:t>
      </w:r>
      <w:r>
        <w:t>agar ghussa na hona yeh asal hoti to aap quran mein hota ke al-faaqideen al-ghayz jis ke andar</w:t>
      </w:r>
    </w:p>
    <w:p>
      <w:pPr>
        <w:jc w:val="right"/>
      </w:pPr>
      <w:r>
        <w:t>اگر غصہ نہ ہونا یہ اصل ہوتی تو آپ قرآن میں ہوتا کہ الْفَاقِضِينَ الْغَيْظِ جس کے اندر</w:t>
      </w:r>
    </w:p>
    <w:p>
      <w:r>
        <w:rPr>
          <w:b/>
        </w:rPr>
        <w:t xml:space="preserve">[21:54] </w:t>
      </w:r>
      <w:r>
        <w:t>ghussa mafqood ho, jis ke andar ghussa na ho, jin ke andar ghussa na paya jata ho.</w:t>
      </w:r>
    </w:p>
    <w:p>
      <w:pPr>
        <w:jc w:val="right"/>
      </w:pPr>
      <w:r>
        <w:t>غصہ مفقود ہو، جس کے اندر غصہ نہ ہو، جن کے اندر غصہ نہ پایا جاتا ہو۔</w:t>
      </w:r>
    </w:p>
    <w:p>
      <w:r>
        <w:rPr>
          <w:b/>
        </w:rPr>
        <w:t xml:space="preserve">[22:00] </w:t>
      </w:r>
      <w:r>
        <w:t>yeh nahin farmaya, balkay yeh kaha ke al-kaazibeen al-ghayz jo ghassay ko pee lenay walay hain.</w:t>
      </w:r>
    </w:p>
    <w:p>
      <w:pPr>
        <w:jc w:val="right"/>
      </w:pPr>
      <w:r>
        <w:t>یہ نہیں فرمایا، بلکہ یہ کہا کہ الْكَاذِبِينَ الْغَيْظِ جو غصے کو پی لینے والے ہیں۔</w:t>
      </w:r>
    </w:p>
    <w:p>
      <w:r>
        <w:rPr>
          <w:b/>
        </w:rPr>
        <w:t xml:space="preserve">[22:06] </w:t>
      </w:r>
      <w:r>
        <w:t>yani ghussa to aata hai lekin pee jatay hain.</w:t>
      </w:r>
    </w:p>
    <w:p>
      <w:pPr>
        <w:jc w:val="right"/>
      </w:pPr>
      <w:r>
        <w:t>یعنی غصہ تو آتا ہے لیکن پی جاتے ہیں۔</w:t>
      </w:r>
    </w:p>
    <w:p>
      <w:r>
        <w:rPr>
          <w:b/>
        </w:rPr>
        <w:t xml:space="preserve">[22:12] </w:t>
      </w:r>
      <w:r>
        <w:t>ghussa to aata hai lekin bharkatay nahin.</w:t>
      </w:r>
    </w:p>
    <w:p>
      <w:pPr>
        <w:jc w:val="right"/>
      </w:pPr>
      <w:r>
        <w:t>غصہ تو آتا ہے لیکن بھڑکتے نہیں۔</w:t>
      </w:r>
    </w:p>
    <w:p>
      <w:r>
        <w:rPr>
          <w:b/>
        </w:rPr>
        <w:t xml:space="preserve">[22:18] </w:t>
      </w:r>
      <w:r>
        <w:t>ghussa to aata hai lekin andar andar us ko malish kar letay hain.</w:t>
      </w:r>
    </w:p>
    <w:p>
      <w:pPr>
        <w:jc w:val="right"/>
      </w:pPr>
      <w:r>
        <w:t>غصہ تو آتا ہے لیکن اندر اندر اس کو مالیش کر لیتے ہیں۔</w:t>
      </w:r>
    </w:p>
    <w:p>
      <w:r>
        <w:rPr>
          <w:b/>
        </w:rPr>
        <w:t xml:space="preserve">[22:24] </w:t>
      </w:r>
      <w:r>
        <w:t>yani those who know the art of anger management al-kaazibeen al-ghayz ka matlab yeh hua ke those who</w:t>
      </w:r>
    </w:p>
    <w:p>
      <w:pPr>
        <w:jc w:val="right"/>
      </w:pPr>
      <w:r>
        <w:t>یعنی those who know the art of anger management الْكَاذِبِينَ الْغَيْظِ کا مطلب یہ ہوا کہ those who</w:t>
      </w:r>
    </w:p>
    <w:p>
      <w:r>
        <w:rPr>
          <w:b/>
        </w:rPr>
        <w:t xml:space="preserve">[22:30] </w:t>
      </w:r>
      <w:r>
        <w:t>know the art of anger management woh hain jannat walay.</w:t>
      </w:r>
    </w:p>
    <w:p>
      <w:pPr>
        <w:jc w:val="right"/>
      </w:pPr>
      <w:r>
        <w:t>know the art of anger management وہ ہیں جنت والے۔</w:t>
      </w:r>
    </w:p>
    <w:p>
      <w:r>
        <w:rPr>
          <w:b/>
        </w:rPr>
        <w:t xml:space="preserve">[22:36] </w:t>
      </w:r>
      <w:r>
        <w:t>to yeh hai yeh woh cheez jis ko mein keh raha hoon sabar culture.</w:t>
      </w:r>
    </w:p>
    <w:p>
      <w:pPr>
        <w:jc w:val="right"/>
      </w:pPr>
      <w:r>
        <w:t>تو یہ ہے یہ وہ چیز جس کو میں کہہ رہا ہوں صبر culture۔</w:t>
      </w:r>
    </w:p>
    <w:p>
      <w:r>
        <w:rPr>
          <w:b/>
        </w:rPr>
        <w:t xml:space="preserve">[22:42] </w:t>
      </w:r>
      <w:r>
        <w:t>sabar ka taluq dekhen, family se bhi hai, paros se bhi hai, national life se bhi hai, international</w:t>
      </w:r>
    </w:p>
    <w:p>
      <w:pPr>
        <w:jc w:val="right"/>
      </w:pPr>
      <w:r>
        <w:t>صبر کا تعلق دیکھیں، family سے بھی ہے، پڑوس سے بھی ہے، national life سے بھی ہے، international</w:t>
      </w:r>
    </w:p>
    <w:p>
      <w:r>
        <w:rPr>
          <w:b/>
        </w:rPr>
        <w:t xml:space="preserve">[22:48] </w:t>
      </w:r>
      <w:r>
        <w:t>life se bhi hai.</w:t>
      </w:r>
    </w:p>
    <w:p>
      <w:pPr>
        <w:jc w:val="right"/>
      </w:pPr>
      <w:r>
        <w:t>life سے بھی ہے۔</w:t>
      </w:r>
    </w:p>
    <w:p>
      <w:r>
        <w:rPr>
          <w:b/>
        </w:rPr>
        <w:t xml:space="preserve">[22:54] </w:t>
      </w:r>
      <w:r>
        <w:t>paida honay se le kar marnay tak hai.</w:t>
      </w:r>
    </w:p>
    <w:p>
      <w:pPr>
        <w:jc w:val="right"/>
      </w:pPr>
      <w:r>
        <w:t>پیدا ہونے سے لے کر مرنے تک ہے۔</w:t>
      </w:r>
    </w:p>
    <w:p>
      <w:r>
        <w:rPr>
          <w:b/>
        </w:rPr>
        <w:t xml:space="preserve">[23:00] </w:t>
      </w:r>
      <w:r>
        <w:t>har jagah hai, har jagah se is ka taluq hai.</w:t>
      </w:r>
    </w:p>
    <w:p>
      <w:pPr>
        <w:jc w:val="right"/>
      </w:pPr>
      <w:r>
        <w:t>ہر جگہ ہے، ہر جگہ سے اس کا تعلق ہے۔</w:t>
      </w:r>
    </w:p>
    <w:p>
      <w:r>
        <w:rPr>
          <w:b/>
        </w:rPr>
        <w:t xml:space="preserve">[23:06] </w:t>
      </w:r>
      <w:r>
        <w:t>to negative thought to insaan ke andar zaroor ayenge, har cheez se aap us ko malish kar saken.</w:t>
      </w:r>
    </w:p>
    <w:p>
      <w:pPr>
        <w:jc w:val="right"/>
      </w:pPr>
      <w:r>
        <w:t>تو negative thought تو انسان کے اندر ضرور آئیں گے، ہر چیز سے آپ اس کو مالیش کر سکیں۔</w:t>
      </w:r>
    </w:p>
    <w:p>
      <w:r>
        <w:rPr>
          <w:b/>
        </w:rPr>
        <w:t xml:space="preserve">[23:12] </w:t>
      </w:r>
      <w:r>
        <w:t>jaisay ke mein ne misaal di aap ko hazrat adam ke dono beton ki, habel aur qabeel.</w:t>
      </w:r>
    </w:p>
    <w:p>
      <w:pPr>
        <w:jc w:val="right"/>
      </w:pPr>
      <w:r>
        <w:t>جیسے کہ میں نے مثال دی آپ کو حضرت آدم کے دونوں بیٹوں کی، ہابیل اور قابیل۔</w:t>
      </w:r>
    </w:p>
    <w:p>
      <w:r>
        <w:rPr>
          <w:b/>
        </w:rPr>
        <w:t xml:space="preserve">[23:18] </w:t>
      </w:r>
      <w:r>
        <w:t>to dono mein differences aaye, dono ke andar negative thought jaag sakta tha.</w:t>
      </w:r>
    </w:p>
    <w:p>
      <w:pPr>
        <w:jc w:val="right"/>
      </w:pPr>
      <w:r>
        <w:t>تو دونوں میں differences آئے، دونوں کے اندر negative thought جاگ سکتا تھا۔</w:t>
      </w:r>
    </w:p>
    <w:p>
      <w:r>
        <w:rPr>
          <w:b/>
        </w:rPr>
        <w:t xml:space="preserve">[23:24] </w:t>
      </w:r>
      <w:r>
        <w:t>dono ko aik doosray se hate ho sakti thi.</w:t>
      </w:r>
    </w:p>
    <w:p>
      <w:pPr>
        <w:jc w:val="right"/>
      </w:pPr>
      <w:r>
        <w:t>دونوں کو ایک دوسرے سے hate ہو سکتی تھی۔</w:t>
      </w:r>
    </w:p>
    <w:p>
      <w:r>
        <w:rPr>
          <w:b/>
        </w:rPr>
        <w:t xml:space="preserve">[23:30] </w:t>
      </w:r>
      <w:r>
        <w:t>to in mein se aik woh tha jis ne malish nahin kiya.</w:t>
      </w:r>
    </w:p>
    <w:p>
      <w:pPr>
        <w:jc w:val="right"/>
      </w:pPr>
      <w:r>
        <w:t>تو ان میں سے ایک وہ تھا جس نے maliش نہیں کیا۔</w:t>
      </w:r>
    </w:p>
    <w:p>
      <w:r>
        <w:rPr>
          <w:b/>
        </w:rPr>
        <w:t xml:space="preserve">[23:36] </w:t>
      </w:r>
      <w:r>
        <w:t>us ne chaha ke main is ko apne rastay se hata doon.</w:t>
      </w:r>
    </w:p>
    <w:p>
      <w:pPr>
        <w:jc w:val="right"/>
      </w:pPr>
      <w:r>
        <w:t>اس نے چاہا کہ میں اس کو اپنے راستے سے ہٹا دوں۔</w:t>
      </w:r>
    </w:p>
    <w:p>
      <w:r>
        <w:rPr>
          <w:b/>
        </w:rPr>
        <w:t xml:space="preserve">[23:42] </w:t>
      </w:r>
      <w:r>
        <w:t>mere rastay mein record ban gaya hai, to main is ko hata doon is ko rastay se.</w:t>
      </w:r>
    </w:p>
    <w:p>
      <w:pPr>
        <w:jc w:val="right"/>
      </w:pPr>
      <w:r>
        <w:t>میرے راستے میں ریکارڈ بن گیا ہے، تو میں اس کو ہٹا دوں اس کو راستے سے۔</w:t>
      </w:r>
    </w:p>
    <w:p>
      <w:r>
        <w:rPr>
          <w:b/>
        </w:rPr>
        <w:t xml:space="preserve">[23:48] </w:t>
      </w:r>
      <w:r>
        <w:t>kaha ke us ne apne sentiments ko malish nahin kiya.</w:t>
      </w:r>
    </w:p>
    <w:p>
      <w:pPr>
        <w:jc w:val="right"/>
      </w:pPr>
      <w:r>
        <w:t>کہا کہ اس نے اپنے sentiments کو maliش نہیں کیا۔</w:t>
      </w:r>
    </w:p>
    <w:p>
      <w:r>
        <w:rPr>
          <w:b/>
        </w:rPr>
        <w:t xml:space="preserve">[23:54] </w:t>
      </w:r>
      <w:r>
        <w:t>negative thought jo aaye thay us ke andar, wo is ko malish karne mein fail ho gaya.</w:t>
      </w:r>
    </w:p>
    <w:p>
      <w:pPr>
        <w:jc w:val="right"/>
      </w:pPr>
      <w:r>
        <w:t>negative thought جو آئے تھے اس کے اندر، وہ اس کو مالیش کرنے میں fail ہوگیا۔</w:t>
      </w:r>
    </w:p>
    <w:p>
      <w:r>
        <w:rPr>
          <w:b/>
        </w:rPr>
        <w:t xml:space="preserve">[24:00] </w:t>
      </w:r>
      <w:r>
        <w:t>acha, doosra aadmi jo tha, us ne malish kiya.</w:t>
      </w:r>
    </w:p>
    <w:p>
      <w:pPr>
        <w:jc w:val="right"/>
      </w:pPr>
      <w:r>
        <w:t>اچھا، دوسرا آدمی جو تھا، اس نے maliش کیا۔</w:t>
      </w:r>
    </w:p>
    <w:p>
      <w:r>
        <w:rPr>
          <w:b/>
        </w:rPr>
        <w:t xml:space="preserve">[24:06] </w:t>
      </w:r>
      <w:r>
        <w:t>jo negative thought us ke andar bhi aaye thay, lekin us ne malish kiya.</w:t>
      </w:r>
    </w:p>
    <w:p>
      <w:pPr>
        <w:jc w:val="right"/>
      </w:pPr>
      <w:r>
        <w:t>جو negative thought اس کے اندر بھی آئے تھے، لیکن اس نے maliش کیا۔</w:t>
      </w:r>
    </w:p>
    <w:p>
      <w:r>
        <w:rPr>
          <w:b/>
        </w:rPr>
        <w:t xml:space="preserve">[24:13] </w:t>
      </w:r>
      <w:r>
        <w:t>kyun? kyunke wo Khuda se darta tha.</w:t>
      </w:r>
    </w:p>
    <w:p>
      <w:pPr>
        <w:jc w:val="right"/>
      </w:pPr>
      <w:r>
        <w:t>کیوں؟ کیونکہ وہ خدا سے ڈرتا تھا۔</w:t>
      </w:r>
    </w:p>
    <w:p>
      <w:r>
        <w:rPr>
          <w:b/>
        </w:rPr>
        <w:t xml:space="preserve">[24:19] </w:t>
      </w:r>
      <w:r>
        <w:t>innee akhafu allaha rabba al-aalameena to la taghضب ya al-faaqidheena al-ghayz is tarah ki jo aayaten hain, hadithain</w:t>
      </w:r>
    </w:p>
    <w:p>
      <w:pPr>
        <w:jc w:val="right"/>
      </w:pPr>
      <w:r>
        <w:t>إِنِّي أَخَافُ اللَّهَ رَبَّ الْعَالَمِينَ تو لا تغضب یا الْفَاقِضِينَ الْغَيْظِ اس طرح کی جو آیتیں ہیں، حدیثیں</w:t>
      </w:r>
    </w:p>
    <w:p>
      <w:r>
        <w:rPr>
          <w:b/>
        </w:rPr>
        <w:t xml:space="preserve">[24:25] </w:t>
      </w:r>
      <w:r>
        <w:t>hain, is ka matlab kya hai? ke ek wo insan hai jis ne negative thought, yani negative thought</w:t>
      </w:r>
    </w:p>
    <w:p>
      <w:pPr>
        <w:jc w:val="right"/>
      </w:pPr>
      <w:r>
        <w:t>ہیں، اس کا مطلب کیا ہے؟ کہ ایک وہ انسان ہے جس نے negative thought، یعنی negative thought</w:t>
      </w:r>
    </w:p>
    <w:p>
      <w:r>
        <w:rPr>
          <w:b/>
        </w:rPr>
        <w:t xml:space="preserve">[24:31] </w:t>
      </w:r>
      <w:r>
        <w:t>sab ke andar aayenge.</w:t>
      </w:r>
    </w:p>
    <w:p>
      <w:pPr>
        <w:jc w:val="right"/>
      </w:pPr>
      <w:r>
        <w:t>سب کے اندر آئیں گے۔</w:t>
      </w:r>
    </w:p>
    <w:p>
      <w:r>
        <w:rPr>
          <w:b/>
        </w:rPr>
        <w:t xml:space="preserve">[24:37] </w:t>
      </w:r>
      <w:r>
        <w:t>negative thought sab ke andar aayenge.</w:t>
      </w:r>
    </w:p>
    <w:p>
      <w:pPr>
        <w:jc w:val="right"/>
      </w:pPr>
      <w:r>
        <w:t>negative thought سب کے اندر آئیں گے۔</w:t>
      </w:r>
    </w:p>
    <w:p>
      <w:r>
        <w:rPr>
          <w:b/>
        </w:rPr>
        <w:t xml:space="preserve">[24:43] </w:t>
      </w:r>
      <w:r>
        <w:t>ab do insan ho jayenge, do category ban jayegi.</w:t>
      </w:r>
    </w:p>
    <w:p>
      <w:pPr>
        <w:jc w:val="right"/>
      </w:pPr>
      <w:r>
        <w:t>اب دو انسان ہو جائیں گے، دو category بن جائے گی۔</w:t>
      </w:r>
    </w:p>
    <w:p>
      <w:r>
        <w:rPr>
          <w:b/>
        </w:rPr>
        <w:t xml:space="preserve">[24:49] </w:t>
      </w:r>
      <w:r>
        <w:t>ek wo jo malish karenge apne negative thought ko, ek wo jo malish nahin kar sakenge</w:t>
      </w:r>
    </w:p>
    <w:p>
      <w:pPr>
        <w:jc w:val="right"/>
      </w:pPr>
      <w:r>
        <w:t>ایک وہ جو مالیش کریں گے اپنے negative thought کو، ایک وہ جو maliش نہیں کر سکیں گے</w:t>
      </w:r>
    </w:p>
    <w:p>
      <w:r>
        <w:rPr>
          <w:b/>
        </w:rPr>
        <w:t xml:space="preserve">[24:55] </w:t>
      </w:r>
      <w:r>
        <w:t>apne negative thought ko.</w:t>
      </w:r>
    </w:p>
    <w:p>
      <w:pPr>
        <w:jc w:val="right"/>
      </w:pPr>
      <w:r>
        <w:t>اپنے negative thought کو۔</w:t>
      </w:r>
    </w:p>
    <w:p>
      <w:r>
        <w:rPr>
          <w:b/>
        </w:rPr>
        <w:t xml:space="preserve">[25:01] </w:t>
      </w:r>
      <w:r>
        <w:t>yeh khud prophet ke sath bhi hoga.</w:t>
      </w:r>
    </w:p>
    <w:p>
      <w:pPr>
        <w:jc w:val="right"/>
      </w:pPr>
      <w:r>
        <w:t>یہ خود prophet کے ساتھ بھی ہوگا۔</w:t>
      </w:r>
    </w:p>
    <w:p>
      <w:r>
        <w:rPr>
          <w:b/>
        </w:rPr>
        <w:t xml:space="preserve">[25:07] </w:t>
      </w:r>
      <w:r>
        <w:t>prophet angel nahin hota, yaad rakhiye.</w:t>
      </w:r>
    </w:p>
    <w:p>
      <w:pPr>
        <w:jc w:val="right"/>
      </w:pPr>
      <w:r>
        <w:t>prophet angel نہیں ہوتا، یاد رکھیے۔</w:t>
      </w:r>
    </w:p>
    <w:p>
      <w:r>
        <w:rPr>
          <w:b/>
        </w:rPr>
        <w:t xml:space="preserve">[25:13] </w:t>
      </w:r>
      <w:r>
        <w:t>prophet insan hota hai.</w:t>
      </w:r>
    </w:p>
    <w:p>
      <w:pPr>
        <w:jc w:val="right"/>
      </w:pPr>
      <w:r>
        <w:t>prophet انسان ہوتا ہے۔</w:t>
      </w:r>
    </w:p>
    <w:p>
      <w:r>
        <w:rPr>
          <w:b/>
        </w:rPr>
        <w:t xml:space="preserve">[25:19] </w:t>
      </w:r>
      <w:r>
        <w:t>jaise ek waqea hai ke Rasool Allah Sal Allahu Alaihi Wasallam ka ek servant tha.</w:t>
      </w:r>
    </w:p>
    <w:p>
      <w:pPr>
        <w:jc w:val="right"/>
      </w:pPr>
      <w:r>
        <w:t>جیسے ایک واقعہ ہے کہ رسول اللہ صلی اللہ علیہ وسلم کا ایک servant تھا۔</w:t>
      </w:r>
    </w:p>
    <w:p>
      <w:r>
        <w:rPr>
          <w:b/>
        </w:rPr>
        <w:t xml:space="preserve">[25:25] </w:t>
      </w:r>
      <w:r>
        <w:t>aap ne us se koi kaam karne ke liye kaha, ghar se bahar bheja.</w:t>
      </w:r>
    </w:p>
    <w:p>
      <w:pPr>
        <w:jc w:val="right"/>
      </w:pPr>
      <w:r>
        <w:t>آپ نے اس سے کوئی کام کرنے کے لیے کہا، گھر سے باہر بھیجا۔</w:t>
      </w:r>
    </w:p>
    <w:p>
      <w:r>
        <w:rPr>
          <w:b/>
        </w:rPr>
        <w:t xml:space="preserve">[25:31] </w:t>
      </w:r>
      <w:r>
        <w:t>aur us ne bohat der kar di.</w:t>
      </w:r>
    </w:p>
    <w:p>
      <w:pPr>
        <w:jc w:val="right"/>
      </w:pPr>
      <w:r>
        <w:t>اور اس نے بہت دیر کر دی۔</w:t>
      </w:r>
    </w:p>
    <w:p>
      <w:r>
        <w:rPr>
          <w:b/>
        </w:rPr>
        <w:t xml:space="preserve">[25:37] </w:t>
      </w:r>
      <w:r>
        <w:t>aur kaam tha jaldi ka.</w:t>
      </w:r>
    </w:p>
    <w:p>
      <w:pPr>
        <w:jc w:val="right"/>
      </w:pPr>
      <w:r>
        <w:t>اور کام تھا جلدی کا۔</w:t>
      </w:r>
    </w:p>
    <w:p>
      <w:r>
        <w:rPr>
          <w:b/>
        </w:rPr>
        <w:t xml:space="preserve">[25:43] </w:t>
      </w:r>
      <w:r>
        <w:t>to aap ko ghussa aa gaya.</w:t>
      </w:r>
    </w:p>
    <w:p>
      <w:pPr>
        <w:jc w:val="right"/>
      </w:pPr>
      <w:r>
        <w:t>تو آپ کو غصہ آگیا۔</w:t>
      </w:r>
    </w:p>
    <w:p>
      <w:r>
        <w:rPr>
          <w:b/>
        </w:rPr>
        <w:t xml:space="preserve">[25:49] </w:t>
      </w:r>
      <w:r>
        <w:t>aap ko ghussa aa gaya.</w:t>
      </w:r>
    </w:p>
    <w:p>
      <w:pPr>
        <w:jc w:val="right"/>
      </w:pPr>
      <w:r>
        <w:t>آپ کو غصہ آگیا۔</w:t>
      </w:r>
    </w:p>
    <w:p>
      <w:r>
        <w:rPr>
          <w:b/>
        </w:rPr>
        <w:t xml:space="preserve">[25:55] </w:t>
      </w:r>
      <w:r>
        <w:t>ab do shakalain theen aap ke liye.</w:t>
      </w:r>
    </w:p>
    <w:p>
      <w:pPr>
        <w:jc w:val="right"/>
      </w:pPr>
      <w:r>
        <w:t>اب دو شکلیں تھیں آپ کے لیے۔</w:t>
      </w:r>
    </w:p>
    <w:p>
      <w:r>
        <w:rPr>
          <w:b/>
        </w:rPr>
        <w:t xml:space="preserve">[26:01] </w:t>
      </w:r>
      <w:r>
        <w:t>ek to ghussa us ke upar utaren, ek yeh ke ghusse ko pee jayen.</w:t>
      </w:r>
    </w:p>
    <w:p>
      <w:pPr>
        <w:jc w:val="right"/>
      </w:pPr>
      <w:r>
        <w:t>ایک تو غصہ اس کے اوپر اتاریں، ایک یہ کہ غصے کو پی جائیں۔</w:t>
      </w:r>
    </w:p>
    <w:p>
      <w:r>
        <w:rPr>
          <w:b/>
        </w:rPr>
        <w:t xml:space="preserve">[26:07] </w:t>
      </w:r>
      <w:r>
        <w:t>ghusay ko malish karen.</w:t>
      </w:r>
    </w:p>
    <w:p>
      <w:pPr>
        <w:jc w:val="right"/>
      </w:pPr>
      <w:r>
        <w:t>غصے کو مالیش کریں۔</w:t>
      </w:r>
    </w:p>
    <w:p>
      <w:r>
        <w:rPr>
          <w:b/>
        </w:rPr>
        <w:t xml:space="preserve">[26:13] </w:t>
      </w:r>
      <w:r>
        <w:t>to aap ne kya kiya? aap ne is aadmi se kaha ke lola khashyat al-qawd la-wajja'tak bi hadha al-siwak</w:t>
      </w:r>
    </w:p>
    <w:p>
      <w:pPr>
        <w:jc w:val="right"/>
      </w:pPr>
      <w:r>
        <w:t>تو آپ نے کیا کیا؟ آپ نے اس آدمی سے کہا کہ لولا خشية القود لوجعتك بهذا السواك</w:t>
      </w:r>
    </w:p>
    <w:p>
      <w:r>
        <w:rPr>
          <w:b/>
        </w:rPr>
        <w:t xml:space="preserve">[26:19] </w:t>
      </w:r>
      <w:r>
        <w:t>woh ek khatoon thi.</w:t>
      </w:r>
    </w:p>
    <w:p>
      <w:pPr>
        <w:jc w:val="right"/>
      </w:pPr>
      <w:r>
        <w:t>وہ ایک خاتون تھی۔</w:t>
      </w:r>
    </w:p>
    <w:p>
      <w:r>
        <w:rPr>
          <w:b/>
        </w:rPr>
        <w:t xml:space="preserve">[26:25] </w:t>
      </w:r>
      <w:r>
        <w:t>woh jo servant tha, woh ek khatoon thi.</w:t>
      </w:r>
    </w:p>
    <w:p>
      <w:pPr>
        <w:jc w:val="right"/>
      </w:pPr>
      <w:r>
        <w:t>وہ جو servant تھا، وہ ایک خاتون تھی۔</w:t>
      </w:r>
    </w:p>
    <w:p>
      <w:r>
        <w:rPr>
          <w:b/>
        </w:rPr>
        <w:t xml:space="preserve">[26:31] </w:t>
      </w:r>
      <w:r>
        <w:t>to aap ne kaha ke lola khashyat al-qawd la-wajja'tak bi hadha al-siwak aap ke hath mein miswak thi.</w:t>
      </w:r>
    </w:p>
    <w:p>
      <w:pPr>
        <w:jc w:val="right"/>
      </w:pPr>
      <w:r>
        <w:t>تو آپ نے کہا کہ لولا خشية القود لوجعتك بهذا السواك آپ کے ہاتھ میں مسواک تھی۔</w:t>
      </w:r>
    </w:p>
    <w:p>
      <w:r>
        <w:rPr>
          <w:b/>
        </w:rPr>
        <w:t xml:space="preserve">[26:37] </w:t>
      </w:r>
      <w:r>
        <w:t>yani jo kehte hain, us ko bolte hain toothbrush.</w:t>
      </w:r>
    </w:p>
    <w:p>
      <w:pPr>
        <w:jc w:val="right"/>
      </w:pPr>
      <w:r>
        <w:t>یعنی جو کہتے ہیں، اس کو بولتے ہیں toothbrush۔</w:t>
      </w:r>
    </w:p>
    <w:p>
      <w:r>
        <w:rPr>
          <w:b/>
        </w:rPr>
        <w:t xml:space="preserve">[26:43] </w:t>
      </w:r>
      <w:r>
        <w:t>ek choti si ungli jaisi ek lakri.</w:t>
      </w:r>
    </w:p>
    <w:p>
      <w:pPr>
        <w:jc w:val="right"/>
      </w:pPr>
      <w:r>
        <w:t>ایک چھوٹی سی انگلی جیسی ایک لکڑی۔</w:t>
      </w:r>
    </w:p>
    <w:p>
      <w:r>
        <w:rPr>
          <w:b/>
        </w:rPr>
        <w:t xml:space="preserve">[26:49] </w:t>
      </w:r>
      <w:r>
        <w:t>to aap ne kaha ke agar mujhe yeh dar na hota ke mujhe akhirat mein is ka badla</w:t>
      </w:r>
    </w:p>
    <w:p>
      <w:pPr>
        <w:jc w:val="right"/>
      </w:pPr>
      <w:r>
        <w:t>تو آپ نے کہا کہ اگر مجھے یہ ڈر نہ ہوتا کہ مجھے آخرت میں اس کا بدلہ</w:t>
      </w:r>
    </w:p>
    <w:p>
      <w:r>
        <w:rPr>
          <w:b/>
        </w:rPr>
        <w:t xml:space="preserve">[26:56] </w:t>
      </w:r>
      <w:r>
        <w:t>diya jaye ga, to main tum ko is miswak se marta.</w:t>
      </w:r>
    </w:p>
    <w:p>
      <w:pPr>
        <w:jc w:val="right"/>
      </w:pPr>
      <w:r>
        <w:t>دیا جائے گا، تو میں تم کو اس مسواک سے مارتا۔</w:t>
      </w:r>
    </w:p>
    <w:p>
      <w:r>
        <w:rPr>
          <w:b/>
        </w:rPr>
        <w:t xml:space="preserve">[27:02] </w:t>
      </w:r>
      <w:r>
        <w:t>to ghussa jo aaya tha, woh to keh raha tha ke maro.</w:t>
      </w:r>
    </w:p>
    <w:p>
      <w:pPr>
        <w:jc w:val="right"/>
      </w:pPr>
      <w:r>
        <w:t>تو غصہ جو آیا تھا، وہ تو کہہ رہا تھا کہ مارو۔</w:t>
      </w:r>
    </w:p>
    <w:p>
      <w:r>
        <w:rPr>
          <w:b/>
        </w:rPr>
        <w:t xml:space="preserve">[27:08] </w:t>
      </w:r>
      <w:r>
        <w:t>لیکن آپ نے اپنے غصے کو manage کیا، یہ سوچ کر کہ میں ماروں گا تو خدا مجھے مارے گا۔</w:t>
      </w:r>
    </w:p>
    <w:p>
      <w:pPr>
        <w:jc w:val="right"/>
      </w:pPr>
      <w:r>
        <w:t>لیکن آپ نے اپنے غصے کو مالیش کیا، یہ سوچ کر کہ میں ماروں گا تو خدا مجھے مارے گا۔</w:t>
      </w:r>
    </w:p>
    <w:p>
      <w:r>
        <w:rPr>
          <w:b/>
        </w:rPr>
        <w:t xml:space="preserve">[27:14] </w:t>
      </w:r>
      <w:r>
        <w:t>aur us ko nahi mara.</w:t>
      </w:r>
    </w:p>
    <w:p>
      <w:pPr>
        <w:jc w:val="right"/>
      </w:pPr>
      <w:r>
        <w:t>اور اس کو نہیں مارا۔</w:t>
      </w:r>
    </w:p>
    <w:p>
      <w:r>
        <w:rPr>
          <w:b/>
        </w:rPr>
        <w:t xml:space="preserve">[27:20] </w:t>
      </w:r>
      <w:r>
        <w:t>to main samajhta hoon ke sara jo test hai, sara jo imtehan hai, woh isi ek baat ka imtehan hai.</w:t>
      </w:r>
    </w:p>
    <w:p>
      <w:pPr>
        <w:jc w:val="right"/>
      </w:pPr>
      <w:r>
        <w:t>تو میں سمجھتا ہوں کہ سارا جو ٹیسٹ ہے، سارا جو امتحان ہے، وہ اسی ایک بات کا امتحان ہے۔</w:t>
      </w:r>
    </w:p>
    <w:p>
      <w:r>
        <w:rPr>
          <w:b/>
        </w:rPr>
        <w:t xml:space="preserve">[27:26] </w:t>
      </w:r>
      <w:r>
        <w:t>کہ ایک انسان وہ ہے جو negative thought کو polish کر پائے گا۔</w:t>
      </w:r>
    </w:p>
    <w:p>
      <w:pPr>
        <w:jc w:val="right"/>
      </w:pPr>
      <w:r>
        <w:t>کہ ایک انسان وہ ہے جو negative thought کو maliش کر پائے گا۔</w:t>
      </w:r>
    </w:p>
    <w:p>
      <w:r>
        <w:rPr>
          <w:b/>
        </w:rPr>
        <w:t xml:space="preserve">[27:32] </w:t>
      </w:r>
      <w:r>
        <w:t>دوسرا انسان وہ ہے جو negative thought کو malish نہیں کر پائے گا۔</w:t>
      </w:r>
    </w:p>
    <w:p>
      <w:pPr>
        <w:jc w:val="right"/>
      </w:pPr>
      <w:r>
        <w:t>دوسرا انسان وہ ہے جو negative thought کو maliش نہیں کر پائے گا۔</w:t>
      </w:r>
    </w:p>
    <w:p>
      <w:r>
        <w:rPr>
          <w:b/>
        </w:rPr>
        <w:t xml:space="preserve">[27:38] </w:t>
      </w:r>
      <w:r>
        <w:t>جو malish kar paye, unke liye paradise hai.</w:t>
      </w:r>
    </w:p>
    <w:p>
      <w:pPr>
        <w:jc w:val="right"/>
      </w:pPr>
      <w:r>
        <w:t>جو maliش کر پائے، ان کے لیے paradise ہے۔</w:t>
      </w:r>
    </w:p>
    <w:p>
      <w:r>
        <w:rPr>
          <w:b/>
        </w:rPr>
        <w:t xml:space="preserve">[27:44] </w:t>
      </w:r>
      <w:r>
        <w:t>جو malish نہیں کر پائے، ان کے لیے جہنم ہے۔</w:t>
      </w:r>
    </w:p>
    <w:p>
      <w:pPr>
        <w:jc w:val="right"/>
      </w:pPr>
      <w:r>
        <w:t>جو maliش نہیں کر پائے، ان کے لیے جہنم ہے۔</w:t>
      </w:r>
    </w:p>
    <w:p>
      <w:r>
        <w:rPr>
          <w:b/>
        </w:rPr>
        <w:t xml:space="preserve">[27:50] </w:t>
      </w:r>
      <w:r>
        <w:t>dekhen, islam mein sirf yeh nahi hai ke do's and don'ts bata diye gaye hain.</w:t>
      </w:r>
    </w:p>
    <w:p>
      <w:pPr>
        <w:jc w:val="right"/>
      </w:pPr>
      <w:r>
        <w:t>دیکھیں، اسلام میں صرف یہ نہیں ہے کہ do's and don'ts بتا دیے گئے ہیں۔</w:t>
      </w:r>
    </w:p>
    <w:p>
      <w:r>
        <w:rPr>
          <w:b/>
        </w:rPr>
        <w:t xml:space="preserve">[27:56] </w:t>
      </w:r>
      <w:r>
        <w:t>yeh karo, woh na karo, yeh na karo, woh na karo.</w:t>
      </w:r>
    </w:p>
    <w:p>
      <w:pPr>
        <w:jc w:val="right"/>
      </w:pPr>
      <w:r>
        <w:t>یہ کرو، وہ نہ کرو، یہ نہ کرو، وہ نہ کرو۔</w:t>
      </w:r>
    </w:p>
    <w:p>
      <w:r>
        <w:rPr>
          <w:b/>
        </w:rPr>
        <w:t xml:space="preserve">[28:02] </w:t>
      </w:r>
      <w:r>
        <w:t>yani islam jo hai, woh sirf ek ek ek technical code jaisa nahi hai.</w:t>
      </w:r>
    </w:p>
    <w:p>
      <w:pPr>
        <w:jc w:val="right"/>
      </w:pPr>
      <w:r>
        <w:t>یعنی اسلام جو ہے، وہ صرف ایک ایک ایک technical code جیسا نہیں ہے۔</w:t>
      </w:r>
    </w:p>
    <w:p>
      <w:r>
        <w:rPr>
          <w:b/>
        </w:rPr>
        <w:t xml:space="preserve">[28:08] </w:t>
      </w:r>
      <w:r>
        <w:t>nahi, is ke peeche poora ek ek aisi philosophy hai, aisi cardiology hai jo aadmi ko incentive deti</w:t>
      </w:r>
    </w:p>
    <w:p>
      <w:pPr>
        <w:jc w:val="right"/>
      </w:pPr>
      <w:r>
        <w:t>نہیں، اس کے پیچھے پورا ایک ایک ایسی philosophy ہے، ایسی cardiology ہے جو آدمی کو incentive دیتی</w:t>
      </w:r>
    </w:p>
    <w:p>
      <w:r>
        <w:rPr>
          <w:b/>
        </w:rPr>
        <w:t xml:space="preserve">[28:14] </w:t>
      </w:r>
      <w:r>
        <w:t>hai, jo aadmi ko motivate karti hai.</w:t>
      </w:r>
    </w:p>
    <w:p>
      <w:pPr>
        <w:jc w:val="right"/>
      </w:pPr>
      <w:r>
        <w:t>ہے، جو آدمی کو motivate کرتی ہے۔</w:t>
      </w:r>
    </w:p>
    <w:p>
      <w:r>
        <w:rPr>
          <w:b/>
        </w:rPr>
        <w:t xml:space="preserve">[28:20] </w:t>
      </w:r>
      <w:r>
        <w:t>yahan main aap ko ek hadith sunata hoon.</w:t>
      </w:r>
    </w:p>
    <w:p>
      <w:pPr>
        <w:jc w:val="right"/>
      </w:pPr>
      <w:r>
        <w:t>یہاں میں آپ کو ایک حدیث سناتا ہوں۔</w:t>
      </w:r>
    </w:p>
    <w:p>
      <w:r>
        <w:rPr>
          <w:b/>
        </w:rPr>
        <w:t xml:space="preserve">[28:26] </w:t>
      </w:r>
      <w:r>
        <w:t>ek hadith hai, dekhen, insan do hastiyon ke beech mein, ek khuda, ek insan.</w:t>
      </w:r>
    </w:p>
    <w:p>
      <w:pPr>
        <w:jc w:val="right"/>
      </w:pPr>
      <w:r>
        <w:t>ایک حدیث ہے، دیکھیں، انسان دو ہستیوں کے بیچ میں، ایک خدا، ایک انسان۔</w:t>
      </w:r>
    </w:p>
    <w:p>
      <w:r>
        <w:rPr>
          <w:b/>
        </w:rPr>
        <w:t xml:space="preserve">[28:32] </w:t>
      </w:r>
      <w:r>
        <w:t>yani mere ek taraf humanity hai, ek taraf khuda hai.</w:t>
      </w:r>
    </w:p>
    <w:p>
      <w:pPr>
        <w:jc w:val="right"/>
      </w:pPr>
      <w:r>
        <w:t>یعنی میرے ایک طرف humanity ہے، ایک طرف خدا ہے۔</w:t>
      </w:r>
    </w:p>
    <w:p>
      <w:r>
        <w:rPr>
          <w:b/>
        </w:rPr>
        <w:t xml:space="preserve">[28:38] </w:t>
      </w:r>
      <w:r>
        <w:t>to dono ke huqooq ko zyada karna hai.</w:t>
      </w:r>
    </w:p>
    <w:p>
      <w:pPr>
        <w:jc w:val="right"/>
      </w:pPr>
      <w:r>
        <w:t>تو دونوں کے حقوق کو زیادہ کرنا ہے۔</w:t>
      </w:r>
    </w:p>
    <w:p>
      <w:r>
        <w:rPr>
          <w:b/>
        </w:rPr>
        <w:t xml:space="preserve">[28:44] </w:t>
      </w:r>
      <w:r>
        <w:t>huqooq allah, isi ko kaha jata hai huqooq allah, huqooq al-ibad.</w:t>
      </w:r>
    </w:p>
    <w:p>
      <w:pPr>
        <w:jc w:val="right"/>
      </w:pPr>
      <w:r>
        <w:t>حقوق اللہ، اسی کو کہا جاتا ہے حقوق اللہ، حقوق العباد۔</w:t>
      </w:r>
    </w:p>
    <w:p>
      <w:r>
        <w:rPr>
          <w:b/>
        </w:rPr>
        <w:t xml:space="preserve">[28:50] </w:t>
      </w:r>
      <w:r>
        <w:t>ek taraf huqooq allah ka muamla hai, doosri taraf huqooq al-ibad ka muamla hai.</w:t>
      </w:r>
    </w:p>
    <w:p>
      <w:pPr>
        <w:jc w:val="right"/>
      </w:pPr>
      <w:r>
        <w:t>ایک طرف حقوق اللہ کا معاملہ ہے، دوسری طرف حقوق العباد کا معاملہ ہے۔</w:t>
      </w:r>
    </w:p>
    <w:p>
      <w:r>
        <w:rPr>
          <w:b/>
        </w:rPr>
        <w:t xml:space="preserve">[28:56] </w:t>
      </w:r>
      <w:r>
        <w:t>dono ke huqooq mujhe ada karna hai.</w:t>
      </w:r>
    </w:p>
    <w:p>
      <w:pPr>
        <w:jc w:val="right"/>
      </w:pPr>
      <w:r>
        <w:t>دونوں کے حقوق مجھے ادا کرنا ہے۔</w:t>
      </w:r>
    </w:p>
    <w:p>
      <w:r>
        <w:rPr>
          <w:b/>
        </w:rPr>
        <w:t xml:space="preserve">[29:02] </w:t>
      </w:r>
      <w:r>
        <w:t>is ke liye jo motivative force hai, woh kya hai? yani quran mein ya hadith mein ya islam</w:t>
      </w:r>
    </w:p>
    <w:p>
      <w:pPr>
        <w:jc w:val="right"/>
      </w:pPr>
      <w:r>
        <w:t>اس کے لیے جو motivative force ہے، وہ کیا ہے؟ یعنی قرآن میں یا حدیث میں یا اسلام</w:t>
      </w:r>
    </w:p>
    <w:p>
      <w:r>
        <w:rPr>
          <w:b/>
        </w:rPr>
        <w:t xml:space="preserve">[29:08] </w:t>
      </w:r>
      <w:r>
        <w:t>main baaton ko sirf do's and don'ts ke language mein nahin bayan kiya jata.</w:t>
      </w:r>
    </w:p>
    <w:p>
      <w:pPr>
        <w:jc w:val="right"/>
      </w:pPr>
      <w:r>
        <w:t>میں باتوں کو صرف do's and don'ts کے language میں نہیں بیان کیا جاتا۔</w:t>
      </w:r>
    </w:p>
    <w:p>
      <w:r>
        <w:rPr>
          <w:b/>
        </w:rPr>
        <w:t xml:space="preserve">[29:14] </w:t>
      </w:r>
      <w:r>
        <w:t>balkeh is ka aisi baat batai jati hai ke jo aadmi kehta hai, woh motivative force ban jae.</w:t>
      </w:r>
    </w:p>
    <w:p>
      <w:pPr>
        <w:jc w:val="right"/>
      </w:pPr>
      <w:r>
        <w:t>بلکہ اس کا ایسی بات بتائی جاتی ہے کہ جو آدمی کہتا ہے، وہ motivative force بن جائے۔</w:t>
      </w:r>
    </w:p>
    <w:p>
      <w:r>
        <w:rPr>
          <w:b/>
        </w:rPr>
        <w:t xml:space="preserve">[29:20] </w:t>
      </w:r>
      <w:r>
        <w:t>to woh kya hai? is hadith mein aap ghor kijiye.</w:t>
      </w:r>
    </w:p>
    <w:p>
      <w:pPr>
        <w:jc w:val="right"/>
      </w:pPr>
      <w:r>
        <w:t>تو وہ کیا ہے؟ اس حدیث میں آپ غور کیجیے۔</w:t>
      </w:r>
    </w:p>
    <w:p>
      <w:r>
        <w:rPr>
          <w:b/>
        </w:rPr>
        <w:t xml:space="preserve">[29:26] </w:t>
      </w:r>
      <w:r>
        <w:t>to hadith yeh hai ke man lam yashkur al-nas lam yashkur Allah jo aadmi insaan ka shukr nahin</w:t>
      </w:r>
    </w:p>
    <w:p>
      <w:pPr>
        <w:jc w:val="right"/>
      </w:pPr>
      <w:r>
        <w:t>تو حدیث یہ ہے کہ من لم يشكر الناس لم يشكر الله جو آدمی انسان کا شکر نہیں</w:t>
      </w:r>
    </w:p>
    <w:p>
      <w:r>
        <w:rPr>
          <w:b/>
        </w:rPr>
        <w:t xml:space="preserve">[29:33] </w:t>
      </w:r>
      <w:r>
        <w:t>karega, woh Khuda ka shukr bhi nahin karega.</w:t>
      </w:r>
    </w:p>
    <w:p>
      <w:pPr>
        <w:jc w:val="right"/>
      </w:pPr>
      <w:r>
        <w:t>کرے گا، وہ خدا کا شکر بھی نہیں کرے گا۔</w:t>
      </w:r>
    </w:p>
    <w:p>
      <w:r>
        <w:rPr>
          <w:b/>
        </w:rPr>
        <w:t xml:space="preserve">[29:39] </w:t>
      </w:r>
      <w:r>
        <w:t>shukr kya hai? shukr hai acknowledge karna.</w:t>
      </w:r>
    </w:p>
    <w:p>
      <w:pPr>
        <w:jc w:val="right"/>
      </w:pPr>
      <w:r>
        <w:t>شکر کیا ہے؟ شکر ہے acknowledge کرنا۔</w:t>
      </w:r>
    </w:p>
    <w:p>
      <w:r>
        <w:rPr>
          <w:b/>
        </w:rPr>
        <w:t xml:space="preserve">[29:45] </w:t>
      </w:r>
      <w:r>
        <w:t>acknowledge karne ko shukr kaha jata hai.</w:t>
      </w:r>
    </w:p>
    <w:p>
      <w:pPr>
        <w:jc w:val="right"/>
      </w:pPr>
      <w:r>
        <w:t>acknowledge کرنے کو شکر کہا جاتا ہے۔</w:t>
      </w:r>
    </w:p>
    <w:p>
      <w:r>
        <w:rPr>
          <w:b/>
        </w:rPr>
        <w:t xml:space="preserve">[29:51] </w:t>
      </w:r>
      <w:r>
        <w:t>yani kisi ka contribution hai, kisi ka, aap kisi ne aap ke sath kuch kiya hai, us ko</w:t>
      </w:r>
    </w:p>
    <w:p>
      <w:pPr>
        <w:jc w:val="right"/>
      </w:pPr>
      <w:r>
        <w:t>یعنی کسی کا contribution ہے، کسی کا، آپ کسی نے آپ کے ساتھ کچھ کیا ہے، اس کو</w:t>
      </w:r>
    </w:p>
    <w:p>
      <w:r>
        <w:rPr>
          <w:b/>
        </w:rPr>
        <w:t xml:space="preserve">[29:57] </w:t>
      </w:r>
      <w:r>
        <w:t>aap acknowledge karen to isi ka naam shukr hai.</w:t>
      </w:r>
    </w:p>
    <w:p>
      <w:pPr>
        <w:jc w:val="right"/>
      </w:pPr>
      <w:r>
        <w:t>آپ acknowledge کریں تو اسی کا نام شکر ہے۔</w:t>
      </w:r>
    </w:p>
    <w:p>
      <w:r>
        <w:rPr>
          <w:b/>
        </w:rPr>
        <w:t xml:space="preserve">[30:03] </w:t>
      </w:r>
      <w:r>
        <w:t>kisi ne aap ke sath kuch kiya ho, aap us ko acknowledge karen.</w:t>
      </w:r>
    </w:p>
    <w:p>
      <w:pPr>
        <w:jc w:val="right"/>
      </w:pPr>
      <w:r>
        <w:t>کسی نے آپ کے ساتھ کچھ کیا ہو، آپ اس کو acknowledge کریں۔</w:t>
      </w:r>
    </w:p>
    <w:p>
      <w:r>
        <w:rPr>
          <w:b/>
        </w:rPr>
        <w:t xml:space="preserve">[30:09] </w:t>
      </w:r>
      <w:r>
        <w:t>dil se to isi ka naam shukr hai.</w:t>
      </w:r>
    </w:p>
    <w:p>
      <w:pPr>
        <w:jc w:val="right"/>
      </w:pPr>
      <w:r>
        <w:t>دل سے تو اسی کا نام شکر ہے۔</w:t>
      </w:r>
    </w:p>
    <w:p>
      <w:r>
        <w:rPr>
          <w:b/>
        </w:rPr>
        <w:t xml:space="preserve">[30:15] </w:t>
      </w:r>
      <w:r>
        <w:t>to yeh acknowledgement Khuda ke liye bhi matloob hai, insaan ke liye bhi matloob hai.</w:t>
      </w:r>
    </w:p>
    <w:p>
      <w:pPr>
        <w:jc w:val="right"/>
      </w:pPr>
      <w:r>
        <w:t>تو یہ acknowledgement خدا کے لیے بھی مطلوب ہے، انسان کے لیے بھی مطلوب ہے۔</w:t>
      </w:r>
    </w:p>
    <w:p>
      <w:r>
        <w:rPr>
          <w:b/>
        </w:rPr>
        <w:t xml:space="preserve">[30:21] </w:t>
      </w:r>
      <w:r>
        <w:t>donon ke liye.</w:t>
      </w:r>
    </w:p>
    <w:p>
      <w:pPr>
        <w:jc w:val="right"/>
      </w:pPr>
      <w:r>
        <w:t>دونوں کے لیے۔</w:t>
      </w:r>
    </w:p>
    <w:p>
      <w:r>
        <w:rPr>
          <w:b/>
        </w:rPr>
        <w:t xml:space="preserve">[30:27] </w:t>
      </w:r>
      <w:r>
        <w:t>kyon? Khuda ne aap ko paida kiya, Khuda ne aap ke liye ek life support system diya.</w:t>
      </w:r>
    </w:p>
    <w:p>
      <w:pPr>
        <w:jc w:val="right"/>
      </w:pPr>
      <w:r>
        <w:t>کیوں؟ خدا نے آپ کو پیدا کیا، خدا نے آپ کے لیے ایک life support system دیا۔</w:t>
      </w:r>
    </w:p>
    <w:p>
      <w:r>
        <w:rPr>
          <w:b/>
        </w:rPr>
        <w:t xml:space="preserve">[30:33] </w:t>
      </w:r>
      <w:r>
        <w:t>universal level par Khuda ne aap ke liye woh sare intazamat kiye ke aap dunya mein reh saken.</w:t>
      </w:r>
    </w:p>
    <w:p>
      <w:pPr>
        <w:jc w:val="right"/>
      </w:pPr>
      <w:r>
        <w:t>universal level پر خدا نے آپ کے لیے وہ سارے انتظامات کیے کہ آپ دنیا میں رہ سکیں۔</w:t>
      </w:r>
    </w:p>
    <w:p>
      <w:r>
        <w:rPr>
          <w:b/>
        </w:rPr>
        <w:t xml:space="preserve">[30:39] </w:t>
      </w:r>
      <w:r>
        <w:t>to Khuda ke diye hue life support system ko jab aap sochte hain to Khuda ke liye aap</w:t>
      </w:r>
    </w:p>
    <w:p>
      <w:pPr>
        <w:jc w:val="right"/>
      </w:pPr>
      <w:r>
        <w:t>تو خدا کے دیئے ہوئے life support system کو جب آپ سوچتے ہیں تو خدا کے لیے آپ</w:t>
      </w:r>
    </w:p>
    <w:p>
      <w:r>
        <w:rPr>
          <w:b/>
        </w:rPr>
        <w:t xml:space="preserve">[30:45] </w:t>
      </w:r>
      <w:r>
        <w:t>ke andar shukr aata hai.</w:t>
      </w:r>
    </w:p>
    <w:p>
      <w:pPr>
        <w:jc w:val="right"/>
      </w:pPr>
      <w:r>
        <w:t>کے اندر شکر آتا ہے۔</w:t>
      </w:r>
    </w:p>
    <w:p>
      <w:r>
        <w:rPr>
          <w:b/>
        </w:rPr>
        <w:t xml:space="preserve">[30:51] </w:t>
      </w:r>
      <w:r>
        <w:t>dusri taraf insaan jo hai, us ki bhi lambi effort karti hai ke main aap ko cheezen mil rahi hain.</w:t>
      </w:r>
    </w:p>
    <w:p>
      <w:pPr>
        <w:jc w:val="right"/>
      </w:pPr>
      <w:r>
        <w:t>دوسری طرف انسان جو ہے، اس کی بھی لمبی effort کرتی ہے کہ میں آپ کو چیزیں مل رہی ہیں۔</w:t>
      </w:r>
    </w:p>
    <w:p>
      <w:r>
        <w:rPr>
          <w:b/>
        </w:rPr>
        <w:t xml:space="preserve">[30:57] </w:t>
      </w:r>
      <w:r>
        <w:t>jo kuch bhi hai, kapra hai, jota hai, bartan hai, bijli hai, ghar hai.</w:t>
      </w:r>
    </w:p>
    <w:p>
      <w:pPr>
        <w:jc w:val="right"/>
      </w:pPr>
      <w:r>
        <w:t>جو کچھ بھی ہے، کپڑا ہے، جوتا ہے، برتن ہے، بجلی ہے، گھر ہے۔</w:t>
      </w:r>
    </w:p>
    <w:p>
      <w:r>
        <w:rPr>
          <w:b/>
        </w:rPr>
        <w:t xml:space="preserve">[31:03] </w:t>
      </w:r>
      <w:r>
        <w:t>yeh insaan ki lambi effort ke baad aap ko mila hai yeh sab cheezen.</w:t>
      </w:r>
    </w:p>
    <w:p>
      <w:pPr>
        <w:jc w:val="right"/>
      </w:pPr>
      <w:r>
        <w:t>یہ انسان کی لمبی effort کے بعد آپ کو ملا ہے یہ سب چیزیں۔</w:t>
      </w:r>
    </w:p>
    <w:p>
      <w:r>
        <w:rPr>
          <w:b/>
        </w:rPr>
        <w:t xml:space="preserve">[31:09] </w:t>
      </w:r>
      <w:r>
        <w:t>jaise main aap ko ek misaal deta hoon.</w:t>
      </w:r>
    </w:p>
    <w:p>
      <w:pPr>
        <w:jc w:val="right"/>
      </w:pPr>
      <w:r>
        <w:t>جیسے میں آپ کو ایک مثال دیتا ہوں۔</w:t>
      </w:r>
    </w:p>
    <w:p>
      <w:r>
        <w:rPr>
          <w:b/>
        </w:rPr>
        <w:t xml:space="preserve">[31:15] </w:t>
      </w:r>
      <w:r>
        <w:t>ek glass pani ka lie jiye aap, shishe ke glass mein pani dalie.</w:t>
      </w:r>
    </w:p>
    <w:p>
      <w:pPr>
        <w:jc w:val="right"/>
      </w:pPr>
      <w:r>
        <w:t>ایک گلاس پانی کا لیجیے آپ، شیشے کے گلاس میں پانی ڈالیے۔</w:t>
      </w:r>
    </w:p>
    <w:p>
      <w:r>
        <w:rPr>
          <w:b/>
        </w:rPr>
        <w:t xml:space="preserve">[31:21] </w:t>
      </w:r>
      <w:r>
        <w:t>aap hath mein lie jiye shishe ke glass ko pani ke sath.</w:t>
      </w:r>
    </w:p>
    <w:p>
      <w:pPr>
        <w:jc w:val="right"/>
      </w:pPr>
      <w:r>
        <w:t>آپ ہاتھ میں لیجیے شیشے کے گلاس کو پانی کے ساتھ۔</w:t>
      </w:r>
    </w:p>
    <w:p>
      <w:r>
        <w:rPr>
          <w:b/>
        </w:rPr>
        <w:t xml:space="preserve">[31:27] </w:t>
      </w:r>
      <w:r>
        <w:t>aap dekhenge pani to aap sochiye, apne mind ko activate kijiye ke pani kya cheez hai.</w:t>
      </w:r>
    </w:p>
    <w:p>
      <w:pPr>
        <w:jc w:val="right"/>
      </w:pPr>
      <w:r>
        <w:t>آپ دیکھیں گے پانی تو آپ سوچیے، اپنے mind کو activate کیجیے کہ پانی کیا چیز ہے۔</w:t>
      </w:r>
    </w:p>
    <w:p>
      <w:r>
        <w:rPr>
          <w:b/>
        </w:rPr>
        <w:t xml:space="preserve">[31:33] </w:t>
      </w:r>
      <w:r>
        <w:t>pani jo hai, insaan ki sab se bari zaroorat hai.</w:t>
      </w:r>
    </w:p>
    <w:p>
      <w:pPr>
        <w:jc w:val="right"/>
      </w:pPr>
      <w:r>
        <w:t>پانی جو ہے، انسان کی سب سے بڑی ضرورت ہے۔</w:t>
      </w:r>
    </w:p>
    <w:p>
      <w:r>
        <w:rPr>
          <w:b/>
        </w:rPr>
        <w:t xml:space="preserve">[31:39] </w:t>
      </w:r>
      <w:r>
        <w:t>Without water there is no life.</w:t>
      </w:r>
    </w:p>
    <w:p>
      <w:pPr>
        <w:jc w:val="right"/>
      </w:pPr>
      <w:r>
        <w:t>Without water there is no life.</w:t>
      </w:r>
    </w:p>
    <w:p>
      <w:r>
        <w:rPr>
          <w:b/>
        </w:rPr>
        <w:t xml:space="preserve">[31:45] </w:t>
      </w:r>
      <w:r>
        <w:t>hamari body ka bara hissa, yaani more than 90% pani hi pani hai.</w:t>
      </w:r>
    </w:p>
    <w:p>
      <w:pPr>
        <w:jc w:val="right"/>
      </w:pPr>
      <w:r>
        <w:t>ہماری body کا بڑا حصہ، یعنی more than 90% پانی ہی پانی ہے۔</w:t>
      </w:r>
    </w:p>
    <w:p>
      <w:r>
        <w:rPr>
          <w:b/>
        </w:rPr>
        <w:t xml:space="preserve">[31:51] </w:t>
      </w:r>
      <w:r>
        <w:t>pani se zindagi hai, pani se plant hotay hain, pani se sabzi hai, pani se sab kuch hai.</w:t>
      </w:r>
    </w:p>
    <w:p>
      <w:pPr>
        <w:jc w:val="right"/>
      </w:pPr>
      <w:r>
        <w:t>پانی سے زندگی ہے، پانی سے plant ہوتے ہیں، پانی سے سبزی ہے، پانی سے سب کچھ ہے۔</w:t>
      </w:r>
    </w:p>
    <w:p>
      <w:r>
        <w:rPr>
          <w:b/>
        </w:rPr>
        <w:t xml:space="preserve">[31:57] </w:t>
      </w:r>
      <w:r>
        <w:t>to Khuda ne is dunya mein itna zyada pani paida kar diya ke yeh jo globe hai, is</w:t>
      </w:r>
    </w:p>
    <w:p>
      <w:pPr>
        <w:jc w:val="right"/>
      </w:pPr>
      <w:r>
        <w:t>تو خدا نے اس دنیا میں اتنا زیادہ پانی پیدا کر دیا کہ یہ جو globe ہے، اس</w:t>
      </w:r>
    </w:p>
    <w:p>
      <w:r>
        <w:rPr>
          <w:b/>
        </w:rPr>
        <w:t xml:space="preserve">[32:03] </w:t>
      </w:r>
      <w:r>
        <w:t>globe ka one fourth land hai, three fourths ocean hai.</w:t>
      </w:r>
    </w:p>
    <w:p>
      <w:pPr>
        <w:jc w:val="right"/>
      </w:pPr>
      <w:r>
        <w:t>globe کا one fourth land ہے، three fourths ocean ہے۔</w:t>
      </w:r>
    </w:p>
    <w:p>
      <w:r>
        <w:rPr>
          <w:b/>
        </w:rPr>
        <w:t xml:space="preserve">[32:10] </w:t>
      </w:r>
      <w:r>
        <w:t>three fourths jo hai, woh sea aur ocean hai, is mein pani bhara hua hai.</w:t>
      </w:r>
    </w:p>
    <w:p>
      <w:pPr>
        <w:jc w:val="right"/>
      </w:pPr>
      <w:r>
        <w:t>three fourths جو ہے، وہ sea اور ocean ہے، اس میں پانی بھرا ہوا ہے۔</w:t>
      </w:r>
    </w:p>
    <w:p>
      <w:r>
        <w:rPr>
          <w:b/>
        </w:rPr>
        <w:t xml:space="preserve">[32:16] </w:t>
      </w:r>
      <w:r>
        <w:t>one fourth land hai jahan hum aap rehte hain aur kheti karte hain.</w:t>
      </w:r>
    </w:p>
    <w:p>
      <w:pPr>
        <w:jc w:val="right"/>
      </w:pPr>
      <w:r>
        <w:t>one fourth land ہے جہاں ہم آپ رہتے ہیں اور کھیتی کرتے ہیں۔</w:t>
      </w:r>
    </w:p>
    <w:p>
      <w:r>
        <w:rPr>
          <w:b/>
        </w:rPr>
        <w:t xml:space="preserve">[32:22] </w:t>
      </w:r>
      <w:r>
        <w:t>aur three fourths jo hai, woh reservoir hai, pani ka reservoir.</w:t>
      </w:r>
    </w:p>
    <w:p>
      <w:pPr>
        <w:jc w:val="right"/>
      </w:pPr>
      <w:r>
        <w:t>اور three fourths جو ہے، وہ reservoir ہے، پانی کا reservoir۔</w:t>
      </w:r>
    </w:p>
    <w:p>
      <w:r>
        <w:rPr>
          <w:b/>
        </w:rPr>
        <w:t xml:space="preserve">[32:28] </w:t>
      </w:r>
      <w:r>
        <w:t>ocean aur aur sea kya hai? pani ka reservoir hai.</w:t>
      </w:r>
    </w:p>
    <w:p>
      <w:pPr>
        <w:jc w:val="right"/>
      </w:pPr>
      <w:r>
        <w:t>ocean اور اور sea کیا ہے؟ پانی کا reservoir ہے۔</w:t>
      </w:r>
    </w:p>
    <w:p>
      <w:r>
        <w:rPr>
          <w:b/>
        </w:rPr>
        <w:t xml:space="preserve">[32:34] </w:t>
      </w:r>
      <w:r>
        <w:t>pani kaise bana? do gases, hydrogen aur oxygen ke atom mile to pani ban gaya.</w:t>
      </w:r>
    </w:p>
    <w:p>
      <w:pPr>
        <w:jc w:val="right"/>
      </w:pPr>
      <w:r>
        <w:t>پانی کیسے بنا؟ دو گیسز، hydrogen اور oxygen کے atom ملے تو پانی بن گیا۔</w:t>
      </w:r>
    </w:p>
    <w:p>
      <w:r>
        <w:rPr>
          <w:b/>
        </w:rPr>
        <w:t xml:space="preserve">[32:40] </w:t>
      </w:r>
      <w:r>
        <w:t>kaisi anokhi baat hai.</w:t>
      </w:r>
    </w:p>
    <w:p>
      <w:pPr>
        <w:jc w:val="right"/>
      </w:pPr>
      <w:r>
        <w:t>کیسی انوکھی بات ہے۔</w:t>
      </w:r>
    </w:p>
    <w:p>
      <w:r>
        <w:rPr>
          <w:b/>
        </w:rPr>
        <w:t xml:space="preserve">[32:46] </w:t>
      </w:r>
      <w:r>
        <w:t>yaani hydrogen bhi gas aur oxygen bhi gas, alag se dono gases hain.</w:t>
      </w:r>
    </w:p>
    <w:p>
      <w:pPr>
        <w:jc w:val="right"/>
      </w:pPr>
      <w:r>
        <w:t>یعنی hydrogen بھی گیس اور oxygen بھی گیس، الگ سے دونوں گیسز ہیں۔</w:t>
      </w:r>
    </w:p>
    <w:p>
      <w:r>
        <w:rPr>
          <w:b/>
        </w:rPr>
        <w:t xml:space="preserve">[32:52] </w:t>
      </w:r>
      <w:r>
        <w:t>mila diya to pani bana diya Khuda ne is ko.</w:t>
      </w:r>
    </w:p>
    <w:p>
      <w:pPr>
        <w:jc w:val="right"/>
      </w:pPr>
      <w:r>
        <w:t>ملا دیا تو پانی بنا دیا خدا نے اس کو۔</w:t>
      </w:r>
    </w:p>
    <w:p>
      <w:r>
        <w:rPr>
          <w:b/>
        </w:rPr>
        <w:t xml:space="preserve">[32:58] </w:t>
      </w:r>
      <w:r>
        <w:t>to itne abundant miqdar mein Khuda ne pani rakh diya zameen par ke sari zarooraten hamari poori hoti rahen.</w:t>
      </w:r>
    </w:p>
    <w:p>
      <w:pPr>
        <w:jc w:val="right"/>
      </w:pPr>
      <w:r>
        <w:t>تو اتنے abundant مقدار میں خدا نے پانی رکھ دیا زمین پر کہ ساری ضرورتیں ہماری پوری ہوتی رہیں۔</w:t>
      </w:r>
    </w:p>
    <w:p>
      <w:r>
        <w:rPr>
          <w:b/>
        </w:rPr>
        <w:t xml:space="preserve">[33:04] </w:t>
      </w:r>
      <w:r>
        <w:t>ab aap pani ka glass jab aap dekhte hain to ek poori history aap ke samne aye gi.</w:t>
      </w:r>
    </w:p>
    <w:p>
      <w:pPr>
        <w:jc w:val="right"/>
      </w:pPr>
      <w:r>
        <w:t>اب آپ پانی کا گلاس جب آپ دیکھتے ہیں تو ایک پوری history آپ کے سامنے آئے گی۔</w:t>
      </w:r>
    </w:p>
    <w:p>
      <w:r>
        <w:rPr>
          <w:b/>
        </w:rPr>
        <w:t xml:space="preserve">[33:10] </w:t>
      </w:r>
      <w:r>
        <w:t>ke billion billion saal pehle yeh zameen khushk thi, just like rock thi, rock.</w:t>
      </w:r>
    </w:p>
    <w:p>
      <w:pPr>
        <w:jc w:val="right"/>
      </w:pPr>
      <w:r>
        <w:t>کہ بلین بلین سال پہلے یہ زمین خشک تھی، just like rock تھی، rock۔</w:t>
      </w:r>
    </w:p>
    <w:p>
      <w:r>
        <w:rPr>
          <w:b/>
        </w:rPr>
        <w:t xml:space="preserve">[33:16] </w:t>
      </w:r>
      <w:r>
        <w:t>phir Khuda ne anokhay tor par pani paida kiya aur barishain huin.</w:t>
      </w:r>
    </w:p>
    <w:p>
      <w:pPr>
        <w:jc w:val="right"/>
      </w:pPr>
      <w:r>
        <w:t>پھر خدا نے انوکھے طور پر پانی پیدا کیا اور بارشیں ہوئیں۔</w:t>
      </w:r>
    </w:p>
    <w:p>
      <w:r>
        <w:rPr>
          <w:b/>
        </w:rPr>
        <w:t xml:space="preserve">[33:22] </w:t>
      </w:r>
      <w:r>
        <w:t>jal thal ho gaya zameen par pani.</w:t>
      </w:r>
    </w:p>
    <w:p>
      <w:pPr>
        <w:jc w:val="right"/>
      </w:pPr>
      <w:r>
        <w:t>جل تھل ہوگیا زمین پر پانی۔</w:t>
      </w:r>
    </w:p>
    <w:p>
      <w:r>
        <w:rPr>
          <w:b/>
        </w:rPr>
        <w:t xml:space="preserve">[33:28] </w:t>
      </w:r>
      <w:r>
        <w:t>yahan par ocean bane aur sea bane aur daryayen banin aur chashmay bane.</w:t>
      </w:r>
    </w:p>
    <w:p>
      <w:pPr>
        <w:jc w:val="right"/>
      </w:pPr>
      <w:r>
        <w:t>یہاں پر ocean بنے اور sea بنے اور دریائیں بنیں اور چشمے بنے۔</w:t>
      </w:r>
    </w:p>
    <w:p>
      <w:r>
        <w:rPr>
          <w:b/>
        </w:rPr>
        <w:t xml:space="preserve">[33:34] </w:t>
      </w:r>
      <w:r>
        <w:t>paharon par barf jami.</w:t>
      </w:r>
    </w:p>
    <w:p>
      <w:pPr>
        <w:jc w:val="right"/>
      </w:pPr>
      <w:r>
        <w:t>پہاڑوں پر برف جمی۔</w:t>
      </w:r>
    </w:p>
    <w:p>
      <w:r>
        <w:rPr>
          <w:b/>
        </w:rPr>
        <w:t xml:space="preserve">[33:40] </w:t>
      </w:r>
      <w:r>
        <w:t>yeh billion billion saal pehle aur lakhon saal tak aisa hota raha.</w:t>
      </w:r>
    </w:p>
    <w:p>
      <w:pPr>
        <w:jc w:val="right"/>
      </w:pPr>
      <w:r>
        <w:t>یہ بلین بلین سال پہلے اور لاکھوں سال تک ایسا ہوتا رہا۔</w:t>
      </w:r>
    </w:p>
    <w:p>
      <w:r>
        <w:rPr>
          <w:b/>
        </w:rPr>
        <w:t xml:space="preserve">[33:46] </w:t>
      </w:r>
      <w:r>
        <w:t>phir aap dekhiye ke Khuda ne pani ko jo ke jo reservoir hai pani ke, ocean aur sea,</w:t>
      </w:r>
    </w:p>
    <w:p>
      <w:pPr>
        <w:jc w:val="right"/>
      </w:pPr>
      <w:r>
        <w:t>پھر آپ دیکھیے کہ خدا نے پانی کو جو کہ جو reservoir ہے پانی کے، ocean اور sea،</w:t>
      </w:r>
    </w:p>
    <w:p>
      <w:r>
        <w:rPr>
          <w:b/>
        </w:rPr>
        <w:t xml:space="preserve">[33:52] </w:t>
      </w:r>
      <w:r>
        <w:t>wahan pani ke sath namak mila hua hota hai.</w:t>
      </w:r>
    </w:p>
    <w:p>
      <w:pPr>
        <w:jc w:val="right"/>
      </w:pPr>
      <w:r>
        <w:t>وہاں پانی کے ساتھ نمک ملا ہوا ہوتا ہے۔</w:t>
      </w:r>
    </w:p>
    <w:p>
      <w:r>
        <w:rPr>
          <w:b/>
        </w:rPr>
        <w:t xml:space="preserve">[33:58] </w:t>
      </w:r>
      <w:r>
        <w:t>salt mila hua hota hai.</w:t>
      </w:r>
    </w:p>
    <w:p>
      <w:pPr>
        <w:jc w:val="right"/>
      </w:pPr>
      <w:r>
        <w:t>salt ملا ہوا ہوتا ہے۔</w:t>
      </w:r>
    </w:p>
    <w:p>
      <w:r>
        <w:rPr>
          <w:b/>
        </w:rPr>
        <w:t xml:space="preserve">[34:04] </w:t>
      </w:r>
      <w:r>
        <w:t>woh itna khari hota hai ke aap us ko pee nahi sakte.</w:t>
      </w:r>
    </w:p>
    <w:p>
      <w:pPr>
        <w:jc w:val="right"/>
      </w:pPr>
      <w:r>
        <w:t>وہ اتنا کھاری ہوتا ہے کہ آپ اس کو پی نہیں سکتے۔</w:t>
      </w:r>
    </w:p>
    <w:p>
      <w:r>
        <w:rPr>
          <w:b/>
        </w:rPr>
        <w:t xml:space="preserve">[34:10] </w:t>
      </w:r>
      <w:r>
        <w:t>agriculture ke liye bhi nahi, horticulture ke liye bhi nahi.</w:t>
      </w:r>
    </w:p>
    <w:p>
      <w:pPr>
        <w:jc w:val="right"/>
      </w:pPr>
      <w:r>
        <w:t>agriculture کے لیے بھی نہیں، horticulture کے لیے بھی نہیں۔</w:t>
      </w:r>
    </w:p>
    <w:p>
      <w:r>
        <w:rPr>
          <w:b/>
        </w:rPr>
        <w:t xml:space="preserve">[34:16] </w:t>
      </w:r>
      <w:r>
        <w:t>to khuda ne ek universal level par ek nizam banaya ke suraj ki garmi se pani bhap ban</w:t>
      </w:r>
    </w:p>
    <w:p>
      <w:pPr>
        <w:jc w:val="right"/>
      </w:pPr>
      <w:r>
        <w:t>تو خدا نے ایک universal level پر ایک نظام بنایا کہ سورج کی گرمی سے پانی بھاپ بن</w:t>
      </w:r>
    </w:p>
    <w:p>
      <w:r>
        <w:rPr>
          <w:b/>
        </w:rPr>
        <w:t xml:space="preserve">[34:22] </w:t>
      </w:r>
      <w:r>
        <w:t>ke upar uthe.</w:t>
      </w:r>
    </w:p>
    <w:p>
      <w:pPr>
        <w:jc w:val="right"/>
      </w:pPr>
      <w:r>
        <w:t>کے اوپر اٹھے۔</w:t>
      </w:r>
    </w:p>
    <w:p>
      <w:r>
        <w:rPr>
          <w:b/>
        </w:rPr>
        <w:t xml:space="preserve">[34:28] </w:t>
      </w:r>
      <w:r>
        <w:t>wo upar jaye atmosphere mein, wahan par particles hain jo usko dobara heavy karte hain.</w:t>
      </w:r>
    </w:p>
    <w:p>
      <w:pPr>
        <w:jc w:val="right"/>
      </w:pPr>
      <w:r>
        <w:t>وہ اوپر جائے atmosphere میں، وہاں پر particles ہیں جو اس کو دوبارہ heavy کرتے ہیں۔</w:t>
      </w:r>
    </w:p>
    <w:p>
      <w:r>
        <w:rPr>
          <w:b/>
        </w:rPr>
        <w:t xml:space="preserve">[34:34] </w:t>
      </w:r>
      <w:r>
        <w:t>yani khuda ne aisa kiya ke pani to halka ho aur salt heavy ho.</w:t>
      </w:r>
    </w:p>
    <w:p>
      <w:pPr>
        <w:jc w:val="right"/>
      </w:pPr>
      <w:r>
        <w:t>یعنی خدا نے ایسا کیا کہ پانی تو ہلکا ہو اور salt heavy ہو۔</w:t>
      </w:r>
    </w:p>
    <w:p>
      <w:r>
        <w:rPr>
          <w:b/>
        </w:rPr>
        <w:t xml:space="preserve">[34:40] </w:t>
      </w:r>
      <w:r>
        <w:t>to jab is par dhoop padti hai to salt content heavy hone ki wajah se neeche reh jata hai.</w:t>
      </w:r>
    </w:p>
    <w:p>
      <w:pPr>
        <w:jc w:val="right"/>
      </w:pPr>
      <w:r>
        <w:t>تو جب اس پر دھوپ پڑتی ہے تو salt content heavy ہونے کی وجہ سے نیچے رہ جاتا ہے۔</w:t>
      </w:r>
    </w:p>
    <w:p>
      <w:r>
        <w:rPr>
          <w:b/>
        </w:rPr>
        <w:t xml:space="preserve">[34:46] </w:t>
      </w:r>
      <w:r>
        <w:t>aur water content jo hai, wo lighter hone ki wajah se upar uth jata hai.</w:t>
      </w:r>
    </w:p>
    <w:p>
      <w:pPr>
        <w:jc w:val="right"/>
      </w:pPr>
      <w:r>
        <w:t>اور water content جو ہے، وہ lighter ہونے کی وجہ سے اوپر اٹھ جاتا ہے۔</w:t>
      </w:r>
    </w:p>
    <w:p>
      <w:r>
        <w:rPr>
          <w:b/>
        </w:rPr>
        <w:t xml:space="preserve">[34:53] </w:t>
      </w:r>
      <w:r>
        <w:t>itna bada nizam, itna bada nizam.</w:t>
      </w:r>
    </w:p>
    <w:p>
      <w:pPr>
        <w:jc w:val="right"/>
      </w:pPr>
      <w:r>
        <w:t>اتنا بڑا نظام، اتنا بڑا نظام۔</w:t>
      </w:r>
    </w:p>
    <w:p>
      <w:r>
        <w:rPr>
          <w:b/>
        </w:rPr>
        <w:t xml:space="preserve">[34:59] </w:t>
      </w:r>
      <w:r>
        <w:t>to pehle to salt milaya isko preservative ke taur par.</w:t>
      </w:r>
    </w:p>
    <w:p>
      <w:pPr>
        <w:jc w:val="right"/>
      </w:pPr>
      <w:r>
        <w:t>تو پہلے تو salt ملایا اس کو preservative کے طور پر۔</w:t>
      </w:r>
    </w:p>
    <w:p>
      <w:r>
        <w:rPr>
          <w:b/>
        </w:rPr>
        <w:t xml:space="preserve">[35:05] </w:t>
      </w:r>
      <w:r>
        <w:t>kyunki salt na hota to pani kharab ho jata.</w:t>
      </w:r>
    </w:p>
    <w:p>
      <w:pPr>
        <w:jc w:val="right"/>
      </w:pPr>
      <w:r>
        <w:t>کیونکہ salt نہ ہوتا تو پانی خراب ہو جاتا۔</w:t>
      </w:r>
    </w:p>
    <w:p>
      <w:r>
        <w:rPr>
          <w:b/>
        </w:rPr>
        <w:t xml:space="preserve">[35:11] </w:t>
      </w:r>
      <w:r>
        <w:t>to itne bade intezam ke tehat khuda ne pani banaya, isko reservoir mein rakha, wahan par preservative</w:t>
      </w:r>
    </w:p>
    <w:p>
      <w:pPr>
        <w:jc w:val="right"/>
      </w:pPr>
      <w:r>
        <w:t>تو اتنے بڑے انتظام کے تحت خدا نے پانی بنایا، اس کو reservoir میں رکھا، وہاں پر preservative</w:t>
      </w:r>
    </w:p>
    <w:p>
      <w:r>
        <w:rPr>
          <w:b/>
        </w:rPr>
        <w:t xml:space="preserve">[35:17] </w:t>
      </w:r>
      <w:r>
        <w:t>ke taur par namak milaya.</w:t>
      </w:r>
    </w:p>
    <w:p>
      <w:pPr>
        <w:jc w:val="right"/>
      </w:pPr>
      <w:r>
        <w:t>کے طور پر نمک ملایا۔</w:t>
      </w:r>
    </w:p>
    <w:p>
      <w:r>
        <w:rPr>
          <w:b/>
        </w:rPr>
        <w:t xml:space="preserve">[35:23] </w:t>
      </w:r>
      <w:r>
        <w:t>phir rain ka system banaya, itna bada.</w:t>
      </w:r>
    </w:p>
    <w:p>
      <w:pPr>
        <w:jc w:val="right"/>
      </w:pPr>
      <w:r>
        <w:t>پھر rain کا system بنایا، اتنا بڑا۔</w:t>
      </w:r>
    </w:p>
    <w:p>
      <w:r>
        <w:rPr>
          <w:b/>
        </w:rPr>
        <w:t xml:space="preserve">[35:29] </w:t>
      </w:r>
      <w:r>
        <w:t>itna bada rain ka system.</w:t>
      </w:r>
    </w:p>
    <w:p>
      <w:pPr>
        <w:jc w:val="right"/>
      </w:pPr>
      <w:r>
        <w:t>اتنا بڑا rain کا system۔</w:t>
      </w:r>
    </w:p>
    <w:p>
      <w:r>
        <w:rPr>
          <w:b/>
        </w:rPr>
        <w:t xml:space="preserve">[35:35] </w:t>
      </w:r>
      <w:r>
        <w:t>jisse pani jata hai upar, phir fresh water neeche lot'ta hai.</w:t>
      </w:r>
    </w:p>
    <w:p>
      <w:pPr>
        <w:jc w:val="right"/>
      </w:pPr>
      <w:r>
        <w:t>جس سے پانی جاتا ہے اوپر، پھر fresh water نیچے لوٹتا ہے۔</w:t>
      </w:r>
    </w:p>
    <w:p>
      <w:r>
        <w:rPr>
          <w:b/>
        </w:rPr>
        <w:t xml:space="preserve">[35:41] </w:t>
      </w:r>
      <w:r>
        <w:t>kahin daryaon mein, kahin samandar mein, kahin darakht, kahin pahadon ke upar barf mein.</w:t>
      </w:r>
    </w:p>
    <w:p>
      <w:pPr>
        <w:jc w:val="right"/>
      </w:pPr>
      <w:r>
        <w:t>کہیں دریاؤں میں، کہیں سمندر میں، کہیں درخت، کہیں پہاڑوں کے اوپر برف میں۔</w:t>
      </w:r>
    </w:p>
    <w:p>
      <w:r>
        <w:rPr>
          <w:b/>
        </w:rPr>
        <w:t xml:space="preserve">[35:47] </w:t>
      </w:r>
      <w:r>
        <w:t>itne sare intezam kar ke tab pani mila humein.</w:t>
      </w:r>
    </w:p>
    <w:p>
      <w:pPr>
        <w:jc w:val="right"/>
      </w:pPr>
      <w:r>
        <w:t>اتنے سارے انتظام کر کے تب پانی ملا ہمیں۔</w:t>
      </w:r>
    </w:p>
    <w:p>
      <w:r>
        <w:rPr>
          <w:b/>
        </w:rPr>
        <w:t xml:space="preserve">[35:53] </w:t>
      </w:r>
      <w:r>
        <w:t>ab aap glass of water jo lenge to jab sochenge is pani ke bare mein to</w:t>
      </w:r>
    </w:p>
    <w:p>
      <w:pPr>
        <w:jc w:val="right"/>
      </w:pPr>
      <w:r>
        <w:t>اب آپ گلاس of water جو لیں گے تو جب سوچیں گے اس پانی کے بارے میں تو</w:t>
      </w:r>
    </w:p>
    <w:p>
      <w:r>
        <w:rPr>
          <w:b/>
        </w:rPr>
        <w:t xml:space="preserve">[35:59] </w:t>
      </w:r>
      <w:r>
        <w:t>آپ کو ایک thrilling experience ہوگا, thrilling experience.</w:t>
      </w:r>
    </w:p>
    <w:p>
      <w:pPr>
        <w:jc w:val="right"/>
      </w:pPr>
      <w:r>
        <w:t>آپ کو ایک thrilling experience ہوگا، thrilling experience۔</w:t>
      </w:r>
    </w:p>
    <w:p>
      <w:r>
        <w:rPr>
          <w:b/>
        </w:rPr>
        <w:t xml:space="preserve">[36:05] </w:t>
      </w:r>
      <w:r>
        <w:t>isi ka naam shukr hai.</w:t>
      </w:r>
    </w:p>
    <w:p>
      <w:pPr>
        <w:jc w:val="right"/>
      </w:pPr>
      <w:r>
        <w:t>اسی کا نام شکر ہے۔</w:t>
      </w:r>
    </w:p>
    <w:p>
      <w:r>
        <w:rPr>
          <w:b/>
        </w:rPr>
        <w:t xml:space="preserve">[36:11] </w:t>
      </w:r>
      <w:r>
        <w:t>ek thrilling experience hoga jiska naam shukr hai.</w:t>
      </w:r>
    </w:p>
    <w:p>
      <w:pPr>
        <w:jc w:val="right"/>
      </w:pPr>
      <w:r>
        <w:t>ایک thrilling experience ہوگا جس کا نام شکر ہے۔</w:t>
      </w:r>
    </w:p>
    <w:p>
      <w:r>
        <w:rPr>
          <w:b/>
        </w:rPr>
        <w:t xml:space="preserve">[36:17] </w:t>
      </w:r>
      <w:r>
        <w:t>ab aap aaiye glass ki taraf.</w:t>
      </w:r>
    </w:p>
    <w:p>
      <w:pPr>
        <w:jc w:val="right"/>
      </w:pPr>
      <w:r>
        <w:t>اب آپ آئیے گلاس کی طرف۔</w:t>
      </w:r>
    </w:p>
    <w:p>
      <w:r>
        <w:rPr>
          <w:b/>
        </w:rPr>
        <w:t xml:space="preserve">[36:23] </w:t>
      </w:r>
      <w:r>
        <w:t>shishe ka glass.</w:t>
      </w:r>
    </w:p>
    <w:p>
      <w:pPr>
        <w:jc w:val="right"/>
      </w:pPr>
      <w:r>
        <w:t>شیشے کا گلاس۔</w:t>
      </w:r>
    </w:p>
    <w:p>
      <w:r>
        <w:rPr>
          <w:b/>
        </w:rPr>
        <w:t xml:space="preserve">[36:29] </w:t>
      </w:r>
      <w:r>
        <w:t>ab aap kitabon mein padhiye ke glass kaise bana, yeh shisha kaise bana.</w:t>
      </w:r>
    </w:p>
    <w:p>
      <w:pPr>
        <w:jc w:val="right"/>
      </w:pPr>
      <w:r>
        <w:t>اب آپ کتابوں میں پڑھیے کہ گلاس کیسے بنا، یہ شیشہ کیسے بنا۔</w:t>
      </w:r>
    </w:p>
    <w:p>
      <w:r>
        <w:rPr>
          <w:b/>
        </w:rPr>
        <w:t xml:space="preserve">[36:35] </w:t>
      </w:r>
      <w:r>
        <w:t>to aap dekhenge ke paanch hazar saal pehle, aap jante hain ke yeh shisha kya cheez hai? ek</w:t>
      </w:r>
    </w:p>
    <w:p>
      <w:pPr>
        <w:jc w:val="right"/>
      </w:pPr>
      <w:r>
        <w:t>تو آپ دیکھیں کہ پانچ ہزار سال پہلے، آپ جانتے ہیں کہ یہ شیشہ کیا چیز ہے؟ ایک</w:t>
      </w:r>
    </w:p>
    <w:p>
      <w:r>
        <w:rPr>
          <w:b/>
        </w:rPr>
        <w:t xml:space="preserve">[36:41] </w:t>
      </w:r>
      <w:r>
        <w:t>mineral hai, isko kehte hain silica.</w:t>
      </w:r>
    </w:p>
    <w:p>
      <w:pPr>
        <w:jc w:val="right"/>
      </w:pPr>
      <w:r>
        <w:t>mineral ہے، اس کو کہتے ہیں silica۔</w:t>
      </w:r>
    </w:p>
    <w:p>
      <w:r>
        <w:rPr>
          <w:b/>
        </w:rPr>
        <w:t xml:space="preserve">[36:47] </w:t>
      </w:r>
      <w:r>
        <w:t>aik substance hai ya mineral hai jo hamari zameen par aaya tha, mineral.</w:t>
      </w:r>
    </w:p>
    <w:p>
      <w:pPr>
        <w:jc w:val="right"/>
      </w:pPr>
      <w:r>
        <w:t>ایک substance ہے یا mineral ہے جو ہماری زمین پر آیا تھا، mineral۔</w:t>
      </w:r>
    </w:p>
    <w:p>
      <w:r>
        <w:rPr>
          <w:b/>
        </w:rPr>
        <w:t xml:space="preserve">[36:53] </w:t>
      </w:r>
      <w:r>
        <w:t>is ko kehte hain silica.</w:t>
      </w:r>
    </w:p>
    <w:p>
      <w:pPr>
        <w:jc w:val="right"/>
      </w:pPr>
      <w:r>
        <w:t>اس کو کہتے ہیں silica۔</w:t>
      </w:r>
    </w:p>
    <w:p>
      <w:r>
        <w:rPr>
          <w:b/>
        </w:rPr>
        <w:t xml:space="preserve">[36:59] </w:t>
      </w:r>
      <w:r>
        <w:t>jo zaron ki shakal mein hai, ya rakh ki shakal mein hota hai.</w:t>
      </w:r>
    </w:p>
    <w:p>
      <w:pPr>
        <w:jc w:val="right"/>
      </w:pPr>
      <w:r>
        <w:t>جو ذروں کی شکل میں ہے، یا راکھ کی شکل میں ہوتا ہے۔</w:t>
      </w:r>
    </w:p>
    <w:p>
      <w:r>
        <w:rPr>
          <w:b/>
        </w:rPr>
        <w:t xml:space="preserve">[37:05] </w:t>
      </w:r>
      <w:r>
        <w:t>is silica mein kuch aur cheezein milai jati hain, potash aur sodium waghera.</w:t>
      </w:r>
    </w:p>
    <w:p>
      <w:pPr>
        <w:jc w:val="right"/>
      </w:pPr>
      <w:r>
        <w:t>اس silica میں کچھ اور چیزیں ملائی جاتی ہیں، potash اور sodium وغیرہ۔</w:t>
      </w:r>
    </w:p>
    <w:p>
      <w:r>
        <w:rPr>
          <w:b/>
        </w:rPr>
        <w:t xml:space="preserve">[37:11] </w:t>
      </w:r>
      <w:r>
        <w:t>to yeh aik process hai jis se woh cheez shishe mein dhal jati hai.</w:t>
      </w:r>
    </w:p>
    <w:p>
      <w:pPr>
        <w:jc w:val="right"/>
      </w:pPr>
      <w:r>
        <w:t>تو یہ ایک process ہے جس سے وہ چیز شیشے میں ڈھل جاتی ہے۔</w:t>
      </w:r>
    </w:p>
    <w:p>
      <w:r>
        <w:rPr>
          <w:b/>
        </w:rPr>
        <w:t xml:space="preserve">[37:17] </w:t>
      </w:r>
      <w:r>
        <w:t>yani silica jo hai, kuch aur cheezon ko mila kar ke shisha banta hai.</w:t>
      </w:r>
    </w:p>
    <w:p>
      <w:pPr>
        <w:jc w:val="right"/>
      </w:pPr>
      <w:r>
        <w:t>یعنی silica جو ہے، کچھ اور چیزوں کو ملا کر کے شیشہ بنتا ہے۔</w:t>
      </w:r>
    </w:p>
    <w:p>
      <w:r>
        <w:rPr>
          <w:b/>
        </w:rPr>
        <w:t xml:space="preserve">[37:23] </w:t>
      </w:r>
      <w:r>
        <w:t>isi ko shair ne kaha ke tu sang aafreedi zujaj aafreedam.</w:t>
      </w:r>
    </w:p>
    <w:p>
      <w:pPr>
        <w:jc w:val="right"/>
      </w:pPr>
      <w:r>
        <w:t>اسی کو شاعر نے کہا کہ تو سنگ آفریدی زجاج آفریدم ۔</w:t>
      </w:r>
    </w:p>
    <w:p>
      <w:r>
        <w:rPr>
          <w:b/>
        </w:rPr>
        <w:t xml:space="preserve">[37:30] </w:t>
      </w:r>
      <w:r>
        <w:t>khuda se shair kehta hai ke tum ne pathar paida kiya aur main ne is ko shisha mein dhal diya.</w:t>
      </w:r>
    </w:p>
    <w:p>
      <w:pPr>
        <w:jc w:val="right"/>
      </w:pPr>
      <w:r>
        <w:t>خدا سے شاعر کہتا ہے کہ تو نے پتھر پیدا کیا اور میں نے اس کو شیشہ میں ڈھال دیا۔</w:t>
      </w:r>
    </w:p>
    <w:p>
      <w:r>
        <w:rPr>
          <w:b/>
        </w:rPr>
        <w:t xml:space="preserve">[37:36] </w:t>
      </w:r>
      <w:r>
        <w:t>to paanch hazar saal pehle Egypt mein kuch logon ne is ko discover kiya ke silica aur falan</w:t>
      </w:r>
    </w:p>
    <w:p>
      <w:pPr>
        <w:jc w:val="right"/>
      </w:pPr>
      <w:r>
        <w:t>تو پانچ ہزار سال پہلے Egypt میں کچھ لوگوں نے اس کو discover کیا کہ silica اور فلاں</w:t>
      </w:r>
    </w:p>
    <w:p>
      <w:r>
        <w:rPr>
          <w:b/>
        </w:rPr>
        <w:t xml:space="preserve">[37:42] </w:t>
      </w:r>
      <w:r>
        <w:t>falan cheezon ko milane se shisha ban jata hai.</w:t>
      </w:r>
    </w:p>
    <w:p>
      <w:pPr>
        <w:jc w:val="right"/>
      </w:pPr>
      <w:r>
        <w:t>فلاں چیزوں کو ملانے سے شیشہ بن جاتا ہے۔</w:t>
      </w:r>
    </w:p>
    <w:p>
      <w:r>
        <w:rPr>
          <w:b/>
        </w:rPr>
        <w:t xml:space="preserve">[37:48] </w:t>
      </w:r>
      <w:r>
        <w:t>initial stage par.</w:t>
      </w:r>
    </w:p>
    <w:p>
      <w:pPr>
        <w:jc w:val="right"/>
      </w:pPr>
      <w:r>
        <w:t>initial stage پر۔</w:t>
      </w:r>
    </w:p>
    <w:p>
      <w:r>
        <w:rPr>
          <w:b/>
        </w:rPr>
        <w:t xml:space="preserve">[37:54] </w:t>
      </w:r>
      <w:r>
        <w:t>Egypt se woh yahan aya, Iraq pohancha jis ko Mesopotamia kaha jata tha pehle.</w:t>
      </w:r>
    </w:p>
    <w:p>
      <w:pPr>
        <w:jc w:val="right"/>
      </w:pPr>
      <w:r>
        <w:t>Egypt سے وہ یہاں آیا، عراق پہنچا جس کو Mesopotamia کہا جاتا تھا پہلے۔</w:t>
      </w:r>
    </w:p>
    <w:p>
      <w:r>
        <w:rPr>
          <w:b/>
        </w:rPr>
        <w:t xml:space="preserve">[38:00] </w:t>
      </w:r>
      <w:r>
        <w:t>wahan se phir Greece pohancha, Greece se phir Europe aya.</w:t>
      </w:r>
    </w:p>
    <w:p>
      <w:pPr>
        <w:jc w:val="right"/>
      </w:pPr>
      <w:r>
        <w:t>وہاں سے پھر Greece پہنچا، Greece سے پھر Europe آیا۔</w:t>
      </w:r>
    </w:p>
    <w:p>
      <w:r>
        <w:rPr>
          <w:b/>
        </w:rPr>
        <w:t xml:space="preserve">[38:06] </w:t>
      </w:r>
      <w:r>
        <w:t>paanch hazar saal ka aik development hai.</w:t>
      </w:r>
    </w:p>
    <w:p>
      <w:pPr>
        <w:jc w:val="right"/>
      </w:pPr>
      <w:r>
        <w:t>پانچ ہزار سال کا ایک development ہے۔</w:t>
      </w:r>
    </w:p>
    <w:p>
      <w:r>
        <w:rPr>
          <w:b/>
        </w:rPr>
        <w:t xml:space="preserve">[38:12] </w:t>
      </w:r>
      <w:r>
        <w:t>five thousand years ka aik process hai jis ke nateejay mein woh khoobsurat glass bana jis ko aap</w:t>
      </w:r>
    </w:p>
    <w:p>
      <w:pPr>
        <w:jc w:val="right"/>
      </w:pPr>
      <w:r>
        <w:t>five thousand years کا ایک process ہے جس کے نتیجے میں وہ خوبصورت گلاس بنا جس کو آپ</w:t>
      </w:r>
    </w:p>
    <w:p>
      <w:r>
        <w:rPr>
          <w:b/>
        </w:rPr>
        <w:t xml:space="preserve">[38:18] </w:t>
      </w:r>
      <w:r>
        <w:t>jis mein pani le kar aap pani peete hain.</w:t>
      </w:r>
    </w:p>
    <w:p>
      <w:pPr>
        <w:jc w:val="right"/>
      </w:pPr>
      <w:r>
        <w:t>جس میں پانی لے کر آپ پانی پیتے ہیں۔</w:t>
      </w:r>
    </w:p>
    <w:p>
      <w:r>
        <w:rPr>
          <w:b/>
        </w:rPr>
        <w:t xml:space="preserve">[38:24] </w:t>
      </w:r>
      <w:r>
        <w:t>ab aap sochiye is paanch hazar saal mein insan ka kitna bara contribution hai.</w:t>
      </w:r>
    </w:p>
    <w:p>
      <w:pPr>
        <w:jc w:val="right"/>
      </w:pPr>
      <w:r>
        <w:t>اب آپ سوچیے اس پانچ ہزار سال میں انسان کا کتنا بڑا contribution ہے۔</w:t>
      </w:r>
    </w:p>
    <w:p>
      <w:r>
        <w:rPr>
          <w:b/>
        </w:rPr>
        <w:t xml:space="preserve">[38:30] </w:t>
      </w:r>
      <w:r>
        <w:t>jis ko main kehta hoon civilizational contribution.</w:t>
      </w:r>
    </w:p>
    <w:p>
      <w:pPr>
        <w:jc w:val="right"/>
      </w:pPr>
      <w:r>
        <w:t>جس کو میں کہتا ہوں civilizational contribution۔</w:t>
      </w:r>
    </w:p>
    <w:p>
      <w:r>
        <w:rPr>
          <w:b/>
        </w:rPr>
        <w:t xml:space="preserve">[38:36] </w:t>
      </w:r>
      <w:r>
        <w:t>aik insan ki civilization hai, is ka aik process hai, is ki aik history hai.</w:t>
      </w:r>
    </w:p>
    <w:p>
      <w:pPr>
        <w:jc w:val="right"/>
      </w:pPr>
      <w:r>
        <w:t>ایک انسان کی civilization ہے، اس کا ایک process ہے، اس کی ایک history ہے۔</w:t>
      </w:r>
    </w:p>
    <w:p>
      <w:r>
        <w:rPr>
          <w:b/>
        </w:rPr>
        <w:t xml:space="preserve">[38:42] </w:t>
      </w:r>
      <w:r>
        <w:t>is mein woh chal raha hai.</w:t>
      </w:r>
    </w:p>
    <w:p>
      <w:pPr>
        <w:jc w:val="right"/>
      </w:pPr>
      <w:r>
        <w:t>اس میں وہ چل رہا ہے۔</w:t>
      </w:r>
    </w:p>
    <w:p>
      <w:r>
        <w:rPr>
          <w:b/>
        </w:rPr>
        <w:t xml:space="preserve">[38:48] </w:t>
      </w:r>
      <w:r>
        <w:t>to shishe ko insan ne discover kiya, kya kya sacrifice ki, kya kya museebatein uthain.</w:t>
      </w:r>
    </w:p>
    <w:p>
      <w:pPr>
        <w:jc w:val="right"/>
      </w:pPr>
      <w:r>
        <w:t>تو شیشے کو انسان نے discover کیا، کیا کیا sacrifice کی، کیا کیا مصیبتیں اٹھائیں۔</w:t>
      </w:r>
    </w:p>
    <w:p>
      <w:r>
        <w:rPr>
          <w:b/>
        </w:rPr>
        <w:t xml:space="preserve">[38:54] </w:t>
      </w:r>
      <w:r>
        <w:t>lakhon log isi mein mar gaye research karte karte.</w:t>
      </w:r>
    </w:p>
    <w:p>
      <w:pPr>
        <w:jc w:val="right"/>
      </w:pPr>
      <w:r>
        <w:t>لاکھوں لوگ اسی میں مر گئے research کرتے کرتے۔</w:t>
      </w:r>
    </w:p>
    <w:p>
      <w:r>
        <w:rPr>
          <w:b/>
        </w:rPr>
        <w:t xml:space="preserve">[39:00] </w:t>
      </w:r>
      <w:r>
        <w:t>to paanch hazar saal kya aik process hai jis ki wajah se aap ko shishe ka glass milta hai.</w:t>
      </w:r>
    </w:p>
    <w:p>
      <w:pPr>
        <w:jc w:val="right"/>
      </w:pPr>
      <w:r>
        <w:t>تو پانچ ہزار سال کیا ایک process ہے جس کی وجہ سے آپ کو شیشے کا گلاس ملتا ہے۔</w:t>
      </w:r>
    </w:p>
    <w:p>
      <w:r>
        <w:rPr>
          <w:b/>
        </w:rPr>
        <w:t xml:space="preserve">[39:06] </w:t>
      </w:r>
      <w:r>
        <w:t>aap sochiye jab aap shishe ka glass apne hath mein lenge to aik taraf pani ke bare</w:t>
      </w:r>
    </w:p>
    <w:p>
      <w:pPr>
        <w:jc w:val="right"/>
      </w:pPr>
      <w:r>
        <w:t>آپ سوچیے جب آپ شیشے کا گلاس اپنے ہاتھ میں لیں گے تو ایک طرف پانی کے بارے</w:t>
      </w:r>
    </w:p>
    <w:p>
      <w:r>
        <w:rPr>
          <w:b/>
        </w:rPr>
        <w:t xml:space="preserve">[39:12] </w:t>
      </w:r>
      <w:r>
        <w:t>mein soch kar aap ke andar shukr ka aik thrilling shukr aye ga.</w:t>
      </w:r>
    </w:p>
    <w:p>
      <w:pPr>
        <w:jc w:val="right"/>
      </w:pPr>
      <w:r>
        <w:t>میں سوچ کر آپ کے اندر شکر کا ایک thrilling شکر آئے گا۔</w:t>
      </w:r>
    </w:p>
    <w:p>
      <w:r>
        <w:rPr>
          <w:b/>
        </w:rPr>
        <w:t xml:space="preserve">[39:18] </w:t>
      </w:r>
      <w:r>
        <w:t>keh kaisa bara hai khuda jis ne pani banaya hai mere liye.</w:t>
      </w:r>
    </w:p>
    <w:p>
      <w:pPr>
        <w:jc w:val="right"/>
      </w:pPr>
      <w:r>
        <w:t>کہ کیسا بڑا ہے خدا جس نے پانی بنایا ہے میرے لیے۔</w:t>
      </w:r>
    </w:p>
    <w:p>
      <w:r>
        <w:rPr>
          <w:b/>
        </w:rPr>
        <w:t xml:space="preserve">[39:24] </w:t>
      </w:r>
      <w:r>
        <w:t>aur doosri taraf jo glass hai, us ko jab aap sochen ge jo to civilizational contribution jo hai,</w:t>
      </w:r>
    </w:p>
    <w:p>
      <w:pPr>
        <w:jc w:val="right"/>
      </w:pPr>
      <w:r>
        <w:t>اور دوسری طرف جو گلاس ہے، اس کو جب آپ سوچیں گے جو تو civilizational contribution جو ہے،</w:t>
      </w:r>
    </w:p>
    <w:p>
      <w:r>
        <w:rPr>
          <w:b/>
        </w:rPr>
        <w:t xml:space="preserve">[39:30] </w:t>
      </w:r>
      <w:r>
        <w:t>jo humanity ka jo contribution hai.</w:t>
      </w:r>
    </w:p>
    <w:p>
      <w:pPr>
        <w:jc w:val="right"/>
      </w:pPr>
      <w:r>
        <w:t>جو humanity کا جو contribution ہے۔</w:t>
      </w:r>
    </w:p>
    <w:p>
      <w:r>
        <w:rPr>
          <w:b/>
        </w:rPr>
        <w:t xml:space="preserve">[39:36] </w:t>
      </w:r>
      <w:r>
        <w:t>humanity ka jo contribution hai jis ne keh kiya kiya mehnatain, qurbaniyan, sacrifice ki.</w:t>
      </w:r>
    </w:p>
    <w:p>
      <w:pPr>
        <w:jc w:val="right"/>
      </w:pPr>
      <w:r>
        <w:t>humanity کا جو contribution ہے جس نے کہ کیا کیا محنتیں، قربانیاں، sacrifice کیں۔</w:t>
      </w:r>
    </w:p>
    <w:p>
      <w:r>
        <w:rPr>
          <w:b/>
        </w:rPr>
        <w:t xml:space="preserve">[39:42] </w:t>
      </w:r>
      <w:r>
        <w:t>tab aap ko shishay ka itna beautiful glass mila jis mein pani rakh kar pee rahe hain aap.</w:t>
      </w:r>
    </w:p>
    <w:p>
      <w:pPr>
        <w:jc w:val="right"/>
      </w:pPr>
      <w:r>
        <w:t>تب آپ کو شیشے کا اتنا beautiful گلاس ملا جس میں پانی رکھ کر پی رہے ہیں آپ۔</w:t>
      </w:r>
    </w:p>
    <w:p>
      <w:r>
        <w:rPr>
          <w:b/>
        </w:rPr>
        <w:t xml:space="preserve">[39:48] </w:t>
      </w:r>
      <w:r>
        <w:t>to insaan ke liye aap ke dil mein kitna zyada ehsan mandi ka jazba aa jayega.</w:t>
      </w:r>
    </w:p>
    <w:p>
      <w:pPr>
        <w:jc w:val="right"/>
      </w:pPr>
      <w:r>
        <w:t>تو انسان کے لیے آپ کے دل میں کتنا زیادہ احسان مندی کا جذبہ آجائے گا۔</w:t>
      </w:r>
    </w:p>
    <w:p>
      <w:r>
        <w:rPr>
          <w:b/>
        </w:rPr>
        <w:t xml:space="preserve">[39:54] </w:t>
      </w:r>
      <w:r>
        <w:t>aap acknowledge karenge insaan ko.</w:t>
      </w:r>
    </w:p>
    <w:p>
      <w:pPr>
        <w:jc w:val="right"/>
      </w:pPr>
      <w:r>
        <w:t>آپ acknowledge کریں گے انسان کو۔</w:t>
      </w:r>
    </w:p>
    <w:p>
      <w:r>
        <w:rPr>
          <w:b/>
        </w:rPr>
        <w:t xml:space="preserve">[40:00] </w:t>
      </w:r>
      <w:r>
        <w:t>jo namaz mein jise kehte hain assalam o alaikum wa rahmatullah. Ae insanon!</w:t>
      </w:r>
    </w:p>
    <w:p>
      <w:pPr>
        <w:jc w:val="right"/>
      </w:pPr>
      <w:r>
        <w:t>جو نماز میں جسے کہتے ہیں السلام عليكم ورحمة الله ۔ اے انسانوں!</w:t>
      </w:r>
    </w:p>
    <w:p>
      <w:r>
        <w:rPr>
          <w:b/>
        </w:rPr>
        <w:t xml:space="preserve">[40:07] </w:t>
      </w:r>
      <w:r>
        <w:t>tum par salamati ho. aye insaanon! tum par blessing ho. to allah o akbar keh kar aap goya ke khuda ke life support system par, khuda ki blessing par usko acknowledge karte hain. aur khatam par jab kehte hain assalamu alaikum wa rahmatullah to insaan ka jo contribution hai, jis ko main civilizational contribution kehta hoon, uska aap acknowledge karte hain. aye khuda!</w:t>
      </w:r>
    </w:p>
    <w:p>
      <w:pPr>
        <w:jc w:val="right"/>
      </w:pPr>
      <w:r>
        <w:t>تم پر سلامتی ہو۔ اے انسانوں! تم پر blessing ہو۔ یہ اسی spirit کو inculcate کرنا ہے۔ وہ کوئی ritual نہیں ہے۔ آپ جانتے ہیں کہ نماز پانچ وقت پڑھی جاتی ہے۔ پانچ وقت نماز پڑھی جاتی ہے۔ شروع میں کہتے ہیں اللہ اکبر، ختم پر کہتے ہیں السلام عليكم ورحمة الله۔ یعنی پہلے کہتے ہیں کہ اے خدا! تو بڑا ہے، اے خدا! تو great ہے۔ آخر میں کہتے ہیں اے انسانوں!</w:t>
      </w:r>
    </w:p>
    <w:p>
      <w:r>
        <w:rPr>
          <w:b/>
        </w:rPr>
        <w:t xml:space="preserve">[40:37] </w:t>
      </w:r>
      <w:r>
        <w:t>to kitna azeem hai. ek taraf aap ne yeh kaha, aye insaan! tera kitna azeem contribution hai. iska aap ne itraaf kiya, usko acknowledge kiya. yeh spirit hai jis ko lekar ke aap namaz se lotte hain. aap sochiye yeh kitni badi cheez hai yeh. kitni badi cheez hai yeh. namaz koi rituals nahi hai. namaz koi riwayati cheez nahi hai. namaz kuch lafzon ko dohrane ka naam nahi hai. namaz ko uth baith ka naam nahi hai. namaz ek spirit ko inculcate karne ka naam hai. woh spirit jab aajaye to aap ke andar ek naya insaan emerge karega. woh spirit jab aajaye to ek naya insaan emerge karega aap ke andar. masjid se aap ek naye insaan bankar niklenge. ek taraf aap ka mind aur aap ka dil thrilling se, khuda ke shukr se ek thrilling ka jazba lekar loot raha hoga. khuda ki nemat ke ehsaas se aap, aap khuda ki nemat ka ehsaas aap ke seene mein ek samandar bankar moojan ho jayega. aur doosri taraf insaan ke baare mein ke aye insaan!</w:t>
      </w:r>
    </w:p>
    <w:p>
      <w:pPr>
        <w:jc w:val="right"/>
      </w:pPr>
      <w:r>
        <w:t>تم پر سلامتی ہو۔ تم پر خدا کی blessing ہو۔ تو اللہ اکبر کہہ کر آپ گویا کہ خدا کے life support system پر، خدا کی blessing پر اس کو acknowledge کرتے ہیں۔ اور ختم پر جب کہتے ہیں السلام عليكم ورحمة الله تو انسان کا جو contribution ہے، جس کو میں civilizational contribution کہتا ہوں، اس کا آپ acknowledge کرتے ہیں۔ اے خدا!</w:t>
      </w:r>
    </w:p>
    <w:p>
      <w:r>
        <w:rPr>
          <w:b/>
        </w:rPr>
        <w:t xml:space="preserve">[41:04] </w:t>
      </w:r>
      <w:r>
        <w:t>to kitna azeem hai.</w:t>
      </w:r>
    </w:p>
    <w:p>
      <w:pPr>
        <w:jc w:val="right"/>
      </w:pPr>
      <w:r>
        <w:t>تو کتنا عظیم ہے۔</w:t>
      </w:r>
    </w:p>
    <w:p>
      <w:r>
        <w:rPr>
          <w:b/>
        </w:rPr>
        <w:t xml:space="preserve">[41:08] </w:t>
      </w:r>
      <w:r>
        <w:t>ek taraf aap ne yeh kaha, ae insaan!</w:t>
      </w:r>
    </w:p>
    <w:p>
      <w:pPr>
        <w:jc w:val="right"/>
      </w:pPr>
      <w:r>
        <w:t>ایک طرف آپ نے یہ کہا، اے انسان!</w:t>
      </w:r>
    </w:p>
    <w:p>
      <w:r>
        <w:rPr>
          <w:b/>
        </w:rPr>
        <w:t xml:space="preserve">[41:12] </w:t>
      </w:r>
      <w:r>
        <w:t>tera kitna azeem contribution hai.</w:t>
      </w:r>
    </w:p>
    <w:p>
      <w:pPr>
        <w:jc w:val="right"/>
      </w:pPr>
      <w:r>
        <w:t>تیرا کتنا عظیم contribution ہے۔</w:t>
      </w:r>
    </w:p>
    <w:p>
      <w:r>
        <w:rPr>
          <w:b/>
        </w:rPr>
        <w:t xml:space="preserve">[41:17] </w:t>
      </w:r>
      <w:r>
        <w:t>is ka aap ne aitraf kiya, is ko acknowledge kiya.</w:t>
      </w:r>
    </w:p>
    <w:p>
      <w:pPr>
        <w:jc w:val="right"/>
      </w:pPr>
      <w:r>
        <w:t>اس کا آپ نے اعتراف کیا، اس کو acknowledge کیا۔</w:t>
      </w:r>
    </w:p>
    <w:p>
      <w:r>
        <w:rPr>
          <w:b/>
        </w:rPr>
        <w:t xml:space="preserve">[41:21] </w:t>
      </w:r>
      <w:r>
        <w:t>yeh spirit hai jis ko le kar ke aap namaz se lotte hain.</w:t>
      </w:r>
    </w:p>
    <w:p>
      <w:pPr>
        <w:jc w:val="right"/>
      </w:pPr>
      <w:r>
        <w:t>یہ spirit ہے جس کو لے کر کے آپ نماز سے لوٹتے ہیں۔</w:t>
      </w:r>
    </w:p>
    <w:p>
      <w:r>
        <w:rPr>
          <w:b/>
        </w:rPr>
        <w:t xml:space="preserve">[41:25] </w:t>
      </w:r>
      <w:r>
        <w:t>aap sochiye yeh kitni bari cheez hai yeh.</w:t>
      </w:r>
    </w:p>
    <w:p>
      <w:pPr>
        <w:jc w:val="right"/>
      </w:pPr>
      <w:r>
        <w:t>آپ سوچیے یہ کتنی بڑی چیز ہے یہ۔</w:t>
      </w:r>
    </w:p>
    <w:p>
      <w:r>
        <w:rPr>
          <w:b/>
        </w:rPr>
        <w:t xml:space="preserve">[41:30] </w:t>
      </w:r>
      <w:r>
        <w:t>kitni bari cheez hai yeh.</w:t>
      </w:r>
    </w:p>
    <w:p>
      <w:pPr>
        <w:jc w:val="right"/>
      </w:pPr>
      <w:r>
        <w:t>کتنی بڑی چیز ہے یہ۔</w:t>
      </w:r>
    </w:p>
    <w:p>
      <w:r>
        <w:rPr>
          <w:b/>
        </w:rPr>
        <w:t xml:space="preserve">[41:34] </w:t>
      </w:r>
      <w:r>
        <w:t>namaz koi rituals nahi hai.</w:t>
      </w:r>
    </w:p>
    <w:p>
      <w:pPr>
        <w:jc w:val="right"/>
      </w:pPr>
      <w:r>
        <w:t>نماز کوئی rituals نہیں ہے۔</w:t>
      </w:r>
    </w:p>
    <w:p>
      <w:r>
        <w:rPr>
          <w:b/>
        </w:rPr>
        <w:t xml:space="preserve">[41:38] </w:t>
      </w:r>
      <w:r>
        <w:t>namaz koi riwayati cheez nahi hai.</w:t>
      </w:r>
    </w:p>
    <w:p>
      <w:pPr>
        <w:jc w:val="right"/>
      </w:pPr>
      <w:r>
        <w:t>نماز کوئی روایتی چیز نہیں ہے۔</w:t>
      </w:r>
    </w:p>
    <w:p>
      <w:r>
        <w:rPr>
          <w:b/>
        </w:rPr>
        <w:t xml:space="preserve">[41:43] </w:t>
      </w:r>
      <w:r>
        <w:t>namaz kuch lafzon ko dohrane ka naam nahi hai.</w:t>
      </w:r>
    </w:p>
    <w:p>
      <w:pPr>
        <w:jc w:val="right"/>
      </w:pPr>
      <w:r>
        <w:t>نماز کچھ لفظوں کو دہرانے کا نام نہیں ہے۔</w:t>
      </w:r>
    </w:p>
    <w:p>
      <w:r>
        <w:rPr>
          <w:b/>
        </w:rPr>
        <w:t xml:space="preserve">[41:47] </w:t>
      </w:r>
      <w:r>
        <w:t>namaz uth baith ka naam nahi hai.</w:t>
      </w:r>
    </w:p>
    <w:p>
      <w:pPr>
        <w:jc w:val="right"/>
      </w:pPr>
      <w:r>
        <w:t>نماز کو اٹھ بیٹھ کا نام نہیں ہے۔</w:t>
      </w:r>
    </w:p>
    <w:p>
      <w:r>
        <w:rPr>
          <w:b/>
        </w:rPr>
        <w:t xml:space="preserve">[41:51] </w:t>
      </w:r>
      <w:r>
        <w:t>namaz ek spirit ko inculcate karne ka naam hai.</w:t>
      </w:r>
    </w:p>
    <w:p>
      <w:pPr>
        <w:jc w:val="right"/>
      </w:pPr>
      <w:r>
        <w:t>نماز ایک spirit کو inculcate کرنے کا نام ہے۔</w:t>
      </w:r>
    </w:p>
    <w:p>
      <w:r>
        <w:rPr>
          <w:b/>
        </w:rPr>
        <w:t xml:space="preserve">[41:56] </w:t>
      </w:r>
      <w:r>
        <w:t>wo spirit jab aa jaye to aap ke andar ek naya insaan emerge karega.</w:t>
      </w:r>
    </w:p>
    <w:p>
      <w:pPr>
        <w:jc w:val="right"/>
      </w:pPr>
      <w:r>
        <w:t>وہ spirit جب آجائے تو آپ کے اندر ایک نیا انسان emerge کرے گا۔</w:t>
      </w:r>
    </w:p>
    <w:p>
      <w:r>
        <w:rPr>
          <w:b/>
        </w:rPr>
        <w:t xml:space="preserve">[42:00] </w:t>
      </w:r>
      <w:r>
        <w:t>wo spirit jab aa jaye to ek naya insaan emerge karega aap ke andar.</w:t>
      </w:r>
    </w:p>
    <w:p>
      <w:pPr>
        <w:jc w:val="right"/>
      </w:pPr>
      <w:r>
        <w:t>وہ spirit جب آجائے تو ایک نیا انسان emerge کرے گا آپ کے اندر۔</w:t>
      </w:r>
    </w:p>
    <w:p>
      <w:r>
        <w:rPr>
          <w:b/>
        </w:rPr>
        <w:t xml:space="preserve">[42:04] </w:t>
      </w:r>
      <w:r>
        <w:t>masjid se aap ek naye insaan ban kar niklen ge.</w:t>
      </w:r>
    </w:p>
    <w:p>
      <w:pPr>
        <w:jc w:val="right"/>
      </w:pPr>
      <w:r>
        <w:t>مسجد سے آپ ایک نئے انسان بن کر نکلیں گے۔</w:t>
      </w:r>
    </w:p>
    <w:p>
      <w:r>
        <w:rPr>
          <w:b/>
        </w:rPr>
        <w:t xml:space="preserve">[42:09] </w:t>
      </w:r>
      <w:r>
        <w:t>ek taraf aap ka mind aur aap ka dil thrilling se, khuda ke shukr se ek thrilling ka</w:t>
      </w:r>
    </w:p>
    <w:p>
      <w:pPr>
        <w:jc w:val="right"/>
      </w:pPr>
      <w:r>
        <w:t>ایک طرف آپ کا mind اور آپ کا دل thrilling سے، خدا کے شکر سے ایک thrilling کا</w:t>
      </w:r>
    </w:p>
    <w:p>
      <w:r>
        <w:rPr>
          <w:b/>
        </w:rPr>
        <w:t xml:space="preserve">[42:13] </w:t>
      </w:r>
      <w:r>
        <w:t>jazba le kar loot raha hoga.</w:t>
      </w:r>
    </w:p>
    <w:p>
      <w:pPr>
        <w:jc w:val="right"/>
      </w:pPr>
      <w:r>
        <w:t>جذبہ لے کر لوٹ رہا ہوگا۔</w:t>
      </w:r>
    </w:p>
    <w:p>
      <w:r>
        <w:rPr>
          <w:b/>
        </w:rPr>
        <w:t xml:space="preserve">[42:17] </w:t>
      </w:r>
      <w:r>
        <w:t>khuda ki nemat ke ehsas se aap, aap khuda ki nemat ka ehsas aap ke sine mein ek</w:t>
      </w:r>
    </w:p>
    <w:p>
      <w:pPr>
        <w:jc w:val="right"/>
      </w:pPr>
      <w:r>
        <w:t>خدا کی نعمت کے احساس سے آپ، آپ خدا کی نعمت کا احساس آپ کے سینے میں ایک</w:t>
      </w:r>
    </w:p>
    <w:p>
      <w:r>
        <w:rPr>
          <w:b/>
        </w:rPr>
        <w:t xml:space="preserve">[42:22] </w:t>
      </w:r>
      <w:r>
        <w:t>samandar ban kar mojzan ho jayega.</w:t>
      </w:r>
    </w:p>
    <w:p>
      <w:pPr>
        <w:jc w:val="right"/>
      </w:pPr>
      <w:r>
        <w:t>سمندر بن کر موجزن ہو جائے گا۔</w:t>
      </w:r>
    </w:p>
    <w:p>
      <w:r>
        <w:rPr>
          <w:b/>
        </w:rPr>
        <w:t xml:space="preserve">[42:26] </w:t>
      </w:r>
      <w:r>
        <w:t>aur doosri taraf insan ke bare mein ke aye insan!</w:t>
      </w:r>
    </w:p>
    <w:p>
      <w:pPr>
        <w:jc w:val="right"/>
      </w:pPr>
      <w:r>
        <w:t>اور دوسری طرف انسان کے بارے میں کہ اے انسان!</w:t>
      </w:r>
    </w:p>
    <w:p>
      <w:r>
        <w:rPr>
          <w:b/>
        </w:rPr>
        <w:t xml:space="preserve">[42:31] </w:t>
      </w:r>
      <w:r>
        <w:t>hum tujh ko acknowledge karte hain.</w:t>
      </w:r>
    </w:p>
    <w:p>
      <w:pPr>
        <w:jc w:val="right"/>
      </w:pPr>
      <w:r>
        <w:t>ہم تجھ کو acknowledge کرتے ہیں۔</w:t>
      </w:r>
    </w:p>
    <w:p>
      <w:r>
        <w:rPr>
          <w:b/>
        </w:rPr>
        <w:t xml:space="preserve">[42:33] </w:t>
      </w:r>
      <w:r>
        <w:t>to insan se pyar jaage ga, insan se mohabbat jaage gi.</w:t>
      </w:r>
    </w:p>
    <w:p>
      <w:pPr>
        <w:jc w:val="right"/>
      </w:pPr>
      <w:r>
        <w:t>تو انسان سے پیار جاگے گا، انسان سے محبت جاگے گی۔</w:t>
      </w:r>
    </w:p>
    <w:p>
      <w:r>
        <w:rPr>
          <w:b/>
        </w:rPr>
        <w:t xml:space="preserve">[42:38] </w:t>
      </w:r>
      <w:r>
        <w:t>sare insanon ko apna samjhen ge, apna.</w:t>
      </w:r>
    </w:p>
    <w:p>
      <w:pPr>
        <w:jc w:val="right"/>
      </w:pPr>
      <w:r>
        <w:t>سارے انسانوں کو اپنا سمجھیں گے، اپنا۔</w:t>
      </w:r>
    </w:p>
    <w:p>
      <w:r>
        <w:rPr>
          <w:b/>
        </w:rPr>
        <w:t xml:space="preserve">[42:41] </w:t>
      </w:r>
      <w:r>
        <w:t>aap dekhiye family mein ek kamane wala hai, ek family member hai.</w:t>
      </w:r>
    </w:p>
    <w:p>
      <w:pPr>
        <w:jc w:val="right"/>
      </w:pPr>
      <w:r>
        <w:t>آپ دیکھیے family میں ایک کمانے والا ہے، ایک family member ہے۔</w:t>
      </w:r>
    </w:p>
    <w:p>
      <w:r>
        <w:rPr>
          <w:b/>
        </w:rPr>
        <w:t xml:space="preserve">[42:46] </w:t>
      </w:r>
      <w:r>
        <w:t>woh kama kar lata hai, aap ko paisa deta hai aur ghar chal raha hai.</w:t>
      </w:r>
    </w:p>
    <w:p>
      <w:pPr>
        <w:jc w:val="right"/>
      </w:pPr>
      <w:r>
        <w:t>وہ کما کر لاتا ہے، آپ کو پیسہ دیتا ہے اور گھر چل رہا ہے۔</w:t>
      </w:r>
    </w:p>
    <w:p>
      <w:r>
        <w:rPr>
          <w:b/>
        </w:rPr>
        <w:t xml:space="preserve">[42:52] </w:t>
      </w:r>
      <w:r>
        <w:t>to sare family wale is ka shukr karte hain.</w:t>
      </w:r>
    </w:p>
    <w:p>
      <w:pPr>
        <w:jc w:val="right"/>
      </w:pPr>
      <w:r>
        <w:t>تو سارے family والے اس کا شکر کرتے ہیں۔</w:t>
      </w:r>
    </w:p>
    <w:p>
      <w:r>
        <w:rPr>
          <w:b/>
        </w:rPr>
        <w:t xml:space="preserve">[42:56] </w:t>
      </w:r>
      <w:r>
        <w:t>yani family mein das aadmi hain.</w:t>
      </w:r>
    </w:p>
    <w:p>
      <w:pPr>
        <w:jc w:val="right"/>
      </w:pPr>
      <w:r>
        <w:t>یعنی family میں دس آدمی ہیں۔</w:t>
      </w:r>
    </w:p>
    <w:p>
      <w:r>
        <w:rPr>
          <w:b/>
        </w:rPr>
        <w:t xml:space="preserve">[42:59] </w:t>
      </w:r>
      <w:r>
        <w:t>koi boodha hai, koi bachha hai, koi aurat hai.</w:t>
      </w:r>
    </w:p>
    <w:p>
      <w:pPr>
        <w:jc w:val="right"/>
      </w:pPr>
      <w:r>
        <w:t>کوئی بوڑھا ہے، کوئی بچہ ہے، کوئی عورت ہے۔</w:t>
      </w:r>
    </w:p>
    <w:p>
      <w:r>
        <w:rPr>
          <w:b/>
        </w:rPr>
        <w:t xml:space="preserve">[43:03] </w:t>
      </w:r>
      <w:r>
        <w:t>ek aadmi hai jo kama kar lata hai, lakh rupay mahina.</w:t>
      </w:r>
    </w:p>
    <w:p>
      <w:pPr>
        <w:jc w:val="right"/>
      </w:pPr>
      <w:r>
        <w:t>ایک آدمی ہے جو کما کر لاتا ہے، لاکھ روپے مہینہ۔</w:t>
      </w:r>
    </w:p>
    <w:p>
      <w:r>
        <w:rPr>
          <w:b/>
        </w:rPr>
        <w:t xml:space="preserve">[43:07] </w:t>
      </w:r>
      <w:r>
        <w:t>to sare log is ka shukr karte hain.</w:t>
      </w:r>
    </w:p>
    <w:p>
      <w:pPr>
        <w:jc w:val="right"/>
      </w:pPr>
      <w:r>
        <w:t>تو سارے لوگ اس کا شکر کرتے ہیں۔</w:t>
      </w:r>
    </w:p>
    <w:p>
      <w:r>
        <w:rPr>
          <w:b/>
        </w:rPr>
        <w:t xml:space="preserve">[43:11] </w:t>
      </w:r>
      <w:r>
        <w:t>sab ke dil mein is ke ehsan ka jazba hota hai.</w:t>
      </w:r>
    </w:p>
    <w:p>
      <w:pPr>
        <w:jc w:val="right"/>
      </w:pPr>
      <w:r>
        <w:t>سب کے دل میں اس کے احسان کا جذبہ ہوتا ہے۔</w:t>
      </w:r>
    </w:p>
    <w:p>
      <w:r>
        <w:rPr>
          <w:b/>
        </w:rPr>
        <w:t xml:space="preserve">[43:16] </w:t>
      </w:r>
      <w:r>
        <w:t>is se billion times ziyada aap ke andar ehsas hona chahiye humanity ka.</w:t>
      </w:r>
    </w:p>
    <w:p>
      <w:pPr>
        <w:jc w:val="right"/>
      </w:pPr>
      <w:r>
        <w:t>اس سے بلین times زیادہ آپ کے اندر احساس ہونا چاہیے humanity کا۔</w:t>
      </w:r>
    </w:p>
    <w:p>
      <w:r>
        <w:rPr>
          <w:b/>
        </w:rPr>
        <w:t xml:space="preserve">[43:21] </w:t>
      </w:r>
      <w:r>
        <w:t>humanity ka.</w:t>
      </w:r>
    </w:p>
    <w:p>
      <w:pPr>
        <w:jc w:val="right"/>
      </w:pPr>
      <w:r>
        <w:t>humanity کا۔</w:t>
      </w:r>
    </w:p>
    <w:p>
      <w:r>
        <w:rPr>
          <w:b/>
        </w:rPr>
        <w:t xml:space="preserve">[43:23] </w:t>
      </w:r>
      <w:r>
        <w:t>yani das aadmi ki family mein ek aadmi family member hai.</w:t>
      </w:r>
    </w:p>
    <w:p>
      <w:pPr>
        <w:jc w:val="right"/>
      </w:pPr>
      <w:r>
        <w:t>یعنی دس آدمی کی family میں ایک آدمی family member ہے۔</w:t>
      </w:r>
    </w:p>
    <w:p>
      <w:r>
        <w:rPr>
          <w:b/>
        </w:rPr>
        <w:t xml:space="preserve">[43:27] </w:t>
      </w:r>
      <w:r>
        <w:t>aur har mahine kama kar lakh rupay lata hai.</w:t>
      </w:r>
    </w:p>
    <w:p>
      <w:pPr>
        <w:jc w:val="right"/>
      </w:pPr>
      <w:r>
        <w:t>اور ہر مہینے کما کر لاکھ روپے لاتا ہے۔</w:t>
      </w:r>
    </w:p>
    <w:p>
      <w:r>
        <w:rPr>
          <w:b/>
        </w:rPr>
        <w:t xml:space="preserve">[43:31] </w:t>
      </w:r>
      <w:r>
        <w:t>is se aap ke ghar ka kaam chalta hai.</w:t>
      </w:r>
    </w:p>
    <w:p>
      <w:pPr>
        <w:jc w:val="right"/>
      </w:pPr>
      <w:r>
        <w:t>اس سے آپ کے گھر کا کام چلتا ہے۔</w:t>
      </w:r>
    </w:p>
    <w:p>
      <w:r>
        <w:rPr>
          <w:b/>
        </w:rPr>
        <w:t xml:space="preserve">[43:35] </w:t>
      </w:r>
      <w:r>
        <w:t>to aap sab log is ko acknowledge karte hain.</w:t>
      </w:r>
    </w:p>
    <w:p>
      <w:pPr>
        <w:jc w:val="right"/>
      </w:pPr>
      <w:r>
        <w:t>تو آپ سب لوگ اس کو acknowledge کرتے ہیں۔</w:t>
      </w:r>
    </w:p>
    <w:p>
      <w:r>
        <w:rPr>
          <w:b/>
        </w:rPr>
        <w:t xml:space="preserve">[43:39] </w:t>
      </w:r>
      <w:r>
        <w:t>sab log is ke ehsan mein doobe rehte hain.</w:t>
      </w:r>
    </w:p>
    <w:p>
      <w:pPr>
        <w:jc w:val="right"/>
      </w:pPr>
      <w:r>
        <w:t>سب لوگ اس کے احسان میں ڈوبے رہتے ہیں۔</w:t>
      </w:r>
    </w:p>
    <w:p>
      <w:r>
        <w:rPr>
          <w:b/>
        </w:rPr>
        <w:t xml:space="preserve">[43:43] </w:t>
      </w:r>
      <w:r>
        <w:t>main kehta hoon ke is se billion times ziyada bara contribution humanity ka hai.</w:t>
      </w:r>
    </w:p>
    <w:p>
      <w:pPr>
        <w:jc w:val="right"/>
      </w:pPr>
      <w:r>
        <w:t>میں کہتا ہوں کہ اس سے بلین times زیادہ بڑا contribution humanity کا ہے۔</w:t>
      </w:r>
    </w:p>
    <w:p>
      <w:r>
        <w:rPr>
          <w:b/>
        </w:rPr>
        <w:t xml:space="preserve">[43:49] </w:t>
      </w:r>
      <w:r>
        <w:t>humanity ka hai.</w:t>
      </w:r>
    </w:p>
    <w:p>
      <w:pPr>
        <w:jc w:val="right"/>
      </w:pPr>
      <w:r>
        <w:t>humanity کا ہے۔</w:t>
      </w:r>
    </w:p>
    <w:p>
      <w:r>
        <w:rPr>
          <w:b/>
        </w:rPr>
        <w:t xml:space="preserve">[43:50] </w:t>
      </w:r>
      <w:r>
        <w:t>insani civilization ka hai.</w:t>
      </w:r>
    </w:p>
    <w:p>
      <w:pPr>
        <w:jc w:val="right"/>
      </w:pPr>
      <w:r>
        <w:t>انسانی civilization کا ہے۔</w:t>
      </w:r>
    </w:p>
    <w:p>
      <w:r>
        <w:rPr>
          <w:b/>
        </w:rPr>
        <w:t xml:space="preserve">[43:52] </w:t>
      </w:r>
      <w:r>
        <w:t>to ek taraf insan ko raat din yeh ehsas hona chahiye ke Khuda ka life support system agar</w:t>
      </w:r>
    </w:p>
    <w:p>
      <w:pPr>
        <w:jc w:val="right"/>
      </w:pPr>
      <w:r>
        <w:t>تو ایک طرف انسان کو رات دن یہ احساس ہونا چاہیے کہ خدا کا life support system اگر</w:t>
      </w:r>
    </w:p>
    <w:p>
      <w:r>
        <w:rPr>
          <w:b/>
        </w:rPr>
        <w:t xml:space="preserve">[44:00] </w:t>
      </w:r>
      <w:r>
        <w:t>na ho to main dunya mein zinda nahin reh sakta.</w:t>
      </w:r>
    </w:p>
    <w:p>
      <w:pPr>
        <w:jc w:val="right"/>
      </w:pPr>
      <w:r>
        <w:t>نہ ہو تو میں دنیا میں زندہ نہیں رہ سکتا۔</w:t>
      </w:r>
    </w:p>
    <w:p>
      <w:r>
        <w:rPr>
          <w:b/>
        </w:rPr>
        <w:t xml:space="preserve">[44:04] </w:t>
      </w:r>
      <w:r>
        <w:t>ek taraf musalsal is ko yaad karte rehna chahiye, remind karte rehna chahiye, recall karte rehna chahiye.</w:t>
      </w:r>
    </w:p>
    <w:p>
      <w:pPr>
        <w:jc w:val="right"/>
      </w:pPr>
      <w:r>
        <w:t>ایک طرف مسلسل اس کو یاد کرتے رہنا چاہیے، remind کرتے رہنا چاہیے، recall کرتے رہنا چاہیے۔</w:t>
      </w:r>
    </w:p>
    <w:p>
      <w:r>
        <w:rPr>
          <w:b/>
        </w:rPr>
        <w:t xml:space="preserve">[44:11] </w:t>
      </w:r>
      <w:r>
        <w:t>ke Khuda ka jo life support system hai, us ke baghair main kuch bhi nahin.</w:t>
      </w:r>
    </w:p>
    <w:p>
      <w:pPr>
        <w:jc w:val="right"/>
      </w:pPr>
      <w:r>
        <w:t>کہ خدا کا جو life support system ہے، اس کے بغیر میں کچھ بھی نہیں۔</w:t>
      </w:r>
    </w:p>
    <w:p>
      <w:r>
        <w:rPr>
          <w:b/>
        </w:rPr>
        <w:t xml:space="preserve">[44:18] </w:t>
      </w:r>
      <w:r>
        <w:t>aur doosri taraf yeh bhi sochte rehna chahiye bar bar.</w:t>
      </w:r>
    </w:p>
    <w:p>
      <w:pPr>
        <w:jc w:val="right"/>
      </w:pPr>
      <w:r>
        <w:t>اور دوسری طرف یہ بھی سوچتے رہنا چاہیے بار بار۔</w:t>
      </w:r>
    </w:p>
    <w:p>
      <w:r>
        <w:rPr>
          <w:b/>
        </w:rPr>
        <w:t xml:space="preserve">[44:22] </w:t>
      </w:r>
      <w:r>
        <w:t>ke insan ka jo civilizational contribution hai, woh agar na hota to main kya hota.</w:t>
      </w:r>
    </w:p>
    <w:p>
      <w:pPr>
        <w:jc w:val="right"/>
      </w:pPr>
      <w:r>
        <w:t>کہ انسان کا جو civilizational contribution ہے، وہ اگر نہ ہوتا تو میں کیا ہوتا۔</w:t>
      </w:r>
    </w:p>
    <w:p>
      <w:r>
        <w:rPr>
          <w:b/>
        </w:rPr>
        <w:t xml:space="preserve">[44:28] </w:t>
      </w:r>
      <w:r>
        <w:t>main khud apne bachpan mein main ne dekha hai ke lakri ka bartan hota tha jis mein aadmi</w:t>
      </w:r>
    </w:p>
    <w:p>
      <w:pPr>
        <w:jc w:val="right"/>
      </w:pPr>
      <w:r>
        <w:t>میں خود اپنے بچپن میں میں نے دیکھا ہے کہ لکڑی کا برتن ہوتا تھا جس میں آدمی</w:t>
      </w:r>
    </w:p>
    <w:p>
      <w:r>
        <w:rPr>
          <w:b/>
        </w:rPr>
        <w:t xml:space="preserve">[44:36] </w:t>
      </w:r>
      <w:r>
        <w:t>pani peeta tha, lakri ka.</w:t>
      </w:r>
    </w:p>
    <w:p>
      <w:pPr>
        <w:jc w:val="right"/>
      </w:pPr>
      <w:r>
        <w:t>پانی پیتا تھا، لکڑی کا۔</w:t>
      </w:r>
    </w:p>
    <w:p>
      <w:r>
        <w:rPr>
          <w:b/>
        </w:rPr>
        <w:t xml:space="preserve">[44:38] </w:t>
      </w:r>
      <w:r>
        <w:t>is se pehle aap chale jaiye to pathar ka insan banata tha pyala.</w:t>
      </w:r>
    </w:p>
    <w:p>
      <w:pPr>
        <w:jc w:val="right"/>
      </w:pPr>
      <w:r>
        <w:t>اس سے پہلے آپ چلے جائیے تو پتھر کا انسان بناتا تھا پیالہ۔</w:t>
      </w:r>
    </w:p>
    <w:p>
      <w:r>
        <w:rPr>
          <w:b/>
        </w:rPr>
        <w:t xml:space="preserve">[44:44] </w:t>
      </w:r>
      <w:r>
        <w:t>insan pathar ka pyala banata tha.</w:t>
      </w:r>
    </w:p>
    <w:p>
      <w:pPr>
        <w:jc w:val="right"/>
      </w:pPr>
      <w:r>
        <w:t>انسان پتھر کا پیالہ بناتا تھا۔</w:t>
      </w:r>
    </w:p>
    <w:p>
      <w:r>
        <w:rPr>
          <w:b/>
        </w:rPr>
        <w:t xml:space="preserve">[44:46] </w:t>
      </w:r>
      <w:r>
        <w:t>is pathar ke pyale mein woh pani peeta tha.</w:t>
      </w:r>
    </w:p>
    <w:p>
      <w:pPr>
        <w:jc w:val="right"/>
      </w:pPr>
      <w:r>
        <w:t>اس پتھر کے پیالے میں وہ پانی پیتا تھا۔</w:t>
      </w:r>
    </w:p>
    <w:p>
      <w:r>
        <w:rPr>
          <w:b/>
        </w:rPr>
        <w:t xml:space="preserve">[44:50] </w:t>
      </w:r>
      <w:r>
        <w:t>main ne aise bhi dekhe hain ke pathar bhi nahin hai to hath se pani peete the, aise.</w:t>
      </w:r>
    </w:p>
    <w:p>
      <w:pPr>
        <w:jc w:val="right"/>
      </w:pPr>
      <w:r>
        <w:t>میں نے ایسے بھی دیکھے ہیں کہ پتھر بھی نہیں ہے تو ہاتھ سے پانی پیتے تھے، ایسے۔</w:t>
      </w:r>
    </w:p>
    <w:p>
      <w:r>
        <w:rPr>
          <w:b/>
        </w:rPr>
        <w:t xml:space="preserve">[44:58] </w:t>
      </w:r>
      <w:r>
        <w:t>aise hath se pani peete the.</w:t>
      </w:r>
    </w:p>
    <w:p>
      <w:pPr>
        <w:jc w:val="right"/>
      </w:pPr>
      <w:r>
        <w:t>ایسے ہاتھ سے پانی پیتے تھے۔</w:t>
      </w:r>
    </w:p>
    <w:p>
      <w:r>
        <w:rPr>
          <w:b/>
        </w:rPr>
        <w:t xml:space="preserve">[45:00] </w:t>
      </w:r>
      <w:r>
        <w:t>to insan ne chashma gir raha hai, aise hath mein pani liya aur aise pi liya.</w:t>
      </w:r>
    </w:p>
    <w:p>
      <w:pPr>
        <w:jc w:val="right"/>
      </w:pPr>
      <w:r>
        <w:t>تو انسان نے چشمہ گر رہا ہے، ایسے ہاتھ میں پانی لیا اور ایسے پی لیا۔</w:t>
      </w:r>
    </w:p>
    <w:p>
      <w:r>
        <w:rPr>
          <w:b/>
        </w:rPr>
        <w:t xml:space="preserve">[45:07] </w:t>
      </w:r>
      <w:r>
        <w:t>phir insan ne pathar ka banaya, phir insan ne lakri ka banaya.</w:t>
      </w:r>
    </w:p>
    <w:p>
      <w:pPr>
        <w:jc w:val="right"/>
      </w:pPr>
      <w:r>
        <w:t>پھر انسان نے پتھر کا بنایا، پھر انسان نے لکڑی کا بنایا۔</w:t>
      </w:r>
    </w:p>
    <w:p>
      <w:r>
        <w:rPr>
          <w:b/>
        </w:rPr>
        <w:t xml:space="preserve">[45:12] </w:t>
      </w:r>
      <w:r>
        <w:t>phir kitne din lag gaye, phir lohe ka banaya, kitne din lag gaye yeh pata karne mein.</w:t>
      </w:r>
    </w:p>
    <w:p>
      <w:pPr>
        <w:jc w:val="right"/>
      </w:pPr>
      <w:r>
        <w:t>پھر کتنے دن لگ گئے، پھر لوہے کا بنایا، کتنے دن لگ گئے یہ پتہ کرنے میں۔</w:t>
      </w:r>
    </w:p>
    <w:p>
      <w:r>
        <w:rPr>
          <w:b/>
        </w:rPr>
        <w:t xml:space="preserve">[45:20] </w:t>
      </w:r>
      <w:r>
        <w:t>ke silica jo hai, us ko hum dhal sakte hain shishe mein.</w:t>
      </w:r>
    </w:p>
    <w:p>
      <w:pPr>
        <w:jc w:val="right"/>
      </w:pPr>
      <w:r>
        <w:t>کہ silica جو ہے، اس کو ہم ڈھال سکتے ہیں شیشے میں۔</w:t>
      </w:r>
    </w:p>
    <w:p>
      <w:r>
        <w:rPr>
          <w:b/>
        </w:rPr>
        <w:t xml:space="preserve">[45:25] </w:t>
      </w:r>
      <w:r>
        <w:t>phir yeh bhi kitne din lag gaye us ko, us ka poori science develop karne mein.</w:t>
      </w:r>
    </w:p>
    <w:p>
      <w:pPr>
        <w:jc w:val="right"/>
      </w:pPr>
      <w:r>
        <w:t>پھر یہ بھی کتنے دن لگ گئے اس کو، اس کا پوری سائنس develop کرنے میں۔</w:t>
      </w:r>
    </w:p>
    <w:p>
      <w:r>
        <w:rPr>
          <w:b/>
        </w:rPr>
        <w:t xml:space="preserve">[45:32] </w:t>
      </w:r>
      <w:r>
        <w:t>yeh to ek shishe ki baat hai.</w:t>
      </w:r>
    </w:p>
    <w:p>
      <w:pPr>
        <w:jc w:val="right"/>
      </w:pPr>
      <w:r>
        <w:t>یہ تو ایک شیشے کی بات ہے۔</w:t>
      </w:r>
    </w:p>
    <w:p>
      <w:r>
        <w:rPr>
          <w:b/>
        </w:rPr>
        <w:t xml:space="preserve">[45:35] </w:t>
      </w:r>
      <w:r>
        <w:t>aap hazaron hazar jo items roz aap istemal karte hain, un sab ke sath mamla yahi hai.</w:t>
      </w:r>
    </w:p>
    <w:p>
      <w:pPr>
        <w:jc w:val="right"/>
      </w:pPr>
      <w:r>
        <w:t>آپ ہزاروں ہزار جو items روز آپ استعمال کرتے ہیں، ان سب کے ساتھ معاملہ یہی ہے۔</w:t>
      </w:r>
    </w:p>
    <w:p>
      <w:r>
        <w:rPr>
          <w:b/>
        </w:rPr>
        <w:t xml:space="preserve">[45:42] </w:t>
      </w:r>
      <w:r>
        <w:t>har cheez jo hai, bohat dinon ke process ke baad is shakal mein bani hai jis mein aaj</w:t>
      </w:r>
    </w:p>
    <w:p>
      <w:pPr>
        <w:jc w:val="right"/>
      </w:pPr>
      <w:r>
        <w:t>ہر چیز جو ہے، بہت دنوں کے process کے بعد اس شکل میں بنی ہے جس میں آج</w:t>
      </w:r>
    </w:p>
    <w:p>
      <w:r>
        <w:rPr>
          <w:b/>
        </w:rPr>
        <w:t xml:space="preserve">[45:50] </w:t>
      </w:r>
      <w:r>
        <w:t>aap is ko istemaal karte hain.</w:t>
      </w:r>
    </w:p>
    <w:p>
      <w:pPr>
        <w:jc w:val="right"/>
      </w:pPr>
      <w:r>
        <w:t>آپ اس کو استعمال کرتے ہیں۔</w:t>
      </w:r>
    </w:p>
    <w:p>
      <w:r>
        <w:rPr>
          <w:b/>
        </w:rPr>
        <w:t xml:space="preserve">[45:52] </w:t>
      </w:r>
      <w:r>
        <w:t>chahe kapra ho, chahe ghar ho, koi bhi cheez ho.</w:t>
      </w:r>
    </w:p>
    <w:p>
      <w:pPr>
        <w:jc w:val="right"/>
      </w:pPr>
      <w:r>
        <w:t>چاہے کپڑا ہو، چاہے گھر ہو، کوئی بھی چیز ہو۔</w:t>
      </w:r>
    </w:p>
    <w:p>
      <w:r>
        <w:rPr>
          <w:b/>
        </w:rPr>
        <w:t xml:space="preserve">[45:57] </w:t>
      </w:r>
      <w:r>
        <w:t>kehte hain ke ek sui bhi ho.</w:t>
      </w:r>
    </w:p>
    <w:p>
      <w:pPr>
        <w:jc w:val="right"/>
      </w:pPr>
      <w:r>
        <w:t>کہتے ہیں کہ ایک سوئی بھی ہو۔</w:t>
      </w:r>
    </w:p>
    <w:p>
      <w:r>
        <w:rPr>
          <w:b/>
        </w:rPr>
        <w:t xml:space="preserve">[46:00] </w:t>
      </w:r>
      <w:r>
        <w:t>lambhi muddat ke research, koshish, sacrifice, mehnat ke baad ban kar tayyar hui hai.</w:t>
      </w:r>
    </w:p>
    <w:p>
      <w:pPr>
        <w:jc w:val="right"/>
      </w:pPr>
      <w:r>
        <w:t>لمبی مدت کے research، کوشش، sacrifice، محنت کے بعد بن کر تیار ہوئی ہے۔</w:t>
      </w:r>
    </w:p>
    <w:p>
      <w:r>
        <w:rPr>
          <w:b/>
        </w:rPr>
        <w:t xml:space="preserve">[46:06] </w:t>
      </w:r>
      <w:r>
        <w:t>jis ko aap aaj breath kar rahe hain.</w:t>
      </w:r>
    </w:p>
    <w:p>
      <w:pPr>
        <w:jc w:val="right"/>
      </w:pPr>
      <w:r>
        <w:t>جس کو آپ آج breath کر رہے ہیں۔</w:t>
      </w:r>
    </w:p>
    <w:p>
      <w:r>
        <w:rPr>
          <w:b/>
        </w:rPr>
        <w:t xml:space="preserve">[46:09] </w:t>
      </w:r>
      <w:r>
        <w:t>to aap le lete hain is ko for granted le lete hain.</w:t>
      </w:r>
    </w:p>
    <w:p>
      <w:pPr>
        <w:jc w:val="right"/>
      </w:pPr>
      <w:r>
        <w:t>تو آپ لے لیتے ہیں اس کو for granted لے لیتے ہیں۔</w:t>
      </w:r>
    </w:p>
    <w:p>
      <w:r>
        <w:rPr>
          <w:b/>
        </w:rPr>
        <w:t xml:space="preserve">[46:14] </w:t>
      </w:r>
      <w:r>
        <w:t>log is ko for granted liye hue hain.</w:t>
      </w:r>
    </w:p>
    <w:p>
      <w:pPr>
        <w:jc w:val="right"/>
      </w:pPr>
      <w:r>
        <w:t>لوگ اس کو for granted لیے ہوئے ہیں۔</w:t>
      </w:r>
    </w:p>
    <w:p>
      <w:r>
        <w:rPr>
          <w:b/>
        </w:rPr>
        <w:t xml:space="preserve">[46:18] </w:t>
      </w:r>
      <w:r>
        <w:t>jaise shishe ka glass le kar aap pani piyenge to for granted le lenge pani ko</w:t>
      </w:r>
    </w:p>
    <w:p>
      <w:pPr>
        <w:jc w:val="right"/>
      </w:pPr>
      <w:r>
        <w:t>جیسے شیشے کا گلاس لے کر آپ پانی پیئیں گے تو for granted لے لیں گے پانی کو</w:t>
      </w:r>
    </w:p>
    <w:p>
      <w:r>
        <w:rPr>
          <w:b/>
        </w:rPr>
        <w:t xml:space="preserve">[46:25] </w:t>
      </w:r>
      <w:r>
        <w:t>bhi aur glass ko bhi.</w:t>
      </w:r>
    </w:p>
    <w:p>
      <w:pPr>
        <w:jc w:val="right"/>
      </w:pPr>
      <w:r>
        <w:t>بھی اور گلاس کو بھی۔</w:t>
      </w:r>
    </w:p>
    <w:p>
      <w:r>
        <w:rPr>
          <w:b/>
        </w:rPr>
        <w:t xml:space="preserve">[46:27] </w:t>
      </w:r>
      <w:r>
        <w:t>to kuch bhi nahi hoga.</w:t>
      </w:r>
    </w:p>
    <w:p>
      <w:pPr>
        <w:jc w:val="right"/>
      </w:pPr>
      <w:r>
        <w:t>تو کچھ بھی نہیں ہوگا۔</w:t>
      </w:r>
    </w:p>
    <w:p>
      <w:r>
        <w:rPr>
          <w:b/>
        </w:rPr>
        <w:t xml:space="preserve">[46:30] </w:t>
      </w:r>
      <w:r>
        <w:t>to main ne aap ke samne yeh hadith padhi hai man lam yashkur al-nas lam yashkur Allah.</w:t>
      </w:r>
    </w:p>
    <w:p>
      <w:pPr>
        <w:jc w:val="right"/>
      </w:pPr>
      <w:r>
        <w:t>تو میں نے آپ کے سامنے یہ حدیث پڑھی ہے من لم يشكر الناس لم يشكر الله ۔</w:t>
      </w:r>
    </w:p>
    <w:p>
      <w:r>
        <w:rPr>
          <w:b/>
        </w:rPr>
        <w:t xml:space="preserve">[46:37] </w:t>
      </w:r>
      <w:r>
        <w:t>jo insan ka shukar na kare, woh Khuda ka shukar bhi nahi karega.</w:t>
      </w:r>
    </w:p>
    <w:p>
      <w:pPr>
        <w:jc w:val="right"/>
      </w:pPr>
      <w:r>
        <w:t>جو انسان کا شکر نہ کرے، وہ خدا کا شکر بھی نہیں کرے گا۔</w:t>
      </w:r>
    </w:p>
    <w:p>
      <w:r>
        <w:rPr>
          <w:b/>
        </w:rPr>
        <w:t xml:space="preserve">[46:43] </w:t>
      </w:r>
      <w:r>
        <w:t>yani jo insan ko acknowledge na kare, woh Khuda ko bhi acknowledge nahi karega.</w:t>
      </w:r>
    </w:p>
    <w:p>
      <w:pPr>
        <w:jc w:val="right"/>
      </w:pPr>
      <w:r>
        <w:t>یعنی جو انسان کو acknowledge نہ کرے، وہ خدا کو بھی acknowledge نہیں کرے گا۔</w:t>
      </w:r>
    </w:p>
    <w:p>
      <w:r>
        <w:rPr>
          <w:b/>
        </w:rPr>
        <w:t xml:space="preserve">[46:50] </w:t>
      </w:r>
      <w:r>
        <w:t>lekin acknowledge karna kaise hota hai? agar aap cheezon ko for granted lete rahen to koi bhi spirit</w:t>
      </w:r>
    </w:p>
    <w:p>
      <w:pPr>
        <w:jc w:val="right"/>
      </w:pPr>
      <w:r>
        <w:t>لیکن acknowledge کرنا کیسے ہوتا ہے؟ اگر آپ چیزوں کو for granted لیتے رہیں تو کوئی بھی spirit</w:t>
      </w:r>
    </w:p>
    <w:p>
      <w:r>
        <w:rPr>
          <w:b/>
        </w:rPr>
        <w:t xml:space="preserve">[46:58] </w:t>
      </w:r>
      <w:r>
        <w:t>nahi jaagegi aap ke andar.</w:t>
      </w:r>
    </w:p>
    <w:p>
      <w:pPr>
        <w:jc w:val="right"/>
      </w:pPr>
      <w:r>
        <w:t>نہیں جاگے گی آپ کے اندر۔</w:t>
      </w:r>
    </w:p>
    <w:p>
      <w:r>
        <w:rPr>
          <w:b/>
        </w:rPr>
        <w:t xml:space="preserve">[47:00] </w:t>
      </w:r>
      <w:r>
        <w:t>kuch bhi nahi.</w:t>
      </w:r>
    </w:p>
    <w:p>
      <w:pPr>
        <w:jc w:val="right"/>
      </w:pPr>
      <w:r>
        <w:t>کچھ بھی نہیں۔</w:t>
      </w:r>
    </w:p>
    <w:p>
      <w:r>
        <w:rPr>
          <w:b/>
        </w:rPr>
        <w:t xml:space="preserve">[47:02] </w:t>
      </w:r>
      <w:r>
        <w:t>animal ki tarah rahenge.</w:t>
      </w:r>
    </w:p>
    <w:p>
      <w:pPr>
        <w:jc w:val="right"/>
      </w:pPr>
      <w:r>
        <w:t>animal کی طرح رہیں گے۔</w:t>
      </w:r>
    </w:p>
    <w:p>
      <w:r>
        <w:rPr>
          <w:b/>
        </w:rPr>
        <w:t xml:space="preserve">[47:04] </w:t>
      </w:r>
      <w:r>
        <w:t>jab sochenge, apne mind ko activate karenge, tab pata chalega ke Khuda ka life support</w:t>
      </w:r>
    </w:p>
    <w:p>
      <w:pPr>
        <w:jc w:val="right"/>
      </w:pPr>
      <w:r>
        <w:t>جب سوچیں گے، اپنے mind کو activate کریں گے، تب پتہ چلے گا کہ خدا کا life support</w:t>
      </w:r>
    </w:p>
    <w:p>
      <w:r>
        <w:rPr>
          <w:b/>
        </w:rPr>
        <w:t xml:space="preserve">[47:11] </w:t>
      </w:r>
      <w:r>
        <w:t>system kitni bari cheez hai.</w:t>
      </w:r>
    </w:p>
    <w:p>
      <w:pPr>
        <w:jc w:val="right"/>
      </w:pPr>
      <w:r>
        <w:t>system کتنی بڑی چیز ہے۔</w:t>
      </w:r>
    </w:p>
    <w:p>
      <w:r>
        <w:rPr>
          <w:b/>
        </w:rPr>
        <w:t xml:space="preserve">[47:14] </w:t>
      </w:r>
      <w:r>
        <w:t>yani universal level par Khuda ne ek life support system banaya hai mere liye.</w:t>
      </w:r>
    </w:p>
    <w:p>
      <w:pPr>
        <w:jc w:val="right"/>
      </w:pPr>
      <w:r>
        <w:t>یعنی universal level پر خدا نے ایک life support system بنایا ہے میرے لیے۔</w:t>
      </w:r>
    </w:p>
    <w:p>
      <w:r>
        <w:rPr>
          <w:b/>
        </w:rPr>
        <w:t xml:space="preserve">[47:20] </w:t>
      </w:r>
      <w:r>
        <w:t>is ki wajah se main dunya mein jee raha hoon.</w:t>
      </w:r>
    </w:p>
    <w:p>
      <w:pPr>
        <w:jc w:val="right"/>
      </w:pPr>
      <w:r>
        <w:t>اس کی وجہ سے میں دنیا میں جی رہا ہوں۔</w:t>
      </w:r>
    </w:p>
    <w:p>
      <w:r>
        <w:rPr>
          <w:b/>
        </w:rPr>
        <w:t xml:space="preserve">[47:24] </w:t>
      </w:r>
      <w:r>
        <w:t>aur doosri taraf civilization jo insan ki hai, is ne hazaron saal ke andar ek effort jari rakhi,</w:t>
      </w:r>
    </w:p>
    <w:p>
      <w:pPr>
        <w:jc w:val="right"/>
      </w:pPr>
      <w:r>
        <w:t>اور دوسری طرف civilization جو انسان کی ہے، اس نے ہزاروں سال کے اندر ایک effort جاری رکھی،</w:t>
      </w:r>
    </w:p>
    <w:p>
      <w:r>
        <w:rPr>
          <w:b/>
        </w:rPr>
        <w:t xml:space="preserve">[47:32] </w:t>
      </w:r>
      <w:r>
        <w:t>ek struggle jari rakhi.</w:t>
      </w:r>
    </w:p>
    <w:p>
      <w:pPr>
        <w:jc w:val="right"/>
      </w:pPr>
      <w:r>
        <w:t>ایک struggle جاری رکھی۔</w:t>
      </w:r>
    </w:p>
    <w:p>
      <w:r>
        <w:rPr>
          <w:b/>
        </w:rPr>
        <w:t xml:space="preserve">[47:33] </w:t>
      </w:r>
      <w:r>
        <w:t>yahan tak ke woh cheezen hamein dein, jis mein jis ko le kar ke hum aaj ek mutamaddin</w:t>
      </w:r>
    </w:p>
    <w:p>
      <w:pPr>
        <w:jc w:val="right"/>
      </w:pPr>
      <w:r>
        <w:t>یہاں تک کہ وہ چیزیں ہمیں دیں، جس میں جس کو لے کر کے ہم آج ایک متمدن</w:t>
      </w:r>
    </w:p>
    <w:p>
      <w:r>
        <w:rPr>
          <w:b/>
        </w:rPr>
        <w:t xml:space="preserve">[47:41] </w:t>
      </w:r>
      <w:r>
        <w:t>zindagi guzar rahe hain.</w:t>
      </w:r>
    </w:p>
    <w:p>
      <w:pPr>
        <w:jc w:val="right"/>
      </w:pPr>
      <w:r>
        <w:t>زندگی گزار رہے ہیں۔</w:t>
      </w:r>
    </w:p>
    <w:p>
      <w:r>
        <w:rPr>
          <w:b/>
        </w:rPr>
        <w:t xml:space="preserve">[47:43] </w:t>
      </w:r>
      <w:r>
        <w:t>to yeh hai mun lam yashkur al-nas lam yashkur Allah.</w:t>
      </w:r>
    </w:p>
    <w:p>
      <w:pPr>
        <w:jc w:val="right"/>
      </w:pPr>
      <w:r>
        <w:t>تو یہ ہے من لم يشكر الناس لم يشكر الله ۔</w:t>
      </w:r>
    </w:p>
    <w:p>
      <w:r>
        <w:rPr>
          <w:b/>
        </w:rPr>
        <w:t xml:space="preserve">[47:47] </w:t>
      </w:r>
      <w:r>
        <w:t>ke spirit agar hogi, sachi spirit to aadmi Khuda ko bhi acknowledge karega aur insan ko bhi</w:t>
      </w:r>
    </w:p>
    <w:p>
      <w:pPr>
        <w:jc w:val="right"/>
      </w:pPr>
      <w:r>
        <w:t>کہ spirit اگر ہوگی، سچی spirit تو آدمی خدا کو بھی acknowledge کرے گا اور انسان کو بھی</w:t>
      </w:r>
    </w:p>
    <w:p>
      <w:r>
        <w:rPr>
          <w:b/>
        </w:rPr>
        <w:t xml:space="preserve">[47:55] </w:t>
      </w:r>
      <w:r>
        <w:t>acknowledge karega.</w:t>
      </w:r>
    </w:p>
    <w:p>
      <w:pPr>
        <w:jc w:val="right"/>
      </w:pPr>
      <w:r>
        <w:t>acknowledge کرے گا۔</w:t>
      </w:r>
    </w:p>
    <w:p>
      <w:r>
        <w:rPr>
          <w:b/>
        </w:rPr>
        <w:t xml:space="preserve">[47:57] </w:t>
      </w:r>
      <w:r>
        <w:t>aur spirit nahi hogi to na Khuda ko acknowledge karega, na insan ko acknowledge karega.</w:t>
      </w:r>
    </w:p>
    <w:p>
      <w:pPr>
        <w:jc w:val="right"/>
      </w:pPr>
      <w:r>
        <w:t>اور spirit نہیں ہوگی تو نہ خدا کو acknowledge کرے گا، نہ انسان کو acknowledge کرے گا۔</w:t>
      </w:r>
    </w:p>
    <w:p>
      <w:r>
        <w:rPr>
          <w:b/>
        </w:rPr>
        <w:t xml:space="preserve">[48:04] </w:t>
      </w:r>
      <w:r>
        <w:t>aur isi ki training har din ki jati hai namaz mein.</w:t>
      </w:r>
    </w:p>
    <w:p>
      <w:pPr>
        <w:jc w:val="right"/>
      </w:pPr>
      <w:r>
        <w:t>اور اسی کی training ہر دن کی جاتی ہے نماز میں۔</w:t>
      </w:r>
    </w:p>
    <w:p>
      <w:r>
        <w:rPr>
          <w:b/>
        </w:rPr>
        <w:t xml:space="preserve">[48:09] </w:t>
      </w:r>
      <w:r>
        <w:t>paanch waqt namaz mein.</w:t>
      </w:r>
    </w:p>
    <w:p>
      <w:pPr>
        <w:jc w:val="right"/>
      </w:pPr>
      <w:r>
        <w:t>پانچ وقت نماز میں۔</w:t>
      </w:r>
    </w:p>
    <w:p>
      <w:r>
        <w:rPr>
          <w:b/>
        </w:rPr>
        <w:t xml:space="preserve">[48:10] </w:t>
      </w:r>
      <w:r>
        <w:t>jaisa ke maine arz kiya ke namaz shuru karte hain aap Allahu Akbar keh kar ke.</w:t>
      </w:r>
    </w:p>
    <w:p>
      <w:pPr>
        <w:jc w:val="right"/>
      </w:pPr>
      <w:r>
        <w:t>جیسا کہ میں نے عرض کیا کہ نماز شروع کرتے ہیں آپ اللہ اکبر کہہ کر کے۔</w:t>
      </w:r>
    </w:p>
    <w:p>
      <w:r>
        <w:rPr>
          <w:b/>
        </w:rPr>
        <w:t xml:space="preserve">[48:18] </w:t>
      </w:r>
      <w:r>
        <w:t>is mein aap ne acknowledge kiya Khuda ke life support system ko.</w:t>
      </w:r>
    </w:p>
    <w:p>
      <w:pPr>
        <w:jc w:val="right"/>
      </w:pPr>
      <w:r>
        <w:t>اس میں آپ نے acknowledge کیا خدا کے life support system کو۔</w:t>
      </w:r>
    </w:p>
    <w:p>
      <w:r>
        <w:rPr>
          <w:b/>
        </w:rPr>
        <w:t xml:space="preserve">[48:23] </w:t>
      </w:r>
      <w:r>
        <w:t>khud Khuda hai, to kitna bada hai ke tune kya kya cheezein hamein dein.</w:t>
      </w:r>
    </w:p>
    <w:p>
      <w:pPr>
        <w:jc w:val="right"/>
      </w:pPr>
      <w:r>
        <w:t>خود خدا ہے، تو کتنا بڑا ہے کہ تو نے کیا کیا چیزیں ہمیں دیں۔</w:t>
      </w:r>
    </w:p>
    <w:p>
      <w:r>
        <w:rPr>
          <w:b/>
        </w:rPr>
        <w:t xml:space="preserve">[48:29] </w:t>
      </w:r>
      <w:r>
        <w:t>agar woh cheezein na detin, na hotin, agar yeh cheezein to na deta to hum kuch bhi nahi</w:t>
      </w:r>
    </w:p>
    <w:p>
      <w:pPr>
        <w:jc w:val="right"/>
      </w:pPr>
      <w:r>
        <w:t>اگر وہ چیزیں نہ دیتیں، نہ ہوتیں، اگر یہ چیزیں تو نہ دیتا تو ہم کچھ بھی نہیں</w:t>
      </w:r>
    </w:p>
    <w:p>
      <w:r>
        <w:rPr>
          <w:b/>
        </w:rPr>
        <w:t xml:space="preserve">[48:37] </w:t>
      </w:r>
      <w:r>
        <w:t>the.</w:t>
      </w:r>
    </w:p>
    <w:p>
      <w:pPr>
        <w:jc w:val="right"/>
      </w:pPr>
      <w:r>
        <w:t>تھے۔</w:t>
      </w:r>
    </w:p>
    <w:p>
      <w:r>
        <w:rPr>
          <w:b/>
        </w:rPr>
        <w:t xml:space="preserve">[48:38] </w:t>
      </w:r>
      <w:r>
        <w:t>aur doosri taraf aap acknowledge karte hain insan ko.</w:t>
      </w:r>
    </w:p>
    <w:p>
      <w:pPr>
        <w:jc w:val="right"/>
      </w:pPr>
      <w:r>
        <w:t>اور دوسری طرف آپ acknowledge کرتے ہیں انسان کو۔</w:t>
      </w:r>
    </w:p>
    <w:p>
      <w:r>
        <w:rPr>
          <w:b/>
        </w:rPr>
        <w:t xml:space="preserve">[48:42] </w:t>
      </w:r>
      <w:r>
        <w:t>ke civilizational process jo hai, woh jo hazaron saal chal raha hai, us ki wajah se mujhe yeh</w:t>
      </w:r>
    </w:p>
    <w:p>
      <w:pPr>
        <w:jc w:val="right"/>
      </w:pPr>
      <w:r>
        <w:t>کہ civilizational process جو ہے، وہ جو ہزاروں سال چل رہا ہے، اس کی وجہ سے مجھے یہ</w:t>
      </w:r>
    </w:p>
    <w:p>
      <w:r>
        <w:rPr>
          <w:b/>
        </w:rPr>
        <w:t xml:space="preserve">[48:50] </w:t>
      </w:r>
      <w:r>
        <w:t>sab cheezein mili hui hain.</w:t>
      </w:r>
    </w:p>
    <w:p>
      <w:pPr>
        <w:jc w:val="right"/>
      </w:pPr>
      <w:r>
        <w:t>سب چیزیں ملی ہوئی ہیں۔</w:t>
      </w:r>
    </w:p>
    <w:p>
      <w:r>
        <w:rPr>
          <w:b/>
        </w:rPr>
        <w:t xml:space="preserve">[48:52] </w:t>
      </w:r>
      <w:r>
        <w:t>jaisa ke main is se pehle, maine ek taqreer mein kaha tha ke ek din mein apni</w:t>
      </w:r>
    </w:p>
    <w:p>
      <w:pPr>
        <w:jc w:val="right"/>
      </w:pPr>
      <w:r>
        <w:t>جیسا کہ میں اس سے پہلے، میں نے ایک تقریر میں کہا تھا کہ ایک دن میں اپنی</w:t>
      </w:r>
    </w:p>
    <w:p>
      <w:r>
        <w:rPr>
          <w:b/>
        </w:rPr>
        <w:t xml:space="preserve">[49:00] </w:t>
      </w:r>
      <w:r>
        <w:t>gaadi par utra.</w:t>
      </w:r>
    </w:p>
    <w:p>
      <w:pPr>
        <w:jc w:val="right"/>
      </w:pPr>
      <w:r>
        <w:t>گاڑی پر اترا۔</w:t>
      </w:r>
    </w:p>
    <w:p>
      <w:r>
        <w:rPr>
          <w:b/>
        </w:rPr>
        <w:t xml:space="preserve">[49:01] </w:t>
      </w:r>
      <w:r>
        <w:t>to meri gaadi choti gaadi hai, aaj kal ki language mein small car.</w:t>
      </w:r>
    </w:p>
    <w:p>
      <w:pPr>
        <w:jc w:val="right"/>
      </w:pPr>
      <w:r>
        <w:t>تو میری گاڑی چھوٹی گاڑی ہے، آج کل کی language میں small car۔</w:t>
      </w:r>
    </w:p>
    <w:p>
      <w:r>
        <w:rPr>
          <w:b/>
        </w:rPr>
        <w:t xml:space="preserve">[49:07] </w:t>
      </w:r>
      <w:r>
        <w:t>to ittefaq se ek sahib aa gaye, unhone kaha ke aap ko Khuda ne is qabil banaya hai</w:t>
      </w:r>
    </w:p>
    <w:p>
      <w:pPr>
        <w:jc w:val="right"/>
      </w:pPr>
      <w:r>
        <w:t>تو اتفاق سے ایک صاحب آگئے، انہوں نے کہا کہ آپ کو خدا نے اس قابل بنایا ہے</w:t>
      </w:r>
    </w:p>
    <w:p>
      <w:r>
        <w:rPr>
          <w:b/>
        </w:rPr>
        <w:t xml:space="preserve">[49:15] </w:t>
      </w:r>
      <w:r>
        <w:t>ke aap badi gaadi mein safar karein.</w:t>
      </w:r>
    </w:p>
    <w:p>
      <w:pPr>
        <w:jc w:val="right"/>
      </w:pPr>
      <w:r>
        <w:t>کہ آپ بڑی گاڑی میں سفر کریں۔</w:t>
      </w:r>
    </w:p>
    <w:p>
      <w:r>
        <w:rPr>
          <w:b/>
        </w:rPr>
        <w:t xml:space="preserve">[49:18] </w:t>
      </w:r>
      <w:r>
        <w:t>to aap ke liye choti gaadi mein safar karna theek nahi hai.</w:t>
      </w:r>
    </w:p>
    <w:p>
      <w:pPr>
        <w:jc w:val="right"/>
      </w:pPr>
      <w:r>
        <w:t>تو آپ کے لیے چھوٹی گاڑی میں سفر کرنا ٹھیک نہیں ہے۔</w:t>
      </w:r>
    </w:p>
    <w:p>
      <w:r>
        <w:rPr>
          <w:b/>
        </w:rPr>
        <w:t xml:space="preserve">[49:23] </w:t>
      </w:r>
      <w:r>
        <w:t>aap badi gaadi le lijie.</w:t>
      </w:r>
    </w:p>
    <w:p>
      <w:pPr>
        <w:jc w:val="right"/>
      </w:pPr>
      <w:r>
        <w:t>آپ بڑی گاڑی لے لیجیے۔</w:t>
      </w:r>
    </w:p>
    <w:p>
      <w:r>
        <w:rPr>
          <w:b/>
        </w:rPr>
        <w:t xml:space="preserve">[49:25] </w:t>
      </w:r>
      <w:r>
        <w:t>to meri aankhon mein aansu aa gaye.</w:t>
      </w:r>
    </w:p>
    <w:p>
      <w:pPr>
        <w:jc w:val="right"/>
      </w:pPr>
      <w:r>
        <w:t>تو میری آنکھوں میں آنسو آگئے۔</w:t>
      </w:r>
    </w:p>
    <w:p>
      <w:r>
        <w:rPr>
          <w:b/>
        </w:rPr>
        <w:t xml:space="preserve">[49:28] </w:t>
      </w:r>
      <w:r>
        <w:t>maine kaha ke main to kya ek badshah bhi is qabil nahi ke zameen par paidal bhi</w:t>
      </w:r>
    </w:p>
    <w:p>
      <w:pPr>
        <w:jc w:val="right"/>
      </w:pPr>
      <w:r>
        <w:t>میں نے کہا کہ میں تو کیا ایک بادشاہ بھی اس قابل نہیں کہ زمین پر پیدل بھی</w:t>
      </w:r>
    </w:p>
    <w:p>
      <w:r>
        <w:rPr>
          <w:b/>
        </w:rPr>
        <w:t xml:space="preserve">[49:35] </w:t>
      </w:r>
      <w:r>
        <w:t>chal sake? ek badshah bhi.</w:t>
      </w:r>
    </w:p>
    <w:p>
      <w:pPr>
        <w:jc w:val="right"/>
      </w:pPr>
      <w:r>
        <w:t>چل سکے؟ ایک بادشاہ بھی۔</w:t>
      </w:r>
    </w:p>
    <w:p>
      <w:r>
        <w:rPr>
          <w:b/>
        </w:rPr>
        <w:t xml:space="preserve">[49:37] </w:t>
      </w:r>
      <w:r>
        <w:t>meri kya haqeeqat hai? kyu? khuda ne zameen mein gravity na rakhi hoti to aap ki car chal</w:t>
      </w:r>
    </w:p>
    <w:p>
      <w:pPr>
        <w:jc w:val="right"/>
      </w:pPr>
      <w:r>
        <w:t>میری کیا حقیقت ہے؟ کیوں؟ خدا نے زمین میں gravity نہ رکھی ہوتی تو آپ کی کار چل</w:t>
      </w:r>
    </w:p>
    <w:p>
      <w:r>
        <w:rPr>
          <w:b/>
        </w:rPr>
        <w:t xml:space="preserve">[49:45] </w:t>
      </w:r>
      <w:r>
        <w:t>sakti hai? aap ki car hawa more gi.</w:t>
      </w:r>
    </w:p>
    <w:p>
      <w:pPr>
        <w:jc w:val="right"/>
      </w:pPr>
      <w:r>
        <w:t>سکتی ہے؟ آپ کی کار ہوا موڑے گی۔</w:t>
      </w:r>
    </w:p>
    <w:p>
      <w:r>
        <w:rPr>
          <w:b/>
        </w:rPr>
        <w:t xml:space="preserve">[49:49] </w:t>
      </w:r>
      <w:r>
        <w:t>khuda ne zameen mein aik bohat hi, bohat hi right proportion mein gravity rakhi hai.</w:t>
      </w:r>
    </w:p>
    <w:p>
      <w:pPr>
        <w:jc w:val="right"/>
      </w:pPr>
      <w:r>
        <w:t>خدا نے زمین میں ایک بہت ہی، بہت ہی right proportion میں gravity رکھی ہے۔</w:t>
      </w:r>
    </w:p>
    <w:p>
      <w:r>
        <w:rPr>
          <w:b/>
        </w:rPr>
        <w:t xml:space="preserve">[49:55] </w:t>
      </w:r>
      <w:r>
        <w:t>quwwat-e-kashish.</w:t>
      </w:r>
    </w:p>
    <w:p>
      <w:pPr>
        <w:jc w:val="right"/>
      </w:pPr>
      <w:r>
        <w:t>قوت کشش۔</w:t>
      </w:r>
    </w:p>
    <w:p>
      <w:r>
        <w:rPr>
          <w:b/>
        </w:rPr>
        <w:t xml:space="preserve">[49:56] </w:t>
      </w:r>
      <w:r>
        <w:t>bohat hi right proportion mein.</w:t>
      </w:r>
    </w:p>
    <w:p>
      <w:pPr>
        <w:jc w:val="right"/>
      </w:pPr>
      <w:r>
        <w:t>بہت ہی right proportion میں۔</w:t>
      </w:r>
    </w:p>
    <w:p>
      <w:r>
        <w:rPr>
          <w:b/>
        </w:rPr>
        <w:t xml:space="preserve">[49:59] </w:t>
      </w:r>
      <w:r>
        <w:t>is wajah se aap ki carain daurti hain, aap ki trainain daurti hain, aap usay chaltay phirte hain</w:t>
      </w:r>
    </w:p>
    <w:p>
      <w:pPr>
        <w:jc w:val="right"/>
      </w:pPr>
      <w:r>
        <w:t>اس وجہ سے آپ کی کاریں دوڑتی ہیں، آپ کی ٹرینیں دوڑتی ہیں، آپ اسے چلتے پھرتے ہیں</w:t>
      </w:r>
    </w:p>
    <w:p>
      <w:r>
        <w:rPr>
          <w:b/>
        </w:rPr>
        <w:t xml:space="preserve">[50:06] </w:t>
      </w:r>
      <w:r>
        <w:t>is ke oopar.</w:t>
      </w:r>
    </w:p>
    <w:p>
      <w:pPr>
        <w:jc w:val="right"/>
      </w:pPr>
      <w:r>
        <w:t>اس کے اوپر۔</w:t>
      </w:r>
    </w:p>
    <w:p>
      <w:r>
        <w:rPr>
          <w:b/>
        </w:rPr>
        <w:t xml:space="preserve">[50:08] </w:t>
      </w:r>
      <w:r>
        <w:t>khuda kuch na kare, kuch na kare, sirf us ko wapas le le.</w:t>
      </w:r>
    </w:p>
    <w:p>
      <w:pPr>
        <w:jc w:val="right"/>
      </w:pPr>
      <w:r>
        <w:t>خدا کچھ نہ کرے، کچھ نہ کرے، صرف اس کو واپس لے لے۔</w:t>
      </w:r>
    </w:p>
    <w:p>
      <w:r>
        <w:rPr>
          <w:b/>
        </w:rPr>
        <w:t xml:space="preserve">[50:13] </w:t>
      </w:r>
      <w:r>
        <w:t>to aap ka kya haal hoga? maine socha ke insaan jo chalta hai zameen par.</w:t>
      </w:r>
    </w:p>
    <w:p>
      <w:pPr>
        <w:jc w:val="right"/>
      </w:pPr>
      <w:r>
        <w:t>تو آپ کا کیا حال ہوگا؟ میں نے سوچا کہ انسان جو چلتا ہے زمین پر۔</w:t>
      </w:r>
    </w:p>
    <w:p>
      <w:r>
        <w:rPr>
          <w:b/>
        </w:rPr>
        <w:t xml:space="preserve">[50:20] </w:t>
      </w:r>
      <w:r>
        <w:t>to do cheezain us ko musalsal tor par support mein rehti hain.</w:t>
      </w:r>
    </w:p>
    <w:p>
      <w:pPr>
        <w:jc w:val="right"/>
      </w:pPr>
      <w:r>
        <w:t>تو دو چیزیں اس کو مسلسل طور پر support میں رہتی ہیں۔</w:t>
      </w:r>
    </w:p>
    <w:p>
      <w:r>
        <w:rPr>
          <w:b/>
        </w:rPr>
        <w:t xml:space="preserve">[50:25] </w:t>
      </w:r>
      <w:r>
        <w:t>warna sokhi patti ki tarah uray hue chal na sake woh.</w:t>
      </w:r>
    </w:p>
    <w:p>
      <w:pPr>
        <w:jc w:val="right"/>
      </w:pPr>
      <w:r>
        <w:t>ورنہ سوکھی پتی کی طرح اڑے ہوئے چل نہ سکے وہ۔</w:t>
      </w:r>
    </w:p>
    <w:p>
      <w:r>
        <w:rPr>
          <w:b/>
        </w:rPr>
        <w:t xml:space="preserve">[50:30] </w:t>
      </w:r>
      <w:r>
        <w:t>aik taraf oopar se hawa ka dabao.</w:t>
      </w:r>
    </w:p>
    <w:p>
      <w:pPr>
        <w:jc w:val="right"/>
      </w:pPr>
      <w:r>
        <w:t>ایک طرف اوپر سے ہوا کا دباؤ۔</w:t>
      </w:r>
    </w:p>
    <w:p>
      <w:r>
        <w:rPr>
          <w:b/>
        </w:rPr>
        <w:t xml:space="preserve">[50:33] </w:t>
      </w:r>
      <w:r>
        <w:t>hawa charon taraf se usay dabaye hue hai.</w:t>
      </w:r>
    </w:p>
    <w:p>
      <w:pPr>
        <w:jc w:val="right"/>
      </w:pPr>
      <w:r>
        <w:t>ہوا چاروں طرف سے اسے دبائے ہوئے ہے۔</w:t>
      </w:r>
    </w:p>
    <w:p>
      <w:r>
        <w:rPr>
          <w:b/>
        </w:rPr>
        <w:t xml:space="preserve">[50:37] </w:t>
      </w:r>
      <w:r>
        <w:t>jis tarah se aap pani mein agar hon.</w:t>
      </w:r>
    </w:p>
    <w:p>
      <w:pPr>
        <w:jc w:val="right"/>
      </w:pPr>
      <w:r>
        <w:t>جس طرح سے آپ پانی میں اگر ہوں۔</w:t>
      </w:r>
    </w:p>
    <w:p>
      <w:r>
        <w:rPr>
          <w:b/>
        </w:rPr>
        <w:t xml:space="preserve">[50:40] </w:t>
      </w:r>
      <w:r>
        <w:t>aap naddi mein nahane ke liye jayen, us mein pani mein agar aap hon to charon taraf se</w:t>
      </w:r>
    </w:p>
    <w:p>
      <w:pPr>
        <w:jc w:val="right"/>
      </w:pPr>
      <w:r>
        <w:t>آپ ندی میں نہانے کے لیے جائیں، اس میں پانی میں اگر آپ ہوں تو چاروں طرف سے</w:t>
      </w:r>
    </w:p>
    <w:p>
      <w:r>
        <w:rPr>
          <w:b/>
        </w:rPr>
        <w:t xml:space="preserve">[50:48] </w:t>
      </w:r>
      <w:r>
        <w:t>pani aap ko rehta hai, aap ki charon taraf, aap ke body ke charon taraf.</w:t>
      </w:r>
    </w:p>
    <w:p>
      <w:pPr>
        <w:jc w:val="right"/>
      </w:pPr>
      <w:r>
        <w:t>پانی آپ کو رہتا ہے، آپ کی چاروں طرف، آپ کے body کے چاروں طرف۔</w:t>
      </w:r>
    </w:p>
    <w:p>
      <w:r>
        <w:rPr>
          <w:b/>
        </w:rPr>
        <w:t xml:space="preserve">[50:54] </w:t>
      </w:r>
      <w:r>
        <w:t>to hawa jo paanch sau mil tak hai, five hundred mile tak oopar hai.</w:t>
      </w:r>
    </w:p>
    <w:p>
      <w:pPr>
        <w:jc w:val="right"/>
      </w:pPr>
      <w:r>
        <w:t>تو ہوا جو پانچ سو میل تک ہے، five hundred mile تک اوپر ہے۔</w:t>
      </w:r>
    </w:p>
    <w:p>
      <w:r>
        <w:rPr>
          <w:b/>
        </w:rPr>
        <w:t xml:space="preserve">[51:00] </w:t>
      </w:r>
      <w:r>
        <w:t>woh poore hawa ka dabao aap ko charon taraf se rehta hai.</w:t>
      </w:r>
    </w:p>
    <w:p>
      <w:pPr>
        <w:jc w:val="right"/>
      </w:pPr>
      <w:r>
        <w:t>وہ پورے ہوا کا دباؤ آپ کو چاروں طرف سے رہتا ہے۔</w:t>
      </w:r>
    </w:p>
    <w:p>
      <w:r>
        <w:rPr>
          <w:b/>
        </w:rPr>
        <w:t xml:space="preserve">[51:05] </w:t>
      </w:r>
      <w:r>
        <w:t>is liye aap thehertay hain zameen ke oopar.</w:t>
      </w:r>
    </w:p>
    <w:p>
      <w:pPr>
        <w:jc w:val="right"/>
      </w:pPr>
      <w:r>
        <w:t>اس لیے آپ ٹھہرتے ہیں زمین کے اوپر۔</w:t>
      </w:r>
    </w:p>
    <w:p>
      <w:r>
        <w:rPr>
          <w:b/>
        </w:rPr>
        <w:t xml:space="preserve">[51:09] </w:t>
      </w:r>
      <w:r>
        <w:t>doosri taraf zameen ki jo gravity hai, kashish, woh aap ko kheenche rehti hai.</w:t>
      </w:r>
    </w:p>
    <w:p>
      <w:pPr>
        <w:jc w:val="right"/>
      </w:pPr>
      <w:r>
        <w:t>دوسری طرف زمین کی جو gravity ہے، کشش، وہ آپ کو کھینچے رہتی ہے۔</w:t>
      </w:r>
    </w:p>
    <w:p>
      <w:r>
        <w:rPr>
          <w:b/>
        </w:rPr>
        <w:t xml:space="preserve">[51:15] </w:t>
      </w:r>
      <w:r>
        <w:t>agar hawa ka dabao na ho aur gravity na ho to aap car kahan daurayen ge? phir to</w:t>
      </w:r>
    </w:p>
    <w:p>
      <w:pPr>
        <w:jc w:val="right"/>
      </w:pPr>
      <w:r>
        <w:t>اگر ہوا کا دباؤ نہ ہو اور gravity نہ ہو تو آپ کار کہاں دوڑائیں گے؟ پھر تو</w:t>
      </w:r>
    </w:p>
    <w:p>
      <w:r>
        <w:rPr>
          <w:b/>
        </w:rPr>
        <w:t xml:space="preserve">[51:22] </w:t>
      </w:r>
      <w:r>
        <w:t>aap ki car patang ki tarah uray gi idhar udhar.</w:t>
      </w:r>
    </w:p>
    <w:p>
      <w:pPr>
        <w:jc w:val="right"/>
      </w:pPr>
      <w:r>
        <w:t>آپ کی کار پتنگ کی طرح اڑے گی ادھر ادھر۔</w:t>
      </w:r>
    </w:p>
    <w:p>
      <w:r>
        <w:rPr>
          <w:b/>
        </w:rPr>
        <w:t xml:space="preserve">[51:27] </w:t>
      </w:r>
      <w:r>
        <w:t>aap ki car patang ki tarah uray gi, aap khud patang ki tarah urain ge.</w:t>
      </w:r>
    </w:p>
    <w:p>
      <w:pPr>
        <w:jc w:val="right"/>
      </w:pPr>
      <w:r>
        <w:t>آپ کی کار پتنگ کی طرح اڑے گی، آپ خود پتنگ کی طرح اڑیں گے۔</w:t>
      </w:r>
    </w:p>
    <w:p>
      <w:r>
        <w:rPr>
          <w:b/>
        </w:rPr>
        <w:t xml:space="preserve">[51:33] </w:t>
      </w:r>
      <w:r>
        <w:t>to agar aadmi yeh soche ke khuda ne kitna bara system banaya hai.</w:t>
      </w:r>
    </w:p>
    <w:p>
      <w:pPr>
        <w:jc w:val="right"/>
      </w:pPr>
      <w:r>
        <w:t>تو اگر آدمی یہ سوچے کہ خدا نے کتنا بڑا system بنایا ہے۔</w:t>
      </w:r>
    </w:p>
    <w:p>
      <w:r>
        <w:rPr>
          <w:b/>
        </w:rPr>
        <w:t xml:space="preserve">[51:39] </w:t>
      </w:r>
      <w:r>
        <w:t>to paon zameen par rakhte hue bhi us ko dar lage ga.</w:t>
      </w:r>
    </w:p>
    <w:p>
      <w:pPr>
        <w:jc w:val="right"/>
      </w:pPr>
      <w:r>
        <w:t>تو پاؤں زمین پر رکھتے ہوئے بھی اس کو ڈر لگے گا۔</w:t>
      </w:r>
    </w:p>
    <w:p>
      <w:r>
        <w:rPr>
          <w:b/>
        </w:rPr>
        <w:t xml:space="preserve">[51:44] </w:t>
      </w:r>
      <w:r>
        <w:t>khuda ka ehsan se itna dab jayega wo aadmi.</w:t>
      </w:r>
    </w:p>
    <w:p>
      <w:pPr>
        <w:jc w:val="right"/>
      </w:pPr>
      <w:r>
        <w:t>خدا کا احسان سے اتنا دب جائے گا وہ آدمی۔</w:t>
      </w:r>
    </w:p>
    <w:p>
      <w:r>
        <w:rPr>
          <w:b/>
        </w:rPr>
        <w:t xml:space="preserve">[51:48] </w:t>
      </w:r>
      <w:r>
        <w:t>khuda ki blessing se itna dab jayega wo ke nangay paon chalte hue bhi use dar maloom</w:t>
      </w:r>
    </w:p>
    <w:p>
      <w:pPr>
        <w:jc w:val="right"/>
      </w:pPr>
      <w:r>
        <w:t>خدا کی blessing سے اتنا دب جائے گا وہ کہ ننگے پاؤں چلتے ہوئے بھی اسے ڈر معلوم</w:t>
      </w:r>
    </w:p>
    <w:p>
      <w:r>
        <w:rPr>
          <w:b/>
        </w:rPr>
        <w:t xml:space="preserve">[51:56] </w:t>
      </w:r>
      <w:r>
        <w:t>hoga ke khuda pakar na le is ko.</w:t>
      </w:r>
    </w:p>
    <w:p>
      <w:pPr>
        <w:jc w:val="right"/>
      </w:pPr>
      <w:r>
        <w:t>ہوگا کہ خدا پکڑ نہ لے اس کو۔</w:t>
      </w:r>
    </w:p>
    <w:p>
      <w:r>
        <w:rPr>
          <w:b/>
        </w:rPr>
        <w:t xml:space="preserve">[51:59] </w:t>
      </w:r>
      <w:r>
        <w:t>to jo log is tarah ke baatein sochte hain, unhein pata hi nahi hai ke ye khuda ki</w:t>
      </w:r>
    </w:p>
    <w:p>
      <w:pPr>
        <w:jc w:val="right"/>
      </w:pPr>
      <w:r>
        <w:t>تو جو لوگ اس طرح کے باتیں سوچتے ہیں، انہیں پتہ ہی نہیں ہے کہ یہ خدا کی</w:t>
      </w:r>
    </w:p>
    <w:p>
      <w:r>
        <w:rPr>
          <w:b/>
        </w:rPr>
        <w:t xml:space="preserve">[52:07] </w:t>
      </w:r>
      <w:r>
        <w:t>blessing hai.</w:t>
      </w:r>
    </w:p>
    <w:p>
      <w:pPr>
        <w:jc w:val="right"/>
      </w:pPr>
      <w:r>
        <w:t>blessing ہے۔</w:t>
      </w:r>
    </w:p>
    <w:p>
      <w:r>
        <w:rPr>
          <w:b/>
        </w:rPr>
        <w:t xml:space="preserve">[52:08] </w:t>
      </w:r>
      <w:r>
        <w:t>ye khuda ka life support system hai.</w:t>
      </w:r>
    </w:p>
    <w:p>
      <w:pPr>
        <w:jc w:val="right"/>
      </w:pPr>
      <w:r>
        <w:t>یہ خدا کا life support system ہے۔</w:t>
      </w:r>
    </w:p>
    <w:p>
      <w:r>
        <w:rPr>
          <w:b/>
        </w:rPr>
        <w:t xml:space="preserve">[52:11] </w:t>
      </w:r>
      <w:r>
        <w:t>to log na to khuda ke bare mein sochte, na insan ke bare mein sochte.</w:t>
      </w:r>
    </w:p>
    <w:p>
      <w:pPr>
        <w:jc w:val="right"/>
      </w:pPr>
      <w:r>
        <w:t>تو لوگ نہ تو خدا کے بارے میں سوچتے، نہ انسان کے بارے میں سوچتے۔</w:t>
      </w:r>
    </w:p>
    <w:p>
      <w:r>
        <w:rPr>
          <w:b/>
        </w:rPr>
        <w:t xml:space="preserve">[52:18] </w:t>
      </w:r>
      <w:r>
        <w:t>agar aap insan ka jo contribution hai aap ki zindagi mein, us ko aap sochein to kabhi bhi</w:t>
      </w:r>
    </w:p>
    <w:p>
      <w:pPr>
        <w:jc w:val="right"/>
      </w:pPr>
      <w:r>
        <w:t>اگر آپ انسان کا جو contribution ہے آپ کی زندگی میں، اس کو آپ سوچیں تو کبھی بھی</w:t>
      </w:r>
    </w:p>
    <w:p>
      <w:r>
        <w:rPr>
          <w:b/>
        </w:rPr>
        <w:t xml:space="preserve">[52:26] </w:t>
      </w:r>
      <w:r>
        <w:t>insan se hate na karein aap.</w:t>
      </w:r>
    </w:p>
    <w:p>
      <w:pPr>
        <w:jc w:val="right"/>
      </w:pPr>
      <w:r>
        <w:t>انسان سے hate نہ کریں آپ۔</w:t>
      </w:r>
    </w:p>
    <w:p>
      <w:r>
        <w:rPr>
          <w:b/>
        </w:rPr>
        <w:t xml:space="preserve">[52:28] </w:t>
      </w:r>
      <w:r>
        <w:t>kabhi bhi insan se nafrat na karein aap.</w:t>
      </w:r>
    </w:p>
    <w:p>
      <w:pPr>
        <w:jc w:val="right"/>
      </w:pPr>
      <w:r>
        <w:t>کبھی بھی انسان سے نفرت نہ کریں آپ۔</w:t>
      </w:r>
    </w:p>
    <w:p>
      <w:r>
        <w:rPr>
          <w:b/>
        </w:rPr>
        <w:t xml:space="preserve">[52:32] </w:t>
      </w:r>
      <w:r>
        <w:t>kabhi bhi aisa nahi ho sakta.</w:t>
      </w:r>
    </w:p>
    <w:p>
      <w:pPr>
        <w:jc w:val="right"/>
      </w:pPr>
      <w:r>
        <w:t>کبھی بھی ایسا نہیں ہو سکتا۔</w:t>
      </w:r>
    </w:p>
    <w:p>
      <w:r>
        <w:rPr>
          <w:b/>
        </w:rPr>
        <w:t xml:space="preserve">[52:34] </w:t>
      </w:r>
      <w:r>
        <w:t>aap ke maa aur baap se aap ko pyar hota hai.</w:t>
      </w:r>
    </w:p>
    <w:p>
      <w:pPr>
        <w:jc w:val="right"/>
      </w:pPr>
      <w:r>
        <w:t>آپ کے ماں اور باپ سے آپ کو پیار ہوتا ہے۔</w:t>
      </w:r>
    </w:p>
    <w:p>
      <w:r>
        <w:rPr>
          <w:b/>
        </w:rPr>
        <w:t xml:space="preserve">[52:39] </w:t>
      </w:r>
      <w:r>
        <w:t>jis ko dekhiye, wo apni maa aur baap ke pyar mein jeeta hai.</w:t>
      </w:r>
    </w:p>
    <w:p>
      <w:pPr>
        <w:jc w:val="right"/>
      </w:pPr>
      <w:r>
        <w:t>جس کو دیکھیے، وہ اپنی ماں اور باپ کے پیار میں جیتا ہے۔</w:t>
      </w:r>
    </w:p>
    <w:p>
      <w:r>
        <w:rPr>
          <w:b/>
        </w:rPr>
        <w:t xml:space="preserve">[52:44] </w:t>
      </w:r>
      <w:r>
        <w:t>main kehta hoon ke maa ke maa, maa ka jo deen hai aap ka, maa aur baap se</w:t>
      </w:r>
    </w:p>
    <w:p>
      <w:pPr>
        <w:jc w:val="right"/>
      </w:pPr>
      <w:r>
        <w:t>میں کہتا ہوں کہ ماں کے ماں، ماں کا جو دین ہے آپ کا، ماں اور باپ سے</w:t>
      </w:r>
    </w:p>
    <w:p>
      <w:r>
        <w:rPr>
          <w:b/>
        </w:rPr>
        <w:t xml:space="preserve">[52:52] </w:t>
      </w:r>
      <w:r>
        <w:t>jo kuch mila hai aap ko, use billion times diya hai aap ko insaniyat ne.</w:t>
      </w:r>
    </w:p>
    <w:p>
      <w:pPr>
        <w:jc w:val="right"/>
      </w:pPr>
      <w:r>
        <w:t>جو کچھ ملا ہے آپ کو، اسے بلین times دیا ہے آپ کو انسانیت نے۔</w:t>
      </w:r>
    </w:p>
    <w:p>
      <w:r>
        <w:rPr>
          <w:b/>
        </w:rPr>
        <w:t xml:space="preserve">[52:59] </w:t>
      </w:r>
      <w:r>
        <w:t>billion times diya hai aap ko insaniyat ne, humanity ne.</w:t>
      </w:r>
    </w:p>
    <w:p>
      <w:pPr>
        <w:jc w:val="right"/>
      </w:pPr>
      <w:r>
        <w:t>بلین times دیا ہے آپ کو انسانیت نے، humanity نے۔</w:t>
      </w:r>
    </w:p>
    <w:p>
      <w:r>
        <w:rPr>
          <w:b/>
        </w:rPr>
        <w:t xml:space="preserve">[53:03] </w:t>
      </w:r>
      <w:r>
        <w:t>to jitna pyar aap ko maa baap se hai, us se billion times zyada pyar hona chahiye aap</w:t>
      </w:r>
    </w:p>
    <w:p>
      <w:pPr>
        <w:jc w:val="right"/>
      </w:pPr>
      <w:r>
        <w:t>تو جتنا پیار آپ کو ماں باپ سے ہے، اس سے بلین times زیادہ پیار ہونا چاہیے آپ</w:t>
      </w:r>
    </w:p>
    <w:p>
      <w:r>
        <w:rPr>
          <w:b/>
        </w:rPr>
        <w:t xml:space="preserve">[53:11] </w:t>
      </w:r>
      <w:r>
        <w:t>ko humanity se, insaniyat se, mankind se.</w:t>
      </w:r>
    </w:p>
    <w:p>
      <w:pPr>
        <w:jc w:val="right"/>
      </w:pPr>
      <w:r>
        <w:t>کو humanity سے، انسانیت سے، mankind سے۔</w:t>
      </w:r>
    </w:p>
    <w:p>
      <w:r>
        <w:rPr>
          <w:b/>
        </w:rPr>
        <w:t xml:space="preserve">[53:14] </w:t>
      </w:r>
      <w:r>
        <w:t>ye sab jazbat jab aadmi ke andar honge, tab wo is qabil hoga ke wo paradise mein</w:t>
      </w:r>
    </w:p>
    <w:p>
      <w:pPr>
        <w:jc w:val="right"/>
      </w:pPr>
      <w:r>
        <w:t>یہ سب جذبات جب آدمی کے اندر ہوں گے، تب وہ اس قابل ہوگا کہ وہ paradise میں</w:t>
      </w:r>
    </w:p>
    <w:p>
      <w:r>
        <w:rPr>
          <w:b/>
        </w:rPr>
        <w:t xml:space="preserve">[53:21] </w:t>
      </w:r>
      <w:r>
        <w:t>dakhal kiya jaye.</w:t>
      </w:r>
    </w:p>
    <w:p>
      <w:pPr>
        <w:jc w:val="right"/>
      </w:pPr>
      <w:r>
        <w:t>داخل کیا جائے۔</w:t>
      </w:r>
    </w:p>
    <w:p>
      <w:r>
        <w:rPr>
          <w:b/>
        </w:rPr>
        <w:t xml:space="preserve">[53:23] </w:t>
      </w:r>
      <w:r>
        <w:t>unhein paradise ka darwaza is ke liye khulne wala nahi hai.</w:t>
      </w:r>
    </w:p>
    <w:p>
      <w:pPr>
        <w:jc w:val="right"/>
      </w:pPr>
      <w:r>
        <w:t>انہیں paradise کا دروازہ اس کے لیے کھلنے والا نہیں ہے۔</w:t>
      </w:r>
    </w:p>
    <w:p>
      <w:r>
        <w:rPr>
          <w:b/>
        </w:rPr>
        <w:t xml:space="preserve">[53:28] </w:t>
      </w:r>
      <w:r>
        <w:t>dekhiye, quran mein ek ayat hai la yasmaoona fiha lagwan wala ta'seema illa qilan salaman salama.</w:t>
      </w:r>
    </w:p>
    <w:p>
      <w:pPr>
        <w:jc w:val="right"/>
      </w:pPr>
      <w:r>
        <w:t>دیکھیے، قرآن میں ایک آیت ہے لا يسمعون فيها لغوًا ولا تعصيمًا إلا قيلًا سلامًا سلامًا ۔</w:t>
      </w:r>
    </w:p>
    <w:p>
      <w:r>
        <w:rPr>
          <w:b/>
        </w:rPr>
        <w:t xml:space="preserve">[53:35] </w:t>
      </w:r>
      <w:r>
        <w:t>ke paradise mein har aadmi doosre ke liye salamati ke jazbe liye hue hoga.</w:t>
      </w:r>
    </w:p>
    <w:p>
      <w:pPr>
        <w:jc w:val="right"/>
      </w:pPr>
      <w:r>
        <w:t>کہ paradise میں ہر آدمی دوسرے کے لیے سلامتی کے جذبے لیے ہوئے ہوگا۔</w:t>
      </w:r>
    </w:p>
    <w:p>
      <w:r>
        <w:rPr>
          <w:b/>
        </w:rPr>
        <w:t xml:space="preserve">[53:41] </w:t>
      </w:r>
      <w:r>
        <w:t>doosre ke liye pyar ka jazba liye hue hoga.</w:t>
      </w:r>
    </w:p>
    <w:p>
      <w:pPr>
        <w:jc w:val="right"/>
      </w:pPr>
      <w:r>
        <w:t>دوسرے کے لیے پیار کا جذبہ لیے ہوئے ہوگا۔</w:t>
      </w:r>
    </w:p>
    <w:p>
      <w:r>
        <w:rPr>
          <w:b/>
        </w:rPr>
        <w:t xml:space="preserve">[53:45] </w:t>
      </w:r>
      <w:r>
        <w:t>doosre ke liye mohabbat ka jazba liye hue hoga.</w:t>
      </w:r>
    </w:p>
    <w:p>
      <w:pPr>
        <w:jc w:val="right"/>
      </w:pPr>
      <w:r>
        <w:t>دوسرے کے لیے محبت کا جذبہ لیے ہوئے ہوگا۔</w:t>
      </w:r>
    </w:p>
    <w:p>
      <w:r>
        <w:rPr>
          <w:b/>
        </w:rPr>
        <w:t xml:space="preserve">[53:49] </w:t>
      </w:r>
      <w:r>
        <w:t>yani doosre insanon ke liye is ke andar kya hoga? pyar, mohabbat, peace, shanti.</w:t>
      </w:r>
    </w:p>
    <w:p>
      <w:pPr>
        <w:jc w:val="right"/>
      </w:pPr>
      <w:r>
        <w:t>یعنی دوسرے انسانوں کے لیے اس کے اندر کیا ہوگا؟ پیار، محبت، peace، شانتی۔</w:t>
      </w:r>
    </w:p>
    <w:p>
      <w:r>
        <w:rPr>
          <w:b/>
        </w:rPr>
        <w:t xml:space="preserve">[53:55] </w:t>
      </w:r>
      <w:r>
        <w:t>yeh kaise aajayega?yeh isi duniya mein apne aap ko aisa banana hai.</w:t>
      </w:r>
    </w:p>
    <w:p>
      <w:pPr>
        <w:jc w:val="right"/>
      </w:pPr>
      <w:r>
        <w:t>یہ کیسے آجائے گا؟ یہ اسی دنیا میں اپنے آپ کو ایسا بنانا ہے۔</w:t>
      </w:r>
    </w:p>
    <w:p>
      <w:r>
        <w:rPr>
          <w:b/>
        </w:rPr>
        <w:t xml:space="preserve">[54:01] </w:t>
      </w:r>
      <w:r>
        <w:t>aisa nahi ke wahan aap ko injection de diya jayega.</w:t>
      </w:r>
    </w:p>
    <w:p>
      <w:pPr>
        <w:jc w:val="right"/>
      </w:pPr>
      <w:r>
        <w:t>ایسا نہیں کہ وہاں آپ کو injection دے دیا جائے گا۔</w:t>
      </w:r>
    </w:p>
    <w:p>
      <w:r>
        <w:rPr>
          <w:b/>
        </w:rPr>
        <w:t xml:space="preserve">[54:05] </w:t>
      </w:r>
      <w:r>
        <w:t>yaad rakhiye,aisa hone wala nahi hai ke paradise mein dakhil kar ke aap ko injection de di,</w:t>
      </w:r>
    </w:p>
    <w:p>
      <w:pPr>
        <w:jc w:val="right"/>
      </w:pPr>
      <w:r>
        <w:t>یاد رکھیے، ایسا ہونے والا نہیں ہے کہ paradise میں داخل کر کے آپ کو injection دے دی،</w:t>
      </w:r>
    </w:p>
    <w:p>
      <w:r>
        <w:rPr>
          <w:b/>
        </w:rPr>
        <w:t xml:space="preserve">[54:13] </w:t>
      </w:r>
      <w:r>
        <w:t>pyar ka injection de diya jaye.</w:t>
      </w:r>
    </w:p>
    <w:p>
      <w:pPr>
        <w:jc w:val="right"/>
      </w:pPr>
      <w:r>
        <w:t>پیار کا injection دے دیا جائے۔</w:t>
      </w:r>
    </w:p>
    <w:p>
      <w:r>
        <w:rPr>
          <w:b/>
        </w:rPr>
        <w:t xml:space="preserve">[54:16] </w:t>
      </w:r>
      <w:r>
        <w:t>aap lagen sab se pyar karne.</w:t>
      </w:r>
    </w:p>
    <w:p>
      <w:pPr>
        <w:jc w:val="right"/>
      </w:pPr>
      <w:r>
        <w:t>آپ لگیں سب سے پیار کرنے۔</w:t>
      </w:r>
    </w:p>
    <w:p>
      <w:r>
        <w:rPr>
          <w:b/>
        </w:rPr>
        <w:t xml:space="preserve">[54:18] </w:t>
      </w:r>
      <w:r>
        <w:t>aisa hone wala nahi hai.</w:t>
      </w:r>
    </w:p>
    <w:p>
      <w:pPr>
        <w:jc w:val="right"/>
      </w:pPr>
      <w:r>
        <w:t>ایسا ہونے والا نہیں ہے۔</w:t>
      </w:r>
    </w:p>
    <w:p>
      <w:r>
        <w:rPr>
          <w:b/>
        </w:rPr>
        <w:t xml:space="preserve">[54:20] </w:t>
      </w:r>
      <w:r>
        <w:t>yani paradise koi hospital nahi hai.</w:t>
      </w:r>
    </w:p>
    <w:p>
      <w:pPr>
        <w:jc w:val="right"/>
      </w:pPr>
      <w:r>
        <w:t>یعنی paradise کوئی hospital نہیں ہے۔</w:t>
      </w:r>
    </w:p>
    <w:p>
      <w:r>
        <w:rPr>
          <w:b/>
        </w:rPr>
        <w:t xml:space="preserve">[54:23] </w:t>
      </w:r>
      <w:r>
        <w:t>ke wahan andar dakhil kiya jaye logon ko aur sab ko kaha jaye ke pyar ka injection de</w:t>
      </w:r>
    </w:p>
    <w:p>
      <w:pPr>
        <w:jc w:val="right"/>
      </w:pPr>
      <w:r>
        <w:t>کہ وہاں اندر داخل کیا جائے لوگوں کو اور سب کو کہا جائے کہ پیار کا injection دے</w:t>
      </w:r>
    </w:p>
    <w:p>
      <w:r>
        <w:rPr>
          <w:b/>
        </w:rPr>
        <w:t xml:space="preserve">[54:31] </w:t>
      </w:r>
      <w:r>
        <w:t>do,sab pyar karne lagenge.</w:t>
      </w:r>
    </w:p>
    <w:p>
      <w:pPr>
        <w:jc w:val="right"/>
      </w:pPr>
      <w:r>
        <w:t>دو، سب پیار کرنے لگیں گے۔</w:t>
      </w:r>
    </w:p>
    <w:p>
      <w:r>
        <w:rPr>
          <w:b/>
        </w:rPr>
        <w:t xml:space="preserve">[54:33] </w:t>
      </w:r>
      <w:r>
        <w:t>isi duniya mein pyar karne wala banna hai aap ko.</w:t>
      </w:r>
    </w:p>
    <w:p>
      <w:pPr>
        <w:jc w:val="right"/>
      </w:pPr>
      <w:r>
        <w:t>اسی دنیا میں پیار کرنے والا بننا ہے آپ کو۔</w:t>
      </w:r>
    </w:p>
    <w:p>
      <w:r>
        <w:rPr>
          <w:b/>
        </w:rPr>
        <w:t xml:space="preserve">[54:37] </w:t>
      </w:r>
      <w:r>
        <w:t>wahan koi injection nahi lagaya janey wala hai.</w:t>
      </w:r>
    </w:p>
    <w:p>
      <w:pPr>
        <w:jc w:val="right"/>
      </w:pPr>
      <w:r>
        <w:t>وہاں کوئی injection نہیں لگایا جانے والا ہے۔</w:t>
      </w:r>
    </w:p>
    <w:p>
      <w:r>
        <w:rPr>
          <w:b/>
        </w:rPr>
        <w:t xml:space="preserve">[54:41] </w:t>
      </w:r>
      <w:r>
        <w:t>jinhon ne apne aap ko prove kiya hoga,apne aap ko dikhaya hoga ke main doosre insanon se</w:t>
      </w:r>
    </w:p>
    <w:p>
      <w:pPr>
        <w:jc w:val="right"/>
      </w:pPr>
      <w:r>
        <w:t>جنہوں نے اپنے آپ کو prove کیا ہوگا، اپنے آپ کو دکھایا ہوگا کہ میں دوسرے انسانوں سے</w:t>
      </w:r>
    </w:p>
    <w:p>
      <w:r>
        <w:rPr>
          <w:b/>
        </w:rPr>
        <w:t xml:space="preserve">[54:49] </w:t>
      </w:r>
      <w:r>
        <w:t>pyar karta hoon,wahi is qabil honge jo jannat mein dakhil kiye jayenge.</w:t>
      </w:r>
    </w:p>
    <w:p>
      <w:pPr>
        <w:jc w:val="right"/>
      </w:pPr>
      <w:r>
        <w:t>پیار کرتا ہوں، وہی اس قابل ہوں گے جو جنت میں داخل کیے جائیں۔</w:t>
      </w:r>
    </w:p>
    <w:p>
      <w:r>
        <w:rPr>
          <w:b/>
        </w:rPr>
        <w:t xml:space="preserve">[54:55] </w:t>
      </w:r>
      <w:r>
        <w:t>aisa nahi hai ke yahan to aap hate karein,yahan to aap logon se nafrat karein.</w:t>
      </w:r>
    </w:p>
    <w:p>
      <w:pPr>
        <w:jc w:val="right"/>
      </w:pPr>
      <w:r>
        <w:t>ایسا نہیں ہے کہ یہاں تو آپ hate کریں، یہاں تو آپ لوگوں سے نفرت کریں۔</w:t>
      </w:r>
    </w:p>
    <w:p>
      <w:r>
        <w:rPr>
          <w:b/>
        </w:rPr>
        <w:t xml:space="preserve">[55:01] </w:t>
      </w:r>
      <w:r>
        <w:t>yahan to sirf apne mami papa se pyar ho aur insan se nafrat ho.</w:t>
      </w:r>
    </w:p>
    <w:p>
      <w:pPr>
        <w:jc w:val="right"/>
      </w:pPr>
      <w:r>
        <w:t>یہاں تو صرف اپنے ممی پاپا سے پیار ہو اور انسان سے نفرت ہو۔</w:t>
      </w:r>
    </w:p>
    <w:p>
      <w:r>
        <w:rPr>
          <w:b/>
        </w:rPr>
        <w:t xml:space="preserve">[55:07] </w:t>
      </w:r>
      <w:r>
        <w:t>aur wahan par bheer bakri ki tarah dakhil kar ke phir injection de diya jaye ke logon,yahan</w:t>
      </w:r>
    </w:p>
    <w:p>
      <w:pPr>
        <w:jc w:val="right"/>
      </w:pPr>
      <w:r>
        <w:t>اور وہاں پر بھیڑ بکری کی طرح داخل کر کے پھر injection دے دیا جائے کہ لوگوں، یہاں</w:t>
      </w:r>
    </w:p>
    <w:p>
      <w:r>
        <w:rPr>
          <w:b/>
        </w:rPr>
        <w:t xml:space="preserve">[55:15] </w:t>
      </w:r>
      <w:r>
        <w:t>bhi pyar kar lo sab se.</w:t>
      </w:r>
    </w:p>
    <w:p>
      <w:pPr>
        <w:jc w:val="right"/>
      </w:pPr>
      <w:r>
        <w:t>بھی پیار کر لو سب سے۔</w:t>
      </w:r>
    </w:p>
    <w:p>
      <w:r>
        <w:rPr>
          <w:b/>
        </w:rPr>
        <w:t xml:space="preserve">[55:18] </w:t>
      </w:r>
      <w:r>
        <w:t>jannat ka jo aisa sochta hai,wo jannat ko bohat hi underestimate kar raha hai paradise ko.</w:t>
      </w:r>
    </w:p>
    <w:p>
      <w:pPr>
        <w:jc w:val="right"/>
      </w:pPr>
      <w:r>
        <w:t>جنت کا جو ایسا سوچتا ہے، وہ جنت کو بہت ہی underestimate کر رہا ہے paradise کو۔</w:t>
      </w:r>
    </w:p>
    <w:p>
      <w:r>
        <w:rPr>
          <w:b/>
        </w:rPr>
        <w:t xml:space="preserve">[55:25] </w:t>
      </w:r>
      <w:r>
        <w:t>yani main yahi dekhta hoon,har aadmi apne maan baap se pyar karta hai aur doosre insanon se</w:t>
      </w:r>
    </w:p>
    <w:p>
      <w:pPr>
        <w:jc w:val="right"/>
      </w:pPr>
      <w:r>
        <w:t>یعنی میں یہی دیکھتا ہوں، ہر آدمی اپنے ماں باپ سے پیار کرتا ہے اور دوسرے انسانوں سے</w:t>
      </w:r>
    </w:p>
    <w:p>
      <w:r>
        <w:rPr>
          <w:b/>
        </w:rPr>
        <w:t xml:space="preserve">[55:33] </w:t>
      </w:r>
      <w:r>
        <w:t>nafrat karta hai.</w:t>
      </w:r>
    </w:p>
    <w:p>
      <w:pPr>
        <w:jc w:val="right"/>
      </w:pPr>
      <w:r>
        <w:t>نفرت کرتا ہے۔</w:t>
      </w:r>
    </w:p>
    <w:p>
      <w:r>
        <w:rPr>
          <w:b/>
        </w:rPr>
        <w:t xml:space="preserve">[55:34] </w:t>
      </w:r>
      <w:r>
        <w:t>to kya aisa hoga ke wahan jo doosre insanon ke sath aap ko rehna hai,to wahan injection</w:t>
      </w:r>
    </w:p>
    <w:p>
      <w:pPr>
        <w:jc w:val="right"/>
      </w:pPr>
      <w:r>
        <w:t>تو کیا ایسا ہوگا کہ وہاں جو دوسرے انسانوں کے ساتھ آپ کو رہنا ہے، تو وہاں injection</w:t>
      </w:r>
    </w:p>
    <w:p>
      <w:r>
        <w:rPr>
          <w:b/>
        </w:rPr>
        <w:t xml:space="preserve">[55:42] </w:t>
      </w:r>
      <w:r>
        <w:t>ke zariye aap ke andar pyar bhar diya jayega?aisa nahi hone wala hai.</w:t>
      </w:r>
    </w:p>
    <w:p>
      <w:pPr>
        <w:jc w:val="right"/>
      </w:pPr>
      <w:r>
        <w:t>کے ذریعے آپ کے اندر پیار بھر دیا جائے گا؟ ایسا نہیں ہونے والا ہے۔</w:t>
      </w:r>
    </w:p>
    <w:p>
      <w:r>
        <w:rPr>
          <w:b/>
        </w:rPr>
        <w:t xml:space="preserve">[55:48] </w:t>
      </w:r>
      <w:r>
        <w:t>isi duniya mein yaad rakhiye,humein apne andar woh quality paida karna hai.</w:t>
      </w:r>
    </w:p>
    <w:p>
      <w:pPr>
        <w:jc w:val="right"/>
      </w:pPr>
      <w:r>
        <w:t>اسی دنیا میں یاد رکھیے، ہمیں اپنے اندر وہ quality پیدا کرنا ہے۔</w:t>
      </w:r>
    </w:p>
    <w:p>
      <w:r>
        <w:rPr>
          <w:b/>
        </w:rPr>
        <w:t xml:space="preserve">[55:54] </w:t>
      </w:r>
      <w:r>
        <w:t>pyar ki quality,mohabbat ki quality, peace ki quality, shanti ki quality.</w:t>
      </w:r>
    </w:p>
    <w:p>
      <w:pPr>
        <w:jc w:val="right"/>
      </w:pPr>
      <w:r>
        <w:t>پیار کی quality, محبت کی quality, peace کی quality, شانتی کی quality۔</w:t>
      </w:r>
    </w:p>
    <w:p>
      <w:r>
        <w:rPr>
          <w:b/>
        </w:rPr>
        <w:t xml:space="preserve">[55:59] </w:t>
      </w:r>
      <w:r>
        <w:t>yeh sari qualities isi dunya mein humein apney andar paida karna hai.</w:t>
      </w:r>
    </w:p>
    <w:p>
      <w:pPr>
        <w:jc w:val="right"/>
      </w:pPr>
      <w:r>
        <w:t>یہ ساری qualities اسی دنیا میں ہمیں اپنے اندر پیدا کرنا ہے۔</w:t>
      </w:r>
    </w:p>
    <w:p>
      <w:r>
        <w:rPr>
          <w:b/>
        </w:rPr>
        <w:t xml:space="preserve">[56:04] </w:t>
      </w:r>
      <w:r>
        <w:t>phir isi ko le kar aap wahan jee sakein ge.</w:t>
      </w:r>
    </w:p>
    <w:p>
      <w:pPr>
        <w:jc w:val="right"/>
      </w:pPr>
      <w:r>
        <w:t>پھر اسی کو لے کر آپ وہاں جی سکیں گے۔</w:t>
      </w:r>
    </w:p>
    <w:p>
      <w:r>
        <w:rPr>
          <w:b/>
        </w:rPr>
        <w:t xml:space="preserve">[56:08] </w:t>
      </w:r>
      <w:r>
        <w:t>yeh dunya jo hai, selecting ground hai.</w:t>
      </w:r>
    </w:p>
    <w:p>
      <w:pPr>
        <w:jc w:val="right"/>
      </w:pPr>
      <w:r>
        <w:t>یہ دنیا جو ہے، selecting ground ہے۔</w:t>
      </w:r>
    </w:p>
    <w:p>
      <w:r>
        <w:rPr>
          <w:b/>
        </w:rPr>
        <w:t xml:space="preserve">[56:11] </w:t>
      </w:r>
      <w:r>
        <w:t>yani select kiya ja raha hai in logon ko jo insanon ke beech mein rahein is tarah ke</w:t>
      </w:r>
    </w:p>
    <w:p>
      <w:pPr>
        <w:jc w:val="right"/>
      </w:pPr>
      <w:r>
        <w:t>یعنی select کیا جا رہا ہے ان لوگوں کو جو انسانوں کے بیچ میں رہیں اس طرح کہ</w:t>
      </w:r>
    </w:p>
    <w:p>
      <w:r>
        <w:rPr>
          <w:b/>
        </w:rPr>
        <w:t xml:space="preserve">[56:19] </w:t>
      </w:r>
      <w:r>
        <w:t>un ke dil mein doosron ke liye pyar ho, un ke dil mein doosron ke liye mohabbat ho,</w:t>
      </w:r>
    </w:p>
    <w:p>
      <w:pPr>
        <w:jc w:val="right"/>
      </w:pPr>
      <w:r>
        <w:t>ان کے دل میں دوسروں کے لیے پیار ہو، ان کے دل میں دوسروں کے لیے محبت ہو،</w:t>
      </w:r>
    </w:p>
    <w:p>
      <w:r>
        <w:rPr>
          <w:b/>
        </w:rPr>
        <w:t xml:space="preserve">[56:27] </w:t>
      </w:r>
      <w:r>
        <w:t>un ke dil mein doosron ke liye shanti ho.</w:t>
      </w:r>
    </w:p>
    <w:p>
      <w:pPr>
        <w:jc w:val="right"/>
      </w:pPr>
      <w:r>
        <w:t>ان کے دل میں دوسروں کے لیے شانتی ہو۔</w:t>
      </w:r>
    </w:p>
    <w:p>
      <w:r>
        <w:rPr>
          <w:b/>
        </w:rPr>
        <w:t xml:space="preserve">[56:31] </w:t>
      </w:r>
      <w:r>
        <w:t>un ke dil mein doosron ke liye positive sentiment ho.</w:t>
      </w:r>
    </w:p>
    <w:p>
      <w:pPr>
        <w:jc w:val="right"/>
      </w:pPr>
      <w:r>
        <w:t>ان کے دل میں دوسروں کے لیے positive sentiment ہوں۔</w:t>
      </w:r>
    </w:p>
    <w:p>
      <w:r>
        <w:rPr>
          <w:b/>
        </w:rPr>
        <w:t xml:space="preserve">[56:35] </w:t>
      </w:r>
      <w:r>
        <w:t>Positive sentiment.</w:t>
      </w:r>
    </w:p>
    <w:p>
      <w:pPr>
        <w:jc w:val="right"/>
      </w:pPr>
      <w:r>
        <w:t>Positive sentiment۔</w:t>
      </w:r>
    </w:p>
    <w:p>
      <w:r>
        <w:rPr>
          <w:b/>
        </w:rPr>
        <w:t xml:space="preserve">[56:37] </w:t>
      </w:r>
      <w:r>
        <w:t>aise logon ka selection hai yeh, yahan ho raha hai.</w:t>
      </w:r>
    </w:p>
    <w:p>
      <w:pPr>
        <w:jc w:val="right"/>
      </w:pPr>
      <w:r>
        <w:t>ایسے لوگوں کا selection ہے یہ، یہاں ہو رہا ہے۔</w:t>
      </w:r>
    </w:p>
    <w:p>
      <w:r>
        <w:rPr>
          <w:b/>
        </w:rPr>
        <w:t xml:space="preserve">[56:41] </w:t>
      </w:r>
      <w:r>
        <w:t>yeh bohat bari fallacy hai.</w:t>
      </w:r>
    </w:p>
    <w:p>
      <w:pPr>
        <w:jc w:val="right"/>
      </w:pPr>
      <w:r>
        <w:t>یہ بہت بڑی fallacy ہے۔</w:t>
      </w:r>
    </w:p>
    <w:p>
      <w:r>
        <w:rPr>
          <w:b/>
        </w:rPr>
        <w:t xml:space="preserve">[56:43] </w:t>
      </w:r>
      <w:r>
        <w:t>log samajhte hain ke wahan jab dakhil kar diye jayein ge to injection laga laga kar aap ko</w:t>
      </w:r>
    </w:p>
    <w:p>
      <w:pPr>
        <w:jc w:val="right"/>
      </w:pPr>
      <w:r>
        <w:t>لوگ سمجھتے ہیں کہ وہاں جب داخل کر دیے جائیں گے تو injection لگا لگا کر آپ کو</w:t>
      </w:r>
    </w:p>
    <w:p>
      <w:r>
        <w:rPr>
          <w:b/>
        </w:rPr>
        <w:t xml:space="preserve">[56:51] </w:t>
      </w:r>
      <w:r>
        <w:t>acha bana diya jaye ga.</w:t>
      </w:r>
    </w:p>
    <w:p>
      <w:pPr>
        <w:jc w:val="right"/>
      </w:pPr>
      <w:r>
        <w:t>اچھا بنا دیا جائے گا۔</w:t>
      </w:r>
    </w:p>
    <w:p>
      <w:r>
        <w:rPr>
          <w:b/>
        </w:rPr>
        <w:t xml:space="preserve">[56:53] </w:t>
      </w:r>
      <w:r>
        <w:t>aisa nahi hone wala hai.</w:t>
      </w:r>
    </w:p>
    <w:p>
      <w:pPr>
        <w:jc w:val="right"/>
      </w:pPr>
      <w:r>
        <w:t>ایسا نہیں ہونے والا ہے۔</w:t>
      </w:r>
    </w:p>
    <w:p>
      <w:r>
        <w:rPr>
          <w:b/>
        </w:rPr>
        <w:t xml:space="preserve">[56:55] </w:t>
      </w:r>
      <w:r>
        <w:t>isi dunya mein aap ko jannati character paida karna hai.</w:t>
      </w:r>
    </w:p>
    <w:p>
      <w:pPr>
        <w:jc w:val="right"/>
      </w:pPr>
      <w:r>
        <w:t>اسی دنیا میں آپ کو جنتی character پیدا کرنا ہے۔</w:t>
      </w:r>
    </w:p>
    <w:p>
      <w:r>
        <w:rPr>
          <w:b/>
        </w:rPr>
        <w:t xml:space="preserve">[56:59] </w:t>
      </w:r>
      <w:r>
        <w:t>jannati character wahan kisi ko nahi diya jaye ga.</w:t>
      </w:r>
    </w:p>
    <w:p>
      <w:pPr>
        <w:jc w:val="right"/>
      </w:pPr>
      <w:r>
        <w:t>جنتی character وہاں کسی کو نہیں دیا جائے گا۔</w:t>
      </w:r>
    </w:p>
    <w:p>
      <w:r>
        <w:rPr>
          <w:b/>
        </w:rPr>
        <w:t xml:space="preserve">[57:03] </w:t>
      </w:r>
      <w:r>
        <w:t>jannati character isi dunya mein apney andar lana hai.</w:t>
      </w:r>
    </w:p>
    <w:p>
      <w:pPr>
        <w:jc w:val="right"/>
      </w:pPr>
      <w:r>
        <w:t>جنتی character اسی دنیا میں اپنے اندر لانا ہے۔</w:t>
      </w:r>
    </w:p>
    <w:p>
      <w:r>
        <w:rPr>
          <w:b/>
        </w:rPr>
        <w:t xml:space="preserve">[57:07] </w:t>
      </w:r>
      <w:r>
        <w:t>jannati quality isi dunya mein apney andar lana hai.</w:t>
      </w:r>
    </w:p>
    <w:p>
      <w:pPr>
        <w:jc w:val="right"/>
      </w:pPr>
      <w:r>
        <w:t>جنتی quality اسی دنیا میں اپنے اندر لانا ہے۔</w:t>
      </w:r>
    </w:p>
    <w:p>
      <w:r>
        <w:rPr>
          <w:b/>
        </w:rPr>
        <w:t xml:space="preserve">[57:11] </w:t>
      </w:r>
      <w:r>
        <w:t>tab aap ko wahan entry mile gi jannat mein.</w:t>
      </w:r>
    </w:p>
    <w:p>
      <w:pPr>
        <w:jc w:val="right"/>
      </w:pPr>
      <w:r>
        <w:t>تب آپ کو وہاں entry ملے گی جنت میں۔</w:t>
      </w:r>
    </w:p>
    <w:p>
      <w:r>
        <w:rPr>
          <w:b/>
        </w:rPr>
        <w:t xml:space="preserve">[57:15] </w:t>
      </w:r>
      <w:r>
        <w:t>warna nahi.</w:t>
      </w:r>
    </w:p>
    <w:p>
      <w:pPr>
        <w:jc w:val="right"/>
      </w:pPr>
      <w:r>
        <w:t>ورنہ نہیں۔</w:t>
      </w:r>
    </w:p>
    <w:p>
      <w:r>
        <w:rPr>
          <w:b/>
        </w:rPr>
        <w:t xml:space="preserve">[57:16] </w:t>
      </w:r>
      <w:r>
        <w:t>harghiz nahi.</w:t>
      </w:r>
    </w:p>
    <w:p>
      <w:pPr>
        <w:jc w:val="right"/>
      </w:pPr>
      <w:r>
        <w:t>ہرگز نہیں۔</w:t>
      </w:r>
    </w:p>
    <w:p>
      <w:r>
        <w:rPr>
          <w:b/>
        </w:rPr>
        <w:t xml:space="preserve">[57:18] </w:t>
      </w:r>
      <w:r>
        <w:t>to in baton ko bohat zyada sochna chahiye.</w:t>
      </w:r>
    </w:p>
    <w:p>
      <w:pPr>
        <w:jc w:val="right"/>
      </w:pPr>
      <w:r>
        <w:t>تو ان باتوں کو بہت زیادہ سوچنا چاہیے۔</w:t>
      </w:r>
    </w:p>
    <w:p>
      <w:r>
        <w:rPr>
          <w:b/>
        </w:rPr>
        <w:t xml:space="preserve">[57:21] </w:t>
      </w:r>
      <w:r>
        <w:t>bohat zyada gehrai mein ja kar sochna chahiye.</w:t>
      </w:r>
    </w:p>
    <w:p>
      <w:pPr>
        <w:jc w:val="right"/>
      </w:pPr>
      <w:r>
        <w:t>بہت زیادہ گہرائی میں جا کر سوچنا چاہیے۔</w:t>
      </w:r>
    </w:p>
    <w:p>
      <w:r>
        <w:rPr>
          <w:b/>
        </w:rPr>
        <w:t xml:space="preserve">[57:25] </w:t>
      </w:r>
      <w:r>
        <w:t>to mein isi par apni baat ko khatam karta hoon.</w:t>
      </w:r>
    </w:p>
    <w:p>
      <w:pPr>
        <w:jc w:val="right"/>
      </w:pPr>
      <w:r>
        <w:t>تو میں اسی پر اپنی بات کو ختم کرتا ہوں۔</w:t>
      </w:r>
    </w:p>
    <w:p>
      <w:r>
        <w:rPr>
          <w:b/>
        </w:rPr>
        <w:t xml:space="preserve">[57:29] </w:t>
      </w:r>
      <w:r>
        <w:t>aur Allah taala se dua karta hoon ke woh hum sab ko yeh tofeeq de ke hum sachai</w:t>
      </w:r>
    </w:p>
    <w:p>
      <w:pPr>
        <w:jc w:val="right"/>
      </w:pPr>
      <w:r>
        <w:t>اور اللہ تعالیٰ سے دعا کرتا ہوں کہ وہ ہم سب کو یہ توفیق دے کہ ہم سچائی</w:t>
      </w:r>
    </w:p>
    <w:p>
      <w:r>
        <w:rPr>
          <w:b/>
        </w:rPr>
        <w:t xml:space="preserve">[57:37] </w:t>
      </w:r>
      <w:r>
        <w:t>ko jaanein, sachai ko apnayein aur sachai ke rastay par chalein.</w:t>
      </w:r>
    </w:p>
    <w:p>
      <w:pPr>
        <w:jc w:val="right"/>
      </w:pPr>
      <w:r>
        <w:t>کو جانیں، سچائی کو اپنائیں اور سچائی کے راستے پر چلیں۔</w:t>
      </w:r>
    </w:p>
    <w:p>
      <w:r>
        <w:rPr>
          <w:b/>
        </w:rPr>
        <w:t xml:space="preserve">[57:41] </w:t>
      </w:r>
      <w:r>
        <w:t>yahan tak ke khuda akhirat ke din mein humein accept kare.</w:t>
      </w:r>
    </w:p>
    <w:p>
      <w:pPr>
        <w:jc w:val="right"/>
      </w:pPr>
      <w:r>
        <w:t>یہاں تک کہ خدا آخرت کے دن میں ہمیں accept کرے۔</w:t>
      </w:r>
    </w:p>
    <w:p>
      <w:r>
        <w:rPr>
          <w:b/>
        </w:rPr>
        <w:t xml:space="preserve">[57:46] </w:t>
      </w:r>
      <w:r>
        <w:t>aur accept kar ke humein jannat ke baghon mein dakhil farmaye.</w:t>
      </w:r>
    </w:p>
    <w:p>
      <w:pPr>
        <w:jc w:val="right"/>
      </w:pPr>
      <w:r>
        <w:t>اور accept کر کے ہمیں جنت کے باغوں میں داخل فرمائے۔</w:t>
      </w:r>
    </w:p>
    <w:p>
      <w:r>
        <w:rPr>
          <w:b/>
        </w:rPr>
        <w:t xml:space="preserve">[57:51] </w:t>
      </w:r>
      <w:r>
        <w:t>aqool qawli hadha wastaghfirullaha li walakum ajmaeen.</w:t>
      </w:r>
    </w:p>
    <w:p>
      <w:pPr>
        <w:jc w:val="right"/>
      </w:pPr>
      <w:r>
        <w:t>أقول قولي هذا واستغفرالله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