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Age of Deceiving Philosophies I 21 June '09 U</w:t>
      </w:r>
    </w:p>
    <w:p>
      <w:r>
        <w:t>https://www.youtube.com/watch?v=6z-4sNHT1Uk</w:t>
      </w:r>
    </w:p>
    <w:p>
      <w:r>
        <w:rPr>
          <w:b/>
        </w:rPr>
        <w:t xml:space="preserve">[00:21] </w:t>
      </w:r>
      <w:r>
        <w:t>bismillah rahman rahim, wasallallahu alan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aaj ka topic hai: age of deceiving philosophies, mughalta aamez falsafon ka daur.</w:t>
      </w:r>
    </w:p>
    <w:p>
      <w:pPr>
        <w:jc w:val="right"/>
      </w:pPr>
      <w:r>
        <w:t>آج کا ٹاپک ہے: ایج آف ڈیسیونگ فلاسفیز، مغالطہ آمیز فلسفوں کا دور۔</w:t>
      </w:r>
    </w:p>
    <w:p>
      <w:r>
        <w:rPr>
          <w:b/>
        </w:rPr>
        <w:t xml:space="preserve">[00:36] </w:t>
      </w:r>
      <w:r>
        <w:t>hadith mein bohat si hadithain aayi hain jo batati hain ke qayamat se pehle jo zamana hoga, us</w:t>
      </w:r>
    </w:p>
    <w:p>
      <w:pPr>
        <w:jc w:val="right"/>
      </w:pPr>
      <w:r>
        <w:t>حدیث میں بہت سی حدیثیں آئیں ہیں جو بتاتی ہیں کہ قیامت سے پہلے جو زمانہ ہوگا، اس</w:t>
      </w:r>
    </w:p>
    <w:p>
      <w:r>
        <w:rPr>
          <w:b/>
        </w:rPr>
        <w:t xml:space="preserve">[00:43] </w:t>
      </w:r>
      <w:r>
        <w:t>mein bohat se bigaad aayenge, ek ke baad ek.</w:t>
      </w:r>
    </w:p>
    <w:p>
      <w:pPr>
        <w:jc w:val="right"/>
      </w:pPr>
      <w:r>
        <w:t>میں بہت سے بگاڑ آئیں گے، ایک کے بعد ایک۔</w:t>
      </w:r>
    </w:p>
    <w:p>
      <w:r>
        <w:rPr>
          <w:b/>
        </w:rPr>
        <w:t xml:space="preserve">[00:48] </w:t>
      </w:r>
      <w:r>
        <w:t>lekin ek bigaad bohat hi bara jo hoga, sab se bara bigaad, yani poori human history ka sab</w:t>
      </w:r>
    </w:p>
    <w:p>
      <w:pPr>
        <w:jc w:val="right"/>
      </w:pPr>
      <w:r>
        <w:t>لیکن ایک بگاڑ بہت ہی بڑا جو ہوگا، سب سے بڑا بگاڑ، یعنی پوری ہیومن ہسٹری کا سب</w:t>
      </w:r>
    </w:p>
    <w:p>
      <w:r>
        <w:rPr>
          <w:b/>
        </w:rPr>
        <w:t xml:space="preserve">[00:55] </w:t>
      </w:r>
      <w:r>
        <w:t>se bara bigaad, woh hoga fitna duheema.</w:t>
      </w:r>
    </w:p>
    <w:p>
      <w:pPr>
        <w:jc w:val="right"/>
      </w:pPr>
      <w:r>
        <w:t>سے بڑا بگاڑ، وہ ہوگا فتنہ دھیمہ۔</w:t>
      </w:r>
    </w:p>
    <w:p>
      <w:r>
        <w:rPr>
          <w:b/>
        </w:rPr>
        <w:t xml:space="preserve">[00:58] </w:t>
      </w:r>
      <w:r>
        <w:t>to hadith mein alfaaz hain ke thumma takoonu fitnatud duheymati la tada'oo ahadan min hadhil ummati illa latamtuho</w:t>
      </w:r>
    </w:p>
    <w:p>
      <w:pPr>
        <w:jc w:val="right"/>
      </w:pPr>
      <w:r>
        <w:t>تو حدیث میں الفاظ ہیں کہ ثُمَّ تَكُونُ فِتْنَةُ الدُّهَيْمَةِ لا تَدَعُوا أَهَدًا مِنْ هٰذِه الْأُمَّةِ إِلَّا لَتَمَتْهُوا</w:t>
      </w:r>
    </w:p>
    <w:p>
      <w:r>
        <w:rPr>
          <w:b/>
        </w:rPr>
        <w:t xml:space="preserve">[01:06] </w:t>
      </w:r>
      <w:r>
        <w:t>latmatan.</w:t>
      </w:r>
    </w:p>
    <w:p>
      <w:pPr>
        <w:jc w:val="right"/>
      </w:pPr>
      <w:r>
        <w:t>لَطْمَةً ۔</w:t>
      </w:r>
    </w:p>
    <w:p>
      <w:r>
        <w:rPr>
          <w:b/>
        </w:rPr>
        <w:t xml:space="preserve">[01:07] </w:t>
      </w:r>
      <w:r>
        <w:t>is ka matlab hai ke yeh jo fitna hoga, fitna means trial, azmaish.</w:t>
      </w:r>
    </w:p>
    <w:p>
      <w:pPr>
        <w:jc w:val="right"/>
      </w:pPr>
      <w:r>
        <w:t>اس کا مطلب ہے کہ یہ جو فتنہ ہوگا، فتنہ means trial، آزمائش۔</w:t>
      </w:r>
    </w:p>
    <w:p>
      <w:r>
        <w:rPr>
          <w:b/>
        </w:rPr>
        <w:t xml:space="preserve">[01:13] </w:t>
      </w:r>
      <w:r>
        <w:t>duheema ke maani hote hain darkness.</w:t>
      </w:r>
    </w:p>
    <w:p>
      <w:pPr>
        <w:jc w:val="right"/>
      </w:pPr>
      <w:r>
        <w:t>دھیمہ کے معنی ہوتے ہیں darkness۔</w:t>
      </w:r>
    </w:p>
    <w:p>
      <w:r>
        <w:rPr>
          <w:b/>
        </w:rPr>
        <w:t xml:space="preserve">[01:16] </w:t>
      </w:r>
      <w:r>
        <w:t>to yeh fitna jo hoga, woh yeh age of total darkness hoga, age of total darkness.</w:t>
      </w:r>
    </w:p>
    <w:p>
      <w:pPr>
        <w:jc w:val="right"/>
      </w:pPr>
      <w:r>
        <w:t>تو یہ فتنہ جو ہوگا، وہ یہ age of total darkness ہوگا، age of total darkness۔</w:t>
      </w:r>
    </w:p>
    <w:p>
      <w:r>
        <w:rPr>
          <w:b/>
        </w:rPr>
        <w:t xml:space="preserve">[01:22] </w:t>
      </w:r>
      <w:r>
        <w:t>to yeh farmaya ke ke har ek par is ki zad padegi.</w:t>
      </w:r>
    </w:p>
    <w:p>
      <w:pPr>
        <w:jc w:val="right"/>
      </w:pPr>
      <w:r>
        <w:t>تو یہ فرمایا کہ کہ ہر ایک پر اس کی زد پڑے گی۔</w:t>
      </w:r>
    </w:p>
    <w:p>
      <w:r>
        <w:rPr>
          <w:b/>
        </w:rPr>
        <w:t xml:space="preserve">[01:28] </w:t>
      </w:r>
      <w:r>
        <w:t>yeh jo fitna hoga, it will hit all without any exception.</w:t>
      </w:r>
    </w:p>
    <w:p>
      <w:pPr>
        <w:jc w:val="right"/>
      </w:pPr>
      <w:r>
        <w:t>یہ جو فتنہ ہوگا، it will hit all without any exception.</w:t>
      </w:r>
    </w:p>
    <w:p>
      <w:r>
        <w:rPr>
          <w:b/>
        </w:rPr>
        <w:t xml:space="preserve">[01:33] </w:t>
      </w:r>
      <w:r>
        <w:t>it will hit everyone without any exception.</w:t>
      </w:r>
    </w:p>
    <w:p>
      <w:pPr>
        <w:jc w:val="right"/>
      </w:pPr>
      <w:r>
        <w:t>It will hit everyone without any exception.</w:t>
      </w:r>
    </w:p>
    <w:p>
      <w:r>
        <w:rPr>
          <w:b/>
        </w:rPr>
        <w:t xml:space="preserve">[01:36] </w:t>
      </w:r>
      <w:r>
        <w:t>to yeh bohat hi zyada serious baat hai.</w:t>
      </w:r>
    </w:p>
    <w:p>
      <w:pPr>
        <w:jc w:val="right"/>
      </w:pPr>
      <w:r>
        <w:t>تو یہ بہت ہی زیادہ serious بات ہے۔</w:t>
      </w:r>
    </w:p>
    <w:p>
      <w:r>
        <w:rPr>
          <w:b/>
        </w:rPr>
        <w:t xml:space="preserve">[01:39] </w:t>
      </w:r>
      <w:r>
        <w:t>isi par us waqt mujhe kuch kehna hai.</w:t>
      </w:r>
    </w:p>
    <w:p>
      <w:pPr>
        <w:jc w:val="right"/>
      </w:pPr>
      <w:r>
        <w:t>اسی پر اس وقت مجھے کچھ کہنا ہے۔</w:t>
      </w:r>
    </w:p>
    <w:p>
      <w:r>
        <w:rPr>
          <w:b/>
        </w:rPr>
        <w:t xml:space="preserve">[01:43] </w:t>
      </w:r>
      <w:r>
        <w:t>to dekhen, fitna duheema, jaisa ke maine arz kiya, is se murad hai total darkness ka zamana.</w:t>
      </w:r>
    </w:p>
    <w:p>
      <w:pPr>
        <w:jc w:val="right"/>
      </w:pPr>
      <w:r>
        <w:t>تو دیکھیں، فتنہ دھیمہ، جیسا کہ میں نے عرض کیا، اس سے مراد ہے total darkness کا زمانہ۔</w:t>
      </w:r>
    </w:p>
    <w:p>
      <w:r>
        <w:rPr>
          <w:b/>
        </w:rPr>
        <w:t xml:space="preserve">[01:50] </w:t>
      </w:r>
      <w:r>
        <w:t>yeh darkness itna barha hua hoga ke sab tak, sab ko woh apni zad mein le lega.</w:t>
      </w:r>
    </w:p>
    <w:p>
      <w:pPr>
        <w:jc w:val="right"/>
      </w:pPr>
      <w:r>
        <w:t>یہ darkness اتنا بڑھا ہوا ہوگا کہ سب تک، سب کو وہ اپنی زد میں لے لے گا۔</w:t>
      </w:r>
    </w:p>
    <w:p>
      <w:r>
        <w:rPr>
          <w:b/>
        </w:rPr>
        <w:t xml:space="preserve">[01:58] </w:t>
      </w:r>
      <w:r>
        <w:t>koi bachega nahin.</w:t>
      </w:r>
    </w:p>
    <w:p>
      <w:pPr>
        <w:jc w:val="right"/>
      </w:pPr>
      <w:r>
        <w:t>کوئی بچے گا نہیں۔</w:t>
      </w:r>
    </w:p>
    <w:p>
      <w:r>
        <w:rPr>
          <w:b/>
        </w:rPr>
        <w:t xml:space="preserve">[02:00] </w:t>
      </w:r>
      <w:r>
        <w:t>yahan tak ke jo, yahan jo farmaya ke ummat, ka matlab yeh hai ke ummat jis ke paas</w:t>
      </w:r>
    </w:p>
    <w:p>
      <w:pPr>
        <w:jc w:val="right"/>
      </w:pPr>
      <w:r>
        <w:t>یہاں تک کہ جو، یہاں جو فرمایا کہ امت، کا مطلب یہ ہے کہ امت جس کے پاس</w:t>
      </w:r>
    </w:p>
    <w:p>
      <w:r>
        <w:rPr>
          <w:b/>
        </w:rPr>
        <w:t xml:space="preserve">[02:07] </w:t>
      </w:r>
      <w:r>
        <w:t>sachai hai, woh bhi is mein exception nahin hogi.</w:t>
      </w:r>
    </w:p>
    <w:p>
      <w:pPr>
        <w:jc w:val="right"/>
      </w:pPr>
      <w:r>
        <w:t>سچائی ہے، وہ بھی اس میں exception نہیں ہوگی۔</w:t>
      </w:r>
    </w:p>
    <w:p>
      <w:r>
        <w:rPr>
          <w:b/>
        </w:rPr>
        <w:t xml:space="preserve">[02:11] </w:t>
      </w:r>
      <w:r>
        <w:t>yani it will hurt including Ummah Islamiyah.</w:t>
      </w:r>
    </w:p>
    <w:p>
      <w:pPr>
        <w:jc w:val="right"/>
      </w:pPr>
      <w:r>
        <w:t>یعنی it will hurt including Ummah Islamiyah.</w:t>
      </w:r>
    </w:p>
    <w:p>
      <w:r>
        <w:rPr>
          <w:b/>
        </w:rPr>
        <w:t xml:space="preserve">[02:14] </w:t>
      </w:r>
      <w:r>
        <w:t>It will hit including Ummah Islamiyah.</w:t>
      </w:r>
    </w:p>
    <w:p>
      <w:pPr>
        <w:jc w:val="right"/>
      </w:pPr>
      <w:r>
        <w:t>It will hit including Ummah Islamiyah.</w:t>
      </w:r>
    </w:p>
    <w:p>
      <w:r>
        <w:rPr>
          <w:b/>
        </w:rPr>
        <w:t xml:space="preserve">[02:17] </w:t>
      </w:r>
      <w:r>
        <w:t>yani yeh fitna jo aaye ga, yeh sab ko andhere mein daal de ga, yahan tak ke jin</w:t>
      </w:r>
    </w:p>
    <w:p>
      <w:pPr>
        <w:jc w:val="right"/>
      </w:pPr>
      <w:r>
        <w:t>یعنی یہ فتنہ جو آئے گا، یہ سب کو اندھیرے میں ڈال دے گا، یہاں تک کہ جن</w:t>
      </w:r>
    </w:p>
    <w:p>
      <w:r>
        <w:rPr>
          <w:b/>
        </w:rPr>
        <w:t xml:space="preserve">[02:25] </w:t>
      </w:r>
      <w:r>
        <w:t>ke paas sachai hai, woh bhi andhere mein chale jayen ge.</w:t>
      </w:r>
    </w:p>
    <w:p>
      <w:pPr>
        <w:jc w:val="right"/>
      </w:pPr>
      <w:r>
        <w:t>کے پاس سچائی ہے، وہ بھی اندھیرے میں چلے جائیں گے۔</w:t>
      </w:r>
    </w:p>
    <w:p>
      <w:r>
        <w:rPr>
          <w:b/>
        </w:rPr>
        <w:t xml:space="preserve">[02:29] </w:t>
      </w:r>
      <w:r>
        <w:t>Itni bari baat kahi gayi hai hadith mein, is par hamein sochna hai.</w:t>
      </w:r>
    </w:p>
    <w:p>
      <w:pPr>
        <w:jc w:val="right"/>
      </w:pPr>
      <w:r>
        <w:t>اتنی بڑی بات کہی گئی ہے حدیث میں، اس پر ہمیں سوچنا ہے۔</w:t>
      </w:r>
    </w:p>
    <w:p>
      <w:r>
        <w:rPr>
          <w:b/>
        </w:rPr>
        <w:t xml:space="preserve">[02:35] </w:t>
      </w:r>
      <w:r>
        <w:t>To jahan tak maine samjha hai is ko, is se murad hai age of deceiving philosophies.</w:t>
      </w:r>
    </w:p>
    <w:p>
      <w:pPr>
        <w:jc w:val="right"/>
      </w:pPr>
      <w:r>
        <w:t>تو جہاں تک میں نے سمجھا ہے اس کو، اس سے مراد ہے age of deceiving philosophies۔</w:t>
      </w:r>
    </w:p>
    <w:p>
      <w:r>
        <w:rPr>
          <w:b/>
        </w:rPr>
        <w:t xml:space="preserve">[02:42] </w:t>
      </w:r>
      <w:r>
        <w:t>Dekhein, har zamane mein log mughalta dete rahe hain, deceive karte rahe hain.</w:t>
      </w:r>
    </w:p>
    <w:p>
      <w:pPr>
        <w:jc w:val="right"/>
      </w:pPr>
      <w:r>
        <w:t>دیکھیں، ہر زمانے میں لوگ مغالطہ دیتے رہے ہیں، deceive کرتے رہے ہیں۔</w:t>
      </w:r>
    </w:p>
    <w:p>
      <w:r>
        <w:rPr>
          <w:b/>
        </w:rPr>
        <w:t xml:space="preserve">[02:48] </w:t>
      </w:r>
      <w:r>
        <w:t>deceive karne ka zamana kabhi aisa nahi hai ke na raha ho.</w:t>
      </w:r>
    </w:p>
    <w:p>
      <w:pPr>
        <w:jc w:val="right"/>
      </w:pPr>
      <w:r>
        <w:t>deceive کرنے کا زمانہ کبھی ایسا نہیں ہے کہ نہ رہا ہو۔</w:t>
      </w:r>
    </w:p>
    <w:p>
      <w:r>
        <w:rPr>
          <w:b/>
        </w:rPr>
        <w:t xml:space="preserve">[02:53] </w:t>
      </w:r>
      <w:r>
        <w:t>Lekin baad ke zamane mein jo aaye ga mughalta, woh ek aur hi, is ka, is ka bohat</w:t>
      </w:r>
    </w:p>
    <w:p>
      <w:pPr>
        <w:jc w:val="right"/>
      </w:pPr>
      <w:r>
        <w:t>لیکن بعد کے زمانے میں جو آئے گا مغالطہ، وہ ایک اور ہی، اس کا، اس کا بہت</w:t>
      </w:r>
    </w:p>
    <w:p>
      <w:r>
        <w:rPr>
          <w:b/>
        </w:rPr>
        <w:t xml:space="preserve">[03:01] </w:t>
      </w:r>
      <w:r>
        <w:t>hi khatarnak hoga.</w:t>
      </w:r>
    </w:p>
    <w:p>
      <w:pPr>
        <w:jc w:val="right"/>
      </w:pPr>
      <w:r>
        <w:t>ہی خطرناک ہوگا۔</w:t>
      </w:r>
    </w:p>
    <w:p>
      <w:r>
        <w:rPr>
          <w:b/>
        </w:rPr>
        <w:t xml:space="preserve">[03:02] </w:t>
      </w:r>
      <w:r>
        <w:t>To isi ko maine kaha ke woh philosophized way mein aaye ga.</w:t>
      </w:r>
    </w:p>
    <w:p>
      <w:pPr>
        <w:jc w:val="right"/>
      </w:pPr>
      <w:r>
        <w:t>تو اسی کو میں نے کہا کہ وہ philosophized way میں آئے گا۔</w:t>
      </w:r>
    </w:p>
    <w:p>
      <w:r>
        <w:rPr>
          <w:b/>
        </w:rPr>
        <w:t xml:space="preserve">[03:08] </w:t>
      </w:r>
      <w:r>
        <w:t>Ab tak jo fitne the, jo mughalte the, woh saada dhang ke the.</w:t>
      </w:r>
    </w:p>
    <w:p>
      <w:pPr>
        <w:jc w:val="right"/>
      </w:pPr>
      <w:r>
        <w:t>اب تک جو فتنے تھے، جو مغالطے تھے، وہ سادہ ڈھنگ کے تھے۔</w:t>
      </w:r>
    </w:p>
    <w:p>
      <w:r>
        <w:rPr>
          <w:b/>
        </w:rPr>
        <w:t xml:space="preserve">[03:13] </w:t>
      </w:r>
      <w:r>
        <w:t>Ab jo aayen ge, woh bohat hi philosophized way mein hon ge, is liye is ko analysis nahi</w:t>
      </w:r>
    </w:p>
    <w:p>
      <w:pPr>
        <w:jc w:val="right"/>
      </w:pPr>
      <w:r>
        <w:t>اب جو آئیں گے، وہ بہت ہی philosophized way میں ہوں گے، اس لیے اس کو analysis نہیں</w:t>
      </w:r>
    </w:p>
    <w:p>
      <w:r>
        <w:rPr>
          <w:b/>
        </w:rPr>
        <w:t xml:space="preserve">[03:21] </w:t>
      </w:r>
      <w:r>
        <w:t>kar paye ga aadmi.</w:t>
      </w:r>
    </w:p>
    <w:p>
      <w:pPr>
        <w:jc w:val="right"/>
      </w:pPr>
      <w:r>
        <w:t>کر پائے گا آدمی۔</w:t>
      </w:r>
    </w:p>
    <w:p>
      <w:r>
        <w:rPr>
          <w:b/>
        </w:rPr>
        <w:t xml:space="preserve">[03:23] </w:t>
      </w:r>
      <w:r>
        <w:t>Analysis nahi kar paye ga.</w:t>
      </w:r>
    </w:p>
    <w:p>
      <w:pPr>
        <w:jc w:val="right"/>
      </w:pPr>
      <w:r>
        <w:t>Analysis نہیں کر پائے گا۔</w:t>
      </w:r>
    </w:p>
    <w:p>
      <w:r>
        <w:rPr>
          <w:b/>
        </w:rPr>
        <w:t xml:space="preserve">[03:25] </w:t>
      </w:r>
      <w:r>
        <w:t>Jaise ke ek misaal mein doon ke ab se saade teen hazar saal pehle, saade teen hazar saal</w:t>
      </w:r>
    </w:p>
    <w:p>
      <w:pPr>
        <w:jc w:val="right"/>
      </w:pPr>
      <w:r>
        <w:t>جیسے کہ ایک مثال میں دوں کہ اب سے ساڑھے تین ہزار سال پہلے، ساڑھے تین ہزار سال</w:t>
      </w:r>
    </w:p>
    <w:p>
      <w:r>
        <w:rPr>
          <w:b/>
        </w:rPr>
        <w:t xml:space="preserve">[03:33] </w:t>
      </w:r>
      <w:r>
        <w:t>pehle Egypt mein, yani Misr mein, Hazrat Musa aaye, us waqt wahan par Firon ka raaj tha, us</w:t>
      </w:r>
    </w:p>
    <w:p>
      <w:pPr>
        <w:jc w:val="right"/>
      </w:pPr>
      <w:r>
        <w:t>پہلے Egypt میں، یعنی مصر میں، حضرت موسیٰ آئے، اس وقت وہاں پر فرعون کا راج تھا، اس</w:t>
      </w:r>
    </w:p>
    <w:p>
      <w:r>
        <w:rPr>
          <w:b/>
        </w:rPr>
        <w:t xml:space="preserve">[03:40] </w:t>
      </w:r>
      <w:r>
        <w:t>ko Pharaoh kaha jata hai, Pharaoh.</w:t>
      </w:r>
    </w:p>
    <w:p>
      <w:pPr>
        <w:jc w:val="right"/>
      </w:pPr>
      <w:r>
        <w:t>کو Pharaoh کہا جاتا ہے، Pharaoh۔</w:t>
      </w:r>
    </w:p>
    <w:p>
      <w:r>
        <w:rPr>
          <w:b/>
        </w:rPr>
        <w:t xml:space="preserve">[03:43] </w:t>
      </w:r>
      <w:r>
        <w:t>To Hazrat Musa ne us ke samne apni dawat pesh ki, us ne moajza manga to aap ne</w:t>
      </w:r>
    </w:p>
    <w:p>
      <w:pPr>
        <w:jc w:val="right"/>
      </w:pPr>
      <w:r>
        <w:t>تو حضرت موسیٰ نے اس کے سامنے اپنی دعوت پیش کی، اس نے معجزہ مانگا تو آپ نے</w:t>
      </w:r>
    </w:p>
    <w:p>
      <w:r>
        <w:rPr>
          <w:b/>
        </w:rPr>
        <w:t xml:space="preserve">[03:51] </w:t>
      </w:r>
      <w:r>
        <w:t>moajza dikhaya, yani aap ki jo lathi thi, woh saanp ban gayi.</w:t>
      </w:r>
    </w:p>
    <w:p>
      <w:pPr>
        <w:jc w:val="right"/>
      </w:pPr>
      <w:r>
        <w:t>معجزہ دکھایا، یعنی آپ کی جو لاٹھی تھی، وہ سانپ بن گئی۔</w:t>
      </w:r>
    </w:p>
    <w:p>
      <w:r>
        <w:rPr>
          <w:b/>
        </w:rPr>
        <w:t xml:space="preserve">[03:56] </w:t>
      </w:r>
      <w:r>
        <w:t>To to Musa ka moajza jab us ne dekha to Firon kya kehta hai? Apne durbariyon se yureed</w:t>
      </w:r>
    </w:p>
    <w:p>
      <w:pPr>
        <w:jc w:val="right"/>
      </w:pPr>
      <w:r>
        <w:t>تو تو موسیٰ کا معجزہ جب اس نے دیکھا تو فرعون کیا کہتا ہے؟ اپنے درباریوں سے يريد</w:t>
      </w:r>
    </w:p>
    <w:p>
      <w:r>
        <w:rPr>
          <w:b/>
        </w:rPr>
        <w:t xml:space="preserve">[04:03] </w:t>
      </w:r>
      <w:r>
        <w:t>an yukhrijakum min ardhikum.</w:t>
      </w:r>
    </w:p>
    <w:p>
      <w:pPr>
        <w:jc w:val="right"/>
      </w:pPr>
      <w:r>
        <w:t>أن يخرجكم من أرضكم ۔</w:t>
      </w:r>
    </w:p>
    <w:p>
      <w:r>
        <w:rPr>
          <w:b/>
        </w:rPr>
        <w:t xml:space="preserve">[04:06] </w:t>
      </w:r>
      <w:r>
        <w:t>Yeh Musa chahte hain ke tum ko tumhare mulk se nikal dein aur yahan qabza kar ke baith</w:t>
      </w:r>
    </w:p>
    <w:p>
      <w:pPr>
        <w:jc w:val="right"/>
      </w:pPr>
      <w:r>
        <w:t>یہ موسیٰ چاہتے ہیں کہ تم کو تمہارے ملک سے نکال دیں اور یہاں قبضہ کر کے بیٹھ</w:t>
      </w:r>
    </w:p>
    <w:p>
      <w:r>
        <w:rPr>
          <w:b/>
        </w:rPr>
        <w:t xml:space="preserve">[04:13] </w:t>
      </w:r>
      <w:r>
        <w:t>jayen.</w:t>
      </w:r>
    </w:p>
    <w:p>
      <w:pPr>
        <w:jc w:val="right"/>
      </w:pPr>
      <w:r>
        <w:t>جائیں۔</w:t>
      </w:r>
    </w:p>
    <w:p>
      <w:r>
        <w:rPr>
          <w:b/>
        </w:rPr>
        <w:t xml:space="preserve">[04:15] </w:t>
      </w:r>
      <w:r>
        <w:t>Ab ghor kijiye ke yeh ek dhondhli ki baat thi, kyunke Hazrat Musa to yeh keh rahe the</w:t>
      </w:r>
    </w:p>
    <w:p>
      <w:pPr>
        <w:jc w:val="right"/>
      </w:pPr>
      <w:r>
        <w:t>اب غور کیجیے کہ یہ ایک دھاندلی کی بات تھی، کیونکہ حضرت موسیٰ تو یہ کہہ رہے تھے</w:t>
      </w:r>
    </w:p>
    <w:p>
      <w:r>
        <w:rPr>
          <w:b/>
        </w:rPr>
        <w:t xml:space="preserve">[04:22] </w:t>
      </w:r>
      <w:r>
        <w:t>keh mein bani israel ko le kar misr jana chahta hoon, mujhe ijazat de do keh mein le</w:t>
      </w:r>
    </w:p>
    <w:p>
      <w:pPr>
        <w:jc w:val="right"/>
      </w:pPr>
      <w:r>
        <w:t>کہ میں بنی اسرائیل کو لے کر مصر جانا چاہتا ہوں، مجھے اجازت دے دو کہ میں لے</w:t>
      </w:r>
    </w:p>
    <w:p>
      <w:r>
        <w:rPr>
          <w:b/>
        </w:rPr>
        <w:t xml:space="preserve">[04:30] </w:t>
      </w:r>
      <w:r>
        <w:t>kar jaon.</w:t>
      </w:r>
    </w:p>
    <w:p>
      <w:pPr>
        <w:jc w:val="right"/>
      </w:pPr>
      <w:r>
        <w:t>کر جاؤں۔</w:t>
      </w:r>
    </w:p>
    <w:p>
      <w:r>
        <w:rPr>
          <w:b/>
        </w:rPr>
        <w:t xml:space="preserve">[04:32] </w:t>
      </w:r>
      <w:r>
        <w:t>arsil ma'a bani israel.</w:t>
      </w:r>
    </w:p>
    <w:p>
      <w:pPr>
        <w:jc w:val="right"/>
      </w:pPr>
      <w:r>
        <w:t>أرسل ميا بنی اسرائیل ۔</w:t>
      </w:r>
    </w:p>
    <w:p>
      <w:r>
        <w:rPr>
          <w:b/>
        </w:rPr>
        <w:t xml:space="preserve">[04:34] </w:t>
      </w:r>
      <w:r>
        <w:t>unhon ne ulti baat keh di, darbariyon ko bharkane ke liye keh yeh chahte hain keh tum ko</w:t>
      </w:r>
    </w:p>
    <w:p>
      <w:pPr>
        <w:jc w:val="right"/>
      </w:pPr>
      <w:r>
        <w:t>انہوں نے الٹی بات کہہ دی، درباریوں کو بھڑکانے کے لیے کہ یہ چاہتے ہیں کہ تم کو</w:t>
      </w:r>
    </w:p>
    <w:p>
      <w:r>
        <w:rPr>
          <w:b/>
        </w:rPr>
        <w:t xml:space="preserve">[04:42] </w:t>
      </w:r>
      <w:r>
        <w:t>is mulk se nikal dein.</w:t>
      </w:r>
    </w:p>
    <w:p>
      <w:pPr>
        <w:jc w:val="right"/>
      </w:pPr>
      <w:r>
        <w:t>اس ملک سے نکال دیں۔</w:t>
      </w:r>
    </w:p>
    <w:p>
      <w:r>
        <w:rPr>
          <w:b/>
        </w:rPr>
        <w:t xml:space="preserve">[04:44] </w:t>
      </w:r>
      <w:r>
        <w:t>to yeh tha saada qism ka mughalta, is ke peeche koi bohat bari philosophy nahi thi.</w:t>
      </w:r>
    </w:p>
    <w:p>
      <w:pPr>
        <w:jc w:val="right"/>
      </w:pPr>
      <w:r>
        <w:t>تو یہ تھا سادہ قسم کا مغالطہ، اس کے پیچھے کوئی بہت بڑی فلاسفی نہیں تھی۔</w:t>
      </w:r>
    </w:p>
    <w:p>
      <w:r>
        <w:rPr>
          <w:b/>
        </w:rPr>
        <w:t xml:space="preserve">[04:51] </w:t>
      </w:r>
      <w:r>
        <w:t>to is tarah ke mughalte hamesha log dete rahe hain, deceive karte rahe hain logon ko, hamesha.</w:t>
      </w:r>
    </w:p>
    <w:p>
      <w:pPr>
        <w:jc w:val="right"/>
      </w:pPr>
      <w:r>
        <w:t>تو اس طرح کے مغالطے ہمیشہ لوگ دیتے رہے ہیں، deceive کرتے رہے ہیں لوگوں کو، ہمیشہ۔</w:t>
      </w:r>
    </w:p>
    <w:p>
      <w:r>
        <w:rPr>
          <w:b/>
        </w:rPr>
        <w:t xml:space="preserve">[04:58] </w:t>
      </w:r>
      <w:r>
        <w:t>lekin yeh jo zamana hai, jo scientific zamana hai, jo development ka zamana hai, jo civilization ka zamana</w:t>
      </w:r>
    </w:p>
    <w:p>
      <w:pPr>
        <w:jc w:val="right"/>
      </w:pPr>
      <w:r>
        <w:t>لیکن یہ جو زمانہ ہے، جو سائنٹیفک زمانہ ہے، جو ڈیولپمنٹ کا زمانہ ہے، جو سیویلائزیشن کا زمانہ</w:t>
      </w:r>
    </w:p>
    <w:p>
      <w:r>
        <w:rPr>
          <w:b/>
        </w:rPr>
        <w:t xml:space="preserve">[05:06] </w:t>
      </w:r>
      <w:r>
        <w:t>hai, is mein aisa hone wala tha keh philosophized way mein log deceive karne lage hain logon ko.</w:t>
      </w:r>
    </w:p>
    <w:p>
      <w:pPr>
        <w:jc w:val="right"/>
      </w:pPr>
      <w:r>
        <w:t>ہے، اس میں ایسا ہونے والا تھا کہ philosophized way میں لوگ deceive کرنے لگے ہیں لوگوں کو۔</w:t>
      </w:r>
    </w:p>
    <w:p>
      <w:r>
        <w:rPr>
          <w:b/>
        </w:rPr>
        <w:t xml:space="preserve">[05:13] </w:t>
      </w:r>
      <w:r>
        <w:t>ek poori ideology pesh karein, ek poori philosophy pesh karein keh aadmi soch na paye, aadmi is mein</w:t>
      </w:r>
    </w:p>
    <w:p>
      <w:pPr>
        <w:jc w:val="right"/>
      </w:pPr>
      <w:r>
        <w:t>ایک پوری ideology پیش کریں، ایک پوری فلاسفی پیش کریں کہ آدمی سوچ نہ پائے، آدمی اس میں</w:t>
      </w:r>
    </w:p>
    <w:p>
      <w:r>
        <w:rPr>
          <w:b/>
        </w:rPr>
        <w:t xml:space="preserve">[05:21] </w:t>
      </w:r>
      <w:r>
        <w:t>phans kar reh jaye.</w:t>
      </w:r>
    </w:p>
    <w:p>
      <w:pPr>
        <w:jc w:val="right"/>
      </w:pPr>
      <w:r>
        <w:t>پھنس کر رہ جائے۔</w:t>
      </w:r>
    </w:p>
    <w:p>
      <w:r>
        <w:rPr>
          <w:b/>
        </w:rPr>
        <w:t xml:space="preserve">[05:23] </w:t>
      </w:r>
      <w:r>
        <w:t>to yeh hai woh zamana.</w:t>
      </w:r>
    </w:p>
    <w:p>
      <w:pPr>
        <w:jc w:val="right"/>
      </w:pPr>
      <w:r>
        <w:t>تو یہ ہے وہ زمانہ۔</w:t>
      </w:r>
    </w:p>
    <w:p>
      <w:r>
        <w:rPr>
          <w:b/>
        </w:rPr>
        <w:t xml:space="preserve">[05:25] </w:t>
      </w:r>
      <w:r>
        <w:t>is fitna-e-dahima ke bare mein mein bohat barson sochta raha hoon.</w:t>
      </w:r>
    </w:p>
    <w:p>
      <w:pPr>
        <w:jc w:val="right"/>
      </w:pPr>
      <w:r>
        <w:t>اس فتنہ دھیمہ کے بارے میں میں بہت برسوں سوچتا رہا ہوں۔</w:t>
      </w:r>
    </w:p>
    <w:p>
      <w:r>
        <w:rPr>
          <w:b/>
        </w:rPr>
        <w:t xml:space="preserve">[05:30] </w:t>
      </w:r>
      <w:r>
        <w:t>to mein samajhta hoon keh alamat ke taur par, symbol ke taur par mein char personality ko mein</w:t>
      </w:r>
    </w:p>
    <w:p>
      <w:pPr>
        <w:jc w:val="right"/>
      </w:pPr>
      <w:r>
        <w:t>تو میں سمجھتا ہوں کہ علامت کے طور پر، symbol کے طور پر میں چار personality کو میں</w:t>
      </w:r>
    </w:p>
    <w:p>
      <w:r>
        <w:rPr>
          <w:b/>
        </w:rPr>
        <w:t xml:space="preserve">[05:38] </w:t>
      </w:r>
      <w:r>
        <w:t>ne liya hai.</w:t>
      </w:r>
    </w:p>
    <w:p>
      <w:pPr>
        <w:jc w:val="right"/>
      </w:pPr>
      <w:r>
        <w:t>نے لیا ہے۔</w:t>
      </w:r>
    </w:p>
    <w:p>
      <w:r>
        <w:rPr>
          <w:b/>
        </w:rPr>
        <w:t xml:space="preserve">[05:39] </w:t>
      </w:r>
      <w:r>
        <w:t>is mein to sankron hazaron log shamil hain is mein.</w:t>
      </w:r>
    </w:p>
    <w:p>
      <w:pPr>
        <w:jc w:val="right"/>
      </w:pPr>
      <w:r>
        <w:t>اس میں تو سینکڑوں ہزاروں لوگ شامل ہیں اس میں۔</w:t>
      </w:r>
    </w:p>
    <w:p>
      <w:r>
        <w:rPr>
          <w:b/>
        </w:rPr>
        <w:t xml:space="preserve">[05:43] </w:t>
      </w:r>
      <w:r>
        <w:t>lekin agar yeh batana ho keh to char fitne aur un ke char alamati naam mein kahoon ga</w:t>
      </w:r>
    </w:p>
    <w:p>
      <w:pPr>
        <w:jc w:val="right"/>
      </w:pPr>
      <w:r>
        <w:t>لیکن اگر یہ بتانا ہو کہ تو چار فتنے اور ان کے چار علامتی نام میں کہوں گا</w:t>
      </w:r>
    </w:p>
    <w:p>
      <w:r>
        <w:rPr>
          <w:b/>
        </w:rPr>
        <w:t xml:space="preserve">[05:51] </w:t>
      </w:r>
      <w:r>
        <w:t>keh hain.</w:t>
      </w:r>
    </w:p>
    <w:p>
      <w:pPr>
        <w:jc w:val="right"/>
      </w:pPr>
      <w:r>
        <w:t>کہ ہیں۔</w:t>
      </w:r>
    </w:p>
    <w:p>
      <w:r>
        <w:rPr>
          <w:b/>
        </w:rPr>
        <w:t xml:space="preserve">[05:53] </w:t>
      </w:r>
      <w:r>
        <w:t>to dekhein, ek hai darwain.</w:t>
      </w:r>
    </w:p>
    <w:p>
      <w:pPr>
        <w:jc w:val="right"/>
      </w:pPr>
      <w:r>
        <w:t>تو دیکھیں، ایک ہے ڈارون۔</w:t>
      </w:r>
    </w:p>
    <w:p>
      <w:r>
        <w:rPr>
          <w:b/>
        </w:rPr>
        <w:t xml:space="preserve">[05:55] </w:t>
      </w:r>
      <w:r>
        <w:t>darwain jis ki death hui, yeh british scientist tha, naturalist tha british.</w:t>
      </w:r>
    </w:p>
    <w:p>
      <w:pPr>
        <w:jc w:val="right"/>
      </w:pPr>
      <w:r>
        <w:t>ڈارون جس کی ڈیتھ ہوئی، یہ برٹش سائنٹسٹ تھا، نیچرلسٹ تھا برٹش۔</w:t>
      </w:r>
    </w:p>
    <w:p>
      <w:r>
        <w:rPr>
          <w:b/>
        </w:rPr>
        <w:t xml:space="preserve">[06:00] </w:t>
      </w:r>
      <w:r>
        <w:t>darwain, charles darwain, us ki death hui 1882 mein, eighteen eighty-two mein.</w:t>
      </w:r>
    </w:p>
    <w:p>
      <w:pPr>
        <w:jc w:val="right"/>
      </w:pPr>
      <w:r>
        <w:t>ڈارون، چارلس ڈارون، اس کی ڈیتھ ہوئی اٹھارہ سو بیاسی میں، eighteen eighty-two میں۔</w:t>
      </w:r>
    </w:p>
    <w:p>
      <w:r>
        <w:rPr>
          <w:b/>
        </w:rPr>
        <w:t xml:space="preserve">[06:06] </w:t>
      </w:r>
      <w:r>
        <w:t>doosra tha germany ka karl marx, us ki death hui 1883 mein, yani eighteen eighty-three mein.</w:t>
      </w:r>
    </w:p>
    <w:p>
      <w:pPr>
        <w:jc w:val="right"/>
      </w:pPr>
      <w:r>
        <w:t>دوسرا تھا جرمنی کا کارل مارکس، اس کی ڈیتھ ہوئی اٹھارہ سو تراسی میں، یعنی eighteen eighty-three میں۔</w:t>
      </w:r>
    </w:p>
    <w:p>
      <w:r>
        <w:rPr>
          <w:b/>
        </w:rPr>
        <w:t xml:space="preserve">[06:14] </w:t>
      </w:r>
      <w:r>
        <w:t>teesra naam mere nazdeek hai sigmund freud ka.</w:t>
      </w:r>
    </w:p>
    <w:p>
      <w:pPr>
        <w:jc w:val="right"/>
      </w:pPr>
      <w:r>
        <w:t>تیسرا نام میرے نزدیک ہے سگمن فرائیڈ کا۔</w:t>
      </w:r>
    </w:p>
    <w:p>
      <w:r>
        <w:rPr>
          <w:b/>
        </w:rPr>
        <w:t xml:space="preserve">[06:17] </w:t>
      </w:r>
      <w:r>
        <w:t>yeh bhi germany ka tha.</w:t>
      </w:r>
    </w:p>
    <w:p>
      <w:pPr>
        <w:jc w:val="right"/>
      </w:pPr>
      <w:r>
        <w:t>یہ بھی جرمنی کا تھا۔</w:t>
      </w:r>
    </w:p>
    <w:p>
      <w:r>
        <w:rPr>
          <w:b/>
        </w:rPr>
        <w:t xml:space="preserve">[06:19] </w:t>
      </w:r>
      <w:r>
        <w:t>us ki death hui 1939 mein, nineteen thirty-nine mein.</w:t>
      </w:r>
    </w:p>
    <w:p>
      <w:pPr>
        <w:jc w:val="right"/>
      </w:pPr>
      <w:r>
        <w:t>اس کی ڈیتھ ہوئی انیس سو، nineteen thirty-nine میں۔</w:t>
      </w:r>
    </w:p>
    <w:p>
      <w:r>
        <w:rPr>
          <w:b/>
        </w:rPr>
        <w:t xml:space="preserve">[06:23] </w:t>
      </w:r>
      <w:r>
        <w:t>aur muslim, islam ke ki galat ta'beer dene ke maamle mein mere nazdeek jo naam hai woh abu</w:t>
      </w:r>
    </w:p>
    <w:p>
      <w:pPr>
        <w:jc w:val="right"/>
      </w:pPr>
      <w:r>
        <w:t>اور مسلم، اسلام کے کی غلط تعبیر دینے کے معاملے میں میرے نزدیک جو نام ہے وہ ابو</w:t>
      </w:r>
    </w:p>
    <w:p>
      <w:r>
        <w:rPr>
          <w:b/>
        </w:rPr>
        <w:t xml:space="preserve">[06:31] </w:t>
      </w:r>
      <w:r>
        <w:t>ul-ala modoodi ka hai, jin ki death hui hai nineteen seventy-nine mein.</w:t>
      </w:r>
    </w:p>
    <w:p>
      <w:pPr>
        <w:jc w:val="right"/>
      </w:pPr>
      <w:r>
        <w:t>العلی مودودی کا ہے، جن کی ڈیتھ ہوئی ہے nineteen seventy-nine میں۔</w:t>
      </w:r>
    </w:p>
    <w:p>
      <w:r>
        <w:rPr>
          <w:b/>
        </w:rPr>
        <w:t xml:space="preserve">[06:36] </w:t>
      </w:r>
      <w:r>
        <w:t>yeh chaar aadmi hain jinhon ne ke is age ko, jis ko main deceiving age keh raha hoon,</w:t>
      </w:r>
    </w:p>
    <w:p>
      <w:pPr>
        <w:jc w:val="right"/>
      </w:pPr>
      <w:r>
        <w:t>یہ چار آدمی ہیں جنہوں نے کہ اس age کو، جس کو میں deceiving age کہہ رہا ہوں،</w:t>
      </w:r>
    </w:p>
    <w:p>
      <w:r>
        <w:rPr>
          <w:b/>
        </w:rPr>
        <w:t xml:space="preserve">[06:44] </w:t>
      </w:r>
      <w:r>
        <w:t>age of deceiving philosophy ko pesh kiya.</w:t>
      </w:r>
    </w:p>
    <w:p>
      <w:pPr>
        <w:jc w:val="right"/>
      </w:pPr>
      <w:r>
        <w:t>age of deceiving philosophy کو پیش کیا۔</w:t>
      </w:r>
    </w:p>
    <w:p>
      <w:r>
        <w:rPr>
          <w:b/>
        </w:rPr>
        <w:t xml:space="preserve">[06:47] </w:t>
      </w:r>
      <w:r>
        <w:t>agarche is mein farq hai, yaani darwin, marx aur freud ne apni jo theory pesh ki to us</w:t>
      </w:r>
    </w:p>
    <w:p>
      <w:pPr>
        <w:jc w:val="right"/>
      </w:pPr>
      <w:r>
        <w:t>اگرچہ اس میں فرق ہے، یعنی ڈارون، مارکس اور فرائیڈ نے اپنی جو تھیوری پیش کی تو اس</w:t>
      </w:r>
    </w:p>
    <w:p>
      <w:r>
        <w:rPr>
          <w:b/>
        </w:rPr>
        <w:t xml:space="preserve">[06:54] </w:t>
      </w:r>
      <w:r>
        <w:t>ke liye bohat hi scholarship thi us ke peechhe.</w:t>
      </w:r>
    </w:p>
    <w:p>
      <w:pPr>
        <w:jc w:val="right"/>
      </w:pPr>
      <w:r>
        <w:t>کے لیے بہت ہی scholarship تھی اس کے پیچھے۔</w:t>
      </w:r>
    </w:p>
    <w:p>
      <w:r>
        <w:rPr>
          <w:b/>
        </w:rPr>
        <w:t xml:space="preserve">[06:58] </w:t>
      </w:r>
      <w:r>
        <w:t>yaani bohat hi zyada gehre andaaz mein unhon ne is ko philosophize kiya.</w:t>
      </w:r>
    </w:p>
    <w:p>
      <w:pPr>
        <w:jc w:val="right"/>
      </w:pPr>
      <w:r>
        <w:t>یعنی بہت ہی زیادہ گہرے انداز میں انہوں نے اس کو philosophize کیا۔</w:t>
      </w:r>
    </w:p>
    <w:p>
      <w:r>
        <w:rPr>
          <w:b/>
        </w:rPr>
        <w:t xml:space="preserve">[07:04] </w:t>
      </w:r>
      <w:r>
        <w:t>lekin abu ul-ala modoodi aisa nahi kar sake, woh itne bade scholar nahi thay.</w:t>
      </w:r>
    </w:p>
    <w:p>
      <w:pPr>
        <w:jc w:val="right"/>
      </w:pPr>
      <w:r>
        <w:t>لیکن ابو العلی مودودی ایسا نہیں کر سکے، وہ اتنے بڑے scholar نہیں تھے۔</w:t>
      </w:r>
    </w:p>
    <w:p>
      <w:r>
        <w:rPr>
          <w:b/>
        </w:rPr>
        <w:t xml:space="preserve">[07:10] </w:t>
      </w:r>
      <w:r>
        <w:t>lekin musalmanon ka jo mind tha us zamane mein, to us ki wajah se bohat acceptance mil gaya</w:t>
      </w:r>
    </w:p>
    <w:p>
      <w:pPr>
        <w:jc w:val="right"/>
      </w:pPr>
      <w:r>
        <w:t>لیکن مسلمانوں کا جو mind تھا اس زمانے میں، تو اس کی وجہ سے بہت acceptance مل گیا</w:t>
      </w:r>
    </w:p>
    <w:p>
      <w:r>
        <w:rPr>
          <w:b/>
        </w:rPr>
        <w:t xml:space="preserve">[07:18] </w:t>
      </w:r>
      <w:r>
        <w:t>un ko.</w:t>
      </w:r>
    </w:p>
    <w:p>
      <w:pPr>
        <w:jc w:val="right"/>
      </w:pPr>
      <w:r>
        <w:t>ان کو۔</w:t>
      </w:r>
    </w:p>
    <w:p>
      <w:r>
        <w:rPr>
          <w:b/>
        </w:rPr>
        <w:t xml:space="preserve">[07:19] </w:t>
      </w:r>
      <w:r>
        <w:t>aur ek un ko saathi mil gaye arab mein, jin ka naam tha syed qutb.</w:t>
      </w:r>
    </w:p>
    <w:p>
      <w:pPr>
        <w:jc w:val="right"/>
      </w:pPr>
      <w:r>
        <w:t>اور ایک ان کو ساتھی مل گئے عرب میں، جن کا نام تھا سید قطب۔</w:t>
      </w:r>
    </w:p>
    <w:p>
      <w:r>
        <w:rPr>
          <w:b/>
        </w:rPr>
        <w:t xml:space="preserve">[07:25] </w:t>
      </w:r>
      <w:r>
        <w:t>to darwin, yeh to modoodi, to abu ul-ala modoodi, syed qutb, do aadmiyon ki wajah se yeh is</w:t>
      </w:r>
    </w:p>
    <w:p>
      <w:pPr>
        <w:jc w:val="right"/>
      </w:pPr>
      <w:r>
        <w:t>تو ڈارون، یہ تو مودودی، تو ابو العلی مودودی، سید قطب، دو آدمیوں کی وجہ سے یہ اس</w:t>
      </w:r>
    </w:p>
    <w:p>
      <w:r>
        <w:rPr>
          <w:b/>
        </w:rPr>
        <w:t xml:space="preserve">[07:33] </w:t>
      </w:r>
      <w:r>
        <w:t>zamane mein jo phaila hai, islami ka extremism, jo badhte badhte violence tak pahunch gaya hai, yahi dono</w:t>
      </w:r>
    </w:p>
    <w:p>
      <w:pPr>
        <w:jc w:val="right"/>
      </w:pPr>
      <w:r>
        <w:t>زمانے میں جو پھیلا ہے، اسلامی کا extremism، جو بڑھتے بڑھتے والنس تک پہنچ گیا ہے، یہی دونوں</w:t>
      </w:r>
    </w:p>
    <w:p>
      <w:r>
        <w:rPr>
          <w:b/>
        </w:rPr>
        <w:t xml:space="preserve">[07:41] </w:t>
      </w:r>
      <w:r>
        <w:t>aadmi is ke basically ideologically yahi dono responsible hain, yeh dono aadmi.</w:t>
      </w:r>
    </w:p>
    <w:p>
      <w:pPr>
        <w:jc w:val="right"/>
      </w:pPr>
      <w:r>
        <w:t>آدمی اس کے basically ideologically یہی دونوں responsible ہیں، یہ دونوں آدمی۔</w:t>
      </w:r>
    </w:p>
    <w:p>
      <w:r>
        <w:rPr>
          <w:b/>
        </w:rPr>
        <w:t xml:space="preserve">[07:46] </w:t>
      </w:r>
      <w:r>
        <w:t>to yeh dono aadmi agarche scholarship ke e'tebaar se itne bade nahi thay, jaisa ke freud aur marx</w:t>
      </w:r>
    </w:p>
    <w:p>
      <w:pPr>
        <w:jc w:val="right"/>
      </w:pPr>
      <w:r>
        <w:t>تو یہ دونوں آدمی اگرچہ scholarship کے اعتبار سے اتنے بڑے نہیں تھے، جیسا کہ فرائیڈ اور مارکس</w:t>
      </w:r>
    </w:p>
    <w:p>
      <w:r>
        <w:rPr>
          <w:b/>
        </w:rPr>
        <w:t xml:space="preserve">[07:54] </w:t>
      </w:r>
      <w:r>
        <w:t>aur darwin ka maamla hai.</w:t>
      </w:r>
    </w:p>
    <w:p>
      <w:pPr>
        <w:jc w:val="right"/>
      </w:pPr>
      <w:r>
        <w:t>اور ڈارون کا معاملہ ہے۔</w:t>
      </w:r>
    </w:p>
    <w:p>
      <w:r>
        <w:rPr>
          <w:b/>
        </w:rPr>
        <w:t xml:space="preserve">[07:56] </w:t>
      </w:r>
      <w:r>
        <w:t>lekin situation un ke liye mawaafiq thi, is liye un ko bhi popularity mil gayi.</w:t>
      </w:r>
    </w:p>
    <w:p>
      <w:pPr>
        <w:jc w:val="right"/>
      </w:pPr>
      <w:r>
        <w:t>لیکن situation ان کے لیے موافق تھی، اس لیے ان کو بھی popularity مل گئی۔</w:t>
      </w:r>
    </w:p>
    <w:p>
      <w:r>
        <w:rPr>
          <w:b/>
        </w:rPr>
        <w:t xml:space="preserve">[08:02] </w:t>
      </w:r>
      <w:r>
        <w:t>ab main aap ko batana chahunga ke kaise kaise hua.</w:t>
      </w:r>
    </w:p>
    <w:p>
      <w:pPr>
        <w:jc w:val="right"/>
      </w:pPr>
      <w:r>
        <w:t>اب میں آپ کو بتانا چاہوں گا کہ کیسے کیسے ہوا۔</w:t>
      </w:r>
    </w:p>
    <w:p>
      <w:r>
        <w:rPr>
          <w:b/>
        </w:rPr>
        <w:t xml:space="preserve">[08:07] </w:t>
      </w:r>
      <w:r>
        <w:t>darwin ko lijiye sab se pehle aap.</w:t>
      </w:r>
    </w:p>
    <w:p>
      <w:pPr>
        <w:jc w:val="right"/>
      </w:pPr>
      <w:r>
        <w:t>ڈارون کو لیجیے سب سے پہلے آپ۔</w:t>
      </w:r>
    </w:p>
    <w:p>
      <w:r>
        <w:rPr>
          <w:b/>
        </w:rPr>
        <w:t xml:space="preserve">[08:10] </w:t>
      </w:r>
      <w:r>
        <w:t>darwin ne kya kiya? darwin ne ek lamba safar kiya tha samundaron ke kinare aur mukhtalif qism ke</w:t>
      </w:r>
    </w:p>
    <w:p>
      <w:pPr>
        <w:jc w:val="right"/>
      </w:pPr>
      <w:r>
        <w:t>ڈارون نے کیا کیا؟ ڈارون نے ایک لمبا سفر کیا تھا سمندروں کے کنارے اور مختلف قسم کے</w:t>
      </w:r>
    </w:p>
    <w:p>
      <w:r>
        <w:rPr>
          <w:b/>
        </w:rPr>
        <w:t xml:space="preserve">[08:18] </w:t>
      </w:r>
      <w:r>
        <w:t>jo zindagi ke namune hain us ko dekha.</w:t>
      </w:r>
    </w:p>
    <w:p>
      <w:pPr>
        <w:jc w:val="right"/>
      </w:pPr>
      <w:r>
        <w:t>جو زندگی کے نمونے ہیں اس کو دیکھا۔</w:t>
      </w:r>
    </w:p>
    <w:p>
      <w:r>
        <w:rPr>
          <w:b/>
        </w:rPr>
        <w:t xml:space="preserve">[08:21] </w:t>
      </w:r>
      <w:r>
        <w:t>to us ne ek theory banayi jis ko kehte hain theory of evolution ya biological evolution ya organic</w:t>
      </w:r>
    </w:p>
    <w:p>
      <w:pPr>
        <w:jc w:val="right"/>
      </w:pPr>
      <w:r>
        <w:t>تو اس نے ایک تھیوری بنائی جس کو کہتے ہیں theory of evolution یا biological evolution یا organic</w:t>
      </w:r>
    </w:p>
    <w:p>
      <w:r>
        <w:rPr>
          <w:b/>
        </w:rPr>
        <w:t xml:space="preserve">[08:29] </w:t>
      </w:r>
      <w:r>
        <w:t>evolution.</w:t>
      </w:r>
    </w:p>
    <w:p>
      <w:pPr>
        <w:jc w:val="right"/>
      </w:pPr>
      <w:r>
        <w:t>evolution۔</w:t>
      </w:r>
    </w:p>
    <w:p>
      <w:r>
        <w:rPr>
          <w:b/>
        </w:rPr>
        <w:t xml:space="preserve">[08:30] </w:t>
      </w:r>
      <w:r>
        <w:t>yaani us ne yeh dikhaya ke life jo hai us ki do kitaaben hain.</w:t>
      </w:r>
    </w:p>
    <w:p>
      <w:pPr>
        <w:jc w:val="right"/>
      </w:pPr>
      <w:r>
        <w:t>یعنی اس نے یہ دکھایا کہ life جو ہے اس کی دو کتابیں ہیں۔</w:t>
      </w:r>
    </w:p>
    <w:p>
      <w:r>
        <w:rPr>
          <w:b/>
        </w:rPr>
        <w:t xml:space="preserve">[08:36] </w:t>
      </w:r>
      <w:r>
        <w:t>ek kitaab naam hai origin of species.</w:t>
      </w:r>
    </w:p>
    <w:p>
      <w:pPr>
        <w:jc w:val="right"/>
      </w:pPr>
      <w:r>
        <w:t>ایک کتاب نام ہے origin of species۔</w:t>
      </w:r>
    </w:p>
    <w:p>
      <w:r>
        <w:rPr>
          <w:b/>
        </w:rPr>
        <w:t xml:space="preserve">[08:39] </w:t>
      </w:r>
      <w:r>
        <w:t>dusri kitab ka naam hai descent of man.</w:t>
      </w:r>
    </w:p>
    <w:p>
      <w:pPr>
        <w:jc w:val="right"/>
      </w:pPr>
      <w:r>
        <w:t>دوسری کتاب کا نام ہے descent of man۔</w:t>
      </w:r>
    </w:p>
    <w:p>
      <w:r>
        <w:rPr>
          <w:b/>
        </w:rPr>
        <w:t xml:space="preserve">[08:43] </w:t>
      </w:r>
      <w:r>
        <w:t>to is ne yeh dikhaya ke life jo hai ek jo shuru mein life ek bani jo shayad</w:t>
      </w:r>
    </w:p>
    <w:p>
      <w:pPr>
        <w:jc w:val="right"/>
      </w:pPr>
      <w:r>
        <w:t>تو اس نے یہ دکھایا کہ life جو ہے ایک جو شروع میں life ایک بنی جو شاید</w:t>
      </w:r>
    </w:p>
    <w:p>
      <w:r>
        <w:rPr>
          <w:b/>
        </w:rPr>
        <w:t xml:space="preserve">[08:51] </w:t>
      </w:r>
      <w:r>
        <w:t>ameba hogi woh.</w:t>
      </w:r>
    </w:p>
    <w:p>
      <w:pPr>
        <w:jc w:val="right"/>
      </w:pPr>
      <w:r>
        <w:t>امیبہ ہوگی وہ۔</w:t>
      </w:r>
    </w:p>
    <w:p>
      <w:r>
        <w:rPr>
          <w:b/>
        </w:rPr>
        <w:t xml:space="preserve">[08:52] </w:t>
      </w:r>
      <w:r>
        <w:t>phir is se evolutionary process ek chala jis ko is ko naam diya is ne natural selection ka.</w:t>
      </w:r>
    </w:p>
    <w:p>
      <w:pPr>
        <w:jc w:val="right"/>
      </w:pPr>
      <w:r>
        <w:t>پھر اس سے evolutionary process ایک چلا جس کو اس کو نام دیا اس نے natural selection کا۔</w:t>
      </w:r>
    </w:p>
    <w:p>
      <w:r>
        <w:rPr>
          <w:b/>
        </w:rPr>
        <w:t xml:space="preserve">[09:00] </w:t>
      </w:r>
      <w:r>
        <w:t>is se sari zindagi ban gai.</w:t>
      </w:r>
    </w:p>
    <w:p>
      <w:pPr>
        <w:jc w:val="right"/>
      </w:pPr>
      <w:r>
        <w:t>اس سے ساری زندگی بن گئی۔</w:t>
      </w:r>
    </w:p>
    <w:p>
      <w:r>
        <w:rPr>
          <w:b/>
        </w:rPr>
        <w:t xml:space="preserve">[09:02] </w:t>
      </w:r>
      <w:r>
        <w:t>yani ameba se le kar insan tak sab jo hai ek natural process ke tehat banae.</w:t>
      </w:r>
    </w:p>
    <w:p>
      <w:pPr>
        <w:jc w:val="right"/>
      </w:pPr>
      <w:r>
        <w:t>یعنی امیبہ سے لے کر انسان تک سب جو ہے ایک natural process کے تحت بنائے۔</w:t>
      </w:r>
    </w:p>
    <w:p>
      <w:r>
        <w:rPr>
          <w:b/>
        </w:rPr>
        <w:t xml:space="preserve">[09:09] </w:t>
      </w:r>
      <w:r>
        <w:t>is mein kisi creator ka, kisi khuda ka dakhal nahi hai.</w:t>
      </w:r>
    </w:p>
    <w:p>
      <w:pPr>
        <w:jc w:val="right"/>
      </w:pPr>
      <w:r>
        <w:t>اس میں کسی creator کا، کسی خدا کا دخل نہیں ہے۔</w:t>
      </w:r>
    </w:p>
    <w:p>
      <w:r>
        <w:rPr>
          <w:b/>
        </w:rPr>
        <w:t xml:space="preserve">[09:14] </w:t>
      </w:r>
      <w:r>
        <w:t>to apni kitab mein woh God ka naam leta hai darwain.</w:t>
      </w:r>
    </w:p>
    <w:p>
      <w:pPr>
        <w:jc w:val="right"/>
      </w:pPr>
      <w:r>
        <w:t>تو اپنی کتاب میں وہ God کا نام لیتا ہے ڈارون۔</w:t>
      </w:r>
    </w:p>
    <w:p>
      <w:r>
        <w:rPr>
          <w:b/>
        </w:rPr>
        <w:t xml:space="preserve">[09:19] </w:t>
      </w:r>
      <w:r>
        <w:t>lekin God ka naam ek samajhye ke ek originator ke taur par, ek prime mover ke taur par.</w:t>
      </w:r>
    </w:p>
    <w:p>
      <w:pPr>
        <w:jc w:val="right"/>
      </w:pPr>
      <w:r>
        <w:t>لیکن God کا نام ایک سمجھئے کہ ایک originator کے طور پر، ایک prime mover کے طور پر۔</w:t>
      </w:r>
    </w:p>
    <w:p>
      <w:r>
        <w:rPr>
          <w:b/>
        </w:rPr>
        <w:t xml:space="preserve">[09:26] </w:t>
      </w:r>
      <w:r>
        <w:t>ya life ka pehla form jo hai woh create karne ke taur par.</w:t>
      </w:r>
    </w:p>
    <w:p>
      <w:pPr>
        <w:jc w:val="right"/>
      </w:pPr>
      <w:r>
        <w:t>یا life کا پہلا فارم جو ہے وہ create کرنے کے طور پر۔</w:t>
      </w:r>
    </w:p>
    <w:p>
      <w:r>
        <w:rPr>
          <w:b/>
        </w:rPr>
        <w:t xml:space="preserve">[09:32] </w:t>
      </w:r>
      <w:r>
        <w:t>bas is ke baad khuda ka koi dakhal nahi.</w:t>
      </w:r>
    </w:p>
    <w:p>
      <w:pPr>
        <w:jc w:val="right"/>
      </w:pPr>
      <w:r>
        <w:t>بس اس کے بعد خدا کا کوئی دخل نہیں۔</w:t>
      </w:r>
    </w:p>
    <w:p>
      <w:r>
        <w:rPr>
          <w:b/>
        </w:rPr>
        <w:t xml:space="preserve">[09:36] </w:t>
      </w:r>
      <w:r>
        <w:t>to yahan se wahan tak natural process chala, natural selection ke zariye se yeh sab kuch hota chala</w:t>
      </w:r>
    </w:p>
    <w:p>
      <w:pPr>
        <w:jc w:val="right"/>
      </w:pPr>
      <w:r>
        <w:t>تو یہاں سے وہاں تک natural process چلا، natural selection کے ذریعے سے یہ سب کچھ ہوتا چلا</w:t>
      </w:r>
    </w:p>
    <w:p>
      <w:r>
        <w:rPr>
          <w:b/>
        </w:rPr>
        <w:t xml:space="preserve">[09:43]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[09:45] </w:t>
      </w:r>
      <w:r>
        <w:t>yeh itna zyada yani established hai yeh, is yeh theory.</w:t>
      </w:r>
    </w:p>
    <w:p>
      <w:pPr>
        <w:jc w:val="right"/>
      </w:pPr>
      <w:r>
        <w:t>یہ اتنا زیادہ یعنی established ہے یہ، اس یہ تھیوری۔</w:t>
      </w:r>
    </w:p>
    <w:p>
      <w:r>
        <w:rPr>
          <w:b/>
        </w:rPr>
        <w:t xml:space="preserve">[09:49] </w:t>
      </w:r>
      <w:r>
        <w:t>lekin sari duniya mein chha gai woh.</w:t>
      </w:r>
    </w:p>
    <w:p>
      <w:pPr>
        <w:jc w:val="right"/>
      </w:pPr>
      <w:r>
        <w:t>لیکن ساری دنیا میں چھا گئی وہ۔</w:t>
      </w:r>
    </w:p>
    <w:p>
      <w:r>
        <w:rPr>
          <w:b/>
        </w:rPr>
        <w:t xml:space="preserve">[09:52] </w:t>
      </w:r>
      <w:r>
        <w:t>sari duniya mein chha gai.</w:t>
      </w:r>
    </w:p>
    <w:p>
      <w:pPr>
        <w:jc w:val="right"/>
      </w:pPr>
      <w:r>
        <w:t>ساری دنیا میں چھا گئی۔</w:t>
      </w:r>
    </w:p>
    <w:p>
      <w:r>
        <w:rPr>
          <w:b/>
        </w:rPr>
        <w:t xml:space="preserve">[09:54] </w:t>
      </w:r>
      <w:r>
        <w:t>bohat aakhri had tak established theory hai.</w:t>
      </w:r>
    </w:p>
    <w:p>
      <w:pPr>
        <w:jc w:val="right"/>
      </w:pPr>
      <w:r>
        <w:t>بہت آخری حد تک established تھیوری ہے۔</w:t>
      </w:r>
    </w:p>
    <w:p>
      <w:r>
        <w:rPr>
          <w:b/>
        </w:rPr>
        <w:t xml:space="preserve">[09:57] </w:t>
      </w:r>
      <w:r>
        <w:t>is ka koi proof, scientific proof nahi hai.</w:t>
      </w:r>
    </w:p>
    <w:p>
      <w:pPr>
        <w:jc w:val="right"/>
      </w:pPr>
      <w:r>
        <w:t>اس کا کوئی proof، scientific proof نہیں ہے۔</w:t>
      </w:r>
    </w:p>
    <w:p>
      <w:r>
        <w:rPr>
          <w:b/>
        </w:rPr>
        <w:t xml:space="preserve">[10:01] </w:t>
      </w:r>
      <w:r>
        <w:t>lekin chha gai.</w:t>
      </w:r>
    </w:p>
    <w:p>
      <w:pPr>
        <w:jc w:val="right"/>
      </w:pPr>
      <w:r>
        <w:t>لیکن چھا گئی۔</w:t>
      </w:r>
    </w:p>
    <w:p>
      <w:r>
        <w:rPr>
          <w:b/>
        </w:rPr>
        <w:t xml:space="preserve">[10:02] </w:t>
      </w:r>
      <w:r>
        <w:t>ab dekhen ke kaise kaise nadani ki baatein ki hain in logon ne.</w:t>
      </w:r>
    </w:p>
    <w:p>
      <w:pPr>
        <w:jc w:val="right"/>
      </w:pPr>
      <w:r>
        <w:t>اب دیکھیں کہ کیسے کیسے نادانی کی باتیں کی ہیں ان لوگوں نے۔</w:t>
      </w:r>
    </w:p>
    <w:p>
      <w:r>
        <w:rPr>
          <w:b/>
        </w:rPr>
        <w:t xml:space="preserve">[10:08] </w:t>
      </w:r>
      <w:r>
        <w:t>jaise insan kaise bana? to mein ek zamane mein bohat kai baras tak is ki study ki thi.</w:t>
      </w:r>
    </w:p>
    <w:p>
      <w:pPr>
        <w:jc w:val="right"/>
      </w:pPr>
      <w:r>
        <w:t>جیسے انسان کیسے بنا؟ تو میں ایک زمانے میں بہت کئی برس تک اس کی study کی تھی۔</w:t>
      </w:r>
    </w:p>
    <w:p>
      <w:r>
        <w:rPr>
          <w:b/>
        </w:rPr>
        <w:t xml:space="preserve">[10:16] </w:t>
      </w:r>
      <w:r>
        <w:t>darwinism ki ya evolution theory ki.</w:t>
      </w:r>
    </w:p>
    <w:p>
      <w:pPr>
        <w:jc w:val="right"/>
      </w:pPr>
      <w:r>
        <w:t>ڈارونزم کی یا evolution تھیوری کی۔</w:t>
      </w:r>
    </w:p>
    <w:p>
      <w:r>
        <w:rPr>
          <w:b/>
        </w:rPr>
        <w:t xml:space="preserve">[10:18] </w:t>
      </w:r>
      <w:r>
        <w:t>to us zamane mein mujhe maloom hua ke india mein sirf ek hi museum hai jis ko kehte</w:t>
      </w:r>
    </w:p>
    <w:p>
      <w:pPr>
        <w:jc w:val="right"/>
      </w:pPr>
      <w:r>
        <w:t>تو اس زمانے میں مجھے معلوم ہوا کہ انڈیا میں صرف ایک ہی میوزیم ہے جس کو کہتے</w:t>
      </w:r>
    </w:p>
    <w:p>
      <w:r>
        <w:rPr>
          <w:b/>
        </w:rPr>
        <w:t xml:space="preserve">[10:26] </w:t>
      </w:r>
      <w:r>
        <w:t>hain natural history museum.</w:t>
      </w:r>
    </w:p>
    <w:p>
      <w:pPr>
        <w:jc w:val="right"/>
      </w:pPr>
      <w:r>
        <w:t>ہیں natural history میوزیم۔</w:t>
      </w:r>
    </w:p>
    <w:p>
      <w:r>
        <w:rPr>
          <w:b/>
        </w:rPr>
        <w:t xml:space="preserve">[10:28] </w:t>
      </w:r>
      <w:r>
        <w:t>woh hai chandigarh mein.</w:t>
      </w:r>
    </w:p>
    <w:p>
      <w:pPr>
        <w:jc w:val="right"/>
      </w:pPr>
      <w:r>
        <w:t>وہ ہے چندی گڑھ میں۔</w:t>
      </w:r>
    </w:p>
    <w:p>
      <w:r>
        <w:rPr>
          <w:b/>
        </w:rPr>
        <w:t xml:space="preserve">[10:30] </w:t>
      </w:r>
      <w:r>
        <w:t>is waqt poore India mein aik hi tha natural history museum.</w:t>
      </w:r>
    </w:p>
    <w:p>
      <w:pPr>
        <w:jc w:val="right"/>
      </w:pPr>
      <w:r>
        <w:t>اس وقت پورے انڈیا میں ایک ہی تھا natural history میوزیم۔</w:t>
      </w:r>
    </w:p>
    <w:p>
      <w:r>
        <w:rPr>
          <w:b/>
        </w:rPr>
        <w:t xml:space="preserve">[10:34] </w:t>
      </w:r>
      <w:r>
        <w:t>ab shayad aur bhi hon.</w:t>
      </w:r>
    </w:p>
    <w:p>
      <w:pPr>
        <w:jc w:val="right"/>
      </w:pPr>
      <w:r>
        <w:t>اب شاید اور بھی ہوں۔</w:t>
      </w:r>
    </w:p>
    <w:p>
      <w:r>
        <w:rPr>
          <w:b/>
        </w:rPr>
        <w:t xml:space="preserve">[10:37] </w:t>
      </w:r>
      <w:r>
        <w:t>to mein wahan gaya baqaaida.</w:t>
      </w:r>
    </w:p>
    <w:p>
      <w:pPr>
        <w:jc w:val="right"/>
      </w:pPr>
      <w:r>
        <w:t>تو میں وہاں گیا باقاعدہ۔</w:t>
      </w:r>
    </w:p>
    <w:p>
      <w:r>
        <w:rPr>
          <w:b/>
        </w:rPr>
        <w:t xml:space="preserve">[10:39] </w:t>
      </w:r>
      <w:r>
        <w:t>wahan thehra mein aur sab dekha mein ne is ko.</w:t>
      </w:r>
    </w:p>
    <w:p>
      <w:pPr>
        <w:jc w:val="right"/>
      </w:pPr>
      <w:r>
        <w:t>وہاں ٹھہرا میں اور سب دیکھا میں نے اس کو۔</w:t>
      </w:r>
    </w:p>
    <w:p>
      <w:r>
        <w:rPr>
          <w:b/>
        </w:rPr>
        <w:t xml:space="preserve">[10:43] </w:t>
      </w:r>
      <w:r>
        <w:t>to mein ne books se study bhi ki aur isi ke sath ja kar ke woh museum ko</w:t>
      </w:r>
    </w:p>
    <w:p>
      <w:pPr>
        <w:jc w:val="right"/>
      </w:pPr>
      <w:r>
        <w:t>تو میں نے books سے study بھی کی اور اسی کے ساتھ جا کر کے وہ میوزیم کو</w:t>
      </w:r>
    </w:p>
    <w:p>
      <w:r>
        <w:rPr>
          <w:b/>
        </w:rPr>
        <w:t xml:space="preserve">[10:51] </w:t>
      </w:r>
      <w:r>
        <w:t>bhi dekha.</w:t>
      </w:r>
    </w:p>
    <w:p>
      <w:pPr>
        <w:jc w:val="right"/>
      </w:pPr>
      <w:r>
        <w:t>بھی دیکھا۔</w:t>
      </w:r>
    </w:p>
    <w:p>
      <w:r>
        <w:rPr>
          <w:b/>
        </w:rPr>
        <w:t xml:space="preserve">[10:52] </w:t>
      </w:r>
      <w:r>
        <w:t>ab wahan par mein batata hoon kya qissa tha.</w:t>
      </w:r>
    </w:p>
    <w:p>
      <w:pPr>
        <w:jc w:val="right"/>
      </w:pPr>
      <w:r>
        <w:t>اب وہاں پر میں بتاتا ہوں کیا قصہ تھا۔</w:t>
      </w:r>
    </w:p>
    <w:p>
      <w:r>
        <w:rPr>
          <w:b/>
        </w:rPr>
        <w:t xml:space="preserve">[10:56] </w:t>
      </w:r>
      <w:r>
        <w:t>aik jagah wahan par tha ke aik ghoṛe ko khaṛa kar rakha tha unhon ne.</w:t>
      </w:r>
    </w:p>
    <w:p>
      <w:pPr>
        <w:jc w:val="right"/>
      </w:pPr>
      <w:r>
        <w:t>ایک جگہ وہاں پر تھا کہ ایک گھوڑے کو کھڑا کر رکھا تھا انہوں نے۔</w:t>
      </w:r>
    </w:p>
    <w:p>
      <w:r>
        <w:rPr>
          <w:b/>
        </w:rPr>
        <w:t xml:space="preserve">[11:03] </w:t>
      </w:r>
      <w:r>
        <w:t>do ḍhanche the.</w:t>
      </w:r>
    </w:p>
    <w:p>
      <w:pPr>
        <w:jc w:val="right"/>
      </w:pPr>
      <w:r>
        <w:t>دو ڈھانچے تھے۔</w:t>
      </w:r>
    </w:p>
    <w:p>
      <w:r>
        <w:rPr>
          <w:b/>
        </w:rPr>
        <w:t xml:space="preserve">[11:04] </w:t>
      </w:r>
      <w:r>
        <w:t>aik insan ka ḍhanche jo seedha khaṛa hua tha.</w:t>
      </w:r>
    </w:p>
    <w:p>
      <w:pPr>
        <w:jc w:val="right"/>
      </w:pPr>
      <w:r>
        <w:t>ایک انسان کا ڈھانچہ جو سیدھا کھڑا ہوا تھا۔</w:t>
      </w:r>
    </w:p>
    <w:p>
      <w:r>
        <w:rPr>
          <w:b/>
        </w:rPr>
        <w:t xml:space="preserve">[11:08] </w:t>
      </w:r>
      <w:r>
        <w:t>aik ghoṛe ka tha jo pichle paon par khaṛa hua tha.</w:t>
      </w:r>
    </w:p>
    <w:p>
      <w:pPr>
        <w:jc w:val="right"/>
      </w:pPr>
      <w:r>
        <w:t>ایک گھوڑے کا تھا جو پچھلے پاؤں پر کھڑا ہوا تھا۔</w:t>
      </w:r>
    </w:p>
    <w:p>
      <w:r>
        <w:rPr>
          <w:b/>
        </w:rPr>
        <w:t xml:space="preserve">[11:13] </w:t>
      </w:r>
      <w:r>
        <w:t>is ke oopar ke jo paon laṭak rahe the hath ke tareeqe se.</w:t>
      </w:r>
    </w:p>
    <w:p>
      <w:pPr>
        <w:jc w:val="right"/>
      </w:pPr>
      <w:r>
        <w:t>اس کے اوپر کے جو پاؤں لٹک رہے تھے ہاتھ کے طریقے سے۔</w:t>
      </w:r>
    </w:p>
    <w:p>
      <w:r>
        <w:rPr>
          <w:b/>
        </w:rPr>
        <w:t xml:space="preserve">[11:18] </w:t>
      </w:r>
      <w:r>
        <w:t>pichle dono paon par khaṛa hua tha woh.</w:t>
      </w:r>
    </w:p>
    <w:p>
      <w:pPr>
        <w:jc w:val="right"/>
      </w:pPr>
      <w:r>
        <w:t>پچھلے دونوں پاؤں پر کھڑا ہوا تھا وہ۔</w:t>
      </w:r>
    </w:p>
    <w:p>
      <w:r>
        <w:rPr>
          <w:b/>
        </w:rPr>
        <w:t xml:space="preserve">[11:22] </w:t>
      </w:r>
      <w:r>
        <w:t>is ko aisi aik frame bana kar ke is ko khaṛa kar diya gaya tha.</w:t>
      </w:r>
    </w:p>
    <w:p>
      <w:pPr>
        <w:jc w:val="right"/>
      </w:pPr>
      <w:r>
        <w:t>اس کو ایسی ایک frame بنا کر کے اس کو کھڑا کر دیا گیا تھا۔</w:t>
      </w:r>
    </w:p>
    <w:p>
      <w:r>
        <w:rPr>
          <w:b/>
        </w:rPr>
        <w:t xml:space="preserve">[11:28] </w:t>
      </w:r>
      <w:r>
        <w:t>dikhaaya gaya tha ke yeh ghoṛa jo hai wohi insan ban gaya hai.</w:t>
      </w:r>
    </w:p>
    <w:p>
      <w:pPr>
        <w:jc w:val="right"/>
      </w:pPr>
      <w:r>
        <w:t>دکھایا گیا تھا کہ یہ گھوڑا جو ہے وہی انسان بن گیا ہے۔</w:t>
      </w:r>
    </w:p>
    <w:p>
      <w:r>
        <w:rPr>
          <w:b/>
        </w:rPr>
        <w:t xml:space="preserve">[11:34] </w:t>
      </w:r>
      <w:r>
        <w:t>ghoṛa jo hai woh insan ban gaya hai.</w:t>
      </w:r>
    </w:p>
    <w:p>
      <w:pPr>
        <w:jc w:val="right"/>
      </w:pPr>
      <w:r>
        <w:t>گھوڑا جو ہے وہ انسان بن گیا ہے۔</w:t>
      </w:r>
    </w:p>
    <w:p>
      <w:r>
        <w:rPr>
          <w:b/>
        </w:rPr>
        <w:t xml:space="preserve">[11:37] </w:t>
      </w:r>
      <w:r>
        <w:t>yani aap jaante hain ke sab janwar jo hain quadruple hain.</w:t>
      </w:r>
    </w:p>
    <w:p>
      <w:pPr>
        <w:jc w:val="right"/>
      </w:pPr>
      <w:r>
        <w:t>یعنی آپ جانتے ہیں کہ سب جانور جو ہیں quadruple ہیں۔</w:t>
      </w:r>
    </w:p>
    <w:p>
      <w:r>
        <w:rPr>
          <w:b/>
        </w:rPr>
        <w:t xml:space="preserve">[11:42] </w:t>
      </w:r>
      <w:r>
        <w:t>chopaye hain.</w:t>
      </w:r>
    </w:p>
    <w:p>
      <w:pPr>
        <w:jc w:val="right"/>
      </w:pPr>
      <w:r>
        <w:t>چوپائے ہیں۔</w:t>
      </w:r>
    </w:p>
    <w:p>
      <w:r>
        <w:rPr>
          <w:b/>
        </w:rPr>
        <w:t xml:space="preserve">[11:43] </w:t>
      </w:r>
      <w:r>
        <w:t>yani four legs se chalte hain.</w:t>
      </w:r>
    </w:p>
    <w:p>
      <w:pPr>
        <w:jc w:val="right"/>
      </w:pPr>
      <w:r>
        <w:t>یعنی four legs سے چلتے ہیں۔</w:t>
      </w:r>
    </w:p>
    <w:p>
      <w:r>
        <w:rPr>
          <w:b/>
        </w:rPr>
        <w:t xml:space="preserve">[11:46] </w:t>
      </w:r>
      <w:r>
        <w:t>to hote hote hote aik development hua ke pichle do paon se khaṛa hone laga ḥayawan.</w:t>
      </w:r>
    </w:p>
    <w:p>
      <w:pPr>
        <w:jc w:val="right"/>
      </w:pPr>
      <w:r>
        <w:t>تو ہوتے ہوتے ہوتے ایک development ہوا کہ پچھلے دو پیروں سے کھڑا ہونے لگا حیوان۔</w:t>
      </w:r>
    </w:p>
    <w:p>
      <w:r>
        <w:rPr>
          <w:b/>
        </w:rPr>
        <w:t xml:space="preserve">[11:53] </w:t>
      </w:r>
      <w:r>
        <w:t>khaṛa hote hote hote phir insan ban gaya.</w:t>
      </w:r>
    </w:p>
    <w:p>
      <w:pPr>
        <w:jc w:val="right"/>
      </w:pPr>
      <w:r>
        <w:t>کھڑا ہوتے ہوتے ہوتے پھر انسان بن گیا۔</w:t>
      </w:r>
    </w:p>
    <w:p>
      <w:r>
        <w:rPr>
          <w:b/>
        </w:rPr>
        <w:t xml:space="preserve">[11:56] </w:t>
      </w:r>
      <w:r>
        <w:t>to is ki aik bohat hi dilchasp woh hai.</w:t>
      </w:r>
    </w:p>
    <w:p>
      <w:pPr>
        <w:jc w:val="right"/>
      </w:pPr>
      <w:r>
        <w:t>تو اس کی ایک بہت ہی دلچسپ وہ ہے۔</w:t>
      </w:r>
    </w:p>
    <w:p>
      <w:r>
        <w:rPr>
          <w:b/>
        </w:rPr>
        <w:t xml:space="preserve">[12:00] </w:t>
      </w:r>
      <w:r>
        <w:t>yani kitabon mein aaya hai, abhi paper mein bhi aaya hai woh.</w:t>
      </w:r>
    </w:p>
    <w:p>
      <w:pPr>
        <w:jc w:val="right"/>
      </w:pPr>
      <w:r>
        <w:t>یعنی کتابوں میں آیا ہے، ابھی paper میں بھی آیا ہے وہ۔</w:t>
      </w:r>
    </w:p>
    <w:p>
      <w:r>
        <w:rPr>
          <w:b/>
        </w:rPr>
        <w:t xml:space="preserve">[12:05] </w:t>
      </w:r>
      <w:r>
        <w:t>yani June fifteen ke paper mein aap dekh sakte hain, English paper hain.</w:t>
      </w:r>
    </w:p>
    <w:p>
      <w:pPr>
        <w:jc w:val="right"/>
      </w:pPr>
      <w:r>
        <w:t>یعنی جون fifteen کے paper میں آپ دیکھ سکتے ہیں، انگلش paper ہیں۔</w:t>
      </w:r>
    </w:p>
    <w:p>
      <w:r>
        <w:rPr>
          <w:b/>
        </w:rPr>
        <w:t xml:space="preserve">[12:11] </w:t>
      </w:r>
      <w:r>
        <w:t>June pandrah ke.</w:t>
      </w:r>
    </w:p>
    <w:p>
      <w:pPr>
        <w:jc w:val="right"/>
      </w:pPr>
      <w:r>
        <w:t>جون پندرہ کے۔</w:t>
      </w:r>
    </w:p>
    <w:p>
      <w:r>
        <w:rPr>
          <w:b/>
        </w:rPr>
        <w:t xml:space="preserve">[12:12] </w:t>
      </w:r>
      <w:r>
        <w:t>to is mein batate hain woh ke insaan ke jo back, peechay ki back ki haddi jo hai,</w:t>
      </w:r>
    </w:p>
    <w:p>
      <w:pPr>
        <w:jc w:val="right"/>
      </w:pPr>
      <w:r>
        <w:t>تو اس میں بتاتے ہیں وہ کہ انسان کے جو back، پیچھے کی back کی ہڈی جو ہے،</w:t>
      </w:r>
    </w:p>
    <w:p>
      <w:r>
        <w:rPr>
          <w:b/>
        </w:rPr>
        <w:t xml:space="preserve">[12:20] </w:t>
      </w:r>
      <w:r>
        <w:t>is mein aap jantay hain ke vulnerability hai.</w:t>
      </w:r>
    </w:p>
    <w:p>
      <w:pPr>
        <w:jc w:val="right"/>
      </w:pPr>
      <w:r>
        <w:t>اس میں آپ جانتے ہیں کہ vulnerability ہے۔</w:t>
      </w:r>
    </w:p>
    <w:p>
      <w:r>
        <w:rPr>
          <w:b/>
        </w:rPr>
        <w:t xml:space="preserve">[12:23] </w:t>
      </w:r>
      <w:r>
        <w:t>aaj kal yeh mana jata hai ke aadmi zara sa kuch ulta ho jaye, kuch dab jaye to</w:t>
      </w:r>
    </w:p>
    <w:p>
      <w:pPr>
        <w:jc w:val="right"/>
      </w:pPr>
      <w:r>
        <w:t>آج کل یہ مانا جاتا ہے کہ آدمی ذرا سا کچھ الٹا ہو جائے، کچھ دب جائے تو</w:t>
      </w:r>
    </w:p>
    <w:p>
      <w:r>
        <w:rPr>
          <w:b/>
        </w:rPr>
        <w:t xml:space="preserve">[12:31] </w:t>
      </w:r>
      <w:r>
        <w:t>peechay ki reedh ki haddi mein takleef ho jati hai.</w:t>
      </w:r>
    </w:p>
    <w:p>
      <w:pPr>
        <w:jc w:val="right"/>
      </w:pPr>
      <w:r>
        <w:t>پیچھے کی ریڑھ کی ہڈی میں تکلیف ہو جاتی ہے۔</w:t>
      </w:r>
    </w:p>
    <w:p>
      <w:r>
        <w:rPr>
          <w:b/>
        </w:rPr>
        <w:t xml:space="preserve">[12:35] </w:t>
      </w:r>
      <w:r>
        <w:t>to reedh ki haddi ko mana jata hai bohat hi vulnerable.</w:t>
      </w:r>
    </w:p>
    <w:p>
      <w:pPr>
        <w:jc w:val="right"/>
      </w:pPr>
      <w:r>
        <w:t>تو ریڑھ کی ہڈی کو مانا جاتا ہے بہت ہی vulnerable۔</w:t>
      </w:r>
    </w:p>
    <w:p>
      <w:r>
        <w:rPr>
          <w:b/>
        </w:rPr>
        <w:t xml:space="preserve">[12:40] </w:t>
      </w:r>
      <w:r>
        <w:t>to vulnerable kyun hai? to yeh kehte hain ke vulnerability of lower back is due to evolutionary adaptation.</w:t>
      </w:r>
    </w:p>
    <w:p>
      <w:pPr>
        <w:jc w:val="right"/>
      </w:pPr>
      <w:r>
        <w:t>تو vulnerable کیوں ہے؟ تو یہ کہتے ہیں کہ vulnerability of lower back is due to evolutionary adaptation۔</w:t>
      </w:r>
    </w:p>
    <w:p>
      <w:r>
        <w:rPr>
          <w:b/>
        </w:rPr>
        <w:t xml:space="preserve">[12:48] </w:t>
      </w:r>
      <w:r>
        <w:t>yani vulnerability of lower back is due to evolutionary adaptation.</w:t>
      </w:r>
    </w:p>
    <w:p>
      <w:pPr>
        <w:jc w:val="right"/>
      </w:pPr>
      <w:r>
        <w:t>یعنی vulnerability of lower back is due to evolutionary adaptation۔</w:t>
      </w:r>
    </w:p>
    <w:p>
      <w:r>
        <w:rPr>
          <w:b/>
        </w:rPr>
        <w:t xml:space="preserve">[12:52] </w:t>
      </w:r>
      <w:r>
        <w:t>yani jab haiwan jo hai, animal do paon par khara ho gaya, peechay ke paon par.</w:t>
      </w:r>
    </w:p>
    <w:p>
      <w:pPr>
        <w:jc w:val="right"/>
      </w:pPr>
      <w:r>
        <w:t>یعنی جب حیوان جو ہے، animal دو پاؤں پر کھڑا ہو گیا، پیچھے کے پاؤں پر۔</w:t>
      </w:r>
    </w:p>
    <w:p>
      <w:r>
        <w:rPr>
          <w:b/>
        </w:rPr>
        <w:t xml:space="preserve">[12:59] </w:t>
      </w:r>
      <w:r>
        <w:t>to jab chaar paon par chal raha tha to woh to vulnerable nahi tha woh.</w:t>
      </w:r>
    </w:p>
    <w:p>
      <w:pPr>
        <w:jc w:val="right"/>
      </w:pPr>
      <w:r>
        <w:t>تو جب چار پاؤں پر چل رہا تھا تو وہ تو vulnerable نہیں تھا وہ۔</w:t>
      </w:r>
    </w:p>
    <w:p>
      <w:r>
        <w:rPr>
          <w:b/>
        </w:rPr>
        <w:t xml:space="preserve">[13:05] </w:t>
      </w:r>
      <w:r>
        <w:t>lekin jab khara ho gaya to sara bojh aa gaya peeth ke oopar.</w:t>
      </w:r>
    </w:p>
    <w:p>
      <w:pPr>
        <w:jc w:val="right"/>
      </w:pPr>
      <w:r>
        <w:t>لیکن جب کھڑا ہو گیا تو سارا بوجھ آ گیا پیٹھ کے اوپر۔</w:t>
      </w:r>
    </w:p>
    <w:p>
      <w:r>
        <w:rPr>
          <w:b/>
        </w:rPr>
        <w:t xml:space="preserve">[13:11] </w:t>
      </w:r>
      <w:r>
        <w:t>to woh peeth jo hai vulnerable ho gayi aur bohat jald woh is mein koi woh ho jata</w:t>
      </w:r>
    </w:p>
    <w:p>
      <w:pPr>
        <w:jc w:val="right"/>
      </w:pPr>
      <w:r>
        <w:t>تو وہ پیٹھ جو ہے vulnerable ہو گئی اور بہت جلد وہ اس میں کوئی وہ ہو جاتا</w:t>
      </w:r>
    </w:p>
    <w:p>
      <w:r>
        <w:rPr>
          <w:b/>
        </w:rPr>
        <w:t xml:space="preserve">[13:19]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[13:20] </w:t>
      </w:r>
      <w:r>
        <w:t>koi koi gharbat ho jati hai, koi kharabi aa jati hai.</w:t>
      </w:r>
    </w:p>
    <w:p>
      <w:pPr>
        <w:jc w:val="right"/>
      </w:pPr>
      <w:r>
        <w:t>کوئی کوئی غربت ہو جاتی ہے، کوئی خرابی آ جاتی ہے۔</w:t>
      </w:r>
    </w:p>
    <w:p>
      <w:r>
        <w:rPr>
          <w:b/>
        </w:rPr>
        <w:t xml:space="preserve">[13:25] </w:t>
      </w:r>
      <w:r>
        <w:t>yeh bilkul ahmaqana baat hai.</w:t>
      </w:r>
    </w:p>
    <w:p>
      <w:pPr>
        <w:jc w:val="right"/>
      </w:pPr>
      <w:r>
        <w:t>یہ بالکل احمقانہ بات ہے۔</w:t>
      </w:r>
    </w:p>
    <w:p>
      <w:r>
        <w:rPr>
          <w:b/>
        </w:rPr>
        <w:t xml:space="preserve">[13:27] </w:t>
      </w:r>
      <w:r>
        <w:t>dekhein, peeth ke jo lower back ke jo aaj kal cases aa rahe hain bohat ziyada, woh sab</w:t>
      </w:r>
    </w:p>
    <w:p>
      <w:pPr>
        <w:jc w:val="right"/>
      </w:pPr>
      <w:r>
        <w:t>دیکھیں، پیٹھ کے جو lower back کے جو آج کل cases آ رہے ہیں بہت زیادہ، وہ سب</w:t>
      </w:r>
    </w:p>
    <w:p>
      <w:r>
        <w:rPr>
          <w:b/>
        </w:rPr>
        <w:t xml:space="preserve">[13:35] </w:t>
      </w:r>
      <w:r>
        <w:t>aaj kal aa rahe hain.</w:t>
      </w:r>
    </w:p>
    <w:p>
      <w:pPr>
        <w:jc w:val="right"/>
      </w:pPr>
      <w:r>
        <w:t>آج کل آ رہے ہیں۔</w:t>
      </w:r>
    </w:p>
    <w:p>
      <w:r>
        <w:rPr>
          <w:b/>
        </w:rPr>
        <w:t xml:space="preserve">[13:37] </w:t>
      </w:r>
      <w:r>
        <w:t>bees pachis saal ke andar.</w:t>
      </w:r>
    </w:p>
    <w:p>
      <w:pPr>
        <w:jc w:val="right"/>
      </w:pPr>
      <w:r>
        <w:t>بیس پچیس سال کے اندر۔</w:t>
      </w:r>
    </w:p>
    <w:p>
      <w:r>
        <w:rPr>
          <w:b/>
        </w:rPr>
        <w:t xml:space="preserve">[13:39] </w:t>
      </w:r>
      <w:r>
        <w:t>is se pehle hazaron saal tak yeh sab case nahi hua karte thay.</w:t>
      </w:r>
    </w:p>
    <w:p>
      <w:pPr>
        <w:jc w:val="right"/>
      </w:pPr>
      <w:r>
        <w:t>اس سے پہلے ہزاروں سال تک یہ سب case نہیں ہوا کرتے تھے۔</w:t>
      </w:r>
    </w:p>
    <w:p>
      <w:r>
        <w:rPr>
          <w:b/>
        </w:rPr>
        <w:t xml:space="preserve">[13:44] </w:t>
      </w:r>
      <w:r>
        <w:t>kitni bari fallacy hai yeh, fallacy.</w:t>
      </w:r>
    </w:p>
    <w:p>
      <w:pPr>
        <w:jc w:val="right"/>
      </w:pPr>
      <w:r>
        <w:t>کتنی بڑی fallacy ہے یہ، fallacy۔</w:t>
      </w:r>
    </w:p>
    <w:p>
      <w:r>
        <w:rPr>
          <w:b/>
        </w:rPr>
        <w:t xml:space="preserve">[13:47] </w:t>
      </w:r>
      <w:r>
        <w:t>mere bachpan mein kabhi suna bhi nahi tha ke back ka problem.</w:t>
      </w:r>
    </w:p>
    <w:p>
      <w:pPr>
        <w:jc w:val="right"/>
      </w:pPr>
      <w:r>
        <w:t>میرے بچپن میں کبھی سنا بھی نہیں تھا کہ back کا problem۔</w:t>
      </w:r>
    </w:p>
    <w:p>
      <w:r>
        <w:rPr>
          <w:b/>
        </w:rPr>
        <w:t xml:space="preserve">[13:52] </w:t>
      </w:r>
      <w:r>
        <w:t>back ka problem aaj kal aata hai.</w:t>
      </w:r>
    </w:p>
    <w:p>
      <w:pPr>
        <w:jc w:val="right"/>
      </w:pPr>
      <w:r>
        <w:t>Back کا problem آج کل آتا ہے۔</w:t>
      </w:r>
    </w:p>
    <w:p>
      <w:r>
        <w:rPr>
          <w:b/>
        </w:rPr>
        <w:t xml:space="preserve">[13:55] </w:t>
      </w:r>
      <w:r>
        <w:t>to kyun hai yeh? yeh evolution ki wajah se nahi hai yeh.</w:t>
      </w:r>
    </w:p>
    <w:p>
      <w:pPr>
        <w:jc w:val="right"/>
      </w:pPr>
      <w:r>
        <w:t>تو کیوں ہے یہ؟ یہ evolution کی وجہ سے نہیں ہے یہ۔</w:t>
      </w:r>
    </w:p>
    <w:p>
      <w:r>
        <w:rPr>
          <w:b/>
        </w:rPr>
        <w:t xml:space="preserve">[14:00] </w:t>
      </w:r>
      <w:r>
        <w:t>yeh comfort culture ki wajah se hai.</w:t>
      </w:r>
    </w:p>
    <w:p>
      <w:pPr>
        <w:jc w:val="right"/>
      </w:pPr>
      <w:r>
        <w:t>یہ comfort culture کی وجہ سے ہے۔</w:t>
      </w:r>
    </w:p>
    <w:p>
      <w:r>
        <w:rPr>
          <w:b/>
        </w:rPr>
        <w:t xml:space="preserve">[14:03] </w:t>
      </w:r>
      <w:r>
        <w:t>comfort culture.</w:t>
      </w:r>
    </w:p>
    <w:p>
      <w:pPr>
        <w:jc w:val="right"/>
      </w:pPr>
      <w:r>
        <w:t>Comfort culture۔</w:t>
      </w:r>
    </w:p>
    <w:p>
      <w:r>
        <w:rPr>
          <w:b/>
        </w:rPr>
        <w:t xml:space="preserve">[14:05] </w:t>
      </w:r>
      <w:r>
        <w:t>jab se yeh aaya hai, yeh touch button culture.</w:t>
      </w:r>
    </w:p>
    <w:p>
      <w:pPr>
        <w:jc w:val="right"/>
      </w:pPr>
      <w:r>
        <w:t>جب سے یہ آیا ہے، یہ touch بٹن culture۔</w:t>
      </w:r>
    </w:p>
    <w:p>
      <w:r>
        <w:rPr>
          <w:b/>
        </w:rPr>
        <w:t xml:space="preserve">[14:09] </w:t>
      </w:r>
      <w:r>
        <w:t>ya push button culture.</w:t>
      </w:r>
    </w:p>
    <w:p>
      <w:pPr>
        <w:jc w:val="right"/>
      </w:pPr>
      <w:r>
        <w:t>یا push بٹن culture۔</w:t>
      </w:r>
    </w:p>
    <w:p>
      <w:r>
        <w:rPr>
          <w:b/>
        </w:rPr>
        <w:t xml:space="preserve">[14:10] </w:t>
      </w:r>
      <w:r>
        <w:t>pehlay aaya tha push button culture.</w:t>
      </w:r>
    </w:p>
    <w:p>
      <w:pPr>
        <w:jc w:val="right"/>
      </w:pPr>
      <w:r>
        <w:t>پہلے آیا تھا push بٹن culture۔</w:t>
      </w:r>
    </w:p>
    <w:p>
      <w:r>
        <w:rPr>
          <w:b/>
        </w:rPr>
        <w:t xml:space="preserve">[14:13] </w:t>
      </w:r>
      <w:r>
        <w:t>keh is ko dabo to kuch hoga.</w:t>
      </w:r>
    </w:p>
    <w:p>
      <w:pPr>
        <w:jc w:val="right"/>
      </w:pPr>
      <w:r>
        <w:t>کہ اس کو دباؤ تو کچھ ہوگا۔</w:t>
      </w:r>
    </w:p>
    <w:p>
      <w:r>
        <w:rPr>
          <w:b/>
        </w:rPr>
        <w:t xml:space="preserve">[14:16] </w:t>
      </w:r>
      <w:r>
        <w:t>phir aap to chhonay say hota hai ab.</w:t>
      </w:r>
    </w:p>
    <w:p>
      <w:pPr>
        <w:jc w:val="right"/>
      </w:pPr>
      <w:r>
        <w:t>پھر آپ تو چھونے سے ہوتا ہے اب۔</w:t>
      </w:r>
    </w:p>
    <w:p>
      <w:r>
        <w:rPr>
          <w:b/>
        </w:rPr>
        <w:t xml:space="preserve">[14:19] </w:t>
      </w:r>
      <w:r>
        <w:t>ab aap aik automatic car par baithain to sirf aap ko chhoona kafi hai.</w:t>
      </w:r>
    </w:p>
    <w:p>
      <w:pPr>
        <w:jc w:val="right"/>
      </w:pPr>
      <w:r>
        <w:t>اب آپ ایک automatic car پر بیٹھیں تو صرف آپ کو چھونا کافی ہے۔</w:t>
      </w:r>
    </w:p>
    <w:p>
      <w:r>
        <w:rPr>
          <w:b/>
        </w:rPr>
        <w:t xml:space="preserve">[14:25] </w:t>
      </w:r>
      <w:r>
        <w:t>kuch hath ko kuch hilana nahi hai.</w:t>
      </w:r>
    </w:p>
    <w:p>
      <w:pPr>
        <w:jc w:val="right"/>
      </w:pPr>
      <w:r>
        <w:t>کچھ ہاتھ کو کچھ ہلانا نہیں ہے۔</w:t>
      </w:r>
    </w:p>
    <w:p>
      <w:r>
        <w:rPr>
          <w:b/>
        </w:rPr>
        <w:t xml:space="preserve">[14:28] </w:t>
      </w:r>
      <w:r>
        <w:t>mein nojwanai ki umar mein mein type karta tha woh jo pehlay zamanay ka manual typewriter hota tha,</w:t>
      </w:r>
    </w:p>
    <w:p>
      <w:pPr>
        <w:jc w:val="right"/>
      </w:pPr>
      <w:r>
        <w:t>میں نوجوانی کی عمر میں میں ٹائپ کرتا تھا وہ جو پہلے زمانے کا manual typewriter ہوتا تھا،</w:t>
      </w:r>
    </w:p>
    <w:p>
      <w:r>
        <w:rPr>
          <w:b/>
        </w:rPr>
        <w:t xml:space="preserve">[14:36] </w:t>
      </w:r>
      <w:r>
        <w:t>is mein ungli ko marna parta tha.</w:t>
      </w:r>
    </w:p>
    <w:p>
      <w:pPr>
        <w:jc w:val="right"/>
      </w:pPr>
      <w:r>
        <w:t>اس میں انگلی کو مارنا پڑتا تھا۔</w:t>
      </w:r>
    </w:p>
    <w:p>
      <w:r>
        <w:rPr>
          <w:b/>
        </w:rPr>
        <w:t xml:space="preserve">[14:39] </w:t>
      </w:r>
      <w:r>
        <w:t>to ungliyon ki achi khasi exercise hoti thi.</w:t>
      </w:r>
    </w:p>
    <w:p>
      <w:pPr>
        <w:jc w:val="right"/>
      </w:pPr>
      <w:r>
        <w:t>تو انگلیوں کی اچھی خاصی exercise ہوتی تھی۔</w:t>
      </w:r>
    </w:p>
    <w:p>
      <w:r>
        <w:rPr>
          <w:b/>
        </w:rPr>
        <w:t xml:space="preserve">[14:43] </w:t>
      </w:r>
      <w:r>
        <w:t>ab jo computer hota hai to aap sirf chhotay hain.</w:t>
      </w:r>
    </w:p>
    <w:p>
      <w:pPr>
        <w:jc w:val="right"/>
      </w:pPr>
      <w:r>
        <w:t>اب جو کمپیوٹر ہوتا ہے تو آپ صرف چھوتے ہیں۔</w:t>
      </w:r>
    </w:p>
    <w:p>
      <w:r>
        <w:rPr>
          <w:b/>
        </w:rPr>
        <w:t xml:space="preserve">[14:47] </w:t>
      </w:r>
      <w:r>
        <w:t>chhotay hain aur type hota chala jata hai.</w:t>
      </w:r>
    </w:p>
    <w:p>
      <w:pPr>
        <w:jc w:val="right"/>
      </w:pPr>
      <w:r>
        <w:t>چھوتے ہیں اور ٹائپ ہوتا چلا جاتا ہے۔</w:t>
      </w:r>
    </w:p>
    <w:p>
      <w:r>
        <w:rPr>
          <w:b/>
        </w:rPr>
        <w:t xml:space="preserve">[14:50] </w:t>
      </w:r>
      <w:r>
        <w:t>to yeh aik hai comfort culture.</w:t>
      </w:r>
    </w:p>
    <w:p>
      <w:pPr>
        <w:jc w:val="right"/>
      </w:pPr>
      <w:r>
        <w:t>تو یہ ایک ہے comfort culture۔</w:t>
      </w:r>
    </w:p>
    <w:p>
      <w:r>
        <w:rPr>
          <w:b/>
        </w:rPr>
        <w:t xml:space="preserve">[14:53] </w:t>
      </w:r>
      <w:r>
        <w:t>yani kahin bhi aap ko hath ko paon ko hilana nahi parta.</w:t>
      </w:r>
    </w:p>
    <w:p>
      <w:pPr>
        <w:jc w:val="right"/>
      </w:pPr>
      <w:r>
        <w:t>یعنی کہیں بھی آپ کو ہاتھ کو پاؤں کو ہلانا نہیں پڑتا۔</w:t>
      </w:r>
    </w:p>
    <w:p>
      <w:r>
        <w:rPr>
          <w:b/>
        </w:rPr>
        <w:t xml:space="preserve">[14:58] </w:t>
      </w:r>
      <w:r>
        <w:t>to pehlay jo zindagi thi pehlay, woh har waqt warzish hoti rehti thi, har waqt exercise hoti rehti</w:t>
      </w:r>
    </w:p>
    <w:p>
      <w:pPr>
        <w:jc w:val="right"/>
      </w:pPr>
      <w:r>
        <w:t>تو پہلے جو زندگی تھی پہلے، وہ ہر وقت ورزش ہوتی رہتی تھی، ہر وقت exercise ہوتی رہتی</w:t>
      </w:r>
    </w:p>
    <w:p>
      <w:r>
        <w:rPr>
          <w:b/>
        </w:rPr>
        <w:t xml:space="preserve">[15:06]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[15:07] </w:t>
      </w:r>
      <w:r>
        <w:t>ghar mein, bahar, kheti mein, kahin bhi.</w:t>
      </w:r>
    </w:p>
    <w:p>
      <w:pPr>
        <w:jc w:val="right"/>
      </w:pPr>
      <w:r>
        <w:t>گھر میں، باہر، کھیتی میں، کہیں بھی۔</w:t>
      </w:r>
    </w:p>
    <w:p>
      <w:r>
        <w:rPr>
          <w:b/>
        </w:rPr>
        <w:t xml:space="preserve">[15:10] </w:t>
      </w:r>
      <w:r>
        <w:t>hath chalta tha, paon chalta tha.</w:t>
      </w:r>
    </w:p>
    <w:p>
      <w:pPr>
        <w:jc w:val="right"/>
      </w:pPr>
      <w:r>
        <w:t>ہاتھ چلتا تھا، پاؤں چلتا تھا۔</w:t>
      </w:r>
    </w:p>
    <w:p>
      <w:r>
        <w:rPr>
          <w:b/>
        </w:rPr>
        <w:t xml:space="preserve">[15:13] </w:t>
      </w:r>
      <w:r>
        <w:t>har waqt warzish, har waqt warzish.</w:t>
      </w:r>
    </w:p>
    <w:p>
      <w:pPr>
        <w:jc w:val="right"/>
      </w:pPr>
      <w:r>
        <w:t>ہر وقت ورزش، ہر وقت ورزش۔</w:t>
      </w:r>
    </w:p>
    <w:p>
      <w:r>
        <w:rPr>
          <w:b/>
        </w:rPr>
        <w:t xml:space="preserve">[15:15] </w:t>
      </w:r>
      <w:r>
        <w:t>to asal cheez exercise na honay ki waja say yeh problem hai, na keh evolution ki waja say.</w:t>
      </w:r>
    </w:p>
    <w:p>
      <w:pPr>
        <w:jc w:val="right"/>
      </w:pPr>
      <w:r>
        <w:t>تو اصل چیز exercise نہ ہونے کی وجہ سے یہ problem ہے، نہ کہ evolution کی وجہ سے۔</w:t>
      </w:r>
    </w:p>
    <w:p>
      <w:r>
        <w:rPr>
          <w:b/>
        </w:rPr>
        <w:t xml:space="preserve">[15:23] </w:t>
      </w:r>
      <w:r>
        <w:t>Comfort culture nay back problem paida kar rakha hai.</w:t>
      </w:r>
    </w:p>
    <w:p>
      <w:pPr>
        <w:jc w:val="right"/>
      </w:pPr>
      <w:r>
        <w:t>Comfort culture نے back problem پیدا کر رکھا ہے۔</w:t>
      </w:r>
    </w:p>
    <w:p>
      <w:r>
        <w:rPr>
          <w:b/>
        </w:rPr>
        <w:t xml:space="preserve">[15:27] </w:t>
      </w:r>
      <w:r>
        <w:t>aaj kal kya hai, aadmi kuch karta hi nahi, sirf baitha hua hai aur button ko chho raha</w:t>
      </w:r>
    </w:p>
    <w:p>
      <w:pPr>
        <w:jc w:val="right"/>
      </w:pPr>
      <w:r>
        <w:t>آج کل کیا ہے، آدمی کچھ کرتا ہی نہیں، صرف بیٹھا ہوا ہے اور بٹن کو چھو رہا</w:t>
      </w:r>
    </w:p>
    <w:p>
      <w:r>
        <w:rPr>
          <w:b/>
        </w:rPr>
        <w:t xml:space="preserve">[15:35] </w:t>
      </w:r>
      <w:r>
        <w:t>hai aur sab kuch hua chala ja raha hai.</w:t>
      </w:r>
    </w:p>
    <w:p>
      <w:pPr>
        <w:jc w:val="right"/>
      </w:pPr>
      <w:r>
        <w:t>ہے اور سب کچھ ہوا چلا جا رہا ہے۔</w:t>
      </w:r>
    </w:p>
    <w:p>
      <w:r>
        <w:rPr>
          <w:b/>
        </w:rPr>
        <w:t xml:space="preserve">[15:38] </w:t>
      </w:r>
      <w:r>
        <w:t>aap aeroplane bhi uratay hain to is mein kuch aap ko karna nahi parta, sirf button ko chhoona</w:t>
      </w:r>
    </w:p>
    <w:p>
      <w:pPr>
        <w:jc w:val="right"/>
      </w:pPr>
      <w:r>
        <w:t>آپ اڑاپیل بھی اڑاتے ہیں تو اس میں کچھ آپ کو کرنا نہیں پڑتا، صرف بٹن کو چھونا</w:t>
      </w:r>
    </w:p>
    <w:p>
      <w:r>
        <w:rPr>
          <w:b/>
        </w:rPr>
        <w:t xml:space="preserve">[15:46] </w:t>
      </w:r>
      <w:r>
        <w:t>parta hai.</w:t>
      </w:r>
    </w:p>
    <w:p>
      <w:pPr>
        <w:jc w:val="right"/>
      </w:pPr>
      <w:r>
        <w:t>پڑتا ہے۔</w:t>
      </w:r>
    </w:p>
    <w:p>
      <w:r>
        <w:rPr>
          <w:b/>
        </w:rPr>
        <w:t xml:space="preserve">[15:48] </w:t>
      </w:r>
      <w:r>
        <w:t>computer par baithay hain to aap ko kuch karna nahi parta aap ko, koi exercise nahi hai.</w:t>
      </w:r>
    </w:p>
    <w:p>
      <w:pPr>
        <w:jc w:val="right"/>
      </w:pPr>
      <w:r>
        <w:t>کمپیوٹر پر بیٹھتے ہیں تو آپ کو کچھ کرنا نہیں پڑتا آپ کو، کوئی exercise نہیں ہے۔</w:t>
      </w:r>
    </w:p>
    <w:p>
      <w:r>
        <w:rPr>
          <w:b/>
        </w:rPr>
        <w:t xml:space="preserve">[15:55] </w:t>
      </w:r>
      <w:r>
        <w:t>aap ek dam aise baithe hue hain, der der tak.</w:t>
      </w:r>
    </w:p>
    <w:p>
      <w:pPr>
        <w:jc w:val="right"/>
      </w:pPr>
      <w:r>
        <w:t>آپ ایک دم ایسے بیٹھے ہوئے ہیں، دیر دیر تک۔</w:t>
      </w:r>
    </w:p>
    <w:p>
      <w:r>
        <w:rPr>
          <w:b/>
        </w:rPr>
        <w:t xml:space="preserve">[15:59] </w:t>
      </w:r>
      <w:r>
        <w:t>to jo cheez aai hai comfort culture ki wajah se, us ko attribute kar diya unhon ne evolutionary</w:t>
      </w:r>
    </w:p>
    <w:p>
      <w:pPr>
        <w:jc w:val="right"/>
      </w:pPr>
      <w:r>
        <w:t>تو جو چیز آئی ہے comfort culture کی وجہ سے، اس کو attribute کر دیا انہوں نے evolutionary</w:t>
      </w:r>
    </w:p>
    <w:p>
      <w:r>
        <w:rPr>
          <w:b/>
        </w:rPr>
        <w:t xml:space="preserve">[16:07] </w:t>
      </w:r>
      <w:r>
        <w:t>adaptation ki wajah se.</w:t>
      </w:r>
    </w:p>
    <w:p>
      <w:pPr>
        <w:jc w:val="right"/>
      </w:pPr>
      <w:r>
        <w:t>adaptation کی وجہ سے۔</w:t>
      </w:r>
    </w:p>
    <w:p>
      <w:r>
        <w:rPr>
          <w:b/>
        </w:rPr>
        <w:t xml:space="preserve">[16:09] </w:t>
      </w:r>
      <w:r>
        <w:t>yeh ek ek banawati word hai.</w:t>
      </w:r>
    </w:p>
    <w:p>
      <w:pPr>
        <w:jc w:val="right"/>
      </w:pPr>
      <w:r>
        <w:t>یہ ایک ایک بناوٹی word ہے۔</w:t>
      </w:r>
    </w:p>
    <w:p>
      <w:r>
        <w:rPr>
          <w:b/>
        </w:rPr>
        <w:t xml:space="preserve">[16:11] </w:t>
      </w:r>
      <w:r>
        <w:t>There is nothing as evolutionary adaptation.</w:t>
      </w:r>
    </w:p>
    <w:p>
      <w:pPr>
        <w:jc w:val="right"/>
      </w:pPr>
      <w:r>
        <w:t>There is nothing as evolutionary adaptation۔</w:t>
      </w:r>
    </w:p>
    <w:p>
      <w:r>
        <w:rPr>
          <w:b/>
        </w:rPr>
        <w:t xml:space="preserve">[16:14] </w:t>
      </w:r>
      <w:r>
        <w:t>is ka koi bhi scientific proof nahi hai.</w:t>
      </w:r>
    </w:p>
    <w:p>
      <w:pPr>
        <w:jc w:val="right"/>
      </w:pPr>
      <w:r>
        <w:t>اس کا کوئی بھی scientific proof نہیں ہے۔</w:t>
      </w:r>
    </w:p>
    <w:p>
      <w:r>
        <w:rPr>
          <w:b/>
        </w:rPr>
        <w:t xml:space="preserve">[16:17] </w:t>
      </w:r>
      <w:r>
        <w:t>lekin is ka nuqsan kya hua dekhen.</w:t>
      </w:r>
    </w:p>
    <w:p>
      <w:pPr>
        <w:jc w:val="right"/>
      </w:pPr>
      <w:r>
        <w:t>لیکن اس کا نقصان کیا ہوا دیکھیں۔</w:t>
      </w:r>
    </w:p>
    <w:p>
      <w:r>
        <w:rPr>
          <w:b/>
        </w:rPr>
        <w:t xml:space="preserve">[16:20] </w:t>
      </w:r>
      <w:r>
        <w:t>bohat bara nuqsan.</w:t>
      </w:r>
    </w:p>
    <w:p>
      <w:pPr>
        <w:jc w:val="right"/>
      </w:pPr>
      <w:r>
        <w:t>بہت بڑا نقصان۔</w:t>
      </w:r>
    </w:p>
    <w:p>
      <w:r>
        <w:rPr>
          <w:b/>
        </w:rPr>
        <w:t xml:space="preserve">[16:22] </w:t>
      </w:r>
      <w:r>
        <w:t>nuqsan yeh hua ke God Almighty jo hamara creator hai, hamara sustainer hai, jis jo hum ko sab</w:t>
      </w:r>
    </w:p>
    <w:p>
      <w:pPr>
        <w:jc w:val="right"/>
      </w:pPr>
      <w:r>
        <w:t>نقصان یہ ہوا کہ God Almighty جو ہمارا creator ہے، ہمارا sustainer ہے، جس جو ہم کو سب</w:t>
      </w:r>
    </w:p>
    <w:p>
      <w:r>
        <w:rPr>
          <w:b/>
        </w:rPr>
        <w:t xml:space="preserve">[16:29] </w:t>
      </w:r>
      <w:r>
        <w:t>kuch de raha hai, us se hum cut gaye.</w:t>
      </w:r>
    </w:p>
    <w:p>
      <w:pPr>
        <w:jc w:val="right"/>
      </w:pPr>
      <w:r>
        <w:t>کچھ دے رہا ہے، اس سے ہم کٹ گئے۔</w:t>
      </w:r>
    </w:p>
    <w:p>
      <w:r>
        <w:rPr>
          <w:b/>
        </w:rPr>
        <w:t xml:space="preserve">[16:33] </w:t>
      </w:r>
      <w:r>
        <w:t>ab sirf is ka darja kya hoga? originator ka.</w:t>
      </w:r>
    </w:p>
    <w:p>
      <w:pPr>
        <w:jc w:val="right"/>
      </w:pPr>
      <w:r>
        <w:t>اب صرف اس کا درجہ کیا ہوگا؟ originator کا۔</w:t>
      </w:r>
    </w:p>
    <w:p>
      <w:r>
        <w:rPr>
          <w:b/>
        </w:rPr>
        <w:t xml:space="preserve">[16:37] </w:t>
      </w:r>
      <w:r>
        <w:t>First form of life banaya is ne.</w:t>
      </w:r>
    </w:p>
    <w:p>
      <w:pPr>
        <w:jc w:val="right"/>
      </w:pPr>
      <w:r>
        <w:t>First form of life بنایا اس نے۔</w:t>
      </w:r>
    </w:p>
    <w:p>
      <w:r>
        <w:rPr>
          <w:b/>
        </w:rPr>
        <w:t xml:space="preserve">[16:40] </w:t>
      </w:r>
      <w:r>
        <w:t>is ke baad sab kuch nature se ho raha hai.</w:t>
      </w:r>
    </w:p>
    <w:p>
      <w:pPr>
        <w:jc w:val="right"/>
      </w:pPr>
      <w:r>
        <w:t>اس کے بعد سب کچھ nature سے ہو رہا ہے۔</w:t>
      </w:r>
    </w:p>
    <w:p>
      <w:r>
        <w:rPr>
          <w:b/>
        </w:rPr>
        <w:t xml:space="preserve">[16:44] </w:t>
      </w:r>
      <w:r>
        <w:t>to dua kis liye karenge aap? ibadat aap kis liye karenge aap? Khuda se mangen, kyun</w:t>
      </w:r>
    </w:p>
    <w:p>
      <w:pPr>
        <w:jc w:val="right"/>
      </w:pPr>
      <w:r>
        <w:t>تو دعا کس لیے کریں گے آپ؟ عبادت آپ کس لیے کریں گے آپ؟ خدا سے مانگیں، کیوں</w:t>
      </w:r>
    </w:p>
    <w:p>
      <w:r>
        <w:rPr>
          <w:b/>
        </w:rPr>
        <w:t xml:space="preserve">[16:52] </w:t>
      </w:r>
      <w:r>
        <w:t>mangen ge? Khuda se mohabbat kyun karenge aap? Khuda se daren ge kyun aap? Accountability ki zaroorat</w:t>
      </w:r>
    </w:p>
    <w:p>
      <w:pPr>
        <w:jc w:val="right"/>
      </w:pPr>
      <w:r>
        <w:t>مانگیں گے؟ خدا سے محبت کیوں کریں گے آپ؟ خدا سے ڈریں گے کیوں آپ؟ Accountability کی ضرورت</w:t>
      </w:r>
    </w:p>
    <w:p>
      <w:r>
        <w:rPr>
          <w:b/>
        </w:rPr>
        <w:t xml:space="preserve">[17:00] </w:t>
      </w:r>
      <w:r>
        <w:t>kya pesh aayegi aap ko? sab kuch jo hai eliminate ho gaya.</w:t>
      </w:r>
    </w:p>
    <w:p>
      <w:pPr>
        <w:jc w:val="right"/>
      </w:pPr>
      <w:r>
        <w:t>کیا پیش آئے گی آپ کو؟ سب کچھ جو ہے eliminate ہو گیا۔</w:t>
      </w:r>
    </w:p>
    <w:p>
      <w:r>
        <w:rPr>
          <w:b/>
        </w:rPr>
        <w:t xml:space="preserve">[17:05] </w:t>
      </w:r>
      <w:r>
        <w:t>to Darwin ne jo jo theory di, woh bazahir to ek naive theory thi.</w:t>
      </w:r>
    </w:p>
    <w:p>
      <w:pPr>
        <w:jc w:val="right"/>
      </w:pPr>
      <w:r>
        <w:t>تو ڈارون نے جو جو تھیوری دی، وہ بظاہر تو ایک naive تھیوری تھی۔</w:t>
      </w:r>
    </w:p>
    <w:p>
      <w:r>
        <w:rPr>
          <w:b/>
        </w:rPr>
        <w:t xml:space="preserve">[17:11] </w:t>
      </w:r>
      <w:r>
        <w:t>lekin woh bohat hi fatal thi, fatal.</w:t>
      </w:r>
    </w:p>
    <w:p>
      <w:pPr>
        <w:jc w:val="right"/>
      </w:pPr>
      <w:r>
        <w:t>لیکن وہ بہت ہی fatal تھی، fatal۔</w:t>
      </w:r>
    </w:p>
    <w:p>
      <w:r>
        <w:rPr>
          <w:b/>
        </w:rPr>
        <w:t xml:space="preserve">[17:14] </w:t>
      </w:r>
      <w:r>
        <w:t>ke poora lecture, poora poora culture badal kar rakh diya is ne.</w:t>
      </w:r>
    </w:p>
    <w:p>
      <w:pPr>
        <w:jc w:val="right"/>
      </w:pPr>
      <w:r>
        <w:t>کہ پورا lecture، پورا پورا culture بدل کر رکھ دیا اس نے۔</w:t>
      </w:r>
    </w:p>
    <w:p>
      <w:r>
        <w:rPr>
          <w:b/>
        </w:rPr>
        <w:t xml:space="preserve">[17:20] </w:t>
      </w:r>
      <w:r>
        <w:t>is liye aap dekhen ke aaj kal ke zamane mein koi darta hai Khuda se? na kisi ko</w:t>
      </w:r>
    </w:p>
    <w:p>
      <w:pPr>
        <w:jc w:val="right"/>
      </w:pPr>
      <w:r>
        <w:t>اس لیے آپ دیکھیں کہ آج کل کے زمانے میں کوئی ڈرتا ہے خدا سے؟ نہ کسی کو</w:t>
      </w:r>
    </w:p>
    <w:p>
      <w:r>
        <w:rPr>
          <w:b/>
        </w:rPr>
        <w:t xml:space="preserve">[17:27] </w:t>
      </w:r>
      <w:r>
        <w:t>Khuda se dar hai? na dar hai, na mohabbat hai, na accountability hai.</w:t>
      </w:r>
    </w:p>
    <w:p>
      <w:pPr>
        <w:jc w:val="right"/>
      </w:pPr>
      <w:r>
        <w:t>خدا سے ڈر ہے؟ نہ ڈر ہے، نہ محبت ہے، نہ accountability ہے۔</w:t>
      </w:r>
    </w:p>
    <w:p>
      <w:r>
        <w:rPr>
          <w:b/>
        </w:rPr>
        <w:t xml:space="preserve">[17:33] </w:t>
      </w:r>
      <w:r>
        <w:t>na sachi dua hai, na sachi ibadat hai.</w:t>
      </w:r>
    </w:p>
    <w:p>
      <w:pPr>
        <w:jc w:val="right"/>
      </w:pPr>
      <w:r>
        <w:t>نہ سچی دعا ہے، نہ سچی عبادت ہے۔</w:t>
      </w:r>
    </w:p>
    <w:p>
      <w:r>
        <w:rPr>
          <w:b/>
        </w:rPr>
        <w:t xml:space="preserve">[17:36] </w:t>
      </w:r>
      <w:r>
        <w:t>koi sab kuch to natural process hua chala ja raha hai.</w:t>
      </w:r>
    </w:p>
    <w:p>
      <w:pPr>
        <w:jc w:val="right"/>
      </w:pPr>
      <w:r>
        <w:t>کوئی سب کچھ تو natural process ہوا چلا جا رہا ہے۔</w:t>
      </w:r>
    </w:p>
    <w:p>
      <w:r>
        <w:rPr>
          <w:b/>
        </w:rPr>
        <w:t xml:space="preserve">[17:41] </w:t>
      </w:r>
      <w:r>
        <w:t>to jis ko kehte hain arbi mein salat al-abd bi-rabbih.</w:t>
      </w:r>
    </w:p>
    <w:p>
      <w:pPr>
        <w:jc w:val="right"/>
      </w:pPr>
      <w:r>
        <w:t>تو جس کو کہتے ہیں عربی میں صلة العبد بربہ۔</w:t>
      </w:r>
    </w:p>
    <w:p>
      <w:r>
        <w:rPr>
          <w:b/>
        </w:rPr>
        <w:t xml:space="preserve">[17:45] </w:t>
      </w:r>
      <w:r>
        <w:t>bande ka talluq apne Rab se.</w:t>
      </w:r>
    </w:p>
    <w:p>
      <w:pPr>
        <w:jc w:val="right"/>
      </w:pPr>
      <w:r>
        <w:t>بندے کا تعلق اپنے رب سے۔</w:t>
      </w:r>
    </w:p>
    <w:p>
      <w:r>
        <w:rPr>
          <w:b/>
        </w:rPr>
        <w:t xml:space="preserve">[17:48] </w:t>
      </w:r>
      <w:r>
        <w:t>woh sab khatm ho gaya.</w:t>
      </w:r>
    </w:p>
    <w:p>
      <w:pPr>
        <w:jc w:val="right"/>
      </w:pPr>
      <w:r>
        <w:t>وہ سب ختم ہو گیا۔</w:t>
      </w:r>
    </w:p>
    <w:p>
      <w:r>
        <w:rPr>
          <w:b/>
        </w:rPr>
        <w:t xml:space="preserve">[17:50] </w:t>
      </w:r>
      <w:r>
        <w:t>ab to aik daur ka aik aik aik daur ka aik concept hai ke kabhi bohat billion saal</w:t>
      </w:r>
    </w:p>
    <w:p>
      <w:pPr>
        <w:jc w:val="right"/>
      </w:pPr>
      <w:r>
        <w:t>اب تو ایک دور کا ایک ایک ایک دور کا ایک concept ہے کہ کبھی بہت بلین سال</w:t>
      </w:r>
    </w:p>
    <w:p>
      <w:r>
        <w:rPr>
          <w:b/>
        </w:rPr>
        <w:t xml:space="preserve">[17:58] </w:t>
      </w:r>
      <w:r>
        <w:t>pehlay khuda ne aik aik first form of life bana diya.</w:t>
      </w:r>
    </w:p>
    <w:p>
      <w:pPr>
        <w:jc w:val="right"/>
      </w:pPr>
      <w:r>
        <w:t>پہلے خدا نے ایک ایک first form of life بنا دیا۔</w:t>
      </w:r>
    </w:p>
    <w:p>
      <w:r>
        <w:rPr>
          <w:b/>
        </w:rPr>
        <w:t xml:space="preserve">[18:02] </w:t>
      </w:r>
      <w:r>
        <w:t>aik amiba bana diya.</w:t>
      </w:r>
    </w:p>
    <w:p>
      <w:pPr>
        <w:jc w:val="right"/>
      </w:pPr>
      <w:r>
        <w:t>ایک امیبہ بنا دیا۔</w:t>
      </w:r>
    </w:p>
    <w:p>
      <w:r>
        <w:rPr>
          <w:b/>
        </w:rPr>
        <w:t xml:space="preserve">[18:04] </w:t>
      </w:r>
      <w:r>
        <w:t>ab is ke baad sab kuch hua chala ja raha hai.</w:t>
      </w:r>
    </w:p>
    <w:p>
      <w:pPr>
        <w:jc w:val="right"/>
      </w:pPr>
      <w:r>
        <w:t>اب اس کے بعد سب کچھ ہوا چلا جا رہا ہے۔</w:t>
      </w:r>
    </w:p>
    <w:p>
      <w:r>
        <w:rPr>
          <w:b/>
        </w:rPr>
        <w:t xml:space="preserve">[18:09] </w:t>
      </w:r>
      <w:r>
        <w:t>bohat hi anokhay tareeqay par sab kuch hua chala ja raha hai.</w:t>
      </w:r>
    </w:p>
    <w:p>
      <w:pPr>
        <w:jc w:val="right"/>
      </w:pPr>
      <w:r>
        <w:t>بہت ہی انوکھے طریقے پر سب کچھ ہوا چلا جا رہا ہے۔</w:t>
      </w:r>
    </w:p>
    <w:p>
      <w:r>
        <w:rPr>
          <w:b/>
        </w:rPr>
        <w:t xml:space="preserve">[18:14] </w:t>
      </w:r>
      <w:r>
        <w:t>jaisay misaal ke tor par darwin ne aik misaal di hai ke goat jo hai kaise zarafah ban</w:t>
      </w:r>
    </w:p>
    <w:p>
      <w:pPr>
        <w:jc w:val="right"/>
      </w:pPr>
      <w:r>
        <w:t>جیسے مثال کے طور پر ڈارون نے ایک مثال دی ہے کہ goat جو ہے کیسے زرافہ بن</w:t>
      </w:r>
    </w:p>
    <w:p>
      <w:r>
        <w:rPr>
          <w:b/>
        </w:rPr>
        <w:t xml:space="preserve">[18:22] </w:t>
      </w:r>
      <w:r>
        <w:t>gayi.</w:t>
      </w:r>
    </w:p>
    <w:p>
      <w:pPr>
        <w:jc w:val="right"/>
      </w:pPr>
      <w:r>
        <w:t>گئی۔</w:t>
      </w:r>
    </w:p>
    <w:p>
      <w:r>
        <w:rPr>
          <w:b/>
        </w:rPr>
        <w:t xml:space="preserve">[18:23] </w:t>
      </w:r>
      <w:r>
        <w:t>goat aur zarafah mein aik similarity hai is ke dhanchay mein.</w:t>
      </w:r>
    </w:p>
    <w:p>
      <w:pPr>
        <w:jc w:val="right"/>
      </w:pPr>
      <w:r>
        <w:t>goat اور زرافہ میں ایک similarity ہے اس کے ڈھانچے میں۔</w:t>
      </w:r>
    </w:p>
    <w:p>
      <w:r>
        <w:rPr>
          <w:b/>
        </w:rPr>
        <w:t xml:space="preserve">[18:28] </w:t>
      </w:r>
      <w:r>
        <w:t>to kya kaha unhon ne? ke aik goat ke chaar bachay paida hue.</w:t>
      </w:r>
    </w:p>
    <w:p>
      <w:pPr>
        <w:jc w:val="right"/>
      </w:pPr>
      <w:r>
        <w:t>تو کیا کہا انہوں نے؟ کہ ایک goat کے چار بچے پیدا ہوئے۔</w:t>
      </w:r>
    </w:p>
    <w:p>
      <w:r>
        <w:rPr>
          <w:b/>
        </w:rPr>
        <w:t xml:space="preserve">[18:34] </w:t>
      </w:r>
      <w:r>
        <w:t>ab chaar bachon mein kisi aik bachay ki thori si yeh neck jo thi gardan thori si lambi</w:t>
      </w:r>
    </w:p>
    <w:p>
      <w:pPr>
        <w:jc w:val="right"/>
      </w:pPr>
      <w:r>
        <w:t>اب چار بچوں میں کسی ایک بچے کی تھوڑی سی یہ neck جو تھی گردن تھوڑی سی لمبی</w:t>
      </w:r>
    </w:p>
    <w:p>
      <w:r>
        <w:rPr>
          <w:b/>
        </w:rPr>
        <w:t xml:space="preserve">[18:41]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[18:43] </w:t>
      </w:r>
      <w:r>
        <w:t>to charnay ka zamana tha, woh charai karte thay log.</w:t>
      </w:r>
    </w:p>
    <w:p>
      <w:pPr>
        <w:jc w:val="right"/>
      </w:pPr>
      <w:r>
        <w:t>تو چرنے کا زمانہ تھا، وہ چرائی کرتے تھے لوگ۔</w:t>
      </w:r>
    </w:p>
    <w:p>
      <w:r>
        <w:rPr>
          <w:b/>
        </w:rPr>
        <w:t xml:space="preserve">[18:47] </w:t>
      </w:r>
      <w:r>
        <w:t>to neechay ka charagh jab khatm ho gaya aur oopar ka darakhton ki patiyan hi available rahin to</w:t>
      </w:r>
    </w:p>
    <w:p>
      <w:pPr>
        <w:jc w:val="right"/>
      </w:pPr>
      <w:r>
        <w:t>تو نیچے کا چراغ جب ختم ہو گیا اور اوپر کا درختوں کی پتیاں ہی available رہیں تو</w:t>
      </w:r>
    </w:p>
    <w:p>
      <w:r>
        <w:rPr>
          <w:b/>
        </w:rPr>
        <w:t xml:space="preserve">[18:55] </w:t>
      </w:r>
      <w:r>
        <w:t>choti gardan walay sab mar gaye.</w:t>
      </w:r>
    </w:p>
    <w:p>
      <w:pPr>
        <w:jc w:val="right"/>
      </w:pPr>
      <w:r>
        <w:t>چھوٹی گردن والے سب مر گئے۔</w:t>
      </w:r>
    </w:p>
    <w:p>
      <w:r>
        <w:rPr>
          <w:b/>
        </w:rPr>
        <w:t xml:space="preserve">[18:57] </w:t>
      </w:r>
      <w:r>
        <w:t>ab jo lambi gardan wala tha woh oopar tak pati tod sakta tha.</w:t>
      </w:r>
    </w:p>
    <w:p>
      <w:pPr>
        <w:jc w:val="right"/>
      </w:pPr>
      <w:r>
        <w:t>اب جو لمبی گردن والا تھا وہ اوپر تک پتی توڑ سکتا تھا۔</w:t>
      </w:r>
    </w:p>
    <w:p>
      <w:r>
        <w:rPr>
          <w:b/>
        </w:rPr>
        <w:t xml:space="preserve">[19:03] </w:t>
      </w:r>
      <w:r>
        <w:t>to that is natural selection.</w:t>
      </w:r>
    </w:p>
    <w:p>
      <w:pPr>
        <w:jc w:val="right"/>
      </w:pPr>
      <w:r>
        <w:t>تو that is natural selection۔</w:t>
      </w:r>
    </w:p>
    <w:p>
      <w:r>
        <w:rPr>
          <w:b/>
        </w:rPr>
        <w:t xml:space="preserve">[19:05] </w:t>
      </w:r>
      <w:r>
        <w:t>to nature ne select kar liya is ko jo gardan dekhen lambi thi.</w:t>
      </w:r>
    </w:p>
    <w:p>
      <w:pPr>
        <w:jc w:val="right"/>
      </w:pPr>
      <w:r>
        <w:t>تو nature نے select کر لیا اس کو جو گردن دیکھیں لمبی تھی۔</w:t>
      </w:r>
    </w:p>
    <w:p>
      <w:r>
        <w:rPr>
          <w:b/>
        </w:rPr>
        <w:t xml:space="preserve">[19:11] </w:t>
      </w:r>
      <w:r>
        <w:t>ab phir is gardan lambi walay ke phir aur bachay paida hue.</w:t>
      </w:r>
    </w:p>
    <w:p>
      <w:pPr>
        <w:jc w:val="right"/>
      </w:pPr>
      <w:r>
        <w:t>اب پھر اس گردن لمبی والے کے پھر اور بچے پیدا ہوئے۔</w:t>
      </w:r>
    </w:p>
    <w:p>
      <w:r>
        <w:rPr>
          <w:b/>
        </w:rPr>
        <w:t xml:space="preserve">[19:16] </w:t>
      </w:r>
      <w:r>
        <w:t>chaar ya jitnay bhi.</w:t>
      </w:r>
    </w:p>
    <w:p>
      <w:pPr>
        <w:jc w:val="right"/>
      </w:pPr>
      <w:r>
        <w:t>چار یا جتنے بھی۔</w:t>
      </w:r>
    </w:p>
    <w:p>
      <w:r>
        <w:rPr>
          <w:b/>
        </w:rPr>
        <w:t xml:space="preserve">[19:18] </w:t>
      </w:r>
      <w:r>
        <w:t>to is mein kisi ki gardan thori si aur bari thi.</w:t>
      </w:r>
    </w:p>
    <w:p>
      <w:pPr>
        <w:jc w:val="right"/>
      </w:pPr>
      <w:r>
        <w:t>تو اس میں کسی کی گردن تھوڑی سی اور بڑی تھی۔</w:t>
      </w:r>
    </w:p>
    <w:p>
      <w:r>
        <w:rPr>
          <w:b/>
        </w:rPr>
        <w:t xml:space="preserve">[19:22] </w:t>
      </w:r>
      <w:r>
        <w:t>to phir kya hua ke thora aur oopar tak woh kha sakta tha.</w:t>
      </w:r>
    </w:p>
    <w:p>
      <w:pPr>
        <w:jc w:val="right"/>
      </w:pPr>
      <w:r>
        <w:t>تو پھر کیا ہوا کہ تھوڑا اور اوپر تک وہ کھا سکتا تھا۔</w:t>
      </w:r>
    </w:p>
    <w:p>
      <w:r>
        <w:rPr>
          <w:b/>
        </w:rPr>
        <w:t xml:space="preserve">[19:28] </w:t>
      </w:r>
      <w:r>
        <w:t>to neechay ke sab mar gaye.</w:t>
      </w:r>
    </w:p>
    <w:p>
      <w:pPr>
        <w:jc w:val="right"/>
      </w:pPr>
      <w:r>
        <w:t>تو نیچے کے سب مر گئے۔</w:t>
      </w:r>
    </w:p>
    <w:p>
      <w:r>
        <w:rPr>
          <w:b/>
        </w:rPr>
        <w:t xml:space="preserve">[19:30] </w:t>
      </w:r>
      <w:r>
        <w:t>to is tarah se generation after generation selection hota raha.</w:t>
      </w:r>
    </w:p>
    <w:p>
      <w:pPr>
        <w:jc w:val="right"/>
      </w:pPr>
      <w:r>
        <w:t>تو اس طرح سے generation after generation selection ہوتا رہا۔</w:t>
      </w:r>
    </w:p>
    <w:p>
      <w:r>
        <w:rPr>
          <w:b/>
        </w:rPr>
        <w:t xml:space="preserve">[19:35] </w:t>
      </w:r>
      <w:r>
        <w:t>yahan tak ke zarafah ban gaya.</w:t>
      </w:r>
    </w:p>
    <w:p>
      <w:pPr>
        <w:jc w:val="right"/>
      </w:pPr>
      <w:r>
        <w:t>یہاں تک کہ زرافہ بن گیا۔</w:t>
      </w:r>
    </w:p>
    <w:p>
      <w:r>
        <w:rPr>
          <w:b/>
        </w:rPr>
        <w:t xml:space="preserve">[19:37] </w:t>
      </w:r>
      <w:r>
        <w:t>ab bilkul yeh to bilkul badness hai, ahmaqana baat hai ke goat jo hai zarafah ban gayi is</w:t>
      </w:r>
    </w:p>
    <w:p>
      <w:pPr>
        <w:jc w:val="right"/>
      </w:pPr>
      <w:r>
        <w:t>اب بالکل یہ تو بالکل badness ہے، احمقانہ بات ہے کہ goat جو ہے زرافہ بن گئی اس</w:t>
      </w:r>
    </w:p>
    <w:p>
      <w:r>
        <w:rPr>
          <w:b/>
        </w:rPr>
        <w:t xml:space="preserve">[19:45] </w:t>
      </w:r>
      <w:r>
        <w:t>tareeqay se.</w:t>
      </w:r>
    </w:p>
    <w:p>
      <w:pPr>
        <w:jc w:val="right"/>
      </w:pPr>
      <w:r>
        <w:t>طریقے سے۔</w:t>
      </w:r>
    </w:p>
    <w:p>
      <w:r>
        <w:rPr>
          <w:b/>
        </w:rPr>
        <w:t xml:space="preserve">[19:46] </w:t>
      </w:r>
      <w:r>
        <w:t>yeh to aik story trailer ki kahani hai.</w:t>
      </w:r>
    </w:p>
    <w:p>
      <w:pPr>
        <w:jc w:val="right"/>
      </w:pPr>
      <w:r>
        <w:t>یہ تو ایک story trailer کی کہانی ہے۔</w:t>
      </w:r>
    </w:p>
    <w:p>
      <w:r>
        <w:rPr>
          <w:b/>
        </w:rPr>
        <w:t xml:space="preserve">[19:50] </w:t>
      </w:r>
      <w:r>
        <w:t>pehlay zamanay mein story trailer aisay kaha karte thay.</w:t>
      </w:r>
    </w:p>
    <w:p>
      <w:pPr>
        <w:jc w:val="right"/>
      </w:pPr>
      <w:r>
        <w:t>پہلے زمانے میں story trailer ایسے کہا کرتے تھے۔</w:t>
      </w:r>
    </w:p>
    <w:p>
      <w:r>
        <w:rPr>
          <w:b/>
        </w:rPr>
        <w:t xml:space="preserve">[19:54] </w:t>
      </w:r>
      <w:r>
        <w:t>wohi darwain ne kiya aur sari dunya ne is ko maan liya.</w:t>
      </w:r>
    </w:p>
    <w:p>
      <w:pPr>
        <w:jc w:val="right"/>
      </w:pPr>
      <w:r>
        <w:t>وہی ڈارون نے کیا اور ساری دنیا نے اس کو مان لیا۔</w:t>
      </w:r>
    </w:p>
    <w:p>
      <w:r>
        <w:rPr>
          <w:b/>
        </w:rPr>
        <w:t xml:space="preserve">[19:59] </w:t>
      </w:r>
      <w:r>
        <w:t>kisi ne socha nahi ke bhai is ka scientific proof kya hai? There is no scientific proof at</w:t>
      </w:r>
    </w:p>
    <w:p>
      <w:pPr>
        <w:jc w:val="right"/>
      </w:pPr>
      <w:r>
        <w:t>کسی نے سوچا نہیں کہ بھئی اس کا scientific proof کیا ہے؟ There is no scientific proof at</w:t>
      </w:r>
    </w:p>
    <w:p>
      <w:r>
        <w:rPr>
          <w:b/>
        </w:rPr>
        <w:t xml:space="preserve">[20:07] </w:t>
      </w:r>
      <w:r>
        <w:t>all.</w:t>
      </w:r>
    </w:p>
    <w:p>
      <w:pPr>
        <w:jc w:val="right"/>
      </w:pPr>
      <w:r>
        <w:t>all۔</w:t>
      </w:r>
    </w:p>
    <w:p>
      <w:r>
        <w:rPr>
          <w:b/>
        </w:rPr>
        <w:t xml:space="preserve">[20:08] </w:t>
      </w:r>
      <w:r>
        <w:t>sara guess work hai, guess work.</w:t>
      </w:r>
    </w:p>
    <w:p>
      <w:pPr>
        <w:jc w:val="right"/>
      </w:pPr>
      <w:r>
        <w:t>سارا guess work ہے، guess work۔</w:t>
      </w:r>
    </w:p>
    <w:p>
      <w:r>
        <w:rPr>
          <w:b/>
        </w:rPr>
        <w:t xml:space="preserve">[20:11] </w:t>
      </w:r>
      <w:r>
        <w:t>mein ne bohat parha hai evolution theory ko.</w:t>
      </w:r>
    </w:p>
    <w:p>
      <w:pPr>
        <w:jc w:val="right"/>
      </w:pPr>
      <w:r>
        <w:t>میں نے بہت پڑھا ہے evolution theory کو۔</w:t>
      </w:r>
    </w:p>
    <w:p>
      <w:r>
        <w:rPr>
          <w:b/>
        </w:rPr>
        <w:t xml:space="preserve">[20:14] </w:t>
      </w:r>
      <w:r>
        <w:t>sara guess work hai, koi aik bhi.</w:t>
      </w:r>
    </w:p>
    <w:p>
      <w:pPr>
        <w:jc w:val="right"/>
      </w:pPr>
      <w:r>
        <w:t>سارا guess work ہے، کوئی ایک بھی۔</w:t>
      </w:r>
    </w:p>
    <w:p>
      <w:r>
        <w:rPr>
          <w:b/>
        </w:rPr>
        <w:t xml:space="preserve">[20:17] </w:t>
      </w:r>
      <w:r>
        <w:t>sab kuch kya base pe hai? Similarity pe base karta hai.</w:t>
      </w:r>
    </w:p>
    <w:p>
      <w:pPr>
        <w:jc w:val="right"/>
      </w:pPr>
      <w:r>
        <w:t>سب کچھ کیا base پہ ہے؟ Similarity پہ base کرتا ہے۔</w:t>
      </w:r>
    </w:p>
    <w:p>
      <w:r>
        <w:rPr>
          <w:b/>
        </w:rPr>
        <w:t xml:space="preserve">[20:22] </w:t>
      </w:r>
      <w:r>
        <w:t>Similarity.</w:t>
      </w:r>
    </w:p>
    <w:p>
      <w:pPr>
        <w:jc w:val="right"/>
      </w:pPr>
      <w:r>
        <w:t>Similarity۔</w:t>
      </w:r>
    </w:p>
    <w:p>
      <w:r>
        <w:rPr>
          <w:b/>
        </w:rPr>
        <w:t xml:space="preserve">[20:23] </w:t>
      </w:r>
      <w:r>
        <w:t>yani goat ka dhancha similar hai zarafay ke dhanchay se.</w:t>
      </w:r>
    </w:p>
    <w:p>
      <w:pPr>
        <w:jc w:val="right"/>
      </w:pPr>
      <w:r>
        <w:t>یعنی goat کا ڈھانچہ similar ہے زرافے کے ڈھانچے سے۔</w:t>
      </w:r>
    </w:p>
    <w:p>
      <w:r>
        <w:rPr>
          <w:b/>
        </w:rPr>
        <w:t xml:space="preserve">[20:28] </w:t>
      </w:r>
      <w:r>
        <w:t>is liye zarafah jo hai ban gaya hai goat se.</w:t>
      </w:r>
    </w:p>
    <w:p>
      <w:pPr>
        <w:jc w:val="right"/>
      </w:pPr>
      <w:r>
        <w:t>اس لیے زرافہ جو ہے بن گیا ہے goat سے۔</w:t>
      </w:r>
    </w:p>
    <w:p>
      <w:r>
        <w:rPr>
          <w:b/>
        </w:rPr>
        <w:t xml:space="preserve">[20:32] </w:t>
      </w:r>
      <w:r>
        <w:t>billi ka dhancha similar hai sher se.</w:t>
      </w:r>
    </w:p>
    <w:p>
      <w:pPr>
        <w:jc w:val="right"/>
      </w:pPr>
      <w:r>
        <w:t>بلی کا ڈھانچہ similar ہے شیر سے۔</w:t>
      </w:r>
    </w:p>
    <w:p>
      <w:r>
        <w:rPr>
          <w:b/>
        </w:rPr>
        <w:t xml:space="preserve">[20:35] </w:t>
      </w:r>
      <w:r>
        <w:t>to billi jo hai woh sher ban gayi.</w:t>
      </w:r>
    </w:p>
    <w:p>
      <w:pPr>
        <w:jc w:val="right"/>
      </w:pPr>
      <w:r>
        <w:t>تو بلی جو ہے وہ شیر بن گئی۔</w:t>
      </w:r>
    </w:p>
    <w:p>
      <w:r>
        <w:rPr>
          <w:b/>
        </w:rPr>
        <w:t xml:space="preserve">[20:38] </w:t>
      </w:r>
      <w:r>
        <w:t>yeh kya? yeh to badness hai.</w:t>
      </w:r>
    </w:p>
    <w:p>
      <w:pPr>
        <w:jc w:val="right"/>
      </w:pPr>
      <w:r>
        <w:t>یہ کیا؟ یہ تو badness ہے۔</w:t>
      </w:r>
    </w:p>
    <w:p>
      <w:r>
        <w:rPr>
          <w:b/>
        </w:rPr>
        <w:t xml:space="preserve">[20:41] </w:t>
      </w:r>
      <w:r>
        <w:t>jab tak aap dikhayen nahi ke billi sher ban rahi hai, goat zarafah ban rahi hai, tab tak</w:t>
      </w:r>
    </w:p>
    <w:p>
      <w:pPr>
        <w:jc w:val="right"/>
      </w:pPr>
      <w:r>
        <w:t>جب تک آپ دکھائیں نہیں کہ بلی شیر بن رہی ہے، goat زرافہ بن رہی ہے، تب تک</w:t>
      </w:r>
    </w:p>
    <w:p>
      <w:r>
        <w:rPr>
          <w:b/>
        </w:rPr>
        <w:t xml:space="preserve">[20:49] </w:t>
      </w:r>
      <w:r>
        <w:t>yeh guess yeh guess rahega.</w:t>
      </w:r>
    </w:p>
    <w:p>
      <w:pPr>
        <w:jc w:val="right"/>
      </w:pPr>
      <w:r>
        <w:t>یہ guess یہ guess رہے گا۔</w:t>
      </w:r>
    </w:p>
    <w:p>
      <w:r>
        <w:rPr>
          <w:b/>
        </w:rPr>
        <w:t xml:space="preserve">[20:51] </w:t>
      </w:r>
      <w:r>
        <w:t>yeh yeh story rahegi yeh.</w:t>
      </w:r>
    </w:p>
    <w:p>
      <w:pPr>
        <w:jc w:val="right"/>
      </w:pPr>
      <w:r>
        <w:t>یہ یہ story رہے گی یہ۔</w:t>
      </w:r>
    </w:p>
    <w:p>
      <w:r>
        <w:rPr>
          <w:b/>
        </w:rPr>
        <w:t xml:space="preserve">[20:54] </w:t>
      </w:r>
      <w:r>
        <w:t>to yeh darwain ne yeh kiya aur is ko natural selection ka naam diya.</w:t>
      </w:r>
    </w:p>
    <w:p>
      <w:pPr>
        <w:jc w:val="right"/>
      </w:pPr>
      <w:r>
        <w:t>تو یہ ڈارون نے یہ کیا اور اس کو natural selection کا نام دیا۔</w:t>
      </w:r>
    </w:p>
    <w:p>
      <w:r>
        <w:rPr>
          <w:b/>
        </w:rPr>
        <w:t xml:space="preserve">[21:00] </w:t>
      </w:r>
      <w:r>
        <w:t>do term use karta hai woh.</w:t>
      </w:r>
    </w:p>
    <w:p>
      <w:pPr>
        <w:jc w:val="right"/>
      </w:pPr>
      <w:r>
        <w:t>دو term use کرتا ہے وہ۔</w:t>
      </w:r>
    </w:p>
    <w:p>
      <w:r>
        <w:rPr>
          <w:b/>
        </w:rPr>
        <w:t xml:space="preserve">[21:02] </w:t>
      </w:r>
      <w:r>
        <w:t>Natural selection aur survival of the fittest.</w:t>
      </w:r>
    </w:p>
    <w:p>
      <w:pPr>
        <w:jc w:val="right"/>
      </w:pPr>
      <w:r>
        <w:t>Natural selection اور survival of the fittest۔</w:t>
      </w:r>
    </w:p>
    <w:p>
      <w:r>
        <w:rPr>
          <w:b/>
        </w:rPr>
        <w:t xml:space="preserve">[21:05] </w:t>
      </w:r>
      <w:r>
        <w:t>Natural selection aur survival of the fittest.</w:t>
      </w:r>
    </w:p>
    <w:p>
      <w:pPr>
        <w:jc w:val="right"/>
      </w:pPr>
      <w:r>
        <w:t>Natural selection اور survival of the fittest۔</w:t>
      </w:r>
    </w:p>
    <w:p>
      <w:r>
        <w:rPr>
          <w:b/>
        </w:rPr>
        <w:t xml:space="preserve">[21:08] </w:t>
      </w:r>
      <w:r>
        <w:t>to aik khoobsurat mein manta hoon ke is ne bohat hi aik beautiful term banaya.</w:t>
      </w:r>
    </w:p>
    <w:p>
      <w:pPr>
        <w:jc w:val="right"/>
      </w:pPr>
      <w:r>
        <w:t>تو ایک خوبصورت میں مانتا ہوں کہ اس نے بہت ہی ایک beautiful term بنایا۔</w:t>
      </w:r>
    </w:p>
    <w:p>
      <w:r>
        <w:rPr>
          <w:b/>
        </w:rPr>
        <w:t xml:space="preserve">[21:15] </w:t>
      </w:r>
      <w:r>
        <w:t>is is ka badshah tha darwin.</w:t>
      </w:r>
    </w:p>
    <w:p>
      <w:pPr>
        <w:jc w:val="right"/>
      </w:pPr>
      <w:r>
        <w:t>اس اس کا بادشاہ تھا ڈارون۔</w:t>
      </w:r>
    </w:p>
    <w:p>
      <w:r>
        <w:rPr>
          <w:b/>
        </w:rPr>
        <w:t xml:space="preserve">[21:17] </w:t>
      </w:r>
      <w:r>
        <w:t>beautiful term banane ka.</w:t>
      </w:r>
    </w:p>
    <w:p>
      <w:pPr>
        <w:jc w:val="right"/>
      </w:pPr>
      <w:r>
        <w:t>Beautiful term بنانے کا۔</w:t>
      </w:r>
    </w:p>
    <w:p>
      <w:r>
        <w:rPr>
          <w:b/>
        </w:rPr>
        <w:t xml:space="preserve">[21:19] </w:t>
      </w:r>
      <w:r>
        <w:t>lekin is term ke peeche kya tha? kuch bhi nahi tha.</w:t>
      </w:r>
    </w:p>
    <w:p>
      <w:pPr>
        <w:jc w:val="right"/>
      </w:pPr>
      <w:r>
        <w:t>لیکن اس term کے پیچھے کیا تھا؟ کچھ بھی نہیں تھا۔</w:t>
      </w:r>
    </w:p>
    <w:p>
      <w:r>
        <w:rPr>
          <w:b/>
        </w:rPr>
        <w:t xml:space="preserve">[21:24] </w:t>
      </w:r>
      <w:r>
        <w:t>is ke baad dirt check.</w:t>
      </w:r>
    </w:p>
    <w:p>
      <w:pPr>
        <w:jc w:val="right"/>
      </w:pPr>
      <w:r>
        <w:t>اس کے بعد dirt check۔</w:t>
      </w:r>
    </w:p>
    <w:p>
      <w:r>
        <w:rPr>
          <w:b/>
        </w:rPr>
        <w:t xml:space="preserve">[21:26] </w:t>
      </w:r>
      <w:r>
        <w:t>dirt check use hota hai bank ki istilaah mein.</w:t>
      </w:r>
    </w:p>
    <w:p>
      <w:pPr>
        <w:jc w:val="right"/>
      </w:pPr>
      <w:r>
        <w:t>Dirt check use ہوتا ہے بینک کی اصطلاح میں۔</w:t>
      </w:r>
    </w:p>
    <w:p>
      <w:r>
        <w:rPr>
          <w:b/>
        </w:rPr>
        <w:t xml:space="preserve">[21:30] </w:t>
      </w:r>
      <w:r>
        <w:t>agar aap ek check likhein, is par likh dein ke five thousand rupee de dein kisi ko.</w:t>
      </w:r>
    </w:p>
    <w:p>
      <w:pPr>
        <w:jc w:val="right"/>
      </w:pPr>
      <w:r>
        <w:t>اگر آپ ایک چیک لکھیں، اس پر لکھ دیں کہ five thousand روپیہ دے دیں کسی کو۔</w:t>
      </w:r>
    </w:p>
    <w:p>
      <w:r>
        <w:rPr>
          <w:b/>
        </w:rPr>
        <w:t xml:space="preserve">[21:37] </w:t>
      </w:r>
      <w:r>
        <w:t>aur jab woh bank mein jaye to woh kahe ke bhai is mein to ab sirf das rupee,</w:t>
      </w:r>
    </w:p>
    <w:p>
      <w:pPr>
        <w:jc w:val="right"/>
      </w:pPr>
      <w:r>
        <w:t>اور جب وہ بینک میں جائے تو وہ کہے کہ بھئی اس میں تو اب صرف دس روپیہ،</w:t>
      </w:r>
    </w:p>
    <w:p>
      <w:r>
        <w:rPr>
          <w:b/>
        </w:rPr>
        <w:t xml:space="preserve">[21:45] </w:t>
      </w:r>
      <w:r>
        <w:t>sau rupee hai bas.</w:t>
      </w:r>
    </w:p>
    <w:p>
      <w:pPr>
        <w:jc w:val="right"/>
      </w:pPr>
      <w:r>
        <w:t>سو روپیہ ہے بس۔</w:t>
      </w:r>
    </w:p>
    <w:p>
      <w:r>
        <w:rPr>
          <w:b/>
        </w:rPr>
        <w:t xml:space="preserve">[21:46] </w:t>
      </w:r>
      <w:r>
        <w:t>to woh hai dirt check.</w:t>
      </w:r>
    </w:p>
    <w:p>
      <w:pPr>
        <w:jc w:val="right"/>
      </w:pPr>
      <w:r>
        <w:t>تو وہ ہے dirt check۔</w:t>
      </w:r>
    </w:p>
    <w:p>
      <w:r>
        <w:rPr>
          <w:b/>
        </w:rPr>
        <w:t xml:space="preserve">[21:49] </w:t>
      </w:r>
      <w:r>
        <w:t>D U D.</w:t>
      </w:r>
    </w:p>
    <w:p>
      <w:pPr>
        <w:jc w:val="right"/>
      </w:pPr>
      <w:r>
        <w:t>D U D۔</w:t>
      </w:r>
    </w:p>
    <w:p>
      <w:r>
        <w:rPr>
          <w:b/>
        </w:rPr>
        <w:t xml:space="preserve">[21:50] </w:t>
      </w:r>
      <w:r>
        <w:t>yaani jis check ke peeche bank mein paisa maujood na ho.</w:t>
      </w:r>
    </w:p>
    <w:p>
      <w:pPr>
        <w:jc w:val="right"/>
      </w:pPr>
      <w:r>
        <w:t>یعنی جس چیک کے پیچھے بینک میں پیسہ موجود نہ ہو۔</w:t>
      </w:r>
    </w:p>
    <w:p>
      <w:r>
        <w:rPr>
          <w:b/>
        </w:rPr>
        <w:t xml:space="preserve">[21:55] </w:t>
      </w:r>
      <w:r>
        <w:t>to aisa hi hai, yeh beautiful words hain jis ke liye koi yaani reality mein, real world mein</w:t>
      </w:r>
    </w:p>
    <w:p>
      <w:pPr>
        <w:jc w:val="right"/>
      </w:pPr>
      <w:r>
        <w:t>تو ایسا ہی ہے، یہ beautiful words ہیں جس کے لیے کوئی یعنی reality میں، real world میں</w:t>
      </w:r>
    </w:p>
    <w:p>
      <w:r>
        <w:rPr>
          <w:b/>
        </w:rPr>
        <w:t xml:space="preserve">[22:03] </w:t>
      </w:r>
      <w:r>
        <w:t>is ka koi proof nahi hai.</w:t>
      </w:r>
    </w:p>
    <w:p>
      <w:pPr>
        <w:jc w:val="right"/>
      </w:pPr>
      <w:r>
        <w:t>اس کا کوئی proof نہیں ہے۔</w:t>
      </w:r>
    </w:p>
    <w:p>
      <w:r>
        <w:rPr>
          <w:b/>
        </w:rPr>
        <w:t xml:space="preserve">[22:05] </w:t>
      </w:r>
      <w:r>
        <w:t>yeh tha darwin ka yaani darwin ka yeh mughalta ya deception jo bhi lafz boliye aap.</w:t>
      </w:r>
    </w:p>
    <w:p>
      <w:pPr>
        <w:jc w:val="right"/>
      </w:pPr>
      <w:r>
        <w:t>یہ تھا ڈارون کا یعنی ڈارون کا یہ مغالطہ یا deception جو بھی لفظ بولیے آپ۔</w:t>
      </w:r>
    </w:p>
    <w:p>
      <w:r>
        <w:rPr>
          <w:b/>
        </w:rPr>
        <w:t xml:space="preserve">[22:12] </w:t>
      </w:r>
      <w:r>
        <w:t>ab aap leijiye marx ko.</w:t>
      </w:r>
    </w:p>
    <w:p>
      <w:pPr>
        <w:jc w:val="right"/>
      </w:pPr>
      <w:r>
        <w:t>اب آپ لیجیے مارس کو۔</w:t>
      </w:r>
    </w:p>
    <w:p>
      <w:r>
        <w:rPr>
          <w:b/>
        </w:rPr>
        <w:t xml:space="preserve">[22:14] </w:t>
      </w:r>
      <w:r>
        <w:t>karl marx.</w:t>
      </w:r>
    </w:p>
    <w:p>
      <w:pPr>
        <w:jc w:val="right"/>
      </w:pPr>
      <w:r>
        <w:t>کارل مارس۔</w:t>
      </w:r>
    </w:p>
    <w:p>
      <w:r>
        <w:rPr>
          <w:b/>
        </w:rPr>
        <w:t xml:space="preserve">[22:16] </w:t>
      </w:r>
      <w:r>
        <w:t>karl marx jis ki death hui hai 1883 mein.</w:t>
      </w:r>
    </w:p>
    <w:p>
      <w:pPr>
        <w:jc w:val="right"/>
      </w:pPr>
      <w:r>
        <w:t>کارل مارس جس کی death ہوئی ہے اٹھارہ سو تراسی میں۔</w:t>
      </w:r>
    </w:p>
    <w:p>
      <w:r>
        <w:rPr>
          <w:b/>
        </w:rPr>
        <w:t xml:space="preserve">[22:20] </w:t>
      </w:r>
      <w:r>
        <w:t>yeh germany mein paida hua, bohat hi intelligent aadmi tha, bohat intelligent.</w:t>
      </w:r>
    </w:p>
    <w:p>
      <w:pPr>
        <w:jc w:val="right"/>
      </w:pPr>
      <w:r>
        <w:t>یہ جرمنی میں پیدا ہوا، بہت ہی intelligent آدمی تھا، بہت intelligent۔</w:t>
      </w:r>
    </w:p>
    <w:p>
      <w:r>
        <w:rPr>
          <w:b/>
        </w:rPr>
        <w:t xml:space="preserve">[22:25] </w:t>
      </w:r>
      <w:r>
        <w:t>to is ne kya kiya? is ne ek theory banai.</w:t>
      </w:r>
    </w:p>
    <w:p>
      <w:pPr>
        <w:jc w:val="right"/>
      </w:pPr>
      <w:r>
        <w:t>تو اس نے کیا کیا؟ اس نے ایک تھیوری بنائی۔</w:t>
      </w:r>
    </w:p>
    <w:p>
      <w:r>
        <w:rPr>
          <w:b/>
        </w:rPr>
        <w:t xml:space="preserve">[22:30] </w:t>
      </w:r>
      <w:r>
        <w:t>jis ko kehte hain dialectical materialism.</w:t>
      </w:r>
    </w:p>
    <w:p>
      <w:pPr>
        <w:jc w:val="right"/>
      </w:pPr>
      <w:r>
        <w:t>جس کو کہتے ہیں dialectical materialism۔</w:t>
      </w:r>
    </w:p>
    <w:p>
      <w:r>
        <w:rPr>
          <w:b/>
        </w:rPr>
        <w:t xml:space="preserve">[22:32] </w:t>
      </w:r>
      <w:r>
        <w:t>is theory ki is ne asal nikali four bach se aur aur hegel se.</w:t>
      </w:r>
    </w:p>
    <w:p>
      <w:pPr>
        <w:jc w:val="right"/>
      </w:pPr>
      <w:r>
        <w:t>اس تھیوری کی اس نے اصل نکالی فور باخ سے اور اور ہیگل سے۔</w:t>
      </w:r>
    </w:p>
    <w:p>
      <w:r>
        <w:rPr>
          <w:b/>
        </w:rPr>
        <w:t xml:space="preserve">[22:38] </w:t>
      </w:r>
      <w:r>
        <w:t>to theory banai, kya theory thi? is par kitaab likhi is ne, daos capital.</w:t>
      </w:r>
    </w:p>
    <w:p>
      <w:pPr>
        <w:jc w:val="right"/>
      </w:pPr>
      <w:r>
        <w:t>تو تھیوری بنائی، کیا تھیوری تھی؟ اس پر کتاب لکھی اس نے، داؤس کیپیٹل۔</w:t>
      </w:r>
    </w:p>
    <w:p>
      <w:r>
        <w:rPr>
          <w:b/>
        </w:rPr>
        <w:t xml:space="preserve">[22:44] </w:t>
      </w:r>
      <w:r>
        <w:t>to bohat parha tha, bohat parha tha, bohat parha is ne.</w:t>
      </w:r>
    </w:p>
    <w:p>
      <w:pPr>
        <w:jc w:val="right"/>
      </w:pPr>
      <w:r>
        <w:t>تو بہت پڑھا تھا، بہت پڑھا تھا، بہت پڑھا اس نے۔</w:t>
      </w:r>
    </w:p>
    <w:p>
      <w:r>
        <w:rPr>
          <w:b/>
        </w:rPr>
        <w:t xml:space="preserve">[22:49] </w:t>
      </w:r>
      <w:r>
        <w:t>lekin jo is ne theory pesh ki woh to bilkul stupid theory thi woh.</w:t>
      </w:r>
    </w:p>
    <w:p>
      <w:pPr>
        <w:jc w:val="right"/>
      </w:pPr>
      <w:r>
        <w:t>لیکن جو اس نے تھیوری پیش کی وہ تو بالکل stupid تھیوری تھی وہ۔</w:t>
      </w:r>
    </w:p>
    <w:p>
      <w:r>
        <w:rPr>
          <w:b/>
        </w:rPr>
        <w:t xml:space="preserve">[22:55] </w:t>
      </w:r>
      <w:r>
        <w:t>is ne bataya ke history mein hamesha ek takraao rehta hai, takraao.</w:t>
      </w:r>
    </w:p>
    <w:p>
      <w:pPr>
        <w:jc w:val="right"/>
      </w:pPr>
      <w:r>
        <w:t>اس نے بتایا کہ history میں ہمیشہ ایک ٹکراؤ رہتا ہے، ٹکراؤ۔</w:t>
      </w:r>
    </w:p>
    <w:p>
      <w:r>
        <w:rPr>
          <w:b/>
        </w:rPr>
        <w:t xml:space="preserve">[23:00] </w:t>
      </w:r>
      <w:r>
        <w:t>aur insaan ko bant diya is ne exploiter aur exploited mein.</w:t>
      </w:r>
    </w:p>
    <w:p>
      <w:pPr>
        <w:jc w:val="right"/>
      </w:pPr>
      <w:r>
        <w:t>اور انسان کو بانٹ دیا اس نے exploiter اور exploited میں۔</w:t>
      </w:r>
    </w:p>
    <w:p>
      <w:r>
        <w:rPr>
          <w:b/>
        </w:rPr>
        <w:t xml:space="preserve">[23:05] </w:t>
      </w:r>
      <w:r>
        <w:t>kuch log exploit karte hain, kuch log exploit hote hain.</w:t>
      </w:r>
    </w:p>
    <w:p>
      <w:pPr>
        <w:jc w:val="right"/>
      </w:pPr>
      <w:r>
        <w:t>کچھ لوگ exploit کرتے ہیں، کچھ لوگ exploit ہوتے ہیں۔</w:t>
      </w:r>
    </w:p>
    <w:p>
      <w:r>
        <w:rPr>
          <w:b/>
        </w:rPr>
        <w:t xml:space="preserve">[23:09] </w:t>
      </w:r>
      <w:r>
        <w:t>Exploiters aur exploited.</w:t>
      </w:r>
    </w:p>
    <w:p>
      <w:pPr>
        <w:jc w:val="right"/>
      </w:pPr>
      <w:r>
        <w:t>Exploiters اور exploited۔</w:t>
      </w:r>
    </w:p>
    <w:p>
      <w:r>
        <w:rPr>
          <w:b/>
        </w:rPr>
        <w:t xml:space="preserve">[23:11] </w:t>
      </w:r>
      <w:r>
        <w:t>donon mein crash hota hai.</w:t>
      </w:r>
    </w:p>
    <w:p>
      <w:pPr>
        <w:jc w:val="right"/>
      </w:pPr>
      <w:r>
        <w:t>دونوں میں crash ہوتا ہے۔</w:t>
      </w:r>
    </w:p>
    <w:p>
      <w:r>
        <w:rPr>
          <w:b/>
        </w:rPr>
        <w:t xml:space="preserve">[23:13] </w:t>
      </w:r>
      <w:r>
        <w:t>is ko is ne ek hegel se le kar ke bohat hi beautiful naam diya.</w:t>
      </w:r>
    </w:p>
    <w:p>
      <w:pPr>
        <w:jc w:val="right"/>
      </w:pPr>
      <w:r>
        <w:t>اس کو اس نے ایک ہیگل سے لے کر کے بہت ہی beautiful نام دیا۔</w:t>
      </w:r>
    </w:p>
    <w:p>
      <w:r>
        <w:rPr>
          <w:b/>
        </w:rPr>
        <w:t xml:space="preserve">[23:19] </w:t>
      </w:r>
      <w:r>
        <w:t>Dialectical materialism.</w:t>
      </w:r>
    </w:p>
    <w:p>
      <w:pPr>
        <w:jc w:val="right"/>
      </w:pPr>
      <w:r>
        <w:t>Dialectical materialism۔</w:t>
      </w:r>
    </w:p>
    <w:p>
      <w:r>
        <w:rPr>
          <w:b/>
        </w:rPr>
        <w:t xml:space="preserve">[23:21] </w:t>
      </w:r>
      <w:r>
        <w:t>to is ne kaha ke history mein kya hota hai? Thesis, anti-thesis aur synthesis.</w:t>
      </w:r>
    </w:p>
    <w:p>
      <w:pPr>
        <w:jc w:val="right"/>
      </w:pPr>
      <w:r>
        <w:t>تو اس نے کہا کہ history میں کیا ہوتا ہے؟ Thesis, anti-thesis اور synthesis۔</w:t>
      </w:r>
    </w:p>
    <w:p>
      <w:r>
        <w:rPr>
          <w:b/>
        </w:rPr>
        <w:t xml:space="preserve">[23:27] </w:t>
      </w:r>
      <w:r>
        <w:t>yeh ek process hai.</w:t>
      </w:r>
    </w:p>
    <w:p>
      <w:pPr>
        <w:jc w:val="right"/>
      </w:pPr>
      <w:r>
        <w:t>یہ ایک process ہے۔</w:t>
      </w:r>
    </w:p>
    <w:p>
      <w:r>
        <w:rPr>
          <w:b/>
        </w:rPr>
        <w:t xml:space="preserve">[23:28] </w:t>
      </w:r>
      <w:r>
        <w:t>jaise ke is zamane mein is ne bataya ke capitalist paida hui hai.</w:t>
      </w:r>
    </w:p>
    <w:p>
      <w:pPr>
        <w:jc w:val="right"/>
      </w:pPr>
      <w:r>
        <w:t>جیسے کہ اس زمانے میں اس نے بتایا کہ capitalist پیدا ہوئی ہے۔</w:t>
      </w:r>
    </w:p>
    <w:p>
      <w:r>
        <w:rPr>
          <w:b/>
        </w:rPr>
        <w:t xml:space="preserve">[23:34] </w:t>
      </w:r>
      <w:r>
        <w:t>Capitalist jo hai woh thesis hai.</w:t>
      </w:r>
    </w:p>
    <w:p>
      <w:pPr>
        <w:jc w:val="right"/>
      </w:pPr>
      <w:r>
        <w:t>Capitalist جو ہے وہ thesis ہے۔</w:t>
      </w:r>
    </w:p>
    <w:p>
      <w:r>
        <w:rPr>
          <w:b/>
        </w:rPr>
        <w:t xml:space="preserve">[23:37] </w:t>
      </w:r>
      <w:r>
        <w:t>is ka anti-thesis kya hai? Labour class hai.</w:t>
      </w:r>
    </w:p>
    <w:p>
      <w:pPr>
        <w:jc w:val="right"/>
      </w:pPr>
      <w:r>
        <w:t>اس کا anti-thesis کیا ہے؟ Labour class ہے۔</w:t>
      </w:r>
    </w:p>
    <w:p>
      <w:r>
        <w:rPr>
          <w:b/>
        </w:rPr>
        <w:t xml:space="preserve">[23:40] </w:t>
      </w:r>
      <w:r>
        <w:t>ab donon mein crash hoga.</w:t>
      </w:r>
    </w:p>
    <w:p>
      <w:pPr>
        <w:jc w:val="right"/>
      </w:pPr>
      <w:r>
        <w:t>اب دونوں میں crash ہوگا۔</w:t>
      </w:r>
    </w:p>
    <w:p>
      <w:r>
        <w:rPr>
          <w:b/>
        </w:rPr>
        <w:t xml:space="preserve">[23:42] </w:t>
      </w:r>
      <w:r>
        <w:t>is ke baad synthesis hoga.</w:t>
      </w:r>
    </w:p>
    <w:p>
      <w:pPr>
        <w:jc w:val="right"/>
      </w:pPr>
      <w:r>
        <w:t>اس کے بعد synthesis ہوگا۔</w:t>
      </w:r>
    </w:p>
    <w:p>
      <w:r>
        <w:rPr>
          <w:b/>
        </w:rPr>
        <w:t xml:space="preserve">[23:44] </w:t>
      </w:r>
      <w:r>
        <w:t>aur phir woh better nizaam ban jaye ga.</w:t>
      </w:r>
    </w:p>
    <w:p>
      <w:pPr>
        <w:jc w:val="right"/>
      </w:pPr>
      <w:r>
        <w:t>اور پھر وہ better نظام بن جائے گا۔</w:t>
      </w:r>
    </w:p>
    <w:p>
      <w:r>
        <w:rPr>
          <w:b/>
        </w:rPr>
        <w:t xml:space="preserve">[23:48] </w:t>
      </w:r>
      <w:r>
        <w:t>to yeh ek ek poori poori history mein koi takrao hai.</w:t>
      </w:r>
    </w:p>
    <w:p>
      <w:pPr>
        <w:jc w:val="right"/>
      </w:pPr>
      <w:r>
        <w:t>تو یہ ایک ایک پوری پوری history میں کوئی ٹکراؤ ہے۔</w:t>
      </w:r>
    </w:p>
    <w:p>
      <w:r>
        <w:rPr>
          <w:b/>
        </w:rPr>
        <w:t xml:space="preserve">[23:52] </w:t>
      </w:r>
      <w:r>
        <w:t>Exploiters ka, exploited ka.</w:t>
      </w:r>
    </w:p>
    <w:p>
      <w:pPr>
        <w:jc w:val="right"/>
      </w:pPr>
      <w:r>
        <w:t>Exploiters کا، exploited کا۔</w:t>
      </w:r>
    </w:p>
    <w:p>
      <w:r>
        <w:rPr>
          <w:b/>
        </w:rPr>
        <w:t xml:space="preserve">[23:54] </w:t>
      </w:r>
      <w:r>
        <w:t>Thesis ka, anti-thesis ka.</w:t>
      </w:r>
    </w:p>
    <w:p>
      <w:pPr>
        <w:jc w:val="right"/>
      </w:pPr>
      <w:r>
        <w:t>Thesis کا، anti-thesis کا۔</w:t>
      </w:r>
    </w:p>
    <w:p>
      <w:r>
        <w:rPr>
          <w:b/>
        </w:rPr>
        <w:t xml:space="preserve">[23:56] </w:t>
      </w:r>
      <w:r>
        <w:t>aur phir synthesis hota rehta hai.</w:t>
      </w:r>
    </w:p>
    <w:p>
      <w:pPr>
        <w:jc w:val="right"/>
      </w:pPr>
      <w:r>
        <w:t>اور پھر synthesis ہوتا رہتا ہے۔</w:t>
      </w:r>
    </w:p>
    <w:p>
      <w:r>
        <w:rPr>
          <w:b/>
        </w:rPr>
        <w:t xml:space="preserve">[23:58] </w:t>
      </w:r>
      <w:r>
        <w:t>to poori life ko takrao ki life bana diya is ne.</w:t>
      </w:r>
    </w:p>
    <w:p>
      <w:pPr>
        <w:jc w:val="right"/>
      </w:pPr>
      <w:r>
        <w:t>تو پوری life کو ٹکراؤ کی life بنا دیا اس نے۔</w:t>
      </w:r>
    </w:p>
    <w:p>
      <w:r>
        <w:rPr>
          <w:b/>
        </w:rPr>
        <w:t xml:space="preserve">[24:03] </w:t>
      </w:r>
      <w:r>
        <w:t>is ne itna asar dala hai, Marx ne.</w:t>
      </w:r>
    </w:p>
    <w:p>
      <w:pPr>
        <w:jc w:val="right"/>
      </w:pPr>
      <w:r>
        <w:t>اس نے اتنا اثر ڈالا ہے، مارس نے۔</w:t>
      </w:r>
    </w:p>
    <w:p>
      <w:r>
        <w:rPr>
          <w:b/>
        </w:rPr>
        <w:t xml:space="preserve">[24:07] </w:t>
      </w:r>
      <w:r>
        <w:t>ke Galbraith ne likha jo bohat bara scholar tha America ka, mar gaya.</w:t>
      </w:r>
    </w:p>
    <w:p>
      <w:pPr>
        <w:jc w:val="right"/>
      </w:pPr>
      <w:r>
        <w:t>کہ گاربریتھ نے لکھا جو بہت بڑا scholar تھا امریکہ کا، مر گیا۔</w:t>
      </w:r>
    </w:p>
    <w:p>
      <w:r>
        <w:rPr>
          <w:b/>
        </w:rPr>
        <w:t xml:space="preserve">[24:12] </w:t>
      </w:r>
      <w:r>
        <w:t>Galbraith ne.</w:t>
      </w:r>
    </w:p>
    <w:p>
      <w:pPr>
        <w:jc w:val="right"/>
      </w:pPr>
      <w:r>
        <w:t>گاربریتھ نے۔</w:t>
      </w:r>
    </w:p>
    <w:p>
      <w:r>
        <w:rPr>
          <w:b/>
        </w:rPr>
        <w:t xml:space="preserve">[24:14] </w:t>
      </w:r>
      <w:r>
        <w:t>is ne kaha ke history mein Muhammad se bhi zyada agar kisi ne asar dala history par to</w:t>
      </w:r>
    </w:p>
    <w:p>
      <w:pPr>
        <w:jc w:val="right"/>
      </w:pPr>
      <w:r>
        <w:t>اس نے کہا کہ history میں محمد سے بھی زیادہ اگر کسی نے اثر ڈالا history پر تو</w:t>
      </w:r>
    </w:p>
    <w:p>
      <w:r>
        <w:rPr>
          <w:b/>
        </w:rPr>
        <w:t xml:space="preserve">[24:21] </w:t>
      </w:r>
      <w:r>
        <w:t>woh Karl Marx hai.</w:t>
      </w:r>
    </w:p>
    <w:p>
      <w:pPr>
        <w:jc w:val="right"/>
      </w:pPr>
      <w:r>
        <w:t>وہ کارل مارس ہے۔</w:t>
      </w:r>
    </w:p>
    <w:p>
      <w:r>
        <w:rPr>
          <w:b/>
        </w:rPr>
        <w:t xml:space="preserve">[24:23] </w:t>
      </w:r>
      <w:r>
        <w:t>saari duniya ko is ne is mein is is option mein daal diya.</w:t>
      </w:r>
    </w:p>
    <w:p>
      <w:pPr>
        <w:jc w:val="right"/>
      </w:pPr>
      <w:r>
        <w:t>ساری دنیا کو اس نے اس میں اس اس option میں ڈال دیا۔</w:t>
      </w:r>
    </w:p>
    <w:p>
      <w:r>
        <w:rPr>
          <w:b/>
        </w:rPr>
        <w:t xml:space="preserve">[24:29] </w:t>
      </w:r>
      <w:r>
        <w:t>aur isi ka nateeja hai ke aaj aap dekhte hain har taraf takrao.</w:t>
      </w:r>
    </w:p>
    <w:p>
      <w:pPr>
        <w:jc w:val="right"/>
      </w:pPr>
      <w:r>
        <w:t>اور اسی کا نتیجہ ہے کہ آج آپ دیکھتے ہیں ہر طرف ٹکراؤ۔</w:t>
      </w:r>
    </w:p>
    <w:p>
      <w:r>
        <w:rPr>
          <w:b/>
        </w:rPr>
        <w:t xml:space="preserve">[24:34] </w:t>
      </w:r>
      <w:r>
        <w:t>main ek baar gaya is area mein jahan ke bihaar aur bangaal ke area mein jahan ke kohli</w:t>
      </w:r>
    </w:p>
    <w:p>
      <w:pPr>
        <w:jc w:val="right"/>
      </w:pPr>
      <w:r>
        <w:t>میں ایک بار گیا اس ایریا میں جہاں کہ بہار اور بنگال کے ایریا میں جہاں کہ کوہلی</w:t>
      </w:r>
    </w:p>
    <w:p>
      <w:r>
        <w:rPr>
          <w:b/>
        </w:rPr>
        <w:t xml:space="preserve">[24:42] </w:t>
      </w:r>
      <w:r>
        <w:t>kaanein hain.</w:t>
      </w:r>
    </w:p>
    <w:p>
      <w:pPr>
        <w:jc w:val="right"/>
      </w:pPr>
      <w:r>
        <w:t>کانیں ہیں۔</w:t>
      </w:r>
    </w:p>
    <w:p>
      <w:r>
        <w:rPr>
          <w:b/>
        </w:rPr>
        <w:t xml:space="preserve">[24:43] </w:t>
      </w:r>
      <w:r>
        <w:t>sab kaanein band padi thi.</w:t>
      </w:r>
    </w:p>
    <w:p>
      <w:pPr>
        <w:jc w:val="right"/>
      </w:pPr>
      <w:r>
        <w:t>سب کانیں بند پڑی تھیں۔</w:t>
      </w:r>
    </w:p>
    <w:p>
      <w:r>
        <w:rPr>
          <w:b/>
        </w:rPr>
        <w:t xml:space="preserve">[24:46] </w:t>
      </w:r>
      <w:r>
        <w:t>sab band padi thi.</w:t>
      </w:r>
    </w:p>
    <w:p>
      <w:pPr>
        <w:jc w:val="right"/>
      </w:pPr>
      <w:r>
        <w:t>سب بند پڑی تھیں۔</w:t>
      </w:r>
    </w:p>
    <w:p>
      <w:r>
        <w:rPr>
          <w:b/>
        </w:rPr>
        <w:t xml:space="preserve">[24:47] </w:t>
      </w:r>
      <w:r>
        <w:t>to maine poocha ke yeh kya qissa hai? to wahan par yeh marxism phaila hua hai.</w:t>
      </w:r>
    </w:p>
    <w:p>
      <w:pPr>
        <w:jc w:val="right"/>
      </w:pPr>
      <w:r>
        <w:t>تو میں نے پوچھا کہ یہ کیا قصہ ہے؟ تو وہاں پر یہ مارکسزم پھیلا ہوا ہے۔</w:t>
      </w:r>
    </w:p>
    <w:p>
      <w:r>
        <w:rPr>
          <w:b/>
        </w:rPr>
        <w:t xml:space="preserve">[24:55] </w:t>
      </w:r>
      <w:r>
        <w:t>abhi bhi aap jaante hain ke muawza kya hai, woh marxism ka extension hai.</w:t>
      </w:r>
    </w:p>
    <w:p>
      <w:pPr>
        <w:jc w:val="right"/>
      </w:pPr>
      <w:r>
        <w:t>ابھی بھی آپ جانتے ہیں کہ معاوض کیا ہے، وہ مارکسزم کا extension ہے۔</w:t>
      </w:r>
    </w:p>
    <w:p>
      <w:r>
        <w:rPr>
          <w:b/>
        </w:rPr>
        <w:t xml:space="preserve">[25:01] </w:t>
      </w:r>
      <w:r>
        <w:t>to wahan par mazdoor aur aur سرمایہ دار ke jhagde mein strike, strike, strike.</w:t>
      </w:r>
    </w:p>
    <w:p>
      <w:pPr>
        <w:jc w:val="right"/>
      </w:pPr>
      <w:r>
        <w:t>تو وہاں پر مزدور اور اور سرمایہ دار کے جھگڑے میں strike، strike، strike۔</w:t>
      </w:r>
    </w:p>
    <w:p>
      <w:r>
        <w:rPr>
          <w:b/>
        </w:rPr>
        <w:t xml:space="preserve">[25:07] </w:t>
      </w:r>
      <w:r>
        <w:t>yani india ko koylaha bahar se mangaana pada, australia se mangaana pada.</w:t>
      </w:r>
    </w:p>
    <w:p>
      <w:pPr>
        <w:jc w:val="right"/>
      </w:pPr>
      <w:r>
        <w:t>یعنی انڈیا کو کوئلہ باہر سے منگانا پڑا، آسٹریلیا سے منگانا پڑا۔</w:t>
      </w:r>
    </w:p>
    <w:p>
      <w:r>
        <w:rPr>
          <w:b/>
        </w:rPr>
        <w:t xml:space="preserve">[25:12] </w:t>
      </w:r>
      <w:r>
        <w:t>kyunke mulk ke jo koyle the, woh strike ki wajah se woh kaanein band padi hui thi.</w:t>
      </w:r>
    </w:p>
    <w:p>
      <w:pPr>
        <w:jc w:val="right"/>
      </w:pPr>
      <w:r>
        <w:t>کیونکہ ملک کے جو کوئلے تھے، وہ strike کی وجہ سے وہ کانیں بند پڑی ہوئی تھیں۔</w:t>
      </w:r>
    </w:p>
    <w:p>
      <w:r>
        <w:rPr>
          <w:b/>
        </w:rPr>
        <w:t xml:space="preserve">[25:19] </w:t>
      </w:r>
      <w:r>
        <w:t>abhi bhi yahi haalat hai.</w:t>
      </w:r>
    </w:p>
    <w:p>
      <w:pPr>
        <w:jc w:val="right"/>
      </w:pPr>
      <w:r>
        <w:t>ابھی بھی یہی حالت ہے۔</w:t>
      </w:r>
    </w:p>
    <w:p>
      <w:r>
        <w:rPr>
          <w:b/>
        </w:rPr>
        <w:t xml:space="preserve">[25:21] </w:t>
      </w:r>
      <w:r>
        <w:t>to yeh jo hota hai, strike hota hai, bharat band hota hai.</w:t>
      </w:r>
    </w:p>
    <w:p>
      <w:pPr>
        <w:jc w:val="right"/>
      </w:pPr>
      <w:r>
        <w:t>تو یہ جو ہوتا ہے، strike ہوتا ہے، بھارت بند ہوتا ہے۔</w:t>
      </w:r>
    </w:p>
    <w:p>
      <w:r>
        <w:rPr>
          <w:b/>
        </w:rPr>
        <w:t xml:space="preserve">[25:26] </w:t>
      </w:r>
      <w:r>
        <w:t>aur aaye din jo takrao hota hai, takrao ki policy chal padi hai hamare paas.</w:t>
      </w:r>
    </w:p>
    <w:p>
      <w:pPr>
        <w:jc w:val="right"/>
      </w:pPr>
      <w:r>
        <w:t>اور آئے دن جو ٹکراؤ ہوتا ہے، ٹکراؤ کی policy چل پڑی ہے ہمارے پاس۔</w:t>
      </w:r>
    </w:p>
    <w:p>
      <w:r>
        <w:rPr>
          <w:b/>
        </w:rPr>
        <w:t xml:space="preserve">[25:33] </w:t>
      </w:r>
      <w:r>
        <w:t>yeh sab deen hai mars ka.</w:t>
      </w:r>
    </w:p>
    <w:p>
      <w:pPr>
        <w:jc w:val="right"/>
      </w:pPr>
      <w:r>
        <w:t>یہ سب دین ہے مارس کا۔</w:t>
      </w:r>
    </w:p>
    <w:p>
      <w:r>
        <w:rPr>
          <w:b/>
        </w:rPr>
        <w:t xml:space="preserve">[25:35] </w:t>
      </w:r>
      <w:r>
        <w:t>yeh dialectical materialism ka yeh extension hai.</w:t>
      </w:r>
    </w:p>
    <w:p>
      <w:pPr>
        <w:jc w:val="right"/>
      </w:pPr>
      <w:r>
        <w:t>یہ dialectical materialism کا یہ extension ہے۔</w:t>
      </w:r>
    </w:p>
    <w:p>
      <w:r>
        <w:rPr>
          <w:b/>
        </w:rPr>
        <w:t xml:space="preserve">[25:38] </w:t>
      </w:r>
      <w:r>
        <w:t>abhi bhi wahi role kar rahe hain jahan bhi marx waadi hain, jahan bhi leftist hain.</w:t>
      </w:r>
    </w:p>
    <w:p>
      <w:pPr>
        <w:jc w:val="right"/>
      </w:pPr>
      <w:r>
        <w:t>ابھی بھی وہی role کر رہے ہیں جہاں بھی مارکس وادی ہیں، جہاں بھی leftist ہیں۔</w:t>
      </w:r>
    </w:p>
    <w:p>
      <w:r>
        <w:rPr>
          <w:b/>
        </w:rPr>
        <w:t xml:space="preserve">[25:45] </w:t>
      </w:r>
      <w:r>
        <w:t>abhi bhi duniya ko unhon ne leftist aur rightist mein baant rakha hai.</w:t>
      </w:r>
    </w:p>
    <w:p>
      <w:pPr>
        <w:jc w:val="right"/>
      </w:pPr>
      <w:r>
        <w:t>ابھی بھی دنیا کو انہوں نے leftist اور rightist میں بانٹ رکھا ہے۔</w:t>
      </w:r>
    </w:p>
    <w:p>
      <w:r>
        <w:rPr>
          <w:b/>
        </w:rPr>
        <w:t xml:space="preserve">[25:51] </w:t>
      </w:r>
      <w:r>
        <w:t>leftist aur rightist ka takrao chal raha hai.</w:t>
      </w:r>
    </w:p>
    <w:p>
      <w:pPr>
        <w:jc w:val="right"/>
      </w:pPr>
      <w:r>
        <w:t>Leftist اور rightist کا ٹکراؤ چل رہا ہے۔</w:t>
      </w:r>
    </w:p>
    <w:p>
      <w:r>
        <w:rPr>
          <w:b/>
        </w:rPr>
        <w:t xml:space="preserve">[25:54] </w:t>
      </w:r>
      <w:r>
        <w:t>abhi bhi.</w:t>
      </w:r>
    </w:p>
    <w:p>
      <w:pPr>
        <w:jc w:val="right"/>
      </w:pPr>
      <w:r>
        <w:t>ابھی بھی۔</w:t>
      </w:r>
    </w:p>
    <w:p>
      <w:r>
        <w:rPr>
          <w:b/>
        </w:rPr>
        <w:t xml:space="preserve">[25:56] </w:t>
      </w:r>
      <w:r>
        <w:t>to yeh theory itna phaili, itna phaili.</w:t>
      </w:r>
    </w:p>
    <w:p>
      <w:pPr>
        <w:jc w:val="right"/>
      </w:pPr>
      <w:r>
        <w:t>تو یہ تھیوری اتنا پھیلی، اتنا پھیلی۔</w:t>
      </w:r>
    </w:p>
    <w:p>
      <w:r>
        <w:rPr>
          <w:b/>
        </w:rPr>
        <w:t xml:space="preserve">[25:59] </w:t>
      </w:r>
      <w:r>
        <w:t>takrao ki theory.</w:t>
      </w:r>
    </w:p>
    <w:p>
      <w:pPr>
        <w:jc w:val="right"/>
      </w:pPr>
      <w:r>
        <w:t>ٹکراؤ کی تھیوری۔</w:t>
      </w:r>
    </w:p>
    <w:p>
      <w:r>
        <w:rPr>
          <w:b/>
        </w:rPr>
        <w:t xml:space="preserve">[26:00] </w:t>
      </w:r>
      <w:r>
        <w:t>ke ek thesis aata hai, phir anti-thesis aata hai, phir synthesis hota hai.</w:t>
      </w:r>
    </w:p>
    <w:p>
      <w:pPr>
        <w:jc w:val="right"/>
      </w:pPr>
      <w:r>
        <w:t>کہ ایک thesis آتا ہے، پھر anti-thesis آتا ہے، پھر synthesis ہوتا ہے۔</w:t>
      </w:r>
    </w:p>
    <w:p>
      <w:r>
        <w:rPr>
          <w:b/>
        </w:rPr>
        <w:t xml:space="preserve">[26:06] </w:t>
      </w:r>
      <w:r>
        <w:t>phir ja kar ke ek ek better society banti hai.</w:t>
      </w:r>
    </w:p>
    <w:p>
      <w:pPr>
        <w:jc w:val="right"/>
      </w:pPr>
      <w:r>
        <w:t>پھر جا کر کے ایک ایک better society بنتی ہے۔</w:t>
      </w:r>
    </w:p>
    <w:p>
      <w:r>
        <w:rPr>
          <w:b/>
        </w:rPr>
        <w:t xml:space="preserve">[26:10] </w:t>
      </w:r>
      <w:r>
        <w:t>yeh chalta rehta hai.</w:t>
      </w:r>
    </w:p>
    <w:p>
      <w:pPr>
        <w:jc w:val="right"/>
      </w:pPr>
      <w:r>
        <w:t>یہ چلتا رہتا ہے۔</w:t>
      </w:r>
    </w:p>
    <w:p>
      <w:r>
        <w:rPr>
          <w:b/>
        </w:rPr>
        <w:t xml:space="preserve">[26:12] </w:t>
      </w:r>
      <w:r>
        <w:t>ek ek cycle hai.</w:t>
      </w:r>
    </w:p>
    <w:p>
      <w:pPr>
        <w:jc w:val="right"/>
      </w:pPr>
      <w:r>
        <w:t>ایک ایک سائیکل ہے۔</w:t>
      </w:r>
    </w:p>
    <w:p>
      <w:r>
        <w:rPr>
          <w:b/>
        </w:rPr>
        <w:t xml:space="preserve">[26:13] </w:t>
      </w:r>
      <w:r>
        <w:t>Endless cycle hai yeh.</w:t>
      </w:r>
    </w:p>
    <w:p>
      <w:pPr>
        <w:jc w:val="right"/>
      </w:pPr>
      <w:r>
        <w:t>Endless سائیکل ہے یہ۔</w:t>
      </w:r>
    </w:p>
    <w:p>
      <w:r>
        <w:rPr>
          <w:b/>
        </w:rPr>
        <w:t xml:space="preserve">[26:15] </w:t>
      </w:r>
      <w:r>
        <w:t>To is ka hum bhagat bhagat rahe hain.</w:t>
      </w:r>
    </w:p>
    <w:p>
      <w:pPr>
        <w:jc w:val="right"/>
      </w:pPr>
      <w:r>
        <w:t>تو اس کا ہم بھگت بھگت رہے ہیں۔</w:t>
      </w:r>
    </w:p>
    <w:p>
      <w:r>
        <w:rPr>
          <w:b/>
        </w:rPr>
        <w:t xml:space="preserve">[26:19] </w:t>
      </w:r>
      <w:r>
        <w:t>Yahi hua Russia mein, aap jante hain hua ke pachees billion insaan maar daale gaye Israel ke zamane</w:t>
      </w:r>
    </w:p>
    <w:p>
      <w:pPr>
        <w:jc w:val="right"/>
      </w:pPr>
      <w:r>
        <w:t>یہی ہوا رشیا میں، آپ جانتے ہیں ہوا کہ پچیس بلین انسان مار ڈالے گئے اسرائیل کے زمانے</w:t>
      </w:r>
    </w:p>
    <w:p>
      <w:r>
        <w:rPr>
          <w:b/>
        </w:rPr>
        <w:t xml:space="preserve">[26:26]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[26:28] </w:t>
      </w:r>
      <w:r>
        <w:t>Isi isi takrao ke nateejay mein.</w:t>
      </w:r>
    </w:p>
    <w:p>
      <w:pPr>
        <w:jc w:val="right"/>
      </w:pPr>
      <w:r>
        <w:t>اسی اسی ٹکراؤ کے نتیجے میں۔</w:t>
      </w:r>
    </w:p>
    <w:p>
      <w:r>
        <w:rPr>
          <w:b/>
        </w:rPr>
        <w:t xml:space="preserve">[26:30] </w:t>
      </w:r>
      <w:r>
        <w:t>Is ke baad abhi bhi aap dekhiye, agarche communist rule chand jagahon par rahe, lekin communist theory har</w:t>
      </w:r>
    </w:p>
    <w:p>
      <w:pPr>
        <w:jc w:val="right"/>
      </w:pPr>
      <w:r>
        <w:t>اس کے بعد ابھی بھی آپ دیکھیے، اگرچہ communist rule چند جگہوں پر رہے، لیکن communist تھیوری ہر</w:t>
      </w:r>
    </w:p>
    <w:p>
      <w:r>
        <w:rPr>
          <w:b/>
        </w:rPr>
        <w:t xml:space="preserve">[26:38] </w:t>
      </w:r>
      <w:r>
        <w:t>jagah chal rahi hai.</w:t>
      </w:r>
    </w:p>
    <w:p>
      <w:pPr>
        <w:jc w:val="right"/>
      </w:pPr>
      <w:r>
        <w:t>جگہ چل رہی ہے۔</w:t>
      </w:r>
    </w:p>
    <w:p>
      <w:r>
        <w:rPr>
          <w:b/>
        </w:rPr>
        <w:t xml:space="preserve">[26:40] </w:t>
      </w:r>
      <w:r>
        <w:t>Jitna bhi takrao ki policy hai, jitna bhi strike hota hai, jitna bhi band hota hai, jitna bhi</w:t>
      </w:r>
    </w:p>
    <w:p>
      <w:pPr>
        <w:jc w:val="right"/>
      </w:pPr>
      <w:r>
        <w:t>جتنا بھی ٹکراؤ کی policy ہے، جتنا بھی strike ہوتا ہے، جتنا بھی بند ہوتا ہے، جتنا بھی</w:t>
      </w:r>
    </w:p>
    <w:p>
      <w:r>
        <w:rPr>
          <w:b/>
        </w:rPr>
        <w:t xml:space="preserve">[26:48] </w:t>
      </w:r>
      <w:r>
        <w:t>yeh takrao chal raha hai, yeh human rights ke upar ke naam par jo takrao chal raha hai,</w:t>
      </w:r>
    </w:p>
    <w:p>
      <w:pPr>
        <w:jc w:val="right"/>
      </w:pPr>
      <w:r>
        <w:t>یہ ٹکراؤ چل رہا ہے، یہ human rights کے اوپر کے نام پر جو ٹکراؤ چل رہا ہے،</w:t>
      </w:r>
    </w:p>
    <w:p>
      <w:r>
        <w:rPr>
          <w:b/>
        </w:rPr>
        <w:t xml:space="preserve">[26:55] </w:t>
      </w:r>
      <w:r>
        <w:t>woh sab isi ke deen hain.</w:t>
      </w:r>
    </w:p>
    <w:p>
      <w:pPr>
        <w:jc w:val="right"/>
      </w:pPr>
      <w:r>
        <w:t>وہ سب اسی کے دین ہیں۔</w:t>
      </w:r>
    </w:p>
    <w:p>
      <w:r>
        <w:rPr>
          <w:b/>
        </w:rPr>
        <w:t xml:space="preserve">[26:58] </w:t>
      </w:r>
      <w:r>
        <w:t>To yeh hai justified evil, main kahunga is ko.</w:t>
      </w:r>
    </w:p>
    <w:p>
      <w:pPr>
        <w:jc w:val="right"/>
      </w:pPr>
      <w:r>
        <w:t>تو یہ ہے justified evil، میں کہوں گا اس کو۔</w:t>
      </w:r>
    </w:p>
    <w:p>
      <w:r>
        <w:rPr>
          <w:b/>
        </w:rPr>
        <w:t xml:space="preserve">[27:02] </w:t>
      </w:r>
      <w:r>
        <w:t>Yaani Darwin ne bhi ek justified evil pesh ki, justified philosophy.</w:t>
      </w:r>
    </w:p>
    <w:p>
      <w:pPr>
        <w:jc w:val="right"/>
      </w:pPr>
      <w:r>
        <w:t>یعنی ڈارون نے بھی ایک justified evil پیش کی، justified philosophy۔</w:t>
      </w:r>
    </w:p>
    <w:p>
      <w:r>
        <w:rPr>
          <w:b/>
        </w:rPr>
        <w:t xml:space="preserve">[27:07] </w:t>
      </w:r>
      <w:r>
        <w:t>Justified philosophy of evil.</w:t>
      </w:r>
    </w:p>
    <w:p>
      <w:pPr>
        <w:jc w:val="right"/>
      </w:pPr>
      <w:r>
        <w:t>Justified philosophy of evil۔</w:t>
      </w:r>
    </w:p>
    <w:p>
      <w:r>
        <w:rPr>
          <w:b/>
        </w:rPr>
        <w:t xml:space="preserve">[27:09] </w:t>
      </w:r>
      <w:r>
        <w:t>Aise hi Marx ne bhi ek justified philosophy of evil pesh ki.</w:t>
      </w:r>
    </w:p>
    <w:p>
      <w:pPr>
        <w:jc w:val="right"/>
      </w:pPr>
      <w:r>
        <w:t>ایسے ہی مارس نے بھی ایک justified philosophy of evil پیش کی۔</w:t>
      </w:r>
    </w:p>
    <w:p>
      <w:r>
        <w:rPr>
          <w:b/>
        </w:rPr>
        <w:t xml:space="preserve">[27:14] </w:t>
      </w:r>
      <w:r>
        <w:t>Log log is ka tajziya nahi kar sake.</w:t>
      </w:r>
    </w:p>
    <w:p>
      <w:pPr>
        <w:jc w:val="right"/>
      </w:pPr>
      <w:r>
        <w:t>لوگ لوگ اس کا تجزیہ نہیں کر سکے۔</w:t>
      </w:r>
    </w:p>
    <w:p>
      <w:r>
        <w:rPr>
          <w:b/>
        </w:rPr>
        <w:t xml:space="preserve">[27:17] </w:t>
      </w:r>
      <w:r>
        <w:t>Mere ilm mein to koi bhi nahi hai jis ko sahi maano mein tajziya kar saka ho, na</w:t>
      </w:r>
    </w:p>
    <w:p>
      <w:pPr>
        <w:jc w:val="right"/>
      </w:pPr>
      <w:r>
        <w:t>میرے علم میں تو کوئی بھی نہیں ہے جس کو صحیح معنوں میں تجزیہ کر سکا ہو، نہ</w:t>
      </w:r>
    </w:p>
    <w:p>
      <w:r>
        <w:rPr>
          <w:b/>
        </w:rPr>
        <w:t xml:space="preserve">[27:25] </w:t>
      </w:r>
      <w:r>
        <w:t>Darwin ka, na Marx ka, na aur doosre logon ka.</w:t>
      </w:r>
    </w:p>
    <w:p>
      <w:pPr>
        <w:jc w:val="right"/>
      </w:pPr>
      <w:r>
        <w:t>ڈارون کا، نہ مارس کا، نہ اور دوسرے لوگوں کا۔</w:t>
      </w:r>
    </w:p>
    <w:p>
      <w:r>
        <w:rPr>
          <w:b/>
        </w:rPr>
        <w:t xml:space="preserve">[27:29] </w:t>
      </w:r>
      <w:r>
        <w:t>Isi mein log gum hain.</w:t>
      </w:r>
    </w:p>
    <w:p>
      <w:pPr>
        <w:jc w:val="right"/>
      </w:pPr>
      <w:r>
        <w:t>اسی میں لوگ گم ہیں۔</w:t>
      </w:r>
    </w:p>
    <w:p>
      <w:r>
        <w:rPr>
          <w:b/>
        </w:rPr>
        <w:t xml:space="preserve">[27:31] </w:t>
      </w:r>
      <w:r>
        <w:t>Abhi tak gum hain, abhi tak.</w:t>
      </w:r>
    </w:p>
    <w:p>
      <w:pPr>
        <w:jc w:val="right"/>
      </w:pPr>
      <w:r>
        <w:t>ابھی تک گم ہیں، ابھی تک۔</w:t>
      </w:r>
    </w:p>
    <w:p>
      <w:r>
        <w:rPr>
          <w:b/>
        </w:rPr>
        <w:t xml:space="preserve">[27:34] </w:t>
      </w:r>
      <w:r>
        <w:t>Agarche is ka bura nateeja de kar ke bohat se log ise yaani pasand nahi karte.</w:t>
      </w:r>
    </w:p>
    <w:p>
      <w:pPr>
        <w:jc w:val="right"/>
      </w:pPr>
      <w:r>
        <w:t>اگرچہ اس کا برا نتیجہ دے کر کے بہت سے لوگ اسے یعنی پسند نہیں کرتے۔</w:t>
      </w:r>
    </w:p>
    <w:p>
      <w:r>
        <w:rPr>
          <w:b/>
        </w:rPr>
        <w:t xml:space="preserve">[27:41] </w:t>
      </w:r>
      <w:r>
        <w:t>Lekin analysis koi nahi kar sakta is ka.</w:t>
      </w:r>
    </w:p>
    <w:p>
      <w:pPr>
        <w:jc w:val="right"/>
      </w:pPr>
      <w:r>
        <w:t>لیکن analysis کوئی نہیں کر سکتا اس کا۔</w:t>
      </w:r>
    </w:p>
    <w:p>
      <w:r>
        <w:rPr>
          <w:b/>
        </w:rPr>
        <w:t xml:space="preserve">[27:44] </w:t>
      </w:r>
      <w:r>
        <w:t>Is mein ghalti kahan hai? To main ne ek kitaab likhi thi, is ka bohat pehle aap se,</w:t>
      </w:r>
    </w:p>
    <w:p>
      <w:pPr>
        <w:jc w:val="right"/>
      </w:pPr>
      <w:r>
        <w:t>اس میں غلطی کہاں ہے؟ تو میں نے ایک کتاب لکھی تھی، اس کا بہت پہلے آپ سے،</w:t>
      </w:r>
    </w:p>
    <w:p>
      <w:r>
        <w:rPr>
          <w:b/>
        </w:rPr>
        <w:t xml:space="preserve">[27:52] </w:t>
      </w:r>
      <w:r>
        <w:t>samajhta hoon shayad chaalees saal pehle, is ka Urdu mein thi woh.</w:t>
      </w:r>
    </w:p>
    <w:p>
      <w:pPr>
        <w:jc w:val="right"/>
      </w:pPr>
      <w:r>
        <w:t>سمجھتا ہوں شاید چالیس سال پہلے، اس کا اردو میں تھی وہ۔</w:t>
      </w:r>
    </w:p>
    <w:p>
      <w:r>
        <w:rPr>
          <w:b/>
        </w:rPr>
        <w:t xml:space="preserve">[27:57] </w:t>
      </w:r>
      <w:r>
        <w:t>Marxism tareekh jis ko radd kar chuki hai.</w:t>
      </w:r>
    </w:p>
    <w:p>
      <w:pPr>
        <w:jc w:val="right"/>
      </w:pPr>
      <w:r>
        <w:t>مارکسزم تاریخ جس کو رد کر چکی ہے۔</w:t>
      </w:r>
    </w:p>
    <w:p>
      <w:r>
        <w:rPr>
          <w:b/>
        </w:rPr>
        <w:t xml:space="preserve">[28:00] </w:t>
      </w:r>
      <w:r>
        <w:t>Yaani jis ko history reject kar chuki hai.</w:t>
      </w:r>
    </w:p>
    <w:p>
      <w:pPr>
        <w:jc w:val="right"/>
      </w:pPr>
      <w:r>
        <w:t>یعنی جس کو history reject کر چکی ہے۔</w:t>
      </w:r>
    </w:p>
    <w:p>
      <w:r>
        <w:rPr>
          <w:b/>
        </w:rPr>
        <w:t xml:space="preserve">[28:04] </w:t>
      </w:r>
      <w:r>
        <w:t>to log mujh ko hanste the ke itna dabdaba tha is zamane mein communism ka.</w:t>
      </w:r>
    </w:p>
    <w:p>
      <w:pPr>
        <w:jc w:val="right"/>
      </w:pPr>
      <w:r>
        <w:t>تو لوگ مجھ کو ہنستے تھے کہ اتنا دبدبہ تھا اس زمانے میں communism کا۔</w:t>
      </w:r>
    </w:p>
    <w:p>
      <w:r>
        <w:rPr>
          <w:b/>
        </w:rPr>
        <w:t xml:space="preserve">[28:10] </w:t>
      </w:r>
      <w:r>
        <w:t>yani ek Russian empire qaim tha.</w:t>
      </w:r>
    </w:p>
    <w:p>
      <w:pPr>
        <w:jc w:val="right"/>
      </w:pPr>
      <w:r>
        <w:t>یعنی ایک Russian empire قائم تھا۔</w:t>
      </w:r>
    </w:p>
    <w:p>
      <w:r>
        <w:rPr>
          <w:b/>
        </w:rPr>
        <w:t xml:space="preserve">[28:13] </w:t>
      </w:r>
      <w:r>
        <w:t>woh woh tha Soviet Union qaim tha.</w:t>
      </w:r>
    </w:p>
    <w:p>
      <w:pPr>
        <w:jc w:val="right"/>
      </w:pPr>
      <w:r>
        <w:t>وہ وہ تھا سوویت یونین قائم تھا۔</w:t>
      </w:r>
    </w:p>
    <w:p>
      <w:r>
        <w:rPr>
          <w:b/>
        </w:rPr>
        <w:t xml:space="preserve">[28:16] </w:t>
      </w:r>
      <w:r>
        <w:t>to log hanste the ke itna zabardast dabdaba qaim ho chuka hai aur tum kehte ho ke woh</w:t>
      </w:r>
    </w:p>
    <w:p>
      <w:pPr>
        <w:jc w:val="right"/>
      </w:pPr>
      <w:r>
        <w:t>تو لوگ ہنستے تھے کہ اتنا زبردست دبدبہ قائم ہو چکا ہے اور تم کہتے ہو کہ وہ</w:t>
      </w:r>
    </w:p>
    <w:p>
      <w:r>
        <w:rPr>
          <w:b/>
        </w:rPr>
        <w:t xml:space="preserve">[28:24] </w:t>
      </w:r>
      <w:r>
        <w:t>reject ho chuka hai? lekin aap jante hain ke aaj yani woh reject aaj woh reject ho chuka</w:t>
      </w:r>
    </w:p>
    <w:p>
      <w:pPr>
        <w:jc w:val="right"/>
      </w:pPr>
      <w:r>
        <w:t>reject ہو چکا ہے؟ لیکن آپ جانتے ہیں کہ آج یعنی وہ reject آج وہ reject ہو چکا</w:t>
      </w:r>
    </w:p>
    <w:p>
      <w:r>
        <w:rPr>
          <w:b/>
        </w:rPr>
        <w:t xml:space="preserve">[28:31] </w:t>
      </w:r>
      <w:r>
        <w:t>hai amalan.</w:t>
      </w:r>
    </w:p>
    <w:p>
      <w:pPr>
        <w:jc w:val="right"/>
      </w:pPr>
      <w:r>
        <w:t>ہے عملاً۔</w:t>
      </w:r>
    </w:p>
    <w:p>
      <w:r>
        <w:rPr>
          <w:b/>
        </w:rPr>
        <w:t xml:space="preserve">[28:33] </w:t>
      </w:r>
      <w:r>
        <w:t>agarche log is ka analysis nahi kar kar paate, is liye kahin na kahin is ke residue waqe</w:t>
      </w:r>
    </w:p>
    <w:p>
      <w:pPr>
        <w:jc w:val="right"/>
      </w:pPr>
      <w:r>
        <w:t>اگرچہ لوگ اس کا analysis نہیں کر کر پاتے، اس لیے کہیں نہ کہیں اس کے residue واقع</w:t>
      </w:r>
    </w:p>
    <w:p>
      <w:r>
        <w:rPr>
          <w:b/>
        </w:rPr>
        <w:t xml:space="preserve">[28:40]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[28:42] </w:t>
      </w:r>
      <w:r>
        <w:t>to yeh tha Marx ka qissa.</w:t>
      </w:r>
    </w:p>
    <w:p>
      <w:pPr>
        <w:jc w:val="right"/>
      </w:pPr>
      <w:r>
        <w:t>تو یہ تھا مارس کا قصہ۔</w:t>
      </w:r>
    </w:p>
    <w:p>
      <w:r>
        <w:rPr>
          <w:b/>
        </w:rPr>
        <w:t xml:space="preserve">[28:45] </w:t>
      </w:r>
      <w:r>
        <w:t>is ke baad lijie Freud ko, Sigmund Freud.</w:t>
      </w:r>
    </w:p>
    <w:p>
      <w:pPr>
        <w:jc w:val="right"/>
      </w:pPr>
      <w:r>
        <w:t>اس کے بعد لیجیے فرائیڈ کو، سگمن فرائیڈ۔</w:t>
      </w:r>
    </w:p>
    <w:p>
      <w:r>
        <w:rPr>
          <w:b/>
        </w:rPr>
        <w:t xml:space="preserve">[28:48] </w:t>
      </w:r>
      <w:r>
        <w:t>yeh 1939 mein is ki death hui.</w:t>
      </w:r>
    </w:p>
    <w:p>
      <w:pPr>
        <w:jc w:val="right"/>
      </w:pPr>
      <w:r>
        <w:t>یہ nineteen thirty-nine میں اس کی death ہوئی۔</w:t>
      </w:r>
    </w:p>
    <w:p>
      <w:r>
        <w:rPr>
          <w:b/>
        </w:rPr>
        <w:t xml:space="preserve">[28:51] </w:t>
      </w:r>
      <w:r>
        <w:t>is ka kya nazariya tha? Sigmund Freud ka ek psychology ka expert tha yeh.</w:t>
      </w:r>
    </w:p>
    <w:p>
      <w:pPr>
        <w:jc w:val="right"/>
      </w:pPr>
      <w:r>
        <w:t>اس کا کیا نظریہ تھا؟ سگمن فرائیڈ کا ایک psychology کا expert تھا یہ۔</w:t>
      </w:r>
    </w:p>
    <w:p>
      <w:r>
        <w:rPr>
          <w:b/>
        </w:rPr>
        <w:t xml:space="preserve">[28:57] </w:t>
      </w:r>
      <w:r>
        <w:t>bahut bahut hi zyada intelligent aadmi tha yeh.</w:t>
      </w:r>
    </w:p>
    <w:p>
      <w:pPr>
        <w:jc w:val="right"/>
      </w:pPr>
      <w:r>
        <w:t>بہت بہت ہی زیادہ intelligent آدمی تھا یہ۔</w:t>
      </w:r>
    </w:p>
    <w:p>
      <w:r>
        <w:rPr>
          <w:b/>
        </w:rPr>
        <w:t xml:space="preserve">[29:01] </w:t>
      </w:r>
      <w:r>
        <w:t>is ne kya theory banai? ke desire hai insan ke desire.</w:t>
      </w:r>
    </w:p>
    <w:p>
      <w:pPr>
        <w:jc w:val="right"/>
      </w:pPr>
      <w:r>
        <w:t>اس نے کیا تھیوری بنائی؟ کہ desire ہے انسان کے desire۔</w:t>
      </w:r>
    </w:p>
    <w:p>
      <w:r>
        <w:rPr>
          <w:b/>
        </w:rPr>
        <w:t xml:space="preserve">[29:06] </w:t>
      </w:r>
      <w:r>
        <w:t>woh desire jo hai unchecked us ko fulfillment milna chahiye.</w:t>
      </w:r>
    </w:p>
    <w:p>
      <w:pPr>
        <w:jc w:val="right"/>
      </w:pPr>
      <w:r>
        <w:t>وہ desire جو ہے unchecked اس کو fulfillment ملنا چاہیے۔</w:t>
      </w:r>
    </w:p>
    <w:p>
      <w:r>
        <w:rPr>
          <w:b/>
        </w:rPr>
        <w:t xml:space="preserve">[29:10] </w:t>
      </w:r>
      <w:r>
        <w:t>kyun ke is ka talluq insan ki personality growth se hai.</w:t>
      </w:r>
    </w:p>
    <w:p>
      <w:pPr>
        <w:jc w:val="right"/>
      </w:pPr>
      <w:r>
        <w:t>کیونکہ اس کا تعلق انسان کی personality growth سے ہے۔</w:t>
      </w:r>
    </w:p>
    <w:p>
      <w:r>
        <w:rPr>
          <w:b/>
        </w:rPr>
        <w:t xml:space="preserve">[29:14] </w:t>
      </w:r>
      <w:r>
        <w:t>agar aap desire par check lagayenge to growth ruk jayega.</w:t>
      </w:r>
    </w:p>
    <w:p>
      <w:pPr>
        <w:jc w:val="right"/>
      </w:pPr>
      <w:r>
        <w:t>اگر آپ desire پر چیک لگائیں گے تو growth رک جائے گا۔</w:t>
      </w:r>
    </w:p>
    <w:p>
      <w:r>
        <w:rPr>
          <w:b/>
        </w:rPr>
        <w:t xml:space="preserve">[29:19] </w:t>
      </w:r>
      <w:r>
        <w:t>to growth ruk jayega.</w:t>
      </w:r>
    </w:p>
    <w:p>
      <w:pPr>
        <w:jc w:val="right"/>
      </w:pPr>
      <w:r>
        <w:t>تو growth رک جائے گا۔</w:t>
      </w:r>
    </w:p>
    <w:p>
      <w:r>
        <w:rPr>
          <w:b/>
        </w:rPr>
        <w:t xml:space="preserve">[29:21] </w:t>
      </w:r>
      <w:r>
        <w:t>itna phaila hai, itna phaila hai yeh nazariya.</w:t>
      </w:r>
    </w:p>
    <w:p>
      <w:pPr>
        <w:jc w:val="right"/>
      </w:pPr>
      <w:r>
        <w:t>اتنا پھیلا ہے، اتنا پھیلا ہے یہ نظریہ۔</w:t>
      </w:r>
    </w:p>
    <w:p>
      <w:r>
        <w:rPr>
          <w:b/>
        </w:rPr>
        <w:t xml:space="preserve">[29:25] </w:t>
      </w:r>
      <w:r>
        <w:t>ke desire par check na lagao.</w:t>
      </w:r>
    </w:p>
    <w:p>
      <w:pPr>
        <w:jc w:val="right"/>
      </w:pPr>
      <w:r>
        <w:t>کہ desire پر چیک نہ لگاؤ۔</w:t>
      </w:r>
    </w:p>
    <w:p>
      <w:r>
        <w:rPr>
          <w:b/>
        </w:rPr>
        <w:t xml:space="preserve">[29:27] </w:t>
      </w:r>
      <w:r>
        <w:t>ek dam total freedom de do aadmi ko.</w:t>
      </w:r>
    </w:p>
    <w:p>
      <w:pPr>
        <w:jc w:val="right"/>
      </w:pPr>
      <w:r>
        <w:t>ایک دم total freedom دے دو آدمی کو۔</w:t>
      </w:r>
    </w:p>
    <w:p>
      <w:r>
        <w:rPr>
          <w:b/>
        </w:rPr>
        <w:t xml:space="preserve">[29:31] </w:t>
      </w:r>
      <w:r>
        <w:t>mein ek martaba London mein ek sahib ke haan gaya.</w:t>
      </w:r>
    </w:p>
    <w:p>
      <w:pPr>
        <w:jc w:val="right"/>
      </w:pPr>
      <w:r>
        <w:t>میں ایک مرتبہ لندن میں ایک صاحب کے ہاں گیا۔</w:t>
      </w:r>
    </w:p>
    <w:p>
      <w:r>
        <w:rPr>
          <w:b/>
        </w:rPr>
        <w:t xml:space="preserve">[29:35] </w:t>
      </w:r>
      <w:r>
        <w:t>to un ke haan kitab rakhi hui thi.</w:t>
      </w:r>
    </w:p>
    <w:p>
      <w:pPr>
        <w:jc w:val="right"/>
      </w:pPr>
      <w:r>
        <w:t>تو ان کے ہاں کتاب رکھی ہوئی تھی۔</w:t>
      </w:r>
    </w:p>
    <w:p>
      <w:r>
        <w:rPr>
          <w:b/>
        </w:rPr>
        <w:t xml:space="preserve">[29:39] </w:t>
      </w:r>
      <w:r>
        <w:t>is mein likha hua tha ke agar tumhara bachcha agar tumhare is mein khirki mein shisha laga hua</w:t>
      </w:r>
    </w:p>
    <w:p>
      <w:pPr>
        <w:jc w:val="right"/>
      </w:pPr>
      <w:r>
        <w:t>اس میں لکھا ہوا تھا کہ اگر تمہارا بچہ اگر تمہارے اس میں کھڑکی میں شیشہ لگا ہوا</w:t>
      </w:r>
    </w:p>
    <w:p>
      <w:r>
        <w:rPr>
          <w:b/>
        </w:rPr>
        <w:t xml:space="preserve">[29:46] </w:t>
      </w:r>
      <w:r>
        <w:t>hai, tumhara bachcha us ko todta hai, to roko mat us ko, todne do us ko.</w:t>
      </w:r>
    </w:p>
    <w:p>
      <w:pPr>
        <w:jc w:val="right"/>
      </w:pPr>
      <w:r>
        <w:t>ہے، تمہارا بچہ اس کو توڑتا ہے، تو روکو مت اس کو، توڑنے دو اس کو۔</w:t>
      </w:r>
    </w:p>
    <w:p>
      <w:r>
        <w:rPr>
          <w:b/>
        </w:rPr>
        <w:t xml:space="preserve">[29:53] </w:t>
      </w:r>
      <w:r>
        <w:t>kyunke agar roko ge to is ka is ka growth ruk jaye ga.</w:t>
      </w:r>
    </w:p>
    <w:p>
      <w:pPr>
        <w:jc w:val="right"/>
      </w:pPr>
      <w:r>
        <w:t>کیونکہ اگر روکو گے تو اس کا اس کا growth رک جائے گا۔</w:t>
      </w:r>
    </w:p>
    <w:p>
      <w:r>
        <w:rPr>
          <w:b/>
        </w:rPr>
        <w:t xml:space="preserve">[29:59] </w:t>
      </w:r>
      <w:r>
        <w:t>is ka personality ka growth ruk jaye ga.</w:t>
      </w:r>
    </w:p>
    <w:p>
      <w:pPr>
        <w:jc w:val="right"/>
      </w:pPr>
      <w:r>
        <w:t>اس کا personality کا growth رک جائے گا۔</w:t>
      </w:r>
    </w:p>
    <w:p>
      <w:r>
        <w:rPr>
          <w:b/>
        </w:rPr>
        <w:t xml:space="preserve">[30:02] </w:t>
      </w:r>
      <w:r>
        <w:t>yeh kitni stupid theory hai.</w:t>
      </w:r>
    </w:p>
    <w:p>
      <w:pPr>
        <w:jc w:val="right"/>
      </w:pPr>
      <w:r>
        <w:t>یہ کتنی stupid تھیوری ہے۔</w:t>
      </w:r>
    </w:p>
    <w:p>
      <w:r>
        <w:rPr>
          <w:b/>
        </w:rPr>
        <w:t xml:space="preserve">[30:04] </w:t>
      </w:r>
      <w:r>
        <w:t>lekin yeh itna phaila, itna phaila ke aaj sab sabhi log is se obsessed hain.</w:t>
      </w:r>
    </w:p>
    <w:p>
      <w:pPr>
        <w:jc w:val="right"/>
      </w:pPr>
      <w:r>
        <w:t>لیکن یہ اتنا پھیلی، اتنا پھیلی کہ آج سب سبھی لوگ اس سے obsessed ہیں۔</w:t>
      </w:r>
    </w:p>
    <w:p>
      <w:r>
        <w:rPr>
          <w:b/>
        </w:rPr>
        <w:t xml:space="preserve">[30:11] </w:t>
      </w:r>
      <w:r>
        <w:t>abhi jis ko hum kehte hain ke right here, right now, woh kya hai? isi ka extension hai</w:t>
      </w:r>
    </w:p>
    <w:p>
      <w:pPr>
        <w:jc w:val="right"/>
      </w:pPr>
      <w:r>
        <w:t>ابھی جس کو ہم کہتے ہیں کہ right here، right now، وہ کیا ہے؟ اسی کا extension ہے</w:t>
      </w:r>
    </w:p>
    <w:p>
      <w:r>
        <w:rPr>
          <w:b/>
        </w:rPr>
        <w:t xml:space="preserve">[30:18] </w:t>
      </w:r>
      <w:r>
        <w:t>yeh.</w:t>
      </w:r>
    </w:p>
    <w:p>
      <w:pPr>
        <w:jc w:val="right"/>
      </w:pPr>
      <w:r>
        <w:t>یہ۔</w:t>
      </w:r>
    </w:p>
    <w:p>
      <w:r>
        <w:rPr>
          <w:b/>
        </w:rPr>
        <w:t xml:space="preserve">[30:20] </w:t>
      </w:r>
      <w:r>
        <w:t>yani jo bhi chahe insan woh kare.</w:t>
      </w:r>
    </w:p>
    <w:p>
      <w:pPr>
        <w:jc w:val="right"/>
      </w:pPr>
      <w:r>
        <w:t>یعنی جو بھی چاہے انسان وہ کرے۔</w:t>
      </w:r>
    </w:p>
    <w:p>
      <w:r>
        <w:rPr>
          <w:b/>
        </w:rPr>
        <w:t xml:space="preserve">[30:23] </w:t>
      </w:r>
      <w:r>
        <w:t>aur koi kisi par rok nahi, koi kisi ka woh nahi, check nahi.</w:t>
      </w:r>
    </w:p>
    <w:p>
      <w:pPr>
        <w:jc w:val="right"/>
      </w:pPr>
      <w:r>
        <w:t>اور کوئی کسی پر روک نہیں، کوئی کسی کا وہ نہیں، چیک نہیں۔</w:t>
      </w:r>
    </w:p>
    <w:p>
      <w:r>
        <w:rPr>
          <w:b/>
        </w:rPr>
        <w:t xml:space="preserve">[30:28] </w:t>
      </w:r>
      <w:r>
        <w:t>yani is ki aakhri had jo hai, is ko mein dekhta hoon papers mein.</w:t>
      </w:r>
    </w:p>
    <w:p>
      <w:pPr>
        <w:jc w:val="right"/>
      </w:pPr>
      <w:r>
        <w:t>یعنی اس کی آخری حد جو ہے، اس کو میں دیکھتا ہوں papers میں۔</w:t>
      </w:r>
    </w:p>
    <w:p>
      <w:r>
        <w:rPr>
          <w:b/>
        </w:rPr>
        <w:t xml:space="preserve">[30:34] </w:t>
      </w:r>
      <w:r>
        <w:t>Paper mein ek naya item barh gaya hai.</w:t>
      </w:r>
    </w:p>
    <w:p>
      <w:pPr>
        <w:jc w:val="right"/>
      </w:pPr>
      <w:r>
        <w:t>Paper میں ایک نیا item بڑھ گیا ہے۔</w:t>
      </w:r>
    </w:p>
    <w:p>
      <w:r>
        <w:rPr>
          <w:b/>
        </w:rPr>
        <w:t xml:space="preserve">[30:38] </w:t>
      </w:r>
      <w:r>
        <w:t>Vaginity on sale.</w:t>
      </w:r>
    </w:p>
    <w:p>
      <w:pPr>
        <w:jc w:val="right"/>
      </w:pPr>
      <w:r>
        <w:t>Vaginity on sale۔</w:t>
      </w:r>
    </w:p>
    <w:p>
      <w:r>
        <w:rPr>
          <w:b/>
        </w:rPr>
        <w:t xml:space="preserve">[30:39] </w:t>
      </w:r>
      <w:r>
        <w:t>اب غور کیجیے کہ virginity on sale۔</w:t>
      </w:r>
    </w:p>
    <w:p>
      <w:pPr>
        <w:jc w:val="right"/>
      </w:pPr>
      <w:r>
        <w:t>اب غور کیجیے کہ vaginity on sale۔</w:t>
      </w:r>
    </w:p>
    <w:p>
      <w:r>
        <w:rPr>
          <w:b/>
        </w:rPr>
        <w:t xml:space="preserve">[30:42] </w:t>
      </w:r>
      <w:r>
        <w:t>yani is se bhi ziyada ahmaqana koi baat ho sakti hai? besharmi ki baat koi ho sakti</w:t>
      </w:r>
    </w:p>
    <w:p>
      <w:pPr>
        <w:jc w:val="right"/>
      </w:pPr>
      <w:r>
        <w:t>یعنی اس سے بھی زیادہ احمقانہ کوئی بات ہو سکتی ہے؟ بے شرمی کی بات کوئی ہو سکتی</w:t>
      </w:r>
    </w:p>
    <w:p>
      <w:r>
        <w:rPr>
          <w:b/>
        </w:rPr>
        <w:t xml:space="preserve">[30:50] </w:t>
      </w:r>
      <w:r>
        <w:t>hai? yani haivanon ne bhi aisa nahi kiya tha ke vaginity on sale kiya ho.</w:t>
      </w:r>
    </w:p>
    <w:p>
      <w:pPr>
        <w:jc w:val="right"/>
      </w:pPr>
      <w:r>
        <w:t>ہے؟ یعنی حیوانوں نے بھی ایسا نہیں کیا تھا کہ vaginity on sale کیا ہو۔</w:t>
      </w:r>
    </w:p>
    <w:p>
      <w:r>
        <w:rPr>
          <w:b/>
        </w:rPr>
        <w:t xml:space="preserve">[30:57] </w:t>
      </w:r>
      <w:r>
        <w:t>haivanon mein jore hote hain.</w:t>
      </w:r>
    </w:p>
    <w:p>
      <w:pPr>
        <w:jc w:val="right"/>
      </w:pPr>
      <w:r>
        <w:t>حیوانوں میں جوڑے ہوتے ہیں۔</w:t>
      </w:r>
    </w:p>
    <w:p>
      <w:r>
        <w:rPr>
          <w:b/>
        </w:rPr>
        <w:t xml:space="preserve">[30:59] </w:t>
      </w:r>
      <w:r>
        <w:t>haivanon mein aisa nahi hai jo insanon mein aaj kal ho gaya hai.</w:t>
      </w:r>
    </w:p>
    <w:p>
      <w:pPr>
        <w:jc w:val="right"/>
      </w:pPr>
      <w:r>
        <w:t>حیوانوں میں ایسا نہیں ہے جو انسانوں میں آج کل ہو گیا ہے۔</w:t>
      </w:r>
    </w:p>
    <w:p>
      <w:r>
        <w:rPr>
          <w:b/>
        </w:rPr>
        <w:t xml:space="preserve">[31:04] </w:t>
      </w:r>
      <w:r>
        <w:t>yani free society hai jo ho gayi hai insanon mein.</w:t>
      </w:r>
    </w:p>
    <w:p>
      <w:pPr>
        <w:jc w:val="right"/>
      </w:pPr>
      <w:r>
        <w:t>یعنی free society ہے جو ہو گئی ہے انسانوں میں۔</w:t>
      </w:r>
    </w:p>
    <w:p>
      <w:r>
        <w:rPr>
          <w:b/>
        </w:rPr>
        <w:t xml:space="preserve">[31:09] </w:t>
      </w:r>
      <w:r>
        <w:t>haivanon mein aaj bhi nahi hai yeh.</w:t>
      </w:r>
    </w:p>
    <w:p>
      <w:pPr>
        <w:jc w:val="right"/>
      </w:pPr>
      <w:r>
        <w:t>حیوانوں میں آج بھی نہیں ہے یہ۔</w:t>
      </w:r>
    </w:p>
    <w:p>
      <w:r>
        <w:rPr>
          <w:b/>
        </w:rPr>
        <w:t xml:space="preserve">[31:12] </w:t>
      </w:r>
      <w:r>
        <w:t>haivanon mein jore jore hote hain.</w:t>
      </w:r>
    </w:p>
    <w:p>
      <w:pPr>
        <w:jc w:val="right"/>
      </w:pPr>
      <w:r>
        <w:t>حیوانوں میں جوڑے جوڑے ہوتے ہیں۔</w:t>
      </w:r>
    </w:p>
    <w:p>
      <w:r>
        <w:rPr>
          <w:b/>
        </w:rPr>
        <w:t xml:space="preserve">[31:14] </w:t>
      </w:r>
      <w:r>
        <w:t>اب میں paperوں پہ دیکھتا ہوں کہ virginity on sale۔</w:t>
      </w:r>
    </w:p>
    <w:p>
      <w:pPr>
        <w:jc w:val="right"/>
      </w:pPr>
      <w:r>
        <w:t>اب میں paperوں پہ دیکھتا ہوں کہ vaginity on sale۔</w:t>
      </w:r>
    </w:p>
    <w:p>
      <w:r>
        <w:rPr>
          <w:b/>
        </w:rPr>
        <w:t xml:space="preserve">[31:18] </w:t>
      </w:r>
      <w:r>
        <w:t>to itna ajeeb maloom hota hai ke ke insan kahan pahunch chuka hai.</w:t>
      </w:r>
    </w:p>
    <w:p>
      <w:pPr>
        <w:jc w:val="right"/>
      </w:pPr>
      <w:r>
        <w:t>تو اتنا عجیب معلوم ہوتا ہے کہ کہ انسان کہاں پہنچ چکا ہے۔</w:t>
      </w:r>
    </w:p>
    <w:p>
      <w:r>
        <w:rPr>
          <w:b/>
        </w:rPr>
        <w:t xml:space="preserve">[31:24] </w:t>
      </w:r>
      <w:r>
        <w:t>hadith mein aata hai ke sharam na rahe to kuch bhi karo.</w:t>
      </w:r>
    </w:p>
    <w:p>
      <w:pPr>
        <w:jc w:val="right"/>
      </w:pPr>
      <w:r>
        <w:t>حدیث میں آتا ہے کہ شرم نہ رہے تو کچھ بھی کرو۔</w:t>
      </w:r>
    </w:p>
    <w:p>
      <w:r>
        <w:rPr>
          <w:b/>
        </w:rPr>
        <w:t xml:space="preserve">[31:29] </w:t>
      </w:r>
      <w:r>
        <w:t>agar sharam ho ya na rahe to kuch bhi karo.</w:t>
      </w:r>
    </w:p>
    <w:p>
      <w:pPr>
        <w:jc w:val="right"/>
      </w:pPr>
      <w:r>
        <w:t>اگر شرم ہو یا نہ رہے تو کچھ بھی کرو۔</w:t>
      </w:r>
    </w:p>
    <w:p>
      <w:r>
        <w:rPr>
          <w:b/>
        </w:rPr>
        <w:t xml:space="preserve">[31:33] </w:t>
      </w:r>
      <w:r>
        <w:t>to wohi hai, kuch bhi kar lein.</w:t>
      </w:r>
    </w:p>
    <w:p>
      <w:pPr>
        <w:jc w:val="right"/>
      </w:pPr>
      <w:r>
        <w:t>تو وہی ہے، کچھ بھی کر لیں۔</w:t>
      </w:r>
    </w:p>
    <w:p>
      <w:r>
        <w:rPr>
          <w:b/>
        </w:rPr>
        <w:t xml:space="preserve">[31:36] </w:t>
      </w:r>
      <w:r>
        <w:t>yani mein ne ek interview parha hai ek aisi ladki ka jo jis ne apni vaginity ko becha</w:t>
      </w:r>
    </w:p>
    <w:p>
      <w:pPr>
        <w:jc w:val="right"/>
      </w:pPr>
      <w:r>
        <w:t>یعنی میں نے ایک انٹرویو پڑھا ہے ایک ایسی لڑکی کا جو جس نے اپنی vaginity کو بیچا</w:t>
      </w:r>
    </w:p>
    <w:p>
      <w:r>
        <w:rPr>
          <w:b/>
        </w:rPr>
        <w:t xml:space="preserve">[31:44]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[31:46] </w:t>
      </w:r>
      <w:r>
        <w:t>baqayda is ne apni interview mein bataya tha kya kya hua, kya kya hua, kya kya hua.</w:t>
      </w:r>
    </w:p>
    <w:p>
      <w:pPr>
        <w:jc w:val="right"/>
      </w:pPr>
      <w:r>
        <w:t>باقاعدہ اس نے اپنی انٹرویو میں بتایا تھا کیا کیا ہوا، کیا کیا ہوا، کیا کیا ہوا۔</w:t>
      </w:r>
    </w:p>
    <w:p>
      <w:r>
        <w:rPr>
          <w:b/>
        </w:rPr>
        <w:t xml:space="preserve">[31:53] </w:t>
      </w:r>
      <w:r>
        <w:t>mere paas woh paper rakha hua hai.</w:t>
      </w:r>
    </w:p>
    <w:p>
      <w:pPr>
        <w:jc w:val="right"/>
      </w:pPr>
      <w:r>
        <w:t>میرے پاس وہ paper رکھا ہوا ہے۔</w:t>
      </w:r>
    </w:p>
    <w:p>
      <w:r>
        <w:rPr>
          <w:b/>
        </w:rPr>
        <w:t xml:space="preserve">[31:56] </w:t>
      </w:r>
      <w:r>
        <w:t>aaj kal paper baar baar aata hai, aap dekha hoga aap ne.</w:t>
      </w:r>
    </w:p>
    <w:p>
      <w:pPr>
        <w:jc w:val="right"/>
      </w:pPr>
      <w:r>
        <w:t>آج کل paper بار بار آتا ہے، آپ دیکھا ہوگا آپ نے۔</w:t>
      </w:r>
    </w:p>
    <w:p>
      <w:r>
        <w:rPr>
          <w:b/>
        </w:rPr>
        <w:t xml:space="preserve">[32:01] </w:t>
      </w:r>
      <w:r>
        <w:t>toh yeh segment freud jo hai, iska yaani iska yeh qissa hai jo maine bayan</w:t>
      </w:r>
    </w:p>
    <w:p>
      <w:pPr>
        <w:jc w:val="right"/>
      </w:pPr>
      <w:r>
        <w:t>تو یہ سگمنٹ فرائیڈ جو ہے، اس کا یعنی اس کا یہ قصہ ہے جو میں نے بیان</w:t>
      </w:r>
    </w:p>
    <w:p>
      <w:r>
        <w:rPr>
          <w:b/>
        </w:rPr>
        <w:t xml:space="preserve">[32:09] </w:t>
      </w:r>
      <w:r>
        <w:t>kiya aap ko.</w:t>
      </w:r>
    </w:p>
    <w:p>
      <w:pPr>
        <w:jc w:val="right"/>
      </w:pPr>
      <w:r>
        <w:t>کیا آپ کو۔</w:t>
      </w:r>
    </w:p>
    <w:p>
      <w:r>
        <w:rPr>
          <w:b/>
        </w:rPr>
        <w:t xml:space="preserve">[32:10] </w:t>
      </w:r>
      <w:r>
        <w:t>toh maine teen bayan kiye aap ko.</w:t>
      </w:r>
    </w:p>
    <w:p>
      <w:pPr>
        <w:jc w:val="right"/>
      </w:pPr>
      <w:r>
        <w:t>تو میں نے تین بیان کیے آپ کو۔</w:t>
      </w:r>
    </w:p>
    <w:p>
      <w:r>
        <w:rPr>
          <w:b/>
        </w:rPr>
        <w:t xml:space="preserve">[32:14] </w:t>
      </w:r>
      <w:r>
        <w:t>yaani darwin aur marx aur freud.</w:t>
      </w:r>
    </w:p>
    <w:p>
      <w:pPr>
        <w:jc w:val="right"/>
      </w:pPr>
      <w:r>
        <w:t>یعنی ڈارون اور مارس اور فرائیڈ۔</w:t>
      </w:r>
    </w:p>
    <w:p>
      <w:r>
        <w:rPr>
          <w:b/>
        </w:rPr>
        <w:t xml:space="preserve">[32:16] </w:t>
      </w:r>
      <w:r>
        <w:t>darwin ne insaan aur khuda ke darmiyan talluq khatm kar diya.</w:t>
      </w:r>
    </w:p>
    <w:p>
      <w:pPr>
        <w:jc w:val="right"/>
      </w:pPr>
      <w:r>
        <w:t>ڈارون نے انسان اور خدا کے درمیان تعلق ختم کر دیا۔</w:t>
      </w:r>
    </w:p>
    <w:p>
      <w:r>
        <w:rPr>
          <w:b/>
        </w:rPr>
        <w:t xml:space="preserve">[32:21] </w:t>
      </w:r>
      <w:r>
        <w:t>koi talluq nahi hai.</w:t>
      </w:r>
    </w:p>
    <w:p>
      <w:pPr>
        <w:jc w:val="right"/>
      </w:pPr>
      <w:r>
        <w:t>کوئی تعلق نہیں ہے۔</w:t>
      </w:r>
    </w:p>
    <w:p>
      <w:r>
        <w:rPr>
          <w:b/>
        </w:rPr>
        <w:t xml:space="preserve">[32:23] </w:t>
      </w:r>
      <w:r>
        <w:t>sab kuch nature se ho raha hai.</w:t>
      </w:r>
    </w:p>
    <w:p>
      <w:pPr>
        <w:jc w:val="right"/>
      </w:pPr>
      <w:r>
        <w:t>سب کچھ nature سے ہو رہا ہے۔</w:t>
      </w:r>
    </w:p>
    <w:p>
      <w:r>
        <w:rPr>
          <w:b/>
        </w:rPr>
        <w:t xml:space="preserve">[32:26] </w:t>
      </w:r>
      <w:r>
        <w:t>sab kuch natural selection ke zariye ho raha hai.</w:t>
      </w:r>
    </w:p>
    <w:p>
      <w:pPr>
        <w:jc w:val="right"/>
      </w:pPr>
      <w:r>
        <w:t>سب کچھ natural selection کے ذریعے ہو رہا ہے۔</w:t>
      </w:r>
    </w:p>
    <w:p>
      <w:r>
        <w:rPr>
          <w:b/>
        </w:rPr>
        <w:t xml:space="preserve">[32:30] </w:t>
      </w:r>
      <w:r>
        <w:t>hamare insaan se koi insaan ka khuda se koi talluq nahi hai.</w:t>
      </w:r>
    </w:p>
    <w:p>
      <w:pPr>
        <w:jc w:val="right"/>
      </w:pPr>
      <w:r>
        <w:t>ہمارے انسان سے کوئی انسان کا خدا سے کوئی تعلق نہیں ہے۔</w:t>
      </w:r>
    </w:p>
    <w:p>
      <w:r>
        <w:rPr>
          <w:b/>
        </w:rPr>
        <w:t xml:space="preserve">[32:35] </w:t>
      </w:r>
      <w:r>
        <w:t>aap ne khuda ki ibadat karna hai, na dua karna hai, na khuda se darna hai, na accountable</w:t>
      </w:r>
    </w:p>
    <w:p>
      <w:pPr>
        <w:jc w:val="right"/>
      </w:pPr>
      <w:r>
        <w:t>آپ نے خدا کی عبادت کرنا ہے، نہ دعا کرنا ہے، نہ خدا سے ڈرنا ہے، نہ accountable</w:t>
      </w:r>
    </w:p>
    <w:p>
      <w:r>
        <w:rPr>
          <w:b/>
        </w:rPr>
        <w:t xml:space="preserve">[32:42] </w:t>
      </w:r>
      <w:r>
        <w:t>hain aap hain, kuch bhi nahi.</w:t>
      </w:r>
    </w:p>
    <w:p>
      <w:pPr>
        <w:jc w:val="right"/>
      </w:pPr>
      <w:r>
        <w:t>ہیں آپ ہیں، کچھ بھی نہیں۔</w:t>
      </w:r>
    </w:p>
    <w:p>
      <w:r>
        <w:rPr>
          <w:b/>
        </w:rPr>
        <w:t xml:space="preserve">[32:45] </w:t>
      </w:r>
      <w:r>
        <w:t>doosra marx tha.</w:t>
      </w:r>
    </w:p>
    <w:p>
      <w:pPr>
        <w:jc w:val="right"/>
      </w:pPr>
      <w:r>
        <w:t>دوسرا مارس تھا۔</w:t>
      </w:r>
    </w:p>
    <w:p>
      <w:r>
        <w:rPr>
          <w:b/>
        </w:rPr>
        <w:t xml:space="preserve">[32:46] </w:t>
      </w:r>
      <w:r>
        <w:t>marx ne poori tareekh ko takrao ki tareekh bana diya.</w:t>
      </w:r>
    </w:p>
    <w:p>
      <w:pPr>
        <w:jc w:val="right"/>
      </w:pPr>
      <w:r>
        <w:t>مارس نے پوری تاریخ کو ٹکراؤ کی تاریخ بنا دیا۔</w:t>
      </w:r>
    </w:p>
    <w:p>
      <w:r>
        <w:rPr>
          <w:b/>
        </w:rPr>
        <w:t xml:space="preserve">[32:51] </w:t>
      </w:r>
      <w:r>
        <w:t>dialectical process.</w:t>
      </w:r>
    </w:p>
    <w:p>
      <w:pPr>
        <w:jc w:val="right"/>
      </w:pPr>
      <w:r>
        <w:t>Dialectical process۔</w:t>
      </w:r>
    </w:p>
    <w:p>
      <w:r>
        <w:rPr>
          <w:b/>
        </w:rPr>
        <w:t xml:space="preserve">[32:52] </w:t>
      </w:r>
      <w:r>
        <w:t>ke do zid paida hote hain, do opposite paida hote hain.</w:t>
      </w:r>
    </w:p>
    <w:p>
      <w:pPr>
        <w:jc w:val="right"/>
      </w:pPr>
      <w:r>
        <w:t>کہ دو ضد پیدا ہوتے ہیں، دو opposite پیدا ہوتے ہیں۔</w:t>
      </w:r>
    </w:p>
    <w:p>
      <w:r>
        <w:rPr>
          <w:b/>
        </w:rPr>
        <w:t xml:space="preserve">[32:57] </w:t>
      </w:r>
      <w:r>
        <w:t>jaise jaise capitalist aur labor class opposite hain.</w:t>
      </w:r>
    </w:p>
    <w:p>
      <w:pPr>
        <w:jc w:val="right"/>
      </w:pPr>
      <w:r>
        <w:t>جیسے جیسے capitalist اور labor class opposite ہیں۔</w:t>
      </w:r>
    </w:p>
    <w:p>
      <w:r>
        <w:rPr>
          <w:b/>
        </w:rPr>
        <w:t xml:space="preserve">[33:00] </w:t>
      </w:r>
      <w:r>
        <w:t>hamesha paida hote rahenge aur takrate rahenge.</w:t>
      </w:r>
    </w:p>
    <w:p>
      <w:pPr>
        <w:jc w:val="right"/>
      </w:pPr>
      <w:r>
        <w:t>ہمیشہ پیدا ہوتے رہیں گے اور ٹکراتے رہیں گے۔</w:t>
      </w:r>
    </w:p>
    <w:p>
      <w:r>
        <w:rPr>
          <w:b/>
        </w:rPr>
        <w:t xml:space="preserve">[33:04] </w:t>
      </w:r>
      <w:r>
        <w:t>sahi ke kitna yaani hawani falsafa hai yeh.</w:t>
      </w:r>
    </w:p>
    <w:p>
      <w:pPr>
        <w:jc w:val="right"/>
      </w:pPr>
      <w:r>
        <w:t>صحیح کہ کتنا یعنی حیوانی فلسفہ ہے یہ۔</w:t>
      </w:r>
    </w:p>
    <w:p>
      <w:r>
        <w:rPr>
          <w:b/>
        </w:rPr>
        <w:t xml:space="preserve">[33:08] </w:t>
      </w:r>
      <w:r>
        <w:t>ke insaan ke andar kabhi bhi aapas mein mohabbat na ho, aapas mein ek doosre ko ehtram na</w:t>
      </w:r>
    </w:p>
    <w:p>
      <w:pPr>
        <w:jc w:val="right"/>
      </w:pPr>
      <w:r>
        <w:t>کہ انسان کے اندر کبھی بھی آپس میں محبت نہ ہو، آپس میں ایک دوسرے کو احترام نہ</w:t>
      </w:r>
    </w:p>
    <w:p>
      <w:r>
        <w:rPr>
          <w:b/>
        </w:rPr>
        <w:t xml:space="preserve">[33:15]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[33:17] </w:t>
      </w:r>
      <w:r>
        <w:t>sirf ladte rahen, ladte rahen.</w:t>
      </w:r>
    </w:p>
    <w:p>
      <w:pPr>
        <w:jc w:val="right"/>
      </w:pPr>
      <w:r>
        <w:t>صرف لڑتے رہیں، لڑتے رہیں۔</w:t>
      </w:r>
    </w:p>
    <w:p>
      <w:r>
        <w:rPr>
          <w:b/>
        </w:rPr>
        <w:t xml:space="preserve">[33:19] </w:t>
      </w:r>
      <w:r>
        <w:t>yeh yeh itna zabardast falsafa banaya hai marx ne ke sari duniya mein phail gaya hai woh.</w:t>
      </w:r>
    </w:p>
    <w:p>
      <w:pPr>
        <w:jc w:val="right"/>
      </w:pPr>
      <w:r>
        <w:t>یہ یہ اتنا زبردست فلسفہ بنایا ہے مارس نے کہ ساری دنیا میں پھیل گیا ہے وہ۔</w:t>
      </w:r>
    </w:p>
    <w:p>
      <w:r>
        <w:rPr>
          <w:b/>
        </w:rPr>
        <w:t xml:space="preserve">[33:26] </w:t>
      </w:r>
      <w:r>
        <w:t>ab main chauthe ko leta hoon jo hai yaani islam ka.</w:t>
      </w:r>
    </w:p>
    <w:p>
      <w:pPr>
        <w:jc w:val="right"/>
      </w:pPr>
      <w:r>
        <w:t>اب میں چوتھے کو لیتا ہوں جو ہے یعنی اسلام کا۔</w:t>
      </w:r>
    </w:p>
    <w:p>
      <w:r>
        <w:rPr>
          <w:b/>
        </w:rPr>
        <w:t xml:space="preserve">[33:31] </w:t>
      </w:r>
      <w:r>
        <w:t>is zamane mein yaad rakhiye jo jagah jahan tashaddud ho raha hai, us ke peeche direct taur par</w:t>
      </w:r>
    </w:p>
    <w:p>
      <w:pPr>
        <w:jc w:val="right"/>
      </w:pPr>
      <w:r>
        <w:t>اس زمانے میں یاد رکھیے جو جگہ جہاں تشدد ہو رہا ہے، اس کے پیچھے direct طور پر</w:t>
      </w:r>
    </w:p>
    <w:p>
      <w:r>
        <w:rPr>
          <w:b/>
        </w:rPr>
        <w:t xml:space="preserve">[33:39] </w:t>
      </w:r>
      <w:r>
        <w:t>yani is ke responsible hain do aadmi.</w:t>
      </w:r>
    </w:p>
    <w:p>
      <w:pPr>
        <w:jc w:val="right"/>
      </w:pPr>
      <w:r>
        <w:t>یعنی اس کے responsible ہیں دو آدمی۔</w:t>
      </w:r>
    </w:p>
    <w:p>
      <w:r>
        <w:rPr>
          <w:b/>
        </w:rPr>
        <w:t xml:space="preserve">[33:42] </w:t>
      </w:r>
      <w:r>
        <w:t>abulehab mehdhi aur syed qutb.</w:t>
      </w:r>
    </w:p>
    <w:p>
      <w:pPr>
        <w:jc w:val="right"/>
      </w:pPr>
      <w:r>
        <w:t>ابو لہب مہدی اور سید قطب۔</w:t>
      </w:r>
    </w:p>
    <w:p>
      <w:r>
        <w:rPr>
          <w:b/>
        </w:rPr>
        <w:t xml:space="preserve">[33:44] </w:t>
      </w:r>
      <w:r>
        <w:t>abulehab mehdhi aur syed qutb ne kya kiya? ke quran ki galat tafsir kar ke.</w:t>
      </w:r>
    </w:p>
    <w:p>
      <w:pPr>
        <w:jc w:val="right"/>
      </w:pPr>
      <w:r>
        <w:t>ابو لہب مہدی اور سید قطب نے کیا کیا؟ کہ قرآن کی غلط تفسیر کر کے۔</w:t>
      </w:r>
    </w:p>
    <w:p>
      <w:r>
        <w:rPr>
          <w:b/>
        </w:rPr>
        <w:t xml:space="preserve">[33:51] </w:t>
      </w:r>
      <w:r>
        <w:t>syed qutb ki tafsir aap parh sakte hain fi zilal al-quran.</w:t>
      </w:r>
    </w:p>
    <w:p>
      <w:pPr>
        <w:jc w:val="right"/>
      </w:pPr>
      <w:r>
        <w:t>سید قطب کی تفسیر آپ پڑھ سکتے ہیں فی ذلال القرآن۔</w:t>
      </w:r>
    </w:p>
    <w:p>
      <w:r>
        <w:rPr>
          <w:b/>
        </w:rPr>
        <w:t xml:space="preserve">[33:56] </w:t>
      </w:r>
      <w:r>
        <w:t>aur abulehab mehdhi ki tafsir parh sakte hain tafheem al-quran.</w:t>
      </w:r>
    </w:p>
    <w:p>
      <w:pPr>
        <w:jc w:val="right"/>
      </w:pPr>
      <w:r>
        <w:t>اور ابو لہب مہدی کی تفسیر پڑھ سکتے ہیں تفہیم القرآن۔</w:t>
      </w:r>
    </w:p>
    <w:p>
      <w:r>
        <w:rPr>
          <w:b/>
        </w:rPr>
        <w:t xml:space="preserve">[34:01] </w:t>
      </w:r>
      <w:r>
        <w:t>puri tafsir ko unhon ne political tafsir bana diya hai.</w:t>
      </w:r>
    </w:p>
    <w:p>
      <w:pPr>
        <w:jc w:val="right"/>
      </w:pPr>
      <w:r>
        <w:t>پوری تفسیر کو انہوں نے political تفسیر بنا دیا ہے۔</w:t>
      </w:r>
    </w:p>
    <w:p>
      <w:r>
        <w:rPr>
          <w:b/>
        </w:rPr>
        <w:t xml:space="preserve">[34:05] </w:t>
      </w:r>
      <w:r>
        <w:t>political tafsir.</w:t>
      </w:r>
    </w:p>
    <w:p>
      <w:pPr>
        <w:jc w:val="right"/>
      </w:pPr>
      <w:r>
        <w:t>Political تفسیر۔</w:t>
      </w:r>
    </w:p>
    <w:p>
      <w:r>
        <w:rPr>
          <w:b/>
        </w:rPr>
        <w:t xml:space="preserve">[34:06] </w:t>
      </w:r>
      <w:r>
        <w:t>jaise mein ek misaal deta hoon aap ko.</w:t>
      </w:r>
    </w:p>
    <w:p>
      <w:pPr>
        <w:jc w:val="right"/>
      </w:pPr>
      <w:r>
        <w:t>جیسے میں ایک مثال دیتا ہوں آپ کو۔</w:t>
      </w:r>
    </w:p>
    <w:p>
      <w:r>
        <w:rPr>
          <w:b/>
        </w:rPr>
        <w:t xml:space="preserve">[34:10] </w:t>
      </w:r>
      <w:r>
        <w:t>ke syed qutb ki jo tafsir hai, arabi tafsir.</w:t>
      </w:r>
    </w:p>
    <w:p>
      <w:pPr>
        <w:jc w:val="right"/>
      </w:pPr>
      <w:r>
        <w:t>کہ سید قطب کی جو تفسیر ہے، عربی تفسیر۔</w:t>
      </w:r>
    </w:p>
    <w:p>
      <w:r>
        <w:rPr>
          <w:b/>
        </w:rPr>
        <w:t xml:space="preserve">[34:14] </w:t>
      </w:r>
      <w:r>
        <w:t>fi zilal al-quran.</w:t>
      </w:r>
    </w:p>
    <w:p>
      <w:pPr>
        <w:jc w:val="right"/>
      </w:pPr>
      <w:r>
        <w:t>فی ذلال القرآن۔</w:t>
      </w:r>
    </w:p>
    <w:p>
      <w:r>
        <w:rPr>
          <w:b/>
        </w:rPr>
        <w:t xml:space="preserve">[34:15] </w:t>
      </w:r>
      <w:r>
        <w:t>to quran mein surah shuara mein aur surah aaraaf mein do jagah.</w:t>
      </w:r>
    </w:p>
    <w:p>
      <w:pPr>
        <w:jc w:val="right"/>
      </w:pPr>
      <w:r>
        <w:t>تو قرآن میں سورہ شعراء میں اور سورہ الاعراف میں دو جگہ۔</w:t>
      </w:r>
    </w:p>
    <w:p>
      <w:r>
        <w:rPr>
          <w:b/>
        </w:rPr>
        <w:t xml:space="preserve">[34:20] </w:t>
      </w:r>
      <w:r>
        <w:t>firoun ka ek naqal hua hai ke firoun ne kaha apne darbariyon se ke moosa chahte hain ke</w:t>
      </w:r>
    </w:p>
    <w:p>
      <w:pPr>
        <w:jc w:val="right"/>
      </w:pPr>
      <w:r>
        <w:t>فرعون کا ایک نقل ہوا ہے کہ فرعون نے کہا اپنے درباریوں سے کہ موسیٰ چاہتے ہیں کہ</w:t>
      </w:r>
    </w:p>
    <w:p>
      <w:r>
        <w:rPr>
          <w:b/>
        </w:rPr>
        <w:t xml:space="preserve">[34:28] </w:t>
      </w:r>
      <w:r>
        <w:t>tum ko tumhare mulk se nikal dein.</w:t>
      </w:r>
    </w:p>
    <w:p>
      <w:pPr>
        <w:jc w:val="right"/>
      </w:pPr>
      <w:r>
        <w:t>تم کو تمہارے بل سے نکال دیں۔</w:t>
      </w:r>
    </w:p>
    <w:p>
      <w:r>
        <w:rPr>
          <w:b/>
        </w:rPr>
        <w:t xml:space="preserve">[34:31] </w:t>
      </w:r>
      <w:r>
        <w:t>to is ko likha hai syed qutb sahib ne ke us ne kaha is se darbariyon se inaha</w:t>
      </w:r>
    </w:p>
    <w:p>
      <w:pPr>
        <w:jc w:val="right"/>
      </w:pPr>
      <w:r>
        <w:t>تو اس کو لکھا ہے سید قطب صاحب نے کہ اس نے کہا اس سے درباریوں سے انہا</w:t>
      </w:r>
    </w:p>
    <w:p>
      <w:r>
        <w:rPr>
          <w:b/>
        </w:rPr>
        <w:t xml:space="preserve">[34:39] </w:t>
      </w:r>
      <w:r>
        <w:t>zahab al-sultan inaha zahab al-sultan yeh to hamari hukumat ko khatm karne ka nara hai.</w:t>
      </w:r>
    </w:p>
    <w:p>
      <w:pPr>
        <w:jc w:val="right"/>
      </w:pPr>
      <w:r>
        <w:t>ذہاب السلطان انہا ذہاب السلطان یہ تو ہماری حکومت کو ختم کرنے کا نعرہ ہے۔</w:t>
      </w:r>
    </w:p>
    <w:p>
      <w:r>
        <w:rPr>
          <w:b/>
        </w:rPr>
        <w:t xml:space="preserve">[34:45] </w:t>
      </w:r>
      <w:r>
        <w:t>hamari hukumat hi khatm kar dega yeh aadmi.</w:t>
      </w:r>
    </w:p>
    <w:p>
      <w:pPr>
        <w:jc w:val="right"/>
      </w:pPr>
      <w:r>
        <w:t>ہماری حکومت ہی ختم کر دے گا یہ آدمی۔</w:t>
      </w:r>
    </w:p>
    <w:p>
      <w:r>
        <w:rPr>
          <w:b/>
        </w:rPr>
        <w:t xml:space="preserve">[34:49] </w:t>
      </w:r>
      <w:r>
        <w:t>be dakhal kar dega hum ko hamari saltanat se.</w:t>
      </w:r>
    </w:p>
    <w:p>
      <w:pPr>
        <w:jc w:val="right"/>
      </w:pPr>
      <w:r>
        <w:t>بے دخل کر دے گا ہم کو ہماری سلطنت سے۔</w:t>
      </w:r>
    </w:p>
    <w:p>
      <w:r>
        <w:rPr>
          <w:b/>
        </w:rPr>
        <w:t xml:space="preserve">[34:53] </w:t>
      </w:r>
      <w:r>
        <w:t>is se ladna hai.</w:t>
      </w:r>
    </w:p>
    <w:p>
      <w:pPr>
        <w:jc w:val="right"/>
      </w:pPr>
      <w:r>
        <w:t>اس سے لڑنا ہے۔</w:t>
      </w:r>
    </w:p>
    <w:p>
      <w:r>
        <w:rPr>
          <w:b/>
        </w:rPr>
        <w:t xml:space="preserve">[34:55] </w:t>
      </w:r>
      <w:r>
        <w:t>halanke hazrat hazrat hazrat hazrat moosa jo the un ki dawat sirf tauheed ki thi.</w:t>
      </w:r>
    </w:p>
    <w:p>
      <w:pPr>
        <w:jc w:val="right"/>
      </w:pPr>
      <w:r>
        <w:t>حالانکہ حضرت حضرت حضرت حضرت موسیٰ جو تھے ان کی دعوت صرف توحید کی تھی۔</w:t>
      </w:r>
    </w:p>
    <w:p>
      <w:r>
        <w:rPr>
          <w:b/>
        </w:rPr>
        <w:t xml:space="preserve">[35:01] </w:t>
      </w:r>
      <w:r>
        <w:t>is ka politics se koi matlab hi nahi tha.</w:t>
      </w:r>
    </w:p>
    <w:p>
      <w:pPr>
        <w:jc w:val="right"/>
      </w:pPr>
      <w:r>
        <w:t>اس کا politics سے کوئی مطلب ہی نہیں تھا۔</w:t>
      </w:r>
    </w:p>
    <w:p>
      <w:r>
        <w:rPr>
          <w:b/>
        </w:rPr>
        <w:t xml:space="preserve">[35:05] </w:t>
      </w:r>
      <w:r>
        <w:t>aur dilchasp baat yeh hai aap dekhiye ke syed qutb ke samajh mein nahi aaya ke jab allah</w:t>
      </w:r>
    </w:p>
    <w:p>
      <w:pPr>
        <w:jc w:val="right"/>
      </w:pPr>
      <w:r>
        <w:t>اور دلچسپ بات یہ ہے آپ دیکھیے کہ سید قطب کے سمجھ میں نہیں آیا کہ جب اللہ</w:t>
      </w:r>
    </w:p>
    <w:p>
      <w:r>
        <w:rPr>
          <w:b/>
        </w:rPr>
        <w:t xml:space="preserve">[35:13] </w:t>
      </w:r>
      <w:r>
        <w:t>taala ne madad ki hazrat moosa ki aur firoun gharaq ho gaya aur sara misr khali ho gaya.</w:t>
      </w:r>
    </w:p>
    <w:p>
      <w:pPr>
        <w:jc w:val="right"/>
      </w:pPr>
      <w:r>
        <w:t>تعالیٰ نے مدد کی حضرت موسیٰ کی اور فرعون غرق ہو گیا اور سارا مصر خالی ہو گیا۔</w:t>
      </w:r>
    </w:p>
    <w:p>
      <w:r>
        <w:rPr>
          <w:b/>
        </w:rPr>
        <w:t xml:space="preserve">[35:21] </w:t>
      </w:r>
      <w:r>
        <w:t>aap jante hain ke quran mein bataya gaya hai, bible mein bataya gaya hai ke firoun bhi doob</w:t>
      </w:r>
    </w:p>
    <w:p>
      <w:pPr>
        <w:jc w:val="right"/>
      </w:pPr>
      <w:r>
        <w:t>آپ جانتے ہیں کہ قرآن میں بتایا گیا ہے، بائبل میں بتایا گیا ہے کہ فرعون بھی ڈوب</w:t>
      </w:r>
    </w:p>
    <w:p>
      <w:r>
        <w:rPr>
          <w:b/>
        </w:rPr>
        <w:t xml:space="preserve">[35:28] </w:t>
      </w:r>
      <w:r>
        <w:t>gaya aur uska lashkar bhi doob gaya.</w:t>
      </w:r>
    </w:p>
    <w:p>
      <w:pPr>
        <w:jc w:val="right"/>
      </w:pPr>
      <w:r>
        <w:t>گیا اور اس کا لشکر بھی ڈوب گیا۔</w:t>
      </w:r>
    </w:p>
    <w:p>
      <w:r>
        <w:rPr>
          <w:b/>
        </w:rPr>
        <w:t xml:space="preserve">[35:32] </w:t>
      </w:r>
      <w:r>
        <w:t>saari taaqat is mein khatm ho gayi.</w:t>
      </w:r>
    </w:p>
    <w:p>
      <w:pPr>
        <w:jc w:val="right"/>
      </w:pPr>
      <w:r>
        <w:t>ساری طاقت اس میں ختم ہو گئی۔</w:t>
      </w:r>
    </w:p>
    <w:p>
      <w:r>
        <w:rPr>
          <w:b/>
        </w:rPr>
        <w:t xml:space="preserve">[35:35] </w:t>
      </w:r>
      <w:r>
        <w:t>musa bani israel laakhon ki tadaad mein thay, woh kayi laakh ki tadaad mein thay wahan par misr</w:t>
      </w:r>
    </w:p>
    <w:p>
      <w:pPr>
        <w:jc w:val="right"/>
      </w:pPr>
      <w:r>
        <w:t>موسیٰ بنی اسرائیل لاکھوں کی تعداد میں تھے، وہ کئی لاکھ کی تعداد میں تھے وہاں پر مصر</w:t>
      </w:r>
    </w:p>
    <w:p>
      <w:r>
        <w:rPr>
          <w:b/>
        </w:rPr>
        <w:t xml:space="preserve">[35:43]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[35:44] </w:t>
      </w:r>
      <w:r>
        <w:t>to hazrat musa qabza kar letay misr ke oopar.</w:t>
      </w:r>
    </w:p>
    <w:p>
      <w:pPr>
        <w:jc w:val="right"/>
      </w:pPr>
      <w:r>
        <w:t>تو حضرت موسیٰ قبضہ کر لیتے مصر کے اوپر۔</w:t>
      </w:r>
    </w:p>
    <w:p>
      <w:r>
        <w:rPr>
          <w:b/>
        </w:rPr>
        <w:t xml:space="preserve">[35:48] </w:t>
      </w:r>
      <w:r>
        <w:t>chale gaye saraye sina mein kyun chale gaye? yaani hai agar hazrat musa ka maqsad yeh tha ke</w:t>
      </w:r>
    </w:p>
    <w:p>
      <w:pPr>
        <w:jc w:val="right"/>
      </w:pPr>
      <w:r>
        <w:t>چلے گئے سرائے سینہ میں کیوں چلے گئے؟ یعنی ہے اگر حضرت موسیٰ کا مقصد یہ تھا کہ</w:t>
      </w:r>
    </w:p>
    <w:p>
      <w:r>
        <w:rPr>
          <w:b/>
        </w:rPr>
        <w:t xml:space="preserve">[35:56] </w:t>
      </w:r>
      <w:r>
        <w:t>misr mein firoun ko hata kar ke apni hukoomat qaim karein to jab hukoomat jab firoun hat chuka</w:t>
      </w:r>
    </w:p>
    <w:p>
      <w:pPr>
        <w:jc w:val="right"/>
      </w:pPr>
      <w:r>
        <w:t>مصر میں فرعون کو ہٹا کر کے اپنی حکومت قائم کریں تو جب حکومت جب فرعون ہٹ چکا</w:t>
      </w:r>
    </w:p>
    <w:p>
      <w:r>
        <w:rPr>
          <w:b/>
        </w:rPr>
        <w:t xml:space="preserve">[36:03] </w:t>
      </w:r>
      <w:r>
        <w:t>tha, lashkar barbaad ho chuka tha to qabza kyun nahi kiya unhon ne? phir saraye sina mein kyun</w:t>
      </w:r>
    </w:p>
    <w:p>
      <w:pPr>
        <w:jc w:val="right"/>
      </w:pPr>
      <w:r>
        <w:t>تھا، لشکر برباد ہو چکا تھا تو قبضہ کیوں نہیں کیا انہوں نے؟ پھر سرائے سینہ میں کیوں</w:t>
      </w:r>
    </w:p>
    <w:p>
      <w:r>
        <w:rPr>
          <w:b/>
        </w:rPr>
        <w:t xml:space="preserve">[36:11] </w:t>
      </w:r>
      <w:r>
        <w:t>chale gaye? lekin yeh farmatay hain to firoun ne kaha tha aik aik woh koi bhi shakhs aik</w:t>
      </w:r>
    </w:p>
    <w:p>
      <w:pPr>
        <w:jc w:val="right"/>
      </w:pPr>
      <w:r>
        <w:t>چلے گئے؟ لیکن یہ فرماتے ہیں تو فرعون نے کہا تھا ایک ایک وہ کوئی بھی شخص ایک</w:t>
      </w:r>
    </w:p>
    <w:p>
      <w:r>
        <w:rPr>
          <w:b/>
        </w:rPr>
        <w:t xml:space="preserve">[36:19] </w:t>
      </w:r>
      <w:r>
        <w:t>behkanay wala jumla kehta hai, provoke karne ke liye aik aik aik sentence bolta hai.</w:t>
      </w:r>
    </w:p>
    <w:p>
      <w:pPr>
        <w:jc w:val="right"/>
      </w:pPr>
      <w:r>
        <w:t>بہکانے والا جملہ کہتا ہے، provoke کرنے کے لیے ایک ایک ایک sentence بولتا ہے۔</w:t>
      </w:r>
    </w:p>
    <w:p>
      <w:r>
        <w:rPr>
          <w:b/>
        </w:rPr>
        <w:t xml:space="preserve">[36:25] </w:t>
      </w:r>
      <w:r>
        <w:t>is ke sachai se koi talluq nahi hota.</w:t>
      </w:r>
    </w:p>
    <w:p>
      <w:pPr>
        <w:jc w:val="right"/>
      </w:pPr>
      <w:r>
        <w:t>اس کے سچائی سے کوئی تعلق نہیں ہوتا۔</w:t>
      </w:r>
    </w:p>
    <w:p>
      <w:r>
        <w:rPr>
          <w:b/>
        </w:rPr>
        <w:t xml:space="preserve">[36:29] </w:t>
      </w:r>
      <w:r>
        <w:t>to firoun ne kaha tha apne darbaariyon ko bharkaanay bharkaanay ke liye.</w:t>
      </w:r>
    </w:p>
    <w:p>
      <w:pPr>
        <w:jc w:val="right"/>
      </w:pPr>
      <w:r>
        <w:t>تو فرعون نے کہا تھا اپنے درباریوں کو بھڑکانے بھڑکانے کے لیے۔</w:t>
      </w:r>
    </w:p>
    <w:p>
      <w:r>
        <w:rPr>
          <w:b/>
        </w:rPr>
        <w:t xml:space="preserve">[36:34] </w:t>
      </w:r>
      <w:r>
        <w:t>woh jaanta tha ke ke firoun jaanta tha ke hazrat musa ki dawat mein koi politics nahi hai.</w:t>
      </w:r>
    </w:p>
    <w:p>
      <w:pPr>
        <w:jc w:val="right"/>
      </w:pPr>
      <w:r>
        <w:t>وہ جانتا تھا کہ کہ فرعون جانتا تھا کہ حضرت موسیٰ کی دعوت میں کوئی politics نہیں ہے۔</w:t>
      </w:r>
    </w:p>
    <w:p>
      <w:r>
        <w:rPr>
          <w:b/>
        </w:rPr>
        <w:t xml:space="preserve">[36:42] </w:t>
      </w:r>
      <w:r>
        <w:t>woh to aik toheed ki dawat hai.</w:t>
      </w:r>
    </w:p>
    <w:p>
      <w:pPr>
        <w:jc w:val="right"/>
      </w:pPr>
      <w:r>
        <w:t>وہ تو ایک توحید کی دعوت ہے۔</w:t>
      </w:r>
    </w:p>
    <w:p>
      <w:r>
        <w:rPr>
          <w:b/>
        </w:rPr>
        <w:t xml:space="preserve">[36:45] </w:t>
      </w:r>
      <w:r>
        <w:t>bharkaanay ke liye us ne kaha ke to bharkaanay ke baad jo kahi thi us ne us se</w:t>
      </w:r>
    </w:p>
    <w:p>
      <w:pPr>
        <w:jc w:val="right"/>
      </w:pPr>
      <w:r>
        <w:t>بھڑکانے کے لیے اس نے کہا کہ تو بھڑکانے کے بعد جو کہی تھی اس نے اس سے</w:t>
      </w:r>
    </w:p>
    <w:p>
      <w:r>
        <w:rPr>
          <w:b/>
        </w:rPr>
        <w:t xml:space="preserve">[36:52] </w:t>
      </w:r>
      <w:r>
        <w:t>nikal liya syed qutb ne ke inaha zahab al sultan.</w:t>
      </w:r>
    </w:p>
    <w:p>
      <w:pPr>
        <w:jc w:val="right"/>
      </w:pPr>
      <w:r>
        <w:t>نکال لیا سید قطب نے کہ انہا ذہاب السلطان۔</w:t>
      </w:r>
    </w:p>
    <w:p>
      <w:r>
        <w:rPr>
          <w:b/>
        </w:rPr>
        <w:t xml:space="preserve">[36:56] </w:t>
      </w:r>
      <w:r>
        <w:t>ab ghhor kijiye ke kya musa ka jo message hai woh firoun ke paas se nikle ga ya</w:t>
      </w:r>
    </w:p>
    <w:p>
      <w:pPr>
        <w:jc w:val="right"/>
      </w:pPr>
      <w:r>
        <w:t>اب غور کیجیے کہ کیا موسیٰ کا جو message ہے وہ فرعون کے پاس سے نکلے گا یا</w:t>
      </w:r>
    </w:p>
    <w:p>
      <w:r>
        <w:rPr>
          <w:b/>
        </w:rPr>
        <w:t xml:space="preserve">[37:04] </w:t>
      </w:r>
      <w:r>
        <w:t>khud firoun ke ya khud musa ke kalam se nikle ga? kehti hai illogical baat hai ke hazrat</w:t>
      </w:r>
    </w:p>
    <w:p>
      <w:pPr>
        <w:jc w:val="right"/>
      </w:pPr>
      <w:r>
        <w:t>خود فرعون کے یا خود موسیٰ کے کلام سے نکلے گا؟ کہتی ہے illogical بات ہے کہ حضرت</w:t>
      </w:r>
    </w:p>
    <w:p>
      <w:r>
        <w:rPr>
          <w:b/>
        </w:rPr>
        <w:t xml:space="preserve">[37:12] </w:t>
      </w:r>
      <w:r>
        <w:t>musa ke baad message kya tha is ko nikaal rahay hain firoun ke kalam se.</w:t>
      </w:r>
    </w:p>
    <w:p>
      <w:pPr>
        <w:jc w:val="right"/>
      </w:pPr>
      <w:r>
        <w:t>موسیٰ کے بعد message کیا تھا اس کو نکال رہے ہیں فرعون کے کلام سے۔</w:t>
      </w:r>
    </w:p>
    <w:p>
      <w:r>
        <w:rPr>
          <w:b/>
        </w:rPr>
        <w:t xml:space="preserve">[37:18] </w:t>
      </w:r>
      <w:r>
        <w:t>woh to nikla hai ke khud hazrat musa ke kalam se.</w:t>
      </w:r>
    </w:p>
    <w:p>
      <w:pPr>
        <w:jc w:val="right"/>
      </w:pPr>
      <w:r>
        <w:t>وہ تو نکلا ہے کہ خود حضرت موسیٰ کے کلام سے۔</w:t>
      </w:r>
    </w:p>
    <w:p>
      <w:r>
        <w:rPr>
          <w:b/>
        </w:rPr>
        <w:t xml:space="preserve">[37:23] </w:t>
      </w:r>
      <w:r>
        <w:t>kehti hai illogical baat hai.</w:t>
      </w:r>
    </w:p>
    <w:p>
      <w:pPr>
        <w:jc w:val="right"/>
      </w:pPr>
      <w:r>
        <w:t>کہتی ہے illogical بات ہے۔</w:t>
      </w:r>
    </w:p>
    <w:p>
      <w:r>
        <w:rPr>
          <w:b/>
        </w:rPr>
        <w:t xml:space="preserve">[37:25] </w:t>
      </w:r>
      <w:r>
        <w:t>aur phir hazrat musa chhod ke chale gaye misr se wahan.</w:t>
      </w:r>
    </w:p>
    <w:p>
      <w:pPr>
        <w:jc w:val="right"/>
      </w:pPr>
      <w:r>
        <w:t>اور پھر حضرت موسیٰ چھوڑ کے چلے گئے مصر سے وہاں۔</w:t>
      </w:r>
    </w:p>
    <w:p>
      <w:r>
        <w:rPr>
          <w:b/>
        </w:rPr>
        <w:t xml:space="preserve">[37:30] </w:t>
      </w:r>
      <w:r>
        <w:t>tab bhi nahi samajh mein aaya un ke.</w:t>
      </w:r>
    </w:p>
    <w:p>
      <w:pPr>
        <w:jc w:val="right"/>
      </w:pPr>
      <w:r>
        <w:t>تب بھی نہیں سمجھ میں آیا ان کے۔</w:t>
      </w:r>
    </w:p>
    <w:p>
      <w:r>
        <w:rPr>
          <w:b/>
        </w:rPr>
        <w:t xml:space="preserve">[37:33] </w:t>
      </w:r>
      <w:r>
        <w:t>to yeh likha unhon ne syed qutb sahib ne.</w:t>
      </w:r>
    </w:p>
    <w:p>
      <w:pPr>
        <w:jc w:val="right"/>
      </w:pPr>
      <w:r>
        <w:t>تو یہ لکھا انہوں نے سید قطب صاحب نے۔</w:t>
      </w:r>
    </w:p>
    <w:p>
      <w:r>
        <w:rPr>
          <w:b/>
        </w:rPr>
        <w:t xml:space="preserve">[37:37] </w:t>
      </w:r>
      <w:r>
        <w:t>yeh poori tafseer un ki parhi aap isi qism ki baatein hain ke is ko politicize kiya unhon</w:t>
      </w:r>
    </w:p>
    <w:p>
      <w:pPr>
        <w:jc w:val="right"/>
      </w:pPr>
      <w:r>
        <w:t>یہ پوری تفسیر ان کی پڑھی آپ اسی قسم کی باتیں ہیں کہ اس کو politicize کیا انہوں</w:t>
      </w:r>
    </w:p>
    <w:p>
      <w:r>
        <w:rPr>
          <w:b/>
        </w:rPr>
        <w:t xml:space="preserve">[37:45] </w:t>
      </w:r>
      <w:r>
        <w:t>ne tafseer ko.</w:t>
      </w:r>
    </w:p>
    <w:p>
      <w:pPr>
        <w:jc w:val="right"/>
      </w:pPr>
      <w:r>
        <w:t>نے تفسیر کو۔</w:t>
      </w:r>
    </w:p>
    <w:p>
      <w:r>
        <w:rPr>
          <w:b/>
        </w:rPr>
        <w:t xml:space="preserve">[37:46] </w:t>
      </w:r>
      <w:r>
        <w:t>aise abul lahab mahdi ne kiya hai.</w:t>
      </w:r>
    </w:p>
    <w:p>
      <w:pPr>
        <w:jc w:val="right"/>
      </w:pPr>
      <w:r>
        <w:t>ایسے ابو لہب مہدی نے کیا ہے۔</w:t>
      </w:r>
    </w:p>
    <w:p>
      <w:r>
        <w:rPr>
          <w:b/>
        </w:rPr>
        <w:t xml:space="preserve">[37:49] </w:t>
      </w:r>
      <w:r>
        <w:t>un ki tafsir padhi hai tafheem ul quran.</w:t>
      </w:r>
    </w:p>
    <w:p>
      <w:pPr>
        <w:jc w:val="right"/>
      </w:pPr>
      <w:r>
        <w:t>ان کی تفسیر پڑھی ہے تفہیم القرآن۔</w:t>
      </w:r>
    </w:p>
    <w:p>
      <w:r>
        <w:rPr>
          <w:b/>
        </w:rPr>
        <w:t xml:space="preserve">[37:52] </w:t>
      </w:r>
      <w:r>
        <w:t>jaise misaal ke taur par quran mein hai ke ae logon tum qist par qaim hone wale ban</w:t>
      </w:r>
    </w:p>
    <w:p>
      <w:pPr>
        <w:jc w:val="right"/>
      </w:pPr>
      <w:r>
        <w:t>جیسے مثال کے طور پر قرآن میں ہے کہ اے لوگوں تم قسط پر قائم ہونے والے بن</w:t>
      </w:r>
    </w:p>
    <w:p>
      <w:r>
        <w:rPr>
          <w:b/>
        </w:rPr>
        <w:t xml:space="preserve">[38:00] </w:t>
      </w:r>
      <w:r>
        <w:t>jao.</w:t>
      </w:r>
    </w:p>
    <w:p>
      <w:pPr>
        <w:jc w:val="right"/>
      </w:pPr>
      <w:r>
        <w:t>جاؤ۔</w:t>
      </w:r>
    </w:p>
    <w:p>
      <w:r>
        <w:rPr>
          <w:b/>
        </w:rPr>
        <w:t xml:space="preserve">[38:01] </w:t>
      </w:r>
      <w:r>
        <w:t>yani qist ki pairwi karne wale ban jao.</w:t>
      </w:r>
    </w:p>
    <w:p>
      <w:pPr>
        <w:jc w:val="right"/>
      </w:pPr>
      <w:r>
        <w:t>یعنی قسط کی پیروی کرنے والے بن جاؤ۔</w:t>
      </w:r>
    </w:p>
    <w:p>
      <w:r>
        <w:rPr>
          <w:b/>
        </w:rPr>
        <w:t xml:space="preserve">[38:05] </w:t>
      </w:r>
      <w:r>
        <w:t>to yeh jo qawwam ka lafz hai yeh muqeem ka mubalgha nahi hai, qaim ka mubalgha hai.</w:t>
      </w:r>
    </w:p>
    <w:p>
      <w:pPr>
        <w:jc w:val="right"/>
      </w:pPr>
      <w:r>
        <w:t>تو یہ جو قوام کا لفظ ہے یہ مقیم کا مبالغہ نہیں ہے، قائم کا مبالغہ ہے۔</w:t>
      </w:r>
    </w:p>
    <w:p>
      <w:r>
        <w:rPr>
          <w:b/>
        </w:rPr>
        <w:t xml:space="preserve">[38:12] </w:t>
      </w:r>
      <w:r>
        <w:t>yani apne aap ko qaim kar do qist ke upar, justice ke upar.</w:t>
      </w:r>
    </w:p>
    <w:p>
      <w:pPr>
        <w:jc w:val="right"/>
      </w:pPr>
      <w:r>
        <w:t>یعنی اپنے آپ کو قائم کر دو قسط کے اوپر، justice کے اوپر۔</w:t>
      </w:r>
    </w:p>
    <w:p>
      <w:r>
        <w:rPr>
          <w:b/>
        </w:rPr>
        <w:t xml:space="preserve">[38:18] </w:t>
      </w:r>
      <w:r>
        <w:t>justice ko follow karne wale ban jao.</w:t>
      </w:r>
    </w:p>
    <w:p>
      <w:pPr>
        <w:jc w:val="right"/>
      </w:pPr>
      <w:r>
        <w:t>Justice کو follow کرنے والے بن جاؤ۔</w:t>
      </w:r>
    </w:p>
    <w:p>
      <w:r>
        <w:rPr>
          <w:b/>
        </w:rPr>
        <w:t xml:space="preserve">[38:21] </w:t>
      </w:r>
      <w:r>
        <w:t>justice ki pairwi karne wale ban jao.</w:t>
      </w:r>
    </w:p>
    <w:p>
      <w:pPr>
        <w:jc w:val="right"/>
      </w:pPr>
      <w:r>
        <w:t>Justice کی پیروی کرنے والے بن جاؤ۔</w:t>
      </w:r>
    </w:p>
    <w:p>
      <w:r>
        <w:rPr>
          <w:b/>
        </w:rPr>
        <w:t xml:space="preserve">[38:24] </w:t>
      </w:r>
      <w:r>
        <w:t>is ke baad kya nikaal liya unhon ne? justice ek jhanda buland karo.</w:t>
      </w:r>
    </w:p>
    <w:p>
      <w:pPr>
        <w:jc w:val="right"/>
      </w:pPr>
      <w:r>
        <w:t>اس کے بعد کیا نکال لیا انہوں نے؟ Justice ایک جھنڈا بلند کرو۔</w:t>
      </w:r>
    </w:p>
    <w:p>
      <w:r>
        <w:rPr>
          <w:b/>
        </w:rPr>
        <w:t xml:space="preserve">[38:29] </w:t>
      </w:r>
      <w:r>
        <w:t>justice ko duniya mein ghalib karo.</w:t>
      </w:r>
    </w:p>
    <w:p>
      <w:pPr>
        <w:jc w:val="right"/>
      </w:pPr>
      <w:r>
        <w:t>Justice کو دنیا میں غالب کرو۔</w:t>
      </w:r>
    </w:p>
    <w:p>
      <w:r>
        <w:rPr>
          <w:b/>
        </w:rPr>
        <w:t xml:space="preserve">[38:32] </w:t>
      </w:r>
      <w:r>
        <w:t>justice ek hukumat qaim karo sari duniya mein.</w:t>
      </w:r>
    </w:p>
    <w:p>
      <w:pPr>
        <w:jc w:val="right"/>
      </w:pPr>
      <w:r>
        <w:t>Justice ایک حکومت قائم کرو ساری دنیا میں۔</w:t>
      </w:r>
    </w:p>
    <w:p>
      <w:r>
        <w:rPr>
          <w:b/>
        </w:rPr>
        <w:t xml:space="preserve">[38:35] </w:t>
      </w:r>
      <w:r>
        <w:t>aap padh lijie tafheem ul quran mein.</w:t>
      </w:r>
    </w:p>
    <w:p>
      <w:pPr>
        <w:jc w:val="right"/>
      </w:pPr>
      <w:r>
        <w:t>آپ پڑھ لیجیے تفہیم القرآن میں۔</w:t>
      </w:r>
    </w:p>
    <w:p>
      <w:r>
        <w:rPr>
          <w:b/>
        </w:rPr>
        <w:t xml:space="preserve">[38:38] </w:t>
      </w:r>
      <w:r>
        <w:t>ab kitna stupid interpretation hai yeh.</w:t>
      </w:r>
    </w:p>
    <w:p>
      <w:pPr>
        <w:jc w:val="right"/>
      </w:pPr>
      <w:r>
        <w:t>اب کتنا stupid interpretation ہے یہ۔</w:t>
      </w:r>
    </w:p>
    <w:p>
      <w:r>
        <w:rPr>
          <w:b/>
        </w:rPr>
        <w:t xml:space="preserve">[38:40] </w:t>
      </w:r>
      <w:r>
        <w:t>lekin is ka nateeja kya hua? ke islam ban gaya, islam jo hai woh ban gaya subject of</w:t>
      </w:r>
    </w:p>
    <w:p>
      <w:pPr>
        <w:jc w:val="right"/>
      </w:pPr>
      <w:r>
        <w:t>لیکن اس کا نتیجہ کیا ہوا؟ کہ اسلام بن گیا، اسلام جو ہے وہ بن گیا subject of</w:t>
      </w:r>
    </w:p>
    <w:p>
      <w:r>
        <w:rPr>
          <w:b/>
        </w:rPr>
        <w:t xml:space="preserve">[38:48] </w:t>
      </w:r>
      <w:r>
        <w:t>forceful implementation.</w:t>
      </w:r>
    </w:p>
    <w:p>
      <w:pPr>
        <w:jc w:val="right"/>
      </w:pPr>
      <w:r>
        <w:t>forceful implementation۔</w:t>
      </w:r>
    </w:p>
    <w:p>
      <w:r>
        <w:rPr>
          <w:b/>
        </w:rPr>
        <w:t xml:space="preserve">[38:49] </w:t>
      </w:r>
      <w:r>
        <w:t>islam jo tha, jo rasool Allah jo islam laye the woh tha subject of following.</w:t>
      </w:r>
    </w:p>
    <w:p>
      <w:pPr>
        <w:jc w:val="right"/>
      </w:pPr>
      <w:r>
        <w:t>اسلام جو تھا، جو رسول اللہ جو اسلام لائے تھے وہ تھا subject of following۔</w:t>
      </w:r>
    </w:p>
    <w:p>
      <w:r>
        <w:rPr>
          <w:b/>
        </w:rPr>
        <w:t xml:space="preserve">[38:56] </w:t>
      </w:r>
      <w:r>
        <w:t>pairwi karne ka mazhab ke hum khud pairwi karen.</w:t>
      </w:r>
    </w:p>
    <w:p>
      <w:pPr>
        <w:jc w:val="right"/>
      </w:pPr>
      <w:r>
        <w:t>پیروی کرنے کا مذہب کہ ہم خود پیروی کریں۔</w:t>
      </w:r>
    </w:p>
    <w:p>
      <w:r>
        <w:rPr>
          <w:b/>
        </w:rPr>
        <w:t xml:space="preserve">[39:00] </w:t>
      </w:r>
      <w:r>
        <w:t>jo peghambar islam ne hamein diya tha islam woh tha, woh islam jo tha subject of following tha.</w:t>
      </w:r>
    </w:p>
    <w:p>
      <w:pPr>
        <w:jc w:val="right"/>
      </w:pPr>
      <w:r>
        <w:t>جو پیغمبر اسلام نے ہمیں دیا تھا اسلام وہ تھا، وہ اسلام جو تھا subject of following تھا۔</w:t>
      </w:r>
    </w:p>
    <w:p>
      <w:r>
        <w:rPr>
          <w:b/>
        </w:rPr>
        <w:t xml:space="preserve">[39:07] </w:t>
      </w:r>
      <w:r>
        <w:t>yani pairwi karne ka mazhab tha woh.</w:t>
      </w:r>
    </w:p>
    <w:p>
      <w:pPr>
        <w:jc w:val="right"/>
      </w:pPr>
      <w:r>
        <w:t>یعنی پیروی کرنے کا مذہب تھا وہ۔</w:t>
      </w:r>
    </w:p>
    <w:p>
      <w:r>
        <w:rPr>
          <w:b/>
        </w:rPr>
        <w:t xml:space="preserve">[39:10] </w:t>
      </w:r>
      <w:r>
        <w:t>unhon ne kiya kiya sayyed qutb ne aur abul lahab mahdi ne is ko subject of informers bana</w:t>
      </w:r>
    </w:p>
    <w:p>
      <w:pPr>
        <w:jc w:val="right"/>
      </w:pPr>
      <w:r>
        <w:t>انہوں نے کیا کیا سید قطب نے اور ابو لہب مہدی نے اس کو subject of informers بنا</w:t>
      </w:r>
    </w:p>
    <w:p>
      <w:r>
        <w:rPr>
          <w:b/>
        </w:rPr>
        <w:t xml:space="preserve">[39:18]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[39:20] </w:t>
      </w:r>
      <w:r>
        <w:t>subject of forceful implementation bana diya.</w:t>
      </w:r>
    </w:p>
    <w:p>
      <w:pPr>
        <w:jc w:val="right"/>
      </w:pPr>
      <w:r>
        <w:t>Subject of forceful implementation بنا دیا۔</w:t>
      </w:r>
    </w:p>
    <w:p>
      <w:r>
        <w:rPr>
          <w:b/>
        </w:rPr>
        <w:t xml:space="preserve">[39:22] </w:t>
      </w:r>
      <w:r>
        <w:t>yani main yeh kahunga ke yeh yani religion of flagging bana diya is ko.</w:t>
      </w:r>
    </w:p>
    <w:p>
      <w:pPr>
        <w:jc w:val="right"/>
      </w:pPr>
      <w:r>
        <w:t>یعنی میں یہ کہوں گا کہ یہ یعنی religion of flagging بنا دیا اس کو۔</w:t>
      </w:r>
    </w:p>
    <w:p>
      <w:r>
        <w:rPr>
          <w:b/>
        </w:rPr>
        <w:t xml:space="preserve">[39:29] </w:t>
      </w:r>
      <w:r>
        <w:t>yani mohabbat aur blessing ke deen ko religion of flagging bana diya.</w:t>
      </w:r>
    </w:p>
    <w:p>
      <w:pPr>
        <w:jc w:val="right"/>
      </w:pPr>
      <w:r>
        <w:t>یعنی محبت اور blessing کے دین کو religion of flagging بنا دیا۔</w:t>
      </w:r>
    </w:p>
    <w:p>
      <w:r>
        <w:rPr>
          <w:b/>
        </w:rPr>
        <w:t xml:space="preserve">[39:34] </w:t>
      </w:r>
      <w:r>
        <w:t>aap dekhen flagging ho rahi hai.</w:t>
      </w:r>
    </w:p>
    <w:p>
      <w:pPr>
        <w:jc w:val="right"/>
      </w:pPr>
      <w:r>
        <w:t>آپ دیکھیں flagging ہو رہی ہے۔</w:t>
      </w:r>
    </w:p>
    <w:p>
      <w:r>
        <w:rPr>
          <w:b/>
        </w:rPr>
        <w:t xml:space="preserve">[39:36] </w:t>
      </w:r>
      <w:r>
        <w:t>har jagah jahan jahan yeh nazariya phailta hai.</w:t>
      </w:r>
    </w:p>
    <w:p>
      <w:pPr>
        <w:jc w:val="right"/>
      </w:pPr>
      <w:r>
        <w:t>ہر جگہ جہاں جہاں یہ نظریہ پھیلتا ہے۔</w:t>
      </w:r>
    </w:p>
    <w:p>
      <w:r>
        <w:rPr>
          <w:b/>
        </w:rPr>
        <w:t xml:space="preserve">[39:40] </w:t>
      </w:r>
      <w:r>
        <w:t>kyunke woh samajhte hain ke islam ko yani bazor hamein naafiz karna hai.</w:t>
      </w:r>
    </w:p>
    <w:p>
      <w:pPr>
        <w:jc w:val="right"/>
      </w:pPr>
      <w:r>
        <w:t>کیونکہ وہ سمجھتے ہیں کہ اسلام کو یعنی بزور ہمیں نافذ کرنا ہے۔</w:t>
      </w:r>
    </w:p>
    <w:p>
      <w:r>
        <w:rPr>
          <w:b/>
        </w:rPr>
        <w:t xml:space="preserve">[39:45] </w:t>
      </w:r>
      <w:r>
        <w:t>hamein is ko forceful tareeqe se naafiz karna hai.</w:t>
      </w:r>
    </w:p>
    <w:p>
      <w:pPr>
        <w:jc w:val="right"/>
      </w:pPr>
      <w:r>
        <w:t>ہمیں اس کو forceful طریقے سے نافذ کرنا ہے۔</w:t>
      </w:r>
    </w:p>
    <w:p>
      <w:r>
        <w:rPr>
          <w:b/>
        </w:rPr>
        <w:t xml:space="preserve">[39:49] </w:t>
      </w:r>
      <w:r>
        <w:t>isi ke liye aaj kal ladaai ho rahi hai.</w:t>
      </w:r>
    </w:p>
    <w:p>
      <w:pPr>
        <w:jc w:val="right"/>
      </w:pPr>
      <w:r>
        <w:t>اسی کے لیے آج کل لڑائی ہو رہی ہے۔</w:t>
      </w:r>
    </w:p>
    <w:p>
      <w:r>
        <w:rPr>
          <w:b/>
        </w:rPr>
        <w:t xml:space="preserve">[39:53] </w:t>
      </w:r>
      <w:r>
        <w:t>sab jagah yahi log lad rahe hain.</w:t>
      </w:r>
    </w:p>
    <w:p>
      <w:pPr>
        <w:jc w:val="right"/>
      </w:pPr>
      <w:r>
        <w:t>سب جگہ یہی لوگ لڑ رہے ہیں۔</w:t>
      </w:r>
    </w:p>
    <w:p>
      <w:r>
        <w:rPr>
          <w:b/>
        </w:rPr>
        <w:t xml:space="preserve">[39:56] </w:t>
      </w:r>
      <w:r>
        <w:t>jinke zehen mein political interpretation basa hua hai.</w:t>
      </w:r>
    </w:p>
    <w:p>
      <w:pPr>
        <w:jc w:val="right"/>
      </w:pPr>
      <w:r>
        <w:t>جن کے ذہن میں political interpretation بسا ہوا ہے۔</w:t>
      </w:r>
    </w:p>
    <w:p>
      <w:r>
        <w:rPr>
          <w:b/>
        </w:rPr>
        <w:t xml:space="preserve">[40:00] </w:t>
      </w:r>
      <w:r>
        <w:t>to sayyed qutb aur mahdi ne islam ka political interpretation diya.</w:t>
      </w:r>
    </w:p>
    <w:p>
      <w:pPr>
        <w:jc w:val="right"/>
      </w:pPr>
      <w:r>
        <w:t>تو سید قطب اور مہدی نے اسلام کا political interpretation دیا۔</w:t>
      </w:r>
    </w:p>
    <w:p>
      <w:r>
        <w:rPr>
          <w:b/>
        </w:rPr>
        <w:t xml:space="preserve">[40:05] </w:t>
      </w:r>
      <w:r>
        <w:t>to political interpretation shuru hua kahan se? Political thinking se.</w:t>
      </w:r>
    </w:p>
    <w:p>
      <w:pPr>
        <w:jc w:val="right"/>
      </w:pPr>
      <w:r>
        <w:t>تو political interpretation شروع ہوا کہاں سے؟ Political thinking سے۔</w:t>
      </w:r>
    </w:p>
    <w:p>
      <w:r>
        <w:rPr>
          <w:b/>
        </w:rPr>
        <w:t xml:space="preserve">[40:09] </w:t>
      </w:r>
      <w:r>
        <w:t>political thinking phir badh kar ke kya ban gayi? Extremism ban gayi.</w:t>
      </w:r>
    </w:p>
    <w:p>
      <w:pPr>
        <w:jc w:val="right"/>
      </w:pPr>
      <w:r>
        <w:t>Political thinking پھر بڑھ کر کے کیا بن گئی؟ Extremism بن گئی۔</w:t>
      </w:r>
    </w:p>
    <w:p>
      <w:r>
        <w:rPr>
          <w:b/>
        </w:rPr>
        <w:t xml:space="preserve">[40:14] </w:t>
      </w:r>
      <w:r>
        <w:t>phir woh kya hua? Fundamentalism bana.</w:t>
      </w:r>
    </w:p>
    <w:p>
      <w:pPr>
        <w:jc w:val="right"/>
      </w:pPr>
      <w:r>
        <w:t>پھر وہ کیا ہوا؟ Fundamentalism بنا۔</w:t>
      </w:r>
    </w:p>
    <w:p>
      <w:r>
        <w:rPr>
          <w:b/>
        </w:rPr>
        <w:t xml:space="preserve">[40:17] </w:t>
      </w:r>
      <w:r>
        <w:t>phir jab dekha unhone ke is se kaam nahi chal raha hai to phir military se aa</w:t>
      </w:r>
    </w:p>
    <w:p>
      <w:pPr>
        <w:jc w:val="right"/>
      </w:pPr>
      <w:r>
        <w:t>پھر جب دیکھا انہوں نے کہ اس سے کام نہیں چل رہا ہے تو پھر military سے آ</w:t>
      </w:r>
    </w:p>
    <w:p>
      <w:r>
        <w:rPr>
          <w:b/>
        </w:rPr>
        <w:t xml:space="preserve">[40:24] </w:t>
      </w:r>
      <w:r>
        <w:t>gayi.</w:t>
      </w:r>
    </w:p>
    <w:p>
      <w:pPr>
        <w:jc w:val="right"/>
      </w:pPr>
      <w:r>
        <w:t>گئی۔</w:t>
      </w:r>
    </w:p>
    <w:p>
      <w:r>
        <w:rPr>
          <w:b/>
        </w:rPr>
        <w:t xml:space="preserve">[40:26] </w:t>
      </w:r>
      <w:r>
        <w:t>military se nahi bhi kaam chala to kya hua? Ke suicide bombing aa gayi.</w:t>
      </w:r>
    </w:p>
    <w:p>
      <w:pPr>
        <w:jc w:val="right"/>
      </w:pPr>
      <w:r>
        <w:t>Military سے نہیں بھی کام چلا تو کیا ہوا؟ کہ suicide bombing آ گئی۔</w:t>
      </w:r>
    </w:p>
    <w:p>
      <w:r>
        <w:rPr>
          <w:b/>
        </w:rPr>
        <w:t xml:space="preserve">[40:32] </w:t>
      </w:r>
      <w:r>
        <w:t>yeh sab isi khane mein jata hai.</w:t>
      </w:r>
    </w:p>
    <w:p>
      <w:pPr>
        <w:jc w:val="right"/>
      </w:pPr>
      <w:r>
        <w:t>یہ سب اسی خانے میں جاتا ہے۔</w:t>
      </w:r>
    </w:p>
    <w:p>
      <w:r>
        <w:rPr>
          <w:b/>
        </w:rPr>
        <w:t xml:space="preserve">[40:35] </w:t>
      </w:r>
      <w:r>
        <w:t>sab isi khane mein jata hai.</w:t>
      </w:r>
    </w:p>
    <w:p>
      <w:pPr>
        <w:jc w:val="right"/>
      </w:pPr>
      <w:r>
        <w:t>سب اسی خانے میں جاتا ہے۔</w:t>
      </w:r>
    </w:p>
    <w:p>
      <w:r>
        <w:rPr>
          <w:b/>
        </w:rPr>
        <w:t xml:space="preserve">[40:37] </w:t>
      </w:r>
      <w:r>
        <w:t>mein aap ko ek dilchasp misaal doon ke abu lahab mahdi sahib ki kitab hai jo bohat hi</w:t>
      </w:r>
    </w:p>
    <w:p>
      <w:pPr>
        <w:jc w:val="right"/>
      </w:pPr>
      <w:r>
        <w:t>میں آپ کو ایک دلچسپ مثال دوں کہ ابو لہب مہدی صاحب کی کتاب ہے جو بہت ہی</w:t>
      </w:r>
    </w:p>
    <w:p>
      <w:r>
        <w:rPr>
          <w:b/>
        </w:rPr>
        <w:t xml:space="preserve">[40:45] </w:t>
      </w:r>
      <w:r>
        <w:t>markazdar kitab samjhai jati hai.</w:t>
      </w:r>
    </w:p>
    <w:p>
      <w:pPr>
        <w:jc w:val="right"/>
      </w:pPr>
      <w:r>
        <w:t>مرکزدار کتاب سمجھائی جاتی ہے۔</w:t>
      </w:r>
    </w:p>
    <w:p>
      <w:r>
        <w:rPr>
          <w:b/>
        </w:rPr>
        <w:t xml:space="preserve">[40:47] </w:t>
      </w:r>
      <w:r>
        <w:t>iska naam hai parda.</w:t>
      </w:r>
    </w:p>
    <w:p>
      <w:pPr>
        <w:jc w:val="right"/>
      </w:pPr>
      <w:r>
        <w:t>اس کا نام ہے پردہ۔</w:t>
      </w:r>
    </w:p>
    <w:p>
      <w:r>
        <w:rPr>
          <w:b/>
        </w:rPr>
        <w:t xml:space="preserve">[40:49] </w:t>
      </w:r>
      <w:r>
        <w:t>parda.</w:t>
      </w:r>
    </w:p>
    <w:p>
      <w:pPr>
        <w:jc w:val="right"/>
      </w:pPr>
      <w:r>
        <w:t>پردہ۔</w:t>
      </w:r>
    </w:p>
    <w:p>
      <w:r>
        <w:rPr>
          <w:b/>
        </w:rPr>
        <w:t xml:space="preserve">[40:51] </w:t>
      </w:r>
      <w:r>
        <w:t>jo maine kaha ke religion of flagging uski ek misaal is mein dekh lijiye aap.</w:t>
      </w:r>
    </w:p>
    <w:p>
      <w:pPr>
        <w:jc w:val="right"/>
      </w:pPr>
      <w:r>
        <w:t>جو میں نے کہا کہ religion of flagging اس کی ایک مثال اس میں دیکھ لیجیے آپ۔</w:t>
      </w:r>
    </w:p>
    <w:p>
      <w:r>
        <w:rPr>
          <w:b/>
        </w:rPr>
        <w:t xml:space="preserve">[40:58] </w:t>
      </w:r>
      <w:r>
        <w:t>to parda ke aakhir mein unhone yeh yeh likha hai ke ke chehra jo hai uska</w:t>
      </w:r>
    </w:p>
    <w:p>
      <w:pPr>
        <w:jc w:val="right"/>
      </w:pPr>
      <w:r>
        <w:t>تو پردہ کے آخر میں انہوں نے یہ یہ لکھا ہے کہ کہ چہرہ جو ہے اس کا</w:t>
      </w:r>
    </w:p>
    <w:p>
      <w:r>
        <w:rPr>
          <w:b/>
        </w:rPr>
        <w:t xml:space="preserve">[41:06] </w:t>
      </w:r>
      <w:r>
        <w:t>chupana zaroori hai.</w:t>
      </w:r>
    </w:p>
    <w:p>
      <w:pPr>
        <w:jc w:val="right"/>
      </w:pPr>
      <w:r>
        <w:t>چھپانا ضروری ہے۔</w:t>
      </w:r>
    </w:p>
    <w:p>
      <w:r>
        <w:rPr>
          <w:b/>
        </w:rPr>
        <w:t xml:space="preserve">[41:07] </w:t>
      </w:r>
      <w:r>
        <w:t>auraton ke liye.</w:t>
      </w:r>
    </w:p>
    <w:p>
      <w:pPr>
        <w:jc w:val="right"/>
      </w:pPr>
      <w:r>
        <w:t>عورتوں کے لیے۔</w:t>
      </w:r>
    </w:p>
    <w:p>
      <w:r>
        <w:rPr>
          <w:b/>
        </w:rPr>
        <w:t xml:space="preserve">[41:09] </w:t>
      </w:r>
      <w:r>
        <w:t>auraton ko chehra jo hai chupana zaroori hai.</w:t>
      </w:r>
    </w:p>
    <w:p>
      <w:pPr>
        <w:jc w:val="right"/>
      </w:pPr>
      <w:r>
        <w:t>عورتوں کو چہرہ جو ہے چھپانا ضروری ہے۔</w:t>
      </w:r>
    </w:p>
    <w:p>
      <w:r>
        <w:rPr>
          <w:b/>
        </w:rPr>
        <w:t xml:space="preserve">[41:12] </w:t>
      </w:r>
      <w:r>
        <w:t>yani burqa pehanna zaroori hai.</w:t>
      </w:r>
    </w:p>
    <w:p>
      <w:pPr>
        <w:jc w:val="right"/>
      </w:pPr>
      <w:r>
        <w:t>یعنی برقعہ پہننا ضروری ہے۔</w:t>
      </w:r>
    </w:p>
    <w:p>
      <w:r>
        <w:rPr>
          <w:b/>
        </w:rPr>
        <w:t xml:space="preserve">[41:15] </w:t>
      </w:r>
      <w:r>
        <w:t>to wahan par woh behas karte hain.</w:t>
      </w:r>
    </w:p>
    <w:p>
      <w:pPr>
        <w:jc w:val="right"/>
      </w:pPr>
      <w:r>
        <w:t>تو وہاں پر وہ بحث کرتے ہیں۔</w:t>
      </w:r>
    </w:p>
    <w:p>
      <w:r>
        <w:rPr>
          <w:b/>
        </w:rPr>
        <w:t xml:space="preserve">[41:18] </w:t>
      </w:r>
      <w:r>
        <w:t>kuch log yeh kehte hain ke chehra jo hai woh satr mein shamil nahi hai.</w:t>
      </w:r>
    </w:p>
    <w:p>
      <w:pPr>
        <w:jc w:val="right"/>
      </w:pPr>
      <w:r>
        <w:t>کچھ لوگ یہ کہتے ہیں کہ چہرہ جو ہے وہ سطر میں شامل نہیں ہے۔</w:t>
      </w:r>
    </w:p>
    <w:p>
      <w:r>
        <w:rPr>
          <w:b/>
        </w:rPr>
        <w:t xml:space="preserve">[41:24] </w:t>
      </w:r>
      <w:r>
        <w:t>chehra chupana zaroori nahi hai.</w:t>
      </w:r>
    </w:p>
    <w:p>
      <w:pPr>
        <w:jc w:val="right"/>
      </w:pPr>
      <w:r>
        <w:t>چہرہ چھپانا ضروری نہیں ہے۔</w:t>
      </w:r>
    </w:p>
    <w:p>
      <w:r>
        <w:rPr>
          <w:b/>
        </w:rPr>
        <w:t xml:space="preserve">[41:26] </w:t>
      </w:r>
      <w:r>
        <w:t>to woh kehte hain ke chehra kholne ki ayat auraton ko wusat di ja sakti hai jabke samaj</w:t>
      </w:r>
    </w:p>
    <w:p>
      <w:pPr>
        <w:jc w:val="right"/>
      </w:pPr>
      <w:r>
        <w:t>تو وہ کہتے ہیں کہ چہرہ کھولنے کی آیت عورتوں کو وسعت دی جا سکتی ہے جبکہ سماج</w:t>
      </w:r>
    </w:p>
    <w:p>
      <w:r>
        <w:rPr>
          <w:b/>
        </w:rPr>
        <w:t xml:space="preserve">[41:34] </w:t>
      </w:r>
      <w:r>
        <w:t>mein yeh halat ho jaye.</w:t>
      </w:r>
    </w:p>
    <w:p>
      <w:pPr>
        <w:jc w:val="right"/>
      </w:pPr>
      <w:r>
        <w:t>میں یہ حالت ہو جائے۔</w:t>
      </w:r>
    </w:p>
    <w:p>
      <w:r>
        <w:rPr>
          <w:b/>
        </w:rPr>
        <w:t xml:space="preserve">[41:36] </w:t>
      </w:r>
      <w:r>
        <w:t>itna zyada samaj jo hai yani strong ho jaye.</w:t>
      </w:r>
    </w:p>
    <w:p>
      <w:pPr>
        <w:jc w:val="right"/>
      </w:pPr>
      <w:r>
        <w:t>اتنا زیادہ سماج جو ہے یعنی strong ہو جائے۔</w:t>
      </w:r>
    </w:p>
    <w:p>
      <w:r>
        <w:rPr>
          <w:b/>
        </w:rPr>
        <w:t xml:space="preserve">[41:40] </w:t>
      </w:r>
      <w:r>
        <w:t>ke ek aadmi agar kisi aurat ko ghoore to pachas hath us ki aankh nikalne ke liye tayar</w:t>
      </w:r>
    </w:p>
    <w:p>
      <w:pPr>
        <w:jc w:val="right"/>
      </w:pPr>
      <w:r>
        <w:t>کہ ایک آدمی اگر کسی عورت کو گھورے تو پچاس ہاتھ اس کی آنکھ نکالنے کے لیے تیار</w:t>
      </w:r>
    </w:p>
    <w:p>
      <w:r>
        <w:rPr>
          <w:b/>
        </w:rPr>
        <w:t xml:space="preserve">[41:48]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[41:49] </w:t>
      </w:r>
      <w:r>
        <w:t>aap ko shaq ho to un ki kitab ja kar dekh lijiye aap aakhir mein is ke.</w:t>
      </w:r>
    </w:p>
    <w:p>
      <w:pPr>
        <w:jc w:val="right"/>
      </w:pPr>
      <w:r>
        <w:t>آپ کو شک ہو تو ان کی کتاب جا کر دیکھ لیجیے آپ آخر میں اس کے۔</w:t>
      </w:r>
    </w:p>
    <w:p>
      <w:r>
        <w:rPr>
          <w:b/>
        </w:rPr>
        <w:t xml:space="preserve">[41:56] </w:t>
      </w:r>
      <w:r>
        <w:t>yani woh aisa samaj banana chahte hain ke wahan agar ek aadmi kisi aurat ke chehre ko ghoore</w:t>
      </w:r>
    </w:p>
    <w:p>
      <w:pPr>
        <w:jc w:val="right"/>
      </w:pPr>
      <w:r>
        <w:t>یعنی وہ ایسا سماج بنانا چاہتے ہیں کہ وہاں اگر ایک آدمی کسی عورت کے چہرے کو گھورے</w:t>
      </w:r>
    </w:p>
    <w:p>
      <w:r>
        <w:rPr>
          <w:b/>
        </w:rPr>
        <w:t xml:space="preserve">[42:04] </w:t>
      </w:r>
      <w:r>
        <w:t>to pachas aadmi dauren us ki aankh nikalne ke liye.</w:t>
      </w:r>
    </w:p>
    <w:p>
      <w:pPr>
        <w:jc w:val="right"/>
      </w:pPr>
      <w:r>
        <w:t>تو پچاس آدمی دوڑیں اس کی آنکھ نکالنے کے لیے۔</w:t>
      </w:r>
    </w:p>
    <w:p>
      <w:r>
        <w:rPr>
          <w:b/>
        </w:rPr>
        <w:t xml:space="preserve">[42:08] </w:t>
      </w:r>
      <w:r>
        <w:t>There is religion of flagging.</w:t>
      </w:r>
    </w:p>
    <w:p>
      <w:pPr>
        <w:jc w:val="right"/>
      </w:pPr>
      <w:r>
        <w:t>There is religion of flagging۔</w:t>
      </w:r>
    </w:p>
    <w:p>
      <w:r>
        <w:rPr>
          <w:b/>
        </w:rPr>
        <w:t xml:space="preserve">[42:10] </w:t>
      </w:r>
      <w:r>
        <w:t>to jab aap Islam ko political interpretation denge.</w:t>
      </w:r>
    </w:p>
    <w:p>
      <w:pPr>
        <w:jc w:val="right"/>
      </w:pPr>
      <w:r>
        <w:t>تو جب آپ اسلام کو political interpretation دیں گے۔</w:t>
      </w:r>
    </w:p>
    <w:p>
      <w:r>
        <w:rPr>
          <w:b/>
        </w:rPr>
        <w:t xml:space="preserve">[42:14] </w:t>
      </w:r>
      <w:r>
        <w:t>Islam ko ek ek siyasi nizam batayenge.</w:t>
      </w:r>
    </w:p>
    <w:p>
      <w:pPr>
        <w:jc w:val="right"/>
      </w:pPr>
      <w:r>
        <w:t>اسلام کو ایک ایک سیاسی نظام بتائیں گے۔</w:t>
      </w:r>
    </w:p>
    <w:p>
      <w:r>
        <w:rPr>
          <w:b/>
        </w:rPr>
        <w:t xml:space="preserve">[42:18] </w:t>
      </w:r>
      <w:r>
        <w:t>Islam ko siyasi hukumat ka subject batayenge.</w:t>
      </w:r>
    </w:p>
    <w:p>
      <w:pPr>
        <w:jc w:val="right"/>
      </w:pPr>
      <w:r>
        <w:t>اسلام کو سیاسی حکومت کا subject بتائیں گے۔</w:t>
      </w:r>
    </w:p>
    <w:p>
      <w:r>
        <w:rPr>
          <w:b/>
        </w:rPr>
        <w:t xml:space="preserve">[42:21] </w:t>
      </w:r>
      <w:r>
        <w:t>Islam ka matlab yeh batayenge dunya mein aap Islami hukumat qaim karo.</w:t>
      </w:r>
    </w:p>
    <w:p>
      <w:pPr>
        <w:jc w:val="right"/>
      </w:pPr>
      <w:r>
        <w:t>اسلام کا مطلب یہ بتائیں گے دنیا میں آپ اسلامی حکومت قائم کرو۔</w:t>
      </w:r>
    </w:p>
    <w:p>
      <w:r>
        <w:rPr>
          <w:b/>
        </w:rPr>
        <w:t xml:space="preserve">[42:27] </w:t>
      </w:r>
      <w:r>
        <w:t>to zahir hai kuch log hukumat already kar rahe hain.</w:t>
      </w:r>
    </w:p>
    <w:p>
      <w:pPr>
        <w:jc w:val="right"/>
      </w:pPr>
      <w:r>
        <w:t>تو ظاہر ہے کچھ لوگ حکومت already کر رہے ہیں۔</w:t>
      </w:r>
    </w:p>
    <w:p>
      <w:r>
        <w:rPr>
          <w:b/>
        </w:rPr>
        <w:t xml:space="preserve">[42:31] </w:t>
      </w:r>
      <w:r>
        <w:t>to un se kaise nipten? Un se takrayenge takrayenge aap.</w:t>
      </w:r>
    </w:p>
    <w:p>
      <w:pPr>
        <w:jc w:val="right"/>
      </w:pPr>
      <w:r>
        <w:t>تو ان سے کیسے نپٹیں؟ ان سے ٹکرا گئے ٹکرائیں گے آپ۔</w:t>
      </w:r>
    </w:p>
    <w:p>
      <w:r>
        <w:rPr>
          <w:b/>
        </w:rPr>
        <w:t xml:space="preserve">[42:36] </w:t>
      </w:r>
      <w:r>
        <w:t>takrayenge to kya hoga? Pehle to aap baatein karenge takraao wali.</w:t>
      </w:r>
    </w:p>
    <w:p>
      <w:pPr>
        <w:jc w:val="right"/>
      </w:pPr>
      <w:r>
        <w:t>ٹکرائیں گے تو کیا ہوگا؟ پہلے تو آپ باتیں کریں گے ٹکراؤ والی۔</w:t>
      </w:r>
    </w:p>
    <w:p>
      <w:r>
        <w:rPr>
          <w:b/>
        </w:rPr>
        <w:t xml:space="preserve">[42:42] </w:t>
      </w:r>
      <w:r>
        <w:t>phir aap establish ban jayenge.</w:t>
      </w:r>
    </w:p>
    <w:p>
      <w:pPr>
        <w:jc w:val="right"/>
      </w:pPr>
      <w:r>
        <w:t>پھر آپ establish بن جائیں گے۔</w:t>
      </w:r>
    </w:p>
    <w:p>
      <w:r>
        <w:rPr>
          <w:b/>
        </w:rPr>
        <w:t xml:space="preserve">[42:44] </w:t>
      </w:r>
      <w:r>
        <w:t>phir aap bomb banayenge.</w:t>
      </w:r>
    </w:p>
    <w:p>
      <w:pPr>
        <w:jc w:val="right"/>
      </w:pPr>
      <w:r>
        <w:t>پھر آپ بم بنائیں گے۔</w:t>
      </w:r>
    </w:p>
    <w:p>
      <w:r>
        <w:rPr>
          <w:b/>
        </w:rPr>
        <w:t xml:space="preserve">[42:46] </w:t>
      </w:r>
      <w:r>
        <w:t>phir gun banayenge.</w:t>
      </w:r>
    </w:p>
    <w:p>
      <w:pPr>
        <w:jc w:val="right"/>
      </w:pPr>
      <w:r>
        <w:t>پھر گن بنائیں گے۔</w:t>
      </w:r>
    </w:p>
    <w:p>
      <w:r>
        <w:rPr>
          <w:b/>
        </w:rPr>
        <w:t xml:space="preserve">[42:48] </w:t>
      </w:r>
      <w:r>
        <w:t>phir aap military chalayenge.</w:t>
      </w:r>
    </w:p>
    <w:p>
      <w:pPr>
        <w:jc w:val="right"/>
      </w:pPr>
      <w:r>
        <w:t>پھر آپ military چلائیں گے۔</w:t>
      </w:r>
    </w:p>
    <w:p>
      <w:r>
        <w:rPr>
          <w:b/>
        </w:rPr>
        <w:t xml:space="preserve">[42:50] </w:t>
      </w:r>
      <w:r>
        <w:t>jab kuch nahi hoga, kuch nahi hoga to phir aap suicide bombing karenge.</w:t>
      </w:r>
    </w:p>
    <w:p>
      <w:pPr>
        <w:jc w:val="right"/>
      </w:pPr>
      <w:r>
        <w:t>جب کچھ نہیں ہوگا، کچھ نہیں ہوگا تو پھر آپ suicide bombing کریں گے۔</w:t>
      </w:r>
    </w:p>
    <w:p>
      <w:r>
        <w:rPr>
          <w:b/>
        </w:rPr>
        <w:t xml:space="preserve">[42:56] </w:t>
      </w:r>
      <w:r>
        <w:t>aap ke dimagh mein basa hua hai ke hamein hukoomat qaim karna hai.</w:t>
      </w:r>
    </w:p>
    <w:p>
      <w:pPr>
        <w:jc w:val="right"/>
      </w:pPr>
      <w:r>
        <w:t>آپ کے دماغ میں بسا ہوا ہے کہ ہمیں حکومت قائم کرنا ہے۔</w:t>
      </w:r>
    </w:p>
    <w:p>
      <w:r>
        <w:rPr>
          <w:b/>
        </w:rPr>
        <w:t xml:space="preserve">[43:02] </w:t>
      </w:r>
      <w:r>
        <w:t>islam ko as a political rule duniya mein bichhana chahiye.</w:t>
      </w:r>
    </w:p>
    <w:p>
      <w:pPr>
        <w:jc w:val="right"/>
      </w:pPr>
      <w:r>
        <w:t>اسلام کو as اے political rule دنیا میں بچھانا چاہیے۔</w:t>
      </w:r>
    </w:p>
    <w:p>
      <w:r>
        <w:rPr>
          <w:b/>
        </w:rPr>
        <w:t xml:space="preserve">[43:06] </w:t>
      </w:r>
      <w:r>
        <w:t>yeh tha fitna political interpretation ka.</w:t>
      </w:r>
    </w:p>
    <w:p>
      <w:pPr>
        <w:jc w:val="right"/>
      </w:pPr>
      <w:r>
        <w:t>یہ تھا فتنہ political interpretation کا۔</w:t>
      </w:r>
    </w:p>
    <w:p>
      <w:r>
        <w:rPr>
          <w:b/>
        </w:rPr>
        <w:t xml:space="preserve">[43:09] </w:t>
      </w:r>
      <w:r>
        <w:t>jis ke do khaas taur par yani bohat se is mein aur bhi is mein shareek shareek hain.</w:t>
      </w:r>
    </w:p>
    <w:p>
      <w:pPr>
        <w:jc w:val="right"/>
      </w:pPr>
      <w:r>
        <w:t>جس کے دو خاص طور پر یعنی بہت سے اس میں اور بھی اس میں شریک شریک ہیں۔</w:t>
      </w:r>
    </w:p>
    <w:p>
      <w:r>
        <w:rPr>
          <w:b/>
        </w:rPr>
        <w:t xml:space="preserve">[43:16] </w:t>
      </w:r>
      <w:r>
        <w:t>lekin do khaas aadmi is mein aate hain.</w:t>
      </w:r>
    </w:p>
    <w:p>
      <w:pPr>
        <w:jc w:val="right"/>
      </w:pPr>
      <w:r>
        <w:t>لیکن دو خاص آدمی اس میں آتے ہیں۔</w:t>
      </w:r>
    </w:p>
    <w:p>
      <w:r>
        <w:rPr>
          <w:b/>
        </w:rPr>
        <w:t xml:space="preserve">[43:20] </w:t>
      </w:r>
      <w:r>
        <w:t>arab world mein Syed Qutb aur Indian subcontinent mein Syed Abu lehab Mahdi.</w:t>
      </w:r>
    </w:p>
    <w:p>
      <w:pPr>
        <w:jc w:val="right"/>
      </w:pPr>
      <w:r>
        <w:t>عرب world میں سید قطب اور انڈین subcontinent میں سید ابو لہب مہدی۔</w:t>
      </w:r>
    </w:p>
    <w:p>
      <w:r>
        <w:rPr>
          <w:b/>
        </w:rPr>
        <w:t xml:space="preserve">[43:25] </w:t>
      </w:r>
      <w:r>
        <w:t>to yeh maine aap ke samne ek khulasa bayan kiya.</w:t>
      </w:r>
    </w:p>
    <w:p>
      <w:pPr>
        <w:jc w:val="right"/>
      </w:pPr>
      <w:r>
        <w:t>تو یہ میں نے آپ کے سامنے ایک خلاصہ بیان کیا۔</w:t>
      </w:r>
    </w:p>
    <w:p>
      <w:r>
        <w:rPr>
          <w:b/>
        </w:rPr>
        <w:t xml:space="preserve">[43:30] </w:t>
      </w:r>
      <w:r>
        <w:t>is ka ke jis daur mein hum jee rahe hain yahi hai fitna doh-e-maah.</w:t>
      </w:r>
    </w:p>
    <w:p>
      <w:pPr>
        <w:jc w:val="right"/>
      </w:pPr>
      <w:r>
        <w:t>اس کا کہ جس دور میں ہم جی رہے ہیں یہی ہے فتنہ دوہے ماہ۔</w:t>
      </w:r>
    </w:p>
    <w:p>
      <w:r>
        <w:rPr>
          <w:b/>
        </w:rPr>
        <w:t xml:space="preserve">[43:37] </w:t>
      </w:r>
      <w:r>
        <w:t>yahi fitna doh-e-maah hai.</w:t>
      </w:r>
    </w:p>
    <w:p>
      <w:pPr>
        <w:jc w:val="right"/>
      </w:pPr>
      <w:r>
        <w:t>یہی فتنہ دوہے ماہ ہے۔</w:t>
      </w:r>
    </w:p>
    <w:p>
      <w:r>
        <w:rPr>
          <w:b/>
        </w:rPr>
        <w:t xml:space="preserve">[43:39] </w:t>
      </w:r>
      <w:r>
        <w:t>yani age of total darkness.</w:t>
      </w:r>
    </w:p>
    <w:p>
      <w:pPr>
        <w:jc w:val="right"/>
      </w:pPr>
      <w:r>
        <w:t>یعنی age of total darkness۔</w:t>
      </w:r>
    </w:p>
    <w:p>
      <w:r>
        <w:rPr>
          <w:b/>
        </w:rPr>
        <w:t xml:space="preserve">[43:41] </w:t>
      </w:r>
      <w:r>
        <w:t>darkness ka matlab hai intellectual darkness.</w:t>
      </w:r>
    </w:p>
    <w:p>
      <w:pPr>
        <w:jc w:val="right"/>
      </w:pPr>
      <w:r>
        <w:t>Darkness کا مطلب ہے intellectual darkness۔</w:t>
      </w:r>
    </w:p>
    <w:p>
      <w:r>
        <w:rPr>
          <w:b/>
        </w:rPr>
        <w:t xml:space="preserve">[43:43] </w:t>
      </w:r>
      <w:r>
        <w:t>intellectual darkness.</w:t>
      </w:r>
    </w:p>
    <w:p>
      <w:pPr>
        <w:jc w:val="right"/>
      </w:pPr>
      <w:r>
        <w:t>Intellectual darkness۔</w:t>
      </w:r>
    </w:p>
    <w:p>
      <w:r>
        <w:rPr>
          <w:b/>
        </w:rPr>
        <w:t xml:space="preserve">[43:45] </w:t>
      </w:r>
      <w:r>
        <w:t>yani aisi aisi explanation, aisi aisi, aisi aisi yani philosophies, aisi aisi ideologies jo insaan ko bilkul bewildered</w:t>
      </w:r>
    </w:p>
    <w:p>
      <w:pPr>
        <w:jc w:val="right"/>
      </w:pPr>
      <w:r>
        <w:t>یعنی ایسی ایسی explanation، ایسی ایسی، ایسی ایسی یعنی philosophies، ایسی ایسی ideologies جو انسان کو بالکل bewildered</w:t>
      </w:r>
    </w:p>
    <w:p>
      <w:r>
        <w:rPr>
          <w:b/>
        </w:rPr>
        <w:t xml:space="preserve">[43:53] </w:t>
      </w:r>
      <w:r>
        <w:t>kar dengi.</w:t>
      </w:r>
    </w:p>
    <w:p>
      <w:pPr>
        <w:jc w:val="right"/>
      </w:pPr>
      <w:r>
        <w:t>کر دیں گے۔</w:t>
      </w:r>
    </w:p>
    <w:p>
      <w:r>
        <w:rPr>
          <w:b/>
        </w:rPr>
        <w:t xml:space="preserve">[43:54] </w:t>
      </w:r>
      <w:r>
        <w:t>insaan ko insaan ko yani sochne ka rasta band kar dein.</w:t>
      </w:r>
    </w:p>
    <w:p>
      <w:pPr>
        <w:jc w:val="right"/>
      </w:pPr>
      <w:r>
        <w:t>انسان کو انسان کو یعنی سوچنے کا راستہ بند کر دیں۔</w:t>
      </w:r>
    </w:p>
    <w:p>
      <w:r>
        <w:rPr>
          <w:b/>
        </w:rPr>
        <w:t xml:space="preserve">[43:59] </w:t>
      </w:r>
      <w:r>
        <w:t>kyun ke analysis karne ki taqat hoti nahi kisi ke andar.</w:t>
      </w:r>
    </w:p>
    <w:p>
      <w:pPr>
        <w:jc w:val="right"/>
      </w:pPr>
      <w:r>
        <w:t>کیونکہ analysis کرنے کی طاقت ہوتی نہیں کسی کے اندر۔</w:t>
      </w:r>
    </w:p>
    <w:p>
      <w:r>
        <w:rPr>
          <w:b/>
        </w:rPr>
        <w:t xml:space="preserve">[44:03] </w:t>
      </w:r>
      <w:r>
        <w:t>yani yeh jo aaj kal jangla hai, ideologies ka jangla hai.</w:t>
      </w:r>
    </w:p>
    <w:p>
      <w:pPr>
        <w:jc w:val="right"/>
      </w:pPr>
      <w:r>
        <w:t>یعنی یہ جو آج کل جنگل ہے، ideologies کا جنگل ہے۔</w:t>
      </w:r>
    </w:p>
    <w:p>
      <w:r>
        <w:rPr>
          <w:b/>
        </w:rPr>
        <w:t xml:space="preserve">[44:08] </w:t>
      </w:r>
      <w:r>
        <w:t>aur printing press fitna doh-e-maah ke liye zaroori hai ke printing press aa chuka ho.</w:t>
      </w:r>
    </w:p>
    <w:p>
      <w:pPr>
        <w:jc w:val="right"/>
      </w:pPr>
      <w:r>
        <w:t>اور printing press فتنہ دوہے ماہ کے لیے ضروری ہے کہ printing press آ چکا ہو۔</w:t>
      </w:r>
    </w:p>
    <w:p>
      <w:r>
        <w:rPr>
          <w:b/>
        </w:rPr>
        <w:t xml:space="preserve">[44:15] </w:t>
      </w:r>
      <w:r>
        <w:t>yeh bhi samajh lijiyey.</w:t>
      </w:r>
    </w:p>
    <w:p>
      <w:pPr>
        <w:jc w:val="right"/>
      </w:pPr>
      <w:r>
        <w:t>یہ بھی سمجھ لیجیے۔</w:t>
      </w:r>
    </w:p>
    <w:p>
      <w:r>
        <w:rPr>
          <w:b/>
        </w:rPr>
        <w:t xml:space="preserve">[44:16] </w:t>
      </w:r>
      <w:r>
        <w:t>ke fitna doh-e-maah jo Rasool Allah ne farmaya tha to woh woh woh is zamane mein aane</w:t>
      </w:r>
    </w:p>
    <w:p>
      <w:pPr>
        <w:jc w:val="right"/>
      </w:pPr>
      <w:r>
        <w:t>کہ فتنہ دوہے ماہ جو رسول اللہ نے فرمایا تھا تو وہ وہ وہ اس زمانے میں آنے</w:t>
      </w:r>
    </w:p>
    <w:p>
      <w:r>
        <w:rPr>
          <w:b/>
        </w:rPr>
        <w:t xml:space="preserve">[44:24] </w:t>
      </w:r>
      <w:r>
        <w:t>wala tha jis mein ke printing press aa chuka ho.</w:t>
      </w:r>
    </w:p>
    <w:p>
      <w:pPr>
        <w:jc w:val="right"/>
      </w:pPr>
      <w:r>
        <w:t>والا تھا جس میں کہ printing press آ چکا ہو۔</w:t>
      </w:r>
    </w:p>
    <w:p>
      <w:r>
        <w:rPr>
          <w:b/>
        </w:rPr>
        <w:t xml:space="preserve">[44:28] </w:t>
      </w:r>
      <w:r>
        <w:t>media aa chuka ho.</w:t>
      </w:r>
    </w:p>
    <w:p>
      <w:pPr>
        <w:jc w:val="right"/>
      </w:pPr>
      <w:r>
        <w:t>میڈیا آ چکا ہو۔</w:t>
      </w:r>
    </w:p>
    <w:p>
      <w:r>
        <w:rPr>
          <w:b/>
        </w:rPr>
        <w:t xml:space="preserve">[44:30] </w:t>
      </w:r>
      <w:r>
        <w:t>kyun ke jab tak printing press na aaye aap phailayein kaise apni baaton ko? pehle agar aap chahte to</w:t>
      </w:r>
    </w:p>
    <w:p>
      <w:pPr>
        <w:jc w:val="right"/>
      </w:pPr>
      <w:r>
        <w:t>کیونکہ جب تک printing press نہ آئے آپ پھیلائیں کیسے اپنی باتوں کو؟ پہلے اگر آپ چاہتے تو</w:t>
      </w:r>
    </w:p>
    <w:p>
      <w:r>
        <w:rPr>
          <w:b/>
        </w:rPr>
        <w:t xml:space="preserve">[44:38] </w:t>
      </w:r>
      <w:r>
        <w:t>aap kaise phailate aap? sirf local taur par aap phaila sakte the.</w:t>
      </w:r>
    </w:p>
    <w:p>
      <w:pPr>
        <w:jc w:val="right"/>
      </w:pPr>
      <w:r>
        <w:t>آپ کیسے پھیلاتے آپ؟ صرف local طور پر آپ پھیلا سکتے تھے۔</w:t>
      </w:r>
    </w:p>
    <w:p>
      <w:r>
        <w:rPr>
          <w:b/>
        </w:rPr>
        <w:t xml:space="preserve">[44:43] </w:t>
      </w:r>
      <w:r>
        <w:t>ab to aap sari duniya mein phaila sakte hain.</w:t>
      </w:r>
    </w:p>
    <w:p>
      <w:pPr>
        <w:jc w:val="right"/>
      </w:pPr>
      <w:r>
        <w:t>اب تو آپ ساری دنیا میں پھیلا سکتے ہیں۔</w:t>
      </w:r>
    </w:p>
    <w:p>
      <w:r>
        <w:rPr>
          <w:b/>
        </w:rPr>
        <w:t xml:space="preserve">[44:47] </w:t>
      </w:r>
      <w:r>
        <w:t>yeh zamana aisa zamana hai ke abhi aap jante hain ke abhi jo American president Obama ki taqreer</w:t>
      </w:r>
    </w:p>
    <w:p>
      <w:pPr>
        <w:jc w:val="right"/>
      </w:pPr>
      <w:r>
        <w:t>یہ زمانہ ایسا زمانہ ہے کہ ابھی آپ جانتے ہیں کہ ابھی جو امریکن president Obama کی تقریر</w:t>
      </w:r>
    </w:p>
    <w:p>
      <w:r>
        <w:rPr>
          <w:b/>
        </w:rPr>
        <w:t xml:space="preserve">[44:55] </w:t>
      </w:r>
      <w:r>
        <w:t>hui thi wahan se Cairo se itna zabardast woh itna well arrange thi woh ke sari dunya mein</w:t>
      </w:r>
    </w:p>
    <w:p>
      <w:pPr>
        <w:jc w:val="right"/>
      </w:pPr>
      <w:r>
        <w:t>ہوئی تھی وہاں سے Cairo سے اتنا زبردست وہ اتنا well arrange تھی وہ کہ ساری دنیا میں</w:t>
      </w:r>
    </w:p>
    <w:p>
      <w:r>
        <w:rPr>
          <w:b/>
        </w:rPr>
        <w:t xml:space="preserve">[45:02] </w:t>
      </w:r>
      <w:r>
        <w:t>suni gayi.</w:t>
      </w:r>
    </w:p>
    <w:p>
      <w:pPr>
        <w:jc w:val="right"/>
      </w:pPr>
      <w:r>
        <w:t>سنی گئی۔</w:t>
      </w:r>
    </w:p>
    <w:p>
      <w:r>
        <w:rPr>
          <w:b/>
        </w:rPr>
        <w:t xml:space="preserve">[45:04] </w:t>
      </w:r>
      <w:r>
        <w:t>ain usi waqt.</w:t>
      </w:r>
    </w:p>
    <w:p>
      <w:pPr>
        <w:jc w:val="right"/>
      </w:pPr>
      <w:r>
        <w:t>عین اسی وقت۔</w:t>
      </w:r>
    </w:p>
    <w:p>
      <w:r>
        <w:rPr>
          <w:b/>
        </w:rPr>
        <w:t xml:space="preserve">[45:05] </w:t>
      </w:r>
      <w:r>
        <w:t>jab woh bol rahe the Hazrat university mein usi waqt sari dunya is ko suna ja raha tha</w:t>
      </w:r>
    </w:p>
    <w:p>
      <w:pPr>
        <w:jc w:val="right"/>
      </w:pPr>
      <w:r>
        <w:t>جب وہ بول رہے تھے حضرت یونیورسٹی میں اسی وقت ساری دنیا اس کو سنا جا رہا تھا</w:t>
      </w:r>
    </w:p>
    <w:p>
      <w:r>
        <w:rPr>
          <w:b/>
        </w:rPr>
        <w:t xml:space="preserve">[45:13] </w:t>
      </w:r>
      <w:r>
        <w:t>TV par.</w:t>
      </w:r>
    </w:p>
    <w:p>
      <w:pPr>
        <w:jc w:val="right"/>
      </w:pPr>
      <w:r>
        <w:t>ٹی وی پر۔</w:t>
      </w:r>
    </w:p>
    <w:p>
      <w:r>
        <w:rPr>
          <w:b/>
        </w:rPr>
        <w:t xml:space="preserve">[45:15] </w:t>
      </w:r>
      <w:r>
        <w:t>aap ghor kijiye ek jagah se ek aadmi bolta hai aur sari dunya mein ghar ghar is ko</w:t>
      </w:r>
    </w:p>
    <w:p>
      <w:pPr>
        <w:jc w:val="right"/>
      </w:pPr>
      <w:r>
        <w:t>آپ غور کیجیے ایک جگہ سے ایک آدمی بولتا ہے اور ساری دنیا میں گھر گھر اس کو</w:t>
      </w:r>
    </w:p>
    <w:p>
      <w:r>
        <w:rPr>
          <w:b/>
        </w:rPr>
        <w:t xml:space="preserve">[45:22] </w:t>
      </w:r>
      <w:r>
        <w:t>suna ja raha hai TV ke upar.</w:t>
      </w:r>
    </w:p>
    <w:p>
      <w:pPr>
        <w:jc w:val="right"/>
      </w:pPr>
      <w:r>
        <w:t>سنا جا رہا ہے ٹی وی کے اوپر۔</w:t>
      </w:r>
    </w:p>
    <w:p>
      <w:r>
        <w:rPr>
          <w:b/>
        </w:rPr>
        <w:t xml:space="preserve">[45:26] </w:t>
      </w:r>
      <w:r>
        <w:t>isi daur mein fitna doh-e-maah aane wala tha.</w:t>
      </w:r>
    </w:p>
    <w:p>
      <w:pPr>
        <w:jc w:val="right"/>
      </w:pPr>
      <w:r>
        <w:t>اسی دور میں فتنہ دوہے ماہ آنے والا تھا۔</w:t>
      </w:r>
    </w:p>
    <w:p>
      <w:r>
        <w:rPr>
          <w:b/>
        </w:rPr>
        <w:t xml:space="preserve">[45:30] </w:t>
      </w:r>
      <w:r>
        <w:t>is se pehle fitna doh-e-maah nahi aa sakta tha.</w:t>
      </w:r>
    </w:p>
    <w:p>
      <w:pPr>
        <w:jc w:val="right"/>
      </w:pPr>
      <w:r>
        <w:t>اس سے پہلے فتنہ دوہے ماہ نہیں آ سکتا تھا۔</w:t>
      </w:r>
    </w:p>
    <w:p>
      <w:r>
        <w:rPr>
          <w:b/>
        </w:rPr>
        <w:t xml:space="preserve">[45:34] </w:t>
      </w:r>
      <w:r>
        <w:t>to fitna doh-e-maah se murad hai woh zamana jab ke ideologies ka jangal hoga, philosophy ka jangal</w:t>
      </w:r>
    </w:p>
    <w:p>
      <w:pPr>
        <w:jc w:val="right"/>
      </w:pPr>
      <w:r>
        <w:t>تو فتنہ دوہے ماہ سے مراد ہے وہ زمانہ جب کہ ideologies کا جنگل ہوگا، philosophy کا جنگل</w:t>
      </w:r>
    </w:p>
    <w:p>
      <w:r>
        <w:rPr>
          <w:b/>
        </w:rPr>
        <w:t xml:space="preserve">[45:42] </w:t>
      </w:r>
      <w:r>
        <w:t>hoga, interpretation ka jangal hoga aur koi analysis nahi kar payega is ka.</w:t>
      </w:r>
    </w:p>
    <w:p>
      <w:pPr>
        <w:jc w:val="right"/>
      </w:pPr>
      <w:r>
        <w:t>ہوگا، interpretation کا جنگل ہوگا اور کوئی analysis نہیں کر پائے گا اس کا۔</w:t>
      </w:r>
    </w:p>
    <w:p>
      <w:r>
        <w:rPr>
          <w:b/>
        </w:rPr>
        <w:t xml:space="preserve">[45:48] </w:t>
      </w:r>
      <w:r>
        <w:t>to yeh hai woh fitna.</w:t>
      </w:r>
    </w:p>
    <w:p>
      <w:pPr>
        <w:jc w:val="right"/>
      </w:pPr>
      <w:r>
        <w:t>تو یہ ہے وہ فتنہ۔</w:t>
      </w:r>
    </w:p>
    <w:p>
      <w:r>
        <w:rPr>
          <w:b/>
        </w:rPr>
        <w:t xml:space="preserve">[45:50] </w:t>
      </w:r>
      <w:r>
        <w:t>to Allah taala ne hamara jo mission hai is mission khara kiya Allah taala ne is mun ko</w:t>
      </w:r>
    </w:p>
    <w:p>
      <w:pPr>
        <w:jc w:val="right"/>
      </w:pPr>
      <w:r>
        <w:t>تو اللہ تعالیٰ نے ہمارا جو mission ہے اس mission کھڑا کیا اللہ تعالیٰ نے اس من کو</w:t>
      </w:r>
    </w:p>
    <w:p>
      <w:r>
        <w:rPr>
          <w:b/>
        </w:rPr>
        <w:t xml:space="preserve">[45:57] </w:t>
      </w:r>
      <w:r>
        <w:t>mein to isi ke liye khara kiya.</w:t>
      </w:r>
    </w:p>
    <w:p>
      <w:pPr>
        <w:jc w:val="right"/>
      </w:pPr>
      <w:r>
        <w:t>میں تو اسی کے لیے کھڑا کیا۔</w:t>
      </w:r>
    </w:p>
    <w:p>
      <w:r>
        <w:rPr>
          <w:b/>
        </w:rPr>
        <w:t xml:space="preserve">[46:00] </w:t>
      </w:r>
      <w:r>
        <w:t>hamara jo mission hai woh mission isi liye khara hua hai ke fitna doh-e-maah ko khola jaye.</w:t>
      </w:r>
    </w:p>
    <w:p>
      <w:pPr>
        <w:jc w:val="right"/>
      </w:pPr>
      <w:r>
        <w:t>ہمارا جو mission ہے وہ mission اسی لیے کھڑا ہوا ہے کہ فتنہ دوہے ماہ کو کھولا جائے۔</w:t>
      </w:r>
    </w:p>
    <w:p>
      <w:r>
        <w:rPr>
          <w:b/>
        </w:rPr>
        <w:t xml:space="preserve">[46:08] </w:t>
      </w:r>
      <w:r>
        <w:t>is ko expose kiya jaye.</w:t>
      </w:r>
    </w:p>
    <w:p>
      <w:pPr>
        <w:jc w:val="right"/>
      </w:pPr>
      <w:r>
        <w:t>اس کو expose کیا جائے۔</w:t>
      </w:r>
    </w:p>
    <w:p>
      <w:r>
        <w:rPr>
          <w:b/>
        </w:rPr>
        <w:t xml:space="preserve">[46:10] </w:t>
      </w:r>
      <w:r>
        <w:t>is ka analysis kiya jaye.</w:t>
      </w:r>
    </w:p>
    <w:p>
      <w:pPr>
        <w:jc w:val="right"/>
      </w:pPr>
      <w:r>
        <w:t>اس کا analysis کیا جائے۔</w:t>
      </w:r>
    </w:p>
    <w:p>
      <w:r>
        <w:rPr>
          <w:b/>
        </w:rPr>
        <w:t xml:space="preserve">[46:12] </w:t>
      </w:r>
      <w:r>
        <w:t>logon ko bataya jaye ke sachai kya hai.</w:t>
      </w:r>
    </w:p>
    <w:p>
      <w:pPr>
        <w:jc w:val="right"/>
      </w:pPr>
      <w:r>
        <w:t>لوگوں کو بتایا جائے کہ سچائی کیا ہے۔</w:t>
      </w:r>
    </w:p>
    <w:p>
      <w:r>
        <w:rPr>
          <w:b/>
        </w:rPr>
        <w:t xml:space="preserve">[46:16] </w:t>
      </w:r>
      <w:r>
        <w:t>to Khuda ke fazl se aaj aap jante hain ke is mission ke tehat bohat kaafi kitaben tayar</w:t>
      </w:r>
    </w:p>
    <w:p>
      <w:pPr>
        <w:jc w:val="right"/>
      </w:pPr>
      <w:r>
        <w:t>تو خدا کے فضل سے آج آپ جانتے ہیں کہ اس mission کے تحت بہت کافی کتابیں تیار</w:t>
      </w:r>
    </w:p>
    <w:p>
      <w:r>
        <w:rPr>
          <w:b/>
        </w:rPr>
        <w:t xml:space="preserve">[46:24] </w:t>
      </w:r>
      <w:r>
        <w:t>ho chuki hain.</w:t>
      </w:r>
    </w:p>
    <w:p>
      <w:pPr>
        <w:jc w:val="right"/>
      </w:pPr>
      <w:r>
        <w:t>ہو چکی ہیں۔</w:t>
      </w:r>
    </w:p>
    <w:p>
      <w:r>
        <w:rPr>
          <w:b/>
        </w:rPr>
        <w:t xml:space="preserve">[46:25] </w:t>
      </w:r>
      <w:r>
        <w:t>Literature tayar ho chuka hai.</w:t>
      </w:r>
    </w:p>
    <w:p>
      <w:pPr>
        <w:jc w:val="right"/>
      </w:pPr>
      <w:r>
        <w:t>Literature تیار ہو چکا ہے۔</w:t>
      </w:r>
    </w:p>
    <w:p>
      <w:r>
        <w:rPr>
          <w:b/>
        </w:rPr>
        <w:t xml:space="preserve">[46:27] </w:t>
      </w:r>
      <w:r>
        <w:t>bohat kaafi.</w:t>
      </w:r>
    </w:p>
    <w:p>
      <w:pPr>
        <w:jc w:val="right"/>
      </w:pPr>
      <w:r>
        <w:t>بہت کافی۔</w:t>
      </w:r>
    </w:p>
    <w:p>
      <w:r>
        <w:rPr>
          <w:b/>
        </w:rPr>
        <w:t xml:space="preserve">[46:29] </w:t>
      </w:r>
      <w:r>
        <w:t>Quran ka translation bhi abhi maujood nahi tha.</w:t>
      </w:r>
    </w:p>
    <w:p>
      <w:pPr>
        <w:jc w:val="right"/>
      </w:pPr>
      <w:r>
        <w:t>قرآن کا translation بھی ابھی موجود نہیں تھا۔</w:t>
      </w:r>
    </w:p>
    <w:p>
      <w:r>
        <w:rPr>
          <w:b/>
        </w:rPr>
        <w:t xml:space="preserve">[46:32] </w:t>
      </w:r>
      <w:r>
        <w:t>jo maujood the translation Quran ved ke English zuban mein taqreeban pachis se zyada translation woh sab mein</w:t>
      </w:r>
    </w:p>
    <w:p>
      <w:pPr>
        <w:jc w:val="right"/>
      </w:pPr>
      <w:r>
        <w:t>جو موجود تھے translation قرآن وید کے انگلش زبان میں تقریباً پچیس سے زیادہ translation وہ سب میں</w:t>
      </w:r>
    </w:p>
    <w:p>
      <w:r>
        <w:rPr>
          <w:b/>
        </w:rPr>
        <w:t xml:space="preserve">[46:40] </w:t>
      </w:r>
      <w:r>
        <w:t>confusion tha.</w:t>
      </w:r>
    </w:p>
    <w:p>
      <w:pPr>
        <w:jc w:val="right"/>
      </w:pPr>
      <w:r>
        <w:t>confusion تھا۔</w:t>
      </w:r>
    </w:p>
    <w:p>
      <w:r>
        <w:rPr>
          <w:b/>
        </w:rPr>
        <w:t xml:space="preserve">[46:41] </w:t>
      </w:r>
      <w:r>
        <w:t>clarity nahi thi.</w:t>
      </w:r>
    </w:p>
    <w:p>
      <w:pPr>
        <w:jc w:val="right"/>
      </w:pPr>
      <w:r>
        <w:t>Clarity نہیں تھی۔</w:t>
      </w:r>
    </w:p>
    <w:p>
      <w:r>
        <w:rPr>
          <w:b/>
        </w:rPr>
        <w:t xml:space="preserve">[46:43] </w:t>
      </w:r>
      <w:r>
        <w:t>ab hamare mission ke tehat chhapa tarjuma bilkul hi saaf.</w:t>
      </w:r>
    </w:p>
    <w:p>
      <w:pPr>
        <w:jc w:val="right"/>
      </w:pPr>
      <w:r>
        <w:t>اب ہمارے mission کے تحت چھپایا ترجمہ بالکل ہی صاف۔</w:t>
      </w:r>
    </w:p>
    <w:p>
      <w:r>
        <w:rPr>
          <w:b/>
        </w:rPr>
        <w:t xml:space="preserve">[46:47] </w:t>
      </w:r>
      <w:r>
        <w:t>abhi mere paas aaj telephone aaya unka Habib bhai ka Hyderabad se.</w:t>
      </w:r>
    </w:p>
    <w:p>
      <w:pPr>
        <w:jc w:val="right"/>
      </w:pPr>
      <w:r>
        <w:t>ابھی میرے پاس آج ٹیلی فون آیا ان کا حبیب بھائی کا حیدرآباد سے۔</w:t>
      </w:r>
    </w:p>
    <w:p>
      <w:r>
        <w:rPr>
          <w:b/>
        </w:rPr>
        <w:t xml:space="preserve">[46:53] </w:t>
      </w:r>
      <w:r>
        <w:t>to wahan ek educator hindu ko unhone diya yahan ka translation Quran waid ka English wala padhne</w:t>
      </w:r>
    </w:p>
    <w:p>
      <w:pPr>
        <w:jc w:val="right"/>
      </w:pPr>
      <w:r>
        <w:t>تو وہاں ایک educator ہندو کو انہوں نے دیا یہاں کا translation قرآن وید کا انگلش والا پڑھنے</w:t>
      </w:r>
    </w:p>
    <w:p>
      <w:r>
        <w:rPr>
          <w:b/>
        </w:rPr>
        <w:t xml:space="preserve">[47:01]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[47:02] </w:t>
      </w:r>
      <w:r>
        <w:t>to unhone bataya ke maine telephone kiya unko baat ko.</w:t>
      </w:r>
    </w:p>
    <w:p>
      <w:pPr>
        <w:jc w:val="right"/>
      </w:pPr>
      <w:r>
        <w:t>تو انہوں نے بتایا کہ میں نے ٹیلی فون کیا ان کو بات کو۔</w:t>
      </w:r>
    </w:p>
    <w:p>
      <w:r>
        <w:rPr>
          <w:b/>
        </w:rPr>
        <w:t xml:space="preserve">[47:08] </w:t>
      </w:r>
      <w:r>
        <w:t>to unhone kaha ke abhi main aap ka translation padh raha hoon.</w:t>
      </w:r>
    </w:p>
    <w:p>
      <w:pPr>
        <w:jc w:val="right"/>
      </w:pPr>
      <w:r>
        <w:t>تو انہوں نے کہا کہ ابھی میں آپ کا translation پڑھ رہا ہوں۔</w:t>
      </w:r>
    </w:p>
    <w:p>
      <w:r>
        <w:rPr>
          <w:b/>
        </w:rPr>
        <w:t xml:space="preserve">[47:14] </w:t>
      </w:r>
      <w:r>
        <w:t>abhi main baat nahi karunga.</w:t>
      </w:r>
    </w:p>
    <w:p>
      <w:pPr>
        <w:jc w:val="right"/>
      </w:pPr>
      <w:r>
        <w:t>ابھی میں بات نہیں کروں گا۔</w:t>
      </w:r>
    </w:p>
    <w:p>
      <w:r>
        <w:rPr>
          <w:b/>
        </w:rPr>
        <w:t xml:space="preserve">[47:16] </w:t>
      </w:r>
      <w:r>
        <w:t>yeh itna mahv the iske padhne mein woh.</w:t>
      </w:r>
    </w:p>
    <w:p>
      <w:pPr>
        <w:jc w:val="right"/>
      </w:pPr>
      <w:r>
        <w:t>یہ اتنا محو تھے اس کے پڑھنے میں وہ۔</w:t>
      </w:r>
    </w:p>
    <w:p>
      <w:r>
        <w:rPr>
          <w:b/>
        </w:rPr>
        <w:t xml:space="preserve">[47:20] </w:t>
      </w:r>
      <w:r>
        <w:t>woh kehte hain ke tum khoob samajh mein aa raha hai.</w:t>
      </w:r>
    </w:p>
    <w:p>
      <w:pPr>
        <w:jc w:val="right"/>
      </w:pPr>
      <w:r>
        <w:t>وہ کہتے ہیں کہ تم خوب سمجھ میں آ رہا ہے۔</w:t>
      </w:r>
    </w:p>
    <w:p>
      <w:r>
        <w:rPr>
          <w:b/>
        </w:rPr>
        <w:t xml:space="preserve">[47:25] </w:t>
      </w:r>
      <w:r>
        <w:t>khoob samajh mein aa raha hai.</w:t>
      </w:r>
    </w:p>
    <w:p>
      <w:pPr>
        <w:jc w:val="right"/>
      </w:pPr>
      <w:r>
        <w:t>خوب سمجھ میں آ رہا ہے۔</w:t>
      </w:r>
    </w:p>
    <w:p>
      <w:r>
        <w:rPr>
          <w:b/>
        </w:rPr>
        <w:t xml:space="preserve">[47:28] </w:t>
      </w:r>
      <w:r>
        <w:t>to Allah taala ne is mission ke zariye se aisa ek translation taiyar kiya.</w:t>
      </w:r>
    </w:p>
    <w:p>
      <w:pPr>
        <w:jc w:val="right"/>
      </w:pPr>
      <w:r>
        <w:t>تو اللہ تعالیٰ نے اس mission کے ذریعے سے ایسا ایک translation تیار کیا۔</w:t>
      </w:r>
    </w:p>
    <w:p>
      <w:r>
        <w:rPr>
          <w:b/>
        </w:rPr>
        <w:t xml:space="preserve">[47:34] </w:t>
      </w:r>
      <w:r>
        <w:t>ab woh chhap kar ke har jagah phail raha hai.</w:t>
      </w:r>
    </w:p>
    <w:p>
      <w:pPr>
        <w:jc w:val="right"/>
      </w:pPr>
      <w:r>
        <w:t>اب وہ چھپ کر کے ہر جگہ پھیل رہا ہے۔</w:t>
      </w:r>
    </w:p>
    <w:p>
      <w:r>
        <w:rPr>
          <w:b/>
        </w:rPr>
        <w:t xml:space="preserve">[47:38] </w:t>
      </w:r>
      <w:r>
        <w:t>aise hi dekhiye yahan par Dilli mein ek bahut achha experiment kar rahe hain hamare saathi jo hain</w:t>
      </w:r>
    </w:p>
    <w:p>
      <w:pPr>
        <w:jc w:val="right"/>
      </w:pPr>
      <w:r>
        <w:t>ایسے ہی دیکھیے یہاں پر دلی میں ایک بہت اچھا experiment کر رہے ہیں ہمارے ساتھی جو ہیں</w:t>
      </w:r>
    </w:p>
    <w:p>
      <w:r>
        <w:rPr>
          <w:b/>
        </w:rPr>
        <w:t xml:space="preserve">[47:46] </w:t>
      </w:r>
      <w:r>
        <w:t>Mr. Khalid Ansari.</w:t>
      </w:r>
    </w:p>
    <w:p>
      <w:pPr>
        <w:jc w:val="right"/>
      </w:pPr>
      <w:r>
        <w:t>مسٹر خالد انصاری۔</w:t>
      </w:r>
    </w:p>
    <w:p>
      <w:r>
        <w:rPr>
          <w:b/>
        </w:rPr>
        <w:t xml:space="preserve">[47:47] </w:t>
      </w:r>
      <w:r>
        <w:t>Dilli ke ek area mein woh stall lagate hain, book stall.</w:t>
      </w:r>
    </w:p>
    <w:p>
      <w:pPr>
        <w:jc w:val="right"/>
      </w:pPr>
      <w:r>
        <w:t>دلی کے ایک ایریا میں وہ اسٹال لگاتے ہیں، بک اسٹال۔</w:t>
      </w:r>
    </w:p>
    <w:p>
      <w:r>
        <w:rPr>
          <w:b/>
        </w:rPr>
        <w:t xml:space="preserve">[47:52] </w:t>
      </w:r>
      <w:r>
        <w:t>to is se ajeeb o ghareeb faide ho rahe hain.</w:t>
      </w:r>
    </w:p>
    <w:p>
      <w:pPr>
        <w:jc w:val="right"/>
      </w:pPr>
      <w:r>
        <w:t>تو اس سے عجیب و غریب فائدے ہو رہے ہیں۔</w:t>
      </w:r>
    </w:p>
    <w:p>
      <w:r>
        <w:rPr>
          <w:b/>
        </w:rPr>
        <w:t xml:space="preserve">[47:56] </w:t>
      </w:r>
      <w:r>
        <w:t>log wahan aate hain, kitabein le aate hain, baatein hoti hain.</w:t>
      </w:r>
    </w:p>
    <w:p>
      <w:pPr>
        <w:jc w:val="right"/>
      </w:pPr>
      <w:r>
        <w:t>لوگ وہاں آتے ہیں، کتابیں لے آتے ہیں، باتیں ہوتی ہیں۔</w:t>
      </w:r>
    </w:p>
    <w:p>
      <w:r>
        <w:rPr>
          <w:b/>
        </w:rPr>
        <w:t xml:space="preserve">[48:01] </w:t>
      </w:r>
      <w:r>
        <w:t>aur logon ke zehan mein ek culture, nayi culture paida ho rahi hai.</w:t>
      </w:r>
    </w:p>
    <w:p>
      <w:pPr>
        <w:jc w:val="right"/>
      </w:pPr>
      <w:r>
        <w:t>اور لوگوں کے ذہن میں ایک کلچر، نئی کلچر پیدا ہو رہی ہے۔</w:t>
      </w:r>
    </w:p>
    <w:p>
      <w:r>
        <w:rPr>
          <w:b/>
        </w:rPr>
        <w:t xml:space="preserve">[48:06] </w:t>
      </w:r>
      <w:r>
        <w:t>is se maine ek tajurba nikala hai yeh ke book stall ka kaam to har jagah ho</w:t>
      </w:r>
    </w:p>
    <w:p>
      <w:pPr>
        <w:jc w:val="right"/>
      </w:pPr>
      <w:r>
        <w:t>اس سے میں نے ایک تجربہ نکالا ہے یہ کہ بک اسٹال کا کام تو ہر جگہ ہو</w:t>
      </w:r>
    </w:p>
    <w:p>
      <w:r>
        <w:rPr>
          <w:b/>
        </w:rPr>
        <w:t xml:space="preserve">[48:14]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[48:16] </w:t>
      </w:r>
      <w:r>
        <w:t>bahut log book stall laga rahe hain jagah jagah.</w:t>
      </w:r>
    </w:p>
    <w:p>
      <w:pPr>
        <w:jc w:val="right"/>
      </w:pPr>
      <w:r>
        <w:t>بہت لوگ بک اسٹال لگا رہے ہیں جگہ جگہ۔</w:t>
      </w:r>
    </w:p>
    <w:p>
      <w:r>
        <w:rPr>
          <w:b/>
        </w:rPr>
        <w:t xml:space="preserve">[48:19] </w:t>
      </w:r>
      <w:r>
        <w:t>lekin educated logon ko book stall lagana chahiye.</w:t>
      </w:r>
    </w:p>
    <w:p>
      <w:pPr>
        <w:jc w:val="right"/>
      </w:pPr>
      <w:r>
        <w:t>لیکن educated لوگوں کو بک اسٹال لگانا چاہیے۔</w:t>
      </w:r>
    </w:p>
    <w:p>
      <w:r>
        <w:rPr>
          <w:b/>
        </w:rPr>
        <w:t xml:space="preserve">[48:23] </w:t>
      </w:r>
      <w:r>
        <w:t>yeh Mr. Khalid Ansari mashallah educated aadmi hain.</w:t>
      </w:r>
    </w:p>
    <w:p>
      <w:pPr>
        <w:jc w:val="right"/>
      </w:pPr>
      <w:r>
        <w:t>یہ مسٹر خالد انصاری ماشاءاللہ educated آدمی ہیں۔</w:t>
      </w:r>
    </w:p>
    <w:p>
      <w:r>
        <w:rPr>
          <w:b/>
        </w:rPr>
        <w:t xml:space="preserve">[48:26] </w:t>
      </w:r>
      <w:r>
        <w:t>to jab woh book stall pe khare hote hain aur log aate hain un se baat karte hain</w:t>
      </w:r>
    </w:p>
    <w:p>
      <w:pPr>
        <w:jc w:val="right"/>
      </w:pPr>
      <w:r>
        <w:t>تو جب وہ بک اسٹال پہ کھڑے ہوتے ہیں اور لوگ آتے ہیں ان سے بات کرتے ہیں</w:t>
      </w:r>
    </w:p>
    <w:p>
      <w:r>
        <w:rPr>
          <w:b/>
        </w:rPr>
        <w:t xml:space="preserve">[48:34] </w:t>
      </w:r>
      <w:r>
        <w:t>woh</w:t>
      </w:r>
    </w:p>
    <w:p>
      <w:pPr>
        <w:jc w:val="right"/>
      </w:pPr>
      <w:r>
        <w:t>وہ۔</w:t>
      </w:r>
    </w:p>
    <w:p>
      <w:r>
        <w:rPr>
          <w:b/>
        </w:rPr>
        <w:t xml:space="preserve">[48:36] </w:t>
      </w:r>
      <w:r>
        <w:t>to sirf kitaben rakh dena kafi nahi hai</w:t>
      </w:r>
    </w:p>
    <w:p>
      <w:pPr>
        <w:jc w:val="right"/>
      </w:pPr>
      <w:r>
        <w:t>تو صرف کتابیں رکھ دینا کافی نہیں ہے۔</w:t>
      </w:r>
    </w:p>
    <w:p>
      <w:r>
        <w:rPr>
          <w:b/>
        </w:rPr>
        <w:t xml:space="preserve">[48:39] </w:t>
      </w:r>
      <w:r>
        <w:t>wahan ek aadmi hona chahiye jo baat kar sake logon se</w:t>
      </w:r>
    </w:p>
    <w:p>
      <w:pPr>
        <w:jc w:val="right"/>
      </w:pPr>
      <w:r>
        <w:t>وہاں ایک آدمی ہونا چاہیے جو بات کر سکے لوگوں سے۔</w:t>
      </w:r>
    </w:p>
    <w:p>
      <w:r>
        <w:rPr>
          <w:b/>
        </w:rPr>
        <w:t xml:space="preserve">[48:44] </w:t>
      </w:r>
      <w:r>
        <w:t>to main yeh kahunga ke hamare sathi jitne bhi hain dunya bhar mein, dunya bhar mein educated</w:t>
      </w:r>
    </w:p>
    <w:p>
      <w:pPr>
        <w:jc w:val="right"/>
      </w:pPr>
      <w:r>
        <w:t>تو میں یہ کہوں گا کہ ہمارے ساتھی جتنے بھی ہیں دنیا بھر میں، دنیا بھر میں educated</w:t>
      </w:r>
    </w:p>
    <w:p>
      <w:r>
        <w:rPr>
          <w:b/>
        </w:rPr>
        <w:t xml:space="preserve">[48:51] </w:t>
      </w:r>
      <w:r>
        <w:t>log book stall lagayen har jagah</w:t>
      </w:r>
    </w:p>
    <w:p>
      <w:pPr>
        <w:jc w:val="right"/>
      </w:pPr>
      <w:r>
        <w:t>لوگ بک اسٹال لگائیں ہر جگہ۔</w:t>
      </w:r>
    </w:p>
    <w:p>
      <w:r>
        <w:rPr>
          <w:b/>
        </w:rPr>
        <w:t xml:space="preserve">[48:54] </w:t>
      </w:r>
      <w:r>
        <w:t>yahan to mehle mehle mein laga rahe hain woh</w:t>
      </w:r>
    </w:p>
    <w:p>
      <w:pPr>
        <w:jc w:val="right"/>
      </w:pPr>
      <w:r>
        <w:t>یہاں تو محلے محلے میں لگا رہے ہیں وہ۔</w:t>
      </w:r>
    </w:p>
    <w:p>
      <w:r>
        <w:rPr>
          <w:b/>
        </w:rPr>
        <w:t xml:space="preserve">[48:58] </w:t>
      </w:r>
      <w:r>
        <w:t>colony mein laga rahe hain woh</w:t>
      </w:r>
    </w:p>
    <w:p>
      <w:pPr>
        <w:jc w:val="right"/>
      </w:pPr>
      <w:r>
        <w:t>کالونی میں لگا رہے ہیں وہ۔</w:t>
      </w:r>
    </w:p>
    <w:p>
      <w:r>
        <w:rPr>
          <w:b/>
        </w:rPr>
        <w:t xml:space="preserve">[49:00] </w:t>
      </w:r>
      <w:r>
        <w:t>ajeeb ghareeb yeh tajurba hai</w:t>
      </w:r>
    </w:p>
    <w:p>
      <w:pPr>
        <w:jc w:val="right"/>
      </w:pPr>
      <w:r>
        <w:t>عجیب غریب یہ تجربہ ہے۔</w:t>
      </w:r>
    </w:p>
    <w:p>
      <w:r>
        <w:rPr>
          <w:b/>
        </w:rPr>
        <w:t xml:space="preserve">[49:03] </w:t>
      </w:r>
      <w:r>
        <w:t>ab tak woh samajhte thay ke jahan log ikhatta hote hain, koi conference ho, koi seminar ho, wahin</w:t>
      </w:r>
    </w:p>
    <w:p>
      <w:pPr>
        <w:jc w:val="right"/>
      </w:pPr>
      <w:r>
        <w:t>اب تک وہ سمجھتے تھے کہ جہاں لوگ اکٹھا ہوتے ہیں، کوئی کانفرنس ہو، کوئی سیمینار ہو، وہیں</w:t>
      </w:r>
    </w:p>
    <w:p>
      <w:r>
        <w:rPr>
          <w:b/>
        </w:rPr>
        <w:t xml:space="preserve">[49:10] </w:t>
      </w:r>
      <w:r>
        <w:t>lag sakta hai book stall</w:t>
      </w:r>
    </w:p>
    <w:p>
      <w:pPr>
        <w:jc w:val="right"/>
      </w:pPr>
      <w:r>
        <w:t>لگ سکتا ہے بک اسٹال۔</w:t>
      </w:r>
    </w:p>
    <w:p>
      <w:r>
        <w:rPr>
          <w:b/>
        </w:rPr>
        <w:t xml:space="preserve">[49:12] </w:t>
      </w:r>
      <w:r>
        <w:t>Mr Khalid Ansari ne ek nai misaal qaim kar di</w:t>
      </w:r>
    </w:p>
    <w:p>
      <w:pPr>
        <w:jc w:val="right"/>
      </w:pPr>
      <w:r>
        <w:t>مسٹر خالد انصاری نے ایک نئی مثال قائم کر دی۔</w:t>
      </w:r>
    </w:p>
    <w:p>
      <w:r>
        <w:rPr>
          <w:b/>
        </w:rPr>
        <w:t xml:space="preserve">[49:17] </w:t>
      </w:r>
      <w:r>
        <w:t>ke jahan bhi insan hai, koi colony hai, wahin laga do</w:t>
      </w:r>
    </w:p>
    <w:p>
      <w:pPr>
        <w:jc w:val="right"/>
      </w:pPr>
      <w:r>
        <w:t>کہ جہاں بھی انسان ہے، کوئی کالونی ہے، وہیں لگا دو۔</w:t>
      </w:r>
    </w:p>
    <w:p>
      <w:r>
        <w:rPr>
          <w:b/>
        </w:rPr>
        <w:t xml:space="preserve">[49:21] </w:t>
      </w:r>
      <w:r>
        <w:t>to woh lagate hain in dilli mein</w:t>
      </w:r>
    </w:p>
    <w:p>
      <w:pPr>
        <w:jc w:val="right"/>
      </w:pPr>
      <w:r>
        <w:t>تو وہ لگاتے ہیں ان دلی میں۔</w:t>
      </w:r>
    </w:p>
    <w:p>
      <w:r>
        <w:rPr>
          <w:b/>
        </w:rPr>
        <w:t xml:space="preserve">[49:24] </w:t>
      </w:r>
      <w:r>
        <w:t>aur wahan par log aate hain</w:t>
      </w:r>
    </w:p>
    <w:p>
      <w:pPr>
        <w:jc w:val="right"/>
      </w:pPr>
      <w:r>
        <w:t>اور وہاں پر لوگ آتے ہیں۔</w:t>
      </w:r>
    </w:p>
    <w:p>
      <w:r>
        <w:rPr>
          <w:b/>
        </w:rPr>
        <w:t xml:space="preserve">[49:27] </w:t>
      </w:r>
      <w:r>
        <w:t>woh un ko sawal hota hai, jawab hota hai</w:t>
      </w:r>
    </w:p>
    <w:p>
      <w:pPr>
        <w:jc w:val="right"/>
      </w:pPr>
      <w:r>
        <w:t>وہ ان کو سوال ہوتا ہے، جواب ہوتا ہے۔</w:t>
      </w:r>
    </w:p>
    <w:p>
      <w:r>
        <w:rPr>
          <w:b/>
        </w:rPr>
        <w:t xml:space="preserve">[49:31] </w:t>
      </w:r>
      <w:r>
        <w:t>to Allah taala ne is mission ke zariye se aisa literature tayyar kar diya hai</w:t>
      </w:r>
    </w:p>
    <w:p>
      <w:pPr>
        <w:jc w:val="right"/>
      </w:pPr>
      <w:r>
        <w:t>تو اللہ تعالیٰ نے اس مشن کے ذریعے سے ایسا literature تیار کر دیا ہے۔</w:t>
      </w:r>
    </w:p>
    <w:p>
      <w:r>
        <w:rPr>
          <w:b/>
        </w:rPr>
        <w:t xml:space="preserve">[49:37] </w:t>
      </w:r>
      <w:r>
        <w:t>isi literature ko logon ko phailana hai</w:t>
      </w:r>
    </w:p>
    <w:p>
      <w:pPr>
        <w:jc w:val="right"/>
      </w:pPr>
      <w:r>
        <w:t>اسی literature کو لوگوں کو پھیلانا ہے۔</w:t>
      </w:r>
    </w:p>
    <w:p>
      <w:r>
        <w:rPr>
          <w:b/>
        </w:rPr>
        <w:t xml:space="preserve">[49:40] </w:t>
      </w:r>
      <w:r>
        <w:t>sab logon ko is literature ko phailana hai</w:t>
      </w:r>
    </w:p>
    <w:p>
      <w:pPr>
        <w:jc w:val="right"/>
      </w:pPr>
      <w:r>
        <w:t>سب لوگوں کو اس literature کو پھیلانا ہے۔</w:t>
      </w:r>
    </w:p>
    <w:p>
      <w:r>
        <w:rPr>
          <w:b/>
        </w:rPr>
        <w:t xml:space="preserve">[49:44] </w:t>
      </w:r>
      <w:r>
        <w:t>iski zaroorat nahi ke aap mujh se kai log poochte hain ke bhai hum to writer nahi</w:t>
      </w:r>
    </w:p>
    <w:p>
      <w:pPr>
        <w:jc w:val="right"/>
      </w:pPr>
      <w:r>
        <w:t>اس کی ضرورت نہیں کہ آپ مجھ سے کئی لوگ پوچھتے ہیں کہ بھئی ہم تو writer نہیں</w:t>
      </w:r>
    </w:p>
    <w:p>
      <w:r>
        <w:rPr>
          <w:b/>
        </w:rPr>
        <w:t xml:space="preserve">[49:51] </w:t>
      </w:r>
      <w:r>
        <w:t>hain, hum to speaker nahi hain</w:t>
      </w:r>
    </w:p>
    <w:p>
      <w:pPr>
        <w:jc w:val="right"/>
      </w:pPr>
      <w:r>
        <w:t>ہیں، ہم تو سپیکر نہیں ہیں۔</w:t>
      </w:r>
    </w:p>
    <w:p>
      <w:r>
        <w:rPr>
          <w:b/>
        </w:rPr>
        <w:t xml:space="preserve">[49:54] </w:t>
      </w:r>
      <w:r>
        <w:t>bhai na is writer banne ki zaroorat hai, na speaker banne ki zaroorat hai</w:t>
      </w:r>
    </w:p>
    <w:p>
      <w:pPr>
        <w:jc w:val="right"/>
      </w:pPr>
      <w:r>
        <w:t>بھئی نہ اس writer بننے کی ضرورت ہے، نہ سپیکر بننے کی ضرورت ہے۔</w:t>
      </w:r>
    </w:p>
    <w:p>
      <w:r>
        <w:rPr>
          <w:b/>
        </w:rPr>
        <w:t xml:space="preserve">[50:00] </w:t>
      </w:r>
      <w:r>
        <w:t>in kitabon ko phailao</w:t>
      </w:r>
    </w:p>
    <w:p>
      <w:pPr>
        <w:jc w:val="right"/>
      </w:pPr>
      <w:r>
        <w:t>ان کتابوں کو پھیلاؤ۔</w:t>
      </w:r>
    </w:p>
    <w:p>
      <w:r>
        <w:rPr>
          <w:b/>
        </w:rPr>
        <w:t xml:space="preserve">[50:02] </w:t>
      </w:r>
      <w:r>
        <w:t>in kitabon ko phailao bas</w:t>
      </w:r>
    </w:p>
    <w:p>
      <w:pPr>
        <w:jc w:val="right"/>
      </w:pPr>
      <w:r>
        <w:t>ان کتابوں کو پھیلاؤ بس۔</w:t>
      </w:r>
    </w:p>
    <w:p>
      <w:r>
        <w:rPr>
          <w:b/>
        </w:rPr>
        <w:t xml:space="preserve">[50:04] </w:t>
      </w:r>
      <w:r>
        <w:t>aur kuch karna hi nahi hai</w:t>
      </w:r>
    </w:p>
    <w:p>
      <w:pPr>
        <w:jc w:val="right"/>
      </w:pPr>
      <w:r>
        <w:t>اور کچھ کرنا ہی نہیں ہے۔</w:t>
      </w:r>
    </w:p>
    <w:p>
      <w:r>
        <w:rPr>
          <w:b/>
        </w:rPr>
        <w:t xml:space="preserve">[50:06] </w:t>
      </w:r>
      <w:r>
        <w:t>yahan mein aap ko yaad dilaoon ke sahaba karam bhi yahi karte thay.</w:t>
      </w:r>
    </w:p>
    <w:p>
      <w:pPr>
        <w:jc w:val="right"/>
      </w:pPr>
      <w:r>
        <w:t>یہاں میں آپ کو یاد دلاؤں کہ صحابہ کرام بھی یہی کرتے تھے۔</w:t>
      </w:r>
    </w:p>
    <w:p>
      <w:r>
        <w:rPr>
          <w:b/>
        </w:rPr>
        <w:t xml:space="preserve">[50:12] </w:t>
      </w:r>
      <w:r>
        <w:t>sahaba karam ko kaha jata tha muqri.</w:t>
      </w:r>
    </w:p>
    <w:p>
      <w:pPr>
        <w:jc w:val="right"/>
      </w:pPr>
      <w:r>
        <w:t>صحابہ کرام کو کہا جاتا تھا مقری۔</w:t>
      </w:r>
    </w:p>
    <w:p>
      <w:r>
        <w:rPr>
          <w:b/>
        </w:rPr>
        <w:t xml:space="preserve">[50:15] </w:t>
      </w:r>
      <w:r>
        <w:t>muqri mani parh kar sunane wala.</w:t>
      </w:r>
    </w:p>
    <w:p>
      <w:pPr>
        <w:jc w:val="right"/>
      </w:pPr>
      <w:r>
        <w:t>مقری معنی پڑھ کر سنانے والا۔</w:t>
      </w:r>
    </w:p>
    <w:p>
      <w:r>
        <w:rPr>
          <w:b/>
        </w:rPr>
        <w:t xml:space="preserve">[50:18] </w:t>
      </w:r>
      <w:r>
        <w:t>yeh printing press nahi tha is zamane mein.</w:t>
      </w:r>
    </w:p>
    <w:p>
      <w:pPr>
        <w:jc w:val="right"/>
      </w:pPr>
      <w:r>
        <w:t>یہ printing press نہیں تھا اس زمانے میں۔</w:t>
      </w:r>
    </w:p>
    <w:p>
      <w:r>
        <w:rPr>
          <w:b/>
        </w:rPr>
        <w:t xml:space="preserve">[50:21] </w:t>
      </w:r>
      <w:r>
        <w:t>kitabein chhap nahi sakti theen.</w:t>
      </w:r>
    </w:p>
    <w:p>
      <w:pPr>
        <w:jc w:val="right"/>
      </w:pPr>
      <w:r>
        <w:t>کتابیں چھپ نہیں سکتی تھیں۔</w:t>
      </w:r>
    </w:p>
    <w:p>
      <w:r>
        <w:rPr>
          <w:b/>
        </w:rPr>
        <w:t xml:space="preserve">[50:23] </w:t>
      </w:r>
      <w:r>
        <w:t>to log apni memory mein rakh lete thay quran majeed ko.</w:t>
      </w:r>
    </w:p>
    <w:p>
      <w:pPr>
        <w:jc w:val="right"/>
      </w:pPr>
      <w:r>
        <w:t>تو لوگ اپنی memory میں رکھ لیتے تھے قرآن مجید کو۔</w:t>
      </w:r>
    </w:p>
    <w:p>
      <w:r>
        <w:rPr>
          <w:b/>
        </w:rPr>
        <w:t xml:space="preserve">[50:28] </w:t>
      </w:r>
      <w:r>
        <w:t>yaad kar lete thay.</w:t>
      </w:r>
    </w:p>
    <w:p>
      <w:pPr>
        <w:jc w:val="right"/>
      </w:pPr>
      <w:r>
        <w:t>یاد کر لیتے تھے۔</w:t>
      </w:r>
    </w:p>
    <w:p>
      <w:r>
        <w:rPr>
          <w:b/>
        </w:rPr>
        <w:t xml:space="preserve">[50:30] </w:t>
      </w:r>
      <w:r>
        <w:t>aur jagah jagah jahan aadmi ko paate hain us ko sunate thay parh kar ke.</w:t>
      </w:r>
    </w:p>
    <w:p>
      <w:pPr>
        <w:jc w:val="right"/>
      </w:pPr>
      <w:r>
        <w:t>اور جگہ جگہ جہاں آدمی کو پاتے ہیں اس کو سناتے تھے پڑھ کر کے۔</w:t>
      </w:r>
    </w:p>
    <w:p>
      <w:r>
        <w:rPr>
          <w:b/>
        </w:rPr>
        <w:t xml:space="preserve">[50:36] </w:t>
      </w:r>
      <w:r>
        <w:t>jahan bhi.</w:t>
      </w:r>
    </w:p>
    <w:p>
      <w:pPr>
        <w:jc w:val="right"/>
      </w:pPr>
      <w:r>
        <w:t>جہاں بھی۔</w:t>
      </w:r>
    </w:p>
    <w:p>
      <w:r>
        <w:rPr>
          <w:b/>
        </w:rPr>
        <w:t xml:space="preserve">[50:37] </w:t>
      </w:r>
      <w:r>
        <w:t>jahan dekhte hain ke das panch aadmi maujood hain, kam ya ziyada aadmi maujood hain.</w:t>
      </w:r>
    </w:p>
    <w:p>
      <w:pPr>
        <w:jc w:val="right"/>
      </w:pPr>
      <w:r>
        <w:t>جہاں دیکھتے ہیں کہ دس پانچ آدمی موجود ہیں، کم یا زیادہ آدمی موجود ہیں۔</w:t>
      </w:r>
    </w:p>
    <w:p>
      <w:r>
        <w:rPr>
          <w:b/>
        </w:rPr>
        <w:t xml:space="preserve">[50:44] </w:t>
      </w:r>
      <w:r>
        <w:t>koi gathering hai bas wahan khare ho gaye aur quran parhna sunana shuru kar diya.</w:t>
      </w:r>
    </w:p>
    <w:p>
      <w:pPr>
        <w:jc w:val="right"/>
      </w:pPr>
      <w:r>
        <w:t>کوئی gathering ہے بس وہاں کھڑے ہو گئے اور قرآن پڑھنا سنانا شروع کر دیا۔</w:t>
      </w:r>
    </w:p>
    <w:p>
      <w:r>
        <w:rPr>
          <w:b/>
        </w:rPr>
        <w:t xml:space="preserve">[50:50] </w:t>
      </w:r>
      <w:r>
        <w:t>to un ko kaha jata tha muqri.</w:t>
      </w:r>
    </w:p>
    <w:p>
      <w:pPr>
        <w:jc w:val="right"/>
      </w:pPr>
      <w:r>
        <w:t>تو ان کو کہا جاتا تھا مقری۔</w:t>
      </w:r>
    </w:p>
    <w:p>
      <w:r>
        <w:rPr>
          <w:b/>
        </w:rPr>
        <w:t xml:space="preserve">[50:53] </w:t>
      </w:r>
      <w:r>
        <w:t>parh kar sunane wala.</w:t>
      </w:r>
    </w:p>
    <w:p>
      <w:pPr>
        <w:jc w:val="right"/>
      </w:pPr>
      <w:r>
        <w:t>پڑھ کر سنانے والا۔</w:t>
      </w:r>
    </w:p>
    <w:p>
      <w:r>
        <w:rPr>
          <w:b/>
        </w:rPr>
        <w:t xml:space="preserve">[50:55] </w:t>
      </w:r>
      <w:r>
        <w:t>ab jab printing press ka zamana hai to aap ko kya banna hai? Distributor.</w:t>
      </w:r>
    </w:p>
    <w:p>
      <w:pPr>
        <w:jc w:val="right"/>
      </w:pPr>
      <w:r>
        <w:t>اب جب printing press کا زمانہ ہے تو آپ کو کیا بننا ہے؟ Distributor۔</w:t>
      </w:r>
    </w:p>
    <w:p>
      <w:r>
        <w:rPr>
          <w:b/>
        </w:rPr>
        <w:t xml:space="preserve">[51:01] </w:t>
      </w:r>
      <w:r>
        <w:t>sahaba bane thay muqri.</w:t>
      </w:r>
    </w:p>
    <w:p>
      <w:pPr>
        <w:jc w:val="right"/>
      </w:pPr>
      <w:r>
        <w:t>صحابہ بنے تھے مقری۔</w:t>
      </w:r>
    </w:p>
    <w:p>
      <w:r>
        <w:rPr>
          <w:b/>
        </w:rPr>
        <w:t xml:space="preserve">[51:03] </w:t>
      </w:r>
      <w:r>
        <w:t>aap distributor ban jaiye.</w:t>
      </w:r>
    </w:p>
    <w:p>
      <w:pPr>
        <w:jc w:val="right"/>
      </w:pPr>
      <w:r>
        <w:t>آپ distributor بن جائیے۔</w:t>
      </w:r>
    </w:p>
    <w:p>
      <w:r>
        <w:rPr>
          <w:b/>
        </w:rPr>
        <w:t xml:space="preserve">[51:04] </w:t>
      </w:r>
      <w:r>
        <w:t>yani kitabon ko taqseem pohanchaiye logon ko.</w:t>
      </w:r>
    </w:p>
    <w:p>
      <w:pPr>
        <w:jc w:val="right"/>
      </w:pPr>
      <w:r>
        <w:t>یعنی کتابوں کو تقسیم پہنچائیے لوگوں کو۔</w:t>
      </w:r>
    </w:p>
    <w:p>
      <w:r>
        <w:rPr>
          <w:b/>
        </w:rPr>
        <w:t xml:space="preserve">[51:07] </w:t>
      </w:r>
      <w:r>
        <w:t>kitabon ko logon ko pohanchaiye.</w:t>
      </w:r>
    </w:p>
    <w:p>
      <w:pPr>
        <w:jc w:val="right"/>
      </w:pPr>
      <w:r>
        <w:t>کتابوں کو لوگوں کو پہنچائیے۔</w:t>
      </w:r>
    </w:p>
    <w:p>
      <w:r>
        <w:rPr>
          <w:b/>
        </w:rPr>
        <w:t xml:space="preserve">[51:10] </w:t>
      </w:r>
      <w:r>
        <w:t>yani wahi kaam jo is zamane mein hua tha muqri ban kar ke wahi kaam aap karna hai</w:t>
      </w:r>
    </w:p>
    <w:p>
      <w:pPr>
        <w:jc w:val="right"/>
      </w:pPr>
      <w:r>
        <w:t>یعنی وہی کام جو اس زمانے میں ہوا تھا مقری بن کر کے وہی کام آپ کرنا ہے</w:t>
      </w:r>
    </w:p>
    <w:p>
      <w:r>
        <w:rPr>
          <w:b/>
        </w:rPr>
        <w:t xml:space="preserve">[51:17] </w:t>
      </w:r>
      <w:r>
        <w:t>distributor ban kar ke.</w:t>
      </w:r>
    </w:p>
    <w:p>
      <w:pPr>
        <w:jc w:val="right"/>
      </w:pPr>
      <w:r>
        <w:t>distributor بن کر کے۔</w:t>
      </w:r>
    </w:p>
    <w:p>
      <w:r>
        <w:rPr>
          <w:b/>
        </w:rPr>
        <w:t xml:space="preserve">[51:19] </w:t>
      </w:r>
      <w:r>
        <w:t>aap ko na writer banna hai na na speaker banna hai.</w:t>
      </w:r>
    </w:p>
    <w:p>
      <w:pPr>
        <w:jc w:val="right"/>
      </w:pPr>
      <w:r>
        <w:t>آپ کو نہ writer بننا ہے نہ نہ سپیکر بننا ہے۔</w:t>
      </w:r>
    </w:p>
    <w:p>
      <w:r>
        <w:rPr>
          <w:b/>
        </w:rPr>
        <w:t xml:space="preserve">[51:24] </w:t>
      </w:r>
      <w:r>
        <w:t>jo kitabein Allah taala ne tayyar kar di hain jo chhap chuki hain mukhtalif zubanon mein unhi ko</w:t>
      </w:r>
    </w:p>
    <w:p>
      <w:pPr>
        <w:jc w:val="right"/>
      </w:pPr>
      <w:r>
        <w:t>جو کتابیں اللہ تعالیٰ نے تیار کر دی ہیں جو چھپ چکی ہیں مختلف زبانوں میں انہی کو</w:t>
      </w:r>
    </w:p>
    <w:p>
      <w:r>
        <w:rPr>
          <w:b/>
        </w:rPr>
        <w:t xml:space="preserve">[51:31] </w:t>
      </w:r>
      <w:r>
        <w:t>phailaiye.</w:t>
      </w:r>
    </w:p>
    <w:p>
      <w:pPr>
        <w:jc w:val="right"/>
      </w:pPr>
      <w:r>
        <w:t>پھیلائیے۔</w:t>
      </w:r>
    </w:p>
    <w:p>
      <w:r>
        <w:rPr>
          <w:b/>
        </w:rPr>
        <w:t xml:space="preserve">[51:33] </w:t>
      </w:r>
      <w:r>
        <w:t>yahi kaam hai.</w:t>
      </w:r>
    </w:p>
    <w:p>
      <w:pPr>
        <w:jc w:val="right"/>
      </w:pPr>
      <w:r>
        <w:t>یہی کام ہے۔</w:t>
      </w:r>
    </w:p>
    <w:p>
      <w:r>
        <w:rPr>
          <w:b/>
        </w:rPr>
        <w:t xml:space="preserve">[51:34] </w:t>
      </w:r>
      <w:r>
        <w:t>lekin yeh parhane ka kaam jo hai parhe likhe log karenge to ziyada acha hoga.</w:t>
      </w:r>
    </w:p>
    <w:p>
      <w:pPr>
        <w:jc w:val="right"/>
      </w:pPr>
      <w:r>
        <w:t>لیکن یہ پڑھانے کا کام جو ہے پڑھے لکھے لوگ کریں گے تو زیادہ اچھا ہوگا۔</w:t>
      </w:r>
    </w:p>
    <w:p>
      <w:r>
        <w:rPr>
          <w:b/>
        </w:rPr>
        <w:t xml:space="preserve">[51:41] </w:t>
      </w:r>
      <w:r>
        <w:t>ziada acha hoga.</w:t>
      </w:r>
    </w:p>
    <w:p>
      <w:pPr>
        <w:jc w:val="right"/>
      </w:pPr>
      <w:r>
        <w:t>زیادہ اچھا ہوگا۔</w:t>
      </w:r>
    </w:p>
    <w:p>
      <w:r>
        <w:rPr>
          <w:b/>
        </w:rPr>
        <w:t xml:space="preserve">[51:43] </w:t>
      </w:r>
      <w:r>
        <w:t>agar parhe likhe log karenge.</w:t>
      </w:r>
    </w:p>
    <w:p>
      <w:pPr>
        <w:jc w:val="right"/>
      </w:pPr>
      <w:r>
        <w:t>اگر پڑھے لکھے لوگ کریں گے۔</w:t>
      </w:r>
    </w:p>
    <w:p>
      <w:r>
        <w:rPr>
          <w:b/>
        </w:rPr>
        <w:t xml:space="preserve">[51:45] </w:t>
      </w:r>
      <w:r>
        <w:t>halankay sab hi log kar sakte hain.</w:t>
      </w:r>
    </w:p>
    <w:p>
      <w:pPr>
        <w:jc w:val="right"/>
      </w:pPr>
      <w:r>
        <w:t>حالانکہ سب ہی لوگ کر سکتے ہیں۔</w:t>
      </w:r>
    </w:p>
    <w:p>
      <w:r>
        <w:rPr>
          <w:b/>
        </w:rPr>
        <w:t xml:space="preserve">[51:48] </w:t>
      </w:r>
      <w:r>
        <w:t>meri larki hai jin ko apa kaha jata hai wo jati hain is mein is mein garden mein</w:t>
      </w:r>
    </w:p>
    <w:p>
      <w:pPr>
        <w:jc w:val="right"/>
      </w:pPr>
      <w:r>
        <w:t>میری لڑکی ہے جن کو آپا کہا جاتا ہے وہ جاتی ہیں اس میں اس میں گارڈن میں</w:t>
      </w:r>
    </w:p>
    <w:p>
      <w:r>
        <w:rPr>
          <w:b/>
        </w:rPr>
        <w:t xml:space="preserve">[51:56] </w:t>
      </w:r>
      <w:r>
        <w:t>lodhi garden waghera mein.</w:t>
      </w:r>
    </w:p>
    <w:p>
      <w:pPr>
        <w:jc w:val="right"/>
      </w:pPr>
      <w:r>
        <w:t>لودھی گارڈن وغیرہ میں۔</w:t>
      </w:r>
    </w:p>
    <w:p>
      <w:r>
        <w:rPr>
          <w:b/>
        </w:rPr>
        <w:t xml:space="preserve">[51:58] </w:t>
      </w:r>
      <w:r>
        <w:t>to hamare jo kaam karti hai larki jo bilkul parhi likhi nahi hai us ko le aati hain</w:t>
      </w:r>
    </w:p>
    <w:p>
      <w:pPr>
        <w:jc w:val="right"/>
      </w:pPr>
      <w:r>
        <w:t>تو ہمارے جو کام کرتی ہے لڑکی جو بالکل پڑھی لکھی نہیں ہے اس کو لے آتی ہیں</w:t>
      </w:r>
    </w:p>
    <w:p>
      <w:r>
        <w:rPr>
          <w:b/>
        </w:rPr>
        <w:t xml:space="preserve">[52:06] </w:t>
      </w:r>
      <w:r>
        <w:t>aur us ke is ka bhai hai chota sa wo jate hain do do ke sab ko dete</w:t>
      </w:r>
    </w:p>
    <w:p>
      <w:pPr>
        <w:jc w:val="right"/>
      </w:pPr>
      <w:r>
        <w:t>اور اس کے اس کا بھائی ہے چھوٹا سا وہ جاتے ہیں دو دو کے سب کو دیتے</w:t>
      </w:r>
    </w:p>
    <w:p>
      <w:r>
        <w:rPr>
          <w:b/>
        </w:rPr>
        <w:t xml:space="preserve">[52:13] </w:t>
      </w:r>
      <w:r>
        <w:t>hain wo sab khushi se le lete hain log.</w:t>
      </w:r>
    </w:p>
    <w:p>
      <w:pPr>
        <w:jc w:val="right"/>
      </w:pPr>
      <w:r>
        <w:t>ہیں وہ سب خوشی سے لے لیتے ہیں لوگ۔</w:t>
      </w:r>
    </w:p>
    <w:p>
      <w:r>
        <w:rPr>
          <w:b/>
        </w:rPr>
        <w:t xml:space="preserve">[52:17] </w:t>
      </w:r>
      <w:r>
        <w:t>halankay wo parhe likhe nahi hain wo.</w:t>
      </w:r>
    </w:p>
    <w:p>
      <w:pPr>
        <w:jc w:val="right"/>
      </w:pPr>
      <w:r>
        <w:t>حالانکہ وہ پڑھے لکھے نہیں ہیں وہ۔</w:t>
      </w:r>
    </w:p>
    <w:p>
      <w:r>
        <w:rPr>
          <w:b/>
        </w:rPr>
        <w:t xml:space="preserve">[52:20] </w:t>
      </w:r>
      <w:r>
        <w:t>to be parha likha aadmi bhi kar sakta hai distribution ka kaam.</w:t>
      </w:r>
    </w:p>
    <w:p>
      <w:pPr>
        <w:jc w:val="right"/>
      </w:pPr>
      <w:r>
        <w:t>تو بے پڑھا لکھا آدمی بھی کر سکتا ہے distribution کا کام۔</w:t>
      </w:r>
    </w:p>
    <w:p>
      <w:r>
        <w:rPr>
          <w:b/>
        </w:rPr>
        <w:t xml:space="preserve">[52:25] </w:t>
      </w:r>
      <w:r>
        <w:t>lekin book stall jo hai us par jab aik parha likha aadmi khara hoga to phir interaction hoga.</w:t>
      </w:r>
    </w:p>
    <w:p>
      <w:pPr>
        <w:jc w:val="right"/>
      </w:pPr>
      <w:r>
        <w:t>لیکن بک اسٹال جو ہے اس پر جب ایک پڑھا لکھا آدمی کھڑا ہوگا تو پھر interaction ہوگا۔</w:t>
      </w:r>
    </w:p>
    <w:p>
      <w:r>
        <w:rPr>
          <w:b/>
        </w:rPr>
        <w:t xml:space="preserve">[52:33] </w:t>
      </w:r>
      <w:r>
        <w:t>baat cheet hogi, discussion hoga, dialogue hoga.</w:t>
      </w:r>
    </w:p>
    <w:p>
      <w:pPr>
        <w:jc w:val="right"/>
      </w:pPr>
      <w:r>
        <w:t>بات چیت ہوگی، discussion ہوگا، dialogue ہوگا۔</w:t>
      </w:r>
    </w:p>
    <w:p>
      <w:r>
        <w:rPr>
          <w:b/>
        </w:rPr>
        <w:t xml:space="preserve">[52:36] </w:t>
      </w:r>
      <w:r>
        <w:t>to phir ziada is ka faida barh jayega.</w:t>
      </w:r>
    </w:p>
    <w:p>
      <w:pPr>
        <w:jc w:val="right"/>
      </w:pPr>
      <w:r>
        <w:t>تو پھر زیادہ اس کا فائدہ بڑھ جائے گا۔</w:t>
      </w:r>
    </w:p>
    <w:p>
      <w:r>
        <w:rPr>
          <w:b/>
        </w:rPr>
        <w:t xml:space="preserve">[52:40] </w:t>
      </w:r>
      <w:r>
        <w:t>yani hundred time barh jayega is ka faida.</w:t>
      </w:r>
    </w:p>
    <w:p>
      <w:pPr>
        <w:jc w:val="right"/>
      </w:pPr>
      <w:r>
        <w:t>یعنی hundred time بڑھ جائے گا اس کا فائدہ۔</w:t>
      </w:r>
    </w:p>
    <w:p>
      <w:r>
        <w:rPr>
          <w:b/>
        </w:rPr>
        <w:t xml:space="preserve">[52:44] </w:t>
      </w:r>
      <w:r>
        <w:t>to main yahi kahunga ke aap sab logon ko yeh kaam karna hai ke literature ko phailana</w:t>
      </w:r>
    </w:p>
    <w:p>
      <w:pPr>
        <w:jc w:val="right"/>
      </w:pPr>
      <w:r>
        <w:t>تو میں یہی کہوں گا کہ آپ سب لوگوں کو یہ کام کرنا ہے کہ literature کو پھیلانا</w:t>
      </w:r>
    </w:p>
    <w:p>
      <w:r>
        <w:rPr>
          <w:b/>
        </w:rPr>
        <w:t xml:space="preserve">[52:51]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[52:53] </w:t>
      </w:r>
      <w:r>
        <w:t>yahi yahi top ka kaam hai.</w:t>
      </w:r>
    </w:p>
    <w:p>
      <w:pPr>
        <w:jc w:val="right"/>
      </w:pPr>
      <w:r>
        <w:t>یہی یہی top کا کام ہے۔</w:t>
      </w:r>
    </w:p>
    <w:p>
      <w:r>
        <w:rPr>
          <w:b/>
        </w:rPr>
        <w:t xml:space="preserve">[52:55] </w:t>
      </w:r>
      <w:r>
        <w:t>is waqt top ka kaam yahi hai.</w:t>
      </w:r>
    </w:p>
    <w:p>
      <w:pPr>
        <w:jc w:val="right"/>
      </w:pPr>
      <w:r>
        <w:t>اس وقت top کا کام یہی ہے۔</w:t>
      </w:r>
    </w:p>
    <w:p>
      <w:r>
        <w:rPr>
          <w:b/>
        </w:rPr>
        <w:t xml:space="preserve">[52:58] </w:t>
      </w:r>
      <w:r>
        <w:t>aur phir main yeh bhi yaad dilaoon ke rasool Allah salallaho alaihi wasallam ne aik bohat bari</w:t>
      </w:r>
    </w:p>
    <w:p>
      <w:pPr>
        <w:jc w:val="right"/>
      </w:pPr>
      <w:r>
        <w:t>اور پھر میں یہ بھی یاد دلاؤں کہ رسول اللہ صلی اللہ علیہ وسلم نے ایک بہت بڑی</w:t>
      </w:r>
    </w:p>
    <w:p>
      <w:r>
        <w:rPr>
          <w:b/>
        </w:rPr>
        <w:t xml:space="preserve">[53:06] </w:t>
      </w:r>
      <w:r>
        <w:t>peshangoi ki hai.</w:t>
      </w:r>
    </w:p>
    <w:p>
      <w:pPr>
        <w:jc w:val="right"/>
      </w:pPr>
      <w:r>
        <w:t>پیشنگوئی کی ہے۔</w:t>
      </w:r>
    </w:p>
    <w:p>
      <w:r>
        <w:rPr>
          <w:b/>
        </w:rPr>
        <w:t xml:space="preserve">[53:08] </w:t>
      </w:r>
      <w:r>
        <w:t>wo hai ke akhirat ke zamane mein kuch log paida honge jin ko aap ne kaha ke</w:t>
      </w:r>
    </w:p>
    <w:p>
      <w:pPr>
        <w:jc w:val="right"/>
      </w:pPr>
      <w:r>
        <w:t>وہ ہے کہ آخرت کے زمانے میں کچھ لوگ پیدا ہوں گے جن کو آپ نے کہا کہ</w:t>
      </w:r>
    </w:p>
    <w:p>
      <w:r>
        <w:rPr>
          <w:b/>
        </w:rPr>
        <w:t xml:space="preserve">[53:15] </w:t>
      </w:r>
      <w:r>
        <w:t>wo mere bhai honge.</w:t>
      </w:r>
    </w:p>
    <w:p>
      <w:pPr>
        <w:jc w:val="right"/>
      </w:pPr>
      <w:r>
        <w:t>وہ میرے بھائی ہوں گے۔</w:t>
      </w:r>
    </w:p>
    <w:p>
      <w:r>
        <w:rPr>
          <w:b/>
        </w:rPr>
        <w:t xml:space="preserve">[53:18] </w:t>
      </w:r>
      <w:r>
        <w:t>ikhwani farmaya aap ne ke main chahta hoon ke apne bhaiyon ko dekhon.</w:t>
      </w:r>
    </w:p>
    <w:p>
      <w:pPr>
        <w:jc w:val="right"/>
      </w:pPr>
      <w:r>
        <w:t>اخوانی فرمایا آپ نے کہ میں چاہتا ہوں کہ اپنے بھائیوں کو دیکھوں۔</w:t>
      </w:r>
    </w:p>
    <w:p>
      <w:r>
        <w:rPr>
          <w:b/>
        </w:rPr>
        <w:t xml:space="preserve">[53:23] </w:t>
      </w:r>
      <w:r>
        <w:t>jis ka mani yeh hai ke is ummat mein do giroh banenge.</w:t>
      </w:r>
    </w:p>
    <w:p>
      <w:pPr>
        <w:jc w:val="right"/>
      </w:pPr>
      <w:r>
        <w:t>جس کا معنی یہ ہے کہ اس امت میں دو گروہ بنیں گے۔</w:t>
      </w:r>
    </w:p>
    <w:p>
      <w:r>
        <w:rPr>
          <w:b/>
        </w:rPr>
        <w:t xml:space="preserve">[53:29] </w:t>
      </w:r>
      <w:r>
        <w:t>do historical giroh.</w:t>
      </w:r>
    </w:p>
    <w:p>
      <w:pPr>
        <w:jc w:val="right"/>
      </w:pPr>
      <w:r>
        <w:t>دو historical گروہ۔</w:t>
      </w:r>
    </w:p>
    <w:p>
      <w:r>
        <w:rPr>
          <w:b/>
        </w:rPr>
        <w:t xml:space="preserve">[53:30] </w:t>
      </w:r>
      <w:r>
        <w:t>ek ashaab-e-rasool, ek ikhwaan-e-rasool.</w:t>
      </w:r>
    </w:p>
    <w:p>
      <w:pPr>
        <w:jc w:val="right"/>
      </w:pPr>
      <w:r>
        <w:t>ایک اصحاب رسول، ایک اخوان رسول۔</w:t>
      </w:r>
    </w:p>
    <w:p>
      <w:r>
        <w:rPr>
          <w:b/>
        </w:rPr>
        <w:t xml:space="preserve">[53:33] </w:t>
      </w:r>
      <w:r>
        <w:t>hadees ki peshangoi ke mutabiq.</w:t>
      </w:r>
    </w:p>
    <w:p>
      <w:pPr>
        <w:jc w:val="right"/>
      </w:pPr>
      <w:r>
        <w:t>حدیث کی پیشنگوئی کے مطابق۔</w:t>
      </w:r>
    </w:p>
    <w:p>
      <w:r>
        <w:rPr>
          <w:b/>
        </w:rPr>
        <w:t xml:space="preserve">[53:35] </w:t>
      </w:r>
      <w:r>
        <w:t>ashaab-e-rasool aap ke ashaab-e-rasool kaun hain? woh thay contemporary log.</w:t>
      </w:r>
    </w:p>
    <w:p>
      <w:pPr>
        <w:jc w:val="right"/>
      </w:pPr>
      <w:r>
        <w:t>اصحاب رسول آپ کے اصحاب رسول کون ہیں؟ وہ تھے contemporary لوگ۔</w:t>
      </w:r>
    </w:p>
    <w:p>
      <w:r>
        <w:rPr>
          <w:b/>
        </w:rPr>
        <w:t xml:space="preserve">[53:40] </w:t>
      </w:r>
      <w:r>
        <w:t>rasool Allah ke jo contemporary thay aap ke zamane ke jo log thay.</w:t>
      </w:r>
    </w:p>
    <w:p>
      <w:pPr>
        <w:jc w:val="right"/>
      </w:pPr>
      <w:r>
        <w:t>رسول اللہ کے جو contemporary تھے آپ کے زمانے کے جو لوگ تھے۔</w:t>
      </w:r>
    </w:p>
    <w:p>
      <w:r>
        <w:rPr>
          <w:b/>
        </w:rPr>
        <w:t xml:space="preserve">[53:46] </w:t>
      </w:r>
      <w:r>
        <w:t>to rasool Allah ka saath diya unhon ne.</w:t>
      </w:r>
    </w:p>
    <w:p>
      <w:pPr>
        <w:jc w:val="right"/>
      </w:pPr>
      <w:r>
        <w:t>تو رسول اللہ کا ساتھ دیا انہوں نے۔</w:t>
      </w:r>
    </w:p>
    <w:p>
      <w:r>
        <w:rPr>
          <w:b/>
        </w:rPr>
        <w:t xml:space="preserve">[53:49] </w:t>
      </w:r>
      <w:r>
        <w:t>woh muqri banay.</w:t>
      </w:r>
    </w:p>
    <w:p>
      <w:pPr>
        <w:jc w:val="right"/>
      </w:pPr>
      <w:r>
        <w:t>وہ مقری بنے۔</w:t>
      </w:r>
    </w:p>
    <w:p>
      <w:r>
        <w:rPr>
          <w:b/>
        </w:rPr>
        <w:t xml:space="preserve">[53:51] </w:t>
      </w:r>
      <w:r>
        <w:t>unhon ne sachai ko phailaya.</w:t>
      </w:r>
    </w:p>
    <w:p>
      <w:pPr>
        <w:jc w:val="right"/>
      </w:pPr>
      <w:r>
        <w:t>انہوں نے سچائی کو پھیلایا۔</w:t>
      </w:r>
    </w:p>
    <w:p>
      <w:r>
        <w:rPr>
          <w:b/>
        </w:rPr>
        <w:t xml:space="preserve">[53:53] </w:t>
      </w:r>
      <w:r>
        <w:t>to un ko ashaab-e-rasool ka darja mila un ko.</w:t>
      </w:r>
    </w:p>
    <w:p>
      <w:pPr>
        <w:jc w:val="right"/>
      </w:pPr>
      <w:r>
        <w:t>تو ان کو اصحاب رسول کا درجہ ملا ان کو۔</w:t>
      </w:r>
    </w:p>
    <w:p>
      <w:r>
        <w:rPr>
          <w:b/>
        </w:rPr>
        <w:t xml:space="preserve">[53:57] </w:t>
      </w:r>
      <w:r>
        <w:t>ab printing press ke zamane mein woh tha printing press se pehle ka zamana.</w:t>
      </w:r>
    </w:p>
    <w:p>
      <w:pPr>
        <w:jc w:val="right"/>
      </w:pPr>
      <w:r>
        <w:t>اب printing press کے زمانے میں وہ تھا printing press سے پہلے کا زمانہ۔</w:t>
      </w:r>
    </w:p>
    <w:p>
      <w:r>
        <w:rPr>
          <w:b/>
        </w:rPr>
        <w:t xml:space="preserve">[54:03] </w:t>
      </w:r>
      <w:r>
        <w:t>ab printing press ke zamane mein kya hai? kitaben maujood hain.</w:t>
      </w:r>
    </w:p>
    <w:p>
      <w:pPr>
        <w:jc w:val="right"/>
      </w:pPr>
      <w:r>
        <w:t>اب printing press کے زمانے میں کیا ہے؟ کتابیں موجود ہیں۔</w:t>
      </w:r>
    </w:p>
    <w:p>
      <w:r>
        <w:rPr>
          <w:b/>
        </w:rPr>
        <w:t xml:space="preserve">[54:08] </w:t>
      </w:r>
      <w:r>
        <w:t>pamphlet hai, leaflet hai, bari bari kitaben hain, choti kitaben hain.</w:t>
      </w:r>
    </w:p>
    <w:p>
      <w:pPr>
        <w:jc w:val="right"/>
      </w:pPr>
      <w:r>
        <w:t>پیمفلیٹ ہے، لیف لیٹ ہے، بڑی بڑی کتابیں ہیں، چھوٹی کتابیں ہیں۔</w:t>
      </w:r>
    </w:p>
    <w:p>
      <w:r>
        <w:rPr>
          <w:b/>
        </w:rPr>
        <w:t xml:space="preserve">[54:13] </w:t>
      </w:r>
      <w:r>
        <w:t>un ko distribute kijiye.</w:t>
      </w:r>
    </w:p>
    <w:p>
      <w:pPr>
        <w:jc w:val="right"/>
      </w:pPr>
      <w:r>
        <w:t>ان کو distribute کیجیے۔</w:t>
      </w:r>
    </w:p>
    <w:p>
      <w:r>
        <w:rPr>
          <w:b/>
        </w:rPr>
        <w:t xml:space="preserve">[54:15] </w:t>
      </w:r>
      <w:r>
        <w:t>to ab distributor ban kar ke aap ashaab-e-rasool banen gay.</w:t>
      </w:r>
    </w:p>
    <w:p>
      <w:pPr>
        <w:jc w:val="right"/>
      </w:pPr>
      <w:r>
        <w:t>تو اب distributor بن کر کے آپ اصحاب رسول بنیں گے۔</w:t>
      </w:r>
    </w:p>
    <w:p>
      <w:r>
        <w:rPr>
          <w:b/>
        </w:rPr>
        <w:t xml:space="preserve">[54:19] </w:t>
      </w:r>
      <w:r>
        <w:t>yeh koi shayari nahi hai.</w:t>
      </w:r>
    </w:p>
    <w:p>
      <w:pPr>
        <w:jc w:val="right"/>
      </w:pPr>
      <w:r>
        <w:t>یہ کوئی شاعری نہیں ہے۔</w:t>
      </w:r>
    </w:p>
    <w:p>
      <w:r>
        <w:rPr>
          <w:b/>
        </w:rPr>
        <w:t xml:space="preserve">[54:21] </w:t>
      </w:r>
      <w:r>
        <w:t>koi mysterious baat nahi.</w:t>
      </w:r>
    </w:p>
    <w:p>
      <w:pPr>
        <w:jc w:val="right"/>
      </w:pPr>
      <w:r>
        <w:t>کوئی mysterious بات نہیں۔</w:t>
      </w:r>
    </w:p>
    <w:p>
      <w:r>
        <w:rPr>
          <w:b/>
        </w:rPr>
        <w:t xml:space="preserve">[54:23] </w:t>
      </w:r>
      <w:r>
        <w:t>na to ashaab-e-rasool koi mysterious lafz hai.</w:t>
      </w:r>
    </w:p>
    <w:p>
      <w:pPr>
        <w:jc w:val="right"/>
      </w:pPr>
      <w:r>
        <w:t>نہ تو اصحاب رسول کوئی mysterious لفظ ہے۔</w:t>
      </w:r>
    </w:p>
    <w:p>
      <w:r>
        <w:rPr>
          <w:b/>
        </w:rPr>
        <w:t xml:space="preserve">[54:27] </w:t>
      </w:r>
      <w:r>
        <w:t>na ikhwaan-e-rasool koi mysterious shabd hai.</w:t>
      </w:r>
    </w:p>
    <w:p>
      <w:pPr>
        <w:jc w:val="right"/>
      </w:pPr>
      <w:r>
        <w:t>نہ اخوان رسول کوئی mysterious शब्द ہے۔</w:t>
      </w:r>
    </w:p>
    <w:p>
      <w:r>
        <w:rPr>
          <w:b/>
        </w:rPr>
        <w:t xml:space="preserve">[54:30] </w:t>
      </w:r>
      <w:r>
        <w:t>koi mysterious nahi.</w:t>
      </w:r>
    </w:p>
    <w:p>
      <w:pPr>
        <w:jc w:val="right"/>
      </w:pPr>
      <w:r>
        <w:t>کوئی mysterious نہیں۔</w:t>
      </w:r>
    </w:p>
    <w:p>
      <w:r>
        <w:rPr>
          <w:b/>
        </w:rPr>
        <w:t xml:space="preserve">[54:31] </w:t>
      </w:r>
      <w:r>
        <w:t>bilkul scientific shabd hai, historical shabd hai.</w:t>
      </w:r>
    </w:p>
    <w:p>
      <w:pPr>
        <w:jc w:val="right"/>
      </w:pPr>
      <w:r>
        <w:t>بالکل scientific शब्द ہے، historical शब्द ہے۔</w:t>
      </w:r>
    </w:p>
    <w:p>
      <w:r>
        <w:rPr>
          <w:b/>
        </w:rPr>
        <w:t xml:space="preserve">[54:34] </w:t>
      </w:r>
      <w:r>
        <w:t>printing press ke pehle ke zamane mein jo log daai banay, Quran ke message ko phailaya aur muqri</w:t>
      </w:r>
    </w:p>
    <w:p>
      <w:pPr>
        <w:jc w:val="right"/>
      </w:pPr>
      <w:r>
        <w:t>printing press کے پہلے کے زمانے میں جو لوگ داعی بنے، قرآن کے message کو پھیلایا اور مقری</w:t>
      </w:r>
    </w:p>
    <w:p>
      <w:r>
        <w:rPr>
          <w:b/>
        </w:rPr>
        <w:t xml:space="preserve">[54:42] </w:t>
      </w:r>
      <w:r>
        <w:t>ban kar ke woh ashaab-e-rasool kahlay.</w:t>
      </w:r>
    </w:p>
    <w:p>
      <w:pPr>
        <w:jc w:val="right"/>
      </w:pPr>
      <w:r>
        <w:t>بن کر کے وہ اصحاب رسول کہلائے۔</w:t>
      </w:r>
    </w:p>
    <w:p>
      <w:r>
        <w:rPr>
          <w:b/>
        </w:rPr>
        <w:t xml:space="preserve">[54:45] </w:t>
      </w:r>
      <w:r>
        <w:t>ab printing press ke zamane mein jo log daai banen gay aur is literature ko distribute karen gay,</w:t>
      </w:r>
    </w:p>
    <w:p>
      <w:pPr>
        <w:jc w:val="right"/>
      </w:pPr>
      <w:r>
        <w:t>اب printing press کے زمانے میں جو لوگ داعی بنیں گے اور اس literature کو distribute کریں گے،</w:t>
      </w:r>
    </w:p>
    <w:p>
      <w:r>
        <w:rPr>
          <w:b/>
        </w:rPr>
        <w:t xml:space="preserve">[54:52] </w:t>
      </w:r>
      <w:r>
        <w:t>is ke distributor banen gay to woh ikhwaan-e-rasool kahe jayen gay inshallah.</w:t>
      </w:r>
    </w:p>
    <w:p>
      <w:pPr>
        <w:jc w:val="right"/>
      </w:pPr>
      <w:r>
        <w:t>اس کے distributor بنیں گے تو وہ اخوان رسول کہے جائیں گے انشاءاللہ۔</w:t>
      </w:r>
    </w:p>
    <w:p>
      <w:r>
        <w:rPr>
          <w:b/>
        </w:rPr>
        <w:t xml:space="preserve">[54:58] </w:t>
      </w:r>
      <w:r>
        <w:t>to Hazrat Umar ne farmaya tha ashaab-e-rasool ke baray mein ke man matlab jo is giroh mein</w:t>
      </w:r>
    </w:p>
    <w:p>
      <w:pPr>
        <w:jc w:val="right"/>
      </w:pPr>
      <w:r>
        <w:t>تو حضرت عمر نے فرمایا تھا اصحاب رسول کے بارے میں کہ من مطلب جو اس گروہ میں</w:t>
      </w:r>
    </w:p>
    <w:p>
      <w:r>
        <w:rPr>
          <w:b/>
        </w:rPr>
        <w:t xml:space="preserve">[55:06] </w:t>
      </w:r>
      <w:r>
        <w:t>shamil hona chahta hai to un ki condition ko pura kare.</w:t>
      </w:r>
    </w:p>
    <w:p>
      <w:pPr>
        <w:jc w:val="right"/>
      </w:pPr>
      <w:r>
        <w:t>شامل ہونا چاہتا ہے تو ان کی condition کو پورا کرے۔</w:t>
      </w:r>
    </w:p>
    <w:p>
      <w:r>
        <w:rPr>
          <w:b/>
        </w:rPr>
        <w:t xml:space="preserve">[55:10] </w:t>
      </w:r>
      <w:r>
        <w:t>wohi murshid bane.</w:t>
      </w:r>
    </w:p>
    <w:p>
      <w:pPr>
        <w:jc w:val="right"/>
      </w:pPr>
      <w:r>
        <w:t>وہی مرشد بنے۔</w:t>
      </w:r>
    </w:p>
    <w:p>
      <w:r>
        <w:rPr>
          <w:b/>
        </w:rPr>
        <w:t xml:space="preserve">[55:12] </w:t>
      </w:r>
      <w:r>
        <w:t>apne andar wohi quality laye.</w:t>
      </w:r>
    </w:p>
    <w:p>
      <w:pPr>
        <w:jc w:val="right"/>
      </w:pPr>
      <w:r>
        <w:t>اپنے اندر وہی quality لائے۔</w:t>
      </w:r>
    </w:p>
    <w:p>
      <w:r>
        <w:rPr>
          <w:b/>
        </w:rPr>
        <w:t xml:space="preserve">[55:14] </w:t>
      </w:r>
      <w:r>
        <w:t>aise mein yeh kahoon ga ke jo ikhwan e rasool ke party ka member banna chahta hai.</w:t>
      </w:r>
    </w:p>
    <w:p>
      <w:pPr>
        <w:jc w:val="right"/>
      </w:pPr>
      <w:r>
        <w:t>ایسے میں یہ کہوں گا کہ جو اخوان رسول کے party کا ممبر بننا چاہتا ہے۔</w:t>
      </w:r>
    </w:p>
    <w:p>
      <w:r>
        <w:rPr>
          <w:b/>
        </w:rPr>
        <w:t xml:space="preserve">[55:21] </w:t>
      </w:r>
      <w:r>
        <w:t>jo ikhwan e rasool ka credit lena chahta hai.</w:t>
      </w:r>
    </w:p>
    <w:p>
      <w:pPr>
        <w:jc w:val="right"/>
      </w:pPr>
      <w:r>
        <w:t>جو اخوان رسول کا credit لینا چاہتا ہے۔</w:t>
      </w:r>
    </w:p>
    <w:p>
      <w:r>
        <w:rPr>
          <w:b/>
        </w:rPr>
        <w:t xml:space="preserve">[55:24] </w:t>
      </w:r>
      <w:r>
        <w:t>qayamat ke din ke wahan ailan kiya jaye ke yeh hain ikhwan e rasool.</w:t>
      </w:r>
    </w:p>
    <w:p>
      <w:pPr>
        <w:jc w:val="right"/>
      </w:pPr>
      <w:r>
        <w:t>قیامت کے دن کہ وہاں اعلان کیا جائے کہ یہ ہیں اخوان رسول۔</w:t>
      </w:r>
    </w:p>
    <w:p>
      <w:r>
        <w:rPr>
          <w:b/>
        </w:rPr>
        <w:t xml:space="preserve">[55:30] </w:t>
      </w:r>
      <w:r>
        <w:t>yani qayamat mein yeh ailan hoga ke yeh hain ashaab e rasool aur yeh hain ikhwan e rasool.</w:t>
      </w:r>
    </w:p>
    <w:p>
      <w:pPr>
        <w:jc w:val="right"/>
      </w:pPr>
      <w:r>
        <w:t>یعنی قیامت میں یہ اعلان ہوگا کہ یہ ہیں اصحاب رسول اور یہ ہیں اخوان رسول۔</w:t>
      </w:r>
    </w:p>
    <w:p>
      <w:r>
        <w:rPr>
          <w:b/>
        </w:rPr>
        <w:t xml:space="preserve">[55:37] </w:t>
      </w:r>
      <w:r>
        <w:t>yeh waqt aanay wala hai.</w:t>
      </w:r>
    </w:p>
    <w:p>
      <w:pPr>
        <w:jc w:val="right"/>
      </w:pPr>
      <w:r>
        <w:t>یہ وقت آنے والا ہے۔</w:t>
      </w:r>
    </w:p>
    <w:p>
      <w:r>
        <w:rPr>
          <w:b/>
        </w:rPr>
        <w:t xml:space="preserve">[55:39] </w:t>
      </w:r>
      <w:r>
        <w:t>to woh to yani woh to woh to woh to khatm ho chuka.</w:t>
      </w:r>
    </w:p>
    <w:p>
      <w:pPr>
        <w:jc w:val="right"/>
      </w:pPr>
      <w:r>
        <w:t>تو وہ تو یعنی وہ تو وہ تو وہ تو ختم ہو چکا۔</w:t>
      </w:r>
    </w:p>
    <w:p>
      <w:r>
        <w:rPr>
          <w:b/>
        </w:rPr>
        <w:t xml:space="preserve">[55:45] </w:t>
      </w:r>
      <w:r>
        <w:t>woh opportunity to khatm ho chuki ke aap ashaab e rasool banein aap.</w:t>
      </w:r>
    </w:p>
    <w:p>
      <w:pPr>
        <w:jc w:val="right"/>
      </w:pPr>
      <w:r>
        <w:t>وہ opportunity تو ختم ہو چکی کہ آپ اصحاب رسول بنیں آپ۔</w:t>
      </w:r>
    </w:p>
    <w:p>
      <w:r>
        <w:rPr>
          <w:b/>
        </w:rPr>
        <w:t xml:space="preserve">[55:50] </w:t>
      </w:r>
      <w:r>
        <w:t>ashaab e rasool wohi ban sakta hai jo contemporary ho, aap ke zamanay ka ho.</w:t>
      </w:r>
    </w:p>
    <w:p>
      <w:pPr>
        <w:jc w:val="right"/>
      </w:pPr>
      <w:r>
        <w:t>اصحاب رسول وہی بن سکتا ہے جو contemporary ہو، آپ کے زمانے کا ہو۔</w:t>
      </w:r>
    </w:p>
    <w:p>
      <w:r>
        <w:rPr>
          <w:b/>
        </w:rPr>
        <w:t xml:space="preserve">[55:56] </w:t>
      </w:r>
      <w:r>
        <w:t>woh opportunity thi is zamanay ke logon ke liye, woh khatm ho chuki hai.</w:t>
      </w:r>
    </w:p>
    <w:p>
      <w:pPr>
        <w:jc w:val="right"/>
      </w:pPr>
      <w:r>
        <w:t>وہ opportunity تھی اس زمانے کے لوگوں کے لیے، وہ ختم ہو چکی ہے۔</w:t>
      </w:r>
    </w:p>
    <w:p>
      <w:r>
        <w:rPr>
          <w:b/>
        </w:rPr>
        <w:t xml:space="preserve">[56:02] </w:t>
      </w:r>
      <w:r>
        <w:t>lekin ab aik opportunity aur abhi baqi hai, woh ikhwan e rasool ki opportunity jo baad ke zamanay ke</w:t>
      </w:r>
    </w:p>
    <w:p>
      <w:pPr>
        <w:jc w:val="right"/>
      </w:pPr>
      <w:r>
        <w:t>لیکن اب ایک opportunity اور ابھی باقی ہے، وہ اخوان رسول کی opportunity جو بعد کے زمانے کے</w:t>
      </w:r>
    </w:p>
    <w:p>
      <w:r>
        <w:rPr>
          <w:b/>
        </w:rPr>
        <w:t xml:space="preserve">[56:09] </w:t>
      </w:r>
      <w:r>
        <w:t>liye.</w:t>
      </w:r>
    </w:p>
    <w:p>
      <w:pPr>
        <w:jc w:val="right"/>
      </w:pPr>
      <w:r>
        <w:t>لیے۔</w:t>
      </w:r>
    </w:p>
    <w:p>
      <w:r>
        <w:rPr>
          <w:b/>
        </w:rPr>
        <w:t xml:space="preserve">[56:11] </w:t>
      </w:r>
      <w:r>
        <w:t>kal mujh se aik sawal kiya gaya tha jab mein program kar raha tha kal ke rasool Allah</w:t>
      </w:r>
    </w:p>
    <w:p>
      <w:pPr>
        <w:jc w:val="right"/>
      </w:pPr>
      <w:r>
        <w:t>کل مجھ سے ایک سوال کیا گیا تھا جب میں program کر رہا تھا کل کہ رسول اللہ</w:t>
      </w:r>
    </w:p>
    <w:p>
      <w:r>
        <w:rPr>
          <w:b/>
        </w:rPr>
        <w:t xml:space="preserve">[56:19] </w:t>
      </w:r>
      <w:r>
        <w:t>ki zindagi mein to to jamiyat hai, aap family ko bhi aap kya aap ne aap yeh kiya,</w:t>
      </w:r>
    </w:p>
    <w:p>
      <w:pPr>
        <w:jc w:val="right"/>
      </w:pPr>
      <w:r>
        <w:t>کی زندگی میں تو تو جامعیت ہے، آپ family کو بھی آپ کیا آپ نے آپ یہ کیا،</w:t>
      </w:r>
    </w:p>
    <w:p>
      <w:r>
        <w:rPr>
          <w:b/>
        </w:rPr>
        <w:t xml:space="preserve">[56:26] </w:t>
      </w:r>
      <w:r>
        <w:t>business kiya, falan kiya.</w:t>
      </w:r>
    </w:p>
    <w:p>
      <w:pPr>
        <w:jc w:val="right"/>
      </w:pPr>
      <w:r>
        <w:t>business کیا، فلاں کیا۔</w:t>
      </w:r>
    </w:p>
    <w:p>
      <w:r>
        <w:rPr>
          <w:b/>
        </w:rPr>
        <w:t xml:space="preserve">[56:28] </w:t>
      </w:r>
      <w:r>
        <w:t>to aap dawat pe itna zor kyun dete hain? Dekhiye yeh priority ka mamla hai.</w:t>
      </w:r>
    </w:p>
    <w:p>
      <w:pPr>
        <w:jc w:val="right"/>
      </w:pPr>
      <w:r>
        <w:t>تو آپ دعوت پہ اتنا زور کیوں دیتے ہیں؟ دیکھیے یہ priority کا معاملہ ہے۔</w:t>
      </w:r>
    </w:p>
    <w:p>
      <w:r>
        <w:rPr>
          <w:b/>
        </w:rPr>
        <w:t xml:space="preserve">[56:34] </w:t>
      </w:r>
      <w:r>
        <w:t>rasool Allah sal Allah aleh wasalam ke baray mein yeh kehna ghalat hai ke har shobay mein barabar</w:t>
      </w:r>
    </w:p>
    <w:p>
      <w:pPr>
        <w:jc w:val="right"/>
      </w:pPr>
      <w:r>
        <w:t>رسول اللہ صلی اللہ علیہ وسلم کے بارے میں یہ کہنا غلط ہے کہ ہر شعبے میں برابر</w:t>
      </w:r>
    </w:p>
    <w:p>
      <w:r>
        <w:rPr>
          <w:b/>
        </w:rPr>
        <w:t xml:space="preserve">[56:42] </w:t>
      </w:r>
      <w:r>
        <w:t>ka darja diya unhon ne.</w:t>
      </w:r>
    </w:p>
    <w:p>
      <w:pPr>
        <w:jc w:val="right"/>
      </w:pPr>
      <w:r>
        <w:t>کا درجہ دیا انہوں نے۔</w:t>
      </w:r>
    </w:p>
    <w:p>
      <w:r>
        <w:rPr>
          <w:b/>
        </w:rPr>
        <w:t xml:space="preserve">[56:44] </w:t>
      </w:r>
      <w:r>
        <w:t>nahi, priority di unhon ne dawat ko.</w:t>
      </w:r>
    </w:p>
    <w:p>
      <w:pPr>
        <w:jc w:val="right"/>
      </w:pPr>
      <w:r>
        <w:t>نہیں، priority دی انہوں نے دعوت کو۔</w:t>
      </w:r>
    </w:p>
    <w:p>
      <w:r>
        <w:rPr>
          <w:b/>
        </w:rPr>
        <w:t xml:space="preserve">[56:47] </w:t>
      </w:r>
      <w:r>
        <w:t>matlab family ka mamla lijie aap.</w:t>
      </w:r>
    </w:p>
    <w:p>
      <w:pPr>
        <w:jc w:val="right"/>
      </w:pPr>
      <w:r>
        <w:t>مطلب family کا معاملہ لیجیے آپ۔</w:t>
      </w:r>
    </w:p>
    <w:p>
      <w:r>
        <w:rPr>
          <w:b/>
        </w:rPr>
        <w:t xml:space="preserve">[56:50] </w:t>
      </w:r>
      <w:r>
        <w:t>log kehte hain ke family bhi chalai, aap ne family kya chalai? Log bhookay rehte thay? Aap aap</w:t>
      </w:r>
    </w:p>
    <w:p>
      <w:pPr>
        <w:jc w:val="right"/>
      </w:pPr>
      <w:r>
        <w:t>لوگ کہتے ہیں کہ family بھی چلائی، آپ نے family کیا چلائی؟ لوگ بھوکے رہتے تھے؟ آپ آپ</w:t>
      </w:r>
    </w:p>
    <w:p>
      <w:r>
        <w:rPr>
          <w:b/>
        </w:rPr>
        <w:t xml:space="preserve">[56:58] </w:t>
      </w:r>
      <w:r>
        <w:t>chalayenge aisi family? Aap tayyar hain aisi family chalane ke liye? Agar is namoonay ko ikhtiyar karein</w:t>
      </w:r>
    </w:p>
    <w:p>
      <w:pPr>
        <w:jc w:val="right"/>
      </w:pPr>
      <w:r>
        <w:t>چلائیں گے ایسی family؟ آپ تیار ہیں ایسی family چلانے کے لیے؟ اگر اس نمونے کو اختیار کریں</w:t>
      </w:r>
    </w:p>
    <w:p>
      <w:r>
        <w:rPr>
          <w:b/>
        </w:rPr>
        <w:t xml:space="preserve">[57:05] </w:t>
      </w:r>
      <w:r>
        <w:t>to ke aap Hazrat Aisha kehti hain ke hum nau saal tak masjid e nabvi mein charagh nahi jala.</w:t>
      </w:r>
    </w:p>
    <w:p>
      <w:pPr>
        <w:jc w:val="right"/>
      </w:pPr>
      <w:r>
        <w:t>تو کہ آپ حضرت عائشہ کہتی ہیں کہ ہم نو سال تک مسجد نبوی میں چراغ نہیں جلا۔</w:t>
      </w:r>
    </w:p>
    <w:p>
      <w:r>
        <w:rPr>
          <w:b/>
        </w:rPr>
        <w:t xml:space="preserve">[57:13] </w:t>
      </w:r>
      <w:r>
        <w:t>masjid e nabvi jo thi jhonpra tha, woh aik jhonpra.</w:t>
      </w:r>
    </w:p>
    <w:p>
      <w:pPr>
        <w:jc w:val="right"/>
      </w:pPr>
      <w:r>
        <w:t>مسجد نبوی جو تھی جھونپڑا تھا، وہ ایک جھونپڑا۔</w:t>
      </w:r>
    </w:p>
    <w:p>
      <w:r>
        <w:rPr>
          <w:b/>
        </w:rPr>
        <w:t xml:space="preserve">[57:17] </w:t>
      </w:r>
      <w:r>
        <w:t>woh koi mahal nahi tha aaj kal ke tareeqe se.</w:t>
      </w:r>
    </w:p>
    <w:p>
      <w:pPr>
        <w:jc w:val="right"/>
      </w:pPr>
      <w:r>
        <w:t>وہ کوئی محل نہیں تھا آج کل کے طریقے سے۔</w:t>
      </w:r>
    </w:p>
    <w:p>
      <w:r>
        <w:rPr>
          <w:b/>
        </w:rPr>
        <w:t xml:space="preserve">[57:21] </w:t>
      </w:r>
      <w:r>
        <w:t>is mein aik kinare un ka aik hissa tha.</w:t>
      </w:r>
    </w:p>
    <w:p>
      <w:pPr>
        <w:jc w:val="right"/>
      </w:pPr>
      <w:r>
        <w:t>اس میں ایک کنارے ان کا ایک حصہ تھا۔</w:t>
      </w:r>
    </w:p>
    <w:p>
      <w:r>
        <w:rPr>
          <w:b/>
        </w:rPr>
        <w:t xml:space="preserve">[57:25] </w:t>
      </w:r>
      <w:r>
        <w:t>is mein bila chiragh ke andhere mein rehte the woh.</w:t>
      </w:r>
    </w:p>
    <w:p>
      <w:pPr>
        <w:jc w:val="right"/>
      </w:pPr>
      <w:r>
        <w:t>اس میں بلا چراغ کے اندھیرے میں رہتے تھے وہ۔</w:t>
      </w:r>
    </w:p>
    <w:p>
      <w:r>
        <w:rPr>
          <w:b/>
        </w:rPr>
        <w:t xml:space="preserve">[57:29] </w:t>
      </w:r>
      <w:r>
        <w:t>to kehti hain ke nau saal tak wahan chiragh nahi jala.</w:t>
      </w:r>
    </w:p>
    <w:p>
      <w:pPr>
        <w:jc w:val="right"/>
      </w:pPr>
      <w:r>
        <w:t>تو کہتی ہیں کہ نو سال تک وہاں چراغ نہیں جلا۔</w:t>
      </w:r>
    </w:p>
    <w:p>
      <w:r>
        <w:rPr>
          <w:b/>
        </w:rPr>
        <w:t xml:space="preserve">[57:34] </w:t>
      </w:r>
      <w:r>
        <w:t>aap wohin rehte the andhere mein.</w:t>
      </w:r>
    </w:p>
    <w:p>
      <w:pPr>
        <w:jc w:val="right"/>
      </w:pPr>
      <w:r>
        <w:t>آپ وہیں رہتے تھے اندھیرے میں۔</w:t>
      </w:r>
    </w:p>
    <w:p>
      <w:r>
        <w:rPr>
          <w:b/>
        </w:rPr>
        <w:t xml:space="preserve">[57:37] </w:t>
      </w:r>
      <w:r>
        <w:t>to kisi ne poocha yaani baad ke zamaney ki baat hai ke ke kya tel nahi hota tha?</w:t>
      </w:r>
    </w:p>
    <w:p>
      <w:pPr>
        <w:jc w:val="right"/>
      </w:pPr>
      <w:r>
        <w:t>تو کسی نے پوچھا یعنی بعد کے زمانے کی بات ہے کہ کہ کیا تیل نہیں ہوتا تھا؟</w:t>
      </w:r>
    </w:p>
    <w:p>
      <w:r>
        <w:rPr>
          <w:b/>
        </w:rPr>
        <w:t xml:space="preserve">[57:44] </w:t>
      </w:r>
      <w:r>
        <w:t>to Hazrat Aisha aalia kya kehti hain? ke tel hota tha, hum us ko pi jaate.</w:t>
      </w:r>
    </w:p>
    <w:p>
      <w:pPr>
        <w:jc w:val="right"/>
      </w:pPr>
      <w:r>
        <w:t>تو حضرت عائشہ عالیہ کیا کہتی ہیں؟ کہ تیل ہوتا تھا، ہم اس کو پی جاتے۔</w:t>
      </w:r>
    </w:p>
    <w:p>
      <w:r>
        <w:rPr>
          <w:b/>
        </w:rPr>
        <w:t xml:space="preserve">[57:51] </w:t>
      </w:r>
      <w:r>
        <w:t>yaani is tarah se hum zindagi guzarti thi hamari ke kabhi kuch khane ko mila to kabhi faqa</w:t>
      </w:r>
    </w:p>
    <w:p>
      <w:pPr>
        <w:jc w:val="right"/>
      </w:pPr>
      <w:r>
        <w:t>یعنی اس طرح سے ہم زندگی گزرتی تھی ہماری کہ کبھی کچھ کھانے کو ملا تو کبھی فاقہ</w:t>
      </w:r>
    </w:p>
    <w:p>
      <w:r>
        <w:rPr>
          <w:b/>
        </w:rPr>
        <w:t xml:space="preserve">[57:59] </w:t>
      </w:r>
      <w:r>
        <w:t>ho raha hai.</w:t>
      </w:r>
    </w:p>
    <w:p>
      <w:pPr>
        <w:jc w:val="right"/>
      </w:pPr>
      <w:r>
        <w:t>ہو رہا ہے۔</w:t>
      </w:r>
    </w:p>
    <w:p>
      <w:r>
        <w:rPr>
          <w:b/>
        </w:rPr>
        <w:t xml:space="preserve">[58:00] </w:t>
      </w:r>
      <w:r>
        <w:t>to aap farmati hain ke tel hota agar to hum us ko pi jaate.</w:t>
      </w:r>
    </w:p>
    <w:p>
      <w:pPr>
        <w:jc w:val="right"/>
      </w:pPr>
      <w:r>
        <w:t>تو آپ فرماتی ہیں کہ تیل ہوتا اگر تو ہم اس کو پی جاتے۔</w:t>
      </w:r>
    </w:p>
    <w:p>
      <w:r>
        <w:rPr>
          <w:b/>
        </w:rPr>
        <w:t xml:space="preserve">[58:06] </w:t>
      </w:r>
      <w:r>
        <w:t>aaj koi family chalane ko tayyar hai is tareeqe se? jo log kehte hain ke Rasool Allah ne</w:t>
      </w:r>
    </w:p>
    <w:p>
      <w:pPr>
        <w:jc w:val="right"/>
      </w:pPr>
      <w:r>
        <w:t>آج کوئی family چلانے کو تیار ہے اس طریقے سے؟ جو لوگ کہتے ہیں کہ رسول اللہ نے</w:t>
      </w:r>
    </w:p>
    <w:p>
      <w:r>
        <w:rPr>
          <w:b/>
        </w:rPr>
        <w:t xml:space="preserve">[58:14] </w:t>
      </w:r>
      <w:r>
        <w:t>family bhi chalai.</w:t>
      </w:r>
    </w:p>
    <w:p>
      <w:pPr>
        <w:jc w:val="right"/>
      </w:pPr>
      <w:r>
        <w:t>family بھی چلائی۔</w:t>
      </w:r>
    </w:p>
    <w:p>
      <w:r>
        <w:rPr>
          <w:b/>
        </w:rPr>
        <w:t xml:space="preserve">[58:16] </w:t>
      </w:r>
      <w:r>
        <w:t>aap chalayenge is tarah family? Hazrat Rasool Allah ne apni beti Fatima ki shadi kar di Ali</w:t>
      </w:r>
    </w:p>
    <w:p>
      <w:pPr>
        <w:jc w:val="right"/>
      </w:pPr>
      <w:r>
        <w:t>آپ چلائیں گے اس طرح family؟ حضرت رسول اللہ نے اپنی بیٹی فاطمہ کی شادی کر دی علی</w:t>
      </w:r>
    </w:p>
    <w:p>
      <w:r>
        <w:rPr>
          <w:b/>
        </w:rPr>
        <w:t xml:space="preserve">[58:23] </w:t>
      </w:r>
      <w:r>
        <w:t>sae.</w:t>
      </w:r>
    </w:p>
    <w:p>
      <w:pPr>
        <w:jc w:val="right"/>
      </w:pPr>
      <w:r>
        <w:t>سے۔</w:t>
      </w:r>
    </w:p>
    <w:p>
      <w:r>
        <w:rPr>
          <w:b/>
        </w:rPr>
        <w:t xml:space="preserve">[58:25] </w:t>
      </w:r>
      <w:r>
        <w:t>Ali ke ghar mein literally kuch bhi nahi tha.</w:t>
      </w:r>
    </w:p>
    <w:p>
      <w:pPr>
        <w:jc w:val="right"/>
      </w:pPr>
      <w:r>
        <w:t>علی کے گھر میں literally کچھ بھی نہیں تھا۔</w:t>
      </w:r>
    </w:p>
    <w:p>
      <w:r>
        <w:rPr>
          <w:b/>
        </w:rPr>
        <w:t xml:space="preserve">[58:29] </w:t>
      </w:r>
      <w:r>
        <w:t>sirf aik mamooli sa ghar tha, kuch bhi nahi tha is mein literally.</w:t>
      </w:r>
    </w:p>
    <w:p>
      <w:pPr>
        <w:jc w:val="right"/>
      </w:pPr>
      <w:r>
        <w:t>صرف ایک معمولی سا گھر تھا، کچھ بھی نہیں تھا اس میں literally۔</w:t>
      </w:r>
    </w:p>
    <w:p>
      <w:r>
        <w:rPr>
          <w:b/>
        </w:rPr>
        <w:t xml:space="preserve">[58:34] </w:t>
      </w:r>
      <w:r>
        <w:t>aap karenge aisi shadi apni beti ki aise aadmi ke saath? jis ke paas kuch bhi na</w:t>
      </w:r>
    </w:p>
    <w:p>
      <w:pPr>
        <w:jc w:val="right"/>
      </w:pPr>
      <w:r>
        <w:t>آپ کریں گے ایسی شادی اپنی بیٹی کی ایسے آدمی کے ساتھ؟ جس کے پاس کچھ بھی نہ</w:t>
      </w:r>
    </w:p>
    <w:p>
      <w:r>
        <w:rPr>
          <w:b/>
        </w:rPr>
        <w:t xml:space="preserve">[58:42] </w:t>
      </w:r>
      <w:r>
        <w:t>ho? to jo log yeh kehte hain ke Rasool Allah jo hain un ke haan aik woh tha</w:t>
      </w:r>
    </w:p>
    <w:p>
      <w:pPr>
        <w:jc w:val="right"/>
      </w:pPr>
      <w:r>
        <w:t>ہو؟ تو جو لوگ یہ کہتے ہیں کہ رسول اللہ جو ہیں ان کے ہاں ایک وہ تھا</w:t>
      </w:r>
    </w:p>
    <w:p>
      <w:r>
        <w:rPr>
          <w:b/>
        </w:rPr>
        <w:t xml:space="preserve">[58:50] </w:t>
      </w:r>
      <w:r>
        <w:t>balance tha.</w:t>
      </w:r>
    </w:p>
    <w:p>
      <w:pPr>
        <w:jc w:val="right"/>
      </w:pPr>
      <w:r>
        <w:t>balance تھا۔</w:t>
      </w:r>
    </w:p>
    <w:p>
      <w:r>
        <w:rPr>
          <w:b/>
        </w:rPr>
        <w:t xml:space="preserve">[58:51] </w:t>
      </w:r>
      <w:r>
        <w:t>balance kahan tha? aap priority diye hue the dawat ko.</w:t>
      </w:r>
    </w:p>
    <w:p>
      <w:pPr>
        <w:jc w:val="right"/>
      </w:pPr>
      <w:r>
        <w:t>Balance کہاں تھا؟ آپ priority دیے ہوئے تھے دعوت کو۔</w:t>
      </w:r>
    </w:p>
    <w:p>
      <w:r>
        <w:rPr>
          <w:b/>
        </w:rPr>
        <w:t xml:space="preserve">[58:55] </w:t>
      </w:r>
      <w:r>
        <w:t>aur baqi cheezon ko bas jitna ho sake ho sake, nahi ho sake na ho sake.</w:t>
      </w:r>
    </w:p>
    <w:p>
      <w:pPr>
        <w:jc w:val="right"/>
      </w:pPr>
      <w:r>
        <w:t>اور باقی چیزوں کو بس جتنا ہو سکے ہو سکے، نہیں ہو سکے نہ ہو سکے۔</w:t>
      </w:r>
    </w:p>
    <w:p>
      <w:r>
        <w:rPr>
          <w:b/>
        </w:rPr>
        <w:t xml:space="preserve">[59:02] </w:t>
      </w:r>
      <w:r>
        <w:t>business kya aap ne business chhoot chhoot gaya.</w:t>
      </w:r>
    </w:p>
    <w:p>
      <w:pPr>
        <w:jc w:val="right"/>
      </w:pPr>
      <w:r>
        <w:t>business کیا آپ نے business چھوٹ چھوٹ گیا۔</w:t>
      </w:r>
    </w:p>
    <w:p>
      <w:r>
        <w:rPr>
          <w:b/>
        </w:rPr>
        <w:t xml:space="preserve">[59:06] </w:t>
      </w:r>
      <w:r>
        <w:t>aap ko maloom hai ke pehle business karte the aap.</w:t>
      </w:r>
    </w:p>
    <w:p>
      <w:pPr>
        <w:jc w:val="right"/>
      </w:pPr>
      <w:r>
        <w:t>آپ کو معلوم ہے کہ پہلے business کرتے تھے آپ۔</w:t>
      </w:r>
    </w:p>
    <w:p>
      <w:r>
        <w:rPr>
          <w:b/>
        </w:rPr>
        <w:t xml:space="preserve">[59:10] </w:t>
      </w:r>
      <w:r>
        <w:t>lekin jab aap ko dawat ki jab madad daali gayi to to business chhoot gaya.</w:t>
      </w:r>
    </w:p>
    <w:p>
      <w:pPr>
        <w:jc w:val="right"/>
      </w:pPr>
      <w:r>
        <w:t>لیکن جب آپ کو دعوت کی جب مدد ڈالی گئی تو تو business چھوٹ گیا۔</w:t>
      </w:r>
    </w:p>
    <w:p>
      <w:r>
        <w:rPr>
          <w:b/>
        </w:rPr>
        <w:t xml:space="preserve">[59:16] </w:t>
      </w:r>
      <w:r>
        <w:t>shadi kya aap ne apni beti ki to aise ghar kar diya jahan ke kuch tha hi nahi.</w:t>
      </w:r>
    </w:p>
    <w:p>
      <w:pPr>
        <w:jc w:val="right"/>
      </w:pPr>
      <w:r>
        <w:t>شادی کیا آپ نے اپنی بیٹی کی تو ایسے گھر کر دیا جہاں کہ کچھ تھا ہی نہیں۔</w:t>
      </w:r>
    </w:p>
    <w:p>
      <w:r>
        <w:rPr>
          <w:b/>
        </w:rPr>
        <w:t xml:space="preserve">[59:24] </w:t>
      </w:r>
      <w:r>
        <w:t>Literally kuch nahi tha wahan par.</w:t>
      </w:r>
    </w:p>
    <w:p>
      <w:pPr>
        <w:jc w:val="right"/>
      </w:pPr>
      <w:r>
        <w:t>Literally کچھ نہیں تھا وہاں پر۔</w:t>
      </w:r>
    </w:p>
    <w:p>
      <w:r>
        <w:rPr>
          <w:b/>
        </w:rPr>
        <w:t xml:space="preserve">[59:27] </w:t>
      </w:r>
      <w:r>
        <w:t>Hazrat Fatima chaki peesti thi, chhala pad gaya tha.</w:t>
      </w:r>
    </w:p>
    <w:p>
      <w:pPr>
        <w:jc w:val="right"/>
      </w:pPr>
      <w:r>
        <w:t>حضرت فاطمہ چکی پیستی تھی، چھالا پڑ گیا تھا۔</w:t>
      </w:r>
    </w:p>
    <w:p>
      <w:r>
        <w:rPr>
          <w:b/>
        </w:rPr>
        <w:t xml:space="preserve">[59:31] </w:t>
      </w:r>
      <w:r>
        <w:t>Aaj kal tasbeeh Fatima Fatima parhte hain log.</w:t>
      </w:r>
    </w:p>
    <w:p>
      <w:pPr>
        <w:jc w:val="right"/>
      </w:pPr>
      <w:r>
        <w:t>آج کل تسبیح فاطمہ فاطمہ پڑھتے ہیں لوگ۔</w:t>
      </w:r>
    </w:p>
    <w:p>
      <w:r>
        <w:rPr>
          <w:b/>
        </w:rPr>
        <w:t xml:space="preserve">[59:34] </w:t>
      </w:r>
      <w:r>
        <w:t>Subhan Allah, Alhamdulillah, La ilaha illallah Akbar.</w:t>
      </w:r>
    </w:p>
    <w:p>
      <w:pPr>
        <w:jc w:val="right"/>
      </w:pPr>
      <w:r>
        <w:t>سبحان اللہ، الحمدللہ، الا اللہ اکبر۔</w:t>
      </w:r>
    </w:p>
    <w:p>
      <w:r>
        <w:rPr>
          <w:b/>
        </w:rPr>
        <w:t xml:space="preserve">[59:37] </w:t>
      </w:r>
      <w:r>
        <w:t>Teees baar, teees baar, teees baar.</w:t>
      </w:r>
    </w:p>
    <w:p>
      <w:pPr>
        <w:jc w:val="right"/>
      </w:pPr>
      <w:r>
        <w:t>تینتیس بار، تینتیس بار، تینتیس بار۔</w:t>
      </w:r>
    </w:p>
    <w:p>
      <w:r>
        <w:rPr>
          <w:b/>
        </w:rPr>
        <w:t xml:space="preserve">[59:39] </w:t>
      </w:r>
      <w:r>
        <w:t>Main kehta hoon ke kya woh karenge aap jo us ki us ki background kya hai? Hazrat</w:t>
      </w:r>
    </w:p>
    <w:p>
      <w:pPr>
        <w:jc w:val="right"/>
      </w:pPr>
      <w:r>
        <w:t>میں کہتا ہوں کہ کیا وہ کریں گے آپ جو اس کی اس کی background کیا ہے؟ حضرت</w:t>
      </w:r>
    </w:p>
    <w:p>
      <w:r>
        <w:rPr>
          <w:b/>
        </w:rPr>
        <w:t xml:space="preserve">[59:47] </w:t>
      </w:r>
      <w:r>
        <w:t>Fatima jo aap ki beti theen un ko chaki chalana padta tha.</w:t>
      </w:r>
    </w:p>
    <w:p>
      <w:pPr>
        <w:jc w:val="right"/>
      </w:pPr>
      <w:r>
        <w:t>فاطمہ جو آپ کی بیٹی تھیں ان کو چکی چلانا پڑتا تھا۔</w:t>
      </w:r>
    </w:p>
    <w:p>
      <w:r>
        <w:rPr>
          <w:b/>
        </w:rPr>
        <w:t xml:space="preserve">[59:52] </w:t>
      </w:r>
      <w:r>
        <w:t>Haath mein chhale pad gaye the.</w:t>
      </w:r>
    </w:p>
    <w:p>
      <w:pPr>
        <w:jc w:val="right"/>
      </w:pPr>
      <w:r>
        <w:t>ہاتھ میں چھالے پڑ گئے تھے۔</w:t>
      </w:r>
    </w:p>
    <w:p>
      <w:r>
        <w:rPr>
          <w:b/>
        </w:rPr>
        <w:t xml:space="preserve">[59:55] </w:t>
      </w:r>
      <w:r>
        <w:t>To Rasool Allah ke paas gayeen ke humein ek khadim de dijiye.</w:t>
      </w:r>
    </w:p>
    <w:p>
      <w:pPr>
        <w:jc w:val="right"/>
      </w:pPr>
      <w:r>
        <w:t>تو رسول اللہ کے پاس گئیں کہ ہمیں ایک خادم دے دیجیے۔</w:t>
      </w:r>
    </w:p>
    <w:p>
      <w:r>
        <w:rPr>
          <w:b/>
        </w:rPr>
        <w:t xml:space="preserve">[1:00:00] </w:t>
      </w:r>
      <w:r>
        <w:t>Ek khadim.</w:t>
      </w:r>
    </w:p>
    <w:p>
      <w:pPr>
        <w:jc w:val="right"/>
      </w:pPr>
      <w:r>
        <w:t>ایک خادم۔</w:t>
      </w:r>
    </w:p>
    <w:p>
      <w:r>
        <w:rPr>
          <w:b/>
        </w:rPr>
        <w:t xml:space="preserve">[1:00:01] </w:t>
      </w:r>
      <w:r>
        <w:t>To Rasool Allah ne kya kaha? Ittaqi ya Fatima, aye Fatima Khuda se dar.</w:t>
      </w:r>
    </w:p>
    <w:p>
      <w:pPr>
        <w:jc w:val="right"/>
      </w:pPr>
      <w:r>
        <w:t>تو رسول اللہ نے کیا کہا؟ اتقی یا فاطمہ، اے فاطمہ خدا سے ڈر۔</w:t>
      </w:r>
    </w:p>
    <w:p>
      <w:r>
        <w:rPr>
          <w:b/>
        </w:rPr>
        <w:t xml:space="preserve">[1:00:07] </w:t>
      </w:r>
      <w:r>
        <w:t>Itni si baat par.</w:t>
      </w:r>
    </w:p>
    <w:p>
      <w:pPr>
        <w:jc w:val="right"/>
      </w:pPr>
      <w:r>
        <w:t>اتنی سی بات پر۔</w:t>
      </w:r>
    </w:p>
    <w:p>
      <w:r>
        <w:rPr>
          <w:b/>
        </w:rPr>
        <w:t xml:space="preserve">[1:00:09] </w:t>
      </w:r>
      <w:r>
        <w:t>Phir aap ne farmaya ke main tum ko khadim se zyada achhi cheez deta hoon.</w:t>
      </w:r>
    </w:p>
    <w:p>
      <w:pPr>
        <w:jc w:val="right"/>
      </w:pPr>
      <w:r>
        <w:t>پھر آپ نے فرمایا کہ میں تم کو خادم سے زیادہ اچھی چیز دیتا ہوں۔</w:t>
      </w:r>
    </w:p>
    <w:p>
      <w:r>
        <w:rPr>
          <w:b/>
        </w:rPr>
        <w:t xml:space="preserve">[1:00:15] </w:t>
      </w:r>
      <w:r>
        <w:t>To aap ne yahi yahi zikr farmaya.</w:t>
      </w:r>
    </w:p>
    <w:p>
      <w:pPr>
        <w:jc w:val="right"/>
      </w:pPr>
      <w:r>
        <w:t>تو آپ نے یہی یہی ذکر فرمایا۔</w:t>
      </w:r>
    </w:p>
    <w:p>
      <w:r>
        <w:rPr>
          <w:b/>
        </w:rPr>
        <w:t xml:space="preserve">[1:00:18] </w:t>
      </w:r>
      <w:r>
        <w:t>Subhan Allah, Alhamdulillah, La ilaha illallah Akbar ke bas parh liya karo yeh.</w:t>
      </w:r>
    </w:p>
    <w:p>
      <w:pPr>
        <w:jc w:val="right"/>
      </w:pPr>
      <w:r>
        <w:t>سبحان اللہ، الحمدللہ، لا الہ الا اللہ اکبر کہ بس پڑھ لیا کرو یہ۔</w:t>
      </w:r>
    </w:p>
    <w:p>
      <w:r>
        <w:rPr>
          <w:b/>
        </w:rPr>
        <w:t xml:space="preserve">[1:00:24] </w:t>
      </w:r>
      <w:r>
        <w:t>Aap mein se kaun hai jo apni beti ko aisa kahe? Koi hathon mein chhale pade hue hon?</w:t>
      </w:r>
    </w:p>
    <w:p>
      <w:pPr>
        <w:jc w:val="right"/>
      </w:pPr>
      <w:r>
        <w:t>آپ میں سے کون ہے جو اپنی بیٹی کو ایسا کہے؟ کوئی ہاتھوں میں چھالے پڑے ہوئے ہوں؟</w:t>
      </w:r>
    </w:p>
    <w:p>
      <w:r>
        <w:rPr>
          <w:b/>
        </w:rPr>
        <w:t xml:space="preserve">[1:00:32] </w:t>
      </w:r>
      <w:r>
        <w:t>Woh khadim mang rahi ho? Aap kahein ke jao ghar mein raho aur sirf yeh dua parh liya</w:t>
      </w:r>
    </w:p>
    <w:p>
      <w:pPr>
        <w:jc w:val="right"/>
      </w:pPr>
      <w:r>
        <w:t>وہ خادم مانگ رہی ہو؟ آپ کہیں کہ جاؤ گھر میں رہو اور صرف یہ دعا پڑھ لیا</w:t>
      </w:r>
    </w:p>
    <w:p>
      <w:r>
        <w:rPr>
          <w:b/>
        </w:rPr>
        <w:t xml:space="preserve">[1:00:40] </w:t>
      </w:r>
      <w:r>
        <w:t>karo.</w:t>
      </w:r>
    </w:p>
    <w:p>
      <w:pPr>
        <w:jc w:val="right"/>
      </w:pPr>
      <w:r>
        <w:t>کرو۔</w:t>
      </w:r>
    </w:p>
    <w:p>
      <w:r>
        <w:rPr>
          <w:b/>
        </w:rPr>
        <w:t xml:space="preserve">[1:00:41] </w:t>
      </w:r>
      <w:r>
        <w:t>Jo log kehte hain ke Rasool Allah kya jamiyat thi? Main bataoon ke woh bohat bada yani jurm</w:t>
      </w:r>
    </w:p>
    <w:p>
      <w:pPr>
        <w:jc w:val="right"/>
      </w:pPr>
      <w:r>
        <w:t>جو لوگ کہتے ہیں کہ رسول اللہ کیا جامعیت تھی؟ میں بتاؤں کہ وہ بہت بڑا یعنی جرم</w:t>
      </w:r>
    </w:p>
    <w:p>
      <w:r>
        <w:rPr>
          <w:b/>
        </w:rPr>
        <w:t xml:space="preserve">[1:00:49] </w:t>
      </w:r>
      <w:r>
        <w:t>karte hain, gunah karte hain.</w:t>
      </w:r>
    </w:p>
    <w:p>
      <w:pPr>
        <w:jc w:val="right"/>
      </w:pPr>
      <w:r>
        <w:t>کرتے ہیں، گناہ کرتے ہیں۔</w:t>
      </w:r>
    </w:p>
    <w:p>
      <w:r>
        <w:rPr>
          <w:b/>
        </w:rPr>
        <w:t xml:space="preserve">[1:00:51] </w:t>
      </w:r>
      <w:r>
        <w:t>Kya yeh jamiyat ke mani yahi hain? Yahi jamiyat ke mani hain? Rasool Allah ke zamane mein Sahaba</w:t>
      </w:r>
    </w:p>
    <w:p>
      <w:pPr>
        <w:jc w:val="right"/>
      </w:pPr>
      <w:r>
        <w:t>کیا یہ جامعیت کے معنی یہی ہیں؟ یہی جامعیت کے معنی ہیں؟ رسول اللہ کے زمانے میں صحابہ</w:t>
      </w:r>
    </w:p>
    <w:p>
      <w:r>
        <w:rPr>
          <w:b/>
        </w:rPr>
        <w:t xml:space="preserve">[1:00:59] </w:t>
      </w:r>
      <w:r>
        <w:t>ki shadi hoti thi.</w:t>
      </w:r>
    </w:p>
    <w:p>
      <w:pPr>
        <w:jc w:val="right"/>
      </w:pPr>
      <w:r>
        <w:t>کی شادی ہوتی تھی۔</w:t>
      </w:r>
    </w:p>
    <w:p>
      <w:r>
        <w:rPr>
          <w:b/>
        </w:rPr>
        <w:t xml:space="preserve">[1:01:01] </w:t>
      </w:r>
      <w:r>
        <w:t>Jante hain kya jaiz hota tha? Woh mahr kya hoti thi? Mahr hota tha khajoor ke guthli ke</w:t>
      </w:r>
    </w:p>
    <w:p>
      <w:pPr>
        <w:jc w:val="right"/>
      </w:pPr>
      <w:r>
        <w:t>جانتے ہیں کیا جائز ہوتا تھا؟ وہ مہر کیا ہوتی تھی؟ مہر ہوتا تھا کھجور کے گٹھلی کے</w:t>
      </w:r>
    </w:p>
    <w:p>
      <w:r>
        <w:rPr>
          <w:b/>
        </w:rPr>
        <w:t xml:space="preserve">[1:01:08] </w:t>
      </w:r>
      <w:r>
        <w:t>wazan ke barabar sona.</w:t>
      </w:r>
    </w:p>
    <w:p>
      <w:pPr>
        <w:jc w:val="right"/>
      </w:pPr>
      <w:r>
        <w:t>وزن کے برابر سونا۔</w:t>
      </w:r>
    </w:p>
    <w:p>
      <w:r>
        <w:rPr>
          <w:b/>
        </w:rPr>
        <w:t xml:space="preserve">[1:01:10] </w:t>
      </w:r>
      <w:r>
        <w:t>Is size ke barabar nahi.</w:t>
      </w:r>
    </w:p>
    <w:p>
      <w:pPr>
        <w:jc w:val="right"/>
      </w:pPr>
      <w:r>
        <w:t>اس سائز کے برابر نہیں۔</w:t>
      </w:r>
    </w:p>
    <w:p>
      <w:r>
        <w:rPr>
          <w:b/>
        </w:rPr>
        <w:t xml:space="preserve">[1:01:12] </w:t>
      </w:r>
      <w:r>
        <w:t>yani koi guthli ke size ke barabar sona ho to qeemti ho jayega.</w:t>
      </w:r>
    </w:p>
    <w:p>
      <w:pPr>
        <w:jc w:val="right"/>
      </w:pPr>
      <w:r>
        <w:t>یعنی کوئی گٹھلی کے سائز کے برابر سونا ہو تو قیمتی ہو جائے گا۔</w:t>
      </w:r>
    </w:p>
    <w:p>
      <w:r>
        <w:rPr>
          <w:b/>
        </w:rPr>
        <w:t xml:space="preserve">[1:01:18] </w:t>
      </w:r>
      <w:r>
        <w:t>lekin wazan to kuch bhi nahi hota is ka.</w:t>
      </w:r>
    </w:p>
    <w:p>
      <w:pPr>
        <w:jc w:val="right"/>
      </w:pPr>
      <w:r>
        <w:t>لیکن وزن تو کچھ بھی نہیں ہوتا اس کا۔</w:t>
      </w:r>
    </w:p>
    <w:p>
      <w:r>
        <w:rPr>
          <w:b/>
        </w:rPr>
        <w:t xml:space="preserve">[1:01:22] </w:t>
      </w:r>
      <w:r>
        <w:t>to khajoor ki guthli ke wazan ke barabar sona.</w:t>
      </w:r>
    </w:p>
    <w:p>
      <w:pPr>
        <w:jc w:val="right"/>
      </w:pPr>
      <w:r>
        <w:t>تو کھجور کی گٹھلی کے وزن کے برابر سونا۔</w:t>
      </w:r>
    </w:p>
    <w:p>
      <w:r>
        <w:rPr>
          <w:b/>
        </w:rPr>
        <w:t xml:space="preserve">[1:01:26] </w:t>
      </w:r>
      <w:r>
        <w:t>aur kuch bhi nahi.</w:t>
      </w:r>
    </w:p>
    <w:p>
      <w:pPr>
        <w:jc w:val="right"/>
      </w:pPr>
      <w:r>
        <w:t>اور کچھ بھی نہیں۔</w:t>
      </w:r>
    </w:p>
    <w:p>
      <w:r>
        <w:rPr>
          <w:b/>
        </w:rPr>
        <w:t xml:space="preserve">[1:01:28] </w:t>
      </w:r>
      <w:r>
        <w:t>na jora, na na na kuch na kuch.</w:t>
      </w:r>
    </w:p>
    <w:p>
      <w:pPr>
        <w:jc w:val="right"/>
      </w:pPr>
      <w:r>
        <w:t>نہ جوڑا، نہ نہ نہ کچھ نہ کچھ۔</w:t>
      </w:r>
    </w:p>
    <w:p>
      <w:r>
        <w:rPr>
          <w:b/>
        </w:rPr>
        <w:t xml:space="preserve">[1:01:31] </w:t>
      </w:r>
      <w:r>
        <w:t>aaj koi apni beti ki shadi aisa karega? na jahez hai, na barat hai, na koi dhoom</w:t>
      </w:r>
    </w:p>
    <w:p>
      <w:pPr>
        <w:jc w:val="right"/>
      </w:pPr>
      <w:r>
        <w:t>آج کوئی اپنی بیٹی کی شادی ایسا کرے گا؟ نہ جہیز ہے، نہ بارات ہے، نہ کوئی دھوم</w:t>
      </w:r>
    </w:p>
    <w:p>
      <w:r>
        <w:rPr>
          <w:b/>
        </w:rPr>
        <w:t xml:space="preserve">[1:01:39] </w:t>
      </w:r>
      <w:r>
        <w:t>dham hai.</w:t>
      </w:r>
    </w:p>
    <w:p>
      <w:pPr>
        <w:jc w:val="right"/>
      </w:pPr>
      <w:r>
        <w:t>دھام ہے۔</w:t>
      </w:r>
    </w:p>
    <w:p>
      <w:r>
        <w:rPr>
          <w:b/>
        </w:rPr>
        <w:t xml:space="preserve">[1:01:40] </w:t>
      </w:r>
      <w:r>
        <w:t>bas bohat si mamooli si raqam mahr mahr mein de di gayi, bas qissa khatam.</w:t>
      </w:r>
    </w:p>
    <w:p>
      <w:pPr>
        <w:jc w:val="right"/>
      </w:pPr>
      <w:r>
        <w:t>بس بہت سی معمولی سی رقم مہر مہر میں دے دی گئی، بس قصہ ختم۔</w:t>
      </w:r>
    </w:p>
    <w:p>
      <w:r>
        <w:rPr>
          <w:b/>
        </w:rPr>
        <w:t xml:space="preserve">[1:01:47] </w:t>
      </w:r>
      <w:r>
        <w:t>is jamaiyat ko aap apnainge apni zindagi mein kya? bare dhoom se yeh baat kahi jati hai</w:t>
      </w:r>
    </w:p>
    <w:p>
      <w:pPr>
        <w:jc w:val="right"/>
      </w:pPr>
      <w:r>
        <w:t>اس جامعیت کو آپ اپنائیں گے اپنی زندگی میں کیا؟ بڑے دھوم سے یہ بات کہی جاتی ہے</w:t>
      </w:r>
    </w:p>
    <w:p>
      <w:r>
        <w:rPr>
          <w:b/>
        </w:rPr>
        <w:t xml:space="preserve">[1:01:54] </w:t>
      </w:r>
      <w:r>
        <w:t>hamare khilaf ke dawat dawat karte hain rasool Allah ki to jamaiyat thi.</w:t>
      </w:r>
    </w:p>
    <w:p>
      <w:pPr>
        <w:jc w:val="right"/>
      </w:pPr>
      <w:r>
        <w:t>ہمارے خلاف کہ دعوت دعوت کرتے ہیں رسول اللہ کی تو جامعیت تھی۔</w:t>
      </w:r>
    </w:p>
    <w:p>
      <w:r>
        <w:rPr>
          <w:b/>
        </w:rPr>
        <w:t xml:space="preserve">[1:02:00] </w:t>
      </w:r>
      <w:r>
        <w:t>ya hamare khilaf yeh baat yahi boli jati hai ke bohat ziyada dawat ki baatein karte hain rasool</w:t>
      </w:r>
    </w:p>
    <w:p>
      <w:pPr>
        <w:jc w:val="right"/>
      </w:pPr>
      <w:r>
        <w:t>یا ہمارے خلاف یہ بات یہی بولی جاتی ہے کہ بہت زیادہ دعوت کی باتیں کرتے ہیں رسول</w:t>
      </w:r>
    </w:p>
    <w:p>
      <w:r>
        <w:rPr>
          <w:b/>
        </w:rPr>
        <w:t xml:space="preserve">[1:02:08] </w:t>
      </w:r>
      <w:r>
        <w:t>Allah ke haan jamaiyat thi.</w:t>
      </w:r>
    </w:p>
    <w:p>
      <w:pPr>
        <w:jc w:val="right"/>
      </w:pPr>
      <w:r>
        <w:t>اللہ کے ہاں جامعیت تھی۔</w:t>
      </w:r>
    </w:p>
    <w:p>
      <w:r>
        <w:rPr>
          <w:b/>
        </w:rPr>
        <w:t xml:space="preserve">[1:02:10] </w:t>
      </w:r>
      <w:r>
        <w:t>wo family bhi chalate the, wo business bhi karte the, wo yeh karte the, wo karte the.</w:t>
      </w:r>
    </w:p>
    <w:p>
      <w:pPr>
        <w:jc w:val="right"/>
      </w:pPr>
      <w:r>
        <w:t>وہ family بھی چلاتے تھے، وہ business بھی کرتے تھے، وہ یہ کرتے تھے، وہ کرتے تھے۔</w:t>
      </w:r>
    </w:p>
    <w:p>
      <w:r>
        <w:rPr>
          <w:b/>
        </w:rPr>
        <w:t xml:space="preserve">[1:02:17] </w:t>
      </w:r>
      <w:r>
        <w:t>aap maloom hai ke rasool Allah ki biwiyan jo thin un ko do waqt ka khana nahi milta</w:t>
      </w:r>
    </w:p>
    <w:p>
      <w:pPr>
        <w:jc w:val="right"/>
      </w:pPr>
      <w:r>
        <w:t>آپ معلوم ہے کہ رسول اللہ کی بیویاں جو تھیں ان کو دو وقت کا کھانا نہیں ملتا</w:t>
      </w:r>
    </w:p>
    <w:p>
      <w:r>
        <w:rPr>
          <w:b/>
        </w:rPr>
        <w:t xml:space="preserve">[1:02:25]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[1:02:26] </w:t>
      </w:r>
      <w:r>
        <w:t>to unhon ne rasool Allah salallaho alaihi wasallam ko kaha ke hamein kam se kam do waqt</w:t>
      </w:r>
    </w:p>
    <w:p>
      <w:pPr>
        <w:jc w:val="right"/>
      </w:pPr>
      <w:r>
        <w:t>تو انہوں نے رسول اللہ صلی اللہ علیہ وسلم کو کہا کہ ہمیں کم سے کم دو وقت</w:t>
      </w:r>
    </w:p>
    <w:p>
      <w:r>
        <w:rPr>
          <w:b/>
        </w:rPr>
        <w:t xml:space="preserve">[1:02:34] </w:t>
      </w:r>
      <w:r>
        <w:t>khana to mile.</w:t>
      </w:r>
    </w:p>
    <w:p>
      <w:pPr>
        <w:jc w:val="right"/>
      </w:pPr>
      <w:r>
        <w:t>کھانا تو ملے۔</w:t>
      </w:r>
    </w:p>
    <w:p>
      <w:r>
        <w:rPr>
          <w:b/>
        </w:rPr>
        <w:t xml:space="preserve">[1:02:36] </w:t>
      </w:r>
      <w:r>
        <w:t>yeh lamba qissa yeh hai.</w:t>
      </w:r>
    </w:p>
    <w:p>
      <w:pPr>
        <w:jc w:val="right"/>
      </w:pPr>
      <w:r>
        <w:t>یہ لمبا قصہ یہ ہے۔</w:t>
      </w:r>
    </w:p>
    <w:p>
      <w:r>
        <w:rPr>
          <w:b/>
        </w:rPr>
        <w:t xml:space="preserve">[1:02:38] </w:t>
      </w:r>
      <w:r>
        <w:t>to rasool Allah do waqt khana nahi de sakte the un ko.</w:t>
      </w:r>
    </w:p>
    <w:p>
      <w:pPr>
        <w:jc w:val="right"/>
      </w:pPr>
      <w:r>
        <w:t>تو رسول اللہ دو وقت کھانا نہیں دے سکتے تھے ان کو۔</w:t>
      </w:r>
    </w:p>
    <w:p>
      <w:r>
        <w:rPr>
          <w:b/>
        </w:rPr>
        <w:t xml:space="preserve">[1:02:43] </w:t>
      </w:r>
      <w:r>
        <w:t>quran majeed mein ayat baqayda ayat aayi.</w:t>
      </w:r>
    </w:p>
    <w:p>
      <w:pPr>
        <w:jc w:val="right"/>
      </w:pPr>
      <w:r>
        <w:t>قرآن مجید میں آیت باقاعدہ آیت آئی۔</w:t>
      </w:r>
    </w:p>
    <w:p>
      <w:r>
        <w:rPr>
          <w:b/>
        </w:rPr>
        <w:t xml:space="preserve">[1:02:46] </w:t>
      </w:r>
      <w:r>
        <w:t>is ka ke tum ya to rasool ko ikhtiyar kar lo ya phir talaq le kar bahar chale</w:t>
      </w:r>
    </w:p>
    <w:p>
      <w:pPr>
        <w:jc w:val="right"/>
      </w:pPr>
      <w:r>
        <w:t>اس کا کہ تم یا تو رسول کو اختیار کر لو یا پھر طلاق لے کر باہر چلے</w:t>
      </w:r>
    </w:p>
    <w:p>
      <w:r>
        <w:rPr>
          <w:b/>
        </w:rPr>
        <w:t xml:space="preserve">[1:02:54] </w:t>
      </w:r>
      <w:r>
        <w:t>jao.</w:t>
      </w:r>
    </w:p>
    <w:p>
      <w:pPr>
        <w:jc w:val="right"/>
      </w:pPr>
      <w:r>
        <w:t>جاؤ۔</w:t>
      </w:r>
    </w:p>
    <w:p>
      <w:r>
        <w:rPr>
          <w:b/>
        </w:rPr>
        <w:t xml:space="preserve">[1:02:55] </w:t>
      </w:r>
      <w:r>
        <w:t>yeh itne se mutalbe par ke do waqt ka khana hamein diya jaye.</w:t>
      </w:r>
    </w:p>
    <w:p>
      <w:pPr>
        <w:jc w:val="right"/>
      </w:pPr>
      <w:r>
        <w:t>یہ اتنے سے مطالبے پر کہ دو وقت کا کھانا ہمیں دیا جائے۔</w:t>
      </w:r>
    </w:p>
    <w:p>
      <w:r>
        <w:rPr>
          <w:b/>
        </w:rPr>
        <w:t xml:space="preserve">[1:03:01] </w:t>
      </w:r>
      <w:r>
        <w:t>kaha gaya hai ke tum ya to jaise ho status ko par raho to raho, nahi to talaq</w:t>
      </w:r>
    </w:p>
    <w:p>
      <w:pPr>
        <w:jc w:val="right"/>
      </w:pPr>
      <w:r>
        <w:t>کہا گیا ہے کہ تم یا تو جیسے ہو اسٹیٹس کو پر رہو تو رہو، نہیں تو طلاق</w:t>
      </w:r>
    </w:p>
    <w:p>
      <w:r>
        <w:rPr>
          <w:b/>
        </w:rPr>
        <w:t xml:space="preserve">[1:03:08] </w:t>
      </w:r>
      <w:r>
        <w:t>le ke chale jao.</w:t>
      </w:r>
    </w:p>
    <w:p>
      <w:pPr>
        <w:jc w:val="right"/>
      </w:pPr>
      <w:r>
        <w:t>لے کے چلے جاؤ۔</w:t>
      </w:r>
    </w:p>
    <w:p>
      <w:r>
        <w:rPr>
          <w:b/>
        </w:rPr>
        <w:t xml:space="preserve">[1:03:10] </w:t>
      </w:r>
      <w:r>
        <w:t>aaj koi hai aisa jo apni family ko is tarah chalaye? to yeh bilkul galat hai yeh kehna.</w:t>
      </w:r>
    </w:p>
    <w:p>
      <w:pPr>
        <w:jc w:val="right"/>
      </w:pPr>
      <w:r>
        <w:t>آج کوئی ہے ایسا جو اپنی family کو اس طرح چلائے؟ تو یہ بالکل غلط ہے یہ کہنا۔</w:t>
      </w:r>
    </w:p>
    <w:p>
      <w:r>
        <w:rPr>
          <w:b/>
        </w:rPr>
        <w:t xml:space="preserve">[1:03:18] </w:t>
      </w:r>
      <w:r>
        <w:t>yaad rakhiye rasool Allah ke haan sara jo emphasis tha woh dawat par tha.</w:t>
      </w:r>
    </w:p>
    <w:p>
      <w:pPr>
        <w:jc w:val="right"/>
      </w:pPr>
      <w:r>
        <w:t>یاد رکھیے رسول اللہ کے ہاں سارا جو emphasis تھا وہ دعوت پر تھا۔</w:t>
      </w:r>
    </w:p>
    <w:p>
      <w:r>
        <w:rPr>
          <w:b/>
        </w:rPr>
        <w:t xml:space="preserve">[1:03:24] </w:t>
      </w:r>
      <w:r>
        <w:t>aap ne isi ko priority de de rakhi thi.</w:t>
      </w:r>
    </w:p>
    <w:p>
      <w:pPr>
        <w:jc w:val="right"/>
      </w:pPr>
      <w:r>
        <w:t>آپ نے اسی کو priority دے دے رکھی تھی۔</w:t>
      </w:r>
    </w:p>
    <w:p>
      <w:r>
        <w:rPr>
          <w:b/>
        </w:rPr>
        <w:t xml:space="preserve">[1:03:28] </w:t>
      </w:r>
      <w:r>
        <w:t>isi ko sab se bara kaam samajh kar aap isi mein mashgool rehte the.</w:t>
      </w:r>
    </w:p>
    <w:p>
      <w:pPr>
        <w:jc w:val="right"/>
      </w:pPr>
      <w:r>
        <w:t>اسی کو سب سے بڑا کام سمجھ کر آپ اسی میں مشغول رہتے تھے۔</w:t>
      </w:r>
    </w:p>
    <w:p>
      <w:r>
        <w:rPr>
          <w:b/>
        </w:rPr>
        <w:t xml:space="preserve">[1:03:34] </w:t>
      </w:r>
      <w:r>
        <w:t>apni sari tawanaai, apna sara time.</w:t>
      </w:r>
    </w:p>
    <w:p>
      <w:pPr>
        <w:jc w:val="right"/>
      </w:pPr>
      <w:r>
        <w:t>اپنی ساری توانائی، اپنا سارا ٹائم۔</w:t>
      </w:r>
    </w:p>
    <w:p>
      <w:r>
        <w:rPr>
          <w:b/>
        </w:rPr>
        <w:t xml:space="preserve">[1:03:36] </w:t>
      </w:r>
      <w:r>
        <w:t>baqi cheezon ki jis ko jamiyat kehte hain log, jo log kar ke dikhayen mujhe.</w:t>
      </w:r>
    </w:p>
    <w:p>
      <w:pPr>
        <w:jc w:val="right"/>
      </w:pPr>
      <w:r>
        <w:t>باقی چیزوں کی جس کو جامعیت کہتے ہیں لوگ، جو لوگ کر کے دکھائیں مجھے۔</w:t>
      </w:r>
    </w:p>
    <w:p>
      <w:r>
        <w:rPr>
          <w:b/>
        </w:rPr>
        <w:t xml:space="preserve">[1:03:43] </w:t>
      </w:r>
      <w:r>
        <w:t>is jamiyat ko apnaen to main dekhoon in logon ki jamiyat ko.</w:t>
      </w:r>
    </w:p>
    <w:p>
      <w:pPr>
        <w:jc w:val="right"/>
      </w:pPr>
      <w:r>
        <w:t>اس جامعیت کو اپنائیں تو میں دیکھوں ان لوگوں کی جامعیت کو۔</w:t>
      </w:r>
    </w:p>
    <w:p>
      <w:r>
        <w:rPr>
          <w:b/>
        </w:rPr>
        <w:t xml:space="preserve">[1:03:48] </w:t>
      </w:r>
      <w:r>
        <w:t>to yeh bilkul mere upar bilkul ek galat ek ilzaam lagaya jata hai.</w:t>
      </w:r>
    </w:p>
    <w:p>
      <w:pPr>
        <w:jc w:val="right"/>
      </w:pPr>
      <w:r>
        <w:t>تو یہ بالکل میرے اوپر بالکل ایک غلط ایک الزام لگایا جاتا ہے۔</w:t>
      </w:r>
    </w:p>
    <w:p>
      <w:r>
        <w:rPr>
          <w:b/>
        </w:rPr>
        <w:t xml:space="preserve">[1:03:53] </w:t>
      </w:r>
      <w:r>
        <w:t>to behal main yeh kahoon ga ke agar aap chahte hain ke Allah ke khaas bandon mein shamil</w:t>
      </w:r>
    </w:p>
    <w:p>
      <w:pPr>
        <w:jc w:val="right"/>
      </w:pPr>
      <w:r>
        <w:t>تو بہرحال میں یہ کہوں گا کہ اگر آپ چاہتے ہیں کہ اللہ کے خاص بندوں میں شامل</w:t>
      </w:r>
    </w:p>
    <w:p>
      <w:r>
        <w:rPr>
          <w:b/>
        </w:rPr>
        <w:t xml:space="preserve">[1:04:01] </w:t>
      </w:r>
      <w:r>
        <w:t>hoon to aap ko dawat ka kaam karna chahiye.</w:t>
      </w:r>
    </w:p>
    <w:p>
      <w:pPr>
        <w:jc w:val="right"/>
      </w:pPr>
      <w:r>
        <w:t>ہوں تو آپ کو دعوت کا کام کرنا چاہیے۔</w:t>
      </w:r>
    </w:p>
    <w:p>
      <w:r>
        <w:rPr>
          <w:b/>
        </w:rPr>
        <w:t xml:space="preserve">[1:04:05] </w:t>
      </w:r>
      <w:r>
        <w:t>dawat ka kaam woh hai jis ko Allah ne apni nusrat bataya hai.</w:t>
      </w:r>
    </w:p>
    <w:p>
      <w:pPr>
        <w:jc w:val="right"/>
      </w:pPr>
      <w:r>
        <w:t>دعوت کا کام وہ ہے جس کو اللہ نے اپنی نصرت بتایا ہے۔</w:t>
      </w:r>
    </w:p>
    <w:p>
      <w:r>
        <w:rPr>
          <w:b/>
        </w:rPr>
        <w:t xml:space="preserve">[1:04:10] </w:t>
      </w:r>
      <w:r>
        <w:t>ke aye bandon meri madad karo.</w:t>
      </w:r>
    </w:p>
    <w:p>
      <w:pPr>
        <w:jc w:val="right"/>
      </w:pPr>
      <w:r>
        <w:t>کہ اے بندوں میری مدد کرو۔</w:t>
      </w:r>
    </w:p>
    <w:p>
      <w:r>
        <w:rPr>
          <w:b/>
        </w:rPr>
        <w:t xml:space="preserve">[1:04:13] </w:t>
      </w:r>
      <w:r>
        <w:t>madad yeh karo ke meri taraf se mera paigham insanon tak pouncha do.</w:t>
      </w:r>
    </w:p>
    <w:p>
      <w:pPr>
        <w:jc w:val="right"/>
      </w:pPr>
      <w:r>
        <w:t>مدد یہ کرو کہ میری طرف سے میرا پیغام انسانوں تک پہنچا دو۔</w:t>
      </w:r>
    </w:p>
    <w:p>
      <w:r>
        <w:rPr>
          <w:b/>
        </w:rPr>
        <w:t xml:space="preserve">[1:04:19] </w:t>
      </w:r>
      <w:r>
        <w:t>yeh hai Allah ki nusrat.</w:t>
      </w:r>
    </w:p>
    <w:p>
      <w:pPr>
        <w:jc w:val="right"/>
      </w:pPr>
      <w:r>
        <w:t>یہ ہے اللہ کی نصرت۔</w:t>
      </w:r>
    </w:p>
    <w:p>
      <w:r>
        <w:rPr>
          <w:b/>
        </w:rPr>
        <w:t xml:space="preserve">[1:04:21] </w:t>
      </w:r>
      <w:r>
        <w:t>to main yeh kahoon ga ke aap ko agar Allah ke in bandon mein shamil hona hai jo</w:t>
      </w:r>
    </w:p>
    <w:p>
      <w:pPr>
        <w:jc w:val="right"/>
      </w:pPr>
      <w:r>
        <w:t>تو میں یہ کہوں گا کہ آپ کو اگر اللہ کے ان بندوں میں شامل ہونا ہے جو</w:t>
      </w:r>
    </w:p>
    <w:p>
      <w:r>
        <w:rPr>
          <w:b/>
        </w:rPr>
        <w:t xml:space="preserve">[1:04:28] </w:t>
      </w:r>
      <w:r>
        <w:t>ikhwan rasool ka darja payen, un bandon mein shamil hona hai jo qayamat ke din in logon mein</w:t>
      </w:r>
    </w:p>
    <w:p>
      <w:pPr>
        <w:jc w:val="right"/>
      </w:pPr>
      <w:r>
        <w:t>اخوان رسول کا درجہ پائیں، ان بندوں میں شامل ہونا ہے جو قیامت کے دن ان لوگوں میں</w:t>
      </w:r>
    </w:p>
    <w:p>
      <w:r>
        <w:rPr>
          <w:b/>
        </w:rPr>
        <w:t xml:space="preserve">[1:04:36] </w:t>
      </w:r>
      <w:r>
        <w:t>qarar payen jinho ne Allah ki madad ki thi, un logon mein aap shamil kiye jayen jo insaniyat</w:t>
      </w:r>
    </w:p>
    <w:p>
      <w:pPr>
        <w:jc w:val="right"/>
      </w:pPr>
      <w:r>
        <w:t>قرار پائیں جنہوں نے اللہ کی مدد کی تھی، ان لوگوں میں آپ شامل کیے جائیں جو انسانیت</w:t>
      </w:r>
    </w:p>
    <w:p>
      <w:r>
        <w:rPr>
          <w:b/>
        </w:rPr>
        <w:t xml:space="preserve">[1:04:44] </w:t>
      </w:r>
      <w:r>
        <w:t>ke liye tadpe the, jo insaniyat ki hidayat ke liye roye the, jo insaniyat ki hidayat ke liye</w:t>
      </w:r>
    </w:p>
    <w:p>
      <w:pPr>
        <w:jc w:val="right"/>
      </w:pPr>
      <w:r>
        <w:t>کے لیے تڑپے تھے، جو انسانیت کی ہدایت کے لیے روئے تھے، جو انسانیت کی ہدایت کے لیے</w:t>
      </w:r>
    </w:p>
    <w:p>
      <w:r>
        <w:rPr>
          <w:b/>
        </w:rPr>
        <w:t xml:space="preserve">[1:04:52] </w:t>
      </w:r>
      <w:r>
        <w:t>diwane ho gaye the.</w:t>
      </w:r>
    </w:p>
    <w:p>
      <w:pPr>
        <w:jc w:val="right"/>
      </w:pPr>
      <w:r>
        <w:t>دیوانے ہو گئے تھے۔</w:t>
      </w:r>
    </w:p>
    <w:p>
      <w:r>
        <w:rPr>
          <w:b/>
        </w:rPr>
        <w:t xml:space="preserve">[1:04:53] </w:t>
      </w:r>
      <w:r>
        <w:t>agar aap chahte hain ke in insanon mein aap ka shumar ho to phir dawah work kijiye.</w:t>
      </w:r>
    </w:p>
    <w:p>
      <w:pPr>
        <w:jc w:val="right"/>
      </w:pPr>
      <w:r>
        <w:t>اگر آپ چاہتے ہیں کہ ان انسانوں میں آپ کا شمار ہو تو پھر دعویٰ work کیجیے۔</w:t>
      </w:r>
    </w:p>
    <w:p>
      <w:r>
        <w:rPr>
          <w:b/>
        </w:rPr>
        <w:t xml:space="preserve">[1:05:01] </w:t>
      </w:r>
      <w:r>
        <w:t>yahi meri dua hai, yahi meri tamanna hai.</w:t>
      </w:r>
    </w:p>
    <w:p>
      <w:pPr>
        <w:jc w:val="right"/>
      </w:pPr>
      <w:r>
        <w:t>یہی میری دعا ہے، یہی میری تمنا ہے۔</w:t>
      </w:r>
    </w:p>
    <w:p>
      <w:r>
        <w:rPr>
          <w:b/>
        </w:rPr>
        <w:t xml:space="preserve">[1:05:04] </w:t>
      </w:r>
      <w:r>
        <w:t>Allah taala aap ko is khidmat ke liye qabool farmaye.</w:t>
      </w:r>
    </w:p>
    <w:p>
      <w:pPr>
        <w:jc w:val="right"/>
      </w:pPr>
      <w:r>
        <w:t>اللہ تعالیٰ آپ کو اس خدمت کے لیے قبول فرمائے۔</w:t>
      </w:r>
    </w:p>
    <w:p>
      <w:r>
        <w:rPr>
          <w:b/>
        </w:rPr>
        <w:t xml:space="preserve">[1:05:08] </w:t>
      </w:r>
      <w:r>
        <w:t>aqool qawli haza wastaghfirullah li walakum ajmaeen.</w:t>
      </w:r>
    </w:p>
    <w:p>
      <w:pPr>
        <w:jc w:val="right"/>
      </w:pPr>
      <w:r>
        <w:t>اقول قولی ھذا واستغفراللہ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