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What is Dua I 26th Apr '09 U</w:t>
      </w:r>
    </w:p>
    <w:p>
      <w:r>
        <w:t>https://www.youtube.com/watch?v=zirBex4iGd8</w:t>
      </w:r>
    </w:p>
    <w:p>
      <w:r>
        <w:rPr>
          <w:b/>
        </w:rPr>
        <w:t xml:space="preserve">[00:21] </w:t>
      </w:r>
      <w:r>
        <w:t>bismillah rahman rahim, wa sallallahu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[00:31] </w:t>
      </w:r>
      <w:r>
        <w:t>rab ishrah li sadri, wa yassir li amri, wah lul 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[00:42] </w:t>
      </w:r>
      <w:r>
        <w:t>aaj ka topic hai dua, ya prayer.</w:t>
      </w:r>
    </w:p>
    <w:p>
      <w:pPr>
        <w:jc w:val="right"/>
      </w:pPr>
      <w:r>
        <w:t>آج کا ٹاپک ہے دعا، یا پریئر۔</w:t>
      </w:r>
    </w:p>
    <w:p>
      <w:r>
        <w:rPr>
          <w:b/>
        </w:rPr>
        <w:t xml:space="preserve">[00:53] </w:t>
      </w:r>
      <w:r>
        <w:t>دعا کیا ہے؟ What is dua? What is prayer? یہ ہے آج کا ٹاپک۔</w:t>
      </w:r>
    </w:p>
    <w:p>
      <w:pPr>
        <w:jc w:val="right"/>
      </w:pPr>
      <w:r>
        <w:t>دعا کیا ہے؟ واٹ از دعا؟ واٹ از پریئر؟ یہ ہے آج کا ٹاپک۔</w:t>
      </w:r>
    </w:p>
    <w:p>
      <w:r>
        <w:rPr>
          <w:b/>
        </w:rPr>
        <w:t xml:space="preserve">[01:03] </w:t>
      </w:r>
      <w:r>
        <w:t>islam mein dua ki bahut zyada importance hai, bahut zyada.</w:t>
      </w:r>
    </w:p>
    <w:p>
      <w:pPr>
        <w:jc w:val="right"/>
      </w:pPr>
      <w:r>
        <w:t>اسلام میں دعا کی بہت زیادہ امپورٹنس ہے، بہت زیادہ۔</w:t>
      </w:r>
    </w:p>
    <w:p>
      <w:r>
        <w:rPr>
          <w:b/>
        </w:rPr>
        <w:t xml:space="preserve">[01:14] </w:t>
      </w:r>
      <w:r>
        <w:t>hadith mein aya hai ke: "ald dua huwal ibadah, ald dua mukhul ibadah" .</w:t>
      </w:r>
    </w:p>
    <w:p>
      <w:pPr>
        <w:jc w:val="right"/>
      </w:pPr>
      <w:r>
        <w:t>حدیث میں آیا ہے کہ: "الدعاء هو العبادة، الدعاء مخ العبادة" ۔</w:t>
      </w:r>
    </w:p>
    <w:p>
      <w:r>
        <w:rPr>
          <w:b/>
        </w:rPr>
        <w:t xml:space="preserve">[01:25] </w:t>
      </w:r>
      <w:r>
        <w:t>is ka matlab yeh hai ke dua, "dua is the essence of ibadah, dua is the crux of</w:t>
      </w:r>
    </w:p>
    <w:p>
      <w:pPr>
        <w:jc w:val="right"/>
      </w:pPr>
      <w:r>
        <w:t>اس کا مطلب یہ ہے کہ دعا، "dua is the essence of عبادت، دua is the crux of</w:t>
      </w:r>
    </w:p>
    <w:p>
      <w:r>
        <w:rPr>
          <w:b/>
        </w:rPr>
        <w:t xml:space="preserve">[01:36] </w:t>
      </w:r>
      <w:r>
        <w:t>the ibadah" .</w:t>
      </w:r>
    </w:p>
    <w:p>
      <w:pPr>
        <w:jc w:val="right"/>
      </w:pPr>
      <w:r>
        <w:t>the عبادت" ۔</w:t>
      </w:r>
    </w:p>
    <w:p>
      <w:r>
        <w:rPr>
          <w:b/>
        </w:rPr>
        <w:t xml:space="preserve">[01:46] </w:t>
      </w:r>
      <w:r>
        <w:t>is se aap samajh sakte hain ke dua kitni zyada aham cheez hai islam mein.</w:t>
      </w:r>
    </w:p>
    <w:p>
      <w:pPr>
        <w:jc w:val="right"/>
      </w:pPr>
      <w:r>
        <w:t>اس سے آپ سمجھ سکتے ہیں کہ دعا کتنی زیادہ اہم چیز ہے اسلام میں۔</w:t>
      </w:r>
    </w:p>
    <w:p>
      <w:r>
        <w:rPr>
          <w:b/>
        </w:rPr>
        <w:t xml:space="preserve">[01:57] </w:t>
      </w:r>
      <w:r>
        <w:t>aisi halat mein yeh samajhna ke dua kuch mysterious words hain, un ko dohra do to dua ho</w:t>
      </w:r>
    </w:p>
    <w:p>
      <w:pPr>
        <w:jc w:val="right"/>
      </w:pPr>
      <w:r>
        <w:t>ایسی حالت میں یہ سمجھنا کہ دعا کچھ مسٹیریس शब्द ہیں، ان کو دہرا دو تو دعا ہو</w:t>
      </w:r>
    </w:p>
    <w:p>
      <w:r>
        <w:rPr>
          <w:b/>
        </w:rPr>
        <w:t xml:space="preserve">[02:08] </w:t>
      </w:r>
      <w:r>
        <w:t>جائے گی، یہ "that is underestimation of dua" ۔</w:t>
      </w:r>
    </w:p>
    <w:p>
      <w:pPr>
        <w:jc w:val="right"/>
      </w:pPr>
      <w:r>
        <w:t>جائے گی، یہ "that is underestimation of دعا" ۔</w:t>
      </w:r>
    </w:p>
    <w:p>
      <w:r>
        <w:rPr>
          <w:b/>
        </w:rPr>
        <w:t xml:space="preserve">[02:18] </w:t>
      </w:r>
      <w:r>
        <w:t>yeh dua ki tazkir hai.</w:t>
      </w:r>
    </w:p>
    <w:p>
      <w:pPr>
        <w:jc w:val="right"/>
      </w:pPr>
      <w:r>
        <w:t>یہ دعا کی تذخیر ہے۔</w:t>
      </w:r>
    </w:p>
    <w:p>
      <w:r>
        <w:rPr>
          <w:b/>
        </w:rPr>
        <w:t xml:space="preserve">[02:29] </w:t>
      </w:r>
      <w:r>
        <w:t>yahan tak mein samajhta hoon dua is se bahut zyada hai jo aam taur par log samajhte hain.</w:t>
      </w:r>
    </w:p>
    <w:p>
      <w:pPr>
        <w:jc w:val="right"/>
      </w:pPr>
      <w:r>
        <w:t>یہاں تک میں سمجھتا ہوں دعا اس سے بہت زیادہ ہے جو عام طور پر لوگ سمجھتے ہیں۔</w:t>
      </w:r>
    </w:p>
    <w:p>
      <w:r>
        <w:rPr>
          <w:b/>
        </w:rPr>
        <w:t xml:space="preserve">[02:40] </w:t>
      </w:r>
      <w:r>
        <w:t>Dua is an expression of a long intellectual process and not simply occasional utterance.</w:t>
      </w:r>
    </w:p>
    <w:p>
      <w:pPr>
        <w:jc w:val="right"/>
      </w:pPr>
      <w:r>
        <w:t>Dua is an expression of a long intellectual process and not simply occasional utterance.</w:t>
      </w:r>
    </w:p>
    <w:p>
      <w:r>
        <w:rPr>
          <w:b/>
        </w:rPr>
        <w:t xml:space="preserve">[02:51] </w:t>
      </w:r>
      <w:r>
        <w:t>dua ek lambe amal ke baad nikalti hai aadmi ki zuban se.</w:t>
      </w:r>
    </w:p>
    <w:p>
      <w:pPr>
        <w:jc w:val="right"/>
      </w:pPr>
      <w:r>
        <w:t>دعا ایک لمبے عمل کے بعد نکلتی ہے آدمی کی زبان سے۔</w:t>
      </w:r>
    </w:p>
    <w:p>
      <w:r>
        <w:rPr>
          <w:b/>
        </w:rPr>
        <w:t xml:space="preserve">[02:58] </w:t>
      </w:r>
      <w:r>
        <w:t>aadmi dua mein jeeta hai tab is ko dua karne ki tofeeq milti hai.</w:t>
      </w:r>
    </w:p>
    <w:p>
      <w:pPr>
        <w:jc w:val="right"/>
      </w:pPr>
      <w:r>
        <w:t>آدمی دعا میں جیتا ہے تب اس کو دعا کرنے کی توفیق ملتی ہے۔</w:t>
      </w:r>
    </w:p>
    <w:p>
      <w:r>
        <w:rPr>
          <w:b/>
        </w:rPr>
        <w:t xml:space="preserve">[03:06] </w:t>
      </w:r>
      <w:r>
        <w:t>subah sham raat din poori zindagi aadmi dua mein jeeta hai, tab is ko sachi dua karne ki</w:t>
      </w:r>
    </w:p>
    <w:p>
      <w:pPr>
        <w:jc w:val="right"/>
      </w:pPr>
      <w:r>
        <w:t>صبح شام رات دن پوری زندگی آدمی دعا میں جیتا ہے، تب اس کو سچی دعا کرنے کی</w:t>
      </w:r>
    </w:p>
    <w:p>
      <w:r>
        <w:rPr>
          <w:b/>
        </w:rPr>
        <w:t xml:space="preserve">[03:14] </w:t>
      </w:r>
      <w:r>
        <w:t>tofeeq milti hai.</w:t>
      </w:r>
    </w:p>
    <w:p>
      <w:pPr>
        <w:jc w:val="right"/>
      </w:pPr>
      <w:r>
        <w:t>توفیق ملتی ہے۔</w:t>
      </w:r>
    </w:p>
    <w:p>
      <w:r>
        <w:rPr>
          <w:b/>
        </w:rPr>
        <w:t xml:space="preserve">[03:22] </w:t>
      </w:r>
      <w:r>
        <w:t>jis ke bare mein hadith mein aya hai ke: "la turaddul qadaa illa ald dua" .</w:t>
      </w:r>
    </w:p>
    <w:p>
      <w:pPr>
        <w:jc w:val="right"/>
      </w:pPr>
      <w:r>
        <w:t>جس کے بارے میں حدیث میں آیا ہے کہ: "لا ترد القضاء إلا الدعاء" ۔</w:t>
      </w:r>
    </w:p>
    <w:p>
      <w:r>
        <w:rPr>
          <w:b/>
        </w:rPr>
        <w:t xml:space="preserve">[03:30] </w:t>
      </w:r>
      <w:r>
        <w:t>qadaa ko koi cheez badalti nahi siwaye dua ke.</w:t>
      </w:r>
    </w:p>
    <w:p>
      <w:pPr>
        <w:jc w:val="right"/>
      </w:pPr>
      <w:r>
        <w:t>قضاء کو کوئی چیز بدلتی نہیں سوائے دعا کے۔</w:t>
      </w:r>
    </w:p>
    <w:p>
      <w:r>
        <w:rPr>
          <w:b/>
        </w:rPr>
        <w:t xml:space="preserve">[03:38] </w:t>
      </w:r>
      <w:r>
        <w:t>is se bari baat dua ke liye kya ho sakti hai? hadith mein ata hai ke.</w:t>
      </w:r>
    </w:p>
    <w:p>
      <w:pPr>
        <w:jc w:val="right"/>
      </w:pPr>
      <w:r>
        <w:t>اس سے بڑی بات دعا کے لیے کیا ہو سکتی ہے؟ حدیث میں آتا ہے کہ۔</w:t>
      </w:r>
    </w:p>
    <w:p>
      <w:r>
        <w:rPr>
          <w:b/>
        </w:rPr>
        <w:t xml:space="preserve">[03:46] </w:t>
      </w:r>
      <w:r>
        <w:t>nahi, quran mein hai chapter number 2, verse number 186, albara 186.</w:t>
      </w:r>
    </w:p>
    <w:p>
      <w:pPr>
        <w:jc w:val="right"/>
      </w:pPr>
      <w:r>
        <w:t>نہیں، قرآن میں ہے چیپٹر نمبر 2، ورس نمبر 186، البقرہ 186۔</w:t>
      </w:r>
    </w:p>
    <w:p>
      <w:r>
        <w:rPr>
          <w:b/>
        </w:rPr>
        <w:t xml:space="preserve">[03:54] </w:t>
      </w:r>
      <w:r>
        <w:t>"wa idha saalaka ibadiy aniy fa inni qareeb, ujeebu da'watid da'i idha da'an" .</w:t>
      </w:r>
    </w:p>
    <w:p>
      <w:pPr>
        <w:jc w:val="right"/>
      </w:pPr>
      <w:r>
        <w:t>"وإذا سألك عبادي أني فإني قريب، أجيب دعوة الداع إذا دعان" ۔</w:t>
      </w:r>
    </w:p>
    <w:p>
      <w:r>
        <w:rPr>
          <w:b/>
        </w:rPr>
        <w:t xml:space="preserve">[04:02] </w:t>
      </w:r>
      <w:r>
        <w:t>is mein Allah taala ne farmaya: "I am near" .</w:t>
      </w:r>
    </w:p>
    <w:p>
      <w:pPr>
        <w:jc w:val="right"/>
      </w:pPr>
      <w:r>
        <w:t>اس میں اللہ تعالیٰ نے فرمایا: "I am near" ۔</w:t>
      </w:r>
    </w:p>
    <w:p>
      <w:r>
        <w:rPr>
          <w:b/>
        </w:rPr>
        <w:t xml:space="preserve">[04:10] </w:t>
      </w:r>
      <w:r>
        <w:t>main tumhare qareeb hoon.</w:t>
      </w:r>
    </w:p>
    <w:p>
      <w:pPr>
        <w:jc w:val="right"/>
      </w:pPr>
      <w:r>
        <w:t>میں تمہارے قریب ہوں۔</w:t>
      </w:r>
    </w:p>
    <w:p>
      <w:r>
        <w:rPr>
          <w:b/>
        </w:rPr>
        <w:t xml:space="preserve">[04:18] </w:t>
      </w:r>
      <w:r>
        <w:t>"I am near"۔</w:t>
      </w:r>
    </w:p>
    <w:p>
      <w:pPr>
        <w:jc w:val="right"/>
      </w:pPr>
      <w:r>
        <w:t>"I am near"۔</w:t>
      </w:r>
    </w:p>
    <w:p>
      <w:r>
        <w:rPr>
          <w:b/>
        </w:rPr>
        <w:t xml:space="preserve">[04:26] </w:t>
      </w:r>
      <w:r>
        <w:t>I respond to the call when called off.</w:t>
      </w:r>
    </w:p>
    <w:p>
      <w:pPr>
        <w:jc w:val="right"/>
      </w:pPr>
      <w:r>
        <w:t>I respond to the call when called off.</w:t>
      </w:r>
    </w:p>
    <w:p>
      <w:r>
        <w:rPr>
          <w:b/>
        </w:rPr>
        <w:t xml:space="preserve">[04:34] </w:t>
      </w:r>
      <w:r>
        <w:t>I respond to the call when one calls me.</w:t>
      </w:r>
    </w:p>
    <w:p>
      <w:pPr>
        <w:jc w:val="right"/>
      </w:pPr>
      <w:r>
        <w:t>I respond to the call when one calls me.</w:t>
      </w:r>
    </w:p>
    <w:p>
      <w:r>
        <w:rPr>
          <w:b/>
        </w:rPr>
        <w:t xml:space="preserve">[04:40] </w:t>
      </w:r>
      <w:r>
        <w:t>ek shakhs jab mujhe pukarta hai to main us ki pukar ka jawab deta hoon.</w:t>
      </w:r>
    </w:p>
    <w:p>
      <w:pPr>
        <w:jc w:val="right"/>
      </w:pPr>
      <w:r>
        <w:t>ایک شخص جب مجھے پکارتا ہے تو میں اس کی پکار کا جواب دیتا ہوں۔</w:t>
      </w:r>
    </w:p>
    <w:p>
      <w:r>
        <w:rPr>
          <w:b/>
        </w:rPr>
        <w:t xml:space="preserve">[04:46] </w:t>
      </w:r>
      <w:r>
        <w:t>is mein bohat zyada sochne ki baat hai ke qareeb kyun kaha, ke main bande ke se qareeb hoon.</w:t>
      </w:r>
    </w:p>
    <w:p>
      <w:pPr>
        <w:jc w:val="right"/>
      </w:pPr>
      <w:r>
        <w:t>اس میں بہت زیادہ سوچنے کی بات ہے کہ قریب کیوں کہا، کہ میں بندے کے سے قریب ہوں۔</w:t>
      </w:r>
    </w:p>
    <w:p>
      <w:r>
        <w:rPr>
          <w:b/>
        </w:rPr>
        <w:t xml:space="preserve">[04:52] </w:t>
      </w:r>
      <w:r>
        <w:t>is par sochte hue main ne samjha hai ke nearness ka jo experience kar sake wahi dua kar sakta hai.</w:t>
      </w:r>
    </w:p>
    <w:p>
      <w:pPr>
        <w:jc w:val="right"/>
      </w:pPr>
      <w:r>
        <w:t>اس پر سوچتے ہوئے میں نے سمجھا ہے کہ nearness کا جو experience کر سکے وہی دعا کر سکتا ہے۔</w:t>
      </w:r>
    </w:p>
    <w:p>
      <w:r>
        <w:rPr>
          <w:b/>
        </w:rPr>
        <w:t xml:space="preserve">[04:59] </w:t>
      </w:r>
      <w:r>
        <w:t>yani Khuda ki qurbat ka jisko tajurba ho jaye wahi sachi dua kar sakta hai.</w:t>
      </w:r>
    </w:p>
    <w:p>
      <w:pPr>
        <w:jc w:val="right"/>
      </w:pPr>
      <w:r>
        <w:t>یعنی خدا کی قربت کا جس کو تجربہ ہو جائے وہی سچی دعا کر سکتا ہے۔</w:t>
      </w:r>
    </w:p>
    <w:p>
      <w:r>
        <w:rPr>
          <w:b/>
        </w:rPr>
        <w:t xml:space="preserve">[05:05] </w:t>
      </w:r>
      <w:r>
        <w:t>to Khuda ki qurbat ka tajurba kiya cheez hai? jab aap God Almighty ko, Creator ko, Sustainer ko,</w:t>
      </w:r>
    </w:p>
    <w:p>
      <w:pPr>
        <w:jc w:val="right"/>
      </w:pPr>
      <w:r>
        <w:t>تو خدا کی قربت کا تجربہ کیا چیز ہے؟ جب آپ God Almighty کو، Creator کو، Sustainer کو،</w:t>
      </w:r>
    </w:p>
    <w:p>
      <w:r>
        <w:rPr>
          <w:b/>
        </w:rPr>
        <w:t xml:space="preserve">[05:11] </w:t>
      </w:r>
      <w:r>
        <w:t>apne Rab ko discover karte hain to yeh discovery aap ke upar chha jati hai.</w:t>
      </w:r>
    </w:p>
    <w:p>
      <w:pPr>
        <w:jc w:val="right"/>
      </w:pPr>
      <w:r>
        <w:t>اپنے رب کو discover کرتے ہیں تو یہ discovery آپ کے اوپر چھا جاتی ہے۔</w:t>
      </w:r>
    </w:p>
    <w:p>
      <w:r>
        <w:rPr>
          <w:b/>
        </w:rPr>
        <w:t xml:space="preserve">[05:18] </w:t>
      </w:r>
      <w:r>
        <w:t>zahir hai ke is se bari aur kiya discovery ho sakti hai ke aap Lord of the Universe</w:t>
      </w:r>
    </w:p>
    <w:p>
      <w:pPr>
        <w:jc w:val="right"/>
      </w:pPr>
      <w:r>
        <w:t>ظاہر ہے کہ اس سے بڑی اور کیا discovery ہو سکتی ہے کہ آپ Lord of the Universe</w:t>
      </w:r>
    </w:p>
    <w:p>
      <w:r>
        <w:rPr>
          <w:b/>
        </w:rPr>
        <w:t xml:space="preserve">[05:24] </w:t>
      </w:r>
      <w:r>
        <w:t>ko discover karen.</w:t>
      </w:r>
    </w:p>
    <w:p>
      <w:pPr>
        <w:jc w:val="right"/>
      </w:pPr>
      <w:r>
        <w:t>کو discover کریں۔</w:t>
      </w:r>
    </w:p>
    <w:p>
      <w:r>
        <w:rPr>
          <w:b/>
        </w:rPr>
        <w:t xml:space="preserve">[05:30] </w:t>
      </w:r>
      <w:r>
        <w:t>phir jab aap isi par sochte hain, apne andar, apne bahar ki jo duniya hai us mein aap</w:t>
      </w:r>
    </w:p>
    <w:p>
      <w:pPr>
        <w:jc w:val="right"/>
      </w:pPr>
      <w:r>
        <w:t>پھر جب آپ اسی پر سوچتے ہیں، اپنے اندر، اپنے باہر کی جو دنیا ہے اس میں آپ</w:t>
      </w:r>
    </w:p>
    <w:p>
      <w:r>
        <w:rPr>
          <w:b/>
        </w:rPr>
        <w:t xml:space="preserve">[05:36] </w:t>
      </w:r>
      <w:r>
        <w:t>ko Khuda ki jhalakiyan dikhai dene lagti hain to wahi hai jis ko main nearness main ne kaha.</w:t>
      </w:r>
    </w:p>
    <w:p>
      <w:pPr>
        <w:jc w:val="right"/>
      </w:pPr>
      <w:r>
        <w:t>کو خدا کی جھلکیاں دکھائی دینے لگتی ہیں تو وہی ہے جس کو میں nearness میں نے کہا۔</w:t>
      </w:r>
    </w:p>
    <w:p>
      <w:r>
        <w:rPr>
          <w:b/>
        </w:rPr>
        <w:t xml:space="preserve">[05:43] </w:t>
      </w:r>
      <w:r>
        <w:t>yani presence of God ka tajurba aap ko hone lagta hai.</w:t>
      </w:r>
    </w:p>
    <w:p>
      <w:pPr>
        <w:jc w:val="right"/>
      </w:pPr>
      <w:r>
        <w:t>یعنی presence of God کا تجربہ آپ کو ہونے لگتا ہے۔</w:t>
      </w:r>
    </w:p>
    <w:p>
      <w:r>
        <w:rPr>
          <w:b/>
        </w:rPr>
        <w:t xml:space="preserve">[05:49] </w:t>
      </w:r>
      <w:r>
        <w:t>aap ko aisa lagta hai ke main Khuda ke bohat qareeb hoon.</w:t>
      </w:r>
    </w:p>
    <w:p>
      <w:pPr>
        <w:jc w:val="right"/>
      </w:pPr>
      <w:r>
        <w:t>آپ کو ایسا لگتا ہے کہ میں خدا کے بہت قریب ہوں۔</w:t>
      </w:r>
    </w:p>
    <w:p>
      <w:r>
        <w:rPr>
          <w:b/>
        </w:rPr>
        <w:t xml:space="preserve">[05:55] </w:t>
      </w:r>
      <w:r>
        <w:t>jab yeh nearness ka tajurba hota hai, presence of God ka tajurba hota hai, tab jo dua nikalti</w:t>
      </w:r>
    </w:p>
    <w:p>
      <w:pPr>
        <w:jc w:val="right"/>
      </w:pPr>
      <w:r>
        <w:t>جب یہ nearness کا تجربہ ہوتا ہے، presence of God کا تجربہ ہوتا ہے، تب جو دعا نکلتی</w:t>
      </w:r>
    </w:p>
    <w:p>
      <w:r>
        <w:rPr>
          <w:b/>
        </w:rPr>
        <w:t xml:space="preserve">[06:02] </w:t>
      </w:r>
      <w:r>
        <w:t>hai wo aap soch sakte hain ke kitni zyada is mein jaan hogi.</w:t>
      </w:r>
    </w:p>
    <w:p>
      <w:pPr>
        <w:jc w:val="right"/>
      </w:pPr>
      <w:r>
        <w:t>ہے وہ آپ سوچ سکتے ہیں کہ کتنی زیادہ اس میں جان ہوگی۔</w:t>
      </w:r>
    </w:p>
    <w:p>
      <w:r>
        <w:rPr>
          <w:b/>
        </w:rPr>
        <w:t xml:space="preserve">[06:08] </w:t>
      </w:r>
      <w:r>
        <w:t>Living dua jo hai, Living dua tabhi niklegi.</w:t>
      </w:r>
    </w:p>
    <w:p>
      <w:pPr>
        <w:jc w:val="right"/>
      </w:pPr>
      <w:r>
        <w:t>Living دعا جو ہے، Living دعا تبھی نکلے گی۔</w:t>
      </w:r>
    </w:p>
    <w:p>
      <w:r>
        <w:rPr>
          <w:b/>
        </w:rPr>
        <w:t xml:space="preserve">[06:14] </w:t>
      </w:r>
      <w:r>
        <w:t>jo log yeh samajhte hon ke kisi budhu se ja kar dua karwa lo, kisi dargah mein ja</w:t>
      </w:r>
    </w:p>
    <w:p>
      <w:pPr>
        <w:jc w:val="right"/>
      </w:pPr>
      <w:r>
        <w:t>جو لوگ یہ سمجھتے ہوں کہ کسی بدھو سے جا کر دعا کروا لو، کسی درگاہ میں جا</w:t>
      </w:r>
    </w:p>
    <w:p>
      <w:r>
        <w:rPr>
          <w:b/>
        </w:rPr>
        <w:t xml:space="preserve">[06:21] </w:t>
      </w:r>
      <w:r>
        <w:t>kar dua karwa lo, to yeh to main samajhta hoon ke ek ridiculous baat hai.</w:t>
      </w:r>
    </w:p>
    <w:p>
      <w:pPr>
        <w:jc w:val="right"/>
      </w:pPr>
      <w:r>
        <w:t>کر دعا کروا لو، تو یہ تو میں سمجھتا ہوں کہ ایک ridiculous بات ہے۔</w:t>
      </w:r>
    </w:p>
    <w:p>
      <w:r>
        <w:rPr>
          <w:b/>
        </w:rPr>
        <w:t xml:space="preserve">[06:27] </w:t>
      </w:r>
      <w:r>
        <w:t>yani aap ne khud Khuda ke nearness ka tajurba hi nahi kiya.</w:t>
      </w:r>
    </w:p>
    <w:p>
      <w:pPr>
        <w:jc w:val="right"/>
      </w:pPr>
      <w:r>
        <w:t>یعنی آپ نے خود خدا کے nearness کا تجربہ ہی نہیں کیا۔</w:t>
      </w:r>
    </w:p>
    <w:p>
      <w:r>
        <w:rPr>
          <w:b/>
        </w:rPr>
        <w:t xml:space="preserve">[06:33] </w:t>
      </w:r>
      <w:r>
        <w:t>aap sirf yeh jante hain ke falan buzurg Khuda ke qareeb hain, falan qabr wala Khuda ke qareeb</w:t>
      </w:r>
    </w:p>
    <w:p>
      <w:pPr>
        <w:jc w:val="right"/>
      </w:pPr>
      <w:r>
        <w:t>آپ صرف یہ جانتے ہیں کہ فلاں بزرگ خدا کے قریب ہیں، فلاں قبر والا خدا کے قریب</w:t>
      </w:r>
    </w:p>
    <w:p>
      <w:r>
        <w:rPr>
          <w:b/>
        </w:rPr>
        <w:t xml:space="preserve">[06:39] </w:t>
      </w:r>
      <w:r>
        <w:t>hai, us se ja kar ke dua karwana chahte hain.</w:t>
      </w:r>
    </w:p>
    <w:p>
      <w:pPr>
        <w:jc w:val="right"/>
      </w:pPr>
      <w:r>
        <w:t>ہے، اس سے جا کر کے دعا کروانا چاہتے ہیں۔</w:t>
      </w:r>
    </w:p>
    <w:p>
      <w:r>
        <w:rPr>
          <w:b/>
        </w:rPr>
        <w:t xml:space="preserve">[06:46] </w:t>
      </w:r>
      <w:r>
        <w:t>to is ke baad kiya hua? ke aap invalid hain, aap ki dua hi invalid hai.</w:t>
      </w:r>
    </w:p>
    <w:p>
      <w:pPr>
        <w:jc w:val="right"/>
      </w:pPr>
      <w:r>
        <w:t>تو اس کے بعد کیا ہوا؟ کہ آپ invalid ہیں، آپ کی دعا ہی invalid ہے۔</w:t>
      </w:r>
    </w:p>
    <w:p>
      <w:r>
        <w:rPr>
          <w:b/>
        </w:rPr>
        <w:t xml:space="preserve">[06:52] </w:t>
      </w:r>
      <w:r>
        <w:t>kyunke quran mein jab yeh bataya gaya hai ke main bande ke qareeb hoon, "I am near" .</w:t>
      </w:r>
    </w:p>
    <w:p>
      <w:pPr>
        <w:jc w:val="right"/>
      </w:pPr>
      <w:r>
        <w:t>کیونکہ قرآن میں جب یہ بتایا گیا ہے کہ میں بندے کے قریب ہوں، "I am near" ۔</w:t>
      </w:r>
    </w:p>
    <w:p>
      <w:r>
        <w:rPr>
          <w:b/>
        </w:rPr>
        <w:t xml:space="preserve">[06:58] </w:t>
      </w:r>
      <w:r>
        <w:t>to yeh nearness ka jab tajurba hi aap ko nahi hai to phir dua kya hai? woh to</w:t>
      </w:r>
    </w:p>
    <w:p>
      <w:pPr>
        <w:jc w:val="right"/>
      </w:pPr>
      <w:r>
        <w:t>تو یہ nearness کا جب تجربہ ہی آپ کو نہیں ہے تو پھر دعا کیا ہے؟ وہ تو</w:t>
      </w:r>
    </w:p>
    <w:p>
      <w:r>
        <w:rPr>
          <w:b/>
        </w:rPr>
        <w:t xml:space="preserve">[07:05] </w:t>
      </w:r>
      <w:r>
        <w:t>kuch bhi nahi hai.</w:t>
      </w:r>
    </w:p>
    <w:p>
      <w:pPr>
        <w:jc w:val="right"/>
      </w:pPr>
      <w:r>
        <w:t>کچھ بھی نہیں ہے۔</w:t>
      </w:r>
    </w:p>
    <w:p>
      <w:r>
        <w:rPr>
          <w:b/>
        </w:rPr>
        <w:t xml:space="preserve">[07:11] </w:t>
      </w:r>
      <w:r>
        <w:t>to main samajhta hoon ke dua ka starting point jo hai woh yeh experience hai ke khuda ke</w:t>
      </w:r>
    </w:p>
    <w:p>
      <w:pPr>
        <w:jc w:val="right"/>
      </w:pPr>
      <w:r>
        <w:t>تو میں سمجھتا ہوں کہ دعا کا starting point جو ہے وہ یہ experience ہے کہ خدا کے</w:t>
      </w:r>
    </w:p>
    <w:p>
      <w:r>
        <w:rPr>
          <w:b/>
        </w:rPr>
        <w:t xml:space="preserve">[07:17] </w:t>
      </w:r>
      <w:r>
        <w:t>paas aap pohnch saken.</w:t>
      </w:r>
    </w:p>
    <w:p>
      <w:pPr>
        <w:jc w:val="right"/>
      </w:pPr>
      <w:r>
        <w:t>پاس آپ پہنچ سکیں۔</w:t>
      </w:r>
    </w:p>
    <w:p>
      <w:r>
        <w:rPr>
          <w:b/>
        </w:rPr>
        <w:t xml:space="preserve">[07:24] </w:t>
      </w:r>
      <w:r>
        <w:t>presence of God ka aap ko experience hone laga.</w:t>
      </w:r>
    </w:p>
    <w:p>
      <w:pPr>
        <w:jc w:val="right"/>
      </w:pPr>
      <w:r>
        <w:t>presence of God کا آپ کو experience ہونے لگا۔</w:t>
      </w:r>
    </w:p>
    <w:p>
      <w:r>
        <w:rPr>
          <w:b/>
        </w:rPr>
        <w:t xml:space="preserve">[07:30] </w:t>
      </w:r>
      <w:r>
        <w:t>This is the starting point of dua.</w:t>
      </w:r>
    </w:p>
    <w:p>
      <w:pPr>
        <w:jc w:val="right"/>
      </w:pPr>
      <w:r>
        <w:t>This is the starting point of دعا۔</w:t>
      </w:r>
    </w:p>
    <w:p>
      <w:r>
        <w:rPr>
          <w:b/>
        </w:rPr>
        <w:t xml:space="preserve">[07:36] </w:t>
      </w:r>
      <w:r>
        <w:t>yeh nahi to dua bhi nahi.</w:t>
      </w:r>
    </w:p>
    <w:p>
      <w:pPr>
        <w:jc w:val="right"/>
      </w:pPr>
      <w:r>
        <w:t>یہ نہیں تو دعا بھی نہیں۔</w:t>
      </w:r>
    </w:p>
    <w:p>
      <w:r>
        <w:rPr>
          <w:b/>
        </w:rPr>
        <w:t xml:space="preserve">[07:42] </w:t>
      </w:r>
      <w:r>
        <w:t>is baat ko bohat zyada sochne ki zaroorat hai.</w:t>
      </w:r>
    </w:p>
    <w:p>
      <w:pPr>
        <w:jc w:val="right"/>
      </w:pPr>
      <w:r>
        <w:t>اس بات کو بہت زیادہ سوچنے کی ضرورت ہے۔</w:t>
      </w:r>
    </w:p>
    <w:p>
      <w:r>
        <w:rPr>
          <w:b/>
        </w:rPr>
        <w:t xml:space="preserve">[07:49] </w:t>
      </w:r>
      <w:r>
        <w:t>aisa is ki itni zyada importance kyun hai? kyunke jab aap khuda ke presence ka aap ko jab</w:t>
      </w:r>
    </w:p>
    <w:p>
      <w:pPr>
        <w:jc w:val="right"/>
      </w:pPr>
      <w:r>
        <w:t>ایسا اس کی اتنی زیادہ importance کیوں ہے؟ کیونکہ جب آپ خدا کے presence کا آپ کو جب</w:t>
      </w:r>
    </w:p>
    <w:p>
      <w:r>
        <w:rPr>
          <w:b/>
        </w:rPr>
        <w:t xml:space="preserve">[07:55] </w:t>
      </w:r>
      <w:r>
        <w:t>tajurba hone lage, khuda ki mojoodgi ka aap ko ehsas hone lage, tabhi aap ke andar abdiyat jaagti hai.</w:t>
      </w:r>
    </w:p>
    <w:p>
      <w:pPr>
        <w:jc w:val="right"/>
      </w:pPr>
      <w:r>
        <w:t>تجربہ ہونے لگے، خدا کی موجودگی کا آپ کو احساس ہونے لگے، تبھی آپ کے اندر ابدیت جاگتی ہے۔</w:t>
      </w:r>
    </w:p>
    <w:p>
      <w:r>
        <w:rPr>
          <w:b/>
        </w:rPr>
        <w:t xml:space="preserve">[08:01] </w:t>
      </w:r>
      <w:r>
        <w:t>yeh ehsas jaagta hai ke main khuda ne mujhe banaya hai.</w:t>
      </w:r>
    </w:p>
    <w:p>
      <w:pPr>
        <w:jc w:val="right"/>
      </w:pPr>
      <w:r>
        <w:t>یہ احساس جاگتا ہے کہ میں خدا نے مجھے بنایا ہے۔</w:t>
      </w:r>
    </w:p>
    <w:p>
      <w:r>
        <w:rPr>
          <w:b/>
        </w:rPr>
        <w:t xml:space="preserve">[08:08] </w:t>
      </w:r>
      <w:r>
        <w:t>khuda ki blessing mere upar hai.</w:t>
      </w:r>
    </w:p>
    <w:p>
      <w:pPr>
        <w:jc w:val="right"/>
      </w:pPr>
      <w:r>
        <w:t>خدا کی blessing میرے اوپر ہے۔</w:t>
      </w:r>
    </w:p>
    <w:p>
      <w:r>
        <w:rPr>
          <w:b/>
        </w:rPr>
        <w:t xml:space="preserve">[08:14] </w:t>
      </w:r>
      <w:r>
        <w:t>khuda mera sustainer hai.</w:t>
      </w:r>
    </w:p>
    <w:p>
      <w:pPr>
        <w:jc w:val="right"/>
      </w:pPr>
      <w:r>
        <w:t>خدا میرا sustainer ہے۔</w:t>
      </w:r>
    </w:p>
    <w:p>
      <w:r>
        <w:rPr>
          <w:b/>
        </w:rPr>
        <w:t xml:space="preserve">[08:20] </w:t>
      </w:r>
      <w:r>
        <w:t>khuda giver hai, main taker hoon.</w:t>
      </w:r>
    </w:p>
    <w:p>
      <w:pPr>
        <w:jc w:val="right"/>
      </w:pPr>
      <w:r>
        <w:t>خدا giver ہے، میں taker ہوں۔</w:t>
      </w:r>
    </w:p>
    <w:p>
      <w:r>
        <w:rPr>
          <w:b/>
        </w:rPr>
        <w:t xml:space="preserve">[08:27] </w:t>
      </w:r>
      <w:r>
        <w:t>yeh sab jab aap ko experience ho jata hai tabhi to dua niklegi.</w:t>
      </w:r>
    </w:p>
    <w:p>
      <w:pPr>
        <w:jc w:val="right"/>
      </w:pPr>
      <w:r>
        <w:t>یہ سب جب آپ کو experience ہو جاتا ہے تبھی تو دعا نکلے گی۔</w:t>
      </w:r>
    </w:p>
    <w:p>
      <w:r>
        <w:rPr>
          <w:b/>
        </w:rPr>
        <w:t xml:space="preserve">[08:33] </w:t>
      </w:r>
      <w:r>
        <w:t>warna dua kya hogi? kuch bhi nahi hogi woh.</w:t>
      </w:r>
    </w:p>
    <w:p>
      <w:pPr>
        <w:jc w:val="right"/>
      </w:pPr>
      <w:r>
        <w:t>ورنہ دعا کیا ہوگی؟ کچھ بھی نہیں ہوگی وہ۔</w:t>
      </w:r>
    </w:p>
    <w:p>
      <w:r>
        <w:rPr>
          <w:b/>
        </w:rPr>
        <w:t xml:space="preserve">[08:39] </w:t>
      </w:r>
      <w:r>
        <w:t>dekhen, dua jo hai sirf yeh nahi hai ke aap apna koi kaam hai is ko le kar</w:t>
      </w:r>
    </w:p>
    <w:p>
      <w:pPr>
        <w:jc w:val="right"/>
      </w:pPr>
      <w:r>
        <w:t>دیکھیں، دعا جو ہے صرف یہ نہیں ہے کہ آپ اپنا کوئی کام ہے اس کو لے کر</w:t>
      </w:r>
    </w:p>
    <w:p>
      <w:r>
        <w:rPr>
          <w:b/>
        </w:rPr>
        <w:t xml:space="preserve">[08:45] </w:t>
      </w:r>
      <w:r>
        <w:t>ke dua kar rahe hain.</w:t>
      </w:r>
    </w:p>
    <w:p>
      <w:pPr>
        <w:jc w:val="right"/>
      </w:pPr>
      <w:r>
        <w:t>کے دعا کر رہے ہیں۔</w:t>
      </w:r>
    </w:p>
    <w:p>
      <w:r>
        <w:rPr>
          <w:b/>
        </w:rPr>
        <w:t xml:space="preserve">[08:52] </w:t>
      </w:r>
      <w:r>
        <w:t>ke bachcha paida ho jaye, ab is ko meri beti ki shadi ho jaye, main karobar chalne lage.</w:t>
      </w:r>
    </w:p>
    <w:p>
      <w:pPr>
        <w:jc w:val="right"/>
      </w:pPr>
      <w:r>
        <w:t>کہ بچہ پیدا ہو جائے، اب اس کو میری بیٹی کی شادی ہو جائے، میں کاروبار چلنے لگے۔</w:t>
      </w:r>
    </w:p>
    <w:p>
      <w:r>
        <w:rPr>
          <w:b/>
        </w:rPr>
        <w:t xml:space="preserve">[08:58] </w:t>
      </w:r>
      <w:r>
        <w:t>asal dua yeh nahi hai.</w:t>
      </w:r>
    </w:p>
    <w:p>
      <w:pPr>
        <w:jc w:val="right"/>
      </w:pPr>
      <w:r>
        <w:t>اصل دعا یہ نہیں ہے۔</w:t>
      </w:r>
    </w:p>
    <w:p>
      <w:r>
        <w:rPr>
          <w:b/>
        </w:rPr>
        <w:t xml:space="preserve">[09:04] </w:t>
      </w:r>
      <w:r>
        <w:t>asal dua jo hai apni abdiyat, apne insan hone ki hesiyat ko khuda ke muqable mein establish karna.</w:t>
      </w:r>
    </w:p>
    <w:p>
      <w:pPr>
        <w:jc w:val="right"/>
      </w:pPr>
      <w:r>
        <w:t>اصل دعا جو ہے اپنی ابدیت، اپنے انسان ہونے کی حیثیت کو خدا کے مقابلے میں establish کرنا۔</w:t>
      </w:r>
    </w:p>
    <w:p>
      <w:r>
        <w:rPr>
          <w:b/>
        </w:rPr>
        <w:t xml:space="preserve">[09:11] </w:t>
      </w:r>
      <w:r>
        <w:t>khuda ki khudai ko acknowledge karna.</w:t>
      </w:r>
    </w:p>
    <w:p>
      <w:pPr>
        <w:jc w:val="right"/>
      </w:pPr>
      <w:r>
        <w:t>خدا کی خدائی کو acknowledge کرنا۔</w:t>
      </w:r>
    </w:p>
    <w:p>
      <w:r>
        <w:rPr>
          <w:b/>
        </w:rPr>
        <w:t xml:space="preserve">[09:17] </w:t>
      </w:r>
      <w:r>
        <w:t>aur apne abd hone ka, apne insan hone ka jo aap ki yeh hesiyat hai is ko establish karna.</w:t>
      </w:r>
    </w:p>
    <w:p>
      <w:pPr>
        <w:jc w:val="right"/>
      </w:pPr>
      <w:r>
        <w:t>اور اپنے عبد ہونے کا، اپنے انسان ہونے کا جو آپ کی یہ حیثیت ہے اس کو establish کرنا۔</w:t>
      </w:r>
    </w:p>
    <w:p>
      <w:r>
        <w:rPr>
          <w:b/>
        </w:rPr>
        <w:t xml:space="preserve">[09:23] </w:t>
      </w:r>
      <w:r>
        <w:t>yeh asal cheez yeh hai.</w:t>
      </w:r>
    </w:p>
    <w:p>
      <w:pPr>
        <w:jc w:val="right"/>
      </w:pPr>
      <w:r>
        <w:t>یہ اصل چیز یہ ہے۔</w:t>
      </w:r>
    </w:p>
    <w:p>
      <w:r>
        <w:rPr>
          <w:b/>
        </w:rPr>
        <w:t xml:space="preserve">[09:30] </w:t>
      </w:r>
      <w:r>
        <w:t>asal cheez yeh hai.</w:t>
      </w:r>
    </w:p>
    <w:p>
      <w:pPr>
        <w:jc w:val="right"/>
      </w:pPr>
      <w:r>
        <w:t>اصل چیز یہ ہے۔</w:t>
      </w:r>
    </w:p>
    <w:p>
      <w:r>
        <w:rPr>
          <w:b/>
        </w:rPr>
        <w:t xml:space="preserve">[09:36] </w:t>
      </w:r>
      <w:r>
        <w:t>to mein samajhta hoon ke yeh ibadat, hadith mein jo kaha gaya dua ibadat hai, to ibadat kyun</w:t>
      </w:r>
    </w:p>
    <w:p>
      <w:pPr>
        <w:jc w:val="right"/>
      </w:pPr>
      <w:r>
        <w:t>تو میں سمجھتا ہوں کہ یہ عبادت، حدیث میں جو کہا گیا دعا عبادت ہے، تو عبادت کیوں</w:t>
      </w:r>
    </w:p>
    <w:p>
      <w:r>
        <w:rPr>
          <w:b/>
        </w:rPr>
        <w:t xml:space="preserve">[09:42] </w:t>
      </w:r>
      <w:r>
        <w:t>hai? ibadat kyun hai? ibadat isi liye hai.</w:t>
      </w:r>
    </w:p>
    <w:p>
      <w:pPr>
        <w:jc w:val="right"/>
      </w:pPr>
      <w:r>
        <w:t>ہے؟ عبادت کیوں ہے؟ عبادت اسی لیے ہے۔</w:t>
      </w:r>
    </w:p>
    <w:p>
      <w:r>
        <w:rPr>
          <w:b/>
        </w:rPr>
        <w:t xml:space="preserve">[09:48] </w:t>
      </w:r>
      <w:r>
        <w:t>is baat ko achi tarah samajh lena chahiye ke dua jo hai sirf apni dunya ki zarooraton ko</w:t>
      </w:r>
    </w:p>
    <w:p>
      <w:pPr>
        <w:jc w:val="right"/>
      </w:pPr>
      <w:r>
        <w:t>اس بات کو اچھی طرح سمجھ لینا چاہیے کہ دعا جو ہے صرف اپنی دنیا کی ضرورتوں کو</w:t>
      </w:r>
    </w:p>
    <w:p>
      <w:r>
        <w:rPr>
          <w:b/>
        </w:rPr>
        <w:t xml:space="preserve">[09:55] </w:t>
      </w:r>
      <w:r>
        <w:t>maangne ka naam nahi hai.</w:t>
      </w:r>
    </w:p>
    <w:p>
      <w:pPr>
        <w:jc w:val="right"/>
      </w:pPr>
      <w:r>
        <w:t>مانگنے کا نام نہیں ہے۔</w:t>
      </w:r>
    </w:p>
    <w:p>
      <w:r>
        <w:rPr>
          <w:b/>
        </w:rPr>
        <w:t xml:space="preserve">[10:01] </w:t>
      </w:r>
      <w:r>
        <w:t>yeh bohat hi important baat hai.</w:t>
      </w:r>
    </w:p>
    <w:p>
      <w:pPr>
        <w:jc w:val="right"/>
      </w:pPr>
      <w:r>
        <w:t>یہ بہت ہی important بات ہے۔</w:t>
      </w:r>
    </w:p>
    <w:p>
      <w:r>
        <w:rPr>
          <w:b/>
        </w:rPr>
        <w:t xml:space="preserve">[10:07] </w:t>
      </w:r>
      <w:r>
        <w:t>ab aap ko mein aik ayat yaad dilaoon.</w:t>
      </w:r>
    </w:p>
    <w:p>
      <w:pPr>
        <w:jc w:val="right"/>
      </w:pPr>
      <w:r>
        <w:t>اب آپ کو میں ایک آیت یاد دلاؤں۔</w:t>
      </w:r>
    </w:p>
    <w:p>
      <w:r>
        <w:rPr>
          <w:b/>
        </w:rPr>
        <w:t xml:space="preserve">[10:14] </w:t>
      </w:r>
      <w:r>
        <w:t>quran mein hai ke "وما خلقت الجن والإنس إلا ليعبدون" ۔</w:t>
      </w:r>
    </w:p>
    <w:p>
      <w:pPr>
        <w:jc w:val="right"/>
      </w:pPr>
      <w:r>
        <w:t>قرآن میں ہے کہ "وما خلقت الجن والإنس إلا ليعبدون" ۔</w:t>
      </w:r>
    </w:p>
    <w:p>
      <w:r>
        <w:rPr>
          <w:b/>
        </w:rPr>
        <w:t xml:space="preserve">[10:20] </w:t>
      </w:r>
      <w:r>
        <w:t>mein ne paida kiya hai insan ko taake woh meri ibadat kare.</w:t>
      </w:r>
    </w:p>
    <w:p>
      <w:pPr>
        <w:jc w:val="right"/>
      </w:pPr>
      <w:r>
        <w:t>میں نے پیدا کیا ہے انسان کو تاکہ وہ میری عبادت کرے۔</w:t>
      </w:r>
    </w:p>
    <w:p>
      <w:r>
        <w:rPr>
          <w:b/>
        </w:rPr>
        <w:t xml:space="preserve">[10:26] </w:t>
      </w:r>
      <w:r>
        <w:t>ibadat ki ko explain kiya gaya hai marifat se.</w:t>
      </w:r>
    </w:p>
    <w:p>
      <w:pPr>
        <w:jc w:val="right"/>
      </w:pPr>
      <w:r>
        <w:t>عبادت کی کو explain کیا گیا ہے معرفت سے۔</w:t>
      </w:r>
    </w:p>
    <w:p>
      <w:r>
        <w:rPr>
          <w:b/>
        </w:rPr>
        <w:t xml:space="preserve">[10:32] </w:t>
      </w:r>
      <w:r>
        <w:t>marifat, yani khuda ki marifat insan hasil kare, yeh ibadat hai.</w:t>
      </w:r>
    </w:p>
    <w:p>
      <w:pPr>
        <w:jc w:val="right"/>
      </w:pPr>
      <w:r>
        <w:t>معرفت، یعنی خدا کی معرفت انسان حاصل کرے، یہ عبادت ہے۔</w:t>
      </w:r>
    </w:p>
    <w:p>
      <w:r>
        <w:rPr>
          <w:b/>
        </w:rPr>
        <w:t xml:space="preserve">[10:39] </w:t>
      </w:r>
      <w:r>
        <w:t>aur yahi hai takhleeq ka purpose, creation ka purpose.</w:t>
      </w:r>
    </w:p>
    <w:p>
      <w:pPr>
        <w:jc w:val="right"/>
      </w:pPr>
      <w:r>
        <w:t>اور یہی ہے تخلیق کا purpose، creation کا purpose۔</w:t>
      </w:r>
    </w:p>
    <w:p>
      <w:r>
        <w:rPr>
          <w:b/>
        </w:rPr>
        <w:t xml:space="preserve">[10:45] </w:t>
      </w:r>
      <w:r>
        <w:t>is mani mein ke marifat ki satah par jo dua nikle wahi dua hai.</w:t>
      </w:r>
    </w:p>
    <w:p>
      <w:pPr>
        <w:jc w:val="right"/>
      </w:pPr>
      <w:r>
        <w:t>اس معنی میں کہ معرفت کی سطح پر جو دعا نکلے وہی دعا ہے۔</w:t>
      </w:r>
    </w:p>
    <w:p>
      <w:r>
        <w:rPr>
          <w:b/>
        </w:rPr>
        <w:t xml:space="preserve">[10:51] </w:t>
      </w:r>
      <w:r>
        <w:t>apni zaroorat ki satah par jo nikle dua woh dua nahi hai.</w:t>
      </w:r>
    </w:p>
    <w:p>
      <w:pPr>
        <w:jc w:val="right"/>
      </w:pPr>
      <w:r>
        <w:t>اپنی ضرورت کی سطح پر جو نکلے دعا وہ دعا نہیں ہے۔</w:t>
      </w:r>
    </w:p>
    <w:p>
      <w:r>
        <w:rPr>
          <w:b/>
        </w:rPr>
        <w:t xml:space="preserve">[10:58] </w:t>
      </w:r>
      <w:r>
        <w:t>marifat ki satah par.</w:t>
      </w:r>
    </w:p>
    <w:p>
      <w:pPr>
        <w:jc w:val="right"/>
      </w:pPr>
      <w:r>
        <w:t>معرفت کی سطح پر۔</w:t>
      </w:r>
    </w:p>
    <w:p>
      <w:r>
        <w:rPr>
          <w:b/>
        </w:rPr>
        <w:t xml:space="preserve">[11:04] </w:t>
      </w:r>
      <w:r>
        <w:t>یعنی خدا کو آپ پہچان لیں، خدا کی آپ کو ڈسکوری ہو جائے، خدا کو آپ ریلائز کر</w:t>
      </w:r>
    </w:p>
    <w:p>
      <w:pPr>
        <w:jc w:val="right"/>
      </w:pPr>
      <w:r>
        <w:t>یعنی خدا کو آپ پہچان لیں، خدا کی آپ کو discovery ہو جائے، خدا کو آپ realize کر</w:t>
      </w:r>
    </w:p>
    <w:p>
      <w:r>
        <w:rPr>
          <w:b/>
        </w:rPr>
        <w:t xml:space="preserve">[11:10] </w:t>
      </w:r>
      <w:r>
        <w:t>sakein, khuda ki marifat ho jaye aap ko.</w:t>
      </w:r>
    </w:p>
    <w:p>
      <w:pPr>
        <w:jc w:val="right"/>
      </w:pPr>
      <w:r>
        <w:t>سکیں، خدا کی معرفت ہو جائے آپ کو۔</w:t>
      </w:r>
    </w:p>
    <w:p>
      <w:r>
        <w:rPr>
          <w:b/>
        </w:rPr>
        <w:t xml:space="preserve">[11:17] </w:t>
      </w:r>
      <w:r>
        <w:t>is ke tehat jo cheez nikalti hai usi ka naam dua hai.</w:t>
      </w:r>
    </w:p>
    <w:p>
      <w:pPr>
        <w:jc w:val="right"/>
      </w:pPr>
      <w:r>
        <w:t>اس کے تحت جو چیز نکلتی ہے اسی کا نام دعا ہے۔</w:t>
      </w:r>
    </w:p>
    <w:p>
      <w:r>
        <w:rPr>
          <w:b/>
        </w:rPr>
        <w:t xml:space="preserve">[11:23] </w:t>
      </w:r>
      <w:r>
        <w:t>isi liye mein ne kaha ke aik process hai yeh.</w:t>
      </w:r>
    </w:p>
    <w:p>
      <w:pPr>
        <w:jc w:val="right"/>
      </w:pPr>
      <w:r>
        <w:t>اسی لیے میں نے کہا کہ ایک process ہے یہ۔</w:t>
      </w:r>
    </w:p>
    <w:p>
      <w:r>
        <w:rPr>
          <w:b/>
        </w:rPr>
        <w:t xml:space="preserve">[11:29] </w:t>
      </w:r>
      <w:r>
        <w:t>aik process ka expression hai.</w:t>
      </w:r>
    </w:p>
    <w:p>
      <w:pPr>
        <w:jc w:val="right"/>
      </w:pPr>
      <w:r>
        <w:t>ایک process کا expression ہے۔</w:t>
      </w:r>
    </w:p>
    <w:p>
      <w:r>
        <w:rPr>
          <w:b/>
        </w:rPr>
        <w:t xml:space="preserve">[11:35] </w:t>
      </w:r>
      <w:r>
        <w:t>aik intellectual process ka expression hai.</w:t>
      </w:r>
    </w:p>
    <w:p>
      <w:pPr>
        <w:jc w:val="right"/>
      </w:pPr>
      <w:r>
        <w:t>ایک intellectual process کا expression ہے۔</w:t>
      </w:r>
    </w:p>
    <w:p>
      <w:r>
        <w:rPr>
          <w:b/>
        </w:rPr>
        <w:t xml:space="preserve">[11:42] </w:t>
      </w:r>
      <w:r>
        <w:t>yeh bohat hi zaroori hai yeh jaanna.</w:t>
      </w:r>
    </w:p>
    <w:p>
      <w:pPr>
        <w:jc w:val="right"/>
      </w:pPr>
      <w:r>
        <w:t>یہ بہت ہی ضروری ہے یہ جاننا۔</w:t>
      </w:r>
    </w:p>
    <w:p>
      <w:r>
        <w:rPr>
          <w:b/>
        </w:rPr>
        <w:t xml:space="preserve">[11:48] </w:t>
      </w:r>
      <w:r>
        <w:t>sab se bari dua kya hai? yeh sochein ke sab se bari dua kya ho sakti hai? is</w:t>
      </w:r>
    </w:p>
    <w:p>
      <w:pPr>
        <w:jc w:val="right"/>
      </w:pPr>
      <w:r>
        <w:t>سب سے بڑی دعا کیا ہے؟ یہ سوچیں کہ سب سے بڑی دعا کیا ہو سکتی ہے؟ اس</w:t>
      </w:r>
    </w:p>
    <w:p>
      <w:r>
        <w:rPr>
          <w:b/>
        </w:rPr>
        <w:t xml:space="preserve">[11:54] </w:t>
      </w:r>
      <w:r>
        <w:t>ke baray mein log, anokhay logon ke soch khayalat hain, anokhi baat hai.</w:t>
      </w:r>
    </w:p>
    <w:p>
      <w:pPr>
        <w:jc w:val="right"/>
      </w:pPr>
      <w:r>
        <w:t>کے بارے میں لوگ، انوکھے لوگوں کے سوچ خیالات ہیں، انوکھی بات ہے۔</w:t>
      </w:r>
    </w:p>
    <w:p>
      <w:r>
        <w:rPr>
          <w:b/>
        </w:rPr>
        <w:t xml:space="preserve">[12:01] </w:t>
      </w:r>
      <w:r>
        <w:t>sab se bari dua samajhte hain ke falan hazrat se dua kara li jaye, falan dargah mein ja</w:t>
      </w:r>
    </w:p>
    <w:p>
      <w:pPr>
        <w:jc w:val="right"/>
      </w:pPr>
      <w:r>
        <w:t>سب سے بڑی دعا سمجھتے ہیں کہ فلاں حضرت سے دعا کرا لی جائے، فلاں درگاہ میں جا</w:t>
      </w:r>
    </w:p>
    <w:p>
      <w:r>
        <w:rPr>
          <w:b/>
        </w:rPr>
        <w:t xml:space="preserve">[12:07] </w:t>
      </w:r>
      <w:r>
        <w:t>kar dua kara li jaye, falan kuch khaas tarah ke words hain is ko parh diya jaye to</w:t>
      </w:r>
    </w:p>
    <w:p>
      <w:pPr>
        <w:jc w:val="right"/>
      </w:pPr>
      <w:r>
        <w:t>کر دعا کرا لی جائے، فلاں کچھ خاص طرح کے शब्द ہیں اس کو پڑھ دیا جائے تو</w:t>
      </w:r>
    </w:p>
    <w:p>
      <w:r>
        <w:rPr>
          <w:b/>
        </w:rPr>
        <w:t xml:space="preserve">[12:13] </w:t>
      </w:r>
      <w:r>
        <w:t>sab se bari dua ho jaye gi.</w:t>
      </w:r>
    </w:p>
    <w:p>
      <w:pPr>
        <w:jc w:val="right"/>
      </w:pPr>
      <w:r>
        <w:t>سب سے بڑی دعا ہو جائے گی۔</w:t>
      </w:r>
    </w:p>
    <w:p>
      <w:r>
        <w:rPr>
          <w:b/>
        </w:rPr>
        <w:t xml:space="preserve">[12:20] </w:t>
      </w:r>
      <w:r>
        <w:t>yeh sab bilkul bogus baatein hain.</w:t>
      </w:r>
    </w:p>
    <w:p>
      <w:pPr>
        <w:jc w:val="right"/>
      </w:pPr>
      <w:r>
        <w:t>یہ سب بالکل bogus باتیں ہیں۔</w:t>
      </w:r>
    </w:p>
    <w:p>
      <w:r>
        <w:rPr>
          <w:b/>
        </w:rPr>
        <w:t xml:space="preserve">[12:26] </w:t>
      </w:r>
      <w:r>
        <w:t>mein samajhta hoon ke sab se bari dua woh hai jo madri zaban mein uble.</w:t>
      </w:r>
    </w:p>
    <w:p>
      <w:pPr>
        <w:jc w:val="right"/>
      </w:pPr>
      <w:r>
        <w:t>میں سمجھتا ہوں کہ سب سے بڑی دعا وہ ہے جو مادری زبان میں ابلے۔</w:t>
      </w:r>
    </w:p>
    <w:p>
      <w:r>
        <w:rPr>
          <w:b/>
        </w:rPr>
        <w:t xml:space="preserve">[12:32] </w:t>
      </w:r>
      <w:r>
        <w:t>jab jazbat ka samandar aap ke andar hota hai, jazbat ka samandar to sirf madri zabani mein nikalta</w:t>
      </w:r>
    </w:p>
    <w:p>
      <w:pPr>
        <w:jc w:val="right"/>
      </w:pPr>
      <w:r>
        <w:t>جب جذبات کا سمندر آپ کے اندر ہوتا ہے، جذبات کا سمندر تو صرف مادری زبانی میں نکلتا</w:t>
      </w:r>
    </w:p>
    <w:p>
      <w:r>
        <w:rPr>
          <w:b/>
        </w:rPr>
        <w:t xml:space="preserve">[12:38] </w:t>
      </w:r>
      <w:r>
        <w:t>hai woh, yaad rakhiye.</w:t>
      </w:r>
    </w:p>
    <w:p>
      <w:pPr>
        <w:jc w:val="right"/>
      </w:pPr>
      <w:r>
        <w:t>ہے وہ، یاد رکھیے۔</w:t>
      </w:r>
    </w:p>
    <w:p>
      <w:r>
        <w:rPr>
          <w:b/>
        </w:rPr>
        <w:t xml:space="preserve">[12:45] </w:t>
      </w:r>
      <w:r>
        <w:t>ratte hue alfaz mein nahi nikalta.</w:t>
      </w:r>
    </w:p>
    <w:p>
      <w:pPr>
        <w:jc w:val="right"/>
      </w:pPr>
      <w:r>
        <w:t>رٹے ہوئے الفاظ میں نہیں نکلتا۔</w:t>
      </w:r>
    </w:p>
    <w:p>
      <w:r>
        <w:rPr>
          <w:b/>
        </w:rPr>
        <w:t xml:space="preserve">[12:51] </w:t>
      </w:r>
      <w:r>
        <w:t>is baat ko sochiye aap.</w:t>
      </w:r>
    </w:p>
    <w:p>
      <w:pPr>
        <w:jc w:val="right"/>
      </w:pPr>
      <w:r>
        <w:t>اس بات کو سوچیے آپ۔</w:t>
      </w:r>
    </w:p>
    <w:p>
      <w:r>
        <w:rPr>
          <w:b/>
        </w:rPr>
        <w:t xml:space="preserve">[12:57] </w:t>
      </w:r>
      <w:r>
        <w:t>aap ko apne kisi عزیز se bohat ziyada mohabbat ho to madri zaban mein nikle ga woh mohabbat</w:t>
      </w:r>
    </w:p>
    <w:p>
      <w:pPr>
        <w:jc w:val="right"/>
      </w:pPr>
      <w:r>
        <w:t>آپ کو اپنے کسی عزیز سے بہت زیادہ محبت ہو تو مادری زبان میں نکلے گا وہ محبت</w:t>
      </w:r>
    </w:p>
    <w:p>
      <w:r>
        <w:rPr>
          <w:b/>
        </w:rPr>
        <w:t xml:space="preserve">[13:04] </w:t>
      </w:r>
      <w:r>
        <w:t>ke jazbat, ada hon ge.</w:t>
      </w:r>
    </w:p>
    <w:p>
      <w:pPr>
        <w:jc w:val="right"/>
      </w:pPr>
      <w:r>
        <w:t>کے جذبات، ادا ہوں گے۔</w:t>
      </w:r>
    </w:p>
    <w:p>
      <w:r>
        <w:rPr>
          <w:b/>
        </w:rPr>
        <w:t xml:space="preserve">[13:10] </w:t>
      </w:r>
      <w:r>
        <w:t>yani jo is ko lughat-ul-ulum kaha jata hai ya mother tongue kaha jata hai.</w:t>
      </w:r>
    </w:p>
    <w:p>
      <w:pPr>
        <w:jc w:val="right"/>
      </w:pPr>
      <w:r>
        <w:t>یعنی جو اس کو لغت العلوم کہا جاتا ہے یا mother tongue کہا جاتا ہے۔</w:t>
      </w:r>
    </w:p>
    <w:p>
      <w:r>
        <w:rPr>
          <w:b/>
        </w:rPr>
        <w:t xml:space="preserve">[13:16] </w:t>
      </w:r>
      <w:r>
        <w:t>madri zaban konsi hai? jis mein aap sochte ho.</w:t>
      </w:r>
    </w:p>
    <w:p>
      <w:pPr>
        <w:jc w:val="right"/>
      </w:pPr>
      <w:r>
        <w:t>مادری زبان کونسی ہے؟ جس میں آپ سوچتے ہو۔</w:t>
      </w:r>
    </w:p>
    <w:p>
      <w:r>
        <w:rPr>
          <w:b/>
        </w:rPr>
        <w:t xml:space="preserve">[13:23] </w:t>
      </w:r>
      <w:r>
        <w:t>jis zaban mein aap sochte hain wohi aap ki madri zaban hai.</w:t>
      </w:r>
    </w:p>
    <w:p>
      <w:pPr>
        <w:jc w:val="right"/>
      </w:pPr>
      <w:r>
        <w:t>جس زبان میں آپ سوچتے ہیں وہی آپ کی مادری زبان ہے۔</w:t>
      </w:r>
    </w:p>
    <w:p>
      <w:r>
        <w:rPr>
          <w:b/>
        </w:rPr>
        <w:t xml:space="preserve">[13:29] </w:t>
      </w:r>
      <w:r>
        <w:t>to subah sham aap ki jo soch chalti hai, aap jante hain dimagh aadmi ka jo mind hai</w:t>
      </w:r>
    </w:p>
    <w:p>
      <w:pPr>
        <w:jc w:val="right"/>
      </w:pPr>
      <w:r>
        <w:t>تو صبح شام آپ کی جو سوچ چلتی ہے، آپ جانتے ہیں دماغ آدمی کا جو mind ہے</w:t>
      </w:r>
    </w:p>
    <w:p>
      <w:r>
        <w:rPr>
          <w:b/>
        </w:rPr>
        <w:t xml:space="preserve">[13:35] </w:t>
      </w:r>
      <w:r>
        <w:t>har waqt sochta rehta hai.</w:t>
      </w:r>
    </w:p>
    <w:p>
      <w:pPr>
        <w:jc w:val="right"/>
      </w:pPr>
      <w:r>
        <w:t>ہر وقت سوچتا رہتا ہے۔</w:t>
      </w:r>
    </w:p>
    <w:p>
      <w:r>
        <w:rPr>
          <w:b/>
        </w:rPr>
        <w:t xml:space="preserve">[13:41] </w:t>
      </w:r>
      <w:r>
        <w:t>sote waqt bhi sochta hai woh.</w:t>
      </w:r>
    </w:p>
    <w:p>
      <w:pPr>
        <w:jc w:val="right"/>
      </w:pPr>
      <w:r>
        <w:t>سوتے وقت بھی سوچتا ہے وہ۔</w:t>
      </w:r>
    </w:p>
    <w:p>
      <w:r>
        <w:rPr>
          <w:b/>
        </w:rPr>
        <w:t xml:space="preserve">[13:48] </w:t>
      </w:r>
      <w:r>
        <w:t>sochna, yani think karna yeh aadmi ke mind ka aik continuous process hai.</w:t>
      </w:r>
    </w:p>
    <w:p>
      <w:pPr>
        <w:jc w:val="right"/>
      </w:pPr>
      <w:r>
        <w:t>سوچنا، یعنی think کرنا یہ آدمی کے mind کا ایک continuous process ہے۔</w:t>
      </w:r>
    </w:p>
    <w:p>
      <w:r>
        <w:rPr>
          <w:b/>
        </w:rPr>
        <w:t xml:space="preserve">[13:54] </w:t>
      </w:r>
      <w:r>
        <w:t>continuous process, kabhi stop nahin hota woh.</w:t>
      </w:r>
    </w:p>
    <w:p>
      <w:pPr>
        <w:jc w:val="right"/>
      </w:pPr>
      <w:r>
        <w:t>continuous process، کبھی stop نہیں ہوتا وہ۔</w:t>
      </w:r>
    </w:p>
    <w:p>
      <w:r>
        <w:rPr>
          <w:b/>
        </w:rPr>
        <w:t xml:space="preserve">[14:00] </w:t>
      </w:r>
      <w:r>
        <w:t>aap sote hain tab bhi, isi liye aap dream aata hai aap ko.</w:t>
      </w:r>
    </w:p>
    <w:p>
      <w:pPr>
        <w:jc w:val="right"/>
      </w:pPr>
      <w:r>
        <w:t>آپ سوتے ہیں تب بھی، اسی لیے آپ dream آتا ہے آپ کو۔</w:t>
      </w:r>
    </w:p>
    <w:p>
      <w:r>
        <w:rPr>
          <w:b/>
        </w:rPr>
        <w:t xml:space="preserve">[14:07] </w:t>
      </w:r>
      <w:r>
        <w:t>dream kya hai? mind ka sochna hai.</w:t>
      </w:r>
    </w:p>
    <w:p>
      <w:pPr>
        <w:jc w:val="right"/>
      </w:pPr>
      <w:r>
        <w:t>dream کیا ہے؟ mind کا سوچنا ہے۔</w:t>
      </w:r>
    </w:p>
    <w:p>
      <w:r>
        <w:rPr>
          <w:b/>
        </w:rPr>
        <w:t xml:space="preserve">[14:13] </w:t>
      </w:r>
      <w:r>
        <w:t>aaj mein ne khwab dekha ke mein train mein safar kar raha hoon.</w:t>
      </w:r>
    </w:p>
    <w:p>
      <w:pPr>
        <w:jc w:val="right"/>
      </w:pPr>
      <w:r>
        <w:t>آج میں نے خواب دیکھا کہ میں train میں سفر کر رہا ہوں۔</w:t>
      </w:r>
    </w:p>
    <w:p>
      <w:r>
        <w:rPr>
          <w:b/>
        </w:rPr>
        <w:t xml:space="preserve">[14:19] </w:t>
      </w:r>
      <w:r>
        <w:t>ab train khari hui, ab is mein bohat sari baatein hain, is mein dekhi mein ne.</w:t>
      </w:r>
    </w:p>
    <w:p>
      <w:pPr>
        <w:jc w:val="right"/>
      </w:pPr>
      <w:r>
        <w:t>اب train کھڑی ہوئی، اب اس میں بہت ساری باتیں ہیں، اس میں دیکھی میں نے۔</w:t>
      </w:r>
    </w:p>
    <w:p>
      <w:r>
        <w:rPr>
          <w:b/>
        </w:rPr>
        <w:t xml:space="preserve">[14:26] </w:t>
      </w:r>
      <w:r>
        <w:t>to jo experience mujhe pehle hue the train ke safar mein woh mind mein the, woh mere khwab</w:t>
      </w:r>
    </w:p>
    <w:p>
      <w:pPr>
        <w:jc w:val="right"/>
      </w:pPr>
      <w:r>
        <w:t>تو جو experience مجھے پہلے ہوئے تھے train کے سفر میں وہ mind میں تھے، وہ میرے خواب</w:t>
      </w:r>
    </w:p>
    <w:p>
      <w:r>
        <w:rPr>
          <w:b/>
        </w:rPr>
        <w:t xml:space="preserve">[14:32] </w:t>
      </w:r>
      <w:r>
        <w:t>mein, dream mein mujhe aa gaya.</w:t>
      </w:r>
    </w:p>
    <w:p>
      <w:pPr>
        <w:jc w:val="right"/>
      </w:pPr>
      <w:r>
        <w:t>میں، dream میں مجھے آ گیا۔</w:t>
      </w:r>
    </w:p>
    <w:p>
      <w:r>
        <w:rPr>
          <w:b/>
        </w:rPr>
        <w:t xml:space="preserve">[14:38] </w:t>
      </w:r>
      <w:r>
        <w:t>to mind har waqt sochta hai.</w:t>
      </w:r>
    </w:p>
    <w:p>
      <w:pPr>
        <w:jc w:val="right"/>
      </w:pPr>
      <w:r>
        <w:t>تو mind ہر وقت سوچتا ہے۔</w:t>
      </w:r>
    </w:p>
    <w:p>
      <w:r>
        <w:rPr>
          <w:b/>
        </w:rPr>
        <w:t xml:space="preserve">[14:44] </w:t>
      </w:r>
      <w:r>
        <w:t>isi sochne ka aik expression hai dream jo raat ko aata hai.</w:t>
      </w:r>
    </w:p>
    <w:p>
      <w:pPr>
        <w:jc w:val="right"/>
      </w:pPr>
      <w:r>
        <w:t>اسی سوچنے کا ایک expression ہے dream جو رات کو آتا ہے۔</w:t>
      </w:r>
    </w:p>
    <w:p>
      <w:r>
        <w:rPr>
          <w:b/>
        </w:rPr>
        <w:t xml:space="preserve">[14:51] </w:t>
      </w:r>
      <w:r>
        <w:t>to jis language mein aap sochte ho usi language mein sab se bari dua nikal sakti hai.</w:t>
      </w:r>
    </w:p>
    <w:p>
      <w:pPr>
        <w:jc w:val="right"/>
      </w:pPr>
      <w:r>
        <w:t>تو جس language میں آپ سوچتے ہو اسی language میں سب سے بڑی دعا نکل سکتی ہے۔</w:t>
      </w:r>
    </w:p>
    <w:p>
      <w:r>
        <w:rPr>
          <w:b/>
        </w:rPr>
        <w:t xml:space="preserve">[14:57] </w:t>
      </w:r>
      <w:r>
        <w:t>kyunke sab se bari dua woh hai jo ek fowara ban kar nikle.</w:t>
      </w:r>
    </w:p>
    <w:p>
      <w:pPr>
        <w:jc w:val="right"/>
      </w:pPr>
      <w:r>
        <w:t>کیونکہ سب سے بڑی دعا وہ ہے جو ایک فوارہ بن کر نکلے۔</w:t>
      </w:r>
    </w:p>
    <w:p>
      <w:r>
        <w:rPr>
          <w:b/>
        </w:rPr>
        <w:t xml:space="preserve">[15:03] </w:t>
      </w:r>
      <w:r>
        <w:t>ek samandar ke toofan ki tarah nikle.</w:t>
      </w:r>
    </w:p>
    <w:p>
      <w:pPr>
        <w:jc w:val="right"/>
      </w:pPr>
      <w:r>
        <w:t>ایک سمندر کے طوفان کی طرح نکلے۔</w:t>
      </w:r>
    </w:p>
    <w:p>
      <w:r>
        <w:rPr>
          <w:b/>
        </w:rPr>
        <w:t xml:space="preserve">[15:10] </w:t>
      </w:r>
      <w:r>
        <w:t>ek mauj hai dil mein uthe aur woh munh se ubal pade.</w:t>
      </w:r>
    </w:p>
    <w:p>
      <w:pPr>
        <w:jc w:val="right"/>
      </w:pPr>
      <w:r>
        <w:t>ایک موج ہے دل میں اٹھے اور وہ منہ سے ابل پڑے۔</w:t>
      </w:r>
    </w:p>
    <w:p>
      <w:r>
        <w:rPr>
          <w:b/>
        </w:rPr>
        <w:t xml:space="preserve">[15:16] </w:t>
      </w:r>
      <w:r>
        <w:t>wohi sab se bari dua hai.</w:t>
      </w:r>
    </w:p>
    <w:p>
      <w:pPr>
        <w:jc w:val="right"/>
      </w:pPr>
      <w:r>
        <w:t>وہی سب سے بڑی دعا ہے۔</w:t>
      </w:r>
    </w:p>
    <w:p>
      <w:r>
        <w:rPr>
          <w:b/>
        </w:rPr>
        <w:t xml:space="preserve">[15:22] </w:t>
      </w:r>
      <w:r>
        <w:t>to aisi dua rate hue alfaz mein nikal sakti hai.</w:t>
      </w:r>
    </w:p>
    <w:p>
      <w:pPr>
        <w:jc w:val="right"/>
      </w:pPr>
      <w:r>
        <w:t>تو ایسی دعا رٹے ہوئے الفاظ میں نکل سکتی ہے۔</w:t>
      </w:r>
    </w:p>
    <w:p>
      <w:r>
        <w:rPr>
          <w:b/>
        </w:rPr>
        <w:t xml:space="preserve">[15:28] </w:t>
      </w:r>
      <w:r>
        <w:t>woh toh apni sochne wali zaban mein nikle gi.</w:t>
      </w:r>
    </w:p>
    <w:p>
      <w:pPr>
        <w:jc w:val="right"/>
      </w:pPr>
      <w:r>
        <w:t>وہ تو اپنی سوچنے والی زبان میں نکلے گی۔</w:t>
      </w:r>
    </w:p>
    <w:p>
      <w:r>
        <w:rPr>
          <w:b/>
        </w:rPr>
        <w:t xml:space="preserve">[15:35] </w:t>
      </w:r>
      <w:r>
        <w:t>dekhen mein ek baat arz karoon.</w:t>
      </w:r>
    </w:p>
    <w:p>
      <w:pPr>
        <w:jc w:val="right"/>
      </w:pPr>
      <w:r>
        <w:t>دیکھیں میں ایک بات عرض کروں۔</w:t>
      </w:r>
    </w:p>
    <w:p>
      <w:r>
        <w:rPr>
          <w:b/>
        </w:rPr>
        <w:t xml:space="preserve">[15:41] </w:t>
      </w:r>
      <w:r>
        <w:t>aam taur par log samajhte hain ke rasool ki jo duaen hain us ko yaad kar lo to</w:t>
      </w:r>
    </w:p>
    <w:p>
      <w:pPr>
        <w:jc w:val="right"/>
      </w:pPr>
      <w:r>
        <w:t>عام طور پر لوگ سمجھتے ہیں کہ رسول کی جو دعائیں ہیں اس کو یاد کر لو تو</w:t>
      </w:r>
    </w:p>
    <w:p>
      <w:r>
        <w:rPr>
          <w:b/>
        </w:rPr>
        <w:t xml:space="preserve">[15:47] </w:t>
      </w:r>
      <w:r>
        <w:t>sab se bari dua wohi hai.</w:t>
      </w:r>
    </w:p>
    <w:p>
      <w:pPr>
        <w:jc w:val="right"/>
      </w:pPr>
      <w:r>
        <w:t>سب سے بڑی دعا وہی ہے۔</w:t>
      </w:r>
    </w:p>
    <w:p>
      <w:r>
        <w:rPr>
          <w:b/>
        </w:rPr>
        <w:t xml:space="preserve">[15:54] </w:t>
      </w:r>
      <w:r>
        <w:t>yeh bhi ek fallacy hai.</w:t>
      </w:r>
    </w:p>
    <w:p>
      <w:pPr>
        <w:jc w:val="right"/>
      </w:pPr>
      <w:r>
        <w:t>یہ بھی ایک fallacy ہے۔</w:t>
      </w:r>
    </w:p>
    <w:p>
      <w:r>
        <w:rPr>
          <w:b/>
        </w:rPr>
        <w:t xml:space="preserve">[16:00] </w:t>
      </w:r>
      <w:r>
        <w:t>yani peghamabar ki jo duaen hain un ko rat kar lo, us ko yaad karo, us ko kaho</w:t>
      </w:r>
    </w:p>
    <w:p>
      <w:pPr>
        <w:jc w:val="right"/>
      </w:pPr>
      <w:r>
        <w:t>یعنی پیغمبر کی جو دعائیں ہیں ان کو رٹ کر لو، اس کو یاد کرو، اس کو کہو</w:t>
      </w:r>
    </w:p>
    <w:p>
      <w:r>
        <w:rPr>
          <w:b/>
        </w:rPr>
        <w:t xml:space="preserve">[16:06] </w:t>
      </w:r>
      <w:r>
        <w:t>to wohi sab se bari dua hai.</w:t>
      </w:r>
    </w:p>
    <w:p>
      <w:pPr>
        <w:jc w:val="right"/>
      </w:pPr>
      <w:r>
        <w:t>تو وہی سب سے بڑی دعا ہے۔</w:t>
      </w:r>
    </w:p>
    <w:p>
      <w:r>
        <w:rPr>
          <w:b/>
        </w:rPr>
        <w:t xml:space="preserve">[16:13] </w:t>
      </w:r>
      <w:r>
        <w:t>dekhen yeh bohat bari fallacy hai.</w:t>
      </w:r>
    </w:p>
    <w:p>
      <w:pPr>
        <w:jc w:val="right"/>
      </w:pPr>
      <w:r>
        <w:t>دیکھیں یہ بہت بڑی fallacy ہے۔</w:t>
      </w:r>
    </w:p>
    <w:p>
      <w:r>
        <w:rPr>
          <w:b/>
        </w:rPr>
        <w:t xml:space="preserve">[16:19] </w:t>
      </w:r>
      <w:r>
        <w:t>peghamabar ki dua bhi madri zaban mein hoti thi.</w:t>
      </w:r>
    </w:p>
    <w:p>
      <w:pPr>
        <w:jc w:val="right"/>
      </w:pPr>
      <w:r>
        <w:t>پیغمبر کی دعا بھی مادری زبان میں ہوتی تھی۔</w:t>
      </w:r>
    </w:p>
    <w:p>
      <w:r>
        <w:rPr>
          <w:b/>
        </w:rPr>
        <w:t xml:space="preserve">[16:25] </w:t>
      </w:r>
      <w:r>
        <w:t>yeh kehna hai ke arabi zaban mein hoti thi, yeh bhi baat ko na samajhna hai.</w:t>
      </w:r>
    </w:p>
    <w:p>
      <w:pPr>
        <w:jc w:val="right"/>
      </w:pPr>
      <w:r>
        <w:t>یہ کہنا ہے کہ عربی زبان میں ہوتی تھی، یہ بھی بات کو نہ سمجھنا ہے۔</w:t>
      </w:r>
    </w:p>
    <w:p>
      <w:r>
        <w:rPr>
          <w:b/>
        </w:rPr>
        <w:t xml:space="preserve">[16:31] </w:t>
      </w:r>
      <w:r>
        <w:t>peghamabar ki zaban jo hai woh arabi zaban mein nahi hoti thi.</w:t>
      </w:r>
    </w:p>
    <w:p>
      <w:pPr>
        <w:jc w:val="right"/>
      </w:pPr>
      <w:r>
        <w:t>پیغمبر کی زبان جو ہے وہ عربی زبان میں نہیں ہوتی تھی۔</w:t>
      </w:r>
    </w:p>
    <w:p>
      <w:r>
        <w:rPr>
          <w:b/>
        </w:rPr>
        <w:t xml:space="preserve">[16:38] </w:t>
      </w:r>
      <w:r>
        <w:t>In fact yeh apni mother tongue mein hoti thi.</w:t>
      </w:r>
    </w:p>
    <w:p>
      <w:pPr>
        <w:jc w:val="right"/>
      </w:pPr>
      <w:r>
        <w:t>In fact یہ اپنی mother tongue میں ہوتی تھی۔</w:t>
      </w:r>
    </w:p>
    <w:p>
      <w:r>
        <w:rPr>
          <w:b/>
        </w:rPr>
        <w:t xml:space="preserve">[16:44] </w:t>
      </w:r>
      <w:r>
        <w:t>is baat ko sochiye aap.</w:t>
      </w:r>
    </w:p>
    <w:p>
      <w:pPr>
        <w:jc w:val="right"/>
      </w:pPr>
      <w:r>
        <w:t>اس بات کو سوچیے آپ۔</w:t>
      </w:r>
    </w:p>
    <w:p>
      <w:r>
        <w:rPr>
          <w:b/>
        </w:rPr>
        <w:t xml:space="preserve">[16:50] </w:t>
      </w:r>
      <w:r>
        <w:t>yeh baat mein is liye keh raha hoon ke rasool Allah ke bare mein to aap kahein ke</w:t>
      </w:r>
    </w:p>
    <w:p>
      <w:pPr>
        <w:jc w:val="right"/>
      </w:pPr>
      <w:r>
        <w:t>یہ بات میں اس لیے کہہ رہا ہوں کہ رسول اللہ کے بارے میں تو آپ کہیں کہ</w:t>
      </w:r>
    </w:p>
    <w:p>
      <w:r>
        <w:rPr>
          <w:b/>
        </w:rPr>
        <w:t xml:space="preserve">[16:57] </w:t>
      </w:r>
      <w:r>
        <w:t>aap arabi mein aap ne dua ki, arabi mein.</w:t>
      </w:r>
    </w:p>
    <w:p>
      <w:pPr>
        <w:jc w:val="right"/>
      </w:pPr>
      <w:r>
        <w:t>آپ عربی میں آپ نے دعا کی، عربی میں۔</w:t>
      </w:r>
    </w:p>
    <w:p>
      <w:r>
        <w:rPr>
          <w:b/>
        </w:rPr>
        <w:t xml:space="preserve">[17:03] </w:t>
      </w:r>
      <w:r>
        <w:t>lekin doosre peghamabaron ko aap kya kahenge? Kya doosre peghamabar bhi arabi mein dua karte the? Jabke</w:t>
      </w:r>
    </w:p>
    <w:p>
      <w:pPr>
        <w:jc w:val="right"/>
      </w:pPr>
      <w:r>
        <w:t>لیکن دوسرے پیغمبروں کو آپ کیا کہیں گے؟ کیا دوسرے پیغمبر بھی عربی میں دعا کرتے تھے؟ جبکہ</w:t>
      </w:r>
    </w:p>
    <w:p>
      <w:r>
        <w:rPr>
          <w:b/>
        </w:rPr>
        <w:t xml:space="preserve">[17:09] </w:t>
      </w:r>
      <w:r>
        <w:t>quran mein saaf saaf hai ke وَمَا أَرْسَلْنَا مِنْ رِسُولٍ إِلَّا بِالْإِحْسَانِ قَوْمِ ۔</w:t>
      </w:r>
    </w:p>
    <w:p>
      <w:pPr>
        <w:jc w:val="right"/>
      </w:pPr>
      <w:r>
        <w:t>قرآن میں صاف صاف ہے کہ وَمَا أَرْسَلْنَا مِنْ رِسُولٍ إِلَّا بِالْإِحْسَانِ قَوْمِ ۔</w:t>
      </w:r>
    </w:p>
    <w:p>
      <w:r>
        <w:rPr>
          <w:b/>
        </w:rPr>
        <w:t xml:space="preserve">[17:16] </w:t>
      </w:r>
      <w:r>
        <w:t>har qaum, jis qaum mein peghamabar aata tha usi qaum ki zaban us ki hoti thi.</w:t>
      </w:r>
    </w:p>
    <w:p>
      <w:pPr>
        <w:jc w:val="right"/>
      </w:pPr>
      <w:r>
        <w:t>ہر قوم، جس قوم میں پیغمبر آتا تھا اسی قوم کی زبان اس کی ہوتی تھی۔</w:t>
      </w:r>
    </w:p>
    <w:p>
      <w:r>
        <w:rPr>
          <w:b/>
        </w:rPr>
        <w:t xml:space="preserve">[17:22] </w:t>
      </w:r>
      <w:r>
        <w:t>to us ko chhod kar ke arabi mein dua karega peghamabar? Har peghamabar ki dua apni madri</w:t>
      </w:r>
    </w:p>
    <w:p>
      <w:pPr>
        <w:jc w:val="right"/>
      </w:pPr>
      <w:r>
        <w:t>تو اس کو چھوڑ کر کے عربی میں دعا کرے گا پیغمبر؟ ہر پیغمبر کی دعا اپنی مادری</w:t>
      </w:r>
    </w:p>
    <w:p>
      <w:r>
        <w:rPr>
          <w:b/>
        </w:rPr>
        <w:t xml:space="preserve">[17:28] </w:t>
      </w:r>
      <w:r>
        <w:t>zaban mein hoti thi.</w:t>
      </w:r>
    </w:p>
    <w:p>
      <w:pPr>
        <w:jc w:val="right"/>
      </w:pPr>
      <w:r>
        <w:t>زبان میں ہوتی تھی۔</w:t>
      </w:r>
    </w:p>
    <w:p>
      <w:r>
        <w:rPr>
          <w:b/>
        </w:rPr>
        <w:t xml:space="preserve">[17:34] </w:t>
      </w:r>
      <w:r>
        <w:t>rasool Allah ki zaban arabi thi madri to aap arabi mein alfaz nikle aap ke munh se.</w:t>
      </w:r>
    </w:p>
    <w:p>
      <w:pPr>
        <w:jc w:val="right"/>
      </w:pPr>
      <w:r>
        <w:t>رسول اللہ کی زبان عربی تھی مادری تو آپ عربی میں الفاظ نکلے آپ کے منہ سے۔</w:t>
      </w:r>
    </w:p>
    <w:p>
      <w:r>
        <w:rPr>
          <w:b/>
        </w:rPr>
        <w:t xml:space="preserve">[17:41] </w:t>
      </w:r>
      <w:r>
        <w:t>dosre peghambaron ki jo zaban thi us mein wo nikle wo.</w:t>
      </w:r>
    </w:p>
    <w:p>
      <w:pPr>
        <w:jc w:val="right"/>
      </w:pPr>
      <w:r>
        <w:t>دوسرے پیغمبروں کی جو زبان تھی اس میں وہ نکلے وہ۔</w:t>
      </w:r>
    </w:p>
    <w:p>
      <w:r>
        <w:rPr>
          <w:b/>
        </w:rPr>
        <w:t xml:space="preserve">[17:47] </w:t>
      </w:r>
      <w:r>
        <w:t>naqal hua Quran mein wo arabi mein.</w:t>
      </w:r>
    </w:p>
    <w:p>
      <w:pPr>
        <w:jc w:val="right"/>
      </w:pPr>
      <w:r>
        <w:t>نقل ہوا قرآن میں وہ عربی میں۔</w:t>
      </w:r>
    </w:p>
    <w:p>
      <w:r>
        <w:rPr>
          <w:b/>
        </w:rPr>
        <w:t xml:space="preserve">[17:53] </w:t>
      </w:r>
      <w:r>
        <w:t>mislan Hazrat Ibrahim ne farmaya ke wa izaa mariztu fahuwa yashfeen.</w:t>
      </w:r>
    </w:p>
    <w:p>
      <w:pPr>
        <w:jc w:val="right"/>
      </w:pPr>
      <w:r>
        <w:t>مثلاً حضرت ابراہیم نے فرمایا کہ وَإِذَا مَرِضْتُ فَهُوَ يَشْفِينَ ۔</w:t>
      </w:r>
    </w:p>
    <w:p>
      <w:r>
        <w:rPr>
          <w:b/>
        </w:rPr>
        <w:t xml:space="preserve">[18:00] </w:t>
      </w:r>
      <w:r>
        <w:t>jab mein beemar hota hoon to Khuda mujhe shifa deta hai.</w:t>
      </w:r>
    </w:p>
    <w:p>
      <w:pPr>
        <w:jc w:val="right"/>
      </w:pPr>
      <w:r>
        <w:t>جب میں بیمار ہوتا ہوں تو خدا مجھے شفا دیتا ہے۔</w:t>
      </w:r>
    </w:p>
    <w:p>
      <w:r>
        <w:rPr>
          <w:b/>
        </w:rPr>
        <w:t xml:space="preserve">[18:06] </w:t>
      </w:r>
      <w:r>
        <w:t>to aap samajhte hain ke yeh arabi lafz boley they Hazrat Ibrahim? kabhi nahi.</w:t>
      </w:r>
    </w:p>
    <w:p>
      <w:pPr>
        <w:jc w:val="right"/>
      </w:pPr>
      <w:r>
        <w:t>تو آپ سمجھتے ہیں کہ یہ عربی لفظ بولے تھے حضرت ابراہیم؟ کبھی نہیں۔</w:t>
      </w:r>
    </w:p>
    <w:p>
      <w:r>
        <w:rPr>
          <w:b/>
        </w:rPr>
        <w:t xml:space="preserve">[18:12] </w:t>
      </w:r>
      <w:r>
        <w:t>jo un ki zaban thi wo us waqt, us mein boley they wo.</w:t>
      </w:r>
    </w:p>
    <w:p>
      <w:pPr>
        <w:jc w:val="right"/>
      </w:pPr>
      <w:r>
        <w:t>جو ان کی زبان تھی وہ اس وقت، اس میں بولے تھے وہ۔</w:t>
      </w:r>
    </w:p>
    <w:p>
      <w:r>
        <w:rPr>
          <w:b/>
        </w:rPr>
        <w:t xml:space="preserve">[18:19] </w:t>
      </w:r>
      <w:r>
        <w:t>naqal hua hai Quran mein wo arabi zaban mein.</w:t>
      </w:r>
    </w:p>
    <w:p>
      <w:pPr>
        <w:jc w:val="right"/>
      </w:pPr>
      <w:r>
        <w:t>نقل ہوا ہے قرآن میں وہ عربی زبان میں۔</w:t>
      </w:r>
    </w:p>
    <w:p>
      <w:r>
        <w:rPr>
          <w:b/>
        </w:rPr>
        <w:t xml:space="preserve">[18:25] </w:t>
      </w:r>
      <w:r>
        <w:t>to yeh kuch log aisi taqreerein karte hain ke arabi mein jo peghambar ki zaban aayi hai us</w:t>
      </w:r>
    </w:p>
    <w:p>
      <w:pPr>
        <w:jc w:val="right"/>
      </w:pPr>
      <w:r>
        <w:t>تو یہ کچھ لوگ ایسی تقریریں کرتے ہیں کہ عربی میں جو پیغمبر کی زبان آئی ہے اس</w:t>
      </w:r>
    </w:p>
    <w:p>
      <w:r>
        <w:rPr>
          <w:b/>
        </w:rPr>
        <w:t xml:space="preserve">[18:31] </w:t>
      </w:r>
      <w:r>
        <w:t>ne Khuda tak rasta bana diya hai.</w:t>
      </w:r>
    </w:p>
    <w:p>
      <w:pPr>
        <w:jc w:val="right"/>
      </w:pPr>
      <w:r>
        <w:t>نے خدا تک راستہ بنا دیا ہے۔</w:t>
      </w:r>
    </w:p>
    <w:p>
      <w:r>
        <w:rPr>
          <w:b/>
        </w:rPr>
        <w:t xml:space="preserve">[18:37] </w:t>
      </w:r>
      <w:r>
        <w:t>bas isi ko dohrao aur bilkul isi pattern pe, isi track pe chalte chalte dua Khuda tak pohanch jayegi.</w:t>
      </w:r>
    </w:p>
    <w:p>
      <w:pPr>
        <w:jc w:val="right"/>
      </w:pPr>
      <w:r>
        <w:t>بس اسی کو دہراؤ اور بالکل اسی pattern پہ، اسی track پہ چلتے چلتے دعا خدا تک پہنچ جائے گی۔</w:t>
      </w:r>
    </w:p>
    <w:p>
      <w:r>
        <w:rPr>
          <w:b/>
        </w:rPr>
        <w:t xml:space="preserve">[18:44] </w:t>
      </w:r>
      <w:r>
        <w:t>yeh sab bilkul bogus baatein hain.</w:t>
      </w:r>
    </w:p>
    <w:p>
      <w:pPr>
        <w:jc w:val="right"/>
      </w:pPr>
      <w:r>
        <w:t>یہ سب بالکل bogus باتیں ہیں۔</w:t>
      </w:r>
    </w:p>
    <w:p>
      <w:r>
        <w:rPr>
          <w:b/>
        </w:rPr>
        <w:t xml:space="preserve">[18:50] </w:t>
      </w:r>
      <w:r>
        <w:t>koi shabd, koi lafz, koi rasta nahi banata, koi patri nahi banata.</w:t>
      </w:r>
    </w:p>
    <w:p>
      <w:pPr>
        <w:jc w:val="right"/>
      </w:pPr>
      <w:r>
        <w:t>کوئی शब्द، کوئی لفظ، کوئی راستہ نہیں بناتا، کوئی پٹری نہیں بناتا۔</w:t>
      </w:r>
    </w:p>
    <w:p>
      <w:r>
        <w:rPr>
          <w:b/>
        </w:rPr>
        <w:t xml:space="preserve">[18:56] </w:t>
      </w:r>
      <w:r>
        <w:t>bilkul anokhe qism ki gumrahiyan aasmanon mein phaili hui hain.</w:t>
      </w:r>
    </w:p>
    <w:p>
      <w:pPr>
        <w:jc w:val="right"/>
      </w:pPr>
      <w:r>
        <w:t>بالکل انوکھے قسم کی گمراہیاں آسمانوں میں پھیلی ہوئی ہیں۔</w:t>
      </w:r>
    </w:p>
    <w:p>
      <w:r>
        <w:rPr>
          <w:b/>
        </w:rPr>
        <w:t xml:space="preserve">[19:03] </w:t>
      </w:r>
      <w:r>
        <w:t>isi liye logon ko wo zaban, wo dua nahi kehne ki tofeeq milti jo dilon ko phad deti</w:t>
      </w:r>
    </w:p>
    <w:p>
      <w:pPr>
        <w:jc w:val="right"/>
      </w:pPr>
      <w:r>
        <w:t>اسی لیے لوگوں کو وہ زبان، وہ دعا نہیں کہنے کی توفیق ملتی جو دلوں کو پھاڑ دیتی</w:t>
      </w:r>
    </w:p>
    <w:p>
      <w:r>
        <w:rPr>
          <w:b/>
        </w:rPr>
        <w:t xml:space="preserve">[19:09] </w:t>
      </w:r>
      <w:r>
        <w:t>hai, jis mein seenay mein se ek samandar ubal parta hai.</w:t>
      </w:r>
    </w:p>
    <w:p>
      <w:pPr>
        <w:jc w:val="right"/>
      </w:pPr>
      <w:r>
        <w:t>ہے، جس میں سینے میں سے ایک سمندر ابل پڑتا ہے۔</w:t>
      </w:r>
    </w:p>
    <w:p>
      <w:r>
        <w:rPr>
          <w:b/>
        </w:rPr>
        <w:t xml:space="preserve">[19:15] </w:t>
      </w:r>
      <w:r>
        <w:t>bas ratte hue alfaz dohrate rehte hain.</w:t>
      </w:r>
    </w:p>
    <w:p>
      <w:pPr>
        <w:jc w:val="right"/>
      </w:pPr>
      <w:r>
        <w:t>بس رٹے ہوئے الفاظ دہراتے رہتے ہیں۔</w:t>
      </w:r>
    </w:p>
    <w:p>
      <w:r>
        <w:rPr>
          <w:b/>
        </w:rPr>
        <w:t xml:space="preserve">[19:22] </w:t>
      </w:r>
      <w:r>
        <w:t>wo dua hi nahi hai, wo to computer type ki dua hai wo.</w:t>
      </w:r>
    </w:p>
    <w:p>
      <w:pPr>
        <w:jc w:val="right"/>
      </w:pPr>
      <w:r>
        <w:t>وہ دعا ہی نہیں ہے، وہ تو کمپیوٹر ٹائپ کی دعا ہے وہ۔</w:t>
      </w:r>
    </w:p>
    <w:p>
      <w:r>
        <w:rPr>
          <w:b/>
        </w:rPr>
        <w:t xml:space="preserve">[19:28] </w:t>
      </w:r>
      <w:r>
        <w:t>har nabi ki zaban apni qaum ki zaban hoti thi.</w:t>
      </w:r>
    </w:p>
    <w:p>
      <w:pPr>
        <w:jc w:val="right"/>
      </w:pPr>
      <w:r>
        <w:t>ہر نبی کی زبان اپنی قوم کی زبان ہوتی تھی۔</w:t>
      </w:r>
    </w:p>
    <w:p>
      <w:r>
        <w:rPr>
          <w:b/>
        </w:rPr>
        <w:t xml:space="preserve">[19:34] </w:t>
      </w:r>
      <w:r>
        <w:t>har nabi ki madri zaban wo hoti thi jahan wo paida hua hai.</w:t>
      </w:r>
    </w:p>
    <w:p>
      <w:pPr>
        <w:jc w:val="right"/>
      </w:pPr>
      <w:r>
        <w:t>ہر نبی کی مادری زبان وہ ہوتی تھی جہاں وہ پیدا ہوا ہے۔</w:t>
      </w:r>
    </w:p>
    <w:p>
      <w:r>
        <w:rPr>
          <w:b/>
        </w:rPr>
        <w:t xml:space="preserve">[19:40] </w:t>
      </w:r>
      <w:r>
        <w:t>isi zaban mein wo bolta tha, isi zaban mein wo dua karta tha.</w:t>
      </w:r>
    </w:p>
    <w:p>
      <w:pPr>
        <w:jc w:val="right"/>
      </w:pPr>
      <w:r>
        <w:t>اسی زبان میں وہ بولتا تھا، اسی زبان میں وہ دعا کرتا تھا۔</w:t>
      </w:r>
    </w:p>
    <w:p>
      <w:r>
        <w:rPr>
          <w:b/>
        </w:rPr>
        <w:t xml:space="preserve">[19:47] </w:t>
      </w:r>
      <w:r>
        <w:t>yeh baat mein is liye keh raha hoon ke aam taur par log yeh samajhte hain ke dua</w:t>
      </w:r>
    </w:p>
    <w:p>
      <w:pPr>
        <w:jc w:val="right"/>
      </w:pPr>
      <w:r>
        <w:t>یہ بات میں اس لیے کہہ رہا ہوں کہ عام طور پر لوگ یہ سمجھتے ہیں کہ دعا</w:t>
      </w:r>
    </w:p>
    <w:p>
      <w:r>
        <w:rPr>
          <w:b/>
        </w:rPr>
        <w:t xml:space="preserve">[19:53] </w:t>
      </w:r>
      <w:r>
        <w:t>kitab le lete hain, bazaar se khareed lete hain aur isi ko ratte ratte ratte rehte hain aur</w:t>
      </w:r>
    </w:p>
    <w:p>
      <w:pPr>
        <w:jc w:val="right"/>
      </w:pPr>
      <w:r>
        <w:t>کتاب لے لیتے ہیں، بازار سے خرید لیتے ہیں اور اسی کو رٹتے رٹتے رٹتے رہتے ہیں اور</w:t>
      </w:r>
    </w:p>
    <w:p>
      <w:r>
        <w:rPr>
          <w:b/>
        </w:rPr>
        <w:t xml:space="preserve">[19:59] </w:t>
      </w:r>
      <w:r>
        <w:t>wohi dohrate rehte hain.</w:t>
      </w:r>
    </w:p>
    <w:p>
      <w:pPr>
        <w:jc w:val="right"/>
      </w:pPr>
      <w:r>
        <w:t>وہی دہراتے رہتے ہیں۔</w:t>
      </w:r>
    </w:p>
    <w:p>
      <w:r>
        <w:rPr>
          <w:b/>
        </w:rPr>
        <w:t xml:space="preserve">[20:06] </w:t>
      </w:r>
      <w:r>
        <w:t>to unhein dua ka taste hi nahi milta.</w:t>
      </w:r>
    </w:p>
    <w:p>
      <w:pPr>
        <w:jc w:val="right"/>
      </w:pPr>
      <w:r>
        <w:t>تو انہیں دعا کا taste ہی نہیں ملتا۔</w:t>
      </w:r>
    </w:p>
    <w:p>
      <w:r>
        <w:rPr>
          <w:b/>
        </w:rPr>
        <w:t xml:space="preserve">[20:12] </w:t>
      </w:r>
      <w:r>
        <w:t>dua ka taste nahi milta woh.</w:t>
      </w:r>
    </w:p>
    <w:p>
      <w:pPr>
        <w:jc w:val="right"/>
      </w:pPr>
      <w:r>
        <w:t>دعا کا taste نہیں ملتا وہ۔</w:t>
      </w:r>
    </w:p>
    <w:p>
      <w:r>
        <w:rPr>
          <w:b/>
        </w:rPr>
        <w:t xml:space="preserve">[20:18] </w:t>
      </w:r>
      <w:r>
        <w:t>khuda se nearness ka in ko experience nahi hota.</w:t>
      </w:r>
    </w:p>
    <w:p>
      <w:pPr>
        <w:jc w:val="right"/>
      </w:pPr>
      <w:r>
        <w:t>خدا سے nearness کا ان کو experience نہیں ہوتا۔</w:t>
      </w:r>
    </w:p>
    <w:p>
      <w:r>
        <w:rPr>
          <w:b/>
        </w:rPr>
        <w:t xml:space="preserve">[20:24] </w:t>
      </w:r>
      <w:r>
        <w:t>yeh ek technical dua hoti hai, computer type ki dua hoti hai.</w:t>
      </w:r>
    </w:p>
    <w:p>
      <w:pPr>
        <w:jc w:val="right"/>
      </w:pPr>
      <w:r>
        <w:t>یہ ایک technical دعا ہوتی ہے، کمپیوٹر ٹائپ کی دعا ہوتی ہے۔</w:t>
      </w:r>
    </w:p>
    <w:p>
      <w:r>
        <w:rPr>
          <w:b/>
        </w:rPr>
        <w:t xml:space="preserve">[20:31] </w:t>
      </w:r>
      <w:r>
        <w:t>ek robot jaisa dua kare woh dua hoti hai yeh.</w:t>
      </w:r>
    </w:p>
    <w:p>
      <w:pPr>
        <w:jc w:val="right"/>
      </w:pPr>
      <w:r>
        <w:t>ایک robot جیسا دعا کرے وہ دعا ہوتی ہے یہ۔</w:t>
      </w:r>
    </w:p>
    <w:p>
      <w:r>
        <w:rPr>
          <w:b/>
        </w:rPr>
        <w:t xml:space="preserve">[20:37] </w:t>
      </w:r>
      <w:r>
        <w:t>ab mein ek baat aap se yeh kehna chahta hoon ke dua ka ek bohat hi, bohat hi</w:t>
      </w:r>
    </w:p>
    <w:p>
      <w:pPr>
        <w:jc w:val="right"/>
      </w:pPr>
      <w:r>
        <w:t>اب میں ایک بات آپ سے یہ کہنا چاہتا ہوں کہ دعا کا ایک بہت ہی، بہت ہی</w:t>
      </w:r>
    </w:p>
    <w:p>
      <w:r>
        <w:rPr>
          <w:b/>
        </w:rPr>
        <w:t xml:space="preserve">[20:43] </w:t>
      </w:r>
      <w:r>
        <w:t>aham nuqta, bohat hi important point mujhe samajh mein aaya hai ke dua ke liye ek reference point chahiye.</w:t>
      </w:r>
    </w:p>
    <w:p>
      <w:pPr>
        <w:jc w:val="right"/>
      </w:pPr>
      <w:r>
        <w:t>اہم نقطہ، بہت ہی important point مجھے سمجھ میں آیا ہے کہ دعا کے لیے ایک reference point چاہیے۔</w:t>
      </w:r>
    </w:p>
    <w:p>
      <w:r>
        <w:rPr>
          <w:b/>
        </w:rPr>
        <w:t xml:space="preserve">[20:50] </w:t>
      </w:r>
      <w:r>
        <w:t>reference point ho tab dua nikalti hai aap ki zuban se.</w:t>
      </w:r>
    </w:p>
    <w:p>
      <w:pPr>
        <w:jc w:val="right"/>
      </w:pPr>
      <w:r>
        <w:t>reference point ہو تب دعا نکلتی ہے آپ کی زبان سے۔</w:t>
      </w:r>
    </w:p>
    <w:p>
      <w:r>
        <w:rPr>
          <w:b/>
        </w:rPr>
        <w:t xml:space="preserve">[20:56] </w:t>
      </w:r>
      <w:r>
        <w:t>abstract tor par dua nahi nikalti.</w:t>
      </w:r>
    </w:p>
    <w:p>
      <w:pPr>
        <w:jc w:val="right"/>
      </w:pPr>
      <w:r>
        <w:t>Abstract طور پر دعا نہیں نکلتی۔</w:t>
      </w:r>
    </w:p>
    <w:p>
      <w:r>
        <w:rPr>
          <w:b/>
        </w:rPr>
        <w:t xml:space="preserve">[21:02] </w:t>
      </w:r>
      <w:r>
        <w:t>dua jo hai abstract tor par nahi nikalti hai.</w:t>
      </w:r>
    </w:p>
    <w:p>
      <w:pPr>
        <w:jc w:val="right"/>
      </w:pPr>
      <w:r>
        <w:t>دعا جو ہے abstract طور پر نہیں نکلتی ہے۔</w:t>
      </w:r>
    </w:p>
    <w:p>
      <w:r>
        <w:rPr>
          <w:b/>
        </w:rPr>
        <w:t xml:space="preserve">[21:09] </w:t>
      </w:r>
      <w:r>
        <w:t>ek reference point hota hai tab dua nikalti hai. bari dua.</w:t>
      </w:r>
    </w:p>
    <w:p>
      <w:pPr>
        <w:jc w:val="right"/>
      </w:pPr>
      <w:r>
        <w:t>ایک reference point ہوتا ہے تب دعا نکلتی ہے۔ بڑی دعا۔</w:t>
      </w:r>
    </w:p>
    <w:p>
      <w:r>
        <w:rPr>
          <w:b/>
        </w:rPr>
        <w:t xml:space="preserve">[21:15] </w:t>
      </w:r>
      <w:r>
        <w:t>reference point se meri kya murad hai mein aap ko is ka example deta hoon.</w:t>
      </w:r>
    </w:p>
    <w:p>
      <w:pPr>
        <w:jc w:val="right"/>
      </w:pPr>
      <w:r>
        <w:t>reference point سے میری کیا مراد ہے میں آپ کو اس کا example دیتا ہوں۔</w:t>
      </w:r>
    </w:p>
    <w:p>
      <w:r>
        <w:rPr>
          <w:b/>
        </w:rPr>
        <w:t xml:space="preserve">[21:21] </w:t>
      </w:r>
      <w:r>
        <w:t>dekhiye yeh baat bohat zyada samajhne ki hai.</w:t>
      </w:r>
    </w:p>
    <w:p>
      <w:pPr>
        <w:jc w:val="right"/>
      </w:pPr>
      <w:r>
        <w:t>دیکھیے یہ بات بہت زیادہ سمجھنے کی ہے۔</w:t>
      </w:r>
    </w:p>
    <w:p>
      <w:r>
        <w:rPr>
          <w:b/>
        </w:rPr>
        <w:t xml:space="preserve">[21:27] </w:t>
      </w:r>
      <w:r>
        <w:t>sab se bara jo yani chance hota hai, sab se bari jo opportunity hoti hai isi ko sare</w:t>
      </w:r>
    </w:p>
    <w:p>
      <w:pPr>
        <w:jc w:val="right"/>
      </w:pPr>
      <w:r>
        <w:t>سب سے بڑا جو یعنی chance ہوتا ہے، سب سے بڑی جو opportunity ہوتی ہے اسی کو سارے</w:t>
      </w:r>
    </w:p>
    <w:p>
      <w:r>
        <w:rPr>
          <w:b/>
        </w:rPr>
        <w:t xml:space="preserve">[21:34] </w:t>
      </w:r>
      <w:r>
        <w:t>log kholay huwe rehte hain.</w:t>
      </w:r>
    </w:p>
    <w:p>
      <w:pPr>
        <w:jc w:val="right"/>
      </w:pPr>
      <w:r>
        <w:t>لوگ کھولے ہوتے رہتے ہیں۔</w:t>
      </w:r>
    </w:p>
    <w:p>
      <w:r>
        <w:rPr>
          <w:b/>
        </w:rPr>
        <w:t xml:space="preserve">[21:40] </w:t>
      </w:r>
      <w:r>
        <w:t>kyunke is is concept ko nahi jante ke reference point, it requires a reference point to make ek</w:t>
      </w:r>
    </w:p>
    <w:p>
      <w:pPr>
        <w:jc w:val="right"/>
      </w:pPr>
      <w:r>
        <w:t>کیونکہ اس اس concept کو نہیں جانتے کہ reference point، it requires a reference point to make ایک</w:t>
      </w:r>
    </w:p>
    <w:p>
      <w:r>
        <w:rPr>
          <w:b/>
        </w:rPr>
        <w:t xml:space="preserve">[21:46] </w:t>
      </w:r>
      <w:r>
        <w:t>dua, real dua.</w:t>
      </w:r>
    </w:p>
    <w:p>
      <w:pPr>
        <w:jc w:val="right"/>
      </w:pPr>
      <w:r>
        <w:t>دعا، real دعا۔</w:t>
      </w:r>
    </w:p>
    <w:p>
      <w:r>
        <w:rPr>
          <w:b/>
        </w:rPr>
        <w:t xml:space="preserve">[21:53] </w:t>
      </w:r>
      <w:r>
        <w:t>ek reference point ho tab woh dua nikalti hai jo khuda tak pohnch jati hai.</w:t>
      </w:r>
    </w:p>
    <w:p>
      <w:pPr>
        <w:jc w:val="right"/>
      </w:pPr>
      <w:r>
        <w:t>ایک reference point ہو تب وہ دعا نکلتی ہے جو خدا تک پہنچ جاتی ہے۔</w:t>
      </w:r>
    </w:p>
    <w:p>
      <w:r>
        <w:rPr>
          <w:b/>
        </w:rPr>
        <w:t xml:space="preserve">[21:59] </w:t>
      </w:r>
      <w:r>
        <w:t>koi janta hi nahi hai is ko.</w:t>
      </w:r>
    </w:p>
    <w:p>
      <w:pPr>
        <w:jc w:val="right"/>
      </w:pPr>
      <w:r>
        <w:t>کوئی جانتا ہی نہیں ہے اس کو۔</w:t>
      </w:r>
    </w:p>
    <w:p>
      <w:r>
        <w:rPr>
          <w:b/>
        </w:rPr>
        <w:t xml:space="preserve">[22:05] </w:t>
      </w:r>
      <w:r>
        <w:t>yehi jante hain ke bazaar se khareed lo kitab aur duaen jo chapi hui hain us ko rat</w:t>
      </w:r>
    </w:p>
    <w:p>
      <w:pPr>
        <w:jc w:val="right"/>
      </w:pPr>
      <w:r>
        <w:t>یہی جانتے ہیں کہ بازار سے خرید لو کتاب اور دعائیں جو چھپی ہوئی ہیں اس کو رٹ</w:t>
      </w:r>
    </w:p>
    <w:p>
      <w:r>
        <w:rPr>
          <w:b/>
        </w:rPr>
        <w:t xml:space="preserve">[22:12] </w:t>
      </w:r>
      <w:r>
        <w:t>lo aur us ko parhte raho.</w:t>
      </w:r>
    </w:p>
    <w:p>
      <w:pPr>
        <w:jc w:val="right"/>
      </w:pPr>
      <w:r>
        <w:t>لو اور اس کو پڑھتے رہو۔</w:t>
      </w:r>
    </w:p>
    <w:p>
      <w:r>
        <w:rPr>
          <w:b/>
        </w:rPr>
        <w:t xml:space="preserve">[22:18] </w:t>
      </w:r>
      <w:r>
        <w:t>dekhiye mein kuch misaal deta hoon jis se andaza ho ke reference point se mein kya murad le raha hoon.</w:t>
      </w:r>
    </w:p>
    <w:p>
      <w:pPr>
        <w:jc w:val="right"/>
      </w:pPr>
      <w:r>
        <w:t>دیکھیے میں کچھ مثال دیتا ہوں جس سے اندازہ ہو کہ reference point سے میں کیا مراد لے رہا ہوں۔</w:t>
      </w:r>
    </w:p>
    <w:p>
      <w:r>
        <w:rPr>
          <w:b/>
        </w:rPr>
        <w:t xml:space="preserve">[22:24] </w:t>
      </w:r>
      <w:r>
        <w:t>hazrat musa alaihissalam ke baray mein aata hai ke woh aap jante hain ke woh misr se</w:t>
      </w:r>
    </w:p>
    <w:p>
      <w:pPr>
        <w:jc w:val="right"/>
      </w:pPr>
      <w:r>
        <w:t>حضرت موسیٰ علیہ السلام کے بارے میں آتا ہے کہ وہ آپ جانتے ہیں کہ وہ مصر سے</w:t>
      </w:r>
    </w:p>
    <w:p>
      <w:r>
        <w:rPr>
          <w:b/>
        </w:rPr>
        <w:t xml:space="preserve">[22:30] </w:t>
      </w:r>
      <w:r>
        <w:t>madain jana hua, phir madain se lotay, ek lamba woh hai quran mein bayan hua hai, woh sab</w:t>
      </w:r>
    </w:p>
    <w:p>
      <w:pPr>
        <w:jc w:val="right"/>
      </w:pPr>
      <w:r>
        <w:t>مدین جانا ہوا، پھر مدین سے لوٹے، ایک لمبا وہ ہے قرآن میں بیان ہوا ہے، وہ سب</w:t>
      </w:r>
    </w:p>
    <w:p>
      <w:r>
        <w:rPr>
          <w:b/>
        </w:rPr>
        <w:t xml:space="preserve">[22:37] </w:t>
      </w:r>
      <w:r>
        <w:t>aap parh sakte hain is ko.</w:t>
      </w:r>
    </w:p>
    <w:p>
      <w:pPr>
        <w:jc w:val="right"/>
      </w:pPr>
      <w:r>
        <w:t>آپ پڑھ سکتے ہیں اس کو۔</w:t>
      </w:r>
    </w:p>
    <w:p>
      <w:r>
        <w:rPr>
          <w:b/>
        </w:rPr>
        <w:t xml:space="preserve">[22:43] </w:t>
      </w:r>
      <w:r>
        <w:t>to is safar ke douran jab nabuwat ka zamana aata hai, jab nabuwat milti hai un ko to</w:t>
      </w:r>
    </w:p>
    <w:p>
      <w:pPr>
        <w:jc w:val="right"/>
      </w:pPr>
      <w:r>
        <w:t>تو اس سفر کے دوران جب نبوت کا زمانہ آتا ہے، جب نبوت ملتی ہے ان کو تو</w:t>
      </w:r>
    </w:p>
    <w:p>
      <w:r>
        <w:rPr>
          <w:b/>
        </w:rPr>
        <w:t xml:space="preserve">[22:49] </w:t>
      </w:r>
      <w:r>
        <w:t>is se pehle woh ek jagah pohnche hue hotay hain jahan ek jangl hota hai, pear hotay hain.</w:t>
      </w:r>
    </w:p>
    <w:p>
      <w:pPr>
        <w:jc w:val="right"/>
      </w:pPr>
      <w:r>
        <w:t>اس سے پہلے وہ ایک جگہ پہنچے ہوئے ہوتے ہیں جہاں ایک جنگل ہوتا ہے، پیڑ ہوتے ہیں۔</w:t>
      </w:r>
    </w:p>
    <w:p>
      <w:r>
        <w:rPr>
          <w:b/>
        </w:rPr>
        <w:t xml:space="preserve">[22:56] </w:t>
      </w:r>
      <w:r>
        <w:t>to ek pear ke neeche woh baith jatay hain.</w:t>
      </w:r>
    </w:p>
    <w:p>
      <w:pPr>
        <w:jc w:val="right"/>
      </w:pPr>
      <w:r>
        <w:t>تو ایک پیڑ کے نیچے وہ بیٹھ جاتے ہیں۔</w:t>
      </w:r>
    </w:p>
    <w:p>
      <w:r>
        <w:rPr>
          <w:b/>
        </w:rPr>
        <w:t xml:space="preserve">[23:02] </w:t>
      </w:r>
      <w:r>
        <w:t>tahta zillish shajar.</w:t>
      </w:r>
    </w:p>
    <w:p>
      <w:pPr>
        <w:jc w:val="right"/>
      </w:pPr>
      <w:r>
        <w:t>تَحْتَىٰ ذِلِّ الشَّجَرَ ۔</w:t>
      </w:r>
    </w:p>
    <w:p>
      <w:r>
        <w:rPr>
          <w:b/>
        </w:rPr>
        <w:t xml:space="preserve">[23:08] </w:t>
      </w:r>
      <w:r>
        <w:t>ek pear ke saaye mein baith jatay hain.</w:t>
      </w:r>
    </w:p>
    <w:p>
      <w:pPr>
        <w:jc w:val="right"/>
      </w:pPr>
      <w:r>
        <w:t>ایک پیڑ کے سائے میں بیٹھ جاتے ہیں۔</w:t>
      </w:r>
    </w:p>
    <w:p>
      <w:r>
        <w:rPr>
          <w:b/>
        </w:rPr>
        <w:t xml:space="preserve">[23:15] </w:t>
      </w:r>
      <w:r>
        <w:t>ab wahan baith kar ek dua nikalti hai un ki zuban se.</w:t>
      </w:r>
    </w:p>
    <w:p>
      <w:pPr>
        <w:jc w:val="right"/>
      </w:pPr>
      <w:r>
        <w:t>اب وہاں بیٹھ کر ایک دعا نکلتی ہے ان کی زبان سے۔</w:t>
      </w:r>
    </w:p>
    <w:p>
      <w:r>
        <w:rPr>
          <w:b/>
        </w:rPr>
        <w:t xml:space="preserve">[23:21] </w:t>
      </w:r>
      <w:r>
        <w:t>is ko ghor kijiye aap.</w:t>
      </w:r>
    </w:p>
    <w:p>
      <w:pPr>
        <w:jc w:val="right"/>
      </w:pPr>
      <w:r>
        <w:t>اس کو غور کیجیے آپ۔</w:t>
      </w:r>
    </w:p>
    <w:p>
      <w:r>
        <w:rPr>
          <w:b/>
        </w:rPr>
        <w:t xml:space="preserve">[23:27] </w:t>
      </w:r>
      <w:r>
        <w:t>yeh Hazrat Musa jo hain is safar ke zamanay mein, jab koi aage hai na peechay, koi dayen</w:t>
      </w:r>
    </w:p>
    <w:p>
      <w:pPr>
        <w:jc w:val="right"/>
      </w:pPr>
      <w:r>
        <w:t>یہ حضرت موسیٰ جو ہیں اس سفر کے زمانے میں، جب کوئی آگے ہے نہ پیچھے، کوئی دائیں</w:t>
      </w:r>
    </w:p>
    <w:p>
      <w:r>
        <w:rPr>
          <w:b/>
        </w:rPr>
        <w:t xml:space="preserve">[23:33] </w:t>
      </w:r>
      <w:r>
        <w:t>hai na bayen hai.</w:t>
      </w:r>
    </w:p>
    <w:p>
      <w:pPr>
        <w:jc w:val="right"/>
      </w:pPr>
      <w:r>
        <w:t>ہے نہ بائیں ہے۔</w:t>
      </w:r>
    </w:p>
    <w:p>
      <w:r>
        <w:rPr>
          <w:b/>
        </w:rPr>
        <w:t xml:space="preserve">[23:40] </w:t>
      </w:r>
      <w:r>
        <w:t>aur woh ek drakht milta hai un ko, saiyadar, hara bhara, khoob hara bhara drakht.</w:t>
      </w:r>
    </w:p>
    <w:p>
      <w:pPr>
        <w:jc w:val="right"/>
      </w:pPr>
      <w:r>
        <w:t>اور وہ ایک درخت ملتا ہے ان کو، سایہ دار، ہرا بھرا، خوب ہرا بھرا درخت۔</w:t>
      </w:r>
    </w:p>
    <w:p>
      <w:r>
        <w:rPr>
          <w:b/>
        </w:rPr>
        <w:t xml:space="preserve">[23:46] </w:t>
      </w:r>
      <w:r>
        <w:t>to is ke neeche baith jatay hain.</w:t>
      </w:r>
    </w:p>
    <w:p>
      <w:pPr>
        <w:jc w:val="right"/>
      </w:pPr>
      <w:r>
        <w:t>تو اس کے نیچے بیٹھ جاتے ہیں۔</w:t>
      </w:r>
    </w:p>
    <w:p>
      <w:r>
        <w:rPr>
          <w:b/>
        </w:rPr>
        <w:t xml:space="preserve">[23:52] </w:t>
      </w:r>
      <w:r>
        <w:t>is waqt un ki zuban se ek dua nikalti hai.</w:t>
      </w:r>
    </w:p>
    <w:p>
      <w:pPr>
        <w:jc w:val="right"/>
      </w:pPr>
      <w:r>
        <w:t>اس وقت ان کی زبان سے ایک دعا نکلتی ہے۔</w:t>
      </w:r>
    </w:p>
    <w:p>
      <w:r>
        <w:rPr>
          <w:b/>
        </w:rPr>
        <w:t xml:space="preserve">[23:59] </w:t>
      </w:r>
      <w:r>
        <w:t>rabbi inni lima anzalta alayya min khairin faqeer.</w:t>
      </w:r>
    </w:p>
    <w:p>
      <w:pPr>
        <w:jc w:val="right"/>
      </w:pPr>
      <w:r>
        <w:t>رَبِّ إِنِّي لَمَا أَنْزَلْتَ عَلَيَّ مِنْ خَيْرٍ فَقِيرٍ ۔</w:t>
      </w:r>
    </w:p>
    <w:p>
      <w:r>
        <w:rPr>
          <w:b/>
        </w:rPr>
        <w:t xml:space="preserve">[24:05] </w:t>
      </w:r>
      <w:r>
        <w:t>rabbi inni lima anzalta alayya min khairin faqeer.</w:t>
      </w:r>
    </w:p>
    <w:p>
      <w:pPr>
        <w:jc w:val="right"/>
      </w:pPr>
      <w:r>
        <w:t>رَبِّ إِنِّي لَمَا أَنْزَلْتَ عَلَيَّ مِنْ خَيْرٍ فَقِيرٍ ۔</w:t>
      </w:r>
    </w:p>
    <w:p>
      <w:r>
        <w:rPr>
          <w:b/>
        </w:rPr>
        <w:t xml:space="preserve">[24:11] </w:t>
      </w:r>
      <w:r>
        <w:t>yeh kis chapter mein hai? Chapter 28.</w:t>
      </w:r>
    </w:p>
    <w:p>
      <w:pPr>
        <w:jc w:val="right"/>
      </w:pPr>
      <w:r>
        <w:t>یہ کس چیپٹر میں ہے؟ Chapter 28.</w:t>
      </w:r>
    </w:p>
    <w:p>
      <w:r>
        <w:rPr>
          <w:b/>
        </w:rPr>
        <w:t xml:space="preserve">[24:18] </w:t>
      </w:r>
      <w:r>
        <w:t>—</w:t>
      </w:r>
    </w:p>
    <w:p>
      <w:pPr>
        <w:jc w:val="right"/>
      </w:pPr>
      <w:r>
        <w:t>۔</w:t>
      </w:r>
    </w:p>
    <w:p>
      <w:r>
        <w:rPr>
          <w:b/>
        </w:rPr>
        <w:t xml:space="preserve">[24:23] </w:t>
      </w:r>
      <w:r>
        <w:t>chapter 28 mein.</w:t>
      </w:r>
    </w:p>
    <w:p>
      <w:pPr>
        <w:jc w:val="right"/>
      </w:pPr>
      <w:r>
        <w:t>چیپٹر 28 میں۔</w:t>
      </w:r>
    </w:p>
    <w:p>
      <w:r>
        <w:rPr>
          <w:b/>
        </w:rPr>
        <w:t xml:space="preserve">[24:28] </w:t>
      </w:r>
      <w:r>
        <w:t>chapter number 28.</w:t>
      </w:r>
    </w:p>
    <w:p>
      <w:pPr>
        <w:jc w:val="right"/>
      </w:pPr>
      <w:r>
        <w:t>چیپٹر نمبر 28۔</w:t>
      </w:r>
    </w:p>
    <w:p>
      <w:r>
        <w:rPr>
          <w:b/>
        </w:rPr>
        <w:t xml:space="preserve">[24:33] </w:t>
      </w:r>
      <w:r>
        <w:t>is pear ke neeche baith kar yeh dua nikalti hai un ki.</w:t>
      </w:r>
    </w:p>
    <w:p>
      <w:pPr>
        <w:jc w:val="right"/>
      </w:pPr>
      <w:r>
        <w:t>اس پیڑ کے نیچے بیٹھ کر یہ دعا نکلتی ہے ان کی۔</w:t>
      </w:r>
    </w:p>
    <w:p>
      <w:r>
        <w:rPr>
          <w:b/>
        </w:rPr>
        <w:t xml:space="preserve">[24:39] </w:t>
      </w:r>
      <w:r>
        <w:t>rabbi inni lima anzalta alayya min khairin faqeer.</w:t>
      </w:r>
    </w:p>
    <w:p>
      <w:pPr>
        <w:jc w:val="right"/>
      </w:pPr>
      <w:r>
        <w:t>رَبِّ إِنِّي لَمَا أَنْزَلْتَ عَلَيَّ مِنْ خَيْرٍ فَقِيرٍ ۔</w:t>
      </w:r>
    </w:p>
    <w:p>
      <w:r>
        <w:rPr>
          <w:b/>
        </w:rPr>
        <w:t xml:space="preserve">[24:44] </w:t>
      </w:r>
      <w:r>
        <w:t>khudaya to ne jo bhalaai mere liye utari ho, mein us ka mohtaj hoon.</w:t>
      </w:r>
    </w:p>
    <w:p>
      <w:pPr>
        <w:jc w:val="right"/>
      </w:pPr>
      <w:r>
        <w:t>خدایا تو نے جو بھلائی میرے لیے اتاری ہو، میں اس کا محتاج ہوں۔</w:t>
      </w:r>
    </w:p>
    <w:p>
      <w:r>
        <w:rPr>
          <w:b/>
        </w:rPr>
        <w:t xml:space="preserve">[24:49] </w:t>
      </w:r>
      <w:r>
        <w:t>mein ne is waqt socha ke is ka background kya hoga.</w:t>
      </w:r>
    </w:p>
    <w:p>
      <w:pPr>
        <w:jc w:val="right"/>
      </w:pPr>
      <w:r>
        <w:t>میں نے اس وقت سوچا کہ اس کا background کیا ہوگا۔</w:t>
      </w:r>
    </w:p>
    <w:p>
      <w:r>
        <w:rPr>
          <w:b/>
        </w:rPr>
        <w:t xml:space="preserve">[24:55] </w:t>
      </w:r>
      <w:r>
        <w:t>woh pear un ke liye point of reference ban gaya.</w:t>
      </w:r>
    </w:p>
    <w:p>
      <w:pPr>
        <w:jc w:val="right"/>
      </w:pPr>
      <w:r>
        <w:t>وہ پیڑ ان کے لیے point of reference بن گیا۔</w:t>
      </w:r>
    </w:p>
    <w:p>
      <w:r>
        <w:rPr>
          <w:b/>
        </w:rPr>
        <w:t xml:space="preserve">[25:00] </w:t>
      </w:r>
      <w:r>
        <w:t>woh pear jo tha, hara bhara pear, Hazrat Musa ke liye ek point of reference ban gaya.</w:t>
      </w:r>
    </w:p>
    <w:p>
      <w:pPr>
        <w:jc w:val="right"/>
      </w:pPr>
      <w:r>
        <w:t>وہ پیڑ جو تھا، ہرا بھرا پیڑ، حضرت موسیٰ کے لیے ایک point of reference بن گیا۔</w:t>
      </w:r>
    </w:p>
    <w:p>
      <w:r>
        <w:rPr>
          <w:b/>
        </w:rPr>
        <w:t xml:space="preserve">[25:05] </w:t>
      </w:r>
      <w:r>
        <w:t>unhon ne dekha ke ek khushk zameen hai, is se ek pear nikla.</w:t>
      </w:r>
    </w:p>
    <w:p>
      <w:pPr>
        <w:jc w:val="right"/>
      </w:pPr>
      <w:r>
        <w:t>انہوں نے دیکھا کہ ایک خشک زمین ہے، اس سے ایک پیڑ نکلا۔</w:t>
      </w:r>
    </w:p>
    <w:p>
      <w:r>
        <w:rPr>
          <w:b/>
        </w:rPr>
        <w:t xml:space="preserve">[25:10] </w:t>
      </w:r>
      <w:r>
        <w:t>aur pear mein shaakh, branches, phir hari bhari patiyan, saaya, shadow.</w:t>
      </w:r>
    </w:p>
    <w:p>
      <w:pPr>
        <w:jc w:val="right"/>
      </w:pPr>
      <w:r>
        <w:t>اور پیڑ میں شاخ، branches، پھر ہری بھری پتیاں، سایہ، shadow۔</w:t>
      </w:r>
    </w:p>
    <w:p>
      <w:r>
        <w:rPr>
          <w:b/>
        </w:rPr>
        <w:t xml:space="preserve">[25:16] </w:t>
      </w:r>
      <w:r>
        <w:t>aik poora hara bhara drakht khara ho gaya.</w:t>
      </w:r>
    </w:p>
    <w:p>
      <w:pPr>
        <w:jc w:val="right"/>
      </w:pPr>
      <w:r>
        <w:t>ایک پورا ہرا بھرا درخت کھڑا ہو گیا۔</w:t>
      </w:r>
    </w:p>
    <w:p>
      <w:r>
        <w:rPr>
          <w:b/>
        </w:rPr>
        <w:t xml:space="preserve">[25:21] </w:t>
      </w:r>
      <w:r>
        <w:t>is waqt Khuda ki rehmat unhein dikhai di.</w:t>
      </w:r>
    </w:p>
    <w:p>
      <w:pPr>
        <w:jc w:val="right"/>
      </w:pPr>
      <w:r>
        <w:t>اس وقت خدا کی رحمت انہیں دکھائی دی۔</w:t>
      </w:r>
    </w:p>
    <w:p>
      <w:r>
        <w:rPr>
          <w:b/>
        </w:rPr>
        <w:t xml:space="preserve">[25:26] </w:t>
      </w:r>
      <w:r>
        <w:t>aik rehmat jo reflect kar rahi thi aik peR ki shakal mein, aik tree ki shakal mein, hara</w:t>
      </w:r>
    </w:p>
    <w:p>
      <w:pPr>
        <w:jc w:val="right"/>
      </w:pPr>
      <w:r>
        <w:t>ایک رحمت جو reflect کر رہی تھی ایک پیڑ کی شکل میں، ایک tree کی شکل میں، ہرے</w:t>
      </w:r>
    </w:p>
    <w:p>
      <w:r>
        <w:rPr>
          <w:b/>
        </w:rPr>
        <w:t xml:space="preserve">[25:32] </w:t>
      </w:r>
      <w:r>
        <w:t>bhara tree ki shakal mein.</w:t>
      </w:r>
    </w:p>
    <w:p>
      <w:pPr>
        <w:jc w:val="right"/>
      </w:pPr>
      <w:r>
        <w:t>بھرے tree کی شکل میں۔</w:t>
      </w:r>
    </w:p>
    <w:p>
      <w:r>
        <w:rPr>
          <w:b/>
        </w:rPr>
        <w:t xml:space="preserve">[25:37] </w:t>
      </w:r>
      <w:r>
        <w:t>is waqt unhon ne socha ke Khudaaya teri rehmat itni bari hai ke tu ne is lakRi ko</w:t>
      </w:r>
    </w:p>
    <w:p>
      <w:pPr>
        <w:jc w:val="right"/>
      </w:pPr>
      <w:r>
        <w:t>اس وقت انہوں نے سوچا کہ خدایا تیری رحمت اتنی بڑی ہے کہ تو نے اس لکڑی کو</w:t>
      </w:r>
    </w:p>
    <w:p>
      <w:r>
        <w:rPr>
          <w:b/>
        </w:rPr>
        <w:t xml:space="preserve">[25:42] </w:t>
      </w:r>
      <w:r>
        <w:t>hara bhara bana diya.</w:t>
      </w:r>
    </w:p>
    <w:p>
      <w:pPr>
        <w:jc w:val="right"/>
      </w:pPr>
      <w:r>
        <w:t>ہرا بھرا بنا دیا۔</w:t>
      </w:r>
    </w:p>
    <w:p>
      <w:r>
        <w:rPr>
          <w:b/>
        </w:rPr>
        <w:t xml:space="preserve">[25:47] </w:t>
      </w:r>
      <w:r>
        <w:t>is lakRi ke oper hari hari patiyon ka saya kar diya.</w:t>
      </w:r>
    </w:p>
    <w:p>
      <w:pPr>
        <w:jc w:val="right"/>
      </w:pPr>
      <w:r>
        <w:t>اس لکڑی کے اوپر ہری ہری پتیوں کا سایہ کر دیا۔</w:t>
      </w:r>
    </w:p>
    <w:p>
      <w:r>
        <w:rPr>
          <w:b/>
        </w:rPr>
        <w:t xml:space="preserve">[25:53] </w:t>
      </w:r>
      <w:r>
        <w:t>isi tarah tu mujhe bhi hara bhara kar de.</w:t>
      </w:r>
    </w:p>
    <w:p>
      <w:pPr>
        <w:jc w:val="right"/>
      </w:pPr>
      <w:r>
        <w:t>اسی طرح تو مجھے بھی ہرا بھرا کر دے۔</w:t>
      </w:r>
    </w:p>
    <w:p>
      <w:r>
        <w:rPr>
          <w:b/>
        </w:rPr>
        <w:t xml:space="preserve">[25:58] </w:t>
      </w:r>
      <w:r>
        <w:t>mujhe bhi bhalai de de, mujhe bhi khair de de.</w:t>
      </w:r>
    </w:p>
    <w:p>
      <w:pPr>
        <w:jc w:val="right"/>
      </w:pPr>
      <w:r>
        <w:t>مجھے بھی بھلائی دے دے، مجھے بھی خیر دے دے۔</w:t>
      </w:r>
    </w:p>
    <w:p>
      <w:r>
        <w:rPr>
          <w:b/>
        </w:rPr>
        <w:t xml:space="preserve">[26:03] </w:t>
      </w:r>
      <w:r>
        <w:t>wo peR aap ke liye point of reference ban gaya.</w:t>
      </w:r>
    </w:p>
    <w:p>
      <w:pPr>
        <w:jc w:val="right"/>
      </w:pPr>
      <w:r>
        <w:t>وہ پیڑ آپ کے لیے point of reference بن گیا۔</w:t>
      </w:r>
    </w:p>
    <w:p>
      <w:r>
        <w:rPr>
          <w:b/>
        </w:rPr>
        <w:t xml:space="preserve">[26:09] </w:t>
      </w:r>
      <w:r>
        <w:t>tab un ki zuban se yeh dua nikli.</w:t>
      </w:r>
    </w:p>
    <w:p>
      <w:pPr>
        <w:jc w:val="right"/>
      </w:pPr>
      <w:r>
        <w:t>تب ان کی زبان سے یہ دعا نکلی۔</w:t>
      </w:r>
    </w:p>
    <w:p>
      <w:r>
        <w:rPr>
          <w:b/>
        </w:rPr>
        <w:t xml:space="preserve">[26:14] </w:t>
      </w:r>
      <w:r>
        <w:t>rabbi inni lima anzalta alayya min khairin faqir.</w:t>
      </w:r>
    </w:p>
    <w:p>
      <w:pPr>
        <w:jc w:val="right"/>
      </w:pPr>
      <w:r>
        <w:t>رَبِّ إِنِّي لَمَا أَنْزَلْتَ عَلَيَّ مِنْ خَيْرٍ فَقِيرٍ ۔</w:t>
      </w:r>
    </w:p>
    <w:p>
      <w:r>
        <w:rPr>
          <w:b/>
        </w:rPr>
        <w:t xml:space="preserve">[26:19] </w:t>
      </w:r>
      <w:r>
        <w:t>ke Khuda jis tarah tu ne is peR ko hara bhara kiya hai, isi tarah tu mujhe bhi</w:t>
      </w:r>
    </w:p>
    <w:p>
      <w:pPr>
        <w:jc w:val="right"/>
      </w:pPr>
      <w:r>
        <w:t>کہ خدا جس طرح تو نے اس پیڑ کو ہرا بھرا کیا ہے، اسی طرح تو مجھے بھی</w:t>
      </w:r>
    </w:p>
    <w:p>
      <w:r>
        <w:rPr>
          <w:b/>
        </w:rPr>
        <w:t xml:space="preserve">[26:25] </w:t>
      </w:r>
      <w:r>
        <w:t>hara bhara kar de.</w:t>
      </w:r>
    </w:p>
    <w:p>
      <w:pPr>
        <w:jc w:val="right"/>
      </w:pPr>
      <w:r>
        <w:t>ہرا بھرا کر دے۔</w:t>
      </w:r>
    </w:p>
    <w:p>
      <w:r>
        <w:rPr>
          <w:b/>
        </w:rPr>
        <w:t xml:space="preserve">[26:30] </w:t>
      </w:r>
      <w:r>
        <w:t>yeh hai point of reference.</w:t>
      </w:r>
    </w:p>
    <w:p>
      <w:pPr>
        <w:jc w:val="right"/>
      </w:pPr>
      <w:r>
        <w:t>یہ ہے point of reference۔</w:t>
      </w:r>
    </w:p>
    <w:p>
      <w:r>
        <w:rPr>
          <w:b/>
        </w:rPr>
        <w:t xml:space="preserve">[26:35] </w:t>
      </w:r>
      <w:r>
        <w:t>jab aap kisi, yeh point of reference bikhre hue hain, har waqt bikhre hue hain.</w:t>
      </w:r>
    </w:p>
    <w:p>
      <w:pPr>
        <w:jc w:val="right"/>
      </w:pPr>
      <w:r>
        <w:t>جب آپ کسی، یہ point of reference بکھرے ہوئے ہیں، ہر وقت بکھرے ہوئے ہیں۔</w:t>
      </w:r>
    </w:p>
    <w:p>
      <w:r>
        <w:rPr>
          <w:b/>
        </w:rPr>
        <w:t xml:space="preserve">[26:40] </w:t>
      </w:r>
      <w:r>
        <w:t>point of reference jo hai aisa nahi ke kahin dhoondna paRe ga ja kar ke.</w:t>
      </w:r>
    </w:p>
    <w:p>
      <w:pPr>
        <w:jc w:val="right"/>
      </w:pPr>
      <w:r>
        <w:t>Point of reference جو ہے ایسا نہیں کہ کہیں ڈھونڈنا پڑے گا جا کر کے۔</w:t>
      </w:r>
    </w:p>
    <w:p>
      <w:r>
        <w:rPr>
          <w:b/>
        </w:rPr>
        <w:t xml:space="preserve">[26:46] </w:t>
      </w:r>
      <w:r>
        <w:t>har lamha, har waqt, har subah sham woh maujood hai.</w:t>
      </w:r>
    </w:p>
    <w:p>
      <w:pPr>
        <w:jc w:val="right"/>
      </w:pPr>
      <w:r>
        <w:t>ہر لمحہ، ہر وقت، ہر صبح شام وہ موجود ہے۔</w:t>
      </w:r>
    </w:p>
    <w:p>
      <w:r>
        <w:rPr>
          <w:b/>
        </w:rPr>
        <w:t xml:space="preserve">[26:51] </w:t>
      </w:r>
      <w:r>
        <w:t>sirf sochne se is ko aap point of reference, yaani reference point bana bana paate hain.</w:t>
      </w:r>
    </w:p>
    <w:p>
      <w:pPr>
        <w:jc w:val="right"/>
      </w:pPr>
      <w:r>
        <w:t>صرف سوچنے سے اس کو آپ point of reference، یعنی reference point بنا بنا پاتے ہیں۔</w:t>
      </w:r>
    </w:p>
    <w:p>
      <w:r>
        <w:rPr>
          <w:b/>
        </w:rPr>
        <w:t xml:space="preserve">[26:56] </w:t>
      </w:r>
      <w:r>
        <w:t>aik jagah dekhiye, Hazrat Musa ne daawti kaam kiya tha apna Egypt mein, Misr mein.</w:t>
      </w:r>
    </w:p>
    <w:p>
      <w:pPr>
        <w:jc w:val="right"/>
      </w:pPr>
      <w:r>
        <w:t>ایک جگہ دیکھیے، حضرت موسیٰ نے دعوتی کام کیا تھا اپنا Egypt میں، مصر میں۔</w:t>
      </w:r>
    </w:p>
    <w:p>
      <w:r>
        <w:rPr>
          <w:b/>
        </w:rPr>
        <w:t xml:space="preserve">[27:02] </w:t>
      </w:r>
      <w:r>
        <w:t>wahan par Pharaoh tha, jis ko Firon kaha jata hai.</w:t>
      </w:r>
    </w:p>
    <w:p>
      <w:pPr>
        <w:jc w:val="right"/>
      </w:pPr>
      <w:r>
        <w:t>وہاں پر Pharaoh تھا، جس کو فرعون کہا جاتا ہے۔</w:t>
      </w:r>
    </w:p>
    <w:p>
      <w:r>
        <w:rPr>
          <w:b/>
        </w:rPr>
        <w:t xml:space="preserve">[27:07] </w:t>
      </w:r>
      <w:r>
        <w:t>to us ki biwi thi Asiya.</w:t>
      </w:r>
    </w:p>
    <w:p>
      <w:pPr>
        <w:jc w:val="right"/>
      </w:pPr>
      <w:r>
        <w:t>تو اس کی بیوی تھی آسیہ۔</w:t>
      </w:r>
    </w:p>
    <w:p>
      <w:r>
        <w:rPr>
          <w:b/>
        </w:rPr>
        <w:t xml:space="preserve">[27:12] </w:t>
      </w:r>
      <w:r>
        <w:t>wo Hazrat Musa ke deen ko maana us ne, us par iman laye.</w:t>
      </w:r>
    </w:p>
    <w:p>
      <w:pPr>
        <w:jc w:val="right"/>
      </w:pPr>
      <w:r>
        <w:t>وہ حضرت موسیٰ کے دین کو مانا اس نے، اس پر ایمان لائے۔</w:t>
      </w:r>
    </w:p>
    <w:p>
      <w:r>
        <w:rPr>
          <w:b/>
        </w:rPr>
        <w:t xml:space="preserve">[27:17] </w:t>
      </w:r>
      <w:r>
        <w:t>to jab Firon, Firon aap jante hain ke wo khilaf ho gaya tha, to us ne Asiya se</w:t>
      </w:r>
    </w:p>
    <w:p>
      <w:pPr>
        <w:jc w:val="right"/>
      </w:pPr>
      <w:r>
        <w:t>تو جب فرعون، فرعون آپ جانتے ہیں کہ وہ خلاف ہو گیا تھا، تو اس نے آسیہ سے</w:t>
      </w:r>
    </w:p>
    <w:p>
      <w:r>
        <w:rPr>
          <w:b/>
        </w:rPr>
        <w:t xml:space="preserve">[27:23] </w:t>
      </w:r>
      <w:r>
        <w:t>kaha ke main tum ko, tum deen chhoRo Musa ka deen, nahi to main tum ko talwar se</w:t>
      </w:r>
    </w:p>
    <w:p>
      <w:pPr>
        <w:jc w:val="right"/>
      </w:pPr>
      <w:r>
        <w:t>کہا کہ میں تم کو، تم دین چھوڑو موسیٰ کا دین، نہیں تو میں تم کو تلوار سے</w:t>
      </w:r>
    </w:p>
    <w:p>
      <w:r>
        <w:rPr>
          <w:b/>
        </w:rPr>
        <w:t xml:space="preserve">[27:28] </w:t>
      </w:r>
      <w:r>
        <w:t>qatl karwa doonga.</w:t>
      </w:r>
    </w:p>
    <w:p>
      <w:pPr>
        <w:jc w:val="right"/>
      </w:pPr>
      <w:r>
        <w:t>قتل کروا دوں گا۔</w:t>
      </w:r>
    </w:p>
    <w:p>
      <w:r>
        <w:rPr>
          <w:b/>
        </w:rPr>
        <w:t xml:space="preserve">[27:33] </w:t>
      </w:r>
      <w:r>
        <w:t>ab aasiya mahal mein rehti thi, un ki biwi thi firon ki, mahal mein rehti thi.</w:t>
      </w:r>
    </w:p>
    <w:p>
      <w:pPr>
        <w:jc w:val="right"/>
      </w:pPr>
      <w:r>
        <w:t>اب آسیہ محل میں رہتی تھی، ان کی بیوی تھی فرعون کی، محل میں رہتی تھی۔</w:t>
      </w:r>
    </w:p>
    <w:p>
      <w:r>
        <w:rPr>
          <w:b/>
        </w:rPr>
        <w:t xml:space="preserve">[27:39] </w:t>
      </w:r>
      <w:r>
        <w:t>ab in ke saamne yeh aa gaya ke ya to mahal len ya khuda ke liye marna pasand karen.</w:t>
      </w:r>
    </w:p>
    <w:p>
      <w:pPr>
        <w:jc w:val="right"/>
      </w:pPr>
      <w:r>
        <w:t>اب ان کے سامنے یہ آگیا کہ یا تو محل لیں یا خدا کے لیے مرنا پسند کریں۔</w:t>
      </w:r>
    </w:p>
    <w:p>
      <w:r>
        <w:rPr>
          <w:b/>
        </w:rPr>
        <w:t xml:space="preserve">[27:44] </w:t>
      </w:r>
      <w:r>
        <w:t>yaani do mein se option un ke saamne aa gaya.</w:t>
      </w:r>
    </w:p>
    <w:p>
      <w:pPr>
        <w:jc w:val="right"/>
      </w:pPr>
      <w:r>
        <w:t>یعنی دو میں سے option ان کے سامنے آگیا۔</w:t>
      </w:r>
    </w:p>
    <w:p>
      <w:r>
        <w:rPr>
          <w:b/>
        </w:rPr>
        <w:t xml:space="preserve">[27:49] </w:t>
      </w:r>
      <w:r>
        <w:t>ek taraf thi firon ki talwar aur doosri taraf tha mahal.</w:t>
      </w:r>
    </w:p>
    <w:p>
      <w:pPr>
        <w:jc w:val="right"/>
      </w:pPr>
      <w:r>
        <w:t>ایک طرف تھی فرعون کی تلوار اور دوسری طرف تھا محل۔</w:t>
      </w:r>
    </w:p>
    <w:p>
      <w:r>
        <w:rPr>
          <w:b/>
        </w:rPr>
        <w:t xml:space="preserve">[27:54] </w:t>
      </w:r>
      <w:r>
        <w:t>us waqt in ke liye woh mahal point of reference ban gaya.</w:t>
      </w:r>
    </w:p>
    <w:p>
      <w:pPr>
        <w:jc w:val="right"/>
      </w:pPr>
      <w:r>
        <w:t>اس وقت ان کے لیے وہ محل point of reference بن گیا۔</w:t>
      </w:r>
    </w:p>
    <w:p>
      <w:r>
        <w:rPr>
          <w:b/>
        </w:rPr>
        <w:t xml:space="preserve">[28:00] </w:t>
      </w:r>
      <w:r>
        <w:t>us waqt in ki zubaan se nikla, unhon ne qabool kar liya ke mahal chhota hai to chhota hai.</w:t>
      </w:r>
    </w:p>
    <w:p>
      <w:pPr>
        <w:jc w:val="right"/>
      </w:pPr>
      <w:r>
        <w:t>اس وقت ان کی زبان سے نکلا، انہوں نے قبول کر لیا کہ محل چھوٹا ہے تو چھوٹا ہے۔</w:t>
      </w:r>
    </w:p>
    <w:p>
      <w:r>
        <w:rPr>
          <w:b/>
        </w:rPr>
        <w:t xml:space="preserve">[28:05] </w:t>
      </w:r>
      <w:r>
        <w:t>sachai mein nahi chhorne wali hoon.</w:t>
      </w:r>
    </w:p>
    <w:p>
      <w:pPr>
        <w:jc w:val="right"/>
      </w:pPr>
      <w:r>
        <w:t>سچائی میں نہیں چھوڑنے والی ہوں۔</w:t>
      </w:r>
    </w:p>
    <w:p>
      <w:r>
        <w:rPr>
          <w:b/>
        </w:rPr>
        <w:t xml:space="preserve">[28:10] </w:t>
      </w:r>
      <w:r>
        <w:t>to mujhe qadar karta hai to qadar kar de.</w:t>
      </w:r>
    </w:p>
    <w:p>
      <w:pPr>
        <w:jc w:val="right"/>
      </w:pPr>
      <w:r>
        <w:t>تو مجھے قدر کرتا ہے تو قدر کر دے۔</w:t>
      </w:r>
    </w:p>
    <w:p>
      <w:r>
        <w:rPr>
          <w:b/>
        </w:rPr>
        <w:t xml:space="preserve">[28:16] </w:t>
      </w:r>
      <w:r>
        <w:t>to us waqt in ki zubaan se nikla.</w:t>
      </w:r>
    </w:p>
    <w:p>
      <w:pPr>
        <w:jc w:val="right"/>
      </w:pPr>
      <w:r>
        <w:t>تو اس وقت ان کی زبان سے نکلا۔</w:t>
      </w:r>
    </w:p>
    <w:p>
      <w:r>
        <w:rPr>
          <w:b/>
        </w:rPr>
        <w:t xml:space="preserve">[28:21] </w:t>
      </w:r>
      <w:r>
        <w:t>rabbi ibni li indaka baitan fil jannati.</w:t>
      </w:r>
    </w:p>
    <w:p>
      <w:pPr>
        <w:jc w:val="right"/>
      </w:pPr>
      <w:r>
        <w:t>رَبِّ ابْنِ لِي عِنْدَكَ بَيْتًا فِي الْجَنَّةِ ۔</w:t>
      </w:r>
    </w:p>
    <w:p>
      <w:r>
        <w:rPr>
          <w:b/>
        </w:rPr>
        <w:t xml:space="preserve">[28:26] </w:t>
      </w:r>
      <w:r>
        <w:t>rabbi ibni li indaka baitan fil jannati.</w:t>
      </w:r>
    </w:p>
    <w:p>
      <w:pPr>
        <w:jc w:val="right"/>
      </w:pPr>
      <w:r>
        <w:t>رَبِّ ابْنِ لِي عِنْدَكَ بَيْتًا فِي الْجَنَّةِ ۔</w:t>
      </w:r>
    </w:p>
    <w:p>
      <w:r>
        <w:rPr>
          <w:b/>
        </w:rPr>
        <w:t xml:space="preserve">[28:32] </w:t>
      </w:r>
      <w:r>
        <w:t>khudaya to apne paas mere liye ghar bana de.</w:t>
      </w:r>
    </w:p>
    <w:p>
      <w:pPr>
        <w:jc w:val="right"/>
      </w:pPr>
      <w:r>
        <w:t>خدایا تو اپنے پاس میرے لیے گھر بنا دے۔</w:t>
      </w:r>
    </w:p>
    <w:p>
      <w:r>
        <w:rPr>
          <w:b/>
        </w:rPr>
        <w:t xml:space="preserve">[28:37] </w:t>
      </w:r>
      <w:r>
        <w:t>apne paas to mere liye ghar bana de.</w:t>
      </w:r>
    </w:p>
    <w:p>
      <w:pPr>
        <w:jc w:val="right"/>
      </w:pPr>
      <w:r>
        <w:t>اپنے پاس تو میرے لیے گھر بنا دے۔</w:t>
      </w:r>
    </w:p>
    <w:p>
      <w:r>
        <w:rPr>
          <w:b/>
        </w:rPr>
        <w:t xml:space="preserve">[28:42] </w:t>
      </w:r>
      <w:r>
        <w:t>yaani ab tak mein, point of reference kaise bana? ab tak mein firon ke paas rehti thi is</w:t>
      </w:r>
    </w:p>
    <w:p>
      <w:pPr>
        <w:jc w:val="right"/>
      </w:pPr>
      <w:r>
        <w:t>یعنی اب تک میں، point of reference کیسے بنا؟ اب تک میں فرعون کے پاس رہتی تھی اس</w:t>
      </w:r>
    </w:p>
    <w:p>
      <w:r>
        <w:rPr>
          <w:b/>
        </w:rPr>
        <w:t xml:space="preserve">[28:47] </w:t>
      </w:r>
      <w:r>
        <w:t>ke mahal mein.</w:t>
      </w:r>
    </w:p>
    <w:p>
      <w:pPr>
        <w:jc w:val="right"/>
      </w:pPr>
      <w:r>
        <w:t>کے محل میں۔</w:t>
      </w:r>
    </w:p>
    <w:p>
      <w:r>
        <w:rPr>
          <w:b/>
        </w:rPr>
        <w:t xml:space="preserve">[28:53] </w:t>
      </w:r>
      <w:r>
        <w:t>ab mein tere paas tere mahal mein rehna chahti hoon.</w:t>
      </w:r>
    </w:p>
    <w:p>
      <w:pPr>
        <w:jc w:val="right"/>
      </w:pPr>
      <w:r>
        <w:t>اب میں تیرے پاس تیرے محل میں رہنا چاہتی ہوں۔</w:t>
      </w:r>
    </w:p>
    <w:p>
      <w:r>
        <w:rPr>
          <w:b/>
        </w:rPr>
        <w:t xml:space="preserve">[28:58] </w:t>
      </w:r>
      <w:r>
        <w:t>yeh hai point of reference.</w:t>
      </w:r>
    </w:p>
    <w:p>
      <w:pPr>
        <w:jc w:val="right"/>
      </w:pPr>
      <w:r>
        <w:t>یہ ہے point of reference۔</w:t>
      </w:r>
    </w:p>
    <w:p>
      <w:r>
        <w:rPr>
          <w:b/>
        </w:rPr>
        <w:t xml:space="preserve">[29:03] </w:t>
      </w:r>
      <w:r>
        <w:t>yeh hai point of reference.</w:t>
      </w:r>
    </w:p>
    <w:p>
      <w:pPr>
        <w:jc w:val="right"/>
      </w:pPr>
      <w:r>
        <w:t>یہ ہے point of reference۔</w:t>
      </w:r>
    </w:p>
    <w:p>
      <w:r>
        <w:rPr>
          <w:b/>
        </w:rPr>
        <w:t xml:space="preserve">[29:09] </w:t>
      </w:r>
      <w:r>
        <w:t>yaani ab tak mein firon ke palace mein thi.</w:t>
      </w:r>
    </w:p>
    <w:p>
      <w:pPr>
        <w:jc w:val="right"/>
      </w:pPr>
      <w:r>
        <w:t>یعنی اب تک میں فرعون کے palace میں تھی۔</w:t>
      </w:r>
    </w:p>
    <w:p>
      <w:r>
        <w:rPr>
          <w:b/>
        </w:rPr>
        <w:t xml:space="preserve">[29:14] </w:t>
      </w:r>
      <w:r>
        <w:t>ab to mujhe apne palace mein jagah de de.</w:t>
      </w:r>
    </w:p>
    <w:p>
      <w:pPr>
        <w:jc w:val="right"/>
      </w:pPr>
      <w:r>
        <w:t>اب تو مجھے اپنے palace میں جگہ دے دے۔</w:t>
      </w:r>
    </w:p>
    <w:p>
      <w:r>
        <w:rPr>
          <w:b/>
        </w:rPr>
        <w:t xml:space="preserve">[29:19] </w:t>
      </w:r>
      <w:r>
        <w:t>ab tak mein firon ke guest house mein thi.</w:t>
      </w:r>
    </w:p>
    <w:p>
      <w:pPr>
        <w:jc w:val="right"/>
      </w:pPr>
      <w:r>
        <w:t>اب تک میں فرعون کے guest house میں تھی۔</w:t>
      </w:r>
    </w:p>
    <w:p>
      <w:r>
        <w:rPr>
          <w:b/>
        </w:rPr>
        <w:t xml:space="preserve">[29:24] </w:t>
      </w:r>
      <w:r>
        <w:t>ab mein tujhe apne guest house mein jagah de de.</w:t>
      </w:r>
    </w:p>
    <w:p>
      <w:pPr>
        <w:jc w:val="right"/>
      </w:pPr>
      <w:r>
        <w:t>اب میں تجھے اپنے guest house میں جگہ دے دے۔</w:t>
      </w:r>
    </w:p>
    <w:p>
      <w:r>
        <w:rPr>
          <w:b/>
        </w:rPr>
        <w:t xml:space="preserve">[29:30] </w:t>
      </w:r>
      <w:r>
        <w:t>yeh hai point of reference.</w:t>
      </w:r>
    </w:p>
    <w:p>
      <w:pPr>
        <w:jc w:val="right"/>
      </w:pPr>
      <w:r>
        <w:t>یہ ہے point of reference۔</w:t>
      </w:r>
    </w:p>
    <w:p>
      <w:r>
        <w:rPr>
          <w:b/>
        </w:rPr>
        <w:t xml:space="preserve">[29:35] </w:t>
      </w:r>
      <w:r>
        <w:t>dekhiye jab aap kisi cheez ko point of reference bana saken, aap ki dua billion times zyada jandar</w:t>
      </w:r>
    </w:p>
    <w:p>
      <w:pPr>
        <w:jc w:val="right"/>
      </w:pPr>
      <w:r>
        <w:t>دیکھیے جب آپ کسی چیز کو point of reference بنا سکیں، آپ کی دعا billion times زیادہ جاندار</w:t>
      </w:r>
    </w:p>
    <w:p>
      <w:r>
        <w:rPr>
          <w:b/>
        </w:rPr>
        <w:t xml:space="preserve">[29:40] </w:t>
      </w:r>
      <w:r>
        <w:t>ho jati hai.</w:t>
      </w:r>
    </w:p>
    <w:p>
      <w:pPr>
        <w:jc w:val="right"/>
      </w:pPr>
      <w:r>
        <w:t>ہو جاتی ہے۔</w:t>
      </w:r>
    </w:p>
    <w:p>
      <w:r>
        <w:rPr>
          <w:b/>
        </w:rPr>
        <w:t xml:space="preserve">[29:46] </w:t>
      </w:r>
      <w:r>
        <w:t>sachi baat hai, living dua, living dua, nikalti hai tab, living prayer.</w:t>
      </w:r>
    </w:p>
    <w:p>
      <w:pPr>
        <w:jc w:val="right"/>
      </w:pPr>
      <w:r>
        <w:t>سچی بات ہے، living دعا، living دعا، نکلتی ہے تب، living prayer۔</w:t>
      </w:r>
    </w:p>
    <w:p>
      <w:r>
        <w:rPr>
          <w:b/>
        </w:rPr>
        <w:t xml:space="preserve">[29:51] </w:t>
      </w:r>
      <w:r>
        <w:t>jab aap kisi cheez ko point of reference bana sakein.</w:t>
      </w:r>
    </w:p>
    <w:p>
      <w:pPr>
        <w:jc w:val="right"/>
      </w:pPr>
      <w:r>
        <w:t>جب آپ کسی چیز کو point of reference بنا سکیں۔</w:t>
      </w:r>
    </w:p>
    <w:p>
      <w:r>
        <w:rPr>
          <w:b/>
        </w:rPr>
        <w:t xml:space="preserve">[29:56] </w:t>
      </w:r>
      <w:r>
        <w:t>aur point of reference kab bana pate hain? jab aap sochein.</w:t>
      </w:r>
    </w:p>
    <w:p>
      <w:pPr>
        <w:jc w:val="right"/>
      </w:pPr>
      <w:r>
        <w:t>اور point of reference کب بنا پاتے ہیں؟ جب آپ سوچیں۔</w:t>
      </w:r>
    </w:p>
    <w:p>
      <w:r>
        <w:rPr>
          <w:b/>
        </w:rPr>
        <w:t xml:space="preserve">[30:01] </w:t>
      </w:r>
      <w:r>
        <w:t>jitna zyada sochenge, utna hi zyada aap ko cheezein milti chali jayengi.</w:t>
      </w:r>
    </w:p>
    <w:p>
      <w:pPr>
        <w:jc w:val="right"/>
      </w:pPr>
      <w:r>
        <w:t>جتنا زیادہ سوچیں گے، اتنا ہی زیادہ آپ کو چیزیں ملتی چلی جائیں گی۔</w:t>
      </w:r>
    </w:p>
    <w:p>
      <w:r>
        <w:rPr>
          <w:b/>
        </w:rPr>
        <w:t xml:space="preserve">[30:07] </w:t>
      </w:r>
      <w:r>
        <w:t>hazrat musa ka jo tajurba maine bayan kiya aap ko, yeh main us waqt samajh paya jab</w:t>
      </w:r>
    </w:p>
    <w:p>
      <w:pPr>
        <w:jc w:val="right"/>
      </w:pPr>
      <w:r>
        <w:t>حضرت موسیٰ کا جو تجربہ میں نے بیان کیا آپ کو، یہ میں اس وقت سمجھ پایا جب</w:t>
      </w:r>
    </w:p>
    <w:p>
      <w:r>
        <w:rPr>
          <w:b/>
        </w:rPr>
        <w:t xml:space="preserve">[30:12] </w:t>
      </w:r>
      <w:r>
        <w:t>ke mujh par aisa tajurba guzra.</w:t>
      </w:r>
    </w:p>
    <w:p>
      <w:pPr>
        <w:jc w:val="right"/>
      </w:pPr>
      <w:r>
        <w:t>کہ مجھ پر ایسا تجربہ گزرا۔</w:t>
      </w:r>
    </w:p>
    <w:p>
      <w:r>
        <w:rPr>
          <w:b/>
        </w:rPr>
        <w:t xml:space="preserve">[30:17] </w:t>
      </w:r>
      <w:r>
        <w:t>bar bar guzra.</w:t>
      </w:r>
    </w:p>
    <w:p>
      <w:pPr>
        <w:jc w:val="right"/>
      </w:pPr>
      <w:r>
        <w:t>بار بار گزرا۔</w:t>
      </w:r>
    </w:p>
    <w:p>
      <w:r>
        <w:rPr>
          <w:b/>
        </w:rPr>
        <w:t xml:space="preserve">[30:23] </w:t>
      </w:r>
      <w:r>
        <w:t>jab bhi main kisi peir ko dekhta hoon to ek barical, zameen par ek barical khada hua hai,</w:t>
      </w:r>
    </w:p>
    <w:p>
      <w:pPr>
        <w:jc w:val="right"/>
      </w:pPr>
      <w:r>
        <w:t>جب بھی میں کسی پیڑ کو دیکھتا ہوں تو ایک بریکل، زمین پر ایک بریکل کھڑا ہوا ہے،</w:t>
      </w:r>
    </w:p>
    <w:p>
      <w:r>
        <w:rPr>
          <w:b/>
        </w:rPr>
        <w:t xml:space="preserve">[30:28] </w:t>
      </w:r>
      <w:r>
        <w:t>lagta hai mujhe.</w:t>
      </w:r>
    </w:p>
    <w:p>
      <w:pPr>
        <w:jc w:val="right"/>
      </w:pPr>
      <w:r>
        <w:t>لگتا ہے مجھے۔</w:t>
      </w:r>
    </w:p>
    <w:p>
      <w:r>
        <w:rPr>
          <w:b/>
        </w:rPr>
        <w:t xml:space="preserve">[30:33] </w:t>
      </w:r>
      <w:r>
        <w:t>ek tree, ek darakht, ek peir, khuda ka hara bhara barical hai.</w:t>
      </w:r>
    </w:p>
    <w:p>
      <w:pPr>
        <w:jc w:val="right"/>
      </w:pPr>
      <w:r>
        <w:t>ایک tree، ایک درخت، ایک پیڑ، خدا کا ہرا بھرا بریکل ہے۔</w:t>
      </w:r>
    </w:p>
    <w:p>
      <w:r>
        <w:rPr>
          <w:b/>
        </w:rPr>
        <w:t xml:space="preserve">[30:39] </w:t>
      </w:r>
      <w:r>
        <w:t>to achaanak woh mere liye point of reference ban jata hai.</w:t>
      </w:r>
    </w:p>
    <w:p>
      <w:pPr>
        <w:jc w:val="right"/>
      </w:pPr>
      <w:r>
        <w:t>تو اچانک وہ میرے لیے point of reference بن جاتا ہے۔</w:t>
      </w:r>
    </w:p>
    <w:p>
      <w:r>
        <w:rPr>
          <w:b/>
        </w:rPr>
        <w:t xml:space="preserve">[30:44] </w:t>
      </w:r>
      <w:r>
        <w:t>jaise for example ek baar main train mein safar kar raha tha, ghaliban South India ke kisi area</w:t>
      </w:r>
    </w:p>
    <w:p>
      <w:pPr>
        <w:jc w:val="right"/>
      </w:pPr>
      <w:r>
        <w:t>جیسے for example ایک بار میں train میں سفر کر رہا تھا، غالباً South India کے کسی area</w:t>
      </w:r>
    </w:p>
    <w:p>
      <w:r>
        <w:rPr>
          <w:b/>
        </w:rPr>
        <w:t xml:space="preserve">[30:49] </w:t>
      </w:r>
      <w:r>
        <w:t>mein tha main.</w:t>
      </w:r>
    </w:p>
    <w:p>
      <w:pPr>
        <w:jc w:val="right"/>
      </w:pPr>
      <w:r>
        <w:t>میں تھا میں۔</w:t>
      </w:r>
    </w:p>
    <w:p>
      <w:r>
        <w:rPr>
          <w:b/>
        </w:rPr>
        <w:t xml:space="preserve">[30:54] </w:t>
      </w:r>
      <w:r>
        <w:t>yeh bohat pehle ki baat hai.</w:t>
      </w:r>
    </w:p>
    <w:p>
      <w:pPr>
        <w:jc w:val="right"/>
      </w:pPr>
      <w:r>
        <w:t>یہ بہت پہلے کی بات ہے۔</w:t>
      </w:r>
    </w:p>
    <w:p>
      <w:r>
        <w:rPr>
          <w:b/>
        </w:rPr>
        <w:t xml:space="preserve">[31:00] </w:t>
      </w:r>
      <w:r>
        <w:t>to us waqt ki baat hai ke jab main ek seeker ke roop mein tha, seeker, sachai ki</w:t>
      </w:r>
    </w:p>
    <w:p>
      <w:pPr>
        <w:jc w:val="right"/>
      </w:pPr>
      <w:r>
        <w:t>تو اس وقت کی بات ہے کہ جب میں ایک seeker کے روپ میں تھا، seeker، سچائی کی</w:t>
      </w:r>
    </w:p>
    <w:p>
      <w:r>
        <w:rPr>
          <w:b/>
        </w:rPr>
        <w:t xml:space="preserve">[31:05] </w:t>
      </w:r>
      <w:r>
        <w:t>talash mein tha.</w:t>
      </w:r>
    </w:p>
    <w:p>
      <w:pPr>
        <w:jc w:val="right"/>
      </w:pPr>
      <w:r>
        <w:t>تلاش میں تھا۔</w:t>
      </w:r>
    </w:p>
    <w:p>
      <w:r>
        <w:rPr>
          <w:b/>
        </w:rPr>
        <w:t xml:space="preserve">[31:10] </w:t>
      </w:r>
      <w:r>
        <w:t>to train ek ek area se guzri, jo jangla ka area tha woh.</w:t>
      </w:r>
    </w:p>
    <w:p>
      <w:pPr>
        <w:jc w:val="right"/>
      </w:pPr>
      <w:r>
        <w:t>تو train ایک ایک area سے گزری، جو جنگل کا area تھا وہ۔</w:t>
      </w:r>
    </w:p>
    <w:p>
      <w:r>
        <w:rPr>
          <w:b/>
        </w:rPr>
        <w:t xml:space="preserve">[31:16] </w:t>
      </w:r>
      <w:r>
        <w:t>to wahan par dhak ke peir the.</w:t>
      </w:r>
    </w:p>
    <w:p>
      <w:pPr>
        <w:jc w:val="right"/>
      </w:pPr>
      <w:r>
        <w:t>تو وہاں پر ڈھاک کے پیڑ تھے۔</w:t>
      </w:r>
    </w:p>
    <w:p>
      <w:r>
        <w:rPr>
          <w:b/>
        </w:rPr>
        <w:t xml:space="preserve">[31:21] </w:t>
      </w:r>
      <w:r>
        <w:t>aap mein se kisi ne agar dhak dekha ho to dhak ek anokhe qism ka peir hota hai.</w:t>
      </w:r>
    </w:p>
    <w:p>
      <w:pPr>
        <w:jc w:val="right"/>
      </w:pPr>
      <w:r>
        <w:t>آپ میں سے کسی نے اگر ڈھاک دیکھا ہو تو ڈھاک ایک انوکھے قسم کا پیڑ ہوتا ہے۔</w:t>
      </w:r>
    </w:p>
    <w:p>
      <w:r>
        <w:rPr>
          <w:b/>
        </w:rPr>
        <w:t xml:space="preserve">[31:26] </w:t>
      </w:r>
      <w:r>
        <w:t>yaani dekhne mein aap jo hain ke lakri hai, lakri khadi hui, lakri.</w:t>
      </w:r>
    </w:p>
    <w:p>
      <w:pPr>
        <w:jc w:val="right"/>
      </w:pPr>
      <w:r>
        <w:t>یعنی دیکھنے میں آپ جو ہیں کہ لکڑی ہے، لکڑی کھڑی ہوئی، لکڑی۔</w:t>
      </w:r>
    </w:p>
    <w:p>
      <w:r>
        <w:rPr>
          <w:b/>
        </w:rPr>
        <w:t xml:space="preserve">[31:31] </w:t>
      </w:r>
      <w:r>
        <w:t>bilkul lakri jaisa hota hai woh.</w:t>
      </w:r>
    </w:p>
    <w:p>
      <w:pPr>
        <w:jc w:val="right"/>
      </w:pPr>
      <w:r>
        <w:t>بالکل لکڑی جیسا ہوتا ہے وہ۔</w:t>
      </w:r>
    </w:p>
    <w:p>
      <w:r>
        <w:rPr>
          <w:b/>
        </w:rPr>
        <w:t xml:space="preserve">[31:37] </w:t>
      </w:r>
      <w:r>
        <w:t>aur phir is mein bohat hi beautiful phool, red, bohat hi, red kahin, reddish kehna chahiye, bohat hi beautiful.</w:t>
      </w:r>
    </w:p>
    <w:p>
      <w:pPr>
        <w:jc w:val="right"/>
      </w:pPr>
      <w:r>
        <w:t>اور پھر اس میں بہت ہی beautiful پھول، red، بہت ہی، red کہیں، reddish کہنا چاہیے، بہت ہی beautiful۔</w:t>
      </w:r>
    </w:p>
    <w:p>
      <w:r>
        <w:rPr>
          <w:b/>
        </w:rPr>
        <w:t xml:space="preserve">[31:42] </w:t>
      </w:r>
      <w:r>
        <w:t>isi lakri ke is mein is ka is ka jo stem hota hai, tana, is ki branches jo</w:t>
      </w:r>
    </w:p>
    <w:p>
      <w:pPr>
        <w:jc w:val="right"/>
      </w:pPr>
      <w:r>
        <w:t>اسی لکڑی کے اس میں اس کا اس کا جو stem ہوتا ہے، تنا، اس کی branches جو</w:t>
      </w:r>
    </w:p>
    <w:p>
      <w:r>
        <w:rPr>
          <w:b/>
        </w:rPr>
        <w:t xml:space="preserve">[31:47] </w:t>
      </w:r>
      <w:r>
        <w:t>hoti hain, sab lakri jaisi hoti hain.</w:t>
      </w:r>
    </w:p>
    <w:p>
      <w:pPr>
        <w:jc w:val="right"/>
      </w:pPr>
      <w:r>
        <w:t>ہوتی ہیں، سب لکڑی جیسی ہوتی ہیں۔</w:t>
      </w:r>
    </w:p>
    <w:p>
      <w:r>
        <w:rPr>
          <w:b/>
        </w:rPr>
        <w:t xml:space="preserve">[31:53] </w:t>
      </w:r>
      <w:r>
        <w:t>aur is mein bohat hi beautiful phool, laal rang ke.</w:t>
      </w:r>
    </w:p>
    <w:p>
      <w:pPr>
        <w:jc w:val="right"/>
      </w:pPr>
      <w:r>
        <w:t>اور اس میں بہت ہی beautiful پھول، لال رنگ کے۔</w:t>
      </w:r>
    </w:p>
    <w:p>
      <w:r>
        <w:rPr>
          <w:b/>
        </w:rPr>
        <w:t xml:space="preserve">[31:58] </w:t>
      </w:r>
      <w:r>
        <w:t>aur hara bhi, patiyan bhi hoti hain saath saath, kuch.</w:t>
      </w:r>
    </w:p>
    <w:p>
      <w:pPr>
        <w:jc w:val="right"/>
      </w:pPr>
      <w:r>
        <w:t>اور ہری بھی، پتیاں بھی ہوتی ہیں ساتھ ساتھ، کچھ۔</w:t>
      </w:r>
    </w:p>
    <w:p>
      <w:r>
        <w:rPr>
          <w:b/>
        </w:rPr>
        <w:t xml:space="preserve">[32:03] </w:t>
      </w:r>
      <w:r>
        <w:t>bohat patiyan nahi hoti hain.</w:t>
      </w:r>
    </w:p>
    <w:p>
      <w:pPr>
        <w:jc w:val="right"/>
      </w:pPr>
      <w:r>
        <w:t>بہت پتیاں نہیں ہوتی ہیں۔</w:t>
      </w:r>
    </w:p>
    <w:p>
      <w:r>
        <w:rPr>
          <w:b/>
        </w:rPr>
        <w:t xml:space="preserve">[32:08] </w:t>
      </w:r>
      <w:r>
        <w:t>woh mere samne achaanak aya.</w:t>
      </w:r>
    </w:p>
    <w:p>
      <w:pPr>
        <w:jc w:val="right"/>
      </w:pPr>
      <w:r>
        <w:t>وہ میرے سامنے اچانک آیا۔</w:t>
      </w:r>
    </w:p>
    <w:p>
      <w:r>
        <w:rPr>
          <w:b/>
        </w:rPr>
        <w:t xml:space="preserve">[32:14] </w:t>
      </w:r>
      <w:r>
        <w:t>toh main bilkul tarap utha.</w:t>
      </w:r>
    </w:p>
    <w:p>
      <w:pPr>
        <w:jc w:val="right"/>
      </w:pPr>
      <w:r>
        <w:t>تو میں بالکل تڑپ اٹھا۔</w:t>
      </w:r>
    </w:p>
    <w:p>
      <w:r>
        <w:rPr>
          <w:b/>
        </w:rPr>
        <w:t xml:space="preserve">[32:19] </w:t>
      </w:r>
      <w:r>
        <w:t>main ne kaha khudaaya tu lakri mein aise beautiful phool khila sakta hai.</w:t>
      </w:r>
    </w:p>
    <w:p>
      <w:pPr>
        <w:jc w:val="right"/>
      </w:pPr>
      <w:r>
        <w:t>میں نے کہا خدایا تو لکڑی میں ایسے beautiful پھول کھلا سکتا ہے۔</w:t>
      </w:r>
    </w:p>
    <w:p>
      <w:r>
        <w:rPr>
          <w:b/>
        </w:rPr>
        <w:t xml:space="preserve">[32:24] </w:t>
      </w:r>
      <w:r>
        <w:t>toh main bhi ek insaan hoon, main bhi ek lakri hoon.</w:t>
      </w:r>
    </w:p>
    <w:p>
      <w:pPr>
        <w:jc w:val="right"/>
      </w:pPr>
      <w:r>
        <w:t>تو میں بھی ایک انسان ہوں، میں بھی ایک لکڑی ہوں۔</w:t>
      </w:r>
    </w:p>
    <w:p>
      <w:r>
        <w:rPr>
          <w:b/>
        </w:rPr>
        <w:t xml:space="preserve">[32:30] </w:t>
      </w:r>
      <w:r>
        <w:t>mere andar bhi toh phool khila sakta hai.</w:t>
      </w:r>
    </w:p>
    <w:p>
      <w:pPr>
        <w:jc w:val="right"/>
      </w:pPr>
      <w:r>
        <w:t>میرے اندر بھی تو پھول کھلا سکتا ہے۔</w:t>
      </w:r>
    </w:p>
    <w:p>
      <w:r>
        <w:rPr>
          <w:b/>
        </w:rPr>
        <w:t xml:space="preserve">[32:35] </w:t>
      </w:r>
      <w:r>
        <w:t>yaani teri jo rehmat utri hai is dhak ke peR ke upar, isi rehmat ko mere upar utaar de.</w:t>
      </w:r>
    </w:p>
    <w:p>
      <w:pPr>
        <w:jc w:val="right"/>
      </w:pPr>
      <w:r>
        <w:t>یعنی تیری جو رحمت اتری ہے اس ڈھاک کے پیڑ کے اوپر، اسی رحمت کو میرے اوپر اتار دے۔</w:t>
      </w:r>
    </w:p>
    <w:p>
      <w:r>
        <w:rPr>
          <w:b/>
        </w:rPr>
        <w:t xml:space="preserve">[32:40] </w:t>
      </w:r>
      <w:r>
        <w:t>teri jis blessing se yeh peR colorful ho raha hai, isi blessing se mujhe bhi colorful bana de.</w:t>
      </w:r>
    </w:p>
    <w:p>
      <w:pPr>
        <w:jc w:val="right"/>
      </w:pPr>
      <w:r>
        <w:t>تیری جس blessing سے یہ پیڑ colorful ہو رہا ہے، اسی blessing سے مجھے بھی colorful بنا دے۔</w:t>
      </w:r>
    </w:p>
    <w:p>
      <w:r>
        <w:rPr>
          <w:b/>
        </w:rPr>
        <w:t xml:space="preserve">[32:46] </w:t>
      </w:r>
      <w:r>
        <w:t>yeh hai point of reference.</w:t>
      </w:r>
    </w:p>
    <w:p>
      <w:pPr>
        <w:jc w:val="right"/>
      </w:pPr>
      <w:r>
        <w:t>یہ ہے point of reference۔</w:t>
      </w:r>
    </w:p>
    <w:p>
      <w:r>
        <w:rPr>
          <w:b/>
        </w:rPr>
        <w:t xml:space="preserve">[32:51] </w:t>
      </w:r>
      <w:r>
        <w:t>yaad rakhiye yeh kitaab mein chhapi hui dua ko rat kar ke dua karna, yeh toh computer type dua hai.</w:t>
      </w:r>
    </w:p>
    <w:p>
      <w:pPr>
        <w:jc w:val="right"/>
      </w:pPr>
      <w:r>
        <w:t>یاد رکھیے یہ کتاب میں چھپی ہوئی دعا کو رٹ کر کے دعا کرنا، یہ تو کمپیوٹر type دعا ہے۔</w:t>
      </w:r>
    </w:p>
    <w:p>
      <w:r>
        <w:rPr>
          <w:b/>
        </w:rPr>
        <w:t xml:space="preserve">[32:56] </w:t>
      </w:r>
      <w:r>
        <w:t>ek technical dua hai.</w:t>
      </w:r>
    </w:p>
    <w:p>
      <w:pPr>
        <w:jc w:val="right"/>
      </w:pPr>
      <w:r>
        <w:t>ایک technical دعا ہے۔</w:t>
      </w:r>
    </w:p>
    <w:p>
      <w:r>
        <w:rPr>
          <w:b/>
        </w:rPr>
        <w:t xml:space="preserve">[33:01] </w:t>
      </w:r>
      <w:r>
        <w:t>yeh insaan ki dua nahi hai.</w:t>
      </w:r>
    </w:p>
    <w:p>
      <w:pPr>
        <w:jc w:val="right"/>
      </w:pPr>
      <w:r>
        <w:t>یہ انسان کی دعا نہیں ہے۔</w:t>
      </w:r>
    </w:p>
    <w:p>
      <w:r>
        <w:rPr>
          <w:b/>
        </w:rPr>
        <w:t xml:space="preserve">[33:07] </w:t>
      </w:r>
      <w:r>
        <w:t>mechanical dua hai, mechanical.</w:t>
      </w:r>
    </w:p>
    <w:p>
      <w:pPr>
        <w:jc w:val="right"/>
      </w:pPr>
      <w:r>
        <w:t>Mechanical دعا ہے، mechanical۔</w:t>
      </w:r>
    </w:p>
    <w:p>
      <w:r>
        <w:rPr>
          <w:b/>
        </w:rPr>
        <w:t xml:space="preserve">[33:12] </w:t>
      </w:r>
      <w:r>
        <w:t>woh insaan ki dua nahi hai.</w:t>
      </w:r>
    </w:p>
    <w:p>
      <w:pPr>
        <w:jc w:val="right"/>
      </w:pPr>
      <w:r>
        <w:t>وہ انسان کی دعا نہیں ہے۔</w:t>
      </w:r>
    </w:p>
    <w:p>
      <w:r>
        <w:rPr>
          <w:b/>
        </w:rPr>
        <w:t xml:space="preserve">[33:17] </w:t>
      </w:r>
      <w:r>
        <w:t>khuda ne aap ko machine nahi banaya hai.</w:t>
      </w:r>
    </w:p>
    <w:p>
      <w:pPr>
        <w:jc w:val="right"/>
      </w:pPr>
      <w:r>
        <w:t>خدا نے آپ کو مشین نہیں بنایا ہے۔</w:t>
      </w:r>
    </w:p>
    <w:p>
      <w:r>
        <w:rPr>
          <w:b/>
        </w:rPr>
        <w:t xml:space="preserve">[33:23] </w:t>
      </w:r>
      <w:r>
        <w:t>khuda ne aap ko robot nahi banaya hai.</w:t>
      </w:r>
    </w:p>
    <w:p>
      <w:pPr>
        <w:jc w:val="right"/>
      </w:pPr>
      <w:r>
        <w:t>خدا نے آپ کو robot نہیں بنایا ہے۔</w:t>
      </w:r>
    </w:p>
    <w:p>
      <w:r>
        <w:rPr>
          <w:b/>
        </w:rPr>
        <w:t xml:space="preserve">[33:28] </w:t>
      </w:r>
      <w:r>
        <w:t>aap se mechanical dua khuda nahi qabool karega, yaad rakhiye.</w:t>
      </w:r>
    </w:p>
    <w:p>
      <w:pPr>
        <w:jc w:val="right"/>
      </w:pPr>
      <w:r>
        <w:t>آپ سے mechanical دعا خدا نہیں قبول کرے گا، یاد رکھیے۔</w:t>
      </w:r>
    </w:p>
    <w:p>
      <w:r>
        <w:rPr>
          <w:b/>
        </w:rPr>
        <w:t xml:space="preserve">[33:33] </w:t>
      </w:r>
      <w:r>
        <w:t>khuda aap se insaan wali dua qabool karega. Living dua.</w:t>
      </w:r>
    </w:p>
    <w:p>
      <w:pPr>
        <w:jc w:val="right"/>
      </w:pPr>
      <w:r>
        <w:t>خدا آپ سے انسان والی دعا قبول کرے گا۔ Living دعا۔</w:t>
      </w:r>
    </w:p>
    <w:p>
      <w:r>
        <w:rPr>
          <w:b/>
        </w:rPr>
        <w:t xml:space="preserve">[33:38] </w:t>
      </w:r>
      <w:r>
        <w:t>khuda ne banaya aap ko ek living creature, living creature.</w:t>
      </w:r>
    </w:p>
    <w:p>
      <w:pPr>
        <w:jc w:val="right"/>
      </w:pPr>
      <w:r>
        <w:t>خدا نے بنایا آپ کو ایک living creature، living creature۔</w:t>
      </w:r>
    </w:p>
    <w:p>
      <w:r>
        <w:rPr>
          <w:b/>
        </w:rPr>
        <w:t xml:space="preserve">[33:44] </w:t>
      </w:r>
      <w:r>
        <w:t>toh khuda aap se living dua qabool karega.</w:t>
      </w:r>
    </w:p>
    <w:p>
      <w:pPr>
        <w:jc w:val="right"/>
      </w:pPr>
      <w:r>
        <w:t>تو خدا آپ سے living دعا قبول کرے گا۔</w:t>
      </w:r>
    </w:p>
    <w:p>
      <w:r>
        <w:rPr>
          <w:b/>
        </w:rPr>
        <w:t xml:space="preserve">[33:49] </w:t>
      </w:r>
      <w:r>
        <w:t>agar aap chahein ke khuda ko aap mechanical dua dein toh woh reject ho jayegi.</w:t>
      </w:r>
    </w:p>
    <w:p>
      <w:pPr>
        <w:jc w:val="right"/>
      </w:pPr>
      <w:r>
        <w:t>اگر آپ چاہیں کہ خدا کو آپ mechanical دعا دیں تو وہ reject ہو جائے گی۔</w:t>
      </w:r>
    </w:p>
    <w:p>
      <w:r>
        <w:rPr>
          <w:b/>
        </w:rPr>
        <w:t xml:space="preserve">[33:54] </w:t>
      </w:r>
      <w:r>
        <w:t>aap ghaur kijiye.</w:t>
      </w:r>
    </w:p>
    <w:p>
      <w:pPr>
        <w:jc w:val="right"/>
      </w:pPr>
      <w:r>
        <w:t>آپ غور کیجیے۔</w:t>
      </w:r>
    </w:p>
    <w:p>
      <w:r>
        <w:rPr>
          <w:b/>
        </w:rPr>
        <w:t xml:space="preserve">[34:00] </w:t>
      </w:r>
      <w:r>
        <w:t>kya kaise aap soch sakte hain ke khuda toh aap ko ek living creature banaya hai, zinda insaan.</w:t>
      </w:r>
    </w:p>
    <w:p>
      <w:pPr>
        <w:jc w:val="right"/>
      </w:pPr>
      <w:r>
        <w:t>کیا کیسے آپ سوچ سکتے ہیں کہ خدا تو آپ کو ایک living creature بنایا ہے، زندہ انسان۔</w:t>
      </w:r>
    </w:p>
    <w:p>
      <w:r>
        <w:rPr>
          <w:b/>
        </w:rPr>
        <w:t xml:space="preserve">[34:05] </w:t>
      </w:r>
      <w:r>
        <w:t>aur aap khuda ko jo dein woh mechanical dua? aur khuda khush hue ga? kya is ko qabool</w:t>
      </w:r>
    </w:p>
    <w:p>
      <w:pPr>
        <w:jc w:val="right"/>
      </w:pPr>
      <w:r>
        <w:t>اور آپ خدا کو جو دیں وہ mechanical دعا؟ اور خدا خوش ہوئے گا؟ کیا اس کو قبول</w:t>
      </w:r>
    </w:p>
    <w:p>
      <w:r>
        <w:rPr>
          <w:b/>
        </w:rPr>
        <w:t xml:space="preserve">[34:10] </w:t>
      </w:r>
      <w:r>
        <w:t>kar le ga? It's impossible.</w:t>
      </w:r>
    </w:p>
    <w:p>
      <w:pPr>
        <w:jc w:val="right"/>
      </w:pPr>
      <w:r>
        <w:t>کر لے گا؟ It's impossible.</w:t>
      </w:r>
    </w:p>
    <w:p>
      <w:r>
        <w:rPr>
          <w:b/>
        </w:rPr>
        <w:t xml:space="preserve">[34:16] </w:t>
      </w:r>
      <w:r>
        <w:t>to jitna zyada aap ke andar soch wala, yani sochne wala mind banega, thinking mind, jitna aap sochenge.</w:t>
      </w:r>
    </w:p>
    <w:p>
      <w:pPr>
        <w:jc w:val="right"/>
      </w:pPr>
      <w:r>
        <w:t>تو جتنا زیادہ آپ کے اندر سوچ والا، یعنی سوچنے والا mind بنے گا، thinking mind، جتنا آپ سوچیں گے۔</w:t>
      </w:r>
    </w:p>
    <w:p>
      <w:r>
        <w:rPr>
          <w:b/>
        </w:rPr>
        <w:t xml:space="preserve">[34:21] </w:t>
      </w:r>
      <w:r>
        <w:t>quran mein aap padhenge to dekhiye sab se zyada zor hai, yani quran mein namaz ki jo</w:t>
      </w:r>
    </w:p>
    <w:p>
      <w:pPr>
        <w:jc w:val="right"/>
      </w:pPr>
      <w:r>
        <w:t>قرآن میں آپ پڑھیں گے تو دیکھیے سب سے زیادہ زور ہے، یعنی قرآن میں نماز کی جو</w:t>
      </w:r>
    </w:p>
    <w:p>
      <w:r>
        <w:rPr>
          <w:b/>
        </w:rPr>
        <w:t xml:space="preserve">[34:27] </w:t>
      </w:r>
      <w:r>
        <w:t>shakal hai kuch bhi nahin bataya gaya.</w:t>
      </w:r>
    </w:p>
    <w:p>
      <w:pPr>
        <w:jc w:val="right"/>
      </w:pPr>
      <w:r>
        <w:t>شکل ہے کچھ بھی نہیں بتایا گیا۔</w:t>
      </w:r>
    </w:p>
    <w:p>
      <w:r>
        <w:rPr>
          <w:b/>
        </w:rPr>
        <w:t xml:space="preserve">[34:32] </w:t>
      </w:r>
      <w:r>
        <w:t>agar sirf quran padh kar namaz padhna chahein to aap namaz nahin padh sakte.</w:t>
      </w:r>
    </w:p>
    <w:p>
      <w:pPr>
        <w:jc w:val="right"/>
      </w:pPr>
      <w:r>
        <w:t>اگر صرف قرآن پڑھ کر نماز پڑھنا چاہیں تو آپ نماز نہیں پڑھ سکتے۔</w:t>
      </w:r>
    </w:p>
    <w:p>
      <w:r>
        <w:rPr>
          <w:b/>
        </w:rPr>
        <w:t xml:space="preserve">[34:38] </w:t>
      </w:r>
      <w:r>
        <w:t>yani quran mein namaz ki detail hi nahin hai.</w:t>
      </w:r>
    </w:p>
    <w:p>
      <w:pPr>
        <w:jc w:val="right"/>
      </w:pPr>
      <w:r>
        <w:t>یعنی قرآن میں نماز کی detail ہی نہیں ہے۔</w:t>
      </w:r>
    </w:p>
    <w:p>
      <w:r>
        <w:rPr>
          <w:b/>
        </w:rPr>
        <w:t xml:space="preserve">[34:43] </w:t>
      </w:r>
      <w:r>
        <w:t>koi aadmi chahe ke quran padh kar namaz padhne lage, woh that's impossible.</w:t>
      </w:r>
    </w:p>
    <w:p>
      <w:pPr>
        <w:jc w:val="right"/>
      </w:pPr>
      <w:r>
        <w:t>کوئی آدمی چاہے کہ قرآن پڑھ کر نماز پڑھنے لگے، وہ that's impossible.</w:t>
      </w:r>
    </w:p>
    <w:p>
      <w:r>
        <w:rPr>
          <w:b/>
        </w:rPr>
        <w:t xml:space="preserve">[34:49] </w:t>
      </w:r>
      <w:r>
        <w:t>kyun ke koi shakal to hai nahin quran ki mein namaz ki.</w:t>
      </w:r>
    </w:p>
    <w:p>
      <w:pPr>
        <w:jc w:val="right"/>
      </w:pPr>
      <w:r>
        <w:t>کیونکہ کوئی شکل تو ہے نہیں قرآن کی میں نماز کی۔</w:t>
      </w:r>
    </w:p>
    <w:p>
      <w:r>
        <w:rPr>
          <w:b/>
        </w:rPr>
        <w:t xml:space="preserve">[34:56] </w:t>
      </w:r>
      <w:r>
        <w:t>lekin ek aur baat bohat bhari hui hai is mein, woh hai sochna, tafakkur, tadabbur, tazakkur.</w:t>
      </w:r>
    </w:p>
    <w:p>
      <w:pPr>
        <w:jc w:val="right"/>
      </w:pPr>
      <w:r>
        <w:t>لیکن ایک اور بات بہت بھری ہوئی ہے اس میں، وہ ہے سوچنا، تفکر، تدبر، تذکر۔</w:t>
      </w:r>
    </w:p>
    <w:p>
      <w:r>
        <w:rPr>
          <w:b/>
        </w:rPr>
        <w:t xml:space="preserve">[35:04] </w:t>
      </w:r>
      <w:r>
        <w:t>yeh thinking process jo hai chalao apne andar.</w:t>
      </w:r>
    </w:p>
    <w:p>
      <w:pPr>
        <w:jc w:val="right"/>
      </w:pPr>
      <w:r>
        <w:t>یہ thinking process جو ہے چلاؤ اپنے اندر۔</w:t>
      </w:r>
    </w:p>
    <w:p>
      <w:r>
        <w:rPr>
          <w:b/>
        </w:rPr>
        <w:t xml:space="preserve">[35:12] </w:t>
      </w:r>
      <w:r>
        <w:t>quran bhara hua hai is se.</w:t>
      </w:r>
    </w:p>
    <w:p>
      <w:pPr>
        <w:jc w:val="right"/>
      </w:pPr>
      <w:r>
        <w:t>قرآن بھرا ہوا ہے اس سے۔</w:t>
      </w:r>
    </w:p>
    <w:p>
      <w:r>
        <w:rPr>
          <w:b/>
        </w:rPr>
        <w:t xml:space="preserve">[35:20] </w:t>
      </w:r>
      <w:r>
        <w:t>khuda ko sab se zyada jo cheez darkaar hai, woh sab se zyada, woh hai thinking process, sochne ka amal.</w:t>
      </w:r>
    </w:p>
    <w:p>
      <w:pPr>
        <w:jc w:val="right"/>
      </w:pPr>
      <w:r>
        <w:t>خدا کو سب سے زیادہ جو چیز درکار ہے، وہ سب سے زیادہ، وہ ہے thinking process، سوچنے کا عمل۔</w:t>
      </w:r>
    </w:p>
    <w:p>
      <w:r>
        <w:rPr>
          <w:b/>
        </w:rPr>
        <w:t xml:space="preserve">[35:28] </w:t>
      </w:r>
      <w:r>
        <w:t>apne mind ko activate karna.</w:t>
      </w:r>
    </w:p>
    <w:p>
      <w:pPr>
        <w:jc w:val="right"/>
      </w:pPr>
      <w:r>
        <w:t>اپنے mind کو activate کرنا۔</w:t>
      </w:r>
    </w:p>
    <w:p>
      <w:r>
        <w:rPr>
          <w:b/>
        </w:rPr>
        <w:t xml:space="preserve">[35:36] </w:t>
      </w:r>
      <w:r>
        <w:t>khuda ne aap ke mind mein, yani unlimited capacity rakhi hai, unlimited.</w:t>
      </w:r>
    </w:p>
    <w:p>
      <w:pPr>
        <w:jc w:val="right"/>
      </w:pPr>
      <w:r>
        <w:t>خدا نے آپ کے mind میں، یعنی unlimited capacity رکھی ہے، unlimited۔</w:t>
      </w:r>
    </w:p>
    <w:p>
      <w:r>
        <w:rPr>
          <w:b/>
        </w:rPr>
        <w:t xml:space="preserve">[35:43] </w:t>
      </w:r>
      <w:r>
        <w:t>aaj tak koi scientist yeh nahin bata saka ke khud ke mind ki kya capacity hai.</w:t>
      </w:r>
    </w:p>
    <w:p>
      <w:pPr>
        <w:jc w:val="right"/>
      </w:pPr>
      <w:r>
        <w:t>آج تک کوئی scientist یہ نہیں بتا سکا کہ خود کہ mind کی کیا capacity ہے۔</w:t>
      </w:r>
    </w:p>
    <w:p>
      <w:r>
        <w:rPr>
          <w:b/>
        </w:rPr>
        <w:t xml:space="preserve">[35:51] </w:t>
      </w:r>
      <w:r>
        <w:t>to kya sab se bari cheez jo aap ke paas hai, usi ko aap unfold na karein? yeh</w:t>
      </w:r>
    </w:p>
    <w:p>
      <w:pPr>
        <w:jc w:val="right"/>
      </w:pPr>
      <w:r>
        <w:t>تو کیا سب سے بڑی چیز جو آپ کے پاس ہے، اسی کو آپ unfold نہ کریں؟ یہ</w:t>
      </w:r>
    </w:p>
    <w:p>
      <w:r>
        <w:rPr>
          <w:b/>
        </w:rPr>
        <w:t xml:space="preserve">[35:59] </w:t>
      </w:r>
      <w:r>
        <w:t>khuda pasand kar sakta hai? jab aap thinking karte hain to aap apne mind ki capacity ko unfold karte hain.</w:t>
      </w:r>
    </w:p>
    <w:p>
      <w:pPr>
        <w:jc w:val="right"/>
      </w:pPr>
      <w:r>
        <w:t>خدا پسند کر سکتا ہے؟ جب آپ thinking کرتے ہیں تو آپ اپنے mind کی capacity کو unfold کرتے ہیں۔</w:t>
      </w:r>
    </w:p>
    <w:p>
      <w:r>
        <w:rPr>
          <w:b/>
        </w:rPr>
        <w:t xml:space="preserve">[36:07] </w:t>
      </w:r>
      <w:r>
        <w:t>Thinking process means unfolding your mind's capacity.</w:t>
      </w:r>
    </w:p>
    <w:p>
      <w:pPr>
        <w:jc w:val="right"/>
      </w:pPr>
      <w:r>
        <w:t>Thinking process means unfolding your mind's capacity.</w:t>
      </w:r>
    </w:p>
    <w:p>
      <w:r>
        <w:rPr>
          <w:b/>
        </w:rPr>
        <w:t xml:space="preserve">[36:15] </w:t>
      </w:r>
      <w:r>
        <w:t>sirf thinking hi se unfold hoti hai aur kuch aur kisi tarah se unfold nahin hoti.</w:t>
      </w:r>
    </w:p>
    <w:p>
      <w:pPr>
        <w:jc w:val="right"/>
      </w:pPr>
      <w:r>
        <w:t>صرف thinking ہی سے unfold ہوتی ہے اور کچھ اور کسی طرح سے unfold نہیں ہوتی۔</w:t>
      </w:r>
    </w:p>
    <w:p>
      <w:r>
        <w:rPr>
          <w:b/>
        </w:rPr>
        <w:t xml:space="preserve">[36:23] </w:t>
      </w:r>
      <w:r>
        <w:t>Thinking is the only way to unfold your intellectual capacity, the capacity hidden in your mind.</w:t>
      </w:r>
    </w:p>
    <w:p>
      <w:pPr>
        <w:jc w:val="right"/>
      </w:pPr>
      <w:r>
        <w:t>Thinking is the only way to unfold your intellectual capacity, the capacity hidden in your mind.</w:t>
      </w:r>
    </w:p>
    <w:p>
      <w:r>
        <w:rPr>
          <w:b/>
        </w:rPr>
        <w:t xml:space="preserve">[36:31] </w:t>
      </w:r>
      <w:r>
        <w:t>to Khuda jo hai, itna zyada zor Quran mein kyun diya gaya hai? kaha jata hai ke panch</w:t>
      </w:r>
    </w:p>
    <w:p>
      <w:pPr>
        <w:jc w:val="right"/>
      </w:pPr>
      <w:r>
        <w:t>تو خدا جو ہے، اتنا زیادہ زور قرآن میں کیوں دیا گیا ہے؟ کہا جاتا ہے کہ پانچ</w:t>
      </w:r>
    </w:p>
    <w:p>
      <w:r>
        <w:rPr>
          <w:b/>
        </w:rPr>
        <w:t xml:space="preserve">[36:38] </w:t>
      </w:r>
      <w:r>
        <w:t>سو آیتیں ہیں جو جس میں قرآن میں سوچتے سوچتے پر زور دیا گیا ہے، five hundred ayat،</w:t>
      </w:r>
    </w:p>
    <w:p>
      <w:pPr>
        <w:jc w:val="right"/>
      </w:pPr>
      <w:r>
        <w:t>سو آیتیں ہیں جو جس میں قرآن میں سوچتے سوچتے پر زور دیا گیا ہے، five hundred آیت،</w:t>
      </w:r>
    </w:p>
    <w:p>
      <w:r>
        <w:rPr>
          <w:b/>
        </w:rPr>
        <w:t xml:space="preserve">[36:46] </w:t>
      </w:r>
      <w:r>
        <w:t>indirect ya direct.</w:t>
      </w:r>
    </w:p>
    <w:p>
      <w:pPr>
        <w:jc w:val="right"/>
      </w:pPr>
      <w:r>
        <w:t>indirect یا direct۔</w:t>
      </w:r>
    </w:p>
    <w:p>
      <w:r>
        <w:rPr>
          <w:b/>
        </w:rPr>
        <w:t xml:space="preserve">[36:47] </w:t>
      </w:r>
      <w:r>
        <w:t>to thinking par itna zyada kyon emphasis diya gaya hai? Kyonki Khuda ne sab se bari cheez jo</w:t>
      </w:r>
    </w:p>
    <w:p>
      <w:pPr>
        <w:jc w:val="right"/>
      </w:pPr>
      <w:r>
        <w:t>تو thinking پر اتنا زیادہ کیوں emphasis دیا گیا ہے؟ کیونکہ خدا نے سب سے بڑی چیز جو</w:t>
      </w:r>
    </w:p>
    <w:p>
      <w:r>
        <w:rPr>
          <w:b/>
        </w:rPr>
        <w:t xml:space="preserve">[36:55] </w:t>
      </w:r>
      <w:r>
        <w:t>aap ko di hai, woh mind hai.</w:t>
      </w:r>
    </w:p>
    <w:p>
      <w:pPr>
        <w:jc w:val="right"/>
      </w:pPr>
      <w:r>
        <w:t>آپ کو دی ہے، وہ mind ہے۔</w:t>
      </w:r>
    </w:p>
    <w:p>
      <w:r>
        <w:rPr>
          <w:b/>
        </w:rPr>
        <w:t xml:space="preserve">[36:58] </w:t>
      </w:r>
      <w:r>
        <w:t>Puri universe mein mind jaisi koi cheez nahin.</w:t>
      </w:r>
    </w:p>
    <w:p>
      <w:pPr>
        <w:jc w:val="right"/>
      </w:pPr>
      <w:r>
        <w:t>پوری universe میں mind جیسی کوئی چیز نہیں۔</w:t>
      </w:r>
    </w:p>
    <w:p>
      <w:r>
        <w:rPr>
          <w:b/>
        </w:rPr>
        <w:t xml:space="preserve">[37:02] </w:t>
      </w:r>
      <w:r>
        <w:t>Sab se bari cheez hai mind.</w:t>
      </w:r>
    </w:p>
    <w:p>
      <w:pPr>
        <w:jc w:val="right"/>
      </w:pPr>
      <w:r>
        <w:t>سب سے بڑی چیز ہے mind۔</w:t>
      </w:r>
    </w:p>
    <w:p>
      <w:r>
        <w:rPr>
          <w:b/>
        </w:rPr>
        <w:t xml:space="preserve">[37:04] </w:t>
      </w:r>
      <w:r>
        <w:t>Hadees mein aata hai ke khalaqallahu adama ala surat-ihi.</w:t>
      </w:r>
    </w:p>
    <w:p>
      <w:pPr>
        <w:jc w:val="right"/>
      </w:pPr>
      <w:r>
        <w:t>حدیث میں آتا ہے کہ خَلَقَ اللّٰهُ آَدَمَ عَلَى صُورَتِهِ ۔</w:t>
      </w:r>
    </w:p>
    <w:p>
      <w:r>
        <w:rPr>
          <w:b/>
        </w:rPr>
        <w:t xml:space="preserve">[37:09] </w:t>
      </w:r>
      <w:r>
        <w:t>Allah ne Adam ko banaya apni surat par.</w:t>
      </w:r>
    </w:p>
    <w:p>
      <w:pPr>
        <w:jc w:val="right"/>
      </w:pPr>
      <w:r>
        <w:t>اللہ نے آدم کو بنایا اپنی صورت پر۔</w:t>
      </w:r>
    </w:p>
    <w:p>
      <w:r>
        <w:rPr>
          <w:b/>
        </w:rPr>
        <w:t xml:space="preserve">[37:12] </w:t>
      </w:r>
      <w:r>
        <w:t>Log samajhte hain surat ke maani hain hath paon, is mein behas chal rahi hai sankron baras se.</w:t>
      </w:r>
    </w:p>
    <w:p>
      <w:pPr>
        <w:jc w:val="right"/>
      </w:pPr>
      <w:r>
        <w:t>لوگ سمجھتے ہیں صورت کے معنی ہیں ہاتھ پاؤں، اس میں بحث چل رہی ہے سینکڑوں برس سے۔</w:t>
      </w:r>
    </w:p>
    <w:p>
      <w:r>
        <w:rPr>
          <w:b/>
        </w:rPr>
        <w:t xml:space="preserve">[37:20] </w:t>
      </w:r>
      <w:r>
        <w:t>Nahin, Khuda ne insan ko mind diya, jo jo jo ke Khuda ki special cheez hai.</w:t>
      </w:r>
    </w:p>
    <w:p>
      <w:pPr>
        <w:jc w:val="right"/>
      </w:pPr>
      <w:r>
        <w:t>نہیں، خدا نے انسان کو mind دیا، جو جو جو کہ خدا کی special چیز ہے۔</w:t>
      </w:r>
    </w:p>
    <w:p>
      <w:r>
        <w:rPr>
          <w:b/>
        </w:rPr>
        <w:t xml:space="preserve">[37:27] </w:t>
      </w:r>
      <w:r>
        <w:t>Khuda ka mind bohat bara hai, hamein isi ka ek chhota sa hissa diya gaya hai.</w:t>
      </w:r>
    </w:p>
    <w:p>
      <w:pPr>
        <w:jc w:val="right"/>
      </w:pPr>
      <w:r>
        <w:t>خدا کا mind بہت بڑا ہے، ہمیں اسی کا ایک چھوٹا سا حصہ دیا گیا۔</w:t>
      </w:r>
    </w:p>
    <w:p>
      <w:r>
        <w:rPr>
          <w:b/>
        </w:rPr>
        <w:t xml:space="preserve">[37:33] </w:t>
      </w:r>
      <w:r>
        <w:t>Khuda ne insan ko woh cheez di jo aur kisi cheez ko nahin di, kisi galaxy ko, kisi</w:t>
      </w:r>
    </w:p>
    <w:p>
      <w:pPr>
        <w:jc w:val="right"/>
      </w:pPr>
      <w:r>
        <w:t>خدا نے انسان کو وہ چیز دی جو اور کسی چیز کو نہیں دی، کسی galaxy کو، کسی</w:t>
      </w:r>
    </w:p>
    <w:p>
      <w:r>
        <w:rPr>
          <w:b/>
        </w:rPr>
        <w:t xml:space="preserve">[37:41] </w:t>
      </w:r>
      <w:r>
        <w:t>solar system ko, kisi hathi ko, kisi tiger ko, kisi ocean ko, kisi mountain ko nahin di.</w:t>
      </w:r>
    </w:p>
    <w:p>
      <w:pPr>
        <w:jc w:val="right"/>
      </w:pPr>
      <w:r>
        <w:t>solar system کو، کسی ہاتھی کو، کسی tiger کو، کسی ocean کو، کسی mountain کو نہیں دی۔</w:t>
      </w:r>
    </w:p>
    <w:p>
      <w:r>
        <w:rPr>
          <w:b/>
        </w:rPr>
        <w:t xml:space="preserve">[37:48] </w:t>
      </w:r>
      <w:r>
        <w:t>Insan ko mind diya.</w:t>
      </w:r>
    </w:p>
    <w:p>
      <w:pPr>
        <w:jc w:val="right"/>
      </w:pPr>
      <w:r>
        <w:t>انسان کو mind دیا۔</w:t>
      </w:r>
    </w:p>
    <w:p>
      <w:r>
        <w:rPr>
          <w:b/>
        </w:rPr>
        <w:t xml:space="preserve">[37:50] </w:t>
      </w:r>
      <w:r>
        <w:t>Mind jo hai, Khuda ki khas khas cheez hai.</w:t>
      </w:r>
    </w:p>
    <w:p>
      <w:pPr>
        <w:jc w:val="right"/>
      </w:pPr>
      <w:r>
        <w:t>Mind جو ہے، خدا کی خاص خاص چیز ہے۔</w:t>
      </w:r>
    </w:p>
    <w:p>
      <w:r>
        <w:rPr>
          <w:b/>
        </w:rPr>
        <w:t xml:space="preserve">[37:54] </w:t>
      </w:r>
      <w:r>
        <w:t>Isi ka ek shama, ek ek isi ka ek chhota sa hissa hamein de diya gaya hai.</w:t>
      </w:r>
    </w:p>
    <w:p>
      <w:pPr>
        <w:jc w:val="right"/>
      </w:pPr>
      <w:r>
        <w:t>اسی کا ایک شمع، ایک ایک اسی کا ایک چھوٹا سا حصہ ہمیں دے دیا گیا ہے۔</w:t>
      </w:r>
    </w:p>
    <w:p>
      <w:r>
        <w:rPr>
          <w:b/>
        </w:rPr>
        <w:t xml:space="preserve">[38:01] </w:t>
      </w:r>
      <w:r>
        <w:t>Isi liye aaya ke Allah taala ne apni apni rooh phoonki Adam ke andar.</w:t>
      </w:r>
    </w:p>
    <w:p>
      <w:pPr>
        <w:jc w:val="right"/>
      </w:pPr>
      <w:r>
        <w:t>اسی لیے آیا کہ اللہ تعالی نے اپنی اپنی روح پھونکی آدم کے اندر۔</w:t>
      </w:r>
    </w:p>
    <w:p>
      <w:r>
        <w:rPr>
          <w:b/>
        </w:rPr>
        <w:t xml:space="preserve">[38:07] </w:t>
      </w:r>
      <w:r>
        <w:t>Fana fakhthu kya hai woh? Kya? Fana fakhthu fihi min roohi.</w:t>
      </w:r>
    </w:p>
    <w:p>
      <w:pPr>
        <w:jc w:val="right"/>
      </w:pPr>
      <w:r>
        <w:t>فَنَفَخْتُ کیا ہے وہ؟ کیا؟ فَنَفَخْتُ فِيهِ مِنْ رُوحِي ۔</w:t>
      </w:r>
    </w:p>
    <w:p>
      <w:r>
        <w:rPr>
          <w:b/>
        </w:rPr>
        <w:t xml:space="preserve">[38:11] </w:t>
      </w:r>
      <w:r>
        <w:t>Yeh rooh kahan hai? Nafkh ka matlab hai ke jaise mujh se aap phoonkte hain, aisa phoonka.</w:t>
      </w:r>
    </w:p>
    <w:p>
      <w:pPr>
        <w:jc w:val="right"/>
      </w:pPr>
      <w:r>
        <w:t>یہ روح کہاں ہے؟ نفخ کا مطلب ہے کہ جیسے مجھ سے آپ پھونکتے ہیں، ایسا پھونکا۔</w:t>
      </w:r>
    </w:p>
    <w:p>
      <w:r>
        <w:rPr>
          <w:b/>
        </w:rPr>
        <w:t xml:space="preserve">[38:19] </w:t>
      </w:r>
      <w:r>
        <w:t>Yeh matlab nahin hai is ka.</w:t>
      </w:r>
    </w:p>
    <w:p>
      <w:pPr>
        <w:jc w:val="right"/>
      </w:pPr>
      <w:r>
        <w:t>یہ مطلب نہیں ہے اس کا۔</w:t>
      </w:r>
    </w:p>
    <w:p>
      <w:r>
        <w:rPr>
          <w:b/>
        </w:rPr>
        <w:t xml:space="preserve">[38:21] </w:t>
      </w:r>
      <w:r>
        <w:t>Nahin, is ko mind diya, mind.</w:t>
      </w:r>
    </w:p>
    <w:p>
      <w:pPr>
        <w:jc w:val="right"/>
      </w:pPr>
      <w:r>
        <w:t>نہیں، اس کو mind دیا، mind۔</w:t>
      </w:r>
    </w:p>
    <w:p>
      <w:r>
        <w:rPr>
          <w:b/>
        </w:rPr>
        <w:t xml:space="preserve">[38:24] </w:t>
      </w:r>
      <w:r>
        <w:t>Phoonkna ka matlab nahin ke jaise mujh se aap phoonkte hain, aap aise kuch phoonka Allah taala ne.</w:t>
      </w:r>
    </w:p>
    <w:p>
      <w:pPr>
        <w:jc w:val="right"/>
      </w:pPr>
      <w:r>
        <w:t>پھونکنا کا مطلب نہیں کہ جیسے مجھ سے آپ پھونکتے ہیں، آپ ایسے کچھ پھونکا اللہ تعالی نے۔</w:t>
      </w:r>
    </w:p>
    <w:p>
      <w:r>
        <w:rPr>
          <w:b/>
        </w:rPr>
        <w:t xml:space="preserve">[38:32] </w:t>
      </w:r>
      <w:r>
        <w:t>Yahan rooh se murad hai mind, dimagh, zehan, thinking capacity, woh diya hai insan ko.</w:t>
      </w:r>
    </w:p>
    <w:p>
      <w:pPr>
        <w:jc w:val="right"/>
      </w:pPr>
      <w:r>
        <w:t>یہاں روح سے مراد ہے mind، دماغ، ذہن، thinking capacity، وہ دیا ہے انسان کو۔</w:t>
      </w:r>
    </w:p>
    <w:p>
      <w:r>
        <w:rPr>
          <w:b/>
        </w:rPr>
        <w:t xml:space="preserve">[38:38] </w:t>
      </w:r>
      <w:r>
        <w:t>Woh hai unlimited capacity.</w:t>
      </w:r>
    </w:p>
    <w:p>
      <w:pPr>
        <w:jc w:val="right"/>
      </w:pPr>
      <w:r>
        <w:t>وہ ہے unlimited capacity۔</w:t>
      </w:r>
    </w:p>
    <w:p>
      <w:r>
        <w:rPr>
          <w:b/>
        </w:rPr>
        <w:t xml:space="preserve">[38:40] </w:t>
      </w:r>
      <w:r>
        <w:t>Lekin unfold karna aap ka kaam hai.</w:t>
      </w:r>
    </w:p>
    <w:p>
      <w:pPr>
        <w:jc w:val="right"/>
      </w:pPr>
      <w:r>
        <w:t>لیکن unfold کرنا آپ کا کام ہے۔</w:t>
      </w:r>
    </w:p>
    <w:p>
      <w:r>
        <w:rPr>
          <w:b/>
        </w:rPr>
        <w:t xml:space="preserve">[38:43] </w:t>
      </w:r>
      <w:r>
        <w:t>Jab aap think karte hain to is ko unfold karte hain.</w:t>
      </w:r>
    </w:p>
    <w:p>
      <w:pPr>
        <w:jc w:val="right"/>
      </w:pPr>
      <w:r>
        <w:t>جب آپ think کرتے ہیں تو اس کو unfold کرتے ہیں۔</w:t>
      </w:r>
    </w:p>
    <w:p>
      <w:r>
        <w:rPr>
          <w:b/>
        </w:rPr>
        <w:t xml:space="preserve">[38:47] </w:t>
      </w:r>
      <w:r>
        <w:t>Ya aap unfold karte hain to aap tab aap ko ja kar ke woh milta hai ke aap</w:t>
      </w:r>
    </w:p>
    <w:p>
      <w:pPr>
        <w:jc w:val="right"/>
      </w:pPr>
      <w:r>
        <w:t>یا آپ unfold کرتے ہیں تو آپ تب آپ کو جا کر کے وہ ملتا ہے کہ آپ</w:t>
      </w:r>
    </w:p>
    <w:p>
      <w:r>
        <w:rPr>
          <w:b/>
        </w:rPr>
        <w:t xml:space="preserve">[38:55] </w:t>
      </w:r>
      <w:r>
        <w:t>wo dua karen, living dua jo khuda tak pohnchne wali hai.</w:t>
      </w:r>
    </w:p>
    <w:p>
      <w:pPr>
        <w:jc w:val="right"/>
      </w:pPr>
      <w:r>
        <w:t>وہ دعا کریں، living دعا جو خدا تک پہنچنے والی ہے۔</w:t>
      </w:r>
    </w:p>
    <w:p>
      <w:r>
        <w:rPr>
          <w:b/>
        </w:rPr>
        <w:t xml:space="preserve">[39:00] </w:t>
      </w:r>
      <w:r>
        <w:t>to think karna, think karna, think karna aur cheezon ko apne liye point of reference banana.</w:t>
      </w:r>
    </w:p>
    <w:p>
      <w:pPr>
        <w:jc w:val="right"/>
      </w:pPr>
      <w:r>
        <w:t>تو think کرنا، think کرنا، think کرنا اور چیزوں کو اپنے لیے point of reference بنانا۔</w:t>
      </w:r>
    </w:p>
    <w:p>
      <w:r>
        <w:rPr>
          <w:b/>
        </w:rPr>
        <w:t xml:space="preserve">[39:07] </w:t>
      </w:r>
      <w:r>
        <w:t>jaise main ek misaal deta hoon aap ko ke insan marta rehta hai, log marte rehte hain.</w:t>
      </w:r>
    </w:p>
    <w:p>
      <w:pPr>
        <w:jc w:val="right"/>
      </w:pPr>
      <w:r>
        <w:t>جیسے میں ایک مثال دیتا ہوں آپ کو کہ انسان مرتا رہتا ہے، لوگ مرتے رہتے ہیں۔</w:t>
      </w:r>
    </w:p>
    <w:p>
      <w:r>
        <w:rPr>
          <w:b/>
        </w:rPr>
        <w:t xml:space="preserve">[39:14] </w:t>
      </w:r>
      <w:r>
        <w:t>aap ne bohat se marne ke baad aap gaye honge taaziyat ke liye, aap qabar par tajdeed</w:t>
      </w:r>
    </w:p>
    <w:p>
      <w:pPr>
        <w:jc w:val="right"/>
      </w:pPr>
      <w:r>
        <w:t>آپ نے بہت سے مرنے کے بعد آپ گئے ہوں گے تعزیت کے لیے، آپ قبر پر تجدید</w:t>
      </w:r>
    </w:p>
    <w:p>
      <w:r>
        <w:rPr>
          <w:b/>
        </w:rPr>
        <w:t xml:space="preserve">[39:22] </w:t>
      </w:r>
      <w:r>
        <w:t>takfeer ke liye gaye honge.</w:t>
      </w:r>
    </w:p>
    <w:p>
      <w:pPr>
        <w:jc w:val="right"/>
      </w:pPr>
      <w:r>
        <w:t>تکفیر کے لیے گئے ہوں گے۔</w:t>
      </w:r>
    </w:p>
    <w:p>
      <w:r>
        <w:rPr>
          <w:b/>
        </w:rPr>
        <w:t xml:space="preserve">[39:24] </w:t>
      </w:r>
      <w:r>
        <w:t>main bhi bohat baar gaya hoon.</w:t>
      </w:r>
    </w:p>
    <w:p>
      <w:pPr>
        <w:jc w:val="right"/>
      </w:pPr>
      <w:r>
        <w:t>میں بھی بہت بار گیا ہوں۔</w:t>
      </w:r>
    </w:p>
    <w:p>
      <w:r>
        <w:rPr>
          <w:b/>
        </w:rPr>
        <w:t xml:space="preserve">[39:27] </w:t>
      </w:r>
      <w:r>
        <w:t>main ne kisi ek insan ko nahi dekha jo is maut ko apne liye point of reference bana</w:t>
      </w:r>
    </w:p>
    <w:p>
      <w:pPr>
        <w:jc w:val="right"/>
      </w:pPr>
      <w:r>
        <w:t>میں نے کسی ایک انسان کو نہیں دیکھا جو اس موت کو اپنے لیے point of reference بنا</w:t>
      </w:r>
    </w:p>
    <w:p>
      <w:r>
        <w:rPr>
          <w:b/>
        </w:rPr>
        <w:t xml:space="preserve">[39:35] </w:t>
      </w:r>
      <w:r>
        <w:t>sake.</w:t>
      </w:r>
    </w:p>
    <w:p>
      <w:pPr>
        <w:jc w:val="right"/>
      </w:pPr>
      <w:r>
        <w:t>سکے۔</w:t>
      </w:r>
    </w:p>
    <w:p>
      <w:r>
        <w:rPr>
          <w:b/>
        </w:rPr>
        <w:t xml:space="preserve">[39:36] </w:t>
      </w:r>
      <w:r>
        <w:t>aaj tak main, main ne kam az kam nahi dekha.</w:t>
      </w:r>
    </w:p>
    <w:p>
      <w:pPr>
        <w:jc w:val="right"/>
      </w:pPr>
      <w:r>
        <w:t>آج تک میں، میں نے کم از کم نہیں دیکھا۔</w:t>
      </w:r>
    </w:p>
    <w:p>
      <w:r>
        <w:rPr>
          <w:b/>
        </w:rPr>
        <w:t xml:space="preserve">[39:40] </w:t>
      </w:r>
      <w:r>
        <w:t>Point of reference banana kya hai? Yeh soch sake ke jis tayab marz se main hi maroon ga.</w:t>
      </w:r>
    </w:p>
    <w:p>
      <w:pPr>
        <w:jc w:val="right"/>
      </w:pPr>
      <w:r>
        <w:t>Point of reference بنانا کیا ہے؟ یہ سوچ سکے کہ جس طیب مرض سے میں ہی مروں گا۔</w:t>
      </w:r>
    </w:p>
    <w:p>
      <w:r>
        <w:rPr>
          <w:b/>
        </w:rPr>
        <w:t xml:space="preserve">[39:48] </w:t>
      </w:r>
      <w:r>
        <w:t>iski maut se apni maut ko relate karna.</w:t>
      </w:r>
    </w:p>
    <w:p>
      <w:pPr>
        <w:jc w:val="right"/>
      </w:pPr>
      <w:r>
        <w:t>اس کی موت سے اپنی موت کو relate کرنا۔</w:t>
      </w:r>
    </w:p>
    <w:p>
      <w:r>
        <w:rPr>
          <w:b/>
        </w:rPr>
        <w:t xml:space="preserve">[39:52] </w:t>
      </w:r>
      <w:r>
        <w:t>Yeh soch sakna.</w:t>
      </w:r>
    </w:p>
    <w:p>
      <w:pPr>
        <w:jc w:val="right"/>
      </w:pPr>
      <w:r>
        <w:t>یہ سوچ سکنا۔</w:t>
      </w:r>
    </w:p>
    <w:p>
      <w:r>
        <w:rPr>
          <w:b/>
        </w:rPr>
        <w:t xml:space="preserve">[39:53] </w:t>
      </w:r>
      <w:r>
        <w:t>mera bhi countdown ho raha hai.</w:t>
      </w:r>
    </w:p>
    <w:p>
      <w:pPr>
        <w:jc w:val="right"/>
      </w:pPr>
      <w:r>
        <w:t>میرا بھی countdown ہو رہا ہے۔</w:t>
      </w:r>
    </w:p>
    <w:p>
      <w:r>
        <w:rPr>
          <w:b/>
        </w:rPr>
        <w:t xml:space="preserve">[39:56] </w:t>
      </w:r>
      <w:r>
        <w:t>iska countdown jo hai, poora ho gaya to mar gaya woh.</w:t>
      </w:r>
    </w:p>
    <w:p>
      <w:pPr>
        <w:jc w:val="right"/>
      </w:pPr>
      <w:r>
        <w:t>اس کا countdown جو ہے، پورا ہو گیا تو مر گیا وہ۔</w:t>
      </w:r>
    </w:p>
    <w:p>
      <w:r>
        <w:rPr>
          <w:b/>
        </w:rPr>
        <w:t xml:space="preserve">[40:01] </w:t>
      </w:r>
      <w:r>
        <w:t>mera bhi countdown ho raha hai.</w:t>
      </w:r>
    </w:p>
    <w:p>
      <w:pPr>
        <w:jc w:val="right"/>
      </w:pPr>
      <w:r>
        <w:t>میرا بھی countdown ہو رہا ہے۔</w:t>
      </w:r>
    </w:p>
    <w:p>
      <w:r>
        <w:rPr>
          <w:b/>
        </w:rPr>
        <w:t xml:space="preserve">[40:04] </w:t>
      </w:r>
      <w:r>
        <w:t>to main hi mar jaoon ga.</w:t>
      </w:r>
    </w:p>
    <w:p>
      <w:pPr>
        <w:jc w:val="right"/>
      </w:pPr>
      <w:r>
        <w:t>تو میں ہی مر جاؤں گا۔</w:t>
      </w:r>
    </w:p>
    <w:p>
      <w:r>
        <w:rPr>
          <w:b/>
        </w:rPr>
        <w:t xml:space="preserve">[40:06] </w:t>
      </w:r>
      <w:r>
        <w:t>iski maut ko dekh kar ke apni maut ko sochna.</w:t>
      </w:r>
    </w:p>
    <w:p>
      <w:pPr>
        <w:jc w:val="right"/>
      </w:pPr>
      <w:r>
        <w:t>اس کی موت کو دیکھ کر کے اپنی موت کو سوچنا۔</w:t>
      </w:r>
    </w:p>
    <w:p>
      <w:r>
        <w:rPr>
          <w:b/>
        </w:rPr>
        <w:t xml:space="preserve">[40:11] </w:t>
      </w:r>
      <w:r>
        <w:t>jis tarah woh qabar mein dala ja raha hai, main bhi qabar mein dala jaoon ga.</w:t>
      </w:r>
    </w:p>
    <w:p>
      <w:pPr>
        <w:jc w:val="right"/>
      </w:pPr>
      <w:r>
        <w:t>جس طرح وہ قبر میں ڈالا جا رہا ہے، میں بھی قبر میں ڈالا جاؤں گا۔</w:t>
      </w:r>
    </w:p>
    <w:p>
      <w:r>
        <w:rPr>
          <w:b/>
        </w:rPr>
        <w:t xml:space="preserve">[40:18] </w:t>
      </w:r>
      <w:r>
        <w:t>jis tarah woh farishtay aaye, usko utha kar le gaye khuda ke paas, uski rooh ko.</w:t>
      </w:r>
    </w:p>
    <w:p>
      <w:pPr>
        <w:jc w:val="right"/>
      </w:pPr>
      <w:r>
        <w:t>جس طرح وہ فرشتے آئے، اس کو اٹھا کر لے گئے خدا کے پاس، اس کی روح کو۔</w:t>
      </w:r>
    </w:p>
    <w:p>
      <w:r>
        <w:rPr>
          <w:b/>
        </w:rPr>
        <w:t xml:space="preserve">[40:26] </w:t>
      </w:r>
      <w:r>
        <w:t>mujhe bhi jana hai khuda ke paas.</w:t>
      </w:r>
    </w:p>
    <w:p>
      <w:pPr>
        <w:jc w:val="right"/>
      </w:pPr>
      <w:r>
        <w:t>مجھے بھی جانا ہے خدا کے پاس۔</w:t>
      </w:r>
    </w:p>
    <w:p>
      <w:r>
        <w:rPr>
          <w:b/>
        </w:rPr>
        <w:t xml:space="preserve">[40:29] </w:t>
      </w:r>
      <w:r>
        <w:t>to maut ko point of reference banana.</w:t>
      </w:r>
    </w:p>
    <w:p>
      <w:pPr>
        <w:jc w:val="right"/>
      </w:pPr>
      <w:r>
        <w:t>تو موت کو point of reference بنانا۔</w:t>
      </w:r>
    </w:p>
    <w:p>
      <w:r>
        <w:rPr>
          <w:b/>
        </w:rPr>
        <w:t xml:space="preserve">[40:32] </w:t>
      </w:r>
      <w:r>
        <w:t>har din log mar rahe hain.</w:t>
      </w:r>
    </w:p>
    <w:p>
      <w:pPr>
        <w:jc w:val="right"/>
      </w:pPr>
      <w:r>
        <w:t>ہر دن لوگ مر رہے ہیں۔</w:t>
      </w:r>
    </w:p>
    <w:p>
      <w:r>
        <w:rPr>
          <w:b/>
        </w:rPr>
        <w:t xml:space="preserve">[40:34] </w:t>
      </w:r>
      <w:r>
        <w:t>hamare ghar mein koi mar raha hai, aas paas koi mar raha hai.</w:t>
      </w:r>
    </w:p>
    <w:p>
      <w:pPr>
        <w:jc w:val="right"/>
      </w:pPr>
      <w:r>
        <w:t>ہمارے گھر میں کوئی مر رہا ہے، آس پاس کوئی مر رہا ہے۔</w:t>
      </w:r>
    </w:p>
    <w:p>
      <w:r>
        <w:rPr>
          <w:b/>
        </w:rPr>
        <w:t xml:space="preserve">[40:40] </w:t>
      </w:r>
      <w:r>
        <w:t>Paper mein khabrein aati hain ke falan mar gaya.</w:t>
      </w:r>
    </w:p>
    <w:p>
      <w:pPr>
        <w:jc w:val="right"/>
      </w:pPr>
      <w:r>
        <w:t>Paper میں خبریں آتی ہیں کہ فلاں مر گیا۔</w:t>
      </w:r>
    </w:p>
    <w:p>
      <w:r>
        <w:rPr>
          <w:b/>
        </w:rPr>
        <w:t xml:space="preserve">[40:44] </w:t>
      </w:r>
      <w:r>
        <w:t>TV mein aap dekhte hain ke falan mar gaya.</w:t>
      </w:r>
    </w:p>
    <w:p>
      <w:pPr>
        <w:jc w:val="right"/>
      </w:pPr>
      <w:r>
        <w:t>ٹی وی میں آپ دیکھتے ہیں کہ فلاں مر گیا۔</w:t>
      </w:r>
    </w:p>
    <w:p>
      <w:r>
        <w:rPr>
          <w:b/>
        </w:rPr>
        <w:t xml:space="preserve">[40:48] </w:t>
      </w:r>
      <w:r>
        <w:t>har din lakhon aadmi mar rahe hain.</w:t>
      </w:r>
    </w:p>
    <w:p>
      <w:pPr>
        <w:jc w:val="right"/>
      </w:pPr>
      <w:r>
        <w:t>ہر دن لاکھوں آدمی مر رہے ہیں۔</w:t>
      </w:r>
    </w:p>
    <w:p>
      <w:r>
        <w:rPr>
          <w:b/>
        </w:rPr>
        <w:t xml:space="preserve">[40:51] </w:t>
      </w:r>
      <w:r>
        <w:t>lakhon aadmi.</w:t>
      </w:r>
    </w:p>
    <w:p>
      <w:pPr>
        <w:jc w:val="right"/>
      </w:pPr>
      <w:r>
        <w:t>لاکھوں آدمی۔</w:t>
      </w:r>
    </w:p>
    <w:p>
      <w:r>
        <w:rPr>
          <w:b/>
        </w:rPr>
        <w:t xml:space="preserve">[40:52] </w:t>
      </w:r>
      <w:r>
        <w:t>magar maine kam az kam aisa aadmi nahin dekha ab tak, itni lambi umar mein, ke kisi</w:t>
      </w:r>
    </w:p>
    <w:p>
      <w:pPr>
        <w:jc w:val="right"/>
      </w:pPr>
      <w:r>
        <w:t>مگر میں نے کم از کم ایسا آدمی نہیں دیکھا اب تک، اتنی لمبی عمر میں، کہ کسی</w:t>
      </w:r>
    </w:p>
    <w:p>
      <w:r>
        <w:rPr>
          <w:b/>
        </w:rPr>
        <w:t xml:space="preserve">[41:00] </w:t>
      </w:r>
      <w:r>
        <w:t>ne maut ko apne liye point of reference banaya ho.</w:t>
      </w:r>
    </w:p>
    <w:p>
      <w:pPr>
        <w:jc w:val="right"/>
      </w:pPr>
      <w:r>
        <w:t>نے موت کو اپنے لیے point of reference بنایا ہو۔</w:t>
      </w:r>
    </w:p>
    <w:p>
      <w:r>
        <w:rPr>
          <w:b/>
        </w:rPr>
        <w:t xml:space="preserve">[41:04] </w:t>
      </w:r>
      <w:r>
        <w:t>rasmi taur par jaate hain log taaziyat ke liye, idhar udhar ki baatein karenge, wapas chale jayen</w:t>
      </w:r>
    </w:p>
    <w:p>
      <w:pPr>
        <w:jc w:val="right"/>
      </w:pPr>
      <w:r>
        <w:t>رسمی طور پر جاتے ہیں لوگ تعزیت کے لیے، ادھر ادھر کی باتیں کریں گے، واپس چلے جائیں</w:t>
      </w:r>
    </w:p>
    <w:p>
      <w:r>
        <w:rPr>
          <w:b/>
        </w:rPr>
        <w:t xml:space="preserve">[41:12] </w:t>
      </w:r>
      <w:r>
        <w:t>ge.</w:t>
      </w:r>
    </w:p>
    <w:p>
      <w:pPr>
        <w:jc w:val="right"/>
      </w:pPr>
      <w:r>
        <w:t>گے۔</w:t>
      </w:r>
    </w:p>
    <w:p>
      <w:r>
        <w:rPr>
          <w:b/>
        </w:rPr>
        <w:t xml:space="preserve">[41:14] </w:t>
      </w:r>
      <w:r>
        <w:t>halankeh maut sab se bada, yaani sab se bada waqea hai, sab se bada event hai zindagi mein,</w:t>
      </w:r>
    </w:p>
    <w:p>
      <w:pPr>
        <w:jc w:val="right"/>
      </w:pPr>
      <w:r>
        <w:t>حالانکہ موت سب سے بڑا، یعنی سب سے بڑا واقعہ ہے، سب سے بڑا event ہے زندگی میں،</w:t>
      </w:r>
    </w:p>
    <w:p>
      <w:r>
        <w:rPr>
          <w:b/>
        </w:rPr>
        <w:t xml:space="preserve">[41:21] </w:t>
      </w:r>
      <w:r>
        <w:t>jisko hamein point of reference banana chahiye.</w:t>
      </w:r>
    </w:p>
    <w:p>
      <w:pPr>
        <w:jc w:val="right"/>
      </w:pPr>
      <w:r>
        <w:t>جس کو ہمیں point of reference بنانا چاہیے۔</w:t>
      </w:r>
    </w:p>
    <w:p>
      <w:r>
        <w:rPr>
          <w:b/>
        </w:rPr>
        <w:t xml:space="preserve">[41:25] </w:t>
      </w:r>
      <w:r>
        <w:t>main samajhta hoon ke is duniya mein most bada koi waqea nahin.</w:t>
      </w:r>
    </w:p>
    <w:p>
      <w:pPr>
        <w:jc w:val="right"/>
      </w:pPr>
      <w:r>
        <w:t>میں سمجھتا ہوں کہ اس دنیا میں most بڑا کوئی واقعہ نہیں۔</w:t>
      </w:r>
    </w:p>
    <w:p>
      <w:r>
        <w:rPr>
          <w:b/>
        </w:rPr>
        <w:t xml:space="preserve">[41:30] </w:t>
      </w:r>
      <w:r>
        <w:t>kaise ek insaan chal raha hai, phir raha hai, bol raha hai, aur phir mar jata hai woh.</w:t>
      </w:r>
    </w:p>
    <w:p>
      <w:pPr>
        <w:jc w:val="right"/>
      </w:pPr>
      <w:r>
        <w:t>کیسے ایک انسان چل رہا ہے، پھر رہا ہے، بول رہا ہے، اور پھر مر جاتا ہے وہ۔</w:t>
      </w:r>
    </w:p>
    <w:p>
      <w:r>
        <w:rPr>
          <w:b/>
        </w:rPr>
        <w:t xml:space="preserve">[41:38] </w:t>
      </w:r>
      <w:r>
        <w:t>kaisi anokhi baat hai yeh.</w:t>
      </w:r>
    </w:p>
    <w:p>
      <w:pPr>
        <w:jc w:val="right"/>
      </w:pPr>
      <w:r>
        <w:t>کیسی انوکھی بات ہے یہ۔</w:t>
      </w:r>
    </w:p>
    <w:p>
      <w:r>
        <w:rPr>
          <w:b/>
        </w:rPr>
        <w:t xml:space="preserve">[41:40] </w:t>
      </w:r>
      <w:r>
        <w:t>badshah bhi mar jata hai.</w:t>
      </w:r>
    </w:p>
    <w:p>
      <w:pPr>
        <w:jc w:val="right"/>
      </w:pPr>
      <w:r>
        <w:t>بادشاہ بھی مر جاتا ہے۔</w:t>
      </w:r>
    </w:p>
    <w:p>
      <w:r>
        <w:rPr>
          <w:b/>
        </w:rPr>
        <w:t xml:space="preserve">[41:42] </w:t>
      </w:r>
      <w:r>
        <w:t>bade bade wealthy log mar jate hain.</w:t>
      </w:r>
    </w:p>
    <w:p>
      <w:pPr>
        <w:jc w:val="right"/>
      </w:pPr>
      <w:r>
        <w:t>بڑے بڑے wealthy لوگ مر جاتے ہیں۔</w:t>
      </w:r>
    </w:p>
    <w:p>
      <w:r>
        <w:rPr>
          <w:b/>
        </w:rPr>
        <w:t xml:space="preserve">[41:45] </w:t>
      </w:r>
      <w:r>
        <w:t>bahut bade bade speakers, bahut bade writers sab mar jate hain.</w:t>
      </w:r>
    </w:p>
    <w:p>
      <w:pPr>
        <w:jc w:val="right"/>
      </w:pPr>
      <w:r>
        <w:t>بہت بڑے بڑے speakers، بہت بڑے writers سب مر جاتے ہیں۔</w:t>
      </w:r>
    </w:p>
    <w:p>
      <w:r>
        <w:rPr>
          <w:b/>
        </w:rPr>
        <w:t xml:space="preserve">[41:50] </w:t>
      </w:r>
      <w:r>
        <w:t>koi aisa na kar saka ke woh jeeta rahe, jeeta rahe, jeeta rahe, na mare.</w:t>
      </w:r>
    </w:p>
    <w:p>
      <w:pPr>
        <w:jc w:val="right"/>
      </w:pPr>
      <w:r>
        <w:t>کوئی ایسا نہ کر سکا کہ وہ جیتا رہے، جیتا رہے، جیتا رہے، نہ مرے۔</w:t>
      </w:r>
    </w:p>
    <w:p>
      <w:r>
        <w:rPr>
          <w:b/>
        </w:rPr>
        <w:t xml:space="preserve">[41:56] </w:t>
      </w:r>
      <w:r>
        <w:t>to is se badi baat koi ho sakti hai? to Khuda chahta hai ke log doosre ki maut</w:t>
      </w:r>
    </w:p>
    <w:p>
      <w:pPr>
        <w:jc w:val="right"/>
      </w:pPr>
      <w:r>
        <w:t>تو اس سے بڑی بات کوئی ہو سکتی ہے؟ تو خدا چاہتا ہے کہ لوگ دوسرے کی موت</w:t>
      </w:r>
    </w:p>
    <w:p>
      <w:r>
        <w:rPr>
          <w:b/>
        </w:rPr>
        <w:t xml:space="preserve">[42:04] </w:t>
      </w:r>
      <w:r>
        <w:t>ko apne liye point of reference banayen.</w:t>
      </w:r>
    </w:p>
    <w:p>
      <w:pPr>
        <w:jc w:val="right"/>
      </w:pPr>
      <w:r>
        <w:t>کو اپنے لیے point of reference بنائیں۔</w:t>
      </w:r>
    </w:p>
    <w:p>
      <w:r>
        <w:rPr>
          <w:b/>
        </w:rPr>
        <w:t xml:space="preserve">[42:07] </w:t>
      </w:r>
      <w:r>
        <w:t>yeh sochen ke jis tarah woh mara hai, waise main hi marunga.</w:t>
      </w:r>
    </w:p>
    <w:p>
      <w:pPr>
        <w:jc w:val="right"/>
      </w:pPr>
      <w:r>
        <w:t>یہ سوچیں کہ جس طرح وہ مرا ہے، ویسے میں ہی مروں گا۔</w:t>
      </w:r>
    </w:p>
    <w:p>
      <w:r>
        <w:rPr>
          <w:b/>
        </w:rPr>
        <w:t xml:space="preserve">[42:12] </w:t>
      </w:r>
      <w:r>
        <w:t>magar kam az kam mujhe to koi aadmi nahin mila ab tak, jo doosre ki maut ko apne</w:t>
      </w:r>
    </w:p>
    <w:p>
      <w:pPr>
        <w:jc w:val="right"/>
      </w:pPr>
      <w:r>
        <w:t>مگر کم از کم مجھے تو کوئی آدمی نہیں ملا اب تک، جو دوسرے کی موت کو اپنے</w:t>
      </w:r>
    </w:p>
    <w:p>
      <w:r>
        <w:rPr>
          <w:b/>
        </w:rPr>
        <w:t xml:space="preserve">[42:20] </w:t>
      </w:r>
      <w:r>
        <w:t>liye point of reference banaye.</w:t>
      </w:r>
    </w:p>
    <w:p>
      <w:pPr>
        <w:jc w:val="right"/>
      </w:pPr>
      <w:r>
        <w:t>لیے point of reference بنائے۔</w:t>
      </w:r>
    </w:p>
    <w:p>
      <w:r>
        <w:rPr>
          <w:b/>
        </w:rPr>
        <w:t xml:space="preserve">[42:22] </w:t>
      </w:r>
      <w:r>
        <w:t>kaisa andha pan hai yeh.</w:t>
      </w:r>
    </w:p>
    <w:p>
      <w:pPr>
        <w:jc w:val="right"/>
      </w:pPr>
      <w:r>
        <w:t>کیسا اندھا پن ہے یہ۔</w:t>
      </w:r>
    </w:p>
    <w:p>
      <w:r>
        <w:rPr>
          <w:b/>
        </w:rPr>
        <w:t xml:space="preserve">[42:24] </w:t>
      </w:r>
      <w:r>
        <w:t>kaisa andha pan hai.</w:t>
      </w:r>
    </w:p>
    <w:p>
      <w:pPr>
        <w:jc w:val="right"/>
      </w:pPr>
      <w:r>
        <w:t>کیسا اندھا پن ہے۔</w:t>
      </w:r>
    </w:p>
    <w:p>
      <w:r>
        <w:rPr>
          <w:b/>
        </w:rPr>
        <w:t xml:space="preserve">[42:26] </w:t>
      </w:r>
      <w:r>
        <w:t>kaisa andha pan hai.</w:t>
      </w:r>
    </w:p>
    <w:p>
      <w:pPr>
        <w:jc w:val="right"/>
      </w:pPr>
      <w:r>
        <w:t>کیسا اندھا پن ہے۔</w:t>
      </w:r>
    </w:p>
    <w:p>
      <w:r>
        <w:rPr>
          <w:b/>
        </w:rPr>
        <w:t xml:space="preserve">[42:28] </w:t>
      </w:r>
      <w:r>
        <w:t>ek qissa maine aap ko bataya tha is se pehle, phir dohrata hoon is ko.</w:t>
      </w:r>
    </w:p>
    <w:p>
      <w:pPr>
        <w:jc w:val="right"/>
      </w:pPr>
      <w:r>
        <w:t>ایک قصہ میں نے آپ کو بتایا تھا اس سے پہلے، پھر دہراتا ہوں اس کو۔</w:t>
      </w:r>
    </w:p>
    <w:p>
      <w:r>
        <w:rPr>
          <w:b/>
        </w:rPr>
        <w:t xml:space="preserve">[42:35] </w:t>
      </w:r>
      <w:r>
        <w:t>ek ek naujawan ka waqea hai.</w:t>
      </w:r>
    </w:p>
    <w:p>
      <w:pPr>
        <w:jc w:val="right"/>
      </w:pPr>
      <w:r>
        <w:t>ایک ایک نوجوان کا واقعہ ہے۔</w:t>
      </w:r>
    </w:p>
    <w:p>
      <w:r>
        <w:rPr>
          <w:b/>
        </w:rPr>
        <w:t xml:space="preserve">[42:37] </w:t>
      </w:r>
      <w:r>
        <w:t>ram pur ka ek naujawan tha, yeh sacha waqea hai.</w:t>
      </w:r>
    </w:p>
    <w:p>
      <w:pPr>
        <w:jc w:val="right"/>
      </w:pPr>
      <w:r>
        <w:t>رام پور کا ایک نوجوان تھا، یہ سچا واقعہ ہے۔</w:t>
      </w:r>
    </w:p>
    <w:p>
      <w:r>
        <w:rPr>
          <w:b/>
        </w:rPr>
        <w:t xml:space="preserve">[42:41] </w:t>
      </w:r>
      <w:r>
        <w:t>ek ladka tha woh, ladka aur teenager tha woh.</w:t>
      </w:r>
    </w:p>
    <w:p>
      <w:pPr>
        <w:jc w:val="right"/>
      </w:pPr>
      <w:r>
        <w:t>ایک لڑکا تھا وہ، لڑکا اور teenager تھا وہ۔</w:t>
      </w:r>
    </w:p>
    <w:p>
      <w:r>
        <w:rPr>
          <w:b/>
        </w:rPr>
        <w:t xml:space="preserve">[42:45] </w:t>
      </w:r>
      <w:r>
        <w:t>to bicycle chahta tha woh.</w:t>
      </w:r>
    </w:p>
    <w:p>
      <w:pPr>
        <w:jc w:val="right"/>
      </w:pPr>
      <w:r>
        <w:t>تو bicycle چاہتا تھا وہ۔</w:t>
      </w:r>
    </w:p>
    <w:p>
      <w:r>
        <w:rPr>
          <w:b/>
        </w:rPr>
        <w:t xml:space="preserve">[42:47] </w:t>
      </w:r>
      <w:r>
        <w:t>is ka baap school teacher tha, kam aamdani thi, low income group mein is ka shumar hota tha.</w:t>
      </w:r>
    </w:p>
    <w:p>
      <w:pPr>
        <w:jc w:val="right"/>
      </w:pPr>
      <w:r>
        <w:t>اس کا باپ school teacher تھا، کم آمدنی تھی، low income گروپ میں اس کا شمار ہوتا تھا۔</w:t>
      </w:r>
    </w:p>
    <w:p>
      <w:r>
        <w:rPr>
          <w:b/>
        </w:rPr>
        <w:t xml:space="preserve">[42:55] </w:t>
      </w:r>
      <w:r>
        <w:t>to is ne kaha ke mujhe bicycle chahiye.</w:t>
      </w:r>
    </w:p>
    <w:p>
      <w:pPr>
        <w:jc w:val="right"/>
      </w:pPr>
      <w:r>
        <w:t>تو اس نے کہا کہ مجھے bicycle چاہیے۔</w:t>
      </w:r>
    </w:p>
    <w:p>
      <w:r>
        <w:rPr>
          <w:b/>
        </w:rPr>
        <w:t xml:space="preserve">[42:59] </w:t>
      </w:r>
      <w:r>
        <w:t>baap ne kaha ke main bicycle nahi khareed sakta, meri income mein itni nahi hai.</w:t>
      </w:r>
    </w:p>
    <w:p>
      <w:pPr>
        <w:jc w:val="right"/>
      </w:pPr>
      <w:r>
        <w:t>باپ نے کہا کہ میں bicycle نہیں خرید سکتا، میری income میں اتنی نہیں ہے۔</w:t>
      </w:r>
    </w:p>
    <w:p>
      <w:r>
        <w:rPr>
          <w:b/>
        </w:rPr>
        <w:t xml:space="preserve">[43:05] </w:t>
      </w:r>
      <w:r>
        <w:t>bachche ko shauq tha, baar baar kehta raha woh.</w:t>
      </w:r>
    </w:p>
    <w:p>
      <w:pPr>
        <w:jc w:val="right"/>
      </w:pPr>
      <w:r>
        <w:t>بچے کو شوق تھا، بار بار کہتا رہا وہ۔</w:t>
      </w:r>
    </w:p>
    <w:p>
      <w:r>
        <w:rPr>
          <w:b/>
        </w:rPr>
        <w:t xml:space="preserve">[43:09] </w:t>
      </w:r>
      <w:r>
        <w:t>aakhir ek din aisa hua ke bete ne kaha ke mujhe bicycle chahiye, bohat zor de kar.</w:t>
      </w:r>
    </w:p>
    <w:p>
      <w:pPr>
        <w:jc w:val="right"/>
      </w:pPr>
      <w:r>
        <w:t>آخر ایک دن ایسا ہوا کہ بیٹے نے کہا کہ مجھے bicycle چاہیے، بہت زور دے کر۔</w:t>
      </w:r>
    </w:p>
    <w:p>
      <w:r>
        <w:rPr>
          <w:b/>
        </w:rPr>
        <w:t xml:space="preserve">[43:16] </w:t>
      </w:r>
      <w:r>
        <w:t>to baap ghussa ho gaya.</w:t>
      </w:r>
    </w:p>
    <w:p>
      <w:pPr>
        <w:jc w:val="right"/>
      </w:pPr>
      <w:r>
        <w:t>تو باپ غصہ ہو گیا۔</w:t>
      </w:r>
    </w:p>
    <w:p>
      <w:r>
        <w:rPr>
          <w:b/>
        </w:rPr>
        <w:t xml:space="preserve">[43:18] </w:t>
      </w:r>
      <w:r>
        <w:t>is ne kaha ke ab main tum ko maroonga.</w:t>
      </w:r>
    </w:p>
    <w:p>
      <w:pPr>
        <w:jc w:val="right"/>
      </w:pPr>
      <w:r>
        <w:t>اس نے کہا کہ اب میں تم کو ماروں گا۔</w:t>
      </w:r>
    </w:p>
    <w:p>
      <w:r>
        <w:rPr>
          <w:b/>
        </w:rPr>
        <w:t xml:space="preserve">[43:23] </w:t>
      </w:r>
      <w:r>
        <w:t>tum se keh diya ke bicycle main khareed hi sakta hoon.</w:t>
      </w:r>
    </w:p>
    <w:p>
      <w:pPr>
        <w:jc w:val="right"/>
      </w:pPr>
      <w:r>
        <w:t>تم سے کہہ دیا کہ bicycle میں خرید ہی سکتا ہوں۔</w:t>
      </w:r>
    </w:p>
    <w:p>
      <w:r>
        <w:rPr>
          <w:b/>
        </w:rPr>
        <w:t xml:space="preserve">[43:27] </w:t>
      </w:r>
      <w:r>
        <w:t>mere paas itna paisa nahi hai.</w:t>
      </w:r>
    </w:p>
    <w:p>
      <w:pPr>
        <w:jc w:val="right"/>
      </w:pPr>
      <w:r>
        <w:t>میرے پاس اتنا پیسہ نہیں ہے۔</w:t>
      </w:r>
    </w:p>
    <w:p>
      <w:r>
        <w:rPr>
          <w:b/>
        </w:rPr>
        <w:t xml:space="preserve">[43:30] </w:t>
      </w:r>
      <w:r>
        <w:t>kyun mujh se bicycle ki baat karte ho? to bete ki zuban se nikla ke aap hi to</w:t>
      </w:r>
    </w:p>
    <w:p>
      <w:pPr>
        <w:jc w:val="right"/>
      </w:pPr>
      <w:r>
        <w:t>کیوں مجھ سے bicycle کی بات کرتے ہو؟ تو بیٹے کی زبان سے نکلا کہ آپ ہی تو</w:t>
      </w:r>
    </w:p>
    <w:p>
      <w:r>
        <w:rPr>
          <w:b/>
        </w:rPr>
        <w:t xml:space="preserve">[43:38] </w:t>
      </w:r>
      <w:r>
        <w:t>hamare baap hain, aap se na kahoon to kis se kahoon? is ke baad baap hil gaya.</w:t>
      </w:r>
    </w:p>
    <w:p>
      <w:pPr>
        <w:jc w:val="right"/>
      </w:pPr>
      <w:r>
        <w:t>ہمارے باپ ہیں، آپ سے نہ کہیں تو کس سے کہیں؟ اس کے بعد باپ ہل گیا۔</w:t>
      </w:r>
    </w:p>
    <w:p>
      <w:r>
        <w:rPr>
          <w:b/>
        </w:rPr>
        <w:t xml:space="preserve">[43:45] </w:t>
      </w:r>
      <w:r>
        <w:t>kyunke is ka, yani is ka fatherhood jo hai, woh doubtful ho gaya.</w:t>
      </w:r>
    </w:p>
    <w:p>
      <w:pPr>
        <w:jc w:val="right"/>
      </w:pPr>
      <w:r>
        <w:t>کیونکہ اس کا، یعنی اس کا fatherhood جو ہے، وہ doubtful ہو گیا۔</w:t>
      </w:r>
    </w:p>
    <w:p>
      <w:r>
        <w:rPr>
          <w:b/>
        </w:rPr>
        <w:t xml:space="preserve">[43:50] </w:t>
      </w:r>
      <w:r>
        <w:t>yeh keh kar ke is ne baap ke fatherhood ko doubtful bana diya is ke liye.</w:t>
      </w:r>
    </w:p>
    <w:p>
      <w:pPr>
        <w:jc w:val="right"/>
      </w:pPr>
      <w:r>
        <w:t>یہ کہہ کر کے اس نے باپ کے fatherhood کو doubtful بنا دیا اس کے لیے۔</w:t>
      </w:r>
    </w:p>
    <w:p>
      <w:r>
        <w:rPr>
          <w:b/>
        </w:rPr>
        <w:t xml:space="preserve">[43:57] </w:t>
      </w:r>
      <w:r>
        <w:t>main kaisa baap hoon, apne bete ko bicycle nahi de sakta? to is ne bicycle khareed di is</w:t>
      </w:r>
    </w:p>
    <w:p>
      <w:pPr>
        <w:jc w:val="right"/>
      </w:pPr>
      <w:r>
        <w:t>میں کیسا باپ ہوں، اپنے بیٹے کو bicycle نہیں دے سکتا؟ تو اس نے bicycle خرید دی اس</w:t>
      </w:r>
    </w:p>
    <w:p>
      <w:r>
        <w:rPr>
          <w:b/>
        </w:rPr>
        <w:t xml:space="preserve">[44:05] </w:t>
      </w:r>
      <w:r>
        <w:t>ki.</w:t>
      </w:r>
    </w:p>
    <w:p>
      <w:pPr>
        <w:jc w:val="right"/>
      </w:pPr>
      <w:r>
        <w:t>کی۔</w:t>
      </w:r>
    </w:p>
    <w:p>
      <w:r>
        <w:rPr>
          <w:b/>
        </w:rPr>
        <w:t xml:space="preserve">[44:07] </w:t>
      </w:r>
      <w:r>
        <w:t>is qisse ko main ne socha, is qisse ko main ne jab suna to yeh mere liye point</w:t>
      </w:r>
    </w:p>
    <w:p>
      <w:pPr>
        <w:jc w:val="right"/>
      </w:pPr>
      <w:r>
        <w:t>اس قصے کو میں نے سوچا، اس قصے کو میں نے جب سنا تو یہ میرے لیے point</w:t>
      </w:r>
    </w:p>
    <w:p>
      <w:r>
        <w:rPr>
          <w:b/>
        </w:rPr>
        <w:t xml:space="preserve">[44:14] </w:t>
      </w:r>
      <w:r>
        <w:t>of reference ban gaya.</w:t>
      </w:r>
    </w:p>
    <w:p>
      <w:pPr>
        <w:jc w:val="right"/>
      </w:pPr>
      <w:r>
        <w:t>of reference بن گیا۔</w:t>
      </w:r>
    </w:p>
    <w:p>
      <w:r>
        <w:rPr>
          <w:b/>
        </w:rPr>
        <w:t xml:space="preserve">[44:16] </w:t>
      </w:r>
      <w:r>
        <w:t>main ne kaha khuda ya, meri hesiyat bhi isi bachche jaisi hai.</w:t>
      </w:r>
    </w:p>
    <w:p>
      <w:pPr>
        <w:jc w:val="right"/>
      </w:pPr>
      <w:r>
        <w:t>میں نے کہا خدایا، میری حیثیت بھی اسی بچے جیسی ہے۔</w:t>
      </w:r>
    </w:p>
    <w:p>
      <w:r>
        <w:rPr>
          <w:b/>
        </w:rPr>
        <w:t xml:space="preserve">[44:21] </w:t>
      </w:r>
      <w:r>
        <w:t>aur tu hi mera sab kuch hai, tu hi mera creator hai, tu hi mera Lord hai, tu</w:t>
      </w:r>
    </w:p>
    <w:p>
      <w:pPr>
        <w:jc w:val="right"/>
      </w:pPr>
      <w:r>
        <w:t>اور تو ہی میرا سب کچھ ہے، تو ہی میرا creator ہے، تو ہی میرا Lord ہے، تو</w:t>
      </w:r>
    </w:p>
    <w:p>
      <w:r>
        <w:rPr>
          <w:b/>
        </w:rPr>
        <w:t xml:space="preserve">[44:28] </w:t>
      </w:r>
      <w:r>
        <w:t>hi mera sustainer hai.</w:t>
      </w:r>
    </w:p>
    <w:p>
      <w:pPr>
        <w:jc w:val="right"/>
      </w:pPr>
      <w:r>
        <w:t>ہی میرا sustainer ہے۔</w:t>
      </w:r>
    </w:p>
    <w:p>
      <w:r>
        <w:rPr>
          <w:b/>
        </w:rPr>
        <w:t xml:space="preserve">[44:30] </w:t>
      </w:r>
      <w:r>
        <w:t>to tujh se agar na kahoon to kis se kahoon? to is bicycle ka waqea jo hai bachche</w:t>
      </w:r>
    </w:p>
    <w:p>
      <w:pPr>
        <w:jc w:val="right"/>
      </w:pPr>
      <w:r>
        <w:t>تو تجھ سے اگر نہ کہوں تو کس سے کہوں؟ تو اس bicycle کا واقعہ جو ہے بچے</w:t>
      </w:r>
    </w:p>
    <w:p>
      <w:r>
        <w:rPr>
          <w:b/>
        </w:rPr>
        <w:t xml:space="preserve">[44:38] </w:t>
      </w:r>
      <w:r>
        <w:t>ka, woh jab main jaana maane, is ko to mere liye woh point of reference ban gaya.</w:t>
      </w:r>
    </w:p>
    <w:p>
      <w:pPr>
        <w:jc w:val="right"/>
      </w:pPr>
      <w:r>
        <w:t>کا، وہ جب میں جانا مانے، اس کو تو میرے لیے وہ point of reference بن گیا۔</w:t>
      </w:r>
    </w:p>
    <w:p>
      <w:r>
        <w:rPr>
          <w:b/>
        </w:rPr>
        <w:t xml:space="preserve">[44:45] </w:t>
      </w:r>
      <w:r>
        <w:t>aise rozana aap ki zindagi mein aise waqiaat hote hain ke agar aap, yaani aap sochne wale insaan</w:t>
      </w:r>
    </w:p>
    <w:p>
      <w:pPr>
        <w:jc w:val="right"/>
      </w:pPr>
      <w:r>
        <w:t>ایسے روزانہ آپ کی زندگی میں ایسے واقعات ہوتے ہیں کہ اگر آپ، یعنی آپ سوچنے والے انسان</w:t>
      </w:r>
    </w:p>
    <w:p>
      <w:r>
        <w:rPr>
          <w:b/>
        </w:rPr>
        <w:t xml:space="preserve">[44:53] </w:t>
      </w:r>
      <w:r>
        <w:t>hon, aap sochne wale insaan hon, to har subah shaam aap ko point of reference milte rahenge.</w:t>
      </w:r>
    </w:p>
    <w:p>
      <w:pPr>
        <w:jc w:val="right"/>
      </w:pPr>
      <w:r>
        <w:t>ہوں، آپ سوچنے والے انسان ہوں، تو ہر صبح شام آپ کو point of reference ملتے رہیں گے۔</w:t>
      </w:r>
    </w:p>
    <w:p>
      <w:r>
        <w:rPr>
          <w:b/>
        </w:rPr>
        <w:t xml:space="preserve">[45:01] </w:t>
      </w:r>
      <w:r>
        <w:t>phir aap ko retrieve hui dawayein karne ki zaroorat nahi hogi.</w:t>
      </w:r>
    </w:p>
    <w:p>
      <w:pPr>
        <w:jc w:val="right"/>
      </w:pPr>
      <w:r>
        <w:t>پھر آپ کو retrieve ہوئی دوائیں کرنے کی ضرورت نہیں ہوگی۔</w:t>
      </w:r>
    </w:p>
    <w:p>
      <w:r>
        <w:rPr>
          <w:b/>
        </w:rPr>
        <w:t xml:space="preserve">[45:05] </w:t>
      </w:r>
      <w:r>
        <w:t>ek qissa maine padha, ek lucknow mein ek saahab the, woh pehle hua karte the ICA afsar</w:t>
      </w:r>
    </w:p>
    <w:p>
      <w:pPr>
        <w:jc w:val="right"/>
      </w:pPr>
      <w:r>
        <w:t>ایک قصہ میں نے پڑھا، ایک لکھنو میں ایک صاحب تھے، وہ پہلے ہوا کرتے تھے ICA افسر</w:t>
      </w:r>
    </w:p>
    <w:p>
      <w:r>
        <w:rPr>
          <w:b/>
        </w:rPr>
        <w:t xml:space="preserve">[45:13] </w:t>
      </w:r>
      <w:r>
        <w:t>hua karte the, ICS.</w:t>
      </w:r>
    </w:p>
    <w:p>
      <w:pPr>
        <w:jc w:val="right"/>
      </w:pPr>
      <w:r>
        <w:t>ہوا کرتے تھے، ICS۔</w:t>
      </w:r>
    </w:p>
    <w:p>
      <w:r>
        <w:rPr>
          <w:b/>
        </w:rPr>
        <w:t xml:space="preserve">[45:15] </w:t>
      </w:r>
      <w:r>
        <w:t>ab IAS hote hain, to British period mein ICS hua karte the, to woh ICS the, Siddiq Hasan</w:t>
      </w:r>
    </w:p>
    <w:p>
      <w:pPr>
        <w:jc w:val="right"/>
      </w:pPr>
      <w:r>
        <w:t>اب IAS ہوتے ہیں، تو British period میں ICS ہوا کرتے تھے، تو وہ ICS تھے، صدیق حسن</w:t>
      </w:r>
    </w:p>
    <w:p>
      <w:r>
        <w:rPr>
          <w:b/>
        </w:rPr>
        <w:t xml:space="preserve">[45:22] </w:t>
      </w:r>
      <w:r>
        <w:t>saahab un ka naam tha.</w:t>
      </w:r>
    </w:p>
    <w:p>
      <w:pPr>
        <w:jc w:val="right"/>
      </w:pPr>
      <w:r>
        <w:t>صاحب ان کا نام تھا۔</w:t>
      </w:r>
    </w:p>
    <w:p>
      <w:r>
        <w:rPr>
          <w:b/>
        </w:rPr>
        <w:t xml:space="preserve">[45:25] </w:t>
      </w:r>
      <w:r>
        <w:t>to ICS ke daur mein woh afsar the, woh to woh shayad police commissioner the ya kya the,</w:t>
      </w:r>
    </w:p>
    <w:p>
      <w:pPr>
        <w:jc w:val="right"/>
      </w:pPr>
      <w:r>
        <w:t>تو ICS کے دور میں وہ افسر تھے، وہ تو وہ شاید پولیس کمشنر تھے یا کیا تھے،</w:t>
      </w:r>
    </w:p>
    <w:p>
      <w:r>
        <w:rPr>
          <w:b/>
        </w:rPr>
        <w:t xml:space="preserve">[45:32] </w:t>
      </w:r>
      <w:r>
        <w:t>kuch bade afsar ya character the woh.</w:t>
      </w:r>
    </w:p>
    <w:p>
      <w:pPr>
        <w:jc w:val="right"/>
      </w:pPr>
      <w:r>
        <w:t>کچھ بڑے افسر یا کریکٹر تھے وہ۔</w:t>
      </w:r>
    </w:p>
    <w:p>
      <w:r>
        <w:rPr>
          <w:b/>
        </w:rPr>
        <w:t xml:space="preserve">[45:35] </w:t>
      </w:r>
      <w:r>
        <w:t>to behal is zamane mein ek wahan par sikhwa dako hua karta tha, is area mein, lucknow ke</w:t>
      </w:r>
    </w:p>
    <w:p>
      <w:pPr>
        <w:jc w:val="right"/>
      </w:pPr>
      <w:r>
        <w:t>تو بہرحال اس زمانے میں ایک وہاں پر سکھوا ڈاکو ہوا کرتا تھا، اس ایریا میں، لکھنو کے</w:t>
      </w:r>
    </w:p>
    <w:p>
      <w:r>
        <w:rPr>
          <w:b/>
        </w:rPr>
        <w:t xml:space="preserve">[45:43] </w:t>
      </w:r>
      <w:r>
        <w:t>area mein, yaani UP mein.</w:t>
      </w:r>
    </w:p>
    <w:p>
      <w:pPr>
        <w:jc w:val="right"/>
      </w:pPr>
      <w:r>
        <w:t>ایریا میں، یعنی UP میں۔</w:t>
      </w:r>
    </w:p>
    <w:p>
      <w:r>
        <w:rPr>
          <w:b/>
        </w:rPr>
        <w:t xml:space="preserve">[45:45] </w:t>
      </w:r>
      <w:r>
        <w:t>to unhon ne chhaapa maar kar ke is ko police party le gaye, woh kaise kaise is ko</w:t>
      </w:r>
    </w:p>
    <w:p>
      <w:pPr>
        <w:jc w:val="right"/>
      </w:pPr>
      <w:r>
        <w:t>تو انہوں نے چھاپا مار کر کے اس کو پولیس پارٹی لے گئے، وہ کیسے کیسے اس کو</w:t>
      </w:r>
    </w:p>
    <w:p>
      <w:r>
        <w:rPr>
          <w:b/>
        </w:rPr>
        <w:t xml:space="preserve">[45:53] </w:t>
      </w:r>
      <w:r>
        <w:t>pakad liya, is ko arrest kar liya.</w:t>
      </w:r>
    </w:p>
    <w:p>
      <w:pPr>
        <w:jc w:val="right"/>
      </w:pPr>
      <w:r>
        <w:t>پکڑ لیا، اس کو arrest کر لیا۔</w:t>
      </w:r>
    </w:p>
    <w:p>
      <w:r>
        <w:rPr>
          <w:b/>
        </w:rPr>
        <w:t xml:space="preserve">[45:56] </w:t>
      </w:r>
      <w:r>
        <w:t>arrest kar ke la ke is ko dak banglay mein rakha.</w:t>
      </w:r>
    </w:p>
    <w:p>
      <w:pPr>
        <w:jc w:val="right"/>
      </w:pPr>
      <w:r>
        <w:t>arrest کر کے لا کے اس کو ڈاک بنگلے میں رکھا۔</w:t>
      </w:r>
    </w:p>
    <w:p>
      <w:r>
        <w:rPr>
          <w:b/>
        </w:rPr>
        <w:t xml:space="preserve">[46:01] </w:t>
      </w:r>
      <w:r>
        <w:t>aap jante hain ke har jagah dak bangla hua karta hai government ki taraf se.</w:t>
      </w:r>
    </w:p>
    <w:p>
      <w:pPr>
        <w:jc w:val="right"/>
      </w:pPr>
      <w:r>
        <w:t>آپ جانتے ہیں کہ ہر جگہ ڈاک بنگلہ ہوا کرتا ہے government کی طرف سے۔</w:t>
      </w:r>
    </w:p>
    <w:p>
      <w:r>
        <w:rPr>
          <w:b/>
        </w:rPr>
        <w:t xml:space="preserve">[46:07] </w:t>
      </w:r>
      <w:r>
        <w:t>to woh sakht, yaani sardi ka zamana tha, jaade ka mausam tha.</w:t>
      </w:r>
    </w:p>
    <w:p>
      <w:pPr>
        <w:jc w:val="right"/>
      </w:pPr>
      <w:r>
        <w:t>تو وہ سخت، یعنی سردی کا زمانہ تھا، جاڑے کا موسم تھا۔</w:t>
      </w:r>
    </w:p>
    <w:p>
      <w:r>
        <w:rPr>
          <w:b/>
        </w:rPr>
        <w:t xml:space="preserve">[46:12] </w:t>
      </w:r>
      <w:r>
        <w:t>to dak banglay ek kamre mein is ko, woh is ka haath jhanjhora tha, yaani woh laga hua</w:t>
      </w:r>
    </w:p>
    <w:p>
      <w:pPr>
        <w:jc w:val="right"/>
      </w:pPr>
      <w:r>
        <w:t>تو ڈاک بنگلے ایک کمرے میں اس کو، وہ اس کا ہاتھ جھنجھوڑا تھا، یعنی وہ لگا ہوا</w:t>
      </w:r>
    </w:p>
    <w:p>
      <w:r>
        <w:rPr>
          <w:b/>
        </w:rPr>
        <w:t xml:space="preserve">[46:20] </w:t>
      </w:r>
      <w:r>
        <w:t>tha, hathkadi aur is ko rakh diya is mein.</w:t>
      </w:r>
    </w:p>
    <w:p>
      <w:pPr>
        <w:jc w:val="right"/>
      </w:pPr>
      <w:r>
        <w:t>تھا، ہتھکڑی اور اس کو رکھ دیا اس میں۔</w:t>
      </w:r>
    </w:p>
    <w:p>
      <w:r>
        <w:rPr>
          <w:b/>
        </w:rPr>
        <w:t xml:space="preserve">[46:24] </w:t>
      </w:r>
      <w:r>
        <w:t>to raat ko uthe Siddiq Hasan saahab round lene ke liye.</w:t>
      </w:r>
    </w:p>
    <w:p>
      <w:pPr>
        <w:jc w:val="right"/>
      </w:pPr>
      <w:r>
        <w:t>تو رات کو اٹھے صدیق حسن صاحب round لینے کے لیے۔</w:t>
      </w:r>
    </w:p>
    <w:p>
      <w:r>
        <w:rPr>
          <w:b/>
        </w:rPr>
        <w:t xml:space="preserve">[46:28] </w:t>
      </w:r>
      <w:r>
        <w:t>to woh guzre is room ke paas se jahan ke sikhwa dako jo hai, woh hathkadi baandh kar</w:t>
      </w:r>
    </w:p>
    <w:p>
      <w:pPr>
        <w:jc w:val="right"/>
      </w:pPr>
      <w:r>
        <w:t>تو وہ گزرے اس room کے پاس سے جہاں کے سکھوا ڈاکو جو ہے، وہ ہتھکڑی باندھ کر</w:t>
      </w:r>
    </w:p>
    <w:p>
      <w:r>
        <w:rPr>
          <w:b/>
        </w:rPr>
        <w:t xml:space="preserve">[46:36] </w:t>
      </w:r>
      <w:r>
        <w:t>rakha gaya tha.</w:t>
      </w:r>
    </w:p>
    <w:p>
      <w:pPr>
        <w:jc w:val="right"/>
      </w:pPr>
      <w:r>
        <w:t>رکھا گیا تھا۔</w:t>
      </w:r>
    </w:p>
    <w:p>
      <w:r>
        <w:rPr>
          <w:b/>
        </w:rPr>
        <w:t xml:space="preserve">[46:38] </w:t>
      </w:r>
      <w:r>
        <w:t>to us ne kaha gent saahab, yeh log jo the, jahil tha woh, pehle zamane mein gent, jahil</w:t>
      </w:r>
    </w:p>
    <w:p>
      <w:pPr>
        <w:jc w:val="right"/>
      </w:pPr>
      <w:r>
        <w:t>تو اس نے کہا جنٹ صاحب، یہ لوگ جو تھے، جاہل تھا وہ، پہلے زمانے میں جنٹ، جاہل</w:t>
      </w:r>
    </w:p>
    <w:p>
      <w:r>
        <w:rPr>
          <w:b/>
        </w:rPr>
        <w:t xml:space="preserve">[46:45] </w:t>
      </w:r>
      <w:r>
        <w:t>log gent saahab kaha karte the, gentleman ko gent.</w:t>
      </w:r>
    </w:p>
    <w:p>
      <w:pPr>
        <w:jc w:val="right"/>
      </w:pPr>
      <w:r>
        <w:t>لوگ جنٹ صاحب کہا کرتے تھے، جنٹلمین کو جنٹ۔</w:t>
      </w:r>
    </w:p>
    <w:p>
      <w:r>
        <w:rPr>
          <w:b/>
        </w:rPr>
        <w:t xml:space="preserve">[46:49] </w:t>
      </w:r>
      <w:r>
        <w:t>to us ne kaha ke gent saahab, aap ka sikhwa sardi kha raha hai.</w:t>
      </w:r>
    </w:p>
    <w:p>
      <w:pPr>
        <w:jc w:val="right"/>
      </w:pPr>
      <w:r>
        <w:t>تو اس نے کہا کہ جنٹ صاحب، آپ کا سکھوا سردی کھا رہا ہے۔</w:t>
      </w:r>
    </w:p>
    <w:p>
      <w:r>
        <w:rPr>
          <w:b/>
        </w:rPr>
        <w:t xml:space="preserve">[46:55] </w:t>
      </w:r>
      <w:r>
        <w:t>yeh woh dako jis ne insaanon ko qatl kiya tha, daka dala tha, aur khula hua criminal tha</w:t>
      </w:r>
    </w:p>
    <w:p>
      <w:pPr>
        <w:jc w:val="right"/>
      </w:pPr>
      <w:r>
        <w:t>یہ وہ ڈاکو جس نے انسانوں کو قتل کیا تھا، ڈاکہ ڈالا تھا، اور کھلا ہوا criminal تھا</w:t>
      </w:r>
    </w:p>
    <w:p>
      <w:r>
        <w:rPr>
          <w:b/>
        </w:rPr>
        <w:t xml:space="preserve">[47:03] </w:t>
      </w:r>
      <w:r>
        <w:t>woh.</w:t>
      </w:r>
    </w:p>
    <w:p>
      <w:pPr>
        <w:jc w:val="right"/>
      </w:pPr>
      <w:r>
        <w:t>وہ۔</w:t>
      </w:r>
    </w:p>
    <w:p>
      <w:r>
        <w:rPr>
          <w:b/>
        </w:rPr>
        <w:t xml:space="preserve">[47:04] </w:t>
      </w:r>
      <w:r>
        <w:t>woh siddique hassan sahib se kehta hai ke aap ka sikhwa sardi kha raha hai.</w:t>
      </w:r>
    </w:p>
    <w:p>
      <w:pPr>
        <w:jc w:val="right"/>
      </w:pPr>
      <w:r>
        <w:t>وہ صدیق حسن صاحب سے کہتا ہے کہ آپ کا سکھوا سردی کھا رہا ہے۔</w:t>
      </w:r>
    </w:p>
    <w:p>
      <w:r>
        <w:rPr>
          <w:b/>
        </w:rPr>
        <w:t xml:space="preserve">[47:11] </w:t>
      </w:r>
      <w:r>
        <w:t>isi waqt woh apne kamre mein aaye aur apna jo kambal tha, un ka kambal la ke is</w:t>
      </w:r>
    </w:p>
    <w:p>
      <w:pPr>
        <w:jc w:val="right"/>
      </w:pPr>
      <w:r>
        <w:t>اسی وقت وہ اپنے کمرے میں آئے اور اپنا جو کمبل تھا، ان کا کمبل لا کے اس</w:t>
      </w:r>
    </w:p>
    <w:p>
      <w:r>
        <w:rPr>
          <w:b/>
        </w:rPr>
        <w:t xml:space="preserve">[47:19] </w:t>
      </w:r>
      <w:r>
        <w:t>ke oopar orha diya.</w:t>
      </w:r>
    </w:p>
    <w:p>
      <w:pPr>
        <w:jc w:val="right"/>
      </w:pPr>
      <w:r>
        <w:t>کے اوپر اڑھا دیا۔</w:t>
      </w:r>
    </w:p>
    <w:p>
      <w:r>
        <w:rPr>
          <w:b/>
        </w:rPr>
        <w:t xml:space="preserve">[47:20] </w:t>
      </w:r>
      <w:r>
        <w:t>ab is waqe ko agar aap point of reference bana lein aap.</w:t>
      </w:r>
    </w:p>
    <w:p>
      <w:pPr>
        <w:jc w:val="right"/>
      </w:pPr>
      <w:r>
        <w:t>اب اس واقعے کو اگر آپ point of reference بنا لیں آپ۔</w:t>
      </w:r>
    </w:p>
    <w:p>
      <w:r>
        <w:rPr>
          <w:b/>
        </w:rPr>
        <w:t xml:space="preserve">[47:25] </w:t>
      </w:r>
      <w:r>
        <w:t>aur keh sakein aap isi jazbe ke sath ke khuda ya, tera banda sardi kha raha hai.</w:t>
      </w:r>
    </w:p>
    <w:p>
      <w:pPr>
        <w:jc w:val="right"/>
      </w:pPr>
      <w:r>
        <w:t>اور کہہ سکیں آپ اسی جذبے کے ساتھ کہ خدایا، تیرا بندہ سردی کھا رہا ہے۔</w:t>
      </w:r>
    </w:p>
    <w:p>
      <w:r>
        <w:rPr>
          <w:b/>
        </w:rPr>
        <w:t xml:space="preserve">[47:32] </w:t>
      </w:r>
      <w:r>
        <w:t>jis insaan ko tu ne paida kiya, jis insaan ka tu creator hai, woh insaan sardi kha raha</w:t>
      </w:r>
    </w:p>
    <w:p>
      <w:pPr>
        <w:jc w:val="right"/>
      </w:pPr>
      <w:r>
        <w:t>جس انسان کو تو نے پیدا کیا، جس انسان کا تو creator ہے، وہ انسان سردی کھا رہا</w:t>
      </w:r>
    </w:p>
    <w:p>
      <w:r>
        <w:rPr>
          <w:b/>
        </w:rPr>
        <w:t xml:space="preserve">[47:40]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[47:41] </w:t>
      </w:r>
      <w:r>
        <w:t>to agar aap is ko point of reference bana sakein, isi spirit ke sath, isi spirit ke sath.</w:t>
      </w:r>
    </w:p>
    <w:p>
      <w:pPr>
        <w:jc w:val="right"/>
      </w:pPr>
      <w:r>
        <w:t>تو اگر آپ اس کو point of reference بنا سکیں، اسی spirit کے ساتھ، اسی spirit کے ساتھ۔</w:t>
      </w:r>
    </w:p>
    <w:p>
      <w:r>
        <w:rPr>
          <w:b/>
        </w:rPr>
        <w:t xml:space="preserve">[47:49] </w:t>
      </w:r>
      <w:r>
        <w:t>to khuda ki rehmaten aap par toot padengi.</w:t>
      </w:r>
    </w:p>
    <w:p>
      <w:pPr>
        <w:jc w:val="right"/>
      </w:pPr>
      <w:r>
        <w:t>تو خدا کی رحمتیں آپ پر ٹوٹ پڑیں گی۔</w:t>
      </w:r>
    </w:p>
    <w:p>
      <w:r>
        <w:rPr>
          <w:b/>
        </w:rPr>
        <w:t xml:space="preserve">[47:53] </w:t>
      </w:r>
      <w:r>
        <w:t>jis tarah siddique hassan sahib ne apna, apna khud ka kambal ja ke orha diya us ko.</w:t>
      </w:r>
    </w:p>
    <w:p>
      <w:pPr>
        <w:jc w:val="right"/>
      </w:pPr>
      <w:r>
        <w:t>جس طرح صدیق حسن صاحب نے اپنا، اپنا خود کا کمبل جا کے اڑھا دیا اس کو۔</w:t>
      </w:r>
    </w:p>
    <w:p>
      <w:r>
        <w:rPr>
          <w:b/>
        </w:rPr>
        <w:t xml:space="preserve">[48:00] </w:t>
      </w:r>
      <w:r>
        <w:t>khuda ki rehmaten aap par toot padengi.</w:t>
      </w:r>
    </w:p>
    <w:p>
      <w:pPr>
        <w:jc w:val="right"/>
      </w:pPr>
      <w:r>
        <w:t>خدا کی رحمتیں آپ پر ٹوٹ پڑیں گی۔</w:t>
      </w:r>
    </w:p>
    <w:p>
      <w:r>
        <w:rPr>
          <w:b/>
        </w:rPr>
        <w:t xml:space="preserve">[48:04] </w:t>
      </w:r>
      <w:r>
        <w:t>lekin is ke liye woh spirit chahiye.</w:t>
      </w:r>
    </w:p>
    <w:p>
      <w:pPr>
        <w:jc w:val="right"/>
      </w:pPr>
      <w:r>
        <w:t>لیکن اس کے لیے وہ spirit چاہیے۔</w:t>
      </w:r>
    </w:p>
    <w:p>
      <w:r>
        <w:rPr>
          <w:b/>
        </w:rPr>
        <w:t xml:space="preserve">[48:07] </w:t>
      </w:r>
      <w:r>
        <w:t>woh modesty, woh spirit chahiye.</w:t>
      </w:r>
    </w:p>
    <w:p>
      <w:pPr>
        <w:jc w:val="right"/>
      </w:pPr>
      <w:r>
        <w:t>وہ modesty، وہ spirit چاہیے۔</w:t>
      </w:r>
    </w:p>
    <w:p>
      <w:r>
        <w:rPr>
          <w:b/>
        </w:rPr>
        <w:t xml:space="preserve">[48:09] </w:t>
      </w:r>
      <w:r>
        <w:t>ek to dekhein, modesty logon mein bilkul nahi hoti.</w:t>
      </w:r>
    </w:p>
    <w:p>
      <w:pPr>
        <w:jc w:val="right"/>
      </w:pPr>
      <w:r>
        <w:t>ایک تو دیکھیں، modesty لوگوں میں بالکل نہیں ہوتی۔</w:t>
      </w:r>
    </w:p>
    <w:p>
      <w:r>
        <w:rPr>
          <w:b/>
        </w:rPr>
        <w:t xml:space="preserve">[48:13] </w:t>
      </w:r>
      <w:r>
        <w:t>modesty ke baghair to dua karna bilkul ek, bilkul it is ridiculous thing maine ek qissa parha,</w:t>
      </w:r>
    </w:p>
    <w:p>
      <w:pPr>
        <w:jc w:val="right"/>
      </w:pPr>
      <w:r>
        <w:t>Modesty کے بغیر تو دعا کرنا بالکل ایک، بالکل it is ridiculous thing میں نے ایک قصہ پڑھا،</w:t>
      </w:r>
    </w:p>
    <w:p>
      <w:r>
        <w:rPr>
          <w:b/>
        </w:rPr>
        <w:t xml:space="preserve">[48:20] </w:t>
      </w:r>
      <w:r>
        <w:t>yeh hassan nizami jo the, is ke jo dargah yahan par hai, to un ke bete the jo</w:t>
      </w:r>
    </w:p>
    <w:p>
      <w:pPr>
        <w:jc w:val="right"/>
      </w:pPr>
      <w:r>
        <w:t>یہ حسن نظامی جو تھے، اس کے جو درگاہ یہاں پر ہے، تو ان کے بیٹے تھے جو</w:t>
      </w:r>
    </w:p>
    <w:p>
      <w:r>
        <w:rPr>
          <w:b/>
        </w:rPr>
        <w:t xml:space="preserve">[48:28] </w:t>
      </w:r>
      <w:r>
        <w:t>hazrat ziauddin olia jo the, un ke bete the hassan nizami.</w:t>
      </w:r>
    </w:p>
    <w:p>
      <w:pPr>
        <w:jc w:val="right"/>
      </w:pPr>
      <w:r>
        <w:t>حضرت ضیاء الدین اولیاء جو تھے، ان کے بیٹے تھے حسن نظامی۔</w:t>
      </w:r>
    </w:p>
    <w:p>
      <w:r>
        <w:rPr>
          <w:b/>
        </w:rPr>
        <w:t xml:space="preserve">[48:33] </w:t>
      </w:r>
      <w:r>
        <w:t>woh bare achhe writer the aur khud bhi woh soofi peer the woh.</w:t>
      </w:r>
    </w:p>
    <w:p>
      <w:pPr>
        <w:jc w:val="right"/>
      </w:pPr>
      <w:r>
        <w:t>وہ بڑے اچھے writer تھے اور خود بھی وہ صوفی پیر تھے وہ۔</w:t>
      </w:r>
    </w:p>
    <w:p>
      <w:r>
        <w:rPr>
          <w:b/>
        </w:rPr>
        <w:t xml:space="preserve">[48:39] </w:t>
      </w:r>
      <w:r>
        <w:t>to british period mein jo nawab hyderabad ek bar dilli aaye, aap jante honge ke in logon</w:t>
      </w:r>
    </w:p>
    <w:p>
      <w:pPr>
        <w:jc w:val="right"/>
      </w:pPr>
      <w:r>
        <w:t>تو British period میں جو نواب حیدرآباد ایک بار دہلی آئے، آپ جانتے ہوں گے کہ ان لوگوں</w:t>
      </w:r>
    </w:p>
    <w:p>
      <w:r>
        <w:rPr>
          <w:b/>
        </w:rPr>
        <w:t xml:space="preserve">[48:47] </w:t>
      </w:r>
      <w:r>
        <w:t>ka is zamane mein raja aur nawab logon ka salon hua karta tha, salon.</w:t>
      </w:r>
    </w:p>
    <w:p>
      <w:pPr>
        <w:jc w:val="right"/>
      </w:pPr>
      <w:r>
        <w:t>کا اس زمانے میں راجہ اور نواب لوگوں کا سیلون ہوا کرتا تھا، سیلون۔</w:t>
      </w:r>
    </w:p>
    <w:p>
      <w:r>
        <w:rPr>
          <w:b/>
        </w:rPr>
        <w:t xml:space="preserve">[48:53] </w:t>
      </w:r>
      <w:r>
        <w:t>train mein jora jata tha in ko.</w:t>
      </w:r>
    </w:p>
    <w:p>
      <w:pPr>
        <w:jc w:val="right"/>
      </w:pPr>
      <w:r>
        <w:t>ٹرین میں جوڑا جاتا تھا ان کو۔</w:t>
      </w:r>
    </w:p>
    <w:p>
      <w:r>
        <w:rPr>
          <w:b/>
        </w:rPr>
        <w:t xml:space="preserve">[48:56] </w:t>
      </w:r>
      <w:r>
        <w:t>ek alag dibba hota tha, us mein chalte the woh.</w:t>
      </w:r>
    </w:p>
    <w:p>
      <w:pPr>
        <w:jc w:val="right"/>
      </w:pPr>
      <w:r>
        <w:t>ایک الگ ڈبہ ہوتا تھا، اس میں چلتے تھے وہ۔</w:t>
      </w:r>
    </w:p>
    <w:p>
      <w:r>
        <w:rPr>
          <w:b/>
        </w:rPr>
        <w:t xml:space="preserve">[49:00] </w:t>
      </w:r>
      <w:r>
        <w:t>to un ki to poori gaadi aayi thi.</w:t>
      </w:r>
    </w:p>
    <w:p>
      <w:pPr>
        <w:jc w:val="right"/>
      </w:pPr>
      <w:r>
        <w:t>تو ان کی تو پوری گاڑی آئی تھی۔</w:t>
      </w:r>
    </w:p>
    <w:p>
      <w:r>
        <w:rPr>
          <w:b/>
        </w:rPr>
        <w:t xml:space="preserve">[49:03] </w:t>
      </w:r>
      <w:r>
        <w:t>to nizam hyderabad ka apna railway tha, wahan railway system ka tha, apna khud ka.</w:t>
      </w:r>
    </w:p>
    <w:p>
      <w:pPr>
        <w:jc w:val="right"/>
      </w:pPr>
      <w:r>
        <w:t>تو نظام حیدرآباد کا اپنا ریلوے تھا، وہاں ریلوے سسٹم کا تھا، اپنا خود کا۔</w:t>
      </w:r>
    </w:p>
    <w:p>
      <w:r>
        <w:rPr>
          <w:b/>
        </w:rPr>
        <w:t xml:space="preserve">[49:10] </w:t>
      </w:r>
      <w:r>
        <w:t>to ek poora mulk tha.</w:t>
      </w:r>
    </w:p>
    <w:p>
      <w:pPr>
        <w:jc w:val="right"/>
      </w:pPr>
      <w:r>
        <w:t>تو ایک پورا ملک تھا۔</w:t>
      </w:r>
    </w:p>
    <w:p>
      <w:r>
        <w:rPr>
          <w:b/>
        </w:rPr>
        <w:t xml:space="preserve">[49:12] </w:t>
      </w:r>
      <w:r>
        <w:t>to khair, woh gaadi aayi, thehri Niamuddin, yeh nayi Dilli railway station par, British period mein.</w:t>
      </w:r>
    </w:p>
    <w:p>
      <w:pPr>
        <w:jc w:val="right"/>
      </w:pPr>
      <w:r>
        <w:t>تو خیر، وہ گاڑی آئی، ٹھہری نیام الدین، یہ نئی دہلی ریلوے اسٹیشن پر، British period میں۔</w:t>
      </w:r>
    </w:p>
    <w:p>
      <w:r>
        <w:rPr>
          <w:b/>
        </w:rPr>
        <w:t xml:space="preserve">[49:19] </w:t>
      </w:r>
      <w:r>
        <w:t>to Hasan Nizami jo thay, woh un se milne ke liye station pahunch gaye thay.</w:t>
      </w:r>
    </w:p>
    <w:p>
      <w:pPr>
        <w:jc w:val="right"/>
      </w:pPr>
      <w:r>
        <w:t>تو حسن نظامی جو تھے، وہ ان سے ملنے کے لیے اسٹیشن پہنچ گئے تھے۔</w:t>
      </w:r>
    </w:p>
    <w:p>
      <w:r>
        <w:rPr>
          <w:b/>
        </w:rPr>
        <w:t xml:space="preserve">[49:26] </w:t>
      </w:r>
      <w:r>
        <w:t>to ja kar ke dibbe ke paas khade ho gaye.</w:t>
      </w:r>
    </w:p>
    <w:p>
      <w:pPr>
        <w:jc w:val="right"/>
      </w:pPr>
      <w:r>
        <w:t>تو جا کر کے ڈبے کے پاس کھڑے ہو گئے۔</w:t>
      </w:r>
    </w:p>
    <w:p>
      <w:r>
        <w:rPr>
          <w:b/>
        </w:rPr>
        <w:t xml:space="preserve">[49:30] </w:t>
      </w:r>
      <w:r>
        <w:t>ab police wale aaye to un ko daant dapt ke peeche bhaga diya.</w:t>
      </w:r>
    </w:p>
    <w:p>
      <w:pPr>
        <w:jc w:val="right"/>
      </w:pPr>
      <w:r>
        <w:t>اب پولیس والے آئے تو ان کو ڈانٹ ڈپٹ کے پیچھے بھگا دیا۔</w:t>
      </w:r>
    </w:p>
    <w:p>
      <w:r>
        <w:rPr>
          <w:b/>
        </w:rPr>
        <w:t xml:space="preserve">[49:35] </w:t>
      </w:r>
      <w:r>
        <w:t>woh use pehchan le, kaun aadmi hai, ek dum peeche khada kar diya.</w:t>
      </w:r>
    </w:p>
    <w:p>
      <w:pPr>
        <w:jc w:val="right"/>
      </w:pPr>
      <w:r>
        <w:t>وہ اسے پہچان لے، کون آدمی ہے، ایک دم پیچھے کھڑا کر دیا۔</w:t>
      </w:r>
    </w:p>
    <w:p>
      <w:r>
        <w:rPr>
          <w:b/>
        </w:rPr>
        <w:t xml:space="preserve">[49:41] </w:t>
      </w:r>
      <w:r>
        <w:t>ab bahut se log line mein khade hue thay milne ke liye Nawab Sahab ke.</w:t>
      </w:r>
    </w:p>
    <w:p>
      <w:pPr>
        <w:jc w:val="right"/>
      </w:pPr>
      <w:r>
        <w:t>اب بہت سے لوگ لائن میں کھڑے ہوئے تھے ملنے کے لیے نواب صاحب کے۔</w:t>
      </w:r>
    </w:p>
    <w:p>
      <w:r>
        <w:rPr>
          <w:b/>
        </w:rPr>
        <w:t xml:space="preserve">[49:47] </w:t>
      </w:r>
      <w:r>
        <w:t>to pehle to to aage khade hue thay, ab woh unhon ne koi ladai bhadai nahi ki, koi</w:t>
      </w:r>
    </w:p>
    <w:p>
      <w:pPr>
        <w:jc w:val="right"/>
      </w:pPr>
      <w:r>
        <w:t>تو پہلے تو تو آگے کھڑے ہوئے تھے، اب وہ انہوں نے کوئی لڑائی بھڑائی نہیں کی، کوئی</w:t>
      </w:r>
    </w:p>
    <w:p>
      <w:r>
        <w:rPr>
          <w:b/>
        </w:rPr>
        <w:t xml:space="preserve">[49:55] </w:t>
      </w:r>
      <w:r>
        <w:t>daant dapt nahi ki, koi gaali galoch kuch nahi kiya, chup chap ja ke peeche khade ho gaye.</w:t>
      </w:r>
    </w:p>
    <w:p>
      <w:pPr>
        <w:jc w:val="right"/>
      </w:pPr>
      <w:r>
        <w:t>ڈانٹ ڈپٹ نہیں کی، کوئی گالی گلوچ کچھ نہیں کیا، چپ چاپ جا کے پیچھے کھڑے ہو گئے۔</w:t>
      </w:r>
    </w:p>
    <w:p>
      <w:r>
        <w:rPr>
          <w:b/>
        </w:rPr>
        <w:t xml:space="preserve">[50:03] </w:t>
      </w:r>
      <w:r>
        <w:t>bahut hi modest aadmi thay woh.</w:t>
      </w:r>
    </w:p>
    <w:p>
      <w:pPr>
        <w:jc w:val="right"/>
      </w:pPr>
      <w:r>
        <w:t>بہت ہی modest آدمی تھے وہ۔</w:t>
      </w:r>
    </w:p>
    <w:p>
      <w:r>
        <w:rPr>
          <w:b/>
        </w:rPr>
        <w:t xml:space="preserve">[50:05] </w:t>
      </w:r>
      <w:r>
        <w:t>kuch bhi police se jhagda nahi kiya.</w:t>
      </w:r>
    </w:p>
    <w:p>
      <w:pPr>
        <w:jc w:val="right"/>
      </w:pPr>
      <w:r>
        <w:t>کچھ بھی پولیس سے جھگڑا نہیں کیا۔</w:t>
      </w:r>
    </w:p>
    <w:p>
      <w:r>
        <w:rPr>
          <w:b/>
        </w:rPr>
        <w:t xml:space="preserve">[50:08] </w:t>
      </w:r>
      <w:r>
        <w:t>peeche khade ho gaye.</w:t>
      </w:r>
    </w:p>
    <w:p>
      <w:pPr>
        <w:jc w:val="right"/>
      </w:pPr>
      <w:r>
        <w:t>پیچھے کھڑے ہو گئے۔</w:t>
      </w:r>
    </w:p>
    <w:p>
      <w:r>
        <w:rPr>
          <w:b/>
        </w:rPr>
        <w:t xml:space="preserve">[50:10] </w:t>
      </w:r>
      <w:r>
        <w:t>achha, Nawab Hyderabad jo thay, woh un ko pehante thay by face.</w:t>
      </w:r>
    </w:p>
    <w:p>
      <w:pPr>
        <w:jc w:val="right"/>
      </w:pPr>
      <w:r>
        <w:t>اچھا، نواب حیدرآباد جو تھے، وہ ان کو پہچانتے تھے by face۔</w:t>
      </w:r>
    </w:p>
    <w:p>
      <w:r>
        <w:rPr>
          <w:b/>
        </w:rPr>
        <w:t xml:space="preserve">[50:15] </w:t>
      </w:r>
      <w:r>
        <w:t>to jab woh apni saloon se bahar aaye to nazar daudai to dekha ke Hasan Nizami peeche khade</w:t>
      </w:r>
    </w:p>
    <w:p>
      <w:pPr>
        <w:jc w:val="right"/>
      </w:pPr>
      <w:r>
        <w:t>تو جب وہ اپنی سیلون سے باہر آئے تو نظر دوڑائی تو دیکھا کہ حسن نظامی پیچھے کھڑے</w:t>
      </w:r>
    </w:p>
    <w:p>
      <w:r>
        <w:rPr>
          <w:b/>
        </w:rPr>
        <w:t xml:space="preserve">[50:23] </w:t>
      </w:r>
      <w:r>
        <w:t>hue hain.</w:t>
      </w:r>
    </w:p>
    <w:p>
      <w:pPr>
        <w:jc w:val="right"/>
      </w:pPr>
      <w:r>
        <w:t>ہوئے ہیں۔</w:t>
      </w:r>
    </w:p>
    <w:p>
      <w:r>
        <w:rPr>
          <w:b/>
        </w:rPr>
        <w:t xml:space="preserve">[50:25] </w:t>
      </w:r>
      <w:r>
        <w:t>aap jante hain kya hua? khud chal kar ke un ke paas pahunche woh, Hasan Nizami ke paas.</w:t>
      </w:r>
    </w:p>
    <w:p>
      <w:pPr>
        <w:jc w:val="right"/>
      </w:pPr>
      <w:r>
        <w:t>آپ جانتے ہیں کیا ہوا؟ خود چل کر کے ان کے پاس پہنچے وہ، حسن نظامی کے پاس۔</w:t>
      </w:r>
    </w:p>
    <w:p>
      <w:r>
        <w:rPr>
          <w:b/>
        </w:rPr>
        <w:t xml:space="preserve">[50:32] </w:t>
      </w:r>
      <w:r>
        <w:t>Nawab Hyderabad jo thay, khud chal kar un ke paas pahunche, un ko apne saath laye.</w:t>
      </w:r>
    </w:p>
    <w:p>
      <w:pPr>
        <w:jc w:val="right"/>
      </w:pPr>
      <w:r>
        <w:t>نواب حیدرآباد جو تھے، خود چل کر ان کے پاس پہنچے، ان کو اپنے ساتھ لائے۔</w:t>
      </w:r>
    </w:p>
    <w:p>
      <w:r>
        <w:rPr>
          <w:b/>
        </w:rPr>
        <w:t xml:space="preserve">[50:39] </w:t>
      </w:r>
      <w:r>
        <w:t>yeh hai modesty.</w:t>
      </w:r>
    </w:p>
    <w:p>
      <w:pPr>
        <w:jc w:val="right"/>
      </w:pPr>
      <w:r>
        <w:t>یہ ہے modesty۔</w:t>
      </w:r>
    </w:p>
    <w:p>
      <w:r>
        <w:rPr>
          <w:b/>
        </w:rPr>
        <w:t xml:space="preserve">[50:41] </w:t>
      </w:r>
      <w:r>
        <w:t>aaj kal kya hai, log ladne jhagadne lagte hain, zara si baat ho, ladne lagenge.</w:t>
      </w:r>
    </w:p>
    <w:p>
      <w:pPr>
        <w:jc w:val="right"/>
      </w:pPr>
      <w:r>
        <w:t>آج کل کیا ہے، لوگ لڑنے جھگڑنے لگتے ہیں، ذرا سی بات ہو، لڑنے لگیں گے۔</w:t>
      </w:r>
    </w:p>
    <w:p>
      <w:r>
        <w:rPr>
          <w:b/>
        </w:rPr>
        <w:t xml:space="preserve">[50:47] </w:t>
      </w:r>
      <w:r>
        <w:t>modesty khud mein bahut badi valuable cheez hai, lekin log is ki qeemat nahi jante.</w:t>
      </w:r>
    </w:p>
    <w:p>
      <w:pPr>
        <w:jc w:val="right"/>
      </w:pPr>
      <w:r>
        <w:t>Modesty خود میں بہت بڑی valuable چیز ہے، لیکن لوگ اس کی قیمت نہیں جانتے۔</w:t>
      </w:r>
    </w:p>
    <w:p>
      <w:r>
        <w:rPr>
          <w:b/>
        </w:rPr>
        <w:t xml:space="preserve">[50:54] </w:t>
      </w:r>
      <w:r>
        <w:t>ek qissa maine bataya tha, is ko bhi main dohrata hoon kyunke is sequence mein is ki</w:t>
      </w:r>
    </w:p>
    <w:p>
      <w:pPr>
        <w:jc w:val="right"/>
      </w:pPr>
      <w:r>
        <w:t>ایک قصہ میں نے بتایا تھا، اس کو بھی میں دہراتا ہوں کیونکہ اس sequence میں اس کی</w:t>
      </w:r>
    </w:p>
    <w:p>
      <w:r>
        <w:rPr>
          <w:b/>
        </w:rPr>
        <w:t xml:space="preserve">[51:02] </w:t>
      </w:r>
      <w:r>
        <w:t>importance bahut zyada hai.</w:t>
      </w:r>
    </w:p>
    <w:p>
      <w:pPr>
        <w:jc w:val="right"/>
      </w:pPr>
      <w:r>
        <w:t>importance بہت زیادہ ہے۔</w:t>
      </w:r>
    </w:p>
    <w:p>
      <w:r>
        <w:rPr>
          <w:b/>
        </w:rPr>
        <w:t xml:space="preserve">[51:03] </w:t>
      </w:r>
      <w:r>
        <w:t>ke Sanjay Gandhi ke zamane ka waqia yeh hai.</w:t>
      </w:r>
    </w:p>
    <w:p>
      <w:pPr>
        <w:jc w:val="right"/>
      </w:pPr>
      <w:r>
        <w:t>کہ سنجے گاندھی کے زمانے کا واقعہ یہ ہے۔</w:t>
      </w:r>
    </w:p>
    <w:p>
      <w:r>
        <w:rPr>
          <w:b/>
        </w:rPr>
        <w:t xml:space="preserve">[51:07] </w:t>
      </w:r>
      <w:r>
        <w:t>hamare Adam Garh ke area ke ek sahab thay jo dehati gaon ke aadmi thay, wahan Musalman.</w:t>
      </w:r>
    </w:p>
    <w:p>
      <w:pPr>
        <w:jc w:val="right"/>
      </w:pPr>
      <w:r>
        <w:t>ہمارے آدم گڑھ کے ایریا کے ایک صاحب تھے جو دیہاتی گاؤں کے آدمی تھے، وہاں مسلمان۔</w:t>
      </w:r>
    </w:p>
    <w:p>
      <w:r>
        <w:rPr>
          <w:b/>
        </w:rPr>
        <w:t xml:space="preserve">[51:14] </w:t>
      </w:r>
      <w:r>
        <w:t>to woh Sanjay ki party mein shamil ho gaye.</w:t>
      </w:r>
    </w:p>
    <w:p>
      <w:pPr>
        <w:jc w:val="right"/>
      </w:pPr>
      <w:r>
        <w:t>تو وہ سنجے کی پارٹی میں شامل ہو گئے۔</w:t>
      </w:r>
    </w:p>
    <w:p>
      <w:r>
        <w:rPr>
          <w:b/>
        </w:rPr>
        <w:t xml:space="preserve">[51:18] </w:t>
      </w:r>
      <w:r>
        <w:t>to is zamane mein sanjay gandhi ko musalmanon ki zaroorat thi.</w:t>
      </w:r>
    </w:p>
    <w:p>
      <w:pPr>
        <w:jc w:val="right"/>
      </w:pPr>
      <w:r>
        <w:t>تو اس زمانے میں سنجے گاندھی کو مسلمانوں کی ضرورت تھی۔</w:t>
      </w:r>
    </w:p>
    <w:p>
      <w:r>
        <w:rPr>
          <w:b/>
        </w:rPr>
        <w:t xml:space="preserve">[51:23] </w:t>
      </w:r>
      <w:r>
        <w:t>to hote hote hote sanjay gandhi ne in ko raaye sahib ka member bana diya.</w:t>
      </w:r>
    </w:p>
    <w:p>
      <w:pPr>
        <w:jc w:val="right"/>
      </w:pPr>
      <w:r>
        <w:t>تو ہوتے ہوتے ہوتے سنجے گاندھی نے ان کو رائے صاحب کا ممبر بنا دیا۔</w:t>
      </w:r>
    </w:p>
    <w:p>
      <w:r>
        <w:rPr>
          <w:b/>
        </w:rPr>
        <w:t xml:space="preserve">[51:29] </w:t>
      </w:r>
      <w:r>
        <w:t>gaon ka ek aadmi jo hai, nai dilli mein raaye sahib ka member ban gaya, yahan par is</w:t>
      </w:r>
    </w:p>
    <w:p>
      <w:pPr>
        <w:jc w:val="right"/>
      </w:pPr>
      <w:r>
        <w:t>گاؤں کا ایک آدمی جو ہے، نئی دہلی میں رائے صاحب کا ممبر بن گیا، یہاں پر اس</w:t>
      </w:r>
    </w:p>
    <w:p>
      <w:r>
        <w:rPr>
          <w:b/>
        </w:rPr>
        <w:t xml:space="preserve">[51:37] </w:t>
      </w:r>
      <w:r>
        <w:t>ko rehne ke liye ghar mil gaya aur car mil gayi, telephone, car, sab cheez.</w:t>
      </w:r>
    </w:p>
    <w:p>
      <w:pPr>
        <w:jc w:val="right"/>
      </w:pPr>
      <w:r>
        <w:t>کو رہنے کے لیے گھر مل گیا اور کار مل گئی، ٹیلی فون، کار، سب چیز۔</w:t>
      </w:r>
    </w:p>
    <w:p>
      <w:r>
        <w:rPr>
          <w:b/>
        </w:rPr>
        <w:t xml:space="preserve">[51:44] </w:t>
      </w:r>
      <w:r>
        <w:t>to hamare saathi the, abul farqan sahib isi area ke the, ab in ka death ho chuki hai.</w:t>
      </w:r>
    </w:p>
    <w:p>
      <w:pPr>
        <w:jc w:val="right"/>
      </w:pPr>
      <w:r>
        <w:t>تو ہمارے ساتھی تھے، ابوالفرقان صاحب اسی ایریا کے تھے، اب ان کا کہ death ہو چکی ہے۔</w:t>
      </w:r>
    </w:p>
    <w:p>
      <w:r>
        <w:rPr>
          <w:b/>
        </w:rPr>
        <w:t xml:space="preserve">[51:52] </w:t>
      </w:r>
      <w:r>
        <w:t>woh aaye to un se milne ke liye gaye, woh jaan pehchan thi.</w:t>
      </w:r>
    </w:p>
    <w:p>
      <w:pPr>
        <w:jc w:val="right"/>
      </w:pPr>
      <w:r>
        <w:t>وہ آئے تو ان سے ملنے کے لیے گئے، وہ جان پہچان تھی۔</w:t>
      </w:r>
    </w:p>
    <w:p>
      <w:r>
        <w:rPr>
          <w:b/>
        </w:rPr>
        <w:t xml:space="preserve">[51:57] </w:t>
      </w:r>
      <w:r>
        <w:t>jab wapas aaye woh to unhon ne kaha, "sahib, aaj ka waqia batata hoon aap ko." jab wahan</w:t>
      </w:r>
    </w:p>
    <w:p>
      <w:pPr>
        <w:jc w:val="right"/>
      </w:pPr>
      <w:r>
        <w:t>جب واپس آئے وہ تو انہوں نے کہا، "صاحب، آج کا واقعہ بتاتا ہوں آپ کو۔" جب وہاں</w:t>
      </w:r>
    </w:p>
    <w:p>
      <w:r>
        <w:rPr>
          <w:b/>
        </w:rPr>
        <w:t xml:space="preserve">[52:05] </w:t>
      </w:r>
      <w:r>
        <w:t>gaye woh, yaani jab member parliament ke liye jo residence hote hain, us mein un ko jagah mili</w:t>
      </w:r>
    </w:p>
    <w:p>
      <w:pPr>
        <w:jc w:val="right"/>
      </w:pPr>
      <w:r>
        <w:t>گئے وہ، یعنی جب ممبر پارلیمنٹ کے لیے جو residence ہوتے ہیں، اس میں ان کو جگہ ملی</w:t>
      </w:r>
    </w:p>
    <w:p>
      <w:r>
        <w:rPr>
          <w:b/>
        </w:rPr>
        <w:t xml:space="preserve">[52:13] </w:t>
      </w:r>
      <w:r>
        <w:t>thi rehne ke liye.</w:t>
      </w:r>
    </w:p>
    <w:p>
      <w:pPr>
        <w:jc w:val="right"/>
      </w:pPr>
      <w:r>
        <w:t>تھی رہنے کے لیے۔</w:t>
      </w:r>
    </w:p>
    <w:p>
      <w:r>
        <w:rPr>
          <w:b/>
        </w:rPr>
        <w:t xml:space="preserve">[52:14] </w:t>
      </w:r>
      <w:r>
        <w:t>to is mein woh gaye, ab wahan car hai, telephone hai, sab cheezein hain, furniture hai.</w:t>
      </w:r>
    </w:p>
    <w:p>
      <w:pPr>
        <w:jc w:val="right"/>
      </w:pPr>
      <w:r>
        <w:t>تو اس میں وہ گئے، اب وہاں کار ہے، ٹیلی فون ہے، سب چیزیں ہیں، فرنیچر ہے۔</w:t>
      </w:r>
    </w:p>
    <w:p>
      <w:r>
        <w:rPr>
          <w:b/>
        </w:rPr>
        <w:t xml:space="preserve">[52:22] </w:t>
      </w:r>
      <w:r>
        <w:t>to woh aadmi jo tha, bata rahe the ke shuru se aakhir tak bas yahi kehta raha, "yeh</w:t>
      </w:r>
    </w:p>
    <w:p>
      <w:pPr>
        <w:jc w:val="right"/>
      </w:pPr>
      <w:r>
        <w:t>تو وہ آدمی جو تھا، بتا رہے تھے کہ شروع سے آخر تک بس یہی کہتا رہا، "یہ</w:t>
      </w:r>
    </w:p>
    <w:p>
      <w:r>
        <w:rPr>
          <w:b/>
        </w:rPr>
        <w:t xml:space="preserve">[52:29] </w:t>
      </w:r>
      <w:r>
        <w:t>sab sanjay babu ki dein hai.</w:t>
      </w:r>
    </w:p>
    <w:p>
      <w:pPr>
        <w:jc w:val="right"/>
      </w:pPr>
      <w:r>
        <w:t>سب سنجے بابو کی دین ہے۔</w:t>
      </w:r>
    </w:p>
    <w:p>
      <w:r>
        <w:rPr>
          <w:b/>
        </w:rPr>
        <w:t xml:space="preserve">[52:32] </w:t>
      </w:r>
      <w:r>
        <w:t>yeh sab sanjay babu ki dein hai." yeh gehra jazba maine kisi ke andar nahi paya ke</w:t>
      </w:r>
    </w:p>
    <w:p>
      <w:pPr>
        <w:jc w:val="right"/>
      </w:pPr>
      <w:r>
        <w:t>یہ سب سنجے بابو کی دین ہے۔" یہ گہرا جذبہ میں نے کسی کے اندر نہیں پایا کہ</w:t>
      </w:r>
    </w:p>
    <w:p>
      <w:r>
        <w:rPr>
          <w:b/>
        </w:rPr>
        <w:t xml:space="preserve">[52:40] </w:t>
      </w:r>
      <w:r>
        <w:t>yeh sab khudaوند barakat bartar ki dein hai, woh keh saken.</w:t>
      </w:r>
    </w:p>
    <w:p>
      <w:pPr>
        <w:jc w:val="right"/>
      </w:pPr>
      <w:r>
        <w:t>یہ سب خداوند برکت برتر کی دین ہے، وہ کہہ سکیں۔</w:t>
      </w:r>
    </w:p>
    <w:p>
      <w:r>
        <w:rPr>
          <w:b/>
        </w:rPr>
        <w:t xml:space="preserve">[52:44] </w:t>
      </w:r>
      <w:r>
        <w:t>yeh galaxy, yeh solar system, yeh hawaein, yeh zameen, yeh ghalla, yeh phal, yeh mewa, yeh daryaein jo</w:t>
      </w:r>
    </w:p>
    <w:p>
      <w:pPr>
        <w:jc w:val="right"/>
      </w:pPr>
      <w:r>
        <w:t>یہ گلیکسی، یہ سولر سسٹم، یہ ہوائیں، یہ زمین، یہ غلہ، یہ پھل، یہ میوہ، یہ دریائیں جو</w:t>
      </w:r>
    </w:p>
    <w:p>
      <w:r>
        <w:rPr>
          <w:b/>
        </w:rPr>
        <w:t xml:space="preserve">[52:52] </w:t>
      </w:r>
      <w:r>
        <w:t>beh rahi hain, koi yeh keh sakta, keh nahi saka mujhe, maine nahi suna, mere kaanon ne.</w:t>
      </w:r>
    </w:p>
    <w:p>
      <w:pPr>
        <w:jc w:val="right"/>
      </w:pPr>
      <w:r>
        <w:t>بہہ رہی ہیں، کوئی یہ کہہ سکتا، کہہ نہیں سکا مجھے، میں نے نہیں سنا، میرے کانوں نے۔</w:t>
      </w:r>
    </w:p>
    <w:p>
      <w:r>
        <w:rPr>
          <w:b/>
        </w:rPr>
        <w:t xml:space="preserve">[53:00] </w:t>
      </w:r>
      <w:r>
        <w:t>yeh sab khudaوند bartar ki dein hai.</w:t>
      </w:r>
    </w:p>
    <w:p>
      <w:pPr>
        <w:jc w:val="right"/>
      </w:pPr>
      <w:r>
        <w:t>یہ سب خداوند برتر کی دین ہے۔</w:t>
      </w:r>
    </w:p>
    <w:p>
      <w:r>
        <w:rPr>
          <w:b/>
        </w:rPr>
        <w:t xml:space="preserve">[53:03] </w:t>
      </w:r>
      <w:r>
        <w:t>agar koi keh sakta to us ko khuda gaon se nikal kar ke la kar ke dil, yaani</w:t>
      </w:r>
    </w:p>
    <w:p>
      <w:pPr>
        <w:jc w:val="right"/>
      </w:pPr>
      <w:r>
        <w:t>اگر کوئی کہہ سکتا تو اس کو خدا گاؤں سے نکال کر کے لا کر کے دل، یعنی</w:t>
      </w:r>
    </w:p>
    <w:p>
      <w:r>
        <w:rPr>
          <w:b/>
        </w:rPr>
        <w:t xml:space="preserve">[53:11] </w:t>
      </w:r>
      <w:r>
        <w:t>capital city mein us ko abad karta.</w:t>
      </w:r>
    </w:p>
    <w:p>
      <w:pPr>
        <w:jc w:val="right"/>
      </w:pPr>
      <w:r>
        <w:t>capital city میں اس کو آباد کرتا۔</w:t>
      </w:r>
    </w:p>
    <w:p>
      <w:r>
        <w:rPr>
          <w:b/>
        </w:rPr>
        <w:t xml:space="preserve">[53:14] </w:t>
      </w:r>
      <w:r>
        <w:t>lekin koi keh nahi saka.</w:t>
      </w:r>
    </w:p>
    <w:p>
      <w:pPr>
        <w:jc w:val="right"/>
      </w:pPr>
      <w:r>
        <w:t>لیکن کوئی کہہ نہیں سکا۔</w:t>
      </w:r>
    </w:p>
    <w:p>
      <w:r>
        <w:rPr>
          <w:b/>
        </w:rPr>
        <w:t xml:space="preserve">[53:16] </w:t>
      </w:r>
      <w:r>
        <w:t>kisi ki zindagi mein yeh yeh bagh nahi uga, yeh bagh nahi uga ke khuda ko yaad kare</w:t>
      </w:r>
    </w:p>
    <w:p>
      <w:pPr>
        <w:jc w:val="right"/>
      </w:pPr>
      <w:r>
        <w:t>کسی کی زندگی میں یہ یہ باغ نہیں اگا، یہ باغ نہیں اگا کہ خدا کو یاد کرے</w:t>
      </w:r>
    </w:p>
    <w:p>
      <w:r>
        <w:rPr>
          <w:b/>
        </w:rPr>
        <w:t xml:space="preserve">[53:23] </w:t>
      </w:r>
      <w:r>
        <w:t>woh, khuda ki rehmaton ko yaad kare, khuda ki blessing ko yaad kare.</w:t>
      </w:r>
    </w:p>
    <w:p>
      <w:pPr>
        <w:jc w:val="right"/>
      </w:pPr>
      <w:r>
        <w:t>وہ، خدا کی رحمتوں کو یاد کرے، خدا کی blessing کو یاد کرے۔</w:t>
      </w:r>
    </w:p>
    <w:p>
      <w:r>
        <w:rPr>
          <w:b/>
        </w:rPr>
        <w:t xml:space="preserve">[53:29] </w:t>
      </w:r>
      <w:r>
        <w:t>yeh poori universe jo hai, woh us ke liye us is soch mein dhal jaye ke yeh sab</w:t>
      </w:r>
    </w:p>
    <w:p>
      <w:pPr>
        <w:jc w:val="right"/>
      </w:pPr>
      <w:r>
        <w:t>یہ پوری universe جو ہے، وہ اس کے لیے اس اس سوچ میں ڈھل جائے کہ یہ سب</w:t>
      </w:r>
    </w:p>
    <w:p>
      <w:r>
        <w:rPr>
          <w:b/>
        </w:rPr>
        <w:t xml:space="preserve">[53:37] </w:t>
      </w:r>
      <w:r>
        <w:t>khudaوند bartar ki dein hai.</w:t>
      </w:r>
    </w:p>
    <w:p>
      <w:pPr>
        <w:jc w:val="right"/>
      </w:pPr>
      <w:r>
        <w:t>خداوند برتر کی دین ہے۔</w:t>
      </w:r>
    </w:p>
    <w:p>
      <w:r>
        <w:rPr>
          <w:b/>
        </w:rPr>
        <w:t xml:space="preserve">[53:39] </w:t>
      </w:r>
      <w:r>
        <w:t>mujhe kam az kam aisa insaan nahi maloom, na asaghar mein, na akabar mein, na aalim mein, na</w:t>
      </w:r>
    </w:p>
    <w:p>
      <w:pPr>
        <w:jc w:val="right"/>
      </w:pPr>
      <w:r>
        <w:t>مجھے کم از کم ایسا انسان نہیں معلوم، نہ اصاغر میں، نہ اکابر میں، نہ عالم میں، نہ</w:t>
      </w:r>
    </w:p>
    <w:p>
      <w:r>
        <w:rPr>
          <w:b/>
        </w:rPr>
        <w:t xml:space="preserve">[53:47] </w:t>
      </w:r>
      <w:r>
        <w:t>ghair aalim mein, na namaziyon mein, na be namaziyon mein.</w:t>
      </w:r>
    </w:p>
    <w:p>
      <w:pPr>
        <w:jc w:val="right"/>
      </w:pPr>
      <w:r>
        <w:t>غیر عالم میں، نہ نمازیوں میں، نہ بے نمازیوں میں۔</w:t>
      </w:r>
    </w:p>
    <w:p>
      <w:r>
        <w:rPr>
          <w:b/>
        </w:rPr>
        <w:t xml:space="preserve">[53:51] </w:t>
      </w:r>
      <w:r>
        <w:t>kahin bhi mein ne khuda ki barhai ka charchah suna hi nahin, na madrase mein suna, na masjid</w:t>
      </w:r>
    </w:p>
    <w:p>
      <w:pPr>
        <w:jc w:val="right"/>
      </w:pPr>
      <w:r>
        <w:t>کہیں بھی میں نے خدا کی بڑائی کا چرچہ سنا ہی نہیں، نہ مدرسے میں سنا، نہ مسجد</w:t>
      </w:r>
    </w:p>
    <w:p>
      <w:r>
        <w:rPr>
          <w:b/>
        </w:rPr>
        <w:t xml:space="preserve">[53:59] </w:t>
      </w:r>
      <w:r>
        <w:t>mein suna, na ijtimaat mein suna, na jalson mein, na idaron mein.</w:t>
      </w:r>
    </w:p>
    <w:p>
      <w:pPr>
        <w:jc w:val="right"/>
      </w:pPr>
      <w:r>
        <w:t>میں سنا، نہ اجتماعات میں سنا، نہ جلسوں میں، نہ اداروں میں۔</w:t>
      </w:r>
    </w:p>
    <w:p>
      <w:r>
        <w:rPr>
          <w:b/>
        </w:rPr>
        <w:t xml:space="preserve">[54:04] </w:t>
      </w:r>
      <w:r>
        <w:t>apne baron ka charchah hota hai, apne buzurgon ka.</w:t>
      </w:r>
    </w:p>
    <w:p>
      <w:pPr>
        <w:jc w:val="right"/>
      </w:pPr>
      <w:r>
        <w:t>اپنے بڑوں کا چرچہ ہوتا ہے، اپنے بزرگوں کا۔</w:t>
      </w:r>
    </w:p>
    <w:p>
      <w:r>
        <w:rPr>
          <w:b/>
        </w:rPr>
        <w:t xml:space="preserve">[54:08] </w:t>
      </w:r>
      <w:r>
        <w:t>apne jo banawati buzurg hain, jo hamare khud bana likhe hain, bana liya hum ne, akabir jin ko</w:t>
      </w:r>
    </w:p>
    <w:p>
      <w:pPr>
        <w:jc w:val="right"/>
      </w:pPr>
      <w:r>
        <w:t>اپنے جو بناوٹی بزرگ ہیں، جو ہمارے خود بنا لکھے ہیں، بنا لیا ہم نے، اکابر جن کو</w:t>
      </w:r>
    </w:p>
    <w:p>
      <w:r>
        <w:rPr>
          <w:b/>
        </w:rPr>
        <w:t xml:space="preserve">[54:15] </w:t>
      </w:r>
      <w:r>
        <w:t>kehte hain hum, un ke charchay hotay hain.</w:t>
      </w:r>
    </w:p>
    <w:p>
      <w:pPr>
        <w:jc w:val="right"/>
      </w:pPr>
      <w:r>
        <w:t>کہتے ہیں ہم، ان کے چرچے ہوتے ہیں۔</w:t>
      </w:r>
    </w:p>
    <w:p>
      <w:r>
        <w:rPr>
          <w:b/>
        </w:rPr>
        <w:t xml:space="preserve">[54:19] </w:t>
      </w:r>
      <w:r>
        <w:t>itni bari dunya khuda ne bana kar aap ko di hai.</w:t>
      </w:r>
    </w:p>
    <w:p>
      <w:pPr>
        <w:jc w:val="right"/>
      </w:pPr>
      <w:r>
        <w:t>اتنی بڑی دنیا خدا نے بنا کر آپ کو دی ہے۔</w:t>
      </w:r>
    </w:p>
    <w:p>
      <w:r>
        <w:rPr>
          <w:b/>
        </w:rPr>
        <w:t xml:space="preserve">[54:23] </w:t>
      </w:r>
      <w:r>
        <w:t>yeh anokha yeh planet hai, is par life support system hai.</w:t>
      </w:r>
    </w:p>
    <w:p>
      <w:pPr>
        <w:jc w:val="right"/>
      </w:pPr>
      <w:r>
        <w:t>یہ انوکھا یہ planet ہے، اس پر life support system ہے۔</w:t>
      </w:r>
    </w:p>
    <w:p>
      <w:r>
        <w:rPr>
          <w:b/>
        </w:rPr>
        <w:t xml:space="preserve">[54:28] </w:t>
      </w:r>
      <w:r>
        <w:t>aap bataiye ke mein bol raha hoon to mein khuda mujhe supply kar raha hai oxygen.</w:t>
      </w:r>
    </w:p>
    <w:p>
      <w:pPr>
        <w:jc w:val="right"/>
      </w:pPr>
      <w:r>
        <w:t>آپ بتائیے کہ میں بول رہا ہوں تو میں خدا مجھے supply کر رہا ہے آکسیجن۔</w:t>
      </w:r>
    </w:p>
    <w:p>
      <w:r>
        <w:rPr>
          <w:b/>
        </w:rPr>
        <w:t xml:space="preserve">[54:35] </w:t>
      </w:r>
      <w:r>
        <w:t>khuda mujhe supply karta hai roshni.</w:t>
      </w:r>
    </w:p>
    <w:p>
      <w:pPr>
        <w:jc w:val="right"/>
      </w:pPr>
      <w:r>
        <w:t>خدا مجھے supply کرتا ہے روشنی۔</w:t>
      </w:r>
    </w:p>
    <w:p>
      <w:r>
        <w:rPr>
          <w:b/>
        </w:rPr>
        <w:t xml:space="preserve">[54:38] </w:t>
      </w:r>
      <w:r>
        <w:t>khuda mujhe tofeeq de raha hai ke mein boloon.</w:t>
      </w:r>
    </w:p>
    <w:p>
      <w:pPr>
        <w:jc w:val="right"/>
      </w:pPr>
      <w:r>
        <w:t>خدا مجھے توفیق دے رہا ہے کہ میں بولوں۔</w:t>
      </w:r>
    </w:p>
    <w:p>
      <w:r>
        <w:rPr>
          <w:b/>
        </w:rPr>
        <w:t xml:space="preserve">[54:41] </w:t>
      </w:r>
      <w:r>
        <w:t>khuda meri bol ko aap tak pohncha raha hai.</w:t>
      </w:r>
    </w:p>
    <w:p>
      <w:pPr>
        <w:jc w:val="right"/>
      </w:pPr>
      <w:r>
        <w:t>خدا میری بول کو آپ تک پہنچا رہا ہے۔</w:t>
      </w:r>
    </w:p>
    <w:p>
      <w:r>
        <w:rPr>
          <w:b/>
        </w:rPr>
        <w:t xml:space="preserve">[54:45] </w:t>
      </w:r>
      <w:r>
        <w:t>yani billion billion cheezein involve hain is mein.</w:t>
      </w:r>
    </w:p>
    <w:p>
      <w:pPr>
        <w:jc w:val="right"/>
      </w:pPr>
      <w:r>
        <w:t>یعنی بلین بلین چیزیں involve ہیں اس میں۔</w:t>
      </w:r>
    </w:p>
    <w:p>
      <w:r>
        <w:rPr>
          <w:b/>
        </w:rPr>
        <w:t xml:space="preserve">[54:49] </w:t>
      </w:r>
      <w:r>
        <w:t>yeh kitna bara aap ke andar ooblna chahe samandar ke yeh khawand bartar ki dein hai.</w:t>
      </w:r>
    </w:p>
    <w:p>
      <w:pPr>
        <w:jc w:val="right"/>
      </w:pPr>
      <w:r>
        <w:t>یہ کتنا بڑا آپ کے اندر ابلنا چاہے سمندر کہ یہ خداوند برتر کی دین ہے۔</w:t>
      </w:r>
    </w:p>
    <w:p>
      <w:r>
        <w:rPr>
          <w:b/>
        </w:rPr>
        <w:t xml:space="preserve">[54:56] </w:t>
      </w:r>
      <w:r>
        <w:t>lekin koi nahin.</w:t>
      </w:r>
    </w:p>
    <w:p>
      <w:pPr>
        <w:jc w:val="right"/>
      </w:pPr>
      <w:r>
        <w:t>لیکن کوئی نہیں۔</w:t>
      </w:r>
    </w:p>
    <w:p>
      <w:r>
        <w:rPr>
          <w:b/>
        </w:rPr>
        <w:t xml:space="preserve">[54:57] </w:t>
      </w:r>
      <w:r>
        <w:t>koi aik insaan mere ilm mein nahin.</w:t>
      </w:r>
    </w:p>
    <w:p>
      <w:pPr>
        <w:jc w:val="right"/>
      </w:pPr>
      <w:r>
        <w:t>کوئی ایک انسان میرے علم میں نہیں۔</w:t>
      </w:r>
    </w:p>
    <w:p>
      <w:r>
        <w:rPr>
          <w:b/>
        </w:rPr>
        <w:t xml:space="preserve">[55:00] </w:t>
      </w:r>
      <w:r>
        <w:t>na mein ne parha, na suna, na jana, na kisi ne bataya mujhe.</w:t>
      </w:r>
    </w:p>
    <w:p>
      <w:pPr>
        <w:jc w:val="right"/>
      </w:pPr>
      <w:r>
        <w:t>نہ میں نے پڑھا، نہ سنا، نہ جانا، نہ کسی نے بتایا مجھے۔</w:t>
      </w:r>
    </w:p>
    <w:p>
      <w:r>
        <w:rPr>
          <w:b/>
        </w:rPr>
        <w:t xml:space="preserve">[55:06] </w:t>
      </w:r>
      <w:r>
        <w:t>aisa koi insaan rehta hai zameen ke oopar.</w:t>
      </w:r>
    </w:p>
    <w:p>
      <w:pPr>
        <w:jc w:val="right"/>
      </w:pPr>
      <w:r>
        <w:t>ایسا کوئی انسان رہتا ہے زمین کے اوپر۔</w:t>
      </w:r>
    </w:p>
    <w:p>
      <w:r>
        <w:rPr>
          <w:b/>
        </w:rPr>
        <w:t xml:space="preserve">[55:09] </w:t>
      </w:r>
      <w:r>
        <w:t>kaisi anokhi baat hai.</w:t>
      </w:r>
    </w:p>
    <w:p>
      <w:pPr>
        <w:jc w:val="right"/>
      </w:pPr>
      <w:r>
        <w:t>کیسی انوکھی بات ہے۔</w:t>
      </w:r>
    </w:p>
    <w:p>
      <w:r>
        <w:rPr>
          <w:b/>
        </w:rPr>
        <w:t xml:space="preserve">[55:11] </w:t>
      </w:r>
      <w:r>
        <w:t>ke sanjay babu ki dein sab ko dikhai paray.</w:t>
      </w:r>
    </w:p>
    <w:p>
      <w:pPr>
        <w:jc w:val="right"/>
      </w:pPr>
      <w:r>
        <w:t>کہ سنجے بابو کی دین سب کو دکھائی پڑے۔</w:t>
      </w:r>
    </w:p>
    <w:p>
      <w:r>
        <w:rPr>
          <w:b/>
        </w:rPr>
        <w:t xml:space="preserve">[55:15] </w:t>
      </w:r>
      <w:r>
        <w:t>aur khawand zuljalal ki dein kisi ko na dikhai paray.</w:t>
      </w:r>
    </w:p>
    <w:p>
      <w:pPr>
        <w:jc w:val="right"/>
      </w:pPr>
      <w:r>
        <w:t>اور خداوند ذوالجلال کی دین کسی کو نہ دکھائی پڑے۔</w:t>
      </w:r>
    </w:p>
    <w:p>
      <w:r>
        <w:rPr>
          <w:b/>
        </w:rPr>
        <w:t xml:space="preserve">[55:19] </w:t>
      </w:r>
      <w:r>
        <w:t>kaisi anokhi baat hai.</w:t>
      </w:r>
    </w:p>
    <w:p>
      <w:pPr>
        <w:jc w:val="right"/>
      </w:pPr>
      <w:r>
        <w:t>کیسی انوکھی بات ہے۔</w:t>
      </w:r>
    </w:p>
    <w:p>
      <w:r>
        <w:rPr>
          <w:b/>
        </w:rPr>
        <w:t xml:space="preserve">[55:21] </w:t>
      </w:r>
      <w:r>
        <w:t>sanjay babu ki choti si dein logon ko dikhai paray.</w:t>
      </w:r>
    </w:p>
    <w:p>
      <w:pPr>
        <w:jc w:val="right"/>
      </w:pPr>
      <w:r>
        <w:t>سنجے بابو کی چھوٹی سی دین لوگوں کو دکھائی پڑے۔</w:t>
      </w:r>
    </w:p>
    <w:p>
      <w:r>
        <w:rPr>
          <w:b/>
        </w:rPr>
        <w:t xml:space="preserve">[55:25] </w:t>
      </w:r>
      <w:r>
        <w:t>aur khuda ki universal dein jo hai, kainaati dein jo hai, woh kisi ko dikhai na paray.</w:t>
      </w:r>
    </w:p>
    <w:p>
      <w:pPr>
        <w:jc w:val="right"/>
      </w:pPr>
      <w:r>
        <w:t>اور خدا کی universal دین جو ہے، کائناتی دین جو ہے، وہ کسی کو دکھائی نہ پڑے۔</w:t>
      </w:r>
    </w:p>
    <w:p>
      <w:r>
        <w:rPr>
          <w:b/>
        </w:rPr>
        <w:t xml:space="preserve">[55:32] </w:t>
      </w:r>
      <w:r>
        <w:t>isi liye living dua kisi ki zuban se nahin nikalti.</w:t>
      </w:r>
    </w:p>
    <w:p>
      <w:pPr>
        <w:jc w:val="right"/>
      </w:pPr>
      <w:r>
        <w:t>اسی لیے living دعا کسی کی زبان سے نہیں نکلتی۔</w:t>
      </w:r>
    </w:p>
    <w:p>
      <w:r>
        <w:rPr>
          <w:b/>
        </w:rPr>
        <w:t xml:space="preserve">[55:37] </w:t>
      </w:r>
      <w:r>
        <w:t>hadees mein aata hai ke tum duaen kro ge wa la yustajab lakum duaen qabool nahi hon gi.</w:t>
      </w:r>
    </w:p>
    <w:p>
      <w:pPr>
        <w:jc w:val="right"/>
      </w:pPr>
      <w:r>
        <w:t>حدیث میں آتا ہے کہ تم دعائیں کرو گے وَلَا يُستَجَابُ لَكُمْ دعائیں قبول نہیں ہوں گی۔</w:t>
      </w:r>
    </w:p>
    <w:p>
      <w:r>
        <w:rPr>
          <w:b/>
        </w:rPr>
        <w:t xml:space="preserve">[55:44] </w:t>
      </w:r>
      <w:r>
        <w:t>wohi zamana hai yeh.</w:t>
      </w:r>
    </w:p>
    <w:p>
      <w:pPr>
        <w:jc w:val="right"/>
      </w:pPr>
      <w:r>
        <w:t>وہی زمانہ ہے یہ۔</w:t>
      </w:r>
    </w:p>
    <w:p>
      <w:r>
        <w:rPr>
          <w:b/>
        </w:rPr>
        <w:t xml:space="preserve">[55:46] </w:t>
      </w:r>
      <w:r>
        <w:t>duaon ki dhoom hai, aaj kal to loudspeaker par duaen hoti hain.</w:t>
      </w:r>
    </w:p>
    <w:p>
      <w:pPr>
        <w:jc w:val="right"/>
      </w:pPr>
      <w:r>
        <w:t>دعاؤں کی دھوم ہے، آج کل تو loudspeaker پر دعائیں ہوتی ہیں۔</w:t>
      </w:r>
    </w:p>
    <w:p>
      <w:r>
        <w:rPr>
          <w:b/>
        </w:rPr>
        <w:t xml:space="preserve">[55:51] </w:t>
      </w:r>
      <w:r>
        <w:t>yahan se le kar amreeka tak duaon ki dhoom hai.</w:t>
      </w:r>
    </w:p>
    <w:p>
      <w:pPr>
        <w:jc w:val="right"/>
      </w:pPr>
      <w:r>
        <w:t>یہاں سے لے کر امریکہ تک دعاؤں کی دھوم ہے۔</w:t>
      </w:r>
    </w:p>
    <w:p>
      <w:r>
        <w:rPr>
          <w:b/>
        </w:rPr>
        <w:t xml:space="preserve">[55:55] </w:t>
      </w:r>
      <w:r>
        <w:t>to mein yeh kehna chahta hoon ke bari dua karna seekhiye.</w:t>
      </w:r>
    </w:p>
    <w:p>
      <w:pPr>
        <w:jc w:val="right"/>
      </w:pPr>
      <w:r>
        <w:t>تو میں یہ کہنا چاہتا ہوں کہ بڑی دعا کرنا سیکھیے۔</w:t>
      </w:r>
    </w:p>
    <w:p>
      <w:r>
        <w:rPr>
          <w:b/>
        </w:rPr>
        <w:t xml:space="preserve">[56:00] </w:t>
      </w:r>
      <w:r>
        <w:t>bari dua karna seekhiye.</w:t>
      </w:r>
    </w:p>
    <w:p>
      <w:pPr>
        <w:jc w:val="right"/>
      </w:pPr>
      <w:r>
        <w:t>بڑی دعا کرنا سیکھیے۔</w:t>
      </w:r>
    </w:p>
    <w:p>
      <w:r>
        <w:rPr>
          <w:b/>
        </w:rPr>
        <w:t xml:space="preserve">[56:01] </w:t>
      </w:r>
      <w:r>
        <w:t>mein aik baar tha, aik pahari ilaqe mein gaya, wahan pathreela ilaaqa tha, is mein se chashma nikal</w:t>
      </w:r>
    </w:p>
    <w:p>
      <w:pPr>
        <w:jc w:val="right"/>
      </w:pPr>
      <w:r>
        <w:t>میں ایک بار تھا، ایک پہاڑی علاقے میں گیا، وہاں پتھریلا علاقہ تھا، اس میں سے چشمہ نکل</w:t>
      </w:r>
    </w:p>
    <w:p>
      <w:r>
        <w:rPr>
          <w:b/>
        </w:rPr>
        <w:t xml:space="preserve">[56:09] </w:t>
      </w:r>
      <w:r>
        <w:t>raha tha.</w:t>
      </w:r>
    </w:p>
    <w:p>
      <w:pPr>
        <w:jc w:val="right"/>
      </w:pPr>
      <w:r>
        <w:t>رہا تھا۔</w:t>
      </w:r>
    </w:p>
    <w:p>
      <w:r>
        <w:rPr>
          <w:b/>
        </w:rPr>
        <w:t xml:space="preserve">[56:11] </w:t>
      </w:r>
      <w:r>
        <w:t>pathar ka chashma nikal raha hai.</w:t>
      </w:r>
    </w:p>
    <w:p>
      <w:pPr>
        <w:jc w:val="right"/>
      </w:pPr>
      <w:r>
        <w:t>پتھر کا چشمہ نکل رہا ہے۔</w:t>
      </w:r>
    </w:p>
    <w:p>
      <w:r>
        <w:rPr>
          <w:b/>
        </w:rPr>
        <w:t xml:space="preserve">[56:13] </w:t>
      </w:r>
      <w:r>
        <w:t>is ko dekhte hi mein, meri aankhon se bhi chashma jaari ho gaya.</w:t>
      </w:r>
    </w:p>
    <w:p>
      <w:pPr>
        <w:jc w:val="right"/>
      </w:pPr>
      <w:r>
        <w:t>اس کو دیکھتے ہی میں، میری آنکھوں سے بھی چشمہ جاری ہو گیا۔</w:t>
      </w:r>
    </w:p>
    <w:p>
      <w:r>
        <w:rPr>
          <w:b/>
        </w:rPr>
        <w:t xml:space="preserve">[56:19] </w:t>
      </w:r>
      <w:r>
        <w:t>ke khuda, mein bhi aik pathar hoon.</w:t>
      </w:r>
    </w:p>
    <w:p>
      <w:pPr>
        <w:jc w:val="right"/>
      </w:pPr>
      <w:r>
        <w:t>کہ خدا، میں بھی ایک پتھر ہوں۔</w:t>
      </w:r>
    </w:p>
    <w:p>
      <w:r>
        <w:rPr>
          <w:b/>
        </w:rPr>
        <w:t xml:space="preserve">[56:22] </w:t>
      </w:r>
      <w:r>
        <w:t>to chahe to mere pathar mein isi tarah chashma jaari ho jaye.</w:t>
      </w:r>
    </w:p>
    <w:p>
      <w:pPr>
        <w:jc w:val="right"/>
      </w:pPr>
      <w:r>
        <w:t>تو چاہے تو میرے پتھر میں اسی طرح چشمہ جاری ہو جائے۔</w:t>
      </w:r>
    </w:p>
    <w:p>
      <w:r>
        <w:rPr>
          <w:b/>
        </w:rPr>
        <w:t xml:space="preserve">[56:27] </w:t>
      </w:r>
      <w:r>
        <w:t>to mere pathreeli wajood mein, mere pathreeli wajood mein to chahe to chashma jaari ho jaye.</w:t>
      </w:r>
    </w:p>
    <w:p>
      <w:pPr>
        <w:jc w:val="right"/>
      </w:pPr>
      <w:r>
        <w:t>تو میرے پتھریلی وجود میں، میرے پتھریلی وجود میں تو چاہے تو چشمہ جاری ہو جائے۔</w:t>
      </w:r>
    </w:p>
    <w:p>
      <w:r>
        <w:rPr>
          <w:b/>
        </w:rPr>
        <w:t xml:space="preserve">[56:34] </w:t>
      </w:r>
      <w:r>
        <w:t>har waqt, har lamha aap ke liye point of reference maujood hai, har lamha.</w:t>
      </w:r>
    </w:p>
    <w:p>
      <w:pPr>
        <w:jc w:val="right"/>
      </w:pPr>
      <w:r>
        <w:t>ہر وقت، ہر لمحہ آپ کے لیے point of reference موجود ہے، ہر لمحہ۔</w:t>
      </w:r>
    </w:p>
    <w:p>
      <w:r>
        <w:rPr>
          <w:b/>
        </w:rPr>
        <w:t xml:space="preserve">[56:40] </w:t>
      </w:r>
      <w:r>
        <w:t>to mein aap ko yahi kehna chahta hoon ke khuda se contact ka sab se bara zariya hai</w:t>
      </w:r>
    </w:p>
    <w:p>
      <w:pPr>
        <w:jc w:val="right"/>
      </w:pPr>
      <w:r>
        <w:t>تو میں آپ کو یہی کہنا چاہتا ہوں کہ خدا سے contact کا سب سے بڑا ذریعہ ہے</w:t>
      </w:r>
    </w:p>
    <w:p>
      <w:r>
        <w:rPr>
          <w:b/>
        </w:rPr>
        <w:t xml:space="preserve">[56:47] </w:t>
      </w:r>
      <w:r>
        <w:t>khuda ki yaad karna.</w:t>
      </w:r>
    </w:p>
    <w:p>
      <w:pPr>
        <w:jc w:val="right"/>
      </w:pPr>
      <w:r>
        <w:t>خدا کی یاد کرنا۔</w:t>
      </w:r>
    </w:p>
    <w:p>
      <w:r>
        <w:rPr>
          <w:b/>
        </w:rPr>
        <w:t xml:space="preserve">[56:49] </w:t>
      </w:r>
      <w:r>
        <w:t>jab khuda ko yaad karein ge to khuda ke liye aap gehri duaen niklen gi.</w:t>
      </w:r>
    </w:p>
    <w:p>
      <w:pPr>
        <w:jc w:val="right"/>
      </w:pPr>
      <w:r>
        <w:t>جب خدا کو یاد کریں گے تو خدا کے لیے آپ گہری دعائیں نکلیں گی۔</w:t>
      </w:r>
    </w:p>
    <w:p>
      <w:r>
        <w:rPr>
          <w:b/>
        </w:rPr>
        <w:t xml:space="preserve">[56:56] </w:t>
      </w:r>
      <w:r>
        <w:t>gehri duaen niklen gi tabhi aap Allah taala ke qareebi qarar paein ge.</w:t>
      </w:r>
    </w:p>
    <w:p>
      <w:pPr>
        <w:jc w:val="right"/>
      </w:pPr>
      <w:r>
        <w:t>گہری دعائیں نکلیں گی تبھی آپ اللہ تعالیٰ کے قریبی قرار پائیں گے۔</w:t>
      </w:r>
    </w:p>
    <w:p>
      <w:r>
        <w:rPr>
          <w:b/>
        </w:rPr>
        <w:t xml:space="preserve">[57:01] </w:t>
      </w:r>
      <w:r>
        <w:t>to mein dua karta hoon ke Allah taala mujh ko aur aap ko sachi dua karne ki tofeeq</w:t>
      </w:r>
    </w:p>
    <w:p>
      <w:pPr>
        <w:jc w:val="right"/>
      </w:pPr>
      <w:r>
        <w:t>تو میں دعا کرتا ہوں کہ اللہ تعالیٰ مجھ کو اور آپ کو سچی دعا کرنے کی توفیق</w:t>
      </w:r>
    </w:p>
    <w:p>
      <w:r>
        <w:rPr>
          <w:b/>
        </w:rPr>
        <w:t xml:space="preserve">[57:09] </w:t>
      </w:r>
      <w:r>
        <w:t>de.</w:t>
      </w:r>
    </w:p>
    <w:p>
      <w:pPr>
        <w:jc w:val="right"/>
      </w:pPr>
      <w:r>
        <w:t>دے۔</w:t>
      </w:r>
    </w:p>
    <w:p>
      <w:r>
        <w:rPr>
          <w:b/>
        </w:rPr>
        <w:t xml:space="preserve">[57:10] </w:t>
      </w:r>
      <w:r>
        <w:t>mujh ko aur aap ko apne mehboob bandon mein shamil kare.</w:t>
      </w:r>
    </w:p>
    <w:p>
      <w:pPr>
        <w:jc w:val="right"/>
      </w:pPr>
      <w:r>
        <w:t>مجھ کو اور آپ کو اپنے محبوب بندوں میں شامل کرے۔</w:t>
      </w:r>
    </w:p>
    <w:p>
      <w:r>
        <w:rPr>
          <w:b/>
        </w:rPr>
        <w:t xml:space="preserve">[57:15] </w:t>
      </w:r>
      <w:r>
        <w:t>aqool qooli haza wa astaghfirullaha li wa lakum ajmaeen.</w:t>
      </w:r>
    </w:p>
    <w:p>
      <w:pPr>
        <w:jc w:val="right"/>
      </w:pPr>
      <w:r>
        <w:t>أقول قولي هذا وأستغفر الله لي ولكم أجمعين.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