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(Al-Fatihah (The Opening) 1 1-7) July 12, 2015</w:t>
      </w:r>
    </w:p>
    <w:p>
      <w:r>
        <w:t>https://youtu.be/Rv6AjEFe6MI</w:t>
      </w:r>
    </w:p>
    <w:p>
      <w:r>
        <w:rPr>
          <w:b/>
        </w:rPr>
        <w:t xml:space="preserve">[00:29] </w:t>
      </w:r>
      <w:r>
        <w:t>12 july 2015.</w:t>
      </w:r>
    </w:p>
    <w:p>
      <w:pPr>
        <w:jc w:val="right"/>
      </w:pPr>
      <w:r>
        <w:t>12 جولائی 2015۔</w:t>
      </w:r>
    </w:p>
    <w:p>
      <w:r>
        <w:rPr>
          <w:b/>
        </w:rPr>
        <w:t xml:space="preserve">[00:35] </w:t>
      </w:r>
      <w:r>
        <w:t>aaj mah-e-ramzan ka aakhri ashra hai.</w:t>
      </w:r>
    </w:p>
    <w:p>
      <w:pPr>
        <w:jc w:val="right"/>
      </w:pPr>
      <w:r>
        <w:t>آج ماہ رمضان کا آخری عشرہ ہے۔</w:t>
      </w:r>
    </w:p>
    <w:p>
      <w:r>
        <w:rPr>
          <w:b/>
        </w:rPr>
        <w:t xml:space="preserve">[00:44] </w:t>
      </w:r>
      <w:r>
        <w:t>is dashre ko bohat mubarak samjha gaya hai islam mein. aaj se hum sunday class ka aik naya dour shuru kar rahe hain, inshallah.</w:t>
      </w:r>
    </w:p>
    <w:p>
      <w:pPr>
        <w:jc w:val="right"/>
      </w:pPr>
      <w:r>
        <w:t>اس عشرے کو بہت مبارک سمجھا گیا ہے اسلام میں۔ آج سے ہم سنڈے کلاس کا ایک نیا دور شروع کر رہے ہیں، انشاءاللہ۔</w:t>
      </w:r>
    </w:p>
    <w:p>
      <w:r>
        <w:rPr>
          <w:b/>
        </w:rPr>
        <w:t xml:space="preserve">[00:57] </w:t>
      </w:r>
      <w:r>
        <w:t>woh hai dars-e-quran.</w:t>
      </w:r>
    </w:p>
    <w:p>
      <w:pPr>
        <w:jc w:val="right"/>
      </w:pPr>
      <w:r>
        <w:t>وہ ہے درس قرآن۔</w:t>
      </w:r>
    </w:p>
    <w:p>
      <w:r>
        <w:rPr>
          <w:b/>
        </w:rPr>
        <w:t xml:space="preserve">[01:02] </w:t>
      </w:r>
      <w:r>
        <w:t>aaj se dars-e-quran shuru hoga aur silsila war chalta rahega, yani surah alhamdolillah se le kar qulhuwallahun ahad tak.</w:t>
      </w:r>
    </w:p>
    <w:p>
      <w:pPr>
        <w:jc w:val="right"/>
      </w:pPr>
      <w:r>
        <w:t>آج سے درس قرآن شروع ہوگا اور سلسلہ وار چلتا رہے گا، یعنی سورہ الحمدللہ سے لے کر قلھوذ بالناس تک۔</w:t>
      </w:r>
    </w:p>
    <w:p>
      <w:r>
        <w:rPr>
          <w:b/>
        </w:rPr>
        <w:t xml:space="preserve">[01:14] </w:t>
      </w:r>
      <w:r>
        <w:t>dekhiye, dars-e-quran islam mein sab se zyada purani tradition hai. sab se pehla dars-e-quran khud rasool Allah salallahu alaihi wasallam ne diya,</w:t>
      </w:r>
    </w:p>
    <w:p>
      <w:pPr>
        <w:jc w:val="right"/>
      </w:pPr>
      <w:r>
        <w:t>دیکھیے، درس قرآن اسلام میں سب سے زیادہ پرانی ٹریڈیشن ہے۔ سب سے پہلا درس قرآن خود رسول اللہ صلی اللہ علیہ وسلم نے دیا،</w:t>
      </w:r>
    </w:p>
    <w:p>
      <w:r>
        <w:rPr>
          <w:b/>
        </w:rPr>
        <w:t xml:space="preserve">[01:28] </w:t>
      </w:r>
      <w:r>
        <w:t>is ke baad sahaba, phir tabeen, phir tamam log dete rahe, abhi tak jaari hai. kyunke islam mein sab se zyada authentic</w:t>
      </w:r>
    </w:p>
    <w:p>
      <w:pPr>
        <w:jc w:val="right"/>
      </w:pPr>
      <w:r>
        <w:t>اس کے بعد صحابہ، پھر تابعین، پھر تمام لوگ دیتے رہے، ابھی تک جاری ہے۔ کیونکہ اسلام میں سب سے زیادہ اتھینٹک</w:t>
      </w:r>
    </w:p>
    <w:p>
      <w:r>
        <w:rPr>
          <w:b/>
        </w:rPr>
        <w:t xml:space="preserve">[01:41] </w:t>
      </w:r>
      <w:r>
        <w:t>jo document hai woh quran hai. saare musalman, chahe kisi firqe ke log hon, har firqe ke log aik hi quran ko mante hain.</w:t>
      </w:r>
    </w:p>
    <w:p>
      <w:pPr>
        <w:jc w:val="right"/>
      </w:pPr>
      <w:r>
        <w:t>جو ڈاکومنٹ ہے وہ قرآن ہے۔ سارے مسلمان، چاہے کسی فرقے کے لوگ ہوں، ہر فرقے کے لوگ ایک ہی قرآن کو مانتے ہیں۔</w:t>
      </w:r>
    </w:p>
    <w:p>
      <w:r>
        <w:rPr>
          <w:b/>
        </w:rPr>
        <w:t xml:space="preserve">[01:54] </w:t>
      </w:r>
      <w:r>
        <w:t>yani shia hon ya sunni hon,</w:t>
      </w:r>
    </w:p>
    <w:p>
      <w:pPr>
        <w:jc w:val="right"/>
      </w:pPr>
      <w:r>
        <w:t>یعنی شیعہ ہوں یا سنی ہوں،</w:t>
      </w:r>
    </w:p>
    <w:p>
      <w:r>
        <w:rPr>
          <w:b/>
        </w:rPr>
        <w:t xml:space="preserve">[01:58] </w:t>
      </w:r>
      <w:r>
        <w:t>hanfi hon ya shafi hon, koi bhi ho, koi bhi ho, koi bhi ho. koi firqa mujhe nahi maloom jo quran ke baray mein alag raah rakhta ho.</w:t>
      </w:r>
    </w:p>
    <w:p>
      <w:pPr>
        <w:jc w:val="right"/>
      </w:pPr>
      <w:r>
        <w:t>حنفی ہوں یا شافعی ہوں، کوئی بھی ہو، کوئی بھی ہو، کوئی بھی ہو۔ کوئی فرقہ مجھے نہیں معلوم جو قرآن کے بارے میں الگ راہ رکھتا ہو۔</w:t>
      </w:r>
    </w:p>
    <w:p>
      <w:r>
        <w:rPr>
          <w:b/>
        </w:rPr>
        <w:t xml:space="preserve">[02:12] </w:t>
      </w:r>
      <w:r>
        <w:t>is liye ummat mein hamesha dars-e-quran ka riwaj raha hai. toh hum bhi aaj, yani 12 July 2015 se, yahan haftawar dars-e-quran ka silsila shuru kar rahe hain,</w:t>
      </w:r>
    </w:p>
    <w:p>
      <w:pPr>
        <w:jc w:val="right"/>
      </w:pPr>
      <w:r>
        <w:t>اس لیے امت میں ہمیشہ درس قرآن کا رواج رہا ہے۔ تو ہم بھی آج، یعنی 12 جولائی 2015 سے، یہاں ہفتہ وار درس قرآن کا سلسلہ شروع کر رہے ہیں،</w:t>
      </w:r>
    </w:p>
    <w:p>
      <w:r>
        <w:rPr>
          <w:b/>
        </w:rPr>
        <w:t xml:space="preserve">[02:28] </w:t>
      </w:r>
      <w:r>
        <w:t>aur yeh inshallah barabar chalta rahega, silsila war.</w:t>
      </w:r>
    </w:p>
    <w:p>
      <w:pPr>
        <w:jc w:val="right"/>
      </w:pPr>
      <w:r>
        <w:t>اور یہ انشاءاللہ برابر چلتا رہے گا، سلسلے وار۔</w:t>
      </w:r>
    </w:p>
    <w:p>
      <w:r>
        <w:rPr>
          <w:b/>
        </w:rPr>
        <w:t xml:space="preserve">[02:36] </w:t>
      </w:r>
      <w:r>
        <w:t>dekhiye, quran mein sab se pehli surah jo hai woh surah al-fatiha hai. al-fatiha se pehle yeh kalma hota hai:</w:t>
      </w:r>
    </w:p>
    <w:p>
      <w:pPr>
        <w:jc w:val="right"/>
      </w:pPr>
      <w:r>
        <w:t>دیکھیے، قرآن میں سب سے پہلی سورہ جو ہے وہ سورہ الفاتحہ ہے۔ الفاتحہ سے پہلے یہ کلمہ ہوتا ہے:</w:t>
      </w:r>
    </w:p>
    <w:p>
      <w:r>
        <w:rPr>
          <w:b/>
        </w:rPr>
        <w:t xml:space="preserve">[02:50] </w:t>
      </w:r>
      <w:r>
        <w:t>bismillah-ir-rehman-ir-rahim. bismillah-ir-rehman-ir-rahim quran mein 114 baar aaya hai.</w:t>
      </w:r>
    </w:p>
    <w:p>
      <w:pPr>
        <w:jc w:val="right"/>
      </w:pPr>
      <w:r>
        <w:t>بسم اللہ الرحمن الرحیم۔ بسم اللہ الرحمن الرحیم قرآن میں 114 بار آیا ہے۔</w:t>
      </w:r>
    </w:p>
    <w:p>
      <w:r>
        <w:rPr>
          <w:b/>
        </w:rPr>
        <w:t xml:space="preserve">[03:00] </w:t>
      </w:r>
      <w:r>
        <w:t>yani quran mein kul suratein 114 hain. is mein se aik surah, yani at-taubah, mein at-taubah ke shuru mein bismillah nahi hai,</w:t>
      </w:r>
    </w:p>
    <w:p>
      <w:pPr>
        <w:jc w:val="right"/>
      </w:pPr>
      <w:r>
        <w:t>یعنی قرآن میں کل سورتیں 114 ہیں۔ اس میں سے ایک سورہ، یعنی التوبہ، میں التوبہ کے شروع میں بسم اللہ نہیں ہے،</w:t>
      </w:r>
    </w:p>
    <w:p>
      <w:r>
        <w:rPr>
          <w:b/>
        </w:rPr>
        <w:t xml:space="preserve">[03:14] </w:t>
      </w:r>
      <w:r>
        <w:t>nahi likha hai. lekin surah an-naml mein yeh kalma aa gaya hai: innahu min sulaiman wa innahu bismillah-ir-rehman-ir-rahim.</w:t>
      </w:r>
    </w:p>
    <w:p>
      <w:pPr>
        <w:jc w:val="right"/>
      </w:pPr>
      <w:r>
        <w:t>نہیں لکھا ہے۔ لیکن سورہ النمل میں یہ کلمہ آ گیا ہے: انہو بن سلیمان ونو بسم اللہ الرحمن الرحیم۔</w:t>
      </w:r>
    </w:p>
    <w:p>
      <w:r>
        <w:rPr>
          <w:b/>
        </w:rPr>
        <w:t xml:space="preserve">[03:26] </w:t>
      </w:r>
      <w:r>
        <w:t>is tarah se quran mein bismillah-ir-rehman ki tadad 114 ho gayi, yaani sorton ki tadad hai.</w:t>
      </w:r>
    </w:p>
    <w:p>
      <w:pPr>
        <w:jc w:val="right"/>
      </w:pPr>
      <w:r>
        <w:t>اس طرح سے قرآن میں بسم اللہ الرحمن کی تعداد 114 ہو گئی، یتقی سورتوں کی تعداد ہے۔</w:t>
      </w:r>
    </w:p>
    <w:p>
      <w:r>
        <w:rPr>
          <w:b/>
        </w:rPr>
        <w:t xml:space="preserve">[03:40] </w:t>
      </w:r>
      <w:r>
        <w:t>bismillah-ir-rehman-ir-rahim ka tarjuma hai: main shuru karta hoon Allah ke naam se jo rehman aur rahim hai.</w:t>
      </w:r>
    </w:p>
    <w:p>
      <w:pPr>
        <w:jc w:val="right"/>
      </w:pPr>
      <w:r>
        <w:t>بسم اللہ الرحمن الرحیم کا ترجمہ ہے: میں شروع کرتا ہوں اللہ کے نام سے جو رحمن اور رحیم ہے۔</w:t>
      </w:r>
    </w:p>
    <w:p>
      <w:r>
        <w:rPr>
          <w:b/>
        </w:rPr>
        <w:t xml:space="preserve">[03:54] </w:t>
      </w:r>
      <w:r>
        <w:t>yeh yeh sirf koi rasmi kalma nahi hai, balkeh yeh bohat hi ahem taleem hai islam ki. hadith mein is ke baray mein aaya hai:</w:t>
      </w:r>
    </w:p>
    <w:p>
      <w:pPr>
        <w:jc w:val="right"/>
      </w:pPr>
      <w:r>
        <w:t>یہ یہ صرف کوئی رسمی کلمہ نہیں ہے، بلکہ یہ بہت ہی اہم تعلیم ہے اسلام کی۔ حدیث میں اس کے بارے میں آیا ہے:</w:t>
      </w:r>
    </w:p>
    <w:p>
      <w:r>
        <w:rPr>
          <w:b/>
        </w:rPr>
        <w:t xml:space="preserve">[04:08] </w:t>
      </w:r>
      <w:r>
        <w:t>kull amrin zi balin lam yubda' bismillah-ir-rehman-ir-rahim fa huwa aqta'.</w:t>
      </w:r>
    </w:p>
    <w:p>
      <w:pPr>
        <w:jc w:val="right"/>
      </w:pPr>
      <w:r>
        <w:t>کل امر ذی بار لم یبدا بسم اللہ الرحمن الرحیم فو اقطع۔</w:t>
      </w:r>
    </w:p>
    <w:p>
      <w:r>
        <w:rPr>
          <w:b/>
        </w:rPr>
        <w:t xml:space="preserve">[04:20] </w:t>
      </w:r>
      <w:r>
        <w:t>yani koi bhi kaam jo bismillah-ir-rehman-ir-rahim ke baghair shuru kiya jaye, aqta' hai. woh aqta' ke maani hote hain kata hua.</w:t>
      </w:r>
    </w:p>
    <w:p>
      <w:pPr>
        <w:jc w:val="right"/>
      </w:pPr>
      <w:r>
        <w:t>یعنی کوئی بھی کام جو بسم اللہ الرحمن الرحیم کے بغیر شروع کیا جائے، اقطع ہے۔ وہ اقطع کے معنی ہوتے ہیں کٹا ہوا۔</w:t>
      </w:r>
    </w:p>
    <w:p>
      <w:r>
        <w:rPr>
          <w:b/>
        </w:rPr>
        <w:t xml:space="preserve">[04:32] </w:t>
      </w:r>
      <w:r>
        <w:t>yani angrezi mein kahengay cut off, o double f, cut off. toh kata hua kis cheez se?</w:t>
      </w:r>
    </w:p>
    <w:p>
      <w:pPr>
        <w:jc w:val="right"/>
      </w:pPr>
      <w:r>
        <w:t>یعنی انگریزی میں کہیں گے کٹ آف، او ڈبل ایف، کٹ آف۔ تو کٹا ہوا کس چیز سے؟</w:t>
      </w:r>
    </w:p>
    <w:p>
      <w:r>
        <w:rPr>
          <w:b/>
        </w:rPr>
        <w:t xml:space="preserve">[04:42] </w:t>
      </w:r>
      <w:r>
        <w:t>rehman o rahim se.</w:t>
      </w:r>
    </w:p>
    <w:p>
      <w:pPr>
        <w:jc w:val="right"/>
      </w:pPr>
      <w:r>
        <w:t>رحمن و رحیم سے۔</w:t>
      </w:r>
    </w:p>
    <w:p>
      <w:r>
        <w:rPr>
          <w:b/>
        </w:rPr>
        <w:t xml:space="preserve">[04:46] </w:t>
      </w:r>
      <w:r>
        <w:t>khud isi kalme mein jo lafz hai rehman o rahim, toh isi se kata hua, yani rab-ul-alameen se, Allah taala se.</w:t>
      </w:r>
    </w:p>
    <w:p>
      <w:pPr>
        <w:jc w:val="right"/>
      </w:pPr>
      <w:r>
        <w:t>خود اسی کلمہ میں جو لفظ ہے الرحمن الرحیم، تو اسی سے کٹا ہوا، یعنی رب العالمین سے، اللہ تعالی سے۔</w:t>
      </w:r>
    </w:p>
    <w:p>
      <w:r>
        <w:rPr>
          <w:b/>
        </w:rPr>
        <w:t xml:space="preserve">[04:57] </w:t>
      </w:r>
      <w:r>
        <w:t>toh dekhiye, har cheez ki aik base hoti hai. is base ke baghair woh woh cheez kati hui hai. jaise drakht ke base hai, us ke neeche ki zameen.</w:t>
      </w:r>
    </w:p>
    <w:p>
      <w:pPr>
        <w:jc w:val="right"/>
      </w:pPr>
      <w:r>
        <w:t>تو دیکھیے، ہر چیز کی ایک بیس ہوتی ہے۔ اس بیس کے بغیر وہ وہ چیز کٹی ہوئی ہے۔ جیسے درخت کے بیس ہے، اس کے نیچے کی زمین۔</w:t>
      </w:r>
    </w:p>
    <w:p>
      <w:r>
        <w:rPr>
          <w:b/>
        </w:rPr>
        <w:t xml:space="preserve">[05:10] </w:t>
      </w:r>
      <w:r>
        <w:t>agar drakht ke neeche zameen na ho toh kata hua drakht hai.</w:t>
      </w:r>
    </w:p>
    <w:p>
      <w:pPr>
        <w:jc w:val="right"/>
      </w:pPr>
      <w:r>
        <w:t>اگر درخت کے نیچے زمین نہ ہو تو کٹا ہوا درخت ہے۔</w:t>
      </w:r>
    </w:p>
    <w:p>
      <w:r>
        <w:rPr>
          <w:b/>
        </w:rPr>
        <w:t xml:space="preserve">[05:16] </w:t>
      </w:r>
      <w:r>
        <w:t>fasal ki base hoti hai soil. agar soil na ho toh fasal base se mehroom hai.</w:t>
      </w:r>
    </w:p>
    <w:p>
      <w:pPr>
        <w:jc w:val="right"/>
      </w:pPr>
      <w:r>
        <w:t>فصل کی بیس ہوتی ہے سوائل۔ اگر سوائل نہ ہو تو فصل بیس سے محروم ہے۔</w:t>
      </w:r>
    </w:p>
    <w:p>
      <w:r>
        <w:rPr>
          <w:b/>
        </w:rPr>
        <w:t xml:space="preserve">[05:28] </w:t>
      </w:r>
      <w:r>
        <w:t>to har cheez ki ek base hoti hai. isi base ki wajah se woh finish karta hai, woh aage badhta hai.</w:t>
      </w:r>
    </w:p>
    <w:p>
      <w:pPr>
        <w:jc w:val="right"/>
      </w:pPr>
      <w:r>
        <w:t>تو ہر چیز کی ایک بیس ہوتی ہے۔ اسی بیس کی وجہ سے وہ فلنش کرتا ہے، وہ آگے بڑھتا ہے۔</w:t>
      </w:r>
    </w:p>
    <w:p>
      <w:r>
        <w:rPr>
          <w:b/>
        </w:rPr>
        <w:t xml:space="preserve">[05:38] </w:t>
      </w:r>
      <w:r>
        <w:t>to yahan bataya ke koi bhi amr, yeh jo zul ka lafz yahan par hai, zul ke maani hain bazahir to hain ke koi bara kaam, lekin bara kaam ka maani yeh nahi ke koi hawaliyai kaam.</w:t>
      </w:r>
    </w:p>
    <w:p>
      <w:pPr>
        <w:jc w:val="right"/>
      </w:pPr>
      <w:r>
        <w:t>تو یہاں بتایا کہ کوئی بھی امر، یہ جو ذوال کا لفظ یہاں پر ہے، ذوال کے معنی ہیں بظاہر تو ہیں کہ کوئی بڑا کام، لیکن بڑا کام کا معنی یہ نہیں کہ کوئی حوالیائی کام۔</w:t>
      </w:r>
    </w:p>
    <w:p>
      <w:r>
        <w:rPr>
          <w:b/>
        </w:rPr>
        <w:t xml:space="preserve">[05:56] </w:t>
      </w:r>
      <w:r>
        <w:t>urdu mein kahengay koi bhi qabil-e-zikr kaam. koi bhi qabil-e-zikr kaam. misaal ke taur par dekhiye, mere haath mein ek qalam hai, woh zameen par gir gaya to woh bhi ek amr hua.</w:t>
      </w:r>
    </w:p>
    <w:p>
      <w:pPr>
        <w:jc w:val="right"/>
      </w:pPr>
      <w:r>
        <w:t>اردو میں کہیں گے کوئی بھی قابل ذکر کام۔ کوئی بھی قابل ذکر کام۔ مثلاً دیکھیے، میرے ہاتھ میں ایک قلم ہے، وہ زمین پر گر گیا تو وہ بھی ایک امر ہوا۔</w:t>
      </w:r>
    </w:p>
    <w:p>
      <w:r>
        <w:rPr>
          <w:b/>
        </w:rPr>
        <w:t xml:space="preserve">[06:14] </w:t>
      </w:r>
      <w:r>
        <w:t>yeh amr, yeh zul amr nahi hua.</w:t>
      </w:r>
    </w:p>
    <w:p>
      <w:pPr>
        <w:jc w:val="right"/>
      </w:pPr>
      <w:r>
        <w:t>یہ امر، یہ ذوال امر نہیں ہوا۔</w:t>
      </w:r>
    </w:p>
    <w:p>
      <w:r>
        <w:rPr>
          <w:b/>
        </w:rPr>
        <w:t xml:space="preserve">[06:17] </w:t>
      </w:r>
      <w:r>
        <w:t>qalam gir gaya, is ko utha liya mein ne ek second mein. lekin jab kitaab mein likhna shuru karoon, qalam haath mein le kar, to ek zul amr hai.</w:t>
      </w:r>
    </w:p>
    <w:p>
      <w:pPr>
        <w:jc w:val="right"/>
      </w:pPr>
      <w:r>
        <w:t>قلم گر گیا، اس کو اٹھا لیا میں نے ایک سیکنڈ میں۔ لیکن جب کتاب میں لکھنا شروع کروں، قلم ہاتھ میں لے کر، تو ایک ذوال امر ہے۔</w:t>
      </w:r>
    </w:p>
    <w:p>
      <w:r>
        <w:rPr>
          <w:b/>
        </w:rPr>
        <w:t xml:space="preserve">[06:32] </w:t>
      </w:r>
      <w:r>
        <w:t>kyun ke chalega woh mahinon, saalon.</w:t>
      </w:r>
    </w:p>
    <w:p>
      <w:pPr>
        <w:jc w:val="right"/>
      </w:pPr>
      <w:r>
        <w:t>کیونکہ چلے گا وہ مہینوں، سالوں۔</w:t>
      </w:r>
    </w:p>
    <w:p>
      <w:r>
        <w:rPr>
          <w:b/>
        </w:rPr>
        <w:t xml:space="preserve">[06:37] </w:t>
      </w:r>
      <w:r>
        <w:t>to koi bhi aisa kaam jo shuru ho kar chalta rahe,</w:t>
      </w:r>
    </w:p>
    <w:p>
      <w:pPr>
        <w:jc w:val="right"/>
      </w:pPr>
      <w:r>
        <w:t>تو کوئی بھی ایسا کام جو شروع ہو کر چلتا رہے،</w:t>
      </w:r>
    </w:p>
    <w:p>
      <w:r>
        <w:rPr>
          <w:b/>
        </w:rPr>
        <w:t xml:space="preserve">[06:47] </w:t>
      </w:r>
      <w:r>
        <w:t>ek lambi muddat ke baad woh apni takmeel tak pahunche, to woh zul amr hai. to</w:t>
      </w:r>
    </w:p>
    <w:p>
      <w:pPr>
        <w:jc w:val="right"/>
      </w:pPr>
      <w:r>
        <w:t>ایک لمبی مدت کے بعد وہ اپنی تکمیل تک پہنچے، تو وہ ذوال امر ہے۔ تو</w:t>
      </w:r>
    </w:p>
    <w:p>
      <w:r>
        <w:rPr>
          <w:b/>
        </w:rPr>
        <w:t xml:space="preserve">[06:56] </w:t>
      </w:r>
      <w:r>
        <w:t>aise kaam ka aaghaz agar bismillah rahman rahim se kiya jaye, tab woh kamyab hai, woh naqta hai, yaani be zameen hai.</w:t>
      </w:r>
    </w:p>
    <w:p>
      <w:pPr>
        <w:jc w:val="right"/>
      </w:pPr>
      <w:r>
        <w:t>ایسے کام کا آغاز اگر بسم اللہ الرحمن الرحیم سے کیا جائے، تب وہ کامیاب ہے، وہ ناقطہ ہے، یعنی بے زمین ہے۔</w:t>
      </w:r>
    </w:p>
    <w:p>
      <w:r>
        <w:rPr>
          <w:b/>
        </w:rPr>
        <w:t xml:space="preserve">[07:05] </w:t>
      </w:r>
      <w:r>
        <w:t>woh kyun ke woh Allah se juda nahi. aap ki planning jo hai, woh Allah ki zameen par khadi nahi hui.</w:t>
      </w:r>
    </w:p>
    <w:p>
      <w:pPr>
        <w:jc w:val="right"/>
      </w:pPr>
      <w:r>
        <w:t>وہ کیونکہ وہ اللہ سے جڑا نہیں۔ آپ کی پلاننگ جو ہے، وہ اللہ کی زمین پر کھڑی نہیں ہوئی۔</w:t>
      </w:r>
    </w:p>
    <w:p>
      <w:r>
        <w:rPr>
          <w:b/>
        </w:rPr>
        <w:t xml:space="preserve">[07:16] </w:t>
      </w:r>
      <w:r>
        <w:t>aap ne jo kaam shuru kiya, us ke liye aap ne Allah ki madad hasil nahi ki. to woh aqta' hai. woh</w:t>
      </w:r>
    </w:p>
    <w:p>
      <w:pPr>
        <w:jc w:val="right"/>
      </w:pPr>
      <w:r>
        <w:t>آپ نے جو کام شروع کیا، اس کے لیے آپ نے اللہ کی مدد حاصل نہیں کی۔ تو وہ اقطع ہے۔ وہ</w:t>
      </w:r>
    </w:p>
    <w:p>
      <w:r>
        <w:rPr>
          <w:b/>
        </w:rPr>
        <w:t xml:space="preserve">[07:27] </w:t>
      </w:r>
      <w:r>
        <w:t>matlab yeh hai ke be zameen hai.</w:t>
      </w:r>
    </w:p>
    <w:p>
      <w:pPr>
        <w:jc w:val="right"/>
      </w:pPr>
      <w:r>
        <w:t>مطلب یہ ہے کہ بے زمین ہے۔</w:t>
      </w:r>
    </w:p>
    <w:p>
      <w:r>
        <w:rPr>
          <w:b/>
        </w:rPr>
        <w:t xml:space="preserve">[07:33] </w:t>
      </w:r>
      <w:r>
        <w:t>to yeh jo kalma hai bismillah rahman rahim, yeh koi rasmi kalma nahi hai. yeh is ek spirit ko revive karna hai.</w:t>
      </w:r>
    </w:p>
    <w:p>
      <w:pPr>
        <w:jc w:val="right"/>
      </w:pPr>
      <w:r>
        <w:t>تو یہ جو کلمہ ہے بسم اللہ الرحمن الرحیم، یہ کوئی رسمی کلمہ نہیں ہے۔ یہ اس ایک سپرٹ کو ریوائیو کرنا ہے۔</w:t>
      </w:r>
    </w:p>
    <w:p>
      <w:r>
        <w:rPr>
          <w:b/>
        </w:rPr>
        <w:t xml:space="preserve">[07:43] </w:t>
      </w:r>
      <w:r>
        <w:t>jab aap kehte hain bismillah rahman rahim to aap ek apne andar ek haqeeqat ko yaad karte hain, ek spirit ko zinda karte hain.</w:t>
      </w:r>
    </w:p>
    <w:p>
      <w:pPr>
        <w:jc w:val="right"/>
      </w:pPr>
      <w:r>
        <w:t>جب آپ کہتے ہیں بسم اللہ الرحمن الرحیم تو آپ ایک اپنے اندر ایک حقیقت کو یاد کرتے ہیں، ایک سپرٹ کو زندہ کرتے ہیں۔</w:t>
      </w:r>
    </w:p>
    <w:p>
      <w:r>
        <w:rPr>
          <w:b/>
        </w:rPr>
        <w:t xml:space="preserve">[07:54] </w:t>
      </w:r>
      <w:r>
        <w:t>woh yahi ke is duniya mein koi kaam banta hai to Allah ke fazl se banta hai. to har kaam ki mustahkam zameen sirf Allah tabarak wa ta'ala hai.</w:t>
      </w:r>
    </w:p>
    <w:p>
      <w:pPr>
        <w:jc w:val="right"/>
      </w:pPr>
      <w:r>
        <w:t>وہ یہی کہ اس دنیا میں کوئی کام بنتا ہے تو اللہ کے فضل سے بنتا ہے۔ تو ہر کام کی مستحکم زمین صرف اللہ تبارک و تعالی ہے۔</w:t>
      </w:r>
    </w:p>
    <w:p>
      <w:r>
        <w:rPr>
          <w:b/>
        </w:rPr>
        <w:t xml:space="preserve">[08:08] </w:t>
      </w:r>
      <w:r>
        <w:t>to jo kaam aap shuru karein, woh Allah ke naam se shuru karein, yaani Allah ki dua se shuru karein, Allah se nusrat mangte hue shuru karein, Allah par yaqeen karte hue shuru karein.</w:t>
      </w:r>
    </w:p>
    <w:p>
      <w:pPr>
        <w:jc w:val="right"/>
      </w:pPr>
      <w:r>
        <w:t>تو جو کام آپ شروع کریں، وہ اللہ کے نام سے شروع کریں، یعنی اللہ کی دعا سے شروع کریں، اللہ سے نصرت مانگتے ہوئے شروع کریں، اللہ پر یقین کرتے ہوئے شروع کریں۔</w:t>
      </w:r>
    </w:p>
    <w:p>
      <w:r>
        <w:rPr>
          <w:b/>
        </w:rPr>
        <w:t xml:space="preserve">[08:24] </w:t>
      </w:r>
      <w:r>
        <w:t>is tarah jo do lafz hain rahman aur rahim, to is ka matlab yeh nahi ke rahman ke maani alag hain, rahim ke maani alag hain. dono ek hi maani hain, dono ke.</w:t>
      </w:r>
    </w:p>
    <w:p>
      <w:pPr>
        <w:jc w:val="right"/>
      </w:pPr>
      <w:r>
        <w:t>اس طرح جو دو لفظ ہیں رحمن اور رحیم، تو اس کا مطلب یہ نہیں کہ رحمن کے معنی الگ ہیں، رحیم کے معنی الگ ہیں۔ دونوں ایک ہی معنی ہیں، دونوں کے۔</w:t>
      </w:r>
    </w:p>
    <w:p>
      <w:r>
        <w:rPr>
          <w:b/>
        </w:rPr>
        <w:t xml:space="preserve">[08:36] </w:t>
      </w:r>
      <w:r>
        <w:t>yeh zaban ka ek usool hai ke qasd lafz tadull ala qasd al ma'ani, yaani lafz ke takrar se maani mein izafa hota hai.</w:t>
      </w:r>
    </w:p>
    <w:p>
      <w:pPr>
        <w:jc w:val="right"/>
      </w:pPr>
      <w:r>
        <w:t>یہ زبان کا ایک اصول ہے کہ قصد لفظ تدل علی قصد المعنی، یعنی لفظ کے تکرار سے معنی میں اضافہ ہوتا ہے۔</w:t>
      </w:r>
    </w:p>
    <w:p>
      <w:r>
        <w:rPr>
          <w:b/>
        </w:rPr>
        <w:t xml:space="preserve">[08:48] </w:t>
      </w:r>
      <w:r>
        <w:t>to yeh ek sifat ki takrar hai.</w:t>
      </w:r>
    </w:p>
    <w:p>
      <w:pPr>
        <w:jc w:val="right"/>
      </w:pPr>
      <w:r>
        <w:t>تو یہ ایک صفت کی تکرار ہے۔</w:t>
      </w:r>
    </w:p>
    <w:p>
      <w:r>
        <w:rPr>
          <w:b/>
        </w:rPr>
        <w:t xml:space="preserve">[08:51] </w:t>
      </w:r>
      <w:r>
        <w:t>yeh aisa nahi ke rahman ke maani kuch hain, rahim ke maani kuch hain. isi isi dono ke maani ek hi hain. to takrar karne ka matlab yeh hai ke aap ne is ki ta'keed ki,</w:t>
      </w:r>
    </w:p>
    <w:p>
      <w:pPr>
        <w:jc w:val="right"/>
      </w:pPr>
      <w:r>
        <w:t>یہ ایسا نہیں کہ رحمن کے معنی کچھ ہیں، رحیم کے معنی کچھ ہیں۔ اسی اسی دونوں کے معنی ایک ہی ہیں۔ تو تکرار کرنے کا مطلب یہ ہے کہ آپ نے اس کی تاکید کی،</w:t>
      </w:r>
    </w:p>
    <w:p>
      <w:r>
        <w:rPr>
          <w:b/>
        </w:rPr>
        <w:t xml:space="preserve">[09:04] </w:t>
      </w:r>
      <w:r>
        <w:t>is par zor diya.</w:t>
      </w:r>
    </w:p>
    <w:p>
      <w:pPr>
        <w:jc w:val="right"/>
      </w:pPr>
      <w:r>
        <w:t>اس پر زور دیا۔</w:t>
      </w:r>
    </w:p>
    <w:p>
      <w:r>
        <w:rPr>
          <w:b/>
        </w:rPr>
        <w:t xml:space="preserve">[09:09] </w:t>
      </w:r>
      <w:r>
        <w:t>to yeh bismillah rahman rahim ka ta'alluq sirf Quran se nahi hai, woh koi rasmi kalma nahi hai.</w:t>
      </w:r>
    </w:p>
    <w:p>
      <w:pPr>
        <w:jc w:val="right"/>
      </w:pPr>
      <w:r>
        <w:t>تو یہ بسم اللہ الرحمن الرحیم کا تعلق صرف قرآن سے نہیں ہے، وہ کوئی رسمی کلمہ نہیں ہے۔</w:t>
      </w:r>
    </w:p>
    <w:p>
      <w:r>
        <w:rPr>
          <w:b/>
        </w:rPr>
        <w:t xml:space="preserve">[09:20] </w:t>
      </w:r>
      <w:r>
        <w:t>woh ek kainaat ki ek azeem haqeeqat ko yaad karna hai ke is kainaat mein koi bhi cheez, chahe zarra ho ya aftab ho, solar system ho ya galaxy ho,</w:t>
      </w:r>
    </w:p>
    <w:p>
      <w:pPr>
        <w:jc w:val="right"/>
      </w:pPr>
      <w:r>
        <w:t>وہ ایک کائنات کی ایک عظیم حقیقت کو یاد کرنا ہے کہ اس کائنات میں کوئی بھی چیز، چاہے ذرہ ہو یا آفتاب ہو، سولر سسٹم ہو یا گلیکسی ہو،</w:t>
      </w:r>
    </w:p>
    <w:p>
      <w:r>
        <w:rPr>
          <w:b/>
        </w:rPr>
        <w:t xml:space="preserve">[09:37] </w:t>
      </w:r>
      <w:r>
        <w:t>insan ho ya haiwan ho, sab har lamha Allah ki madad paate hain, tab woh is duniya mein qaim rehte hain.</w:t>
      </w:r>
    </w:p>
    <w:p>
      <w:pPr>
        <w:jc w:val="right"/>
      </w:pPr>
      <w:r>
        <w:t>انسان ہو یا حیوان ہو، سب ہر لمحہ اللہ کی مدد پاتے ہیں، تب وہ اس دنیا میں قائم رہتے ہیں۔</w:t>
      </w:r>
    </w:p>
    <w:p>
      <w:r>
        <w:rPr>
          <w:b/>
        </w:rPr>
        <w:t xml:space="preserve">[09:48] </w:t>
      </w:r>
      <w:r>
        <w:t>to jab aap kaam shuru karein, koi qabil-e-zikr kaam, aur dil se is ki spirit ke sath is kalme ko ada karein, is ka matlab yeh hai ke aap ne kamyabi ki zameen ko pa liya.</w:t>
      </w:r>
    </w:p>
    <w:p>
      <w:pPr>
        <w:jc w:val="right"/>
      </w:pPr>
      <w:r>
        <w:t>تو جب آپ کام شروع کریں، کوئی قابل ذکر کام، اور دل سے اس کی سپرٹ کے ساتھ اس کلمے کو ادا کریں، اس کا مطلب یہ ہے کہ آپ نے کامیابی کی زمین کو پا لیا۔</w:t>
      </w:r>
    </w:p>
    <w:p>
      <w:r>
        <w:rPr>
          <w:b/>
        </w:rPr>
        <w:t xml:space="preserve">[10:06] </w:t>
      </w:r>
      <w:r>
        <w:t>aap jo kaam karne ja rahe hain, us ki kamyabi ke liye jo zameen darkar hai, yaani Allah ki madad, woh aap ne hasil kar li.</w:t>
      </w:r>
    </w:p>
    <w:p>
      <w:pPr>
        <w:jc w:val="right"/>
      </w:pPr>
      <w:r>
        <w:t>آپ جو کام کرنے جا رہے ہیں، اس کی کامیابی کے لیے جو زمین درکار ہے، یعنی اللہ کی مدد، وہ آپ نے حاصل کر لی۔</w:t>
      </w:r>
    </w:p>
    <w:p>
      <w:r>
        <w:rPr>
          <w:b/>
        </w:rPr>
        <w:t xml:space="preserve">[10:16] </w:t>
      </w:r>
      <w:r>
        <w:t>toh yeh us baat ki guarantee hai ke aap ka kaam kamyabi tak pahuncha hoga. Is ke baad yeh surah aati hai jo Quran ki pehli surah hai: Alhamdulillah Rabb al-Alameen.</w:t>
      </w:r>
    </w:p>
    <w:p>
      <w:pPr>
        <w:jc w:val="right"/>
      </w:pPr>
      <w:r>
        <w:t>تو یہ اس بات کی گارنٹی ہے کہ آپ کا کام کامیابی تک پہنچا ہوگا۔ اس کے بعد یہ سورہ آتی ہے جو قرآن کی پہلی سورہ ہے: الحمدللہ رب العالمین۔</w:t>
      </w:r>
    </w:p>
    <w:p>
      <w:r>
        <w:rPr>
          <w:b/>
        </w:rPr>
        <w:t xml:space="preserve">[10:30] </w:t>
      </w:r>
      <w:r>
        <w:t>hamd ke maani bazahir yeh samjha jata hai ke hamd ke maani tareef hain, lekin tareef ki haqeeqat kya hai?</w:t>
      </w:r>
    </w:p>
    <w:p>
      <w:pPr>
        <w:jc w:val="right"/>
      </w:pPr>
      <w:r>
        <w:t>حمد کے معنی بظاہر یہ سمجھا جاتا ہے کہ حمد کے معنی تعریف ہیں، لیکن تعریف کی حقیقت کیا ہے؟</w:t>
      </w:r>
    </w:p>
    <w:p>
      <w:r>
        <w:rPr>
          <w:b/>
        </w:rPr>
        <w:t xml:space="preserve">[10:40] </w:t>
      </w:r>
      <w:r>
        <w:t>qasd khwahi nahi hai. Tareef ki haqeeqat shukr hai,</w:t>
      </w:r>
    </w:p>
    <w:p>
      <w:pPr>
        <w:jc w:val="right"/>
      </w:pPr>
      <w:r>
        <w:t>قصد خواہی نہیں ہے۔ تعریف کی حقیقت شکر ہے،</w:t>
      </w:r>
    </w:p>
    <w:p>
      <w:r>
        <w:rPr>
          <w:b/>
        </w:rPr>
        <w:t xml:space="preserve">[10:46] </w:t>
      </w:r>
      <w:r>
        <w:t>jis ko kehte hain acknowledge karna. Toh jab aap kehte hain Alhamdulillah Rabb al-Alameen, toh aap ne Rabb al-Alameen ke Rabb hone ko acknowledge kiya, is ka shukr ada kiya, is ka etraf kiya.</w:t>
      </w:r>
    </w:p>
    <w:p>
      <w:pPr>
        <w:jc w:val="right"/>
      </w:pPr>
      <w:r>
        <w:t>جس کو کہتے ہیں اکنالج کرنا۔ تو جب آپ کہتے ہیں الحمدللہ رب العالمین، تو آپ نے رب العالمین کے رب ہونے کو اکنالج کیا، اس کا شکر ادا کیا، اس کا اعتراف کیا۔</w:t>
      </w:r>
    </w:p>
    <w:p>
      <w:r>
        <w:rPr>
          <w:b/>
        </w:rPr>
        <w:t xml:space="preserve">[11:02] </w:t>
      </w:r>
      <w:r>
        <w:t>toh yeh main samajhta hoon ke insaan ki sab se pehli zaroorat hai ke woh apne Rabb ko daryaft kare aur us ko acknowledge kare.</w:t>
      </w:r>
    </w:p>
    <w:p>
      <w:pPr>
        <w:jc w:val="right"/>
      </w:pPr>
      <w:r>
        <w:t>تو یہ میں سمجھتا ہوں کہ انسان کی سب سے پہلی ضرورت ہے کہ وہ اپنے رب کو دریافت کرے اور اس کو اکنالج کرے۔</w:t>
      </w:r>
    </w:p>
    <w:p>
      <w:r>
        <w:rPr>
          <w:b/>
        </w:rPr>
        <w:t xml:space="preserve">[11:16] </w:t>
      </w:r>
      <w:r>
        <w:t>kyunki is duniya mein dekhiye, jo kuch hamein mila hua hai, apne wajood se le kar bahir ki tamam cheezon tak, sab hamein Allah Rabb al-Alameen se mila hua hai.</w:t>
      </w:r>
    </w:p>
    <w:p>
      <w:pPr>
        <w:jc w:val="right"/>
      </w:pPr>
      <w:r>
        <w:t>کیونکہ اس دنیا میں دیکھیے، جو کچھ ہمیں ملا ہوا ہے، اپنے وجود سے لے کر باہر کی تمام چیزوں تک، سب ہمیں اللہ رب العالمین سے ملا ہوا ہے۔</w:t>
      </w:r>
    </w:p>
    <w:p>
      <w:r>
        <w:rPr>
          <w:b/>
        </w:rPr>
        <w:t xml:space="preserve">[11:29] </w:t>
      </w:r>
      <w:r>
        <w:t>wohi har cheez ka giver hai, hum sirf taker hain. Toh jab aap kehte hain Alhamdulillah, toh aap ne is haqeeqat ka etraf kiya, is haqeeqat ko acknowledge kiya.</w:t>
      </w:r>
    </w:p>
    <w:p>
      <w:pPr>
        <w:jc w:val="right"/>
      </w:pPr>
      <w:r>
        <w:t>وہی ہر چیز کا گیور ہے، ہم صرف ٹیکر ہیں۔ تو جب آپ کہتے ہیں الحمدللہ، تو آپ نے اس حقیقت کا اعتراف کیا، اس حقیقت کا کو اکنالج کیا۔</w:t>
      </w:r>
    </w:p>
    <w:p>
      <w:r>
        <w:rPr>
          <w:b/>
        </w:rPr>
        <w:t xml:space="preserve">[11:46] </w:t>
      </w:r>
      <w:r>
        <w:t>isi ko kehte hain shukr. Toh is kalma ka matlab hai shukr hai Allah Rabb al-Alameen ka.</w:t>
      </w:r>
    </w:p>
    <w:p>
      <w:pPr>
        <w:jc w:val="right"/>
      </w:pPr>
      <w:r>
        <w:t>اسی کو کہتے ہیں شکر۔ تو اس کلمہ کا مطلب ہے شکر ہے اللہ رب العالمین کا۔</w:t>
      </w:r>
    </w:p>
    <w:p>
      <w:r>
        <w:rPr>
          <w:b/>
        </w:rPr>
        <w:t xml:space="preserve">[11:56] </w:t>
      </w:r>
      <w:r>
        <w:t>phir Rabb al-Alameen ka jo lafz hai, woh batata hai ke hum shukr kyun karte hain. Shukr kyun karte hain?</w:t>
      </w:r>
    </w:p>
    <w:p>
      <w:pPr>
        <w:jc w:val="right"/>
      </w:pPr>
      <w:r>
        <w:t>پھر رب العالمین کا جو لفظ ہے، وہ بتاتا ہے کہ ہم شکر کیوں کرتے ہیں۔ شکر کیوں کرتے ہیں؟</w:t>
      </w:r>
    </w:p>
    <w:p>
      <w:r>
        <w:rPr>
          <w:b/>
        </w:rPr>
        <w:t xml:space="preserve">[12:04] </w:t>
      </w:r>
      <w:r>
        <w:t>shukr is liye karte hain ke Allah Rabb hai, woh Rabb al-Alameen hai. Rabb ka lafz arabi zaban mein bohat hi جامع lafz hai,</w:t>
      </w:r>
    </w:p>
    <w:p>
      <w:pPr>
        <w:jc w:val="right"/>
      </w:pPr>
      <w:r>
        <w:t>شکر اس لیے کرتے ہیں کہ اللہ رب ہے، وہ رب العالمین ہے۔ رب کا لفظ عربی زبان میں بہت ہی جامع لفظ ہے،</w:t>
      </w:r>
    </w:p>
    <w:p>
      <w:r>
        <w:rPr>
          <w:b/>
        </w:rPr>
        <w:t xml:space="preserve">[12:15] </w:t>
      </w:r>
      <w:r>
        <w:t>yaani paida karne wala, us ko grow karne wala, us ko sambhalne wala, shuru se akhir tak is ki madad karne wala, yeh sara mafhoom is mein shamil hai.</w:t>
      </w:r>
    </w:p>
    <w:p>
      <w:pPr>
        <w:jc w:val="right"/>
      </w:pPr>
      <w:r>
        <w:t>یعنی پیدا کرنے والا، اس کو گرو کرنے والا، اس کو سنبھالنے والا، شروع سے آخر تک اس کی مدد کرنے والا، یہ سارا مفہوم اس میں شامل ہے۔</w:t>
      </w:r>
    </w:p>
    <w:p>
      <w:r>
        <w:rPr>
          <w:b/>
        </w:rPr>
        <w:t xml:space="preserve">[12:31] </w:t>
      </w:r>
      <w:r>
        <w:t>toh</w:t>
      </w:r>
    </w:p>
    <w:p>
      <w:pPr>
        <w:jc w:val="right"/>
      </w:pPr>
      <w:r>
        <w:t>تو</w:t>
      </w:r>
    </w:p>
    <w:p>
      <w:r>
        <w:rPr>
          <w:b/>
        </w:rPr>
        <w:t xml:space="preserve">[12:32] </w:t>
      </w:r>
      <w:r>
        <w:t>kaha Allah ki is sifat ko hum ne zikr yaad kiya is kalma mein ke woh hamara Rabb hai, hamara sab kuch wohi hai,</w:t>
      </w:r>
    </w:p>
    <w:p>
      <w:pPr>
        <w:jc w:val="right"/>
      </w:pPr>
      <w:r>
        <w:t>کہا اللہ کی اس صفت کو ہم نے ذکر یاد کیا اس کلمہ میں کہ وہ ہمارا رب ہے، ہمارا سب کچھ وہی ہے،</w:t>
      </w:r>
    </w:p>
    <w:p>
      <w:r>
        <w:rPr>
          <w:b/>
        </w:rPr>
        <w:t xml:space="preserve">[12:46] </w:t>
      </w:r>
      <w:r>
        <w:t>sab kuch hamare hamare wajood se le kar hamari tamam zarooraton tak har cheez ka talluq isi se hai. Toh is ko kahein ke shukr hai Allah Rabb al-Alameen ka,</w:t>
      </w:r>
    </w:p>
    <w:p>
      <w:pPr>
        <w:jc w:val="right"/>
      </w:pPr>
      <w:r>
        <w:t>سب کچھ ہمارے ہمارے وجود سے لے کر ہماری تمام ضرورتوں تک ہر چیز کا تعلق اسی سے ہے۔ تو اس کو کہیں کہ شکر ہے اللہ رب العالمین کا،</w:t>
      </w:r>
    </w:p>
    <w:p>
      <w:r>
        <w:rPr>
          <w:b/>
        </w:rPr>
        <w:t xml:space="preserve">[13:01] </w:t>
      </w:r>
      <w:r>
        <w:t>yaani main acknowledge karta hoon. Yeh acknowledge karna lip service ke taur par nahi hai, yeh is lip service ka mamla nahi hai. Yeh sach poochhein toh ek discovery ka kalma hai.</w:t>
      </w:r>
    </w:p>
    <w:p>
      <w:pPr>
        <w:jc w:val="right"/>
      </w:pPr>
      <w:r>
        <w:t>یعنی میں اکنالج کرتا ہوں۔ یہ اکنالج کرنا لپ سروس کے طور پر نہیں ہے، یہ اس لپ سروس کا معاملہ نہیں ہے۔ یہ سچ پوچھیں تو ایک ایک ڈسکوری کا کلمہ ہے۔</w:t>
      </w:r>
    </w:p>
    <w:p>
      <w:r>
        <w:rPr>
          <w:b/>
        </w:rPr>
        <w:t xml:space="preserve">[13:15] </w:t>
      </w:r>
      <w:r>
        <w:t>Alhamdulillah Rabb al-Alameen ek discovery ka kalma hai.</w:t>
      </w:r>
    </w:p>
    <w:p>
      <w:pPr>
        <w:jc w:val="right"/>
      </w:pPr>
      <w:r>
        <w:t>الحمدللہ رب العالمین ایک ڈسکوری کا کلمہ ہے۔</w:t>
      </w:r>
    </w:p>
    <w:p>
      <w:r>
        <w:rPr>
          <w:b/>
        </w:rPr>
        <w:t xml:space="preserve">[13:22] </w:t>
      </w:r>
      <w:r>
        <w:t>jaise aap koi cheez dhoond rahe hain, dhoond rahe hain, dhoond rahe hain, mil rahi hai, mil mil jaye aap ko toh aap kahein ke main ne pa liya</w:t>
      </w:r>
    </w:p>
    <w:p>
      <w:pPr>
        <w:jc w:val="right"/>
      </w:pPr>
      <w:r>
        <w:t>جیسے آپ کوئی چیز ڈھونڈ رہے ہیں، ڈھونڈ رہے ہیں، ڈھونڈ رہے ہیں، مل رہی ہے، مل مل جائے آپ کو تو آپ کہیں کہ میں نے پا لیا</w:t>
      </w:r>
    </w:p>
    <w:p>
      <w:r>
        <w:rPr>
          <w:b/>
        </w:rPr>
        <w:t xml:space="preserve">[13:29] </w:t>
      </w:r>
      <w:r>
        <w:t>jo pencil main dhoond rahi thi. Ab aye yeh yeh toh pencil mil gayi mujhe. Toh aap insaan jo hai, woh by birth seeker hai,</w:t>
      </w:r>
    </w:p>
    <w:p>
      <w:pPr>
        <w:jc w:val="right"/>
      </w:pPr>
      <w:r>
        <w:t>جو پینسل میں ڈھونڈ رہی تھی۔ اب اے یہ یہ تو پینسل مل گئی مجھے۔ تو آپ انسان جو ہے، وہ بائی برتھ سیکر ہے،</w:t>
      </w:r>
    </w:p>
    <w:p>
      <w:r>
        <w:rPr>
          <w:b/>
        </w:rPr>
        <w:t xml:space="preserve">[13:43] </w:t>
      </w:r>
      <w:r>
        <w:t>woh seeker paida hota hai.</w:t>
      </w:r>
    </w:p>
    <w:p>
      <w:pPr>
        <w:jc w:val="right"/>
      </w:pPr>
      <w:r>
        <w:t>وہ سیکر پیدا ہوتا ہے۔</w:t>
      </w:r>
    </w:p>
    <w:p>
      <w:r>
        <w:rPr>
          <w:b/>
        </w:rPr>
        <w:t xml:space="preserve">[13:46] </w:t>
      </w:r>
      <w:r>
        <w:t>toh insaan talash kar raha hai apne zindagi ki purpose ko, apne khalq ko, kis ne use wajood bakhsha, kaun us ko sambhale hue hai.</w:t>
      </w:r>
    </w:p>
    <w:p>
      <w:pPr>
        <w:jc w:val="right"/>
      </w:pPr>
      <w:r>
        <w:t>تو انسان تلاش کر رہا ہے اپنے زندگی کی پرپس کو، اپنے خالق کو، کس نے اسے وجود بخشا، کون اس کو سنبھالے ہوئے ہے۔</w:t>
      </w:r>
    </w:p>
    <w:p>
      <w:r>
        <w:rPr>
          <w:b/>
        </w:rPr>
        <w:t xml:space="preserve">[14:03] </w:t>
      </w:r>
      <w:r>
        <w:t>talash kar raha hai, talash kar raha hai, talash kar raha hai, yahan tak ke woh pa leta hai. Isi talash apni inteha tak pahunch jati hai.</w:t>
      </w:r>
    </w:p>
    <w:p>
      <w:pPr>
        <w:jc w:val="right"/>
      </w:pPr>
      <w:r>
        <w:t>تلاش کر رہا ہے، تلاش کر رہا ہے، تلاش کر رہا ہے، یہاں تک کہ وہ پا لیتا ہے۔ اسی تلاش اپنی انتہا تک پہنچ جاتی ہے۔</w:t>
      </w:r>
    </w:p>
    <w:p>
      <w:r>
        <w:rPr>
          <w:b/>
        </w:rPr>
        <w:t xml:space="preserve">[14:13] </w:t>
      </w:r>
      <w:r>
        <w:t>toh woh kaha padta hai ke Alhamdulillah Rabb al-Alameen. Toh Alhamdulillah Rabb al-Alameen yeh koi ek lafzi kalma ki baat nahi hai, balke ek sab se bari haqeeqat ko daryaft karne ke baad aadmi ki zuban se jo kalma nikal padta hai, us ki baat hai.</w:t>
      </w:r>
    </w:p>
    <w:p>
      <w:pPr>
        <w:jc w:val="right"/>
      </w:pPr>
      <w:r>
        <w:t>تو وہ کہا پڑتا ہے کہ الحمدللہ رب العالمین۔ تو الحمدللہ رب العالمین یہ کوئی ایک لفظی کلمہ کی بات نہیں ہے، بلکہ ایک سب سے بڑی حقیقت کو دریافت کرنے کے بعد آدمی کی زبان سے جو کلمہ نکل پڑتا ہے، اس کی بات ہے۔</w:t>
      </w:r>
    </w:p>
    <w:p>
      <w:r>
        <w:rPr>
          <w:b/>
        </w:rPr>
        <w:t xml:space="preserve">[14:36] </w:t>
      </w:r>
      <w:r>
        <w:t>yeh</w:t>
      </w:r>
    </w:p>
    <w:p>
      <w:pPr>
        <w:jc w:val="right"/>
      </w:pPr>
      <w:r>
        <w:t>یہ</w:t>
      </w:r>
    </w:p>
    <w:p>
      <w:r>
        <w:rPr>
          <w:b/>
        </w:rPr>
        <w:t xml:space="preserve">[14:38] </w:t>
      </w:r>
      <w:r>
        <w:t>toh Allah ka sab se bara jo insaan ke liye, insaan insaan jo sab se bari baat kar sakta hai apne Rabb ke liye, woh shukr hai.</w:t>
      </w:r>
    </w:p>
    <w:p>
      <w:pPr>
        <w:jc w:val="right"/>
      </w:pPr>
      <w:r>
        <w:t>تو اللہ کا سب سے بڑا جو انسان کے لیے، انسان انسان جو سب سے بڑی بات کر سکتا ہے اپنے رب کے لیے، وہ شکر ہے۔</w:t>
      </w:r>
    </w:p>
    <w:p>
      <w:r>
        <w:rPr>
          <w:b/>
        </w:rPr>
        <w:t xml:space="preserve">[14:49] </w:t>
      </w:r>
      <w:r>
        <w:t>kyunke hum hum to sirf tekar hain, giwar to sirf Allah hai. to hum kya kar sakte hain? hum khud Allah ko kuch de nahi sakte, hum to sirf us se lene wale hain.</w:t>
      </w:r>
    </w:p>
    <w:p>
      <w:pPr>
        <w:jc w:val="right"/>
      </w:pPr>
      <w:r>
        <w:t>کیونکہ ہم ہم تو صرف ٹیکر ہیں، گیور تو صرف اللہ ہے۔ تو ہم کیا کر سکتے ہیں؟ ہم خود اللہ کو کچھ دے نہیں سکتے، ہم تو صرف اس سے لینے والے ہیں۔</w:t>
      </w:r>
    </w:p>
    <w:p>
      <w:r>
        <w:rPr>
          <w:b/>
        </w:rPr>
        <w:t xml:space="preserve">[15:04] </w:t>
      </w:r>
      <w:r>
        <w:t>to etiraf hi wahid cheez hai jo banda apne rab ko pesh kar sakta hai, yaani acknowledge karna.</w:t>
      </w:r>
    </w:p>
    <w:p>
      <w:pPr>
        <w:jc w:val="right"/>
      </w:pPr>
      <w:r>
        <w:t>تو اعتراف ہی واحد چیز ہے جو بندہ اپنے رب کو پیش کر سکتا ہے، یعنی اکنالج کرنا۔</w:t>
      </w:r>
    </w:p>
    <w:p>
      <w:r>
        <w:rPr>
          <w:b/>
        </w:rPr>
        <w:t xml:space="preserve">[15:14] </w:t>
      </w:r>
      <w:r>
        <w:t>lekin yeh acknowledge karna jo hai, yeh maazrat alfaaz ki shakal mein nahi hona chahiye, warna woh matloob nahi hoga.</w:t>
      </w:r>
    </w:p>
    <w:p>
      <w:pPr>
        <w:jc w:val="right"/>
      </w:pPr>
      <w:r>
        <w:t>لیکن یہ اکنالج کرنا جو ہے، یہ معذرت الفاظ کی شکل میں نہیں ہونا چاہیے، ورنہ وہ مطلوب نہیں ہوگا۔</w:t>
      </w:r>
    </w:p>
    <w:p>
      <w:r>
        <w:rPr>
          <w:b/>
        </w:rPr>
        <w:t xml:space="preserve">[15:25] </w:t>
      </w:r>
      <w:r>
        <w:t>woh sach much daryaft ka ek kalma ho, sach much dil ki awaaz ho, sach much is mein aadmi ki poori poori shakhsiyat dhal gayi ho, tab woh Alhamdulillah hai.</w:t>
      </w:r>
    </w:p>
    <w:p>
      <w:pPr>
        <w:jc w:val="right"/>
      </w:pPr>
      <w:r>
        <w:t>وہ سچ مچ دریافت کا ایک کلمہ ہو، سچ مچ دل کی آواز ہو، سچ مچ اس میں آدمی کی پوری پوری شخصیت ڈھل گئی ہو، تب وہ الحمدللہ ہے۔</w:t>
      </w:r>
    </w:p>
    <w:p>
      <w:r>
        <w:rPr>
          <w:b/>
        </w:rPr>
        <w:t xml:space="preserve">[15:45] </w:t>
      </w:r>
      <w:r>
        <w:t>yaani aap ka poora wajood is mein sama gaya ho, tab woh Alhamdulillah hai.</w:t>
      </w:r>
    </w:p>
    <w:p>
      <w:pPr>
        <w:jc w:val="right"/>
      </w:pPr>
      <w:r>
        <w:t>یعنی آپ کا پورا وجود اس میں سما گیا ہو، تب وہ الحمدللہ ہے۔</w:t>
      </w:r>
    </w:p>
    <w:p>
      <w:r>
        <w:rPr>
          <w:b/>
        </w:rPr>
        <w:t xml:space="preserve">[15:52] </w:t>
      </w:r>
      <w:r>
        <w:t>warna sirf ek jo Quran mein hai ke bil kalmat wa qail huwa, ek kehne ka ek lafz, ek kehne ka lafz ban gaya, woh Allah ko matloob nahi.</w:t>
      </w:r>
    </w:p>
    <w:p>
      <w:pPr>
        <w:jc w:val="right"/>
      </w:pPr>
      <w:r>
        <w:t>ورنہ صرف ایک جو قرآن میں ہے کہ بل کلمۃ وقائل ہوا، ایک کہنے کا ایک لفظ، ایک کہنے کا لفظ بن گیا، وہ اللہ کو مطلوب نہیں۔</w:t>
      </w:r>
    </w:p>
    <w:p>
      <w:r>
        <w:rPr>
          <w:b/>
        </w:rPr>
        <w:t xml:space="preserve">[16:06] </w:t>
      </w:r>
      <w:r>
        <w:t>is ke nateejay mein aap ko Allah ki rehmaten, Allah ki nusraten aap ki taraf nahi aayengi.</w:t>
      </w:r>
    </w:p>
    <w:p>
      <w:pPr>
        <w:jc w:val="right"/>
      </w:pPr>
      <w:r>
        <w:t>اس کے نتیجے میں آپ کو اللہ کی رحمتیں، اللہ کی نصرتیں آپ کی طرف نہیں آئیں گی۔</w:t>
      </w:r>
    </w:p>
    <w:p>
      <w:r>
        <w:rPr>
          <w:b/>
        </w:rPr>
        <w:t xml:space="preserve">[16:17] </w:t>
      </w:r>
      <w:r>
        <w:t>to yeh pehli ayat hai. is ke baad hai Rahman Rahim. Alhamdulillah Rabbul Alameen ke baad jo kalma hai, woh Rahman Rahim hai.</w:t>
      </w:r>
    </w:p>
    <w:p>
      <w:pPr>
        <w:jc w:val="right"/>
      </w:pPr>
      <w:r>
        <w:t>تو یہ پہلی آیت ہے۔ اس کے بعد ہے الرحمن الرحیم۔ الحمدللہ رب العالمین کے بعد جو کلمہ ہے، وہ الرحمن الرحیم ہے۔</w:t>
      </w:r>
    </w:p>
    <w:p>
      <w:r>
        <w:rPr>
          <w:b/>
        </w:rPr>
        <w:t xml:space="preserve">[16:28] </w:t>
      </w:r>
      <w:r>
        <w:t>is ke baad hai Malik-e-Yumiddin. to Allah ki jo sab se zyada insaan ki nisbat se jo bari sifat hai, woh yeh hai ke woh Rahman Rahim hai, yaani rehmat wala hai.</w:t>
      </w:r>
    </w:p>
    <w:p>
      <w:pPr>
        <w:jc w:val="right"/>
      </w:pPr>
      <w:r>
        <w:t>اس کے بعد ہے مالک یوم الدین۔ تو اللہ کی جو سب سے زیادہ انسان کی نسبت سے جو بڑی صفت ہے، وہ یہ ہے کہ وہ رحمن الرحیم ہے، یعنی رحمت والا ہے۔</w:t>
      </w:r>
    </w:p>
    <w:p>
      <w:r>
        <w:rPr>
          <w:b/>
        </w:rPr>
        <w:t xml:space="preserve">[16:43] </w:t>
      </w:r>
      <w:r>
        <w:t>yeh poora poori takhleeq jo hai, insaan ho ya kainat ho, sab Allah ki rehmat ka manifestation hai.</w:t>
      </w:r>
    </w:p>
    <w:p>
      <w:pPr>
        <w:jc w:val="right"/>
      </w:pPr>
      <w:r>
        <w:t>یہ پورا پوری تخلیق جو ہے، انسان ہو یا کائنات ہو، سب اللہ کی رحمت کا مینیفیسٹیشن ہے۔</w:t>
      </w:r>
    </w:p>
    <w:p>
      <w:r>
        <w:rPr>
          <w:b/>
        </w:rPr>
        <w:t xml:space="preserve">[16:55] </w:t>
      </w:r>
      <w:r>
        <w:t>jab aap kehte hain ke Alhamdulillah Rabbul Alameen, to foran aap yeh daryaft karte hain ke sab kuch jo hai, woh Allah ki rehmat hi ka to karishma hai, Allah ki rehmat ke to hissa izhaar hai.</w:t>
      </w:r>
    </w:p>
    <w:p>
      <w:pPr>
        <w:jc w:val="right"/>
      </w:pPr>
      <w:r>
        <w:t>جب آپ کہتے ہیں کہ الحمدللہ رب العالمین، تو فوراً آپ یہ دریافت کرتے ہیں کہ سب کچھ جو ہے، وہ اللہ کی رحمت ہی کا تو کرشمہ ہے، اللہ کی رحمت کے تو حصہ اظہار ہے۔</w:t>
      </w:r>
    </w:p>
    <w:p>
      <w:r>
        <w:rPr>
          <w:b/>
        </w:rPr>
        <w:t xml:space="preserve">[17:07] </w:t>
      </w:r>
      <w:r>
        <w:t>to aap is ka etiraf karte hain</w:t>
      </w:r>
    </w:p>
    <w:p>
      <w:pPr>
        <w:jc w:val="right"/>
      </w:pPr>
      <w:r>
        <w:t>تو آپ اس کا اعتراف کرتے ہیں</w:t>
      </w:r>
    </w:p>
    <w:p>
      <w:r>
        <w:rPr>
          <w:b/>
        </w:rPr>
        <w:t xml:space="preserve">[17:13] </w:t>
      </w:r>
      <w:r>
        <w:t>ke yeh bohat hi</w:t>
      </w:r>
    </w:p>
    <w:p>
      <w:pPr>
        <w:jc w:val="right"/>
      </w:pPr>
      <w:r>
        <w:t>کہ یہ بہت ہی</w:t>
      </w:r>
    </w:p>
    <w:p>
      <w:r>
        <w:rPr>
          <w:b/>
        </w:rPr>
        <w:t xml:space="preserve">[17:19] </w:t>
      </w:r>
      <w:r>
        <w:t>sab yeh yeh Allah ki nisbat se sab se bari baat hai jis ko aap daryaft kiya aap ne aur aap ne apni zabaan se ada kiya.</w:t>
      </w:r>
    </w:p>
    <w:p>
      <w:pPr>
        <w:jc w:val="right"/>
      </w:pPr>
      <w:r>
        <w:t>سب یہ یہ اللہ کی نسبت سے سب سے بڑی بات ہے جس کو آپ دریافت کیا آپ نے اور آپ نے اپنی زبان سے ادا کیا۔</w:t>
      </w:r>
    </w:p>
    <w:p>
      <w:r>
        <w:rPr>
          <w:b/>
        </w:rPr>
        <w:t xml:space="preserve">[17:29] </w:t>
      </w:r>
      <w:r>
        <w:t>is se dekhiye, is se kya hota hai ke Allah se aap ka ta'alluq ke nawiyat kya hai, woh woh maloom hoti hai.</w:t>
      </w:r>
    </w:p>
    <w:p>
      <w:pPr>
        <w:jc w:val="right"/>
      </w:pPr>
      <w:r>
        <w:t>اس سے دیکھیے، اس سے کیا ہوتا ہے کہ اللہ سے آپ کا تعلق کہ نوعیت کیا ہے، وہ وہ معلوم ہوتی ہے۔</w:t>
      </w:r>
    </w:p>
    <w:p>
      <w:r>
        <w:rPr>
          <w:b/>
        </w:rPr>
        <w:t xml:space="preserve">[17:38] </w:t>
      </w:r>
      <w:r>
        <w:t>Allah se ta'alluq ki nawiyat woh nahi jo sher ke aap ne sher ko dekha to sher ke baray mein aap ko jazbaat paida hue,</w:t>
      </w:r>
    </w:p>
    <w:p>
      <w:pPr>
        <w:jc w:val="right"/>
      </w:pPr>
      <w:r>
        <w:t>اللہ سے تعلق کی نوعیت وہ نہیں جو شیر کہ آپ نے شیر کو دیکھا تو شیر کے بارے میں آپ کو جذبات پیدا ہوئے،</w:t>
      </w:r>
    </w:p>
    <w:p>
      <w:r>
        <w:rPr>
          <w:b/>
        </w:rPr>
        <w:t xml:space="preserve">[17:45] </w:t>
      </w:r>
      <w:r>
        <w:t>woh baat yahan nahi hai. Rahman Rahim ke hissay daryaft karenge aap to aap ka woh haal ho jayega jo Quran mein doosri jagah aaya hai: Al-ladheena aamanu ashadd huban lillah.</w:t>
      </w:r>
    </w:p>
    <w:p>
      <w:pPr>
        <w:jc w:val="right"/>
      </w:pPr>
      <w:r>
        <w:t>وہ بات یہاں نہیں ہے۔ الرحمن الرحیم کے حصے دریافت کریں گے آپ تو آپ کا وہ حال ہو جائے گا جو قرآن میں دوسری جگہ آیا ہے: الذین آمنوا أشد حبا لله۔</w:t>
      </w:r>
    </w:p>
    <w:p>
      <w:r>
        <w:rPr>
          <w:b/>
        </w:rPr>
        <w:t xml:space="preserve">[18:02] </w:t>
      </w:r>
      <w:r>
        <w:t>imaan wale jo hain, woh Allah se un ko bohat hi zyada mohabbat hoti hai, strong affection hota hai. to yeh kab hoga?</w:t>
      </w:r>
    </w:p>
    <w:p>
      <w:pPr>
        <w:jc w:val="right"/>
      </w:pPr>
      <w:r>
        <w:t>ایمان والے جو ہیں، وہ اللہ سے ان کو بہت ہی زیادہ محبت ہوتی ہے، سٹرانگ افیکشن ہوتا ہے۔ تو یہ کب ہوگا؟</w:t>
      </w:r>
    </w:p>
    <w:p>
      <w:r>
        <w:rPr>
          <w:b/>
        </w:rPr>
        <w:t xml:space="preserve">[18:12] </w:t>
      </w:r>
      <w:r>
        <w:t>jab ab Allah ko, jab aap Allah ko daryaft karenge is lihaaz se ke woh Rahim hai, Rahman hai, rehmat wala hai, uska har har uski har baat rehmat par mabni hai,</w:t>
      </w:r>
    </w:p>
    <w:p>
      <w:pPr>
        <w:jc w:val="right"/>
      </w:pPr>
      <w:r>
        <w:t>جب اب اللہ کو، جب آپ اللہ کو دریافت کریں گے اس لحاظ سے کہ وہ رحیم ہے، رحمان ہے، رحمت والا ہے، اس کا ہر ہر اس کی ہر بات رحمت پر مبنی ہے،</w:t>
      </w:r>
    </w:p>
    <w:p>
      <w:r>
        <w:rPr>
          <w:b/>
        </w:rPr>
        <w:t xml:space="preserve">[18:31] </w:t>
      </w:r>
      <w:r>
        <w:t>blessing par mabni hai. rehmat ka matlab hai blessing.</w:t>
      </w:r>
    </w:p>
    <w:p>
      <w:pPr>
        <w:jc w:val="right"/>
      </w:pPr>
      <w:r>
        <w:t>بلیسنگ پر مبنی ہے۔ رحمت کا مطلب ہے بلیسنگ۔</w:t>
      </w:r>
    </w:p>
    <w:p>
      <w:r>
        <w:rPr>
          <w:b/>
        </w:rPr>
        <w:t xml:space="preserve">[18:37] </w:t>
      </w:r>
      <w:r>
        <w:t>to jab aap yeh daryaft karenge, tab ja kar aisa hoga ke aap ke dil mein Allah ki bepanah, aap ke dil mein Allah ki bepanah jagah ban jayegi.</w:t>
      </w:r>
    </w:p>
    <w:p>
      <w:pPr>
        <w:jc w:val="right"/>
      </w:pPr>
      <w:r>
        <w:t>تو جب آپ یہ دریافت کریں گے، تب جا کر ایسا ہوگا کہ آپ کے دل میں اللہ کی بے پناہ، آپ کے دل میں اللہ کی بے پناہ جگہ بن جائے گی۔</w:t>
      </w:r>
    </w:p>
    <w:p>
      <w:r>
        <w:rPr>
          <w:b/>
        </w:rPr>
        <w:t xml:space="preserve">[18:52] </w:t>
      </w:r>
      <w:r>
        <w:t>aap ki sari muhabbaten, aap ka sara attachment jo hai, woh Allah se ho jayega. yeh kab hoga?</w:t>
      </w:r>
    </w:p>
    <w:p>
      <w:pPr>
        <w:jc w:val="right"/>
      </w:pPr>
      <w:r>
        <w:t>آپ کی ساری محبتیں، آپ کا سارا اٹیچمنٹ جو ہے، وہ اللہ سے ہو جائے گا۔ یہ کب ہوگا؟</w:t>
      </w:r>
    </w:p>
    <w:p>
      <w:r>
        <w:rPr>
          <w:b/>
        </w:rPr>
        <w:t xml:space="preserve">[19:01] </w:t>
      </w:r>
      <w:r>
        <w:t>jab Allah ko aap Rahman Rahim ke hissay se daryaft karen.</w:t>
      </w:r>
    </w:p>
    <w:p>
      <w:pPr>
        <w:jc w:val="right"/>
      </w:pPr>
      <w:r>
        <w:t>جب اللہ کو آپ الرحمن الرحیم کے حصے سے دریافت کریں۔</w:t>
      </w:r>
    </w:p>
    <w:p>
      <w:r>
        <w:rPr>
          <w:b/>
        </w:rPr>
        <w:t xml:space="preserve">[19:12] </w:t>
      </w:r>
      <w:r>
        <w:t>to Rahman aur Rahim kehna yeh koi do alfaaz ki baat nahi hai, balkeh yeh azeem tareen haqeeqat ki baat hai aur yeh ek daryaft ka kalma hai.</w:t>
      </w:r>
    </w:p>
    <w:p>
      <w:pPr>
        <w:jc w:val="right"/>
      </w:pPr>
      <w:r>
        <w:t>تو رحمان اور رحیم کہنا یہ کوئی دو الفاظ کی بات نہیں ہے، بلکہ یہ عظیم ترین حقیقت کی بات ہے اور یہ ایک دریافت کا کلمہ ہے۔</w:t>
      </w:r>
    </w:p>
    <w:p>
      <w:r>
        <w:rPr>
          <w:b/>
        </w:rPr>
        <w:t xml:space="preserve">[19:28] </w:t>
      </w:r>
      <w:r>
        <w:t>jaise aaj subah mein utha to mein ne kapray badlay.</w:t>
      </w:r>
    </w:p>
    <w:p>
      <w:pPr>
        <w:jc w:val="right"/>
      </w:pPr>
      <w:r>
        <w:t>جیسے آج صبح میں اٹھا تو میں نے کپڑے بدلے۔</w:t>
      </w:r>
    </w:p>
    <w:p>
      <w:r>
        <w:rPr>
          <w:b/>
        </w:rPr>
        <w:t xml:space="preserve">[19:38] </w:t>
      </w:r>
      <w:r>
        <w:t>to mein jab karta pehan raha tha, pajama pehan raha tha to ajeeb mera کیفیت hui. mein ne socha ke yeh jo kapra hai, yeh kis ko hasil hai?</w:t>
      </w:r>
    </w:p>
    <w:p>
      <w:pPr>
        <w:jc w:val="right"/>
      </w:pPr>
      <w:r>
        <w:t>تو میں جب کرتا پہن رہا تھا، پجامہ پہن رہا تھا تو عجیب میرا کیفیت ہوئی۔ میں نے سوچا کہ یہ جو کپڑا ہے، یہ کس کو حاصل ہے؟</w:t>
      </w:r>
    </w:p>
    <w:p>
      <w:r>
        <w:rPr>
          <w:b/>
        </w:rPr>
        <w:t xml:space="preserve">[19:51] </w:t>
      </w:r>
      <w:r>
        <w:t>yeh na suraj ko hasil hai, na chand ko hasil hai, na kisi haiwan ko hasil hai.</w:t>
      </w:r>
    </w:p>
    <w:p>
      <w:pPr>
        <w:jc w:val="right"/>
      </w:pPr>
      <w:r>
        <w:t>یہ نہ سورج کو حاصل ہے، نہ چاند کو حاصل ہے، نہ کسی حیوان کو حاصل ہے۔</w:t>
      </w:r>
    </w:p>
    <w:p>
      <w:r>
        <w:rPr>
          <w:b/>
        </w:rPr>
        <w:t xml:space="preserve">[19:56] </w:t>
      </w:r>
      <w:r>
        <w:t>yeh sirf insan ki sifat hai ke woh kapre pehanta hai. aap zara ghor kijiye ke ek insano ke paas kapre na hon, aise nangay ghoomein sarkon par to kitna kharab lagega,</w:t>
      </w:r>
    </w:p>
    <w:p>
      <w:pPr>
        <w:jc w:val="right"/>
      </w:pPr>
      <w:r>
        <w:t>یہ صرف انسان کی صفت ہے کہ وہ کپڑے پہنتا ہے۔ آپ ذرا غور کیجئے کہ ایک انسانوں کے پاس کپڑے نہ ہوں، ایسے ننگے گھومیں سڑکوں پر تو کتنا خراب لگے گا،</w:t>
      </w:r>
    </w:p>
    <w:p>
      <w:r>
        <w:rPr>
          <w:b/>
        </w:rPr>
        <w:t xml:space="preserve">[20:09] </w:t>
      </w:r>
      <w:r>
        <w:t>kitna kharab maloom hoga. to yeh kapra insan ki zeenat hai, insan ki hifazat hai, insan ki afzaliyat hai is mein.</w:t>
      </w:r>
    </w:p>
    <w:p>
      <w:pPr>
        <w:jc w:val="right"/>
      </w:pPr>
      <w:r>
        <w:t>کتنا خراب معلوم ہوگا۔ تو یہ کپڑا انسان کی زینت ہے، انسان کی حفاظت ہے، انسان کی افضلیت ہے اس میں۔</w:t>
      </w:r>
    </w:p>
    <w:p>
      <w:r>
        <w:rPr>
          <w:b/>
        </w:rPr>
        <w:t xml:space="preserve">[20:20] </w:t>
      </w:r>
      <w:r>
        <w:t>lekin kapra kaise bana? is ke liye Allah taala ne aisi cheezein paida keen,</w:t>
      </w:r>
    </w:p>
    <w:p>
      <w:pPr>
        <w:jc w:val="right"/>
      </w:pPr>
      <w:r>
        <w:t>لیکن کپڑا کیسے بنا؟ اس کے لیے اللہ تعالی نے ایسی چیزیں پیدا کیں،</w:t>
      </w:r>
    </w:p>
    <w:p>
      <w:r>
        <w:rPr>
          <w:b/>
        </w:rPr>
        <w:t xml:space="preserve">[20:25] </w:t>
      </w:r>
      <w:r>
        <w:t>mislan kapas, mislan oon. ab to bohat si cheezein ho gayi hain. yeh sab cheezein agar na hoti to kapra banta kaise?</w:t>
      </w:r>
    </w:p>
    <w:p>
      <w:pPr>
        <w:jc w:val="right"/>
      </w:pPr>
      <w:r>
        <w:t>مثلاً کپاس، مثلاً اون۔ اب تو بہت سی چیزیں ہو گئی ہیں۔ یہ سب چیزیں اگر نہ ہوتی تو کپڑا بنتا کیسے؟</w:t>
      </w:r>
    </w:p>
    <w:p>
      <w:r>
        <w:rPr>
          <w:b/>
        </w:rPr>
        <w:t xml:space="preserve">[20:36] </w:t>
      </w:r>
      <w:r>
        <w:t>sirf mitti hoti dunya mein, sirf pathar hota dunya mein to aap kapra nahi bana sakte thay.</w:t>
      </w:r>
    </w:p>
    <w:p>
      <w:pPr>
        <w:jc w:val="right"/>
      </w:pPr>
      <w:r>
        <w:t>صرف مٹی ہوتی دنیا میں، صرف پتھر ہوتا دنیا میں تو آپ کپڑا نہیں بنا سکتے تھے۔</w:t>
      </w:r>
    </w:p>
    <w:p>
      <w:r>
        <w:rPr>
          <w:b/>
        </w:rPr>
        <w:t xml:space="preserve">[20:45] </w:t>
      </w:r>
      <w:r>
        <w:t>to Allah taala ne kaisi ajeeb cheez di hai insan ko ke aisi cheezein hain paida kardi ke jo jo kapre mein dhal jayein aur aap ke jism ki araish bane, zeenat bane.</w:t>
      </w:r>
    </w:p>
    <w:p>
      <w:pPr>
        <w:jc w:val="right"/>
      </w:pPr>
      <w:r>
        <w:t>تو اللہ تعالی نے کیسی عجیب چیز دی ہے انسان کو کہ ایسی چیزیں ہیں پیدا کر دی کہ جو جو کپڑے میں ڈھل جائیں اور آپ کے جسم کی آرائش بنے، زینت بنے۔</w:t>
      </w:r>
    </w:p>
    <w:p>
      <w:r>
        <w:rPr>
          <w:b/>
        </w:rPr>
        <w:t xml:space="preserve">[21:03] </w:t>
      </w:r>
      <w:r>
        <w:t>to yeh sochte hue mein ne kaha ke waqai alhamdulillah ka jo kalma hai, woh itna zyada hai, is ke pehlu hain, taza pehlu hain.</w:t>
      </w:r>
    </w:p>
    <w:p>
      <w:pPr>
        <w:jc w:val="right"/>
      </w:pPr>
      <w:r>
        <w:t>تو یہ سوچتے ہوئے میں نے کہا کہ واقعی الحمدللہ کا جو کلمہ ہے، وہ اتنا زیادہ ہے، اس کے پہلو ہیں، تازہ پہلو ہیں۔</w:t>
      </w:r>
    </w:p>
    <w:p>
      <w:r>
        <w:rPr>
          <w:b/>
        </w:rPr>
        <w:t xml:space="preserve">[21:15] </w:t>
      </w:r>
      <w:r>
        <w:t>lekin kab hoga? jab har waqt aap sochein. jaise kapra pehante hue mein ne socha to har har tajurba aap ko yeh remind karne wala ban jaye ke yeh to rehmat khudaawand ka taqaza hai.</w:t>
      </w:r>
    </w:p>
    <w:p>
      <w:pPr>
        <w:jc w:val="right"/>
      </w:pPr>
      <w:r>
        <w:t>لیکن کب ہوگا؟ جب ہر وقت آپ سوچیں۔ جیسے کپڑا پہنتے ہوئے میں نے سوچا تو ہر ہر تجربہ آپ کو یہ ریمائنڈ کرنے والا بن جائے کہ یہ تو رحمت خداوند کا تقاضا ہے۔</w:t>
      </w:r>
    </w:p>
    <w:p>
      <w:r>
        <w:rPr>
          <w:b/>
        </w:rPr>
        <w:t xml:space="preserve">[21:35] </w:t>
      </w:r>
      <w:r>
        <w:t>aap pani lein, kapra uthayein, khana khayein ya zameen pe chale phirein, hawa mein saans lein, suraj ki roshni mein chalein.</w:t>
      </w:r>
    </w:p>
    <w:p>
      <w:pPr>
        <w:jc w:val="right"/>
      </w:pPr>
      <w:r>
        <w:t>آپ پانی لیں، کپڑا اٹھائیں، کھانا کھائیں یا زمین پہ چلے پھریں، ہوا میں سانس لیں، سورج کی روشنی میں چلیں۔</w:t>
      </w:r>
    </w:p>
    <w:p>
      <w:r>
        <w:rPr>
          <w:b/>
        </w:rPr>
        <w:t xml:space="preserve">[21:48] </w:t>
      </w:r>
      <w:r>
        <w:t>yani jitne bhi aap ko zindagi mein tajurbaat hote hain, woh sab tajurbaat aap ke liye yaad dehani ban jayein, Allah ki rehmat ki yaad dehani, Allah ki ehtiyat ki yaad dehani.</w:t>
      </w:r>
    </w:p>
    <w:p>
      <w:pPr>
        <w:jc w:val="right"/>
      </w:pPr>
      <w:r>
        <w:t>یعنی جتنے بھی آپ کو زندگی میں تجربات ہوتے ہیں، وہ سب تجربات آپ کے لیے یاد دہانی بن جائیں، اللہ کی رحمت کی یاد دہانی، اللہ کی احتیاط کی یاد دہانی۔</w:t>
      </w:r>
    </w:p>
    <w:p>
      <w:r>
        <w:rPr>
          <w:b/>
        </w:rPr>
        <w:t xml:space="preserve">[22:02] </w:t>
      </w:r>
      <w:r>
        <w:t>tab sahi maano mein alhamdulillah rabbul alameen niklega aur tab sahi maano mein aap kahein ke khudaaya tu rehman aur raheem hai.</w:t>
      </w:r>
    </w:p>
    <w:p>
      <w:pPr>
        <w:jc w:val="right"/>
      </w:pPr>
      <w:r>
        <w:t>تب صحیح معنوں میں الحمدللہ رب العالمین نکلے گا اور تب صحیح معنوں میں آپ کہیں کہ خدایا تو رحمان اور رحیم ہے۔</w:t>
      </w:r>
    </w:p>
    <w:p>
      <w:r>
        <w:rPr>
          <w:b/>
        </w:rPr>
        <w:t xml:space="preserve">[22:13] </w:t>
      </w:r>
      <w:r>
        <w:t>phir dekhiye, agli ayat jo hai malik-e-yau-middin ke Allah malik hai jaza ke din ka. yeh bhi daryaft ka kalma hai.</w:t>
      </w:r>
    </w:p>
    <w:p>
      <w:pPr>
        <w:jc w:val="right"/>
      </w:pPr>
      <w:r>
        <w:t>پھر دیکھیے، اگلی آیت جو ہے مالک یوم الدین کہ اللہ مالک ہے جزا کے دن کا۔ یہ بھی دریافت کا کلمہ ہے۔</w:t>
      </w:r>
    </w:p>
    <w:p>
      <w:r>
        <w:rPr>
          <w:b/>
        </w:rPr>
        <w:t xml:space="preserve">[22:26] </w:t>
      </w:r>
      <w:r>
        <w:t>jab aap in baaton ko daryaft karte hain jo mein ne arz kiya abhi to phir yeh sawal hota hai ke aakhir yeh yeh dunya kis liye?</w:t>
      </w:r>
    </w:p>
    <w:p>
      <w:pPr>
        <w:jc w:val="right"/>
      </w:pPr>
      <w:r>
        <w:t>جب آپ ان باتوں کو دریافت کرتے ہیں جو میں نے عرض کیا ابھی تو پھر یہ سوال ہوتا ہے کہ آخر یہ یہ دنیا کس لیے؟</w:t>
      </w:r>
    </w:p>
    <w:p>
      <w:r>
        <w:rPr>
          <w:b/>
        </w:rPr>
        <w:t xml:space="preserve">[22:37] </w:t>
      </w:r>
      <w:r>
        <w:t>yeh insan kis liye? yeh zindagi kis liye? kya is liye ke bas paida ho, khatam ho jaye?</w:t>
      </w:r>
    </w:p>
    <w:p>
      <w:pPr>
        <w:jc w:val="right"/>
      </w:pPr>
      <w:r>
        <w:t>یہ انسان کس لیے؟ یہ زندگی کس لیے؟ کیا اس لیے کہ بس پیدا ہو، ختم ہو جائے؟</w:t>
      </w:r>
    </w:p>
    <w:p>
      <w:r>
        <w:rPr>
          <w:b/>
        </w:rPr>
        <w:t xml:space="preserve">[22:45] </w:t>
      </w:r>
      <w:r>
        <w:t>to aap sochte hain ke itna bara waqia hai, yeh zindagi itna bara waqia hai, yeh yeh dunya ki takhleeq, woh</w:t>
      </w:r>
    </w:p>
    <w:p>
      <w:pPr>
        <w:jc w:val="right"/>
      </w:pPr>
      <w:r>
        <w:t>تو آپ سوچتے ہیں کہ اتنا بڑا واقعہ ہے، یہ زندگی اتنا بڑا واقعہ ہے، یہ یہ دنیا کی تخلیق، وہ</w:t>
      </w:r>
    </w:p>
    <w:p>
      <w:r>
        <w:rPr>
          <w:b/>
        </w:rPr>
        <w:t xml:space="preserve">[22:56] </w:t>
      </w:r>
      <w:r>
        <w:t>yani abas nahi ho sakti, befaida nahi ho sakti, is parpeless nahi ho sakti.</w:t>
      </w:r>
    </w:p>
    <w:p>
      <w:pPr>
        <w:jc w:val="right"/>
      </w:pPr>
      <w:r>
        <w:t>یعنی عبث نہیں ہو سکتی، بے فائدہ نہیں ہو سکتی، اس پرپس لیس نہیں ہو سکتی۔</w:t>
      </w:r>
    </w:p>
    <w:p>
      <w:r>
        <w:rPr>
          <w:b/>
        </w:rPr>
        <w:t xml:space="preserve">[23:04] </w:t>
      </w:r>
      <w:r>
        <w:t>zaroori hai ke is ka koi izhaar ho. tab aap ki zuban se nikalta hai malik-e-yau-middin ke ek din aane wala hai, ek din aane wala hai jab ke tamam haqiqaton ka izhaar ho,</w:t>
      </w:r>
    </w:p>
    <w:p>
      <w:pPr>
        <w:jc w:val="right"/>
      </w:pPr>
      <w:r>
        <w:t>ضروری ہے کہ اس کا کوئی اظہار ہو۔ تب آپ کی زبان سے نکلتا ہے مالک یوم الدین کہ ایک دن آنے والا ہے، ایک دن آنے والا ہے جب کہ تمام حقیقتوں کا اظہار ہو،</w:t>
      </w:r>
    </w:p>
    <w:p>
      <w:r>
        <w:rPr>
          <w:b/>
        </w:rPr>
        <w:t xml:space="preserve">[23:18] </w:t>
      </w:r>
      <w:r>
        <w:t>tamam insano ko jaancha jaye un ke aamal ke aitbar se aur yeh faisla kiya jaye ke kaun hai jo jannat jannat ka mustahiq hai aur kaun hai jo jannat ka mustahiq nahi hai.</w:t>
      </w:r>
    </w:p>
    <w:p>
      <w:pPr>
        <w:jc w:val="right"/>
      </w:pPr>
      <w:r>
        <w:t>تمام انسانوں کو جانچا جائے ان کے اعمال کے اعتبار سے اور یہ فیصلہ کیا جائے کہ کون ہے جو جنت جنت کا مستحق ہے اور کون ہے جو جنت کا مستحق نہیں ہے۔</w:t>
      </w:r>
    </w:p>
    <w:p>
      <w:r>
        <w:rPr>
          <w:b/>
        </w:rPr>
        <w:t xml:space="preserve">[23:34] </w:t>
      </w:r>
      <w:r>
        <w:t>kyun ke dunya mein dekhiye, aadmi ko azadi di gayi hai to koi misuse karta hai, koi azadi ko barabar use karta hai.</w:t>
      </w:r>
    </w:p>
    <w:p>
      <w:pPr>
        <w:jc w:val="right"/>
      </w:pPr>
      <w:r>
        <w:t>کیونکہ دنیا میں دیکھیے، آدمی کو آزادی دی گئی ہے تو کوئی مس یوز کرتا ہے، کوئی آزادی کو برابر یوز کرتا ہے۔</w:t>
      </w:r>
    </w:p>
    <w:p>
      <w:r>
        <w:rPr>
          <w:b/>
        </w:rPr>
        <w:t xml:space="preserve">[23:45] </w:t>
      </w:r>
      <w:r>
        <w:t>donon barabar nahi ho sakte.</w:t>
      </w:r>
    </w:p>
    <w:p>
      <w:pPr>
        <w:jc w:val="right"/>
      </w:pPr>
      <w:r>
        <w:t>دونوں برابر نہیں ہو سکتے۔</w:t>
      </w:r>
    </w:p>
    <w:p>
      <w:r>
        <w:rPr>
          <w:b/>
        </w:rPr>
        <w:t xml:space="preserve">[23:48] </w:t>
      </w:r>
      <w:r>
        <w:t>jo apni azadi ko sahi, azadi ka sahi istemal kare, uska darja, uska anjaam aur jo aap apni azadi ko misuse kare, uska anjaam ek ek nahi ho sakta, do hoga.</w:t>
      </w:r>
    </w:p>
    <w:p>
      <w:pPr>
        <w:jc w:val="right"/>
      </w:pPr>
      <w:r>
        <w:t>جو اپنی آزادی کو صحیح، آزادی کا صحیح استعمال کرے، اس کا درجہ، اس کا انجام اور جو آپ اپنی آزادی کو مس یوز کرے، اس کا انجام ایک ایک نہیں ہو سکتا، دو ہوگا۔</w:t>
      </w:r>
    </w:p>
    <w:p>
      <w:r>
        <w:rPr>
          <w:b/>
        </w:rPr>
        <w:t xml:space="preserve">[24:04] </w:t>
      </w:r>
      <w:r>
        <w:t>yahi hai yau-middin. to yeh yau-middin yani dunya se guzar kar ek waqt aane wala hai</w:t>
      </w:r>
    </w:p>
    <w:p>
      <w:pPr>
        <w:jc w:val="right"/>
      </w:pPr>
      <w:r>
        <w:t>یہی ہے یوم الدین۔ تو یہ یوم الدین یعنی دنیا سے گزر کر ایک وقت آنے والا ہے</w:t>
      </w:r>
    </w:p>
    <w:p>
      <w:r>
        <w:rPr>
          <w:b/>
        </w:rPr>
        <w:t xml:space="preserve">[24:14] </w:t>
      </w:r>
      <w:r>
        <w:t>jab sare insan ekatha hon, sare insano ka ijazat liya jaye, sare insano ko tola jaye, sare insano ka record dekha jaye.</w:t>
      </w:r>
    </w:p>
    <w:p>
      <w:pPr>
        <w:jc w:val="right"/>
      </w:pPr>
      <w:r>
        <w:t>جب سارے انسان اکٹھا ہوں، سارے انسانوں کا اجازت لیا جائے، سارے انسانوں کو تولا جائے، سارے انسانوں کا ریکارڈ دیکھا جائے۔</w:t>
      </w:r>
    </w:p>
    <w:p>
      <w:r>
        <w:rPr>
          <w:b/>
        </w:rPr>
        <w:t xml:space="preserve">[24:27] </w:t>
      </w:r>
      <w:r>
        <w:t>ab phir faisla kiya jaye ke kon hai is mein jis ne sahi maano mein alhamd wali zindagi guzari, alhamdulillah rabbul alameen wali zindagi guzari aur kon hai jo is se hat gaya.</w:t>
      </w:r>
    </w:p>
    <w:p>
      <w:pPr>
        <w:jc w:val="right"/>
      </w:pPr>
      <w:r>
        <w:t>اب پھر فیصلہ کیا جائے کہ کون ہے اس میں جس نے صحیح معنوں میں الحمد والی زندگی گزاری، الحمدللہ رب العالمین والی زندگی گزاری اور کون ہے جو اس سے ہٹ گیا۔</w:t>
      </w:r>
    </w:p>
    <w:p>
      <w:r>
        <w:rPr>
          <w:b/>
        </w:rPr>
        <w:t xml:space="preserve">[24:45] </w:t>
      </w:r>
      <w:r>
        <w:t>yeh hai malik-e-yomiddin, jaza ke din ka malik aur jaza ke din jo hai, us ke is ka jaza ke din ko qaim karne wala,</w:t>
      </w:r>
    </w:p>
    <w:p>
      <w:pPr>
        <w:jc w:val="right"/>
      </w:pPr>
      <w:r>
        <w:t>یہ ہے مالک یوم الدین، جزا کے دن کا مالک اور جزا کے دن جو ہے، اس کے اس کا جزا کے دن کو قائم کرنے والا،</w:t>
      </w:r>
    </w:p>
    <w:p>
      <w:r>
        <w:rPr>
          <w:b/>
        </w:rPr>
        <w:t xml:space="preserve">[25:00] </w:t>
      </w:r>
      <w:r>
        <w:t>is ke taqaze ko poore karne wala, woh bhi Allah rabbul alameen ho sakta hai.</w:t>
      </w:r>
    </w:p>
    <w:p>
      <w:pPr>
        <w:jc w:val="right"/>
      </w:pPr>
      <w:r>
        <w:t>اس کے تقاضے کو پورے کرنے والا، وہ بھی اللہ رب العالمین ہو سکتا ہے۔</w:t>
      </w:r>
    </w:p>
    <w:p>
      <w:r>
        <w:rPr>
          <w:b/>
        </w:rPr>
        <w:t xml:space="preserve">[25:06] </w:t>
      </w:r>
      <w:r>
        <w:t>Allah rabbul alameen se kam darje ki koi taqat yeh nahi kar sakti ke woh yomiddin ko barpa kare jis mein sab ka hisab kitab ho.</w:t>
      </w:r>
    </w:p>
    <w:p>
      <w:pPr>
        <w:jc w:val="right"/>
      </w:pPr>
      <w:r>
        <w:t>اللہ رب العالمین سے کم درجے کی کوئی طاقت یہ نہیں کر سکتی کہ وہ یوم الدین کو برپا کرے جس میں سب کا حساب کتاب ہو۔</w:t>
      </w:r>
    </w:p>
    <w:p>
      <w:r>
        <w:rPr>
          <w:b/>
        </w:rPr>
        <w:t xml:space="preserve">[25:19] </w:t>
      </w:r>
      <w:r>
        <w:t>to yeh sab discovery ke marhale hain, daryaft ke marhale hain. jab aap sochte hain, contemplation ki zindagi guzarte hain, tadabbur ki ki zindagi guzarte hain to ek ke baad ek aap ko daryaften hoti rehti hain.</w:t>
      </w:r>
    </w:p>
    <w:p>
      <w:pPr>
        <w:jc w:val="right"/>
      </w:pPr>
      <w:r>
        <w:t>تو یہ سب ڈسکوری کے مراحل ہیں، دریافت کے مراحل ہیں۔ جب آپ سوچتے ہیں، کنٹمپلیشن کی زندگی گزارتے ہیں، تدبر کی کی زندگی گزارتے ہیں تو ایک کے بعد ایک آپ کو دریافتیں ہوتی رہتی ہیں۔</w:t>
      </w:r>
    </w:p>
    <w:p>
      <w:r>
        <w:rPr>
          <w:b/>
        </w:rPr>
        <w:t xml:space="preserve">[25:37] </w:t>
      </w:r>
      <w:r>
        <w:t>to aap ko daryaft hoti hai Allah ke hamd ki, us ke rehman aur rahim hone ki. phir aap ko daryaft hoti hai ke zaroori hai ke ek woh din aaye jab ke Allah apni taqat se yomiddin qaim kare.</w:t>
      </w:r>
    </w:p>
    <w:p>
      <w:pPr>
        <w:jc w:val="right"/>
      </w:pPr>
      <w:r>
        <w:t>تو آپ کو دریافت ہوتی ہے اللہ کے حمد کی، اس کے رحمان اور رحیم ہونے کی۔ پھر آپ کو دریافت ہوتی ہے کہ ضروری ہے کہ ایک وہ دن آئے جب کہ اللہ اپنی طاقت سے یوم الدین قائم کرے۔</w:t>
      </w:r>
    </w:p>
    <w:p>
      <w:r>
        <w:rPr>
          <w:b/>
        </w:rPr>
        <w:t xml:space="preserve">[25:54] </w:t>
      </w:r>
      <w:r>
        <w:t>jab</w:t>
      </w:r>
    </w:p>
    <w:p>
      <w:pPr>
        <w:jc w:val="right"/>
      </w:pPr>
      <w:r>
        <w:t>جب</w:t>
      </w:r>
    </w:p>
    <w:p>
      <w:r>
        <w:rPr>
          <w:b/>
        </w:rPr>
        <w:t xml:space="preserve">[25:55] </w:t>
      </w:r>
      <w:r>
        <w:t>un logon ko jinhone zindagi ka sahi istemal kiya, is ka badla diya jaye, inaam diya jaye aur jin logon ne azadi galat istemal kiya, woh bhi apne is ki saza paein.</w:t>
      </w:r>
    </w:p>
    <w:p>
      <w:pPr>
        <w:jc w:val="right"/>
      </w:pPr>
      <w:r>
        <w:t>ان لوگوں کو جنہوں نے زندگی کا صحیح استعمال کیا، اس کا بدلہ دیا جائے، انعام دیا جائے اور جن لوگوں نے آزادی غلط استعمال کیا، وہ بھی اپنے اس کی سزا پائیں۔</w:t>
      </w:r>
    </w:p>
    <w:p>
      <w:r>
        <w:rPr>
          <w:b/>
        </w:rPr>
        <w:t xml:space="preserve">[26:14] </w:t>
      </w:r>
      <w:r>
        <w:t>to yeh hua malik-e-yomiddin.</w:t>
      </w:r>
    </w:p>
    <w:p>
      <w:pPr>
        <w:jc w:val="right"/>
      </w:pPr>
      <w:r>
        <w:t>تو یہ ہوا مالک یوم الدین۔</w:t>
      </w:r>
    </w:p>
    <w:p>
      <w:r>
        <w:rPr>
          <w:b/>
        </w:rPr>
        <w:t xml:space="preserve">[26:18] </w:t>
      </w:r>
      <w:r>
        <w:t>is ke baad yeh ayat aati hai: iyyaka na'budu wa iyyaka nasta'in. ab yeh daryaft ka agla marhala hai.</w:t>
      </w:r>
    </w:p>
    <w:p>
      <w:pPr>
        <w:jc w:val="right"/>
      </w:pPr>
      <w:r>
        <w:t>اس کے بعد یہ آیت آتی ہے: ایاک نعبد وایاک نستعین۔ اب یہ دریافت کا اگلا مرحلہ ہے۔</w:t>
      </w:r>
    </w:p>
    <w:p>
      <w:r>
        <w:rPr>
          <w:b/>
        </w:rPr>
        <w:t xml:space="preserve">[26:30] </w:t>
      </w:r>
      <w:r>
        <w:t>yeh sab daryaft ka safar hai, daryaft ke safar ke marhale hain.</w:t>
      </w:r>
    </w:p>
    <w:p>
      <w:pPr>
        <w:jc w:val="right"/>
      </w:pPr>
      <w:r>
        <w:t>یہ سب دریافت کا سفر ہے، دریافت کے سفر کے مراحل ہیں۔</w:t>
      </w:r>
    </w:p>
    <w:p>
      <w:r>
        <w:rPr>
          <w:b/>
        </w:rPr>
        <w:t xml:space="preserve">[26:42] </w:t>
      </w:r>
      <w:r>
        <w:t>iyyaka na'budu wa iyyaka nasta'</w:t>
      </w:r>
    </w:p>
    <w:p>
      <w:pPr>
        <w:jc w:val="right"/>
      </w:pPr>
      <w:r>
        <w:t>ایاک نعبد وایاک نستع</w:t>
      </w:r>
    </w:p>
    <w:p>
      <w:r>
        <w:rPr>
          <w:b/>
        </w:rPr>
        <w:t xml:space="preserve">[26:45] </w:t>
      </w:r>
      <w:r>
        <w:t>in. ab banda yeh keh padhta hai ke khudaaya, mein teri hi ibadat karta hoon. tujh ko mein ne daryaft kiya is hesiyat se ke tu mera rab hai, mera ma'bud hai,</w:t>
      </w:r>
    </w:p>
    <w:p>
      <w:pPr>
        <w:jc w:val="right"/>
      </w:pPr>
      <w:r>
        <w:t>ین۔ اب بندہ یہ کہہ پڑتا ہے کہ خدایا، میں تیری ہی عبادت کرتا ہوں۔ تجھ کو میں دریافت کیا اس حیثیت سے کہ تو میرا رب ہے، میرا معبود ہے،</w:t>
      </w:r>
    </w:p>
    <w:p>
      <w:r>
        <w:rPr>
          <w:b/>
        </w:rPr>
        <w:t xml:space="preserve">[27:00] </w:t>
      </w:r>
      <w:r>
        <w:t>tu mujh ko sab kuch dene wala hai. tu tu hi is ka mustahiq hai ke teri ibadat ki jaye.</w:t>
      </w:r>
    </w:p>
    <w:p>
      <w:pPr>
        <w:jc w:val="right"/>
      </w:pPr>
      <w:r>
        <w:t>تو مجھ کو سب کچھ دینے والا ہے۔ تو تو ہی اس کا مستحق ہے کہ تیری عبادت کی جائے۔</w:t>
      </w:r>
    </w:p>
    <w:p>
      <w:r>
        <w:rPr>
          <w:b/>
        </w:rPr>
        <w:t xml:space="preserve">[27:06] </w:t>
      </w:r>
      <w:r>
        <w:t>ibadat ka matlab hota hai kisi ko apna supreme concern banana, supreme concern banana.</w:t>
      </w:r>
    </w:p>
    <w:p>
      <w:pPr>
        <w:jc w:val="right"/>
      </w:pPr>
      <w:r>
        <w:t>عبادت کا مطلب ہوتا ہے کسی کو اپنا سپریم کنسرن بنانا، سپریم کنسرن بنانا۔</w:t>
      </w:r>
    </w:p>
    <w:p>
      <w:r>
        <w:rPr>
          <w:b/>
        </w:rPr>
        <w:t xml:space="preserve">[27:18] </w:t>
      </w:r>
      <w:r>
        <w:t>jab aap Allah ko apna supreme concern banate hain to is ke baad jo zindagi banti hai aap ki, is ke baad jo aap ka zindagi ki jo surat banti hai, woh isi ko ibadat kaha gaya hai.</w:t>
      </w:r>
    </w:p>
    <w:p>
      <w:pPr>
        <w:jc w:val="right"/>
      </w:pPr>
      <w:r>
        <w:t>جب آپ اللہ کو اپنا سپریم کنسرن بناتے ہیں تو اس کے بعد جو زندگی بنتی ہے آپ کی، اس کے بعد جو آپ کا زندگی کی جو صورت بنتی ہے، وہ اسی کو عبادت کہا گیا ہے۔</w:t>
      </w:r>
    </w:p>
    <w:p>
      <w:r>
        <w:rPr>
          <w:b/>
        </w:rPr>
        <w:t xml:space="preserve">[27:34] </w:t>
      </w:r>
      <w:r>
        <w:t>isi mein, is mein namaz roza bhi hai, is mein ikhlaq bhi hai, is mein</w:t>
      </w:r>
    </w:p>
    <w:p>
      <w:pPr>
        <w:jc w:val="right"/>
      </w:pPr>
      <w:r>
        <w:t>اسی میں، اس میں نماز روزہ بھی ہے، اس میں اخلاق بھی ہے، اس میں</w:t>
      </w:r>
    </w:p>
    <w:p>
      <w:r>
        <w:rPr>
          <w:b/>
        </w:rPr>
        <w:t xml:space="preserve">[27:44] </w:t>
      </w:r>
      <w:r>
        <w:t>surrender karna bhi hai, woh sab is mein shamil hai.</w:t>
      </w:r>
    </w:p>
    <w:p>
      <w:pPr>
        <w:jc w:val="right"/>
      </w:pPr>
      <w:r>
        <w:t>سرنڈر کرنا بھی ہے، وہ سب اس میں شامل ہے۔</w:t>
      </w:r>
    </w:p>
    <w:p>
      <w:r>
        <w:rPr>
          <w:b/>
        </w:rPr>
        <w:t xml:space="preserve">[27:50] </w:t>
      </w:r>
      <w:r>
        <w:t>to iyyaka na'budu wa iyyaka nasta'in. yani aye khuda, tu hi is ka mustahiq hai ke ke mein tujh ko apna concern banaoon, tujh teri ibadat karoon, tere ke apne aap ko surrender kar doon.</w:t>
      </w:r>
    </w:p>
    <w:p>
      <w:pPr>
        <w:jc w:val="right"/>
      </w:pPr>
      <w:r>
        <w:t>تو ایاک نعبد وایاک نستعین۔ یعنی اے خدا، تو ہی اس کا مستحق ہے کہ کہ میں تجھ کو اپنا کنسرن بناؤں، تجھ تیری عبادت کروں، تیرے کے اپنے آپ کو سرنڈر کر دوں۔</w:t>
      </w:r>
    </w:p>
    <w:p>
      <w:r>
        <w:rPr>
          <w:b/>
        </w:rPr>
        <w:t xml:space="preserve">[28:06] </w:t>
      </w:r>
      <w:r>
        <w:t>is daryaft ka yeh agla marhala hai.</w:t>
      </w:r>
    </w:p>
    <w:p>
      <w:pPr>
        <w:jc w:val="right"/>
      </w:pPr>
      <w:r>
        <w:t>اس دریافت کا یہ اگلا مرحلہ ہے۔</w:t>
      </w:r>
    </w:p>
    <w:p>
      <w:r>
        <w:rPr>
          <w:b/>
        </w:rPr>
        <w:t xml:space="preserve">[28:15] </w:t>
      </w:r>
      <w:r>
        <w:t>to alhamdulillah rabbul alameen, ar-rehman ar-rahim, malik-e-yomiddin, iyyaka na'budu wa iyyaka nasta'in.</w:t>
      </w:r>
    </w:p>
    <w:p>
      <w:pPr>
        <w:jc w:val="right"/>
      </w:pPr>
      <w:r>
        <w:t>تو الحمدللہ رب العالمین، الرحمن الرحیم، مالک یوم الدین، ایاک نعبد وایاک نستعین۔</w:t>
      </w:r>
    </w:p>
    <w:p>
      <w:r>
        <w:rPr>
          <w:b/>
        </w:rPr>
        <w:t xml:space="preserve">[28:24] </w:t>
      </w:r>
      <w:r>
        <w:t>phir hai ihdinas-sirat-al-mustaqim. is ke baad hai ihdinas-sirat-al-mustaqim. aye Allah, hum ko seedhe raaste ki tofeeq de.</w:t>
      </w:r>
    </w:p>
    <w:p>
      <w:pPr>
        <w:jc w:val="right"/>
      </w:pPr>
      <w:r>
        <w:t>پھر ہے اہدنا الصراط المستقیم۔ اس کے بعد ہے اہدنا الصراط المستقیم۔ اے اللہ، ہم کو سیدھے راستے کی توفیق دے۔</w:t>
      </w:r>
    </w:p>
    <w:p>
      <w:r>
        <w:rPr>
          <w:b/>
        </w:rPr>
        <w:t xml:space="preserve">[28:38] </w:t>
      </w:r>
      <w:r>
        <w:t>ab yahan par daryaft agle marhale mein pahunchti hai</w:t>
      </w:r>
    </w:p>
    <w:p>
      <w:pPr>
        <w:jc w:val="right"/>
      </w:pPr>
      <w:r>
        <w:t>اب یہاں پر دریافت اگلے مرحلے میں پہنچتی ہے</w:t>
      </w:r>
    </w:p>
    <w:p>
      <w:r>
        <w:rPr>
          <w:b/>
        </w:rPr>
        <w:t xml:space="preserve">[28:43] </w:t>
      </w:r>
      <w:r>
        <w:t>ke insan bohat kuch daryaft karta hai, phir bhi woh mehsoos karta hai ke mein apni aqal se mein nahi jaan sakta ke mujhe kya karna chahiye jis se meri dunya durust ho aur meri akhirat mein mujhe Allah ka inaam mile.</w:t>
      </w:r>
    </w:p>
    <w:p>
      <w:pPr>
        <w:jc w:val="right"/>
      </w:pPr>
      <w:r>
        <w:t>کہ انسان بہت کچھ دریافت کرتا ہے، پھر بھی وہ محسوس کرتا ہے کہ میں اپنی عقل سے میں نہیں جان سکتا کہ مجھے کیا کرنا چاہیے جس سے میری دنیا درست ہو اور میری آخرت میں مجھے اللہ کا انعام ملے۔</w:t>
      </w:r>
    </w:p>
    <w:p>
      <w:r>
        <w:rPr>
          <w:b/>
        </w:rPr>
        <w:t xml:space="preserve">[29:02] </w:t>
      </w:r>
      <w:r>
        <w:t>to banda keh keh uthta hai: ihdinas-sirat-al-mustaqim.</w:t>
      </w:r>
    </w:p>
    <w:p>
      <w:pPr>
        <w:jc w:val="right"/>
      </w:pPr>
      <w:r>
        <w:t>تو بندہ کہہ کہہ اٹھتا ہے: اہدنا الصراط المستقیم۔</w:t>
      </w:r>
    </w:p>
    <w:p>
      <w:r>
        <w:rPr>
          <w:b/>
        </w:rPr>
        <w:t xml:space="preserve">[29:07] </w:t>
      </w:r>
      <w:r>
        <w:t>ae allah, mujh ko hidayat de seedhay rastay ki. seedhay rastay ke maani hain sachay rastay ki. yeh woh rasta hai jo seedha teri zaat tak pohanchta hai.</w:t>
      </w:r>
    </w:p>
    <w:p>
      <w:pPr>
        <w:jc w:val="right"/>
      </w:pPr>
      <w:r>
        <w:t>اے اللہ، مجھ کو ہدایت دے سیدھے راستے کی۔ سیدھے راستے کے معنی ہیں سچے راستے کی۔ یہ وہ راستہ ہے جو سیدھا تیری ذات تک پہنچتا ہے۔</w:t>
      </w:r>
    </w:p>
    <w:p>
      <w:r>
        <w:rPr>
          <w:b/>
        </w:rPr>
        <w:t xml:space="preserve">[29:21] </w:t>
      </w:r>
      <w:r>
        <w:t>tu dekhen, silsila war aik aik daryaft chal rahi hai. pehle aaya Alhamdulillah rabb-ul-alameen, phir aaya Ar-Rahman Ar-Raheem, phir Maliki yawm-id-deen, phir iyyaka na'budu wa iyyaka nasta'een.</w:t>
      </w:r>
    </w:p>
    <w:p>
      <w:pPr>
        <w:jc w:val="right"/>
      </w:pPr>
      <w:r>
        <w:t>تو دیکھیں، سلسلہ وار ایک ایک دریافت چل رہی ہے۔ پہلے آیا الحمدللہ رب العالمین، پھر آیا الرحمن الرحیم، پھر مالک یوم الدین، پھر ایاک نعبد وایاک نستعین۔</w:t>
      </w:r>
    </w:p>
    <w:p>
      <w:r>
        <w:rPr>
          <w:b/>
        </w:rPr>
        <w:t xml:space="preserve">[29:34] </w:t>
      </w:r>
      <w:r>
        <w:t>hum teri hi ibadat karte hain, tere aage surrender karte hain,</w:t>
      </w:r>
    </w:p>
    <w:p>
      <w:pPr>
        <w:jc w:val="right"/>
      </w:pPr>
      <w:r>
        <w:t>ہم تیری ہی عبادت کرتے ہیں، تیرے آگے سرنڈر کرتے ہیں،</w:t>
      </w:r>
    </w:p>
    <w:p>
      <w:r>
        <w:rPr>
          <w:b/>
        </w:rPr>
        <w:t xml:space="preserve">[29:40] </w:t>
      </w:r>
      <w:r>
        <w:t>tujh hi ko apna sab kuch banate hain.</w:t>
      </w:r>
    </w:p>
    <w:p>
      <w:pPr>
        <w:jc w:val="right"/>
      </w:pPr>
      <w:r>
        <w:t>تجھ ہی کو اپنا سب کچھ بناتے ہیں۔</w:t>
      </w:r>
    </w:p>
    <w:p>
      <w:r>
        <w:rPr>
          <w:b/>
        </w:rPr>
        <w:t xml:space="preserve">[29:46] </w:t>
      </w:r>
      <w:r>
        <w:t>tu to hum ko sahi rasta dikha, hum ko bhatak bhatakne se bacha.</w:t>
      </w:r>
    </w:p>
    <w:p>
      <w:pPr>
        <w:jc w:val="right"/>
      </w:pPr>
      <w:r>
        <w:t>تو تو ہم کو صحیح راستہ دکھا، ہم کو بھٹک بھٹکنے سے بچا۔</w:t>
      </w:r>
    </w:p>
    <w:p>
      <w:r>
        <w:rPr>
          <w:b/>
        </w:rPr>
        <w:t xml:space="preserve">[29:56] </w:t>
      </w:r>
      <w:r>
        <w:t>ab isi ke isi ki wazahat mazeed aage aati hai: sirat-al-ladheena an'amta 'alayhim. yeh rasta kaun sa hai?</w:t>
      </w:r>
    </w:p>
    <w:p>
      <w:pPr>
        <w:jc w:val="right"/>
      </w:pPr>
      <w:r>
        <w:t>اب اسی کے اسی کی وضاحت مزید آگے آتی ہے: صراط الذین انعمت علیہم۔ یہ راستہ کون سا ہے؟</w:t>
      </w:r>
    </w:p>
    <w:p>
      <w:r>
        <w:rPr>
          <w:b/>
        </w:rPr>
        <w:t xml:space="preserve">[30:08] </w:t>
      </w:r>
      <w:r>
        <w:t>wo rasta un logon ka rasta hai jin par tu ne inaam kiya. kyunke hum se pehle bohat se log paida hue, bohat se peghambar aaye, achhe bande aaye, aise achhe bande aaye jis se allah raazi tha.</w:t>
      </w:r>
    </w:p>
    <w:p>
      <w:pPr>
        <w:jc w:val="right"/>
      </w:pPr>
      <w:r>
        <w:t>وہ راستہ ان لوگوں کا راستہ ہے جن پر تو نے انعام کیا۔ کیونکہ ہم سے پہلے بہت سے لوگ پیدا ہوئے، بہت سے پیغمبر آئے، اچھے بندے آئے، ایسے اچھے بندے آئے جس سے اللہ راضی تھا۔</w:t>
      </w:r>
    </w:p>
    <w:p>
      <w:r>
        <w:rPr>
          <w:b/>
        </w:rPr>
        <w:t xml:space="preserve">[30:25] </w:t>
      </w:r>
      <w:r>
        <w:t>tu apne ko banda un is is is giroh se jod leta hai.</w:t>
      </w:r>
    </w:p>
    <w:p>
      <w:pPr>
        <w:jc w:val="right"/>
      </w:pPr>
      <w:r>
        <w:t>تو اپنے کو بندہ ان اس اس اس گروہ سے جوڑ لیتا ہے۔</w:t>
      </w:r>
    </w:p>
    <w:p>
      <w:r>
        <w:rPr>
          <w:b/>
        </w:rPr>
        <w:t xml:space="preserve">[30:34] </w:t>
      </w:r>
      <w:r>
        <w:t>is mein yeh bhi shamil hai ke ae ae khuda, mujhe in bandon mein shamil kar de jin ko teri raza mili, jin ko teri hidayat mili aur is ko pakda unhon ne.</w:t>
      </w:r>
    </w:p>
    <w:p>
      <w:pPr>
        <w:jc w:val="right"/>
      </w:pPr>
      <w:r>
        <w:t>اس میں یہ بھی شامل ہے کہ اے اے خدا، مجھے ان بندوں میں شامل کر دے جن کو تیری رضا ملی، جن کو تیری ہدایت ملی اور اس کو پکڑا انہوں نے۔</w:t>
      </w:r>
    </w:p>
    <w:p>
      <w:r>
        <w:rPr>
          <w:b/>
        </w:rPr>
        <w:t xml:space="preserve">[30:51] </w:t>
      </w:r>
      <w:r>
        <w:t>tu sirat-al-ladheena an'amta 'alayhim woh rasta un logon ka rasta hai jin par tu ne inaam kiya.</w:t>
      </w:r>
    </w:p>
    <w:p>
      <w:pPr>
        <w:jc w:val="right"/>
      </w:pPr>
      <w:r>
        <w:t>تو صراط الذین انعمت علیہم وہ راستہ ان لوگوں کا راستہ ہے جن پر تو نے انعام کیا۔</w:t>
      </w:r>
    </w:p>
    <w:p>
      <w:r>
        <w:rPr>
          <w:b/>
        </w:rPr>
        <w:t xml:space="preserve">[31:05] </w:t>
      </w:r>
      <w:r>
        <w:t>ghair-il-maghdubi 'alayhim wal-dal-leen. dekhiye, yeh jo lafz hai, yeh kisi mu'ayyan firqe ke bare mein nahi hai. ghair-il-maghdubi 'alayhim wal-dal-leen yeh hai kisi mu'ayyan firqe ke bare mein nahi hai,</w:t>
      </w:r>
    </w:p>
    <w:p>
      <w:pPr>
        <w:jc w:val="right"/>
      </w:pPr>
      <w:r>
        <w:t>غیر المغضوب علیہم والضالین۔ دیکھیے، یہ جو لفظ ہے، یہ کسی متعین فرقے کے بارے میں نہیں ہے۔ غیر المغضوب علیہم والضالین یہ ہے کسی متعین فرقے کے بارے میں نہیں ہے،</w:t>
      </w:r>
    </w:p>
    <w:p>
      <w:r>
        <w:rPr>
          <w:b/>
        </w:rPr>
        <w:t xml:space="preserve">[31:22] </w:t>
      </w:r>
      <w:r>
        <w:t>balke do cases ke bare mein hai.</w:t>
      </w:r>
    </w:p>
    <w:p>
      <w:pPr>
        <w:jc w:val="right"/>
      </w:pPr>
      <w:r>
        <w:t>بلکہ دو کیسز کے بارے میں ہے۔</w:t>
      </w:r>
    </w:p>
    <w:p>
      <w:r>
        <w:rPr>
          <w:b/>
        </w:rPr>
        <w:t xml:space="preserve">[31:28] </w:t>
      </w:r>
      <w:r>
        <w:t xml:space="preserve">wo cases kaun hain? aik woh hai, yaani yahan teen giroh bane. </w:t>
      </w:r>
    </w:p>
    <w:p>
      <w:pPr>
        <w:jc w:val="right"/>
      </w:pPr>
      <w:r>
        <w:t>وہ کیسز کون ہیں؟ ایک وہ ہے، یعنی یہاں تین گروہ بنے۔</w:t>
      </w:r>
    </w:p>
    <w:p>
      <w:r>
        <w:rPr>
          <w:b/>
        </w:rPr>
        <w:t xml:space="preserve">[31:35] </w:t>
      </w:r>
      <w:r>
        <w:t>aik giroh to woh an'amta 'alayhim, teen giroh bane: aik inaam wala giroh, aik zalim ka giroh, aik maghdub ka giroh.</w:t>
      </w:r>
    </w:p>
    <w:p>
      <w:pPr>
        <w:jc w:val="right"/>
      </w:pPr>
      <w:r>
        <w:t>ایک گروہ تو وہ انعمت علیہم، تین گروہ بنے: ایک انعام والا گروہ، ایک ظالم کا گروہ، ایک مغضوب کا گروہ۔</w:t>
      </w:r>
    </w:p>
    <w:p>
      <w:r>
        <w:rPr>
          <w:b/>
        </w:rPr>
        <w:t xml:space="preserve">[31:45] </w:t>
      </w:r>
      <w:r>
        <w:t>yeh teen giroh bane.</w:t>
      </w:r>
    </w:p>
    <w:p>
      <w:pPr>
        <w:jc w:val="right"/>
      </w:pPr>
      <w:r>
        <w:t>یہ تین گروہ بنے۔</w:t>
      </w:r>
    </w:p>
    <w:p>
      <w:r>
        <w:rPr>
          <w:b/>
        </w:rPr>
        <w:t xml:space="preserve">[31:49] </w:t>
      </w:r>
      <w:r>
        <w:t>tu banda yeh kehta hai: khuda, mujhe is giroh mein shamil kar jo tere inaam ko mustahiq qarar paaye, yaani jinhon ne tera itraaf kiya, tere rastay par chale,</w:t>
      </w:r>
    </w:p>
    <w:p>
      <w:pPr>
        <w:jc w:val="right"/>
      </w:pPr>
      <w:r>
        <w:t>تو بندہ یہ کہتا ہے: خدا، مجھے اس گروہ میں شامل کر جو تیرے انعام کو مستحق قرار پائے، یعنی جنہوں نے تیرا اعتراف کیا، تیرے راستے پر چلے،</w:t>
      </w:r>
    </w:p>
    <w:p>
      <w:r>
        <w:rPr>
          <w:b/>
        </w:rPr>
        <w:t xml:space="preserve">[32:05] </w:t>
      </w:r>
      <w:r>
        <w:t>jinhon ne bandagi ka haq ada kiya.</w:t>
      </w:r>
    </w:p>
    <w:p>
      <w:pPr>
        <w:jc w:val="right"/>
      </w:pPr>
      <w:r>
        <w:t>جنہوں نے بندگی کا حق ادا کیا۔</w:t>
      </w:r>
    </w:p>
    <w:p>
      <w:r>
        <w:rPr>
          <w:b/>
        </w:rPr>
        <w:t xml:space="preserve">[32:11] </w:t>
      </w:r>
      <w:r>
        <w:t>aik woh hai, woh hai inaam wala giroh. ab doosre giroh, ab do giroh ka aur zikr hota hai. aik woh hai jo, yaani hidayat ka rasta khula un ke upar,</w:t>
      </w:r>
    </w:p>
    <w:p>
      <w:pPr>
        <w:jc w:val="right"/>
      </w:pPr>
      <w:r>
        <w:t>ایک وہ ہے، وہ ہے انعام والا گروہ۔ اب دوسرے گروہ، اب دو گروہ کا اور ذکر ہوتا ہے۔ ایک وہ ہے جو، یعنی ہدایت کا راستہ کھلا ان کے اوپر،</w:t>
      </w:r>
    </w:p>
    <w:p>
      <w:r>
        <w:rPr>
          <w:b/>
        </w:rPr>
        <w:t xml:space="preserve">[32:26] </w:t>
      </w:r>
      <w:r>
        <w:t>fitrat ke rastay se, peghambar ke rastay se hidayat ka rasta khula. lekin kya hua?</w:t>
      </w:r>
    </w:p>
    <w:p>
      <w:pPr>
        <w:jc w:val="right"/>
      </w:pPr>
      <w:r>
        <w:t>فطرت کے راستے سے، پیغمبر کے راستے سے ہدایت کا راستہ کھلا۔ لیکن کیا ہوا؟</w:t>
      </w:r>
    </w:p>
    <w:p>
      <w:r>
        <w:rPr>
          <w:b/>
        </w:rPr>
        <w:t xml:space="preserve">[32:34] </w:t>
      </w:r>
      <w:r>
        <w:t>wo bhatak gaye,</w:t>
      </w:r>
    </w:p>
    <w:p>
      <w:pPr>
        <w:jc w:val="right"/>
      </w:pPr>
      <w:r>
        <w:t>وہ بھٹک گئے،</w:t>
      </w:r>
    </w:p>
    <w:p>
      <w:r>
        <w:rPr>
          <w:b/>
        </w:rPr>
        <w:t xml:space="preserve">[32:36] </w:t>
      </w:r>
      <w:r>
        <w:t>un ka derailment hota ho gaya. dekhiye, derailment ka lafz bohat hi achha lafz hai. hamesha yeh khatra rehta hai ke aadmi chalte chalte derail ho jaye.</w:t>
      </w:r>
    </w:p>
    <w:p>
      <w:pPr>
        <w:jc w:val="right"/>
      </w:pPr>
      <w:r>
        <w:t>ان کا ڈیریلیمنٹ ہوتا ہو گیا۔ دیکھیے، ڈیریلیمنٹ کا لفظ بہت ہی اچھا لفظ ہے۔ ہمیشہ یہ خطرہ رہتا ہے کہ آدمی چلتے چلتے ڈیریل ہو جائے۔</w:t>
      </w:r>
    </w:p>
    <w:p>
      <w:r>
        <w:rPr>
          <w:b/>
        </w:rPr>
        <w:t xml:space="preserve">[32:46] </w:t>
      </w:r>
      <w:r>
        <w:t>is ka hamesha khatra rehta hai. shaitan hamesha yeh chahta hai ke aadmi ka derailment kar de, dayen bayen is ko bhatka de.</w:t>
      </w:r>
    </w:p>
    <w:p>
      <w:pPr>
        <w:jc w:val="right"/>
      </w:pPr>
      <w:r>
        <w:t>اس کا ہمیشہ خطرہ رہتا ہے۔ شیطان ہمیشہ یہ چاہتا ہے کہ آدمی کا ڈیریلیمنٹ کر دے، دائیں بائیں اس کو بھٹکا دے۔</w:t>
      </w:r>
    </w:p>
    <w:p>
      <w:r>
        <w:rPr>
          <w:b/>
        </w:rPr>
        <w:t xml:space="preserve">[33:01] </w:t>
      </w:r>
      <w:r>
        <w:t>tu aik aik woh giroh jo jis ko allah ki hidayat mili aur hidayat ko pakda, us ne woh allah ke inaam ko mustahiq banana.</w:t>
      </w:r>
    </w:p>
    <w:p>
      <w:pPr>
        <w:jc w:val="right"/>
      </w:pPr>
      <w:r>
        <w:t>تو ایک ایک وہ گروہ جو جس کو اللہ کی ہدایت ملی اور ہدایت کو پکڑا، اس نے وہ اللہ کے انعام کو مستحق بنانا۔</w:t>
      </w:r>
    </w:p>
    <w:p>
      <w:r>
        <w:rPr>
          <w:b/>
        </w:rPr>
        <w:t xml:space="preserve">[33:13] </w:t>
      </w:r>
      <w:r>
        <w:t>aik woh giroh hai. doosra giroh woh hai ke inaam to mila us ko aur kuch din is is par chala bhi, woh lekin phir is ka derailment ho gaya, zalim ban gaya.</w:t>
      </w:r>
    </w:p>
    <w:p>
      <w:pPr>
        <w:jc w:val="right"/>
      </w:pPr>
      <w:r>
        <w:t>ایک وہ گروہ ہے۔ دوسرا گروہ وہ ہے کہ انعام تو ملا اس کو اور کچھ دن اس اس پر چلا بھی، وہ لیکن پھر اس کا ڈیریلیمنٹ ہو گیا، ظالم بن گیا۔</w:t>
      </w:r>
    </w:p>
    <w:p>
      <w:r>
        <w:rPr>
          <w:b/>
        </w:rPr>
        <w:t xml:space="preserve">[33:25] </w:t>
      </w:r>
      <w:r>
        <w:t>zalim ke maani bhatka hua.</w:t>
      </w:r>
    </w:p>
    <w:p>
      <w:pPr>
        <w:jc w:val="right"/>
      </w:pPr>
      <w:r>
        <w:t>ظالم کے معنی بھٹکا ہوا۔</w:t>
      </w:r>
    </w:p>
    <w:p>
      <w:r>
        <w:rPr>
          <w:b/>
        </w:rPr>
        <w:t xml:space="preserve">[33:28] </w:t>
      </w:r>
      <w:r>
        <w:t>bhatka hua ka matlab hai ke dayen ghoom gaya, bayen ghoom gaya.</w:t>
      </w:r>
    </w:p>
    <w:p>
      <w:pPr>
        <w:jc w:val="right"/>
      </w:pPr>
      <w:r>
        <w:t>بھٹکا ہوا کا مطلب ہے کہ دائیں گھوم گیا، بائیں گھوم گیا۔</w:t>
      </w:r>
    </w:p>
    <w:p>
      <w:r>
        <w:rPr>
          <w:b/>
        </w:rPr>
        <w:t xml:space="preserve">[33:35] </w:t>
      </w:r>
      <w:r>
        <w:t>to yeh doosra giroh hai. pehla giroh woh hai jis ko ke jo inaam ko mustahiq qarar paaye apne amal ki wajah se, yaani aakhir waqt tak woh is par qaim raha.</w:t>
      </w:r>
    </w:p>
    <w:p>
      <w:pPr>
        <w:jc w:val="right"/>
      </w:pPr>
      <w:r>
        <w:t>تو یہ دوسرا گروہ ہے۔ پہلا گروہ وہ ہے جس کو کہ جو انعام کو مستحق قرار پائے اپنے عمل کی وجہ سے، یعنی آخر وقت تک وہ اس پر قائم رہا۔</w:t>
      </w:r>
    </w:p>
    <w:p>
      <w:r>
        <w:rPr>
          <w:b/>
        </w:rPr>
        <w:t xml:space="preserve">[33:48] </w:t>
      </w:r>
      <w:r>
        <w:t>jo hidayat mili us par woh aakhir waqt tak qaim raha. to woh inaam inaam wala giroh ban gaya.</w:t>
      </w:r>
    </w:p>
    <w:p>
      <w:pPr>
        <w:jc w:val="right"/>
      </w:pPr>
      <w:r>
        <w:t>جو ہدایت ملی اس پر وہ آخر وقت تک قائم رہا۔ تو وہ انعام انعام والا گروہ بن گیا۔</w:t>
      </w:r>
    </w:p>
    <w:p>
      <w:r>
        <w:rPr>
          <w:b/>
        </w:rPr>
        <w:t xml:space="preserve">[33:57] </w:t>
      </w:r>
      <w:r>
        <w:t>doosra giroh woh hai jo kuch arsay to chala is par bazahir, phir bhatak gaya, yaani is ka derailment ho gaya.</w:t>
      </w:r>
    </w:p>
    <w:p>
      <w:pPr>
        <w:jc w:val="right"/>
      </w:pPr>
      <w:r>
        <w:t>دوسرا گروہ وہ ہے جو کچھ عرصے تو چلا اس پر بظاہر، پھر بھٹک گیا، یعنی اس کا ڈیریلیمنٹ ہو گیا۔</w:t>
      </w:r>
    </w:p>
    <w:p>
      <w:r>
        <w:rPr>
          <w:b/>
        </w:rPr>
        <w:t xml:space="preserve">[34:09] </w:t>
      </w:r>
      <w:r>
        <w:t>yeh zalim ka giroh hai.</w:t>
      </w:r>
    </w:p>
    <w:p>
      <w:pPr>
        <w:jc w:val="right"/>
      </w:pPr>
      <w:r>
        <w:t>یہ ظالم کا گروہ ہے۔</w:t>
      </w:r>
    </w:p>
    <w:p>
      <w:r>
        <w:rPr>
          <w:b/>
        </w:rPr>
        <w:t xml:space="preserve">[34:13] </w:t>
      </w:r>
      <w:r>
        <w:t>teesra giroh woh hai jo maghzoob ka giroh hai. maghzoob yaani maghzoob ka matlab hai ghazab, jin par Allah ka ghazab hua.</w:t>
      </w:r>
    </w:p>
    <w:p>
      <w:pPr>
        <w:jc w:val="right"/>
      </w:pPr>
      <w:r>
        <w:t>تیسرا گروہ وہ ہے جو مغضوب کا گروہ ہے۔ مغضوب یعنی مغضوب کا مطلب ہے غضب، جن پر اللہ کا غضب ہوا۔</w:t>
      </w:r>
    </w:p>
    <w:p>
      <w:r>
        <w:rPr>
          <w:b/>
        </w:rPr>
        <w:t xml:space="preserve">[34:24] </w:t>
      </w:r>
      <w:r>
        <w:t>isi cheez ko quran mein do jagah laanat ka lafz aaya hai, jin par Allah ki laanat hui. to yeh kon log hain?</w:t>
      </w:r>
    </w:p>
    <w:p>
      <w:pPr>
        <w:jc w:val="right"/>
      </w:pPr>
      <w:r>
        <w:t>اسی چیز کو قرآن میں دو جگہ لعنت کا لفظ آیا ہے، جن پر اللہ کی لعنت ہوئی۔ تو یہ کون لوگ ہیں؟</w:t>
      </w:r>
    </w:p>
    <w:p>
      <w:r>
        <w:rPr>
          <w:b/>
        </w:rPr>
        <w:t xml:space="preserve">[34:33] </w:t>
      </w:r>
      <w:r>
        <w:t>jo bhatakne ke baad itna zyada isi mein gum ho gaye ke woh bahisht ban gaye, sarkash ban gaye aur yaani dheeth ban gaye Allah ke khilaf chalne mein.</w:t>
      </w:r>
    </w:p>
    <w:p>
      <w:pPr>
        <w:jc w:val="right"/>
      </w:pPr>
      <w:r>
        <w:t>جو بھٹکنے کے بعد اتنا زیادہ اسی میں گم ہو گئے کہ وہ بہشت بن گئے، سرکش بن گئے اور یعنی ڈھیٹ بن گئے اللہ کے خلاف چلنے میں۔</w:t>
      </w:r>
    </w:p>
    <w:p>
      <w:r>
        <w:rPr>
          <w:b/>
        </w:rPr>
        <w:t xml:space="preserve">[34:45] </w:t>
      </w:r>
      <w:r>
        <w:t>to woh maghzoob hain, woh yaani un un par Allah ka ghazab hua.</w:t>
      </w:r>
    </w:p>
    <w:p>
      <w:pPr>
        <w:jc w:val="right"/>
      </w:pPr>
      <w:r>
        <w:t>تو وہ مغضوب ہیں، وہ یعنی ان ان پر اللہ کا غضب ہوا۔</w:t>
      </w:r>
    </w:p>
    <w:p>
      <w:r>
        <w:rPr>
          <w:b/>
        </w:rPr>
        <w:t xml:space="preserve">[34:52] </w:t>
      </w:r>
      <w:r>
        <w:t>to yeh yeh teen giroh hain,</w:t>
      </w:r>
    </w:p>
    <w:p>
      <w:pPr>
        <w:jc w:val="right"/>
      </w:pPr>
      <w:r>
        <w:t>تو یہ یہ تین گروہ ہیں،</w:t>
      </w:r>
    </w:p>
    <w:p>
      <w:r>
        <w:rPr>
          <w:b/>
        </w:rPr>
        <w:t xml:space="preserve">[34:59] </w:t>
      </w:r>
      <w:r>
        <w:t>teen giroh hain. to balkay agar agar aap aik aur andaaz se sochen to yeh chaar giroh bante hain. yaani is is is surah ke shuru mein jo kalmaat hain, woh seeker ko batate hain.</w:t>
      </w:r>
    </w:p>
    <w:p>
      <w:pPr>
        <w:jc w:val="right"/>
      </w:pPr>
      <w:r>
        <w:t>تین گروہ ہیں۔ تو بلکہ اگر اگر آپ ایک اور انداز سے سوچیں تو یہ چار گروہ بنتے ہیں۔ یعنی اس اس اس سورہ کے شروع میں جو کلمات ہیں، وہ سیکر کو بتاتے ہیں۔</w:t>
      </w:r>
    </w:p>
    <w:p>
      <w:r>
        <w:rPr>
          <w:b/>
        </w:rPr>
        <w:t xml:space="preserve">[35:14] </w:t>
      </w:r>
      <w:r>
        <w:t>seeker aik darja woh hai insaan ka jab koi seeker hota hai, talash mein hai,</w:t>
      </w:r>
    </w:p>
    <w:p>
      <w:pPr>
        <w:jc w:val="right"/>
      </w:pPr>
      <w:r>
        <w:t>سیکر ایک درجہ وہ ہے انسان کا جب کوئی سیکر ہوتا ہے، تلاش میں ہے،</w:t>
      </w:r>
    </w:p>
    <w:p>
      <w:r>
        <w:rPr>
          <w:b/>
        </w:rPr>
        <w:t xml:space="preserve">[35:21] </w:t>
      </w:r>
      <w:r>
        <w:t>talash karte karte woh pa leta hai aur kehta hai: alhamdulillah rabbil alameen. yeh seeker ke giroh ki tasweer hai. har aadmi paidaishi taur par seeker hai, yaani mutalashi haq.</w:t>
      </w:r>
    </w:p>
    <w:p>
      <w:pPr>
        <w:jc w:val="right"/>
      </w:pPr>
      <w:r>
        <w:t>تلاش کرتے کرتے وہ پا لیتا ہے اور کہتا ہے: الحمدللہ رب العالمین۔ یہ سیکر کے گروہ کی تصویر ہے۔ ہر آدمی پیدائشی طور پر سیکر ہے، یعنی متلاشی حق۔</w:t>
      </w:r>
    </w:p>
    <w:p>
      <w:r>
        <w:rPr>
          <w:b/>
        </w:rPr>
        <w:t xml:space="preserve">[35:36] </w:t>
      </w:r>
      <w:r>
        <w:t>to surah ke ibtidai hissay mein goya seeker ki kahani hai. woh dhoondh raha hai, dhoondh raha hai, dhoondh raha hai, yahan tak ke pa jata hai.</w:t>
      </w:r>
    </w:p>
    <w:p>
      <w:pPr>
        <w:jc w:val="right"/>
      </w:pPr>
      <w:r>
        <w:t>تو سورہ کے ابتدائی حصے میں گویا سیکر کی کہانی ہے۔ وہ ڈھونڈ رہا ہے، ڈھونڈ رہا ہے، ڈھونڈ رہا ہے، یہاں تک کہ پا جاتا ہے۔</w:t>
      </w:r>
    </w:p>
    <w:p>
      <w:r>
        <w:rPr>
          <w:b/>
        </w:rPr>
        <w:t xml:space="preserve">[35:45] </w:t>
      </w:r>
      <w:r>
        <w:t>to kehta hai: alhamdulillah rabbil alameen.</w:t>
      </w:r>
    </w:p>
    <w:p>
      <w:pPr>
        <w:jc w:val="right"/>
      </w:pPr>
      <w:r>
        <w:t>تو کہتا ہے: الحمدللہ رب العالمین۔</w:t>
      </w:r>
    </w:p>
    <w:p>
      <w:r>
        <w:rPr>
          <w:b/>
        </w:rPr>
        <w:t xml:space="preserve">[35:48] </w:t>
      </w:r>
      <w:r>
        <w:t>aitraaf karta hai ke maine pa liya, maine pa liya, maine pa liya. jaise us ne kaha: eureka, eureka. mashhoor qissa hai ke Yunan ka aik falsafi tha,</w:t>
      </w:r>
    </w:p>
    <w:p>
      <w:pPr>
        <w:jc w:val="right"/>
      </w:pPr>
      <w:r>
        <w:t>اعتراف کرتا ہے کہ میں نے پا لیا، میں نے پا لیا، میں نے پا لیا۔ جیسے اس نے کہا: یوریکا، یوریکا۔ مشہور قصہ ہے کہ یونان کا ایک فلسفی تھا،</w:t>
      </w:r>
    </w:p>
    <w:p>
      <w:r>
        <w:rPr>
          <w:b/>
        </w:rPr>
        <w:t xml:space="preserve">[36:01] </w:t>
      </w:r>
      <w:r>
        <w:t>woh aik maslay ki daryaft kar raha tha. to daryaft karte karte achaanak us ko discovery ho gayi. to us waqt us ne kaha: eureka, eureka.</w:t>
      </w:r>
    </w:p>
    <w:p>
      <w:pPr>
        <w:jc w:val="right"/>
      </w:pPr>
      <w:r>
        <w:t>وہ ایک مسئلے کی دریافت کر رہا تھا۔ تو دریافت کرتے کرتے اچانک اس کو ڈسکوری ہو گئی۔ تو اس وقت اس نے کہا: یوریکا، یوریکا۔</w:t>
      </w:r>
    </w:p>
    <w:p>
      <w:r>
        <w:rPr>
          <w:b/>
        </w:rPr>
        <w:t xml:space="preserve">[36:12] </w:t>
      </w:r>
      <w:r>
        <w:t>yeh Yunani zabaan ka kalma hai, is ka matlab hai ke maine pa liya, maine pa liya. to surah ke ibtidai hissay mein yeh yahi isi ka, yaani isi daur ka zikr hai ke maine pa liya.</w:t>
      </w:r>
    </w:p>
    <w:p>
      <w:pPr>
        <w:jc w:val="right"/>
      </w:pPr>
      <w:r>
        <w:t>یہ یونانی زبان کا کلمہ ہے، اس کا مطلب ہے کہ میں نے پا لیا، میں نے پا لیا۔ تو سورہ کے ابتدائی حصے میں یہ یہی اسی کا، یعنی اسی دور کا ذکر ہے کہ میں نے پا لیا۔</w:t>
      </w:r>
    </w:p>
    <w:p>
      <w:r>
        <w:rPr>
          <w:b/>
        </w:rPr>
        <w:t xml:space="preserve">[36:26] </w:t>
      </w:r>
      <w:r>
        <w:t>to seeker tha insaan, phir us ne pa liya, phir us ki zabaan se nikla aitraaf ke taur par: alhamdulillah rabbil alameen.</w:t>
      </w:r>
    </w:p>
    <w:p>
      <w:pPr>
        <w:jc w:val="right"/>
      </w:pPr>
      <w:r>
        <w:t>تو سیکر تھا انسان، پھر اس نے پا لیا، پھر اس کی زبان سے نکلا اعتراف کے طور پر: الحمدللہ رب العالمین۔</w:t>
      </w:r>
    </w:p>
    <w:p>
      <w:r>
        <w:rPr>
          <w:b/>
        </w:rPr>
        <w:t xml:space="preserve">[36:36] </w:t>
      </w:r>
      <w:r>
        <w:t>phir doosra jo giroh hai, yaani pehla giroh seeker ka giroh hua. doosra giroh jo hai inaam wala giroh ke jab Allah ne hidayat di,</w:t>
      </w:r>
    </w:p>
    <w:p>
      <w:pPr>
        <w:jc w:val="right"/>
      </w:pPr>
      <w:r>
        <w:t>پھر دوسرا جو گروہ ہے، یعنی پہلا گروہ سیکر کا گروہ ہوا۔ دوسرا گروہ جو ہے انعام والا گروہ کہ جب اللہ نے ہدایت دی،</w:t>
      </w:r>
    </w:p>
    <w:p>
      <w:r>
        <w:rPr>
          <w:b/>
        </w:rPr>
        <w:t xml:space="preserve">[36:49] </w:t>
      </w:r>
      <w:r>
        <w:t>us par raasta khola sachai ka, to us par qaim ho gaya. woh aakhir waqt tak phir hatta nahi is se. dekhen, is dunya mein insaan ke sath aik aur taqat hai, woh shaitan ki taqat hai.</w:t>
      </w:r>
    </w:p>
    <w:p>
      <w:pPr>
        <w:jc w:val="right"/>
      </w:pPr>
      <w:r>
        <w:t>اس پر راستہ کھولا سچائی کا، تو اس پر قائم ہو گیا۔ وہ آخر وقت تک پھر ہٹا نہیں اس سے۔ دیکھیں، اس دنیا میں انسان کے ساتھ ایک اور طاقت ہے، وہ شیطان کی طاقت ہے۔</w:t>
      </w:r>
    </w:p>
    <w:p>
      <w:r>
        <w:rPr>
          <w:b/>
        </w:rPr>
        <w:t xml:space="preserve">[37:03] </w:t>
      </w:r>
      <w:r>
        <w:t>musalsal taur par woh is koshish mein hai ke aadmi ko baqa baqaye baqaye. kabhi bhi koi insaan shaitan se khali nahi ho sakta, hatta ke peghamabar ke peechay bhi shaitan shaitan laga rehta hai.</w:t>
      </w:r>
    </w:p>
    <w:p>
      <w:pPr>
        <w:jc w:val="right"/>
      </w:pPr>
      <w:r>
        <w:t>مسلسل طور پر وہ اس کوشش میں ہے کہ آدمی کو بقا بقائے بقائے۔ کبھی بھی کوئی انسان شیطان سے خالی نہیں ہو سکتا، حتی کہ پیغمبر کے پیچھے بھی شیطان شیطان لگا رہتا ہے۔</w:t>
      </w:r>
    </w:p>
    <w:p>
      <w:r>
        <w:rPr>
          <w:b/>
        </w:rPr>
        <w:t xml:space="preserve">[37:20] </w:t>
      </w:r>
      <w:r>
        <w:t>to har insaan ke sath shaitan laga hua hai ke kahan mauqa paaye aur us ko derail kar de, kahan mauqa paaye aur us ko derail kar de.</w:t>
      </w:r>
    </w:p>
    <w:p>
      <w:pPr>
        <w:jc w:val="right"/>
      </w:pPr>
      <w:r>
        <w:t>تو ہر انسان کے ساتھ شیطان لگا ہوا ہے کہ کہاں موقع پائے اور اس کو ڈیریل کر دے، کہاں موقع پائے اور اس کو ڈیریل کر دے۔</w:t>
      </w:r>
    </w:p>
    <w:p>
      <w:r>
        <w:rPr>
          <w:b/>
        </w:rPr>
        <w:t xml:space="preserve">[37:29] </w:t>
      </w:r>
      <w:r>
        <w:t>to jin logon ne apne ko derailment se bachaya, shayad hidayat paane ke baad phir woh idhar udhar bhage nahi.</w:t>
      </w:r>
    </w:p>
    <w:p>
      <w:pPr>
        <w:jc w:val="right"/>
      </w:pPr>
      <w:r>
        <w:t>تو جن لوگوں نے اپنے کو ڈیریلیمنٹ سے بچایا، شاید ہدایت پانے کے بعد پھر وہ ادھر ادھر بھاگے نہیں۔</w:t>
      </w:r>
    </w:p>
    <w:p>
      <w:r>
        <w:rPr>
          <w:b/>
        </w:rPr>
        <w:t xml:space="preserve">[37:39] </w:t>
      </w:r>
      <w:r>
        <w:t>kyun ke dekhen, is dunya mein aisa hai, hamesha tarah tarah ke waqiyat paish aate hain. kahin aadmi ko ghussa aa jata hai, kahin aadmi offend ho jata hai, kahin aadmi nafrat aa jati hai aadmi ke andar, kahin chirchira mukhtalif qism ke negative thought aa jate hain.</w:t>
      </w:r>
    </w:p>
    <w:p>
      <w:pPr>
        <w:jc w:val="right"/>
      </w:pPr>
      <w:r>
        <w:t>کیونکہ دیکھیے، اس دنیا میں ایسا ہے، ہمیشہ طرح طرح کے واقعات پیش آتے ہیں۔ کہیں آدمی کو غصہ آ جاتا ہے، کہیں آدمی افینڈ ہو جاتا ہے، کہیں آدمی نفرت آ جاتی ہے آدمی کے اندر، کہیں چڑچڑا مختلف قسم کے نیگیٹیو تھاٹ آ جاتے ہیں۔</w:t>
      </w:r>
    </w:p>
    <w:p>
      <w:r>
        <w:rPr>
          <w:b/>
        </w:rPr>
        <w:t xml:space="preserve">[37:57] </w:t>
      </w:r>
      <w:r>
        <w:t>to usi waqt call karna parta hai is ko.</w:t>
      </w:r>
    </w:p>
    <w:p>
      <w:pPr>
        <w:jc w:val="right"/>
      </w:pPr>
      <w:r>
        <w:t>تو اسی وقت کل کرنا پڑتا ہے اس کو۔</w:t>
      </w:r>
    </w:p>
    <w:p>
      <w:r>
        <w:rPr>
          <w:b/>
        </w:rPr>
        <w:t xml:space="preserve">[37:59] </w:t>
      </w:r>
      <w:r>
        <w:t>deen and dear, agar aap usi waqt call na karein to woh aap par chha jayega aur phir derailment aa jayega aap ki zindagi mein.</w:t>
      </w:r>
    </w:p>
    <w:p>
      <w:pPr>
        <w:jc w:val="right"/>
      </w:pPr>
      <w:r>
        <w:t>دین اینڈ دیر، اگر آپ اسی وقت کل نہ کریں تو وہ آپ پر چھا جائے گا اور پھر ڈیریلیمنٹ آ جائے گا آپ کی زندگی میں۔</w:t>
      </w:r>
    </w:p>
    <w:p>
      <w:r>
        <w:rPr>
          <w:b/>
        </w:rPr>
        <w:t xml:space="preserve">[38:09] </w:t>
      </w:r>
      <w:r>
        <w:t>to jab bhi aap ke andar koi negative thought aaye to samjhein ke woh shaitan ko koi entry point mil gaya, wahan ghus gaya hai. woh</w:t>
      </w:r>
    </w:p>
    <w:p>
      <w:pPr>
        <w:jc w:val="right"/>
      </w:pPr>
      <w:r>
        <w:t>تو جب بھی آپ کے اندر کوئی نیگیٹیو تھاٹ آئے تو سمجھیں کہ وہ شیطان کو کوئی انٹری پوائنٹ مل گیا، وہاں گھس گیا ہے۔ وہ</w:t>
      </w:r>
    </w:p>
    <w:p>
      <w:r>
        <w:rPr>
          <w:b/>
        </w:rPr>
        <w:t xml:space="preserve">[38:19] </w:t>
      </w:r>
      <w:r>
        <w:t>jab bhi aap ke andar koi negative thought aaye, negative ka matlab hai ke nafrat ka jazba aur ghussa aur narazgi, is qism ki baatein aa jayein to woh samjhein ke shaitan yahan ghus aaya hai.</w:t>
      </w:r>
    </w:p>
    <w:p>
      <w:pPr>
        <w:jc w:val="right"/>
      </w:pPr>
      <w:r>
        <w:t>جب بھی آپ کے اندر کوئی نیگیٹیو تھاٹ آئے، نیگیٹیو کا مطلب ہے کہ نفرت کا جذبہ اور غصہ اور ناراضگی، اس قسم کی باتیں آ جائیں تو وہ سمجھیں کہ شیطان یہاں گھس آیا ہے۔</w:t>
      </w:r>
    </w:p>
    <w:p>
      <w:r>
        <w:rPr>
          <w:b/>
        </w:rPr>
        <w:t xml:space="preserve">[38:34] </w:t>
      </w:r>
      <w:r>
        <w:t>to is ko khatam karna parega,</w:t>
      </w:r>
    </w:p>
    <w:p>
      <w:pPr>
        <w:jc w:val="right"/>
      </w:pPr>
      <w:r>
        <w:t>تو اس کو ختم کرنا پڑے گا،</w:t>
      </w:r>
    </w:p>
    <w:p>
      <w:r>
        <w:rPr>
          <w:b/>
        </w:rPr>
        <w:t xml:space="preserve">[38:39] </w:t>
      </w:r>
      <w:r>
        <w:t>nahi to phir aap ka derailment ho jayega.</w:t>
      </w:r>
    </w:p>
    <w:p>
      <w:pPr>
        <w:jc w:val="right"/>
      </w:pPr>
      <w:r>
        <w:t>نہیں تو پھر آپ کا ڈیریلیمنٹ ہو جائے گا۔</w:t>
      </w:r>
    </w:p>
    <w:p>
      <w:r>
        <w:rPr>
          <w:b/>
        </w:rPr>
        <w:t xml:space="preserve">[38:44] </w:t>
      </w:r>
      <w:r>
        <w:t>to jo log derailment na hon, apne ko barabar bachaye rahein, bachaye rahein, bachaye rahein. shaitan ke har shaitan ke har waqeye ko discover kar ke is ko call karte rahein to woh wahi log honge jin ko ke Allah apne inaam,</w:t>
      </w:r>
    </w:p>
    <w:p>
      <w:pPr>
        <w:jc w:val="right"/>
      </w:pPr>
      <w:r>
        <w:t>تو جو لوگ ڈیریلیمنٹ نہ ہوں، اپنے کو برابر بچائے رہیں، بچائے رہیں، بچائے رہیں۔ شیطان کے ہر شیطان کے ہر واقعے کو ڈسکور کر کے اس کو کل کرتے رہیں تو وہ وہی لوگ ہوں گے جن کو کہ اللہ اپنے انعام،</w:t>
      </w:r>
    </w:p>
    <w:p>
      <w:r>
        <w:rPr>
          <w:b/>
        </w:rPr>
        <w:t xml:space="preserve">[39:03] </w:t>
      </w:r>
      <w:r>
        <w:t>jo inaam yafta hai. inaam yafta ke maani hain ke woh log jin ki jin ko un ke yeh tofeeq mili ke woh shaitan ke waswason ko call karte rahein,</w:t>
      </w:r>
    </w:p>
    <w:p>
      <w:pPr>
        <w:jc w:val="right"/>
      </w:pPr>
      <w:r>
        <w:t>جو انعام یافتہ ہے۔ انعام یافتہ کے معنی ہیں کہ وہ لوگ جن کی جن کو ان کے یہ توفیق ملی کہ وہ شیطان کے وسوسوں کو کل کرتے رہیں،</w:t>
      </w:r>
    </w:p>
    <w:p>
      <w:r>
        <w:rPr>
          <w:b/>
        </w:rPr>
        <w:t xml:space="preserve">[39:16] </w:t>
      </w:r>
      <w:r>
        <w:t>baqayda nahi. wahi log hain inaam wale log. to pehla groh seeker ka hua, doosra groh woh hua jo jis ko Allah ka inaam hasil hua.</w:t>
      </w:r>
    </w:p>
    <w:p>
      <w:pPr>
        <w:jc w:val="right"/>
      </w:pPr>
      <w:r>
        <w:t>باقاعدہ نہیں۔ وہی لوگ ہیں انعام والے لوگ۔ تو پہلا گروہ سیکر کا ہوا، دوسرا گروہ وہ ہوا جو جس کو اللہ کا انعام حاصل ہوا۔</w:t>
      </w:r>
    </w:p>
    <w:p>
      <w:r>
        <w:rPr>
          <w:b/>
        </w:rPr>
        <w:t xml:space="preserve">[39:33] </w:t>
      </w:r>
      <w:r>
        <w:t>inaam ke maani hain ke hidayat ki tofeeq is tarah mili ke us par qaim rahe. woh hidayat par qaim rehne wala groh jo hai, wahi inaam inaam yafta groh hai.</w:t>
      </w:r>
    </w:p>
    <w:p>
      <w:pPr>
        <w:jc w:val="right"/>
      </w:pPr>
      <w:r>
        <w:t>انعام کے معنی ہیں کہ ہدایت کی توفیق اس طرح ملی کہ اس پر قائم رہے۔ وہ ہدایت پر قائم رہنے والا گروہ جو ہے، وہی انعام انعام یافتہ گروہ ہے۔</w:t>
      </w:r>
    </w:p>
    <w:p>
      <w:r>
        <w:rPr>
          <w:b/>
        </w:rPr>
        <w:t xml:space="preserve">[39:45] </w:t>
      </w:r>
      <w:r>
        <w:t>is ke baad do grohon ka zikr hai,</w:t>
      </w:r>
    </w:p>
    <w:p>
      <w:pPr>
        <w:jc w:val="right"/>
      </w:pPr>
      <w:r>
        <w:t>اس کے بعد دو گروہوں کا ذکر ہے،</w:t>
      </w:r>
    </w:p>
    <w:p>
      <w:r>
        <w:rPr>
          <w:b/>
        </w:rPr>
        <w:t xml:space="preserve">[39:50] </w:t>
      </w:r>
      <w:r>
        <w:t>jaisa ke maine arz kiya ke ek groh woh hai ke us ko hidayat mili, kuch din chale bhi woh, lekin phir shaitan kahin na kahin entry point shaitan ko mil gaya.</w:t>
      </w:r>
    </w:p>
    <w:p>
      <w:pPr>
        <w:jc w:val="right"/>
      </w:pPr>
      <w:r>
        <w:t>جیسا کہ میں نے عرض کیا کہ ایک گروہ وہ ہے کہ اس کو ہدایت ملی، کچھ دن چلے بھی وہ، لیکن پھر شیطان کہیں نہ کہیں انٹری پوائنٹ شیطان کو مل گیا۔</w:t>
      </w:r>
    </w:p>
    <w:p>
      <w:r>
        <w:rPr>
          <w:b/>
        </w:rPr>
        <w:t xml:space="preserve">[40:04] </w:t>
      </w:r>
      <w:r>
        <w:t>shaitan kahin ghus gaya aur phir us ne behkaya,</w:t>
      </w:r>
    </w:p>
    <w:p>
      <w:pPr>
        <w:jc w:val="right"/>
      </w:pPr>
      <w:r>
        <w:t>شیطان کہیں گھس گیا اور پھر اس نے بہکایا،</w:t>
      </w:r>
    </w:p>
    <w:p>
      <w:r>
        <w:rPr>
          <w:b/>
        </w:rPr>
        <w:t xml:space="preserve">[40:09] </w:t>
      </w:r>
      <w:r>
        <w:t>nafrat paida ki, un ko chirchira paida ki, ghussa dila diya, kahin na kahin un ko negative thought un ke andar daal diya gaya.</w:t>
      </w:r>
    </w:p>
    <w:p>
      <w:pPr>
        <w:jc w:val="right"/>
      </w:pPr>
      <w:r>
        <w:t>نفرت پیدا کی، ان کو چڑچڑا پیدا کی، غصہ دلا دیا، کہیں نہ کہیں ان کو نیگیٹیو تھاٹ ان کے اندر ڈال دیا گیا۔</w:t>
      </w:r>
    </w:p>
    <w:p>
      <w:r>
        <w:rPr>
          <w:b/>
        </w:rPr>
        <w:t xml:space="preserve">[40:21] </w:t>
      </w:r>
      <w:r>
        <w:t>to phir woh bhaag gaye, un ka derailment ho gaya. yeh hain zalim,</w:t>
      </w:r>
    </w:p>
    <w:p>
      <w:pPr>
        <w:jc w:val="right"/>
      </w:pPr>
      <w:r>
        <w:t>تو پھر وہ بھاگ گئے، ان کا ڈیریلیمنٹ ہو گیا۔ یہ ہیں ظالم،</w:t>
      </w:r>
    </w:p>
    <w:p>
      <w:r>
        <w:rPr>
          <w:b/>
        </w:rPr>
        <w:t xml:space="preserve">[40:28] </w:t>
      </w:r>
      <w:r>
        <w:t>yani daryaft to un ko hui thi aur phir Allah ki tofeeq se woh chale bhi thay kuch din, lekin phir is ke baad derailment ho</w:t>
      </w:r>
    </w:p>
    <w:p>
      <w:pPr>
        <w:jc w:val="right"/>
      </w:pPr>
      <w:r>
        <w:t>یعنی دریافت تو ان کو ہوئی تھی اور پھر اللہ کی توفیق سے وہ چلے بھی تھے کچھ دن، لیکن پھر اس کے بعد ڈیریلیمنٹ ہو</w:t>
      </w:r>
    </w:p>
    <w:p>
      <w:r>
        <w:rPr>
          <w:b/>
        </w:rPr>
        <w:t xml:space="preserve">[40:35] </w:t>
      </w:r>
      <w:r>
        <w:t xml:space="preserve"> gaya. to yeh zalim ka groh hai aur maghzoob ka groh woh hai jo bhatakne ke baad, derailment hone ke baad, usi par qaim raha, usi par qaim raha, usi par qaim raha.</w:t>
      </w:r>
    </w:p>
    <w:p>
      <w:pPr>
        <w:jc w:val="right"/>
      </w:pPr>
      <w:r>
        <w:t>گیا۔ تو یہ ظالم کا گروہ ہے اور مغضوب کا گروہ وہ ہے جو بھٹکنے کے بعد، ڈیریلیمنٹ ہونے کے بعد، اسی پر قائم رہا، اسی پر قائم رہا، اسی پر قائم رہا۔</w:t>
      </w:r>
    </w:p>
    <w:p>
      <w:r>
        <w:rPr>
          <w:b/>
        </w:rPr>
        <w:t xml:space="preserve">[40:48] </w:t>
      </w:r>
      <w:r>
        <w:t>kyun ke dekhiye, Islam mein ek cheez hai tauba ke agar shaitan aap ko bhuka de, bhatka de, aap ka derailment kara de to aap ko chaukna hona chahiye.</w:t>
      </w:r>
    </w:p>
    <w:p>
      <w:pPr>
        <w:jc w:val="right"/>
      </w:pPr>
      <w:r>
        <w:t>کیونکہ دیکھیے، اسلام میں ایک چیز ہے توبہ کہ اگر شیطان آپ کو بھکا دے، بھٹکا دے، آپ کا ڈیریلیمنٹ کرا دے تو آپ کو چوکنا ہونا چاہیے۔</w:t>
      </w:r>
    </w:p>
    <w:p>
      <w:r>
        <w:rPr>
          <w:b/>
        </w:rPr>
        <w:t xml:space="preserve">[41:01] </w:t>
      </w:r>
      <w:r>
        <w:t>arey bhai, kahan bhatak gaya?</w:t>
      </w:r>
    </w:p>
    <w:p>
      <w:pPr>
        <w:jc w:val="right"/>
      </w:pPr>
      <w:r>
        <w:t>ارے بھائی، کہاں بھٹک گیا؟</w:t>
      </w:r>
    </w:p>
    <w:p>
      <w:r>
        <w:rPr>
          <w:b/>
        </w:rPr>
        <w:t xml:space="preserve">[41:03] </w:t>
      </w:r>
      <w:r>
        <w:t>yeh kya ho gaya meri zindagi mein? Quran mein yeh baat batai gayi hai, doosri surah mein, inshallah woh surah aayegi baad ko.</w:t>
      </w:r>
    </w:p>
    <w:p>
      <w:pPr>
        <w:jc w:val="right"/>
      </w:pPr>
      <w:r>
        <w:t>یہ کیا ہو گیا میری زندگی میں؟ قرآن میں یہ بات بتائی گئی ہے، دوسری سورہ میں، انشاءاللہ وہ سورہ آئے گی بعد کو۔</w:t>
      </w:r>
    </w:p>
    <w:p>
      <w:r>
        <w:rPr>
          <w:b/>
        </w:rPr>
        <w:t xml:space="preserve">[41:13] </w:t>
      </w:r>
      <w:r>
        <w:t>doosra baat batai gayi ke shaitan insaan ko behkata hai aur jo sahi log hain, woh chaukne ho jate hain. arey yeh to shaitan behka raha hai, yeh to shaitani baat hai ke kahan maine apni duaon mein pa liya hai yeh baat.</w:t>
      </w:r>
    </w:p>
    <w:p>
      <w:pPr>
        <w:jc w:val="right"/>
      </w:pPr>
      <w:r>
        <w:t>دوسرا بات بتائی گئی کہ شیطان انسان کو بہکاتا ہے اور جو صحیح لوگ ہیں، وہ چوکنے ہو جاتے ہیں۔ ارے یہ تو شیطان بہکا رہا ہے، یہ تو شیطانی بات ہے کہ کہاں میں نے اپنی دعاؤں میں پال لیا ہے یہ بات۔</w:t>
      </w:r>
    </w:p>
    <w:p>
      <w:r>
        <w:rPr>
          <w:b/>
        </w:rPr>
        <w:t xml:space="preserve">[41:28] </w:t>
      </w:r>
      <w:r>
        <w:t>to woh jaag uthte hain.</w:t>
      </w:r>
    </w:p>
    <w:p>
      <w:pPr>
        <w:jc w:val="right"/>
      </w:pPr>
      <w:r>
        <w:t>تو وہ جاگ اٹھتے ہیں۔</w:t>
      </w:r>
    </w:p>
    <w:p>
      <w:r>
        <w:rPr>
          <w:b/>
        </w:rPr>
        <w:t xml:space="preserve">[41:32] </w:t>
      </w:r>
      <w:r>
        <w:t>to zalim mein se woh log jo jo dobara na jin mein tauba ki ki sifat na paida ho, woh apne ko dobara islaah kar ke lautein nahi, to unhi ke bare mein kaha gaya hai ke woh maghzoob hain.</w:t>
      </w:r>
    </w:p>
    <w:p>
      <w:pPr>
        <w:jc w:val="right"/>
      </w:pPr>
      <w:r>
        <w:t>تو ظالم میں سے وہ لوگ جو جو دوبارہ نہ جن میں توبہ کی کی صفت نہ پیدا ہو، وہ اپنے کو دوبارہ اصلاح کر کے لوٹیں نہیں، تو انہی کے بارے میں کہا گیا ہے کہ وہ مغضوب ہیں۔</w:t>
      </w:r>
    </w:p>
    <w:p>
      <w:r>
        <w:rPr>
          <w:b/>
        </w:rPr>
        <w:t xml:space="preserve">[41:53] </w:t>
      </w:r>
      <w:r>
        <w:t>maghzoob maani hain ke woh be-hissi ki aakhirat tak pahunch gaye,</w:t>
      </w:r>
    </w:p>
    <w:p>
      <w:pPr>
        <w:jc w:val="right"/>
      </w:pPr>
      <w:r>
        <w:t>مغضوب معنی ہیں کہ وہ بے حسی کی آخرت تک پہنچ گئے،</w:t>
      </w:r>
    </w:p>
    <w:p>
      <w:r>
        <w:rPr>
          <w:b/>
        </w:rPr>
        <w:t xml:space="preserve">[41:58] </w:t>
      </w:r>
      <w:r>
        <w:t>jo Quran mein kaha gaya hai ke un ka dil pathar jaisa ho gaya hai, pathar jaisa. to zalim ibtidai darja hai, ibtidai yani derailment jab hota hai to woh zalim ka darja hai.</w:t>
      </w:r>
    </w:p>
    <w:p>
      <w:pPr>
        <w:jc w:val="right"/>
      </w:pPr>
      <w:r>
        <w:t>جو قرآن میں کہا گیا ہے کہ ان کا دل پتھر جیسا ہو گیا ہے، پتھر جیسا۔ تو ظالم ابتدائی درجہ ہے، ابتدائی یعنی ڈیریلیمنٹ جب ہوتا ہے تو وہ ظالم کا درجہ ہے۔</w:t>
      </w:r>
    </w:p>
    <w:p>
      <w:r>
        <w:rPr>
          <w:b/>
        </w:rPr>
        <w:t xml:space="preserve">[42:13] </w:t>
      </w:r>
      <w:r>
        <w:t>lekin jab aadmi derailment, derailment ke baad isi par chalta rahe, isi par chalta rahe, isi par chalta</w:t>
      </w:r>
    </w:p>
    <w:p>
      <w:pPr>
        <w:jc w:val="right"/>
      </w:pPr>
      <w:r>
        <w:t>لیکن جب آدمی ڈیریلیمنٹ، ڈیریلیمنٹ کے بعد اسی پر چلتا رہے، اسی پر چلتا رہے، اسی پر چلتا</w:t>
      </w:r>
    </w:p>
    <w:p>
      <w:r>
        <w:rPr>
          <w:b/>
        </w:rPr>
        <w:t xml:space="preserve">[42:19] </w:t>
      </w:r>
      <w:r>
        <w:t>rahe, yaani isi isi soch mein jiye, wahi charcha kare, wahi apne mind mein wahi baatein, negative baatein lata rahe, to phir kya hoga?</w:t>
      </w:r>
    </w:p>
    <w:p>
      <w:pPr>
        <w:jc w:val="right"/>
      </w:pPr>
      <w:r>
        <w:t>رہے، یعنی اسی اسی سوچ میں جیے، وہی چرچا کرے، وہی اپنے مائنڈ میں وہی باتیں، نیگیٹیو باتیں لاتا رہے، تو پھر کیا ہوگا؟</w:t>
      </w:r>
    </w:p>
    <w:p>
      <w:r>
        <w:rPr>
          <w:b/>
        </w:rPr>
        <w:t xml:space="preserve">[42:31] </w:t>
      </w:r>
      <w:r>
        <w:t>dheere dheere ke woh pakhta ho jayega, uski conditioning bohat hi zabardast ho jayegi. Phir point of no return aa jayega.</w:t>
      </w:r>
    </w:p>
    <w:p>
      <w:pPr>
        <w:jc w:val="right"/>
      </w:pPr>
      <w:r>
        <w:t>دھیرے دھیرے کہ وہ پختہ ہو جائے گا، اس کی کنڈیشننگ بہت ہی زبردست ہو جائے گی۔ پھر پوائنٹ آف نو ریٹرن آ جائے گا۔</w:t>
      </w:r>
    </w:p>
    <w:p>
      <w:r>
        <w:rPr>
          <w:b/>
        </w:rPr>
        <w:t xml:space="preserve">[42:40] </w:t>
      </w:r>
      <w:r>
        <w:t>to jis ke liye point of no return aa jaye, wahi wahi woh log hain jo maghzoob hain, Allah ki taraf se ghazab ka shikar hue.</w:t>
      </w:r>
    </w:p>
    <w:p>
      <w:pPr>
        <w:jc w:val="right"/>
      </w:pPr>
      <w:r>
        <w:t>تو جس کے لیے پوائنٹ آف نو ریٹرن آ جائے، وہی وہی وہ لوگ ہیں جو مغضوب ہیں، اللہ کی طرف سے غضب کا شکار ہوئے۔</w:t>
      </w:r>
    </w:p>
    <w:p>
      <w:r>
        <w:rPr>
          <w:b/>
        </w:rPr>
        <w:t xml:space="preserve">[42:50] </w:t>
      </w:r>
      <w:r>
        <w:t>to yeh ghazab jo hai, isi ko Quran mein doosre maqam par laanat kaha gaya hai, laanat. To yeh hai poori surah ka maamla.</w:t>
      </w:r>
    </w:p>
    <w:p>
      <w:pPr>
        <w:jc w:val="right"/>
      </w:pPr>
      <w:r>
        <w:t>تو یہ غضب جو ہے، اسی کو قرآن میں دوسرے مقام پر لعنت کہا گیا ہے، لعنت۔ تو یہ ہے پوری سورہ کا معاملہ۔</w:t>
      </w:r>
    </w:p>
    <w:p>
      <w:r>
        <w:rPr>
          <w:b/>
        </w:rPr>
        <w:t xml:space="preserve">[43:00] </w:t>
      </w:r>
      <w:r>
        <w:t>is surah ko ulma ne, kisi ne kaha ke yeh Quran ka dibacha hai, kisi ne kaha Quran ka yeh khulasa hai. Sab baatein sahi hain aur waqai yeh hai ke Quran ka dibacha bhi keh sakte hain, aap is ko Quran ka khulasa bhi keh sakte hain, is ko aap.</w:t>
      </w:r>
    </w:p>
    <w:p>
      <w:pPr>
        <w:jc w:val="right"/>
      </w:pPr>
      <w:r>
        <w:t>اس سورہ کو علماء نے، کسی نے کہا کہ یہ قرآن کا دیباچہ ہے، کسی نے کہا قرآن کا یہ خلاصہ ہے۔ سب باتیں صحیح ہیں اور واقعی یہ ہے کہ قرآن کا دیباچہ بھی کہہ سکتے ہیں، آپ اس کو قرآن کا خلاصہ بھی کہہ سکتے ہیں، اس کو آپ۔</w:t>
      </w:r>
    </w:p>
    <w:p>
      <w:r>
        <w:rPr>
          <w:b/>
        </w:rPr>
        <w:t xml:space="preserve">[43:22] </w:t>
      </w:r>
      <w:r>
        <w:t>to yeh ek journey hai, ek journey hai jo insaan ki zindagi mein paish aati hai,</w:t>
      </w:r>
    </w:p>
    <w:p>
      <w:pPr>
        <w:jc w:val="right"/>
      </w:pPr>
      <w:r>
        <w:t>تو یہ ایک جرنی ہے، ایک جرنی ہے جو انسان کی زندگی میں پیش آتی ہے،</w:t>
      </w:r>
    </w:p>
    <w:p>
      <w:r>
        <w:rPr>
          <w:b/>
        </w:rPr>
        <w:t xml:space="preserve">[43:32] </w:t>
      </w:r>
      <w:r>
        <w:t>insaan ki zindagi mein paish aati hai ke woh is ke jo aadmi bachcha paida hota hai, phir bada hota hai, pakhtagi ki maturity ki age ko pahunchta hai, tab us ke ehsasat jaagte hain, tab us ke andar soch jaagti hai.</w:t>
      </w:r>
    </w:p>
    <w:p>
      <w:pPr>
        <w:jc w:val="right"/>
      </w:pPr>
      <w:r>
        <w:t>انسان کی زندگی میں پیش آتی ہے کہ وہ اس کے جو آدمی بچہ پیدا ہوتا ہے، پھر بڑا ہوتا ہے، پختگی کی میچورٹی کی ایج کو پہنچتا ہے، تب اس کے احساسات جاگتے ہیں، تب اس کے اندر سوچ جاگتی ہے۔</w:t>
      </w:r>
    </w:p>
    <w:p>
      <w:r>
        <w:rPr>
          <w:b/>
        </w:rPr>
        <w:t xml:space="preserve">[43:50] </w:t>
      </w:r>
      <w:r>
        <w:t>maturity ki age tak pahunchne ke baad woh lagta hai sochne mein: "main kya hoon? kya purpose hai meri zindagi ka? kis ne mujhe banaya? yeh zameen o asman ka khaliq kaun hai?" Yeh sab sawalat aane lagte hain maturity ki age tak pahunchne ke baad.</w:t>
      </w:r>
    </w:p>
    <w:p>
      <w:pPr>
        <w:jc w:val="right"/>
      </w:pPr>
      <w:r>
        <w:t>میچورٹی کی ایج تک پہنچنے کے بعد وہ لگتا ہے سوچنے میں: "میں کیا ہوں؟ کیا پرپس ہے میری زندگی کا؟ کس نے مجھے بنایا؟ یہ زمین و آسمان کا خالق کون ہے؟" یہ سب سوالات آنے لگتے ہیں میچورٹی کی ایج تک پہنچنے کے بعد۔</w:t>
      </w:r>
    </w:p>
    <w:p>
      <w:r>
        <w:rPr>
          <w:b/>
        </w:rPr>
        <w:t xml:space="preserve">[44:05] </w:t>
      </w:r>
      <w:r>
        <w:t>to agar aadmi sanjeeda hai, waqai woh serious hai, to dheere dheere us ki is par baat khulne lagti hai, khulne woh haqiqaton ko daryaft karne lagta hai.</w:t>
      </w:r>
    </w:p>
    <w:p>
      <w:pPr>
        <w:jc w:val="right"/>
      </w:pPr>
      <w:r>
        <w:t>تو اگر آدمی سنجیدہ ہے، واقعی وہ سیریس ہے، تو دھیرے دھیرے اس کی اس پر بات کھلنے لگتی ہے، کھلنے وہ حقیقتوں کو دریافت کرنے لگتا ہے۔</w:t>
      </w:r>
    </w:p>
    <w:p>
      <w:r>
        <w:rPr>
          <w:b/>
        </w:rPr>
        <w:t xml:space="preserve">[44:20] </w:t>
      </w:r>
      <w:r>
        <w:t>jab woh daryaft tak pahunchta hai, tab woh beharhaal aata hai, woh keh uthta hai: "Alhamdulillah Rabbil Alameen, khudaaya!</w:t>
      </w:r>
    </w:p>
    <w:p>
      <w:pPr>
        <w:jc w:val="right"/>
      </w:pPr>
      <w:r>
        <w:t>جب وہ دریافت تک پہنچتا ہے، تب وہ بہرحال آتا ہے، وہ کہہ اٹھتا ہے: "الحمدللہ رب العالمین، خدایا!</w:t>
      </w:r>
    </w:p>
    <w:p>
      <w:r>
        <w:rPr>
          <w:b/>
        </w:rPr>
        <w:t xml:space="preserve">[44:28] </w:t>
      </w:r>
      <w:r>
        <w:t>main tera etraf karta hoon, khudaaya! main</w:t>
      </w:r>
    </w:p>
    <w:p>
      <w:pPr>
        <w:jc w:val="right"/>
      </w:pPr>
      <w:r>
        <w:t>میں تیرا اعتراف کرتا ہوں، خدایا! میں</w:t>
      </w:r>
    </w:p>
    <w:p>
      <w:r>
        <w:rPr>
          <w:b/>
        </w:rPr>
        <w:t xml:space="preserve">[44:35] </w:t>
      </w:r>
      <w:r>
        <w:t>tere huqooq ko ada karne ke liye tayyar hoon, khudaaya! main is dunya mein banda ban kar aane ke liye tayyar hoon." Yeh sab is mein shamil hai, yeh sab is mein shamil hai.</w:t>
      </w:r>
    </w:p>
    <w:p>
      <w:pPr>
        <w:jc w:val="right"/>
      </w:pPr>
      <w:r>
        <w:t>تیرے حقوق کو ادا کرنے کے لیے تیار ہوں، خدایا! میں اس دنیا میں بندہ بن کر آنے کے لیے تیار ہوں۔" یہ سب اس میں شامل ہے، یہ سب اس میں شامل ہے۔</w:t>
      </w:r>
    </w:p>
    <w:p>
      <w:r>
        <w:rPr>
          <w:b/>
        </w:rPr>
        <w:t xml:space="preserve">[44:47] </w:t>
      </w:r>
      <w:r>
        <w:t>phir insaan Khuda ki sifaton ko daryaft karta hai ke woh to bohat woh Rab hai, Rehman o Raheem hai.</w:t>
      </w:r>
    </w:p>
    <w:p>
      <w:pPr>
        <w:jc w:val="right"/>
      </w:pPr>
      <w:r>
        <w:t>پھر انسان خدا کی صفات کو دریافت کرتا ہے کہ وہ تو بہت وہ رب ہے، رحمان و رحیم ہے۔</w:t>
      </w:r>
    </w:p>
    <w:p>
      <w:r>
        <w:rPr>
          <w:b/>
        </w:rPr>
        <w:t xml:space="preserve">[44:58] </w:t>
      </w:r>
      <w:r>
        <w:t>to jab yeh sifaton ko woh daryaft karta hai to phir us ke andar kya hota hai? Allah, Allah! Us ka soul person ban jata hai, Allah se bepanah us ko mohabbat paida ho jati hai.</w:t>
      </w:r>
    </w:p>
    <w:p>
      <w:pPr>
        <w:jc w:val="right"/>
      </w:pPr>
      <w:r>
        <w:t>تو جب یہ صفات کو وہ دریافت کرتا ہے تو پھر اس کے اندر کیا ہوتا ہے؟ اللہ، اللہ! اس کا سول پرسن بن جاتا ہے، اللہ سے بے پناہ اس کو محبت پیدا ہو جاتی ہے۔</w:t>
      </w:r>
    </w:p>
    <w:p>
      <w:r>
        <w:rPr>
          <w:b/>
        </w:rPr>
        <w:t xml:space="preserve">[45:10] </w:t>
      </w:r>
      <w:r>
        <w:t>ashadd hubbillillah!</w:t>
      </w:r>
    </w:p>
    <w:p>
      <w:pPr>
        <w:jc w:val="right"/>
      </w:pPr>
      <w:r>
        <w:t>اشد حب للہ!</w:t>
      </w:r>
    </w:p>
    <w:p>
      <w:r>
        <w:rPr>
          <w:b/>
        </w:rPr>
        <w:t xml:space="preserve">[45:14] </w:t>
      </w:r>
      <w:r>
        <w:t>woh ab woh apna sab kuch Allah ko bana leta hai. Yahan pahunch kar woh kya hota hai? Ke woh Allah ka ibadat guzar ban jata hai.</w:t>
      </w:r>
    </w:p>
    <w:p>
      <w:pPr>
        <w:jc w:val="right"/>
      </w:pPr>
      <w:r>
        <w:t>وہ اب وہ اپنا سب کچھ اللہ کو بنا لیتا ہے۔ یہاں پہنچ کر وہ کیا ہوتا ہے؟ کہ وہ اللہ کا عبادت گزار بن جاتا ہے۔</w:t>
      </w:r>
    </w:p>
    <w:p>
      <w:r>
        <w:rPr>
          <w:b/>
        </w:rPr>
        <w:t xml:space="preserve">[45:25] </w:t>
      </w:r>
      <w:r>
        <w:t>ibadat guzar, ibadat jo hai, kisi rasmi maani mein nahi hai. Ibadat guzar jo hai, yeh hai ke apna sab kuch Allah ko bana lena, soul person Allah ko</w:t>
      </w:r>
    </w:p>
    <w:p>
      <w:pPr>
        <w:jc w:val="right"/>
      </w:pPr>
      <w:r>
        <w:t>عبادت گزار، عبادت جو ہے، کسی رسمی معنی میں نہیں ہے۔ عبادت گزار جو ہے، یہ ہے کہ اپنا سب کچھ اللہ کو بنا لینا، سول پرسن اللہ کو</w:t>
      </w:r>
    </w:p>
    <w:p>
      <w:r>
        <w:rPr>
          <w:b/>
        </w:rPr>
        <w:t xml:space="preserve">[45:39] </w:t>
      </w:r>
      <w:r>
        <w:t>bana lena. Jab aap banayenge aisa to aap ka dil, aap ka dimagh, aap ki shakhsiyat, sab ka rukh jo hai, God oriented ho jayega, Allah ki taraf.</w:t>
      </w:r>
    </w:p>
    <w:p>
      <w:pPr>
        <w:jc w:val="right"/>
      </w:pPr>
      <w:r>
        <w:t>بنا لینا۔ جب آپ بنائیں گے ایسا تو آپ کا دل، آپ کا دماغ، آپ کی شخصیت، سب کا رخ جو ہے، گاڈ اورینٹڈ ہو جائے گا، اللہ کی طرف۔</w:t>
      </w:r>
    </w:p>
    <w:p>
      <w:r>
        <w:rPr>
          <w:b/>
        </w:rPr>
        <w:t xml:space="preserve">[45:52] </w:t>
      </w:r>
      <w:r>
        <w:t>sari tawajjuh aap ki chali jayegi Allah ki taraf. To yeh hai ibadat guzar hone ka maamla. Phir aap duain karenge, duain karenge, duain karenge</w:t>
      </w:r>
    </w:p>
    <w:p>
      <w:pPr>
        <w:jc w:val="right"/>
      </w:pPr>
      <w:r>
        <w:t>ساری توجہ آپ کی چلی جائے گی اللہ کی طرف۔ تو یہ ہے عبادت گزار ہونے کا معاملہ۔ پھر آپ دعائیں کریں گے، دعائیں کریں گے، دعائیں کریں گے</w:t>
      </w:r>
    </w:p>
    <w:p>
      <w:r>
        <w:rPr>
          <w:b/>
        </w:rPr>
        <w:t xml:space="preserve">[46:05] </w:t>
      </w:r>
      <w:r>
        <w:t>ke: "Khudaaya! mujhe rasta khol de, mujhe sacha rasta dikha de, jo tere nazdeek, jo jo tere nazdeek sirat-e-mustaqeem hai, us ki rehnumai, rehnumai farma." To phir unfolding hone lagegi Allah ki taraf se,</w:t>
      </w:r>
    </w:p>
    <w:p>
      <w:pPr>
        <w:jc w:val="right"/>
      </w:pPr>
      <w:r>
        <w:t>کہ: "خدایا! مجھے راستہ کھول دے، مجھے سچا راستہ دکھا دے، جو تیرے نزدیک، جو جو تیرے نزدیک صراط مستقیم ہے، اس کی رہنمائی، رہنمائی فرما۔" تو پھر ان فولڈنگ ہونے لگے گی اللہ کی طرف سے،</w:t>
      </w:r>
    </w:p>
    <w:p>
      <w:r>
        <w:rPr>
          <w:b/>
        </w:rPr>
        <w:t xml:space="preserve">[46:22] </w:t>
      </w:r>
      <w:r>
        <w:t>us ko us ko inspiration hone lagega. Inspiration yaani ek to paighambar ki baaton se woh samjhega, baaton ko</w:t>
      </w:r>
    </w:p>
    <w:p>
      <w:pPr>
        <w:jc w:val="right"/>
      </w:pPr>
      <w:r>
        <w:t>اس کو اس کو انسپیریشن ہونے لگے گا۔ انسپیریشن یعنی ایک تو پیغمبر کی باتوں سے وہ سمجھے گا، باتوں کو</w:t>
      </w:r>
    </w:p>
    <w:p>
      <w:r>
        <w:rPr>
          <w:b/>
        </w:rPr>
        <w:t xml:space="preserve">[46:33] </w:t>
      </w:r>
      <w:r>
        <w:t>paighambar ki jo wahi hai, us se baatein samjhega. Lekin jab aap ne koi involve karta hai aadmi to us ko khud bhi inspiration ho jata hai, jis ko Islam mein ilham kaha gaya hai.</w:t>
      </w:r>
    </w:p>
    <w:p>
      <w:pPr>
        <w:jc w:val="right"/>
      </w:pPr>
      <w:r>
        <w:t>پیغمبر کی جو وحی ہے، اس سے باتیں سمجھے گا۔ لیکن جب آپ نے کوئی انوالو کرتا ہے آدمی تو اس کو خود بھی انسپیریشن ہو جاتا ہے، جس کو اسلام میں الہام کہا گیا ہے۔</w:t>
      </w:r>
    </w:p>
    <w:p>
      <w:r>
        <w:rPr>
          <w:b/>
        </w:rPr>
        <w:t xml:space="preserve">[46:43] </w:t>
      </w:r>
      <w:r>
        <w:t>ilham ya ilqa. Islam mein dekhiye, wahi to sirf paighambar ke liye hoti hai, paighambar ke liye. Lekin wahi ke ilawa ek aur cheez hai, woh ilqa aur ilham, woh har sache insaan ko ho sakta hai.</w:t>
      </w:r>
    </w:p>
    <w:p>
      <w:pPr>
        <w:jc w:val="right"/>
      </w:pPr>
      <w:r>
        <w:t>الہام یا القاء۔ اسلام میں دیکھیے، وحی تو صرف پیغمبر کے لیے ہوتی ہے، پیغمبر کے لیے۔ لیکن وحی کے علاوہ ایک اور چیز ہے، وہ القاء اور الہام، وہ ہر سچے انسان کو ہو سکتا ہے۔</w:t>
      </w:r>
    </w:p>
    <w:p>
      <w:r>
        <w:rPr>
          <w:b/>
        </w:rPr>
        <w:t xml:space="preserve">[46:58] </w:t>
      </w:r>
      <w:r>
        <w:t>to yeh sab hone hone lagta hai. To phir sachaiyan zahir hone lagti hain. To phir aap aur duain karte hain, aur duain karte hain, aur duain karte hain ke: "Khudaaya!</w:t>
      </w:r>
    </w:p>
    <w:p>
      <w:pPr>
        <w:jc w:val="right"/>
      </w:pPr>
      <w:r>
        <w:t>تو یہ سب ہونے ہونے لگتا ہے۔ تو پھر سچائیاں ظاہر ہونے لگتی ہیں۔ تو پھر آپ اور دعائیں کرتے ہیں، اور دعائیں کرتے ہیں، اور دعائیں کرتے ہیں کہ: "خدایا!</w:t>
      </w:r>
    </w:p>
    <w:p>
      <w:r>
        <w:rPr>
          <w:b/>
        </w:rPr>
        <w:t xml:space="preserve">[47:14] </w:t>
      </w:r>
      <w:r>
        <w:t>mujhe sirat-e-mustaqeem dikha de."</w:t>
      </w:r>
    </w:p>
    <w:p>
      <w:pPr>
        <w:jc w:val="right"/>
      </w:pPr>
      <w:r>
        <w:t>مجھے صراط مستقیم دکھا دے۔"</w:t>
      </w:r>
    </w:p>
    <w:p>
      <w:r>
        <w:rPr>
          <w:b/>
        </w:rPr>
        <w:t xml:space="preserve">[47:18] </w:t>
      </w:r>
      <w:r>
        <w:t>jab jab jab aap in jab aap duaon mein zindagi guzarte hain, dua dua aap ka dua aap ki zindagi mein sach mein shamil ho jati hai.</w:t>
      </w:r>
    </w:p>
    <w:p>
      <w:pPr>
        <w:jc w:val="right"/>
      </w:pPr>
      <w:r>
        <w:t>جب جب جب آپ ان جب آپ دعاؤں میں زندگی گزارتے ہیں، دعا دعا آپ کا دعا آپ کی زندگی میں سچ میں شامل ہو جاتی ہے۔</w:t>
      </w:r>
    </w:p>
    <w:p>
      <w:r>
        <w:rPr>
          <w:b/>
        </w:rPr>
        <w:t xml:space="preserve">[47:31] </w:t>
      </w:r>
      <w:r>
        <w:t>to phir rozana aap ko nai nai baatein Allah ki taraf se aati hain, jis ko kehte hain yani creative thinking. main samajhta hoon ke momin jo hai, woh sab se ziyada creative thinker hota hai.</w:t>
      </w:r>
    </w:p>
    <w:p>
      <w:pPr>
        <w:jc w:val="right"/>
      </w:pPr>
      <w:r>
        <w:t>تو پھر روزانہ آپ کو نئی نئی باتیں اللہ کی طرف سے آتی ہیں، جس کو کہتے ہیں یعنی کریٹیو تھنکنگ۔ میں سمجھتا ہوں کہ مومن جو ہے، وہ سب سے زیادہ کریٹیو تھنکر ہوتا ہے۔</w:t>
      </w:r>
    </w:p>
    <w:p>
      <w:r>
        <w:rPr>
          <w:b/>
        </w:rPr>
        <w:t xml:space="preserve">[47:46] </w:t>
      </w:r>
      <w:r>
        <w:t>creative thinking</w:t>
      </w:r>
    </w:p>
    <w:p>
      <w:pPr>
        <w:jc w:val="right"/>
      </w:pPr>
      <w:r>
        <w:t>کریٹیو تھنکنگ</w:t>
      </w:r>
    </w:p>
    <w:p>
      <w:r>
        <w:rPr>
          <w:b/>
        </w:rPr>
        <w:t xml:space="preserve">[47:50] </w:t>
      </w:r>
      <w:r>
        <w:t>behtareen lafz mere nazdeek hai yeh batane ke liye ke momin ki shakhsiyat kai shakhsiyat hoti hai. momin apne apne apne zehni irtiqaa ke nateejay mein ek creative thinker ban jata hai.</w:t>
      </w:r>
    </w:p>
    <w:p>
      <w:pPr>
        <w:jc w:val="right"/>
      </w:pPr>
      <w:r>
        <w:t>بہترین لفظ میرے نزدیک ہے یہ بتانے کے لیے کہ مومن کی شخصیت کئی شخصیت ہوتی ہے۔ مومن اپنے اپنے اپنے ذہنی ارتقاء کے نتیجے میں ایک کریٹیو تھنکر بن جاتا ہے۔</w:t>
      </w:r>
    </w:p>
    <w:p>
      <w:r>
        <w:rPr>
          <w:b/>
        </w:rPr>
        <w:t xml:space="preserve">[48:04] </w:t>
      </w:r>
      <w:r>
        <w:t>har din us ko nai marifat hasil hoti hai, har din us ko Allah se naya ek naya ta'alluq daryaft hota hai.</w:t>
      </w:r>
    </w:p>
    <w:p>
      <w:pPr>
        <w:jc w:val="right"/>
      </w:pPr>
      <w:r>
        <w:t>ہر دن اس کو نئی معرفت حاصل ہوتی ہے، ہر دن اس کو اللہ سے نیا ایک نیا تعلق دریافت ہوتا ہے۔</w:t>
      </w:r>
    </w:p>
    <w:p>
      <w:r>
        <w:rPr>
          <w:b/>
        </w:rPr>
        <w:t xml:space="preserve">[48:19] </w:t>
      </w:r>
      <w:r>
        <w:t>to is tarah jo zindagi banti hai, woh zindagi ka ek marhala yeh hai, ek marhala yeh hai ke aap qaim ho jayen deen ke upar aur aap ho jayen un logon mein se jo Allah ke haan inaam payenge,</w:t>
      </w:r>
    </w:p>
    <w:p>
      <w:pPr>
        <w:jc w:val="right"/>
      </w:pPr>
      <w:r>
        <w:t>تو اس طرح جو زندگی بنتی ہے، وہ زندگی کا ایک مرحلہ یہ ہے، ایک مرحلہ یہ ہے کہ آپ قائم ہو جائیں دین کے اوپر اور آپ ہو جائیں ان لوگوں میں سے جو اللہ کے ہاں انعام پائیں گے،</w:t>
      </w:r>
    </w:p>
    <w:p>
      <w:r>
        <w:rPr>
          <w:b/>
        </w:rPr>
        <w:t xml:space="preserve">[48:36] </w:t>
      </w:r>
      <w:r>
        <w:t>jannat mustaqil qarar payenge, Allah ke paros mein abad kiye jayenge, un mein so jayen. yeh sab se ziyada aala darja hai.</w:t>
      </w:r>
    </w:p>
    <w:p>
      <w:pPr>
        <w:jc w:val="right"/>
      </w:pPr>
      <w:r>
        <w:t>جنت مستقل قرار پائیں گے، اللہ کے پڑوس میں آباد کیے جائیں گے، ان میں سو جائیں۔ یہ سب سے زیادہ اعلیٰ درجہ ہے۔</w:t>
      </w:r>
    </w:p>
    <w:p>
      <w:r>
        <w:rPr>
          <w:b/>
        </w:rPr>
        <w:t xml:space="preserve">[48:47] </w:t>
      </w:r>
      <w:r>
        <w:t>lekin do darje aur bhi hain</w:t>
      </w:r>
    </w:p>
    <w:p>
      <w:pPr>
        <w:jc w:val="right"/>
      </w:pPr>
      <w:r>
        <w:t>لیکن دو درجے اور بھی ہیں</w:t>
      </w:r>
    </w:p>
    <w:p>
      <w:r>
        <w:rPr>
          <w:b/>
        </w:rPr>
        <w:t xml:space="preserve">[48:49] </w:t>
      </w:r>
      <w:r>
        <w:t>, woh yeh hai ke yeh do darje hain, woh kyun hain? kyunke shaitan har waqt laga hua hai aap ke peeche, har lamha, har subah, har subah shaam laga hua hai behkane mein.</w:t>
      </w:r>
    </w:p>
    <w:p>
      <w:pPr>
        <w:jc w:val="right"/>
      </w:pPr>
      <w:r>
        <w:t>، وہ یہ ہے کہ یہ دو درجے ہیں، وہ کیوں ہیں؟ کیونکہ شیطان ہر وقت لگا ہوا ہے آپ کے پیچھے، ہر لمحہ، ہر صبح، ہر صبح شام لگا ہوا ہے بہکانے میں۔</w:t>
      </w:r>
    </w:p>
    <w:p>
      <w:r>
        <w:rPr>
          <w:b/>
        </w:rPr>
        <w:t xml:space="preserve">[48:59] </w:t>
      </w:r>
      <w:r>
        <w:t>kahan woh derail kar de aap ko? kahan derail kar de? to kahin na kahin behkata hai,</w:t>
      </w:r>
    </w:p>
    <w:p>
      <w:pPr>
        <w:jc w:val="right"/>
      </w:pPr>
      <w:r>
        <w:t>کہاں وہ ڈیریل کر دے آپ کو؟ کہاں ڈیریل کر دے؟ تو کہیں نہ کہیں بہکاتا ہے،</w:t>
      </w:r>
    </w:p>
    <w:p>
      <w:r>
        <w:rPr>
          <w:b/>
        </w:rPr>
        <w:t xml:space="preserve">[49:10] </w:t>
      </w:r>
      <w:r>
        <w:t>aap ke nafrat jazbat ko ubhar deta hai, kahin aap ko kisi baat par offend kar deta hai, kahin aap ko ghussa dila deta hai, kahin aap ko provoke kar deta hai.</w:t>
      </w:r>
    </w:p>
    <w:p>
      <w:pPr>
        <w:jc w:val="right"/>
      </w:pPr>
      <w:r>
        <w:t>آپ کے نفرت جذبات کو ابھار دیتا ہے، کہیں آپ کو کسی بات پر افینڈ کر دیتا ہے، کہیں آپ کو غصہ دلا دیتا ہے، کہیں آپ کو پرووک کر دیتا ہے۔</w:t>
      </w:r>
    </w:p>
    <w:p>
      <w:r>
        <w:rPr>
          <w:b/>
        </w:rPr>
        <w:t xml:space="preserve">[49:22] </w:t>
      </w:r>
      <w:r>
        <w:t>to is tarah se aap ka aap ka jo safar hai, us ko idhar se udhar pher deta hai, woh jis ko main derailment kehta hoon. to zalim woh hain jinka derailment ho gaya sachai paane ke baad,</w:t>
      </w:r>
    </w:p>
    <w:p>
      <w:pPr>
        <w:jc w:val="right"/>
      </w:pPr>
      <w:r>
        <w:t>تو اس طرح سے آپ کا آپ کا جو سفر ہے، اس کو ادھر سے ادھر پھیر دیتا ہے، وہ جس کو میں ڈیریلیمنٹ کہتا ہوں۔ تو ظالم وہ ہیں جن کا ڈیریلیمنٹ ہو گیا سچائی پانے کے بعد،</w:t>
      </w:r>
    </w:p>
    <w:p>
      <w:r>
        <w:rPr>
          <w:b/>
        </w:rPr>
        <w:t xml:space="preserve">[49:39] </w:t>
      </w:r>
      <w:r>
        <w:t>lekin derail hone ke baad bhi mauqa rehta hai wapsi ka. kyunke hadith mein aata hai ke: "in Allah yaqbal al-tawba al-gharaq" yani kisi bhi lamha aap ko hosh aa jaye, kisi bhi lamha aap ko apni ghalti ka yeh samajh aa jaye to aap wapas ho sakte hain Allah ki taraf, aur phir Allah ki rehmaten aap ki taraf dobara wapas aa jayengi.</w:t>
      </w:r>
    </w:p>
    <w:p>
      <w:pPr>
        <w:jc w:val="right"/>
      </w:pPr>
      <w:r>
        <w:t>لیکن ڈیریل ہونے کے بعد بھی موقع رہتا ہے واپسی کا۔ کیونکہ حدیث میں آتا ہے کہ: "إن الله يقبل التوبة معلم الغرق" یعنی کسی بھی لمحہ آپ کو ہوش آ جائے، کسی بھی لمحہ آپ کو اپنی غلطی کا یہ سمجھ آ جائے تو آپ واپس ہو سکتے ہیں اللہ کی طرف، اور پھر اللہ کی رحمتیں آپ کی طرف دوبارہ واپس آ جائیں گی۔</w:t>
      </w:r>
    </w:p>
    <w:p>
      <w:r>
        <w:rPr>
          <w:b/>
        </w:rPr>
        <w:t xml:space="preserve">[50:05] </w:t>
      </w:r>
      <w:r>
        <w:t>dobara Allah taala aap ko apni rehmaton ke saaye mein le lega. to yeh lekin jo log aisa na kar kar payen, jinke andar introspection ki sifat na ho, jo apne khilaf soch na saken,</w:t>
      </w:r>
    </w:p>
    <w:p>
      <w:pPr>
        <w:jc w:val="right"/>
      </w:pPr>
      <w:r>
        <w:t>دوبارہ اللہ تعالیٰ آپ کو اپنی رحمتوں کے سائے میں لے لے گا۔ تو یہ لیکن جو لوگ ایسا نہ کر کر پائیں، جن کے اندر انٹراسٹرکشن کی صفت نہ ہو، جو اپنے خلاف سوچ نہ سکیں،</w:t>
      </w:r>
    </w:p>
    <w:p>
      <w:r>
        <w:rPr>
          <w:b/>
        </w:rPr>
        <w:t xml:space="preserve">[50:24] </w:t>
      </w:r>
      <w:r>
        <w:t>jo apna tajziya na kar saken, apni ghaltiyon ko daryaft na kar saken, to phir kya hota hai? woh maghzoob ke daira mein chale jate hain. yani woh daira jahan itni conditioning hoti hai, pakki ho jati hai,</w:t>
      </w:r>
    </w:p>
    <w:p>
      <w:pPr>
        <w:jc w:val="right"/>
      </w:pPr>
      <w:r>
        <w:t>جو اپنا تجزیہ نہ کر سکیں، اپنی غلطیوں کو دریافت نہ کر سکیں، تو پھر کیا ہوتا ہے؟ وہ مغضوب کے دائرے میں چلے جاتے ہیں۔ یعنی وہ دائرہ جہاں اتنی کنڈیشننگ ہوتی ہے، پختہ ہو جاتی ہے،</w:t>
      </w:r>
    </w:p>
    <w:p>
      <w:r>
        <w:rPr>
          <w:b/>
        </w:rPr>
        <w:t xml:space="preserve">[50:39] </w:t>
      </w:r>
      <w:r>
        <w:t>itna be-hissi aa jati hai ke aadmi phir badalne ki koshish mein nahi hota,</w:t>
      </w:r>
    </w:p>
    <w:p>
      <w:pPr>
        <w:jc w:val="right"/>
      </w:pPr>
      <w:r>
        <w:t>اتنا بے حسی آ جاتی ہے کہ آدمی پھر بدلنے کی کوشش میں نہیں ہوتا،</w:t>
      </w:r>
    </w:p>
    <w:p>
      <w:r>
        <w:rPr>
          <w:b/>
        </w:rPr>
        <w:t xml:space="preserve">[50:46] </w:t>
      </w:r>
      <w:r>
        <w:t>apne ko badalne ki koshish mein nahi hota.</w:t>
      </w:r>
    </w:p>
    <w:p>
      <w:pPr>
        <w:jc w:val="right"/>
      </w:pPr>
      <w:r>
        <w:t>اپنے کو بدلنے کی کوشش میں نہیں ہوتا۔</w:t>
      </w:r>
    </w:p>
    <w:p>
      <w:r>
        <w:rPr>
          <w:b/>
        </w:rPr>
        <w:t xml:space="preserve">[50:51] </w:t>
      </w:r>
      <w:r>
        <w:t>woh derail mein, is derail derailment hone ke baad, woh isi rastay pe chalta rehta hai, chalta rehta hai, yahan tak ke khat baja ke ki jata hai. to yeh tha aaj ka dars-e-quran.</w:t>
      </w:r>
    </w:p>
    <w:p>
      <w:pPr>
        <w:jc w:val="right"/>
      </w:pPr>
      <w:r>
        <w:t>وہ ڈیریل میں، اس ڈیریل ڈیریلیمنٹ ہونے کے بعد، وہ اسی راستے پہ چلتا رہتا ہے، چلتا رہتا ہے، یہاں تک کہ کھٹ بجا کے کی جاتا ہے۔ تو یہ تھا آج کا درس قرآن۔</w:t>
      </w:r>
    </w:p>
    <w:p>
      <w:r>
        <w:rPr>
          <w:b/>
        </w:rPr>
        <w:t xml:space="preserve">[51:05] </w:t>
      </w:r>
      <w:r>
        <w:t>insha Allah aage ayenda bhi yeh silsila jari rahega.</w:t>
      </w:r>
    </w:p>
    <w:p>
      <w:pPr>
        <w:jc w:val="right"/>
      </w:pPr>
      <w:r>
        <w:t>انشاءاللہ آگے آئندہ بھی یہ سلسلہ جاری رہے گا۔</w:t>
      </w:r>
    </w:p>
    <w:p>
      <w:r>
        <w:rPr>
          <w:b/>
        </w:rPr>
        <w:t xml:space="preserve">[51:09] </w:t>
      </w:r>
      <w:r>
        <w:t>ab hum quran hi ke ko silsila war chalayenge, thore thore hissay le kar ke, aur us ki sharikat karenge, insha Allah.</w:t>
      </w:r>
    </w:p>
    <w:p>
      <w:pPr>
        <w:jc w:val="right"/>
      </w:pPr>
      <w:r>
        <w:t>اب ہم قرآن ہی کے کو سلسلے وار چلائیں گے، تھوڑے تھوڑے حصے لے کر کے، اور اس کی شراکت کریں گے، انشاءاللہ۔</w:t>
      </w:r>
    </w:p>
    <w:p>
      <w:r>
        <w:rPr>
          <w:b/>
        </w:rPr>
        <w:t xml:space="preserve">[51:19] </w:t>
      </w:r>
      <w:r>
        <w:t>to Allah taala se dua hai ke yeh jo kaam hai, yeh kaam Allah ki tofeeq se ho sakta hai. quran Allah ki kitab hai, aur Allah ki kitab ka samajhna bhi Allah ki tofeeq se hota hai.</w:t>
      </w:r>
    </w:p>
    <w:p>
      <w:pPr>
        <w:jc w:val="right"/>
      </w:pPr>
      <w:r>
        <w:t>تو اللہ تعالیٰ سے دعا ہے کہ یہ جو کام ہے، یہ کام اللہ کی توفیق سے ہو سکتا ہے۔ قرآن اللہ کی کتاب ہے، اور اللہ کی کتاب کا سمجھنا بھی اللہ کی توفیق سے ہوتا ہے۔</w:t>
      </w:r>
    </w:p>
    <w:p>
      <w:r>
        <w:rPr>
          <w:b/>
        </w:rPr>
        <w:t xml:space="preserve">[51:35] </w:t>
      </w:r>
      <w:r>
        <w:t>to yeh dua hai ke Allah taala mujh ko yeh tofeeq de ke main quran ko sahi taur par samhoon aur quran ko sahi taur par bayan kar sakoon.</w:t>
      </w:r>
    </w:p>
    <w:p>
      <w:pPr>
        <w:jc w:val="right"/>
      </w:pPr>
      <w:r>
        <w:t>تو یہ دعا ہے کہ اللہ تعالیٰ مجھ کو یہ توفیق دے کہ میں قرآن کو صحیح طور پر سمجھوں اور قرآن کو صحیح طور پر بیان کر سکوں۔</w:t>
      </w:r>
    </w:p>
    <w:p>
      <w:r>
        <w:rPr>
          <w:b/>
        </w:rPr>
        <w:t xml:space="preserve">[51:49] </w:t>
      </w:r>
      <w:r>
        <w:t>to</w:t>
      </w:r>
    </w:p>
    <w:p>
      <w:pPr>
        <w:jc w:val="right"/>
      </w:pPr>
      <w:r>
        <w:t>تو</w:t>
      </w:r>
    </w:p>
    <w:p>
      <w:r>
        <w:rPr>
          <w:b/>
        </w:rPr>
        <w:t xml:space="preserve">[51:50] </w:t>
      </w:r>
      <w:r>
        <w:t>yeh to meri dua hai ke Allah taala mujh ko aur aap ko quran ko samajhne ki tofeeq de, quran ka rasta pakadne ki tofeeq de.</w:t>
      </w:r>
    </w:p>
    <w:p>
      <w:pPr>
        <w:jc w:val="right"/>
      </w:pPr>
      <w:r>
        <w:t>یہ تو میری دعا ہے کہ اللہ تعالیٰ مجھ کو اور آپ کو قرآن کو سمجھنے کی توفیق دے، قرآن کا راستہ پکڑنے کی توفیق دے۔</w:t>
      </w:r>
    </w:p>
    <w:p>
      <w:r>
        <w:rPr>
          <w:b/>
        </w:rPr>
        <w:t xml:space="preserve">[52:11] </w:t>
      </w:r>
      <w:r>
        <w:t>kyunke allah ki tofeeq ke baghair aadmi kabhi na quran ko samajh sakta, na quran par chal sakta, na is par istiqamat kar sakta.</w:t>
      </w:r>
    </w:p>
    <w:p>
      <w:pPr>
        <w:jc w:val="right"/>
      </w:pPr>
      <w:r>
        <w:t>کیونکہ اللہ کی توفیق کے بغیر آدمی کبھی نہ قرآن کو سمجھ سکتا، نہ قرآن پر چل سکتا، نہ اس پر استقامت کر سکتا۔</w:t>
      </w:r>
    </w:p>
    <w:p>
      <w:r>
        <w:rPr>
          <w:b/>
        </w:rPr>
        <w:t xml:space="preserve">[52:25] </w:t>
      </w:r>
      <w:r>
        <w:t>to hamesha hamein dua karte rehna chahiye</w:t>
      </w:r>
    </w:p>
    <w:p>
      <w:pPr>
        <w:jc w:val="right"/>
      </w:pPr>
      <w:r>
        <w:t>تو ہمیشہ ہمیں دعا کرتے رہنا چاہیے</w:t>
      </w:r>
    </w:p>
    <w:p>
      <w:r>
        <w:rPr>
          <w:b/>
        </w:rPr>
        <w:t xml:space="preserve">[52:28] </w:t>
      </w:r>
      <w:r>
        <w:t>, hamesha dua karte rehna chahiye ke allah hamein behakne se bacha, hamein derailment hone se bacha, hamein aakhir tak hamari madad farma.</w:t>
      </w:r>
    </w:p>
    <w:p>
      <w:pPr>
        <w:jc w:val="right"/>
      </w:pPr>
      <w:r>
        <w:t>، ہمیشہ دعا کرتے رہنا چاہیے کہ اللہ ہمیں بہکنے سے بچا، ہمیں ڈیریلیمنٹ ہونے سے بچا، ہمیں آخر تک ہماری مدد فرما۔</w:t>
      </w:r>
    </w:p>
    <w:p>
      <w:r>
        <w:rPr>
          <w:b/>
        </w:rPr>
        <w:t xml:space="preserve">[52:45] </w:t>
      </w:r>
      <w:r>
        <w:t>isi ki mein dua karta hoon apne liye aur aap sab logon ke liye. Assalam o alaikum wa rehmatullahi wa barakatuh.</w:t>
      </w:r>
    </w:p>
    <w:p>
      <w:pPr>
        <w:jc w:val="right"/>
      </w:pPr>
      <w:r>
        <w:t>اسی کی میں دعا کرتا ہوں اپنے لیے اور آپ سب لوگوں کے لیے۔ 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