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Ideology of Life I December 29, 2013</w:t>
      </w:r>
    </w:p>
    <w:p>
      <w:r>
        <w:t>https://www.youtube.com/watch?v=iWgAIWN7D9E</w:t>
      </w:r>
    </w:p>
    <w:p>
      <w:r>
        <w:rPr>
          <w:b/>
        </w:rPr>
        <w:t xml:space="preserve">[00:21] </w:t>
      </w:r>
      <w:r>
        <w:t>bismillah rahman rahim, wa salla 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[00:26] </w:t>
      </w:r>
      <w:r>
        <w:t>rab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[00:32] </w:t>
      </w:r>
      <w:r>
        <w:t>aaj december 2013 ki 29 tareekh hai.</w:t>
      </w:r>
    </w:p>
    <w:p>
      <w:pPr>
        <w:jc w:val="right"/>
      </w:pPr>
      <w:r>
        <w:t>آج دسمبر 2013 کی 29 تاریخ ہے۔</w:t>
      </w:r>
    </w:p>
    <w:p>
      <w:r>
        <w:rPr>
          <w:b/>
        </w:rPr>
        <w:t xml:space="preserve">[00:37] </w:t>
      </w:r>
      <w:r>
        <w:t>aaj maine akhbar dekha to us mein ek khabar thi jisko main kaha karta hoon ke</w:t>
      </w:r>
    </w:p>
    <w:p>
      <w:pPr>
        <w:jc w:val="right"/>
      </w:pPr>
      <w:r>
        <w:t>آج میں نے اخبار دیکھا تو اس میں ایک خبر تھی جس کو میں کہا کرتا ہوں کہ</w:t>
      </w:r>
    </w:p>
    <w:p>
      <w:r>
        <w:rPr>
          <w:b/>
        </w:rPr>
        <w:t xml:space="preserve">[00:43] </w:t>
      </w:r>
      <w:r>
        <w:t>mind trigger hota hai.</w:t>
      </w:r>
    </w:p>
    <w:p>
      <w:pPr>
        <w:jc w:val="right"/>
      </w:pPr>
      <w:r>
        <w:t>مائنڈ ٹریگر ہوتا ہے۔</w:t>
      </w:r>
    </w:p>
    <w:p>
      <w:r>
        <w:rPr>
          <w:b/>
        </w:rPr>
        <w:t xml:space="preserve">[00:48] </w:t>
      </w:r>
      <w:r>
        <w:t>جب mind trigger ہوتا ہے تو آدمی کو نئی نئی باتیں سمجھ آتی ہیں۔</w:t>
      </w:r>
    </w:p>
    <w:p>
      <w:pPr>
        <w:jc w:val="right"/>
      </w:pPr>
      <w:r>
        <w:t>جب مائنڈ ٹریگر ہوتا ہے تو آدمی کو نئی نئی باتیں سمجھ آتی ہیں۔</w:t>
      </w:r>
    </w:p>
    <w:p>
      <w:r>
        <w:rPr>
          <w:b/>
        </w:rPr>
        <w:t xml:space="preserve">[00:54] </w:t>
      </w:r>
      <w:r>
        <w:t>تو یہ بہت ضروری ہے کہ آپ کا mind trigger ہو۔</w:t>
      </w:r>
    </w:p>
    <w:p>
      <w:pPr>
        <w:jc w:val="right"/>
      </w:pPr>
      <w:r>
        <w:t>تو یہ بہت ضروری ہے کہ آپ کا مائنڈ ٹریگر ہو۔</w:t>
      </w:r>
    </w:p>
    <w:p>
      <w:r>
        <w:rPr>
          <w:b/>
        </w:rPr>
        <w:t xml:space="preserve">[00:59] </w:t>
      </w:r>
      <w:r>
        <w:t>کوئی experience کو، کسی experience کی وجہ سے کوئی چیز پڑھ کر کے، کوئی observation سے۔</w:t>
      </w:r>
    </w:p>
    <w:p>
      <w:pPr>
        <w:jc w:val="right"/>
      </w:pPr>
      <w:r>
        <w:t>کوئی ایکسپیرینس کو، کسی ایکسپیرینس کی وجہ سے کوئی چیز پڑھ کر کے، کوئی آبزرویشن سے۔</w:t>
      </w:r>
    </w:p>
    <w:p>
      <w:r>
        <w:rPr>
          <w:b/>
        </w:rPr>
        <w:t xml:space="preserve">[01:05] </w:t>
      </w:r>
      <w:r>
        <w:t>جب تک آپ کا mind trigger نہ ہو تو کوئی بڑی بات آپ discover نہیں کر پاتے۔</w:t>
      </w:r>
    </w:p>
    <w:p>
      <w:pPr>
        <w:jc w:val="right"/>
      </w:pPr>
      <w:r>
        <w:t>جب تک آپ کا مائنڈ ٹریگر نہ ہو تو کوئی بڑی بات آپ ڈسکور نہیں کر پاتے۔</w:t>
      </w:r>
    </w:p>
    <w:p>
      <w:r>
        <w:rPr>
          <w:b/>
        </w:rPr>
        <w:t xml:space="preserve">[01:11] </w:t>
      </w:r>
      <w:r>
        <w:t>to dekhein aaj ki jo news hai, yaani 29 akhbar ka paper jo hai, us mein ke qahira</w:t>
      </w:r>
    </w:p>
    <w:p>
      <w:pPr>
        <w:jc w:val="right"/>
      </w:pPr>
      <w:r>
        <w:t>تو دیکھیں آج کی جو نیوز ہے، یعنی 29 اخبار کا پیپر جو ہے، اس میں کہ قاہرہ</w:t>
      </w:r>
    </w:p>
    <w:p>
      <w:r>
        <w:rPr>
          <w:b/>
        </w:rPr>
        <w:t xml:space="preserve">[01:16] </w:t>
      </w:r>
      <w:r>
        <w:t>mein, yaani Egypt mein, Muslim protesters ne wahan ki jo bohat hi purani university hai, Al-Hazr University, us</w:t>
      </w:r>
    </w:p>
    <w:p>
      <w:pPr>
        <w:jc w:val="right"/>
      </w:pPr>
      <w:r>
        <w:t>میں، یعنی Egypt میں، مسلم پروٹیسٹرز نے وہاں کی جو بہت ہی پرانی یونیورسٹی ہے، الحضر یونیورسٹی، اس</w:t>
      </w:r>
    </w:p>
    <w:p>
      <w:r>
        <w:rPr>
          <w:b/>
        </w:rPr>
        <w:t xml:space="preserve">[01:22] </w:t>
      </w:r>
      <w:r>
        <w:t>ki building mein aag laga di.</w:t>
      </w:r>
    </w:p>
    <w:p>
      <w:pPr>
        <w:jc w:val="right"/>
      </w:pPr>
      <w:r>
        <w:t>کی بلڈنگ میں آگ لگا دی۔</w:t>
      </w:r>
    </w:p>
    <w:p>
      <w:r>
        <w:rPr>
          <w:b/>
        </w:rPr>
        <w:t xml:space="preserve">[01:27] </w:t>
      </w:r>
      <w:r>
        <w:t>aur yeh sab Islamists hain.</w:t>
      </w:r>
    </w:p>
    <w:p>
      <w:pPr>
        <w:jc w:val="right"/>
      </w:pPr>
      <w:r>
        <w:t>اور یہ سب اسلامسٹ ہیں۔</w:t>
      </w:r>
    </w:p>
    <w:p>
      <w:r>
        <w:rPr>
          <w:b/>
        </w:rPr>
        <w:t xml:space="preserve">[01:33] </w:t>
      </w:r>
      <w:r>
        <w:t>yaani Islamist logon ne wahan par protest kiya aur Al-Hazr University, jo bohat hi bari university maani jaati</w:t>
      </w:r>
    </w:p>
    <w:p>
      <w:pPr>
        <w:jc w:val="right"/>
      </w:pPr>
      <w:r>
        <w:t>یعنی اسلامسٹ لوگوں نے وہاں پر پروٹیسٹ کیا اور الحضر یونیورسٹی، جو بہت ہی بڑی یونیورسٹی مانی جاتی</w:t>
      </w:r>
    </w:p>
    <w:p>
      <w:r>
        <w:rPr>
          <w:b/>
        </w:rPr>
        <w:t xml:space="preserve">[01:38] </w:t>
      </w:r>
      <w:r>
        <w:t>hai Muslim world mein, to us ki building mein aag laga di.</w:t>
      </w:r>
    </w:p>
    <w:p>
      <w:pPr>
        <w:jc w:val="right"/>
      </w:pPr>
      <w:r>
        <w:t>ہے مسلم ورلڈ میں، تو اس کی بلڈنگ میں آگ لگا دی۔</w:t>
      </w:r>
    </w:p>
    <w:p>
      <w:r>
        <w:rPr>
          <w:b/>
        </w:rPr>
        <w:t xml:space="preserve">[01:44] </w:t>
      </w:r>
      <w:r>
        <w:t>اس سے میرا مائنڈ ٹریگر ہوا کہ آخر ایسا کیوں؟ ساری دنیا میں دیکھیں، ایجوکیشنل انسٹی ٹیوشنز کو بہت</w:t>
      </w:r>
    </w:p>
    <w:p>
      <w:pPr>
        <w:jc w:val="right"/>
      </w:pPr>
      <w:r>
        <w:t>اس سے میرا مائنڈ ٹریگر ہوا کہ آخر ایسا کیوں؟ ساری دنیا میں دیکھیں، ایجوکیشنل انسٹیٹیوشنز کو بہت</w:t>
      </w:r>
    </w:p>
    <w:p>
      <w:r>
        <w:rPr>
          <w:b/>
        </w:rPr>
        <w:t xml:space="preserve">[01:50] </w:t>
      </w:r>
      <w:r>
        <w:t>zyada respect diya jata hai.</w:t>
      </w:r>
    </w:p>
    <w:p>
      <w:pPr>
        <w:jc w:val="right"/>
      </w:pPr>
      <w:r>
        <w:t>زیادہ ریسپیکٹ دیا جاتا ہے۔</w:t>
      </w:r>
    </w:p>
    <w:p>
      <w:r>
        <w:rPr>
          <w:b/>
        </w:rPr>
        <w:t xml:space="preserve">[01:55] </w:t>
      </w:r>
      <w:r>
        <w:t>saari duniya mein.</w:t>
      </w:r>
    </w:p>
    <w:p>
      <w:pPr>
        <w:jc w:val="right"/>
      </w:pPr>
      <w:r>
        <w:t>ساری دنیا میں۔</w:t>
      </w:r>
    </w:p>
    <w:p>
      <w:r>
        <w:rPr>
          <w:b/>
        </w:rPr>
        <w:t xml:space="preserve">[02:01] </w:t>
      </w:r>
      <w:r>
        <w:t>Europe, America mein kabhi aap nahi sunenge ke kisi ne protest ke liye university mein aag laga di.</w:t>
      </w:r>
    </w:p>
    <w:p>
      <w:pPr>
        <w:jc w:val="right"/>
      </w:pPr>
      <w:r>
        <w:t>یورپ، امریکہ میں کبھی آپ نہیں سنیں گے کہ کسی نے پروٹیسٹ کے لیے یونیورسٹی میں آگ لگا دی۔</w:t>
      </w:r>
    </w:p>
    <w:p>
      <w:r>
        <w:rPr>
          <w:b/>
        </w:rPr>
        <w:t xml:space="preserve">[02:06] </w:t>
      </w:r>
      <w:r>
        <w:t>ke aisa kyun? aisa kyun? yeh koi simple baat nahi hai, yeh bohat hi bari baat hai.</w:t>
      </w:r>
    </w:p>
    <w:p>
      <w:pPr>
        <w:jc w:val="right"/>
      </w:pPr>
      <w:r>
        <w:t>کہ ایسا کیوں؟ ایسا کیوں؟ یہ کوئی سمپل بات نہیں ہے، یہ بہت ہی بڑی بات ہے۔</w:t>
      </w:r>
    </w:p>
    <w:p>
      <w:r>
        <w:rPr>
          <w:b/>
        </w:rPr>
        <w:t xml:space="preserve">[02:12] </w:t>
      </w:r>
      <w:r>
        <w:t>تو مجھے ایک حدیث یاد آئی، اس حدیث میں اب بہت عجیب طور پر اس کا explanation ملتا ہے۔</w:t>
      </w:r>
    </w:p>
    <w:p>
      <w:pPr>
        <w:jc w:val="right"/>
      </w:pPr>
      <w:r>
        <w:t>تو مجھے ایک حدیث یاد آئی، اس حدیث میں اب بہت عجیب طور پر اس کا ایکسپلینیشن ملتا ہے۔</w:t>
      </w:r>
    </w:p>
    <w:p>
      <w:r>
        <w:rPr>
          <w:b/>
        </w:rPr>
        <w:t xml:space="preserve">[02:17] </w:t>
      </w:r>
      <w:r>
        <w:t>ek hadith hai ke: "jab talwar meri ummat mein daal di gayi to woh qayamat tak us se uthayi nahi jayegi".</w:t>
      </w:r>
    </w:p>
    <w:p>
      <w:pPr>
        <w:jc w:val="right"/>
      </w:pPr>
      <w:r>
        <w:t>ایک حدیث ہے کہ: "إذا وُضِعَ السيفُ في أُمَّتِي لم يُرفعَ عنها حتیٰ يوم القيامة" ۔</w:t>
      </w:r>
    </w:p>
    <w:p>
      <w:r>
        <w:rPr>
          <w:b/>
        </w:rPr>
        <w:t xml:space="preserve">[02:23] </w:t>
      </w:r>
      <w:r>
        <w:t>ke meri ummat mein jab talwar dakhil hogi to woh qayamat tak phir niklegi nahi.</w:t>
      </w:r>
    </w:p>
    <w:p>
      <w:pPr>
        <w:jc w:val="right"/>
      </w:pPr>
      <w:r>
        <w:t>کہ میری امت میں جب تلوار داخل ہوگی تو وہ قیامت تک پھر نکلے گی نہیں۔</w:t>
      </w:r>
    </w:p>
    <w:p>
      <w:r>
        <w:rPr>
          <w:b/>
        </w:rPr>
        <w:t xml:space="preserve">[02:29] </w:t>
      </w:r>
      <w:r>
        <w:t>to maine socha ke aakhir talwar agar dakhil hogi to kyun qayamat tak chalti rahegi, kyun?</w:t>
      </w:r>
    </w:p>
    <w:p>
      <w:pPr>
        <w:jc w:val="right"/>
      </w:pPr>
      <w:r>
        <w:t>تو میں نے سوچا کہ آخر تلوار اگر داخل ہوگی تو کیوں قیامت تک چلتی رہے گی، کیوں؟</w:t>
      </w:r>
    </w:p>
    <w:p>
      <w:r>
        <w:rPr>
          <w:b/>
        </w:rPr>
        <w:t xml:space="preserve">[02:34] </w:t>
      </w:r>
      <w:r>
        <w:t>jaisa ke aap dekh rahe hain, aap yahi to hai.</w:t>
      </w:r>
    </w:p>
    <w:p>
      <w:pPr>
        <w:jc w:val="right"/>
      </w:pPr>
      <w:r>
        <w:t>جیسا کہ آپ دیکھ رہے ہیں، آپ یہی تو ہے۔</w:t>
      </w:r>
    </w:p>
    <w:p>
      <w:r>
        <w:rPr>
          <w:b/>
        </w:rPr>
        <w:t xml:space="preserve">[02:40] </w:t>
      </w:r>
      <w:r>
        <w:t>kyunke hamesha aisa hota hai dekhen ke larai ka ek had hoti hai.</w:t>
      </w:r>
    </w:p>
    <w:p>
      <w:pPr>
        <w:jc w:val="right"/>
      </w:pPr>
      <w:r>
        <w:t>کیونکہ ہمیشہ ایسا ہوتا ہے دیکھیں کہ لڑائی کا ایک حد ہوتی ہے۔</w:t>
      </w:r>
    </w:p>
    <w:p>
      <w:r>
        <w:rPr>
          <w:b/>
        </w:rPr>
        <w:t xml:space="preserve">[02:45] </w:t>
      </w:r>
      <w:r>
        <w:t>first world war ki ek had thi, second world war ki ek had thi.</w:t>
      </w:r>
    </w:p>
    <w:p>
      <w:pPr>
        <w:jc w:val="right"/>
      </w:pPr>
      <w:r>
        <w:t>فرسٹ ورلڈ وار کی ایک حد تھی، سیکنڈ ورلڈ وار کی ایک حد تھی۔</w:t>
      </w:r>
    </w:p>
    <w:p>
      <w:r>
        <w:rPr>
          <w:b/>
        </w:rPr>
        <w:t xml:space="preserve">[02:51] </w:t>
      </w:r>
      <w:r>
        <w:t>ek had par aa kar khatm ho gayi.</w:t>
      </w:r>
    </w:p>
    <w:p>
      <w:pPr>
        <w:jc w:val="right"/>
      </w:pPr>
      <w:r>
        <w:t>ایک حد پرا کر ختم ہو گئی۔</w:t>
      </w:r>
    </w:p>
    <w:p>
      <w:r>
        <w:rPr>
          <w:b/>
        </w:rPr>
        <w:t xml:space="preserve">[02:56] </w:t>
      </w:r>
      <w:r>
        <w:t>ya musalmanon mein kyun aisa hoga ke talwar chalti hi rahe gi, chalti hi rahe gi, chalti hi rahe gi.</w:t>
      </w:r>
    </w:p>
    <w:p>
      <w:pPr>
        <w:jc w:val="right"/>
      </w:pPr>
      <w:r>
        <w:t>یا مسلمانوں میں کیوں ایسا ہوگا کہ تلوار چلتی ہی رہے گی، چلتی ہی رہے گی، چلتی ہی رہے گی۔</w:t>
      </w:r>
    </w:p>
    <w:p>
      <w:r>
        <w:rPr>
          <w:b/>
        </w:rPr>
        <w:t xml:space="preserve">[03:02] </w:t>
      </w:r>
      <w:r>
        <w:t>is ko kehte hain justified militancy. justified violence.</w:t>
      </w:r>
    </w:p>
    <w:p>
      <w:pPr>
        <w:jc w:val="right"/>
      </w:pPr>
      <w:r>
        <w:t>اس کو کہتے ہیں جسٹیفائیڈ ملٹینسی۔ جسٹیفائیڈ وائلنس۔</w:t>
      </w:r>
    </w:p>
    <w:p>
      <w:r>
        <w:rPr>
          <w:b/>
        </w:rPr>
        <w:t xml:space="preserve">[03:08] </w:t>
      </w:r>
      <w:r>
        <w:t>yani musalmanon mein yeh ek prediction tha rasool Allah salallaho alaihi wasallam ka ke musalmanon mein ek</w:t>
      </w:r>
    </w:p>
    <w:p>
      <w:pPr>
        <w:jc w:val="right"/>
      </w:pPr>
      <w:r>
        <w:t>یعنی مسلمانوں میں یہ ایک پریڈکشن تھا رسول اللہ صلی اللہ علیہ وسلم کا کہ مسلمانوں میں ایک</w:t>
      </w:r>
    </w:p>
    <w:p>
      <w:r>
        <w:rPr>
          <w:b/>
        </w:rPr>
        <w:t xml:space="preserve">[03:13] </w:t>
      </w:r>
      <w:r>
        <w:t>ideology develop kare gi, system based ideology.</w:t>
      </w:r>
    </w:p>
    <w:p>
      <w:pPr>
        <w:jc w:val="right"/>
      </w:pPr>
      <w:r>
        <w:t>آئیڈیالوجی ڈیولپ کرے گی، سسٹم بیسڈ آئیڈیالوجی۔</w:t>
      </w:r>
    </w:p>
    <w:p>
      <w:r>
        <w:rPr>
          <w:b/>
        </w:rPr>
        <w:t xml:space="preserve">[03:19] </w:t>
      </w:r>
      <w:r>
        <w:t>yani musalman yeh samajh len ke humein dunya mein islami nizam qaim karna hai.</w:t>
      </w:r>
    </w:p>
    <w:p>
      <w:pPr>
        <w:jc w:val="right"/>
      </w:pPr>
      <w:r>
        <w:t>یعنی مسلمان یہ سمجھ لیں کہ ہمیں دنیا میں اسلامی نظام قائم کرنا ہے۔</w:t>
      </w:r>
    </w:p>
    <w:p>
      <w:r>
        <w:rPr>
          <w:b/>
        </w:rPr>
        <w:t xml:space="preserve">[03:24] </w:t>
      </w:r>
      <w:r>
        <w:t>yani that was an innovation.</w:t>
      </w:r>
    </w:p>
    <w:p>
      <w:pPr>
        <w:jc w:val="right"/>
      </w:pPr>
      <w:r>
        <w:t>یعنی دیٹ واز این انویشن۔</w:t>
      </w:r>
    </w:p>
    <w:p>
      <w:r>
        <w:rPr>
          <w:b/>
        </w:rPr>
        <w:t xml:space="preserve">[03:30] </w:t>
      </w:r>
      <w:r>
        <w:t>yeh islam mein kahin aisa nahi hai ke hamari duty hai ke hum dunya mein islami hukumat qaim karen.</w:t>
      </w:r>
    </w:p>
    <w:p>
      <w:pPr>
        <w:jc w:val="right"/>
      </w:pPr>
      <w:r>
        <w:t>یہ اسلام میں کہیں ایسا نہیں ہے کہ ہماری ڈیوٹی ہے کہ ہم دنیا میں اسلامی حکومت قائم کریں۔</w:t>
      </w:r>
    </w:p>
    <w:p>
      <w:r>
        <w:rPr>
          <w:b/>
        </w:rPr>
        <w:t xml:space="preserve">[03:35] </w:t>
      </w:r>
      <w:r>
        <w:t>aisa kahin nahi hai.</w:t>
      </w:r>
    </w:p>
    <w:p>
      <w:pPr>
        <w:jc w:val="right"/>
      </w:pPr>
      <w:r>
        <w:t>ایسا کہیں نہیں ہے۔</w:t>
      </w:r>
    </w:p>
    <w:p>
      <w:r>
        <w:rPr>
          <w:b/>
        </w:rPr>
        <w:t xml:space="preserve">[03:41] </w:t>
      </w:r>
      <w:r>
        <w:t>to yeh prediction tha ke ek daur aye ga ke musalmanon mein yeh zehen banega.</w:t>
      </w:r>
    </w:p>
    <w:p>
      <w:pPr>
        <w:jc w:val="right"/>
      </w:pPr>
      <w:r>
        <w:t>تو یہ پریڈکشن تھا کہ ایک دور آئے گا کہ مسلمانوں میں یہ ذہن بنے گا۔</w:t>
      </w:r>
    </w:p>
    <w:p>
      <w:r>
        <w:rPr>
          <w:b/>
        </w:rPr>
        <w:t xml:space="preserve">[03:47] </w:t>
      </w:r>
      <w:r>
        <w:t>to is ke baad kya karenge woh? jab woh chahenge ke islami hukumat qaim karen to</w:t>
      </w:r>
    </w:p>
    <w:p>
      <w:pPr>
        <w:jc w:val="right"/>
      </w:pPr>
      <w:r>
        <w:t>تو اس کے بعد کیا کریں گے وہ؟ جب وہ چاہیں گے کہ اسلامی حکومت قائم کریں تو</w:t>
      </w:r>
    </w:p>
    <w:p>
      <w:r>
        <w:rPr>
          <w:b/>
        </w:rPr>
        <w:t xml:space="preserve">[03:52] </w:t>
      </w:r>
      <w:r>
        <w:t>koi na koi tarjeeh qaim hogi.</w:t>
      </w:r>
    </w:p>
    <w:p>
      <w:pPr>
        <w:jc w:val="right"/>
      </w:pPr>
      <w:r>
        <w:t>کوئی نہ کوئی ترجیح قائم ہوگی۔</w:t>
      </w:r>
    </w:p>
    <w:p>
      <w:r>
        <w:rPr>
          <w:b/>
        </w:rPr>
        <w:t xml:space="preserve">[03:58] </w:t>
      </w:r>
      <w:r>
        <w:t>to is ko hatana hai, is ko depose karna hai, is ko overthrow karna hai.</w:t>
      </w:r>
    </w:p>
    <w:p>
      <w:pPr>
        <w:jc w:val="right"/>
      </w:pPr>
      <w:r>
        <w:t>تو اس کو ہٹانا ہے، اس کو ڈیپوز کرنا ہے، اس کو اوور تھرو کرنا ہے۔</w:t>
      </w:r>
    </w:p>
    <w:p>
      <w:r>
        <w:rPr>
          <w:b/>
        </w:rPr>
        <w:t xml:space="preserve">[04:03] </w:t>
      </w:r>
      <w:r>
        <w:t>to woh to hataye ga nahi, marzi se apni? to violence karenge.</w:t>
      </w:r>
    </w:p>
    <w:p>
      <w:pPr>
        <w:jc w:val="right"/>
      </w:pPr>
      <w:r>
        <w:t>تو وہ تو ہٹائے گا نہیں، مرضی سے اپنی؟ تو وائلنس کریں گے۔</w:t>
      </w:r>
    </w:p>
    <w:p>
      <w:r>
        <w:rPr>
          <w:b/>
        </w:rPr>
        <w:t xml:space="preserve">[04:09] </w:t>
      </w:r>
      <w:r>
        <w:t>that is justified violence.</w:t>
      </w:r>
    </w:p>
    <w:p>
      <w:pPr>
        <w:jc w:val="right"/>
      </w:pPr>
      <w:r>
        <w:t>دیٹ از جسٹیفائیڈ وائلنس۔</w:t>
      </w:r>
    </w:p>
    <w:p>
      <w:r>
        <w:rPr>
          <w:b/>
        </w:rPr>
        <w:t xml:space="preserve">[04:14] </w:t>
      </w:r>
      <w:r>
        <w:t>yani insaaf qaim karne ke liye, justice qaim karne ke liye, islami hukumat qaim karne ke liye, Khuda</w:t>
      </w:r>
    </w:p>
    <w:p>
      <w:pPr>
        <w:jc w:val="right"/>
      </w:pPr>
      <w:r>
        <w:t>یعنی انصاف قائم کرنے کے لیے، جسٹس قائم کرنے کے لیے، اسلامی حکومت قائم کرنے کے لیے، خدا</w:t>
      </w:r>
    </w:p>
    <w:p>
      <w:r>
        <w:rPr>
          <w:b/>
        </w:rPr>
        <w:t xml:space="preserve">[04:20] </w:t>
      </w:r>
      <w:r>
        <w:t>ki hukumat qaim karne ke liye.</w:t>
      </w:r>
    </w:p>
    <w:p>
      <w:pPr>
        <w:jc w:val="right"/>
      </w:pPr>
      <w:r>
        <w:t>کی حکومت قائم کرنے کے لیے۔</w:t>
      </w:r>
    </w:p>
    <w:p>
      <w:r>
        <w:rPr>
          <w:b/>
        </w:rPr>
        <w:t xml:space="preserve">[04:26] </w:t>
      </w:r>
      <w:r>
        <w:t>is prediction mein bohat hi bari baat thi ke ek daur aye ga musalmanon mein ke yeh thinking</w:t>
      </w:r>
    </w:p>
    <w:p>
      <w:pPr>
        <w:jc w:val="right"/>
      </w:pPr>
      <w:r>
        <w:t>اس پریڈکشن میں بہت ہی بڑی بات تھی کہ ایک دور آئے گا مسلمانوں میں کہ یہ تھنکنگ</w:t>
      </w:r>
    </w:p>
    <w:p>
      <w:r>
        <w:rPr>
          <w:b/>
        </w:rPr>
        <w:t xml:space="preserve">[04:31] </w:t>
      </w:r>
      <w:r>
        <w:t>develop kare gi musalmanon mein ke hamari duty yeh hai ke hum dunya mein islami hukumat qaim karen.</w:t>
      </w:r>
    </w:p>
    <w:p>
      <w:pPr>
        <w:jc w:val="right"/>
      </w:pPr>
      <w:r>
        <w:t>ڈیولپ کرے گی مسلمانوں میں کہ ہماری ڈیوٹی یہ ہے کہ ہم دنیا میں اسلامی حکومت قائم کریں۔</w:t>
      </w:r>
    </w:p>
    <w:p>
      <w:r>
        <w:rPr>
          <w:b/>
        </w:rPr>
        <w:t xml:space="preserve">[04:37] </w:t>
      </w:r>
      <w:r>
        <w:t>dunya mein hum kingdom of God qaim karen, dunya mein hum justice qaim karen.</w:t>
      </w:r>
    </w:p>
    <w:p>
      <w:pPr>
        <w:jc w:val="right"/>
      </w:pPr>
      <w:r>
        <w:t>دنیا میں ہم کنگڈم آف گاڈ قائم کریں، دنیا میں ہم جسٹس قائم کریں۔</w:t>
      </w:r>
    </w:p>
    <w:p>
      <w:r>
        <w:rPr>
          <w:b/>
        </w:rPr>
        <w:t xml:space="preserve">[04:42] </w:t>
      </w:r>
      <w:r>
        <w:t>yeh thinking develop hogi.</w:t>
      </w:r>
    </w:p>
    <w:p>
      <w:pPr>
        <w:jc w:val="right"/>
      </w:pPr>
      <w:r>
        <w:t>یہ تھنکنگ ڈیولپ ہوگی۔</w:t>
      </w:r>
    </w:p>
    <w:p>
      <w:r>
        <w:rPr>
          <w:b/>
        </w:rPr>
        <w:t xml:space="preserve">[04:48] </w:t>
      </w:r>
      <w:r>
        <w:t>achanak nahi hogi, dhire dhire hogi. woh hui.</w:t>
      </w:r>
    </w:p>
    <w:p>
      <w:pPr>
        <w:jc w:val="right"/>
      </w:pPr>
      <w:r>
        <w:t>اچانک نہیں ہوگی، دھیرے دھیرے ہوگی۔ وہ ہوئی۔</w:t>
      </w:r>
    </w:p>
    <w:p>
      <w:r>
        <w:rPr>
          <w:b/>
        </w:rPr>
        <w:t xml:space="preserve">[04:53] </w:t>
      </w:r>
      <w:r>
        <w:t>to phir kya hoga? dekhen agar aap ek admi se kahhen ke tum Khuda ko ek mano to</w:t>
      </w:r>
    </w:p>
    <w:p>
      <w:pPr>
        <w:jc w:val="right"/>
      </w:pPr>
      <w:r>
        <w:t>تو پھر کیا ہوگا؟ دیکھیں اگر آپ ایک آدمی سے کہیں کہ تم خدا کو ایک مانو تو</w:t>
      </w:r>
    </w:p>
    <w:p>
      <w:r>
        <w:rPr>
          <w:b/>
        </w:rPr>
        <w:t xml:space="preserve">[04:59] </w:t>
      </w:r>
      <w:r>
        <w:t>koi ladai nahi hogi aap se.</w:t>
      </w:r>
    </w:p>
    <w:p>
      <w:pPr>
        <w:jc w:val="right"/>
      </w:pPr>
      <w:r>
        <w:t>کوئی لڑائی نہیں ہوگی آپ سے۔</w:t>
      </w:r>
    </w:p>
    <w:p>
      <w:r>
        <w:rPr>
          <w:b/>
        </w:rPr>
        <w:t xml:space="preserve">[05:05] </w:t>
      </w:r>
      <w:r>
        <w:t>kyunke woh to ek mind ko change karna hai.</w:t>
      </w:r>
    </w:p>
    <w:p>
      <w:pPr>
        <w:jc w:val="right"/>
      </w:pPr>
      <w:r>
        <w:t>کیونکہ وہ تو ایک مائنڈ کو چینج کرنا ہے۔</w:t>
      </w:r>
    </w:p>
    <w:p>
      <w:r>
        <w:rPr>
          <w:b/>
        </w:rPr>
        <w:t xml:space="preserve">[05:10] </w:t>
      </w:r>
      <w:r>
        <w:t>ek aadmi manta hai ke Khuda do hain, aap kehte hain ke nahi bhai Khuda ek hai.</w:t>
      </w:r>
    </w:p>
    <w:p>
      <w:pPr>
        <w:jc w:val="right"/>
      </w:pPr>
      <w:r>
        <w:t>ایک آدمی مانتا ہے کہ خدا دو ہیں، آپ کہتے ہیں کہ نہیں بھئی خدا ایک ہے۔</w:t>
      </w:r>
    </w:p>
    <w:p>
      <w:r>
        <w:rPr>
          <w:b/>
        </w:rPr>
        <w:t xml:space="preserve">[05:16] </w:t>
      </w:r>
      <w:r>
        <w:t>to intellectual exchange hoga aap ke us ke beech mein.</w:t>
      </w:r>
    </w:p>
    <w:p>
      <w:pPr>
        <w:jc w:val="right"/>
      </w:pPr>
      <w:r>
        <w:t>تو انٹلیکچول ایکسچینج ہوگا آپ کے اس کے بیچ میں۔</w:t>
      </w:r>
    </w:p>
    <w:p>
      <w:r>
        <w:rPr>
          <w:b/>
        </w:rPr>
        <w:t xml:space="preserve">[05:21] </w:t>
      </w:r>
      <w:r>
        <w:t>kuch woh kahega, kuch aap kahenge.</w:t>
      </w:r>
    </w:p>
    <w:p>
      <w:pPr>
        <w:jc w:val="right"/>
      </w:pPr>
      <w:r>
        <w:t>کچھ وہ کہے گا، کچھ آپ کہیں گے۔</w:t>
      </w:r>
    </w:p>
    <w:p>
      <w:r>
        <w:rPr>
          <w:b/>
        </w:rPr>
        <w:t xml:space="preserve">[05:27] </w:t>
      </w:r>
      <w:r>
        <w:t>yaani talwar nahi niklegi.</w:t>
      </w:r>
    </w:p>
    <w:p>
      <w:pPr>
        <w:jc w:val="right"/>
      </w:pPr>
      <w:r>
        <w:t>یعنی تلوار نہیں نکلے گی۔</w:t>
      </w:r>
    </w:p>
    <w:p>
      <w:r>
        <w:rPr>
          <w:b/>
        </w:rPr>
        <w:t xml:space="preserve">[05:32] </w:t>
      </w:r>
      <w:r>
        <w:t>lekin jab aap social justice ko apna target banayein aur Khuda ke rule qaim karne ko apna target</w:t>
      </w:r>
    </w:p>
    <w:p>
      <w:pPr>
        <w:jc w:val="right"/>
      </w:pPr>
      <w:r>
        <w:t>لیکن جب آپ سوشل جسٹس کو اپنا ٹارگٹ بنائیں اور خدا کے رول قائم کرنے کو اپنا ٹارگٹ</w:t>
      </w:r>
    </w:p>
    <w:p>
      <w:r>
        <w:rPr>
          <w:b/>
        </w:rPr>
        <w:t xml:space="preserve">[05:38] </w:t>
      </w:r>
      <w:r>
        <w:t>banayein to wahan par koi na koi rule kar raha hai.</w:t>
      </w:r>
    </w:p>
    <w:p>
      <w:pPr>
        <w:jc w:val="right"/>
      </w:pPr>
      <w:r>
        <w:t>بنائیں تو وہاں پر کوئی نہ کوئی رول کر رہا ہے۔</w:t>
      </w:r>
    </w:p>
    <w:p>
      <w:r>
        <w:rPr>
          <w:b/>
        </w:rPr>
        <w:t xml:space="preserve">[05:44] </w:t>
      </w:r>
      <w:r>
        <w:t>koi na koi baitha hua hai, ruler bankar ke.</w:t>
      </w:r>
    </w:p>
    <w:p>
      <w:pPr>
        <w:jc w:val="right"/>
      </w:pPr>
      <w:r>
        <w:t>کوئی نہ کوئی بیٹھا ہوا ہے، رولر بن کر کے۔</w:t>
      </w:r>
    </w:p>
    <w:p>
      <w:r>
        <w:rPr>
          <w:b/>
        </w:rPr>
        <w:t xml:space="preserve">[05:49] </w:t>
      </w:r>
      <w:r>
        <w:t>to is ke maani ke aap ko hatana padega.</w:t>
      </w:r>
    </w:p>
    <w:p>
      <w:pPr>
        <w:jc w:val="right"/>
      </w:pPr>
      <w:r>
        <w:t>تو اس کے معنی کہ آپ کو ہٹانا پڑے گا۔</w:t>
      </w:r>
    </w:p>
    <w:p>
      <w:r>
        <w:rPr>
          <w:b/>
        </w:rPr>
        <w:t xml:space="preserve">[05:55] </w:t>
      </w:r>
      <w:r>
        <w:t>jab us ko hatayenge tab to aap apna jo aap chahte hain woh qaim karenge.</w:t>
      </w:r>
    </w:p>
    <w:p>
      <w:pPr>
        <w:jc w:val="right"/>
      </w:pPr>
      <w:r>
        <w:t>جب اس کو ہٹائیں گے تب تو آپ اپنا جو آپ چاہتے ہیں وہ قائم کریں گے۔</w:t>
      </w:r>
    </w:p>
    <w:p>
      <w:r>
        <w:rPr>
          <w:b/>
        </w:rPr>
        <w:t xml:space="preserve">[06:00] </w:t>
      </w:r>
      <w:r>
        <w:t>to is prediction mein yeh baat thi ke ek daur mein aisa hoga ke Musalmanon mein yeh thinking</w:t>
      </w:r>
    </w:p>
    <w:p>
      <w:pPr>
        <w:jc w:val="right"/>
      </w:pPr>
      <w:r>
        <w:t>تو اس پریڈکشن میں یہ بات تھی کہ ایک دور میں ایسا ہوگا کہ مسلمانوں میں یہ تھنکنگ</w:t>
      </w:r>
    </w:p>
    <w:p>
      <w:r>
        <w:rPr>
          <w:b/>
        </w:rPr>
        <w:t xml:space="preserve">[06:06] </w:t>
      </w:r>
      <w:r>
        <w:t>develop karegi, dheere dheere.</w:t>
      </w:r>
    </w:p>
    <w:p>
      <w:pPr>
        <w:jc w:val="right"/>
      </w:pPr>
      <w:r>
        <w:t>ڈیولپ کرے گی، دھیرے دھیرے۔</w:t>
      </w:r>
    </w:p>
    <w:p>
      <w:r>
        <w:rPr>
          <w:b/>
        </w:rPr>
        <w:t xml:space="preserve">[06:11] </w:t>
      </w:r>
      <w:r>
        <w:t>ke hamara kaam hai duniya mein khilafat qaim karna, hukoomat qaim karna, nizam banana.</w:t>
      </w:r>
    </w:p>
    <w:p>
      <w:pPr>
        <w:jc w:val="right"/>
      </w:pPr>
      <w:r>
        <w:t>کہ ہمارا کام ہے دنیا میں خلافت قائم کرنا، حکومت قائم کرنا، نظام بنانا۔</w:t>
      </w:r>
    </w:p>
    <w:p>
      <w:r>
        <w:rPr>
          <w:b/>
        </w:rPr>
        <w:t xml:space="preserve">[06:17] </w:t>
      </w:r>
      <w:r>
        <w:t>to chunke wahan koi na koi rule kar raha hoga to us se ladenge.</w:t>
      </w:r>
    </w:p>
    <w:p>
      <w:pPr>
        <w:jc w:val="right"/>
      </w:pPr>
      <w:r>
        <w:t>تو چونکہ وہاں کوئی نہ کوئی رول کر رہا ہوگا تو اس سے لڑیں گے۔</w:t>
      </w:r>
    </w:p>
    <w:p>
      <w:r>
        <w:rPr>
          <w:b/>
        </w:rPr>
        <w:t xml:space="preserve">[06:23] </w:t>
      </w:r>
      <w:r>
        <w:t>achha is ke baad kya hoga? is se khatam nahi hoga.</w:t>
      </w:r>
    </w:p>
    <w:p>
      <w:pPr>
        <w:jc w:val="right"/>
      </w:pPr>
      <w:r>
        <w:t>اچھا اس کے بعد کیا ہوگا؟ اس سے ختم نہیں ہوگا۔</w:t>
      </w:r>
    </w:p>
    <w:p>
      <w:r>
        <w:rPr>
          <w:b/>
        </w:rPr>
        <w:t xml:space="preserve">[06:28] </w:t>
      </w:r>
      <w:r>
        <w:t>kyunke dekhein Allah ka jo qanoon hai us ke mutabiq yahan ideal justice kabhi ban nahi sakta.</w:t>
      </w:r>
    </w:p>
    <w:p>
      <w:pPr>
        <w:jc w:val="right"/>
      </w:pPr>
      <w:r>
        <w:t>کیونکہ دیکھیں اللہ کا جو قانون ہے اس کے مطابق یہاں آئیڈیل جسٹس کبھی بن نہیں سکتا۔</w:t>
      </w:r>
    </w:p>
    <w:p>
      <w:r>
        <w:rPr>
          <w:b/>
        </w:rPr>
        <w:t xml:space="preserve">[06:34] </w:t>
      </w:r>
      <w:r>
        <w:t>yeh duniya aap jante hain ke duniya mein Allah ne har ek ko freedom di hai.</w:t>
      </w:r>
    </w:p>
    <w:p>
      <w:pPr>
        <w:jc w:val="right"/>
      </w:pPr>
      <w:r>
        <w:t>یہ دنیا آپ جانتے ہیں کہ دنیا میں اللہ نے ہر ایک کو فریڈم دی ہے۔</w:t>
      </w:r>
    </w:p>
    <w:p>
      <w:r>
        <w:rPr>
          <w:b/>
        </w:rPr>
        <w:t xml:space="preserve">[06:39] </w:t>
      </w:r>
      <w:r>
        <w:t>jab freedom di hai to aadmi ko yeh bhi freedom hai ke chahe to proper use kare freedom</w:t>
      </w:r>
    </w:p>
    <w:p>
      <w:pPr>
        <w:jc w:val="right"/>
      </w:pPr>
      <w:r>
        <w:t>جب فریڈم دی ہے تو آدمی کو یہ بھی فریڈم ہے کہ چاہے تو پراپر یوز کرے فریڈم</w:t>
      </w:r>
    </w:p>
    <w:p>
      <w:r>
        <w:rPr>
          <w:b/>
        </w:rPr>
        <w:t xml:space="preserve">[06:45] </w:t>
      </w:r>
      <w:r>
        <w:t>ka, chahe to misuse kare.</w:t>
      </w:r>
    </w:p>
    <w:p>
      <w:pPr>
        <w:jc w:val="right"/>
      </w:pPr>
      <w:r>
        <w:t>کا، چاہے تو مس یوز کرے۔</w:t>
      </w:r>
    </w:p>
    <w:p>
      <w:r>
        <w:rPr>
          <w:b/>
        </w:rPr>
        <w:t xml:space="preserve">[06:50] </w:t>
      </w:r>
      <w:r>
        <w:t>misuse of freedom ki bhi us ko azaadi hai.</w:t>
      </w:r>
    </w:p>
    <w:p>
      <w:pPr>
        <w:jc w:val="right"/>
      </w:pPr>
      <w:r>
        <w:t>مس یوز آف فریڈم کی بھی اس کو آزادی ہے۔</w:t>
      </w:r>
    </w:p>
    <w:p>
      <w:r>
        <w:rPr>
          <w:b/>
        </w:rPr>
        <w:t xml:space="preserve">[06:56] </w:t>
      </w:r>
      <w:r>
        <w:t>is bana par kabhi bhi aisa nahi hoga ke social level par, ijtamai level par ideal system qaim ho.</w:t>
      </w:r>
    </w:p>
    <w:p>
      <w:pPr>
        <w:jc w:val="right"/>
      </w:pPr>
      <w:r>
        <w:t>اس بنا پر کبھی بھی ایسا نہیں ہوگا کہ سوشل لیول پر، اجتماعی لیول پر آئیڈیل سسٹم قائم ہو۔</w:t>
      </w:r>
    </w:p>
    <w:p>
      <w:r>
        <w:rPr>
          <w:b/>
        </w:rPr>
        <w:t xml:space="preserve">[07:02] </w:t>
      </w:r>
      <w:r>
        <w:t>kuch na kuch gadbad karne wale rahenge hamesha.</w:t>
      </w:r>
    </w:p>
    <w:p>
      <w:pPr>
        <w:jc w:val="right"/>
      </w:pPr>
      <w:r>
        <w:t>کچھ نہ کچھ گڑبڑ کرنے والے رہیں گے ہمیشہ۔</w:t>
      </w:r>
    </w:p>
    <w:p>
      <w:r>
        <w:rPr>
          <w:b/>
        </w:rPr>
        <w:t xml:space="preserve">[07:07] </w:t>
      </w:r>
      <w:r>
        <w:t>to ek baar aap tod phod kar aap ne ek hukoomat khatam kiya, doosri hukoomat qaim ki to</w:t>
      </w:r>
    </w:p>
    <w:p>
      <w:pPr>
        <w:jc w:val="right"/>
      </w:pPr>
      <w:r>
        <w:t>تو ایک بار آپ توڑ پھوڑ کر آپ نے ایک حکومت ختم کیا، دوسری حکومت قائم کی تو</w:t>
      </w:r>
    </w:p>
    <w:p>
      <w:r>
        <w:rPr>
          <w:b/>
        </w:rPr>
        <w:t xml:space="preserve">[07:13] </w:t>
      </w:r>
      <w:r>
        <w:t>woh bhi less than ideal hogi.</w:t>
      </w:r>
    </w:p>
    <w:p>
      <w:pPr>
        <w:jc w:val="right"/>
      </w:pPr>
      <w:r>
        <w:t>وہ بھی لیس دین آئیڈیل ہوگی۔</w:t>
      </w:r>
    </w:p>
    <w:p>
      <w:r>
        <w:rPr>
          <w:b/>
        </w:rPr>
        <w:t xml:space="preserve">[07:18] </w:t>
      </w:r>
      <w:r>
        <w:t>woh bhi to less than ideal hogi.</w:t>
      </w:r>
    </w:p>
    <w:p>
      <w:pPr>
        <w:jc w:val="right"/>
      </w:pPr>
      <w:r>
        <w:t>وہ بھی تو لیس دین آئیڈیل ہوگی۔</w:t>
      </w:r>
    </w:p>
    <w:p>
      <w:r>
        <w:rPr>
          <w:b/>
        </w:rPr>
        <w:t xml:space="preserve">[07:24] </w:t>
      </w:r>
      <w:r>
        <w:t>phir larenge dobara aap.</w:t>
      </w:r>
    </w:p>
    <w:p>
      <w:pPr>
        <w:jc w:val="right"/>
      </w:pPr>
      <w:r>
        <w:t>پھر لڑیں گے دوبارہ آپ۔</w:t>
      </w:r>
    </w:p>
    <w:p>
      <w:r>
        <w:rPr>
          <w:b/>
        </w:rPr>
        <w:t xml:space="preserve">[07:29] </w:t>
      </w:r>
      <w:r>
        <w:t>yahi Egypt mein ho raha hai.</w:t>
      </w:r>
    </w:p>
    <w:p>
      <w:pPr>
        <w:jc w:val="right"/>
      </w:pPr>
      <w:r>
        <w:t>یہی Egypt میں ہو رہا ہے۔</w:t>
      </w:r>
    </w:p>
    <w:p>
      <w:r>
        <w:rPr>
          <w:b/>
        </w:rPr>
        <w:t xml:space="preserve">[07:35] </w:t>
      </w:r>
      <w:r>
        <w:t>wahan king farooq tha, woh logon ko laga ke woh justice nahi qaim kar raha hai, us ko toda.</w:t>
      </w:r>
    </w:p>
    <w:p>
      <w:pPr>
        <w:jc w:val="right"/>
      </w:pPr>
      <w:r>
        <w:t>وہاں کنگ فاروق تھا، وہ لوگوں کو لگا کہ وہ جسٹس نہیں قائم کر رہا ہے، اس کو توڑا۔</w:t>
      </w:r>
    </w:p>
    <w:p>
      <w:r>
        <w:rPr>
          <w:b/>
        </w:rPr>
        <w:t xml:space="preserve">[07:41] </w:t>
      </w:r>
      <w:r>
        <w:t>phir najeeb aaye, us ke khilaf ho gaye.</w:t>
      </w:r>
    </w:p>
    <w:p>
      <w:pPr>
        <w:jc w:val="right"/>
      </w:pPr>
      <w:r>
        <w:t>پھر نجیب آئے، اس کے خلاف ہو گئے۔</w:t>
      </w:r>
    </w:p>
    <w:p>
      <w:r>
        <w:rPr>
          <w:b/>
        </w:rPr>
        <w:t xml:space="preserve">[07:46] </w:t>
      </w:r>
      <w:r>
        <w:t>phir jawan abdulnasser aaye, un ke khilaf ho gaye.</w:t>
      </w:r>
    </w:p>
    <w:p>
      <w:pPr>
        <w:jc w:val="right"/>
      </w:pPr>
      <w:r>
        <w:t>پھر جواں عبدالناصر آئے، ان کے خلاف ہو گئے۔</w:t>
      </w:r>
    </w:p>
    <w:p>
      <w:r>
        <w:rPr>
          <w:b/>
        </w:rPr>
        <w:t xml:space="preserve">[07:52] </w:t>
      </w:r>
      <w:r>
        <w:t>phir anwar sadat aaye, un ke khilaf ho gaye.</w:t>
      </w:r>
    </w:p>
    <w:p>
      <w:pPr>
        <w:jc w:val="right"/>
      </w:pPr>
      <w:r>
        <w:t>پھر عامر سادات آئے، ان کے خلاف ہو گئے۔</w:t>
      </w:r>
    </w:p>
    <w:p>
      <w:r>
        <w:rPr>
          <w:b/>
        </w:rPr>
        <w:t xml:space="preserve">[07:57] </w:t>
      </w:r>
      <w:r>
        <w:t>phir hosni mubarak aaye, un ke khilaf ho gaye.</w:t>
      </w:r>
    </w:p>
    <w:p>
      <w:pPr>
        <w:jc w:val="right"/>
      </w:pPr>
      <w:r>
        <w:t>پھر حسن مبارک آئے، ان کے خلاف ہو گئے۔</w:t>
      </w:r>
    </w:p>
    <w:p>
      <w:r>
        <w:rPr>
          <w:b/>
        </w:rPr>
        <w:t xml:space="preserve">[08:03] </w:t>
      </w:r>
      <w:r>
        <w:t>ab jo hain un ke bhi khilaf.</w:t>
      </w:r>
    </w:p>
    <w:p>
      <w:pPr>
        <w:jc w:val="right"/>
      </w:pPr>
      <w:r>
        <w:t>اب جو ہیں ان کے بھی خلاف۔</w:t>
      </w:r>
    </w:p>
    <w:p>
      <w:r>
        <w:rPr>
          <w:b/>
        </w:rPr>
        <w:t xml:space="preserve">[08:08] </w:t>
      </w:r>
      <w:r>
        <w:t>kyun? is duniya mein yaad rakhiye kabhi bhi ideal nizam qaim ho nahi sakta hai.</w:t>
      </w:r>
    </w:p>
    <w:p>
      <w:pPr>
        <w:jc w:val="right"/>
      </w:pPr>
      <w:r>
        <w:t>کیوں؟ اس دنیا میں یاد رکھیے کبھی بھی آئیڈیل نظام قائم ہو نہیں سکتا ہے۔</w:t>
      </w:r>
    </w:p>
    <w:p>
      <w:r>
        <w:rPr>
          <w:b/>
        </w:rPr>
        <w:t xml:space="preserve">[08:14] </w:t>
      </w:r>
      <w:r>
        <w:t>It is impossible to establish ideal system in this world.</w:t>
      </w:r>
    </w:p>
    <w:p>
      <w:pPr>
        <w:jc w:val="right"/>
      </w:pPr>
      <w:r>
        <w:t>It is impossible to establish ideal system in this world.</w:t>
      </w:r>
    </w:p>
    <w:p>
      <w:r>
        <w:rPr>
          <w:b/>
        </w:rPr>
        <w:t xml:space="preserve">[08:20] </w:t>
      </w:r>
      <w:r>
        <w:t>kyunke Allah ne banaya hai insaan ko azadi di hai test ke liye.</w:t>
      </w:r>
    </w:p>
    <w:p>
      <w:pPr>
        <w:jc w:val="right"/>
      </w:pPr>
      <w:r>
        <w:t>کیونکہ اللہ نے بنایا ہے انسان کو آزادی دی ہے ٹیسٹ کے لیے۔</w:t>
      </w:r>
    </w:p>
    <w:p>
      <w:r>
        <w:rPr>
          <w:b/>
        </w:rPr>
        <w:t xml:space="preserve">[08:24] </w:t>
      </w:r>
      <w:r>
        <w:t>har aadmi test par hai, har aadmi ko freedom hai chahe yeh kare chahe woh kare.</w:t>
      </w:r>
    </w:p>
    <w:p>
      <w:pPr>
        <w:jc w:val="right"/>
      </w:pPr>
      <w:r>
        <w:t>ہر آدمی ٹیسٹ پر ہے، ہر آدمی کو فریڈم ہے چاہے یہ کرے چاہے وہ کرے۔</w:t>
      </w:r>
    </w:p>
    <w:p>
      <w:r>
        <w:rPr>
          <w:b/>
        </w:rPr>
        <w:t xml:space="preserve">[08:29] </w:t>
      </w:r>
      <w:r>
        <w:t>kya karenge aap? It requires.</w:t>
      </w:r>
    </w:p>
    <w:p>
      <w:pPr>
        <w:jc w:val="right"/>
      </w:pPr>
      <w:r>
        <w:t>کیا کریں گے آپ؟ It requires.</w:t>
      </w:r>
    </w:p>
    <w:p>
      <w:r>
        <w:rPr>
          <w:b/>
        </w:rPr>
        <w:t xml:space="preserve">[08:34] </w:t>
      </w:r>
      <w:r>
        <w:t>yani agar aap ko, agar aap ko, yani agar aap ko ideal system banana hai to aap ko</w:t>
      </w:r>
    </w:p>
    <w:p>
      <w:pPr>
        <w:jc w:val="right"/>
      </w:pPr>
      <w:r>
        <w:t>یعنی اگر آپ کو، اگر آپ کو، یعنی اگر آپ کو آئیڈیل سسٹم بنانا ہے تو آپ کو</w:t>
      </w:r>
    </w:p>
    <w:p>
      <w:r>
        <w:rPr>
          <w:b/>
        </w:rPr>
        <w:t xml:space="preserve">[08:39] </w:t>
      </w:r>
      <w:r>
        <w:t>insaan ki azadi ko abalash karna parega.</w:t>
      </w:r>
    </w:p>
    <w:p>
      <w:pPr>
        <w:jc w:val="right"/>
      </w:pPr>
      <w:r>
        <w:t>انسان کی آزادی کو ابالش کرنا پڑے گا۔</w:t>
      </w:r>
    </w:p>
    <w:p>
      <w:r>
        <w:rPr>
          <w:b/>
        </w:rPr>
        <w:t xml:space="preserve">[08:44] </w:t>
      </w:r>
      <w:r>
        <w:t>aur chunke aap insaan ki azadi ko abalash nahi kar sakte, is liye aap yeh bhi nahi kar</w:t>
      </w:r>
    </w:p>
    <w:p>
      <w:pPr>
        <w:jc w:val="right"/>
      </w:pPr>
      <w:r>
        <w:t>اور چونکہ آپ انسان کی آزادی کو ابالش نہیں کر سکتے، اس لیے آپ یہ بھی نہیں کر</w:t>
      </w:r>
    </w:p>
    <w:p>
      <w:r>
        <w:rPr>
          <w:b/>
        </w:rPr>
        <w:t xml:space="preserve">[08:49] </w:t>
      </w:r>
      <w:r>
        <w:t>sakte ke ideal system banayein.</w:t>
      </w:r>
    </w:p>
    <w:p>
      <w:pPr>
        <w:jc w:val="right"/>
      </w:pPr>
      <w:r>
        <w:t>سکتے کہ آئیڈیل سسٹم بنائیں۔</w:t>
      </w:r>
    </w:p>
    <w:p>
      <w:r>
        <w:rPr>
          <w:b/>
        </w:rPr>
        <w:t xml:space="preserve">[08:53] </w:t>
      </w:r>
      <w:r>
        <w:t>to is ka matlab kya hua? ke you have to accept less than ideal.</w:t>
      </w:r>
    </w:p>
    <w:p>
      <w:pPr>
        <w:jc w:val="right"/>
      </w:pPr>
      <w:r>
        <w:t>تو اس کا مطلب کیا ہوا؟ کہ you have to accept less than ideal.</w:t>
      </w:r>
    </w:p>
    <w:p>
      <w:r>
        <w:rPr>
          <w:b/>
        </w:rPr>
        <w:t xml:space="preserve">[08:58] </w:t>
      </w:r>
      <w:r>
        <w:t>yeh hai christian plan of God.</w:t>
      </w:r>
    </w:p>
    <w:p>
      <w:pPr>
        <w:jc w:val="right"/>
      </w:pPr>
      <w:r>
        <w:t>یہ ہے کرسچن پلان آف گاڈ۔</w:t>
      </w:r>
    </w:p>
    <w:p>
      <w:r>
        <w:rPr>
          <w:b/>
        </w:rPr>
        <w:t xml:space="preserve">[09:03] </w:t>
      </w:r>
      <w:r>
        <w:t>to is hadith ka matlab yeh hai ke baad ke zamane mein musalmanon ke zehen mein yeh cheez</w:t>
      </w:r>
    </w:p>
    <w:p>
      <w:pPr>
        <w:jc w:val="right"/>
      </w:pPr>
      <w:r>
        <w:t>تو اس حدیث کا مطلب یہ ہے کہ بعد کے زمانے میں مسلمانوں کے ذہن میں یہ چیز</w:t>
      </w:r>
    </w:p>
    <w:p>
      <w:r>
        <w:rPr>
          <w:b/>
        </w:rPr>
        <w:t xml:space="preserve">[09:08] </w:t>
      </w:r>
      <w:r>
        <w:t>khatm ho jayegi ke is duniya mein humein less than ideal hi pe raazi hona hai.</w:t>
      </w:r>
    </w:p>
    <w:p>
      <w:pPr>
        <w:jc w:val="right"/>
      </w:pPr>
      <w:r>
        <w:t>ختم ہو جائے گی کہ اس دنیا میں ہمیں less than ideal ہی پہ راضی ہونا ہے۔</w:t>
      </w:r>
    </w:p>
    <w:p>
      <w:r>
        <w:rPr>
          <w:b/>
        </w:rPr>
        <w:t xml:space="preserve">[09:13] </w:t>
      </w:r>
      <w:r>
        <w:t>ideal mil nahi sakta hai.</w:t>
      </w:r>
    </w:p>
    <w:p>
      <w:pPr>
        <w:jc w:val="right"/>
      </w:pPr>
      <w:r>
        <w:t>آئیڈیل مل نہیں سکتا ہے۔</w:t>
      </w:r>
    </w:p>
    <w:p>
      <w:r>
        <w:rPr>
          <w:b/>
        </w:rPr>
        <w:t xml:space="preserve">[09:18] </w:t>
      </w:r>
      <w:r>
        <w:t>ideal cannot be achieved.</w:t>
      </w:r>
    </w:p>
    <w:p>
      <w:pPr>
        <w:jc w:val="right"/>
      </w:pPr>
      <w:r>
        <w:t>ideal cannot be achieved.</w:t>
      </w:r>
    </w:p>
    <w:p>
      <w:r>
        <w:rPr>
          <w:b/>
        </w:rPr>
        <w:t xml:space="preserve">[09:23] </w:t>
      </w:r>
      <w:r>
        <w:t>to chunke woh chahenge ideal banana aur woh ideal mil nahi sakta to larenge, larenge, larenge.</w:t>
      </w:r>
    </w:p>
    <w:p>
      <w:pPr>
        <w:jc w:val="right"/>
      </w:pPr>
      <w:r>
        <w:t>تو چونکہ وہ چاہیں گے آئیڈیل بنانا اور وہ آئیڈیل مل نہیں سکتا تو لڑیں گے، لڑیں گے، لڑیں گے۔</w:t>
      </w:r>
    </w:p>
    <w:p>
      <w:r>
        <w:rPr>
          <w:b/>
        </w:rPr>
        <w:t xml:space="preserve">[09:28] </w:t>
      </w:r>
      <w:r>
        <w:t>yeh matlab hai is ka ke jab talwar dakhil hogi to woh khatm nahi hogi.</w:t>
      </w:r>
    </w:p>
    <w:p>
      <w:pPr>
        <w:jc w:val="right"/>
      </w:pPr>
      <w:r>
        <w:t>یہ مطلب ہے اس کا کہ جب تلوار داخل ہوگی تو وہ ختم نہیں ہوگی۔</w:t>
      </w:r>
    </w:p>
    <w:p>
      <w:r>
        <w:rPr>
          <w:b/>
        </w:rPr>
        <w:t xml:space="preserve">[09:33] </w:t>
      </w:r>
      <w:r>
        <w:t>khatm karne ka tareeqa yeh nahi ke aap is ko marein, is aadmi ko.</w:t>
      </w:r>
    </w:p>
    <w:p>
      <w:pPr>
        <w:jc w:val="right"/>
      </w:pPr>
      <w:r>
        <w:t>ختم کرنے کا طریقہ یہ نہیں کہ آپ اس کو ماریں، اس آدمی کو۔</w:t>
      </w:r>
    </w:p>
    <w:p>
      <w:r>
        <w:rPr>
          <w:b/>
        </w:rPr>
        <w:t xml:space="preserve">[09:38] </w:t>
      </w:r>
      <w:r>
        <w:t>nahi, aap is ideology ko badlein.</w:t>
      </w:r>
    </w:p>
    <w:p>
      <w:pPr>
        <w:jc w:val="right"/>
      </w:pPr>
      <w:r>
        <w:t>نہیں، آپ اس آئیڈیالوجی کو بدلیں۔</w:t>
      </w:r>
    </w:p>
    <w:p>
      <w:r>
        <w:rPr>
          <w:b/>
        </w:rPr>
        <w:t xml:space="preserve">[09:43] </w:t>
      </w:r>
      <w:r>
        <w:t>is ka solution jo hai ke is ideology ko badla jaye.</w:t>
      </w:r>
    </w:p>
    <w:p>
      <w:pPr>
        <w:jc w:val="right"/>
      </w:pPr>
      <w:r>
        <w:t>اس کا سلوشن جو ہے کہ اس آئیڈیالوجی کو بدلا جائے۔</w:t>
      </w:r>
    </w:p>
    <w:p>
      <w:r>
        <w:rPr>
          <w:b/>
        </w:rPr>
        <w:t xml:space="preserve">[09:48] </w:t>
      </w:r>
      <w:r>
        <w:t>yani system based ideology ko badla jaye.</w:t>
      </w:r>
    </w:p>
    <w:p>
      <w:pPr>
        <w:jc w:val="right"/>
      </w:pPr>
      <w:r>
        <w:t>یعنی سسٹم بیسڈ آئیڈیالوجی کو بدلا جائے۔</w:t>
      </w:r>
    </w:p>
    <w:p>
      <w:r>
        <w:rPr>
          <w:b/>
        </w:rPr>
        <w:t xml:space="preserve">[09:53] </w:t>
      </w:r>
      <w:r>
        <w:t>aur kahein ke Islam jo individual based hai, system based nahi hai.</w:t>
      </w:r>
    </w:p>
    <w:p>
      <w:pPr>
        <w:jc w:val="right"/>
      </w:pPr>
      <w:r>
        <w:t>اور کہیں کہ اسلام جو انڈیویجول بیسڈ ہے، سسٹم بیسڈ نہیں ہے۔</w:t>
      </w:r>
    </w:p>
    <w:p>
      <w:r>
        <w:rPr>
          <w:b/>
        </w:rPr>
        <w:t xml:space="preserve">[09:58] </w:t>
      </w:r>
      <w:r>
        <w:t>yani ek individual mein change lana.</w:t>
      </w:r>
    </w:p>
    <w:p>
      <w:pPr>
        <w:jc w:val="right"/>
      </w:pPr>
      <w:r>
        <w:t>یعنی ایک انڈیویجول میں چینج لانا۔</w:t>
      </w:r>
    </w:p>
    <w:p>
      <w:r>
        <w:rPr>
          <w:b/>
        </w:rPr>
        <w:t xml:space="preserve">[10:03] </w:t>
      </w:r>
      <w:r>
        <w:t>ek individual mein change lana.</w:t>
      </w:r>
    </w:p>
    <w:p>
      <w:pPr>
        <w:jc w:val="right"/>
      </w:pPr>
      <w:r>
        <w:t>ایک انڈیویجول میں چینج لانا۔</w:t>
      </w:r>
    </w:p>
    <w:p>
      <w:r>
        <w:rPr>
          <w:b/>
        </w:rPr>
        <w:t xml:space="preserve">[10:08] </w:t>
      </w:r>
      <w:r>
        <w:t>is ke andar positive thinking ho, is ke andar peace ka mizaj ho, is ke andar tolerance ho,</w:t>
      </w:r>
    </w:p>
    <w:p>
      <w:pPr>
        <w:jc w:val="right"/>
      </w:pPr>
      <w:r>
        <w:t>اس کے اندر پوزیٹیو تھنکنگ ہو، اس کے اندر پیس کا مزاج ہو، اس کے اندر ٹولرنس ہو،</w:t>
      </w:r>
    </w:p>
    <w:p>
      <w:r>
        <w:rPr>
          <w:b/>
        </w:rPr>
        <w:t xml:space="preserve">[10:13] </w:t>
      </w:r>
      <w:r>
        <w:t>is ke andar compassion ho, is ke andar love ho.</w:t>
      </w:r>
    </w:p>
    <w:p>
      <w:pPr>
        <w:jc w:val="right"/>
      </w:pPr>
      <w:r>
        <w:t>اس کے اندر کمپیشن ہو، اس کے اندر لو ہو۔</w:t>
      </w:r>
    </w:p>
    <w:p>
      <w:r>
        <w:rPr>
          <w:b/>
        </w:rPr>
        <w:t xml:space="preserve">[10:18] </w:t>
      </w:r>
      <w:r>
        <w:t>yeh, yeh, yeh, yeh hai target Islam ka.</w:t>
      </w:r>
    </w:p>
    <w:p>
      <w:pPr>
        <w:jc w:val="right"/>
      </w:pPr>
      <w:r>
        <w:t>یہ، یہ، یہ، یہ ہے ٹارگٹ اسلام کا۔</w:t>
      </w:r>
    </w:p>
    <w:p>
      <w:r>
        <w:rPr>
          <w:b/>
        </w:rPr>
        <w:t xml:space="preserve">[10:23] </w:t>
      </w:r>
      <w:r>
        <w:t>yeh nahi ke social level par koi ideal system qaim karna.</w:t>
      </w:r>
    </w:p>
    <w:p>
      <w:pPr>
        <w:jc w:val="right"/>
      </w:pPr>
      <w:r>
        <w:t>یہ نہیں کہ سوشل لیول پر کوئی آئیڈیل سسٹم قائم کرنا۔</w:t>
      </w:r>
    </w:p>
    <w:p>
      <w:r>
        <w:rPr>
          <w:b/>
        </w:rPr>
        <w:t xml:space="preserve">[10:28] </w:t>
      </w:r>
      <w:r>
        <w:t>woh kabhi bhi qaim nahi hoga, is liye hum se ladte rahenge aap.</w:t>
      </w:r>
    </w:p>
    <w:p>
      <w:pPr>
        <w:jc w:val="right"/>
      </w:pPr>
      <w:r>
        <w:t>وہ کبھی بھی قائم نہیں ہوگا، اس لیے ہم سے لڑتے رہیں گے آپ۔</w:t>
      </w:r>
    </w:p>
    <w:p>
      <w:r>
        <w:rPr>
          <w:b/>
        </w:rPr>
        <w:t xml:space="preserve">[10:33] </w:t>
      </w:r>
      <w:r>
        <w:t>isi ko mein keh raha hoon ke justified violence.</w:t>
      </w:r>
    </w:p>
    <w:p>
      <w:pPr>
        <w:jc w:val="right"/>
      </w:pPr>
      <w:r>
        <w:t>اسی کو میں کہہ رہا ہوں کہ جسٹیفائیڈ وائلنس۔</w:t>
      </w:r>
    </w:p>
    <w:p>
      <w:r>
        <w:rPr>
          <w:b/>
        </w:rPr>
        <w:t xml:space="preserve">[10:38] </w:t>
      </w:r>
      <w:r>
        <w:t>yeh raaz hai is ka.</w:t>
      </w:r>
    </w:p>
    <w:p>
      <w:pPr>
        <w:jc w:val="right"/>
      </w:pPr>
      <w:r>
        <w:t>یہ راز ہے اس کا۔</w:t>
      </w:r>
    </w:p>
    <w:p>
      <w:r>
        <w:rPr>
          <w:b/>
        </w:rPr>
        <w:t xml:space="preserve">[10:43] </w:t>
      </w:r>
      <w:r>
        <w:t>kese himmat parti hai logon ko? is liye ke un ke paas ideology hai.</w:t>
      </w:r>
    </w:p>
    <w:p>
      <w:pPr>
        <w:jc w:val="right"/>
      </w:pPr>
      <w:r>
        <w:t>کیسے ہمت پڑتی ہے لوگوں کو؟ اس لیے کہ ان کے پاس آئیڈیالوجی ہے۔</w:t>
      </w:r>
    </w:p>
    <w:p>
      <w:r>
        <w:rPr>
          <w:b/>
        </w:rPr>
        <w:t xml:space="preserve">[10:48] </w:t>
      </w:r>
      <w:r>
        <w:t>is ideology ko to marte rahenge, suicide bombing bhi karte rahenge.</w:t>
      </w:r>
    </w:p>
    <w:p>
      <w:pPr>
        <w:jc w:val="right"/>
      </w:pPr>
      <w:r>
        <w:t>اس آئیڈیالوجی کو تو مرتے رہیں گے، سوسائیڈ بمبنگ بھی کرتے رہیں گے۔</w:t>
      </w:r>
    </w:p>
    <w:p>
      <w:r>
        <w:rPr>
          <w:b/>
        </w:rPr>
        <w:t xml:space="preserve">[10:54] </w:t>
      </w:r>
      <w:r>
        <w:t>to yeh saada baat nahi hai.</w:t>
      </w:r>
    </w:p>
    <w:p>
      <w:pPr>
        <w:jc w:val="right"/>
      </w:pPr>
      <w:r>
        <w:t>تو یہ سادہ بات نہیں ہے۔</w:t>
      </w:r>
    </w:p>
    <w:p>
      <w:r>
        <w:rPr>
          <w:b/>
        </w:rPr>
        <w:t xml:space="preserve">[10:59] </w:t>
      </w:r>
      <w:r>
        <w:t>yeh saada baat, yeh simple baat bas wajah hai ke koi, yani law and order ka masla nahi hai.</w:t>
      </w:r>
    </w:p>
    <w:p>
      <w:pPr>
        <w:jc w:val="right"/>
      </w:pPr>
      <w:r>
        <w:t>یہ سادہ بات، یہ سمپل بات بس وجہ ہے کہ کوئی، یعنی لا اینڈ آرڈر کا مسئلہ نہیں ہے۔</w:t>
      </w:r>
    </w:p>
    <w:p>
      <w:r>
        <w:rPr>
          <w:b/>
        </w:rPr>
        <w:t xml:space="preserve">[11:04] </w:t>
      </w:r>
      <w:r>
        <w:t>ke kuch student ne agar wahan par protest kiya aur police ne firing kar di, is se problem</w:t>
      </w:r>
    </w:p>
    <w:p>
      <w:pPr>
        <w:jc w:val="right"/>
      </w:pPr>
      <w:r>
        <w:t>کہ کچھ سٹوڈنٹ نے اگر وہاں پر پروٹیسٹ کیا اور پولیس نے فائرنگ کر دی، اس سے پرابلم</w:t>
      </w:r>
    </w:p>
    <w:p>
      <w:r>
        <w:rPr>
          <w:b/>
        </w:rPr>
        <w:t xml:space="preserve">[11:09] </w:t>
      </w:r>
      <w:r>
        <w:t>solve hone wali nahi hai.</w:t>
      </w:r>
    </w:p>
    <w:p>
      <w:pPr>
        <w:jc w:val="right"/>
      </w:pPr>
      <w:r>
        <w:t>سالو ہونے والی نہیں ہے۔</w:t>
      </w:r>
    </w:p>
    <w:p>
      <w:r>
        <w:rPr>
          <w:b/>
        </w:rPr>
        <w:t xml:space="preserve">[11:14] </w:t>
      </w:r>
      <w:r>
        <w:t>jab tak ke is ideology ko na badlein aap.</w:t>
      </w:r>
    </w:p>
    <w:p>
      <w:pPr>
        <w:jc w:val="right"/>
      </w:pPr>
      <w:r>
        <w:t>جب تک کہ اس آئیڈیالوجی کو نہ بدلیں آپ۔</w:t>
      </w:r>
    </w:p>
    <w:p>
      <w:r>
        <w:rPr>
          <w:b/>
        </w:rPr>
        <w:t xml:space="preserve">[11:19] </w:t>
      </w:r>
      <w:r>
        <w:t>is ideology ko badalna parega.</w:t>
      </w:r>
    </w:p>
    <w:p>
      <w:pPr>
        <w:jc w:val="right"/>
      </w:pPr>
      <w:r>
        <w:t>اس آئیڈیالوجی کو بدلنا پڑے گا۔</w:t>
      </w:r>
    </w:p>
    <w:p>
      <w:r>
        <w:rPr>
          <w:b/>
        </w:rPr>
        <w:t xml:space="preserve">[11:24] </w:t>
      </w:r>
      <w:r>
        <w:t>ab mein aap ko ek aur baat arz karta hoon, woh bhi Quran mein maujood hai.</w:t>
      </w:r>
    </w:p>
    <w:p>
      <w:pPr>
        <w:jc w:val="right"/>
      </w:pPr>
      <w:r>
        <w:t>اب میں آپ کو ایک اور بات عرض کرتا ہوں، وہ بھی قرآن میں موجود ہے۔</w:t>
      </w:r>
    </w:p>
    <w:p>
      <w:r>
        <w:rPr>
          <w:b/>
        </w:rPr>
        <w:t xml:space="preserve">[11:29] </w:t>
      </w:r>
      <w:r>
        <w:t>ke is tarah ki ideology is zamane mein bani hai, ab is zamane mein.</w:t>
      </w:r>
    </w:p>
    <w:p>
      <w:pPr>
        <w:jc w:val="right"/>
      </w:pPr>
      <w:r>
        <w:t>کہ اس طرح کی آئیڈیالوجی اس زمانے میں بنی ہے، اب اس زمانے میں۔</w:t>
      </w:r>
    </w:p>
    <w:p>
      <w:r>
        <w:rPr>
          <w:b/>
        </w:rPr>
        <w:t xml:space="preserve">[11:34] </w:t>
      </w:r>
      <w:r>
        <w:t>pehlay nahi thi aisi.</w:t>
      </w:r>
    </w:p>
    <w:p>
      <w:pPr>
        <w:jc w:val="right"/>
      </w:pPr>
      <w:r>
        <w:t>پہلے نہیں تھی ایسی۔</w:t>
      </w:r>
    </w:p>
    <w:p>
      <w:r>
        <w:rPr>
          <w:b/>
        </w:rPr>
        <w:t xml:space="preserve">[11:39] </w:t>
      </w:r>
      <w:r>
        <w:t>yeh kaisay bani? bohat ajeeb baat thi ke Quran mein aik ayat hai jis ko log samajhtay nahi.</w:t>
      </w:r>
    </w:p>
    <w:p>
      <w:pPr>
        <w:jc w:val="right"/>
      </w:pPr>
      <w:r>
        <w:t>یہ کیسے بنی؟ بہت عجیب بات تھی کہ قرآن میں ایک آیت ہے جس کو لوگ سمجھتے نہیں۔</w:t>
      </w:r>
    </w:p>
    <w:p>
      <w:r>
        <w:rPr>
          <w:b/>
        </w:rPr>
        <w:t xml:space="preserve">[11:44] </w:t>
      </w:r>
      <w:r>
        <w:t>aur woh bohat hi zabardast tor par aaj apply hoti hai, aaj ke halaat par.</w:t>
      </w:r>
    </w:p>
    <w:p>
      <w:pPr>
        <w:jc w:val="right"/>
      </w:pPr>
      <w:r>
        <w:t>اور وہ بہت ہی زبردست طور پر آج اپلائی ہوتی ہے، آج کے حالات پر۔</w:t>
      </w:r>
    </w:p>
    <w:p>
      <w:r>
        <w:rPr>
          <w:b/>
        </w:rPr>
        <w:t xml:space="preserve">[11:49] </w:t>
      </w:r>
      <w:r>
        <w:t>Quran mein Surah Taubah mein ayat number thirty mein kaha gaya hai ke Yahood aur Nasara ne yeh</w:t>
      </w:r>
    </w:p>
    <w:p>
      <w:pPr>
        <w:jc w:val="right"/>
      </w:pPr>
      <w:r>
        <w:t>قرآن میں سورہ توبہ میں آیت نمبر تھرٹی میں کہا گیا ہے کہ یہود اور نصاری نے یہ</w:t>
      </w:r>
    </w:p>
    <w:p>
      <w:r>
        <w:rPr>
          <w:b/>
        </w:rPr>
        <w:t xml:space="preserve">[11:54] </w:t>
      </w:r>
      <w:r>
        <w:t>kya ke peghambaron ko Allah ka beta bana diya, son of God.</w:t>
      </w:r>
    </w:p>
    <w:p>
      <w:pPr>
        <w:jc w:val="right"/>
      </w:pPr>
      <w:r>
        <w:t>کیا کہ پیغمبروں کو اللہ کا بیٹا بنا دیا، سن آف گاڈ۔</w:t>
      </w:r>
    </w:p>
    <w:p>
      <w:r>
        <w:rPr>
          <w:b/>
        </w:rPr>
        <w:t xml:space="preserve">[11:59] </w:t>
      </w:r>
      <w:r>
        <w:t>اور یہ اس کے بارے میں کہا کہ یزاحون قول الذین کفرو وہ imitate کرتے ہیں ان لوگوں</w:t>
      </w:r>
    </w:p>
    <w:p>
      <w:pPr>
        <w:jc w:val="right"/>
      </w:pPr>
      <w:r>
        <w:t>اور یہ اس کے بارے میں کہا کہ یزاحون قول الذین کفرو وہ ایمیٹیٹ کرتے ہیں ان لوگوں</w:t>
      </w:r>
    </w:p>
    <w:p>
      <w:r>
        <w:rPr>
          <w:b/>
        </w:rPr>
        <w:t xml:space="preserve">[12:04] </w:t>
      </w:r>
      <w:r>
        <w:t>ko jo is se pehlay jinhon ne inkar kiya.</w:t>
      </w:r>
    </w:p>
    <w:p>
      <w:pPr>
        <w:jc w:val="right"/>
      </w:pPr>
      <w:r>
        <w:t>کو جو اس سے پہلے جنہوں نے انکار کیا۔</w:t>
      </w:r>
    </w:p>
    <w:p>
      <w:r>
        <w:rPr>
          <w:b/>
        </w:rPr>
        <w:t xml:space="preserve">[12:09] </w:t>
      </w:r>
      <w:r>
        <w:t>yani doosron ko imitate kar kar rahay hain.</w:t>
      </w:r>
    </w:p>
    <w:p>
      <w:pPr>
        <w:jc w:val="right"/>
      </w:pPr>
      <w:r>
        <w:t>یعنی دوسروں کو ایمیٹیٹ کر کر رہے ہیں۔</w:t>
      </w:r>
    </w:p>
    <w:p>
      <w:r>
        <w:rPr>
          <w:b/>
        </w:rPr>
        <w:t xml:space="preserve">[12:14] </w:t>
      </w:r>
      <w:r>
        <w:t>imitate kar ke keh diya ke yeh Allah ke bete hain, son of God hain.</w:t>
      </w:r>
    </w:p>
    <w:p>
      <w:pPr>
        <w:jc w:val="right"/>
      </w:pPr>
      <w:r>
        <w:t>ایمیٹیٹ کر کے کہہ دیا کہ یہ اللہ کے بیٹے ہیں، سن آف گاڈ ہیں۔</w:t>
      </w:r>
    </w:p>
    <w:p>
      <w:r>
        <w:rPr>
          <w:b/>
        </w:rPr>
        <w:t xml:space="preserve">[12:20] </w:t>
      </w:r>
      <w:r>
        <w:t>is ko log samjhengay ke imitation kya cheez hoti hai? muzahamat ke maani hotay hain imitation.</w:t>
      </w:r>
    </w:p>
    <w:p>
      <w:pPr>
        <w:jc w:val="right"/>
      </w:pPr>
      <w:r>
        <w:t>اس کو لوگ سمجھیں گے کہ ایمیٹیشن کیا چیز ہوتی ہے؟ مضاحات کے معنی ہوتے ہیں ایمیٹیشن۔</w:t>
      </w:r>
    </w:p>
    <w:p>
      <w:r>
        <w:rPr>
          <w:b/>
        </w:rPr>
        <w:t xml:space="preserve">[12:25] </w:t>
      </w:r>
      <w:r>
        <w:t>imitation kya cheez hoti hai? imitation yeh hai ke kisi zamanay mein jis jis civilization ka ka ka</w:t>
      </w:r>
    </w:p>
    <w:p>
      <w:pPr>
        <w:jc w:val="right"/>
      </w:pPr>
      <w:r>
        <w:t>ایمیٹیشن کیا چیز ہوتی ہے؟ ایمیٹیشن یہ ہے کہ کسی زمانے میں جس جس سویلائزیشن کا کا کا</w:t>
      </w:r>
    </w:p>
    <w:p>
      <w:r>
        <w:rPr>
          <w:b/>
        </w:rPr>
        <w:t xml:space="preserve">[12:30] </w:t>
      </w:r>
      <w:r>
        <w:t>dabdaba ho, uska ghalba ho.</w:t>
      </w:r>
    </w:p>
    <w:p>
      <w:pPr>
        <w:jc w:val="right"/>
      </w:pPr>
      <w:r>
        <w:t>دبدبہ ہو، اس کا غلبہ ہو۔</w:t>
      </w:r>
    </w:p>
    <w:p>
      <w:r>
        <w:rPr>
          <w:b/>
        </w:rPr>
        <w:t xml:space="preserve">[12:35] </w:t>
      </w:r>
      <w:r>
        <w:t>jis government ka ghalba, ghalba ho.</w:t>
      </w:r>
    </w:p>
    <w:p>
      <w:pPr>
        <w:jc w:val="right"/>
      </w:pPr>
      <w:r>
        <w:t>جس گورنمنٹ کا غلبہ، غلبہ ہو۔</w:t>
      </w:r>
    </w:p>
    <w:p>
      <w:r>
        <w:rPr>
          <w:b/>
        </w:rPr>
        <w:t xml:space="preserve">[12:40] </w:t>
      </w:r>
      <w:r>
        <w:t>jis jo jo jo log jin logon ka dabdaba ghayab ho jaye, un se maroof ho kar un</w:t>
      </w:r>
    </w:p>
    <w:p>
      <w:pPr>
        <w:jc w:val="right"/>
      </w:pPr>
      <w:r>
        <w:t>جس جو جو جو لوگ جن لوگوں کا دبدبہ غائب ہو جائے، ان سے معروف ہو کر ان</w:t>
      </w:r>
    </w:p>
    <w:p>
      <w:r>
        <w:rPr>
          <w:b/>
        </w:rPr>
        <w:t xml:space="preserve">[12:45] </w:t>
      </w:r>
      <w:r>
        <w:t>ke mutabiq karna.</w:t>
      </w:r>
    </w:p>
    <w:p>
      <w:pPr>
        <w:jc w:val="right"/>
      </w:pPr>
      <w:r>
        <w:t>کے مطابق کرنا۔</w:t>
      </w:r>
    </w:p>
    <w:p>
      <w:r>
        <w:rPr>
          <w:b/>
        </w:rPr>
        <w:t xml:space="preserve">[12:50] </w:t>
      </w:r>
      <w:r>
        <w:t>imitation naam hai un logon ko imitate karna jin ko ghalba mil gaya ho.</w:t>
      </w:r>
    </w:p>
    <w:p>
      <w:pPr>
        <w:jc w:val="right"/>
      </w:pPr>
      <w:r>
        <w:t>ایمیٹیشن نام ہے ان لوگوں کو ایمیٹیٹ کرنا جن کو غلبہ مل گیا ہو۔</w:t>
      </w:r>
    </w:p>
    <w:p>
      <w:r>
        <w:rPr>
          <w:b/>
        </w:rPr>
        <w:t xml:space="preserve">[12:55] </w:t>
      </w:r>
      <w:r>
        <w:t>yeh hai matlab.</w:t>
      </w:r>
    </w:p>
    <w:p>
      <w:pPr>
        <w:jc w:val="right"/>
      </w:pPr>
      <w:r>
        <w:t>یہ ہے مطلب۔</w:t>
      </w:r>
    </w:p>
    <w:p>
      <w:r>
        <w:rPr>
          <w:b/>
        </w:rPr>
        <w:t xml:space="preserve">[13:00] </w:t>
      </w:r>
      <w:r>
        <w:t>muzahamat ka asal jo woh hai, woh kisi tafseer mein wazeh hi nahi.</w:t>
      </w:r>
    </w:p>
    <w:p>
      <w:pPr>
        <w:jc w:val="right"/>
      </w:pPr>
      <w:r>
        <w:t>مضاحات کا اصل جو وہ ہے، وہ کسی تفسیر میں واضح ہی نہیں۔</w:t>
      </w:r>
    </w:p>
    <w:p>
      <w:r>
        <w:rPr>
          <w:b/>
        </w:rPr>
        <w:t xml:space="preserve">[13:05] </w:t>
      </w:r>
      <w:r>
        <w:t>isi liye log is ko confusion mein paray rehtay hain.</w:t>
      </w:r>
    </w:p>
    <w:p>
      <w:pPr>
        <w:jc w:val="right"/>
      </w:pPr>
      <w:r>
        <w:t>اسی لیے لوگ اس کو کنفیوژن میں پڑے رہتے ہیں۔</w:t>
      </w:r>
    </w:p>
    <w:p>
      <w:r>
        <w:rPr>
          <w:b/>
        </w:rPr>
        <w:t xml:space="preserve">[13:10] </w:t>
      </w:r>
      <w:r>
        <w:t>bas itna hi samajhtay hain ke kuch thay Isai, Yahoodi, unhon ne apne peghambar ko Khuda ka beta keh diya.</w:t>
      </w:r>
    </w:p>
    <w:p>
      <w:pPr>
        <w:jc w:val="right"/>
      </w:pPr>
      <w:r>
        <w:t>بس اتنا ہی سمجھتے ہیں کہ کچھ تھے عیسائی، یہودی، انہوں نے اپنے پیغمبر کو خدا کا بیٹا کہہ دیا۔</w:t>
      </w:r>
    </w:p>
    <w:p>
      <w:r>
        <w:rPr>
          <w:b/>
        </w:rPr>
        <w:t xml:space="preserve">[13:15] </w:t>
      </w:r>
      <w:r>
        <w:t>itna hi jantay hain bas.</w:t>
      </w:r>
    </w:p>
    <w:p>
      <w:pPr>
        <w:jc w:val="right"/>
      </w:pPr>
      <w:r>
        <w:t>اتنا ہی جانتے ہیں بس۔</w:t>
      </w:r>
    </w:p>
    <w:p>
      <w:r>
        <w:rPr>
          <w:b/>
        </w:rPr>
        <w:t xml:space="preserve">[13:20] </w:t>
      </w:r>
      <w:r>
        <w:t>nahi, is ke andar aik bohat bara principle hai ke jab kisi tehzeeb ko, kisi civilization ko ghalba</w:t>
      </w:r>
    </w:p>
    <w:p>
      <w:pPr>
        <w:jc w:val="right"/>
      </w:pPr>
      <w:r>
        <w:t>نہیں، اس کے اندر ایک بہت بڑا پرنسپل ہے کہ جب کسی تہذیب کو، کسی سویلائزیشن کو غلبہ</w:t>
      </w:r>
    </w:p>
    <w:p>
      <w:r>
        <w:rPr>
          <w:b/>
        </w:rPr>
        <w:t xml:space="preserve">[13:25] </w:t>
      </w:r>
      <w:r>
        <w:t>hota hai, kisi qaum ko ghalba hasil hota hai to log isi ko imitate karne lagtay hain.</w:t>
      </w:r>
    </w:p>
    <w:p>
      <w:pPr>
        <w:jc w:val="right"/>
      </w:pPr>
      <w:r>
        <w:t>ہوتا ہے، کسی قوم کو غلبہ حاصل ہوتا ہے تو لوگ اسی کو ایمیٹیٹ کرنے لگتے ہیں۔</w:t>
      </w:r>
    </w:p>
    <w:p>
      <w:r>
        <w:rPr>
          <w:b/>
        </w:rPr>
        <w:t xml:space="preserve">[13:30] </w:t>
      </w:r>
      <w:r>
        <w:t>isi ko imitate karne lagtay hain.</w:t>
      </w:r>
    </w:p>
    <w:p>
      <w:pPr>
        <w:jc w:val="right"/>
      </w:pPr>
      <w:r>
        <w:t>اسی کو ایمیٹیٹ کرنے لگتے ہیں۔</w:t>
      </w:r>
    </w:p>
    <w:p>
      <w:r>
        <w:rPr>
          <w:b/>
        </w:rPr>
        <w:t xml:space="preserve">[13:35] </w:t>
      </w:r>
      <w:r>
        <w:t>us zamanay mein kya hua? us zamanay mein aik naya phenomenon aaya jo pehlay kabhi nahi tha.</w:t>
      </w:r>
    </w:p>
    <w:p>
      <w:pPr>
        <w:jc w:val="right"/>
      </w:pPr>
      <w:r>
        <w:t>اس زمانے میں کیا ہوا؟ اس زمانے میں ایک نیا فیناومینا آیا جو پہلے کبھی نہیں تھا۔</w:t>
      </w:r>
    </w:p>
    <w:p>
      <w:r>
        <w:rPr>
          <w:b/>
        </w:rPr>
        <w:t xml:space="preserve">[13:40] </w:t>
      </w:r>
      <w:r>
        <w:t>wohi system based thinking.</w:t>
      </w:r>
    </w:p>
    <w:p>
      <w:pPr>
        <w:jc w:val="right"/>
      </w:pPr>
      <w:r>
        <w:t>وہی سسٹم بیسڈ تھنکنگ۔</w:t>
      </w:r>
    </w:p>
    <w:p>
      <w:r>
        <w:rPr>
          <w:b/>
        </w:rPr>
        <w:t xml:space="preserve">[13:46] </w:t>
      </w:r>
      <w:r>
        <w:t>democracy kya hai? system based thinking hai.</w:t>
      </w:r>
    </w:p>
    <w:p>
      <w:pPr>
        <w:jc w:val="right"/>
      </w:pPr>
      <w:r>
        <w:t>ڈیموکریسی کیا ہے؟ سسٹم بیسڈ تھنکنگ ہے۔</w:t>
      </w:r>
    </w:p>
    <w:p>
      <w:r>
        <w:rPr>
          <w:b/>
        </w:rPr>
        <w:t xml:space="preserve">[13:51] </w:t>
      </w:r>
      <w:r>
        <w:t>socialism kya hai? system based thinking hai.</w:t>
      </w:r>
    </w:p>
    <w:p>
      <w:pPr>
        <w:jc w:val="right"/>
      </w:pPr>
      <w:r>
        <w:t>سوشلزم کیا ہے؟ سسٹم بیسڈ تھنکنگ ہے۔</w:t>
      </w:r>
    </w:p>
    <w:p>
      <w:r>
        <w:rPr>
          <w:b/>
        </w:rPr>
        <w:t xml:space="preserve">[13:56] </w:t>
      </w:r>
      <w:r>
        <w:t>yeh is se pehle kabhi aisa nahi tha.</w:t>
      </w:r>
    </w:p>
    <w:p>
      <w:pPr>
        <w:jc w:val="right"/>
      </w:pPr>
      <w:r>
        <w:t>یہ اس سے پہلے کبھی ایسا نہیں تھا۔</w:t>
      </w:r>
    </w:p>
    <w:p>
      <w:r>
        <w:rPr>
          <w:b/>
        </w:rPr>
        <w:t xml:space="preserve">[14:01] </w:t>
      </w:r>
      <w:r>
        <w:t>to system based thinking is zamane mein paida hui aur press ki wajah se khoob barhi, khoob barhi, khoob phaili.</w:t>
      </w:r>
    </w:p>
    <w:p>
      <w:pPr>
        <w:jc w:val="right"/>
      </w:pPr>
      <w:r>
        <w:t>تو سسٹم بیسڈ تھنکنگ اس زمانے میں پیدا ہوئی اور پریس کی وجہ سے خوب بڑھی، خوب بڑھی، خوب پھیلی۔</w:t>
      </w:r>
    </w:p>
    <w:p>
      <w:r>
        <w:rPr>
          <w:b/>
        </w:rPr>
        <w:t xml:space="preserve">[14:06] </w:t>
      </w:r>
      <w:r>
        <w:t>to bari baat yeh samajh lein ke nizam ho kisi ke paas.</w:t>
      </w:r>
    </w:p>
    <w:p>
      <w:pPr>
        <w:jc w:val="right"/>
      </w:pPr>
      <w:r>
        <w:t>تو بڑی بات یہ سمجھ لیں کہ نظام ہو کسی کے پاس۔</w:t>
      </w:r>
    </w:p>
    <w:p>
      <w:r>
        <w:rPr>
          <w:b/>
        </w:rPr>
        <w:t xml:space="preserve">[14:11] </w:t>
      </w:r>
      <w:r>
        <w:t>jis ke paas nizam ho, woh woh bari cheez us ke paas hai.</w:t>
      </w:r>
    </w:p>
    <w:p>
      <w:pPr>
        <w:jc w:val="right"/>
      </w:pPr>
      <w:r>
        <w:t>جس کے پاس نظام ہو، وہ وہ بڑی چیز اس کے پاس ہے۔</w:t>
      </w:r>
    </w:p>
    <w:p>
      <w:r>
        <w:rPr>
          <w:b/>
        </w:rPr>
        <w:t xml:space="preserve">[14:16] </w:t>
      </w:r>
      <w:r>
        <w:t>social system, political system, mukammal system.</w:t>
      </w:r>
    </w:p>
    <w:p>
      <w:pPr>
        <w:jc w:val="right"/>
      </w:pPr>
      <w:r>
        <w:t>سوشل سسٹم، پولیٹیکل سسٹم، مکمل سسٹم۔</w:t>
      </w:r>
    </w:p>
    <w:p>
      <w:r>
        <w:rPr>
          <w:b/>
        </w:rPr>
        <w:t xml:space="preserve">[14:21] </w:t>
      </w:r>
      <w:r>
        <w:t>isi ki muzahamat hai ke musalmanon mein yeh baat aai.</w:t>
      </w:r>
    </w:p>
    <w:p>
      <w:pPr>
        <w:jc w:val="right"/>
      </w:pPr>
      <w:r>
        <w:t>اسی کی مضاحات ہے کہ مسلمانوں میں یہ بات آئی۔</w:t>
      </w:r>
    </w:p>
    <w:p>
      <w:r>
        <w:rPr>
          <w:b/>
        </w:rPr>
        <w:t xml:space="preserve">[14:26] </w:t>
      </w:r>
      <w:r>
        <w:t>isi ki muzahamat hai, isi ki, isi ki naqal hai.</w:t>
      </w:r>
    </w:p>
    <w:p>
      <w:pPr>
        <w:jc w:val="right"/>
      </w:pPr>
      <w:r>
        <w:t>اسی کی مضاحات ہے، اسی کی، اسی کی نقل ہے۔</w:t>
      </w:r>
    </w:p>
    <w:p>
      <w:r>
        <w:rPr>
          <w:b/>
        </w:rPr>
        <w:t xml:space="preserve">[14:31] </w:t>
      </w:r>
      <w:r>
        <w:t>ek kitni bari baat thi, aap bator warning thi Quran majeed mein ke tum muzahamat mat karna.</w:t>
      </w:r>
    </w:p>
    <w:p>
      <w:pPr>
        <w:jc w:val="right"/>
      </w:pPr>
      <w:r>
        <w:t>ایک کتنی بڑی بات تھی، آپ بطور وارننگ تھی قرآن مجید میں کہ تم مضاحات مت کرنا۔</w:t>
      </w:r>
    </w:p>
    <w:p>
      <w:r>
        <w:rPr>
          <w:b/>
        </w:rPr>
        <w:t xml:space="preserve">[14:36] </w:t>
      </w:r>
      <w:r>
        <w:t>muzahamat karoge to to talwar dakhil ho jayegi ummat mein.</w:t>
      </w:r>
    </w:p>
    <w:p>
      <w:pPr>
        <w:jc w:val="right"/>
      </w:pPr>
      <w:r>
        <w:t>مضاحات کرو گے تو تو تلوار داخل ہو جائے گی امت میں۔</w:t>
      </w:r>
    </w:p>
    <w:p>
      <w:r>
        <w:rPr>
          <w:b/>
        </w:rPr>
        <w:t xml:space="preserve">[14:41] </w:t>
      </w:r>
      <w:r>
        <w:t>to yeh yeh yani ninety century aur twenty century mein jab yeh yeh thinking zyada phaili ke ek</w:t>
      </w:r>
    </w:p>
    <w:p>
      <w:pPr>
        <w:jc w:val="right"/>
      </w:pPr>
      <w:r>
        <w:t>تو یہ یہ یعنی نائنٹی سینچری اور ٹونٹی سینچری میں جب یہ یہ تھنکنگ زیادہ پھیلی کہ ایک</w:t>
      </w:r>
    </w:p>
    <w:p>
      <w:r>
        <w:rPr>
          <w:b/>
        </w:rPr>
        <w:t xml:space="preserve">[14:46] </w:t>
      </w:r>
      <w:r>
        <w:t>is system, poore system ko le kar unhon ne nazariya banaya ke democratic system, socialist system, nationalist system yeh banaya.</w:t>
      </w:r>
    </w:p>
    <w:p>
      <w:pPr>
        <w:jc w:val="right"/>
      </w:pPr>
      <w:r>
        <w:t>اس سسٹم، پورے سسٹم کو لے کر انہوں نے نظریہ بنایا کہ ڈیموکریٹک سسٹم، سوشلسٹ سسٹم، نیشنلسٹ سسٹم یہ بنایا۔</w:t>
      </w:r>
    </w:p>
    <w:p>
      <w:r>
        <w:rPr>
          <w:b/>
        </w:rPr>
        <w:t xml:space="preserve">[14:51] </w:t>
      </w:r>
      <w:r>
        <w:t>to jo muslim, is zamane ke jo muslim log the, muslim leader, un ko nazar aaya ke sab</w:t>
      </w:r>
    </w:p>
    <w:p>
      <w:pPr>
        <w:jc w:val="right"/>
      </w:pPr>
      <w:r>
        <w:t>تو جو مسلم، اس زمانے کے جو مسلم لوگ تھے، مسلم لیڈر، ان کو نظر آیا کہ سب</w:t>
      </w:r>
    </w:p>
    <w:p>
      <w:r>
        <w:rPr>
          <w:b/>
        </w:rPr>
        <w:t xml:space="preserve">[14:56] </w:t>
      </w:r>
      <w:r>
        <w:t>se bari baat to yeh hai.</w:t>
      </w:r>
    </w:p>
    <w:p>
      <w:pPr>
        <w:jc w:val="right"/>
      </w:pPr>
      <w:r>
        <w:t>سے بڑی بات تو یہ ہے۔</w:t>
      </w:r>
    </w:p>
    <w:p>
      <w:r>
        <w:rPr>
          <w:b/>
        </w:rPr>
        <w:t xml:space="preserve">[15:01] </w:t>
      </w:r>
      <w:r>
        <w:t>yani ek insan ko andar change lana, yeh to choti baat lagi un ko.</w:t>
      </w:r>
    </w:p>
    <w:p>
      <w:pPr>
        <w:jc w:val="right"/>
      </w:pPr>
      <w:r>
        <w:t>یعنی ایک انسان کو اندر چینج لانا، یہ تو چھوٹی بات لگی ان کو۔</w:t>
      </w:r>
    </w:p>
    <w:p>
      <w:r>
        <w:rPr>
          <w:b/>
        </w:rPr>
        <w:t xml:space="preserve">[15:06] </w:t>
      </w:r>
      <w:r>
        <w:t>aur poori society mein, poori mankind mein, poori duniya mein change lana, ek system qaim karna, yeh</w:t>
      </w:r>
    </w:p>
    <w:p>
      <w:pPr>
        <w:jc w:val="right"/>
      </w:pPr>
      <w:r>
        <w:t>اور پوری سوسائٹی میں، پوری مین کائنڈ میں، پوری دنیا میں چینج لانا، ایک سسٹم قائم کرنا، یہ</w:t>
      </w:r>
    </w:p>
    <w:p>
      <w:r>
        <w:rPr>
          <w:b/>
        </w:rPr>
        <w:t xml:space="preserve">[15:12] </w:t>
      </w:r>
      <w:r>
        <w:t>bari baat hai.</w:t>
      </w:r>
    </w:p>
    <w:p>
      <w:pPr>
        <w:jc w:val="right"/>
      </w:pPr>
      <w:r>
        <w:t>بڑی بات ہے۔</w:t>
      </w:r>
    </w:p>
    <w:p>
      <w:r>
        <w:rPr>
          <w:b/>
        </w:rPr>
        <w:t xml:space="preserve">[15:17] </w:t>
      </w:r>
      <w:r>
        <w:t>woh choti baat lagi, yeh bari baat lagi.</w:t>
      </w:r>
    </w:p>
    <w:p>
      <w:pPr>
        <w:jc w:val="right"/>
      </w:pPr>
      <w:r>
        <w:t>وہ چھوٹی بات لگی، یہ بڑی بات لگی۔</w:t>
      </w:r>
    </w:p>
    <w:p>
      <w:r>
        <w:rPr>
          <w:b/>
        </w:rPr>
        <w:t xml:space="preserve">[15:22] </w:t>
      </w:r>
      <w:r>
        <w:t>yeh woh psychology hai jis ki wajah se imitation aata hai, jis ki wajah se muzahamat aati hai.</w:t>
      </w:r>
    </w:p>
    <w:p>
      <w:pPr>
        <w:jc w:val="right"/>
      </w:pPr>
      <w:r>
        <w:t>یہ وہ سائیکالوجی ہے جس کی وجہ سے ایمیٹیشن آتا ہے، جس کی وجہ سے مضاحات آتی ہے۔</w:t>
      </w:r>
    </w:p>
    <w:p>
      <w:r>
        <w:rPr>
          <w:b/>
        </w:rPr>
        <w:t xml:space="preserve">[15:27] </w:t>
      </w:r>
      <w:r>
        <w:t>to un ko laga ke yeh kya hai ke ek aadmi ko hum islah kar rahe hain, ek</w:t>
      </w:r>
    </w:p>
    <w:p>
      <w:pPr>
        <w:jc w:val="right"/>
      </w:pPr>
      <w:r>
        <w:t>تو ان کو لگا کہ یہ کیا ہے کہ ایک آدمی کو ہم اصلاح کر رہے ہیں، ایک</w:t>
      </w:r>
    </w:p>
    <w:p>
      <w:r>
        <w:rPr>
          <w:b/>
        </w:rPr>
        <w:t xml:space="preserve">[15:32] </w:t>
      </w:r>
      <w:r>
        <w:t>aadmi ke andar reform la rahe hain.</w:t>
      </w:r>
    </w:p>
    <w:p>
      <w:pPr>
        <w:jc w:val="right"/>
      </w:pPr>
      <w:r>
        <w:t>آدمی کے اندر ریفارم لا رہے ہیں۔</w:t>
      </w:r>
    </w:p>
    <w:p>
      <w:r>
        <w:rPr>
          <w:b/>
        </w:rPr>
        <w:t xml:space="preserve">[15:37] </w:t>
      </w:r>
      <w:r>
        <w:t>humein to poori duniya ko badalna hai, humein sari duniya mein Islami nizam qaim karna hai.</w:t>
      </w:r>
    </w:p>
    <w:p>
      <w:pPr>
        <w:jc w:val="right"/>
      </w:pPr>
      <w:r>
        <w:t>ہمیں تو پوری دنیا کو بدلنا ہے، ہمیں ساری دنیا میں اسلامی نظام قائم کرنا ہے۔</w:t>
      </w:r>
    </w:p>
    <w:p>
      <w:r>
        <w:rPr>
          <w:b/>
        </w:rPr>
        <w:t xml:space="preserve">[15:42] </w:t>
      </w:r>
      <w:r>
        <w:t>humein to bator muzahamat ke yeh zehan aaya musalmanon mein.</w:t>
      </w:r>
    </w:p>
    <w:p>
      <w:pPr>
        <w:jc w:val="right"/>
      </w:pPr>
      <w:r>
        <w:t>ہمیں تو بطور مضاحات کے یہ ذہن آیا مسلمانوں میں۔</w:t>
      </w:r>
    </w:p>
    <w:p>
      <w:r>
        <w:rPr>
          <w:b/>
        </w:rPr>
        <w:t xml:space="preserve">[15:47] </w:t>
      </w:r>
      <w:r>
        <w:t>lekin yeh zehan jo hai, dekhein, yeh Christian of, Christian plan of God se takra gaya.</w:t>
      </w:r>
    </w:p>
    <w:p>
      <w:pPr>
        <w:jc w:val="right"/>
      </w:pPr>
      <w:r>
        <w:t>لیکن یہ ذہن جو ہے، دیکھیں، یہ کرسچن آف، کرسچن پلان آف گاڈ سے ٹکرا گیا۔</w:t>
      </w:r>
    </w:p>
    <w:p>
      <w:r>
        <w:rPr>
          <w:b/>
        </w:rPr>
        <w:t xml:space="preserve">[15:52] </w:t>
      </w:r>
      <w:r>
        <w:t>yeh jo hai, isi liye dekhen aap, yaani kya wajah hai ke socialist, yaani, yaani mein do misaal</w:t>
      </w:r>
    </w:p>
    <w:p>
      <w:pPr>
        <w:jc w:val="right"/>
      </w:pPr>
      <w:r>
        <w:t>یہ جو ہے، اسی لیے دیکھیں آپ، یعنی کیا وجہ ہے کہ سوشلسٹ، یعنی، یعنی میں دو مثال</w:t>
      </w:r>
    </w:p>
    <w:p>
      <w:r>
        <w:rPr>
          <w:b/>
        </w:rPr>
        <w:t xml:space="preserve">[15:57] </w:t>
      </w:r>
      <w:r>
        <w:t>deta hoon aap ko ke communist ka nazariya yeh tha ke equal distribution of wealth.</w:t>
      </w:r>
    </w:p>
    <w:p>
      <w:pPr>
        <w:jc w:val="right"/>
      </w:pPr>
      <w:r>
        <w:t>دیتا ہوں آپ کو کہ کمیونسٹوں کا نظریہ یہ تھا کہ ایکول ڈسٹریبیوشن آف ویلتھ۔</w:t>
      </w:r>
    </w:p>
    <w:p>
      <w:r>
        <w:rPr>
          <w:b/>
        </w:rPr>
        <w:t xml:space="preserve">[16:02] </w:t>
      </w:r>
      <w:r>
        <w:t>equal distribution of wealth.</w:t>
      </w:r>
    </w:p>
    <w:p>
      <w:pPr>
        <w:jc w:val="right"/>
      </w:pPr>
      <w:r>
        <w:t>ایکول ڈسٹریبیوشن آف ویلتھ۔</w:t>
      </w:r>
    </w:p>
    <w:p>
      <w:r>
        <w:rPr>
          <w:b/>
        </w:rPr>
        <w:t xml:space="preserve">[16:07] </w:t>
      </w:r>
      <w:r>
        <w:t>is ke liye unhon ne pachees billion insanon ko maar dala.</w:t>
      </w:r>
    </w:p>
    <w:p>
      <w:pPr>
        <w:jc w:val="right"/>
      </w:pPr>
      <w:r>
        <w:t>اس کے لیے انہوں نے پچیس بلین انسانوں کو مار ڈالا۔</w:t>
      </w:r>
    </w:p>
    <w:p>
      <w:r>
        <w:rPr>
          <w:b/>
        </w:rPr>
        <w:t xml:space="preserve">[16:12] </w:t>
      </w:r>
      <w:r>
        <w:t>aur Russia mein un ki hukumat qaim hui jo seventy five years tak chalti rahi.</w:t>
      </w:r>
    </w:p>
    <w:p>
      <w:pPr>
        <w:jc w:val="right"/>
      </w:pPr>
      <w:r>
        <w:t>اور رشیا میں ان کی حکومت قائم ہوئی جو سیونٹی فائیو ایئرز تک چلتی رہی۔</w:t>
      </w:r>
    </w:p>
    <w:p>
      <w:r>
        <w:rPr>
          <w:b/>
        </w:rPr>
        <w:t xml:space="preserve">[16:17] </w:t>
      </w:r>
      <w:r>
        <w:t>lekin kabhi bhi aisa nizaam woh nahi bana sake jis mein sab logon ko barabar barabar distribution ho raha ho.</w:t>
      </w:r>
    </w:p>
    <w:p>
      <w:pPr>
        <w:jc w:val="right"/>
      </w:pPr>
      <w:r>
        <w:t>لیکن کبھی بھی ایسا نظام وہ نہیں بنا سکے جس میں سب لوگوں کو برابر برابر ڈسٹریبیوشن ہو رہا ہو۔</w:t>
      </w:r>
    </w:p>
    <w:p>
      <w:r>
        <w:rPr>
          <w:b/>
        </w:rPr>
        <w:t xml:space="preserve">[16:22] </w:t>
      </w:r>
      <w:r>
        <w:t>kyun ke that is against the christian plan of God.</w:t>
      </w:r>
    </w:p>
    <w:p>
      <w:pPr>
        <w:jc w:val="right"/>
      </w:pPr>
      <w:r>
        <w:t>کیونکہ دیٹ از اگینسٹ دی کرسچن پلان آف گاڈ۔</w:t>
      </w:r>
    </w:p>
    <w:p>
      <w:r>
        <w:rPr>
          <w:b/>
        </w:rPr>
        <w:t xml:space="preserve">[16:27] </w:t>
      </w:r>
      <w:r>
        <w:t>Khuda ne banaya duniya ko ek challenge jis mein ho. Challenge.</w:t>
      </w:r>
    </w:p>
    <w:p>
      <w:pPr>
        <w:jc w:val="right"/>
      </w:pPr>
      <w:r>
        <w:t>خدا نے بنایا دنیا کو ایک چیلنج جس میں ہو۔ چیلنج۔</w:t>
      </w:r>
    </w:p>
    <w:p>
      <w:r>
        <w:rPr>
          <w:b/>
        </w:rPr>
        <w:t xml:space="preserve">[16:32] </w:t>
      </w:r>
      <w:r>
        <w:t>kuch kisi ko kam mile, kisi ko zyada mile.</w:t>
      </w:r>
    </w:p>
    <w:p>
      <w:pPr>
        <w:jc w:val="right"/>
      </w:pPr>
      <w:r>
        <w:t>کچھ کسی کو کم ملے، کسی کو زیادہ ملے۔</w:t>
      </w:r>
    </w:p>
    <w:p>
      <w:r>
        <w:rPr>
          <w:b/>
        </w:rPr>
        <w:t xml:space="preserve">[16:38] </w:t>
      </w:r>
      <w:r>
        <w:t>phir challenge ho, phir competition ho.</w:t>
      </w:r>
    </w:p>
    <w:p>
      <w:pPr>
        <w:jc w:val="right"/>
      </w:pPr>
      <w:r>
        <w:t>پھر چیلنج ہو، پھر کمپیٹیشن ہو۔</w:t>
      </w:r>
    </w:p>
    <w:p>
      <w:r>
        <w:rPr>
          <w:b/>
        </w:rPr>
        <w:t xml:space="preserve">[16:43] </w:t>
      </w:r>
      <w:r>
        <w:t>is tarah taraqqi hoti rahe.</w:t>
      </w:r>
    </w:p>
    <w:p>
      <w:pPr>
        <w:jc w:val="right"/>
      </w:pPr>
      <w:r>
        <w:t>اس طرح ترقی ہوتی رہے۔</w:t>
      </w:r>
    </w:p>
    <w:p>
      <w:r>
        <w:rPr>
          <w:b/>
        </w:rPr>
        <w:t xml:space="preserve">[16:48] </w:t>
      </w:r>
      <w:r>
        <w:t>to yeh jo, yeh jo theory thi, equal distribution of wealth ki jo theory thi, yeh to that</w:t>
      </w:r>
    </w:p>
    <w:p>
      <w:pPr>
        <w:jc w:val="right"/>
      </w:pPr>
      <w:r>
        <w:t>تو یہ جو، یہ جو تھیوری تھی، ایکول ڈسٹریبیوشن آف ویلتھ کی جو تھیوری تھی، یہ تو دیٹ</w:t>
      </w:r>
    </w:p>
    <w:p>
      <w:r>
        <w:rPr>
          <w:b/>
        </w:rPr>
        <w:t xml:space="preserve">[16:53] </w:t>
      </w:r>
      <w:r>
        <w:t>was against the law of nature.</w:t>
      </w:r>
    </w:p>
    <w:p>
      <w:pPr>
        <w:jc w:val="right"/>
      </w:pPr>
      <w:r>
        <w:t>واز اگینسٹ دی لاء آف نیچر۔</w:t>
      </w:r>
    </w:p>
    <w:p>
      <w:r>
        <w:rPr>
          <w:b/>
        </w:rPr>
        <w:t xml:space="preserve">[16:58] </w:t>
      </w:r>
      <w:r>
        <w:t>to fail ho gayi.</w:t>
      </w:r>
    </w:p>
    <w:p>
      <w:pPr>
        <w:jc w:val="right"/>
      </w:pPr>
      <w:r>
        <w:t>تو فیل ہو گئی۔</w:t>
      </w:r>
    </w:p>
    <w:p>
      <w:r>
        <w:rPr>
          <w:b/>
        </w:rPr>
        <w:t xml:space="preserve">[17:03] </w:t>
      </w:r>
      <w:r>
        <w:t>aisi yeh theory jo hai democracy ki, is ki theory is par base karti thi ke ke government</w:t>
      </w:r>
    </w:p>
    <w:p>
      <w:pPr>
        <w:jc w:val="right"/>
      </w:pPr>
      <w:r>
        <w:t>ایسی یہ تھیوری جو ہے ڈیموکریسی کی، اس کی تھیوری اس پر بیس کرتی تھی کہ کہ گورنمنٹ</w:t>
      </w:r>
    </w:p>
    <w:p>
      <w:r>
        <w:rPr>
          <w:b/>
        </w:rPr>
        <w:t xml:space="preserve">[17:08] </w:t>
      </w:r>
      <w:r>
        <w:t>and the people.</w:t>
      </w:r>
    </w:p>
    <w:p>
      <w:pPr>
        <w:jc w:val="right"/>
      </w:pPr>
      <w:r>
        <w:t>اینڈ دا پیپل۔</w:t>
      </w:r>
    </w:p>
    <w:p>
      <w:r>
        <w:rPr>
          <w:b/>
        </w:rPr>
        <w:t xml:space="preserve">[17:13] </w:t>
      </w:r>
      <w:r>
        <w:t>lekin amal mein kya hai? Jitni democracies hain, un mein kahin bhi government of people nahi hai.</w:t>
      </w:r>
    </w:p>
    <w:p>
      <w:pPr>
        <w:jc w:val="right"/>
      </w:pPr>
      <w:r>
        <w:t>لیکن عملاً کیا ہے؟ جتنی ڈیموکریسیز ہیں، ان میں کہیں بھی گورنمنٹ آف پیپل نہیں ہے۔</w:t>
      </w:r>
    </w:p>
    <w:p>
      <w:r>
        <w:rPr>
          <w:b/>
        </w:rPr>
        <w:t xml:space="preserve">[17:18] </w:t>
      </w:r>
      <w:r>
        <w:t>government of majority hai.</w:t>
      </w:r>
    </w:p>
    <w:p>
      <w:pPr>
        <w:jc w:val="right"/>
      </w:pPr>
      <w:r>
        <w:t>گورنمنٹ آف میجورٹی ہے۔</w:t>
      </w:r>
    </w:p>
    <w:p>
      <w:r>
        <w:rPr>
          <w:b/>
        </w:rPr>
        <w:t xml:space="preserve">[17:23] </w:t>
      </w:r>
      <w:r>
        <w:t>ke saare log rule kaise karenge? Kisi country mein jo log hain, sab ke sab, woh sab</w:t>
      </w:r>
    </w:p>
    <w:p>
      <w:pPr>
        <w:jc w:val="right"/>
      </w:pPr>
      <w:r>
        <w:t>کہ سارے لوگ رول کیسے کریں گے؟ کسی کنٹری میں جو لوگ ہیں، سب کے سب، وہ سب</w:t>
      </w:r>
    </w:p>
    <w:p>
      <w:r>
        <w:rPr>
          <w:b/>
        </w:rPr>
        <w:t xml:space="preserve">[17:28] </w:t>
      </w:r>
      <w:r>
        <w:t>rule kaise karenge? To practically democracy means, democracy means rule of majority.</w:t>
      </w:r>
    </w:p>
    <w:p>
      <w:pPr>
        <w:jc w:val="right"/>
      </w:pPr>
      <w:r>
        <w:t>رول کیسے کریں گے؟ تو پریکٹیکلی ڈیموکریسی مینز، ڈیموکریسی مینز رول آف میجورٹی۔</w:t>
      </w:r>
    </w:p>
    <w:p>
      <w:r>
        <w:rPr>
          <w:b/>
        </w:rPr>
        <w:t xml:space="preserve">[17:33] </w:t>
      </w:r>
      <w:r>
        <w:t>to is ko theory to yeh banaya tha ke rule of all.</w:t>
      </w:r>
    </w:p>
    <w:p>
      <w:pPr>
        <w:jc w:val="right"/>
      </w:pPr>
      <w:r>
        <w:t>تو اس کو تھیوری تو یہ بنایا تھا کہ رول آف آل۔</w:t>
      </w:r>
    </w:p>
    <w:p>
      <w:r>
        <w:rPr>
          <w:b/>
        </w:rPr>
        <w:t xml:space="preserve">[17:38] </w:t>
      </w:r>
      <w:r>
        <w:t>تو role of all جو possible نہیں تھا، according to the Christian plan of God.</w:t>
      </w:r>
    </w:p>
    <w:p>
      <w:pPr>
        <w:jc w:val="right"/>
      </w:pPr>
      <w:r>
        <w:t>تو رول آف آل جو پاسیبل نہیں تھا، اکارڈنگ ٹو دا کرسچن پلان آف گاڈ۔</w:t>
      </w:r>
    </w:p>
    <w:p>
      <w:r>
        <w:rPr>
          <w:b/>
        </w:rPr>
        <w:t xml:space="preserve">[17:43] </w:t>
      </w:r>
      <w:r>
        <w:t>jo law of nature hai, jo christian plan hai, us ke mutabiq yeh possible nahi tha ke rule</w:t>
      </w:r>
    </w:p>
    <w:p>
      <w:pPr>
        <w:jc w:val="right"/>
      </w:pPr>
      <w:r>
        <w:t>جو لاء آف نیچر ہے، جو کرسچن پلان ہے، اس کے مطابق یہ پاسیبل نہیں تھا کہ رول</w:t>
      </w:r>
    </w:p>
    <w:p>
      <w:r>
        <w:rPr>
          <w:b/>
        </w:rPr>
        <w:t xml:space="preserve">[17:48] </w:t>
      </w:r>
      <w:r>
        <w:t>of all ko aap, yaani, realize kar saken.</w:t>
      </w:r>
    </w:p>
    <w:p>
      <w:pPr>
        <w:jc w:val="right"/>
      </w:pPr>
      <w:r>
        <w:t>آف آل کو آپ، یعنی، ریلائز کر سکیں۔</w:t>
      </w:r>
    </w:p>
    <w:p>
      <w:r>
        <w:rPr>
          <w:b/>
        </w:rPr>
        <w:t xml:space="preserve">[17:53] </w:t>
      </w:r>
      <w:r>
        <w:t>to practically kya hai? Is waqt rule of majority hai.</w:t>
      </w:r>
    </w:p>
    <w:p>
      <w:pPr>
        <w:jc w:val="right"/>
      </w:pPr>
      <w:r>
        <w:t>تو پریکٹیکلی کیا ہے؟ اس وقت رول آف میجورٹی ہے۔</w:t>
      </w:r>
    </w:p>
    <w:p>
      <w:r>
        <w:rPr>
          <w:b/>
        </w:rPr>
        <w:t xml:space="preserve">[17:58] </w:t>
      </w:r>
      <w:r>
        <w:t>to kya har har maamle mein less than ideal logon ko hasil ho raha hai? To is ke</w:t>
      </w:r>
    </w:p>
    <w:p>
      <w:pPr>
        <w:jc w:val="right"/>
      </w:pPr>
      <w:r>
        <w:t>تو کیا ہر ہر معاملے میں لیس دین آئیڈیل لوگوں کو حاصل ہو رہا ہے؟ تو اس کے</w:t>
      </w:r>
    </w:p>
    <w:p>
      <w:r>
        <w:rPr>
          <w:b/>
        </w:rPr>
        <w:t xml:space="preserve">[18:03] </w:t>
      </w:r>
      <w:r>
        <w:t>maani kya hain? Ke aap ko raazi hona hoga, hona padega less than ideal par.</w:t>
      </w:r>
    </w:p>
    <w:p>
      <w:pPr>
        <w:jc w:val="right"/>
      </w:pPr>
      <w:r>
        <w:t>معنی کیا ہیں؟ کہ آپ کو راضی ہونا ہوگا، ہونا پڑے گا لیس دین آئیڈیل پر۔</w:t>
      </w:r>
    </w:p>
    <w:p>
      <w:r>
        <w:rPr>
          <w:b/>
        </w:rPr>
        <w:t xml:space="preserve">[18:09] </w:t>
      </w:r>
      <w:r>
        <w:t>nahi, nahi, raazi honge to ladenge, ladenge, ladenge.</w:t>
      </w:r>
    </w:p>
    <w:p>
      <w:pPr>
        <w:jc w:val="right"/>
      </w:pPr>
      <w:r>
        <w:t>نہیں، نہیں، راضی ہوں گے تو لڑیں گے، لڑیں گے، لڑیں گے۔</w:t>
      </w:r>
    </w:p>
    <w:p>
      <w:r>
        <w:rPr>
          <w:b/>
        </w:rPr>
        <w:t xml:space="preserve">[18:14] </w:t>
      </w:r>
      <w:r>
        <w:t>nahi ladenge to heat karenge.</w:t>
      </w:r>
    </w:p>
    <w:p>
      <w:pPr>
        <w:jc w:val="right"/>
      </w:pPr>
      <w:r>
        <w:t>نہیں لڑیں گے تو ہیٹ کریں گے۔</w:t>
      </w:r>
    </w:p>
    <w:p>
      <w:r>
        <w:rPr>
          <w:b/>
        </w:rPr>
        <w:t xml:space="preserve">[18:19] </w:t>
      </w:r>
      <w:r>
        <w:t>to musalmanon mein chuki aakhirat juri hui hai, jannat juri hui hai, woh samajhte hain ke isi raah</w:t>
      </w:r>
    </w:p>
    <w:p>
      <w:pPr>
        <w:jc w:val="right"/>
      </w:pPr>
      <w:r>
        <w:t>تو مسلمانوں میں چونکہ آخرت جڑی ہوئی ہے، جنت جڑی ہوئی ہے، وہ سمجھتے ہیں کہ اسی راہ</w:t>
      </w:r>
    </w:p>
    <w:p>
      <w:r>
        <w:rPr>
          <w:b/>
        </w:rPr>
        <w:t xml:space="preserve">[18:24] </w:t>
      </w:r>
      <w:r>
        <w:t>mein koshish karenge to mar jayenge, to kahan reh jayenge? Mar jayenge to paradise</w:t>
      </w:r>
    </w:p>
    <w:p>
      <w:pPr>
        <w:jc w:val="right"/>
      </w:pPr>
      <w:r>
        <w:t>میں کوشش کریں گے تو مر جائیں گے، تو کہاں رہ جائیں گے؟ مر جائیں گے تو پیراڈائز</w:t>
      </w:r>
    </w:p>
    <w:p>
      <w:r>
        <w:rPr>
          <w:b/>
        </w:rPr>
        <w:t xml:space="preserve">[18:29] </w:t>
      </w:r>
      <w:r>
        <w:t>mein jayenge, wahan hoorein milengi hum ko.</w:t>
      </w:r>
    </w:p>
    <w:p>
      <w:pPr>
        <w:jc w:val="right"/>
      </w:pPr>
      <w:r>
        <w:t>میں جائیں گے، وہاں حوریں ملیں گی ہم کو۔</w:t>
      </w:r>
    </w:p>
    <w:p>
      <w:r>
        <w:rPr>
          <w:b/>
        </w:rPr>
        <w:t xml:space="preserve">[18:34] </w:t>
      </w:r>
      <w:r>
        <w:t>to aur logon ka to end aa jata hai, sochte hain ke bhai jab koi faida nahi hai</w:t>
      </w:r>
    </w:p>
    <w:p>
      <w:pPr>
        <w:jc w:val="right"/>
      </w:pPr>
      <w:r>
        <w:t>تو اور لوگوں کا تو اینڈ آ جاتا ہے، سوچتے ہیں کہ بھئی جب کوئی فائدہ نہیں ہے</w:t>
      </w:r>
    </w:p>
    <w:p>
      <w:r>
        <w:rPr>
          <w:b/>
        </w:rPr>
        <w:t xml:space="preserve">[18:39] </w:t>
      </w:r>
      <w:r>
        <w:t>to mat lado, chodo is ko.</w:t>
      </w:r>
    </w:p>
    <w:p>
      <w:pPr>
        <w:jc w:val="right"/>
      </w:pPr>
      <w:r>
        <w:t>تو مت لڑو، چھوڑو اس کو۔</w:t>
      </w:r>
    </w:p>
    <w:p>
      <w:r>
        <w:rPr>
          <w:b/>
        </w:rPr>
        <w:t xml:space="preserve">[18:44] </w:t>
      </w:r>
      <w:r>
        <w:t>yahan to samajhte hain ke faida ya duniya mein nahi hua to phir paradise, paradise mein to hamein</w:t>
      </w:r>
    </w:p>
    <w:p>
      <w:pPr>
        <w:jc w:val="right"/>
      </w:pPr>
      <w:r>
        <w:t>یہاں تو سمجھتے ہیں کہ فائدہ یا دنیا میں نہیں ہوا تو پھر پیراڈائز، پیراڈائز میں تو ہمیں</w:t>
      </w:r>
    </w:p>
    <w:p>
      <w:r>
        <w:rPr>
          <w:b/>
        </w:rPr>
        <w:t xml:space="preserve">[18:49] </w:t>
      </w:r>
      <w:r>
        <w:t>milengi hoorein.</w:t>
      </w:r>
    </w:p>
    <w:p>
      <w:pPr>
        <w:jc w:val="right"/>
      </w:pPr>
      <w:r>
        <w:t>ملیں گے حوریں۔</w:t>
      </w:r>
    </w:p>
    <w:p>
      <w:r>
        <w:rPr>
          <w:b/>
        </w:rPr>
        <w:t xml:space="preserve">[18:54] </w:t>
      </w:r>
      <w:r>
        <w:t>to in ka jo muamla hai, woh is se bhi sakht ban jata hai, musalmanon ka muamla.</w:t>
      </w:r>
    </w:p>
    <w:p>
      <w:pPr>
        <w:jc w:val="right"/>
      </w:pPr>
      <w:r>
        <w:t>تو ان کا جو معاملہ ہے، وہ اس سے بھی سخت بن جاتا ہے، مسلمانوں کا معاملہ۔</w:t>
      </w:r>
    </w:p>
    <w:p>
      <w:r>
        <w:rPr>
          <w:b/>
        </w:rPr>
        <w:t xml:space="preserve">[18:59] </w:t>
      </w:r>
      <w:r>
        <w:t>isi liye suicide bombing karte hain.</w:t>
      </w:r>
    </w:p>
    <w:p>
      <w:pPr>
        <w:jc w:val="right"/>
      </w:pPr>
      <w:r>
        <w:t>اسی لیے سوسائیڈ بمبنگ کرتے ہیں۔</w:t>
      </w:r>
    </w:p>
    <w:p>
      <w:r>
        <w:rPr>
          <w:b/>
        </w:rPr>
        <w:t xml:space="preserve">[19:04] </w:t>
      </w:r>
      <w:r>
        <w:t>Suicide bombing is liye kar rahe hain ke mar bhi gaye to kya hua? Paradise to milegi.</w:t>
      </w:r>
    </w:p>
    <w:p>
      <w:pPr>
        <w:jc w:val="right"/>
      </w:pPr>
      <w:r>
        <w:t>سوسائیڈ بمبنگ اس لیے کر رہے ہیں کہ مر بھی گئے تو کیا ہوا؟ پیراڈائز تو ملے گی۔</w:t>
      </w:r>
    </w:p>
    <w:p>
      <w:r>
        <w:rPr>
          <w:b/>
        </w:rPr>
        <w:t xml:space="preserve">[19:09] </w:t>
      </w:r>
      <w:r>
        <w:t>to is ideology ko jo aap kal na karein, aap yani jo is system based ideology hai, tab</w:t>
      </w:r>
    </w:p>
    <w:p>
      <w:pPr>
        <w:jc w:val="right"/>
      </w:pPr>
      <w:r>
        <w:t>تو اس آئیڈیالوجی کو جو آپ کل نہ کریں، آپ یعنی جو اس سسٹم بیسڈ آئیڈیالوجی ہے، تب</w:t>
      </w:r>
    </w:p>
    <w:p>
      <w:r>
        <w:rPr>
          <w:b/>
        </w:rPr>
        <w:t xml:space="preserve">[19:14] </w:t>
      </w:r>
      <w:r>
        <w:t>tak kabhi bhi duniya mein peace nahi aa sakta.</w:t>
      </w:r>
    </w:p>
    <w:p>
      <w:pPr>
        <w:jc w:val="right"/>
      </w:pPr>
      <w:r>
        <w:t>تک کبھی بھی دنیا میں پیس نہیں آ سکتا۔</w:t>
      </w:r>
    </w:p>
    <w:p>
      <w:r>
        <w:rPr>
          <w:b/>
        </w:rPr>
        <w:t xml:space="preserve">[19:19] </w:t>
      </w:r>
      <w:r>
        <w:t>musalma jo militarycy hai, woh khatm nahi ho sakti.</w:t>
      </w:r>
    </w:p>
    <w:p>
      <w:pPr>
        <w:jc w:val="right"/>
      </w:pPr>
      <w:r>
        <w:t>مسلمہ جو ملٹریسی ہے، وہ ختم نہیں ہو سکتی۔</w:t>
      </w:r>
    </w:p>
    <w:p>
      <w:r>
        <w:rPr>
          <w:b/>
        </w:rPr>
        <w:t xml:space="preserve">[19:24] </w:t>
      </w:r>
      <w:r>
        <w:t>aur Muslim terrorism kabhi khatm nahi ho sakta.</w:t>
      </w:r>
    </w:p>
    <w:p>
      <w:pPr>
        <w:jc w:val="right"/>
      </w:pPr>
      <w:r>
        <w:t>اور مسلم ٹیررزم کبھی ختم نہیں ہو سکتا۔</w:t>
      </w:r>
    </w:p>
    <w:p>
      <w:r>
        <w:rPr>
          <w:b/>
        </w:rPr>
        <w:t xml:space="preserve">[19:29] </w:t>
      </w:r>
      <w:r>
        <w:t>abhi unhone dekhein, is mein jo jo news hai ke Egypt mein unhone Muslim brother brotherhood</w:t>
      </w:r>
    </w:p>
    <w:p>
      <w:pPr>
        <w:jc w:val="right"/>
      </w:pPr>
      <w:r>
        <w:t>ابھی انہوں نے دیکھیں، اس میں جو جو نیوز ہے کہ ایجپٹ میں انہوں نے مسلم برادر برادرہڈ</w:t>
      </w:r>
    </w:p>
    <w:p>
      <w:r>
        <w:rPr>
          <w:b/>
        </w:rPr>
        <w:t xml:space="preserve">[19:35] </w:t>
      </w:r>
      <w:r>
        <w:t>ko, jo is ko Ahl-e-Khawar-al-Muslamon ko, unhone terrorist declare kar diya. Terrorist organization.</w:t>
      </w:r>
    </w:p>
    <w:p>
      <w:pPr>
        <w:jc w:val="right"/>
      </w:pPr>
      <w:r>
        <w:t>کو، جو اس کو اہل خوار المسلمون کو، انہوں نے ٹیررسٹ ڈیکلیئر کر دیا۔ ٹیررسٹ آرگنائزیشن۔</w:t>
      </w:r>
    </w:p>
    <w:p>
      <w:r>
        <w:rPr>
          <w:b/>
        </w:rPr>
        <w:t xml:space="preserve">[19:40] </w:t>
      </w:r>
      <w:r>
        <w:t>lekin is se kuch masla hal nahi hoga.</w:t>
      </w:r>
    </w:p>
    <w:p>
      <w:pPr>
        <w:jc w:val="right"/>
      </w:pPr>
      <w:r>
        <w:t>لیکن اس سے کچھ مسئلہ حل نہیں ہوگا۔</w:t>
      </w:r>
    </w:p>
    <w:p>
      <w:r>
        <w:rPr>
          <w:b/>
        </w:rPr>
        <w:t xml:space="preserve">[19:45] </w:t>
      </w:r>
      <w:r>
        <w:t>kyunki ideology thodi kal hui.</w:t>
      </w:r>
    </w:p>
    <w:p>
      <w:pPr>
        <w:jc w:val="right"/>
      </w:pPr>
      <w:r>
        <w:t>کیونکہ آئیڈیالوجی تھوڑی کل ہوئی۔</w:t>
      </w:r>
    </w:p>
    <w:p>
      <w:r>
        <w:rPr>
          <w:b/>
        </w:rPr>
        <w:t xml:space="preserve">[19:50] </w:t>
      </w:r>
      <w:r>
        <w:t>agar aap is organization ko, is ideal ko bank laga dein is ke upar, is ko pakad ke</w:t>
      </w:r>
    </w:p>
    <w:p>
      <w:pPr>
        <w:jc w:val="right"/>
      </w:pPr>
      <w:r>
        <w:t>اگر آپ اس آرگنائزیشن کو، اس آئیڈیل کو بینک لگا دیں اس کے اوپر، اس کو پکڑ کے</w:t>
      </w:r>
    </w:p>
    <w:p>
      <w:r>
        <w:rPr>
          <w:b/>
        </w:rPr>
        <w:t xml:space="preserve">[19:55] </w:t>
      </w:r>
      <w:r>
        <w:t>jalein band kar dein, aur is ko unlawful qarar de dein, tab bhi ideology to maujood hai.</w:t>
      </w:r>
    </w:p>
    <w:p>
      <w:pPr>
        <w:jc w:val="right"/>
      </w:pPr>
      <w:r>
        <w:t>جیلیں بند کر دیں، اور اس کو ان لافل قرار دے دیں، تب بھی آئیڈیالوجی تو موجود ہے۔</w:t>
      </w:r>
    </w:p>
    <w:p>
      <w:r>
        <w:rPr>
          <w:b/>
        </w:rPr>
        <w:t xml:space="preserve">[20:00] </w:t>
      </w:r>
      <w:r>
        <w:t>jab tak ideology maujood hai to phir phir bhi woh khatm nahi hoga, woh kahin na kahin woh</w:t>
      </w:r>
    </w:p>
    <w:p>
      <w:pPr>
        <w:jc w:val="right"/>
      </w:pPr>
      <w:r>
        <w:t>جب تک آئیڈیالوجی موجود ہے تو پھر پھر بھی وہ ختم نہیں ہوگا، وہ کہیں نہ کہیں وہ</w:t>
      </w:r>
    </w:p>
    <w:p>
      <w:r>
        <w:rPr>
          <w:b/>
        </w:rPr>
        <w:t xml:space="preserve">[20:05] </w:t>
      </w:r>
      <w:r>
        <w:t>ubharegi kisi na kisi tareeqe se.</w:t>
      </w:r>
    </w:p>
    <w:p>
      <w:pPr>
        <w:jc w:val="right"/>
      </w:pPr>
      <w:r>
        <w:t>ابھرے گی کسی نہ کسی طریقے سے۔</w:t>
      </w:r>
    </w:p>
    <w:p>
      <w:r>
        <w:rPr>
          <w:b/>
        </w:rPr>
        <w:t xml:space="preserve">[20:10] </w:t>
      </w:r>
      <w:r>
        <w:t>woh suicide bombing karenge, woh.</w:t>
      </w:r>
    </w:p>
    <w:p>
      <w:pPr>
        <w:jc w:val="right"/>
      </w:pPr>
      <w:r>
        <w:t>وہ سوسائیڈ بمبنگ کریں گے، وہ۔</w:t>
      </w:r>
    </w:p>
    <w:p>
      <w:r>
        <w:rPr>
          <w:b/>
        </w:rPr>
        <w:t xml:space="preserve">[20:15] </w:t>
      </w:r>
      <w:r>
        <w:t>to yeh yeh jo yani jo us waqt ho raha hai ke in ko jo is tarah ke</w:t>
      </w:r>
    </w:p>
    <w:p>
      <w:pPr>
        <w:jc w:val="right"/>
      </w:pPr>
      <w:r>
        <w:t>تو یہ یہ جو یعنی جو اس وقت ہو رہا ہے کہ ان کو جو اس طرح کے</w:t>
      </w:r>
    </w:p>
    <w:p>
      <w:r>
        <w:rPr>
          <w:b/>
        </w:rPr>
        <w:t xml:space="preserve">[20:20] </w:t>
      </w:r>
      <w:r>
        <w:t>jo log hain, un ko pakadna, un ko bain lagana, un ke un ko jailon mein band karna,</w:t>
      </w:r>
    </w:p>
    <w:p>
      <w:pPr>
        <w:jc w:val="right"/>
      </w:pPr>
      <w:r>
        <w:t>جو لوگ ہیں، ان کو پکڑنا، ان کو بین لگانا، ان کے ان کو جیلوں میں بند کرنا،</w:t>
      </w:r>
    </w:p>
    <w:p>
      <w:r>
        <w:rPr>
          <w:b/>
        </w:rPr>
        <w:t xml:space="preserve">[20:25] </w:t>
      </w:r>
      <w:r>
        <w:t>is se masla hal hone wala nahi hai.</w:t>
      </w:r>
    </w:p>
    <w:p>
      <w:pPr>
        <w:jc w:val="right"/>
      </w:pPr>
      <w:r>
        <w:t>اس سے مسئلہ حل ہونے والا نہیں ہے۔</w:t>
      </w:r>
    </w:p>
    <w:p>
      <w:r>
        <w:rPr>
          <w:b/>
        </w:rPr>
        <w:t xml:space="preserve">[20:30] </w:t>
      </w:r>
      <w:r>
        <w:t>yeh jo ideology mazahamat ke taur par bani hai musalmanon mein, system based ideology, is ko khatam karna parega.</w:t>
      </w:r>
    </w:p>
    <w:p>
      <w:pPr>
        <w:jc w:val="right"/>
      </w:pPr>
      <w:r>
        <w:t>یہ جو آئیڈیالوجی مضاحات کے طور پر بنی ہے مسلمانوں میں، سسٹم بیسڈ آئیڈیالوجی، اس کو ختم کرنا پڑے گا۔</w:t>
      </w:r>
    </w:p>
    <w:p>
      <w:r>
        <w:rPr>
          <w:b/>
        </w:rPr>
        <w:t xml:space="preserve">[20:35] </w:t>
      </w:r>
      <w:r>
        <w:t>aur batana parega, dekhen, yani yeh batana parega What is the creation plan of God jis</w:t>
      </w:r>
    </w:p>
    <w:p>
      <w:pPr>
        <w:jc w:val="right"/>
      </w:pPr>
      <w:r>
        <w:t>اور بتانا پڑے گا، دیکھیں، یعنی یہ بتانا پڑے گا What is the creation plan of God جس</w:t>
      </w:r>
    </w:p>
    <w:p>
      <w:r>
        <w:rPr>
          <w:b/>
        </w:rPr>
        <w:t xml:space="preserve">[20:40] </w:t>
      </w:r>
      <w:r>
        <w:t>ne create kiya hai, is ka plan kya hai? Is ka plan yeh hai ke is ne is</w:t>
      </w:r>
    </w:p>
    <w:p>
      <w:pPr>
        <w:jc w:val="right"/>
      </w:pPr>
      <w:r>
        <w:t>نے کریٹ کیا ہے، اس کا پلان کیا ہے؟ اس کا پلان یہ ہے کہ اس نے اس</w:t>
      </w:r>
    </w:p>
    <w:p>
      <w:r>
        <w:rPr>
          <w:b/>
        </w:rPr>
        <w:t xml:space="preserve">[20:45] </w:t>
      </w:r>
      <w:r>
        <w:t>duniya ko banaya hai, yani is liye nahi ke yahan aap ideal system banaen.</w:t>
      </w:r>
    </w:p>
    <w:p>
      <w:pPr>
        <w:jc w:val="right"/>
      </w:pPr>
      <w:r>
        <w:t>دنیا کو بنایا ہے، یعنی اس لیے نہیں کہ یہاں آپ آئیڈیل سسٹم بنائیں۔</w:t>
      </w:r>
    </w:p>
    <w:p>
      <w:r>
        <w:rPr>
          <w:b/>
        </w:rPr>
        <w:t xml:space="preserve">[20:50] </w:t>
      </w:r>
      <w:r>
        <w:t>yani banane wale ke naqshe ke mutabiq yeh duniya is liye nahi banai gayi ke yahan aap ideal system banaen.</w:t>
      </w:r>
    </w:p>
    <w:p>
      <w:pPr>
        <w:jc w:val="right"/>
      </w:pPr>
      <w:r>
        <w:t>یعنی بنانے والے کے نقشے کے مطابق یہ دنیا اس لیے نہیں بنائی گئی کہ یہاں آپ آئیڈیل سسٹم بنائیں۔</w:t>
      </w:r>
    </w:p>
    <w:p>
      <w:r>
        <w:rPr>
          <w:b/>
        </w:rPr>
        <w:t xml:space="preserve">[20:55] </w:t>
      </w:r>
      <w:r>
        <w:t>nahi, banane wale ne duniya ko do hisse mein taqseem kiya hai.</w:t>
      </w:r>
    </w:p>
    <w:p>
      <w:pPr>
        <w:jc w:val="right"/>
      </w:pPr>
      <w:r>
        <w:t>نہیں، بنانے والے نے دنیا کو دو حصے میں تقسیم کیا ہے۔</w:t>
      </w:r>
    </w:p>
    <w:p>
      <w:r>
        <w:rPr>
          <w:b/>
        </w:rPr>
        <w:t xml:space="preserve">[21:01] </w:t>
      </w:r>
      <w:r>
        <w:t>yani pre death period aur post death period.</w:t>
      </w:r>
    </w:p>
    <w:p>
      <w:pPr>
        <w:jc w:val="right"/>
      </w:pPr>
      <w:r>
        <w:t>یعنی پری ڈیتھ پیریڈ اور پوسٹ ڈیتھ پیریڈ۔</w:t>
      </w:r>
    </w:p>
    <w:p>
      <w:r>
        <w:rPr>
          <w:b/>
        </w:rPr>
        <w:t xml:space="preserve">[21:06] </w:t>
      </w:r>
      <w:r>
        <w:t>pre death period mein kya hai? Banane wale ka tareeqa ke yahan par rakha hai tazkiya ke liye.</w:t>
      </w:r>
    </w:p>
    <w:p>
      <w:pPr>
        <w:jc w:val="right"/>
      </w:pPr>
      <w:r>
        <w:t>پری ڈیتھ پیریڈ میں کیا ہے؟ بنانے والے کا طریقہ کہ یہاں پر رکھا ہے تزکیہ کے لیے۔</w:t>
      </w:r>
    </w:p>
    <w:p>
      <w:r>
        <w:rPr>
          <w:b/>
        </w:rPr>
        <w:t xml:space="preserve">[21:11] </w:t>
      </w:r>
      <w:r>
        <w:t>yani yeh world of tazkiya hai.</w:t>
      </w:r>
    </w:p>
    <w:p>
      <w:pPr>
        <w:jc w:val="right"/>
      </w:pPr>
      <w:r>
        <w:t>یعنی یہ ورلڈ آف تزکیہ ہے۔</w:t>
      </w:r>
    </w:p>
    <w:p>
      <w:r>
        <w:rPr>
          <w:b/>
        </w:rPr>
        <w:t xml:space="preserve">[21:16] </w:t>
      </w:r>
      <w:r>
        <w:t>yani world of purification.</w:t>
      </w:r>
    </w:p>
    <w:p>
      <w:pPr>
        <w:jc w:val="right"/>
      </w:pPr>
      <w:r>
        <w:t>یعنی ورلڈ آف پیوریفیکیشن۔</w:t>
      </w:r>
    </w:p>
    <w:p>
      <w:r>
        <w:rPr>
          <w:b/>
        </w:rPr>
        <w:t xml:space="preserve">[21:21] </w:t>
      </w:r>
      <w:r>
        <w:t>apne aap ko aap yahan ke jo halaat hain, is mein aap agar aap ne deserving candidates sabit</w:t>
      </w:r>
    </w:p>
    <w:p>
      <w:pPr>
        <w:jc w:val="right"/>
      </w:pPr>
      <w:r>
        <w:t>اپنے آپ کو آپ یہاں کے جو حالات ہیں، اس میں آپ اگر آپ نے ڈیزرونگ کینڈیڈیٹس ثابت</w:t>
      </w:r>
    </w:p>
    <w:p>
      <w:r>
        <w:rPr>
          <w:b/>
        </w:rPr>
        <w:t xml:space="preserve">[21:26] </w:t>
      </w:r>
      <w:r>
        <w:t>kiya paradise ke liye, to post death period mein aap ko paradise milegi.</w:t>
      </w:r>
    </w:p>
    <w:p>
      <w:pPr>
        <w:jc w:val="right"/>
      </w:pPr>
      <w:r>
        <w:t>کیا پیراڈائز کے لیے، تو پوسٹ ڈیتھ پیریڈ میں آپ کو پیراڈائز ملے گی۔</w:t>
      </w:r>
    </w:p>
    <w:p>
      <w:r>
        <w:rPr>
          <w:b/>
        </w:rPr>
        <w:t xml:space="preserve">[21:31] </w:t>
      </w:r>
      <w:r>
        <w:t>to is duniya mein aap ko apne ko train karna hai.</w:t>
      </w:r>
    </w:p>
    <w:p>
      <w:pPr>
        <w:jc w:val="right"/>
      </w:pPr>
      <w:r>
        <w:t>تو اس دنیا میں آپ کو اپنے کو ٹرین کرنا ہے۔</w:t>
      </w:r>
    </w:p>
    <w:p>
      <w:r>
        <w:rPr>
          <w:b/>
        </w:rPr>
        <w:t xml:space="preserve">[21:36] </w:t>
      </w:r>
      <w:r>
        <w:t>yeh duniya goya ek tarah se kehna chahiye ke ek training ground hai.</w:t>
      </w:r>
    </w:p>
    <w:p>
      <w:pPr>
        <w:jc w:val="right"/>
      </w:pPr>
      <w:r>
        <w:t>یہ دنیا گویا ایک طرح سے کہنا چاہیے کہ ایک ٹریننگ گراؤنڈ ہے۔</w:t>
      </w:r>
    </w:p>
    <w:p>
      <w:r>
        <w:rPr>
          <w:b/>
        </w:rPr>
        <w:t xml:space="preserve">[21:41] </w:t>
      </w:r>
      <w:r>
        <w:t>apne aap ko train karte hain is liye ke aap aap ko early is mein paradise mile.</w:t>
      </w:r>
    </w:p>
    <w:p>
      <w:pPr>
        <w:jc w:val="right"/>
      </w:pPr>
      <w:r>
        <w:t>اپنے آپ کو ٹرین کرتے ہیں اس لیے کہ آپ آپ کو ارلی اس میں پیراڈائز ملے۔</w:t>
      </w:r>
    </w:p>
    <w:p>
      <w:r>
        <w:rPr>
          <w:b/>
        </w:rPr>
        <w:t xml:space="preserve">[21:46] </w:t>
      </w:r>
      <w:r>
        <w:t>to is liye yeh possible hi nahi hai ke is duniya mein aap ideal system bana saken.</w:t>
      </w:r>
    </w:p>
    <w:p>
      <w:pPr>
        <w:jc w:val="right"/>
      </w:pPr>
      <w:r>
        <w:t>تو اس لیے یہ پاسیبل ہی نہیں ہے کہ اس دنیا میں آپ آئیڈیل سسٹم بنا سکیں۔</w:t>
      </w:r>
    </w:p>
    <w:p>
      <w:r>
        <w:rPr>
          <w:b/>
        </w:rPr>
        <w:t xml:space="preserve">[21:51] </w:t>
      </w:r>
      <w:r>
        <w:t>ideal system banega paradise mein.</w:t>
      </w:r>
    </w:p>
    <w:p>
      <w:pPr>
        <w:jc w:val="right"/>
      </w:pPr>
      <w:r>
        <w:t>آئیڈیل سسٹم بنے گا پیراڈائز میں۔</w:t>
      </w:r>
    </w:p>
    <w:p>
      <w:r>
        <w:rPr>
          <w:b/>
        </w:rPr>
        <w:t xml:space="preserve">[21:56] </w:t>
      </w:r>
      <w:r>
        <w:t>to yeh yeh batana, yeh aap bata payenge, tab ja ke woh ideology khatam hogi.</w:t>
      </w:r>
    </w:p>
    <w:p>
      <w:pPr>
        <w:jc w:val="right"/>
      </w:pPr>
      <w:r>
        <w:t>تو یہ یہ بتانا، یہ آپ بتا پائیں گے، تب جا کے وہ آئیڈیالوجی ختم ہوگی۔</w:t>
      </w:r>
    </w:p>
    <w:p>
      <w:r>
        <w:rPr>
          <w:b/>
        </w:rPr>
        <w:t xml:space="preserve">[22:01] </w:t>
      </w:r>
      <w:r>
        <w:t>jo ideology develop hui hai, woh to isi duniya mein samajhte hain ke isi duniya mein ideal system banana hai.</w:t>
      </w:r>
    </w:p>
    <w:p>
      <w:pPr>
        <w:jc w:val="right"/>
      </w:pPr>
      <w:r>
        <w:t>جو آئیڈیالوجی ڈیولپ ہوئی ہے، وہ تو اسی دنیا میں سمجھتے ہیں کہ اسی دنیا میں آئیڈیل سسٹم بنانا ہے۔</w:t>
      </w:r>
    </w:p>
    <w:p>
      <w:r>
        <w:rPr>
          <w:b/>
        </w:rPr>
        <w:t xml:space="preserve">[22:06] </w:t>
      </w:r>
      <w:r>
        <w:t>to is duniya mein ideal system banane ke liye lad rahe hain.</w:t>
      </w:r>
    </w:p>
    <w:p>
      <w:pPr>
        <w:jc w:val="right"/>
      </w:pPr>
      <w:r>
        <w:t>تو اس دنیا میں آئیڈیل سسٹم بنانے کے لیے لڑ رہے ہیں۔</w:t>
      </w:r>
    </w:p>
    <w:p>
      <w:r>
        <w:rPr>
          <w:b/>
        </w:rPr>
        <w:t xml:space="preserve">[22:11] </w:t>
      </w:r>
      <w:r>
        <w:t>aur jab bhi ek ek rule khatam karte hain, doosra rule aata hai to phir phir bhi less</w:t>
      </w:r>
    </w:p>
    <w:p>
      <w:pPr>
        <w:jc w:val="right"/>
      </w:pPr>
      <w:r>
        <w:t>اور جب بھی ایک ایک رول ختم کرتے ہیں، دوسرا رول آتا ہے تو پھر پھر بھی لیس</w:t>
      </w:r>
    </w:p>
    <w:p>
      <w:r>
        <w:rPr>
          <w:b/>
        </w:rPr>
        <w:t xml:space="preserve">[22:16] </w:t>
      </w:r>
      <w:r>
        <w:t>den ideal hota hai woh.</w:t>
      </w:r>
    </w:p>
    <w:p>
      <w:pPr>
        <w:jc w:val="right"/>
      </w:pPr>
      <w:r>
        <w:t>دین آئیڈیل ہوتا ہے وہ۔</w:t>
      </w:r>
    </w:p>
    <w:p>
      <w:r>
        <w:rPr>
          <w:b/>
        </w:rPr>
        <w:t xml:space="preserve">[22:21] </w:t>
      </w:r>
      <w:r>
        <w:t>پھر less than ideal ہوتا ہے بار بار۔</w:t>
      </w:r>
    </w:p>
    <w:p>
      <w:pPr>
        <w:jc w:val="right"/>
      </w:pPr>
      <w:r>
        <w:t>پھر لیس دین آئیڈیل ہوتا ہے بار بار۔</w:t>
      </w:r>
    </w:p>
    <w:p>
      <w:r>
        <w:rPr>
          <w:b/>
        </w:rPr>
        <w:t xml:space="preserve">[22:27] </w:t>
      </w:r>
      <w:r>
        <w:t>to phir ladte rehte hain, ladte rehte hain, ladte rehte hain.</w:t>
      </w:r>
    </w:p>
    <w:p>
      <w:pPr>
        <w:jc w:val="right"/>
      </w:pPr>
      <w:r>
        <w:t>تو پھر لڑتے رہتے ہیں، لڑتے رہتے ہیں، لڑتے رہتے ہیں۔</w:t>
      </w:r>
    </w:p>
    <w:p>
      <w:r>
        <w:rPr>
          <w:b/>
        </w:rPr>
        <w:t xml:space="preserve">[22:32] </w:t>
      </w:r>
      <w:r>
        <w:t>to yeh batana parega ke is duniya mein jo possible hai, woh yeh ke ek ek individual</w:t>
      </w:r>
    </w:p>
    <w:p>
      <w:pPr>
        <w:jc w:val="right"/>
      </w:pPr>
      <w:r>
        <w:t>تو یہ بتانا پڑے گا کہ اس دنیا میں جو پاسیبل ہے، وہ یہ کہ ایک ایک انڈیویجول</w:t>
      </w:r>
    </w:p>
    <w:p>
      <w:r>
        <w:rPr>
          <w:b/>
        </w:rPr>
        <w:t xml:space="preserve">[22:37] </w:t>
      </w:r>
      <w:r>
        <w:t>apne aap ko ideal par khara kare.</w:t>
      </w:r>
    </w:p>
    <w:p>
      <w:pPr>
        <w:jc w:val="right"/>
      </w:pPr>
      <w:r>
        <w:t>اپنے آپ کو آئیڈیل پر کھڑا کرے۔</w:t>
      </w:r>
    </w:p>
    <w:p>
      <w:r>
        <w:rPr>
          <w:b/>
        </w:rPr>
        <w:t xml:space="preserve">[22:42] </w:t>
      </w:r>
      <w:r>
        <w:t>yani individual level par idealism possible hai.</w:t>
      </w:r>
    </w:p>
    <w:p>
      <w:pPr>
        <w:jc w:val="right"/>
      </w:pPr>
      <w:r>
        <w:t>یعنی انڈیویجول لیول پر آئیڈیلزم پاسیبل ہے۔</w:t>
      </w:r>
    </w:p>
    <w:p>
      <w:r>
        <w:rPr>
          <w:b/>
        </w:rPr>
        <w:t xml:space="preserve">[22:47] </w:t>
      </w:r>
      <w:r>
        <w:t>lekin jahan tak society ki baat hai, wahan idealism possible nahi hai.</w:t>
      </w:r>
    </w:p>
    <w:p>
      <w:pPr>
        <w:jc w:val="right"/>
      </w:pPr>
      <w:r>
        <w:t>لیکن جہاں تک سوسائٹی کی بات ہے، وہاں آئیڈیلزم پاسیبل نہیں ہے۔</w:t>
      </w:r>
    </w:p>
    <w:p>
      <w:r>
        <w:rPr>
          <w:b/>
        </w:rPr>
        <w:t xml:space="preserve">[22:52] </w:t>
      </w:r>
      <w:r>
        <w:t>wahan to sirf status quo hi chal sakta hai ke jo exist karti hai, soorat-e-haal hai, usko</w:t>
      </w:r>
    </w:p>
    <w:p>
      <w:pPr>
        <w:jc w:val="right"/>
      </w:pPr>
      <w:r>
        <w:t>وہاں تو صرف اسٹیٹس کو ہی چل سکتا ہے کہ جو ایگزسٹ کرتی ہے، صورتحال ہے، اس کو</w:t>
      </w:r>
    </w:p>
    <w:p>
      <w:r>
        <w:rPr>
          <w:b/>
        </w:rPr>
        <w:t xml:space="preserve">[22:57] </w:t>
      </w:r>
      <w:r>
        <w:t>aap accept kar lijiye taake kam az kam aap ko peace mil jaye.</w:t>
      </w:r>
    </w:p>
    <w:p>
      <w:pPr>
        <w:jc w:val="right"/>
      </w:pPr>
      <w:r>
        <w:t>آپ ایکسیپٹ کر لیجیے تاکہ کم از کم آپ کو پیس مل جائے۔</w:t>
      </w:r>
    </w:p>
    <w:p>
      <w:r>
        <w:rPr>
          <w:b/>
        </w:rPr>
        <w:t xml:space="preserve">[23:02] </w:t>
      </w:r>
      <w:r>
        <w:t>agar aap existing ya agar aap jo existing system hai, usko accept kar lein to aap ko</w:t>
      </w:r>
    </w:p>
    <w:p>
      <w:pPr>
        <w:jc w:val="right"/>
      </w:pPr>
      <w:r>
        <w:t>اگر آپ ایگزسٹنگ یا اگر آپ جو ایگزسٹنگ سسٹم ہے، اس کو ایکسیپٹ کر لیں تو آپ کو</w:t>
      </w:r>
    </w:p>
    <w:p>
      <w:r>
        <w:rPr>
          <w:b/>
        </w:rPr>
        <w:t xml:space="preserve">[23:07] </w:t>
      </w:r>
      <w:r>
        <w:t>peace mil jayega.</w:t>
      </w:r>
    </w:p>
    <w:p>
      <w:pPr>
        <w:jc w:val="right"/>
      </w:pPr>
      <w:r>
        <w:t>پیس مل جائے گا۔</w:t>
      </w:r>
    </w:p>
    <w:p>
      <w:r>
        <w:rPr>
          <w:b/>
        </w:rPr>
        <w:t xml:space="preserve">[23:12] </w:t>
      </w:r>
      <w:r>
        <w:t>jaise hum dekhein, India mein bahut sari kharabiyan hain, yahan corruption bhi hai, yahan commercial violence hai, yahan</w:t>
      </w:r>
    </w:p>
    <w:p>
      <w:pPr>
        <w:jc w:val="right"/>
      </w:pPr>
      <w:r>
        <w:t>جیسے ہم دیکھیں، انڈیا میں بہت ساری خرابیاں ہیں، یہاں کرپشن بھی ہے، یہاں کمرل وائیلنس ہے، یہاں</w:t>
      </w:r>
    </w:p>
    <w:p>
      <w:r>
        <w:rPr>
          <w:b/>
        </w:rPr>
        <w:t xml:space="preserve">[23:17] </w:t>
      </w:r>
      <w:r>
        <w:t>par kya hai aur kya aap jante hain.</w:t>
      </w:r>
    </w:p>
    <w:p>
      <w:pPr>
        <w:jc w:val="right"/>
      </w:pPr>
      <w:r>
        <w:t>پر کیا ہے اور کیا آپ جانتے ہیں۔</w:t>
      </w:r>
    </w:p>
    <w:p>
      <w:r>
        <w:rPr>
          <w:b/>
        </w:rPr>
        <w:t xml:space="preserve">[23:22] </w:t>
      </w:r>
      <w:r>
        <w:t>lekin hum isko accept kiye hue hain.</w:t>
      </w:r>
    </w:p>
    <w:p>
      <w:pPr>
        <w:jc w:val="right"/>
      </w:pPr>
      <w:r>
        <w:t>لیکن ہم اس کو ایکسیپٹ کیے ہوئے ہیں۔</w:t>
      </w:r>
    </w:p>
    <w:p>
      <w:r>
        <w:rPr>
          <w:b/>
        </w:rPr>
        <w:t xml:space="preserve">[23:27] </w:t>
      </w:r>
      <w:r>
        <w:t>chahe unka role ho, chahe unka role ho.</w:t>
      </w:r>
    </w:p>
    <w:p>
      <w:pPr>
        <w:jc w:val="right"/>
      </w:pPr>
      <w:r>
        <w:t>چاہے ان کا رول ہو، چاہے ان کا رول ہو۔</w:t>
      </w:r>
    </w:p>
    <w:p>
      <w:r>
        <w:rPr>
          <w:b/>
        </w:rPr>
        <w:t xml:space="preserve">[23:32] </w:t>
      </w:r>
      <w:r>
        <w:t>accept kiye hue hain to hum ko peace mila hua hoga.</w:t>
      </w:r>
    </w:p>
    <w:p>
      <w:pPr>
        <w:jc w:val="right"/>
      </w:pPr>
      <w:r>
        <w:t>ایکسیپٹ کیے ہوئے ہیں تو ہم کو پیس ملا ہوا ہوگا۔</w:t>
      </w:r>
    </w:p>
    <w:p>
      <w:r>
        <w:rPr>
          <w:b/>
        </w:rPr>
        <w:t xml:space="preserve">[23:37] </w:t>
      </w:r>
      <w:r>
        <w:t>hum kaam kar rahe hain yahan par.</w:t>
      </w:r>
    </w:p>
    <w:p>
      <w:pPr>
        <w:jc w:val="right"/>
      </w:pPr>
      <w:r>
        <w:t>ہم کام کر رہے ہیں یہاں پر۔</w:t>
      </w:r>
    </w:p>
    <w:p>
      <w:r>
        <w:rPr>
          <w:b/>
        </w:rPr>
        <w:t xml:space="preserve">[23:42] </w:t>
      </w:r>
      <w:r>
        <w:t>Allah ke fazl se.</w:t>
      </w:r>
    </w:p>
    <w:p>
      <w:pPr>
        <w:jc w:val="right"/>
      </w:pPr>
      <w:r>
        <w:t>اللہ کے فضل سے۔</w:t>
      </w:r>
    </w:p>
    <w:p>
      <w:r>
        <w:rPr>
          <w:b/>
        </w:rPr>
        <w:t xml:space="preserve">[23:47] </w:t>
      </w:r>
      <w:r>
        <w:t>You have to accept the status quo so that you will find time to avail the opportunities.</w:t>
      </w:r>
    </w:p>
    <w:p>
      <w:pPr>
        <w:jc w:val="right"/>
      </w:pPr>
      <w:r>
        <w:t>You have to accept the status quo so that you will find time to avail the opportunities.</w:t>
      </w:r>
    </w:p>
    <w:p>
      <w:r>
        <w:rPr>
          <w:b/>
        </w:rPr>
        <w:t xml:space="preserve">[23:53] </w:t>
      </w:r>
      <w:r>
        <w:t>agar aap aisa na karein to ladenge, ladenge, ladenge.</w:t>
      </w:r>
    </w:p>
    <w:p>
      <w:pPr>
        <w:jc w:val="right"/>
      </w:pPr>
      <w:r>
        <w:t>اگر آپ ایسا نہ کریں تو لڑیں گے، لڑیں گے، لڑیں گے۔</w:t>
      </w:r>
    </w:p>
    <w:p>
      <w:r>
        <w:rPr>
          <w:b/>
        </w:rPr>
        <w:t xml:space="preserve">[23:57] </w:t>
      </w:r>
      <w:r>
        <w:t>to yeh jo musalmanon mein militancy hai, is militancy ko aap police action se khatm nahi kar sakte.</w:t>
      </w:r>
    </w:p>
    <w:p>
      <w:pPr>
        <w:jc w:val="right"/>
      </w:pPr>
      <w:r>
        <w:t>تو یہ جو مسلمانوں میں ملٹریسی ہے، اس ملٹریسی کو آپ پولیس ایکشن سے ختم نہیں کر سکتے۔</w:t>
      </w:r>
    </w:p>
    <w:p>
      <w:r>
        <w:rPr>
          <w:b/>
        </w:rPr>
        <w:t xml:space="preserve">[24:02] </w:t>
      </w:r>
      <w:r>
        <w:t>unko pessimism daal kar khatm nahi kar sakte.</w:t>
      </w:r>
    </w:p>
    <w:p>
      <w:pPr>
        <w:jc w:val="right"/>
      </w:pPr>
      <w:r>
        <w:t>ان کو پیزم ڈال کر ختم نہیں کر سکتے۔</w:t>
      </w:r>
    </w:p>
    <w:p>
      <w:r>
        <w:rPr>
          <w:b/>
        </w:rPr>
        <w:t xml:space="preserve">[24:07] </w:t>
      </w:r>
      <w:r>
        <w:t>aap ko unki ideology ko kill karna parega.</w:t>
      </w:r>
    </w:p>
    <w:p>
      <w:pPr>
        <w:jc w:val="right"/>
      </w:pPr>
      <w:r>
        <w:t>آپ کو ان کی آئیڈیالوجی کو کل کرنا پڑے گا۔</w:t>
      </w:r>
    </w:p>
    <w:p>
      <w:r>
        <w:rPr>
          <w:b/>
        </w:rPr>
        <w:t xml:space="preserve">[24:11] </w:t>
      </w:r>
      <w:r>
        <w:t>unki ideology ko badalna parega.</w:t>
      </w:r>
    </w:p>
    <w:p>
      <w:pPr>
        <w:jc w:val="right"/>
      </w:pPr>
      <w:r>
        <w:t>ان کی آئیڈیالوجی کو بدلنا پڑے گا۔</w:t>
      </w:r>
    </w:p>
    <w:p>
      <w:r>
        <w:rPr>
          <w:b/>
        </w:rPr>
        <w:t xml:space="preserve">[24:16] </w:t>
      </w:r>
      <w:r>
        <w:t>yeh hai sab se bada masla is zamane ka.</w:t>
      </w:r>
    </w:p>
    <w:p>
      <w:pPr>
        <w:jc w:val="right"/>
      </w:pPr>
      <w:r>
        <w:t>یہ ہے سب سے بڑا مسئلہ اس زمانے کا۔</w:t>
      </w:r>
    </w:p>
    <w:p>
      <w:r>
        <w:rPr>
          <w:b/>
        </w:rPr>
        <w:t xml:space="preserve">[24:21] </w:t>
      </w:r>
      <w:r>
        <w:t>is cheez ne kya kiya hai, dekhein.</w:t>
      </w:r>
    </w:p>
    <w:p>
      <w:pPr>
        <w:jc w:val="right"/>
      </w:pPr>
      <w:r>
        <w:t>اس چیز نے کیا کیا ہے، دیکھیں۔</w:t>
      </w:r>
    </w:p>
    <w:p>
      <w:r>
        <w:rPr>
          <w:b/>
        </w:rPr>
        <w:t xml:space="preserve">[24:26] </w:t>
      </w:r>
      <w:r>
        <w:t>is cheez ne yeh kiya hai ke jo possible hai, woh mil nahi raha hai.</w:t>
      </w:r>
    </w:p>
    <w:p>
      <w:pPr>
        <w:jc w:val="right"/>
      </w:pPr>
      <w:r>
        <w:t>اس چیز نے یہ کیا ہے کہ جو پاسیبل ہے، وہ مل نہیں رہا ہے۔</w:t>
      </w:r>
    </w:p>
    <w:p>
      <w:r>
        <w:rPr>
          <w:b/>
        </w:rPr>
        <w:t xml:space="preserve">[24:30] </w:t>
      </w:r>
      <w:r>
        <w:t>jo impossible hai, us ke liye ladh rahe hain.</w:t>
      </w:r>
    </w:p>
    <w:p>
      <w:pPr>
        <w:jc w:val="right"/>
      </w:pPr>
      <w:r>
        <w:t>جو امپاسیبل ہے، اس کے لیے لڑ رہے ہیں۔</w:t>
      </w:r>
    </w:p>
    <w:p>
      <w:r>
        <w:rPr>
          <w:b/>
        </w:rPr>
        <w:t xml:space="preserve">[24:35] </w:t>
      </w:r>
      <w:r>
        <w:t>jaise hum hum kaam kar rahe hain to hum ko hum dawat ke field mein kaam kar rahe hain.</w:t>
      </w:r>
    </w:p>
    <w:p>
      <w:pPr>
        <w:jc w:val="right"/>
      </w:pPr>
      <w:r>
        <w:t>جیسے ہم ہم کام کر رہے ہیں تو ہم کو ہم دعوت کے فیلڈ میں کام کر رہے ہیں۔</w:t>
      </w:r>
    </w:p>
    <w:p>
      <w:r>
        <w:rPr>
          <w:b/>
        </w:rPr>
        <w:t xml:space="preserve">[24:40] </w:t>
      </w:r>
      <w:r>
        <w:t>to dawat ke liye jo opportunities hain, us ko hum avail kar rahe hain.</w:t>
      </w:r>
    </w:p>
    <w:p>
      <w:pPr>
        <w:jc w:val="right"/>
      </w:pPr>
      <w:r>
        <w:t>تو دعوت کے لیے جو اپرچونیٹیز ہیں، اس کو ہم اویل کر رہے ہیں۔</w:t>
      </w:r>
    </w:p>
    <w:p>
      <w:r>
        <w:rPr>
          <w:b/>
        </w:rPr>
        <w:t xml:space="preserve">[24:45] </w:t>
      </w:r>
      <w:r>
        <w:t>yeh possible tha ke dawat ke liye jo jo jo possibilities hain, jo resources hain, jo communication hai,</w:t>
      </w:r>
    </w:p>
    <w:p>
      <w:pPr>
        <w:jc w:val="right"/>
      </w:pPr>
      <w:r>
        <w:t>یہ پاسیبل تھا کہ دعوت کے لیے جو جو جو پاسیبلٹیز ہیں، جو ریسورسز ہیں، جو کمیونیکیشن ہے،</w:t>
      </w:r>
    </w:p>
    <w:p>
      <w:r>
        <w:rPr>
          <w:b/>
        </w:rPr>
        <w:t xml:space="preserve">[24:49] </w:t>
      </w:r>
      <w:r>
        <w:t>jo freedom hai, us ko hum avail kar rahe hain.</w:t>
      </w:r>
    </w:p>
    <w:p>
      <w:pPr>
        <w:jc w:val="right"/>
      </w:pPr>
      <w:r>
        <w:t>جو فریڈم ہے، اس کو ہم اویل کر رہے ہیں۔</w:t>
      </w:r>
    </w:p>
    <w:p>
      <w:r>
        <w:rPr>
          <w:b/>
        </w:rPr>
        <w:t xml:space="preserve">[24:54] </w:t>
      </w:r>
      <w:r>
        <w:t>dawat ka kaam mashallah kar rahe hain poori tarah se.</w:t>
      </w:r>
    </w:p>
    <w:p>
      <w:pPr>
        <w:jc w:val="right"/>
      </w:pPr>
      <w:r>
        <w:t>دعوت کا کام ماشاءاللہ کر رہے ہیں پوری طریقے سے۔</w:t>
      </w:r>
    </w:p>
    <w:p>
      <w:r>
        <w:rPr>
          <w:b/>
        </w:rPr>
        <w:t xml:space="preserve">[24:59] </w:t>
      </w:r>
      <w:r>
        <w:t>agar hum regime ko badalne par apna dhyan dein, hukumat badalna hai, system badalna hai to phir kuch</w:t>
      </w:r>
    </w:p>
    <w:p>
      <w:pPr>
        <w:jc w:val="right"/>
      </w:pPr>
      <w:r>
        <w:t>اگر ہم ریجیم کو بدلنے پر اپنا دھیان دیں، حکومت بدلنا ہے، سسٹم بدلنا ہے تو پھر کچھ</w:t>
      </w:r>
    </w:p>
    <w:p>
      <w:r>
        <w:rPr>
          <w:b/>
        </w:rPr>
        <w:t xml:space="preserve">[25:04] </w:t>
      </w:r>
      <w:r>
        <w:t>bhi kuch nahi kar payenge.</w:t>
      </w:r>
    </w:p>
    <w:p>
      <w:pPr>
        <w:jc w:val="right"/>
      </w:pPr>
      <w:r>
        <w:t>بھی کچھ نہیں کر پائیں گے۔</w:t>
      </w:r>
    </w:p>
    <w:p>
      <w:r>
        <w:rPr>
          <w:b/>
        </w:rPr>
        <w:t xml:space="preserve">[25:08] </w:t>
      </w:r>
      <w:r>
        <w:t>kyunke woh kabhi bhi ideal banega nahi.</w:t>
      </w:r>
    </w:p>
    <w:p>
      <w:pPr>
        <w:jc w:val="right"/>
      </w:pPr>
      <w:r>
        <w:t>کیونکہ وہ کبھی بھی آئیڈیل بنے گا نہیں۔</w:t>
      </w:r>
    </w:p>
    <w:p>
      <w:r>
        <w:rPr>
          <w:b/>
        </w:rPr>
        <w:t xml:space="preserve">[25:13] </w:t>
      </w:r>
      <w:r>
        <w:t>to yeh jo ideology hai, is ne ek bahut hi bada, yani bahut bada, is ka sab se</w:t>
      </w:r>
    </w:p>
    <w:p>
      <w:pPr>
        <w:jc w:val="right"/>
      </w:pPr>
      <w:r>
        <w:t>تو یہ جو آئیڈیالوجی ہے، اس نے ایک بہت ہی بڑا، یعنی بہت بڑا، اس کا سب سے</w:t>
      </w:r>
    </w:p>
    <w:p>
      <w:r>
        <w:rPr>
          <w:b/>
        </w:rPr>
        <w:t xml:space="preserve">[25:18] </w:t>
      </w:r>
      <w:r>
        <w:t>bada jo drawback hai, woh yeh hai ke possible jo hai, us par dhyan hi nahi hai.</w:t>
      </w:r>
    </w:p>
    <w:p>
      <w:pPr>
        <w:jc w:val="right"/>
      </w:pPr>
      <w:r>
        <w:t>بڑا جو ڈرا بیک ہے، وہ یہ ہے کہ پاسیبل جو ہے، اس پر دھیان ہی نہیں ہے۔</w:t>
      </w:r>
    </w:p>
    <w:p>
      <w:r>
        <w:rPr>
          <w:b/>
        </w:rPr>
        <w:t xml:space="preserve">[25:23] </w:t>
      </w:r>
      <w:r>
        <w:t>impossible dhyan hai.</w:t>
      </w:r>
    </w:p>
    <w:p>
      <w:pPr>
        <w:jc w:val="right"/>
      </w:pPr>
      <w:r>
        <w:t>امپاسیبل دھیان ہے۔</w:t>
      </w:r>
    </w:p>
    <w:p>
      <w:r>
        <w:rPr>
          <w:b/>
        </w:rPr>
        <w:t xml:space="preserve">[25:27] </w:t>
      </w:r>
      <w:r>
        <w:t>to jo possible tha, woh bhi nahi milta.</w:t>
      </w:r>
    </w:p>
    <w:p>
      <w:pPr>
        <w:jc w:val="right"/>
      </w:pPr>
      <w:r>
        <w:t>تو جو پاسیبل تھا، وہ بھی نہیں ملتا۔</w:t>
      </w:r>
    </w:p>
    <w:p>
      <w:r>
        <w:rPr>
          <w:b/>
        </w:rPr>
        <w:t xml:space="preserve">[25:32] </w:t>
      </w:r>
      <w:r>
        <w:t>aur yeh possible, yani possible to milne wala hi nahin.</w:t>
      </w:r>
    </w:p>
    <w:p>
      <w:pPr>
        <w:jc w:val="right"/>
      </w:pPr>
      <w:r>
        <w:t>اور یہ پاسیبل، یعنی پاسیبل تو ملنے والا ہی نہیں۔</w:t>
      </w:r>
    </w:p>
    <w:p>
      <w:r>
        <w:rPr>
          <w:b/>
        </w:rPr>
        <w:t xml:space="preserve">[25:37] </w:t>
      </w:r>
      <w:r>
        <w:t>jo mumkin tha, us ko hum hasil nahi kar rahe hain.</w:t>
      </w:r>
    </w:p>
    <w:p>
      <w:pPr>
        <w:jc w:val="right"/>
      </w:pPr>
      <w:r>
        <w:t>جو ممکن تھا، اس کو ہم حاصل نہیں کر رہے ہیں۔</w:t>
      </w:r>
    </w:p>
    <w:p>
      <w:r>
        <w:rPr>
          <w:b/>
        </w:rPr>
        <w:t xml:space="preserve">[25:41] </w:t>
      </w:r>
      <w:r>
        <w:t>aur namumkin to hasil hone wala hi nahi.</w:t>
      </w:r>
    </w:p>
    <w:p>
      <w:pPr>
        <w:jc w:val="right"/>
      </w:pPr>
      <w:r>
        <w:t>اور ناممکن تو حاصل ہونے والا ہی نہیں۔</w:t>
      </w:r>
    </w:p>
    <w:p>
      <w:r>
        <w:rPr>
          <w:b/>
        </w:rPr>
        <w:t xml:space="preserve">[25:46] </w:t>
      </w:r>
      <w:r>
        <w:t>kitna bada nuksan samajh lijiye ho raha hai yeh.</w:t>
      </w:r>
    </w:p>
    <w:p>
      <w:pPr>
        <w:jc w:val="right"/>
      </w:pPr>
      <w:r>
        <w:t>کتنا بڑا نقصان سمجھ لیجیے ہو رہا ہے یہ۔</w:t>
      </w:r>
    </w:p>
    <w:p>
      <w:r>
        <w:rPr>
          <w:b/>
        </w:rPr>
        <w:t xml:space="preserve">[25:51] </w:t>
      </w:r>
      <w:r>
        <w:t>to main samajhta hoon is waqt musalmanon ki aur sari duniya ki sab se badi khair khwahi yeh</w:t>
      </w:r>
    </w:p>
    <w:p>
      <w:pPr>
        <w:jc w:val="right"/>
      </w:pPr>
      <w:r>
        <w:t>تو میں سمجھتا ہوں اس وقت مسلمانوں کی اور ساری دنیا کی سب سے بڑی خیر خواہی یہ</w:t>
      </w:r>
    </w:p>
    <w:p>
      <w:r>
        <w:rPr>
          <w:b/>
        </w:rPr>
        <w:t xml:space="preserve">[25:56] </w:t>
      </w:r>
      <w:r>
        <w:t>hai ke hum un ko bataye ke What is the right ideology sab log wrong ideology mein phanse hue hain.</w:t>
      </w:r>
    </w:p>
    <w:p>
      <w:pPr>
        <w:jc w:val="right"/>
      </w:pPr>
      <w:r>
        <w:t>ہے کہ ہم ان کو بتائیں کہ What is the right ideology سب لوگ رانگ آئیڈیالوجی میں پھنسے ہوئے ہیں۔</w:t>
      </w:r>
    </w:p>
    <w:p>
      <w:r>
        <w:rPr>
          <w:b/>
        </w:rPr>
        <w:t xml:space="preserve">[26:00] </w:t>
      </w:r>
      <w:r>
        <w:t>sab log, chahe muslim hon ya sikh, log hon.</w:t>
      </w:r>
    </w:p>
    <w:p>
      <w:pPr>
        <w:jc w:val="right"/>
      </w:pPr>
      <w:r>
        <w:t>سب لوگ، چاہے مسلم ہوں یا سکھ، لوگ ہوں۔</w:t>
      </w:r>
    </w:p>
    <w:p>
      <w:r>
        <w:rPr>
          <w:b/>
        </w:rPr>
        <w:t xml:space="preserve">[26:05] </w:t>
      </w:r>
      <w:r>
        <w:t>saare log duniya ke jo hain, is zamane mein woh ideal ke peeche daud rahe hain.</w:t>
      </w:r>
    </w:p>
    <w:p>
      <w:pPr>
        <w:jc w:val="right"/>
      </w:pPr>
      <w:r>
        <w:t>سارے لوگ دنیا کے جو ہیں، اس زمانے میں وہ آئیڈیل کے پیچھے دوڑ رہے ہیں۔</w:t>
      </w:r>
    </w:p>
    <w:p>
      <w:r>
        <w:rPr>
          <w:b/>
        </w:rPr>
        <w:t xml:space="preserve">[26:10] </w:t>
      </w:r>
      <w:r>
        <w:t>ideal milne wala nahi.</w:t>
      </w:r>
    </w:p>
    <w:p>
      <w:pPr>
        <w:jc w:val="right"/>
      </w:pPr>
      <w:r>
        <w:t>آئیڈیل ملنے والا نہیں۔</w:t>
      </w:r>
    </w:p>
    <w:p>
      <w:r>
        <w:rPr>
          <w:b/>
        </w:rPr>
        <w:t xml:space="preserve">[26:15] </w:t>
      </w:r>
      <w:r>
        <w:t>ideal system, ideal justice, ideal rule, us ke peeche daud rahe hain.</w:t>
      </w:r>
    </w:p>
    <w:p>
      <w:pPr>
        <w:jc w:val="right"/>
      </w:pPr>
      <w:r>
        <w:t>آئیڈیل سسٹم، آئیڈیل جسٹس، آئیڈیل رول، اس کے پیچھے دوڑ رہے ہیں۔</w:t>
      </w:r>
    </w:p>
    <w:p>
      <w:r>
        <w:rPr>
          <w:b/>
        </w:rPr>
        <w:t xml:space="preserve">[26:19] </w:t>
      </w:r>
      <w:r>
        <w:t>تو ساری دنیا اس وقت کیا کر رہی ہے کہ جو possible ہے، اس کو حاصل نہیں کر رہی ہے۔</w:t>
      </w:r>
    </w:p>
    <w:p>
      <w:pPr>
        <w:jc w:val="right"/>
      </w:pPr>
      <w:r>
        <w:t>تو ساری دنیا اس وقت کیا کر رہی ہے کہ جو پاسیبل ہے، اس کو حاصل نہیں کر رہی ہے۔</w:t>
      </w:r>
    </w:p>
    <w:p>
      <w:r>
        <w:rPr>
          <w:b/>
        </w:rPr>
        <w:t xml:space="preserve">[26:24] </w:t>
      </w:r>
      <w:r>
        <w:t>us par us par us ka dhyan nahi hai.</w:t>
      </w:r>
    </w:p>
    <w:p>
      <w:pPr>
        <w:jc w:val="right"/>
      </w:pPr>
      <w:r>
        <w:t>اس پر اس پر اس کا دھیان نہیں ہے۔</w:t>
      </w:r>
    </w:p>
    <w:p>
      <w:r>
        <w:rPr>
          <w:b/>
        </w:rPr>
        <w:t xml:space="preserve">[26:29] </w:t>
      </w:r>
      <w:r>
        <w:t>jo impossible hai, us ke liye ladh rahi hai, mar rahi hai, kat rahi hai.</w:t>
      </w:r>
    </w:p>
    <w:p>
      <w:pPr>
        <w:jc w:val="right"/>
      </w:pPr>
      <w:r>
        <w:t>جو امپاسیبل ہے، اس کے لیے لڑ رہی ہے، مر رہی ہے، کٹ رہی ہے۔</w:t>
      </w:r>
    </w:p>
    <w:p>
      <w:r>
        <w:rPr>
          <w:b/>
        </w:rPr>
        <w:t xml:space="preserve">[26:34] </w:t>
      </w:r>
      <w:r>
        <w:t>to main samajhta hoon ke is is daur mein muslim aur aur jo doosre log hain, dono ki</w:t>
      </w:r>
    </w:p>
    <w:p>
      <w:pPr>
        <w:jc w:val="right"/>
      </w:pPr>
      <w:r>
        <w:t>تو میں سمجھتا ہوں کہ اس اس دور میں مسلم اور اور جو دوسرے لوگ ہیں، دونوں کی</w:t>
      </w:r>
    </w:p>
    <w:p>
      <w:r>
        <w:rPr>
          <w:b/>
        </w:rPr>
        <w:t xml:space="preserve">[26:38] </w:t>
      </w:r>
      <w:r>
        <w:t>sab se bari khair khwahi yeh hai ke hum un ko right ideology dein.</w:t>
      </w:r>
    </w:p>
    <w:p>
      <w:pPr>
        <w:jc w:val="right"/>
      </w:pPr>
      <w:r>
        <w:t>سب سے بڑی خیر خواہی یہ ہے کہ ہم ان کو رائٹ آئیڈیالوجی دیں۔</w:t>
      </w:r>
    </w:p>
    <w:p>
      <w:r>
        <w:rPr>
          <w:b/>
        </w:rPr>
        <w:t xml:space="preserve">[26:43] </w:t>
      </w:r>
      <w:r>
        <w:t>right ideology kya hai? dekhein, right ideology ka matlab kya hai? right ideology ka matlab hai aap discover</w:t>
      </w:r>
    </w:p>
    <w:p>
      <w:pPr>
        <w:jc w:val="right"/>
      </w:pPr>
      <w:r>
        <w:t>رائٹ آئیڈیالوجی کیا ہے؟ دیکھیں، رائٹ آئیڈیالوجی کا مطلب کیا ہے؟ رائٹ آئیڈیالوجی کا مطلب ہے آپ ڈسکور</w:t>
      </w:r>
    </w:p>
    <w:p>
      <w:r>
        <w:rPr>
          <w:b/>
        </w:rPr>
        <w:t xml:space="preserve">[26:48] </w:t>
      </w:r>
      <w:r>
        <w:t>karein ke What is the law of nature?</w:t>
      </w:r>
    </w:p>
    <w:p>
      <w:pPr>
        <w:jc w:val="right"/>
      </w:pPr>
      <w:r>
        <w:t>کریں کہ What is the law of nature?</w:t>
      </w:r>
    </w:p>
    <w:p>
      <w:r>
        <w:rPr>
          <w:b/>
        </w:rPr>
        <w:t xml:space="preserve">[26:53] </w:t>
      </w:r>
      <w:r>
        <w:t>What is the creation plan of God?</w:t>
      </w:r>
    </w:p>
    <w:p>
      <w:pPr>
        <w:jc w:val="right"/>
      </w:pPr>
      <w:r>
        <w:t>What is the creation plan of God?</w:t>
      </w:r>
    </w:p>
    <w:p>
      <w:r>
        <w:rPr>
          <w:b/>
        </w:rPr>
        <w:t xml:space="preserve">[26:58] </w:t>
      </w:r>
      <w:r>
        <w:t>aur phir is se aap adjust karein.</w:t>
      </w:r>
    </w:p>
    <w:p>
      <w:pPr>
        <w:jc w:val="right"/>
      </w:pPr>
      <w:r>
        <w:t>اور پھر اس سے آپ ایڈجسٹ کریں۔</w:t>
      </w:r>
    </w:p>
    <w:p>
      <w:r>
        <w:rPr>
          <w:b/>
        </w:rPr>
        <w:t xml:space="preserve">[27:03] </w:t>
      </w:r>
      <w:r>
        <w:t>right ideology wahi hai.</w:t>
      </w:r>
    </w:p>
    <w:p>
      <w:pPr>
        <w:jc w:val="right"/>
      </w:pPr>
      <w:r>
        <w:t>رائٹ آئیڈیالوجی وہی ہے۔</w:t>
      </w:r>
    </w:p>
    <w:p>
      <w:r>
        <w:rPr>
          <w:b/>
        </w:rPr>
        <w:t xml:space="preserve">[27:09] </w:t>
      </w:r>
      <w:r>
        <w:t>kyun ke yeh duniya banai hai, hum ne nahi banai hai.</w:t>
      </w:r>
    </w:p>
    <w:p>
      <w:pPr>
        <w:jc w:val="right"/>
      </w:pPr>
      <w:r>
        <w:t>کیونکہ یہ دنیا بنائی ہے، ہم نے نہیں بنائی ہے۔</w:t>
      </w:r>
    </w:p>
    <w:p>
      <w:r>
        <w:rPr>
          <w:b/>
        </w:rPr>
        <w:t xml:space="preserve">[27:14] </w:t>
      </w:r>
      <w:r>
        <w:t>kisi aur ne banai hai.</w:t>
      </w:r>
    </w:p>
    <w:p>
      <w:pPr>
        <w:jc w:val="right"/>
      </w:pPr>
      <w:r>
        <w:t>کسی اور نے بنائی ہے۔</w:t>
      </w:r>
    </w:p>
    <w:p>
      <w:r>
        <w:rPr>
          <w:b/>
        </w:rPr>
        <w:t xml:space="preserve">[27:20] </w:t>
      </w:r>
      <w:r>
        <w:t>to jab kisi aur ne banai hai to jab tak hum yeh na jaanein ke is ka naqsha</w:t>
      </w:r>
    </w:p>
    <w:p>
      <w:pPr>
        <w:jc w:val="right"/>
      </w:pPr>
      <w:r>
        <w:t>تو جب کسی اور نے بنائی ہے تو جب تک ہم یہ نہ جانیں کہ اس کا نقشہ</w:t>
      </w:r>
    </w:p>
    <w:p>
      <w:r>
        <w:rPr>
          <w:b/>
        </w:rPr>
        <w:t xml:space="preserve">[27:25] </w:t>
      </w:r>
      <w:r>
        <w:t>kya hai, is ka idea kya hai, is ke zehen mein kya plan hai.</w:t>
      </w:r>
    </w:p>
    <w:p>
      <w:pPr>
        <w:jc w:val="right"/>
      </w:pPr>
      <w:r>
        <w:t>کیا ہے، اس کا آئیڈیا کیا ہے، اس کے ذہن میں کیا پلان ہے۔</w:t>
      </w:r>
    </w:p>
    <w:p>
      <w:r>
        <w:rPr>
          <w:b/>
        </w:rPr>
        <w:t xml:space="preserve">[27:30] </w:t>
      </w:r>
      <w:r>
        <w:t>to yeh maamla, jaise mein kaha karta hoon, aksar ke ek cog jaisa maamla hai.</w:t>
      </w:r>
    </w:p>
    <w:p>
      <w:pPr>
        <w:jc w:val="right"/>
      </w:pPr>
      <w:r>
        <w:t>تو یہ معاملہ، جیسے میں کہا کرتا ہوں، اکثر کہ ایک کاگ جیسا معاملہ ہے۔</w:t>
      </w:r>
    </w:p>
    <w:p>
      <w:r>
        <w:rPr>
          <w:b/>
        </w:rPr>
        <w:t xml:space="preserve">[27:36] </w:t>
      </w:r>
      <w:r>
        <w:t>yani ek cog insan ka hai, ek cog jo hai, creator ka hai.</w:t>
      </w:r>
    </w:p>
    <w:p>
      <w:pPr>
        <w:jc w:val="right"/>
      </w:pPr>
      <w:r>
        <w:t>یعنی ایک کاگ انسان کا ہے، ایک کاگ جو ہے، کریٹر کا ہے۔</w:t>
      </w:r>
    </w:p>
    <w:p>
      <w:r>
        <w:rPr>
          <w:b/>
        </w:rPr>
        <w:t xml:space="preserve">[27:41] </w:t>
      </w:r>
      <w:r>
        <w:t>to cog wheel jo hai, chalti hai dono ke dono ke ek ek tareeqe se harkat karein.</w:t>
      </w:r>
    </w:p>
    <w:p>
      <w:pPr>
        <w:jc w:val="right"/>
      </w:pPr>
      <w:r>
        <w:t>تو کاگ ویل جو ہے، چلتی ہے دونوں کے دونوں کے ایک ایک طریقے سے حرکت کریں۔</w:t>
      </w:r>
    </w:p>
    <w:p>
      <w:r>
        <w:rPr>
          <w:b/>
        </w:rPr>
        <w:t xml:space="preserve">[27:47] </w:t>
      </w:r>
      <w:r>
        <w:t>ek idhar chale, ek idhar chale to nahi toot jayega woh.</w:t>
      </w:r>
    </w:p>
    <w:p>
      <w:pPr>
        <w:jc w:val="right"/>
      </w:pPr>
      <w:r>
        <w:t>ایک ادھر چلے، ایک ادھر چلے تو نہیں ٹوٹ جائے گا وہ۔</w:t>
      </w:r>
    </w:p>
    <w:p>
      <w:r>
        <w:rPr>
          <w:b/>
        </w:rPr>
        <w:t xml:space="preserve">[27:52] </w:t>
      </w:r>
      <w:r>
        <w:t>yani ek cog idhar chale, ek cog idhar chale to toot jayega.</w:t>
      </w:r>
    </w:p>
    <w:p>
      <w:pPr>
        <w:jc w:val="right"/>
      </w:pPr>
      <w:r>
        <w:t>یعنی ایک کاگ ادھر چلے، ایک کاگ ادھر چلے تو ٹوٹ جائے گا۔</w:t>
      </w:r>
    </w:p>
    <w:p>
      <w:r>
        <w:rPr>
          <w:b/>
        </w:rPr>
        <w:t xml:space="preserve">[27:57] </w:t>
      </w:r>
      <w:r>
        <w:t>to ek hai insan ka cog, ek hai creator ka cog.</w:t>
      </w:r>
    </w:p>
    <w:p>
      <w:pPr>
        <w:jc w:val="right"/>
      </w:pPr>
      <w:r>
        <w:t>تو ایک ہے انسان کا کاگ، ایک ہے کریٹر کا کاگ۔</w:t>
      </w:r>
    </w:p>
    <w:p>
      <w:r>
        <w:rPr>
          <w:b/>
        </w:rPr>
        <w:t xml:space="preserve">[28:03] </w:t>
      </w:r>
      <w:r>
        <w:t>to pehla kaam yeh hai ke aap yeh jaanein ke ke creator ke mutabiq kya plan hai zindagi ka.</w:t>
      </w:r>
    </w:p>
    <w:p>
      <w:pPr>
        <w:jc w:val="right"/>
      </w:pPr>
      <w:r>
        <w:t>تو پہلا کام یہ ہے کہ آپ یہ جانیں کہ کہ کریٹر کے مطابق کیا پلان ہے زندگی کا۔</w:t>
      </w:r>
    </w:p>
    <w:p>
      <w:r>
        <w:rPr>
          <w:b/>
        </w:rPr>
        <w:t xml:space="preserve">[28:08] </w:t>
      </w:r>
      <w:r>
        <w:t>creator ke mutabiq zindagi ka What is the purpose of life?</w:t>
      </w:r>
    </w:p>
    <w:p>
      <w:pPr>
        <w:jc w:val="right"/>
      </w:pPr>
      <w:r>
        <w:t>کریٹر کے مطابق زندگی کا What is the purpose of life?</w:t>
      </w:r>
    </w:p>
    <w:p>
      <w:r>
        <w:rPr>
          <w:b/>
        </w:rPr>
        <w:t xml:space="preserve">[28:14] </w:t>
      </w:r>
      <w:r>
        <w:t>aur What is the law of nature?</w:t>
      </w:r>
    </w:p>
    <w:p>
      <w:pPr>
        <w:jc w:val="right"/>
      </w:pPr>
      <w:r>
        <w:t>اور What is the law of nature?</w:t>
      </w:r>
    </w:p>
    <w:p>
      <w:r>
        <w:rPr>
          <w:b/>
        </w:rPr>
        <w:t xml:space="preserve">[28:18] </w:t>
      </w:r>
      <w:r>
        <w:t>is ko jaan kar ke is ke is se mutabiqat karein aap.</w:t>
      </w:r>
    </w:p>
    <w:p>
      <w:pPr>
        <w:jc w:val="right"/>
      </w:pPr>
      <w:r>
        <w:t>اس کو جان کر کے اس کے اس سے مطابقت کریں آپ۔</w:t>
      </w:r>
    </w:p>
    <w:p>
      <w:r>
        <w:rPr>
          <w:b/>
        </w:rPr>
        <w:t xml:space="preserve">[28:22] </w:t>
      </w:r>
      <w:r>
        <w:t>is se adjust karein aap.</w:t>
      </w:r>
    </w:p>
    <w:p>
      <w:pPr>
        <w:jc w:val="right"/>
      </w:pPr>
      <w:r>
        <w:t>اس سے ایڈجسٹ کریں آپ۔</w:t>
      </w:r>
    </w:p>
    <w:p>
      <w:r>
        <w:rPr>
          <w:b/>
        </w:rPr>
        <w:t xml:space="preserve">[28:26] </w:t>
      </w:r>
      <w:r>
        <w:t>tab aap individual level par bhi aap ka development hoga aur society mein bhi peace aayega.</w:t>
      </w:r>
    </w:p>
    <w:p>
      <w:pPr>
        <w:jc w:val="right"/>
      </w:pPr>
      <w:r>
        <w:t>تب آپ انڈیویجول لیول پر بھی آپ کا ڈیولپمنٹ ہوگا اور سوسائٹی میں بھی پیس آئے گا۔</w:t>
      </w:r>
    </w:p>
    <w:p>
      <w:r>
        <w:rPr>
          <w:b/>
        </w:rPr>
        <w:t xml:space="preserve">[28:30] </w:t>
      </w:r>
      <w:r>
        <w:t>mein samajhta hoon ke yeh do cheezein hain jis ko insan ko khabar nahi hai.</w:t>
      </w:r>
    </w:p>
    <w:p>
      <w:pPr>
        <w:jc w:val="right"/>
      </w:pPr>
      <w:r>
        <w:t>میں سمجھتا ہوں کہ یہ دو چیزیں ہیں جس کو انسان کو خبر نہیں ہے۔</w:t>
      </w:r>
    </w:p>
    <w:p>
      <w:r>
        <w:rPr>
          <w:b/>
        </w:rPr>
        <w:t xml:space="preserve">[28:34] </w:t>
      </w:r>
      <w:r>
        <w:t>ek hai individual level par apne ko develop karna.</w:t>
      </w:r>
    </w:p>
    <w:p>
      <w:pPr>
        <w:jc w:val="right"/>
      </w:pPr>
      <w:r>
        <w:t>ایک ہے انڈیویجول لیول پر اپنے کو ڈیولپ کرنا۔</w:t>
      </w:r>
    </w:p>
    <w:p>
      <w:r>
        <w:rPr>
          <w:b/>
        </w:rPr>
        <w:t xml:space="preserve">[28:38] </w:t>
      </w:r>
      <w:r>
        <w:t>yani spiritual development, intellectual development, personality development.</w:t>
      </w:r>
    </w:p>
    <w:p>
      <w:pPr>
        <w:jc w:val="right"/>
      </w:pPr>
      <w:r>
        <w:t>یعنی سپرچول ڈیولپمنٹ، انٹلیکچول ڈیولپمنٹ، پرسنیلٹی ڈیولپمنٹ۔</w:t>
      </w:r>
    </w:p>
    <w:p>
      <w:r>
        <w:rPr>
          <w:b/>
        </w:rPr>
        <w:t xml:space="preserve">[28:42] </w:t>
      </w:r>
      <w:r>
        <w:t>yeh possible hai har har aadmi ke liye.</w:t>
      </w:r>
    </w:p>
    <w:p>
      <w:pPr>
        <w:jc w:val="right"/>
      </w:pPr>
      <w:r>
        <w:t>یہ پاسیبل ہے ہر ہر آدمی کے لیے۔</w:t>
      </w:r>
    </w:p>
    <w:p>
      <w:r>
        <w:rPr>
          <w:b/>
        </w:rPr>
        <w:t xml:space="preserve">[28:46] </w:t>
      </w:r>
      <w:r>
        <w:t>aur doosri cheez hai social level par peace.</w:t>
      </w:r>
    </w:p>
    <w:p>
      <w:pPr>
        <w:jc w:val="right"/>
      </w:pPr>
      <w:r>
        <w:t>اور دوسری چیز ہے سوشل لیول پر پیس۔</w:t>
      </w:r>
    </w:p>
    <w:p>
      <w:r>
        <w:rPr>
          <w:b/>
        </w:rPr>
        <w:t xml:space="preserve">[28:50] </w:t>
      </w:r>
      <w:r>
        <w:t>dekhen, social level par idealism nahin.</w:t>
      </w:r>
    </w:p>
    <w:p>
      <w:pPr>
        <w:jc w:val="right"/>
      </w:pPr>
      <w:r>
        <w:t>دیکھیں، سوشل لیول پر آئیڈیلزم نہیں۔</w:t>
      </w:r>
    </w:p>
    <w:p>
      <w:r>
        <w:rPr>
          <w:b/>
        </w:rPr>
        <w:t xml:space="preserve">[28:54] </w:t>
      </w:r>
      <w:r>
        <w:t>isko achhe se samajh lijie ke social system ke aitbaar se idealism nahin possible hai.</w:t>
      </w:r>
    </w:p>
    <w:p>
      <w:pPr>
        <w:jc w:val="right"/>
      </w:pPr>
      <w:r>
        <w:t>اس کو اچھے سے سمجھ لیجیے کہ سوشل سسٹم کے اعتبار سے آئیڈیلزم نہیں پاسیبل ہے۔</w:t>
      </w:r>
    </w:p>
    <w:p>
      <w:r>
        <w:rPr>
          <w:b/>
        </w:rPr>
        <w:t xml:space="preserve">[28:58] </w:t>
      </w:r>
      <w:r>
        <w:t>jo cheez possible hai ke wahan peace rahe.</w:t>
      </w:r>
    </w:p>
    <w:p>
      <w:pPr>
        <w:jc w:val="right"/>
      </w:pPr>
      <w:r>
        <w:t>جو چیز پاسیبل ہے کہ وہاں پیس رہے۔</w:t>
      </w:r>
    </w:p>
    <w:p>
      <w:r>
        <w:rPr>
          <w:b/>
        </w:rPr>
        <w:t xml:space="preserve">[29:02] </w:t>
      </w:r>
      <w:r>
        <w:t>yeh bahut bada fallacy hai ke log social level par peace chahte hain.</w:t>
      </w:r>
    </w:p>
    <w:p>
      <w:pPr>
        <w:jc w:val="right"/>
      </w:pPr>
      <w:r>
        <w:t>یہ بہت بڑا فلیسی ہے کہ لوگ سوشل لیول پر پیس چاہتے ہیں۔</w:t>
      </w:r>
    </w:p>
    <w:p>
      <w:r>
        <w:rPr>
          <w:b/>
        </w:rPr>
        <w:t xml:space="preserve">[29:06] </w:t>
      </w:r>
      <w:r>
        <w:t>woh idealism chahte hain.</w:t>
      </w:r>
    </w:p>
    <w:p>
      <w:pPr>
        <w:jc w:val="right"/>
      </w:pPr>
      <w:r>
        <w:t>وہ آئیڈیلزم چاہتے ہیں۔</w:t>
      </w:r>
    </w:p>
    <w:p>
      <w:r>
        <w:rPr>
          <w:b/>
        </w:rPr>
        <w:t xml:space="preserve">[29:10] </w:t>
      </w:r>
      <w:r>
        <w:t>bahut badi fallacies is mein pade hue hain.</w:t>
      </w:r>
    </w:p>
    <w:p>
      <w:pPr>
        <w:jc w:val="right"/>
      </w:pPr>
      <w:r>
        <w:t>بہت بڑی فلیسیز اس میں پڑے ہوئے ہیں۔</w:t>
      </w:r>
    </w:p>
    <w:p>
      <w:r>
        <w:rPr>
          <w:b/>
        </w:rPr>
        <w:t xml:space="preserve">[29:14] </w:t>
      </w:r>
      <w:r>
        <w:t>saare log, chahe secular hon, chahe Muslim hon.</w:t>
      </w:r>
    </w:p>
    <w:p>
      <w:pPr>
        <w:jc w:val="right"/>
      </w:pPr>
      <w:r>
        <w:t>سارے لوگ، چاہے سیکولر ہوں، چاہے مسلم ہوں۔</w:t>
      </w:r>
    </w:p>
    <w:p>
      <w:r>
        <w:rPr>
          <w:b/>
        </w:rPr>
        <w:t xml:space="preserve">[29:18] </w:t>
      </w:r>
      <w:r>
        <w:t>ke social level par unhon ne apne zehn mein ek ideal model banaya hai.</w:t>
      </w:r>
    </w:p>
    <w:p>
      <w:pPr>
        <w:jc w:val="right"/>
      </w:pPr>
      <w:r>
        <w:t>کہ سوشل لیول پر انہوں نے اپنے ذہن میں ایک آئیڈیل ماڈل بنایا ہے۔</w:t>
      </w:r>
    </w:p>
    <w:p>
      <w:r>
        <w:rPr>
          <w:b/>
        </w:rPr>
        <w:t xml:space="preserve">[29:22] </w:t>
      </w:r>
      <w:r>
        <w:t>ek ideal model.</w:t>
      </w:r>
    </w:p>
    <w:p>
      <w:pPr>
        <w:jc w:val="right"/>
      </w:pPr>
      <w:r>
        <w:t>ایک آئیڈیل ماڈل۔</w:t>
      </w:r>
    </w:p>
    <w:p>
      <w:r>
        <w:rPr>
          <w:b/>
        </w:rPr>
        <w:t xml:space="preserve">[29:26] </w:t>
      </w:r>
      <w:r>
        <w:t>government ka, society ka.</w:t>
      </w:r>
    </w:p>
    <w:p>
      <w:pPr>
        <w:jc w:val="right"/>
      </w:pPr>
      <w:r>
        <w:t>گورنمنٹ کا، سوسائٹی کا۔</w:t>
      </w:r>
    </w:p>
    <w:p>
      <w:r>
        <w:rPr>
          <w:b/>
        </w:rPr>
        <w:t xml:space="preserve">[29:30] </w:t>
      </w:r>
      <w:r>
        <w:t>isko chahte hain impose karna.</w:t>
      </w:r>
    </w:p>
    <w:p>
      <w:pPr>
        <w:jc w:val="right"/>
      </w:pPr>
      <w:r>
        <w:t>اس کو چاہتے ہیں امپوز کرنا۔</w:t>
      </w:r>
    </w:p>
    <w:p>
      <w:r>
        <w:rPr>
          <w:b/>
        </w:rPr>
        <w:t xml:space="preserve">[29:34] </w:t>
      </w:r>
      <w:r>
        <w:t>That is impossible.</w:t>
      </w:r>
    </w:p>
    <w:p>
      <w:pPr>
        <w:jc w:val="right"/>
      </w:pPr>
      <w:r>
        <w:t>That is impossible.</w:t>
      </w:r>
    </w:p>
    <w:p>
      <w:r>
        <w:rPr>
          <w:b/>
        </w:rPr>
        <w:t xml:space="preserve">[29:38] </w:t>
      </w:r>
      <w:r>
        <w:t>jo cheez possible hai, woh sirf yeh hai ke aap social level par peace ho.</w:t>
      </w:r>
    </w:p>
    <w:p>
      <w:pPr>
        <w:jc w:val="right"/>
      </w:pPr>
      <w:r>
        <w:t>جو چیز پاسیبل ہے، وہ صرف یہ ہے کہ آپ سوشل لیول پر پیس ہو۔</w:t>
      </w:r>
    </w:p>
    <w:p>
      <w:r>
        <w:rPr>
          <w:b/>
        </w:rPr>
        <w:t xml:space="preserve">[29:42] </w:t>
      </w:r>
      <w:r>
        <w:t>kyunki peace jab hoga to opportunities sab ke liye khuli rahen gi.</w:t>
      </w:r>
    </w:p>
    <w:p>
      <w:pPr>
        <w:jc w:val="right"/>
      </w:pPr>
      <w:r>
        <w:t>کیونکہ پیس جب ہوگا تو اپرچونیٹیز سب کے لیے کھلی رہیں گی۔</w:t>
      </w:r>
    </w:p>
    <w:p>
      <w:r>
        <w:rPr>
          <w:b/>
        </w:rPr>
        <w:t xml:space="preserve">[29:47] </w:t>
      </w:r>
      <w:r>
        <w:t>peace hoga to sab ko mauqa hoga ke woh apni apni jo chahta hai, woh kare.</w:t>
      </w:r>
    </w:p>
    <w:p>
      <w:pPr>
        <w:jc w:val="right"/>
      </w:pPr>
      <w:r>
        <w:t>پیس ہوگا تو سب کو موقع ہوگا کہ وہ اپنی اپنی جو چاہتا ہے، وہ کرے۔</w:t>
      </w:r>
    </w:p>
    <w:p>
      <w:r>
        <w:rPr>
          <w:b/>
        </w:rPr>
        <w:t xml:space="preserve">[29:52] </w:t>
      </w:r>
      <w:r>
        <w:t>to logon ne dekhen, priority ko galat set kar rakha hai.</w:t>
      </w:r>
    </w:p>
    <w:p>
      <w:pPr>
        <w:jc w:val="right"/>
      </w:pPr>
      <w:r>
        <w:t>تو لوگوں نے دیکھیں، پرائرٹی کو غلط سیٹ کر رکھا ہے۔</w:t>
      </w:r>
    </w:p>
    <w:p>
      <w:r>
        <w:rPr>
          <w:b/>
        </w:rPr>
        <w:t xml:space="preserve">[29:57] </w:t>
      </w:r>
      <w:r>
        <w:t>ke woh chahte hain ke society mein ideal system qaim karo.</w:t>
      </w:r>
    </w:p>
    <w:p>
      <w:pPr>
        <w:jc w:val="right"/>
      </w:pPr>
      <w:r>
        <w:t>کہ وہ چاہتے ہیں کہ سوسائٹی میں آئیڈیل سسٹم قائم کرو۔</w:t>
      </w:r>
    </w:p>
    <w:p>
      <w:r>
        <w:rPr>
          <w:b/>
        </w:rPr>
        <w:t xml:space="preserve">[30:02] </w:t>
      </w:r>
      <w:r>
        <w:t>ideal rule qaim karo.</w:t>
      </w:r>
    </w:p>
    <w:p>
      <w:pPr>
        <w:jc w:val="right"/>
      </w:pPr>
      <w:r>
        <w:t>آئیڈیل رول قائم کرو۔</w:t>
      </w:r>
    </w:p>
    <w:p>
      <w:r>
        <w:rPr>
          <w:b/>
        </w:rPr>
        <w:t xml:space="preserve">[30:07] </w:t>
      </w:r>
      <w:r>
        <w:t>sab log yahi boli bolte hain.</w:t>
      </w:r>
    </w:p>
    <w:p>
      <w:pPr>
        <w:jc w:val="right"/>
      </w:pPr>
      <w:r>
        <w:t>سب لوگ یہی بولی بولتے ہیں۔</w:t>
      </w:r>
    </w:p>
    <w:p>
      <w:r>
        <w:rPr>
          <w:b/>
        </w:rPr>
        <w:t xml:space="preserve">[30:12] </w:t>
      </w:r>
      <w:r>
        <w:t>aur woh possible nahin hai.</w:t>
      </w:r>
    </w:p>
    <w:p>
      <w:pPr>
        <w:jc w:val="right"/>
      </w:pPr>
      <w:r>
        <w:t>اور وہ پاسیبل نہیں ہے۔</w:t>
      </w:r>
    </w:p>
    <w:p>
      <w:r>
        <w:rPr>
          <w:b/>
        </w:rPr>
        <w:t xml:space="preserve">[30:17] </w:t>
      </w:r>
      <w:r>
        <w:t>to sahi jo hai, sahi jo hamara jo hai, yani jo sahi baat hai, woh yeh hai ke</w:t>
      </w:r>
    </w:p>
    <w:p>
      <w:pPr>
        <w:jc w:val="right"/>
      </w:pPr>
      <w:r>
        <w:t>تو صحیح جو ہے، صحیح جو ہمارا جو ہے، یعنی جو صحیح بات ہے، وہ یہ ہے کہ</w:t>
      </w:r>
    </w:p>
    <w:p>
      <w:r>
        <w:rPr>
          <w:b/>
        </w:rPr>
        <w:t xml:space="preserve">[30:22] </w:t>
      </w:r>
      <w:r>
        <w:t>social level par peace.</w:t>
      </w:r>
    </w:p>
    <w:p>
      <w:pPr>
        <w:jc w:val="right"/>
      </w:pPr>
      <w:r>
        <w:t>سوشل لیول پر پیس۔</w:t>
      </w:r>
    </w:p>
    <w:p>
      <w:r>
        <w:rPr>
          <w:b/>
        </w:rPr>
        <w:t xml:space="preserve">[30:27] </w:t>
      </w:r>
      <w:r>
        <w:t>individual level par idealism.</w:t>
      </w:r>
    </w:p>
    <w:p>
      <w:pPr>
        <w:jc w:val="right"/>
      </w:pPr>
      <w:r>
        <w:t>انڈیویجول لیول پر آئیڈیلزم۔</w:t>
      </w:r>
    </w:p>
    <w:p>
      <w:r>
        <w:rPr>
          <w:b/>
        </w:rPr>
        <w:t xml:space="preserve">[30:32] </w:t>
      </w:r>
      <w:r>
        <w:t>idealism ka matlab yeh hai ke jo aap chahte hain, woh apne ko banayein aap.</w:t>
      </w:r>
    </w:p>
    <w:p>
      <w:pPr>
        <w:jc w:val="right"/>
      </w:pPr>
      <w:r>
        <w:t>آئیڈیلزم کا مطلب یہ ہے کہ جو آپ چاہتے ہیں، وہ اپنے کو بنائیں آپ۔</w:t>
      </w:r>
    </w:p>
    <w:p>
      <w:r>
        <w:rPr>
          <w:b/>
        </w:rPr>
        <w:t xml:space="preserve">[30:37] </w:t>
      </w:r>
      <w:r>
        <w:t>social level par peace is liye ke agar social level par peace hoga, tab hi aap ko opportunities</w:t>
      </w:r>
    </w:p>
    <w:p>
      <w:pPr>
        <w:jc w:val="right"/>
      </w:pPr>
      <w:r>
        <w:t>سوشل لیول پر پیس اس لیے کہ اگر سوشل لیول پر پیس ہوگا، تب ہی آپ کو اپرچونیٹیز</w:t>
      </w:r>
    </w:p>
    <w:p>
      <w:r>
        <w:rPr>
          <w:b/>
        </w:rPr>
        <w:t xml:space="preserve">[30:42] </w:t>
      </w:r>
      <w:r>
        <w:t>ko avail karne ke mawaqe honge.</w:t>
      </w:r>
    </w:p>
    <w:p>
      <w:pPr>
        <w:jc w:val="right"/>
      </w:pPr>
      <w:r>
        <w:t>کو اویل کرنے کے مواقع ہوں گے۔</w:t>
      </w:r>
    </w:p>
    <w:p>
      <w:r>
        <w:rPr>
          <w:b/>
        </w:rPr>
        <w:t xml:space="preserve">[30:47] </w:t>
      </w:r>
      <w:r>
        <w:t>agar social level par peace na ho to opportunities hongi, aap us ko avail nahi kar payenge.</w:t>
      </w:r>
    </w:p>
    <w:p>
      <w:pPr>
        <w:jc w:val="right"/>
      </w:pPr>
      <w:r>
        <w:t>اگر سوشل لیول پر پیس نہ ہو تو اپرچونیٹیز ہوں گی، آپ اس کو اویل نہیں کر پائیں گے۔</w:t>
      </w:r>
    </w:p>
    <w:p>
      <w:r>
        <w:rPr>
          <w:b/>
        </w:rPr>
        <w:t xml:space="preserve">[30:52] </w:t>
      </w:r>
      <w:r>
        <w:t>is yeh jo yeh jo baat hai, yahi yahi wisdom hai sab se bari.</w:t>
      </w:r>
    </w:p>
    <w:p>
      <w:pPr>
        <w:jc w:val="right"/>
      </w:pPr>
      <w:r>
        <w:t>اس یہ جو یہ جو بات ہے، یہی یہی وزڈم ہے سب سے بڑی۔</w:t>
      </w:r>
    </w:p>
    <w:p>
      <w:r>
        <w:rPr>
          <w:b/>
        </w:rPr>
        <w:t xml:space="preserve">[30:57] </w:t>
      </w:r>
      <w:r>
        <w:t>sab se bari zindagi ki wisdom yeh hai ke aap is is baat ko janein ke social level</w:t>
      </w:r>
    </w:p>
    <w:p>
      <w:pPr>
        <w:jc w:val="right"/>
      </w:pPr>
      <w:r>
        <w:t>سب سے بڑی زندگی کی وزڈم یہ ہے کہ آپ اس اس بات کو جانیں کہ سوشل لیول</w:t>
      </w:r>
    </w:p>
    <w:p>
      <w:r>
        <w:rPr>
          <w:b/>
        </w:rPr>
        <w:t xml:space="preserve">[31:01] </w:t>
      </w:r>
      <w:r>
        <w:t>par jo cheez possible hai, woh peace hai, woh ideal system nahi hai.</w:t>
      </w:r>
    </w:p>
    <w:p>
      <w:pPr>
        <w:jc w:val="right"/>
      </w:pPr>
      <w:r>
        <w:t>پر جو چیز پاسیبل ہے، وہ پیس ہے، وہ آئیڈیل سسٹم نہیں ہے۔</w:t>
      </w:r>
    </w:p>
    <w:p>
      <w:r>
        <w:rPr>
          <w:b/>
        </w:rPr>
        <w:t xml:space="preserve">[31:06] </w:t>
      </w:r>
      <w:r>
        <w:t>sab se bara wisdom, jis se sab sab log in aware hain is se.</w:t>
      </w:r>
    </w:p>
    <w:p>
      <w:pPr>
        <w:jc w:val="right"/>
      </w:pPr>
      <w:r>
        <w:t>سب سے بڑا وزڈم، جس سے سب سب لوگ ان اویئر ہیں اس سے۔</w:t>
      </w:r>
    </w:p>
    <w:p>
      <w:r>
        <w:rPr>
          <w:b/>
        </w:rPr>
        <w:t xml:space="preserve">[31:11] </w:t>
      </w:r>
      <w:r>
        <w:t>social level ka matlab hai majmooay ki satah par.</w:t>
      </w:r>
    </w:p>
    <w:p>
      <w:pPr>
        <w:jc w:val="right"/>
      </w:pPr>
      <w:r>
        <w:t>سوشل لیول کا مطلب ہے مجموعے کی سطح پر۔</w:t>
      </w:r>
    </w:p>
    <w:p>
      <w:r>
        <w:rPr>
          <w:b/>
        </w:rPr>
        <w:t xml:space="preserve">[31:16] </w:t>
      </w:r>
      <w:r>
        <w:t>poora majmooa jo hai, us ki satah par.</w:t>
      </w:r>
    </w:p>
    <w:p>
      <w:pPr>
        <w:jc w:val="right"/>
      </w:pPr>
      <w:r>
        <w:t>پورا مجموعہ جو ہے، اس کی سطح پر۔</w:t>
      </w:r>
    </w:p>
    <w:p>
      <w:r>
        <w:rPr>
          <w:b/>
        </w:rPr>
        <w:t xml:space="preserve">[31:21] </w:t>
      </w:r>
      <w:r>
        <w:t>toh majmooay ki satah par bilkul impossible hai ke aap koi ideal system banayein.</w:t>
      </w:r>
    </w:p>
    <w:p>
      <w:pPr>
        <w:jc w:val="right"/>
      </w:pPr>
      <w:r>
        <w:t>تو مجموعے کی سطح پر بالکل امپاسیبل ہے کہ آپ کوئی آئیڈیل سسٹم بنائیں۔</w:t>
      </w:r>
    </w:p>
    <w:p>
      <w:r>
        <w:rPr>
          <w:b/>
        </w:rPr>
        <w:t xml:space="preserve">[31:26] </w:t>
      </w:r>
      <w:r>
        <w:t>sirf yeh hai ke aap aisa, is tarah adjust karein, is tarah organize karein cheezon ko, is tarah manage karein.</w:t>
      </w:r>
    </w:p>
    <w:p>
      <w:pPr>
        <w:jc w:val="right"/>
      </w:pPr>
      <w:r>
        <w:t>صرف یہ ہے کہ آپ ایسا، اس طرح ایڈجسٹ کریں، اس طرح ارگنائز کریں چیزوں کو، اس طرح مینج کریں۔</w:t>
      </w:r>
    </w:p>
    <w:p>
      <w:r>
        <w:rPr>
          <w:b/>
        </w:rPr>
        <w:t xml:space="preserve">[31:31] </w:t>
      </w:r>
      <w:r>
        <w:t>is tarah manage karein ke social level par aap ko peace milti rahe, peace milti rahe, peace milti rahe.</w:t>
      </w:r>
    </w:p>
    <w:p>
      <w:pPr>
        <w:jc w:val="right"/>
      </w:pPr>
      <w:r>
        <w:t>اس طرح مینج کریں کہ سوشل لیول پر آپ کو پیس ملتی رہے، پیس ملتی رہے، پیس ملتی رہے۔</w:t>
      </w:r>
    </w:p>
    <w:p>
      <w:r>
        <w:rPr>
          <w:b/>
        </w:rPr>
        <w:t xml:space="preserve">[31:36] </w:t>
      </w:r>
      <w:r>
        <w:t>isi ko na janne ki wajah se ladaiyan hain, hate hai, intolerance hai.</w:t>
      </w:r>
    </w:p>
    <w:p>
      <w:pPr>
        <w:jc w:val="right"/>
      </w:pPr>
      <w:r>
        <w:t>اسی کو نہ جاننے کی وجہ سے لڑائیاں ہیں، ہیٹ ہے، انٹولرنس ہے۔</w:t>
      </w:r>
    </w:p>
    <w:p>
      <w:r>
        <w:rPr>
          <w:b/>
        </w:rPr>
        <w:t xml:space="preserve">[31:41] </w:t>
      </w:r>
      <w:r>
        <w:t>isi isi baat ko na janne ki wajah se.</w:t>
      </w:r>
    </w:p>
    <w:p>
      <w:pPr>
        <w:jc w:val="right"/>
      </w:pPr>
      <w:r>
        <w:t>اسی اسی بات کو نہ جاننے کی وجہ سے۔</w:t>
      </w:r>
    </w:p>
    <w:p>
      <w:r>
        <w:rPr>
          <w:b/>
        </w:rPr>
        <w:t xml:space="preserve">[31:46] </w:t>
      </w:r>
      <w:r>
        <w:t>toh hamara jo mission hai, Allah ke fazl se, hamare mission ka yahi target hai ke hum dunya</w:t>
      </w:r>
    </w:p>
    <w:p>
      <w:pPr>
        <w:jc w:val="right"/>
      </w:pPr>
      <w:r>
        <w:t>تو ہمارا جو مشن ہے، اللہ کے فضل سے، ہمارے مشن کا یہی ٹارگٹ ہے کہ ہم دنیا</w:t>
      </w:r>
    </w:p>
    <w:p>
      <w:r>
        <w:rPr>
          <w:b/>
        </w:rPr>
        <w:t xml:space="preserve">[31:51] </w:t>
      </w:r>
      <w:r>
        <w:t>ko, sirf musalmanon ko nahi, dunya ko hum batayein ke jo creation plan of God hai, us ke</w:t>
      </w:r>
    </w:p>
    <w:p>
      <w:pPr>
        <w:jc w:val="right"/>
      </w:pPr>
      <w:r>
        <w:t>کو، صرف مسلمانوں کو نہیں، دنیا کو ہم بتائیں کہ جو کریشن پلان آف گاڈ ہے، اس کے</w:t>
      </w:r>
    </w:p>
    <w:p>
      <w:r>
        <w:rPr>
          <w:b/>
        </w:rPr>
        <w:t xml:space="preserve">[31:56] </w:t>
      </w:r>
      <w:r>
        <w:t>mutabiq aap ko zindagi ka naqsha kis tarah banana chahiye.</w:t>
      </w:r>
    </w:p>
    <w:p>
      <w:pPr>
        <w:jc w:val="right"/>
      </w:pPr>
      <w:r>
        <w:t>مطابق آپ کو زندگی کا نقشہ کس طرح بنانا چاہیے۔</w:t>
      </w:r>
    </w:p>
    <w:p>
      <w:r>
        <w:rPr>
          <w:b/>
        </w:rPr>
        <w:t xml:space="preserve">[32:01] </w:t>
      </w:r>
      <w:r>
        <w:t>creation plan of God se ko ignore kar ke aap koi naqsha nahi bana sakte.</w:t>
      </w:r>
    </w:p>
    <w:p>
      <w:pPr>
        <w:jc w:val="right"/>
      </w:pPr>
      <w:r>
        <w:t>کریشن پلان آف گاڈ سے کو اگنور کر کے آپ کوئی نقشہ نہیں بنا سکتے۔</w:t>
      </w:r>
    </w:p>
    <w:p>
      <w:r>
        <w:rPr>
          <w:b/>
        </w:rPr>
        <w:t xml:space="preserve">[32:06] </w:t>
      </w:r>
      <w:r>
        <w:t>misal ke taur par dekhein, yeh yeh yeh pani hai ek glass mein.</w:t>
      </w:r>
    </w:p>
    <w:p>
      <w:pPr>
        <w:jc w:val="right"/>
      </w:pPr>
      <w:r>
        <w:t>مثلاً دیکھیں، یہ یہ یہ پانی ہے ایک گلاس میں۔</w:t>
      </w:r>
    </w:p>
    <w:p>
      <w:r>
        <w:rPr>
          <w:b/>
        </w:rPr>
        <w:t xml:space="preserve">[32:11] </w:t>
      </w:r>
      <w:r>
        <w:t>mujhe agar mujhe pyas lag rahi hai toh pani jaisa petrol bhi hota hai.</w:t>
      </w:r>
    </w:p>
    <w:p>
      <w:pPr>
        <w:jc w:val="right"/>
      </w:pPr>
      <w:r>
        <w:t>مجھے اگر مجھے پیاس لگ رہی ہے تو پانی جیسا پٹرول بھی ہوتا ہے۔</w:t>
      </w:r>
    </w:p>
    <w:p>
      <w:r>
        <w:rPr>
          <w:b/>
        </w:rPr>
        <w:t xml:space="preserve">[32:16] </w:t>
      </w:r>
      <w:r>
        <w:t>yani dekhne mein toh petrol bhi aise hi lagta hai jaisa pani.</w:t>
      </w:r>
    </w:p>
    <w:p>
      <w:pPr>
        <w:jc w:val="right"/>
      </w:pPr>
      <w:r>
        <w:t>یعنی دیکھنے میں تو پٹرول بھی ایسے ہی لگتا ہے جیسا پانی۔</w:t>
      </w:r>
    </w:p>
    <w:p>
      <w:r>
        <w:rPr>
          <w:b/>
        </w:rPr>
        <w:t xml:space="preserve">[32:20] </w:t>
      </w:r>
      <w:r>
        <w:t>lekin law of nature ke mutabiq petrol meri pyas nahi bujha sakta.</w:t>
      </w:r>
    </w:p>
    <w:p>
      <w:pPr>
        <w:jc w:val="right"/>
      </w:pPr>
      <w:r>
        <w:t>لیکن لاء آف نیچر کے مطابق پٹرول میری پیاس نہیں بجھا سکتا۔</w:t>
      </w:r>
    </w:p>
    <w:p>
      <w:r>
        <w:rPr>
          <w:b/>
        </w:rPr>
        <w:t xml:space="preserve">[32:25] </w:t>
      </w:r>
      <w:r>
        <w:t>sirf pani bujhayega.</w:t>
      </w:r>
    </w:p>
    <w:p>
      <w:pPr>
        <w:jc w:val="right"/>
      </w:pPr>
      <w:r>
        <w:t>صرف پانی بجھائے گا۔</w:t>
      </w:r>
    </w:p>
    <w:p>
      <w:r>
        <w:rPr>
          <w:b/>
        </w:rPr>
        <w:t xml:space="preserve">[32:30] </w:t>
      </w:r>
      <w:r>
        <w:t>agar main chahta hoon ke meri jo pyas hai, woh bujhe toh mujhe pani peena padega.</w:t>
      </w:r>
    </w:p>
    <w:p>
      <w:pPr>
        <w:jc w:val="right"/>
      </w:pPr>
      <w:r>
        <w:t>اگر میں چاہتا ہوں کہ میری جو پیاس ہے، وہ بجھے تو مجھے پانی پینا پڑے گا۔</w:t>
      </w:r>
    </w:p>
    <w:p>
      <w:r>
        <w:rPr>
          <w:b/>
        </w:rPr>
        <w:t xml:space="preserve">[32:35] </w:t>
      </w:r>
      <w:r>
        <w:t>isi ke milti julti shakal ka jo petrol hai, us ko pee loon to us se pyas nahi</w:t>
      </w:r>
    </w:p>
    <w:p>
      <w:pPr>
        <w:jc w:val="right"/>
      </w:pPr>
      <w:r>
        <w:t>اسی کے ملتی جلتی شکل کا جو پٹرول ہے، اس کو پی لوں تو اس سے پیاس نہیں</w:t>
      </w:r>
    </w:p>
    <w:p>
      <w:r>
        <w:rPr>
          <w:b/>
        </w:rPr>
        <w:t xml:space="preserve">[32:40] </w:t>
      </w:r>
      <w:r>
        <w:t>bujhe gi bhai.</w:t>
      </w:r>
    </w:p>
    <w:p>
      <w:pPr>
        <w:jc w:val="right"/>
      </w:pPr>
      <w:r>
        <w:t>بجھے گی بھئی۔</w:t>
      </w:r>
    </w:p>
    <w:p>
      <w:r>
        <w:rPr>
          <w:b/>
        </w:rPr>
        <w:t xml:space="preserve">[32:45] </w:t>
      </w:r>
      <w:r>
        <w:t>that is law of nature .</w:t>
      </w:r>
    </w:p>
    <w:p>
      <w:pPr>
        <w:jc w:val="right"/>
      </w:pPr>
      <w:r>
        <w:t>That is law of nature ۔</w:t>
      </w:r>
    </w:p>
    <w:p>
      <w:r>
        <w:rPr>
          <w:b/>
        </w:rPr>
        <w:t xml:space="preserve">[32:50] </w:t>
      </w:r>
      <w:r>
        <w:t>to pehla kaam yeh hai ke aap is baat ko janiye ke aap yahan aap, ya aap yani</w:t>
      </w:r>
    </w:p>
    <w:p>
      <w:pPr>
        <w:jc w:val="right"/>
      </w:pPr>
      <w:r>
        <w:t>تو پہلا کام یہ ہے کہ آپ اس بات کو جانیں کہ آپ یہاں آپ، یا آپ یعنی</w:t>
      </w:r>
    </w:p>
    <w:p>
      <w:r>
        <w:rPr>
          <w:b/>
        </w:rPr>
        <w:t xml:space="preserve">[32:55] </w:t>
      </w:r>
      <w:r>
        <w:t>master of universe nahi hain.</w:t>
      </w:r>
    </w:p>
    <w:p>
      <w:pPr>
        <w:jc w:val="right"/>
      </w:pPr>
      <w:r>
        <w:t>ماسٹر آف یونیورس نہیں ہیں۔</w:t>
      </w:r>
    </w:p>
    <w:p>
      <w:r>
        <w:rPr>
          <w:b/>
        </w:rPr>
        <w:t xml:space="preserve">[33:00] </w:t>
      </w:r>
      <w:r>
        <w:t>yeh nahi ke aap jo chahen wahi karen.</w:t>
      </w:r>
    </w:p>
    <w:p>
      <w:pPr>
        <w:jc w:val="right"/>
      </w:pPr>
      <w:r>
        <w:t>یہ نہیں کہ آپ جو چاہیں وہی کریں۔</w:t>
      </w:r>
    </w:p>
    <w:p>
      <w:r>
        <w:rPr>
          <w:b/>
        </w:rPr>
        <w:t xml:space="preserve">[33:05] </w:t>
      </w:r>
      <w:r>
        <w:t>jis ne dunya banai hai, jis ne yahan ke, yahan ke yani yahan ke jo jo naqsha hai,</w:t>
      </w:r>
    </w:p>
    <w:p>
      <w:pPr>
        <w:jc w:val="right"/>
      </w:pPr>
      <w:r>
        <w:t>جس نے دنیا بنائی ہے، جس نے یہاں کے، یہاں کے یعنی یہاں کے جو جو نقشہ ہے،</w:t>
      </w:r>
    </w:p>
    <w:p>
      <w:r>
        <w:rPr>
          <w:b/>
        </w:rPr>
        <w:t xml:space="preserve">[33:10] </w:t>
      </w:r>
      <w:r>
        <w:t>us ke mind mein hai, us ko aap jan kar ke us se adjust karen ge, tab hi</w:t>
      </w:r>
    </w:p>
    <w:p>
      <w:pPr>
        <w:jc w:val="right"/>
      </w:pPr>
      <w:r>
        <w:t>اس کے مائنڈ میں ہے، اس کو آپ جان کر کے اس سے ایڈجسٹ کریں گے، تب ہی</w:t>
      </w:r>
    </w:p>
    <w:p>
      <w:r>
        <w:rPr>
          <w:b/>
        </w:rPr>
        <w:t xml:space="preserve">[33:15] </w:t>
      </w:r>
      <w:r>
        <w:t>aap ke liye kamyabi hai.</w:t>
      </w:r>
    </w:p>
    <w:p>
      <w:pPr>
        <w:jc w:val="right"/>
      </w:pPr>
      <w:r>
        <w:t>آپ کے لیے کامیابی ہے۔</w:t>
      </w:r>
    </w:p>
    <w:p>
      <w:r>
        <w:rPr>
          <w:b/>
        </w:rPr>
        <w:t xml:space="preserve">[33:20] </w:t>
      </w:r>
      <w:r>
        <w:t>warna kamyabi bhi nahi hai.</w:t>
      </w:r>
    </w:p>
    <w:p>
      <w:pPr>
        <w:jc w:val="right"/>
      </w:pPr>
      <w:r>
        <w:t>ورنہ کامیابی بھی نہیں ہے۔</w:t>
      </w:r>
    </w:p>
    <w:p>
      <w:r>
        <w:rPr>
          <w:b/>
        </w:rPr>
        <w:t xml:space="preserve">[33:25] </w:t>
      </w:r>
      <w:r>
        <w:t>main samajhta hoon ke yeh cheez leak kar rahi hai sab logon ke andar.</w:t>
      </w:r>
    </w:p>
    <w:p>
      <w:pPr>
        <w:jc w:val="right"/>
      </w:pPr>
      <w:r>
        <w:t>میں سمجھتا ہوں کہ یہ چیز لیک کر رہی ہے سب لوگوں کے اندر۔</w:t>
      </w:r>
    </w:p>
    <w:p>
      <w:r>
        <w:rPr>
          <w:b/>
        </w:rPr>
        <w:t xml:space="preserve">[33:30] </w:t>
      </w:r>
      <w:r>
        <w:t>sab log samajhte hain ke hamare mind, hamare mind mein jo model hai, us model ko hum impose</w:t>
      </w:r>
    </w:p>
    <w:p>
      <w:pPr>
        <w:jc w:val="right"/>
      </w:pPr>
      <w:r>
        <w:t>سب لوگ سمجھتے ہیں کہ ہمارے مائنڈ، ہمارے مائنڈ میں جو ماڈل ہے، اس ماڈل کو ہم امپوز</w:t>
      </w:r>
    </w:p>
    <w:p>
      <w:r>
        <w:rPr>
          <w:b/>
        </w:rPr>
        <w:t xml:space="preserve">[33:35] </w:t>
      </w:r>
      <w:r>
        <w:t>kar sakte hain, us ko implement kar sakte hain.</w:t>
      </w:r>
    </w:p>
    <w:p>
      <w:pPr>
        <w:jc w:val="right"/>
      </w:pPr>
      <w:r>
        <w:t>کر سکتے ہیں، اس کو امپلیمنٹ کر سکتے ہیں۔</w:t>
      </w:r>
    </w:p>
    <w:p>
      <w:r>
        <w:rPr>
          <w:b/>
        </w:rPr>
        <w:t xml:space="preserve">[33:39] </w:t>
      </w:r>
      <w:r>
        <w:t>yeh nahi, yeh koi sochta nahi ke hamare mind mein jo jo hai, woh to yani hamare bahar</w:t>
      </w:r>
    </w:p>
    <w:p>
      <w:pPr>
        <w:jc w:val="right"/>
      </w:pPr>
      <w:r>
        <w:t>یہ نہیں، یہ کوئی سوچتا نہیں کہ ہمارے مائنڈ میں جو جو ہے، وہ تو یعنی ہمارے باہر</w:t>
      </w:r>
    </w:p>
    <w:p>
      <w:r>
        <w:rPr>
          <w:b/>
        </w:rPr>
        <w:t xml:space="preserve">[33:44] </w:t>
      </w:r>
      <w:r>
        <w:t>jo jo world hai, woh hum ne nahi banai hai, us ko woh to kisi aur ne banaya hai.</w:t>
      </w:r>
    </w:p>
    <w:p>
      <w:pPr>
        <w:jc w:val="right"/>
      </w:pPr>
      <w:r>
        <w:t>جو جو ورلڈ ہے، وہ ہم نے نہیں بنائی ہے، اس کو وہ تو کسی اور نے بنایا ہے۔</w:t>
      </w:r>
    </w:p>
    <w:p>
      <w:r>
        <w:rPr>
          <w:b/>
        </w:rPr>
        <w:t xml:space="preserve">[33:49] </w:t>
      </w:r>
      <w:r>
        <w:t>to sab us ko jano.</w:t>
      </w:r>
    </w:p>
    <w:p>
      <w:pPr>
        <w:jc w:val="right"/>
      </w:pPr>
      <w:r>
        <w:t>تو سب اس کو جانو۔</w:t>
      </w:r>
    </w:p>
    <w:p>
      <w:r>
        <w:rPr>
          <w:b/>
        </w:rPr>
        <w:t xml:space="preserve">[33:54] </w:t>
      </w:r>
      <w:r>
        <w:t>to 50 feesad mera role hai, 50 feesad to creator ka role hai.</w:t>
      </w:r>
    </w:p>
    <w:p>
      <w:pPr>
        <w:jc w:val="right"/>
      </w:pPr>
      <w:r>
        <w:t>تو 50 فیصد میرا رول ہے، 50 فیصد تو کریٹر کا رول ہے۔</w:t>
      </w:r>
    </w:p>
    <w:p>
      <w:r>
        <w:rPr>
          <w:b/>
        </w:rPr>
        <w:t xml:space="preserve">[33:59] </w:t>
      </w:r>
      <w:r>
        <w:t>yeh 50 feesad ka mamla hai.</w:t>
      </w:r>
    </w:p>
    <w:p>
      <w:pPr>
        <w:jc w:val="right"/>
      </w:pPr>
      <w:r>
        <w:t>یہ 50 فیصد کا معاملہ ہے۔</w:t>
      </w:r>
    </w:p>
    <w:p>
      <w:r>
        <w:rPr>
          <w:b/>
        </w:rPr>
        <w:t xml:space="preserve">[34:04] </w:t>
      </w:r>
      <w:r>
        <w:t>50 feesad mera role hai, 50 feesad creator ka role hai.</w:t>
      </w:r>
    </w:p>
    <w:p>
      <w:pPr>
        <w:jc w:val="right"/>
      </w:pPr>
      <w:r>
        <w:t>50 فیصد میرا رول ہے، 50 فیصد کریٹر کا رول ہے۔</w:t>
      </w:r>
    </w:p>
    <w:p>
      <w:r>
        <w:rPr>
          <w:b/>
        </w:rPr>
        <w:t xml:space="preserve">[34:09] </w:t>
      </w:r>
      <w:r>
        <w:t>log samajhte hain ke bas mere mind jo hai, bas usi ko main implement kar sakta hoon.</w:t>
      </w:r>
    </w:p>
    <w:p>
      <w:pPr>
        <w:jc w:val="right"/>
      </w:pPr>
      <w:r>
        <w:t>لوگ سمجھتے ہیں کہ بس میرے مائنڈ جو ہے، بس اسی کو میں امپلیمنٹ کر سکتا ہوں۔</w:t>
      </w:r>
    </w:p>
    <w:p>
      <w:r>
        <w:rPr>
          <w:b/>
        </w:rPr>
        <w:t xml:space="preserve">[34:14] </w:t>
      </w:r>
      <w:r>
        <w:t>natija kya hai ke frustration, tension.</w:t>
      </w:r>
    </w:p>
    <w:p>
      <w:pPr>
        <w:jc w:val="right"/>
      </w:pPr>
      <w:r>
        <w:t>نتیجہ کیا ہے کہ فرسٹریشن، ٹینشن۔</w:t>
      </w:r>
    </w:p>
    <w:p>
      <w:r>
        <w:rPr>
          <w:b/>
        </w:rPr>
        <w:t xml:space="preserve">[34:19] </w:t>
      </w:r>
      <w:r>
        <w:t>aaj hi ek paper mein ek ek ek aur news hai ke ek bohat bare believer ne suicide</w:t>
      </w:r>
    </w:p>
    <w:p>
      <w:pPr>
        <w:jc w:val="right"/>
      </w:pPr>
      <w:r>
        <w:t>آج ہی ایک پیپر میں ایک ایک ایک اور نیوز ہے کہ ایک بہت بڑے بیلیور نے سوسائیڈ</w:t>
      </w:r>
    </w:p>
    <w:p>
      <w:r>
        <w:rPr>
          <w:b/>
        </w:rPr>
        <w:t xml:space="preserve">[34:24] </w:t>
      </w:r>
      <w:r>
        <w:t>kar li wahan par.</w:t>
      </w:r>
    </w:p>
    <w:p>
      <w:pPr>
        <w:jc w:val="right"/>
      </w:pPr>
      <w:r>
        <w:t>کر لی وہاں پر۔</w:t>
      </w:r>
    </w:p>
    <w:p>
      <w:r>
        <w:rPr>
          <w:b/>
        </w:rPr>
        <w:t xml:space="preserve">[34:29] </w:t>
      </w:r>
      <w:r>
        <w:t>USA ke.</w:t>
      </w:r>
    </w:p>
    <w:p>
      <w:pPr>
        <w:jc w:val="right"/>
      </w:pPr>
      <w:r>
        <w:t>یو ایس اے کے۔</w:t>
      </w:r>
    </w:p>
    <w:p>
      <w:r>
        <w:rPr>
          <w:b/>
        </w:rPr>
        <w:t xml:space="preserve">[34:34] </w:t>
      </w:r>
      <w:r>
        <w:t>aaj hi hai.</w:t>
      </w:r>
    </w:p>
    <w:p>
      <w:pPr>
        <w:jc w:val="right"/>
      </w:pPr>
      <w:r>
        <w:t>آج ہی ہے۔</w:t>
      </w:r>
    </w:p>
    <w:p>
      <w:r>
        <w:rPr>
          <w:b/>
        </w:rPr>
        <w:t xml:space="preserve">[34:39] </w:t>
      </w:r>
      <w:r>
        <w:t>kyun ke is ko is ko peace of mind nahi mila.</w:t>
      </w:r>
    </w:p>
    <w:p>
      <w:pPr>
        <w:jc w:val="right"/>
      </w:pPr>
      <w:r>
        <w:t>کیوں کہ اس کو اس کو پیس آف مائنڈ نہیں ملا۔</w:t>
      </w:r>
    </w:p>
    <w:p>
      <w:r>
        <w:rPr>
          <w:b/>
        </w:rPr>
        <w:t xml:space="preserve">[34:44] </w:t>
      </w:r>
      <w:r>
        <w:t>yani is ke paas dollar ka anbaar hai.</w:t>
      </w:r>
    </w:p>
    <w:p>
      <w:pPr>
        <w:jc w:val="right"/>
      </w:pPr>
      <w:r>
        <w:t>یعنی اس کے پاس ڈالر کا انبار ہے۔</w:t>
      </w:r>
    </w:p>
    <w:p>
      <w:r>
        <w:rPr>
          <w:b/>
        </w:rPr>
        <w:t xml:space="preserve">[34:49] </w:t>
      </w:r>
      <w:r>
        <w:t>lekin is ko pata nahi ke kya zindagi ideology kya hai.</w:t>
      </w:r>
    </w:p>
    <w:p>
      <w:pPr>
        <w:jc w:val="right"/>
      </w:pPr>
      <w:r>
        <w:t>لیکن اس کو پتہ نہیں کہ کیا زندگی آئیڈیالوجی کیا ہے۔</w:t>
      </w:r>
    </w:p>
    <w:p>
      <w:r>
        <w:rPr>
          <w:b/>
        </w:rPr>
        <w:t xml:space="preserve">[34:54] </w:t>
      </w:r>
      <w:r>
        <w:t>wo dollar kamaya, is ne samajhta tha wo ke dollar mujhe ideology de de ga.</w:t>
      </w:r>
    </w:p>
    <w:p>
      <w:pPr>
        <w:jc w:val="right"/>
      </w:pPr>
      <w:r>
        <w:t>وہ ڈالر کمایا، اس نے سمجھتا تھا وہ کہ ڈالر مجھے آئیڈیالوجی دے دے گا۔</w:t>
      </w:r>
    </w:p>
    <w:p>
      <w:r>
        <w:rPr>
          <w:b/>
        </w:rPr>
        <w:t xml:space="preserve">[34:58] </w:t>
      </w:r>
      <w:r>
        <w:t>to dollar ne ideology nahi di.</w:t>
      </w:r>
    </w:p>
    <w:p>
      <w:pPr>
        <w:jc w:val="right"/>
      </w:pPr>
      <w:r>
        <w:t>تو ڈالر نے آئیڈیالوجی نہیں دی۔</w:t>
      </w:r>
    </w:p>
    <w:p>
      <w:r>
        <w:rPr>
          <w:b/>
        </w:rPr>
        <w:t xml:space="preserve">[35:03] </w:t>
      </w:r>
      <w:r>
        <w:t>frustration mein para, frustration mein para.</w:t>
      </w:r>
    </w:p>
    <w:p>
      <w:pPr>
        <w:jc w:val="right"/>
      </w:pPr>
      <w:r>
        <w:t>فرسٹریشن میں پڑا، فرسٹریشن میں پڑا۔</w:t>
      </w:r>
    </w:p>
    <w:p>
      <w:r>
        <w:rPr>
          <w:b/>
        </w:rPr>
        <w:t xml:space="preserve">[35:08] </w:t>
      </w:r>
      <w:r>
        <w:t>yahan tak ke suicide kar liya is ne.</w:t>
      </w:r>
    </w:p>
    <w:p>
      <w:pPr>
        <w:jc w:val="right"/>
      </w:pPr>
      <w:r>
        <w:t>یہاں تک کہ سوسائیڈ کر لیا اس نے۔</w:t>
      </w:r>
    </w:p>
    <w:p>
      <w:r>
        <w:rPr>
          <w:b/>
        </w:rPr>
        <w:t xml:space="preserve">[35:13] </w:t>
      </w:r>
      <w:r>
        <w:t>to dunya ki sab se bari zaroorat yeh nahi ke logon ke paas dollar aa jaye.</w:t>
      </w:r>
    </w:p>
    <w:p>
      <w:pPr>
        <w:jc w:val="right"/>
      </w:pPr>
      <w:r>
        <w:t>تو دنیا کی سب سے بڑی ضرورت یہ نہیں کہ لوگوں کے پاس ڈالر آ جائے۔</w:t>
      </w:r>
    </w:p>
    <w:p>
      <w:r>
        <w:rPr>
          <w:b/>
        </w:rPr>
        <w:t xml:space="preserve">[35:18] </w:t>
      </w:r>
      <w:r>
        <w:t>equal distribution of wealth aa jaye. nahi.</w:t>
      </w:r>
    </w:p>
    <w:p>
      <w:pPr>
        <w:jc w:val="right"/>
      </w:pPr>
      <w:r>
        <w:t>ایکول ڈسٹریبیوشن آف ویلتھ آ جائے۔ نہیں۔</w:t>
      </w:r>
    </w:p>
    <w:p>
      <w:r>
        <w:rPr>
          <w:b/>
        </w:rPr>
        <w:t xml:space="preserve">[35:23] </w:t>
      </w:r>
      <w:r>
        <w:t>aadmi ko aap ideology dena pare gi aap ko.</w:t>
      </w:r>
    </w:p>
    <w:p>
      <w:pPr>
        <w:jc w:val="right"/>
      </w:pPr>
      <w:r>
        <w:t>آدمی کو آپ آئیڈیالوجی دینا پڑے گی آپ کو۔</w:t>
      </w:r>
    </w:p>
    <w:p>
      <w:r>
        <w:rPr>
          <w:b/>
        </w:rPr>
        <w:t xml:space="preserve">[35:28] </w:t>
      </w:r>
      <w:r>
        <w:t>ideology of life.</w:t>
      </w:r>
    </w:p>
    <w:p>
      <w:pPr>
        <w:jc w:val="right"/>
      </w:pPr>
      <w:r>
        <w:t>آئیڈیالوجی آف لائف۔</w:t>
      </w:r>
    </w:p>
    <w:p>
      <w:r>
        <w:rPr>
          <w:b/>
        </w:rPr>
        <w:t xml:space="preserve">[35:33] </w:t>
      </w:r>
      <w:r>
        <w:t>ek aisi ideology jo har cheez ko right way mein explain kare.</w:t>
      </w:r>
    </w:p>
    <w:p>
      <w:pPr>
        <w:jc w:val="right"/>
      </w:pPr>
      <w:r>
        <w:t>ایک ایسی آئیڈیالوجی جو ہر چیز کو رائٹ وے میں ایکسپلین کرے۔</w:t>
      </w:r>
    </w:p>
    <w:p>
      <w:r>
        <w:rPr>
          <w:b/>
        </w:rPr>
        <w:t xml:space="preserve">[35:38] </w:t>
      </w:r>
      <w:r>
        <w:t>kyun ke aap dekhen, insaan ke bare mein kaha jata hai ke Man is a explanation-seeking animal.</w:t>
      </w:r>
    </w:p>
    <w:p>
      <w:pPr>
        <w:jc w:val="right"/>
      </w:pPr>
      <w:r>
        <w:t>کیونکہ آپ دیکھیں، انسان کے بارے میں کہا جاتا ہے کہ Man is a explanation-seeking animal.</w:t>
      </w:r>
    </w:p>
    <w:p>
      <w:r>
        <w:rPr>
          <w:b/>
        </w:rPr>
        <w:t xml:space="preserve">[35:43] </w:t>
      </w:r>
      <w:r>
        <w:t>Man is a explanation-seeking animal.</w:t>
      </w:r>
    </w:p>
    <w:p>
      <w:pPr>
        <w:jc w:val="right"/>
      </w:pPr>
      <w:r>
        <w:t>Man is a explanation-seeking animal.</w:t>
      </w:r>
    </w:p>
    <w:p>
      <w:r>
        <w:rPr>
          <w:b/>
        </w:rPr>
        <w:t xml:space="preserve">[35:48] </w:t>
      </w:r>
      <w:r>
        <w:t>hum tojeeh chahte hain cheezon ki.</w:t>
      </w:r>
    </w:p>
    <w:p>
      <w:pPr>
        <w:jc w:val="right"/>
      </w:pPr>
      <w:r>
        <w:t>ہم توجیح چاہتے ہیں چیزوں کی۔</w:t>
      </w:r>
    </w:p>
    <w:p>
      <w:r>
        <w:rPr>
          <w:b/>
        </w:rPr>
        <w:t xml:space="preserve">[35:53] </w:t>
      </w:r>
      <w:r>
        <w:t>hum chahte hain ke cheezon ko hum tojeeh karen, is ko explain karen.</w:t>
      </w:r>
    </w:p>
    <w:p>
      <w:pPr>
        <w:jc w:val="right"/>
      </w:pPr>
      <w:r>
        <w:t>ہم چاہتے ہیں کہ چیزوں کو ہم توجیح کریں، اس کو ایکسپلین کریں۔</w:t>
      </w:r>
    </w:p>
    <w:p>
      <w:r>
        <w:rPr>
          <w:b/>
        </w:rPr>
        <w:t xml:space="preserve">[35:58] </w:t>
      </w:r>
      <w:r>
        <w:t>is liye hamein ideology chahiye.</w:t>
      </w:r>
    </w:p>
    <w:p>
      <w:pPr>
        <w:jc w:val="right"/>
      </w:pPr>
      <w:r>
        <w:t>اس لیے ہمیں آئیڈیالوجی چاہیے۔</w:t>
      </w:r>
    </w:p>
    <w:p>
      <w:r>
        <w:rPr>
          <w:b/>
        </w:rPr>
        <w:t xml:space="preserve">[36:03] </w:t>
      </w:r>
      <w:r>
        <w:t>buildingen ya carain ya wealth, bank balance ya fame ya bari bari position, is se aap ko peace</w:t>
      </w:r>
    </w:p>
    <w:p>
      <w:pPr>
        <w:jc w:val="right"/>
      </w:pPr>
      <w:r>
        <w:t>بلڈنگیں یا کاریں یا ویلتھ، بینک بیلنس یا فیم یا بڑی بڑی پوزیشن، اس سے آپ کو پیس</w:t>
      </w:r>
    </w:p>
    <w:p>
      <w:r>
        <w:rPr>
          <w:b/>
        </w:rPr>
        <w:t xml:space="preserve">[36:08] </w:t>
      </w:r>
      <w:r>
        <w:t>of mind nahi mil sakta.</w:t>
      </w:r>
    </w:p>
    <w:p>
      <w:pPr>
        <w:jc w:val="right"/>
      </w:pPr>
      <w:r>
        <w:t>آف مائنڈ نہیں مل سکتا۔</w:t>
      </w:r>
    </w:p>
    <w:p>
      <w:r>
        <w:rPr>
          <w:b/>
        </w:rPr>
        <w:t xml:space="preserve">[36:13] </w:t>
      </w:r>
      <w:r>
        <w:t>jab tak aap ke paas ek ideology na ho aisi jis se aap zindagi ko explain kar saken.</w:t>
      </w:r>
    </w:p>
    <w:p>
      <w:pPr>
        <w:jc w:val="right"/>
      </w:pPr>
      <w:r>
        <w:t>جب تک آپ کے پاس ایک آئیڈیالوجی نہ ہو ایسی جس سے آپ زندگی کو ایکسپلین کر سکیں۔</w:t>
      </w:r>
    </w:p>
    <w:p>
      <w:r>
        <w:rPr>
          <w:b/>
        </w:rPr>
        <w:t xml:space="preserve">[36:17] </w:t>
      </w:r>
      <w:r>
        <w:t>jis se aap nature ko explain kar saken.</w:t>
      </w:r>
    </w:p>
    <w:p>
      <w:pPr>
        <w:jc w:val="right"/>
      </w:pPr>
      <w:r>
        <w:t>جس سے آپ نیچر کو ایکسپلین کر سکیں۔</w:t>
      </w:r>
    </w:p>
    <w:p>
      <w:r>
        <w:rPr>
          <w:b/>
        </w:rPr>
        <w:t xml:space="preserve">[36:22] </w:t>
      </w:r>
      <w:r>
        <w:t>jis se aap world ko explain kar saken.</w:t>
      </w:r>
    </w:p>
    <w:p>
      <w:pPr>
        <w:jc w:val="right"/>
      </w:pPr>
      <w:r>
        <w:t>جس سے آپ ورلڈ کو ایکسپلین کر سکیں۔</w:t>
      </w:r>
    </w:p>
    <w:p>
      <w:r>
        <w:rPr>
          <w:b/>
        </w:rPr>
        <w:t xml:space="preserve">[36:27] </w:t>
      </w:r>
      <w:r>
        <w:t>is se aap ko peace of mind mile ga.</w:t>
      </w:r>
    </w:p>
    <w:p>
      <w:pPr>
        <w:jc w:val="right"/>
      </w:pPr>
      <w:r>
        <w:t>اس سے آپ کو پیس آف مائنڈ ملے گا۔</w:t>
      </w:r>
    </w:p>
    <w:p>
      <w:r>
        <w:rPr>
          <w:b/>
        </w:rPr>
        <w:t xml:space="preserve">[36:32] </w:t>
      </w:r>
      <w:r>
        <w:t>to is aadmi ke paas yani billion billion dollar the.</w:t>
      </w:r>
    </w:p>
    <w:p>
      <w:pPr>
        <w:jc w:val="right"/>
      </w:pPr>
      <w:r>
        <w:t>تو اس آدمی کے پاس یعنی بلین بلین ڈالر تھے۔</w:t>
      </w:r>
    </w:p>
    <w:p>
      <w:r>
        <w:rPr>
          <w:b/>
        </w:rPr>
        <w:t xml:space="preserve">[36:37] </w:t>
      </w:r>
      <w:r>
        <w:t>aur aaj hi aap parh lijye, aaj hi paper mein aya hai ke wo America ka ke is</w:t>
      </w:r>
    </w:p>
    <w:p>
      <w:pPr>
        <w:jc w:val="right"/>
      </w:pPr>
      <w:r>
        <w:t>اور آج ہی آپ پڑھ لیجیے، آج ہی پیپر میں آیا ہے کہ وہ امریکہ کا کہ اس</w:t>
      </w:r>
    </w:p>
    <w:p>
      <w:r>
        <w:rPr>
          <w:b/>
        </w:rPr>
        <w:t xml:space="preserve">[36:42] </w:t>
      </w:r>
      <w:r>
        <w:t>ne suicide kar liya.</w:t>
      </w:r>
    </w:p>
    <w:p>
      <w:pPr>
        <w:jc w:val="right"/>
      </w:pPr>
      <w:r>
        <w:t>نے سوسائیڈ کر لیا۔</w:t>
      </w:r>
    </w:p>
    <w:p>
      <w:r>
        <w:rPr>
          <w:b/>
        </w:rPr>
        <w:t xml:space="preserve">[36:47] </w:t>
      </w:r>
      <w:r>
        <w:t>kyunke is par ideology nahi thi is ke paas.</w:t>
      </w:r>
    </w:p>
    <w:p>
      <w:pPr>
        <w:jc w:val="right"/>
      </w:pPr>
      <w:r>
        <w:t>کیونکہ اس پر آئیڈیالوجی نہیں تھی اس کے پاس۔</w:t>
      </w:r>
    </w:p>
    <w:p>
      <w:r>
        <w:rPr>
          <w:b/>
        </w:rPr>
        <w:t xml:space="preserve">[36:52] </w:t>
      </w:r>
      <w:r>
        <w:t>paisa tha, ideology nahi thi.</w:t>
      </w:r>
    </w:p>
    <w:p>
      <w:pPr>
        <w:jc w:val="right"/>
      </w:pPr>
      <w:r>
        <w:t>پیسہ تھا، آئیڈیالوجی نہیں تھی۔</w:t>
      </w:r>
    </w:p>
    <w:p>
      <w:r>
        <w:rPr>
          <w:b/>
        </w:rPr>
        <w:t xml:space="preserve">[36:57] </w:t>
      </w:r>
      <w:r>
        <w:t>to chahe wo Muslim ho ya na ho, sab ka ek qissa yahi hai.</w:t>
      </w:r>
    </w:p>
    <w:p>
      <w:pPr>
        <w:jc w:val="right"/>
      </w:pPr>
      <w:r>
        <w:t>تو چاہے وہ مسلم ہو یا نہ ہو، سب کا ایک قصہ یہی ہے۔</w:t>
      </w:r>
    </w:p>
    <w:p>
      <w:r>
        <w:rPr>
          <w:b/>
        </w:rPr>
        <w:t xml:space="preserve">[37:02] </w:t>
      </w:r>
      <w:r>
        <w:t>yani aaj hi ke paper mein jo jo Egypt ke jo Muslims hain, jo universityon ko jala rahe</w:t>
      </w:r>
    </w:p>
    <w:p>
      <w:pPr>
        <w:jc w:val="right"/>
      </w:pPr>
      <w:r>
        <w:t>یعنی آج ہی کے پیپر میں جو جو ایجپٹ کے جو مسلمز ہیں، جو یونیورسٹیوں کو جلا رہے</w:t>
      </w:r>
    </w:p>
    <w:p>
      <w:r>
        <w:rPr>
          <w:b/>
        </w:rPr>
        <w:t xml:space="preserve">[37:07] </w:t>
      </w:r>
      <w:r>
        <w:t>hain, un ke paas ideology nahin.</w:t>
      </w:r>
    </w:p>
    <w:p>
      <w:pPr>
        <w:jc w:val="right"/>
      </w:pPr>
      <w:r>
        <w:t>ہیں، ان کے پاس آئیڈیالوجی نہیں۔</w:t>
      </w:r>
    </w:p>
    <w:p>
      <w:r>
        <w:rPr>
          <w:b/>
        </w:rPr>
        <w:t xml:space="preserve">[37:12] </w:t>
      </w:r>
      <w:r>
        <w:t>aur America ka jo believer hai, us ne jo suicide kar li, us ke paas ideology nahin.</w:t>
      </w:r>
    </w:p>
    <w:p>
      <w:pPr>
        <w:jc w:val="right"/>
      </w:pPr>
      <w:r>
        <w:t>اور امریکہ کا جو بیلیور ہے، اس نے جو سوسائیڈ کر لی، اس کے پاس آئیڈیالوجی نہیں۔</w:t>
      </w:r>
    </w:p>
    <w:p>
      <w:r>
        <w:rPr>
          <w:b/>
        </w:rPr>
        <w:t xml:space="preserve">[37:17] </w:t>
      </w:r>
      <w:r>
        <w:t>kaisi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[37:22] </w:t>
      </w:r>
      <w:r>
        <w:t>yani aaj hi ke paper mein aap dono cheezein dekh sakte hain.</w:t>
      </w:r>
    </w:p>
    <w:p>
      <w:pPr>
        <w:jc w:val="right"/>
      </w:pPr>
      <w:r>
        <w:t>یعنی آج ہی کے پیپر میں آپ دونوں چیزیں دیکھ سکتے ہیں۔</w:t>
      </w:r>
    </w:p>
    <w:p>
      <w:r>
        <w:rPr>
          <w:b/>
        </w:rPr>
        <w:t xml:space="preserve">[37:27] </w:t>
      </w:r>
      <w:r>
        <w:t>ke Egypt ke Muslim Islamists jo hain wahan ke, wo university ko jala rahe hain.</w:t>
      </w:r>
    </w:p>
    <w:p>
      <w:pPr>
        <w:jc w:val="right"/>
      </w:pPr>
      <w:r>
        <w:t>کہ ایجپٹ کے مسلم اسلامسٹ جو ہیں وہاں کے، وہ یونیورسٹی کو جلا رہے ہیں۔</w:t>
      </w:r>
    </w:p>
    <w:p>
      <w:r>
        <w:rPr>
          <w:b/>
        </w:rPr>
        <w:t xml:space="preserve">[37:32] </w:t>
      </w:r>
      <w:r>
        <w:t>aur police firing kar rahi hai, mar rahe hain.</w:t>
      </w:r>
    </w:p>
    <w:p>
      <w:pPr>
        <w:jc w:val="right"/>
      </w:pPr>
      <w:r>
        <w:t>اور پولیس فائرنگ کر رہی ہے، مر رہے ہیں۔</w:t>
      </w:r>
    </w:p>
    <w:p>
      <w:r>
        <w:rPr>
          <w:b/>
        </w:rPr>
        <w:t xml:space="preserve">[37:36] </w:t>
      </w:r>
      <w:r>
        <w:t>kyun? un ke paas ideology nahin.</w:t>
      </w:r>
    </w:p>
    <w:p>
      <w:pPr>
        <w:jc w:val="right"/>
      </w:pPr>
      <w:r>
        <w:t>کیوں؟ ان کے پاس آئیڈیالوجی نہیں۔</w:t>
      </w:r>
    </w:p>
    <w:p>
      <w:r>
        <w:rPr>
          <w:b/>
        </w:rPr>
        <w:t xml:space="preserve">[37:41] </w:t>
      </w:r>
      <w:r>
        <w:t>aur America ka believer jo hai, wo suicide kar raha hai.</w:t>
      </w:r>
    </w:p>
    <w:p>
      <w:pPr>
        <w:jc w:val="right"/>
      </w:pPr>
      <w:r>
        <w:t>اور امریکہ کا بیلیور جو ہے، وہ سوسائیڈ کر رہا ہے۔</w:t>
      </w:r>
    </w:p>
    <w:p>
      <w:r>
        <w:rPr>
          <w:b/>
        </w:rPr>
        <w:t xml:space="preserve">[37:46] </w:t>
      </w:r>
      <w:r>
        <w:t>kyun? us ke paas ideology nahin.</w:t>
      </w:r>
    </w:p>
    <w:p>
      <w:pPr>
        <w:jc w:val="right"/>
      </w:pPr>
      <w:r>
        <w:t>کیوں؟ اس کے پاس آئیڈیالوجی نہیں۔</w:t>
      </w:r>
    </w:p>
    <w:p>
      <w:r>
        <w:rPr>
          <w:b/>
        </w:rPr>
        <w:t xml:space="preserve">[37:51] </w:t>
      </w:r>
      <w:r>
        <w:t>yeh hai aaj ki duniya ki picture.</w:t>
      </w:r>
    </w:p>
    <w:p>
      <w:pPr>
        <w:jc w:val="right"/>
      </w:pPr>
      <w:r>
        <w:t>یہ ہے آج کی دنیا کی پکچر۔</w:t>
      </w:r>
    </w:p>
    <w:p>
      <w:r>
        <w:rPr>
          <w:b/>
        </w:rPr>
        <w:t xml:space="preserve">[37:56] </w:t>
      </w:r>
      <w:r>
        <w:t>to yeh jo CPS ka mission hai, wo isi liye hai ke hum duniya ko batayein.</w:t>
      </w:r>
    </w:p>
    <w:p>
      <w:pPr>
        <w:jc w:val="right"/>
      </w:pPr>
      <w:r>
        <w:t>تو یہ جو سی پی ایس کا مشن ہے، وہ اسی لیے ہے کہ ہم دنیا کو بتائیں۔</w:t>
      </w:r>
    </w:p>
    <w:p>
      <w:r>
        <w:rPr>
          <w:b/>
        </w:rPr>
        <w:t xml:space="preserve">[38:01] </w:t>
      </w:r>
      <w:r>
        <w:t>duniya ko roshni dikhayein.</w:t>
      </w:r>
    </w:p>
    <w:p>
      <w:pPr>
        <w:jc w:val="right"/>
      </w:pPr>
      <w:r>
        <w:t>دنیا کو روشنی دکھائیں۔</w:t>
      </w:r>
    </w:p>
    <w:p>
      <w:r>
        <w:rPr>
          <w:b/>
        </w:rPr>
        <w:t xml:space="preserve">[38:06] </w:t>
      </w:r>
      <w:r>
        <w:t>saare log roshni se mehroom hain.</w:t>
      </w:r>
    </w:p>
    <w:p>
      <w:pPr>
        <w:jc w:val="right"/>
      </w:pPr>
      <w:r>
        <w:t>سارے لوگ روشنی سے محروم ہیں۔</w:t>
      </w:r>
    </w:p>
    <w:p>
      <w:r>
        <w:rPr>
          <w:b/>
        </w:rPr>
        <w:t xml:space="preserve">[38:11] </w:t>
      </w:r>
      <w:r>
        <w:t>کچھ پتہ ہی نہیں لوگوں کو کہ کیسے زندگی کو explain کریں۔</w:t>
      </w:r>
    </w:p>
    <w:p>
      <w:pPr>
        <w:jc w:val="right"/>
      </w:pPr>
      <w:r>
        <w:t>کچھ پتہ ہی نہیں لوگوں کو کہ کیسے زندگی کو ایکسپلین کریں۔</w:t>
      </w:r>
    </w:p>
    <w:p>
      <w:r>
        <w:rPr>
          <w:b/>
        </w:rPr>
        <w:t xml:space="preserve">[38:16] </w:t>
      </w:r>
      <w:r>
        <w:t>mujh se ek sahab ne jo America mein rehte hain, unhone kaha ke wahan par chunke bohat</w:t>
      </w:r>
    </w:p>
    <w:p>
      <w:pPr>
        <w:jc w:val="right"/>
      </w:pPr>
      <w:r>
        <w:t>مجھ سے ایک صاحب نے جو امریکہ میں رہتے ہیں، انہوں نے کہا کہ وہاں پر چونکہ بہت</w:t>
      </w:r>
    </w:p>
    <w:p>
      <w:r>
        <w:rPr>
          <w:b/>
        </w:rPr>
        <w:t xml:space="preserve">[38:21] </w:t>
      </w:r>
      <w:r>
        <w:t>zyada logon ko stress hota hai, bohat stress hota hai.</w:t>
      </w:r>
    </w:p>
    <w:p>
      <w:pPr>
        <w:jc w:val="right"/>
      </w:pPr>
      <w:r>
        <w:t>زیادہ لوگوں کو اسٹریس ہوتا ہے، بہت اسٹریس ہوتا ہے۔</w:t>
      </w:r>
    </w:p>
    <w:p>
      <w:r>
        <w:rPr>
          <w:b/>
        </w:rPr>
        <w:t xml:space="preserve">[38:26] </w:t>
      </w:r>
      <w:r>
        <w:t>to logon ne kya hai nikala ke chutti ke dinon mein bahar jao, kahin outing karo.</w:t>
      </w:r>
    </w:p>
    <w:p>
      <w:pPr>
        <w:jc w:val="right"/>
      </w:pPr>
      <w:r>
        <w:t>تو لوگوں نے کیا ہے نکالا کہ چھٹی کے دنوں میں باہر جاؤ، کہیں آؤٹنگ کرو۔</w:t>
      </w:r>
    </w:p>
    <w:p>
      <w:r>
        <w:rPr>
          <w:b/>
        </w:rPr>
        <w:t xml:space="preserve">[38:31] </w:t>
      </w:r>
      <w:r>
        <w:t>wahan par kuch entertainment ho, entertainment ka saman ho, wahan par apne ko de-stress karo.</w:t>
      </w:r>
    </w:p>
    <w:p>
      <w:pPr>
        <w:jc w:val="right"/>
      </w:pPr>
      <w:r>
        <w:t>وہاں پر کچھ انٹرٹینمنٹ ہو، انٹرٹینمنٹ کا سامان ہو، وہاں پر اپنے کو ڈی اسٹریس کرو۔</w:t>
      </w:r>
    </w:p>
    <w:p>
      <w:r>
        <w:rPr>
          <w:b/>
        </w:rPr>
        <w:t xml:space="preserve">[38:36] </w:t>
      </w:r>
      <w:r>
        <w:t>de-stress karne ke liye outing.</w:t>
      </w:r>
    </w:p>
    <w:p>
      <w:pPr>
        <w:jc w:val="right"/>
      </w:pPr>
      <w:r>
        <w:t>ڈی اسٹریس کرنے کے لیے آؤٹنگ۔</w:t>
      </w:r>
    </w:p>
    <w:p>
      <w:r>
        <w:rPr>
          <w:b/>
        </w:rPr>
        <w:t xml:space="preserve">[38:41] </w:t>
      </w:r>
      <w:r>
        <w:t>holidays mein.</w:t>
      </w:r>
    </w:p>
    <w:p>
      <w:pPr>
        <w:jc w:val="right"/>
      </w:pPr>
      <w:r>
        <w:t>ہالی ڈیز میں۔</w:t>
      </w:r>
    </w:p>
    <w:p>
      <w:r>
        <w:rPr>
          <w:b/>
        </w:rPr>
        <w:t xml:space="preserve">[38:46] </w:t>
      </w:r>
      <w:r>
        <w:t>to wahan par ek wahan to aap jante hain ke companies hoti hain, har cheez is ka bhi</w:t>
      </w:r>
    </w:p>
    <w:p>
      <w:pPr>
        <w:jc w:val="right"/>
      </w:pPr>
      <w:r>
        <w:t>تو وہاں پر ایک وہاں تو آپ جانتے ہیں کہ کمپنیاں ہوتی ہیں، ہر چیز اس کا بھی</w:t>
      </w:r>
    </w:p>
    <w:p>
      <w:r>
        <w:rPr>
          <w:b/>
        </w:rPr>
        <w:t xml:space="preserve">[38:51] </w:t>
      </w:r>
      <w:r>
        <w:t>aik aik management ka mul nikal aya, bohat si companiyan manage karne lagen logon ke tour.</w:t>
      </w:r>
    </w:p>
    <w:p>
      <w:pPr>
        <w:jc w:val="right"/>
      </w:pPr>
      <w:r>
        <w:t>ایک ایک مینجمنٹ کا مل نکل آیا، بہت سی کمپنیاں مینج کرنے لگیں لوگوں کے ٹور۔</w:t>
      </w:r>
    </w:p>
    <w:p>
      <w:r>
        <w:rPr>
          <w:b/>
        </w:rPr>
        <w:t xml:space="preserve">[38:55] </w:t>
      </w:r>
      <w:r>
        <w:t>to unhon ne bataya ke ab kya hai logon ko ke holiday ke liye jate hain bahar,</w:t>
      </w:r>
    </w:p>
    <w:p>
      <w:pPr>
        <w:jc w:val="right"/>
      </w:pPr>
      <w:r>
        <w:t>تو انہوں نے بتایا کہ اب کیا ہے لوگوں کو کہ ہالی ڈے کے لیے جاتے ہیں باہر،</w:t>
      </w:r>
    </w:p>
    <w:p>
      <w:r>
        <w:rPr>
          <w:b/>
        </w:rPr>
        <w:t xml:space="preserve">[39:00] </w:t>
      </w:r>
      <w:r>
        <w:t>outing karte hain wahan par, wapas ate hain phir naya stress.</w:t>
      </w:r>
    </w:p>
    <w:p>
      <w:pPr>
        <w:jc w:val="right"/>
      </w:pPr>
      <w:r>
        <w:t>آؤٹنگ کرتے ہیں وہاں پر، واپس آتے ہیں پھر نیا اسٹریس۔</w:t>
      </w:r>
    </w:p>
    <w:p>
      <w:r>
        <w:rPr>
          <w:b/>
        </w:rPr>
        <w:t xml:space="preserve">[39:05] </w:t>
      </w:r>
      <w:r>
        <w:t>تو اب نیا ٹرم وہاں نکلا ہے، holiday stress۔</w:t>
      </w:r>
    </w:p>
    <w:p>
      <w:pPr>
        <w:jc w:val="right"/>
      </w:pPr>
      <w:r>
        <w:t>تو اب نیا ٹرم وہاں نکلا ہے، ہالی ڈے اسٹریس۔</w:t>
      </w:r>
    </w:p>
    <w:p>
      <w:r>
        <w:rPr>
          <w:b/>
        </w:rPr>
        <w:t xml:space="preserve">[39:10] </w:t>
      </w:r>
      <w:r>
        <w:t>holiday stress.</w:t>
      </w:r>
    </w:p>
    <w:p>
      <w:pPr>
        <w:jc w:val="right"/>
      </w:pPr>
      <w:r>
        <w:t>ہالی ڈے اسٹریس۔</w:t>
      </w:r>
    </w:p>
    <w:p>
      <w:r>
        <w:rPr>
          <w:b/>
        </w:rPr>
        <w:t xml:space="preserve">[39:15] </w:t>
      </w:r>
      <w:r>
        <w:t>یعنی یعنی اس بات کے یعنی pre-holiday بھی ایک اسٹریس ہے، اب post-holiday بھی</w:t>
      </w:r>
    </w:p>
    <w:p>
      <w:pPr>
        <w:jc w:val="right"/>
      </w:pPr>
      <w:r>
        <w:t>یعنی یعنی اس بات کے یعنی پری ہالی ڈے بھی ایک اسٹریس ہے، اب پوسٹ ہالی ڈے بھی</w:t>
      </w:r>
    </w:p>
    <w:p>
      <w:r>
        <w:rPr>
          <w:b/>
        </w:rPr>
        <w:t xml:space="preserve">[39:20] </w:t>
      </w:r>
      <w:r>
        <w:t>aik stress hai.</w:t>
      </w:r>
    </w:p>
    <w:p>
      <w:pPr>
        <w:jc w:val="right"/>
      </w:pPr>
      <w:r>
        <w:t>ایک اسٹریس ہے۔</w:t>
      </w:r>
    </w:p>
    <w:p>
      <w:r>
        <w:rPr>
          <w:b/>
        </w:rPr>
        <w:t xml:space="preserve">[39:25] </w:t>
      </w:r>
      <w:r>
        <w:t>beech mein insan hai.</w:t>
      </w:r>
    </w:p>
    <w:p>
      <w:pPr>
        <w:jc w:val="right"/>
      </w:pPr>
      <w:r>
        <w:t>بیچ میں انسان ہے۔</w:t>
      </w:r>
    </w:p>
    <w:p>
      <w:r>
        <w:rPr>
          <w:b/>
        </w:rPr>
        <w:t xml:space="preserve">[39:30] </w:t>
      </w:r>
      <w:r>
        <w:t>تو دنیا بھر میں جو سب سے بڑا مسئلہ اس وقت ہے کہ لوگ tension میں بھی جیتے</w:t>
      </w:r>
    </w:p>
    <w:p>
      <w:pPr>
        <w:jc w:val="right"/>
      </w:pPr>
      <w:r>
        <w:t>تو دنیا بھر میں جو سب سے بڑا مسئلہ اس وقت ہے کہ لوگ ٹینشن میں بھی جیتے</w:t>
      </w:r>
    </w:p>
    <w:p>
      <w:r>
        <w:rPr>
          <w:b/>
        </w:rPr>
        <w:t xml:space="preserve">[39:35] </w:t>
      </w:r>
      <w:r>
        <w:t>hain, in ko peace of mind nahi.</w:t>
      </w:r>
    </w:p>
    <w:p>
      <w:pPr>
        <w:jc w:val="right"/>
      </w:pPr>
      <w:r>
        <w:t>ہیں، ان کو پیس آف مائنڈ نہیں۔</w:t>
      </w:r>
    </w:p>
    <w:p>
      <w:r>
        <w:rPr>
          <w:b/>
        </w:rPr>
        <w:t xml:space="preserve">[39:40] </w:t>
      </w:r>
      <w:r>
        <w:t>اس کی وجہ کیا ہے؟ ان کے پاس right ideology نہیں۔</w:t>
      </w:r>
    </w:p>
    <w:p>
      <w:pPr>
        <w:jc w:val="right"/>
      </w:pPr>
      <w:r>
        <w:t>اس کی وجہ کیا ہے؟ ان کے پاس رائٹ آئیڈیالوجی نہیں۔</w:t>
      </w:r>
    </w:p>
    <w:p>
      <w:r>
        <w:rPr>
          <w:b/>
        </w:rPr>
        <w:t xml:space="preserve">[39:45] </w:t>
      </w:r>
      <w:r>
        <w:t>right ideology nahi hai.</w:t>
      </w:r>
    </w:p>
    <w:p>
      <w:pPr>
        <w:jc w:val="right"/>
      </w:pPr>
      <w:r>
        <w:t>رائٹ آئیڈیالوجی نہیں ہے۔</w:t>
      </w:r>
    </w:p>
    <w:p>
      <w:r>
        <w:rPr>
          <w:b/>
        </w:rPr>
        <w:t xml:space="preserve">[39:50] </w:t>
      </w:r>
      <w:r>
        <w:t>main Allah ke fazl se aap dekhen, mujhe mein tension free rehta hoon.</w:t>
      </w:r>
    </w:p>
    <w:p>
      <w:pPr>
        <w:jc w:val="right"/>
      </w:pPr>
      <w:r>
        <w:t>میں اللہ کے فضل سے آپ دیکھیں، مجھے میں ٹینشن فری رہتا ہوں۔</w:t>
      </w:r>
    </w:p>
    <w:p>
      <w:r>
        <w:rPr>
          <w:b/>
        </w:rPr>
        <w:t xml:space="preserve">[39:55] </w:t>
      </w:r>
      <w:r>
        <w:t>mujhe koi tension nahi, koi stress nahi.</w:t>
      </w:r>
    </w:p>
    <w:p>
      <w:pPr>
        <w:jc w:val="right"/>
      </w:pPr>
      <w:r>
        <w:t>مجھے کوئی ٹینشن نہیں، کوئی اسٹریس نہیں۔</w:t>
      </w:r>
    </w:p>
    <w:p>
      <w:r>
        <w:rPr>
          <w:b/>
        </w:rPr>
        <w:t xml:space="preserve">[40:00] </w:t>
      </w:r>
      <w:r>
        <w:t>کیونکہ میرے پاس right ideology ہے۔</w:t>
      </w:r>
    </w:p>
    <w:p>
      <w:pPr>
        <w:jc w:val="right"/>
      </w:pPr>
      <w:r>
        <w:t>کیونکہ میرے پاس رائٹ آئیڈیالوجی ہے۔</w:t>
      </w:r>
    </w:p>
    <w:p>
      <w:r>
        <w:rPr>
          <w:b/>
        </w:rPr>
        <w:t xml:space="preserve">[40:05] </w:t>
      </w:r>
      <w:r>
        <w:t>main janta hoon ke main zinda kis liye hoon, maron ga to kis liye maron ga.</w:t>
      </w:r>
    </w:p>
    <w:p>
      <w:pPr>
        <w:jc w:val="right"/>
      </w:pPr>
      <w:r>
        <w:t>میں جانتا ہوں کہ میں زندہ کس لیے ہوں، مروں گا تو کس لیے مروں گا۔</w:t>
      </w:r>
    </w:p>
    <w:p>
      <w:r>
        <w:rPr>
          <w:b/>
        </w:rPr>
        <w:t xml:space="preserve">[40:10] </w:t>
      </w:r>
      <w:r>
        <w:t>What is pre-death?</w:t>
      </w:r>
    </w:p>
    <w:p>
      <w:pPr>
        <w:jc w:val="right"/>
      </w:pPr>
      <w:r>
        <w:t>What is pre-death?</w:t>
      </w:r>
    </w:p>
    <w:p>
      <w:r>
        <w:rPr>
          <w:b/>
        </w:rPr>
        <w:t xml:space="preserve">[40:15] </w:t>
      </w:r>
      <w:r>
        <w:t>What is post-death? What is in the pre-death period? What is in the post-death period?</w:t>
      </w:r>
    </w:p>
    <w:p>
      <w:pPr>
        <w:jc w:val="right"/>
      </w:pPr>
      <w:r>
        <w:t>What is post-death? What is in the pre-death period? What is in the post-death period?</w:t>
      </w:r>
    </w:p>
    <w:p>
      <w:r>
        <w:rPr>
          <w:b/>
        </w:rPr>
        <w:t xml:space="preserve">[40:23] </w:t>
      </w:r>
      <w:r>
        <w:t>mujhe khabar hai dono ki.</w:t>
      </w:r>
    </w:p>
    <w:p>
      <w:pPr>
        <w:jc w:val="right"/>
      </w:pPr>
      <w:r>
        <w:t>مجھے خبر ہے دونوں کی۔</w:t>
      </w:r>
    </w:p>
    <w:p>
      <w:r>
        <w:rPr>
          <w:b/>
        </w:rPr>
        <w:t xml:space="preserve">[40:25] </w:t>
      </w:r>
      <w:r>
        <w:t>to mujhe mein Allah ke fazl se bilkul tension free rehta hoon.</w:t>
      </w:r>
    </w:p>
    <w:p>
      <w:pPr>
        <w:jc w:val="right"/>
      </w:pPr>
      <w:r>
        <w:t>تو مجھے میں اللہ کے فضل سے بالکل ٹینشن فری رہتا ہوں۔</w:t>
      </w:r>
    </w:p>
    <w:p>
      <w:r>
        <w:rPr>
          <w:b/>
        </w:rPr>
        <w:t xml:space="preserve">[40:30] </w:t>
      </w:r>
      <w:r>
        <w:t>to jab tak insan ko aap aisi ideology na dein jis se woh apni sari baaton ko explain</w:t>
      </w:r>
    </w:p>
    <w:p>
      <w:pPr>
        <w:jc w:val="right"/>
      </w:pPr>
      <w:r>
        <w:t>تو جب تک انسان کو آپ ایسی آئیڈیالوجی نہ دیں جس سے وہ اپنی ساری باتوں کو ایکسپلین</w:t>
      </w:r>
    </w:p>
    <w:p>
      <w:r>
        <w:rPr>
          <w:b/>
        </w:rPr>
        <w:t xml:space="preserve">[40:38] </w:t>
      </w:r>
      <w:r>
        <w:t>kar sake.</w:t>
      </w:r>
    </w:p>
    <w:p>
      <w:pPr>
        <w:jc w:val="right"/>
      </w:pPr>
      <w:r>
        <w:t>کر سکے۔</w:t>
      </w:r>
    </w:p>
    <w:p>
      <w:r>
        <w:rPr>
          <w:b/>
        </w:rPr>
        <w:t xml:space="preserve">[40:39] </w:t>
      </w:r>
      <w:r>
        <w:t>yani hamara paida hona, yeh dunya mein rehna, aur tarah tarah ke experience hona, ab ups and downs</w:t>
      </w:r>
    </w:p>
    <w:p>
      <w:pPr>
        <w:jc w:val="right"/>
      </w:pPr>
      <w:r>
        <w:t>یعنی ہمارا پیدا ہونا، یہ دنیا میں رہنا، اور طرح طرح کے ایکسپیرئینس ہونا، اب اپس اینڈ ڈاؤنز</w:t>
      </w:r>
    </w:p>
    <w:p>
      <w:r>
        <w:rPr>
          <w:b/>
        </w:rPr>
        <w:t xml:space="preserve">[40:47] </w:t>
      </w:r>
      <w:r>
        <w:t>pesh aana, bohat sare waqiat hote hain aap jante hain.</w:t>
      </w:r>
    </w:p>
    <w:p>
      <w:pPr>
        <w:jc w:val="right"/>
      </w:pPr>
      <w:r>
        <w:t>پیش آنا، بہت سارے واقعات ہوتے ہیں آپ جانتے ہیں۔</w:t>
      </w:r>
    </w:p>
    <w:p>
      <w:r>
        <w:rPr>
          <w:b/>
        </w:rPr>
        <w:t xml:space="preserve">[40:51] </w:t>
      </w:r>
      <w:r>
        <w:t>in sab ko jab tak aap explain na kar sakein, maut kya hai, maut se pehle kya hai,</w:t>
      </w:r>
    </w:p>
    <w:p>
      <w:pPr>
        <w:jc w:val="right"/>
      </w:pPr>
      <w:r>
        <w:t>ان سب کو جب تک آپ ایکسپلین نہ کر سکیں، موت کیا ہے، موت سے پہلے کیا ہے،</w:t>
      </w:r>
    </w:p>
    <w:p>
      <w:r>
        <w:rPr>
          <w:b/>
        </w:rPr>
        <w:t xml:space="preserve">[40:59] </w:t>
      </w:r>
      <w:r>
        <w:t>maut ke baad kya hai, in sab cheezon ko jab tak aap explain na kar sakein, tab tak</w:t>
      </w:r>
    </w:p>
    <w:p>
      <w:pPr>
        <w:jc w:val="right"/>
      </w:pPr>
      <w:r>
        <w:t>موت کے بعد کیا ہے، ان سب چیزوں کو جب تک آپ ایکسپلین نہ کر سکیں، تب تک</w:t>
      </w:r>
    </w:p>
    <w:p>
      <w:r>
        <w:rPr>
          <w:b/>
        </w:rPr>
        <w:t xml:space="preserve">[41:06] </w:t>
      </w:r>
      <w:r>
        <w:t>آپ کو کبھی بھی peace of mind نہیں مل سکتا۔</w:t>
      </w:r>
    </w:p>
    <w:p>
      <w:pPr>
        <w:jc w:val="right"/>
      </w:pPr>
      <w:r>
        <w:t>آپ کو کبھی بھی پیس آف مائنڈ نہیں مل سکتا۔</w:t>
      </w:r>
    </w:p>
    <w:p>
      <w:r>
        <w:rPr>
          <w:b/>
        </w:rPr>
        <w:t xml:space="preserve">[41:11] </w:t>
      </w:r>
      <w:r>
        <w:t>yeh kuch log meditation karte hain, meditation kahin tanhaiyon mein ja kar, jungle mein ja kar, paharon mein</w:t>
      </w:r>
    </w:p>
    <w:p>
      <w:pPr>
        <w:jc w:val="right"/>
      </w:pPr>
      <w:r>
        <w:t>یہ کچھ لوگ میڈیٹیشن کرتے ہیں، میڈیٹیشن کہیں تنہائیوں میں جا کر، جنگل میں جا کر، پہاڑوں میں</w:t>
      </w:r>
    </w:p>
    <w:p>
      <w:r>
        <w:rPr>
          <w:b/>
        </w:rPr>
        <w:t xml:space="preserve">[41:18] </w:t>
      </w:r>
      <w:r>
        <w:t>جا کر، اس سے آپ کو نہیں ملے گا آپ کو peace of mind.</w:t>
      </w:r>
    </w:p>
    <w:p>
      <w:pPr>
        <w:jc w:val="right"/>
      </w:pPr>
      <w:r>
        <w:t>جا کر، اس سے آپ کو نہیں ملے گا آپ کو پیس آف مائنڈ۔</w:t>
      </w:r>
    </w:p>
    <w:p>
      <w:r>
        <w:rPr>
          <w:b/>
        </w:rPr>
        <w:t xml:space="preserve">[41:24] </w:t>
      </w:r>
      <w:r>
        <w:t>aik sahib ne mujhe apna qissa bataya ke woh seeker the, un ko talash thi ke haqeeqat kya</w:t>
      </w:r>
    </w:p>
    <w:p>
      <w:pPr>
        <w:jc w:val="right"/>
      </w:pPr>
      <w:r>
        <w:t>ایک صاحب نے مجھے اپنا قصہ بتایا کہ وہ سیکر تھے، ان کو تلاش تھی کہ حقیقت کیا</w:t>
      </w:r>
    </w:p>
    <w:p>
      <w:r>
        <w:rPr>
          <w:b/>
        </w:rPr>
        <w:t xml:space="preserve">[41:32]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[41:34] </w:t>
      </w:r>
      <w:r>
        <w:t>to hamare pahar mein chale gaye woh.</w:t>
      </w:r>
    </w:p>
    <w:p>
      <w:pPr>
        <w:jc w:val="right"/>
      </w:pPr>
      <w:r>
        <w:t>تو ہمارے پہاڑ میں چلے گئے وہ۔</w:t>
      </w:r>
    </w:p>
    <w:p>
      <w:r>
        <w:rPr>
          <w:b/>
        </w:rPr>
        <w:t xml:space="preserve">[41:37] </w:t>
      </w:r>
      <w:r>
        <w:t>bilkul woh woh ban gaye, yani hermit ban gaye.</w:t>
      </w:r>
    </w:p>
    <w:p>
      <w:pPr>
        <w:jc w:val="right"/>
      </w:pPr>
      <w:r>
        <w:t>بالکل وہ وہ بن گئے، یعنی ہربٹ بن گئے۔</w:t>
      </w:r>
    </w:p>
    <w:p>
      <w:r>
        <w:rPr>
          <w:b/>
        </w:rPr>
        <w:t xml:space="preserve">[41:41] </w:t>
      </w:r>
      <w:r>
        <w:t>to kahe unhone kaha ke aik din mein, ab Allah ke fazl se hamare mission mein jur</w:t>
      </w:r>
    </w:p>
    <w:p>
      <w:pPr>
        <w:jc w:val="right"/>
      </w:pPr>
      <w:r>
        <w:t>تو کہے انہوں نے کہا کہ ایک دن میں، اب اللہ کے فضل سے ہمارے مشن میں جڑ</w:t>
      </w:r>
    </w:p>
    <w:p>
      <w:r>
        <w:rPr>
          <w:b/>
        </w:rPr>
        <w:t xml:space="preserve">[41:48] </w:t>
      </w:r>
      <w:r>
        <w:t>gaye hain woh, to us us us waqt ki baat kar raha hoon jab un ka jab woh</w:t>
      </w:r>
    </w:p>
    <w:p>
      <w:pPr>
        <w:jc w:val="right"/>
      </w:pPr>
      <w:r>
        <w:t>گئے ہیں وہ، تو اس اس اس وقت کی بات کر رہا ہوں جب ان کا جب وہ</w:t>
      </w:r>
    </w:p>
    <w:p>
      <w:r>
        <w:rPr>
          <w:b/>
        </w:rPr>
        <w:t xml:space="preserve">[41:56] </w:t>
      </w:r>
      <w:r>
        <w:t>seeker bane hue the.</w:t>
      </w:r>
    </w:p>
    <w:p>
      <w:pPr>
        <w:jc w:val="right"/>
      </w:pPr>
      <w:r>
        <w:t>سیکر بنے ہوئے تھے۔</w:t>
      </w:r>
    </w:p>
    <w:p>
      <w:r>
        <w:rPr>
          <w:b/>
        </w:rPr>
        <w:t xml:space="preserve">[41:58] </w:t>
      </w:r>
      <w:r>
        <w:t>ek din woh himalaya mein kahin kisi maqam par baithe hue the, subah ko unhon ne dekha ke</w:t>
      </w:r>
    </w:p>
    <w:p>
      <w:pPr>
        <w:jc w:val="right"/>
      </w:pPr>
      <w:r>
        <w:t>ایک دن وہ ہمالیہ میں کہیں کسی مقام پر بیٹھے ہوئے تھے، صبح کو انہوں نے دیکھا کہ</w:t>
      </w:r>
    </w:p>
    <w:p>
      <w:r>
        <w:rPr>
          <w:b/>
        </w:rPr>
        <w:t xml:space="preserve">[42:05] </w:t>
      </w:r>
      <w:r>
        <w:t>sooraj nikla.</w:t>
      </w:r>
    </w:p>
    <w:p>
      <w:pPr>
        <w:jc w:val="right"/>
      </w:pPr>
      <w:r>
        <w:t>سورج نکلا۔</w:t>
      </w:r>
    </w:p>
    <w:p>
      <w:r>
        <w:rPr>
          <w:b/>
        </w:rPr>
        <w:t xml:space="preserve">[42:07] </w:t>
      </w:r>
      <w:r>
        <w:t>sooraj nikla.</w:t>
      </w:r>
    </w:p>
    <w:p>
      <w:pPr>
        <w:jc w:val="right"/>
      </w:pPr>
      <w:r>
        <w:t>سورج نکلا۔</w:t>
      </w:r>
    </w:p>
    <w:p>
      <w:r>
        <w:rPr>
          <w:b/>
        </w:rPr>
        <w:t xml:space="preserve">[42:08] </w:t>
      </w:r>
      <w:r>
        <w:t>to isi zamane mein unhon ne hamari kitab mein parha tha, God Arises mein, ke sooraj jo hai</w:t>
      </w:r>
    </w:p>
    <w:p>
      <w:pPr>
        <w:jc w:val="right"/>
      </w:pPr>
      <w:r>
        <w:t>تو اسی زمانے میں انہوں نے ہماری کتاب میں پڑھا تھا، گاڈ ارائزز میں، کہ سورج جو ہے</w:t>
      </w:r>
    </w:p>
    <w:p>
      <w:r>
        <w:rPr>
          <w:b/>
        </w:rPr>
        <w:t xml:space="preserve">[42:16] </w:t>
      </w:r>
      <w:r>
        <w:t>bohat hi zyada, yaani is ka jo is ka distance hai, bohat hi right distance par hai woh.</w:t>
      </w:r>
    </w:p>
    <w:p>
      <w:pPr>
        <w:jc w:val="right"/>
      </w:pPr>
      <w:r>
        <w:t>بہت ہی زیادہ، یعنی اس کا جو اس کا ڈسٹنس ہے، بہت ہی رائٹ ڈسٹنس پر ہے وہ۔</w:t>
      </w:r>
    </w:p>
    <w:p>
      <w:r>
        <w:rPr>
          <w:b/>
        </w:rPr>
        <w:t xml:space="preserve">[42:24] </w:t>
      </w:r>
      <w:r>
        <w:t>agar woh yaani zameen se aur sooraj ka jo distance hai woh aadha kam ho jaye, aadha kam</w:t>
      </w:r>
    </w:p>
    <w:p>
      <w:pPr>
        <w:jc w:val="right"/>
      </w:pPr>
      <w:r>
        <w:t>اگر وہ یعنی زمین سے اور سورج کا جو ڈسٹنس ہے وہ آدھا کم ہو جائے، آدھا کم</w:t>
      </w:r>
    </w:p>
    <w:p>
      <w:r>
        <w:rPr>
          <w:b/>
        </w:rPr>
        <w:t xml:space="preserve">[42:32] </w:t>
      </w:r>
      <w:r>
        <w:t>ho jaye.</w:t>
      </w:r>
    </w:p>
    <w:p>
      <w:pPr>
        <w:jc w:val="right"/>
      </w:pPr>
      <w:r>
        <w:t>ہو جائے۔</w:t>
      </w:r>
    </w:p>
    <w:p>
      <w:r>
        <w:rPr>
          <w:b/>
        </w:rPr>
        <w:t xml:space="preserve">[42:33] </w:t>
      </w:r>
      <w:r>
        <w:t>is waqt zameen se sooraj nau crore tees lakh meel door hai.</w:t>
      </w:r>
    </w:p>
    <w:p>
      <w:pPr>
        <w:jc w:val="right"/>
      </w:pPr>
      <w:r>
        <w:t>اس وقت زمین سے سورج نو کروڑ تیس لاکھ میل دور ہے۔</w:t>
      </w:r>
    </w:p>
    <w:p>
      <w:r>
        <w:rPr>
          <w:b/>
        </w:rPr>
        <w:t xml:space="preserve">[42:38] </w:t>
      </w:r>
      <w:r>
        <w:t>agar is ka aadha kam ho jaye to kya hoga? zameen mein itni garmi hogi ke hum sab</w:t>
      </w:r>
    </w:p>
    <w:p>
      <w:pPr>
        <w:jc w:val="right"/>
      </w:pPr>
      <w:r>
        <w:t>اگر اس کا آدھا کم ہو جائے تو کیا ہوگا؟ زمین میں اتنی گرمی ہوگی کہ ہم سب</w:t>
      </w:r>
    </w:p>
    <w:p>
      <w:r>
        <w:rPr>
          <w:b/>
        </w:rPr>
        <w:t xml:space="preserve">[42:46] </w:t>
      </w:r>
      <w:r>
        <w:t>jal jayenge.</w:t>
      </w:r>
    </w:p>
    <w:p>
      <w:pPr>
        <w:jc w:val="right"/>
      </w:pPr>
      <w:r>
        <w:t>جل جائیں گے۔</w:t>
      </w:r>
    </w:p>
    <w:p>
      <w:r>
        <w:rPr>
          <w:b/>
        </w:rPr>
        <w:t xml:space="preserve">[42:47] </w:t>
      </w:r>
      <w:r>
        <w:t>aur aadha zyada ho jaye, double ho jaye to itna thanda hoga ke hum sab barf ho jayenge</w:t>
      </w:r>
    </w:p>
    <w:p>
      <w:pPr>
        <w:jc w:val="right"/>
      </w:pPr>
      <w:r>
        <w:t>اور آدھا زیادہ ہو جائے، ڈبل ہو جائے تو اتنا ٹھنڈا ہوگا کہ ہم سب برف ہو جائیں</w:t>
      </w:r>
    </w:p>
    <w:p>
      <w:r>
        <w:rPr>
          <w:b/>
        </w:rPr>
        <w:t xml:space="preserve">[42:55] </w:t>
      </w:r>
      <w:r>
        <w:t>gaye.</w:t>
      </w:r>
    </w:p>
    <w:p>
      <w:pPr>
        <w:jc w:val="right"/>
      </w:pPr>
      <w:r>
        <w:t>گے۔</w:t>
      </w:r>
    </w:p>
    <w:p>
      <w:r>
        <w:rPr>
          <w:b/>
        </w:rPr>
        <w:t xml:space="preserve">[42:57] </w:t>
      </w:r>
      <w:r>
        <w:t>yeh hamari kitab mein parha tha unhon ne.</w:t>
      </w:r>
    </w:p>
    <w:p>
      <w:pPr>
        <w:jc w:val="right"/>
      </w:pPr>
      <w:r>
        <w:t>یہ ہماری کتاب میں پڑھا تھا انہوں نے۔</w:t>
      </w:r>
    </w:p>
    <w:p>
      <w:r>
        <w:rPr>
          <w:b/>
        </w:rPr>
        <w:t xml:space="preserve">[43:00] </w:t>
      </w:r>
      <w:r>
        <w:t>yeh woh is waqt woh yaad aya.</w:t>
      </w:r>
    </w:p>
    <w:p>
      <w:pPr>
        <w:jc w:val="right"/>
      </w:pPr>
      <w:r>
        <w:t>یہ وہ اس وقت وہ یاد آیا۔</w:t>
      </w:r>
    </w:p>
    <w:p>
      <w:r>
        <w:rPr>
          <w:b/>
        </w:rPr>
        <w:t xml:space="preserve">[43:03] </w:t>
      </w:r>
      <w:r>
        <w:t>to unhon ne kaha ke yeh itna right placement kaise hai? yeh sahi location kaise hai is ka?</w:t>
      </w:r>
    </w:p>
    <w:p>
      <w:pPr>
        <w:jc w:val="right"/>
      </w:pPr>
      <w:r>
        <w:t>تو انہوں نے کہا کہ یہ اتنا رائٹ پلیسمنٹ کیسے ہے؟ یہ صحیح لوکیشن کیسے ہے اس کا؟</w:t>
      </w:r>
    </w:p>
    <w:p>
      <w:r>
        <w:rPr>
          <w:b/>
        </w:rPr>
        <w:t xml:space="preserve">[43:11] </w:t>
      </w:r>
      <w:r>
        <w:t>sahi jagah par kaise woh rakha gaya hai sooraj? na kam na zyada.</w:t>
      </w:r>
    </w:p>
    <w:p>
      <w:pPr>
        <w:jc w:val="right"/>
      </w:pPr>
      <w:r>
        <w:t>صحیح جگہ پر کیسے وہ رکھا گیا ہے سورج؟ نہ کم نہ زیادہ۔</w:t>
      </w:r>
    </w:p>
    <w:p>
      <w:r>
        <w:rPr>
          <w:b/>
        </w:rPr>
        <w:t xml:space="preserve">[43:16] </w:t>
      </w:r>
      <w:r>
        <w:t>to phir unhon ne aur kitabein parhin.</w:t>
      </w:r>
    </w:p>
    <w:p>
      <w:pPr>
        <w:jc w:val="right"/>
      </w:pPr>
      <w:r>
        <w:t>تو پھر انہوں نے اور کتابیں پڑھیں۔</w:t>
      </w:r>
    </w:p>
    <w:p>
      <w:r>
        <w:rPr>
          <w:b/>
        </w:rPr>
        <w:t xml:space="preserve">[43:19] </w:t>
      </w:r>
      <w:r>
        <w:t>to phir un ko yaani discovery ho gayi ke haan koi Khuda hai.</w:t>
      </w:r>
    </w:p>
    <w:p>
      <w:pPr>
        <w:jc w:val="right"/>
      </w:pPr>
      <w:r>
        <w:t>تو پھر ان کو یعنی ڈسکوری ہو گئی کہ ہاں کوئی خدا ہے۔</w:t>
      </w:r>
    </w:p>
    <w:p>
      <w:r>
        <w:rPr>
          <w:b/>
        </w:rPr>
        <w:t xml:space="preserve">[43:25] </w:t>
      </w:r>
      <w:r>
        <w:t>aur phir Allah ke fazl se woh hamare mission mein jud gaye hain woh.</w:t>
      </w:r>
    </w:p>
    <w:p>
      <w:pPr>
        <w:jc w:val="right"/>
      </w:pPr>
      <w:r>
        <w:t>اور پھر اللہ کے فضل سے وہ ہمارے مشن میں جڑ گئے ہیں وہ۔</w:t>
      </w:r>
    </w:p>
    <w:p>
      <w:r>
        <w:rPr>
          <w:b/>
        </w:rPr>
        <w:t xml:space="preserve">[43:31] </w:t>
      </w:r>
      <w:r>
        <w:t>to ideology ke baghair jee rahe the pehle woh.</w:t>
      </w:r>
    </w:p>
    <w:p>
      <w:pPr>
        <w:jc w:val="right"/>
      </w:pPr>
      <w:r>
        <w:t>تو آئیڈیالوجی کے بغیر جی رہے تھے پہلے وہ۔</w:t>
      </w:r>
    </w:p>
    <w:p>
      <w:r>
        <w:rPr>
          <w:b/>
        </w:rPr>
        <w:t xml:space="preserve">[43:35] </w:t>
      </w:r>
      <w:r>
        <w:t>to pareshan the.</w:t>
      </w:r>
    </w:p>
    <w:p>
      <w:pPr>
        <w:jc w:val="right"/>
      </w:pPr>
      <w:r>
        <w:t>تو پریشان تھے۔</w:t>
      </w:r>
    </w:p>
    <w:p>
      <w:r>
        <w:rPr>
          <w:b/>
        </w:rPr>
        <w:t xml:space="preserve">[43:36] </w:t>
      </w:r>
      <w:r>
        <w:t>اب جب ideology مل گئی ہے تو ان کو peace of mind حاصل ہو گیا۔</w:t>
      </w:r>
    </w:p>
    <w:p>
      <w:pPr>
        <w:jc w:val="right"/>
      </w:pPr>
      <w:r>
        <w:t>اب جب آئیڈیالوجی مل گئی ہے تو ان کو پیس آف مائنڈ نازل ہو گیا۔</w:t>
      </w:r>
    </w:p>
    <w:p>
      <w:r>
        <w:rPr>
          <w:b/>
        </w:rPr>
        <w:t xml:space="preserve">[43:43] </w:t>
      </w:r>
      <w:r>
        <w:t>to isi liye main kehta hoon ke is waqt dunya mein sab se bari cheez jo dene ki</w:t>
      </w:r>
    </w:p>
    <w:p>
      <w:pPr>
        <w:jc w:val="right"/>
      </w:pPr>
      <w:r>
        <w:t>تو اسی لیے میں کہتا ہوں کہ اس وقت دنیا میں سب سے بڑی چیز جو دینے کی</w:t>
      </w:r>
    </w:p>
    <w:p>
      <w:r>
        <w:rPr>
          <w:b/>
        </w:rPr>
        <w:t xml:space="preserve">[43:50] </w:t>
      </w:r>
      <w:r>
        <w:t>hai woh hai right ideology.</w:t>
      </w:r>
    </w:p>
    <w:p>
      <w:pPr>
        <w:jc w:val="right"/>
      </w:pPr>
      <w:r>
        <w:t>ہے وہ ہے رائٹ آئیڈیالوجی۔</w:t>
      </w:r>
    </w:p>
    <w:p>
      <w:r>
        <w:rPr>
          <w:b/>
        </w:rPr>
        <w:t xml:space="preserve">[43:53] </w:t>
      </w:r>
      <w:r>
        <w:t>ideology of life.</w:t>
      </w:r>
    </w:p>
    <w:p>
      <w:pPr>
        <w:jc w:val="right"/>
      </w:pPr>
      <w:r>
        <w:t>آئیڈیالوجی آف لائف۔</w:t>
      </w:r>
    </w:p>
    <w:p>
      <w:r>
        <w:rPr>
          <w:b/>
        </w:rPr>
        <w:t xml:space="preserve">[43:54] </w:t>
      </w:r>
      <w:r>
        <w:t>to hum Allah ke fazl se isi ke liye kaam kar rahe hain.</w:t>
      </w:r>
    </w:p>
    <w:p>
      <w:pPr>
        <w:jc w:val="right"/>
      </w:pPr>
      <w:r>
        <w:t>تو ہم اللہ کے فضل سے اسی کے لیے کام کر رہے ہیں۔</w:t>
      </w:r>
    </w:p>
    <w:p>
      <w:r>
        <w:rPr>
          <w:b/>
        </w:rPr>
        <w:t xml:space="preserve">[44:00] </w:t>
      </w:r>
      <w:r>
        <w:t>aur meri dua hai ke Allah taala hamare sathiyon ko, Allah taala madad farmaye.</w:t>
      </w:r>
    </w:p>
    <w:p>
      <w:pPr>
        <w:jc w:val="right"/>
      </w:pPr>
      <w:r>
        <w:t>اور میری دعا ہے کہ اللہ تعالیٰ ہمارے ساتھیوں کو، اللہ تعالیٰ مدد فرمائے۔</w:t>
      </w:r>
    </w:p>
    <w:p>
      <w:r>
        <w:rPr>
          <w:b/>
        </w:rPr>
        <w:t xml:space="preserve">[44:06] </w:t>
      </w:r>
      <w:r>
        <w:t>hamare sathiyon jo Allah ke fazl se dunya ke har hisse mein kaam kar rahe hain, to main</w:t>
      </w:r>
    </w:p>
    <w:p>
      <w:pPr>
        <w:jc w:val="right"/>
      </w:pPr>
      <w:r>
        <w:t>ہمارے ساتھی جو اللہ کے فضل سے دنیا کے ہر حصے میں کام کر رہے ہیں، تو میں</w:t>
      </w:r>
    </w:p>
    <w:p>
      <w:r>
        <w:rPr>
          <w:b/>
        </w:rPr>
        <w:t xml:space="preserve">[44:13] </w:t>
      </w:r>
      <w:r>
        <w:t>un sab ke liye dua karta hoon ke un ko Allah ki zyada se zyada madad mile.</w:t>
      </w:r>
    </w:p>
    <w:p>
      <w:pPr>
        <w:jc w:val="right"/>
      </w:pPr>
      <w:r>
        <w:t>ان سب کے لیے دعا کرتا ہوں کہ ان کو اللہ کی زیادہ سے زیادہ مدد ملے۔</w:t>
      </w:r>
    </w:p>
    <w:p>
      <w:r>
        <w:rPr>
          <w:b/>
        </w:rPr>
        <w:t xml:space="preserve">[44:21] </w:t>
      </w:r>
      <w:r>
        <w:t>tahke woh is kaam ko phailayein.</w:t>
      </w:r>
    </w:p>
    <w:p>
      <w:pPr>
        <w:jc w:val="right"/>
      </w:pPr>
      <w:r>
        <w:t>تاکہ وہ اس کام کو پھیلائیں۔</w:t>
      </w:r>
    </w:p>
    <w:p>
      <w:r>
        <w:rPr>
          <w:b/>
        </w:rPr>
        <w:t xml:space="preserve">[44:23] </w:t>
      </w:r>
      <w:r>
        <w:t>aur dunya ko bata sakein ke zindagi ki right ideology kya hai.</w:t>
      </w:r>
    </w:p>
    <w:p>
      <w:pPr>
        <w:jc w:val="right"/>
      </w:pPr>
      <w:r>
        <w:t>اور دنیا کو بتا سکیں کہ زندگی کی رائٹ آئیڈیالوجی کیا ہے۔</w:t>
      </w:r>
    </w:p>
    <w:p>
      <w:r>
        <w:rPr>
          <w:b/>
        </w:rPr>
        <w:t xml:space="preserve">[44:28] </w:t>
      </w:r>
      <w:r>
        <w:t>tahke dunya ko peace of mind mile.</w:t>
      </w:r>
    </w:p>
    <w:p>
      <w:pPr>
        <w:jc w:val="right"/>
      </w:pPr>
      <w:r>
        <w:t>تاکہ دنیا کو پیس آف مائنڈ ملے۔</w:t>
      </w:r>
    </w:p>
    <w:p>
      <w:r>
        <w:rPr>
          <w:b/>
        </w:rPr>
        <w:t xml:space="preserve">[44:31] </w:t>
      </w:r>
      <w:r>
        <w:t>apni energy ko, apne time ko, apne paise ko theek theek woh kharch karein.</w:t>
      </w:r>
    </w:p>
    <w:p>
      <w:pPr>
        <w:jc w:val="right"/>
      </w:pPr>
      <w:r>
        <w:t>اپنی انرجی کو، اپنے ٹائم کو، اپنے پیسے کو ٹھیک ٹھیک وہ خرچ کریں۔</w:t>
      </w:r>
    </w:p>
    <w:p>
      <w:r>
        <w:rPr>
          <w:b/>
        </w:rPr>
        <w:t xml:space="preserve">[44:37] </w:t>
      </w:r>
      <w:r>
        <w:t>apna maut se pehle ka zamana is tarah woh guzarein ke maut ke baad ka jo zamana aane</w:t>
      </w:r>
    </w:p>
    <w:p>
      <w:pPr>
        <w:jc w:val="right"/>
      </w:pPr>
      <w:r>
        <w:t>اپنا موت سے پہلے کا زمانہ اس طرح وہ گزاریں کہ موت کے بعد کا جو زمانہ آنے</w:t>
      </w:r>
    </w:p>
    <w:p>
      <w:r>
        <w:rPr>
          <w:b/>
        </w:rPr>
        <w:t xml:space="preserve">[44:45] </w:t>
      </w:r>
      <w:r>
        <w:t>wala hai, us mein unhein jo chahte hain woh hasil ho.</w:t>
      </w:r>
    </w:p>
    <w:p>
      <w:pPr>
        <w:jc w:val="right"/>
      </w:pPr>
      <w:r>
        <w:t>والا ہے، اس میں انہیں جو چاہتے ہیں وہ حاصل ہو۔</w:t>
      </w:r>
    </w:p>
    <w:p>
      <w:r>
        <w:rPr>
          <w:b/>
        </w:rPr>
        <w:t xml:space="preserve">[44:50] </w:t>
      </w:r>
      <w:r>
        <w:t>to isi ke liye main dua karta hoon.</w:t>
      </w:r>
    </w:p>
    <w:p>
      <w:pPr>
        <w:jc w:val="right"/>
      </w:pPr>
      <w:r>
        <w:t>تو اسی کے لیے میں دعا کرتا ہوں۔</w:t>
      </w:r>
    </w:p>
    <w:p>
      <w:r>
        <w:rPr>
          <w:b/>
        </w:rPr>
        <w:t xml:space="preserve">[44:53] </w:t>
      </w:r>
      <w:r>
        <w:t>aqool qawli hadha wa astaghfirullaha li walakum ajmaeen asal mein, ah, jo media ki jo image hai Afghanistan ke</w:t>
      </w:r>
    </w:p>
    <w:p>
      <w:pPr>
        <w:jc w:val="right"/>
      </w:pPr>
      <w:r>
        <w:t>أقول قولي هذا واستغفرالله لي ولكم اجمعين اصل میں، اہ، جو میڈیا کی جو امیج ہے افغانستان کے</w:t>
      </w:r>
    </w:p>
    <w:p>
      <w:r>
        <w:rPr>
          <w:b/>
        </w:rPr>
        <w:t xml:space="preserve">[45:01] </w:t>
      </w:r>
      <w:r>
        <w:t>bare mein, wahan jo militancy chal rahi hai tees saal se, to hum kabhi soch bhi nahi sakte</w:t>
      </w:r>
    </w:p>
    <w:p>
      <w:pPr>
        <w:jc w:val="right"/>
      </w:pPr>
      <w:r>
        <w:t>بارے میں، وہاں جو ملیٹنسی چل رہی ہے تیس سال سے، تو ہم کبھی سوچ بھی نہیں سکتے</w:t>
      </w:r>
    </w:p>
    <w:p>
      <w:r>
        <w:rPr>
          <w:b/>
        </w:rPr>
        <w:t xml:space="preserve">[45:09] </w:t>
      </w:r>
      <w:r>
        <w:t>the ke hum Afghanistan jayein.</w:t>
      </w:r>
    </w:p>
    <w:p>
      <w:pPr>
        <w:jc w:val="right"/>
      </w:pPr>
      <w:r>
        <w:t>تھے کہ ہم افغانستان جائیں۔</w:t>
      </w:r>
    </w:p>
    <w:p>
      <w:r>
        <w:rPr>
          <w:b/>
        </w:rPr>
        <w:t xml:space="preserve">[45:11] </w:t>
      </w:r>
      <w:r>
        <w:t>lekin Jamia se, chuna ke memorandum of understanding ke tehat bohat sari universityon se taluqat hote hain, to Jamia</w:t>
      </w:r>
    </w:p>
    <w:p>
      <w:pPr>
        <w:jc w:val="right"/>
      </w:pPr>
      <w:r>
        <w:t>لیکن جامعہ سے، چونکہ میمورینڈم آف انڈرسٹینڈنگ کے تحت بہت ساری یونیورسٹیوں سے تعلقات ہوتے ہیں، تو جامعہ</w:t>
      </w:r>
    </w:p>
    <w:p>
      <w:r>
        <w:rPr>
          <w:b/>
        </w:rPr>
        <w:t xml:space="preserve">[45:18] </w:t>
      </w:r>
      <w:r>
        <w:t>mein aaya ke wahan ministry of education ek program kar rahi hai education par.</w:t>
      </w:r>
    </w:p>
    <w:p>
      <w:pPr>
        <w:jc w:val="right"/>
      </w:pPr>
      <w:r>
        <w:t>میں آیا کہ وہاں منسٹری آف ایجوکیشن ایک پروگرام کر رہی ہے ایجوکیشن پر۔</w:t>
      </w:r>
    </w:p>
    <w:p>
      <w:r>
        <w:rPr>
          <w:b/>
        </w:rPr>
        <w:t xml:space="preserve">[45:24] </w:t>
      </w:r>
      <w:r>
        <w:t>to vice chancellor ne mera naam aur professor Akhtar al-Wathiq ka naam nominate kar diya.</w:t>
      </w:r>
    </w:p>
    <w:p>
      <w:pPr>
        <w:jc w:val="right"/>
      </w:pPr>
      <w:r>
        <w:t>تو وائس چانسلر نے میرا نام اور پروفیسر اختر الواثق کا نام نومینیٹ کر دیا۔</w:t>
      </w:r>
    </w:p>
    <w:p>
      <w:r>
        <w:rPr>
          <w:b/>
        </w:rPr>
        <w:t xml:space="preserve">[45:31] </w:t>
      </w:r>
      <w:r>
        <w:t>ab chuna ke vice chancellor ki taraf se nomination tha, to hum kuch keh nahi sake ke hum kaise</w:t>
      </w:r>
    </w:p>
    <w:p>
      <w:pPr>
        <w:jc w:val="right"/>
      </w:pPr>
      <w:r>
        <w:t>اب چونکہ وائس چانسلر کی طرف سے نومینیشن تھا، تو ہم کچھ کہہ نہیں سکے کہ ہم کیسے</w:t>
      </w:r>
    </w:p>
    <w:p>
      <w:r>
        <w:rPr>
          <w:b/>
        </w:rPr>
        <w:t xml:space="preserve">[45:39] </w:t>
      </w:r>
      <w:r>
        <w:t>wahan jayein ge Afghanistan, hamein to wahan itni militancy chal rahi hai.</w:t>
      </w:r>
    </w:p>
    <w:p>
      <w:pPr>
        <w:jc w:val="right"/>
      </w:pPr>
      <w:r>
        <w:t>وہاں جائیں گے افغانستان، ہمیں تو وہاں اتنی ملیٹنسی چل رہی ہے۔</w:t>
      </w:r>
    </w:p>
    <w:p>
      <w:r>
        <w:rPr>
          <w:b/>
        </w:rPr>
        <w:t xml:space="preserve">[45:44] </w:t>
      </w:r>
      <w:r>
        <w:t>to is liye majbooran, darte sehemte, hum tayyar ho gaye.</w:t>
      </w:r>
    </w:p>
    <w:p>
      <w:pPr>
        <w:jc w:val="right"/>
      </w:pPr>
      <w:r>
        <w:t>تو اس لیے مجبوراً، ڈرتے سہمتے، ہم تیار ہو گئے۔</w:t>
      </w:r>
    </w:p>
    <w:p>
      <w:r>
        <w:rPr>
          <w:b/>
        </w:rPr>
        <w:t xml:space="preserve">[45:48] </w:t>
      </w:r>
      <w:r>
        <w:t>logon ne kaha ke koi baat nahi, bohat security hogi, aap jaiye.</w:t>
      </w:r>
    </w:p>
    <w:p>
      <w:pPr>
        <w:jc w:val="right"/>
      </w:pPr>
      <w:r>
        <w:t>لوگوں نے کہا کہ کوئی بات نہیں، بہت سیکیورٹی ہوگی، آپ جائیے۔</w:t>
      </w:r>
    </w:p>
    <w:p>
      <w:r>
        <w:rPr>
          <w:b/>
        </w:rPr>
        <w:t xml:space="preserve">[45:53] </w:t>
      </w:r>
      <w:r>
        <w:t>to is tarah se hum wahan pahunche.</w:t>
      </w:r>
    </w:p>
    <w:p>
      <w:pPr>
        <w:jc w:val="right"/>
      </w:pPr>
      <w:r>
        <w:t>تو اس طریقے سے ہم وہاں پہنچے۔</w:t>
      </w:r>
    </w:p>
    <w:p>
      <w:r>
        <w:rPr>
          <w:b/>
        </w:rPr>
        <w:t xml:space="preserve">[45:56] </w:t>
      </w:r>
      <w:r>
        <w:t>jab wahan par airport se utre, wahan ittefaq se dono taraf, wapsi mein bhi aur jate hue bhi,</w:t>
      </w:r>
    </w:p>
    <w:p>
      <w:pPr>
        <w:jc w:val="right"/>
      </w:pPr>
      <w:r>
        <w:t>جب وہاں پر ایئرپورٹ سے اترے، وہاں اتفاق سے دونوں طرف، واپسی میں بھی اور جاتے ہوئے بھی،</w:t>
      </w:r>
    </w:p>
    <w:p>
      <w:r>
        <w:rPr>
          <w:b/>
        </w:rPr>
        <w:t xml:space="preserve">[46:04] </w:t>
      </w:r>
      <w:r>
        <w:t>dono taraf Afghan airlines se hi hum gaye.</w:t>
      </w:r>
    </w:p>
    <w:p>
      <w:pPr>
        <w:jc w:val="right"/>
      </w:pPr>
      <w:r>
        <w:t>دونوں طرف افغان ایئر لائنز سے ہی ہم گئے۔</w:t>
      </w:r>
    </w:p>
    <w:p>
      <w:r>
        <w:rPr>
          <w:b/>
        </w:rPr>
        <w:t xml:space="preserve">[46:08] </w:t>
      </w:r>
      <w:r>
        <w:t>ek hai Kam Air lines aur ek hai Safi Air lines.</w:t>
      </w:r>
    </w:p>
    <w:p>
      <w:pPr>
        <w:jc w:val="right"/>
      </w:pPr>
      <w:r>
        <w:t>ایک ہے کام ایئر لائنز اور ایک ہے صافی ایئر لائنز۔</w:t>
      </w:r>
    </w:p>
    <w:p>
      <w:r>
        <w:rPr>
          <w:b/>
        </w:rPr>
        <w:t xml:space="preserve">[46:12] </w:t>
      </w:r>
      <w:r>
        <w:t>to hum bohat darr rahe the ke pata nahi kya hone wala hai.</w:t>
      </w:r>
    </w:p>
    <w:p>
      <w:pPr>
        <w:jc w:val="right"/>
      </w:pPr>
      <w:r>
        <w:t>تو ہم بہت ڈر رہے تھے کہ پتہ نہیں کیا ہونے والا ہے۔</w:t>
      </w:r>
    </w:p>
    <w:p>
      <w:r>
        <w:rPr>
          <w:b/>
        </w:rPr>
        <w:t xml:space="preserve">[46:18] </w:t>
      </w:r>
      <w:r>
        <w:t>aur tasbeeh le kar gaye aur manzil le kar gaye aur khoob duaen parhte chale gaye ke pata</w:t>
      </w:r>
    </w:p>
    <w:p>
      <w:pPr>
        <w:jc w:val="right"/>
      </w:pPr>
      <w:r>
        <w:t>اور تسبیح لے کر گئے اور منزل لے کر گئے اور خوب دعائیں پڑھتے چلے گئے کہ پتہ</w:t>
      </w:r>
    </w:p>
    <w:p>
      <w:r>
        <w:rPr>
          <w:b/>
        </w:rPr>
        <w:t xml:space="preserve">[46:26] </w:t>
      </w:r>
      <w:r>
        <w:t>nahin hum wapas aaenge ke nahin.</w:t>
      </w:r>
    </w:p>
    <w:p>
      <w:pPr>
        <w:jc w:val="right"/>
      </w:pPr>
      <w:r>
        <w:t>نہیں ہم واپس آئیں گے کہ نہیں۔</w:t>
      </w:r>
    </w:p>
    <w:p>
      <w:r>
        <w:rPr>
          <w:b/>
        </w:rPr>
        <w:t xml:space="preserve">[46:29] </w:t>
      </w:r>
      <w:r>
        <w:t>to wahan jab utre to dekha to bilkul sab cheez normal thi.</w:t>
      </w:r>
    </w:p>
    <w:p>
      <w:pPr>
        <w:jc w:val="right"/>
      </w:pPr>
      <w:r>
        <w:t>تو وہاں جب اترے تو دیکھا تو بالکل سب چیز نارمل تھی۔</w:t>
      </w:r>
    </w:p>
    <w:p>
      <w:r>
        <w:rPr>
          <w:b/>
        </w:rPr>
        <w:t xml:space="preserve">[46:34] </w:t>
      </w:r>
      <w:r>
        <w:t>aur sirf jaise checking achhi tarah se hui, jaise international airports par hoti hai, is tarah hui.</w:t>
      </w:r>
    </w:p>
    <w:p>
      <w:pPr>
        <w:jc w:val="right"/>
      </w:pPr>
      <w:r>
        <w:t>اور صرف جیسے چیکنگ اچھی طریقے سے ہوئی، جیسے انٹرنیشنل ایئرپورٹس پر ہوتی ہے، اس طرح ہوئی۔</w:t>
      </w:r>
    </w:p>
    <w:p>
      <w:r>
        <w:rPr>
          <w:b/>
        </w:rPr>
        <w:t xml:space="preserve">[46:41] </w:t>
      </w:r>
      <w:r>
        <w:t>baqi auraten bhi bohat wahan par kaam kar rahi thin, job par thin.</w:t>
      </w:r>
    </w:p>
    <w:p>
      <w:pPr>
        <w:jc w:val="right"/>
      </w:pPr>
      <w:r>
        <w:t>باقی عورتیں بھی بہت وہاں پر کام کر رہی تھیں، جاب پر تھیں۔</w:t>
      </w:r>
    </w:p>
    <w:p>
      <w:r>
        <w:rPr>
          <w:b/>
        </w:rPr>
        <w:t xml:space="preserve">[46:47] </w:t>
      </w:r>
      <w:r>
        <w:t>aur koi aisi, koi woh nahin hua, wahan par conference ke log wohin par aa gae the.</w:t>
      </w:r>
    </w:p>
    <w:p>
      <w:pPr>
        <w:jc w:val="right"/>
      </w:pPr>
      <w:r>
        <w:t>اور کوئی ایسی، کوئی وہ نہیں ہوا، وہاں پر کانفرنس کے لوگ وہیں پر آ گئے تھے۔</w:t>
      </w:r>
    </w:p>
    <w:p>
      <w:r>
        <w:rPr>
          <w:b/>
        </w:rPr>
        <w:t xml:space="preserve">[46:54] </w:t>
      </w:r>
      <w:r>
        <w:t>aur wahan par jo checking waghera hone ke baad woh phir hotel le gae.</w:t>
      </w:r>
    </w:p>
    <w:p>
      <w:pPr>
        <w:jc w:val="right"/>
      </w:pPr>
      <w:r>
        <w:t>اور وہاں پر جو چیکنگ وغیرہ ہونے کے بعد وہ پھر ہوٹل لے گئے۔</w:t>
      </w:r>
    </w:p>
    <w:p>
      <w:r>
        <w:rPr>
          <w:b/>
        </w:rPr>
        <w:t xml:space="preserve">[47:00] </w:t>
      </w:r>
      <w:r>
        <w:t>to hum soch rahe the ke hamare charon taraf security chalegi.</w:t>
      </w:r>
    </w:p>
    <w:p>
      <w:pPr>
        <w:jc w:val="right"/>
      </w:pPr>
      <w:r>
        <w:t>تو ہم سوچ رہے تھے کہ ہمارے چاروں طرف سیکیورٹی چلے گی۔</w:t>
      </w:r>
    </w:p>
    <w:p>
      <w:r>
        <w:rPr>
          <w:b/>
        </w:rPr>
        <w:t xml:space="preserve">[47:05] </w:t>
      </w:r>
      <w:r>
        <w:t>wahan to bilkul kuch nahin, jo jo hamari do gariyan thin, bas do gariyon par sab log aa</w:t>
      </w:r>
    </w:p>
    <w:p>
      <w:pPr>
        <w:jc w:val="right"/>
      </w:pPr>
      <w:r>
        <w:t>وہاں تو بالکل کچھ نہیں، جو جو ہماری دو گاڑیاں تھیں، بس دو گاڑیوں پر سب لوگ آ</w:t>
      </w:r>
    </w:p>
    <w:p>
      <w:r>
        <w:rPr>
          <w:b/>
        </w:rPr>
        <w:t xml:space="preserve">[47:13] </w:t>
      </w:r>
      <w:r>
        <w:t>gae aur woh hotel gae.</w:t>
      </w:r>
    </w:p>
    <w:p>
      <w:pPr>
        <w:jc w:val="right"/>
      </w:pPr>
      <w:r>
        <w:t>گئے اور وہ ہوٹل گئے۔</w:t>
      </w:r>
    </w:p>
    <w:p>
      <w:r>
        <w:rPr>
          <w:b/>
        </w:rPr>
        <w:t xml:space="preserve">[47:15] </w:t>
      </w:r>
      <w:r>
        <w:t>to hotel tha InterContinental Hotel.</w:t>
      </w:r>
    </w:p>
    <w:p>
      <w:pPr>
        <w:jc w:val="right"/>
      </w:pPr>
      <w:r>
        <w:t>تو ہوٹل تھا انٹر کانٹینینٹل ہوٹل۔</w:t>
      </w:r>
    </w:p>
    <w:p>
      <w:r>
        <w:rPr>
          <w:b/>
        </w:rPr>
        <w:t xml:space="preserve">[47:18] </w:t>
      </w:r>
      <w:r>
        <w:t>InterContinental Hotel nineteen sixty nine mein banaya gaya tha.</w:t>
      </w:r>
    </w:p>
    <w:p>
      <w:pPr>
        <w:jc w:val="right"/>
      </w:pPr>
      <w:r>
        <w:t>انٹر کانٹینینٹل ہوٹل نائنٹین سکسٹی نائن میں بنایا گیا تھا۔</w:t>
      </w:r>
    </w:p>
    <w:p>
      <w:r>
        <w:rPr>
          <w:b/>
        </w:rPr>
        <w:t xml:space="preserve">[47:22] </w:t>
      </w:r>
      <w:r>
        <w:t>yeh pehla international luxury hotel tha.</w:t>
      </w:r>
    </w:p>
    <w:p>
      <w:pPr>
        <w:jc w:val="right"/>
      </w:pPr>
      <w:r>
        <w:t>یہ پہلا انٹرنیشنل لگژری ہوٹل تھا۔</w:t>
      </w:r>
    </w:p>
    <w:p>
      <w:r>
        <w:rPr>
          <w:b/>
        </w:rPr>
        <w:t xml:space="preserve">[47:24] </w:t>
      </w:r>
      <w:r>
        <w:t>ab yeh three star hotel hai.</w:t>
      </w:r>
    </w:p>
    <w:p>
      <w:pPr>
        <w:jc w:val="right"/>
      </w:pPr>
      <w:r>
        <w:t>اب یہ تھری اسٹار ہوٹل ہے۔</w:t>
      </w:r>
    </w:p>
    <w:p>
      <w:r>
        <w:rPr>
          <w:b/>
        </w:rPr>
        <w:t xml:space="preserve">[47:27] </w:t>
      </w:r>
      <w:r>
        <w:t>to is mein do so kamre hain.</w:t>
      </w:r>
    </w:p>
    <w:p>
      <w:pPr>
        <w:jc w:val="right"/>
      </w:pPr>
      <w:r>
        <w:t>تو اس میں دو سو کمرے ہیں۔</w:t>
      </w:r>
    </w:p>
    <w:p>
      <w:r>
        <w:rPr>
          <w:b/>
        </w:rPr>
        <w:t xml:space="preserve">[47:30] </w:t>
      </w:r>
      <w:r>
        <w:t>to wahan par building bohat shandar bani hui hai wahan par.</w:t>
      </w:r>
    </w:p>
    <w:p>
      <w:pPr>
        <w:jc w:val="right"/>
      </w:pPr>
      <w:r>
        <w:t>تو وہاں پر بلڈنگ بہت شاندار بنی ہوئی ہے وہاں پر۔</w:t>
      </w:r>
    </w:p>
    <w:p>
      <w:r>
        <w:rPr>
          <w:b/>
        </w:rPr>
        <w:t xml:space="preserve">[47:35] </w:t>
      </w:r>
      <w:r>
        <w:t>bohat achha hotel hai, location bohat achha hai.</w:t>
      </w:r>
    </w:p>
    <w:p>
      <w:pPr>
        <w:jc w:val="right"/>
      </w:pPr>
      <w:r>
        <w:t>بہت اچھا ہوٹل ہے، لوکیشن بہت اچھا ہے۔</w:t>
      </w:r>
    </w:p>
    <w:p>
      <w:r>
        <w:rPr>
          <w:b/>
        </w:rPr>
        <w:t xml:space="preserve">[47:38] </w:t>
      </w:r>
      <w:r>
        <w:t>sirf guard ki jagah do teen log rehte hain jo gun liye hue rehte hain.</w:t>
      </w:r>
    </w:p>
    <w:p>
      <w:pPr>
        <w:jc w:val="right"/>
      </w:pPr>
      <w:r>
        <w:t>صرف گارڈ کی جگہ دو تین لوگ رہتے ہیں جو گن لیے ہوئے رہتے ہیں۔</w:t>
      </w:r>
    </w:p>
    <w:p>
      <w:r>
        <w:rPr>
          <w:b/>
        </w:rPr>
        <w:t xml:space="preserve">[47:45] </w:t>
      </w:r>
      <w:r>
        <w:t>ek in ka guard room hai, bas is mein baithe rehte hain.</w:t>
      </w:r>
    </w:p>
    <w:p>
      <w:pPr>
        <w:jc w:val="right"/>
      </w:pPr>
      <w:r>
        <w:t>ایک ان کا گارڈ روم ہے، بس اس میں بیٹھے رہتے ہیں۔</w:t>
      </w:r>
    </w:p>
    <w:p>
      <w:r>
        <w:rPr>
          <w:b/>
        </w:rPr>
        <w:t xml:space="preserve">[47:50] </w:t>
      </w:r>
      <w:r>
        <w:t>charon taraf koi security nahin, kuch nahin.</w:t>
      </w:r>
    </w:p>
    <w:p>
      <w:pPr>
        <w:jc w:val="right"/>
      </w:pPr>
      <w:r>
        <w:t>چاروں طرف کوئی سیکیورٹی نہیں، کچھ نہیں۔</w:t>
      </w:r>
    </w:p>
    <w:p>
      <w:r>
        <w:rPr>
          <w:b/>
        </w:rPr>
        <w:t xml:space="preserve">[47:53] </w:t>
      </w:r>
      <w:r>
        <w:t>koi police nahin, koi fauj nahin.</w:t>
      </w:r>
    </w:p>
    <w:p>
      <w:pPr>
        <w:jc w:val="right"/>
      </w:pPr>
      <w:r>
        <w:t>کوئی پولیس نہیں، کوئی فوج نہیں۔</w:t>
      </w:r>
    </w:p>
    <w:p>
      <w:r>
        <w:rPr>
          <w:b/>
        </w:rPr>
        <w:t xml:space="preserve">[47:55] </w:t>
      </w:r>
      <w:r>
        <w:t>to wahan par bohat aaram se log aa rahe hain, ja rahe hain.</w:t>
      </w:r>
    </w:p>
    <w:p>
      <w:pPr>
        <w:jc w:val="right"/>
      </w:pPr>
      <w:r>
        <w:t>تو وہاں پر بہت آرام سے لوگ آ رہے ہیں، جا رہے ہیں۔</w:t>
      </w:r>
    </w:p>
    <w:p>
      <w:r>
        <w:rPr>
          <w:b/>
        </w:rPr>
        <w:t xml:space="preserve">[48:01] </w:t>
      </w:r>
      <w:r>
        <w:t>to koi masla nahin hua.</w:t>
      </w:r>
    </w:p>
    <w:p>
      <w:pPr>
        <w:jc w:val="right"/>
      </w:pPr>
      <w:r>
        <w:t>تو کوئی مسئلہ نہیں ہوا۔</w:t>
      </w:r>
    </w:p>
    <w:p>
      <w:r>
        <w:rPr>
          <w:b/>
        </w:rPr>
        <w:t xml:space="preserve">[48:03] </w:t>
      </w:r>
      <w:r>
        <w:t>phir hum yeh soch ke gae the ke hum to sirf hotel mein baithe rahenge, bahar to</w:t>
      </w:r>
    </w:p>
    <w:p>
      <w:pPr>
        <w:jc w:val="right"/>
      </w:pPr>
      <w:r>
        <w:t>پھر ہم یہ سوچ کے گئے تھے کہ ہم تو صرف ہوٹل میں بیٹھے رہیں گے، باہر تو</w:t>
      </w:r>
    </w:p>
    <w:p>
      <w:r>
        <w:rPr>
          <w:b/>
        </w:rPr>
        <w:t xml:space="preserve">[48:11] </w:t>
      </w:r>
      <w:r>
        <w:t>hum nikal hi nahin sakte.</w:t>
      </w:r>
    </w:p>
    <w:p>
      <w:pPr>
        <w:jc w:val="right"/>
      </w:pPr>
      <w:r>
        <w:t>ہم نکل ہی نہیں سکتے۔</w:t>
      </w:r>
    </w:p>
    <w:p>
      <w:r>
        <w:rPr>
          <w:b/>
        </w:rPr>
        <w:t xml:space="preserve">[48:13] </w:t>
      </w:r>
      <w:r>
        <w:t>to lekin wahan par pata chala ke program bohat bara hai, taqreeban paanch chhay so log aaye hain.</w:t>
      </w:r>
    </w:p>
    <w:p>
      <w:pPr>
        <w:jc w:val="right"/>
      </w:pPr>
      <w:r>
        <w:t>تو لیکن وہاں پر پتہ چلا کہ پروگرام بہت بڑا ہے، تقریباً پانچ چھ سو لوگ آئے ہیں۔</w:t>
      </w:r>
    </w:p>
    <w:p>
      <w:r>
        <w:rPr>
          <w:b/>
        </w:rPr>
        <w:t xml:space="preserve">[48:21] </w:t>
      </w:r>
      <w:r>
        <w:t>is hotel mein itne log nahi aa sakte hain.</w:t>
      </w:r>
    </w:p>
    <w:p>
      <w:pPr>
        <w:jc w:val="right"/>
      </w:pPr>
      <w:r>
        <w:t>اس ہوٹل میں اتنے لوگ نہیں آ سکتے ہیں۔</w:t>
      </w:r>
    </w:p>
    <w:p>
      <w:r>
        <w:rPr>
          <w:b/>
        </w:rPr>
        <w:t xml:space="preserve">[48:24] </w:t>
      </w:r>
      <w:r>
        <w:t>to unhon ne program kahin aur rakha tha.</w:t>
      </w:r>
    </w:p>
    <w:p>
      <w:pPr>
        <w:jc w:val="right"/>
      </w:pPr>
      <w:r>
        <w:t>تو انہوں نے پروگرام کہیں اور رکھا تھا۔</w:t>
      </w:r>
    </w:p>
    <w:p>
      <w:r>
        <w:rPr>
          <w:b/>
        </w:rPr>
        <w:t xml:space="preserve">[48:28] </w:t>
      </w:r>
      <w:r>
        <w:t>wahan par Afghanistan mein bohat ziyada, wahan Kabul mein bohat ziyada wedding halls hain.</w:t>
      </w:r>
    </w:p>
    <w:p>
      <w:pPr>
        <w:jc w:val="right"/>
      </w:pPr>
      <w:r>
        <w:t>وہاں پر افغانستان میں بہت زیادہ، وہاں کابل میں بہت زیادہ ویڈنگ ہالز ہیں۔</w:t>
      </w:r>
    </w:p>
    <w:p>
      <w:r>
        <w:rPr>
          <w:b/>
        </w:rPr>
        <w:t xml:space="preserve">[48:34] </w:t>
      </w:r>
      <w:r>
        <w:t>baray baray wedding halls.</w:t>
      </w:r>
    </w:p>
    <w:p>
      <w:pPr>
        <w:jc w:val="right"/>
      </w:pPr>
      <w:r>
        <w:t>بڑے بڑے ویڈنگ ہالز۔</w:t>
      </w:r>
    </w:p>
    <w:p>
      <w:r>
        <w:rPr>
          <w:b/>
        </w:rPr>
        <w:t xml:space="preserve">[48:36] </w:t>
      </w:r>
      <w:r>
        <w:t>to hamari samajh mein nahi aaya, jidhar jaise yahan par hotel airport se chalenge to jagah jagah</w:t>
      </w:r>
    </w:p>
    <w:p>
      <w:pPr>
        <w:jc w:val="right"/>
      </w:pPr>
      <w:r>
        <w:t>تو ہماری سمجھ میں نہیں آیا، جدھر جیسے یہاں پر ہوٹل ایئرپورٹ سے چلیں گے تو جگہ جگہ</w:t>
      </w:r>
    </w:p>
    <w:p>
      <w:r>
        <w:rPr>
          <w:b/>
        </w:rPr>
        <w:t xml:space="preserve">[48:43] </w:t>
      </w:r>
      <w:r>
        <w:t>aap ko hotel baray baray nazar aate hain, wahan wedding hall nazar aate hain.</w:t>
      </w:r>
    </w:p>
    <w:p>
      <w:pPr>
        <w:jc w:val="right"/>
      </w:pPr>
      <w:r>
        <w:t>آپ کو ہوٹل بڑے بڑے نظر آتے ہیں، وہاں ویڈنگ ہال نظر آتے ہیں۔</w:t>
      </w:r>
    </w:p>
    <w:p>
      <w:r>
        <w:rPr>
          <w:b/>
        </w:rPr>
        <w:t xml:space="preserve">[48:49] </w:t>
      </w:r>
      <w:r>
        <w:t>to bohat baray baray is mein hall hote hain ke unhon ne bataya ke shadi mein yeh log</w:t>
      </w:r>
    </w:p>
    <w:p>
      <w:pPr>
        <w:jc w:val="right"/>
      </w:pPr>
      <w:r>
        <w:t>تو بہت بڑے بڑے اس میں ہال ہوتے ہیں کہ انہوں نے بتایا کہ شادی میں یہ لوگ</w:t>
      </w:r>
    </w:p>
    <w:p>
      <w:r>
        <w:rPr>
          <w:b/>
        </w:rPr>
        <w:t xml:space="preserve">[48:57] </w:t>
      </w:r>
      <w:r>
        <w:t>bohat paisa kharch karte hain aur kai kai hazar logon ko madu karte hain.</w:t>
      </w:r>
    </w:p>
    <w:p>
      <w:pPr>
        <w:jc w:val="right"/>
      </w:pPr>
      <w:r>
        <w:t>بہت پیسہ خرچ کرتے ہیں اور کئی کئی ہزار لوگوں کو مدعو کرتے ہیں۔</w:t>
      </w:r>
    </w:p>
    <w:p>
      <w:r>
        <w:rPr>
          <w:b/>
        </w:rPr>
        <w:t xml:space="preserve">[49:03] </w:t>
      </w:r>
      <w:r>
        <w:t>to hamara program bhi wedding hall mein tha.</w:t>
      </w:r>
    </w:p>
    <w:p>
      <w:pPr>
        <w:jc w:val="right"/>
      </w:pPr>
      <w:r>
        <w:t>تو ہمارا پروگرام بھی ویڈنگ ہال میں تھا۔</w:t>
      </w:r>
    </w:p>
    <w:p>
      <w:r>
        <w:rPr>
          <w:b/>
        </w:rPr>
        <w:t xml:space="preserve">[49:06] </w:t>
      </w:r>
      <w:r>
        <w:t>to yeh to is se is ke wahan ka culture samajh mein aata hai ke in logon, chounke</w:t>
      </w:r>
    </w:p>
    <w:p>
      <w:pPr>
        <w:jc w:val="right"/>
      </w:pPr>
      <w:r>
        <w:t>تو یہ تو اس سے اس کے وہاں کا کلچر سمجھ میں آتا ہے کہ ان لوگوں، چونکہ</w:t>
      </w:r>
    </w:p>
    <w:p>
      <w:r>
        <w:rPr>
          <w:b/>
        </w:rPr>
        <w:t xml:space="preserve">[49:14] </w:t>
      </w:r>
      <w:r>
        <w:t>wahan par education bohat kam hai, to baray baray centers jo hote hain, educational centers waghera, to ministry</w:t>
      </w:r>
    </w:p>
    <w:p>
      <w:pPr>
        <w:jc w:val="right"/>
      </w:pPr>
      <w:r>
        <w:t>وہاں پر ایجوکیشن بہت کم ہے، تو بڑے بڑے سینٹرز جو ہوتے ہیں، ایجوکیشنل سینٹرز وغیرہ، تو منسٹری</w:t>
      </w:r>
    </w:p>
    <w:p>
      <w:r>
        <w:rPr>
          <w:b/>
        </w:rPr>
        <w:t xml:space="preserve">[49:22] </w:t>
      </w:r>
      <w:r>
        <w:t>of education ko bhi wedding hall mein apna program karna para.</w:t>
      </w:r>
    </w:p>
    <w:p>
      <w:pPr>
        <w:jc w:val="right"/>
      </w:pPr>
      <w:r>
        <w:t>آف ایجوکیشن کو بھی ویڈنگ ہال میں اپنا پروگرام کرنا پڑا۔</w:t>
      </w:r>
    </w:p>
    <w:p>
      <w:r>
        <w:rPr>
          <w:b/>
        </w:rPr>
        <w:t xml:space="preserve">[49:27] </w:t>
      </w:r>
      <w:r>
        <w:t>kyunke wahan koi aur doosri jagah nahi rahi hogi.</w:t>
      </w:r>
    </w:p>
    <w:p>
      <w:pPr>
        <w:jc w:val="right"/>
      </w:pPr>
      <w:r>
        <w:t>کیونکہ وہاں کوئی اور دوسری جگہ نہیں رہی ہوگی۔</w:t>
      </w:r>
    </w:p>
    <w:p>
      <w:r>
        <w:rPr>
          <w:b/>
        </w:rPr>
        <w:t xml:space="preserve">[49:30] </w:t>
      </w:r>
      <w:r>
        <w:t>to wahan par program hua, jab mere samne program aaya to aur taajjub hua ke yeh sab se</w:t>
      </w:r>
    </w:p>
    <w:p>
      <w:pPr>
        <w:jc w:val="right"/>
      </w:pPr>
      <w:r>
        <w:t>تو وہاں پر پروگرام ہوا، جب میرے سامنے پروگرام آیا تو اور تعجب ہوا کہ یہ سب سے</w:t>
      </w:r>
    </w:p>
    <w:p>
      <w:r>
        <w:rPr>
          <w:b/>
        </w:rPr>
        <w:t xml:space="preserve">[49:38] </w:t>
      </w:r>
      <w:r>
        <w:t>pehlay unhon ne mera presentation rakh diya.</w:t>
      </w:r>
    </w:p>
    <w:p>
      <w:pPr>
        <w:jc w:val="right"/>
      </w:pPr>
      <w:r>
        <w:t>پہلے انہوں نے میرا پریزنٹیشن رکھ دیا۔</w:t>
      </w:r>
    </w:p>
    <w:p>
      <w:r>
        <w:rPr>
          <w:b/>
        </w:rPr>
        <w:t xml:space="preserve">[49:41] </w:t>
      </w:r>
      <w:r>
        <w:t>ab woh ek nai jagah, naye log, ab mujhe samajh mein nahi aaya ke sab se pehle mein</w:t>
      </w:r>
    </w:p>
    <w:p>
      <w:pPr>
        <w:jc w:val="right"/>
      </w:pPr>
      <w:r>
        <w:t>اب وہ ایک نئی جگہ، نئے لوگ، اب مجھے سمجھ میں نہیں آیا کہ سب سے پہلے میں</w:t>
      </w:r>
    </w:p>
    <w:p>
      <w:r>
        <w:rPr>
          <w:b/>
        </w:rPr>
        <w:t xml:space="preserve">[49:49] </w:t>
      </w:r>
      <w:r>
        <w:t>kya presentation karungi.</w:t>
      </w:r>
    </w:p>
    <w:p>
      <w:pPr>
        <w:jc w:val="right"/>
      </w:pPr>
      <w:r>
        <w:t>کیا پریزنٹیشن کروں گی۔</w:t>
      </w:r>
    </w:p>
    <w:p>
      <w:r>
        <w:rPr>
          <w:b/>
        </w:rPr>
        <w:t xml:space="preserve">[49:51] </w:t>
      </w:r>
      <w:r>
        <w:t>mujhe to pehle mein dekh leti ke log kis tarah bol rahe hain, kya kar rahe hain.</w:t>
      </w:r>
    </w:p>
    <w:p>
      <w:pPr>
        <w:jc w:val="right"/>
      </w:pPr>
      <w:r>
        <w:t>مجھے تو پہلے میں دیکھ لیتی کہ لوگ کس طرح بول رہے ہیں، کیا کر رہے ہیں۔</w:t>
      </w:r>
    </w:p>
    <w:p>
      <w:r>
        <w:rPr>
          <w:b/>
        </w:rPr>
        <w:t xml:space="preserve">[49:58] </w:t>
      </w:r>
      <w:r>
        <w:t>to phir unhon ne jab program diya to unhon ne kaha aap is mein change kar sakti hain,</w:t>
      </w:r>
    </w:p>
    <w:p>
      <w:pPr>
        <w:jc w:val="right"/>
      </w:pPr>
      <w:r>
        <w:t>تو پھر انہوں نے جب پروگرام دیا تو انہوں نے کہا آپ اس میں چینج کر سکتی ہیں،</w:t>
      </w:r>
    </w:p>
    <w:p>
      <w:r>
        <w:rPr>
          <w:b/>
        </w:rPr>
        <w:t xml:space="preserve">[50:06] </w:t>
      </w:r>
      <w:r>
        <w:t>agar aap chahen to.</w:t>
      </w:r>
    </w:p>
    <w:p>
      <w:pPr>
        <w:jc w:val="right"/>
      </w:pPr>
      <w:r>
        <w:t>اگر آپ چاہیں تو۔</w:t>
      </w:r>
    </w:p>
    <w:p>
      <w:r>
        <w:rPr>
          <w:b/>
        </w:rPr>
        <w:t xml:space="preserve">[50:07] </w:t>
      </w:r>
      <w:r>
        <w:t>maine kaha to mera change kar dijiye.</w:t>
      </w:r>
    </w:p>
    <w:p>
      <w:pPr>
        <w:jc w:val="right"/>
      </w:pPr>
      <w:r>
        <w:t>میں نے کہا تو میرا چینج کر دیجیے۔</w:t>
      </w:r>
    </w:p>
    <w:p>
      <w:r>
        <w:rPr>
          <w:b/>
        </w:rPr>
        <w:t xml:space="preserve">[50:11] </w:t>
      </w:r>
      <w:r>
        <w:t>mera afternoon mein unhon ne phir kar diya.</w:t>
      </w:r>
    </w:p>
    <w:p>
      <w:pPr>
        <w:jc w:val="right"/>
      </w:pPr>
      <w:r>
        <w:t>میرا آفٹر نون میں انہوں نے پھر کر دیا۔</w:t>
      </w:r>
    </w:p>
    <w:p>
      <w:r>
        <w:rPr>
          <w:b/>
        </w:rPr>
        <w:t xml:space="preserve">[50:15] </w:t>
      </w:r>
      <w:r>
        <w:t>aur mera topic bhi change kar diya mujh se baghair pooche hue.</w:t>
      </w:r>
    </w:p>
    <w:p>
      <w:pPr>
        <w:jc w:val="right"/>
      </w:pPr>
      <w:r>
        <w:t>اور میرا ٹاپک بھی چینج کر دیا مجھ سے بغیر پوچھے ہوئے۔</w:t>
      </w:r>
    </w:p>
    <w:p>
      <w:r>
        <w:rPr>
          <w:b/>
        </w:rPr>
        <w:t xml:space="preserve">[50:20] </w:t>
      </w:r>
      <w:r>
        <w:t>ab jo hum likh ke le gaye the, importance of education, to woh topic hi unhon ne change</w:t>
      </w:r>
    </w:p>
    <w:p>
      <w:pPr>
        <w:jc w:val="right"/>
      </w:pPr>
      <w:r>
        <w:t>اب جو ہم لکھ کے لے گئے تھے، امپورٹنس آف ایجوکیشن، تو وہ ٹاپک ہی انہوں نے چینج</w:t>
      </w:r>
    </w:p>
    <w:p>
      <w:r>
        <w:rPr>
          <w:b/>
        </w:rPr>
        <w:t xml:space="preserve">[50:27] </w:t>
      </w:r>
      <w:r>
        <w:t>kar diya.</w:t>
      </w:r>
    </w:p>
    <w:p>
      <w:pPr>
        <w:jc w:val="right"/>
      </w:pPr>
      <w:r>
        <w:t>کر دیا۔</w:t>
      </w:r>
    </w:p>
    <w:p>
      <w:r>
        <w:rPr>
          <w:b/>
        </w:rPr>
        <w:t xml:space="preserve">[50:29] </w:t>
      </w:r>
      <w:r>
        <w:t>social mobilization for education, aisa kuch kar diya unhon ne.</w:t>
      </w:r>
    </w:p>
    <w:p>
      <w:pPr>
        <w:jc w:val="right"/>
      </w:pPr>
      <w:r>
        <w:t>سوشل موبیلائزیشن فار ایجوکیشن، ایسا کچھ کر دیا انہوں نے۔</w:t>
      </w:r>
    </w:p>
    <w:p>
      <w:r>
        <w:rPr>
          <w:b/>
        </w:rPr>
        <w:t xml:space="preserve">[50:33] </w:t>
      </w:r>
      <w:r>
        <w:t>ab aur masla ho gaya ke ab kya karein, woh topic bhi change ho gaya.</w:t>
      </w:r>
    </w:p>
    <w:p>
      <w:pPr>
        <w:jc w:val="right"/>
      </w:pPr>
      <w:r>
        <w:t>اب اور مسئلہ ہو گیا کہ اب کیا کریں، وہ ٹاپک بھی چینج ہو گیا۔</w:t>
      </w:r>
    </w:p>
    <w:p>
      <w:r>
        <w:rPr>
          <w:b/>
        </w:rPr>
        <w:t xml:space="preserve">[50:40] </w:t>
      </w:r>
      <w:r>
        <w:t>aur jab hamare kai log the Pakistan ke, teen professors the, ek Sydney ke the aur Egypt ke</w:t>
      </w:r>
    </w:p>
    <w:p>
      <w:pPr>
        <w:jc w:val="right"/>
      </w:pPr>
      <w:r>
        <w:t>اور جب ہمارے کئی لوگ تھے پاکستان کے، تین پروفیسرز تھے، ایک سڈنی کے تھے اور ایجپٹ کے</w:t>
      </w:r>
    </w:p>
    <w:p>
      <w:r>
        <w:rPr>
          <w:b/>
        </w:rPr>
        <w:t xml:space="preserve">[50:47] </w:t>
      </w:r>
      <w:r>
        <w:t>bahut sare log aaye hue the, unhon ne ek ek ne presentation kiya tha.</w:t>
      </w:r>
    </w:p>
    <w:p>
      <w:pPr>
        <w:jc w:val="right"/>
      </w:pPr>
      <w:r>
        <w:t>بہت سارے لوگ آئے ہوئے تھے، انہوں نے ایک ایک نے پریزنٹیشن کیا تھا۔</w:t>
      </w:r>
    </w:p>
    <w:p>
      <w:r>
        <w:rPr>
          <w:b/>
        </w:rPr>
        <w:t xml:space="preserve">[50:53] </w:t>
      </w:r>
      <w:r>
        <w:t>to woh sab log importance of education ke jo points hain, Quran se, Hadees se le kar waghera,</w:t>
      </w:r>
    </w:p>
    <w:p>
      <w:pPr>
        <w:jc w:val="right"/>
      </w:pPr>
      <w:r>
        <w:t>تو وہ سب لوگ امپورٹنس آف ایجوکیشن کے جو پوائنٹس ہیں، قرآن سے، حدیث سے لے کر وغیرہ،</w:t>
      </w:r>
    </w:p>
    <w:p>
      <w:r>
        <w:rPr>
          <w:b/>
        </w:rPr>
        <w:t xml:space="preserve">[51:01] </w:t>
      </w:r>
      <w:r>
        <w:t>woh sab in logon ne bayan kar diye.</w:t>
      </w:r>
    </w:p>
    <w:p>
      <w:pPr>
        <w:jc w:val="right"/>
      </w:pPr>
      <w:r>
        <w:t>وہ سب ان لوگوں نے بیان کر دیے۔</w:t>
      </w:r>
    </w:p>
    <w:p>
      <w:r>
        <w:rPr>
          <w:b/>
        </w:rPr>
        <w:t xml:space="preserve">[51:05] </w:t>
      </w:r>
      <w:r>
        <w:t>ab mujhe kuch samajh mein nahi aaya ke ab main kya bolun, mera topic bhi badal gaya aur</w:t>
      </w:r>
    </w:p>
    <w:p>
      <w:pPr>
        <w:jc w:val="right"/>
      </w:pPr>
      <w:r>
        <w:t>اب مجھے کچھ سمجھ میں نہیں آیا کہ اب میں کیا بولوں، میرا ٹاپک بھی بدل گیا اور</w:t>
      </w:r>
    </w:p>
    <w:p>
      <w:r>
        <w:rPr>
          <w:b/>
        </w:rPr>
        <w:t xml:space="preserve">[51:12] </w:t>
      </w:r>
      <w:r>
        <w:t>mere sare points bhi sab ne bol diye.</w:t>
      </w:r>
    </w:p>
    <w:p>
      <w:pPr>
        <w:jc w:val="right"/>
      </w:pPr>
      <w:r>
        <w:t>میرے سارے پوائنٹس بھی سب نے بول دیے۔</w:t>
      </w:r>
    </w:p>
    <w:p>
      <w:r>
        <w:rPr>
          <w:b/>
        </w:rPr>
        <w:t xml:space="preserve">[51:16] </w:t>
      </w:r>
      <w:r>
        <w:t>ab kya bolun to bahut hi jaise hota hai, brainstorming hui.</w:t>
      </w:r>
    </w:p>
    <w:p>
      <w:pPr>
        <w:jc w:val="right"/>
      </w:pPr>
      <w:r>
        <w:t>اب کیا بولوں تو بہت ہی جیسے ہوتا ہے، برین اسٹارمنگ ہوئی۔</w:t>
      </w:r>
    </w:p>
    <w:p>
      <w:r>
        <w:rPr>
          <w:b/>
        </w:rPr>
        <w:t xml:space="preserve">[51:21] </w:t>
      </w:r>
      <w:r>
        <w:t>itne sare log, bahut sare, poora bada hall bhara hua tha.</w:t>
      </w:r>
    </w:p>
    <w:p>
      <w:pPr>
        <w:jc w:val="right"/>
      </w:pPr>
      <w:r>
        <w:t>اتنے سارے لوگ، بہت سارے، پورا بڑا ہال بھرا ہوا تھا۔</w:t>
      </w:r>
    </w:p>
    <w:p>
      <w:r>
        <w:rPr>
          <w:b/>
        </w:rPr>
        <w:t xml:space="preserve">[51:26] </w:t>
      </w:r>
      <w:r>
        <w:t>kai states se log aaye hue the.</w:t>
      </w:r>
    </w:p>
    <w:p>
      <w:pPr>
        <w:jc w:val="right"/>
      </w:pPr>
      <w:r>
        <w:t>کئی اسٹیٹس سے لوگ آئے ہوئے تھے۔</w:t>
      </w:r>
    </w:p>
    <w:p>
      <w:r>
        <w:rPr>
          <w:b/>
        </w:rPr>
        <w:t xml:space="preserve">[51:29] </w:t>
      </w:r>
      <w:r>
        <w:t>to maine kaha social mobilization hai, to maine socha sab se pehle main thoda sa paanch</w:t>
      </w:r>
    </w:p>
    <w:p>
      <w:pPr>
        <w:jc w:val="right"/>
      </w:pPr>
      <w:r>
        <w:t>تو میں نے کہا سوشل موبیلائزیشن ہے، تو میں نے سوچا سب سے پہلے میں تھوڑا سا پانچ</w:t>
      </w:r>
    </w:p>
    <w:p>
      <w:r>
        <w:rPr>
          <w:b/>
        </w:rPr>
        <w:t xml:space="preserve">[51:36] </w:t>
      </w:r>
      <w:r>
        <w:t>minute ab importance of education pe keh ke, uske baad woh batati hoon ke maine apni</w:t>
      </w:r>
    </w:p>
    <w:p>
      <w:pPr>
        <w:jc w:val="right"/>
      </w:pPr>
      <w:r>
        <w:t>منٹ اب امپورٹنس آف ایجوکیشن پہ کہہ کے، اس کے بعد وہ بتاتی ہوں کہ میں نے اپنی</w:t>
      </w:r>
    </w:p>
    <w:p>
      <w:r>
        <w:rPr>
          <w:b/>
        </w:rPr>
        <w:t xml:space="preserve">[51:44] </w:t>
      </w:r>
      <w:r>
        <w:t>individual taleem kaise hasil ki.</w:t>
      </w:r>
    </w:p>
    <w:p>
      <w:pPr>
        <w:jc w:val="right"/>
      </w:pPr>
      <w:r>
        <w:t>انڈیویجول تعلیم کیسے حاصل کی۔</w:t>
      </w:r>
    </w:p>
    <w:p>
      <w:r>
        <w:rPr>
          <w:b/>
        </w:rPr>
        <w:t xml:space="preserve">[51:46] </w:t>
      </w:r>
      <w:r>
        <w:t>kyun ke government, log yeh samajhte hain ke sara kaam government karegi.</w:t>
      </w:r>
    </w:p>
    <w:p>
      <w:pPr>
        <w:jc w:val="right"/>
      </w:pPr>
      <w:r>
        <w:t>کیونکہ گورنمنٹ، لوگ یہ سمجھتے ہیں کہ سارا کام گورنمنٹ کرے گی۔</w:t>
      </w:r>
    </w:p>
    <w:p>
      <w:r>
        <w:rPr>
          <w:b/>
        </w:rPr>
        <w:t xml:space="preserve">[51:51] </w:t>
      </w:r>
      <w:r>
        <w:t>to government itna bada, itna gigantic proportion ka kaam hai ke poore mulk mein poora educational system tahobala</w:t>
      </w:r>
    </w:p>
    <w:p>
      <w:pPr>
        <w:jc w:val="right"/>
      </w:pPr>
      <w:r>
        <w:t>تو گورنمنٹ اتنا بڑا، اتنا جائیگنٹک پروپورشن کا کام ہے کہ پورے ملک میں پورا ایجوکیشنل سسٹم تہوبالا</w:t>
      </w:r>
    </w:p>
    <w:p>
      <w:r>
        <w:rPr>
          <w:b/>
        </w:rPr>
        <w:t xml:space="preserve">[51:59] </w:t>
      </w:r>
      <w:r>
        <w:t>ho gaya hai.</w:t>
      </w:r>
    </w:p>
    <w:p>
      <w:pPr>
        <w:jc w:val="right"/>
      </w:pPr>
      <w:r>
        <w:t>ہو گیا ہے۔</w:t>
      </w:r>
    </w:p>
    <w:p>
      <w:r>
        <w:rPr>
          <w:b/>
        </w:rPr>
        <w:t xml:space="preserve">[52:00] </w:t>
      </w:r>
      <w:r>
        <w:t>to isko poora government kaise kar sakti hai? Itne funds governments ke paas kahan aayenge? To</w:t>
      </w:r>
    </w:p>
    <w:p>
      <w:pPr>
        <w:jc w:val="right"/>
      </w:pPr>
      <w:r>
        <w:t>تو اس کو پورا گورنمنٹ کیسے کر سکتی ہے؟ اتنے فنڈز گورنمنٹس کے پاس کہاں آئیں گے؟ تو</w:t>
      </w:r>
    </w:p>
    <w:p>
      <w:r>
        <w:rPr>
          <w:b/>
        </w:rPr>
        <w:t xml:space="preserve">[52:08] </w:t>
      </w:r>
      <w:r>
        <w:t>maine kaha yeh main apna point rakhti hoon ke ek to individual kyun? Where there is the</w:t>
      </w:r>
    </w:p>
    <w:p>
      <w:pPr>
        <w:jc w:val="right"/>
      </w:pPr>
      <w:r>
        <w:t>میں نے کہا یہ میں اپنا پوائنٹ رکھتی ہوں کہ ایک تو انڈیویجول کیوں؟ ویر دیر از دا</w:t>
      </w:r>
    </w:p>
    <w:p>
      <w:r>
        <w:rPr>
          <w:b/>
        </w:rPr>
        <w:t xml:space="preserve">[52:16] </w:t>
      </w:r>
      <w:r>
        <w:t>will, there is the way.</w:t>
      </w:r>
    </w:p>
    <w:p>
      <w:pPr>
        <w:jc w:val="right"/>
      </w:pPr>
      <w:r>
        <w:t>ول، دیر از دا وے۔</w:t>
      </w:r>
    </w:p>
    <w:p>
      <w:r>
        <w:rPr>
          <w:b/>
        </w:rPr>
        <w:t xml:space="preserve">[52:18] </w:t>
      </w:r>
      <w:r>
        <w:t>to hum ne kis tarah se taleem hasil ki, ek gaon mein rehte hue.</w:t>
      </w:r>
    </w:p>
    <w:p>
      <w:pPr>
        <w:jc w:val="right"/>
      </w:pPr>
      <w:r>
        <w:t>تو ہم نے کس طریقے سے تعلیم حاصل کی، ایک گاؤں میں رہتے ہوئے۔</w:t>
      </w:r>
    </w:p>
    <w:p>
      <w:r>
        <w:rPr>
          <w:b/>
        </w:rPr>
        <w:t xml:space="preserve">[52:24] </w:t>
      </w:r>
      <w:r>
        <w:t>to woh sab un ko bataya, phir uske baad bataya ke community support jo un ka tha,</w:t>
      </w:r>
    </w:p>
    <w:p>
      <w:pPr>
        <w:jc w:val="right"/>
      </w:pPr>
      <w:r>
        <w:t>تو وہ سب ان کو بتایا، پھر اس کے بعد بتایا کہ کمیونٹی سپورٹ جو ان کا تھا،</w:t>
      </w:r>
    </w:p>
    <w:p>
      <w:r>
        <w:rPr>
          <w:b/>
        </w:rPr>
        <w:t xml:space="preserve">[52:32] </w:t>
      </w:r>
      <w:r>
        <w:t>hum ne kaha ke hamare khandan mein hamare sare ghar, sare baghat sab pade hue the, koi kaam</w:t>
      </w:r>
    </w:p>
    <w:p>
      <w:pPr>
        <w:jc w:val="right"/>
      </w:pPr>
      <w:r>
        <w:t>ہم نے کہا کہ ہمارے خاندان میں ہمارے سارے گھر، سارے باغات سب پڑے ہوئے تھے، کوئی کام</w:t>
      </w:r>
    </w:p>
    <w:p>
      <w:r>
        <w:rPr>
          <w:b/>
        </w:rPr>
        <w:t xml:space="preserve">[52:39] </w:t>
      </w:r>
      <w:r>
        <w:t>nahi aa raha tha.</w:t>
      </w:r>
    </w:p>
    <w:p>
      <w:pPr>
        <w:jc w:val="right"/>
      </w:pPr>
      <w:r>
        <w:t>نہیں آ رہا تھا۔</w:t>
      </w:r>
    </w:p>
    <w:p>
      <w:r>
        <w:rPr>
          <w:b/>
        </w:rPr>
        <w:t xml:space="preserve">[52:41] </w:t>
      </w:r>
      <w:r>
        <w:t>sab log shehron mein rehte thay.</w:t>
      </w:r>
    </w:p>
    <w:p>
      <w:pPr>
        <w:jc w:val="right"/>
      </w:pPr>
      <w:r>
        <w:t>سب لوگ شہروں میں رہتے تھے۔</w:t>
      </w:r>
    </w:p>
    <w:p>
      <w:r>
        <w:rPr>
          <w:b/>
        </w:rPr>
        <w:t xml:space="preserve">[52:44] </w:t>
      </w:r>
      <w:r>
        <w:t>to hamare ek cousin thay, to unhon ne kaha ke mere paas kafi paisa hai.</w:t>
      </w:r>
    </w:p>
    <w:p>
      <w:pPr>
        <w:jc w:val="right"/>
      </w:pPr>
      <w:r>
        <w:t>تو ہمارے ایک کزن تھے، تو انہوں نے کہا کہ میرے پاس کافی پیسہ ہے۔</w:t>
      </w:r>
    </w:p>
    <w:p>
      <w:r>
        <w:rPr>
          <w:b/>
        </w:rPr>
        <w:t xml:space="preserve">[52:50] </w:t>
      </w:r>
      <w:r>
        <w:t>to hum father ke paas aaye, to unhon ne kaha ke aap is paise ko ek ek acha</w:t>
      </w:r>
    </w:p>
    <w:p>
      <w:pPr>
        <w:jc w:val="right"/>
      </w:pPr>
      <w:r>
        <w:t>تو ہم فادر کے پاس آئے، تو انہوں نے کہا کہ آپ اس پیسے کو ایک ایک اچھا</w:t>
      </w:r>
    </w:p>
    <w:p>
      <w:r>
        <w:rPr>
          <w:b/>
        </w:rPr>
        <w:t xml:space="preserve">[52:58] </w:t>
      </w:r>
      <w:r>
        <w:t>standard ka english medium school kholiye.</w:t>
      </w:r>
    </w:p>
    <w:p>
      <w:pPr>
        <w:jc w:val="right"/>
      </w:pPr>
      <w:r>
        <w:t>اسٹینڈرڈ کا انگلش میڈیم اسکول کھولیے۔</w:t>
      </w:r>
    </w:p>
    <w:p>
      <w:r>
        <w:rPr>
          <w:b/>
        </w:rPr>
        <w:t xml:space="preserve">[53:00] </w:t>
      </w:r>
      <w:r>
        <w:t>to unhon ne bohat shandar school Adam Garh mein, is gaon mein, remote village mein khola.</w:t>
      </w:r>
    </w:p>
    <w:p>
      <w:pPr>
        <w:jc w:val="right"/>
      </w:pPr>
      <w:r>
        <w:t>تو انہوں نے بہت شاندار اسکول آدم گڑھ میں، اس گاؤں میں، ریموٹ ولیج میں کھولا۔</w:t>
      </w:r>
    </w:p>
    <w:p>
      <w:r>
        <w:rPr>
          <w:b/>
        </w:rPr>
        <w:t xml:space="preserve">[53:07] </w:t>
      </w:r>
      <w:r>
        <w:t>aap to gaye thay na, Zakwan sahib? to wahan par unhon ne khola, bohat shandar school woh chal</w:t>
      </w:r>
    </w:p>
    <w:p>
      <w:pPr>
        <w:jc w:val="right"/>
      </w:pPr>
      <w:r>
        <w:t>آپ تو گئے تھے نا، زکوان صاحب؟ تو وہاں پر انہوں نے کھولا، بہت شاندار اسکول وہ چل</w:t>
      </w:r>
    </w:p>
    <w:p>
      <w:r>
        <w:rPr>
          <w:b/>
        </w:rPr>
        <w:t xml:space="preserve">[53:15] </w:t>
      </w:r>
      <w:r>
        <w:t>raha hai, chobis gaon ke bachche is mein parhne aate hain.</w:t>
      </w:r>
    </w:p>
    <w:p>
      <w:pPr>
        <w:jc w:val="right"/>
      </w:pPr>
      <w:r>
        <w:t>رہا ہے، چوبیس گاؤں کے بچے اس میں پڑھنے آتے ہیں۔</w:t>
      </w:r>
    </w:p>
    <w:p>
      <w:r>
        <w:rPr>
          <w:b/>
        </w:rPr>
        <w:t xml:space="preserve">[53:20] </w:t>
      </w:r>
      <w:r>
        <w:t>aur woh hamare instru, jo ke Chitral ke ilaqe se aaye thay, unhi ke naam par hai, Zia</w:t>
      </w:r>
    </w:p>
    <w:p>
      <w:pPr>
        <w:jc w:val="right"/>
      </w:pPr>
      <w:r>
        <w:t>اور وہ ہمارے انسٹر، جو کہ چترال کے علاقے سے آئے تھے، انہی کے نام پر ہے، ضیاء</w:t>
      </w:r>
    </w:p>
    <w:p>
      <w:r>
        <w:rPr>
          <w:b/>
        </w:rPr>
        <w:t xml:space="preserve">[53:27] </w:t>
      </w:r>
      <w:r>
        <w:t>uddin Memorial School.</w:t>
      </w:r>
    </w:p>
    <w:p>
      <w:pPr>
        <w:jc w:val="right"/>
      </w:pPr>
      <w:r>
        <w:t>الدین میموریل اسکول۔</w:t>
      </w:r>
    </w:p>
    <w:p>
      <w:r>
        <w:rPr>
          <w:b/>
        </w:rPr>
        <w:t xml:space="preserve">[53:29] </w:t>
      </w:r>
      <w:r>
        <w:t>to woh hum ne un ko sab bataya, bohat ziyada woh khush hue.</w:t>
      </w:r>
    </w:p>
    <w:p>
      <w:pPr>
        <w:jc w:val="right"/>
      </w:pPr>
      <w:r>
        <w:t>تو وہ ہم نے ان کو سب بتایا، بہت زیادہ وہ خوش ہوئے۔</w:t>
      </w:r>
    </w:p>
    <w:p>
      <w:r>
        <w:rPr>
          <w:b/>
        </w:rPr>
        <w:t xml:space="preserve">[53:35] </w:t>
      </w:r>
      <w:r>
        <w:t>aur meri taqreer ke baad sab log mujh se milne ke liye baqayda aaye.</w:t>
      </w:r>
    </w:p>
    <w:p>
      <w:pPr>
        <w:jc w:val="right"/>
      </w:pPr>
      <w:r>
        <w:t>اور میری تقریر کے بعد سب لوگ مجھ سے ملنے کے لیے باقاعدہ آئے۔</w:t>
      </w:r>
    </w:p>
    <w:p>
      <w:r>
        <w:rPr>
          <w:b/>
        </w:rPr>
        <w:t xml:space="preserve">[53:41] </w:t>
      </w:r>
      <w:r>
        <w:t>yeh jo Afghani hain, bohat hi saada mizaj ke hote hain, koi pam pen show nahi in ke</w:t>
      </w:r>
    </w:p>
    <w:p>
      <w:pPr>
        <w:jc w:val="right"/>
      </w:pPr>
      <w:r>
        <w:t>یہ جو افغانی ہیں، بہت ہی سادہ مزاج کے ہوتے ہیں، کوئی پام پین شو نہیں ان کے</w:t>
      </w:r>
    </w:p>
    <w:p>
      <w:r>
        <w:rPr>
          <w:b/>
        </w:rPr>
        <w:t xml:space="preserve">[53:48] </w:t>
      </w:r>
      <w:r>
        <w:t>haan hota.</w:t>
      </w:r>
    </w:p>
    <w:p>
      <w:pPr>
        <w:jc w:val="right"/>
      </w:pPr>
      <w:r>
        <w:t>ہاں ہوتا۔</w:t>
      </w:r>
    </w:p>
    <w:p>
      <w:r>
        <w:rPr>
          <w:b/>
        </w:rPr>
        <w:t xml:space="preserve">[53:50] </w:t>
      </w:r>
      <w:r>
        <w:t>aur khud deputy minister mere paas aaya aur kehne laga, "bohat acha laga aap yahan aayen." hum ne</w:t>
      </w:r>
    </w:p>
    <w:p>
      <w:pPr>
        <w:jc w:val="right"/>
      </w:pPr>
      <w:r>
        <w:t>اور خود ڈپٹی منسٹر میرے پاس آیا اور کہنے لگا، "بہت اچھا لگا آپ یہاں آئیں۔" ہم نے</w:t>
      </w:r>
    </w:p>
    <w:p>
      <w:r>
        <w:rPr>
          <w:b/>
        </w:rPr>
        <w:t xml:space="preserve">[53:57] </w:t>
      </w:r>
      <w:r>
        <w:t>Maulana ki kitabein Madine mein hum parhte thay, hum ne un ki kitabein parhi hain.</w:t>
      </w:r>
    </w:p>
    <w:p>
      <w:pPr>
        <w:jc w:val="right"/>
      </w:pPr>
      <w:r>
        <w:t>مولانا کی کتابیں مدینے میں ہم پڑھتے تھے، ہم نے ان کی کتابیں پڑھی ہیں۔</w:t>
      </w:r>
    </w:p>
    <w:p>
      <w:r>
        <w:rPr>
          <w:b/>
        </w:rPr>
        <w:t xml:space="preserve">[54:04] </w:t>
      </w:r>
      <w:r>
        <w:t>aur hum un se bohat mutasir hain.</w:t>
      </w:r>
    </w:p>
    <w:p>
      <w:pPr>
        <w:jc w:val="right"/>
      </w:pPr>
      <w:r>
        <w:t>اور ہم ان سے بہت متاثر ہیں۔</w:t>
      </w:r>
    </w:p>
    <w:p>
      <w:r>
        <w:rPr>
          <w:b/>
        </w:rPr>
        <w:t xml:space="preserve">[54:07] </w:t>
      </w:r>
      <w:r>
        <w:t>اسٹیج پہ انہوں نے کہا کہ "I am his student." اور بہت سارے لوگ مجھ سے ملنے کے</w:t>
      </w:r>
    </w:p>
    <w:p>
      <w:pPr>
        <w:jc w:val="right"/>
      </w:pPr>
      <w:r>
        <w:t>اسٹیج پہ انہوں نے کہا کہ "آئی ایم ہز سٹوڈنٹ۔" اور بہت سارے لوگ مجھ سے ملنے کے</w:t>
      </w:r>
    </w:p>
    <w:p>
      <w:r>
        <w:rPr>
          <w:b/>
        </w:rPr>
        <w:t xml:space="preserve">[54:15] </w:t>
      </w:r>
      <w:r>
        <w:t>liye aaye jab un ko pata chala ke mein Maulana ki beti hoon.</w:t>
      </w:r>
    </w:p>
    <w:p>
      <w:pPr>
        <w:jc w:val="right"/>
      </w:pPr>
      <w:r>
        <w:t>لیے آئے جب ان کو پتہ چلا کہ میں مولانا کی بیٹی ہوں۔</w:t>
      </w:r>
    </w:p>
    <w:p>
      <w:r>
        <w:rPr>
          <w:b/>
        </w:rPr>
        <w:t xml:space="preserve">[54:20] </w:t>
      </w:r>
      <w:r>
        <w:t>to wahan par koi woh nahi hai, ministeron ke sath bhi koi security, visible security to nahi hai,</w:t>
      </w:r>
    </w:p>
    <w:p>
      <w:pPr>
        <w:jc w:val="right"/>
      </w:pPr>
      <w:r>
        <w:t>تو وہاں پر کوئی وہ نہیں ہے، منسٹروں کے ساتھ بھی کوئی سیکیورٹی، ویزیبل سیکیورٹی تو نہیں ہے،</w:t>
      </w:r>
    </w:p>
    <w:p>
      <w:r>
        <w:rPr>
          <w:b/>
        </w:rPr>
        <w:t xml:space="preserve">[54:28] </w:t>
      </w:r>
      <w:r>
        <w:t>kuch to hogi hi.</w:t>
      </w:r>
    </w:p>
    <w:p>
      <w:pPr>
        <w:jc w:val="right"/>
      </w:pPr>
      <w:r>
        <w:t>کچھ تو ہوگی ہی۔</w:t>
      </w:r>
    </w:p>
    <w:p>
      <w:r>
        <w:rPr>
          <w:b/>
        </w:rPr>
        <w:t xml:space="preserve">[54:30] </w:t>
      </w:r>
      <w:r>
        <w:t>لیکن ایسا نہیں کہ وہ surrounded by security people، ایسا نہیں تھا۔</w:t>
      </w:r>
    </w:p>
    <w:p>
      <w:pPr>
        <w:jc w:val="right"/>
      </w:pPr>
      <w:r>
        <w:t>لیکن ایسا نہیں کہ وہ سراؤنڈڈ بائی سیکیورٹی پیپل، ایسا نہیں تھا۔</w:t>
      </w:r>
    </w:p>
    <w:p>
      <w:r>
        <w:rPr>
          <w:b/>
        </w:rPr>
        <w:t xml:space="preserve">[54:35] </w:t>
      </w:r>
      <w:r>
        <w:t>to jab mein ne pehle din deputy minister aaya tha, doosre din minister aaya.</w:t>
      </w:r>
    </w:p>
    <w:p>
      <w:pPr>
        <w:jc w:val="right"/>
      </w:pPr>
      <w:r>
        <w:t>تو جب میں نے پہلے دن ڈپٹی منسٹر آیا تھا، دوسرے دن منسٹر آیا۔</w:t>
      </w:r>
    </w:p>
    <w:p>
      <w:r>
        <w:rPr>
          <w:b/>
        </w:rPr>
        <w:t xml:space="preserve">[54:41] </w:t>
      </w:r>
      <w:r>
        <w:t>to minister ki taqreer itni patient appeal thi ke community ko educate kiya jaye aur kis tarike se</w:t>
      </w:r>
    </w:p>
    <w:p>
      <w:pPr>
        <w:jc w:val="right"/>
      </w:pPr>
      <w:r>
        <w:t>تو منسٹر کی تقریر اتنی پیشنٹ اپیل تھی کہ کمیونٹی کو ایجوکیٹ کیا جائے اور کس طریقے سے</w:t>
      </w:r>
    </w:p>
    <w:p>
      <w:r>
        <w:rPr>
          <w:b/>
        </w:rPr>
        <w:t xml:space="preserve">[54:48] </w:t>
      </w:r>
      <w:r>
        <w:t>Islam mein itna ziyada ahmiyat di gayi hai taleem ki.</w:t>
      </w:r>
    </w:p>
    <w:p>
      <w:pPr>
        <w:jc w:val="right"/>
      </w:pPr>
      <w:r>
        <w:t>اسلام میں اتنا زیادہ اہمیت دی گئی ہے تعلیم کی۔</w:t>
      </w:r>
    </w:p>
    <w:p>
      <w:r>
        <w:rPr>
          <w:b/>
        </w:rPr>
        <w:t xml:space="preserve">[54:53] </w:t>
      </w:r>
      <w:r>
        <w:t>hum logon ne kiya taleem ko barbaad kar ke rakha hai? unhon ne sara bataya ke jo barhe</w:t>
      </w:r>
    </w:p>
    <w:p>
      <w:pPr>
        <w:jc w:val="right"/>
      </w:pPr>
      <w:r>
        <w:t>ہم لوگوں نے کیا تعلیم کو برباد کر کے رکھا ہے؟ انہوں نے سارا بتایا کہ جو بڑے</w:t>
      </w:r>
    </w:p>
    <w:p>
      <w:r>
        <w:rPr>
          <w:b/>
        </w:rPr>
        <w:t xml:space="preserve">[55:00] </w:t>
      </w:r>
      <w:r>
        <w:t>barhe shehar hain, wahan to hum ne fifty percent restore kar liya hai.</w:t>
      </w:r>
    </w:p>
    <w:p>
      <w:pPr>
        <w:jc w:val="right"/>
      </w:pPr>
      <w:r>
        <w:t>بڑے شہر ہیں، وہاں تو ہم نے ففٹی پرسنٹ ریسٹور کر لیا ہے۔</w:t>
      </w:r>
    </w:p>
    <w:p>
      <w:r>
        <w:rPr>
          <w:b/>
        </w:rPr>
        <w:t xml:space="preserve">[55:06] </w:t>
      </w:r>
      <w:r>
        <w:t>khas tor par girl education ke tamam jo buildingen theen, sab unhon ne destroy kar diya.</w:t>
      </w:r>
    </w:p>
    <w:p>
      <w:pPr>
        <w:jc w:val="right"/>
      </w:pPr>
      <w:r>
        <w:t>خاص طور پر گرل ایجوکیشن کے تمام جو بلڈنگیں تھیں، سب انہوں نے ڈسٹرائے کر دیا۔</w:t>
      </w:r>
    </w:p>
    <w:p>
      <w:r>
        <w:rPr>
          <w:b/>
        </w:rPr>
        <w:t xml:space="preserve">[55:13] </w:t>
      </w:r>
      <w:r>
        <w:t>aur rastay seif nahin hain, to is liye bachiyan parhnay nahin aati hain.</w:t>
      </w:r>
    </w:p>
    <w:p>
      <w:pPr>
        <w:jc w:val="right"/>
      </w:pPr>
      <w:r>
        <w:t>اور راستے سیف نہیں ہیں، تو اس لیے بچیاں پڑھنے نہیں آتی ہیں۔</w:t>
      </w:r>
    </w:p>
    <w:p>
      <w:r>
        <w:rPr>
          <w:b/>
        </w:rPr>
        <w:t xml:space="preserve">[55:18] </w:t>
      </w:r>
      <w:r>
        <w:t>lekin jo main main shehar hain, qandhar hai, kabul hai, aur kuch aisi main main shehar bata rahay</w:t>
      </w:r>
    </w:p>
    <w:p>
      <w:pPr>
        <w:jc w:val="right"/>
      </w:pPr>
      <w:r>
        <w:t>لیکن جو مین مین شہر ہیں، قندھار ہے، کابل ہے، اور کچھ ایسی مین مین شہر بتا رہے</w:t>
      </w:r>
    </w:p>
    <w:p>
      <w:r>
        <w:rPr>
          <w:b/>
        </w:rPr>
        <w:t xml:space="preserve">[55:26] </w:t>
      </w:r>
      <w:r>
        <w:t>thay, wahan hum nay fifty percent restoration kar diya hai.</w:t>
      </w:r>
    </w:p>
    <w:p>
      <w:pPr>
        <w:jc w:val="right"/>
      </w:pPr>
      <w:r>
        <w:t>تھے، وہاں ہم نے ففٹی پرسنٹ ریسٹوریشن کر دیا ہے۔</w:t>
      </w:r>
    </w:p>
    <w:p>
      <w:r>
        <w:rPr>
          <w:b/>
        </w:rPr>
        <w:t xml:space="preserve">[55:30] </w:t>
      </w:r>
      <w:r>
        <w:t>lekin abhi bhi jo kinaray kinaray kay ilaqay hain, ghazni waghera, jahan militancy chal rahi hai, to wahan</w:t>
      </w:r>
    </w:p>
    <w:p>
      <w:pPr>
        <w:jc w:val="right"/>
      </w:pPr>
      <w:r>
        <w:t>لیکن ابھی بھی جو کنارے کنارے کے علاقے ہیں، غزنی وغیرہ، جہاں ملیٹنسی چل رہی ہے، تو وہاں</w:t>
      </w:r>
    </w:p>
    <w:p>
      <w:r>
        <w:rPr>
          <w:b/>
        </w:rPr>
        <w:t xml:space="preserve">[55:38] </w:t>
      </w:r>
      <w:r>
        <w:t>par abhi bhi sab school band hain, bachiyon kay sab school band hain.</w:t>
      </w:r>
    </w:p>
    <w:p>
      <w:pPr>
        <w:jc w:val="right"/>
      </w:pPr>
      <w:r>
        <w:t>پر ابھی بھی سب اسکول بند ہیں، بچیوں کے سب اسکول بند ہیں۔</w:t>
      </w:r>
    </w:p>
    <w:p>
      <w:r>
        <w:rPr>
          <w:b/>
        </w:rPr>
        <w:t xml:space="preserve">[55:44] </w:t>
      </w:r>
      <w:r>
        <w:t>to bohat hi jaisay un ko dil say bol rahay thay, jaisay un ko dard ho raha tha</w:t>
      </w:r>
    </w:p>
    <w:p>
      <w:pPr>
        <w:jc w:val="right"/>
      </w:pPr>
      <w:r>
        <w:t>تو بہت ہی جیسے ان کو دل سے بول رہے تھے، جیسے ان کو درد ہو رہا تھا</w:t>
      </w:r>
    </w:p>
    <w:p>
      <w:r>
        <w:rPr>
          <w:b/>
        </w:rPr>
        <w:t xml:space="preserve">[55:51] </w:t>
      </w:r>
      <w:r>
        <w:t>keh keh bachiyon ko taleem nahin mil rahi hai, kitna bara un ka loss hai yeh.</w:t>
      </w:r>
    </w:p>
    <w:p>
      <w:pPr>
        <w:jc w:val="right"/>
      </w:pPr>
      <w:r>
        <w:t>کہ کہ بچیوں کو تعلیم نہیں مل رہی ہے، کتنا بڑا ان کا لاس ہے یہ۔</w:t>
      </w:r>
    </w:p>
    <w:p>
      <w:r>
        <w:rPr>
          <w:b/>
        </w:rPr>
        <w:t xml:space="preserve">[55:58] </w:t>
      </w:r>
      <w:r>
        <w:t>to mujhe bohat acha laga keh hum itna ziada achay log hain yeh.</w:t>
      </w:r>
    </w:p>
    <w:p>
      <w:pPr>
        <w:jc w:val="right"/>
      </w:pPr>
      <w:r>
        <w:t>تو مجھے بہت اچھا لگا کہ ہم اتنا زیادہ اچھے لوگ ہیں یہ۔</w:t>
      </w:r>
    </w:p>
    <w:p>
      <w:r>
        <w:rPr>
          <w:b/>
        </w:rPr>
        <w:t xml:space="preserve">[56:04] </w:t>
      </w:r>
      <w:r>
        <w:t>lekin wahan par militancy, logon nay bataya keh asal mein afghaniyon nay militancy nahin jalaai thi.</w:t>
      </w:r>
    </w:p>
    <w:p>
      <w:pPr>
        <w:jc w:val="right"/>
      </w:pPr>
      <w:r>
        <w:t>لیکن وہاں پر ملیٹنسی، لوگوں نے بتایا کہ اصل میں افغانیوں نے ملیٹنسی نہیں جلائی تھی۔</w:t>
      </w:r>
    </w:p>
    <w:p>
      <w:r>
        <w:rPr>
          <w:b/>
        </w:rPr>
        <w:t xml:space="preserve">[56:11] </w:t>
      </w:r>
      <w:r>
        <w:t>woh to bohat hi peace loving thay, yeh to jo parosi mulk say kay jo taliban thay, woh</w:t>
      </w:r>
    </w:p>
    <w:p>
      <w:pPr>
        <w:jc w:val="right"/>
      </w:pPr>
      <w:r>
        <w:t>وہ تو بہت ہی پیس لونگ تھے، یہ تو جو پڑوسی ملک سے کے جو طالبان تھے، وہ</w:t>
      </w:r>
    </w:p>
    <w:p>
      <w:r>
        <w:rPr>
          <w:b/>
        </w:rPr>
        <w:t xml:space="preserve">[56:18] </w:t>
      </w:r>
      <w:r>
        <w:t>yahan aaye thay aur un ki wajah say unhonay yeh seedhay saadhey jo kam parhay likhay logon</w:t>
      </w:r>
    </w:p>
    <w:p>
      <w:pPr>
        <w:jc w:val="right"/>
      </w:pPr>
      <w:r>
        <w:t>یہاں آئے تھے اور ان کی وجہ سے انہوں نے یہ سیدھے سادھے جو کم پڑھے لکھے لوگوں</w:t>
      </w:r>
    </w:p>
    <w:p>
      <w:r>
        <w:rPr>
          <w:b/>
        </w:rPr>
        <w:t xml:space="preserve">[56:26] </w:t>
      </w:r>
      <w:r>
        <w:t>ko bewakoof samajh lijiye, exploit kiya aur yahan militancy chala di.</w:t>
      </w:r>
    </w:p>
    <w:p>
      <w:pPr>
        <w:jc w:val="right"/>
      </w:pPr>
      <w:r>
        <w:t>کو بیوقوف سمجھ لیجیے، ایکسپلائٹ کیا اور یہاں ملیٹنسی چلا دیا۔</w:t>
      </w:r>
    </w:p>
    <w:p>
      <w:r>
        <w:rPr>
          <w:b/>
        </w:rPr>
        <w:t xml:space="preserve">[56:31] </w:t>
      </w:r>
      <w:r>
        <w:t>ab woh itna zabardast militancy chali keh tamam poora system, poora shehar samajh lijiye, khandar ho gaya hai.</w:t>
      </w:r>
    </w:p>
    <w:p>
      <w:pPr>
        <w:jc w:val="right"/>
      </w:pPr>
      <w:r>
        <w:t>اب وہ اتنا زبردست ملیٹنسی چلی کہ تمام پورا سسٹم، پورا شہر سمجھ لیجیے، کھڈر ہو گیا ہے۔</w:t>
      </w:r>
    </w:p>
    <w:p>
      <w:r>
        <w:rPr>
          <w:b/>
        </w:rPr>
        <w:t xml:space="preserve">[56:39] </w:t>
      </w:r>
      <w:r>
        <w:t>ab jo das saal mein woh kar rahay hain, buildingen bana rahay hain, aik area mein develop kar</w:t>
      </w:r>
    </w:p>
    <w:p>
      <w:pPr>
        <w:jc w:val="right"/>
      </w:pPr>
      <w:r>
        <w:t>اب جو دس سال میں وہ کر رہے ہیں، بلڈنگیں بنا رہے ہیں، ایک ایریا میں ڈیولپ کر</w:t>
      </w:r>
    </w:p>
    <w:p>
      <w:r>
        <w:rPr>
          <w:b/>
        </w:rPr>
        <w:t xml:space="preserve">[56:46] </w:t>
      </w:r>
      <w:r>
        <w:t>rahay hain, lekin agar aap is say door jayen to bilkul aap ko khandar nazar aata hai.</w:t>
      </w:r>
    </w:p>
    <w:p>
      <w:pPr>
        <w:jc w:val="right"/>
      </w:pPr>
      <w:r>
        <w:t>رہے ہیں، لیکن اگر آپ اس سے دور جائیں تو بالکل آپ کو کھڈر نظر آتا ہے۔</w:t>
      </w:r>
    </w:p>
    <w:p>
      <w:r>
        <w:rPr>
          <w:b/>
        </w:rPr>
        <w:t xml:space="preserve">[56:54] </w:t>
      </w:r>
      <w:r>
        <w:t>baad mein hum log kahin aik ekad jagah gaye, jaisay darulaman hai, badshah amanullah khan nay is</w:t>
      </w:r>
    </w:p>
    <w:p>
      <w:pPr>
        <w:jc w:val="right"/>
      </w:pPr>
      <w:r>
        <w:t>بعد میں ہم لوگ کہیں ایک ایکاد جگہ گئے، جیسے دارالامن ہے، بادشاہ امان اللہ خان نے اس</w:t>
      </w:r>
    </w:p>
    <w:p>
      <w:r>
        <w:rPr>
          <w:b/>
        </w:rPr>
        <w:t xml:space="preserve">[57:01] </w:t>
      </w:r>
      <w:r>
        <w:t>ko nineteen twenties mein banaya tha.</w:t>
      </w:r>
    </w:p>
    <w:p>
      <w:pPr>
        <w:jc w:val="right"/>
      </w:pPr>
      <w:r>
        <w:t>کو نائنٹین ٹونٹیز میں بنایا تھا۔</w:t>
      </w:r>
    </w:p>
    <w:p>
      <w:r>
        <w:rPr>
          <w:b/>
        </w:rPr>
        <w:t xml:space="preserve">[57:04] </w:t>
      </w:r>
      <w:r>
        <w:t>to woh bilkul khandar.</w:t>
      </w:r>
    </w:p>
    <w:p>
      <w:pPr>
        <w:jc w:val="right"/>
      </w:pPr>
      <w:r>
        <w:t>تو وہ بالکل کھڈر۔</w:t>
      </w:r>
    </w:p>
    <w:p>
      <w:r>
        <w:rPr>
          <w:b/>
        </w:rPr>
        <w:t xml:space="preserve">[57:06] </w:t>
      </w:r>
      <w:r>
        <w:t>to hamaray saathi log andar gaye, mujhe mein nay kaha mein nahin andar jaon gi.</w:t>
      </w:r>
    </w:p>
    <w:p>
      <w:pPr>
        <w:jc w:val="right"/>
      </w:pPr>
      <w:r>
        <w:t>تو ہمارے ساتھی لوگ اندر گئے، مجھے میں نے کہا میں نہیں اندر جاؤں گی۔</w:t>
      </w:r>
    </w:p>
    <w:p>
      <w:r>
        <w:rPr>
          <w:b/>
        </w:rPr>
        <w:t xml:space="preserve">[57:12] </w:t>
      </w:r>
      <w:r>
        <w:t>to bilkul khandar lag raha tha.</w:t>
      </w:r>
    </w:p>
    <w:p>
      <w:pPr>
        <w:jc w:val="right"/>
      </w:pPr>
      <w:r>
        <w:t>تو بالکل کھڈر لگ رہا تھا۔</w:t>
      </w:r>
    </w:p>
    <w:p>
      <w:r>
        <w:rPr>
          <w:b/>
        </w:rPr>
        <w:t xml:space="preserve">[57:15] </w:t>
      </w:r>
      <w:r>
        <w:t>to pehlay to Soviets aaye, to logon nay bataya keh Soviets jab aaye to yahan par jang jo</w:t>
      </w:r>
    </w:p>
    <w:p>
      <w:pPr>
        <w:jc w:val="right"/>
      </w:pPr>
      <w:r>
        <w:t>تو پہلے تو سوویٹس آئے، تو لوگوں نے بتایا کہ سوویٹس جب آئے تو یہاں پر جنگ جو</w:t>
      </w:r>
    </w:p>
    <w:p>
      <w:r>
        <w:rPr>
          <w:b/>
        </w:rPr>
        <w:t xml:space="preserve">[57:22] </w:t>
      </w:r>
      <w:r>
        <w:t>hai, paharon mein say lar rahay thay log.</w:t>
      </w:r>
    </w:p>
    <w:p>
      <w:pPr>
        <w:jc w:val="right"/>
      </w:pPr>
      <w:r>
        <w:t>ہے، پہاڑوں میں سے لڑ رہے تھے لوگ۔</w:t>
      </w:r>
    </w:p>
    <w:p>
      <w:r>
        <w:rPr>
          <w:b/>
        </w:rPr>
        <w:t xml:space="preserve">[57:26] </w:t>
      </w:r>
      <w:r>
        <w:t>to bohat ziada tabahi shehron ki nahin aai hui thi.</w:t>
      </w:r>
    </w:p>
    <w:p>
      <w:pPr>
        <w:jc w:val="right"/>
      </w:pPr>
      <w:r>
        <w:t>تو بہت زیادہ تباہی شہروں کی نہیں آئی ہوئی تھی۔</w:t>
      </w:r>
    </w:p>
    <w:p>
      <w:r>
        <w:rPr>
          <w:b/>
        </w:rPr>
        <w:t xml:space="preserve">[57:30] </w:t>
      </w:r>
      <w:r>
        <w:t>lekin jab woh log gaye, aur chuki Afghanistan mein tribal society hai, to phir aapas mein sab tribes</w:t>
      </w:r>
    </w:p>
    <w:p>
      <w:pPr>
        <w:jc w:val="right"/>
      </w:pPr>
      <w:r>
        <w:t>لیکن جب وہ لوگ گئے، اور چونکہ افغانستان میں ٹرائبل سوسائٹی ہے، تو پھر آپس میں سب ٹرائبس</w:t>
      </w:r>
    </w:p>
    <w:p>
      <w:r>
        <w:rPr>
          <w:b/>
        </w:rPr>
        <w:t xml:space="preserve">[57:38] </w:t>
      </w:r>
      <w:r>
        <w:t>larne lagay.</w:t>
      </w:r>
    </w:p>
    <w:p>
      <w:pPr>
        <w:jc w:val="right"/>
      </w:pPr>
      <w:r>
        <w:t>لڑنے لگے۔</w:t>
      </w:r>
    </w:p>
    <w:p>
      <w:r>
        <w:rPr>
          <w:b/>
        </w:rPr>
        <w:t xml:space="preserve">[57:39] </w:t>
      </w:r>
      <w:r>
        <w:t>is is jang mein sari pura pura shehar tabah ho gaya.</w:t>
      </w:r>
    </w:p>
    <w:p>
      <w:pPr>
        <w:jc w:val="right"/>
      </w:pPr>
      <w:r>
        <w:t>اس اس جنگ میں ساری پورا پورا شہر تباہ ہو گیا۔</w:t>
      </w:r>
    </w:p>
    <w:p>
      <w:r>
        <w:rPr>
          <w:b/>
        </w:rPr>
        <w:t xml:space="preserve">[57:44] </w:t>
      </w:r>
      <w:r>
        <w:t>aur jo dar-ul-aman tha, woh ek namuna tha.</w:t>
      </w:r>
    </w:p>
    <w:p>
      <w:pPr>
        <w:jc w:val="right"/>
      </w:pPr>
      <w:r>
        <w:t>اور جو دارالامن تھا، وہ ایک نمونہ تھا۔</w:t>
      </w:r>
    </w:p>
    <w:p>
      <w:r>
        <w:rPr>
          <w:b/>
        </w:rPr>
        <w:t xml:space="preserve">[57:47] </w:t>
      </w:r>
      <w:r>
        <w:t>dar-ul-aman ke samne hi india ki government wahan parliament house bana rahi hai, kyunke bohat acha location hai</w:t>
      </w:r>
    </w:p>
    <w:p>
      <w:pPr>
        <w:jc w:val="right"/>
      </w:pPr>
      <w:r>
        <w:t>دارالامن کے سامنے ہی انڈیا کی گورنمنٹ وہاں پارلیمنٹ ہاؤس بنا رہی ہے، کیونکہ بہت اچھا لوکیشن ہے</w:t>
      </w:r>
    </w:p>
    <w:p>
      <w:r>
        <w:rPr>
          <w:b/>
        </w:rPr>
        <w:t xml:space="preserve">[57:55]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[57:57] </w:t>
      </w:r>
      <w:r>
        <w:t>to is waja se hum ne dono cheez dekhein.</w:t>
      </w:r>
    </w:p>
    <w:p>
      <w:pPr>
        <w:jc w:val="right"/>
      </w:pPr>
      <w:r>
        <w:t>تو اس وجہ سے ہم نے دونوں چیز دیکھیں۔</w:t>
      </w:r>
    </w:p>
    <w:p>
      <w:r>
        <w:rPr>
          <w:b/>
        </w:rPr>
        <w:t xml:space="preserve">[58:00] </w:t>
      </w:r>
      <w:r>
        <w:t>aur woh kundraat sab dekh kar ke bohat hi sakht woh hua ke itne qeemti log the, lekin</w:t>
      </w:r>
    </w:p>
    <w:p>
      <w:pPr>
        <w:jc w:val="right"/>
      </w:pPr>
      <w:r>
        <w:t>اور وہ کھنڈرات سب دیکھ کر کے بہت ہی سخت وہ ہوا کہ اتنے قیمتی لوگ تھے، لیکن</w:t>
      </w:r>
    </w:p>
    <w:p>
      <w:r>
        <w:rPr>
          <w:b/>
        </w:rPr>
        <w:t xml:space="preserve">[58:08] </w:t>
      </w:r>
      <w:r>
        <w:t>kis tareeqe se logon ne in ko behka kar ke militancy mein shamil kar liya aur aur un</w:t>
      </w:r>
    </w:p>
    <w:p>
      <w:pPr>
        <w:jc w:val="right"/>
      </w:pPr>
      <w:r>
        <w:t>کس طریقے سے لوگوں نے ان کو بہکا کر کے ملیٹنسی میں شامل کر لیا اور اور ان</w:t>
      </w:r>
    </w:p>
    <w:p>
      <w:r>
        <w:rPr>
          <w:b/>
        </w:rPr>
        <w:t xml:space="preserve">[58:16] </w:t>
      </w:r>
      <w:r>
        <w:t>ko taleem hasil nahi karne di.</w:t>
      </w:r>
    </w:p>
    <w:p>
      <w:pPr>
        <w:jc w:val="right"/>
      </w:pPr>
      <w:r>
        <w:t>کو تعلیم حاصل نہیں کرنے دی۔</w:t>
      </w:r>
    </w:p>
    <w:p>
      <w:r>
        <w:rPr>
          <w:b/>
        </w:rPr>
        <w:t xml:space="preserve">[58:18] </w:t>
      </w:r>
      <w:r>
        <w:t>aaj kal baghair taleem ke to aadmi kuch bhi kar nahi sakta hai.</w:t>
      </w:r>
    </w:p>
    <w:p>
      <w:pPr>
        <w:jc w:val="right"/>
      </w:pPr>
      <w:r>
        <w:t>آج کل بغیر تعلیم کے تو آدمی کچھ بھی کر نہیں سکتا ہے۔</w:t>
      </w:r>
    </w:p>
    <w:p>
      <w:r>
        <w:rPr>
          <w:b/>
        </w:rPr>
        <w:t xml:space="preserve">[58:24] </w:t>
      </w:r>
      <w:r>
        <w:t>to is ke baad hum ek ek jagah bagh babar gaye, wahan babar bolte hain, pata nahi kyun.</w:t>
      </w:r>
    </w:p>
    <w:p>
      <w:pPr>
        <w:jc w:val="right"/>
      </w:pPr>
      <w:r>
        <w:t>تو اس کے بعد ہم ایک ایک جگہ باغ بابر گئے، وہاں بابر بولتے ہیں، پتہ نہیں کیوں۔</w:t>
      </w:r>
    </w:p>
    <w:p>
      <w:r>
        <w:rPr>
          <w:b/>
        </w:rPr>
        <w:t xml:space="preserve">[58:32] </w:t>
      </w:r>
      <w:r>
        <w:t>to bagh babar gaye, wahan par babar ne pandrah sau chaar mein kabul fateh kiya tha aur pandrah</w:t>
      </w:r>
    </w:p>
    <w:p>
      <w:pPr>
        <w:jc w:val="right"/>
      </w:pPr>
      <w:r>
        <w:t>تو باغ بابر گئے، وہاں پر بابر نے پندرہ سو چار میں کابل فتح کیا تھا اور پندرہ</w:t>
      </w:r>
    </w:p>
    <w:p>
      <w:r>
        <w:rPr>
          <w:b/>
        </w:rPr>
        <w:t xml:space="preserve">[58:39] </w:t>
      </w:r>
      <w:r>
        <w:t>sau athais mein yeh jagah banai thi.</w:t>
      </w:r>
    </w:p>
    <w:p>
      <w:pPr>
        <w:jc w:val="right"/>
      </w:pPr>
      <w:r>
        <w:t>سو اٹھائیس میں یہ جگہ بنائی تھی۔</w:t>
      </w:r>
    </w:p>
    <w:p>
      <w:r>
        <w:rPr>
          <w:b/>
        </w:rPr>
        <w:t xml:space="preserve">[58:42] </w:t>
      </w:r>
      <w:r>
        <w:t>kyunke jaisa aap log jante hain ke mughal rulers jo the, woh bohat bare bare bagh banate the,</w:t>
      </w:r>
    </w:p>
    <w:p>
      <w:pPr>
        <w:jc w:val="right"/>
      </w:pPr>
      <w:r>
        <w:t>کیونکہ جیسا آپ لوگ جانتے ہیں کہ مغل رولرز جو تھے، وہ بہت بڑے بڑے باغ بناتے تھے،</w:t>
      </w:r>
    </w:p>
    <w:p>
      <w:r>
        <w:rPr>
          <w:b/>
        </w:rPr>
        <w:t xml:space="preserve">[58:50] </w:t>
      </w:r>
      <w:r>
        <w:t>pleasure houses the un ke.</w:t>
      </w:r>
    </w:p>
    <w:p>
      <w:pPr>
        <w:jc w:val="right"/>
      </w:pPr>
      <w:r>
        <w:t>پلیژر ہاؤسز تھے ان کے۔</w:t>
      </w:r>
    </w:p>
    <w:p>
      <w:r>
        <w:rPr>
          <w:b/>
        </w:rPr>
        <w:t xml:space="preserve">[58:52] </w:t>
      </w:r>
      <w:r>
        <w:t>to isi tareeqe se kabul ne apni yaadgar ke taur par aur ek jagah develop karne ke liye</w:t>
      </w:r>
    </w:p>
    <w:p>
      <w:pPr>
        <w:jc w:val="right"/>
      </w:pPr>
      <w:r>
        <w:t>تو اسی طریقے سے کابل نے اپنی یادگار کے طور پر اور ایک جگہ ڈیولپ کرنے کے لیے</w:t>
      </w:r>
    </w:p>
    <w:p>
      <w:r>
        <w:rPr>
          <w:b/>
        </w:rPr>
        <w:t xml:space="preserve">[59:00] </w:t>
      </w:r>
      <w:r>
        <w:t>ke aadmi wahan jaye aur thoda sa acha waqt guzare, to us ne wahan par banaya.</w:t>
      </w:r>
    </w:p>
    <w:p>
      <w:pPr>
        <w:jc w:val="right"/>
      </w:pPr>
      <w:r>
        <w:t>کہ آدمی وہاں جائے اور تھوڑا سا اچھا وقت گزارے، تو اس نے وہاں پر بنایا۔</w:t>
      </w:r>
    </w:p>
    <w:p>
      <w:r>
        <w:rPr>
          <w:b/>
        </w:rPr>
        <w:t xml:space="preserve">[59:07] </w:t>
      </w:r>
      <w:r>
        <w:t>to is ke baad is mein bohat zyada extension hua aur bohat bohat shandar woh jagah unhon ne</w:t>
      </w:r>
    </w:p>
    <w:p>
      <w:pPr>
        <w:jc w:val="right"/>
      </w:pPr>
      <w:r>
        <w:t>تو اس کے بعد اس میں بہت زیادہ ایکسٹینشن ہوا اور بہت بہت شاندار وہ جگہ انہوں نے</w:t>
      </w:r>
    </w:p>
    <w:p>
      <w:r>
        <w:rPr>
          <w:b/>
        </w:rPr>
        <w:t xml:space="preserve">[59:15] </w:t>
      </w:r>
      <w:r>
        <w:t>bana diya.</w:t>
      </w:r>
    </w:p>
    <w:p>
      <w:pPr>
        <w:jc w:val="right"/>
      </w:pPr>
      <w:r>
        <w:t>بنا دیا۔</w:t>
      </w:r>
    </w:p>
    <w:p>
      <w:r>
        <w:rPr>
          <w:b/>
        </w:rPr>
        <w:t xml:space="preserve">[59:16] </w:t>
      </w:r>
      <w:r>
        <w:t>auraton ko mein ne dekha ke jagah jagah auratein, acha hum samajh rahe the ke bazaar bazaar mein</w:t>
      </w:r>
    </w:p>
    <w:p>
      <w:pPr>
        <w:jc w:val="right"/>
      </w:pPr>
      <w:r>
        <w:t>عورتوں کو میں نے دیکھا کہ جگہ جگہ عورتیں، اچھا ہم سمجھ رہے تھے کہ بازار بازار میں</w:t>
      </w:r>
    </w:p>
    <w:p>
      <w:r>
        <w:rPr>
          <w:b/>
        </w:rPr>
        <w:t xml:space="preserve">[59:24] </w:t>
      </w:r>
      <w:r>
        <w:t>to koi hoga nahi, lekin bazaar mein to waise hi jaise hum logon ke haan chandni chowk ho</w:t>
      </w:r>
    </w:p>
    <w:p>
      <w:pPr>
        <w:jc w:val="right"/>
      </w:pPr>
      <w:r>
        <w:t>تو کوئی ہوگا نہیں، لیکن بازار میں تو ویسے ہی جیسے ہم لوگوں کے ہاں چاندنی چوک ہو</w:t>
      </w:r>
    </w:p>
    <w:p>
      <w:r>
        <w:rPr>
          <w:b/>
        </w:rPr>
        <w:t xml:space="preserve">[59:32] </w:t>
      </w:r>
      <w:r>
        <w:t>ya bhogal ho, bheed lagi rehti hai.</w:t>
      </w:r>
    </w:p>
    <w:p>
      <w:pPr>
        <w:jc w:val="right"/>
      </w:pPr>
      <w:r>
        <w:t>یا بھوگل ہو، بھیڑ لگی رہتی ہے۔</w:t>
      </w:r>
    </w:p>
    <w:p>
      <w:r>
        <w:rPr>
          <w:b/>
        </w:rPr>
        <w:t xml:space="preserve">[59:35] </w:t>
      </w:r>
      <w:r>
        <w:t>to isi tareeqe se wahan bheed lagi rehti hai, lekin auratein ab abhi tak woh jo burqa hota</w:t>
      </w:r>
    </w:p>
    <w:p>
      <w:pPr>
        <w:jc w:val="right"/>
      </w:pPr>
      <w:r>
        <w:t>تو اسی طریقے سے وہاں بھیڑ لگی رہتی ہے، لیکن عورتیں اب ابھی تک وہ جو برقہ ہوتا</w:t>
      </w:r>
    </w:p>
    <w:p>
      <w:r>
        <w:rPr>
          <w:b/>
        </w:rPr>
        <w:t xml:space="preserve">[59:42] </w:t>
      </w:r>
      <w:r>
        <w:t>hai, gol burqa jo hota hai, jis ko angrezon ne kaha tha ke yeh auratein to khema le</w:t>
      </w:r>
    </w:p>
    <w:p>
      <w:pPr>
        <w:jc w:val="right"/>
      </w:pPr>
      <w:r>
        <w:t>ہے، گول برقہ جو ہوتا ہے، جس کو انگریزوں نے کہا تھا کہ یہ عورتیں تو خیمہ لے</w:t>
      </w:r>
    </w:p>
    <w:p>
      <w:r>
        <w:rPr>
          <w:b/>
        </w:rPr>
        <w:t xml:space="preserve">[59:50] </w:t>
      </w:r>
      <w:r>
        <w:t>kar chalti hain, to woh abhi tak wahan chalta hai.</w:t>
      </w:r>
    </w:p>
    <w:p>
      <w:pPr>
        <w:jc w:val="right"/>
      </w:pPr>
      <w:r>
        <w:t>کر چلتی ہیں، تو وہ ابھی تک وہاں چلتا ہے۔</w:t>
      </w:r>
    </w:p>
    <w:p>
      <w:r>
        <w:rPr>
          <w:b/>
        </w:rPr>
        <w:t xml:space="preserve">[59:54] </w:t>
      </w:r>
      <w:r>
        <w:t>lekin bohat sari auratein jo sirf hijab mein rehti hain, bohat si aisi auratein hain, dheere dheere wahan</w:t>
      </w:r>
    </w:p>
    <w:p>
      <w:pPr>
        <w:jc w:val="right"/>
      </w:pPr>
      <w:r>
        <w:t>لیکن بہت ساری عورتیں جو صرف حجاب میں رہتی ہیں، بہت سی ایسی عورتیں ہیں، دھیرے دھیرے وہاں</w:t>
      </w:r>
    </w:p>
    <w:p>
      <w:r>
        <w:rPr>
          <w:b/>
        </w:rPr>
        <w:t xml:space="preserve">[1:00:02] </w:t>
      </w:r>
      <w:r>
        <w:t>development ho raha hai, lekin ziyada tar aurtain burqay mein hi rehti hain.</w:t>
      </w:r>
    </w:p>
    <w:p>
      <w:pPr>
        <w:jc w:val="right"/>
      </w:pPr>
      <w:r>
        <w:t>ڈیولپمنٹ ہو رہا ہے، لیکن زیادہ تر عورتیں برقے میں ہی رہتی ہیں۔</w:t>
      </w:r>
    </w:p>
    <w:p>
      <w:r>
        <w:rPr>
          <w:b/>
        </w:rPr>
        <w:t xml:space="preserve">[1:00:08] </w:t>
      </w:r>
      <w:r>
        <w:t>lekin bohat kaafi jo hai wahan par kaam ho raha hai aur taleem log haasil kar rahe hain.</w:t>
      </w:r>
    </w:p>
    <w:p>
      <w:pPr>
        <w:jc w:val="right"/>
      </w:pPr>
      <w:r>
        <w:t>لیکن بہت کافی جو ہے وہاں پر کام ہو رہا ہے اور تعلیم لوگ حاصل کر رہے ہیں۔</w:t>
      </w:r>
    </w:p>
    <w:p>
      <w:r>
        <w:rPr>
          <w:b/>
        </w:rPr>
        <w:t xml:space="preserve">[1:00:15] </w:t>
      </w:r>
      <w:r>
        <w:t>aur maine khud dekha school jagah jagah khule hue thay, bachiyan aa rahi theen, ja rahi theen.</w:t>
      </w:r>
    </w:p>
    <w:p>
      <w:pPr>
        <w:jc w:val="right"/>
      </w:pPr>
      <w:r>
        <w:t>اور میں نے خود دیکھا اسکول جگہ جگہ کھلے ہوئے تھے، بچیاں آ رہی تھیں، جا رہی تھیں۔</w:t>
      </w:r>
    </w:p>
    <w:p>
      <w:r>
        <w:rPr>
          <w:b/>
        </w:rPr>
        <w:t xml:space="preserve">[1:00:23] </w:t>
      </w:r>
      <w:r>
        <w:t>to sab se achi baat jo hamein wahan lagi ke ek din hum jab hum pehle hi din</w:t>
      </w:r>
    </w:p>
    <w:p>
      <w:pPr>
        <w:jc w:val="right"/>
      </w:pPr>
      <w:r>
        <w:t>تو سب سے اچھی بات جو ہمیں وہاں لگی کہ ایک دن ہم جب ہم پہلے ہی دن</w:t>
      </w:r>
    </w:p>
    <w:p>
      <w:r>
        <w:rPr>
          <w:b/>
        </w:rPr>
        <w:t xml:space="preserve">[1:00:31] </w:t>
      </w:r>
      <w:r>
        <w:t>program se aaye to wahan par do sahabaan ka wait kar rahe thay hotel mein.</w:t>
      </w:r>
    </w:p>
    <w:p>
      <w:pPr>
        <w:jc w:val="right"/>
      </w:pPr>
      <w:r>
        <w:t>پروگرام سے آئے تو وہاں پر دو صاحبان کا ویٹ کر رہے تھے ہوٹل میں۔</w:t>
      </w:r>
    </w:p>
    <w:p>
      <w:r>
        <w:rPr>
          <w:b/>
        </w:rPr>
        <w:t xml:space="preserve">[1:00:37] </w:t>
      </w:r>
      <w:r>
        <w:t>to unhon ne kaha ke aap CPS International se hain.</w:t>
      </w:r>
    </w:p>
    <w:p>
      <w:pPr>
        <w:jc w:val="right"/>
      </w:pPr>
      <w:r>
        <w:t>تو انہوں نے کہا کہ آپ سی پی ایس انٹرنیشنل سے ہیں۔</w:t>
      </w:r>
    </w:p>
    <w:p>
      <w:r>
        <w:rPr>
          <w:b/>
        </w:rPr>
        <w:t xml:space="preserve">[1:00:42] </w:t>
      </w:r>
      <w:r>
        <w:t>to hamein bohat acha laga ke yahan par jahan ke hum samajh rahe thay ke yahan to kuch</w:t>
      </w:r>
    </w:p>
    <w:p>
      <w:pPr>
        <w:jc w:val="right"/>
      </w:pPr>
      <w:r>
        <w:t>تو ہمیں بہت اچھا لگا کہ یہاں پر جہاں کہ ہم سمجھ رہے تھے کہ یہاں تو کچھ</w:t>
      </w:r>
    </w:p>
    <w:p>
      <w:r>
        <w:rPr>
          <w:b/>
        </w:rPr>
        <w:t xml:space="preserve">[1:00:50] </w:t>
      </w:r>
      <w:r>
        <w:t>bhi nahi hoga hamare liye, to wahan bhi CPS International wahan pohancha hua hai.</w:t>
      </w:r>
    </w:p>
    <w:p>
      <w:pPr>
        <w:jc w:val="right"/>
      </w:pPr>
      <w:r>
        <w:t>بھی نہیں ہوگا ہمارے لیے، تو وہاں بھی سی پی ایس انٹرنیشنل وہاں پہنچا ہوا ہے۔</w:t>
      </w:r>
    </w:p>
    <w:p>
      <w:r>
        <w:rPr>
          <w:b/>
        </w:rPr>
        <w:t xml:space="preserve">[1:00:57] </w:t>
      </w:r>
      <w:r>
        <w:t>to unhon ne bataya ke yahan hum bohat saray log kaam kar rahe hain aur agar aap ke</w:t>
      </w:r>
    </w:p>
    <w:p>
      <w:pPr>
        <w:jc w:val="right"/>
      </w:pPr>
      <w:r>
        <w:t>تو انہوں نے بتایا کہ یہاں ہم بہت سارے لوگ کام کر رہے ہیں اور اگر آپ کے</w:t>
      </w:r>
    </w:p>
    <w:p>
      <w:r>
        <w:rPr>
          <w:b/>
        </w:rPr>
        <w:t xml:space="preserve">[1:01:05] </w:t>
      </w:r>
      <w:r>
        <w:t>paas time hota to hum sab ko le aate hain, un se milwatay.</w:t>
      </w:r>
    </w:p>
    <w:p>
      <w:pPr>
        <w:jc w:val="right"/>
      </w:pPr>
      <w:r>
        <w:t>پاس ٹائم ہوتا تو ہم سب کو لے آتے ہیں، ان سے ملواتے۔</w:t>
      </w:r>
    </w:p>
    <w:p>
      <w:r>
        <w:rPr>
          <w:b/>
        </w:rPr>
        <w:t xml:space="preserve">[1:01:10] </w:t>
      </w:r>
      <w:r>
        <w:t>aur unhon ne bataya ke main jo hoon pushto mein tarjuma kar raha hoon, Tazkir-ul-Quran ka aur</w:t>
      </w:r>
    </w:p>
    <w:p>
      <w:pPr>
        <w:jc w:val="right"/>
      </w:pPr>
      <w:r>
        <w:t>اور انہوں نے بتایا کہ میں جو ہوں پشتو میں ترجمہ کر رہا ہوں، تذکر القرآن کا اور</w:t>
      </w:r>
    </w:p>
    <w:p>
      <w:r>
        <w:rPr>
          <w:b/>
        </w:rPr>
        <w:t xml:space="preserve">[1:01:18] </w:t>
      </w:r>
      <w:r>
        <w:t>chobees paray kar chuka hoon.</w:t>
      </w:r>
    </w:p>
    <w:p>
      <w:pPr>
        <w:jc w:val="right"/>
      </w:pPr>
      <w:r>
        <w:t>چوبیس پارے کر چکا ہوں۔</w:t>
      </w:r>
    </w:p>
    <w:p>
      <w:r>
        <w:rPr>
          <w:b/>
        </w:rPr>
        <w:t xml:space="preserve">[1:01:20] </w:t>
      </w:r>
      <w:r>
        <w:t>lekin Afghanistan mein unhon ne bataya ke halaat achay hain, lekin woh jab militancy ho rahi thi to</w:t>
      </w:r>
    </w:p>
    <w:p>
      <w:pPr>
        <w:jc w:val="right"/>
      </w:pPr>
      <w:r>
        <w:t>لیکن افغانستان میں انہوں نے بتایا کہ حالات اچھے ہیں، لیکن وہ جب ملیٹنسی ہو رہی تھی تو</w:t>
      </w:r>
    </w:p>
    <w:p>
      <w:r>
        <w:rPr>
          <w:b/>
        </w:rPr>
        <w:t xml:space="preserve">[1:01:28] </w:t>
      </w:r>
      <w:r>
        <w:t>woh chalay gaye thay parosi mulk mein.</w:t>
      </w:r>
    </w:p>
    <w:p>
      <w:pPr>
        <w:jc w:val="right"/>
      </w:pPr>
      <w:r>
        <w:t>وہ چلے گئے تھے پڑوسی ملک میں۔</w:t>
      </w:r>
    </w:p>
    <w:p>
      <w:r>
        <w:rPr>
          <w:b/>
        </w:rPr>
        <w:t xml:space="preserve">[1:01:31] </w:t>
      </w:r>
      <w:r>
        <w:t>to wahan par halaat achay nahi hain, bohat hi khamoshi se woh kaam karte hain.</w:t>
      </w:r>
    </w:p>
    <w:p>
      <w:pPr>
        <w:jc w:val="right"/>
      </w:pPr>
      <w:r>
        <w:t>تو وہاں پر حالات اچھے نہیں ہیں، بہت ہی خاموشی سے وہ کام کرتے ہیں۔</w:t>
      </w:r>
    </w:p>
    <w:p>
      <w:r>
        <w:rPr>
          <w:b/>
        </w:rPr>
        <w:t xml:space="preserve">[1:01:37] </w:t>
      </w:r>
      <w:r>
        <w:t>isi liye main un ka naam bhi nahi bata rahi hoon.</w:t>
      </w:r>
    </w:p>
    <w:p>
      <w:pPr>
        <w:jc w:val="right"/>
      </w:pPr>
      <w:r>
        <w:t>اسی لیے میں ان کا نام بھی نہیں بتا رہی ہوں۔</w:t>
      </w:r>
    </w:p>
    <w:p>
      <w:r>
        <w:rPr>
          <w:b/>
        </w:rPr>
        <w:t xml:space="preserve">[1:01:42] </w:t>
      </w:r>
      <w:r>
        <w:t>bohat hi khamoshi se kaam karte hain.</w:t>
      </w:r>
    </w:p>
    <w:p>
      <w:pPr>
        <w:jc w:val="right"/>
      </w:pPr>
      <w:r>
        <w:t>بہت ہی خاموشی سے کام کرتے ہیں۔</w:t>
      </w:r>
    </w:p>
    <w:p>
      <w:r>
        <w:rPr>
          <w:b/>
        </w:rPr>
        <w:t xml:space="preserve">[1:01:45] </w:t>
      </w:r>
      <w:r>
        <w:t>kehte hain main zabaan pehlay mein aisi literature sab ko deta deta tha, to ek din mujhe jis</w:t>
      </w:r>
    </w:p>
    <w:p>
      <w:pPr>
        <w:jc w:val="right"/>
      </w:pPr>
      <w:r>
        <w:t>کہتے ہیں میں زباں پہلے میں ایسی لٹریچر سب کو دیتا دیتا تھا، تو ایک دن مجھے جس</w:t>
      </w:r>
    </w:p>
    <w:p>
      <w:r>
        <w:rPr>
          <w:b/>
        </w:rPr>
        <w:t xml:space="preserve">[1:01:53] </w:t>
      </w:r>
      <w:r>
        <w:t>aadmi ko main literature deta tha, usi ne mujhe goli maari.</w:t>
      </w:r>
    </w:p>
    <w:p>
      <w:pPr>
        <w:jc w:val="right"/>
      </w:pPr>
      <w:r>
        <w:t>آدمی کو میں لٹریچر دیتا تھا، اسی نے مجھے گولی ماری۔</w:t>
      </w:r>
    </w:p>
    <w:p>
      <w:r>
        <w:rPr>
          <w:b/>
        </w:rPr>
        <w:t xml:space="preserve">[1:01:57] </w:t>
      </w:r>
      <w:r>
        <w:t>woh goli pata nahi kaise kapray wupray mein phans ke reh gayi, mujhe lagi nahi.</w:t>
      </w:r>
    </w:p>
    <w:p>
      <w:pPr>
        <w:jc w:val="right"/>
      </w:pPr>
      <w:r>
        <w:t>وہ گولی پتہ نہیں کیسے کپڑے وپڑے میں پھنس کے رہ گئی، مجھے لگی نہیں۔</w:t>
      </w:r>
    </w:p>
    <w:p>
      <w:r>
        <w:rPr>
          <w:b/>
        </w:rPr>
        <w:t xml:space="preserve">[1:02:04] </w:t>
      </w:r>
      <w:r>
        <w:t>to us ke wahan par ek Sydney se bhi ek professor aaye thay, to unhon ne un ko</w:t>
      </w:r>
    </w:p>
    <w:p>
      <w:pPr>
        <w:jc w:val="right"/>
      </w:pPr>
      <w:r>
        <w:t>تو اس کے وہاں پر ایک سڈنی سے بھی ایک پروفیسر آئے تھے، تو انہوں نے ان کو</w:t>
      </w:r>
    </w:p>
    <w:p>
      <w:r>
        <w:rPr>
          <w:b/>
        </w:rPr>
        <w:t xml:space="preserve">[1:02:11] </w:t>
      </w:r>
      <w:r>
        <w:t>main ne sab kitabein dein aur woh unhon ne usi waqt us ko parhna shuru kar diya.</w:t>
      </w:r>
    </w:p>
    <w:p>
      <w:pPr>
        <w:jc w:val="right"/>
      </w:pPr>
      <w:r>
        <w:t>میں نے سب کتابیں دیں اور وہ انہوں نے اسی وقت اس کو پڑھنا شروع کر دیا۔</w:t>
      </w:r>
    </w:p>
    <w:p>
      <w:r>
        <w:rPr>
          <w:b/>
        </w:rPr>
        <w:t xml:space="preserve">[1:02:19] </w:t>
      </w:r>
      <w:r>
        <w:t>aur kehnay lagay ke hum is ko parhein gay aur is ko phir is ke baray mein hum</w:t>
      </w:r>
    </w:p>
    <w:p>
      <w:pPr>
        <w:jc w:val="right"/>
      </w:pPr>
      <w:r>
        <w:t>اور کہنے لگے کہ ہم اس کو پڑھیں گے اور اس کو پھر اس کے بارے میں ہم</w:t>
      </w:r>
    </w:p>
    <w:p>
      <w:r>
        <w:rPr>
          <w:b/>
        </w:rPr>
        <w:t xml:space="preserve">[1:02:26] </w:t>
      </w:r>
      <w:r>
        <w:t>aap ko batayein gay.</w:t>
      </w:r>
    </w:p>
    <w:p>
      <w:pPr>
        <w:jc w:val="right"/>
      </w:pPr>
      <w:r>
        <w:t>آپ کو بتائیں گے۔</w:t>
      </w:r>
    </w:p>
    <w:p>
      <w:r>
        <w:rPr>
          <w:b/>
        </w:rPr>
        <w:t xml:space="preserve">[1:02:28] </w:t>
      </w:r>
      <w:r>
        <w:t>aur Prophet of Peace Deputy Minister ko aur baqi jo sab professors Pakistan se aaye thay, un ko</w:t>
      </w:r>
    </w:p>
    <w:p>
      <w:pPr>
        <w:jc w:val="right"/>
      </w:pPr>
      <w:r>
        <w:t>اور پرافٹ آف پیس ڈپٹی منسٹر کو اور باقی جو سب پروفیسرز پاکستان سے آئے تھے، ان کو</w:t>
      </w:r>
    </w:p>
    <w:p>
      <w:r>
        <w:rPr>
          <w:b/>
        </w:rPr>
        <w:t xml:space="preserve">[1:02:36] </w:t>
      </w:r>
      <w:r>
        <w:t>aur sydney wale ko kai logon ko profit of peace diya, baqi chhote chhote literature aur bhi logon</w:t>
      </w:r>
    </w:p>
    <w:p>
      <w:pPr>
        <w:jc w:val="right"/>
      </w:pPr>
      <w:r>
        <w:t>اور سڈنی والے کو کئی لوگوں کو پرافٹ آف پیس دیا، باقی چھوٹے چھوٹے لٹریچر اور بھی لوگوں</w:t>
      </w:r>
    </w:p>
    <w:p>
      <w:r>
        <w:rPr>
          <w:b/>
        </w:rPr>
        <w:t xml:space="preserve">[1:02:44] </w:t>
      </w:r>
      <w:r>
        <w:t>ko diya.</w:t>
      </w:r>
    </w:p>
    <w:p>
      <w:pPr>
        <w:jc w:val="right"/>
      </w:pPr>
      <w:r>
        <w:t>کو دیا۔</w:t>
      </w:r>
    </w:p>
    <w:p>
      <w:r>
        <w:rPr>
          <w:b/>
        </w:rPr>
        <w:t xml:space="preserve">[1:02:45] </w:t>
      </w:r>
      <w:r>
        <w:t>lekin wahan to bohat ziyada log thay aur hamare paas itna saman tha nahin.</w:t>
      </w:r>
    </w:p>
    <w:p>
      <w:pPr>
        <w:jc w:val="right"/>
      </w:pPr>
      <w:r>
        <w:t>لیکن وہاں تو بہت زیادہ لوگ تھے اور ہمارے پاس اتنا سامان تھا نہیں۔</w:t>
      </w:r>
    </w:p>
    <w:p>
      <w:r>
        <w:rPr>
          <w:b/>
        </w:rPr>
        <w:t xml:space="preserve">[1:02:51] </w:t>
      </w:r>
      <w:r>
        <w:t>hum to samajh ke hi nahin gaye thay ke wahan hum kuch kaam kar payenge.</w:t>
      </w:r>
    </w:p>
    <w:p>
      <w:pPr>
        <w:jc w:val="right"/>
      </w:pPr>
      <w:r>
        <w:t>ہم تو سمجھ کے ہی نہیں گئے تھے کہ وہاں ہم کچھ کام کر پائیں گے۔</w:t>
      </w:r>
    </w:p>
    <w:p>
      <w:r>
        <w:rPr>
          <w:b/>
        </w:rPr>
        <w:t xml:space="preserve">[1:02:58] </w:t>
      </w:r>
      <w:r>
        <w:t>to is liye bohat ziyada literature nahin le kar gaye thay.</w:t>
      </w:r>
    </w:p>
    <w:p>
      <w:pPr>
        <w:jc w:val="right"/>
      </w:pPr>
      <w:r>
        <w:t>تو اس لیے بہت زیادہ لٹریچر نہیں لے کر گئے تھے۔</w:t>
      </w:r>
    </w:p>
    <w:p>
      <w:r>
        <w:rPr>
          <w:b/>
        </w:rPr>
        <w:t xml:space="preserve">[1:03:03] </w:t>
      </w:r>
      <w:r>
        <w:t>wahan to bohat kaam ho sakta hai.</w:t>
      </w:r>
    </w:p>
    <w:p>
      <w:pPr>
        <w:jc w:val="right"/>
      </w:pPr>
      <w:r>
        <w:t>وہاں تو بہت کام ہو سکتا ہے۔</w:t>
      </w:r>
    </w:p>
    <w:p>
      <w:r>
        <w:rPr>
          <w:b/>
        </w:rPr>
        <w:t xml:space="preserve">[1:03:06] </w:t>
      </w:r>
      <w:r>
        <w:t>to bas aur doosri aik afghani jo mujhe lage ke bohat hi tension free rehte hain.</w:t>
      </w:r>
    </w:p>
    <w:p>
      <w:pPr>
        <w:jc w:val="right"/>
      </w:pPr>
      <w:r>
        <w:t>تو بس اور دوسری ایک افغانی جو مجھے لگے کہ بہت ہی ٹینشن فری رہتے ہیں۔</w:t>
      </w:r>
    </w:p>
    <w:p>
      <w:r>
        <w:rPr>
          <w:b/>
        </w:rPr>
        <w:t xml:space="preserve">[1:03:12] </w:t>
      </w:r>
      <w:r>
        <w:t>hum ne kaha is se ziyada to tension mein hum log rehte hain.</w:t>
      </w:r>
    </w:p>
    <w:p>
      <w:pPr>
        <w:jc w:val="right"/>
      </w:pPr>
      <w:r>
        <w:t>ہم نے کہا اس سے زیادہ تو ٹینشن میں ہم لوگ رہتے ہیں۔</w:t>
      </w:r>
    </w:p>
    <w:p>
      <w:r>
        <w:rPr>
          <w:b/>
        </w:rPr>
        <w:t xml:space="preserve">[1:03:18] </w:t>
      </w:r>
      <w:r>
        <w:t>bilkul tees saal se jahan militancy chal rahi ho, hum sochte thay ke log pareshan rehte honge.</w:t>
      </w:r>
    </w:p>
    <w:p>
      <w:pPr>
        <w:jc w:val="right"/>
      </w:pPr>
      <w:r>
        <w:t>بالکل تیس سال سے جہاں ملیٹنسی چل رہی ہو، ہم سوچتے تھے کہ لوگ پریشان رہتے ہوں گے۔</w:t>
      </w:r>
    </w:p>
    <w:p>
      <w:r>
        <w:rPr>
          <w:b/>
        </w:rPr>
        <w:t xml:space="preserve">[1:03:26] </w:t>
      </w:r>
      <w:r>
        <w:t>lekin woh khoob khate hain, peete hain, khoob mazaq karte hain.</w:t>
      </w:r>
    </w:p>
    <w:p>
      <w:pPr>
        <w:jc w:val="right"/>
      </w:pPr>
      <w:r>
        <w:t>لیکن وہ خوب کھاتے ہیں، پیتے ہیں، خوب مذاق کرتے ہیں۔</w:t>
      </w:r>
    </w:p>
    <w:p>
      <w:r>
        <w:rPr>
          <w:b/>
        </w:rPr>
        <w:t xml:space="preserve">[1:03:30] </w:t>
      </w:r>
      <w:r>
        <w:t>bilkul lagta hi nahin ke yahan koi koi masla hai.</w:t>
      </w:r>
    </w:p>
    <w:p>
      <w:pPr>
        <w:jc w:val="right"/>
      </w:pPr>
      <w:r>
        <w:t>بالکل لگتا ہی نہیں کہ یہاں کوئی کوئی مسئلہ ہے۔</w:t>
      </w:r>
    </w:p>
    <w:p>
      <w:r>
        <w:rPr>
          <w:b/>
        </w:rPr>
        <w:t xml:space="preserve">[1:03:35] </w:t>
      </w:r>
      <w:r>
        <w:t>to yeh bohat acha lagta tha ke in logon ke andar itne ziyada bahadur hain ke woh har</w:t>
      </w:r>
    </w:p>
    <w:p>
      <w:pPr>
        <w:jc w:val="right"/>
      </w:pPr>
      <w:r>
        <w:t>تو یہ بہت اچھا لگتا تھا کہ ان لوگوں کے اندر اتنے زیادہ بہادر ہیں کہ وہ ہر</w:t>
      </w:r>
    </w:p>
    <w:p>
      <w:r>
        <w:rPr>
          <w:b/>
        </w:rPr>
        <w:t xml:space="preserve">[1:03:42] </w:t>
      </w:r>
      <w:r>
        <w:t>cheez se har cheez ko jhel lete hain.</w:t>
      </w:r>
    </w:p>
    <w:p>
      <w:pPr>
        <w:jc w:val="right"/>
      </w:pPr>
      <w:r>
        <w:t>چیز سے ہر چیز کو جھیل لیتے ہیں۔</w:t>
      </w:r>
    </w:p>
    <w:p>
      <w:r>
        <w:rPr>
          <w:b/>
        </w:rPr>
        <w:t xml:space="preserve">[1:03:46] </w:t>
      </w:r>
      <w:r>
        <w:t>unhein koi pareshani nahin hoti hai.</w:t>
      </w:r>
    </w:p>
    <w:p>
      <w:pPr>
        <w:jc w:val="right"/>
      </w:pPr>
      <w:r>
        <w:t>انہیں کوئی پریشانی نہیں ہوتی ہے۔</w:t>
      </w:r>
    </w:p>
    <w:p>
      <w:r>
        <w:rPr>
          <w:b/>
        </w:rPr>
        <w:t xml:space="preserve">[1:03:48] </w:t>
      </w:r>
      <w:r>
        <w:t>to agar wahan par education ki taleem barabar kaam ho raha hai, mujhe lagta hai ke yeh jo</w:t>
      </w:r>
    </w:p>
    <w:p>
      <w:pPr>
        <w:jc w:val="right"/>
      </w:pPr>
      <w:r>
        <w:t>تو اگر وہاں پر ایجوکیشن کی تعلیم برابر کام ہو رہا ہے، مجھے لگتا ہے کہ یہ جو</w:t>
      </w:r>
    </w:p>
    <w:p>
      <w:r>
        <w:rPr>
          <w:b/>
        </w:rPr>
        <w:t xml:space="preserve">[1:03:56] </w:t>
      </w:r>
      <w:r>
        <w:t>team hai wahan ki government ki, woh bohat achi team hai.</w:t>
      </w:r>
    </w:p>
    <w:p>
      <w:pPr>
        <w:jc w:val="right"/>
      </w:pPr>
      <w:r>
        <w:t>ٹیم ہے وہاں کی گورنمنٹ کی، وہ بہت اچھی ٹیم ہے۔</w:t>
      </w:r>
    </w:p>
    <w:p>
      <w:r>
        <w:rPr>
          <w:b/>
        </w:rPr>
        <w:t xml:space="preserve">[1:04:01] </w:t>
      </w:r>
      <w:r>
        <w:t>aur yeh log bohat ziyada bohat ziyada mehnat se kaam kar rahe hain.</w:t>
      </w:r>
    </w:p>
    <w:p>
      <w:pPr>
        <w:jc w:val="right"/>
      </w:pPr>
      <w:r>
        <w:t>اور یہ لوگ بہت زیادہ بہت زیادہ محنت سے کام کر رہے ہیں۔</w:t>
      </w:r>
    </w:p>
    <w:p>
      <w:r>
        <w:rPr>
          <w:b/>
        </w:rPr>
        <w:t xml:space="preserve">[1:04:06] </w:t>
      </w:r>
      <w:r>
        <w:t>taqreeban das saal mein unhon ne aik dam se sara develop kar diya hai.</w:t>
      </w:r>
    </w:p>
    <w:p>
      <w:pPr>
        <w:jc w:val="right"/>
      </w:pPr>
      <w:r>
        <w:t>تقریباً دس سال میں انہوں نے ایک دم سے سارا ڈیولپ کر دیا ہے۔</w:t>
      </w:r>
    </w:p>
    <w:p>
      <w:r>
        <w:rPr>
          <w:b/>
        </w:rPr>
        <w:t xml:space="preserve">[1:04:12] </w:t>
      </w:r>
      <w:r>
        <w:t>aur airlines jo bilkul time se gayi, time se aayi.</w:t>
      </w:r>
    </w:p>
    <w:p>
      <w:pPr>
        <w:jc w:val="right"/>
      </w:pPr>
      <w:r>
        <w:t>اور ایئر لائنز جو بالکل ٹائم سے گئی، ٹائم سے آئی۔</w:t>
      </w:r>
    </w:p>
    <w:p>
      <w:r>
        <w:rPr>
          <w:b/>
        </w:rPr>
        <w:t xml:space="preserve">[1:04:17] </w:t>
      </w:r>
      <w:r>
        <w:t>matlab discipline itna ziyada tha.</w:t>
      </w:r>
    </w:p>
    <w:p>
      <w:pPr>
        <w:jc w:val="right"/>
      </w:pPr>
      <w:r>
        <w:t>مطلب ڈسپلن اتنا زیادہ تھا۔</w:t>
      </w:r>
    </w:p>
    <w:p>
      <w:r>
        <w:rPr>
          <w:b/>
        </w:rPr>
        <w:t xml:space="preserve">[1:04:19] </w:t>
      </w:r>
      <w:r>
        <w:t>halankay building bohat chhoti si thi airport ki.</w:t>
      </w:r>
    </w:p>
    <w:p>
      <w:pPr>
        <w:jc w:val="right"/>
      </w:pPr>
      <w:r>
        <w:t>حالانکہ بلڈنگ بہت چھوٹی سی تھی ایئرپورٹ کی۔</w:t>
      </w:r>
    </w:p>
    <w:p>
      <w:r>
        <w:rPr>
          <w:b/>
        </w:rPr>
        <w:t xml:space="preserve">[1:04:23] </w:t>
      </w:r>
      <w:r>
        <w:t>lekin kaam jo ho raha hai, woh bohat sahi kaam ho raha hai.</w:t>
      </w:r>
    </w:p>
    <w:p>
      <w:pPr>
        <w:jc w:val="right"/>
      </w:pPr>
      <w:r>
        <w:t>لیکن کام جو ہو رہا ہے، وہ بہت صحیح کام ہو رہا ہے۔</w:t>
      </w:r>
    </w:p>
    <w:p>
      <w:r>
        <w:rPr>
          <w:b/>
        </w:rPr>
        <w:t xml:space="preserve">[1:04:28] </w:t>
      </w:r>
      <w:r>
        <w:t>aur koi bhi mujhe aisa nahin laga ke koi wahan par sab log apne apne kaam mein lage</w:t>
      </w:r>
    </w:p>
    <w:p>
      <w:pPr>
        <w:jc w:val="right"/>
      </w:pPr>
      <w:r>
        <w:t>اور کوئی بھی مجھے ایسا نہیں لگا کہ کوئی وہاں پر سب لوگ اپنے اپنے کام میں لگے</w:t>
      </w:r>
    </w:p>
    <w:p>
      <w:r>
        <w:rPr>
          <w:b/>
        </w:rPr>
        <w:t xml:space="preserve">[1:04:36] </w:t>
      </w:r>
      <w:r>
        <w:t>rehte hain.</w:t>
      </w:r>
    </w:p>
    <w:p>
      <w:pPr>
        <w:jc w:val="right"/>
      </w:pPr>
      <w:r>
        <w:t>رہتے ہیں۔</w:t>
      </w:r>
    </w:p>
    <w:p>
      <w:r>
        <w:rPr>
          <w:b/>
        </w:rPr>
        <w:t xml:space="preserve">[1:04:38] </w:t>
      </w:r>
      <w:r>
        <w:t>koi aisa nahin lagta ke in logon ki training bohat achi ho gayi hai.</w:t>
      </w:r>
    </w:p>
    <w:p>
      <w:pPr>
        <w:jc w:val="right"/>
      </w:pPr>
      <w:r>
        <w:t>کوئی ایسا نہیں لگتا کہ ان لوگوں کی ٹریننگ بہت اچھی ہو گئی ہے۔</w:t>
      </w:r>
    </w:p>
    <w:p>
      <w:r>
        <w:rPr>
          <w:b/>
        </w:rPr>
        <w:t xml:space="preserve">[1:04:44] </w:t>
      </w:r>
      <w:r>
        <w:t>trend ho gaye hain.</w:t>
      </w:r>
    </w:p>
    <w:p>
      <w:pPr>
        <w:jc w:val="right"/>
      </w:pPr>
      <w:r>
        <w:t>ٹرینڈ ہو گئے ہیں۔</w:t>
      </w:r>
    </w:p>
    <w:p>
      <w:r>
        <w:rPr>
          <w:b/>
        </w:rPr>
        <w:t xml:space="preserve">[1:04:45] </w:t>
      </w:r>
      <w:r>
        <w:t>aur in ko parhne ka bhi shauq hai.</w:t>
      </w:r>
    </w:p>
    <w:p>
      <w:pPr>
        <w:jc w:val="right"/>
      </w:pPr>
      <w:r>
        <w:t>اور ان کو پڑھنے کا بھی شوق ہے۔</w:t>
      </w:r>
    </w:p>
    <w:p>
      <w:r>
        <w:rPr>
          <w:b/>
        </w:rPr>
        <w:t xml:space="preserve">[1:04:49] </w:t>
      </w:r>
      <w:r>
        <w:t>parhna chahte hain.</w:t>
      </w:r>
    </w:p>
    <w:p>
      <w:pPr>
        <w:jc w:val="right"/>
      </w:pPr>
      <w:r>
        <w:t>پڑھنا چاہتے ہیں۔</w:t>
      </w:r>
    </w:p>
    <w:p>
      <w:r>
        <w:rPr>
          <w:b/>
        </w:rPr>
        <w:t xml:space="preserve">[1:04:50] </w:t>
      </w:r>
      <w:r>
        <w:t>ab in se main ne kaha jo aaye thay ke hum pushto mein translation kar rahe hain.</w:t>
      </w:r>
    </w:p>
    <w:p>
      <w:pPr>
        <w:jc w:val="right"/>
      </w:pPr>
      <w:r>
        <w:t>اب ان سے میں نے کہا جو آئے تھے کہ ہم پشتو میں ٹرانلیشن کر رہے ہیں۔</w:t>
      </w:r>
    </w:p>
    <w:p>
      <w:r>
        <w:rPr>
          <w:b/>
        </w:rPr>
        <w:t xml:space="preserve">[1:04:57] </w:t>
      </w:r>
      <w:r>
        <w:t>to main ne in se kaha ke aap thora apni English aur improve kariye.</w:t>
      </w:r>
    </w:p>
    <w:p>
      <w:pPr>
        <w:jc w:val="right"/>
      </w:pPr>
      <w:r>
        <w:t>تو میں نے ان سے کہا کہ آپ تھوڑا اپنی انگلش اور امپروو کریے۔</w:t>
      </w:r>
    </w:p>
    <w:p>
      <w:r>
        <w:rPr>
          <w:b/>
        </w:rPr>
        <w:t xml:space="preserve">[1:05:03] </w:t>
      </w:r>
      <w:r>
        <w:t>to woh foran kehne lage theek hai.</w:t>
      </w:r>
    </w:p>
    <w:p>
      <w:pPr>
        <w:jc w:val="right"/>
      </w:pPr>
      <w:r>
        <w:t>تو وہ فوراً کہنے لگے ٹھیک ہے۔</w:t>
      </w:r>
    </w:p>
    <w:p>
      <w:r>
        <w:rPr>
          <w:b/>
        </w:rPr>
        <w:t xml:space="preserve">[1:05:06] </w:t>
      </w:r>
      <w:r>
        <w:t>to yeh log jo hain foran baat ko maan lete hain.</w:t>
      </w:r>
    </w:p>
    <w:p>
      <w:pPr>
        <w:jc w:val="right"/>
      </w:pPr>
      <w:r>
        <w:t>تو یہ لوگ جو ہیں فوراً بات کو مان لیتے ہیں۔</w:t>
      </w:r>
    </w:p>
    <w:p>
      <w:r>
        <w:rPr>
          <w:b/>
        </w:rPr>
        <w:t xml:space="preserve">[1:05:11] </w:t>
      </w:r>
      <w:r>
        <w:t>to mujhe lagta hai ke aik bar hum log ko dobara kuch chand logon ko sath mein jana</w:t>
      </w:r>
    </w:p>
    <w:p>
      <w:pPr>
        <w:jc w:val="right"/>
      </w:pPr>
      <w:r>
        <w:t>تو مجھے لگتا ہے کہ ایک بار ہم لوگ کو دوبارہ کچھ چند لوگوں کو ساتھ میں جانا</w:t>
      </w:r>
    </w:p>
    <w:p>
      <w:r>
        <w:rPr>
          <w:b/>
        </w:rPr>
        <w:t xml:space="preserve">[1:05:19]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[1:05:20] </w:t>
      </w:r>
      <w:r>
        <w:t>aur wahan bohat ziyada awqaf hain.</w:t>
      </w:r>
    </w:p>
    <w:p>
      <w:pPr>
        <w:jc w:val="right"/>
      </w:pPr>
      <w:r>
        <w:t>اور وہاں بہت زیادہ مواقع ہیں۔</w:t>
      </w:r>
    </w:p>
    <w:p>
      <w:r>
        <w:rPr>
          <w:b/>
        </w:rPr>
        <w:t xml:space="preserve">[1:05:23] </w:t>
      </w:r>
      <w:r>
        <w:t>keh rahe thay Afghanistan mein bohat ziyada awqaf hain.</w:t>
      </w:r>
    </w:p>
    <w:p>
      <w:pPr>
        <w:jc w:val="right"/>
      </w:pPr>
      <w:r>
        <w:t>کہہ رہے تھے افغانستان میں بہت زیادہ مواقع ہیں۔</w:t>
      </w:r>
    </w:p>
    <w:p>
      <w:r>
        <w:rPr>
          <w:b/>
        </w:rPr>
        <w:t xml:space="preserve">[1:05:27] </w:t>
      </w:r>
      <w:r>
        <w:t>wahan jo log andar se hain, wohi bahar se hain.</w:t>
      </w:r>
    </w:p>
    <w:p>
      <w:pPr>
        <w:jc w:val="right"/>
      </w:pPr>
      <w:r>
        <w:t>وہاں جو لوگ اندر سے ہیں، وہی باہر سے ہیں۔</w:t>
      </w:r>
    </w:p>
    <w:p>
      <w:r>
        <w:rPr>
          <w:b/>
        </w:rPr>
        <w:t xml:space="preserve">[1:05:31] </w:t>
      </w:r>
      <w:r>
        <w:t>aisa nahi ke andar se kuch, bahar se kuch.</w:t>
      </w:r>
    </w:p>
    <w:p>
      <w:pPr>
        <w:jc w:val="right"/>
      </w:pPr>
      <w:r>
        <w:t>ایسا نہیں کہ اندر سے کچھ، باہر سے کچھ۔</w:t>
      </w:r>
    </w:p>
    <w:p>
      <w:r>
        <w:rPr>
          <w:b/>
        </w:rPr>
        <w:t xml:space="preserve">[1:05:35] </w:t>
      </w:r>
      <w:r>
        <w:t>to is liye hum un ke upar bharosa kar sakte hain.</w:t>
      </w:r>
    </w:p>
    <w:p>
      <w:pPr>
        <w:jc w:val="right"/>
      </w:pPr>
      <w:r>
        <w:t>تو اس لیے ہم ان کے اوپر بھروسہ کر سکتے ہیں۔</w:t>
      </w:r>
    </w:p>
    <w:p>
      <w:r>
        <w:rPr>
          <w:b/>
        </w:rPr>
        <w:t xml:space="preserve">[1:05:40] </w:t>
      </w:r>
      <w:r>
        <w:t>aur wahan unhon ne bataya ke bohat sare log hain.</w:t>
      </w:r>
    </w:p>
    <w:p>
      <w:pPr>
        <w:jc w:val="right"/>
      </w:pPr>
      <w:r>
        <w:t>اور وہاں انہوں نے بتایا کہ بہت سارے لوگ ہیں۔</w:t>
      </w:r>
    </w:p>
    <w:p>
      <w:r>
        <w:rPr>
          <w:b/>
        </w:rPr>
        <w:t xml:space="preserve">[1:05:44] </w:t>
      </w:r>
      <w:r>
        <w:t>aur do char mahine mein wahan mausam bhi is waqt to mausam wahan bohat thanda tha.</w:t>
      </w:r>
    </w:p>
    <w:p>
      <w:pPr>
        <w:jc w:val="right"/>
      </w:pPr>
      <w:r>
        <w:t>اور دو چار مہینے میں وہاں موسم بھی اس وقت تو موسم وہاں بہت ٹھنڈا تھا۔</w:t>
      </w:r>
    </w:p>
    <w:p>
      <w:r>
        <w:rPr>
          <w:b/>
        </w:rPr>
        <w:t xml:space="preserve">[1:05:51] </w:t>
      </w:r>
      <w:r>
        <w:t>lekin do char mahinon ke baad wahan mausam acha ho jaye ga.</w:t>
      </w:r>
    </w:p>
    <w:p>
      <w:pPr>
        <w:jc w:val="right"/>
      </w:pPr>
      <w:r>
        <w:t>لیکن دو چار مہینوں کے بعد وہاں موسم اچھا ہو جائے گا۔</w:t>
      </w:r>
    </w:p>
    <w:p>
      <w:r>
        <w:rPr>
          <w:b/>
        </w:rPr>
        <w:t xml:space="preserve">[1:05:56] </w:t>
      </w:r>
      <w:r>
        <w:t>to aap bohat aram se wahan par kaam kar sakte hain.</w:t>
      </w:r>
    </w:p>
    <w:p>
      <w:pPr>
        <w:jc w:val="right"/>
      </w:pPr>
      <w:r>
        <w:t>تو آپ بہت آرام سے وہاں پر کام کر سکتے ہیں۔</w:t>
      </w:r>
    </w:p>
    <w:p>
      <w:r>
        <w:rPr>
          <w:b/>
        </w:rPr>
        <w:t xml:space="preserve">[1:06:01] </w:t>
      </w:r>
      <w:r>
        <w:t>aur wahan ke log itne ache hain ke wahan jo secretary tha education ministry ka, woh khud airport</w:t>
      </w:r>
    </w:p>
    <w:p>
      <w:pPr>
        <w:jc w:val="right"/>
      </w:pPr>
      <w:r>
        <w:t>اور وہاں کے لوگ اتنے اچھے ہیں کہ وہاں جو سیکرٹری تھا ایجوکیشن منسٹری کا، وہ خود ایئرپورٹ</w:t>
      </w:r>
    </w:p>
    <w:p>
      <w:r>
        <w:rPr>
          <w:b/>
        </w:rPr>
        <w:t xml:space="preserve">[1:06:08] </w:t>
      </w:r>
      <w:r>
        <w:t>par pohanchane humain aaya tha.</w:t>
      </w:r>
    </w:p>
    <w:p>
      <w:pPr>
        <w:jc w:val="right"/>
      </w:pPr>
      <w:r>
        <w:t>پر پہنچانے ہمیں آیا تھا۔</w:t>
      </w:r>
    </w:p>
    <w:p>
      <w:r>
        <w:rPr>
          <w:b/>
        </w:rPr>
        <w:t xml:space="preserve">[1:06:11] </w:t>
      </w:r>
      <w:r>
        <w:t>andar tak aa gaya tha.</w:t>
      </w:r>
    </w:p>
    <w:p>
      <w:pPr>
        <w:jc w:val="right"/>
      </w:pPr>
      <w:r>
        <w:t>اندر تک آ گیا تھا۔</w:t>
      </w:r>
    </w:p>
    <w:p>
      <w:r>
        <w:rPr>
          <w:b/>
        </w:rPr>
        <w:t xml:space="preserve">[1:06:13] </w:t>
      </w:r>
      <w:r>
        <w:t>to bohat hi cooperative aur bohat hi warm friendly log hote hain.</w:t>
      </w:r>
    </w:p>
    <w:p>
      <w:pPr>
        <w:jc w:val="right"/>
      </w:pPr>
      <w:r>
        <w:t>تو بہت ہی کوآپریٹو اور بہت ہی وارم فرینڈلی لوگ ہوتے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