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Wisdom of Hadith Maulana Wahiduddin Khan February 23, 2014</w:t>
      </w:r>
    </w:p>
    <w:p>
      <w:r>
        <w:t>https://www.youtube.com/watch?v=5E_MIQpToK4</w:t>
      </w:r>
    </w:p>
    <w:p>
      <w:r>
        <w:rPr>
          <w:b/>
        </w:rPr>
        <w:t xml:space="preserve">[00:00] </w:t>
      </w:r>
      <w:r>
        <w:t>mobile phones.</w:t>
      </w:r>
    </w:p>
    <w:p>
      <w:pPr>
        <w:jc w:val="right"/>
      </w:pPr>
      <w:r>
        <w:t>موبائل فونز۔</w:t>
      </w:r>
    </w:p>
    <w:p>
      <w:r>
        <w:rPr>
          <w:b/>
        </w:rPr>
        <w:t xml:space="preserve">[00:09] </w:t>
      </w:r>
      <w:r>
        <w:t>please apne mobile phones dobara se check kar lijiye aur is ko switch off mode mein daal dijiye.</w:t>
      </w:r>
    </w:p>
    <w:p>
      <w:pPr>
        <w:jc w:val="right"/>
      </w:pPr>
      <w:r>
        <w:t>پلیز اپنے موبائل فونز دوبارہ سے چیک کر لیجیے اور اس کو سوئچ آف موڈ میں ڈال دیجیے۔</w:t>
      </w:r>
    </w:p>
    <w:p>
      <w:r>
        <w:rPr>
          <w:b/>
        </w:rPr>
        <w:t xml:space="preserve">[00:18]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[00:27]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[00:36]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[00:45] </w:t>
      </w:r>
      <w:r>
        <w:t>theek hai maulana.</w:t>
      </w:r>
    </w:p>
    <w:p>
      <w:pPr>
        <w:jc w:val="right"/>
      </w:pPr>
      <w:r>
        <w:t>ٹھیک ہے مولانا۔</w:t>
      </w:r>
    </w:p>
    <w:p>
      <w:r>
        <w:rPr>
          <w:b/>
        </w:rPr>
        <w:t xml:space="preserve">[00:54]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[00:55]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[00:57] </w:t>
      </w:r>
      <w:r>
        <w:t>rab ishrah li sadri wa yassir li amri.</w:t>
      </w:r>
    </w:p>
    <w:p>
      <w:pPr>
        <w:jc w:val="right"/>
      </w:pPr>
      <w:r>
        <w:t>رب اشرح لی صدری ویسر لی امری۔</w:t>
      </w:r>
    </w:p>
    <w:p>
      <w:r>
        <w:rPr>
          <w:b/>
        </w:rPr>
        <w:t xml:space="preserve">[01:00] </w:t>
      </w:r>
      <w:r>
        <w:t>wah luqdatan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[01:03] </w:t>
      </w:r>
      <w:r>
        <w:t>23 farwari 2014.</w:t>
      </w:r>
    </w:p>
    <w:p>
      <w:pPr>
        <w:jc w:val="right"/>
      </w:pPr>
      <w:r>
        <w:t>23 فروری 2014۔</w:t>
      </w:r>
    </w:p>
    <w:p>
      <w:r>
        <w:rPr>
          <w:b/>
        </w:rPr>
        <w:t xml:space="preserve">[01:04] </w:t>
      </w:r>
      <w:r>
        <w:t>aaj ke liye jo topic hai woh hai wisdom of hadith.</w:t>
      </w:r>
    </w:p>
    <w:p>
      <w:pPr>
        <w:jc w:val="right"/>
      </w:pPr>
      <w:r>
        <w:t>آج کے لیے جو ٹاپک ہے وہ ہے وزڈم آف حدیث۔</w:t>
      </w:r>
    </w:p>
    <w:p>
      <w:r>
        <w:rPr>
          <w:b/>
        </w:rPr>
        <w:t xml:space="preserve">[01:09] </w:t>
      </w:r>
      <w:r>
        <w:t>yani hadith ki hikmat ya hikmat hadith.</w:t>
      </w:r>
    </w:p>
    <w:p>
      <w:pPr>
        <w:jc w:val="right"/>
      </w:pPr>
      <w:r>
        <w:t>یعنی حدیث کی حکمت یا حکمت حدیث۔</w:t>
      </w:r>
    </w:p>
    <w:p>
      <w:r>
        <w:rPr>
          <w:b/>
        </w:rPr>
        <w:t xml:space="preserve">[01:12] </w:t>
      </w:r>
      <w:r>
        <w:t>hadith ke bare mein pehle kabhi shakk nahi kiya gaya, maujooda zamane mein aisa hua hai ke log</w:t>
      </w:r>
    </w:p>
    <w:p>
      <w:pPr>
        <w:jc w:val="right"/>
      </w:pPr>
      <w:r>
        <w:t>حدیث کے بارے میں پہلے کبھی شک نہیں کیا گیا، موجودہ زمانے میں ایسا ہوا ہے کہ لوگ</w:t>
      </w:r>
    </w:p>
    <w:p>
      <w:r>
        <w:rPr>
          <w:b/>
        </w:rPr>
        <w:t xml:space="preserve">[01:20] </w:t>
      </w:r>
      <w:r>
        <w:t>hadith ke bare mein shakk karne lage hain.</w:t>
      </w:r>
    </w:p>
    <w:p>
      <w:pPr>
        <w:jc w:val="right"/>
      </w:pPr>
      <w:r>
        <w:t>حدیث کے بارے میں شک کرنے لگے ہیں۔</w:t>
      </w:r>
    </w:p>
    <w:p>
      <w:r>
        <w:rPr>
          <w:b/>
        </w:rPr>
        <w:t xml:space="preserve">[01:23] </w:t>
      </w:r>
      <w:r>
        <w:t>main samajhta hoon ke is ke zimmedaar khud hamare log hain, yani mazhabi rehnuma.</w:t>
      </w:r>
    </w:p>
    <w:p>
      <w:pPr>
        <w:jc w:val="right"/>
      </w:pPr>
      <w:r>
        <w:t>میں سمجھتا ہوں کہ اس کے ذمہ دار خود ہمارے لوگ ہیں، یعنی مذہبی رہنما۔</w:t>
      </w:r>
    </w:p>
    <w:p>
      <w:r>
        <w:rPr>
          <w:b/>
        </w:rPr>
        <w:t xml:space="preserve">[01:30] </w:t>
      </w:r>
      <w:r>
        <w:t>rasool Allah sallallahu alaihi wasallam ke baad jab hadith ki tadween hui aur phir fiqh ki tadween</w:t>
      </w:r>
    </w:p>
    <w:p>
      <w:pPr>
        <w:jc w:val="right"/>
      </w:pPr>
      <w:r>
        <w:t>رسول اللہ صلی اللہ علیہ وسلم کے بعد جب حدیث کی تدوین ہوئی اور پھر فقہ کی تدوین</w:t>
      </w:r>
    </w:p>
    <w:p>
      <w:r>
        <w:rPr>
          <w:b/>
        </w:rPr>
        <w:t xml:space="preserve">[01:37] </w:t>
      </w:r>
      <w:r>
        <w:t>hui, to fiqh mein jo pattern ikhtiyar kiya gaya woh tha mabni bar masail pattern.</w:t>
      </w:r>
    </w:p>
    <w:p>
      <w:pPr>
        <w:jc w:val="right"/>
      </w:pPr>
      <w:r>
        <w:t>ہوئی، تو فقہ میں جو پیٹرن اختیار کیا گیا وہ تھا مبنی بر مسائل پیٹرن۔</w:t>
      </w:r>
    </w:p>
    <w:p>
      <w:r>
        <w:rPr>
          <w:b/>
        </w:rPr>
        <w:t xml:space="preserve">[01:44] </w:t>
      </w:r>
      <w:r>
        <w:t>yani shariat ki juzviyat par sari bahsien.</w:t>
      </w:r>
    </w:p>
    <w:p>
      <w:pPr>
        <w:jc w:val="right"/>
      </w:pPr>
      <w:r>
        <w:t>یعنی شریعت کی جزئیات پر ساری بحثیں۔</w:t>
      </w:r>
    </w:p>
    <w:p>
      <w:r>
        <w:rPr>
          <w:b/>
        </w:rPr>
        <w:t xml:space="preserve">[01:47] </w:t>
      </w:r>
      <w:r>
        <w:t>aap fiqh ki kitabon ko padhein to is ka bada hissa shariat ki juzviyat par depend karta hoga.</w:t>
      </w:r>
    </w:p>
    <w:p>
      <w:pPr>
        <w:jc w:val="right"/>
      </w:pPr>
      <w:r>
        <w:t>آپ فقہ کی کتابوں کو پڑھیں تو اس کا بڑا حصہ شریعت کی جزئیات پر ڈیپنڈ کرتا ہوگا۔</w:t>
      </w:r>
    </w:p>
    <w:p>
      <w:r>
        <w:rPr>
          <w:b/>
        </w:rPr>
        <w:t xml:space="preserve">[01:55] </w:t>
      </w:r>
      <w:r>
        <w:t>sari kitaben jo likhi gayeen woh isi pattern par likhi gayeen.</w:t>
      </w:r>
    </w:p>
    <w:p>
      <w:pPr>
        <w:jc w:val="right"/>
      </w:pPr>
      <w:r>
        <w:t>ساری کتابیں جو لکھی گئیں وہ اسی پیٹرن پر لکھی گئیں۔</w:t>
      </w:r>
    </w:p>
    <w:p>
      <w:r>
        <w:rPr>
          <w:b/>
        </w:rPr>
        <w:t xml:space="preserve">[01:59] </w:t>
      </w:r>
      <w:r>
        <w:t>yani juzviyat shariat ko akhaz karte the woh hadith se.</w:t>
      </w:r>
    </w:p>
    <w:p>
      <w:pPr>
        <w:jc w:val="right"/>
      </w:pPr>
      <w:r>
        <w:t>یعنی جزئیات شریعت کو اخذ کرتے تھے وہ حدیث سے۔</w:t>
      </w:r>
    </w:p>
    <w:p>
      <w:r>
        <w:rPr>
          <w:b/>
        </w:rPr>
        <w:t xml:space="preserve">[02:04] </w:t>
      </w:r>
      <w:r>
        <w:t>to shaoori ya ghair shaoori taur par logon ne yeh samjha ke hadith jo hai juzviyat shariat ka</w:t>
      </w:r>
    </w:p>
    <w:p>
      <w:pPr>
        <w:jc w:val="right"/>
      </w:pPr>
      <w:r>
        <w:t>تو شعوری یا غیر شعوری طور پر لوگوں نے یہ سمجھا کہ حدیث جو ہے جزئیات شریعت کا</w:t>
      </w:r>
    </w:p>
    <w:p>
      <w:r>
        <w:rPr>
          <w:b/>
        </w:rPr>
        <w:t xml:space="preserve">[02:11] </w:t>
      </w:r>
      <w:r>
        <w:t>ilm hai.</w:t>
      </w:r>
    </w:p>
    <w:p>
      <w:pPr>
        <w:jc w:val="right"/>
      </w:pPr>
      <w:r>
        <w:t>علم ہے۔</w:t>
      </w:r>
    </w:p>
    <w:p>
      <w:r>
        <w:rPr>
          <w:b/>
        </w:rPr>
        <w:t xml:space="preserve">[02:13] </w:t>
      </w:r>
      <w:r>
        <w:t>yani aaj kal ki zaban mein kahunga ke do and don't ka ilm hai.</w:t>
      </w:r>
    </w:p>
    <w:p>
      <w:pPr>
        <w:jc w:val="right"/>
      </w:pPr>
      <w:r>
        <w:t>یعنی آج کل کی زبان میں کہوں گا کہ ڈو اینڈ ڈونٹ کا علم ہے۔</w:t>
      </w:r>
    </w:p>
    <w:p>
      <w:r>
        <w:rPr>
          <w:b/>
        </w:rPr>
        <w:t xml:space="preserve">[02:19] </w:t>
      </w:r>
      <w:r>
        <w:t>aql se is ka koi taalluq nahi hai.</w:t>
      </w:r>
    </w:p>
    <w:p>
      <w:pPr>
        <w:jc w:val="right"/>
      </w:pPr>
      <w:r>
        <w:t>عقل سے اس کا کوئی تعلق نہیں ہے۔</w:t>
      </w:r>
    </w:p>
    <w:p>
      <w:r>
        <w:rPr>
          <w:b/>
        </w:rPr>
        <w:t xml:space="preserve">[02:23] </w:t>
      </w:r>
      <w:r>
        <w:t>to ab jab age of reason jo hai, hum aaj age of reason mein hain, to is tarah</w:t>
      </w:r>
    </w:p>
    <w:p>
      <w:pPr>
        <w:jc w:val="right"/>
      </w:pPr>
      <w:r>
        <w:t>تو اب جب ایج آف ریزن جو ہے، ہم آج ایج آف ریزن میں ہیں، تو اس طرح</w:t>
      </w:r>
    </w:p>
    <w:p>
      <w:r>
        <w:rPr>
          <w:b/>
        </w:rPr>
        <w:t xml:space="preserve">[02:30] </w:t>
      </w:r>
      <w:r>
        <w:t>ki bahsien aaj insan ko bilkul irrelevant maloom hoti hain.</w:t>
      </w:r>
    </w:p>
    <w:p>
      <w:pPr>
        <w:jc w:val="right"/>
      </w:pPr>
      <w:r>
        <w:t>کی بحثیں آج انسان کو بالکل اریلیونٹ معلوم ہوتی ہیں۔</w:t>
      </w:r>
    </w:p>
    <w:p>
      <w:r>
        <w:rPr>
          <w:b/>
        </w:rPr>
        <w:t xml:space="preserve">[02:35] </w:t>
      </w:r>
      <w:r>
        <w:t>misalan fiqh ki bahsien jo hain woh juzviyat shariat par kya hain, woh chahe misal deta hoon.</w:t>
      </w:r>
    </w:p>
    <w:p>
      <w:pPr>
        <w:jc w:val="right"/>
      </w:pPr>
      <w:r>
        <w:t>مثلاً فقہ کی بحثیں جو ہیں وہ جزئیات شریعت پر کیا ہیں، وہ چاہے مثال دیتا ہوں۔</w:t>
      </w:r>
    </w:p>
    <w:p>
      <w:r>
        <w:rPr>
          <w:b/>
        </w:rPr>
        <w:t xml:space="preserve">[02:42] </w:t>
      </w:r>
      <w:r>
        <w:t>misalan aap namaz padhte hain to ek yeh masla hai ke hath uthayen phir hath bandhen.</w:t>
      </w:r>
    </w:p>
    <w:p>
      <w:pPr>
        <w:jc w:val="right"/>
      </w:pPr>
      <w:r>
        <w:t>مثلاً آپ نماز پڑھتے ہیں تو ایک یہ مسئلہ ہے کہ ہاتھ اٹھائیں پھر ہاتھ باندھیں۔</w:t>
      </w:r>
    </w:p>
    <w:p>
      <w:r>
        <w:rPr>
          <w:b/>
        </w:rPr>
        <w:t xml:space="preserve">[02:49] </w:t>
      </w:r>
      <w:r>
        <w:t>ek hai ke baghair kaan tak hath lagaye bandh len.</w:t>
      </w:r>
    </w:p>
    <w:p>
      <w:pPr>
        <w:jc w:val="right"/>
      </w:pPr>
      <w:r>
        <w:t>ایک ہے کہ بغیر کان تک ہاتھ لگائے باندھ لیں۔</w:t>
      </w:r>
    </w:p>
    <w:p>
      <w:r>
        <w:rPr>
          <w:b/>
        </w:rPr>
        <w:t xml:space="preserve">[02:53] </w:t>
      </w:r>
      <w:r>
        <w:t>is ko kehte hain rafa al yadain.</w:t>
      </w:r>
    </w:p>
    <w:p>
      <w:pPr>
        <w:jc w:val="right"/>
      </w:pPr>
      <w:r>
        <w:t>اس کو کہتے ہیں رفع الیدین۔</w:t>
      </w:r>
    </w:p>
    <w:p>
      <w:r>
        <w:rPr>
          <w:b/>
        </w:rPr>
        <w:t xml:space="preserve">[02:56] </w:t>
      </w:r>
      <w:r>
        <w:t>ab yeh bari bahasein is ke upar hain ke rafa al yadein ke baghair namazi nahi hogi.</w:t>
      </w:r>
    </w:p>
    <w:p>
      <w:pPr>
        <w:jc w:val="right"/>
      </w:pPr>
      <w:r>
        <w:t>اب یہ بڑی بحثیں اس کے اوپر ہیں کہ رفع الیدین کے بغیر نمازی نہیں ہوگی۔</w:t>
      </w:r>
    </w:p>
    <w:p>
      <w:r>
        <w:rPr>
          <w:b/>
        </w:rPr>
        <w:t xml:space="preserve">[03:02] </w:t>
      </w:r>
      <w:r>
        <w:t>aisi niyat bandhne ke bare mein ek hai ke yahan bandho ke yahan bandho.</w:t>
      </w:r>
    </w:p>
    <w:p>
      <w:pPr>
        <w:jc w:val="right"/>
      </w:pPr>
      <w:r>
        <w:t>ایسی نیت باندھنے کے بارے میں ایک ہے کہ یہاں باندھو کہ یہاں باندھو۔</w:t>
      </w:r>
    </w:p>
    <w:p>
      <w:r>
        <w:rPr>
          <w:b/>
        </w:rPr>
        <w:t xml:space="preserve">[03:08] </w:t>
      </w:r>
      <w:r>
        <w:t>bari bahasein is ke upar hain.</w:t>
      </w:r>
    </w:p>
    <w:p>
      <w:pPr>
        <w:jc w:val="right"/>
      </w:pPr>
      <w:r>
        <w:t>بڑی بحثیں اس کے اوپر ہیں۔</w:t>
      </w:r>
    </w:p>
    <w:p>
      <w:r>
        <w:rPr>
          <w:b/>
        </w:rPr>
        <w:t xml:space="preserve">[03:11] </w:t>
      </w:r>
      <w:r>
        <w:t>yahan bandha to namaz ho gayi, yahan bandha to namaz nahi hui.</w:t>
      </w:r>
    </w:p>
    <w:p>
      <w:pPr>
        <w:jc w:val="right"/>
      </w:pPr>
      <w:r>
        <w:t>یہاں باندھا تو نماز ہو گئی، یہاں باندھا تو نماز نہیں ہوئی۔</w:t>
      </w:r>
    </w:p>
    <w:p>
      <w:r>
        <w:rPr>
          <w:b/>
        </w:rPr>
        <w:t xml:space="preserve">[03:16] </w:t>
      </w:r>
      <w:r>
        <w:t>aisi ameen basar, ameen bajar, qirat fateha khalaf al imam.</w:t>
      </w:r>
    </w:p>
    <w:p>
      <w:pPr>
        <w:jc w:val="right"/>
      </w:pPr>
      <w:r>
        <w:t>ایسی آمین بسر، آمین بجر، قرأت فاتحہ خلف الامام۔</w:t>
      </w:r>
    </w:p>
    <w:p>
      <w:r>
        <w:rPr>
          <w:b/>
        </w:rPr>
        <w:t xml:space="preserve">[03:20] </w:t>
      </w:r>
      <w:r>
        <w:t>is tarah ki juz'iyati bahasein.</w:t>
      </w:r>
    </w:p>
    <w:p>
      <w:pPr>
        <w:jc w:val="right"/>
      </w:pPr>
      <w:r>
        <w:t>اس طرح کی جزئیاتی بحثیں۔</w:t>
      </w:r>
    </w:p>
    <w:p>
      <w:r>
        <w:rPr>
          <w:b/>
        </w:rPr>
        <w:t xml:space="preserve">[03:22] </w:t>
      </w:r>
      <w:r>
        <w:t>is par bahut kitabein likhi gayeen.</w:t>
      </w:r>
    </w:p>
    <w:p>
      <w:pPr>
        <w:jc w:val="right"/>
      </w:pPr>
      <w:r>
        <w:t>اس پر بہت کتابیں لکھی گئیں۔</w:t>
      </w:r>
    </w:p>
    <w:p>
      <w:r>
        <w:rPr>
          <w:b/>
        </w:rPr>
        <w:t xml:space="preserve">[03:25] </w:t>
      </w:r>
      <w:r>
        <w:t>aur yeh sab masle nikale gaye hadith se.</w:t>
      </w:r>
    </w:p>
    <w:p>
      <w:pPr>
        <w:jc w:val="right"/>
      </w:pPr>
      <w:r>
        <w:t>اور یہ سب مسئلے نکالے گئے حدیث سے۔</w:t>
      </w:r>
    </w:p>
    <w:p>
      <w:r>
        <w:rPr>
          <w:b/>
        </w:rPr>
        <w:t xml:space="preserve">[03:28] </w:t>
      </w:r>
      <w:r>
        <w:t>halankeh hadith mein aisa nahi tha, lekin logon ne bator khud nikale.</w:t>
      </w:r>
    </w:p>
    <w:p>
      <w:pPr>
        <w:jc w:val="right"/>
      </w:pPr>
      <w:r>
        <w:t>حالانکہ حدیث میں ایسا نہیں تھا، لیکن لوگوں نے بطور خود نکالے۔</w:t>
      </w:r>
    </w:p>
    <w:p>
      <w:r>
        <w:rPr>
          <w:b/>
        </w:rPr>
        <w:t xml:space="preserve">[03:33] </w:t>
      </w:r>
      <w:r>
        <w:t>hadith ke mutabiq yeh sab cheezein jo hain yeh is mein taus'a hai.</w:t>
      </w:r>
    </w:p>
    <w:p>
      <w:pPr>
        <w:jc w:val="right"/>
      </w:pPr>
      <w:r>
        <w:t>حدیث کے مطابق یہ سب چیزیں جو ہیں یہ اس میں توسع ہے۔</w:t>
      </w:r>
    </w:p>
    <w:p>
      <w:r>
        <w:rPr>
          <w:b/>
        </w:rPr>
        <w:t xml:space="preserve">[03:39] </w:t>
      </w:r>
      <w:r>
        <w:t>hadith mein aata hai ke biyahi ibtadit ibtadit.</w:t>
      </w:r>
    </w:p>
    <w:p>
      <w:pPr>
        <w:jc w:val="right"/>
      </w:pPr>
      <w:r>
        <w:t>حدیث میں آتا ہے کہ بیاہی ابتدیت ابتدیت۔</w:t>
      </w:r>
    </w:p>
    <w:p>
      <w:r>
        <w:rPr>
          <w:b/>
        </w:rPr>
        <w:t xml:space="preserve">[03:42] </w:t>
      </w:r>
      <w:r>
        <w:t>yeh bhi theek, woh bhi theek.</w:t>
      </w:r>
    </w:p>
    <w:p>
      <w:pPr>
        <w:jc w:val="right"/>
      </w:pPr>
      <w:r>
        <w:t>یہ بھی ٹھیک، وہ بھی ٹھیک۔</w:t>
      </w:r>
    </w:p>
    <w:p>
      <w:r>
        <w:rPr>
          <w:b/>
        </w:rPr>
        <w:t xml:space="preserve">[03:45] </w:t>
      </w:r>
      <w:r>
        <w:t>matlab juz'iyat mein diversity hai.</w:t>
      </w:r>
    </w:p>
    <w:p>
      <w:pPr>
        <w:jc w:val="right"/>
      </w:pPr>
      <w:r>
        <w:t>مطلب جزئیات میں ڈائیورسٹی ہے۔</w:t>
      </w:r>
    </w:p>
    <w:p>
      <w:r>
        <w:rPr>
          <w:b/>
        </w:rPr>
        <w:t xml:space="preserve">[03:47] </w:t>
      </w:r>
      <w:r>
        <w:t>juz'iyat mein diversity hai.</w:t>
      </w:r>
    </w:p>
    <w:p>
      <w:pPr>
        <w:jc w:val="right"/>
      </w:pPr>
      <w:r>
        <w:t>جزئیات میں ڈائیورسٹی ہے۔</w:t>
      </w:r>
    </w:p>
    <w:p>
      <w:r>
        <w:rPr>
          <w:b/>
        </w:rPr>
        <w:t xml:space="preserve">[03:49] </w:t>
      </w:r>
      <w:r>
        <w:t>lekin juz'iyat mein logon ne chaha ke diversity ko khatam karein.</w:t>
      </w:r>
    </w:p>
    <w:p>
      <w:pPr>
        <w:jc w:val="right"/>
      </w:pPr>
      <w:r>
        <w:t>لیکن جزئیات میں لوگوں نے چاہا کہ ڈائیورسٹی کو ختم کریں۔</w:t>
      </w:r>
    </w:p>
    <w:p>
      <w:r>
        <w:rPr>
          <w:b/>
        </w:rPr>
        <w:t xml:space="preserve">[03:54] </w:t>
      </w:r>
      <w:r>
        <w:t>oneness layein.</w:t>
      </w:r>
    </w:p>
    <w:p>
      <w:pPr>
        <w:jc w:val="right"/>
      </w:pPr>
      <w:r>
        <w:t>وننس لائیں۔</w:t>
      </w:r>
    </w:p>
    <w:p>
      <w:r>
        <w:rPr>
          <w:b/>
        </w:rPr>
        <w:t xml:space="preserve">[03:55] </w:t>
      </w:r>
      <w:r>
        <w:t>yeh hadith mein nahi tha.</w:t>
      </w:r>
    </w:p>
    <w:p>
      <w:pPr>
        <w:jc w:val="right"/>
      </w:pPr>
      <w:r>
        <w:t>یہ حدیث میں نہیں تھا۔</w:t>
      </w:r>
    </w:p>
    <w:p>
      <w:r>
        <w:rPr>
          <w:b/>
        </w:rPr>
        <w:t xml:space="preserve">[03:57] </w:t>
      </w:r>
      <w:r>
        <w:t>yeh fuqaha ne kiya.</w:t>
      </w:r>
    </w:p>
    <w:p>
      <w:pPr>
        <w:jc w:val="right"/>
      </w:pPr>
      <w:r>
        <w:t>یہ فقہاء نے کیا۔</w:t>
      </w:r>
    </w:p>
    <w:p>
      <w:r>
        <w:rPr>
          <w:b/>
        </w:rPr>
        <w:t xml:space="preserve">[03:59] </w:t>
      </w:r>
      <w:r>
        <w:t>is ki wajah se logon ne is ka zimmedar samajh liya hadith ko.</w:t>
      </w:r>
    </w:p>
    <w:p>
      <w:pPr>
        <w:jc w:val="right"/>
      </w:pPr>
      <w:r>
        <w:t>اس کی وجہ سے لوگوں نے اس کا ذمہ دار سمجھ لیا حدیث کو۔</w:t>
      </w:r>
    </w:p>
    <w:p>
      <w:r>
        <w:rPr>
          <w:b/>
        </w:rPr>
        <w:t xml:space="preserve">[04:05] </w:t>
      </w:r>
      <w:r>
        <w:t>is tarah ki juz'iyati bahason ka.</w:t>
      </w:r>
    </w:p>
    <w:p>
      <w:pPr>
        <w:jc w:val="right"/>
      </w:pPr>
      <w:r>
        <w:t>اس طرح کی جزئیاتی بحثوں کا۔</w:t>
      </w:r>
    </w:p>
    <w:p>
      <w:r>
        <w:rPr>
          <w:b/>
        </w:rPr>
        <w:t xml:space="preserve">[04:07] </w:t>
      </w:r>
      <w:r>
        <w:t>halankeh is ka zimmedar sirf fiqh thi.</w:t>
      </w:r>
    </w:p>
    <w:p>
      <w:pPr>
        <w:jc w:val="right"/>
      </w:pPr>
      <w:r>
        <w:t>حالانکہ اس کا ذمہ دار صرف فقہ تھی۔</w:t>
      </w:r>
    </w:p>
    <w:p>
      <w:r>
        <w:rPr>
          <w:b/>
        </w:rPr>
        <w:t xml:space="preserve">[04:11] </w:t>
      </w:r>
      <w:r>
        <w:t>aur hadith ke bare mein mujtaba ho gaye.</w:t>
      </w:r>
    </w:p>
    <w:p>
      <w:pPr>
        <w:jc w:val="right"/>
      </w:pPr>
      <w:r>
        <w:t>اور حدیث کے بارے میں مجتبی ہو گئے۔</w:t>
      </w:r>
    </w:p>
    <w:p>
      <w:r>
        <w:rPr>
          <w:b/>
        </w:rPr>
        <w:t xml:space="preserve">[04:14] </w:t>
      </w:r>
      <w:r>
        <w:t>hamare madarson mein jis tarah hadith padhai jati hai, is ka main ek qissa batata hoon aap ko.</w:t>
      </w:r>
    </w:p>
    <w:p>
      <w:pPr>
        <w:jc w:val="right"/>
      </w:pPr>
      <w:r>
        <w:t>ہمارے مدرسوں میں جس طرح حدیث پڑھائی جاتی ہے، اس کا میں ایک قصہ بتاتا ہوں آپ کو۔</w:t>
      </w:r>
    </w:p>
    <w:p>
      <w:r>
        <w:rPr>
          <w:b/>
        </w:rPr>
        <w:t xml:space="preserve">[04:22] </w:t>
      </w:r>
      <w:r>
        <w:t>1914 mein arab ke ek mashhoor aalim Rashid Raza, Sheikh Rashid Raza India aaye thay.</w:t>
      </w:r>
    </w:p>
    <w:p>
      <w:pPr>
        <w:jc w:val="right"/>
      </w:pPr>
      <w:r>
        <w:t>1914 میں عرب کے ایک مشہور عالم رشید رضا، شیخ رشید رضا انڈیا آئے تھے۔</w:t>
      </w:r>
    </w:p>
    <w:p>
      <w:r>
        <w:rPr>
          <w:b/>
        </w:rPr>
        <w:t xml:space="preserve">[04:28] </w:t>
      </w:r>
      <w:r>
        <w:t>to Deoband gaye woh.</w:t>
      </w:r>
    </w:p>
    <w:p>
      <w:pPr>
        <w:jc w:val="right"/>
      </w:pPr>
      <w:r>
        <w:t>تو دیوبند گئے وہ۔</w:t>
      </w:r>
    </w:p>
    <w:p>
      <w:r>
        <w:rPr>
          <w:b/>
        </w:rPr>
        <w:t xml:space="preserve">[04:30] </w:t>
      </w:r>
      <w:r>
        <w:t>is waqt deoband ka jo darul uloom hai, is ke shakh alhadees thay molana anwar shah kashmiri, jin ka</w:t>
      </w:r>
    </w:p>
    <w:p>
      <w:pPr>
        <w:jc w:val="right"/>
      </w:pPr>
      <w:r>
        <w:t>اس وقت دیوبند کا جو دارالعلوم ہے، اس کے شاخ الحدیث تھے مولانا انور شاہ کشمیری، جن کا</w:t>
      </w:r>
    </w:p>
    <w:p>
      <w:r>
        <w:rPr>
          <w:b/>
        </w:rPr>
        <w:t xml:space="preserve">[04:38] </w:t>
      </w:r>
      <w:r>
        <w:t>intaqal hua hai 1933 mein.</w:t>
      </w:r>
    </w:p>
    <w:p>
      <w:pPr>
        <w:jc w:val="right"/>
      </w:pPr>
      <w:r>
        <w:t>انتقال ہوا ہے 1933 میں۔</w:t>
      </w:r>
    </w:p>
    <w:p>
      <w:r>
        <w:rPr>
          <w:b/>
        </w:rPr>
        <w:t xml:space="preserve">[04:40] </w:t>
      </w:r>
      <w:r>
        <w:t>to unhon ne taqreer ki.</w:t>
      </w:r>
    </w:p>
    <w:p>
      <w:pPr>
        <w:jc w:val="right"/>
      </w:pPr>
      <w:r>
        <w:t>تو انہوں نے تقریر کی۔</w:t>
      </w:r>
    </w:p>
    <w:p>
      <w:r>
        <w:rPr>
          <w:b/>
        </w:rPr>
        <w:t xml:space="preserve">[04:42] </w:t>
      </w:r>
      <w:r>
        <w:t>arabi mein taqreer ki unhon ne, jo rawdad mein chhapi hui maujood hai.</w:t>
      </w:r>
    </w:p>
    <w:p>
      <w:pPr>
        <w:jc w:val="right"/>
      </w:pPr>
      <w:r>
        <w:t>عربی میں تقریر کی انہوں نے، جو روداد میں چھپی ہوئی موجود ہے۔</w:t>
      </w:r>
    </w:p>
    <w:p>
      <w:r>
        <w:rPr>
          <w:b/>
        </w:rPr>
        <w:t xml:space="preserve">[04:48] </w:t>
      </w:r>
      <w:r>
        <w:t>to sari taqreer mein unhon ne dikhaya ke hanafii maslak jo hai woh ain hadees ke mutabiq hai.</w:t>
      </w:r>
    </w:p>
    <w:p>
      <w:pPr>
        <w:jc w:val="right"/>
      </w:pPr>
      <w:r>
        <w:t>تو ساری تقریر میں انہوں نے دکھایا کہ حنفی مسلک جو ہے وہ عین حدیث کے مطابق ہے۔</w:t>
      </w:r>
    </w:p>
    <w:p>
      <w:r>
        <w:rPr>
          <w:b/>
        </w:rPr>
        <w:t xml:space="preserve">[04:55] </w:t>
      </w:r>
      <w:r>
        <w:t>hanafii maslak kya hai? woh juziiyati maslak.</w:t>
      </w:r>
    </w:p>
    <w:p>
      <w:pPr>
        <w:jc w:val="right"/>
      </w:pPr>
      <w:r>
        <w:t>حنفی مسلک کیا ہے؟ وہ جزئیاتی مسلک۔</w:t>
      </w:r>
    </w:p>
    <w:p>
      <w:r>
        <w:rPr>
          <w:b/>
        </w:rPr>
        <w:t xml:space="preserve">[04:58] </w:t>
      </w:r>
      <w:r>
        <w:t>hanafii aur ghair hanafii mein juziiyati shariat, juziiyat shariat ke baray mein bohat bahasein hain, bohat bahasein hain.</w:t>
      </w:r>
    </w:p>
    <w:p>
      <w:pPr>
        <w:jc w:val="right"/>
      </w:pPr>
      <w:r>
        <w:t>حنفی اور غیر حنفی میں جزئیاتی شریعت، جزئیات شریعت کے بارے میں بہت بحثیں ہیں، بہت بحثیں ہیں۔</w:t>
      </w:r>
    </w:p>
    <w:p>
      <w:r>
        <w:rPr>
          <w:b/>
        </w:rPr>
        <w:t xml:space="preserve">[05:06] </w:t>
      </w:r>
      <w:r>
        <w:t>bohat bahasein hain.</w:t>
      </w:r>
    </w:p>
    <w:p>
      <w:pPr>
        <w:jc w:val="right"/>
      </w:pPr>
      <w:r>
        <w:t>بہت بحثیں ہیں۔</w:t>
      </w:r>
    </w:p>
    <w:p>
      <w:r>
        <w:rPr>
          <w:b/>
        </w:rPr>
        <w:t xml:space="preserve">[05:08] </w:t>
      </w:r>
      <w:r>
        <w:t>misalan hanafii log mante hain ameen bisar ko, aur doosray log mante hain ameen biljar ko.</w:t>
      </w:r>
    </w:p>
    <w:p>
      <w:pPr>
        <w:jc w:val="right"/>
      </w:pPr>
      <w:r>
        <w:t>مثلاً حنفی لوگ مانتے ہیں امین بسر کو، اور دوسرے لوگ مانتے ہیں امین بالجر کو۔</w:t>
      </w:r>
    </w:p>
    <w:p>
      <w:r>
        <w:rPr>
          <w:b/>
        </w:rPr>
        <w:t xml:space="preserve">[05:15] </w:t>
      </w:r>
      <w:r>
        <w:t>is bari bahas hai is ke oopar.</w:t>
      </w:r>
    </w:p>
    <w:p>
      <w:pPr>
        <w:jc w:val="right"/>
      </w:pPr>
      <w:r>
        <w:t>اس بڑی بحث ہے اس کے اوپر۔</w:t>
      </w:r>
    </w:p>
    <w:p>
      <w:r>
        <w:rPr>
          <w:b/>
        </w:rPr>
        <w:t xml:space="preserve">[05:18] </w:t>
      </w:r>
      <w:r>
        <w:t>hanafii log rafa al yadeen ko nahi mante, woh doosray log rafa al yadeen ko mante hain.</w:t>
      </w:r>
    </w:p>
    <w:p>
      <w:pPr>
        <w:jc w:val="right"/>
      </w:pPr>
      <w:r>
        <w:t>حنفی لوگ رفع الیدین کو نہیں مانتے، وہ دوسرے لوگ رفع الیدین کو مانتے ہیں۔</w:t>
      </w:r>
    </w:p>
    <w:p>
      <w:r>
        <w:rPr>
          <w:b/>
        </w:rPr>
        <w:t xml:space="preserve">[05:24] </w:t>
      </w:r>
      <w:r>
        <w:t>yeh bari bahas hai.</w:t>
      </w:r>
    </w:p>
    <w:p>
      <w:pPr>
        <w:jc w:val="right"/>
      </w:pPr>
      <w:r>
        <w:t>یہ بڑی بحث ہے۔</w:t>
      </w:r>
    </w:p>
    <w:p>
      <w:r>
        <w:rPr>
          <w:b/>
        </w:rPr>
        <w:t xml:space="preserve">[05:26] </w:t>
      </w:r>
      <w:r>
        <w:t>to allama anwar shah kashmiri ne apni taqreer mein yeh sabit kiya ke jo maslak hanafii hai wohi</w:t>
      </w:r>
    </w:p>
    <w:p>
      <w:pPr>
        <w:jc w:val="right"/>
      </w:pPr>
      <w:r>
        <w:t>تو علامہ انور شاہ کشمیری نے اپنی تقریر میں یہ ثابت کیا کہ جو مسلک حنفی ہے وہی</w:t>
      </w:r>
    </w:p>
    <w:p>
      <w:r>
        <w:rPr>
          <w:b/>
        </w:rPr>
        <w:t xml:space="preserve">[05:33] </w:t>
      </w:r>
      <w:r>
        <w:t>hadees ke mutabiq hai.</w:t>
      </w:r>
    </w:p>
    <w:p>
      <w:pPr>
        <w:jc w:val="right"/>
      </w:pPr>
      <w:r>
        <w:t>حدیث کے مطابق ہے۔</w:t>
      </w:r>
    </w:p>
    <w:p>
      <w:r>
        <w:rPr>
          <w:b/>
        </w:rPr>
        <w:t xml:space="preserve">[05:35] </w:t>
      </w:r>
      <w:r>
        <w:t>yani hadeeson ko is tareeqay se unhon ne is ko intervention kiya is ka ke sab hadeesein jo</w:t>
      </w:r>
    </w:p>
    <w:p>
      <w:pPr>
        <w:jc w:val="right"/>
      </w:pPr>
      <w:r>
        <w:t>یعنی حدیثوں کو اس طریقے سے انہوں نے اس کو انٹروینشن کیا اس کا کہ سب حدیثیں جو</w:t>
      </w:r>
    </w:p>
    <w:p>
      <w:r>
        <w:rPr>
          <w:b/>
        </w:rPr>
        <w:t xml:space="preserve">[05:43] </w:t>
      </w:r>
      <w:r>
        <w:t>hain hanafii maslak ke mutabiq.</w:t>
      </w:r>
    </w:p>
    <w:p>
      <w:pPr>
        <w:jc w:val="right"/>
      </w:pPr>
      <w:r>
        <w:t>ہیں حنفی مسلک کے مطابق۔</w:t>
      </w:r>
    </w:p>
    <w:p>
      <w:r>
        <w:rPr>
          <w:b/>
        </w:rPr>
        <w:t xml:space="preserve">[05:45] </w:t>
      </w:r>
      <w:r>
        <w:t>to rasheed raza hanafii nahi thay, un ko bara taajjub hua.</w:t>
      </w:r>
    </w:p>
    <w:p>
      <w:pPr>
        <w:jc w:val="right"/>
      </w:pPr>
      <w:r>
        <w:t>تو رشید رضا حنفی نہیں تھے، ان کو بڑا تعجب ہوا۔</w:t>
      </w:r>
    </w:p>
    <w:p>
      <w:r>
        <w:rPr>
          <w:b/>
        </w:rPr>
        <w:t xml:space="preserve">[05:50] </w:t>
      </w:r>
      <w:r>
        <w:t>unhon ne apne aik tabsaray mein kaha tha: "halil hadees hanafii? kya hadees bhi hanafii hai?" to yeh</w:t>
      </w:r>
    </w:p>
    <w:p>
      <w:pPr>
        <w:jc w:val="right"/>
      </w:pPr>
      <w:r>
        <w:t>انہوں نے اپنے ایک تبصرے میں کہا تھا: "حلیل حدیث حنفی؟ کیا حدیث بھی حنفی ہے؟" تو یہ</w:t>
      </w:r>
    </w:p>
    <w:p>
      <w:r>
        <w:rPr>
          <w:b/>
        </w:rPr>
        <w:t xml:space="preserve">[05:57] </w:t>
      </w:r>
      <w:r>
        <w:t>sab ka maslak hai.</w:t>
      </w:r>
    </w:p>
    <w:p>
      <w:pPr>
        <w:jc w:val="right"/>
      </w:pPr>
      <w:r>
        <w:t>سب کا مسلک ہے۔</w:t>
      </w:r>
    </w:p>
    <w:p>
      <w:r>
        <w:rPr>
          <w:b/>
        </w:rPr>
        <w:t xml:space="preserve">[05:59] </w:t>
      </w:r>
      <w:r>
        <w:t>halil hadees hanafii, halil hadees salafi, halil hadees shafi'i.</w:t>
      </w:r>
    </w:p>
    <w:p>
      <w:pPr>
        <w:jc w:val="right"/>
      </w:pPr>
      <w:r>
        <w:t>حلیل حدیث حنفی، حلیل حدیث سلفی، حلیل حدیث شافعی۔</w:t>
      </w:r>
    </w:p>
    <w:p>
      <w:r>
        <w:rPr>
          <w:b/>
        </w:rPr>
        <w:t xml:space="preserve">[06:03] </w:t>
      </w:r>
      <w:r>
        <w:t>yani sab ne hadees ko ghuma phira kar apne maslak par dhal rakha hai.</w:t>
      </w:r>
    </w:p>
    <w:p>
      <w:pPr>
        <w:jc w:val="right"/>
      </w:pPr>
      <w:r>
        <w:t>یعنی سب نے حدیث کو گھما پھرا کر اپنے مسلک پر ڈھال رکھا ہے۔</w:t>
      </w:r>
    </w:p>
    <w:p>
      <w:r>
        <w:rPr>
          <w:b/>
        </w:rPr>
        <w:t xml:space="preserve">[06:09] </w:t>
      </w:r>
      <w:r>
        <w:t>is se firqay paida hue, juziiyati bahasein paida huein.</w:t>
      </w:r>
    </w:p>
    <w:p>
      <w:pPr>
        <w:jc w:val="right"/>
      </w:pPr>
      <w:r>
        <w:t>اس سے فرقے پیدا ہوئے، جزئیاتی بحثیں پیدا ہوئیں۔</w:t>
      </w:r>
    </w:p>
    <w:p>
      <w:r>
        <w:rPr>
          <w:b/>
        </w:rPr>
        <w:t xml:space="preserve">[06:13] </w:t>
      </w:r>
      <w:r>
        <w:t>to hadees ki asal jo ahmiyat hai wohi gum ho gayi.</w:t>
      </w:r>
    </w:p>
    <w:p>
      <w:pPr>
        <w:jc w:val="right"/>
      </w:pPr>
      <w:r>
        <w:t>تو حدیث کی اصل جو اہمیت ہے وہی گم ہو گئی۔</w:t>
      </w:r>
    </w:p>
    <w:p>
      <w:r>
        <w:rPr>
          <w:b/>
        </w:rPr>
        <w:t xml:space="preserve">[06:18] </w:t>
      </w:r>
      <w:r>
        <w:t>dekhein hadees jo hai is ke liye quran mein aya hai hikmat kalam.</w:t>
      </w:r>
    </w:p>
    <w:p>
      <w:pPr>
        <w:jc w:val="right"/>
      </w:pPr>
      <w:r>
        <w:t>دیکھیں حدیث جو ہے اس کے لیے قرآن میں آیا ہے حکمت کلم۔</w:t>
      </w:r>
    </w:p>
    <w:p>
      <w:r>
        <w:rPr>
          <w:b/>
        </w:rPr>
        <w:t xml:space="preserve">[06:23] </w:t>
      </w:r>
      <w:r>
        <w:t>yuallimuhul kitaba wal hikmata.</w:t>
      </w:r>
    </w:p>
    <w:p>
      <w:pPr>
        <w:jc w:val="right"/>
      </w:pPr>
      <w:r>
        <w:t>یعلمہ بالکتاب والحکمہ۔</w:t>
      </w:r>
    </w:p>
    <w:p>
      <w:r>
        <w:rPr>
          <w:b/>
        </w:rPr>
        <w:t xml:space="preserve">[06:25] </w:t>
      </w:r>
      <w:r>
        <w:t>yani peghambar ka ek kaam yeh hai ke is ne kitaab diya insaan ko, quran.</w:t>
      </w:r>
    </w:p>
    <w:p>
      <w:pPr>
        <w:jc w:val="right"/>
      </w:pPr>
      <w:r>
        <w:t>یعنی پیغمبر کا ایک کام یہ ہے کہ اس نے کتاب دیا انسان کو، قرآن۔</w:t>
      </w:r>
    </w:p>
    <w:p>
      <w:r>
        <w:rPr>
          <w:b/>
        </w:rPr>
        <w:t xml:space="preserve">[06:31] </w:t>
      </w:r>
      <w:r>
        <w:t>doosri cheez yeh hai ke is ne hikmat diya.</w:t>
      </w:r>
    </w:p>
    <w:p>
      <w:pPr>
        <w:jc w:val="right"/>
      </w:pPr>
      <w:r>
        <w:t>دوسری چیز یہ ہے کہ اس نے حکمت دیا۔</w:t>
      </w:r>
    </w:p>
    <w:p>
      <w:r>
        <w:rPr>
          <w:b/>
        </w:rPr>
        <w:t xml:space="preserve">[06:35] </w:t>
      </w:r>
      <w:r>
        <w:t>yeh hikmat jo hai yahi hadees hai.</w:t>
      </w:r>
    </w:p>
    <w:p>
      <w:pPr>
        <w:jc w:val="right"/>
      </w:pPr>
      <w:r>
        <w:t>یہ حکمت جو ہے یہی حدیث ہے۔</w:t>
      </w:r>
    </w:p>
    <w:p>
      <w:r>
        <w:rPr>
          <w:b/>
        </w:rPr>
        <w:t xml:space="preserve">[06:38] </w:t>
      </w:r>
      <w:r>
        <w:t>hikmat ka matlab hota hai wisdom.</w:t>
      </w:r>
    </w:p>
    <w:p>
      <w:pPr>
        <w:jc w:val="right"/>
      </w:pPr>
      <w:r>
        <w:t>حکمت کا مطلب ہوتا ہے وزڈم۔</w:t>
      </w:r>
    </w:p>
    <w:p>
      <w:r>
        <w:rPr>
          <w:b/>
        </w:rPr>
        <w:t xml:space="preserve">[06:40] </w:t>
      </w:r>
      <w:r>
        <w:t>to dekhen hadees ka maamla juzviyat shariyat ka mozu nahi hai hadees.</w:t>
      </w:r>
    </w:p>
    <w:p>
      <w:pPr>
        <w:jc w:val="right"/>
      </w:pPr>
      <w:r>
        <w:t>تو دیکھیں حدیث کا معاملہ جزئیات شریعت کا موضوع نہیں ہے حدیث۔</w:t>
      </w:r>
    </w:p>
    <w:p>
      <w:r>
        <w:rPr>
          <w:b/>
        </w:rPr>
        <w:t xml:space="preserve">[06:46] </w:t>
      </w:r>
      <w:r>
        <w:t>hadees jo hai wo is se zyada bohat hi ahem cheez hai hadees.</w:t>
      </w:r>
    </w:p>
    <w:p>
      <w:pPr>
        <w:jc w:val="right"/>
      </w:pPr>
      <w:r>
        <w:t>حدیث جو ہے وہ اس سے زیادہ بہت ہی اہم چیز ہے حدیث۔</w:t>
      </w:r>
    </w:p>
    <w:p>
      <w:r>
        <w:rPr>
          <w:b/>
        </w:rPr>
        <w:t xml:space="preserve">[06:51] </w:t>
      </w:r>
      <w:r>
        <w:t>یعنی قرآن اگر اللہ کی کتاب ہے تو حدیث اس کا applied edition ہے، applied version ہے۔</w:t>
      </w:r>
    </w:p>
    <w:p>
      <w:pPr>
        <w:jc w:val="right"/>
      </w:pPr>
      <w:r>
        <w:t>یعنی قرآن اگر اللہ کی کتاب ہے تو حدیث اس کا اپلائیڈ ایڈیشن ہے، اپلائیڈ ورژن ہے۔</w:t>
      </w:r>
    </w:p>
    <w:p>
      <w:r>
        <w:rPr>
          <w:b/>
        </w:rPr>
        <w:t xml:space="preserve">[06:58] </w:t>
      </w:r>
      <w:r>
        <w:t>yani quran ka applied version.</w:t>
      </w:r>
    </w:p>
    <w:p>
      <w:pPr>
        <w:jc w:val="right"/>
      </w:pPr>
      <w:r>
        <w:t>یعنی قرآن کا اپلائیڈ ورژن۔</w:t>
      </w:r>
    </w:p>
    <w:p>
      <w:r>
        <w:rPr>
          <w:b/>
        </w:rPr>
        <w:t xml:space="preserve">[07:01] </w:t>
      </w:r>
      <w:r>
        <w:t>quran jo hai agar principles hain is ke andar hain to hadees mein is ki detail hai.</w:t>
      </w:r>
    </w:p>
    <w:p>
      <w:pPr>
        <w:jc w:val="right"/>
      </w:pPr>
      <w:r>
        <w:t>قرآن جو ہے اگر پرنسپلز ہیں اس کے اندر ہیں تو حدیث میں اس کی ڈیٹیل ہے۔</w:t>
      </w:r>
    </w:p>
    <w:p>
      <w:r>
        <w:rPr>
          <w:b/>
        </w:rPr>
        <w:t xml:space="preserve">[07:08] </w:t>
      </w:r>
      <w:r>
        <w:t>wo sari cheezen jo baad ki tareekh mein is ko jis ki wajah se islam ek kiya ko</w:t>
      </w:r>
    </w:p>
    <w:p>
      <w:pPr>
        <w:jc w:val="right"/>
      </w:pPr>
      <w:r>
        <w:t>وہ ساری چیزیں جو بعد کی تاریخ میں اس کو جس کی وجہ سے اسلام ایک کیا کو</w:t>
      </w:r>
    </w:p>
    <w:p>
      <w:r>
        <w:rPr>
          <w:b/>
        </w:rPr>
        <w:t xml:space="preserve">[07:16] </w:t>
      </w:r>
      <w:r>
        <w:t>ahmiyat hasil hui wo sab hadees se to maloom hoti hain.</w:t>
      </w:r>
    </w:p>
    <w:p>
      <w:pPr>
        <w:jc w:val="right"/>
      </w:pPr>
      <w:r>
        <w:t>اہمیت حاصل ہوئی وہ سب حدیثیں سے تو معلوم ہوتی ہیں۔</w:t>
      </w:r>
    </w:p>
    <w:p>
      <w:r>
        <w:rPr>
          <w:b/>
        </w:rPr>
        <w:t xml:space="preserve">[07:20] </w:t>
      </w:r>
      <w:r>
        <w:t>hadees ko hadaf karte hain to sara maamla jo hai ek bilkul abstract ban kar reh jayega.</w:t>
      </w:r>
    </w:p>
    <w:p>
      <w:pPr>
        <w:jc w:val="right"/>
      </w:pPr>
      <w:r>
        <w:t>حدیث کو حذف کرتے ہیں تو سارا معاملہ جو ہے ایک بالکل ابسٹریکٹ بن کر رہ جائے گا۔</w:t>
      </w:r>
    </w:p>
    <w:p>
      <w:r>
        <w:rPr>
          <w:b/>
        </w:rPr>
        <w:t xml:space="preserve">[07:28] </w:t>
      </w:r>
      <w:r>
        <w:t>mein ek misaal deta hoon.</w:t>
      </w:r>
    </w:p>
    <w:p>
      <w:pPr>
        <w:jc w:val="right"/>
      </w:pPr>
      <w:r>
        <w:t>میں ایک مثال دیتا ہوں۔</w:t>
      </w:r>
    </w:p>
    <w:p>
      <w:r>
        <w:rPr>
          <w:b/>
        </w:rPr>
        <w:t xml:space="preserve">[07:30] </w:t>
      </w:r>
      <w:r>
        <w:t>rasool Allah sal Allah alaihi wasallam tamam peghambaron mein ek hi peghambar aise hain jo historical peghambar ki</w:t>
      </w:r>
    </w:p>
    <w:p>
      <w:pPr>
        <w:jc w:val="right"/>
      </w:pPr>
      <w:r>
        <w:t>رسول اللہ صلی اللہ علیہ وسلم تمام پیغمبروں میں ایک ہی پیغمبر ایسے ہیں جو ہسٹاریکل پیغمبر کی</w:t>
      </w:r>
    </w:p>
    <w:p>
      <w:r>
        <w:rPr>
          <w:b/>
        </w:rPr>
        <w:t xml:space="preserve">[07:38] </w:t>
      </w:r>
      <w:r>
        <w:t>haisiyat rakhte hain.</w:t>
      </w:r>
    </w:p>
    <w:p>
      <w:pPr>
        <w:jc w:val="right"/>
      </w:pPr>
      <w:r>
        <w:t>حیثیت رکھتے ہیں۔</w:t>
      </w:r>
    </w:p>
    <w:p>
      <w:r>
        <w:rPr>
          <w:b/>
        </w:rPr>
        <w:t xml:space="preserve">[07:39] </w:t>
      </w:r>
      <w:r>
        <w:t>pichhle peghambar aqeeday ke peghambar hain, bator aqeedah hum un ko mante hain.</w:t>
      </w:r>
    </w:p>
    <w:p>
      <w:pPr>
        <w:jc w:val="right"/>
      </w:pPr>
      <w:r>
        <w:t>پچھلے پیغمبر عقیدے کے پیغمبر ہیں، بطور عقیدہ ہم ان کو مانتے ہیں۔</w:t>
      </w:r>
    </w:p>
    <w:p>
      <w:r>
        <w:rPr>
          <w:b/>
        </w:rPr>
        <w:t xml:space="preserve">[07:45] </w:t>
      </w:r>
      <w:r>
        <w:t>lekin un ko historical base hasil nahi hai.</w:t>
      </w:r>
    </w:p>
    <w:p>
      <w:pPr>
        <w:jc w:val="right"/>
      </w:pPr>
      <w:r>
        <w:t>لیکن ان کو ہسٹاریکل بیس حاصل نہیں ہے۔</w:t>
      </w:r>
    </w:p>
    <w:p>
      <w:r>
        <w:rPr>
          <w:b/>
        </w:rPr>
        <w:t xml:space="preserve">[07:48] </w:t>
      </w:r>
      <w:r>
        <w:t>to Philip Hitti jo ek Christian the, un ki kitaab hai History of the Arabs.</w:t>
      </w:r>
    </w:p>
    <w:p>
      <w:pPr>
        <w:jc w:val="right"/>
      </w:pPr>
      <w:r>
        <w:t>تو فلپ ہٹری جو ایک کرسچن تھے، ان کی کتاب ہے ہسٹری آف دا عربز۔</w:t>
      </w:r>
    </w:p>
    <w:p>
      <w:r>
        <w:rPr>
          <w:b/>
        </w:rPr>
        <w:t xml:space="preserve">[07:55] </w:t>
      </w:r>
      <w:r>
        <w:t>اس میں وہ لکھتے ہیں کہ Muhammad was born in the full light of history۔</w:t>
      </w:r>
    </w:p>
    <w:p>
      <w:pPr>
        <w:jc w:val="right"/>
      </w:pPr>
      <w:r>
        <w:t>اس میں وہ لکھتے ہیں کہ محمد واز born in the full light of history۔</w:t>
      </w:r>
    </w:p>
    <w:p>
      <w:r>
        <w:rPr>
          <w:b/>
        </w:rPr>
        <w:t xml:space="preserve">[08:01] </w:t>
      </w:r>
      <w:r>
        <w:t>Muhammad was born in the full light of history.</w:t>
      </w:r>
    </w:p>
    <w:p>
      <w:pPr>
        <w:jc w:val="right"/>
      </w:pPr>
      <w:r>
        <w:t>محمد واز born in the full light of history۔</w:t>
      </w:r>
    </w:p>
    <w:p>
      <w:r>
        <w:rPr>
          <w:b/>
        </w:rPr>
        <w:t xml:space="preserve">[08:05] </w:t>
      </w:r>
      <w:r>
        <w:t>Muhammad paida hue mukammal tareekh ki roshni mein.</w:t>
      </w:r>
    </w:p>
    <w:p>
      <w:pPr>
        <w:jc w:val="right"/>
      </w:pPr>
      <w:r>
        <w:t>محمد پیدا ہوئے مکمل تاریخ کی روشنی میں۔</w:t>
      </w:r>
    </w:p>
    <w:p>
      <w:r>
        <w:rPr>
          <w:b/>
        </w:rPr>
        <w:t xml:space="preserve">[08:09] </w:t>
      </w:r>
      <w:r>
        <w:t>to yeh Muhammad sal Allah alaihi wasallam ko yeh haisiyat kaise mili? aap ghor kijiye ke rasool Allah</w:t>
      </w:r>
    </w:p>
    <w:p>
      <w:pPr>
        <w:jc w:val="right"/>
      </w:pPr>
      <w:r>
        <w:t>تو یہ محمد صلی اللہ علیہ وسلم کو یہ حیثیت کیسے ملی؟ آپ غور کیجیے کہ رسول اللہ</w:t>
      </w:r>
    </w:p>
    <w:p>
      <w:r>
        <w:rPr>
          <w:b/>
        </w:rPr>
        <w:t xml:space="preserve">[08:16] </w:t>
      </w:r>
      <w:r>
        <w:t>sal Allah alaihi wasallam se sirf chhe sau saal pehle, sirf chhe sau saal pehle Hazrat Masih paida</w:t>
      </w:r>
    </w:p>
    <w:p>
      <w:pPr>
        <w:jc w:val="right"/>
      </w:pPr>
      <w:r>
        <w:t>صلی اللہ علیہ وسلم سے صرف چھ سو سال پہلے، صرف چھ سو سال پہلے حضرت مسیح پیدا</w:t>
      </w:r>
    </w:p>
    <w:p>
      <w:r>
        <w:rPr>
          <w:b/>
        </w:rPr>
        <w:t xml:space="preserve">[08:24] </w:t>
      </w:r>
      <w:r>
        <w:t>hue Falasteen mein.</w:t>
      </w:r>
    </w:p>
    <w:p>
      <w:pPr>
        <w:jc w:val="right"/>
      </w:pPr>
      <w:r>
        <w:t>ہوئے فلسطین میں۔</w:t>
      </w:r>
    </w:p>
    <w:p>
      <w:r>
        <w:rPr>
          <w:b/>
        </w:rPr>
        <w:t xml:space="preserve">[08:25] </w:t>
      </w:r>
      <w:r>
        <w:t>un ki koi history nahi.</w:t>
      </w:r>
    </w:p>
    <w:p>
      <w:pPr>
        <w:jc w:val="right"/>
      </w:pPr>
      <w:r>
        <w:t>ان کی کوئی ہسٹری نہیں۔</w:t>
      </w:r>
    </w:p>
    <w:p>
      <w:r>
        <w:rPr>
          <w:b/>
        </w:rPr>
        <w:t xml:space="preserve">[08:28] </w:t>
      </w:r>
      <w:r>
        <w:t>برڈ نرسن نے لکھا ہے کہ historically it is quite doubtful whether Christ ever existed at all۔</w:t>
      </w:r>
    </w:p>
    <w:p>
      <w:pPr>
        <w:jc w:val="right"/>
      </w:pPr>
      <w:r>
        <w:t>برڈ نرسن نے لکھا ہے کہ ہسٹاریکلی it is quite doubtful whether Christ ever existed at all۔</w:t>
      </w:r>
    </w:p>
    <w:p>
      <w:r>
        <w:rPr>
          <w:b/>
        </w:rPr>
        <w:t xml:space="preserve">[08:35] </w:t>
      </w:r>
      <w:r>
        <w:t>kyun ke historical document nahi hai Hazrat Masih ke liye.</w:t>
      </w:r>
    </w:p>
    <w:p>
      <w:pPr>
        <w:jc w:val="right"/>
      </w:pPr>
      <w:r>
        <w:t>کیونکہ ہسٹاریکل ڈاکومنٹ نہیں ہے حضرت مسیح کے لیے۔</w:t>
      </w:r>
    </w:p>
    <w:p>
      <w:r>
        <w:rPr>
          <w:b/>
        </w:rPr>
        <w:t xml:space="preserve">[08:39] </w:t>
      </w:r>
      <w:r>
        <w:t>kyun nahi hai? un ke sath koi tape nahi thi.</w:t>
      </w:r>
    </w:p>
    <w:p>
      <w:pPr>
        <w:jc w:val="right"/>
      </w:pPr>
      <w:r>
        <w:t>کیوں نہیں ہے؟ ان کے ساتھ کوئی ٹیپ نہیں تھی۔</w:t>
      </w:r>
    </w:p>
    <w:p>
      <w:r>
        <w:rPr>
          <w:b/>
        </w:rPr>
        <w:t xml:space="preserve">[08:43] </w:t>
      </w:r>
      <w:r>
        <w:t>khud Bible mein likha hua hai ke jab wo un ko sooli pe charhane ke liye le gaye</w:t>
      </w:r>
    </w:p>
    <w:p>
      <w:pPr>
        <w:jc w:val="right"/>
      </w:pPr>
      <w:r>
        <w:t>خود بائبل میں لکھا ہوا ہے کہ جب وہ ان کو سولی پہ چڑھانے کے لیے لے گئے</w:t>
      </w:r>
    </w:p>
    <w:p>
      <w:r>
        <w:rPr>
          <w:b/>
        </w:rPr>
        <w:t xml:space="preserve">[08:51] </w:t>
      </w:r>
      <w:r>
        <w:t>to un ke jo shagird thay wahan par, taqreeban das shagird thay, woh sab ke sab bhaag gaye.</w:t>
      </w:r>
    </w:p>
    <w:p>
      <w:pPr>
        <w:jc w:val="right"/>
      </w:pPr>
      <w:r>
        <w:t>تو ان کے جو شاگرد تھے وہاں پر، تقریباً دس شاگرد تھے، وہ سب کے سب بھاگ گئے۔</w:t>
      </w:r>
    </w:p>
    <w:p>
      <w:r>
        <w:rPr>
          <w:b/>
        </w:rPr>
        <w:t xml:space="preserve">[08:58] </w:t>
      </w:r>
      <w:r>
        <w:t>yeh khud bible mein likha hua hai ke bhaag gaye, sab ke sab.</w:t>
      </w:r>
    </w:p>
    <w:p>
      <w:pPr>
        <w:jc w:val="right"/>
      </w:pPr>
      <w:r>
        <w:t>یہ خود بائبل میں لکھا ہوا ہے کہ بھاگ گئے، سب کے سب۔</w:t>
      </w:r>
    </w:p>
    <w:p>
      <w:r>
        <w:rPr>
          <w:b/>
        </w:rPr>
        <w:t xml:space="preserve">[09:04] </w:t>
      </w:r>
      <w:r>
        <w:t>to history ko insaan banate hain.</w:t>
      </w:r>
    </w:p>
    <w:p>
      <w:pPr>
        <w:jc w:val="right"/>
      </w:pPr>
      <w:r>
        <w:t>تو ہسٹری کو انسان بناتے ہیں۔</w:t>
      </w:r>
    </w:p>
    <w:p>
      <w:r>
        <w:rPr>
          <w:b/>
        </w:rPr>
        <w:t xml:space="preserve">[09:07] </w:t>
      </w:r>
      <w:r>
        <w:t>history jo hai woh insaan banate hain, team banati hai.</w:t>
      </w:r>
    </w:p>
    <w:p>
      <w:pPr>
        <w:jc w:val="right"/>
      </w:pPr>
      <w:r>
        <w:t>ہسٹری جو ہے وہ انسان بناتے ہیں، ٹیم بناتی ہے۔</w:t>
      </w:r>
    </w:p>
    <w:p>
      <w:r>
        <w:rPr>
          <w:b/>
        </w:rPr>
        <w:t xml:space="preserve">[09:11] </w:t>
      </w:r>
      <w:r>
        <w:t>to pichlay peghambaron ke sath koi team nahi thi, is liye un ki history bhi nahi bani.</w:t>
      </w:r>
    </w:p>
    <w:p>
      <w:pPr>
        <w:jc w:val="right"/>
      </w:pPr>
      <w:r>
        <w:t>تو پچھلے پیغمبروں کے ساتھ کوئی ٹیم نہیں تھی، اس لیے ان کی ہسٹری بھی نہیں بنی۔</w:t>
      </w:r>
    </w:p>
    <w:p>
      <w:r>
        <w:rPr>
          <w:b/>
        </w:rPr>
        <w:t xml:space="preserve">[09:18] </w:t>
      </w:r>
      <w:r>
        <w:t>rasool Allah ke sath team thi yani sahaba karam jin ko hum kehte hain.</w:t>
      </w:r>
    </w:p>
    <w:p>
      <w:pPr>
        <w:jc w:val="right"/>
      </w:pPr>
      <w:r>
        <w:t>رسول اللہ کے ساتھ ٹیم تھی یعنی صحابہ کرام جن کو ہم کہتے ہیں۔</w:t>
      </w:r>
    </w:p>
    <w:p>
      <w:r>
        <w:rPr>
          <w:b/>
        </w:rPr>
        <w:t xml:space="preserve">[09:24] </w:t>
      </w:r>
      <w:r>
        <w:t>taqreeban deir lakh sahaba.</w:t>
      </w:r>
    </w:p>
    <w:p>
      <w:pPr>
        <w:jc w:val="right"/>
      </w:pPr>
      <w:r>
        <w:t>تقریباً ڈیڑھ لاکھ صحابہ۔</w:t>
      </w:r>
    </w:p>
    <w:p>
      <w:r>
        <w:rPr>
          <w:b/>
        </w:rPr>
        <w:t xml:space="preserve">[09:26] </w:t>
      </w:r>
      <w:r>
        <w:t>yehi to reporters of history hain.</w:t>
      </w:r>
    </w:p>
    <w:p>
      <w:pPr>
        <w:jc w:val="right"/>
      </w:pPr>
      <w:r>
        <w:t>یہی تو رپورٹرز آف ہسٹری ہیں۔</w:t>
      </w:r>
    </w:p>
    <w:p>
      <w:r>
        <w:rPr>
          <w:b/>
        </w:rPr>
        <w:t xml:space="preserve">[09:28] </w:t>
      </w:r>
      <w:r>
        <w:t>inhi ki wajah se to history bani rasool Allah sal Allah alaihi wasallam ki.</w:t>
      </w:r>
    </w:p>
    <w:p>
      <w:pPr>
        <w:jc w:val="right"/>
      </w:pPr>
      <w:r>
        <w:t>انہی کی وجہ سے تو ہسٹری بنی رسول اللہ صلی اللہ علیہ وسلم کی۔</w:t>
      </w:r>
    </w:p>
    <w:p>
      <w:r>
        <w:rPr>
          <w:b/>
        </w:rPr>
        <w:t xml:space="preserve">[09:34] </w:t>
      </w:r>
      <w:r>
        <w:t>to Hazrat Masih jo sirf chhay so saal pehle paida hue, un ki history nahi.</w:t>
      </w:r>
    </w:p>
    <w:p>
      <w:pPr>
        <w:jc w:val="right"/>
      </w:pPr>
      <w:r>
        <w:t>تو حضرت مسیح جو صرف چھ سو سال پہلے پیدا ہوئے، ان کی ہسٹری نہیں۔</w:t>
      </w:r>
    </w:p>
    <w:p>
      <w:r>
        <w:rPr>
          <w:b/>
        </w:rPr>
        <w:t xml:space="preserve">[09:41] </w:t>
      </w:r>
      <w:r>
        <w:t>kyun ke reporters nahi thay.</w:t>
      </w:r>
    </w:p>
    <w:p>
      <w:pPr>
        <w:jc w:val="right"/>
      </w:pPr>
      <w:r>
        <w:t>کیونکہ رپورٹرز نہیں تھے۔</w:t>
      </w:r>
    </w:p>
    <w:p>
      <w:r>
        <w:rPr>
          <w:b/>
        </w:rPr>
        <w:t xml:space="preserve">[09:43] </w:t>
      </w:r>
      <w:r>
        <w:t>history ko report karne walay log nahi thay.</w:t>
      </w:r>
    </w:p>
    <w:p>
      <w:pPr>
        <w:jc w:val="right"/>
      </w:pPr>
      <w:r>
        <w:t>ہسٹری کو رپورٹ کرنے والے لوگ نہیں تھے۔</w:t>
      </w:r>
    </w:p>
    <w:p>
      <w:r>
        <w:rPr>
          <w:b/>
        </w:rPr>
        <w:t xml:space="preserve">[09:46] </w:t>
      </w:r>
      <w:r>
        <w:t>rasool Allah ki history ko report karne walay log thay jinhon ne rasool Allah ko dekha, aap ke</w:t>
      </w:r>
    </w:p>
    <w:p>
      <w:pPr>
        <w:jc w:val="right"/>
      </w:pPr>
      <w:r>
        <w:t>رسول اللہ کی ہسٹری کو رپورٹ کرنے والے لوگ تھے جنہوں نے رسول اللہ کو دیکھا، آپ کے</w:t>
      </w:r>
    </w:p>
    <w:p>
      <w:r>
        <w:rPr>
          <w:b/>
        </w:rPr>
        <w:t xml:space="preserve">[09:54] </w:t>
      </w:r>
      <w:r>
        <w:t>sath rahay, aap tamam mamlaat mein un ke shareek rahay, woh report karte hain.</w:t>
      </w:r>
    </w:p>
    <w:p>
      <w:pPr>
        <w:jc w:val="right"/>
      </w:pPr>
      <w:r>
        <w:t>ساتھ رہے، آپ تمام معاملات میں ان کے شریک رہے، وہ رپورٹ کرتے ہیں۔</w:t>
      </w:r>
    </w:p>
    <w:p>
      <w:r>
        <w:rPr>
          <w:b/>
        </w:rPr>
        <w:t xml:space="preserve">[10:00] </w:t>
      </w:r>
      <w:r>
        <w:t>to yehi sahaba hain.</w:t>
      </w:r>
    </w:p>
    <w:p>
      <w:pPr>
        <w:jc w:val="right"/>
      </w:pPr>
      <w:r>
        <w:t>تو یہی صحابہ ہیں۔</w:t>
      </w:r>
    </w:p>
    <w:p>
      <w:r>
        <w:rPr>
          <w:b/>
        </w:rPr>
        <w:t xml:space="preserve">[10:01] </w:t>
      </w:r>
      <w:r>
        <w:t>to sahaba aur reporters of history of the prophet.</w:t>
      </w:r>
    </w:p>
    <w:p>
      <w:pPr>
        <w:jc w:val="right"/>
      </w:pPr>
      <w:r>
        <w:t>تو صحابہ اور رپورٹرز آف ہسٹری آف دا پرافٹ۔</w:t>
      </w:r>
    </w:p>
    <w:p>
      <w:r>
        <w:rPr>
          <w:b/>
        </w:rPr>
        <w:t xml:space="preserve">[10:05] </w:t>
      </w:r>
      <w:r>
        <w:t>to hadith kya hai? Woh sahaba ke zariye jo report mili hai wohi to hai hadith.</w:t>
      </w:r>
    </w:p>
    <w:p>
      <w:pPr>
        <w:jc w:val="right"/>
      </w:pPr>
      <w:r>
        <w:t>تو حدیث کیا ہے؟ وہ صحابہ کے ذریعے جو رپورٹ ملی ہے وہی تو ہے حدیث۔</w:t>
      </w:r>
    </w:p>
    <w:p>
      <w:r>
        <w:rPr>
          <w:b/>
        </w:rPr>
        <w:t xml:space="preserve">[10:12] </w:t>
      </w:r>
      <w:r>
        <w:t>hadith kya cheez hai? Rasool Allah sal Allah alaihi wasallam ki baaton ko report kiya sahaba ne.</w:t>
      </w:r>
    </w:p>
    <w:p>
      <w:pPr>
        <w:jc w:val="right"/>
      </w:pPr>
      <w:r>
        <w:t>حدیث کیا چیز ہے؟ رسول اللہ صلی اللہ علیہ وسلم کی باتوں کو رپورٹ کیا صحابہ نے۔</w:t>
      </w:r>
    </w:p>
    <w:p>
      <w:r>
        <w:rPr>
          <w:b/>
        </w:rPr>
        <w:t xml:space="preserve">[10:19] </w:t>
      </w:r>
      <w:r>
        <w:t>phir sahaba ne report kiya tabayeen ko.</w:t>
      </w:r>
    </w:p>
    <w:p>
      <w:pPr>
        <w:jc w:val="right"/>
      </w:pPr>
      <w:r>
        <w:t>پھر صحابہ نے رپورٹ کیا تابعین کو۔</w:t>
      </w:r>
    </w:p>
    <w:p>
      <w:r>
        <w:rPr>
          <w:b/>
        </w:rPr>
        <w:t xml:space="preserve">[10:22] </w:t>
      </w:r>
      <w:r>
        <w:t>phir tabayeen ne bataya tabay tabayeen ko.</w:t>
      </w:r>
    </w:p>
    <w:p>
      <w:pPr>
        <w:jc w:val="right"/>
      </w:pPr>
      <w:r>
        <w:t>پھر تابعین نے بتایا تبع تابعین کو۔</w:t>
      </w:r>
    </w:p>
    <w:p>
      <w:r>
        <w:rPr>
          <w:b/>
        </w:rPr>
        <w:t xml:space="preserve">[10:25] </w:t>
      </w:r>
      <w:r>
        <w:t>phir generation after generation woh chalta raha.</w:t>
      </w:r>
    </w:p>
    <w:p>
      <w:pPr>
        <w:jc w:val="right"/>
      </w:pPr>
      <w:r>
        <w:t>پھر جنریشن آفٹر جنریشن وہ چلتا رہا۔</w:t>
      </w:r>
    </w:p>
    <w:p>
      <w:r>
        <w:rPr>
          <w:b/>
        </w:rPr>
        <w:t xml:space="preserve">[10:28] </w:t>
      </w:r>
      <w:r>
        <w:t>logon ne kitabein likhein.</w:t>
      </w:r>
    </w:p>
    <w:p>
      <w:pPr>
        <w:jc w:val="right"/>
      </w:pPr>
      <w:r>
        <w:t>لوگوں نے کتابیں لکھیں۔</w:t>
      </w:r>
    </w:p>
    <w:p>
      <w:r>
        <w:rPr>
          <w:b/>
        </w:rPr>
        <w:t xml:space="preserve">[10:30] </w:t>
      </w:r>
      <w:r>
        <w:t>pehle zamanay mein chhapayi nahi hua karti thi.</w:t>
      </w:r>
    </w:p>
    <w:p>
      <w:pPr>
        <w:jc w:val="right"/>
      </w:pPr>
      <w:r>
        <w:t>پہلے زمانے میں چھپائی نہیں ہوا کرتی تھی۔</w:t>
      </w:r>
    </w:p>
    <w:p>
      <w:r>
        <w:rPr>
          <w:b/>
        </w:rPr>
        <w:t xml:space="preserve">[10:34] </w:t>
      </w:r>
      <w:r>
        <w:t>to logon ne kitabein likhein.</w:t>
      </w:r>
    </w:p>
    <w:p>
      <w:pPr>
        <w:jc w:val="right"/>
      </w:pPr>
      <w:r>
        <w:t>تو لوگوں نے کتابیں لکھیں۔</w:t>
      </w:r>
    </w:p>
    <w:p>
      <w:r>
        <w:rPr>
          <w:b/>
        </w:rPr>
        <w:t xml:space="preserve">[10:36] </w:t>
      </w:r>
      <w:r>
        <w:t>un ke manuscript jagah jagah maujood thay.</w:t>
      </w:r>
    </w:p>
    <w:p>
      <w:pPr>
        <w:jc w:val="right"/>
      </w:pPr>
      <w:r>
        <w:t>ان کے منسکرپٹ جگہ جگہ موجود تھے۔</w:t>
      </w:r>
    </w:p>
    <w:p>
      <w:r>
        <w:rPr>
          <w:b/>
        </w:rPr>
        <w:t xml:space="preserve">[10:39] </w:t>
      </w:r>
      <w:r>
        <w:t>phir atharahween sadi mein press ka daur aaya, printing press ka daur.</w:t>
      </w:r>
    </w:p>
    <w:p>
      <w:pPr>
        <w:jc w:val="right"/>
      </w:pPr>
      <w:r>
        <w:t>پھر اٹھارویں صدی میں پریس کا دور آیا، پرنٹنگ پریس کا دور۔</w:t>
      </w:r>
    </w:p>
    <w:p>
      <w:r>
        <w:rPr>
          <w:b/>
        </w:rPr>
        <w:t xml:space="preserve">[10:44] </w:t>
      </w:r>
      <w:r>
        <w:t>to jo orientalist hain unhon ne aik bohat bara kaam kiya ke in makhtootat ko, manuscript ko le</w:t>
      </w:r>
    </w:p>
    <w:p>
      <w:pPr>
        <w:jc w:val="right"/>
      </w:pPr>
      <w:r>
        <w:t>تو جو اورینٹلسٹ ہیں انہوں نے ایک بہت بڑا کام کیا کہ ان مخطوطات کو، منسکرپٹ کو لے</w:t>
      </w:r>
    </w:p>
    <w:p>
      <w:r>
        <w:rPr>
          <w:b/>
        </w:rPr>
        <w:t xml:space="preserve">[10:52] </w:t>
      </w:r>
      <w:r>
        <w:t>kar koi parha, edit kiya aur in ko chhapa.</w:t>
      </w:r>
    </w:p>
    <w:p>
      <w:pPr>
        <w:jc w:val="right"/>
      </w:pPr>
      <w:r>
        <w:t>کر کوئی پڑھا، ایڈٹ کیا اور ان کو چھپایا۔</w:t>
      </w:r>
    </w:p>
    <w:p>
      <w:r>
        <w:rPr>
          <w:b/>
        </w:rPr>
        <w:t xml:space="preserve">[10:55] </w:t>
      </w:r>
      <w:r>
        <w:t>mein aik misaal deta hoon.</w:t>
      </w:r>
    </w:p>
    <w:p>
      <w:pPr>
        <w:jc w:val="right"/>
      </w:pPr>
      <w:r>
        <w:t>میں ایک مثال دیتا ہوں۔</w:t>
      </w:r>
    </w:p>
    <w:p>
      <w:r>
        <w:rPr>
          <w:b/>
        </w:rPr>
        <w:t xml:space="preserve">[10:58] </w:t>
      </w:r>
      <w:r>
        <w:t>tareekh ki aik kitab hai is ka naam hai al-Bidayah wa al-Nihayah.</w:t>
      </w:r>
    </w:p>
    <w:p>
      <w:pPr>
        <w:jc w:val="right"/>
      </w:pPr>
      <w:r>
        <w:t>تاریخ کی ایک کتاب ہے اس کا نام ہے البدایہ والنہایہ۔</w:t>
      </w:r>
    </w:p>
    <w:p>
      <w:r>
        <w:rPr>
          <w:b/>
        </w:rPr>
        <w:t xml:space="preserve">[11:02] </w:t>
      </w:r>
      <w:r>
        <w:t>ibn Kathir is ke musannif hain.</w:t>
      </w:r>
    </w:p>
    <w:p>
      <w:pPr>
        <w:jc w:val="right"/>
      </w:pPr>
      <w:r>
        <w:t>ابن کثیر اس کے مصنف ہیں۔</w:t>
      </w:r>
    </w:p>
    <w:p>
      <w:r>
        <w:rPr>
          <w:b/>
        </w:rPr>
        <w:t xml:space="preserve">[11:05] </w:t>
      </w:r>
      <w:r>
        <w:t>Shibli ke zamanay mein, Shibli ke zamanay mein in ka intiqal hua hai 1914 mein.</w:t>
      </w:r>
    </w:p>
    <w:p>
      <w:pPr>
        <w:jc w:val="right"/>
      </w:pPr>
      <w:r>
        <w:t>شبلی کے زمانے میں، شبلی کے زمانے میں ان کا انتقال ہوا ہے 1914 میں۔</w:t>
      </w:r>
    </w:p>
    <w:p>
      <w:r>
        <w:rPr>
          <w:b/>
        </w:rPr>
        <w:t xml:space="preserve">[11:11] </w:t>
      </w:r>
      <w:r>
        <w:t>yeh kitab chhapi hui maujood nahi thi.</w:t>
      </w:r>
    </w:p>
    <w:p>
      <w:pPr>
        <w:jc w:val="right"/>
      </w:pPr>
      <w:r>
        <w:t>یہ کتاب چھپی ہوئی موجود نہیں تھی۔</w:t>
      </w:r>
    </w:p>
    <w:p>
      <w:r>
        <w:rPr>
          <w:b/>
        </w:rPr>
        <w:t xml:space="preserve">[11:14] </w:t>
      </w:r>
      <w:r>
        <w:t>Shibli ko is kitab ko parhne ke liye is zamanay mein bahri safar karna para.</w:t>
      </w:r>
    </w:p>
    <w:p>
      <w:pPr>
        <w:jc w:val="right"/>
      </w:pPr>
      <w:r>
        <w:t>شبلی کو اس کتاب کو پڑھنے کے لیے اس زمانے میں بحری سفر کرنا پڑا۔</w:t>
      </w:r>
    </w:p>
    <w:p>
      <w:r>
        <w:rPr>
          <w:b/>
        </w:rPr>
        <w:t xml:space="preserve">[11:21] </w:t>
      </w:r>
      <w:r>
        <w:t>is ship ke zariye woh Istanbul gaye.</w:t>
      </w:r>
    </w:p>
    <w:p>
      <w:pPr>
        <w:jc w:val="right"/>
      </w:pPr>
      <w:r>
        <w:t>اس ٹپ شپ کے ذریعے وہ استنبول گئے۔</w:t>
      </w:r>
    </w:p>
    <w:p>
      <w:r>
        <w:rPr>
          <w:b/>
        </w:rPr>
        <w:t xml:space="preserve">[11:24] </w:t>
      </w:r>
      <w:r>
        <w:t>Istanbul mein ja kar unhon ne is ke makhtoota yaani script ko parha.</w:t>
      </w:r>
    </w:p>
    <w:p>
      <w:pPr>
        <w:jc w:val="right"/>
      </w:pPr>
      <w:r>
        <w:t>استنبول میں جا کر انہوں نے اس کے مخطوطہ یعنی اسکرپٹ کو پڑھا۔</w:t>
      </w:r>
    </w:p>
    <w:p>
      <w:r>
        <w:rPr>
          <w:b/>
        </w:rPr>
        <w:t xml:space="preserve">[11:30] </w:t>
      </w:r>
      <w:r>
        <w:t>aaj mere kab aap aaj mere office mein mein chhapi hui maujood hai.</w:t>
      </w:r>
    </w:p>
    <w:p>
      <w:pPr>
        <w:jc w:val="right"/>
      </w:pPr>
      <w:r>
        <w:t>آج میرے کب آپ آج میرے آفس میں میں چھپی ہوئی موجود ہے۔</w:t>
      </w:r>
    </w:p>
    <w:p>
      <w:r>
        <w:rPr>
          <w:b/>
        </w:rPr>
        <w:t xml:space="preserve">[11:35] </w:t>
      </w:r>
      <w:r>
        <w:t>itni zakhim chaltay hain is ki.</w:t>
      </w:r>
    </w:p>
    <w:p>
      <w:pPr>
        <w:jc w:val="right"/>
      </w:pPr>
      <w:r>
        <w:t>اتنی زخیم چلتے ہیں اس کی۔</w:t>
      </w:r>
    </w:p>
    <w:p>
      <w:r>
        <w:rPr>
          <w:b/>
        </w:rPr>
        <w:t xml:space="preserve">[11:38] </w:t>
      </w:r>
      <w:r>
        <w:t>yaani shelf mein itna sa bhara hua hai.</w:t>
      </w:r>
    </w:p>
    <w:p>
      <w:pPr>
        <w:jc w:val="right"/>
      </w:pPr>
      <w:r>
        <w:t>یعنی سیلف میں اتنا سا بھرا ہوا ہے۔</w:t>
      </w:r>
    </w:p>
    <w:p>
      <w:r>
        <w:rPr>
          <w:b/>
        </w:rPr>
        <w:t xml:space="preserve">[11:41] </w:t>
      </w:r>
      <w:r>
        <w:t>woh woh chhapi hui halat mein hai.</w:t>
      </w:r>
    </w:p>
    <w:p>
      <w:pPr>
        <w:jc w:val="right"/>
      </w:pPr>
      <w:r>
        <w:t>وہ وہ چھپی ہوئی حالت میں ہے۔</w:t>
      </w:r>
    </w:p>
    <w:p>
      <w:r>
        <w:rPr>
          <w:b/>
        </w:rPr>
        <w:t xml:space="preserve">[11:44] </w:t>
      </w:r>
      <w:r>
        <w:t>to Shibli ke zamanay mein makhtootat thay, aaj woh sab matbooaat hain.</w:t>
      </w:r>
    </w:p>
    <w:p>
      <w:pPr>
        <w:jc w:val="right"/>
      </w:pPr>
      <w:r>
        <w:t>تو شبلی کے زمانے میں مخطوطات تھے، آج وہ سب متبوعات ہیں۔</w:t>
      </w:r>
    </w:p>
    <w:p>
      <w:r>
        <w:rPr>
          <w:b/>
        </w:rPr>
        <w:t xml:space="preserve">[11:49] </w:t>
      </w:r>
      <w:r>
        <w:t>ab to internet par sab kuch maujood hai.</w:t>
      </w:r>
    </w:p>
    <w:p>
      <w:pPr>
        <w:jc w:val="right"/>
      </w:pPr>
      <w:r>
        <w:t>اب تو انٹرنیٹ پر سب کچھ موجود ہے۔</w:t>
      </w:r>
    </w:p>
    <w:p>
      <w:r>
        <w:rPr>
          <w:b/>
        </w:rPr>
        <w:t xml:space="preserve">[11:53] </w:t>
      </w:r>
      <w:r>
        <w:t>aap button dabaiye aur sari kitabein samnay aa jayengi aap ki.</w:t>
      </w:r>
    </w:p>
    <w:p>
      <w:pPr>
        <w:jc w:val="right"/>
      </w:pPr>
      <w:r>
        <w:t>آپ بٹن دبائیے اور ساری کتابیں سامنے آ جائیں گی آپ کی۔</w:t>
      </w:r>
    </w:p>
    <w:p>
      <w:r>
        <w:rPr>
          <w:b/>
        </w:rPr>
        <w:t xml:space="preserve">[11:58] </w:t>
      </w:r>
      <w:r>
        <w:t>yeh sab kis ne kiya? Rasool Allah ke sahaba ne kiya.</w:t>
      </w:r>
    </w:p>
    <w:p>
      <w:pPr>
        <w:jc w:val="right"/>
      </w:pPr>
      <w:r>
        <w:t>یہ سب کس نے کیا؟ رسول اللہ کے ساتھیوں نے کیا۔</w:t>
      </w:r>
    </w:p>
    <w:p>
      <w:r>
        <w:rPr>
          <w:b/>
        </w:rPr>
        <w:t xml:space="preserve">[12:03] </w:t>
      </w:r>
      <w:r>
        <w:t>Rasool Allah ke sahaba ne Rasool Allah se le kar report kiya is ko, baad ke logon ko,</w:t>
      </w:r>
    </w:p>
    <w:p>
      <w:pPr>
        <w:jc w:val="right"/>
      </w:pPr>
      <w:r>
        <w:t>رسول اللہ کے ساتھیوں نے رسول اللہ سے لے کر رپورٹ کیا اس کو، بعد کے لوگوں کو،</w:t>
      </w:r>
    </w:p>
    <w:p>
      <w:r>
        <w:rPr>
          <w:b/>
        </w:rPr>
        <w:t xml:space="preserve">[12:10] </w:t>
      </w:r>
      <w:r>
        <w:t>phir baad ke logon ko, phir baad ke logon ko.</w:t>
      </w:r>
    </w:p>
    <w:p>
      <w:pPr>
        <w:jc w:val="right"/>
      </w:pPr>
      <w:r>
        <w:t>پھر بعد کے لوگوں کو، پھر بعد کے لوگوں کو۔</w:t>
      </w:r>
    </w:p>
    <w:p>
      <w:r>
        <w:rPr>
          <w:b/>
        </w:rPr>
        <w:t xml:space="preserve">[12:15] </w:t>
      </w:r>
      <w:r>
        <w:t>yahan tak ke woh hum tak puhanch gaya.</w:t>
      </w:r>
    </w:p>
    <w:p>
      <w:pPr>
        <w:jc w:val="right"/>
      </w:pPr>
      <w:r>
        <w:t>یہاں تک کہ وہ ہم تک پہنچ گیا۔</w:t>
      </w:r>
    </w:p>
    <w:p>
      <w:r>
        <w:rPr>
          <w:b/>
        </w:rPr>
        <w:t xml:space="preserve">[12:18] </w:t>
      </w:r>
      <w:r>
        <w:t>agar aap hadith ko hadaf karein to jantay hain kya hai? Quran bhi hadaf, Muhammad bhi hadaf, sab</w:t>
      </w:r>
    </w:p>
    <w:p>
      <w:pPr>
        <w:jc w:val="right"/>
      </w:pPr>
      <w:r>
        <w:t>اگر آپ حدیث کو حذف کریں تو جانتے ہیں کیا ہے؟ قرآن بھی حذف، محمد بھی حذف، سب</w:t>
      </w:r>
    </w:p>
    <w:p>
      <w:r>
        <w:rPr>
          <w:b/>
        </w:rPr>
        <w:t xml:space="preserve">[12:26] </w:t>
      </w:r>
      <w:r>
        <w:t>kuch hadaf.</w:t>
      </w:r>
    </w:p>
    <w:p>
      <w:pPr>
        <w:jc w:val="right"/>
      </w:pPr>
      <w:r>
        <w:t>کچھ حذف۔</w:t>
      </w:r>
    </w:p>
    <w:p>
      <w:r>
        <w:rPr>
          <w:b/>
        </w:rPr>
        <w:t xml:space="preserve">[12:27] </w:t>
      </w:r>
      <w:r>
        <w:t>kyun ke sab myth ban jayega.</w:t>
      </w:r>
    </w:p>
    <w:p>
      <w:pPr>
        <w:jc w:val="right"/>
      </w:pPr>
      <w:r>
        <w:t>کیونکہ سب متھ بن جائے گا۔</w:t>
      </w:r>
    </w:p>
    <w:p>
      <w:r>
        <w:rPr>
          <w:b/>
        </w:rPr>
        <w:t xml:space="preserve">[12:30] </w:t>
      </w:r>
      <w:r>
        <w:t>abstrect ban jaye ga jaisa bana hua.</w:t>
      </w:r>
    </w:p>
    <w:p>
      <w:pPr>
        <w:jc w:val="right"/>
      </w:pPr>
      <w:r>
        <w:t>ابسٹریکٹ بن جائے گا جیسا بنا ہوا۔</w:t>
      </w:r>
    </w:p>
    <w:p>
      <w:r>
        <w:rPr>
          <w:b/>
        </w:rPr>
        <w:t xml:space="preserve">[12:33] </w:t>
      </w:r>
      <w:r>
        <w:t>jitne bhi peghambar hain, including Hazrat Masih, jab sab ki sab kahaniyan hain, myth hain, aqeeday hain, tareekh</w:t>
      </w:r>
    </w:p>
    <w:p>
      <w:pPr>
        <w:jc w:val="right"/>
      </w:pPr>
      <w:r>
        <w:t>جتنے بھی پیغمبر ہیں، انکلوڈنگ حضرت مسیح، جب سب کی سب کہانیاں ہیں، متھ ہیں، عقیدے ہیں، تاریخ</w:t>
      </w:r>
    </w:p>
    <w:p>
      <w:r>
        <w:rPr>
          <w:b/>
        </w:rPr>
        <w:t xml:space="preserve">[12:41]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[12:42] </w:t>
      </w:r>
      <w:r>
        <w:t>isi liye doctor nishia, doctor nishikan chal bajiya bohat bara scholar tha, hindu scholar, us ki kitabein parhein.</w:t>
      </w:r>
    </w:p>
    <w:p>
      <w:pPr>
        <w:jc w:val="right"/>
      </w:pPr>
      <w:r>
        <w:t>اسی لیے ڈاکٹر نشیا، ڈاکٹر نشیکان چل بازیہ بہت بڑا اسکالر تھا، ہندو اسکالر، اس کی کتابیں پڑھیں۔</w:t>
      </w:r>
    </w:p>
    <w:p>
      <w:r>
        <w:rPr>
          <w:b/>
        </w:rPr>
        <w:t xml:space="preserve">[12:50] </w:t>
      </w:r>
      <w:r>
        <w:t>to sare nabiyon ke baray mein parha, parha, parha.</w:t>
      </w:r>
    </w:p>
    <w:p>
      <w:pPr>
        <w:jc w:val="right"/>
      </w:pPr>
      <w:r>
        <w:t>تو سارے نبیوں کے بارے میں پڑھا، پڑھا، پڑھا۔</w:t>
      </w:r>
    </w:p>
    <w:p>
      <w:r>
        <w:rPr>
          <w:b/>
        </w:rPr>
        <w:t xml:space="preserve">[12:54] </w:t>
      </w:r>
      <w:r>
        <w:t>matlab ke sab nabi to myth hain, sirf aqeedah hain.</w:t>
      </w:r>
    </w:p>
    <w:p>
      <w:pPr>
        <w:jc w:val="right"/>
      </w:pPr>
      <w:r>
        <w:t>مطلب کہ سب نبی تو متھ ہیں، صرف عقیدہ ہیں۔</w:t>
      </w:r>
    </w:p>
    <w:p>
      <w:r>
        <w:rPr>
          <w:b/>
        </w:rPr>
        <w:t xml:space="preserve">[12:58] </w:t>
      </w:r>
      <w:r>
        <w:t>koi historical base nahi hai in ko.</w:t>
      </w:r>
    </w:p>
    <w:p>
      <w:pPr>
        <w:jc w:val="right"/>
      </w:pPr>
      <w:r>
        <w:t>کوئی ہسٹاریکل بیس نہیں ہے ان کو۔</w:t>
      </w:r>
    </w:p>
    <w:p>
      <w:r>
        <w:rPr>
          <w:b/>
        </w:rPr>
        <w:t xml:space="preserve">[13:01] </w:t>
      </w:r>
      <w:r>
        <w:t>kese hum yaqeen karein? kese yaqeen karein ke yeh yeh peghambar thay? aakhir mein Rasool Allah salallaho</w:t>
      </w:r>
    </w:p>
    <w:p>
      <w:pPr>
        <w:jc w:val="right"/>
      </w:pPr>
      <w:r>
        <w:t>کیسے ہم یقین کریں؟ کیسے یقین کریں کہ یہ یہ پیغمبر تھے؟ آخر میں رسول اللہ صلی اللہ</w:t>
      </w:r>
    </w:p>
    <w:p>
      <w:r>
        <w:rPr>
          <w:b/>
        </w:rPr>
        <w:t xml:space="preserve">[13:09] </w:t>
      </w:r>
      <w:r>
        <w:t>alaihi wasallam ko parha us ne.</w:t>
      </w:r>
    </w:p>
    <w:p>
      <w:pPr>
        <w:jc w:val="right"/>
      </w:pPr>
      <w:r>
        <w:t>علیہ وسلم کو پڑھا اس نے۔</w:t>
      </w:r>
    </w:p>
    <w:p>
      <w:r>
        <w:rPr>
          <w:b/>
        </w:rPr>
        <w:t xml:space="preserve">[13:11] </w:t>
      </w:r>
      <w:r>
        <w:t>to us ne kitab likhi aur Islam qabool kar liya.</w:t>
      </w:r>
    </w:p>
    <w:p>
      <w:pPr>
        <w:jc w:val="right"/>
      </w:pPr>
      <w:r>
        <w:t>تو اس نے کتاب لکھی اور اسلام قبول کر لیا۔</w:t>
      </w:r>
    </w:p>
    <w:p>
      <w:r>
        <w:rPr>
          <w:b/>
        </w:rPr>
        <w:t xml:space="preserve">[13:16] </w:t>
      </w:r>
      <w:r>
        <w:t>تو وہ کہتا ہے کہ Oh, what are you left to find after all a truly historical prophet</w:t>
      </w:r>
    </w:p>
    <w:p>
      <w:pPr>
        <w:jc w:val="right"/>
      </w:pPr>
      <w:r>
        <w:t>تو وہ کہتا ہے کہ او واٹ ار یو لیو ٹو فائنڈ افٹر آل ا ٹرولی ہسٹاریکل پرافٹ</w:t>
      </w:r>
    </w:p>
    <w:p>
      <w:r>
        <w:rPr>
          <w:b/>
        </w:rPr>
        <w:t xml:space="preserve">[13:23] </w:t>
      </w:r>
      <w:r>
        <w:t>to believe in? to yeh jo Rasool Allah ko yeh tareekhi hesiyat mili, kese mili hai? yeh hadeeson</w:t>
      </w:r>
    </w:p>
    <w:p>
      <w:pPr>
        <w:jc w:val="right"/>
      </w:pPr>
      <w:r>
        <w:t>ٹو بیلیو ان؟ تو یہ جو رسول اللہ کو یہ تاریخی حیثیت ملی، کیسے ملی ہے؟ یہ حدیثوں</w:t>
      </w:r>
    </w:p>
    <w:p>
      <w:r>
        <w:rPr>
          <w:b/>
        </w:rPr>
        <w:t xml:space="preserve">[13:31] </w:t>
      </w:r>
      <w:r>
        <w:t>ke zariye to mili hai.</w:t>
      </w:r>
    </w:p>
    <w:p>
      <w:pPr>
        <w:jc w:val="right"/>
      </w:pPr>
      <w:r>
        <w:t>کے ذریعے تو ملی ہے۔</w:t>
      </w:r>
    </w:p>
    <w:p>
      <w:r>
        <w:rPr>
          <w:b/>
        </w:rPr>
        <w:t xml:space="preserve">[13:33] </w:t>
      </w:r>
      <w:r>
        <w:t>hadeesein jo hain woh historical record hain Quran ka, Rasool Allah ka, Islam ka.</w:t>
      </w:r>
    </w:p>
    <w:p>
      <w:pPr>
        <w:jc w:val="right"/>
      </w:pPr>
      <w:r>
        <w:t>حدیثیں جو ہیں وہ ہسٹاریکل ریکارڈ ہیں قرآن کا، رسول اللہ کا، اسلام کا۔</w:t>
      </w:r>
    </w:p>
    <w:p>
      <w:r>
        <w:rPr>
          <w:b/>
        </w:rPr>
        <w:t xml:space="preserve">[13:39] </w:t>
      </w:r>
      <w:r>
        <w:t>hadees ko aap hadaf kar dein to Islam ki history hadaf hai.</w:t>
      </w:r>
    </w:p>
    <w:p>
      <w:pPr>
        <w:jc w:val="right"/>
      </w:pPr>
      <w:r>
        <w:t>حدیث کو آپ حذف کر دیں تو اسلام کی ہسٹری حذف ہے۔</w:t>
      </w:r>
    </w:p>
    <w:p>
      <w:r>
        <w:rPr>
          <w:b/>
        </w:rPr>
        <w:t xml:space="preserve">[13:44] </w:t>
      </w:r>
      <w:r>
        <w:t>phir to na Quran hai, na hadees hai, na Islam hai, na kuch hai, na kuch hai.</w:t>
      </w:r>
    </w:p>
    <w:p>
      <w:pPr>
        <w:jc w:val="right"/>
      </w:pPr>
      <w:r>
        <w:t>پھر تو نہ قرآن ہے، نہ حدیث ہے، نہ اسلام ہے، نہ کچھ ہے، نہ کچھ ہے۔</w:t>
      </w:r>
    </w:p>
    <w:p>
      <w:r>
        <w:rPr>
          <w:b/>
        </w:rPr>
        <w:t xml:space="preserve">[13:52] </w:t>
      </w:r>
      <w:r>
        <w:t>ek myth hai bas.</w:t>
      </w:r>
    </w:p>
    <w:p>
      <w:pPr>
        <w:jc w:val="right"/>
      </w:pPr>
      <w:r>
        <w:t>ایک متھ ہے بس۔</w:t>
      </w:r>
    </w:p>
    <w:p>
      <w:r>
        <w:rPr>
          <w:b/>
        </w:rPr>
        <w:t xml:space="preserve">[13:53] </w:t>
      </w:r>
      <w:r>
        <w:t>to sahaba jo hain Rasool Allah ke life ke reporter hain, unhi reporton ko hum hadees kehte hain.</w:t>
      </w:r>
    </w:p>
    <w:p>
      <w:pPr>
        <w:jc w:val="right"/>
      </w:pPr>
      <w:r>
        <w:t>تو صحابہ جو ہیں رسول اللہ کے لائف کے رپورٹر ہیں، انہی رپورٹوں کو ہم حدیث کہتے ہیں۔</w:t>
      </w:r>
    </w:p>
    <w:p>
      <w:r>
        <w:rPr>
          <w:b/>
        </w:rPr>
        <w:t xml:space="preserve">[14:01] </w:t>
      </w:r>
      <w:r>
        <w:t>yani hadees mein woh sari baatein hain jo Rasool Allah ke sath guzri hain.</w:t>
      </w:r>
    </w:p>
    <w:p>
      <w:pPr>
        <w:jc w:val="right"/>
      </w:pPr>
      <w:r>
        <w:t>یعنی حدیث میں وہ ساری باتیں ہیں جو رسول اللہ کے ساتھ گزری ہیں۔</w:t>
      </w:r>
    </w:p>
    <w:p>
      <w:r>
        <w:rPr>
          <w:b/>
        </w:rPr>
        <w:t xml:space="preserve">[14:07] </w:t>
      </w:r>
      <w:r>
        <w:t>to kese ajeeb hain woh log jo hadees par shak karte hain.</w:t>
      </w:r>
    </w:p>
    <w:p>
      <w:pPr>
        <w:jc w:val="right"/>
      </w:pPr>
      <w:r>
        <w:t>تو کیسے عجیب ہیں وہ لوگ جو حدیث پر شک کرتے ہیں۔</w:t>
      </w:r>
    </w:p>
    <w:p>
      <w:r>
        <w:rPr>
          <w:b/>
        </w:rPr>
        <w:t xml:space="preserve">[14:12] </w:t>
      </w:r>
      <w:r>
        <w:t>hadees par shak karne ke mani in ko Islam par shak karna parega, Quran par shak karna</w:t>
      </w:r>
    </w:p>
    <w:p>
      <w:pPr>
        <w:jc w:val="right"/>
      </w:pPr>
      <w:r>
        <w:t>حدیث پر شک کرنے کے معنی ان کو اسلام پر شک کرنا پڑے گا، قرآن پر شک کرنا</w:t>
      </w:r>
    </w:p>
    <w:p>
      <w:r>
        <w:rPr>
          <w:b/>
        </w:rPr>
        <w:t xml:space="preserve">[14:20] </w:t>
      </w:r>
      <w:r>
        <w:t>parega.</w:t>
      </w:r>
    </w:p>
    <w:p>
      <w:pPr>
        <w:jc w:val="right"/>
      </w:pPr>
      <w:r>
        <w:t>پڑے گا۔</w:t>
      </w:r>
    </w:p>
    <w:p>
      <w:r>
        <w:rPr>
          <w:b/>
        </w:rPr>
        <w:t xml:space="preserve">[14:21] </w:t>
      </w:r>
      <w:r>
        <w:t>har cheez par shak karna parega.</w:t>
      </w:r>
    </w:p>
    <w:p>
      <w:pPr>
        <w:jc w:val="right"/>
      </w:pPr>
      <w:r>
        <w:t>ہر چیز پر شک کرنا پڑے گا۔</w:t>
      </w:r>
    </w:p>
    <w:p>
      <w:r>
        <w:rPr>
          <w:b/>
        </w:rPr>
        <w:t xml:space="preserve">[14:24] </w:t>
      </w:r>
      <w:r>
        <w:t>to yaad rakhein yeh hadeesein jo hain woh historical base deti hain Islam ko.</w:t>
      </w:r>
    </w:p>
    <w:p>
      <w:pPr>
        <w:jc w:val="right"/>
      </w:pPr>
      <w:r>
        <w:t>تو یاد رکھیں یہ حدیثیں جو ہیں وہ ہسٹاریکل بیس دیتی ہیں اسلام کو۔</w:t>
      </w:r>
    </w:p>
    <w:p>
      <w:r>
        <w:rPr>
          <w:b/>
        </w:rPr>
        <w:t xml:space="preserve">[14:30] </w:t>
      </w:r>
      <w:r>
        <w:t>misalan mein ek misaal deta hoon aap ko ke Rasool Allah ke zamanay mein jo waqiyat hue, bas</w:t>
      </w:r>
    </w:p>
    <w:p>
      <w:pPr>
        <w:jc w:val="right"/>
      </w:pPr>
      <w:r>
        <w:t>مثلاً میں ایک مثال دیتا ہوں آپ کو کہ رسول اللہ کے زمانے میں جو واقعات ہوئے، بس</w:t>
      </w:r>
    </w:p>
    <w:p>
      <w:r>
        <w:rPr>
          <w:b/>
        </w:rPr>
        <w:t xml:space="preserve">[14:38] </w:t>
      </w:r>
      <w:r>
        <w:t>hijrat ka waqia, Hudaybiyah ka waqia, boycott ka waqia, jangain jo paish aayin un ka waqia, woh woh</w:t>
      </w:r>
    </w:p>
    <w:p>
      <w:pPr>
        <w:jc w:val="right"/>
      </w:pPr>
      <w:r>
        <w:t>ہجرت کا واقعہ، حدیبیہ کا واقعہ، بائیکاٹ کا واقعہ، جنگیں جو پیش آئیں ان کا واقعہ، وہ وہ</w:t>
      </w:r>
    </w:p>
    <w:p>
      <w:r>
        <w:rPr>
          <w:b/>
        </w:rPr>
        <w:t xml:space="preserve">[14:46] </w:t>
      </w:r>
      <w:r>
        <w:t>quran mein kahan hai? quran mein to is ka sirf yani quran mein agar dikhaya to vague shakal</w:t>
      </w:r>
    </w:p>
    <w:p>
      <w:pPr>
        <w:jc w:val="right"/>
      </w:pPr>
      <w:r>
        <w:t>قرآن میں کہاں ہے؟ قرآن میں تو اس کا صرف یعنی قرآن میں اگر دکھایا تو ویگ شکل</w:t>
      </w:r>
    </w:p>
    <w:p>
      <w:r>
        <w:rPr>
          <w:b/>
        </w:rPr>
        <w:t xml:space="preserve">[14:53] </w:t>
      </w:r>
      <w:r>
        <w:t>mein hai, vague kuch kuch rewards hain.</w:t>
      </w:r>
    </w:p>
    <w:p>
      <w:pPr>
        <w:jc w:val="right"/>
      </w:pPr>
      <w:r>
        <w:t>میں ہے، ویگ کچھ کچھ ریوارڈز ہیں۔</w:t>
      </w:r>
    </w:p>
    <w:p>
      <w:r>
        <w:rPr>
          <w:b/>
        </w:rPr>
        <w:t xml:space="preserve">[14:56] </w:t>
      </w:r>
      <w:r>
        <w:t>sari detail to hadith mein hai.</w:t>
      </w:r>
    </w:p>
    <w:p>
      <w:pPr>
        <w:jc w:val="right"/>
      </w:pPr>
      <w:r>
        <w:t>ساری ڈیٹیل تو حدیث میں ہے۔</w:t>
      </w:r>
    </w:p>
    <w:p>
      <w:r>
        <w:rPr>
          <w:b/>
        </w:rPr>
        <w:t xml:space="preserve">[14:59] </w:t>
      </w:r>
      <w:r>
        <w:t>to hadith aap ko deti hai historical base.</w:t>
      </w:r>
    </w:p>
    <w:p>
      <w:pPr>
        <w:jc w:val="right"/>
      </w:pPr>
      <w:r>
        <w:t>تو حدیث آپ کو دیتی ہے ہسٹاریکل بیس۔</w:t>
      </w:r>
    </w:p>
    <w:p>
      <w:r>
        <w:rPr>
          <w:b/>
        </w:rPr>
        <w:t xml:space="preserve">[15:02] </w:t>
      </w:r>
      <w:r>
        <w:t>juzviyat shariat jo itna barhaya charhaya logon ne, yeh fuqaha ka kaam tha.</w:t>
      </w:r>
    </w:p>
    <w:p>
      <w:pPr>
        <w:jc w:val="right"/>
      </w:pPr>
      <w:r>
        <w:t>جزئیات شریعت جو اتنا بڑھایا چڑھایا لوگوں نے، یہ فقہاء کا کام تھا۔</w:t>
      </w:r>
    </w:p>
    <w:p>
      <w:r>
        <w:rPr>
          <w:b/>
        </w:rPr>
        <w:t xml:space="preserve">[15:08] </w:t>
      </w:r>
      <w:r>
        <w:t>is ka khud hadith se koi talluq nahi tha.</w:t>
      </w:r>
    </w:p>
    <w:p>
      <w:pPr>
        <w:jc w:val="right"/>
      </w:pPr>
      <w:r>
        <w:t>اس کا خود حدیث سے کوئی تعلق نہیں تھا۔</w:t>
      </w:r>
    </w:p>
    <w:p>
      <w:r>
        <w:rPr>
          <w:b/>
        </w:rPr>
        <w:t xml:space="preserve">[15:12] </w:t>
      </w:r>
      <w:r>
        <w:t>to hadith ki aik hesiyat yeh hai ke woh islam ko ya deen quran ko historical base deti</w:t>
      </w:r>
    </w:p>
    <w:p>
      <w:pPr>
        <w:jc w:val="right"/>
      </w:pPr>
      <w:r>
        <w:t>تو حدیث کی ایک حیثیت یہ ہے کہ وہ اسلام کو یا دین قرآن کو ہسٹاریکل بیس دیتی</w:t>
      </w:r>
    </w:p>
    <w:p>
      <w:r>
        <w:rPr>
          <w:b/>
        </w:rPr>
        <w:t xml:space="preserve">[15:20]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[15:21] </w:t>
      </w:r>
      <w:r>
        <w:t>اس کی وجہ سے یہ ممکن ہوا کہ ایک ایک اورینٹلسٹ یہ کہے کہ Muhammad was born with</w:t>
      </w:r>
    </w:p>
    <w:p>
      <w:pPr>
        <w:jc w:val="right"/>
      </w:pPr>
      <w:r>
        <w:t>اس کی وجہ سے یہ ممکن ہوا کہ ایک ایک اورینٹلسٹ یہ کہے کہ محمد واز born with</w:t>
      </w:r>
    </w:p>
    <w:p>
      <w:r>
        <w:rPr>
          <w:b/>
        </w:rPr>
        <w:t xml:space="preserve">[15:29] </w:t>
      </w:r>
      <w:r>
        <w:t>the muhammad was born in the full light of history.</w:t>
      </w:r>
    </w:p>
    <w:p>
      <w:pPr>
        <w:jc w:val="right"/>
      </w:pPr>
      <w:r>
        <w:t>the محمد واز born in the full light of history۔</w:t>
      </w:r>
    </w:p>
    <w:p>
      <w:r>
        <w:rPr>
          <w:b/>
        </w:rPr>
        <w:t xml:space="preserve">[15:33] </w:t>
      </w:r>
      <w:r>
        <w:t>aur dekhiye har cheez ka aik application hota hai.</w:t>
      </w:r>
    </w:p>
    <w:p>
      <w:pPr>
        <w:jc w:val="right"/>
      </w:pPr>
      <w:r>
        <w:t>اور دیکھیے ہر چیز کا ایک ایپلیکیشن ہوتا ہے۔</w:t>
      </w:r>
    </w:p>
    <w:p>
      <w:r>
        <w:rPr>
          <w:b/>
        </w:rPr>
        <w:t xml:space="preserve">[15:37] </w:t>
      </w:r>
      <w:r>
        <w:t>misalan science mein aik hai science, aik hai applied science.</w:t>
      </w:r>
    </w:p>
    <w:p>
      <w:pPr>
        <w:jc w:val="right"/>
      </w:pPr>
      <w:r>
        <w:t>مثلاً سائنس میں ایک ہے سائنس، ایک ہے اپلائیڈ سائنس۔</w:t>
      </w:r>
    </w:p>
    <w:p>
      <w:r>
        <w:rPr>
          <w:b/>
        </w:rPr>
        <w:t xml:space="preserve">[15:41] </w:t>
      </w:r>
      <w:r>
        <w:t>agar applied science na ho to science kya hai? aik theory hogi kitabon mein.</w:t>
      </w:r>
    </w:p>
    <w:p>
      <w:pPr>
        <w:jc w:val="right"/>
      </w:pPr>
      <w:r>
        <w:t>اگر اپلائیڈ سائنس نہ ہو تو سائنس کیا ہے؟ ایک تھیوری ہوگی کتابوں میں۔</w:t>
      </w:r>
    </w:p>
    <w:p>
      <w:r>
        <w:rPr>
          <w:b/>
        </w:rPr>
        <w:t xml:space="preserve">[15:47] </w:t>
      </w:r>
      <w:r>
        <w:t>agar applied science na ho to science aik theory ban jaye gi sirf.</w:t>
      </w:r>
    </w:p>
    <w:p>
      <w:pPr>
        <w:jc w:val="right"/>
      </w:pPr>
      <w:r>
        <w:t>اگر اپلائیڈ سائنس نہ ہو تو سائنس ایک تھیوری بن جائے گی صرف۔</w:t>
      </w:r>
    </w:p>
    <w:p>
      <w:r>
        <w:rPr>
          <w:b/>
        </w:rPr>
        <w:t xml:space="preserve">[15:53] </w:t>
      </w:r>
      <w:r>
        <w:t>applied science ki wajah se aap ko milti hai kya? car milta hai, hawa jahaz milta hai, tele</w:t>
      </w:r>
    </w:p>
    <w:p>
      <w:pPr>
        <w:jc w:val="right"/>
      </w:pPr>
      <w:r>
        <w:t>اپلائیڈ سائنس کی وجہ سے آپ کو ملتی ہے کیا؟ کار ملتا ہے، ہوا جہاز ملتا ہے، ٹیلی</w:t>
      </w:r>
    </w:p>
    <w:p>
      <w:r>
        <w:rPr>
          <w:b/>
        </w:rPr>
        <w:t xml:space="preserve">[16:01] </w:t>
      </w:r>
      <w:r>
        <w:t>phone milta hai, bijli milti hai.</w:t>
      </w:r>
    </w:p>
    <w:p>
      <w:pPr>
        <w:jc w:val="right"/>
      </w:pPr>
      <w:r>
        <w:t>فون ملتا ہے، بجلی ملتی ہے۔</w:t>
      </w:r>
    </w:p>
    <w:p>
      <w:r>
        <w:rPr>
          <w:b/>
        </w:rPr>
        <w:t xml:space="preserve">[16:03] </w:t>
      </w:r>
      <w:r>
        <w:t>yeh sab applied science ke karishme hain.</w:t>
      </w:r>
    </w:p>
    <w:p>
      <w:pPr>
        <w:jc w:val="right"/>
      </w:pPr>
      <w:r>
        <w:t>یہ سب اپلائیڈ سائنس کے کرشمے ہیں۔</w:t>
      </w:r>
    </w:p>
    <w:p>
      <w:r>
        <w:rPr>
          <w:b/>
        </w:rPr>
        <w:t xml:space="preserve">[16:06] </w:t>
      </w:r>
      <w:r>
        <w:t>to quran agar khuda ki kitab hai to hadith is ke is ka applied version hai.</w:t>
      </w:r>
    </w:p>
    <w:p>
      <w:pPr>
        <w:jc w:val="right"/>
      </w:pPr>
      <w:r>
        <w:t>تو قرآن اگر خدا کی کتاب ہے تو حدیث اس کے اس کا اپلائیڈ ورژن ہے۔</w:t>
      </w:r>
    </w:p>
    <w:p>
      <w:r>
        <w:rPr>
          <w:b/>
        </w:rPr>
        <w:t xml:space="preserve">[16:13] </w:t>
      </w:r>
      <w:r>
        <w:t>sari cheezon ka jo application hai woh isi se milta hai hum ko.</w:t>
      </w:r>
    </w:p>
    <w:p>
      <w:pPr>
        <w:jc w:val="right"/>
      </w:pPr>
      <w:r>
        <w:t>ساری چیزوں کا جو ایپلیکیشن ہے وہ اسی سے ملتا ہے ہم کو۔</w:t>
      </w:r>
    </w:p>
    <w:p>
      <w:r>
        <w:rPr>
          <w:b/>
        </w:rPr>
        <w:t xml:space="preserve">[16:19] </w:t>
      </w:r>
      <w:r>
        <w:t>yehin se milta hai.</w:t>
      </w:r>
    </w:p>
    <w:p>
      <w:pPr>
        <w:jc w:val="right"/>
      </w:pPr>
      <w:r>
        <w:t>یہیں سے ملتا ہے۔</w:t>
      </w:r>
    </w:p>
    <w:p>
      <w:r>
        <w:rPr>
          <w:b/>
        </w:rPr>
        <w:t xml:space="preserve">[16:20] </w:t>
      </w:r>
      <w:r>
        <w:t>misal ke taur par dekhiye quran mein hai ke Allah ka bohat ziyada zikr karo.</w:t>
      </w:r>
    </w:p>
    <w:p>
      <w:pPr>
        <w:jc w:val="right"/>
      </w:pPr>
      <w:r>
        <w:t>مثال کے طور پر دیکھیے قرآن میں ہے کہ اللہ کا بہت زیادہ ذکر کرو۔</w:t>
      </w:r>
    </w:p>
    <w:p>
      <w:r>
        <w:rPr>
          <w:b/>
        </w:rPr>
        <w:t xml:space="preserve">[16:27] </w:t>
      </w:r>
      <w:r>
        <w:t>azkur Allah zikran kaseera.</w:t>
      </w:r>
    </w:p>
    <w:p>
      <w:pPr>
        <w:jc w:val="right"/>
      </w:pPr>
      <w:r>
        <w:t>اذکر اللہ ذکرا کثیرا۔</w:t>
      </w:r>
    </w:p>
    <w:p>
      <w:r>
        <w:rPr>
          <w:b/>
        </w:rPr>
        <w:t xml:space="preserve">[16:28] </w:t>
      </w:r>
      <w:r>
        <w:t>azkur Allah zikran kaseera.</w:t>
      </w:r>
    </w:p>
    <w:p>
      <w:pPr>
        <w:jc w:val="right"/>
      </w:pPr>
      <w:r>
        <w:t>اذکر اللہ ذکرا کثیرا۔</w:t>
      </w:r>
    </w:p>
    <w:p>
      <w:r>
        <w:rPr>
          <w:b/>
        </w:rPr>
        <w:t xml:space="preserve">[16:30] </w:t>
      </w:r>
      <w:r>
        <w:t>lekin kaise zikr karo yeh to hai nahi.</w:t>
      </w:r>
    </w:p>
    <w:p>
      <w:pPr>
        <w:jc w:val="right"/>
      </w:pPr>
      <w:r>
        <w:t>لیکن کیسے ذکر کرو یہ تو ہے نہیں۔</w:t>
      </w:r>
    </w:p>
    <w:p>
      <w:r>
        <w:rPr>
          <w:b/>
        </w:rPr>
        <w:t xml:space="preserve">[16:34] </w:t>
      </w:r>
      <w:r>
        <w:t>yeh to aik principle ki baat hai.</w:t>
      </w:r>
    </w:p>
    <w:p>
      <w:pPr>
        <w:jc w:val="right"/>
      </w:pPr>
      <w:r>
        <w:t>یہ تو ایک پرنسپل کی بات ہے۔</w:t>
      </w:r>
    </w:p>
    <w:p>
      <w:r>
        <w:rPr>
          <w:b/>
        </w:rPr>
        <w:t xml:space="preserve">[16:37] </w:t>
      </w:r>
      <w:r>
        <w:t>to hadith mein aata hai kan yadhkur Allah ala kulli ahyaani ke rasool Allah har occasion par zikr</w:t>
      </w:r>
    </w:p>
    <w:p>
      <w:pPr>
        <w:jc w:val="right"/>
      </w:pPr>
      <w:r>
        <w:t>تو حدیث میں آتا ہے کان یذکر اللہ علی کل احیانی کہ رسول اللہ ہر اوکیژن پر ذکر</w:t>
      </w:r>
    </w:p>
    <w:p>
      <w:r>
        <w:rPr>
          <w:b/>
        </w:rPr>
        <w:t xml:space="preserve">[16:44] </w:t>
      </w:r>
      <w:r>
        <w:t>karte the Allah ka, Allah ko yaad karte the.</w:t>
      </w:r>
    </w:p>
    <w:p>
      <w:pPr>
        <w:jc w:val="right"/>
      </w:pPr>
      <w:r>
        <w:t>کرتے تھے اللہ کا، اللہ کو یاد کرتے تھے۔</w:t>
      </w:r>
    </w:p>
    <w:p>
      <w:r>
        <w:rPr>
          <w:b/>
        </w:rPr>
        <w:t xml:space="preserve">[16:48] </w:t>
      </w:r>
      <w:r>
        <w:t>yani har occasion ko point of reference bana kar ke Allah ko yaad karna.</w:t>
      </w:r>
    </w:p>
    <w:p>
      <w:pPr>
        <w:jc w:val="right"/>
      </w:pPr>
      <w:r>
        <w:t>یعنی ہر اوکیژن کو پوائنٹ آف ریفرنس بنا کر کے اللہ کو یاد کرنا۔</w:t>
      </w:r>
    </w:p>
    <w:p>
      <w:r>
        <w:rPr>
          <w:b/>
        </w:rPr>
        <w:t xml:space="preserve">[16:54] </w:t>
      </w:r>
      <w:r>
        <w:t>mislan misaal ke taur par dekhiye yeh pani hai.</w:t>
      </w:r>
    </w:p>
    <w:p>
      <w:pPr>
        <w:jc w:val="right"/>
      </w:pPr>
      <w:r>
        <w:t>مثلاً مثال کے طور پر دیکھیے یہ پانی ہے۔</w:t>
      </w:r>
    </w:p>
    <w:p>
      <w:r>
        <w:rPr>
          <w:b/>
        </w:rPr>
        <w:t xml:space="preserve">[16:58] </w:t>
      </w:r>
      <w:r>
        <w:t>pani ke bare mein hadith hain, unko aap parhein to maloom hoga ke jab pani aap rasool</w:t>
      </w:r>
    </w:p>
    <w:p>
      <w:pPr>
        <w:jc w:val="right"/>
      </w:pPr>
      <w:r>
        <w:t>پانی کے بارے میں حدیثیں ہیں، ان کو آپ پڑھیں تو معلوم ہوگا کہ جب پانی آپ رسول</w:t>
      </w:r>
    </w:p>
    <w:p>
      <w:r>
        <w:rPr>
          <w:b/>
        </w:rPr>
        <w:t xml:space="preserve">[17:06] </w:t>
      </w:r>
      <w:r>
        <w:t>Allah ke samne aata tha to aap shaoor karte the kaisi ajeeb o ghareeb cheez hai pani.</w:t>
      </w:r>
    </w:p>
    <w:p>
      <w:pPr>
        <w:jc w:val="right"/>
      </w:pPr>
      <w:r>
        <w:t>اللہ کے سامنے آتا تھا تو آپ شعور کرتے تھے کیسی عجیب و غریب چیز ہے پانی۔</w:t>
      </w:r>
    </w:p>
    <w:p>
      <w:r>
        <w:rPr>
          <w:b/>
        </w:rPr>
        <w:t xml:space="preserve">[17:13] </w:t>
      </w:r>
      <w:r>
        <w:t>ke yeh asal mein gas hai lekin yeh ab hum is ko seyal, ek liquid form mein dekh</w:t>
      </w:r>
    </w:p>
    <w:p>
      <w:pPr>
        <w:jc w:val="right"/>
      </w:pPr>
      <w:r>
        <w:t>کہ یہ اصل میں گیس ہے لیکن یہ اب ہم اس کو سیال، ایک لیکوڈ فارم میں دیکھ</w:t>
      </w:r>
    </w:p>
    <w:p>
      <w:r>
        <w:rPr>
          <w:b/>
        </w:rPr>
        <w:t xml:space="preserve">[17:21] </w:t>
      </w:r>
      <w:r>
        <w:t>rahe hain.</w:t>
      </w:r>
    </w:p>
    <w:p>
      <w:pPr>
        <w:jc w:val="right"/>
      </w:pPr>
      <w:r>
        <w:t>رہے ہیں۔</w:t>
      </w:r>
    </w:p>
    <w:p>
      <w:r>
        <w:rPr>
          <w:b/>
        </w:rPr>
        <w:t xml:space="preserve">[17:22] </w:t>
      </w:r>
      <w:r>
        <w:t>phir is ko istemal karte hain.</w:t>
      </w:r>
    </w:p>
    <w:p>
      <w:pPr>
        <w:jc w:val="right"/>
      </w:pPr>
      <w:r>
        <w:t>پھر اس کو استعمال کرتے ہیں۔</w:t>
      </w:r>
    </w:p>
    <w:p>
      <w:r>
        <w:rPr>
          <w:b/>
        </w:rPr>
        <w:t xml:space="preserve">[17:25] </w:t>
      </w:r>
      <w:r>
        <w:t>agar gas ho to kaise istemal karein ge aap? Kyun ke pani ko dekh kar Allah ke qudrat ko</w:t>
      </w:r>
    </w:p>
    <w:p>
      <w:pPr>
        <w:jc w:val="right"/>
      </w:pPr>
      <w:r>
        <w:t>اگر گیس ہو تو کیسے استعمال کریں گے آپ؟ کیونکہ پانی کو دیکھ کر اللہ کے قدرت کو</w:t>
      </w:r>
    </w:p>
    <w:p>
      <w:r>
        <w:rPr>
          <w:b/>
        </w:rPr>
        <w:t xml:space="preserve">[17:32] </w:t>
      </w:r>
      <w:r>
        <w:t>yaad karna, khane ko dekh kar Allah ki rizq ko yaad karna, hawa ko dekh kar Allah ki</w:t>
      </w:r>
    </w:p>
    <w:p>
      <w:pPr>
        <w:jc w:val="right"/>
      </w:pPr>
      <w:r>
        <w:t>یاد کرنا، کھانے کو دیکھ کر اللہ کی رزاقی کو یاد کرنا، ہوا کو دیکھ کر اللہ کی</w:t>
      </w:r>
    </w:p>
    <w:p>
      <w:r>
        <w:rPr>
          <w:b/>
        </w:rPr>
        <w:t xml:space="preserve">[17:40] </w:t>
      </w:r>
      <w:r>
        <w:t>nemmat ko yaad karna.</w:t>
      </w:r>
    </w:p>
    <w:p>
      <w:pPr>
        <w:jc w:val="right"/>
      </w:pPr>
      <w:r>
        <w:t>نعمت کو یاد کرنا۔</w:t>
      </w:r>
    </w:p>
    <w:p>
      <w:r>
        <w:rPr>
          <w:b/>
        </w:rPr>
        <w:t xml:space="preserve">[17:42] </w:t>
      </w:r>
      <w:r>
        <w:t>yeh jo hamare sath jo guzarte hain waqiat in sab ko point of reference bana kar ke bar</w:t>
      </w:r>
    </w:p>
    <w:p>
      <w:pPr>
        <w:jc w:val="right"/>
      </w:pPr>
      <w:r>
        <w:t>یہ جو ہمارے ساتھ جو گزرتے ہیں واقعات ان سب کو پوائنٹ آف ریفرنس بنا کر کے بار</w:t>
      </w:r>
    </w:p>
    <w:p>
      <w:r>
        <w:rPr>
          <w:b/>
        </w:rPr>
        <w:t xml:space="preserve">[17:50] </w:t>
      </w:r>
      <w:r>
        <w:t>bar Allah ko yaad karte rehna.</w:t>
      </w:r>
    </w:p>
    <w:p>
      <w:pPr>
        <w:jc w:val="right"/>
      </w:pPr>
      <w:r>
        <w:t>بار اللہ کو یاد کرتے رہنا۔</w:t>
      </w:r>
    </w:p>
    <w:p>
      <w:r>
        <w:rPr>
          <w:b/>
        </w:rPr>
        <w:t xml:space="preserve">[17:52] </w:t>
      </w:r>
      <w:r>
        <w:t>yeh hai zikr e kaseer.</w:t>
      </w:r>
    </w:p>
    <w:p>
      <w:pPr>
        <w:jc w:val="right"/>
      </w:pPr>
      <w:r>
        <w:t>یہ ہے ذکر کثیر۔</w:t>
      </w:r>
    </w:p>
    <w:p>
      <w:r>
        <w:rPr>
          <w:b/>
        </w:rPr>
        <w:t xml:space="preserve">[17:54] </w:t>
      </w:r>
      <w:r>
        <w:t>yeh hai zikr e kaseer.</w:t>
      </w:r>
    </w:p>
    <w:p>
      <w:pPr>
        <w:jc w:val="right"/>
      </w:pPr>
      <w:r>
        <w:t>یہ ہے ذکر کثیر۔</w:t>
      </w:r>
    </w:p>
    <w:p>
      <w:r>
        <w:rPr>
          <w:b/>
        </w:rPr>
        <w:t xml:space="preserve">[17:56] </w:t>
      </w:r>
      <w:r>
        <w:t>to Quran mein lafz zikr e kaseer hai lekin applied way mein to hai nahi.</w:t>
      </w:r>
    </w:p>
    <w:p>
      <w:pPr>
        <w:jc w:val="right"/>
      </w:pPr>
      <w:r>
        <w:t>تو قرآن میں لفظ ذکر کثیر ہے لیکن اپلائیڈ وے میں تو ہے نہیں۔</w:t>
      </w:r>
    </w:p>
    <w:p>
      <w:r>
        <w:rPr>
          <w:b/>
        </w:rPr>
        <w:t xml:space="preserve">[18:02] </w:t>
      </w:r>
      <w:r>
        <w:t>applied way mein maloom hota hai rasool Allah ki zindagi se, woh sab hadith mein record is ka</w:t>
      </w:r>
    </w:p>
    <w:p>
      <w:pPr>
        <w:jc w:val="right"/>
      </w:pPr>
      <w:r>
        <w:t>اپلائیڈ وے میں معلوم ہوتا ہے رسول اللہ کی زندگی سے، وہ سب حدیث میں ریکارڈ اس کا</w:t>
      </w:r>
    </w:p>
    <w:p>
      <w:r>
        <w:rPr>
          <w:b/>
        </w:rPr>
        <w:t xml:space="preserve">[18:09]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[18:11] </w:t>
      </w:r>
      <w:r>
        <w:t>aaiye dekhiye zikr e kaseer jo hai waqiat se jo kar ke hota hai.</w:t>
      </w:r>
    </w:p>
    <w:p>
      <w:pPr>
        <w:jc w:val="right"/>
      </w:pPr>
      <w:r>
        <w:t>آئیے دیکھیے ذکر کثیر جو ہے واقعات سے جوڑ کر کے ہوتا ہے۔</w:t>
      </w:r>
    </w:p>
    <w:p>
      <w:r>
        <w:rPr>
          <w:b/>
        </w:rPr>
        <w:t xml:space="preserve">[18:16] </w:t>
      </w:r>
      <w:r>
        <w:t>yeh rasool Allah salallahu alaihi wasallam ne ek martaba dekha ek poda chota sa poda, hawa chal</w:t>
      </w:r>
    </w:p>
    <w:p>
      <w:pPr>
        <w:jc w:val="right"/>
      </w:pPr>
      <w:r>
        <w:t>یہ رسول اللہ صلی اللہ علیہ وسلم نے ایک مرتبہ دیکھا ایک پودا چھوٹا سا پودا، ہوا چل</w:t>
      </w:r>
    </w:p>
    <w:p>
      <w:r>
        <w:rPr>
          <w:b/>
        </w:rPr>
        <w:t xml:space="preserve">[18:24] </w:t>
      </w:r>
      <w:r>
        <w:t>rahi thi idhar udhar jhuk raha tha woh.</w:t>
      </w:r>
    </w:p>
    <w:p>
      <w:pPr>
        <w:jc w:val="right"/>
      </w:pPr>
      <w:r>
        <w:t>رہی تھی ادھر ادھر جھک رہا تھا وہ۔</w:t>
      </w:r>
    </w:p>
    <w:p>
      <w:r>
        <w:rPr>
          <w:b/>
        </w:rPr>
        <w:t xml:space="preserve">[18:28] </w:t>
      </w:r>
      <w:r>
        <w:t>to aap ne farmaya ke misl al momin kal misl al khama.</w:t>
      </w:r>
    </w:p>
    <w:p>
      <w:pPr>
        <w:jc w:val="right"/>
      </w:pPr>
      <w:r>
        <w:t>تو آپ نے فرمایا کہ مثل المومن ک مثل الخامہ۔</w:t>
      </w:r>
    </w:p>
    <w:p>
      <w:r>
        <w:rPr>
          <w:b/>
        </w:rPr>
        <w:t xml:space="preserve">[18:32] </w:t>
      </w:r>
      <w:r>
        <w:t>misl al momin kal misl al khama.</w:t>
      </w:r>
    </w:p>
    <w:p>
      <w:pPr>
        <w:jc w:val="right"/>
      </w:pPr>
      <w:r>
        <w:t>مثل المومن ک مثل الخامہ۔</w:t>
      </w:r>
    </w:p>
    <w:p>
      <w:r>
        <w:rPr>
          <w:b/>
        </w:rPr>
        <w:t xml:space="preserve">[18:34] </w:t>
      </w:r>
      <w:r>
        <w:t>momin ki misaal narm pode ki hai.</w:t>
      </w:r>
    </w:p>
    <w:p>
      <w:pPr>
        <w:jc w:val="right"/>
      </w:pPr>
      <w:r>
        <w:t>مومن کی مثال نرم پودے کی ہے۔</w:t>
      </w:r>
    </w:p>
    <w:p>
      <w:r>
        <w:rPr>
          <w:b/>
        </w:rPr>
        <w:t xml:space="preserve">[18:37] </w:t>
      </w:r>
      <w:r>
        <w:t>is ka akkar nahi hoti is mein.</w:t>
      </w:r>
    </w:p>
    <w:p>
      <w:pPr>
        <w:jc w:val="right"/>
      </w:pPr>
      <w:r>
        <w:t>اس کا اکڑ نہیں ہوتی اس میں۔</w:t>
      </w:r>
    </w:p>
    <w:p>
      <w:r>
        <w:rPr>
          <w:b/>
        </w:rPr>
        <w:t xml:space="preserve">[18:40] </w:t>
      </w:r>
      <w:r>
        <w:t>ikad nahin hoti.</w:t>
      </w:r>
    </w:p>
    <w:p>
      <w:pPr>
        <w:jc w:val="right"/>
      </w:pPr>
      <w:r>
        <w:t>اکڑ نہیں ہوتی۔</w:t>
      </w:r>
    </w:p>
    <w:p>
      <w:r>
        <w:rPr>
          <w:b/>
        </w:rPr>
        <w:t xml:space="preserve">[18:42] </w:t>
      </w:r>
      <w:r>
        <w:t>bohat narm hota hai woh.</w:t>
      </w:r>
    </w:p>
    <w:p>
      <w:pPr>
        <w:jc w:val="right"/>
      </w:pPr>
      <w:r>
        <w:t>بہت نرم ہوتا ہے وہ۔</w:t>
      </w:r>
    </w:p>
    <w:p>
      <w:r>
        <w:rPr>
          <w:b/>
        </w:rPr>
        <w:t xml:space="preserve">[18:44] </w:t>
      </w:r>
      <w:r>
        <w:t>is ka to ego nahin hota.</w:t>
      </w:r>
    </w:p>
    <w:p>
      <w:pPr>
        <w:jc w:val="right"/>
      </w:pPr>
      <w:r>
        <w:t>اس کا تو ایگو نہیں ہوتا۔</w:t>
      </w:r>
    </w:p>
    <w:p>
      <w:r>
        <w:rPr>
          <w:b/>
        </w:rPr>
        <w:t xml:space="preserve">[18:46] </w:t>
      </w:r>
      <w:r>
        <w:t>is ka to ghamand nahin hota.</w:t>
      </w:r>
    </w:p>
    <w:p>
      <w:pPr>
        <w:jc w:val="right"/>
      </w:pPr>
      <w:r>
        <w:t>اس کا تو گھمنڈ نہیں ہوتا۔</w:t>
      </w:r>
    </w:p>
    <w:p>
      <w:r>
        <w:rPr>
          <w:b/>
        </w:rPr>
        <w:t xml:space="preserve">[18:49] </w:t>
      </w:r>
      <w:r>
        <w:t>is ka to arrogance nahin hota.</w:t>
      </w:r>
    </w:p>
    <w:p>
      <w:pPr>
        <w:jc w:val="right"/>
      </w:pPr>
      <w:r>
        <w:t>اس کا تو اروگنس نہیں ہوتا۔</w:t>
      </w:r>
    </w:p>
    <w:p>
      <w:r>
        <w:rPr>
          <w:b/>
        </w:rPr>
        <w:t xml:space="preserve">[18:51] </w:t>
      </w:r>
      <w:r>
        <w:t>is tarah aap ne pode ko dekh kar ke is ke reference mein momin ke tawazu ko, momin</w:t>
      </w:r>
    </w:p>
    <w:p>
      <w:pPr>
        <w:jc w:val="right"/>
      </w:pPr>
      <w:r>
        <w:t>اس طرح آپ نے پودے کو دیکھ کر کے اس کے ریفرنس میں مومن کے تواضع کو، مومن</w:t>
      </w:r>
    </w:p>
    <w:p>
      <w:r>
        <w:rPr>
          <w:b/>
        </w:rPr>
        <w:t xml:space="preserve">[18:59] </w:t>
      </w:r>
      <w:r>
        <w:t>ki modesty ko yaad kiya.</w:t>
      </w:r>
    </w:p>
    <w:p>
      <w:pPr>
        <w:jc w:val="right"/>
      </w:pPr>
      <w:r>
        <w:t>کی ماڈیسٹی کو یاد کیا۔</w:t>
      </w:r>
    </w:p>
    <w:p>
      <w:r>
        <w:rPr>
          <w:b/>
        </w:rPr>
        <w:t xml:space="preserve">[19:01] </w:t>
      </w:r>
      <w:r>
        <w:t>to azkar Allah zikr-e-kasir jo hai is ka applied form to hadith mein hai.</w:t>
      </w:r>
    </w:p>
    <w:p>
      <w:pPr>
        <w:jc w:val="right"/>
      </w:pPr>
      <w:r>
        <w:t>تو اذکر اللہ ذکر کثیرہ جو ہے اس کا اپلائیڈ فارم تو حدیث میں ہے۔</w:t>
      </w:r>
    </w:p>
    <w:p>
      <w:r>
        <w:rPr>
          <w:b/>
        </w:rPr>
        <w:t xml:space="preserve">[19:08] </w:t>
      </w:r>
      <w:r>
        <w:t>اگر آپ applied form کو الگ کر دیں تو کیسے سمجھیں گے آپ؟ تو سب کچھ vague بن</w:t>
      </w:r>
    </w:p>
    <w:p>
      <w:pPr>
        <w:jc w:val="right"/>
      </w:pPr>
      <w:r>
        <w:t>اگر آپ اپلائیڈ فارم کو الگ کر دیں تو کیسے سمجھیں گے آپ؟ تو سب کچھ ویگ بن</w:t>
      </w:r>
    </w:p>
    <w:p>
      <w:r>
        <w:rPr>
          <w:b/>
        </w:rPr>
        <w:t xml:space="preserve">[19:15] </w:t>
      </w:r>
      <w:r>
        <w:t>jayega, abstract ban jayega, sab abstract.</w:t>
      </w:r>
    </w:p>
    <w:p>
      <w:pPr>
        <w:jc w:val="right"/>
      </w:pPr>
      <w:r>
        <w:t>جائے گا، ابسٹریکٹ بن جائے گا، سب ابسٹریکٹ۔</w:t>
      </w:r>
    </w:p>
    <w:p>
      <w:r>
        <w:rPr>
          <w:b/>
        </w:rPr>
        <w:t xml:space="preserve">[19:19] </w:t>
      </w:r>
      <w:r>
        <w:t>aise hi mislan dekhiye Quran mein hai ke kul nafsin za'iqatul maut.</w:t>
      </w:r>
    </w:p>
    <w:p>
      <w:pPr>
        <w:jc w:val="right"/>
      </w:pPr>
      <w:r>
        <w:t>ایسے ہی مثلاً دیکھیے قرآن میں ہے کہ کل نفس ذائقۃ الموت۔</w:t>
      </w:r>
    </w:p>
    <w:p>
      <w:r>
        <w:rPr>
          <w:b/>
        </w:rPr>
        <w:t xml:space="preserve">[19:24] </w:t>
      </w:r>
      <w:r>
        <w:t>yeh Quran ki ayat hai.</w:t>
      </w:r>
    </w:p>
    <w:p>
      <w:pPr>
        <w:jc w:val="right"/>
      </w:pPr>
      <w:r>
        <w:t>یہ قرآن کی آیت ہے۔</w:t>
      </w:r>
    </w:p>
    <w:p>
      <w:r>
        <w:rPr>
          <w:b/>
        </w:rPr>
        <w:t xml:space="preserve">[19:26] </w:t>
      </w:r>
      <w:r>
        <w:t>har aadmi ko marna hai, har aadmi ko maut ka maza chakhna hai.</w:t>
      </w:r>
    </w:p>
    <w:p>
      <w:pPr>
        <w:jc w:val="right"/>
      </w:pPr>
      <w:r>
        <w:t>ہر آدمی کو مرنا ہے، ہر آدمی کو موت کا مزہ چکھنا ہے۔</w:t>
      </w:r>
    </w:p>
    <w:p>
      <w:r>
        <w:rPr>
          <w:b/>
        </w:rPr>
        <w:t xml:space="preserve">[19:32] </w:t>
      </w:r>
      <w:r>
        <w:t>ab is ke baad mazeed kya is ki detail kya hai woh Quran mein hai nahin.</w:t>
      </w:r>
    </w:p>
    <w:p>
      <w:pPr>
        <w:jc w:val="right"/>
      </w:pPr>
      <w:r>
        <w:t>اب اس کے بعد مزید کیا اس کی ڈیٹیل کیا ہے وہ قرآن میں ہے نہیں۔</w:t>
      </w:r>
    </w:p>
    <w:p>
      <w:r>
        <w:rPr>
          <w:b/>
        </w:rPr>
        <w:t xml:space="preserve">[19:39] </w:t>
      </w:r>
      <w:r>
        <w:t>hadith mein aata hai aksiru zikr hadd bil ladhdhatil maut.</w:t>
      </w:r>
    </w:p>
    <w:p>
      <w:pPr>
        <w:jc w:val="right"/>
      </w:pPr>
      <w:r>
        <w:t>حدیث میں آتا ہے اکثر ذکر ہاد باللذات الموت۔</w:t>
      </w:r>
    </w:p>
    <w:p>
      <w:r>
        <w:rPr>
          <w:b/>
        </w:rPr>
        <w:t xml:space="preserve">[19:42] </w:t>
      </w:r>
      <w:r>
        <w:t>maut ko yaad karo jo lazzaton ko utha dene wali hai.</w:t>
      </w:r>
    </w:p>
    <w:p>
      <w:pPr>
        <w:jc w:val="right"/>
      </w:pPr>
      <w:r>
        <w:t>موت کو یاد کرو جو لذتوں کو اٹھا دینے والی ہے۔</w:t>
      </w:r>
    </w:p>
    <w:p>
      <w:r>
        <w:rPr>
          <w:b/>
        </w:rPr>
        <w:t xml:space="preserve">[19:47] </w:t>
      </w:r>
      <w:r>
        <w:t>lazzat ka matlab kya? Lazzat kis cheez ki hoti hai aap ko? Duniya ki.</w:t>
      </w:r>
    </w:p>
    <w:p>
      <w:pPr>
        <w:jc w:val="right"/>
      </w:pPr>
      <w:r>
        <w:t>لذت کا مطلب کیا؟ لذت کس چیز کی ہوتی ہے آپ کو؟ دنیا کی۔</w:t>
      </w:r>
    </w:p>
    <w:p>
      <w:r>
        <w:rPr>
          <w:b/>
        </w:rPr>
        <w:t xml:space="preserve">[19:53] </w:t>
      </w:r>
      <w:r>
        <w:t>saari lazzatein duniya ke aitbar se hoti hain.</w:t>
      </w:r>
    </w:p>
    <w:p>
      <w:pPr>
        <w:jc w:val="right"/>
      </w:pPr>
      <w:r>
        <w:t>ساری لذتیں دنیا کے اعتبار سے ہوتی ہیں۔</w:t>
      </w:r>
    </w:p>
    <w:p>
      <w:r>
        <w:rPr>
          <w:b/>
        </w:rPr>
        <w:t xml:space="preserve">[19:57] </w:t>
      </w:r>
      <w:r>
        <w:t>to lazzaton ko uthane ka matlab kya hai? Orientation ko badalna.</w:t>
      </w:r>
    </w:p>
    <w:p>
      <w:pPr>
        <w:jc w:val="right"/>
      </w:pPr>
      <w:r>
        <w:t>تو لذتوں کو اٹھانے کا مطلب کیا ہے؟ اورینٹیشن کو بدلنا۔</w:t>
      </w:r>
    </w:p>
    <w:p>
      <w:r>
        <w:rPr>
          <w:b/>
        </w:rPr>
        <w:t xml:space="preserve">[20:01] </w:t>
      </w:r>
      <w:r>
        <w:t>maut ko aap yaad karenge to aap ka orientation badlega.</w:t>
      </w:r>
    </w:p>
    <w:p>
      <w:pPr>
        <w:jc w:val="right"/>
      </w:pPr>
      <w:r>
        <w:t>موت کو آپ یاد کریں گے تو آپ کا اورینٹیشن بدلے گا۔</w:t>
      </w:r>
    </w:p>
    <w:p>
      <w:r>
        <w:rPr>
          <w:b/>
        </w:rPr>
        <w:t xml:space="preserve">[20:06] </w:t>
      </w:r>
      <w:r>
        <w:t>yani aap ki fikr jo hai duniya dukhi na ho kar akhirat dukhi banegi.</w:t>
      </w:r>
    </w:p>
    <w:p>
      <w:pPr>
        <w:jc w:val="right"/>
      </w:pPr>
      <w:r>
        <w:t>یعنی آپ کی فکر جو ہے دنیا دکھی نہ ہو کر آخرت دکھی بنے گی۔</w:t>
      </w:r>
    </w:p>
    <w:p>
      <w:r>
        <w:rPr>
          <w:b/>
        </w:rPr>
        <w:t xml:space="preserve">[20:13] </w:t>
      </w:r>
      <w:r>
        <w:t>kehti hai ajeeb cheez hai.</w:t>
      </w:r>
    </w:p>
    <w:p>
      <w:pPr>
        <w:jc w:val="right"/>
      </w:pPr>
      <w:r>
        <w:t>کہتی ہے عجیب چیز ہے۔</w:t>
      </w:r>
    </w:p>
    <w:p>
      <w:r>
        <w:rPr>
          <w:b/>
        </w:rPr>
        <w:t xml:space="preserve">[20:15] </w:t>
      </w:r>
      <w:r>
        <w:t>in lazzat-e-duniya ke bajaye lazzat-e-akhirat aap ka goal ban jayega.</w:t>
      </w:r>
    </w:p>
    <w:p>
      <w:pPr>
        <w:jc w:val="right"/>
      </w:pPr>
      <w:r>
        <w:t>ان لذات دنیا کے بجائے لذات آخرت آپ کا گول بن جائے گا۔</w:t>
      </w:r>
    </w:p>
    <w:p>
      <w:r>
        <w:rPr>
          <w:b/>
        </w:rPr>
        <w:t xml:space="preserve">[20:21] </w:t>
      </w:r>
      <w:r>
        <w:t>is ke ma'ni kya hue? Ke maut jab aati hai to aap ke liye ek reminder hota hai.</w:t>
      </w:r>
    </w:p>
    <w:p>
      <w:pPr>
        <w:jc w:val="right"/>
      </w:pPr>
      <w:r>
        <w:t>اس کے معنی کیا ہوئے؟ کہ موت جب آتی ہے تو آپ کے لیے ایک ریمائنڈر ہوتا ہے۔</w:t>
      </w:r>
    </w:p>
    <w:p>
      <w:r>
        <w:rPr>
          <w:b/>
        </w:rPr>
        <w:t xml:space="preserve">[20:28] </w:t>
      </w:r>
      <w:r>
        <w:t>reminder.</w:t>
      </w:r>
    </w:p>
    <w:p>
      <w:pPr>
        <w:jc w:val="right"/>
      </w:pPr>
      <w:r>
        <w:t>ریمائنڈر۔</w:t>
      </w:r>
    </w:p>
    <w:p>
      <w:r>
        <w:rPr>
          <w:b/>
        </w:rPr>
        <w:t xml:space="preserve">[20:30] </w:t>
      </w:r>
      <w:r>
        <w:t>is baat ka reminder ke ae insaan phir se soch.</w:t>
      </w:r>
    </w:p>
    <w:p>
      <w:pPr>
        <w:jc w:val="right"/>
      </w:pPr>
      <w:r>
        <w:t>اس بات کا ریمائنڈر کہ اے انسان پھر سے سوچ۔</w:t>
      </w:r>
    </w:p>
    <w:p>
      <w:r>
        <w:rPr>
          <w:b/>
        </w:rPr>
        <w:t xml:space="preserve">[20:34] </w:t>
      </w:r>
      <w:r>
        <w:t>You have to read, you have to read, consider about your life.</w:t>
      </w:r>
    </w:p>
    <w:p>
      <w:pPr>
        <w:jc w:val="right"/>
      </w:pPr>
      <w:r>
        <w:t>یو ہیو ٹو ریڈ، یو ہیو ٹو ریڈ کنسیڈر اباؤٹ یور لائف۔</w:t>
      </w:r>
    </w:p>
    <w:p>
      <w:r>
        <w:rPr>
          <w:b/>
        </w:rPr>
        <w:t xml:space="preserve">[20:39] </w:t>
      </w:r>
      <w:r>
        <w:t>you have to replan your life.</w:t>
      </w:r>
    </w:p>
    <w:p>
      <w:pPr>
        <w:jc w:val="right"/>
      </w:pPr>
      <w:r>
        <w:t>یو ہیو ٹو ری پلان یور لائف۔</w:t>
      </w:r>
    </w:p>
    <w:p>
      <w:r>
        <w:rPr>
          <w:b/>
        </w:rPr>
        <w:t xml:space="preserve">[20:42] </w:t>
      </w:r>
      <w:r>
        <w:t>you have to reset your priorities.</w:t>
      </w:r>
    </w:p>
    <w:p>
      <w:pPr>
        <w:jc w:val="right"/>
      </w:pPr>
      <w:r>
        <w:t>یو ہیو ٹو ری سیٹ یور پرائرٹیز۔</w:t>
      </w:r>
    </w:p>
    <w:p>
      <w:r>
        <w:rPr>
          <w:b/>
        </w:rPr>
        <w:t xml:space="preserve">[20:45] </w:t>
      </w:r>
      <w:r>
        <w:t>you have to redefine your goal.</w:t>
      </w:r>
    </w:p>
    <w:p>
      <w:pPr>
        <w:jc w:val="right"/>
      </w:pPr>
      <w:r>
        <w:t>یو ہیو ٹو ری ڈیفائن یور گول۔</w:t>
      </w:r>
    </w:p>
    <w:p>
      <w:r>
        <w:rPr>
          <w:b/>
        </w:rPr>
        <w:t xml:space="preserve">[20:48] </w:t>
      </w:r>
      <w:r>
        <w:t>kyunke marna hai, marne ke baad kya hoga is ko socho.</w:t>
      </w:r>
    </w:p>
    <w:p>
      <w:pPr>
        <w:jc w:val="right"/>
      </w:pPr>
      <w:r>
        <w:t>کیونکہ مرنا ہے، مرنے کے بعد کیا ہوگا اس کو سوچو۔</w:t>
      </w:r>
    </w:p>
    <w:p>
      <w:r>
        <w:rPr>
          <w:b/>
        </w:rPr>
        <w:t xml:space="preserve">[20:53] </w:t>
      </w:r>
      <w:r>
        <w:t>yeh saari detail jo hai quran hadith mein hai.</w:t>
      </w:r>
    </w:p>
    <w:p>
      <w:pPr>
        <w:jc w:val="right"/>
      </w:pPr>
      <w:r>
        <w:t>یہ ساری ڈیٹیل جو ہے قرآن حدیث میں ہے۔</w:t>
      </w:r>
    </w:p>
    <w:p>
      <w:r>
        <w:rPr>
          <w:b/>
        </w:rPr>
        <w:t xml:space="preserve">[20:57] </w:t>
      </w:r>
      <w:r>
        <w:t>to quran mein yeh hai ke insaan ko marna hai.</w:t>
      </w:r>
    </w:p>
    <w:p>
      <w:pPr>
        <w:jc w:val="right"/>
      </w:pPr>
      <w:r>
        <w:t>تو قرآن میں یہ ہے کہ انسان کو مرنا ہے۔</w:t>
      </w:r>
    </w:p>
    <w:p>
      <w:r>
        <w:rPr>
          <w:b/>
        </w:rPr>
        <w:t xml:space="preserve">[21:01] </w:t>
      </w:r>
      <w:r>
        <w:t>lekin is ka applied form to hadith mein hai.</w:t>
      </w:r>
    </w:p>
    <w:p>
      <w:pPr>
        <w:jc w:val="right"/>
      </w:pPr>
      <w:r>
        <w:t>لیکن اس کا اپلائیڈ فارم تو حدیث میں ہے۔</w:t>
      </w:r>
    </w:p>
    <w:p>
      <w:r>
        <w:rPr>
          <w:b/>
        </w:rPr>
        <w:t xml:space="preserve">[21:05] </w:t>
      </w:r>
      <w:r>
        <w:t>hadith ko hadaf kar dein to is ke maani ke model hadaf.</w:t>
      </w:r>
    </w:p>
    <w:p>
      <w:pPr>
        <w:jc w:val="right"/>
      </w:pPr>
      <w:r>
        <w:t>حدیث کو حذف کر دیں تو اس کے معنی کہ ماڈل حذف۔</w:t>
      </w:r>
    </w:p>
    <w:p>
      <w:r>
        <w:rPr>
          <w:b/>
        </w:rPr>
        <w:t xml:space="preserve">[21:10] </w:t>
      </w:r>
      <w:r>
        <w:t>aise hoga jaise ke ab tehzeeb mein jo modern civilization hai is mein applied science ko hadaf kar</w:t>
      </w:r>
    </w:p>
    <w:p>
      <w:pPr>
        <w:jc w:val="right"/>
      </w:pPr>
      <w:r>
        <w:t>ایسے ہوگا جیسے کہ اب تہذیب میں جو ماڈرن سویلائزیشن ہے اس میں اپلائیڈ سائنس کو حذف کر</w:t>
      </w:r>
    </w:p>
    <w:p>
      <w:r>
        <w:rPr>
          <w:b/>
        </w:rPr>
        <w:t xml:space="preserve">[21:18] </w:t>
      </w:r>
      <w:r>
        <w:t>dijiye.</w:t>
      </w:r>
    </w:p>
    <w:p>
      <w:pPr>
        <w:jc w:val="right"/>
      </w:pPr>
      <w:r>
        <w:t>دیجیے۔</w:t>
      </w:r>
    </w:p>
    <w:p>
      <w:r>
        <w:rPr>
          <w:b/>
        </w:rPr>
        <w:t xml:space="preserve">[21:19] </w:t>
      </w:r>
      <w:r>
        <w:t>to kya hoga? sirf abstract science reh jayegi.</w:t>
      </w:r>
    </w:p>
    <w:p>
      <w:pPr>
        <w:jc w:val="right"/>
      </w:pPr>
      <w:r>
        <w:t>تو کیا ہوگا؟ صرف ابسٹریکٹ سائنس رہ جائے گی۔</w:t>
      </w:r>
    </w:p>
    <w:p>
      <w:r>
        <w:rPr>
          <w:b/>
        </w:rPr>
        <w:t xml:space="preserve">[21:23] </w:t>
      </w:r>
      <w:r>
        <w:t>abstract theory, theory reh jayegi bas.</w:t>
      </w:r>
    </w:p>
    <w:p>
      <w:pPr>
        <w:jc w:val="right"/>
      </w:pPr>
      <w:r>
        <w:t>ابسٹریکٹ تھیوری، تھیوری رہ جائے گی بس۔</w:t>
      </w:r>
    </w:p>
    <w:p>
      <w:r>
        <w:rPr>
          <w:b/>
        </w:rPr>
        <w:t xml:space="preserve">[21:26] </w:t>
      </w:r>
      <w:r>
        <w:t>na battery hogi, na telephone hoga, na car hoga, na hawai jahaz hoga, na modern history hogi,</w:t>
      </w:r>
    </w:p>
    <w:p>
      <w:pPr>
        <w:jc w:val="right"/>
      </w:pPr>
      <w:r>
        <w:t>نہ بیلی ہوگی، نہ ٹیلی فون ہوگا، نہ کار ہوگا، نہ ہوا جہاز ہوگا، نہ ماڈرن ہسٹری ہوگی،</w:t>
      </w:r>
    </w:p>
    <w:p>
      <w:r>
        <w:rPr>
          <w:b/>
        </w:rPr>
        <w:t xml:space="preserve">[21:34] </w:t>
      </w:r>
      <w:r>
        <w:t>kuch bhi hoga.</w:t>
      </w:r>
    </w:p>
    <w:p>
      <w:pPr>
        <w:jc w:val="right"/>
      </w:pPr>
      <w:r>
        <w:t>کچھ بھی ہوگا۔</w:t>
      </w:r>
    </w:p>
    <w:p>
      <w:r>
        <w:rPr>
          <w:b/>
        </w:rPr>
        <w:t xml:space="preserve">[21:35] </w:t>
      </w:r>
      <w:r>
        <w:t>modern technology sab hadaf.</w:t>
      </w:r>
    </w:p>
    <w:p>
      <w:pPr>
        <w:jc w:val="right"/>
      </w:pPr>
      <w:r>
        <w:t>ماڈرن ٹیکنالوجی سب حذف۔</w:t>
      </w:r>
    </w:p>
    <w:p>
      <w:r>
        <w:rPr>
          <w:b/>
        </w:rPr>
        <w:t xml:space="preserve">[21:37] </w:t>
      </w:r>
      <w:r>
        <w:t>to yeh hadith ke maamle mein saada maamla nahi hai.</w:t>
      </w:r>
    </w:p>
    <w:p>
      <w:pPr>
        <w:jc w:val="right"/>
      </w:pPr>
      <w:r>
        <w:t>تو یہ حدیث کے معاملے میں سادہ معاملہ نہیں ہے۔</w:t>
      </w:r>
    </w:p>
    <w:p>
      <w:r>
        <w:rPr>
          <w:b/>
        </w:rPr>
        <w:t xml:space="preserve">[21:41] </w:t>
      </w:r>
      <w:r>
        <w:t>hadith quran ka applied form hai.</w:t>
      </w:r>
    </w:p>
    <w:p>
      <w:pPr>
        <w:jc w:val="right"/>
      </w:pPr>
      <w:r>
        <w:t>حدیث قرآن کا اپلائیڈ فارم ہے۔</w:t>
      </w:r>
    </w:p>
    <w:p>
      <w:r>
        <w:rPr>
          <w:b/>
        </w:rPr>
        <w:t xml:space="preserve">[21:44] </w:t>
      </w:r>
      <w:r>
        <w:t>aise hi dekhiye logon ne hadith ko bohat hi under estimate kiya.</w:t>
      </w:r>
    </w:p>
    <w:p>
      <w:pPr>
        <w:jc w:val="right"/>
      </w:pPr>
      <w:r>
        <w:t>ایسے ہی دیکھیے لوگوں نے حدیث کو بہت ہی انڈر ایسٹیمیٹ کیا۔</w:t>
      </w:r>
    </w:p>
    <w:p>
      <w:r>
        <w:rPr>
          <w:b/>
        </w:rPr>
        <w:t xml:space="preserve">[21:49] </w:t>
      </w:r>
      <w:r>
        <w:t>wohi juziyyati yaani juziyyati bahasein, juziyyati bahasein.</w:t>
      </w:r>
    </w:p>
    <w:p>
      <w:pPr>
        <w:jc w:val="right"/>
      </w:pPr>
      <w:r>
        <w:t>وہی جزئیاتی یعنی جزئیاتی بحثیں، جزئیاتی بحثیں۔</w:t>
      </w:r>
    </w:p>
    <w:p>
      <w:r>
        <w:rPr>
          <w:b/>
        </w:rPr>
        <w:t xml:space="preserve">[21:52] </w:t>
      </w:r>
      <w:r>
        <w:t>hadith mein ek misaal to mein deta hoon.</w:t>
      </w:r>
    </w:p>
    <w:p>
      <w:pPr>
        <w:jc w:val="right"/>
      </w:pPr>
      <w:r>
        <w:t>حدیث میں ایک مثال تو میں دیتا ہوں۔</w:t>
      </w:r>
    </w:p>
    <w:p>
      <w:r>
        <w:rPr>
          <w:b/>
        </w:rPr>
        <w:t xml:space="preserve">[21:55] </w:t>
      </w:r>
      <w:r>
        <w:t>ek hadith mein ek bohat badi baat kahi gayi thi ke huwal lazi arsal rasool bil huda wa deen al haq</w:t>
      </w:r>
    </w:p>
    <w:p>
      <w:pPr>
        <w:jc w:val="right"/>
      </w:pPr>
      <w:r>
        <w:t>ایک حدیث میں ایک بہت بڑی بات کہی گئی تھی کہ ہو الذی ارسل رسول بالہدی ودین الحق</w:t>
      </w:r>
    </w:p>
    <w:p>
      <w:r>
        <w:rPr>
          <w:b/>
        </w:rPr>
        <w:t xml:space="preserve">[22:03] </w:t>
      </w:r>
      <w:r>
        <w:t>aur ad deen al kulli.</w:t>
      </w:r>
    </w:p>
    <w:p>
      <w:pPr>
        <w:jc w:val="right"/>
      </w:pPr>
      <w:r>
        <w:t>اور الدین کلی۔</w:t>
      </w:r>
    </w:p>
    <w:p>
      <w:r>
        <w:rPr>
          <w:b/>
        </w:rPr>
        <w:t xml:space="preserve">[22:05] </w:t>
      </w:r>
      <w:r>
        <w:t>yaani Allah ne is rasool ko bheja hai ek ek bohat bade waqeye ke liye ke saare adyaan</w:t>
      </w:r>
    </w:p>
    <w:p>
      <w:pPr>
        <w:jc w:val="right"/>
      </w:pPr>
      <w:r>
        <w:t>یعنی اللہ نے اس رسول کو بھیجا ہے ایک ایک بہت بڑے واقعے کے لیے کہ سارے ادیان</w:t>
      </w:r>
    </w:p>
    <w:p>
      <w:r>
        <w:rPr>
          <w:b/>
        </w:rPr>
        <w:t xml:space="preserve">[22:12] </w:t>
      </w:r>
      <w:r>
        <w:t>par ghalib kar de is ko.</w:t>
      </w:r>
    </w:p>
    <w:p>
      <w:pPr>
        <w:jc w:val="right"/>
      </w:pPr>
      <w:r>
        <w:t>پر غالب کر دے اس کو۔</w:t>
      </w:r>
    </w:p>
    <w:p>
      <w:r>
        <w:rPr>
          <w:b/>
        </w:rPr>
        <w:t xml:space="preserve">[22:15] </w:t>
      </w:r>
      <w:r>
        <w:t>yeh adyaan se muraad political system nahi hai.</w:t>
      </w:r>
    </w:p>
    <w:p>
      <w:pPr>
        <w:jc w:val="right"/>
      </w:pPr>
      <w:r>
        <w:t>یہ ادیان سے مراد پولیٹیکل سسٹم نہیں ہے۔</w:t>
      </w:r>
    </w:p>
    <w:p>
      <w:r>
        <w:rPr>
          <w:b/>
        </w:rPr>
        <w:t xml:space="preserve">[22:18] </w:t>
      </w:r>
      <w:r>
        <w:t>sari human didaloji, sare human disiplin, sari human sors murad hai is se.</w:t>
      </w:r>
    </w:p>
    <w:p>
      <w:pPr>
        <w:jc w:val="right"/>
      </w:pPr>
      <w:r>
        <w:t>ساری ہیومن ڈائیڈالوجی، سارے ہیومن ڈسپلن، ساری ہیومن سورس مراد ہے اس سے۔</w:t>
      </w:r>
    </w:p>
    <w:p>
      <w:r>
        <w:rPr>
          <w:b/>
        </w:rPr>
        <w:t xml:space="preserve">[22:24] </w:t>
      </w:r>
      <w:r>
        <w:t>to hadith mein is ke bare mein mazeed isharat mojood thay.</w:t>
      </w:r>
    </w:p>
    <w:p>
      <w:pPr>
        <w:jc w:val="right"/>
      </w:pPr>
      <w:r>
        <w:t>تو حدیث میں اس کے بارے میں مزید اشارات موجود تھے۔</w:t>
      </w:r>
    </w:p>
    <w:p>
      <w:r>
        <w:rPr>
          <w:b/>
        </w:rPr>
        <w:t xml:space="preserve">[22:29] </w:t>
      </w:r>
      <w:r>
        <w:t>misalan mein maki daur ki do hadith sunata hoon aap ko.</w:t>
      </w:r>
    </w:p>
    <w:p>
      <w:pPr>
        <w:jc w:val="right"/>
      </w:pPr>
      <w:r>
        <w:t>مثلاً میں مکی دور کی دو حدیث سناتا ہوں آپ کو۔</w:t>
      </w:r>
    </w:p>
    <w:p>
      <w:r>
        <w:rPr>
          <w:b/>
        </w:rPr>
        <w:t xml:space="preserve">[22:33] </w:t>
      </w:r>
      <w:r>
        <w:t>maki daur ki jabkay bohat hi misal mein ghira hua tha islam.</w:t>
      </w:r>
    </w:p>
    <w:p>
      <w:pPr>
        <w:jc w:val="right"/>
      </w:pPr>
      <w:r>
        <w:t>مکی دور کی جبکہ بہت ہی مثال میں گھرا ہوا تھا اسلام۔</w:t>
      </w:r>
    </w:p>
    <w:p>
      <w:r>
        <w:rPr>
          <w:b/>
        </w:rPr>
        <w:t xml:space="preserve">[22:39] </w:t>
      </w:r>
      <w:r>
        <w:t>bohat ziyada mazalim ho rahe thay, bohat ziyada pareshaniyan theen.</w:t>
      </w:r>
    </w:p>
    <w:p>
      <w:pPr>
        <w:jc w:val="right"/>
      </w:pPr>
      <w:r>
        <w:t>بہت زیادہ مظالم ہو رہے تھے، بہت زیادہ پریشانیاں تھیں۔</w:t>
      </w:r>
    </w:p>
    <w:p>
      <w:r>
        <w:rPr>
          <w:b/>
        </w:rPr>
        <w:t xml:space="preserve">[22:43] </w:t>
      </w:r>
      <w:r>
        <w:t>har aitbar se sataye ja rahe thay log.</w:t>
      </w:r>
    </w:p>
    <w:p>
      <w:pPr>
        <w:jc w:val="right"/>
      </w:pPr>
      <w:r>
        <w:t>ہر اعتبار سے ستائے جا رہے تھے لوگ۔</w:t>
      </w:r>
    </w:p>
    <w:p>
      <w:r>
        <w:rPr>
          <w:b/>
        </w:rPr>
        <w:t xml:space="preserve">[22:46] </w:t>
      </w:r>
      <w:r>
        <w:t>is zamane mein rasool Allah ne farmaya tha ke un se poocha gaya ke aap kya chahte hain?</w:t>
      </w:r>
    </w:p>
    <w:p>
      <w:pPr>
        <w:jc w:val="right"/>
      </w:pPr>
      <w:r>
        <w:t>اس زمانے میں رسول اللہ نے فرمایا تھا کہ ان سے پوچھا گیا کہ آپ کیا چاہتے ہیں؟</w:t>
      </w:r>
    </w:p>
    <w:p>
      <w:r>
        <w:rPr>
          <w:b/>
        </w:rPr>
        <w:t xml:space="preserve">[22:54] </w:t>
      </w:r>
      <w:r>
        <w:t>jo mukhalifeen thay unhon ne poocha ke aap kya chahte hain? to aap ne farmaya tha ke kalmata</w:t>
      </w:r>
    </w:p>
    <w:p>
      <w:pPr>
        <w:jc w:val="right"/>
      </w:pPr>
      <w:r>
        <w:t>جو مخالفین تھے انہوں نے پوچھا کہ آپ کیا چاہتے ہیں؟ تو آپ نے فرمایا تھا کہ کلمۃ</w:t>
      </w:r>
    </w:p>
    <w:p>
      <w:r>
        <w:rPr>
          <w:b/>
        </w:rPr>
        <w:t xml:space="preserve">[23:02] </w:t>
      </w:r>
      <w:r>
        <w:t>wahida tutoniya tamlikoon bil arab wa tadinu lakum bil aijam.</w:t>
      </w:r>
    </w:p>
    <w:p>
      <w:pPr>
        <w:jc w:val="right"/>
      </w:pPr>
      <w:r>
        <w:t>واحدا توتونیہ تملکون بالعرب وتدین لکم بالعجم۔</w:t>
      </w:r>
    </w:p>
    <w:p>
      <w:r>
        <w:rPr>
          <w:b/>
        </w:rPr>
        <w:t xml:space="preserve">[23:05] </w:t>
      </w:r>
      <w:r>
        <w:t>yani yeh jo kalma mein laya hoon, yeh jo ideology laya hoon, ideology of tauheed, isi ka dabdaba</w:t>
      </w:r>
    </w:p>
    <w:p>
      <w:pPr>
        <w:jc w:val="right"/>
      </w:pPr>
      <w:r>
        <w:t>یعنی یہ جو کلمہ میں لایا ہوں، یہ جو آئیڈیالوجی لائے ہوں، آئیڈیالوجی آف توحید، اسی کا دبدبہ</w:t>
      </w:r>
    </w:p>
    <w:p>
      <w:r>
        <w:rPr>
          <w:b/>
        </w:rPr>
        <w:t xml:space="preserve">[23:12] </w:t>
      </w:r>
      <w:r>
        <w:t>qaim hoga ek waqt aye ga woh.</w:t>
      </w:r>
    </w:p>
    <w:p>
      <w:pPr>
        <w:jc w:val="right"/>
      </w:pPr>
      <w:r>
        <w:t>قائم ہوگا ایک وقت آئے گا وہ۔</w:t>
      </w:r>
    </w:p>
    <w:p>
      <w:r>
        <w:rPr>
          <w:b/>
        </w:rPr>
        <w:t xml:space="preserve">[23:15] </w:t>
      </w:r>
      <w:r>
        <w:t>arab mein aur arab se bahir dunya mein, arab mein aur nan arab mein har jagah.</w:t>
      </w:r>
    </w:p>
    <w:p>
      <w:pPr>
        <w:jc w:val="right"/>
      </w:pPr>
      <w:r>
        <w:t>عرب میں اور عرب سے باہر دنیا میں، عرب میں اور نان عرب میں ہر جگہ۔</w:t>
      </w:r>
    </w:p>
    <w:p>
      <w:r>
        <w:rPr>
          <w:b/>
        </w:rPr>
        <w:t xml:space="preserve">[23:22] </w:t>
      </w:r>
      <w:r>
        <w:t>us waqt jab ke makay mein yani halaat bohat hi sakht thay.</w:t>
      </w:r>
    </w:p>
    <w:p>
      <w:pPr>
        <w:jc w:val="right"/>
      </w:pPr>
      <w:r>
        <w:t>اس وقت جب کہ مکے میں یعنی حالات بہت ہی سخت تھے۔</w:t>
      </w:r>
    </w:p>
    <w:p>
      <w:r>
        <w:rPr>
          <w:b/>
        </w:rPr>
        <w:t xml:space="preserve">[23:27] </w:t>
      </w:r>
      <w:r>
        <w:t>is mein ek aalmi revolution ka pesh kiya.</w:t>
      </w:r>
    </w:p>
    <w:p>
      <w:pPr>
        <w:jc w:val="right"/>
      </w:pPr>
      <w:r>
        <w:t>اس میں ایک عالمی ریولوشن کا پیش کیا۔</w:t>
      </w:r>
    </w:p>
    <w:p>
      <w:r>
        <w:rPr>
          <w:b/>
        </w:rPr>
        <w:t xml:space="preserve">[23:31] </w:t>
      </w:r>
      <w:r>
        <w:t>aap ne farmaya ke tum is ko samajhte ho ke sada baat hai? yeh ek aalmi revolution aanay</w:t>
      </w:r>
    </w:p>
    <w:p>
      <w:pPr>
        <w:jc w:val="right"/>
      </w:pPr>
      <w:r>
        <w:t>آپ نے فرمایا کہ تم اس کو سمجھتے ہو کہ سادہ بات ہے؟ یہ ایک عالمی ریولوشن آنے</w:t>
      </w:r>
    </w:p>
    <w:p>
      <w:r>
        <w:rPr>
          <w:b/>
        </w:rPr>
        <w:t xml:space="preserve">[23:39] </w:t>
      </w:r>
      <w:r>
        <w:t>wala hai.</w:t>
      </w:r>
    </w:p>
    <w:p>
      <w:pPr>
        <w:jc w:val="right"/>
      </w:pPr>
      <w:r>
        <w:t>والا ہے۔</w:t>
      </w:r>
    </w:p>
    <w:p>
      <w:r>
        <w:rPr>
          <w:b/>
        </w:rPr>
        <w:t xml:space="preserve">[23:40] </w:t>
      </w:r>
      <w:r>
        <w:t>aisi ek hadith hai isi zamane ki maki daur ki ke logon ne shikayat ki ke hum bohat</w:t>
      </w:r>
    </w:p>
    <w:p>
      <w:pPr>
        <w:jc w:val="right"/>
      </w:pPr>
      <w:r>
        <w:t>ایسی ایک حدیث ہے اسی زمانے کی مکی دور کی کہ لوگوں نے شکایت کی کہ ہم بہت</w:t>
      </w:r>
    </w:p>
    <w:p>
      <w:r>
        <w:rPr>
          <w:b/>
        </w:rPr>
        <w:t xml:space="preserve">[23:48] </w:t>
      </w:r>
      <w:r>
        <w:t>musibat mein hain.</w:t>
      </w:r>
    </w:p>
    <w:p>
      <w:pPr>
        <w:jc w:val="right"/>
      </w:pPr>
      <w:r>
        <w:t>مصیبت میں ہیں۔</w:t>
      </w:r>
    </w:p>
    <w:p>
      <w:r>
        <w:rPr>
          <w:b/>
        </w:rPr>
        <w:t xml:space="preserve">[23:49] </w:t>
      </w:r>
      <w:r>
        <w:t>yani sahaba ne shikayat ki hum bohat musibat mein hain.</w:t>
      </w:r>
    </w:p>
    <w:p>
      <w:pPr>
        <w:jc w:val="right"/>
      </w:pPr>
      <w:r>
        <w:t>یعنی صحابہ نے شکایت کی ہم بہت مصیبت میں ہیں۔</w:t>
      </w:r>
    </w:p>
    <w:p>
      <w:r>
        <w:rPr>
          <w:b/>
        </w:rPr>
        <w:t xml:space="preserve">[23:54] </w:t>
      </w:r>
      <w:r>
        <w:t>to ek hadith hai jo bukhari mein mojood hai ke tum ek shikayat karte ho halankay woh daur</w:t>
      </w:r>
    </w:p>
    <w:p>
      <w:pPr>
        <w:jc w:val="right"/>
      </w:pPr>
      <w:r>
        <w:t>تو ایک حدیث ہے جو بخاری میں موجود ہے کہ تم ایک شکایت کرتے ہو حالانکہ وہ دور</w:t>
      </w:r>
    </w:p>
    <w:p>
      <w:r>
        <w:rPr>
          <w:b/>
        </w:rPr>
        <w:t xml:space="preserve">[24:01] </w:t>
      </w:r>
      <w:r>
        <w:t>aanay wala hai jabkay ek aurat yasalaf se hira tak jaye gi.</w:t>
      </w:r>
    </w:p>
    <w:p>
      <w:pPr>
        <w:jc w:val="right"/>
      </w:pPr>
      <w:r>
        <w:t>آنے والا ہے جبکہ ایک عورت یسلف سے حیرہ تک جائے گی۔</w:t>
      </w:r>
    </w:p>
    <w:p>
      <w:r>
        <w:rPr>
          <w:b/>
        </w:rPr>
        <w:t xml:space="preserve">[24:06] </w:t>
      </w:r>
      <w:r>
        <w:t>ek aur riwayat mein hai ke sana se sana se haider mout tak jaye gi aur is ko</w:t>
      </w:r>
    </w:p>
    <w:p>
      <w:pPr>
        <w:jc w:val="right"/>
      </w:pPr>
      <w:r>
        <w:t>ایک اور روایت میں ہے کہ ثناء سے ثناء سے حیدر موت تک جائے گی اور اس کو</w:t>
      </w:r>
    </w:p>
    <w:p>
      <w:r>
        <w:rPr>
          <w:b/>
        </w:rPr>
        <w:t xml:space="preserve">[24:14] </w:t>
      </w:r>
      <w:r>
        <w:t>kisi ka khatra nahi hoga.</w:t>
      </w:r>
    </w:p>
    <w:p>
      <w:pPr>
        <w:jc w:val="right"/>
      </w:pPr>
      <w:r>
        <w:t>کسی کا خطرہ نہیں ہوگا۔</w:t>
      </w:r>
    </w:p>
    <w:p>
      <w:r>
        <w:rPr>
          <w:b/>
        </w:rPr>
        <w:t xml:space="preserve">[24:16] </w:t>
      </w:r>
      <w:r>
        <w:t>yani lazzat freedom ka daur aye ga, communication ka daur aye ga.</w:t>
      </w:r>
    </w:p>
    <w:p>
      <w:pPr>
        <w:jc w:val="right"/>
      </w:pPr>
      <w:r>
        <w:t>یعنی لذت فریڈم کا دور آئے گا، کمیونیکیشن کا دور آئے گا۔</w:t>
      </w:r>
    </w:p>
    <w:p>
      <w:r>
        <w:rPr>
          <w:b/>
        </w:rPr>
        <w:t xml:space="preserve">[24:21] </w:t>
      </w:r>
      <w:r>
        <w:t>ek naya tareekh mein ek naya inqilab aye ga.</w:t>
      </w:r>
    </w:p>
    <w:p>
      <w:pPr>
        <w:jc w:val="right"/>
      </w:pPr>
      <w:r>
        <w:t>ایک نیا تاریخ میں ایک نیا انقلاب آئے گا۔</w:t>
      </w:r>
    </w:p>
    <w:p>
      <w:r>
        <w:rPr>
          <w:b/>
        </w:rPr>
        <w:t xml:space="preserve">[24:25] </w:t>
      </w:r>
      <w:r>
        <w:t>yeh sab maujood thay hadith mein yeh baatein.</w:t>
      </w:r>
    </w:p>
    <w:p>
      <w:pPr>
        <w:jc w:val="right"/>
      </w:pPr>
      <w:r>
        <w:t>یہ سب موجود تھے حدیث میں یہ باتیں۔</w:t>
      </w:r>
    </w:p>
    <w:p>
      <w:r>
        <w:rPr>
          <w:b/>
        </w:rPr>
        <w:t xml:space="preserve">[24:29] </w:t>
      </w:r>
      <w:r>
        <w:t>lekin logon ne chunke hadith ko mauzu bana diya juzviyat shariyat ka, natija yeh hai ke in baaton</w:t>
      </w:r>
    </w:p>
    <w:p>
      <w:pPr>
        <w:jc w:val="right"/>
      </w:pPr>
      <w:r>
        <w:t>لیکن لوگوں نے چونکہ حدیث کو موضوع بنا دیا جزئیات شریعت کا، نتیجہ یہ ہے کہ ان باتوں</w:t>
      </w:r>
    </w:p>
    <w:p>
      <w:r>
        <w:rPr>
          <w:b/>
        </w:rPr>
        <w:t xml:space="preserve">[24:36] </w:t>
      </w:r>
      <w:r>
        <w:t>se bekhabar rahe.</w:t>
      </w:r>
    </w:p>
    <w:p>
      <w:pPr>
        <w:jc w:val="right"/>
      </w:pPr>
      <w:r>
        <w:t>سے بے خبر رہے۔</w:t>
      </w:r>
    </w:p>
    <w:p>
      <w:r>
        <w:rPr>
          <w:b/>
        </w:rPr>
        <w:t xml:space="preserve">[24:38] </w:t>
      </w:r>
      <w:r>
        <w:t>yeh bohat hi ajeeb o ghareeb baat mein arz kar raha hoon ke hadith mein jo peshangoiyaan theen</w:t>
      </w:r>
    </w:p>
    <w:p>
      <w:pPr>
        <w:jc w:val="right"/>
      </w:pPr>
      <w:r>
        <w:t>یہ بہت ہی عجیب و غریب بات میں عرض کر رہا ہوں کہ حدیث میں جو پیشنگوئیاں تھیں</w:t>
      </w:r>
    </w:p>
    <w:p>
      <w:r>
        <w:rPr>
          <w:b/>
        </w:rPr>
        <w:t xml:space="preserve">[24:46] </w:t>
      </w:r>
      <w:r>
        <w:t>itni bari bari, is se musalman bekhabar rahe.</w:t>
      </w:r>
    </w:p>
    <w:p>
      <w:pPr>
        <w:jc w:val="right"/>
      </w:pPr>
      <w:r>
        <w:t>اتنی بڑی بڑی، اس سے مسلمان بے خبر رہے۔</w:t>
      </w:r>
    </w:p>
    <w:p>
      <w:r>
        <w:rPr>
          <w:b/>
        </w:rPr>
        <w:t xml:space="preserve">[24:50] </w:t>
      </w:r>
      <w:r>
        <w:t>waqea banne ke baad bhi yani woh peshangoiyaan waqea ban gayeen, tab bhi bekhabar rahe, bekhabar</w:t>
      </w:r>
    </w:p>
    <w:p>
      <w:pPr>
        <w:jc w:val="right"/>
      </w:pPr>
      <w:r>
        <w:t>واقعہ بننے کے بعد بھی یعنی وہ پیشنگوئیاں واقعہ بن گئیں، تب بھی بے خبر رہے، بے خبر</w:t>
      </w:r>
    </w:p>
    <w:p>
      <w:r>
        <w:rPr>
          <w:b/>
        </w:rPr>
        <w:t xml:space="preserve">[24:57] </w:t>
      </w:r>
      <w:r>
        <w:t>rahe.</w:t>
      </w:r>
    </w:p>
    <w:p>
      <w:pPr>
        <w:jc w:val="right"/>
      </w:pPr>
      <w:r>
        <w:t>رہے۔</w:t>
      </w:r>
    </w:p>
    <w:p>
      <w:r>
        <w:rPr>
          <w:b/>
        </w:rPr>
        <w:t xml:space="preserve">[24:59] </w:t>
      </w:r>
      <w:r>
        <w:t>in ki khabar di hai secular logon ne.</w:t>
      </w:r>
    </w:p>
    <w:p>
      <w:pPr>
        <w:jc w:val="right"/>
      </w:pPr>
      <w:r>
        <w:t>ان کی خبر دی ہے سیکولر لوگوں نے۔</w:t>
      </w:r>
    </w:p>
    <w:p>
      <w:r>
        <w:rPr>
          <w:b/>
        </w:rPr>
        <w:t xml:space="preserve">[25:02] </w:t>
      </w:r>
      <w:r>
        <w:t>mein ne musalmanon ki kitabein parh kar ke yani arabi, farsi, urdu kitabein jo musalmanon ki hain, is</w:t>
      </w:r>
    </w:p>
    <w:p>
      <w:pPr>
        <w:jc w:val="right"/>
      </w:pPr>
      <w:r>
        <w:t>میں نے مسلمانوں کی کتابیں پڑھ کر کے یعنی عربی، فارسی، اردو کتابیں جو مسلمانوں کی ہیں، اس</w:t>
      </w:r>
    </w:p>
    <w:p>
      <w:r>
        <w:rPr>
          <w:b/>
        </w:rPr>
        <w:t xml:space="preserve">[25:10] </w:t>
      </w:r>
      <w:r>
        <w:t>se mein ne nahin jaana tha in baaton ko.</w:t>
      </w:r>
    </w:p>
    <w:p>
      <w:pPr>
        <w:jc w:val="right"/>
      </w:pPr>
      <w:r>
        <w:t>سے میں نے نہیں جانا تھا ان باتوں کو۔</w:t>
      </w:r>
    </w:p>
    <w:p>
      <w:r>
        <w:rPr>
          <w:b/>
        </w:rPr>
        <w:t xml:space="preserve">[25:14] </w:t>
      </w:r>
      <w:r>
        <w:t>jab mein ne parha secular musannifeen ki kitab, tab mujhe maloom hua ke islam ne kya inqilab barpa</w:t>
      </w:r>
    </w:p>
    <w:p>
      <w:pPr>
        <w:jc w:val="right"/>
      </w:pPr>
      <w:r>
        <w:t>جب میں نے پڑھا سیکولر مصنفین کی کتاب، تب مجھے معلوم ہوا کہ اسلام نے کیا انقلاب برپا</w:t>
      </w:r>
    </w:p>
    <w:p>
      <w:r>
        <w:rPr>
          <w:b/>
        </w:rPr>
        <w:t xml:space="preserve">[25:22] </w:t>
      </w:r>
      <w:r>
        <w:t>kiya.</w:t>
      </w:r>
    </w:p>
    <w:p>
      <w:pPr>
        <w:jc w:val="right"/>
      </w:pPr>
      <w:r>
        <w:t>کیا۔</w:t>
      </w:r>
    </w:p>
    <w:p>
      <w:r>
        <w:rPr>
          <w:b/>
        </w:rPr>
        <w:t xml:space="preserve">[25:23] </w:t>
      </w:r>
      <w:r>
        <w:t>tareekh mein islam ne kya inqilab barpa kiya.</w:t>
      </w:r>
    </w:p>
    <w:p>
      <w:pPr>
        <w:jc w:val="right"/>
      </w:pPr>
      <w:r>
        <w:t>تاریخ میں اسلام نے کیا انقلاب برپا کیا۔</w:t>
      </w:r>
    </w:p>
    <w:p>
      <w:r>
        <w:rPr>
          <w:b/>
        </w:rPr>
        <w:t xml:space="preserve">[25:27] </w:t>
      </w:r>
      <w:r>
        <w:t>mein aap ko chand misalein deta hoon.</w:t>
      </w:r>
    </w:p>
    <w:p>
      <w:pPr>
        <w:jc w:val="right"/>
      </w:pPr>
      <w:r>
        <w:t>میں آپ کو چند مثالیں دیتا ہوں۔</w:t>
      </w:r>
    </w:p>
    <w:p>
      <w:r>
        <w:rPr>
          <w:b/>
        </w:rPr>
        <w:t xml:space="preserve">[25:30] </w:t>
      </w:r>
      <w:r>
        <w:t>misalan dekhiye ek sawal yeh hai ke tareekh mein pehle taraqqi nahin thi, misalan bijli nahin thi, car</w:t>
      </w:r>
    </w:p>
    <w:p>
      <w:pPr>
        <w:jc w:val="right"/>
      </w:pPr>
      <w:r>
        <w:t>مثلاً دیکھیے ایک سوال یہ ہے کہ تاریخ میں پہلے ترقیہ نہیں تھی، مثلاً بجلی نہیں تھی، کار</w:t>
      </w:r>
    </w:p>
    <w:p>
      <w:r>
        <w:rPr>
          <w:b/>
        </w:rPr>
        <w:t xml:space="preserve">[25:37] </w:t>
      </w:r>
      <w:r>
        <w:t>nahin thi, hawa jahaz nahin tha.</w:t>
      </w:r>
    </w:p>
    <w:p>
      <w:pPr>
        <w:jc w:val="right"/>
      </w:pPr>
      <w:r>
        <w:t>نہیں تھی، ہوا جہاز نہیں تھا۔</w:t>
      </w:r>
    </w:p>
    <w:p>
      <w:r>
        <w:rPr>
          <w:b/>
        </w:rPr>
        <w:t xml:space="preserve">[25:40] </w:t>
      </w:r>
      <w:r>
        <w:t>ab kahan se ho gaya yeh? kaise aisa hua? is ka genesis kya hai? to Arnold Toynbee</w:t>
      </w:r>
    </w:p>
    <w:p>
      <w:pPr>
        <w:jc w:val="right"/>
      </w:pPr>
      <w:r>
        <w:t>اب کہاں سے ہو گیا یہ؟ کیسے ایسا ہوا؟ اس کا جنیسس کیا ہے؟ تو ارلڈ ٹائن بھی</w:t>
      </w:r>
    </w:p>
    <w:p>
      <w:r>
        <w:rPr>
          <w:b/>
        </w:rPr>
        <w:t xml:space="preserve">[25:48] </w:t>
      </w:r>
      <w:r>
        <w:t>ne likha hai ke tareekh mein jo taraqqi ka safar ruka hua tha, is ka sabab tha shirk.</w:t>
      </w:r>
    </w:p>
    <w:p>
      <w:pPr>
        <w:jc w:val="right"/>
      </w:pPr>
      <w:r>
        <w:t>نے لکھا ہے کہ تاریخ میں جو ترقی کا سفر رکا ہوا تھا، اس کا سبب تھا شرک۔</w:t>
      </w:r>
    </w:p>
    <w:p>
      <w:r>
        <w:rPr>
          <w:b/>
        </w:rPr>
        <w:t xml:space="preserve">[25:55] </w:t>
      </w:r>
      <w:r>
        <w:t>shirk ka matlab hai nature worship.</w:t>
      </w:r>
    </w:p>
    <w:p>
      <w:pPr>
        <w:jc w:val="right"/>
      </w:pPr>
      <w:r>
        <w:t>شرک کا مطلب ہے نیچر ورشپ۔</w:t>
      </w:r>
    </w:p>
    <w:p>
      <w:r>
        <w:rPr>
          <w:b/>
        </w:rPr>
        <w:t xml:space="preserve">[25:58] </w:t>
      </w:r>
      <w:r>
        <w:t>nature worship.</w:t>
      </w:r>
    </w:p>
    <w:p>
      <w:pPr>
        <w:jc w:val="right"/>
      </w:pPr>
      <w:r>
        <w:t>نیچر ورشپ۔</w:t>
      </w:r>
    </w:p>
    <w:p>
      <w:r>
        <w:rPr>
          <w:b/>
        </w:rPr>
        <w:t xml:space="preserve">[25:59] </w:t>
      </w:r>
      <w:r>
        <w:t>jab nature worship ki wajah se kya tha? ke sab kuch taraqqi nature mein bhi thi ya bijli</w:t>
      </w:r>
    </w:p>
    <w:p>
      <w:pPr>
        <w:jc w:val="right"/>
      </w:pPr>
      <w:r>
        <w:t>جب نیچر ورشپ کی وجہ سے کیا تھا؟ کہ سب کچھ ترقیہ نیچر میں بھی تھی یا بجلی</w:t>
      </w:r>
    </w:p>
    <w:p>
      <w:r>
        <w:rPr>
          <w:b/>
        </w:rPr>
        <w:t xml:space="preserve">[26:07] </w:t>
      </w:r>
      <w:r>
        <w:t>bhi nature mein chupi hui thi? communication sara nature mein chupa hua tha.</w:t>
      </w:r>
    </w:p>
    <w:p>
      <w:pPr>
        <w:jc w:val="right"/>
      </w:pPr>
      <w:r>
        <w:t>بھی نیچر میں چھپی ہوئی تھی؟ کمیونیکیشن سارا نیچر میں چھپا ہوا تھا۔</w:t>
      </w:r>
    </w:p>
    <w:p>
      <w:r>
        <w:rPr>
          <w:b/>
        </w:rPr>
        <w:t xml:space="preserve">[26:13] </w:t>
      </w:r>
      <w:r>
        <w:t>sab nature hi ko explore kar ke sab taraqqiyaat hui hain.</w:t>
      </w:r>
    </w:p>
    <w:p>
      <w:pPr>
        <w:jc w:val="right"/>
      </w:pPr>
      <w:r>
        <w:t>سب نیچر ہی کو ایکسپلور کر کے سب ترقیات ہوئی ہیں۔</w:t>
      </w:r>
    </w:p>
    <w:p>
      <w:r>
        <w:rPr>
          <w:b/>
        </w:rPr>
        <w:t xml:space="preserve">[26:17] </w:t>
      </w:r>
      <w:r>
        <w:t>woh sari taraqqiyaat jis ko hum aaj saiyansi taraqqiyaat kehte hain, woh nature ko discover kar ke hui</w:t>
      </w:r>
    </w:p>
    <w:p>
      <w:pPr>
        <w:jc w:val="right"/>
      </w:pPr>
      <w:r>
        <w:t>وہ ساری ترقیات جس کو ہم آج سائنسی ترقیات کہتے ہیں، وہ نیچر کو ڈسکور کر کے ہوئی</w:t>
      </w:r>
    </w:p>
    <w:p>
      <w:r>
        <w:rPr>
          <w:b/>
        </w:rPr>
        <w:t xml:space="preserve">[26:25]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[26:27] </w:t>
      </w:r>
      <w:r>
        <w:t>lekin taine bhi likhta hai ke chounke nature ko log poochhte the, har cheez ko poochhte the, to</w:t>
      </w:r>
    </w:p>
    <w:p>
      <w:pPr>
        <w:jc w:val="right"/>
      </w:pPr>
      <w:r>
        <w:t>لیکن ٹائن بھی لکھتا ہے کہ چونکہ نیچر کو لوگ پوچھتے تھے، ہر چیز کو پوچھتے تھے، تو</w:t>
      </w:r>
    </w:p>
    <w:p>
      <w:r>
        <w:rPr>
          <w:b/>
        </w:rPr>
        <w:t xml:space="preserve">[26:34] </w:t>
      </w:r>
      <w:r>
        <w:t>us ne likha hai ke nature jab object of worship bani hui thi to yeh mumkin nahi tha</w:t>
      </w:r>
    </w:p>
    <w:p>
      <w:pPr>
        <w:jc w:val="right"/>
      </w:pPr>
      <w:r>
        <w:t>اس نے لکھا ہے کہ نیچر جب ابجیکٹ آف ورشپ بنی ہوئی تھی تو یہ ممکن نہیں تھا</w:t>
      </w:r>
    </w:p>
    <w:p>
      <w:r>
        <w:rPr>
          <w:b/>
        </w:rPr>
        <w:t xml:space="preserve">[26:42] </w:t>
      </w:r>
      <w:r>
        <w:t>ke isi waqt object of investigation ban sake.</w:t>
      </w:r>
    </w:p>
    <w:p>
      <w:pPr>
        <w:jc w:val="right"/>
      </w:pPr>
      <w:r>
        <w:t>کہ اسی وقت ابجیکٹ آف انویسٹیگیشن بن سکے۔</w:t>
      </w:r>
    </w:p>
    <w:p>
      <w:r>
        <w:rPr>
          <w:b/>
        </w:rPr>
        <w:t xml:space="preserve">[26:45] </w:t>
      </w:r>
      <w:r>
        <w:t>object, object of investigation nahi ban saki.</w:t>
      </w:r>
    </w:p>
    <w:p>
      <w:pPr>
        <w:jc w:val="right"/>
      </w:pPr>
      <w:r>
        <w:t>ابجیکٹ، ابجیکٹ آف انویسٹیگیشن نہیں بن سکی۔</w:t>
      </w:r>
    </w:p>
    <w:p>
      <w:r>
        <w:rPr>
          <w:b/>
        </w:rPr>
        <w:t xml:space="preserve">[26:48] </w:t>
      </w:r>
      <w:r>
        <w:t>woh ek kaam kis kis ne kiya? tauheed ne kiya.</w:t>
      </w:r>
    </w:p>
    <w:p>
      <w:pPr>
        <w:jc w:val="right"/>
      </w:pPr>
      <w:r>
        <w:t>وہ ایک کام کس کس نے کیا؟ توحید نے کیا۔</w:t>
      </w:r>
    </w:p>
    <w:p>
      <w:r>
        <w:rPr>
          <w:b/>
        </w:rPr>
        <w:t xml:space="preserve">[26:53] </w:t>
      </w:r>
      <w:r>
        <w:t>tauheed ne yeh kiya ke nature ko maaboodiyat maqam se hataya.</w:t>
      </w:r>
    </w:p>
    <w:p>
      <w:pPr>
        <w:jc w:val="right"/>
      </w:pPr>
      <w:r>
        <w:t>توحید نے یہ کیا کہ نیچر کو معبودت مقام سے ہٹایا۔</w:t>
      </w:r>
    </w:p>
    <w:p>
      <w:r>
        <w:rPr>
          <w:b/>
        </w:rPr>
        <w:t xml:space="preserve">[26:57] </w:t>
      </w:r>
      <w:r>
        <w:t>nature maabood nahi hai.</w:t>
      </w:r>
    </w:p>
    <w:p>
      <w:pPr>
        <w:jc w:val="right"/>
      </w:pPr>
      <w:r>
        <w:t>نیچر معبود نہیں ہے۔</w:t>
      </w:r>
    </w:p>
    <w:p>
      <w:r>
        <w:rPr>
          <w:b/>
        </w:rPr>
        <w:t xml:space="preserve">[26:59] </w:t>
      </w:r>
      <w:r>
        <w:t>tab ja kar darwaza khula.</w:t>
      </w:r>
    </w:p>
    <w:p>
      <w:pPr>
        <w:jc w:val="right"/>
      </w:pPr>
      <w:r>
        <w:t>تب جا کر دروازہ کھلا۔</w:t>
      </w:r>
    </w:p>
    <w:p>
      <w:r>
        <w:rPr>
          <w:b/>
        </w:rPr>
        <w:t xml:space="preserve">[27:01] </w:t>
      </w:r>
      <w:r>
        <w:t>tab ja kar insaan ne explore karna shuru kiya.</w:t>
      </w:r>
    </w:p>
    <w:p>
      <w:pPr>
        <w:jc w:val="right"/>
      </w:pPr>
      <w:r>
        <w:t>تب جا کر انسان نے ایکسپلور کرنا شروع کیا۔</w:t>
      </w:r>
    </w:p>
    <w:p>
      <w:r>
        <w:rPr>
          <w:b/>
        </w:rPr>
        <w:t xml:space="preserve">[27:05] </w:t>
      </w:r>
      <w:r>
        <w:t>yani nature ko jab worship ke maqam se hataya gaya, tab ja kar darwaza khula aur nature ko</w:t>
      </w:r>
    </w:p>
    <w:p>
      <w:pPr>
        <w:jc w:val="right"/>
      </w:pPr>
      <w:r>
        <w:t>یعنی نیچر کو جب ورشپ کا مقام سے ہٹایا گیا، تب جا کر دروازہ کھلا اور نیچر کو</w:t>
      </w:r>
    </w:p>
    <w:p>
      <w:r>
        <w:rPr>
          <w:b/>
        </w:rPr>
        <w:t xml:space="preserve">[27:13] </w:t>
      </w:r>
      <w:r>
        <w:t>explore karna shuru kiya logon ne.</w:t>
      </w:r>
    </w:p>
    <w:p>
      <w:pPr>
        <w:jc w:val="right"/>
      </w:pPr>
      <w:r>
        <w:t>ایکسپلور کرنا شروع کیا لوگوں نے۔</w:t>
      </w:r>
    </w:p>
    <w:p>
      <w:r>
        <w:rPr>
          <w:b/>
        </w:rPr>
        <w:t xml:space="preserve">[27:15] </w:t>
      </w:r>
      <w:r>
        <w:t>phir hote hote hote hote yeh taraqqiyat huien.</w:t>
      </w:r>
    </w:p>
    <w:p>
      <w:pPr>
        <w:jc w:val="right"/>
      </w:pPr>
      <w:r>
        <w:t>پھر ہوتے ہوتے ہوتے ہوتے یہ ترقیات ہوئیں۔</w:t>
      </w:r>
    </w:p>
    <w:p>
      <w:r>
        <w:rPr>
          <w:b/>
        </w:rPr>
        <w:t xml:space="preserve">[27:19] </w:t>
      </w:r>
      <w:r>
        <w:t>yeh kisi musalman ne nahi bata saka koi.</w:t>
      </w:r>
    </w:p>
    <w:p>
      <w:pPr>
        <w:jc w:val="right"/>
      </w:pPr>
      <w:r>
        <w:t>یہ کسی مسلمان نے نہیں بتا سکا کوئی۔</w:t>
      </w:r>
    </w:p>
    <w:p>
      <w:r>
        <w:rPr>
          <w:b/>
        </w:rPr>
        <w:t xml:space="preserve">[27:22] </w:t>
      </w:r>
      <w:r>
        <w:t>yeh arnold taine bhi ne bataya yeh.</w:t>
      </w:r>
    </w:p>
    <w:p>
      <w:pPr>
        <w:jc w:val="right"/>
      </w:pPr>
      <w:r>
        <w:t>یہ ارلڈ ٹائن بھی نے بتایا یہ۔</w:t>
      </w:r>
    </w:p>
    <w:p>
      <w:r>
        <w:rPr>
          <w:b/>
        </w:rPr>
        <w:t xml:space="preserve">[27:25] </w:t>
      </w:r>
      <w:r>
        <w:t>chounke musalman to hadees ko samajhte hain ke juziyat shariyat ka ke kis mein se nikalna hai.</w:t>
      </w:r>
    </w:p>
    <w:p>
      <w:pPr>
        <w:jc w:val="right"/>
      </w:pPr>
      <w:r>
        <w:t>کیونکہ مسلمان تو حدیث کو سمجھتے ہیں کہ جزئیات شریعت کا کہ کو اس میں سے نکالنا ہے۔</w:t>
      </w:r>
    </w:p>
    <w:p>
      <w:r>
        <w:rPr>
          <w:b/>
        </w:rPr>
        <w:t xml:space="preserve">[27:33] </w:t>
      </w:r>
      <w:r>
        <w:t>hadees ko juziyat shariyat ka maakhaz bana rakha hai.</w:t>
      </w:r>
    </w:p>
    <w:p>
      <w:pPr>
        <w:jc w:val="right"/>
      </w:pPr>
      <w:r>
        <w:t>حدیث کو جزئیات شریعت کا ماخذ بنا رکھا ہے۔</w:t>
      </w:r>
    </w:p>
    <w:p>
      <w:r>
        <w:rPr>
          <w:b/>
        </w:rPr>
        <w:t xml:space="preserve">[27:37] </w:t>
      </w:r>
      <w:r>
        <w:t>aap kisi madarse mein jaiye, wahan aap rahiye saal bhar to dekhiye hadees ka koi kis tarah padhaya</w:t>
      </w:r>
    </w:p>
    <w:p>
      <w:pPr>
        <w:jc w:val="right"/>
      </w:pPr>
      <w:r>
        <w:t>آپ کسی مدرسے میں جائیے، وہاں آپ رہیے سال بھر تو دیکھیے حدیث کا کوئی کس طرح پڑھایا</w:t>
      </w:r>
    </w:p>
    <w:p>
      <w:r>
        <w:rPr>
          <w:b/>
        </w:rPr>
        <w:t xml:space="preserve">[27:45] </w:t>
      </w:r>
      <w:r>
        <w:t>jata hai.</w:t>
      </w:r>
    </w:p>
    <w:p>
      <w:pPr>
        <w:jc w:val="right"/>
      </w:pPr>
      <w:r>
        <w:t>جاتا ہے۔</w:t>
      </w:r>
    </w:p>
    <w:p>
      <w:r>
        <w:rPr>
          <w:b/>
        </w:rPr>
        <w:t xml:space="preserve">[27:46] </w:t>
      </w:r>
      <w:r>
        <w:t>wahan ek saal ja kar hadees ke dars mein baithiye to hadees ke zariye se woh kya nikalte</w:t>
      </w:r>
    </w:p>
    <w:p>
      <w:pPr>
        <w:jc w:val="right"/>
      </w:pPr>
      <w:r>
        <w:t>وہاں ایک سال جا کر حدیث کے درس میں بیٹھیے تو حدیث کے ذریعے سے وہ کیا نکالتے</w:t>
      </w:r>
    </w:p>
    <w:p>
      <w:r>
        <w:rPr>
          <w:b/>
        </w:rPr>
        <w:t xml:space="preserve">[27:54] </w:t>
      </w:r>
      <w:r>
        <w:t>hain? juziyat, juziyati masail.</w:t>
      </w:r>
    </w:p>
    <w:p>
      <w:pPr>
        <w:jc w:val="right"/>
      </w:pPr>
      <w:r>
        <w:t>ہیں؟ جزئیات، جزئیاتی مسائل۔</w:t>
      </w:r>
    </w:p>
    <w:p>
      <w:r>
        <w:rPr>
          <w:b/>
        </w:rPr>
        <w:t xml:space="preserve">[27:55] </w:t>
      </w:r>
      <w:r>
        <w:t>un ko pata hi nahi ke hadees mein badi badi baatein hain.</w:t>
      </w:r>
    </w:p>
    <w:p>
      <w:pPr>
        <w:jc w:val="right"/>
      </w:pPr>
      <w:r>
        <w:t>ان کو پتہ ہی نہیں کہ حدیث میں بڑی بڑی باتیں ہیں۔</w:t>
      </w:r>
    </w:p>
    <w:p>
      <w:r>
        <w:rPr>
          <w:b/>
        </w:rPr>
        <w:t xml:space="preserve">[28:01] </w:t>
      </w:r>
      <w:r>
        <w:t>aise hi dekhiye quran mein ishara kiya gaya tha aur hadees mein is ki tafseel thi ke ek</w:t>
      </w:r>
    </w:p>
    <w:p>
      <w:pPr>
        <w:jc w:val="right"/>
      </w:pPr>
      <w:r>
        <w:t>ایسے ہی دیکھیے قرآن میں اشارہ کیا گیا تھا اور حدیث میں اس کی تفصیل تھی کہ ایک</w:t>
      </w:r>
    </w:p>
    <w:p>
      <w:r>
        <w:rPr>
          <w:b/>
        </w:rPr>
        <w:t xml:space="preserve">[28:08] </w:t>
      </w:r>
      <w:r>
        <w:t>inqilab aane wala hai, ek naya inqilab tareekh mein.</w:t>
      </w:r>
    </w:p>
    <w:p>
      <w:pPr>
        <w:jc w:val="right"/>
      </w:pPr>
      <w:r>
        <w:t>انقلاب آنے والا ہے، ایک نیا انقلاب تاریخ میں۔</w:t>
      </w:r>
    </w:p>
    <w:p>
      <w:r>
        <w:rPr>
          <w:b/>
        </w:rPr>
        <w:t xml:space="preserve">[28:12] </w:t>
      </w:r>
      <w:r>
        <w:t>lekin koi musalman is ki nishandahi nahi kar saka.</w:t>
      </w:r>
    </w:p>
    <w:p>
      <w:pPr>
        <w:jc w:val="right"/>
      </w:pPr>
      <w:r>
        <w:t>لیکن کوئی مسلمان اس کی نشاد نہیں کر سکا۔</w:t>
      </w:r>
    </w:p>
    <w:p>
      <w:r>
        <w:rPr>
          <w:b/>
        </w:rPr>
        <w:t xml:space="preserve">[28:16] </w:t>
      </w:r>
      <w:r>
        <w:t>chounke woh bas afzaliyat aur nahi nahi, yeh afzal hai, woh afzal, isi baaton mein pade rahe woh</w:t>
      </w:r>
    </w:p>
    <w:p>
      <w:pPr>
        <w:jc w:val="right"/>
      </w:pPr>
      <w:r>
        <w:t>کیونکہ وہ بس افضلیت اور نہیں نہیں، یہ افضل ہے، وہ افضل، اسی باتوں میں پڑے رہے وہ</w:t>
      </w:r>
    </w:p>
    <w:p>
      <w:r>
        <w:rPr>
          <w:b/>
        </w:rPr>
        <w:t xml:space="preserve">[28:24] </w:t>
      </w:r>
      <w:r>
        <w:t>log.</w:t>
      </w:r>
    </w:p>
    <w:p>
      <w:pPr>
        <w:jc w:val="right"/>
      </w:pPr>
      <w:r>
        <w:t>لوگ۔</w:t>
      </w:r>
    </w:p>
    <w:p>
      <w:r>
        <w:rPr>
          <w:b/>
        </w:rPr>
        <w:t xml:space="preserve">[28:25] </w:t>
      </w:r>
      <w:r>
        <w:t>sab se pehle ziyada wazeh tor par jis ne likhi yeh baat, woh hai France ka Henry Preen.</w:t>
      </w:r>
    </w:p>
    <w:p>
      <w:pPr>
        <w:jc w:val="right"/>
      </w:pPr>
      <w:r>
        <w:t>سب سے پہلے زیادہ واضح طور پر جس نے لکھی یہ بات، وہ ہے فرانس کا ہینری پرین۔</w:t>
      </w:r>
    </w:p>
    <w:p>
      <w:r>
        <w:rPr>
          <w:b/>
        </w:rPr>
        <w:t xml:space="preserve">[28:33] </w:t>
      </w:r>
      <w:r>
        <w:t>Henry Piren ne yeh likha hai ke Islam changed the course of history, the traditional order of history</w:t>
      </w:r>
    </w:p>
    <w:p>
      <w:pPr>
        <w:jc w:val="right"/>
      </w:pPr>
      <w:r>
        <w:t>ہینری پرین نے یہ لکھا ہے کہ اسلام چینج دا کورس آف ہسٹری، دا ٹریڈیشنل آرڈر آف ہسٹری</w:t>
      </w:r>
    </w:p>
    <w:p>
      <w:r>
        <w:rPr>
          <w:b/>
        </w:rPr>
        <w:t xml:space="preserve">[28:41] </w:t>
      </w:r>
      <w:r>
        <w:t>was overthrown.</w:t>
      </w:r>
    </w:p>
    <w:p>
      <w:pPr>
        <w:jc w:val="right"/>
      </w:pPr>
      <w:r>
        <w:t>واز اوور تھرون۔</w:t>
      </w:r>
    </w:p>
    <w:p>
      <w:r>
        <w:rPr>
          <w:b/>
        </w:rPr>
        <w:t xml:space="preserve">[28:42] </w:t>
      </w:r>
      <w:r>
        <w:t>Islam changed the face of the globe.</w:t>
      </w:r>
    </w:p>
    <w:p>
      <w:pPr>
        <w:jc w:val="right"/>
      </w:pPr>
      <w:r>
        <w:t>اسلام چینج دا فیس آف دا گلوب۔</w:t>
      </w:r>
    </w:p>
    <w:p>
      <w:r>
        <w:rPr>
          <w:b/>
        </w:rPr>
        <w:t xml:space="preserve">[28:45] </w:t>
      </w:r>
      <w:r>
        <w:t>Islam changed the face of the globe.</w:t>
      </w:r>
    </w:p>
    <w:p>
      <w:pPr>
        <w:jc w:val="right"/>
      </w:pPr>
      <w:r>
        <w:t>اسلام چینج دا فیس آف دا گلوب۔</w:t>
      </w:r>
    </w:p>
    <w:p>
      <w:r>
        <w:rPr>
          <w:b/>
        </w:rPr>
        <w:t xml:space="preserve">[28:48] </w:t>
      </w:r>
      <w:r>
        <w:t>The traditional order of history was overthrown.</w:t>
      </w:r>
    </w:p>
    <w:p>
      <w:pPr>
        <w:jc w:val="right"/>
      </w:pPr>
      <w:r>
        <w:t>دا ٹریڈیشنل آرڈر آف ہسٹری واز اوور تھرون۔</w:t>
      </w:r>
    </w:p>
    <w:p>
      <w:r>
        <w:rPr>
          <w:b/>
        </w:rPr>
        <w:t xml:space="preserve">[28:52] </w:t>
      </w:r>
      <w:r>
        <w:t>yeh Henry Preen ne likha hai.</w:t>
      </w:r>
    </w:p>
    <w:p>
      <w:pPr>
        <w:jc w:val="right"/>
      </w:pPr>
      <w:r>
        <w:t>یہ ہینری پرین نے لکھا ہے۔</w:t>
      </w:r>
    </w:p>
    <w:p>
      <w:r>
        <w:rPr>
          <w:b/>
        </w:rPr>
        <w:t xml:space="preserve">[28:54] </w:t>
      </w:r>
      <w:r>
        <w:t>kisi koi musalman nahi likh saka is ko.</w:t>
      </w:r>
    </w:p>
    <w:p>
      <w:pPr>
        <w:jc w:val="right"/>
      </w:pPr>
      <w:r>
        <w:t>کسی کوئی مسلمان نہیں لکھ سکا اس کو۔</w:t>
      </w:r>
    </w:p>
    <w:p>
      <w:r>
        <w:rPr>
          <w:b/>
        </w:rPr>
        <w:t xml:space="preserve">[28:58] </w:t>
      </w:r>
      <w:r>
        <w:t>agarche sab isharat maujood the hadith mein.</w:t>
      </w:r>
    </w:p>
    <w:p>
      <w:pPr>
        <w:jc w:val="right"/>
      </w:pPr>
      <w:r>
        <w:t>اگرچہ سب اشارات موجود تھے حدیث میں۔</w:t>
      </w:r>
    </w:p>
    <w:p>
      <w:r>
        <w:rPr>
          <w:b/>
        </w:rPr>
        <w:t xml:space="preserve">[29:01] </w:t>
      </w:r>
      <w:r>
        <w:t>Quran mein isharat the, hadith mein bari tafseel thi.</w:t>
      </w:r>
    </w:p>
    <w:p>
      <w:pPr>
        <w:jc w:val="right"/>
      </w:pPr>
      <w:r>
        <w:t>قرآن میں اشارات تھے، حدیث میں بڑی تفصیل تھی۔</w:t>
      </w:r>
    </w:p>
    <w:p>
      <w:r>
        <w:rPr>
          <w:b/>
        </w:rPr>
        <w:t xml:space="preserve">[29:04] </w:t>
      </w:r>
      <w:r>
        <w:t>lekin chounke hadith ko logon ne juzviyat shariyat ka mozu bana liya hai, in baaton ko samajh nahi</w:t>
      </w:r>
    </w:p>
    <w:p>
      <w:pPr>
        <w:jc w:val="right"/>
      </w:pPr>
      <w:r>
        <w:t>لیکن چونکہ حدیث کو لوگوں نے جزئیات شریعت کا موضوع بنا لیا ہے، ان باتوں کو سمجھ نہیں</w:t>
      </w:r>
    </w:p>
    <w:p>
      <w:r>
        <w:rPr>
          <w:b/>
        </w:rPr>
        <w:t xml:space="preserve">[29:12] </w:t>
      </w:r>
      <w:r>
        <w:t>sake woh.</w:t>
      </w:r>
    </w:p>
    <w:p>
      <w:pPr>
        <w:jc w:val="right"/>
      </w:pPr>
      <w:r>
        <w:t>سکے وہ۔</w:t>
      </w:r>
    </w:p>
    <w:p>
      <w:r>
        <w:rPr>
          <w:b/>
        </w:rPr>
        <w:t xml:space="preserve">[29:14] </w:t>
      </w:r>
      <w:r>
        <w:t>aur tareekh mein sab se pehli jo kitab likhi gayi Rasool Allah ki azmat par, woh kitab hai</w:t>
      </w:r>
    </w:p>
    <w:p>
      <w:pPr>
        <w:jc w:val="right"/>
      </w:pPr>
      <w:r>
        <w:t>اور تاریخ میں سب سے پہلی جو کتاب لکھی گئی رسول اللہ کی عظمت پر، وہ کتاب ہے</w:t>
      </w:r>
    </w:p>
    <w:p>
      <w:r>
        <w:rPr>
          <w:b/>
        </w:rPr>
        <w:t xml:space="preserve">[29:21] </w:t>
      </w:r>
      <w:r>
        <w:t>America, jo America se chhapi hai.</w:t>
      </w:r>
    </w:p>
    <w:p>
      <w:pPr>
        <w:jc w:val="right"/>
      </w:pPr>
      <w:r>
        <w:t>امریکہ، جو امریکہ سے چھپی ہے۔</w:t>
      </w:r>
    </w:p>
    <w:p>
      <w:r>
        <w:rPr>
          <w:b/>
        </w:rPr>
        <w:t xml:space="preserve">[29:24] </w:t>
      </w:r>
      <w:r>
        <w:t>ڈاکٹر مائیکل ہارٹ کی کتاب "The Hundred" کہ پوری ہسٹری میں سب سے زیادہ کامیاب انسان محمد صلی</w:t>
      </w:r>
    </w:p>
    <w:p>
      <w:pPr>
        <w:jc w:val="right"/>
      </w:pPr>
      <w:r>
        <w:t>ڈاکٹر مائیکل ہارٹ کی کتاب "دا ہنڈرڈ" کہ پوری ہسٹری میں سب سے زیادہ کامیاب انسان محمد صلی</w:t>
      </w:r>
    </w:p>
    <w:p>
      <w:r>
        <w:rPr>
          <w:b/>
        </w:rPr>
        <w:t xml:space="preserve">[29:32] </w:t>
      </w:r>
      <w:r>
        <w:t>Allah علیہ وسلم the.</w:t>
      </w:r>
    </w:p>
    <w:p>
      <w:pPr>
        <w:jc w:val="right"/>
      </w:pPr>
      <w:r>
        <w:t>اللہ علیہ وسلم تھے۔</w:t>
      </w:r>
    </w:p>
    <w:p>
      <w:r>
        <w:rPr>
          <w:b/>
        </w:rPr>
        <w:t xml:space="preserve">[29:33] </w:t>
      </w:r>
      <w:r>
        <w:t>musalman to bas afzaliyat ke yani term sochte rahe bas.</w:t>
      </w:r>
    </w:p>
    <w:p>
      <w:pPr>
        <w:jc w:val="right"/>
      </w:pPr>
      <w:r>
        <w:t>مسلمان تو بس افضلیت کے یعنی ٹرم سوچتے رہے بس۔</w:t>
      </w:r>
    </w:p>
    <w:p>
      <w:r>
        <w:rPr>
          <w:b/>
        </w:rPr>
        <w:t xml:space="preserve">[29:38] </w:t>
      </w:r>
      <w:r>
        <w:t>aur fakhrriya ta'sur diya ke hadith juzviyat shariyat aur juzviyat masail ka ilm hai to logon ne, logon</w:t>
      </w:r>
    </w:p>
    <w:p>
      <w:pPr>
        <w:jc w:val="right"/>
      </w:pPr>
      <w:r>
        <w:t>اور فخریہ تاثر دیا کہ حدیث جزئیات شریعت اور جزئیات مسائل کا علم ہے تو لوگوں نے، لوگوں</w:t>
      </w:r>
    </w:p>
    <w:p>
      <w:r>
        <w:rPr>
          <w:b/>
        </w:rPr>
        <w:t xml:space="preserve">[29:45] </w:t>
      </w:r>
      <w:r>
        <w:t>ne kaha ke yeh to museebat hai.</w:t>
      </w:r>
    </w:p>
    <w:p>
      <w:pPr>
        <w:jc w:val="right"/>
      </w:pPr>
      <w:r>
        <w:t>نے کہا کہ یہ تو مصیبت ہے۔</w:t>
      </w:r>
    </w:p>
    <w:p>
      <w:r>
        <w:rPr>
          <w:b/>
        </w:rPr>
        <w:t xml:space="preserve">[29:48] </w:t>
      </w:r>
      <w:r>
        <w:t>idhar udhar do and don't ki ka sara mamla hai to chhoro is ko, Quran ka le lo.</w:t>
      </w:r>
    </w:p>
    <w:p>
      <w:pPr>
        <w:jc w:val="right"/>
      </w:pPr>
      <w:r>
        <w:t>ادھر ادھر ڈو اینڈ ڈونٹ کی کا سارا معاملہ ہے تو چھوڑو اس کو، قرآن کا لے لو۔</w:t>
      </w:r>
    </w:p>
    <w:p>
      <w:r>
        <w:rPr>
          <w:b/>
        </w:rPr>
        <w:t xml:space="preserve">[29:56] </w:t>
      </w:r>
      <w:r>
        <w:t>to khulasa yeh hai ke Quran jo hai, is mein basics hain, basics principle hain.</w:t>
      </w:r>
    </w:p>
    <w:p>
      <w:pPr>
        <w:jc w:val="right"/>
      </w:pPr>
      <w:r>
        <w:t>تو خلاصہ یہ ہے کہ قرآن جو ہے، اس میں بیسکس ہیں، بیسکس پرنسپل ہیں۔</w:t>
      </w:r>
    </w:p>
    <w:p>
      <w:r>
        <w:rPr>
          <w:b/>
        </w:rPr>
        <w:t xml:space="preserve">[30:03] </w:t>
      </w:r>
      <w:r>
        <w:t>lekin jo is ka applied form hai, woh sab hadith se milta hai.</w:t>
      </w:r>
    </w:p>
    <w:p>
      <w:pPr>
        <w:jc w:val="right"/>
      </w:pPr>
      <w:r>
        <w:t>لیکن جو اس کا اپلائیڈ فارم ہے، وہ سب حدیث سے ملتا ہے۔</w:t>
      </w:r>
    </w:p>
    <w:p>
      <w:r>
        <w:rPr>
          <w:b/>
        </w:rPr>
        <w:t xml:space="preserve">[30:08] </w:t>
      </w:r>
      <w:r>
        <w:t>aur is ke baad jo history bani, woh history sari ka ek ibtidai record hadith hadithi mein to</w:t>
      </w:r>
    </w:p>
    <w:p>
      <w:pPr>
        <w:jc w:val="right"/>
      </w:pPr>
      <w:r>
        <w:t>اور اس کے بعد جو ہسٹری بنی، وہ ہسٹری ساری کا ایک ابتدائی ریکارڈ حدیث حدیثی میں تو</w:t>
      </w:r>
    </w:p>
    <w:p>
      <w:r>
        <w:rPr>
          <w:b/>
        </w:rPr>
        <w:t xml:space="preserve">[30:16]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[30:17] </w:t>
      </w:r>
      <w:r>
        <w:t>jo history bani, mislan Hudaybiyah ka agreement hua to Quran mein sirf itna hi hai ke "Inna Fatahna</w:t>
      </w:r>
    </w:p>
    <w:p>
      <w:pPr>
        <w:jc w:val="right"/>
      </w:pPr>
      <w:r>
        <w:t>جو ہسٹری بنی، مثلاً حدیبیہ کا ایگریمنٹ ہوا تو قرآن میں صرف اتنا ہی ہے کہ "انا فتحنا</w:t>
      </w:r>
    </w:p>
    <w:p>
      <w:r>
        <w:rPr>
          <w:b/>
        </w:rPr>
        <w:t xml:space="preserve">[30:25] </w:t>
      </w:r>
      <w:r>
        <w:t>Laka Fatahan Mubeena" bas.</w:t>
      </w:r>
    </w:p>
    <w:p>
      <w:pPr>
        <w:jc w:val="right"/>
      </w:pPr>
      <w:r>
        <w:t>لک فتح مبینہ" بس۔</w:t>
      </w:r>
    </w:p>
    <w:p>
      <w:r>
        <w:rPr>
          <w:b/>
        </w:rPr>
        <w:t xml:space="preserve">[30:27] </w:t>
      </w:r>
      <w:r>
        <w:t>is ki sari detail to hadith mein hai.</w:t>
      </w:r>
    </w:p>
    <w:p>
      <w:pPr>
        <w:jc w:val="right"/>
      </w:pPr>
      <w:r>
        <w:t>اس کی ساری ڈیٹیل تو حدیث میں ہے۔</w:t>
      </w:r>
    </w:p>
    <w:p>
      <w:r>
        <w:rPr>
          <w:b/>
        </w:rPr>
        <w:t xml:space="preserve">[30:30] </w:t>
      </w:r>
      <w:r>
        <w:t>kaise agreement hua, kaise islam is ke baad phaila, kaise rasool Allah sal Allah alaihi wasallam ne yani</w:t>
      </w:r>
    </w:p>
    <w:p>
      <w:pPr>
        <w:jc w:val="right"/>
      </w:pPr>
      <w:r>
        <w:t>کیسے ایگریمنٹ ہوا، کیسے اسلام اس کے بعد پھیلا، کیسے رسول اللہ صلی اللہ علیہ وسلم نے یعنی</w:t>
      </w:r>
    </w:p>
    <w:p>
      <w:r>
        <w:rPr>
          <w:b/>
        </w:rPr>
        <w:t xml:space="preserve">[30:38] </w:t>
      </w:r>
      <w:r>
        <w:t>peace ka muahida kar ke jo us zamane ke barg par badshah the, un ko aap ne dawati</w:t>
      </w:r>
    </w:p>
    <w:p>
      <w:pPr>
        <w:jc w:val="right"/>
      </w:pPr>
      <w:r>
        <w:t>پیس کا معاہدہ کر کے جو اس زمانے کے برگ پر بادشاہ تھے، ان کو آپ نے دعوتی</w:t>
      </w:r>
    </w:p>
    <w:p>
      <w:r>
        <w:rPr>
          <w:b/>
        </w:rPr>
        <w:t xml:space="preserve">[30:46] </w:t>
      </w:r>
      <w:r>
        <w:t>khutoot bheje, yeh sab hadith mein hai.</w:t>
      </w:r>
    </w:p>
    <w:p>
      <w:pPr>
        <w:jc w:val="right"/>
      </w:pPr>
      <w:r>
        <w:t>خطوط بھیجے، یہ سب حدیث میں ہے۔</w:t>
      </w:r>
    </w:p>
    <w:p>
      <w:r>
        <w:rPr>
          <w:b/>
        </w:rPr>
        <w:t xml:space="preserve">[30:49] </w:t>
      </w:r>
      <w:r>
        <w:t>کس طرح breakthrough ہوا؟ یعنی Hudaybiyyah was a breakthrough in the history of Islam.</w:t>
      </w:r>
    </w:p>
    <w:p>
      <w:pPr>
        <w:jc w:val="right"/>
      </w:pPr>
      <w:r>
        <w:t>کس طرح برک تھرو ہوا؟ یعنی حدیبیہ واز ا برک تھرو ان ان دا ہسٹری آف اسلام۔</w:t>
      </w:r>
    </w:p>
    <w:p>
      <w:r>
        <w:rPr>
          <w:b/>
        </w:rPr>
        <w:t xml:space="preserve">[30:56] </w:t>
      </w:r>
      <w:r>
        <w:t>lekin yeh breakthrough jo hua, yeh to hadith mein sab kuch hai.</w:t>
      </w:r>
    </w:p>
    <w:p>
      <w:pPr>
        <w:jc w:val="right"/>
      </w:pPr>
      <w:r>
        <w:t>لیکن یہ برک تھرو جو ہوا، یہ تو حدیث میں سب کچھ ہے۔</w:t>
      </w:r>
    </w:p>
    <w:p>
      <w:r>
        <w:rPr>
          <w:b/>
        </w:rPr>
        <w:t xml:space="preserve">[31:01] </w:t>
      </w:r>
      <w:r>
        <w:t>Hudaybiyah agreement jo hua tha, us ke baad islam mein aik breakthrough hua.</w:t>
      </w:r>
    </w:p>
    <w:p>
      <w:pPr>
        <w:jc w:val="right"/>
      </w:pPr>
      <w:r>
        <w:t>حدیبیہ ایگریمنٹ جو ہوا تھا، اس کے بعد اسلام میں ایک برک تھرو ہوا۔</w:t>
      </w:r>
    </w:p>
    <w:p>
      <w:r>
        <w:rPr>
          <w:b/>
        </w:rPr>
        <w:t xml:space="preserve">[31:07] </w:t>
      </w:r>
      <w:r>
        <w:t>is ki sari tafseelat hadith mein hain.</w:t>
      </w:r>
    </w:p>
    <w:p>
      <w:pPr>
        <w:jc w:val="right"/>
      </w:pPr>
      <w:r>
        <w:t>اس کی ساری تفصیلات حدیث میں ہیں۔</w:t>
      </w:r>
    </w:p>
    <w:p>
      <w:r>
        <w:rPr>
          <w:b/>
        </w:rPr>
        <w:t xml:space="preserve">[31:10] </w:t>
      </w:r>
      <w:r>
        <w:t>to hadith ko logon ne samjhe nahin ke hadith kya cheez hai.</w:t>
      </w:r>
    </w:p>
    <w:p>
      <w:pPr>
        <w:jc w:val="right"/>
      </w:pPr>
      <w:r>
        <w:t>تو حدیث کو لوگوں نے سمجھے نہیں کہ حدیث کیا چیز ہے۔</w:t>
      </w:r>
    </w:p>
    <w:p>
      <w:r>
        <w:rPr>
          <w:b/>
        </w:rPr>
        <w:t xml:space="preserve">[31:16] </w:t>
      </w:r>
      <w:r>
        <w:t>hadith islam ki wisdom hai.</w:t>
      </w:r>
    </w:p>
    <w:p>
      <w:pPr>
        <w:jc w:val="right"/>
      </w:pPr>
      <w:r>
        <w:t>حدیث اسلام کی وزڈم ہے۔</w:t>
      </w:r>
    </w:p>
    <w:p>
      <w:r>
        <w:rPr>
          <w:b/>
        </w:rPr>
        <w:t xml:space="preserve">[31:18] </w:t>
      </w:r>
      <w:r>
        <w:t>hadith islam ka applied form hai.</w:t>
      </w:r>
    </w:p>
    <w:p>
      <w:pPr>
        <w:jc w:val="right"/>
      </w:pPr>
      <w:r>
        <w:t>حدیث اسلام کا اپلائیڈ فارم ہے۔</w:t>
      </w:r>
    </w:p>
    <w:p>
      <w:r>
        <w:rPr>
          <w:b/>
        </w:rPr>
        <w:t xml:space="preserve">[31:20] </w:t>
      </w:r>
      <w:r>
        <w:t>hadith se yeh maloom hota hai ke kis tarah se islam ne tareekh mein aik naya process jari</w:t>
      </w:r>
    </w:p>
    <w:p>
      <w:pPr>
        <w:jc w:val="right"/>
      </w:pPr>
      <w:r>
        <w:t>حدیث سے یہ معلوم ہوتا ہے کہ کس طرح سے اسلام نے تاریخ میں ایک نیا پروسیس جاری</w:t>
      </w:r>
    </w:p>
    <w:p>
      <w:r>
        <w:rPr>
          <w:b/>
        </w:rPr>
        <w:t xml:space="preserve">[31:28] </w:t>
      </w:r>
      <w:r>
        <w:t>kiya, process jis ka culmination tha modern civilization.</w:t>
      </w:r>
    </w:p>
    <w:p>
      <w:pPr>
        <w:jc w:val="right"/>
      </w:pPr>
      <w:r>
        <w:t>کیا، پروسیس جس کا کلمیشن تھا ماڈرن سویلائزیشن۔</w:t>
      </w:r>
    </w:p>
    <w:p>
      <w:r>
        <w:rPr>
          <w:b/>
        </w:rPr>
        <w:t xml:space="preserve">[31:31] </w:t>
      </w:r>
      <w:r>
        <w:t>yeh sab mein ne hadith se discover kiya hai aur secular musannifeen ki madad is mein mujhe mujhe</w:t>
      </w:r>
    </w:p>
    <w:p>
      <w:pPr>
        <w:jc w:val="right"/>
      </w:pPr>
      <w:r>
        <w:t>یہ سب میں نے حدیث سے ڈسکور کیا ہے اور سیکولر مصنفین کی مدد اس میں مجھے مجھے</w:t>
      </w:r>
    </w:p>
    <w:p>
      <w:r>
        <w:rPr>
          <w:b/>
        </w:rPr>
        <w:t xml:space="preserve">[31:39] </w:t>
      </w:r>
      <w:r>
        <w:t>mili hai.</w:t>
      </w:r>
    </w:p>
    <w:p>
      <w:pPr>
        <w:jc w:val="right"/>
      </w:pPr>
      <w:r>
        <w:t>ملی ہے۔</w:t>
      </w:r>
    </w:p>
    <w:p>
      <w:r>
        <w:rPr>
          <w:b/>
        </w:rPr>
        <w:t xml:space="preserve">[31:41] </w:t>
      </w:r>
      <w:r>
        <w:t>to hadith ka ke liye jo sahih lafz hai, woh Quran mein woh hai hikmat.</w:t>
      </w:r>
    </w:p>
    <w:p>
      <w:pPr>
        <w:jc w:val="right"/>
      </w:pPr>
      <w:r>
        <w:t>تو حدیث کا کے لیے جو صحیح لفظ ہے، وہ قرآن میں وہ ہے حکمت۔</w:t>
      </w:r>
    </w:p>
    <w:p>
      <w:r>
        <w:rPr>
          <w:b/>
        </w:rPr>
        <w:t xml:space="preserve">[31:47] </w:t>
      </w:r>
      <w:r>
        <w:t>hikmat ka matlab wisdom.</w:t>
      </w:r>
    </w:p>
    <w:p>
      <w:pPr>
        <w:jc w:val="right"/>
      </w:pPr>
      <w:r>
        <w:t>حکمت کا مطلب وزڈم۔</w:t>
      </w:r>
    </w:p>
    <w:p>
      <w:r>
        <w:rPr>
          <w:b/>
        </w:rPr>
        <w:t xml:space="preserve">[31:49] </w:t>
      </w:r>
      <w:r>
        <w:t>to wisdom ka jo content hai, woh hadith mein hai.</w:t>
      </w:r>
    </w:p>
    <w:p>
      <w:pPr>
        <w:jc w:val="right"/>
      </w:pPr>
      <w:r>
        <w:t>تو وزڈم کا جو کنٹینٹ ہے، وہ حدیث میں ہے۔</w:t>
      </w:r>
    </w:p>
    <w:p>
      <w:r>
        <w:rPr>
          <w:b/>
        </w:rPr>
        <w:t xml:space="preserve">[31:53] </w:t>
      </w:r>
      <w:r>
        <w:t>Quran mein principles hain.</w:t>
      </w:r>
    </w:p>
    <w:p>
      <w:pPr>
        <w:jc w:val="right"/>
      </w:pPr>
      <w:r>
        <w:t>قرآن میں پرنسپلز ہیں۔</w:t>
      </w:r>
    </w:p>
    <w:p>
      <w:r>
        <w:rPr>
          <w:b/>
        </w:rPr>
        <w:t xml:space="preserve">[31:55] </w:t>
      </w:r>
      <w:r>
        <w:t>baqi jo sari detail, sari wisdom, woh sab hadith mein hai.</w:t>
      </w:r>
    </w:p>
    <w:p>
      <w:pPr>
        <w:jc w:val="right"/>
      </w:pPr>
      <w:r>
        <w:t>باقی جو ساری ڈیٹیل، ساری وزڈم، وہ سب حدیث میں ہے۔</w:t>
      </w:r>
    </w:p>
    <w:p>
      <w:r>
        <w:rPr>
          <w:b/>
        </w:rPr>
        <w:t xml:space="preserve">[32:00] </w:t>
      </w:r>
      <w:r>
        <w:t>kuch hadith agar aisi hain jo jo jin mein jo qabil-e-bahs hain, to Quran ki ayatain bhi</w:t>
      </w:r>
    </w:p>
    <w:p>
      <w:pPr>
        <w:jc w:val="right"/>
      </w:pPr>
      <w:r>
        <w:t>کچھ حدیثیں اگر ایسی ہیں جو جو جن میں جو قابل بحث ہیں، تو قرآن کی آیتیں بھی</w:t>
      </w:r>
    </w:p>
    <w:p>
      <w:r>
        <w:rPr>
          <w:b/>
        </w:rPr>
        <w:t xml:space="preserve">[32:07] </w:t>
      </w:r>
      <w:r>
        <w:t>qabil-e-bahs hain.</w:t>
      </w:r>
    </w:p>
    <w:p>
      <w:pPr>
        <w:jc w:val="right"/>
      </w:pPr>
      <w:r>
        <w:t>قابل بحث ہیں۔</w:t>
      </w:r>
    </w:p>
    <w:p>
      <w:r>
        <w:rPr>
          <w:b/>
        </w:rPr>
        <w:t xml:space="preserve">[32:09] </w:t>
      </w:r>
      <w:r>
        <w:t>aisa nahin ke Quran mein koi qabil-e-bahs nahin hai.</w:t>
      </w:r>
    </w:p>
    <w:p>
      <w:pPr>
        <w:jc w:val="right"/>
      </w:pPr>
      <w:r>
        <w:t>ایسا نہیں کہ قرآن میں کوئی قابل بحث نہیں ہے۔</w:t>
      </w:r>
    </w:p>
    <w:p>
      <w:r>
        <w:rPr>
          <w:b/>
        </w:rPr>
        <w:t xml:space="preserve">[32:13] </w:t>
      </w:r>
      <w:r>
        <w:t>baat hai.</w:t>
      </w:r>
    </w:p>
    <w:p>
      <w:pPr>
        <w:jc w:val="right"/>
      </w:pPr>
      <w:r>
        <w:t>بات ہے۔</w:t>
      </w:r>
    </w:p>
    <w:p>
      <w:r>
        <w:rPr>
          <w:b/>
        </w:rPr>
        <w:t xml:space="preserve">[32:15] </w:t>
      </w:r>
      <w:r>
        <w:t>aisi is ke liye kitabein likhi gayi hain "Mushkilat al Quran".</w:t>
      </w:r>
    </w:p>
    <w:p>
      <w:pPr>
        <w:jc w:val="right"/>
      </w:pPr>
      <w:r>
        <w:t>ایسی اس کے لیے کتابیں لکھی گئی ہیں "مشکلات القرآن"۔</w:t>
      </w:r>
    </w:p>
    <w:p>
      <w:r>
        <w:rPr>
          <w:b/>
        </w:rPr>
        <w:t xml:space="preserve">[32:19] </w:t>
      </w:r>
      <w:r>
        <w:t>kai kitabein likhi gayi hain.</w:t>
      </w:r>
    </w:p>
    <w:p>
      <w:pPr>
        <w:jc w:val="right"/>
      </w:pPr>
      <w:r>
        <w:t>کئی کتابیں لکھی گئی ہیں۔</w:t>
      </w:r>
    </w:p>
    <w:p>
      <w:r>
        <w:rPr>
          <w:b/>
        </w:rPr>
        <w:t xml:space="preserve">[32:21] </w:t>
      </w:r>
      <w:r>
        <w:t>is ka title hota hai "mushkilat ul quran".</w:t>
      </w:r>
    </w:p>
    <w:p>
      <w:pPr>
        <w:jc w:val="right"/>
      </w:pPr>
      <w:r>
        <w:t>اس کا ٹائٹل ہوتا ہے "مشکلات القرآن"۔</w:t>
      </w:r>
    </w:p>
    <w:p>
      <w:r>
        <w:rPr>
          <w:b/>
        </w:rPr>
        <w:t xml:space="preserve">[32:24] </w:t>
      </w:r>
      <w:r>
        <w:t>yani quran ki ayaten jo bohat mushkil hain, wo kya un ka matlab hai? is par kitaben likhi</w:t>
      </w:r>
    </w:p>
    <w:p>
      <w:pPr>
        <w:jc w:val="right"/>
      </w:pPr>
      <w:r>
        <w:t>یعنی قرآن کی آیتیں جو بہت مشکل ہیں، وہ کیا ان کا مطلب ہے؟ اس پر کتابیں لکھی</w:t>
      </w:r>
    </w:p>
    <w:p>
      <w:r>
        <w:rPr>
          <w:b/>
        </w:rPr>
        <w:t xml:space="preserve">[32:32] </w:t>
      </w:r>
      <w:r>
        <w:t>gai hain.</w:t>
      </w:r>
    </w:p>
    <w:p>
      <w:pPr>
        <w:jc w:val="right"/>
      </w:pPr>
      <w:r>
        <w:t>گئی ہیں۔</w:t>
      </w:r>
    </w:p>
    <w:p>
      <w:r>
        <w:rPr>
          <w:b/>
        </w:rPr>
        <w:t xml:space="preserve">[32:33] </w:t>
      </w:r>
      <w:r>
        <w:t>to mushkilat ul hadith hi nahi hai, mushkilat ul quran mein bhi hai.</w:t>
      </w:r>
    </w:p>
    <w:p>
      <w:pPr>
        <w:jc w:val="right"/>
      </w:pPr>
      <w:r>
        <w:t>تو مشکلات الحدیث ہی نہیں ہے، مشکلات القرآن میں بھی ہے۔</w:t>
      </w:r>
    </w:p>
    <w:p>
      <w:r>
        <w:rPr>
          <w:b/>
        </w:rPr>
        <w:t xml:space="preserve">[32:38] </w:t>
      </w:r>
      <w:r>
        <w:t>agar aap yeh kahein ke hadith mein mushkilat hain to quran mein bhi mushkilat hain.</w:t>
      </w:r>
    </w:p>
    <w:p>
      <w:pPr>
        <w:jc w:val="right"/>
      </w:pPr>
      <w:r>
        <w:t>اگر آپ یہ کہیں کہ حدیث میں مشکلات ہیں تو قرآن میں بھی مشکلات ہیں۔</w:t>
      </w:r>
    </w:p>
    <w:p>
      <w:r>
        <w:rPr>
          <w:b/>
        </w:rPr>
        <w:t xml:space="preserve">[32:44] </w:t>
      </w:r>
      <w:r>
        <w:t>jis tarah mushkilat ul hadith pe kitaben likhi gai hain, is tarah mushkilat ul quran mein bhi kitaben likhi gai</w:t>
      </w:r>
    </w:p>
    <w:p>
      <w:pPr>
        <w:jc w:val="right"/>
      </w:pPr>
      <w:r>
        <w:t>جس طرح مشکلات الحدیث پہ کتابیں لکھی گئی ہیں، اس طرح مشکلات القرآن میں بھی کتابیں لکھی گئی</w:t>
      </w:r>
    </w:p>
    <w:p>
      <w:r>
        <w:rPr>
          <w:b/>
        </w:rPr>
        <w:t xml:space="preserve">[32:52]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[32:54] </w:t>
      </w:r>
      <w:r>
        <w:t>aur ek baat yeh bhi samajh lijiye ke allah taala ka yeh tareeqa nahi hai ke har cheez</w:t>
      </w:r>
    </w:p>
    <w:p>
      <w:pPr>
        <w:jc w:val="right"/>
      </w:pPr>
      <w:r>
        <w:t>اور ایک بات یہ بھی سمجھ لیجئے کہ اللہ تعالیٰ کا یہ طریقہ نہیں ہے کہ ہر چیز</w:t>
      </w:r>
    </w:p>
    <w:p>
      <w:r>
        <w:rPr>
          <w:b/>
        </w:rPr>
        <w:t xml:space="preserve">[33:01] </w:t>
      </w:r>
      <w:r>
        <w:t>ko do aur do saal ki tarah bata de.</w:t>
      </w:r>
    </w:p>
    <w:p>
      <w:pPr>
        <w:jc w:val="right"/>
      </w:pPr>
      <w:r>
        <w:t>کو دو اور دو سال کی طرح بتا دے۔</w:t>
      </w:r>
    </w:p>
    <w:p>
      <w:r>
        <w:rPr>
          <w:b/>
        </w:rPr>
        <w:t xml:space="preserve">[33:05] </w:t>
      </w:r>
      <w:r>
        <w:t>yani mathematics ki zaban mein wo allah ka tareeqa nahi hai.</w:t>
      </w:r>
    </w:p>
    <w:p>
      <w:pPr>
        <w:jc w:val="right"/>
      </w:pPr>
      <w:r>
        <w:t>یعنی میتھمیٹکس کی زبان میں وہ اللہ کا طریقہ نہیں ہے۔</w:t>
      </w:r>
    </w:p>
    <w:p>
      <w:r>
        <w:rPr>
          <w:b/>
        </w:rPr>
        <w:t xml:space="preserve">[33:10] </w:t>
      </w:r>
      <w:r>
        <w:t>kyun? allah ko yeh matloob hai ke aap ke andar intellectual development ho.</w:t>
      </w:r>
    </w:p>
    <w:p>
      <w:pPr>
        <w:jc w:val="right"/>
      </w:pPr>
      <w:r>
        <w:t>کیوں؟ اللہ کو یہ مطلوب ہے کہ آپ کے اندر انٹلیکچول ڈیولپمنٹ ہو۔</w:t>
      </w:r>
    </w:p>
    <w:p>
      <w:r>
        <w:rPr>
          <w:b/>
        </w:rPr>
        <w:t xml:space="preserve">[33:15] </w:t>
      </w:r>
      <w:r>
        <w:t>aap apni aqal ko istemal karein.</w:t>
      </w:r>
    </w:p>
    <w:p>
      <w:pPr>
        <w:jc w:val="right"/>
      </w:pPr>
      <w:r>
        <w:t>آپ اپنی عقل کو استعمال کریں۔</w:t>
      </w:r>
    </w:p>
    <w:p>
      <w:r>
        <w:rPr>
          <w:b/>
        </w:rPr>
        <w:t xml:space="preserve">[33:18] </w:t>
      </w:r>
      <w:r>
        <w:t>to agar yeh sab na ho, yani mushkilat ul hadith aur mushkilat ul quran agar na ho to aap sochein</w:t>
      </w:r>
    </w:p>
    <w:p>
      <w:pPr>
        <w:jc w:val="right"/>
      </w:pPr>
      <w:r>
        <w:t>تو اگر یہ سب نہ ہو، یعنی مشکلات الحدیث اور مشکلات القرآن اگر نہ ہو تو آپ سوچیں</w:t>
      </w:r>
    </w:p>
    <w:p>
      <w:r>
        <w:rPr>
          <w:b/>
        </w:rPr>
        <w:t xml:space="preserve">[33:26] </w:t>
      </w:r>
      <w:r>
        <w:t>ge kya? do aur do char mein kya sochein ge aap? yeh do hai, yeh do hai, mila</w:t>
      </w:r>
    </w:p>
    <w:p>
      <w:pPr>
        <w:jc w:val="right"/>
      </w:pPr>
      <w:r>
        <w:t>گے کیا؟ دو اور دو چار میں کیا سوچیں گے آپ؟ یہ دو ہے، یہ دو ہے، ملا</w:t>
      </w:r>
    </w:p>
    <w:p>
      <w:r>
        <w:rPr>
          <w:b/>
        </w:rPr>
        <w:t xml:space="preserve">[33:33] </w:t>
      </w:r>
      <w:r>
        <w:t>kar char ho gaye to kya sochein ge aap? yani two plus two is equal to four, is</w:t>
      </w:r>
    </w:p>
    <w:p>
      <w:pPr>
        <w:jc w:val="right"/>
      </w:pPr>
      <w:r>
        <w:t>کر چار ہو گئے تو کیا سوچیں گے آپ؟ یعنی ٹو پلس ٹو از ایکول ٹو فور، اس</w:t>
      </w:r>
    </w:p>
    <w:p>
      <w:r>
        <w:rPr>
          <w:b/>
        </w:rPr>
        <w:t xml:space="preserve">[33:41] </w:t>
      </w:r>
      <w:r>
        <w:t>peh kya sochein ge aap? to jis tarah se mushkilat ul hadith ka mamla hai, is tarah mushkilat ul quran</w:t>
      </w:r>
    </w:p>
    <w:p>
      <w:pPr>
        <w:jc w:val="right"/>
      </w:pPr>
      <w:r>
        <w:t>پہ کیا سوچیں گے آپ؟ تو جس طرح سے مشکلات الحدیث کا معاملہ ہے، اس طرح مشکلات القرآن</w:t>
      </w:r>
    </w:p>
    <w:p>
      <w:r>
        <w:rPr>
          <w:b/>
        </w:rPr>
        <w:t xml:space="preserve">[33:49] </w:t>
      </w:r>
      <w:r>
        <w:t>ka mamla bhi hai.</w:t>
      </w:r>
    </w:p>
    <w:p>
      <w:pPr>
        <w:jc w:val="right"/>
      </w:pPr>
      <w:r>
        <w:t>کا معاملہ بھی ہے۔</w:t>
      </w:r>
    </w:p>
    <w:p>
      <w:r>
        <w:rPr>
          <w:b/>
        </w:rPr>
        <w:t xml:space="preserve">[33:51] </w:t>
      </w:r>
      <w:r>
        <w:t>balkeh sari tareekh mein mushkilat ka mamla hai.</w:t>
      </w:r>
    </w:p>
    <w:p>
      <w:pPr>
        <w:jc w:val="right"/>
      </w:pPr>
      <w:r>
        <w:t>بلکہ ساری تاریخ میں مشکلات کا معاملہ ہے۔</w:t>
      </w:r>
    </w:p>
    <w:p>
      <w:r>
        <w:rPr>
          <w:b/>
        </w:rPr>
        <w:t xml:space="preserve">[33:54] </w:t>
      </w:r>
      <w:r>
        <w:t>mushkilat ke maani hain differences, challenges, questions.</w:t>
      </w:r>
    </w:p>
    <w:p>
      <w:pPr>
        <w:jc w:val="right"/>
      </w:pPr>
      <w:r>
        <w:t>مشکلات کے معنی ہیں ڈیفرنسز، چیلنجز، کوئسچنز۔</w:t>
      </w:r>
    </w:p>
    <w:p>
      <w:r>
        <w:rPr>
          <w:b/>
        </w:rPr>
        <w:t xml:space="preserve">[33:57] </w:t>
      </w:r>
      <w:r>
        <w:t>is par aap apni aqal istemal karte hain.</w:t>
      </w:r>
    </w:p>
    <w:p>
      <w:pPr>
        <w:jc w:val="right"/>
      </w:pPr>
      <w:r>
        <w:t>اس پر آپ اپنی عقل استعمال کرتے ہیں۔</w:t>
      </w:r>
    </w:p>
    <w:p>
      <w:r>
        <w:rPr>
          <w:b/>
        </w:rPr>
        <w:t xml:space="preserve">[34:00] </w:t>
      </w:r>
      <w:r>
        <w:t>aap to allah taala ko yeh matloob hai ke aap ke andar intellectual development aaye, aap ki aqal</w:t>
      </w:r>
    </w:p>
    <w:p>
      <w:pPr>
        <w:jc w:val="right"/>
      </w:pPr>
      <w:r>
        <w:t>آپ تو اللہ تعالیٰ کو یہ مطلوب ہے کہ آپ کے اندر انٹلیکچول ڈیولپمنٹ آئے، آپ کی عقل</w:t>
      </w:r>
    </w:p>
    <w:p>
      <w:r>
        <w:rPr>
          <w:b/>
        </w:rPr>
        <w:t xml:space="preserve">[34:08] </w:t>
      </w:r>
      <w:r>
        <w:t>khule, aap ke potential jo hain, unfold hon.</w:t>
      </w:r>
    </w:p>
    <w:p>
      <w:pPr>
        <w:jc w:val="right"/>
      </w:pPr>
      <w:r>
        <w:t>کھلے، آپ کے پوٹینشل جو ہیں، ان فولڈ ہوں۔</w:t>
      </w:r>
    </w:p>
    <w:p>
      <w:r>
        <w:rPr>
          <w:b/>
        </w:rPr>
        <w:t xml:space="preserve">[34:12] </w:t>
      </w:r>
      <w:r>
        <w:t>is ke liye yeh andaaz ikhtiyar kiya hai allah taala ne ke mathematical zaban mein quran nahi utara</w:t>
      </w:r>
    </w:p>
    <w:p>
      <w:pPr>
        <w:jc w:val="right"/>
      </w:pPr>
      <w:r>
        <w:t>اس کے لیے یہ انداز اختیار کیا ہے اللہ تعالیٰ نے کہ میتھمیٹیکل زبان میں قرآن نہیں اتارا</w:t>
      </w:r>
    </w:p>
    <w:p>
      <w:r>
        <w:rPr>
          <w:b/>
        </w:rPr>
        <w:t xml:space="preserve">[34:20] </w:t>
      </w:r>
      <w:r>
        <w:t>gaya, ilm ul hisab ki zaban mein quran nahi utara gaya.</w:t>
      </w:r>
    </w:p>
    <w:p>
      <w:pPr>
        <w:jc w:val="right"/>
      </w:pPr>
      <w:r>
        <w:t>گیا، علم الحساب کی زبان میں قرآن نہیں اتارا گیا۔</w:t>
      </w:r>
    </w:p>
    <w:p>
      <w:r>
        <w:rPr>
          <w:b/>
        </w:rPr>
        <w:t xml:space="preserve">[34:24] </w:t>
      </w:r>
      <w:r>
        <w:t>warna zehni taraqqi kaise hoti hai aap ke andar? to is baat ko achi tarah samajh lijiye ke</w:t>
      </w:r>
    </w:p>
    <w:p>
      <w:pPr>
        <w:jc w:val="right"/>
      </w:pPr>
      <w:r>
        <w:t>ورنہ ذہنی ترقی کیسے ہوتی ہے آپ کے اندر؟ تو اس بات کو اچھی طرح سمجھ لیجئے کہ</w:t>
      </w:r>
    </w:p>
    <w:p>
      <w:r>
        <w:rPr>
          <w:b/>
        </w:rPr>
        <w:t xml:space="preserve">[34:32] </w:t>
      </w:r>
      <w:r>
        <w:t>allah ka yeh tareeqa nahin hai ke ginti ki zaban mein baatein bata de, hisab ki zaban mein</w:t>
      </w:r>
    </w:p>
    <w:p>
      <w:pPr>
        <w:jc w:val="right"/>
      </w:pPr>
      <w:r>
        <w:t>اللہ کا یہ طریقہ نہیں ہے کہ گنتی کی زبان میں باتیں بتا دے، حساب کی زبان میں</w:t>
      </w:r>
    </w:p>
    <w:p>
      <w:r>
        <w:rPr>
          <w:b/>
        </w:rPr>
        <w:t xml:space="preserve">[34:39] </w:t>
      </w:r>
      <w:r>
        <w:t>baatein bata de, mathematics, mathematical, mathematical formula ki zaban mein baatein bata de.</w:t>
      </w:r>
    </w:p>
    <w:p>
      <w:pPr>
        <w:jc w:val="right"/>
      </w:pPr>
      <w:r>
        <w:t>باتیں بتا دے، میتھمیٹکس، میتھیکل، میتھمیٹیکل فارمولا کی زبان میں باتیں بتا دے۔</w:t>
      </w:r>
    </w:p>
    <w:p>
      <w:r>
        <w:rPr>
          <w:b/>
        </w:rPr>
        <w:t xml:space="preserve">[34:45] </w:t>
      </w:r>
      <w:r>
        <w:t>woh tareeqa nahin hai allah taala ka.</w:t>
      </w:r>
    </w:p>
    <w:p>
      <w:pPr>
        <w:jc w:val="right"/>
      </w:pPr>
      <w:r>
        <w:t>وہ طریقہ نہیں ہے اللہ تعالیٰ کا۔</w:t>
      </w:r>
    </w:p>
    <w:p>
      <w:r>
        <w:rPr>
          <w:b/>
        </w:rPr>
        <w:t xml:space="preserve">[34:48] </w:t>
      </w:r>
      <w:r>
        <w:t>woh tareeqa yeh hai ke aap aap ko jis ko kehte hain na, discovery method.</w:t>
      </w:r>
    </w:p>
    <w:p>
      <w:pPr>
        <w:jc w:val="right"/>
      </w:pPr>
      <w:r>
        <w:t>وہ طریقہ یہ ہے کہ آپ آپ کو جس کو کہتے ہیں نا، ڈسکوری میتھڈ۔</w:t>
      </w:r>
    </w:p>
    <w:p>
      <w:r>
        <w:rPr>
          <w:b/>
        </w:rPr>
        <w:t xml:space="preserve">[34:54] </w:t>
      </w:r>
      <w:r>
        <w:t>discovery method allah taala ka tareeqa hai ke aap apni aql ko istemal kar ke discover karen.</w:t>
      </w:r>
    </w:p>
    <w:p>
      <w:pPr>
        <w:jc w:val="right"/>
      </w:pPr>
      <w:r>
        <w:t>ڈسکوری میتھڈ اللہ تعالیٰ کا طریقہ ہے کہ آپ اپنی عقل کو استعمال کر کے ڈسکور کریں۔</w:t>
      </w:r>
    </w:p>
    <w:p>
      <w:r>
        <w:rPr>
          <w:b/>
        </w:rPr>
        <w:t xml:space="preserve">[35:02] </w:t>
      </w:r>
      <w:r>
        <w:t>jaise Arnold Toynbee mein ne misaal di to us ne likha hai ke yeh aik sawal hai</w:t>
      </w:r>
    </w:p>
    <w:p>
      <w:pPr>
        <w:jc w:val="right"/>
      </w:pPr>
      <w:r>
        <w:t>جیسے ارلڈ ٹائن بھی میں نے مثال دی تو اس نے لکھا ہے کہ یہ ایک سوال ہے</w:t>
      </w:r>
    </w:p>
    <w:p>
      <w:r>
        <w:rPr>
          <w:b/>
        </w:rPr>
        <w:t xml:space="preserve">[35:09] </w:t>
      </w:r>
      <w:r>
        <w:t>history ka ke jin cheezon ko hum aaj taraqqi kehte hain ke bijli, communication, steam power waghera, yeh</w:t>
      </w:r>
    </w:p>
    <w:p>
      <w:pPr>
        <w:jc w:val="right"/>
      </w:pPr>
      <w:r>
        <w:t>ہسٹری کا کہ جن چیزوں کو ہم آج ترقی کہتے ہیں کہ بجلی، کمیونیکیشن، اسٹیم پاور وغیرہ، یہ</w:t>
      </w:r>
    </w:p>
    <w:p>
      <w:r>
        <w:rPr>
          <w:b/>
        </w:rPr>
        <w:t xml:space="preserve">[35:17] </w:t>
      </w:r>
      <w:r>
        <w:t>sab nature hi mein maujood thi hamesha se.</w:t>
      </w:r>
    </w:p>
    <w:p>
      <w:pPr>
        <w:jc w:val="right"/>
      </w:pPr>
      <w:r>
        <w:t>سب نیچر ہی میں موجود تھی ہمیشہ سے۔</w:t>
      </w:r>
    </w:p>
    <w:p>
      <w:r>
        <w:rPr>
          <w:b/>
        </w:rPr>
        <w:t xml:space="preserve">[35:21] </w:t>
      </w:r>
      <w:r>
        <w:t>yani million billion saal se maujood thi.</w:t>
      </w:r>
    </w:p>
    <w:p>
      <w:pPr>
        <w:jc w:val="right"/>
      </w:pPr>
      <w:r>
        <w:t>یعنی ملین بلین سال سے موجود تھی۔</w:t>
      </w:r>
    </w:p>
    <w:p>
      <w:r>
        <w:rPr>
          <w:b/>
        </w:rPr>
        <w:t xml:space="preserve">[35:24] </w:t>
      </w:r>
      <w:r>
        <w:t>to kya wajah hai ke abhi chand saalon ke andar yeh cheezein maloom hui hain? to us ne</w:t>
      </w:r>
    </w:p>
    <w:p>
      <w:pPr>
        <w:jc w:val="right"/>
      </w:pPr>
      <w:r>
        <w:t>تو کیا وجہ ہے کہ ابھی چند سالوں کے اندر یہ چیزیں معلوم ہوئی ہیں؟ تو اس نے</w:t>
      </w:r>
    </w:p>
    <w:p>
      <w:r>
        <w:rPr>
          <w:b/>
        </w:rPr>
        <w:t xml:space="preserve">[35:31] </w:t>
      </w:r>
      <w:r>
        <w:t>likha yeh aik sawal qaim kiya.</w:t>
      </w:r>
    </w:p>
    <w:p>
      <w:pPr>
        <w:jc w:val="right"/>
      </w:pPr>
      <w:r>
        <w:t>لکھا یہ ایک سوال قائم کیا۔</w:t>
      </w:r>
    </w:p>
    <w:p>
      <w:r>
        <w:rPr>
          <w:b/>
        </w:rPr>
        <w:t xml:space="preserve">[35:34] </w:t>
      </w:r>
      <w:r>
        <w:t>yeh sawal jab qaim kiya to sochte sochte yahan tak pohancha woh ke tareekh ke pichle tamam adwaar</w:t>
      </w:r>
    </w:p>
    <w:p>
      <w:pPr>
        <w:jc w:val="right"/>
      </w:pPr>
      <w:r>
        <w:t>یہ سوال جب قائم کیا تو سوچتے سوچتے یہاں تک پہنچا وہ کہ تاریخ کے پچھلے تمام ادوار</w:t>
      </w:r>
    </w:p>
    <w:p>
      <w:r>
        <w:rPr>
          <w:b/>
        </w:rPr>
        <w:t xml:space="preserve">[35:42] </w:t>
      </w:r>
      <w:r>
        <w:t>mein hazaron saal se insaan jo hai nature ko poochta tha jis ko kehte hain shirk.</w:t>
      </w:r>
    </w:p>
    <w:p>
      <w:pPr>
        <w:jc w:val="right"/>
      </w:pPr>
      <w:r>
        <w:t>میں ہزاروں سال سے انسان جو ہے نیچر کو پوچھتا تھا جس کو کہتے ہیں شرک۔</w:t>
      </w:r>
    </w:p>
    <w:p>
      <w:r>
        <w:rPr>
          <w:b/>
        </w:rPr>
        <w:t xml:space="preserve">[35:48] </w:t>
      </w:r>
      <w:r>
        <w:t>woh kya hai? shirk means nature worship.</w:t>
      </w:r>
    </w:p>
    <w:p>
      <w:pPr>
        <w:jc w:val="right"/>
      </w:pPr>
      <w:r>
        <w:t>وہ کیا ہے؟ شرک مینز نیچر ورشپ۔</w:t>
      </w:r>
    </w:p>
    <w:p>
      <w:r>
        <w:rPr>
          <w:b/>
        </w:rPr>
        <w:t xml:space="preserve">[35:51] </w:t>
      </w:r>
      <w:r>
        <w:t>shirk means nature worship.</w:t>
      </w:r>
    </w:p>
    <w:p>
      <w:pPr>
        <w:jc w:val="right"/>
      </w:pPr>
      <w:r>
        <w:t>شرک مینز نیچر ورشپ۔</w:t>
      </w:r>
    </w:p>
    <w:p>
      <w:r>
        <w:rPr>
          <w:b/>
        </w:rPr>
        <w:t xml:space="preserve">[35:53] </w:t>
      </w:r>
      <w:r>
        <w:t>to woh yeh sawal qaim karta hai ke jab nature ko aadmi object of worship bana le to</w:t>
      </w:r>
    </w:p>
    <w:p>
      <w:pPr>
        <w:jc w:val="right"/>
      </w:pPr>
      <w:r>
        <w:t>تو وہ یہ سوال قائم کرتا ہے کہ جب نیچر کو آدمی ابجیکٹ آف ورشپ بنا لے تو</w:t>
      </w:r>
    </w:p>
    <w:p>
      <w:r>
        <w:rPr>
          <w:b/>
        </w:rPr>
        <w:t xml:space="preserve">[36:01] </w:t>
      </w:r>
      <w:r>
        <w:t>isi waqt yeh mumkin nahin ke woh us ke liye object of investigation ban sake.</w:t>
      </w:r>
    </w:p>
    <w:p>
      <w:pPr>
        <w:jc w:val="right"/>
      </w:pPr>
      <w:r>
        <w:t>اسی وقت یہ ممکن نہیں کہ وہ اس کے لیے ابجیکٹ آف انویسٹیگیشن بن سکے۔</w:t>
      </w:r>
    </w:p>
    <w:p>
      <w:r>
        <w:rPr>
          <w:b/>
        </w:rPr>
        <w:t xml:space="preserve">[36:07] </w:t>
      </w:r>
      <w:r>
        <w:t>yeh tha rukawat.</w:t>
      </w:r>
    </w:p>
    <w:p>
      <w:pPr>
        <w:jc w:val="right"/>
      </w:pPr>
      <w:r>
        <w:t>یہ تھا رکاوٹ۔</w:t>
      </w:r>
    </w:p>
    <w:p>
      <w:r>
        <w:rPr>
          <w:b/>
        </w:rPr>
        <w:t xml:space="preserve">[36:09] </w:t>
      </w:r>
      <w:r>
        <w:t>to tauheed ne is ko khatam kiya.</w:t>
      </w:r>
    </w:p>
    <w:p>
      <w:pPr>
        <w:jc w:val="right"/>
      </w:pPr>
      <w:r>
        <w:t>تو توحید نے اس کو ختم کیا۔</w:t>
      </w:r>
    </w:p>
    <w:p>
      <w:r>
        <w:rPr>
          <w:b/>
        </w:rPr>
        <w:t xml:space="preserve">[36:12] </w:t>
      </w:r>
      <w:r>
        <w:t>jab tauheed ne nature ko divinity ke maqam se hataya, divinity, tab ja kar yeh yeh yeh shuru</w:t>
      </w:r>
    </w:p>
    <w:p>
      <w:pPr>
        <w:jc w:val="right"/>
      </w:pPr>
      <w:r>
        <w:t>جب توحید نے نیچر کو ڈیوینیٹی کے مقام سے ہٹایا، ڈیوینیٹی، تب جا کر یہ یہ یہ شروع</w:t>
      </w:r>
    </w:p>
    <w:p>
      <w:r>
        <w:rPr>
          <w:b/>
        </w:rPr>
        <w:t xml:space="preserve">[36:19] </w:t>
      </w:r>
      <w:r>
        <w:t>hua ke nature ko explore karna hai.</w:t>
      </w:r>
    </w:p>
    <w:p>
      <w:pPr>
        <w:jc w:val="right"/>
      </w:pPr>
      <w:r>
        <w:t>ہوا کہ نیچر کو ایکسپلور کرنا ہے۔</w:t>
      </w:r>
    </w:p>
    <w:p>
      <w:r>
        <w:rPr>
          <w:b/>
        </w:rPr>
        <w:t xml:space="preserve">[36:22] </w:t>
      </w:r>
      <w:r>
        <w:t>phir hote hote sari tehzeeb wajood mein aa gayi.</w:t>
      </w:r>
    </w:p>
    <w:p>
      <w:pPr>
        <w:jc w:val="right"/>
      </w:pPr>
      <w:r>
        <w:t>پھر ہوتے ہوتے ساری تہذیب وجود میں آگئی۔</w:t>
      </w:r>
    </w:p>
    <w:p>
      <w:r>
        <w:rPr>
          <w:b/>
        </w:rPr>
        <w:t xml:space="preserve">[36:26] </w:t>
      </w:r>
      <w:r>
        <w:t>yahi yahi tareeqa allah taala ne pure deen mein rakha hai ke aap sochen, ghor karen, apni aql</w:t>
      </w:r>
    </w:p>
    <w:p>
      <w:pPr>
        <w:jc w:val="right"/>
      </w:pPr>
      <w:r>
        <w:t>یہی یہی طریقہ اللہ تعالیٰ نے پورے دین میں رکھا ہے کہ آپ سوچیں، غور کریں، اپنی عقل</w:t>
      </w:r>
    </w:p>
    <w:p>
      <w:r>
        <w:rPr>
          <w:b/>
        </w:rPr>
        <w:t xml:space="preserve">[36:34] </w:t>
      </w:r>
      <w:r>
        <w:t>ko istemal karen.</w:t>
      </w:r>
    </w:p>
    <w:p>
      <w:pPr>
        <w:jc w:val="right"/>
      </w:pPr>
      <w:r>
        <w:t>کو استعمال کریں۔</w:t>
      </w:r>
    </w:p>
    <w:p>
      <w:r>
        <w:rPr>
          <w:b/>
        </w:rPr>
        <w:t xml:space="preserve">[36:35] </w:t>
      </w:r>
      <w:r>
        <w:t>tab aap ko deen ka wisdom milega.</w:t>
      </w:r>
    </w:p>
    <w:p>
      <w:pPr>
        <w:jc w:val="right"/>
      </w:pPr>
      <w:r>
        <w:t>تب آپ کو دین کا وزڈم ملے گا۔</w:t>
      </w:r>
    </w:p>
    <w:p>
      <w:r>
        <w:rPr>
          <w:b/>
        </w:rPr>
        <w:t xml:space="preserve">[36:39] </w:t>
      </w:r>
      <w:r>
        <w:t>deen ke andar jo gehraiyan hain, woh daryaft hongi aur aap ke andar intellectual development hoga.</w:t>
      </w:r>
    </w:p>
    <w:p>
      <w:pPr>
        <w:jc w:val="right"/>
      </w:pPr>
      <w:r>
        <w:t>دین کے اندر جو گہرائیاں ہیں، وہ دریافت ہوں گی اور آپ کے اندر انٹلیکچول ڈیولپمنٹ ہوگا۔</w:t>
      </w:r>
    </w:p>
    <w:p>
      <w:r>
        <w:rPr>
          <w:b/>
        </w:rPr>
        <w:t xml:space="preserve">[36:46] </w:t>
      </w:r>
      <w:r>
        <w:t>mera haal yeh hai ke main yani rasool Allah, Allah ke rasool thay, is ko main ne daryaft</w:t>
      </w:r>
    </w:p>
    <w:p>
      <w:pPr>
        <w:jc w:val="right"/>
      </w:pPr>
      <w:r>
        <w:t>میرا حال یہ ہے کہ میں یعنی رسول اللہ، اللہ کے رسول تھے، اس کو میں نے دریافت</w:t>
      </w:r>
    </w:p>
    <w:p>
      <w:r>
        <w:rPr>
          <w:b/>
        </w:rPr>
        <w:t xml:space="preserve">[36:54] </w:t>
      </w:r>
      <w:r>
        <w:t>kya hai hadithon ke zariye se.</w:t>
      </w:r>
    </w:p>
    <w:p>
      <w:pPr>
        <w:jc w:val="right"/>
      </w:pPr>
      <w:r>
        <w:t>کیا ہے حدیثوں کے ذریعے سے۔</w:t>
      </w:r>
    </w:p>
    <w:p>
      <w:r>
        <w:rPr>
          <w:b/>
        </w:rPr>
        <w:t xml:space="preserve">[36:56] </w:t>
      </w:r>
      <w:r>
        <w:t>is ko daryaft kiya hai hadithon ke zariye se.</w:t>
      </w:r>
    </w:p>
    <w:p>
      <w:pPr>
        <w:jc w:val="right"/>
      </w:pPr>
      <w:r>
        <w:t>اس کو دریافت کیا ہے حدیثوں کے ذریعے سے۔</w:t>
      </w:r>
    </w:p>
    <w:p>
      <w:r>
        <w:rPr>
          <w:b/>
        </w:rPr>
        <w:t xml:space="preserve">[37:00] </w:t>
      </w:r>
      <w:r>
        <w:t>hadithon mein aisi aisi gehri baatein hain, aisi wisdom ki baatein hain ke main socha ke yeh yeh</w:t>
      </w:r>
    </w:p>
    <w:p>
      <w:pPr>
        <w:jc w:val="right"/>
      </w:pPr>
      <w:r>
        <w:t>حدیثوں میں ایسی ایسی گہری باتیں ہیں، ایسی وزڈم کی باتیں ہیں کہ میں سوچا کہ یہ یہ</w:t>
      </w:r>
    </w:p>
    <w:p>
      <w:r>
        <w:rPr>
          <w:b/>
        </w:rPr>
        <w:t xml:space="preserve">[37:08] </w:t>
      </w:r>
      <w:r>
        <w:t>to paighambar hi kar sakta tha aur kaun kar sakta tha? Main misaal ke taur par ek baat</w:t>
      </w:r>
    </w:p>
    <w:p>
      <w:pPr>
        <w:jc w:val="right"/>
      </w:pPr>
      <w:r>
        <w:t>تو پیغمبر ہی کر سکتا تھا اور کون کر سکتا تھا؟ میں مثال کے طور پر ایک بات</w:t>
      </w:r>
    </w:p>
    <w:p>
      <w:r>
        <w:rPr>
          <w:b/>
        </w:rPr>
        <w:t xml:space="preserve">[37:15] </w:t>
      </w:r>
      <w:r>
        <w:t>arz karta hoon ke jab rasool Allah makkah mein thay, log sata rahe thay aur kuch logon ko</w:t>
      </w:r>
    </w:p>
    <w:p>
      <w:pPr>
        <w:jc w:val="right"/>
      </w:pPr>
      <w:r>
        <w:t>عرض کرتا ہوں کہ جب رسول اللہ مکہ میں تھے، لوگ ستا رہے تھے اور کچھ لوگوں کو</w:t>
      </w:r>
    </w:p>
    <w:p>
      <w:r>
        <w:rPr>
          <w:b/>
        </w:rPr>
        <w:t xml:space="preserve">[37:23] </w:t>
      </w:r>
      <w:r>
        <w:t>bahar bhi dala tha unhon ne.</w:t>
      </w:r>
    </w:p>
    <w:p>
      <w:pPr>
        <w:jc w:val="right"/>
      </w:pPr>
      <w:r>
        <w:t>باہر بھی ڈالا تھا انہوں نے۔</w:t>
      </w:r>
    </w:p>
    <w:p>
      <w:r>
        <w:rPr>
          <w:b/>
        </w:rPr>
        <w:t xml:space="preserve">[37:26] </w:t>
      </w:r>
      <w:r>
        <w:t>to Hazrat Umar jo hain, bohat hi pehalwan aadmi thay, bohat taqatwar thay woh.</w:t>
      </w:r>
    </w:p>
    <w:p>
      <w:pPr>
        <w:jc w:val="right"/>
      </w:pPr>
      <w:r>
        <w:t>تو حضرت عمر جو ہیں، بہت ہی پہلوان آدمی تھے، بہت طاقتور تھے وہ۔</w:t>
      </w:r>
    </w:p>
    <w:p>
      <w:r>
        <w:rPr>
          <w:b/>
        </w:rPr>
        <w:t xml:space="preserve">[37:32] </w:t>
      </w:r>
      <w:r>
        <w:t>to unhon ne rasool Allah se kaha ke hum jihad karenge, hum qital karenge, in se</w:t>
      </w:r>
    </w:p>
    <w:p>
      <w:pPr>
        <w:jc w:val="right"/>
      </w:pPr>
      <w:r>
        <w:t>تو انہوں نے رسول اللہ سے کہا کہ ہم جہاد کریں گے، ہم قتال کریں گے، ان سے</w:t>
      </w:r>
    </w:p>
    <w:p>
      <w:r>
        <w:rPr>
          <w:b/>
        </w:rPr>
        <w:t xml:space="preserve">[37:39] </w:t>
      </w:r>
      <w:r>
        <w:t>ladenge, in logon se, mukhalifeen se.</w:t>
      </w:r>
    </w:p>
    <w:p>
      <w:pPr>
        <w:jc w:val="right"/>
      </w:pPr>
      <w:r>
        <w:t>لڑیں گے، ان لوگوں سے، مخالفین سے۔</w:t>
      </w:r>
    </w:p>
    <w:p>
      <w:r>
        <w:rPr>
          <w:b/>
        </w:rPr>
        <w:t xml:space="preserve">[37:42] </w:t>
      </w:r>
      <w:r>
        <w:t>is waqt aap ne kaha tha: "Ya Umar, ana qaleel." Aey Umar, hum thore hain.</w:t>
      </w:r>
    </w:p>
    <w:p>
      <w:pPr>
        <w:jc w:val="right"/>
      </w:pPr>
      <w:r>
        <w:t>اس وقت آپ نے کہا تھا: "یا عمر، انا قلیل۔" اے عمر، ہم تھوڑے ہیں۔</w:t>
      </w:r>
    </w:p>
    <w:p>
      <w:r>
        <w:rPr>
          <w:b/>
        </w:rPr>
        <w:t xml:space="preserve">[37:49] </w:t>
      </w:r>
      <w:r>
        <w:t>is par main ne ghor kiya.</w:t>
      </w:r>
    </w:p>
    <w:p>
      <w:pPr>
        <w:jc w:val="right"/>
      </w:pPr>
      <w:r>
        <w:t>اس پر میں نے غور کیا۔</w:t>
      </w:r>
    </w:p>
    <w:p>
      <w:r>
        <w:rPr>
          <w:b/>
        </w:rPr>
        <w:t xml:space="preserve">[37:51] </w:t>
      </w:r>
      <w:r>
        <w:t>Aey Umar, hum thore hain? Kyun kaha unhon ne? Rasool Allah, naoozubillah, naoozubillah, buzdil nahi thay,</w:t>
      </w:r>
    </w:p>
    <w:p>
      <w:pPr>
        <w:jc w:val="right"/>
      </w:pPr>
      <w:r>
        <w:t>اے عمر، ہم تھوڑے ہیں؟ کیوں کہا انہوں نے؟ رسول اللہ، نعوذ باللہ، نعوذ باللہ، بزدل نہیں تھے،</w:t>
      </w:r>
    </w:p>
    <w:p>
      <w:r>
        <w:rPr>
          <w:b/>
        </w:rPr>
        <w:t xml:space="preserve">[37:59] </w:t>
      </w:r>
      <w:r>
        <w:t>bohat bahadur aadmi thay, bohat bahadur aadmi thay.</w:t>
      </w:r>
    </w:p>
    <w:p>
      <w:pPr>
        <w:jc w:val="right"/>
      </w:pPr>
      <w:r>
        <w:t>بہت بہادر آدمی تھے، بہت بہادر آدمی تھے۔</w:t>
      </w:r>
    </w:p>
    <w:p>
      <w:r>
        <w:rPr>
          <w:b/>
        </w:rPr>
        <w:t xml:space="preserve">[38:03] </w:t>
      </w:r>
      <w:r>
        <w:t>ek pata hai, ek waqea aap parh sakte hain kitabon mein.</w:t>
      </w:r>
    </w:p>
    <w:p>
      <w:pPr>
        <w:jc w:val="right"/>
      </w:pPr>
      <w:r>
        <w:t>ایک پتہ ہے، ایک واقعہ آپ پڑھ سکتے ہیں کتابوں میں۔</w:t>
      </w:r>
    </w:p>
    <w:p>
      <w:r>
        <w:rPr>
          <w:b/>
        </w:rPr>
        <w:t xml:space="preserve">[38:07] </w:t>
      </w:r>
      <w:r>
        <w:t>جب آپ مکہ میں تھے تو اس زمانے میں قبائل کے قبائل یعنی کا جو زمانہ تھا، age</w:t>
      </w:r>
    </w:p>
    <w:p>
      <w:pPr>
        <w:jc w:val="right"/>
      </w:pPr>
      <w:r>
        <w:t>جب آپ مکہ میں تھے تو اس زمانے میں قبائل کے قبائل یعنی کا جو زمانہ تھا، ایج</w:t>
      </w:r>
    </w:p>
    <w:p>
      <w:r>
        <w:rPr>
          <w:b/>
        </w:rPr>
        <w:t xml:space="preserve">[38:15] </w:t>
      </w:r>
      <w:r>
        <w:t>of tribes, to us waqt bar bar qabail hamla kiya karte thay.</w:t>
      </w:r>
    </w:p>
    <w:p>
      <w:pPr>
        <w:jc w:val="right"/>
      </w:pPr>
      <w:r>
        <w:t>آف ٹرائبس، تو اس وقت بار بار قبیلے حملہ کیا کرتے تھے۔</w:t>
      </w:r>
    </w:p>
    <w:p>
      <w:r>
        <w:rPr>
          <w:b/>
        </w:rPr>
        <w:t xml:space="preserve">[38:20] </w:t>
      </w:r>
      <w:r>
        <w:t>talwar le ke idhar ghus gaye, talwar le ke idhar ghus gaye.</w:t>
      </w:r>
    </w:p>
    <w:p>
      <w:pPr>
        <w:jc w:val="right"/>
      </w:pPr>
      <w:r>
        <w:t>تلوار لے کے ادھر گھس گئے، تلوار لے کے ادھر گھس گئے۔</w:t>
      </w:r>
    </w:p>
    <w:p>
      <w:r>
        <w:rPr>
          <w:b/>
        </w:rPr>
        <w:t xml:space="preserve">[38:25] </w:t>
      </w:r>
      <w:r>
        <w:t>to ek baar yeh afwah uri makkah mein ke ek qabila aa raha hai makkah par hamla karne</w:t>
      </w:r>
    </w:p>
    <w:p>
      <w:pPr>
        <w:jc w:val="right"/>
      </w:pPr>
      <w:r>
        <w:t>تو ایک بار یہ افواہ اڑی مکہ میں کہ ایک قبیلہ آ رہا ہے مکہ پر حملہ کرنے</w:t>
      </w:r>
    </w:p>
    <w:p>
      <w:r>
        <w:rPr>
          <w:b/>
        </w:rPr>
        <w:t xml:space="preserve">[38:33] </w:t>
      </w:r>
      <w:r>
        <w:t>ke liye.</w:t>
      </w:r>
    </w:p>
    <w:p>
      <w:pPr>
        <w:jc w:val="right"/>
      </w:pPr>
      <w:r>
        <w:t>کے لیے۔</w:t>
      </w:r>
    </w:p>
    <w:p>
      <w:r>
        <w:rPr>
          <w:b/>
        </w:rPr>
        <w:t xml:space="preserve">[38:34] </w:t>
      </w:r>
      <w:r>
        <w:t>yeh ek rubar uri makkah mein ke ek qabila makkah par hamla karne ke liye aa raha hai.</w:t>
      </w:r>
    </w:p>
    <w:p>
      <w:pPr>
        <w:jc w:val="right"/>
      </w:pPr>
      <w:r>
        <w:t>یہ ایک روبڑ اڑی مکہ میں کہ ایک قبیلہ مکہ پر حملہ کرنے کے لیے آ رہا ہے۔</w:t>
      </w:r>
    </w:p>
    <w:p>
      <w:r>
        <w:rPr>
          <w:b/>
        </w:rPr>
        <w:t xml:space="preserve">[38:42] </w:t>
      </w:r>
      <w:r>
        <w:t>to jante hain kya hua? To subah ko logon ne intezar kiya ke ujala ho jaye to nikle</w:t>
      </w:r>
    </w:p>
    <w:p>
      <w:pPr>
        <w:jc w:val="right"/>
      </w:pPr>
      <w:r>
        <w:t>تو جانتے ہیں کیا ہوا؟ تو صبح کو لوگوں نے انتظار کیا کہ اجالا ہو جائے تو نکلے</w:t>
      </w:r>
    </w:p>
    <w:p>
      <w:r>
        <w:rPr>
          <w:b/>
        </w:rPr>
        <w:t xml:space="preserve">[38:50] </w:t>
      </w:r>
      <w:r>
        <w:t>dekhne ke liye ke kya kya qissa hai.</w:t>
      </w:r>
    </w:p>
    <w:p>
      <w:pPr>
        <w:jc w:val="right"/>
      </w:pPr>
      <w:r>
        <w:t>دیکھنے کے لیے کہ کیا کیا قصہ ہے۔</w:t>
      </w:r>
    </w:p>
    <w:p>
      <w:r>
        <w:rPr>
          <w:b/>
        </w:rPr>
        <w:t xml:space="preserve">[38:53] </w:t>
      </w:r>
      <w:r>
        <w:t>to jab subah ko nikle to rasool Allah idhar se wapas aa rahe thay.</w:t>
      </w:r>
    </w:p>
    <w:p>
      <w:pPr>
        <w:jc w:val="right"/>
      </w:pPr>
      <w:r>
        <w:t>تو جب صبح کو نکلے تو رسول اللہ ادھر سے واپس آ رہے تھے۔</w:t>
      </w:r>
    </w:p>
    <w:p>
      <w:r>
        <w:rPr>
          <w:b/>
        </w:rPr>
        <w:t xml:space="preserve">[38:59] </w:t>
      </w:r>
      <w:r>
        <w:t>unhon ne kaha ke main nikla aur ja kar dekha door tak, kaha kuch kuch nahi, afwah hai,</w:t>
      </w:r>
    </w:p>
    <w:p>
      <w:pPr>
        <w:jc w:val="right"/>
      </w:pPr>
      <w:r>
        <w:t>انہوں نے کہا کہ میں نکلا اور جا کر دیکھا دور تک، کہا کچھ کچھ نہیں، افواہ ہے،</w:t>
      </w:r>
    </w:p>
    <w:p>
      <w:r>
        <w:rPr>
          <w:b/>
        </w:rPr>
        <w:t xml:space="preserve">[39:07] </w:t>
      </w:r>
      <w:r>
        <w:t>kuch nahi hai, wapas chalo.</w:t>
      </w:r>
    </w:p>
    <w:p>
      <w:pPr>
        <w:jc w:val="right"/>
      </w:pPr>
      <w:r>
        <w:t>کچھ نہیں ہے، واپس چلو۔</w:t>
      </w:r>
    </w:p>
    <w:p>
      <w:r>
        <w:rPr>
          <w:b/>
        </w:rPr>
        <w:t xml:space="preserve">[39:09] </w:t>
      </w:r>
      <w:r>
        <w:t>akele chale gaye, akele.</w:t>
      </w:r>
    </w:p>
    <w:p>
      <w:pPr>
        <w:jc w:val="right"/>
      </w:pPr>
      <w:r>
        <w:t>اکیلے چلے گئے، اکیلے۔</w:t>
      </w:r>
    </w:p>
    <w:p>
      <w:r>
        <w:rPr>
          <w:b/>
        </w:rPr>
        <w:t xml:space="preserve">[39:11] </w:t>
      </w:r>
      <w:r>
        <w:t>to rasool Allah bohat hi bahadur aadmi thay.</w:t>
      </w:r>
    </w:p>
    <w:p>
      <w:pPr>
        <w:jc w:val="right"/>
      </w:pPr>
      <w:r>
        <w:t>تو رسول اللہ بہت ہی بہادر آدمی تھے۔</w:t>
      </w:r>
    </w:p>
    <w:p>
      <w:r>
        <w:rPr>
          <w:b/>
        </w:rPr>
        <w:t xml:space="preserve">[39:14] </w:t>
      </w:r>
      <w:r>
        <w:t>تو ایک بہادر آدمی یہ کہے گا کہ: "یا عمر، انا قلیل۔" نہیں، اس کے اندر wisdom ہے۔</w:t>
      </w:r>
    </w:p>
    <w:p>
      <w:pPr>
        <w:jc w:val="right"/>
      </w:pPr>
      <w:r>
        <w:t>تو ایک بہادر آدمی یہ کہے گا کہ: "یا عمر، انا قلیل۔" نہیں، اس کے اندر وزڈم ہے۔</w:t>
      </w:r>
    </w:p>
    <w:p>
      <w:r>
        <w:rPr>
          <w:b/>
        </w:rPr>
        <w:t xml:space="preserve">[39:22] </w:t>
      </w:r>
      <w:r>
        <w:t>wisdom, وہ wisdom کیا ہے؟ Wisdom یہ ہے کہ جب کوئی تمہیں کوئی step لینا ہے، کوئی اقدام</w:t>
      </w:r>
    </w:p>
    <w:p>
      <w:pPr>
        <w:jc w:val="right"/>
      </w:pPr>
      <w:r>
        <w:t>وزڈم، وہ وزڈم کیا ہے؟ وزڈم یہ ہے کہ جب کوئی تمہیں کوئی سٹیپ لینا ہے، کوئی اقدام</w:t>
      </w:r>
    </w:p>
    <w:p>
      <w:r>
        <w:rPr>
          <w:b/>
        </w:rPr>
        <w:t xml:space="preserve">[39:30] </w:t>
      </w:r>
      <w:r>
        <w:t>کرنا ہے، کوئی کارروائی کرنا ہے تو پہلے سوچو کہ کیا تم positive result نکال سکتے ہو؟ positive</w:t>
      </w:r>
    </w:p>
    <w:p>
      <w:pPr>
        <w:jc w:val="right"/>
      </w:pPr>
      <w:r>
        <w:t>کرنا ہے، کوئی کارروائی کرنا ہے تو پہلے سوچو کہ کیا تم پازیٹیو رزلٹ نکال سکتے ہو؟ پازیٹیو</w:t>
      </w:r>
    </w:p>
    <w:p>
      <w:r>
        <w:rPr>
          <w:b/>
        </w:rPr>
        <w:t xml:space="preserve">[39:37] </w:t>
      </w:r>
      <w:r>
        <w:t>رزلٹ نکال سکتے ہو تم؟ Your actions must be result-oriented.</w:t>
      </w:r>
    </w:p>
    <w:p>
      <w:pPr>
        <w:jc w:val="right"/>
      </w:pPr>
      <w:r>
        <w:t>رزلٹ نکال سکتے ہو تم؟ یور ایکشنز مسٹ بی رزلٹ اورینٹڈ۔</w:t>
      </w:r>
    </w:p>
    <w:p>
      <w:r>
        <w:rPr>
          <w:b/>
        </w:rPr>
        <w:t xml:space="preserve">[39:42] </w:t>
      </w:r>
      <w:r>
        <w:t>is waqt makka mein jo halaat thay, us waqt yahi thay ke log larr kar shaheed ho jayen.</w:t>
      </w:r>
    </w:p>
    <w:p>
      <w:pPr>
        <w:jc w:val="right"/>
      </w:pPr>
      <w:r>
        <w:t>اس وقت مکہ میں جو حالات تھے، اس وقت یہی تھے کہ لوگ لڑ کر شہید ہو جائیں۔</w:t>
      </w:r>
    </w:p>
    <w:p>
      <w:r>
        <w:rPr>
          <w:b/>
        </w:rPr>
        <w:t xml:space="preserve">[39:50] </w:t>
      </w:r>
      <w:r>
        <w:t>yeh yeh hota to larr kar mar jayen, yeh to koi goal nahi hai.</w:t>
      </w:r>
    </w:p>
    <w:p>
      <w:pPr>
        <w:jc w:val="right"/>
      </w:pPr>
      <w:r>
        <w:t>یہ یہ ہوتا تو لڑ کر مر جائیں، یہ تو کوئی گول نہیں ہے۔</w:t>
      </w:r>
    </w:p>
    <w:p>
      <w:r>
        <w:rPr>
          <w:b/>
        </w:rPr>
        <w:t xml:space="preserve">[39:56] </w:t>
      </w:r>
      <w:r>
        <w:t>aaj kal ke zamane mein, is zamane mein bana rakha hai yeh goal ke larr kar mar jao.</w:t>
      </w:r>
    </w:p>
    <w:p>
      <w:pPr>
        <w:jc w:val="right"/>
      </w:pPr>
      <w:r>
        <w:t>آج کل کے زمانے میں، اس زمانے میں بنا رکھا ہے یہ گول کہ لڑ کر مر جاؤ۔</w:t>
      </w:r>
    </w:p>
    <w:p>
      <w:r>
        <w:rPr>
          <w:b/>
        </w:rPr>
        <w:t xml:space="preserve">[40:04] </w:t>
      </w:r>
      <w:r>
        <w:t>lekin yeh Islam ka goal nahi hai, aql ka goal nahi hai, yeh fitrat ka goal nahi hai.</w:t>
      </w:r>
    </w:p>
    <w:p>
      <w:pPr>
        <w:jc w:val="right"/>
      </w:pPr>
      <w:r>
        <w:t>لیکن یہ اسلام کا گول نہیں ہے، عقل کا گول نہیں ہے، یہ فطرت کا گول نہیں ہے۔</w:t>
      </w:r>
    </w:p>
    <w:p>
      <w:r>
        <w:rPr>
          <w:b/>
        </w:rPr>
        <w:t xml:space="preserve">[40:11] </w:t>
      </w:r>
      <w:r>
        <w:t>yeh to ke aap ne sabak diya hai apne is hadith ke zariye se, is qaul ke zariye</w:t>
      </w:r>
    </w:p>
    <w:p>
      <w:pPr>
        <w:jc w:val="right"/>
      </w:pPr>
      <w:r>
        <w:t>یہ تو کہ آپ نے سبق دیا ہے اپنے اس حدیث کے ذریعے سے، اس قول کے ذریعے</w:t>
      </w:r>
    </w:p>
    <w:p>
      <w:r>
        <w:rPr>
          <w:b/>
        </w:rPr>
        <w:t xml:space="preserve">[40:19] </w:t>
      </w:r>
      <w:r>
        <w:t>se ke jab bhi koi iqdamm karna ho, koi step lena ho to sab se pehle yeh socho</w:t>
      </w:r>
    </w:p>
    <w:p>
      <w:pPr>
        <w:jc w:val="right"/>
      </w:pPr>
      <w:r>
        <w:t>سے کہ جب بھی کوئی اقدام کرنا ہو، کوئی سٹیپ لینا ہو تو سب سے پہلے یہ سوچو</w:t>
      </w:r>
    </w:p>
    <w:p>
      <w:r>
        <w:rPr>
          <w:b/>
        </w:rPr>
        <w:t xml:space="preserve">[40:27] </w:t>
      </w:r>
      <w:r>
        <w:t>ke kya tum us us position mein ho ke koi positive result nikal sakte ho tum is se?</w:t>
      </w:r>
    </w:p>
    <w:p>
      <w:pPr>
        <w:jc w:val="right"/>
      </w:pPr>
      <w:r>
        <w:t>کہ کیا تم اس اس پوزیشن میں ہو کہ کوئی پازیٹیو رزلٹ نکال سکتے ہو تم اس سے؟</w:t>
      </w:r>
    </w:p>
    <w:p>
      <w:r>
        <w:rPr>
          <w:b/>
        </w:rPr>
        <w:t xml:space="preserve">[40:34] </w:t>
      </w:r>
      <w:r>
        <w:t>aisa to nahi ke woh counter productive ban jaye.</w:t>
      </w:r>
    </w:p>
    <w:p>
      <w:pPr>
        <w:jc w:val="right"/>
      </w:pPr>
      <w:r>
        <w:t>ایسا تو نہیں کہ وہ کاؤنٹر پروڈکٹو بن جائے۔</w:t>
      </w:r>
    </w:p>
    <w:p>
      <w:r>
        <w:rPr>
          <w:b/>
        </w:rPr>
        <w:t xml:space="preserve">[40:38] </w:t>
      </w:r>
      <w:r>
        <w:t>to aisi halat mein kya hai? aisi halat mein amli iqdamm ke baghair khamosh planning, khamosh planning.</w:t>
      </w:r>
    </w:p>
    <w:p>
      <w:pPr>
        <w:jc w:val="right"/>
      </w:pPr>
      <w:r>
        <w:t>تو ایسی حالت میں کیا ہے؟ ایسی حالت میں عملی اقدام کے بغیر خاموش پلاننگ، خاموش پلاننگ۔</w:t>
      </w:r>
    </w:p>
    <w:p>
      <w:r>
        <w:rPr>
          <w:b/>
        </w:rPr>
        <w:t xml:space="preserve">[40:46] </w:t>
      </w:r>
      <w:r>
        <w:t>phir aaj kya hua? dekhiye, makka chhod kar aap madina chale gaye.</w:t>
      </w:r>
    </w:p>
    <w:p>
      <w:pPr>
        <w:jc w:val="right"/>
      </w:pPr>
      <w:r>
        <w:t>پھر آج کیا ہوا؟ دیکھیے، مکہ چھوڑ کر آپ مدینہ چلے گئے۔</w:t>
      </w:r>
    </w:p>
    <w:p>
      <w:r>
        <w:rPr>
          <w:b/>
        </w:rPr>
        <w:t xml:space="preserve">[40:51] </w:t>
      </w:r>
      <w:r>
        <w:t>yeh thi planning.</w:t>
      </w:r>
    </w:p>
    <w:p>
      <w:pPr>
        <w:jc w:val="right"/>
      </w:pPr>
      <w:r>
        <w:t>یہ تھی پلاننگ۔</w:t>
      </w:r>
    </w:p>
    <w:p>
      <w:r>
        <w:rPr>
          <w:b/>
        </w:rPr>
        <w:t xml:space="preserve">[40:52] </w:t>
      </w:r>
      <w:r>
        <w:t>yani makka mein larr jatay hain to log mar mar kar shaheed ho jatay hain.</w:t>
      </w:r>
    </w:p>
    <w:p>
      <w:pPr>
        <w:jc w:val="right"/>
      </w:pPr>
      <w:r>
        <w:t>یعنی مکہ میں لڑ جاتے ہیں تو لوگ مر مر کر شہید ہو جاتے ہیں۔</w:t>
      </w:r>
    </w:p>
    <w:p>
      <w:r>
        <w:rPr>
          <w:b/>
        </w:rPr>
        <w:t xml:space="preserve">[40:59] </w:t>
      </w:r>
      <w:r>
        <w:t>in logon ko le kar aap madina chale gaye aur aap ne reorganize kiya, replanning ki.</w:t>
      </w:r>
    </w:p>
    <w:p>
      <w:pPr>
        <w:jc w:val="right"/>
      </w:pPr>
      <w:r>
        <w:t>ان لوگوں کو لے کر آپ مدینہ چلے گئے اور آپ نے ری ارگنائز کیا، ری پلاننگ کی۔</w:t>
      </w:r>
    </w:p>
    <w:p>
      <w:r>
        <w:rPr>
          <w:b/>
        </w:rPr>
        <w:t xml:space="preserve">[41:06] </w:t>
      </w:r>
      <w:r>
        <w:t>aur bohat se waqiat hain, maine apni kitabon mein likhe hain, aap padh lijiye.</w:t>
      </w:r>
    </w:p>
    <w:p>
      <w:pPr>
        <w:jc w:val="right"/>
      </w:pPr>
      <w:r>
        <w:t>اور بہت سے واقعات ہیں، میں نے اپنی کتابوں میں لکھے ہیں، آپ پڑھ لیجئے۔</w:t>
      </w:r>
    </w:p>
    <w:p>
      <w:r>
        <w:rPr>
          <w:b/>
        </w:rPr>
        <w:t xml:space="preserve">[41:13] </w:t>
      </w:r>
      <w:r>
        <w:t>to bajaye is ke ke larr kar mar jao, replanning karo, khamosh andaaz mein apne amal ka</w:t>
      </w:r>
    </w:p>
    <w:p>
      <w:pPr>
        <w:jc w:val="right"/>
      </w:pPr>
      <w:r>
        <w:t>تو بجائے اس کے کہ لڑ کر مر جاؤ، ری پلاننگ کرو، خاموش انداز میں اپنے عمل کا</w:t>
      </w:r>
    </w:p>
    <w:p>
      <w:r>
        <w:rPr>
          <w:b/>
        </w:rPr>
        <w:t xml:space="preserve">[41:21] </w:t>
      </w:r>
      <w:r>
        <w:t>naqsha banao jo natija khez ho.</w:t>
      </w:r>
    </w:p>
    <w:p>
      <w:pPr>
        <w:jc w:val="right"/>
      </w:pPr>
      <w:r>
        <w:t>نقشہ بناؤ جو نتیجہ خیز ہو۔</w:t>
      </w:r>
    </w:p>
    <w:p>
      <w:r>
        <w:rPr>
          <w:b/>
        </w:rPr>
        <w:t xml:space="preserve">[41:23] </w:t>
      </w:r>
      <w:r>
        <w:t>is tarah ki beshumar wisdom ki baatein hain hadith kitabon mein.</w:t>
      </w:r>
    </w:p>
    <w:p>
      <w:pPr>
        <w:jc w:val="right"/>
      </w:pPr>
      <w:r>
        <w:t>اس طرح کی بے شمار وزڈم کی باتیں ہیں حدیث کتابوں میں۔</w:t>
      </w:r>
    </w:p>
    <w:p>
      <w:r>
        <w:rPr>
          <w:b/>
        </w:rPr>
        <w:t xml:space="preserve">[41:28] </w:t>
      </w:r>
      <w:r>
        <w:t>is ko padh kar mujhe yaqeen hoga ke yeh insaan Allah ka rasool tha.</w:t>
      </w:r>
    </w:p>
    <w:p>
      <w:pPr>
        <w:jc w:val="right"/>
      </w:pPr>
      <w:r>
        <w:t>اس کو پڑھ کر مجھے یقین ہوگا کہ یہ انسان اللہ کا رسول تھا۔</w:t>
      </w:r>
    </w:p>
    <w:p>
      <w:r>
        <w:rPr>
          <w:b/>
        </w:rPr>
        <w:t xml:space="preserve">[41:34] </w:t>
      </w:r>
      <w:r>
        <w:t>rasool ke siwa koi aisi baatein nahi kar sakta.</w:t>
      </w:r>
    </w:p>
    <w:p>
      <w:pPr>
        <w:jc w:val="right"/>
      </w:pPr>
      <w:r>
        <w:t>رسول کے سوا کوئی ایسی باتیں نہیں کر سکتا۔</w:t>
      </w:r>
    </w:p>
    <w:p>
      <w:r>
        <w:rPr>
          <w:b/>
        </w:rPr>
        <w:t xml:space="preserve">[41:38] </w:t>
      </w:r>
      <w:r>
        <w:t>meri kitabein hain, aap padh lijiye: mutala-e-seerat, paigham-e-pehgham-e-انقلاب, aur kai kitabein hain.</w:t>
      </w:r>
    </w:p>
    <w:p>
      <w:pPr>
        <w:jc w:val="right"/>
      </w:pPr>
      <w:r>
        <w:t>میری کتابیں ہیں، آپ پڑھ لیجئے: مطالعہ سیرت، پیغام پیغمبر انقلاب، اور کئی کتابیں ہیں۔</w:t>
      </w:r>
    </w:p>
    <w:p>
      <w:r>
        <w:rPr>
          <w:b/>
        </w:rPr>
        <w:t xml:space="preserve">[41:45] </w:t>
      </w:r>
      <w:r>
        <w:t>is ko aap padh lijiye.</w:t>
      </w:r>
    </w:p>
    <w:p>
      <w:pPr>
        <w:jc w:val="right"/>
      </w:pPr>
      <w:r>
        <w:t>اس کو آپ پڑھ لیجئے۔</w:t>
      </w:r>
    </w:p>
    <w:p>
      <w:r>
        <w:rPr>
          <w:b/>
        </w:rPr>
        <w:t xml:space="preserve">[41:47] </w:t>
      </w:r>
      <w:r>
        <w:t>maine in cheezon ko khola hai is mein.</w:t>
      </w:r>
    </w:p>
    <w:p>
      <w:pPr>
        <w:jc w:val="right"/>
      </w:pPr>
      <w:r>
        <w:t>میں نے ان چیزوں کو کھولا ہے اس میں۔</w:t>
      </w:r>
    </w:p>
    <w:p>
      <w:r>
        <w:rPr>
          <w:b/>
        </w:rPr>
        <w:t xml:space="preserve">[41:51] </w:t>
      </w:r>
      <w:r>
        <w:t>to khulasa yeh hai ke hadeesein jo hain, woh islam ka bohat hi qeemti سرمایہ hain.</w:t>
      </w:r>
    </w:p>
    <w:p>
      <w:pPr>
        <w:jc w:val="right"/>
      </w:pPr>
      <w:r>
        <w:t>تو خلاصہ یہ ہے کہ حدیثیں جو ہیں، وہ اسلام کا بہت ہی قیمتی سرمایہ ہیں۔</w:t>
      </w:r>
    </w:p>
    <w:p>
      <w:r>
        <w:rPr>
          <w:b/>
        </w:rPr>
        <w:t xml:space="preserve">[41:57] </w:t>
      </w:r>
      <w:r>
        <w:t>quran agar quran hai to hadees quran ka applied, ab applied quran hai.</w:t>
      </w:r>
    </w:p>
    <w:p>
      <w:pPr>
        <w:jc w:val="right"/>
      </w:pPr>
      <w:r>
        <w:t>قرآن اگر قرآن ہے تو حدیث قرآن کا اپلائیڈ، اب اپلائیڈ قرآن ہے۔</w:t>
      </w:r>
    </w:p>
    <w:p>
      <w:r>
        <w:rPr>
          <w:b/>
        </w:rPr>
        <w:t xml:space="preserve">[42:03] </w:t>
      </w:r>
      <w:r>
        <w:t>yani quran agar quran hai to hadees applied quran hai.</w:t>
      </w:r>
    </w:p>
    <w:p>
      <w:pPr>
        <w:jc w:val="right"/>
      </w:pPr>
      <w:r>
        <w:t>یعنی قرآن اگر قرآن ہے تو حدیث اپلائیڈ قرآن ہے۔</w:t>
      </w:r>
    </w:p>
    <w:p>
      <w:r>
        <w:rPr>
          <w:b/>
        </w:rPr>
        <w:t xml:space="preserve">[42:07] </w:t>
      </w:r>
      <w:r>
        <w:t>quran ko hadees ke zareeye historical base milta hai.</w:t>
      </w:r>
    </w:p>
    <w:p>
      <w:pPr>
        <w:jc w:val="right"/>
      </w:pPr>
      <w:r>
        <w:t>قرآن کو حدیث کے ذریعے ہسٹوریکل بیس ملتا ہے۔</w:t>
      </w:r>
    </w:p>
    <w:p>
      <w:r>
        <w:rPr>
          <w:b/>
        </w:rPr>
        <w:t xml:space="preserve">[42:11] </w:t>
      </w:r>
      <w:r>
        <w:t>historical base hadees ke zareeye hamein maloom hota hai kis tarah islam ne woh process jari kiya tareekh</w:t>
      </w:r>
    </w:p>
    <w:p>
      <w:pPr>
        <w:jc w:val="right"/>
      </w:pPr>
      <w:r>
        <w:t>ہسٹوریکل بیس حدیث کے ذریعے ہمیں معلوم ہوتا ہے کس طرح اسلام نے وہ پروسیس جاری کیا تاریخ</w:t>
      </w:r>
    </w:p>
    <w:p>
      <w:r>
        <w:rPr>
          <w:b/>
        </w:rPr>
        <w:t xml:space="preserve">[42:19] </w:t>
      </w:r>
      <w:r>
        <w:t>mein, jise culmination tha modern civilization.</w:t>
      </w:r>
    </w:p>
    <w:p>
      <w:pPr>
        <w:jc w:val="right"/>
      </w:pPr>
      <w:r>
        <w:t>میں، جسے کلمنیشن تھا ماڈرن سویلائزیشن۔</w:t>
      </w:r>
    </w:p>
    <w:p>
      <w:r>
        <w:rPr>
          <w:b/>
        </w:rPr>
        <w:t xml:space="preserve">[42:21] </w:t>
      </w:r>
      <w:r>
        <w:t>to meri dua hai ke Allah taala mujh ko aur aap ko tofeeq de ke hum baaton ko</w:t>
      </w:r>
    </w:p>
    <w:p>
      <w:pPr>
        <w:jc w:val="right"/>
      </w:pPr>
      <w:r>
        <w:t>تو میری دعا ہے کہ اللہ تعالیٰ مجھ کو اور آپ کو توفیق دے کہ ہم باتوں کو</w:t>
      </w:r>
    </w:p>
    <w:p>
      <w:r>
        <w:rPr>
          <w:b/>
        </w:rPr>
        <w:t xml:space="preserve">[42:29] </w:t>
      </w:r>
      <w:r>
        <w:t>saheeh zaawiyay se dekhein, right angle se dekhein.</w:t>
      </w:r>
    </w:p>
    <w:p>
      <w:pPr>
        <w:jc w:val="right"/>
      </w:pPr>
      <w:r>
        <w:t>صحیح زاویے سے دیکھیں، رائٹ اینگل سے دیکھیں۔</w:t>
      </w:r>
    </w:p>
    <w:p>
      <w:r>
        <w:rPr>
          <w:b/>
        </w:rPr>
        <w:t xml:space="preserve">[42:33] </w:t>
      </w:r>
      <w:r>
        <w:t>Allah mujh ko aur aap ko sirat-e-mustaqeem ki tofeeq de aur hum ko dunya aur aakhirat mein</w:t>
      </w:r>
    </w:p>
    <w:p>
      <w:pPr>
        <w:jc w:val="right"/>
      </w:pPr>
      <w:r>
        <w:t>اللہ مجھ کو اور آپ کو صراط مستقیم کی توفیق دے اور ہم کو دنیا اور آخرت میں</w:t>
      </w:r>
    </w:p>
    <w:p>
      <w:r>
        <w:rPr>
          <w:b/>
        </w:rPr>
        <w:t xml:space="preserve">[42:40] </w:t>
      </w:r>
      <w:r>
        <w:t>apni rehmat se, apni sa'adat se nawazay.</w:t>
      </w:r>
    </w:p>
    <w:p>
      <w:pPr>
        <w:jc w:val="right"/>
      </w:pPr>
      <w:r>
        <w:t>اپنی رحمت سے، اپنی سعادت سے نوازے۔</w:t>
      </w:r>
    </w:p>
    <w:p>
      <w:r>
        <w:rPr>
          <w:b/>
        </w:rPr>
        <w:t xml:space="preserve">[42:43] </w:t>
      </w:r>
      <w:r>
        <w:t>ameen.</w:t>
      </w:r>
    </w:p>
    <w:p>
      <w:pPr>
        <w:jc w:val="right"/>
      </w:pPr>
      <w:r>
        <w:t>آمین۔</w:t>
      </w:r>
    </w:p>
    <w:p>
      <w:r>
        <w:rPr>
          <w:b/>
        </w:rPr>
        <w:t xml:space="preserve">[42:45] </w:t>
      </w:r>
      <w:r>
        <w:t>Okay, ah, before, ah, we resume the question-answer session, there is an important update from CP.</w:t>
      </w:r>
    </w:p>
    <w:p>
      <w:pPr>
        <w:jc w:val="right"/>
      </w:pPr>
      <w:r>
        <w:t>اوکے، آہ، بیفور آہ، وی ریزیوم دی کوئسچن انسر سیشن، دیر از این امپورٹنٹ اپڈیٹ فرام سی پی</w:t>
      </w:r>
    </w:p>
    <w:p>
      <w:r>
        <w:rPr>
          <w:b/>
        </w:rPr>
        <w:t xml:space="preserve">[42:52] </w:t>
      </w:r>
      <w:r>
        <w:t>s international.</w:t>
      </w:r>
    </w:p>
    <w:p>
      <w:pPr>
        <w:jc w:val="right"/>
      </w:pPr>
      <w:r>
        <w:t>ایس انٹرنیشنل۔</w:t>
      </w:r>
    </w:p>
    <w:p>
      <w:r>
        <w:rPr>
          <w:b/>
        </w:rPr>
        <w:t xml:space="preserve">[42:54] </w:t>
      </w:r>
      <w:r>
        <w:t>As you all know, that ah, the Quran distribution is being done at a global scale by C</w:t>
      </w:r>
    </w:p>
    <w:p>
      <w:pPr>
        <w:jc w:val="right"/>
      </w:pPr>
      <w:r>
        <w:t>ایز یو آل نو، دیٹ آہ، دی قرآن ڈسٹریبیوشن از بینگ ڈن ایٹ ا گلوبل سکیل بائے سی</w:t>
      </w:r>
    </w:p>
    <w:p>
      <w:r>
        <w:rPr>
          <w:b/>
        </w:rPr>
        <w:t xml:space="preserve">[43:02] </w:t>
      </w:r>
      <w:r>
        <w:t>ps international and its associates, volunteers, and all those who are members of the organization.</w:t>
      </w:r>
    </w:p>
    <w:p>
      <w:pPr>
        <w:jc w:val="right"/>
      </w:pPr>
      <w:r>
        <w:t>پی ایس انٹرنیشنل اینڈ اٹس ایسوسیٹس، والنٹیئرز، اینڈ آل دوز ہو آر ممبرز آف دی آرگنائزیشن۔</w:t>
      </w:r>
    </w:p>
    <w:p>
      <w:r>
        <w:rPr>
          <w:b/>
        </w:rPr>
        <w:t xml:space="preserve">[43:09] </w:t>
      </w:r>
      <w:r>
        <w:t>However, there is a greater need felt to do the translation in different languages.</w:t>
      </w:r>
    </w:p>
    <w:p>
      <w:pPr>
        <w:jc w:val="right"/>
      </w:pPr>
      <w:r>
        <w:t>ہاؤ ایور، دیر از ا گریٹر نیڈ فیل ٹو ڈو دی ٹرانسلیشن ان ڈفرنٹ لینگویجز۔</w:t>
      </w:r>
    </w:p>
    <w:p>
      <w:r>
        <w:rPr>
          <w:b/>
        </w:rPr>
        <w:t xml:space="preserve">[43:15] </w:t>
      </w:r>
      <w:r>
        <w:t>Last week, Maulana Sahib had released the Hindi translation of Quran and the response is phenomenal.</w:t>
      </w:r>
    </w:p>
    <w:p>
      <w:pPr>
        <w:jc w:val="right"/>
      </w:pPr>
      <w:r>
        <w:t>لاسٹ ویک، مولانا صاحب ہیڈ ریلیز دی ہندی ٹرانسلیشن آف قرآن اینڈ دی رسپانس از فینامینل۔</w:t>
      </w:r>
    </w:p>
    <w:p>
      <w:r>
        <w:rPr>
          <w:b/>
        </w:rPr>
        <w:t xml:space="preserve">[43:22] </w:t>
      </w:r>
      <w:r>
        <w:t>In fact, at the World Book Fair in Delhi, there has been huge demand for Hindi translation of</w:t>
      </w:r>
    </w:p>
    <w:p>
      <w:pPr>
        <w:jc w:val="right"/>
      </w:pPr>
      <w:r>
        <w:t>ان فیکٹ، ایٹ دی ورلڈ بک فیئر ان دہلی، دیر ہیز بین ہیوج ڈیمانڈ فار ہندی ٹرانسلیشن آف</w:t>
      </w:r>
    </w:p>
    <w:p>
      <w:r>
        <w:rPr>
          <w:b/>
        </w:rPr>
        <w:t xml:space="preserve">[43:30] </w:t>
      </w:r>
      <w:r>
        <w:t>quran.</w:t>
      </w:r>
    </w:p>
    <w:p>
      <w:pPr>
        <w:jc w:val="right"/>
      </w:pPr>
      <w:r>
        <w:t>قرآن۔</w:t>
      </w:r>
    </w:p>
    <w:p>
      <w:r>
        <w:rPr>
          <w:b/>
        </w:rPr>
        <w:t xml:space="preserve">[43:31] </w:t>
      </w:r>
      <w:r>
        <w:t>So today, we will be sharing with you another update that there was work being done to translate</w:t>
      </w:r>
    </w:p>
    <w:p>
      <w:pPr>
        <w:jc w:val="right"/>
      </w:pPr>
      <w:r>
        <w:t>سو ٹوڈے، وی ویل بی شیئرنگ ود یو انادر اپڈیٹ کہ دیر واز ورک بینگ ڈن ٹو ٹرانسلیٹ</w:t>
      </w:r>
    </w:p>
    <w:p>
      <w:r>
        <w:rPr>
          <w:b/>
        </w:rPr>
        <w:t xml:space="preserve">[43:39] </w:t>
      </w:r>
      <w:r>
        <w:t>the quran in dogri language.</w:t>
      </w:r>
    </w:p>
    <w:p>
      <w:pPr>
        <w:jc w:val="right"/>
      </w:pPr>
      <w:r>
        <w:t>دی قرآن ان ڈوگری لینگویج۔</w:t>
      </w:r>
    </w:p>
    <w:p>
      <w:r>
        <w:rPr>
          <w:b/>
        </w:rPr>
        <w:t xml:space="preserve">[43:41] </w:t>
      </w:r>
      <w:r>
        <w:t>This is a language which is widely spoken in the Jammu region and this task has been going</w:t>
      </w:r>
    </w:p>
    <w:p>
      <w:pPr>
        <w:jc w:val="right"/>
      </w:pPr>
      <w:r>
        <w:t>دس از ا لینگویج وچ از وائڈلی سپوکن ان دا جموں ریجن اینڈ دس ٹاسک ہیز بین گوئنگ</w:t>
      </w:r>
    </w:p>
    <w:p>
      <w:r>
        <w:rPr>
          <w:b/>
        </w:rPr>
        <w:t xml:space="preserve">[43:49] </w:t>
      </w:r>
      <w:r>
        <w:t>on for a very long period of time and it has been taken up by the Shah Hamdan</w:t>
      </w:r>
    </w:p>
    <w:p>
      <w:pPr>
        <w:jc w:val="right"/>
      </w:pPr>
      <w:r>
        <w:t>آن فار ا ویری لانگ پیریڈ آف ٹائم اینڈ اٹ ہیز بین ٹیکن اپ بائے دی شاہ حمدان</w:t>
      </w:r>
    </w:p>
    <w:p>
      <w:r>
        <w:rPr>
          <w:b/>
        </w:rPr>
        <w:t xml:space="preserve">[43:56] </w:t>
      </w:r>
      <w:r>
        <w:t>society which is headquartered in Jammu region.</w:t>
      </w:r>
    </w:p>
    <w:p>
      <w:pPr>
        <w:jc w:val="right"/>
      </w:pPr>
      <w:r>
        <w:t>سوسائٹی وچ از ہیڈ کوارٹرڈ ان جموں ریجن۔</w:t>
      </w:r>
    </w:p>
    <w:p>
      <w:r>
        <w:rPr>
          <w:b/>
        </w:rPr>
        <w:t xml:space="preserve">[44:00] </w:t>
      </w:r>
      <w:r>
        <w:t>The Shah Hamdan Society has been founded by Maulana Abdul Qayyum Nadwi Sahib along with the other associates.</w:t>
      </w:r>
    </w:p>
    <w:p>
      <w:pPr>
        <w:jc w:val="right"/>
      </w:pPr>
      <w:r>
        <w:t>دی شاہ حمدان سوسائٹی ہیز بین فاؤنڈڈ بائے مولانا عبدالقیوم ندوی صاحب الونگ ود دی ادر ایسوسیٹس۔</w:t>
      </w:r>
    </w:p>
    <w:p>
      <w:r>
        <w:rPr>
          <w:b/>
        </w:rPr>
        <w:t xml:space="preserve">[44:07] </w:t>
      </w:r>
      <w:r>
        <w:t>سو they have been doing this translation of Quran in Dogri language and recently, this ah ah translation</w:t>
      </w:r>
    </w:p>
    <w:p>
      <w:pPr>
        <w:jc w:val="right"/>
      </w:pPr>
      <w:r>
        <w:t>سو دے ہیو بین ڈوئنگ دس ٹرانسلیشن آف قرآن ان ڈوگری لینگویج اینڈ ریسنٹلی، دس آہ آہ ٹرانسلیشن</w:t>
      </w:r>
    </w:p>
    <w:p>
      <w:r>
        <w:rPr>
          <w:b/>
        </w:rPr>
        <w:t xml:space="preserve">[44:15] </w:t>
      </w:r>
      <w:r>
        <w:t>has been done for the thirty para of Quran which has got concluded and ah this work has</w:t>
      </w:r>
    </w:p>
    <w:p>
      <w:pPr>
        <w:jc w:val="right"/>
      </w:pPr>
      <w:r>
        <w:t>ہیز بین ڈن فار دا تھرٹی پارہ آف قرآن وچ از گاٹ کنکلوڈڈ اینڈ آہ دس ورک ہیز</w:t>
      </w:r>
    </w:p>
    <w:p>
      <w:r>
        <w:rPr>
          <w:b/>
        </w:rPr>
        <w:t xml:space="preserve">[44:22] </w:t>
      </w:r>
      <w:r>
        <w:t>been done by Ms. Azra Chaudhry under the supervision of ah Maulana ah Maulana Maulana Abdul Qayyum Nadwi, who</w:t>
      </w:r>
    </w:p>
    <w:p>
      <w:pPr>
        <w:jc w:val="right"/>
      </w:pPr>
      <w:r>
        <w:t>بین ڈن بائے مس ازرا چوہدری انڈر دی سپرویژن آف آہ مولانا آہ مولانا مولانا عبدالقیوم ندوی، ہو</w:t>
      </w:r>
    </w:p>
    <w:p>
      <w:r>
        <w:rPr>
          <w:b/>
        </w:rPr>
        <w:t xml:space="preserve">[44:30] </w:t>
      </w:r>
      <w:r>
        <w:t>as the founder of the Shah Hamdan Society.</w:t>
      </w:r>
    </w:p>
    <w:p>
      <w:pPr>
        <w:jc w:val="right"/>
      </w:pPr>
      <w:r>
        <w:t>از دی فاؤنڈر آف دی شاہ حمدان سوسائٹی۔</w:t>
      </w:r>
    </w:p>
    <w:p>
      <w:r>
        <w:rPr>
          <w:b/>
        </w:rPr>
        <w:t xml:space="preserve">[44:34] </w:t>
      </w:r>
      <w:r>
        <w:t>So today, Maulana Sahib will be releasing ah the book.</w:t>
      </w:r>
    </w:p>
    <w:p>
      <w:pPr>
        <w:jc w:val="right"/>
      </w:pPr>
      <w:r>
        <w:t>سو ٹوڈے، مولانا صاحب ویل بی ریلیزنگ آہ دی بک۔</w:t>
      </w:r>
    </w:p>
    <w:p>
      <w:r>
        <w:rPr>
          <w:b/>
        </w:rPr>
        <w:t xml:space="preserve">[44:38] </w:t>
      </w:r>
      <w:r>
        <w:t>However, before he does that, I would request Maulana Abdul Qayyum Nadvi Sahab, the founder of Shah Hamdan</w:t>
      </w:r>
    </w:p>
    <w:p>
      <w:pPr>
        <w:jc w:val="right"/>
      </w:pPr>
      <w:r>
        <w:t>ہاؤ ایور، بیفور ہی ڈز دیٹ، آئی وڈ ریکویسٹ مولانا عبدالقیوم ندوی صاحب، دی فاؤنڈر آف شاہ حمدان</w:t>
      </w:r>
    </w:p>
    <w:p>
      <w:r>
        <w:rPr>
          <w:b/>
        </w:rPr>
        <w:t xml:space="preserve">[44:46] </w:t>
      </w:r>
      <w:r>
        <w:t>سوسائٹی، to come here and introduce the Shah Hamdan Society and also say a few words.</w:t>
      </w:r>
    </w:p>
    <w:p>
      <w:pPr>
        <w:jc w:val="right"/>
      </w:pPr>
      <w:r>
        <w:t>سوسائٹی، ٹو کم ہیر اینڈ انٹروڈیوس دی شاہ حمدان سوسائٹی اینڈ آل سو سی ا فیو ورڈز۔</w:t>
      </w:r>
    </w:p>
    <w:p>
      <w:r>
        <w:rPr>
          <w:b/>
        </w:rPr>
        <w:t xml:space="preserve">[44:53] </w:t>
      </w:r>
      <w:r>
        <w:t>bismillah-ir-rahman-ir-rahim.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[44:55] </w:t>
      </w:r>
      <w:r>
        <w:t>bari musarrat ki baat hai ke aaj ke sunday class mein hum kashmir se bees log shareek ho</w:t>
      </w:r>
    </w:p>
    <w:p>
      <w:pPr>
        <w:jc w:val="right"/>
      </w:pPr>
      <w:r>
        <w:t>بڑی مسرت کی بات ہے کہ آج کے سنڈے کلاس میں ہم کشمیر سے بیس لوگ شریک ہو</w:t>
      </w:r>
    </w:p>
    <w:p>
      <w:r>
        <w:rPr>
          <w:b/>
        </w:rPr>
        <w:t xml:space="preserve">[45:02] </w:t>
      </w:r>
      <w:r>
        <w:t>rahe hain aur Maulana ke aaj ke is lecture se hum ne mustafeed hua.</w:t>
      </w:r>
    </w:p>
    <w:p>
      <w:pPr>
        <w:jc w:val="right"/>
      </w:pPr>
      <w:r>
        <w:t>رہے ہیں اور مولانا کے آج کے اس لیکچر سے ہم نے استفادہ کیا۔</w:t>
      </w:r>
    </w:p>
    <w:p>
      <w:r>
        <w:rPr>
          <w:b/>
        </w:rPr>
        <w:t xml:space="preserve">[45:08] </w:t>
      </w:r>
      <w:r>
        <w:t>is mauqa par Shah Hamdan Society ke talluq se main pichli baar jab do hazar barah mein hum</w:t>
      </w:r>
    </w:p>
    <w:p>
      <w:pPr>
        <w:jc w:val="right"/>
      </w:pPr>
      <w:r>
        <w:t>اس موقع پر شاہ حمدان سوسائٹی کے تعلق سے میں پچھلی بار جب دو ہزار بارہ میں ہم</w:t>
      </w:r>
    </w:p>
    <w:p>
      <w:r>
        <w:rPr>
          <w:b/>
        </w:rPr>
        <w:t xml:space="preserve">[45:16] </w:t>
      </w:r>
      <w:r>
        <w:t>log yahan shareek hue thay aisi aik session mein, us waqt hum ne Shah Hamdan Society ke baray</w:t>
      </w:r>
    </w:p>
    <w:p>
      <w:pPr>
        <w:jc w:val="right"/>
      </w:pPr>
      <w:r>
        <w:t>لوگ یہاں شریک ہوئے تھے ایسی ایک سیشن میں، اس وقت ہم نے شاہ حمدان سوسائٹی کے بارے</w:t>
      </w:r>
    </w:p>
    <w:p>
      <w:r>
        <w:rPr>
          <w:b/>
        </w:rPr>
        <w:t xml:space="preserve">[45:24] </w:t>
      </w:r>
      <w:r>
        <w:t>mein bataya tha ke Maulana ki tehreeron se jo kashmir ke baray mein likhi gayeen aur is mein</w:t>
      </w:r>
    </w:p>
    <w:p>
      <w:pPr>
        <w:jc w:val="right"/>
      </w:pPr>
      <w:r>
        <w:t>میں بتایا تھا کہ مولانا کی تحریروں سے جو کشمیر کے بارے میں لکھی گئیں اور اس میں</w:t>
      </w:r>
    </w:p>
    <w:p>
      <w:r>
        <w:rPr>
          <w:b/>
        </w:rPr>
        <w:t xml:space="preserve">[45:31] </w:t>
      </w:r>
      <w:r>
        <w:t>khaas tor par aap ne Shah Hamdan Ameer Kabir Shah Ali Shah Hamdan ke baray mein, un ke</w:t>
      </w:r>
    </w:p>
    <w:p>
      <w:pPr>
        <w:jc w:val="right"/>
      </w:pPr>
      <w:r>
        <w:t>خاص طور پر آپ نے شاہ حمدان امیر کبیر شاہ علی شاہ حمدان کے بارے میں، ان کے</w:t>
      </w:r>
    </w:p>
    <w:p>
      <w:r>
        <w:rPr>
          <w:b/>
        </w:rPr>
        <w:t xml:space="preserve">[45:39] </w:t>
      </w:r>
      <w:r>
        <w:t>mission ke baray mein likha aur isi se hamein inspiration hui ke Shah Hamdan Society woh kaam kare</w:t>
      </w:r>
    </w:p>
    <w:p>
      <w:pPr>
        <w:jc w:val="right"/>
      </w:pPr>
      <w:r>
        <w:t>مشن کے بارے میں لکھا اور اسی سے ہمیں انسپیریشن ہوئی کہ شاہ حمدان سوسائٹی وہ کام کرے</w:t>
      </w:r>
    </w:p>
    <w:p>
      <w:r>
        <w:rPr>
          <w:b/>
        </w:rPr>
        <w:t xml:space="preserve">[45:47] </w:t>
      </w:r>
      <w:r>
        <w:t>jo Hazrat Shah Hamdan ne us waqt kiya jab kashmir ki halat lag bhag kuch aur wajuhaat ki</w:t>
      </w:r>
    </w:p>
    <w:p>
      <w:pPr>
        <w:jc w:val="right"/>
      </w:pPr>
      <w:r>
        <w:t>جو حضرت شاہ حمدان نے اس وقت کیا جب کشمیر کی حالت لگ بھگ کچھ اور وجوہات کی</w:t>
      </w:r>
    </w:p>
    <w:p>
      <w:r>
        <w:rPr>
          <w:b/>
        </w:rPr>
        <w:t xml:space="preserve">[45:55] </w:t>
      </w:r>
      <w:r>
        <w:t>bunyaad par aisi thi ke wahan musalman dhoonde koi milta tha.</w:t>
      </w:r>
    </w:p>
    <w:p>
      <w:pPr>
        <w:jc w:val="right"/>
      </w:pPr>
      <w:r>
        <w:t>بنیاد پر ایسی تھی کہ وہاں مسلمان ڈھونڈے کوئی ملتا تھا۔</w:t>
      </w:r>
    </w:p>
    <w:p>
      <w:r>
        <w:rPr>
          <w:b/>
        </w:rPr>
        <w:t xml:space="preserve">[45:59] </w:t>
      </w:r>
      <w:r>
        <w:t>society mein ghareebi thi, nadari thi, rastay masdood thay.</w:t>
      </w:r>
    </w:p>
    <w:p>
      <w:pPr>
        <w:jc w:val="right"/>
      </w:pPr>
      <w:r>
        <w:t>سوسائٹی میں غریبی تھی، ناداری تھی، راستے مسدود تھے۔</w:t>
      </w:r>
    </w:p>
    <w:p>
      <w:r>
        <w:rPr>
          <w:b/>
        </w:rPr>
        <w:t xml:space="preserve">[46:03] </w:t>
      </w:r>
      <w:r>
        <w:t>yeh saari cheezen dekh kar unhon ne ek jamia program banaya aur khitta kashmir ko islam ke sath</w:t>
      </w:r>
    </w:p>
    <w:p>
      <w:pPr>
        <w:jc w:val="right"/>
      </w:pPr>
      <w:r>
        <w:t>یہ ساری چیزیں دیکھ کر انہوں نے ایک جامعہ پروگرام بنایا اور خطہ کشمیر کو اسلام کے ساتھ</w:t>
      </w:r>
    </w:p>
    <w:p>
      <w:r>
        <w:rPr>
          <w:b/>
        </w:rPr>
        <w:t xml:space="preserve">[46:11] </w:t>
      </w:r>
      <w:r>
        <w:t>sath wahan ki ek society ki tashkeel ki jise hum ek kashmiri samaj kehte hain aur wahan par</w:t>
      </w:r>
    </w:p>
    <w:p>
      <w:pPr>
        <w:jc w:val="right"/>
      </w:pPr>
      <w:r>
        <w:t>ساتھ وہاں کی ایک سوسائٹی کی تشکیل کی جسے ہم ایک کشمیری سماج کہتے ہیں اور وہاں پر</w:t>
      </w:r>
    </w:p>
    <w:p>
      <w:r>
        <w:rPr>
          <w:b/>
        </w:rPr>
        <w:t xml:space="preserve">[46:19] </w:t>
      </w:r>
      <w:r>
        <w:t>bade mustahkam andaaz mein wahan ki sanat o harafat, wahan ki rohani riwayat, wahan ka aapsi mil jul,</w:t>
      </w:r>
    </w:p>
    <w:p>
      <w:pPr>
        <w:jc w:val="right"/>
      </w:pPr>
      <w:r>
        <w:t>بڑے مستحکم انداز میں وہاں کی سند و حرفت، وہاں کی روحانی روایات، وہاں کا آپسی میل جول،</w:t>
      </w:r>
    </w:p>
    <w:p>
      <w:r>
        <w:rPr>
          <w:b/>
        </w:rPr>
        <w:t xml:space="preserve">[46:26] </w:t>
      </w:r>
      <w:r>
        <w:t>is ki buniyad jo hai hazrat ameer kabir shah ali shah hamdani ne dali.</w:t>
      </w:r>
    </w:p>
    <w:p>
      <w:pPr>
        <w:jc w:val="right"/>
      </w:pPr>
      <w:r>
        <w:t>اس کی بنیاد جو ہے حضرت امیر کبیر شاہ علی شاہ حمدانی نے ڈالی۔</w:t>
      </w:r>
    </w:p>
    <w:p>
      <w:r>
        <w:rPr>
          <w:b/>
        </w:rPr>
        <w:t xml:space="preserve">[46:32] </w:t>
      </w:r>
      <w:r>
        <w:t>to isi jazbe ke sath hum ne shah hamdan society ki tashkeel di hai aur is ka buniyadi</w:t>
      </w:r>
    </w:p>
    <w:p>
      <w:pPr>
        <w:jc w:val="right"/>
      </w:pPr>
      <w:r>
        <w:t>تو اسی جذبے کے ساتھ ہم نے شاہ حمدان سوسائٹی کی تشکیل دی ہے اور اس کا بنیادی</w:t>
      </w:r>
    </w:p>
    <w:p>
      <w:r>
        <w:rPr>
          <w:b/>
        </w:rPr>
        <w:t xml:space="preserve">[46:40] </w:t>
      </w:r>
      <w:r>
        <w:t>kaam kya hai, woh mujhe lagta hai ke aah batane ki zaroorat nahi hai kyunke jab koi beemar</w:t>
      </w:r>
    </w:p>
    <w:p>
      <w:pPr>
        <w:jc w:val="right"/>
      </w:pPr>
      <w:r>
        <w:t>کام کیا ہے، وہ مجھے لگتا ہے کہ آہ بتانے کی ضرورت نہیں ہے کیونکہ جب کوئی بیمار</w:t>
      </w:r>
    </w:p>
    <w:p>
      <w:r>
        <w:rPr>
          <w:b/>
        </w:rPr>
        <w:t xml:space="preserve">[46:48] </w:t>
      </w:r>
      <w:r>
        <w:t>ho to beemar ke liye dawai ki zaroorat hoti hai aur doctor ki zaroorat hoti hai.</w:t>
      </w:r>
    </w:p>
    <w:p>
      <w:pPr>
        <w:jc w:val="right"/>
      </w:pPr>
      <w:r>
        <w:t>ہو تو بیمار کے لیے دوائی کی ضرورت ہوتی ہے اور ڈاکٹر کی ضرورت ہوتی ہے۔</w:t>
      </w:r>
    </w:p>
    <w:p>
      <w:r>
        <w:rPr>
          <w:b/>
        </w:rPr>
        <w:t xml:space="preserve">[46:55] </w:t>
      </w:r>
      <w:r>
        <w:t>kashmir ke jo halaat hain ya pichle bees saal se jo halaat rahe hain, is ne is maashre</w:t>
      </w:r>
    </w:p>
    <w:p>
      <w:pPr>
        <w:jc w:val="right"/>
      </w:pPr>
      <w:r>
        <w:t>کشمیر کے جو حالات ہیں یا پچھلے بیس سال سے جو حالات رہے ہیں، اس نے اس معاشرے</w:t>
      </w:r>
    </w:p>
    <w:p>
      <w:r>
        <w:rPr>
          <w:b/>
        </w:rPr>
        <w:t xml:space="preserve">[47:02] </w:t>
      </w:r>
      <w:r>
        <w:t>ko dobara itna scatter kiya hai, itna aah tod phod kar is ko aisi halat mein daal diya</w:t>
      </w:r>
    </w:p>
    <w:p>
      <w:pPr>
        <w:jc w:val="right"/>
      </w:pPr>
      <w:r>
        <w:t>کو دوبارہ اتنا سکیٹر کیا ہے، اتنا آہ توڑ پھوڑ کر اس کو ایسی حالت میں ڈال دیا</w:t>
      </w:r>
    </w:p>
    <w:p>
      <w:r>
        <w:rPr>
          <w:b/>
        </w:rPr>
        <w:t xml:space="preserve">[47:10] </w:t>
      </w:r>
      <w:r>
        <w:t>hai ke jahan par har insan kisi na kisi tarah se ek marz mein mubtala hai, stress ka</w:t>
      </w:r>
    </w:p>
    <w:p>
      <w:pPr>
        <w:jc w:val="right"/>
      </w:pPr>
      <w:r>
        <w:t>ہے کہ جہاں پر ہر انسان کسی نہ کسی طرح سے ایک مرض میں مبتلا ہے، سٹریس کا</w:t>
      </w:r>
    </w:p>
    <w:p>
      <w:r>
        <w:rPr>
          <w:b/>
        </w:rPr>
        <w:t xml:space="preserve">[47:18] </w:t>
      </w:r>
      <w:r>
        <w:t>shikar hai, khatre aur aah khatraat aur pareshaniyon se dochar hai aur woh cheezen ek taweel bees arse</w:t>
      </w:r>
    </w:p>
    <w:p>
      <w:pPr>
        <w:jc w:val="right"/>
      </w:pPr>
      <w:r>
        <w:t>شکار ہے، خطرے اور آہ خطرات اور پریشانیوں سے دوچار ہے اور وہ چیزیں ایک طویل بیس عرصے</w:t>
      </w:r>
    </w:p>
    <w:p>
      <w:r>
        <w:rPr>
          <w:b/>
        </w:rPr>
        <w:t xml:space="preserve">[47:25] </w:t>
      </w:r>
      <w:r>
        <w:t>saal ke arse mein paida hui hain.</w:t>
      </w:r>
    </w:p>
    <w:p>
      <w:pPr>
        <w:jc w:val="right"/>
      </w:pPr>
      <w:r>
        <w:t>سال کے عرصے میں پیدا ہوئی ہیں۔</w:t>
      </w:r>
    </w:p>
    <w:p>
      <w:r>
        <w:rPr>
          <w:b/>
        </w:rPr>
        <w:t xml:space="preserve">[47:28] </w:t>
      </w:r>
      <w:r>
        <w:t>aur is mein sab se bari sitam zaryfi ki baat yeh hai ke jahan aur cheezon ka exploitation</w:t>
      </w:r>
    </w:p>
    <w:p>
      <w:pPr>
        <w:jc w:val="right"/>
      </w:pPr>
      <w:r>
        <w:t>اور اس میں سب سے بڑی ستم ظریفی کی بات یہ ہے کہ جہاں اور چیزوں کا ایکسپلائٹیشن</w:t>
      </w:r>
    </w:p>
    <w:p>
      <w:r>
        <w:rPr>
          <w:b/>
        </w:rPr>
        <w:t xml:space="preserve">[47:36] </w:t>
      </w:r>
      <w:r>
        <w:t>hota hai, wahan par mazhab ko aur phir islam jaise deen ko bhi exploit kiya jata hai.</w:t>
      </w:r>
    </w:p>
    <w:p>
      <w:pPr>
        <w:jc w:val="right"/>
      </w:pPr>
      <w:r>
        <w:t>ہوتا ہے، وہاں پر مذہب کو اور پھر اسلام جیسے دین کو بھی ایکسپلائٹ کیا جاتا ہے۔</w:t>
      </w:r>
    </w:p>
    <w:p>
      <w:r>
        <w:rPr>
          <w:b/>
        </w:rPr>
        <w:t xml:space="preserve">[47:43] </w:t>
      </w:r>
      <w:r>
        <w:t>aur is dauran hum ne dekha ke in logon ki, in aah logon ki dukanein bohat chamki hain</w:t>
      </w:r>
    </w:p>
    <w:p>
      <w:pPr>
        <w:jc w:val="right"/>
      </w:pPr>
      <w:r>
        <w:t>اور اس دوران ہم نے دیکھا کہ ان لوگوں کی، ان آہ لوگوں کی دکانیں بہت چمکی ہیں</w:t>
      </w:r>
    </w:p>
    <w:p>
      <w:r>
        <w:rPr>
          <w:b/>
        </w:rPr>
        <w:t xml:space="preserve">[47:51] </w:t>
      </w:r>
      <w:r>
        <w:t>jinhein hum kahenge ke aah neem khanda ulma ya aah khud gharz qisam ke log jinhon ne</w:t>
      </w:r>
    </w:p>
    <w:p>
      <w:pPr>
        <w:jc w:val="right"/>
      </w:pPr>
      <w:r>
        <w:t>جنہیں ہم کہیں گے کہ آہ نیم خاندہ علماء یا آہ خود غرض قسم کے لوگ جنہوں نے</w:t>
      </w:r>
    </w:p>
    <w:p>
      <w:r>
        <w:rPr>
          <w:b/>
        </w:rPr>
        <w:t xml:space="preserve">[47:59] </w:t>
      </w:r>
      <w:r>
        <w:t>kisi ne rohaniyat ke naam par, kisi ne kisi ilaaj ke naam par itni sari dukanein khol li</w:t>
      </w:r>
    </w:p>
    <w:p>
      <w:pPr>
        <w:jc w:val="right"/>
      </w:pPr>
      <w:r>
        <w:t>کسی نے روحانیت کے نام پر، کسی نے کسی علاج کے نام پر اتنی ساری دکانیں کھول لی</w:t>
      </w:r>
    </w:p>
    <w:p>
      <w:r>
        <w:rPr>
          <w:b/>
        </w:rPr>
        <w:t xml:space="preserve">[48:07] </w:t>
      </w:r>
      <w:r>
        <w:t>hain ke woh mareezon ko shifa ke bajaye un ke marz ko aur barha rahe hain.</w:t>
      </w:r>
    </w:p>
    <w:p>
      <w:pPr>
        <w:jc w:val="right"/>
      </w:pPr>
      <w:r>
        <w:t>ہیں کہ وہ مریضوں کو شفا کے بجائے ان کے مرض کو اور بڑھا رہے ہیں۔</w:t>
      </w:r>
    </w:p>
    <w:p>
      <w:r>
        <w:rPr>
          <w:b/>
        </w:rPr>
        <w:t xml:space="preserve">[48:13] </w:t>
      </w:r>
      <w:r>
        <w:t>aur jo hazrat maulana farma rahe thay abhi ke ahadees ka taalluq quran se kya hai aur islam</w:t>
      </w:r>
    </w:p>
    <w:p>
      <w:pPr>
        <w:jc w:val="right"/>
      </w:pPr>
      <w:r>
        <w:t>اور جو حضرت مولانا فرما رہے تھے ابھی کہ احادیث کا تعلق قرآن سے کیا ہے اور اسلام</w:t>
      </w:r>
    </w:p>
    <w:p>
      <w:r>
        <w:rPr>
          <w:b/>
        </w:rPr>
        <w:t xml:space="preserve">[48:21] </w:t>
      </w:r>
      <w:r>
        <w:t>ki buniyad jo hai woh ahadees hai, wohin par yeh sitam zaryfi hai ke ahadees ke naam par</w:t>
      </w:r>
    </w:p>
    <w:p>
      <w:pPr>
        <w:jc w:val="right"/>
      </w:pPr>
      <w:r>
        <w:t>کی بنیاد جو ہے وہ احادیث ہے، وہیں پر یہ ستم ظریفی ہے کہ احادیث کے نام پر</w:t>
      </w:r>
    </w:p>
    <w:p>
      <w:r>
        <w:rPr>
          <w:b/>
        </w:rPr>
        <w:t xml:space="preserve">[48:29] </w:t>
      </w:r>
      <w:r>
        <w:t>mauzu zaeef aur ghair ma'roof ahadees ka ka sahara le kar islam ki tashreehat logon ke samne ki</w:t>
      </w:r>
    </w:p>
    <w:p>
      <w:pPr>
        <w:jc w:val="right"/>
      </w:pPr>
      <w:r>
        <w:t>موضوع ضعیف اور غیر معروف احادیث کا کا سہارا لے کر اسلام کی تشریحات لوگوں کے سامنے کی</w:t>
      </w:r>
    </w:p>
    <w:p>
      <w:r>
        <w:rPr>
          <w:b/>
        </w:rPr>
        <w:t xml:space="preserve">[48:37] </w:t>
      </w:r>
      <w:r>
        <w:t>jati hain aur aise ek do nahi, bees yun qisam ke asar-o-nasar society mein sar-garm amal hain.</w:t>
      </w:r>
    </w:p>
    <w:p>
      <w:pPr>
        <w:jc w:val="right"/>
      </w:pPr>
      <w:r>
        <w:t>جاتی ہیں اور ایسے ایک دو نہیں، بیس یوں قسم کے عناصر سوسائٹی میں سرگرم عمل ہیں۔</w:t>
      </w:r>
    </w:p>
    <w:p>
      <w:r>
        <w:rPr>
          <w:b/>
        </w:rPr>
        <w:t xml:space="preserve">[48:44] </w:t>
      </w:r>
      <w:r>
        <w:t>is liye aise log jo deen ko samajhte hon, deen ki rooh ko samajhte hon aur islam ke</w:t>
      </w:r>
    </w:p>
    <w:p>
      <w:pPr>
        <w:jc w:val="right"/>
      </w:pPr>
      <w:r>
        <w:t>اس لیے ایسے لوگ جو دین کو سمجھتے ہوں، دین کی روح کو سمجھتے ہوں اور اسلام کے</w:t>
      </w:r>
    </w:p>
    <w:p>
      <w:r>
        <w:rPr>
          <w:b/>
        </w:rPr>
        <w:t xml:space="preserve">[48:52] </w:t>
      </w:r>
      <w:r>
        <w:t>aalmi paigham par jin logon ki nazar ho, un logon ke liye ek platform hai jise hum</w:t>
      </w:r>
    </w:p>
    <w:p>
      <w:pPr>
        <w:jc w:val="right"/>
      </w:pPr>
      <w:r>
        <w:t>عالمی پیغام پر جن لوگوں کی نظر ہو، ان لوگوں کے لیے ایک پلیٹ فارم ہے جسے ہم</w:t>
      </w:r>
    </w:p>
    <w:p>
      <w:r>
        <w:rPr>
          <w:b/>
        </w:rPr>
        <w:t xml:space="preserve">[48:59] </w:t>
      </w:r>
      <w:r>
        <w:t>shah hamdan society ke naam se jante hain ya woh jis ka shah hamdan society ke naam se</w:t>
      </w:r>
    </w:p>
    <w:p>
      <w:pPr>
        <w:jc w:val="right"/>
      </w:pPr>
      <w:r>
        <w:t>شاہ حمدان سوسائٹی کے نام سے جانتے ہیں یا وہ جس کا شاہ حمدان سوسائٹی کے نام سے</w:t>
      </w:r>
    </w:p>
    <w:p>
      <w:r>
        <w:rPr>
          <w:b/>
        </w:rPr>
        <w:t xml:space="preserve">[49:07] </w:t>
      </w:r>
      <w:r>
        <w:t>hum ne aaghaz kiya hai.</w:t>
      </w:r>
    </w:p>
    <w:p>
      <w:pPr>
        <w:jc w:val="right"/>
      </w:pPr>
      <w:r>
        <w:t>ہم نے آغاز کیا ہے۔</w:t>
      </w:r>
    </w:p>
    <w:p>
      <w:r>
        <w:rPr>
          <w:b/>
        </w:rPr>
        <w:t xml:space="preserve">[49:09] </w:t>
      </w:r>
      <w:r>
        <w:t>is society ke kaam mein yahi buniyadi kaam hai ke society ki tashkeel no ki jaye aur is</w:t>
      </w:r>
    </w:p>
    <w:p>
      <w:pPr>
        <w:jc w:val="right"/>
      </w:pPr>
      <w:r>
        <w:t>اس سوسائٹی کے کام میں یہی بنیادی کام ہے کہ سوسائٹی کی تشکیل نو کی جائے اور اس</w:t>
      </w:r>
    </w:p>
    <w:p>
      <w:r>
        <w:rPr>
          <w:b/>
        </w:rPr>
        <w:t xml:space="preserve">[49:17] </w:t>
      </w:r>
      <w:r>
        <w:t>mein un ko bataya jaye ke Allah taala ne ek kitaab bheji hai, Quran Kareem, aur is se</w:t>
      </w:r>
    </w:p>
    <w:p>
      <w:pPr>
        <w:jc w:val="right"/>
      </w:pPr>
      <w:r>
        <w:t>میں ان کو بتایا جائے کہ اللہ تعالیٰ نے ایک کتاب بھیجی ہے، قرآن کریم، اور اس سے</w:t>
      </w:r>
    </w:p>
    <w:p>
      <w:r>
        <w:rPr>
          <w:b/>
        </w:rPr>
        <w:t xml:space="preserve">[49:25] </w:t>
      </w:r>
      <w:r>
        <w:t>apna ta'alluq joda jaye aur woh kitaab shifa hai aur woh kitaab rehmat hai, woh sari dunya ke</w:t>
      </w:r>
    </w:p>
    <w:p>
      <w:pPr>
        <w:jc w:val="right"/>
      </w:pPr>
      <w:r>
        <w:t>اپنا تعلق جوڑا جائے اور وہ کتاب شفا ہے اور وہ کتاب رحمت ہے، وہ ساری دنیا کے</w:t>
      </w:r>
    </w:p>
    <w:p>
      <w:r>
        <w:rPr>
          <w:b/>
        </w:rPr>
        <w:t xml:space="preserve">[49:32] </w:t>
      </w:r>
      <w:r>
        <w:t>insanon ke liye bheji gayi hai.</w:t>
      </w:r>
    </w:p>
    <w:p>
      <w:pPr>
        <w:jc w:val="right"/>
      </w:pPr>
      <w:r>
        <w:t>انسانوں کے لیے بھیجی گئی ہے۔</w:t>
      </w:r>
    </w:p>
    <w:p>
      <w:r>
        <w:rPr>
          <w:b/>
        </w:rPr>
        <w:t xml:space="preserve">[49:35] </w:t>
      </w:r>
      <w:r>
        <w:t>CPS aalmi satah par jo kaam kar rahi hai, woh is waqt ke insanon ki zaroorat</w:t>
      </w:r>
    </w:p>
    <w:p>
      <w:pPr>
        <w:jc w:val="right"/>
      </w:pPr>
      <w:r>
        <w:t>سی پی ایس عالمی سطح پر جو کام کر رہی ہے، وہ اس وقت کے انسانوں کی ضرورت</w:t>
      </w:r>
    </w:p>
    <w:p>
      <w:r>
        <w:rPr>
          <w:b/>
        </w:rPr>
        <w:t xml:space="preserve">[49:43] </w:t>
      </w:r>
      <w:r>
        <w:t>hai aur angrezi, Hindi mein bohat sare tarajim jagah jagah pahunch chuke hain.</w:t>
      </w:r>
    </w:p>
    <w:p>
      <w:pPr>
        <w:jc w:val="right"/>
      </w:pPr>
      <w:r>
        <w:t>ہے اور انگریزی، ہندی میں بہت سارے تراجم جگہ جگہ پہنچ چکے ہیں۔</w:t>
      </w:r>
    </w:p>
    <w:p>
      <w:r>
        <w:rPr>
          <w:b/>
        </w:rPr>
        <w:t xml:space="preserve">[49:48] </w:t>
      </w:r>
      <w:r>
        <w:t>chunki Dogri zaban ek maqami zaban hai, Kashmir ke teen ilaqe hain.</w:t>
      </w:r>
    </w:p>
    <w:p>
      <w:pPr>
        <w:jc w:val="right"/>
      </w:pPr>
      <w:r>
        <w:t>چونکہ ڈوگری زبان ایک مقامی زبان ہے، کشمیر کے تین خطے ہیں۔</w:t>
      </w:r>
    </w:p>
    <w:p>
      <w:r>
        <w:rPr>
          <w:b/>
        </w:rPr>
        <w:t xml:space="preserve">[49:53] </w:t>
      </w:r>
      <w:r>
        <w:t>ek Ladakh, Leh Ladakh hai, ek Kashmir hai aur ek Jammu hai.</w:t>
      </w:r>
    </w:p>
    <w:p>
      <w:pPr>
        <w:jc w:val="right"/>
      </w:pPr>
      <w:r>
        <w:t>ایک لداخ، لے لداخ ہے، ایک کشمیر ہے اور ایک جموں ہے۔</w:t>
      </w:r>
    </w:p>
    <w:p>
      <w:r>
        <w:rPr>
          <w:b/>
        </w:rPr>
        <w:t xml:space="preserve">[49:58] </w:t>
      </w:r>
      <w:r>
        <w:t>in ilaqon mein Kashmir mein Kashmiri zaban boli jati hai.</w:t>
      </w:r>
    </w:p>
    <w:p>
      <w:pPr>
        <w:jc w:val="right"/>
      </w:pPr>
      <w:r>
        <w:t>ان خطوں میں کشمیر میں کشمیری زبان بولی جاتی ہے۔</w:t>
      </w:r>
    </w:p>
    <w:p>
      <w:r>
        <w:rPr>
          <w:b/>
        </w:rPr>
        <w:t xml:space="preserve">[50:03] </w:t>
      </w:r>
      <w:r>
        <w:t>Leh Ladakh mein Ladakhi aur Bodhi zabanein boli jati hain.</w:t>
      </w:r>
    </w:p>
    <w:p>
      <w:pPr>
        <w:jc w:val="right"/>
      </w:pPr>
      <w:r>
        <w:t>لے لداخ میں لداخی اور بودھی زبانیں بولی جاتی ہیں۔</w:t>
      </w:r>
    </w:p>
    <w:p>
      <w:r>
        <w:rPr>
          <w:b/>
        </w:rPr>
        <w:t xml:space="preserve">[50:07] </w:t>
      </w:r>
      <w:r>
        <w:t>aur Jammu mein bhi kai choti moti zabanein, local dialects hain lekin is mein largely boli jane wali</w:t>
      </w:r>
    </w:p>
    <w:p>
      <w:pPr>
        <w:jc w:val="right"/>
      </w:pPr>
      <w:r>
        <w:t>اور جموں میں بھی کئی چھوٹی موٹی زبانیں، لوکل ڈائلیکٹس ہیں لیکن اس میں لارجلی بولی جانے والی</w:t>
      </w:r>
    </w:p>
    <w:p>
      <w:r>
        <w:rPr>
          <w:b/>
        </w:rPr>
        <w:t xml:space="preserve">[50:15] </w:t>
      </w:r>
      <w:r>
        <w:t>zaban Dogri zaban hai.</w:t>
      </w:r>
    </w:p>
    <w:p>
      <w:pPr>
        <w:jc w:val="right"/>
      </w:pPr>
      <w:r>
        <w:t>زبان ڈوگری زبان ہے۔</w:t>
      </w:r>
    </w:p>
    <w:p>
      <w:r>
        <w:rPr>
          <w:b/>
        </w:rPr>
        <w:t xml:space="preserve">[50:16] </w:t>
      </w:r>
      <w:r>
        <w:t>aur is zaban ki sister language mein Pahari language aati hai, Punjabi aati hai, yeh languages bhi is</w:t>
      </w:r>
    </w:p>
    <w:p>
      <w:pPr>
        <w:jc w:val="right"/>
      </w:pPr>
      <w:r>
        <w:t>اور اس زبان کی سسٹر لینگویج میں پہاڑی لینگویج آتی ہے، پنجابی آتی ہے، یہ لینگویجز بھی اس</w:t>
      </w:r>
    </w:p>
    <w:p>
      <w:r>
        <w:rPr>
          <w:b/>
        </w:rPr>
        <w:t xml:space="preserve">[50:24] </w:t>
      </w:r>
      <w:r>
        <w:t>se milti julti hain.</w:t>
      </w:r>
    </w:p>
    <w:p>
      <w:pPr>
        <w:jc w:val="right"/>
      </w:pPr>
      <w:r>
        <w:t>سے ملتی جلتی ہیں۔</w:t>
      </w:r>
    </w:p>
    <w:p>
      <w:r>
        <w:rPr>
          <w:b/>
        </w:rPr>
        <w:t xml:space="preserve">[50:26] </w:t>
      </w:r>
      <w:r>
        <w:t>to hum ne is pehli koshish mein yeh kiya hai ke teesvan para Quran Pak ka is zaban</w:t>
      </w:r>
    </w:p>
    <w:p>
      <w:pPr>
        <w:jc w:val="right"/>
      </w:pPr>
      <w:r>
        <w:t>تو ہم نے اس پہلی کوشش میں یہ کیا ہے کہ تیسواں پارہ قرآن پاک کا اس زبان</w:t>
      </w:r>
    </w:p>
    <w:p>
      <w:r>
        <w:rPr>
          <w:b/>
        </w:rPr>
        <w:t xml:space="preserve">[50:34] </w:t>
      </w:r>
      <w:r>
        <w:t>mein tarjuma kiya hai.</w:t>
      </w:r>
    </w:p>
    <w:p>
      <w:pPr>
        <w:jc w:val="right"/>
      </w:pPr>
      <w:r>
        <w:t>میں ترجمہ کیا ہے۔</w:t>
      </w:r>
    </w:p>
    <w:p>
      <w:r>
        <w:rPr>
          <w:b/>
        </w:rPr>
        <w:t xml:space="preserve">[50:35] </w:t>
      </w:r>
      <w:r>
        <w:t>aur is ke sath ek ajib ek ittefaq aisa hua ke ek khatoon, us ne musharraf ba Islam</w:t>
      </w:r>
    </w:p>
    <w:p>
      <w:pPr>
        <w:jc w:val="right"/>
      </w:pPr>
      <w:r>
        <w:t>اور اس کے ساتھ ایک عجیب ایک اتفاق ایسا ہوا کہ ایک خاتون، اس نے مشرف با اسلام</w:t>
      </w:r>
    </w:p>
    <w:p>
      <w:r>
        <w:rPr>
          <w:b/>
        </w:rPr>
        <w:t xml:space="preserve">[50:43] </w:t>
      </w:r>
      <w:r>
        <w:t>hone ke baad Hindi mein MA kiya aur Dogri mein MA kiya.</w:t>
      </w:r>
    </w:p>
    <w:p>
      <w:pPr>
        <w:jc w:val="right"/>
      </w:pPr>
      <w:r>
        <w:t>ہونے کے بعد ہندی میں ایم اے کیا اور ڈوگری میں ایم اے کیا۔</w:t>
      </w:r>
    </w:p>
    <w:p>
      <w:r>
        <w:rPr>
          <w:b/>
        </w:rPr>
        <w:t xml:space="preserve">[50:49] </w:t>
      </w:r>
      <w:r>
        <w:t>aur woh yeh samajhti nahi thi ke maine Dogri mein kis liye MA kiya hai, Hindi</w:t>
      </w:r>
    </w:p>
    <w:p>
      <w:pPr>
        <w:jc w:val="right"/>
      </w:pPr>
      <w:r>
        <w:t>اور وہ یہ سمجھتی نہیں تھی کہ میں نے ڈوگری میں کس لیے ایم اے کیا ہے، ہندی</w:t>
      </w:r>
    </w:p>
    <w:p>
      <w:r>
        <w:rPr>
          <w:b/>
        </w:rPr>
        <w:t xml:space="preserve">[50:57] </w:t>
      </w:r>
      <w:r>
        <w:t>mein kis liye maine MA kar rakhi hai.</w:t>
      </w:r>
    </w:p>
    <w:p>
      <w:pPr>
        <w:jc w:val="right"/>
      </w:pPr>
      <w:r>
        <w:t>میں کس لیے میں نے ایم اے کر رکھی ہے۔</w:t>
      </w:r>
    </w:p>
    <w:p>
      <w:r>
        <w:rPr>
          <w:b/>
        </w:rPr>
        <w:t xml:space="preserve">[51:01] </w:t>
      </w:r>
      <w:r>
        <w:t>to meri rafiiqa hayat se un ka wasta pada.</w:t>
      </w:r>
    </w:p>
    <w:p>
      <w:pPr>
        <w:jc w:val="right"/>
      </w:pPr>
      <w:r>
        <w:t>تو میری رفیقہ حیات سے ان کا واسطہ پڑا۔</w:t>
      </w:r>
    </w:p>
    <w:p>
      <w:r>
        <w:rPr>
          <w:b/>
        </w:rPr>
        <w:t xml:space="preserve">[51:05] </w:t>
      </w:r>
      <w:r>
        <w:t>ta'alluq hua to woh is ke liye tayyar ho gayin aur bohat hi ibadat guzar aur bohat hi</w:t>
      </w:r>
    </w:p>
    <w:p>
      <w:pPr>
        <w:jc w:val="right"/>
      </w:pPr>
      <w:r>
        <w:t>تعلق ہوا تو وہ اس کے لیے تیار ہو گئیں اور بہت ہی عبادت گزار اور بہت ہی</w:t>
      </w:r>
    </w:p>
    <w:p>
      <w:r>
        <w:rPr>
          <w:b/>
        </w:rPr>
        <w:t xml:space="preserve">[51:13] </w:t>
      </w:r>
      <w:r>
        <w:t>basalahiyat khatoon thi jinho ne is tarjume ko anjam diya hai.</w:t>
      </w:r>
    </w:p>
    <w:p>
      <w:pPr>
        <w:jc w:val="right"/>
      </w:pPr>
      <w:r>
        <w:t>باصلاحیت خاتون تھی جنہوں نے اس ترجمے کو انجام دیا ہے۔</w:t>
      </w:r>
    </w:p>
    <w:p>
      <w:r>
        <w:rPr>
          <w:b/>
        </w:rPr>
        <w:t xml:space="preserve">[51:17] </w:t>
      </w:r>
      <w:r>
        <w:t>aur aage bhi baqi quran pak ka tarjuma jo hai, woh ho raha hai, lagbhag pandrah sipare</w:t>
      </w:r>
    </w:p>
    <w:p>
      <w:pPr>
        <w:jc w:val="right"/>
      </w:pPr>
      <w:r>
        <w:t>اور آگے بھی باقی قرآن پاک کا ترجمہ جو ہے، وہ ہو رہا ہے، لگ بھگ پندرہ سپارے</w:t>
      </w:r>
    </w:p>
    <w:p>
      <w:r>
        <w:rPr>
          <w:b/>
        </w:rPr>
        <w:t xml:space="preserve">[51:25] </w:t>
      </w:r>
      <w:r>
        <w:t>ho chuka hai.</w:t>
      </w:r>
    </w:p>
    <w:p>
      <w:pPr>
        <w:jc w:val="right"/>
      </w:pPr>
      <w:r>
        <w:t>ہو چکا ہے۔</w:t>
      </w:r>
    </w:p>
    <w:p>
      <w:r>
        <w:rPr>
          <w:b/>
        </w:rPr>
        <w:t xml:space="preserve">[51:27] </w:t>
      </w:r>
      <w:r>
        <w:t>pehlay marhalay mein hum teesvan para jo hai, pesh kar rahay hain.</w:t>
      </w:r>
    </w:p>
    <w:p>
      <w:pPr>
        <w:jc w:val="right"/>
      </w:pPr>
      <w:r>
        <w:t>پہلے مرحلے میں ہم تیسواں پارہ جو ہے، پیش کر رہے ہیں۔</w:t>
      </w:r>
    </w:p>
    <w:p>
      <w:r>
        <w:rPr>
          <w:b/>
        </w:rPr>
        <w:t xml:space="preserve">[51:32] </w:t>
      </w:r>
      <w:r>
        <w:t>aur humain bari khushi hai ke Maulana Wahiduddin Khan sahib, jo Tazkir-ul-Quran se hi yeh maakhuz</w:t>
      </w:r>
    </w:p>
    <w:p>
      <w:pPr>
        <w:jc w:val="right"/>
      </w:pPr>
      <w:r>
        <w:t>اور ہمیں بڑی خوشی ہے کہ مولانا وحید الدین خان صاحب، جو تذکر القرآن سے ہی یہ ماخوذ</w:t>
      </w:r>
    </w:p>
    <w:p>
      <w:r>
        <w:rPr>
          <w:b/>
        </w:rPr>
        <w:t xml:space="preserve">[51:39] </w:t>
      </w:r>
      <w:r>
        <w:t>hai aur Tazkir-ul-Quran ka jo muqaddama hai, pesh lafaz jo bohat hi جامع معنی qism ka aur</w:t>
      </w:r>
    </w:p>
    <w:p>
      <w:pPr>
        <w:jc w:val="right"/>
      </w:pPr>
      <w:r>
        <w:t>ہے اور تذکر القرآن کا جو مقدمہ ہے، پیش لفظ جو بہت ہی جامع معنی قسم کا اور</w:t>
      </w:r>
    </w:p>
    <w:p>
      <w:r>
        <w:rPr>
          <w:b/>
        </w:rPr>
        <w:t xml:space="preserve">[51:47] </w:t>
      </w:r>
      <w:r>
        <w:t>bara mustahkam qism ka muqaddama hai, Quran ka taaruf, woh bhi hum ne is mein shamil kiya hua</w:t>
      </w:r>
    </w:p>
    <w:p>
      <w:pPr>
        <w:jc w:val="right"/>
      </w:pPr>
      <w:r>
        <w:t>بڑا مستحکم قسم کا مقدمہ ہے، قرآن کا تعارف، وہ بھی ہم نے اس میں شامل کیا ہوا</w:t>
      </w:r>
    </w:p>
    <w:p>
      <w:r>
        <w:rPr>
          <w:b/>
        </w:rPr>
        <w:t xml:space="preserve">[51:55]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[51:56] </w:t>
      </w:r>
      <w:r>
        <w:t>to mein darkhwast karunga Maulana se ke woh dua karein ke Allah taala is ko qabool qabool</w:t>
      </w:r>
    </w:p>
    <w:p>
      <w:pPr>
        <w:jc w:val="right"/>
      </w:pPr>
      <w:r>
        <w:t>تو میں درخواست کروں گا مولانا سے کہ وہ دعا کریں کہ اللہ تعالیٰ اس کو قبول قبول</w:t>
      </w:r>
    </w:p>
    <w:p>
      <w:r>
        <w:rPr>
          <w:b/>
        </w:rPr>
        <w:t xml:space="preserve">[52:04] </w:t>
      </w:r>
      <w:r>
        <w:t>farmaye.</w:t>
      </w:r>
    </w:p>
    <w:p>
      <w:pPr>
        <w:jc w:val="right"/>
      </w:pPr>
      <w:r>
        <w:t>فرمائے۔</w:t>
      </w:r>
    </w:p>
    <w:p>
      <w:r>
        <w:rPr>
          <w:b/>
        </w:rPr>
        <w:t xml:space="preserve">[52:06] </w:t>
      </w:r>
      <w:r>
        <w:t>Ameen.</w:t>
      </w:r>
    </w:p>
    <w:p>
      <w:pPr>
        <w:jc w:val="right"/>
      </w:pPr>
      <w:r>
        <w:t>آمین۔</w:t>
      </w:r>
    </w:p>
    <w:p>
      <w:r>
        <w:rPr>
          <w:b/>
        </w:rPr>
        <w:t xml:space="preserve">[52:07] </w:t>
      </w:r>
      <w:r>
        <w:t>Assalam o Alaikum.</w:t>
      </w:r>
    </w:p>
    <w:p>
      <w:pPr>
        <w:jc w:val="right"/>
      </w:pPr>
      <w:r>
        <w:t>السلام علیکم۔</w:t>
      </w:r>
    </w:p>
    <w:p>
      <w:r>
        <w:rPr>
          <w:b/>
        </w:rPr>
        <w:t xml:space="preserve">[52:09] </w:t>
      </w:r>
      <w:r>
        <w:t>release the ah ah the the 30th para of Quran translation.</w:t>
      </w:r>
    </w:p>
    <w:p>
      <w:pPr>
        <w:jc w:val="right"/>
      </w:pPr>
      <w:r>
        <w:t>ریلیز دی آہ آہ دی دی تھرٹی پارہ آف قرآن ٹرانسلیشن۔</w:t>
      </w:r>
    </w:p>
    <w:p>
      <w:r>
        <w:rPr>
          <w:b/>
        </w:rPr>
        <w:t xml:space="preserve">[52:13] </w:t>
      </w:r>
      <w:r>
        <w:t>ab ab ab bhai haan.</w:t>
      </w:r>
    </w:p>
    <w:p>
      <w:pPr>
        <w:jc w:val="right"/>
      </w:pPr>
      <w:r>
        <w:t>اب اب اب بھائی ہاں۔</w:t>
      </w:r>
    </w:p>
    <w:p>
      <w:r>
        <w:rPr>
          <w:b/>
        </w:rPr>
        <w:t xml:space="preserve">[52:15] </w:t>
      </w:r>
      <w:r>
        <w:t>I would now request Maulana Sahib to give the first moment to Farooq Mustafa Sahib, patron of</w:t>
      </w:r>
    </w:p>
    <w:p>
      <w:pPr>
        <w:jc w:val="right"/>
      </w:pPr>
      <w:r>
        <w:t>آئی وڈ ناو ریکویسٹ مولانا صاحب ٹو گیو دی فرسٹ مومنٹ ٹو فار فاروق مصطفیٰ صاحب، پیٹرن آف</w:t>
      </w:r>
    </w:p>
    <w:p>
      <w:r>
        <w:rPr>
          <w:b/>
        </w:rPr>
        <w:t xml:space="preserve">[52:23] </w:t>
      </w:r>
      <w:r>
        <w:t>Himalayan ki sample wearing foundation.</w:t>
      </w:r>
    </w:p>
    <w:p>
      <w:pPr>
        <w:jc w:val="right"/>
      </w:pPr>
      <w:r>
        <w:t>ہمالین کی سیمپل ویئرنگ فاؤنڈیشن۔</w:t>
      </w:r>
    </w:p>
    <w:p>
      <w:r>
        <w:rPr>
          <w:b/>
        </w:rPr>
        <w:t xml:space="preserve">[52:25] </w:t>
      </w:r>
      <w:r>
        <w:t>Rajouri.</w:t>
      </w:r>
    </w:p>
    <w:p>
      <w:pPr>
        <w:jc w:val="right"/>
      </w:pPr>
      <w:r>
        <w:t>راجوری۔</w:t>
      </w:r>
    </w:p>
    <w:p>
      <w:r>
        <w:rPr>
          <w:b/>
        </w:rPr>
        <w:t xml:space="preserve">[52:27] </w:t>
      </w:r>
      <w:r>
        <w:t>I would request Nisar Rahim Sahab, he is a prominent academician of Pir Panjal region to come here</w:t>
      </w:r>
    </w:p>
    <w:p>
      <w:pPr>
        <w:jc w:val="right"/>
      </w:pPr>
      <w:r>
        <w:t>آئی وڈ ریکویسٹ نثار رحیم صاحب، ہی از اے پرومیننٹ اکیڈمیشن آف پیر پنچال ریجن ٹو کم ہیر</w:t>
      </w:r>
    </w:p>
    <w:p>
      <w:r>
        <w:rPr>
          <w:b/>
        </w:rPr>
        <w:t xml:space="preserve">[52:34] </w:t>
      </w:r>
      <w:r>
        <w:t>and receive a copy from Maulana sahib.</w:t>
      </w:r>
    </w:p>
    <w:p>
      <w:pPr>
        <w:jc w:val="right"/>
      </w:pPr>
      <w:r>
        <w:t>اینڈ ریسیو ا کاپی فرام مولانا صاحب۔</w:t>
      </w:r>
    </w:p>
    <w:p>
      <w:r>
        <w:rPr>
          <w:b/>
        </w:rPr>
        <w:t xml:space="preserve">[52:37] </w:t>
      </w:r>
      <w:r>
        <w:t>Jazakmullah.</w:t>
      </w:r>
    </w:p>
    <w:p>
      <w:pPr>
        <w:jc w:val="right"/>
      </w:pPr>
      <w:r>
        <w:t>جزاکم اللہ۔</w:t>
      </w:r>
    </w:p>
    <w:p>
      <w:r>
        <w:rPr>
          <w:b/>
        </w:rPr>
        <w:t xml:space="preserve">[52:39] </w:t>
      </w:r>
      <w:r>
        <w:t>I would request Talib Malik Sahab, retired collector of Pir Panjal region to come here and receive a</w:t>
      </w:r>
    </w:p>
    <w:p>
      <w:pPr>
        <w:jc w:val="right"/>
      </w:pPr>
      <w:r>
        <w:t>آئی وڈ ریکویسٹ طالب ملک صاحب، ریٹائرڈ کلیکٹر آف پیر پنچال ریجن ٹو کم ہیر اینڈ ریسیو ا</w:t>
      </w:r>
    </w:p>
    <w:p>
      <w:r>
        <w:rPr>
          <w:b/>
        </w:rPr>
        <w:t xml:space="preserve">[52:47] </w:t>
      </w:r>
      <w:r>
        <w:t>copy.</w:t>
      </w:r>
    </w:p>
    <w:p>
      <w:pPr>
        <w:jc w:val="right"/>
      </w:pPr>
      <w:r>
        <w:t>کاپی۔</w:t>
      </w:r>
    </w:p>
    <w:p>
      <w:r>
        <w:rPr>
          <w:b/>
        </w:rPr>
        <w:t xml:space="preserve">[52:48] </w:t>
      </w:r>
      <w:r>
        <w:t>ji ji.</w:t>
      </w:r>
    </w:p>
    <w:p>
      <w:pPr>
        <w:jc w:val="right"/>
      </w:pPr>
      <w:r>
        <w:t>جی جی۔</w:t>
      </w:r>
    </w:p>
    <w:p>
      <w:r>
        <w:rPr>
          <w:b/>
        </w:rPr>
        <w:t xml:space="preserve">[52:50] </w:t>
      </w:r>
      <w:r>
        <w:t>ji ji.</w:t>
      </w:r>
    </w:p>
    <w:p>
      <w:pPr>
        <w:jc w:val="right"/>
      </w:pPr>
      <w:r>
        <w:t>جی جی۔</w:t>
      </w:r>
    </w:p>
    <w:p>
      <w:r>
        <w:rPr>
          <w:b/>
        </w:rPr>
        <w:t xml:space="preserve">[52:51] </w:t>
      </w:r>
      <w:r>
        <w:t>Masha Allah Jazakmullah.</w:t>
      </w:r>
    </w:p>
    <w:p>
      <w:pPr>
        <w:jc w:val="right"/>
      </w:pPr>
      <w:r>
        <w:t>ماشاءاللہ جزاکم اللہ۔</w:t>
      </w:r>
    </w:p>
    <w:p>
      <w:r>
        <w:rPr>
          <w:b/>
        </w:rPr>
        <w:t xml:space="preserve">[52:53] </w:t>
      </w:r>
      <w:r>
        <w:t>Okay we have among us today Mr Javed Anwar sahib from Banaras, who is running a magazine Tehreek</w:t>
      </w:r>
    </w:p>
    <w:p>
      <w:pPr>
        <w:jc w:val="right"/>
      </w:pPr>
      <w:r>
        <w:t>اوکے وی ہیو امنگ اس ٹوڈے مسٹر جاوید انور صاحب فرام بنارس، ہو از رننگ ا میگزین تحریک</w:t>
      </w:r>
    </w:p>
    <w:p>
      <w:r>
        <w:rPr>
          <w:b/>
        </w:rPr>
        <w:t xml:space="preserve">[53:00] </w:t>
      </w:r>
      <w:r>
        <w:t>آداب and he is being carrying Maulana Sahib's articles regularly in his magazine, which is titled Tehreek-e-Adab.</w:t>
      </w:r>
    </w:p>
    <w:p>
      <w:pPr>
        <w:jc w:val="right"/>
      </w:pPr>
      <w:r>
        <w:t>آداب اینڈ ہی از بینگ کیرنگ مولانا صاحب آرٹیکلز ریگولرلی ان ہز میگزین، وچ از ٹائٹل تحریک آداب۔</w:t>
      </w:r>
    </w:p>
    <w:p>
      <w:r>
        <w:rPr>
          <w:b/>
        </w:rPr>
        <w:t xml:space="preserve">[53:08] </w:t>
      </w:r>
      <w:r>
        <w:t>I would request him to come here and receive a copy from Maulana sahib.</w:t>
      </w:r>
    </w:p>
    <w:p>
      <w:pPr>
        <w:jc w:val="right"/>
      </w:pPr>
      <w:r>
        <w:t>آئی وڈ ریکویسٹ ہم ٹو کم ہیر اینڈ ریسیو ا کاپی فرام مولانا صاحب۔</w:t>
      </w:r>
    </w:p>
    <w:p>
      <w:r>
        <w:rPr>
          <w:b/>
        </w:rPr>
        <w:t xml:space="preserve">[53:14] </w:t>
      </w:r>
      <w:r>
        <w:t>Mr Javed Anwar is the editor of Tehreek Adab.</w:t>
      </w:r>
    </w:p>
    <w:p>
      <w:pPr>
        <w:jc w:val="right"/>
      </w:pPr>
      <w:r>
        <w:t>مسٹر جاوید انور از دی ایڈیٹر آف تحریک آداب۔</w:t>
      </w:r>
    </w:p>
    <w:p>
      <w:r>
        <w:rPr>
          <w:b/>
        </w:rPr>
        <w:t xml:space="preserve">[53:18] </w:t>
      </w:r>
      <w:r>
        <w:t>Masha Allah Jazakmullah.</w:t>
      </w:r>
    </w:p>
    <w:p>
      <w:pPr>
        <w:jc w:val="right"/>
      </w:pPr>
      <w:r>
        <w:t>ماشاءاللہ جزاکم اللہ۔</w:t>
      </w:r>
    </w:p>
    <w:p>
      <w:r>
        <w:rPr>
          <w:b/>
        </w:rPr>
        <w:t xml:space="preserve">[53:19] </w:t>
      </w:r>
      <w:r>
        <w:t>I would now request Dr. Farida Khanum to come here and receive a copy from Maulana Sahab.</w:t>
      </w:r>
    </w:p>
    <w:p>
      <w:pPr>
        <w:jc w:val="right"/>
      </w:pPr>
      <w:r>
        <w:t>آئی وڈ ناو ریکویسٹ ڈاکٹر فریدہ خانم ٹو کم ہیر اینڈ ریسیو ا کاپی فرام مولانا صاحب۔</w:t>
      </w:r>
    </w:p>
    <w:p>
      <w:r>
        <w:rPr>
          <w:b/>
        </w:rPr>
        <w:t xml:space="preserve">[53:27] </w:t>
      </w:r>
      <w:r>
        <w:t>ji ji ji ke ulta karein gay.</w:t>
      </w:r>
    </w:p>
    <w:p>
      <w:pPr>
        <w:jc w:val="right"/>
      </w:pPr>
      <w:r>
        <w:t>جی جی جی کہ الٹا کریں گے۔</w:t>
      </w:r>
    </w:p>
    <w:p>
      <w:r>
        <w:rPr>
          <w:b/>
        </w:rPr>
        <w:t xml:space="preserve">[53:30] </w:t>
      </w:r>
      <w:r>
        <w:t>nahi nahi theek hai Maulana.</w:t>
      </w:r>
    </w:p>
    <w:p>
      <w:pPr>
        <w:jc w:val="right"/>
      </w:pPr>
      <w:r>
        <w:t>نہیں نہیں ٹھیک ہے مولانا۔</w:t>
      </w:r>
    </w:p>
    <w:p>
      <w:r>
        <w:rPr>
          <w:b/>
        </w:rPr>
        <w:t xml:space="preserve">[53:32] </w:t>
      </w:r>
      <w:r>
        <w:t>theek hai Maulana.</w:t>
      </w:r>
    </w:p>
    <w:p>
      <w:pPr>
        <w:jc w:val="right"/>
      </w:pPr>
      <w:r>
        <w:t>ٹھیک ہے مولانا۔</w:t>
      </w:r>
    </w:p>
    <w:p>
      <w:r>
        <w:rPr>
          <w:b/>
        </w:rPr>
        <w:t xml:space="preserve">[53:33] </w:t>
      </w:r>
      <w:r>
        <w:t>aise hi karen.</w:t>
      </w:r>
    </w:p>
    <w:p>
      <w:pPr>
        <w:jc w:val="right"/>
      </w:pPr>
      <w:r>
        <w:t>ایسے ہی کریں۔</w:t>
      </w:r>
    </w:p>
    <w:p>
      <w:r>
        <w:rPr>
          <w:b/>
        </w:rPr>
        <w:t xml:space="preserve">[53:35] </w:t>
      </w:r>
      <w:r>
        <w:t>achha.</w:t>
      </w:r>
    </w:p>
    <w:p>
      <w:pPr>
        <w:jc w:val="right"/>
      </w:pPr>
      <w:r>
        <w:t>اچھا۔</w:t>
      </w:r>
    </w:p>
    <w:p>
      <w:r>
        <w:rPr>
          <w:b/>
        </w:rPr>
        <w:t xml:space="preserve">[53:36] </w:t>
      </w:r>
      <w:r>
        <w:t>Doctor Fareeda Khanam.</w:t>
      </w:r>
    </w:p>
    <w:p>
      <w:pPr>
        <w:jc w:val="right"/>
      </w:pPr>
      <w:r>
        <w:t>ڈاکٹر فریدہ خانم۔</w:t>
      </w:r>
    </w:p>
    <w:p>
      <w:r>
        <w:rPr>
          <w:b/>
        </w:rPr>
        <w:t xml:space="preserve">[53:38] </w:t>
      </w:r>
      <w:r>
        <w:t>aagai? aai hoon.</w:t>
      </w:r>
    </w:p>
    <w:p>
      <w:pPr>
        <w:jc w:val="right"/>
      </w:pPr>
      <w:r>
        <w:t>آگئی؟ آئی ہوں۔</w:t>
      </w:r>
    </w:p>
    <w:p>
      <w:r>
        <w:rPr>
          <w:b/>
        </w:rPr>
        <w:t xml:space="preserve">[53:39] </w:t>
      </w:r>
      <w:r>
        <w:t>JazakAllah.</w:t>
      </w:r>
    </w:p>
    <w:p>
      <w:pPr>
        <w:jc w:val="right"/>
      </w:pPr>
      <w:r>
        <w:t>جزاکم اللہ۔</w:t>
      </w:r>
    </w:p>
    <w:p>
      <w:r>
        <w:rPr>
          <w:b/>
        </w:rPr>
        <w:t xml:space="preserve">[53:41] </w:t>
      </w:r>
      <w:r>
        <w:t>In the end, I would request Ms. Naghma Siddiqui to come here and receive a copy from Maulana.</w:t>
      </w:r>
    </w:p>
    <w:p>
      <w:pPr>
        <w:jc w:val="right"/>
      </w:pPr>
      <w:r>
        <w:t>ان دی اینڈ آئی وڈ ریکویسٹ مس نغمہ صدیقی ٹو کم ہیر اینڈ ریسیو ا کاپی فرام مولانا</w:t>
      </w:r>
    </w:p>
    <w:p>
      <w:r>
        <w:rPr>
          <w:b/>
        </w:rPr>
        <w:t xml:space="preserve">[53:49] </w:t>
      </w:r>
      <w:r>
        <w:t>Sahib.</w:t>
      </w:r>
    </w:p>
    <w:p>
      <w:pPr>
        <w:jc w:val="right"/>
      </w:pPr>
      <w:r>
        <w:t>صاحب۔</w:t>
      </w:r>
    </w:p>
    <w:p>
      <w:r>
        <w:rPr>
          <w:b/>
        </w:rPr>
        <w:t xml:space="preserve">[53:50] </w:t>
      </w:r>
      <w:r>
        <w:t>We would like to tell everyone and the viewers that if they want a copy of degree</w:t>
      </w:r>
    </w:p>
    <w:p>
      <w:pPr>
        <w:jc w:val="right"/>
      </w:pPr>
      <w:r>
        <w:t>وی وڈ لائک ٹو ٹیل ایوری ون اینڈ دی ویورز دیٹ اف دے وانٹ ا کاپی آف ڈوگری</w:t>
      </w:r>
    </w:p>
    <w:p>
      <w:r>
        <w:rPr>
          <w:b/>
        </w:rPr>
        <w:t xml:space="preserve">[53:58] </w:t>
      </w:r>
      <w:r>
        <w:t>translation, deen it is available from the Shah Hamdan Society at Jammu.</w:t>
      </w:r>
    </w:p>
    <w:p>
      <w:pPr>
        <w:jc w:val="right"/>
      </w:pPr>
      <w:r>
        <w:t>ٹرانسلیشن، دین اٹ از اویلیبل فرام دی شاہ حمدان سوسائٹی ایٹ جموں۔</w:t>
      </w:r>
    </w:p>
    <w:p>
      <w:r>
        <w:rPr>
          <w:b/>
        </w:rPr>
        <w:t xml:space="preserve">[54:03] </w:t>
      </w:r>
      <w:r>
        <w:t>In case of there is any difficulty, you could write to CPS International at info at</w:t>
      </w:r>
    </w:p>
    <w:p>
      <w:pPr>
        <w:jc w:val="right"/>
      </w:pPr>
      <w:r>
        <w:t>ان کیس اف دیر از اینی ڈیفیکلٹی، یو کڈ رائٹ ٹو سی پی ایس انٹرنیشنل ایٹ انفو ایٹ</w:t>
      </w:r>
    </w:p>
    <w:p>
      <w:r>
        <w:rPr>
          <w:b/>
        </w:rPr>
        <w:t xml:space="preserve">[54:11] </w:t>
      </w:r>
      <w:r>
        <w:t>CPS global.org and we will connect you with our representative there in</w:t>
      </w:r>
    </w:p>
    <w:p>
      <w:pPr>
        <w:jc w:val="right"/>
      </w:pPr>
      <w:r>
        <w:t>سی پی ایس گلوبل ڈاٹ او آر جی اینڈ وی ویل کنیکٹ یو ود آور ریپریزنٹیٹیو دیر ان</w:t>
      </w:r>
    </w:p>
    <w:p>
      <w:r>
        <w:rPr>
          <w:b/>
        </w:rPr>
        <w:t xml:space="preserve">[54:18] </w:t>
      </w:r>
      <w:r>
        <w:t>Jammu.</w:t>
      </w:r>
    </w:p>
    <w:p>
      <w:pPr>
        <w:jc w:val="right"/>
      </w:pPr>
      <w:r>
        <w:t>جموں۔</w:t>
      </w:r>
    </w:p>
    <w:p>
      <w:r>
        <w:rPr>
          <w:b/>
        </w:rPr>
        <w:t xml:space="preserve">[54:20] </w:t>
      </w:r>
      <w:r>
        <w:t>So we will now resume the question answer session.</w:t>
      </w:r>
    </w:p>
    <w:p>
      <w:pPr>
        <w:jc w:val="right"/>
      </w:pPr>
      <w:r>
        <w:t>سو وی ویل ناو ریزیوم دی کوئسچن انسر سیشن۔</w:t>
      </w:r>
    </w:p>
    <w:p>
      <w:r>
        <w:rPr>
          <w:b/>
        </w:rPr>
        <w:t xml:space="preserve">[54:24] </w:t>
      </w:r>
      <w:r>
        <w:t>ek baat mein ultaana chahta hoon.</w:t>
      </w:r>
    </w:p>
    <w:p>
      <w:pPr>
        <w:jc w:val="right"/>
      </w:pPr>
      <w:r>
        <w:t>ایک بات میں الٹنا چاہتا ہوں۔</w:t>
      </w:r>
    </w:p>
    <w:p>
      <w:r>
        <w:rPr>
          <w:b/>
        </w:rPr>
        <w:t xml:space="preserve">[54:26] </w:t>
      </w:r>
      <w:r>
        <w:t>daai jab kaam karta hai to aksar is ko ehsaas hota hai ke mujhe jis tareeqay se deen</w:t>
      </w:r>
    </w:p>
    <w:p>
      <w:pPr>
        <w:jc w:val="right"/>
      </w:pPr>
      <w:r>
        <w:t>داعی جب کام کرتا ہے تو اکثر اس کو احساس ہوتا ہے کہ مجھے جس طریقے سے دین</w:t>
      </w:r>
    </w:p>
    <w:p>
      <w:r>
        <w:rPr>
          <w:b/>
        </w:rPr>
        <w:t xml:space="preserve">[54:34] </w:t>
      </w:r>
      <w:r>
        <w:t>ko pesh karna chahiye tha, mein pesh nahi kar saka.</w:t>
      </w:r>
    </w:p>
    <w:p>
      <w:pPr>
        <w:jc w:val="right"/>
      </w:pPr>
      <w:r>
        <w:t>کو پیش کرنا چاہیے تھا، میں پیش نہیں کر سکا۔</w:t>
      </w:r>
    </w:p>
    <w:p>
      <w:r>
        <w:rPr>
          <w:b/>
        </w:rPr>
        <w:t xml:space="preserve">[54:38] </w:t>
      </w:r>
      <w:r>
        <w:t>jis tarah mein dawat ka kaam karna chahiye tha, us tarah nahi kar saka.</w:t>
      </w:r>
    </w:p>
    <w:p>
      <w:pPr>
        <w:jc w:val="right"/>
      </w:pPr>
      <w:r>
        <w:t>جس طرح میں دعوت کا کام کرنا چاہیے تھا، اس طرح نہیں کر سکا۔</w:t>
      </w:r>
    </w:p>
    <w:p>
      <w:r>
        <w:rPr>
          <w:b/>
        </w:rPr>
        <w:t xml:space="preserve">[54:44] </w:t>
      </w:r>
      <w:r>
        <w:t>to dekhiye yeh ehsaas jo hai, ek hai aap ke kaam ka zaahir ka hissa.</w:t>
      </w:r>
    </w:p>
    <w:p>
      <w:pPr>
        <w:jc w:val="right"/>
      </w:pPr>
      <w:r>
        <w:t>تو دیکھیے یہ احساس جو ہے، ایک ہے آپ کے کام کا ظاہر کا حصہ۔</w:t>
      </w:r>
    </w:p>
    <w:p>
      <w:r>
        <w:rPr>
          <w:b/>
        </w:rPr>
        <w:t xml:space="preserve">[54:51] </w:t>
      </w:r>
      <w:r>
        <w:t>yani external part aap ke kaam ka.</w:t>
      </w:r>
    </w:p>
    <w:p>
      <w:pPr>
        <w:jc w:val="right"/>
      </w:pPr>
      <w:r>
        <w:t>یعنی ایکسٹرنل پارٹ آپ کے کام کا۔</w:t>
      </w:r>
    </w:p>
    <w:p>
      <w:r>
        <w:rPr>
          <w:b/>
        </w:rPr>
        <w:t xml:space="preserve">[54:54] </w:t>
      </w:r>
      <w:r>
        <w:t>ek internal part.</w:t>
      </w:r>
    </w:p>
    <w:p>
      <w:pPr>
        <w:jc w:val="right"/>
      </w:pPr>
      <w:r>
        <w:t>ایک انٹرنل پارٹ۔</w:t>
      </w:r>
    </w:p>
    <w:p>
      <w:r>
        <w:rPr>
          <w:b/>
        </w:rPr>
        <w:t xml:space="preserve">[54:55] </w:t>
      </w:r>
      <w:r>
        <w:t>external part ke aitbar se woh jaisa bhi ho, perfect na ho, lekin aap ka woh ehsas is</w:t>
      </w:r>
    </w:p>
    <w:p>
      <w:pPr>
        <w:jc w:val="right"/>
      </w:pPr>
      <w:r>
        <w:t>ایکسٹرنل پارٹ کے اعتبار سے وہ جیسا بھی ہو، پرفیکٹ نہ ہو، لیکن آپ کا وہ احساس اس</w:t>
      </w:r>
    </w:p>
    <w:p>
      <w:r>
        <w:rPr>
          <w:b/>
        </w:rPr>
        <w:t xml:space="preserve">[55:03] </w:t>
      </w:r>
      <w:r>
        <w:t>ko internally perfect bana deta hai.</w:t>
      </w:r>
    </w:p>
    <w:p>
      <w:pPr>
        <w:jc w:val="right"/>
      </w:pPr>
      <w:r>
        <w:t>کو انٹرنلی پرفیکٹ بنا دیتا ہے۔</w:t>
      </w:r>
    </w:p>
    <w:p>
      <w:r>
        <w:rPr>
          <w:b/>
        </w:rPr>
        <w:t xml:space="preserve">[55:06] </w:t>
      </w:r>
      <w:r>
        <w:t>یعنی آپ کی جو internal personality ہے، اس کے اندر ایک perfect version اس کا بنتا ہے۔</w:t>
      </w:r>
    </w:p>
    <w:p>
      <w:pPr>
        <w:jc w:val="right"/>
      </w:pPr>
      <w:r>
        <w:t>یعنی آپ کی جو انٹرنل پرسنیلٹی ہے، اس کے اندر ایک پرفیکٹ ورژن اس کا بنتا ہے۔</w:t>
      </w:r>
    </w:p>
    <w:p>
      <w:r>
        <w:rPr>
          <w:b/>
        </w:rPr>
        <w:t xml:space="preserve">[55:13] </w:t>
      </w:r>
      <w:r>
        <w:t>woh aakhirat mein aap ka hissa hoga.</w:t>
      </w:r>
    </w:p>
    <w:p>
      <w:pPr>
        <w:jc w:val="right"/>
      </w:pPr>
      <w:r>
        <w:t>وہ آخرت میں آپ کا حصہ ہوگا۔</w:t>
      </w:r>
    </w:p>
    <w:p>
      <w:r>
        <w:rPr>
          <w:b/>
        </w:rPr>
        <w:t xml:space="preserve">[55:16] </w:t>
      </w:r>
      <w:r>
        <w:t>تو یہ مت سمجھیے کہ اگر آپ نے کسی کام کو ideal شکل میں، perfect شکل میں نہیں</w:t>
      </w:r>
    </w:p>
    <w:p>
      <w:pPr>
        <w:jc w:val="right"/>
      </w:pPr>
      <w:r>
        <w:t>تو یہ مت سمجھیے کہ اگر آپ نے کسی کام کو آئیڈیل شکل میں، پرفیکٹ شکل میں نہیں</w:t>
      </w:r>
    </w:p>
    <w:p>
      <w:r>
        <w:rPr>
          <w:b/>
        </w:rPr>
        <w:t xml:space="preserve">[55:24] </w:t>
      </w:r>
      <w:r>
        <w:t>kya to aap koi kami ho gai.</w:t>
      </w:r>
    </w:p>
    <w:p>
      <w:pPr>
        <w:jc w:val="right"/>
      </w:pPr>
      <w:r>
        <w:t>کیا تو آپ کوئی کمی ہو گئی۔</w:t>
      </w:r>
    </w:p>
    <w:p>
      <w:r>
        <w:rPr>
          <w:b/>
        </w:rPr>
        <w:t xml:space="preserve">[55:27] </w:t>
      </w:r>
      <w:r>
        <w:t>nahi yeh in amal aamaal bil niyyat ka ek pehlu yeh bhi hai ke daikhli tor par jo aap</w:t>
      </w:r>
    </w:p>
    <w:p>
      <w:pPr>
        <w:jc w:val="right"/>
      </w:pPr>
      <w:r>
        <w:t>نہیں یہ ان عمل اعمال بالنیاز کا ایک پہلو یہ بھی ہے کہ داخلی طور پر جو آپ</w:t>
      </w:r>
    </w:p>
    <w:p>
      <w:r>
        <w:rPr>
          <w:b/>
        </w:rPr>
        <w:t xml:space="preserve">[55:34] </w:t>
      </w:r>
      <w:r>
        <w:t>ko ehsaasaat paida hue, ek spiritual jo aap ke andar ek ek storm aaya, to spiritual personality jo</w:t>
      </w:r>
    </w:p>
    <w:p>
      <w:pPr>
        <w:jc w:val="right"/>
      </w:pPr>
      <w:r>
        <w:t>کو احساسات پیدا ہوئے، ایک سپرچول جو آپ کے اندر ایک ایک اسٹارم آیا، تو سپرچول پرسنیلٹی جو</w:t>
      </w:r>
    </w:p>
    <w:p>
      <w:r>
        <w:rPr>
          <w:b/>
        </w:rPr>
        <w:t xml:space="preserve">[55:42] </w:t>
      </w:r>
      <w:r>
        <w:t>aap ki bani, woh is se bhi ziyada bari cheez hai ke kyunke aakhirat mein aap apni isi</w:t>
      </w:r>
    </w:p>
    <w:p>
      <w:pPr>
        <w:jc w:val="right"/>
      </w:pPr>
      <w:r>
        <w:t>آپ کی بنی، وہ اس سے بھی زیادہ بڑی چیز ہے کہ کیونکہ آخرت میں آپ اپنی اسی</w:t>
      </w:r>
    </w:p>
    <w:p>
      <w:r>
        <w:rPr>
          <w:b/>
        </w:rPr>
        <w:t xml:space="preserve">[55:50] </w:t>
      </w:r>
      <w:r>
        <w:t>spiritual personality ke saath uthen ge.</w:t>
      </w:r>
    </w:p>
    <w:p>
      <w:pPr>
        <w:jc w:val="right"/>
      </w:pPr>
      <w:r>
        <w:t>سپرچول پرسنیلٹی کے ساتھ اٹھیں گے۔</w:t>
      </w:r>
    </w:p>
    <w:p>
      <w:r>
        <w:rPr>
          <w:b/>
        </w:rPr>
        <w:t xml:space="preserve">[55:52] </w:t>
      </w:r>
      <w:r>
        <w:t>isi ko Quran mein kaha gaya hai roshan roshan chehray walay.</w:t>
      </w:r>
    </w:p>
    <w:p>
      <w:pPr>
        <w:jc w:val="right"/>
      </w:pPr>
      <w:r>
        <w:t>اسی کو قرآن میں کہا گیا ہے روشن روشن چہرے والے۔</w:t>
      </w:r>
    </w:p>
    <w:p>
      <w:r>
        <w:rPr>
          <w:b/>
        </w:rPr>
        <w:t xml:space="preserve">[55:57] </w:t>
      </w:r>
      <w:r>
        <w:t>to aap kabhi mat samjhiye, understatement mat kijiye apne da'oti kaam ko ke main kam kar saka</w:t>
      </w:r>
    </w:p>
    <w:p>
      <w:pPr>
        <w:jc w:val="right"/>
      </w:pPr>
      <w:r>
        <w:t>تو آپ کبھی مت سمجھیے، انڈر اسٹیٹمنٹ مت کیجیے اپنے دعوتی کام کو کہ میں کم کر سکا</w:t>
      </w:r>
    </w:p>
    <w:p>
      <w:r>
        <w:rPr>
          <w:b/>
        </w:rPr>
        <w:t xml:space="preserve">[56:05] </w:t>
      </w:r>
      <w:r>
        <w:t>hoon.</w:t>
      </w:r>
    </w:p>
    <w:p>
      <w:pPr>
        <w:jc w:val="right"/>
      </w:pPr>
      <w:r>
        <w:t>ہوں۔</w:t>
      </w:r>
    </w:p>
    <w:p>
      <w:r>
        <w:rPr>
          <w:b/>
        </w:rPr>
        <w:t xml:space="preserve">[56:06] </w:t>
      </w:r>
      <w:r>
        <w:t>aap ka jo spiritual content hai is kaam ka, woh is kaam ko itna bara bana deta hai</w:t>
      </w:r>
    </w:p>
    <w:p>
      <w:pPr>
        <w:jc w:val="right"/>
      </w:pPr>
      <w:r>
        <w:t>آپ کا جو سپرچول کنٹینٹ ہے اس کام کا، وہ اس کام کو اتنا بڑا بنا دیتا ہے</w:t>
      </w:r>
    </w:p>
    <w:p>
      <w:r>
        <w:rPr>
          <w:b/>
        </w:rPr>
        <w:t xml:space="preserve">[56:14] </w:t>
      </w:r>
      <w:r>
        <w:t>ke is se bohat zyada, ab woh is ka woh hissa aakhirat mein numayan hoga inshallah.</w:t>
      </w:r>
    </w:p>
    <w:p>
      <w:pPr>
        <w:jc w:val="right"/>
      </w:pPr>
      <w:r>
        <w:t>کہ اس سے بہت زیادہ، اب وہ اس کا وہ حصہ آخرت میں نمایاں ہوگا انشاءاللہ۔</w:t>
      </w:r>
    </w:p>
    <w:p>
      <w:r>
        <w:rPr>
          <w:b/>
        </w:rPr>
        <w:t xml:space="preserve">[56:21] </w:t>
      </w:r>
      <w:r>
        <w:t>hamare liye yeh bhi ahad al hasanain ki baat hai, hamein kisi haal mein apne ko miffed nahi hona</w:t>
      </w:r>
    </w:p>
    <w:p>
      <w:pPr>
        <w:jc w:val="right"/>
      </w:pPr>
      <w:r>
        <w:t>ہمارے لیے یہ بھی عہد الحسنین کی بات ہے، ہمیں کسی حال میں اپنے کو مائس نہیں ہونا</w:t>
      </w:r>
    </w:p>
    <w:p>
      <w:r>
        <w:rPr>
          <w:b/>
        </w:rPr>
        <w:t xml:space="preserve">[56:28]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[56:30] </w:t>
      </w:r>
      <w:r>
        <w:t>maulana yeh sawal aaya hai pennsylvania usa se khwaja kaleemuddin sahib ka, unhon ne likha</w:t>
      </w:r>
    </w:p>
    <w:p>
      <w:pPr>
        <w:jc w:val="right"/>
      </w:pPr>
      <w:r>
        <w:t>مولانا یہ سوال آیا ہے پینسلوینیا یو ایس اے سے خواجہ کلیم الدین صاحب کا، انہوں نے لکھا</w:t>
      </w:r>
    </w:p>
    <w:p>
      <w:r>
        <w:rPr>
          <w:b/>
        </w:rPr>
        <w:t xml:space="preserve">[56:38] </w:t>
      </w:r>
      <w:r>
        <w:t>ہے: "I have come across one Hadith in which the Prophet of Islam says: One of the things</w:t>
      </w:r>
    </w:p>
    <w:p>
      <w:pPr>
        <w:jc w:val="right"/>
      </w:pPr>
      <w:r>
        <w:t>ہے: "آئی ہیو کم اکراس ون حدیث ان وچ دا پرافٹ آف اسلام سیز: ون آف دا تھنگز</w:t>
      </w:r>
    </w:p>
    <w:p>
      <w:r>
        <w:rPr>
          <w:b/>
        </w:rPr>
        <w:t xml:space="preserve">[56:45] </w:t>
      </w:r>
      <w:r>
        <w:t>"I am afraid of most is the misleading leaders of Muslim Ummah." Maulana Sahib, kindly explain this.</w:t>
      </w:r>
    </w:p>
    <w:p>
      <w:pPr>
        <w:jc w:val="right"/>
      </w:pPr>
      <w:r>
        <w:t>آئی ایم افریڈ آف موسٹ از دا مس لیڈنگ لیڈرز آف مسلم امہ۔" مولانا صاحب کائنڈلی ایکسپلین دی</w:t>
      </w:r>
    </w:p>
    <w:p>
      <w:r>
        <w:rPr>
          <w:b/>
        </w:rPr>
        <w:t xml:space="preserve">[56:53] </w:t>
      </w:r>
      <w:r>
        <w:t>implication of this hadith.</w:t>
      </w:r>
    </w:p>
    <w:p>
      <w:pPr>
        <w:jc w:val="right"/>
      </w:pPr>
      <w:r>
        <w:t>ایمپلیکیشن آف دس حدیث۔</w:t>
      </w:r>
    </w:p>
    <w:p>
      <w:r>
        <w:rPr>
          <w:b/>
        </w:rPr>
        <w:t xml:space="preserve">[56:55] </w:t>
      </w:r>
      <w:r>
        <w:t>dekhiye ilm ke do hisse hain, ek woh jis ko hum physical sciences kehte hain ya exact sciences</w:t>
      </w:r>
    </w:p>
    <w:p>
      <w:pPr>
        <w:jc w:val="right"/>
      </w:pPr>
      <w:r>
        <w:t>دیکھیے علم کے دو حصے ہیں، ایک وہ جس کو ہم فزیکل سائنسز کہتے ہیں یا ایگزیکٹ سائنسز</w:t>
      </w:r>
    </w:p>
    <w:p>
      <w:r>
        <w:rPr>
          <w:b/>
        </w:rPr>
        <w:t xml:space="preserve">[57:03] </w:t>
      </w:r>
      <w:r>
        <w:t>kehte hain, doosra woh jis ko hum humanities kehte hain.</w:t>
      </w:r>
    </w:p>
    <w:p>
      <w:pPr>
        <w:jc w:val="right"/>
      </w:pPr>
      <w:r>
        <w:t>کہتے ہیں، دوسرا وہ جس کو ہم ہیومینیٹیز کہتے ہیں۔</w:t>
      </w:r>
    </w:p>
    <w:p>
      <w:r>
        <w:rPr>
          <w:b/>
        </w:rPr>
        <w:t xml:space="preserve">[57:07] </w:t>
      </w:r>
      <w:r>
        <w:t>to physical science mein saari baat metrics par base karti hai, to wahan ghalat interpretation ke chance nahi</w:t>
      </w:r>
    </w:p>
    <w:p>
      <w:pPr>
        <w:jc w:val="right"/>
      </w:pPr>
      <w:r>
        <w:t>تو فزیکل سائنس میں ساری بات میٹرکس پر بیس کرتی ہے، تو وہاں غلط انٹرپریشن کے چانسز نہیں</w:t>
      </w:r>
    </w:p>
    <w:p>
      <w:r>
        <w:rPr>
          <w:b/>
        </w:rPr>
        <w:t xml:space="preserve">[57:15]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[57:16] </w:t>
      </w:r>
      <w:r>
        <w:t>kyunke do aur do chaar hi hoga, do aur do na paanch hoga na teen hoga.</w:t>
      </w:r>
    </w:p>
    <w:p>
      <w:pPr>
        <w:jc w:val="right"/>
      </w:pPr>
      <w:r>
        <w:t>کیونکہ دو اور دو چار ہی ہوگا، دو اور دو نہ پانچ ہوگا نہ تین ہوگا۔</w:t>
      </w:r>
    </w:p>
    <w:p>
      <w:r>
        <w:rPr>
          <w:b/>
        </w:rPr>
        <w:t xml:space="preserve">[57:23] </w:t>
      </w:r>
      <w:r>
        <w:t>lekin humanities mein hamesha gunjaish rehti hai interpretation ki.</w:t>
      </w:r>
    </w:p>
    <w:p>
      <w:pPr>
        <w:jc w:val="right"/>
      </w:pPr>
      <w:r>
        <w:t>لیکن ہیومینیٹیز میں ہمیشہ گنجائش رہتی ہے انٹرپریٹیشن کی۔</w:t>
      </w:r>
    </w:p>
    <w:p>
      <w:r>
        <w:rPr>
          <w:b/>
        </w:rPr>
        <w:t xml:space="preserve">[57:27] </w:t>
      </w:r>
      <w:r>
        <w:t>to in seen se log jo Allah se na darte hon, woh kya karte hain? wahi log hain</w:t>
      </w:r>
    </w:p>
    <w:p>
      <w:pPr>
        <w:jc w:val="right"/>
      </w:pPr>
      <w:r>
        <w:t>تو ان سین سے لوگ جو اللہ سے نہ ڈرتے ہوں، وہ کیا کرتے ہیں؟ وہی لوگ ہیں</w:t>
      </w:r>
    </w:p>
    <w:p>
      <w:r>
        <w:rPr>
          <w:b/>
        </w:rPr>
        <w:t xml:space="preserve">[57:34] </w:t>
      </w:r>
      <w:r>
        <w:t>jo is ka shikar hote hain.</w:t>
      </w:r>
    </w:p>
    <w:p>
      <w:pPr>
        <w:jc w:val="right"/>
      </w:pPr>
      <w:r>
        <w:t>جو اس کا شکار ہوتے ہیں۔</w:t>
      </w:r>
    </w:p>
    <w:p>
      <w:r>
        <w:rPr>
          <w:b/>
        </w:rPr>
        <w:t xml:space="preserve">[57:37] </w:t>
      </w:r>
      <w:r>
        <w:t>jab aap Allah se na darenge, aap accountability ka jazba na hoga, aap ko yeh ehsaas na</w:t>
      </w:r>
    </w:p>
    <w:p>
      <w:pPr>
        <w:jc w:val="right"/>
      </w:pPr>
      <w:r>
        <w:t>جب آپ اللہ سے نہ ڈریں گے، آپ اکاؤنٹیبلٹی کا جذبہ نہ ہوگا، آپ کو یہ احساس نہ</w:t>
      </w:r>
    </w:p>
    <w:p>
      <w:r>
        <w:rPr>
          <w:b/>
        </w:rPr>
        <w:t xml:space="preserve">[57:45] </w:t>
      </w:r>
      <w:r>
        <w:t>hoga ke mera bola hua lafz, meri likhi hui tehreer, sab aakhirat mein pesh hogi mere saamne, aur</w:t>
      </w:r>
    </w:p>
    <w:p>
      <w:pPr>
        <w:jc w:val="right"/>
      </w:pPr>
      <w:r>
        <w:t>ہوگا کہ میرا بولا ہوا لفظ، میری لکھی ہوئی تحریر، سب آخرت میں پیش ہوگی میرے سامنے، اور</w:t>
      </w:r>
    </w:p>
    <w:p>
      <w:r>
        <w:rPr>
          <w:b/>
        </w:rPr>
        <w:t xml:space="preserve">[57:52] </w:t>
      </w:r>
      <w:r>
        <w:t>wahan mujhe apne ko justify karna padega.</w:t>
      </w:r>
    </w:p>
    <w:p>
      <w:pPr>
        <w:jc w:val="right"/>
      </w:pPr>
      <w:r>
        <w:t>وہاں مجھے اپنے کو جسٹیفائی کرنا پڑے گا۔</w:t>
      </w:r>
    </w:p>
    <w:p>
      <w:r>
        <w:rPr>
          <w:b/>
        </w:rPr>
        <w:t xml:space="preserve">[57:56] </w:t>
      </w:r>
      <w:r>
        <w:t>yeh ehsaas na ho to aap kuch bhi hote hain nikaal lenge.</w:t>
      </w:r>
    </w:p>
    <w:p>
      <w:pPr>
        <w:jc w:val="right"/>
      </w:pPr>
      <w:r>
        <w:t>یہ احساس نہ ہو تو آپ کچھ بھی ہوتے ہیں نکال لیں گے۔</w:t>
      </w:r>
    </w:p>
    <w:p>
      <w:r>
        <w:rPr>
          <w:b/>
        </w:rPr>
        <w:t xml:space="preserve">[58:01] </w:t>
      </w:r>
      <w:r>
        <w:t>to duniya mein aise log hamesha kam hote hain jo Allah se bohat darne wale hon, jo bohat</w:t>
      </w:r>
    </w:p>
    <w:p>
      <w:pPr>
        <w:jc w:val="right"/>
      </w:pPr>
      <w:r>
        <w:t>تو دنیا میں ایسے لوگ ہمیشہ کم ہوتے ہیں جو اللہ سے بہت ڈرنے والے ہوں، جو بہت</w:t>
      </w:r>
    </w:p>
    <w:p>
      <w:r>
        <w:rPr>
          <w:b/>
        </w:rPr>
        <w:t xml:space="preserve">[58:09] </w:t>
      </w:r>
      <w:r>
        <w:t>zyada aakhirat ka un ko khauf ho.</w:t>
      </w:r>
    </w:p>
    <w:p>
      <w:pPr>
        <w:jc w:val="right"/>
      </w:pPr>
      <w:r>
        <w:t>زیادہ آخرت کا ان کو خوف ہو۔</w:t>
      </w:r>
    </w:p>
    <w:p>
      <w:r>
        <w:rPr>
          <w:b/>
        </w:rPr>
        <w:t xml:space="preserve">[58:12] </w:t>
      </w:r>
      <w:r>
        <w:t>zyadatar log aise isi hote hain jo in seen se rakhte hain.</w:t>
      </w:r>
    </w:p>
    <w:p>
      <w:pPr>
        <w:jc w:val="right"/>
      </w:pPr>
      <w:r>
        <w:t>زیادہ تر لوگ ایسے اسی ہوتے ہیں جو ان سین سے رکھتے ہیں۔</w:t>
      </w:r>
    </w:p>
    <w:p>
      <w:r>
        <w:rPr>
          <w:b/>
        </w:rPr>
        <w:t xml:space="preserve">[58:18] </w:t>
      </w:r>
      <w:r>
        <w:t>to wahi log hain jo Quran ka hadith ka mis interpretation karte hain, ghalat matlab nikaalte hain.</w:t>
      </w:r>
    </w:p>
    <w:p>
      <w:pPr>
        <w:jc w:val="right"/>
      </w:pPr>
      <w:r>
        <w:t>تو وہی لوگ ہیں جو قرآن کا حدیث کا مس انٹرپریٹیشن کرتے ہیں، غلط مطلب نکالتے ہیں۔</w:t>
      </w:r>
    </w:p>
    <w:p>
      <w:r>
        <w:rPr>
          <w:b/>
        </w:rPr>
        <w:t xml:space="preserve">[58:25] </w:t>
      </w:r>
      <w:r>
        <w:t>yeh pehle bhi the, aaj bhi hain.</w:t>
      </w:r>
    </w:p>
    <w:p>
      <w:pPr>
        <w:jc w:val="right"/>
      </w:pPr>
      <w:r>
        <w:t>یہ پہلے بھی تھے، آج بھی ہیں۔</w:t>
      </w:r>
    </w:p>
    <w:p>
      <w:r>
        <w:rPr>
          <w:b/>
        </w:rPr>
        <w:t xml:space="preserve">[58:28] </w:t>
      </w:r>
      <w:r>
        <w:t>rasool Allah ke zamane mein bhi thay, aaj bhi hain aur hamesha rahen ge.</w:t>
      </w:r>
    </w:p>
    <w:p>
      <w:pPr>
        <w:jc w:val="right"/>
      </w:pPr>
      <w:r>
        <w:t>رسول اللہ کے زمانے میں بھی تھے، آج بھی ہیں اور ہمیشہ رہیں گے۔</w:t>
      </w:r>
    </w:p>
    <w:p>
      <w:r>
        <w:rPr>
          <w:b/>
        </w:rPr>
        <w:t xml:space="preserve">[58:34] </w:t>
      </w:r>
      <w:r>
        <w:t>to ek to logon ko bachna chahiye ke koi bhi kuch keh de ga to use maan lein.</w:t>
      </w:r>
    </w:p>
    <w:p>
      <w:pPr>
        <w:jc w:val="right"/>
      </w:pPr>
      <w:r>
        <w:t>تو ایک تو لوگوں کو بچنا چاہیے کہ کوئی بھی کچھ کہہ دے گا تو اسے مان لیں۔</w:t>
      </w:r>
    </w:p>
    <w:p>
      <w:r>
        <w:rPr>
          <w:b/>
        </w:rPr>
        <w:t xml:space="preserve">[58:42] </w:t>
      </w:r>
      <w:r>
        <w:t>aisa nahi hai.</w:t>
      </w:r>
    </w:p>
    <w:p>
      <w:pPr>
        <w:jc w:val="right"/>
      </w:pPr>
      <w:r>
        <w:t>ایسا نہیں ہے۔</w:t>
      </w:r>
    </w:p>
    <w:p>
      <w:r>
        <w:rPr>
          <w:b/>
        </w:rPr>
        <w:t xml:space="preserve">[58:43] </w:t>
      </w:r>
      <w:r>
        <w:t>kuch bhi is ulti seedhi baat sochi, is kitaab likh di, chhaap di, aap is ko parh rahe</w:t>
      </w:r>
    </w:p>
    <w:p>
      <w:pPr>
        <w:jc w:val="right"/>
      </w:pPr>
      <w:r>
        <w:t>کچھ بھی اس الٹی سیدھی بات سوچی، اس کتاب لکھ دی، چھاپ دیا، آپ اس کو پڑھ رہے</w:t>
      </w:r>
    </w:p>
    <w:p>
      <w:r>
        <w:rPr>
          <w:b/>
        </w:rPr>
        <w:t xml:space="preserve">[58:51] </w:t>
      </w:r>
      <w:r>
        <w:t>hain, aap is ka asar le rahe hain.</w:t>
      </w:r>
    </w:p>
    <w:p>
      <w:pPr>
        <w:jc w:val="right"/>
      </w:pPr>
      <w:r>
        <w:t>ہیں، آپ اس کا اثر لے رہے ہیں۔</w:t>
      </w:r>
    </w:p>
    <w:p>
      <w:r>
        <w:rPr>
          <w:b/>
        </w:rPr>
        <w:t xml:space="preserve">[58:54] </w:t>
      </w:r>
      <w:r>
        <w:t>to ek warning hai is mein un logon ke liye jo aisi cheezon ko parhte hain.</w:t>
      </w:r>
    </w:p>
    <w:p>
      <w:pPr>
        <w:jc w:val="right"/>
      </w:pPr>
      <w:r>
        <w:t>تو ایک وارننگ ہے اس میں ان لوگوں کے لیے جو ایسی چیزوں کو پڑھتے ہیں۔</w:t>
      </w:r>
    </w:p>
    <w:p>
      <w:r>
        <w:rPr>
          <w:b/>
        </w:rPr>
        <w:t xml:space="preserve">[59:01] </w:t>
      </w:r>
      <w:r>
        <w:t>aur warning doosri hai ke likhne walon ko ke deen ke maamle mein tum aisa kayi nahi karte.</w:t>
      </w:r>
    </w:p>
    <w:p>
      <w:pPr>
        <w:jc w:val="right"/>
      </w:pPr>
      <w:r>
        <w:t>اور وارننگ دوسری ہے کہ لکھنے والوں کو کہ دین کے معاملے میں تم ایسا کئی نہیں کرتے۔</w:t>
      </w:r>
    </w:p>
    <w:p>
      <w:r>
        <w:rPr>
          <w:b/>
        </w:rPr>
        <w:t xml:space="preserve">[59:09] </w:t>
      </w:r>
      <w:r>
        <w:t>tum deen ke maamle mein tum ko aisa nahi karna chahiye ke bas ek khayal dimagh mein renga</w:t>
      </w:r>
    </w:p>
    <w:p>
      <w:pPr>
        <w:jc w:val="right"/>
      </w:pPr>
      <w:r>
        <w:t>تم دین کے معاملے میں تم کو ایسا نہیں کرنا چاہیے کہ بس ایک خیال دماغ میں رینگا</w:t>
      </w:r>
    </w:p>
    <w:p>
      <w:r>
        <w:rPr>
          <w:b/>
        </w:rPr>
        <w:t xml:space="preserve">[59:17] </w:t>
      </w:r>
      <w:r>
        <w:t>aur aap ne kitaab likh dali.</w:t>
      </w:r>
    </w:p>
    <w:p>
      <w:pPr>
        <w:jc w:val="right"/>
      </w:pPr>
      <w:r>
        <w:t>اور آپ نے کتاب لکھ ڈالی۔</w:t>
      </w:r>
    </w:p>
    <w:p>
      <w:r>
        <w:rPr>
          <w:b/>
        </w:rPr>
        <w:t xml:space="preserve">[59:19] </w:t>
      </w:r>
      <w:r>
        <w:t>bohat ziyada chhaan been, bohat ziyada tehqeeq, duaen, aur yani ek poora marhala guzarta hai aadmi ke upar,</w:t>
      </w:r>
    </w:p>
    <w:p>
      <w:pPr>
        <w:jc w:val="right"/>
      </w:pPr>
      <w:r>
        <w:t>بہت زیادہ چھان بین، بہت زیادہ تحقیق، دعائیں، اور یعنی ایک پورا مرحلہ گزرتا ہے آدمی کے اوپر،</w:t>
      </w:r>
    </w:p>
    <w:p>
      <w:r>
        <w:rPr>
          <w:b/>
        </w:rPr>
        <w:t xml:space="preserve">[59:27] </w:t>
      </w:r>
      <w:r>
        <w:t>tab is ko kitaab likhna chahiye.</w:t>
      </w:r>
    </w:p>
    <w:p>
      <w:pPr>
        <w:jc w:val="right"/>
      </w:pPr>
      <w:r>
        <w:t>تب اس کو کتاب لکھنا چاہیے۔</w:t>
      </w:r>
    </w:p>
    <w:p>
      <w:r>
        <w:rPr>
          <w:b/>
        </w:rPr>
        <w:t xml:space="preserve">[59:30] </w:t>
      </w:r>
      <w:r>
        <w:t>dua ka, ibadat ka, tehqeeq ka, mutale'e ka.</w:t>
      </w:r>
    </w:p>
    <w:p>
      <w:pPr>
        <w:jc w:val="right"/>
      </w:pPr>
      <w:r>
        <w:t>دعا کا، عبادت کا، تحقیق کا، مطالعے کا۔</w:t>
      </w:r>
    </w:p>
    <w:p>
      <w:r>
        <w:rPr>
          <w:b/>
        </w:rPr>
        <w:t xml:space="preserve">[59:33] </w:t>
      </w:r>
      <w:r>
        <w:t>to is hadith mein jo baat kahi gayi hai, woh do tarafah hai.</w:t>
      </w:r>
    </w:p>
    <w:p>
      <w:pPr>
        <w:jc w:val="right"/>
      </w:pPr>
      <w:r>
        <w:t>تو اس حدیث میں جو بات کہی گئی ہے، وہ دو طرفہ ہے۔</w:t>
      </w:r>
    </w:p>
    <w:p>
      <w:r>
        <w:rPr>
          <w:b/>
        </w:rPr>
        <w:t xml:space="preserve">[59:39] </w:t>
      </w:r>
      <w:r>
        <w:t>yani jo parhte hain aisi kitabon ko, un par bhi kaha gaya hai ke tum Allah ke haan</w:t>
      </w:r>
    </w:p>
    <w:p>
      <w:pPr>
        <w:jc w:val="right"/>
      </w:pPr>
      <w:r>
        <w:t>یعنی جو پڑھتے ہیں ایسی کتابوں کو، ان پر بھی کہا گیا ہے کہ تم اللہ کے ہاں</w:t>
      </w:r>
    </w:p>
    <w:p>
      <w:r>
        <w:rPr>
          <w:b/>
        </w:rPr>
        <w:t xml:space="preserve">[59:46] </w:t>
      </w:r>
      <w:r>
        <w:t>bach nahi sakte ga ke kitaab mein parha tha, woh aise likha hua tha.</w:t>
      </w:r>
    </w:p>
    <w:p>
      <w:pPr>
        <w:jc w:val="right"/>
      </w:pPr>
      <w:r>
        <w:t>بچ نہیں سکتے گا کہ کتاب میں پڑھا تھا، وہ ایسے لکھا ہوا تھا۔</w:t>
      </w:r>
    </w:p>
    <w:p>
      <w:r>
        <w:rPr>
          <w:b/>
        </w:rPr>
        <w:t xml:space="preserve">[59:52] </w:t>
      </w:r>
      <w:r>
        <w:t>tumhein maana hai ke tum ne koi maan kyun liya? yeh poocha jae ga.</w:t>
      </w:r>
    </w:p>
    <w:p>
      <w:pPr>
        <w:jc w:val="right"/>
      </w:pPr>
      <w:r>
        <w:t>تمہیں مانا ہے کہ تم نے کوئی مان کیوں لیا؟ یہ پوچھا جائے گا۔</w:t>
      </w:r>
    </w:p>
    <w:p>
      <w:r>
        <w:rPr>
          <w:b/>
        </w:rPr>
        <w:t xml:space="preserve">[59:58] </w:t>
      </w:r>
      <w:r>
        <w:t>aur jo likhne wala hai, use kaha jae ga ke tum ne yani haq kyun nahi ada kiya</w:t>
      </w:r>
    </w:p>
    <w:p>
      <w:pPr>
        <w:jc w:val="right"/>
      </w:pPr>
      <w:r>
        <w:t>اور جو لکھنے والا ہے، اسے کہا جائے گا کہ تم نے یعنی حق کیوں نہیں ادا کیا</w:t>
      </w:r>
    </w:p>
    <w:p>
      <w:r>
        <w:rPr>
          <w:b/>
        </w:rPr>
        <w:t xml:space="preserve">[1:00:06] </w:t>
      </w:r>
      <w:r>
        <w:t>tehqeeq ka? kaise kitaab likh dali? to dono ke liye warning hai, aur dono ke liye aakhirat mein</w:t>
      </w:r>
    </w:p>
    <w:p>
      <w:pPr>
        <w:jc w:val="right"/>
      </w:pPr>
      <w:r>
        <w:t>تحقیق کا؟ کیسے کتاب لکھ ڈالی؟ تو دونوں کے لیے وارننگ ہے، اور دونوں کے لیے آخرت میں</w:t>
      </w:r>
    </w:p>
    <w:p>
      <w:r>
        <w:rPr>
          <w:b/>
        </w:rPr>
        <w:t xml:space="preserve">[1:00:14] </w:t>
      </w:r>
      <w:r>
        <w:t>pakar hogi.</w:t>
      </w:r>
    </w:p>
    <w:p>
      <w:pPr>
        <w:jc w:val="right"/>
      </w:pPr>
      <w:r>
        <w:t>پکڑ ہوگی۔</w:t>
      </w:r>
    </w:p>
    <w:p>
      <w:r>
        <w:rPr>
          <w:b/>
        </w:rPr>
        <w:t xml:space="preserve">[1:00:15] </w:t>
      </w:r>
      <w:r>
        <w:t>maulana agla sawal Islam abad Pakistan se hai Muhammad Waseem Bari sahib ka.</w:t>
      </w:r>
    </w:p>
    <w:p>
      <w:pPr>
        <w:jc w:val="right"/>
      </w:pPr>
      <w:r>
        <w:t>مولانا اگلا سوال اسلام آباد پاکستان سے ہے محمد وسیم باری صاحب کا۔</w:t>
      </w:r>
    </w:p>
    <w:p>
      <w:r>
        <w:rPr>
          <w:b/>
        </w:rPr>
        <w:t xml:space="preserve">[1:00:21] </w:t>
      </w:r>
      <w:r>
        <w:t>unhon ne likha hai: "maulana, mein taqreeban nau mahine se aap ke program aur books ki reading kar</w:t>
      </w:r>
    </w:p>
    <w:p>
      <w:pPr>
        <w:jc w:val="right"/>
      </w:pPr>
      <w:r>
        <w:t>انہوں نے لکھا ہے: "مولانا، میں تقریباً نو مہینے سے آپ کے پروگرام اور بکس کی ریڈنگ کر</w:t>
      </w:r>
    </w:p>
    <w:p>
      <w:r>
        <w:rPr>
          <w:b/>
        </w:rPr>
        <w:t xml:space="preserve">[1:00:28] </w:t>
      </w:r>
      <w:r>
        <w:t>raha hoon.</w:t>
      </w:r>
    </w:p>
    <w:p>
      <w:pPr>
        <w:jc w:val="right"/>
      </w:pPr>
      <w:r>
        <w:t>رہا ہوں۔</w:t>
      </w:r>
    </w:p>
    <w:p>
      <w:r>
        <w:rPr>
          <w:b/>
        </w:rPr>
        <w:t xml:space="preserve">[1:00:30] </w:t>
      </w:r>
      <w:r>
        <w:t>Allah ka shukar hai ke mujhe bohat faida ho raha hai.</w:t>
      </w:r>
    </w:p>
    <w:p>
      <w:pPr>
        <w:jc w:val="right"/>
      </w:pPr>
      <w:r>
        <w:t>اللہ کا شکر ہے کہ مجھے بہت فائدہ ہو رہا ہے۔</w:t>
      </w:r>
    </w:p>
    <w:p>
      <w:r>
        <w:rPr>
          <w:b/>
        </w:rPr>
        <w:t xml:space="preserve">[1:00:35] </w:t>
      </w:r>
      <w:r>
        <w:t>Allah aap ko jaza-e-khair de.</w:t>
      </w:r>
    </w:p>
    <w:p>
      <w:pPr>
        <w:jc w:val="right"/>
      </w:pPr>
      <w:r>
        <w:t>اللہ آپ کو جزائے خیر دے۔</w:t>
      </w:r>
    </w:p>
    <w:p>
      <w:r>
        <w:rPr>
          <w:b/>
        </w:rPr>
        <w:t xml:space="preserve">[1:00:37] </w:t>
      </w:r>
      <w:r>
        <w:t>mera sawal yeh hai ke jab hum sara waqt Khuda ke creation pe tadabbur karte hain to hamara</w:t>
      </w:r>
    </w:p>
    <w:p>
      <w:pPr>
        <w:jc w:val="right"/>
      </w:pPr>
      <w:r>
        <w:t>میرا سوال یہ ہے کہ جب ہم سارا وقت خدا کے کریشن پہ تدبر کرتے ہیں تو ہمارا</w:t>
      </w:r>
    </w:p>
    <w:p>
      <w:r>
        <w:rPr>
          <w:b/>
        </w:rPr>
        <w:t xml:space="preserve">[1:00:45] </w:t>
      </w:r>
      <w:r>
        <w:t>mind active rehta hai, par hum doosre kaam yani job etc pe concentration nahi de paate kyunke hamara</w:t>
      </w:r>
    </w:p>
    <w:p>
      <w:pPr>
        <w:jc w:val="right"/>
      </w:pPr>
      <w:r>
        <w:t>مائنڈ ایکٹیو رہتا ہے، پر ہم دوسرے کام یعنی جاب ایٹسیٹرا پہ کنسنٹریشن نہیں دے پاتے کیونکہ ہمارا</w:t>
      </w:r>
    </w:p>
    <w:p>
      <w:r>
        <w:rPr>
          <w:b/>
        </w:rPr>
        <w:t xml:space="preserve">[1:00:53] </w:t>
      </w:r>
      <w:r>
        <w:t>concentration is par nahi hota.</w:t>
      </w:r>
    </w:p>
    <w:p>
      <w:pPr>
        <w:jc w:val="right"/>
      </w:pPr>
      <w:r>
        <w:t>کنسنٹریشن اس پر نہیں ہوتا۔</w:t>
      </w:r>
    </w:p>
    <w:p>
      <w:r>
        <w:rPr>
          <w:b/>
        </w:rPr>
        <w:t xml:space="preserve">[1:00:55] </w:t>
      </w:r>
      <w:r>
        <w:t>is tarah mein koi spirit ya determination ke saath nahi bana, kaam nahi kar pata kyunke dil bas</w:t>
      </w:r>
    </w:p>
    <w:p>
      <w:pPr>
        <w:jc w:val="right"/>
      </w:pPr>
      <w:r>
        <w:t>اس طرح میں کوئی سپرٹ یا ڈیٹرمینیشن کے ساتھ نہیں بنا، کام نہیں کر پاتا کیونکہ دل بس</w:t>
      </w:r>
    </w:p>
    <w:p>
      <w:r>
        <w:rPr>
          <w:b/>
        </w:rPr>
        <w:t xml:space="preserve">[1:01:03] </w:t>
      </w:r>
      <w:r>
        <w:t>yeh karta hai ke Allah ke creation par tadabbur karta rahoon, par zindagi guzarne ke liye job bhi</w:t>
      </w:r>
    </w:p>
    <w:p>
      <w:pPr>
        <w:jc w:val="right"/>
      </w:pPr>
      <w:r>
        <w:t>یہ کرتا ہے کہ اللہ کے کریشن پر تدبر کرتا رہوں، پر زندگی گزارنے کے لیے جاب بھی</w:t>
      </w:r>
    </w:p>
    <w:p>
      <w:r>
        <w:rPr>
          <w:b/>
        </w:rPr>
        <w:t xml:space="preserve">[1:01:10] </w:t>
      </w:r>
      <w:r>
        <w:t>karni parti hai.</w:t>
      </w:r>
    </w:p>
    <w:p>
      <w:pPr>
        <w:jc w:val="right"/>
      </w:pPr>
      <w:r>
        <w:t>کرنی پڑتی ہے۔</w:t>
      </w:r>
    </w:p>
    <w:p>
      <w:r>
        <w:rPr>
          <w:b/>
        </w:rPr>
        <w:t xml:space="preserve">[1:01:12] </w:t>
      </w:r>
      <w:r>
        <w:t>Maulana, I don't know whether my question is valid or not, but please guide me from this confusion</w:t>
      </w:r>
    </w:p>
    <w:p>
      <w:pPr>
        <w:jc w:val="right"/>
      </w:pPr>
      <w:r>
        <w:t>مولانا، آئی ڈونٹ نو ویدر مائی کوئسچن از ویلڈ اور ناٹ، بٹ پلیز گائیڈ می فرام دس کنفیوژن</w:t>
      </w:r>
    </w:p>
    <w:p>
      <w:r>
        <w:rPr>
          <w:b/>
        </w:rPr>
        <w:t xml:space="preserve">[1:01:19] </w:t>
      </w:r>
      <w:r>
        <w:t>so that I can manage my affairs." Dekhein, yeh tadabbur aur tafakkur jo hai, bohat bari baat hai</w:t>
      </w:r>
    </w:p>
    <w:p>
      <w:pPr>
        <w:jc w:val="right"/>
      </w:pPr>
      <w:r>
        <w:t>سو دیٹ آئی کین مینج مائی افیئرز۔" دیکھیں، یہ تدبر اور تفکر جو ہے، بہت بڑی بات ہے</w:t>
      </w:r>
    </w:p>
    <w:p>
      <w:r>
        <w:rPr>
          <w:b/>
        </w:rPr>
        <w:t xml:space="preserve">[1:01:27] </w:t>
      </w:r>
      <w:r>
        <w:t>Islam mein.</w:t>
      </w:r>
    </w:p>
    <w:p>
      <w:pPr>
        <w:jc w:val="right"/>
      </w:pPr>
      <w:r>
        <w:t>اسلام میں۔</w:t>
      </w:r>
    </w:p>
    <w:p>
      <w:r>
        <w:rPr>
          <w:b/>
        </w:rPr>
        <w:t xml:space="preserve">[1:01:29] </w:t>
      </w:r>
      <w:r>
        <w:t>lekin is ka matlab yeh nahi ke aap hajre mein baith ke tafakkur karein, alag baithak karein, jungle</w:t>
      </w:r>
    </w:p>
    <w:p>
      <w:pPr>
        <w:jc w:val="right"/>
      </w:pPr>
      <w:r>
        <w:t>لیکن اس کا مطلب یہ نہیں کہ آپ حجرے میں بیٹھ کے تفکر کریں، الگ بیٹھک کریں، جنگل</w:t>
      </w:r>
    </w:p>
    <w:p>
      <w:r>
        <w:rPr>
          <w:b/>
        </w:rPr>
        <w:t xml:space="preserve">[1:01:36] </w:t>
      </w:r>
      <w:r>
        <w:t>mein ja ke karein.</w:t>
      </w:r>
    </w:p>
    <w:p>
      <w:pPr>
        <w:jc w:val="right"/>
      </w:pPr>
      <w:r>
        <w:t>میں جا کے کریں۔</w:t>
      </w:r>
    </w:p>
    <w:p>
      <w:r>
        <w:rPr>
          <w:b/>
        </w:rPr>
        <w:t xml:space="preserve">[1:01:38] </w:t>
      </w:r>
      <w:r>
        <w:t>nahi, jo rozmarra ki aap ki zindagi hai, usi mein rehte hue tafakkur karein.</w:t>
      </w:r>
    </w:p>
    <w:p>
      <w:pPr>
        <w:jc w:val="right"/>
      </w:pPr>
      <w:r>
        <w:t>نہیں، جو روزمرہ کی آپ کی زندگی ہے، اسی میں رہتے ہوئے تفکر کریں۔</w:t>
      </w:r>
    </w:p>
    <w:p>
      <w:r>
        <w:rPr>
          <w:b/>
        </w:rPr>
        <w:t xml:space="preserve">[1:01:44] </w:t>
      </w:r>
      <w:r>
        <w:t>kahin alag hone ki zaroorat nahi hai, kisi seclusion mein jaane ki zaroorat nahi hai.</w:t>
      </w:r>
    </w:p>
    <w:p>
      <w:pPr>
        <w:jc w:val="right"/>
      </w:pPr>
      <w:r>
        <w:t>کہیں الگ ہونے کی ضرورت نہیں ہے، کسی سکلوزن میں جانے کی ضرورت نہیں ہے۔</w:t>
      </w:r>
    </w:p>
    <w:p>
      <w:r>
        <w:rPr>
          <w:b/>
        </w:rPr>
        <w:t xml:space="preserve">[1:01:51] </w:t>
      </w:r>
      <w:r>
        <w:t>jaise maine misaal di aap ko, yeh pani ki haalat aadmi pani peeta hai to pani peete</w:t>
      </w:r>
    </w:p>
    <w:p>
      <w:pPr>
        <w:jc w:val="right"/>
      </w:pPr>
      <w:r>
        <w:t>جیسے میں نے مثال دی آپ کو، یہ پانی کی حالت آدمی پانی پیتا ہے تو پانی پیتے</w:t>
      </w:r>
    </w:p>
    <w:p>
      <w:r>
        <w:rPr>
          <w:b/>
        </w:rPr>
        <w:t xml:space="preserve">[1:01:58] </w:t>
      </w:r>
      <w:r>
        <w:t>hue aap yeh sochein ke kitni bari qeemti cheez hai.</w:t>
      </w:r>
    </w:p>
    <w:p>
      <w:pPr>
        <w:jc w:val="right"/>
      </w:pPr>
      <w:r>
        <w:t>ہوئے آپ یہ سوچیں کہ کتنی بڑی قیمتی چیز ہے۔</w:t>
      </w:r>
    </w:p>
    <w:p>
      <w:r>
        <w:rPr>
          <w:b/>
        </w:rPr>
        <w:t xml:space="preserve">[1:02:03] </w:t>
      </w:r>
      <w:r>
        <w:t>pani jo aap jo bhi aap kaam kar rahe hon, chahe job ho ya business ho, usi mein</w:t>
      </w:r>
    </w:p>
    <w:p>
      <w:pPr>
        <w:jc w:val="right"/>
      </w:pPr>
      <w:r>
        <w:t>پانی جو آپ جو بھی آپ کام کر رہے ہوں، چاہے جاب ہو یا بزنس ہو، اسی میں</w:t>
      </w:r>
    </w:p>
    <w:p>
      <w:r>
        <w:rPr>
          <w:b/>
        </w:rPr>
        <w:t xml:space="preserve">[1:02:10] </w:t>
      </w:r>
      <w:r>
        <w:t>tafakkur karein ke items milenge aap ko.</w:t>
      </w:r>
    </w:p>
    <w:p>
      <w:pPr>
        <w:jc w:val="right"/>
      </w:pPr>
      <w:r>
        <w:t>تفکر کریں کہ آئٹم ملیں گے آپ کو۔</w:t>
      </w:r>
    </w:p>
    <w:p>
      <w:r>
        <w:rPr>
          <w:b/>
        </w:rPr>
        <w:t xml:space="preserve">[1:02:14] </w:t>
      </w:r>
      <w:r>
        <w:t>jaise mein ek misaal deta hoon aap ko, ek baar mein Ahmedabad gaya to ek shakhs ne</w:t>
      </w:r>
    </w:p>
    <w:p>
      <w:pPr>
        <w:jc w:val="right"/>
      </w:pPr>
      <w:r>
        <w:t>جیسے میں ایک مثال دیتا ہوں آپ کو، ایک بار میں احمد آباد گیا تو ایک شخص نے</w:t>
      </w:r>
    </w:p>
    <w:p>
      <w:r>
        <w:rPr>
          <w:b/>
        </w:rPr>
        <w:t xml:space="preserve">[1:02:21] </w:t>
      </w:r>
      <w:r>
        <w:t>wahan par ek karkhana lagaya tha, naya woh engineer thay, to us ko le gaye apne karkhana dikhane</w:t>
      </w:r>
    </w:p>
    <w:p>
      <w:pPr>
        <w:jc w:val="right"/>
      </w:pPr>
      <w:r>
        <w:t>وہاں پر ایک کارخانہ لگایا تھا، نیا وہ انجینئر تھے، تو اس کو لے گئے اپنے کارخانہ دکھانے</w:t>
      </w:r>
    </w:p>
    <w:p>
      <w:r>
        <w:rPr>
          <w:b/>
        </w:rPr>
        <w:t xml:space="preserve">[1:02:29] </w:t>
      </w:r>
      <w:r>
        <w:t>ke liye.</w:t>
      </w:r>
    </w:p>
    <w:p>
      <w:pPr>
        <w:jc w:val="right"/>
      </w:pPr>
      <w:r>
        <w:t>کے لیے۔</w:t>
      </w:r>
    </w:p>
    <w:p>
      <w:r>
        <w:rPr>
          <w:b/>
        </w:rPr>
        <w:t xml:space="preserve">[1:02:31] </w:t>
      </w:r>
      <w:r>
        <w:t>to ek machine unhon ne import ki thi, ab to machine India mein sab banne lagi hain, pehle</w:t>
      </w:r>
    </w:p>
    <w:p>
      <w:pPr>
        <w:jc w:val="right"/>
      </w:pPr>
      <w:r>
        <w:t>تو ایک مشین انہوں نے امپورٹ کی تھی، اب تو مشینیں انڈیا میں سب بننے لگی ہیں، پہلے</w:t>
      </w:r>
    </w:p>
    <w:p>
      <w:r>
        <w:rPr>
          <w:b/>
        </w:rPr>
        <w:t xml:space="preserve">[1:02:38] </w:t>
      </w:r>
      <w:r>
        <w:t>machinein bahar se aati theen.</w:t>
      </w:r>
    </w:p>
    <w:p>
      <w:pPr>
        <w:jc w:val="right"/>
      </w:pPr>
      <w:r>
        <w:t>مشینیں باہر سے آتی تھیں۔</w:t>
      </w:r>
    </w:p>
    <w:p>
      <w:r>
        <w:rPr>
          <w:b/>
        </w:rPr>
        <w:t xml:space="preserve">[1:02:40] </w:t>
      </w:r>
      <w:r>
        <w:t>to unhon ne woh machine mein, aap jante hain, ek ek wheel hoti hai, usi wheel ki chalne</w:t>
      </w:r>
    </w:p>
    <w:p>
      <w:pPr>
        <w:jc w:val="right"/>
      </w:pPr>
      <w:r>
        <w:t>تو انہوں نے وہ مشین میں، آپ جانتے ہیں، ایک ایک ویل ہوتی ہے، اسی ویل کی چلنے</w:t>
      </w:r>
    </w:p>
    <w:p>
      <w:r>
        <w:rPr>
          <w:b/>
        </w:rPr>
        <w:t xml:space="preserve">[1:02:48] </w:t>
      </w:r>
      <w:r>
        <w:t>se poori machine chalti hai.</w:t>
      </w:r>
    </w:p>
    <w:p>
      <w:pPr>
        <w:jc w:val="right"/>
      </w:pPr>
      <w:r>
        <w:t>سے پوری مشین چلتی ہے۔</w:t>
      </w:r>
    </w:p>
    <w:p>
      <w:r>
        <w:rPr>
          <w:b/>
        </w:rPr>
        <w:t xml:space="preserve">[1:02:50] </w:t>
      </w:r>
      <w:r>
        <w:t>to unhon ne ek dimension diya, ek unhon ne switch dabai to wheel bohat tez chalne lagi.</w:t>
      </w:r>
    </w:p>
    <w:p>
      <w:pPr>
        <w:jc w:val="right"/>
      </w:pPr>
      <w:r>
        <w:t>تو انہوں نے ایک ڈائمنشن دیا، ایک انہوں نے سوئچ دبائی تو ویل بہت تیز چلنے لگی۔</w:t>
      </w:r>
    </w:p>
    <w:p>
      <w:r>
        <w:rPr>
          <w:b/>
        </w:rPr>
        <w:t xml:space="preserve">[1:02:58] </w:t>
      </w:r>
      <w:r>
        <w:t>phir unhon ne kaha ke ab dekhein, mein doosra switch dabata hoon.</w:t>
      </w:r>
    </w:p>
    <w:p>
      <w:pPr>
        <w:jc w:val="right"/>
      </w:pPr>
      <w:r>
        <w:t>پھر انہوں نے کہا کہ اب دیکھیں، میں دوسرا سوئچ دباتا ہوں۔</w:t>
      </w:r>
    </w:p>
    <w:p>
      <w:r>
        <w:rPr>
          <w:b/>
        </w:rPr>
        <w:t xml:space="preserve">[1:03:03] </w:t>
      </w:r>
      <w:r>
        <w:t>doosra switch dabaya to wid in second us ne apna badal liya, apna idhar se idhar aise chalne</w:t>
      </w:r>
    </w:p>
    <w:p>
      <w:pPr>
        <w:jc w:val="right"/>
      </w:pPr>
      <w:r>
        <w:t>دوسرا سوئچ دبایا تو ود ان سیکنڈ اس نے اپنا بدل لیا، اپنا ادھر سے ادھر ایسے چلنے</w:t>
      </w:r>
    </w:p>
    <w:p>
      <w:r>
        <w:rPr>
          <w:b/>
        </w:rPr>
        <w:t xml:space="preserve">[1:03:10] </w:t>
      </w:r>
      <w:r>
        <w:t xml:space="preserve"> lagi.</w:t>
      </w:r>
    </w:p>
    <w:p>
      <w:pPr>
        <w:jc w:val="right"/>
      </w:pPr>
      <w:r>
        <w:t>لگی۔</w:t>
      </w:r>
    </w:p>
    <w:p>
      <w:r>
        <w:rPr>
          <w:b/>
        </w:rPr>
        <w:t xml:space="preserve">[1:03:12] </w:t>
      </w:r>
      <w:r>
        <w:t>woh yani ek button daba rahe hain to idhar chalne lagi, doosra button dabaya to idhar chalne lagi,</w:t>
      </w:r>
    </w:p>
    <w:p>
      <w:pPr>
        <w:jc w:val="right"/>
      </w:pPr>
      <w:r>
        <w:t>وہ یعنی ایک بٹن دبا رہے ہیں تو ادھر چلنے لگی، دوسرا بٹن دبایا تو ادھر چلنے لگی،</w:t>
      </w:r>
    </w:p>
    <w:p>
      <w:r>
        <w:rPr>
          <w:b/>
        </w:rPr>
        <w:t xml:space="preserve">[1:03:20] </w:t>
      </w:r>
      <w:r>
        <w:t>yani direction change kar li.</w:t>
      </w:r>
    </w:p>
    <w:p>
      <w:pPr>
        <w:jc w:val="right"/>
      </w:pPr>
      <w:r>
        <w:t>یعنی ڈائریکشن چینج کر لی۔</w:t>
      </w:r>
    </w:p>
    <w:p>
      <w:r>
        <w:rPr>
          <w:b/>
        </w:rPr>
        <w:t xml:space="preserve">[1:03:22] </w:t>
      </w:r>
      <w:r>
        <w:t>toh zahir hai ke woh industry ka mamla tha, factory ka mamla tha.</w:t>
      </w:r>
    </w:p>
    <w:p>
      <w:pPr>
        <w:jc w:val="right"/>
      </w:pPr>
      <w:r>
        <w:t>تو ظاہر ہے کہ وہ انڈسٹری کا معاملہ تھا، فیکٹری کا معاملہ تھا۔</w:t>
      </w:r>
    </w:p>
    <w:p>
      <w:r>
        <w:rPr>
          <w:b/>
        </w:rPr>
        <w:t xml:space="preserve">[1:03:27] </w:t>
      </w:r>
      <w:r>
        <w:t>maine is se kya socha ke yahi momin ka mamla hai, wa izaa maghdubuhum yaghfiroon.</w:t>
      </w:r>
    </w:p>
    <w:p>
      <w:pPr>
        <w:jc w:val="right"/>
      </w:pPr>
      <w:r>
        <w:t>میں نے اس سے کیا سوچا کہ یہی مومن کا معاملہ ہے، وَإِذَا مَغَضِبُوهُمْ يَغْفِرُونَ۔</w:t>
      </w:r>
    </w:p>
    <w:p>
      <w:r>
        <w:rPr>
          <w:b/>
        </w:rPr>
        <w:t xml:space="preserve">[1:03:34] </w:t>
      </w:r>
      <w:r>
        <w:t>is aayat ki tafseer maine le liya is se ke ghussa aata hai toh maaf kar dete</w:t>
      </w:r>
    </w:p>
    <w:p>
      <w:pPr>
        <w:jc w:val="right"/>
      </w:pPr>
      <w:r>
        <w:t>اس آیت کی تفسیر میں نے لے لیا اس سے کہ غصہ آتا ہے تو معاف کر دیتے</w:t>
      </w:r>
    </w:p>
    <w:p>
      <w:r>
        <w:rPr>
          <w:b/>
        </w:rPr>
        <w:t xml:space="preserve">[1:03:42] </w:t>
      </w:r>
      <w:r>
        <w:t>hain, yani ghusse ke direction achaanak maafi ki direction tabdeel kar lete hain.</w:t>
      </w:r>
    </w:p>
    <w:p>
      <w:pPr>
        <w:jc w:val="right"/>
      </w:pPr>
      <w:r>
        <w:t>ہیں، یعنی غصے کے ڈائریکشن اچانک معافی کی ڈائریکشن تبدیل کر لیتے ہیں۔</w:t>
      </w:r>
    </w:p>
    <w:p>
      <w:r>
        <w:rPr>
          <w:b/>
        </w:rPr>
        <w:t xml:space="preserve">[1:03:47] </w:t>
      </w:r>
      <w:r>
        <w:t>toh momin woh hai jiske andar yeh salahiyat ho ke achaanak apne direction ko change kar sake.</w:t>
      </w:r>
    </w:p>
    <w:p>
      <w:pPr>
        <w:jc w:val="right"/>
      </w:pPr>
      <w:r>
        <w:t>تو مومن وہ ہے جس کے اندر یہ صلاحیت ہو کہ اچانک اپنے ڈائریکشن کو چینج کر سکے۔</w:t>
      </w:r>
    </w:p>
    <w:p>
      <w:r>
        <w:rPr>
          <w:b/>
        </w:rPr>
        <w:t xml:space="preserve">[1:03:55] </w:t>
      </w:r>
      <w:r>
        <w:t>toh tashaddud ke direction chal raha tha, achaanak peace ke direction chalne lage, ghussa hua tha, maafi ke</w:t>
      </w:r>
    </w:p>
    <w:p>
      <w:pPr>
        <w:jc w:val="right"/>
      </w:pPr>
      <w:r>
        <w:t>تو تشدد کے ڈائریکشن چل رہا تھا، اچانک پیس کے ڈائریکشن چلنے لگے، غصہ ہوا تھا، معافی کے</w:t>
      </w:r>
    </w:p>
    <w:p>
      <w:r>
        <w:rPr>
          <w:b/>
        </w:rPr>
        <w:t xml:space="preserve">[1:04:03] </w:t>
      </w:r>
      <w:r>
        <w:t>direction chalne lage, inteqaam ka jazba tha, usko bhula de, faramoshi khane mein daal de.</w:t>
      </w:r>
    </w:p>
    <w:p>
      <w:pPr>
        <w:jc w:val="right"/>
      </w:pPr>
      <w:r>
        <w:t>ڈائریکشن چلنے لگے، انتقام کا جذبہ تھا، اس کو بھلا دے، فراموشی کھانے میں ڈال دے۔</w:t>
      </w:r>
    </w:p>
    <w:p>
      <w:r>
        <w:rPr>
          <w:b/>
        </w:rPr>
        <w:t xml:space="preserve">[1:04:09] </w:t>
      </w:r>
      <w:r>
        <w:t>toh momin woh hai jiska shaoor itna baligh hota hai, Allah ka khauf is mein itna zyada</w:t>
      </w:r>
    </w:p>
    <w:p>
      <w:pPr>
        <w:jc w:val="right"/>
      </w:pPr>
      <w:r>
        <w:t>تو مومن وہ ہے جس کا شعور اتنا بالغ ہوتا ہے، اللہ کا خوف اس میں اتنا زیادہ</w:t>
      </w:r>
    </w:p>
    <w:p>
      <w:r>
        <w:rPr>
          <w:b/>
        </w:rPr>
        <w:t xml:space="preserve">[1:04:17] </w:t>
      </w:r>
      <w:r>
        <w:t>hota hai ke jaise hi usko ehsaas hota hai ke main galat kar raha hoon, toh foran</w:t>
      </w:r>
    </w:p>
    <w:p>
      <w:pPr>
        <w:jc w:val="right"/>
      </w:pPr>
      <w:r>
        <w:t>ہوتا ہے کہ جیسے ہی اس کو احساس ہوتا ہے کہ میں غلط کر رہا ہوں، تو فوراً</w:t>
      </w:r>
    </w:p>
    <w:p>
      <w:r>
        <w:rPr>
          <w:b/>
        </w:rPr>
        <w:t xml:space="preserve">[1:04:25] </w:t>
      </w:r>
      <w:r>
        <w:t>apne direction ko change kar leta hai.</w:t>
      </w:r>
    </w:p>
    <w:p>
      <w:pPr>
        <w:jc w:val="right"/>
      </w:pPr>
      <w:r>
        <w:t>اپنے ڈائریکشن کو چینج کر لیتا ہے۔</w:t>
      </w:r>
    </w:p>
    <w:p>
      <w:r>
        <w:rPr>
          <w:b/>
        </w:rPr>
        <w:t xml:space="preserve">[1:04:28] </w:t>
      </w:r>
      <w:r>
        <w:t>woh toh jo kaam bhi aap kar rahe hain, isi mein tadabbur kijiye, isi mein tafakkur kijiye.</w:t>
      </w:r>
    </w:p>
    <w:p>
      <w:pPr>
        <w:jc w:val="right"/>
      </w:pPr>
      <w:r>
        <w:t>وہ تو جو کام بھی آپ کر رہے ہیں، اسی میں تدبر کیجئے، اسی میں تفکر کیجئے۔</w:t>
      </w:r>
    </w:p>
    <w:p>
      <w:r>
        <w:rPr>
          <w:b/>
        </w:rPr>
        <w:t xml:space="preserve">[1:04:35] </w:t>
      </w:r>
      <w:r>
        <w:t>kisi seclusion mein, kisi alag thalag maqam par jaane ki zaroorat nahi.</w:t>
      </w:r>
    </w:p>
    <w:p>
      <w:pPr>
        <w:jc w:val="right"/>
      </w:pPr>
      <w:r>
        <w:t>کسی سکلوزن میں، کسی الگ تھلگ مقام پر جانے کی ضرورت نہیں۔</w:t>
      </w:r>
    </w:p>
    <w:p>
      <w:r>
        <w:rPr>
          <w:b/>
        </w:rPr>
        <w:t xml:space="preserve">[1:04:40] </w:t>
      </w:r>
      <w:r>
        <w:t>yahi Islam hai, yahi tadabbur hai, yahi tafakkur hai.</w:t>
      </w:r>
    </w:p>
    <w:p>
      <w:pPr>
        <w:jc w:val="right"/>
      </w:pPr>
      <w:r>
        <w:t>یہی اسلام ہے، یہی تدبر ہے، یہی تفکر ہے۔</w:t>
      </w:r>
    </w:p>
    <w:p>
      <w:r>
        <w:rPr>
          <w:b/>
        </w:rPr>
        <w:t xml:space="preserve">[1:04:44] </w:t>
      </w:r>
      <w:r>
        <w:t>Okay, before I go into the next question, I would like to read a comment which has</w:t>
      </w:r>
    </w:p>
    <w:p>
      <w:pPr>
        <w:jc w:val="right"/>
      </w:pPr>
      <w:r>
        <w:t>اوکے، بیفور آئی گو ان ٹو دا نیکسٹ کوئسچن، آئی وڈ لائک ٹو ریڈ ا کمنٹ وچ ہیز</w:t>
      </w:r>
    </w:p>
    <w:p>
      <w:r>
        <w:rPr>
          <w:b/>
        </w:rPr>
        <w:t xml:space="preserve">[1:04:52] </w:t>
      </w:r>
      <w:r>
        <w:t>come from Mr. Anas, who is currently supervising the Quran distribution at the World Book Fair, which is</w:t>
      </w:r>
    </w:p>
    <w:p>
      <w:pPr>
        <w:jc w:val="right"/>
      </w:pPr>
      <w:r>
        <w:t>کم فرام مسٹر انس، ہو از کرنٹلی سپروائزنگ دی قرآن ڈسٹریبیوشن ایٹ دا ورلڈ بک فیئر، وچ از</w:t>
      </w:r>
    </w:p>
    <w:p>
      <w:r>
        <w:rPr>
          <w:b/>
        </w:rPr>
        <w:t xml:space="preserve">[1:05:00] </w:t>
      </w:r>
      <w:r>
        <w:t>being held in pagti maidan.</w:t>
      </w:r>
    </w:p>
    <w:p>
      <w:pPr>
        <w:jc w:val="right"/>
      </w:pPr>
      <w:r>
        <w:t>بینگ ہیلڈ ان پگتی میدان۔</w:t>
      </w:r>
    </w:p>
    <w:p>
      <w:r>
        <w:rPr>
          <w:b/>
        </w:rPr>
        <w:t xml:space="preserve">[1:05:02] </w:t>
      </w:r>
      <w:r>
        <w:t>And the comment very well illustrates the benefit of or the result oriented work of the Quran.</w:t>
      </w:r>
    </w:p>
    <w:p>
      <w:pPr>
        <w:jc w:val="right"/>
      </w:pPr>
      <w:r>
        <w:t>اینڈ دی دی کمنٹ ویری ویل ایلسٹریٹس دی بینیفٹ آف اور دا رزلٹ اورینٹڈ ورک آف دی قرآن</w:t>
      </w:r>
    </w:p>
    <w:p>
      <w:r>
        <w:rPr>
          <w:b/>
        </w:rPr>
        <w:t xml:space="preserve">[1:05:09] </w:t>
      </w:r>
      <w:r>
        <w:t>distribution that is being done at a global level by all these CPS volunteers.</w:t>
      </w:r>
    </w:p>
    <w:p>
      <w:pPr>
        <w:jc w:val="right"/>
      </w:pPr>
      <w:r>
        <w:t>ڈسٹریبیوشن دیٹ از بینگ ڈن ایٹ ا گلوبل لیول بائے آل دی سی پی ایس والنٹیئرز۔</w:t>
      </w:r>
    </w:p>
    <w:p>
      <w:r>
        <w:rPr>
          <w:b/>
        </w:rPr>
        <w:t xml:space="preserve">[1:05:16] </w:t>
      </w:r>
      <w:r>
        <w:t>many people say that what is the use of the distribution of dawah material.</w:t>
      </w:r>
    </w:p>
    <w:p>
      <w:pPr>
        <w:jc w:val="right"/>
      </w:pPr>
      <w:r>
        <w:t>مینی پیپل سی دیٹ واٹ از دا یوز آف دا ڈسٹریبیوشن آف دعویٰ مٹیریل۔</w:t>
      </w:r>
    </w:p>
    <w:p>
      <w:r>
        <w:rPr>
          <w:b/>
        </w:rPr>
        <w:t xml:space="preserve">[1:05:22] </w:t>
      </w:r>
      <w:r>
        <w:t>So the comment that he has sent clearly illustrates that how result oriented the work that is being</w:t>
      </w:r>
    </w:p>
    <w:p>
      <w:pPr>
        <w:jc w:val="right"/>
      </w:pPr>
      <w:r>
        <w:t>سو دی کمنٹ دیٹ ہی ہیز سینٹ کلیئرلی ایلسٹریٹس دیٹ ہاؤ رزلٹ اورینٹڈ دی ورک دیٹ از بینگ</w:t>
      </w:r>
    </w:p>
    <w:p>
      <w:r>
        <w:rPr>
          <w:b/>
        </w:rPr>
        <w:t xml:space="preserve">[1:05:30] </w:t>
      </w:r>
      <w:r>
        <w:t>undertaken by all the da'is who are associated with CPS mission.</w:t>
      </w:r>
    </w:p>
    <w:p>
      <w:pPr>
        <w:jc w:val="right"/>
      </w:pPr>
      <w:r>
        <w:t>انڈرٹیکن بائے آل دی داعی ہو آر ایسوسیٹڈ ود سی پی ایس مشن۔</w:t>
      </w:r>
    </w:p>
    <w:p>
      <w:r>
        <w:rPr>
          <w:b/>
        </w:rPr>
        <w:t xml:space="preserve">[1:05:36] </w:t>
      </w:r>
      <w:r>
        <w:t>the comment that he has sent today is: " Naseeb bhai told me that he got a call in</w:t>
      </w:r>
    </w:p>
    <w:p>
      <w:pPr>
        <w:jc w:val="right"/>
      </w:pPr>
      <w:r>
        <w:t>دا کمنٹ دیٹ ہی ہیز سینٹ ٹوڈے از: "نصیب بھائی ٹولڈ می دیٹ ہی گاٹ ا کال ان</w:t>
      </w:r>
    </w:p>
    <w:p>
      <w:r>
        <w:rPr>
          <w:b/>
        </w:rPr>
        <w:t xml:space="preserve">[1:05:43] </w:t>
      </w:r>
      <w:r>
        <w:t>CPS number from a Hindi publisher who is located in Daryaganj and who was given</w:t>
      </w:r>
    </w:p>
    <w:p>
      <w:pPr>
        <w:jc w:val="right"/>
      </w:pPr>
      <w:r>
        <w:t>سی پی ایس نمبر فرام ا ہندک پبلشر ہو از لوکیٹڈ ان دریا گنج اینڈ ہو واز گیون</w:t>
      </w:r>
    </w:p>
    <w:p>
      <w:r>
        <w:rPr>
          <w:b/>
        </w:rPr>
        <w:t xml:space="preserve">[1:05:51] </w:t>
      </w:r>
      <w:r>
        <w:t>Reality of Life at Pragati Maidan World Book Fair.</w:t>
      </w:r>
    </w:p>
    <w:p>
      <w:pPr>
        <w:jc w:val="right"/>
      </w:pPr>
      <w:r>
        <w:t>ریلیٹی آف لائف ایٹ پگتی میدان ورلڈ بک فیئر۔</w:t>
      </w:r>
    </w:p>
    <w:p>
      <w:r>
        <w:rPr>
          <w:b/>
        </w:rPr>
        <w:t xml:space="preserve">[1:05:55] </w:t>
      </w:r>
      <w:r>
        <w:t>The person called and has placed an order.</w:t>
      </w:r>
    </w:p>
    <w:p>
      <w:pPr>
        <w:jc w:val="right"/>
      </w:pPr>
      <w:r>
        <w:t>دی پرسن کالڈ اینڈ ہیز پلیسڈ این آرڈر۔</w:t>
      </w:r>
    </w:p>
    <w:p>
      <w:r>
        <w:rPr>
          <w:b/>
        </w:rPr>
        <w:t xml:space="preserve">[1:05:58] </w:t>
      </w:r>
      <w:r>
        <w:t>"The person has called and he wants to distribute one lakh copies of 'Reality of Life'." So I</w:t>
      </w:r>
    </w:p>
    <w:p>
      <w:pPr>
        <w:jc w:val="right"/>
      </w:pPr>
      <w:r>
        <w:t>دا پرسن ہیز کالڈ اینڈ ہی وانٹس ٹو ڈسٹریبیوٹ ون لاکھ کاپی آف ریلیٹی آف لائف۔" سو آئی</w:t>
      </w:r>
    </w:p>
    <w:p>
      <w:r>
        <w:rPr>
          <w:b/>
        </w:rPr>
        <w:t xml:space="preserve">[1:06:06] </w:t>
      </w:r>
      <w:r>
        <w:t>would request Maulana to say a few words on this comment on the distribution that is being done</w:t>
      </w:r>
    </w:p>
    <w:p>
      <w:pPr>
        <w:jc w:val="right"/>
      </w:pPr>
      <w:r>
        <w:t>وڈ ریکویسٹ مولانا ٹو سی ا فیو ورڈ ان دس کمنٹ ان دا ڈسٹریبیوشن دیٹ از بینگ ڈن</w:t>
      </w:r>
    </w:p>
    <w:p>
      <w:r>
        <w:rPr>
          <w:b/>
        </w:rPr>
        <w:t xml:space="preserve">[1:06:14] </w:t>
      </w:r>
      <w:r>
        <w:t>and what many people say that it is not useful.</w:t>
      </w:r>
    </w:p>
    <w:p>
      <w:pPr>
        <w:jc w:val="right"/>
      </w:pPr>
      <w:r>
        <w:t>اینڈ واٹ مینی پیپل سی دیٹ اٹ از ناٹ یوزفل۔</w:t>
      </w:r>
    </w:p>
    <w:p>
      <w:r>
        <w:rPr>
          <w:b/>
        </w:rPr>
        <w:t xml:space="preserve">[1:06:18] </w:t>
      </w:r>
      <w:r>
        <w:t>dekhein, jab aap dawat ka kaam karte hain toh total ko mat dekhiye, us total mein jo individual</w:t>
      </w:r>
    </w:p>
    <w:p>
      <w:pPr>
        <w:jc w:val="right"/>
      </w:pPr>
      <w:r>
        <w:t>دیکھیں، جب آپ دعوت کا کام کرتے ہیں تو ٹوٹل کو مت دیکھیے، اس ٹوٹل میں جو انڈیویجول</w:t>
      </w:r>
    </w:p>
    <w:p>
      <w:r>
        <w:rPr>
          <w:b/>
        </w:rPr>
        <w:t xml:space="preserve">[1:06:26] </w:t>
      </w:r>
      <w:r>
        <w:t>experience hai, usko dekhiye.</w:t>
      </w:r>
    </w:p>
    <w:p>
      <w:pPr>
        <w:jc w:val="right"/>
      </w:pPr>
      <w:r>
        <w:t>ایکسپیرینس ہے، اس کو دیکھیے۔</w:t>
      </w:r>
    </w:p>
    <w:p>
      <w:r>
        <w:rPr>
          <w:b/>
        </w:rPr>
        <w:t xml:space="preserve">[1:06:28] </w:t>
      </w:r>
      <w:r>
        <w:t>aap ne ek so aadmi ko Quran diya, chand aadmi ka andar yeh jazba aaya, yeh yahi toh</w:t>
      </w:r>
    </w:p>
    <w:p>
      <w:pPr>
        <w:jc w:val="right"/>
      </w:pPr>
      <w:r>
        <w:t>آپ نے ایک سو آدمی کو قرآن دیا، چند آدمی کا اندر یہ جذبہ آیا، یہ یہی تو</w:t>
      </w:r>
    </w:p>
    <w:p>
      <w:r>
        <w:rPr>
          <w:b/>
        </w:rPr>
        <w:t xml:space="preserve">[1:06:36] </w:t>
      </w:r>
      <w:r>
        <w:t>matloob hai.</w:t>
      </w:r>
    </w:p>
    <w:p>
      <w:pPr>
        <w:jc w:val="right"/>
      </w:pPr>
      <w:r>
        <w:t>مطلوب ہے۔</w:t>
      </w:r>
    </w:p>
    <w:p>
      <w:r>
        <w:rPr>
          <w:b/>
        </w:rPr>
        <w:t xml:space="preserve">[1:06:37] </w:t>
      </w:r>
      <w:r>
        <w:t>aise hi hamesha hota hai, jo log negative raha dete hain, woh majmooe poore kara dete hain.</w:t>
      </w:r>
    </w:p>
    <w:p>
      <w:pPr>
        <w:jc w:val="right"/>
      </w:pPr>
      <w:r>
        <w:t>ایسے ہی ہمیشہ ہوتا ہے، جو لوگ نیگیٹیو رہا دیتے ہیں، وہ مجموعے پورے کرا دیتے ہیں۔</w:t>
      </w:r>
    </w:p>
    <w:p>
      <w:r>
        <w:rPr>
          <w:b/>
        </w:rPr>
        <w:t xml:space="preserve">[1:06:44] </w:t>
      </w:r>
      <w:r>
        <w:t>yaani sau Quran ki aayat hai, sau result nikalna chahiye.</w:t>
      </w:r>
    </w:p>
    <w:p>
      <w:pPr>
        <w:jc w:val="right"/>
      </w:pPr>
      <w:r>
        <w:t>یعنی سو قرآن کی آیت ہے، سو رزلٹ نکلنا چاہیے۔</w:t>
      </w:r>
    </w:p>
    <w:p>
      <w:r>
        <w:rPr>
          <w:b/>
        </w:rPr>
        <w:t xml:space="preserve">[1:06:49] </w:t>
      </w:r>
      <w:r>
        <w:t>yeh in natural baat hai, nature ke khilaaf hai.</w:t>
      </w:r>
    </w:p>
    <w:p>
      <w:pPr>
        <w:jc w:val="right"/>
      </w:pPr>
      <w:r>
        <w:t>یہ ان نیچرل بات ہے، نیچر کے خلاف ہے۔</w:t>
      </w:r>
    </w:p>
    <w:p>
      <w:r>
        <w:rPr>
          <w:b/>
        </w:rPr>
        <w:t xml:space="preserve">[1:06:52] </w:t>
      </w:r>
      <w:r>
        <w:t>baat Sahaba ki zubani bhi aisa nahi hua, Rasool Allah ki zubani bhi aisa nahi hua.</w:t>
      </w:r>
    </w:p>
    <w:p>
      <w:pPr>
        <w:jc w:val="right"/>
      </w:pPr>
      <w:r>
        <w:t>بات صحابہ کی زبانی بھی ایسا نہیں ہوا، رسول اللہ کی زبانی بھی ایسا نہیں ہوا۔</w:t>
      </w:r>
    </w:p>
    <w:p>
      <w:r>
        <w:rPr>
          <w:b/>
        </w:rPr>
        <w:t xml:space="preserve">[1:06:59] </w:t>
      </w:r>
      <w:r>
        <w:t>toh is mein ek, yaani ek do shakhs bhi nikal aate hain toh woh itna bada result dete</w:t>
      </w:r>
    </w:p>
    <w:p>
      <w:pPr>
        <w:jc w:val="right"/>
      </w:pPr>
      <w:r>
        <w:t>تو اس میں ایک، یعنی ایک دو شخص بھی نکل آتے ہیں تو وہ اتنا بڑا رزلٹ دیتے</w:t>
      </w:r>
    </w:p>
    <w:p>
      <w:r>
        <w:rPr>
          <w:b/>
        </w:rPr>
        <w:t xml:space="preserve">[1:07:07] </w:t>
      </w:r>
      <w:r>
        <w:t>hain ke woh sab sab ko bhaari hota hai.</w:t>
      </w:r>
    </w:p>
    <w:p>
      <w:pPr>
        <w:jc w:val="right"/>
      </w:pPr>
      <w:r>
        <w:t>ہیں کہ وہ سب سب کو بھاری ہوتا ہے۔</w:t>
      </w:r>
    </w:p>
    <w:p>
      <w:r>
        <w:rPr>
          <w:b/>
        </w:rPr>
        <w:t xml:space="preserve">[1:07:11] </w:t>
      </w:r>
      <w:r>
        <w:t>woh result toh kaisi ajeeb misaal yeh hai ke ek non-muslim kehta hai ke aap ko ek</w:t>
      </w:r>
    </w:p>
    <w:p>
      <w:pPr>
        <w:jc w:val="right"/>
      </w:pPr>
      <w:r>
        <w:t>وہ رزلٹ تو کیسی عجیب مثال یہ ہے کہ ایک نان مسلم کہتا ہے کہ آپ کو ایک</w:t>
      </w:r>
    </w:p>
    <w:p>
      <w:r>
        <w:rPr>
          <w:b/>
        </w:rPr>
        <w:t xml:space="preserve">[1:07:19] </w:t>
      </w:r>
      <w:r>
        <w:t>lakh woh kitaab lao, hum us ko pahunchaoon ga logon ko.</w:t>
      </w:r>
    </w:p>
    <w:p>
      <w:pPr>
        <w:jc w:val="right"/>
      </w:pPr>
      <w:r>
        <w:t>لاکھ وہ کتاب لاؤ، ہم اس کو پہنچاؤں گا لوگوں کو۔</w:t>
      </w:r>
    </w:p>
    <w:p>
      <w:r>
        <w:rPr>
          <w:b/>
        </w:rPr>
        <w:t xml:space="preserve">[1:07:23] </w:t>
      </w:r>
      <w:r>
        <w:t>zahair hai ke woh khareed kar de raha hai, reality of life ek lakh.</w:t>
      </w:r>
    </w:p>
    <w:p>
      <w:pPr>
        <w:jc w:val="right"/>
      </w:pPr>
      <w:r>
        <w:t>ظاہر ہے کہ وہ خرید کر دے رہا ہے، ریلیٹی آف لائف ایک لاکھ۔</w:t>
      </w:r>
    </w:p>
    <w:p>
      <w:r>
        <w:rPr>
          <w:b/>
        </w:rPr>
        <w:t xml:space="preserve">[1:07:29] </w:t>
      </w:r>
      <w:r>
        <w:t>toh kisi ne ek shair mujhe yaad aata hai, kisi ne kaha tha ke khabar nahi ke gire</w:t>
      </w:r>
    </w:p>
    <w:p>
      <w:pPr>
        <w:jc w:val="right"/>
      </w:pPr>
      <w:r>
        <w:t>تو کسی نے ایک شعر مجھے یاد آتا ہے، کسی نے کہا تھا کہ خبر نہیں کہ گرے</w:t>
      </w:r>
    </w:p>
    <w:p>
      <w:r>
        <w:rPr>
          <w:b/>
        </w:rPr>
        <w:t xml:space="preserve">[1:07:37] </w:t>
      </w:r>
      <w:r>
        <w:t>hain kahan kahan aansu, kidhar kidhar se uthe ga, dhuan nahi maloom, kaun sa aansu qatra samandar ban</w:t>
      </w:r>
    </w:p>
    <w:p>
      <w:pPr>
        <w:jc w:val="right"/>
      </w:pPr>
      <w:r>
        <w:t>ہیں کہاں کہاں آنسو، کدھر کدھر سے اٹھے گا، دھواں نہیں معلوم، کون سا آنسو قطرہ سمندر بن</w:t>
      </w:r>
    </w:p>
    <w:p>
      <w:r>
        <w:rPr>
          <w:b/>
        </w:rPr>
        <w:t xml:space="preserve">[1:07:45] </w:t>
      </w:r>
      <w:r>
        <w:t>jayega, yeh kaun jaanta hai? kaun sa aansu qatra jo hai, samandar ban jayega, kis ko</w:t>
      </w:r>
    </w:p>
    <w:p>
      <w:pPr>
        <w:jc w:val="right"/>
      </w:pPr>
      <w:r>
        <w:t>جائے گا، یہ کون جانتا ہے؟ کون سا آنسو قطرہ جو ہے، سمندر بن جائے گا، کس کو</w:t>
      </w:r>
    </w:p>
    <w:p>
      <w:r>
        <w:rPr>
          <w:b/>
        </w:rPr>
        <w:t xml:space="preserve">[1:07:52] </w:t>
      </w:r>
      <w:r>
        <w:t>pata hai? toh aap ko distribute karna hai, karna hai, karna hai, aur result ko aap ko Allah</w:t>
      </w:r>
    </w:p>
    <w:p>
      <w:pPr>
        <w:jc w:val="right"/>
      </w:pPr>
      <w:r>
        <w:t>پتہ ہے؟ تو آپ کو ڈسٹریبیوٹ کرنا ہے، کرنا ہے، کرنا ہے، اور رزلٹ کو آپ کو اللہ</w:t>
      </w:r>
    </w:p>
    <w:p>
      <w:r>
        <w:rPr>
          <w:b/>
        </w:rPr>
        <w:t xml:space="preserve">[1:08:00] </w:t>
      </w:r>
      <w:r>
        <w:t>ke khaane mein daalna hai.</w:t>
      </w:r>
    </w:p>
    <w:p>
      <w:pPr>
        <w:jc w:val="right"/>
      </w:pPr>
      <w:r>
        <w:t>کے خانے میں ڈالنا ہے۔</w:t>
      </w:r>
    </w:p>
    <w:p>
      <w:r>
        <w:rPr>
          <w:b/>
        </w:rPr>
        <w:t xml:space="preserve">[1:08:02] </w:t>
      </w:r>
      <w:r>
        <w:t>result ko Allah ke khaane mein daalna hai.</w:t>
      </w:r>
    </w:p>
    <w:p>
      <w:pPr>
        <w:jc w:val="right"/>
      </w:pPr>
      <w:r>
        <w:t>رزلٹ کو اللہ کے خانے میں ڈالنا ہے۔</w:t>
      </w:r>
    </w:p>
    <w:p>
      <w:r>
        <w:rPr>
          <w:b/>
        </w:rPr>
        <w:t xml:space="preserve">[1:08:06] </w:t>
      </w:r>
      <w:r>
        <w:t>Maulana, agla ek aur comment aur sawal hai jo Dr. Safeena Tabassum ne kiya hai Ajmer se.</w:t>
      </w:r>
    </w:p>
    <w:p>
      <w:pPr>
        <w:jc w:val="right"/>
      </w:pPr>
      <w:r>
        <w:t>مولانا، اگلا ایک اور کمنٹ اور سوال ہے جو ڈاکٹر سفینہ تبسم نے کیا ہے اجمیر سے۔</w:t>
      </w:r>
    </w:p>
    <w:p>
      <w:r>
        <w:rPr>
          <w:b/>
        </w:rPr>
        <w:t xml:space="preserve">[1:08:13] </w:t>
      </w:r>
      <w:r>
        <w:t>unhon ne likha hai: "Maulana, agar aap ke zariye hamein right thinking na milti toh hum bhi jahalat</w:t>
      </w:r>
    </w:p>
    <w:p>
      <w:pPr>
        <w:jc w:val="right"/>
      </w:pPr>
      <w:r>
        <w:t>انہوں نے لکھا ہے: "مولانا، اگر آپ کے ذریعے ہمیں رائٹ تھنکنگ نہ ملتی تو ہم بھی جہالت</w:t>
      </w:r>
    </w:p>
    <w:p>
      <w:r>
        <w:rPr>
          <w:b/>
        </w:rPr>
        <w:t xml:space="preserve">[1:08:21] </w:t>
      </w:r>
      <w:r>
        <w:t>mein hote.</w:t>
      </w:r>
    </w:p>
    <w:p>
      <w:pPr>
        <w:jc w:val="right"/>
      </w:pPr>
      <w:r>
        <w:t>میں ہوتے۔</w:t>
      </w:r>
    </w:p>
    <w:p>
      <w:r>
        <w:rPr>
          <w:b/>
        </w:rPr>
        <w:t xml:space="preserve">[1:08:22] </w:t>
      </w:r>
      <w:r>
        <w:t>ab hamari yeh koshish rahegi ke tamam logon tak yeh baat pahuncha sakein aur khud ko is</w:t>
      </w:r>
    </w:p>
    <w:p>
      <w:pPr>
        <w:jc w:val="right"/>
      </w:pPr>
      <w:r>
        <w:t>اب ہماری یہ کوشش رہے گی کہ تمام لوگوں تک یہ بات پہنچا سکیں اور خود کو اس</w:t>
      </w:r>
    </w:p>
    <w:p>
      <w:r>
        <w:rPr>
          <w:b/>
        </w:rPr>
        <w:t xml:space="preserve">[1:08:30] </w:t>
      </w:r>
      <w:r>
        <w:t>par qaim rakhein." Maulana, kya meri yeh soch theek hai? haan, bilkul, hundred percent theek hai, bilkul sahi</w:t>
      </w:r>
    </w:p>
    <w:p>
      <w:pPr>
        <w:jc w:val="right"/>
      </w:pPr>
      <w:r>
        <w:t>پر قائم رکھیں۔" مولانا، کیا میری یہ سوچ ٹھیک ہے؟ ہاں، بالکل، ہنڈرڈ پرسنٹ ٹھیک ہے، بالکل صحیح</w:t>
      </w:r>
    </w:p>
    <w:p>
      <w:r>
        <w:rPr>
          <w:b/>
        </w:rPr>
        <w:t xml:space="preserve">[1:08:38]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[1:08:39] </w:t>
      </w:r>
      <w:r>
        <w:t>Allah aap ko haq akbar farmaye.</w:t>
      </w:r>
    </w:p>
    <w:p>
      <w:pPr>
        <w:jc w:val="right"/>
      </w:pPr>
      <w:r>
        <w:t>اللہ آپ کو حق اکبر فرمائے۔</w:t>
      </w:r>
    </w:p>
    <w:p>
      <w:r>
        <w:rPr>
          <w:b/>
        </w:rPr>
        <w:t xml:space="preserve">[1:08:42] </w:t>
      </w:r>
      <w:r>
        <w:t>Maulana, agla sawal Dhampur se kiya hai Mehtab Sahab ne.</w:t>
      </w:r>
    </w:p>
    <w:p>
      <w:pPr>
        <w:jc w:val="right"/>
      </w:pPr>
      <w:r>
        <w:t>مولانا، اگلا سوال دھامپور سے کیا ہے مہتاب صاحب نے۔</w:t>
      </w:r>
    </w:p>
    <w:p>
      <w:r>
        <w:rPr>
          <w:b/>
        </w:rPr>
        <w:t xml:space="preserve">[1:08:46] </w:t>
      </w:r>
      <w:r>
        <w:t>unhon ne likha hai: "Maulana Sahab, what is the meaning of khushu and khuzu in namaz?" dekhein, asal</w:t>
      </w:r>
    </w:p>
    <w:p>
      <w:pPr>
        <w:jc w:val="right"/>
      </w:pPr>
      <w:r>
        <w:t>انہوں نے لکھا ہے: "مولانا صاحب، واٹ از دا میننگ آف خشوع اینڈ خضوع ان نماز؟" دیکھیں، اصل</w:t>
      </w:r>
    </w:p>
    <w:p>
      <w:r>
        <w:rPr>
          <w:b/>
        </w:rPr>
        <w:t xml:space="preserve">[1:08:54] </w:t>
      </w:r>
      <w:r>
        <w:t>baat yeh hai ke namaz mein hum kuch zuban se kuch alfaaz ada karte hain, jaise Alhamdulillah Rabb</w:t>
      </w:r>
    </w:p>
    <w:p>
      <w:pPr>
        <w:jc w:val="right"/>
      </w:pPr>
      <w:r>
        <w:t>بات یہ ہے کہ نماز میں ہم کچھ زبان سے کچھ الفاظ ادا کرتے ہیں، جیسے الحمدللہ رب</w:t>
      </w:r>
    </w:p>
    <w:p>
      <w:r>
        <w:rPr>
          <w:b/>
        </w:rPr>
        <w:t xml:space="preserve">[1:09:01] </w:t>
      </w:r>
      <w:r>
        <w:t>al-alameen kaha aap ne, Allahu Akbar hum ne kaha, Quran ki ayat padhi hum ne.</w:t>
      </w:r>
    </w:p>
    <w:p>
      <w:pPr>
        <w:jc w:val="right"/>
      </w:pPr>
      <w:r>
        <w:t>العالمین کہا آپ نے، اللہ اکبر ہم نے کہا، قرآن کی آیت پڑھی ہم نے۔</w:t>
      </w:r>
    </w:p>
    <w:p>
      <w:r>
        <w:rPr>
          <w:b/>
        </w:rPr>
        <w:t xml:space="preserve">[1:09:08] </w:t>
      </w:r>
      <w:r>
        <w:t>is ke is ka jo meaning hai, is pe dhyan rakhna.</w:t>
      </w:r>
    </w:p>
    <w:p>
      <w:pPr>
        <w:jc w:val="right"/>
      </w:pPr>
      <w:r>
        <w:t>اس کے اس کا جو میننگ ہے، اس پہ دھیان رکھنا۔</w:t>
      </w:r>
    </w:p>
    <w:p>
      <w:r>
        <w:rPr>
          <w:b/>
        </w:rPr>
        <w:t xml:space="preserve">[1:09:13] </w:t>
      </w:r>
      <w:r>
        <w:t>jab dhyan rakhenge to apne aap hi sare result niklenge.</w:t>
      </w:r>
    </w:p>
    <w:p>
      <w:pPr>
        <w:jc w:val="right"/>
      </w:pPr>
      <w:r>
        <w:t>جب دھیان رکھیں گے تو اپنے آپ ہی سارے رزلٹ نکلیں گے۔</w:t>
      </w:r>
    </w:p>
    <w:p>
      <w:r>
        <w:rPr>
          <w:b/>
        </w:rPr>
        <w:t xml:space="preserve">[1:09:18] </w:t>
      </w:r>
      <w:r>
        <w:t>yani pehle aadmi alfaaz munh se bolta hai, dimaagh is ke maani ko sochta hai, phir jab sochta</w:t>
      </w:r>
    </w:p>
    <w:p>
      <w:pPr>
        <w:jc w:val="right"/>
      </w:pPr>
      <w:r>
        <w:t>یعنی پہلے آدمی الفاظ منہ سے بولتا ہے، دماغ اس کے معنی کو سوچتا ہے، پھر جب سوچتا</w:t>
      </w:r>
    </w:p>
    <w:p>
      <w:r>
        <w:rPr>
          <w:b/>
        </w:rPr>
        <w:t xml:space="preserve">[1:09:25] </w:t>
      </w:r>
      <w:r>
        <w:t>hai to is ke baad aadmi ke andar ek storm aata hai.</w:t>
      </w:r>
    </w:p>
    <w:p>
      <w:pPr>
        <w:jc w:val="right"/>
      </w:pPr>
      <w:r>
        <w:t>ہے تو اس کے بعد آدمی کے اندر ایک اسٹارم آتا ہے۔</w:t>
      </w:r>
    </w:p>
    <w:p>
      <w:r>
        <w:rPr>
          <w:b/>
        </w:rPr>
        <w:t xml:space="preserve">[1:09:31] </w:t>
      </w:r>
      <w:r>
        <w:t>isi storm ka naam hai khushu khuzu.</w:t>
      </w:r>
    </w:p>
    <w:p>
      <w:pPr>
        <w:jc w:val="right"/>
      </w:pPr>
      <w:r>
        <w:t>اسی اسٹارم کا نام ہے خشوع خضوع۔</w:t>
      </w:r>
    </w:p>
    <w:p>
      <w:r>
        <w:rPr>
          <w:b/>
        </w:rPr>
        <w:t xml:space="preserve">[1:09:34] </w:t>
      </w:r>
      <w:r>
        <w:t>jaise aap ne kaha ke Alhamdulillah Rabb al-alameen, hamd hai is Rab ki jo sare alam ka malik</w:t>
      </w:r>
    </w:p>
    <w:p>
      <w:pPr>
        <w:jc w:val="right"/>
      </w:pPr>
      <w:r>
        <w:t>جیسے آپ نے کہا کہ الحمدللہ رب العالمین، حمد ہے اس رب کی جو سارے عالم کا مالک</w:t>
      </w:r>
    </w:p>
    <w:p>
      <w:r>
        <w:rPr>
          <w:b/>
        </w:rPr>
        <w:t xml:space="preserve">[1:09:41]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[1:09:43] </w:t>
      </w:r>
      <w:r>
        <w:t>yeh kaha aap ne, ab is ke maani par socha aap ne ke Khuda kitna azeem hai, kitni</w:t>
      </w:r>
    </w:p>
    <w:p>
      <w:pPr>
        <w:jc w:val="right"/>
      </w:pPr>
      <w:r>
        <w:t>یہ کہا آپ نے، اب اس کے معنی پر سوچا آپ نے کہ خدا کتنا عظیم ہے، کتنی</w:t>
      </w:r>
    </w:p>
    <w:p>
      <w:r>
        <w:rPr>
          <w:b/>
        </w:rPr>
        <w:t xml:space="preserve">[1:09:51] </w:t>
      </w:r>
      <w:r>
        <w:t>badi glory is ki hai, itni badi kainat ko woh paida kiya, us ko control kiya gaya hai.</w:t>
      </w:r>
    </w:p>
    <w:p>
      <w:pPr>
        <w:jc w:val="right"/>
      </w:pPr>
      <w:r>
        <w:t>بڑی گلوری اس کی ہے، اتنی بڑی کائنات کو وہ پیدا کیا، اس کو کنٹرول کیا گیا ہے۔</w:t>
      </w:r>
    </w:p>
    <w:p>
      <w:r>
        <w:rPr>
          <w:b/>
        </w:rPr>
        <w:t xml:space="preserve">[1:09:58] </w:t>
      </w:r>
      <w:r>
        <w:t>is se aap ke andar ek, aap ke dimaagh mein, aap ke dil mein, aap ke rooh mein</w:t>
      </w:r>
    </w:p>
    <w:p>
      <w:pPr>
        <w:jc w:val="right"/>
      </w:pPr>
      <w:r>
        <w:t>اس سے آپ کے اندر ایک، آپ کے دماغ میں، آپ کے دل میں، آپ کے روح میں</w:t>
      </w:r>
    </w:p>
    <w:p>
      <w:r>
        <w:rPr>
          <w:b/>
        </w:rPr>
        <w:t xml:space="preserve">[1:10:06] </w:t>
      </w:r>
      <w:r>
        <w:t>ek ek bhonchal aata hai.</w:t>
      </w:r>
    </w:p>
    <w:p>
      <w:pPr>
        <w:jc w:val="right"/>
      </w:pPr>
      <w:r>
        <w:t>ایک ایک بھونچال آتا ہے۔</w:t>
      </w:r>
    </w:p>
    <w:p>
      <w:r>
        <w:rPr>
          <w:b/>
        </w:rPr>
        <w:t xml:space="preserve">[1:10:08] </w:t>
      </w:r>
      <w:r>
        <w:t>isi bhonchal ka naam khushu khuzu hai.</w:t>
      </w:r>
    </w:p>
    <w:p>
      <w:pPr>
        <w:jc w:val="right"/>
      </w:pPr>
      <w:r>
        <w:t>اسی بھونچال کا نام خشوع خضوع ہے۔</w:t>
      </w:r>
    </w:p>
    <w:p>
      <w:r>
        <w:rPr>
          <w:b/>
        </w:rPr>
        <w:t xml:space="preserve">[1:10:11] </w:t>
      </w:r>
      <w:r>
        <w:t>khushu khuzu koi koi mysterious cheez nahi hai, ek waqe'a ka shadeed ehsaas ka naam hai khushu khuzu.</w:t>
      </w:r>
    </w:p>
    <w:p>
      <w:pPr>
        <w:jc w:val="right"/>
      </w:pPr>
      <w:r>
        <w:t>خشوع خضوع کوئی کوئی مسٹیریس چیز نہیں ہے، ایک واقعے کا شدید احساس کا نام ہے خشوع خضوع۔</w:t>
      </w:r>
    </w:p>
    <w:p>
      <w:r>
        <w:rPr>
          <w:b/>
        </w:rPr>
        <w:t xml:space="preserve">[1:10:19] </w:t>
      </w:r>
      <w:r>
        <w:t>Maulana, agla sawal kya hai Qazi Nisar Ahmed sahib ne Jammu se.</w:t>
      </w:r>
    </w:p>
    <w:p>
      <w:pPr>
        <w:jc w:val="right"/>
      </w:pPr>
      <w:r>
        <w:t>مولانا، اگلا سوال کیا ہے قاضی نثار احمد صاحب نے جموں سے۔</w:t>
      </w:r>
    </w:p>
    <w:p>
      <w:r>
        <w:rPr>
          <w:b/>
        </w:rPr>
        <w:t xml:space="preserve">[1:10:24] </w:t>
      </w:r>
      <w:r>
        <w:t>unhon ne likha hai: "Fuqaha ne raaz marjoo ka tareeqa jo ikhtiyar kiya hai, us ke bare mein</w:t>
      </w:r>
    </w:p>
    <w:p>
      <w:pPr>
        <w:jc w:val="right"/>
      </w:pPr>
      <w:r>
        <w:t>انہوں نے لکھا ہے: "فقہاء نے راز مرجوع کا طریقہ جو اختیار کیا ہے، اس کے بارے میں</w:t>
      </w:r>
    </w:p>
    <w:p>
      <w:r>
        <w:rPr>
          <w:b/>
        </w:rPr>
        <w:t xml:space="preserve">[1:10:32] </w:t>
      </w:r>
      <w:r>
        <w:t>batain." Dekhein, yeh masla yeh hai ke fuqaha ka daur hai Abbasi daur.</w:t>
      </w:r>
    </w:p>
    <w:p>
      <w:pPr>
        <w:jc w:val="right"/>
      </w:pPr>
      <w:r>
        <w:t>بتائیں۔" دیکھیں، یہ مسئلہ یہ ہے کہ فقہاء کا دور ہے عباسی دور۔</w:t>
      </w:r>
    </w:p>
    <w:p>
      <w:r>
        <w:rPr>
          <w:b/>
        </w:rPr>
        <w:t xml:space="preserve">[1:10:37] </w:t>
      </w:r>
      <w:r>
        <w:t>Abbasi daur to hadithon ne is zamane mein jab phailin to isi zamane mein mass conversion bhi hua.</w:t>
      </w:r>
    </w:p>
    <w:p>
      <w:pPr>
        <w:jc w:val="right"/>
      </w:pPr>
      <w:r>
        <w:t>عباسی دور تو حدیثیں نے اس زمانے میں جب پھیلیں تو اسی زمانے میں ماسک کنورژن بھی ہوا۔</w:t>
      </w:r>
    </w:p>
    <w:p>
      <w:r>
        <w:rPr>
          <w:b/>
        </w:rPr>
        <w:t xml:space="preserve">[1:10:45] </w:t>
      </w:r>
      <w:r>
        <w:t>mass conversion kyunke dekhein, Roman Empire jo hai, wahan par Musalmanon ka dabdaba ho gaya, Sasanian Empire par</w:t>
      </w:r>
    </w:p>
    <w:p>
      <w:pPr>
        <w:jc w:val="right"/>
      </w:pPr>
      <w:r>
        <w:t>ماسک کنورژن کیونکہ دیکھیں، رومن ایمپائر جو ہے، وہاں پر مسلمانوں کا دبدبہ ہو گیا، ساسانی ایمپائر پر</w:t>
      </w:r>
    </w:p>
    <w:p>
      <w:r>
        <w:rPr>
          <w:b/>
        </w:rPr>
        <w:t xml:space="preserve">[1:10:53] </w:t>
      </w:r>
      <w:r>
        <w:t>ho gaya, to beshumar log Islam mein dakhil ho gaye.</w:t>
      </w:r>
    </w:p>
    <w:p>
      <w:pPr>
        <w:jc w:val="right"/>
      </w:pPr>
      <w:r>
        <w:t>ہو گیا، تو بے شمار لوگ اسلام میں داخل ہو گئے۔</w:t>
      </w:r>
    </w:p>
    <w:p>
      <w:r>
        <w:rPr>
          <w:b/>
        </w:rPr>
        <w:t xml:space="preserve">[1:10:57] </w:t>
      </w:r>
      <w:r>
        <w:t>mass conversion hua to woh log masla poochte the.</w:t>
      </w:r>
    </w:p>
    <w:p>
      <w:pPr>
        <w:jc w:val="right"/>
      </w:pPr>
      <w:r>
        <w:t>ماسک کنورژن ہوا تو وہ لوگ مسئلہ پوچھتے تھے۔</w:t>
      </w:r>
    </w:p>
    <w:p>
      <w:r>
        <w:rPr>
          <w:b/>
        </w:rPr>
        <w:t xml:space="preserve">[1:11:01] </w:t>
      </w:r>
      <w:r>
        <w:t>to ab jab masla poochte the, woh ulama ke paas aate the to ulama ka koi jawab dena</w:t>
      </w:r>
    </w:p>
    <w:p>
      <w:pPr>
        <w:jc w:val="right"/>
      </w:pPr>
      <w:r>
        <w:t>تو اب جب مسئلہ پوچھتے تھے، وہ علماء کے پاس آتے تھے تو علماء کا کوئی جواب دینا</w:t>
      </w:r>
    </w:p>
    <w:p>
      <w:r>
        <w:rPr>
          <w:b/>
        </w:rPr>
        <w:t xml:space="preserve">[1:11:09] </w:t>
      </w:r>
      <w:r>
        <w:t>tha sahaba ki jo riwayatein thin, us ko le kar ke.</w:t>
      </w:r>
    </w:p>
    <w:p>
      <w:pPr>
        <w:jc w:val="right"/>
      </w:pPr>
      <w:r>
        <w:t>تھا صحابہ کی جو روایتیں تھیں، اس کو لے کر کے۔</w:t>
      </w:r>
    </w:p>
    <w:p>
      <w:r>
        <w:rPr>
          <w:b/>
        </w:rPr>
        <w:t xml:space="preserve">[1:11:14] </w:t>
      </w:r>
      <w:r>
        <w:t>to us waqt logon ne dekha ke sahaba ki jo riwayatein aap ko pahunch rahi hain, us mein</w:t>
      </w:r>
    </w:p>
    <w:p>
      <w:pPr>
        <w:jc w:val="right"/>
      </w:pPr>
      <w:r>
        <w:t>تو اس وقت لوگوں نے دیکھا کہ صحابہ کی جو روایتیں آپ کو پہنچ رہی ہیں، اس میں</w:t>
      </w:r>
    </w:p>
    <w:p>
      <w:r>
        <w:rPr>
          <w:b/>
        </w:rPr>
        <w:t xml:space="preserve">[1:11:21] </w:t>
      </w:r>
      <w:r>
        <w:t>farq hai.</w:t>
      </w:r>
    </w:p>
    <w:p>
      <w:pPr>
        <w:jc w:val="right"/>
      </w:pPr>
      <w:r>
        <w:t>فرق ہے۔</w:t>
      </w:r>
    </w:p>
    <w:p>
      <w:r>
        <w:rPr>
          <w:b/>
        </w:rPr>
        <w:t xml:space="preserve">[1:11:23] </w:t>
      </w:r>
      <w:r>
        <w:t>yani ek hi rang par nahi hai, yani pattern ek nahi hai, pattern ek nahi hai.</w:t>
      </w:r>
    </w:p>
    <w:p>
      <w:pPr>
        <w:jc w:val="right"/>
      </w:pPr>
      <w:r>
        <w:t>یعنی ایک ہی رنگ پر نہیں ہے، یعنی پیٹرن ایک نہیں ہے، پیٹرن ایک نہیں ہے۔</w:t>
      </w:r>
    </w:p>
    <w:p>
      <w:r>
        <w:rPr>
          <w:b/>
        </w:rPr>
        <w:t xml:space="preserve">[1:11:30] </w:t>
      </w:r>
      <w:r>
        <w:t>bohat se pattern mein bohat se farq mein is ikhtilaf nahi kahunga, farq difference kahunga.</w:t>
      </w:r>
    </w:p>
    <w:p>
      <w:pPr>
        <w:jc w:val="right"/>
      </w:pPr>
      <w:r>
        <w:t>بہت سے پیٹرن میں بہت سے فرق میں اس اختلاف نہیں کہوں گا، فرق ڈفرنس کہوں گا۔</w:t>
      </w:r>
    </w:p>
    <w:p>
      <w:r>
        <w:rPr>
          <w:b/>
        </w:rPr>
        <w:t xml:space="preserve">[1:11:37] </w:t>
      </w:r>
      <w:r>
        <w:t>to misaal ke tor par dekhen, hum khare hote hain namaz mein to qari imam jo hai, wo</w:t>
      </w:r>
    </w:p>
    <w:p>
      <w:pPr>
        <w:jc w:val="right"/>
      </w:pPr>
      <w:r>
        <w:t>تو مثال کے طور پر دیکھیں، ہم کھڑے ہوتے ہیں نماز میں تو قاری امام جو ہے، وہ</w:t>
      </w:r>
    </w:p>
    <w:p>
      <w:r>
        <w:rPr>
          <w:b/>
        </w:rPr>
        <w:t xml:space="preserve">[1:11:45] </w:t>
      </w:r>
      <w:r>
        <w:t>qirat karta hai isha, yani maghrib ki aur isha ke aur fajar ki namaz mein zor se.</w:t>
      </w:r>
    </w:p>
    <w:p>
      <w:pPr>
        <w:jc w:val="right"/>
      </w:pPr>
      <w:r>
        <w:t>قرأت کرتا ہے عشاء، یعنی مغرب کی اور عشاء کے اور فجر کی نماز میں زور سے۔</w:t>
      </w:r>
    </w:p>
    <w:p>
      <w:r>
        <w:rPr>
          <w:b/>
        </w:rPr>
        <w:t xml:space="preserve">[1:11:52] </w:t>
      </w:r>
      <w:r>
        <w:t>to musalle peeche jo hote hain, wo chup chap suntay rehtay hain.</w:t>
      </w:r>
    </w:p>
    <w:p>
      <w:pPr>
        <w:jc w:val="right"/>
      </w:pPr>
      <w:r>
        <w:t>تو مصلے پیچھے جو ہوتے ہیں، وہ چپ چاپ سنتے رہتے ہیں۔</w:t>
      </w:r>
    </w:p>
    <w:p>
      <w:r>
        <w:rPr>
          <w:b/>
        </w:rPr>
        <w:t xml:space="preserve">[1:11:57] </w:t>
      </w:r>
      <w:r>
        <w:t>to ab ek ek ek ek rawi ek sahabi se riwayat pohnchi logon ko.</w:t>
      </w:r>
    </w:p>
    <w:p>
      <w:pPr>
        <w:jc w:val="right"/>
      </w:pPr>
      <w:r>
        <w:t>تو اب ایک ایک ایک ایک راوی ایک صحابی سے روایت پہنچی لوگوں کو۔</w:t>
      </w:r>
    </w:p>
    <w:p>
      <w:r>
        <w:rPr>
          <w:b/>
        </w:rPr>
        <w:t xml:space="preserve">[1:12:03] </w:t>
      </w:r>
      <w:r>
        <w:t>unhon ne kaha ke is walay ne farmaya tha ke "la salata illa bi fatihat al kitab, la salata illa</w:t>
      </w:r>
    </w:p>
    <w:p>
      <w:pPr>
        <w:jc w:val="right"/>
      </w:pPr>
      <w:r>
        <w:t>انہوں نے کہا کہ اس والے نے فرمایا تھا کہ "لا صلاۃ الا بفاتحۃ الکتاب، لا صلاۃ الا</w:t>
      </w:r>
    </w:p>
    <w:p>
      <w:r>
        <w:rPr>
          <w:b/>
        </w:rPr>
        <w:t xml:space="preserve">[1:12:11] </w:t>
      </w:r>
      <w:r>
        <w:t>bi fatihat al kitab" ke surah fatiha na parha jaye to namazi nahi hogi.</w:t>
      </w:r>
    </w:p>
    <w:p>
      <w:pPr>
        <w:jc w:val="right"/>
      </w:pPr>
      <w:r>
        <w:t>بفاتحۃ الکتاب" کہ سورہ فاتحہ نہ پڑھا جائے تو نمازی نہیں ہوگی۔</w:t>
      </w:r>
    </w:p>
    <w:p>
      <w:r>
        <w:rPr>
          <w:b/>
        </w:rPr>
        <w:t xml:space="preserve">[1:12:16] </w:t>
      </w:r>
      <w:r>
        <w:t>ab yeh hadith samnay aayi to log jo hain, ab jab neeche peeche namaz parh rahay hain to</w:t>
      </w:r>
    </w:p>
    <w:p>
      <w:pPr>
        <w:jc w:val="right"/>
      </w:pPr>
      <w:r>
        <w:t>اب یہ حدیث سامنے آئی تو لوگ جو ہیں، اب جب نیچے پیچھے نماز پڑھ رہے ہیں تو</w:t>
      </w:r>
    </w:p>
    <w:p>
      <w:r>
        <w:rPr>
          <w:b/>
        </w:rPr>
        <w:t xml:space="preserve">[1:12:24] </w:t>
      </w:r>
      <w:r>
        <w:t>jab to muqtadi kiya karen? imam to qirat kar raha hai, muqtadi kiya karen? to aap yahan par</w:t>
      </w:r>
    </w:p>
    <w:p>
      <w:pPr>
        <w:jc w:val="right"/>
      </w:pPr>
      <w:r>
        <w:t>جب تو مقتدی کیا کریں؟ امام تو قرأت کر رہا ہے، مقتدی کیا کریں؟ تو آپ یہاں پر</w:t>
      </w:r>
    </w:p>
    <w:p>
      <w:r>
        <w:rPr>
          <w:b/>
        </w:rPr>
        <w:t xml:space="preserve">[1:12:31] </w:t>
      </w:r>
      <w:r>
        <w:t>bas huien, bas huien, bas huien.</w:t>
      </w:r>
    </w:p>
    <w:p>
      <w:pPr>
        <w:jc w:val="right"/>
      </w:pPr>
      <w:r>
        <w:t>بس ہوئیں، بس ہوئیں، بس ہوئیں۔</w:t>
      </w:r>
    </w:p>
    <w:p>
      <w:r>
        <w:rPr>
          <w:b/>
        </w:rPr>
        <w:t xml:space="preserve">[1:12:34] </w:t>
      </w:r>
      <w:r>
        <w:t>to yeh hua ke jab aap sirri namaz hai, jaisay asar aur maghrib hai, to is mein aap</w:t>
      </w:r>
    </w:p>
    <w:p>
      <w:pPr>
        <w:jc w:val="right"/>
      </w:pPr>
      <w:r>
        <w:t>تو یہ ہوا کہ جب آپ سری نماز ہے، جیسے عصر اور مغرب ہے، تو اس میں آپ</w:t>
      </w:r>
    </w:p>
    <w:p>
      <w:r>
        <w:rPr>
          <w:b/>
        </w:rPr>
        <w:t xml:space="preserve">[1:12:42] </w:t>
      </w:r>
      <w:r>
        <w:t>chup chap parh len, dheeray dheeray.</w:t>
      </w:r>
    </w:p>
    <w:p>
      <w:pPr>
        <w:jc w:val="right"/>
      </w:pPr>
      <w:r>
        <w:t>چپ چاپ پڑھ لیں، دھیرے دھیرے۔</w:t>
      </w:r>
    </w:p>
    <w:p>
      <w:r>
        <w:rPr>
          <w:b/>
        </w:rPr>
        <w:t xml:space="preserve">[1:12:44] </w:t>
      </w:r>
      <w:r>
        <w:t>to sawal yeh hua ke jab wo qirat kar raha hai, tab kiya karen? tab kiya? tab bhi</w:t>
      </w:r>
    </w:p>
    <w:p>
      <w:pPr>
        <w:jc w:val="right"/>
      </w:pPr>
      <w:r>
        <w:t>تو سوال یہ ہوا کہ جب وہ قرأت کر رہا ہے، تب کیا کریں؟ تب کیا؟ تب بھی</w:t>
      </w:r>
    </w:p>
    <w:p>
      <w:r>
        <w:rPr>
          <w:b/>
        </w:rPr>
        <w:t xml:space="preserve">[1:12:52] </w:t>
      </w:r>
      <w:r>
        <w:t>yeh hua ke dheeray dheeray parh lo, tezi se parh lo.</w:t>
      </w:r>
    </w:p>
    <w:p>
      <w:pPr>
        <w:jc w:val="right"/>
      </w:pPr>
      <w:r>
        <w:t>یہ ہوا کہ دھیرے دھیرے پڑھ لو، تیزی سے پڑھ لو۔</w:t>
      </w:r>
    </w:p>
    <w:p>
      <w:r>
        <w:rPr>
          <w:b/>
        </w:rPr>
        <w:t xml:space="preserve">[1:12:57] </w:t>
      </w:r>
      <w:r>
        <w:t>yeh sab ikhtilafat be maani thay, bilkul be maani thay.</w:t>
      </w:r>
    </w:p>
    <w:p>
      <w:pPr>
        <w:jc w:val="right"/>
      </w:pPr>
      <w:r>
        <w:t>یہ سب اختلافات بے معنی تھے، بالکل بے معنی تھے۔</w:t>
      </w:r>
    </w:p>
    <w:p>
      <w:r>
        <w:rPr>
          <w:b/>
        </w:rPr>
        <w:t xml:space="preserve">[1:13:01] </w:t>
      </w:r>
      <w:r>
        <w:t>is liye ke seedhi si baat thi ke jab imam qirat nahi kar raha hai to aap khamoshi</w:t>
      </w:r>
    </w:p>
    <w:p>
      <w:pPr>
        <w:jc w:val="right"/>
      </w:pPr>
      <w:r>
        <w:t>اس لیے کہ سیدھی سی بات تھی کہ جب امام قرأت نہیں کر رہا ہے تو آپ خاموشی</w:t>
      </w:r>
    </w:p>
    <w:p>
      <w:r>
        <w:rPr>
          <w:b/>
        </w:rPr>
        <w:t xml:space="preserve">[1:13:09] </w:t>
      </w:r>
      <w:r>
        <w:t>se ab parh lijiyay.</w:t>
      </w:r>
    </w:p>
    <w:p>
      <w:pPr>
        <w:jc w:val="right"/>
      </w:pPr>
      <w:r>
        <w:t>سے اب پڑھ لیجئے۔</w:t>
      </w:r>
    </w:p>
    <w:p>
      <w:r>
        <w:rPr>
          <w:b/>
        </w:rPr>
        <w:t xml:space="preserve">[1:13:10] </w:t>
      </w:r>
      <w:r>
        <w:t>imam qirat kar raha hai to us ki qirat aap ko aap ki numaindagi ho jaye gi.</w:t>
      </w:r>
    </w:p>
    <w:p>
      <w:pPr>
        <w:jc w:val="right"/>
      </w:pPr>
      <w:r>
        <w:t>امام قرأت کر رہا ہے تو اس کی قرأت آپ کو آپ کی نمائندگی ہو جائے گی۔</w:t>
      </w:r>
    </w:p>
    <w:p>
      <w:r>
        <w:rPr>
          <w:b/>
        </w:rPr>
        <w:t xml:space="preserve">[1:13:18] </w:t>
      </w:r>
      <w:r>
        <w:t>hoga aap ka koi represent kar raha hai imam aur us ki qirat aap ki qirat hai, aap</w:t>
      </w:r>
    </w:p>
    <w:p>
      <w:pPr>
        <w:jc w:val="right"/>
      </w:pPr>
      <w:r>
        <w:t>ہوگا آپ کا کوئی ریپریزنٹ کر رہا ہے امام اور اس کی قرأت آپ کی قرأت ہے، آپ</w:t>
      </w:r>
    </w:p>
    <w:p>
      <w:r>
        <w:rPr>
          <w:b/>
        </w:rPr>
        <w:t xml:space="preserve">[1:13:25] </w:t>
      </w:r>
      <w:r>
        <w:t>ko bolnay ki zaroorat nahi.</w:t>
      </w:r>
    </w:p>
    <w:p>
      <w:pPr>
        <w:jc w:val="right"/>
      </w:pPr>
      <w:r>
        <w:t>کو بولنے کی ضرورت نہیں۔</w:t>
      </w:r>
    </w:p>
    <w:p>
      <w:r>
        <w:rPr>
          <w:b/>
        </w:rPr>
        <w:t xml:space="preserve">[1:13:28] </w:t>
      </w:r>
      <w:r>
        <w:t>seedhi si baat thi, lekin is mein bahsain huien.</w:t>
      </w:r>
    </w:p>
    <w:p>
      <w:pPr>
        <w:jc w:val="right"/>
      </w:pPr>
      <w:r>
        <w:t>سیدھی سی بات تھی، لیکن اس میں بحثیں ہوئیں۔</w:t>
      </w:r>
    </w:p>
    <w:p>
      <w:r>
        <w:rPr>
          <w:b/>
        </w:rPr>
        <w:t xml:space="preserve">[1:13:31] </w:t>
      </w:r>
      <w:r>
        <w:t>aur choonkay daulat qism ki riwayatain mil rahi theen sahaba se, yeh bhi, wo bhi, to kisi ne</w:t>
      </w:r>
    </w:p>
    <w:p>
      <w:pPr>
        <w:jc w:val="right"/>
      </w:pPr>
      <w:r>
        <w:t>اور چونکہ دولت قسم کی روایتیں مل رہی تھیں صحابہ سے، یہ بھی، وہ بھی، تو کسی نے</w:t>
      </w:r>
    </w:p>
    <w:p>
      <w:r>
        <w:rPr>
          <w:b/>
        </w:rPr>
        <w:t xml:space="preserve">[1:13:39] </w:t>
      </w:r>
      <w:r>
        <w:t>tarjeeh ka matlab hota hai priority dena.</w:t>
      </w:r>
    </w:p>
    <w:p>
      <w:pPr>
        <w:jc w:val="right"/>
      </w:pPr>
      <w:r>
        <w:t>ترجیح کا مطلب ہوتا ہے پرائرٹی دینا۔</w:t>
      </w:r>
    </w:p>
    <w:p>
      <w:r>
        <w:rPr>
          <w:b/>
        </w:rPr>
        <w:t xml:space="preserve">[1:13:42] </w:t>
      </w:r>
      <w:r>
        <w:t>kisi ne is ko tarjeeh di, kisi ne is ko tarjeeh di, kisi ne kaha yeh sahi hai,</w:t>
      </w:r>
    </w:p>
    <w:p>
      <w:pPr>
        <w:jc w:val="right"/>
      </w:pPr>
      <w:r>
        <w:t>کسی نے اس کو ترجیح دی، کسی نے اس کو ترجیح دی، کسی نے کہا یہ صحیح ہے،</w:t>
      </w:r>
    </w:p>
    <w:p>
      <w:r>
        <w:rPr>
          <w:b/>
        </w:rPr>
        <w:t xml:space="preserve">[1:13:50] </w:t>
      </w:r>
      <w:r>
        <w:t>kisi ne kaha woh sahi hai.</w:t>
      </w:r>
    </w:p>
    <w:p>
      <w:pPr>
        <w:jc w:val="right"/>
      </w:pPr>
      <w:r>
        <w:t>کسی نے کہا وہ صحیح ہے۔</w:t>
      </w:r>
    </w:p>
    <w:p>
      <w:r>
        <w:rPr>
          <w:b/>
        </w:rPr>
        <w:t xml:space="preserve">[1:13:52] </w:t>
      </w:r>
      <w:r>
        <w:t>to masla jo zyada sahi baat yeh thi, woh is ek hadith ko le kar aap yeh kehte</w:t>
      </w:r>
    </w:p>
    <w:p>
      <w:pPr>
        <w:jc w:val="right"/>
      </w:pPr>
      <w:r>
        <w:t>تو مسئلہ جو زیادہ صحیح بات یہ تھی، وہ اس ایک حدیث کو لے کر آپ یہ کہتے</w:t>
      </w:r>
    </w:p>
    <w:p>
      <w:r>
        <w:rPr>
          <w:b/>
        </w:rPr>
        <w:t xml:space="preserve">[1:14:00] </w:t>
      </w:r>
      <w:r>
        <w:t>hain ke yeh bhi theek hai, woh bhi theek hai.</w:t>
      </w:r>
    </w:p>
    <w:p>
      <w:pPr>
        <w:jc w:val="right"/>
      </w:pPr>
      <w:r>
        <w:t>ہیں کہ یہ بھی ٹھیک ہے، وہ بھی ٹھیک ہے۔</w:t>
      </w:r>
    </w:p>
    <w:p>
      <w:r>
        <w:rPr>
          <w:b/>
        </w:rPr>
        <w:t xml:space="preserve">[1:14:04] </w:t>
      </w:r>
      <w:r>
        <w:t>is mein is mein diversity, yeh juzwi masail mein hamesha diversity hoti hai.</w:t>
      </w:r>
    </w:p>
    <w:p>
      <w:pPr>
        <w:jc w:val="right"/>
      </w:pPr>
      <w:r>
        <w:t>اس میں اس میں ڈائیورسٹی، یہ جزوی مسائل میں ہمیشہ ڈائیورسٹی ہوتی ہے۔</w:t>
      </w:r>
    </w:p>
    <w:p>
      <w:r>
        <w:rPr>
          <w:b/>
        </w:rPr>
        <w:t xml:space="preserve">[1:14:10] </w:t>
      </w:r>
      <w:r>
        <w:t>kyunke hadith mein aata hai ke "be jis sahabi ke is par amal kar lo, woh theek rahe</w:t>
      </w:r>
    </w:p>
    <w:p>
      <w:pPr>
        <w:jc w:val="right"/>
      </w:pPr>
      <w:r>
        <w:t>کیونکہ حدیث میں آتا ہے کہ "بے جس صحابی کے اس پر عمل کر لو، وہ ٹھیک رہے</w:t>
      </w:r>
    </w:p>
    <w:p>
      <w:r>
        <w:rPr>
          <w:b/>
        </w:rPr>
        <w:t xml:space="preserve">[1:14:18] </w:t>
      </w:r>
      <w:r>
        <w:t>ga".</w:t>
      </w:r>
    </w:p>
    <w:p>
      <w:pPr>
        <w:jc w:val="right"/>
      </w:pPr>
      <w:r>
        <w:t>گا"۔</w:t>
      </w:r>
    </w:p>
    <w:p>
      <w:r>
        <w:rPr>
          <w:b/>
        </w:rPr>
        <w:t xml:space="preserve">[1:14:19] </w:t>
      </w:r>
      <w:r>
        <w:t>is ko kyunke juziyat mein hamesha hi ikhtilaf hota hai.</w:t>
      </w:r>
    </w:p>
    <w:p>
      <w:pPr>
        <w:jc w:val="right"/>
      </w:pPr>
      <w:r>
        <w:t>اس کو کیونکہ جزئیات میں ہمیشہ ہی اختلاف ہوتا ہے۔</w:t>
      </w:r>
    </w:p>
    <w:p>
      <w:r>
        <w:rPr>
          <w:b/>
        </w:rPr>
        <w:t xml:space="preserve">[1:14:24] </w:t>
      </w:r>
      <w:r>
        <w:t>farz kijiye ke is ka yahan hum log hain, yahan ek insan, insan ek aadmi aata hai, woh</w:t>
      </w:r>
    </w:p>
    <w:p>
      <w:pPr>
        <w:jc w:val="right"/>
      </w:pPr>
      <w:r>
        <w:t>فرض کیجئے کہ اس کا یہاں ہم لوگ ہیں، یہاں ایک انسان، انسان ایک آدمی آتا ہے، وہ</w:t>
      </w:r>
    </w:p>
    <w:p>
      <w:r>
        <w:rPr>
          <w:b/>
        </w:rPr>
        <w:t xml:space="preserve">[1:14:31] </w:t>
      </w:r>
      <w:r>
        <w:t>kehta hai ke yahan itne aadmi baithe hue hain, lekin sab ko baithne ka board ek hi nahi</w:t>
      </w:r>
    </w:p>
    <w:p>
      <w:pPr>
        <w:jc w:val="right"/>
      </w:pPr>
      <w:r>
        <w:t>کہتا ہے کہ یہاں اتنے آدمی بیٹھے ہوئے ہیں، لیکن سب کو بیٹھنے کا بورڈ ایک ہی نہیں</w:t>
      </w:r>
    </w:p>
    <w:p>
      <w:r>
        <w:rPr>
          <w:b/>
        </w:rPr>
        <w:t xml:space="preserve">[1:14:39] </w:t>
      </w:r>
      <w:r>
        <w:t>hai, mukhtalif jagah baithe hue hain.</w:t>
      </w:r>
    </w:p>
    <w:p>
      <w:pPr>
        <w:jc w:val="right"/>
      </w:pPr>
      <w:r>
        <w:t>ہے، مختلف جگہ بیٹھے ہوئے ہیں۔</w:t>
      </w:r>
    </w:p>
    <w:p>
      <w:r>
        <w:rPr>
          <w:b/>
        </w:rPr>
        <w:t xml:space="preserve">[1:14:42] </w:t>
      </w:r>
      <w:r>
        <w:t>to baithna mushtarik hai, common hai, lekin baithne ka jo board hai, jo tareeqa hai, is mein farq</w:t>
      </w:r>
    </w:p>
    <w:p>
      <w:pPr>
        <w:jc w:val="right"/>
      </w:pPr>
      <w:r>
        <w:t>تو بیٹھنا مشترک ہے، کامن ہے، لیکن بیٹھنے کا جو بورڈ ہے، جو طریقہ ہے، اس میں فرق</w:t>
      </w:r>
    </w:p>
    <w:p>
      <w:r>
        <w:rPr>
          <w:b/>
        </w:rPr>
        <w:t xml:space="preserve">[1:14:49]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[1:14:51] </w:t>
      </w:r>
      <w:r>
        <w:t>koi kursi pe hai, koi neeche hai, koi aise hai, koi aise hai.</w:t>
      </w:r>
    </w:p>
    <w:p>
      <w:pPr>
        <w:jc w:val="right"/>
      </w:pPr>
      <w:r>
        <w:t>کوئی کرسی پہ ہے، کوئی نیچے ہے، کوئی ایسے ہے، کوئی ایسے ہے۔</w:t>
      </w:r>
    </w:p>
    <w:p>
      <w:r>
        <w:rPr>
          <w:b/>
        </w:rPr>
        <w:t xml:space="preserve">[1:14:56] </w:t>
      </w:r>
      <w:r>
        <w:t>تو وہ فرق جو ہے، it is but natural، فرق رہے گا۔</w:t>
      </w:r>
    </w:p>
    <w:p>
      <w:pPr>
        <w:jc w:val="right"/>
      </w:pPr>
      <w:r>
        <w:t>تو وہ فرق جو ہے، اٹ از بٹ نیچرل، فرق رہے گا۔</w:t>
      </w:r>
    </w:p>
    <w:p>
      <w:r>
        <w:rPr>
          <w:b/>
        </w:rPr>
        <w:t xml:space="preserve">[1:15:01] </w:t>
      </w:r>
      <w:r>
        <w:t>to yahi ibadaton mein maamla tha ke jo basic cheez thi, maslan fajar ki namaz do rak'at, zuhr</w:t>
      </w:r>
    </w:p>
    <w:p>
      <w:pPr>
        <w:jc w:val="right"/>
      </w:pPr>
      <w:r>
        <w:t>تو یہی عبادتوں میں معاملہ تھا کہ جو بیسک چیز تھی، مثلاً فجر کی نماز دو رکعت، ظہر</w:t>
      </w:r>
    </w:p>
    <w:p>
      <w:r>
        <w:rPr>
          <w:b/>
        </w:rPr>
        <w:t xml:space="preserve">[1:15:09] </w:t>
      </w:r>
      <w:r>
        <w:t>ki char rak'at, teen ki maghrib ki teen rak'at, is mein koi ikhtilaf nahi tha.</w:t>
      </w:r>
    </w:p>
    <w:p>
      <w:pPr>
        <w:jc w:val="right"/>
      </w:pPr>
      <w:r>
        <w:t>کی چار رکعت، تین کی مغرب کی تین رکعت، اس میں کوئی اختلاف نہیں تھا۔</w:t>
      </w:r>
    </w:p>
    <w:p>
      <w:r>
        <w:rPr>
          <w:b/>
        </w:rPr>
        <w:t xml:space="preserve">[1:15:16] </w:t>
      </w:r>
      <w:r>
        <w:t>to jo cheez jis mein ikhtilaf nahi tha, is ka aap samjhein ke woh basics hai.</w:t>
      </w:r>
    </w:p>
    <w:p>
      <w:pPr>
        <w:jc w:val="right"/>
      </w:pPr>
      <w:r>
        <w:t>تو جو چیز جس میں اختلاف نہیں تھا، اس کا آپ سمجھیں کہ وہ بیسکس ہے۔</w:t>
      </w:r>
    </w:p>
    <w:p>
      <w:r>
        <w:rPr>
          <w:b/>
        </w:rPr>
        <w:t xml:space="preserve">[1:15:22] </w:t>
      </w:r>
      <w:r>
        <w:t>aur jis mein ikhtilaf hai, is ka ek naam basics hai, aur naam basics hamesha farqi hota hai.</w:t>
      </w:r>
    </w:p>
    <w:p>
      <w:pPr>
        <w:jc w:val="right"/>
      </w:pPr>
      <w:r>
        <w:t>اور جس میں اختلاف ہے، اس کا ایک نام بیسکس ہے، اور نام بیسکس ہمیشہ فرقی ہوتا ہے۔</w:t>
      </w:r>
    </w:p>
    <w:p>
      <w:r>
        <w:rPr>
          <w:b/>
        </w:rPr>
        <w:t xml:space="preserve">[1:15:30] </w:t>
      </w:r>
      <w:r>
        <w:t>naam basics hota hai, diversity hoti hai.</w:t>
      </w:r>
    </w:p>
    <w:p>
      <w:pPr>
        <w:jc w:val="right"/>
      </w:pPr>
      <w:r>
        <w:t>نام بیسکس ہوتا ہے، ڈائیورسٹی ہوتی ہے۔</w:t>
      </w:r>
    </w:p>
    <w:p>
      <w:r>
        <w:rPr>
          <w:b/>
        </w:rPr>
        <w:t xml:space="preserve">[1:15:33] </w:t>
      </w:r>
      <w:r>
        <w:t>seedhi si baat thi, lekin is behas ki aur kaha ke nahi, al-haq ek ko sahi, ek ko</w:t>
      </w:r>
    </w:p>
    <w:p>
      <w:pPr>
        <w:jc w:val="right"/>
      </w:pPr>
      <w:r>
        <w:t>سیدھی سی بات تھی، لیکن اس بحث کی اور کہا کہ نہیں، الحق ایک کو صحیح، ایک کو</w:t>
      </w:r>
    </w:p>
    <w:p>
      <w:r>
        <w:rPr>
          <w:b/>
        </w:rPr>
        <w:t xml:space="preserve">[1:15:41] </w:t>
      </w:r>
      <w:r>
        <w:t>ghalat batana parega.</w:t>
      </w:r>
    </w:p>
    <w:p>
      <w:pPr>
        <w:jc w:val="right"/>
      </w:pPr>
      <w:r>
        <w:t>غلط بتانا پڑے گا۔</w:t>
      </w:r>
    </w:p>
    <w:p>
      <w:r>
        <w:rPr>
          <w:b/>
        </w:rPr>
        <w:t xml:space="preserve">[1:15:43] </w:t>
      </w:r>
      <w:r>
        <w:t>aap isi mein saare fiqh, woh ke fiqhi school bane aur alag alag group bane, aur shiddat hui</w:t>
      </w:r>
    </w:p>
    <w:p>
      <w:pPr>
        <w:jc w:val="right"/>
      </w:pPr>
      <w:r>
        <w:t>آپ اسی میں سارے فقہ، وہ کہ فقہی اسکول بنے اور الگ الگ گروپ بنے، اور شدت ہوئی</w:t>
      </w:r>
    </w:p>
    <w:p>
      <w:r>
        <w:rPr>
          <w:b/>
        </w:rPr>
        <w:t xml:space="preserve">[1:15:50] </w:t>
      </w:r>
      <w:r>
        <w:t>ke un ka in ke peeche namaz najaaiz hai, in ke peeche namaz najaaiz hai.</w:t>
      </w:r>
    </w:p>
    <w:p>
      <w:pPr>
        <w:jc w:val="right"/>
      </w:pPr>
      <w:r>
        <w:t>کہ ان کا ان کے پیچھے نماز ناجائز ہے، ان کے پیچھے نماز ناجائز ہے۔</w:t>
      </w:r>
    </w:p>
    <w:p>
      <w:r>
        <w:rPr>
          <w:b/>
        </w:rPr>
        <w:t xml:space="preserve">[1:15:57] </w:t>
      </w:r>
      <w:r>
        <w:t>to yeh tarjeeh ka tareeqa mein ne dekha, fuqaha jo nikala, woh sahi nahi tha.</w:t>
      </w:r>
    </w:p>
    <w:p>
      <w:pPr>
        <w:jc w:val="right"/>
      </w:pPr>
      <w:r>
        <w:t>تو یہ ترجیح کا طریقہ میں نے دیکھا، فقہاء جو نکالا، وہ صحیح نہیں تھا۔</w:t>
      </w:r>
    </w:p>
    <w:p>
      <w:r>
        <w:rPr>
          <w:b/>
        </w:rPr>
        <w:t xml:space="preserve">[1:16:03] </w:t>
      </w:r>
      <w:r>
        <w:t>un ko kehna chahiye tha ke "be yeh bhi theek hai, woh bhi theek hai", kyunke maamla juziyat</w:t>
      </w:r>
    </w:p>
    <w:p>
      <w:pPr>
        <w:jc w:val="right"/>
      </w:pPr>
      <w:r>
        <w:t>ان کو کہنا چاہیے تھا کہ "بے یہ بھی ٹھیک ہے، وہ بھی ٹھیک ہے"، کیونکہ معاملہ جزئیات</w:t>
      </w:r>
    </w:p>
    <w:p>
      <w:r>
        <w:rPr>
          <w:b/>
        </w:rPr>
        <w:t xml:space="preserve">[1:16:11] </w:t>
      </w:r>
      <w:r>
        <w:t>ka hai, non basics ka hai, is ka ta'alluq basics se nahi hai.</w:t>
      </w:r>
    </w:p>
    <w:p>
      <w:pPr>
        <w:jc w:val="right"/>
      </w:pPr>
      <w:r>
        <w:t>کا ہے، نان بیسکس کا ہے، اس کا تعلق بیسکس سے نہیں ہے۔</w:t>
      </w:r>
    </w:p>
    <w:p>
      <w:r>
        <w:rPr>
          <w:b/>
        </w:rPr>
        <w:t xml:space="preserve">[1:16:16] </w:t>
      </w:r>
      <w:r>
        <w:t>yeh mein ne is ko likha hai, aap parh lijiyay, hamari kitab hai "tajdeed deen", is mein aap</w:t>
      </w:r>
    </w:p>
    <w:p>
      <w:pPr>
        <w:jc w:val="right"/>
      </w:pPr>
      <w:r>
        <w:t>یہ میں نے اس کو لکھا ہے، آپ پڑھ لیجئے، ہماری کتاب ہے "تجدید دین"، اس میں آپ</w:t>
      </w:r>
    </w:p>
    <w:p>
      <w:r>
        <w:rPr>
          <w:b/>
        </w:rPr>
        <w:t xml:space="preserve">[1:16:24] </w:t>
      </w:r>
      <w:r>
        <w:t>ko mil jaye ga.</w:t>
      </w:r>
    </w:p>
    <w:p>
      <w:pPr>
        <w:jc w:val="right"/>
      </w:pPr>
      <w:r>
        <w:t>کو مل جائے گا۔</w:t>
      </w:r>
    </w:p>
    <w:p>
      <w:r>
        <w:rPr>
          <w:b/>
        </w:rPr>
        <w:t xml:space="preserve">[1:16:26] </w:t>
      </w:r>
      <w:r>
        <w:t>Before we move on, just a small clarification that the Dogri translation that Maulana released today is not</w:t>
      </w:r>
    </w:p>
    <w:p>
      <w:pPr>
        <w:jc w:val="right"/>
      </w:pPr>
      <w:r>
        <w:t>بیفور وی موو ان، جسٹ ا سمال کلیریفیکیشن دیٹ دا ڈوگری ٹرانسلیشن دیٹ مولانا ریلیز ٹوڈے از ناٹ</w:t>
      </w:r>
    </w:p>
    <w:p>
      <w:r>
        <w:rPr>
          <w:b/>
        </w:rPr>
        <w:t xml:space="preserve">[1:16:34] </w:t>
      </w:r>
      <w:r>
        <w:t>just the translation, it is the translation of the tazkeer ul quran.</w:t>
      </w:r>
    </w:p>
    <w:p>
      <w:pPr>
        <w:jc w:val="right"/>
      </w:pPr>
      <w:r>
        <w:t>جسٹ دی ٹرانسلیشن، اٹ از دی ٹرانسلیشن اف دا تذکیر القرآن۔</w:t>
      </w:r>
    </w:p>
    <w:p>
      <w:r>
        <w:rPr>
          <w:b/>
        </w:rPr>
        <w:t xml:space="preserve">[1:16:38] </w:t>
      </w:r>
      <w:r>
        <w:t>so i stand corrected.</w:t>
      </w:r>
    </w:p>
    <w:p>
      <w:pPr>
        <w:jc w:val="right"/>
      </w:pPr>
      <w:r>
        <w:t>سو آئی سٹینڈ کریکٹڈ۔</w:t>
      </w:r>
    </w:p>
    <w:p>
      <w:r>
        <w:rPr>
          <w:b/>
        </w:rPr>
        <w:t xml:space="preserve">[1:16:40] </w:t>
      </w:r>
      <w:r>
        <w:t>i will not take the next question.</w:t>
      </w:r>
    </w:p>
    <w:p>
      <w:pPr>
        <w:jc w:val="right"/>
      </w:pPr>
      <w:r>
        <w:t>آئی ویل ناٹ ٹیک دی نیکسٹ کوسچن۔</w:t>
      </w:r>
    </w:p>
    <w:p>
      <w:r>
        <w:rPr>
          <w:b/>
        </w:rPr>
        <w:t xml:space="preserve">[1:16:43] </w:t>
      </w:r>
      <w:r>
        <w:t>maulana, agla sawal aya hai islamabad, pakistan se waseem bari sahib ka.</w:t>
      </w:r>
    </w:p>
    <w:p>
      <w:pPr>
        <w:jc w:val="right"/>
      </w:pPr>
      <w:r>
        <w:t>مولانا، اگلا سوال آیا ہے اسلام آباد، پاکستان سے وسیم باری صاحب کا۔</w:t>
      </w:r>
    </w:p>
    <w:p>
      <w:r>
        <w:rPr>
          <w:b/>
        </w:rPr>
        <w:t xml:space="preserve">[1:16:49] </w:t>
      </w:r>
      <w:r>
        <w:t>انہوں نے لکھا ہے: "مولانا، your main focus is realization of God through discovery۔</w:t>
      </w:r>
    </w:p>
    <w:p>
      <w:pPr>
        <w:jc w:val="right"/>
      </w:pPr>
      <w:r>
        <w:t>انہوں نے لکھا ہے: "مولانا، یور مین فوکس از ریلائزیشن اف گاڈ تھرو ڈسکوری۔</w:t>
      </w:r>
    </w:p>
    <w:p>
      <w:r>
        <w:rPr>
          <w:b/>
        </w:rPr>
        <w:t xml:space="preserve">[1:16:55] </w:t>
      </w:r>
      <w:r>
        <w:t>According to this, then all the non-Muslim scientists or people who discover Islam by discovery.</w:t>
      </w:r>
    </w:p>
    <w:p>
      <w:pPr>
        <w:jc w:val="right"/>
      </w:pPr>
      <w:r>
        <w:t>اکارڈنگ ٹو دس، دین ال دی نان مسلم سائنٹسٹ اور پیپل ہو ڈسکور اسلام بائی ڈسکوری۔</w:t>
      </w:r>
    </w:p>
    <w:p>
      <w:r>
        <w:rPr>
          <w:b/>
        </w:rPr>
        <w:t xml:space="preserve">[1:17:01] </w:t>
      </w:r>
      <w:r>
        <w:t>Can we say that their discovery or realization of God would be higher than the born Muslims? Please</w:t>
      </w:r>
    </w:p>
    <w:p>
      <w:pPr>
        <w:jc w:val="right"/>
      </w:pPr>
      <w:r>
        <w:t>کین وی سے دیٹ دیر ڈسکوری اور ریلائزیشن اف گاڈ وڈ بی ہائیر دین دا بورن مسلمز؟ پلیز</w:t>
      </w:r>
    </w:p>
    <w:p>
      <w:r>
        <w:rPr>
          <w:b/>
        </w:rPr>
        <w:t xml:space="preserve">[1:17:09] </w:t>
      </w:r>
      <w:r>
        <w:t>tell." yeh mere samnay baat yeh ayi ke woh scientist islam ko discover to karta nahi, woh to</w:t>
      </w:r>
    </w:p>
    <w:p>
      <w:pPr>
        <w:jc w:val="right"/>
      </w:pPr>
      <w:r>
        <w:t>ٹیل۔" یہ میرے سامنے بات یہ آئی کہ وہ سائنٹسٹ اسلام کو ڈسکور تو کرتا نہیں، وہ تو</w:t>
      </w:r>
    </w:p>
    <w:p>
      <w:r>
        <w:rPr>
          <w:b/>
        </w:rPr>
        <w:t xml:space="preserve">[1:17:17] </w:t>
      </w:r>
      <w:r>
        <w:t>law of nature ko discover karta hai.</w:t>
      </w:r>
    </w:p>
    <w:p>
      <w:pPr>
        <w:jc w:val="right"/>
      </w:pPr>
      <w:r>
        <w:t>لاء آف نیچر کو ڈسکور کرتا ہے۔</w:t>
      </w:r>
    </w:p>
    <w:p>
      <w:r>
        <w:rPr>
          <w:b/>
        </w:rPr>
        <w:t xml:space="preserve">[1:17:20] </w:t>
      </w:r>
      <w:r>
        <w:t>kya matlab is ka? maulana, woh yeh shayad poochna chah rahe hain ke agar woh discover karein god</w:t>
      </w:r>
    </w:p>
    <w:p>
      <w:pPr>
        <w:jc w:val="right"/>
      </w:pPr>
      <w:r>
        <w:t>کیا مطلب اس کا؟ مولانا، وہ یہ شاید پوچھنا چاہ رہے ہیں کہ اگر وہ ڈسکور کریں گاڈ</w:t>
      </w:r>
    </w:p>
    <w:p>
      <w:r>
        <w:rPr>
          <w:b/>
        </w:rPr>
        <w:t xml:space="preserve">[1:17:28] </w:t>
      </w:r>
      <w:r>
        <w:t>ko jis tarah aap agar ki baat hai to yeh jo waqia hai ke science, science scientist ka</w:t>
      </w:r>
    </w:p>
    <w:p>
      <w:pPr>
        <w:jc w:val="right"/>
      </w:pPr>
      <w:r>
        <w:t>کو جس طرح آپ اگر کی بات ہے تو یہ جو واقعہ ہے کہ سائنس، سائنس سائنٹسٹ کا</w:t>
      </w:r>
    </w:p>
    <w:p>
      <w:r>
        <w:rPr>
          <w:b/>
        </w:rPr>
        <w:t xml:space="preserve">[1:17:35] </w:t>
      </w:r>
      <w:r>
        <w:t>jo mozu hai, woh law of nature ko discover karna, islam ko discover karna, yeh is ka subject</w:t>
      </w:r>
    </w:p>
    <w:p>
      <w:pPr>
        <w:jc w:val="right"/>
      </w:pPr>
      <w:r>
        <w:t>جو موضوع ہے، وہ لاء آف نیچر کو ڈسکور کرنا، اسلام کو ڈسکور کرنا، یہ اس کا سبجیکٹ</w:t>
      </w:r>
    </w:p>
    <w:p>
      <w:r>
        <w:rPr>
          <w:b/>
        </w:rPr>
        <w:t xml:space="preserve">[1:17:43] </w:t>
      </w:r>
      <w:r>
        <w:t>hi nahi hai.</w:t>
      </w:r>
    </w:p>
    <w:p>
      <w:pPr>
        <w:jc w:val="right"/>
      </w:pPr>
      <w:r>
        <w:t>ہی نہیں ہے۔</w:t>
      </w:r>
    </w:p>
    <w:p>
      <w:r>
        <w:rPr>
          <w:b/>
        </w:rPr>
        <w:t xml:space="preserve">[1:17:44] </w:t>
      </w:r>
      <w:r>
        <w:t>to aap agar kya jo waqia ho, us ko mujhe batayein to mein us ko arz karunga.</w:t>
      </w:r>
    </w:p>
    <w:p>
      <w:pPr>
        <w:jc w:val="right"/>
      </w:pPr>
      <w:r>
        <w:t>تو آپ اگر کیا جو واقعہ ہو، اس کو مجھے بتائیں تو میں اس کو عرض کروں گا۔</w:t>
      </w:r>
    </w:p>
    <w:p>
      <w:r>
        <w:rPr>
          <w:b/>
        </w:rPr>
        <w:t xml:space="preserve">[1:17:52] </w:t>
      </w:r>
      <w:r>
        <w:t>ji maulana, agla sawal lete hain.</w:t>
      </w:r>
    </w:p>
    <w:p>
      <w:pPr>
        <w:jc w:val="right"/>
      </w:pPr>
      <w:r>
        <w:t>جی مولانا، اگلا سوال لیتے ہیں۔</w:t>
      </w:r>
    </w:p>
    <w:p>
      <w:r>
        <w:rPr>
          <w:b/>
        </w:rPr>
        <w:t xml:space="preserve">[1:17:55] </w:t>
      </w:r>
      <w:r>
        <w:t>agla sawal aya hai muhammad altaf inamdar sahib ka beer se.</w:t>
      </w:r>
    </w:p>
    <w:p>
      <w:pPr>
        <w:jc w:val="right"/>
      </w:pPr>
      <w:r>
        <w:t>اگلا سوال آیا ہے محمد الطاف انعامدار صاحب کا بیڑ سے۔</w:t>
      </w:r>
    </w:p>
    <w:p>
      <w:r>
        <w:rPr>
          <w:b/>
        </w:rPr>
        <w:t xml:space="preserve">[1:17:59] </w:t>
      </w:r>
      <w:r>
        <w:t>unhon ne likha hai: "poori dunya mein musalman sab se ziyada namaz mein rafa'atain karte hain, aisa kyun?</w:t>
      </w:r>
    </w:p>
    <w:p>
      <w:pPr>
        <w:jc w:val="right"/>
      </w:pPr>
      <w:r>
        <w:t>انہوں نے لکھا ہے: "پوری دنیا میں مسلمان سب سے زیادہ نماز میں رفاعتین کرتے ہیں، ایسا کیوں؟</w:t>
      </w:r>
    </w:p>
    <w:p>
      <w:r>
        <w:rPr>
          <w:b/>
        </w:rPr>
        <w:t xml:space="preserve">[1:18:07] </w:t>
      </w:r>
      <w:r>
        <w:t>namaz, namaz nabvi ka sahi tareeqa mojood hai.</w:t>
      </w:r>
    </w:p>
    <w:p>
      <w:pPr>
        <w:jc w:val="right"/>
      </w:pPr>
      <w:r>
        <w:t>نماز، نماز نبوی کا صحیح طریقہ موجود ہے۔</w:t>
      </w:r>
    </w:p>
    <w:p>
      <w:r>
        <w:rPr>
          <w:b/>
        </w:rPr>
        <w:t xml:space="preserve">[1:18:11] </w:t>
      </w:r>
      <w:r>
        <w:t>tafseel se namaz ke ta'alluq se quran aur hadith ki roshni mein batayein." mein abhi arz kar chuka</w:t>
      </w:r>
    </w:p>
    <w:p>
      <w:pPr>
        <w:jc w:val="right"/>
      </w:pPr>
      <w:r>
        <w:t>تفصیل سے نماز کے تعلق سے قرآن اور حدیث کی روشنی میں بتائیں۔" میں ابھی عرض کر چکا</w:t>
      </w:r>
    </w:p>
    <w:p>
      <w:r>
        <w:rPr>
          <w:b/>
        </w:rPr>
        <w:t xml:space="preserve">[1:18:18] </w:t>
      </w:r>
      <w:r>
        <w:t>hoon, mazeed tafseel aap ko janna hai to aap meri kitab parh lijiyay "tajdeed deen", woh isi mozu</w:t>
      </w:r>
    </w:p>
    <w:p>
      <w:pPr>
        <w:jc w:val="right"/>
      </w:pPr>
      <w:r>
        <w:t>ہوں، مزید تفصیل آپ کو جاننا ہے تو آپ میری کتاب پڑھ لیجئے "تجدید دین"، وہ اسی موضوع</w:t>
      </w:r>
    </w:p>
    <w:p>
      <w:r>
        <w:rPr>
          <w:b/>
        </w:rPr>
        <w:t xml:space="preserve">[1:18:26] </w:t>
      </w:r>
      <w:r>
        <w:t>par hai.</w:t>
      </w:r>
    </w:p>
    <w:p>
      <w:pPr>
        <w:jc w:val="right"/>
      </w:pPr>
      <w:r>
        <w:t>پر ہے۔</w:t>
      </w:r>
    </w:p>
    <w:p>
      <w:r>
        <w:rPr>
          <w:b/>
        </w:rPr>
        <w:t xml:space="preserve">[1:18:28] </w:t>
      </w:r>
      <w:r>
        <w:t>woh kitab is mein aap ko tafseel mil jaye gi.</w:t>
      </w:r>
    </w:p>
    <w:p>
      <w:pPr>
        <w:jc w:val="right"/>
      </w:pPr>
      <w:r>
        <w:t>وہ کتاب اس میں آپ کو تفصیل مل جائے گی۔</w:t>
      </w:r>
    </w:p>
    <w:p>
      <w:r>
        <w:rPr>
          <w:b/>
        </w:rPr>
        <w:t xml:space="preserve">[1:18:32] </w:t>
      </w:r>
      <w:r>
        <w:t>maulana, agla sawal roorkee se hai sajid anwar sahib ka.</w:t>
      </w:r>
    </w:p>
    <w:p>
      <w:pPr>
        <w:jc w:val="right"/>
      </w:pPr>
      <w:r>
        <w:t>مولانا، اگلا سوال روڑکی سے ہے ساجد انور صاحب کا۔</w:t>
      </w:r>
    </w:p>
    <w:p>
      <w:r>
        <w:rPr>
          <w:b/>
        </w:rPr>
        <w:t xml:space="preserve">[1:18:36] </w:t>
      </w:r>
      <w:r>
        <w:t>انہوں نے لکھا ہے: "مولانا، I like the جذبہ شکر، please guide me how I can develop this</w:t>
      </w:r>
    </w:p>
    <w:p>
      <w:pPr>
        <w:jc w:val="right"/>
      </w:pPr>
      <w:r>
        <w:t>انہوں نے لکھا ہے: "مولانا، آئی لائک دی جذبہ شکر، پلیز گائیڈ می ہاؤ آئی کین ڈویلپ دس</w:t>
      </w:r>
    </w:p>
    <w:p>
      <w:r>
        <w:rPr>
          <w:b/>
        </w:rPr>
        <w:t xml:space="preserve">[1:18:44] </w:t>
      </w:r>
      <w:r>
        <w:t>virtue." mera khayal hai ke baat yeh hai ke log cheezon ko for granted le lete hain, for</w:t>
      </w:r>
    </w:p>
    <w:p>
      <w:pPr>
        <w:jc w:val="right"/>
      </w:pPr>
      <w:r>
        <w:t>ورچیو۔" میرا خیال ہے کہ بات یہ ہے کہ لوگ چیزوں کو فار گرانٹڈ لے لیتے ہیں، فار</w:t>
      </w:r>
    </w:p>
    <w:p>
      <w:r>
        <w:rPr>
          <w:b/>
        </w:rPr>
        <w:t xml:space="preserve">[1:18:52] </w:t>
      </w:r>
      <w:r>
        <w:t>granted sochte nahi hain.</w:t>
      </w:r>
    </w:p>
    <w:p>
      <w:pPr>
        <w:jc w:val="right"/>
      </w:pPr>
      <w:r>
        <w:t>گرانٹڈ سوچتے نہیں ہیں۔</w:t>
      </w:r>
    </w:p>
    <w:p>
      <w:r>
        <w:rPr>
          <w:b/>
        </w:rPr>
        <w:t xml:space="preserve">[1:18:53] </w:t>
      </w:r>
      <w:r>
        <w:t>jaise pani piya aap ne to for granted le gaye, to pani hai.</w:t>
      </w:r>
    </w:p>
    <w:p>
      <w:pPr>
        <w:jc w:val="right"/>
      </w:pPr>
      <w:r>
        <w:t>جیسے پانی پیا آپ نے تو فار گرانٹڈ لے گئے، تو پانی ہے۔</w:t>
      </w:r>
    </w:p>
    <w:p>
      <w:r>
        <w:rPr>
          <w:b/>
        </w:rPr>
        <w:t xml:space="preserve">[1:18:59] </w:t>
      </w:r>
      <w:r>
        <w:t>agar aap sochen ke pani se pehle gases theen, do gases ekatha hogaeen to woh liquid ban gae,</w:t>
      </w:r>
    </w:p>
    <w:p>
      <w:pPr>
        <w:jc w:val="right"/>
      </w:pPr>
      <w:r>
        <w:t>اگر آپ سوچیں کہ پانی سے پہلے گیسز تھیں، دو گیسیں اکٹھا ہوگئیں تو وہ لیکوڈ بن گئی،</w:t>
      </w:r>
    </w:p>
    <w:p>
      <w:r>
        <w:rPr>
          <w:b/>
        </w:rPr>
        <w:t xml:space="preserve">[1:19:07] </w:t>
      </w:r>
      <w:r>
        <w:t>woh itni mufeed hamare liye ho gae ke hum us ko istemal karte hain.</w:t>
      </w:r>
    </w:p>
    <w:p>
      <w:pPr>
        <w:jc w:val="right"/>
      </w:pPr>
      <w:r>
        <w:t>وہ اتنی مفید ہمارے لیے ہو گئی کہ ہم اس کو استعمال کرتے ہیں۔</w:t>
      </w:r>
    </w:p>
    <w:p>
      <w:r>
        <w:rPr>
          <w:b/>
        </w:rPr>
        <w:t xml:space="preserve">[1:19:13] </w:t>
      </w:r>
      <w:r>
        <w:t>yani to baaton ko sochte hain to shukr hi shukr aega.</w:t>
      </w:r>
    </w:p>
    <w:p>
      <w:pPr>
        <w:jc w:val="right"/>
      </w:pPr>
      <w:r>
        <w:t>یعنی تو باتوں کو سوچتے ہیں تو شکر ہی شکر آئے گا۔</w:t>
      </w:r>
    </w:p>
    <w:p>
      <w:r>
        <w:rPr>
          <w:b/>
        </w:rPr>
        <w:t xml:space="preserve">[1:19:18] </w:t>
      </w:r>
      <w:r>
        <w:t>to cheezon ko for granted na lena balkeh shukr sochna, is se farq is ke bare mein yahi</w:t>
      </w:r>
    </w:p>
    <w:p>
      <w:pPr>
        <w:jc w:val="right"/>
      </w:pPr>
      <w:r>
        <w:t>تو چیزوں کو فار گرانٹڈ نہ لینا بلکہ شکر سوچنا، اس سے فرق اس کے بارے میں یہی</w:t>
      </w:r>
    </w:p>
    <w:p>
      <w:r>
        <w:rPr>
          <w:b/>
        </w:rPr>
        <w:t xml:space="preserve">[1:19:25]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[1:19:27] </w:t>
      </w:r>
      <w:r>
        <w:t>main samajhta hoon ke shukr ka yani isi se shukr aata hai.</w:t>
      </w:r>
    </w:p>
    <w:p>
      <w:pPr>
        <w:jc w:val="right"/>
      </w:pPr>
      <w:r>
        <w:t>میں سمجھتا ہوں کہ شکر کا یعنی اسی سے شکر آتا ہے۔</w:t>
      </w:r>
    </w:p>
    <w:p>
      <w:r>
        <w:rPr>
          <w:b/>
        </w:rPr>
        <w:t xml:space="preserve">[1:19:32] </w:t>
      </w:r>
      <w:r>
        <w:t>agar aap for granted lete rahen to shukr nahin aega.</w:t>
      </w:r>
    </w:p>
    <w:p>
      <w:pPr>
        <w:jc w:val="right"/>
      </w:pPr>
      <w:r>
        <w:t>اگر آپ فار گرانٹڈ لیتے رہیں تو شکر نہیں آئے گا۔</w:t>
      </w:r>
    </w:p>
    <w:p>
      <w:r>
        <w:rPr>
          <w:b/>
        </w:rPr>
        <w:t xml:space="preserve">[1:19:37] </w:t>
      </w:r>
      <w:r>
        <w:t>aur jab sochen aur us ko daryaft karen to to shukr aana lazmi hai.</w:t>
      </w:r>
    </w:p>
    <w:p>
      <w:pPr>
        <w:jc w:val="right"/>
      </w:pPr>
      <w:r>
        <w:t>اور جب سوچیں اور اس کو دریافت کریں تو تو شکر آنا لازمی ہے۔</w:t>
      </w:r>
    </w:p>
    <w:p>
      <w:r>
        <w:rPr>
          <w:b/>
        </w:rPr>
        <w:t xml:space="preserve">[1:19:43] </w:t>
      </w:r>
      <w:r>
        <w:t>aap shukr ke baghair nahin reh sakte.</w:t>
      </w:r>
    </w:p>
    <w:p>
      <w:pPr>
        <w:jc w:val="right"/>
      </w:pPr>
      <w:r>
        <w:t>آپ شکر کے بغیر نہیں رہ سکتے۔</w:t>
      </w:r>
    </w:p>
    <w:p>
      <w:r>
        <w:rPr>
          <w:b/>
        </w:rPr>
        <w:t xml:space="preserve">[1:19:46] </w:t>
      </w:r>
      <w:r>
        <w:t>maulana, agla sawal lene se pehle ek comment parhna chahenge jo raichor se zaheeruddin sahib ne</w:t>
      </w:r>
    </w:p>
    <w:p>
      <w:pPr>
        <w:jc w:val="right"/>
      </w:pPr>
      <w:r>
        <w:t>مولانا، اگلا سوال لینے سے پہلے ایک کمنٹ پڑھنا چاہیں گے جو رائچوڑ سے ظہیر الدین صاحب نے</w:t>
      </w:r>
    </w:p>
    <w:p>
      <w:r>
        <w:rPr>
          <w:b/>
        </w:rPr>
        <w:t xml:space="preserve">[1:19:53] </w:t>
      </w:r>
      <w:r>
        <w:t>abhi abhi bheja hai.</w:t>
      </w:r>
    </w:p>
    <w:p>
      <w:pPr>
        <w:jc w:val="right"/>
      </w:pPr>
      <w:r>
        <w:t>ابھی ابھی بھیجا ہے۔</w:t>
      </w:r>
    </w:p>
    <w:p>
      <w:r>
        <w:rPr>
          <w:b/>
        </w:rPr>
        <w:t xml:space="preserve">[1:19:55] </w:t>
      </w:r>
      <w:r>
        <w:t>انہوں نے لکھا ہے: "مولانا، it is a wonderful lecture to listen about Hadith, which clarifies all doubts</w:t>
      </w:r>
    </w:p>
    <w:p>
      <w:pPr>
        <w:jc w:val="right"/>
      </w:pPr>
      <w:r>
        <w:t>انہوں نے لکھا ہے: "مولانا، اٹ از ا ونڈرفل لیکچر ٹو لسن اباؤٹ حدیث، وچ کلیریفائیز ال ڈاؤٹس</w:t>
      </w:r>
    </w:p>
    <w:p>
      <w:r>
        <w:rPr>
          <w:b/>
        </w:rPr>
        <w:t xml:space="preserve">[1:20:03] </w:t>
      </w:r>
      <w:r>
        <w:t>And also it shows importance of Hadith.</w:t>
      </w:r>
    </w:p>
    <w:p>
      <w:pPr>
        <w:jc w:val="right"/>
      </w:pPr>
      <w:r>
        <w:t>اینڈ السو اٹ شوز امپورٹنس اف حدیث۔</w:t>
      </w:r>
    </w:p>
    <w:p>
      <w:r>
        <w:rPr>
          <w:b/>
        </w:rPr>
        <w:t xml:space="preserve">[1:20:06] </w:t>
      </w:r>
      <w:r>
        <w:t>This lecture should open our eyes to rediscover Hadith and the content of Marifat, which is present</w:t>
      </w:r>
    </w:p>
    <w:p>
      <w:pPr>
        <w:jc w:val="right"/>
      </w:pPr>
      <w:r>
        <w:t>دس لیکچر شوڈ اوپن اور آئیز ٹو ری ڈسکور حدیث اینڈ دی کنٹینٹ اف معرفت، وچ از پریزنٹ</w:t>
      </w:r>
    </w:p>
    <w:p>
      <w:r>
        <w:rPr>
          <w:b/>
        </w:rPr>
        <w:t xml:space="preserve">[1:20:14] </w:t>
      </w:r>
      <w:r>
        <w:t>but so far his been overshadowed by the discussions of fiqh. ji jazak Allah.</w:t>
      </w:r>
    </w:p>
    <w:p>
      <w:pPr>
        <w:jc w:val="right"/>
      </w:pPr>
      <w:r>
        <w:t>بٹ سو فار ہیز بین اوور شیڈوڈ بائی دا ڈسکشنز اف فقہ۔" جی جزاک اللہ۔</w:t>
      </w:r>
    </w:p>
    <w:p>
      <w:r>
        <w:rPr>
          <w:b/>
        </w:rPr>
        <w:t xml:space="preserve">[1:20:20] </w:t>
      </w:r>
      <w:r>
        <w:t>maulana, agla sawal poonch area se irfan arif sahib ne kiya hai.</w:t>
      </w:r>
    </w:p>
    <w:p>
      <w:pPr>
        <w:jc w:val="right"/>
      </w:pPr>
      <w:r>
        <w:t>مولانا، اگلا سوال پونچھ ایریا سے عرفان عارف صاحب نے کیا ہے۔</w:t>
      </w:r>
    </w:p>
    <w:p>
      <w:r>
        <w:rPr>
          <w:b/>
        </w:rPr>
        <w:t xml:space="preserve">[1:20:25] </w:t>
      </w:r>
      <w:r>
        <w:t>unhon ne likha hai: "hadees applied quran hai to kya har hadees ko as it is qabool kiya</w:t>
      </w:r>
    </w:p>
    <w:p>
      <w:pPr>
        <w:jc w:val="right"/>
      </w:pPr>
      <w:r>
        <w:t>انہوں نے لکھا ہے: "حدیث اپلائیڈ قرآن ہے تو کیا ہر حدیث کو ایز اٹ از قبول کیا</w:t>
      </w:r>
    </w:p>
    <w:p>
      <w:r>
        <w:rPr>
          <w:b/>
        </w:rPr>
        <w:t xml:space="preserve">[1:20:33] </w:t>
      </w:r>
      <w:r>
        <w:t>ja sakta hai? yeh tameez o tehzeeb kaise aur kis hawale se sahi ho sakti hai? is ke</w:t>
      </w:r>
    </w:p>
    <w:p>
      <w:pPr>
        <w:jc w:val="right"/>
      </w:pPr>
      <w:r>
        <w:t>جا سکتا ہے؟ یہ تمیز و تہذیب کیسے اور کس حوالے سے صحیح ہو سکتی ہے؟ اس کے</w:t>
      </w:r>
    </w:p>
    <w:p>
      <w:r>
        <w:rPr>
          <w:b/>
        </w:rPr>
        <w:t xml:space="preserve">[1:20:41] </w:t>
      </w:r>
      <w:r>
        <w:t>bare mein bataen." bhai koi nahin, har koi nahin manega jo hadees hai to hadees hai.</w:t>
      </w:r>
    </w:p>
    <w:p>
      <w:pPr>
        <w:jc w:val="right"/>
      </w:pPr>
      <w:r>
        <w:t>بارے میں بتائیں۔" بھئی کوئی نہیں، ہر کوئی نہیں مانے گا جو حدیث ہے تو حدیث ہے۔</w:t>
      </w:r>
    </w:p>
    <w:p>
      <w:r>
        <w:rPr>
          <w:b/>
        </w:rPr>
        <w:t xml:space="preserve">[1:20:48] </w:t>
      </w:r>
      <w:r>
        <w:t>hadeeson ke bare mein aap yaad rakhiye ke baad ke zamane mein kuch logon ne ek baat mein</w:t>
      </w:r>
    </w:p>
    <w:p>
      <w:pPr>
        <w:jc w:val="right"/>
      </w:pPr>
      <w:r>
        <w:t>حدیثوں کے بارے میں آپ یاد رکھیے کہ بعد کے زمانے میں کچھ لوگوں نے ایک بات میں</w:t>
      </w:r>
    </w:p>
    <w:p>
      <w:r>
        <w:rPr>
          <w:b/>
        </w:rPr>
        <w:t xml:space="preserve">[1:20:56] </w:t>
      </w:r>
      <w:r>
        <w:t>arz kar doon ke logon ko yeh maloom nahin hai shayad ke yeh phenomenon hai ek ek age</w:t>
      </w:r>
    </w:p>
    <w:p>
      <w:pPr>
        <w:jc w:val="right"/>
      </w:pPr>
      <w:r>
        <w:t>عرض کر دوں کہ لوگوں کو یہ معلوم نہیں ہے شاید کہ یہ فیناومینا ہے ایک ایک ایج</w:t>
      </w:r>
    </w:p>
    <w:p>
      <w:r>
        <w:rPr>
          <w:b/>
        </w:rPr>
        <w:t xml:space="preserve">[1:21:03] </w:t>
      </w:r>
      <w:r>
        <w:t>ka.</w:t>
      </w:r>
    </w:p>
    <w:p>
      <w:pPr>
        <w:jc w:val="right"/>
      </w:pPr>
      <w:r>
        <w:t>کا۔</w:t>
      </w:r>
    </w:p>
    <w:p>
      <w:r>
        <w:rPr>
          <w:b/>
        </w:rPr>
        <w:t xml:space="preserve">[1:21:05] </w:t>
      </w:r>
      <w:r>
        <w:t>پینٹنگ پریس سے پہلے دنیا بھر میں ایک چیز ہوا کرتی تھی جس کو کہتے تھے storytellers</w:t>
      </w:r>
    </w:p>
    <w:p>
      <w:pPr>
        <w:jc w:val="right"/>
      </w:pPr>
      <w:r>
        <w:t>پینٹنگ پریس سے پہلے دنیا بھر میں ایک چیز ہوا کرتی تھی جس کو کہتے تھے اسٹوری ٹیلرز</w:t>
      </w:r>
    </w:p>
    <w:p>
      <w:r>
        <w:rPr>
          <w:b/>
        </w:rPr>
        <w:t xml:space="preserve">[1:21:13] </w:t>
      </w:r>
      <w:r>
        <w:t>aur farsi mein us ko kehte hain qissa go.</w:t>
      </w:r>
    </w:p>
    <w:p>
      <w:pPr>
        <w:jc w:val="right"/>
      </w:pPr>
      <w:r>
        <w:t>اور فارسی میں اس کو کہتے ہیں قصہ گو۔</w:t>
      </w:r>
    </w:p>
    <w:p>
      <w:r>
        <w:rPr>
          <w:b/>
        </w:rPr>
        <w:t xml:space="preserve">[1:21:16] </w:t>
      </w:r>
      <w:r>
        <w:t>ہندی میں کہتے ہیں کہا کہا کہا کہا کہا کہا کہا کہا کہا تو لوگ یعنی painting</w:t>
      </w:r>
    </w:p>
    <w:p>
      <w:pPr>
        <w:jc w:val="right"/>
      </w:pPr>
      <w:r>
        <w:t>ہندی میں کہتے ہیں کہا کہا کہا کہا کہا کہا کہا کہا کہا کہا تو لوگ یعنی پینٹنگ</w:t>
      </w:r>
    </w:p>
    <w:p>
      <w:r>
        <w:rPr>
          <w:b/>
        </w:rPr>
        <w:t xml:space="preserve">[1:21:24] </w:t>
      </w:r>
      <w:r>
        <w:t>press se pehle logon par kitaben nahin hoti theen to kuch log hote the kis se kahaniyan batate</w:t>
      </w:r>
    </w:p>
    <w:p>
      <w:pPr>
        <w:jc w:val="right"/>
      </w:pPr>
      <w:r>
        <w:t>پریس سے پہلے لوگوں پر کتابیں نہیں ہوتی تھیں تو کچھ لوگ ہوتے تھے کس سے کہانیاں بتاتے</w:t>
      </w:r>
    </w:p>
    <w:p>
      <w:r>
        <w:rPr>
          <w:b/>
        </w:rPr>
        <w:t xml:space="preserve">[1:21:32] </w:t>
      </w:r>
      <w:r>
        <w:t>the aur log baith kar sunte the.</w:t>
      </w:r>
    </w:p>
    <w:p>
      <w:pPr>
        <w:jc w:val="right"/>
      </w:pPr>
      <w:r>
        <w:t>تھے اور لوگ بیٹھ کر سنتے تھے۔</w:t>
      </w:r>
    </w:p>
    <w:p>
      <w:r>
        <w:rPr>
          <w:b/>
        </w:rPr>
        <w:t xml:space="preserve">[1:21:35] </w:t>
      </w:r>
      <w:r>
        <w:t>main khud bachpan mein hamare ek sahib the, un ka naam guru tha, woh story teller the.</w:t>
      </w:r>
    </w:p>
    <w:p>
      <w:pPr>
        <w:jc w:val="right"/>
      </w:pPr>
      <w:r>
        <w:t>میں خود بچپن میں ہمارے ایک صاحب تھے، ان کا نام گرو تھا، وہ اسٹوری ٹیلر تھے۔</w:t>
      </w:r>
    </w:p>
    <w:p>
      <w:r>
        <w:rPr>
          <w:b/>
        </w:rPr>
        <w:t xml:space="preserve">[1:21:42] </w:t>
      </w:r>
      <w:r>
        <w:t>main jab chhota tha to hum log baithte the aur woh itne dilchasp andaaz mein kahaniyan sunate the,</w:t>
      </w:r>
    </w:p>
    <w:p>
      <w:pPr>
        <w:jc w:val="right"/>
      </w:pPr>
      <w:r>
        <w:t>میں جب چھوٹا تھا تو ہم لوگ بیٹھتے تھے اور وہ اتنے دلچسپ انداز میں کہانیاں سناتے تھے،</w:t>
      </w:r>
    </w:p>
    <w:p>
      <w:r>
        <w:rPr>
          <w:b/>
        </w:rPr>
        <w:t xml:space="preserve">[1:21:50] </w:t>
      </w:r>
      <w:r>
        <w:t>woh kab sunte rehte the, sunte rehte the.</w:t>
      </w:r>
    </w:p>
    <w:p>
      <w:pPr>
        <w:jc w:val="right"/>
      </w:pPr>
      <w:r>
        <w:t>وہ کب سنتے رہتے تھے، سنتے رہتے تھے۔</w:t>
      </w:r>
    </w:p>
    <w:p>
      <w:r>
        <w:rPr>
          <w:b/>
        </w:rPr>
        <w:t xml:space="preserve">[1:21:53] </w:t>
      </w:r>
      <w:r>
        <w:t>to pre painting press ka yeh phenomenon hai.</w:t>
      </w:r>
    </w:p>
    <w:p>
      <w:pPr>
        <w:jc w:val="right"/>
      </w:pPr>
      <w:r>
        <w:t>تو پری پینٹنگ پریس کا یہ فیناومینا ہے۔</w:t>
      </w:r>
    </w:p>
    <w:p>
      <w:r>
        <w:rPr>
          <w:b/>
        </w:rPr>
        <w:t xml:space="preserve">[1:21:57] </w:t>
      </w:r>
      <w:r>
        <w:t>jab press nahi hota tha, kitabein chapti nahi thi to log qissa kahaniyan batate the, log sun sun</w:t>
      </w:r>
    </w:p>
    <w:p>
      <w:pPr>
        <w:jc w:val="right"/>
      </w:pPr>
      <w:r>
        <w:t>جب پریس نہیں ہوتا تھا، کتابیں چھپتی نہیں تھیں تو لوگ قصہ کہانیاں بتاتے تھے، لوگ سن سن</w:t>
      </w:r>
    </w:p>
    <w:p>
      <w:r>
        <w:rPr>
          <w:b/>
        </w:rPr>
        <w:t xml:space="preserve">[1:22:04] </w:t>
      </w:r>
      <w:r>
        <w:t>ke khush hote the.</w:t>
      </w:r>
    </w:p>
    <w:p>
      <w:pPr>
        <w:jc w:val="right"/>
      </w:pPr>
      <w:r>
        <w:t>کے خوش ہوتے تھے۔</w:t>
      </w:r>
    </w:p>
    <w:p>
      <w:r>
        <w:rPr>
          <w:b/>
        </w:rPr>
        <w:t xml:space="preserve">[1:22:06] </w:t>
      </w:r>
      <w:r>
        <w:t>to isi qism kuch log the story tellers, wahan woh arabi zaban mein kehte the to to woh</w:t>
      </w:r>
    </w:p>
    <w:p>
      <w:pPr>
        <w:jc w:val="right"/>
      </w:pPr>
      <w:r>
        <w:t>تو اسی قسم کچھ لوگ تھے اسٹوری ٹیلرز، وہاں وہ عربی زبان میں کہتے تھے تو تو وہ</w:t>
      </w:r>
    </w:p>
    <w:p>
      <w:r>
        <w:rPr>
          <w:b/>
        </w:rPr>
        <w:t xml:space="preserve">[1:22:14] </w:t>
      </w:r>
      <w:r>
        <w:t>woh log farzi kehte the, naam lete the jaisa jaisa ke sach much yeh filane ka, halanke woh</w:t>
      </w:r>
    </w:p>
    <w:p>
      <w:pPr>
        <w:jc w:val="right"/>
      </w:pPr>
      <w:r>
        <w:t>وہ لوگ فرضی کہتے تھے، نام لیتے تھے جیسا جیسا کہ سچ مچ یہ فلانے کا، حالانکہ وہ</w:t>
      </w:r>
    </w:p>
    <w:p>
      <w:r>
        <w:rPr>
          <w:b/>
        </w:rPr>
        <w:t xml:space="preserve">[1:22:22] </w:t>
      </w:r>
      <w:r>
        <w:t>farzi hota tha.</w:t>
      </w:r>
    </w:p>
    <w:p>
      <w:pPr>
        <w:jc w:val="right"/>
      </w:pPr>
      <w:r>
        <w:t>فرضی ہوتا تھا۔</w:t>
      </w:r>
    </w:p>
    <w:p>
      <w:r>
        <w:rPr>
          <w:b/>
        </w:rPr>
        <w:t xml:space="preserve">[1:22:23] </w:t>
      </w:r>
      <w:r>
        <w:t>maine khud suna hai in logon ko ke naam le ke kahein ke falan ho, falan ho,</w:t>
      </w:r>
    </w:p>
    <w:p>
      <w:pPr>
        <w:jc w:val="right"/>
      </w:pPr>
      <w:r>
        <w:t>میں نے خود سنا ہے ان لوگوں کو کہ نام لے کے کہیں کہ فلاں ہو، فلاں ہو،</w:t>
      </w:r>
    </w:p>
    <w:p>
      <w:r>
        <w:rPr>
          <w:b/>
        </w:rPr>
        <w:t xml:space="preserve">[1:22:31] </w:t>
      </w:r>
      <w:r>
        <w:t>falan ho, falan, halanke koi wajood is ka nahi, woh to farzi kahani hai dilchasp banane ke liye,</w:t>
      </w:r>
    </w:p>
    <w:p>
      <w:pPr>
        <w:jc w:val="right"/>
      </w:pPr>
      <w:r>
        <w:t>فلاں ہو، فلاں، حالانکہ کوئی وجود اس کا نہیں، وہ تو فرضی کہانی ہے دلچسپ بنانے کے لیے،</w:t>
      </w:r>
    </w:p>
    <w:p>
      <w:r>
        <w:rPr>
          <w:b/>
        </w:rPr>
        <w:t xml:space="preserve">[1:22:38] </w:t>
      </w:r>
      <w:r>
        <w:t>isko factual banane ke liye.</w:t>
      </w:r>
    </w:p>
    <w:p>
      <w:pPr>
        <w:jc w:val="right"/>
      </w:pPr>
      <w:r>
        <w:t>اس کو فیکچول بنانے کے لیے۔</w:t>
      </w:r>
    </w:p>
    <w:p>
      <w:r>
        <w:rPr>
          <w:b/>
        </w:rPr>
        <w:t xml:space="preserve">[1:22:41] </w:t>
      </w:r>
      <w:r>
        <w:t>to yahi tha wahan Arab world mein baad ke zamaney mein.</w:t>
      </w:r>
    </w:p>
    <w:p>
      <w:pPr>
        <w:jc w:val="right"/>
      </w:pPr>
      <w:r>
        <w:t>تو یہی تھا وہاں عرب ورلڈ میں بعد کے زمانے میں۔</w:t>
      </w:r>
    </w:p>
    <w:p>
      <w:r>
        <w:rPr>
          <w:b/>
        </w:rPr>
        <w:t xml:space="preserve">[1:22:46] </w:t>
      </w:r>
      <w:r>
        <w:t>to log arabi mein bolte the, woh to logon ne likh liya to log samjhe ke hadith hai</w:t>
      </w:r>
    </w:p>
    <w:p>
      <w:pPr>
        <w:jc w:val="right"/>
      </w:pPr>
      <w:r>
        <w:t>تو لوگ عربی میں بولتے تھے، وہ تو لوگوں نے لکھ لیا تو لوگ سمجھے کہ حدیث ہے</w:t>
      </w:r>
    </w:p>
    <w:p>
      <w:r>
        <w:rPr>
          <w:b/>
        </w:rPr>
        <w:t xml:space="preserve">[1:22:53] </w:t>
      </w:r>
      <w:r>
        <w:t>yeh.</w:t>
      </w:r>
    </w:p>
    <w:p>
      <w:pPr>
        <w:jc w:val="right"/>
      </w:pPr>
      <w:r>
        <w:t>یہ۔</w:t>
      </w:r>
    </w:p>
    <w:p>
      <w:r>
        <w:rPr>
          <w:b/>
        </w:rPr>
        <w:t xml:space="preserve">[1:22:55] </w:t>
      </w:r>
      <w:r>
        <w:t>yeh sab story tellers ke tawashe hain, story tellers ke qissa kahaniyan hain.</w:t>
      </w:r>
    </w:p>
    <w:p>
      <w:pPr>
        <w:jc w:val="right"/>
      </w:pPr>
      <w:r>
        <w:t>یہ سب اسٹوری ٹیلرز کے تواشے ہیں، اسٹوری ٹیلرز کے قصے کہانیاں ہیں۔</w:t>
      </w:r>
    </w:p>
    <w:p>
      <w:r>
        <w:rPr>
          <w:b/>
        </w:rPr>
        <w:t xml:space="preserve">[1:23:01] </w:t>
      </w:r>
      <w:r>
        <w:t>lekin aap ko main batana chahta hoon ke ilm-e-hadith itna taqatwar hai, itna taqatwar hai ke aap</w:t>
      </w:r>
    </w:p>
    <w:p>
      <w:pPr>
        <w:jc w:val="right"/>
      </w:pPr>
      <w:r>
        <w:t>لیکن آپ کو میں بتانا چاہتا ہوں کہ علم حدیث اتنا طاقتور ہے، اتنا طاقتور ہے کہ آپ</w:t>
      </w:r>
    </w:p>
    <w:p>
      <w:r>
        <w:rPr>
          <w:b/>
        </w:rPr>
        <w:t xml:space="preserve">[1:23:08] </w:t>
      </w:r>
      <w:r>
        <w:t>chhaant sakte hain.</w:t>
      </w:r>
    </w:p>
    <w:p>
      <w:pPr>
        <w:jc w:val="right"/>
      </w:pPr>
      <w:r>
        <w:t>چھانٹ سکتے ہیں۔</w:t>
      </w:r>
    </w:p>
    <w:p>
      <w:r>
        <w:rPr>
          <w:b/>
        </w:rPr>
        <w:t xml:space="preserve">[1:23:10] </w:t>
      </w:r>
      <w:r>
        <w:t>bahut hi asan hai chhaantna story tellers ke content ko aur real hadith ko, aur aap khud bhi</w:t>
      </w:r>
    </w:p>
    <w:p>
      <w:pPr>
        <w:jc w:val="right"/>
      </w:pPr>
      <w:r>
        <w:t>بہت ہی آسان ہے چھانٹنا اسٹوری ٹیلرز کے کنٹینٹ کو اور ریئل حدیث کو، اور آپ خود بھی</w:t>
      </w:r>
    </w:p>
    <w:p>
      <w:r>
        <w:rPr>
          <w:b/>
        </w:rPr>
        <w:t xml:space="preserve">[1:23:17] </w:t>
      </w:r>
      <w:r>
        <w:t>chhaant sakte hain.</w:t>
      </w:r>
    </w:p>
    <w:p>
      <w:pPr>
        <w:jc w:val="right"/>
      </w:pPr>
      <w:r>
        <w:t>چھانٹ سکتے ہیں۔</w:t>
      </w:r>
    </w:p>
    <w:p>
      <w:r>
        <w:rPr>
          <w:b/>
        </w:rPr>
        <w:t xml:space="preserve">[1:23:19] </w:t>
      </w:r>
      <w:r>
        <w:t>agar aap chahein to aap waqt ho padhiye, yaani ilm-ur-rijal ko padhiye aur mukhtalif jo kitabein funoon</w:t>
      </w:r>
    </w:p>
    <w:p>
      <w:pPr>
        <w:jc w:val="right"/>
      </w:pPr>
      <w:r>
        <w:t>اگر آپ چاہیں تو آپ وقت ہو پڑھیے، یعنی علم الرجال کو پڑھیے اور مختلف جو کتابیں فنون</w:t>
      </w:r>
    </w:p>
    <w:p>
      <w:r>
        <w:rPr>
          <w:b/>
        </w:rPr>
        <w:t xml:space="preserve">[1:23:27] </w:t>
      </w:r>
      <w:r>
        <w:t>ki hain, agar aap paas waqt nahi hai to main aap se arz karna chahta hoon ke kuch</w:t>
      </w:r>
    </w:p>
    <w:p>
      <w:pPr>
        <w:jc w:val="right"/>
      </w:pPr>
      <w:r>
        <w:t>کی ہیں، اگر آپ پاس وقت نہیں ہے تو میں آپ سے عرض کرنا چاہتا ہوں کہ کچھ</w:t>
      </w:r>
    </w:p>
    <w:p>
      <w:r>
        <w:rPr>
          <w:b/>
        </w:rPr>
        <w:t xml:space="preserve">[1:23:34] </w:t>
      </w:r>
      <w:r>
        <w:t>logon ne apni umrein sirf karke ek kaam kar diya hai.</w:t>
      </w:r>
    </w:p>
    <w:p>
      <w:pPr>
        <w:jc w:val="right"/>
      </w:pPr>
      <w:r>
        <w:t>لوگوں نے اپنی عمریں صرف کر کے ایک کام کر دیا ہے۔</w:t>
      </w:r>
    </w:p>
    <w:p>
      <w:r>
        <w:rPr>
          <w:b/>
        </w:rPr>
        <w:t xml:space="preserve">[1:23:40] </w:t>
      </w:r>
      <w:r>
        <w:t>is se pehle bhi kiya hai, aaj bhi kiya hai, isi wajah se ek hai Allama Nasiruddin</w:t>
      </w:r>
    </w:p>
    <w:p>
      <w:pPr>
        <w:jc w:val="right"/>
      </w:pPr>
      <w:r>
        <w:t>اس سے پہلے بھی کیا ہے، آج بھی کیا ہے، اسی وجہ سے ایک ہے علامہ ناصر الدین</w:t>
      </w:r>
    </w:p>
    <w:p>
      <w:r>
        <w:rPr>
          <w:b/>
        </w:rPr>
        <w:t xml:space="preserve">[1:23:47] </w:t>
      </w:r>
      <w:r>
        <w:t>Al-Albani, chhaant kar sari kitabein zindagi mein mutala karte karte chhaant kar alag kiya, isko alag kar</w:t>
      </w:r>
    </w:p>
    <w:p>
      <w:pPr>
        <w:jc w:val="right"/>
      </w:pPr>
      <w:r>
        <w:t>الالبانی، چھانٹ کر ساری کتابیں زندگی میں مطالعہ کرتے کرتے چھانٹ کر الگ کیا، اس کو الگ کر</w:t>
      </w:r>
    </w:p>
    <w:p>
      <w:r>
        <w:rPr>
          <w:b/>
        </w:rPr>
        <w:t xml:space="preserve">[1:23:55] </w:t>
      </w:r>
      <w:r>
        <w:t>diya.</w:t>
      </w:r>
    </w:p>
    <w:p>
      <w:pPr>
        <w:jc w:val="right"/>
      </w:pPr>
      <w:r>
        <w:t>دیا۔</w:t>
      </w:r>
    </w:p>
    <w:p>
      <w:r>
        <w:rPr>
          <w:b/>
        </w:rPr>
        <w:t xml:space="preserve">[1:23:56] </w:t>
      </w:r>
      <w:r>
        <w:t>kai kitabein aisi likhi gayi hain, internet pe bhi aisa hai.</w:t>
      </w:r>
    </w:p>
    <w:p>
      <w:pPr>
        <w:jc w:val="right"/>
      </w:pPr>
      <w:r>
        <w:t>کئی کتابیں ایسی لکھی گئی ہیں، انٹرنیٹ پہ بھی ایسا ہے۔</w:t>
      </w:r>
    </w:p>
    <w:p>
      <w:r>
        <w:rPr>
          <w:b/>
        </w:rPr>
        <w:t xml:space="preserve">[1:24:01] </w:t>
      </w:r>
      <w:r>
        <w:t>to yeh log hawa ko banate hain, is ko yeh hawa nahi hai, yeh hawa ki baat nahi</w:t>
      </w:r>
    </w:p>
    <w:p>
      <w:pPr>
        <w:jc w:val="right"/>
      </w:pPr>
      <w:r>
        <w:t>تو یہ لوگ حوا کو بناتے ہیں، اس کو یہ حوا نہیں ہے، یہ حوا کی بات نہیں</w:t>
      </w:r>
    </w:p>
    <w:p>
      <w:r>
        <w:rPr>
          <w:b/>
        </w:rPr>
        <w:t xml:space="preserve">[1:24:09]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[1:24:10] </w:t>
      </w:r>
      <w:r>
        <w:t>abhi second world war ke zamane mein jab ke mein zinda tha aur second world war ke zamane mein hoon,</w:t>
      </w:r>
    </w:p>
    <w:p>
      <w:pPr>
        <w:jc w:val="right"/>
      </w:pPr>
      <w:r>
        <w:t>ابھی سیکنڈ ولوار کے زمانے میں جب کہ میں زندہ تھا اور سیکنڈ ولوار کے زمانے میں ہوں،</w:t>
      </w:r>
    </w:p>
    <w:p>
      <w:r>
        <w:rPr>
          <w:b/>
        </w:rPr>
        <w:t xml:space="preserve">[1:24:18] </w:t>
      </w:r>
      <w:r>
        <w:t>yani meri naujawani ki umar thi, woh jawani ki umar mein mein tha.</w:t>
      </w:r>
    </w:p>
    <w:p>
      <w:pPr>
        <w:jc w:val="right"/>
      </w:pPr>
      <w:r>
        <w:t>یعنی میری نوجوانی کی عمر تھی، وہ جوانی کی عمر میں میں تھا۔</w:t>
      </w:r>
    </w:p>
    <w:p>
      <w:r>
        <w:rPr>
          <w:b/>
        </w:rPr>
        <w:t xml:space="preserve">[1:24:24] </w:t>
      </w:r>
      <w:r>
        <w:t>mein janta hoon us ko ab tak tarah tarah ki kahaniyan udti thin, second world war kahaniyan, lekin woh</w:t>
      </w:r>
    </w:p>
    <w:p>
      <w:pPr>
        <w:jc w:val="right"/>
      </w:pPr>
      <w:r>
        <w:t>میں جانتا ہوں اس کو اب تک طرح طرح کی کہانیاں اڑتی تھیں، سیکنڈ ولوار کہانیاں، لیکن وہ</w:t>
      </w:r>
    </w:p>
    <w:p>
      <w:r>
        <w:rPr>
          <w:b/>
        </w:rPr>
        <w:t xml:space="preserve">[1:24:31] </w:t>
      </w:r>
      <w:r>
        <w:t>log samajhte the qisse kahaniyan hain.</w:t>
      </w:r>
    </w:p>
    <w:p>
      <w:pPr>
        <w:jc w:val="right"/>
      </w:pPr>
      <w:r>
        <w:t>لوگ سمجھتے تھے قصے کہانیاں ہیں۔</w:t>
      </w:r>
    </w:p>
    <w:p>
      <w:r>
        <w:rPr>
          <w:b/>
        </w:rPr>
        <w:t xml:space="preserve">[1:24:34] </w:t>
      </w:r>
      <w:r>
        <w:t>asal jo likhi gayi hai history second world war ki, us ko logon ne acha us ko tehqeeq kar</w:t>
      </w:r>
    </w:p>
    <w:p>
      <w:pPr>
        <w:jc w:val="right"/>
      </w:pPr>
      <w:r>
        <w:t>اصل جو لکھی گئی ہے ہسٹری سیکنڈ ولوار کی، اس کو لوگوں نے اچھا اس کو تحقیق کر</w:t>
      </w:r>
    </w:p>
    <w:p>
      <w:r>
        <w:rPr>
          <w:b/>
        </w:rPr>
        <w:t xml:space="preserve">[1:24:42] </w:t>
      </w:r>
      <w:r>
        <w:t>ke likha hai.</w:t>
      </w:r>
    </w:p>
    <w:p>
      <w:pPr>
        <w:jc w:val="right"/>
      </w:pPr>
      <w:r>
        <w:t>کے لکھا ہے۔</w:t>
      </w:r>
    </w:p>
    <w:p>
      <w:r>
        <w:rPr>
          <w:b/>
        </w:rPr>
        <w:t xml:space="preserve">[1:24:43] </w:t>
      </w:r>
      <w:r>
        <w:t>second world war ki story ko, ki history ko ek hai second world war ki ka historical document, ek hai</w:t>
      </w:r>
    </w:p>
    <w:p>
      <w:pPr>
        <w:jc w:val="right"/>
      </w:pPr>
      <w:r>
        <w:t>سیکنڈ ولوار کی اسٹوری کو، کی ہسٹری کو ایک ہے سیکنڈ ولوار کی کا ہسٹوریکل ڈاکومنٹ، ایک ہے</w:t>
      </w:r>
    </w:p>
    <w:p>
      <w:r>
        <w:rPr>
          <w:b/>
        </w:rPr>
        <w:t xml:space="preserve">[1:24:51] </w:t>
      </w:r>
      <w:r>
        <w:t>second world war ke zamane mein rumour udte the.</w:t>
      </w:r>
    </w:p>
    <w:p>
      <w:pPr>
        <w:jc w:val="right"/>
      </w:pPr>
      <w:r>
        <w:t>سیکنڈ ولوار کے زمانے میں ریوبرز اڑتے تھے۔</w:t>
      </w:r>
    </w:p>
    <w:p>
      <w:r>
        <w:rPr>
          <w:b/>
        </w:rPr>
        <w:t xml:space="preserve">[1:24:54] </w:t>
      </w:r>
      <w:r>
        <w:t>rumour woh alag hai, woh alag hai.</w:t>
      </w:r>
    </w:p>
    <w:p>
      <w:pPr>
        <w:jc w:val="right"/>
      </w:pPr>
      <w:r>
        <w:t>ریوبر وہ الگ ہے، وہ الگ ہے۔</w:t>
      </w:r>
    </w:p>
    <w:p>
      <w:r>
        <w:rPr>
          <w:b/>
        </w:rPr>
        <w:t xml:space="preserve">[1:24:57] </w:t>
      </w:r>
      <w:r>
        <w:t>to hadithon ke bare mein bhi aisa, us ko alag alag khud aap khud bhi kar sakte hain,</w:t>
      </w:r>
    </w:p>
    <w:p>
      <w:pPr>
        <w:jc w:val="right"/>
      </w:pPr>
      <w:r>
        <w:t>تو حدیثوں کے بارے میں بھی ایسا، اس کو الگ الگ خود آپ خود بھی کر سکتے ہیں،</w:t>
      </w:r>
    </w:p>
    <w:p>
      <w:r>
        <w:rPr>
          <w:b/>
        </w:rPr>
        <w:t xml:space="preserve">[1:25:05] </w:t>
      </w:r>
      <w:r>
        <w:t>alag aap aap ke paas time nahi hai jinhon ne alag kiya, un ko le liya.</w:t>
      </w:r>
    </w:p>
    <w:p>
      <w:pPr>
        <w:jc w:val="right"/>
      </w:pPr>
      <w:r>
        <w:t>الگ آپ آپ کے پاس ٹائم نہیں ہے جنہوں نے الگ کیا، ان کو لے لیا۔</w:t>
      </w:r>
    </w:p>
    <w:p>
      <w:r>
        <w:rPr>
          <w:b/>
        </w:rPr>
        <w:t xml:space="preserve">[1:25:12] </w:t>
      </w:r>
      <w:r>
        <w:t>un ko is mein yeh hawa kyun banate hain? Kyunki hawa nahi hai, yeh kuch koi hawa ki</w:t>
      </w:r>
    </w:p>
    <w:p>
      <w:pPr>
        <w:jc w:val="right"/>
      </w:pPr>
      <w:r>
        <w:t>ان کو اس میں یہ حوا کیوں بناتے ہیں؟ کیونکہ حوا نہیں ہے، یہ کچھ کوئی حوا کی</w:t>
      </w:r>
    </w:p>
    <w:p>
      <w:r>
        <w:rPr>
          <w:b/>
        </w:rPr>
        <w:t xml:space="preserve">[1:25:20] </w:t>
      </w:r>
      <w:r>
        <w:t>baat nahi hai.</w:t>
      </w:r>
    </w:p>
    <w:p>
      <w:pPr>
        <w:jc w:val="right"/>
      </w:pPr>
      <w:r>
        <w:t>بات نہیں ہے۔</w:t>
      </w:r>
    </w:p>
    <w:p>
      <w:r>
        <w:rPr>
          <w:b/>
        </w:rPr>
        <w:t xml:space="preserve">[1:25:21] </w:t>
      </w:r>
      <w:r>
        <w:t>hamesha har maamle mein aisa hota hai.</w:t>
      </w:r>
    </w:p>
    <w:p>
      <w:pPr>
        <w:jc w:val="right"/>
      </w:pPr>
      <w:r>
        <w:t>ہمیشہ ہر معاملے میں ایسا ہوتا ہے۔</w:t>
      </w:r>
    </w:p>
    <w:p>
      <w:r>
        <w:rPr>
          <w:b/>
        </w:rPr>
        <w:t xml:space="preserve">[1:25:24] </w:t>
      </w:r>
      <w:r>
        <w:t>mein to zindagi mein dekhta raha hoon ke log rumour udate hain.</w:t>
      </w:r>
    </w:p>
    <w:p>
      <w:pPr>
        <w:jc w:val="right"/>
      </w:pPr>
      <w:r>
        <w:t>میں تو زندگی میں دیکھتا رہا ہوں کہ لوگ ریوبر اڑاتے ہیں۔</w:t>
      </w:r>
    </w:p>
    <w:p>
      <w:r>
        <w:rPr>
          <w:b/>
        </w:rPr>
        <w:t xml:space="preserve">[1:25:29] </w:t>
      </w:r>
      <w:r>
        <w:t>acha, mere gaon mein, mere old world mein, Delhi mein, Raipur mein, jahan jahan mein raha hoon, tarah</w:t>
      </w:r>
    </w:p>
    <w:p>
      <w:pPr>
        <w:jc w:val="right"/>
      </w:pPr>
      <w:r>
        <w:t>اچھا، میرے گاؤں میں، میرے آدم ورلڈ میں، دلی میں، راپور میں، جہاں جہاں میں رہا ہوں، طرح</w:t>
      </w:r>
    </w:p>
    <w:p>
      <w:r>
        <w:rPr>
          <w:b/>
        </w:rPr>
        <w:t xml:space="preserve">[1:25:37] </w:t>
      </w:r>
      <w:r>
        <w:t>tarah ke rumour.</w:t>
      </w:r>
    </w:p>
    <w:p>
      <w:pPr>
        <w:jc w:val="right"/>
      </w:pPr>
      <w:r>
        <w:t>طرح کے ریوبر۔</w:t>
      </w:r>
    </w:p>
    <w:p>
      <w:r>
        <w:rPr>
          <w:b/>
        </w:rPr>
        <w:t xml:space="preserve">[1:25:38] </w:t>
      </w:r>
      <w:r>
        <w:t>koi waqea hoga to us mein ek real story hogi, ek rumour hoga, us ko chhante hain.</w:t>
      </w:r>
    </w:p>
    <w:p>
      <w:pPr>
        <w:jc w:val="right"/>
      </w:pPr>
      <w:r>
        <w:t>کوئی واقعہ ہوگا تو اس میں ایک ریئل سٹوری ہوگی، ایک ریوبر ہوگا، اس کو چھانٹتے ہیں۔</w:t>
      </w:r>
    </w:p>
    <w:p>
      <w:r>
        <w:rPr>
          <w:b/>
        </w:rPr>
        <w:t xml:space="preserve">[1:25:46] </w:t>
      </w:r>
      <w:r>
        <w:t>aap chhant kar alag us ko content karte hain, alag kar is content ko, rumour content ko alag</w:t>
      </w:r>
    </w:p>
    <w:p>
      <w:pPr>
        <w:jc w:val="right"/>
      </w:pPr>
      <w:r>
        <w:t>آپ چھانٹ کر الگ اس کو کنٹینٹ کرتے ہیں، الگ کر اس کنٹینٹ کو، ریوبر کنٹینٹ کو الگ</w:t>
      </w:r>
    </w:p>
    <w:p>
      <w:r>
        <w:rPr>
          <w:b/>
        </w:rPr>
        <w:t xml:space="preserve">[1:25:53] </w:t>
      </w:r>
      <w:r>
        <w:t>karte hain aur real us ko alag karte hain.</w:t>
      </w:r>
    </w:p>
    <w:p>
      <w:pPr>
        <w:jc w:val="right"/>
      </w:pPr>
      <w:r>
        <w:t>کرتے ہیں اور ریئل اس کو الگ کرتے ہیں۔</w:t>
      </w:r>
    </w:p>
    <w:p>
      <w:r>
        <w:rPr>
          <w:b/>
        </w:rPr>
        <w:t xml:space="preserve">[1:25:57] </w:t>
      </w:r>
      <w:r>
        <w:t>abhi Afghanistan ki jo ladai thi, jab Russia ki faujen ghus gayi thin wahan par, bohat qisse kahaniyan,</w:t>
      </w:r>
    </w:p>
    <w:p>
      <w:pPr>
        <w:jc w:val="right"/>
      </w:pPr>
      <w:r>
        <w:t>ابھی افغانستان کی جو لڑائی تھی، جب رشیا کی فوجیں گھس گئی تھیں وہاں پر، بہت قصے کہانیاں،</w:t>
      </w:r>
    </w:p>
    <w:p>
      <w:r>
        <w:rPr>
          <w:b/>
        </w:rPr>
        <w:t xml:space="preserve">[1:26:05] </w:t>
      </w:r>
      <w:r>
        <w:t>lekin asal jo story thi, woh alag thi, woh qissa kahani alag thi.</w:t>
      </w:r>
    </w:p>
    <w:p>
      <w:pPr>
        <w:jc w:val="right"/>
      </w:pPr>
      <w:r>
        <w:t>لیکن اصل جو سٹوری تھی، وہ الگ تھی، وہ قصہ کہانی الگ تھی۔</w:t>
      </w:r>
    </w:p>
    <w:p>
      <w:r>
        <w:rPr>
          <w:b/>
        </w:rPr>
        <w:t xml:space="preserve">[1:26:11] </w:t>
      </w:r>
      <w:r>
        <w:t>Bangladesh ke zamane mein jo hua tha 1971 mein, ajeeb ajeeb rumour udi thi is bare mein.</w:t>
      </w:r>
    </w:p>
    <w:p>
      <w:pPr>
        <w:jc w:val="right"/>
      </w:pPr>
      <w:r>
        <w:t>بنگلہ دیش کے زمانے میں جو ہوا تھا 1971 میں، عجیب عجیب ریبر اڑی تھی اس بارے میں۔</w:t>
      </w:r>
    </w:p>
    <w:p>
      <w:r>
        <w:rPr>
          <w:b/>
        </w:rPr>
        <w:t xml:space="preserve">[1:26:18] </w:t>
      </w:r>
      <w:r>
        <w:t>to is ka matlab nahi ke hadithon ka maamla nahi hai, yeh insaan ki, insaan ka mizaj hai.</w:t>
      </w:r>
    </w:p>
    <w:p>
      <w:pPr>
        <w:jc w:val="right"/>
      </w:pPr>
      <w:r>
        <w:t>تو اس کا مطلب نہیں کہ حدیثوں کا معاملہ نہیں ہے، یہ انسان کی، انسان کا مزاج ہے۔</w:t>
      </w:r>
    </w:p>
    <w:p>
      <w:r>
        <w:rPr>
          <w:b/>
        </w:rPr>
        <w:t xml:space="preserve">[1:26:26] </w:t>
      </w:r>
      <w:r>
        <w:t>har bab mein rebar arrti hain, woh reubar content hai, woh jis ko le kar log hadith ka</w:t>
      </w:r>
    </w:p>
    <w:p>
      <w:pPr>
        <w:jc w:val="right"/>
      </w:pPr>
      <w:r>
        <w:t>ہر باب میں ریبر اڑتی ہیں، وہ ریوبر کنٹینٹ ہے، وہ جس کو لے کر لوگ حدیث کا</w:t>
      </w:r>
    </w:p>
    <w:p>
      <w:r>
        <w:rPr>
          <w:b/>
        </w:rPr>
        <w:t xml:space="preserve">[1:26:34] </w:t>
      </w:r>
      <w:r>
        <w:t>tamasha banai hain.</w:t>
      </w:r>
    </w:p>
    <w:p>
      <w:pPr>
        <w:jc w:val="right"/>
      </w:pPr>
      <w:r>
        <w:t>تماشہ بنائی ہیں۔</w:t>
      </w:r>
    </w:p>
    <w:p>
      <w:r>
        <w:rPr>
          <w:b/>
        </w:rPr>
        <w:t xml:space="preserve">[1:26:35] </w:t>
      </w:r>
      <w:r>
        <w:t>woh hamesha hota hai, hamesha hota hai.</w:t>
      </w:r>
    </w:p>
    <w:p>
      <w:pPr>
        <w:jc w:val="right"/>
      </w:pPr>
      <w:r>
        <w:t>وہ ہمیشہ ہوتا ہے، ہمیشہ ہوتا ہے۔</w:t>
      </w:r>
    </w:p>
    <w:p>
      <w:r>
        <w:rPr>
          <w:b/>
        </w:rPr>
        <w:t xml:space="preserve">[1:26:38] </w:t>
      </w:r>
      <w:r>
        <w:t>to woh uloom, woh funoon jo is mein hain, jin ko waqt ho, un ko parh kar ke</w:t>
      </w:r>
    </w:p>
    <w:p>
      <w:pPr>
        <w:jc w:val="right"/>
      </w:pPr>
      <w:r>
        <w:t>تو وہ علوم، وہ فنون جو اس میں ہیں، جن کو وقت ہو، ان کو پڑھ کر کے</w:t>
      </w:r>
    </w:p>
    <w:p>
      <w:r>
        <w:rPr>
          <w:b/>
        </w:rPr>
        <w:t xml:space="preserve">[1:26:46] </w:t>
      </w:r>
      <w:r>
        <w:t>bilkul chhanat sakta hai.</w:t>
      </w:r>
    </w:p>
    <w:p>
      <w:pPr>
        <w:jc w:val="right"/>
      </w:pPr>
      <w:r>
        <w:t>بالکل چھانٹ سکتا ہے۔</w:t>
      </w:r>
    </w:p>
    <w:p>
      <w:r>
        <w:rPr>
          <w:b/>
        </w:rPr>
        <w:t xml:space="preserve">[1:26:48] </w:t>
      </w:r>
      <w:r>
        <w:t>reumor ko alag kar sakta hai, real yani hadith ko alag kar sakta hai.</w:t>
      </w:r>
    </w:p>
    <w:p>
      <w:pPr>
        <w:jc w:val="right"/>
      </w:pPr>
      <w:r>
        <w:t>ریومر کو الگ کر سکتا ہے، ریئل یعنی حدیث کو الگ کر سکتا ہے۔</w:t>
      </w:r>
    </w:p>
    <w:p>
      <w:r>
        <w:rPr>
          <w:b/>
        </w:rPr>
        <w:t xml:space="preserve">[1:26:54] </w:t>
      </w:r>
      <w:r>
        <w:t>is ka waqt na ho to kitabein parh lijiyey, jo jo in logon ki jo unhon ne chhanat</w:t>
      </w:r>
    </w:p>
    <w:p>
      <w:pPr>
        <w:jc w:val="right"/>
      </w:pPr>
      <w:r>
        <w:t>اس کا وقت نہ ہو تو کتابیں پڑھ لیجئے، جو جو ان لوگوں کی جو انہوں نے چھانٹ</w:t>
      </w:r>
    </w:p>
    <w:p>
      <w:r>
        <w:rPr>
          <w:b/>
        </w:rPr>
        <w:t xml:space="preserve">[1:27:01] </w:t>
      </w:r>
      <w:r>
        <w:t>chhanat ke alag kar diya hai, yeh koi masla hi nahi hai, yeh koi masla hi nahi hai.</w:t>
      </w:r>
    </w:p>
    <w:p>
      <w:pPr>
        <w:jc w:val="right"/>
      </w:pPr>
      <w:r>
        <w:t>چھانٹ کے الگ کر دیا ہے، یہ کوئی مسئلہ ہی نہیں ہے، یہ کوئی مسئلہ ہی نہیں ہے۔</w:t>
      </w:r>
    </w:p>
    <w:p>
      <w:r>
        <w:rPr>
          <w:b/>
        </w:rPr>
        <w:t xml:space="preserve">[1:27:09] </w:t>
      </w:r>
      <w:r>
        <w:t>jo insens hain, log jinhein kuch yani jo Allah se darte nahi aur ilmi zouq nahi, jis ke</w:t>
      </w:r>
    </w:p>
    <w:p>
      <w:pPr>
        <w:jc w:val="right"/>
      </w:pPr>
      <w:r>
        <w:t>جو انسینس ہیں، لوگ جنہیں کچھ یعنی جو اللہ سے ڈرتے نہیں اور علمی ذوق نہیں، جس کے</w:t>
      </w:r>
    </w:p>
    <w:p>
      <w:r>
        <w:rPr>
          <w:b/>
        </w:rPr>
        <w:t xml:space="preserve">[1:27:17] </w:t>
      </w:r>
      <w:r>
        <w:t>andar nahi, jinhein to ilmi zouq nahi, woh is is tarah ki baatein karte hain.</w:t>
      </w:r>
    </w:p>
    <w:p>
      <w:pPr>
        <w:jc w:val="right"/>
      </w:pPr>
      <w:r>
        <w:t>اندر نہیں، جنہیں تو علمی ذوق نہیں، وہ اس اس طرح کی باتیں کرتے ہیں۔</w:t>
      </w:r>
    </w:p>
    <w:p>
      <w:r>
        <w:rPr>
          <w:b/>
        </w:rPr>
        <w:t xml:space="preserve">[1:27:23] </w:t>
      </w:r>
      <w:r>
        <w:t>jin ka ilmi zouq nahi hai, woh is tarah ki baatein karte hain.</w:t>
      </w:r>
    </w:p>
    <w:p>
      <w:pPr>
        <w:jc w:val="right"/>
      </w:pPr>
      <w:r>
        <w:t>جن کا علمی ذوق نہیں ہے، وہ اس طرح کی باتیں کرتے ہیں۔</w:t>
      </w:r>
    </w:p>
    <w:p>
      <w:r>
        <w:rPr>
          <w:b/>
        </w:rPr>
        <w:t xml:space="preserve">[1:27:29] </w:t>
      </w:r>
      <w:r>
        <w:t>mein to is ko sochta hoon ke bilkul hi yani main meniles aur baseless baatein hain, yeh sab</w:t>
      </w:r>
    </w:p>
    <w:p>
      <w:pPr>
        <w:jc w:val="right"/>
      </w:pPr>
      <w:r>
        <w:t>میں تو اس کو سوچتا ہوں کہ بالکل ہی یعنی مین مینیلس اور بیسلیس باتیں ہیں، یہ سب</w:t>
      </w:r>
    </w:p>
    <w:p>
      <w:r>
        <w:rPr>
          <w:b/>
        </w:rPr>
        <w:t xml:space="preserve">[1:27:37] </w:t>
      </w:r>
      <w:r>
        <w:t>kyunke haqeeqat is ki nahi hai.</w:t>
      </w:r>
    </w:p>
    <w:p>
      <w:pPr>
        <w:jc w:val="right"/>
      </w:pPr>
      <w:r>
        <w:t>کیونکہ حقیقت اس کی نہیں ہے۔</w:t>
      </w:r>
    </w:p>
    <w:p>
      <w:r>
        <w:rPr>
          <w:b/>
        </w:rPr>
        <w:t xml:space="preserve">[1:27:39] </w:t>
      </w:r>
      <w:r>
        <w:t>hadith ke bare mein jo huqooq shafa'at batate hain, hadith isi tarah authentic hai jis tarah quran authentic</w:t>
      </w:r>
    </w:p>
    <w:p>
      <w:pPr>
        <w:jc w:val="right"/>
      </w:pPr>
      <w:r>
        <w:t>حدیث کے بارے میں جو حقوق شفاعت بتاتے ہیں، حدیث اسی طرح اتھینٹک ہے جس طرح قرآن اتھینٹک</w:t>
      </w:r>
    </w:p>
    <w:p>
      <w:r>
        <w:rPr>
          <w:b/>
        </w:rPr>
        <w:t xml:space="preserve">[1:27:47]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[1:27:48] </w:t>
      </w:r>
      <w:r>
        <w:t>yaad rakhiye, hadith isi tarah authentic hai jis tarah quran authentic hai.</w:t>
      </w:r>
    </w:p>
    <w:p>
      <w:pPr>
        <w:jc w:val="right"/>
      </w:pPr>
      <w:r>
        <w:t>یاد رکھیے، حدیث اسی طرح اتھینٹک ہے جس طرح قرآن اتھینٹک ہے۔</w:t>
      </w:r>
    </w:p>
    <w:p>
      <w:r>
        <w:rPr>
          <w:b/>
        </w:rPr>
        <w:t xml:space="preserve">[1:27:53] </w:t>
      </w:r>
      <w:r>
        <w:t>baqi jo reumor content hai, woh har cheez mein hota hai, is ko hal kar dijiyey, aap is</w:t>
      </w:r>
    </w:p>
    <w:p>
      <w:pPr>
        <w:jc w:val="right"/>
      </w:pPr>
      <w:r>
        <w:t>باقی جو ریومر کنٹینٹ ہے، وہ ہر چیز میں ہوتا ہے، اس کو حل کر دیجئے، آپ اس</w:t>
      </w:r>
    </w:p>
    <w:p>
      <w:r>
        <w:rPr>
          <w:b/>
        </w:rPr>
        <w:t xml:space="preserve">[1:28:01] </w:t>
      </w:r>
      <w:r>
        <w:t>ki pareshani kya hai? aap ko hai? ab jaise ek misaal deta hoon, Maulana Hussain Ahmed Madni thay,</w:t>
      </w:r>
    </w:p>
    <w:p>
      <w:pPr>
        <w:jc w:val="right"/>
      </w:pPr>
      <w:r>
        <w:t>کی پریشانی کیا ہے؟ آپ کو ہے؟ اب جیسے ایک مثال دیتا ہوں، مولانا حسین احمد مدنی تھے،</w:t>
      </w:r>
    </w:p>
    <w:p>
      <w:r>
        <w:rPr>
          <w:b/>
        </w:rPr>
        <w:t xml:space="preserve">[1:28:09] </w:t>
      </w:r>
      <w:r>
        <w:t>woh paan khate thay.</w:t>
      </w:r>
    </w:p>
    <w:p>
      <w:pPr>
        <w:jc w:val="right"/>
      </w:pPr>
      <w:r>
        <w:t>وہ پان کھاتے تھے۔</w:t>
      </w:r>
    </w:p>
    <w:p>
      <w:r>
        <w:rPr>
          <w:b/>
        </w:rPr>
        <w:t xml:space="preserve">[1:28:11] </w:t>
      </w:r>
      <w:r>
        <w:t>Maulana Hussain Ahmed Madni paan khate thay to aise kuch log baithe baithe hue thay ke pehle se</w:t>
      </w:r>
    </w:p>
    <w:p>
      <w:pPr>
        <w:jc w:val="right"/>
      </w:pPr>
      <w:r>
        <w:t>مولانا حسین احمد مدنی پان کھاتے تھے تو ایسے کچھ لوگ بیٹھے بیٹھے ہوئے تھے کہ پہلے سے</w:t>
      </w:r>
    </w:p>
    <w:p>
      <w:r>
        <w:rPr>
          <w:b/>
        </w:rPr>
        <w:t xml:space="preserve">[1:28:18] </w:t>
      </w:r>
      <w:r>
        <w:t>tafrihi tour par unhon ne kaha, tafrihi tour par ke jannat mein log paan khaya karein ge, jannat</w:t>
      </w:r>
    </w:p>
    <w:p>
      <w:pPr>
        <w:jc w:val="right"/>
      </w:pPr>
      <w:r>
        <w:t>تفریحی طور پر انہوں نے کہا، تفریحی طور پر کہ جنت میں لوگ پان کھایا کریں گے، جنت</w:t>
      </w:r>
    </w:p>
    <w:p>
      <w:r>
        <w:rPr>
          <w:b/>
        </w:rPr>
        <w:t xml:space="preserve">[1:28:26] </w:t>
      </w:r>
      <w:r>
        <w:t>mein log paan khaya karein ge.</w:t>
      </w:r>
    </w:p>
    <w:p>
      <w:pPr>
        <w:jc w:val="right"/>
      </w:pPr>
      <w:r>
        <w:t>میں لوگ پان کھایا کریں گے۔</w:t>
      </w:r>
    </w:p>
    <w:p>
      <w:r>
        <w:rPr>
          <w:b/>
        </w:rPr>
        <w:t xml:space="preserve">[1:28:29] </w:t>
      </w:r>
      <w:r>
        <w:t>to kisi ne kaha ke yeh kahan se maloom hai? aap ko is ka rawi kaun hai? to</w:t>
      </w:r>
    </w:p>
    <w:p>
      <w:pPr>
        <w:jc w:val="right"/>
      </w:pPr>
      <w:r>
        <w:t>تو کسی نے کہا کہ یہ کہاں سے معلوم ہے؟ آپ کو اس کا راوی کون ہے؟ تو</w:t>
      </w:r>
    </w:p>
    <w:p>
      <w:r>
        <w:rPr>
          <w:b/>
        </w:rPr>
        <w:t xml:space="preserve">[1:28:36] </w:t>
      </w:r>
      <w:r>
        <w:t>kaha Rawa Muslim.</w:t>
      </w:r>
    </w:p>
    <w:p>
      <w:pPr>
        <w:jc w:val="right"/>
      </w:pPr>
      <w:r>
        <w:t>کہا روا مسلم۔</w:t>
      </w:r>
    </w:p>
    <w:p>
      <w:r>
        <w:rPr>
          <w:b/>
        </w:rPr>
        <w:t xml:space="preserve">[1:28:38] </w:t>
      </w:r>
      <w:r>
        <w:t>ab Rawa Muslim jo in ka to hamare haan kaha jata hai ke Rawa Muslim to matlab hota</w:t>
      </w:r>
    </w:p>
    <w:p>
      <w:pPr>
        <w:jc w:val="right"/>
      </w:pPr>
      <w:r>
        <w:t>اب روا مسلم جو ان کا تو ہمارے ہاں کہا جاتا ہے کہ روا مسلم تو مطلب ہوتا</w:t>
      </w:r>
    </w:p>
    <w:p>
      <w:r>
        <w:rPr>
          <w:b/>
        </w:rPr>
        <w:t xml:space="preserve">[1:28:46] </w:t>
      </w:r>
      <w:r>
        <w:t>hai ke sahih muslim ki riwayat yeh hai, lekin wahan par is mani mein tha ke ek muslim</w:t>
      </w:r>
    </w:p>
    <w:p>
      <w:pPr>
        <w:jc w:val="right"/>
      </w:pPr>
      <w:r>
        <w:t>ہے کہ صحیح مسلم کی روایت یہ ہے، لیکن وہاں پر اس معنی میں تھا کہ ایک مسلم</w:t>
      </w:r>
    </w:p>
    <w:p>
      <w:r>
        <w:rPr>
          <w:b/>
        </w:rPr>
        <w:t xml:space="preserve">[1:28:53] </w:t>
      </w:r>
      <w:r>
        <w:t>ne musalman aisa keh raha hai.</w:t>
      </w:r>
    </w:p>
    <w:p>
      <w:pPr>
        <w:jc w:val="right"/>
      </w:pPr>
      <w:r>
        <w:t>نے مسلمان ایسا کہہ رہا ہے۔</w:t>
      </w:r>
    </w:p>
    <w:p>
      <w:r>
        <w:rPr>
          <w:b/>
        </w:rPr>
        <w:t xml:space="preserve">[1:28:56] </w:t>
      </w:r>
      <w:r>
        <w:t>riwa muslim ka ek matlab yeh hoga ke ek musalman ne aisa kaha, lekin jab hadith mein aata</w:t>
      </w:r>
    </w:p>
    <w:p>
      <w:pPr>
        <w:jc w:val="right"/>
      </w:pPr>
      <w:r>
        <w:t>روا مسلم کا ایک مطلب یہ ہوگا کہ ایک مسلمان نے ایسا کہا، لیکن جب حدیث میں آتا</w:t>
      </w:r>
    </w:p>
    <w:p>
      <w:r>
        <w:rPr>
          <w:b/>
        </w:rPr>
        <w:t xml:space="preserve">[1:29:04] </w:t>
      </w:r>
      <w:r>
        <w:t>hai riwa muslim to matlab hota hai ke sahih muslim mein jo jo is ke rawi jis ka</w:t>
      </w:r>
    </w:p>
    <w:p>
      <w:pPr>
        <w:jc w:val="right"/>
      </w:pPr>
      <w:r>
        <w:t>ہے روا مسلم تو مطلب ہوتا ہے کہ صحیح مسلم میں جو جو اس کے راوی جس کا</w:t>
      </w:r>
    </w:p>
    <w:p>
      <w:r>
        <w:rPr>
          <w:b/>
        </w:rPr>
        <w:t xml:space="preserve">[1:29:11] </w:t>
      </w:r>
      <w:r>
        <w:t>naam muslim tha, un ki baat yeh hai.</w:t>
      </w:r>
    </w:p>
    <w:p>
      <w:pPr>
        <w:jc w:val="right"/>
      </w:pPr>
      <w:r>
        <w:t>نام مسلم تھا، ان کی بات یہ ہے۔</w:t>
      </w:r>
    </w:p>
    <w:p>
      <w:r>
        <w:rPr>
          <w:b/>
        </w:rPr>
        <w:t xml:space="preserve">[1:29:15] </w:t>
      </w:r>
      <w:r>
        <w:t>aise hi log bolte the pehle bhi, ab bhi bolte hain.</w:t>
      </w:r>
    </w:p>
    <w:p>
      <w:pPr>
        <w:jc w:val="right"/>
      </w:pPr>
      <w:r>
        <w:t>ایسے ہی لوگ بولتے تھے پہلے بھی، اب بھی بولتے ہیں۔</w:t>
      </w:r>
    </w:p>
    <w:p>
      <w:r>
        <w:rPr>
          <w:b/>
        </w:rPr>
        <w:t xml:space="preserve">[1:29:19] </w:t>
      </w:r>
      <w:r>
        <w:t>isko aap ne, aap ne is ko aap ne apna hua bana liya.</w:t>
      </w:r>
    </w:p>
    <w:p>
      <w:pPr>
        <w:jc w:val="right"/>
      </w:pPr>
      <w:r>
        <w:t>اس کو آپ نے، آپ نے اس کو آپ نے اپنا ہوا بنا لیا۔</w:t>
      </w:r>
    </w:p>
    <w:p>
      <w:r>
        <w:rPr>
          <w:b/>
        </w:rPr>
        <w:t xml:space="preserve">[1:29:25] </w:t>
      </w:r>
      <w:r>
        <w:t>sirf woh log jo non serious hain, jin ke andar koi is ilmi zouq nahi hai, wahi yeh</w:t>
      </w:r>
    </w:p>
    <w:p>
      <w:pPr>
        <w:jc w:val="right"/>
      </w:pPr>
      <w:r>
        <w:t>صرف وہ لوگ جو نان سیریس ہیں، جن کے اندر کوئی اس علمی ذوق نہیں ہے، وہی یہ</w:t>
      </w:r>
    </w:p>
    <w:p>
      <w:r>
        <w:rPr>
          <w:b/>
        </w:rPr>
        <w:t xml:space="preserve">[1:29:33] </w:t>
      </w:r>
      <w:r>
        <w:t>sab baton mein uljhe rehte hain.</w:t>
      </w:r>
    </w:p>
    <w:p>
      <w:pPr>
        <w:jc w:val="right"/>
      </w:pPr>
      <w:r>
        <w:t>سب باتوں میں الجھے رہتے ہیں۔</w:t>
      </w:r>
    </w:p>
    <w:p>
      <w:r>
        <w:rPr>
          <w:b/>
        </w:rPr>
        <w:t xml:space="preserve">[1:29:36] </w:t>
      </w:r>
      <w:r>
        <w:t>unhon ne koi masla hi nahi hai.</w:t>
      </w:r>
    </w:p>
    <w:p>
      <w:pPr>
        <w:jc w:val="right"/>
      </w:pPr>
      <w:r>
        <w:t>انہوں نے کوئی مسئلہ ہی نہیں ہے۔</w:t>
      </w:r>
    </w:p>
    <w:p>
      <w:r>
        <w:rPr>
          <w:b/>
        </w:rPr>
        <w:t xml:space="preserve">[1:29:39] </w:t>
      </w:r>
      <w:r>
        <w:t>mehnat di jis tarah quran hai, usi tarah hadith hai ilmi aitbar se.</w:t>
      </w:r>
    </w:p>
    <w:p>
      <w:pPr>
        <w:jc w:val="right"/>
      </w:pPr>
      <w:r>
        <w:t>محنت دی جس طرح قرآن ہے، اسی طرح حدیث ہے علمی اعتبار سے۔</w:t>
      </w:r>
    </w:p>
    <w:p>
      <w:r>
        <w:rPr>
          <w:b/>
        </w:rPr>
        <w:t xml:space="preserve">[1:29:44] </w:t>
      </w:r>
      <w:r>
        <w:t>lekin jin logon ko ilmi zouq nahi hai to kya zaroorat hai un ko is baat bohat parhne</w:t>
      </w:r>
    </w:p>
    <w:p>
      <w:pPr>
        <w:jc w:val="right"/>
      </w:pPr>
      <w:r>
        <w:t>لیکن جن لوگوں کو علمی ذوق نہیں ہے تو کیا ضرورت ہے ان کو اس بات بہت پڑھنے</w:t>
      </w:r>
    </w:p>
    <w:p>
      <w:r>
        <w:rPr>
          <w:b/>
        </w:rPr>
        <w:t xml:space="preserve">[1:29:52] </w:t>
      </w:r>
      <w:r>
        <w:t>ki? jin ke andar ilmi zouq nahi hai, jin ka mutala nahi hai, jin ko pata nahi hai</w:t>
      </w:r>
    </w:p>
    <w:p>
      <w:pPr>
        <w:jc w:val="right"/>
      </w:pPr>
      <w:r>
        <w:t>کی؟ جن کے اندر علمی ذوق نہیں ہے، جن کا مطالعہ نہیں ہے، جن کو پتہ نہیں ہے</w:t>
      </w:r>
    </w:p>
    <w:p>
      <w:r>
        <w:rPr>
          <w:b/>
        </w:rPr>
        <w:t xml:space="preserve">[1:30:00] </w:t>
      </w:r>
      <w:r>
        <w:t>ke kya ilm hudood kya hote hain, to un ko is mein parhne ki zaroorat kya hai? aap</w:t>
      </w:r>
    </w:p>
    <w:p>
      <w:pPr>
        <w:jc w:val="right"/>
      </w:pPr>
      <w:r>
        <w:t>کہ کیا علم حدود کیا ہوتے ہیں، تو ان کو اس میں پڑھنے کی ضرورت کیا ہے؟ آپ</w:t>
      </w:r>
    </w:p>
    <w:p>
      <w:r>
        <w:rPr>
          <w:b/>
        </w:rPr>
        <w:t xml:space="preserve">[1:30:07] </w:t>
      </w:r>
      <w:r>
        <w:t>to jo jo ulma hain, unhi mein se kisi aalim ko pakad lijiye aur us ko follow kijiye.</w:t>
      </w:r>
    </w:p>
    <w:p>
      <w:pPr>
        <w:jc w:val="right"/>
      </w:pPr>
      <w:r>
        <w:t>تو جو جو علماء ہیں، انہی میں سے کسی عالم کو پکڑ لیجئے اور اس کو فالو کیجئے۔</w:t>
      </w:r>
    </w:p>
    <w:p>
      <w:r>
        <w:rPr>
          <w:b/>
        </w:rPr>
        <w:t xml:space="preserve">[1:30:15] </w:t>
      </w:r>
      <w:r>
        <w:t>maulana, agla sawal lucknow se hai ajmal hassan sahab ka.</w:t>
      </w:r>
    </w:p>
    <w:p>
      <w:pPr>
        <w:jc w:val="right"/>
      </w:pPr>
      <w:r>
        <w:t>مولانا، اگلا سوال لکھنو سے ہے اجمل حسن صاحب کا۔</w:t>
      </w:r>
    </w:p>
    <w:p>
      <w:r>
        <w:rPr>
          <w:b/>
        </w:rPr>
        <w:t xml:space="preserve">[1:30:19] </w:t>
      </w:r>
      <w:r>
        <w:t>انہوں نے لکھا ہے: "The systematic collection of Ahadith came into existence approximately after two centuries of Prophet,</w:t>
      </w:r>
    </w:p>
    <w:p>
      <w:pPr>
        <w:jc w:val="right"/>
      </w:pPr>
      <w:r>
        <w:t>انہوں نے لکھا ہے: "دا سسٹمیٹک کلیکشن اف احادیث کیم انٹو ایگزسٹنس اپروکسیمیٹلی افٹر ٹو سینچریز اف پرافٹ،</w:t>
      </w:r>
    </w:p>
    <w:p>
      <w:r>
        <w:rPr>
          <w:b/>
        </w:rPr>
        <w:t xml:space="preserve">[1:30:27] </w:t>
      </w:r>
      <w:r>
        <w:t>"accept Muwatta of Imam Malik." Maulana, my question is: Why Sahaba Ikram did not make the arrangement to</w:t>
      </w:r>
    </w:p>
    <w:p>
      <w:pPr>
        <w:jc w:val="right"/>
      </w:pPr>
      <w:r>
        <w:t>ایکسیپٹ معطہ اف امام ملک۔" مولانا، مائی کوئسچن از: وائی صحابہ کرام ڈیڈ ناٹ میک دی ارینجمنٹ ٹو</w:t>
      </w:r>
    </w:p>
    <w:p>
      <w:r>
        <w:rPr>
          <w:b/>
        </w:rPr>
        <w:t xml:space="preserve">[1:30:35] </w:t>
      </w:r>
      <w:r>
        <w:t>preserve Ahadith in the same way as was done for the preservation? یہ بالکل مجھے وحشت ہوتی ہے</w:t>
      </w:r>
    </w:p>
    <w:p>
      <w:pPr>
        <w:jc w:val="right"/>
      </w:pPr>
      <w:r>
        <w:t>پریزرو احادیث ان دا سیم وے ایز واز ڈن فار دی پریزرویشن؟ یہ بالکل مجھے وحشت ہوتی ہے</w:t>
      </w:r>
    </w:p>
    <w:p>
      <w:r>
        <w:rPr>
          <w:b/>
        </w:rPr>
        <w:t xml:space="preserve">[1:30:43] </w:t>
      </w:r>
      <w:r>
        <w:t>is sawalat se.</w:t>
      </w:r>
    </w:p>
    <w:p>
      <w:pPr>
        <w:jc w:val="right"/>
      </w:pPr>
      <w:r>
        <w:t>اس سوالات سے۔</w:t>
      </w:r>
    </w:p>
    <w:p>
      <w:r>
        <w:rPr>
          <w:b/>
        </w:rPr>
        <w:t xml:space="preserve">[1:30:44] </w:t>
      </w:r>
      <w:r>
        <w:t>yeh bilkul un logon ke sawalat hain jin ka koi talluq nahi.</w:t>
      </w:r>
    </w:p>
    <w:p>
      <w:pPr>
        <w:jc w:val="right"/>
      </w:pPr>
      <w:r>
        <w:t>یہ بالکل ان لوگوں کے سوالات ہیں جن کا کوئی تعلق نہیں۔</w:t>
      </w:r>
    </w:p>
    <w:p>
      <w:r>
        <w:rPr>
          <w:b/>
        </w:rPr>
        <w:t xml:space="preserve">[1:30:49] </w:t>
      </w:r>
      <w:r>
        <w:t>is par bohat kuch likha gaya hai, un ko aap parhiye.</w:t>
      </w:r>
    </w:p>
    <w:p>
      <w:pPr>
        <w:jc w:val="right"/>
      </w:pPr>
      <w:r>
        <w:t>اس پر بہت کچھ لکھا گیا ہے، ان کو آپ پڑھیے۔</w:t>
      </w:r>
    </w:p>
    <w:p>
      <w:r>
        <w:rPr>
          <w:b/>
        </w:rPr>
        <w:t xml:space="preserve">[1:30:54] </w:t>
      </w:r>
      <w:r>
        <w:t>doctor hafeezullah ki kitab parhiye aap ke sahaba ke zaman mein bhi likha gaya, ab abu huraira</w:t>
      </w:r>
    </w:p>
    <w:p>
      <w:pPr>
        <w:jc w:val="right"/>
      </w:pPr>
      <w:r>
        <w:t>ڈاکٹر حافظ اللہ کی کتاب پڑھیے آپ کہ صحابہ کے زمانے میں بھی لکھا گیا، اب ابو ہریرہ</w:t>
      </w:r>
    </w:p>
    <w:p>
      <w:r>
        <w:rPr>
          <w:b/>
        </w:rPr>
        <w:t xml:space="preserve">[1:31:02] </w:t>
      </w:r>
      <w:r>
        <w:t>ke zaman mein bhi likha gaya.</w:t>
      </w:r>
    </w:p>
    <w:p>
      <w:pPr>
        <w:jc w:val="right"/>
      </w:pPr>
      <w:r>
        <w:t>کے زمانے میں بھی لکھا گیا۔</w:t>
      </w:r>
    </w:p>
    <w:p>
      <w:r>
        <w:rPr>
          <w:b/>
        </w:rPr>
        <w:t xml:space="preserve">[1:31:04] </w:t>
      </w:r>
      <w:r>
        <w:t>baghair parhe hue log sawalat karte hain.</w:t>
      </w:r>
    </w:p>
    <w:p>
      <w:pPr>
        <w:jc w:val="right"/>
      </w:pPr>
      <w:r>
        <w:t>بغیر پڑھے ہوئے لوگ سوالات کرتے ہیں۔</w:t>
      </w:r>
    </w:p>
    <w:p>
      <w:r>
        <w:rPr>
          <w:b/>
        </w:rPr>
        <w:t xml:space="preserve">[1:31:07] </w:t>
      </w:r>
      <w:r>
        <w:t>doctor hafeezullah jo the, bohat qabil aadmi the.</w:t>
      </w:r>
    </w:p>
    <w:p>
      <w:pPr>
        <w:jc w:val="right"/>
      </w:pPr>
      <w:r>
        <w:t>ڈاکٹر حافظ اللہ جو تھے، بہت قابل آدمی تھے۔</w:t>
      </w:r>
    </w:p>
    <w:p>
      <w:r>
        <w:rPr>
          <w:b/>
        </w:rPr>
        <w:t xml:space="preserve">[1:31:11] </w:t>
      </w:r>
      <w:r>
        <w:t>aap un ki kitab parhiye aur doosron ki kitabein parhiye.</w:t>
      </w:r>
    </w:p>
    <w:p>
      <w:pPr>
        <w:jc w:val="right"/>
      </w:pPr>
      <w:r>
        <w:t>آپ ان کی کتاب پڑھیے اور دوسروں کی کتابیں پڑھیے۔</w:t>
      </w:r>
    </w:p>
    <w:p>
      <w:r>
        <w:rPr>
          <w:b/>
        </w:rPr>
        <w:t xml:space="preserve">[1:31:15] </w:t>
      </w:r>
      <w:r>
        <w:t>baghair parhe hue sawalat kyun karte hain? yeh bilkul galat hai yeh kehna ke rasool Allah ke zaman</w:t>
      </w:r>
    </w:p>
    <w:p>
      <w:pPr>
        <w:jc w:val="right"/>
      </w:pPr>
      <w:r>
        <w:t>بغیر پڑھے ہوئے سوالات کیوں کرتے ہیں؟ یہ بالکل غلط ہے یہ کہنا کہ رسول اللہ کے زمانے</w:t>
      </w:r>
    </w:p>
    <w:p>
      <w:r>
        <w:rPr>
          <w:b/>
        </w:rPr>
        <w:t xml:space="preserve">[1:31:23] </w:t>
      </w:r>
      <w:r>
        <w:t>mein kitab hadithain likhi gayi nahin gayi theen.</w:t>
      </w:r>
    </w:p>
    <w:p>
      <w:pPr>
        <w:jc w:val="right"/>
      </w:pPr>
      <w:r>
        <w:t>میں کتاب حدیثیں لکھی گئی نہیں گئی تھیں۔</w:t>
      </w:r>
    </w:p>
    <w:p>
      <w:r>
        <w:rPr>
          <w:b/>
        </w:rPr>
        <w:t xml:space="preserve">[1:31:26] </w:t>
      </w:r>
      <w:r>
        <w:t>rasool Allah ke zamanay mein likhi gayi hain, sahaba ke zamanay mein likhi gayi hain, tabayeen ke zamanay</w:t>
      </w:r>
    </w:p>
    <w:p>
      <w:pPr>
        <w:jc w:val="right"/>
      </w:pPr>
      <w:r>
        <w:t>رسول اللہ کے زمانے میں لکھی گئی ہیں، صحابہ کے زمانے میں لکھی گئی ہیں، تابعین کے زمانے</w:t>
      </w:r>
    </w:p>
    <w:p>
      <w:r>
        <w:rPr>
          <w:b/>
        </w:rPr>
        <w:t xml:space="preserve">[1:31:34] </w:t>
      </w:r>
      <w:r>
        <w:t>mein likhi gayi hain.</w:t>
      </w:r>
    </w:p>
    <w:p>
      <w:pPr>
        <w:jc w:val="right"/>
      </w:pPr>
      <w:r>
        <w:t>میں لکھی گئی ہیں۔</w:t>
      </w:r>
    </w:p>
    <w:p>
      <w:r>
        <w:rPr>
          <w:b/>
        </w:rPr>
        <w:t xml:space="preserve">[1:31:36] </w:t>
      </w:r>
      <w:r>
        <w:t>aap in kitabon ko parhiye ya jo idhar udhar kitabein logon ne chhaap rakhi hain, shafa'at daalne walay</w:t>
      </w:r>
    </w:p>
    <w:p>
      <w:pPr>
        <w:jc w:val="right"/>
      </w:pPr>
      <w:r>
        <w:t>آپ ان کتابوں کو پڑھیے یا جو ادھر ادھر کتابیں لوگوں نے چھاپ رکھی ہیں، شفاعت ڈالنے والے</w:t>
      </w:r>
    </w:p>
    <w:p>
      <w:r>
        <w:rPr>
          <w:b/>
        </w:rPr>
        <w:t xml:space="preserve">[1:31:44] </w:t>
      </w:r>
      <w:r>
        <w:t>logon ki kitabein shayad parhte hain.</w:t>
      </w:r>
    </w:p>
    <w:p>
      <w:pPr>
        <w:jc w:val="right"/>
      </w:pPr>
      <w:r>
        <w:t>لوگوں کی کتابیں شاید پڑھتے ہیں۔</w:t>
      </w:r>
    </w:p>
    <w:p>
      <w:r>
        <w:rPr>
          <w:b/>
        </w:rPr>
        <w:t xml:space="preserve">[1:31:46] </w:t>
      </w:r>
      <w:r>
        <w:t>aap in ki kitabein parhiye jo jo is par jin par tehqeeq kiya ho, jaise doctor Hafiz Ullah,</w:t>
      </w:r>
    </w:p>
    <w:p>
      <w:pPr>
        <w:jc w:val="right"/>
      </w:pPr>
      <w:r>
        <w:t>آپ ان کی کتابیں پڑھیے جو جو اس پر جن پر تحقیق کیا ہو، جیسے ڈاکٹر حافظ اللہ،</w:t>
      </w:r>
    </w:p>
    <w:p>
      <w:r>
        <w:rPr>
          <w:b/>
        </w:rPr>
        <w:t xml:space="preserve">[1:31:54] </w:t>
      </w:r>
      <w:r>
        <w:t>unki kitab parhiye aap.</w:t>
      </w:r>
    </w:p>
    <w:p>
      <w:pPr>
        <w:jc w:val="right"/>
      </w:pPr>
      <w:r>
        <w:t>ان کی کتاب پڑھیے آپ۔</w:t>
      </w:r>
    </w:p>
    <w:p>
      <w:r>
        <w:rPr>
          <w:b/>
        </w:rPr>
        <w:t xml:space="preserve">[1:31:56] </w:t>
      </w:r>
      <w:r>
        <w:t>Maulana, agla sawal Ramish Siddiqui sahib ka hai Dilli se.</w:t>
      </w:r>
    </w:p>
    <w:p>
      <w:pPr>
        <w:jc w:val="right"/>
      </w:pPr>
      <w:r>
        <w:t>مولانا، اگلا سوال رامش صدیقی صاحب کا ہے دلی سے۔</w:t>
      </w:r>
    </w:p>
    <w:p>
      <w:r>
        <w:rPr>
          <w:b/>
        </w:rPr>
        <w:t xml:space="preserve">[1:32:00] </w:t>
      </w:r>
      <w:r>
        <w:t>انہوں نے لکھا ہے: "In chapter 41, verse number 30 of Quran, it is mentioned as for those</w:t>
      </w:r>
    </w:p>
    <w:p>
      <w:pPr>
        <w:jc w:val="right"/>
      </w:pPr>
      <w:r>
        <w:t>انہوں نے لکھا ہے: "ان چیپٹر 41، ورس نمبر 30 اف قرآن، اٹ از مینشنڈ ایز فار دوز</w:t>
      </w:r>
    </w:p>
    <w:p>
      <w:r>
        <w:rPr>
          <w:b/>
        </w:rPr>
        <w:t xml:space="preserve">[1:32:08] </w:t>
      </w:r>
      <w:r>
        <w:t>who affirm: 'Our Lord is God' and then remain steadfast.</w:t>
      </w:r>
    </w:p>
    <w:p>
      <w:pPr>
        <w:jc w:val="right"/>
      </w:pPr>
      <w:r>
        <w:t>ہو افرم: 'ار لارڈ از گاڈ' اینڈ دین ریمین سٹیٹ فاسٹ۔</w:t>
      </w:r>
    </w:p>
    <w:p>
      <w:r>
        <w:rPr>
          <w:b/>
        </w:rPr>
        <w:t xml:space="preserve">[1:32:13] </w:t>
      </w:r>
      <w:r>
        <w:t>The angels will descend on them, saying: 'Have no fear and do not grieve'.</w:t>
      </w:r>
    </w:p>
    <w:p>
      <w:pPr>
        <w:jc w:val="right"/>
      </w:pPr>
      <w:r>
        <w:t>دی اینجلز ول ڈیسینڈ ان دیم، سینگ: 'ہیو نو فیئر اینڈ ڈو ناٹ گریو'۔</w:t>
      </w:r>
    </w:p>
    <w:p>
      <w:r>
        <w:rPr>
          <w:b/>
        </w:rPr>
        <w:t xml:space="preserve">[1:32:19] </w:t>
      </w:r>
      <w:r>
        <w:t>Maulana, please explain fear and grief in this verse.</w:t>
      </w:r>
    </w:p>
    <w:p>
      <w:pPr>
        <w:jc w:val="right"/>
      </w:pPr>
      <w:r>
        <w:t>مولانا، پلیز ایکسپلین فیئر اینڈ گریو ان دس ورس۔</w:t>
      </w:r>
    </w:p>
    <w:p>
      <w:r>
        <w:rPr>
          <w:b/>
        </w:rPr>
        <w:t xml:space="preserve">[1:32:23] </w:t>
      </w:r>
      <w:r>
        <w:t>Hmm, yeh Quran mein ayat hai ke: "Innal lazina qalu Rabbun Allah tummastakhifuna tatanaazalu alam malaikatu Allah takhaf</w:t>
      </w:r>
    </w:p>
    <w:p>
      <w:pPr>
        <w:jc w:val="right"/>
      </w:pPr>
      <w:r>
        <w:t>ہمم، یہ قرآن میں آیت ہے کہ: "ان الذین قالوا ربنا اللہ تمستخافون تتنازل عالم ملائکہ اللہ تخاف</w:t>
      </w:r>
    </w:p>
    <w:p>
      <w:r>
        <w:rPr>
          <w:b/>
        </w:rPr>
        <w:t xml:space="preserve">[1:32:30] </w:t>
      </w:r>
      <w:r>
        <w:t>wala tahzan".</w:t>
      </w:r>
    </w:p>
    <w:p>
      <w:pPr>
        <w:jc w:val="right"/>
      </w:pPr>
      <w:r>
        <w:t>ولا تہزن"۔</w:t>
      </w:r>
    </w:p>
    <w:p>
      <w:r>
        <w:rPr>
          <w:b/>
        </w:rPr>
        <w:t xml:space="preserve">[1:32:32] </w:t>
      </w:r>
      <w:r>
        <w:t>to is par ghor karte hue yeh baat samajh aati hai ke iman laane ke baad jab aadmi</w:t>
      </w:r>
    </w:p>
    <w:p>
      <w:pPr>
        <w:jc w:val="right"/>
      </w:pPr>
      <w:r>
        <w:t>تو اس پر غور کرتے ہوئے یہ بات سمجھ آتی ہے کہ ایمان لانے کے بعد جب آدمی</w:t>
      </w:r>
    </w:p>
    <w:p>
      <w:r>
        <w:rPr>
          <w:b/>
        </w:rPr>
        <w:t xml:space="preserve">[1:32:40] </w:t>
      </w:r>
      <w:r>
        <w:t>isko mission banata hai, ek hai ke aap iman laayein aur namaz padhein to khauf is mein</w:t>
      </w:r>
    </w:p>
    <w:p>
      <w:pPr>
        <w:jc w:val="right"/>
      </w:pPr>
      <w:r>
        <w:t>اس کو مشن بناتا ہے، ایک ہے کہ آپ ایمان لائیں اور نماز پڑھیں تو خوف اس میں</w:t>
      </w:r>
    </w:p>
    <w:p>
      <w:r>
        <w:rPr>
          <w:b/>
        </w:rPr>
        <w:t xml:space="preserve">[1:32:47] </w:t>
      </w:r>
      <w:r>
        <w:t>khauf ki koi baat hi nahin hogi.</w:t>
      </w:r>
    </w:p>
    <w:p>
      <w:pPr>
        <w:jc w:val="right"/>
      </w:pPr>
      <w:r>
        <w:t>خوف کی کوئی بات ہی نہیں ہوگی۔</w:t>
      </w:r>
    </w:p>
    <w:p>
      <w:r>
        <w:rPr>
          <w:b/>
        </w:rPr>
        <w:t xml:space="preserve">[1:32:50] </w:t>
      </w:r>
      <w:r>
        <w:t>yeh farishtay aa kar kehte hain ke: "Daro mat, hum tumhare saath hain".</w:t>
      </w:r>
    </w:p>
    <w:p>
      <w:pPr>
        <w:jc w:val="right"/>
      </w:pPr>
      <w:r>
        <w:t>یہ فرشتے آ کر کہتے ہیں کہ: "ڈرو مت، ہم تمہارے ساتھ ہیں"۔</w:t>
      </w:r>
    </w:p>
    <w:p>
      <w:r>
        <w:rPr>
          <w:b/>
        </w:rPr>
        <w:t xml:space="preserve">[1:32:56] </w:t>
      </w:r>
      <w:r>
        <w:t>to kab kahenge? Agar aap iman laaye aur namaz padh rahe hain aur apne kaam mein lage</w:t>
      </w:r>
    </w:p>
    <w:p>
      <w:pPr>
        <w:jc w:val="right"/>
      </w:pPr>
      <w:r>
        <w:t>تو کب کہیں گے؟ اگر آپ ایمان لائے اور نماز پڑھ رہے ہیں اور اپنے کام میں لگے</w:t>
      </w:r>
    </w:p>
    <w:p>
      <w:r>
        <w:rPr>
          <w:b/>
        </w:rPr>
        <w:t xml:space="preserve">[1:33:04] </w:t>
      </w:r>
      <w:r>
        <w:t>hue hain to is mein khauf ki baat to koi hai nahin.</w:t>
      </w:r>
    </w:p>
    <w:p>
      <w:pPr>
        <w:jc w:val="right"/>
      </w:pPr>
      <w:r>
        <w:t>ہوئے ہیں تو اس میں خوف کی بات تو کوئی ہے نہیں۔</w:t>
      </w:r>
    </w:p>
    <w:p>
      <w:r>
        <w:rPr>
          <w:b/>
        </w:rPr>
        <w:t xml:space="preserve">[1:33:09] </w:t>
      </w:r>
      <w:r>
        <w:t>khauf ki baat yeh hai ke jab aap iman ko Islam ka mission banayein to log jaana padta</w:t>
      </w:r>
    </w:p>
    <w:p>
      <w:pPr>
        <w:jc w:val="right"/>
      </w:pPr>
      <w:r>
        <w:t>خوف کی بات یہ ہے کہ جب آپ ایمان کو اسلام کا مشن بنائیں تو لوگ جانا پڑتا</w:t>
      </w:r>
    </w:p>
    <w:p>
      <w:r>
        <w:rPr>
          <w:b/>
        </w:rPr>
        <w:t xml:space="preserve">[1:33:16] </w:t>
      </w:r>
      <w:r>
        <w:t>hai aap ko doosron ke darmiyan.</w:t>
      </w:r>
    </w:p>
    <w:p>
      <w:pPr>
        <w:jc w:val="right"/>
      </w:pPr>
      <w:r>
        <w:t>ہے آپ کو دوسروں کے درمیان۔</w:t>
      </w:r>
    </w:p>
    <w:p>
      <w:r>
        <w:rPr>
          <w:b/>
        </w:rPr>
        <w:t xml:space="preserve">[1:33:19] </w:t>
      </w:r>
      <w:r>
        <w:t>wahan koi police khadi hui hai, wahan koi mukhalif khada hua hai, wahan koi tarah tarah ke is</w:t>
      </w:r>
    </w:p>
    <w:p>
      <w:pPr>
        <w:jc w:val="right"/>
      </w:pPr>
      <w:r>
        <w:t>وہاں کوئی پولیس کھڑی ہوئی ہے، وہاں کوئی مخالف کھڑا ہوا ہے، وہاں کوئی طرح طرح کے اس</w:t>
      </w:r>
    </w:p>
    <w:p>
      <w:r>
        <w:rPr>
          <w:b/>
        </w:rPr>
        <w:t xml:space="preserve">[1:33:27] </w:t>
      </w:r>
      <w:r>
        <w:t>mein masail paida hote hain.</w:t>
      </w:r>
    </w:p>
    <w:p>
      <w:pPr>
        <w:jc w:val="right"/>
      </w:pPr>
      <w:r>
        <w:t>میں مسائل پیدا ہوتے ہیں۔</w:t>
      </w:r>
    </w:p>
    <w:p>
      <w:r>
        <w:rPr>
          <w:b/>
        </w:rPr>
        <w:t xml:space="preserve">[1:33:29] </w:t>
      </w:r>
      <w:r>
        <w:t>koi kehta hai ke: "Hum yeh karenge, koi kehta hai woh karenge".</w:t>
      </w:r>
    </w:p>
    <w:p>
      <w:pPr>
        <w:jc w:val="right"/>
      </w:pPr>
      <w:r>
        <w:t>کوئی کہتا ہے کہ: "ہم یہ کریں گے، کوئی کہتا ہے وہ کریں گے"۔</w:t>
      </w:r>
    </w:p>
    <w:p>
      <w:r>
        <w:rPr>
          <w:b/>
        </w:rPr>
        <w:t xml:space="preserve">[1:33:35] </w:t>
      </w:r>
      <w:r>
        <w:t>woh woh hai khauf ke mawaqe.</w:t>
      </w:r>
    </w:p>
    <w:p>
      <w:pPr>
        <w:jc w:val="right"/>
      </w:pPr>
      <w:r>
        <w:t>وہ وہ ہے خوف کے مواقع۔</w:t>
      </w:r>
    </w:p>
    <w:p>
      <w:r>
        <w:rPr>
          <w:b/>
        </w:rPr>
        <w:t xml:space="preserve">[1:33:37] </w:t>
      </w:r>
      <w:r>
        <w:t>to wahan par farishtay aap ka saath dete hain.</w:t>
      </w:r>
    </w:p>
    <w:p>
      <w:pPr>
        <w:jc w:val="right"/>
      </w:pPr>
      <w:r>
        <w:t>تو وہاں پر فرشتے آپ کا ساتھ دیتے ہیں۔</w:t>
      </w:r>
    </w:p>
    <w:p>
      <w:r>
        <w:rPr>
          <w:b/>
        </w:rPr>
        <w:t xml:space="preserve">[1:33:41] </w:t>
      </w:r>
      <w:r>
        <w:t>aur hamare jo log distribution kar rahe hain, un se poochhiye aap ke kis tarah se ghareeb tor</w:t>
      </w:r>
    </w:p>
    <w:p>
      <w:pPr>
        <w:jc w:val="right"/>
      </w:pPr>
      <w:r>
        <w:t>اور ہمارے جو لوگ ڈسٹریبیوشن کر رہے ہیں، ان سے پوچھیے آپ کہ کس طرح سے غریب طور</w:t>
      </w:r>
    </w:p>
    <w:p>
      <w:r>
        <w:rPr>
          <w:b/>
        </w:rPr>
        <w:t xml:space="preserve">[1:33:49] </w:t>
      </w:r>
      <w:r>
        <w:t>par un ke kaam bante rehte hain.</w:t>
      </w:r>
    </w:p>
    <w:p>
      <w:pPr>
        <w:jc w:val="right"/>
      </w:pPr>
      <w:r>
        <w:t>پر ان کے کام بنتے رہتے ہیں۔</w:t>
      </w:r>
    </w:p>
    <w:p>
      <w:r>
        <w:rPr>
          <w:b/>
        </w:rPr>
        <w:t xml:space="preserve">[1:33:52] </w:t>
      </w:r>
      <w:r>
        <w:t>misal ke taur par ek ek bahut bada function tha, main sathiyon ne bataya ke wahan wo gaye,</w:t>
      </w:r>
    </w:p>
    <w:p>
      <w:pPr>
        <w:jc w:val="right"/>
      </w:pPr>
      <w:r>
        <w:t>مثال کے طور پر ایک ایک بہت بڑا فنکشن تھا، میں ساتھیوں نے بتایا کہ وہاں وہ گئے،</w:t>
      </w:r>
    </w:p>
    <w:p>
      <w:r>
        <w:rPr>
          <w:b/>
        </w:rPr>
        <w:t xml:space="preserve">[1:34:00] </w:t>
      </w:r>
      <w:r>
        <w:t>wahan police bahut thi aur aur wahan par yeh qanoon tha ke koi yahan distribute nahi kar sakta.</w:t>
      </w:r>
    </w:p>
    <w:p>
      <w:pPr>
        <w:jc w:val="right"/>
      </w:pPr>
      <w:r>
        <w:t>وہاں پولیس بہت تھی اور اور وہاں پر یہ قانون تھا کہ کوئی یہاں ڈسٹریبیوٹ نہیں کر سکتا۔</w:t>
      </w:r>
    </w:p>
    <w:p>
      <w:r>
        <w:rPr>
          <w:b/>
        </w:rPr>
        <w:t xml:space="preserve">[1:34:07] </w:t>
      </w:r>
      <w:r>
        <w:t>to aapas mein unhon ne mashwara kiya ke: "phir yahan to yeh qanoon hai ke distribute nahi kar</w:t>
      </w:r>
    </w:p>
    <w:p>
      <w:pPr>
        <w:jc w:val="right"/>
      </w:pPr>
      <w:r>
        <w:t>تو آپس میں انہوں نے مشورہ کیا کہ: "پھر یہاں تو یہ قانون ہے کہ ڈسٹریبیوٹ نہیں کر</w:t>
      </w:r>
    </w:p>
    <w:p>
      <w:r>
        <w:rPr>
          <w:b/>
        </w:rPr>
        <w:t xml:space="preserve">[1:34:15] </w:t>
      </w:r>
      <w:r>
        <w:t>sakte, police wale pakad lenge hum ko".</w:t>
      </w:r>
    </w:p>
    <w:p>
      <w:pPr>
        <w:jc w:val="right"/>
      </w:pPr>
      <w:r>
        <w:t>سکتے، پولیس والے پکڑ لیں گے ہم کو"۔</w:t>
      </w:r>
    </w:p>
    <w:p>
      <w:r>
        <w:rPr>
          <w:b/>
        </w:rPr>
        <w:t xml:space="preserve">[1:34:19] </w:t>
      </w:r>
      <w:r>
        <w:t>to unhon ne kaha: "khush rahen, dua karo, dua karo, ghus jao".</w:t>
      </w:r>
    </w:p>
    <w:p>
      <w:pPr>
        <w:jc w:val="right"/>
      </w:pPr>
      <w:r>
        <w:t>تو انہوں نے کہا: "خوش رہیں، دعا کرو، دعا کرو، گھس جاؤ"۔</w:t>
      </w:r>
    </w:p>
    <w:p>
      <w:r>
        <w:rPr>
          <w:b/>
        </w:rPr>
        <w:t xml:space="preserve">[1:34:24] </w:t>
      </w:r>
      <w:r>
        <w:t>aur waqea to aise hi hua, dua kiya aur ghus gaye to wahan par police wale ne poocha</w:t>
      </w:r>
    </w:p>
    <w:p>
      <w:pPr>
        <w:jc w:val="right"/>
      </w:pPr>
      <w:r>
        <w:t>اور واقعہ تو ایسے ہی ہوا، دعا کیا اور گھس گئے تو وہاں پر پولیس والے نے پوچھا</w:t>
      </w:r>
    </w:p>
    <w:p>
      <w:r>
        <w:rPr>
          <w:b/>
        </w:rPr>
        <w:t xml:space="preserve">[1:34:31] </w:t>
      </w:r>
      <w:r>
        <w:t>bhi nahi aur khoob distribute karte rahe wo.</w:t>
      </w:r>
    </w:p>
    <w:p>
      <w:pPr>
        <w:jc w:val="right"/>
      </w:pPr>
      <w:r>
        <w:t>بھی نہیں اور خوب ڈسٹریبیوٹ کرتے رہے وہ۔</w:t>
      </w:r>
    </w:p>
    <w:p>
      <w:r>
        <w:rPr>
          <w:b/>
        </w:rPr>
        <w:t xml:space="preserve">[1:34:35] </w:t>
      </w:r>
      <w:r>
        <w:t>to wahi to hai ke jab aap apne iman ko mission banayenge, tab logon ke darmiyan dakhil</w:t>
      </w:r>
    </w:p>
    <w:p>
      <w:pPr>
        <w:jc w:val="right"/>
      </w:pPr>
      <w:r>
        <w:t>تو وہی تو ہے کہ جب آپ اپنے ایمان کو مشن بنائیں گے، تب لوگوں کے درمیان داخل</w:t>
      </w:r>
    </w:p>
    <w:p>
      <w:r>
        <w:rPr>
          <w:b/>
        </w:rPr>
        <w:t xml:space="preserve">[1:34:43] </w:t>
      </w:r>
      <w:r>
        <w:t>hona padega aap ko.</w:t>
      </w:r>
    </w:p>
    <w:p>
      <w:pPr>
        <w:jc w:val="right"/>
      </w:pPr>
      <w:r>
        <w:t>ہونا پڑے گا آپ کو۔</w:t>
      </w:r>
    </w:p>
    <w:p>
      <w:r>
        <w:rPr>
          <w:b/>
        </w:rPr>
        <w:t xml:space="preserve">[1:34:45] </w:t>
      </w:r>
      <w:r>
        <w:t>jab jab dakhil honge logon ke darmiyan to tarah tarah ki mukhalifaten hongi, tarah tarah ke</w:t>
      </w:r>
    </w:p>
    <w:p>
      <w:pPr>
        <w:jc w:val="right"/>
      </w:pPr>
      <w:r>
        <w:t>جب جب داخل ہوں گے لوگوں کے درمیان تو طرح طرح کی مخالفتیں ہوں گی، طرح طرح کے</w:t>
      </w:r>
    </w:p>
    <w:p>
      <w:r>
        <w:rPr>
          <w:b/>
        </w:rPr>
        <w:t xml:space="preserve">[1:34:52] </w:t>
      </w:r>
      <w:r>
        <w:t>masail paida honge.</w:t>
      </w:r>
    </w:p>
    <w:p>
      <w:pPr>
        <w:jc w:val="right"/>
      </w:pPr>
      <w:r>
        <w:t>مسائل پیدا ہوں گے۔</w:t>
      </w:r>
    </w:p>
    <w:p>
      <w:r>
        <w:rPr>
          <w:b/>
        </w:rPr>
        <w:t xml:space="preserve">[1:34:54] </w:t>
      </w:r>
      <w:r>
        <w:t>wahan par agar aap sach sachay, aap ka iman sacha iman hai, aap ka Allah par bharosa hai,</w:t>
      </w:r>
    </w:p>
    <w:p>
      <w:pPr>
        <w:jc w:val="right"/>
      </w:pPr>
      <w:r>
        <w:t>وہاں پر اگر آپ سچ سچے، آپ کا ایمان سچا ایمان ہے، آپ کا اللہ پر بھروسہ ہے،</w:t>
      </w:r>
    </w:p>
    <w:p>
      <w:r>
        <w:rPr>
          <w:b/>
        </w:rPr>
        <w:t xml:space="preserve">[1:35:02] </w:t>
      </w:r>
      <w:r>
        <w:t>aap dua kar rahe hain, Allah ko yaad kar rahe hain to farishte utrenge aur aap ke</w:t>
      </w:r>
    </w:p>
    <w:p>
      <w:pPr>
        <w:jc w:val="right"/>
      </w:pPr>
      <w:r>
        <w:t>آپ دعا کر رہے ہیں، اللہ کو یاد کر رہے ہیں تو فرشتے اتریں گے اور آپ کے</w:t>
      </w:r>
    </w:p>
    <w:p>
      <w:r>
        <w:rPr>
          <w:b/>
        </w:rPr>
        <w:t xml:space="preserve">[1:35:10] </w:t>
      </w:r>
      <w:r>
        <w:t>masle ko hal kar denge.</w:t>
      </w:r>
    </w:p>
    <w:p>
      <w:pPr>
        <w:jc w:val="right"/>
      </w:pPr>
      <w:r>
        <w:t>مسئلے کو حل کر دیں گے۔</w:t>
      </w:r>
    </w:p>
    <w:p>
      <w:r>
        <w:rPr>
          <w:b/>
        </w:rPr>
        <w:t xml:space="preserve">[1:35:12] </w:t>
      </w:r>
      <w:r>
        <w:t>to main samajhta hoon ke yeh ayat jo hai bahut badi ayat hai in in logon ke liye</w:t>
      </w:r>
    </w:p>
    <w:p>
      <w:pPr>
        <w:jc w:val="right"/>
      </w:pPr>
      <w:r>
        <w:t>تو میں سمجھتا ہوں کہ یہ آیت جو ہے بہت بڑی آیت ہے ان ان لوگوں کے لیے</w:t>
      </w:r>
    </w:p>
    <w:p>
      <w:r>
        <w:rPr>
          <w:b/>
        </w:rPr>
        <w:t xml:space="preserve">[1:35:20] </w:t>
      </w:r>
      <w:r>
        <w:t>jo ba taur mission ke Islam ko ikhtiyar karte hain ke ke baghair yani yani koi khauf karne ki</w:t>
      </w:r>
    </w:p>
    <w:p>
      <w:pPr>
        <w:jc w:val="right"/>
      </w:pPr>
      <w:r>
        <w:t>جو بطور مشن کے اسلام کو اختیار کرتے ہیں کہ کہ بغیر یعنی یعنی کوئی خوف کرنے کی</w:t>
      </w:r>
    </w:p>
    <w:p>
      <w:r>
        <w:rPr>
          <w:b/>
        </w:rPr>
        <w:t xml:space="preserve">[1:35:28] </w:t>
      </w:r>
      <w:r>
        <w:t>zarurat nahi hai.</w:t>
      </w:r>
    </w:p>
    <w:p>
      <w:pPr>
        <w:jc w:val="right"/>
      </w:pPr>
      <w:r>
        <w:t>ضرورت نہیں ہے۔</w:t>
      </w:r>
    </w:p>
    <w:p>
      <w:r>
        <w:rPr>
          <w:b/>
        </w:rPr>
        <w:t xml:space="preserve">[1:35:29] </w:t>
      </w:r>
      <w:r>
        <w:t>har mauqe par jao aur peaceful raho, tum khud peaceful raho, apni taraf se koi muqawamat</w:t>
      </w:r>
    </w:p>
    <w:p>
      <w:pPr>
        <w:jc w:val="right"/>
      </w:pPr>
      <w:r>
        <w:t>ہر موقع پر جاؤ اور پیس فل رہو، تم خود پیس فل رہو، اپنی طرف سے کوئی مقاومت</w:t>
      </w:r>
    </w:p>
    <w:p>
      <w:r>
        <w:rPr>
          <w:b/>
        </w:rPr>
        <w:t xml:space="preserve">[1:35:37] </w:t>
      </w:r>
      <w:r>
        <w:t>do, bas tum khud peaceful raho to sare kaam wahan par aa kar eagle kar denge.</w:t>
      </w:r>
    </w:p>
    <w:p>
      <w:pPr>
        <w:jc w:val="right"/>
      </w:pPr>
      <w:r>
        <w:t>دو، بس تم خود پیس فل رہو تو سارے کام وہاں پر آ کر ایجل کر دیں گے۔</w:t>
      </w:r>
    </w:p>
    <w:p>
      <w:r>
        <w:rPr>
          <w:b/>
        </w:rPr>
        <w:t xml:space="preserve">[1:35:44] </w:t>
      </w:r>
      <w:r>
        <w:t>yeh is ayat bhi ek bahut badi good tiling hai, bahut badi basharat hai.</w:t>
      </w:r>
    </w:p>
    <w:p>
      <w:pPr>
        <w:jc w:val="right"/>
      </w:pPr>
      <w:r>
        <w:t>یہ اس آیت بھی ایک بہت بڑی گڈ ٹائلنگ ہے، بہت بڑی بشارت ہے۔</w:t>
      </w:r>
    </w:p>
    <w:p>
      <w:r>
        <w:rPr>
          <w:b/>
        </w:rPr>
        <w:t xml:space="preserve">[1:35:50] </w:t>
      </w:r>
      <w:r>
        <w:t>maulana, agla sawal Delhi se kiya hai doctor zaheer abbas mir sahib ne.</w:t>
      </w:r>
    </w:p>
    <w:p>
      <w:pPr>
        <w:jc w:val="right"/>
      </w:pPr>
      <w:r>
        <w:t>مولانا، اگلا سوال دلی سے کیا ہے ڈاکٹر ظہیر عباس میر صاحب نے۔</w:t>
      </w:r>
    </w:p>
    <w:p>
      <w:r>
        <w:rPr>
          <w:b/>
        </w:rPr>
        <w:t xml:space="preserve">[1:35:56] </w:t>
      </w:r>
      <w:r>
        <w:t>unhon ne ek hadith ka hawala diya hai jo is tarah hai: "in amal aamal niyat".</w:t>
      </w:r>
    </w:p>
    <w:p>
      <w:pPr>
        <w:jc w:val="right"/>
      </w:pPr>
      <w:r>
        <w:t>انہوں نے ایک حدیث کا حوالہ دیا ہے جو اس طرح ہے: "ان عمل اعمال بنیات"۔</w:t>
      </w:r>
    </w:p>
    <w:p>
      <w:r>
        <w:rPr>
          <w:b/>
        </w:rPr>
        <w:t xml:space="preserve">[1:36:03] </w:t>
      </w:r>
      <w:r>
        <w:t>unhon ne likha hai ke namaz ko meaning se parhna pehla level hai aur wo aap se janna</w:t>
      </w:r>
    </w:p>
    <w:p>
      <w:pPr>
        <w:jc w:val="right"/>
      </w:pPr>
      <w:r>
        <w:t>انہوں نے لکھا ہے کہ نماز کو میننگ سے پڑھنا پہلا لیول ہے اور وہ آپ سے جاننا</w:t>
      </w:r>
    </w:p>
    <w:p>
      <w:r>
        <w:rPr>
          <w:b/>
        </w:rPr>
        <w:t xml:space="preserve">[1:36:11] </w:t>
      </w:r>
      <w:r>
        <w:t>chahte hain ke namaz ko tadabbur ke sath parhne se kya murad hai, is ke baray mein batayen.</w:t>
      </w:r>
    </w:p>
    <w:p>
      <w:pPr>
        <w:jc w:val="right"/>
      </w:pPr>
      <w:r>
        <w:t>چاہتے ہیں کہ نماز کو تدبر کے ساتھ پڑھنے سے کیا مراد ہے، اس کے بارے میں بتائیں۔</w:t>
      </w:r>
    </w:p>
    <w:p>
      <w:r>
        <w:rPr>
          <w:b/>
        </w:rPr>
        <w:t xml:space="preserve">[1:36:18] </w:t>
      </w:r>
      <w:r>
        <w:t>bhai, is par hamari sab kitaben hain, aap parhiye.</w:t>
      </w:r>
    </w:p>
    <w:p>
      <w:pPr>
        <w:jc w:val="right"/>
      </w:pPr>
      <w:r>
        <w:t>بھائی، اس پر ہماری سب کتابیں ہیں، آپ پڑھیے۔</w:t>
      </w:r>
    </w:p>
    <w:p>
      <w:r>
        <w:rPr>
          <w:b/>
        </w:rPr>
        <w:t xml:space="preserve">[1:36:22] </w:t>
      </w:r>
      <w:r>
        <w:t>yahi sab baatein to kitabon mein hoti hain.</w:t>
      </w:r>
    </w:p>
    <w:p>
      <w:pPr>
        <w:jc w:val="right"/>
      </w:pPr>
      <w:r>
        <w:t>یہی سب باتیں تو کتابوں میں ہوتی ہیں۔</w:t>
      </w:r>
    </w:p>
    <w:p>
      <w:r>
        <w:rPr>
          <w:b/>
        </w:rPr>
        <w:t xml:space="preserve">[1:36:26] </w:t>
      </w:r>
      <w:r>
        <w:t>aap ek kitab hamari hai, is ka naam hai "kitab marifat".</w:t>
      </w:r>
    </w:p>
    <w:p>
      <w:pPr>
        <w:jc w:val="right"/>
      </w:pPr>
      <w:r>
        <w:t>آپ ایک کتاب ہماری ہے، اس کا نام ہے "کتاب معرفت"۔</w:t>
      </w:r>
    </w:p>
    <w:p>
      <w:r>
        <w:rPr>
          <w:b/>
        </w:rPr>
        <w:t xml:space="preserve">[1:36:30] </w:t>
      </w:r>
      <w:r>
        <w:t>is ko aap parhiye, mujhe yaqeen hai ke is se aap ka is sawal ka jawab mil jaye</w:t>
      </w:r>
    </w:p>
    <w:p>
      <w:pPr>
        <w:jc w:val="right"/>
      </w:pPr>
      <w:r>
        <w:t>اس کو آپ پڑھیے، مجھے یقین ہے کہ اس سے آپ کا اس سوال کا جواب مل جائے</w:t>
      </w:r>
    </w:p>
    <w:p>
      <w:r>
        <w:rPr>
          <w:b/>
        </w:rPr>
        <w:t xml:space="preserve">[1:36:38]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[1:36:40] </w:t>
      </w:r>
      <w:r>
        <w:t>aap is ko aap parhiye, phir bhi agar aap ko wazeh na ho to phir aainda sawal kijiye.</w:t>
      </w:r>
    </w:p>
    <w:p>
      <w:pPr>
        <w:jc w:val="right"/>
      </w:pPr>
      <w:r>
        <w:t>آپ اس کو آپ پڑھیے، پھر بھی اگر آپ کو واضح نہ ہو تو پھر آئندہ سوال کیجئے۔</w:t>
      </w:r>
    </w:p>
    <w:p>
      <w:r>
        <w:rPr>
          <w:b/>
        </w:rPr>
        <w:t xml:space="preserve">[1:36:47] </w:t>
      </w:r>
      <w:r>
        <w:t>maulana, yeh last question hai jo pennsylvania se aya hai khwaja kaleemuddin sahib ka.</w:t>
      </w:r>
    </w:p>
    <w:p>
      <w:pPr>
        <w:jc w:val="right"/>
      </w:pPr>
      <w:r>
        <w:t>مولانا، یہ لاسٹ کوئسچن ہے جو پینسلوینیا سے آیا ہے خواجہ کلیم الدین صاحب کا۔</w:t>
      </w:r>
    </w:p>
    <w:p>
      <w:r>
        <w:rPr>
          <w:b/>
        </w:rPr>
        <w:t xml:space="preserve">[1:36:54] </w:t>
      </w:r>
      <w:r>
        <w:t>انہوں نے لکھا ہے: "To my surprise, it is amazing to learn that in almost all religions, be</w:t>
      </w:r>
    </w:p>
    <w:p>
      <w:pPr>
        <w:jc w:val="right"/>
      </w:pPr>
      <w:r>
        <w:t>انہوں نے لکھا ہے: "ٹو مائی سرپرائز، اٹ از امیزنگ ٹو لرن دیٹ ان الموسٹ ال ریلیجنز، بی</w:t>
      </w:r>
    </w:p>
    <w:p>
      <w:r>
        <w:rPr>
          <w:b/>
        </w:rPr>
        <w:t xml:space="preserve">[1:37:01] </w:t>
      </w:r>
      <w:r>
        <w:t>the Semitic and non-Semitic, and Aryan, and even non-religious people, are awaiting for some sort of</w:t>
      </w:r>
    </w:p>
    <w:p>
      <w:pPr>
        <w:jc w:val="right"/>
      </w:pPr>
      <w:r>
        <w:t>دے سیمیٹک اور نان سیمیٹک، اور ارین، اور ایون نان ریلیجیس پیپل، ار اوویٹنگ فار سم سورٹ اف</w:t>
      </w:r>
    </w:p>
    <w:p>
      <w:r>
        <w:rPr>
          <w:b/>
        </w:rPr>
        <w:t xml:space="preserve">[1:37:09] </w:t>
      </w:r>
      <w:r>
        <w:t>مسیحہ ہو، will emerge before the end of the world, and fulfill divine will on Earth.</w:t>
      </w:r>
    </w:p>
    <w:p>
      <w:pPr>
        <w:jc w:val="right"/>
      </w:pPr>
      <w:r>
        <w:t>مسیحہ ہو، ویل ایمرج بیفور دی اینڈ اف دا ورلڈ، اینڈ فلفل ڈیوائن ول ان ارتھ۔</w:t>
      </w:r>
    </w:p>
    <w:p>
      <w:r>
        <w:rPr>
          <w:b/>
        </w:rPr>
        <w:t xml:space="preserve">[1:37:16] </w:t>
      </w:r>
      <w:r>
        <w:t>He will manifest, he will manifest in his person the righteousness and compassion of God, and he will</w:t>
      </w:r>
    </w:p>
    <w:p>
      <w:pPr>
        <w:jc w:val="right"/>
      </w:pPr>
      <w:r>
        <w:t>ہی ویل مینیفیسٹ، ہی ویل مینیفیسٹ ان ہز پرسن دا رائٹسنس اینڈ کمپیشن اف گاڈ، اینڈ ہی ویل</w:t>
      </w:r>
    </w:p>
    <w:p>
      <w:r>
        <w:rPr>
          <w:b/>
        </w:rPr>
        <w:t xml:space="preserve">[1:37:24] </w:t>
      </w:r>
      <w:r>
        <w:t>bring about the final defeat of evil, and establish the kingdom of heaven on earth.</w:t>
      </w:r>
    </w:p>
    <w:p>
      <w:pPr>
        <w:jc w:val="right"/>
      </w:pPr>
      <w:r>
        <w:t>برنگ اباؤٹ دا فائنل ڈیفیٹ اف ایول، اینڈ اسٹیبلش دا کنگڈم اف ہیون ان ارتھ۔</w:t>
      </w:r>
    </w:p>
    <w:p>
      <w:r>
        <w:rPr>
          <w:b/>
        </w:rPr>
        <w:t xml:space="preserve">[1:37:30] </w:t>
      </w:r>
      <w:r>
        <w:t>Maulana Sahib, why this same type of thinking has been existing among various groups of people from ancient</w:t>
      </w:r>
    </w:p>
    <w:p>
      <w:pPr>
        <w:jc w:val="right"/>
      </w:pPr>
      <w:r>
        <w:t>مولانا صاحب، وائی دس سیم ٹائپ اف تھنکنگ ہیز بین ایگزسٹنگ امنگ ویریس گروپس اف پیپل فرام اینشین</w:t>
      </w:r>
    </w:p>
    <w:p>
      <w:r>
        <w:rPr>
          <w:b/>
        </w:rPr>
        <w:t xml:space="preserve">[1:37:38] </w:t>
      </w:r>
      <w:r>
        <w:t>times? Is this due to a religious teaching or due to a human psychological weakness? Please explain this.</w:t>
      </w:r>
    </w:p>
    <w:p>
      <w:pPr>
        <w:jc w:val="right"/>
      </w:pPr>
      <w:r>
        <w:t>ٹائمز؟ از دس ڈیو ٹو ا ریلیجیس ٹیچنگ اور ڈیو ٹو ا ہیومن سائیکلوجیکل ویکنس؟ پلیز ایکسپلین دس۔</w:t>
      </w:r>
    </w:p>
    <w:p>
      <w:r>
        <w:rPr>
          <w:b/>
        </w:rPr>
        <w:t xml:space="preserve">[1:37:46] </w:t>
      </w:r>
      <w:r>
        <w:t>dekhen, yeh koi yeh bohat hi controversial masla hai aur is par bohat baatein hoti rahi hain.</w:t>
      </w:r>
    </w:p>
    <w:p>
      <w:pPr>
        <w:jc w:val="right"/>
      </w:pPr>
      <w:r>
        <w:t>دیکھیں، یہ کوئی یہ بہت ہی کنٹروورشل مسئلہ ہے اور اس پر بہت باتیں ہوتی رہی ہیں۔</w:t>
      </w:r>
    </w:p>
    <w:p>
      <w:r>
        <w:rPr>
          <w:b/>
        </w:rPr>
        <w:t xml:space="preserve">[1:37:53] </w:t>
      </w:r>
      <w:r>
        <w:t>kitaben likhi gayi hain.</w:t>
      </w:r>
    </w:p>
    <w:p>
      <w:pPr>
        <w:jc w:val="right"/>
      </w:pPr>
      <w:r>
        <w:t>کتابیں لکھی گئی ہیں۔</w:t>
      </w:r>
    </w:p>
    <w:p>
      <w:r>
        <w:rPr>
          <w:b/>
        </w:rPr>
        <w:t xml:space="preserve">[1:37:55] </w:t>
      </w:r>
      <w:r>
        <w:t>jahan tak maine samjha hai, woh yeh hai ke Allah taala ko yeh matloob hai ke ke</w:t>
      </w:r>
    </w:p>
    <w:p>
      <w:pPr>
        <w:jc w:val="right"/>
      </w:pPr>
      <w:r>
        <w:t>جہاں تک میں نے سمجھا ہے، وہ یہ ہے کہ اللہ تعالی کو یہ مطلوب ہے کہ کہ</w:t>
      </w:r>
    </w:p>
    <w:p>
      <w:r>
        <w:rPr>
          <w:b/>
        </w:rPr>
        <w:t xml:space="preserve">[1:38:02] </w:t>
      </w:r>
      <w:r>
        <w:t>jo qayamat aye gi, jo history and of history jo jo hone wala hai, is se pehle Allah</w:t>
      </w:r>
    </w:p>
    <w:p>
      <w:pPr>
        <w:jc w:val="right"/>
      </w:pPr>
      <w:r>
        <w:t>جو قیامت آئے گی، جو ہسٹری اینڈ اف ہسٹری جو جو ہونے والا ہے، اس سے پہلے اللہ</w:t>
      </w:r>
    </w:p>
    <w:p>
      <w:r>
        <w:rPr>
          <w:b/>
        </w:rPr>
        <w:t xml:space="preserve">[1:38:10] </w:t>
      </w:r>
      <w:r>
        <w:t>ko matloob hoga ke jo Allah ka creation plan hai, jo Allah ka jo deen hai, yani Allah</w:t>
      </w:r>
    </w:p>
    <w:p>
      <w:pPr>
        <w:jc w:val="right"/>
      </w:pPr>
      <w:r>
        <w:t>کو مطلوب ہوگا کہ جو اللہ کا کرشن پلان ہے، جو اللہ کا جو دین ہے، یعنی اللہ</w:t>
      </w:r>
    </w:p>
    <w:p>
      <w:r>
        <w:rPr>
          <w:b/>
        </w:rPr>
        <w:t xml:space="preserve">[1:38:18] </w:t>
      </w:r>
      <w:r>
        <w:t>ne jo paida kiya insan ko, zameen ko, to kyun paida kiya? is ka aakhri elaan ho jaye.</w:t>
      </w:r>
    </w:p>
    <w:p>
      <w:pPr>
        <w:jc w:val="right"/>
      </w:pPr>
      <w:r>
        <w:t>نے جو پیدا کیا انسان کو، زمین کو، تو کیوں پیدا کیا؟ اس کا آخری اعلان ہو جائے۔</w:t>
      </w:r>
    </w:p>
    <w:p>
      <w:r>
        <w:rPr>
          <w:b/>
        </w:rPr>
        <w:t xml:space="preserve">[1:38:25] </w:t>
      </w:r>
      <w:r>
        <w:t>yani abhi main jab yahan aya to ek ajib ehsas mujhe hua ke agar koi shakhs space mein</w:t>
      </w:r>
    </w:p>
    <w:p>
      <w:pPr>
        <w:jc w:val="right"/>
      </w:pPr>
      <w:r>
        <w:t>یعنی ابھی میں جب یہاں آیا تو ایک عجیب احساس مجھے ہوا کہ اگر کوئی شخص اسپیس میں</w:t>
      </w:r>
    </w:p>
    <w:p>
      <w:r>
        <w:rPr>
          <w:b/>
        </w:rPr>
        <w:t xml:space="preserve">[1:38:33] </w:t>
      </w:r>
      <w:r>
        <w:t>ek aisi is ke pas telescope ho ke poori space ko woh dekh sakta ho, is se poori</w:t>
      </w:r>
    </w:p>
    <w:p>
      <w:pPr>
        <w:jc w:val="right"/>
      </w:pPr>
      <w:r>
        <w:t>ایک ایسی اس کے پاس ٹیلیسکوپ ہو کہ پوری اسپیس کو وہ دیکھ سکتا ہو، اس سے پوری</w:t>
      </w:r>
    </w:p>
    <w:p>
      <w:r>
        <w:rPr>
          <w:b/>
        </w:rPr>
        <w:t xml:space="preserve">[1:38:41] </w:t>
      </w:r>
      <w:r>
        <w:t>space ko, to kya payega? ke kahin bilkul yani muhib khala hai, kahin sitare ke bohat bare</w:t>
      </w:r>
    </w:p>
    <w:p>
      <w:pPr>
        <w:jc w:val="right"/>
      </w:pPr>
      <w:r>
        <w:t>اسپیس کو، تو کیا پائے گا؟ کہ کہیں بالکل یعنی محیب خلا ہے، کہیں ستارے کہ بہت بڑے</w:t>
      </w:r>
    </w:p>
    <w:p>
      <w:r>
        <w:rPr>
          <w:b/>
        </w:rPr>
        <w:t xml:space="preserve">[1:38:49] </w:t>
      </w:r>
      <w:r>
        <w:t>mein gaaye ke sath dhak rahe hain, kahin suraj hai, kahin chand hai, kahin planet hai.</w:t>
      </w:r>
    </w:p>
    <w:p>
      <w:pPr>
        <w:jc w:val="right"/>
      </w:pPr>
      <w:r>
        <w:t>میں گائے کے ساتھ دھک رہے ہیں، کہیں سورج ہے، کہیں چاند ہے، کہیں پلینٹ ہے۔</w:t>
      </w:r>
    </w:p>
    <w:p>
      <w:r>
        <w:rPr>
          <w:b/>
        </w:rPr>
        <w:t xml:space="preserve">[1:38:55] </w:t>
      </w:r>
      <w:r>
        <w:t>is mein phir ek chota spot hai jahan insan hai, ek chota spot, aisa insan jo chalta hai,</w:t>
      </w:r>
    </w:p>
    <w:p>
      <w:pPr>
        <w:jc w:val="right"/>
      </w:pPr>
      <w:r>
        <w:t>اس میں پھر ایک چھوٹا اسپاٹ ہے جہاں انسان ہے، ایک چھوٹا اسپاٹ، ایسا انسان جو چلتا ہے،</w:t>
      </w:r>
    </w:p>
    <w:p>
      <w:r>
        <w:rPr>
          <w:b/>
        </w:rPr>
        <w:t xml:space="preserve">[1:39:03] </w:t>
      </w:r>
      <w:r>
        <w:t>jo bolta hai, jo sochta hai, jo organize karta hai, jo research karta hai, jo discovery karta hai,</w:t>
      </w:r>
    </w:p>
    <w:p>
      <w:pPr>
        <w:jc w:val="right"/>
      </w:pPr>
      <w:r>
        <w:t>جو بولتا ہے، جو سوچتا ہے، جو ارگنائز کرتا ہے، جو ریسرچ کرتا ہے، جو ڈسکوری کرتا ہے،</w:t>
      </w:r>
    </w:p>
    <w:p>
      <w:r>
        <w:rPr>
          <w:b/>
        </w:rPr>
        <w:t xml:space="preserve">[1:39:11] </w:t>
      </w:r>
      <w:r>
        <w:t>jo station banata hai.</w:t>
      </w:r>
    </w:p>
    <w:p>
      <w:pPr>
        <w:jc w:val="right"/>
      </w:pPr>
      <w:r>
        <w:t>جو سٹیشن بناتا ہے۔</w:t>
      </w:r>
    </w:p>
    <w:p>
      <w:r>
        <w:rPr>
          <w:b/>
        </w:rPr>
        <w:t xml:space="preserve">[1:39:13] </w:t>
      </w:r>
      <w:r>
        <w:t>to yeh ek kaisa ajib waqea hai? kyun hua aisa? itne bare space mein exception kyun? yani itni</w:t>
      </w:r>
    </w:p>
    <w:p>
      <w:pPr>
        <w:jc w:val="right"/>
      </w:pPr>
      <w:r>
        <w:t>تو یہ ایک کیسا عجیب واقعہ ہے؟ کیوں ہوا ایسا؟ اتنے بڑے اسپیس میں ایکسیپٹ کیوں؟ یعنی اتنی</w:t>
      </w:r>
    </w:p>
    <w:p>
      <w:r>
        <w:rPr>
          <w:b/>
        </w:rPr>
        <w:t xml:space="preserve">[1:39:20] </w:t>
      </w:r>
      <w:r>
        <w:t>bohat hi bari hai duniya, is mein ek chota sa tiny part hai hamari zameen.</w:t>
      </w:r>
    </w:p>
    <w:p>
      <w:pPr>
        <w:jc w:val="right"/>
      </w:pPr>
      <w:r>
        <w:t>بہت ہی بڑی ہے دنیا، اس میں ایک چھوٹا سا ٹائنی پارٹ ہے ہماری زمین۔</w:t>
      </w:r>
    </w:p>
    <w:p>
      <w:r>
        <w:rPr>
          <w:b/>
        </w:rPr>
        <w:t xml:space="preserve">[1:39:27] </w:t>
      </w:r>
      <w:r>
        <w:t>wahan par ek exception hai, yeh to kyun? to aakhri daur mein is ka final elaan chahe ga</w:t>
      </w:r>
    </w:p>
    <w:p>
      <w:pPr>
        <w:jc w:val="right"/>
      </w:pPr>
      <w:r>
        <w:t>وہاں پر ایک ایکسیپشن ہے، یہ تو کیوں؟ تو آخری دور میں اس کا فائنل اعلان چاہے گا</w:t>
      </w:r>
    </w:p>
    <w:p>
      <w:r>
        <w:rPr>
          <w:b/>
        </w:rPr>
        <w:t xml:space="preserve">[1:39:34] </w:t>
      </w:r>
      <w:r>
        <w:t>Allah taala ka ho jaye taake insan jab Allah ke samne khara ho to koi yeh na keh</w:t>
      </w:r>
    </w:p>
    <w:p>
      <w:pPr>
        <w:jc w:val="right"/>
      </w:pPr>
      <w:r>
        <w:t>اللہ تعالی کا ہو جائے تاکہ انسان جب اللہ کے سامنے کھڑا ہو تو کوئی یہ نہ کہہ</w:t>
      </w:r>
    </w:p>
    <w:p>
      <w:r>
        <w:rPr>
          <w:b/>
        </w:rPr>
        <w:t xml:space="preserve">[1:39:42] </w:t>
      </w:r>
      <w:r>
        <w:t>sake ke hum ko to pata nahi tha.</w:t>
      </w:r>
    </w:p>
    <w:p>
      <w:pPr>
        <w:jc w:val="right"/>
      </w:pPr>
      <w:r>
        <w:t>سکے کہ ہم کو تو پتہ نہیں تھا۔</w:t>
      </w:r>
    </w:p>
    <w:p>
      <w:r>
        <w:rPr>
          <w:b/>
        </w:rPr>
        <w:t xml:space="preserve">[1:39:46] </w:t>
      </w:r>
      <w:r>
        <w:t>to main samajhta hoon ke woh final jo declaration hai, woh hone wala hai.</w:t>
      </w:r>
    </w:p>
    <w:p>
      <w:pPr>
        <w:jc w:val="right"/>
      </w:pPr>
      <w:r>
        <w:t>تو میں سمجھتا ہوں کہ وہ فائنل جو ڈیکلیریشن ہے، وہ ہونے والا ہے۔</w:t>
      </w:r>
    </w:p>
    <w:p>
      <w:r>
        <w:rPr>
          <w:b/>
        </w:rPr>
        <w:t xml:space="preserve">[1:39:52] </w:t>
      </w:r>
      <w:r>
        <w:t>woh har mazhab mein yeh baat batai gayi hai, lekin shakal kya hogi? woh us ko log samajhte</w:t>
      </w:r>
    </w:p>
    <w:p>
      <w:pPr>
        <w:jc w:val="right"/>
      </w:pPr>
      <w:r>
        <w:t>وہ ہر مذہب میں یہ بات بتائی گئی ہے، لیکن شکل کیا ہوگی؟ وہ اس کو لوگ سمجھتے</w:t>
      </w:r>
    </w:p>
    <w:p>
      <w:r>
        <w:rPr>
          <w:b/>
        </w:rPr>
        <w:t xml:space="preserve">[1:39:59] </w:t>
      </w:r>
      <w:r>
        <w:t>hain ke hukoomat qaim hogi.</w:t>
      </w:r>
    </w:p>
    <w:p>
      <w:pPr>
        <w:jc w:val="right"/>
      </w:pPr>
      <w:r>
        <w:t>ہیں کہ حکومت قائم ہوگی۔</w:t>
      </w:r>
    </w:p>
    <w:p>
      <w:r>
        <w:rPr>
          <w:b/>
        </w:rPr>
        <w:t xml:space="preserve">[1:40:01] </w:t>
      </w:r>
      <w:r>
        <w:t>mein nahin samajhta ke hukoomat qaim hogi.</w:t>
      </w:r>
    </w:p>
    <w:p>
      <w:pPr>
        <w:jc w:val="right"/>
      </w:pPr>
      <w:r>
        <w:t>میں نہیں سمجھتا کہ حکومت قائم ہوگی۔</w:t>
      </w:r>
    </w:p>
    <w:p>
      <w:r>
        <w:rPr>
          <w:b/>
        </w:rPr>
        <w:t xml:space="preserve">[1:40:04] </w:t>
      </w:r>
      <w:r>
        <w:t>کوئی وہ ہوگا in terms of declaration, in terms of state نہیں ہوگا۔</w:t>
      </w:r>
    </w:p>
    <w:p>
      <w:pPr>
        <w:jc w:val="right"/>
      </w:pPr>
      <w:r>
        <w:t>کوئی وہ ہوگا ان ٹرمز اف ڈیکلیریشن، ان ٹرمز اف اسٹیٹ نہیں ہوگا۔</w:t>
      </w:r>
    </w:p>
    <w:p>
      <w:r>
        <w:rPr>
          <w:b/>
        </w:rPr>
        <w:t xml:space="preserve">[1:40:10] </w:t>
      </w:r>
      <w:r>
        <w:t>to yeh to bohat hi bilkul hi neachral maloom hota hai ke khaliq ko yeh matloob ho ke</w:t>
      </w:r>
    </w:p>
    <w:p>
      <w:pPr>
        <w:jc w:val="right"/>
      </w:pPr>
      <w:r>
        <w:t>تو یہ تو بہت ہی بالکل ہی نیچرل معلوم ہوتا ہے کہ خالق کو یہ مطلوب ہو کہ</w:t>
      </w:r>
    </w:p>
    <w:p>
      <w:r>
        <w:rPr>
          <w:b/>
        </w:rPr>
        <w:t xml:space="preserve">[1:40:18] </w:t>
      </w:r>
      <w:r>
        <w:t>duniya yaani end of end of history jo hai, jo tareekh ka jo khatma hai, jab aaye, us</w:t>
      </w:r>
    </w:p>
    <w:p>
      <w:pPr>
        <w:jc w:val="right"/>
      </w:pPr>
      <w:r>
        <w:t>دنیا یعنی اینڈ اف اینڈ اف ہسٹری جو ہے، جو تاریخ کا جو خاتمہ ہے، جب آئے، اس</w:t>
      </w:r>
    </w:p>
    <w:p>
      <w:r>
        <w:rPr>
          <w:b/>
        </w:rPr>
        <w:t xml:space="preserve">[1:40:25] </w:t>
      </w:r>
      <w:r>
        <w:t>se pehle aakhri ek elaan ho jaye.</w:t>
      </w:r>
    </w:p>
    <w:p>
      <w:pPr>
        <w:jc w:val="right"/>
      </w:pPr>
      <w:r>
        <w:t>سے پہلے آخری ایک اعلان ہو جائے۔</w:t>
      </w:r>
    </w:p>
    <w:p>
      <w:r>
        <w:rPr>
          <w:b/>
        </w:rPr>
        <w:t xml:space="preserve">[1:40:28] </w:t>
      </w:r>
      <w:r>
        <w:t>jaise airport par aap jante hain ke elaan hota hai final call ke abao yeh to jahaz fly</w:t>
      </w:r>
    </w:p>
    <w:p>
      <w:pPr>
        <w:jc w:val="right"/>
      </w:pPr>
      <w:r>
        <w:t>جیسے ایئرپورٹ پر آپ جانتے ہیں کہ اعلان ہوتا ہے فائنل کال کہ اباؤ یہ تو جہاز فلائی</w:t>
      </w:r>
    </w:p>
    <w:p>
      <w:r>
        <w:rPr>
          <w:b/>
        </w:rPr>
        <w:t xml:space="preserve">[1:40:36] </w:t>
      </w:r>
      <w:r>
        <w:t>kar jayega.</w:t>
      </w:r>
    </w:p>
    <w:p>
      <w:pPr>
        <w:jc w:val="right"/>
      </w:pPr>
      <w:r>
        <w:t>کر جائے گا۔</w:t>
      </w:r>
    </w:p>
    <w:p>
      <w:r>
        <w:rPr>
          <w:b/>
        </w:rPr>
        <w:t xml:space="preserve">[1:40:38] </w:t>
      </w:r>
      <w:r>
        <w:t>to ek final call to matloob hai.</w:t>
      </w:r>
    </w:p>
    <w:p>
      <w:pPr>
        <w:jc w:val="right"/>
      </w:pPr>
      <w:r>
        <w:t>تو ایک فائنل کال تو مطلوب ہے۔</w:t>
      </w:r>
    </w:p>
    <w:p>
      <w:r>
        <w:rPr>
          <w:b/>
        </w:rPr>
        <w:t xml:space="preserve">[1:40:41] </w:t>
      </w:r>
      <w:r>
        <w:t>yeh bilkul aqal se baat hai ke ek final call honi chahiye ke itni bari duniya mein itni</w:t>
      </w:r>
    </w:p>
    <w:p>
      <w:pPr>
        <w:jc w:val="right"/>
      </w:pPr>
      <w:r>
        <w:t>یہ بالکل عقل سے بات ہے کہ ایک فائنل کال ہونی چاہیے کہ اتنی بڑی دنیا میں اتنی</w:t>
      </w:r>
    </w:p>
    <w:p>
      <w:r>
        <w:rPr>
          <w:b/>
        </w:rPr>
        <w:t xml:space="preserve">[1:40:48] </w:t>
      </w:r>
      <w:r>
        <w:t>saari activities hain, phir is mein yeh exception hai, lekin kahin se koi awaaz nahin aa rahi ke</w:t>
      </w:r>
    </w:p>
    <w:p>
      <w:pPr>
        <w:jc w:val="right"/>
      </w:pPr>
      <w:r>
        <w:t>ساری ایکٹیویٹیز ہیں، پھر اس میں یہ ایکسیپشن ہے، لیکن کہیں سے کوئی آواز نہیں آ رہی کہ</w:t>
      </w:r>
    </w:p>
    <w:p>
      <w:r>
        <w:rPr>
          <w:b/>
        </w:rPr>
        <w:t xml:space="preserve">[1:40:56] </w:t>
      </w:r>
      <w:r>
        <w:t>kyun Allah taala ne kyun paida kiya? kyun yeh insan hai? kyun yeh duniya hai? to tareekh ke</w:t>
      </w:r>
    </w:p>
    <w:p>
      <w:pPr>
        <w:jc w:val="right"/>
      </w:pPr>
      <w:r>
        <w:t>کیوں اللہ تعالی نے کیوں پیدا کیا؟ کیوں یہ انسان ہے؟ کیوں یہ دنیا ہے؟ تو تاریخ کے</w:t>
      </w:r>
    </w:p>
    <w:p>
      <w:r>
        <w:rPr>
          <w:b/>
        </w:rPr>
        <w:t xml:space="preserve">[1:41:04] </w:t>
      </w:r>
      <w:r>
        <w:t>khatme se pehle zaroor Allah ka yeh matloob hoga ke ek final tor par duniya ko bata diya</w:t>
      </w:r>
    </w:p>
    <w:p>
      <w:pPr>
        <w:jc w:val="right"/>
      </w:pPr>
      <w:r>
        <w:t>خاتمے سے پہلے ضرور اللہ کا یہ مطلوب ہوگا کہ ایک فائنل طور پر دنیا کو بتا دیا</w:t>
      </w:r>
    </w:p>
    <w:p>
      <w:r>
        <w:rPr>
          <w:b/>
        </w:rPr>
        <w:t xml:space="preserve">[1:41:11] </w:t>
      </w:r>
      <w:r>
        <w:t>jaye ke paida karne wale ne un ko paida kiya, is ka creation plan kya tha, aur aage</w:t>
      </w:r>
    </w:p>
    <w:p>
      <w:pPr>
        <w:jc w:val="right"/>
      </w:pPr>
      <w:r>
        <w:t>جائے کہ پیدا کرنے والے نے ان کو پیدا کیا، اس کا کریشن پلان کیا تھا، اور آگے</w:t>
      </w:r>
    </w:p>
    <w:p>
      <w:r>
        <w:rPr>
          <w:b/>
        </w:rPr>
        <w:t xml:space="preserve">[1:41:19] </w:t>
      </w:r>
      <w:r>
        <w:t>kya hone wala hai, yeh bata diya jaye.</w:t>
      </w:r>
    </w:p>
    <w:p>
      <w:pPr>
        <w:jc w:val="right"/>
      </w:pPr>
      <w:r>
        <w:t>کیا ہونے والا ہے، یہ بتا دیا جائے۔</w:t>
      </w:r>
    </w:p>
    <w:p>
      <w:r>
        <w:rPr>
          <w:b/>
        </w:rPr>
        <w:t xml:space="preserve">[1:41:23] </w:t>
      </w:r>
      <w:r>
        <w:t>to isi isi mein is ko final call ke silsile mein leta hoon, na ke hukoomat aur kisi</w:t>
      </w:r>
    </w:p>
    <w:p>
      <w:pPr>
        <w:jc w:val="right"/>
      </w:pPr>
      <w:r>
        <w:t>تو اسی اسی میں اس کو فائنل کال کے سلسلے میں لیتا ہوں، نہ کہ حکومت اور کسی</w:t>
      </w:r>
    </w:p>
    <w:p>
      <w:r>
        <w:rPr>
          <w:b/>
        </w:rPr>
        <w:t xml:space="preserve">[1:41:30] </w:t>
      </w:r>
      <w:r>
        <w:t>empire qaim karne ke silsile mein.</w:t>
      </w:r>
    </w:p>
    <w:p>
      <w:pPr>
        <w:jc w:val="right"/>
      </w:pPr>
      <w:r>
        <w:t>ایمپائر قائم کرنے کے سلسلے میں۔</w:t>
      </w:r>
    </w:p>
    <w:p>
      <w:r>
        <w:rPr>
          <w:b/>
        </w:rPr>
        <w:t xml:space="preserve">[1:41:33] </w:t>
      </w:r>
      <w:r>
        <w:t>aur is lihaz se mujhe bilkul sahi nazar aata hai.</w:t>
      </w:r>
    </w:p>
    <w:p>
      <w:pPr>
        <w:jc w:val="right"/>
      </w:pPr>
      <w:r>
        <w:t>اور اس لحاظ سے مجھے بالکل صحیح نظر آتا ہے۔</w:t>
      </w:r>
    </w:p>
    <w:p>
      <w:r>
        <w:rPr>
          <w:b/>
        </w:rPr>
        <w:t xml:space="preserve">[1:41:37] </w:t>
      </w:r>
      <w:r>
        <w:t>Okay, we will end the session now, just one last announcement.</w:t>
      </w:r>
    </w:p>
    <w:p>
      <w:pPr>
        <w:jc w:val="right"/>
      </w:pPr>
      <w:r>
        <w:t>اوکے، وی ویل اینڈ دی سیشن ناو، جسٹ ون لاسٹ اناؤنسمنٹ۔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