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The Last Phase of Human History Friday 15th June '07</w:t>
      </w:r>
    </w:p>
    <w:p>
      <w:r>
        <w:t>https://www.youtube.com/watch?v=vnDJNYvWbJY</w:t>
      </w:r>
    </w:p>
    <w:p>
      <w:r>
        <w:rPr>
          <w:b/>
        </w:rPr>
        <w:t xml:space="preserve">[00:21] </w:t>
      </w:r>
      <w:r>
        <w:t>Bismillah Rehmanur Rahim, wasallallahu ala Nabiyil Kareem.</w:t>
      </w:r>
    </w:p>
    <w:p>
      <w:pPr>
        <w:jc w:val="right"/>
      </w:pPr>
      <w:r>
        <w:t>بسم اللہ الرحمن الرحیم، وصلی اللہ علی النبی الکریم۔</w:t>
      </w:r>
    </w:p>
    <w:p>
      <w:r>
        <w:rPr>
          <w:b/>
        </w:rPr>
        <w:t xml:space="preserve">[00:24] </w:t>
      </w:r>
      <w:r>
        <w:t>Rabishrah li sadri, wayassir li amri, wahlul uqdatan min lisani, yafqahu qawli.</w:t>
      </w:r>
    </w:p>
    <w:p>
      <w:pPr>
        <w:jc w:val="right"/>
      </w:pPr>
      <w:r>
        <w:t>رب اشرح لی صدری، ویسر لی امری، واحل العقدۃ من لسانی، یفقہ قولی۔</w:t>
      </w:r>
    </w:p>
    <w:p>
      <w:r>
        <w:rPr>
          <w:b/>
        </w:rPr>
        <w:t xml:space="preserve">[00:30] </w:t>
      </w:r>
      <w:r>
        <w:t>The topic for this day is the last phase of human history.</w:t>
      </w:r>
    </w:p>
    <w:p>
      <w:pPr>
        <w:jc w:val="right"/>
      </w:pPr>
      <w:r>
        <w:t>دا ٹاپک فار دس ڈے از دا لاسٹ فیز آف ہیومن ہسٹری۔</w:t>
      </w:r>
    </w:p>
    <w:p>
      <w:r>
        <w:rPr>
          <w:b/>
        </w:rPr>
        <w:t xml:space="preserve">[00:35] </w:t>
      </w:r>
      <w:r>
        <w:t>Today I was sitting under my spiritual tree.</w:t>
      </w:r>
    </w:p>
    <w:p>
      <w:pPr>
        <w:jc w:val="right"/>
      </w:pPr>
      <w:r>
        <w:t>ٹوڈے آئی واز سٹنگ انڈر مائی سپریچول ٹری۔</w:t>
      </w:r>
    </w:p>
    <w:p>
      <w:r>
        <w:rPr>
          <w:b/>
        </w:rPr>
        <w:t xml:space="preserve">[00:39] </w:t>
      </w:r>
      <w:r>
        <w:t>It was morning time.</w:t>
      </w:r>
    </w:p>
    <w:p>
      <w:pPr>
        <w:jc w:val="right"/>
      </w:pPr>
      <w:r>
        <w:t>اٹ واز مارننگ ٹائم۔</w:t>
      </w:r>
    </w:p>
    <w:p>
      <w:r>
        <w:rPr>
          <w:b/>
        </w:rPr>
        <w:t xml:space="preserve">[00:40] </w:t>
      </w:r>
      <w:r>
        <w:t>Then began rising from the eastern horizon, and I saw suddenly the darkness of night disappeared,</w:t>
      </w:r>
    </w:p>
    <w:p>
      <w:pPr>
        <w:jc w:val="right"/>
      </w:pPr>
      <w:r>
        <w:t>دین سن بیگن رائزنگ فرام دی ایسٹرن ہورائزن، اینڈ آئی ساؤٹ سڈنلی دا ڈارکنس آف رائٹ ڈس اپیئرڈ،</w:t>
      </w:r>
    </w:p>
    <w:p>
      <w:r>
        <w:rPr>
          <w:b/>
        </w:rPr>
        <w:t xml:space="preserve">[00:48] </w:t>
      </w:r>
      <w:r>
        <w:t>And the universal light had brightened the whole atmosphere.</w:t>
      </w:r>
    </w:p>
    <w:p>
      <w:pPr>
        <w:jc w:val="right"/>
      </w:pPr>
      <w:r>
        <w:t>اینڈ دی یونیورسل لائٹ ہیڈ برائٹن دا ہول ایٹمسفیئر۔</w:t>
      </w:r>
    </w:p>
    <w:p>
      <w:r>
        <w:rPr>
          <w:b/>
        </w:rPr>
        <w:t xml:space="preserve">[00:52] </w:t>
      </w:r>
      <w:r>
        <w:t>For me, it was a sign.</w:t>
      </w:r>
    </w:p>
    <w:p>
      <w:pPr>
        <w:jc w:val="right"/>
      </w:pPr>
      <w:r>
        <w:t>فار می، اٹ واز ا سائن۔</w:t>
      </w:r>
    </w:p>
    <w:p>
      <w:r>
        <w:rPr>
          <w:b/>
        </w:rPr>
        <w:t xml:space="preserve">[00:54] </w:t>
      </w:r>
      <w:r>
        <w:t>It reminded me that God since morning after every night.</w:t>
      </w:r>
    </w:p>
    <w:p>
      <w:pPr>
        <w:jc w:val="right"/>
      </w:pPr>
      <w:r>
        <w:t>اٹ ریممبرڈ می دیٹ گاڈ سنس مارننگ افٹر ایوری نائٹ۔</w:t>
      </w:r>
    </w:p>
    <w:p>
      <w:r>
        <w:rPr>
          <w:b/>
        </w:rPr>
        <w:t xml:space="preserve">[00:59] </w:t>
      </w:r>
      <w:r>
        <w:t>So night is only an advance news, an advance information that soon morning is coming.</w:t>
      </w:r>
    </w:p>
    <w:p>
      <w:pPr>
        <w:jc w:val="right"/>
      </w:pPr>
      <w:r>
        <w:t>سو نائٹ از اونلی این ایڈوانس نیوز، این ایڈوانس انفارمیشن دیٹ سون مارننگ از کمنگ۔</w:t>
      </w:r>
    </w:p>
    <w:p>
      <w:r>
        <w:rPr>
          <w:b/>
        </w:rPr>
        <w:t xml:space="preserve">[01:05] </w:t>
      </w:r>
      <w:r>
        <w:t>So every time when I, when we face some sad aspect of our life, or some sad news,</w:t>
      </w:r>
    </w:p>
    <w:p>
      <w:pPr>
        <w:jc w:val="right"/>
      </w:pPr>
      <w:r>
        <w:t>سو ایوری ٹائم وین آئی، وین وی فیس سم سیڈ اسپیکٹ آف اور لائف، اور سم سیڈ نیوز،</w:t>
      </w:r>
    </w:p>
    <w:p>
      <w:r>
        <w:rPr>
          <w:b/>
        </w:rPr>
        <w:t xml:space="preserve">[01:13] </w:t>
      </w:r>
      <w:r>
        <w:t>We have to believe in advance that it is according to the law of nature.</w:t>
      </w:r>
    </w:p>
    <w:p>
      <w:pPr>
        <w:jc w:val="right"/>
      </w:pPr>
      <w:r>
        <w:t>وی ہیو ٹو بیلیو ان ایڈوانس دیٹ اٹ از اکارڈنگ ٹو دا لاء آف نیچر۔</w:t>
      </w:r>
    </w:p>
    <w:p>
      <w:r>
        <w:rPr>
          <w:b/>
        </w:rPr>
        <w:t xml:space="preserve">[01:19] </w:t>
      </w:r>
      <w:r>
        <w:t>So now we are experiencing darkness of light, but very soon light will appear to guide us.</w:t>
      </w:r>
    </w:p>
    <w:p>
      <w:pPr>
        <w:jc w:val="right"/>
      </w:pPr>
      <w:r>
        <w:t>سو ناؤ وی آر ایکسپیرینسنگ ڈارکنس آف لائٹ، بٹ ویری سون لائٹ ول اپیئر ٹو گائیڈ اس۔</w:t>
      </w:r>
    </w:p>
    <w:p>
      <w:r>
        <w:rPr>
          <w:b/>
        </w:rPr>
        <w:t xml:space="preserve">[01:27] </w:t>
      </w:r>
      <w:r>
        <w:t>There is a verse in the Quran: "This verse you can see in the chapter number 12".</w:t>
      </w:r>
    </w:p>
    <w:p>
      <w:pPr>
        <w:jc w:val="right"/>
      </w:pPr>
      <w:r>
        <w:t>دیر از ا ورس ان دا قرآن: "دس ورس یو کین سین ان دی چیپٹر نمبر 12"۔</w:t>
      </w:r>
    </w:p>
    <w:p>
      <w:r>
        <w:rPr>
          <w:b/>
        </w:rPr>
        <w:t xml:space="preserve">[01:34] </w:t>
      </w:r>
      <w:r>
        <w:t>Surah Yusuf, Chapter number 12.</w:t>
      </w:r>
    </w:p>
    <w:p>
      <w:pPr>
        <w:jc w:val="right"/>
      </w:pPr>
      <w:r>
        <w:t>سورہ یوسف، چیپٹر نمبر 12۔</w:t>
      </w:r>
    </w:p>
    <w:p>
      <w:r>
        <w:rPr>
          <w:b/>
        </w:rPr>
        <w:t xml:space="preserve">[01:36] </w:t>
      </w:r>
      <w:r>
        <w:t>It means that there are so many signs in the heavens and on the earth, aur in the</w:t>
      </w:r>
    </w:p>
    <w:p>
      <w:pPr>
        <w:jc w:val="right"/>
      </w:pPr>
      <w:r>
        <w:t>اٹ مینز دیٹ دیر آر سو مینی سائنز ان دی ہیونز اینڈ ان دا ارتھ، اور ان دا</w:t>
      </w:r>
    </w:p>
    <w:p>
      <w:r>
        <w:rPr>
          <w:b/>
        </w:rPr>
        <w:t xml:space="preserve">[01:44] </w:t>
      </w:r>
      <w:r>
        <w:t>nature and in the history.</w:t>
      </w:r>
    </w:p>
    <w:p>
      <w:pPr>
        <w:jc w:val="right"/>
      </w:pPr>
      <w:r>
        <w:t>نیچر اینڈ ان دا ہسٹری۔</w:t>
      </w:r>
    </w:p>
    <w:p>
      <w:r>
        <w:rPr>
          <w:b/>
        </w:rPr>
        <w:t xml:space="preserve">[01:46] </w:t>
      </w:r>
      <w:r>
        <w:t>They observe these signs, but they always avoid, they always ignore these signs.</w:t>
      </w:r>
    </w:p>
    <w:p>
      <w:pPr>
        <w:jc w:val="right"/>
      </w:pPr>
      <w:r>
        <w:t>دے ابزرو دیز سائنز، بٹ دے الویز اوائڈ، دے الویز اگنور دیز سائنز۔</w:t>
      </w:r>
    </w:p>
    <w:p>
      <w:r>
        <w:rPr>
          <w:b/>
        </w:rPr>
        <w:t xml:space="preserve">[01:51] </w:t>
      </w:r>
      <w:r>
        <w:t>This is very important.</w:t>
      </w:r>
    </w:p>
    <w:p>
      <w:pPr>
        <w:jc w:val="right"/>
      </w:pPr>
      <w:r>
        <w:t>دس ویری امپورٹنٹ۔</w:t>
      </w:r>
    </w:p>
    <w:p>
      <w:r>
        <w:rPr>
          <w:b/>
        </w:rPr>
        <w:t xml:space="preserve">[01:53] </w:t>
      </w:r>
      <w:r>
        <w:t>This verse has a very vast connotation.</w:t>
      </w:r>
    </w:p>
    <w:p>
      <w:pPr>
        <w:jc w:val="right"/>
      </w:pPr>
      <w:r>
        <w:t>دس ورس ہیز ا ویری واسٹ کونیٹیشن۔</w:t>
      </w:r>
    </w:p>
    <w:p>
      <w:r>
        <w:rPr>
          <w:b/>
        </w:rPr>
        <w:t xml:space="preserve">[01:56] </w:t>
      </w:r>
      <w:r>
        <w:t>This is not in a limited sense.</w:t>
      </w:r>
    </w:p>
    <w:p>
      <w:pPr>
        <w:jc w:val="right"/>
      </w:pPr>
      <w:r>
        <w:t>دس از ناٹ ان ا لمیٹڈ سینس۔</w:t>
      </w:r>
    </w:p>
    <w:p>
      <w:r>
        <w:rPr>
          <w:b/>
        </w:rPr>
        <w:t xml:space="preserve">[01:59] </w:t>
      </w:r>
      <w:r>
        <w:t>No.</w:t>
      </w:r>
    </w:p>
    <w:p>
      <w:pPr>
        <w:jc w:val="right"/>
      </w:pPr>
      <w:r>
        <w:t>نو۔</w:t>
      </w:r>
    </w:p>
    <w:p>
      <w:r>
        <w:rPr>
          <w:b/>
        </w:rPr>
        <w:t xml:space="preserve">[02:00] </w:t>
      </w:r>
      <w:r>
        <w:t>Here I would like to give an example, some examples.</w:t>
      </w:r>
    </w:p>
    <w:p>
      <w:pPr>
        <w:jc w:val="right"/>
      </w:pPr>
      <w:r>
        <w:t>ہیر آئی وڈ لائک ٹو گیو این ایگزامپل، سم ایگزامپلز۔</w:t>
      </w:r>
    </w:p>
    <w:p>
      <w:r>
        <w:rPr>
          <w:b/>
        </w:rPr>
        <w:t xml:space="preserve">[02:05] </w:t>
      </w:r>
      <w:r>
        <w:t>You know, before 500 years, you know, 500 years ago, philosophy, schools of philosophy came to, came into</w:t>
      </w:r>
    </w:p>
    <w:p>
      <w:pPr>
        <w:jc w:val="right"/>
      </w:pPr>
      <w:r>
        <w:t>یو نو، بیفور 500 ایئرز، یو نو، 500 ایئرز اگو، فلاسفی، اسکولز آف فلاسفی کیم ٹو، کیم انٹو</w:t>
      </w:r>
    </w:p>
    <w:p>
      <w:r>
        <w:rPr>
          <w:b/>
        </w:rPr>
        <w:t xml:space="preserve">[02:12] </w:t>
      </w:r>
      <w:r>
        <w:t>existence, and all the great minds of the world were engaged in philosophy.</w:t>
      </w:r>
    </w:p>
    <w:p>
      <w:pPr>
        <w:jc w:val="right"/>
      </w:pPr>
      <w:r>
        <w:t>ایگزسٹنس، اینڈ ال دا گریٹ مائنڈز آف دا ورلڈ ویر انگیجڈ ان فلاسفی۔</w:t>
      </w:r>
    </w:p>
    <w:p>
      <w:r>
        <w:rPr>
          <w:b/>
        </w:rPr>
        <w:t xml:space="preserve">[02:18] </w:t>
      </w:r>
      <w:r>
        <w:t>For what? To discover the truth, truth with the capital T.</w:t>
      </w:r>
    </w:p>
    <w:p>
      <w:pPr>
        <w:jc w:val="right"/>
      </w:pPr>
      <w:r>
        <w:t>فار واٹ؟ ٹو ڈسکور دا ٹروتھ، ٹروتھ ود دا کیپیٹل ٹی۔</w:t>
      </w:r>
    </w:p>
    <w:p>
      <w:r>
        <w:rPr>
          <w:b/>
        </w:rPr>
        <w:t xml:space="preserve">[02:23] </w:t>
      </w:r>
      <w:r>
        <w:t>So the only goal of philosophy was to discover the truth.</w:t>
      </w:r>
    </w:p>
    <w:p>
      <w:pPr>
        <w:jc w:val="right"/>
      </w:pPr>
      <w:r>
        <w:t>سو دا اونلی گول آف فلاسفی واز ٹو ڈسکور دا ٹروتھ۔</w:t>
      </w:r>
    </w:p>
    <w:p>
      <w:r>
        <w:rPr>
          <w:b/>
        </w:rPr>
        <w:t xml:space="preserve">[02:27] </w:t>
      </w:r>
      <w:r>
        <w:t>And it is a fact that philosophy, the history of thought, tells us that up to several thousand</w:t>
      </w:r>
    </w:p>
    <w:p>
      <w:pPr>
        <w:jc w:val="right"/>
      </w:pPr>
      <w:r>
        <w:t>اینڈ اٹ از ا فیکٹ دیٹ فلاسفی، دا ہسٹری آف تھاٹ، ٹیل اس دیٹ اپ ٹو سیورل تھاؤزنڈ</w:t>
      </w:r>
    </w:p>
    <w:p>
      <w:r>
        <w:rPr>
          <w:b/>
        </w:rPr>
        <w:t xml:space="preserve">[02:35] </w:t>
      </w:r>
      <w:r>
        <w:t>years, all the great minds were engaged in philosophy.</w:t>
      </w:r>
    </w:p>
    <w:p>
      <w:pPr>
        <w:jc w:val="right"/>
      </w:pPr>
      <w:r>
        <w:t>ایئرز، ال دا گریٹ مائنڈز ویر انگیجڈ ان فلاسفی۔</w:t>
      </w:r>
    </w:p>
    <w:p>
      <w:r>
        <w:rPr>
          <w:b/>
        </w:rPr>
        <w:t xml:space="preserve">[02:39] </w:t>
      </w:r>
      <w:r>
        <w:t>But in vain philosophy failed to reach to its end, these philosophers failed to discover the truth.</w:t>
      </w:r>
    </w:p>
    <w:p>
      <w:pPr>
        <w:jc w:val="right"/>
      </w:pPr>
      <w:r>
        <w:t>بٹ ان وین فلاسفی فیل ٹو ریچ ٹو اٹس اینڈ، دیز فلاسفرز فیل ٹو ڈسکور دا ٹروتھ۔</w:t>
      </w:r>
    </w:p>
    <w:p>
      <w:r>
        <w:rPr>
          <w:b/>
        </w:rPr>
        <w:t xml:space="preserve">[02:46] </w:t>
      </w:r>
      <w:r>
        <w:t>This was the fate of philosophy.</w:t>
      </w:r>
    </w:p>
    <w:p>
      <w:pPr>
        <w:jc w:val="right"/>
      </w:pPr>
      <w:r>
        <w:t>دس واز دا فیٹ آف فلاسفی۔</w:t>
      </w:r>
    </w:p>
    <w:p>
      <w:r>
        <w:rPr>
          <w:b/>
        </w:rPr>
        <w:t xml:space="preserve">[02:49] </w:t>
      </w:r>
      <w:r>
        <w:t>Then appeared modern science.</w:t>
      </w:r>
    </w:p>
    <w:p>
      <w:pPr>
        <w:jc w:val="right"/>
      </w:pPr>
      <w:r>
        <w:t>دین اپیئرڈ ماڈرن سائنس۔</w:t>
      </w:r>
    </w:p>
    <w:p>
      <w:r>
        <w:rPr>
          <w:b/>
        </w:rPr>
        <w:t xml:space="preserve">[02:51] </w:t>
      </w:r>
      <w:r>
        <w:t>People were believing that science will give us the knowledge of truth, but very soon science declared that</w:t>
      </w:r>
    </w:p>
    <w:p>
      <w:pPr>
        <w:jc w:val="right"/>
      </w:pPr>
      <w:r>
        <w:t>پیپل ویر بیلیونگ دیٹ سائنس ول گیو اس دا نالج آف ٹروتھ، بٹ ویری سون سائنس ڈیکلیئرڈ دیٹ</w:t>
      </w:r>
    </w:p>
    <w:p>
      <w:r>
        <w:rPr>
          <w:b/>
        </w:rPr>
        <w:t xml:space="preserve">[02:58] </w:t>
      </w:r>
      <w:r>
        <w:t>By the scientific method, we can discover, we can reach to the, to the knowledge of things.</w:t>
      </w:r>
    </w:p>
    <w:p>
      <w:pPr>
        <w:jc w:val="right"/>
      </w:pPr>
      <w:r>
        <w:t>بائی دے سائنٹیفک میتھڈ، وی کین ڈسکور، وی کین ریچ ٹو دا، ٹو دا نالج آف تھنگز۔</w:t>
      </w:r>
    </w:p>
    <w:p>
      <w:r>
        <w:rPr>
          <w:b/>
        </w:rPr>
        <w:t xml:space="preserve">[03:06] </w:t>
      </w:r>
      <w:r>
        <w:t>Scientific method can lead us to the knowledge of things.</w:t>
      </w:r>
    </w:p>
    <w:p>
      <w:pPr>
        <w:jc w:val="right"/>
      </w:pPr>
      <w:r>
        <w:t>سائنٹیفک میتھڈ کین لیڈ اس ٹو دا نالج آف تھنگز۔</w:t>
      </w:r>
    </w:p>
    <w:p>
      <w:r>
        <w:rPr>
          <w:b/>
        </w:rPr>
        <w:t xml:space="preserve">[03:10] </w:t>
      </w:r>
      <w:r>
        <w:t>As far as the knowledge of truth is concerned, scientific method cannot help us.</w:t>
      </w:r>
    </w:p>
    <w:p>
      <w:pPr>
        <w:jc w:val="right"/>
      </w:pPr>
      <w:r>
        <w:t>ایز فار ایز دا نالج آف ٹروتھ از کنسرن، سائنٹیفک میتھڈ کین ناٹ ہیلپ اس۔</w:t>
      </w:r>
    </w:p>
    <w:p>
      <w:r>
        <w:rPr>
          <w:b/>
        </w:rPr>
        <w:t xml:space="preserve">[03:16] </w:t>
      </w:r>
      <w:r>
        <w:t>Here science has some limitations.</w:t>
      </w:r>
    </w:p>
    <w:p>
      <w:pPr>
        <w:jc w:val="right"/>
      </w:pPr>
      <w:r>
        <w:t>ہیر سائنس ہیز سم لیمیٹیشنز۔</w:t>
      </w:r>
    </w:p>
    <w:p>
      <w:r>
        <w:rPr>
          <w:b/>
        </w:rPr>
        <w:t xml:space="preserve">[03:18] </w:t>
      </w:r>
      <w:r>
        <w:t>Then the third school was school of spirituality.</w:t>
      </w:r>
    </w:p>
    <w:p>
      <w:pPr>
        <w:jc w:val="right"/>
      </w:pPr>
      <w:r>
        <w:t>دین دی تھرڈ اسکول واز اسکول آف سپریچولیٹی۔</w:t>
      </w:r>
    </w:p>
    <w:p>
      <w:r>
        <w:rPr>
          <w:b/>
        </w:rPr>
        <w:t xml:space="preserve">[03:22] </w:t>
      </w:r>
      <w:r>
        <w:t>You know, in different names, spirituality was food of people.</w:t>
      </w:r>
    </w:p>
    <w:p>
      <w:pPr>
        <w:jc w:val="right"/>
      </w:pPr>
      <w:r>
        <w:t>یو نو، ان ڈفرنٹ نیم، سپریچولیٹی واز فیڈ آف پیپل۔</w:t>
      </w:r>
    </w:p>
    <w:p>
      <w:r>
        <w:rPr>
          <w:b/>
        </w:rPr>
        <w:t xml:space="preserve">[03:26] </w:t>
      </w:r>
      <w:r>
        <w:t>People were believing that that spirituality will lead to the discovery of truth.</w:t>
      </w:r>
    </w:p>
    <w:p>
      <w:pPr>
        <w:jc w:val="right"/>
      </w:pPr>
      <w:r>
        <w:t>پیپل ویر بیلیونگ دیٹ دیٹ سپریچولیٹی ول لیڈ ٹو دی ڈسکوری آف ٹروتھ۔</w:t>
      </w:r>
    </w:p>
    <w:p>
      <w:r>
        <w:rPr>
          <w:b/>
        </w:rPr>
        <w:t xml:space="preserve">[03:32] </w:t>
      </w:r>
      <w:r>
        <w:t>How? They believed that our heart is a reservoir, reservoir, our heart is a reservoir of truth, reservoir</w:t>
      </w:r>
    </w:p>
    <w:p>
      <w:pPr>
        <w:jc w:val="right"/>
      </w:pPr>
      <w:r>
        <w:t>ہاؤ؟ دے بیلیوڈ دیٹ اور ہارٹ از ا ریزروائر، ریزروائر، اور ہارٹ از ا ریزروائر آف ٹروتھ، ریزروائر</w:t>
      </w:r>
    </w:p>
    <w:p>
      <w:r>
        <w:rPr>
          <w:b/>
        </w:rPr>
        <w:t xml:space="preserve">[03:39] </w:t>
      </w:r>
      <w:r>
        <w:t>of all kind of knowledge.</w:t>
      </w:r>
    </w:p>
    <w:p>
      <w:pPr>
        <w:jc w:val="right"/>
      </w:pPr>
      <w:r>
        <w:t>آف ال کائنڈ آف نالج۔</w:t>
      </w:r>
    </w:p>
    <w:p>
      <w:r>
        <w:rPr>
          <w:b/>
        </w:rPr>
        <w:t xml:space="preserve">[03:42] </w:t>
      </w:r>
      <w:r>
        <w:t>It was believed everywhere in the world.</w:t>
      </w:r>
    </w:p>
    <w:p>
      <w:pPr>
        <w:jc w:val="right"/>
      </w:pPr>
      <w:r>
        <w:t>اٹ واز بیلیوڈ ایوری ویر ان دا ورلڈ۔</w:t>
      </w:r>
    </w:p>
    <w:p>
      <w:r>
        <w:rPr>
          <w:b/>
        </w:rPr>
        <w:t xml:space="preserve">[03:45] </w:t>
      </w:r>
      <w:r>
        <w:t>So many, many people were engaged to penetrate this ocean of knowledge.</w:t>
      </w:r>
    </w:p>
    <w:p>
      <w:pPr>
        <w:jc w:val="right"/>
      </w:pPr>
      <w:r>
        <w:t>سو مینی، مینی پیپل ویر انگیجڈ ٹو پینیٹریٹ دس اوشن آف نالج۔</w:t>
      </w:r>
    </w:p>
    <w:p>
      <w:r>
        <w:rPr>
          <w:b/>
        </w:rPr>
        <w:t xml:space="preserve">[03:50] </w:t>
      </w:r>
      <w:r>
        <w:t>They concentrated to their heart.</w:t>
      </w:r>
    </w:p>
    <w:p>
      <w:pPr>
        <w:jc w:val="right"/>
      </w:pPr>
      <w:r>
        <w:t>دے کنسنٹریٹڈ ٹو دیر ہارٹ۔</w:t>
      </w:r>
    </w:p>
    <w:p>
      <w:r>
        <w:rPr>
          <w:b/>
        </w:rPr>
        <w:t xml:space="preserve">[03:52] </w:t>
      </w:r>
      <w:r>
        <w:t>There were so many exercises, so many meditations, only to reach to this reservoir, to this reservoir of</w:t>
      </w:r>
    </w:p>
    <w:p>
      <w:pPr>
        <w:jc w:val="right"/>
      </w:pPr>
      <w:r>
        <w:t>دیر ویر سو مینی ایکسرسائزز، سو مینی میڈیٹیشنز، اونلی ٹو ریچ ٹو دس ریزروائر، ٹو دس ریزروائر آف</w:t>
      </w:r>
    </w:p>
    <w:p>
      <w:r>
        <w:rPr>
          <w:b/>
        </w:rPr>
        <w:t xml:space="preserve">[04:00] </w:t>
      </w:r>
      <w:r>
        <w:t>heart.</w:t>
      </w:r>
    </w:p>
    <w:p>
      <w:pPr>
        <w:jc w:val="right"/>
      </w:pPr>
      <w:r>
        <w:t>ہارٹ۔</w:t>
      </w:r>
    </w:p>
    <w:p>
      <w:r>
        <w:rPr>
          <w:b/>
        </w:rPr>
        <w:t xml:space="preserve">[04:01] </w:t>
      </w:r>
      <w:r>
        <w:t>But you know, modern science, modern biological science has discovered that heart is nothing but a tool of</w:t>
      </w:r>
    </w:p>
    <w:p>
      <w:pPr>
        <w:jc w:val="right"/>
      </w:pPr>
      <w:r>
        <w:t>بٹ یو نو، ماڈرن سائنس، ماڈرن بائیولوجیکل سائنس ہیز ڈسکورڈ دیٹ ہارٹ از نتھنگ بٹ ا ٹول آف</w:t>
      </w:r>
    </w:p>
    <w:p>
      <w:r>
        <w:rPr>
          <w:b/>
        </w:rPr>
        <w:t xml:space="preserve">[04:09] </w:t>
      </w:r>
      <w:r>
        <w:t>circulation of blood.</w:t>
      </w:r>
    </w:p>
    <w:p>
      <w:pPr>
        <w:jc w:val="right"/>
      </w:pPr>
      <w:r>
        <w:t>سرکولیشن آف بلڈ۔</w:t>
      </w:r>
    </w:p>
    <w:p>
      <w:r>
        <w:rPr>
          <w:b/>
        </w:rPr>
        <w:t xml:space="preserve">[04:11] </w:t>
      </w:r>
      <w:r>
        <w:t>Circulation of blood, this is only function of heart.</w:t>
      </w:r>
    </w:p>
    <w:p>
      <w:pPr>
        <w:jc w:val="right"/>
      </w:pPr>
      <w:r>
        <w:t>سرکولیشن آف بلڈ، دس از اونلی فنکشن آف ہارٹ۔</w:t>
      </w:r>
    </w:p>
    <w:p>
      <w:r>
        <w:rPr>
          <w:b/>
        </w:rPr>
        <w:t xml:space="preserve">[04:15] </w:t>
      </w:r>
      <w:r>
        <w:t>aur heart has no knowledge of truth.</w:t>
      </w:r>
    </w:p>
    <w:p>
      <w:pPr>
        <w:jc w:val="right"/>
      </w:pPr>
      <w:r>
        <w:t>اور ہارٹ ہیز نو نالج آف ٹروتھ۔</w:t>
      </w:r>
    </w:p>
    <w:p>
      <w:r>
        <w:rPr>
          <w:b/>
        </w:rPr>
        <w:t xml:space="preserve">[04:18] </w:t>
      </w:r>
      <w:r>
        <w:t>There is no reservoir.</w:t>
      </w:r>
    </w:p>
    <w:p>
      <w:pPr>
        <w:jc w:val="right"/>
      </w:pPr>
      <w:r>
        <w:t>دیر از نو ریزروائر۔</w:t>
      </w:r>
    </w:p>
    <w:p>
      <w:r>
        <w:rPr>
          <w:b/>
        </w:rPr>
        <w:t xml:space="preserve">[04:19] </w:t>
      </w:r>
      <w:r>
        <w:t>It is now, it is an established fact that our heart has no such reservoir.</w:t>
      </w:r>
    </w:p>
    <w:p>
      <w:pPr>
        <w:jc w:val="right"/>
      </w:pPr>
      <w:r>
        <w:t>اٹ از ناو، اٹ از این اسٹیبلش فیکٹ دیٹ اور ہارٹ ہیز نو سچ ریزروائر۔</w:t>
      </w:r>
    </w:p>
    <w:p>
      <w:r>
        <w:rPr>
          <w:b/>
        </w:rPr>
        <w:t xml:space="preserve">[04:26] </w:t>
      </w:r>
      <w:r>
        <w:t>So now, it is a fact that that spiritual, so-called, that so-called spiritual sciences cannot</w:t>
      </w:r>
    </w:p>
    <w:p>
      <w:pPr>
        <w:jc w:val="right"/>
      </w:pPr>
      <w:r>
        <w:t>سو ناو، اٹ از ا فیکٹ دیٹ دیٹ سپریچول، سو کالڈ، دیٹ سو کالڈ سپریچول سائنسز کین ناٹ</w:t>
      </w:r>
    </w:p>
    <w:p>
      <w:r>
        <w:rPr>
          <w:b/>
        </w:rPr>
        <w:t xml:space="preserve">[04:33] </w:t>
      </w:r>
      <w:r>
        <w:t>lead us to the truth.</w:t>
      </w:r>
    </w:p>
    <w:p>
      <w:pPr>
        <w:jc w:val="right"/>
      </w:pPr>
      <w:r>
        <w:t>لیڈ اس ٹو ٹو دا ٹروتھ۔</w:t>
      </w:r>
    </w:p>
    <w:p>
      <w:r>
        <w:rPr>
          <w:b/>
        </w:rPr>
        <w:t xml:space="preserve">[04:36] </w:t>
      </w:r>
      <w:r>
        <w:t>Deen comes the civilization.</w:t>
      </w:r>
    </w:p>
    <w:p>
      <w:pPr>
        <w:jc w:val="right"/>
      </w:pPr>
      <w:r>
        <w:t>دین کمز دا سولائزیشن۔</w:t>
      </w:r>
    </w:p>
    <w:p>
      <w:r>
        <w:rPr>
          <w:b/>
        </w:rPr>
        <w:t xml:space="preserve">[04:38] </w:t>
      </w:r>
      <w:r>
        <w:t>You know, Alvin Toffler published a book in 1970, 1970, with the title "Future Shock".</w:t>
      </w:r>
    </w:p>
    <w:p>
      <w:pPr>
        <w:jc w:val="right"/>
      </w:pPr>
      <w:r>
        <w:t>یو نو، البن ٹافٹر پبلش ا بک ان 1970، 1970، ود دا ٹائٹل "فیوچر شاک"۔</w:t>
      </w:r>
    </w:p>
    <w:p>
      <w:r>
        <w:rPr>
          <w:b/>
        </w:rPr>
        <w:t xml:space="preserve">[04:44] </w:t>
      </w:r>
      <w:r>
        <w:t>According to him, he used the word "shock" in positive sense, not in negative sense.</w:t>
      </w:r>
    </w:p>
    <w:p>
      <w:pPr>
        <w:jc w:val="right"/>
      </w:pPr>
      <w:r>
        <w:t>اکارڈنگ ٹو ہم، ہی یوز دا ورڈ "شاک" ان پوزیٹیو سینس، ناٹ ان نیگیٹیو سینس۔</w:t>
      </w:r>
    </w:p>
    <w:p>
      <w:r>
        <w:rPr>
          <w:b/>
        </w:rPr>
        <w:t xml:space="preserve">[04:51] </w:t>
      </w:r>
      <w:r>
        <w:t>In this title, word "shock" was used in positive sense.</w:t>
      </w:r>
    </w:p>
    <w:p>
      <w:pPr>
        <w:jc w:val="right"/>
      </w:pPr>
      <w:r>
        <w:t>ان دس ٹائٹل، ورڈ "شاک" واز یوزڈ ان پوزیٹیو سینس۔</w:t>
      </w:r>
    </w:p>
    <w:p>
      <w:r>
        <w:rPr>
          <w:b/>
        </w:rPr>
        <w:t xml:space="preserve">[04:55] </w:t>
      </w:r>
      <w:r>
        <w:t>So "Future Shock" means that in future our civilization will reach to its culmination, to a higher stage</w:t>
      </w:r>
    </w:p>
    <w:p>
      <w:pPr>
        <w:jc w:val="right"/>
      </w:pPr>
      <w:r>
        <w:t>سو "فیوچر شاک" مینز دیٹ ان فیوچر اور سولائزیشن ول ریچ ٹو اٹس کلمنیشن، ٹو ا ہائر سٹیج</w:t>
      </w:r>
    </w:p>
    <w:p>
      <w:r>
        <w:rPr>
          <w:b/>
        </w:rPr>
        <w:t xml:space="preserve">[05:03] </w:t>
      </w:r>
      <w:r>
        <w:t>of civilization, that is super civilization, and man will be able to fulfill his dream of happiness, of</w:t>
      </w:r>
    </w:p>
    <w:p>
      <w:pPr>
        <w:jc w:val="right"/>
      </w:pPr>
      <w:r>
        <w:t>آف سولائزیشن، دیٹ از سپر سولائزیشن، اینڈ مین ول بی ایبل ٹو فلفل ہز ڈریم آف ہیپینس، آف</w:t>
      </w:r>
    </w:p>
    <w:p>
      <w:r>
        <w:rPr>
          <w:b/>
        </w:rPr>
        <w:t xml:space="preserve">[05:10] </w:t>
      </w:r>
      <w:r>
        <w:t>pleasure, of finding a meaningful world.</w:t>
      </w:r>
    </w:p>
    <w:p>
      <w:pPr>
        <w:jc w:val="right"/>
      </w:pPr>
      <w:r>
        <w:t>پلیژر، آف فائنڈنگ ا میننگ فل ورلڈ۔</w:t>
      </w:r>
    </w:p>
    <w:p>
      <w:r>
        <w:rPr>
          <w:b/>
        </w:rPr>
        <w:t xml:space="preserve">[05:13] </w:t>
      </w:r>
      <w:r>
        <w:t>So it was the dream of Alvin Toffler.</w:t>
      </w:r>
    </w:p>
    <w:p>
      <w:pPr>
        <w:jc w:val="right"/>
      </w:pPr>
      <w:r>
        <w:t>سو اٹ واز دا ڈریم آف البن ٹافٹر۔</w:t>
      </w:r>
    </w:p>
    <w:p>
      <w:r>
        <w:rPr>
          <w:b/>
        </w:rPr>
        <w:t xml:space="preserve">[05:17] </w:t>
      </w:r>
      <w:r>
        <w:t>This book became popular all over the world, all over the world.</w:t>
      </w:r>
    </w:p>
    <w:p>
      <w:pPr>
        <w:jc w:val="right"/>
      </w:pPr>
      <w:r>
        <w:t>دس بک بیکم پاپولر ال اوور دی ورلڈ، ال اوور دی ورلڈ۔</w:t>
      </w:r>
    </w:p>
    <w:p>
      <w:r>
        <w:rPr>
          <w:b/>
        </w:rPr>
        <w:t xml:space="preserve">[05:22] </w:t>
      </w:r>
      <w:r>
        <w:t>People used to believe that our civilization is progressing.</w:t>
      </w:r>
    </w:p>
    <w:p>
      <w:pPr>
        <w:jc w:val="right"/>
      </w:pPr>
      <w:r>
        <w:t>پیپل یوز ٹو بیلیو دیٹ اور سولائزیشن از پروگریسنگ۔</w:t>
      </w:r>
    </w:p>
    <w:p>
      <w:r>
        <w:rPr>
          <w:b/>
        </w:rPr>
        <w:t xml:space="preserve">[05:26] </w:t>
      </w:r>
      <w:r>
        <w:t>aur civilization is heading to a, to another stage, that is super civilization.</w:t>
      </w:r>
    </w:p>
    <w:p>
      <w:pPr>
        <w:jc w:val="right"/>
      </w:pPr>
      <w:r>
        <w:t>اور سولائزیشن از ہیڈنگ ٹو ا، ٹو انادر سٹیج، دیٹ از سپر سولائزیشن۔</w:t>
      </w:r>
    </w:p>
    <w:p>
      <w:r>
        <w:rPr>
          <w:b/>
        </w:rPr>
        <w:t xml:space="preserve">[05:31] </w:t>
      </w:r>
      <w:r>
        <w:t>But again, what happened? The, the, the phenomena of global warming appeared, and all those dreams were shattered.</w:t>
      </w:r>
    </w:p>
    <w:p>
      <w:pPr>
        <w:jc w:val="right"/>
      </w:pPr>
      <w:r>
        <w:t>بٹ اگین، واٹ ہیپن؟ دا، دا، دا فیناومینا آف گلوبل وارمنگ اپیئرڈ، اینڈ ال دوز ڈریمز ویر شیٹرڈ۔</w:t>
      </w:r>
    </w:p>
    <w:p>
      <w:r>
        <w:rPr>
          <w:b/>
        </w:rPr>
        <w:t xml:space="preserve">[05:39] </w:t>
      </w:r>
      <w:r>
        <w:t>Now, every day we find some news in the media about global warming.</w:t>
      </w:r>
    </w:p>
    <w:p>
      <w:pPr>
        <w:jc w:val="right"/>
      </w:pPr>
      <w:r>
        <w:t>ناو، ایوری ڈے وی فائنڈ سم نیوز ان دا میڈیا اباؤٹ گلوبل وارمنگ۔</w:t>
      </w:r>
    </w:p>
    <w:p>
      <w:r>
        <w:rPr>
          <w:b/>
        </w:rPr>
        <w:t xml:space="preserve">[05:45] </w:t>
      </w:r>
      <w:r>
        <w:t>The scientific community persistently warn that our history is approaching to the end.</w:t>
      </w:r>
    </w:p>
    <w:p>
      <w:pPr>
        <w:jc w:val="right"/>
      </w:pPr>
      <w:r>
        <w:t>دا سائنٹیفک کمیونٹی پرسسٹنٹلی وارن دیٹ اور ہسٹری از اپروچنگ ٹو دا اینڈ۔</w:t>
      </w:r>
    </w:p>
    <w:p>
      <w:r>
        <w:rPr>
          <w:b/>
        </w:rPr>
        <w:t xml:space="preserve">[05:50] </w:t>
      </w:r>
      <w:r>
        <w:t>aur world is approaching to the end.</w:t>
      </w:r>
    </w:p>
    <w:p>
      <w:pPr>
        <w:jc w:val="right"/>
      </w:pPr>
      <w:r>
        <w:t>اور ورلڈ از اپروچنگ ٹو دا اینڈ۔</w:t>
      </w:r>
    </w:p>
    <w:p>
      <w:r>
        <w:rPr>
          <w:b/>
        </w:rPr>
        <w:t xml:space="preserve">[05:53] </w:t>
      </w:r>
      <w:r>
        <w:t>The minimum period is 10 years, and maximum period according to their assessment is 40 years.</w:t>
      </w:r>
    </w:p>
    <w:p>
      <w:pPr>
        <w:jc w:val="right"/>
      </w:pPr>
      <w:r>
        <w:t>دا منیمم پیریڈ از 10 ایئرز، اینڈ میکسیمم پیریڈ اکارڈنگ ٹو دیر اسیسمنٹ از 40 ایئرز۔</w:t>
      </w:r>
    </w:p>
    <w:p>
      <w:r>
        <w:rPr>
          <w:b/>
        </w:rPr>
        <w:t xml:space="preserve">[06:00] </w:t>
      </w:r>
      <w:r>
        <w:t>So there is no super civilization.</w:t>
      </w:r>
    </w:p>
    <w:p>
      <w:pPr>
        <w:jc w:val="right"/>
      </w:pPr>
      <w:r>
        <w:t>سو دیر از نو سپر سولائزیشن۔</w:t>
      </w:r>
    </w:p>
    <w:p>
      <w:r>
        <w:rPr>
          <w:b/>
        </w:rPr>
        <w:t xml:space="preserve">[06:03] </w:t>
      </w:r>
      <w:r>
        <w:t>This is the fate of our, our struggle in philosophy, in science, in spirituality, in civilization everywhere.</w:t>
      </w:r>
    </w:p>
    <w:p>
      <w:pPr>
        <w:jc w:val="right"/>
      </w:pPr>
      <w:r>
        <w:t>دس از دا فیٹ آف اور، اور سٹرگل ان فلاسفی، ان سائنس، ان سپریچولیٹی، ان سولائزیشن ایوری ویر۔</w:t>
      </w:r>
    </w:p>
    <w:p>
      <w:r>
        <w:rPr>
          <w:b/>
        </w:rPr>
        <w:t xml:space="preserve">[06:10] </w:t>
      </w:r>
      <w:r>
        <w:t>This is the sign.</w:t>
      </w:r>
    </w:p>
    <w:p>
      <w:pPr>
        <w:jc w:val="right"/>
      </w:pPr>
      <w:r>
        <w:t>دس از دا سائن۔</w:t>
      </w:r>
    </w:p>
    <w:p>
      <w:r>
        <w:rPr>
          <w:b/>
        </w:rPr>
        <w:t xml:space="preserve">[06:12] </w:t>
      </w:r>
      <w:r>
        <w:t>This is the sign.</w:t>
      </w:r>
    </w:p>
    <w:p>
      <w:pPr>
        <w:jc w:val="right"/>
      </w:pPr>
      <w:r>
        <w:t>دس از دا سائن۔</w:t>
      </w:r>
    </w:p>
    <w:p>
      <w:r>
        <w:rPr>
          <w:b/>
        </w:rPr>
        <w:t xml:space="preserve">[06:14] </w:t>
      </w:r>
      <w:r>
        <w:t>وقیم من، وقیم من ایت فی السماوات علیہا Quran declares that there are many, many signs in the</w:t>
      </w:r>
    </w:p>
    <w:p>
      <w:pPr>
        <w:jc w:val="right"/>
      </w:pPr>
      <w:r>
        <w:t>وقیم من، وقیم من ایت فی السماوات علیہا قرآن ڈیکلیئرز دیٹ دیر ار مینی، مینی سائنز ان دی</w:t>
      </w:r>
    </w:p>
    <w:p>
      <w:r>
        <w:rPr>
          <w:b/>
        </w:rPr>
        <w:t xml:space="preserve">[06:21] </w:t>
      </w:r>
      <w:r>
        <w:t>nature as well as in human history.</w:t>
      </w:r>
    </w:p>
    <w:p>
      <w:pPr>
        <w:jc w:val="right"/>
      </w:pPr>
      <w:r>
        <w:t>نیچر ایز ویل ایز ان ہیومن ہسٹری۔</w:t>
      </w:r>
    </w:p>
    <w:p>
      <w:r>
        <w:rPr>
          <w:b/>
        </w:rPr>
        <w:t xml:space="preserve">[06:24] </w:t>
      </w:r>
      <w:r>
        <w:t>But people ignore all these signs.</w:t>
      </w:r>
    </w:p>
    <w:p>
      <w:pPr>
        <w:jc w:val="right"/>
      </w:pPr>
      <w:r>
        <w:t>بٹ پیپل اگنور ال دیز سائنز۔</w:t>
      </w:r>
    </w:p>
    <w:p>
      <w:r>
        <w:rPr>
          <w:b/>
        </w:rPr>
        <w:t xml:space="preserve">[06:27] </w:t>
      </w:r>
      <w:r>
        <w:t>They fail to take lessons.</w:t>
      </w:r>
    </w:p>
    <w:p>
      <w:pPr>
        <w:jc w:val="right"/>
      </w:pPr>
      <w:r>
        <w:t>دے فیل ٹو ٹیک لیسنز۔</w:t>
      </w:r>
    </w:p>
    <w:p>
      <w:r>
        <w:rPr>
          <w:b/>
        </w:rPr>
        <w:t xml:space="preserve">[06:29] </w:t>
      </w:r>
      <w:r>
        <w:t>They fail to draw lessons from these signs.</w:t>
      </w:r>
    </w:p>
    <w:p>
      <w:pPr>
        <w:jc w:val="right"/>
      </w:pPr>
      <w:r>
        <w:t>دے فیل ٹو ڈرا لیسنز فرام دیز سائنز۔</w:t>
      </w:r>
    </w:p>
    <w:p>
      <w:r>
        <w:rPr>
          <w:b/>
        </w:rPr>
        <w:t xml:space="preserve">[06:33] </w:t>
      </w:r>
      <w:r>
        <w:t>Now, what is the lesson? The lesson is that we have to know.</w:t>
      </w:r>
    </w:p>
    <w:p>
      <w:pPr>
        <w:jc w:val="right"/>
      </w:pPr>
      <w:r>
        <w:t>ناو، واٹ از دا لیسن؟ دا لیسن از دیٹ وی ہیو ٹو نو۔</w:t>
      </w:r>
    </w:p>
    <w:p>
      <w:r>
        <w:rPr>
          <w:b/>
        </w:rPr>
        <w:t xml:space="preserve">[06:38] </w:t>
      </w:r>
      <w:r>
        <w:t>We have to know that this world was not created for, for that kind of purpose.</w:t>
      </w:r>
    </w:p>
    <w:p>
      <w:pPr>
        <w:jc w:val="right"/>
      </w:pPr>
      <w:r>
        <w:t>وی ہیو ٹو نو دیٹ دس ورلڈ واز ناٹ کریٹڈ فار، فار دیٹ کائنڈ آف پرپس۔</w:t>
      </w:r>
    </w:p>
    <w:p>
      <w:r>
        <w:rPr>
          <w:b/>
        </w:rPr>
        <w:t xml:space="preserve">[06:45] </w:t>
      </w:r>
      <w:r>
        <w:t>This world was not created for that kind of purpose to fulfill our dream.</w:t>
      </w:r>
    </w:p>
    <w:p>
      <w:pPr>
        <w:jc w:val="right"/>
      </w:pPr>
      <w:r>
        <w:t>دس ورلڈ واز ناٹ کریٹڈ فار دیٹ کائنڈ آف پرپس ٹو فلفل اور ڈریم۔</w:t>
      </w:r>
    </w:p>
    <w:p>
      <w:r>
        <w:rPr>
          <w:b/>
        </w:rPr>
        <w:t xml:space="preserve">[06:51] </w:t>
      </w:r>
      <w:r>
        <w:t>No.</w:t>
      </w:r>
    </w:p>
    <w:p>
      <w:pPr>
        <w:jc w:val="right"/>
      </w:pPr>
      <w:r>
        <w:t>نو۔</w:t>
      </w:r>
    </w:p>
    <w:p>
      <w:r>
        <w:rPr>
          <w:b/>
        </w:rPr>
        <w:t xml:space="preserve">[06:52] </w:t>
      </w:r>
      <w:r>
        <w:t>You know, Sir James Jeans was a great astronomer.</w:t>
      </w:r>
    </w:p>
    <w:p>
      <w:pPr>
        <w:jc w:val="right"/>
      </w:pPr>
      <w:r>
        <w:t>یو نو، سر جیمز جینز واز ا گریٹ اسٹرونمر۔</w:t>
      </w:r>
    </w:p>
    <w:p>
      <w:r>
        <w:rPr>
          <w:b/>
        </w:rPr>
        <w:t xml:space="preserve">[06:56] </w:t>
      </w:r>
      <w:r>
        <w:t>He was a British astronomer.</w:t>
      </w:r>
    </w:p>
    <w:p>
      <w:pPr>
        <w:jc w:val="right"/>
      </w:pPr>
      <w:r>
        <w:t>ہی واز ا برٹش اسٹرونمر۔</w:t>
      </w:r>
    </w:p>
    <w:p>
      <w:r>
        <w:rPr>
          <w:b/>
        </w:rPr>
        <w:t xml:space="preserve">[06:58] </w:t>
      </w:r>
      <w:r>
        <w:t>Sir James Jeans he published a book with the title "The Mysterious Universe".</w:t>
      </w:r>
    </w:p>
    <w:p>
      <w:pPr>
        <w:jc w:val="right"/>
      </w:pPr>
      <w:r>
        <w:t>سر جیمز جینز ہی پبلش ا بک ود دا ٹائٹل "دا مسٹیریس یونیورس"۔</w:t>
      </w:r>
    </w:p>
    <w:p>
      <w:r>
        <w:rPr>
          <w:b/>
        </w:rPr>
        <w:t xml:space="preserve">[07:04] </w:t>
      </w:r>
      <w:r>
        <w:t>In this book he has observed a very, very, very, very interesting item of our history.</w:t>
      </w:r>
    </w:p>
    <w:p>
      <w:pPr>
        <w:jc w:val="right"/>
      </w:pPr>
      <w:r>
        <w:t>ان دس بک ہی ہیز ابزروڈ ا ویری، ویری، ویری، ویری انٹرسٹنگ ائٹم آف اور ہسٹری۔</w:t>
      </w:r>
    </w:p>
    <w:p>
      <w:r>
        <w:rPr>
          <w:b/>
        </w:rPr>
        <w:t xml:space="preserve">[07:11] </w:t>
      </w:r>
      <w:r>
        <w:t>I would, I would like to read it out so that you may.</w:t>
      </w:r>
    </w:p>
    <w:p>
      <w:pPr>
        <w:jc w:val="right"/>
      </w:pPr>
      <w:r>
        <w:t>ائی وڈ، ائی وڈ لائک ٹو ریڈ اٹ آؤٹ سو دیٹ یو می۔</w:t>
      </w:r>
    </w:p>
    <w:p>
      <w:r>
        <w:rPr>
          <w:b/>
        </w:rPr>
        <w:t xml:space="preserve">[07:16] </w:t>
      </w:r>
      <w:r>
        <w:t>What observation was made by Sir James Jeans in his book "The Mysterious Universe"? This book was published</w:t>
      </w:r>
    </w:p>
    <w:p>
      <w:pPr>
        <w:jc w:val="right"/>
      </w:pPr>
      <w:r>
        <w:t>واٹ ابزرویشن واز میڈ بائے سر جیمز جینز ان ہز بک "دا مسٹیریس یونیورس"؟ دس بک واز پبلش</w:t>
      </w:r>
    </w:p>
    <w:p>
      <w:r>
        <w:rPr>
          <w:b/>
        </w:rPr>
        <w:t xml:space="preserve">[07:24] </w:t>
      </w:r>
      <w:r>
        <w:t>in 1930, and this observation you can see in its page 11.</w:t>
      </w:r>
    </w:p>
    <w:p>
      <w:pPr>
        <w:jc w:val="right"/>
      </w:pPr>
      <w:r>
        <w:t>ان 1930، اینڈ دس ابزرویشن یو کین سی ان اٹس پیج الیون۔</w:t>
      </w:r>
    </w:p>
    <w:p>
      <w:r>
        <w:rPr>
          <w:b/>
        </w:rPr>
        <w:t xml:space="preserve">[07:29] </w:t>
      </w:r>
      <w:r>
        <w:t>ذرا، ذرا، بھئی دیر کیوں کر رہے ہو؟ Abhi was بھئی دیر کر رہے ہو، کیا مطلب ہے؟</w:t>
      </w:r>
    </w:p>
    <w:p>
      <w:pPr>
        <w:jc w:val="right"/>
      </w:pPr>
      <w:r>
        <w:t>ذرا، ذرا، بھئی دیر کیوں کر رہے ہو؟ ابھی واز بھئی دیر کر رہے ہو، کیا مطلب ہے؟</w:t>
      </w:r>
    </w:p>
    <w:p>
      <w:r>
        <w:rPr>
          <w:b/>
        </w:rPr>
        <w:t xml:space="preserve">[07:37] </w:t>
      </w:r>
      <w:r>
        <w:t>بھئی parts بھی ادھر ادھر کرو۔</w:t>
      </w:r>
    </w:p>
    <w:p>
      <w:pPr>
        <w:jc w:val="right"/>
      </w:pPr>
      <w:r>
        <w:t>بھئی پارٹس بھی ادھر ادھر کرو۔</w:t>
      </w:r>
    </w:p>
    <w:p>
      <w:r>
        <w:rPr>
          <w:b/>
        </w:rPr>
        <w:t xml:space="preserve">[07:40] </w:t>
      </w:r>
      <w:r>
        <w:t>kitab ek minute, zara haan, zor zor se parho.</w:t>
      </w:r>
    </w:p>
    <w:p>
      <w:pPr>
        <w:jc w:val="right"/>
      </w:pPr>
      <w:r>
        <w:t>کتاب ایک منٹ، ذرا ہاں، زور زور سے پڑھو۔</w:t>
      </w:r>
    </w:p>
    <w:p>
      <w:r>
        <w:rPr>
          <w:b/>
        </w:rPr>
        <w:t xml:space="preserve">[07:43] </w:t>
      </w:r>
      <w:r>
        <w:t>ek second, ek bar parho.</w:t>
      </w:r>
    </w:p>
    <w:p>
      <w:pPr>
        <w:jc w:val="right"/>
      </w:pPr>
      <w:r>
        <w:t>ایک سیکنڈ، ایک بار پڑھو۔</w:t>
      </w:r>
    </w:p>
    <w:p>
      <w:r>
        <w:rPr>
          <w:b/>
        </w:rPr>
        <w:t xml:space="preserve">[07:46] </w:t>
      </w:r>
      <w:r>
        <w:t>کیوں ہو رہا ہے؟ Is this then all that life amounts to, to stumble almost by mistake into</w:t>
      </w:r>
    </w:p>
    <w:p>
      <w:pPr>
        <w:jc w:val="right"/>
      </w:pPr>
      <w:r>
        <w:t>کیوں ہو رہا ہے؟ از دس دین ال دیٹ لائف اماؤنٹس ٹو ٹو سٹمبل الموسٹ بائی مسٹیک انٹو</w:t>
      </w:r>
    </w:p>
    <w:p>
      <w:r>
        <w:rPr>
          <w:b/>
        </w:rPr>
        <w:t xml:space="preserve">[07:53] </w:t>
      </w:r>
      <w:r>
        <w:t>a universe which was clearly not designed for life, and which to all appearances is either totally indifferent</w:t>
      </w:r>
    </w:p>
    <w:p>
      <w:pPr>
        <w:jc w:val="right"/>
      </w:pPr>
      <w:r>
        <w:t>ا یونیورس وچ واز کلیئرلی ناٹ ڈیزائنڈ فار لائف، اینڈ وچ ٹو ال اپیئرنسز از ایتھر ٹوٹلی انڈیفرنٹ</w:t>
      </w:r>
    </w:p>
    <w:p>
      <w:r>
        <w:rPr>
          <w:b/>
        </w:rPr>
        <w:t xml:space="preserve">[08:01] </w:t>
      </w:r>
      <w:r>
        <w:t>اور definitely hostile to it? To stick clinging into a fragment of a grain of sand until</w:t>
      </w:r>
    </w:p>
    <w:p>
      <w:pPr>
        <w:jc w:val="right"/>
      </w:pPr>
      <w:r>
        <w:t>اور ڈیفینیٹلی ہوسٹائل ٹو اٹ؟ ٹو سٹیک کلنگنگ ان ٹو ا فریگمنٹ آف ا گرین آف سینڈ انٹل</w:t>
      </w:r>
    </w:p>
    <w:p>
      <w:r>
        <w:rPr>
          <w:b/>
        </w:rPr>
        <w:t xml:space="preserve">[08:09] </w:t>
      </w:r>
      <w:r>
        <w:t>We are frozen off to start a tiny act in a tiny stage with the knowledge that our</w:t>
      </w:r>
    </w:p>
    <w:p>
      <w:pPr>
        <w:jc w:val="right"/>
      </w:pPr>
      <w:r>
        <w:t>وی ار فروزن آف؟ ٹو سٹٹ ا ٹائنی ار ان ا ٹائنی سٹیج ود دا نالج دیٹ ار</w:t>
      </w:r>
    </w:p>
    <w:p>
      <w:r>
        <w:rPr>
          <w:b/>
        </w:rPr>
        <w:t xml:space="preserve">[08:16] </w:t>
      </w:r>
      <w:r>
        <w:t>Aspirations are all doomed to final frustration, and that our achievements must perish with our leaving the</w:t>
      </w:r>
    </w:p>
    <w:p>
      <w:pPr>
        <w:jc w:val="right"/>
      </w:pPr>
      <w:r>
        <w:t>ایسپیریشنز ار ال ڈوم ٹو فائنل فرسٹریشن، اینڈ دیٹ ار اچیومنٹس مسٹ پرش ود ار ریس لیونگ دا</w:t>
      </w:r>
    </w:p>
    <w:p>
      <w:r>
        <w:rPr>
          <w:b/>
        </w:rPr>
        <w:t xml:space="preserve">[08:24] </w:t>
      </w:r>
      <w:r>
        <w:t>universe as though we had never been? This was a quotation from Sir James Jeans from his book</w:t>
      </w:r>
    </w:p>
    <w:p>
      <w:pPr>
        <w:jc w:val="right"/>
      </w:pPr>
      <w:r>
        <w:t>یونیورس ایز دو وی ہیڈ نیور بین؟ دس واز ا کوٹیشن فرام سر جیمز جینز فرام ہز بک</w:t>
      </w:r>
    </w:p>
    <w:p>
      <w:r>
        <w:rPr>
          <w:b/>
        </w:rPr>
        <w:t xml:space="preserve">[08:32] </w:t>
      </w:r>
      <w:r>
        <w:t>"The Mysterious Universe".</w:t>
      </w:r>
    </w:p>
    <w:p>
      <w:pPr>
        <w:jc w:val="right"/>
      </w:pPr>
      <w:r>
        <w:t>"دا مسٹیریس یونیورس"۔</w:t>
      </w:r>
    </w:p>
    <w:p>
      <w:r>
        <w:rPr>
          <w:b/>
        </w:rPr>
        <w:t xml:space="preserve">[08:33] </w:t>
      </w:r>
      <w:r>
        <w:t>This is not a single quotation from a single book.</w:t>
      </w:r>
    </w:p>
    <w:p>
      <w:pPr>
        <w:jc w:val="right"/>
      </w:pPr>
      <w:r>
        <w:t>دس از ناٹ ا سنگل کوٹیشن فرام ا سنگل بک۔</w:t>
      </w:r>
    </w:p>
    <w:p>
      <w:r>
        <w:rPr>
          <w:b/>
        </w:rPr>
        <w:t xml:space="preserve">[08:38] </w:t>
      </w:r>
      <w:r>
        <w:t>It is a feeling of all men and women.</w:t>
      </w:r>
    </w:p>
    <w:p>
      <w:pPr>
        <w:jc w:val="right"/>
      </w:pPr>
      <w:r>
        <w:t>اٹ از ا فیلنگ اف ال مین اینڈ وومن۔</w:t>
      </w:r>
    </w:p>
    <w:p>
      <w:r>
        <w:rPr>
          <w:b/>
        </w:rPr>
        <w:t xml:space="preserve">[08:42] </w:t>
      </w:r>
      <w:r>
        <w:t>All men and women, we are here in this world with desires, but we die without fulfilling our</w:t>
      </w:r>
    </w:p>
    <w:p>
      <w:pPr>
        <w:jc w:val="right"/>
      </w:pPr>
      <w:r>
        <w:t>ال مین اینڈ وومن، وی ار ہیر ان دس ورلڈ ود ڈیزائرز، بٹ وی ڈائی وداؤٹ فلفلنگ اور</w:t>
      </w:r>
    </w:p>
    <w:p>
      <w:r>
        <w:rPr>
          <w:b/>
        </w:rPr>
        <w:t xml:space="preserve">[08:49] </w:t>
      </w:r>
      <w:r>
        <w:t>Desires.</w:t>
      </w:r>
    </w:p>
    <w:p>
      <w:pPr>
        <w:jc w:val="right"/>
      </w:pPr>
      <w:r>
        <w:t>ڈیزائرز۔</w:t>
      </w:r>
    </w:p>
    <w:p>
      <w:r>
        <w:rPr>
          <w:b/>
        </w:rPr>
        <w:t xml:space="preserve">[08:51] </w:t>
      </w:r>
      <w:r>
        <w:t>We have ambitions, we have passions, we have dreams, we have hopes, but all are doomed to be buried.</w:t>
      </w:r>
    </w:p>
    <w:p>
      <w:pPr>
        <w:jc w:val="right"/>
      </w:pPr>
      <w:r>
        <w:t>وی ہیو ایمبیشنز، وی ہیو پیشنز، وی ہیو ڈریمز، وی ہیو ہوپس، بٹ اور ار ڈوم ٹو بری۔</w:t>
      </w:r>
    </w:p>
    <w:p>
      <w:r>
        <w:rPr>
          <w:b/>
        </w:rPr>
        <w:t xml:space="preserve">[08:58] </w:t>
      </w:r>
      <w:r>
        <w:t>Except man, except man, there is no other creature, no other creature.</w:t>
      </w:r>
    </w:p>
    <w:p>
      <w:pPr>
        <w:jc w:val="right"/>
      </w:pPr>
      <w:r>
        <w:t>ایکسیپٹ مین، ایکسیپٹ مین، دیر نو ادر کریچر، نو ادر کریچر۔</w:t>
      </w:r>
    </w:p>
    <w:p>
      <w:r>
        <w:rPr>
          <w:b/>
        </w:rPr>
        <w:t xml:space="preserve">[09:03] </w:t>
      </w:r>
      <w:r>
        <w:t>All the stars and all the planets and all the trees and animals, all the mountain and ocean</w:t>
      </w:r>
    </w:p>
    <w:p>
      <w:pPr>
        <w:jc w:val="right"/>
      </w:pPr>
      <w:r>
        <w:t>ال دی سٹارز اینڈ ال دا پلینٹس اینڈ ال دا ٹریز اینڈ اینیملز، ال دا ماؤنٹین اینڈ اوشن</w:t>
      </w:r>
    </w:p>
    <w:p>
      <w:r>
        <w:rPr>
          <w:b/>
        </w:rPr>
        <w:t xml:space="preserve">[09:11] </w:t>
      </w:r>
      <w:r>
        <w:t>are finding what they want.</w:t>
      </w:r>
    </w:p>
    <w:p>
      <w:pPr>
        <w:jc w:val="right"/>
      </w:pPr>
      <w:r>
        <w:t>ار فائنڈنگ واٹ دے وانٹس۔</w:t>
      </w:r>
    </w:p>
    <w:p>
      <w:r>
        <w:rPr>
          <w:b/>
        </w:rPr>
        <w:t xml:space="preserve">[09:13] </w:t>
      </w:r>
      <w:r>
        <w:t>Not a single creature of this world dies with such despair.</w:t>
      </w:r>
    </w:p>
    <w:p>
      <w:pPr>
        <w:jc w:val="right"/>
      </w:pPr>
      <w:r>
        <w:t>ناٹ ا سنگل کریچر اف دس ورلڈ ڈائز ود سچ ڈسپیئر۔</w:t>
      </w:r>
    </w:p>
    <w:p>
      <w:r>
        <w:rPr>
          <w:b/>
        </w:rPr>
        <w:t xml:space="preserve">[09:18] </w:t>
      </w:r>
      <w:r>
        <w:t>Every other item of the universe lives with full with fulfillment.</w:t>
      </w:r>
    </w:p>
    <w:p>
      <w:pPr>
        <w:jc w:val="right"/>
      </w:pPr>
      <w:r>
        <w:t>ایوری ادر ائٹم اف دا یونیورس لیوز ود فل ود فلفلمنٹ۔</w:t>
      </w:r>
    </w:p>
    <w:p>
      <w:r>
        <w:rPr>
          <w:b/>
        </w:rPr>
        <w:t xml:space="preserve">[09:22] </w:t>
      </w:r>
      <w:r>
        <w:t>It is only man who dies without fulfilling his desires, his hopes, his dreams, his aspirations.</w:t>
      </w:r>
    </w:p>
    <w:p>
      <w:pPr>
        <w:jc w:val="right"/>
      </w:pPr>
      <w:r>
        <w:t>اٹ از اونلی مین ہو ڈائز وداؤٹ فلفلنگ ہز ڈیزائرز، ہز ہوپس، ہز ڈریمز، ہز ایسپیریشنز۔</w:t>
      </w:r>
    </w:p>
    <w:p>
      <w:r>
        <w:rPr>
          <w:b/>
        </w:rPr>
        <w:t xml:space="preserve">[09:29] </w:t>
      </w:r>
      <w:r>
        <w:t>It is a sign, S.I.G.N. sign.</w:t>
      </w:r>
    </w:p>
    <w:p>
      <w:pPr>
        <w:jc w:val="right"/>
      </w:pPr>
      <w:r>
        <w:t>اٹ از ا سائن، ایس ائی جی اینڈ سائن۔</w:t>
      </w:r>
    </w:p>
    <w:p>
      <w:r>
        <w:rPr>
          <w:b/>
        </w:rPr>
        <w:t xml:space="preserve">[09:33] </w:t>
      </w:r>
      <w:r>
        <w:t>We have to take a lesson from this sign.</w:t>
      </w:r>
    </w:p>
    <w:p>
      <w:pPr>
        <w:jc w:val="right"/>
      </w:pPr>
      <w:r>
        <w:t>وی ہیو ٹو ٹیک ا لیسن فرام دس سائن۔</w:t>
      </w:r>
    </w:p>
    <w:p>
      <w:r>
        <w:rPr>
          <w:b/>
        </w:rPr>
        <w:t xml:space="preserve">[09:37] </w:t>
      </w:r>
      <w:r>
        <w:t>We have to contemplate about this sign.</w:t>
      </w:r>
    </w:p>
    <w:p>
      <w:pPr>
        <w:jc w:val="right"/>
      </w:pPr>
      <w:r>
        <w:t>وی ہیو ٹو کنٹیمپلیٹ اباؤٹ دس سائن۔</w:t>
      </w:r>
    </w:p>
    <w:p>
      <w:r>
        <w:rPr>
          <w:b/>
        </w:rPr>
        <w:t xml:space="preserve">[09:40] </w:t>
      </w:r>
      <w:r>
        <w:t>Why all other creatures are successful, and it is only man who dies in failure? Here, I</w:t>
      </w:r>
    </w:p>
    <w:p>
      <w:pPr>
        <w:jc w:val="right"/>
      </w:pPr>
      <w:r>
        <w:t>وائی ال ادر کریچرز ار سکسیس فل، اینڈ اٹ از اونلی مین ہو ڈائز ان فیلیر؟ ہیر، ائی</w:t>
      </w:r>
    </w:p>
    <w:p>
      <w:r>
        <w:rPr>
          <w:b/>
        </w:rPr>
        <w:t xml:space="preserve">[09:48] </w:t>
      </w:r>
      <w:r>
        <w:t>would like to give some more references.</w:t>
      </w:r>
    </w:p>
    <w:p>
      <w:pPr>
        <w:jc w:val="right"/>
      </w:pPr>
      <w:r>
        <w:t>وڈ لائک ٹو گیو سم مور ریفرنسز۔</w:t>
      </w:r>
    </w:p>
    <w:p>
      <w:r>
        <w:rPr>
          <w:b/>
        </w:rPr>
        <w:t xml:space="preserve">[09:51] </w:t>
      </w:r>
      <w:r>
        <w:t>For example, let us take Plato.</w:t>
      </w:r>
    </w:p>
    <w:p>
      <w:pPr>
        <w:jc w:val="right"/>
      </w:pPr>
      <w:r>
        <w:t>فار ایگزیمپل، لیٹ اس ٹیک پلیٹو۔</w:t>
      </w:r>
    </w:p>
    <w:p>
      <w:r>
        <w:rPr>
          <w:b/>
        </w:rPr>
        <w:t xml:space="preserve">[09:53] </w:t>
      </w:r>
      <w:r>
        <w:t>Plato was a great philosopher, a great Greek philosopher.</w:t>
      </w:r>
    </w:p>
    <w:p>
      <w:pPr>
        <w:jc w:val="right"/>
      </w:pPr>
      <w:r>
        <w:t>پلیٹو واز ا گریٹ فلاسفر، ا گریٹ گریک فلاسفر۔</w:t>
      </w:r>
    </w:p>
    <w:p>
      <w:r>
        <w:rPr>
          <w:b/>
        </w:rPr>
        <w:t xml:space="preserve">[09:57] </w:t>
      </w:r>
      <w:r>
        <w:t>He wanted to establish an ideal state.</w:t>
      </w:r>
    </w:p>
    <w:p>
      <w:pPr>
        <w:jc w:val="right"/>
      </w:pPr>
      <w:r>
        <w:t>ہی وانٹڈ ٹو اسٹیبلش این ائیڈیل سٹیٹ۔</w:t>
      </w:r>
    </w:p>
    <w:p>
      <w:r>
        <w:rPr>
          <w:b/>
        </w:rPr>
        <w:t xml:space="preserve">[10:00] </w:t>
      </w:r>
      <w:r>
        <w:t>Even the, even his contemporary king was his disciple, and many other disciples, many other great minds also</w:t>
      </w:r>
    </w:p>
    <w:p>
      <w:pPr>
        <w:jc w:val="right"/>
      </w:pPr>
      <w:r>
        <w:t>ایون دا، ایون ہز کنٹیمپریری کنگ واز ہز ڈسائپل، اینڈ مینی ادر ڈسائپلز، مینی ادر گریٹ مائنڈز السو</w:t>
      </w:r>
    </w:p>
    <w:p>
      <w:r>
        <w:rPr>
          <w:b/>
        </w:rPr>
        <w:t xml:space="preserve">[10:08] </w:t>
      </w:r>
      <w:r>
        <w:t>wanted to establish ideal state.</w:t>
      </w:r>
    </w:p>
    <w:p>
      <w:pPr>
        <w:jc w:val="right"/>
      </w:pPr>
      <w:r>
        <w:t>وانٹڈ ٹو اسٹیبلش ائیڈیل سٹیٹ۔</w:t>
      </w:r>
    </w:p>
    <w:p>
      <w:r>
        <w:rPr>
          <w:b/>
        </w:rPr>
        <w:t xml:space="preserve">[10:10] </w:t>
      </w:r>
      <w:r>
        <w:t>But all those men fail, although they have sources, they have mind, they have everything, but they</w:t>
      </w:r>
    </w:p>
    <w:p>
      <w:pPr>
        <w:jc w:val="right"/>
      </w:pPr>
      <w:r>
        <w:t>بٹ ال دوز مین فیل، الدو دے ہیو سورسز، دے ہیو مائنڈ، دے ہیو ایوری تھنگ، بٹ دے</w:t>
      </w:r>
    </w:p>
    <w:p>
      <w:r>
        <w:rPr>
          <w:b/>
        </w:rPr>
        <w:t xml:space="preserve">[10:18] </w:t>
      </w:r>
      <w:r>
        <w:t>fail to establish an ideal state.</w:t>
      </w:r>
    </w:p>
    <w:p>
      <w:pPr>
        <w:jc w:val="right"/>
      </w:pPr>
      <w:r>
        <w:t>فیل ٹو اسٹیبلش این ائیڈیل سٹیٹ۔</w:t>
      </w:r>
    </w:p>
    <w:p>
      <w:r>
        <w:rPr>
          <w:b/>
        </w:rPr>
        <w:t xml:space="preserve">[10:20] </w:t>
      </w:r>
      <w:r>
        <w:t>Man is thinking in terms of ideal, in terms of ideal.</w:t>
      </w:r>
    </w:p>
    <w:p>
      <w:pPr>
        <w:jc w:val="right"/>
      </w:pPr>
      <w:r>
        <w:t>مین از تھنکنگ ان ٹرم اف ائیڈیل، ان ٹرم اف ائیڈیل۔</w:t>
      </w:r>
    </w:p>
    <w:p>
      <w:r>
        <w:rPr>
          <w:b/>
        </w:rPr>
        <w:t xml:space="preserve">[10:25] </w:t>
      </w:r>
      <w:r>
        <w:t>Everyone wants ideal, everyone love ideals.</w:t>
      </w:r>
    </w:p>
    <w:p>
      <w:pPr>
        <w:jc w:val="right"/>
      </w:pPr>
      <w:r>
        <w:t>ایوری ون وانٹس ائیڈیل، ایوری ون لو ائیڈیلز۔</w:t>
      </w:r>
    </w:p>
    <w:p>
      <w:r>
        <w:rPr>
          <w:b/>
        </w:rPr>
        <w:t xml:space="preserve">[10:28] </w:t>
      </w:r>
      <w:r>
        <w:t>So everyone, not only Plato, thinks in terms of ideals, but everyone is failed to achieve</w:t>
      </w:r>
    </w:p>
    <w:p>
      <w:pPr>
        <w:jc w:val="right"/>
      </w:pPr>
      <w:r>
        <w:t>سو ایوری ون، ناٹ اونلی پلیٹو، تھنکس ان ٹرم اف ائیڈیلز، بٹ ایوری ون از فیل ٹو اچیو</w:t>
      </w:r>
    </w:p>
    <w:p>
      <w:r>
        <w:rPr>
          <w:b/>
        </w:rPr>
        <w:t xml:space="preserve">[10:36] </w:t>
      </w:r>
      <w:r>
        <w:t>His ideals.</w:t>
      </w:r>
    </w:p>
    <w:p>
      <w:pPr>
        <w:jc w:val="right"/>
      </w:pPr>
      <w:r>
        <w:t>ہز ائیڈیلز۔</w:t>
      </w:r>
    </w:p>
    <w:p>
      <w:r>
        <w:rPr>
          <w:b/>
        </w:rPr>
        <w:t xml:space="preserve">[10:38] </w:t>
      </w:r>
      <w:r>
        <w:t>So, ideal cannot be achieved.</w:t>
      </w:r>
    </w:p>
    <w:p>
      <w:pPr>
        <w:jc w:val="right"/>
      </w:pPr>
      <w:r>
        <w:t>سو ائیڈیل کین ناٹ بی اچیوڈ۔</w:t>
      </w:r>
    </w:p>
    <w:p>
      <w:r>
        <w:rPr>
          <w:b/>
        </w:rPr>
        <w:t xml:space="preserve">[10:40] </w:t>
      </w:r>
      <w:r>
        <w:t>Why? If you want ideals, then why it is not achievable? Other creatures, this is the, this is</w:t>
      </w:r>
    </w:p>
    <w:p>
      <w:pPr>
        <w:jc w:val="right"/>
      </w:pPr>
      <w:r>
        <w:t>وائی؟ اف یو وانٹ ائیڈیلز، دین وائی اٹ از ناٹ اچیویبل؟ ادر کریچرز، دس از دا، دس از</w:t>
      </w:r>
    </w:p>
    <w:p>
      <w:r>
        <w:rPr>
          <w:b/>
        </w:rPr>
        <w:t xml:space="preserve">[10:48] </w:t>
      </w:r>
      <w:r>
        <w:t>not a feat of other creatures.</w:t>
      </w:r>
    </w:p>
    <w:p>
      <w:pPr>
        <w:jc w:val="right"/>
      </w:pPr>
      <w:r>
        <w:t>ناٹ ا فیٹ اف ادر کریچرز۔</w:t>
      </w:r>
    </w:p>
    <w:p>
      <w:r>
        <w:rPr>
          <w:b/>
        </w:rPr>
        <w:t xml:space="preserve">[10:50] </w:t>
      </w:r>
      <w:r>
        <w:t>Everything which they want is achievable for them.</w:t>
      </w:r>
    </w:p>
    <w:p>
      <w:pPr>
        <w:jc w:val="right"/>
      </w:pPr>
      <w:r>
        <w:t>ایوری تھنگ وچ دے وانٹ از اچیویبل فار دیم۔</w:t>
      </w:r>
    </w:p>
    <w:p>
      <w:r>
        <w:rPr>
          <w:b/>
        </w:rPr>
        <w:t xml:space="preserve">[10:54] </w:t>
      </w:r>
      <w:r>
        <w:t>For example, you see water flows from the top of the mountain.</w:t>
      </w:r>
    </w:p>
    <w:p>
      <w:pPr>
        <w:jc w:val="right"/>
      </w:pPr>
      <w:r>
        <w:t>فار ایگزیمپل، یو سی واٹر فروز فرام دا ٹاپ اف دا ماؤنٹین۔</w:t>
      </w:r>
    </w:p>
    <w:p>
      <w:r>
        <w:rPr>
          <w:b/>
        </w:rPr>
        <w:t xml:space="preserve">[10:59] </w:t>
      </w:r>
      <w:r>
        <w:t>He wanted slope, slope to flow.</w:t>
      </w:r>
    </w:p>
    <w:p>
      <w:pPr>
        <w:jc w:val="right"/>
      </w:pPr>
      <w:r>
        <w:t>ہی وانٹ سلوپ، سلوپ ٹو فلو۔</w:t>
      </w:r>
    </w:p>
    <w:p>
      <w:r>
        <w:rPr>
          <w:b/>
        </w:rPr>
        <w:t xml:space="preserve">[11:02] </w:t>
      </w:r>
      <w:r>
        <w:t>So the whole mountain provides him slope, so that he may flow.</w:t>
      </w:r>
    </w:p>
    <w:p>
      <w:pPr>
        <w:jc w:val="right"/>
      </w:pPr>
      <w:r>
        <w:t>سو دا ہول ماؤنٹین پرووائیڈز ہم سلوپ، سو دیٹ ہی می فلو۔</w:t>
      </w:r>
    </w:p>
    <w:p>
      <w:r>
        <w:rPr>
          <w:b/>
        </w:rPr>
        <w:t xml:space="preserve">[11:07] </w:t>
      </w:r>
      <w:r>
        <w:t>So, so is the case of every item, every creature.</w:t>
      </w:r>
    </w:p>
    <w:p>
      <w:pPr>
        <w:jc w:val="right"/>
      </w:pPr>
      <w:r>
        <w:t>سو، سو از دا کیس اف ایوری ائٹم، ایوری کریچر۔</w:t>
      </w:r>
    </w:p>
    <w:p>
      <w:r>
        <w:rPr>
          <w:b/>
        </w:rPr>
        <w:t xml:space="preserve">[11:11] </w:t>
      </w:r>
      <w:r>
        <w:t>They are achieving what they want.</w:t>
      </w:r>
    </w:p>
    <w:p>
      <w:pPr>
        <w:jc w:val="right"/>
      </w:pPr>
      <w:r>
        <w:t>دے ار اچیونگ واٹ دے وانٹ۔</w:t>
      </w:r>
    </w:p>
    <w:p>
      <w:r>
        <w:rPr>
          <w:b/>
        </w:rPr>
        <w:t xml:space="preserve">[11:14] </w:t>
      </w:r>
      <w:r>
        <w:t>Stars and planets are achieving what they want.</w:t>
      </w:r>
    </w:p>
    <w:p>
      <w:pPr>
        <w:jc w:val="right"/>
      </w:pPr>
      <w:r>
        <w:t>سٹارز اینڈ پلینٹس ار اچیونگ واٹ دے وانٹس۔</w:t>
      </w:r>
    </w:p>
    <w:p>
      <w:r>
        <w:rPr>
          <w:b/>
        </w:rPr>
        <w:t xml:space="preserve">[11:17] </w:t>
      </w:r>
      <w:r>
        <w:t>For example, star is a moving creature.</w:t>
      </w:r>
    </w:p>
    <w:p>
      <w:pPr>
        <w:jc w:val="right"/>
      </w:pPr>
      <w:r>
        <w:t>فار ایگزیمپل، سٹار از ا موونگ کریچر۔</w:t>
      </w:r>
    </w:p>
    <w:p>
      <w:r>
        <w:rPr>
          <w:b/>
        </w:rPr>
        <w:t xml:space="preserve">[11:20] </w:t>
      </w:r>
      <w:r>
        <w:t>They are all, all, all time, they are moving.</w:t>
      </w:r>
    </w:p>
    <w:p>
      <w:pPr>
        <w:jc w:val="right"/>
      </w:pPr>
      <w:r>
        <w:t>دے ار ال، ال، ال ٹائم، دے ار موونگ۔</w:t>
      </w:r>
    </w:p>
    <w:p>
      <w:r>
        <w:rPr>
          <w:b/>
        </w:rPr>
        <w:t xml:space="preserve">[11:24] </w:t>
      </w:r>
      <w:r>
        <w:t>All, all the time, they are in the moving.</w:t>
      </w:r>
    </w:p>
    <w:p>
      <w:pPr>
        <w:jc w:val="right"/>
      </w:pPr>
      <w:r>
        <w:t>ال، ال دا ٹائم، دے ار ان دا موونگ۔</w:t>
      </w:r>
    </w:p>
    <w:p>
      <w:r>
        <w:rPr>
          <w:b/>
        </w:rPr>
        <w:t xml:space="preserve">[11:28] </w:t>
      </w:r>
      <w:r>
        <w:t>So they want space, open space.</w:t>
      </w:r>
    </w:p>
    <w:p>
      <w:pPr>
        <w:jc w:val="right"/>
      </w:pPr>
      <w:r>
        <w:t>سو دے وانٹ سپیس، اوپن سپیس۔</w:t>
      </w:r>
    </w:p>
    <w:p>
      <w:r>
        <w:rPr>
          <w:b/>
        </w:rPr>
        <w:t xml:space="preserve">[11:31] </w:t>
      </w:r>
      <w:r>
        <w:t>The only requirement for stars is open space.</w:t>
      </w:r>
    </w:p>
    <w:p>
      <w:pPr>
        <w:jc w:val="right"/>
      </w:pPr>
      <w:r>
        <w:t>دا اونلی ریکوائرمنٹ فار سٹارز از اوپن سپیس۔</w:t>
      </w:r>
    </w:p>
    <w:p>
      <w:r>
        <w:rPr>
          <w:b/>
        </w:rPr>
        <w:t xml:space="preserve">[11:34] </w:t>
      </w:r>
      <w:r>
        <w:t>So every time, they, they find a vast space.</w:t>
      </w:r>
    </w:p>
    <w:p>
      <w:pPr>
        <w:jc w:val="right"/>
      </w:pPr>
      <w:r>
        <w:t>سو ایوری ٹائم، دے، دے فائنڈ ا واسٹ سپیس۔</w:t>
      </w:r>
    </w:p>
    <w:p>
      <w:r>
        <w:rPr>
          <w:b/>
        </w:rPr>
        <w:t xml:space="preserve">[11:38] </w:t>
      </w:r>
      <w:r>
        <w:t>So they are moving, they are revolving without any obstacle.</w:t>
      </w:r>
    </w:p>
    <w:p>
      <w:pPr>
        <w:jc w:val="right"/>
      </w:pPr>
      <w:r>
        <w:t>سو دے ار موونگ، دے ار ریوالونگ وداؤٹ اینی ابسٹیکل۔</w:t>
      </w:r>
    </w:p>
    <w:p>
      <w:r>
        <w:rPr>
          <w:b/>
        </w:rPr>
        <w:t xml:space="preserve">[11:42] </w:t>
      </w:r>
      <w:r>
        <w:t>They wanted space, and space was there.</w:t>
      </w:r>
    </w:p>
    <w:p>
      <w:pPr>
        <w:jc w:val="right"/>
      </w:pPr>
      <w:r>
        <w:t>دے وانٹڈ سپیس، اینڈ سپیس واز دیر۔</w:t>
      </w:r>
    </w:p>
    <w:p>
      <w:r>
        <w:rPr>
          <w:b/>
        </w:rPr>
        <w:t xml:space="preserve">[11:45] </w:t>
      </w:r>
      <w:r>
        <w:t>Water wanted slope, and water was, and slope was there.</w:t>
      </w:r>
    </w:p>
    <w:p>
      <w:pPr>
        <w:jc w:val="right"/>
      </w:pPr>
      <w:r>
        <w:t>واٹر وانٹڈ سلوپ، اینڈ واٹر واز، اینڈ سلوپ واز دیر۔</w:t>
      </w:r>
    </w:p>
    <w:p>
      <w:r>
        <w:rPr>
          <w:b/>
        </w:rPr>
        <w:t xml:space="preserve">[11:50] </w:t>
      </w:r>
      <w:r>
        <w:t>Animals wanted food, and food was there.</w:t>
      </w:r>
    </w:p>
    <w:p>
      <w:pPr>
        <w:jc w:val="right"/>
      </w:pPr>
      <w:r>
        <w:t>اینیملز وانٹڈ فوڈ، اینڈ فوڈ واز دیر۔</w:t>
      </w:r>
    </w:p>
    <w:p>
      <w:r>
        <w:rPr>
          <w:b/>
        </w:rPr>
        <w:t xml:space="preserve">[11:53] </w:t>
      </w:r>
      <w:r>
        <w:t>But the man is exceptionally a different creature.</w:t>
      </w:r>
    </w:p>
    <w:p>
      <w:pPr>
        <w:jc w:val="right"/>
      </w:pPr>
      <w:r>
        <w:t>بٹ دا مین از ایکسیپشنلی ا ڈفرنٹ کریچر۔</w:t>
      </w:r>
    </w:p>
    <w:p>
      <w:r>
        <w:rPr>
          <w:b/>
        </w:rPr>
        <w:t xml:space="preserve">[11:56] </w:t>
      </w:r>
      <w:r>
        <w:t>Man has numerous desires, man has numerous ambitions, man has numerous, numerous dreams, man has numerous goals.</w:t>
      </w:r>
    </w:p>
    <w:p>
      <w:pPr>
        <w:jc w:val="right"/>
      </w:pPr>
      <w:r>
        <w:t>مین ہیز نیومرس ڈیزائرز، مین ہیز نیومرس ایمبیشنز، مین ہیز نیومرس، نیومرس ڈریمز، مین ہیز نیومرس گولز۔</w:t>
      </w:r>
    </w:p>
    <w:p>
      <w:r>
        <w:rPr>
          <w:b/>
        </w:rPr>
        <w:t xml:space="preserve">[12:03] </w:t>
      </w:r>
      <w:r>
        <w:t>But his fate is not to achieve all these things.</w:t>
      </w:r>
    </w:p>
    <w:p>
      <w:pPr>
        <w:jc w:val="right"/>
      </w:pPr>
      <w:r>
        <w:t>بٹ ہز فیٹ از ناٹ ٹو اچیو ال دیز تھنگز۔</w:t>
      </w:r>
    </w:p>
    <w:p>
      <w:r>
        <w:rPr>
          <w:b/>
        </w:rPr>
        <w:t xml:space="preserve">[12:08] </w:t>
      </w:r>
      <w:r>
        <w:t>The fate of man is to live in desires and die without fulfilling all these desires.</w:t>
      </w:r>
    </w:p>
    <w:p>
      <w:pPr>
        <w:jc w:val="right"/>
      </w:pPr>
      <w:r>
        <w:t>دا فیٹ اف مین از ٹو لیو ان ڈیزائرز اینڈ ڈائی وداؤٹ فلفلنگ ال دیز ڈیزائرز۔</w:t>
      </w:r>
    </w:p>
    <w:p>
      <w:r>
        <w:rPr>
          <w:b/>
        </w:rPr>
        <w:t xml:space="preserve">[12:14] </w:t>
      </w:r>
      <w:r>
        <w:t>So it is, it is a point of contemplation.</w:t>
      </w:r>
    </w:p>
    <w:p>
      <w:pPr>
        <w:jc w:val="right"/>
      </w:pPr>
      <w:r>
        <w:t>سو اٹ از، اٹ از ا پوائنٹ اف کنٹیمپلیشن۔</w:t>
      </w:r>
    </w:p>
    <w:p>
      <w:r>
        <w:rPr>
          <w:b/>
        </w:rPr>
        <w:t xml:space="preserve">[12:18] </w:t>
      </w:r>
      <w:r>
        <w:t>You know, well known.</w:t>
      </w:r>
    </w:p>
    <w:p>
      <w:pPr>
        <w:jc w:val="right"/>
      </w:pPr>
      <w:r>
        <w:t>یو نو، ویل نون۔</w:t>
      </w:r>
    </w:p>
    <w:p>
      <w:r>
        <w:rPr>
          <w:b/>
        </w:rPr>
        <w:t xml:space="preserve">[12:20] </w:t>
      </w:r>
      <w:r>
        <w:t>Let us take the case of well known Charles Darwin.</w:t>
      </w:r>
    </w:p>
    <w:p>
      <w:pPr>
        <w:jc w:val="right"/>
      </w:pPr>
      <w:r>
        <w:t>لیٹ اس ٹیک دا کیس اف ویل نون چارلس ڈارون۔</w:t>
      </w:r>
    </w:p>
    <w:p>
      <w:r>
        <w:rPr>
          <w:b/>
        </w:rPr>
        <w:t xml:space="preserve">[12:24] </w:t>
      </w:r>
      <w:r>
        <w:t>Charles Darwin was born in England.</w:t>
      </w:r>
    </w:p>
    <w:p>
      <w:pPr>
        <w:jc w:val="right"/>
      </w:pPr>
      <w:r>
        <w:t>چارلس ڈارون واز born in انگلینڈ۔</w:t>
      </w:r>
    </w:p>
    <w:p>
      <w:r>
        <w:rPr>
          <w:b/>
        </w:rPr>
        <w:t xml:space="preserve">[12:27] </w:t>
      </w:r>
      <w:r>
        <w:t>Charles Darwin developed an idea that was called theory of evolution.</w:t>
      </w:r>
    </w:p>
    <w:p>
      <w:pPr>
        <w:jc w:val="right"/>
      </w:pPr>
      <w:r>
        <w:t>چارلس ڈارون ڈیولپڈ این ائیڈیا دیٹ واز کالڈ تھیوری اف ایولوشن۔</w:t>
      </w:r>
    </w:p>
    <w:p>
      <w:r>
        <w:rPr>
          <w:b/>
        </w:rPr>
        <w:t xml:space="preserve">[12:32] </w:t>
      </w:r>
      <w:r>
        <w:t>Although in the beginning, theory of evolution was pertained only to organic evolution, but soon it spread to</w:t>
      </w:r>
    </w:p>
    <w:p>
      <w:pPr>
        <w:jc w:val="right"/>
      </w:pPr>
      <w:r>
        <w:t>الدو ان دا بگننگ، تھیوری اف ایولوشن واز پرٹینڈ اونلی ٹو ارگینک ایولوشن، بٹ سون اٹ اسپریڈ ٹو</w:t>
      </w:r>
    </w:p>
    <w:p>
      <w:r>
        <w:rPr>
          <w:b/>
        </w:rPr>
        <w:t xml:space="preserve">[12:39] </w:t>
      </w:r>
      <w:r>
        <w:t>All the disciplines.</w:t>
      </w:r>
    </w:p>
    <w:p>
      <w:pPr>
        <w:jc w:val="right"/>
      </w:pPr>
      <w:r>
        <w:t>ال دا ڈسپلنز۔</w:t>
      </w:r>
    </w:p>
    <w:p>
      <w:r>
        <w:rPr>
          <w:b/>
        </w:rPr>
        <w:t xml:space="preserve">[12:41] </w:t>
      </w:r>
      <w:r>
        <w:t>So all the disciplines, people become study all the disciplines under this formula, formula of evolution.</w:t>
      </w:r>
    </w:p>
    <w:p>
      <w:pPr>
        <w:jc w:val="right"/>
      </w:pPr>
      <w:r>
        <w:t>سو ال دا ڈسپلنز، پیپل بیکم اسٹڈی ال دا ڈسپلنز اندر دس فارمولا، فارمولا اف ایولوشن۔</w:t>
      </w:r>
    </w:p>
    <w:p>
      <w:r>
        <w:rPr>
          <w:b/>
        </w:rPr>
        <w:t xml:space="preserve">[12:48] </w:t>
      </w:r>
      <w:r>
        <w:t>So it was believed that there is a law of evolution.</w:t>
      </w:r>
    </w:p>
    <w:p>
      <w:pPr>
        <w:jc w:val="right"/>
      </w:pPr>
      <w:r>
        <w:t>سو اٹ واز بیلیوڈ دیٹ دیر از ا لا اف ایولوشن۔</w:t>
      </w:r>
    </w:p>
    <w:p>
      <w:r>
        <w:rPr>
          <w:b/>
        </w:rPr>
        <w:t xml:space="preserve">[12:52] </w:t>
      </w:r>
      <w:r>
        <w:t>So our civilization is evolving, our culture is evolving, our our life is evolving.</w:t>
      </w:r>
    </w:p>
    <w:p>
      <w:pPr>
        <w:jc w:val="right"/>
      </w:pPr>
      <w:r>
        <w:t>سو اور سیولائزیشن از ایوالونگ، اور کلچر از ایوالونگ، اور اور لائف از ایوالونگ۔</w:t>
      </w:r>
    </w:p>
    <w:p>
      <w:r>
        <w:rPr>
          <w:b/>
        </w:rPr>
        <w:t xml:space="preserve">[12:58] </w:t>
      </w:r>
      <w:r>
        <w:t>to a culmination, to a destination.</w:t>
      </w:r>
    </w:p>
    <w:p>
      <w:pPr>
        <w:jc w:val="right"/>
      </w:pPr>
      <w:r>
        <w:t>ٹو ا کلمیشن، ٹو ا ڈیسٹینیشن۔</w:t>
      </w:r>
    </w:p>
    <w:p>
      <w:r>
        <w:rPr>
          <w:b/>
        </w:rPr>
        <w:t xml:space="preserve">[13:01] </w:t>
      </w:r>
      <w:r>
        <w:t>some day, under this law of evolution, the day will come when we will reach to the</w:t>
      </w:r>
    </w:p>
    <w:p>
      <w:pPr>
        <w:jc w:val="right"/>
      </w:pPr>
      <w:r>
        <w:t>سم ڈے، انڈر دس لا اف ایولوشن، دا ڈے ویل کم وین وی ویل ریچ ٹو ٹو دا</w:t>
      </w:r>
    </w:p>
    <w:p>
      <w:r>
        <w:rPr>
          <w:b/>
        </w:rPr>
        <w:t xml:space="preserve">[13:09] </w:t>
      </w:r>
      <w:r>
        <w:t>destination.</w:t>
      </w:r>
    </w:p>
    <w:p>
      <w:pPr>
        <w:jc w:val="right"/>
      </w:pPr>
      <w:r>
        <w:t>ڈیسٹینیشن۔</w:t>
      </w:r>
    </w:p>
    <w:p>
      <w:r>
        <w:rPr>
          <w:b/>
        </w:rPr>
        <w:t xml:space="preserve">[13:10] </w:t>
      </w:r>
      <w:r>
        <w:t>But you know, before reaching to our evolved culmination, or before reaching to the destination, the phenomena of</w:t>
      </w:r>
    </w:p>
    <w:p>
      <w:pPr>
        <w:jc w:val="right"/>
      </w:pPr>
      <w:r>
        <w:t>بٹ یو نو، بیفور ریچنگ ٹو اور ایوالوڈ کلمیشن، اور بیفور ریچنگ ٹو دا ڈیسٹینیشن، دا فیناومینا اف</w:t>
      </w:r>
    </w:p>
    <w:p>
      <w:r>
        <w:rPr>
          <w:b/>
        </w:rPr>
        <w:t xml:space="preserve">[13:18] </w:t>
      </w:r>
      <w:r>
        <w:t>Global warming appeared, and everything was jeopardized.</w:t>
      </w:r>
    </w:p>
    <w:p>
      <w:pPr>
        <w:jc w:val="right"/>
      </w:pPr>
      <w:r>
        <w:t>گلوبل وارمنگ اپیئرڈ، اینڈ ایوری تھنگ واز جیپرڈائزڈ۔</w:t>
      </w:r>
    </w:p>
    <w:p>
      <w:r>
        <w:rPr>
          <w:b/>
        </w:rPr>
        <w:t xml:space="preserve">[13:21] </w:t>
      </w:r>
      <w:r>
        <w:t>So this is the fate of human being.</w:t>
      </w:r>
    </w:p>
    <w:p>
      <w:pPr>
        <w:jc w:val="right"/>
      </w:pPr>
      <w:r>
        <w:t>سو دس از دا فیٹ اف ہیومن بینگ۔</w:t>
      </w:r>
    </w:p>
    <w:p>
      <w:r>
        <w:rPr>
          <w:b/>
        </w:rPr>
        <w:t xml:space="preserve">[13:25] </w:t>
      </w:r>
      <w:r>
        <w:t>Quran invites you to.</w:t>
      </w:r>
    </w:p>
    <w:p>
      <w:pPr>
        <w:jc w:val="right"/>
      </w:pPr>
      <w:r>
        <w:t>قران انوائٹس یو ٹو۔</w:t>
      </w:r>
    </w:p>
    <w:p>
      <w:r>
        <w:rPr>
          <w:b/>
        </w:rPr>
        <w:t xml:space="preserve">[13:26] </w:t>
      </w:r>
      <w:r>
        <w:t>to think, to complete, contemplate.</w:t>
      </w:r>
    </w:p>
    <w:p>
      <w:pPr>
        <w:jc w:val="right"/>
      </w:pPr>
      <w:r>
        <w:t>ٹو ٹو تھنک، ٹو کمپلیٹ، کنٹیمپلیٹ۔</w:t>
      </w:r>
    </w:p>
    <w:p>
      <w:r>
        <w:rPr>
          <w:b/>
        </w:rPr>
        <w:t xml:space="preserve">[13:29] </w:t>
      </w:r>
      <w:r>
        <w:t>Quran invites you to think, to complete, to contemplate, to ponder over this thing.</w:t>
      </w:r>
    </w:p>
    <w:p>
      <w:pPr>
        <w:jc w:val="right"/>
      </w:pPr>
      <w:r>
        <w:t>قران انوائٹس یو ٹو تھنک، ٹو کمپلیٹ، ٹو کنٹیمپلیٹ، ٹو پونڈر اوور دس تھنگ۔</w:t>
      </w:r>
    </w:p>
    <w:p>
      <w:r>
        <w:rPr>
          <w:b/>
        </w:rPr>
        <w:t xml:space="preserve">[13:35] </w:t>
      </w:r>
      <w:r>
        <w:t>Now, I would like to remind two verses, two chapters from the Quran.</w:t>
      </w:r>
    </w:p>
    <w:p>
      <w:pPr>
        <w:jc w:val="right"/>
      </w:pPr>
      <w:r>
        <w:t>ناو، ائی وڈ لائک ٹو ریمائنڈ ٹو ورسز، ٹو چیپٹرز فرام دا قران۔</w:t>
      </w:r>
    </w:p>
    <w:p>
      <w:r>
        <w:rPr>
          <w:b/>
        </w:rPr>
        <w:t xml:space="preserve">[13:41] </w:t>
      </w:r>
      <w:r>
        <w:t>Chapter Al-Asr, and Chapter At-Tin.</w:t>
      </w:r>
    </w:p>
    <w:p>
      <w:pPr>
        <w:jc w:val="right"/>
      </w:pPr>
      <w:r>
        <w:t>چیپٹر العصر، اینڈ چیپٹر التین۔</w:t>
      </w:r>
    </w:p>
    <w:p>
      <w:r>
        <w:rPr>
          <w:b/>
        </w:rPr>
        <w:t xml:space="preserve">[13:43] </w:t>
      </w:r>
      <w:r>
        <w:t>Chapter Al-Asr, and Chapter At-Tin.</w:t>
      </w:r>
    </w:p>
    <w:p>
      <w:pPr>
        <w:jc w:val="right"/>
      </w:pPr>
      <w:r>
        <w:t>چیپٹر العصر، اینڈ چیپٹر التین۔</w:t>
      </w:r>
    </w:p>
    <w:p>
      <w:r>
        <w:rPr>
          <w:b/>
        </w:rPr>
        <w:t xml:space="preserve">[13:45] </w:t>
      </w:r>
      <w:r>
        <w:t>in chapter Al-Asr, Quran se: "Wal Asr Innal insana lafi khusr Illal lazeena amanu wa amilus salihat falhum ajrun ghair</w:t>
      </w:r>
    </w:p>
    <w:p>
      <w:pPr>
        <w:jc w:val="right"/>
      </w:pPr>
      <w:r>
        <w:t>ان چیپٹر العصر، قران سے: "والعصر ان الانسان لفی خسر الا الذین امنوا وامروا الصالحات فلہم اجر غیر</w:t>
      </w:r>
    </w:p>
    <w:p>
      <w:r>
        <w:rPr>
          <w:b/>
        </w:rPr>
        <w:t xml:space="preserve">[13:53] </w:t>
      </w:r>
      <w:r>
        <w:t>"Mamnoon".</w:t>
      </w:r>
    </w:p>
    <w:p>
      <w:pPr>
        <w:jc w:val="right"/>
      </w:pPr>
      <w:r>
        <w:t>ممنون"۔</w:t>
      </w:r>
    </w:p>
    <w:p>
      <w:r>
        <w:rPr>
          <w:b/>
        </w:rPr>
        <w:t xml:space="preserve">[13:54] </w:t>
      </w:r>
      <w:r>
        <w:t>نو: "Wal asr innal insana lafi khusr illa alladhina amanu wa 'amilu al-salihat wa tawasaw bil-haqqi wa tawasaw bil-sabr."</w:t>
      </w:r>
    </w:p>
    <w:p>
      <w:pPr>
        <w:jc w:val="right"/>
      </w:pPr>
      <w:r>
        <w:t>نو: "والعصر ان الانسان لفی خسر الا الذین امنوا وامروا الصالحات وتواسوا بالحق وتواسوا بالصبر"۔</w:t>
      </w:r>
    </w:p>
    <w:p>
      <w:r>
        <w:rPr>
          <w:b/>
        </w:rPr>
        <w:t xml:space="preserve">[14:01] </w:t>
      </w:r>
      <w:r>
        <w:t>This chapter Al-Asr, it means that history is a witness.</w:t>
      </w:r>
    </w:p>
    <w:p>
      <w:pPr>
        <w:jc w:val="right"/>
      </w:pPr>
      <w:r>
        <w:t>دس چیپٹر العصر، اٹ مینز دیٹ ہسٹری از ا وٹنس۔</w:t>
      </w:r>
    </w:p>
    <w:p>
      <w:r>
        <w:rPr>
          <w:b/>
        </w:rPr>
        <w:t xml:space="preserve">[14:05] </w:t>
      </w:r>
      <w:r>
        <w:t>History is a witness that man is in loss.</w:t>
      </w:r>
    </w:p>
    <w:p>
      <w:pPr>
        <w:jc w:val="right"/>
      </w:pPr>
      <w:r>
        <w:t>ہسٹری از ا وٹنس دیٹ مین از ان لاس۔</w:t>
      </w:r>
    </w:p>
    <w:p>
      <w:r>
        <w:rPr>
          <w:b/>
        </w:rPr>
        <w:t xml:space="preserve">[14:09] </w:t>
      </w:r>
      <w:r>
        <w:t>L.O. double S: History is a witness that man is in loss, except those who are true</w:t>
      </w:r>
    </w:p>
    <w:p>
      <w:pPr>
        <w:jc w:val="right"/>
      </w:pPr>
      <w:r>
        <w:t>ایل او ڈبل ایس: ہسٹری از ا وٹنس دیٹ مین از ان لاس، ایکسیپٹ دوز ہو ار ٹرو</w:t>
      </w:r>
    </w:p>
    <w:p>
      <w:r>
        <w:rPr>
          <w:b/>
        </w:rPr>
        <w:t xml:space="preserve">[14:16] </w:t>
      </w:r>
      <w:r>
        <w:t>believers and who do good deeds.</w:t>
      </w:r>
    </w:p>
    <w:p>
      <w:pPr>
        <w:jc w:val="right"/>
      </w:pPr>
      <w:r>
        <w:t>بیلیورز اینڈ ہو ڈو گڈ ڈیڈز۔</w:t>
      </w:r>
    </w:p>
    <w:p>
      <w:r>
        <w:rPr>
          <w:b/>
        </w:rPr>
        <w:t xml:space="preserve">[14:19] </w:t>
      </w:r>
      <w:r>
        <w:t>The same is repeated in the chapter, with some, with some difference: "Wat-teen waz-zaitoon wa toor-e-sineen wa hazal baladil ameen."</w:t>
      </w:r>
    </w:p>
    <w:p>
      <w:pPr>
        <w:jc w:val="right"/>
      </w:pPr>
      <w:r>
        <w:t>دا سیم از ریپیٹڈ ان دا چیپٹر، ود سم، ود سم ڈیفرنس: "وتین وزیتون وطور سینین وھذا البر</w:t>
      </w:r>
    </w:p>
    <w:p>
      <w:r>
        <w:rPr>
          <w:b/>
        </w:rPr>
        <w:t xml:space="preserve">[14:27] </w:t>
      </w:r>
      <w:r>
        <w:t>Al-Amin "Laqad khalaqnal insana fi ahsani taqweem".</w:t>
      </w:r>
    </w:p>
    <w:p>
      <w:pPr>
        <w:jc w:val="right"/>
      </w:pPr>
      <w:r>
        <w:t>الامین لقد خلقنا، لقد خلقنا الانسان فی احسن تقویم"۔</w:t>
      </w:r>
    </w:p>
    <w:p>
      <w:r>
        <w:rPr>
          <w:b/>
        </w:rPr>
        <w:t xml:space="preserve">[14:31] </w:t>
      </w:r>
      <w:r>
        <w:t>laqad khalaqna alinsana fi ahsani taqwim, thumma rudna asfala alsafirin illa alladhina amanu wamiru alsalihati falahum ajrun ghair</w:t>
      </w:r>
    </w:p>
    <w:p>
      <w:pPr>
        <w:jc w:val="right"/>
      </w:pPr>
      <w:r>
        <w:t>لقد خلقنا الانسان فی احسن تقویم، ثم ردنا اسفل السافرین الا الذین امنوا وامروا الصالحات فلہم اجر غیر</w:t>
      </w:r>
    </w:p>
    <w:p>
      <w:r>
        <w:rPr>
          <w:b/>
        </w:rPr>
        <w:t xml:space="preserve">[14:38] </w:t>
      </w:r>
      <w:r>
        <w:t>Mamnoon.</w:t>
      </w:r>
    </w:p>
    <w:p>
      <w:pPr>
        <w:jc w:val="right"/>
      </w:pPr>
      <w:r>
        <w:t>ممنون۔</w:t>
      </w:r>
    </w:p>
    <w:p>
      <w:r>
        <w:rPr>
          <w:b/>
        </w:rPr>
        <w:t xml:space="preserve">[14:40] </w:t>
      </w:r>
      <w:r>
        <w:t>It means that God says in the Quran: "We created man in the best mould".</w:t>
      </w:r>
    </w:p>
    <w:p>
      <w:pPr>
        <w:jc w:val="right"/>
      </w:pPr>
      <w:r>
        <w:t>اٹ مینز دیٹ گاڈ سیز ان دا قران: "وی کریٹڈ مین ان دا بیسٹ مولڈ"۔</w:t>
      </w:r>
    </w:p>
    <w:p>
      <w:r>
        <w:rPr>
          <w:b/>
        </w:rPr>
        <w:t xml:space="preserve">[14:46] </w:t>
      </w:r>
      <w:r>
        <w:t>M.O.U.L.D: "We created man in the best mould".</w:t>
      </w:r>
    </w:p>
    <w:p>
      <w:pPr>
        <w:jc w:val="right"/>
      </w:pPr>
      <w:r>
        <w:t>ایم او یو ایل ڈی: "وی کریٹڈ مین ان دا بیسٹ مولڈ"۔</w:t>
      </w:r>
    </w:p>
    <w:p>
      <w:r>
        <w:rPr>
          <w:b/>
        </w:rPr>
        <w:t xml:space="preserve">[14:51] </w:t>
      </w:r>
      <w:r>
        <w:t>Then We cast him down to the lowest of the low, except those who are true believers and</w:t>
      </w:r>
    </w:p>
    <w:p>
      <w:pPr>
        <w:jc w:val="right"/>
      </w:pPr>
      <w:r>
        <w:t>دین وی کاسٹ ہم ڈاؤن ٹو دا لوویسٹ اف دا لو، ایکسیپٹ دوز ہو ار ٹرو بیلیورز اینڈ</w:t>
      </w:r>
    </w:p>
    <w:p>
      <w:r>
        <w:rPr>
          <w:b/>
        </w:rPr>
        <w:t xml:space="preserve">[14:59] </w:t>
      </w:r>
      <w:r>
        <w:t>Those who do good deeds.</w:t>
      </w:r>
    </w:p>
    <w:p>
      <w:pPr>
        <w:jc w:val="right"/>
      </w:pPr>
      <w:r>
        <w:t>دوز ہو ڈو گڈ ڈیڈز۔</w:t>
      </w:r>
    </w:p>
    <w:p>
      <w:r>
        <w:rPr>
          <w:b/>
        </w:rPr>
        <w:t xml:space="preserve">[15:01] </w:t>
      </w:r>
      <w:r>
        <w:t>It means that man was created in a very very better position, but then he was thrown up</w:t>
      </w:r>
    </w:p>
    <w:p>
      <w:pPr>
        <w:jc w:val="right"/>
      </w:pPr>
      <w:r>
        <w:t>اٹ مینز دیٹ مین واز کریٹڈ ان ا ویری ویری بٹر پوزیشن، بٹ دین ہی واز تھرون اپ</w:t>
      </w:r>
    </w:p>
    <w:p>
      <w:r>
        <w:rPr>
          <w:b/>
        </w:rPr>
        <w:t xml:space="preserve">[15:09] </w:t>
      </w:r>
      <w:r>
        <w:t>in a, in a, in a place like Earth.</w:t>
      </w:r>
    </w:p>
    <w:p>
      <w:pPr>
        <w:jc w:val="right"/>
      </w:pPr>
      <w:r>
        <w:t>ان ا، ان ا، ان ا پلیس لائک ارتھ۔</w:t>
      </w:r>
    </w:p>
    <w:p>
      <w:r>
        <w:rPr>
          <w:b/>
        </w:rPr>
        <w:t xml:space="preserve">[15:13] </w:t>
      </w:r>
      <w:r>
        <w:t>This verse, this Quranic verse reminds us another verse that is about the first man.</w:t>
      </w:r>
    </w:p>
    <w:p>
      <w:pPr>
        <w:jc w:val="right"/>
      </w:pPr>
      <w:r>
        <w:t>دس ورس، دس قرانک ورس ریمائنڈز اس انادر ورس دیٹ از اباؤٹ دی فرسٹ مین۔</w:t>
      </w:r>
    </w:p>
    <w:p>
      <w:r>
        <w:rPr>
          <w:b/>
        </w:rPr>
        <w:t xml:space="preserve">[15:19] </w:t>
      </w:r>
      <w:r>
        <w:t>You know, the first man Adam and his wife Eve were born, and then they were settled in</w:t>
      </w:r>
    </w:p>
    <w:p>
      <w:pPr>
        <w:jc w:val="right"/>
      </w:pPr>
      <w:r>
        <w:t>یو نو، دا فرسٹ مین ادم اینڈ ہز وائف ایو ویر born، اینڈ دین دے ویر سیٹلڈ ان</w:t>
      </w:r>
    </w:p>
    <w:p>
      <w:r>
        <w:rPr>
          <w:b/>
        </w:rPr>
        <w:t xml:space="preserve">[15:27] </w:t>
      </w:r>
      <w:r>
        <w:t>Paradise.</w:t>
      </w:r>
    </w:p>
    <w:p>
      <w:pPr>
        <w:jc w:val="right"/>
      </w:pPr>
      <w:r>
        <w:t>پیراڈائز۔</w:t>
      </w:r>
    </w:p>
    <w:p>
      <w:r>
        <w:rPr>
          <w:b/>
        </w:rPr>
        <w:t xml:space="preserve">[15:28] </w:t>
      </w:r>
      <w:r>
        <w:t>اس کن انت الجنہ، O Adam, you may stay here in this paradise with your wife.</w:t>
      </w:r>
    </w:p>
    <w:p>
      <w:pPr>
        <w:jc w:val="right"/>
      </w:pPr>
      <w:r>
        <w:t>اس کن انت الجنہ، او ادم، یو می سٹے ہیر ان دس پیراڈائز ود یور وائف۔</w:t>
      </w:r>
    </w:p>
    <w:p>
      <w:r>
        <w:rPr>
          <w:b/>
        </w:rPr>
        <w:t xml:space="preserve">[15:35] </w:t>
      </w:r>
      <w:r>
        <w:t>So in paradise, there was everything, all kind of pleasure, all kind of happiness.</w:t>
      </w:r>
    </w:p>
    <w:p>
      <w:pPr>
        <w:jc w:val="right"/>
      </w:pPr>
      <w:r>
        <w:t>سو ان پیراڈائز، دیر واز ایوری تھنگ، ال کائنڈ اف پلیژر، ال کائنڈ اف ہیپینس۔</w:t>
      </w:r>
    </w:p>
    <w:p>
      <w:r>
        <w:rPr>
          <w:b/>
        </w:rPr>
        <w:t xml:space="preserve">[15:42] </w:t>
      </w:r>
      <w:r>
        <w:t>So God settled Adam with his wife in this paradise, but there was restriction.</w:t>
      </w:r>
    </w:p>
    <w:p>
      <w:pPr>
        <w:jc w:val="right"/>
      </w:pPr>
      <w:r>
        <w:t>سو گاڈ سیٹل ادم ود ہز وائف ان دس پیراڈائز، بٹ دیر واز ریسٹرکشن۔</w:t>
      </w:r>
    </w:p>
    <w:p>
      <w:r>
        <w:rPr>
          <w:b/>
        </w:rPr>
        <w:t xml:space="preserve">[15:48] </w:t>
      </w:r>
      <w:r>
        <w:t>God said: "La taqrabā shajarata wa takūnā minaẓ-ẓālimīn".</w:t>
      </w:r>
    </w:p>
    <w:p>
      <w:pPr>
        <w:jc w:val="right"/>
      </w:pPr>
      <w:r>
        <w:t>گاڈ سیڈ: "لا تقربا شجر وتکون من الظالمین"۔</w:t>
      </w:r>
    </w:p>
    <w:p>
      <w:r>
        <w:rPr>
          <w:b/>
        </w:rPr>
        <w:t xml:space="preserve">[15:51] </w:t>
      </w:r>
      <w:r>
        <w:t>O Adam, don't approach to this forbidden tree, otherwise you failure.</w:t>
      </w:r>
    </w:p>
    <w:p>
      <w:pPr>
        <w:jc w:val="right"/>
      </w:pPr>
      <w:r>
        <w:t>او ادم، ڈونٹ اپروچ ٹو دس فاربیڈن ٹری، ادروائز یو فیلیر۔</w:t>
      </w:r>
    </w:p>
    <w:p>
      <w:r>
        <w:rPr>
          <w:b/>
        </w:rPr>
        <w:t xml:space="preserve">[15:56] </w:t>
      </w:r>
      <w:r>
        <w:t>لا تقربا شجر، there was a forbidden tree.</w:t>
      </w:r>
    </w:p>
    <w:p>
      <w:pPr>
        <w:jc w:val="right"/>
      </w:pPr>
      <w:r>
        <w:t>لا تقربا شجر، دیر واز ا فاربیڈن ٹری۔</w:t>
      </w:r>
    </w:p>
    <w:p>
      <w:r>
        <w:rPr>
          <w:b/>
        </w:rPr>
        <w:t xml:space="preserve">[15:59] </w:t>
      </w:r>
      <w:r>
        <w:t>So God told Adam: "Don't approach to this forbidden tree."</w:t>
      </w:r>
    </w:p>
    <w:p>
      <w:pPr>
        <w:jc w:val="right"/>
      </w:pPr>
      <w:r>
        <w:t>سو گاڈ ٹولڈ ادم: "ڈونٹ اپروچ ٹو دس فاربیڈن ٹری"۔</w:t>
      </w:r>
    </w:p>
    <w:p>
      <w:r>
        <w:rPr>
          <w:b/>
        </w:rPr>
        <w:t xml:space="preserve">[16:04] </w:t>
      </w:r>
      <w:r>
        <w:t>But he, but under temptation, but Adam under temptation ate the fruit of that forbidden tree, and then</w:t>
      </w:r>
    </w:p>
    <w:p>
      <w:pPr>
        <w:jc w:val="right"/>
      </w:pPr>
      <w:r>
        <w:t>بٹ ہی، بٹ انڈر ٹیمپیٹیشن، بٹ ادم انڈر ٹیمپیٹیشن ایٹ دا فروٹ اف دیٹ فاربیڈن ٹری، اینڈ دین</w:t>
      </w:r>
    </w:p>
    <w:p>
      <w:r>
        <w:rPr>
          <w:b/>
        </w:rPr>
        <w:t xml:space="preserve">[16:11] </w:t>
      </w:r>
      <w:r>
        <w:t>He was thrown to this earth.</w:t>
      </w:r>
    </w:p>
    <w:p>
      <w:pPr>
        <w:jc w:val="right"/>
      </w:pPr>
      <w:r>
        <w:t>ہی واز تھرون ٹو دس ارتھ۔</w:t>
      </w:r>
    </w:p>
    <w:p>
      <w:r>
        <w:rPr>
          <w:b/>
        </w:rPr>
        <w:t xml:space="preserve">[16:14] </w:t>
      </w:r>
      <w:r>
        <w:t>Now, you, if you see this story under those two, under the, under those two chapters, you will</w:t>
      </w:r>
    </w:p>
    <w:p>
      <w:pPr>
        <w:jc w:val="right"/>
      </w:pPr>
      <w:r>
        <w:t>ناو، یو، اف یو سی دس سٹوری انڈر دوز ٹو، انڈر دی، انڈر دوز ٹو چیپٹرز، یو ویل</w:t>
      </w:r>
    </w:p>
    <w:p>
      <w:r>
        <w:rPr>
          <w:b/>
        </w:rPr>
        <w:t xml:space="preserve">[16:22] </w:t>
      </w:r>
      <w:r>
        <w:t>See that when Adam and his generation was settled on this earth, they were bearing a return ticket,</w:t>
      </w:r>
    </w:p>
    <w:p>
      <w:pPr>
        <w:jc w:val="right"/>
      </w:pPr>
      <w:r>
        <w:t>سی دیٹ وین ادم اینڈ ہز جنریشن واز سیٹلڈ ان دس ارتھ، دے ویر بیئرنگ ا ریٹرن ٹکٹ،</w:t>
      </w:r>
    </w:p>
    <w:p>
      <w:r>
        <w:rPr>
          <w:b/>
        </w:rPr>
        <w:t xml:space="preserve">[16:29] </w:t>
      </w:r>
      <w:r>
        <w:t>also return ticket, because that verse says that except those who are true believers and who good do</w:t>
      </w:r>
    </w:p>
    <w:p>
      <w:pPr>
        <w:jc w:val="right"/>
      </w:pPr>
      <w:r>
        <w:t>السو ریٹرن ٹکٹ، بیکاز دیٹ ورس سیز دیٹ ایکسیپٹ دوز ہو ار ٹرو بیلیورز اینڈ ہو گڈ ڈو</w:t>
      </w:r>
    </w:p>
    <w:p>
      <w:r>
        <w:rPr>
          <w:b/>
        </w:rPr>
        <w:t xml:space="preserve">[16:37] </w:t>
      </w:r>
      <w:r>
        <w:t>Good deed.</w:t>
      </w:r>
    </w:p>
    <w:p>
      <w:pPr>
        <w:jc w:val="right"/>
      </w:pPr>
      <w:r>
        <w:t>گڈ ڈیڈ۔</w:t>
      </w:r>
    </w:p>
    <w:p>
      <w:r>
        <w:rPr>
          <w:b/>
        </w:rPr>
        <w:t xml:space="preserve">[16:38] </w:t>
      </w:r>
      <w:r>
        <w:t>So belief and good deed is like a return ticket.</w:t>
      </w:r>
    </w:p>
    <w:p>
      <w:pPr>
        <w:jc w:val="right"/>
      </w:pPr>
      <w:r>
        <w:t>سو بیلیف اینڈ گڈ ڈیڈ از لائک ا ریٹرن ٹکٹ۔</w:t>
      </w:r>
    </w:p>
    <w:p>
      <w:r>
        <w:rPr>
          <w:b/>
        </w:rPr>
        <w:t xml:space="preserve">[16:43] </w:t>
      </w:r>
      <w:r>
        <w:t>Adam first, Adam was settled in paradise, then he was sent to this earth.</w:t>
      </w:r>
    </w:p>
    <w:p>
      <w:pPr>
        <w:jc w:val="right"/>
      </w:pPr>
      <w:r>
        <w:t>ادم فرسٹ، ادم واز سیٹلڈ ان پیراڈائز، دین ہی واز سینڈ ٹو دس ارتھ۔</w:t>
      </w:r>
    </w:p>
    <w:p>
      <w:r>
        <w:rPr>
          <w:b/>
        </w:rPr>
        <w:t xml:space="preserve">[16:49] </w:t>
      </w:r>
      <w:r>
        <w:t>But God Almighty says that if they prove to be a true believer and they do good deed,</w:t>
      </w:r>
    </w:p>
    <w:p>
      <w:pPr>
        <w:jc w:val="right"/>
      </w:pPr>
      <w:r>
        <w:t>بٹ گاڈ المائٹی سیز دیٹ اف دے پروف ٹو بی ا ٹرو بیلیور اینڈ دے ڈو گڈ ڈیڈ،</w:t>
      </w:r>
    </w:p>
    <w:p>
      <w:r>
        <w:rPr>
          <w:b/>
        </w:rPr>
        <w:t xml:space="preserve">[16:56] </w:t>
      </w:r>
      <w:r>
        <w:t>Then they will again settled in the paradise.</w:t>
      </w:r>
    </w:p>
    <w:p>
      <w:pPr>
        <w:jc w:val="right"/>
      </w:pPr>
      <w:r>
        <w:t>دین دے ویل اگین سیٹلڈ ان دا پیراڈائز۔</w:t>
      </w:r>
    </w:p>
    <w:p>
      <w:r>
        <w:rPr>
          <w:b/>
        </w:rPr>
        <w:t xml:space="preserve">[17:00] </w:t>
      </w:r>
      <w:r>
        <w:t>They will find again a seat in the paradise.</w:t>
      </w:r>
    </w:p>
    <w:p>
      <w:pPr>
        <w:jc w:val="right"/>
      </w:pPr>
      <w:r>
        <w:t>دے ویل فائنڈ اگین ا سیٹ ان دا پیراڈائز۔</w:t>
      </w:r>
    </w:p>
    <w:p>
      <w:r>
        <w:rPr>
          <w:b/>
        </w:rPr>
        <w:t xml:space="preserve">[17:04] </w:t>
      </w:r>
      <w:r>
        <w:t>It means that that faith and good deed was like a return ticket for them, but it was</w:t>
      </w:r>
    </w:p>
    <w:p>
      <w:pPr>
        <w:jc w:val="right"/>
      </w:pPr>
      <w:r>
        <w:t>اٹ مینز دیٹ دیٹ فیتھ اینڈ گڈ ڈیڈ واز لائک ا ریٹرن ٹکٹ فار دیم، بٹ اٹ واز</w:t>
      </w:r>
    </w:p>
    <w:p>
      <w:r>
        <w:rPr>
          <w:b/>
        </w:rPr>
        <w:t xml:space="preserve">[17:11] </w:t>
      </w:r>
      <w:r>
        <w:t>as a potential ticket, not actual ticket.</w:t>
      </w:r>
    </w:p>
    <w:p>
      <w:pPr>
        <w:jc w:val="right"/>
      </w:pPr>
      <w:r>
        <w:t>ایز ا پوٹینشل ٹکٹ، ناٹ ایکچول ٹکٹ۔</w:t>
      </w:r>
    </w:p>
    <w:p>
      <w:r>
        <w:rPr>
          <w:b/>
        </w:rPr>
        <w:t xml:space="preserve">[17:14] </w:t>
      </w:r>
      <w:r>
        <w:t>potential means Adam and his, his, Adam and, and, and his generation were having all those potential which</w:t>
      </w:r>
    </w:p>
    <w:p>
      <w:pPr>
        <w:jc w:val="right"/>
      </w:pPr>
      <w:r>
        <w:t>پوٹینشل مینز ادم اینڈ ہز، ہز، ادم اینڈ، اینڈ، اینڈ ہز جنریشن ویر ہیونگ ال دوز پوٹینشل وچ</w:t>
      </w:r>
    </w:p>
    <w:p>
      <w:r>
        <w:rPr>
          <w:b/>
        </w:rPr>
        <w:t xml:space="preserve">[17:22] </w:t>
      </w:r>
      <w:r>
        <w:t>as needed to to do those kind of good deeds which is which will serve as a return</w:t>
      </w:r>
    </w:p>
    <w:p>
      <w:pPr>
        <w:jc w:val="right"/>
      </w:pPr>
      <w:r>
        <w:t>از نیڈڈ ٹو ٹو ڈو دوز کائنڈ اف گڈ ڈیڈز وچ از وچ ویل سرو ایز ا ریٹرن</w:t>
      </w:r>
    </w:p>
    <w:p>
      <w:r>
        <w:rPr>
          <w:b/>
        </w:rPr>
        <w:t xml:space="preserve">[17:30] </w:t>
      </w:r>
      <w:r>
        <w:t>Ticket.</w:t>
      </w:r>
    </w:p>
    <w:p>
      <w:pPr>
        <w:jc w:val="right"/>
      </w:pPr>
      <w:r>
        <w:t>ٹکٹ۔</w:t>
      </w:r>
    </w:p>
    <w:p>
      <w:r>
        <w:rPr>
          <w:b/>
        </w:rPr>
        <w:t xml:space="preserve">[17:31] </w:t>
      </w:r>
      <w:r>
        <w:t>Why this, this secret we find in the, in another verse: "علم ادم الاسماء کلہ".</w:t>
      </w:r>
    </w:p>
    <w:p>
      <w:pPr>
        <w:jc w:val="right"/>
      </w:pPr>
      <w:r>
        <w:t>وائی دس، دس سیکرٹ وی فائنڈ ان دا، ان انادر ورس: "علم ادم الاسماء کلہ"۔</w:t>
      </w:r>
    </w:p>
    <w:p>
      <w:r>
        <w:rPr>
          <w:b/>
        </w:rPr>
        <w:t xml:space="preserve">[17:38] </w:t>
      </w:r>
      <w:r>
        <w:t>God inculcated all those information.</w:t>
      </w:r>
    </w:p>
    <w:p>
      <w:pPr>
        <w:jc w:val="right"/>
      </w:pPr>
      <w:r>
        <w:t>گاڈ انکلکیٹڈ ال دوز انفارمیشن۔</w:t>
      </w:r>
    </w:p>
    <w:p>
      <w:r>
        <w:rPr>
          <w:b/>
        </w:rPr>
        <w:t xml:space="preserve">[17:40] </w:t>
      </w:r>
      <w:r>
        <w:t>God inculcated all those knowledge in Adam, in mankind.</w:t>
      </w:r>
    </w:p>
    <w:p>
      <w:pPr>
        <w:jc w:val="right"/>
      </w:pPr>
      <w:r>
        <w:t>گاڈ انکلکیٹڈ ال دوز نالج ان ادم، ان مین کائنڈ۔</w:t>
      </w:r>
    </w:p>
    <w:p>
      <w:r>
        <w:rPr>
          <w:b/>
        </w:rPr>
        <w:t xml:space="preserve">[17:44] </w:t>
      </w:r>
      <w:r>
        <w:t>So everyone who is born in this world, everyone who is born in this planet Earth,</w:t>
      </w:r>
    </w:p>
    <w:p>
      <w:pPr>
        <w:jc w:val="right"/>
      </w:pPr>
      <w:r>
        <w:t>سو ایوری ون ہو از born in this world، ایوری ون ہو از born in this پلینٹ ارتھ،</w:t>
      </w:r>
    </w:p>
    <w:p>
      <w:r>
        <w:rPr>
          <w:b/>
        </w:rPr>
        <w:t xml:space="preserve">[17:52] </w:t>
      </w:r>
      <w:r>
        <w:t>He had all those knowledge in his mind.</w:t>
      </w:r>
    </w:p>
    <w:p>
      <w:pPr>
        <w:jc w:val="right"/>
      </w:pPr>
      <w:r>
        <w:t>ہی ہیو ال دوز نالج ان ہز مائنڈ۔</w:t>
      </w:r>
    </w:p>
    <w:p>
      <w:r>
        <w:rPr>
          <w:b/>
        </w:rPr>
        <w:t xml:space="preserve">[17:55] </w:t>
      </w:r>
      <w:r>
        <w:t>But all, all, all, all these knowledge are are like potential.</w:t>
      </w:r>
    </w:p>
    <w:p>
      <w:pPr>
        <w:jc w:val="right"/>
      </w:pPr>
      <w:r>
        <w:t>بٹ ال، ال، ال، ال دیز نالج ار ار لائک پوٹینشل۔</w:t>
      </w:r>
    </w:p>
    <w:p>
      <w:r>
        <w:rPr>
          <w:b/>
        </w:rPr>
        <w:t xml:space="preserve">[18:00] </w:t>
      </w:r>
      <w:r>
        <w:t>So what is needed is to unfold these informations, to unfold these potentials.</w:t>
      </w:r>
    </w:p>
    <w:p>
      <w:pPr>
        <w:jc w:val="right"/>
      </w:pPr>
      <w:r>
        <w:t>سو واٹ از نیڈڈ از ٹو انفولڈ دیز انفارمیشنز، ٹو انفولڈ دیز پوٹینشلز۔</w:t>
      </w:r>
    </w:p>
    <w:p>
      <w:r>
        <w:rPr>
          <w:b/>
        </w:rPr>
        <w:t xml:space="preserve">[18:06] </w:t>
      </w:r>
      <w:r>
        <w:t>So those who are successful to unfold all these knowledge, all these potentials, they will find a</w:t>
      </w:r>
    </w:p>
    <w:p>
      <w:pPr>
        <w:jc w:val="right"/>
      </w:pPr>
      <w:r>
        <w:t>سو دوز ہو ار سکسیس فل ٹو انفولڈ ال دیز نالج، ال دیز پوٹینشلز، دے ویل فائنڈ ا</w:t>
      </w:r>
    </w:p>
    <w:p>
      <w:r>
        <w:rPr>
          <w:b/>
        </w:rPr>
        <w:t xml:space="preserve">[18:13] </w:t>
      </w:r>
      <w:r>
        <w:t>Return ticket to paradise.</w:t>
      </w:r>
    </w:p>
    <w:p>
      <w:pPr>
        <w:jc w:val="right"/>
      </w:pPr>
      <w:r>
        <w:t>ریٹرن ٹکٹ ٹو پیراڈائز۔</w:t>
      </w:r>
    </w:p>
    <w:p>
      <w:r>
        <w:rPr>
          <w:b/>
        </w:rPr>
        <w:t xml:space="preserve">[18:15] </w:t>
      </w:r>
      <w:r>
        <w:t>And it is a two-point formula.</w:t>
      </w:r>
    </w:p>
    <w:p>
      <w:pPr>
        <w:jc w:val="right"/>
      </w:pPr>
      <w:r>
        <w:t>اینڈ اٹ از ا ٹو پوائنٹ فارمولا۔</w:t>
      </w:r>
    </w:p>
    <w:p>
      <w:r>
        <w:rPr>
          <w:b/>
        </w:rPr>
        <w:t xml:space="preserve">[18:18] </w:t>
      </w:r>
      <w:r>
        <w:t>This return ticket is comprised of two.</w:t>
      </w:r>
    </w:p>
    <w:p>
      <w:pPr>
        <w:jc w:val="right"/>
      </w:pPr>
      <w:r>
        <w:t>دس ریٹرن ٹکٹ از کمپرائز اف ٹو۔</w:t>
      </w:r>
    </w:p>
    <w:p>
      <w:r>
        <w:rPr>
          <w:b/>
        </w:rPr>
        <w:t xml:space="preserve">[18:21] </w:t>
      </w:r>
      <w:r>
        <w:t>It is a two-point formula: one faith and the second good deed.</w:t>
      </w:r>
    </w:p>
    <w:p>
      <w:pPr>
        <w:jc w:val="right"/>
      </w:pPr>
      <w:r>
        <w:t>اٹ از ا ٹو پوائنٹ فارمولا: ون فیتھ اینڈ دا سیکنڈ گڈ ڈیڈ۔</w:t>
      </w:r>
    </w:p>
    <w:p>
      <w:r>
        <w:rPr>
          <w:b/>
        </w:rPr>
        <w:t xml:space="preserve">[18:27] </w:t>
      </w:r>
      <w:r>
        <w:t>Now, what is faith? Faith means discovery of God when man was in paradise.</w:t>
      </w:r>
    </w:p>
    <w:p>
      <w:pPr>
        <w:jc w:val="right"/>
      </w:pPr>
      <w:r>
        <w:t>ناو، واٹ از فیتھ؟ فیتھ مینز ڈسکوری اف گاڈ وین مین واز ان پیراڈائز۔</w:t>
      </w:r>
    </w:p>
    <w:p>
      <w:r>
        <w:rPr>
          <w:b/>
        </w:rPr>
        <w:t xml:space="preserve">[18:33] </w:t>
      </w:r>
      <w:r>
        <w:t>Everything was known for him.</w:t>
      </w:r>
    </w:p>
    <w:p>
      <w:pPr>
        <w:jc w:val="right"/>
      </w:pPr>
      <w:r>
        <w:t>ایوری تھنگ واز نون فار ہم۔</w:t>
      </w:r>
    </w:p>
    <w:p>
      <w:r>
        <w:rPr>
          <w:b/>
        </w:rPr>
        <w:t xml:space="preserve">[18:35] </w:t>
      </w:r>
      <w:r>
        <w:t>He was living in a sane world.</w:t>
      </w:r>
    </w:p>
    <w:p>
      <w:pPr>
        <w:jc w:val="right"/>
      </w:pPr>
      <w:r>
        <w:t>ہی واز لیونگ ان ا سین ورلڈ۔</w:t>
      </w:r>
    </w:p>
    <w:p>
      <w:r>
        <w:rPr>
          <w:b/>
        </w:rPr>
        <w:t xml:space="preserve">[18:38] </w:t>
      </w:r>
      <w:r>
        <w:t>He can know about God directly.</w:t>
      </w:r>
    </w:p>
    <w:p>
      <w:pPr>
        <w:jc w:val="right"/>
      </w:pPr>
      <w:r>
        <w:t>ہی کین نو اباؤٹ گاڈ ڈائریکٹلی۔</w:t>
      </w:r>
    </w:p>
    <w:p>
      <w:r>
        <w:rPr>
          <w:b/>
        </w:rPr>
        <w:t xml:space="preserve">[18:41] </w:t>
      </w:r>
      <w:r>
        <w:t>He can see angels directly.</w:t>
      </w:r>
    </w:p>
    <w:p>
      <w:pPr>
        <w:jc w:val="right"/>
      </w:pPr>
      <w:r>
        <w:t>ہی کین سی اینجلز ڈائریکٹلی۔</w:t>
      </w:r>
    </w:p>
    <w:p>
      <w:r>
        <w:rPr>
          <w:b/>
        </w:rPr>
        <w:t xml:space="preserve">[18:43] </w:t>
      </w:r>
      <w:r>
        <w:t>He can see paradise directly.</w:t>
      </w:r>
    </w:p>
    <w:p>
      <w:pPr>
        <w:jc w:val="right"/>
      </w:pPr>
      <w:r>
        <w:t>ہی کین سی پیراڈائز ڈائریکٹلی۔</w:t>
      </w:r>
    </w:p>
    <w:p>
      <w:r>
        <w:rPr>
          <w:b/>
        </w:rPr>
        <w:t xml:space="preserve">[18:45] </w:t>
      </w:r>
      <w:r>
        <w:t>So that was a sin world.</w:t>
      </w:r>
    </w:p>
    <w:p>
      <w:pPr>
        <w:jc w:val="right"/>
      </w:pPr>
      <w:r>
        <w:t>سو دیٹ واز ا سین ورلڈ۔</w:t>
      </w:r>
    </w:p>
    <w:p>
      <w:r>
        <w:rPr>
          <w:b/>
        </w:rPr>
        <w:t xml:space="preserve">[18:48] </w:t>
      </w:r>
      <w:r>
        <w:t>Everything was observable.</w:t>
      </w:r>
    </w:p>
    <w:p>
      <w:pPr>
        <w:jc w:val="right"/>
      </w:pPr>
      <w:r>
        <w:t>ایوری تھنگ واز ابزرویبل۔</w:t>
      </w:r>
    </w:p>
    <w:p>
      <w:r>
        <w:rPr>
          <w:b/>
        </w:rPr>
        <w:t xml:space="preserve">[18:49] </w:t>
      </w:r>
      <w:r>
        <w:t>Everything was said for man.</w:t>
      </w:r>
    </w:p>
    <w:p>
      <w:pPr>
        <w:jc w:val="right"/>
      </w:pPr>
      <w:r>
        <w:t>ایوری تھنگ واز سیڈ فار مین۔</w:t>
      </w:r>
    </w:p>
    <w:p>
      <w:r>
        <w:rPr>
          <w:b/>
        </w:rPr>
        <w:t xml:space="preserve">[18:52] </w:t>
      </w:r>
      <w:r>
        <w:t>Everything was known for man directly.</w:t>
      </w:r>
    </w:p>
    <w:p>
      <w:pPr>
        <w:jc w:val="right"/>
      </w:pPr>
      <w:r>
        <w:t>ایوری تھنگ واز نون فار مین ڈائریکٹلی۔</w:t>
      </w:r>
    </w:p>
    <w:p>
      <w:r>
        <w:rPr>
          <w:b/>
        </w:rPr>
        <w:t xml:space="preserve">[18:55] </w:t>
      </w:r>
      <w:r>
        <w:t>But now, in this world, everything is unseen.</w:t>
      </w:r>
    </w:p>
    <w:p>
      <w:pPr>
        <w:jc w:val="right"/>
      </w:pPr>
      <w:r>
        <w:t>بٹ ناو، ان دس ورلڈ، ایوری تھنگ از ان ان سین۔</w:t>
      </w:r>
    </w:p>
    <w:p>
      <w:r>
        <w:rPr>
          <w:b/>
        </w:rPr>
        <w:t xml:space="preserve">[19:00] </w:t>
      </w:r>
      <w:r>
        <w:t>Here in this world, we cannot see God, we cannot see angels, we cannot see</w:t>
      </w:r>
    </w:p>
    <w:p>
      <w:pPr>
        <w:jc w:val="right"/>
      </w:pPr>
      <w:r>
        <w:t>ہیر ان دس ورلڈ، وی کین ناٹ سی گاڈ، وی کین ناٹ سی اینجلز، وی کین ناٹ سی</w:t>
      </w:r>
    </w:p>
    <w:p>
      <w:r>
        <w:rPr>
          <w:b/>
        </w:rPr>
        <w:t xml:space="preserve">[19:07] </w:t>
      </w:r>
      <w:r>
        <w:t>Paradise.</w:t>
      </w:r>
    </w:p>
    <w:p>
      <w:pPr>
        <w:jc w:val="right"/>
      </w:pPr>
      <w:r>
        <w:t>پیراڈائز۔</w:t>
      </w:r>
    </w:p>
    <w:p>
      <w:r>
        <w:rPr>
          <w:b/>
        </w:rPr>
        <w:t xml:space="preserve">[19:09] </w:t>
      </w:r>
      <w:r>
        <w:t>Everything is unseen.</w:t>
      </w:r>
    </w:p>
    <w:p>
      <w:pPr>
        <w:jc w:val="right"/>
      </w:pPr>
      <w:r>
        <w:t>ایوری تھنگ از ان سین۔</w:t>
      </w:r>
    </w:p>
    <w:p>
      <w:r>
        <w:rPr>
          <w:b/>
        </w:rPr>
        <w:t xml:space="preserve">[19:11] </w:t>
      </w:r>
      <w:r>
        <w:t>So what is required? We have to utilize our potentials.</w:t>
      </w:r>
    </w:p>
    <w:p>
      <w:pPr>
        <w:jc w:val="right"/>
      </w:pPr>
      <w:r>
        <w:t>سو واٹ از ریکوائرڈ؟ وی ہیو ٹو یوٹیلائز اور پوٹینشلز۔</w:t>
      </w:r>
    </w:p>
    <w:p>
      <w:r>
        <w:rPr>
          <w:b/>
        </w:rPr>
        <w:t xml:space="preserve">[19:15] </w:t>
      </w:r>
      <w:r>
        <w:t>Man is blessed with great mind.</w:t>
      </w:r>
    </w:p>
    <w:p>
      <w:pPr>
        <w:jc w:val="right"/>
      </w:pPr>
      <w:r>
        <w:t>مین از بلیسڈ ود گریٹ مائنڈ۔</w:t>
      </w:r>
    </w:p>
    <w:p>
      <w:r>
        <w:rPr>
          <w:b/>
        </w:rPr>
        <w:t xml:space="preserve">[19:18] </w:t>
      </w:r>
      <w:r>
        <w:t>aur mind has great, great potentials.</w:t>
      </w:r>
    </w:p>
    <w:p>
      <w:pPr>
        <w:jc w:val="right"/>
      </w:pPr>
      <w:r>
        <w:t>اور مائنڈ ہیز گریٹ، گریٹ پوٹینشلز۔</w:t>
      </w:r>
    </w:p>
    <w:p>
      <w:r>
        <w:rPr>
          <w:b/>
        </w:rPr>
        <w:t xml:space="preserve">[19:21] </w:t>
      </w:r>
      <w:r>
        <w:t>Every individual mind is like a universe.</w:t>
      </w:r>
    </w:p>
    <w:p>
      <w:pPr>
        <w:jc w:val="right"/>
      </w:pPr>
      <w:r>
        <w:t>ایوری انڈیویجول مائنڈ از لائک ا یونیورس۔</w:t>
      </w:r>
    </w:p>
    <w:p>
      <w:r>
        <w:rPr>
          <w:b/>
        </w:rPr>
        <w:t xml:space="preserve">[19:24] </w:t>
      </w:r>
      <w:r>
        <w:t>Every, every individual mind is like a, like a wisdom of universe, like a knowledge of universe.</w:t>
      </w:r>
    </w:p>
    <w:p>
      <w:pPr>
        <w:jc w:val="right"/>
      </w:pPr>
      <w:r>
        <w:t>ایوری، ایوری انڈیویجول مائنڈ از لائک ا، لائک ا وزڈم اف یونیورس، لائک ا نالج اف یونیورس۔</w:t>
      </w:r>
    </w:p>
    <w:p>
      <w:r>
        <w:rPr>
          <w:b/>
        </w:rPr>
        <w:t xml:space="preserve">[19:31] </w:t>
      </w:r>
      <w:r>
        <w:t>So this, this is a potential.</w:t>
      </w:r>
    </w:p>
    <w:p>
      <w:pPr>
        <w:jc w:val="right"/>
      </w:pPr>
      <w:r>
        <w:t>سو دس، دس از ا پوٹینشل۔</w:t>
      </w:r>
    </w:p>
    <w:p>
      <w:r>
        <w:rPr>
          <w:b/>
        </w:rPr>
        <w:t xml:space="preserve">[19:33] </w:t>
      </w:r>
      <w:r>
        <w:t>And by using this, this potential, we can make the unseen world as seen.</w:t>
      </w:r>
    </w:p>
    <w:p>
      <w:pPr>
        <w:jc w:val="right"/>
      </w:pPr>
      <w:r>
        <w:t>اینڈ بائی یوزنگ دس، دس پوٹینشل، وی کین میک دا ان سین ورلڈ ایز سین۔</w:t>
      </w:r>
    </w:p>
    <w:p>
      <w:r>
        <w:rPr>
          <w:b/>
        </w:rPr>
        <w:t xml:space="preserve">[19:40] </w:t>
      </w:r>
      <w:r>
        <w:t>If we utilize all these potentials, you can see all those things which are apparently unseen for us.</w:t>
      </w:r>
    </w:p>
    <w:p>
      <w:pPr>
        <w:jc w:val="right"/>
      </w:pPr>
      <w:r>
        <w:t>اف وی یوٹیلائز ال دیز پوٹینشلز، یو کین سی ال دوز تھنگز وچ ار اپرینٹلی ان سین فارس۔</w:t>
      </w:r>
    </w:p>
    <w:p>
      <w:r>
        <w:rPr>
          <w:b/>
        </w:rPr>
        <w:t xml:space="preserve">[19:48] </w:t>
      </w:r>
      <w:r>
        <w:t>By using this potential, this mental potential, we can discover God Almighty.</w:t>
      </w:r>
    </w:p>
    <w:p>
      <w:pPr>
        <w:jc w:val="right"/>
      </w:pPr>
      <w:r>
        <w:t>بائی یوزنگ دس پوٹینشل، دس مینٹل پوٹینشلز، وی کین ڈسکور گاڈ المائٹی۔</w:t>
      </w:r>
    </w:p>
    <w:p>
      <w:r>
        <w:rPr>
          <w:b/>
        </w:rPr>
        <w:t xml:space="preserve">[19:53] </w:t>
      </w:r>
      <w:r>
        <w:t>We can discover paradise.</w:t>
      </w:r>
    </w:p>
    <w:p>
      <w:pPr>
        <w:jc w:val="right"/>
      </w:pPr>
      <w:r>
        <w:t>وی کین ڈسکور پیراڈائز۔</w:t>
      </w:r>
    </w:p>
    <w:p>
      <w:r>
        <w:rPr>
          <w:b/>
        </w:rPr>
        <w:t xml:space="preserve">[19:54] </w:t>
      </w:r>
      <w:r>
        <w:t>We can discover the existence of angels.</w:t>
      </w:r>
    </w:p>
    <w:p>
      <w:pPr>
        <w:jc w:val="right"/>
      </w:pPr>
      <w:r>
        <w:t>وی کین ڈسکور دا ایگزسٹنس اف اینجلز۔</w:t>
      </w:r>
    </w:p>
    <w:p>
      <w:r>
        <w:rPr>
          <w:b/>
        </w:rPr>
        <w:t xml:space="preserve">[19:57] </w:t>
      </w:r>
      <w:r>
        <w:t>We can discover the truth of prophets.</w:t>
      </w:r>
    </w:p>
    <w:p>
      <w:pPr>
        <w:jc w:val="right"/>
      </w:pPr>
      <w:r>
        <w:t>وی کین ڈسکور دا ٹروتھ اف پرافٹس۔</w:t>
      </w:r>
    </w:p>
    <w:p>
      <w:r>
        <w:rPr>
          <w:b/>
        </w:rPr>
        <w:t xml:space="preserve">[20:00] </w:t>
      </w:r>
      <w:r>
        <w:t>Everything that is unseen for us can be seen.</w:t>
      </w:r>
    </w:p>
    <w:p>
      <w:pPr>
        <w:jc w:val="right"/>
      </w:pPr>
      <w:r>
        <w:t>ایوری تھنگ دیٹ از ان سین فارس کین بی سین۔</w:t>
      </w:r>
    </w:p>
    <w:p>
      <w:r>
        <w:rPr>
          <w:b/>
        </w:rPr>
        <w:t xml:space="preserve">[20:05] </w:t>
      </w:r>
      <w:r>
        <w:t>If he, if he, if he, if we utilize our mental capacities, our intellectual capacities.</w:t>
      </w:r>
    </w:p>
    <w:p>
      <w:pPr>
        <w:jc w:val="right"/>
      </w:pPr>
      <w:r>
        <w:t>اف ہی، اف ہی، اف ہی، اف وی یوٹیلائز اور مینٹل کیپیسٹیز، اور انٹلیکچول کیپیسٹیز۔</w:t>
      </w:r>
    </w:p>
    <w:p>
      <w:r>
        <w:rPr>
          <w:b/>
        </w:rPr>
        <w:t xml:space="preserve">[20:11] </w:t>
      </w:r>
      <w:r>
        <w:t>So this is the test.</w:t>
      </w:r>
    </w:p>
    <w:p>
      <w:pPr>
        <w:jc w:val="right"/>
      </w:pPr>
      <w:r>
        <w:t>سو دس از دا ٹیسٹ۔</w:t>
      </w:r>
    </w:p>
    <w:p>
      <w:r>
        <w:rPr>
          <w:b/>
        </w:rPr>
        <w:t xml:space="preserve">[20:13] </w:t>
      </w:r>
      <w:r>
        <w:t>So when, when Adam was settled in paradise, it was settled.</w:t>
      </w:r>
    </w:p>
    <w:p>
      <w:pPr>
        <w:jc w:val="right"/>
      </w:pPr>
      <w:r>
        <w:t>سو وین، وین ادم واز سیٹلڈ ان پیراڈائز، اٹ واز سیٹل۔</w:t>
      </w:r>
    </w:p>
    <w:p>
      <w:r>
        <w:rPr>
          <w:b/>
        </w:rPr>
        <w:t xml:space="preserve">[20:18] </w:t>
      </w:r>
      <w:r>
        <w:t>He was settled at the time without, without test.</w:t>
      </w:r>
    </w:p>
    <w:p>
      <w:pPr>
        <w:jc w:val="right"/>
      </w:pPr>
      <w:r>
        <w:t>ہی واز سیٹل ایٹ دا ٹائم وداؤٹ، وداؤٹ ٹیسٹ۔</w:t>
      </w:r>
    </w:p>
    <w:p>
      <w:r>
        <w:rPr>
          <w:b/>
        </w:rPr>
        <w:t xml:space="preserve">[20:22] </w:t>
      </w:r>
      <w:r>
        <w:t>without test, it was like a reward.</w:t>
      </w:r>
    </w:p>
    <w:p>
      <w:pPr>
        <w:jc w:val="right"/>
      </w:pPr>
      <w:r>
        <w:t>وداؤٹ ٹیسٹ، اٹ واز لائک ا ریوارڈ۔</w:t>
      </w:r>
    </w:p>
    <w:p>
      <w:r>
        <w:rPr>
          <w:b/>
        </w:rPr>
        <w:t xml:space="preserve">[20:25] </w:t>
      </w:r>
      <w:r>
        <w:t>But after tasting the, in, in, after taking the forbidden tree, after taking the fruit of forbidden tree,</w:t>
      </w:r>
    </w:p>
    <w:p>
      <w:pPr>
        <w:jc w:val="right"/>
      </w:pPr>
      <w:r>
        <w:t>بٹ افٹر ٹیسٹنگ دا ان، ان، افٹر ٹیکنگ دا فاربیڈن ٹری، افٹر ٹیکنگ دا فروٹ اف فاربیڈن ٹری،</w:t>
      </w:r>
    </w:p>
    <w:p>
      <w:r>
        <w:rPr>
          <w:b/>
        </w:rPr>
        <w:t xml:space="preserve">[20:33] </w:t>
      </w:r>
      <w:r>
        <w:t>He was sent to this, in this world.</w:t>
      </w:r>
    </w:p>
    <w:p>
      <w:pPr>
        <w:jc w:val="right"/>
      </w:pPr>
      <w:r>
        <w:t>ہی واز سینڈ ٹو دس، ان دس ورلڈ۔</w:t>
      </w:r>
    </w:p>
    <w:p>
      <w:r>
        <w:rPr>
          <w:b/>
        </w:rPr>
        <w:t xml:space="preserve">[20:36] </w:t>
      </w:r>
      <w:r>
        <w:t>So everything became unseen for him.</w:t>
      </w:r>
    </w:p>
    <w:p>
      <w:pPr>
        <w:jc w:val="right"/>
      </w:pPr>
      <w:r>
        <w:t>سو ایوری تھنگ بیکم ان سین فار ہم۔</w:t>
      </w:r>
    </w:p>
    <w:p>
      <w:r>
        <w:rPr>
          <w:b/>
        </w:rPr>
        <w:t xml:space="preserve">[20:39] </w:t>
      </w:r>
      <w:r>
        <w:t>What was seen for him in the paradise? Now, all those things are unseen for him.</w:t>
      </w:r>
    </w:p>
    <w:p>
      <w:pPr>
        <w:jc w:val="right"/>
      </w:pPr>
      <w:r>
        <w:t>واٹ واز سین فار ہم ان دا پیراڈائز؟ ناو، ال دوز تھنگز ار ان سین فار ہم۔</w:t>
      </w:r>
    </w:p>
    <w:p>
      <w:r>
        <w:rPr>
          <w:b/>
        </w:rPr>
        <w:t xml:space="preserve">[20:47] </w:t>
      </w:r>
      <w:r>
        <w:t>But he has potentials.</w:t>
      </w:r>
    </w:p>
    <w:p>
      <w:pPr>
        <w:jc w:val="right"/>
      </w:pPr>
      <w:r>
        <w:t>بٹ ہی ہیز پوٹینشلز۔</w:t>
      </w:r>
    </w:p>
    <w:p>
      <w:r>
        <w:rPr>
          <w:b/>
        </w:rPr>
        <w:t xml:space="preserve">[20:48] </w:t>
      </w:r>
      <w:r>
        <w:t>He was not deprived of potentials.</w:t>
      </w:r>
    </w:p>
    <w:p>
      <w:pPr>
        <w:jc w:val="right"/>
      </w:pPr>
      <w:r>
        <w:t>ہی واز ناٹ ڈیپرائڈ اف پوٹینشلز۔</w:t>
      </w:r>
    </w:p>
    <w:p>
      <w:r>
        <w:rPr>
          <w:b/>
        </w:rPr>
        <w:t xml:space="preserve">[20:51] </w:t>
      </w:r>
      <w:r>
        <w:t>He was deprived only actuals, but not the potentials.</w:t>
      </w:r>
    </w:p>
    <w:p>
      <w:pPr>
        <w:jc w:val="right"/>
      </w:pPr>
      <w:r>
        <w:t>ہی واز ڈیپرائڈ اونلی ایکچولز، بٹ ناٹ دا پوٹینشلز۔</w:t>
      </w:r>
    </w:p>
    <w:p>
      <w:r>
        <w:rPr>
          <w:b/>
        </w:rPr>
        <w:t xml:space="preserve">[20:55] </w:t>
      </w:r>
      <w:r>
        <w:t>So, so he, it is required that he must unfold his mind.</w:t>
      </w:r>
    </w:p>
    <w:p>
      <w:pPr>
        <w:jc w:val="right"/>
      </w:pPr>
      <w:r>
        <w:t>سو، سو ہی، اٹ از ریکوائرڈ دیٹ ہی مسٹ انفولڈ ہز مائنڈ۔</w:t>
      </w:r>
    </w:p>
    <w:p>
      <w:r>
        <w:rPr>
          <w:b/>
        </w:rPr>
        <w:t xml:space="preserve">[21:00] </w:t>
      </w:r>
      <w:r>
        <w:t>He must avail his potentials, and he must turn his, his unseen into seen.</w:t>
      </w:r>
    </w:p>
    <w:p>
      <w:pPr>
        <w:jc w:val="right"/>
      </w:pPr>
      <w:r>
        <w:t>ہی مسٹ اویل ہز پوٹینشلز، اینڈ ہی مسٹ ٹرن ہز، ہز ان سین انٹو سین۔</w:t>
      </w:r>
    </w:p>
    <w:p>
      <w:r>
        <w:rPr>
          <w:b/>
        </w:rPr>
        <w:t xml:space="preserve">[21:06] </w:t>
      </w:r>
      <w:r>
        <w:t>He must believe God with all convictions.</w:t>
      </w:r>
    </w:p>
    <w:p>
      <w:pPr>
        <w:jc w:val="right"/>
      </w:pPr>
      <w:r>
        <w:t>ہی مسٹ بیلیو گاڈ ود ال کنوکشنز۔</w:t>
      </w:r>
    </w:p>
    <w:p>
      <w:r>
        <w:rPr>
          <w:b/>
        </w:rPr>
        <w:t xml:space="preserve">[21:09] </w:t>
      </w:r>
      <w:r>
        <w:t>He must realize paradise without convictions.</w:t>
      </w:r>
    </w:p>
    <w:p>
      <w:pPr>
        <w:jc w:val="right"/>
      </w:pPr>
      <w:r>
        <w:t>ہی مسٹ ریلائز پیراڈائز وداؤٹ کنوکشنز۔</w:t>
      </w:r>
    </w:p>
    <w:p>
      <w:r>
        <w:rPr>
          <w:b/>
        </w:rPr>
        <w:t xml:space="preserve">[21:12] </w:t>
      </w:r>
      <w:r>
        <w:t>He must discover angels.</w:t>
      </w:r>
    </w:p>
    <w:p>
      <w:pPr>
        <w:jc w:val="right"/>
      </w:pPr>
      <w:r>
        <w:t>ہی مسٹ ڈسکور اینجلز۔</w:t>
      </w:r>
    </w:p>
    <w:p>
      <w:r>
        <w:rPr>
          <w:b/>
        </w:rPr>
        <w:t xml:space="preserve">[21:14] </w:t>
      </w:r>
      <w:r>
        <w:t>He must discover the existence of angels with all convictions.</w:t>
      </w:r>
    </w:p>
    <w:p>
      <w:pPr>
        <w:jc w:val="right"/>
      </w:pPr>
      <w:r>
        <w:t>ہی مسٹ ڈسکور دا ایگزسٹنس اف اینجلز ود ال کنوکشنز۔</w:t>
      </w:r>
    </w:p>
    <w:p>
      <w:r>
        <w:rPr>
          <w:b/>
        </w:rPr>
        <w:t xml:space="preserve">[21:18] </w:t>
      </w:r>
      <w:r>
        <w:t>He must discover the prophets as prophet with all convictions.</w:t>
      </w:r>
    </w:p>
    <w:p>
      <w:pPr>
        <w:jc w:val="right"/>
      </w:pPr>
      <w:r>
        <w:t>ہی مسٹ ڈسکور دا پرافٹس ایز پرافٹ ود ال کنوکشنز۔</w:t>
      </w:r>
    </w:p>
    <w:p>
      <w:r>
        <w:rPr>
          <w:b/>
        </w:rPr>
        <w:t xml:space="preserve">[21:22] </w:t>
      </w:r>
      <w:r>
        <w:t>He must discover Quran as a word of God with all convictions.</w:t>
      </w:r>
    </w:p>
    <w:p>
      <w:pPr>
        <w:jc w:val="right"/>
      </w:pPr>
      <w:r>
        <w:t>ہی مسٹ ڈسکور قران ایز ا ورڈ اف گاڈ ود ال کنوکشنز۔</w:t>
      </w:r>
    </w:p>
    <w:p>
      <w:r>
        <w:rPr>
          <w:b/>
        </w:rPr>
        <w:t xml:space="preserve">[21:27] </w:t>
      </w:r>
      <w:r>
        <w:t>this, he can turn his unseen into seen.</w:t>
      </w:r>
    </w:p>
    <w:p>
      <w:pPr>
        <w:jc w:val="right"/>
      </w:pPr>
      <w:r>
        <w:t>دس، ہی کین ٹرن ہز ان سین انٹو سین۔</w:t>
      </w:r>
    </w:p>
    <w:p>
      <w:r>
        <w:rPr>
          <w:b/>
        </w:rPr>
        <w:t xml:space="preserve">[21:31] </w:t>
      </w:r>
      <w:r>
        <w:t>This is the return ticket to Paradise.</w:t>
      </w:r>
    </w:p>
    <w:p>
      <w:pPr>
        <w:jc w:val="right"/>
      </w:pPr>
      <w:r>
        <w:t>دس از دا ریٹرن ٹکٹ ٹو پیراڈائز۔</w:t>
      </w:r>
    </w:p>
    <w:p>
      <w:r>
        <w:rPr>
          <w:b/>
        </w:rPr>
        <w:t xml:space="preserve">[21:34] </w:t>
      </w:r>
      <w:r>
        <w:t>This is the return ticket to paradise for him.</w:t>
      </w:r>
    </w:p>
    <w:p>
      <w:pPr>
        <w:jc w:val="right"/>
      </w:pPr>
      <w:r>
        <w:t>دس از دا ریٹرن ٹکٹ ٹو پیراڈائز فار ہم۔</w:t>
      </w:r>
    </w:p>
    <w:p>
      <w:r>
        <w:rPr>
          <w:b/>
        </w:rPr>
        <w:t xml:space="preserve">[21:38] </w:t>
      </w:r>
      <w:r>
        <w:t>So everyone must know this fact.</w:t>
      </w:r>
    </w:p>
    <w:p>
      <w:pPr>
        <w:jc w:val="right"/>
      </w:pPr>
      <w:r>
        <w:t>سو ایوری ون مسٹ نو دس فیکٹ۔</w:t>
      </w:r>
    </w:p>
    <w:p>
      <w:r>
        <w:rPr>
          <w:b/>
        </w:rPr>
        <w:t xml:space="preserve">[21:41] </w:t>
      </w:r>
      <w:r>
        <w:t>Then, I would like to add that God, we have to know the creation plan of God.</w:t>
      </w:r>
    </w:p>
    <w:p>
      <w:pPr>
        <w:jc w:val="right"/>
      </w:pPr>
      <w:r>
        <w:t>دین، ائی وڈ لائک ٹو ایڈ دیٹ گاڈ، وی ہیو ٹو نو دا کریشن پلان اف گاڈ۔</w:t>
      </w:r>
    </w:p>
    <w:p>
      <w:r>
        <w:rPr>
          <w:b/>
        </w:rPr>
        <w:t xml:space="preserve">[21:48] </w:t>
      </w:r>
      <w:r>
        <w:t>According to the Quranic description, according to the Quranic account, God created this world, and God created man,</w:t>
      </w:r>
    </w:p>
    <w:p>
      <w:pPr>
        <w:jc w:val="right"/>
      </w:pPr>
      <w:r>
        <w:t>اکارڈنگ ٹو دا قرانک ڈسکرپشن، اکارڈنگ ٹو دا قرانک اکاؤنٹ، گاڈ کریٹڈ دس ورلڈ، اینڈ گاڈ کریٹڈ مین،</w:t>
      </w:r>
    </w:p>
    <w:p>
      <w:r>
        <w:rPr>
          <w:b/>
        </w:rPr>
        <w:t xml:space="preserve">[21:56] </w:t>
      </w:r>
      <w:r>
        <w:t>And he divided his life span into two parts.</w:t>
      </w:r>
    </w:p>
    <w:p>
      <w:pPr>
        <w:jc w:val="right"/>
      </w:pPr>
      <w:r>
        <w:t>اینڈ ہی ڈیوائیڈڈ ہز لائف اسپین انٹو ٹو پارٹس۔</w:t>
      </w:r>
    </w:p>
    <w:p>
      <w:r>
        <w:rPr>
          <w:b/>
        </w:rPr>
        <w:t xml:space="preserve">[22:00] </w:t>
      </w:r>
      <w:r>
        <w:t>God created man as an eternal being.</w:t>
      </w:r>
    </w:p>
    <w:p>
      <w:pPr>
        <w:jc w:val="right"/>
      </w:pPr>
      <w:r>
        <w:t>گاڈ کریٹڈ مین ایز ا ایٹرنل بینگ۔</w:t>
      </w:r>
    </w:p>
    <w:p>
      <w:r>
        <w:rPr>
          <w:b/>
        </w:rPr>
        <w:t xml:space="preserve">[22:03] </w:t>
      </w:r>
      <w:r>
        <w:t>God Almighty created man as an eternal being, but He divided his life span into two parts.</w:t>
      </w:r>
    </w:p>
    <w:p>
      <w:pPr>
        <w:jc w:val="right"/>
      </w:pPr>
      <w:r>
        <w:t>گاڈ المائٹی کریٹڈ مین ایز این ایٹرنل بینگ، بٹ ہی ڈیوائیڈڈ ہز لائف اسپین انٹو ٹو پارٹس۔</w:t>
      </w:r>
    </w:p>
    <w:p>
      <w:r>
        <w:rPr>
          <w:b/>
        </w:rPr>
        <w:t xml:space="preserve">[22:10] </w:t>
      </w:r>
      <w:r>
        <w:t>A tiny part is in this, in this earth, in this world, in the present world.</w:t>
      </w:r>
    </w:p>
    <w:p>
      <w:pPr>
        <w:jc w:val="right"/>
      </w:pPr>
      <w:r>
        <w:t>ا ٹائنی پارٹ از ان دس، ان دس ارتھ، ان دس ورلڈ، ان دا پریزنٹ ورلڈ۔</w:t>
      </w:r>
    </w:p>
    <w:p>
      <w:r>
        <w:rPr>
          <w:b/>
        </w:rPr>
        <w:t xml:space="preserve">[22:17] </w:t>
      </w:r>
      <w:r>
        <w:t>only a tiny part, and the all the rest of the of his life that is eternal is</w:t>
      </w:r>
    </w:p>
    <w:p>
      <w:pPr>
        <w:jc w:val="right"/>
      </w:pPr>
      <w:r>
        <w:t>اونلی ا ٹائنی پارٹ، اینڈ دا ال دا ریسٹ اف دا اف ہز لائف دیٹ از ایٹرنل از</w:t>
      </w:r>
    </w:p>
    <w:p>
      <w:r>
        <w:rPr>
          <w:b/>
        </w:rPr>
        <w:t xml:space="preserve">[22:25] </w:t>
      </w:r>
      <w:r>
        <w:t>was put in the hereafter, in the world hereafter, in post-death period.</w:t>
      </w:r>
    </w:p>
    <w:p>
      <w:pPr>
        <w:jc w:val="right"/>
      </w:pPr>
      <w:r>
        <w:t>واز پٹ ان دی ہیراپٹر، ان دا ورلڈ ہیراپٹر، ان پوسٹ ڈیتھ پیریڈ۔</w:t>
      </w:r>
    </w:p>
    <w:p>
      <w:r>
        <w:rPr>
          <w:b/>
        </w:rPr>
        <w:t xml:space="preserve">[22:30] </w:t>
      </w:r>
      <w:r>
        <w:t>So, the present world is a testing ground.</w:t>
      </w:r>
    </w:p>
    <w:p>
      <w:pPr>
        <w:jc w:val="right"/>
      </w:pPr>
      <w:r>
        <w:t>سو پریزنٹ ورلڈ از ا ٹیسٹنگ گراؤنڈ۔</w:t>
      </w:r>
    </w:p>
    <w:p>
      <w:r>
        <w:rPr>
          <w:b/>
        </w:rPr>
        <w:t xml:space="preserve">[22:33] </w:t>
      </w:r>
      <w:r>
        <w:t>Here we are in the test, and according to our present record, there are, there are numerous angels</w:t>
      </w:r>
    </w:p>
    <w:p>
      <w:pPr>
        <w:jc w:val="right"/>
      </w:pPr>
      <w:r>
        <w:t>ہیر وی ار ان دا ٹیسٹ، اینڈ اکارڈنگ ٹو اور پریزنٹ ریکارڈ، دیر ار، دیر ار نیورس اینجلز</w:t>
      </w:r>
    </w:p>
    <w:p>
      <w:r>
        <w:rPr>
          <w:b/>
        </w:rPr>
        <w:t xml:space="preserve">[22:41] </w:t>
      </w:r>
      <w:r>
        <w:t>as observer.</w:t>
      </w:r>
    </w:p>
    <w:p>
      <w:pPr>
        <w:jc w:val="right"/>
      </w:pPr>
      <w:r>
        <w:t>ایز ابزرور۔</w:t>
      </w:r>
    </w:p>
    <w:p>
      <w:r>
        <w:rPr>
          <w:b/>
        </w:rPr>
        <w:t xml:space="preserve">[22:43] </w:t>
      </w:r>
      <w:r>
        <w:t>There are God's angels as observer.</w:t>
      </w:r>
    </w:p>
    <w:p>
      <w:pPr>
        <w:jc w:val="right"/>
      </w:pPr>
      <w:r>
        <w:t>دیر ار گاڈز اینجلز ایز ابزرور۔</w:t>
      </w:r>
    </w:p>
    <w:p>
      <w:r>
        <w:rPr>
          <w:b/>
        </w:rPr>
        <w:t xml:space="preserve">[22:45] </w:t>
      </w:r>
      <w:r>
        <w:t>They every time they watch every human being.</w:t>
      </w:r>
    </w:p>
    <w:p>
      <w:pPr>
        <w:jc w:val="right"/>
      </w:pPr>
      <w:r>
        <w:t>دے ایوری ٹائم دے واچ ایوری ہیومن بینگ۔</w:t>
      </w:r>
    </w:p>
    <w:p>
      <w:r>
        <w:rPr>
          <w:b/>
        </w:rPr>
        <w:t xml:space="preserve">[22:49] </w:t>
      </w:r>
      <w:r>
        <w:t>So they are preparing a record of every human being, every man and woman.</w:t>
      </w:r>
    </w:p>
    <w:p>
      <w:pPr>
        <w:jc w:val="right"/>
      </w:pPr>
      <w:r>
        <w:t>سو دے ار پریپیئرنگ ا ریکارڈ اف ایوری ہیومن بینگ، ایوری مین اینڈ وومن۔</w:t>
      </w:r>
    </w:p>
    <w:p>
      <w:r>
        <w:rPr>
          <w:b/>
        </w:rPr>
        <w:t xml:space="preserve">[22:55] </w:t>
      </w:r>
      <w:r>
        <w:t>These angels are preparing the record of our intention, our speech, our behavior, our activities, everything.</w:t>
      </w:r>
    </w:p>
    <w:p>
      <w:pPr>
        <w:jc w:val="right"/>
      </w:pPr>
      <w:r>
        <w:t>دیز اینجلز ار پریپیئرنگ دا ریکارڈ اف اور انٹینشن، اور سپیچ، اور بیہیویئر، اور ایکٹیویٹیز، ایوری تھنگ۔</w:t>
      </w:r>
    </w:p>
    <w:p>
      <w:r>
        <w:rPr>
          <w:b/>
        </w:rPr>
        <w:t xml:space="preserve">[23:02] </w:t>
      </w:r>
      <w:r>
        <w:t>So this record will be presented before God Almighty at the time of the Day of Judgment.</w:t>
      </w:r>
    </w:p>
    <w:p>
      <w:pPr>
        <w:jc w:val="right"/>
      </w:pPr>
      <w:r>
        <w:t>سو دس ریکارڈ ول بی پریزنٹڈ بیفور گاڈ المائٹی ایٹ دا ٹائم اف اف دا ڈے اف ججمنٹ۔</w:t>
      </w:r>
    </w:p>
    <w:p>
      <w:r>
        <w:rPr>
          <w:b/>
        </w:rPr>
        <w:t xml:space="preserve">[23:10] </w:t>
      </w:r>
      <w:r>
        <w:t>So we must know the creation plan of God.</w:t>
      </w:r>
    </w:p>
    <w:p>
      <w:pPr>
        <w:jc w:val="right"/>
      </w:pPr>
      <w:r>
        <w:t>سو وی مسٹ نو دا کریشن پلان اف گاڈ۔</w:t>
      </w:r>
    </w:p>
    <w:p>
      <w:r>
        <w:rPr>
          <w:b/>
        </w:rPr>
        <w:t xml:space="preserve">[23:13] </w:t>
      </w:r>
      <w:r>
        <w:t>Now, all these historical events, natural events, are clear proof that it is not possible for us to create</w:t>
      </w:r>
    </w:p>
    <w:p>
      <w:pPr>
        <w:jc w:val="right"/>
      </w:pPr>
      <w:r>
        <w:t>ناو، ال دیز ہسٹوریکل ایونٹس، نیچرل ایونٹس، ار کلیئر پروف دیٹ اٹ از ناٹ پوسیبل فارس ٹو کریٹ</w:t>
      </w:r>
    </w:p>
    <w:p>
      <w:r>
        <w:rPr>
          <w:b/>
        </w:rPr>
        <w:t xml:space="preserve">[23:21] </w:t>
      </w:r>
      <w:r>
        <w:t>a paradise in this earth, in this earth.</w:t>
      </w:r>
    </w:p>
    <w:p>
      <w:pPr>
        <w:jc w:val="right"/>
      </w:pPr>
      <w:r>
        <w:t>ا پیراڈائز ان دس ارتھ، ان دس ارتھ۔</w:t>
      </w:r>
    </w:p>
    <w:p>
      <w:r>
        <w:rPr>
          <w:b/>
        </w:rPr>
        <w:t xml:space="preserve">[23:25] </w:t>
      </w:r>
      <w:r>
        <w:t>All the philosophy field, all the science has failed, all the spiritual activities have failed, the solution has</w:t>
      </w:r>
    </w:p>
    <w:p>
      <w:pPr>
        <w:jc w:val="right"/>
      </w:pPr>
      <w:r>
        <w:t>ال دا فلاسفی فیلڈ، ال دا سائنس ہیز فیلڈ، ال دا سپریچول ایکٹیویٹیز ہیو فیلڈ، دا سولیشن ہیز</w:t>
      </w:r>
    </w:p>
    <w:p>
      <w:r>
        <w:rPr>
          <w:b/>
        </w:rPr>
        <w:t xml:space="preserve">[23:32] </w:t>
      </w:r>
      <w:r>
        <w:t>field.</w:t>
      </w:r>
    </w:p>
    <w:p>
      <w:pPr>
        <w:jc w:val="right"/>
      </w:pPr>
      <w:r>
        <w:t>فیلڈ۔</w:t>
      </w:r>
    </w:p>
    <w:p>
      <w:r>
        <w:rPr>
          <w:b/>
        </w:rPr>
        <w:t xml:space="preserve">[23:34] </w:t>
      </w:r>
      <w:r>
        <w:t>So all those endeavors, all those struggles failed to achieve the goal to build a dreamland, a</w:t>
      </w:r>
    </w:p>
    <w:p>
      <w:pPr>
        <w:jc w:val="right"/>
      </w:pPr>
      <w:r>
        <w:t>سو ال دوز اینڈریورس، ال دوز سٹرگلز فیلڈ ٹو اچیو دا گول ٹو بلڈ ا ڈریم لینڈ، ا</w:t>
      </w:r>
    </w:p>
    <w:p>
      <w:r>
        <w:rPr>
          <w:b/>
        </w:rPr>
        <w:t xml:space="preserve">[23:42] </w:t>
      </w:r>
      <w:r>
        <w:t>Dream world.</w:t>
      </w:r>
    </w:p>
    <w:p>
      <w:pPr>
        <w:jc w:val="right"/>
      </w:pPr>
      <w:r>
        <w:t>ڈریم ورلڈ۔</w:t>
      </w:r>
    </w:p>
    <w:p>
      <w:r>
        <w:rPr>
          <w:b/>
        </w:rPr>
        <w:t xml:space="preserve">[23:43] </w:t>
      </w:r>
      <w:r>
        <w:t>So this is a clear sign that it is a clear sign that we cannot achieve our</w:t>
      </w:r>
    </w:p>
    <w:p>
      <w:pPr>
        <w:jc w:val="right"/>
      </w:pPr>
      <w:r>
        <w:t>سو دس از ا کلیئر سائن دیٹ اٹ از ا کلیئر سائن دیٹ وی کین ناٹ اچیو اور</w:t>
      </w:r>
    </w:p>
    <w:p>
      <w:r>
        <w:rPr>
          <w:b/>
        </w:rPr>
        <w:t xml:space="preserve">[23:51] </w:t>
      </w:r>
      <w:r>
        <w:t>desire world in this planet Earth.</w:t>
      </w:r>
    </w:p>
    <w:p>
      <w:pPr>
        <w:jc w:val="right"/>
      </w:pPr>
      <w:r>
        <w:t>ڈیزائر ورلڈ ان دس پلینٹ ارتھ۔</w:t>
      </w:r>
    </w:p>
    <w:p>
      <w:r>
        <w:rPr>
          <w:b/>
        </w:rPr>
        <w:t xml:space="preserve">[23:53] </w:t>
      </w:r>
      <w:r>
        <w:t>We can achieve only in the post-death period, and not in pre-death period.</w:t>
      </w:r>
    </w:p>
    <w:p>
      <w:pPr>
        <w:jc w:val="right"/>
      </w:pPr>
      <w:r>
        <w:t>وی کین اچیو اونلی ان دا پوسٹ ڈیتھ پیریڈ، اور ناٹ ان پری ڈیتھ پیریڈ۔</w:t>
      </w:r>
    </w:p>
    <w:p>
      <w:r>
        <w:rPr>
          <w:b/>
        </w:rPr>
        <w:t xml:space="preserve">[24:00] </w:t>
      </w:r>
      <w:r>
        <w:t>So all the failure of our struggles is a clear indication that you are not on the right</w:t>
      </w:r>
    </w:p>
    <w:p>
      <w:pPr>
        <w:jc w:val="right"/>
      </w:pPr>
      <w:r>
        <w:t>سو ال دا فیلیر اف اور سٹرگلز از ا کلیئر انڈیکیشن دیٹ یو ار ناٹ ان دا رائٹ</w:t>
      </w:r>
    </w:p>
    <w:p>
      <w:r>
        <w:rPr>
          <w:b/>
        </w:rPr>
        <w:t xml:space="preserve">[24:07] </w:t>
      </w:r>
      <w:r>
        <w:t>path.</w:t>
      </w:r>
    </w:p>
    <w:p>
      <w:pPr>
        <w:jc w:val="right"/>
      </w:pPr>
      <w:r>
        <w:t>پاتھ۔</w:t>
      </w:r>
    </w:p>
    <w:p>
      <w:r>
        <w:rPr>
          <w:b/>
        </w:rPr>
        <w:t xml:space="preserve">[24:09] </w:t>
      </w:r>
      <w:r>
        <w:t>Here I would like to remind again that verse of the Quran: "من ایت دے ار مین مین</w:t>
      </w:r>
    </w:p>
    <w:p>
      <w:pPr>
        <w:jc w:val="right"/>
      </w:pPr>
      <w:r>
        <w:t>ہیر ائی وڈ لائک ٹو ریمائنڈ اگین دیٹ ورس اف دا قران: "من ایت دے ار مین مین</w:t>
      </w:r>
    </w:p>
    <w:p>
      <w:r>
        <w:rPr>
          <w:b/>
        </w:rPr>
        <w:t xml:space="preserve">[24:17] </w:t>
      </w:r>
      <w:r>
        <w:t>Signs in the heaven and in the earth, and in the nature and history.</w:t>
      </w:r>
    </w:p>
    <w:p>
      <w:pPr>
        <w:jc w:val="right"/>
      </w:pPr>
      <w:r>
        <w:t>سائنز ان دا ہیون اینڈ ان دی ارتھ، اور ان دا نیچر اینڈ ہسٹری۔</w:t>
      </w:r>
    </w:p>
    <w:p>
      <w:r>
        <w:rPr>
          <w:b/>
        </w:rPr>
        <w:t xml:space="preserve">[24:23] </w:t>
      </w:r>
      <w:r>
        <w:t>These signs indicate that man is man has deviated from the right path.</w:t>
      </w:r>
    </w:p>
    <w:p>
      <w:pPr>
        <w:jc w:val="right"/>
      </w:pPr>
      <w:r>
        <w:t>دیز سائنز انڈیکیٹ دیٹ مین از مین ہیز ڈیویٹڈ فرام دا رائٹ پاتھ۔</w:t>
      </w:r>
    </w:p>
    <w:p>
      <w:r>
        <w:rPr>
          <w:b/>
        </w:rPr>
        <w:t xml:space="preserve">[24:28] </w:t>
      </w:r>
      <w:r>
        <w:t>These signs tell us the right path.</w:t>
      </w:r>
    </w:p>
    <w:p>
      <w:pPr>
        <w:jc w:val="right"/>
      </w:pPr>
      <w:r>
        <w:t>دیز سائنز ٹیل اس دی رائٹ پاتھ۔</w:t>
      </w:r>
    </w:p>
    <w:p>
      <w:r>
        <w:rPr>
          <w:b/>
        </w:rPr>
        <w:t xml:space="preserve">[24:31] </w:t>
      </w:r>
      <w:r>
        <w:t>These signs guide us to the right path.</w:t>
      </w:r>
    </w:p>
    <w:p>
      <w:pPr>
        <w:jc w:val="right"/>
      </w:pPr>
      <w:r>
        <w:t>دیز سائنز گائیڈ اس ٹو دا رائٹ پاتھ۔</w:t>
      </w:r>
    </w:p>
    <w:p>
      <w:r>
        <w:rPr>
          <w:b/>
        </w:rPr>
        <w:t xml:space="preserve">[24:35] </w:t>
      </w:r>
      <w:r>
        <w:t>So we have to listen to the voice of nature, the voice of history.</w:t>
      </w:r>
    </w:p>
    <w:p>
      <w:pPr>
        <w:jc w:val="right"/>
      </w:pPr>
      <w:r>
        <w:t>سو وی ہیو ٹو لسن دا وائس اف دا نیچر، دا وائس اف دا ہسٹری۔</w:t>
      </w:r>
    </w:p>
    <w:p>
      <w:r>
        <w:rPr>
          <w:b/>
        </w:rPr>
        <w:t xml:space="preserve">[24:41] </w:t>
      </w:r>
      <w:r>
        <w:t>We have to reassess our life.</w:t>
      </w:r>
    </w:p>
    <w:p>
      <w:pPr>
        <w:jc w:val="right"/>
      </w:pPr>
      <w:r>
        <w:t>وی ہیو ٹو ری اسس اور لائف۔</w:t>
      </w:r>
    </w:p>
    <w:p>
      <w:r>
        <w:rPr>
          <w:b/>
        </w:rPr>
        <w:t xml:space="preserve">[24:44] </w:t>
      </w:r>
      <w:r>
        <w:t>We have to revise our activities.</w:t>
      </w:r>
    </w:p>
    <w:p>
      <w:pPr>
        <w:jc w:val="right"/>
      </w:pPr>
      <w:r>
        <w:t>وی ہیو ٹو ریوائز اور ایکٹیویٹیز۔</w:t>
      </w:r>
    </w:p>
    <w:p>
      <w:r>
        <w:rPr>
          <w:b/>
        </w:rPr>
        <w:t xml:space="preserve">[24:47] </w:t>
      </w:r>
      <w:r>
        <w:t>We have to rediscover the truth.</w:t>
      </w:r>
    </w:p>
    <w:p>
      <w:pPr>
        <w:jc w:val="right"/>
      </w:pPr>
      <w:r>
        <w:t>وی ہیو ٹو ری ڈسکور دا ٹروتھ۔</w:t>
      </w:r>
    </w:p>
    <w:p>
      <w:r>
        <w:rPr>
          <w:b/>
        </w:rPr>
        <w:t xml:space="preserve">[24:50] </w:t>
      </w:r>
      <w:r>
        <w:t>Otherwise, we are doomed to failure.</w:t>
      </w:r>
    </w:p>
    <w:p>
      <w:pPr>
        <w:jc w:val="right"/>
      </w:pPr>
      <w:r>
        <w:t>ادروائز، وی ار ڈوم ٹو فیلیر۔</w:t>
      </w:r>
    </w:p>
    <w:p>
      <w:r>
        <w:rPr>
          <w:b/>
        </w:rPr>
        <w:t xml:space="preserve">[24:52] </w:t>
      </w:r>
      <w:r>
        <w:t>Deen, there is no second chance.</w:t>
      </w:r>
    </w:p>
    <w:p>
      <w:pPr>
        <w:jc w:val="right"/>
      </w:pPr>
      <w:r>
        <w:t>دین، دیر از نو سیکنڈ چانس۔</w:t>
      </w:r>
    </w:p>
    <w:p>
      <w:r>
        <w:rPr>
          <w:b/>
        </w:rPr>
        <w:t xml:space="preserve">[24:55] </w:t>
      </w:r>
      <w:r>
        <w:t>There is no second chance for mankind.</w:t>
      </w:r>
    </w:p>
    <w:p>
      <w:pPr>
        <w:jc w:val="right"/>
      </w:pPr>
      <w:r>
        <w:t>دیر از نو سیکنڈ چانس فار مین کائنڈ۔</w:t>
      </w:r>
    </w:p>
    <w:p>
      <w:r>
        <w:rPr>
          <w:b/>
        </w:rPr>
        <w:t xml:space="preserve">[24:58] </w:t>
      </w:r>
      <w:r>
        <w:t>This was the only chance.</w:t>
      </w:r>
    </w:p>
    <w:p>
      <w:pPr>
        <w:jc w:val="right"/>
      </w:pPr>
      <w:r>
        <w:t>دس واز دا اونلی چانس۔</w:t>
      </w:r>
    </w:p>
    <w:p>
      <w:r>
        <w:rPr>
          <w:b/>
        </w:rPr>
        <w:t xml:space="preserve">[25:00] </w:t>
      </w:r>
      <w:r>
        <w:t>Present global warming is telling us that this was the first chance, and the first chance, and the</w:t>
      </w:r>
    </w:p>
    <w:p>
      <w:pPr>
        <w:jc w:val="right"/>
      </w:pPr>
      <w:r>
        <w:t>پریزنٹ گلوبل وارمنگ از ٹیلنگ اس دیٹ دس واز دا فرسٹ چانس، اینڈ دی فرسٹ چانس، اینڈ دا</w:t>
      </w:r>
    </w:p>
    <w:p>
      <w:r>
        <w:rPr>
          <w:b/>
        </w:rPr>
        <w:t xml:space="preserve">[25:08] </w:t>
      </w:r>
      <w:r>
        <w:t>period of first chance is going to be end.</w:t>
      </w:r>
    </w:p>
    <w:p>
      <w:pPr>
        <w:jc w:val="right"/>
      </w:pPr>
      <w:r>
        <w:t>پیریڈ اف فرسٹ چانس از گوئنگ ٹو بی اینڈ۔</w:t>
      </w:r>
    </w:p>
    <w:p>
      <w:r>
        <w:rPr>
          <w:b/>
        </w:rPr>
        <w:t xml:space="preserve">[25:12] </w:t>
      </w:r>
      <w:r>
        <w:t>Deen, there is no second chance.</w:t>
      </w:r>
    </w:p>
    <w:p>
      <w:pPr>
        <w:jc w:val="right"/>
      </w:pPr>
      <w:r>
        <w:t>دین، دیر از نو سیکنڈ چانس۔</w:t>
      </w:r>
    </w:p>
    <w:p>
      <w:r>
        <w:rPr>
          <w:b/>
        </w:rPr>
        <w:t xml:space="preserve">[25:15] </w:t>
      </w:r>
      <w:r>
        <w:t>According to, according, according to the creation plan of God, there was only one chance for human being.</w:t>
      </w:r>
    </w:p>
    <w:p>
      <w:pPr>
        <w:jc w:val="right"/>
      </w:pPr>
      <w:r>
        <w:t>اکارڈنگ ٹو اکارڈنگ، اکارڈنگ ٹو دا کریشن پلان اف گاڈ، دیر واز اونلی ون چانس فار ہیومن بینگ</w:t>
      </w:r>
    </w:p>
    <w:p>
      <w:r>
        <w:rPr>
          <w:b/>
        </w:rPr>
        <w:t xml:space="preserve">[25:22] </w:t>
      </w:r>
      <w:r>
        <w:t>That was in pre-death period for sixty years, seventy years, ninety years.</w:t>
      </w:r>
    </w:p>
    <w:p>
      <w:pPr>
        <w:jc w:val="right"/>
      </w:pPr>
      <w:r>
        <w:t>دیٹ واز ان پری ڈیتھ پیریڈ فار سکسٹی ایئرز، سیونٹی ایئرز، نائنٹی ایئرز۔</w:t>
      </w:r>
    </w:p>
    <w:p>
      <w:r>
        <w:rPr>
          <w:b/>
        </w:rPr>
        <w:t xml:space="preserve">[25:28] </w:t>
      </w:r>
      <w:r>
        <w:t>That's all.</w:t>
      </w:r>
    </w:p>
    <w:p>
      <w:pPr>
        <w:jc w:val="right"/>
      </w:pPr>
      <w:r>
        <w:t>دیٹس ال۔</w:t>
      </w:r>
    </w:p>
    <w:p>
      <w:r>
        <w:rPr>
          <w:b/>
        </w:rPr>
        <w:t xml:space="preserve">[25:29] </w:t>
      </w:r>
      <w:r>
        <w:t>This was the first chance.</w:t>
      </w:r>
    </w:p>
    <w:p>
      <w:pPr>
        <w:jc w:val="right"/>
      </w:pPr>
      <w:r>
        <w:t>دس واز دا فرسٹ چانس۔</w:t>
      </w:r>
    </w:p>
    <w:p>
      <w:r>
        <w:rPr>
          <w:b/>
        </w:rPr>
        <w:t xml:space="preserve">[25:31] </w:t>
      </w:r>
      <w:r>
        <w:t>No second chance is possible for any man or any woman.</w:t>
      </w:r>
    </w:p>
    <w:p>
      <w:pPr>
        <w:jc w:val="right"/>
      </w:pPr>
      <w:r>
        <w:t>نو سیکنڈ چانس از پوسیبل فار اینی مین اور اینی وومن۔</w:t>
      </w:r>
    </w:p>
    <w:p>
      <w:r>
        <w:rPr>
          <w:b/>
        </w:rPr>
        <w:t xml:space="preserve">[25:36] </w:t>
      </w:r>
      <w:r>
        <w:t>So we have to be cautious.</w:t>
      </w:r>
    </w:p>
    <w:p>
      <w:pPr>
        <w:jc w:val="right"/>
      </w:pPr>
      <w:r>
        <w:t>سو وی ہیو ٹو بی کاشیس۔</w:t>
      </w:r>
    </w:p>
    <w:p>
      <w:r>
        <w:rPr>
          <w:b/>
        </w:rPr>
        <w:t xml:space="preserve">[25:39] </w:t>
      </w:r>
      <w:r>
        <w:t>We have to avail this first chance.</w:t>
      </w:r>
    </w:p>
    <w:p>
      <w:pPr>
        <w:jc w:val="right"/>
      </w:pPr>
      <w:r>
        <w:t>وی ہیو ٹو اویل دس فرسٹ چانس۔</w:t>
      </w:r>
    </w:p>
    <w:p>
      <w:r>
        <w:rPr>
          <w:b/>
        </w:rPr>
        <w:t xml:space="preserve">[25:42] </w:t>
      </w:r>
      <w:r>
        <w:t>If you failed, if we failed to avail this first chance, then there is nothing but eternal fire,</w:t>
      </w:r>
    </w:p>
    <w:p>
      <w:pPr>
        <w:jc w:val="right"/>
      </w:pPr>
      <w:r>
        <w:t>اف یو فیلڈ، اف وی فیلڈ ٹو اویل دس فرسٹ چانس، دین دیر از نتھنگ بٹ ایٹرنل فائر،</w:t>
      </w:r>
    </w:p>
    <w:p>
      <w:r>
        <w:rPr>
          <w:b/>
        </w:rPr>
        <w:t xml:space="preserve">[25:49] </w:t>
      </w:r>
      <w:r>
        <w:t>eternal hell, eternal curse, eternal punishment.</w:t>
      </w:r>
    </w:p>
    <w:p>
      <w:pPr>
        <w:jc w:val="right"/>
      </w:pPr>
      <w:r>
        <w:t>ایٹرنل ہیل، ایٹرنل کرس، ایٹرنل پنشمنٹ۔</w:t>
      </w:r>
    </w:p>
    <w:p>
      <w:r>
        <w:rPr>
          <w:b/>
        </w:rPr>
        <w:t xml:space="preserve">[25:52] </w:t>
      </w:r>
      <w:r>
        <w:t>So we have to, we have to be very very conscious.</w:t>
      </w:r>
    </w:p>
    <w:p>
      <w:pPr>
        <w:jc w:val="right"/>
      </w:pPr>
      <w:r>
        <w:t>سو وی ہیو ٹو، وی ہیو ٹو بی ویری ویری کانشیس۔</w:t>
      </w:r>
    </w:p>
    <w:p>
      <w:r>
        <w:rPr>
          <w:b/>
        </w:rPr>
        <w:t xml:space="preserve">[25:57] </w:t>
      </w:r>
      <w:r>
        <w:t>We have to achieve this first chance.</w:t>
      </w:r>
    </w:p>
    <w:p>
      <w:pPr>
        <w:jc w:val="right"/>
      </w:pPr>
      <w:r>
        <w:t>وی ہیو ٹو اچیو دس فرسٹ چانس۔</w:t>
      </w:r>
    </w:p>
    <w:p>
      <w:r>
        <w:rPr>
          <w:b/>
        </w:rPr>
        <w:t xml:space="preserve">[26:00] </w:t>
      </w:r>
      <w:r>
        <w:t>We have to manage our time.</w:t>
      </w:r>
    </w:p>
    <w:p>
      <w:pPr>
        <w:jc w:val="right"/>
      </w:pPr>
      <w:r>
        <w:t>وی ہیو ٹو مینج اور ٹائم۔</w:t>
      </w:r>
    </w:p>
    <w:p>
      <w:r>
        <w:rPr>
          <w:b/>
        </w:rPr>
        <w:t xml:space="preserve">[26:02] </w:t>
      </w:r>
      <w:r>
        <w:t>We have to manage our money.</w:t>
      </w:r>
    </w:p>
    <w:p>
      <w:pPr>
        <w:jc w:val="right"/>
      </w:pPr>
      <w:r>
        <w:t>وی ہیو ٹو مینج اور منی۔</w:t>
      </w:r>
    </w:p>
    <w:p>
      <w:r>
        <w:rPr>
          <w:b/>
        </w:rPr>
        <w:t xml:space="preserve">[26:05] </w:t>
      </w:r>
      <w:r>
        <w:t>We have to manage our life.</w:t>
      </w:r>
    </w:p>
    <w:p>
      <w:pPr>
        <w:jc w:val="right"/>
      </w:pPr>
      <w:r>
        <w:t>وی ہیو ٹو مینج اور لائف۔</w:t>
      </w:r>
    </w:p>
    <w:p>
      <w:r>
        <w:rPr>
          <w:b/>
        </w:rPr>
        <w:t xml:space="preserve">[26:07] </w:t>
      </w:r>
      <w:r>
        <w:t>We have to manage our desires.</w:t>
      </w:r>
    </w:p>
    <w:p>
      <w:pPr>
        <w:jc w:val="right"/>
      </w:pPr>
      <w:r>
        <w:t>وی ہیو ٹو مینج اور ڈیزائرز۔</w:t>
      </w:r>
    </w:p>
    <w:p>
      <w:r>
        <w:rPr>
          <w:b/>
        </w:rPr>
        <w:t xml:space="preserve">[26:10] </w:t>
      </w:r>
      <w:r>
        <w:t>We have to manage our desires in such a way that we are not deviated from the right.</w:t>
      </w:r>
    </w:p>
    <w:p>
      <w:pPr>
        <w:jc w:val="right"/>
      </w:pPr>
      <w:r>
        <w:t>وی ہیو ٹو مینج اور ڈیزائرز ان سچ ا وے دیٹ وی ار ناٹ ڈیویٹڈ فرام دا رائٹ</w:t>
      </w:r>
    </w:p>
    <w:p>
      <w:r>
        <w:rPr>
          <w:b/>
        </w:rPr>
        <w:t xml:space="preserve">[26:18] </w:t>
      </w:r>
      <w:r>
        <w:t>path.</w:t>
      </w:r>
    </w:p>
    <w:p>
      <w:pPr>
        <w:jc w:val="right"/>
      </w:pPr>
      <w:r>
        <w:t>پاتھ۔</w:t>
      </w:r>
    </w:p>
    <w:p>
      <w:r>
        <w:rPr>
          <w:b/>
        </w:rPr>
        <w:t xml:space="preserve">[26:19] </w:t>
      </w:r>
      <w:r>
        <w:t>تو we have to know the art of right management.</w:t>
      </w:r>
    </w:p>
    <w:p>
      <w:pPr>
        <w:jc w:val="right"/>
      </w:pPr>
      <w:r>
        <w:t>تو وی ہیو ٹو نو دا ارٹ اف رائٹ مینجمنٹ۔</w:t>
      </w:r>
    </w:p>
    <w:p>
      <w:r>
        <w:rPr>
          <w:b/>
        </w:rPr>
        <w:t xml:space="preserve">[26:24] </w:t>
      </w:r>
      <w:r>
        <w:t>We have to learn.</w:t>
      </w:r>
    </w:p>
    <w:p>
      <w:pPr>
        <w:jc w:val="right"/>
      </w:pPr>
      <w:r>
        <w:t>وی ہیو ٹو لرن۔</w:t>
      </w:r>
    </w:p>
    <w:p>
      <w:r>
        <w:rPr>
          <w:b/>
        </w:rPr>
        <w:t xml:space="preserve">[26:25] </w:t>
      </w:r>
      <w:r>
        <w:t>We have to learn the.</w:t>
      </w:r>
    </w:p>
    <w:p>
      <w:pPr>
        <w:jc w:val="right"/>
      </w:pPr>
      <w:r>
        <w:t>وی ہیو ٹو لرن دا۔</w:t>
      </w:r>
    </w:p>
    <w:p>
      <w:r>
        <w:rPr>
          <w:b/>
        </w:rPr>
        <w:t xml:space="preserve">[26:27] </w:t>
      </w:r>
      <w:r>
        <w:t>We have to learn the art of right management, management of our time, management of our money, management</w:t>
      </w:r>
    </w:p>
    <w:p>
      <w:pPr>
        <w:jc w:val="right"/>
      </w:pPr>
      <w:r>
        <w:t>وی ہیو ٹو لرن دا ارٹ اف رائٹ مینجمنٹ، مینجمنٹ اف اور ٹائم، مینجمنٹ اف اور منی، مینجمنٹ</w:t>
      </w:r>
    </w:p>
    <w:p>
      <w:r>
        <w:rPr>
          <w:b/>
        </w:rPr>
        <w:t xml:space="preserve">[26:35] </w:t>
      </w:r>
      <w:r>
        <w:t>of our activities, management of our desires.</w:t>
      </w:r>
    </w:p>
    <w:p>
      <w:pPr>
        <w:jc w:val="right"/>
      </w:pPr>
      <w:r>
        <w:t>اف اور ایکٹیویٹیز، مینجمنٹ اف اور ڈیزائرز۔</w:t>
      </w:r>
    </w:p>
    <w:p>
      <w:r>
        <w:rPr>
          <w:b/>
        </w:rPr>
        <w:t xml:space="preserve">[26:38] </w:t>
      </w:r>
      <w:r>
        <w:t>There is no option before us, no option.</w:t>
      </w:r>
    </w:p>
    <w:p>
      <w:pPr>
        <w:jc w:val="right"/>
      </w:pPr>
      <w:r>
        <w:t>دیر از نو اپشن بیفور اس، نو اپشن۔</w:t>
      </w:r>
    </w:p>
    <w:p>
      <w:r>
        <w:rPr>
          <w:b/>
        </w:rPr>
        <w:t xml:space="preserve">[26:42] </w:t>
      </w:r>
      <w:r>
        <w:t>There is no option at all.</w:t>
      </w:r>
    </w:p>
    <w:p>
      <w:pPr>
        <w:jc w:val="right"/>
      </w:pPr>
      <w:r>
        <w:t>دیر از نو اپشن ایٹ ال۔</w:t>
      </w:r>
    </w:p>
    <w:p>
      <w:r>
        <w:rPr>
          <w:b/>
        </w:rPr>
        <w:t xml:space="preserve">[26:44] </w:t>
      </w:r>
      <w:r>
        <w:t>Although we are free, everyone is free.</w:t>
      </w:r>
    </w:p>
    <w:p>
      <w:pPr>
        <w:jc w:val="right"/>
      </w:pPr>
      <w:r>
        <w:t>الدو وی ار فری، ایوری ون از فری۔</w:t>
      </w:r>
    </w:p>
    <w:p>
      <w:r>
        <w:rPr>
          <w:b/>
        </w:rPr>
        <w:t xml:space="preserve">[26:48] </w:t>
      </w:r>
      <w:r>
        <w:t>We have total freedom.</w:t>
      </w:r>
    </w:p>
    <w:p>
      <w:pPr>
        <w:jc w:val="right"/>
      </w:pPr>
      <w:r>
        <w:t>وی ہیو ٹوٹل فریڈم۔</w:t>
      </w:r>
    </w:p>
    <w:p>
      <w:r>
        <w:rPr>
          <w:b/>
        </w:rPr>
        <w:t xml:space="preserve">[26:49] </w:t>
      </w:r>
      <w:r>
        <w:t>We enjoy total freedom.</w:t>
      </w:r>
    </w:p>
    <w:p>
      <w:pPr>
        <w:jc w:val="right"/>
      </w:pPr>
      <w:r>
        <w:t>وی انجوائے ٹوٹل فریڈم۔</w:t>
      </w:r>
    </w:p>
    <w:p>
      <w:r>
        <w:rPr>
          <w:b/>
        </w:rPr>
        <w:t xml:space="preserve">[26:51] </w:t>
      </w:r>
      <w:r>
        <w:t>So we are free to act, but we cannot change our destiny.</w:t>
      </w:r>
    </w:p>
    <w:p>
      <w:pPr>
        <w:jc w:val="right"/>
      </w:pPr>
      <w:r>
        <w:t>سو وی ار فری ٹو ایکٹ، بٹ وی کین ناٹ چینج اور ڈیسٹینی۔</w:t>
      </w:r>
    </w:p>
    <w:p>
      <w:r>
        <w:rPr>
          <w:b/>
        </w:rPr>
        <w:t xml:space="preserve">[26:57] </w:t>
      </w:r>
      <w:r>
        <w:t>We can act according to our choice.</w:t>
      </w:r>
    </w:p>
    <w:p>
      <w:pPr>
        <w:jc w:val="right"/>
      </w:pPr>
      <w:r>
        <w:t>وی کین ایکٹ اکارڈنگ ٹو اور چوائس۔</w:t>
      </w:r>
    </w:p>
    <w:p>
      <w:r>
        <w:rPr>
          <w:b/>
        </w:rPr>
        <w:t xml:space="preserve">[27:00] </w:t>
      </w:r>
      <w:r>
        <w:t>We may act according to our choice, but we have no power to change our destiny.</w:t>
      </w:r>
    </w:p>
    <w:p>
      <w:pPr>
        <w:jc w:val="right"/>
      </w:pPr>
      <w:r>
        <w:t>وی می ایکٹ اکارڈنگ ٹو اور چوائس، بٹ وی ہیو نو پاور ٹو چینج اور ڈیسٹینی۔</w:t>
      </w:r>
    </w:p>
    <w:p>
      <w:r>
        <w:rPr>
          <w:b/>
        </w:rPr>
        <w:t xml:space="preserve">[27:06] </w:t>
      </w:r>
      <w:r>
        <w:t>This is very crucial, very important, very serious.</w:t>
      </w:r>
    </w:p>
    <w:p>
      <w:pPr>
        <w:jc w:val="right"/>
      </w:pPr>
      <w:r>
        <w:t>دس از ویری کروشل، ویری امپورٹنٹ، ویری سیریس۔</w:t>
      </w:r>
    </w:p>
    <w:p>
      <w:r>
        <w:rPr>
          <w:b/>
        </w:rPr>
        <w:t xml:space="preserve">[27:10] </w:t>
      </w:r>
      <w:r>
        <w:t>It is a very serious matter.</w:t>
      </w:r>
    </w:p>
    <w:p>
      <w:pPr>
        <w:jc w:val="right"/>
      </w:pPr>
      <w:r>
        <w:t>اٹ از ا ویری سیریس میٹر۔</w:t>
      </w:r>
    </w:p>
    <w:p>
      <w:r>
        <w:rPr>
          <w:b/>
        </w:rPr>
        <w:t xml:space="preserve">[27:12] </w:t>
      </w:r>
      <w:r>
        <w:t>It is a fact that we have total freedom, but this freedom is conditional.</w:t>
      </w:r>
    </w:p>
    <w:p>
      <w:pPr>
        <w:jc w:val="right"/>
      </w:pPr>
      <w:r>
        <w:t>اٹ از ا فیکٹ دیٹ وی ہیو ٹوٹل فریڈم، بٹ دس فریڈم از کنڈیشنل۔</w:t>
      </w:r>
    </w:p>
    <w:p>
      <w:r>
        <w:rPr>
          <w:b/>
        </w:rPr>
        <w:t xml:space="preserve">[27:18] </w:t>
      </w:r>
      <w:r>
        <w:t>This freedom is not absolute.</w:t>
      </w:r>
    </w:p>
    <w:p>
      <w:pPr>
        <w:jc w:val="right"/>
      </w:pPr>
      <w:r>
        <w:t>دس فریڈم از ناٹ ایبسولیوٹ۔</w:t>
      </w:r>
    </w:p>
    <w:p>
      <w:r>
        <w:rPr>
          <w:b/>
        </w:rPr>
        <w:t xml:space="preserve">[27:21] </w:t>
      </w:r>
      <w:r>
        <w:t>We have to know, we have to understand that although we have freedom, but our freedom is conditional.</w:t>
      </w:r>
    </w:p>
    <w:p>
      <w:pPr>
        <w:jc w:val="right"/>
      </w:pPr>
      <w:r>
        <w:t>وی ہیو ٹو نو، وی ہیو ٹو انڈرسٹینڈ دیٹ الدو وی ہیو فریڈم، بٹ اور فریڈم از کنڈیشنل۔</w:t>
      </w:r>
    </w:p>
    <w:p>
      <w:r>
        <w:rPr>
          <w:b/>
        </w:rPr>
        <w:t xml:space="preserve">[27:28] </w:t>
      </w:r>
      <w:r>
        <w:t>aur freedom is not absolute.</w:t>
      </w:r>
    </w:p>
    <w:p>
      <w:pPr>
        <w:jc w:val="right"/>
      </w:pPr>
      <w:r>
        <w:t>اور فریڈم از ناٹ ایبسولیوٹ۔</w:t>
      </w:r>
    </w:p>
    <w:p>
      <w:r>
        <w:rPr>
          <w:b/>
        </w:rPr>
        <w:t xml:space="preserve">[27:30] </w:t>
      </w:r>
      <w:r>
        <w:t>So we have freedom to act, but we have no freedom to change our destiny, to change the</w:t>
      </w:r>
    </w:p>
    <w:p>
      <w:pPr>
        <w:jc w:val="right"/>
      </w:pPr>
      <w:r>
        <w:t>سو وی ہیو فریڈم ٹو ایکٹ، بٹ وی ہیو نو فریڈم ٹو چینج اور ڈیسٹینی، ٹو چینج دا</w:t>
      </w:r>
    </w:p>
    <w:p>
      <w:r>
        <w:rPr>
          <w:b/>
        </w:rPr>
        <w:t xml:space="preserve">[27:38] </w:t>
      </w:r>
      <w:r>
        <w:t>result.</w:t>
      </w:r>
    </w:p>
    <w:p>
      <w:pPr>
        <w:jc w:val="right"/>
      </w:pPr>
      <w:r>
        <w:t>رزلٹ۔</w:t>
      </w:r>
    </w:p>
    <w:p>
      <w:r>
        <w:rPr>
          <w:b/>
        </w:rPr>
        <w:t xml:space="preserve">[27:40] </w:t>
      </w:r>
      <w:r>
        <w:t>We have no power to change the course of.</w:t>
      </w:r>
    </w:p>
    <w:p>
      <w:pPr>
        <w:jc w:val="right"/>
      </w:pPr>
      <w:r>
        <w:t>وی ہیو نو پاور ٹو چینج دا کورس اف۔</w:t>
      </w:r>
    </w:p>
    <w:p>
      <w:r>
        <w:rPr>
          <w:b/>
        </w:rPr>
        <w:t xml:space="preserve">[27:43] </w:t>
      </w:r>
      <w:r>
        <w:t>of Doomsday.</w:t>
      </w:r>
    </w:p>
    <w:p>
      <w:pPr>
        <w:jc w:val="right"/>
      </w:pPr>
      <w:r>
        <w:t>اف ڈومز ڈے۔</w:t>
      </w:r>
    </w:p>
    <w:p>
      <w:r>
        <w:rPr>
          <w:b/>
        </w:rPr>
        <w:t xml:space="preserve">[27:45] </w:t>
      </w:r>
      <w:r>
        <w:t>Doomsday is coming very soon, very soon.</w:t>
      </w:r>
    </w:p>
    <w:p>
      <w:pPr>
        <w:jc w:val="right"/>
      </w:pPr>
      <w:r>
        <w:t>ڈومز ڈے از کمنگ ویری سون، ویری سون۔</w:t>
      </w:r>
    </w:p>
    <w:p>
      <w:r>
        <w:rPr>
          <w:b/>
        </w:rPr>
        <w:t xml:space="preserve">[27:48] </w:t>
      </w:r>
      <w:r>
        <w:t>Global warming tells us in a silent language that doomsday is coming.</w:t>
      </w:r>
    </w:p>
    <w:p>
      <w:pPr>
        <w:jc w:val="right"/>
      </w:pPr>
      <w:r>
        <w:t>گلوبل وارمنگ ٹیل اس ان ا سائلنٹ لینگویج دیٹ ڈومز ڈے از کمنگ۔</w:t>
      </w:r>
    </w:p>
    <w:p>
      <w:r>
        <w:rPr>
          <w:b/>
        </w:rPr>
        <w:t xml:space="preserve">[27:54] </w:t>
      </w:r>
      <w:r>
        <w:t>Countdown has reached to its end.</w:t>
      </w:r>
    </w:p>
    <w:p>
      <w:pPr>
        <w:jc w:val="right"/>
      </w:pPr>
      <w:r>
        <w:t>کاؤنٹ ڈاؤن ہیز ریچ ٹو اٹس اینڈ۔</w:t>
      </w:r>
    </w:p>
    <w:p>
      <w:r>
        <w:rPr>
          <w:b/>
        </w:rPr>
        <w:t xml:space="preserve">[27:57] </w:t>
      </w:r>
      <w:r>
        <w:t>So there is no time.</w:t>
      </w:r>
    </w:p>
    <w:p>
      <w:pPr>
        <w:jc w:val="right"/>
      </w:pPr>
      <w:r>
        <w:t>سو دیر از نو ٹائم۔</w:t>
      </w:r>
    </w:p>
    <w:p>
      <w:r>
        <w:rPr>
          <w:b/>
        </w:rPr>
        <w:t xml:space="preserve">[27:59] </w:t>
      </w:r>
      <w:r>
        <w:t>We have, we cannot afford the luxury of wasting our time.</w:t>
      </w:r>
    </w:p>
    <w:p>
      <w:pPr>
        <w:jc w:val="right"/>
      </w:pPr>
      <w:r>
        <w:t>وی ہیو وی کینٹ افورڈ دا لگزری اف ویسٹنگ اور ٹائم۔</w:t>
      </w:r>
    </w:p>
    <w:p>
      <w:r>
        <w:rPr>
          <w:b/>
        </w:rPr>
        <w:t xml:space="preserve">[28:04] </w:t>
      </w:r>
      <w:r>
        <w:t>This luxury cannot afford.</w:t>
      </w:r>
    </w:p>
    <w:p>
      <w:pPr>
        <w:jc w:val="right"/>
      </w:pPr>
      <w:r>
        <w:t>دس لگزری کینٹ ناٹ افورڈ۔</w:t>
      </w:r>
    </w:p>
    <w:p>
      <w:r>
        <w:rPr>
          <w:b/>
        </w:rPr>
        <w:t xml:space="preserve">[28:06] </w:t>
      </w:r>
      <w:r>
        <w:t>Can we cannot afford this luxury to waste our time.</w:t>
      </w:r>
    </w:p>
    <w:p>
      <w:pPr>
        <w:jc w:val="right"/>
      </w:pPr>
      <w:r>
        <w:t>کین وی کینٹ ناٹ افورڈ دس لگزری ٹو ویسٹ اور ٹائم۔</w:t>
      </w:r>
    </w:p>
    <w:p>
      <w:r>
        <w:rPr>
          <w:b/>
        </w:rPr>
        <w:t xml:space="preserve">[28:11] </w:t>
      </w:r>
      <w:r>
        <w:t>So I will, I will repeat that verse, that two verses from the Quran: "Allah history is a</w:t>
      </w:r>
    </w:p>
    <w:p>
      <w:pPr>
        <w:jc w:val="right"/>
      </w:pPr>
      <w:r>
        <w:t>سو ائی ویل، ائی ویل ریپیٹ دیٹ ورس، دیٹ ٹو ورسز فرام دا قران: "اللہ ہسٹری از ا</w:t>
      </w:r>
    </w:p>
    <w:p>
      <w:r>
        <w:rPr>
          <w:b/>
        </w:rPr>
        <w:t xml:space="preserve">[28:18] </w:t>
      </w:r>
      <w:r>
        <w:t>witness that man is in loss except those who are true believer and who do good deeds." And</w:t>
      </w:r>
    </w:p>
    <w:p>
      <w:pPr>
        <w:jc w:val="right"/>
      </w:pPr>
      <w:r>
        <w:t>وٹنس دیٹ مین از ان لاس ایکسیپٹ دوز ہو ار ٹرو بیلیور اینڈ ہو ڈو گڈ ڈیڈز۔" اینڈ</w:t>
      </w:r>
    </w:p>
    <w:p>
      <w:r>
        <w:rPr>
          <w:b/>
        </w:rPr>
        <w:t xml:space="preserve">[28:26] </w:t>
      </w:r>
      <w:r>
        <w:t>The other chapter is like this: "لقد خلق الانسان فی احسن تقویم، الا الذین امنوا الصالحات، فلہم اجر</w:t>
      </w:r>
    </w:p>
    <w:p>
      <w:pPr>
        <w:jc w:val="right"/>
      </w:pPr>
      <w:r>
        <w:t>دی ادر چیپٹر از لائک دس: "لقد خلق الانسان فی احسن تقویم، الا الذین امنوا الصالحات، فلہم اجر</w:t>
      </w:r>
    </w:p>
    <w:p>
      <w:r>
        <w:rPr>
          <w:b/>
        </w:rPr>
        <w:t xml:space="preserve">[28:34] </w:t>
      </w:r>
      <w:r>
        <w:t>غیر ممنون۔" God Almighty says: "We created man in the best mold, then We cast him down to</w:t>
      </w:r>
    </w:p>
    <w:p>
      <w:pPr>
        <w:jc w:val="right"/>
      </w:pPr>
      <w:r>
        <w:t>غیر ممنون۔" گاڈ المائٹی سیز: "وی کریٹڈ مین ان دا بیسٹ مولڈ، دین وی کاسٹ ہم ڈاؤن ٹو</w:t>
      </w:r>
    </w:p>
    <w:p>
      <w:r>
        <w:rPr>
          <w:b/>
        </w:rPr>
        <w:t xml:space="preserve">[28:42] </w:t>
      </w:r>
      <w:r>
        <w:t>"The lowest of the low, except those who prove to be true believers and who do good deeds."</w:t>
      </w:r>
    </w:p>
    <w:p>
      <w:pPr>
        <w:jc w:val="right"/>
      </w:pPr>
      <w:r>
        <w:t>دا لوئسٹ اف دا لو، ایکسیپٹ دوز ہو پروف ٹو بی ٹرو بیلیور اینڈ ہو ڈو گڈ ڈیڈ۔"</w:t>
      </w:r>
    </w:p>
    <w:p>
      <w:r>
        <w:rPr>
          <w:b/>
        </w:rPr>
        <w:t xml:space="preserve">[28:49] </w:t>
      </w:r>
      <w:r>
        <w:t>So I can say that faith and good deed are our return ticket with every human being.</w:t>
      </w:r>
    </w:p>
    <w:p>
      <w:pPr>
        <w:jc w:val="right"/>
      </w:pPr>
      <w:r>
        <w:t>سو ائی کین سے دیٹ فیتھ اینڈ گڈ ڈیڈ ار اور ریٹرن ٹکٹ ود ایوری ہیومن بینگ۔</w:t>
      </w:r>
    </w:p>
    <w:p>
      <w:r>
        <w:rPr>
          <w:b/>
        </w:rPr>
        <w:t xml:space="preserve">[28:57] </w:t>
      </w:r>
      <w:r>
        <w:t>We can, we can avail this return ticket, and again we can find a seat in the Paradise.</w:t>
      </w:r>
    </w:p>
    <w:p>
      <w:pPr>
        <w:jc w:val="right"/>
      </w:pPr>
      <w:r>
        <w:t>وی کین، وی کین اویل دس ریٹرن ٹکٹ، اینڈ اگین وی کین فائنڈ ا سیٹ ان دا پیراڈائز۔</w:t>
      </w:r>
    </w:p>
    <w:p>
      <w:r>
        <w:rPr>
          <w:b/>
        </w:rPr>
        <w:t xml:space="preserve">[29:04] </w:t>
      </w:r>
      <w:r>
        <w:t>But here I would like to add that faith and good deed is not simply.</w:t>
      </w:r>
    </w:p>
    <w:p>
      <w:pPr>
        <w:jc w:val="right"/>
      </w:pPr>
      <w:r>
        <w:t>بٹ ہیر ائی وڈ لائک ٹو ایڈ دیٹ فیتھ اینڈ گڈ ڈیڈ از ناٹ سمپلی۔</w:t>
      </w:r>
    </w:p>
    <w:p>
      <w:r>
        <w:rPr>
          <w:b/>
        </w:rPr>
        <w:t xml:space="preserve">[29:11] </w:t>
      </w:r>
      <w:r>
        <w:t>Faith is not simply a recitation of some verse like Kalima.</w:t>
      </w:r>
    </w:p>
    <w:p>
      <w:pPr>
        <w:jc w:val="right"/>
      </w:pPr>
      <w:r>
        <w:t>فیتھ از ناٹ سمپلی ا ریسیٹیشن اف سم ورس لائک کلمہ۔</w:t>
      </w:r>
    </w:p>
    <w:p>
      <w:r>
        <w:rPr>
          <w:b/>
        </w:rPr>
        <w:t xml:space="preserve">[29:15] </w:t>
      </w:r>
      <w:r>
        <w:t>People generally believe that faith means recitation of kalima.</w:t>
      </w:r>
    </w:p>
    <w:p>
      <w:pPr>
        <w:jc w:val="right"/>
      </w:pPr>
      <w:r>
        <w:t>پیپل جنرلی بیلیو دیٹ فیتھ مینز ریسیٹیشن اف کلمہ۔</w:t>
      </w:r>
    </w:p>
    <w:p>
      <w:r>
        <w:rPr>
          <w:b/>
        </w:rPr>
        <w:t xml:space="preserve">[29:19] </w:t>
      </w:r>
      <w:r>
        <w:t>No no, faith is discovery, faith is realization.</w:t>
      </w:r>
    </w:p>
    <w:p>
      <w:pPr>
        <w:jc w:val="right"/>
      </w:pPr>
      <w:r>
        <w:t>لو نو، فیتھ از ڈسکوری، فیتھ از ریلائزیشن۔</w:t>
      </w:r>
    </w:p>
    <w:p>
      <w:r>
        <w:rPr>
          <w:b/>
        </w:rPr>
        <w:t xml:space="preserve">[29:23] </w:t>
      </w:r>
      <w:r>
        <w:t>Simply recitation of kalima has nothing.</w:t>
      </w:r>
    </w:p>
    <w:p>
      <w:pPr>
        <w:jc w:val="right"/>
      </w:pPr>
      <w:r>
        <w:t>سمپلی ریسیٹیشن اف کلمہ ہیز نتھنگ۔</w:t>
      </w:r>
    </w:p>
    <w:p>
      <w:r>
        <w:rPr>
          <w:b/>
        </w:rPr>
        <w:t xml:space="preserve">[29:25] </w:t>
      </w:r>
      <w:r>
        <w:t>Simply recitation of kalima is nothing.</w:t>
      </w:r>
    </w:p>
    <w:p>
      <w:pPr>
        <w:jc w:val="right"/>
      </w:pPr>
      <w:r>
        <w:t>سمپلی ریسیٹیشن اف کلمہ از نتھنگ۔</w:t>
      </w:r>
    </w:p>
    <w:p>
      <w:r>
        <w:rPr>
          <w:b/>
        </w:rPr>
        <w:t xml:space="preserve">[29:28] </w:t>
      </w:r>
      <w:r>
        <w:t>Kalima means discovery, Kalima means realization.</w:t>
      </w:r>
    </w:p>
    <w:p>
      <w:pPr>
        <w:jc w:val="right"/>
      </w:pPr>
      <w:r>
        <w:t>کلمہ مینز ڈسکوری، کلمہ مینز ریلائزیشن۔</w:t>
      </w:r>
    </w:p>
    <w:p>
      <w:r>
        <w:rPr>
          <w:b/>
        </w:rPr>
        <w:t xml:space="preserve">[29:30] </w:t>
      </w:r>
      <w:r>
        <w:t>So only that kalimah is valuable that is based on realization, that is based on discovery.</w:t>
      </w:r>
    </w:p>
    <w:p>
      <w:pPr>
        <w:jc w:val="right"/>
      </w:pPr>
      <w:r>
        <w:t>سو اونلی دیٹ کلمہ از ویلیو ایبل دیٹ از بیسڈ ان ریلائزیشن، دیٹ از بیسڈ ان ڈسکوری۔</w:t>
      </w:r>
    </w:p>
    <w:p>
      <w:r>
        <w:rPr>
          <w:b/>
        </w:rPr>
        <w:t xml:space="preserve">[29:38] </w:t>
      </w:r>
      <w:r>
        <w:t>When you say, when you say La ilaha illallah, you are saying this on the basis of</w:t>
      </w:r>
    </w:p>
    <w:p>
      <w:pPr>
        <w:jc w:val="right"/>
      </w:pPr>
      <w:r>
        <w:t>وین یو سی، وین یو سے لا الہ الا اللہ، یو ار سینگ دس ان دا بیسس اف</w:t>
      </w:r>
    </w:p>
    <w:p>
      <w:r>
        <w:rPr>
          <w:b/>
        </w:rPr>
        <w:t xml:space="preserve">[29:45] </w:t>
      </w:r>
      <w:r>
        <w:t>discovery, on the basis of, on the basis of discovery, on the basis of realization.</w:t>
      </w:r>
    </w:p>
    <w:p>
      <w:pPr>
        <w:jc w:val="right"/>
      </w:pPr>
      <w:r>
        <w:t>ڈسکوری، ان دا بیسس اف، ان دا بیسس اف ڈسکوری، ان دا بیسس اف ریلائزیشن۔</w:t>
      </w:r>
    </w:p>
    <w:p>
      <w:r>
        <w:rPr>
          <w:b/>
        </w:rPr>
        <w:t xml:space="preserve">[29:52] </w:t>
      </w:r>
      <w:r>
        <w:t>is not as a lip service.</w:t>
      </w:r>
    </w:p>
    <w:p>
      <w:pPr>
        <w:jc w:val="right"/>
      </w:pPr>
      <w:r>
        <w:t>از ناٹ از اے لپ سروس۔</w:t>
      </w:r>
    </w:p>
    <w:p>
      <w:r>
        <w:rPr>
          <w:b/>
        </w:rPr>
        <w:t xml:space="preserve">[29:54] </w:t>
      </w:r>
      <w:r>
        <w:t>When you say La ilaha illallah, you are not saying it as a lip service, but you are</w:t>
      </w:r>
    </w:p>
    <w:p>
      <w:pPr>
        <w:jc w:val="right"/>
      </w:pPr>
      <w:r>
        <w:t>وین یو سے لا الہ الا اللہ، یو ار ناٹ سینگ از اے لپ سروس، بٹ یو ار</w:t>
      </w:r>
    </w:p>
    <w:p>
      <w:r>
        <w:rPr>
          <w:b/>
        </w:rPr>
        <w:t xml:space="preserve">[30:02] </w:t>
      </w:r>
      <w:r>
        <w:t>saying this on the basis of discovery, on the basis of realization.</w:t>
      </w:r>
    </w:p>
    <w:p>
      <w:pPr>
        <w:jc w:val="right"/>
      </w:pPr>
      <w:r>
        <w:t>سینگ دس ان دا بیسس اف ڈسکوری، ان دا بیسس اف ریلائزیشن۔</w:t>
      </w:r>
    </w:p>
    <w:p>
      <w:r>
        <w:rPr>
          <w:b/>
        </w:rPr>
        <w:t xml:space="preserve">[30:07] </w:t>
      </w:r>
      <w:r>
        <w:t>It means that I have discovered that there is no God but one God.</w:t>
      </w:r>
    </w:p>
    <w:p>
      <w:pPr>
        <w:jc w:val="right"/>
      </w:pPr>
      <w:r>
        <w:t>اٹ مینز دیٹ ائی ہیو ڈسکورڈ دیٹ دیر از نو گاڈ بٹ ون گاڈ۔</w:t>
      </w:r>
    </w:p>
    <w:p>
      <w:r>
        <w:rPr>
          <w:b/>
        </w:rPr>
        <w:t xml:space="preserve">[30:13] </w:t>
      </w:r>
      <w:r>
        <w:t>I have realized that there is no God but one God.</w:t>
      </w:r>
    </w:p>
    <w:p>
      <w:pPr>
        <w:jc w:val="right"/>
      </w:pPr>
      <w:r>
        <w:t>ائی ہیو ریلائزڈ دیٹ دیر از نو گاڈ بٹ ون گاڈ۔</w:t>
      </w:r>
    </w:p>
    <w:p>
      <w:r>
        <w:rPr>
          <w:b/>
        </w:rPr>
        <w:t xml:space="preserve">[30:18] </w:t>
      </w:r>
      <w:r>
        <w:t>So is the case of good deed.</w:t>
      </w:r>
    </w:p>
    <w:p>
      <w:pPr>
        <w:jc w:val="right"/>
      </w:pPr>
      <w:r>
        <w:t>سو از دا کیس اف گڈ ڈیڈ۔</w:t>
      </w:r>
    </w:p>
    <w:p>
      <w:r>
        <w:rPr>
          <w:b/>
        </w:rPr>
        <w:t xml:space="preserve">[30:21] </w:t>
      </w:r>
      <w:r>
        <w:t>Good deed is not simply some form or rituals.</w:t>
      </w:r>
    </w:p>
    <w:p>
      <w:pPr>
        <w:jc w:val="right"/>
      </w:pPr>
      <w:r>
        <w:t>گڈ ڈیڈ از ناٹ سمپلی سم فارم اور ریچولز۔</w:t>
      </w:r>
    </w:p>
    <w:p>
      <w:r>
        <w:rPr>
          <w:b/>
        </w:rPr>
        <w:t xml:space="preserve">[30:25] </w:t>
      </w:r>
      <w:r>
        <w:t>No, it's not a set of rituals.</w:t>
      </w:r>
    </w:p>
    <w:p>
      <w:pPr>
        <w:jc w:val="right"/>
      </w:pPr>
      <w:r>
        <w:t>نو، از ناٹ ا سیٹ اف ریچولز۔</w:t>
      </w:r>
    </w:p>
    <w:p>
      <w:r>
        <w:rPr>
          <w:b/>
        </w:rPr>
        <w:t xml:space="preserve">[30:28] </w:t>
      </w:r>
      <w:r>
        <w:t>is not simply a form.</w:t>
      </w:r>
    </w:p>
    <w:p>
      <w:pPr>
        <w:jc w:val="right"/>
      </w:pPr>
      <w:r>
        <w:t>از ناٹ سمپلی ا فارم۔</w:t>
      </w:r>
    </w:p>
    <w:p>
      <w:r>
        <w:rPr>
          <w:b/>
        </w:rPr>
        <w:t xml:space="preserve">[30:30] </w:t>
      </w:r>
      <w:r>
        <w:t>It is a, it is a good deed means a behavior that comes from the, from the, from</w:t>
      </w:r>
    </w:p>
    <w:p>
      <w:pPr>
        <w:jc w:val="right"/>
      </w:pPr>
      <w:r>
        <w:t>اٹ از ا، اٹ از ا گڈ ڈیڈ مینز ا بیہیویئر دیٹ کمز فرام دا، فرام دا، فرام</w:t>
      </w:r>
    </w:p>
    <w:p>
      <w:r>
        <w:rPr>
          <w:b/>
        </w:rPr>
        <w:t xml:space="preserve">[30:38] </w:t>
      </w:r>
      <w:r>
        <w:t>the deep of your heart, from your, from the deep of your, of your mind.</w:t>
      </w:r>
    </w:p>
    <w:p>
      <w:pPr>
        <w:jc w:val="right"/>
      </w:pPr>
      <w:r>
        <w:t>دا ڈیپ اف یور ہارٹ، فرام یور، فرام دا ڈیپ اف یور، اف یور مائنڈ۔</w:t>
      </w:r>
    </w:p>
    <w:p>
      <w:r>
        <w:rPr>
          <w:b/>
        </w:rPr>
        <w:t xml:space="preserve">[30:44] </w:t>
      </w:r>
      <w:r>
        <w:t>Quran says: "Sibghatullah wa man ahsanu minallahi sibghah." Dye in the color of God.</w:t>
      </w:r>
    </w:p>
    <w:p>
      <w:pPr>
        <w:jc w:val="right"/>
      </w:pPr>
      <w:r>
        <w:t>قران سیز: "سبغت اللہ ومن اللہ سبغہ۔" ڈائی ان دا کلر اف گاڈ۔</w:t>
      </w:r>
    </w:p>
    <w:p>
      <w:r>
        <w:rPr>
          <w:b/>
        </w:rPr>
        <w:t xml:space="preserve">[30:50] </w:t>
      </w:r>
      <w:r>
        <w:t>So take this glass.</w:t>
      </w:r>
    </w:p>
    <w:p>
      <w:pPr>
        <w:jc w:val="right"/>
      </w:pPr>
      <w:r>
        <w:t>سو ٹیک دس گلاس۔</w:t>
      </w:r>
    </w:p>
    <w:p>
      <w:r>
        <w:rPr>
          <w:b/>
        </w:rPr>
        <w:t xml:space="preserve">[30:51] </w:t>
      </w:r>
      <w:r>
        <w:t>If you put some stones.</w:t>
      </w:r>
    </w:p>
    <w:p>
      <w:pPr>
        <w:jc w:val="right"/>
      </w:pPr>
      <w:r>
        <w:t>اف یو پٹ سم اسٹونز۔</w:t>
      </w:r>
    </w:p>
    <w:p>
      <w:r>
        <w:rPr>
          <w:b/>
        </w:rPr>
        <w:t xml:space="preserve">[30:54] </w:t>
      </w:r>
      <w:r>
        <w:t>So stone will and water will live without mixing.</w:t>
      </w:r>
    </w:p>
    <w:p>
      <w:pPr>
        <w:jc w:val="right"/>
      </w:pPr>
      <w:r>
        <w:t>سو اسٹون ول اینڈ واٹر ول لیو وداؤٹ مکسنگ۔</w:t>
      </w:r>
    </w:p>
    <w:p>
      <w:r>
        <w:rPr>
          <w:b/>
        </w:rPr>
        <w:t xml:space="preserve">[30:57] </w:t>
      </w:r>
      <w:r>
        <w:t>But if you put here some color, then color and water will mix with each other.</w:t>
      </w:r>
    </w:p>
    <w:p>
      <w:pPr>
        <w:jc w:val="right"/>
      </w:pPr>
      <w:r>
        <w:t>بٹ اف یو پٹ ہیر سم کلر، دین کلر اینڈ واٹر ول مکس ود ایچ ادر۔</w:t>
      </w:r>
    </w:p>
    <w:p>
      <w:r>
        <w:rPr>
          <w:b/>
        </w:rPr>
        <w:t xml:space="preserve">[31:04] </w:t>
      </w:r>
      <w:r>
        <w:t>So is the, so is the belief.</w:t>
      </w:r>
    </w:p>
    <w:p>
      <w:pPr>
        <w:jc w:val="right"/>
      </w:pPr>
      <w:r>
        <w:t>سو از دا، سو از دا بیلیف۔</w:t>
      </w:r>
    </w:p>
    <w:p>
      <w:r>
        <w:rPr>
          <w:b/>
        </w:rPr>
        <w:t xml:space="preserve">[31:07] </w:t>
      </w:r>
      <w:r>
        <w:t>Belief means and good deed means that your whole personality is indulged, your whole personality is involved.</w:t>
      </w:r>
    </w:p>
    <w:p>
      <w:pPr>
        <w:jc w:val="right"/>
      </w:pPr>
      <w:r>
        <w:t>بیلیف مینز اینڈ گڈ ڈیڈ مینز دیٹ یور ہول پرسنیلٹی از انڈل، یور ہول پرسنیلٹی از انوالوڈ۔</w:t>
      </w:r>
    </w:p>
    <w:p>
      <w:r>
        <w:rPr>
          <w:b/>
        </w:rPr>
        <w:t xml:space="preserve">[31:15] </w:t>
      </w:r>
      <w:r>
        <w:t>Good deed means that kind of action in which your whole, your whole personality was involved.</w:t>
      </w:r>
    </w:p>
    <w:p>
      <w:pPr>
        <w:jc w:val="right"/>
      </w:pPr>
      <w:r>
        <w:t>گڈ ڈیڈ مینز دیٹ کائنڈ اف ایکشن ان وچ یور ہول، یور ہول پرسنیلٹی واز انوالوڈ۔</w:t>
      </w:r>
    </w:p>
    <w:p>
      <w:r>
        <w:rPr>
          <w:b/>
        </w:rPr>
        <w:t xml:space="preserve">[31:21] </w:t>
      </w:r>
      <w:r>
        <w:t>Belief is that kind of, that a, that kind of kalima in which your whole mind was involved.</w:t>
      </w:r>
    </w:p>
    <w:p>
      <w:pPr>
        <w:jc w:val="right"/>
      </w:pPr>
      <w:r>
        <w:t>بیلیف از دیٹ کائنڈ اف، دیٹ ا، دیٹ کائنڈ اف کلمہ ان وچ یور ہول مائنڈ واز انوالوڈ۔</w:t>
      </w:r>
    </w:p>
    <w:p>
      <w:r>
        <w:rPr>
          <w:b/>
        </w:rPr>
        <w:t xml:space="preserve">[31:29] </w:t>
      </w:r>
      <w:r>
        <w:t>And that is that kind of action in which your whole personality was involved.</w:t>
      </w:r>
    </w:p>
    <w:p>
      <w:pPr>
        <w:jc w:val="right"/>
      </w:pPr>
      <w:r>
        <w:t>اینڈ ڈیڈ از دیٹ کائنڈ اف ایکشن ان وچ یور ہول پرسنیلٹی واز انوالوڈ۔</w:t>
      </w:r>
    </w:p>
    <w:p>
      <w:r>
        <w:rPr>
          <w:b/>
        </w:rPr>
        <w:t xml:space="preserve">[31:35] </w:t>
      </w:r>
      <w:r>
        <w:t>This is the, this is the, this is the, this is the return ticket to paradise.</w:t>
      </w:r>
    </w:p>
    <w:p>
      <w:pPr>
        <w:jc w:val="right"/>
      </w:pPr>
      <w:r>
        <w:t>دس از دا، دس از دا، دس از دا، دس از دا ریٹرن ٹکٹ ٹو پیراڈائز۔</w:t>
      </w:r>
    </w:p>
    <w:p>
      <w:r>
        <w:rPr>
          <w:b/>
        </w:rPr>
        <w:t xml:space="preserve">[31:42] </w:t>
      </w:r>
      <w:r>
        <w:t>This is the return ticket to Paradise.</w:t>
      </w:r>
    </w:p>
    <w:p>
      <w:pPr>
        <w:jc w:val="right"/>
      </w:pPr>
      <w:r>
        <w:t>دس از دا ریٹرن ٹکٹ ٹو پیراڈائز۔</w:t>
      </w:r>
    </w:p>
    <w:p>
      <w:r>
        <w:rPr>
          <w:b/>
        </w:rPr>
        <w:t xml:space="preserve">[31:45] </w:t>
      </w:r>
      <w:r>
        <w:t>Aqulu qawli wa astaghfirullah al-Ali al-Azim.</w:t>
      </w:r>
    </w:p>
    <w:p>
      <w:pPr>
        <w:jc w:val="right"/>
      </w:pPr>
      <w:r>
        <w:t>اقول قولی واستغفراللہ العلی العظیم۔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