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Dr Naseem Siddiqui Memorial Part 1</w:t>
      </w:r>
    </w:p>
    <w:p>
      <w:r>
        <w:t>https://www.youtube.com/watch?v=q-kccRjp1iU</w:t>
      </w:r>
    </w:p>
    <w:p>
      <w:r>
        <w:rPr>
          <w:b/>
        </w:rPr>
        <w:t xml:space="preserve">[00:05] </w:t>
      </w:r>
      <w:r>
        <w:t>Bismillah Rahman Rahim. We would start the program with the Quran recitation which should be done by Ms. Aisha Zaqwan.</w:t>
      </w:r>
    </w:p>
    <w:p>
      <w:pPr>
        <w:jc w:val="right"/>
      </w:pPr>
      <w:r>
        <w:t>بسم اللہ الرحمن الرحیم۔ We would start the program with the Quran recitation which should be done by Ms. Aisha Zaqwan.</w:t>
      </w:r>
    </w:p>
    <w:p>
      <w:r>
        <w:rPr>
          <w:b/>
        </w:rPr>
        <w:t xml:space="preserve">[00:23] </w:t>
      </w:r>
      <w:r>
        <w:t>aoozu billahi minash shaitanir rajeem.</w:t>
      </w:r>
    </w:p>
    <w:p>
      <w:pPr>
        <w:jc w:val="right"/>
      </w:pPr>
      <w:r>
        <w:t>اعوذ باللہ من الشیطن الرجیم۔</w:t>
      </w:r>
    </w:p>
    <w:p>
      <w:r>
        <w:rPr>
          <w:b/>
        </w:rPr>
        <w:t xml:space="preserve">[00:37] </w:t>
      </w:r>
      <w:r>
        <w:t>bismillah hir rahman nir raheem.</w:t>
      </w:r>
    </w:p>
    <w:p>
      <w:pPr>
        <w:jc w:val="right"/>
      </w:pPr>
      <w:r>
        <w:t>بسم اللہ الرحمن الرحیم۔</w:t>
      </w:r>
    </w:p>
    <w:p>
      <w:r>
        <w:rPr>
          <w:b/>
        </w:rPr>
        <w:t xml:space="preserve">[00:52] </w:t>
      </w:r>
      <w:r>
        <w:t>innallazina qalu rabbunallahu thumma stamiquu tatanazzalu alaihimul malaikatu alla takhafaw wala tahzanoo wa absheeru biljannatil lati kuntum tooadun.</w:t>
      </w:r>
    </w:p>
    <w:p>
      <w:pPr>
        <w:jc w:val="right"/>
      </w:pPr>
      <w:r>
        <w:t>ان الذین قالو ربنا اللہ ثم استقامو تتنزل علیہم الملائکہ الا تخافوا ولا تحزنوا وابشروا بالجنة التي كنتم توعدون۔</w:t>
      </w:r>
    </w:p>
    <w:p>
      <w:r>
        <w:rPr>
          <w:b/>
        </w:rPr>
        <w:t xml:space="preserve">[01:07] </w:t>
      </w:r>
      <w:r>
        <w:t>nahnu awliyaukum fil hayatud dunya wa fil akhirati wa lakum fiha ma tashtahi anfusukum wa lakum fiha ma taddaun, nazlan mim maghfurir raheem.</w:t>
      </w:r>
    </w:p>
    <w:p>
      <w:pPr>
        <w:jc w:val="right"/>
      </w:pPr>
      <w:r>
        <w:t>نحن اولياؤكم في الحياة الدنيا وفي الآخرة، ولكم فيها ما تشتهي أنفسكم ولكم فيها ما تدعون، نزلاً من غفور رحيم۔</w:t>
      </w:r>
    </w:p>
    <w:p>
      <w:r>
        <w:rPr>
          <w:b/>
        </w:rPr>
        <w:t xml:space="preserve">[01:22] </w:t>
      </w:r>
      <w:r>
        <w:t>wa man ahsanu qawlam mimman daa ilaallahi wa amila salihan wa qala innani minal muslimeen.</w:t>
      </w:r>
    </w:p>
    <w:p>
      <w:pPr>
        <w:jc w:val="right"/>
      </w:pPr>
      <w:r>
        <w:t>ومن أحسن قولا ممن دعا إلى الله وعمل صالحا وقال إنني من المسلمين۔</w:t>
      </w:r>
    </w:p>
    <w:p>
      <w:r>
        <w:rPr>
          <w:b/>
        </w:rPr>
        <w:t xml:space="preserve">[01:37] </w:t>
      </w:r>
      <w:r>
        <w:t>wala tastawil hasanatu wala sayyi'atu, idfa bil lati hiya ahsanu faizallazi bainaka wa bainahu adawatun ka annahu waliyyun hameem.</w:t>
      </w:r>
    </w:p>
    <w:p>
      <w:pPr>
        <w:jc w:val="right"/>
      </w:pPr>
      <w:r>
        <w:t>ولا تستوي الحسنة ولا السيئة، ادفع بالتي هي أحسن، فإذا الذي بينك وبينه عداوة كأنه ولي حميم۔</w:t>
      </w:r>
    </w:p>
    <w:p>
      <w:r>
        <w:rPr>
          <w:b/>
        </w:rPr>
        <w:t xml:space="preserve">[01:52] </w:t>
      </w:r>
      <w:r>
        <w:t>wa ma yulaqqaha illaallazina sabaru wa ma yulaqqaha illa zu hazzin azeem.</w:t>
      </w:r>
    </w:p>
    <w:p>
      <w:pPr>
        <w:jc w:val="right"/>
      </w:pPr>
      <w:r>
        <w:t>وما يلقاها إلا الذين صبروا، وما يلقاها إلا ذو حظ عظيم۔</w:t>
      </w:r>
    </w:p>
    <w:p>
      <w:r>
        <w:rPr>
          <w:b/>
        </w:rPr>
        <w:t xml:space="preserve">[02:07] </w:t>
      </w:r>
      <w:r>
        <w:t>wa imma yanzagannaka minash shaitani nazgun fasta'idh billahi innahu huwas samee'ul aleem.</w:t>
      </w:r>
    </w:p>
    <w:p>
      <w:pPr>
        <w:jc w:val="right"/>
      </w:pPr>
      <w:r>
        <w:t>وإما ينزغنك من الشيطان نزغ فاستعذ بالله، إنه هو السميع العليم۔</w:t>
      </w:r>
    </w:p>
    <w:p>
      <w:r>
        <w:rPr>
          <w:b/>
        </w:rPr>
        <w:t xml:space="preserve">[02:21] </w:t>
      </w:r>
      <w:r>
        <w:t>As for those who affirm, "Our Lord is God," and then remain steadfast, the angels will descend on</w:t>
      </w:r>
    </w:p>
    <w:p>
      <w:pPr>
        <w:jc w:val="right"/>
      </w:pPr>
      <w:r>
        <w:t>As for those who affirm, "Our Lord is God," and then remain steadfast, the angels will descend on</w:t>
      </w:r>
    </w:p>
    <w:p>
      <w:r>
        <w:rPr>
          <w:b/>
        </w:rPr>
        <w:t xml:space="preserve">[02:36] </w:t>
      </w:r>
      <w:r>
        <w:t>them saying, "Have no fear and do not grieve; rejoice in the good news of the garden that</w:t>
      </w:r>
    </w:p>
    <w:p>
      <w:pPr>
        <w:jc w:val="right"/>
      </w:pPr>
      <w:r>
        <w:t>them saying, "Have no fear and do not grieve; rejoice in the good news of the garden that</w:t>
      </w:r>
    </w:p>
    <w:p>
      <w:r>
        <w:rPr>
          <w:b/>
        </w:rPr>
        <w:t xml:space="preserve">[02:51] </w:t>
      </w:r>
      <w:r>
        <w:t>you have been promised.</w:t>
      </w:r>
    </w:p>
    <w:p>
      <w:pPr>
        <w:jc w:val="right"/>
      </w:pPr>
      <w:r>
        <w:t>you have been promised.</w:t>
      </w:r>
    </w:p>
    <w:p>
      <w:r>
        <w:rPr>
          <w:b/>
        </w:rPr>
        <w:t xml:space="preserve">[03:06] </w:t>
      </w:r>
      <w:r>
        <w:t>We are your companions in this life and in the hereafter; therein you shall have all that your</w:t>
      </w:r>
    </w:p>
    <w:p>
      <w:pPr>
        <w:jc w:val="right"/>
      </w:pPr>
      <w:r>
        <w:t>We are your companions in this life and in the hereafter; therein you shall have all that your</w:t>
      </w:r>
    </w:p>
    <w:p>
      <w:r>
        <w:rPr>
          <w:b/>
        </w:rPr>
        <w:t xml:space="preserve">[03:21] </w:t>
      </w:r>
      <w:r>
        <w:t>souls desire, and therein you shall have all that you ask for, as a rich provision from One</w:t>
      </w:r>
    </w:p>
    <w:p>
      <w:pPr>
        <w:jc w:val="right"/>
      </w:pPr>
      <w:r>
        <w:t>souls desire, and therein you shall have all that you ask for, as a rich provision from One</w:t>
      </w:r>
    </w:p>
    <w:p>
      <w:r>
        <w:rPr>
          <w:b/>
        </w:rPr>
        <w:t xml:space="preserve">[03:36] </w:t>
      </w:r>
      <w:r>
        <w:t>who is ever forgiving and most merciful.</w:t>
      </w:r>
    </w:p>
    <w:p>
      <w:pPr>
        <w:jc w:val="right"/>
      </w:pPr>
      <w:r>
        <w:t>who is ever forgiving and most merciful.</w:t>
      </w:r>
    </w:p>
    <w:p>
      <w:r>
        <w:rPr>
          <w:b/>
        </w:rPr>
        <w:t xml:space="preserve">[03:51] </w:t>
      </w:r>
      <w:r>
        <w:t>Who speaks better than one who calls to God and does good works and says, 'I am surely of those who submit'? Good and evil deeds are not equal; repel evil with what is better, then you will see that one who was once your enemy has become your dearest friend.</w:t>
      </w:r>
    </w:p>
    <w:p>
      <w:pPr>
        <w:jc w:val="right"/>
      </w:pPr>
      <w:r>
        <w:t>Who speaks better than one who calls to God and does good works and says, 'I am surely of those who submit'? Good and evil deeds are not equal; repel evil with what is better, then you will see that one who was once your enemy has become your dearest friend.</w:t>
      </w:r>
    </w:p>
    <w:p>
      <w:r>
        <w:rPr>
          <w:b/>
        </w:rPr>
        <w:t xml:space="preserve">[04:18] </w:t>
      </w:r>
      <w:r>
        <w:t>But no one will be granted such goodness except those who exercise patience and self-restraint; no one is granted it save those who are truly fortunate. If a prompting from Satan should stir you, seek refuge with God; He is the All-Hearing and the All-Knowing." Thank you.</w:t>
      </w:r>
    </w:p>
    <w:p>
      <w:pPr>
        <w:jc w:val="right"/>
      </w:pPr>
      <w:r>
        <w:t>But no one will be granted such goodness except those who exercise patience and self-restraint; no one is granted it save those who are truly fortunate. If a prompting from Satan should stir you, seek refuge with God; He is the All-Hearing and the All-Knowing." Thank you.</w:t>
      </w:r>
    </w:p>
    <w:p>
      <w:r>
        <w:rPr>
          <w:b/>
        </w:rPr>
        <w:t xml:space="preserve">[04:45] </w:t>
      </w:r>
      <w:r>
        <w:t>We have all gathered here for the memorial meeting of Dr.</w:t>
      </w:r>
    </w:p>
    <w:p>
      <w:pPr>
        <w:jc w:val="right"/>
      </w:pPr>
      <w:r>
        <w:t>We have all gathered here for the memorial meeting of Dr.</w:t>
      </w:r>
    </w:p>
    <w:p>
      <w:r>
        <w:rPr>
          <w:b/>
        </w:rPr>
        <w:t xml:space="preserve">[04:51] </w:t>
      </w:r>
      <w:r>
        <w:t>Mohammad Naseem Siddiqui, who passed away on December 4, 2013 at his home in New Delhi, and he</w:t>
      </w:r>
    </w:p>
    <w:p>
      <w:pPr>
        <w:jc w:val="right"/>
      </w:pPr>
      <w:r>
        <w:t>Mohammad Naseem Siddiqui, who passed away on December 4, 2013 at his home in New Delhi, and he</w:t>
      </w:r>
    </w:p>
    <w:p>
      <w:r>
        <w:rPr>
          <w:b/>
        </w:rPr>
        <w:t xml:space="preserve">[04:57] </w:t>
      </w:r>
      <w:r>
        <w:t>survived by his wife, Dr.</w:t>
      </w:r>
    </w:p>
    <w:p>
      <w:pPr>
        <w:jc w:val="right"/>
      </w:pPr>
      <w:r>
        <w:t>survived by his wife, Dr.</w:t>
      </w:r>
    </w:p>
    <w:p>
      <w:r>
        <w:rPr>
          <w:b/>
        </w:rPr>
        <w:t xml:space="preserve">[05:03] </w:t>
      </w:r>
      <w:r>
        <w:t>Najma Siddiqui, two daughters, Seema Jalal, Nagma Siddiqui, and his son, Faisal Siddiqui.</w:t>
      </w:r>
    </w:p>
    <w:p>
      <w:pPr>
        <w:jc w:val="right"/>
      </w:pPr>
      <w:r>
        <w:t>Najma Siddiqui, two daughters, Seema Jalal, Nagma Siddiqui, and his son, Faisal Siddiqui.</w:t>
      </w:r>
    </w:p>
    <w:p>
      <w:r>
        <w:rPr>
          <w:b/>
        </w:rPr>
        <w:t xml:space="preserve">[05:09] </w:t>
      </w:r>
      <w:r>
        <w:t>I would like to begin by reading out a message from his son, Mr.</w:t>
      </w:r>
    </w:p>
    <w:p>
      <w:pPr>
        <w:jc w:val="right"/>
      </w:pPr>
      <w:r>
        <w:t>I would like to begin by reading out a message from his son, Mr.</w:t>
      </w:r>
    </w:p>
    <w:p>
      <w:r>
        <w:rPr>
          <w:b/>
        </w:rPr>
        <w:t xml:space="preserve">[05:15] </w:t>
      </w:r>
      <w:r>
        <w:t>Faisal Siddiqui, who stays in the USA.</w:t>
      </w:r>
    </w:p>
    <w:p>
      <w:pPr>
        <w:jc w:val="right"/>
      </w:pPr>
      <w:r>
        <w:t>Faisal Siddiqui, who stays in the USA.</w:t>
      </w:r>
    </w:p>
    <w:p>
      <w:r>
        <w:rPr>
          <w:b/>
        </w:rPr>
        <w:t xml:space="preserve">[05:21] </w:t>
      </w:r>
      <w:r>
        <w:t>He has written, "My father died on December 4, 2013 after having struggled with pancreatic cancer and related ailments.</w:t>
      </w:r>
    </w:p>
    <w:p>
      <w:pPr>
        <w:jc w:val="right"/>
      </w:pPr>
      <w:r>
        <w:t>He has written, "My father died on December 4, 2013 after having struggled with pancreatic cancer and related ailments.</w:t>
      </w:r>
    </w:p>
    <w:p>
      <w:r>
        <w:rPr>
          <w:b/>
        </w:rPr>
        <w:t xml:space="preserve">[05:27] </w:t>
      </w:r>
      <w:r>
        <w:t>We won't get to see him any longer.</w:t>
      </w:r>
    </w:p>
    <w:p>
      <w:pPr>
        <w:jc w:val="right"/>
      </w:pPr>
      <w:r>
        <w:t>We won't get to see him any longer.</w:t>
      </w:r>
    </w:p>
    <w:p>
      <w:r>
        <w:rPr>
          <w:b/>
        </w:rPr>
        <w:t xml:space="preserve">[05:33] </w:t>
      </w:r>
      <w:r>
        <w:t>It is rightly said in the Quran in Chapter 2, Verse 156, 'Surely we belong to God and</w:t>
      </w:r>
    </w:p>
    <w:p>
      <w:pPr>
        <w:jc w:val="right"/>
      </w:pPr>
      <w:r>
        <w:t>It is rightly said in the Quran in Chapter 2, Verse 156, 'Surely we belong to God and</w:t>
      </w:r>
    </w:p>
    <w:p>
      <w:r>
        <w:rPr>
          <w:b/>
        </w:rPr>
        <w:t xml:space="preserve">[05:39] </w:t>
      </w:r>
      <w:r>
        <w:t>to Him shall we return.</w:t>
      </w:r>
    </w:p>
    <w:p>
      <w:pPr>
        <w:jc w:val="right"/>
      </w:pPr>
      <w:r>
        <w:t>to Him shall we return.</w:t>
      </w:r>
    </w:p>
    <w:p>
      <w:r>
        <w:rPr>
          <w:b/>
        </w:rPr>
        <w:t xml:space="preserve">[05:45] </w:t>
      </w:r>
      <w:r>
        <w:t>My father off late had become a man of few words, but we won't be able to speak</w:t>
      </w:r>
    </w:p>
    <w:p>
      <w:pPr>
        <w:jc w:val="right"/>
      </w:pPr>
      <w:r>
        <w:t>My father off late had become a man of few words, but we won't be able to speak</w:t>
      </w:r>
    </w:p>
    <w:p>
      <w:r>
        <w:rPr>
          <w:b/>
        </w:rPr>
        <w:t xml:space="preserve">[05:51] </w:t>
      </w:r>
      <w:r>
        <w:t>with him any longer.</w:t>
      </w:r>
    </w:p>
    <w:p>
      <w:pPr>
        <w:jc w:val="right"/>
      </w:pPr>
      <w:r>
        <w:t>with him any longer.</w:t>
      </w:r>
    </w:p>
    <w:p>
      <w:r>
        <w:rPr>
          <w:b/>
        </w:rPr>
        <w:t xml:space="preserve">[05:57] </w:t>
      </w:r>
      <w:r>
        <w:t>We saw him through his illness and in a way, I came closer to him than ever before.</w:t>
      </w:r>
    </w:p>
    <w:p>
      <w:pPr>
        <w:jc w:val="right"/>
      </w:pPr>
      <w:r>
        <w:t>We saw him through his illness and in a way, I came closer to him than ever before.</w:t>
      </w:r>
    </w:p>
    <w:p>
      <w:r>
        <w:rPr>
          <w:b/>
        </w:rPr>
        <w:t xml:space="preserve">[06:03] </w:t>
      </w:r>
      <w:r>
        <w:t>As an educator, an administrator, an Imam, a humorist, and an all-round good guy, my father has touched</w:t>
      </w:r>
    </w:p>
    <w:p>
      <w:pPr>
        <w:jc w:val="right"/>
      </w:pPr>
      <w:r>
        <w:t>As an educator, an administrator, an Imam, a humorist, and an all-round good guy, my father has touched</w:t>
      </w:r>
    </w:p>
    <w:p>
      <w:r>
        <w:rPr>
          <w:b/>
        </w:rPr>
        <w:t xml:space="preserve">[06:09] </w:t>
      </w:r>
      <w:r>
        <w:t>the lives of more people than I could count." Dr.</w:t>
      </w:r>
    </w:p>
    <w:p>
      <w:pPr>
        <w:jc w:val="right"/>
      </w:pPr>
      <w:r>
        <w:t>the lives of more people than I could count." Dr.</w:t>
      </w:r>
    </w:p>
    <w:p>
      <w:r>
        <w:rPr>
          <w:b/>
        </w:rPr>
        <w:t xml:space="preserve">[06:15] </w:t>
      </w:r>
      <w:r>
        <w:t>Siddiqui's family has prepared a tribute for which I would like to call a close family friend, Ms.</w:t>
      </w:r>
    </w:p>
    <w:p>
      <w:pPr>
        <w:jc w:val="right"/>
      </w:pPr>
      <w:r>
        <w:t>Siddiqui's family has prepared a tribute for which I would like to call a close family friend, Ms.</w:t>
      </w:r>
    </w:p>
    <w:p>
      <w:r>
        <w:rPr>
          <w:b/>
        </w:rPr>
        <w:t xml:space="preserve">[06:21] </w:t>
      </w:r>
      <w:r>
        <w:t>Sumaiya Masoudi, to come here and read it out for all of you.</w:t>
      </w:r>
    </w:p>
    <w:p>
      <w:pPr>
        <w:jc w:val="right"/>
      </w:pPr>
      <w:r>
        <w:t>Sumaiya Masoudi, to come here and read it out for all of you.</w:t>
      </w:r>
    </w:p>
    <w:p>
      <w:r>
        <w:rPr>
          <w:b/>
        </w:rPr>
        <w:t xml:space="preserve">[06:27] </w:t>
      </w:r>
      <w:r>
        <w:t>bismillah al-rahman al-rahim.</w:t>
      </w:r>
    </w:p>
    <w:p>
      <w:pPr>
        <w:jc w:val="right"/>
      </w:pPr>
      <w:r>
        <w:t>بسم اللہ الرحمن الرحیم۔</w:t>
      </w:r>
    </w:p>
    <w:p>
      <w:r>
        <w:rPr>
          <w:b/>
        </w:rPr>
        <w:t xml:space="preserve">[06:32] </w:t>
      </w:r>
      <w:r>
        <w:t>ikhraji aqidat: doctor muhammad naseem siddiqui sahib.</w:t>
      </w:r>
    </w:p>
    <w:p>
      <w:pPr>
        <w:jc w:val="right"/>
      </w:pPr>
      <w:r>
        <w:t>اخراجی عقیدت: ڈاکٹر محمد نصیم صدیقی صاحب۔</w:t>
      </w:r>
    </w:p>
    <w:p>
      <w:r>
        <w:rPr>
          <w:b/>
        </w:rPr>
        <w:t xml:space="preserve">[06:38] </w:t>
      </w:r>
      <w:r>
        <w:t>naseem ke maani hain subah ki thandi hoowa.</w:t>
      </w:r>
    </w:p>
    <w:p>
      <w:pPr>
        <w:jc w:val="right"/>
      </w:pPr>
      <w:r>
        <w:t>نصیم کے معنی ہیں صبح کی ٹھنڈی ہوا۔</w:t>
      </w:r>
    </w:p>
    <w:p>
      <w:r>
        <w:rPr>
          <w:b/>
        </w:rPr>
        <w:t xml:space="preserve">[06:43] </w:t>
      </w:r>
      <w:r>
        <w:t>haqiqatan doctor naseem siddiqui har insaan ke liye sahar ki thandi hawa hi thay.</w:t>
      </w:r>
    </w:p>
    <w:p>
      <w:pPr>
        <w:jc w:val="right"/>
      </w:pPr>
      <w:r>
        <w:t>حقیقتاً ڈاکٹر نصیم صدیقی ہر انسان کے لیے سحر کی ٹھنڈی ہوا ہی تھے۔</w:t>
      </w:r>
    </w:p>
    <w:p>
      <w:r>
        <w:rPr>
          <w:b/>
        </w:rPr>
        <w:t xml:space="preserve">[06:49] </w:t>
      </w:r>
      <w:r>
        <w:t>aik aisi azeem shakhsiyat jinhein kabhi koi bhula nahi sakta.</w:t>
      </w:r>
    </w:p>
    <w:p>
      <w:pPr>
        <w:jc w:val="right"/>
      </w:pPr>
      <w:r>
        <w:t>ایک ایسی عظیم شخصیت جنہیں کبھی کوئی بھلا نہیں سکتا۔</w:t>
      </w:r>
    </w:p>
    <w:p>
      <w:r>
        <w:rPr>
          <w:b/>
        </w:rPr>
        <w:t xml:space="preserve">[06:54] </w:t>
      </w:r>
      <w:r>
        <w:t>har ek ke dost, har ek ke rehbar, har ek ke har dil aziz.</w:t>
      </w:r>
    </w:p>
    <w:p>
      <w:pPr>
        <w:jc w:val="right"/>
      </w:pPr>
      <w:r>
        <w:t>ہر ایک کے دوست، ہر ایک کے رہنما، ہر ایک کے ہر دل عزیز۔</w:t>
      </w:r>
    </w:p>
    <w:p>
      <w:r>
        <w:rPr>
          <w:b/>
        </w:rPr>
        <w:t xml:space="preserve">[07:00] </w:t>
      </w:r>
      <w:r>
        <w:t>ek shafiq baap, bhai, aur ek khoobsurat hamsafar.</w:t>
      </w:r>
    </w:p>
    <w:p>
      <w:pPr>
        <w:jc w:val="right"/>
      </w:pPr>
      <w:r>
        <w:t>ایک شفیق باپ، بھائی، اور ایک خوبصورت ہمسفر۔</w:t>
      </w:r>
    </w:p>
    <w:p>
      <w:r>
        <w:rPr>
          <w:b/>
        </w:rPr>
        <w:t xml:space="preserve">[07:05] </w:t>
      </w:r>
      <w:r>
        <w:t>chutkulon aur hansi ka fawwara, bohat hazir jawab.</w:t>
      </w:r>
    </w:p>
    <w:p>
      <w:pPr>
        <w:jc w:val="right"/>
      </w:pPr>
      <w:r>
        <w:t>چٹکولوں اور ہنسی کا فوارہ، بہت حاضری جواب۔</w:t>
      </w:r>
    </w:p>
    <w:p>
      <w:r>
        <w:rPr>
          <w:b/>
        </w:rPr>
        <w:t xml:space="preserve">[07:11] </w:t>
      </w:r>
      <w:r>
        <w:t>ek mehanti, dedicated, aur danishmand insan.</w:t>
      </w:r>
    </w:p>
    <w:p>
      <w:pPr>
        <w:jc w:val="right"/>
      </w:pPr>
      <w:r>
        <w:t>ایک محنتی، dedicated، اور دانشمند انسان۔</w:t>
      </w:r>
    </w:p>
    <w:p>
      <w:r>
        <w:rPr>
          <w:b/>
        </w:rPr>
        <w:t xml:space="preserve">[07:16] </w:t>
      </w:r>
      <w:r>
        <w:t>is azeem shakhsiyat ki zindagi ka safar aur un ki achievements is mukhtasar waqt mein bayan nahi ho sakteen.</w:t>
      </w:r>
    </w:p>
    <w:p>
      <w:pPr>
        <w:jc w:val="right"/>
      </w:pPr>
      <w:r>
        <w:t>اس عظیم شخصیت کی زندگی کا سفر اور ان کی achievements اس مختصر وقت میں بیان نہیں ہو سکتیں۔</w:t>
      </w:r>
    </w:p>
    <w:p>
      <w:r>
        <w:rPr>
          <w:b/>
        </w:rPr>
        <w:t xml:space="preserve">[07:22] </w:t>
      </w:r>
      <w:r>
        <w:t>un ka isi saala suhana safar bohat eventful raha.</w:t>
      </w:r>
    </w:p>
    <w:p>
      <w:pPr>
        <w:jc w:val="right"/>
      </w:pPr>
      <w:r>
        <w:t>ان کا اسی سالہ سہانا سفر بہت eventful رہا۔</w:t>
      </w:r>
    </w:p>
    <w:p>
      <w:r>
        <w:rPr>
          <w:b/>
        </w:rPr>
        <w:t xml:space="preserve">[07:27] </w:t>
      </w:r>
      <w:r>
        <w:t>yeh ek behtareen teacher thay jo bachon aur apne sathiyon ko, sathiyon, colleagues ko bohat khoobsurti ke sath</w:t>
      </w:r>
    </w:p>
    <w:p>
      <w:pPr>
        <w:jc w:val="right"/>
      </w:pPr>
      <w:r>
        <w:t>یہ ایک بہترین teacher تھے جو بچوں اور اپنے ساتھیوں کو، ساتھیوں، colleagues کو بہت خوبصورتی کے ساتھ</w:t>
      </w:r>
    </w:p>
    <w:p>
      <w:r>
        <w:rPr>
          <w:b/>
        </w:rPr>
        <w:t xml:space="preserve">[07:33] </w:t>
      </w:r>
      <w:r>
        <w:t>motivate karte thay.</w:t>
      </w:r>
    </w:p>
    <w:p>
      <w:pPr>
        <w:jc w:val="right"/>
      </w:pPr>
      <w:r>
        <w:t>motivate کرتے تھے۔</w:t>
      </w:r>
    </w:p>
    <w:p>
      <w:r>
        <w:rPr>
          <w:b/>
        </w:rPr>
        <w:t xml:space="preserve">[07:38] </w:t>
      </w:r>
      <w:r>
        <w:t>dost hone ke bawajood kabhi apne usoolon se samajhauta nahi kiya.</w:t>
      </w:r>
    </w:p>
    <w:p>
      <w:pPr>
        <w:jc w:val="right"/>
      </w:pPr>
      <w:r>
        <w:t>دوست ہونے کے باوجود کبھی اپنے اصولوں سے سمجھوتہ نہیں کیا۔</w:t>
      </w:r>
    </w:p>
    <w:p>
      <w:r>
        <w:rPr>
          <w:b/>
        </w:rPr>
        <w:t xml:space="preserve">[07:44] </w:t>
      </w:r>
      <w:r>
        <w:t>un ki qualities is baat se sabit hoti hain ke yeh jab young lecturer bane, un ke kuch</w:t>
      </w:r>
    </w:p>
    <w:p>
      <w:pPr>
        <w:jc w:val="right"/>
      </w:pPr>
      <w:r>
        <w:t>ان کی qualities اس بات سے ثابت ہوتی ہیں کہ یہ جب young lecturer بنے، ان کے کچھ</w:t>
      </w:r>
    </w:p>
    <w:p>
      <w:r>
        <w:rPr>
          <w:b/>
        </w:rPr>
        <w:t xml:space="preserve">[07:49] </w:t>
      </w:r>
      <w:r>
        <w:t>students un se sirf char panch saal hi baray thay, jo ke bohat bigray hue raees aur college</w:t>
      </w:r>
    </w:p>
    <w:p>
      <w:pPr>
        <w:jc w:val="right"/>
      </w:pPr>
      <w:r>
        <w:t>students ان سے صرف چار پانچ سال ہی بڑے تھے، جو کہ بہت بگڑے ہوئے رئیس اور کالج</w:t>
      </w:r>
    </w:p>
    <w:p>
      <w:r>
        <w:rPr>
          <w:b/>
        </w:rPr>
        <w:t xml:space="preserve">[07:55] </w:t>
      </w:r>
      <w:r>
        <w:t>ke dada qism ke larkay thay.</w:t>
      </w:r>
    </w:p>
    <w:p>
      <w:pPr>
        <w:jc w:val="right"/>
      </w:pPr>
      <w:r>
        <w:t>کے دادا قسم کے لڑکے تھے۔</w:t>
      </w:r>
    </w:p>
    <w:p>
      <w:r>
        <w:rPr>
          <w:b/>
        </w:rPr>
        <w:t xml:space="preserve">[08:00] </w:t>
      </w:r>
      <w:r>
        <w:t>kabhi kabhi senior lecturers ke control se bahar thay.</w:t>
      </w:r>
    </w:p>
    <w:p>
      <w:pPr>
        <w:jc w:val="right"/>
      </w:pPr>
      <w:r>
        <w:t>کبھی کبھی senior lecturers کے کنٹرول سے باہر تھے۔</w:t>
      </w:r>
    </w:p>
    <w:p>
      <w:r>
        <w:rPr>
          <w:b/>
        </w:rPr>
        <w:t xml:space="preserve">[08:06] </w:t>
      </w:r>
      <w:r>
        <w:t>lekin naseem sahib ki shafqat, mohabbat, aur techful handling ne jadu ki chhari ka kaam kiya aur woh</w:t>
      </w:r>
    </w:p>
    <w:p>
      <w:pPr>
        <w:jc w:val="right"/>
      </w:pPr>
      <w:r>
        <w:t>لیکن نصیم صاحب کی شفقت، محبت، اور techful handling نے جادو کی چھڑی کا کام کیا اور وہ</w:t>
      </w:r>
    </w:p>
    <w:p>
      <w:r>
        <w:rPr>
          <w:b/>
        </w:rPr>
        <w:t xml:space="preserve">[08:11] </w:t>
      </w:r>
      <w:r>
        <w:t>sab sudhar gaye, naseem sahib ki hi baat manne lage.</w:t>
      </w:r>
    </w:p>
    <w:p>
      <w:pPr>
        <w:jc w:val="right"/>
      </w:pPr>
      <w:r>
        <w:t>سب سدھر گئے، نصیم صاحب کی ہی بات ماننے لگے۔</w:t>
      </w:r>
    </w:p>
    <w:p>
      <w:r>
        <w:rPr>
          <w:b/>
        </w:rPr>
        <w:t xml:space="preserve">[08:17] </w:t>
      </w:r>
      <w:r>
        <w:t>yeh hamesha ek dost, ek bhai, ek guide, ek leader, ek team ki tarah sab ko sath le kar chale.</w:t>
      </w:r>
    </w:p>
    <w:p>
      <w:pPr>
        <w:jc w:val="right"/>
      </w:pPr>
      <w:r>
        <w:t>یہ ہمیشہ ایک دوست، ایک بھائی، ایک guide، ایک leader، ایک ٹیم کی طرح سب کو ساتھ لے کر چلے۔</w:t>
      </w:r>
    </w:p>
    <w:p>
      <w:r>
        <w:rPr>
          <w:b/>
        </w:rPr>
        <w:t xml:space="preserve">[08:22] </w:t>
      </w:r>
      <w:r>
        <w:t>jis shobay mein bhi rahe, un ke colleagues aur subordinates ne apna bharpoor taawun, cooperation unhein diya.</w:t>
      </w:r>
    </w:p>
    <w:p>
      <w:pPr>
        <w:jc w:val="right"/>
      </w:pPr>
      <w:r>
        <w:t>جس شعبے میں بھی رہے، ان کے colleagues اور subordinates نے اپنا بھرپور تعاون، cooperation انہیں دیا۔</w:t>
      </w:r>
    </w:p>
    <w:p>
      <w:r>
        <w:rPr>
          <w:b/>
        </w:rPr>
        <w:t xml:space="preserve">[08:28] </w:t>
      </w:r>
      <w:r>
        <w:t>USA mein PhD ki, wahan bhi academic, social, aur cultural activities mein bharpoor hissa liya.</w:t>
      </w:r>
    </w:p>
    <w:p>
      <w:pPr>
        <w:jc w:val="right"/>
      </w:pPr>
      <w:r>
        <w:t>یو ایس اے میں پی ایچ ڈی کی، وہاں بھی academic، social، اور cultural activities میں بھرپور حصہ لیا۔</w:t>
      </w:r>
    </w:p>
    <w:p>
      <w:r>
        <w:rPr>
          <w:b/>
        </w:rPr>
        <w:t xml:space="preserve">[08:33] </w:t>
      </w:r>
      <w:r>
        <w:t>ek popular teacher thay, ek dost rahay.</w:t>
      </w:r>
    </w:p>
    <w:p>
      <w:pPr>
        <w:jc w:val="right"/>
      </w:pPr>
      <w:r>
        <w:t>ایک popular teacher تھے، ایک دوست رہے۔</w:t>
      </w:r>
    </w:p>
    <w:p>
      <w:r>
        <w:rPr>
          <w:b/>
        </w:rPr>
        <w:t xml:space="preserve">[08:39] </w:t>
      </w:r>
      <w:r>
        <w:t>dilli, aah, dilli administration mein science counselor rahe, MCD ke director rahe, aah, DIET ke, um,</w:t>
      </w:r>
    </w:p>
    <w:p>
      <w:pPr>
        <w:jc w:val="right"/>
      </w:pPr>
      <w:r>
        <w:t>دہلی، آہ، دہلی administration میں سائنس کونسلر رہے، ایم سی ڈی کے ڈائریکٹر رہے، آہ، ڈائٹ کے، ام،</w:t>
      </w:r>
    </w:p>
    <w:p>
      <w:r>
        <w:rPr>
          <w:b/>
        </w:rPr>
        <w:t xml:space="preserve">[08:44] </w:t>
      </w:r>
      <w:r>
        <w:t>first DIET, aah, principal, aah, primary education mein principal rahay.</w:t>
      </w:r>
    </w:p>
    <w:p>
      <w:pPr>
        <w:jc w:val="right"/>
      </w:pPr>
      <w:r>
        <w:t>فرسٹ ڈائٹ، آہ، پرنسپل، آہ، پرائمری ایجوکیشن میں پرنسپل رہے۔</w:t>
      </w:r>
    </w:p>
    <w:p>
      <w:r>
        <w:rPr>
          <w:b/>
        </w:rPr>
        <w:t xml:space="preserve">[08:50] </w:t>
      </w:r>
      <w:r>
        <w:t>aah, sorry, aah, DIET ke first founder principal rahay.</w:t>
      </w:r>
    </w:p>
    <w:p>
      <w:pPr>
        <w:jc w:val="right"/>
      </w:pPr>
      <w:r>
        <w:t>آہ، سوری، آہ، ڈائٹ کے فرسٹ فاؤنڈر پرنسپل رہے۔</w:t>
      </w:r>
    </w:p>
    <w:p>
      <w:r>
        <w:rPr>
          <w:b/>
        </w:rPr>
        <w:t xml:space="preserve">[08:55] </w:t>
      </w:r>
      <w:r>
        <w:t>aah, SCERT mein rahe, das saalon se Maulana Wahiduddin sahib ke haan, aah,</w:t>
      </w:r>
    </w:p>
    <w:p>
      <w:pPr>
        <w:jc w:val="right"/>
      </w:pPr>
      <w:r>
        <w:t>آہ، ایس سی ای آر ٹی میں رہے، دس سالوں سے مولانا وحید الدین صاحب کے ہاں، آہ،</w:t>
      </w:r>
    </w:p>
    <w:p>
      <w:r>
        <w:rPr>
          <w:b/>
        </w:rPr>
        <w:t xml:space="preserve">[09:01] </w:t>
      </w:r>
      <w:r>
        <w:t>Center for Peace and Spiritual, aah, Center ke senior member thay.</w:t>
      </w:r>
    </w:p>
    <w:p>
      <w:pPr>
        <w:jc w:val="right"/>
      </w:pPr>
      <w:r>
        <w:t>سینٹر فار پیس اینڈ سپریچول، آہ، سینٹر کے senior ممبر تھے۔</w:t>
      </w:r>
    </w:p>
    <w:p>
      <w:r>
        <w:rPr>
          <w:b/>
        </w:rPr>
        <w:t xml:space="preserve">[09:06] </w:t>
      </w:r>
      <w:r>
        <w:t>aur yahan unhon ne Quran ke message ko scientific method se pesh karne ki koshish ki.</w:t>
      </w:r>
    </w:p>
    <w:p>
      <w:pPr>
        <w:jc w:val="right"/>
      </w:pPr>
      <w:r>
        <w:t>اور یہاں انہوں نے قرآن کے message کو scientific method سے پیش کرنے کی کوشش کی۔</w:t>
      </w:r>
    </w:p>
    <w:p>
      <w:r>
        <w:rPr>
          <w:b/>
        </w:rPr>
        <w:t xml:space="preserve">[09:12] </w:t>
      </w:r>
      <w:r>
        <w:t>logon ki madad ke liye un ke ghar aur daftar ke darwaze hamesha khule rehte the.</w:t>
      </w:r>
    </w:p>
    <w:p>
      <w:pPr>
        <w:jc w:val="right"/>
      </w:pPr>
      <w:r>
        <w:t>لوگوں کی مدد کے لیے ان کے گھر اور دفتر کے دروازے ہمیشہ کھلے رہتے تھے۔</w:t>
      </w:r>
    </w:p>
    <w:p>
      <w:r>
        <w:rPr>
          <w:b/>
        </w:rPr>
        <w:t xml:space="preserve">[09:18] </w:t>
      </w:r>
      <w:r>
        <w:t>ek behtareen writer the, shair, kitab, academic kitabon ke author, ek lajawab insan.</w:t>
      </w:r>
    </w:p>
    <w:p>
      <w:pPr>
        <w:jc w:val="right"/>
      </w:pPr>
      <w:r>
        <w:t>ایک بہترین writer تھے، شاعر، کتاب، academic کتابوں کے author، ایک لاجواب انسان۔</w:t>
      </w:r>
    </w:p>
    <w:p>
      <w:r>
        <w:rPr>
          <w:b/>
        </w:rPr>
        <w:t xml:space="preserve">[09:23] </w:t>
      </w:r>
      <w:r>
        <w:t>hamesha hamare dilon mein ek guide aur ek guide force aur light ki tarah hamesha roshan rahenge.</w:t>
      </w:r>
    </w:p>
    <w:p>
      <w:pPr>
        <w:jc w:val="right"/>
      </w:pPr>
      <w:r>
        <w:t>ہمیشہ ہمارے دلوں میں ایک guide اور ایک guide force اور light کی طرح ہمیشہ روشن رہیں گے۔</w:t>
      </w:r>
    </w:p>
    <w:p>
      <w:r>
        <w:rPr>
          <w:b/>
        </w:rPr>
        <w:t xml:space="preserve">[09:29] </w:t>
      </w:r>
      <w:r>
        <w:t>Honesty, generosity, aur positivity ke nayab misaal the, Naseem sahib ki tarah hamesha, Naseem sehar ki tarah hamesha</w:t>
      </w:r>
    </w:p>
    <w:p>
      <w:pPr>
        <w:jc w:val="right"/>
      </w:pPr>
      <w:r>
        <w:t>Honesty، generosity، اور positivity کے نایاب مثال تھے، نصیم صاحب کی طرح ہمیشہ، نسیم سحر کی طرح ہمیشہ</w:t>
      </w:r>
    </w:p>
    <w:p>
      <w:r>
        <w:rPr>
          <w:b/>
        </w:rPr>
        <w:t xml:space="preserve">[09:34] </w:t>
      </w:r>
      <w:r>
        <w:t>tamam chaman ko roshan aur thandak pahunchate rahenge.</w:t>
      </w:r>
    </w:p>
    <w:p>
      <w:pPr>
        <w:jc w:val="right"/>
      </w:pPr>
      <w:r>
        <w:t>تمام چمن کو روشن اور ٹھنڈک پہنچاتے رہیں گے۔</w:t>
      </w:r>
    </w:p>
    <w:p>
      <w:r>
        <w:rPr>
          <w:b/>
        </w:rPr>
        <w:t xml:space="preserve">[09:40] </w:t>
      </w:r>
      <w:r>
        <w:t>hazaron saal nargis apni be-noori pe roti hai, bari mushkil se hota hai chaman mein deeda-war paida.</w:t>
      </w:r>
    </w:p>
    <w:p>
      <w:pPr>
        <w:jc w:val="right"/>
      </w:pPr>
      <w:r>
        <w:t>ہزاروں سال نرگس اپنی بے نوری پہ روتی ہے، بڑی مشکل سے ہوتا ہے چمن میں دیدہ ور پیدا۔</w:t>
      </w:r>
    </w:p>
    <w:p>
      <w:r>
        <w:rPr>
          <w:b/>
        </w:rPr>
        <w:t xml:space="preserve">[09:45] </w:t>
      </w:r>
      <w:r>
        <w:t>yahi Dr Naseem sahib the, ek mukammal shakhsiyat, ek mukammal insan.</w:t>
      </w:r>
    </w:p>
    <w:p>
      <w:pPr>
        <w:jc w:val="right"/>
      </w:pPr>
      <w:r>
        <w:t>یہی ڈاکٹر نصیم صاحب تھے، ایک مکمل شخصیت، ایک مکمل انسان۔</w:t>
      </w:r>
    </w:p>
    <w:p>
      <w:r>
        <w:rPr>
          <w:b/>
        </w:rPr>
        <w:t xml:space="preserve">[09:51] </w:t>
      </w:r>
      <w:r>
        <w:t>aah, yeh message to woh hai jo un ki family ne un ko tribute kiya, un ke log.</w:t>
      </w:r>
    </w:p>
    <w:p>
      <w:pPr>
        <w:jc w:val="right"/>
      </w:pPr>
      <w:r>
        <w:t>آہ، یہ message تو وہ ہے جو ان کی family نے ان کو tribute کیا، ان کے لوگ۔</w:t>
      </w:r>
    </w:p>
    <w:p>
      <w:r>
        <w:rPr>
          <w:b/>
        </w:rPr>
        <w:t xml:space="preserve">[09:56] </w:t>
      </w:r>
      <w:r>
        <w:t>aah, main kuch thodi si ek adha cheez mein batana chahungi ke main ne un ko dekha,</w:t>
      </w:r>
    </w:p>
    <w:p>
      <w:pPr>
        <w:jc w:val="right"/>
      </w:pPr>
      <w:r>
        <w:t>آہ، میں کچھ تھوڑی سی ایک آدھ چیز میں بتانا چاہوں گی کہ میں نے ان کو دیکھا،</w:t>
      </w:r>
    </w:p>
    <w:p>
      <w:r>
        <w:rPr>
          <w:b/>
        </w:rPr>
        <w:t xml:space="preserve">[10:02] </w:t>
      </w:r>
      <w:r>
        <w:t>door se dekha.</w:t>
      </w:r>
    </w:p>
    <w:p>
      <w:pPr>
        <w:jc w:val="right"/>
      </w:pPr>
      <w:r>
        <w:t>دور سے دیکھا۔</w:t>
      </w:r>
    </w:p>
    <w:p>
      <w:r>
        <w:rPr>
          <w:b/>
        </w:rPr>
        <w:t xml:space="preserve">[10:07] </w:t>
      </w:r>
      <w:r>
        <w:t>ittifaq aisa hai ke woh jis gaon se un ka talluq hai, mera bhi unhi se hai.</w:t>
      </w:r>
    </w:p>
    <w:p>
      <w:pPr>
        <w:jc w:val="right"/>
      </w:pPr>
      <w:r>
        <w:t>اتفاق ایسا ہے کہ وہ جس گاؤں سے ان کا تعلق ہے، میرا بھی انہی سے ہے۔</w:t>
      </w:r>
    </w:p>
    <w:p>
      <w:r>
        <w:rPr>
          <w:b/>
        </w:rPr>
        <w:t xml:space="preserve">[10:13] </w:t>
      </w:r>
      <w:r>
        <w:t>gaon ke woh log jo un se, aah, na hi, aah, taleem ke lehaz se, na hi society</w:t>
      </w:r>
    </w:p>
    <w:p>
      <w:pPr>
        <w:jc w:val="right"/>
      </w:pPr>
      <w:r>
        <w:t>گاؤں کے وہ لوگ جو ان سے، آہ، نہ ہی، آہ، تعلیم کے لحاظ سے، نہ ہی سوسائٹی</w:t>
      </w:r>
    </w:p>
    <w:p>
      <w:r>
        <w:rPr>
          <w:b/>
        </w:rPr>
        <w:t xml:space="preserve">[10:18] </w:t>
      </w:r>
      <w:r>
        <w:t>ke lehaz se, aah, samajhi rutbe ke hisab se, na hi economically kahin un ke samne, aah, nahin theharte the.</w:t>
      </w:r>
    </w:p>
    <w:p>
      <w:pPr>
        <w:jc w:val="right"/>
      </w:pPr>
      <w:r>
        <w:t>کے لحاظ سے، آہ، سماجی رتبے کے حساب سے، نہ ہی economically کہیں ان کے سامنے، آہ، نہیں ٹھہرتے تھے۔</w:t>
      </w:r>
    </w:p>
    <w:p>
      <w:r>
        <w:rPr>
          <w:b/>
        </w:rPr>
        <w:t xml:space="preserve">[10:24] </w:t>
      </w:r>
      <w:r>
        <w:t>lekin agar woh Naseem sahib ke pas kisi kaam se ate to hamesha Naseem sahib un ke liye</w:t>
      </w:r>
    </w:p>
    <w:p>
      <w:pPr>
        <w:jc w:val="right"/>
      </w:pPr>
      <w:r>
        <w:t>لیکن اگر وہ نسیم صاحب کے پاس کسی کام سے آتے تو ہمیشہ نسیم صاحب ان کے لیے</w:t>
      </w:r>
    </w:p>
    <w:p>
      <w:r>
        <w:rPr>
          <w:b/>
        </w:rPr>
        <w:t xml:space="preserve">[10:29] </w:t>
      </w:r>
      <w:r>
        <w:t>isi tarah khade rehte.</w:t>
      </w:r>
    </w:p>
    <w:p>
      <w:pPr>
        <w:jc w:val="right"/>
      </w:pPr>
      <w:r>
        <w:t>اسی طرح کھڑے رہتے۔</w:t>
      </w:r>
    </w:p>
    <w:p>
      <w:r>
        <w:rPr>
          <w:b/>
        </w:rPr>
        <w:t xml:space="preserve">[10:35] </w:t>
      </w:r>
      <w:r>
        <w:t>main ne un ko khandan ki chhoti chhoti shadiyon mein dekha ke yahan kahan Naseem sahib itne bare</w:t>
      </w:r>
    </w:p>
    <w:p>
      <w:pPr>
        <w:jc w:val="right"/>
      </w:pPr>
      <w:r>
        <w:t>میں نے ان کو خاندان کی چھوٹی چھوٹی شادیوں میں دیکھا کہ یہاں کہاں نسیم صاحب اتنے بڑے</w:t>
      </w:r>
    </w:p>
    <w:p>
      <w:r>
        <w:rPr>
          <w:b/>
        </w:rPr>
        <w:t xml:space="preserve">[10:40] </w:t>
      </w:r>
      <w:r>
        <w:t>aadmi hain aur kahan woh chhote se masoom se rishtedar.</w:t>
      </w:r>
    </w:p>
    <w:p>
      <w:pPr>
        <w:jc w:val="right"/>
      </w:pPr>
      <w:r>
        <w:t>آدمی ہیں اور کہاں وہ چھوٹے سے معصوم سے رشتہ دار۔</w:t>
      </w:r>
    </w:p>
    <w:p>
      <w:r>
        <w:rPr>
          <w:b/>
        </w:rPr>
        <w:t xml:space="preserve">[10:46] </w:t>
      </w:r>
      <w:r>
        <w:t>lekin, aah, jaise Islam mein kaha gaya hai ke dil ke rishte se milo, rutba un se.</w:t>
      </w:r>
    </w:p>
    <w:p>
      <w:pPr>
        <w:jc w:val="right"/>
      </w:pPr>
      <w:r>
        <w:t>لیکن، آہ، جیسے اسلام میں کہا گیا ہے کہ دل کے رشتے سے ملو، رتبہ ان سے۔</w:t>
      </w:r>
    </w:p>
    <w:p>
      <w:r>
        <w:rPr>
          <w:b/>
        </w:rPr>
        <w:t xml:space="preserve">[10:51] </w:t>
      </w:r>
      <w:r>
        <w:t>to har jagah pahunchte aur isi khuloos ke sath pahunchte.</w:t>
      </w:r>
    </w:p>
    <w:p>
      <w:pPr>
        <w:jc w:val="right"/>
      </w:pPr>
      <w:r>
        <w:t>تو ہر جگہ پہنچتے اور اسی خلوص کے ساتھ پہنچتے۔</w:t>
      </w:r>
    </w:p>
    <w:p>
      <w:r>
        <w:rPr>
          <w:b/>
        </w:rPr>
        <w:t xml:space="preserve">[10:57] </w:t>
      </w:r>
      <w:r>
        <w:t>sach mein main bataun, logon ko andaza bhi nahin hota tha ke Naseem sahib kis rutbe ke insan hain.</w:t>
      </w:r>
    </w:p>
    <w:p>
      <w:pPr>
        <w:jc w:val="right"/>
      </w:pPr>
      <w:r>
        <w:t>سچ میں میں بتاؤں، لوگوں کو اندازہ بھی نہیں ہوتا تھا کہ نسیم صاحب کس رتبے کے انسان ہیں۔</w:t>
      </w:r>
    </w:p>
    <w:p>
      <w:r>
        <w:rPr>
          <w:b/>
        </w:rPr>
        <w:t xml:space="preserve">[11:02] </w:t>
      </w:r>
      <w:r>
        <w:t>woh jis tarah se ek aam aadmi ki tarah un logon se ghul mil kar baaten karte the</w:t>
      </w:r>
    </w:p>
    <w:p>
      <w:pPr>
        <w:jc w:val="right"/>
      </w:pPr>
      <w:r>
        <w:t>وہ جس طرح سے ایک عام آدمی کی طرح ان لوگوں سے گھل مل کر باتیں کرتے تھے</w:t>
      </w:r>
    </w:p>
    <w:p>
      <w:r>
        <w:rPr>
          <w:b/>
        </w:rPr>
        <w:t xml:space="preserve">[11:08] </w:t>
      </w:r>
      <w:r>
        <w:t>aur wahin rehte the, woh ek bari shakhsiyat hi kar sakti hai.</w:t>
      </w:r>
    </w:p>
    <w:p>
      <w:pPr>
        <w:jc w:val="right"/>
      </w:pPr>
      <w:r>
        <w:t>اور وہیں رہتے تھے، وہ ایک بڑی شخصیت ہی کر سکتی ہے۔</w:t>
      </w:r>
    </w:p>
    <w:p>
      <w:r>
        <w:rPr>
          <w:b/>
        </w:rPr>
        <w:t xml:space="preserve">[11:13] </w:t>
      </w:r>
      <w:r>
        <w:t>aur shayad ek aurat ke liye zindagi mein sab se bari khushi jo hoti hai, woh us ke</w:t>
      </w:r>
    </w:p>
    <w:p>
      <w:pPr>
        <w:jc w:val="right"/>
      </w:pPr>
      <w:r>
        <w:t>اور شاید ایک عورت کے لیے زندگی میں سب سے بڑی خوشی جو ہوتی ہے، وہ اس کے</w:t>
      </w:r>
    </w:p>
    <w:p>
      <w:r>
        <w:rPr>
          <w:b/>
        </w:rPr>
        <w:t xml:space="preserve">[11:19] </w:t>
      </w:r>
      <w:r>
        <w:t>life partner ka us ke sath aur us ke ham-mizaj hona hai.</w:t>
      </w:r>
    </w:p>
    <w:p>
      <w:pPr>
        <w:jc w:val="right"/>
      </w:pPr>
      <w:r>
        <w:t>life partner کا اس کے ساتھ اور اس کے ہم مزاج ہونا ہے۔</w:t>
      </w:r>
    </w:p>
    <w:p>
      <w:r>
        <w:rPr>
          <w:b/>
        </w:rPr>
        <w:t xml:space="preserve">[11:24] </w:t>
      </w:r>
      <w:r>
        <w:t>aur is mamle mein Dr Najma Siddiqui bohat khush qismat hain ke main ne un ko hamesha Naseem</w:t>
      </w:r>
    </w:p>
    <w:p>
      <w:pPr>
        <w:jc w:val="right"/>
      </w:pPr>
      <w:r>
        <w:t>اور اس معاملے میں ڈاکٹر نجمہ صدیقی بہت خوش قسمت ہیں کہ میں نے ان کو ہمیشہ نسیم</w:t>
      </w:r>
    </w:p>
    <w:p>
      <w:r>
        <w:rPr>
          <w:b/>
        </w:rPr>
        <w:t xml:space="preserve">[11:30] </w:t>
      </w:r>
      <w:r>
        <w:t>sahib ko un ke sath, un ke khayalat mein paya.</w:t>
      </w:r>
    </w:p>
    <w:p>
      <w:pPr>
        <w:jc w:val="right"/>
      </w:pPr>
      <w:r>
        <w:t>صاحب کو ان کے ساتھ، ان کے خیالات میں پایا۔</w:t>
      </w:r>
    </w:p>
    <w:p>
      <w:r>
        <w:rPr>
          <w:b/>
        </w:rPr>
        <w:t xml:space="preserve">[11:35] </w:t>
      </w:r>
      <w:r>
        <w:t>unhon ne jitni, aah, khamosh khidmat ki hai logon ki, woh to wohi log jante hain jin ki</w:t>
      </w:r>
    </w:p>
    <w:p>
      <w:pPr>
        <w:jc w:val="right"/>
      </w:pPr>
      <w:r>
        <w:t>انہوں نے جتنی، آہ، خاموش خدمت کی ہے لوگوں کی، وہ تو وہی لوگ جانتے ہیں جن کی</w:t>
      </w:r>
    </w:p>
    <w:p>
      <w:r>
        <w:rPr>
          <w:b/>
        </w:rPr>
        <w:t xml:space="preserve">[11:41] </w:t>
      </w:r>
      <w:r>
        <w:t>unhon ne chup chap khidmat kar guzre aur kisi se is ka zikr bhi nahin kiya.</w:t>
      </w:r>
    </w:p>
    <w:p>
      <w:pPr>
        <w:jc w:val="right"/>
      </w:pPr>
      <w:r>
        <w:t>انہوں نے چپ چاپ خدمت کر گزرے اور کسی سے اس کا ذکر بھی نہیں کیا۔</w:t>
      </w:r>
    </w:p>
    <w:p>
      <w:r>
        <w:rPr>
          <w:b/>
        </w:rPr>
        <w:t xml:space="preserve">[11:46] </w:t>
      </w:r>
      <w:r>
        <w:t>khuda un ko ghareeq rehmat kare aur karwat karwat jannat naseeb kare, hamari dua hai.</w:t>
      </w:r>
    </w:p>
    <w:p>
      <w:pPr>
        <w:jc w:val="right"/>
      </w:pPr>
      <w:r>
        <w:t>خدا ان کو غریق رحمت کرے اور کروٹ کروٹ جنت نصیب کرے، ہماری دعا ہے۔</w:t>
      </w:r>
    </w:p>
    <w:p>
      <w:r>
        <w:rPr>
          <w:b/>
        </w:rPr>
        <w:t xml:space="preserve">[11:52] </w:t>
      </w:r>
      <w:r>
        <w:t>aur aap sab se bhi guzarish hai ke aap un ke liye dua-e-khair karen. Allah hafiz.</w:t>
      </w:r>
    </w:p>
    <w:p>
      <w:pPr>
        <w:jc w:val="right"/>
      </w:pPr>
      <w:r>
        <w:t>اور آپ سب سے بھی گزارش ہے کہ آپ ان کے لیے دعائے خیر کریں۔ اللہ حافظ۔</w:t>
      </w:r>
    </w:p>
    <w:p>
      <w:r>
        <w:rPr>
          <w:b/>
        </w:rPr>
        <w:t xml:space="preserve">[11:58] </w:t>
      </w:r>
      <w:r>
        <w:t>I would now request his close friend and colleague, Mr. Jasram Kaim, Director of Planning Education, MCD North, to come here and say a few words. I would also request all of you to kindly switch off your mobile phones.</w:t>
      </w:r>
    </w:p>
    <w:p>
      <w:pPr>
        <w:jc w:val="right"/>
      </w:pPr>
      <w:r>
        <w:t>I would now request his close friend and colleague, Mr. جسرام کیم، Director of Planning Education, MCD North, to come here and say a few words. I would also request all of you to kindly switch off your mobile phones.</w:t>
      </w:r>
    </w:p>
    <w:p>
      <w:r>
        <w:rPr>
          <w:b/>
        </w:rPr>
        <w:t xml:space="preserve">[12:15] </w:t>
      </w:r>
      <w:r>
        <w:t>sab se pehle, aaj mere samaksh jo vidwan log baithe hain, main un ko naman karta hoon ke aap logon</w:t>
      </w:r>
    </w:p>
    <w:p>
      <w:pPr>
        <w:jc w:val="right"/>
      </w:pPr>
      <w:r>
        <w:t>सबसे पहले, आज मेरे समक्ष जो विद्वान लोग बैठे हैं, मैं उनको नमन करता हूँ कि आप लोगों</w:t>
      </w:r>
    </w:p>
    <w:p>
      <w:r>
        <w:rPr>
          <w:b/>
        </w:rPr>
        <w:t xml:space="preserve">[12:23] </w:t>
      </w:r>
      <w:r>
        <w:t>se jo mukhatib hone ka mauqa mila hai, woh awsar kuch alag hai.</w:t>
      </w:r>
    </w:p>
    <w:p>
      <w:pPr>
        <w:jc w:val="right"/>
      </w:pPr>
      <w:r>
        <w:t>से जो मुखातिब होने का मौका मिला है, वह अवसर कुछ अलग है।</w:t>
      </w:r>
    </w:p>
    <w:p>
      <w:r>
        <w:rPr>
          <w:b/>
        </w:rPr>
        <w:t xml:space="preserve">[12:31] </w:t>
      </w:r>
      <w:r>
        <w:t>main abhi baithe-baithe yaad kar raha tha ke doctor muhammad naseem siddiqui, unnees sau pachhattar ka varsh mujhe</w:t>
      </w:r>
    </w:p>
    <w:p>
      <w:pPr>
        <w:jc w:val="right"/>
      </w:pPr>
      <w:r>
        <w:t>मैं अभी बैठे-बैठे याद कर रहा था कि डॉक्टर मोहम्मद नसीम सिद्दीकी, उन्नीस सौ पिचहत्तर का वर्ष मुझे</w:t>
      </w:r>
    </w:p>
    <w:p>
      <w:r>
        <w:rPr>
          <w:b/>
        </w:rPr>
        <w:t xml:space="preserve">[12:39] </w:t>
      </w:r>
      <w:r>
        <w:t>yaad aata hai jab main central institute se b.ed kar raha tha aur nazma siddiqui ji meri teacher thin.</w:t>
      </w:r>
    </w:p>
    <w:p>
      <w:pPr>
        <w:jc w:val="right"/>
      </w:pPr>
      <w:r>
        <w:t>याद आता है जब मैं सेंट्रल इंस्टीट्यूट से बीएड कर रहा था और नजमा सिद्दीकी जी मेरी टीचर थीं।</w:t>
      </w:r>
    </w:p>
    <w:p>
      <w:r>
        <w:rPr>
          <w:b/>
        </w:rPr>
        <w:t xml:space="preserve">[12:47] </w:t>
      </w:r>
      <w:r>
        <w:t>kabhi-kabhi jab woh stage program hote the to doctor muhammad naseem siddiqui wahan aate the.</w:t>
      </w:r>
    </w:p>
    <w:p>
      <w:pPr>
        <w:jc w:val="right"/>
      </w:pPr>
      <w:r>
        <w:t>कभी-कभी जब वो स्टेज प्रोग्राम होते थे तो डॉक्टर मोहम्मद नसीम सिद्दीकी वहाँ आते थे।</w:t>
      </w:r>
    </w:p>
    <w:p>
      <w:r>
        <w:rPr>
          <w:b/>
        </w:rPr>
        <w:t xml:space="preserve">[12:55] </w:t>
      </w:r>
      <w:r>
        <w:t>to anayas hi jo samne baithe hote the, un ke munh se niklta tha, "kya joda hai?</w:t>
      </w:r>
    </w:p>
    <w:p>
      <w:pPr>
        <w:jc w:val="right"/>
      </w:pPr>
      <w:r>
        <w:t>तो अनायास ही जो सामने बैठे होते थे, उनके मुँह से निकलता था, "क्या जोड़ा है?</w:t>
      </w:r>
    </w:p>
    <w:p>
      <w:r>
        <w:rPr>
          <w:b/>
        </w:rPr>
        <w:t xml:space="preserve">[13:03] </w:t>
      </w:r>
      <w:r>
        <w:t>" to hum log ye aapas mein kehte the, "yaar aisa na bolo, nazar na lag jaye." parantu</w:t>
      </w:r>
    </w:p>
    <w:p>
      <w:pPr>
        <w:jc w:val="right"/>
      </w:pPr>
      <w:r>
        <w:t>" तो हम लोग ये आपस में कहते थे, "यार ऐसा न बोलो, नजर न लग जाए।" परंतु</w:t>
      </w:r>
    </w:p>
    <w:p>
      <w:r>
        <w:rPr>
          <w:b/>
        </w:rPr>
        <w:t xml:space="preserve">[13:08] </w:t>
      </w:r>
      <w:r>
        <w:t>upar wale ne nazar nahin lagai.</w:t>
      </w:r>
    </w:p>
    <w:p>
      <w:pPr>
        <w:jc w:val="right"/>
      </w:pPr>
      <w:r>
        <w:t>ऊपर वाले ने नजर नहीं लगाई।</w:t>
      </w:r>
    </w:p>
    <w:p>
      <w:r>
        <w:rPr>
          <w:b/>
        </w:rPr>
        <w:t xml:space="preserve">[13:13] </w:t>
      </w:r>
      <w:r>
        <w:t>doctor siddiqui ne pure assi varsh yahan bitaye.</w:t>
      </w:r>
    </w:p>
    <w:p>
      <w:pPr>
        <w:jc w:val="right"/>
      </w:pPr>
      <w:r>
        <w:t>डॉक्टर सिद्दीकी ने पूरे अस्सी वर्ष यहाँ बिताए।</w:t>
      </w:r>
    </w:p>
    <w:p>
      <w:r>
        <w:rPr>
          <w:b/>
        </w:rPr>
        <w:t xml:space="preserve">[13:19] </w:t>
      </w:r>
      <w:r>
        <w:t>parantu dekhiye, ye to samay hai ke jo aaya hai, use jana hai.</w:t>
      </w:r>
    </w:p>
    <w:p>
      <w:pPr>
        <w:jc w:val="right"/>
      </w:pPr>
      <w:r>
        <w:t>परंतु देखिए, ये तो समय है कि जो आया है, उसे जाना है।</w:t>
      </w:r>
    </w:p>
    <w:p>
      <w:r>
        <w:rPr>
          <w:b/>
        </w:rPr>
        <w:t xml:space="preserve">[13:24] </w:t>
      </w:r>
      <w:r>
        <w:t>aur jo jeevan maine, main, mera ye saubhagya hai ke main unnees sau pachhattar se hi, aah, ab</w:t>
      </w:r>
    </w:p>
    <w:p>
      <w:pPr>
        <w:jc w:val="right"/>
      </w:pPr>
      <w:r>
        <w:t>और जो जीवन मैंने, मैं, मेरा ये सौभाग्य है कि मैं उन्नीस सौ पिचहत्तर से ही, आह, अब</w:t>
      </w:r>
    </w:p>
    <w:p>
      <w:r>
        <w:rPr>
          <w:b/>
        </w:rPr>
        <w:t xml:space="preserve">[13:30] </w:t>
      </w:r>
      <w:r>
        <w:t>tak, aah, madam aur doctor siddiqui ke parivar ke bahut nazdeek raha hoon.</w:t>
      </w:r>
    </w:p>
    <w:p>
      <w:pPr>
        <w:jc w:val="right"/>
      </w:pPr>
      <w:r>
        <w:t>तक, आह, मैडम और डॉक्टर सिद्दीकी के परिवार के बहुत नजदीक रहा हूँ।</w:t>
      </w:r>
    </w:p>
    <w:p>
      <w:r>
        <w:rPr>
          <w:b/>
        </w:rPr>
        <w:t xml:space="preserve">[13:35] </w:t>
      </w:r>
      <w:r>
        <w:t>aah, jaisa ke abhi bataya ke woh, aah, m.c.d., jab ek m.c.d. thi, to us ke director education the.</w:t>
      </w:r>
    </w:p>
    <w:p>
      <w:pPr>
        <w:jc w:val="right"/>
      </w:pPr>
      <w:r>
        <w:t>आह, जैसा कि अभी बताया कि वो, आह, एमसीडी, जब एक एमसीडी थी, तो उसके डायरेक्टर एजुकेशन थे।</w:t>
      </w:r>
    </w:p>
    <w:p>
      <w:r>
        <w:rPr>
          <w:b/>
        </w:rPr>
        <w:t xml:space="preserve">[13:40] </w:t>
      </w:r>
      <w:r>
        <w:t>bahut kuch seekhne ko un se mila.</w:t>
      </w:r>
    </w:p>
    <w:p>
      <w:pPr>
        <w:jc w:val="right"/>
      </w:pPr>
      <w:r>
        <w:t>बहुत कुछ सीखने को उनसे मिला।</w:t>
      </w:r>
    </w:p>
    <w:p>
      <w:r>
        <w:rPr>
          <w:b/>
        </w:rPr>
        <w:t xml:space="preserve">[13:46] </w:t>
      </w:r>
      <w:r>
        <w:t>science ke vyakti the.</w:t>
      </w:r>
    </w:p>
    <w:p>
      <w:pPr>
        <w:jc w:val="right"/>
      </w:pPr>
      <w:r>
        <w:t>साइंस के व्यक्ति थे।</w:t>
      </w:r>
    </w:p>
    <w:p>
      <w:r>
        <w:rPr>
          <w:b/>
        </w:rPr>
        <w:t xml:space="preserve">[13:51] </w:t>
      </w:r>
      <w:r>
        <w:t>scientific attitude ki baat karte the.</w:t>
      </w:r>
    </w:p>
    <w:p>
      <w:pPr>
        <w:jc w:val="right"/>
      </w:pPr>
      <w:r>
        <w:t>साइंटिफिक एटीट्यूड की बात करते थे।</w:t>
      </w:r>
    </w:p>
    <w:p>
      <w:r>
        <w:rPr>
          <w:b/>
        </w:rPr>
        <w:t xml:space="preserve">[13:57] </w:t>
      </w:r>
      <w:r>
        <w:t>to maine ek bar un se poocha, "sir, scientific attitude to aap bachchon mein develop karne ki baat karte ho.</w:t>
      </w:r>
    </w:p>
    <w:p>
      <w:pPr>
        <w:jc w:val="right"/>
      </w:pPr>
      <w:r>
        <w:t>तो मैंने एक बार उनसे पूछा, "सर, साइंटिफिक एटीट्यूड तो आप बच्चों में डेवलप करने की बात करते हो।</w:t>
      </w:r>
    </w:p>
    <w:p>
      <w:r>
        <w:rPr>
          <w:b/>
        </w:rPr>
        <w:t xml:space="preserve">[14:02] </w:t>
      </w:r>
      <w:r>
        <w:t>iska kya hamari life mein bhi kahin kuch yogdan hoga?</w:t>
      </w:r>
    </w:p>
    <w:p>
      <w:pPr>
        <w:jc w:val="right"/>
      </w:pPr>
      <w:r>
        <w:t>इसका क्या हमारी लाइफ में भी कहीं कुछ योगदान होगा?</w:t>
      </w:r>
    </w:p>
    <w:p>
      <w:r>
        <w:rPr>
          <w:b/>
        </w:rPr>
        <w:t xml:space="preserve">[14:08] </w:t>
      </w:r>
      <w:r>
        <w:t>" kehte hain, "life mein hi to yogdan hai." kehte hain, "suno, jab tak mere andar ye attitude</w:t>
      </w:r>
    </w:p>
    <w:p>
      <w:pPr>
        <w:jc w:val="right"/>
      </w:pPr>
      <w:r>
        <w:t>" कहते हैं, "लाइफ में ही तो योगदान है।" कहते हैं, "सुनो, जब तक मेरे अंदर ये एटीट्यूड</w:t>
      </w:r>
    </w:p>
    <w:p>
      <w:r>
        <w:rPr>
          <w:b/>
        </w:rPr>
        <w:t xml:space="preserve">[14:13] </w:t>
      </w:r>
      <w:r>
        <w:t>develop nahin tha, hum miyan-biwi mein kabhi-kabhi jhagda ho jata tha.</w:t>
      </w:r>
    </w:p>
    <w:p>
      <w:pPr>
        <w:jc w:val="right"/>
      </w:pPr>
      <w:r>
        <w:t>डेवलप नहीं था, हम मियां-बीवी में कभी-कभी झगड़ा हो जाता था।</w:t>
      </w:r>
    </w:p>
    <w:p>
      <w:r>
        <w:rPr>
          <w:b/>
        </w:rPr>
        <w:t xml:space="preserve">[14:18] </w:t>
      </w:r>
      <w:r>
        <w:t>aur mister kem, jab se ye develop hua hai, wo jhagda kabhi hua hi nahin.</w:t>
      </w:r>
    </w:p>
    <w:p>
      <w:pPr>
        <w:jc w:val="right"/>
      </w:pPr>
      <w:r>
        <w:t>और मिस्टर केम, जब से ये डेवलप हुआ है, वो झगड़ा कभी हुआ ही नहीं।</w:t>
      </w:r>
    </w:p>
    <w:p>
      <w:r>
        <w:rPr>
          <w:b/>
        </w:rPr>
        <w:t xml:space="preserve">[14:23] </w:t>
      </w:r>
      <w:r>
        <w:t>ab samjhe ki scientific attitude kya hota hai.</w:t>
      </w:r>
    </w:p>
    <w:p>
      <w:pPr>
        <w:jc w:val="right"/>
      </w:pPr>
      <w:r>
        <w:t>अब समझे कि साइंटिफिक एटीट्यूड क्या होता है।</w:t>
      </w:r>
    </w:p>
    <w:p>
      <w:r>
        <w:rPr>
          <w:b/>
        </w:rPr>
        <w:t xml:space="preserve">[14:28] </w:t>
      </w:r>
      <w:r>
        <w:t>aur main aap logon ko batana chahta hoon ki meri shadi ko tees varsh ho gaye hain.</w:t>
      </w:r>
    </w:p>
    <w:p>
      <w:pPr>
        <w:jc w:val="right"/>
      </w:pPr>
      <w:r>
        <w:t>और मैं आप लोगों को बताना चाहता हूँ कि मेरी शादी को तीस वर्ष हो गए हैं।</w:t>
      </w:r>
    </w:p>
    <w:p>
      <w:r>
        <w:rPr>
          <w:b/>
        </w:rPr>
        <w:t xml:space="preserve">[14:33] </w:t>
      </w:r>
      <w:r>
        <w:t>kabhi jhagda nahin hua.</w:t>
      </w:r>
    </w:p>
    <w:p>
      <w:pPr>
        <w:jc w:val="right"/>
      </w:pPr>
      <w:r>
        <w:t>कभी झगड़ा नहीं हुआ।</w:t>
      </w:r>
    </w:p>
    <w:p>
      <w:r>
        <w:rPr>
          <w:b/>
        </w:rPr>
        <w:t xml:space="preserve">[14:38] </w:t>
      </w:r>
      <w:r>
        <w:t>mere bachche kahte hain, "aap logon ke gharon mein jhagde hote hain, aap to jhagadte nahin." maine kaha,</w:t>
      </w:r>
    </w:p>
    <w:p>
      <w:pPr>
        <w:jc w:val="right"/>
      </w:pPr>
      <w:r>
        <w:t>मेरे बच्चे कहते हैं, "आप लोगों के घरों में झगड़े होते हैं, आप तो झगड़ते नहीं।" मैंने कहा,</w:t>
      </w:r>
    </w:p>
    <w:p>
      <w:r>
        <w:rPr>
          <w:b/>
        </w:rPr>
        <w:t xml:space="preserve">[14:43] </w:t>
      </w:r>
      <w:r>
        <w:t>"main doctor siddiqui ka shishya raha hoon." aur ye baat keval maine apne tak nahin rakhi.</w:t>
      </w:r>
    </w:p>
    <w:p>
      <w:pPr>
        <w:jc w:val="right"/>
      </w:pPr>
      <w:r>
        <w:t>"मैं डॉक्टर सिद्दीकी का शिष्य रहा हूँ।" और ये बात केवल मैंने अपने तक नहीं रखी।</w:t>
      </w:r>
    </w:p>
    <w:p>
      <w:r>
        <w:rPr>
          <w:b/>
        </w:rPr>
        <w:t xml:space="preserve">[14:48] </w:t>
      </w:r>
      <w:r>
        <w:t>hazaron logon ko maine training di.</w:t>
      </w:r>
    </w:p>
    <w:p>
      <w:pPr>
        <w:jc w:val="right"/>
      </w:pPr>
      <w:r>
        <w:t>हजारों लोगों को मैंने ट्रेनिंग दी।</w:t>
      </w:r>
    </w:p>
    <w:p>
      <w:r>
        <w:rPr>
          <w:b/>
        </w:rPr>
        <w:t xml:space="preserve">[14:53] </w:t>
      </w:r>
      <w:r>
        <w:t>aur main wahan ye waqya zarur batata tha ki prayas to hum karein, kuch na kuch logon ko</w:t>
      </w:r>
    </w:p>
    <w:p>
      <w:pPr>
        <w:jc w:val="right"/>
      </w:pPr>
      <w:r>
        <w:t>और मैं वहाँ ये वाक्या जरूर बताता था कि प्रयास तो हम करें, कुछ न कुछ लोगों को</w:t>
      </w:r>
    </w:p>
    <w:p>
      <w:r>
        <w:rPr>
          <w:b/>
        </w:rPr>
        <w:t xml:space="preserve">[14:58] </w:t>
      </w:r>
      <w:r>
        <w:t>safalta to milegi, kuch logon ke ghar to achchhe banenge.</w:t>
      </w:r>
    </w:p>
    <w:p>
      <w:pPr>
        <w:jc w:val="right"/>
      </w:pPr>
      <w:r>
        <w:t>सफलता तो मिलेगी, कुछ लोगों के घर तो अच्छे बनेंगे।</w:t>
      </w:r>
    </w:p>
    <w:p>
      <w:r>
        <w:rPr>
          <w:b/>
        </w:rPr>
        <w:t xml:space="preserve">[15:04] </w:t>
      </w:r>
      <w:r>
        <w:t>kyonki jis ghar mein ye husband-wife mein ladai-jhagda nahin hoga, wo chust rahenge, durust rahenge, lambi aayu rahegi,</w:t>
      </w:r>
    </w:p>
    <w:p>
      <w:pPr>
        <w:jc w:val="right"/>
      </w:pPr>
      <w:r>
        <w:t>क्योंकि जिस घर में ये हस्बैंड-वाइफ में लड़ाई-झगड़ा नहीं होगा, वो चुस्त रहेंगे, दुरुस्त रहेंगे, लंबी आयु रहेगी,</w:t>
      </w:r>
    </w:p>
    <w:p>
      <w:r>
        <w:rPr>
          <w:b/>
        </w:rPr>
        <w:t xml:space="preserve">[15:09] </w:t>
      </w:r>
      <w:r>
        <w:t>unke chehre par budhapa nahin jhalakega.</w:t>
      </w:r>
    </w:p>
    <w:p>
      <w:pPr>
        <w:jc w:val="right"/>
      </w:pPr>
      <w:r>
        <w:t>उनके चेहरे पर बुढ़ापा नहीं झलकेगा।</w:t>
      </w:r>
    </w:p>
    <w:p>
      <w:r>
        <w:rPr>
          <w:b/>
        </w:rPr>
        <w:t xml:space="preserve">[15:14] </w:t>
      </w:r>
      <w:r>
        <w:t>ek cheez aur unse seekhne ko mili.</w:t>
      </w:r>
    </w:p>
    <w:p>
      <w:pPr>
        <w:jc w:val="right"/>
      </w:pPr>
      <w:r>
        <w:t>एक चीज़ और उनसे सीखने को मिली।</w:t>
      </w:r>
    </w:p>
    <w:p>
      <w:r>
        <w:rPr>
          <w:b/>
        </w:rPr>
        <w:t xml:space="preserve">[15:19] </w:t>
      </w:r>
      <w:r>
        <w:t>dekhiye, main nagar nigam ke education department mein hoon.</w:t>
      </w:r>
    </w:p>
    <w:p>
      <w:pPr>
        <w:jc w:val="right"/>
      </w:pPr>
      <w:r>
        <w:t>देखिए, मैं नगर निगम के एजुकेशन डिपार्टमेंट में हूँ।</w:t>
      </w:r>
    </w:p>
    <w:p>
      <w:r>
        <w:rPr>
          <w:b/>
        </w:rPr>
        <w:t xml:space="preserve">[15:24] </w:t>
      </w:r>
      <w:r>
        <w:t>mere paas jo bachche hain, wo bahut achchhe parivaron se nahin hain, gareebon ke bachche hain.</w:t>
      </w:r>
    </w:p>
    <w:p>
      <w:pPr>
        <w:jc w:val="right"/>
      </w:pPr>
      <w:r>
        <w:t>मेरे पास जो बच्चे हैं, वो बहुत अच्छे परिवारों से नहीं हैं, गरीबों के बच्चे हैं।</w:t>
      </w:r>
    </w:p>
    <w:p>
      <w:r>
        <w:rPr>
          <w:b/>
        </w:rPr>
        <w:t xml:space="preserve">[15:29] </w:t>
      </w:r>
      <w:r>
        <w:t>to wo ek sandesh dete the mere teachers ko ki in bachchon se pyar karo.</w:t>
      </w:r>
    </w:p>
    <w:p>
      <w:pPr>
        <w:jc w:val="right"/>
      </w:pPr>
      <w:r>
        <w:t>तो वो एक संदेश देते थे मेरे टीचर्स को कि इन बच्चों से प्यार करो।</w:t>
      </w:r>
    </w:p>
    <w:p>
      <w:r>
        <w:rPr>
          <w:b/>
        </w:rPr>
        <w:t xml:space="preserve">[15:34] </w:t>
      </w:r>
      <w:r>
        <w:t>aur ye itna mahatvapurna sandesh tha ki wo aaj tak mere man mein to ghar kar gaya hai.</w:t>
      </w:r>
    </w:p>
    <w:p>
      <w:pPr>
        <w:jc w:val="right"/>
      </w:pPr>
      <w:r>
        <w:t>और ये इतना महत्वपूर्ण संदेश था कि वो आज तक मेरे मन में तो घर कर गया है।</w:t>
      </w:r>
    </w:p>
    <w:p>
      <w:r>
        <w:rPr>
          <w:b/>
        </w:rPr>
        <w:t xml:space="preserve">[15:39] </w:t>
      </w:r>
      <w:r>
        <w:t>aur jab se maine is education department ka kaam sambhala hai, mera ek hi dhyey hai ki mere</w:t>
      </w:r>
    </w:p>
    <w:p>
      <w:pPr>
        <w:jc w:val="right"/>
      </w:pPr>
      <w:r>
        <w:t>और जब से मैंने इस एजुकेशन डिपार्टमेंट का काम संभाला है, मेरा एक ही ध्येय है कि मेरे</w:t>
      </w:r>
    </w:p>
    <w:p>
      <w:r>
        <w:rPr>
          <w:b/>
        </w:rPr>
        <w:t xml:space="preserve">[15:44] </w:t>
      </w:r>
      <w:r>
        <w:t>teacher in bachchon se pyar karein.</w:t>
      </w:r>
    </w:p>
    <w:p>
      <w:pPr>
        <w:jc w:val="right"/>
      </w:pPr>
      <w:r>
        <w:t>टीचर इन बच्चों से प्यार करें।</w:t>
      </w:r>
    </w:p>
    <w:p>
      <w:r>
        <w:rPr>
          <w:b/>
        </w:rPr>
        <w:t xml:space="preserve">[15:49] </w:t>
      </w:r>
      <w:r>
        <w:t>agar vastav mein teacher bachchon se pyar karenge, to kisi ko kuch aur karne ki zarurat hi nahin hogi.</w:t>
      </w:r>
    </w:p>
    <w:p>
      <w:pPr>
        <w:jc w:val="right"/>
      </w:pPr>
      <w:r>
        <w:t>अगर वास्तव में टीचर बच्चों से प्यार करेंगे, तो किसी को कुछ और करने की जरूरत ही नहीं होगी।</w:t>
      </w:r>
    </w:p>
    <w:p>
      <w:r>
        <w:rPr>
          <w:b/>
        </w:rPr>
        <w:t xml:space="preserve">[15:54] </w:t>
      </w:r>
      <w:r>
        <w:t>itni, aah, achaanak unko ye bimari aayi.</w:t>
      </w:r>
    </w:p>
    <w:p>
      <w:pPr>
        <w:jc w:val="right"/>
      </w:pPr>
      <w:r>
        <w:t>इतनी, आह, अचानक उनको ये बीमारी आई।</w:t>
      </w:r>
    </w:p>
    <w:p>
      <w:r>
        <w:rPr>
          <w:b/>
        </w:rPr>
        <w:t xml:space="preserve">[16:00] </w:t>
      </w:r>
      <w:r>
        <w:t>main kai baar unse milne gaya.</w:t>
      </w:r>
    </w:p>
    <w:p>
      <w:pPr>
        <w:jc w:val="right"/>
      </w:pPr>
      <w:r>
        <w:t>मैं कई बार उनसे मिलने गया।</w:t>
      </w:r>
    </w:p>
    <w:p>
      <w:r>
        <w:rPr>
          <w:b/>
        </w:rPr>
        <w:t xml:space="preserve">[16:05] </w:t>
      </w:r>
      <w:r>
        <w:t>wo mere ko apna beta kahte the ki kem mera beta hai.</w:t>
      </w:r>
    </w:p>
    <w:p>
      <w:pPr>
        <w:jc w:val="right"/>
      </w:pPr>
      <w:r>
        <w:t>वो मेरे को अपना बेटा कहते थे कि केम मेरा बेटा है।</w:t>
      </w:r>
    </w:p>
    <w:p>
      <w:r>
        <w:rPr>
          <w:b/>
        </w:rPr>
        <w:t xml:space="preserve">[16:10] </w:t>
      </w:r>
      <w:r>
        <w:t>to dekha nahin jata tha.</w:t>
      </w:r>
    </w:p>
    <w:p>
      <w:pPr>
        <w:jc w:val="right"/>
      </w:pPr>
      <w:r>
        <w:t>तो देखा नहीं जाता था।</w:t>
      </w:r>
    </w:p>
    <w:p>
      <w:r>
        <w:rPr>
          <w:b/>
        </w:rPr>
        <w:t xml:space="preserve">[16:15] </w:t>
      </w:r>
      <w:r>
        <w:t>wo vyaktitva, wo shikshavid, wo jo wo netaon ke bare mein kahte hain na, yugpurush.</w:t>
      </w:r>
    </w:p>
    <w:p>
      <w:pPr>
        <w:jc w:val="right"/>
      </w:pPr>
      <w:r>
        <w:t>वो व्यक्तित्व, वो शिक्षाविद, वो जो वो नेताओं के बारे में कहते हैं न, युगपुरुष।</w:t>
      </w:r>
    </w:p>
    <w:p>
      <w:r>
        <w:rPr>
          <w:b/>
        </w:rPr>
        <w:t xml:space="preserve">[16:20] </w:t>
      </w:r>
      <w:r>
        <w:t>to shikshavido mein bhi yugpurush hue hain.</w:t>
      </w:r>
    </w:p>
    <w:p>
      <w:pPr>
        <w:jc w:val="right"/>
      </w:pPr>
      <w:r>
        <w:t>तो शिक्षाविदों में भी युगपुरुष हुए हैं।</w:t>
      </w:r>
    </w:p>
    <w:p>
      <w:r>
        <w:rPr>
          <w:b/>
        </w:rPr>
        <w:t xml:space="preserve">[16:25] </w:t>
      </w:r>
      <w:r>
        <w:t>doctor siddiqui vastav mein ek yugpurush the.</w:t>
      </w:r>
    </w:p>
    <w:p>
      <w:pPr>
        <w:jc w:val="right"/>
      </w:pPr>
      <w:r>
        <w:t>डॉक्टर सिद्दीकी वास्तव में एक युगपुरुष थे।</w:t>
      </w:r>
    </w:p>
    <w:p>
      <w:r>
        <w:rPr>
          <w:b/>
        </w:rPr>
        <w:t xml:space="preserve">[16:30] </w:t>
      </w:r>
      <w:r>
        <w:t>aisa aadmi milna sambhav nahin hai.</w:t>
      </w:r>
    </w:p>
    <w:p>
      <w:pPr>
        <w:jc w:val="right"/>
      </w:pPr>
      <w:r>
        <w:t>ऐसा आदमी मिलना संभव नहीं है।</w:t>
      </w:r>
    </w:p>
    <w:p>
      <w:r>
        <w:rPr>
          <w:b/>
        </w:rPr>
        <w:t xml:space="preserve">[16:35] </w:t>
      </w:r>
      <w:r>
        <w:t>hamein koshish karni chahiye ki vo hamare prerana srot rahen aur jis prakar ke path chanon par vo</w:t>
      </w:r>
    </w:p>
    <w:p>
      <w:pPr>
        <w:jc w:val="right"/>
      </w:pPr>
      <w:r>
        <w:t>हमें कोशिश करनी चाहिए कि वो हमारे प्रेरणा स्रोत रहें और जिस प्रकार के पथ चनों पर वो</w:t>
      </w:r>
    </w:p>
    <w:p>
      <w:r>
        <w:rPr>
          <w:b/>
        </w:rPr>
        <w:t xml:space="preserve">[16:40] </w:t>
      </w:r>
      <w:r>
        <w:t>chalate rahe, hum bhi chalen.</w:t>
      </w:r>
    </w:p>
    <w:p>
      <w:pPr>
        <w:jc w:val="right"/>
      </w:pPr>
      <w:r>
        <w:t>चलते रहे, हम भी चलें।</w:t>
      </w:r>
    </w:p>
    <w:p>
      <w:r>
        <w:rPr>
          <w:b/>
        </w:rPr>
        <w:t xml:space="preserve">[16:45] </w:t>
      </w:r>
      <w:r>
        <w:t>to vastav mein hum kahan se kahan pahunch jayenge.</w:t>
      </w:r>
    </w:p>
    <w:p>
      <w:pPr>
        <w:jc w:val="right"/>
      </w:pPr>
      <w:r>
        <w:t>तो वास्तव में हम कहाँ से कहाँ पहुँच जाएंगे।</w:t>
      </w:r>
    </w:p>
    <w:p>
      <w:r>
        <w:rPr>
          <w:b/>
        </w:rPr>
        <w:t xml:space="preserve">[16:50] </w:t>
      </w:r>
      <w:r>
        <w:t>main bhagwan se prarthana karta hoon ki unki atma ko shanti mile aur unko swarg mein sthan mile. dhanyavad.</w:t>
      </w:r>
    </w:p>
    <w:p>
      <w:pPr>
        <w:jc w:val="right"/>
      </w:pPr>
      <w:r>
        <w:t>मैं भगवान से प्रार्थना करता हूँ कि उनकी आत्मा को शांति मिले और उनको स्वर्ग में स्थान मिले। धन्यवाद।</w:t>
      </w:r>
    </w:p>
    <w:p>
      <w:r>
        <w:rPr>
          <w:b/>
        </w:rPr>
        <w:t xml:space="preserve">[16:56] </w:t>
      </w:r>
      <w:r>
        <w:t>Thank you. I would now request Ms. Saima to come here and share a few words. Ms. Saima is the daughter-in-law of Dr. Siddiqui.</w:t>
      </w:r>
    </w:p>
    <w:p>
      <w:pPr>
        <w:jc w:val="right"/>
      </w:pPr>
      <w:r>
        <w:t>Thank you. I would now request Ms. Saima to come here and share a few words. Ms. Saima is the daughter-in-law of Dr. Siddiqui.</w:t>
      </w:r>
    </w:p>
    <w:p>
      <w:r>
        <w:rPr>
          <w:b/>
        </w:rPr>
        <w:t xml:space="preserve">[17:16] </w:t>
      </w:r>
      <w:r>
        <w:t>At the very outset, let me say this loud and clear, that this gathering today brings so much</w:t>
      </w:r>
    </w:p>
    <w:p>
      <w:pPr>
        <w:jc w:val="right"/>
      </w:pPr>
      <w:r>
        <w:t>At the very outset, let me say this loud and clear, that this gathering today brings so much</w:t>
      </w:r>
    </w:p>
    <w:p>
      <w:r>
        <w:rPr>
          <w:b/>
        </w:rPr>
        <w:t xml:space="preserve">[17:22] </w:t>
      </w:r>
      <w:r>
        <w:t>love and warmth that it makes me miss Taimiyah even more.</w:t>
      </w:r>
    </w:p>
    <w:p>
      <w:pPr>
        <w:jc w:val="right"/>
      </w:pPr>
      <w:r>
        <w:t>love and warmth that it makes me miss Taimiyah even more.</w:t>
      </w:r>
    </w:p>
    <w:p>
      <w:r>
        <w:rPr>
          <w:b/>
        </w:rPr>
        <w:t xml:space="preserve">[17:29] </w:t>
      </w:r>
      <w:r>
        <w:t>He was the brand ambassador of life and happiness and much, much more.</w:t>
      </w:r>
    </w:p>
    <w:p>
      <w:pPr>
        <w:jc w:val="right"/>
      </w:pPr>
      <w:r>
        <w:t>He was the brand ambassador of life and happiness and much, much more.</w:t>
      </w:r>
    </w:p>
    <w:p>
      <w:r>
        <w:rPr>
          <w:b/>
        </w:rPr>
        <w:t xml:space="preserve">[17:36] </w:t>
      </w:r>
      <w:r>
        <w:t>Good evening and Assalamualaikum.</w:t>
      </w:r>
    </w:p>
    <w:p>
      <w:pPr>
        <w:jc w:val="right"/>
      </w:pPr>
      <w:r>
        <w:t>Good evening and Assalamualaikum.</w:t>
      </w:r>
    </w:p>
    <w:p>
      <w:r>
        <w:rPr>
          <w:b/>
        </w:rPr>
        <w:t xml:space="preserve">[17:42] </w:t>
      </w:r>
      <w:r>
        <w:t>mera naam Saima hai aur main doctor MN siddiqui ki bahu hoon.</w:t>
      </w:r>
    </w:p>
    <w:p>
      <w:pPr>
        <w:jc w:val="right"/>
      </w:pPr>
      <w:r>
        <w:t>मेरा नाम साइमा है और मैं डॉक्टर एमएन सिद्दीकी की बहू हूँ।</w:t>
      </w:r>
    </w:p>
    <w:p>
      <w:r>
        <w:rPr>
          <w:b/>
        </w:rPr>
        <w:t xml:space="preserve">[17:49] </w:t>
      </w:r>
      <w:r>
        <w:t>vahi bahu jisko apne class ke student se milwana chahte the Taimiyah.</w:t>
      </w:r>
    </w:p>
    <w:p>
      <w:pPr>
        <w:jc w:val="right"/>
      </w:pPr>
      <w:r>
        <w:t>वही बहू जिसको अपने क्लास के स्टूडेंट से मिलवाना चाहते थे ताइमिया।</w:t>
      </w:r>
    </w:p>
    <w:p>
      <w:r>
        <w:rPr>
          <w:b/>
        </w:rPr>
        <w:t xml:space="preserve">[17:56] </w:t>
      </w:r>
      <w:r>
        <w:t>jab mujhse milte the, kehte the ki main jab-jab class mein kehta hoon ki meri bahu radio mirchi</w:t>
      </w:r>
    </w:p>
    <w:p>
      <w:pPr>
        <w:jc w:val="right"/>
      </w:pPr>
      <w:r>
        <w:t>जब मुझसे मिलते थे, कहते थे कि मैं जब-जब क्लास में कहता हूँ कि मेरी बहू रेडियो मिर्ची</w:t>
      </w:r>
    </w:p>
    <w:p>
      <w:r>
        <w:rPr>
          <w:b/>
        </w:rPr>
        <w:t xml:space="preserve">[18:02] </w:t>
      </w:r>
      <w:r>
        <w:t>mein aati hai, to baki waqt to mera yakin karte hain, us waqt nahin karte.</w:t>
      </w:r>
    </w:p>
    <w:p>
      <w:pPr>
        <w:jc w:val="right"/>
      </w:pPr>
      <w:r>
        <w:t>में आती है, तो बाकी वक्त तो मेरा यकीन करते हैं, उस वक्त नहीं करते।</w:t>
      </w:r>
    </w:p>
    <w:p>
      <w:r>
        <w:rPr>
          <w:b/>
        </w:rPr>
        <w:t xml:space="preserve">[18:09] </w:t>
      </w:r>
      <w:r>
        <w:t>to kisi roz mere sath chalna aur mere student se milna.</w:t>
      </w:r>
    </w:p>
    <w:p>
      <w:pPr>
        <w:jc w:val="right"/>
      </w:pPr>
      <w:r>
        <w:t>तो किसी रोज़ मेरे साथ चलना और मेरे स्टूडेंट से मिलना।</w:t>
      </w:r>
    </w:p>
    <w:p>
      <w:r>
        <w:rPr>
          <w:b/>
        </w:rPr>
        <w:t xml:space="preserve">[18:16] </w:t>
      </w:r>
      <w:r>
        <w:t>Taimiyah, aaj main bhi hoon, aapki class bhi hai, aapke colleagues bhi hain, aur aap nahin.</w:t>
      </w:r>
    </w:p>
    <w:p>
      <w:pPr>
        <w:jc w:val="right"/>
      </w:pPr>
      <w:r>
        <w:t>ताइमिया, आज मैं भी हूँ, आपकी क्लास भी है, आपके colleagues भी हैं, और आप नहीं।</w:t>
      </w:r>
    </w:p>
    <w:p>
      <w:r>
        <w:rPr>
          <w:b/>
        </w:rPr>
        <w:t xml:space="preserve">[18:22] </w:t>
      </w:r>
      <w:r>
        <w:t>Taimiyah se main pehli bar tab mili thi jab Suhail aur meri nishbat ki baat honi thi.</w:t>
      </w:r>
    </w:p>
    <w:p>
      <w:pPr>
        <w:jc w:val="right"/>
      </w:pPr>
      <w:r>
        <w:t>ताइमिया से मैं पहली बार तब मिली थी जब सुहेल और मेरी निस्बत की बात होनी थी।</w:t>
      </w:r>
    </w:p>
    <w:p>
      <w:r>
        <w:rPr>
          <w:b/>
        </w:rPr>
        <w:t xml:space="preserve">[18:29] </w:t>
      </w:r>
      <w:r>
        <w:t>As it happens, Ammi-Abbu had told me ki vo family ke senior most member hain aur adab se pesh aana.</w:t>
      </w:r>
    </w:p>
    <w:p>
      <w:pPr>
        <w:jc w:val="right"/>
      </w:pPr>
      <w:r>
        <w:t>As it happens, अम्मी-अब्बू had told me कि वो family के senior most member हैं और अदब से पेश आना।</w:t>
      </w:r>
    </w:p>
    <w:p>
      <w:r>
        <w:rPr>
          <w:b/>
        </w:rPr>
        <w:t xml:space="preserve">[18:36] </w:t>
      </w:r>
      <w:r>
        <w:t>I had decided that I'll behave myself.</w:t>
      </w:r>
    </w:p>
    <w:p>
      <w:pPr>
        <w:jc w:val="right"/>
      </w:pPr>
      <w:r>
        <w:t>I had decided that I'll behave myself.</w:t>
      </w:r>
    </w:p>
    <w:p>
      <w:r>
        <w:rPr>
          <w:b/>
        </w:rPr>
        <w:t xml:space="preserve">[18:43] </w:t>
      </w:r>
      <w:r>
        <w:t>magar jaise hi vo darwaze se andar aaye, jis tarah se unhone meri maa, meri saas, aur mujhe</w:t>
      </w:r>
    </w:p>
    <w:p>
      <w:pPr>
        <w:jc w:val="right"/>
      </w:pPr>
      <w:r>
        <w:t>मगर जैसे ही वो दरवाज़े से अंदर आए, जिस तरह से उन्होंने मेरी माँ, मेरी सास, और मुझे</w:t>
      </w:r>
    </w:p>
    <w:p>
      <w:r>
        <w:rPr>
          <w:b/>
        </w:rPr>
        <w:t xml:space="preserve">[18:49] </w:t>
      </w:r>
      <w:r>
        <w:t>ek sath gale lagaya, mere zehan se ye baat hi nikal gayi ki yahi ghar ke sabse bade hain.</w:t>
      </w:r>
    </w:p>
    <w:p>
      <w:pPr>
        <w:jc w:val="right"/>
      </w:pPr>
      <w:r>
        <w:t>एक साथ गले लगाया, मेरे ज़हन से ये बात ही निकल गई कि यही घर के सबसे बड़े हैं।</w:t>
      </w:r>
    </w:p>
    <w:p>
      <w:r>
        <w:rPr>
          <w:b/>
        </w:rPr>
        <w:t xml:space="preserve">[18:55] </w:t>
      </w:r>
      <w:r>
        <w:t>us waqt unki umr mein, meri umr mein, aur meri saas ki umr mein kya fark tha, ye</w:t>
      </w:r>
    </w:p>
    <w:p>
      <w:pPr>
        <w:jc w:val="right"/>
      </w:pPr>
      <w:r>
        <w:t>उस वक्त उनकी उम्र में, मेरी उम्र में, और मेरी सास की उम्र में क्या फर्क था, ये</w:t>
      </w:r>
    </w:p>
    <w:p>
      <w:r>
        <w:rPr>
          <w:b/>
        </w:rPr>
        <w:t xml:space="preserve">[19:02] </w:t>
      </w:r>
      <w:r>
        <w:t>mere samne nahin tha.</w:t>
      </w:r>
    </w:p>
    <w:p>
      <w:pPr>
        <w:jc w:val="right"/>
      </w:pPr>
      <w:r>
        <w:t>मेरे सामने नहीं था।</w:t>
      </w:r>
    </w:p>
    <w:p>
      <w:r>
        <w:rPr>
          <w:b/>
        </w:rPr>
        <w:t xml:space="preserve">[19:08] </w:t>
      </w:r>
      <w:r>
        <w:t>vo aise pyar se milte the, kisi se bhi.</w:t>
      </w:r>
    </w:p>
    <w:p>
      <w:pPr>
        <w:jc w:val="right"/>
      </w:pPr>
      <w:r>
        <w:t>वो ऐसे प्यार से मिलते थे, किसी से भी।</w:t>
      </w:r>
    </w:p>
    <w:p>
      <w:r>
        <w:rPr>
          <w:b/>
        </w:rPr>
        <w:t xml:space="preserve">[19:15] </w:t>
      </w:r>
      <w:r>
        <w:t>kisi se bhi.</w:t>
      </w:r>
    </w:p>
    <w:p>
      <w:pPr>
        <w:jc w:val="right"/>
      </w:pPr>
      <w:r>
        <w:t>किसी से भी।</w:t>
      </w:r>
    </w:p>
    <w:p>
      <w:r>
        <w:rPr>
          <w:b/>
        </w:rPr>
        <w:t xml:space="preserve">[19:21] </w:t>
      </w:r>
      <w:r>
        <w:t>generation gap kya hota hai, taimia ke sath hum sab bhool jate the.</w:t>
      </w:r>
    </w:p>
    <w:p>
      <w:pPr>
        <w:jc w:val="right"/>
      </w:pPr>
      <w:r>
        <w:t>Generation gap क्या होता है, ताइमिया के साथ हम सब भूल जाते थे।</w:t>
      </w:r>
    </w:p>
    <w:p>
      <w:r>
        <w:rPr>
          <w:b/>
        </w:rPr>
        <w:t xml:space="preserve">[19:28] </w:t>
      </w:r>
      <w:r>
        <w:t>ye saaf zahir tha ke baron ki company se zyada unko choton ki company achhi lagti thi.</w:t>
      </w:r>
    </w:p>
    <w:p>
      <w:pPr>
        <w:jc w:val="right"/>
      </w:pPr>
      <w:r>
        <w:t>ये साफ जाहिर था कि बड़ों की कंपनी से ज़्यादा उनको छोटों की कंपनी अच्छी लगती थी।</w:t>
      </w:r>
    </w:p>
    <w:p>
      <w:r>
        <w:rPr>
          <w:b/>
        </w:rPr>
        <w:t xml:space="preserve">[19:34] </w:t>
      </w:r>
      <w:r>
        <w:t>jab kisi ghar mein ek kamre mein sirf bachchon ko paate, wo wahin chale jate.</w:t>
      </w:r>
    </w:p>
    <w:p>
      <w:pPr>
        <w:jc w:val="right"/>
      </w:pPr>
      <w:r>
        <w:t>जब किसी घर में एक कमरे में सिर्फ बच्चों को पाते, वो वहीं चले जाते।</w:t>
      </w:r>
    </w:p>
    <w:p>
      <w:r>
        <w:rPr>
          <w:b/>
        </w:rPr>
        <w:t xml:space="preserve">[19:41] </w:t>
      </w:r>
      <w:r>
        <w:t>kahne ko ghar mein sabse bade the, lekin wahi masoomiyat, wahi sachchai, wahi bholapan.</w:t>
      </w:r>
    </w:p>
    <w:p>
      <w:pPr>
        <w:jc w:val="right"/>
      </w:pPr>
      <w:r>
        <w:t>कहने को घर में सबसे बड़े थे, लेकिन वही मासूमियत, वही सच्चाई, वही भोलापन।</w:t>
      </w:r>
    </w:p>
    <w:p>
      <w:r>
        <w:rPr>
          <w:b/>
        </w:rPr>
        <w:t xml:space="preserve">[19:47] </w:t>
      </w:r>
      <w:r>
        <w:t>Yes, he was a man of few words.</w:t>
      </w:r>
    </w:p>
    <w:p>
      <w:pPr>
        <w:jc w:val="right"/>
      </w:pPr>
      <w:r>
        <w:t>Yes, he was a man of few words.</w:t>
      </w:r>
    </w:p>
    <w:p>
      <w:r>
        <w:rPr>
          <w:b/>
        </w:rPr>
        <w:t xml:space="preserve">[19:54] </w:t>
      </w:r>
      <w:r>
        <w:t>And he only spoke one language.</w:t>
      </w:r>
    </w:p>
    <w:p>
      <w:pPr>
        <w:jc w:val="right"/>
      </w:pPr>
      <w:r>
        <w:t>And he only spoke one language.</w:t>
      </w:r>
    </w:p>
    <w:p>
      <w:r>
        <w:rPr>
          <w:b/>
        </w:rPr>
        <w:t xml:space="preserve">[20:00] </w:t>
      </w:r>
      <w:r>
        <w:t>The language of love.</w:t>
      </w:r>
    </w:p>
    <w:p>
      <w:pPr>
        <w:jc w:val="right"/>
      </w:pPr>
      <w:r>
        <w:t>The language of love.</w:t>
      </w:r>
    </w:p>
    <w:p>
      <w:r>
        <w:rPr>
          <w:b/>
        </w:rPr>
        <w:t xml:space="preserve">[20:07] </w:t>
      </w:r>
      <w:r>
        <w:t>aur mohabbat ke har rang unki shakhsiyat mein shamil the.</w:t>
      </w:r>
    </w:p>
    <w:p>
      <w:pPr>
        <w:jc w:val="right"/>
      </w:pPr>
      <w:r>
        <w:t>और मोहब्बत के हर रंग उनकी शख्सियत में शामिल थे।</w:t>
      </w:r>
    </w:p>
    <w:p>
      <w:r>
        <w:rPr>
          <w:b/>
        </w:rPr>
        <w:t xml:space="preserve">[20:13] </w:t>
      </w:r>
      <w:r>
        <w:t>taimia aur taibi ne apni zindagi ke chhappan saal se zyada guzare hain, mashaallah.</w:t>
      </w:r>
    </w:p>
    <w:p>
      <w:pPr>
        <w:jc w:val="right"/>
      </w:pPr>
      <w:r>
        <w:t>ताइमिया और ताइबी ने अपनी ज़िंदगी के छप्पन साल से ज़्यादा गुज़ारे हैं, माशाअल्लाह।</w:t>
      </w:r>
    </w:p>
    <w:p>
      <w:r>
        <w:rPr>
          <w:b/>
        </w:rPr>
        <w:t xml:space="preserve">[20:20] </w:t>
      </w:r>
      <w:r>
        <w:t>hamari generation ke liye ek misaal hain ye dono.</w:t>
      </w:r>
    </w:p>
    <w:p>
      <w:pPr>
        <w:jc w:val="right"/>
      </w:pPr>
      <w:r>
        <w:t>हमारी generation के लिए एक मिसाल हैं ये दोनों।</w:t>
      </w:r>
    </w:p>
    <w:p>
      <w:r>
        <w:rPr>
          <w:b/>
        </w:rPr>
        <w:t xml:space="preserve">[20:26] </w:t>
      </w:r>
      <w:r>
        <w:t>ek-dusre ko itni khoobsurati se samajhna, ek-dusre ki shaan bankar rehna, ek-dusre ki tarakki mein gurur karna, ek-dusre</w:t>
      </w:r>
    </w:p>
    <w:p>
      <w:pPr>
        <w:jc w:val="right"/>
      </w:pPr>
      <w:r>
        <w:t>एक-दूसरे को इतनी खूबसूरती से समझना, एक-दूसरे की शान बनकर रहना, एक-दूसरे की तरक्की में गुरूर करना, एक-दूसरे</w:t>
      </w:r>
    </w:p>
    <w:p>
      <w:r>
        <w:rPr>
          <w:b/>
        </w:rPr>
        <w:t xml:space="preserve">[20:33] </w:t>
      </w:r>
      <w:r>
        <w:t>ka khud se zyada khayal rakhna, ek-dusre ko khush karne ke mauqe churana, ek-dusre ko surprise dena, apni</w:t>
      </w:r>
    </w:p>
    <w:p>
      <w:pPr>
        <w:jc w:val="right"/>
      </w:pPr>
      <w:r>
        <w:t>का खुद से ज़्यादा ख़याल रखना, एक-दूसरे को खुश करने के मौके चुराना, एक-दूसरे को surprise देना, अपनी</w:t>
      </w:r>
    </w:p>
    <w:p>
      <w:r>
        <w:rPr>
          <w:b/>
        </w:rPr>
        <w:t xml:space="preserve">[20:39] </w:t>
      </w:r>
      <w:r>
        <w:t>sehat ka khayal rakhna taaki dusra pareshan na ho.</w:t>
      </w:r>
    </w:p>
    <w:p>
      <w:pPr>
        <w:jc w:val="right"/>
      </w:pPr>
      <w:r>
        <w:t>सेहत का ख़याल रखना ताकि दूसरा परेशान न हो।</w:t>
      </w:r>
    </w:p>
    <w:p>
      <w:r>
        <w:rPr>
          <w:b/>
        </w:rPr>
        <w:t xml:space="preserve">[20:46] </w:t>
      </w:r>
      <w:r>
        <w:t>jahan jana, koshish karna ke sath rahein taaki zyada se zyada waqt ek-dusre ke sath beete.</w:t>
      </w:r>
    </w:p>
    <w:p>
      <w:pPr>
        <w:jc w:val="right"/>
      </w:pPr>
      <w:r>
        <w:t>जहाँ जाना, कोशिश करना कि साथ रहें ताकि ज़्यादा से ज़्यादा वक्त एक-दूसरे के साथ बीते।</w:t>
      </w:r>
    </w:p>
    <w:p>
      <w:r>
        <w:rPr>
          <w:b/>
        </w:rPr>
        <w:t xml:space="preserve">[20:52] </w:t>
      </w:r>
      <w:r>
        <w:t>taibi, aaj wo aapke bagal mein nahi baithe hain, lekin mujhe aisa nahi mahsus hota.</w:t>
      </w:r>
    </w:p>
    <w:p>
      <w:pPr>
        <w:jc w:val="right"/>
      </w:pPr>
      <w:r>
        <w:t>ताइबी, आज वो आपके बगल में नहीं बैठे हैं, लेकिन मुझे ऐसा नहीं महसूस होता।</w:t>
      </w:r>
    </w:p>
    <w:p>
      <w:r>
        <w:rPr>
          <w:b/>
        </w:rPr>
        <w:t xml:space="preserve">[20:59] </w:t>
      </w:r>
      <w:r>
        <w:t>jaise wo aapki aankh mein base hain, hamari aankhon mein wo aapke sath hamesha nazar aate hain.</w:t>
      </w:r>
    </w:p>
    <w:p>
      <w:pPr>
        <w:jc w:val="right"/>
      </w:pPr>
      <w:r>
        <w:t>जैसे वो आपकी आँख में बसे हैं, हमारी आँखों में वो आपके साथ हमेशा नज़र आते हैं।</w:t>
      </w:r>
    </w:p>
    <w:p>
      <w:r>
        <w:rPr>
          <w:b/>
        </w:rPr>
        <w:t xml:space="preserve">[21:05] </w:t>
      </w:r>
      <w:r>
        <w:t>He has left the world, but he would stay behind with his signature smile.</w:t>
      </w:r>
    </w:p>
    <w:p>
      <w:pPr>
        <w:jc w:val="right"/>
      </w:pPr>
      <w:r>
        <w:t>He has left the world, but he would stay behind with his signature smile.</w:t>
      </w:r>
    </w:p>
    <w:p>
      <w:r>
        <w:rPr>
          <w:b/>
        </w:rPr>
        <w:t xml:space="preserve">[21:12] </w:t>
      </w:r>
      <w:r>
        <w:t>shayad duniya ki sabse khoobsurat muskurahat hai wo.</w:t>
      </w:r>
    </w:p>
    <w:p>
      <w:pPr>
        <w:jc w:val="right"/>
      </w:pPr>
      <w:r>
        <w:t>शायद दुनिया की सबसे खूबसूरत मुस्कुराहट है वो।</w:t>
      </w:r>
    </w:p>
    <w:p>
      <w:r>
        <w:rPr>
          <w:b/>
        </w:rPr>
        <w:t xml:space="preserve">[21:18] </w:t>
      </w:r>
      <w:r>
        <w:t>aur mujhe, main jab bhi taimia ko muskurate hue dekhti thi, mujhe lagta tha jab wo ek saal</w:t>
      </w:r>
    </w:p>
    <w:p>
      <w:pPr>
        <w:jc w:val="right"/>
      </w:pPr>
      <w:r>
        <w:t>और मुझे, मैं जब भी ताइमिया को मुस्कुराते हुए देखती थी, मुझे लगता था जब वो एक साल</w:t>
      </w:r>
    </w:p>
    <w:p>
      <w:r>
        <w:rPr>
          <w:b/>
        </w:rPr>
        <w:t xml:space="preserve">[21:25] </w:t>
      </w:r>
      <w:r>
        <w:t>ke bhi the to aise hi muskuraya karte the.</w:t>
      </w:r>
    </w:p>
    <w:p>
      <w:pPr>
        <w:jc w:val="right"/>
      </w:pPr>
      <w:r>
        <w:t>के भी थे तो ऐसे ही मुस्कुराया करते थे।</w:t>
      </w:r>
    </w:p>
    <w:p>
      <w:r>
        <w:rPr>
          <w:b/>
        </w:rPr>
        <w:t xml:space="preserve">[21:31] </w:t>
      </w:r>
      <w:r>
        <w:t>He would no longer be visible.</w:t>
      </w:r>
    </w:p>
    <w:p>
      <w:pPr>
        <w:jc w:val="right"/>
      </w:pPr>
      <w:r>
        <w:t>He would no longer be visible.</w:t>
      </w:r>
    </w:p>
    <w:p>
      <w:r>
        <w:rPr>
          <w:b/>
        </w:rPr>
        <w:t xml:space="preserve">[21:38] </w:t>
      </w:r>
      <w:r>
        <w:t>wo dikhenge nahi.</w:t>
      </w:r>
    </w:p>
    <w:p>
      <w:pPr>
        <w:jc w:val="right"/>
      </w:pPr>
      <w:r>
        <w:t>वो दिखेंगे नहीं।</w:t>
      </w:r>
    </w:p>
    <w:p>
      <w:r>
        <w:rPr>
          <w:b/>
        </w:rPr>
        <w:t xml:space="preserve">[21:43] </w:t>
      </w:r>
      <w:r>
        <w:t>But he would be seen through his virtues.</w:t>
      </w:r>
    </w:p>
    <w:p>
      <w:pPr>
        <w:jc w:val="right"/>
      </w:pPr>
      <w:r>
        <w:t>But he would be seen through his virtues.</w:t>
      </w:r>
    </w:p>
    <w:p>
      <w:r>
        <w:rPr>
          <w:b/>
        </w:rPr>
        <w:t xml:space="preserve">[21:49] </w:t>
      </w:r>
      <w:r>
        <w:t>unki achhi aadatein.</w:t>
      </w:r>
    </w:p>
    <w:p>
      <w:pPr>
        <w:jc w:val="right"/>
      </w:pPr>
      <w:r>
        <w:t>उनकी अच्छी आदतें।</w:t>
      </w:r>
    </w:p>
    <w:p>
      <w:r>
        <w:rPr>
          <w:b/>
        </w:rPr>
        <w:t xml:space="preserve">[21:54] </w:t>
      </w:r>
      <w:r>
        <w:t>kuch log zindagi ke bare mein bahut kuch kehte hain, magar amal, amal nahi dikhta.</w:t>
      </w:r>
    </w:p>
    <w:p>
      <w:pPr>
        <w:jc w:val="right"/>
      </w:pPr>
      <w:r>
        <w:t>कुछ लोग ज़िंदगी के बारे में बहुत कुछ कहते हैं, मगर अमल, अमल नहीं दिखता।</w:t>
      </w:r>
    </w:p>
    <w:p>
      <w:r>
        <w:rPr>
          <w:b/>
        </w:rPr>
        <w:t xml:space="preserve">[22:00] </w:t>
      </w:r>
      <w:r>
        <w:t>taimiya bohat kam kehte thay, par un ke amal bohat zor ki baatein karte thay.</w:t>
      </w:r>
    </w:p>
    <w:p>
      <w:pPr>
        <w:jc w:val="right"/>
      </w:pPr>
      <w:r>
        <w:t>ताइमिया बहुत कम कहते थे, पर उनके अमल बहुत ज़ोर की बातें करते थे।</w:t>
      </w:r>
    </w:p>
    <w:p>
      <w:r>
        <w:rPr>
          <w:b/>
        </w:rPr>
        <w:t xml:space="preserve">[22:05] </w:t>
      </w:r>
      <w:r>
        <w:t>He would no longer be here to motivate us.</w:t>
      </w:r>
    </w:p>
    <w:p>
      <w:pPr>
        <w:jc w:val="right"/>
      </w:pPr>
      <w:r>
        <w:t>He would no longer be here to motivate us.</w:t>
      </w:r>
    </w:p>
    <w:p>
      <w:r>
        <w:rPr>
          <w:b/>
        </w:rPr>
        <w:t xml:space="preserve">[22:11] </w:t>
      </w:r>
      <w:r>
        <w:t>But we would always get inspired by his indefatigable spirit to live and die in peace.</w:t>
      </w:r>
    </w:p>
    <w:p>
      <w:pPr>
        <w:jc w:val="right"/>
      </w:pPr>
      <w:r>
        <w:t>But we would always get inspired by his indefatigable spirit to live and die in peace.</w:t>
      </w:r>
    </w:p>
    <w:p>
      <w:r>
        <w:rPr>
          <w:b/>
        </w:rPr>
        <w:t xml:space="preserve">[22:20] </w:t>
      </w:r>
      <w:r>
        <w:t>wo kehte hain na ke zindagi ki kamai kya hai, yahi to hai. itna sara pyar. taimiya, yun teri chahatein sambhali hain, jaise eidi ho mere bachpan ki. You have left us, but we can never leave you. Allah Hafiz.</w:t>
      </w:r>
    </w:p>
    <w:p>
      <w:pPr>
        <w:jc w:val="right"/>
      </w:pPr>
      <w:r>
        <w:t>वो कहते हैं न कि ज़िंदगी की कमाई क्या है, यही तो है। इतना सारा प्यार। ताइमिया, यूँ तेरी चाहतें संभाली हैं, जैसे ईदी हो मेरे बचपन की। You have left us, but we can never leave you. Allah Hafiz.</w:t>
      </w:r>
    </w:p>
    <w:p>
      <w:r>
        <w:rPr>
          <w:b/>
        </w:rPr>
        <w:t xml:space="preserve">[22:49] </w:t>
      </w:r>
      <w:r>
        <w:t>Before I invite another colleague of Dr. Siddiqui, I would like to read a small message from his granddaughter, Araiish, who lives in USA. She has written, "I know I will miss him terribly, I already do, but he has left me with such fond memories. I hope I can explain to my babies what an incredible person he was.</w:t>
      </w:r>
    </w:p>
    <w:p>
      <w:pPr>
        <w:jc w:val="right"/>
      </w:pPr>
      <w:r>
        <w:t>Before I invite another colleague of Dr. Siddiqui, I would like to read a small message from his granddaughter, Araiish, who lives in USA. She has written, "I know I will miss him terribly, I already do, but he has left me with such fond memories. I hope I can explain to my babies what an incredible person he was.</w:t>
      </w:r>
    </w:p>
    <w:p>
      <w:r>
        <w:rPr>
          <w:b/>
        </w:rPr>
        <w:t xml:space="preserve">[23:16] </w:t>
      </w:r>
      <w:r>
        <w:t>I have been so lucky to have had him visit me in my dorm, my apartment, and my married home. Love you, Nana." Araiish.</w:t>
      </w:r>
    </w:p>
    <w:p>
      <w:pPr>
        <w:jc w:val="right"/>
      </w:pPr>
      <w:r>
        <w:t>I have been so lucky to have had him visit me in my dorm, my apartment, and my married home. Love you, Nana." Araiish.</w:t>
      </w:r>
    </w:p>
    <w:p>
      <w:r>
        <w:rPr>
          <w:b/>
        </w:rPr>
        <w:t xml:space="preserve">[23:28] </w:t>
      </w:r>
      <w:r>
        <w:t>I would now request Dr.</w:t>
      </w:r>
    </w:p>
    <w:p>
      <w:pPr>
        <w:jc w:val="right"/>
      </w:pPr>
      <w:r>
        <w:t>I would now request Dr.</w:t>
      </w:r>
    </w:p>
    <w:p>
      <w:r>
        <w:rPr>
          <w:b/>
        </w:rPr>
        <w:t xml:space="preserve">[23:35] </w:t>
      </w:r>
      <w:r>
        <w:t>Neera Narang from CIA Alumni Association, Delhi University, to read out the condolence message.</w:t>
      </w:r>
    </w:p>
    <w:p>
      <w:pPr>
        <w:jc w:val="right"/>
      </w:pPr>
      <w:r>
        <w:t>Neera Narang from CIA Alumni Association, Delhi University, to read out the condolence message.</w:t>
      </w:r>
    </w:p>
    <w:p>
      <w:r>
        <w:rPr>
          <w:b/>
        </w:rPr>
        <w:t xml:space="preserve">[23:42] </w:t>
      </w:r>
      <w:r>
        <w:t>On behalf of the CIA Alumni Association, I am reading out the condolence message.</w:t>
      </w:r>
    </w:p>
    <w:p>
      <w:pPr>
        <w:jc w:val="right"/>
      </w:pPr>
      <w:r>
        <w:t>On behalf of the CIA Alumni Association, I am reading out the condolence message.</w:t>
      </w:r>
    </w:p>
    <w:p>
      <w:r>
        <w:rPr>
          <w:b/>
        </w:rPr>
        <w:t xml:space="preserve">[23:49] </w:t>
      </w:r>
      <w:r>
        <w:t>All the members of the CIA Alumni Association Fraternity feel greatly grieved on hearing the sad demise of</w:t>
      </w:r>
    </w:p>
    <w:p>
      <w:pPr>
        <w:jc w:val="right"/>
      </w:pPr>
      <w:r>
        <w:t>All the members of the CIA Alumni Association Fraternity feel greatly grieved on hearing the sad demise of</w:t>
      </w:r>
    </w:p>
    <w:p>
      <w:r>
        <w:rPr>
          <w:b/>
        </w:rPr>
        <w:t xml:space="preserve">[23:57] </w:t>
      </w:r>
      <w:r>
        <w:t>one of its most loved and active members, Dr. Naseem Siddiqui.</w:t>
      </w:r>
    </w:p>
    <w:p>
      <w:pPr>
        <w:jc w:val="right"/>
      </w:pPr>
      <w:r>
        <w:t>one of its most loved and active members, Dr. Naseem Siddiqui.</w:t>
      </w:r>
    </w:p>
    <w:p>
      <w:r>
        <w:rPr>
          <w:b/>
        </w:rPr>
        <w:t xml:space="preserve">[24:04] </w:t>
      </w:r>
      <w:r>
        <w:t>In his lifetime, he not only contributed to the propagation of science education, but also was extremely active</w:t>
      </w:r>
    </w:p>
    <w:p>
      <w:pPr>
        <w:jc w:val="right"/>
      </w:pPr>
      <w:r>
        <w:t>In his lifetime, he not only contributed to the propagation of science education, but also was extremely active</w:t>
      </w:r>
    </w:p>
    <w:p>
      <w:r>
        <w:rPr>
          <w:b/>
        </w:rPr>
        <w:t xml:space="preserve">[24:11] </w:t>
      </w:r>
      <w:r>
        <w:t>in promoting a comprehensive cause of education per se.</w:t>
      </w:r>
    </w:p>
    <w:p>
      <w:pPr>
        <w:jc w:val="right"/>
      </w:pPr>
      <w:r>
        <w:t>in promoting a comprehensive cause of education per se.</w:t>
      </w:r>
    </w:p>
    <w:p>
      <w:r>
        <w:rPr>
          <w:b/>
        </w:rPr>
        <w:t xml:space="preserve">[24:19] </w:t>
      </w:r>
      <w:r>
        <w:t>Whosoever came in contact with Naseem Sahib holds the highest regard for him. His childlike innocence, boyish charm, exuberance, boisterous laughter, and endearing ways will always remain alive in us.</w:t>
      </w:r>
    </w:p>
    <w:p>
      <w:pPr>
        <w:jc w:val="right"/>
      </w:pPr>
      <w:r>
        <w:t>Whosoever came in contact with Naseem Sahib holds the highest regard for him. His childlike innocence, boyish charm, exuberance, boisterous laughter, and endearing ways will always remain alive in us.</w:t>
      </w:r>
    </w:p>
    <w:p>
      <w:r>
        <w:rPr>
          <w:b/>
        </w:rPr>
        <w:t xml:space="preserve">[24:37] </w:t>
      </w:r>
      <w:r>
        <w:t>As a truly spirited teacher, his unconditioned affection, warmth, and knack to draw out the best from his students and colleagues, coupled with his own continuous zest for learning, is truly inspiring and unmatched. As a president of the CIA Alumni Association, his mere presence was so graceful and reassuring for all of us.</w:t>
      </w:r>
    </w:p>
    <w:p>
      <w:pPr>
        <w:jc w:val="right"/>
      </w:pPr>
      <w:r>
        <w:t>As a truly spirited teacher, his unconditioned affection, warmth, and knack to draw out the best from his students and colleagues, coupled with his own continuous zest for learning, is truly inspiring and unmatched. As a president of the CIA Alumni Association, his mere presence was so graceful and reassuring for all of us.</w:t>
      </w:r>
    </w:p>
    <w:p>
      <w:r>
        <w:rPr>
          <w:b/>
        </w:rPr>
        <w:t xml:space="preserve">[25:06] </w:t>
      </w:r>
      <w:r>
        <w:t>All of us are one with Professor Najma Siddiqui in her hour of grief and irreparable loss. We pray to the Almighty to give strength to the bereaved family. May his memory and work inspire all others to follow the path of goodness that he treaded on.</w:t>
      </w:r>
    </w:p>
    <w:p>
      <w:pPr>
        <w:jc w:val="right"/>
      </w:pPr>
      <w:r>
        <w:t>All of us are one with Professor Najma Siddiqui in her hour of grief and irreparable loss. We pray to the Almighty to give strength to the bereaved family. May his memory and work inspire all others to follow the path of goodness that he treaded on.</w:t>
      </w:r>
    </w:p>
    <w:p>
      <w:r>
        <w:rPr>
          <w:b/>
        </w:rPr>
        <w:t xml:space="preserve">[25:26] </w:t>
      </w:r>
      <w:r>
        <w:t>We in grief, the CIA Alumni Association. Thank you.</w:t>
      </w:r>
    </w:p>
    <w:p>
      <w:pPr>
        <w:jc w:val="right"/>
      </w:pPr>
      <w:r>
        <w:t>We in grief, the CIA Alumni Association. Thank you.</w:t>
      </w:r>
    </w:p>
    <w:p>
      <w:r>
        <w:rPr>
          <w:b/>
        </w:rPr>
        <w:t xml:space="preserve">[25:33] </w:t>
      </w:r>
      <w:r>
        <w:t>I would now request Dr.</w:t>
      </w:r>
    </w:p>
    <w:p>
      <w:pPr>
        <w:jc w:val="right"/>
      </w:pPr>
      <w:r>
        <w:t>I would now request Dr.</w:t>
      </w:r>
    </w:p>
    <w:p>
      <w:r>
        <w:rPr>
          <w:b/>
        </w:rPr>
        <w:t xml:space="preserve">[25:40] </w:t>
      </w:r>
      <w:r>
        <w:t>Naseem Siddiqui Senior, Dr.</w:t>
      </w:r>
    </w:p>
    <w:p>
      <w:pPr>
        <w:jc w:val="right"/>
      </w:pPr>
      <w:r>
        <w:t>Naseem Siddiqui Senior, Dr.</w:t>
      </w:r>
    </w:p>
    <w:p>
      <w:r>
        <w:rPr>
          <w:b/>
        </w:rPr>
        <w:t xml:space="preserve">[25:47] </w:t>
      </w:r>
      <w:r>
        <w:t>Bhandari, to come here and say a few words.</w:t>
      </w:r>
    </w:p>
    <w:p>
      <w:pPr>
        <w:jc w:val="right"/>
      </w:pPr>
      <w:r>
        <w:t>Bhandari, to come here and say a few words.</w:t>
      </w:r>
    </w:p>
    <w:p>
      <w:r>
        <w:rPr>
          <w:b/>
        </w:rPr>
        <w:t xml:space="preserve">[25:55] </w:t>
      </w:r>
      <w:r>
        <w:t>hazreen, main maafi chahunga ke kuch gala mera kharab hai lekin phir bhi main aaj hamare dost,</w:t>
      </w:r>
    </w:p>
    <w:p>
      <w:pPr>
        <w:jc w:val="right"/>
      </w:pPr>
      <w:r>
        <w:t>حاضرین، میں معافی چاہوں گا کہ کچھ گلا میرا خراب ہے لیکن پھر بھی میں آج ہمارے دوست،</w:t>
      </w:r>
    </w:p>
    <w:p>
      <w:r>
        <w:rPr>
          <w:b/>
        </w:rPr>
        <w:t xml:space="preserve">[26:02] </w:t>
      </w:r>
      <w:r>
        <w:t>braadar, colleague, aur guide and philosopher research worker 1972 se le kar 1990 tak Dr.</w:t>
      </w:r>
    </w:p>
    <w:p>
      <w:pPr>
        <w:jc w:val="right"/>
      </w:pPr>
      <w:r>
        <w:t>برادر، کولیگ، اور گائیڈ اینڈ فلاسفر ریسرچ ورکر 1972 سے لے کر 1990 تک Dr.</w:t>
      </w:r>
    </w:p>
    <w:p>
      <w:r>
        <w:rPr>
          <w:b/>
        </w:rPr>
        <w:t xml:space="preserve">[26:09] </w:t>
      </w:r>
      <w:r>
        <w:t>Siddiqui was with me aur hum logon ne Dilli ke andar agar jo kaam science education ka ya</w:t>
      </w:r>
    </w:p>
    <w:p>
      <w:pPr>
        <w:jc w:val="right"/>
      </w:pPr>
      <w:r>
        <w:t>Siddiqui was with me اور ہم لوگوں نے دلی کے اندر اگر جو کام سائنس ایجوکیشن کا یا</w:t>
      </w:r>
    </w:p>
    <w:p>
      <w:r>
        <w:rPr>
          <w:b/>
        </w:rPr>
        <w:t xml:space="preserve">[26:16] </w:t>
      </w:r>
      <w:r>
        <w:t>ke Dilli mein ten plus two scheme chali hai, us ke saath mere saath woh colleague rahe hain</w:t>
      </w:r>
    </w:p>
    <w:p>
      <w:pPr>
        <w:jc w:val="right"/>
      </w:pPr>
      <w:r>
        <w:t>کہ دلی میں ٹین پلس ٹو سکیم چلی ہے، اس کے ساتھ میرے ساتھ وہ کولیگ رہے ہیں</w:t>
      </w:r>
    </w:p>
    <w:p>
      <w:r>
        <w:rPr>
          <w:b/>
        </w:rPr>
        <w:t xml:space="preserve">[26:24] </w:t>
      </w:r>
      <w:r>
        <w:t>aur un ka sahyog aur un ka kaam Dilli Government ko pata hai ke kis tarah se UNICEF</w:t>
      </w:r>
    </w:p>
    <w:p>
      <w:pPr>
        <w:jc w:val="right"/>
      </w:pPr>
      <w:r>
        <w:t>اور ان کا سہیوگ اور ان کا کام دلی گورنمنٹ کو پتہ ہے کہ کس طرح سے یونیسف</w:t>
      </w:r>
    </w:p>
    <w:p>
      <w:r>
        <w:rPr>
          <w:b/>
        </w:rPr>
        <w:t xml:space="preserve">[26:31] </w:t>
      </w:r>
      <w:r>
        <w:t>mein, UNDP mein, jab main pehle pehle UPSC se 1972 mein deputy</w:t>
      </w:r>
    </w:p>
    <w:p>
      <w:pPr>
        <w:jc w:val="right"/>
      </w:pPr>
      <w:r>
        <w:t>میں، یو این ڈی پی میں، جب میں پہلے پہلے یو پی ایس سی سے 1972 میں ڈپٹی</w:t>
      </w:r>
    </w:p>
    <w:p>
      <w:r>
        <w:rPr>
          <w:b/>
        </w:rPr>
        <w:t xml:space="preserve">[26:38] </w:t>
      </w:r>
      <w:r>
        <w:t>director of education tha to mere saath Dr. Siddiqui senior science council ka kaam kar rahe thay.</w:t>
      </w:r>
    </w:p>
    <w:p>
      <w:pPr>
        <w:jc w:val="right"/>
      </w:pPr>
      <w:r>
        <w:t>ڈائریکٹر آف ایجوکیشن تھا تو میرے ساتھ ڈاکٹر صدیقی سینئر سائنس کونسل کا کام کر رہے تھے۔</w:t>
      </w:r>
    </w:p>
    <w:p>
      <w:r>
        <w:rPr>
          <w:b/>
        </w:rPr>
        <w:t xml:space="preserve">[26:45] </w:t>
      </w:r>
      <w:r>
        <w:t>Aisi team dono ki hum ne banai aur jis tarah se Dr. Siddiqui ne is Dilli Government ke</w:t>
      </w:r>
    </w:p>
    <w:p>
      <w:pPr>
        <w:jc w:val="right"/>
      </w:pPr>
      <w:r>
        <w:t>ایسی ٹیم دونوں کی ہم نے بنائی اور جس طرح سے ڈاکٹر صدیقی نے اس دلی گورنمنٹ کے</w:t>
      </w:r>
    </w:p>
    <w:p>
      <w:r>
        <w:rPr>
          <w:b/>
        </w:rPr>
        <w:t xml:space="preserve">[26:53] </w:t>
      </w:r>
      <w:r>
        <w:t>education department mein kaam kiya, woh UNICEF mein, UNDP mein, un ka naam hai aur</w:t>
      </w:r>
    </w:p>
    <w:p>
      <w:pPr>
        <w:jc w:val="right"/>
      </w:pPr>
      <w:r>
        <w:t>ایجوکیشن ڈیپارٹمنٹ میں کام کیا، وہ یونیسف میں، یو این ڈی پی میں، ان کا نام ہے اور</w:t>
      </w:r>
    </w:p>
    <w:p>
      <w:r>
        <w:rPr>
          <w:b/>
        </w:rPr>
        <w:t xml:space="preserve">[27:00] </w:t>
      </w:r>
      <w:r>
        <w:t>UNESCO mein bhi.</w:t>
      </w:r>
    </w:p>
    <w:p>
      <w:pPr>
        <w:jc w:val="right"/>
      </w:pPr>
      <w:r>
        <w:t>یونیسکو میں بھی۔</w:t>
      </w:r>
    </w:p>
    <w:p>
      <w:r>
        <w:rPr>
          <w:b/>
        </w:rPr>
        <w:t xml:space="preserve">[27:07] </w:t>
      </w:r>
      <w:r>
        <w:t>Jab main gaya, UNESCO mein tha to us waqt Dilli ke andar bhi unhon ne jitni hamari ek</w:t>
      </w:r>
    </w:p>
    <w:p>
      <w:pPr>
        <w:jc w:val="right"/>
      </w:pPr>
      <w:r>
        <w:t>جب میں گیا، یونیسکو میں تھا تو اس وقت دلی کے اندر بھی انہوں نے جتنی ہماری ایک</w:t>
      </w:r>
    </w:p>
    <w:p>
      <w:r>
        <w:rPr>
          <w:b/>
        </w:rPr>
        <w:t xml:space="preserve">[27:14] </w:t>
      </w:r>
      <w:r>
        <w:t>SCERT jab banai gayi to mere saath main director of education retired hua hoon aur</w:t>
      </w:r>
    </w:p>
    <w:p>
      <w:pPr>
        <w:jc w:val="right"/>
      </w:pPr>
      <w:r>
        <w:t>ایس سی آر ٹی جب بنائی گئی تو میرے ساتھ میں ڈائریکٹر آف ایجوکیشن ریٹائرڈ ہوا ہوں اور</w:t>
      </w:r>
    </w:p>
    <w:p>
      <w:r>
        <w:rPr>
          <w:b/>
        </w:rPr>
        <w:t xml:space="preserve">[27:22] </w:t>
      </w:r>
      <w:r>
        <w:t>mein founder director scrt ka hoon.</w:t>
      </w:r>
    </w:p>
    <w:p>
      <w:pPr>
        <w:jc w:val="right"/>
      </w:pPr>
      <w:r>
        <w:t>میں فاؤنڈر ڈائریکٹر ایس سی آر ٹی کا ہوں۔</w:t>
      </w:r>
    </w:p>
    <w:p>
      <w:r>
        <w:rPr>
          <w:b/>
        </w:rPr>
        <w:t xml:space="preserve">[27:29] </w:t>
      </w:r>
      <w:r>
        <w:t>aur mere sath hi unhon ne meri ek aisi taqat thi aur ek aise insan thay kyunke insaniyat</w:t>
      </w:r>
    </w:p>
    <w:p>
      <w:pPr>
        <w:jc w:val="right"/>
      </w:pPr>
      <w:r>
        <w:t>اور میرے ساتھ ہی انہوں نے میری ایک ایسی طاقت تھی اور ایک ایسے انسان تھے کیونکہ انسانیت</w:t>
      </w:r>
    </w:p>
    <w:p>
      <w:r>
        <w:rPr>
          <w:b/>
        </w:rPr>
        <w:t xml:space="preserve">[27:36] </w:t>
      </w:r>
      <w:r>
        <w:t>ka number one darja yeh hota hai ke insaniyat mein teen cheezon ke gun hotay hain: pehla love,</w:t>
      </w:r>
    </w:p>
    <w:p>
      <w:pPr>
        <w:jc w:val="right"/>
      </w:pPr>
      <w:r>
        <w:t>کا نمبر ون درجہ یہ ہوتا ہے کہ انسانیت میں تین چیزوں کے گن ہوتے ہیں: پہلا لو،</w:t>
      </w:r>
    </w:p>
    <w:p>
      <w:r>
        <w:rPr>
          <w:b/>
        </w:rPr>
        <w:t xml:space="preserve">[27:43] </w:t>
      </w:r>
      <w:r>
        <w:t>doosra kindness, aur teesra social intelligence.</w:t>
      </w:r>
    </w:p>
    <w:p>
      <w:pPr>
        <w:jc w:val="right"/>
      </w:pPr>
      <w:r>
        <w:t>دوسرا کائنڈنس، اور تیسرا سوشل انٹیلیجنس۔</w:t>
      </w:r>
    </w:p>
    <w:p>
      <w:r>
        <w:rPr>
          <w:b/>
        </w:rPr>
        <w:t xml:space="preserve">[27:51] </w:t>
      </w:r>
      <w:r>
        <w:t>in teeno cheezon ke andar doctor siddiqui number one tha.</w:t>
      </w:r>
    </w:p>
    <w:p>
      <w:pPr>
        <w:jc w:val="right"/>
      </w:pPr>
      <w:r>
        <w:t>ان تینوں چیزوں کے اندر ڈاکٹر صدیقی نمبر ون تھے۔</w:t>
      </w:r>
    </w:p>
    <w:p>
      <w:r>
        <w:rPr>
          <w:b/>
        </w:rPr>
        <w:t xml:space="preserve">[27:58] </w:t>
      </w:r>
      <w:r>
        <w:t>یہ انہوں نے مجھے بھی بتایا کہ کیسے پیار، محبت، love works everywhere, starting from بچے سے</w:t>
      </w:r>
    </w:p>
    <w:p>
      <w:pPr>
        <w:jc w:val="right"/>
      </w:pPr>
      <w:r>
        <w:t>یہ انہوں نے مجھے بھی بتایا کہ کیسے پیار، محبت، محبت ورک ایوری ویر، سٹارٹنگ فرام بچے سے</w:t>
      </w:r>
    </w:p>
    <w:p>
      <w:r>
        <w:rPr>
          <w:b/>
        </w:rPr>
        <w:t xml:space="preserve">[28:05] </w:t>
      </w:r>
      <w:r>
        <w:t>le ke barhon tak, kaam mein agar koi bhi kaam aap karte hain, us ke andar us jo</w:t>
      </w:r>
    </w:p>
    <w:p>
      <w:pPr>
        <w:jc w:val="right"/>
      </w:pPr>
      <w:r>
        <w:t>لے کے بزرگوں تک، کام میں اگر کوئی بھی کام آپ کرتے ہیں، اس کے اندر اس جو</w:t>
      </w:r>
    </w:p>
    <w:p>
      <w:r>
        <w:rPr>
          <w:b/>
        </w:rPr>
        <w:t xml:space="preserve">[28:12] </w:t>
      </w:r>
      <w:r>
        <w:t>cheez sab se zyada taqatwar cheez hai, woh mohabbat hai.</w:t>
      </w:r>
    </w:p>
    <w:p>
      <w:pPr>
        <w:jc w:val="right"/>
      </w:pPr>
      <w:r>
        <w:t>چیز سب سے زیادہ طاقتور چیز ہے، وہ محبت ہے۔</w:t>
      </w:r>
    </w:p>
    <w:p>
      <w:r>
        <w:rPr>
          <w:b/>
        </w:rPr>
        <w:t xml:space="preserve">[28:20] </w:t>
      </w:r>
      <w:r>
        <w:t>is se hi kaam bante hain, is se hi colleague kaam karte hain, is se hi kaam aage</w:t>
      </w:r>
    </w:p>
    <w:p>
      <w:pPr>
        <w:jc w:val="right"/>
      </w:pPr>
      <w:r>
        <w:t>اس سے ہی کام بنتے ہیں، اس سے ہی کولیگ کام کرتے ہیں، اس سے ہی کام آگے</w:t>
      </w:r>
    </w:p>
    <w:p>
      <w:r>
        <w:rPr>
          <w:b/>
        </w:rPr>
        <w:t xml:space="preserve">[28:27] </w:t>
      </w:r>
      <w:r>
        <w:t>barhta hai, aur us ke sath kindness aur social intelligence.</w:t>
      </w:r>
    </w:p>
    <w:p>
      <w:pPr>
        <w:jc w:val="right"/>
      </w:pPr>
      <w:r>
        <w:t>بڑھتا ہے، اور اس کے ساتھ کائنڈنس اور سوشل انٹیلیجنس۔</w:t>
      </w:r>
    </w:p>
    <w:p>
      <w:r>
        <w:rPr>
          <w:b/>
        </w:rPr>
        <w:t xml:space="preserve">[28:34] </w:t>
      </w:r>
      <w:r>
        <w:t>he was socially very very important aur woh baray lucky thay ke un ke sath najma siddiqui, un</w:t>
      </w:r>
    </w:p>
    <w:p>
      <w:pPr>
        <w:jc w:val="right"/>
      </w:pPr>
      <w:r>
        <w:t>ہی واز سوشلی ویری ویری امپورٹنٹ اور وہ بڑے لکی تھے کہ ان کے ساتھ نجمہ صدیقی، ان</w:t>
      </w:r>
    </w:p>
    <w:p>
      <w:r>
        <w:rPr>
          <w:b/>
        </w:rPr>
        <w:t xml:space="preserve">[28:41] </w:t>
      </w:r>
      <w:r>
        <w:t>ki wife, un ki guide, un ki helper, aur un ke sath ek kandhay se kandha laga kar</w:t>
      </w:r>
    </w:p>
    <w:p>
      <w:pPr>
        <w:jc w:val="right"/>
      </w:pPr>
      <w:r>
        <w:t>کی وائف، ان کی گائیڈ، ان کی ہیلپر، اور ان کے ساتھ ایک کندھے سے کندھے لگا کر</w:t>
      </w:r>
    </w:p>
    <w:p>
      <w:r>
        <w:rPr>
          <w:b/>
        </w:rPr>
        <w:t xml:space="preserve">[28:49] </w:t>
      </w:r>
      <w:r>
        <w:t>chalne wali ek bohat lucky education.</w:t>
      </w:r>
    </w:p>
    <w:p>
      <w:pPr>
        <w:jc w:val="right"/>
      </w:pPr>
      <w:r>
        <w:t>چلنے والی ایک بہت لکی ایجوکیشن۔</w:t>
      </w:r>
    </w:p>
    <w:p>
      <w:r>
        <w:rPr>
          <w:b/>
        </w:rPr>
        <w:t xml:space="preserve">[28:56] </w:t>
      </w:r>
      <w:r>
        <w:t>they are education of great repute in delhi, in india.</w:t>
      </w:r>
    </w:p>
    <w:p>
      <w:pPr>
        <w:jc w:val="right"/>
      </w:pPr>
      <w:r>
        <w:t>دے آر ایجوکیشن آف گریٹ ریپیوٹ ان دلی، ان انڈیا۔</w:t>
      </w:r>
    </w:p>
    <w:p>
      <w:r>
        <w:rPr>
          <w:b/>
        </w:rPr>
        <w:t xml:space="preserve">[29:03] </w:t>
      </w:r>
      <w:r>
        <w:t>I bow my head to both of them and to Dr. Siddiqui because I have great love and</w:t>
      </w:r>
    </w:p>
    <w:p>
      <w:pPr>
        <w:jc w:val="right"/>
      </w:pPr>
      <w:r>
        <w:t>ائی بوم مائی ہیڈ ٹو بوتھ آف دیم اینڈ ٹو ڈاکٹر صدیقی بیکاز ائی آر گریٹ لو اینڈ</w:t>
      </w:r>
    </w:p>
    <w:p>
      <w:r>
        <w:rPr>
          <w:b/>
        </w:rPr>
        <w:t xml:space="preserve">[29:10] </w:t>
      </w:r>
      <w:r>
        <w:t>affection from him.</w:t>
      </w:r>
    </w:p>
    <w:p>
      <w:pPr>
        <w:jc w:val="right"/>
      </w:pPr>
      <w:r>
        <w:t>افیکشن فرام ہم۔</w:t>
      </w:r>
    </w:p>
    <w:p>
      <w:r>
        <w:rPr>
          <w:b/>
        </w:rPr>
        <w:t xml:space="preserve">[29:18] </w:t>
      </w:r>
      <w:r>
        <w:t>not only here, but i after 90, when i went abroad, i was in canada.</w:t>
      </w:r>
    </w:p>
    <w:p>
      <w:pPr>
        <w:jc w:val="right"/>
      </w:pPr>
      <w:r>
        <w:t>ناٹ اونلی ہیر، بٹ ائی افٹر 90، وین ائی وینٹ ابراڈ، ائی واز ان کینیڈا۔</w:t>
      </w:r>
    </w:p>
    <w:p>
      <w:r>
        <w:rPr>
          <w:b/>
        </w:rPr>
        <w:t xml:space="preserve">[29:25] </w:t>
      </w:r>
      <w:r>
        <w:t>he along with his wife came to me to see me, and we met in canada, and there</w:t>
      </w:r>
    </w:p>
    <w:p>
      <w:pPr>
        <w:jc w:val="right"/>
      </w:pPr>
      <w:r>
        <w:t>ہی الونگ ود ہز وائف کیم ٹو می ٹو سی می، اینڈ وی میٹ ان کینیڈا، اینڈ دیر</w:t>
      </w:r>
    </w:p>
    <w:p>
      <w:r>
        <w:rPr>
          <w:b/>
        </w:rPr>
        <w:t xml:space="preserve">[29:32] </w:t>
      </w:r>
      <w:r>
        <w:t>we also tend so many function where he invited me because my my.</w:t>
      </w:r>
    </w:p>
    <w:p>
      <w:pPr>
        <w:jc w:val="right"/>
      </w:pPr>
      <w:r>
        <w:t>وی السو ٹینڈ سو مینی فنکشن ویئر ہی انوائٹڈ می بیکاز مائی مائی۔</w:t>
      </w:r>
    </w:p>
    <w:p>
      <w:r>
        <w:rPr>
          <w:b/>
        </w:rPr>
        <w:t xml:space="preserve">[29:39] </w:t>
      </w:r>
      <w:r>
        <w:t>we after 90, we were there up to this time.</w:t>
      </w:r>
    </w:p>
    <w:p>
      <w:pPr>
        <w:jc w:val="right"/>
      </w:pPr>
      <w:r>
        <w:t>وی افٹر 90، وی وار دیر اپ ٹو دس ٹائم۔</w:t>
      </w:r>
    </w:p>
    <w:p>
      <w:r>
        <w:rPr>
          <w:b/>
        </w:rPr>
        <w:t xml:space="preserve">[29:47] </w:t>
      </w:r>
      <w:r>
        <w:t>now we are back to india.</w:t>
      </w:r>
    </w:p>
    <w:p>
      <w:pPr>
        <w:jc w:val="right"/>
      </w:pPr>
      <w:r>
        <w:t>ناو وی آر بیک ٹو انڈیا۔</w:t>
      </w:r>
    </w:p>
    <w:p>
      <w:r>
        <w:rPr>
          <w:b/>
        </w:rPr>
        <w:t xml:space="preserve">[29:54] </w:t>
      </w:r>
      <w:r>
        <w:t>so i really feel so much that i was planning for him a very great booklet in which</w:t>
      </w:r>
    </w:p>
    <w:p>
      <w:pPr>
        <w:jc w:val="right"/>
      </w:pPr>
      <w:r>
        <w:t>سو ائی ریلی فیل سو مچ دیٹ ائی واز پلاننگ فار ہم اے ویری گریٹ بکلیٹ ان وچ</w:t>
      </w:r>
    </w:p>
    <w:p>
      <w:r>
        <w:rPr>
          <w:b/>
        </w:rPr>
        <w:t xml:space="preserve">[30:01] </w:t>
      </w:r>
      <w:r>
        <w:t>he was my co author in writing book for the india, the science education for delhi.</w:t>
      </w:r>
    </w:p>
    <w:p>
      <w:pPr>
        <w:jc w:val="right"/>
      </w:pPr>
      <w:r>
        <w:t>ہی واز مائی کو اوتھر ان رائٹنگ بک فار دی انڈیا، دی سائنس ایجوکیشن فار دلی۔</w:t>
      </w:r>
    </w:p>
    <w:p>
      <w:r>
        <w:rPr>
          <w:b/>
        </w:rPr>
        <w:t xml:space="preserve">[30:08] </w:t>
      </w:r>
      <w:r>
        <w:t>how the students of delhi went abroad and earn the name of india because it was obama, president</w:t>
      </w:r>
    </w:p>
    <w:p>
      <w:pPr>
        <w:jc w:val="right"/>
      </w:pPr>
      <w:r>
        <w:t>ہاؤ دی سٹوڈنٹ آف دلی وینٹ ابراڈ اینڈ ارن دی نیم آف انڈیا بیکاز اٹ واز اباما، پریزیڈنٹ</w:t>
      </w:r>
    </w:p>
    <w:p>
      <w:r>
        <w:rPr>
          <w:b/>
        </w:rPr>
        <w:t xml:space="preserve">[30:16] </w:t>
      </w:r>
      <w:r>
        <w:t>of america, who spoke to his students in america that if you want to rise in education, follow</w:t>
      </w:r>
    </w:p>
    <w:p>
      <w:pPr>
        <w:jc w:val="right"/>
      </w:pPr>
      <w:r>
        <w:t>آف امریکہ، ہو سپوک ٹو ہز سٹوڈنٹس ان امریکہ دیٹ اف یو وانٹ ٹو رائز ان ایجوکیشن، فالو</w:t>
      </w:r>
    </w:p>
    <w:p>
      <w:r>
        <w:rPr>
          <w:b/>
        </w:rPr>
        <w:t xml:space="preserve">[30:23] </w:t>
      </w:r>
      <w:r>
        <w:t>the students of india.</w:t>
      </w:r>
    </w:p>
    <w:p>
      <w:pPr>
        <w:jc w:val="right"/>
      </w:pPr>
      <w:r>
        <w:t>دی سٹوڈنٹس آف انڈیا۔</w:t>
      </w:r>
    </w:p>
    <w:p>
      <w:r>
        <w:rPr>
          <w:b/>
        </w:rPr>
        <w:t xml:space="preserve">[30:30] </w:t>
      </w:r>
      <w:r>
        <w:t>it was because the work during the seventies, eighties, which we did in delhi, and my right hand,</w:t>
      </w:r>
    </w:p>
    <w:p>
      <w:pPr>
        <w:jc w:val="right"/>
      </w:pPr>
      <w:r>
        <w:t>اٹ واز بیکاز دی ورک ڈیورنگ دی سیونٹیز، ایٹیز، وچ وی ڈیڈ ان دلی، اینڈ مائی رائٹ ہینڈ،</w:t>
      </w:r>
    </w:p>
    <w:p>
      <w:r>
        <w:rPr>
          <w:b/>
        </w:rPr>
        <w:t xml:space="preserve">[30:37] </w:t>
      </w:r>
      <w:r>
        <w:t>my brother, and my friend doctor siddiqui worked so hard with me, and i learned many things from him.</w:t>
      </w:r>
    </w:p>
    <w:p>
      <w:pPr>
        <w:jc w:val="right"/>
      </w:pPr>
      <w:r>
        <w:t>مائی برادر، اینڈ مائی فرینڈ ڈاکٹر صدیقی ورک سو ہارڈ ود می، اینڈ ائی لرنڈ مینی تھنگز فرام ہم۔</w:t>
      </w:r>
    </w:p>
    <w:p>
      <w:r>
        <w:rPr>
          <w:b/>
        </w:rPr>
        <w:t xml:space="preserve">[30:45] </w:t>
      </w:r>
      <w:r>
        <w:t>so with very sorrow and very deep heart, i convey my condolences and to the family and to</w:t>
      </w:r>
    </w:p>
    <w:p>
      <w:pPr>
        <w:jc w:val="right"/>
      </w:pPr>
      <w:r>
        <w:t>سو ود ویری سارو اینڈ ویری ڈیپ ہارٹ، ائی کنوے مائی کونڈولنسز اینڈ ٹو دا فیملی اینڈ ٹو</w:t>
      </w:r>
    </w:p>
    <w:p>
      <w:r>
        <w:rPr>
          <w:b/>
        </w:rPr>
        <w:t xml:space="preserve">[30:52] </w:t>
      </w:r>
      <w:r>
        <w:t>najma that she should be strong and be and give all god help him and his soul to</w:t>
      </w:r>
    </w:p>
    <w:p>
      <w:pPr>
        <w:jc w:val="right"/>
      </w:pPr>
      <w:r>
        <w:t>نجمہ دیٹ شی شوڈ بی سٹرونگ اینڈ بی اینڈ گیو ال گاڈ ہیلپ ہم اینڈ ہز سول ٹو</w:t>
      </w:r>
    </w:p>
    <w:p>
      <w:r>
        <w:rPr>
          <w:b/>
        </w:rPr>
        <w:t xml:space="preserve">[30:59] </w:t>
      </w:r>
      <w:r>
        <w:t>give him peace.</w:t>
      </w:r>
    </w:p>
    <w:p>
      <w:pPr>
        <w:jc w:val="right"/>
      </w:pPr>
      <w:r>
        <w:t>گیو ہم پیس۔</w:t>
      </w:r>
    </w:p>
    <w:p>
      <w:r>
        <w:rPr>
          <w:b/>
        </w:rPr>
        <w:t xml:space="preserve">[31:06] </w:t>
      </w:r>
      <w:r>
        <w:t>and thank you.</w:t>
      </w:r>
    </w:p>
    <w:p>
      <w:pPr>
        <w:jc w:val="right"/>
      </w:pPr>
      <w:r>
        <w:t>اینڈ تھینک یو۔</w:t>
      </w:r>
    </w:p>
    <w:p>
      <w:r>
        <w:rPr>
          <w:b/>
        </w:rPr>
        <w:t xml:space="preserve">[31:14] </w:t>
      </w:r>
      <w:r>
        <w:t>Now request friend and colleague, Mr.</w:t>
      </w:r>
    </w:p>
    <w:p>
      <w:pPr>
        <w:jc w:val="right"/>
      </w:pPr>
      <w:r>
        <w:t>Now request friend and colleague, Mr.</w:t>
      </w:r>
    </w:p>
    <w:p>
      <w:r>
        <w:rPr>
          <w:b/>
        </w:rPr>
        <w:t xml:space="preserve">[31:21] </w:t>
      </w:r>
      <w:r>
        <w:t>PC Bose, who is the ex-director of education, to come here and share a few words.</w:t>
      </w:r>
    </w:p>
    <w:p>
      <w:pPr>
        <w:jc w:val="right"/>
      </w:pPr>
      <w:r>
        <w:t>PC Bose, who is the ex-director of education, to come here and share a few words.</w:t>
      </w:r>
    </w:p>
    <w:p>
      <w:r>
        <w:rPr>
          <w:b/>
        </w:rPr>
        <w:t xml:space="preserve">[31:28] </w:t>
      </w:r>
      <w:r>
        <w:t>sabhi ko namaskar.</w:t>
      </w:r>
    </w:p>
    <w:p>
      <w:pPr>
        <w:jc w:val="right"/>
      </w:pPr>
      <w:r>
        <w:t>सभी को नमस्कार।</w:t>
      </w:r>
    </w:p>
    <w:p>
      <w:r>
        <w:rPr>
          <w:b/>
        </w:rPr>
        <w:t xml:space="preserve">[31:35] </w:t>
      </w:r>
      <w:r>
        <w:t>siddiqui sahab, hamare yahan bhi jab bhi kabhi kuch program hote the, kabhi bhi meeting hote the, wo</w:t>
      </w:r>
    </w:p>
    <w:p>
      <w:pPr>
        <w:jc w:val="right"/>
      </w:pPr>
      <w:r>
        <w:t>सिद्दीकी साहब, हमारे यहाँ भी जब भी कभी कुछ प्रोग्राम होते थे, कभी भी मीटिंग होते थे, वो</w:t>
      </w:r>
    </w:p>
    <w:p>
      <w:r>
        <w:rPr>
          <w:b/>
        </w:rPr>
        <w:t xml:space="preserve">[31:43] </w:t>
      </w:r>
      <w:r>
        <w:t>sabse pehle ye karte the, "namaskar." main bhi sabhi ko namaskar kar raha hoon.</w:t>
      </w:r>
    </w:p>
    <w:p>
      <w:pPr>
        <w:jc w:val="right"/>
      </w:pPr>
      <w:r>
        <w:t>सबसे पहले ये करते थे, "नमस्कार।" मैं भी सभी को नमस्कार कर रहा हूँ।</w:t>
      </w:r>
    </w:p>
    <w:p>
      <w:r>
        <w:rPr>
          <w:b/>
        </w:rPr>
        <w:t xml:space="preserve">[31:50] </w:t>
      </w:r>
      <w:r>
        <w:t>kal jab hum shaam ko, ek to pehle bata doon, main director nahin hoon, main bahut chhote hain</w:t>
      </w:r>
    </w:p>
    <w:p>
      <w:pPr>
        <w:jc w:val="right"/>
      </w:pPr>
      <w:r>
        <w:t>कल जब हम शाम को, एक तो पहले बता दूँ, मैं डायरेक्टर नहीं हूँ, मैं बहुत छोटे हैं</w:t>
      </w:r>
    </w:p>
    <w:p>
      <w:r>
        <w:rPr>
          <w:b/>
        </w:rPr>
        <w:t xml:space="preserve">[31:57] </w:t>
      </w:r>
      <w:r>
        <w:t>unse, matlab, aur hamare samne jo siddiqui sahab ke jo stall hain, unke samne to main ek lilliput hoon.</w:t>
      </w:r>
    </w:p>
    <w:p>
      <w:pPr>
        <w:jc w:val="right"/>
      </w:pPr>
      <w:r>
        <w:t>उनसे, मतलब, और हमारे सामने जो सिद्दीकी साहब के जो स्टॉल हैं, उनके सामने तो मैं एक लिलीपूट हूँ।</w:t>
      </w:r>
    </w:p>
    <w:p>
      <w:r>
        <w:rPr>
          <w:b/>
        </w:rPr>
        <w:t xml:space="preserve">[32:04] </w:t>
      </w:r>
      <w:r>
        <w:t>main deputy director retire hua aur mere kai sathi hain, baithe hue hoon.</w:t>
      </w:r>
    </w:p>
    <w:p>
      <w:pPr>
        <w:jc w:val="right"/>
      </w:pPr>
      <w:r>
        <w:t>मैं डिप्टी डायरेक्टर रिटायर हुआ और मेरे कई साथी हैं, बैठे हुए हूँ।</w:t>
      </w:r>
    </w:p>
    <w:p>
      <w:r>
        <w:rPr>
          <w:b/>
        </w:rPr>
        <w:t xml:space="preserve">[32:12] </w:t>
      </w:r>
      <w:r>
        <w:t>to kal hum shaam ko, hamare ek delhi state science teacher forum hai, ki tees saal hue hone</w:t>
      </w:r>
    </w:p>
    <w:p>
      <w:pPr>
        <w:jc w:val="right"/>
      </w:pPr>
      <w:r>
        <w:t>तो कल हम शाम को, हमारे एक दिल्ली स्टेट साइंस टीचर फोरम है, कि तीस साल हुए होने</w:t>
      </w:r>
    </w:p>
    <w:p>
      <w:r>
        <w:rPr>
          <w:b/>
        </w:rPr>
        <w:t xml:space="preserve">[32:19] </w:t>
      </w:r>
      <w:r>
        <w:t>ja rahe hain.</w:t>
      </w:r>
    </w:p>
    <w:p>
      <w:pPr>
        <w:jc w:val="right"/>
      </w:pPr>
      <w:r>
        <w:t>जा रहे हैं।</w:t>
      </w:r>
    </w:p>
    <w:p>
      <w:r>
        <w:rPr>
          <w:b/>
        </w:rPr>
        <w:t xml:space="preserve">[32:26] </w:t>
      </w:r>
      <w:r>
        <w:t>shuru se hi siddiqui sahab iska kafi active member rahe hain.</w:t>
      </w:r>
    </w:p>
    <w:p>
      <w:pPr>
        <w:jc w:val="right"/>
      </w:pPr>
      <w:r>
        <w:t>शुरू से ही सिद्दीकी साहब इसका काफी एक्टिव मेंबर रहे हैं।</w:t>
      </w:r>
    </w:p>
    <w:p>
      <w:r>
        <w:rPr>
          <w:b/>
        </w:rPr>
        <w:t xml:space="preserve">[32:33] </w:t>
      </w:r>
      <w:r>
        <w:t>to ismein hum kya ek booklet nikalte hain, "darpan." ye darpan ke hum edit kar rahe the, koi</w:t>
      </w:r>
    </w:p>
    <w:p>
      <w:pPr>
        <w:jc w:val="right"/>
      </w:pPr>
      <w:r>
        <w:t>तो इसमें हम क्या एक बुकलेट निकालते हैं, "दर्पण।" ये दर्पण के हम एडिट कर रहे थे, कोई</w:t>
      </w:r>
    </w:p>
    <w:p>
      <w:r>
        <w:rPr>
          <w:b/>
        </w:rPr>
        <w:t xml:space="preserve">[32:41] </w:t>
      </w:r>
      <w:r>
        <w:t>raat ko aath, saade aath, nau baj rahe the.</w:t>
      </w:r>
    </w:p>
    <w:p>
      <w:pPr>
        <w:jc w:val="right"/>
      </w:pPr>
      <w:r>
        <w:t>रात को आठ, साढ़े आठ, नौ बज रहे थे।</w:t>
      </w:r>
    </w:p>
    <w:p>
      <w:r>
        <w:rPr>
          <w:b/>
        </w:rPr>
        <w:t xml:space="preserve">[32:48] </w:t>
      </w:r>
      <w:r>
        <w:t>saath hi hamare jo managing director, iska editor hai, mister arya bhi the.</w:t>
      </w:r>
    </w:p>
    <w:p>
      <w:pPr>
        <w:jc w:val="right"/>
      </w:pPr>
      <w:r>
        <w:t>साथ ही हमारे जो मैनेजिंग डायरेक्टर, इसका एडिटर है, मिस्टर आर्य भी थे।</w:t>
      </w:r>
    </w:p>
    <w:p>
      <w:r>
        <w:rPr>
          <w:b/>
        </w:rPr>
        <w:t xml:space="preserve">[32:55] </w:t>
      </w:r>
      <w:r>
        <w:t>tab hamare ye jab compose kar rahe the, to kuch har ek article ke neeche thoda-thoda jagah bach gaye the.</w:t>
      </w:r>
    </w:p>
    <w:p>
      <w:pPr>
        <w:jc w:val="right"/>
      </w:pPr>
      <w:r>
        <w:t>तब हमारे ये जब कंपोज़ कर रहे थे, तो कुछ हर एक आर्टिकल के नीचे थोड़ा-थोड़ा जगह बच गए थे।</w:t>
      </w:r>
    </w:p>
    <w:p>
      <w:r>
        <w:rPr>
          <w:b/>
        </w:rPr>
        <w:t xml:space="preserve">[33:02] </w:t>
      </w:r>
      <w:r>
        <w:t>to jo press wale hain, wo kehte hain, "aise kariye, aap iske neeche 'Obituary' likh dijiye." hamare do</w:t>
      </w:r>
    </w:p>
    <w:p>
      <w:pPr>
        <w:jc w:val="right"/>
      </w:pPr>
      <w:r>
        <w:t>तो जो प्रेस वाले हैं, वो कहते हैं, "ऐसे करिए, आप इसके नीचे 'Obituary' लिख दीजिए।" हमारे दो</w:t>
      </w:r>
    </w:p>
    <w:p>
      <w:r>
        <w:rPr>
          <w:b/>
        </w:rPr>
        <w:t xml:space="preserve">[33:10] </w:t>
      </w:r>
      <w:r>
        <w:t>sathi recently unka dehaant ho gaya tha, ek to hamara vijay kumar, secretary, aur ek sher singh.</w:t>
      </w:r>
    </w:p>
    <w:p>
      <w:pPr>
        <w:jc w:val="right"/>
      </w:pPr>
      <w:r>
        <w:t>साथी रिसेंटली उनका देहांत हो गया था, एक तो हमारा विजय कुमार, सेक्रेटरी, और एक शेर सिंह।</w:t>
      </w:r>
    </w:p>
    <w:p>
      <w:r>
        <w:rPr>
          <w:b/>
        </w:rPr>
        <w:t xml:space="preserve">[33:17] </w:t>
      </w:r>
      <w:r>
        <w:t>to jab hum ye saari baatein kar rahe the, tab ek telephone aaya hai, doctor adhigani ne telephone</w:t>
      </w:r>
    </w:p>
    <w:p>
      <w:pPr>
        <w:jc w:val="right"/>
      </w:pPr>
      <w:r>
        <w:t>तो जब हम ये सारी बातें कर रहे थे, तब एक टेलीफोन आया है, डॉक्टर अधिगानी ने टेलीफोन</w:t>
      </w:r>
    </w:p>
    <w:p>
      <w:r>
        <w:rPr>
          <w:b/>
        </w:rPr>
        <w:t xml:space="preserve">[33:24] </w:t>
      </w:r>
      <w:r>
        <w:t>ki hai ki aise ki doctor siddiqui is no more.</w:t>
      </w:r>
    </w:p>
    <w:p>
      <w:pPr>
        <w:jc w:val="right"/>
      </w:pPr>
      <w:r>
        <w:t>की है कि ऐसे कि डॉक्टर सिद्दीकी is no more.</w:t>
      </w:r>
    </w:p>
    <w:p>
      <w:r>
        <w:rPr>
          <w:b/>
        </w:rPr>
        <w:t xml:space="preserve">[33:31] </w:t>
      </w:r>
      <w:r>
        <w:t>main bola, "ye kaise ho sakte hain?\</w:t>
      </w:r>
    </w:p>
    <w:p>
      <w:pPr>
        <w:jc w:val="right"/>
      </w:pPr>
      <w:r>
        <w:t>मैं बोला, "ये कैसे हो सकते हैं?</w:t>
      </w:r>
    </w:p>
    <w:p>
      <w:r>
        <w:rPr>
          <w:b/>
        </w:rPr>
        <w:t xml:space="preserve">[33:39] </w:t>
      </w:r>
      <w:r>
        <w:t>" Maine abhi pandrah din pehle unse baat kiya, madam se baat kiya hai, aur maine unko promise kiya tha ki mujhe unke paas jab milna hai, aur I I I used to take the liberty to ring at any time. Madam ko kabhi, chahe Holi ho, Diwali ho, Eid ho, ya Teachers Day specially, har saal hi karte the telephone. Aur jab telephone mein, toh maine unko promise kiya tha ki aapse mujhe milna hai. Madam ne bhi kaha tha, "Aaiye, kabhi bhi aaiye." Eid ke din mein jab bhi karte the, kaha, "Aap aa rahe hain kya mere paas?"</w:t>
      </w:r>
    </w:p>
    <w:p>
      <w:pPr>
        <w:jc w:val="right"/>
      </w:pPr>
      <w:r>
        <w:t>" मैंने अभी पंद्रह दिन पहले उनसे बात किया, मैडम से बात किया है, और मैंने उनको प्रॉमिस किया था कि मुझे उनके पास जब मिलना है, और I I I used to take the liberty to ring at any time. मैडम को कभी, चाहे होली हो, दिवाली हो, ईद हो, या टीचर्स डे स्पेशली, हर साल ही करते थे टेलीफोन। और जब टेलीफोन में, तो मैंने उनको प्रॉमिस किया था कि आपसे मुझे मिलना है। मैडम ने भी कहा था, "आइए, कभी भी आइए।" ईद के दिन में जब भी करते थे, कहा, "आप आ रहे हैं क्या मेरे पास?</w:t>
      </w:r>
    </w:p>
    <w:p>
      <w:r>
        <w:rPr>
          <w:b/>
        </w:rPr>
        <w:t xml:space="preserve">[34:09] </w:t>
      </w:r>
      <w:r>
        <w:t>" Hamare paas aa rahe hain kya? Sorry madam, I feel very bad, very sad. I could not keep my promise. Aur jab telephone karte the, usually main, mere teacher rahe hain, Najma ji mere teacher hain, toh jab inko telephone karte the, toh invariably woh kehte the, "Naseem, tumhara telephone." Kaun?</w:t>
      </w:r>
    </w:p>
    <w:p>
      <w:pPr>
        <w:jc w:val="right"/>
      </w:pPr>
      <w:r>
        <w:t>" हमारे पास आ रहे हैं क्या? सॉरी मैडम, I feel very bad, very sad. I could not keep my promise. और जब टेलीफोन करते थे, यूज़ुअली मैं, मेरे टीचर रहे हैं, नजमा जी मेरे टीचर हैं, तो जब इनको टेलीफोन करते थे, तो इनवेरिएबली वो कहते हैं, "नसीम, तुम्हारा टेलीफोन।" कौन?</w:t>
      </w:r>
    </w:p>
    <w:p>
      <w:r>
        <w:rPr>
          <w:b/>
        </w:rPr>
        <w:t xml:space="preserve">[34:36] </w:t>
      </w:r>
      <w:r>
        <w:t>wo jab puchte the, "bose sahab baat karne chahte hain." aap invariably yahi bolte the.</w:t>
      </w:r>
    </w:p>
    <w:p>
      <w:pPr>
        <w:jc w:val="right"/>
      </w:pPr>
      <w:r>
        <w:t>वो जब पूछते थे, "बोस साहब बात करने चाहते हैं।" आप इनवेरिएबली यही बोलते थे।</w:t>
      </w:r>
    </w:p>
    <w:p>
      <w:r>
        <w:rPr>
          <w:b/>
        </w:rPr>
        <w:t xml:space="preserve">[34:42] </w:t>
      </w:r>
      <w:r>
        <w:t>to aage se shayad main ye kabhi nahi sununga ki naseem itna melodious awaaz mein, "naseem, tere telephone,</w:t>
      </w:r>
    </w:p>
    <w:p>
      <w:pPr>
        <w:jc w:val="right"/>
      </w:pPr>
      <w:r>
        <w:t>तो आगे से शायद मैं ये कभी नहीं सुनूँगा कि नसीम इतना मेलोडियस आवाज़ में, "नसीम, तेरे टेलीफोन,</w:t>
      </w:r>
    </w:p>
    <w:p>
      <w:r>
        <w:rPr>
          <w:b/>
        </w:rPr>
        <w:t xml:space="preserve">[34:48] </w:t>
      </w:r>
      <w:r>
        <w:t>tumhare telephone aaye hain," ye kabhi main nahi sununga main.</w:t>
      </w:r>
    </w:p>
    <w:p>
      <w:pPr>
        <w:jc w:val="right"/>
      </w:pPr>
      <w:r>
        <w:t>तुम्हारे टेलीफोन आए हैं," ये कभी मैं नहीं सुनूँगा मैं।</w:t>
      </w:r>
    </w:p>
    <w:p>
      <w:r>
        <w:rPr>
          <w:b/>
        </w:rPr>
        <w:t xml:space="preserve">[34:54] </w:t>
      </w:r>
      <w:r>
        <w:t>to hum jab ye jo keh rahe the ki darpan ke liye jo fill up karna hai, to</w:t>
      </w:r>
    </w:p>
    <w:p>
      <w:pPr>
        <w:jc w:val="right"/>
      </w:pPr>
      <w:r>
        <w:t>तो हम जब ये जो कह रहे थे कि दर्पण के लिए जो फिल अप करना है, तो</w:t>
      </w:r>
    </w:p>
    <w:p>
      <w:r>
        <w:rPr>
          <w:b/>
        </w:rPr>
        <w:t xml:space="preserve">[35:00] </w:t>
      </w:r>
      <w:r>
        <w:t>'obituary' likhne the, to main keh raha tha ki hamein ek teesra naam bhi likhne padenge.</w:t>
      </w:r>
    </w:p>
    <w:p>
      <w:pPr>
        <w:jc w:val="right"/>
      </w:pPr>
      <w:r>
        <w:t>'Obituary' लिखने थे, तो मैं कह रहा था कि हमें एक तीसरा नाम भी लिखने पड़ेंगे।</w:t>
      </w:r>
    </w:p>
    <w:p>
      <w:r>
        <w:rPr>
          <w:b/>
        </w:rPr>
        <w:t xml:space="preserve">[35:06] </w:t>
      </w:r>
      <w:r>
        <w:t>lekin hamein believe nahi kiya hai.</w:t>
      </w:r>
    </w:p>
    <w:p>
      <w:pPr>
        <w:jc w:val="right"/>
      </w:pPr>
      <w:r>
        <w:t>लेकिन हमें बिलीव नहीं किया है।</w:t>
      </w:r>
    </w:p>
    <w:p>
      <w:r>
        <w:rPr>
          <w:b/>
        </w:rPr>
        <w:t xml:space="preserve">[35:12] </w:t>
      </w:r>
      <w:r>
        <w:t>humne phir idhar-udhar sab jagah telephone karke confirm kiya, really ye hai ki nahi hai.</w:t>
      </w:r>
    </w:p>
    <w:p>
      <w:pPr>
        <w:jc w:val="right"/>
      </w:pPr>
      <w:r>
        <w:t>हमने फिर इधर-उधर सब जगह टेलीफोन करके कन्फर्म किया, रियली ये है कि नहीं है।</w:t>
      </w:r>
    </w:p>
    <w:p>
      <w:r>
        <w:rPr>
          <w:b/>
        </w:rPr>
        <w:t xml:space="preserve">[35:18] </w:t>
      </w:r>
      <w:r>
        <w:t>lekin aise jo bura khabar, main chahta hoon ki ye kabhi real na ho, sach hi na ho,</w:t>
      </w:r>
    </w:p>
    <w:p>
      <w:pPr>
        <w:jc w:val="right"/>
      </w:pPr>
      <w:r>
        <w:t>लेकिन ऐसे जो बुरा खबर, मैं चाहता हूँ कि ये कभी रियल न हो, सच ही न हो,</w:t>
      </w:r>
    </w:p>
    <w:p>
      <w:r>
        <w:rPr>
          <w:b/>
        </w:rPr>
        <w:t xml:space="preserve">[35:24] </w:t>
      </w:r>
      <w:r>
        <w:t>ye jhoothi ho.</w:t>
      </w:r>
    </w:p>
    <w:p>
      <w:pPr>
        <w:jc w:val="right"/>
      </w:pPr>
      <w:r>
        <w:t>ये झूठी हो।</w:t>
      </w:r>
    </w:p>
    <w:p>
      <w:r>
        <w:rPr>
          <w:b/>
        </w:rPr>
        <w:t xml:space="preserve">[35:30] </w:t>
      </w:r>
      <w:r>
        <w:t>lekin ye to ismein 'obituary' jo hamein likhne ke liye kaha hai, to main to ye sochta hoon</w:t>
      </w:r>
    </w:p>
    <w:p>
      <w:pPr>
        <w:jc w:val="right"/>
      </w:pPr>
      <w:r>
        <w:t>लेकिन ये तो इसमें 'Obituary' जो हमें लिखने के लिए कहा है, तो मैं तो ये सोचता हूँ</w:t>
      </w:r>
    </w:p>
    <w:p>
      <w:r>
        <w:rPr>
          <w:b/>
        </w:rPr>
        <w:t xml:space="preserve">[35:36] </w:t>
      </w:r>
      <w:r>
        <w:t>ki ye mere liye koi privilege nahi hai, mere liye to punishment hai.</w:t>
      </w:r>
    </w:p>
    <w:p>
      <w:pPr>
        <w:jc w:val="right"/>
      </w:pPr>
      <w:r>
        <w:t>कि ये मेरे लिए कोई प्रिविलेज नहीं है, मेरे लिए तो पनिशमेंट है।</w:t>
      </w:r>
    </w:p>
    <w:p>
      <w:r>
        <w:rPr>
          <w:b/>
        </w:rPr>
        <w:t xml:space="preserve">[35:42] </w:t>
      </w:r>
      <w:r>
        <w:t>it is a punishment for me actually.</w:t>
      </w:r>
    </w:p>
    <w:p>
      <w:pPr>
        <w:jc w:val="right"/>
      </w:pPr>
      <w:r>
        <w:t>It is a punishment for me actually.</w:t>
      </w:r>
    </w:p>
    <w:p>
      <w:r>
        <w:rPr>
          <w:b/>
        </w:rPr>
        <w:t xml:space="preserve">[35:48] </w:t>
      </w:r>
      <w:r>
        <w:t>humne, mere kaafi matlab saubhagya hai ki i've got the opportunity to work together with doctor siddiqui, mister</w:t>
      </w:r>
    </w:p>
    <w:p>
      <w:pPr>
        <w:jc w:val="right"/>
      </w:pPr>
      <w:r>
        <w:t>हमने, मेरे काफी मतलब सौभाग्य है कि I've got the opportunity to work together with डॉक्टर सिद्दीकी, मिस्टर</w:t>
      </w:r>
    </w:p>
    <w:p>
      <w:r>
        <w:rPr>
          <w:b/>
        </w:rPr>
        <w:t xml:space="preserve">[35:54] </w:t>
      </w:r>
      <w:r>
        <w:t>siddiqui, at various, multi-various platforms, whether it is ncert, cbse, director of education, science branch, scrt, diat, and open school.</w:t>
      </w:r>
    </w:p>
    <w:p>
      <w:pPr>
        <w:jc w:val="right"/>
      </w:pPr>
      <w:r>
        <w:t>सिद्दीकी, at various, multi-various platforms, whether it is NCRT, CBSE, Director of Education, Science Branch, SCRT, DIAT, and Open School.</w:t>
      </w:r>
    </w:p>
    <w:p>
      <w:r>
        <w:rPr>
          <w:b/>
        </w:rPr>
        <w:t xml:space="preserve">[36:00] </w:t>
      </w:r>
      <w:r>
        <w:t>i don't know, every mcd also, ndmc also.</w:t>
      </w:r>
    </w:p>
    <w:p>
      <w:pPr>
        <w:jc w:val="right"/>
      </w:pPr>
      <w:r>
        <w:t>I don't know, every MCD also, NDMC also.</w:t>
      </w:r>
    </w:p>
    <w:p>
      <w:r>
        <w:rPr>
          <w:b/>
        </w:rPr>
        <w:t xml:space="preserve">[36:04] </w:t>
      </w:r>
      <w:r>
        <w:t>to somehow other, in different platform, it is my, my fortune actually.</w:t>
      </w:r>
    </w:p>
    <w:p>
      <w:pPr>
        <w:jc w:val="right"/>
      </w:pPr>
      <w:r>
        <w:t>तो सम हाउ अदर, इन डिफरेंट प्लेटफॉर्म, it is my, my fortune actually.</w:t>
      </w:r>
    </w:p>
    <w:p>
      <w:r>
        <w:rPr>
          <w:b/>
        </w:rPr>
        <w:t xml:space="preserve">[36:09] </w:t>
      </w:r>
      <w:r>
        <w:t>i came in contact with them.</w:t>
      </w:r>
    </w:p>
    <w:p>
      <w:pPr>
        <w:jc w:val="right"/>
      </w:pPr>
      <w:r>
        <w:t>I came in contact with them.</w:t>
      </w:r>
    </w:p>
    <w:p>
      <w:r>
        <w:rPr>
          <w:b/>
        </w:rPr>
        <w:t xml:space="preserve">[36:14] </w:t>
      </w:r>
      <w:r>
        <w:t>he was my path pradarshak keh sakte hain, mere guru keh sakte hain.</w:t>
      </w:r>
    </w:p>
    <w:p>
      <w:pPr>
        <w:jc w:val="right"/>
      </w:pPr>
      <w:r>
        <w:t>ही वाज़ माय पथ प्रदर्शक कह सकते हैं, मेरे गुरु कह सकते हैं।</w:t>
      </w:r>
    </w:p>
    <w:p>
      <w:r>
        <w:rPr>
          <w:b/>
        </w:rPr>
        <w:t xml:space="preserve">[36:18] </w:t>
      </w:r>
      <w:r>
        <w:t>madam to hamare teacher hain hi the, matlab really she was my teacher in cie.</w:t>
      </w:r>
    </w:p>
    <w:p>
      <w:pPr>
        <w:jc w:val="right"/>
      </w:pPr>
      <w:r>
        <w:t>मैडम तो हमारे टीचर हैं ही थे, मतलब रियली she was my teacher in CIE.</w:t>
      </w:r>
    </w:p>
    <w:p>
      <w:r>
        <w:rPr>
          <w:b/>
        </w:rPr>
        <w:t xml:space="preserve">[36:23] </w:t>
      </w:r>
      <w:r>
        <w:t>but siddiqui sahab kewal guru ya teacher nahi the, something more than that, i don't know how to</w:t>
      </w:r>
    </w:p>
    <w:p>
      <w:pPr>
        <w:jc w:val="right"/>
      </w:pPr>
      <w:r>
        <w:t>बट सिद्दीकी साहब केवल गुरु या टीचर नहीं थे, something more than that, I don't know how to</w:t>
      </w:r>
    </w:p>
    <w:p>
      <w:r>
        <w:rPr>
          <w:b/>
        </w:rPr>
        <w:t xml:space="preserve">[36:28] </w:t>
      </w:r>
      <w:r>
        <w:t>explain that thing, what hai.</w:t>
      </w:r>
    </w:p>
    <w:p>
      <w:pPr>
        <w:jc w:val="right"/>
      </w:pPr>
      <w:r>
        <w:t>explain that thing, what है।</w:t>
      </w:r>
    </w:p>
    <w:p>
      <w:r>
        <w:rPr>
          <w:b/>
        </w:rPr>
        <w:t xml:space="preserve">[36:33] </w:t>
      </w:r>
      <w:r>
        <w:t>mere ye saubhagya hai ki siddiqui sahab, aap jo keh rahe the na, counselor the, to i was</w:t>
      </w:r>
    </w:p>
    <w:p>
      <w:pPr>
        <w:jc w:val="right"/>
      </w:pPr>
      <w:r>
        <w:t>मेरे ये सौभाग्य है कि सिद्दीकी साहब, आप जो कह रहे थे न, काउंसिलर थे, तो I was</w:t>
      </w:r>
    </w:p>
    <w:p>
      <w:r>
        <w:rPr>
          <w:b/>
        </w:rPr>
        <w:t xml:space="preserve">[36:37] </w:t>
      </w:r>
      <w:r>
        <w:t>also infact, hamare ek post hai, field advisor.</w:t>
      </w:r>
    </w:p>
    <w:p>
      <w:pPr>
        <w:jc w:val="right"/>
      </w:pPr>
      <w:r>
        <w:t>also इनफैक्ट, हमारे एक पोस्ट है, फील्ड एडवाइसर।</w:t>
      </w:r>
    </w:p>
    <w:p>
      <w:r>
        <w:rPr>
          <w:b/>
        </w:rPr>
        <w:t xml:space="preserve">[36:42] </w:t>
      </w:r>
      <w:r>
        <w:t>bhandari sahab hamare senior boss the, to field advisor ke post mein siddiqui sahab the.</w:t>
      </w:r>
    </w:p>
    <w:p>
      <w:pPr>
        <w:jc w:val="right"/>
      </w:pPr>
      <w:r>
        <w:t>भंडारी साहब हमारे सीनियर बॉस थे, तो फील्ड एडवाइसर के पोस्ट में सिद्दीकी साहब थे।</w:t>
      </w:r>
    </w:p>
    <w:p>
      <w:r>
        <w:rPr>
          <w:b/>
        </w:rPr>
        <w:t xml:space="preserve">[36:47] </w:t>
      </w:r>
      <w:r>
        <w:t>unsco unhone bahut kaam kiya hai, aur ye itni baar se chance hai.</w:t>
      </w:r>
    </w:p>
    <w:p>
      <w:pPr>
        <w:jc w:val="right"/>
      </w:pPr>
      <w:r>
        <w:t>यूएनएस को उन्होंने बहुत काम किया है, और ये इतनी बार से चांस है।</w:t>
      </w:r>
    </w:p>
    <w:p>
      <w:r>
        <w:rPr>
          <w:b/>
        </w:rPr>
        <w:t xml:space="preserve">[36:52] </w:t>
      </w:r>
      <w:r>
        <w:t>chance ki baat hai ki main bhi jab science branch mein join kiya, to wo field advisor ke</w:t>
      </w:r>
    </w:p>
    <w:p>
      <w:pPr>
        <w:jc w:val="right"/>
      </w:pPr>
      <w:r>
        <w:t>चांस की बात है कि मैं भी जब साइंस ब्रांच में जॉइन किया, तो वो फील्ड एडवाइसर के</w:t>
      </w:r>
    </w:p>
    <w:p>
      <w:r>
        <w:rPr>
          <w:b/>
        </w:rPr>
        <w:t xml:space="preserve">[36:56] </w:t>
      </w:r>
      <w:r>
        <w:t>chair mein ye mujhe wo diye gaye.</w:t>
      </w:r>
    </w:p>
    <w:p>
      <w:pPr>
        <w:jc w:val="right"/>
      </w:pPr>
      <w:r>
        <w:t>चेयर में ये मुझे वो दिए गए।</w:t>
      </w:r>
    </w:p>
    <w:p>
      <w:r>
        <w:rPr>
          <w:b/>
        </w:rPr>
        <w:t xml:space="preserve">[37:01] </w:t>
      </w:r>
      <w:r>
        <w:t>aur ye bhi aage kehta hoon, jab siddiqui sahab ne wahan se deputation mein pehle mcd mein gaya,</w:t>
      </w:r>
    </w:p>
    <w:p>
      <w:pPr>
        <w:jc w:val="right"/>
      </w:pPr>
      <w:r>
        <w:t>और ये भी आगे कहता हूँ, जब सिद्दीकी साहब ने वहां से डेप्युटेशन में पहले एमसीडी में गया,</w:t>
      </w:r>
    </w:p>
    <w:p>
      <w:r>
        <w:rPr>
          <w:b/>
        </w:rPr>
        <w:t xml:space="preserve">[37:06] </w:t>
      </w:r>
      <w:r>
        <w:t>as education officer looking after the whole state.</w:t>
      </w:r>
    </w:p>
    <w:p>
      <w:pPr>
        <w:jc w:val="right"/>
      </w:pPr>
      <w:r>
        <w:t>as education officer looking after the whole state.</w:t>
      </w:r>
    </w:p>
    <w:p>
      <w:r>
        <w:rPr>
          <w:b/>
        </w:rPr>
        <w:t xml:space="preserve">[37:11] </w:t>
      </w:r>
      <w:r>
        <w:t>mcd ke 10 lakh students the, and thereafter he came back again, again went to deputation at scrt.</w:t>
      </w:r>
    </w:p>
    <w:p>
      <w:pPr>
        <w:jc w:val="right"/>
      </w:pPr>
      <w:r>
        <w:t>एमसीडी के 10 लाख स्टूडेंट्स थे, and thereafter he came back again, again went to डेप्युटेशन एट एससीआरटी।</w:t>
      </w:r>
    </w:p>
    <w:p>
      <w:r>
        <w:rPr>
          <w:b/>
        </w:rPr>
        <w:t xml:space="preserve">[37:15] </w:t>
      </w:r>
      <w:r>
        <w:t>bhandari sahab ke saath bhi hamare kaam karne ka bahut sanyog mila hai.</w:t>
      </w:r>
    </w:p>
    <w:p>
      <w:pPr>
        <w:jc w:val="right"/>
      </w:pPr>
      <w:r>
        <w:t>भंडारी साहब के साथ भी हमारे काम करने का बहुत संयोग मिला है।</w:t>
      </w:r>
    </w:p>
    <w:p>
      <w:r>
        <w:rPr>
          <w:b/>
        </w:rPr>
        <w:t xml:space="preserve">[37:20] </w:t>
      </w:r>
      <w:r>
        <w:t>inhone kya kiya, jo acche-accge work kar rahe hain scrt mein, hamare yahan se bula rahe hain, aur</w:t>
      </w:r>
    </w:p>
    <w:p>
      <w:pPr>
        <w:jc w:val="right"/>
      </w:pPr>
      <w:r>
        <w:t>इन्होंने क्या किया, जो अच्छे-अच्छे वर्क कर रहे हैं एससीआरटी में, हमारे यहां से बुला रहे हैं, और</w:t>
      </w:r>
    </w:p>
    <w:p>
      <w:r>
        <w:rPr>
          <w:b/>
        </w:rPr>
        <w:t xml:space="preserve">[37:25] </w:t>
      </w:r>
      <w:r>
        <w:t>main science branch mein hi rahega.</w:t>
      </w:r>
    </w:p>
    <w:p>
      <w:pPr>
        <w:jc w:val="right"/>
      </w:pPr>
      <w:r>
        <w:t>मैं साइंस ब्रांच में ही रहेगा।</w:t>
      </w:r>
    </w:p>
    <w:p>
      <w:r>
        <w:rPr>
          <w:b/>
        </w:rPr>
        <w:t xml:space="preserve">[37:30] </w:t>
      </w:r>
      <w:r>
        <w:t>lekin jab siddiqui sahab retirement liya hai, kyunki wo deputation mein gaye the, ye mere aur bhi ek</w:t>
      </w:r>
    </w:p>
    <w:p>
      <w:pPr>
        <w:jc w:val="right"/>
      </w:pPr>
      <w:r>
        <w:t>लेकिन जब सिद्दीकी साहब रिटायरमेंट लिया है, क्योंकि वो डेप्युटेशन में गए थे, ये मेरे और भी एक</w:t>
      </w:r>
    </w:p>
    <w:p>
      <w:r>
        <w:rPr>
          <w:b/>
        </w:rPr>
        <w:t xml:space="preserve">[37:34] </w:t>
      </w:r>
      <w:r>
        <w:t>matlab fortune ki baat hai.</w:t>
      </w:r>
    </w:p>
    <w:p>
      <w:pPr>
        <w:jc w:val="right"/>
      </w:pPr>
      <w:r>
        <w:t>मतलब फॉर्च्यून की बात है।</w:t>
      </w:r>
    </w:p>
    <w:p>
      <w:r>
        <w:rPr>
          <w:b/>
        </w:rPr>
        <w:t xml:space="preserve">[37:39] </w:t>
      </w:r>
      <w:r>
        <w:t>he came to me because he has to sit on my chair, because that was his chair actually.</w:t>
      </w:r>
    </w:p>
    <w:p>
      <w:pPr>
        <w:jc w:val="right"/>
      </w:pPr>
      <w:r>
        <w:t>He came to me because he has to sit on my chair, because that was his chair actually.</w:t>
      </w:r>
    </w:p>
    <w:p>
      <w:r>
        <w:rPr>
          <w:b/>
        </w:rPr>
        <w:t xml:space="preserve">[37:44] </w:t>
      </w:r>
      <w:r>
        <w:t>so it is a matter of chance only.</w:t>
      </w:r>
    </w:p>
    <w:p>
      <w:pPr>
        <w:jc w:val="right"/>
      </w:pPr>
      <w:r>
        <w:t>So it is a matter of chance only.</w:t>
      </w:r>
    </w:p>
    <w:p>
      <w:r>
        <w:rPr>
          <w:b/>
        </w:rPr>
        <w:t xml:space="preserve">[37:49] </w:t>
      </w:r>
      <w:r>
        <w:t>At the end, I don't know many things I could say, lekin itna hi keh kar ke ek only end karta hoon ki Siddiqui sahib jo poet bhi, poem bhi likhte hain, uska yeh hai, hamare Darpan mein hi unhone likha tha, "Earth before the Pluto was known. Earth planets, we have. One Earth is one. We live on Earth with lot of fun.</w:t>
      </w:r>
    </w:p>
    <w:p>
      <w:pPr>
        <w:jc w:val="right"/>
      </w:pPr>
      <w:r>
        <w:t>At the end, I don't know many things I could say, लेकिन इतना ही कह करके एक ओनली एंड करता हूँ कि सिद्दीकी साहब जो पोएट भी, पोएम भी लिखते हैं, उसका ये है, हमारे दर्पण में ही उन्होंने लिखा था, "Earth before the Pluto was known. Earth planets, we have. One Earth is one. We live on Earth with lot of fun.</w:t>
      </w:r>
    </w:p>
    <w:p>
      <w:r>
        <w:rPr>
          <w:b/>
        </w:rPr>
        <w:t xml:space="preserve">[38:16] </w:t>
      </w:r>
      <w:r>
        <w:t>Every country is on Earth. We are one. And Earth is one. It rotates on its axis and moves round the Sun. Eight planets we have, and the Earth is one." This is a lesson for the primary class students or the at the most to show ever the solar system padhane ke liye.</w:t>
      </w:r>
    </w:p>
    <w:p>
      <w:pPr>
        <w:jc w:val="right"/>
      </w:pPr>
      <w:r>
        <w:t>Every country is on Earth. We are one. And Earth is one. It rotates on its axis and moves round the Sun. Eight planets we have, and the Earth is one." This is a lesson for the primary class students or the at the most to show ever the solar system पढ़ाने के लिए.</w:t>
      </w:r>
    </w:p>
    <w:p>
      <w:r>
        <w:rPr>
          <w:b/>
        </w:rPr>
        <w:t xml:space="preserve">[38:43] </w:t>
      </w:r>
      <w:r>
        <w:t>the story says, he has written a fiction, when jessica was in school, she was taught there are eight planets.</w:t>
      </w:r>
    </w:p>
    <w:p>
      <w:pPr>
        <w:jc w:val="right"/>
      </w:pPr>
      <w:r>
        <w:t>The story says, he has written a fiction, when Jessica was in school, she was taught there are eight planets.</w:t>
      </w:r>
    </w:p>
    <w:p>
      <w:r>
        <w:rPr>
          <w:b/>
        </w:rPr>
        <w:t xml:space="preserve">[38:50] </w:t>
      </w:r>
      <w:r>
        <w:t>she got married and had a boy.</w:t>
      </w:r>
    </w:p>
    <w:p>
      <w:pPr>
        <w:jc w:val="right"/>
      </w:pPr>
      <w:r>
        <w:t>She got married and had a boy.</w:t>
      </w:r>
    </w:p>
    <w:p>
      <w:r>
        <w:rPr>
          <w:b/>
        </w:rPr>
        <w:t xml:space="preserve">[38:57] </w:t>
      </w:r>
      <w:r>
        <w:t>she named him pluto.</w:t>
      </w:r>
    </w:p>
    <w:p>
      <w:pPr>
        <w:jc w:val="right"/>
      </w:pPr>
      <w:r>
        <w:t>She named him Pluto.</w:t>
      </w:r>
    </w:p>
    <w:p>
      <w:r>
        <w:rPr>
          <w:b/>
        </w:rPr>
        <w:t xml:space="preserve">[39:04] </w:t>
      </w:r>
      <w:r>
        <w:t>just about the same time, the ninth planet was discovered, and it was also named pluto.</w:t>
      </w:r>
    </w:p>
    <w:p>
      <w:pPr>
        <w:jc w:val="right"/>
      </w:pPr>
      <w:r>
        <w:t>Just about the same time, the ninth planet was discovered, and it was also named Pluto.</w:t>
      </w:r>
    </w:p>
    <w:p>
      <w:r>
        <w:rPr>
          <w:b/>
        </w:rPr>
        <w:t xml:space="preserve">[39:11] </w:t>
      </w:r>
      <w:r>
        <w:t>jessica was very happy as her pluto was older than the planet pluto.</w:t>
      </w:r>
    </w:p>
    <w:p>
      <w:pPr>
        <w:jc w:val="right"/>
      </w:pPr>
      <w:r>
        <w:t>Jessica was very happy as her Pluto was older than the planet Pluto.</w:t>
      </w:r>
    </w:p>
    <w:p>
      <w:r>
        <w:rPr>
          <w:b/>
        </w:rPr>
        <w:t xml:space="preserve">[39:18] </w:t>
      </w:r>
      <w:r>
        <w:t>when pluto went to school, he was taught that there are nine planets.</w:t>
      </w:r>
    </w:p>
    <w:p>
      <w:pPr>
        <w:jc w:val="right"/>
      </w:pPr>
      <w:r>
        <w:t>When Pluto went to school, he was taught that there are nine planets.</w:t>
      </w:r>
    </w:p>
    <w:p>
      <w:r>
        <w:rPr>
          <w:b/>
        </w:rPr>
        <w:t xml:space="preserve">[39:25] </w:t>
      </w:r>
      <w:r>
        <w:t>pluto said to his teacher, "my very educated mother just showed us nine planets.</w:t>
      </w:r>
    </w:p>
    <w:p>
      <w:pPr>
        <w:jc w:val="right"/>
      </w:pPr>
      <w:r>
        <w:t>Pluto said to his teacher, "My very educated mother just showed us nine planets.</w:t>
      </w:r>
    </w:p>
    <w:p>
      <w:r>
        <w:rPr>
          <w:b/>
        </w:rPr>
        <w:t xml:space="preserve">[39:32] </w:t>
      </w:r>
      <w:r>
        <w:t>my m, very v, educator, all these words are m, v, e, m, j, s, u, n planets."</w:t>
      </w:r>
    </w:p>
    <w:p>
      <w:pPr>
        <w:jc w:val="right"/>
      </w:pPr>
      <w:r>
        <w:t>My M, very V, educator, all these words are M, V, E, M, J, S, U, N planets."</w:t>
      </w:r>
    </w:p>
    <w:p>
      <w:r>
        <w:rPr>
          <w:b/>
        </w:rPr>
        <w:t xml:space="preserve">[39:39] </w:t>
      </w:r>
      <w:r>
        <w:t>the teacher asked, "what are they?</w:t>
      </w:r>
    </w:p>
    <w:p>
      <w:pPr>
        <w:jc w:val="right"/>
      </w:pPr>
      <w:r>
        <w:t>The teacher asked, "What are they?</w:t>
      </w:r>
    </w:p>
    <w:p>
      <w:r>
        <w:rPr>
          <w:b/>
        </w:rPr>
        <w:t xml:space="preserve">[39:47] </w:t>
      </w:r>
      <w:r>
        <w:t>" pluto replied, "ye jo word hai m, v, e, m, j, s, u, n planet, these are</w:t>
      </w:r>
    </w:p>
    <w:p>
      <w:pPr>
        <w:jc w:val="right"/>
      </w:pPr>
      <w:r>
        <w:t>" Pluto replied, "ये जो वर्ड है M, V, E, M, J, S, U, N planet, these are</w:t>
      </w:r>
    </w:p>
    <w:p>
      <w:r>
        <w:rPr>
          <w:b/>
        </w:rPr>
        <w:t xml:space="preserve">[39:53] </w:t>
      </w:r>
      <w:r>
        <w:t>the stands for the nine planets: mercury, venus, earth, et cetera.</w:t>
      </w:r>
    </w:p>
    <w:p>
      <w:pPr>
        <w:jc w:val="right"/>
      </w:pPr>
      <w:r>
        <w:t>the stands for the nine planets: Mercury, Venus, Earth, et cetera.</w:t>
      </w:r>
    </w:p>
    <w:p>
      <w:r>
        <w:rPr>
          <w:b/>
        </w:rPr>
        <w:t xml:space="preserve">[39:59] </w:t>
      </w:r>
      <w:r>
        <w:t>so this is a way of remembering, just as we remember, vibhyo stands for the seven colors.</w:t>
      </w:r>
    </w:p>
    <w:p>
      <w:pPr>
        <w:jc w:val="right"/>
      </w:pPr>
      <w:r>
        <w:t>So this is a way of remembering, just as we remember, Vibhyo stands for the seven colors.</w:t>
      </w:r>
    </w:p>
    <w:p>
      <w:r>
        <w:rPr>
          <w:b/>
        </w:rPr>
        <w:t xml:space="preserve">[40:06] </w:t>
      </w:r>
      <w:r>
        <w:t>and one day, pluto was no more.</w:t>
      </w:r>
    </w:p>
    <w:p>
      <w:pPr>
        <w:jc w:val="right"/>
      </w:pPr>
      <w:r>
        <w:t>And one day, Pluto was no more.</w:t>
      </w:r>
    </w:p>
    <w:p>
      <w:r>
        <w:rPr>
          <w:b/>
        </w:rPr>
        <w:t xml:space="preserve">[40:12] </w:t>
      </w:r>
      <w:r>
        <w:t>When the Earth condition became very serious at the planet and had a long meeting, they discussed, 'Earth</w:t>
      </w:r>
    </w:p>
    <w:p>
      <w:pPr>
        <w:jc w:val="right"/>
      </w:pPr>
      <w:r>
        <w:t>When the Earth condition became very serious at the planet and had a long meeting, they discussed, 'Earth</w:t>
      </w:r>
    </w:p>
    <w:p>
      <w:r>
        <w:rPr>
          <w:b/>
        </w:rPr>
        <w:t xml:space="preserve">[40:18] </w:t>
      </w:r>
      <w:r>
        <w:t>is most popular among us, and now it is getting sick.</w:t>
      </w:r>
    </w:p>
    <w:p>
      <w:pPr>
        <w:jc w:val="right"/>
      </w:pPr>
      <w:r>
        <w:t>is most popular among us, and now it is getting sick.</w:t>
      </w:r>
    </w:p>
    <w:p>
      <w:r>
        <w:rPr>
          <w:b/>
        </w:rPr>
        <w:t xml:space="preserve">[40:25] </w:t>
      </w:r>
      <w:r>
        <w:t>How can we save it?</w:t>
      </w:r>
    </w:p>
    <w:p>
      <w:pPr>
        <w:jc w:val="right"/>
      </w:pPr>
      <w:r>
        <w:t>How can we save it?</w:t>
      </w:r>
    </w:p>
    <w:p>
      <w:r>
        <w:rPr>
          <w:b/>
        </w:rPr>
        <w:t xml:space="preserve">[40:31] </w:t>
      </w:r>
      <w:r>
        <w:t>' Pluto finally said, 'I am the smallest.</w:t>
      </w:r>
    </w:p>
    <w:p>
      <w:pPr>
        <w:jc w:val="right"/>
      </w:pPr>
      <w:r>
        <w:t>' Pluto finally said, 'I am the smallest.</w:t>
      </w:r>
    </w:p>
    <w:p>
      <w:r>
        <w:rPr>
          <w:b/>
        </w:rPr>
        <w:t xml:space="preserve">[40:37] </w:t>
      </w:r>
      <w:r>
        <w:t>When Earth, which is much bigger than me, is now in such a bad condition and we are</w:t>
      </w:r>
    </w:p>
    <w:p>
      <w:pPr>
        <w:jc w:val="right"/>
      </w:pPr>
      <w:r>
        <w:t>When Earth, which is much bigger than me, is now in such a bad condition and we are</w:t>
      </w:r>
    </w:p>
    <w:p>
      <w:r>
        <w:rPr>
          <w:b/>
        </w:rPr>
        <w:t xml:space="preserve">[40:43] </w:t>
      </w:r>
      <w:r>
        <w:t>unable to save it, I withdraw myself from the planet.' Now the Pluto is no more, and again</w:t>
      </w:r>
    </w:p>
    <w:p>
      <w:pPr>
        <w:jc w:val="right"/>
      </w:pPr>
      <w:r>
        <w:t>unable to save it, I withdraw myself from the planet.' Now the Pluto is no more, and again</w:t>
      </w:r>
    </w:p>
    <w:p>
      <w:r>
        <w:rPr>
          <w:b/>
        </w:rPr>
        <w:t xml:space="preserve">[40:50] </w:t>
      </w:r>
      <w:r>
        <w:t>there are eight planets.</w:t>
      </w:r>
    </w:p>
    <w:p>
      <w:pPr>
        <w:jc w:val="right"/>
      </w:pPr>
      <w:r>
        <w:t>there are eight planets.</w:t>
      </w:r>
    </w:p>
    <w:p>
      <w:r>
        <w:rPr>
          <w:b/>
        </w:rPr>
        <w:t xml:space="preserve">[40:56] </w:t>
      </w:r>
      <w:r>
        <w:t>The ninth planet is Dr. Siddiqui.</w:t>
      </w:r>
    </w:p>
    <w:p>
      <w:pPr>
        <w:jc w:val="right"/>
      </w:pPr>
      <w:r>
        <w:t>The ninth planet is Dr. Siddiqui.</w:t>
      </w:r>
    </w:p>
    <w:p>
      <w:r>
        <w:rPr>
          <w:b/>
        </w:rPr>
        <w:t xml:space="preserve">[41:02] </w:t>
      </w:r>
      <w:r>
        <w:t>So save Earth, make it a paradise before we go to paradise.</w:t>
      </w:r>
    </w:p>
    <w:p>
      <w:pPr>
        <w:jc w:val="right"/>
      </w:pPr>
      <w:r>
        <w:t>So save Earth, make it a paradise before we go to paradise.</w:t>
      </w:r>
    </w:p>
    <w:p>
      <w:r>
        <w:rPr>
          <w:b/>
        </w:rPr>
        <w:t xml:space="preserve">[41:08] </w:t>
      </w:r>
      <w:r>
        <w:t>Thank you for giving me the opportunity.</w:t>
      </w:r>
    </w:p>
    <w:p>
      <w:pPr>
        <w:jc w:val="right"/>
      </w:pPr>
      <w:r>
        <w:t>Thank you for giving me the opportunity.</w:t>
      </w:r>
    </w:p>
    <w:p>
      <w:r>
        <w:rPr>
          <w:b/>
        </w:rPr>
        <w:t xml:space="preserve">[41:15] </w:t>
      </w:r>
      <w:r>
        <w:t>baithe hain aur bhi member hain kyunki hamara isi time aur ek meeting chal raha hai, to unhonay</w:t>
      </w:r>
    </w:p>
    <w:p>
      <w:pPr>
        <w:jc w:val="right"/>
      </w:pPr>
      <w:r>
        <w:t>बैठे हैं और भी मेंबर हैं क्योंकि हमारा इसी टाइम और एक मीटिंग चल रहा है, तो उन्होंने</w:t>
      </w:r>
    </w:p>
    <w:p>
      <w:r>
        <w:rPr>
          <w:b/>
        </w:rPr>
        <w:t xml:space="preserve">[41:21] </w:t>
      </w:r>
      <w:r>
        <w:t>kaha ki forum ki or se bhi we pass a resolution, we pray for the, I mean, the</w:t>
      </w:r>
    </w:p>
    <w:p>
      <w:pPr>
        <w:jc w:val="right"/>
      </w:pPr>
      <w:r>
        <w:t>कहा कि फोरम की ओर से भी we pass a resolution, we pray for the, I mean, the</w:t>
      </w:r>
    </w:p>
    <w:p>
      <w:r>
        <w:rPr>
          <w:b/>
        </w:rPr>
        <w:t xml:space="preserve">[41:27] </w:t>
      </w:r>
      <w:r>
        <w:t>peace and congratulations to the family.</w:t>
      </w:r>
    </w:p>
    <w:p>
      <w:pPr>
        <w:jc w:val="right"/>
      </w:pPr>
      <w:r>
        <w:t>peace and congratulations to the family.</w:t>
      </w:r>
    </w:p>
    <w:p>
      <w:r>
        <w:rPr>
          <w:b/>
        </w:rPr>
        <w:t xml:space="preserve">[41:33] </w:t>
      </w:r>
      <w:r>
        <w:t>Thank you very much.</w:t>
      </w:r>
    </w:p>
    <w:p>
      <w:pPr>
        <w:jc w:val="right"/>
      </w:pPr>
      <w:r>
        <w:t>Thank you very much.</w:t>
      </w:r>
    </w:p>
    <w:p>
      <w:r>
        <w:rPr>
          <w:b/>
        </w:rPr>
        <w:t xml:space="preserve">[41:40] </w:t>
      </w:r>
      <w:r>
        <w:t>I would now request a very close colleague of Dr.</w:t>
      </w:r>
    </w:p>
    <w:p>
      <w:pPr>
        <w:jc w:val="right"/>
      </w:pPr>
      <w:r>
        <w:t>I would now request a very close colleague of Dr.</w:t>
      </w:r>
    </w:p>
    <w:p>
      <w:r>
        <w:rPr>
          <w:b/>
        </w:rPr>
        <w:t xml:space="preserve">[41:46] </w:t>
      </w:r>
      <w:r>
        <w:t>Najma Siddiqui, Professor Shyam Menon, Vice Chancellor Ambedkar University, to come here and share a few words. Good afternoon. Dr.</w:t>
      </w:r>
    </w:p>
    <w:p>
      <w:pPr>
        <w:jc w:val="right"/>
      </w:pPr>
      <w:r>
        <w:t>Najma Siddiqui, Professor Shyam Menon, Vice Chancellor Ambedkar University, to come here and share a few words. Good afternoon. Dr.</w:t>
      </w:r>
    </w:p>
    <w:p>
      <w:r>
        <w:rPr>
          <w:b/>
        </w:rPr>
        <w:t xml:space="preserve">[41:52] </w:t>
      </w:r>
      <w:r>
        <w:t>Siddiqui, Naseem Saab, Naseem Bhai, that is the way the relationship evolved.</w:t>
      </w:r>
    </w:p>
    <w:p>
      <w:pPr>
        <w:jc w:val="right"/>
      </w:pPr>
      <w:r>
        <w:t>Siddiqui, Naseem Saab, Naseem Bhai, that is the way the relationship evolved.</w:t>
      </w:r>
    </w:p>
    <w:p>
      <w:r>
        <w:rPr>
          <w:b/>
        </w:rPr>
        <w:t xml:space="preserve">[41:59] </w:t>
      </w:r>
      <w:r>
        <w:t>I am one of those fortunate people who have had the opportunity of relating as a friend, colleague,</w:t>
      </w:r>
    </w:p>
    <w:p>
      <w:pPr>
        <w:jc w:val="right"/>
      </w:pPr>
      <w:r>
        <w:t>I am one of those fortunate people who have had the opportunity of relating as a friend, colleague,</w:t>
      </w:r>
    </w:p>
    <w:p>
      <w:r>
        <w:rPr>
          <w:b/>
        </w:rPr>
        <w:t xml:space="preserve">[42:10] </w:t>
      </w:r>
      <w:r>
        <w:t>very closely with Naseem Bhai and Najma Ji at the Central Institute of Education in the University of Delhi.</w:t>
      </w:r>
    </w:p>
    <w:p>
      <w:pPr>
        <w:jc w:val="right"/>
      </w:pPr>
      <w:r>
        <w:t>very closely with Naseem Bhai and Najma Ji at the Central Institute of Education in the University of Delhi.</w:t>
      </w:r>
    </w:p>
    <w:p>
      <w:r>
        <w:rPr>
          <w:b/>
        </w:rPr>
        <w:t xml:space="preserve">[42:22] </w:t>
      </w:r>
      <w:r>
        <w:t>Naseem Bhai was part of the extended faculty.</w:t>
      </w:r>
    </w:p>
    <w:p>
      <w:pPr>
        <w:jc w:val="right"/>
      </w:pPr>
      <w:r>
        <w:t>Naseem Bhai was part of the extended faculty.</w:t>
      </w:r>
    </w:p>
    <w:p>
      <w:r>
        <w:rPr>
          <w:b/>
        </w:rPr>
        <w:t xml:space="preserve">[42:33] </w:t>
      </w:r>
      <w:r>
        <w:t>Rarely have I seen, um, men, I'm particularly emphasizing men here, men with such gentleness, dignity, grace, generosity.</w:t>
      </w:r>
    </w:p>
    <w:p>
      <w:pPr>
        <w:jc w:val="right"/>
      </w:pPr>
      <w:r>
        <w:t>Rarely have I seen, um, men, I'm particularly emphasizing men here, men with such gentleness, dignity, grace, generosity.</w:t>
      </w:r>
    </w:p>
    <w:p>
      <w:r>
        <w:rPr>
          <w:b/>
        </w:rPr>
        <w:t xml:space="preserve">[42:45] </w:t>
      </w:r>
      <w:r>
        <w:t>Um, and rarely, very rarely have anybody seen a couple like, uh, Najma Ji and, uh, Naseem Bhai.</w:t>
      </w:r>
    </w:p>
    <w:p>
      <w:pPr>
        <w:jc w:val="right"/>
      </w:pPr>
      <w:r>
        <w:t>Um, and rarely, very rarely have anybody seen a couple like, uh, Najma Ji and, uh, Naseem Bhai.</w:t>
      </w:r>
    </w:p>
    <w:p>
      <w:r>
        <w:rPr>
          <w:b/>
        </w:rPr>
        <w:t xml:space="preserve">[42:57] </w:t>
      </w:r>
      <w:r>
        <w:t>It's, um, I'm, I'm sure that, um, Naseem Bhai will continue to live through all of us, all</w:t>
      </w:r>
    </w:p>
    <w:p>
      <w:pPr>
        <w:jc w:val="right"/>
      </w:pPr>
      <w:r>
        <w:t>It's, um, I'm, I'm sure that, um, Naseem Bhai will continue to live through all of us, all</w:t>
      </w:r>
    </w:p>
    <w:p>
      <w:r>
        <w:rPr>
          <w:b/>
        </w:rPr>
        <w:t xml:space="preserve">[43:08] </w:t>
      </w:r>
      <w:r>
        <w:t>of us who have been touched and inspired by him in more ways than one.</w:t>
      </w:r>
    </w:p>
    <w:p>
      <w:pPr>
        <w:jc w:val="right"/>
      </w:pPr>
      <w:r>
        <w:t>of us who have been touched and inspired by him in more ways than one.</w:t>
      </w:r>
    </w:p>
    <w:p>
      <w:r>
        <w:rPr>
          <w:b/>
        </w:rPr>
        <w:t xml:space="preserve">[43:20] </w:t>
      </w:r>
      <w:r>
        <w:t>His life has been one of seamlessness between spaces, seamlessness between profession and personal, the space, professional space</w:t>
      </w:r>
    </w:p>
    <w:p>
      <w:pPr>
        <w:jc w:val="right"/>
      </w:pPr>
      <w:r>
        <w:t>His life has been one of seamlessness between spaces, seamlessness between profession and personal, the space, professional space</w:t>
      </w:r>
    </w:p>
    <w:p>
      <w:r>
        <w:rPr>
          <w:b/>
        </w:rPr>
        <w:t xml:space="preserve">[43:31] </w:t>
      </w:r>
      <w:r>
        <w:t>and personal space, seamlessness between, um, even science and spirituality.</w:t>
      </w:r>
    </w:p>
    <w:p>
      <w:pPr>
        <w:jc w:val="right"/>
      </w:pPr>
      <w:r>
        <w:t>and personal space, seamlessness between, um, even science and spirituality.</w:t>
      </w:r>
    </w:p>
    <w:p>
      <w:r>
        <w:rPr>
          <w:b/>
        </w:rPr>
        <w:t xml:space="preserve">[43:43] </w:t>
      </w:r>
      <w:r>
        <w:t>Um, I've marveled at the manner in which we could see in Naseem Saab the integrity that Eric</w:t>
      </w:r>
    </w:p>
    <w:p>
      <w:pPr>
        <w:jc w:val="right"/>
      </w:pPr>
      <w:r>
        <w:t>Um, I've marveled at the manner in which we could see in Naseem Saab the integrity that Eric</w:t>
      </w:r>
    </w:p>
    <w:p>
      <w:r>
        <w:rPr>
          <w:b/>
        </w:rPr>
        <w:t xml:space="preserve">[43:55] </w:t>
      </w:r>
      <w:r>
        <w:t>Ericsson talks about associated with old age.</w:t>
      </w:r>
    </w:p>
    <w:p>
      <w:pPr>
        <w:jc w:val="right"/>
      </w:pPr>
      <w:r>
        <w:t>Ericsson talks about associated with old age.</w:t>
      </w:r>
    </w:p>
    <w:p>
      <w:r>
        <w:rPr>
          <w:b/>
        </w:rPr>
        <w:t xml:space="preserve">[44:06] </w:t>
      </w:r>
      <w:r>
        <w:t>He's a role model and an inspiration.</w:t>
      </w:r>
    </w:p>
    <w:p>
      <w:pPr>
        <w:jc w:val="right"/>
      </w:pPr>
      <w:r>
        <w:t>He's a role model and an inspiration.</w:t>
      </w:r>
    </w:p>
    <w:p>
      <w:r>
        <w:rPr>
          <w:b/>
        </w:rPr>
        <w:t xml:space="preserve">[44:18] </w:t>
      </w:r>
      <w:r>
        <w:t>I wish I could grow like him.</w:t>
      </w:r>
    </w:p>
    <w:p>
      <w:pPr>
        <w:jc w:val="right"/>
      </w:pPr>
      <w:r>
        <w:t>I wish I could grow like him.</w:t>
      </w:r>
    </w:p>
    <w:p>
      <w:r>
        <w:rPr>
          <w:b/>
        </w:rPr>
        <w:t xml:space="preserve">[44:30] </w:t>
      </w:r>
      <w:r>
        <w:t>Uh, I would consider myself most fortunate.</w:t>
      </w:r>
    </w:p>
    <w:p>
      <w:pPr>
        <w:jc w:val="right"/>
      </w:pPr>
      <w:r>
        <w:t>Uh, I would consider myself most fortunate.</w:t>
      </w:r>
    </w:p>
    <w:p>
      <w:r>
        <w:rPr>
          <w:b/>
        </w:rPr>
        <w:t xml:space="preserve">[44:39] </w:t>
      </w:r>
      <w:r>
        <w:t>Um, what Naseem Saab has done to science education in Delhi and, um, Najma Ji, um, and Naseem</w:t>
      </w:r>
    </w:p>
    <w:p>
      <w:pPr>
        <w:jc w:val="right"/>
      </w:pPr>
      <w:r>
        <w:t>Um, what Naseem Saab has done to science education in Delhi and, um, Najma Ji, um, and Naseem</w:t>
      </w:r>
    </w:p>
    <w:p>
      <w:r>
        <w:rPr>
          <w:b/>
        </w:rPr>
        <w:t xml:space="preserve">[44:48] </w:t>
      </w:r>
      <w:r>
        <w:t>Saab has been a, have been a team, what they have done together to science education in Delhi</w:t>
      </w:r>
    </w:p>
    <w:p>
      <w:pPr>
        <w:jc w:val="right"/>
      </w:pPr>
      <w:r>
        <w:t>Saab has been a, have been a team, what they have done together to science education in Delhi</w:t>
      </w:r>
    </w:p>
    <w:p>
      <w:r>
        <w:rPr>
          <w:b/>
        </w:rPr>
        <w:t xml:space="preserve">[44:57] </w:t>
      </w:r>
      <w:r>
        <w:t>is, uh, monumental.</w:t>
      </w:r>
    </w:p>
    <w:p>
      <w:pPr>
        <w:jc w:val="right"/>
      </w:pPr>
      <w:r>
        <w:t>is, uh, monumental.</w:t>
      </w:r>
    </w:p>
    <w:p>
      <w:r>
        <w:rPr>
          <w:b/>
        </w:rPr>
        <w:t xml:space="preserve">[45:06] </w:t>
      </w:r>
      <w:r>
        <w:t>Many of us do not know the complete extent of, um, contributions they've made on various aspects of</w:t>
      </w:r>
    </w:p>
    <w:p>
      <w:pPr>
        <w:jc w:val="right"/>
      </w:pPr>
      <w:r>
        <w:t>Many of us do not know the complete extent of, um, contributions they've made on various aspects of</w:t>
      </w:r>
    </w:p>
    <w:p>
      <w:r>
        <w:rPr>
          <w:b/>
        </w:rPr>
        <w:t xml:space="preserve">[45:15] </w:t>
      </w:r>
      <w:r>
        <w:t>science and science propagation, science education.</w:t>
      </w:r>
    </w:p>
    <w:p>
      <w:pPr>
        <w:jc w:val="right"/>
      </w:pPr>
      <w:r>
        <w:t>science and science propagation, science education.</w:t>
      </w:r>
    </w:p>
    <w:p>
      <w:r>
        <w:rPr>
          <w:b/>
        </w:rPr>
        <w:t xml:space="preserve">[45:24] </w:t>
      </w:r>
      <w:r>
        <w:t>But more than anything else, I think the more, what, what would remain imprinted in our consciousness would</w:t>
      </w:r>
    </w:p>
    <w:p>
      <w:pPr>
        <w:jc w:val="right"/>
      </w:pPr>
      <w:r>
        <w:t>But more than anything else, I think the more, what, what would remain imprinted in our consciousness would</w:t>
      </w:r>
    </w:p>
    <w:p>
      <w:r>
        <w:rPr>
          <w:b/>
        </w:rPr>
        <w:t xml:space="preserve">[45:33] </w:t>
      </w:r>
      <w:r>
        <w:t>be the manner in which Naseem Bhai and, uh, Najma Ji partnered in a life, um, full of</w:t>
      </w:r>
    </w:p>
    <w:p>
      <w:pPr>
        <w:jc w:val="right"/>
      </w:pPr>
      <w:r>
        <w:t>be the manner in which Naseem Bhai and, uh, Najma Ji partnered in a life, um, full of</w:t>
      </w:r>
    </w:p>
    <w:p>
      <w:r>
        <w:rPr>
          <w:b/>
        </w:rPr>
        <w:t xml:space="preserve">[45:42] </w:t>
      </w:r>
      <w:r>
        <w:t>what may be called generativity, which was men for others more than themselves.</w:t>
      </w:r>
    </w:p>
    <w:p>
      <w:pPr>
        <w:jc w:val="right"/>
      </w:pPr>
      <w:r>
        <w:t>what may be called generativity, which was men for others more than themselves.</w:t>
      </w:r>
    </w:p>
    <w:p>
      <w:r>
        <w:rPr>
          <w:b/>
        </w:rPr>
        <w:t xml:space="preserve">[45:51] </w:t>
      </w:r>
      <w:r>
        <w:t>The, the way in which their home had, had an open door always, and the manner in which</w:t>
      </w:r>
    </w:p>
    <w:p>
      <w:pPr>
        <w:jc w:val="right"/>
      </w:pPr>
      <w:r>
        <w:t>The, the way in which their home had, had an open door always, and the manner in which</w:t>
      </w:r>
    </w:p>
    <w:p>
      <w:r>
        <w:rPr>
          <w:b/>
        </w:rPr>
        <w:t xml:space="preserve">[46:00] </w:t>
      </w:r>
      <w:r>
        <w:t>people who visited them always felt the deepest and the most sincere welcome is a, is, um, is</w:t>
      </w:r>
    </w:p>
    <w:p>
      <w:pPr>
        <w:jc w:val="right"/>
      </w:pPr>
      <w:r>
        <w:t>people who visited them always felt the deepest and the most sincere welcome is a, is, um, is</w:t>
      </w:r>
    </w:p>
    <w:p>
      <w:r>
        <w:rPr>
          <w:b/>
        </w:rPr>
        <w:t xml:space="preserve">[46:09] </w:t>
      </w:r>
      <w:r>
        <w:t>a quality which is actually, um, getting extinct these days.</w:t>
      </w:r>
    </w:p>
    <w:p>
      <w:pPr>
        <w:jc w:val="right"/>
      </w:pPr>
      <w:r>
        <w:t>a quality which is actually, um, getting extinct these days.</w:t>
      </w:r>
    </w:p>
    <w:p>
      <w:r>
        <w:rPr>
          <w:b/>
        </w:rPr>
        <w:t xml:space="preserve">[46:18] </w:t>
      </w:r>
      <w:r>
        <w:t>And, and I'm sure that Naseem Bhai and Najma Ji continue to be, um, continue to inspire all</w:t>
      </w:r>
    </w:p>
    <w:p>
      <w:pPr>
        <w:jc w:val="right"/>
      </w:pPr>
      <w:r>
        <w:t>And, and I'm sure that Naseem Bhai and Najma Ji continue to be, um, continue to inspire all</w:t>
      </w:r>
    </w:p>
    <w:p>
      <w:r>
        <w:rPr>
          <w:b/>
        </w:rPr>
        <w:t xml:space="preserve">[46:27] </w:t>
      </w:r>
      <w:r>
        <w:t>of us who were associated with them.</w:t>
      </w:r>
    </w:p>
    <w:p>
      <w:pPr>
        <w:jc w:val="right"/>
      </w:pPr>
      <w:r>
        <w:t>of us who were associated with them.</w:t>
      </w:r>
    </w:p>
    <w:p>
      <w:r>
        <w:rPr>
          <w:b/>
        </w:rPr>
        <w:t xml:space="preserve">[46:36] </w:t>
      </w:r>
      <w:r>
        <w:t>Thank you very much. Thank you.</w:t>
      </w:r>
    </w:p>
    <w:p>
      <w:pPr>
        <w:jc w:val="right"/>
      </w:pPr>
      <w:r>
        <w:t>Thank you very much. Thank you.</w:t>
      </w:r>
    </w:p>
    <w:p>
      <w:r>
        <w:rPr>
          <w:b/>
        </w:rPr>
        <w:t xml:space="preserve">[46:45] </w:t>
      </w:r>
      <w:r>
        <w:t>I would like to tell all of you, uh, my name is Rajat Malhotra, and, uh, I'm a</w:t>
      </w:r>
    </w:p>
    <w:p>
      <w:pPr>
        <w:jc w:val="right"/>
      </w:pPr>
      <w:r>
        <w:t>I would like to tell all of you, uh, my name is Rajat Malhotra, and, uh, I'm a</w:t>
      </w:r>
    </w:p>
    <w:p>
      <w:r>
        <w:rPr>
          <w:b/>
        </w:rPr>
        <w:t xml:space="preserve">[46:54] </w:t>
      </w:r>
      <w:r>
        <w:t>member of, uh, Center for Peace and Spirituality, an organization which has been founded by Maulana Vaiduddin Khan Saab.</w:t>
      </w:r>
    </w:p>
    <w:p>
      <w:pPr>
        <w:jc w:val="right"/>
      </w:pPr>
      <w:r>
        <w:t>member of, uh, Center for Peace and Spirituality, an organization which has been founded by Maulana Vaiduddin Khan Saab.</w:t>
      </w:r>
    </w:p>
    <w:p>
      <w:r>
        <w:rPr>
          <w:b/>
        </w:rPr>
        <w:t xml:space="preserve">[47:04] </w:t>
      </w:r>
      <w:r>
        <w:t>I met, uh, Uncle, as we all, uh, lovingly called him, at, uh, CPS International's, uh, center every Sunday. For the last 10 years, he would come at the center for the Sunday talk of Maulana Saab, and he would meet all of us with a smile on his face.</w:t>
      </w:r>
    </w:p>
    <w:p>
      <w:pPr>
        <w:jc w:val="right"/>
      </w:pPr>
      <w:r>
        <w:t>I met, uh, Uncle, as we all, uh, lovingly called him, at, uh, CPS International's, uh, center every Sunday. For the last 10 years, he would come at the center for the Sunday talk of Maulana Saab, and he would meet all of us with a smile on his face.</w:t>
      </w:r>
    </w:p>
    <w:p>
      <w:r>
        <w:rPr>
          <w:b/>
        </w:rPr>
        <w:t xml:space="preserve">[47:22] </w:t>
      </w:r>
      <w:r>
        <w:t>I remember that, uh, you know, uh, every month, beginning of the month, for the last 10 years, he would come to me and say that, "Rajat, here is my contribution to the peace and speech, uh, peace and spiritual literature." And never has it happened, uh, I remember very clearly that I had to tell him that, "Uncle, what about this month's contribution?"</w:t>
      </w:r>
    </w:p>
    <w:p>
      <w:pPr>
        <w:jc w:val="right"/>
      </w:pPr>
      <w:r>
        <w:t>I remember that, uh, you know, uh, every month, beginning of the month, for the last 10 years, he would come to me and say that, "Rajat, here is my contribution to the peace and speech, uh, peace and spiritual literature." And never has it happened, uh, I remember very clearly that I had to tell him that, "Uncle, what about this month's contribution?</w:t>
      </w:r>
    </w:p>
    <w:p>
      <w:r>
        <w:rPr>
          <w:b/>
        </w:rPr>
        <w:t xml:space="preserve">[47:45] </w:t>
      </w:r>
      <w:r>
        <w:t>" He would always be the first person to come and give his contribution. So I would like to say that from all of the CPS members, from the Indian chapter and from all the global chapters, "Uncle, we love you. Uncle, we miss you. And we promise you that the good work that you did with so much passion, we'll keep on doing it as long as we are alive. May God bless your soul." I would now, uh, request, uh, Maulana Saab to come on stage and give his talk, which is on, uh, life and death.</w:t>
      </w:r>
    </w:p>
    <w:p>
      <w:pPr>
        <w:jc w:val="right"/>
      </w:pPr>
      <w:r>
        <w:t>" He would always be the first person to come and give his contribution. So I would like to say that from all of the CPS members, from the Indian chapter and from all the global chapters, "Uncle, we love you. Uncle, we miss you. And we promise you that the good work that you did with so much passion, we'll keep on doing it as long as we are alive. May God bless your soul." I would now, uh, request, uh, Maulana Saab to come on stage and give his talk, which is on, uh, life and death.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