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Life is a Test 31 12 07</w:t>
      </w:r>
    </w:p>
    <w:p>
      <w:r>
        <w:t>https://www.youtube.com/watch?v=zJRCvx89bHE</w:t>
      </w:r>
    </w:p>
    <w:p>
      <w:r>
        <w:rPr>
          <w:b/>
        </w:rPr>
        <w:t xml:space="preserve">[00:21] </w:t>
      </w:r>
      <w:r>
        <w:t>bismillah alrahman alrahim, wasalla allah ala alnabi alkarim.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wayassir li amri, wahlu aluqdata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aaj ka jo topic hai woh hai "Beginning of the End".</w:t>
      </w:r>
    </w:p>
    <w:p>
      <w:pPr>
        <w:jc w:val="right"/>
      </w:pPr>
      <w:r>
        <w:t>آج کا جو ٹاپک ہے وہ ہے "Beginning of the End"۔</w:t>
      </w:r>
    </w:p>
    <w:p>
      <w:r>
        <w:rPr>
          <w:b/>
        </w:rPr>
        <w:t xml:space="preserve">[00:35] </w:t>
      </w:r>
      <w:r>
        <w:t>"Beginning of the End" ka matlab hai ke insani history ka aik end honay wala hai, aur is</w:t>
      </w:r>
    </w:p>
    <w:p>
      <w:pPr>
        <w:jc w:val="right"/>
      </w:pPr>
      <w:r>
        <w:t>"Beginning of the End" کا مطلب ہے کہ انسانی ہسٹری کا ایک اینڈ ہونے والا ہے، اور اس</w:t>
      </w:r>
    </w:p>
    <w:p>
      <w:r>
        <w:rPr>
          <w:b/>
        </w:rPr>
        <w:t xml:space="preserve">[00:42] </w:t>
      </w:r>
      <w:r>
        <w:t>end ki beginning shuru ho gayi hai.</w:t>
      </w:r>
    </w:p>
    <w:p>
      <w:pPr>
        <w:jc w:val="right"/>
      </w:pPr>
      <w:r>
        <w:t>اینڈ کی بگننگ شروع ہو گئی ہے۔</w:t>
      </w:r>
    </w:p>
    <w:p>
      <w:r>
        <w:rPr>
          <w:b/>
        </w:rPr>
        <w:t xml:space="preserve">[00:45] </w:t>
      </w:r>
      <w:r>
        <w:t>aap jantay hain ke jo aaj ki scientific community hai, jo bohat ziyada is ke paas well-equipped hai,</w:t>
      </w:r>
    </w:p>
    <w:p>
      <w:pPr>
        <w:jc w:val="right"/>
      </w:pPr>
      <w:r>
        <w:t>آپ جانتے ہیں کہ جو آج کی سائنٹیفک کمیونٹی ہے، جو بہت زیادہ اس کے پاس well-equipped ہے،</w:t>
      </w:r>
    </w:p>
    <w:p>
      <w:r>
        <w:rPr>
          <w:b/>
        </w:rPr>
        <w:t xml:space="preserve">[00:53] </w:t>
      </w:r>
      <w:r>
        <w:t>yani zameen se oopar apnay satellite bhej kar woh cheezon ko observe kar saktay hain, to observation ke</w:t>
      </w:r>
    </w:p>
    <w:p>
      <w:pPr>
        <w:jc w:val="right"/>
      </w:pPr>
      <w:r>
        <w:t>یعنی زمین سے اوپر اپنے سیٹلائٹ بھیج کر وہ چیزوں کو observe کر سکتے ہیں، تو observation کے</w:t>
      </w:r>
    </w:p>
    <w:p>
      <w:r>
        <w:rPr>
          <w:b/>
        </w:rPr>
        <w:t xml:space="preserve">[01:01] </w:t>
      </w:r>
      <w:r>
        <w:t>جو نئے نئے methods ہیں اس کو استعمال کرتے ہوئے وہ بتا رہے ہیں کہ زمین میں اتنا</w:t>
      </w:r>
    </w:p>
    <w:p>
      <w:pPr>
        <w:jc w:val="right"/>
      </w:pPr>
      <w:r>
        <w:t>جو نئے نئے method ہیں اس کو استعمال کرتے ہوئے وہ بتا رہے ہیں کہ زمین میں اتنا</w:t>
      </w:r>
    </w:p>
    <w:p>
      <w:r>
        <w:rPr>
          <w:b/>
        </w:rPr>
        <w:t xml:space="preserve">[01:09] </w:t>
      </w:r>
      <w:r>
        <w:t>زیادہ changes آ رہے ہیں، climatic change, lifestyles اب disturb ہو رہا ہے کہ دس سال کے اندر</w:t>
      </w:r>
    </w:p>
    <w:p>
      <w:pPr>
        <w:jc w:val="right"/>
      </w:pPr>
      <w:r>
        <w:t>زیادہ changes آ رہے ہیں، climatic change، lifestyles اب disturb ہو رہا ہے کہ دس سال کے اندر</w:t>
      </w:r>
    </w:p>
    <w:p>
      <w:r>
        <w:rPr>
          <w:b/>
        </w:rPr>
        <w:t xml:space="preserve">[01:16] </w:t>
      </w:r>
      <w:r>
        <w:t>اندر ایسا ہو سکتا ہے، within ten years، کہ زمین uninhabitable ہو جائے، یعنی رہنے کے قابل نہ</w:t>
      </w:r>
    </w:p>
    <w:p>
      <w:pPr>
        <w:jc w:val="right"/>
      </w:pPr>
      <w:r>
        <w:t>اندر ایسا ہو سکتا ہے، within ten years، کہ زمین inhabitable ہو جائے، یعنی رہنے کے قابل نہ</w:t>
      </w:r>
    </w:p>
    <w:p>
      <w:r>
        <w:rPr>
          <w:b/>
        </w:rPr>
        <w:t xml:space="preserve">[01:24] </w:t>
      </w:r>
      <w:r>
        <w:t>rahe.</w:t>
      </w:r>
    </w:p>
    <w:p>
      <w:pPr>
        <w:jc w:val="right"/>
      </w:pPr>
      <w:r>
        <w:t>رہے۔</w:t>
      </w:r>
    </w:p>
    <w:p>
      <w:r>
        <w:rPr>
          <w:b/>
        </w:rPr>
        <w:t xml:space="preserve">[01:25] </w:t>
      </w:r>
      <w:r>
        <w:t>itna serious mamla hai.</w:t>
      </w:r>
    </w:p>
    <w:p>
      <w:pPr>
        <w:jc w:val="right"/>
      </w:pPr>
      <w:r>
        <w:t>اتنا serious معاملہ ہے۔</w:t>
      </w:r>
    </w:p>
    <w:p>
      <w:r>
        <w:rPr>
          <w:b/>
        </w:rPr>
        <w:t xml:space="preserve">[01:27] </w:t>
      </w:r>
      <w:r>
        <w:t>اگرچہ لوگ اپنے ho-ha culture میں لگے ہوئے ہیں، لوگوں کے اندر کوئی اس کا آپ اثر نہیں</w:t>
      </w:r>
    </w:p>
    <w:p>
      <w:pPr>
        <w:jc w:val="right"/>
      </w:pPr>
      <w:r>
        <w:t>اگرچہ لوگ اپنے ہوہا کلچر میں لگے ہوئے ہیں، لوگوں کے اندر کوئی اس کا آپ اثر نہیں</w:t>
      </w:r>
    </w:p>
    <w:p>
      <w:r>
        <w:rPr>
          <w:b/>
        </w:rPr>
        <w:t xml:space="preserve">[01:35] </w:t>
      </w:r>
      <w:r>
        <w:t>دیکھیں گے، وہی culture جو entertainment اور enjoyment کو سب کچھ سمجھتا ہے، اسی میں لوگ ابھی تک</w:t>
      </w:r>
    </w:p>
    <w:p>
      <w:pPr>
        <w:jc w:val="right"/>
      </w:pPr>
      <w:r>
        <w:t>دیکھیں گے، وہی کلچر جو entertainment اور enjoyment کو سب کچھ سمجھتا ہے، اسی میں لوگ ابھی تک</w:t>
      </w:r>
    </w:p>
    <w:p>
      <w:r>
        <w:rPr>
          <w:b/>
        </w:rPr>
        <w:t xml:space="preserve">[01:43] </w:t>
      </w:r>
      <w:r>
        <w:t>paray huay hain.</w:t>
      </w:r>
    </w:p>
    <w:p>
      <w:pPr>
        <w:jc w:val="right"/>
      </w:pPr>
      <w:r>
        <w:t>پڑے ہوئے ہیں۔</w:t>
      </w:r>
    </w:p>
    <w:p>
      <w:r>
        <w:rPr>
          <w:b/>
        </w:rPr>
        <w:t xml:space="preserve">[01:44] </w:t>
      </w:r>
      <w:r>
        <w:t>lekin scientific community jo hai woh bohat ziyada pareshan hai.</w:t>
      </w:r>
    </w:p>
    <w:p>
      <w:pPr>
        <w:jc w:val="right"/>
      </w:pPr>
      <w:r>
        <w:t>لیکن سائنٹیفک کمیونٹی جو ہے وہ بہت زیادہ پریشان ہے۔</w:t>
      </w:r>
    </w:p>
    <w:p>
      <w:r>
        <w:rPr>
          <w:b/>
        </w:rPr>
        <w:t xml:space="preserve">[01:48] </w:t>
      </w:r>
      <w:r>
        <w:t>Daily aata hai un ka, un ki baatein daily aa rahi hain media mein, aap jantay hongay.</w:t>
      </w:r>
    </w:p>
    <w:p>
      <w:pPr>
        <w:jc w:val="right"/>
      </w:pPr>
      <w:r>
        <w:t>Daily آتا ہے ان کا، ان کی باتیں daily آ رہی ہیں میڈیا میں، آپ جانتے ہوں گے۔</w:t>
      </w:r>
    </w:p>
    <w:p>
      <w:r>
        <w:rPr>
          <w:b/>
        </w:rPr>
        <w:t xml:space="preserve">[01:56] </w:t>
      </w:r>
      <w:r>
        <w:t>to isi ko lay kar maine aaj chaha ke kuch baat kahoon ke ab history ka end</w:t>
      </w:r>
    </w:p>
    <w:p>
      <w:pPr>
        <w:jc w:val="right"/>
      </w:pPr>
      <w:r>
        <w:t>تو اسی کو لے کر میں نے آج چاہا کہ کچھ بات کہوں کہ اب ہسٹری کا اینڈ</w:t>
      </w:r>
    </w:p>
    <w:p>
      <w:r>
        <w:rPr>
          <w:b/>
        </w:rPr>
        <w:t xml:space="preserve">[02:04] </w:t>
      </w:r>
      <w:r>
        <w:t>jo honay wala tha to us ki beginning shuru ho gayi.</w:t>
      </w:r>
    </w:p>
    <w:p>
      <w:pPr>
        <w:jc w:val="right"/>
      </w:pPr>
      <w:r>
        <w:t>جو ہونے والا تھا تو اس کی بگننگ شروع ہو گئی۔</w:t>
      </w:r>
    </w:p>
    <w:p>
      <w:r>
        <w:rPr>
          <w:b/>
        </w:rPr>
        <w:t xml:space="preserve">[02:08] </w:t>
      </w:r>
      <w:r>
        <w:t>beginning ka matlab yeh hai ke us ke signs, us ki nishaniyan zahir ho gayeen.</w:t>
      </w:r>
    </w:p>
    <w:p>
      <w:pPr>
        <w:jc w:val="right"/>
      </w:pPr>
      <w:r>
        <w:t>بگننگ کا مطلب یہ ہے کہ اس کے signs، اس کی نشانیاں ظاہر ہو گئیں۔</w:t>
      </w:r>
    </w:p>
    <w:p>
      <w:r>
        <w:rPr>
          <w:b/>
        </w:rPr>
        <w:t xml:space="preserve">[02:15] </w:t>
      </w:r>
      <w:r>
        <w:t>aaj kya hua? aaj subah mere paas telephone aaya Mr. Rajat ka.</w:t>
      </w:r>
    </w:p>
    <w:p>
      <w:pPr>
        <w:jc w:val="right"/>
      </w:pPr>
      <w:r>
        <w:t>آج کیا ہوا؟ آج صبح میرے پاس ٹیلی فون آیا مسٹر رجت کا۔</w:t>
      </w:r>
    </w:p>
    <w:p>
      <w:r>
        <w:rPr>
          <w:b/>
        </w:rPr>
        <w:t xml:space="preserve">[02:20] </w:t>
      </w:r>
      <w:r>
        <w:t>to unhonay bataya ke aap ko maloom hoga ke har roz subah ko hamara aik program aata</w:t>
      </w:r>
    </w:p>
    <w:p>
      <w:pPr>
        <w:jc w:val="right"/>
      </w:pPr>
      <w:r>
        <w:t>تو انہوں نے بتایا کہ آپ کو معلوم ہوگا کہ ہر روز صبح کو ہمارا ایک پروگرام آتا</w:t>
      </w:r>
    </w:p>
    <w:p>
      <w:r>
        <w:rPr>
          <w:b/>
        </w:rPr>
        <w:t xml:space="preserve">[02:28] </w:t>
      </w:r>
      <w:r>
        <w:t>hai TV par.</w:t>
      </w:r>
    </w:p>
    <w:p>
      <w:pPr>
        <w:jc w:val="right"/>
      </w:pPr>
      <w:r>
        <w:t>ہے ٹی وی پر۔</w:t>
      </w:r>
    </w:p>
    <w:p>
      <w:r>
        <w:rPr>
          <w:b/>
        </w:rPr>
        <w:t xml:space="preserve">[02:30] </w:t>
      </w:r>
      <w:r>
        <w:t>to aaj ka jo program hai aik aik Hindu nay suna, Maharashtra ke Hindu, jinka naam hai</w:t>
      </w:r>
    </w:p>
    <w:p>
      <w:pPr>
        <w:jc w:val="right"/>
      </w:pPr>
      <w:r>
        <w:t>تو آج کا جو پروگرام ہے ایک ایک ہندو نے سنا، مہاراشٹر کے ہندو، جن کا نام ہے</w:t>
      </w:r>
    </w:p>
    <w:p>
      <w:r>
        <w:rPr>
          <w:b/>
        </w:rPr>
        <w:t xml:space="preserve">[02:38] </w:t>
      </w:r>
      <w:r>
        <w:t>Mr. Shivaji Iyer.</w:t>
      </w:r>
    </w:p>
    <w:p>
      <w:pPr>
        <w:jc w:val="right"/>
      </w:pPr>
      <w:r>
        <w:t>مسٹر شیوا جی آئر۔</w:t>
      </w:r>
    </w:p>
    <w:p>
      <w:r>
        <w:rPr>
          <w:b/>
        </w:rPr>
        <w:t xml:space="preserve">[02:39] </w:t>
      </w:r>
      <w:r>
        <w:t>to unhonay telephone kiya aaj ke program ko sun kar ke mujhe bohat pasand aaya aur</w:t>
      </w:r>
    </w:p>
    <w:p>
      <w:pPr>
        <w:jc w:val="right"/>
      </w:pPr>
      <w:r>
        <w:t>تو انہوں نے ٹیلی فون کیا آج کے پروگرام کو سن کر کہ مجھے بہت پسند آیا اور</w:t>
      </w:r>
    </w:p>
    <w:p>
      <w:r>
        <w:rPr>
          <w:b/>
        </w:rPr>
        <w:t xml:space="preserve">[02:47] </w:t>
      </w:r>
      <w:r>
        <w:t>mujhe Quran ki aik copy chahiye.</w:t>
      </w:r>
    </w:p>
    <w:p>
      <w:pPr>
        <w:jc w:val="right"/>
      </w:pPr>
      <w:r>
        <w:t>مجھے قرآن کی ایک کاپی چاہیے۔</w:t>
      </w:r>
    </w:p>
    <w:p>
      <w:r>
        <w:rPr>
          <w:b/>
        </w:rPr>
        <w:t xml:space="preserve">[02:50] </w:t>
      </w:r>
      <w:r>
        <w:t>to us ko jab jab is jab yeh news mere samnay aayi mujhe achanak yeh laga ke daba</w:t>
      </w:r>
    </w:p>
    <w:p>
      <w:pPr>
        <w:jc w:val="right"/>
      </w:pPr>
      <w:r>
        <w:t>تو اس کو جب جب اس جب یہ نیوز میرے سامنے آئی مجھے اچانک یہ لگا کہ دابا</w:t>
      </w:r>
    </w:p>
    <w:p>
      <w:r>
        <w:rPr>
          <w:b/>
        </w:rPr>
        <w:t xml:space="preserve">[02:57] </w:t>
      </w:r>
      <w:r>
        <w:t>to zahir chuka.</w:t>
      </w:r>
    </w:p>
    <w:p>
      <w:pPr>
        <w:jc w:val="right"/>
      </w:pPr>
      <w:r>
        <w:t>تو ظاہر ہو چکا۔</w:t>
      </w:r>
    </w:p>
    <w:p>
      <w:r>
        <w:rPr>
          <w:b/>
        </w:rPr>
        <w:t xml:space="preserve">[02:59] </w:t>
      </w:r>
      <w:r>
        <w:t>quran mein hai ke quran mein hai ke jab qayamat qareeb aa jaye gi to aik daba zahir</w:t>
      </w:r>
    </w:p>
    <w:p>
      <w:pPr>
        <w:jc w:val="right"/>
      </w:pPr>
      <w:r>
        <w:t>قرآن میں ہے کہ قرآن میں ہے کہ جب قیامت قریب آ جائے گی تو ایک دابا ظاہر</w:t>
      </w:r>
    </w:p>
    <w:p>
      <w:r>
        <w:rPr>
          <w:b/>
        </w:rPr>
        <w:t xml:space="preserve">[03:07]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[03:08] </w:t>
      </w:r>
      <w:r>
        <w:t>wa izaa waqa al qaul alaihim akhrajna lahum daabbatan min al ardi tukallimuhum anna al naasa kaanoo bi aayaatina laa yooqinoon ke jab</w:t>
      </w:r>
    </w:p>
    <w:p>
      <w:pPr>
        <w:jc w:val="right"/>
      </w:pPr>
      <w:r>
        <w:t>وإذا وقع القول عليهم أخرجنا لهم دابة من الأرض تكلمهم أن الناس كانوا بآياتنا لا يوقنون کہ جب</w:t>
      </w:r>
    </w:p>
    <w:p>
      <w:r>
        <w:rPr>
          <w:b/>
        </w:rPr>
        <w:t xml:space="preserve">[03:16] </w:t>
      </w:r>
      <w:r>
        <w:t>qayamat qareeb aa jaye gi to allah ta'ala zameen se aik daba nikalen ge jo bol kar kahe</w:t>
      </w:r>
    </w:p>
    <w:p>
      <w:pPr>
        <w:jc w:val="right"/>
      </w:pPr>
      <w:r>
        <w:t>قیامت قریب آ جائے گی تو اللہ تعالیٰ زمین سے ایک دابا نکالیں گے جو بول کر کہے</w:t>
      </w:r>
    </w:p>
    <w:p>
      <w:r>
        <w:rPr>
          <w:b/>
        </w:rPr>
        <w:t xml:space="preserve">[03:24] </w:t>
      </w:r>
      <w:r>
        <w:t>ga ke log khuda ki nishaniyon, khuda ke signs par vishwas nahin karte the.</w:t>
      </w:r>
    </w:p>
    <w:p>
      <w:pPr>
        <w:jc w:val="right"/>
      </w:pPr>
      <w:r>
        <w:t>گا کہ لوگ خدا کی نشانیوں، خدا کے signs پر وشواس نہیں کرتے تھے۔</w:t>
      </w:r>
    </w:p>
    <w:p>
      <w:r>
        <w:rPr>
          <w:b/>
        </w:rPr>
        <w:t xml:space="preserve">[03:30] </w:t>
      </w:r>
      <w:r>
        <w:t>daba ka matlab kya hai? daba ke ma'ne hain creeper, rengne wala.</w:t>
      </w:r>
    </w:p>
    <w:p>
      <w:pPr>
        <w:jc w:val="right"/>
      </w:pPr>
      <w:r>
        <w:t>دابا کا مطلب کیا ہے؟ دابا کے معنی ہیں creeper، رینگنے والا۔</w:t>
      </w:r>
    </w:p>
    <w:p>
      <w:r>
        <w:rPr>
          <w:b/>
        </w:rPr>
        <w:t xml:space="preserve">[03:35] </w:t>
      </w:r>
      <w:r>
        <w:t>literal meaning daba ki hai creeper, rengne wala.</w:t>
      </w:r>
    </w:p>
    <w:p>
      <w:pPr>
        <w:jc w:val="right"/>
      </w:pPr>
      <w:r>
        <w:t>Literal meaning دابا کی ہے creeper، رینگنے والا۔</w:t>
      </w:r>
    </w:p>
    <w:p>
      <w:r>
        <w:rPr>
          <w:b/>
        </w:rPr>
        <w:t xml:space="preserve">[03:38] </w:t>
      </w:r>
      <w:r>
        <w:t>to daba ka matlab yahan par hai ke aap ki jo awaz hai wo reng kar door tak</w:t>
      </w:r>
    </w:p>
    <w:p>
      <w:pPr>
        <w:jc w:val="right"/>
      </w:pPr>
      <w:r>
        <w:t>تو دابا کا مطلب یہاں پر ہے کہ آپ کی جو آواز ہے وہ رینگ کر دور تک</w:t>
      </w:r>
    </w:p>
    <w:p>
      <w:r>
        <w:rPr>
          <w:b/>
        </w:rPr>
        <w:t xml:space="preserve">[03:46] </w:t>
      </w:r>
      <w:r>
        <w:t>pahunche.</w:t>
      </w:r>
    </w:p>
    <w:p>
      <w:pPr>
        <w:jc w:val="right"/>
      </w:pPr>
      <w:r>
        <w:t>پہنچے۔</w:t>
      </w:r>
    </w:p>
    <w:p>
      <w:r>
        <w:rPr>
          <w:b/>
        </w:rPr>
        <w:t xml:space="preserve">[03:48] </w:t>
      </w:r>
      <w:r>
        <w:t>mein samajhta hoon ke daba asal mein naam hai Age of Telecommunication ka.</w:t>
      </w:r>
    </w:p>
    <w:p>
      <w:pPr>
        <w:jc w:val="right"/>
      </w:pPr>
      <w:r>
        <w:t>میں سمجھتا ہوں کہ دابا اصل میں نام ہے Age of Telecommunication کا۔</w:t>
      </w:r>
    </w:p>
    <w:p>
      <w:r>
        <w:rPr>
          <w:b/>
        </w:rPr>
        <w:t xml:space="preserve">[03:53] </w:t>
      </w:r>
      <w:r>
        <w:t>pehle zamane mein aap jante hain ke aadmi jab bolta tha to paas ke aadmi sirf sun sakte</w:t>
      </w:r>
    </w:p>
    <w:p>
      <w:pPr>
        <w:jc w:val="right"/>
      </w:pPr>
      <w:r>
        <w:t>پہلے زمانے میں آپ جانتے ہیں کہ آدمی جب بولتا تھا تو پاس کے آدمی صرف سن سکتے</w:t>
      </w:r>
    </w:p>
    <w:p>
      <w:r>
        <w:rPr>
          <w:b/>
        </w:rPr>
        <w:t xml:space="preserve">[04:01] </w:t>
      </w:r>
      <w:r>
        <w:t>the us ko, door ke aadmi aap ki awaz ko nahin sun sakte the.</w:t>
      </w:r>
    </w:p>
    <w:p>
      <w:pPr>
        <w:jc w:val="right"/>
      </w:pPr>
      <w:r>
        <w:t>تھے اس کو، دور کے آدمی آپ کی آواز کو نہیں سن سکتے تھے۔</w:t>
      </w:r>
    </w:p>
    <w:p>
      <w:r>
        <w:rPr>
          <w:b/>
        </w:rPr>
        <w:t xml:space="preserve">[04:07] </w:t>
      </w:r>
      <w:r>
        <w:t>yeh pehli baar twentieth century mein possible hua hai ke aap yahan bolen aur sari dunya mein wo</w:t>
      </w:r>
    </w:p>
    <w:p>
      <w:pPr>
        <w:jc w:val="right"/>
      </w:pPr>
      <w:r>
        <w:t>یہ پہلی بار twentieth century میں possible ہوا ہے کہ آپ یہاں بولیں اور ساری دنیا میں وہ</w:t>
      </w:r>
    </w:p>
    <w:p>
      <w:r>
        <w:rPr>
          <w:b/>
        </w:rPr>
        <w:t xml:space="preserve">[04:15] </w:t>
      </w:r>
      <w:r>
        <w:t>suna jaye, jis ko kehte hain Telecommunication.</w:t>
      </w:r>
    </w:p>
    <w:p>
      <w:pPr>
        <w:jc w:val="right"/>
      </w:pPr>
      <w:r>
        <w:t>سنا جائے، جس کو کہتے ہیں Telecommunication۔</w:t>
      </w:r>
    </w:p>
    <w:p>
      <w:r>
        <w:rPr>
          <w:b/>
        </w:rPr>
        <w:t xml:space="preserve">[04:18] </w:t>
      </w:r>
      <w:r>
        <w:t>to daba ka matlab yahi hai ke aap ki awaz reng kar ke, chal kar ke door door</w:t>
      </w:r>
    </w:p>
    <w:p>
      <w:pPr>
        <w:jc w:val="right"/>
      </w:pPr>
      <w:r>
        <w:t>تو دابا کا مطلب یہی ہے کہ آپ کی آواز رینگ کر کے، چل کر کے دور دور</w:t>
      </w:r>
    </w:p>
    <w:p>
      <w:r>
        <w:rPr>
          <w:b/>
        </w:rPr>
        <w:t xml:space="preserve">[04:25] </w:t>
      </w:r>
      <w:r>
        <w:t>tak pahunche gi.</w:t>
      </w:r>
    </w:p>
    <w:p>
      <w:pPr>
        <w:jc w:val="right"/>
      </w:pPr>
      <w:r>
        <w:t>تک پہنچے گی۔</w:t>
      </w:r>
    </w:p>
    <w:p>
      <w:r>
        <w:rPr>
          <w:b/>
        </w:rPr>
        <w:t xml:space="preserve">[04:27] </w:t>
      </w:r>
      <w:r>
        <w:t>to is door door tak ke log jaan len ge in baaton ko jis ko sirf pehle paas</w:t>
      </w:r>
    </w:p>
    <w:p>
      <w:pPr>
        <w:jc w:val="right"/>
      </w:pPr>
      <w:r>
        <w:t>تو اس دور دور تک کے لوگ جان لیں گے ان باتوں کو جس کو صرف پہلے پاس</w:t>
      </w:r>
    </w:p>
    <w:p>
      <w:r>
        <w:rPr>
          <w:b/>
        </w:rPr>
        <w:t xml:space="preserve">[04:34] </w:t>
      </w:r>
      <w:r>
        <w:t>ke log hi sun sakte the.</w:t>
      </w:r>
    </w:p>
    <w:p>
      <w:pPr>
        <w:jc w:val="right"/>
      </w:pPr>
      <w:r>
        <w:t>کے لوگ ہی سن سکتے تھے۔</w:t>
      </w:r>
    </w:p>
    <w:p>
      <w:r>
        <w:rPr>
          <w:b/>
        </w:rPr>
        <w:t xml:space="preserve">[04:37] </w:t>
      </w:r>
      <w:r>
        <w:t>to mein samajhta hoon ke yeh un nishaniyon mein se aik nishani hai jo qayamat se pehle zahir</w:t>
      </w:r>
    </w:p>
    <w:p>
      <w:pPr>
        <w:jc w:val="right"/>
      </w:pPr>
      <w:r>
        <w:t>تو میں سمجھتا ہوں کہ یہ ان نشانیوں میں سے ایک نشانی ہے جو قیامت سے پہلے ظاہر</w:t>
      </w:r>
    </w:p>
    <w:p>
      <w:r>
        <w:rPr>
          <w:b/>
        </w:rPr>
        <w:t xml:space="preserve">[04:45] </w:t>
      </w:r>
      <w:r>
        <w:t>hone wali thi aur wo zahir ho gayi.</w:t>
      </w:r>
    </w:p>
    <w:p>
      <w:pPr>
        <w:jc w:val="right"/>
      </w:pPr>
      <w:r>
        <w:t>ہونے والی تھی اور وہ ظاہر ہو گئی۔</w:t>
      </w:r>
    </w:p>
    <w:p>
      <w:r>
        <w:rPr>
          <w:b/>
        </w:rPr>
        <w:t xml:space="preserve">[04:48] </w:t>
      </w:r>
      <w:r>
        <w:t>dekhen yeh qissa shuru hota hai Yaqooj Maqooj se.</w:t>
      </w:r>
    </w:p>
    <w:p>
      <w:pPr>
        <w:jc w:val="right"/>
      </w:pPr>
      <w:r>
        <w:t>دیکھیں یہ قصہ شروع ہوتا ہے یاجوج ماجوج سے۔</w:t>
      </w:r>
    </w:p>
    <w:p>
      <w:r>
        <w:rPr>
          <w:b/>
        </w:rPr>
        <w:t xml:space="preserve">[04:52] </w:t>
      </w:r>
      <w:r>
        <w:t>Yaqooj Maqooj ka zikr quran mein do jagah aya hai, hadith mein aya hai, bible mein aya hai,</w:t>
      </w:r>
    </w:p>
    <w:p>
      <w:pPr>
        <w:jc w:val="right"/>
      </w:pPr>
      <w:r>
        <w:t>یاجوج ماجوج کا ذکر قرآن میں دو جگہ آیا ہے، حدیث میں آیا ہے، بائبل میں آیا ہے،</w:t>
      </w:r>
    </w:p>
    <w:p>
      <w:r>
        <w:rPr>
          <w:b/>
        </w:rPr>
        <w:t xml:space="preserve">[05:00] </w:t>
      </w:r>
      <w:r>
        <w:t>hindu puran mein aya hai aur bhi kai jagah aya hai.</w:t>
      </w:r>
    </w:p>
    <w:p>
      <w:pPr>
        <w:jc w:val="right"/>
      </w:pPr>
      <w:r>
        <w:t>ہندو پران میں آیا ہے اور بھی کئی جگہ آیا ہے۔</w:t>
      </w:r>
    </w:p>
    <w:p>
      <w:r>
        <w:rPr>
          <w:b/>
        </w:rPr>
        <w:t xml:space="preserve">[05:04] </w:t>
      </w:r>
      <w:r>
        <w:t>is se andaza hota hai ke har zamane ke prophet, har zamane ke peghambar yeh batate rahe ke</w:t>
      </w:r>
    </w:p>
    <w:p>
      <w:pPr>
        <w:jc w:val="right"/>
      </w:pPr>
      <w:r>
        <w:t>اس سے اندازہ ہوتا ہے کہ ہر زمانے کے prophet، ہر زمانے کے پیغمبر یہ بتاتے رہے کہ</w:t>
      </w:r>
    </w:p>
    <w:p>
      <w:r>
        <w:rPr>
          <w:b/>
        </w:rPr>
        <w:t xml:space="preserve">[05:12] </w:t>
      </w:r>
      <w:r>
        <w:t>aik zamana aaye ga jab ke Yaqooj Maqooj zahir honge.</w:t>
      </w:r>
    </w:p>
    <w:p>
      <w:pPr>
        <w:jc w:val="right"/>
      </w:pPr>
      <w:r>
        <w:t>ایک زمانہ آئے گا جب کہ یاجوج ماجوج ظاہر ہوں گے۔</w:t>
      </w:r>
    </w:p>
    <w:p>
      <w:r>
        <w:rPr>
          <w:b/>
        </w:rPr>
        <w:t xml:space="preserve">[05:17] </w:t>
      </w:r>
      <w:r>
        <w:t>kyunke yaajooj maajooj se history mein ek naya age shuru hone wala tha.</w:t>
      </w:r>
    </w:p>
    <w:p>
      <w:pPr>
        <w:jc w:val="right"/>
      </w:pPr>
      <w:r>
        <w:t>کیونکہ یاجوج ماجوج سے history میں ایک نیا age شروع ہونے والا تھا۔</w:t>
      </w:r>
    </w:p>
    <w:p>
      <w:r>
        <w:rPr>
          <w:b/>
        </w:rPr>
        <w:t xml:space="preserve">[05:22] </w:t>
      </w:r>
      <w:r>
        <w:t>woh kya? dekhen yaajooj maajooj ko aap dekhen agar kisi book mein toh woh bible ke lehaz se</w:t>
      </w:r>
    </w:p>
    <w:p>
      <w:pPr>
        <w:jc w:val="right"/>
      </w:pPr>
      <w:r>
        <w:t>وہ کیا؟ دیکھیں یاجوج ماجوج کو آپ دیکھیں اگر کسی book میں تو وہ بائبل کے لحاظ سے</w:t>
      </w:r>
    </w:p>
    <w:p>
      <w:r>
        <w:rPr>
          <w:b/>
        </w:rPr>
        <w:t xml:space="preserve">[05:30] </w:t>
      </w:r>
      <w:r>
        <w:t>is ka naam hota hai gaag megaag.</w:t>
      </w:r>
    </w:p>
    <w:p>
      <w:pPr>
        <w:jc w:val="right"/>
      </w:pPr>
      <w:r>
        <w:t>اس کا نام ہوتا ہے گاگ میگاگ۔</w:t>
      </w:r>
    </w:p>
    <w:p>
      <w:r>
        <w:rPr>
          <w:b/>
        </w:rPr>
        <w:t xml:space="preserve">[05:33] </w:t>
      </w:r>
      <w:r>
        <w:t>gaag megaag ya yaajooj maajooj kaun log hain? is ke bare mein maine kafi padha, kafi padha.</w:t>
      </w:r>
    </w:p>
    <w:p>
      <w:pPr>
        <w:jc w:val="right"/>
      </w:pPr>
      <w:r>
        <w:t>گاگ میگاگ یا یاجوج ماجوج کون لوگ ہیں؟ اس کے بارے میں میں نے کافی پڑھا، کافی پڑھا۔</w:t>
      </w:r>
    </w:p>
    <w:p>
      <w:r>
        <w:rPr>
          <w:b/>
        </w:rPr>
        <w:t xml:space="preserve">[05:41] </w:t>
      </w:r>
      <w:r>
        <w:t>toh jo maine paya woh arz karta hoon.</w:t>
      </w:r>
    </w:p>
    <w:p>
      <w:pPr>
        <w:jc w:val="right"/>
      </w:pPr>
      <w:r>
        <w:t>تو جو میں نے پایا وہ عرض کرتا ہوں۔</w:t>
      </w:r>
    </w:p>
    <w:p>
      <w:r>
        <w:rPr>
          <w:b/>
        </w:rPr>
        <w:t xml:space="preserve">[05:45] </w:t>
      </w:r>
      <w:r>
        <w:t>asal mein yeh log samajhte hain ke aaj yaajooj maajooj koi bohat hi anokhe cheez honge.</w:t>
      </w:r>
    </w:p>
    <w:p>
      <w:pPr>
        <w:jc w:val="right"/>
      </w:pPr>
      <w:r>
        <w:t>اصل میں یہ لوگ سمجھتے ہیں کہ آج یاجوج ماجوج کوئی بہت ہی انوکھے چیز ہوں گے۔</w:t>
      </w:r>
    </w:p>
    <w:p>
      <w:r>
        <w:rPr>
          <w:b/>
        </w:rPr>
        <w:t xml:space="preserve">[05:52] </w:t>
      </w:r>
      <w:r>
        <w:t>un ke sar par sing honge.</w:t>
      </w:r>
    </w:p>
    <w:p>
      <w:pPr>
        <w:jc w:val="right"/>
      </w:pPr>
      <w:r>
        <w:t>ان کے سر پر سینگ ہوں گے۔</w:t>
      </w:r>
    </w:p>
    <w:p>
      <w:r>
        <w:rPr>
          <w:b/>
        </w:rPr>
        <w:t xml:space="preserve">[05:55] </w:t>
      </w:r>
      <w:r>
        <w:t>un ke hath jo hain woh taar ki tarah lambe honge.</w:t>
      </w:r>
    </w:p>
    <w:p>
      <w:pPr>
        <w:jc w:val="right"/>
      </w:pPr>
      <w:r>
        <w:t>ان کے ہاتھ جو ہیں وہ تار کی طرح لمبے ہوں گے۔</w:t>
      </w:r>
    </w:p>
    <w:p>
      <w:r>
        <w:rPr>
          <w:b/>
        </w:rPr>
        <w:t xml:space="preserve">[06:00] </w:t>
      </w:r>
      <w:r>
        <w:t>yeh sab kuch bhi nahin.</w:t>
      </w:r>
    </w:p>
    <w:p>
      <w:pPr>
        <w:jc w:val="right"/>
      </w:pPr>
      <w:r>
        <w:t>یہ سب کچھ بھی نہیں۔</w:t>
      </w:r>
    </w:p>
    <w:p>
      <w:r>
        <w:rPr>
          <w:b/>
        </w:rPr>
        <w:t xml:space="preserve">[06:02] </w:t>
      </w:r>
      <w:r>
        <w:t>yaajooj maajooj hamare jaise hi insan.</w:t>
      </w:r>
    </w:p>
    <w:p>
      <w:pPr>
        <w:jc w:val="right"/>
      </w:pPr>
      <w:r>
        <w:t>یاجوج ماجوج ہمارے جیسے ہی انسان۔</w:t>
      </w:r>
    </w:p>
    <w:p>
      <w:r>
        <w:rPr>
          <w:b/>
        </w:rPr>
        <w:t xml:space="preserve">[06:05] </w:t>
      </w:r>
      <w:r>
        <w:t>toh hazrat nooh se yeh kahani shuru hoti hai.</w:t>
      </w:r>
    </w:p>
    <w:p>
      <w:pPr>
        <w:jc w:val="right"/>
      </w:pPr>
      <w:r>
        <w:t>تو حضرت نوح سے یہ کہانی شروع ہوتی ہے۔</w:t>
      </w:r>
    </w:p>
    <w:p>
      <w:r>
        <w:rPr>
          <w:b/>
        </w:rPr>
        <w:t xml:space="preserve">[06:09] </w:t>
      </w:r>
      <w:r>
        <w:t>aap jante hain ke hazrat nooh ke zamane mein flood aaya.</w:t>
      </w:r>
    </w:p>
    <w:p>
      <w:pPr>
        <w:jc w:val="right"/>
      </w:pPr>
      <w:r>
        <w:t>آپ جانتے ہیں کہ حضرت نوح کے زمانے میں flood آیا۔</w:t>
      </w:r>
    </w:p>
    <w:p>
      <w:r>
        <w:rPr>
          <w:b/>
        </w:rPr>
        <w:t xml:space="preserve">[06:13] </w:t>
      </w:r>
      <w:r>
        <w:t>yeh mesopotamia ke area mein jis ko hum iraq kehte hain.</w:t>
      </w:r>
    </w:p>
    <w:p>
      <w:pPr>
        <w:jc w:val="right"/>
      </w:pPr>
      <w:r>
        <w:t>یہ میسوپوٹیمیا کے area میں جس کو ہم عراق کہتے ہیں۔</w:t>
      </w:r>
    </w:p>
    <w:p>
      <w:r>
        <w:rPr>
          <w:b/>
        </w:rPr>
        <w:t xml:space="preserve">[06:18] </w:t>
      </w:r>
      <w:r>
        <w:t>pehla insan wahin hua karta tha.</w:t>
      </w:r>
    </w:p>
    <w:p>
      <w:pPr>
        <w:jc w:val="right"/>
      </w:pPr>
      <w:r>
        <w:t>پہلے انسان وہیں ہوا کرتا تھا۔</w:t>
      </w:r>
    </w:p>
    <w:p>
      <w:r>
        <w:rPr>
          <w:b/>
        </w:rPr>
        <w:t xml:space="preserve">[06:21] </w:t>
      </w:r>
      <w:r>
        <w:t>toh thode se insano ko chhod kar saare log is mein doob kar khatm ho gaye.</w:t>
      </w:r>
    </w:p>
    <w:p>
      <w:pPr>
        <w:jc w:val="right"/>
      </w:pPr>
      <w:r>
        <w:t>تو تھوڑے سے انسانوں کو چھوڑ کر سارے لوگ اس میں ڈوب کر ختم ہو گئے۔</w:t>
      </w:r>
    </w:p>
    <w:p>
      <w:r>
        <w:rPr>
          <w:b/>
        </w:rPr>
        <w:t xml:space="preserve">[06:28] </w:t>
      </w:r>
      <w:r>
        <w:t>toh hazrat nooh ke do teen bete the.</w:t>
      </w:r>
    </w:p>
    <w:p>
      <w:pPr>
        <w:jc w:val="right"/>
      </w:pPr>
      <w:r>
        <w:t>تو حضرت نوح کے دو تین بیٹے تھے۔</w:t>
      </w:r>
    </w:p>
    <w:p>
      <w:r>
        <w:rPr>
          <w:b/>
        </w:rPr>
        <w:t xml:space="preserve">[06:31] </w:t>
      </w:r>
      <w:r>
        <w:t>haam, saam, yaafath.</w:t>
      </w:r>
    </w:p>
    <w:p>
      <w:pPr>
        <w:jc w:val="right"/>
      </w:pPr>
      <w:r>
        <w:t>حام، سام، یافث۔</w:t>
      </w:r>
    </w:p>
    <w:p>
      <w:r>
        <w:rPr>
          <w:b/>
        </w:rPr>
        <w:t xml:space="preserve">[06:33] </w:t>
      </w:r>
      <w:r>
        <w:t>toh haam aur saam jo hain yeh asia mein base.</w:t>
      </w:r>
    </w:p>
    <w:p>
      <w:pPr>
        <w:jc w:val="right"/>
      </w:pPr>
      <w:r>
        <w:t>تو حام اور سام جو ہیں یہ ایشیا میں بسے۔</w:t>
      </w:r>
    </w:p>
    <w:p>
      <w:r>
        <w:rPr>
          <w:b/>
        </w:rPr>
        <w:t xml:space="preserve">[06:37] </w:t>
      </w:r>
      <w:r>
        <w:t>aur yaafath jo hain yahi log the jo europe mein base.</w:t>
      </w:r>
    </w:p>
    <w:p>
      <w:pPr>
        <w:jc w:val="right"/>
      </w:pPr>
      <w:r>
        <w:t>اور یافث جو ہیں یہی لوگ تھے جو یورپ میں بسے۔</w:t>
      </w:r>
    </w:p>
    <w:p>
      <w:r>
        <w:rPr>
          <w:b/>
        </w:rPr>
        <w:t xml:space="preserve">[06:42] </w:t>
      </w:r>
      <w:r>
        <w:t>kyunke jo kashti thi un ki quran mein bataya gaya hai ke joodi pahad par thehri.</w:t>
      </w:r>
    </w:p>
    <w:p>
      <w:pPr>
        <w:jc w:val="right"/>
      </w:pPr>
      <w:r>
        <w:t>کیونکہ جو کشتی تھی ان کی قرآن میں بتایا گیا ہے کہ جودی پہاڑ پر ٹھہری۔</w:t>
      </w:r>
    </w:p>
    <w:p>
      <w:r>
        <w:rPr>
          <w:b/>
        </w:rPr>
        <w:t xml:space="preserve">[06:48] </w:t>
      </w:r>
      <w:r>
        <w:t>wahin log utre.</w:t>
      </w:r>
    </w:p>
    <w:p>
      <w:pPr>
        <w:jc w:val="right"/>
      </w:pPr>
      <w:r>
        <w:t>وہیں لوگ اترے۔</w:t>
      </w:r>
    </w:p>
    <w:p>
      <w:r>
        <w:rPr>
          <w:b/>
        </w:rPr>
        <w:t xml:space="preserve">[06:50] </w:t>
      </w:r>
      <w:r>
        <w:t>joodi pahad turkey ke kost, turkey ke kinare hai.</w:t>
      </w:r>
    </w:p>
    <w:p>
      <w:pPr>
        <w:jc w:val="right"/>
      </w:pPr>
      <w:r>
        <w:t>جودی پہاڑ ترکی کے کوست، ترکی کے کنارے ہے۔</w:t>
      </w:r>
    </w:p>
    <w:p>
      <w:r>
        <w:rPr>
          <w:b/>
        </w:rPr>
        <w:t xml:space="preserve">[06:54] </w:t>
      </w:r>
      <w:r>
        <w:t>ab is ki satellite se is ki kashti bhi dekhi aa chuki hai.</w:t>
      </w:r>
    </w:p>
    <w:p>
      <w:pPr>
        <w:jc w:val="right"/>
      </w:pPr>
      <w:r>
        <w:t>اب اس کی سیٹلائٹ سے اس کی کشتی بھی دیکھی آ چکی ہے۔</w:t>
      </w:r>
    </w:p>
    <w:p>
      <w:r>
        <w:rPr>
          <w:b/>
        </w:rPr>
        <w:t xml:space="preserve">[06:59] </w:t>
      </w:r>
      <w:r>
        <w:t>toh yaafath jo the woh turkey mein phir russia mein un ki naslein gayeen.</w:t>
      </w:r>
    </w:p>
    <w:p>
      <w:pPr>
        <w:jc w:val="right"/>
      </w:pPr>
      <w:r>
        <w:t>تو یافث جو تھے وہ ترکی میں پھر رشیا میں ان کی نسلیں گئیں۔</w:t>
      </w:r>
    </w:p>
    <w:p>
      <w:r>
        <w:rPr>
          <w:b/>
        </w:rPr>
        <w:t xml:space="preserve">[07:05] </w:t>
      </w:r>
      <w:r>
        <w:t>phir britain mein, germany mein, france mein yeh log phaile.</w:t>
      </w:r>
    </w:p>
    <w:p>
      <w:pPr>
        <w:jc w:val="right"/>
      </w:pPr>
      <w:r>
        <w:t>پھر برٹن میں، جرمنی میں، فرانس میں یہ لوگ پھیلے۔</w:t>
      </w:r>
    </w:p>
    <w:p>
      <w:r>
        <w:rPr>
          <w:b/>
        </w:rPr>
        <w:t xml:space="preserve">[07:10] </w:t>
      </w:r>
      <w:r>
        <w:t>yahi hain yajooj majooj.</w:t>
      </w:r>
    </w:p>
    <w:p>
      <w:pPr>
        <w:jc w:val="right"/>
      </w:pPr>
      <w:r>
        <w:t>یہی ہیں یاجوج ماجوج۔</w:t>
      </w:r>
    </w:p>
    <w:p>
      <w:r>
        <w:rPr>
          <w:b/>
        </w:rPr>
        <w:t xml:space="preserve">[07:11] </w:t>
      </w:r>
      <w:r>
        <w:t>yani western nations jo hain wahi yajooj majooj hain.</w:t>
      </w:r>
    </w:p>
    <w:p>
      <w:pPr>
        <w:jc w:val="right"/>
      </w:pPr>
      <w:r>
        <w:t>یعنی western nations جو ہیں وہی یاجوج ماجوج ہیں۔</w:t>
      </w:r>
    </w:p>
    <w:p>
      <w:r>
        <w:rPr>
          <w:b/>
        </w:rPr>
        <w:t xml:space="preserve">[07:15] </w:t>
      </w:r>
      <w:r>
        <w:t>is par detail mein agar aap janna chahenge references ke sath to mein ek book likhi hai</w:t>
      </w:r>
    </w:p>
    <w:p>
      <w:pPr>
        <w:jc w:val="right"/>
      </w:pPr>
      <w:r>
        <w:t>اس پر detail میں اگر آپ جاننا چاہیں گے references کے ساتھ تو میں ایک book لکھی ہے</w:t>
      </w:r>
    </w:p>
    <w:p>
      <w:r>
        <w:rPr>
          <w:b/>
        </w:rPr>
        <w:t xml:space="preserve">[07:23] </w:t>
      </w:r>
      <w:r>
        <w:t>mein ne fifty pages ki.</w:t>
      </w:r>
    </w:p>
    <w:p>
      <w:pPr>
        <w:jc w:val="right"/>
      </w:pPr>
      <w:r>
        <w:t>میں نے fifty pages کی۔</w:t>
      </w:r>
    </w:p>
    <w:p>
      <w:r>
        <w:rPr>
          <w:b/>
        </w:rPr>
        <w:t xml:space="preserve">[07:25] </w:t>
      </w:r>
      <w:r>
        <w:t>is mein sare references hain.</w:t>
      </w:r>
    </w:p>
    <w:p>
      <w:pPr>
        <w:jc w:val="right"/>
      </w:pPr>
      <w:r>
        <w:t>اس میں سارے references ہیں۔</w:t>
      </w:r>
    </w:p>
    <w:p>
      <w:r>
        <w:rPr>
          <w:b/>
        </w:rPr>
        <w:t xml:space="preserve">[07:27] </w:t>
      </w:r>
      <w:r>
        <w:t>is ko aap dekh sakte hain.</w:t>
      </w:r>
    </w:p>
    <w:p>
      <w:pPr>
        <w:jc w:val="right"/>
      </w:pPr>
      <w:r>
        <w:t>اس کو آپ دیکھ سکتے ہیں۔</w:t>
      </w:r>
    </w:p>
    <w:p>
      <w:r>
        <w:rPr>
          <w:b/>
        </w:rPr>
        <w:t xml:space="preserve">[07:30] </w:t>
      </w:r>
      <w:r>
        <w:t>woh jaldi chhapegi.</w:t>
      </w:r>
    </w:p>
    <w:p>
      <w:pPr>
        <w:jc w:val="right"/>
      </w:pPr>
      <w:r>
        <w:t>وہ جلدی چھپے گی۔</w:t>
      </w:r>
    </w:p>
    <w:p>
      <w:r>
        <w:rPr>
          <w:b/>
        </w:rPr>
        <w:t xml:space="preserve">[07:31] </w:t>
      </w:r>
      <w:r>
        <w:t>is ko mein likh chuka hoon lekin chhapne mein ek do mahina lagega abhi.</w:t>
      </w:r>
    </w:p>
    <w:p>
      <w:pPr>
        <w:jc w:val="right"/>
      </w:pPr>
      <w:r>
        <w:t>اس کو میں لکھ چکا ہوں لیکن چھپنے میں ایک دو مہینہ لگے گا ابھی۔</w:t>
      </w:r>
    </w:p>
    <w:p>
      <w:r>
        <w:rPr>
          <w:b/>
        </w:rPr>
        <w:t xml:space="preserve">[07:38] </w:t>
      </w:r>
      <w:r>
        <w:t>to is mein sare references maine de diye hain.</w:t>
      </w:r>
    </w:p>
    <w:p>
      <w:pPr>
        <w:jc w:val="right"/>
      </w:pPr>
      <w:r>
        <w:t>تو اس میں سارے references میں نے دے دیے ہیں۔</w:t>
      </w:r>
    </w:p>
    <w:p>
      <w:r>
        <w:rPr>
          <w:b/>
        </w:rPr>
        <w:t xml:space="preserve">[07:42] </w:t>
      </w:r>
      <w:r>
        <w:t>abhi mein sirf narrative way mein bata raha hoon aap ko.</w:t>
      </w:r>
    </w:p>
    <w:p>
      <w:pPr>
        <w:jc w:val="right"/>
      </w:pPr>
      <w:r>
        <w:t>ابھی میں صرف narrative way میں بتا رہا ہوں آپ کو۔</w:t>
      </w:r>
    </w:p>
    <w:p>
      <w:r>
        <w:rPr>
          <w:b/>
        </w:rPr>
        <w:t xml:space="preserve">[07:47] </w:t>
      </w:r>
      <w:r>
        <w:t>to yeh log jo hain western europe jis ko hum kehte hain ya western nations inhi ki aulad</w:t>
      </w:r>
    </w:p>
    <w:p>
      <w:pPr>
        <w:jc w:val="right"/>
      </w:pPr>
      <w:r>
        <w:t>تو یہ لوگ جو ہیں western یورپ جس کو ہم کہتے ہیں یا western nations انہی کی اولاد</w:t>
      </w:r>
    </w:p>
    <w:p>
      <w:r>
        <w:rPr>
          <w:b/>
        </w:rPr>
        <w:t xml:space="preserve">[07:55] </w:t>
      </w:r>
      <w:r>
        <w:t>hain yeh.</w:t>
      </w:r>
    </w:p>
    <w:p>
      <w:pPr>
        <w:jc w:val="right"/>
      </w:pPr>
      <w:r>
        <w:t>ہیں یہ۔</w:t>
      </w:r>
    </w:p>
    <w:p>
      <w:r>
        <w:rPr>
          <w:b/>
        </w:rPr>
        <w:t xml:space="preserve">[07:56] </w:t>
      </w:r>
      <w:r>
        <w:t>to kya hua ke in ke do period hain.</w:t>
      </w:r>
    </w:p>
    <w:p>
      <w:pPr>
        <w:jc w:val="right"/>
      </w:pPr>
      <w:r>
        <w:t>تو کیا ہوا کہ ان کے دو period ہیں۔</w:t>
      </w:r>
    </w:p>
    <w:p>
      <w:r>
        <w:rPr>
          <w:b/>
        </w:rPr>
        <w:t xml:space="preserve">[08:00] </w:t>
      </w:r>
      <w:r>
        <w:t>ek zulqarnain ke zamane ka aur doosra jab hatta aainda fateh tha yajooj o majooj hai.</w:t>
      </w:r>
    </w:p>
    <w:p>
      <w:pPr>
        <w:jc w:val="right"/>
      </w:pPr>
      <w:r>
        <w:t>ایک ذوالقرنین کے زمانے کا اور دوسرا جب حتیٰ آئندہ فتح تھا یاجوج و ماجوج ہے۔</w:t>
      </w:r>
    </w:p>
    <w:p>
      <w:r>
        <w:rPr>
          <w:b/>
        </w:rPr>
        <w:t xml:space="preserve">[08:07] </w:t>
      </w:r>
      <w:r>
        <w:t>yani jab khol diye gaye woh.</w:t>
      </w:r>
    </w:p>
    <w:p>
      <w:pPr>
        <w:jc w:val="right"/>
      </w:pPr>
      <w:r>
        <w:t>یعنی جب کھول دیے گئے وہ۔</w:t>
      </w:r>
    </w:p>
    <w:p>
      <w:r>
        <w:rPr>
          <w:b/>
        </w:rPr>
        <w:t xml:space="preserve">[08:09] </w:t>
      </w:r>
      <w:r>
        <w:t>yeh zulqarnain ne ek ek bana diya tha ek wall bohat bari, bohat lambi chaudi.</w:t>
      </w:r>
    </w:p>
    <w:p>
      <w:pPr>
        <w:jc w:val="right"/>
      </w:pPr>
      <w:r>
        <w:t>یہ ذوالقرنین نے ایک ایک بنا دیا تھا ایک wall بہت بڑی، بہت لمبی چوڑی۔</w:t>
      </w:r>
    </w:p>
    <w:p>
      <w:r>
        <w:rPr>
          <w:b/>
        </w:rPr>
        <w:t xml:space="preserve">[08:16] </w:t>
      </w:r>
      <w:r>
        <w:t>in ko rokne ke liye.</w:t>
      </w:r>
    </w:p>
    <w:p>
      <w:pPr>
        <w:jc w:val="right"/>
      </w:pPr>
      <w:r>
        <w:t>ان کو روکنے کے لیے۔</w:t>
      </w:r>
    </w:p>
    <w:p>
      <w:r>
        <w:rPr>
          <w:b/>
        </w:rPr>
        <w:t xml:space="preserve">[08:18] </w:t>
      </w:r>
      <w:r>
        <w:t>lekin woh dheere dheere toot gayi.</w:t>
      </w:r>
    </w:p>
    <w:p>
      <w:pPr>
        <w:jc w:val="right"/>
      </w:pPr>
      <w:r>
        <w:t>لیکن وہ دھیرے دھیرے ٹوٹ گئی۔</w:t>
      </w:r>
    </w:p>
    <w:p>
      <w:r>
        <w:rPr>
          <w:b/>
        </w:rPr>
        <w:t xml:space="preserve">[08:21] </w:t>
      </w:r>
      <w:r>
        <w:t>jab toot gayi to woh nikal kar europe mein phail gaye.</w:t>
      </w:r>
    </w:p>
    <w:p>
      <w:pPr>
        <w:jc w:val="right"/>
      </w:pPr>
      <w:r>
        <w:t>جب ٹوٹ گئی تو وہ نکل کر یورپ میں پھیل گئے۔</w:t>
      </w:r>
    </w:p>
    <w:p>
      <w:r>
        <w:rPr>
          <w:b/>
        </w:rPr>
        <w:t xml:space="preserve">[08:25] </w:t>
      </w:r>
      <w:r>
        <w:t>jis ko quran mein bataya gaya hai ke yahan par jo mujhe clue mila woh clue yeh hai</w:t>
      </w:r>
    </w:p>
    <w:p>
      <w:pPr>
        <w:jc w:val="right"/>
      </w:pPr>
      <w:r>
        <w:t>جس کو قرآن میں بتایا گیا ہے کہ یہاں پر جو مجھے clue ملا وہ clue یہ ہے</w:t>
      </w:r>
    </w:p>
    <w:p>
      <w:r>
        <w:rPr>
          <w:b/>
        </w:rPr>
        <w:t xml:space="preserve">[08:33] </w:t>
      </w:r>
      <w:r>
        <w:t>ke rasool Allah salallaho alaihi wasallam arab mein jab idolatry ka khatma ho gaya, shirk ka khatma</w:t>
      </w:r>
    </w:p>
    <w:p>
      <w:pPr>
        <w:jc w:val="right"/>
      </w:pPr>
      <w:r>
        <w:t>کہ رسول اللہ صلی اللہ علیہ وسلم عرب میں جب idolatry کا خاتمہ ہو گیا، شرک کا خاتمہ</w:t>
      </w:r>
    </w:p>
    <w:p>
      <w:r>
        <w:rPr>
          <w:b/>
        </w:rPr>
        <w:t xml:space="preserve">[08:41] </w:t>
      </w:r>
      <w:r>
        <w:t>ho gaya, us waqt ki baat hai ke aap madine mein the, aap ki ahliya theen zainab, un</w:t>
      </w:r>
    </w:p>
    <w:p>
      <w:pPr>
        <w:jc w:val="right"/>
      </w:pPr>
      <w:r>
        <w:t>ہو گیا، اس وقت کی بات ہے کہ آپ مدینہ میں تھے، آپ کی اہلیہ تھیں زینب، ان</w:t>
      </w:r>
    </w:p>
    <w:p>
      <w:r>
        <w:rPr>
          <w:b/>
        </w:rPr>
        <w:t xml:space="preserve">[08:48] </w:t>
      </w:r>
      <w:r>
        <w:t>ke ghar par.</w:t>
      </w:r>
    </w:p>
    <w:p>
      <w:pPr>
        <w:jc w:val="right"/>
      </w:pPr>
      <w:r>
        <w:t>کے گھر پر۔</w:t>
      </w:r>
    </w:p>
    <w:p>
      <w:r>
        <w:rPr>
          <w:b/>
        </w:rPr>
        <w:t xml:space="preserve">[08:50] </w:t>
      </w:r>
      <w:r>
        <w:t>so rahe the aap.</w:t>
      </w:r>
    </w:p>
    <w:p>
      <w:pPr>
        <w:jc w:val="right"/>
      </w:pPr>
      <w:r>
        <w:t>سو رہے تھے آپ۔</w:t>
      </w:r>
    </w:p>
    <w:p>
      <w:r>
        <w:rPr>
          <w:b/>
        </w:rPr>
        <w:t xml:space="preserve">[08:52] </w:t>
      </w:r>
      <w:r>
        <w:t>neend se uthe aap to aap ne kaha ke us waqt aap ne farmaya ke aaj maine</w:t>
      </w:r>
    </w:p>
    <w:p>
      <w:pPr>
        <w:jc w:val="right"/>
      </w:pPr>
      <w:r>
        <w:t>نیند سے اٹھے آپ تو آپ نے کہا کہ اس وقت آپ نے فرمایا کہ آج میں نے</w:t>
      </w:r>
    </w:p>
    <w:p>
      <w:r>
        <w:rPr>
          <w:b/>
        </w:rPr>
        <w:t xml:space="preserve">[08:59] </w:t>
      </w:r>
      <w:r>
        <w:t>mujhe yeh baat neend mein batai gayi shayad khwab ke zariye se ke yaajooj maajooj ki deewar toot</w:t>
      </w:r>
    </w:p>
    <w:p>
      <w:pPr>
        <w:jc w:val="right"/>
      </w:pPr>
      <w:r>
        <w:t>مجھے یہ بات نیند میں بتائی گئی شاید خواب کے ذریعے سے کہ یاجوج ماجوج کی دیوار ٹوٹ</w:t>
      </w:r>
    </w:p>
    <w:p>
      <w:r>
        <w:rPr>
          <w:b/>
        </w:rPr>
        <w:t xml:space="preserve">[09:07] </w:t>
      </w:r>
      <w:r>
        <w:t>gayi.</w:t>
      </w:r>
    </w:p>
    <w:p>
      <w:pPr>
        <w:jc w:val="right"/>
      </w:pPr>
      <w:r>
        <w:t>گئی۔</w:t>
      </w:r>
    </w:p>
    <w:p>
      <w:r>
        <w:rPr>
          <w:b/>
        </w:rPr>
        <w:t xml:space="preserve">[09:08] </w:t>
      </w:r>
      <w:r>
        <w:t>is mein shagaaf ho gaya.</w:t>
      </w:r>
    </w:p>
    <w:p>
      <w:pPr>
        <w:jc w:val="right"/>
      </w:pPr>
      <w:r>
        <w:t>اس میں شگاف ہو گیا۔</w:t>
      </w:r>
    </w:p>
    <w:p>
      <w:r>
        <w:rPr>
          <w:b/>
        </w:rPr>
        <w:t xml:space="preserve">[09:11] </w:t>
      </w:r>
      <w:r>
        <w:t>aaj is mein aaj ka lafz hai.</w:t>
      </w:r>
    </w:p>
    <w:p>
      <w:pPr>
        <w:jc w:val="right"/>
      </w:pPr>
      <w:r>
        <w:t>آج اس میں آج کا لفظ ہے۔</w:t>
      </w:r>
    </w:p>
    <w:p>
      <w:r>
        <w:rPr>
          <w:b/>
        </w:rPr>
        <w:t xml:space="preserve">[09:14] </w:t>
      </w:r>
      <w:r>
        <w:t>aaj yaajooj maajooj ki deewar mein shagaaf ho gaya.</w:t>
      </w:r>
    </w:p>
    <w:p>
      <w:pPr>
        <w:jc w:val="right"/>
      </w:pPr>
      <w:r>
        <w:t>آج یاجوج ماجوج کی دیوار میں شگاف ہو گیا۔</w:t>
      </w:r>
    </w:p>
    <w:p>
      <w:r>
        <w:rPr>
          <w:b/>
        </w:rPr>
        <w:t xml:space="preserve">[09:17] </w:t>
      </w:r>
      <w:r>
        <w:t>is par maine socha ke woh kya cheez hai? woh haqeeqat mein hai nature worship ka khatma.</w:t>
      </w:r>
    </w:p>
    <w:p>
      <w:pPr>
        <w:jc w:val="right"/>
      </w:pPr>
      <w:r>
        <w:t>اس پر میں نے سوچا کہ وہ کیا چیز ہے؟ وہ حقیقت میں ہے nature worship کا خاتمہ۔</w:t>
      </w:r>
    </w:p>
    <w:p>
      <w:r>
        <w:rPr>
          <w:b/>
        </w:rPr>
        <w:t xml:space="preserve">[09:25] </w:t>
      </w:r>
      <w:r>
        <w:t>yaani nature worship jo thi hazaron saal se dunya mein paai jaati thi.</w:t>
      </w:r>
    </w:p>
    <w:p>
      <w:pPr>
        <w:jc w:val="right"/>
      </w:pPr>
      <w:r>
        <w:t>یعنی nature worship جو تھی ہزاروں سال سے دنیا میں پائی جاتی تھی۔</w:t>
      </w:r>
    </w:p>
    <w:p>
      <w:r>
        <w:rPr>
          <w:b/>
        </w:rPr>
        <w:t xml:space="preserve">[09:31] </w:t>
      </w:r>
      <w:r>
        <w:t>yaani yeh jo nature jis ko hum kehte hain khuda ki creation is ke andar saare woh cheezein</w:t>
      </w:r>
    </w:p>
    <w:p>
      <w:pPr>
        <w:jc w:val="right"/>
      </w:pPr>
      <w:r>
        <w:t>یعنی یہ جو nature جس کو ہم کہتے ہیں خدا کی creation اس کے اندر سارے وہ چیزیں</w:t>
      </w:r>
    </w:p>
    <w:p>
      <w:r>
        <w:rPr>
          <w:b/>
        </w:rPr>
        <w:t xml:space="preserve">[09:38] </w:t>
      </w:r>
      <w:r>
        <w:t>chupi hui theen jis ko aaj hum kehte hain civilization.</w:t>
      </w:r>
    </w:p>
    <w:p>
      <w:pPr>
        <w:jc w:val="right"/>
      </w:pPr>
      <w:r>
        <w:t>چھپی ہوئی تھیں جس کو آج ہم کہتے ہیں civilization۔</w:t>
      </w:r>
    </w:p>
    <w:p>
      <w:r>
        <w:rPr>
          <w:b/>
        </w:rPr>
        <w:t xml:space="preserve">[09:43] </w:t>
      </w:r>
      <w:r>
        <w:t>mislan electricity aur telecommunication aur aviation koi bhi cheez jis ko aaj hum jante hain taraqqi ke cheezein</w:t>
      </w:r>
    </w:p>
    <w:p>
      <w:pPr>
        <w:jc w:val="right"/>
      </w:pPr>
      <w:r>
        <w:t>مثلاً electricity اور telecommunication اور aviation کوئی بھی چیز جس کو آج ہم جانتے ہیں ترقی کے چیزیں</w:t>
      </w:r>
    </w:p>
    <w:p>
      <w:r>
        <w:rPr>
          <w:b/>
        </w:rPr>
        <w:t xml:space="preserve">[09:50] </w:t>
      </w:r>
      <w:r>
        <w:t>woh sab chupi hui theen nature mein.</w:t>
      </w:r>
    </w:p>
    <w:p>
      <w:pPr>
        <w:jc w:val="right"/>
      </w:pPr>
      <w:r>
        <w:t>وہ سب چھپی ہوئی تھیں nature میں۔</w:t>
      </w:r>
    </w:p>
    <w:p>
      <w:r>
        <w:rPr>
          <w:b/>
        </w:rPr>
        <w:t xml:space="preserve">[09:53] </w:t>
      </w:r>
      <w:r>
        <w:t>to nature ko chounke aadmi poochta tha yaani at that time nature was an object of worship for</w:t>
      </w:r>
    </w:p>
    <w:p>
      <w:pPr>
        <w:jc w:val="right"/>
      </w:pPr>
      <w:r>
        <w:t>تو nature کو چونکہ آدمی پوچھتا تھا یعنی at that time nature was an object of worship for</w:t>
      </w:r>
    </w:p>
    <w:p>
      <w:r>
        <w:rPr>
          <w:b/>
        </w:rPr>
        <w:t xml:space="preserve">[10:01] </w:t>
      </w:r>
      <w:r>
        <w:t>mankind us waqt insaan ne nature ko poojne ka object bana rakha tha.</w:t>
      </w:r>
    </w:p>
    <w:p>
      <w:pPr>
        <w:jc w:val="right"/>
      </w:pPr>
      <w:r>
        <w:t>mankind اس وقت انسان نے nature کو پوجنے کا object بنا رکھا تھا۔</w:t>
      </w:r>
    </w:p>
    <w:p>
      <w:r>
        <w:rPr>
          <w:b/>
        </w:rPr>
        <w:t xml:space="preserve">[10:07] </w:t>
      </w:r>
      <w:r>
        <w:t>to aap aap jaan sakte hain ke jis cheez ko aadmi poochta ho, khuda samajhta ho, us ko</w:t>
      </w:r>
    </w:p>
    <w:p>
      <w:pPr>
        <w:jc w:val="right"/>
      </w:pPr>
      <w:r>
        <w:t>تو آپ آپ جان سکتے ہیں کہ جس چیز کو آدمی پوچھتا ہو، خدا سمجھتا ہو، اس کو</w:t>
      </w:r>
    </w:p>
    <w:p>
      <w:r>
        <w:rPr>
          <w:b/>
        </w:rPr>
        <w:t xml:space="preserve">[10:14] </w:t>
      </w:r>
      <w:r>
        <w:t>woh kankar karne ko nahi sochega.</w:t>
      </w:r>
    </w:p>
    <w:p>
      <w:pPr>
        <w:jc w:val="right"/>
      </w:pPr>
      <w:r>
        <w:t>وہ کانکر کرنے کو نہیں سوچے گا۔</w:t>
      </w:r>
    </w:p>
    <w:p>
      <w:r>
        <w:rPr>
          <w:b/>
        </w:rPr>
        <w:t xml:space="preserve">[10:17] </w:t>
      </w:r>
      <w:r>
        <w:t>us ko explore karne ko nahi sochega.</w:t>
      </w:r>
    </w:p>
    <w:p>
      <w:pPr>
        <w:jc w:val="right"/>
      </w:pPr>
      <w:r>
        <w:t>اس کو explore کرنے کو نہیں سوچے گا۔</w:t>
      </w:r>
    </w:p>
    <w:p>
      <w:r>
        <w:rPr>
          <w:b/>
        </w:rPr>
        <w:t xml:space="preserve">[10:21] </w:t>
      </w:r>
      <w:r>
        <w:t>to pehli baar jab yeh hua ke nature ko displace kiya gaya, nature ko divinity se hataya gaya,</w:t>
      </w:r>
    </w:p>
    <w:p>
      <w:pPr>
        <w:jc w:val="right"/>
      </w:pPr>
      <w:r>
        <w:t>تو پہلی بار جب یہ ہوا کہ nature کو displace کیا گیا، nature کو divinity سے ہٹایا گیا،</w:t>
      </w:r>
    </w:p>
    <w:p>
      <w:r>
        <w:rPr>
          <w:b/>
        </w:rPr>
        <w:t xml:space="preserve">[10:29] </w:t>
      </w:r>
      <w:r>
        <w:t>tab woh cheez aayi jab jis ko kehte hain taskheer-e-fitrat.</w:t>
      </w:r>
    </w:p>
    <w:p>
      <w:pPr>
        <w:jc w:val="right"/>
      </w:pPr>
      <w:r>
        <w:t>تب وہ چیز آئی جب جس کو کہتے ہیں تسخیر فطرت۔</w:t>
      </w:r>
    </w:p>
    <w:p>
      <w:r>
        <w:rPr>
          <w:b/>
        </w:rPr>
        <w:t xml:space="preserve">[10:33] </w:t>
      </w:r>
      <w:r>
        <w:t>yaani explore karna nature ko.</w:t>
      </w:r>
    </w:p>
    <w:p>
      <w:pPr>
        <w:jc w:val="right"/>
      </w:pPr>
      <w:r>
        <w:t>یعنی explore کرنا nature کو۔</w:t>
      </w:r>
    </w:p>
    <w:p>
      <w:r>
        <w:rPr>
          <w:b/>
        </w:rPr>
        <w:t xml:space="preserve">[10:35] </w:t>
      </w:r>
      <w:r>
        <w:t>yeh saara kaam yaajooj maajooj ne kiya.</w:t>
      </w:r>
    </w:p>
    <w:p>
      <w:pPr>
        <w:jc w:val="right"/>
      </w:pPr>
      <w:r>
        <w:t>یہ سارا کام یاجوج ماجوج نے کیا۔</w:t>
      </w:r>
    </w:p>
    <w:p>
      <w:r>
        <w:rPr>
          <w:b/>
        </w:rPr>
        <w:t xml:space="preserve">[10:38] </w:t>
      </w:r>
      <w:r>
        <w:t>matlab western nations ne.</w:t>
      </w:r>
    </w:p>
    <w:p>
      <w:pPr>
        <w:jc w:val="right"/>
      </w:pPr>
      <w:r>
        <w:t>مطلب western nations نے۔</w:t>
      </w:r>
    </w:p>
    <w:p>
      <w:r>
        <w:rPr>
          <w:b/>
        </w:rPr>
        <w:t xml:space="preserve">[10:40] </w:t>
      </w:r>
      <w:r>
        <w:t>aur is mein sainkaron sainkaron saal lagay.</w:t>
      </w:r>
    </w:p>
    <w:p>
      <w:pPr>
        <w:jc w:val="right"/>
      </w:pPr>
      <w:r>
        <w:t>اور اس میں سینکڑوں سینکڑوں سال لگے۔</w:t>
      </w:r>
    </w:p>
    <w:p>
      <w:r>
        <w:rPr>
          <w:b/>
        </w:rPr>
        <w:t xml:space="preserve">[10:43] </w:t>
      </w:r>
      <w:r>
        <w:t>to renaissance ke baad jo inqilaab aaya woh asal mein yahi log hain jinhon ne woh inqilaab barpa</w:t>
      </w:r>
    </w:p>
    <w:p>
      <w:pPr>
        <w:jc w:val="right"/>
      </w:pPr>
      <w:r>
        <w:t>تو renaissance کے بعد جو انقلاب آیا وہ اصل میں یہی لوگ ہیں جنہوں نے وہ انقلاب برپا</w:t>
      </w:r>
    </w:p>
    <w:p>
      <w:r>
        <w:rPr>
          <w:b/>
        </w:rPr>
        <w:t xml:space="preserve">[10:51] </w:t>
      </w:r>
      <w:r>
        <w:t>kiya.</w:t>
      </w:r>
    </w:p>
    <w:p>
      <w:pPr>
        <w:jc w:val="right"/>
      </w:pPr>
      <w:r>
        <w:t>کیا۔</w:t>
      </w:r>
    </w:p>
    <w:p>
      <w:r>
        <w:rPr>
          <w:b/>
        </w:rPr>
        <w:t xml:space="preserve">[10:52] </w:t>
      </w:r>
      <w:r>
        <w:t>ke nature ko explore kiya, industrial civilization paida kiya, aur jo kuch bhi hum jante hain telecommunication, electricity,</w:t>
      </w:r>
    </w:p>
    <w:p>
      <w:pPr>
        <w:jc w:val="right"/>
      </w:pPr>
      <w:r>
        <w:t>کہ nature کو explore کیا، industrial civilization پیدا کیا، اور جو کچھ بھی ہم جانتے ہیں telecommunication، electricity،</w:t>
      </w:r>
    </w:p>
    <w:p>
      <w:r>
        <w:rPr>
          <w:b/>
        </w:rPr>
        <w:t xml:space="preserve">[11:00] </w:t>
      </w:r>
      <w:r>
        <w:t>aviation, jo kuch bhi hum jante hain aaj development ke naam se woh sab inhi logon ne kiya.</w:t>
      </w:r>
    </w:p>
    <w:p>
      <w:pPr>
        <w:jc w:val="right"/>
      </w:pPr>
      <w:r>
        <w:t>aviation، جو کچھ بھی ہم جانتے ہیں آج development کے نام سے وہ سب انہی لوگوں نے کیا۔</w:t>
      </w:r>
    </w:p>
    <w:p>
      <w:r>
        <w:rPr>
          <w:b/>
        </w:rPr>
        <w:t xml:space="preserve">[11:08] </w:t>
      </w:r>
      <w:r>
        <w:t>toh yahan se shuru hoti hai ek nayi kahani.</w:t>
      </w:r>
    </w:p>
    <w:p>
      <w:pPr>
        <w:jc w:val="right"/>
      </w:pPr>
      <w:r>
        <w:t>تو یہاں سے شروع ہوتی ہے ایک نئی کہانی۔</w:t>
      </w:r>
    </w:p>
    <w:p>
      <w:r>
        <w:rPr>
          <w:b/>
        </w:rPr>
        <w:t xml:space="preserve">[11:12] </w:t>
      </w:r>
      <w:r>
        <w:t>nayi kahani.</w:t>
      </w:r>
    </w:p>
    <w:p>
      <w:pPr>
        <w:jc w:val="right"/>
      </w:pPr>
      <w:r>
        <w:t>نئی کہانی۔</w:t>
      </w:r>
    </w:p>
    <w:p>
      <w:r>
        <w:rPr>
          <w:b/>
        </w:rPr>
        <w:t xml:space="preserve">[11:13] </w:t>
      </w:r>
      <w:r>
        <w:t>nayi kahani kya? naye qism ki opportunities ka saamne aana.</w:t>
      </w:r>
    </w:p>
    <w:p>
      <w:pPr>
        <w:jc w:val="right"/>
      </w:pPr>
      <w:r>
        <w:t>نئی کہانی کیا؟ نئے قسم کی opportunities کا سامنے آنا۔</w:t>
      </w:r>
    </w:p>
    <w:p>
      <w:r>
        <w:rPr>
          <w:b/>
        </w:rPr>
        <w:t xml:space="preserve">[11:17] </w:t>
      </w:r>
      <w:r>
        <w:t>pehlay jo tha jo traditional zamana tha.</w:t>
      </w:r>
    </w:p>
    <w:p>
      <w:pPr>
        <w:jc w:val="right"/>
      </w:pPr>
      <w:r>
        <w:t>پہلے جو تھا جو traditional زمانہ تھا۔</w:t>
      </w:r>
    </w:p>
    <w:p>
      <w:r>
        <w:rPr>
          <w:b/>
        </w:rPr>
        <w:t xml:space="preserve">[11:20] </w:t>
      </w:r>
      <w:r>
        <w:t>ab ko hum kehte hain scientific age.</w:t>
      </w:r>
    </w:p>
    <w:p>
      <w:pPr>
        <w:jc w:val="right"/>
      </w:pPr>
      <w:r>
        <w:t>اب کو ہم کہتے ہیں scientific age۔</w:t>
      </w:r>
    </w:p>
    <w:p>
      <w:r>
        <w:rPr>
          <w:b/>
        </w:rPr>
        <w:t xml:space="preserve">[11:23] </w:t>
      </w:r>
      <w:r>
        <w:t>Traditional age aur scientific age.</w:t>
      </w:r>
    </w:p>
    <w:p>
      <w:pPr>
        <w:jc w:val="right"/>
      </w:pPr>
      <w:r>
        <w:t>Traditional age اور scientific age۔</w:t>
      </w:r>
    </w:p>
    <w:p>
      <w:r>
        <w:rPr>
          <w:b/>
        </w:rPr>
        <w:t xml:space="preserve">[11:26] </w:t>
      </w:r>
      <w:r>
        <w:t>toh traditional age mein jo tha sirf sab traditional cheezein hua karti theen.</w:t>
      </w:r>
    </w:p>
    <w:p>
      <w:pPr>
        <w:jc w:val="right"/>
      </w:pPr>
      <w:r>
        <w:t>تو traditional age میں جو تھا صرف سب traditional چیزیں ہوا کرتی تھیں۔</w:t>
      </w:r>
    </w:p>
    <w:p>
      <w:r>
        <w:rPr>
          <w:b/>
        </w:rPr>
        <w:t xml:space="preserve">[11:31] </w:t>
      </w:r>
      <w:r>
        <w:t>jab scientific age aaya toh nayi opportunities khuli.</w:t>
      </w:r>
    </w:p>
    <w:p>
      <w:pPr>
        <w:jc w:val="right"/>
      </w:pPr>
      <w:r>
        <w:t>جب scientific age آیا تو نئی opportunities کھلیں۔</w:t>
      </w:r>
    </w:p>
    <w:p>
      <w:r>
        <w:rPr>
          <w:b/>
        </w:rPr>
        <w:t xml:space="preserve">[11:35] </w:t>
      </w:r>
      <w:r>
        <w:t>us waqt opportunities bohat hi limited theen, bohat limited.</w:t>
      </w:r>
    </w:p>
    <w:p>
      <w:pPr>
        <w:jc w:val="right"/>
      </w:pPr>
      <w:r>
        <w:t>اس وقت opportunities بہت ہی limited تھیں، بہت limited۔</w:t>
      </w:r>
    </w:p>
    <w:p>
      <w:r>
        <w:rPr>
          <w:b/>
        </w:rPr>
        <w:t xml:space="preserve">[11:38] </w:t>
      </w:r>
      <w:r>
        <w:t>nayi opportunities jo theen us mein iska negative aspect bhi tha aur positive aspect bhi tha.</w:t>
      </w:r>
    </w:p>
    <w:p>
      <w:pPr>
        <w:jc w:val="right"/>
      </w:pPr>
      <w:r>
        <w:t>نئی opportunities جو تھیں اس میں اس کا negative aspect بھی تھا اور positive aspect بھی تھا۔</w:t>
      </w:r>
    </w:p>
    <w:p>
      <w:r>
        <w:rPr>
          <w:b/>
        </w:rPr>
        <w:t xml:space="preserve">[11:46] </w:t>
      </w:r>
      <w:r>
        <w:t>yahi waqt hai jab ke do personalities ubharti hain.</w:t>
      </w:r>
    </w:p>
    <w:p>
      <w:pPr>
        <w:jc w:val="right"/>
      </w:pPr>
      <w:r>
        <w:t>یہی وقت ہے جب کہ دو personalities ابھرتی ہیں۔</w:t>
      </w:r>
    </w:p>
    <w:p>
      <w:r>
        <w:rPr>
          <w:b/>
        </w:rPr>
        <w:t xml:space="preserve">[11:50] </w:t>
      </w:r>
      <w:r>
        <w:t>hadees ke alfaaz mein.</w:t>
      </w:r>
    </w:p>
    <w:p>
      <w:pPr>
        <w:jc w:val="right"/>
      </w:pPr>
      <w:r>
        <w:t>حدیث کے الفاظ میں۔</w:t>
      </w:r>
    </w:p>
    <w:p>
      <w:r>
        <w:rPr>
          <w:b/>
        </w:rPr>
        <w:t xml:space="preserve">[11:51] </w:t>
      </w:r>
      <w:r>
        <w:t>Dajjal aur Mehdi.</w:t>
      </w:r>
    </w:p>
    <w:p>
      <w:pPr>
        <w:jc w:val="right"/>
      </w:pPr>
      <w:r>
        <w:t>دجال اور مہدی۔</w:t>
      </w:r>
    </w:p>
    <w:p>
      <w:r>
        <w:rPr>
          <w:b/>
        </w:rPr>
        <w:t xml:space="preserve">[11:53] </w:t>
      </w:r>
      <w:r>
        <w:t>Dajjal aur Mehdi ka jo phenomena hai woh haqeeqatan nayi opportunities, opportunities ko avail karne ka phenomena hai.</w:t>
      </w:r>
    </w:p>
    <w:p>
      <w:pPr>
        <w:jc w:val="right"/>
      </w:pPr>
      <w:r>
        <w:t>دجال اور مہدی کا جو phenomena ہے وہ حقیقتاً نئی opportunities، opportunities کو avail کرنے کا phenomena ہے۔</w:t>
      </w:r>
    </w:p>
    <w:p>
      <w:r>
        <w:rPr>
          <w:b/>
        </w:rPr>
        <w:t xml:space="preserve">[12:01] </w:t>
      </w:r>
      <w:r>
        <w:t>nayi opportunities ko jisne avail kiya negative sense mein woh Dajjal kaha gaya.</w:t>
      </w:r>
    </w:p>
    <w:p>
      <w:pPr>
        <w:jc w:val="right"/>
      </w:pPr>
      <w:r>
        <w:t>نئی opportunities کو جس نے avail کیا negative sense میں وہ دجال کہا گیا۔</w:t>
      </w:r>
    </w:p>
    <w:p>
      <w:r>
        <w:rPr>
          <w:b/>
        </w:rPr>
        <w:t xml:space="preserve">[12:07] </w:t>
      </w:r>
      <w:r>
        <w:t>aur nayi opportunities ko jisne avail kiya positive sense mein usko Mehdi kaha gaya.</w:t>
      </w:r>
    </w:p>
    <w:p>
      <w:pPr>
        <w:jc w:val="right"/>
      </w:pPr>
      <w:r>
        <w:t>اور نئی opportunities کو جس نے avail کیا positive sense میں اس کو مہدی کہا گیا۔</w:t>
      </w:r>
    </w:p>
    <w:p>
      <w:r>
        <w:rPr>
          <w:b/>
        </w:rPr>
        <w:t xml:space="preserve">[12:13] </w:t>
      </w:r>
      <w:r>
        <w:t>yaad rakhein koi bhi aadmi chahe woh prophet hi kyun na ho kuch opportunities ko avail karta hai.</w:t>
      </w:r>
    </w:p>
    <w:p>
      <w:pPr>
        <w:jc w:val="right"/>
      </w:pPr>
      <w:r>
        <w:t>یاد رکھیں کوئی بھی آدمی چاہے وہ prophet ہی کیوں نہ ہو کچھ opportunities کو avail کرتا ہے۔</w:t>
      </w:r>
    </w:p>
    <w:p>
      <w:r>
        <w:rPr>
          <w:b/>
        </w:rPr>
        <w:t xml:space="preserve">[12:21] </w:t>
      </w:r>
      <w:r>
        <w:t>koi bhi insaan chahe chahe woh leader ho ya thinker ho ya reformer ho ya prophet ho fifty</w:t>
      </w:r>
    </w:p>
    <w:p>
      <w:pPr>
        <w:jc w:val="right"/>
      </w:pPr>
      <w:r>
        <w:t>کوئی بھی انسان چاہے چاہے وہ leader ہو یا thinker ہو یا reformer ہو یا prophet ہو fifty</w:t>
      </w:r>
    </w:p>
    <w:p>
      <w:r>
        <w:rPr>
          <w:b/>
        </w:rPr>
        <w:t xml:space="preserve">[12:29] </w:t>
      </w:r>
      <w:r>
        <w:t>percent role hota hai uska.</w:t>
      </w:r>
    </w:p>
    <w:p>
      <w:pPr>
        <w:jc w:val="right"/>
      </w:pPr>
      <w:r>
        <w:t>percent role ہوتا ہے اس کا۔</w:t>
      </w:r>
    </w:p>
    <w:p>
      <w:r>
        <w:rPr>
          <w:b/>
        </w:rPr>
        <w:t xml:space="preserve">[12:31] </w:t>
      </w:r>
      <w:r>
        <w:t>fifty percent hota hai opportunities ka role.</w:t>
      </w:r>
    </w:p>
    <w:p>
      <w:pPr>
        <w:jc w:val="right"/>
      </w:pPr>
      <w:r>
        <w:t>fifty percent ہوتا ہے opportunities کا role۔</w:t>
      </w:r>
    </w:p>
    <w:p>
      <w:r>
        <w:rPr>
          <w:b/>
        </w:rPr>
        <w:t xml:space="preserve">[12:34] </w:t>
      </w:r>
      <w:r>
        <w:t>toh Dajjal aur Mehdi dono hi fifty percent role hai inka.</w:t>
      </w:r>
    </w:p>
    <w:p>
      <w:pPr>
        <w:jc w:val="right"/>
      </w:pPr>
      <w:r>
        <w:t>تو دجال اور مہدی دونوں ہی fifty percent role ہے ان کا۔</w:t>
      </w:r>
    </w:p>
    <w:p>
      <w:r>
        <w:rPr>
          <w:b/>
        </w:rPr>
        <w:t xml:space="preserve">[12:40] </w:t>
      </w:r>
      <w:r>
        <w:t>toh nayi opportunities jo khuli theen, khuli theen western Europe aur phir poore Europe mein phir America aur</w:t>
      </w:r>
    </w:p>
    <w:p>
      <w:pPr>
        <w:jc w:val="right"/>
      </w:pPr>
      <w:r>
        <w:t>تو نئی opportunities جو کھلی تھیں، کھلی تھیں western یورپ اور پھر پورے یورپ میں پھر امریکہ اور</w:t>
      </w:r>
    </w:p>
    <w:p>
      <w:r>
        <w:rPr>
          <w:b/>
        </w:rPr>
        <w:t xml:space="preserve">[12:47] </w:t>
      </w:r>
      <w:r>
        <w:t>mein phaila woh industrial revolution toh industrial revolution ke zariye jo naye mawaqe, nayi opportunities, naye scope khule</w:t>
      </w:r>
    </w:p>
    <w:p>
      <w:pPr>
        <w:jc w:val="right"/>
      </w:pPr>
      <w:r>
        <w:t>میں پھیلا وہ industrial revolution تو industrial revolution کے ذریعے جو نئے مواقع، نئی opportunities، نئے scope کھلے</w:t>
      </w:r>
    </w:p>
    <w:p>
      <w:r>
        <w:rPr>
          <w:b/>
        </w:rPr>
        <w:t xml:space="preserve">[12:55] </w:t>
      </w:r>
      <w:r>
        <w:t>unko avail karne ke liye log uthe.</w:t>
      </w:r>
    </w:p>
    <w:p>
      <w:pPr>
        <w:jc w:val="right"/>
      </w:pPr>
      <w:r>
        <w:t>ان کو avail کرنے کے لیے لوگ اٹھے۔</w:t>
      </w:r>
    </w:p>
    <w:p>
      <w:r>
        <w:rPr>
          <w:b/>
        </w:rPr>
        <w:t xml:space="preserve">[12:58] </w:t>
      </w:r>
      <w:r>
        <w:t>to ek woh hain jinho ne negative sense mein avail kiya.</w:t>
      </w:r>
    </w:p>
    <w:p>
      <w:pPr>
        <w:jc w:val="right"/>
      </w:pPr>
      <w:r>
        <w:t>تو ایک وہ ہیں جنہوں نے negative sense میں avail کیا۔</w:t>
      </w:r>
    </w:p>
    <w:p>
      <w:r>
        <w:rPr>
          <w:b/>
        </w:rPr>
        <w:t xml:space="preserve">[13:03] </w:t>
      </w:r>
      <w:r>
        <w:t>dosre woh hain jinho ne positive sense mein avail kiya.</w:t>
      </w:r>
    </w:p>
    <w:p>
      <w:pPr>
        <w:jc w:val="right"/>
      </w:pPr>
      <w:r>
        <w:t>دوسرے وہ ہیں جنہوں نے positive sense میں avail کیا۔</w:t>
      </w:r>
    </w:p>
    <w:p>
      <w:r>
        <w:rPr>
          <w:b/>
        </w:rPr>
        <w:t xml:space="preserve">[13:07] </w:t>
      </w:r>
      <w:r>
        <w:t>to ek ko dajjal kaha gaya, ek ko mehdi kaha gaya.</w:t>
      </w:r>
    </w:p>
    <w:p>
      <w:pPr>
        <w:jc w:val="right"/>
      </w:pPr>
      <w:r>
        <w:t>تو ایک کو دجال کہا گیا، ایک کو مہدی کہا گیا۔</w:t>
      </w:r>
    </w:p>
    <w:p>
      <w:r>
        <w:rPr>
          <w:b/>
        </w:rPr>
        <w:t xml:space="preserve">[13:12] </w:t>
      </w:r>
      <w:r>
        <w:t>yeh kahani shuru hui.</w:t>
      </w:r>
    </w:p>
    <w:p>
      <w:pPr>
        <w:jc w:val="right"/>
      </w:pPr>
      <w:r>
        <w:t>یہ کہانی شروع ہوئی۔</w:t>
      </w:r>
    </w:p>
    <w:p>
      <w:r>
        <w:rPr>
          <w:b/>
        </w:rPr>
        <w:t xml:space="preserve">[13:14] </w:t>
      </w:r>
      <w:r>
        <w:t>to mein ek misaal doon ke dajjal jo hai kis tarah us ne dajjal ki dajali kiya hai?</w:t>
      </w:r>
    </w:p>
    <w:p>
      <w:pPr>
        <w:jc w:val="right"/>
      </w:pPr>
      <w:r>
        <w:t>تو میں ایک مثال دوں کہ دجال جو ہے کس طرح اس نے دجال کی دجالی کیا ہے؟</w:t>
      </w:r>
    </w:p>
    <w:p>
      <w:r>
        <w:rPr>
          <w:b/>
        </w:rPr>
        <w:t xml:space="preserve">[13:22] </w:t>
      </w:r>
      <w:r>
        <w:t>woh sach poochein to woh hai misinterpretation.</w:t>
      </w:r>
    </w:p>
    <w:p>
      <w:pPr>
        <w:jc w:val="right"/>
      </w:pPr>
      <w:r>
        <w:t>وہ سچ پوچھیں تو وہ ہے misinterpretation۔</w:t>
      </w:r>
    </w:p>
    <w:p>
      <w:r>
        <w:rPr>
          <w:b/>
        </w:rPr>
        <w:t xml:space="preserve">[13:25] </w:t>
      </w:r>
      <w:r>
        <w:t>misinterpretation yaani ghalat ta'beer.</w:t>
      </w:r>
    </w:p>
    <w:p>
      <w:pPr>
        <w:jc w:val="right"/>
      </w:pPr>
      <w:r>
        <w:t>misinterpretation یعنی غلط تعبیر۔</w:t>
      </w:r>
    </w:p>
    <w:p>
      <w:r>
        <w:rPr>
          <w:b/>
        </w:rPr>
        <w:t xml:space="preserve">[13:26] </w:t>
      </w:r>
      <w:r>
        <w:t>misal ke tor par signmund freud ko lijiye.</w:t>
      </w:r>
    </w:p>
    <w:p>
      <w:pPr>
        <w:jc w:val="right"/>
      </w:pPr>
      <w:r>
        <w:t>مثال کے طور پر سگن فرائیڈ کو لیجئے۔</w:t>
      </w:r>
    </w:p>
    <w:p>
      <w:r>
        <w:rPr>
          <w:b/>
        </w:rPr>
        <w:t xml:space="preserve">[13:30] </w:t>
      </w:r>
      <w:r>
        <w:t>signmund freud bohat hi intelligent aadmi tha.</w:t>
      </w:r>
    </w:p>
    <w:p>
      <w:pPr>
        <w:jc w:val="right"/>
      </w:pPr>
      <w:r>
        <w:t>سگن فرائیڈ بہت ہی intelligent آدمی تھا۔</w:t>
      </w:r>
    </w:p>
    <w:p>
      <w:r>
        <w:rPr>
          <w:b/>
        </w:rPr>
        <w:t xml:space="preserve">[13:33] </w:t>
      </w:r>
      <w:r>
        <w:t>us ne kya nazariya banaya? us ne yeh nazariya banaya ke sab kuch insaan ki personality ka jo</w:t>
      </w:r>
    </w:p>
    <w:p>
      <w:pPr>
        <w:jc w:val="right"/>
      </w:pPr>
      <w:r>
        <w:t>اس نے کیا نظریہ بنایا؟ اس نے یہ نظریہ بنایا کہ سب کچھ انسان کی personality کا جو</w:t>
      </w:r>
    </w:p>
    <w:p>
      <w:r>
        <w:rPr>
          <w:b/>
        </w:rPr>
        <w:t xml:space="preserve">[13:40] </w:t>
      </w:r>
      <w:r>
        <w:t>development hai this based on desires insaan ke andar desires hain.</w:t>
      </w:r>
    </w:p>
    <w:p>
      <w:pPr>
        <w:jc w:val="right"/>
      </w:pPr>
      <w:r>
        <w:t>development ہے this based on desires انسان کے اندر desires ہیں۔</w:t>
      </w:r>
    </w:p>
    <w:p>
      <w:r>
        <w:rPr>
          <w:b/>
        </w:rPr>
        <w:t xml:space="preserve">[13:45] </w:t>
      </w:r>
      <w:r>
        <w:t>is desires ko aap agar suppress karein to aap ki personality ka growth nahi hoga.</w:t>
      </w:r>
    </w:p>
    <w:p>
      <w:pPr>
        <w:jc w:val="right"/>
      </w:pPr>
      <w:r>
        <w:t>اس desires کو آپ اگر suppress کریں تو آپ کی personality کا growth نہیں ہوگا۔</w:t>
      </w:r>
    </w:p>
    <w:p>
      <w:r>
        <w:rPr>
          <w:b/>
        </w:rPr>
        <w:t xml:space="preserve">[13:52] </w:t>
      </w:r>
      <w:r>
        <w:t>growth nahi hoga.</w:t>
      </w:r>
    </w:p>
    <w:p>
      <w:pPr>
        <w:jc w:val="right"/>
      </w:pPr>
      <w:r>
        <w:t>growth نہیں ہوگا۔</w:t>
      </w:r>
    </w:p>
    <w:p>
      <w:r>
        <w:rPr>
          <w:b/>
        </w:rPr>
        <w:t xml:space="preserve">[13:53] </w:t>
      </w:r>
      <w:r>
        <w:t>to aap is ko unlimited way mein is ko ubharne dijiye.</w:t>
      </w:r>
    </w:p>
    <w:p>
      <w:pPr>
        <w:jc w:val="right"/>
      </w:pPr>
      <w:r>
        <w:t>تو آپ اس کو unlimited way میں اس کو ابھرنے دیجئے۔</w:t>
      </w:r>
    </w:p>
    <w:p>
      <w:r>
        <w:rPr>
          <w:b/>
        </w:rPr>
        <w:t xml:space="preserve">[13:58] </w:t>
      </w:r>
      <w:r>
        <w:t>har desire ko, koi bhi desire jo hai, desire ko aap unlimited way mein ubharne dijiye.</w:t>
      </w:r>
    </w:p>
    <w:p>
      <w:pPr>
        <w:jc w:val="right"/>
      </w:pPr>
      <w:r>
        <w:t>ہر desire کو، کوئی بھی desire جو ہے، desire کو آپ unlimited way میں ابھرنے دیجئے۔</w:t>
      </w:r>
    </w:p>
    <w:p>
      <w:r>
        <w:rPr>
          <w:b/>
        </w:rPr>
        <w:t xml:space="preserve">[14:05] </w:t>
      </w:r>
      <w:r>
        <w:t>tab aap ka personality development hoga.</w:t>
      </w:r>
    </w:p>
    <w:p>
      <w:pPr>
        <w:jc w:val="right"/>
      </w:pPr>
      <w:r>
        <w:t>تب آپ کا personality development ہوگا۔</w:t>
      </w:r>
    </w:p>
    <w:p>
      <w:r>
        <w:rPr>
          <w:b/>
        </w:rPr>
        <w:t xml:space="preserve">[14:07] </w:t>
      </w:r>
      <w:r>
        <w:t>aap ki shakhsiyat growth hoga.</w:t>
      </w:r>
    </w:p>
    <w:p>
      <w:pPr>
        <w:jc w:val="right"/>
      </w:pPr>
      <w:r>
        <w:t>آپ کی شخصیت growth ہوگا۔</w:t>
      </w:r>
    </w:p>
    <w:p>
      <w:r>
        <w:rPr>
          <w:b/>
        </w:rPr>
        <w:t xml:space="preserve">[14:09] </w:t>
      </w:r>
      <w:r>
        <w:t>to aise bohat se log paida hue.</w:t>
      </w:r>
    </w:p>
    <w:p>
      <w:pPr>
        <w:jc w:val="right"/>
      </w:pPr>
      <w:r>
        <w:t>تو ایسے بہت سے لوگ پیدا ہوئے۔</w:t>
      </w:r>
    </w:p>
    <w:p>
      <w:r>
        <w:rPr>
          <w:b/>
        </w:rPr>
        <w:t xml:space="preserve">[14:12] </w:t>
      </w:r>
      <w:r>
        <w:t>ab mein alamat ke tor par signmund freud ka naam le raha hoon.</w:t>
      </w:r>
    </w:p>
    <w:p>
      <w:pPr>
        <w:jc w:val="right"/>
      </w:pPr>
      <w:r>
        <w:t>اب میں علامت کے طور پر سگن فرائیڈ کا نام لے رہا ہوں۔</w:t>
      </w:r>
    </w:p>
    <w:p>
      <w:r>
        <w:rPr>
          <w:b/>
        </w:rPr>
        <w:t xml:space="preserve">[14:18] </w:t>
      </w:r>
      <w:r>
        <w:t>isi se yeh culture aaya jis ko aap dekh rahe hain aaj.</w:t>
      </w:r>
    </w:p>
    <w:p>
      <w:pPr>
        <w:jc w:val="right"/>
      </w:pPr>
      <w:r>
        <w:t>اسی سے یہ کلچر آیا جس کو آپ دیکھ رہے ہیں آج۔</w:t>
      </w:r>
    </w:p>
    <w:p>
      <w:r>
        <w:rPr>
          <w:b/>
        </w:rPr>
        <w:t xml:space="preserve">[14:23] </w:t>
      </w:r>
      <w:r>
        <w:t>entertainment culture, enjoyment culture.</w:t>
      </w:r>
    </w:p>
    <w:p>
      <w:pPr>
        <w:jc w:val="right"/>
      </w:pPr>
      <w:r>
        <w:t>entertainment culture، enjoyment culture۔</w:t>
      </w:r>
    </w:p>
    <w:p>
      <w:r>
        <w:rPr>
          <w:b/>
        </w:rPr>
        <w:t xml:space="preserve">[14:25] </w:t>
      </w:r>
      <w:r>
        <w:t>right here right now ka culture.</w:t>
      </w:r>
    </w:p>
    <w:p>
      <w:pPr>
        <w:jc w:val="right"/>
      </w:pPr>
      <w:r>
        <w:t>right here right now کا کلچر۔</w:t>
      </w:r>
    </w:p>
    <w:p>
      <w:r>
        <w:rPr>
          <w:b/>
        </w:rPr>
        <w:t xml:space="preserve">[14:27] </w:t>
      </w:r>
      <w:r>
        <w:t>ke bas khushiyan manao, ho ha karo, khoob enjoy karo.</w:t>
      </w:r>
    </w:p>
    <w:p>
      <w:pPr>
        <w:jc w:val="right"/>
      </w:pPr>
      <w:r>
        <w:t>کہ بس خوشیاں مناؤ، ہو ہا کرو، خوب enjoy کرو۔</w:t>
      </w:r>
    </w:p>
    <w:p>
      <w:r>
        <w:rPr>
          <w:b/>
        </w:rPr>
        <w:t xml:space="preserve">[14:32] </w:t>
      </w:r>
      <w:r>
        <w:t>kyun? isi mein yaani is ki ek philosophy diya is ko signmund freud ne aur doosre logon ne.</w:t>
      </w:r>
    </w:p>
    <w:p>
      <w:pPr>
        <w:jc w:val="right"/>
      </w:pPr>
      <w:r>
        <w:t>کیوں؟ اسی میں یعنی اس کی ایک philosophy دیا اس کو سگن فرائیڈ نے اور دوسرے لوگوں نے۔</w:t>
      </w:r>
    </w:p>
    <w:p>
      <w:r>
        <w:rPr>
          <w:b/>
        </w:rPr>
        <w:t xml:space="preserve">[14:39] </w:t>
      </w:r>
      <w:r>
        <w:t>ke isi se aap ka development hoga.</w:t>
      </w:r>
    </w:p>
    <w:p>
      <w:pPr>
        <w:jc w:val="right"/>
      </w:pPr>
      <w:r>
        <w:t>کہ اسی سے آپ کا development ہوگا۔</w:t>
      </w:r>
    </w:p>
    <w:p>
      <w:r>
        <w:rPr>
          <w:b/>
        </w:rPr>
        <w:t xml:space="preserve">[14:42] </w:t>
      </w:r>
      <w:r>
        <w:t>is mein kitni bara yeh fallacy thi ke insaan ki sab se bari cheez desire nahi hai.</w:t>
      </w:r>
    </w:p>
    <w:p>
      <w:pPr>
        <w:jc w:val="right"/>
      </w:pPr>
      <w:r>
        <w:t>اس میں کتنی بڑا یہ fallacy تھی کہ انسان کی سب سے بڑی چیز desire نہیں ہے۔</w:t>
      </w:r>
    </w:p>
    <w:p>
      <w:r>
        <w:rPr>
          <w:b/>
        </w:rPr>
        <w:t xml:space="preserve">[14:50] </w:t>
      </w:r>
      <w:r>
        <w:t>sab se bara is cheez is ka mind hai.</w:t>
      </w:r>
    </w:p>
    <w:p>
      <w:pPr>
        <w:jc w:val="right"/>
      </w:pPr>
      <w:r>
        <w:t>سب سے بڑا اس چیز اس کا mind ہے۔</w:t>
      </w:r>
    </w:p>
    <w:p>
      <w:r>
        <w:rPr>
          <w:b/>
        </w:rPr>
        <w:t xml:space="preserve">[14:53] </w:t>
      </w:r>
      <w:r>
        <w:t>to mind unavailed reh gaya.</w:t>
      </w:r>
    </w:p>
    <w:p>
      <w:pPr>
        <w:jc w:val="right"/>
      </w:pPr>
      <w:r>
        <w:t>تو mind unavailed رہ گیا۔</w:t>
      </w:r>
    </w:p>
    <w:p>
      <w:r>
        <w:rPr>
          <w:b/>
        </w:rPr>
        <w:t xml:space="preserve">[14:56] </w:t>
      </w:r>
      <w:r>
        <w:t>mind ke jo opportunities hain wo unavailed reh gaiein.</w:t>
      </w:r>
    </w:p>
    <w:p>
      <w:pPr>
        <w:jc w:val="right"/>
      </w:pPr>
      <w:r>
        <w:t>mind کے جو opportunities ہیں وہ unavailed رہ گئیں۔</w:t>
      </w:r>
    </w:p>
    <w:p>
      <w:r>
        <w:rPr>
          <w:b/>
        </w:rPr>
        <w:t xml:space="preserve">[14:59] </w:t>
      </w:r>
      <w:r>
        <w:t>aur desire ke peechay log dornay lagay.</w:t>
      </w:r>
    </w:p>
    <w:p>
      <w:pPr>
        <w:jc w:val="right"/>
      </w:pPr>
      <w:r>
        <w:t>اور desire کے پیچھے لوگ دوڑنے لگے۔</w:t>
      </w:r>
    </w:p>
    <w:p>
      <w:r>
        <w:rPr>
          <w:b/>
        </w:rPr>
        <w:t xml:space="preserve">[15:02] </w:t>
      </w:r>
      <w:r>
        <w:t>isi liye aap dekhein aaj kal jo hai, aaj kal jo insaan hain wo kya hain? achay kapray</w:t>
      </w:r>
    </w:p>
    <w:p>
      <w:pPr>
        <w:jc w:val="right"/>
      </w:pPr>
      <w:r>
        <w:t>اسی لیے آپ دیکھیں آج کل جو ہے، آج کل جو انسان ہیں وہ کیا ہیں؟ اچھے کپڑے</w:t>
      </w:r>
    </w:p>
    <w:p>
      <w:r>
        <w:rPr>
          <w:b/>
        </w:rPr>
        <w:t xml:space="preserve">[15:10] </w:t>
      </w:r>
      <w:r>
        <w:t>pehney huey animal hain.</w:t>
      </w:r>
    </w:p>
    <w:p>
      <w:pPr>
        <w:jc w:val="right"/>
      </w:pPr>
      <w:r>
        <w:t>پہنے ہوئے animal ہیں۔</w:t>
      </w:r>
    </w:p>
    <w:p>
      <w:r>
        <w:rPr>
          <w:b/>
        </w:rPr>
        <w:t xml:space="preserve">[15:12] </w:t>
      </w:r>
      <w:r>
        <w:t>animal jo hain wo car par nahi bethte.</w:t>
      </w:r>
    </w:p>
    <w:p>
      <w:pPr>
        <w:jc w:val="right"/>
      </w:pPr>
      <w:r>
        <w:t>animal جو ہیں وہ car پر نہیں بیٹھتے۔</w:t>
      </w:r>
    </w:p>
    <w:p>
      <w:r>
        <w:rPr>
          <w:b/>
        </w:rPr>
        <w:t xml:space="preserve">[15:15] </w:t>
      </w:r>
      <w:r>
        <w:t>yeh log car par bethay hain.</w:t>
      </w:r>
    </w:p>
    <w:p>
      <w:pPr>
        <w:jc w:val="right"/>
      </w:pPr>
      <w:r>
        <w:t>یہ لوگ car پر بیٹھتے ہیں۔</w:t>
      </w:r>
    </w:p>
    <w:p>
      <w:r>
        <w:rPr>
          <w:b/>
        </w:rPr>
        <w:t xml:space="preserve">[15:18] </w:t>
      </w:r>
      <w:r>
        <w:t>animal achay kapray nahi pehantay.</w:t>
      </w:r>
    </w:p>
    <w:p>
      <w:pPr>
        <w:jc w:val="right"/>
      </w:pPr>
      <w:r>
        <w:t>animal اچھے کپڑے نہیں پہنتے۔</w:t>
      </w:r>
    </w:p>
    <w:p>
      <w:r>
        <w:rPr>
          <w:b/>
        </w:rPr>
        <w:t xml:space="preserve">[15:20] </w:t>
      </w:r>
      <w:r>
        <w:t>yeh log achay kapray pehantay hain.</w:t>
      </w:r>
    </w:p>
    <w:p>
      <w:pPr>
        <w:jc w:val="right"/>
      </w:pPr>
      <w:r>
        <w:t>یہ لوگ اچھے کپڑے پہنتے ہیں۔</w:t>
      </w:r>
    </w:p>
    <w:p>
      <w:r>
        <w:rPr>
          <w:b/>
        </w:rPr>
        <w:t xml:space="preserve">[15:23] </w:t>
      </w:r>
      <w:r>
        <w:t>animal achay achay khanay nahi khatay.</w:t>
      </w:r>
    </w:p>
    <w:p>
      <w:pPr>
        <w:jc w:val="right"/>
      </w:pPr>
      <w:r>
        <w:t>animal اچھے اچھے کھانے نہیں کھاتے۔</w:t>
      </w:r>
    </w:p>
    <w:p>
      <w:r>
        <w:rPr>
          <w:b/>
        </w:rPr>
        <w:t xml:space="preserve">[15:25] </w:t>
      </w:r>
      <w:r>
        <w:t>yeh log achay achay khanay khatay hain.</w:t>
      </w:r>
    </w:p>
    <w:p>
      <w:pPr>
        <w:jc w:val="right"/>
      </w:pPr>
      <w:r>
        <w:t>یہ لوگ اچھے اچھے کھانے کھاتے ہیں۔</w:t>
      </w:r>
    </w:p>
    <w:p>
      <w:r>
        <w:rPr>
          <w:b/>
        </w:rPr>
        <w:t xml:space="preserve">[15:28] </w:t>
      </w:r>
      <w:r>
        <w:t>yani insan ko yani Sigmund Freud ka jo nazariya tha woh that was animalization of man animalization of</w:t>
      </w:r>
    </w:p>
    <w:p>
      <w:pPr>
        <w:jc w:val="right"/>
      </w:pPr>
      <w:r>
        <w:t>یعنی انسان کو یعنی سگن فرائیڈ کا جو نظریہ تھا وہ that was animalization of man animalization of</w:t>
      </w:r>
    </w:p>
    <w:p>
      <w:r>
        <w:rPr>
          <w:b/>
        </w:rPr>
        <w:t xml:space="preserve">[15:36] </w:t>
      </w:r>
      <w:r>
        <w:t>man, so what is this? How did this happen? This happened through a fallacy.</w:t>
      </w:r>
    </w:p>
    <w:p>
      <w:pPr>
        <w:jc w:val="right"/>
      </w:pPr>
      <w:r>
        <w:t>man تو یہ کیا ہے؟ یہ ہوا کیسے؟ یہ ایک fallacy کے ذریعے ہوا۔</w:t>
      </w:r>
    </w:p>
    <w:p>
      <w:r>
        <w:rPr>
          <w:b/>
        </w:rPr>
        <w:t xml:space="preserve">[15:42] </w:t>
      </w:r>
      <w:r>
        <w:t>yehi dajali.</w:t>
      </w:r>
    </w:p>
    <w:p>
      <w:pPr>
        <w:jc w:val="right"/>
      </w:pPr>
      <w:r>
        <w:t>یہی دجالی۔</w:t>
      </w:r>
    </w:p>
    <w:p>
      <w:r>
        <w:rPr>
          <w:b/>
        </w:rPr>
        <w:t xml:space="preserve">[15:43] </w:t>
      </w:r>
      <w:r>
        <w:t>ke desire ko yeh darja de diya ke isi se growth hota hai.</w:t>
      </w:r>
    </w:p>
    <w:p>
      <w:pPr>
        <w:jc w:val="right"/>
      </w:pPr>
      <w:r>
        <w:t>کہ desire کو یہ درجہ دے دیا کہ اسی سے growth ہوتا ہے۔</w:t>
      </w:r>
    </w:p>
    <w:p>
      <w:r>
        <w:rPr>
          <w:b/>
        </w:rPr>
        <w:t xml:space="preserve">[15:49] </w:t>
      </w:r>
      <w:r>
        <w:t>isi se development hota hai.</w:t>
      </w:r>
    </w:p>
    <w:p>
      <w:pPr>
        <w:jc w:val="right"/>
      </w:pPr>
      <w:r>
        <w:t>اسی سے development ہوتا ہے۔</w:t>
      </w:r>
    </w:p>
    <w:p>
      <w:r>
        <w:rPr>
          <w:b/>
        </w:rPr>
        <w:t xml:space="preserve">[15:51] </w:t>
      </w:r>
      <w:r>
        <w:t>desire ko suppress karo ge to growth ruk jaye ga tumhara.</w:t>
      </w:r>
    </w:p>
    <w:p>
      <w:pPr>
        <w:jc w:val="right"/>
      </w:pPr>
      <w:r>
        <w:t>desire کو suppress کرو گے تو growth رک جائے گا تمہارا۔</w:t>
      </w:r>
    </w:p>
    <w:p>
      <w:r>
        <w:rPr>
          <w:b/>
        </w:rPr>
        <w:t xml:space="preserve">[15:56] </w:t>
      </w:r>
      <w:r>
        <w:t>halankay yeh bilkul stupid baat thi.</w:t>
      </w:r>
    </w:p>
    <w:p>
      <w:pPr>
        <w:jc w:val="right"/>
      </w:pPr>
      <w:r>
        <w:t>حالانکہ یہ بالکل stupid بات تھی۔</w:t>
      </w:r>
    </w:p>
    <w:p>
      <w:r>
        <w:rPr>
          <w:b/>
        </w:rPr>
        <w:t xml:space="preserve">[15:58] </w:t>
      </w:r>
      <w:r>
        <w:t>yani moti si baat dekhein aap.</w:t>
      </w:r>
    </w:p>
    <w:p>
      <w:pPr>
        <w:jc w:val="right"/>
      </w:pPr>
      <w:r>
        <w:t>یعنی موٹی سی بات دیکھیں آپ۔</w:t>
      </w:r>
    </w:p>
    <w:p>
      <w:r>
        <w:rPr>
          <w:b/>
        </w:rPr>
        <w:t xml:space="preserve">[16:01] </w:t>
      </w:r>
      <w:r>
        <w:t>jab yeh yeh philosophy nahi thi desire ka.</w:t>
      </w:r>
    </w:p>
    <w:p>
      <w:pPr>
        <w:jc w:val="right"/>
      </w:pPr>
      <w:r>
        <w:t>جب یہ یہ فلسفہ نہیں تھا desire کا۔</w:t>
      </w:r>
    </w:p>
    <w:p>
      <w:r>
        <w:rPr>
          <w:b/>
        </w:rPr>
        <w:t xml:space="preserve">[16:04] </w:t>
      </w:r>
      <w:r>
        <w:t>jab log principle par raha karte thay.</w:t>
      </w:r>
    </w:p>
    <w:p>
      <w:pPr>
        <w:jc w:val="right"/>
      </w:pPr>
      <w:r>
        <w:t>جب لوگ principle پر رہا کرتے تھے۔</w:t>
      </w:r>
    </w:p>
    <w:p>
      <w:r>
        <w:rPr>
          <w:b/>
        </w:rPr>
        <w:t xml:space="preserve">[16:07] </w:t>
      </w:r>
      <w:r>
        <w:t>to saray baray baray mind isi waqt paida huey.</w:t>
      </w:r>
    </w:p>
    <w:p>
      <w:pPr>
        <w:jc w:val="right"/>
      </w:pPr>
      <w:r>
        <w:t>تو سارے بڑے بڑے mind اسی وقت پیدا ہوئے۔</w:t>
      </w:r>
    </w:p>
    <w:p>
      <w:r>
        <w:rPr>
          <w:b/>
        </w:rPr>
        <w:t xml:space="preserve">[16:11] </w:t>
      </w:r>
      <w:r>
        <w:t>ab jo culture chala hai entertainment culture.</w:t>
      </w:r>
    </w:p>
    <w:p>
      <w:pPr>
        <w:jc w:val="right"/>
      </w:pPr>
      <w:r>
        <w:t>اب جو کلچر چلا ہے entertainment کلچر۔</w:t>
      </w:r>
    </w:p>
    <w:p>
      <w:r>
        <w:rPr>
          <w:b/>
        </w:rPr>
        <w:t xml:space="preserve">[16:14] </w:t>
      </w:r>
      <w:r>
        <w:t>ab kon bara bara mind paida ho raha hai? jitni baray baray scientific discoveries hain wo sab kab</w:t>
      </w:r>
    </w:p>
    <w:p>
      <w:pPr>
        <w:jc w:val="right"/>
      </w:pPr>
      <w:r>
        <w:t>اب کون بڑا بڑا mind پیدا ہو رہا ہے؟ جتنی بڑی بڑی scientific discoveries ہیں وہ سب کب</w:t>
      </w:r>
    </w:p>
    <w:p>
      <w:r>
        <w:rPr>
          <w:b/>
        </w:rPr>
        <w:t xml:space="preserve">[16:22] </w:t>
      </w:r>
      <w:r>
        <w:t>paida huien? jab ke desire based culture chala hi nahi tha.</w:t>
      </w:r>
    </w:p>
    <w:p>
      <w:pPr>
        <w:jc w:val="right"/>
      </w:pPr>
      <w:r>
        <w:t>پیدا ہوئیں؟ جب کہ desire based culture چلا ہی نہیں تھا۔</w:t>
      </w:r>
    </w:p>
    <w:p>
      <w:r>
        <w:rPr>
          <w:b/>
        </w:rPr>
        <w:t xml:space="preserve">[16:27] </w:t>
      </w:r>
      <w:r>
        <w:t>to insan yeh yeh aisay beautiful alfaaz diye ke us ko growth keh diya.</w:t>
      </w:r>
    </w:p>
    <w:p>
      <w:pPr>
        <w:jc w:val="right"/>
      </w:pPr>
      <w:r>
        <w:t>تو انسان یہ یہ ایسے beautiful الفاظ دیے کہ اس کو growth کہہ دیا۔</w:t>
      </w:r>
    </w:p>
    <w:p>
      <w:r>
        <w:rPr>
          <w:b/>
        </w:rPr>
        <w:t xml:space="preserve">[16:33] </w:t>
      </w:r>
      <w:r>
        <w:t>yani jo cheez thi animalization yani insan ko reduce kar ke animal banana us ko keh diya personality</w:t>
      </w:r>
    </w:p>
    <w:p>
      <w:pPr>
        <w:jc w:val="right"/>
      </w:pPr>
      <w:r>
        <w:t>یعنی جو چیز تھی animalization یعنی انسان کو reduce کر کے animal بنانا اس کو کہہ دیا personality</w:t>
      </w:r>
    </w:p>
    <w:p>
      <w:r>
        <w:rPr>
          <w:b/>
        </w:rPr>
        <w:t xml:space="preserve">[16:40] </w:t>
      </w:r>
      <w:r>
        <w:t>ka growth, personality ka development.</w:t>
      </w:r>
    </w:p>
    <w:p>
      <w:pPr>
        <w:jc w:val="right"/>
      </w:pPr>
      <w:r>
        <w:t>کا growth، personality کا development۔</w:t>
      </w:r>
    </w:p>
    <w:p>
      <w:r>
        <w:rPr>
          <w:b/>
        </w:rPr>
        <w:t xml:space="preserve">[16:43] </w:t>
      </w:r>
      <w:r>
        <w:t>that was a fallacy mughalta.</w:t>
      </w:r>
    </w:p>
    <w:p>
      <w:pPr>
        <w:jc w:val="right"/>
      </w:pPr>
      <w:r>
        <w:t>that was a fallacy مغالطہ۔</w:t>
      </w:r>
    </w:p>
    <w:p>
      <w:r>
        <w:rPr>
          <w:b/>
        </w:rPr>
        <w:t xml:space="preserve">[16:45] </w:t>
      </w:r>
      <w:r>
        <w:t>misinterpretation yeh hai dajali.</w:t>
      </w:r>
    </w:p>
    <w:p>
      <w:pPr>
        <w:jc w:val="right"/>
      </w:pPr>
      <w:r>
        <w:t>misinterpretation یہ ہے دجالی۔</w:t>
      </w:r>
    </w:p>
    <w:p>
      <w:r>
        <w:rPr>
          <w:b/>
        </w:rPr>
        <w:t xml:space="preserve">[16:46] </w:t>
      </w:r>
      <w:r>
        <w:t>dajali ka matlab yeh hai ke aik aik false, aik aik jhooti baat ko beautiful words mein bayan</w:t>
      </w:r>
    </w:p>
    <w:p>
      <w:pPr>
        <w:jc w:val="right"/>
      </w:pPr>
      <w:r>
        <w:t>دجالی کا مطلب یہ ہے کہ ایک ایک false، ایک ایک جھوٹی بات کو beautiful words میں بیان</w:t>
      </w:r>
    </w:p>
    <w:p>
      <w:r>
        <w:rPr>
          <w:b/>
        </w:rPr>
        <w:t xml:space="preserve">[16:54] </w:t>
      </w:r>
      <w:r>
        <w:t>karna.</w:t>
      </w:r>
    </w:p>
    <w:p>
      <w:pPr>
        <w:jc w:val="right"/>
      </w:pPr>
      <w:r>
        <w:t>کرنا۔</w:t>
      </w:r>
    </w:p>
    <w:p>
      <w:r>
        <w:rPr>
          <w:b/>
        </w:rPr>
        <w:t xml:space="preserve">[16:56] </w:t>
      </w:r>
      <w:r>
        <w:t>aur log is se fascinate ho kar is ke liye dorne lage hain is ko.</w:t>
      </w:r>
    </w:p>
    <w:p>
      <w:pPr>
        <w:jc w:val="right"/>
      </w:pPr>
      <w:r>
        <w:t>اور لوگ اس سے fascinate ہو کر اس کے لیے دوڑنے لگے ہیں اس کو۔</w:t>
      </w:r>
    </w:p>
    <w:p>
      <w:r>
        <w:rPr>
          <w:b/>
        </w:rPr>
        <w:t xml:space="preserve">[17:02] </w:t>
      </w:r>
      <w:r>
        <w:t>yehi kaam darwain ne kiya.</w:t>
      </w:r>
    </w:p>
    <w:p>
      <w:pPr>
        <w:jc w:val="right"/>
      </w:pPr>
      <w:r>
        <w:t>یہی کام ڈارون نے کیا۔</w:t>
      </w:r>
    </w:p>
    <w:p>
      <w:r>
        <w:rPr>
          <w:b/>
        </w:rPr>
        <w:t xml:space="preserve">[17:04] </w:t>
      </w:r>
      <w:r>
        <w:t>us ne jo study ki to maloom hua ke jo species hain, species aap jante hain ke millions</w:t>
      </w:r>
    </w:p>
    <w:p>
      <w:pPr>
        <w:jc w:val="right"/>
      </w:pPr>
      <w:r>
        <w:t>اس نے جو study کی تو معلوم ہوا کہ جو species ہیں، species آپ جانتے ہیں کہ millions</w:t>
      </w:r>
    </w:p>
    <w:p>
      <w:r>
        <w:rPr>
          <w:b/>
        </w:rPr>
        <w:t xml:space="preserve">[17:12] </w:t>
      </w:r>
      <w:r>
        <w:t>hain, millions hain.</w:t>
      </w:r>
    </w:p>
    <w:p>
      <w:pPr>
        <w:jc w:val="right"/>
      </w:pPr>
      <w:r>
        <w:t>ہیں، millions ہیں۔</w:t>
      </w:r>
    </w:p>
    <w:p>
      <w:r>
        <w:rPr>
          <w:b/>
        </w:rPr>
        <w:t xml:space="preserve">[17:13] </w:t>
      </w:r>
      <w:r>
        <w:t>species mein aik un ke jo form hota hai us mein aik informity hai.</w:t>
      </w:r>
    </w:p>
    <w:p>
      <w:pPr>
        <w:jc w:val="right"/>
      </w:pPr>
      <w:r>
        <w:t>species میں ایک ان کے جو فارم ہوتا ہے اس میں ایک informity ہے۔</w:t>
      </w:r>
    </w:p>
    <w:p>
      <w:r>
        <w:rPr>
          <w:b/>
        </w:rPr>
        <w:t xml:space="preserve">[17:19] </w:t>
      </w:r>
      <w:r>
        <w:t>informity hai.</w:t>
      </w:r>
    </w:p>
    <w:p>
      <w:pPr>
        <w:jc w:val="right"/>
      </w:pPr>
      <w:r>
        <w:t>informity ہے۔</w:t>
      </w:r>
    </w:p>
    <w:p>
      <w:r>
        <w:rPr>
          <w:b/>
        </w:rPr>
        <w:t xml:space="preserve">[17:21] </w:t>
      </w:r>
      <w:r>
        <w:t>to is se kya nikala us ne? informity se is se woh nikla, is se woh nikla.</w:t>
      </w:r>
    </w:p>
    <w:p>
      <w:pPr>
        <w:jc w:val="right"/>
      </w:pPr>
      <w:r>
        <w:t>تو اس سے کیا نکالا اس نے؟ informity سے اس سے وہ نکلا، اس سے وہ نکلا۔</w:t>
      </w:r>
    </w:p>
    <w:p>
      <w:r>
        <w:rPr>
          <w:b/>
        </w:rPr>
        <w:t xml:space="preserve">[17:28] </w:t>
      </w:r>
      <w:r>
        <w:t>yani yani yani is se cat se tiger nikal aya.</w:t>
      </w:r>
    </w:p>
    <w:p>
      <w:pPr>
        <w:jc w:val="right"/>
      </w:pPr>
      <w:r>
        <w:t>یعنی یعنی یعنی اس سے cat سے tiger نکل آیا۔</w:t>
      </w:r>
    </w:p>
    <w:p>
      <w:r>
        <w:rPr>
          <w:b/>
        </w:rPr>
        <w:t xml:space="preserve">[17:32] </w:t>
      </w:r>
      <w:r>
        <w:t>phir cat aik alag species hai aur tiger aik alag qism hai.</w:t>
      </w:r>
    </w:p>
    <w:p>
      <w:pPr>
        <w:jc w:val="right"/>
      </w:pPr>
      <w:r>
        <w:t>پھر cat ایک الگ species ہے اور tiger ایک الگ قسم ہے۔</w:t>
      </w:r>
    </w:p>
    <w:p>
      <w:r>
        <w:rPr>
          <w:b/>
        </w:rPr>
        <w:t xml:space="preserve">[17:38] </w:t>
      </w:r>
      <w:r>
        <w:t>yani yeh is se maloom hota hai ke nature mein variety bohat zyada hai.</w:t>
      </w:r>
    </w:p>
    <w:p>
      <w:pPr>
        <w:jc w:val="right"/>
      </w:pPr>
      <w:r>
        <w:t>یعنی یہ اس سے معلوم ہوتا ہے کہ nature میں variety بہت زیادہ ہے۔</w:t>
      </w:r>
    </w:p>
    <w:p>
      <w:r>
        <w:rPr>
          <w:b/>
        </w:rPr>
        <w:t xml:space="preserve">[17:44] </w:t>
      </w:r>
      <w:r>
        <w:t>is se yeh nahi nikal raha tha ke is se woh nikla, is se woh nikla.</w:t>
      </w:r>
    </w:p>
    <w:p>
      <w:pPr>
        <w:jc w:val="right"/>
      </w:pPr>
      <w:r>
        <w:t>اس سے یہ نہیں نکل رہا تھا کہ اس سے وہ نکلا، اس سے وہ نکلا۔</w:t>
      </w:r>
    </w:p>
    <w:p>
      <w:r>
        <w:rPr>
          <w:b/>
        </w:rPr>
        <w:t xml:space="preserve">[17:50] </w:t>
      </w:r>
      <w:r>
        <w:t>is se variety ka bohat zyada hona nikal raha tha.</w:t>
      </w:r>
    </w:p>
    <w:p>
      <w:pPr>
        <w:jc w:val="right"/>
      </w:pPr>
      <w:r>
        <w:t>اس سے variety کا بہت زیادہ ہونا نکل رہا تھا۔</w:t>
      </w:r>
    </w:p>
    <w:p>
      <w:r>
        <w:rPr>
          <w:b/>
        </w:rPr>
        <w:t xml:space="preserve">[17:55] </w:t>
      </w:r>
      <w:r>
        <w:t>yani unlimited variety hai nature mein.</w:t>
      </w:r>
    </w:p>
    <w:p>
      <w:pPr>
        <w:jc w:val="right"/>
      </w:pPr>
      <w:r>
        <w:t>یعنی unlimited variety ہے nature میں۔</w:t>
      </w:r>
    </w:p>
    <w:p>
      <w:r>
        <w:rPr>
          <w:b/>
        </w:rPr>
        <w:t xml:space="preserve">[17:57] </w:t>
      </w:r>
      <w:r>
        <w:t>to yeh kya aik fallacy ke zariye se yeh nikal liya gaya ke yeh evolution process se billi</w:t>
      </w:r>
    </w:p>
    <w:p>
      <w:pPr>
        <w:jc w:val="right"/>
      </w:pPr>
      <w:r>
        <w:t>تو یہ کیا ایک fallacy کے ذریعے سے یہ نکال لیا گیا کہ یہ evolution process سے بلی</w:t>
      </w:r>
    </w:p>
    <w:p>
      <w:r>
        <w:rPr>
          <w:b/>
        </w:rPr>
        <w:t xml:space="preserve">[18:05] </w:t>
      </w:r>
      <w:r>
        <w:t>jo hai woh tiger ban gayi.</w:t>
      </w:r>
    </w:p>
    <w:p>
      <w:pPr>
        <w:jc w:val="right"/>
      </w:pPr>
      <w:r>
        <w:t>جو ہے وہ tiger بن گئی۔</w:t>
      </w:r>
    </w:p>
    <w:p>
      <w:r>
        <w:rPr>
          <w:b/>
        </w:rPr>
        <w:t xml:space="preserve">[18:08] </w:t>
      </w:r>
      <w:r>
        <w:t>goat jo hai woh zarafah ban gaya.</w:t>
      </w:r>
    </w:p>
    <w:p>
      <w:pPr>
        <w:jc w:val="right"/>
      </w:pPr>
      <w:r>
        <w:t>goat جو ہے وہ زرافہ بن گیا۔</w:t>
      </w:r>
    </w:p>
    <w:p>
      <w:r>
        <w:rPr>
          <w:b/>
        </w:rPr>
        <w:t xml:space="preserve">[18:11] </w:t>
      </w:r>
      <w:r>
        <w:t>fish jo hai woh chirya ban gayi.</w:t>
      </w:r>
    </w:p>
    <w:p>
      <w:pPr>
        <w:jc w:val="right"/>
      </w:pPr>
      <w:r>
        <w:t>fish جو ہے وہ چڑیا بن گئی۔</w:t>
      </w:r>
    </w:p>
    <w:p>
      <w:r>
        <w:rPr>
          <w:b/>
        </w:rPr>
        <w:t xml:space="preserve">[18:14] </w:t>
      </w:r>
      <w:r>
        <w:t>that was misinterpretation that was a fallacy yehi hai dajjali.</w:t>
      </w:r>
    </w:p>
    <w:p>
      <w:pPr>
        <w:jc w:val="right"/>
      </w:pPr>
      <w:r>
        <w:t>that was misinterpretation that was a fallacy یہی ہے دجالی۔</w:t>
      </w:r>
    </w:p>
    <w:p>
      <w:r>
        <w:rPr>
          <w:b/>
        </w:rPr>
        <w:t xml:space="preserve">[18:18] </w:t>
      </w:r>
      <w:r>
        <w:t>to dekhen is zamane mein jo yani nature ko explore kar ke jo baatein samne aayi thin woh</w:t>
      </w:r>
    </w:p>
    <w:p>
      <w:pPr>
        <w:jc w:val="right"/>
      </w:pPr>
      <w:r>
        <w:t>تو دیکھیں اس زمانے میں جو یعنی nature کو explore کر کے جو باتیں سامنے آئیں تھیں وہ</w:t>
      </w:r>
    </w:p>
    <w:p>
      <w:r>
        <w:rPr>
          <w:b/>
        </w:rPr>
        <w:t xml:space="preserve">[18:26] </w:t>
      </w:r>
      <w:r>
        <w:t>that was divine signs aur Quran mein peshgi yeh bata diya gaya tha ke ek zamana aaye ga</w:t>
      </w:r>
    </w:p>
    <w:p>
      <w:pPr>
        <w:jc w:val="right"/>
      </w:pPr>
      <w:r>
        <w:t>that was divine signs اور قرآن میں پیشگی یہ بتا دیا گیا تھا کہ ایک زمانہ آئے گا</w:t>
      </w:r>
    </w:p>
    <w:p>
      <w:r>
        <w:rPr>
          <w:b/>
        </w:rPr>
        <w:t xml:space="preserve">[18:33] </w:t>
      </w:r>
      <w:r>
        <w:t>ke jab tum nature mein ghor karoge is se Khuda ki nishaniyan zahir hongi fi al-haq</w:t>
      </w:r>
    </w:p>
    <w:p>
      <w:pPr>
        <w:jc w:val="right"/>
      </w:pPr>
      <w:r>
        <w:t>کہ جب تم nature میں غور کرو گے اس سے خدا کی نشانیاں ظاہر ہوں گی فی الحق</w:t>
      </w:r>
    </w:p>
    <w:p>
      <w:r>
        <w:rPr>
          <w:b/>
        </w:rPr>
        <w:t xml:space="preserve">[18:41] </w:t>
      </w:r>
      <w:r>
        <w:t>ke aisa hone wala hai ke hidden nishaniyan samne aa jayengi.</w:t>
      </w:r>
    </w:p>
    <w:p>
      <w:pPr>
        <w:jc w:val="right"/>
      </w:pPr>
      <w:r>
        <w:t>کہ ایسا ہونے والا ہے کہ hidden نشانیاں سامنے آ جائیں گی۔</w:t>
      </w:r>
    </w:p>
    <w:p>
      <w:r>
        <w:rPr>
          <w:b/>
        </w:rPr>
        <w:t xml:space="preserve">[18:46] </w:t>
      </w:r>
      <w:r>
        <w:t>ain usi waqt yeh dajali shuru ho gayi ke in nishaniyon ko jo samne aayi thi un ko misinterpretation</w:t>
      </w:r>
    </w:p>
    <w:p>
      <w:pPr>
        <w:jc w:val="right"/>
      </w:pPr>
      <w:r>
        <w:t>عین اسی وقت یہ دجالی شروع ہوگئی کہ ان نشانیوں کو جو سامنے آئیں تھیں ان کو misinterpretation</w:t>
      </w:r>
    </w:p>
    <w:p>
      <w:r>
        <w:rPr>
          <w:b/>
        </w:rPr>
        <w:t xml:space="preserve">[18:54] </w:t>
      </w:r>
      <w:r>
        <w:t>ke zariye se, fallacy ke zariye se ek aur hi maani bata diye gaye.</w:t>
      </w:r>
    </w:p>
    <w:p>
      <w:pPr>
        <w:jc w:val="right"/>
      </w:pPr>
      <w:r>
        <w:t>کے ذریعے سے، fallacy کے ذریعے سے ایک اور ہی معنی بتا دیے گئے۔</w:t>
      </w:r>
    </w:p>
    <w:p>
      <w:r>
        <w:rPr>
          <w:b/>
        </w:rPr>
        <w:t xml:space="preserve">[19:00] </w:t>
      </w:r>
      <w:r>
        <w:t>jaise misaal ke taur par science danon ne jo daryaft kiya tha to us mein yeh tha ke</w:t>
      </w:r>
    </w:p>
    <w:p>
      <w:pPr>
        <w:jc w:val="right"/>
      </w:pPr>
      <w:r>
        <w:t>جیسے مثال کے طور پر سائنس دانوں نے جو دریافت کیا تھا تو اس میں یہ تھا کہ</w:t>
      </w:r>
    </w:p>
    <w:p>
      <w:r>
        <w:rPr>
          <w:b/>
        </w:rPr>
        <w:t xml:space="preserve">[19:08] </w:t>
      </w:r>
      <w:r>
        <w:t>ek jis ko kehte hain woh log causation, ek causation ka silsila tha.</w:t>
      </w:r>
    </w:p>
    <w:p>
      <w:pPr>
        <w:jc w:val="right"/>
      </w:pPr>
      <w:r>
        <w:t>ایک جس کو کہتے ہیں وہ لوگ causation، ایک causation کا سلسلہ تھا۔</w:t>
      </w:r>
    </w:p>
    <w:p>
      <w:r>
        <w:rPr>
          <w:b/>
        </w:rPr>
        <w:t xml:space="preserve">[19:13] </w:t>
      </w:r>
      <w:r>
        <w:t>causation to science danon ne mislead nahi kiya.</w:t>
      </w:r>
    </w:p>
    <w:p>
      <w:pPr>
        <w:jc w:val="right"/>
      </w:pPr>
      <w:r>
        <w:t>causation تو سائنس دانوں نے mislead نہیں کیا۔</w:t>
      </w:r>
    </w:p>
    <w:p>
      <w:r>
        <w:rPr>
          <w:b/>
        </w:rPr>
        <w:t xml:space="preserve">[19:17] </w:t>
      </w:r>
      <w:r>
        <w:t>mislead kiya hai philosophers ne, thinkers ne.</w:t>
      </w:r>
    </w:p>
    <w:p>
      <w:pPr>
        <w:jc w:val="right"/>
      </w:pPr>
      <w:r>
        <w:t>mislead کیا ہے philosophers نے، thinkers نے۔</w:t>
      </w:r>
    </w:p>
    <w:p>
      <w:r>
        <w:rPr>
          <w:b/>
        </w:rPr>
        <w:t xml:space="preserve">[19:20] </w:t>
      </w:r>
      <w:r>
        <w:t>science danon ne to sirf yeh hai ke data de diya, facts bata di.</w:t>
      </w:r>
    </w:p>
    <w:p>
      <w:pPr>
        <w:jc w:val="right"/>
      </w:pPr>
      <w:r>
        <w:t>سائنس دانوں نے تو صرف یہ ہے کہ data دے دیا، facts بتا دیے۔</w:t>
      </w:r>
    </w:p>
    <w:p>
      <w:r>
        <w:rPr>
          <w:b/>
        </w:rPr>
        <w:t xml:space="preserve">[19:26] </w:t>
      </w:r>
      <w:r>
        <w:t>is ko un logon ne misinterpretation ke zariye se is ko koi matlab bana diya hai.</w:t>
      </w:r>
    </w:p>
    <w:p>
      <w:pPr>
        <w:jc w:val="right"/>
      </w:pPr>
      <w:r>
        <w:t>اس کو ان لوگوں نے misinterpretation کے ذریعے سے اس کو کوئی مطلب بنا دیا ہے۔</w:t>
      </w:r>
    </w:p>
    <w:p>
      <w:r>
        <w:rPr>
          <w:b/>
        </w:rPr>
        <w:t xml:space="preserve">[19:32] </w:t>
      </w:r>
      <w:r>
        <w:t>to mislan science dan yahan tak bataya bataya tha unhon ne ke har cheez ka ek ek cause</w:t>
      </w:r>
    </w:p>
    <w:p>
      <w:pPr>
        <w:jc w:val="right"/>
      </w:pPr>
      <w:r>
        <w:t>تو مثلاً سائنس دان یہاں تک بتایا بتایا تھا انہوں نے کہ ہر چیز کا ایک ایک cause</w:t>
      </w:r>
    </w:p>
    <w:p>
      <w:r>
        <w:rPr>
          <w:b/>
        </w:rPr>
        <w:t xml:space="preserve">[19:40] </w:t>
      </w:r>
      <w:r>
        <w:t>hai, har cheez ke peeche ek sabab hai.</w:t>
      </w:r>
    </w:p>
    <w:p>
      <w:pPr>
        <w:jc w:val="right"/>
      </w:pPr>
      <w:r>
        <w:t>ہے، ہر چیز کے پیچھے ایک سبب ہے۔</w:t>
      </w:r>
    </w:p>
    <w:p>
      <w:r>
        <w:rPr>
          <w:b/>
        </w:rPr>
        <w:t xml:space="preserve">[19:44] </w:t>
      </w:r>
      <w:r>
        <w:t>to is par add kar ke ek aur aadmi ne, mislan Julian Huxley, Julian Huxley ne bataya ke.</w:t>
      </w:r>
    </w:p>
    <w:p>
      <w:pPr>
        <w:jc w:val="right"/>
      </w:pPr>
      <w:r>
        <w:t>تو اس پر add کر کے ایک اور آدمی نے، مثلاً جولن حق، جولن ہکسلے نے بتایا کہ۔</w:t>
      </w:r>
    </w:p>
    <w:p>
      <w:r>
        <w:rPr>
          <w:b/>
        </w:rPr>
        <w:t xml:space="preserve">[19:51] </w:t>
      </w:r>
      <w:r>
        <w:t>ke if events are due to natural causes they are not due to supernatural causes yani agar agar</w:t>
      </w:r>
    </w:p>
    <w:p>
      <w:pPr>
        <w:jc w:val="right"/>
      </w:pPr>
      <w:r>
        <w:t>کہ if events are due to natural causes they are not due to supernatural causes یعنی اگر اگر</w:t>
      </w:r>
    </w:p>
    <w:p>
      <w:r>
        <w:rPr>
          <w:b/>
        </w:rPr>
        <w:t xml:space="preserve">[19:59] </w:t>
      </w:r>
      <w:r>
        <w:t>ek cause se ek baat ho rahi hai ke matlab pani ko aap ne heat diya aur is</w:t>
      </w:r>
    </w:p>
    <w:p>
      <w:pPr>
        <w:jc w:val="right"/>
      </w:pPr>
      <w:r>
        <w:t>ایک cause سے ایک بات ہو رہی ہے کہ مطلب پانی کو آپ نے heat دیا اور اس</w:t>
      </w:r>
    </w:p>
    <w:p>
      <w:r>
        <w:rPr>
          <w:b/>
        </w:rPr>
        <w:t xml:space="preserve">[20:07] </w:t>
      </w:r>
      <w:r>
        <w:t>se is ke molecule system jo hai toot gaya aur steam generate hui to ek ek cause tha</w:t>
      </w:r>
    </w:p>
    <w:p>
      <w:pPr>
        <w:jc w:val="right"/>
      </w:pPr>
      <w:r>
        <w:t>سے اس کے molecule system جو ہے ٹوٹ گیا اور steam generate ہوئی تو ایک ایک cause تھا</w:t>
      </w:r>
    </w:p>
    <w:p>
      <w:r>
        <w:rPr>
          <w:b/>
        </w:rPr>
        <w:t xml:space="preserve">[20:14] </w:t>
      </w:r>
      <w:r>
        <w:t>jis se ke steam paida ho gayi.</w:t>
      </w:r>
    </w:p>
    <w:p>
      <w:pPr>
        <w:jc w:val="right"/>
      </w:pPr>
      <w:r>
        <w:t>جس سے کہ steam پیدا ہوگئی۔</w:t>
      </w:r>
    </w:p>
    <w:p>
      <w:r>
        <w:rPr>
          <w:b/>
        </w:rPr>
        <w:t xml:space="preserve">[20:17] </w:t>
      </w:r>
      <w:r>
        <w:t>to is ne keh diya ke if events are due to natural causes they are not due to</w:t>
      </w:r>
    </w:p>
    <w:p>
      <w:pPr>
        <w:jc w:val="right"/>
      </w:pPr>
      <w:r>
        <w:t>تو اس نے کہہ دیا کہ if events are due to natural causes they are not due to</w:t>
      </w:r>
    </w:p>
    <w:p>
      <w:r>
        <w:rPr>
          <w:b/>
        </w:rPr>
        <w:t xml:space="preserve">[20:25] </w:t>
      </w:r>
      <w:r>
        <w:t>supernatural causes yani Khuda ki zaroorat nahi hai.</w:t>
      </w:r>
    </w:p>
    <w:p>
      <w:pPr>
        <w:jc w:val="right"/>
      </w:pPr>
      <w:r>
        <w:t>supernatural causes یعنی خدا کی ضرورت نہیں ہے۔</w:t>
      </w:r>
    </w:p>
    <w:p>
      <w:r>
        <w:rPr>
          <w:b/>
        </w:rPr>
        <w:t xml:space="preserve">[20:28] </w:t>
      </w:r>
      <w:r>
        <w:t>halanke yeh ek fallacy thi.</w:t>
      </w:r>
    </w:p>
    <w:p>
      <w:pPr>
        <w:jc w:val="right"/>
      </w:pPr>
      <w:r>
        <w:t>حالانکہ یہ ایک fallacy تھی۔</w:t>
      </w:r>
    </w:p>
    <w:p>
      <w:r>
        <w:rPr>
          <w:b/>
        </w:rPr>
        <w:t xml:space="preserve">[20:30] </w:t>
      </w:r>
      <w:r>
        <w:t>sawal yeh hai ke yeh system kis ne banaya? Kis ne is system ko establish kiya? Woh to</w:t>
      </w:r>
    </w:p>
    <w:p>
      <w:pPr>
        <w:jc w:val="right"/>
      </w:pPr>
      <w:r>
        <w:t>سوال یہ ہے کہ یہ سسٹم کس نے بنایا؟ کس نے اس سسٹم کو establish کیا؟ وہ تو</w:t>
      </w:r>
    </w:p>
    <w:p>
      <w:r>
        <w:rPr>
          <w:b/>
        </w:rPr>
        <w:t xml:space="preserve">[20:38] </w:t>
      </w:r>
      <w:r>
        <w:t>sirf ek function jo hai us ko science danon ne bataya tha.</w:t>
      </w:r>
    </w:p>
    <w:p>
      <w:pPr>
        <w:jc w:val="right"/>
      </w:pPr>
      <w:r>
        <w:t>صرف ایک function جو ہے اس کو سائنس دانوں نے بتایا تھا۔</w:t>
      </w:r>
    </w:p>
    <w:p>
      <w:r>
        <w:rPr>
          <w:b/>
        </w:rPr>
        <w:t xml:space="preserve">[20:43] </w:t>
      </w:r>
      <w:r>
        <w:t>function ko.</w:t>
      </w:r>
    </w:p>
    <w:p>
      <w:pPr>
        <w:jc w:val="right"/>
      </w:pPr>
      <w:r>
        <w:t>function کو۔</w:t>
      </w:r>
    </w:p>
    <w:p>
      <w:r>
        <w:rPr>
          <w:b/>
        </w:rPr>
        <w:t xml:space="preserve">[20:45] </w:t>
      </w:r>
      <w:r>
        <w:t>na yeh ke is function ko kaun control kar raha hai.</w:t>
      </w:r>
    </w:p>
    <w:p>
      <w:pPr>
        <w:jc w:val="right"/>
      </w:pPr>
      <w:r>
        <w:t>نہ یہ کہ اس function کو کون کنٹرول کر رہا ہے۔</w:t>
      </w:r>
    </w:p>
    <w:p>
      <w:r>
        <w:rPr>
          <w:b/>
        </w:rPr>
        <w:t xml:space="preserve">[20:49] </w:t>
      </w:r>
      <w:r>
        <w:t>to ek fallacy ke zariye se yeh nikal liya gaya ke is se yeh prove hota hai ke</w:t>
      </w:r>
    </w:p>
    <w:p>
      <w:pPr>
        <w:jc w:val="right"/>
      </w:pPr>
      <w:r>
        <w:t>تو ایک fallacy کے ذریعے سے یہ نکال لیا گیا کہ اس سے یہ prove ہوتا ہے کہ</w:t>
      </w:r>
    </w:p>
    <w:p>
      <w:r>
        <w:rPr>
          <w:b/>
        </w:rPr>
        <w:t xml:space="preserve">[20:57] </w:t>
      </w:r>
      <w:r>
        <w:t>khuda hi nahi hai.</w:t>
      </w:r>
    </w:p>
    <w:p>
      <w:pPr>
        <w:jc w:val="right"/>
      </w:pPr>
      <w:r>
        <w:t>خدا ہی نہیں ہے۔</w:t>
      </w:r>
    </w:p>
    <w:p>
      <w:r>
        <w:rPr>
          <w:b/>
        </w:rPr>
        <w:t xml:space="preserve">[20:59] </w:t>
      </w:r>
      <w:r>
        <w:t>koi creator nahi hai.</w:t>
      </w:r>
    </w:p>
    <w:p>
      <w:pPr>
        <w:jc w:val="right"/>
      </w:pPr>
      <w:r>
        <w:t>کوئی creator نہیں ہے۔</w:t>
      </w:r>
    </w:p>
    <w:p>
      <w:r>
        <w:rPr>
          <w:b/>
        </w:rPr>
        <w:t xml:space="preserve">[21:01] </w:t>
      </w:r>
      <w:r>
        <w:t>if events are due to natural causes they are not due to supernatural causes halanke phir bhi yeh</w:t>
      </w:r>
    </w:p>
    <w:p>
      <w:pPr>
        <w:jc w:val="right"/>
      </w:pPr>
      <w:r>
        <w:t>if events are due to natural causes they are not due to supernatural causes حالانکہ پھر بھی یہ</w:t>
      </w:r>
    </w:p>
    <w:p>
      <w:r>
        <w:rPr>
          <w:b/>
        </w:rPr>
        <w:t xml:space="preserve">[21:08] </w:t>
      </w:r>
      <w:r>
        <w:t>sawal baqi tha ke kis ne banaya? kis ne yeh system qaim kiya? apni jagah baqi tha.</w:t>
      </w:r>
    </w:p>
    <w:p>
      <w:pPr>
        <w:jc w:val="right"/>
      </w:pPr>
      <w:r>
        <w:t>سوال باقی تھا کہ کس نے بنایا؟ کس نے یہ سسٹم قائم کیا؟ اپنی جگہ باقی تھا۔</w:t>
      </w:r>
    </w:p>
    <w:p>
      <w:r>
        <w:rPr>
          <w:b/>
        </w:rPr>
        <w:t xml:space="preserve">[21:16] </w:t>
      </w:r>
      <w:r>
        <w:t>yeh hai fallacy.</w:t>
      </w:r>
    </w:p>
    <w:p>
      <w:pPr>
        <w:jc w:val="right"/>
      </w:pPr>
      <w:r>
        <w:t>یہ ہے fallacy۔</w:t>
      </w:r>
    </w:p>
    <w:p>
      <w:r>
        <w:rPr>
          <w:b/>
        </w:rPr>
        <w:t xml:space="preserve">[21:17] </w:t>
      </w:r>
      <w:r>
        <w:t>isi liye maine likhi hai ek kitab.</w:t>
      </w:r>
    </w:p>
    <w:p>
      <w:pPr>
        <w:jc w:val="right"/>
      </w:pPr>
      <w:r>
        <w:t>اسی لیے میں نے لکھی ہے ایک کتاب۔</w:t>
      </w:r>
    </w:p>
    <w:p>
      <w:r>
        <w:rPr>
          <w:b/>
        </w:rPr>
        <w:t xml:space="preserve">[21:20] </w:t>
      </w:r>
      <w:r>
        <w:t>is mein maine bataya hai ke ke nature does not explain; she is herself, she herself is</w:t>
      </w:r>
    </w:p>
    <w:p>
      <w:pPr>
        <w:jc w:val="right"/>
      </w:pPr>
      <w:r>
        <w:t>اس میں میں نے بتایا ہے کہ کہ nature does not explain; she is herself, she herself is</w:t>
      </w:r>
    </w:p>
    <w:p>
      <w:r>
        <w:rPr>
          <w:b/>
        </w:rPr>
        <w:t xml:space="preserve">[21:28] </w:t>
      </w:r>
      <w:r>
        <w:t>in need of explanation.</w:t>
      </w:r>
    </w:p>
    <w:p>
      <w:pPr>
        <w:jc w:val="right"/>
      </w:pPr>
      <w:r>
        <w:t>in need of explanation.</w:t>
      </w:r>
    </w:p>
    <w:p>
      <w:r>
        <w:rPr>
          <w:b/>
        </w:rPr>
        <w:t xml:space="preserve">[21:30] </w:t>
      </w:r>
      <w:r>
        <w:t>yani yeh system kaise bana? yeh khud ek explanation chahta hai.</w:t>
      </w:r>
    </w:p>
    <w:p>
      <w:pPr>
        <w:jc w:val="right"/>
      </w:pPr>
      <w:r>
        <w:t>یعنی یہ سسٹم کیسے بنا؟ یہ خود ایک explanation چاہتا ہے۔</w:t>
      </w:r>
    </w:p>
    <w:p>
      <w:r>
        <w:rPr>
          <w:b/>
        </w:rPr>
        <w:t xml:space="preserve">[21:35] </w:t>
      </w:r>
      <w:r>
        <w:t>to yeh hai fallacy.</w:t>
      </w:r>
    </w:p>
    <w:p>
      <w:pPr>
        <w:jc w:val="right"/>
      </w:pPr>
      <w:r>
        <w:t>تو یہ ہے fallacy۔</w:t>
      </w:r>
    </w:p>
    <w:p>
      <w:r>
        <w:rPr>
          <w:b/>
        </w:rPr>
        <w:t xml:space="preserve">[21:36] </w:t>
      </w:r>
      <w:r>
        <w:t>to is cheez ko yani ek aur insan darkar hai khuda ke nazdeek jo is dajali se alag</w:t>
      </w:r>
    </w:p>
    <w:p>
      <w:pPr>
        <w:jc w:val="right"/>
      </w:pPr>
      <w:r>
        <w:t>تو اس چیز کو یعنی ایک اور انسان درکار ہے خدا کے نزدیک جو اس دجالی سے الگ</w:t>
      </w:r>
    </w:p>
    <w:p>
      <w:r>
        <w:rPr>
          <w:b/>
        </w:rPr>
        <w:t xml:space="preserve">[21:44] </w:t>
      </w:r>
      <w:r>
        <w:t>kar ke nature ke baatein jo samne aayi hain un ko sahi istemal kare.</w:t>
      </w:r>
    </w:p>
    <w:p>
      <w:pPr>
        <w:jc w:val="right"/>
      </w:pPr>
      <w:r>
        <w:t>کر کے nature کے باتیں جو سامنے آئیں ہیں ان کو صحیح استعمال کرے۔</w:t>
      </w:r>
    </w:p>
    <w:p>
      <w:r>
        <w:rPr>
          <w:b/>
        </w:rPr>
        <w:t xml:space="preserve">[21:50] </w:t>
      </w:r>
      <w:r>
        <w:t>un ka yani is ko khuda ke liye istemal kare.</w:t>
      </w:r>
    </w:p>
    <w:p>
      <w:pPr>
        <w:jc w:val="right"/>
      </w:pPr>
      <w:r>
        <w:t>ان کا یعنی اس کو خدا کے لیے استعمال کرے۔</w:t>
      </w:r>
    </w:p>
    <w:p>
      <w:r>
        <w:rPr>
          <w:b/>
        </w:rPr>
        <w:t xml:space="preserve">[21:54] </w:t>
      </w:r>
      <w:r>
        <w:t>yeh sare haqiqatein jo nature ko explore kar ke samne aayi hain woh apne aap mein khuda ke</w:t>
      </w:r>
    </w:p>
    <w:p>
      <w:pPr>
        <w:jc w:val="right"/>
      </w:pPr>
      <w:r>
        <w:t>یہ سارے حقیقتیں جو nature کو explore کر کے سامنے آئیں ہیں وہ اپنے آپ میں خدا کے</w:t>
      </w:r>
    </w:p>
    <w:p>
      <w:r>
        <w:rPr>
          <w:b/>
        </w:rPr>
        <w:t xml:space="preserve">[22:02] </w:t>
      </w:r>
      <w:r>
        <w:t>sign hain, divine sign hain.</w:t>
      </w:r>
    </w:p>
    <w:p>
      <w:pPr>
        <w:jc w:val="right"/>
      </w:pPr>
      <w:r>
        <w:t>sign ہیں، divine sign ہیں۔</w:t>
      </w:r>
    </w:p>
    <w:p>
      <w:r>
        <w:rPr>
          <w:b/>
        </w:rPr>
        <w:t xml:space="preserve">[22:04] </w:t>
      </w:r>
      <w:r>
        <w:t>apne aap mein woh ka ek sirf data ki hesiyat rakhte hain.</w:t>
      </w:r>
    </w:p>
    <w:p>
      <w:pPr>
        <w:jc w:val="right"/>
      </w:pPr>
      <w:r>
        <w:t>اپنے آپ میں وہ کا ایک صرف data کی حیثیت رکھتے ہیں۔</w:t>
      </w:r>
    </w:p>
    <w:p>
      <w:r>
        <w:rPr>
          <w:b/>
        </w:rPr>
        <w:t xml:space="preserve">[22:09] </w:t>
      </w:r>
      <w:r>
        <w:t>is ko sawal hai istemal karne ka.</w:t>
      </w:r>
    </w:p>
    <w:p>
      <w:pPr>
        <w:jc w:val="right"/>
      </w:pPr>
      <w:r>
        <w:t>اس کو سوال ہے استعمال کرنے کا۔</w:t>
      </w:r>
    </w:p>
    <w:p>
      <w:r>
        <w:rPr>
          <w:b/>
        </w:rPr>
        <w:t xml:space="preserve">[22:12] </w:t>
      </w:r>
      <w:r>
        <w:t>to badqismati yeh hui is pure period mein ke jo dajale the, hadith mein aata hai ke tees</w:t>
      </w:r>
    </w:p>
    <w:p>
      <w:pPr>
        <w:jc w:val="right"/>
      </w:pPr>
      <w:r>
        <w:t>تو بدقسمتی یہ ہوئی اس پورے period میں کہ جو دجاجلے تھے، حدیث میں آتا ہے کہ تیس</w:t>
      </w:r>
    </w:p>
    <w:p>
      <w:r>
        <w:rPr>
          <w:b/>
        </w:rPr>
        <w:t xml:space="preserve">[22:20] </w:t>
      </w:r>
      <w:r>
        <w:t>dajjal honge.</w:t>
      </w:r>
    </w:p>
    <w:p>
      <w:pPr>
        <w:jc w:val="right"/>
      </w:pPr>
      <w:r>
        <w:t>دجال ہوں گے۔</w:t>
      </w:r>
    </w:p>
    <w:p>
      <w:r>
        <w:rPr>
          <w:b/>
        </w:rPr>
        <w:t xml:space="preserve">[22:22] </w:t>
      </w:r>
      <w:r>
        <w:t>tees dajjal ke mani hain ke yeh nahi ke tees hi honge.</w:t>
      </w:r>
    </w:p>
    <w:p>
      <w:pPr>
        <w:jc w:val="right"/>
      </w:pPr>
      <w:r>
        <w:t>تیس دجال کے معنی ہیں کہ یہ نہیں کہ تیس ہی ہوں گے۔</w:t>
      </w:r>
    </w:p>
    <w:p>
      <w:r>
        <w:rPr>
          <w:b/>
        </w:rPr>
        <w:t xml:space="preserve">[22:27] </w:t>
      </w:r>
      <w:r>
        <w:t>yani tees jo hai head honge dajjal ke, badh be dajjal.</w:t>
      </w:r>
    </w:p>
    <w:p>
      <w:pPr>
        <w:jc w:val="right"/>
      </w:pPr>
      <w:r>
        <w:t>یعنی تیس جو ہے head ہوں گے دجال کے، بڑھ بے دجال۔</w:t>
      </w:r>
    </w:p>
    <w:p>
      <w:r>
        <w:rPr>
          <w:b/>
        </w:rPr>
        <w:t xml:space="preserve">[22:32] </w:t>
      </w:r>
      <w:r>
        <w:t>warna dajjal to bahut sare honge.</w:t>
      </w:r>
    </w:p>
    <w:p>
      <w:pPr>
        <w:jc w:val="right"/>
      </w:pPr>
      <w:r>
        <w:t>ورنہ دجال تو بہت سارے ہوں گے۔</w:t>
      </w:r>
    </w:p>
    <w:p>
      <w:r>
        <w:rPr>
          <w:b/>
        </w:rPr>
        <w:t xml:space="preserve">[22:35] </w:t>
      </w:r>
      <w:r>
        <w:t>to unhone high jack kar liya.</w:t>
      </w:r>
    </w:p>
    <w:p>
      <w:pPr>
        <w:jc w:val="right"/>
      </w:pPr>
      <w:r>
        <w:t>تو انہوں نے ہائی جیک کر لیا۔</w:t>
      </w:r>
    </w:p>
    <w:p>
      <w:r>
        <w:rPr>
          <w:b/>
        </w:rPr>
        <w:t xml:space="preserve">[22:38] </w:t>
      </w:r>
      <w:r>
        <w:t>un logon ne scientific discoveries ko high jack kar ke is ko istemal kiya atheism ke liye.</w:t>
      </w:r>
    </w:p>
    <w:p>
      <w:pPr>
        <w:jc w:val="right"/>
      </w:pPr>
      <w:r>
        <w:t>ان لوگوں نے scientific discoveries کو ہائی جیک کر کے اس کو استعمال کیا atheism کے لیے۔</w:t>
      </w:r>
    </w:p>
    <w:p>
      <w:r>
        <w:rPr>
          <w:b/>
        </w:rPr>
        <w:t xml:space="preserve">[22:46] </w:t>
      </w:r>
      <w:r>
        <w:t>aur poori poori civilization jo aai hamari bani to woh atheism par base karti thi.</w:t>
      </w:r>
    </w:p>
    <w:p>
      <w:pPr>
        <w:jc w:val="right"/>
      </w:pPr>
      <w:r>
        <w:t>اور پوری پوری civilization جو آئی ہماری بنی تو وہ atheism پر base کرتی تھی۔</w:t>
      </w:r>
    </w:p>
    <w:p>
      <w:r>
        <w:rPr>
          <w:b/>
        </w:rPr>
        <w:t xml:space="preserve">[22:52] </w:t>
      </w:r>
      <w:r>
        <w:t>to dajjal ka ghalba ho gaya.</w:t>
      </w:r>
    </w:p>
    <w:p>
      <w:pPr>
        <w:jc w:val="right"/>
      </w:pPr>
      <w:r>
        <w:t>تو دجال کا غلبہ ہو گیا۔</w:t>
      </w:r>
    </w:p>
    <w:p>
      <w:r>
        <w:rPr>
          <w:b/>
        </w:rPr>
        <w:t xml:space="preserve">[22:55] </w:t>
      </w:r>
      <w:r>
        <w:t>yani misinterpretation jo hai wahi ghalib aa gaya.</w:t>
      </w:r>
    </w:p>
    <w:p>
      <w:pPr>
        <w:jc w:val="right"/>
      </w:pPr>
      <w:r>
        <w:t>یعنی misinterpretation جو ہے وہی غالب آ گیا۔</w:t>
      </w:r>
    </w:p>
    <w:p>
      <w:r>
        <w:rPr>
          <w:b/>
        </w:rPr>
        <w:t xml:space="preserve">[22:58] </w:t>
      </w:r>
      <w:r>
        <w:t>yeh jo daur aaya hamara printing press ka zamana aur electronic media aur print media ka zamana, is</w:t>
      </w:r>
    </w:p>
    <w:p>
      <w:pPr>
        <w:jc w:val="right"/>
      </w:pPr>
      <w:r>
        <w:t>یہ جو دور آیا ہمارا printing press کا زمانہ اور electronic میڈیا اور print میڈیا کا زمانہ، اس</w:t>
      </w:r>
    </w:p>
    <w:p>
      <w:r>
        <w:rPr>
          <w:b/>
        </w:rPr>
        <w:t xml:space="preserve">[23:06] </w:t>
      </w:r>
      <w:r>
        <w:t>ko bharpoor tor par istemal kiya dajjal ne.</w:t>
      </w:r>
    </w:p>
    <w:p>
      <w:pPr>
        <w:jc w:val="right"/>
      </w:pPr>
      <w:r>
        <w:t>کو بھرپور طور پر استعمال کیا دجال نے۔</w:t>
      </w:r>
    </w:p>
    <w:p>
      <w:r>
        <w:rPr>
          <w:b/>
        </w:rPr>
        <w:t xml:space="preserve">[23:09] </w:t>
      </w:r>
      <w:r>
        <w:t>aur is poori dunya ko mubtala kar diya isi mein ke ke khuda se hata diya.</w:t>
      </w:r>
    </w:p>
    <w:p>
      <w:pPr>
        <w:jc w:val="right"/>
      </w:pPr>
      <w:r>
        <w:t>اور اس پوری دنیا کو مبتلا کر دیا اسی میں کہ کہ خدا سے ہٹا دیا۔</w:t>
      </w:r>
    </w:p>
    <w:p>
      <w:r>
        <w:rPr>
          <w:b/>
        </w:rPr>
        <w:t xml:space="preserve">[23:16] </w:t>
      </w:r>
      <w:r>
        <w:t>yani science ki haqiqaten jo hain woh focus kar rahi thin khuda ki taraf.</w:t>
      </w:r>
    </w:p>
    <w:p>
      <w:pPr>
        <w:jc w:val="right"/>
      </w:pPr>
      <w:r>
        <w:t>یعنی سائنس کی حقیقتیں جو ہیں وہ focus کر رہی تھیں خدا کی طرف۔</w:t>
      </w:r>
    </w:p>
    <w:p>
      <w:r>
        <w:rPr>
          <w:b/>
        </w:rPr>
        <w:t xml:space="preserve">[23:22] </w:t>
      </w:r>
      <w:r>
        <w:t>itne marvelous nature kis ne banai? khuda ne banai.</w:t>
      </w:r>
    </w:p>
    <w:p>
      <w:pPr>
        <w:jc w:val="right"/>
      </w:pPr>
      <w:r>
        <w:t>اتنے marvelous nature کس نے بنائی؟ خدا نے بنائی۔</w:t>
      </w:r>
    </w:p>
    <w:p>
      <w:r>
        <w:rPr>
          <w:b/>
        </w:rPr>
        <w:t xml:space="preserve">[23:26] </w:t>
      </w:r>
      <w:r>
        <w:t>to jo jo marvelous nature mein daryaft hui thin woh indicate kar rahi thin ke is ka creator</w:t>
      </w:r>
    </w:p>
    <w:p>
      <w:pPr>
        <w:jc w:val="right"/>
      </w:pPr>
      <w:r>
        <w:t>تو جو جو marvelous nature میں دریافت ہوئی تھیں وہ indicate کر رہی تھیں کہ اس کا creator</w:t>
      </w:r>
    </w:p>
    <w:p>
      <w:r>
        <w:rPr>
          <w:b/>
        </w:rPr>
        <w:t xml:space="preserve">[23:34] </w:t>
      </w:r>
      <w:r>
        <w:t>koi bohat bara creator hai.</w:t>
      </w:r>
    </w:p>
    <w:p>
      <w:pPr>
        <w:jc w:val="right"/>
      </w:pPr>
      <w:r>
        <w:t>کوئی بہت بڑا creator ہے۔</w:t>
      </w:r>
    </w:p>
    <w:p>
      <w:r>
        <w:rPr>
          <w:b/>
        </w:rPr>
        <w:t xml:space="preserve">[23:36] </w:t>
      </w:r>
      <w:r>
        <w:t>to indicate kar rahi thin creator ki taraf.</w:t>
      </w:r>
    </w:p>
    <w:p>
      <w:pPr>
        <w:jc w:val="right"/>
      </w:pPr>
      <w:r>
        <w:t>تو indicate کر رہی تھیں creator کی طرف۔</w:t>
      </w:r>
    </w:p>
    <w:p>
      <w:r>
        <w:rPr>
          <w:b/>
        </w:rPr>
        <w:t xml:space="preserve">[23:39] </w:t>
      </w:r>
      <w:r>
        <w:t>yani focus daal rahi thin khuda ki taraf.</w:t>
      </w:r>
    </w:p>
    <w:p>
      <w:pPr>
        <w:jc w:val="right"/>
      </w:pPr>
      <w:r>
        <w:t>یعنی focus ڈال رہی تھیں خدا کی طرف۔</w:t>
      </w:r>
    </w:p>
    <w:p>
      <w:r>
        <w:rPr>
          <w:b/>
        </w:rPr>
        <w:t xml:space="preserve">[23:43] </w:t>
      </w:r>
      <w:r>
        <w:t>lekin wrong interpretation ke zariye se focus daal diya gaya doosri taraf.</w:t>
      </w:r>
    </w:p>
    <w:p>
      <w:pPr>
        <w:jc w:val="right"/>
      </w:pPr>
      <w:r>
        <w:t>لیکن wrong interpretation کے ذریعے سے focus ڈال دیا گیا دوسری طرف۔</w:t>
      </w:r>
    </w:p>
    <w:p>
      <w:r>
        <w:rPr>
          <w:b/>
        </w:rPr>
        <w:t xml:space="preserve">[23:48] </w:t>
      </w:r>
      <w:r>
        <w:t>jisko mein kahoon ke material interpretation.</w:t>
      </w:r>
    </w:p>
    <w:p>
      <w:pPr>
        <w:jc w:val="right"/>
      </w:pPr>
      <w:r>
        <w:t>جس کو میں کہوں کہ material interpretation۔</w:t>
      </w:r>
    </w:p>
    <w:p>
      <w:r>
        <w:rPr>
          <w:b/>
        </w:rPr>
        <w:t xml:space="preserve">[23:51] </w:t>
      </w:r>
      <w:r>
        <w:t>material interpretation ke zariye se focus ko pher diya gaya khuda se aur is ko doosri taraf daal</w:t>
      </w:r>
    </w:p>
    <w:p>
      <w:pPr>
        <w:jc w:val="right"/>
      </w:pPr>
      <w:r>
        <w:t>material interpretation کے ذریعے سے focus کو پھیر دیا گیا خدا سے اور اس کو دوسری طرف ڈال</w:t>
      </w:r>
    </w:p>
    <w:p>
      <w:r>
        <w:rPr>
          <w:b/>
        </w:rPr>
        <w:t xml:space="preserve">[23:58] </w:t>
      </w:r>
      <w:r>
        <w:t>diya gaya.</w:t>
      </w:r>
    </w:p>
    <w:p>
      <w:pPr>
        <w:jc w:val="right"/>
      </w:pPr>
      <w:r>
        <w:t>دیا گیا۔</w:t>
      </w:r>
    </w:p>
    <w:p>
      <w:r>
        <w:rPr>
          <w:b/>
        </w:rPr>
        <w:t xml:space="preserve">[24:00] </w:t>
      </w:r>
      <w:r>
        <w:t>isi isi situation ko correct karne ke liye jo insan aayega isi ko hadith mein mehdi kaha</w:t>
      </w:r>
    </w:p>
    <w:p>
      <w:pPr>
        <w:jc w:val="right"/>
      </w:pPr>
      <w:r>
        <w:t>اسی اسی situation کو correct کرنے کے لیے جو انسان آئے گا اسی کو حدیث میں مہدی کہا</w:t>
      </w:r>
    </w:p>
    <w:p>
      <w:r>
        <w:rPr>
          <w:b/>
        </w:rPr>
        <w:t xml:space="preserve">[24:08] </w:t>
      </w:r>
      <w:r>
        <w:t>gaya hai.</w:t>
      </w:r>
    </w:p>
    <w:p>
      <w:pPr>
        <w:jc w:val="right"/>
      </w:pPr>
      <w:r>
        <w:t>گیا ہے۔</w:t>
      </w:r>
    </w:p>
    <w:p>
      <w:r>
        <w:rPr>
          <w:b/>
        </w:rPr>
        <w:t xml:space="preserve">[24:09] </w:t>
      </w:r>
      <w:r>
        <w:t>dekhen mehdi ke mani kya hain? mehdi ke mani hain guided person.</w:t>
      </w:r>
    </w:p>
    <w:p>
      <w:pPr>
        <w:jc w:val="right"/>
      </w:pPr>
      <w:r>
        <w:t>دیکھیں مہدی کے معنی کیا ہیں؟ مہدی کے معنی ہیں guided person۔</w:t>
      </w:r>
    </w:p>
    <w:p>
      <w:r>
        <w:rPr>
          <w:b/>
        </w:rPr>
        <w:t xml:space="preserve">[24:14] </w:t>
      </w:r>
      <w:r>
        <w:t>guided ke mani yani hadayat dene wala nahi hai balke hadayat paya hua hai.</w:t>
      </w:r>
    </w:p>
    <w:p>
      <w:pPr>
        <w:jc w:val="right"/>
      </w:pPr>
      <w:r>
        <w:t>guided کے معنی یعنی ہدایت دینے والا نہیں ہے بلکہ ہدایت پایا ہوا ہے۔</w:t>
      </w:r>
    </w:p>
    <w:p>
      <w:r>
        <w:rPr>
          <w:b/>
        </w:rPr>
        <w:t xml:space="preserve">[24:20] </w:t>
      </w:r>
      <w:r>
        <w:t>hadayat paya hua.</w:t>
      </w:r>
    </w:p>
    <w:p>
      <w:pPr>
        <w:jc w:val="right"/>
      </w:pPr>
      <w:r>
        <w:t>ہدایت پایا ہوا۔</w:t>
      </w:r>
    </w:p>
    <w:p>
      <w:r>
        <w:rPr>
          <w:b/>
        </w:rPr>
        <w:t xml:space="preserve">[24:22] </w:t>
      </w:r>
      <w:r>
        <w:t>to yahan par bohat bari bhool yeh hui hai ke logon ne mehdi ka jo concept banaya woh</w:t>
      </w:r>
    </w:p>
    <w:p>
      <w:pPr>
        <w:jc w:val="right"/>
      </w:pPr>
      <w:r>
        <w:t>تو یہاں پر بہت بڑی بھول یہ ہوئی ہے کہ لوگوں نے مہدی کا جو concept بنایا وہ</w:t>
      </w:r>
    </w:p>
    <w:p>
      <w:r>
        <w:rPr>
          <w:b/>
        </w:rPr>
        <w:t xml:space="preserve">[24:29] </w:t>
      </w:r>
      <w:r>
        <w:t>apne aap hadi kar hadi ke sense mein bana liya.</w:t>
      </w:r>
    </w:p>
    <w:p>
      <w:pPr>
        <w:jc w:val="right"/>
      </w:pPr>
      <w:r>
        <w:t>اپنے آپ ہادی کر ہادی کے sense میں بنا لیا۔</w:t>
      </w:r>
    </w:p>
    <w:p>
      <w:r>
        <w:rPr>
          <w:b/>
        </w:rPr>
        <w:t xml:space="preserve">[24:34] </w:t>
      </w:r>
      <w:r>
        <w:t>yani dunya ko hadayat dene wala.</w:t>
      </w:r>
    </w:p>
    <w:p>
      <w:pPr>
        <w:jc w:val="right"/>
      </w:pPr>
      <w:r>
        <w:t>یعنی دنیا کو ہدایت دینے والا۔</w:t>
      </w:r>
    </w:p>
    <w:p>
      <w:r>
        <w:rPr>
          <w:b/>
        </w:rPr>
        <w:t xml:space="preserve">[24:36] </w:t>
      </w:r>
      <w:r>
        <w:t>to ek sahib ne likha ke mehdi jo hai woh modern zamane ka ek inqalabi leader hoga.</w:t>
      </w:r>
    </w:p>
    <w:p>
      <w:pPr>
        <w:jc w:val="right"/>
      </w:pPr>
      <w:r>
        <w:t>تو ایک صاحب نے لکھا کہ مہدی جو ہے وہ modern زمانے کا ایک انقلابی leader ہوگا۔</w:t>
      </w:r>
    </w:p>
    <w:p>
      <w:r>
        <w:rPr>
          <w:b/>
        </w:rPr>
        <w:t xml:space="preserve">[24:44] </w:t>
      </w:r>
      <w:r>
        <w:t>revolutionary leader hoga.</w:t>
      </w:r>
    </w:p>
    <w:p>
      <w:pPr>
        <w:jc w:val="right"/>
      </w:pPr>
      <w:r>
        <w:t>revolutionary leader ہوگا۔</w:t>
      </w:r>
    </w:p>
    <w:p>
      <w:r>
        <w:rPr>
          <w:b/>
        </w:rPr>
        <w:t xml:space="preserve">[24:45] </w:t>
      </w:r>
      <w:r>
        <w:t>yeh is baat aai nahi is ke andar.</w:t>
      </w:r>
    </w:p>
    <w:p>
      <w:pPr>
        <w:jc w:val="right"/>
      </w:pPr>
      <w:r>
        <w:t>یہ اس بات آئی نہیں اس کے اندر۔</w:t>
      </w:r>
    </w:p>
    <w:p>
      <w:r>
        <w:rPr>
          <w:b/>
        </w:rPr>
        <w:t xml:space="preserve">[24:49] </w:t>
      </w:r>
      <w:r>
        <w:t>kyunke woh hadi nahi hai, woh lafz aaya hai.</w:t>
      </w:r>
    </w:p>
    <w:p>
      <w:pPr>
        <w:jc w:val="right"/>
      </w:pPr>
      <w:r>
        <w:t>کیونکہ وہ ہادی نہیں ہے، وہ لفظ آیا ہے۔</w:t>
      </w:r>
    </w:p>
    <w:p>
      <w:r>
        <w:rPr>
          <w:b/>
        </w:rPr>
        <w:t xml:space="preserve">[24:52] </w:t>
      </w:r>
      <w:r>
        <w:t>mehdi ka lafz aaya hai.</w:t>
      </w:r>
    </w:p>
    <w:p>
      <w:pPr>
        <w:jc w:val="right"/>
      </w:pPr>
      <w:r>
        <w:t>مہدی کا لفظ آیا ہے۔</w:t>
      </w:r>
    </w:p>
    <w:p>
      <w:r>
        <w:rPr>
          <w:b/>
        </w:rPr>
        <w:t xml:space="preserve">[24:55] </w:t>
      </w:r>
      <w:r>
        <w:t>toh mehdi ka matlab yeh hai ke main main samajhta hoon jahan tak ke woh discover karega</w:t>
      </w:r>
    </w:p>
    <w:p>
      <w:pPr>
        <w:jc w:val="right"/>
      </w:pPr>
      <w:r>
        <w:t>تو مہدی کا معنی یہ ہے کہ میں میں سمجھتا ہوں جہاں تک کہ وہ discover کرے گا</w:t>
      </w:r>
    </w:p>
    <w:p>
      <w:r>
        <w:rPr>
          <w:b/>
        </w:rPr>
        <w:t xml:space="preserve">[25:02] </w:t>
      </w:r>
      <w:r>
        <w:t>is cheez ko jo dajjal ne chupa chupa diya tha.</w:t>
      </w:r>
    </w:p>
    <w:p>
      <w:pPr>
        <w:jc w:val="right"/>
      </w:pPr>
      <w:r>
        <w:t>اس چیز کو جو دجال نے چھپا چھپا دیا تھا۔</w:t>
      </w:r>
    </w:p>
    <w:p>
      <w:r>
        <w:rPr>
          <w:b/>
        </w:rPr>
        <w:t xml:space="preserve">[25:07] </w:t>
      </w:r>
      <w:r>
        <w:t>yaani is ke is ke misinterpretation ko se hat kar hata hat kar ke use us se apne</w:t>
      </w:r>
    </w:p>
    <w:p>
      <w:pPr>
        <w:jc w:val="right"/>
      </w:pPr>
      <w:r>
        <w:t>یعنی اس کے اس کے misinterpretation کو سے ہٹ کر ہٹا ہٹ کر کے اسے اس سے اپنے</w:t>
      </w:r>
    </w:p>
    <w:p>
      <w:r>
        <w:rPr>
          <w:b/>
        </w:rPr>
        <w:t xml:space="preserve">[25:14] </w:t>
      </w:r>
      <w:r>
        <w:t>ko yaani ab is ke is se bacha kar apne aap ko un haqeeqaton ko dobara daryaft kare</w:t>
      </w:r>
    </w:p>
    <w:p>
      <w:pPr>
        <w:jc w:val="right"/>
      </w:pPr>
      <w:r>
        <w:t>کو یعنی اب اس کے اس سے بچا کر اپنے آپ کو ان حقیقتوں کو دوبارہ دریافت کرے</w:t>
      </w:r>
    </w:p>
    <w:p>
      <w:r>
        <w:rPr>
          <w:b/>
        </w:rPr>
        <w:t xml:space="preserve">[25:22]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[25:23] </w:t>
      </w:r>
      <w:r>
        <w:t>hata yataween al-haq yaani un haqeeqaton ko jo science ne daryaft ki hain, un ko daryaft kar ke,</w:t>
      </w:r>
    </w:p>
    <w:p>
      <w:pPr>
        <w:jc w:val="right"/>
      </w:pPr>
      <w:r>
        <w:t>حتیٰ يتوین الحق یعنی ان حقیقتوں کو جو سائنس نے دریافت کی ہیں، ان کو دریافت کر کے،</w:t>
      </w:r>
    </w:p>
    <w:p>
      <w:r>
        <w:rPr>
          <w:b/>
        </w:rPr>
        <w:t xml:space="preserve">[25:31] </w:t>
      </w:r>
      <w:r>
        <w:t>un ko discover kar ke, aur phir us ko focus karega Khuda ki taraf.</w:t>
      </w:r>
    </w:p>
    <w:p>
      <w:pPr>
        <w:jc w:val="right"/>
      </w:pPr>
      <w:r>
        <w:t>ان کو discover کر کے، اور پھر اس کو focus کرے گا خدا کی طرف۔</w:t>
      </w:r>
    </w:p>
    <w:p>
      <w:r>
        <w:rPr>
          <w:b/>
        </w:rPr>
        <w:t xml:space="preserve">[25:38] </w:t>
      </w:r>
      <w:r>
        <w:t>yeh yeh kaam hai mehdi ka.</w:t>
      </w:r>
    </w:p>
    <w:p>
      <w:pPr>
        <w:jc w:val="right"/>
      </w:pPr>
      <w:r>
        <w:t>یہ یہ کام ہے مہدی کا۔</w:t>
      </w:r>
    </w:p>
    <w:p>
      <w:r>
        <w:rPr>
          <w:b/>
        </w:rPr>
        <w:t xml:space="preserve">[25:40] </w:t>
      </w:r>
      <w:r>
        <w:t>yahi is waqt matloob hai.</w:t>
      </w:r>
    </w:p>
    <w:p>
      <w:pPr>
        <w:jc w:val="right"/>
      </w:pPr>
      <w:r>
        <w:t>یہی اس وقت مطلوب ہے۔</w:t>
      </w:r>
    </w:p>
    <w:p>
      <w:r>
        <w:rPr>
          <w:b/>
        </w:rPr>
        <w:t xml:space="preserve">[25:42] </w:t>
      </w:r>
      <w:r>
        <w:t>is waqt jo kaam Khuda ko matloob hai woh yeh hai ke dajjal ne bhar diya duniya ko</w:t>
      </w:r>
    </w:p>
    <w:p>
      <w:pPr>
        <w:jc w:val="right"/>
      </w:pPr>
      <w:r>
        <w:t>اس وقت جو کام خدا کو مطلوب ہے وہ یہ ہے کہ دجال نے بھر دیا دنیا کو</w:t>
      </w:r>
    </w:p>
    <w:p>
      <w:r>
        <w:rPr>
          <w:b/>
        </w:rPr>
        <w:t xml:space="preserve">[25:50] </w:t>
      </w:r>
      <w:r>
        <w:t>buraiyon se.</w:t>
      </w:r>
    </w:p>
    <w:p>
      <w:pPr>
        <w:jc w:val="right"/>
      </w:pPr>
      <w:r>
        <w:t>برائیوں سے۔</w:t>
      </w:r>
    </w:p>
    <w:p>
      <w:r>
        <w:rPr>
          <w:b/>
        </w:rPr>
        <w:t xml:space="preserve">[25:52] </w:t>
      </w:r>
      <w:r>
        <w:t>dajjal ke bare mein aata hai hadees mein ke us woh jab bolay ga toh east aur west</w:t>
      </w:r>
    </w:p>
    <w:p>
      <w:pPr>
        <w:jc w:val="right"/>
      </w:pPr>
      <w:r>
        <w:t>دجال کے بارے میں آتا ہے حدیث میں کہ اس وہ جب بولے گا تو ایسٹ اور ویسٹ</w:t>
      </w:r>
    </w:p>
    <w:p>
      <w:r>
        <w:rPr>
          <w:b/>
        </w:rPr>
        <w:t xml:space="preserve">[25:59] </w:t>
      </w:r>
      <w:r>
        <w:t>tak us ki awaaz sunai degi.</w:t>
      </w:r>
    </w:p>
    <w:p>
      <w:pPr>
        <w:jc w:val="right"/>
      </w:pPr>
      <w:r>
        <w:t>تک اس کی آواز سنائی دے گی۔</w:t>
      </w:r>
    </w:p>
    <w:p>
      <w:r>
        <w:rPr>
          <w:b/>
        </w:rPr>
        <w:t xml:space="preserve">[26:02] </w:t>
      </w:r>
      <w:r>
        <w:t>toh log samajhte hain ke itna zor se chalayega woh ke us ki us ki awaaz hi</w:t>
      </w:r>
    </w:p>
    <w:p>
      <w:pPr>
        <w:jc w:val="right"/>
      </w:pPr>
      <w:r>
        <w:t>تو لوگ سمجھتے ہیں کہ اتنا زور سے چلائے گا وہ کہ اس کی اس کی آواز ہی</w:t>
      </w:r>
    </w:p>
    <w:p>
      <w:r>
        <w:rPr>
          <w:b/>
        </w:rPr>
        <w:t xml:space="preserve">[26:10] </w:t>
      </w:r>
      <w:r>
        <w:t>wahan tak pahunch jayegi.</w:t>
      </w:r>
    </w:p>
    <w:p>
      <w:pPr>
        <w:jc w:val="right"/>
      </w:pPr>
      <w:r>
        <w:t>وہاں تک پہنچ جائے گی۔</w:t>
      </w:r>
    </w:p>
    <w:p>
      <w:r>
        <w:rPr>
          <w:b/>
        </w:rPr>
        <w:t xml:space="preserve">[26:12] </w:t>
      </w:r>
      <w:r>
        <w:t>halanke yeh galat hai.</w:t>
      </w:r>
    </w:p>
    <w:p>
      <w:pPr>
        <w:jc w:val="right"/>
      </w:pPr>
      <w:r>
        <w:t>حالانکہ یہ غلط ہے۔</w:t>
      </w:r>
    </w:p>
    <w:p>
      <w:r>
        <w:rPr>
          <w:b/>
        </w:rPr>
        <w:t xml:space="preserve">[26:14] </w:t>
      </w:r>
      <w:r>
        <w:t>yeh dekhen, scientifically yeh bilkul galat baat hai.</w:t>
      </w:r>
    </w:p>
    <w:p>
      <w:pPr>
        <w:jc w:val="right"/>
      </w:pPr>
      <w:r>
        <w:t>یہ دیکھیں، سائنٹیفیکلی یہ بالکل غلط بات ہے۔</w:t>
      </w:r>
    </w:p>
    <w:p>
      <w:r>
        <w:rPr>
          <w:b/>
        </w:rPr>
        <w:t xml:space="preserve">[26:17] </w:t>
      </w:r>
      <w:r>
        <w:t>kyunke agar awaaz agar itni tez ho ke khud awaaz hi sunai de east se west tak toh</w:t>
      </w:r>
    </w:p>
    <w:p>
      <w:pPr>
        <w:jc w:val="right"/>
      </w:pPr>
      <w:r>
        <w:t>کیونکہ اگر آواز اگر اتنی تیز ہو کہ خود آواز ہی سنائی دے ایسٹ سے ویسٹ تک تو</w:t>
      </w:r>
    </w:p>
    <w:p>
      <w:r>
        <w:rPr>
          <w:b/>
        </w:rPr>
        <w:t xml:space="preserve">[26:25] </w:t>
      </w:r>
      <w:r>
        <w:t>duniya khatam ho jayegi.</w:t>
      </w:r>
    </w:p>
    <w:p>
      <w:pPr>
        <w:jc w:val="right"/>
      </w:pPr>
      <w:r>
        <w:t>دنیا ختم ہو جائے گی۔</w:t>
      </w:r>
    </w:p>
    <w:p>
      <w:r>
        <w:rPr>
          <w:b/>
        </w:rPr>
        <w:t xml:space="preserve">[26:27] </w:t>
      </w:r>
      <w:r>
        <w:t>kyunke awaaz destroy karne wali cheez hai.</w:t>
      </w:r>
    </w:p>
    <w:p>
      <w:pPr>
        <w:jc w:val="right"/>
      </w:pPr>
      <w:r>
        <w:t>کیونکہ آواز destroy کرنے والی چیز ہے۔</w:t>
      </w:r>
    </w:p>
    <w:p>
      <w:r>
        <w:rPr>
          <w:b/>
        </w:rPr>
        <w:t xml:space="preserve">[26:30] </w:t>
      </w:r>
      <w:r>
        <w:t>awaaz destroy kar deti hai har cheez ko.</w:t>
      </w:r>
    </w:p>
    <w:p>
      <w:pPr>
        <w:jc w:val="right"/>
      </w:pPr>
      <w:r>
        <w:t>آواز destroy کر دیتی ہے ہر چیز کو۔</w:t>
      </w:r>
    </w:p>
    <w:p>
      <w:r>
        <w:rPr>
          <w:b/>
        </w:rPr>
        <w:t xml:space="preserve">[26:34] </w:t>
      </w:r>
      <w:r>
        <w:t>yahi ko agar hum bohat zor se bol sakein, is tarah ki awaz milti hai to deewarein toot</w:t>
      </w:r>
    </w:p>
    <w:p>
      <w:pPr>
        <w:jc w:val="right"/>
      </w:pPr>
      <w:r>
        <w:t>یہی کو اگر ہم بہت زور سے بول سکیں، اس طرح کی آواز ملتی ہے تو دیواریں ٹوٹ</w:t>
      </w:r>
    </w:p>
    <w:p>
      <w:r>
        <w:rPr>
          <w:b/>
        </w:rPr>
        <w:t xml:space="preserve">[26:41] </w:t>
      </w:r>
      <w:r>
        <w:t>jayengi.</w:t>
      </w:r>
    </w:p>
    <w:p>
      <w:pPr>
        <w:jc w:val="right"/>
      </w:pPr>
      <w:r>
        <w:t>جائیں گی۔</w:t>
      </w:r>
    </w:p>
    <w:p>
      <w:r>
        <w:rPr>
          <w:b/>
        </w:rPr>
        <w:t xml:space="preserve">[26:43] </w:t>
      </w:r>
      <w:r>
        <w:t>deewarein toot jayengi.</w:t>
      </w:r>
    </w:p>
    <w:p>
      <w:pPr>
        <w:jc w:val="right"/>
      </w:pPr>
      <w:r>
        <w:t>دیواریں ٹوٹ جائیں گی۔</w:t>
      </w:r>
    </w:p>
    <w:p>
      <w:r>
        <w:rPr>
          <w:b/>
        </w:rPr>
        <w:t xml:space="preserve">[26:44] </w:t>
      </w:r>
      <w:r>
        <w:t>sound waves jo hain, yeh sab tod dengi is ko.</w:t>
      </w:r>
    </w:p>
    <w:p>
      <w:pPr>
        <w:jc w:val="right"/>
      </w:pPr>
      <w:r>
        <w:t>ساؤنڈ ویوز جو ہیں، یہ سب توڑ دیں گی اس کو۔</w:t>
      </w:r>
    </w:p>
    <w:p>
      <w:r>
        <w:rPr>
          <w:b/>
        </w:rPr>
        <w:t xml:space="preserve">[26:49] </w:t>
      </w:r>
      <w:r>
        <w:t>itna strong agar ho jayein to.</w:t>
      </w:r>
    </w:p>
    <w:p>
      <w:pPr>
        <w:jc w:val="right"/>
      </w:pPr>
      <w:r>
        <w:t>اتنا strong اگر ہو جائیں تو۔</w:t>
      </w:r>
    </w:p>
    <w:p>
      <w:r>
        <w:rPr>
          <w:b/>
        </w:rPr>
        <w:t xml:space="preserve">[26:52] </w:t>
      </w:r>
      <w:r>
        <w:t>to yeh matlab nahi hai is ka.</w:t>
      </w:r>
    </w:p>
    <w:p>
      <w:pPr>
        <w:jc w:val="right"/>
      </w:pPr>
      <w:r>
        <w:t>تو یہ مطلب نہیں ہے اس کا۔</w:t>
      </w:r>
    </w:p>
    <w:p>
      <w:r>
        <w:rPr>
          <w:b/>
        </w:rPr>
        <w:t xml:space="preserve">[26:55] </w:t>
      </w:r>
      <w:r>
        <w:t>is ka matlab hai ke through telecommunication.</w:t>
      </w:r>
    </w:p>
    <w:p>
      <w:pPr>
        <w:jc w:val="right"/>
      </w:pPr>
      <w:r>
        <w:t>اس کا مطلب ہے کہ تھرو ٹیلی کمیونیکیشن۔</w:t>
      </w:r>
    </w:p>
    <w:p>
      <w:r>
        <w:rPr>
          <w:b/>
        </w:rPr>
        <w:t xml:space="preserve">[26:58] </w:t>
      </w:r>
      <w:r>
        <w:t>wahi matlab hai.</w:t>
      </w:r>
    </w:p>
    <w:p>
      <w:pPr>
        <w:jc w:val="right"/>
      </w:pPr>
      <w:r>
        <w:t>وہی مطلب ہے۔</w:t>
      </w:r>
    </w:p>
    <w:p>
      <w:r>
        <w:rPr>
          <w:b/>
        </w:rPr>
        <w:t xml:space="preserve">[27:00] </w:t>
      </w:r>
      <w:r>
        <w:t>yani woh dajjal ke aish ko bata raha hai.</w:t>
      </w:r>
    </w:p>
    <w:p>
      <w:pPr>
        <w:jc w:val="right"/>
      </w:pPr>
      <w:r>
        <w:t>یعنی وہ دجال کے عیش کو بتا رہا ہے۔</w:t>
      </w:r>
    </w:p>
    <w:p>
      <w:r>
        <w:rPr>
          <w:b/>
        </w:rPr>
        <w:t xml:space="preserve">[27:04] </w:t>
      </w:r>
      <w:r>
        <w:t>dajjal ek aise zamane mein aayega jab ke yeh possible ho jayega ke aap ki awaz</w:t>
      </w:r>
    </w:p>
    <w:p>
      <w:pPr>
        <w:jc w:val="right"/>
      </w:pPr>
      <w:r>
        <w:t>دجال ایک ایسے زمانے میں آئے گا جب کہ یہ possible ہو جائے گا کہ آپ کی آواز</w:t>
      </w:r>
    </w:p>
    <w:p>
      <w:r>
        <w:rPr>
          <w:b/>
        </w:rPr>
        <w:t xml:space="preserve">[27:11] </w:t>
      </w:r>
      <w:r>
        <w:t>east se west tak sunai de.</w:t>
      </w:r>
    </w:p>
    <w:p>
      <w:pPr>
        <w:jc w:val="right"/>
      </w:pPr>
      <w:r>
        <w:t>ایسٹ سے ویسٹ تک سنائی دے۔</w:t>
      </w:r>
    </w:p>
    <w:p>
      <w:r>
        <w:rPr>
          <w:b/>
        </w:rPr>
        <w:t xml:space="preserve">[27:14] </w:t>
      </w:r>
      <w:r>
        <w:t>is ka matlab sirf yeh hai ke dajjal ek aise zamane mein aayega jab ke through media,</w:t>
      </w:r>
    </w:p>
    <w:p>
      <w:pPr>
        <w:jc w:val="right"/>
      </w:pPr>
      <w:r>
        <w:t>اس کا مطلب صرف یہ ہے کہ دجال ایک ایسے زمانے میں آئے گا جب کہ تھرو میڈیا،</w:t>
      </w:r>
    </w:p>
    <w:p>
      <w:r>
        <w:rPr>
          <w:b/>
        </w:rPr>
        <w:t xml:space="preserve">[27:22] </w:t>
      </w:r>
      <w:r>
        <w:t>through telecommunication, yeh mumkin ho jayega, yeh possible ho jayega ke aap ki awaz poori</w:t>
      </w:r>
    </w:p>
    <w:p>
      <w:pPr>
        <w:jc w:val="right"/>
      </w:pPr>
      <w:r>
        <w:t>تھرو ٹیلی کمیونیکیشن، یہ ممکن ہو جائے گا، یہ possible ہو جائے گا کہ آپ کی آواز پوری</w:t>
      </w:r>
    </w:p>
    <w:p>
      <w:r>
        <w:rPr>
          <w:b/>
        </w:rPr>
        <w:t xml:space="preserve">[27:29] </w:t>
      </w:r>
      <w:r>
        <w:t>duniya mein phail jaye, poore globe mein sunai de, har jagah.</w:t>
      </w:r>
    </w:p>
    <w:p>
      <w:pPr>
        <w:jc w:val="right"/>
      </w:pPr>
      <w:r>
        <w:t>دنیا میں پھیل جائے، پورے گلوب میں سنائی دے، ہر جگہ۔</w:t>
      </w:r>
    </w:p>
    <w:p>
      <w:r>
        <w:rPr>
          <w:b/>
        </w:rPr>
        <w:t xml:space="preserve">[27:34] </w:t>
      </w:r>
      <w:r>
        <w:t>is zamane mein dajjal ka phenomena samne aayega.</w:t>
      </w:r>
    </w:p>
    <w:p>
      <w:pPr>
        <w:jc w:val="right"/>
      </w:pPr>
      <w:r>
        <w:t>اس زمانے میں دجال کا phenomena سامنے آئے گا۔</w:t>
      </w:r>
    </w:p>
    <w:p>
      <w:r>
        <w:rPr>
          <w:b/>
        </w:rPr>
        <w:t xml:space="preserve">[27:38] </w:t>
      </w:r>
      <w:r>
        <w:t>to in sari cheezon ko dajjal istemal karega negative maqsad ke liye.</w:t>
      </w:r>
    </w:p>
    <w:p>
      <w:pPr>
        <w:jc w:val="right"/>
      </w:pPr>
      <w:r>
        <w:t>تو ان ساری چیزوں کو دجال استعمال کرے گا negative مقصد کے لیے۔</w:t>
      </w:r>
    </w:p>
    <w:p>
      <w:r>
        <w:rPr>
          <w:b/>
        </w:rPr>
        <w:t xml:space="preserve">[27:43] </w:t>
      </w:r>
      <w:r>
        <w:t>aur aap ko istemal karna hai is ko positive maqsad ke liye.</w:t>
      </w:r>
    </w:p>
    <w:p>
      <w:pPr>
        <w:jc w:val="right"/>
      </w:pPr>
      <w:r>
        <w:t>اور آپ کو استعمال کرنا ہے اس کو positive مقصد کے لیے۔</w:t>
      </w:r>
    </w:p>
    <w:p>
      <w:r>
        <w:rPr>
          <w:b/>
        </w:rPr>
        <w:t xml:space="preserve">[27:49] </w:t>
      </w:r>
      <w:r>
        <w:t>jaise aaj ka maine jo qissa bataya, hum aap to yahan Dilli mein hain aur TV</w:t>
      </w:r>
    </w:p>
    <w:p>
      <w:pPr>
        <w:jc w:val="right"/>
      </w:pPr>
      <w:r>
        <w:t>جیسے آج کا میں نے جو قصہ بتایا، ہم آپ تو یہاں دلی میں ہیں اور ٹی وی</w:t>
      </w:r>
    </w:p>
    <w:p>
      <w:r>
        <w:rPr>
          <w:b/>
        </w:rPr>
        <w:t xml:space="preserve">[27:56] </w:t>
      </w:r>
      <w:r>
        <w:t>par ek cheez aayi, is ko duniya bhar mein logon ne suna aur use sun kar is ne</w:t>
      </w:r>
    </w:p>
    <w:p>
      <w:pPr>
        <w:jc w:val="right"/>
      </w:pPr>
      <w:r>
        <w:t>پر ایک چیز آئی، اس کو دنیا بھر میں لوگوں نے سنا اور اسے سن کر اس نے</w:t>
      </w:r>
    </w:p>
    <w:p>
      <w:r>
        <w:rPr>
          <w:b/>
        </w:rPr>
        <w:t xml:space="preserve">[28:04] </w:t>
      </w:r>
      <w:r>
        <w:t>telephone kiya ke mujhe Quran ki copy chahiye.</w:t>
      </w:r>
    </w:p>
    <w:p>
      <w:pPr>
        <w:jc w:val="right"/>
      </w:pPr>
      <w:r>
        <w:t>ٹیلی فون کیا کہ مجھے قرآن کی کاپی چاہیے۔</w:t>
      </w:r>
    </w:p>
    <w:p>
      <w:r>
        <w:rPr>
          <w:b/>
        </w:rPr>
        <w:t xml:space="preserve">[28:08] </w:t>
      </w:r>
      <w:r>
        <w:t>to yeh hai in in opportunities ka positive tor par avail karna.</w:t>
      </w:r>
    </w:p>
    <w:p>
      <w:pPr>
        <w:jc w:val="right"/>
      </w:pPr>
      <w:r>
        <w:t>تو یہ ہے ان ان opportunities کا positive طور پر avail کرنا۔</w:t>
      </w:r>
    </w:p>
    <w:p>
      <w:r>
        <w:rPr>
          <w:b/>
        </w:rPr>
        <w:t xml:space="preserve">[28:13] </w:t>
      </w:r>
      <w:r>
        <w:t>yahi aap ko karna hai.</w:t>
      </w:r>
    </w:p>
    <w:p>
      <w:pPr>
        <w:jc w:val="right"/>
      </w:pPr>
      <w:r>
        <w:t>یہی آپ کو کرنا ہے۔</w:t>
      </w:r>
    </w:p>
    <w:p>
      <w:r>
        <w:rPr>
          <w:b/>
        </w:rPr>
        <w:t xml:space="preserve">[28:15] </w:t>
      </w:r>
      <w:r>
        <w:t>yahi aap ko karna hai.</w:t>
      </w:r>
    </w:p>
    <w:p>
      <w:pPr>
        <w:jc w:val="right"/>
      </w:pPr>
      <w:r>
        <w:t>یہی آپ کو کرنا ہے۔</w:t>
      </w:r>
    </w:p>
    <w:p>
      <w:r>
        <w:rPr>
          <w:b/>
        </w:rPr>
        <w:t xml:space="preserve">[28:17] </w:t>
      </w:r>
      <w:r>
        <w:t>kal mein kisi se baat kar raha tha to yahan se jo woh chhote chhote brochures chhape gaye</w:t>
      </w:r>
    </w:p>
    <w:p>
      <w:pPr>
        <w:jc w:val="right"/>
      </w:pPr>
      <w:r>
        <w:t>کل میں کسی سے بات کر رہا تھا تو یہاں سے جو وہ چھوٹے چھوٹے brochures چھاپے گئے</w:t>
      </w:r>
    </w:p>
    <w:p>
      <w:r>
        <w:rPr>
          <w:b/>
        </w:rPr>
        <w:t xml:space="preserve">[28:25] </w:t>
      </w:r>
      <w:r>
        <w:t>hain to is ko maine dekha to mujhe bohat hi ek ajeeb ehsas hua.</w:t>
      </w:r>
    </w:p>
    <w:p>
      <w:pPr>
        <w:jc w:val="right"/>
      </w:pPr>
      <w:r>
        <w:t>ہیں تو اس کو میں نے دیکھا تو مجھے بہت ہی ایک عجیب احساس ہوا۔</w:t>
      </w:r>
    </w:p>
    <w:p>
      <w:r>
        <w:rPr>
          <w:b/>
        </w:rPr>
        <w:t xml:space="preserve">[28:31] </w:t>
      </w:r>
      <w:r>
        <w:t>mein ne kaha aaj ka kaam sirf yeh hai ke is brochures ko flood kar diya jaye sari</w:t>
      </w:r>
    </w:p>
    <w:p>
      <w:pPr>
        <w:jc w:val="right"/>
      </w:pPr>
      <w:r>
        <w:t>میں نے کہا آج کا کام صرف یہ ہے کہ اس brochures کو flood کر دیا جائے ساری</w:t>
      </w:r>
    </w:p>
    <w:p>
      <w:r>
        <w:rPr>
          <w:b/>
        </w:rPr>
        <w:t xml:space="preserve">[28:39] </w:t>
      </w:r>
      <w:r>
        <w:t>dunya mein.</w:t>
      </w:r>
    </w:p>
    <w:p>
      <w:pPr>
        <w:jc w:val="right"/>
      </w:pPr>
      <w:r>
        <w:t>دنیا میں۔</w:t>
      </w:r>
    </w:p>
    <w:p>
      <w:r>
        <w:rPr>
          <w:b/>
        </w:rPr>
        <w:t xml:space="preserve">[28:41] </w:t>
      </w:r>
      <w:r>
        <w:t>bas yahi kaam karna hai.</w:t>
      </w:r>
    </w:p>
    <w:p>
      <w:pPr>
        <w:jc w:val="right"/>
      </w:pPr>
      <w:r>
        <w:t>بس یہی کام کرنا ہے۔</w:t>
      </w:r>
    </w:p>
    <w:p>
      <w:r>
        <w:rPr>
          <w:b/>
        </w:rPr>
        <w:t xml:space="preserve">[28:43] </w:t>
      </w:r>
      <w:r>
        <w:t>kyun ke sari baatein is mein kahi aa chuki hain.</w:t>
      </w:r>
    </w:p>
    <w:p>
      <w:pPr>
        <w:jc w:val="right"/>
      </w:pPr>
      <w:r>
        <w:t>کیونکہ ساری باتیں اس میں کہی آ چکی ہیں۔</w:t>
      </w:r>
    </w:p>
    <w:p>
      <w:r>
        <w:rPr>
          <w:b/>
        </w:rPr>
        <w:t xml:space="preserve">[28:47] </w:t>
      </w:r>
      <w:r>
        <w:t>yeh jo kitabein hain, jo pamphlets hain, jo brochures hain, sari baatein is mein aa chuki hain.</w:t>
      </w:r>
    </w:p>
    <w:p>
      <w:pPr>
        <w:jc w:val="right"/>
      </w:pPr>
      <w:r>
        <w:t>یہ جو کتابیں ہیں، جو پمفلیٹ ہیں، جو brochures ہیں، ساری باتیں اس میں آ چکی ہیں۔</w:t>
      </w:r>
    </w:p>
    <w:p>
      <w:r>
        <w:rPr>
          <w:b/>
        </w:rPr>
        <w:t xml:space="preserve">[28:54] </w:t>
      </w:r>
      <w:r>
        <w:t>wohi baatein jo ke yani industrial civilization mein zahir hui theen Khuda ke science ke taur par, un</w:t>
      </w:r>
    </w:p>
    <w:p>
      <w:pPr>
        <w:jc w:val="right"/>
      </w:pPr>
      <w:r>
        <w:t>وہی باتیں جو کہ یعنی industrial civilization میں ظاہر ہوئی تھیں خدا کے سائنس کے طور پر، ان</w:t>
      </w:r>
    </w:p>
    <w:p>
      <w:r>
        <w:rPr>
          <w:b/>
        </w:rPr>
        <w:t xml:space="preserve">[29:02] </w:t>
      </w:r>
      <w:r>
        <w:t>sab ko le kar ke yeh banaya gaya hai.</w:t>
      </w:r>
    </w:p>
    <w:p>
      <w:pPr>
        <w:jc w:val="right"/>
      </w:pPr>
      <w:r>
        <w:t>سب کو لے کر کے یہ بنایا گیا ہے۔</w:t>
      </w:r>
    </w:p>
    <w:p>
      <w:r>
        <w:rPr>
          <w:b/>
        </w:rPr>
        <w:t xml:space="preserve">[29:06] </w:t>
      </w:r>
      <w:r>
        <w:t>aur is ko sari dunya mein pahunchana hai.</w:t>
      </w:r>
    </w:p>
    <w:p>
      <w:pPr>
        <w:jc w:val="right"/>
      </w:pPr>
      <w:r>
        <w:t>اور اس کو ساری دنیا میں پہنچانا ہے۔</w:t>
      </w:r>
    </w:p>
    <w:p>
      <w:r>
        <w:rPr>
          <w:b/>
        </w:rPr>
        <w:t xml:space="preserve">[29:09] </w:t>
      </w:r>
      <w:r>
        <w:t>to mein samajhta hoon ke yahi yahi hamara sab se bara kaam hai.</w:t>
      </w:r>
    </w:p>
    <w:p>
      <w:pPr>
        <w:jc w:val="right"/>
      </w:pPr>
      <w:r>
        <w:t>تو میں سمجھتا ہوں کہ یہی یہی ہمارا سب سے بڑا کام ہے۔</w:t>
      </w:r>
    </w:p>
    <w:p>
      <w:r>
        <w:rPr>
          <w:b/>
        </w:rPr>
        <w:t xml:space="preserve">[29:15] </w:t>
      </w:r>
      <w:r>
        <w:t>yahi hamara sab se bara kaam hai ke in is yeh jo is pamphlet ko, is brochure ko,</w:t>
      </w:r>
    </w:p>
    <w:p>
      <w:pPr>
        <w:jc w:val="right"/>
      </w:pPr>
      <w:r>
        <w:t>یہی ہمارا سب سے بڑا کام ہے کہ ان اس یہ جو اس پمفلیٹ کو، اس brochure کو،</w:t>
      </w:r>
    </w:p>
    <w:p>
      <w:r>
        <w:rPr>
          <w:b/>
        </w:rPr>
        <w:t xml:space="preserve">[29:22] </w:t>
      </w:r>
      <w:r>
        <w:t>in books ko flood kar dein sari dunya mein.</w:t>
      </w:r>
    </w:p>
    <w:p>
      <w:pPr>
        <w:jc w:val="right"/>
      </w:pPr>
      <w:r>
        <w:t>ان books کو flood کر دیں ساری دنیا میں۔</w:t>
      </w:r>
    </w:p>
    <w:p>
      <w:r>
        <w:rPr>
          <w:b/>
        </w:rPr>
        <w:t xml:space="preserve">[29:26] </w:t>
      </w:r>
      <w:r>
        <w:t>ab dekhein, TV ke zariye se, woh internet ke zariye se, ek sahib ne bataya ke internet</w:t>
      </w:r>
    </w:p>
    <w:p>
      <w:pPr>
        <w:jc w:val="right"/>
      </w:pPr>
      <w:r>
        <w:t>اب دیکھیں، ٹی وی کے ذریعے سے، وہ انٹرنیٹ کے ذریعے سے، ایک صاحب نے بتایا کہ انٹرنیٹ</w:t>
      </w:r>
    </w:p>
    <w:p>
      <w:r>
        <w:rPr>
          <w:b/>
        </w:rPr>
        <w:t xml:space="preserve">[29:34] </w:t>
      </w:r>
      <w:r>
        <w:t>se woh isi din magazine le lete hain wahan par Peshawar mein.</w:t>
      </w:r>
    </w:p>
    <w:p>
      <w:pPr>
        <w:jc w:val="right"/>
      </w:pPr>
      <w:r>
        <w:t>سے وہ اسی دن میگزین لے لیتے ہیں وہاں پر پشاور میں۔</w:t>
      </w:r>
    </w:p>
    <w:p>
      <w:r>
        <w:rPr>
          <w:b/>
        </w:rPr>
        <w:t xml:space="preserve">[29:39] </w:t>
      </w:r>
      <w:r>
        <w:t>yani yahan magazine chapa aur us ko daal diya gaya internet mein.</w:t>
      </w:r>
    </w:p>
    <w:p>
      <w:pPr>
        <w:jc w:val="right"/>
      </w:pPr>
      <w:r>
        <w:t>یعنی یہاں میگزین چھپا اور اس کو ڈال دیا گیا انٹرنیٹ میں۔</w:t>
      </w:r>
    </w:p>
    <w:p>
      <w:r>
        <w:rPr>
          <w:b/>
        </w:rPr>
        <w:t xml:space="preserve">[29:44] </w:t>
      </w:r>
      <w:r>
        <w:t>to same din woh wahan par nikaal lete hain is mein se.</w:t>
      </w:r>
    </w:p>
    <w:p>
      <w:pPr>
        <w:jc w:val="right"/>
      </w:pPr>
      <w:r>
        <w:t>تو same دن وہ وہاں پر نکال لیتے ہیں اس میں سے۔</w:t>
      </w:r>
    </w:p>
    <w:p>
      <w:r>
        <w:rPr>
          <w:b/>
        </w:rPr>
        <w:t xml:space="preserve">[29:49] </w:t>
      </w:r>
      <w:r>
        <w:t>yani abhi yeh by post woh pahuncha bhi nahi hota doosron ke paas aur internet se woh nikaal</w:t>
      </w:r>
    </w:p>
    <w:p>
      <w:pPr>
        <w:jc w:val="right"/>
      </w:pPr>
      <w:r>
        <w:t>یعنی ابھی یہ by post وہ پہنچا بھی نہیں ہوتا دوسروں کے پاس اور انٹرنیٹ سے وہ نکال</w:t>
      </w:r>
    </w:p>
    <w:p>
      <w:r>
        <w:rPr>
          <w:b/>
        </w:rPr>
        <w:t xml:space="preserve">[29:57] </w:t>
      </w:r>
      <w:r>
        <w:t>lete hain.</w:t>
      </w:r>
    </w:p>
    <w:p>
      <w:pPr>
        <w:jc w:val="right"/>
      </w:pPr>
      <w:r>
        <w:t>لیتے ہیں۔</w:t>
      </w:r>
    </w:p>
    <w:p>
      <w:r>
        <w:rPr>
          <w:b/>
        </w:rPr>
        <w:t xml:space="preserve">[29:58] </w:t>
      </w:r>
      <w:r>
        <w:t>woh yeh zamana hai.</w:t>
      </w:r>
    </w:p>
    <w:p>
      <w:pPr>
        <w:jc w:val="right"/>
      </w:pPr>
      <w:r>
        <w:t>وہ یہ زمانہ ہے۔</w:t>
      </w:r>
    </w:p>
    <w:p>
      <w:r>
        <w:rPr>
          <w:b/>
        </w:rPr>
        <w:t xml:space="preserve">[30:00] </w:t>
      </w:r>
      <w:r>
        <w:t>to jo role hai doosra, yani positive role, is role ke liye koi anokha aadmi nahi hamare pahad</w:t>
      </w:r>
    </w:p>
    <w:p>
      <w:pPr>
        <w:jc w:val="right"/>
      </w:pPr>
      <w:r>
        <w:t>تو جو رول ہے دوسرا، یعنی positive رول، اس رول کے لیے کوئی انوکھا آدمی نہیں ہمارے پہاڑ</w:t>
      </w:r>
    </w:p>
    <w:p>
      <w:r>
        <w:rPr>
          <w:b/>
        </w:rPr>
        <w:t xml:space="preserve">[30:08] </w:t>
      </w:r>
      <w:r>
        <w:t>se nikle ga.</w:t>
      </w:r>
    </w:p>
    <w:p>
      <w:pPr>
        <w:jc w:val="right"/>
      </w:pPr>
      <w:r>
        <w:t>سے نکلے گا۔</w:t>
      </w:r>
    </w:p>
    <w:p>
      <w:r>
        <w:rPr>
          <w:b/>
        </w:rPr>
        <w:t xml:space="preserve">[30:09] </w:t>
      </w:r>
      <w:r>
        <w:t>aisa nahi ke koi woh jo role hai Mehdi ka, us ke liye koi aasman se aadmi tapke</w:t>
      </w:r>
    </w:p>
    <w:p>
      <w:pPr>
        <w:jc w:val="right"/>
      </w:pPr>
      <w:r>
        <w:t>ایسا نہیں کہ کوئی وہ جو رول ہے مہدی کا، اس کے لیے کوئی آسمان سے آدمی ٹپکے</w:t>
      </w:r>
    </w:p>
    <w:p>
      <w:r>
        <w:rPr>
          <w:b/>
        </w:rPr>
        <w:t xml:space="preserve">[30:17] </w:t>
      </w:r>
      <w:r>
        <w:t>ga ya pahad se nikle ga ya koi samandar se baramad hoga.</w:t>
      </w:r>
    </w:p>
    <w:p>
      <w:pPr>
        <w:jc w:val="right"/>
      </w:pPr>
      <w:r>
        <w:t>گا یا پہاڑ سے نکلے گا یا کوئی سمندر سے برآمد ہوگا۔</w:t>
      </w:r>
    </w:p>
    <w:p>
      <w:r>
        <w:rPr>
          <w:b/>
        </w:rPr>
        <w:t xml:space="preserve">[30:22] </w:t>
      </w:r>
      <w:r>
        <w:t>aisa kuch bhi nahi hai.</w:t>
      </w:r>
    </w:p>
    <w:p>
      <w:pPr>
        <w:jc w:val="right"/>
      </w:pPr>
      <w:r>
        <w:t>ایسا کچھ بھی نہیں ہے۔</w:t>
      </w:r>
    </w:p>
    <w:p>
      <w:r>
        <w:rPr>
          <w:b/>
        </w:rPr>
        <w:t xml:space="preserve">[30:24] </w:t>
      </w:r>
      <w:r>
        <w:t>aap hi ko woh role karna hai.</w:t>
      </w:r>
    </w:p>
    <w:p>
      <w:pPr>
        <w:jc w:val="right"/>
      </w:pPr>
      <w:r>
        <w:t>آپ ہی کو وہ رول کرنا ہے۔</w:t>
      </w:r>
    </w:p>
    <w:p>
      <w:r>
        <w:rPr>
          <w:b/>
        </w:rPr>
        <w:t xml:space="preserve">[30:27] </w:t>
      </w:r>
      <w:r>
        <w:t>Mehdi ek role ka naam hai ya Dajjal ek role ka naam hai.</w:t>
      </w:r>
    </w:p>
    <w:p>
      <w:pPr>
        <w:jc w:val="right"/>
      </w:pPr>
      <w:r>
        <w:t>مہدی ایک رول کا نام ہے یا دجال ایک رول کا نام ہے۔</w:t>
      </w:r>
    </w:p>
    <w:p>
      <w:r>
        <w:rPr>
          <w:b/>
        </w:rPr>
        <w:t xml:space="preserve">[30:33] </w:t>
      </w:r>
      <w:r>
        <w:t>dajjal bhi yaad rakhiye, kisi ek shakhs ka naam nahi hai.</w:t>
      </w:r>
    </w:p>
    <w:p>
      <w:pPr>
        <w:jc w:val="right"/>
      </w:pPr>
      <w:r>
        <w:t>دجال بھی یاد رکھیے، کسی ایک شخص کا نام نہیں ہے۔</w:t>
      </w:r>
    </w:p>
    <w:p>
      <w:r>
        <w:rPr>
          <w:b/>
        </w:rPr>
        <w:t xml:space="preserve">[30:38] </w:t>
      </w:r>
      <w:r>
        <w:t>ek role ka naam hai.</w:t>
      </w:r>
    </w:p>
    <w:p>
      <w:pPr>
        <w:jc w:val="right"/>
      </w:pPr>
      <w:r>
        <w:t>ایک رول کا نام ہے۔</w:t>
      </w:r>
    </w:p>
    <w:p>
      <w:r>
        <w:rPr>
          <w:b/>
        </w:rPr>
        <w:t xml:space="preserve">[30:40] </w:t>
      </w:r>
      <w:r>
        <w:t>yani negative role.</w:t>
      </w:r>
    </w:p>
    <w:p>
      <w:pPr>
        <w:jc w:val="right"/>
      </w:pPr>
      <w:r>
        <w:t>یعنی negative رول۔</w:t>
      </w:r>
    </w:p>
    <w:p>
      <w:r>
        <w:rPr>
          <w:b/>
        </w:rPr>
        <w:t xml:space="preserve">[30:41] </w:t>
      </w:r>
      <w:r>
        <w:t>dajjal ek shakhs ka naam nahi hai.</w:t>
      </w:r>
    </w:p>
    <w:p>
      <w:pPr>
        <w:jc w:val="right"/>
      </w:pPr>
      <w:r>
        <w:t>دجال ایک شخص کا نام نہیں ہے۔</w:t>
      </w:r>
    </w:p>
    <w:p>
      <w:r>
        <w:rPr>
          <w:b/>
        </w:rPr>
        <w:t xml:space="preserve">[30:44] </w:t>
      </w:r>
      <w:r>
        <w:t>woh naam hai negative role ka.</w:t>
      </w:r>
    </w:p>
    <w:p>
      <w:pPr>
        <w:jc w:val="right"/>
      </w:pPr>
      <w:r>
        <w:t>وہ نام ہے negative رول کا۔</w:t>
      </w:r>
    </w:p>
    <w:p>
      <w:r>
        <w:rPr>
          <w:b/>
        </w:rPr>
        <w:t xml:space="preserve">[30:47] </w:t>
      </w:r>
      <w:r>
        <w:t>aise mehdi bhi jo hai ek ek positive role ka naam hai.</w:t>
      </w:r>
    </w:p>
    <w:p>
      <w:pPr>
        <w:jc w:val="right"/>
      </w:pPr>
      <w:r>
        <w:t>ایسے مہدی بھی جو ہے ایک ایک positive رول کا نام ہے۔</w:t>
      </w:r>
    </w:p>
    <w:p>
      <w:r>
        <w:rPr>
          <w:b/>
        </w:rPr>
        <w:t xml:space="preserve">[30:52] </w:t>
      </w:r>
      <w:r>
        <w:t>woh aap hi ko karna hai woh kaam.</w:t>
      </w:r>
    </w:p>
    <w:p>
      <w:pPr>
        <w:jc w:val="right"/>
      </w:pPr>
      <w:r>
        <w:t>وہ آپ ہی کو کرنا ہے وہ کام۔</w:t>
      </w:r>
    </w:p>
    <w:p>
      <w:r>
        <w:rPr>
          <w:b/>
        </w:rPr>
        <w:t xml:space="preserve">[30:55] </w:t>
      </w:r>
      <w:r>
        <w:t>ke aap yeh kar rahe hain, karna hai aap ko ke aadha kaam science ne kar diya hai.</w:t>
      </w:r>
    </w:p>
    <w:p>
      <w:pPr>
        <w:jc w:val="right"/>
      </w:pPr>
      <w:r>
        <w:t>کہ آپ یہ کر رہے ہیں، کرنا ہے آپ کو کہ آدھا کام سائنس نے کر دیا ہے۔</w:t>
      </w:r>
    </w:p>
    <w:p>
      <w:r>
        <w:rPr>
          <w:b/>
        </w:rPr>
        <w:t xml:space="preserve">[31:03] </w:t>
      </w:r>
      <w:r>
        <w:t>aadha kaam.</w:t>
      </w:r>
    </w:p>
    <w:p>
      <w:pPr>
        <w:jc w:val="right"/>
      </w:pPr>
      <w:r>
        <w:t>آدھا کام۔</w:t>
      </w:r>
    </w:p>
    <w:p>
      <w:r>
        <w:rPr>
          <w:b/>
        </w:rPr>
        <w:t xml:space="preserve">[31:05] </w:t>
      </w:r>
      <w:r>
        <w:t>yani yaajooj maajooj, jis ko maine kaha ke yeh western nations thi, unhon ne aadha kaam kar</w:t>
      </w:r>
    </w:p>
    <w:p>
      <w:pPr>
        <w:jc w:val="right"/>
      </w:pPr>
      <w:r>
        <w:t>یعنی یاجوج ماجوج، جس کو میں نے کہا کہ یہ western nations تھیں، انہوں نے آدھا کام کر</w:t>
      </w:r>
    </w:p>
    <w:p>
      <w:r>
        <w:rPr>
          <w:b/>
        </w:rPr>
        <w:t xml:space="preserve">[31:12] </w:t>
      </w:r>
      <w:r>
        <w:t>diya.</w:t>
      </w:r>
    </w:p>
    <w:p>
      <w:pPr>
        <w:jc w:val="right"/>
      </w:pPr>
      <w:r>
        <w:t>دیا۔</w:t>
      </w:r>
    </w:p>
    <w:p>
      <w:r>
        <w:rPr>
          <w:b/>
        </w:rPr>
        <w:t xml:space="preserve">[31:14] </w:t>
      </w:r>
      <w:r>
        <w:t>yani nature ko explore kar ke, nature ke andar jo khuda ki nishaniyan hain, jin ko ayat kaha</w:t>
      </w:r>
    </w:p>
    <w:p>
      <w:pPr>
        <w:jc w:val="right"/>
      </w:pPr>
      <w:r>
        <w:t>یعنی nature کو explore کر کے، nature کے اندر جو خدا کی نشانیاں ہیں، جن کو آیات کہا</w:t>
      </w:r>
    </w:p>
    <w:p>
      <w:r>
        <w:rPr>
          <w:b/>
        </w:rPr>
        <w:t xml:space="preserve">[31:22] </w:t>
      </w:r>
      <w:r>
        <w:t>gaya quran majeed mein.</w:t>
      </w:r>
    </w:p>
    <w:p>
      <w:pPr>
        <w:jc w:val="right"/>
      </w:pPr>
      <w:r>
        <w:t>گیا قرآن مجید میں۔</w:t>
      </w:r>
    </w:p>
    <w:p>
      <w:r>
        <w:rPr>
          <w:b/>
        </w:rPr>
        <w:t xml:space="preserve">[31:23] </w:t>
      </w:r>
      <w:r>
        <w:t>sunureem ayatna fil afaq fi anfusihim hatta tabayyan al lahul haqq to nature mein khuda ne woh sari cheezein</w:t>
      </w:r>
    </w:p>
    <w:p>
      <w:pPr>
        <w:jc w:val="right"/>
      </w:pPr>
      <w:r>
        <w:t>سنوریہم آیاتنا فی اللافاق فی نفسہم حتیٰ تبین اللہ الحق تو nature میں خدا نے وہ ساری چیزیں</w:t>
      </w:r>
    </w:p>
    <w:p>
      <w:r>
        <w:rPr>
          <w:b/>
        </w:rPr>
        <w:t xml:space="preserve">[31:31] </w:t>
      </w:r>
      <w:r>
        <w:t>bhar di thi.</w:t>
      </w:r>
    </w:p>
    <w:p>
      <w:pPr>
        <w:jc w:val="right"/>
      </w:pPr>
      <w:r>
        <w:t>بھر دی تھیں۔</w:t>
      </w:r>
    </w:p>
    <w:p>
      <w:r>
        <w:rPr>
          <w:b/>
        </w:rPr>
        <w:t xml:space="preserve">[31:33] </w:t>
      </w:r>
      <w:r>
        <w:t>woh sare argument, woh sare signs, sari nishaniyan.</w:t>
      </w:r>
    </w:p>
    <w:p>
      <w:pPr>
        <w:jc w:val="right"/>
      </w:pPr>
      <w:r>
        <w:t>وہ سارے argument، وہ سارے signs، ساری نشانیاں۔</w:t>
      </w:r>
    </w:p>
    <w:p>
      <w:r>
        <w:rPr>
          <w:b/>
        </w:rPr>
        <w:t xml:space="preserve">[31:36] </w:t>
      </w:r>
      <w:r>
        <w:t>lekin woh abhi tak woh unexplored padi hui thi.</w:t>
      </w:r>
    </w:p>
    <w:p>
      <w:pPr>
        <w:jc w:val="right"/>
      </w:pPr>
      <w:r>
        <w:t>لیکن وہ ابھی تک وہ unexplored پڑی ہوئی تھیں۔</w:t>
      </w:r>
    </w:p>
    <w:p>
      <w:r>
        <w:rPr>
          <w:b/>
        </w:rPr>
        <w:t xml:space="preserve">[31:40] </w:t>
      </w:r>
      <w:r>
        <w:t>kyunke shirk ne parda daal rakha tha.</w:t>
      </w:r>
    </w:p>
    <w:p>
      <w:pPr>
        <w:jc w:val="right"/>
      </w:pPr>
      <w:r>
        <w:t>کیونکہ شرک نے پردہ ڈال رکھا تھا۔</w:t>
      </w:r>
    </w:p>
    <w:p>
      <w:r>
        <w:rPr>
          <w:b/>
        </w:rPr>
        <w:t xml:space="preserve">[31:43] </w:t>
      </w:r>
      <w:r>
        <w:t>ab phir ek naya rasool Allah ke zariye jo inqilab aaya, us mein us ke baad jo ek</w:t>
      </w:r>
    </w:p>
    <w:p>
      <w:pPr>
        <w:jc w:val="right"/>
      </w:pPr>
      <w:r>
        <w:t>اب پھر ایک نیا رسول اللہ کے ذریعے جو انقلاب آیا، اس میں اس کے بعد جو ایک</w:t>
      </w:r>
    </w:p>
    <w:p>
      <w:r>
        <w:rPr>
          <w:b/>
        </w:rPr>
        <w:t xml:space="preserve">[31:51] </w:t>
      </w:r>
      <w:r>
        <w:t>naya process jaari hua history mein, isi process ka culmination hai ke yeh sari sachaiyan saamne aa gayeen.</w:t>
      </w:r>
    </w:p>
    <w:p>
      <w:pPr>
        <w:jc w:val="right"/>
      </w:pPr>
      <w:r>
        <w:t>نیا process جاری ہوا history میں، اسی process کا culmination ہے کہ یہ ساری سچائیاں سامنے آ گئیں۔</w:t>
      </w:r>
    </w:p>
    <w:p>
      <w:r>
        <w:rPr>
          <w:b/>
        </w:rPr>
        <w:t xml:space="preserve">[31:58] </w:t>
      </w:r>
      <w:r>
        <w:t>agar nature ko divinity se hataya na gaya tha to phir koi us ko explore bhi nahi kar</w:t>
      </w:r>
    </w:p>
    <w:p>
      <w:pPr>
        <w:jc w:val="right"/>
      </w:pPr>
      <w:r>
        <w:t>اگر nature کو divinity سے ہٹایا نہ گیا تھا تو پھر کوئی اس کو explore بھی نہیں کر</w:t>
      </w:r>
    </w:p>
    <w:p>
      <w:r>
        <w:rPr>
          <w:b/>
        </w:rPr>
        <w:t xml:space="preserve">[32:06] </w:t>
      </w:r>
      <w:r>
        <w:t>sakta tha.</w:t>
      </w:r>
    </w:p>
    <w:p>
      <w:pPr>
        <w:jc w:val="right"/>
      </w:pPr>
      <w:r>
        <w:t>سکتا تھا۔</w:t>
      </w:r>
    </w:p>
    <w:p>
      <w:r>
        <w:rPr>
          <w:b/>
        </w:rPr>
        <w:t xml:space="preserve">[32:07] </w:t>
      </w:r>
      <w:r>
        <w:t>to ab explore kar ke woh sari baatein saamne aa chuki hain.</w:t>
      </w:r>
    </w:p>
    <w:p>
      <w:pPr>
        <w:jc w:val="right"/>
      </w:pPr>
      <w:r>
        <w:t>تو اب explore کر کے وہ ساری باتیں سامنے آ چکی ہیں۔</w:t>
      </w:r>
    </w:p>
    <w:p>
      <w:r>
        <w:rPr>
          <w:b/>
        </w:rPr>
        <w:t xml:space="preserve">[32:13] </w:t>
      </w:r>
      <w:r>
        <w:t>nature mein jo khuda ki jhalakiyan chupi hui thi, nature mein jo khuda ki nishaniyan chupi hui thi,</w:t>
      </w:r>
    </w:p>
    <w:p>
      <w:pPr>
        <w:jc w:val="right"/>
      </w:pPr>
      <w:r>
        <w:t>nature میں جو خدا کی جھلکیاں چھپی ہوئی تھیں، nature میں جو خدا کی نشانیاں چھپی ہوئی تھیں،</w:t>
      </w:r>
    </w:p>
    <w:p>
      <w:r>
        <w:rPr>
          <w:b/>
        </w:rPr>
        <w:t xml:space="preserve">[32:20] </w:t>
      </w:r>
      <w:r>
        <w:t>nature mein jo khuda ke dalail chhupe hue the, woh sab saamne aa chuke hain.</w:t>
      </w:r>
    </w:p>
    <w:p>
      <w:pPr>
        <w:jc w:val="right"/>
      </w:pPr>
      <w:r>
        <w:t>nature میں جو خدا کے دلائل چھپے ہوئے تھے، وہ سب سامنے آ چکے ہیں۔</w:t>
      </w:r>
    </w:p>
    <w:p>
      <w:r>
        <w:rPr>
          <w:b/>
        </w:rPr>
        <w:t xml:space="preserve">[32:27] </w:t>
      </w:r>
      <w:r>
        <w:t>lekin dajjal ne high jack kar liya tha is ko.</w:t>
      </w:r>
    </w:p>
    <w:p>
      <w:pPr>
        <w:jc w:val="right"/>
      </w:pPr>
      <w:r>
        <w:t>لیکن دجال نے ہائی جیک کر لیا تھا اس کو۔</w:t>
      </w:r>
    </w:p>
    <w:p>
      <w:r>
        <w:rPr>
          <w:b/>
        </w:rPr>
        <w:t xml:space="preserve">[32:31] </w:t>
      </w:r>
      <w:r>
        <w:t>is ko ghalat tareeqay se istemal kar raha tha woh.</w:t>
      </w:r>
    </w:p>
    <w:p>
      <w:pPr>
        <w:jc w:val="right"/>
      </w:pPr>
      <w:r>
        <w:t>اس کو غلط طریقے سے استعمال کر رہا تھا وہ۔</w:t>
      </w:r>
    </w:p>
    <w:p>
      <w:r>
        <w:rPr>
          <w:b/>
        </w:rPr>
        <w:t xml:space="preserve">[32:35] </w:t>
      </w:r>
      <w:r>
        <w:t>har cheez ko, press ko, TV ko, har cheez ko.</w:t>
      </w:r>
    </w:p>
    <w:p>
      <w:pPr>
        <w:jc w:val="right"/>
      </w:pPr>
      <w:r>
        <w:t>ہر چیز کو، press کو، ٹی وی کو، ہر چیز کو۔</w:t>
      </w:r>
    </w:p>
    <w:p>
      <w:r>
        <w:rPr>
          <w:b/>
        </w:rPr>
        <w:t xml:space="preserve">[32:40] </w:t>
      </w:r>
      <w:r>
        <w:t>ab jo role hai doosra, positive role, to in logon ko yeh kaam karna hai ke ke in</w:t>
      </w:r>
    </w:p>
    <w:p>
      <w:pPr>
        <w:jc w:val="right"/>
      </w:pPr>
      <w:r>
        <w:t>اب جو رول ہے دوسرا، positive رول، تو ان لوگوں کو یہ کام کرنا ہے کہ کہ ان</w:t>
      </w:r>
    </w:p>
    <w:p>
      <w:r>
        <w:rPr>
          <w:b/>
        </w:rPr>
        <w:t xml:space="preserve">[32:48] </w:t>
      </w:r>
      <w:r>
        <w:t>nishaniyon ko woh Khuda ke liye istemal karein.</w:t>
      </w:r>
    </w:p>
    <w:p>
      <w:pPr>
        <w:jc w:val="right"/>
      </w:pPr>
      <w:r>
        <w:t>نشانیوں کو وہ خدا کے لیے استعمال کریں۔</w:t>
      </w:r>
    </w:p>
    <w:p>
      <w:r>
        <w:rPr>
          <w:b/>
        </w:rPr>
        <w:t xml:space="preserve">[32:51] </w:t>
      </w:r>
      <w:r>
        <w:t>da work ke liye istemal karein.</w:t>
      </w:r>
    </w:p>
    <w:p>
      <w:pPr>
        <w:jc w:val="right"/>
      </w:pPr>
      <w:r>
        <w:t>دا ورک کے لیے استعمال کریں۔</w:t>
      </w:r>
    </w:p>
    <w:p>
      <w:r>
        <w:rPr>
          <w:b/>
        </w:rPr>
        <w:t xml:space="preserve">[32:54] </w:t>
      </w:r>
      <w:r>
        <w:t>aur in nishaniyon se jo aala marifat, realization of God ka jo bohat hi oonche level hai, woh</w:t>
      </w:r>
    </w:p>
    <w:p>
      <w:pPr>
        <w:jc w:val="right"/>
      </w:pPr>
      <w:r>
        <w:t>اور ان نشانیوں سے جو اعلیٰ معرفت، realization of God کا جو بہت ہی اونچے level ہے، وہ</w:t>
      </w:r>
    </w:p>
    <w:p>
      <w:r>
        <w:rPr>
          <w:b/>
        </w:rPr>
        <w:t xml:space="preserve">[33:01] </w:t>
      </w:r>
      <w:r>
        <w:t>is se hasil hota hai.</w:t>
      </w:r>
    </w:p>
    <w:p>
      <w:pPr>
        <w:jc w:val="right"/>
      </w:pPr>
      <w:r>
        <w:t>اس سے حاصل ہوتا ہے۔</w:t>
      </w:r>
    </w:p>
    <w:p>
      <w:r>
        <w:rPr>
          <w:b/>
        </w:rPr>
        <w:t xml:space="preserve">[33:04] </w:t>
      </w:r>
      <w:r>
        <w:t>woh hasil karein.</w:t>
      </w:r>
    </w:p>
    <w:p>
      <w:pPr>
        <w:jc w:val="right"/>
      </w:pPr>
      <w:r>
        <w:t>وہ حاصل کریں۔</w:t>
      </w:r>
    </w:p>
    <w:p>
      <w:r>
        <w:rPr>
          <w:b/>
        </w:rPr>
        <w:t xml:space="preserve">[33:05] </w:t>
      </w:r>
      <w:r>
        <w:t>aur oonche level ka jo da work hai, us ko karein.</w:t>
      </w:r>
    </w:p>
    <w:p>
      <w:pPr>
        <w:jc w:val="right"/>
      </w:pPr>
      <w:r>
        <w:t>اور اونچے level کا جو دا ورک ہے، اس کو کریں۔</w:t>
      </w:r>
    </w:p>
    <w:p>
      <w:r>
        <w:rPr>
          <w:b/>
        </w:rPr>
        <w:t xml:space="preserve">[33:10] </w:t>
      </w:r>
      <w:r>
        <w:t>yani daba ke level ka kiya, aap ka paigham rick rick ka har jagah pohnch raha hai.</w:t>
      </w:r>
    </w:p>
    <w:p>
      <w:pPr>
        <w:jc w:val="right"/>
      </w:pPr>
      <w:r>
        <w:t>یعنی دابا کے level کا کیا، آپ کا پیغام ریک ریک کا ہر جگہ پہنچ رہا ہے۔</w:t>
      </w:r>
    </w:p>
    <w:p>
      <w:r>
        <w:rPr>
          <w:b/>
        </w:rPr>
        <w:t xml:space="preserve">[33:17] </w:t>
      </w:r>
      <w:r>
        <w:t>har jagah pohnch raha hai.</w:t>
      </w:r>
    </w:p>
    <w:p>
      <w:pPr>
        <w:jc w:val="right"/>
      </w:pPr>
      <w:r>
        <w:t>ہر جگہ پہنچ رہا ہے۔</w:t>
      </w:r>
    </w:p>
    <w:p>
      <w:r>
        <w:rPr>
          <w:b/>
        </w:rPr>
        <w:t xml:space="preserve">[33:19] </w:t>
      </w:r>
      <w:r>
        <w:t>yani printing material ke zariye aur TV ke zariye, radio ke zariye, cassette ke zariye, har zariye</w:t>
      </w:r>
    </w:p>
    <w:p>
      <w:pPr>
        <w:jc w:val="right"/>
      </w:pPr>
      <w:r>
        <w:t>یعنی printing material کے ذریعے اور ٹی وی کے ذریعے، radio کے ذریعے، کیسٹ کے ذریعے، ہر ذریعے</w:t>
      </w:r>
    </w:p>
    <w:p>
      <w:r>
        <w:rPr>
          <w:b/>
        </w:rPr>
        <w:t xml:space="preserve">[33:27] </w:t>
      </w:r>
      <w:r>
        <w:t>se yeh sab kaam karna hai.</w:t>
      </w:r>
    </w:p>
    <w:p>
      <w:pPr>
        <w:jc w:val="right"/>
      </w:pPr>
      <w:r>
        <w:t>سے یہ سب کام کرنا ہے۔</w:t>
      </w:r>
    </w:p>
    <w:p>
      <w:r>
        <w:rPr>
          <w:b/>
        </w:rPr>
        <w:t xml:space="preserve">[33:30] </w:t>
      </w:r>
      <w:r>
        <w:t>to yahi hai woh role.</w:t>
      </w:r>
    </w:p>
    <w:p>
      <w:pPr>
        <w:jc w:val="right"/>
      </w:pPr>
      <w:r>
        <w:t>تو یہی ہے وہ رول۔</w:t>
      </w:r>
    </w:p>
    <w:p>
      <w:r>
        <w:rPr>
          <w:b/>
        </w:rPr>
        <w:t xml:space="preserve">[33:32] </w:t>
      </w:r>
      <w:r>
        <w:t>to yaad rakhiye, ek role kiya tha in logon ne jinho ne nature ko explore kiya.</w:t>
      </w:r>
    </w:p>
    <w:p>
      <w:pPr>
        <w:jc w:val="right"/>
      </w:pPr>
      <w:r>
        <w:t>تو یاد رکھیے، ایک رول کیا تھا ان لوگوں نے جنہوں نے nature کو explore کیا۔</w:t>
      </w:r>
    </w:p>
    <w:p>
      <w:r>
        <w:rPr>
          <w:b/>
        </w:rPr>
        <w:t xml:space="preserve">[33:39] </w:t>
      </w:r>
      <w:r>
        <w:t>ab doosra role kiya dajjal ne ke is ko ghalat istemal kar ke duniya ko bhatkaya.</w:t>
      </w:r>
    </w:p>
    <w:p>
      <w:pPr>
        <w:jc w:val="right"/>
      </w:pPr>
      <w:r>
        <w:t>اب دوسرا رول کیا دجال نے کہ اس کو غلط استعمال کر کے دنیا کو بھٹکایا۔</w:t>
      </w:r>
    </w:p>
    <w:p>
      <w:r>
        <w:rPr>
          <w:b/>
        </w:rPr>
        <w:t xml:space="preserve">[33:45] </w:t>
      </w:r>
      <w:r>
        <w:t>ab teesra role jo hai, woh hai positive role.</w:t>
      </w:r>
    </w:p>
    <w:p>
      <w:pPr>
        <w:jc w:val="right"/>
      </w:pPr>
      <w:r>
        <w:t>اب تیسرا رول جو ہے، وہ ہے positive رول۔</w:t>
      </w:r>
    </w:p>
    <w:p>
      <w:r>
        <w:rPr>
          <w:b/>
        </w:rPr>
        <w:t xml:space="preserve">[33:49] </w:t>
      </w:r>
      <w:r>
        <w:t>woh aap ko karna hai.</w:t>
      </w:r>
    </w:p>
    <w:p>
      <w:pPr>
        <w:jc w:val="right"/>
      </w:pPr>
      <w:r>
        <w:t>وہ آپ کو کرنا ہے۔</w:t>
      </w:r>
    </w:p>
    <w:p>
      <w:r>
        <w:rPr>
          <w:b/>
        </w:rPr>
        <w:t xml:space="preserve">[33:51] </w:t>
      </w:r>
      <w:r>
        <w:t>ab bohat ziyada yeh yani time bohat kam reh gaya hai.</w:t>
      </w:r>
    </w:p>
    <w:p>
      <w:pPr>
        <w:jc w:val="right"/>
      </w:pPr>
      <w:r>
        <w:t>اب بہت زیادہ یہ یعنی ٹائم بہت کم رہ گیا ہے۔</w:t>
      </w:r>
    </w:p>
    <w:p>
      <w:r>
        <w:rPr>
          <w:b/>
        </w:rPr>
        <w:t xml:space="preserve">[33:56] </w:t>
      </w:r>
      <w:r>
        <w:t>abhi hamare paas ek telephone aaya ek sahib ka jo bohat hi naik aadmi hain.</w:t>
      </w:r>
    </w:p>
    <w:p>
      <w:pPr>
        <w:jc w:val="right"/>
      </w:pPr>
      <w:r>
        <w:t>ابھی ہمارے پاس ایک ٹیلی فون آیا ایک صاحب کا جو بہت ہی نیک آدمی ہیں۔</w:t>
      </w:r>
    </w:p>
    <w:p>
      <w:r>
        <w:rPr>
          <w:b/>
        </w:rPr>
        <w:t xml:space="preserve">[34:03] </w:t>
      </w:r>
      <w:r>
        <w:t>woh Pakistan ke hain, woh hamare paas aaye thay yahan.</w:t>
      </w:r>
    </w:p>
    <w:p>
      <w:pPr>
        <w:jc w:val="right"/>
      </w:pPr>
      <w:r>
        <w:t>وہ پاکستان کے ہیں، وہ ہمارے پاس آئے تھے یہاں۔</w:t>
      </w:r>
    </w:p>
    <w:p>
      <w:r>
        <w:rPr>
          <w:b/>
        </w:rPr>
        <w:t xml:space="preserve">[34:07] </w:t>
      </w:r>
      <w:r>
        <w:t>bohat hi naik aadmi hain.</w:t>
      </w:r>
    </w:p>
    <w:p>
      <w:pPr>
        <w:jc w:val="right"/>
      </w:pPr>
      <w:r>
        <w:t>بہت ہی نیک آدمی ہیں۔</w:t>
      </w:r>
    </w:p>
    <w:p>
      <w:r>
        <w:rPr>
          <w:b/>
        </w:rPr>
        <w:t xml:space="preserve">[34:09] </w:t>
      </w:r>
      <w:r>
        <w:t>to unhone khwab dekha, abhi do teen din ki baat hai.</w:t>
      </w:r>
    </w:p>
    <w:p>
      <w:pPr>
        <w:jc w:val="right"/>
      </w:pPr>
      <w:r>
        <w:t>تو انہوں نے خواب دیکھا، ابھی دو تین دن کی بات ہے۔</w:t>
      </w:r>
    </w:p>
    <w:p>
      <w:r>
        <w:rPr>
          <w:b/>
        </w:rPr>
        <w:t xml:space="preserve">[34:15] </w:t>
      </w:r>
      <w:r>
        <w:t>to woh unhone likha hai ke main ne dekha ke qayamat is hovering over our head.</w:t>
      </w:r>
    </w:p>
    <w:p>
      <w:pPr>
        <w:jc w:val="right"/>
      </w:pPr>
      <w:r>
        <w:t>تو وہ انہوں نے لکھا ہے کہ میں نے دیکھا کہ قیامت is hovering over our head.</w:t>
      </w:r>
    </w:p>
    <w:p>
      <w:r>
        <w:rPr>
          <w:b/>
        </w:rPr>
        <w:t xml:space="preserve">[34:22] </w:t>
      </w:r>
      <w:r>
        <w:t>Doomsday is hovering over our head.</w:t>
      </w:r>
    </w:p>
    <w:p>
      <w:pPr>
        <w:jc w:val="right"/>
      </w:pPr>
      <w:r>
        <w:t>Doomsday is hovering over our head.</w:t>
      </w:r>
    </w:p>
    <w:p>
      <w:r>
        <w:rPr>
          <w:b/>
        </w:rPr>
        <w:t xml:space="preserve">[34:24] </w:t>
      </w:r>
      <w:r>
        <w:t>yani qayamat hamare sar itni qareeb aa chuki hai ke sar tak pahunch chuki hai.</w:t>
      </w:r>
    </w:p>
    <w:p>
      <w:pPr>
        <w:jc w:val="right"/>
      </w:pPr>
      <w:r>
        <w:t>یعنی قیامت ہمارے سر اتنی قریب آ چکی ہے کہ سر تک پہنچ چکی ہے۔</w:t>
      </w:r>
    </w:p>
    <w:p>
      <w:r>
        <w:rPr>
          <w:b/>
        </w:rPr>
        <w:t xml:space="preserve">[34:31] </w:t>
      </w:r>
      <w:r>
        <w:t>qayamat itni qareeb aa chuki hai ke hamare sar tak pahunch chuki hai.</w:t>
      </w:r>
    </w:p>
    <w:p>
      <w:pPr>
        <w:jc w:val="right"/>
      </w:pPr>
      <w:r>
        <w:t>قیامت اتنی قریب آ چکی ہے کہ ہمارے سر تک پہنچ چکی ہے۔</w:t>
      </w:r>
    </w:p>
    <w:p>
      <w:r>
        <w:rPr>
          <w:b/>
        </w:rPr>
        <w:t xml:space="preserve">[34:36] </w:t>
      </w:r>
      <w:r>
        <w:t>to ab time kahan hai? ab time kahan hai? to ek kaam karna tha in logon ko jinho</w:t>
      </w:r>
    </w:p>
    <w:p>
      <w:pPr>
        <w:jc w:val="right"/>
      </w:pPr>
      <w:r>
        <w:t>تو اب ٹائم کہاں ہے؟ اب ٹائم کہاں ہے؟ تو ایک کام کرنا تھا ان لوگوں کو جنہوں</w:t>
      </w:r>
    </w:p>
    <w:p>
      <w:r>
        <w:rPr>
          <w:b/>
        </w:rPr>
        <w:t xml:space="preserve">[34:44] </w:t>
      </w:r>
      <w:r>
        <w:t>ne ke nature ko explore kiya.</w:t>
      </w:r>
    </w:p>
    <w:p>
      <w:pPr>
        <w:jc w:val="right"/>
      </w:pPr>
      <w:r>
        <w:t>نے کہ nature کو explore کیا۔</w:t>
      </w:r>
    </w:p>
    <w:p>
      <w:r>
        <w:rPr>
          <w:b/>
        </w:rPr>
        <w:t xml:space="preserve">[34:47] </w:t>
      </w:r>
      <w:r>
        <w:t>wo kaam wo akhirat tak kar chuke.</w:t>
      </w:r>
    </w:p>
    <w:p>
      <w:pPr>
        <w:jc w:val="right"/>
      </w:pPr>
      <w:r>
        <w:t>وہ کام وہ آخرت تک کر چکے۔</w:t>
      </w:r>
    </w:p>
    <w:p>
      <w:r>
        <w:rPr>
          <w:b/>
        </w:rPr>
        <w:t xml:space="preserve">[34:50] </w:t>
      </w:r>
      <w:r>
        <w:t>dusra kaam kiya dajjal ne ke high jack kar ke in ko negative maqsad ke liye istemal kiya.</w:t>
      </w:r>
    </w:p>
    <w:p>
      <w:pPr>
        <w:jc w:val="right"/>
      </w:pPr>
      <w:r>
        <w:t>دوسرا کام کیا دجال نے کہ ہائی جیک کر کے ان کو negative مقصد کے لیے استعمال کیا۔</w:t>
      </w:r>
    </w:p>
    <w:p>
      <w:r>
        <w:rPr>
          <w:b/>
        </w:rPr>
        <w:t xml:space="preserve">[34:57] </w:t>
      </w:r>
      <w:r>
        <w:t>ab teesra role abhi karna hai aap ko ke in cheezon ko positive simt mein istemal karen.</w:t>
      </w:r>
    </w:p>
    <w:p>
      <w:pPr>
        <w:jc w:val="right"/>
      </w:pPr>
      <w:r>
        <w:t>اب تیسرا رول ابھی کرنا ہے آپ کو کہ ان چیزوں کو positive سمت میں استعمال کریں۔</w:t>
      </w:r>
    </w:p>
    <w:p>
      <w:r>
        <w:rPr>
          <w:b/>
        </w:rPr>
        <w:t xml:space="preserve">[35:05] </w:t>
      </w:r>
      <w:r>
        <w:t>warna aap ab kya, aap ab kya qayamat ka intezar karenge? aap jab qayamat aa jayegi,</w:t>
      </w:r>
    </w:p>
    <w:p>
      <w:pPr>
        <w:jc w:val="right"/>
      </w:pPr>
      <w:r>
        <w:t>ورنہ آپ اب کیا، آپ اب کیا قیامت کا انتظار کریں گے؟ آپ جب قیامت آ جائے گی،</w:t>
      </w:r>
    </w:p>
    <w:p>
      <w:r>
        <w:rPr>
          <w:b/>
        </w:rPr>
        <w:t xml:space="preserve">[35:12] </w:t>
      </w:r>
      <w:r>
        <w:t>us us waqt to kaam ka waqt hi khatm ho chuka hoga.</w:t>
      </w:r>
    </w:p>
    <w:p>
      <w:pPr>
        <w:jc w:val="right"/>
      </w:pPr>
      <w:r>
        <w:t>اس اس وقت تو کام کا وقت ہی ختم ہو چکا ہوگا۔</w:t>
      </w:r>
    </w:p>
    <w:p>
      <w:r>
        <w:rPr>
          <w:b/>
        </w:rPr>
        <w:t xml:space="preserve">[35:18] </w:t>
      </w:r>
      <w:r>
        <w:t>kyun ke jab sur phoonk diya jayega to sab sab maamla khatm.</w:t>
      </w:r>
    </w:p>
    <w:p>
      <w:pPr>
        <w:jc w:val="right"/>
      </w:pPr>
      <w:r>
        <w:t>کیونکہ جب سور پھونک دیا جائے گا تو سب سب معاملہ ختم۔</w:t>
      </w:r>
    </w:p>
    <w:p>
      <w:r>
        <w:rPr>
          <w:b/>
        </w:rPr>
        <w:t xml:space="preserve">[35:23] </w:t>
      </w:r>
      <w:r>
        <w:t>jo baat aap ko batani thi, wo Khuda direct bata dega logon ko.</w:t>
      </w:r>
    </w:p>
    <w:p>
      <w:pPr>
        <w:jc w:val="right"/>
      </w:pPr>
      <w:r>
        <w:t>جو بات آپ کو بتانی تھی، وہ خدا direct بتا دے گا لوگوں کو۔</w:t>
      </w:r>
    </w:p>
    <w:p>
      <w:r>
        <w:rPr>
          <w:b/>
        </w:rPr>
        <w:t xml:space="preserve">[35:29] </w:t>
      </w:r>
      <w:r>
        <w:t>to kya aap is ka intezar kar rahe hain ke Khuda khud zahir ho kar bataye? to Khuda</w:t>
      </w:r>
    </w:p>
    <w:p>
      <w:pPr>
        <w:jc w:val="right"/>
      </w:pPr>
      <w:r>
        <w:t>تو کیا آپ اس کا انتظار کر رہے ہیں کہ خدا خود ظاہر ہو کر بتائے؟ تو خدا</w:t>
      </w:r>
    </w:p>
    <w:p>
      <w:r>
        <w:rPr>
          <w:b/>
        </w:rPr>
        <w:t xml:space="preserve">[35:36] </w:t>
      </w:r>
      <w:r>
        <w:t>agar zahir ho kar khud batayega to aap bhi discreet ho jayenge.</w:t>
      </w:r>
    </w:p>
    <w:p>
      <w:pPr>
        <w:jc w:val="right"/>
      </w:pPr>
      <w:r>
        <w:t>اگر ظاہر ہو کر خود بتائے گا تو آپ بھی discreet ہو جائیں گے۔</w:t>
      </w:r>
    </w:p>
    <w:p>
      <w:r>
        <w:rPr>
          <w:b/>
        </w:rPr>
        <w:t xml:space="preserve">[35:42] </w:t>
      </w:r>
      <w:r>
        <w:t>yani ek wo logon ko jinho ne ke is se kuch lesson le liya, wo bhatakte rahe phir</w:t>
      </w:r>
    </w:p>
    <w:p>
      <w:pPr>
        <w:jc w:val="right"/>
      </w:pPr>
      <w:r>
        <w:t>یعنی ایک وہ لوگوں کو جنہوں نے کہ اس سے کچھ lesson لے لیا، وہ بھٹکتے رہے پھر</w:t>
      </w:r>
    </w:p>
    <w:p>
      <w:r>
        <w:rPr>
          <w:b/>
        </w:rPr>
        <w:t xml:space="preserve">[35:50] </w:t>
      </w:r>
      <w:r>
        <w:t>bhi.</w:t>
      </w:r>
    </w:p>
    <w:p>
      <w:pPr>
        <w:jc w:val="right"/>
      </w:pPr>
      <w:r>
        <w:t>بھی۔</w:t>
      </w:r>
    </w:p>
    <w:p>
      <w:r>
        <w:rPr>
          <w:b/>
        </w:rPr>
        <w:t xml:space="preserve">[35:52] </w:t>
      </w:r>
      <w:r>
        <w:t>dusre wo log bhi honge jinho ne jinho ne batane mein batane ka kaam karna nahi kiya.</w:t>
      </w:r>
    </w:p>
    <w:p>
      <w:pPr>
        <w:jc w:val="right"/>
      </w:pPr>
      <w:r>
        <w:t>دوسرے وہ لوگ بھی ہوں گے جنہوں نے جنہوں نے بتانے میں بتانے کا کام کرنا نہیں کیا۔</w:t>
      </w:r>
    </w:p>
    <w:p>
      <w:r>
        <w:rPr>
          <w:b/>
        </w:rPr>
        <w:t xml:space="preserve">[35:59] </w:t>
      </w:r>
      <w:r>
        <w:t>jinho ne batane ka kaam karna tha, wo batane ka kaam nahi kiya.</w:t>
      </w:r>
    </w:p>
    <w:p>
      <w:pPr>
        <w:jc w:val="right"/>
      </w:pPr>
      <w:r>
        <w:t>جنہوں نے بتانے کا کام کرنا تھا، وہ بتانے کا کام نہیں کیا۔</w:t>
      </w:r>
    </w:p>
    <w:p>
      <w:r>
        <w:rPr>
          <w:b/>
        </w:rPr>
        <w:t xml:space="preserve">[36:05] </w:t>
      </w:r>
      <w:r>
        <w:t>to is ka unhein bhugtna padega.</w:t>
      </w:r>
    </w:p>
    <w:p>
      <w:pPr>
        <w:jc w:val="right"/>
      </w:pPr>
      <w:r>
        <w:t>تو اس کا انہیں بھگتنا پڑے گا۔</w:t>
      </w:r>
    </w:p>
    <w:p>
      <w:r>
        <w:rPr>
          <w:b/>
        </w:rPr>
        <w:t xml:space="preserve">[36:08] </w:t>
      </w:r>
      <w:r>
        <w:t>jinho ne nahi mana, ek to wo log hain.</w:t>
      </w:r>
    </w:p>
    <w:p>
      <w:pPr>
        <w:jc w:val="right"/>
      </w:pPr>
      <w:r>
        <w:t>جنہوں نے نہیں مانا، ایک تو وہ لوگ ہیں۔</w:t>
      </w:r>
    </w:p>
    <w:p>
      <w:r>
        <w:rPr>
          <w:b/>
        </w:rPr>
        <w:t xml:space="preserve">[36:12] </w:t>
      </w:r>
      <w:r>
        <w:t>aur jin logon ne nahi pahunchaya, unhein bhi Khuda ke haan pakda jayega ke tum ne pahunchaya</w:t>
      </w:r>
    </w:p>
    <w:p>
      <w:pPr>
        <w:jc w:val="right"/>
      </w:pPr>
      <w:r>
        <w:t>اور جن لوگوں نے نہیں پہنچایا، انہیں بھی خدا کے ہاں پکڑا جائے گا کہ تم نے پہنچایا</w:t>
      </w:r>
    </w:p>
    <w:p>
      <w:r>
        <w:rPr>
          <w:b/>
        </w:rPr>
        <w:t xml:space="preserve">[36:19] </w:t>
      </w:r>
      <w:r>
        <w:t>kyun nahi.</w:t>
      </w:r>
    </w:p>
    <w:p>
      <w:pPr>
        <w:jc w:val="right"/>
      </w:pPr>
      <w:r>
        <w:t>کیوں نہیں۔</w:t>
      </w:r>
    </w:p>
    <w:p>
      <w:r>
        <w:rPr>
          <w:b/>
        </w:rPr>
        <w:t xml:space="preserve">[36:21] </w:t>
      </w:r>
      <w:r>
        <w:t>un ko follow na karne ka agar milega punishment to jo logon ne pahunchaya nahi hai, wo</w:t>
      </w:r>
    </w:p>
    <w:p>
      <w:pPr>
        <w:jc w:val="right"/>
      </w:pPr>
      <w:r>
        <w:t>ان کو follow نہ کرنے کا اگر ملے گا punishment تو جو لوگوں نے پہنچایا نہیں ہے، وہ</w:t>
      </w:r>
    </w:p>
    <w:p>
      <w:r>
        <w:rPr>
          <w:b/>
        </w:rPr>
        <w:t xml:space="preserve">[36:29] </w:t>
      </w:r>
      <w:r>
        <w:t>bhi bachenge nahi.</w:t>
      </w:r>
    </w:p>
    <w:p>
      <w:pPr>
        <w:jc w:val="right"/>
      </w:pPr>
      <w:r>
        <w:t>بھی بچیں گے نہیں۔</w:t>
      </w:r>
    </w:p>
    <w:p>
      <w:r>
        <w:rPr>
          <w:b/>
        </w:rPr>
        <w:t xml:space="preserve">[36:30] </w:t>
      </w:r>
      <w:r>
        <w:t>wo safe side pe nahi hain wo.</w:t>
      </w:r>
    </w:p>
    <w:p>
      <w:pPr>
        <w:jc w:val="right"/>
      </w:pPr>
      <w:r>
        <w:t>وہ safe side پہ نہیں ہیں وہ۔</w:t>
      </w:r>
    </w:p>
    <w:p>
      <w:r>
        <w:rPr>
          <w:b/>
        </w:rPr>
        <w:t xml:space="preserve">[36:33] </w:t>
      </w:r>
      <w:r>
        <w:t>to yaad rakhiye, time bohat hi kam hai, bohat hi kam hai, bohat hi kam hai.</w:t>
      </w:r>
    </w:p>
    <w:p>
      <w:pPr>
        <w:jc w:val="right"/>
      </w:pPr>
      <w:r>
        <w:t>تو یاد رکھیے، ٹائم بہت ہی کم ہے، بہت ہی کم ہے، بہت ہی کم ہے۔</w:t>
      </w:r>
    </w:p>
    <w:p>
      <w:r>
        <w:rPr>
          <w:b/>
        </w:rPr>
        <w:t xml:space="preserve">[36:40] </w:t>
      </w:r>
      <w:r>
        <w:t>bohat hi kam hai time.</w:t>
      </w:r>
    </w:p>
    <w:p>
      <w:pPr>
        <w:jc w:val="right"/>
      </w:pPr>
      <w:r>
        <w:t>بہت ہی کم ہے ٹائم۔</w:t>
      </w:r>
    </w:p>
    <w:p>
      <w:r>
        <w:rPr>
          <w:b/>
        </w:rPr>
        <w:t xml:space="preserve">[36:42] </w:t>
      </w:r>
      <w:r>
        <w:t>yani quran ke lehaz se aap dekhiye, rasool Allah ne jo main ne khwab bataya aap ko, rasool</w:t>
      </w:r>
    </w:p>
    <w:p>
      <w:pPr>
        <w:jc w:val="right"/>
      </w:pPr>
      <w:r>
        <w:t>یعنی قرآن کے لحاظ سے آپ دیکھیں، رسول اللہ نے جو میں نے خواب بتایا آپ کو، رسول</w:t>
      </w:r>
    </w:p>
    <w:p>
      <w:r>
        <w:rPr>
          <w:b/>
        </w:rPr>
        <w:t xml:space="preserve">[36:50] </w:t>
      </w:r>
      <w:r>
        <w:t>Allah ka, to aap ne kaha tha ke qayamat ab itni qareeb aa chuki hai jaise meri do</w:t>
      </w:r>
    </w:p>
    <w:p>
      <w:pPr>
        <w:jc w:val="right"/>
      </w:pPr>
      <w:r>
        <w:t>اللہ کا، تو آپ نے کہا تھا کہ قیامت اب اتنی قریب آ چکی ہے جیسے میری دو</w:t>
      </w:r>
    </w:p>
    <w:p>
      <w:r>
        <w:rPr>
          <w:b/>
        </w:rPr>
        <w:t xml:space="preserve">[36:58] </w:t>
      </w:r>
      <w:r>
        <w:t>ungliyan, do ungliyan itne qareeb aa chuki hain.</w:t>
      </w:r>
    </w:p>
    <w:p>
      <w:pPr>
        <w:jc w:val="right"/>
      </w:pPr>
      <w:r>
        <w:t>انگلیاں، دو انگلیاں اتنے قریب آ چکی ہیں۔</w:t>
      </w:r>
    </w:p>
    <w:p>
      <w:r>
        <w:rPr>
          <w:b/>
        </w:rPr>
        <w:t xml:space="preserve">[37:01] </w:t>
      </w:r>
      <w:r>
        <w:t>to main samajhta hoon ke aaj kal ke halaat ko aap dekhiye, jo falsafa, jo philosophy chalai gayi,</w:t>
      </w:r>
    </w:p>
    <w:p>
      <w:pPr>
        <w:jc w:val="right"/>
      </w:pPr>
      <w:r>
        <w:t>تو میں سمجھتا ہوں کہ آج کل کے حالات کو آپ دیکھیے، جو فلسفہ، جو فلاسفی چلائی گئی،</w:t>
      </w:r>
    </w:p>
    <w:p>
      <w:r>
        <w:rPr>
          <w:b/>
        </w:rPr>
        <w:t xml:space="preserve">[37:09] </w:t>
      </w:r>
      <w:r>
        <w:t>entertainment aur enjoy ki philosophy, to insan itna zyada is mein door ja chuka hai ke ab woh</w:t>
      </w:r>
    </w:p>
    <w:p>
      <w:pPr>
        <w:jc w:val="right"/>
      </w:pPr>
      <w:r>
        <w:t>انٹرٹینمنٹ اور انجوائے کی فلاسفی، تو انسان اتنا زیادہ اس میں دور جا چکا ہے کہ اب وہ</w:t>
      </w:r>
    </w:p>
    <w:p>
      <w:r>
        <w:rPr>
          <w:b/>
        </w:rPr>
        <w:t xml:space="preserve">[37:17] </w:t>
      </w:r>
      <w:r>
        <w:t>waqt aa gaya hai ke wa la yalid o illa fajir an kaffara jo paida hota hai, waise hi waise hi</w:t>
      </w:r>
    </w:p>
    <w:p>
      <w:pPr>
        <w:jc w:val="right"/>
      </w:pPr>
      <w:r>
        <w:t>وقت آ گیا ہے کہ ولا یلدو الا فادرا کفارا جو پیدا ہوتا ہے، ویسے ہی ویسے ہی</w:t>
      </w:r>
    </w:p>
    <w:p>
      <w:r>
        <w:rPr>
          <w:b/>
        </w:rPr>
        <w:t xml:space="preserve">[37:24] </w:t>
      </w:r>
      <w:r>
        <w:t>ban jata hai.</w:t>
      </w:r>
    </w:p>
    <w:p>
      <w:pPr>
        <w:jc w:val="right"/>
      </w:pPr>
      <w:r>
        <w:t>بن جاتا ہے۔</w:t>
      </w:r>
    </w:p>
    <w:p>
      <w:r>
        <w:rPr>
          <w:b/>
        </w:rPr>
        <w:t xml:space="preserve">[37:26] </w:t>
      </w:r>
      <w:r>
        <w:t>woh jab mahaul itna bigad chuka ho, jaisa ke aaj kal bigda hua hai, itna zyada bigad chuka</w:t>
      </w:r>
    </w:p>
    <w:p>
      <w:pPr>
        <w:jc w:val="right"/>
      </w:pPr>
      <w:r>
        <w:t>وہ جب ماحول اتنا بگڑ چکا ہو، جیسا کہ آج کل بگڑا ہوا ہے، اتنا زیادہ بگڑ چکا</w:t>
      </w:r>
    </w:p>
    <w:p>
      <w:r>
        <w:rPr>
          <w:b/>
        </w:rPr>
        <w:t xml:space="preserve">[37:34] </w:t>
      </w:r>
      <w:r>
        <w:t>ho, to jo paida hoga, woh bigdega.</w:t>
      </w:r>
    </w:p>
    <w:p>
      <w:pPr>
        <w:jc w:val="right"/>
      </w:pPr>
      <w:r>
        <w:t>ہو، تو جو پیدا ہوگا، وہ بگڑے گا۔</w:t>
      </w:r>
    </w:p>
    <w:p>
      <w:r>
        <w:rPr>
          <w:b/>
        </w:rPr>
        <w:t xml:space="preserve">[37:37] </w:t>
      </w:r>
      <w:r>
        <w:t>jo paida hoga, bigdega.</w:t>
      </w:r>
    </w:p>
    <w:p>
      <w:pPr>
        <w:jc w:val="right"/>
      </w:pPr>
      <w:r>
        <w:t>جو پیدا ہوگا، بگڑے گا۔</w:t>
      </w:r>
    </w:p>
    <w:p>
      <w:r>
        <w:rPr>
          <w:b/>
        </w:rPr>
        <w:t xml:space="preserve">[37:39] </w:t>
      </w:r>
      <w:r>
        <w:t>aap kya karenge is ko? aap apni companiyan band kar ke nahi reh sakte.</w:t>
      </w:r>
    </w:p>
    <w:p>
      <w:pPr>
        <w:jc w:val="right"/>
      </w:pPr>
      <w:r>
        <w:t>آپ کیا کریں گے اس کو؟ آپ اپنی کمپنیاں بند کر کے نہیں رہ سکتے۔</w:t>
      </w:r>
    </w:p>
    <w:p>
      <w:r>
        <w:rPr>
          <w:b/>
        </w:rPr>
        <w:t xml:space="preserve">[37:46] </w:t>
      </w:r>
      <w:r>
        <w:t>aap poori society kharab ho gayi, saare institutions kharab ho gaye.</w:t>
      </w:r>
    </w:p>
    <w:p>
      <w:pPr>
        <w:jc w:val="right"/>
      </w:pPr>
      <w:r>
        <w:t>آپ پوری سوسائٹی خراب ہو گئی، سارے انسٹیٹیوشنز خراب ہو گئے۔</w:t>
      </w:r>
    </w:p>
    <w:p>
      <w:r>
        <w:rPr>
          <w:b/>
        </w:rPr>
        <w:t xml:space="preserve">[37:50] </w:t>
      </w:r>
      <w:r>
        <w:t>jahan aadmi jata hai, wahan bhi us ko dajjal ki awaz sunai deti hai.</w:t>
      </w:r>
    </w:p>
    <w:p>
      <w:pPr>
        <w:jc w:val="right"/>
      </w:pPr>
      <w:r>
        <w:t>جہاں آدمی جاتا ہے، وہاں بھی اس کو دجال کی آواز سنائی دیتی ہے۔</w:t>
      </w:r>
    </w:p>
    <w:p>
      <w:r>
        <w:rPr>
          <w:b/>
        </w:rPr>
        <w:t xml:space="preserve">[37:56] </w:t>
      </w:r>
      <w:r>
        <w:t>yeh halat hai.</w:t>
      </w:r>
    </w:p>
    <w:p>
      <w:pPr>
        <w:jc w:val="right"/>
      </w:pPr>
      <w:r>
        <w:t>یہ حالت ہے۔</w:t>
      </w:r>
    </w:p>
    <w:p>
      <w:r>
        <w:rPr>
          <w:b/>
        </w:rPr>
        <w:t xml:space="preserve">[37:58] </w:t>
      </w:r>
      <w:r>
        <w:t>main apne bare mein arz karoon ke main ne radio sunna shuru kiya tha, ghaliban yani 1967 se,</w:t>
      </w:r>
    </w:p>
    <w:p>
      <w:pPr>
        <w:jc w:val="right"/>
      </w:pPr>
      <w:r>
        <w:t>میں اپنے بارے میں عرض کروں کہ میں نے ریڈیو سننا شروع کیا تھا، غالباً یعنی 1967 سے،</w:t>
      </w:r>
    </w:p>
    <w:p>
      <w:r>
        <w:rPr>
          <w:b/>
        </w:rPr>
        <w:t xml:space="preserve">[38:06] </w:t>
      </w:r>
      <w:r>
        <w:t>1967 radio.</w:t>
      </w:r>
    </w:p>
    <w:p>
      <w:pPr>
        <w:jc w:val="right"/>
      </w:pPr>
      <w:r>
        <w:t>1967 ریڈیو۔</w:t>
      </w:r>
    </w:p>
    <w:p>
      <w:r>
        <w:rPr>
          <w:b/>
        </w:rPr>
        <w:t xml:space="preserve">[38:07] </w:t>
      </w:r>
      <w:r>
        <w:t>main TV nahi dekhta, radio sunta hoon.</w:t>
      </w:r>
    </w:p>
    <w:p>
      <w:pPr>
        <w:jc w:val="right"/>
      </w:pPr>
      <w:r>
        <w:t>میں ٹی وی نہیں دیکھتا، ریڈیو سنتا ہوں۔</w:t>
      </w:r>
    </w:p>
    <w:p>
      <w:r>
        <w:rPr>
          <w:b/>
        </w:rPr>
        <w:t xml:space="preserve">[38:10] </w:t>
      </w:r>
      <w:r>
        <w:t>67 mein radio jo tha, ek bohat hi achhe achhe program hote the, sun kar achha lagta tha.</w:t>
      </w:r>
    </w:p>
    <w:p>
      <w:pPr>
        <w:jc w:val="right"/>
      </w:pPr>
      <w:r>
        <w:t>67 میں ریڈیو جو تھا، ایک بہت ہی اچھے اچھے پروگرام ہوتے تھے، سن کر اچھا لگتا تھا۔</w:t>
      </w:r>
    </w:p>
    <w:p>
      <w:r>
        <w:rPr>
          <w:b/>
        </w:rPr>
        <w:t xml:space="preserve">[38:18] </w:t>
      </w:r>
      <w:r>
        <w:t>yahan tak gaane bhi achhe hote the zamane mein.</w:t>
      </w:r>
    </w:p>
    <w:p>
      <w:pPr>
        <w:jc w:val="right"/>
      </w:pPr>
      <w:r>
        <w:t>یہاں تک گانے بھی اچھے ہوتے تھے زمانے میں۔</w:t>
      </w:r>
    </w:p>
    <w:p>
      <w:r>
        <w:rPr>
          <w:b/>
        </w:rPr>
        <w:t xml:space="preserve">[38:22] </w:t>
      </w:r>
      <w:r>
        <w:t>ab to news bhi sunne ka jee nahi chahta.</w:t>
      </w:r>
    </w:p>
    <w:p>
      <w:pPr>
        <w:jc w:val="right"/>
      </w:pPr>
      <w:r>
        <w:t>اب تو نیوز بھی سننے کا جی نہیں چاہتا۔</w:t>
      </w:r>
    </w:p>
    <w:p>
      <w:r>
        <w:rPr>
          <w:b/>
        </w:rPr>
        <w:t xml:space="preserve">[38:26] </w:t>
      </w:r>
      <w:r>
        <w:t>itne zyada yani third class ke program aate hain.</w:t>
      </w:r>
    </w:p>
    <w:p>
      <w:pPr>
        <w:jc w:val="right"/>
      </w:pPr>
      <w:r>
        <w:t>اتنے زیادہ یعنی تھرڈ کلاس کے پروگرام آتے ہیں۔</w:t>
      </w:r>
    </w:p>
    <w:p>
      <w:r>
        <w:rPr>
          <w:b/>
        </w:rPr>
        <w:t xml:space="preserve">[38:30] </w:t>
      </w:r>
      <w:r>
        <w:t>yani har cheez third class ki.</w:t>
      </w:r>
    </w:p>
    <w:p>
      <w:pPr>
        <w:jc w:val="right"/>
      </w:pPr>
      <w:r>
        <w:t>یعنی ہر چیز تھرڈ کلاس کی۔</w:t>
      </w:r>
    </w:p>
    <w:p>
      <w:r>
        <w:rPr>
          <w:b/>
        </w:rPr>
        <w:t xml:space="preserve">[38:32] </w:t>
      </w:r>
      <w:r>
        <w:t>news ka bhi standard third class ka, program sab third class ke.</w:t>
      </w:r>
    </w:p>
    <w:p>
      <w:pPr>
        <w:jc w:val="right"/>
      </w:pPr>
      <w:r>
        <w:t>نیوز کا بھی اسٹینڈرڈ تھرڈ کلاس کا، پروگرام سب تھرڈ کلاس کے۔</w:t>
      </w:r>
    </w:p>
    <w:p>
      <w:r>
        <w:rPr>
          <w:b/>
        </w:rPr>
        <w:t xml:space="preserve">[38:37] </w:t>
      </w:r>
      <w:r>
        <w:t>har cheez third class ki hoti hai.</w:t>
      </w:r>
    </w:p>
    <w:p>
      <w:pPr>
        <w:jc w:val="right"/>
      </w:pPr>
      <w:r>
        <w:t>ہر چیز تھرڈ کلاس کی ہوتی ہے۔</w:t>
      </w:r>
    </w:p>
    <w:p>
      <w:r>
        <w:rPr>
          <w:b/>
        </w:rPr>
        <w:t xml:space="preserve">[38:40] </w:t>
      </w:r>
      <w:r>
        <w:t>itni girawat aai hai, itni girawat aai hai.</w:t>
      </w:r>
    </w:p>
    <w:p>
      <w:pPr>
        <w:jc w:val="right"/>
      </w:pPr>
      <w:r>
        <w:t>اتنی گراوٹ آئی ہے، اتنی گراوٹ آئی ہے۔</w:t>
      </w:r>
    </w:p>
    <w:p>
      <w:r>
        <w:rPr>
          <w:b/>
        </w:rPr>
        <w:t xml:space="preserve">[38:44] </w:t>
      </w:r>
      <w:r>
        <w:t>to isi mahol mein log paida ho rahe hain, isi mahol mein jee rahe hain, isi mahol mein</w:t>
      </w:r>
    </w:p>
    <w:p>
      <w:pPr>
        <w:jc w:val="right"/>
      </w:pPr>
      <w:r>
        <w:t>تو اسی ماحول میں لوگ پیدا ہو رہے ہیں، اسی ماحول میں جی رہے ہیں، اسی ماحول میں</w:t>
      </w:r>
    </w:p>
    <w:p>
      <w:r>
        <w:rPr>
          <w:b/>
        </w:rPr>
        <w:t xml:space="preserve">[38:52] </w:t>
      </w:r>
      <w:r>
        <w:t>saans le rahe hain.</w:t>
      </w:r>
    </w:p>
    <w:p>
      <w:pPr>
        <w:jc w:val="right"/>
      </w:pPr>
      <w:r>
        <w:t>سانس لے رہے ہیں۔</w:t>
      </w:r>
    </w:p>
    <w:p>
      <w:r>
        <w:rPr>
          <w:b/>
        </w:rPr>
        <w:t xml:space="preserve">[38:53] </w:t>
      </w:r>
      <w:r>
        <w:t>yeh jo aata hai hadith mein ke ke yaajooj maajooj sari dunya ka pani pee jayenge, to</w:t>
      </w:r>
    </w:p>
    <w:p>
      <w:pPr>
        <w:jc w:val="right"/>
      </w:pPr>
      <w:r>
        <w:t>یہ جو آتا ہے حدیث میں کہ کہ یاجوج ماجوج ساری دنیا کا پانی پی جائیں گے، تو</w:t>
      </w:r>
    </w:p>
    <w:p>
      <w:r>
        <w:rPr>
          <w:b/>
        </w:rPr>
        <w:t xml:space="preserve">[39:01] </w:t>
      </w:r>
      <w:r>
        <w:t>log samajhte hain ke koi anokhi cheez hogi ke sach much hi pee jayegi sari dunya ka</w:t>
      </w:r>
    </w:p>
    <w:p>
      <w:pPr>
        <w:jc w:val="right"/>
      </w:pPr>
      <w:r>
        <w:t>لوگ سمجھتے ہیں کہ کوئی انوکھی چیز ہوگی کہ سچ مچ ہی پی جائے گی ساری دنیا کا</w:t>
      </w:r>
    </w:p>
    <w:p>
      <w:r>
        <w:rPr>
          <w:b/>
        </w:rPr>
        <w:t xml:space="preserve">[39:09] </w:t>
      </w:r>
      <w:r>
        <w:t>pani.</w:t>
      </w:r>
    </w:p>
    <w:p>
      <w:pPr>
        <w:jc w:val="right"/>
      </w:pPr>
      <w:r>
        <w:t>پانی۔</w:t>
      </w:r>
    </w:p>
    <w:p>
      <w:r>
        <w:rPr>
          <w:b/>
        </w:rPr>
        <w:t xml:space="preserve">[39:10] </w:t>
      </w:r>
      <w:r>
        <w:t>yeh matlab nahi hai iska.</w:t>
      </w:r>
    </w:p>
    <w:p>
      <w:pPr>
        <w:jc w:val="right"/>
      </w:pPr>
      <w:r>
        <w:t>یہ مطلب نہیں ہے اس کا۔</w:t>
      </w:r>
    </w:p>
    <w:p>
      <w:r>
        <w:rPr>
          <w:b/>
        </w:rPr>
        <w:t xml:space="preserve">[39:13] </w:t>
      </w:r>
      <w:r>
        <w:t>pani ka matlab yeh hai ke woh jo jo jo civilization paida karenge, jo industry layenge,</w:t>
      </w:r>
    </w:p>
    <w:p>
      <w:pPr>
        <w:jc w:val="right"/>
      </w:pPr>
      <w:r>
        <w:t>پانی کا معنی یہ ہے کہ وہ جو جو جو civilization پیدا کریں گے، جو industry لائیں گے،</w:t>
      </w:r>
    </w:p>
    <w:p>
      <w:r>
        <w:rPr>
          <w:b/>
        </w:rPr>
        <w:t xml:space="preserve">[39:21] </w:t>
      </w:r>
      <w:r>
        <w:t>is ki wajah se un ke liye possible ho jayega ke jo economic sources hain dunya bhar</w:t>
      </w:r>
    </w:p>
    <w:p>
      <w:pPr>
        <w:jc w:val="right"/>
      </w:pPr>
      <w:r>
        <w:t>اس کی وجہ سے ان کے لیے possible ہو جائے گا کہ جو economic sources ہیں دنیا بھر</w:t>
      </w:r>
    </w:p>
    <w:p>
      <w:r>
        <w:rPr>
          <w:b/>
        </w:rPr>
        <w:t xml:space="preserve">[39:28] </w:t>
      </w:r>
      <w:r>
        <w:t>mein, is ko exploit kar sake.</w:t>
      </w:r>
    </w:p>
    <w:p>
      <w:pPr>
        <w:jc w:val="right"/>
      </w:pPr>
      <w:r>
        <w:t>میں، اس کو exploit کر سکے۔</w:t>
      </w:r>
    </w:p>
    <w:p>
      <w:r>
        <w:rPr>
          <w:b/>
        </w:rPr>
        <w:t xml:space="preserve">[39:31] </w:t>
      </w:r>
      <w:r>
        <w:t>woh is ko exploit kar sake.</w:t>
      </w:r>
    </w:p>
    <w:p>
      <w:pPr>
        <w:jc w:val="right"/>
      </w:pPr>
      <w:r>
        <w:t>وہ اس کو exploit کر سکے۔</w:t>
      </w:r>
    </w:p>
    <w:p>
      <w:r>
        <w:rPr>
          <w:b/>
        </w:rPr>
        <w:t xml:space="preserve">[39:33] </w:t>
      </w:r>
      <w:r>
        <w:t>woh woh economic exploitation ke sense mein hai na ke ke sara pani pee jayenge.</w:t>
      </w:r>
    </w:p>
    <w:p>
      <w:pPr>
        <w:jc w:val="right"/>
      </w:pPr>
      <w:r>
        <w:t>وہ وہ economic exploitation کے sense میں ہے نہ کہ کہ سارا پانی پی جائیں گے۔</w:t>
      </w:r>
    </w:p>
    <w:p>
      <w:r>
        <w:rPr>
          <w:b/>
        </w:rPr>
        <w:t xml:space="preserve">[39:40] </w:t>
      </w:r>
      <w:r>
        <w:t>woh sab kya hua in logon ne? zahir hai ke jab unhon ne nai cheezon ko discover kiya,</w:t>
      </w:r>
    </w:p>
    <w:p>
      <w:pPr>
        <w:jc w:val="right"/>
      </w:pPr>
      <w:r>
        <w:t>وہ سب کیا ہوا ان لوگوں نے؟ ظاہر ہے کہ جب انہوں نے نئی چیزوں کو discover کیا،</w:t>
      </w:r>
    </w:p>
    <w:p>
      <w:r>
        <w:rPr>
          <w:b/>
        </w:rPr>
        <w:t xml:space="preserve">[39:48] </w:t>
      </w:r>
      <w:r>
        <w:t>nai technology paida ki, to zahir hai woh karenge is ko exploit karenge.</w:t>
      </w:r>
    </w:p>
    <w:p>
      <w:pPr>
        <w:jc w:val="right"/>
      </w:pPr>
      <w:r>
        <w:t>نئی ٹیکنالوجی پیدا کی، تو ظاہر ہے وہ کریں گے اس کو exploit کریں گے۔</w:t>
      </w:r>
    </w:p>
    <w:p>
      <w:r>
        <w:rPr>
          <w:b/>
        </w:rPr>
        <w:t xml:space="preserve">[39:54] </w:t>
      </w:r>
      <w:r>
        <w:t>woh to woh jo hai ke sari dunya ka pani pee jayenge, to woh literal sense mein</w:t>
      </w:r>
    </w:p>
    <w:p>
      <w:pPr>
        <w:jc w:val="right"/>
      </w:pPr>
      <w:r>
        <w:t>وہ تو وہ جو ہے کہ ساری دنیا کا پانی پی جائیں گے، تو وہ literal sense میں</w:t>
      </w:r>
    </w:p>
    <w:p>
      <w:r>
        <w:rPr>
          <w:b/>
        </w:rPr>
        <w:t xml:space="preserve">[40:02]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[40:04] </w:t>
      </w:r>
      <w:r>
        <w:t>woh isi sense mein hai ke un ko economic exploitation ke naye naye woh un ke hath mein</w:t>
      </w:r>
    </w:p>
    <w:p>
      <w:pPr>
        <w:jc w:val="right"/>
      </w:pPr>
      <w:r>
        <w:t>وہ اسی sense میں ہے کہ ان کو economic exploitation کے نئے نئے وہ ان کے ہاتھ میں</w:t>
      </w:r>
    </w:p>
    <w:p>
      <w:r>
        <w:rPr>
          <w:b/>
        </w:rPr>
        <w:t xml:space="preserve">[40:11] </w:t>
      </w:r>
      <w:r>
        <w:t>aa jayenge.</w:t>
      </w:r>
    </w:p>
    <w:p>
      <w:pPr>
        <w:jc w:val="right"/>
      </w:pPr>
      <w:r>
        <w:t>آ جائیں گے۔</w:t>
      </w:r>
    </w:p>
    <w:p>
      <w:r>
        <w:rPr>
          <w:b/>
        </w:rPr>
        <w:t xml:space="preserve">[40:13] </w:t>
      </w:r>
      <w:r>
        <w:t>naye naye tareeqe, naye naye zariye.</w:t>
      </w:r>
    </w:p>
    <w:p>
      <w:pPr>
        <w:jc w:val="right"/>
      </w:pPr>
      <w:r>
        <w:t>نئے نئے طریقے، نئے نئے ذریعے۔</w:t>
      </w:r>
    </w:p>
    <w:p>
      <w:r>
        <w:rPr>
          <w:b/>
        </w:rPr>
        <w:t xml:space="preserve">[40:15] </w:t>
      </w:r>
      <w:r>
        <w:t>to sari dunya ko woh exploit karenge is sense mein.</w:t>
      </w:r>
    </w:p>
    <w:p>
      <w:pPr>
        <w:jc w:val="right"/>
      </w:pPr>
      <w:r>
        <w:t>تو ساری دنیا کو وہ exploit کریں گے اس sense میں۔</w:t>
      </w:r>
    </w:p>
    <w:p>
      <w:r>
        <w:rPr>
          <w:b/>
        </w:rPr>
        <w:t xml:space="preserve">[40:20] </w:t>
      </w:r>
      <w:r>
        <w:t>woh kya unhon ne? lekin kar ke unhon ne ek positive aspect is ka hai.</w:t>
      </w:r>
    </w:p>
    <w:p>
      <w:pPr>
        <w:jc w:val="right"/>
      </w:pPr>
      <w:r>
        <w:t>وہ کیا انہوں نے؟ لیکن کر کے انہوں نے ایک positive aspect اس کا ہے۔</w:t>
      </w:r>
    </w:p>
    <w:p>
      <w:r>
        <w:rPr>
          <w:b/>
        </w:rPr>
        <w:t xml:space="preserve">[40:27] </w:t>
      </w:r>
      <w:r>
        <w:t>positive aspect yeh hai ke unhon ne nature mein jo jo khuda ke science chhupe hue the, khol</w:t>
      </w:r>
    </w:p>
    <w:p>
      <w:pPr>
        <w:jc w:val="right"/>
      </w:pPr>
      <w:r>
        <w:t>Positive aspect یہ ہے کہ انہوں نے nature میں جو جو خدا کے سائنس چھپے ہوئے تھے، کھول</w:t>
      </w:r>
    </w:p>
    <w:p>
      <w:r>
        <w:rPr>
          <w:b/>
        </w:rPr>
        <w:t xml:space="preserve">[40:34] </w:t>
      </w:r>
      <w:r>
        <w:t>diya is ko.</w:t>
      </w:r>
    </w:p>
    <w:p>
      <w:pPr>
        <w:jc w:val="right"/>
      </w:pPr>
      <w:r>
        <w:t>دیا اس کو۔</w:t>
      </w:r>
    </w:p>
    <w:p>
      <w:r>
        <w:rPr>
          <w:b/>
        </w:rPr>
        <w:t xml:space="preserve">[40:36] </w:t>
      </w:r>
      <w:r>
        <w:t>is ko khol diya.</w:t>
      </w:r>
    </w:p>
    <w:p>
      <w:pPr>
        <w:jc w:val="right"/>
      </w:pPr>
      <w:r>
        <w:t>اس کو کھول دیا۔</w:t>
      </w:r>
    </w:p>
    <w:p>
      <w:r>
        <w:rPr>
          <w:b/>
        </w:rPr>
        <w:t xml:space="preserve">[40:37] </w:t>
      </w:r>
      <w:r>
        <w:t>jaise misaal ke taur par unhon ne pani ko convert kiya aur steam engine, steam power banaya.</w:t>
      </w:r>
    </w:p>
    <w:p>
      <w:pPr>
        <w:jc w:val="right"/>
      </w:pPr>
      <w:r>
        <w:t>جیسے مثال کے طور پر انہوں نے پانی کو convert کیا اور steam انجین، steam power بنایا۔</w:t>
      </w:r>
    </w:p>
    <w:p>
      <w:r>
        <w:rPr>
          <w:b/>
        </w:rPr>
        <w:t xml:space="preserve">[40:45] </w:t>
      </w:r>
      <w:r>
        <w:t>pani ko convert kar ke steam power banaya.</w:t>
      </w:r>
    </w:p>
    <w:p>
      <w:pPr>
        <w:jc w:val="right"/>
      </w:pPr>
      <w:r>
        <w:t>پانی کو convert کر کے steam power بنایا۔</w:t>
      </w:r>
    </w:p>
    <w:p>
      <w:r>
        <w:rPr>
          <w:b/>
        </w:rPr>
        <w:t xml:space="preserve">[40:48] </w:t>
      </w:r>
      <w:r>
        <w:t>steam power bana kar ke steam ship banaye.</w:t>
      </w:r>
    </w:p>
    <w:p>
      <w:pPr>
        <w:jc w:val="right"/>
      </w:pPr>
      <w:r>
        <w:t>Steam power بنا کر کے steam ship بنائے۔</w:t>
      </w:r>
    </w:p>
    <w:p>
      <w:r>
        <w:rPr>
          <w:b/>
        </w:rPr>
        <w:t xml:space="preserve">[40:52] </w:t>
      </w:r>
      <w:r>
        <w:t>aur sari dunya mein un ke jahaz dorne lage.</w:t>
      </w:r>
    </w:p>
    <w:p>
      <w:pPr>
        <w:jc w:val="right"/>
      </w:pPr>
      <w:r>
        <w:t>اور ساری دنیا میں ان کے جہاز دوڑنے لگے۔</w:t>
      </w:r>
    </w:p>
    <w:p>
      <w:r>
        <w:rPr>
          <w:b/>
        </w:rPr>
        <w:t xml:space="preserve">[40:55] </w:t>
      </w:r>
      <w:r>
        <w:t>pehle jahaz samundaron mein bohat nahin ja paate the, choti choti jagahon pe jaate the woh.</w:t>
      </w:r>
    </w:p>
    <w:p>
      <w:pPr>
        <w:jc w:val="right"/>
      </w:pPr>
      <w:r>
        <w:t>پہلے جہاز سمندروں میں بہت نہیں جا پاتے تھے، چھوٹی چھوٹی جگہوں پہ جاتے تھے وہ۔</w:t>
      </w:r>
    </w:p>
    <w:p>
      <w:r>
        <w:rPr>
          <w:b/>
        </w:rPr>
        <w:t xml:space="preserve">[41:02] </w:t>
      </w:r>
      <w:r>
        <w:t>kyun ke malla chalate the.</w:t>
      </w:r>
    </w:p>
    <w:p>
      <w:pPr>
        <w:jc w:val="right"/>
      </w:pPr>
      <w:r>
        <w:t>کیونکہ ملا چلاتے تھے۔</w:t>
      </w:r>
    </w:p>
    <w:p>
      <w:r>
        <w:rPr>
          <w:b/>
        </w:rPr>
        <w:t xml:space="preserve">[41:04] </w:t>
      </w:r>
      <w:r>
        <w:t>lekin ab jo un ke paas jab steam engine ban gaya, to un ke ship dorne lage sare</w:t>
      </w:r>
    </w:p>
    <w:p>
      <w:pPr>
        <w:jc w:val="right"/>
      </w:pPr>
      <w:r>
        <w:t>لیکن اب جو ان کے پاس جب steam انجن بن گیا، تو ان کے ship دوڑنے لگے سارے</w:t>
      </w:r>
    </w:p>
    <w:p>
      <w:r>
        <w:rPr>
          <w:b/>
        </w:rPr>
        <w:t xml:space="preserve">[41:12] </w:t>
      </w:r>
      <w:r>
        <w:t>samundaron mein har taraf.</w:t>
      </w:r>
    </w:p>
    <w:p>
      <w:pPr>
        <w:jc w:val="right"/>
      </w:pPr>
      <w:r>
        <w:t>سمندروں میں ہر طرف۔</w:t>
      </w:r>
    </w:p>
    <w:p>
      <w:r>
        <w:rPr>
          <w:b/>
        </w:rPr>
        <w:t xml:space="preserve">[41:13] </w:t>
      </w:r>
      <w:r>
        <w:t>to is mein unhon ne is ke power ko daryaft kar ke samandari jo yani business tha, us</w:t>
      </w:r>
    </w:p>
    <w:p>
      <w:pPr>
        <w:jc w:val="right"/>
      </w:pPr>
      <w:r>
        <w:t>تو اس میں انہوں نے اس کے power کو دریافت کر کے سمندری جو یعنی business تھا، اس</w:t>
      </w:r>
    </w:p>
    <w:p>
      <w:r>
        <w:rPr>
          <w:b/>
        </w:rPr>
        <w:t xml:space="preserve">[41:21] </w:t>
      </w:r>
      <w:r>
        <w:t>ko qabza kar liya unhon ne.</w:t>
      </w:r>
    </w:p>
    <w:p>
      <w:pPr>
        <w:jc w:val="right"/>
      </w:pPr>
      <w:r>
        <w:t>کو قبضہ کر لیا انہوں نے۔</w:t>
      </w:r>
    </w:p>
    <w:p>
      <w:r>
        <w:rPr>
          <w:b/>
        </w:rPr>
        <w:t xml:space="preserve">[41:24] </w:t>
      </w:r>
      <w:r>
        <w:t>lekin kitni aur bari baat is mein batai unhon ne.</w:t>
      </w:r>
    </w:p>
    <w:p>
      <w:pPr>
        <w:jc w:val="right"/>
      </w:pPr>
      <w:r>
        <w:t>لیکن کتنی اور بڑی بات اس میں بتائی انہوں نے۔</w:t>
      </w:r>
    </w:p>
    <w:p>
      <w:r>
        <w:rPr>
          <w:b/>
        </w:rPr>
        <w:t xml:space="preserve">[41:28] </w:t>
      </w:r>
      <w:r>
        <w:t>kitni bari baat.</w:t>
      </w:r>
    </w:p>
    <w:p>
      <w:pPr>
        <w:jc w:val="right"/>
      </w:pPr>
      <w:r>
        <w:t>کتنی بڑی بات۔</w:t>
      </w:r>
    </w:p>
    <w:p>
      <w:r>
        <w:rPr>
          <w:b/>
        </w:rPr>
        <w:t xml:space="preserve">[41:30] </w:t>
      </w:r>
      <w:r>
        <w:t>ke Khuda ne kis tarah se banaya hai pani ko.</w:t>
      </w:r>
    </w:p>
    <w:p>
      <w:pPr>
        <w:jc w:val="right"/>
      </w:pPr>
      <w:r>
        <w:t>کہ خدا نے کس طرح سے بنایا ہے پانی کو۔</w:t>
      </w:r>
    </w:p>
    <w:p>
      <w:r>
        <w:rPr>
          <w:b/>
        </w:rPr>
        <w:t xml:space="preserve">[41:34] </w:t>
      </w:r>
      <w:r>
        <w:t>yeh yeh unhon ne hum is se pehle jante nahin the.</w:t>
      </w:r>
    </w:p>
    <w:p>
      <w:pPr>
        <w:jc w:val="right"/>
      </w:pPr>
      <w:r>
        <w:t>یہ یہ انہوں نے ہم اس سے پہلے جانتے نہیں تھے۔</w:t>
      </w:r>
    </w:p>
    <w:p>
      <w:r>
        <w:rPr>
          <w:b/>
        </w:rPr>
        <w:t xml:space="preserve">[41:39] </w:t>
      </w:r>
      <w:r>
        <w:t>dunya janti nahin thi ke pani kaise banta hai.</w:t>
      </w:r>
    </w:p>
    <w:p>
      <w:pPr>
        <w:jc w:val="right"/>
      </w:pPr>
      <w:r>
        <w:t>دنیا جانتی نہیں تھی کہ پانی کیسے بنتا ہے۔</w:t>
      </w:r>
    </w:p>
    <w:p>
      <w:r>
        <w:rPr>
          <w:b/>
        </w:rPr>
        <w:t xml:space="preserve">[41:42] </w:t>
      </w:r>
      <w:r>
        <w:t>pani ka kya nizam hai.</w:t>
      </w:r>
    </w:p>
    <w:p>
      <w:pPr>
        <w:jc w:val="right"/>
      </w:pPr>
      <w:r>
        <w:t>پانی کا کیا نظام ہے۔</w:t>
      </w:r>
    </w:p>
    <w:p>
      <w:r>
        <w:rPr>
          <w:b/>
        </w:rPr>
        <w:t xml:space="preserve">[41:45] </w:t>
      </w:r>
      <w:r>
        <w:t>ke pani aap jante hain ke sab se zyada dunya mein pani hai samundaron mein.</w:t>
      </w:r>
    </w:p>
    <w:p>
      <w:pPr>
        <w:jc w:val="right"/>
      </w:pPr>
      <w:r>
        <w:t>کہ پانی آپ جانتے ہیں کہ سب سے زیادہ دنیا میں پانی ہے سمندروں میں۔</w:t>
      </w:r>
    </w:p>
    <w:p>
      <w:r>
        <w:rPr>
          <w:b/>
        </w:rPr>
        <w:t xml:space="preserve">[41:51] </w:t>
      </w:r>
      <w:r>
        <w:t>lekin is mein is ko is ka preservative ke taur par is mein namak mila hua hota hai.</w:t>
      </w:r>
    </w:p>
    <w:p>
      <w:pPr>
        <w:jc w:val="right"/>
      </w:pPr>
      <w:r>
        <w:t>لیکن اس میں اس کو اس کا preservative کے طور پر اس میں نمک ملا ہوا ہوتا ہے۔</w:t>
      </w:r>
    </w:p>
    <w:p>
      <w:r>
        <w:rPr>
          <w:b/>
        </w:rPr>
        <w:t xml:space="preserve">[41:59] </w:t>
      </w:r>
      <w:r>
        <w:t>ab namak wale pani ko aap istemal nahin kar sakte.</w:t>
      </w:r>
    </w:p>
    <w:p>
      <w:pPr>
        <w:jc w:val="right"/>
      </w:pPr>
      <w:r>
        <w:t>اب نمک والے پانی کو آپ استعمال نہیں کر سکتے۔</w:t>
      </w:r>
    </w:p>
    <w:p>
      <w:r>
        <w:rPr>
          <w:b/>
        </w:rPr>
        <w:t xml:space="preserve">[42:03] </w:t>
      </w:r>
      <w:r>
        <w:t>to kya hota hai ke suraj ki garmi parti hai.</w:t>
      </w:r>
    </w:p>
    <w:p>
      <w:pPr>
        <w:jc w:val="right"/>
      </w:pPr>
      <w:r>
        <w:t>تو کیا ہوتا ہے کہ سورج کی گرمی پڑتی ہے۔</w:t>
      </w:r>
    </w:p>
    <w:p>
      <w:r>
        <w:rPr>
          <w:b/>
        </w:rPr>
        <w:t xml:space="preserve">[42:07] </w:t>
      </w:r>
      <w:r>
        <w:t>ab bhap uthti hai.</w:t>
      </w:r>
    </w:p>
    <w:p>
      <w:pPr>
        <w:jc w:val="right"/>
      </w:pPr>
      <w:r>
        <w:t>اب بھاپ اٹھتی ہے۔</w:t>
      </w:r>
    </w:p>
    <w:p>
      <w:r>
        <w:rPr>
          <w:b/>
        </w:rPr>
        <w:t xml:space="preserve">[42:09] </w:t>
      </w:r>
      <w:r>
        <w:t>to pani jo hai woh heavy hai.</w:t>
      </w:r>
    </w:p>
    <w:p>
      <w:pPr>
        <w:jc w:val="right"/>
      </w:pPr>
      <w:r>
        <w:t>تو پانی جو ہے وہ heavy ہے۔</w:t>
      </w:r>
    </w:p>
    <w:p>
      <w:r>
        <w:rPr>
          <w:b/>
        </w:rPr>
        <w:t xml:space="preserve">[42:12] </w:t>
      </w:r>
      <w:r>
        <w:t>woh namak heavy hai.</w:t>
      </w:r>
    </w:p>
    <w:p>
      <w:pPr>
        <w:jc w:val="right"/>
      </w:pPr>
      <w:r>
        <w:t>وہ نمک heavy ہے۔</w:t>
      </w:r>
    </w:p>
    <w:p>
      <w:r>
        <w:rPr>
          <w:b/>
        </w:rPr>
        <w:t xml:space="preserve">[42:14] </w:t>
      </w:r>
      <w:r>
        <w:t>is wajah se namak neeche reh jata hai.</w:t>
      </w:r>
    </w:p>
    <w:p>
      <w:pPr>
        <w:jc w:val="right"/>
      </w:pPr>
      <w:r>
        <w:t>اس وجہ سے نمک نیچے رہ جاتا ہے۔</w:t>
      </w:r>
    </w:p>
    <w:p>
      <w:r>
        <w:rPr>
          <w:b/>
        </w:rPr>
        <w:t xml:space="preserve">[42:17] </w:t>
      </w:r>
      <w:r>
        <w:t>aur fresh water oopar chala jata hai.</w:t>
      </w:r>
    </w:p>
    <w:p>
      <w:pPr>
        <w:jc w:val="right"/>
      </w:pPr>
      <w:r>
        <w:t>اور fresh water اوپر چلا جاتا ہے۔</w:t>
      </w:r>
    </w:p>
    <w:p>
      <w:r>
        <w:rPr>
          <w:b/>
        </w:rPr>
        <w:t xml:space="preserve">[42:20] </w:t>
      </w:r>
      <w:r>
        <w:t>upar ja kar ke wahan par phir sari fiza mein yani fiza reyt ke particle se bhari hui</w:t>
      </w:r>
    </w:p>
    <w:p>
      <w:pPr>
        <w:jc w:val="right"/>
      </w:pPr>
      <w:r>
        <w:t>اوپر جا کر کے وہاں پر پھر ساری فضا میں یعنی فضا ریت کے particle سے بھری ہوئی</w:t>
      </w:r>
    </w:p>
    <w:p>
      <w:r>
        <w:rPr>
          <w:b/>
        </w:rPr>
        <w:t xml:space="preserve">[42:28] </w:t>
      </w:r>
      <w:r>
        <w:t>huye hai.</w:t>
      </w:r>
    </w:p>
    <w:p>
      <w:pPr>
        <w:jc w:val="right"/>
      </w:pPr>
      <w:r>
        <w:t>ہے۔</w:t>
      </w:r>
    </w:p>
    <w:p>
      <w:r>
        <w:rPr>
          <w:b/>
        </w:rPr>
        <w:t xml:space="preserve">[42:29] </w:t>
      </w:r>
      <w:r>
        <w:t>Phir wahan ja kar phir woh bojhal hota hai.</w:t>
      </w:r>
    </w:p>
    <w:p>
      <w:pPr>
        <w:jc w:val="right"/>
      </w:pPr>
      <w:r>
        <w:t>پھر وہاں جا کر پھر وہ بوجھل ہوتا ہے۔</w:t>
      </w:r>
    </w:p>
    <w:p>
      <w:r>
        <w:rPr>
          <w:b/>
        </w:rPr>
        <w:t xml:space="preserve">[42:33] </w:t>
      </w:r>
      <w:r>
        <w:t>Phir woh zameen par barta hai.</w:t>
      </w:r>
    </w:p>
    <w:p>
      <w:pPr>
        <w:jc w:val="right"/>
      </w:pPr>
      <w:r>
        <w:t>پھر وہ زمین پر برستا ہے۔</w:t>
      </w:r>
    </w:p>
    <w:p>
      <w:r>
        <w:rPr>
          <w:b/>
        </w:rPr>
        <w:t xml:space="preserve">[42:36] </w:t>
      </w:r>
      <w:r>
        <w:t>Ab yeh hamein kab pata tha ke yeh desalination ka jo nizam hai universal level par yeh kab</w:t>
      </w:r>
    </w:p>
    <w:p>
      <w:pPr>
        <w:jc w:val="right"/>
      </w:pPr>
      <w:r>
        <w:t>اب یہ ہمیں کب پتہ تھا کہ یہ desalination کا جو نظام ہے universal level پر یہ کب</w:t>
      </w:r>
    </w:p>
    <w:p>
      <w:r>
        <w:rPr>
          <w:b/>
        </w:rPr>
        <w:t xml:space="preserve">[42:43] </w:t>
      </w:r>
      <w:r>
        <w:t>insaan ko pata tha? Ek bohat bare universal level par desalination ho raha hai tab woh fresh water</w:t>
      </w:r>
    </w:p>
    <w:p>
      <w:pPr>
        <w:jc w:val="right"/>
      </w:pPr>
      <w:r>
        <w:t>انسان کو پتہ تھا؟ ایک بہت بڑے universal level پر desalination ہو رہا ہے تب وہ fresh water</w:t>
      </w:r>
    </w:p>
    <w:p>
      <w:r>
        <w:rPr>
          <w:b/>
        </w:rPr>
        <w:t xml:space="preserve">[42:51] </w:t>
      </w:r>
      <w:r>
        <w:t>milta hai.</w:t>
      </w:r>
    </w:p>
    <w:p>
      <w:pPr>
        <w:jc w:val="right"/>
      </w:pPr>
      <w:r>
        <w:t>ملتا ہے۔</w:t>
      </w:r>
    </w:p>
    <w:p>
      <w:r>
        <w:rPr>
          <w:b/>
        </w:rPr>
        <w:t xml:space="preserve">[42:53] </w:t>
      </w:r>
      <w:r>
        <w:t>Tab fresh water milta hai.</w:t>
      </w:r>
    </w:p>
    <w:p>
      <w:pPr>
        <w:jc w:val="right"/>
      </w:pPr>
      <w:r>
        <w:t>تب fresh water ملتا ہے۔</w:t>
      </w:r>
    </w:p>
    <w:p>
      <w:r>
        <w:rPr>
          <w:b/>
        </w:rPr>
        <w:t xml:space="preserve">[42:55] </w:t>
      </w:r>
      <w:r>
        <w:t>To unhon ne woh tareeq yani apne jo technology daryaft ki us technology ko daryaft karte hue unhon</w:t>
      </w:r>
    </w:p>
    <w:p>
      <w:pPr>
        <w:jc w:val="right"/>
      </w:pPr>
      <w:r>
        <w:t>تو انہوں نے وہ طریق یعنی اپنے جو ٹیکنالوجی دریافت کی اس ٹیکنالوجی کو دریافت کرتے ہوئے انہوں</w:t>
      </w:r>
    </w:p>
    <w:p>
      <w:r>
        <w:rPr>
          <w:b/>
        </w:rPr>
        <w:t xml:space="preserve">[43:03] </w:t>
      </w:r>
      <w:r>
        <w:t>ne Khuda ki nishani bhi bata di hum ko.</w:t>
      </w:r>
    </w:p>
    <w:p>
      <w:pPr>
        <w:jc w:val="right"/>
      </w:pPr>
      <w:r>
        <w:t>نے خدا کی نشانی بھی بتا دی ہم کو۔</w:t>
      </w:r>
    </w:p>
    <w:p>
      <w:r>
        <w:rPr>
          <w:b/>
        </w:rPr>
        <w:t xml:space="preserve">[43:06] </w:t>
      </w:r>
      <w:r>
        <w:t>Khuda ki nishaniyan.</w:t>
      </w:r>
    </w:p>
    <w:p>
      <w:pPr>
        <w:jc w:val="right"/>
      </w:pPr>
      <w:r>
        <w:t>خدا کی نشانیاں۔</w:t>
      </w:r>
    </w:p>
    <w:p>
      <w:r>
        <w:rPr>
          <w:b/>
        </w:rPr>
        <w:t xml:space="preserve">[43:08] </w:t>
      </w:r>
      <w:r>
        <w:t>Is ko aap agar chahein parhna to meri kitab hai "God Rises".</w:t>
      </w:r>
    </w:p>
    <w:p>
      <w:pPr>
        <w:jc w:val="right"/>
      </w:pPr>
      <w:r>
        <w:t>اس کو آپ اگر چاہیں پڑھنا تو میری کتاب ہے "God Rises"۔</w:t>
      </w:r>
    </w:p>
    <w:p>
      <w:r>
        <w:rPr>
          <w:b/>
        </w:rPr>
        <w:t xml:space="preserve">[43:13] </w:t>
      </w:r>
      <w:r>
        <w:t>Is mein aap parh sakte hain.</w:t>
      </w:r>
    </w:p>
    <w:p>
      <w:pPr>
        <w:jc w:val="right"/>
      </w:pPr>
      <w:r>
        <w:t>اس میں آپ پڑھ سکتے ہیں۔</w:t>
      </w:r>
    </w:p>
    <w:p>
      <w:r>
        <w:rPr>
          <w:b/>
        </w:rPr>
        <w:t xml:space="preserve">[43:16] </w:t>
      </w:r>
      <w:r>
        <w:t>Is mein bohat sari baatein is qism ki hain.</w:t>
      </w:r>
    </w:p>
    <w:p>
      <w:pPr>
        <w:jc w:val="right"/>
      </w:pPr>
      <w:r>
        <w:t>اس میں بہت ساری باتیں اس قسم کی ہیں۔</w:t>
      </w:r>
    </w:p>
    <w:p>
      <w:r>
        <w:rPr>
          <w:b/>
        </w:rPr>
        <w:t xml:space="preserve">[43:19] </w:t>
      </w:r>
      <w:r>
        <w:t>To science unhon ne paida ki, technology paida ki.</w:t>
      </w:r>
    </w:p>
    <w:p>
      <w:pPr>
        <w:jc w:val="right"/>
      </w:pPr>
      <w:r>
        <w:t>تو سائنس انہوں نے پیدا کی، ٹیکنالوجی پیدا کی۔</w:t>
      </w:r>
    </w:p>
    <w:p>
      <w:r>
        <w:rPr>
          <w:b/>
        </w:rPr>
        <w:t xml:space="preserve">[43:23] </w:t>
      </w:r>
      <w:r>
        <w:t>Is ko unhon ne yani exploitation ka zariya banaya.</w:t>
      </w:r>
    </w:p>
    <w:p>
      <w:pPr>
        <w:jc w:val="right"/>
      </w:pPr>
      <w:r>
        <w:t>اس کو انہوں نے یعنی exploitation کا ذریعہ بنایا۔</w:t>
      </w:r>
    </w:p>
    <w:p>
      <w:r>
        <w:rPr>
          <w:b/>
        </w:rPr>
        <w:t xml:space="preserve">[43:27] </w:t>
      </w:r>
      <w:r>
        <w:t>Lekin isi mein yeh sari baatein to samne aayin.</w:t>
      </w:r>
    </w:p>
    <w:p>
      <w:pPr>
        <w:jc w:val="right"/>
      </w:pPr>
      <w:r>
        <w:t>لیکن اسی میں یہ ساری باتیں تو سامنے آئیں۔</w:t>
      </w:r>
    </w:p>
    <w:p>
      <w:r>
        <w:rPr>
          <w:b/>
        </w:rPr>
        <w:t xml:space="preserve">[43:31] </w:t>
      </w:r>
      <w:r>
        <w:t>Yeh sari baatein isi mein samne aayin hamein.</w:t>
      </w:r>
    </w:p>
    <w:p>
      <w:pPr>
        <w:jc w:val="right"/>
      </w:pPr>
      <w:r>
        <w:t>یہ ساری باتیں اسی میں سامنے آئیں ہمیں۔</w:t>
      </w:r>
    </w:p>
    <w:p>
      <w:r>
        <w:rPr>
          <w:b/>
        </w:rPr>
        <w:t xml:space="preserve">[43:34] </w:t>
      </w:r>
      <w:r>
        <w:t>To is ka ek istemal tha economic exploitation.</w:t>
      </w:r>
    </w:p>
    <w:p>
      <w:pPr>
        <w:jc w:val="right"/>
      </w:pPr>
      <w:r>
        <w:t>تو اس کا ایک استعمال تھا economic exploitation۔</w:t>
      </w:r>
    </w:p>
    <w:p>
      <w:r>
        <w:rPr>
          <w:b/>
        </w:rPr>
        <w:t xml:space="preserve">[43:38] </w:t>
      </w:r>
      <w:r>
        <w:t>Dusra istemal tha is ka ke theology ke liye, Khuda ke saboot ke liye.</w:t>
      </w:r>
    </w:p>
    <w:p>
      <w:pPr>
        <w:jc w:val="right"/>
      </w:pPr>
      <w:r>
        <w:t>دوسرا استعمال تھا اس کا کہ theology کے لیے، خدا کے ثبوت کے لیے۔</w:t>
      </w:r>
    </w:p>
    <w:p>
      <w:r>
        <w:rPr>
          <w:b/>
        </w:rPr>
        <w:t xml:space="preserve">[43:44] </w:t>
      </w:r>
      <w:r>
        <w:t>Aur mazhabi haqiqaton ko scientific argument ke zariye pesh karne ke liye.</w:t>
      </w:r>
    </w:p>
    <w:p>
      <w:pPr>
        <w:jc w:val="right"/>
      </w:pPr>
      <w:r>
        <w:t>اور مذہبی حقیقتوں کو scientific argument کے ذریعے پیش کرنے کے لیے۔</w:t>
      </w:r>
    </w:p>
    <w:p>
      <w:r>
        <w:rPr>
          <w:b/>
        </w:rPr>
        <w:t xml:space="preserve">[43:49] </w:t>
      </w:r>
      <w:r>
        <w:t>Yeh dusra is ka istemal tha.</w:t>
      </w:r>
    </w:p>
    <w:p>
      <w:pPr>
        <w:jc w:val="right"/>
      </w:pPr>
      <w:r>
        <w:t>یہ دوسرا اس کا استعمال تھا۔</w:t>
      </w:r>
    </w:p>
    <w:p>
      <w:r>
        <w:rPr>
          <w:b/>
        </w:rPr>
        <w:t xml:space="preserve">[43:52] </w:t>
      </w:r>
      <w:r>
        <w:t>To dusra istemal nahi hua.</w:t>
      </w:r>
    </w:p>
    <w:p>
      <w:pPr>
        <w:jc w:val="right"/>
      </w:pPr>
      <w:r>
        <w:t>تو دوسرا استعمال نہیں ہوا۔</w:t>
      </w:r>
    </w:p>
    <w:p>
      <w:r>
        <w:rPr>
          <w:b/>
        </w:rPr>
        <w:t xml:space="preserve">[43:54] </w:t>
      </w:r>
      <w:r>
        <w:t>Pehla istemal hua.</w:t>
      </w:r>
    </w:p>
    <w:p>
      <w:pPr>
        <w:jc w:val="right"/>
      </w:pPr>
      <w:r>
        <w:t>پہلے استعمال ہوا۔</w:t>
      </w:r>
    </w:p>
    <w:p>
      <w:r>
        <w:rPr>
          <w:b/>
        </w:rPr>
        <w:t xml:space="preserve">[43:55] </w:t>
      </w:r>
      <w:r>
        <w:t>Kyunke Dajjal ne highjack kar liya sari taraqqiyon ko.</w:t>
      </w:r>
    </w:p>
    <w:p>
      <w:pPr>
        <w:jc w:val="right"/>
      </w:pPr>
      <w:r>
        <w:t>کیونکہ دجال نے ہائی جیک کر لیا ساری ترقیوں کو۔</w:t>
      </w:r>
    </w:p>
    <w:p>
      <w:r>
        <w:rPr>
          <w:b/>
        </w:rPr>
        <w:t xml:space="preserve">[44:00] </w:t>
      </w:r>
      <w:r>
        <w:t>to ab aap ko yeh kaam karna hai ke aap is ka jo positive istemal karna tha jo</w:t>
      </w:r>
    </w:p>
    <w:p>
      <w:pPr>
        <w:jc w:val="right"/>
      </w:pPr>
      <w:r>
        <w:t>تو اب آپ کو یہ کام کرنا ہے کہ آپ اس کا جو positive استعمال کرنا تھا جو</w:t>
      </w:r>
    </w:p>
    <w:p>
      <w:r>
        <w:rPr>
          <w:b/>
        </w:rPr>
        <w:t xml:space="preserve">[44:07] </w:t>
      </w:r>
      <w:r>
        <w:t>ab tak nahi ho saka tha, us ko karen.</w:t>
      </w:r>
    </w:p>
    <w:p>
      <w:pPr>
        <w:jc w:val="right"/>
      </w:pPr>
      <w:r>
        <w:t>اب تک نہیں ہو سکا تھا، اس کو کریں۔</w:t>
      </w:r>
    </w:p>
    <w:p>
      <w:r>
        <w:rPr>
          <w:b/>
        </w:rPr>
        <w:t xml:space="preserve">[44:11] </w:t>
      </w:r>
      <w:r>
        <w:t>yehi duty hai hamari.</w:t>
      </w:r>
    </w:p>
    <w:p>
      <w:pPr>
        <w:jc w:val="right"/>
      </w:pPr>
      <w:r>
        <w:t>یہی ڈیوٹی ہے ہماری۔</w:t>
      </w:r>
    </w:p>
    <w:p>
      <w:r>
        <w:rPr>
          <w:b/>
        </w:rPr>
        <w:t xml:space="preserve">[44:13] </w:t>
      </w:r>
      <w:r>
        <w:t>yeh hamari duty hai.</w:t>
      </w:r>
    </w:p>
    <w:p>
      <w:pPr>
        <w:jc w:val="right"/>
      </w:pPr>
      <w:r>
        <w:t>یہ ہماری ڈیوٹی ہے۔</w:t>
      </w:r>
    </w:p>
    <w:p>
      <w:r>
        <w:rPr>
          <w:b/>
        </w:rPr>
        <w:t xml:space="preserve">[44:15] </w:t>
      </w:r>
      <w:r>
        <w:t>is ke siwa koi aur duty nahi hai.</w:t>
      </w:r>
    </w:p>
    <w:p>
      <w:pPr>
        <w:jc w:val="right"/>
      </w:pPr>
      <w:r>
        <w:t>اس کے سوا کوئی اور ڈیوٹی نہیں ہے۔</w:t>
      </w:r>
    </w:p>
    <w:p>
      <w:r>
        <w:rPr>
          <w:b/>
        </w:rPr>
        <w:t xml:space="preserve">[44:18] </w:t>
      </w:r>
      <w:r>
        <w:t>har doosra kaam jo hai is ke muqable mein secondary hai.</w:t>
      </w:r>
    </w:p>
    <w:p>
      <w:pPr>
        <w:jc w:val="right"/>
      </w:pPr>
      <w:r>
        <w:t>ہر دوسرا کام جو ہے اس کے مقابلے میں سیکنڈری ہے۔</w:t>
      </w:r>
    </w:p>
    <w:p>
      <w:r>
        <w:rPr>
          <w:b/>
        </w:rPr>
        <w:t xml:space="preserve">[44:23] </w:t>
      </w:r>
      <w:r>
        <w:t>har doosra kaam secondary hai.</w:t>
      </w:r>
    </w:p>
    <w:p>
      <w:pPr>
        <w:jc w:val="right"/>
      </w:pPr>
      <w:r>
        <w:t>ہر دوسرا کام سیکنڈری ہے۔</w:t>
      </w:r>
    </w:p>
    <w:p>
      <w:r>
        <w:rPr>
          <w:b/>
        </w:rPr>
        <w:t xml:space="preserve">[44:25] </w:t>
      </w:r>
      <w:r>
        <w:t>to yehi baat hai jis ko mein jis ki taraf mein aap ko tawajjah dilana chahta hoon.</w:t>
      </w:r>
    </w:p>
    <w:p>
      <w:pPr>
        <w:jc w:val="right"/>
      </w:pPr>
      <w:r>
        <w:t>تو یہی بات ہے جس کو میں جس کی طرف میں آپ کو توجہ دلانا چاہتا ہوں۔</w:t>
      </w:r>
    </w:p>
    <w:p>
      <w:r>
        <w:rPr>
          <w:b/>
        </w:rPr>
        <w:t xml:space="preserve">[44:32] </w:t>
      </w:r>
      <w:r>
        <w:t>aur hamein apne time ko manage karna hai.</w:t>
      </w:r>
    </w:p>
    <w:p>
      <w:pPr>
        <w:jc w:val="right"/>
      </w:pPr>
      <w:r>
        <w:t>اور ہمیں اپنے ٹائم کو manage کرنا ہے۔</w:t>
      </w:r>
    </w:p>
    <w:p>
      <w:r>
        <w:rPr>
          <w:b/>
        </w:rPr>
        <w:t xml:space="preserve">[44:36] </w:t>
      </w:r>
      <w:r>
        <w:t>apne har cheez, apni energy ko manage karna hai.</w:t>
      </w:r>
    </w:p>
    <w:p>
      <w:pPr>
        <w:jc w:val="right"/>
      </w:pPr>
      <w:r>
        <w:t>اپنے ہر چیز، اپنی energy کو manage کرنا ہے۔</w:t>
      </w:r>
    </w:p>
    <w:p>
      <w:r>
        <w:rPr>
          <w:b/>
        </w:rPr>
        <w:t xml:space="preserve">[44:39] </w:t>
      </w:r>
      <w:r>
        <w:t>taake hum ziyada se ziyada apne ko devote kar saken is kaam mein.</w:t>
      </w:r>
    </w:p>
    <w:p>
      <w:pPr>
        <w:jc w:val="right"/>
      </w:pPr>
      <w:r>
        <w:t>تاکہ ہم زیادہ سے زیادہ اپنے کو devote کر سکیں اس کام میں۔</w:t>
      </w:r>
    </w:p>
    <w:p>
      <w:r>
        <w:rPr>
          <w:b/>
        </w:rPr>
        <w:t xml:space="preserve">[44:45] </w:t>
      </w:r>
      <w:r>
        <w:t>har aadmi phansa rehta hai kahin na kahin.</w:t>
      </w:r>
    </w:p>
    <w:p>
      <w:pPr>
        <w:jc w:val="right"/>
      </w:pPr>
      <w:r>
        <w:t>ہر آدمی پھنسا رہتا ہے کہیں نہ کہیں۔</w:t>
      </w:r>
    </w:p>
    <w:p>
      <w:r>
        <w:rPr>
          <w:b/>
        </w:rPr>
        <w:t xml:space="preserve">[44:48] </w:t>
      </w:r>
      <w:r>
        <w:t>kahin na kahin phansa rehta hai.</w:t>
      </w:r>
    </w:p>
    <w:p>
      <w:pPr>
        <w:jc w:val="right"/>
      </w:pPr>
      <w:r>
        <w:t>کہیں نہ کہیں پھنسا رہتا ہے۔</w:t>
      </w:r>
    </w:p>
    <w:p>
      <w:r>
        <w:rPr>
          <w:b/>
        </w:rPr>
        <w:t xml:space="preserve">[44:51] </w:t>
      </w:r>
      <w:r>
        <w:t>ab ek sahab abhi chand din hua mere paas aaye, bohat paise wale hain woh.</w:t>
      </w:r>
    </w:p>
    <w:p>
      <w:pPr>
        <w:jc w:val="right"/>
      </w:pPr>
      <w:r>
        <w:t>اب ایک صاحب ابھی چند دن ہوا میرے پاس آئے، بہت پیسے والے ہیں وہ۔</w:t>
      </w:r>
    </w:p>
    <w:p>
      <w:r>
        <w:rPr>
          <w:b/>
        </w:rPr>
        <w:t xml:space="preserve">[44:57] </w:t>
      </w:r>
      <w:r>
        <w:t>to unhone ek bohat bara banaya hai social service ka.</w:t>
      </w:r>
    </w:p>
    <w:p>
      <w:pPr>
        <w:jc w:val="right"/>
      </w:pPr>
      <w:r>
        <w:t>تو انہوں نے ایک بہت بڑا بنایا ہے social service کا۔</w:t>
      </w:r>
    </w:p>
    <w:p>
      <w:r>
        <w:rPr>
          <w:b/>
        </w:rPr>
        <w:t xml:space="preserve">[45:02] </w:t>
      </w:r>
      <w:r>
        <w:t>social service.</w:t>
      </w:r>
    </w:p>
    <w:p>
      <w:pPr>
        <w:jc w:val="right"/>
      </w:pPr>
      <w:r>
        <w:t>Social service۔</w:t>
      </w:r>
    </w:p>
    <w:p>
      <w:r>
        <w:rPr>
          <w:b/>
        </w:rPr>
        <w:t xml:space="preserve">[45:04] </w:t>
      </w:r>
      <w:r>
        <w:t>is mein bohat paisa laga rakha hai unhone.</w:t>
      </w:r>
    </w:p>
    <w:p>
      <w:pPr>
        <w:jc w:val="right"/>
      </w:pPr>
      <w:r>
        <w:t>اس میں بہت پیسہ لگا رکھا ہے انہوں نے۔</w:t>
      </w:r>
    </w:p>
    <w:p>
      <w:r>
        <w:rPr>
          <w:b/>
        </w:rPr>
        <w:t xml:space="preserve">[45:07] </w:t>
      </w:r>
      <w:r>
        <w:t>to maine kaha ke aap ke paise ka istemal aap samajhte hain ke social service hai? nahi,</w:t>
      </w:r>
    </w:p>
    <w:p>
      <w:pPr>
        <w:jc w:val="right"/>
      </w:pPr>
      <w:r>
        <w:t>تو میں نے کہا کہ آپ کے پیسے کا استعمال آپ سمجھتے ہیں کہ social service ہے؟ نہیں،</w:t>
      </w:r>
    </w:p>
    <w:p>
      <w:r>
        <w:rPr>
          <w:b/>
        </w:rPr>
        <w:t xml:space="preserve">[45:15] </w:t>
      </w:r>
      <w:r>
        <w:t>daawa work hai is ka istemal.</w:t>
      </w:r>
    </w:p>
    <w:p>
      <w:pPr>
        <w:jc w:val="right"/>
      </w:pPr>
      <w:r>
        <w:t>دعویٰ work ہے اس کا استعمال۔</w:t>
      </w:r>
    </w:p>
    <w:p>
      <w:r>
        <w:rPr>
          <w:b/>
        </w:rPr>
        <w:t xml:space="preserve">[45:18] </w:t>
      </w:r>
      <w:r>
        <w:t>to unhone kaha yeh bhi to khuda ka kaam hai.</w:t>
      </w:r>
    </w:p>
    <w:p>
      <w:pPr>
        <w:jc w:val="right"/>
      </w:pPr>
      <w:r>
        <w:t>تو انہوں نے کہا یہ بھی تو خدا کا کام ہے۔</w:t>
      </w:r>
    </w:p>
    <w:p>
      <w:r>
        <w:rPr>
          <w:b/>
        </w:rPr>
        <w:t xml:space="preserve">[45:22] </w:t>
      </w:r>
      <w:r>
        <w:t>maine kaha ke sab se bara kaam social service ka kiya hai? mother teresa ne.</w:t>
      </w:r>
    </w:p>
    <w:p>
      <w:pPr>
        <w:jc w:val="right"/>
      </w:pPr>
      <w:r>
        <w:t>میں نے کہا کہ سب سے بڑا کام social service کا کیا ہے؟ مدر ٹریسا نے۔</w:t>
      </w:r>
    </w:p>
    <w:p>
      <w:r>
        <w:rPr>
          <w:b/>
        </w:rPr>
        <w:t xml:space="preserve">[45:29] </w:t>
      </w:r>
      <w:r>
        <w:t>jo is ka ek model ban gayi hai.</w:t>
      </w:r>
    </w:p>
    <w:p>
      <w:pPr>
        <w:jc w:val="right"/>
      </w:pPr>
      <w:r>
        <w:t>جو اس کا ایک ماڈل بن گئی ہے۔</w:t>
      </w:r>
    </w:p>
    <w:p>
      <w:r>
        <w:rPr>
          <w:b/>
        </w:rPr>
        <w:t xml:space="preserve">[45:33] </w:t>
      </w:r>
      <w:r>
        <w:t>lekin aap ko pata hai ke is ka anjam kya hua? aap parh lijiye is ko is ke</w:t>
      </w:r>
    </w:p>
    <w:p>
      <w:pPr>
        <w:jc w:val="right"/>
      </w:pPr>
      <w:r>
        <w:t>لیکن آپ کو پتہ ہے کہ اس کا انجام کیا ہوا؟ آپ پڑھ لیجیے اس کو اس کے</w:t>
      </w:r>
    </w:p>
    <w:p>
      <w:r>
        <w:rPr>
          <w:b/>
        </w:rPr>
        <w:t xml:space="preserve">[45:40] </w:t>
      </w:r>
      <w:r>
        <w:t>bare mein jo chupa hai.</w:t>
      </w:r>
    </w:p>
    <w:p>
      <w:pPr>
        <w:jc w:val="right"/>
      </w:pPr>
      <w:r>
        <w:t>بارے میں جو چھپا ہے۔</w:t>
      </w:r>
    </w:p>
    <w:p>
      <w:r>
        <w:rPr>
          <w:b/>
        </w:rPr>
        <w:t xml:space="preserve">[45:43] </w:t>
      </w:r>
      <w:r>
        <w:t>book چھپی ہے اس اس book کو summarize کیا ہے Time Times میں جو وہ امریکہ کا جو</w:t>
      </w:r>
    </w:p>
    <w:p>
      <w:pPr>
        <w:jc w:val="right"/>
      </w:pPr>
      <w:r>
        <w:t>بک چھپی ہے اس اس بک کو summarize کیا ہے ٹائم ٹائمز میں جو وہ امریکہ کا جو</w:t>
      </w:r>
    </w:p>
    <w:p>
      <w:r>
        <w:rPr>
          <w:b/>
        </w:rPr>
        <w:t xml:space="preserve">[45:50] </w:t>
      </w:r>
      <w:r>
        <w:t>time magazine hai.</w:t>
      </w:r>
    </w:p>
    <w:p>
      <w:pPr>
        <w:jc w:val="right"/>
      </w:pPr>
      <w:r>
        <w:t>ٹائم میگزین ہے۔</w:t>
      </w:r>
    </w:p>
    <w:p>
      <w:r>
        <w:rPr>
          <w:b/>
        </w:rPr>
        <w:t xml:space="preserve">[45:52] </w:t>
      </w:r>
      <w:r>
        <w:t>keh is ne khud iqrar kiya hai apne aakhri zamanay mein keh main ne apne is kaam mein</w:t>
      </w:r>
    </w:p>
    <w:p>
      <w:pPr>
        <w:jc w:val="right"/>
      </w:pPr>
      <w:r>
        <w:t>کہ اس نے خود اقرار کیا ہے اپنے آخری زمانے میں کہ میں نے اپنے اس کام میں</w:t>
      </w:r>
    </w:p>
    <w:p>
      <w:r>
        <w:rPr>
          <w:b/>
        </w:rPr>
        <w:t xml:space="preserve">[46:00] </w:t>
      </w:r>
      <w:r>
        <w:t>Khuda ko dhoondna chaha tha lekin mujhe Khuda nahi mila.</w:t>
      </w:r>
    </w:p>
    <w:p>
      <w:pPr>
        <w:jc w:val="right"/>
      </w:pPr>
      <w:r>
        <w:t>خدا کو ڈھونڈنا چاہا تھا لیکن مجھے خدا نہیں ملا۔</w:t>
      </w:r>
    </w:p>
    <w:p>
      <w:r>
        <w:rPr>
          <w:b/>
        </w:rPr>
        <w:t xml:space="preserve">[46:04] </w:t>
      </w:r>
      <w:r>
        <w:t>social service mein Khuda nahi mila is ko.</w:t>
      </w:r>
    </w:p>
    <w:p>
      <w:pPr>
        <w:jc w:val="right"/>
      </w:pPr>
      <w:r>
        <w:t>social service میں خدا نہیں ملا اس کو۔</w:t>
      </w:r>
    </w:p>
    <w:p>
      <w:r>
        <w:rPr>
          <w:b/>
        </w:rPr>
        <w:t xml:space="preserve">[46:07] </w:t>
      </w:r>
      <w:r>
        <w:t>She died in agony yeh likha hai usne parchi mein.</w:t>
      </w:r>
    </w:p>
    <w:p>
      <w:pPr>
        <w:jc w:val="right"/>
      </w:pPr>
      <w:r>
        <w:t>She died in agony یہ لکھا ہے اس نے پرچے میں۔</w:t>
      </w:r>
    </w:p>
    <w:p>
      <w:r>
        <w:rPr>
          <w:b/>
        </w:rPr>
        <w:t xml:space="preserve">[46:12] </w:t>
      </w:r>
      <w:r>
        <w:t>She died in agony to is ne is ko Khuda nahi mila is mein.</w:t>
      </w:r>
    </w:p>
    <w:p>
      <w:pPr>
        <w:jc w:val="right"/>
      </w:pPr>
      <w:r>
        <w:t>She died in agony تو اس نے اس کو خدا نہیں ملا اس میں۔</w:t>
      </w:r>
    </w:p>
    <w:p>
      <w:r>
        <w:rPr>
          <w:b/>
        </w:rPr>
        <w:t xml:space="preserve">[46:18] </w:t>
      </w:r>
      <w:r>
        <w:t>to main ne kaha wahi wahi aap kar rahe hain.</w:t>
      </w:r>
    </w:p>
    <w:p>
      <w:pPr>
        <w:jc w:val="right"/>
      </w:pPr>
      <w:r>
        <w:t>تو میں نے کہا وہی وہی آپ کر رہے ہیں۔</w:t>
      </w:r>
    </w:p>
    <w:p>
      <w:r>
        <w:rPr>
          <w:b/>
        </w:rPr>
        <w:t xml:space="preserve">[46:22] </w:t>
      </w:r>
      <w:r>
        <w:t>phir main ne kaha keh dekhen social service jo hai main is ko bilkul bekar kaam samajhta hoon.</w:t>
      </w:r>
    </w:p>
    <w:p>
      <w:pPr>
        <w:jc w:val="right"/>
      </w:pPr>
      <w:r>
        <w:t>پھر میں نے کہا کہ دیکھیں social service جو ہے میں اس کو بالکل بیکار کام سمجھتا ہوں۔</w:t>
      </w:r>
    </w:p>
    <w:p>
      <w:r>
        <w:rPr>
          <w:b/>
        </w:rPr>
        <w:t xml:space="preserve">[46:30] </w:t>
      </w:r>
      <w:r>
        <w:t>aap logon ko incentive dijiye, incentive.</w:t>
      </w:r>
    </w:p>
    <w:p>
      <w:pPr>
        <w:jc w:val="right"/>
      </w:pPr>
      <w:r>
        <w:t>آپ لوگوں کو incentive دیجیے، incentive۔</w:t>
      </w:r>
    </w:p>
    <w:p>
      <w:r>
        <w:rPr>
          <w:b/>
        </w:rPr>
        <w:t xml:space="preserve">[46:33] </w:t>
      </w:r>
      <w:r>
        <w:t>yeh help jo hai logon ko apahij bana deti hai.</w:t>
      </w:r>
    </w:p>
    <w:p>
      <w:pPr>
        <w:jc w:val="right"/>
      </w:pPr>
      <w:r>
        <w:t>یہ help جو ہے لوگوں کو اپاہج بنا دیتی ہے۔</w:t>
      </w:r>
    </w:p>
    <w:p>
      <w:r>
        <w:rPr>
          <w:b/>
        </w:rPr>
        <w:t xml:space="preserve">[46:37] </w:t>
      </w:r>
      <w:r>
        <w:t>yani Khuda ki scheme jo hai woh yeh nahi hai keh aap help logon ko den, is tarah</w:t>
      </w:r>
    </w:p>
    <w:p>
      <w:pPr>
        <w:jc w:val="right"/>
      </w:pPr>
      <w:r>
        <w:t>یعنی خدا کی اسکیم جو ہے وہ یہ نہیں ہے کہ آپ help لوگوں کو دیں، اس طرح</w:t>
      </w:r>
    </w:p>
    <w:p>
      <w:r>
        <w:rPr>
          <w:b/>
        </w:rPr>
        <w:t xml:space="preserve">[46:45] </w:t>
      </w:r>
      <w:r>
        <w:t>is tarah ki help.</w:t>
      </w:r>
    </w:p>
    <w:p>
      <w:pPr>
        <w:jc w:val="right"/>
      </w:pPr>
      <w:r>
        <w:t>اس طرح کی help۔</w:t>
      </w:r>
    </w:p>
    <w:p>
      <w:r>
        <w:rPr>
          <w:b/>
        </w:rPr>
        <w:t xml:space="preserve">[46:46] </w:t>
      </w:r>
      <w:r>
        <w:t>logon ke incentive ko barhayen aap.</w:t>
      </w:r>
    </w:p>
    <w:p>
      <w:pPr>
        <w:jc w:val="right"/>
      </w:pPr>
      <w:r>
        <w:t>لوگوں کے incentive کو بڑھائیں آپ۔</w:t>
      </w:r>
    </w:p>
    <w:p>
      <w:r>
        <w:rPr>
          <w:b/>
        </w:rPr>
        <w:t xml:space="preserve">[46:49] </w:t>
      </w:r>
      <w:r>
        <w:t>logon ko motivate karen.</w:t>
      </w:r>
    </w:p>
    <w:p>
      <w:pPr>
        <w:jc w:val="right"/>
      </w:pPr>
      <w:r>
        <w:t>لوگوں کو motivate کریں۔</w:t>
      </w:r>
    </w:p>
    <w:p>
      <w:r>
        <w:rPr>
          <w:b/>
        </w:rPr>
        <w:t xml:space="preserve">[46:51] </w:t>
      </w:r>
      <w:r>
        <w:t>ab ghar baithe baithe aap ko in ko aap allowance bhej rahe hain.</w:t>
      </w:r>
    </w:p>
    <w:p>
      <w:pPr>
        <w:jc w:val="right"/>
      </w:pPr>
      <w:r>
        <w:t>اب گھر بیٹھے بیٹھے آپ کو ان کو آپ allowance بھیج رہے ہیں۔</w:t>
      </w:r>
    </w:p>
    <w:p>
      <w:r>
        <w:rPr>
          <w:b/>
        </w:rPr>
        <w:t xml:space="preserve">[46:56] </w:t>
      </w:r>
      <w:r>
        <w:t>aur in ko provide kar rahe hain baghair mehnat ke in ko paisa.</w:t>
      </w:r>
    </w:p>
    <w:p>
      <w:pPr>
        <w:jc w:val="right"/>
      </w:pPr>
      <w:r>
        <w:t>اور ان کو provide کر رہے ہیں بغیر محنت کے ان کو پیسہ۔</w:t>
      </w:r>
    </w:p>
    <w:p>
      <w:r>
        <w:rPr>
          <w:b/>
        </w:rPr>
        <w:t xml:space="preserve">[47:02] </w:t>
      </w:r>
      <w:r>
        <w:t>to aap to in ke incentive ko kill kar rahe hain.</w:t>
      </w:r>
    </w:p>
    <w:p>
      <w:pPr>
        <w:jc w:val="right"/>
      </w:pPr>
      <w:r>
        <w:t>تو آپ تو ان کے incentive کو kill کر رہے ہیں۔</w:t>
      </w:r>
    </w:p>
    <w:p>
      <w:r>
        <w:rPr>
          <w:b/>
        </w:rPr>
        <w:t xml:space="preserve">[47:06] </w:t>
      </w:r>
      <w:r>
        <w:t>in ke incentive ko kill kar rahe hain aap.</w:t>
      </w:r>
    </w:p>
    <w:p>
      <w:pPr>
        <w:jc w:val="right"/>
      </w:pPr>
      <w:r>
        <w:t>ان کے incentive کو kill کر رہے ہیں آپ۔</w:t>
      </w:r>
    </w:p>
    <w:p>
      <w:r>
        <w:rPr>
          <w:b/>
        </w:rPr>
        <w:t xml:space="preserve">[47:10] </w:t>
      </w:r>
      <w:r>
        <w:t>to Khuda ki jo scheme hai woh yeh hai keh logon ke incentive ko jagaya jaye.</w:t>
      </w:r>
    </w:p>
    <w:p>
      <w:pPr>
        <w:jc w:val="right"/>
      </w:pPr>
      <w:r>
        <w:t>تو خدا کی جو اسکیم ہے وہ یہ ہے کہ لوگوں کے incentive کو جگایا جائے۔</w:t>
      </w:r>
    </w:p>
    <w:p>
      <w:r>
        <w:rPr>
          <w:b/>
        </w:rPr>
        <w:t xml:space="preserve">[47:17] </w:t>
      </w:r>
      <w:r>
        <w:t>in ko motivate kiya jaye taake log struggle karen, mehnat karen.</w:t>
      </w:r>
    </w:p>
    <w:p>
      <w:pPr>
        <w:jc w:val="right"/>
      </w:pPr>
      <w:r>
        <w:t>ان کو motivate کیا جائے تاکہ لوگ struggle کریں، محنت کریں۔</w:t>
      </w:r>
    </w:p>
    <w:p>
      <w:r>
        <w:rPr>
          <w:b/>
        </w:rPr>
        <w:t xml:space="preserve">[47:22] </w:t>
      </w:r>
      <w:r>
        <w:t>apne hath paon ko chalayen.</w:t>
      </w:r>
    </w:p>
    <w:p>
      <w:pPr>
        <w:jc w:val="right"/>
      </w:pPr>
      <w:r>
        <w:t>اپنے ہاتھ پاؤں کو چلائیں۔</w:t>
      </w:r>
    </w:p>
    <w:p>
      <w:r>
        <w:rPr>
          <w:b/>
        </w:rPr>
        <w:t xml:space="preserve">[47:24] </w:t>
      </w:r>
      <w:r>
        <w:t>wahan to Khuda ne yeh bana rakha hai.</w:t>
      </w:r>
    </w:p>
    <w:p>
      <w:pPr>
        <w:jc w:val="right"/>
      </w:pPr>
      <w:r>
        <w:t>وہاں تو خدا نے یہ بنا رکھا ہے۔</w:t>
      </w:r>
    </w:p>
    <w:p>
      <w:r>
        <w:rPr>
          <w:b/>
        </w:rPr>
        <w:t xml:space="preserve">[47:27] </w:t>
      </w:r>
      <w:r>
        <w:t>aur jo aap ko jo kaam karna hai woh hai daawa work.</w:t>
      </w:r>
    </w:p>
    <w:p>
      <w:pPr>
        <w:jc w:val="right"/>
      </w:pPr>
      <w:r>
        <w:t>اور جو آپ کو جو کام کرنا ہے وہ ہے دعویٰ work۔</w:t>
      </w:r>
    </w:p>
    <w:p>
      <w:r>
        <w:rPr>
          <w:b/>
        </w:rPr>
        <w:t xml:space="preserve">[47:33] </w:t>
      </w:r>
      <w:r>
        <w:t>to apni sari energy ko, apne sare time ko aap lagaiye daawa work mein.</w:t>
      </w:r>
    </w:p>
    <w:p>
      <w:pPr>
        <w:jc w:val="right"/>
      </w:pPr>
      <w:r>
        <w:t>تو اپنی ساری energy کو، اپنے سارے ٹائم کو آپ لگائیے دعویٰ work میں۔</w:t>
      </w:r>
    </w:p>
    <w:p>
      <w:r>
        <w:rPr>
          <w:b/>
        </w:rPr>
        <w:t xml:space="preserve">[47:39] </w:t>
      </w:r>
      <w:r>
        <w:t>to logon ne is tareeqay se apni taqaton ko kahan kahan lagaye hue hain.</w:t>
      </w:r>
    </w:p>
    <w:p>
      <w:pPr>
        <w:jc w:val="right"/>
      </w:pPr>
      <w:r>
        <w:t>تو لوگوں نے اس طریقے سے اپنی طاقتوں کو کہاں کہاں لگائے ہوئے ہیں۔</w:t>
      </w:r>
    </w:p>
    <w:p>
      <w:r>
        <w:rPr>
          <w:b/>
        </w:rPr>
        <w:t xml:space="preserve">[47:45] </w:t>
      </w:r>
      <w:r>
        <w:t>aur jo asal kaam hai karne ka is ko chhoday hue hain.</w:t>
      </w:r>
    </w:p>
    <w:p>
      <w:pPr>
        <w:jc w:val="right"/>
      </w:pPr>
      <w:r>
        <w:t>اور جو اصل کام ہے کرنے کا اس کو چھوڑے ہوئے ہیں۔</w:t>
      </w:r>
    </w:p>
    <w:p>
      <w:r>
        <w:rPr>
          <w:b/>
        </w:rPr>
        <w:t xml:space="preserve">[47:50] </w:t>
      </w:r>
      <w:r>
        <w:t>asal jo kaam hai karne ka is ko chhoday hue hain.</w:t>
      </w:r>
    </w:p>
    <w:p>
      <w:pPr>
        <w:jc w:val="right"/>
      </w:pPr>
      <w:r>
        <w:t>اصل جو کام ہے کرنے کا اس کو چھوڑے ہوئے ہیں۔</w:t>
      </w:r>
    </w:p>
    <w:p>
      <w:r>
        <w:rPr>
          <w:b/>
        </w:rPr>
        <w:t xml:space="preserve">[47:54] </w:t>
      </w:r>
      <w:r>
        <w:t>to hum sab ko chahiye ke hum is par sochen apni zindagi ke bare mein.</w:t>
      </w:r>
    </w:p>
    <w:p>
      <w:pPr>
        <w:jc w:val="right"/>
      </w:pPr>
      <w:r>
        <w:t>تو ہم سب کو چاہیے کہ ہم اس پر سوچیں اپنی زندگی کے بارے میں۔</w:t>
      </w:r>
    </w:p>
    <w:p>
      <w:r>
        <w:rPr>
          <w:b/>
        </w:rPr>
        <w:t xml:space="preserve">[48:01] </w:t>
      </w:r>
      <w:r>
        <w:t>aur kya karna hai.</w:t>
      </w:r>
    </w:p>
    <w:p>
      <w:pPr>
        <w:jc w:val="right"/>
      </w:pPr>
      <w:r>
        <w:t>اور کیا کرنا ہے۔</w:t>
      </w:r>
    </w:p>
    <w:p>
      <w:r>
        <w:rPr>
          <w:b/>
        </w:rPr>
        <w:t xml:space="preserve">[48:03] </w:t>
      </w:r>
      <w:r>
        <w:t>apne apne har cheez ko hum manage karna janen.</w:t>
      </w:r>
    </w:p>
    <w:p>
      <w:pPr>
        <w:jc w:val="right"/>
      </w:pPr>
      <w:r>
        <w:t>اپنے اپنے ہر چیز کو ہم manage کرنا جانیں۔</w:t>
      </w:r>
    </w:p>
    <w:p>
      <w:r>
        <w:rPr>
          <w:b/>
        </w:rPr>
        <w:t xml:space="preserve">[48:06] </w:t>
      </w:r>
      <w:r>
        <w:t>plan karna janen.</w:t>
      </w:r>
    </w:p>
    <w:p>
      <w:pPr>
        <w:jc w:val="right"/>
      </w:pPr>
      <w:r>
        <w:t>plan کرنا جانیں۔</w:t>
      </w:r>
    </w:p>
    <w:p>
      <w:r>
        <w:rPr>
          <w:b/>
        </w:rPr>
        <w:t xml:space="preserve">[48:08] </w:t>
      </w:r>
      <w:r>
        <w:t>warna aisi zindagi guzarti jayegi, guzarti jayegi aur aur aakhir kar maut aa jayegi.</w:t>
      </w:r>
    </w:p>
    <w:p>
      <w:pPr>
        <w:jc w:val="right"/>
      </w:pPr>
      <w:r>
        <w:t>ورنہ ایسی زندگی گزرتی جائے گی، گزرتی جائے گی اور اور آخر کار موت آ جائے گی۔</w:t>
      </w:r>
    </w:p>
    <w:p>
      <w:r>
        <w:rPr>
          <w:b/>
        </w:rPr>
        <w:t xml:space="preserve">[48:15] </w:t>
      </w:r>
      <w:r>
        <w:t>kyunke maut ke baad to phir wapas nahi aane wale koi aadmi.</w:t>
      </w:r>
    </w:p>
    <w:p>
      <w:pPr>
        <w:jc w:val="right"/>
      </w:pPr>
      <w:r>
        <w:t>کیونکہ موت کے بعد تو پھر واپس نہیں آنے والے کوئی آدمی۔</w:t>
      </w:r>
    </w:p>
    <w:p>
      <w:r>
        <w:rPr>
          <w:b/>
        </w:rPr>
        <w:t xml:space="preserve">[48:20] </w:t>
      </w:r>
      <w:r>
        <w:t>mar gaya to khatam.</w:t>
      </w:r>
    </w:p>
    <w:p>
      <w:pPr>
        <w:jc w:val="right"/>
      </w:pPr>
      <w:r>
        <w:t>مر گیا تو ختم۔</w:t>
      </w:r>
    </w:p>
    <w:p>
      <w:r>
        <w:rPr>
          <w:b/>
        </w:rPr>
        <w:t xml:space="preserve">[48:22] </w:t>
      </w:r>
      <w:r>
        <w:t>yani yahan se aap jante hain ke point of no return par maut aati hai.</w:t>
      </w:r>
    </w:p>
    <w:p>
      <w:pPr>
        <w:jc w:val="right"/>
      </w:pPr>
      <w:r>
        <w:t>یعنی یہاں سے آپ جانتے ہیں کہ point of no return پر موت آتی ہے۔</w:t>
      </w:r>
    </w:p>
    <w:p>
      <w:r>
        <w:rPr>
          <w:b/>
        </w:rPr>
        <w:t xml:space="preserve">[48:28] </w:t>
      </w:r>
      <w:r>
        <w:t>phir yahan wapsi nahi hogi.</w:t>
      </w:r>
    </w:p>
    <w:p>
      <w:pPr>
        <w:jc w:val="right"/>
      </w:pPr>
      <w:r>
        <w:t>پھر یہاں واپسی نہیں ہوگی۔</w:t>
      </w:r>
    </w:p>
    <w:p>
      <w:r>
        <w:rPr>
          <w:b/>
        </w:rPr>
        <w:t xml:space="preserve">[48:31] </w:t>
      </w:r>
      <w:r>
        <w:t>to ek hi chance hai, doosra chance milne wala nahi hai.</w:t>
      </w:r>
    </w:p>
    <w:p>
      <w:pPr>
        <w:jc w:val="right"/>
      </w:pPr>
      <w:r>
        <w:t>تو ایک ہی chance ہے، دوسرا chance ملنے والا نہیں ہے۔</w:t>
      </w:r>
    </w:p>
    <w:p>
      <w:r>
        <w:rPr>
          <w:b/>
        </w:rPr>
        <w:t xml:space="preserve">[48:35] </w:t>
      </w:r>
      <w:r>
        <w:t>doosra chance nahi milne wala hai.</w:t>
      </w:r>
    </w:p>
    <w:p>
      <w:pPr>
        <w:jc w:val="right"/>
      </w:pPr>
      <w:r>
        <w:t>دوسرا chance نہیں ملنے والا ہے۔</w:t>
      </w:r>
    </w:p>
    <w:p>
      <w:r>
        <w:rPr>
          <w:b/>
        </w:rPr>
        <w:t xml:space="preserve">[48:38] </w:t>
      </w:r>
      <w:r>
        <w:t>to meri baat ka khulasa yeh hai ke log jo hain in cheezon ko mysterious samjhe hue hain.</w:t>
      </w:r>
    </w:p>
    <w:p>
      <w:pPr>
        <w:jc w:val="right"/>
      </w:pPr>
      <w:r>
        <w:t>تو میری بات کا خلاصہ یہ ہے کہ لوگ جو ہیں ان چیزوں کو mysterious سمجھے ہوئے ہیں۔</w:t>
      </w:r>
    </w:p>
    <w:p>
      <w:r>
        <w:rPr>
          <w:b/>
        </w:rPr>
        <w:t xml:space="preserve">[48:46] </w:t>
      </w:r>
      <w:r>
        <w:t>Yajooj Majooj ko, Mehdi ko, Dajjal ko, har cheez ko ek ek mysterious group diye hue hain.</w:t>
      </w:r>
    </w:p>
    <w:p>
      <w:pPr>
        <w:jc w:val="right"/>
      </w:pPr>
      <w:r>
        <w:t>یاجوج ماجوج کو، مہدی کو، دجال کو، ہر چیز کو ایک ایک mysterious گروپ دیے ہوئے ہیں۔</w:t>
      </w:r>
    </w:p>
    <w:p>
      <w:r>
        <w:rPr>
          <w:b/>
        </w:rPr>
        <w:t xml:space="preserve">[48:53] </w:t>
      </w:r>
      <w:r>
        <w:t>anokha.</w:t>
      </w:r>
    </w:p>
    <w:p>
      <w:pPr>
        <w:jc w:val="right"/>
      </w:pPr>
      <w:r>
        <w:t>انوکھا۔</w:t>
      </w:r>
    </w:p>
    <w:p>
      <w:r>
        <w:rPr>
          <w:b/>
        </w:rPr>
        <w:t xml:space="preserve">[48:54] </w:t>
      </w:r>
      <w:r>
        <w:t>ab woh anokha anokha anokhi personality kahin nikal nahi rahi kisi pahad se, kisi samandar se.</w:t>
      </w:r>
    </w:p>
    <w:p>
      <w:pPr>
        <w:jc w:val="right"/>
      </w:pPr>
      <w:r>
        <w:t>اب وہ انوکھا انوکھا انوکھی personality کہیں نکل نہیں رہی کسی پہاڑ سے، کسی سمندر سے۔</w:t>
      </w:r>
    </w:p>
    <w:p>
      <w:r>
        <w:rPr>
          <w:b/>
        </w:rPr>
        <w:t xml:space="preserve">[49:01] </w:t>
      </w:r>
      <w:r>
        <w:t>to ab abhi wait kiye chale ja rahe hain.</w:t>
      </w:r>
    </w:p>
    <w:p>
      <w:pPr>
        <w:jc w:val="right"/>
      </w:pPr>
      <w:r>
        <w:t>تو اب ابھی wait کیے چلے جا رہے ہیں۔</w:t>
      </w:r>
    </w:p>
    <w:p>
      <w:r>
        <w:rPr>
          <w:b/>
        </w:rPr>
        <w:t xml:space="preserve">[49:05] </w:t>
      </w:r>
      <w:r>
        <w:t>jisko bhi dekhen ek iske mind mein ek mysterious picture hai.</w:t>
      </w:r>
    </w:p>
    <w:p>
      <w:pPr>
        <w:jc w:val="right"/>
      </w:pPr>
      <w:r>
        <w:t>جس کو بھی دیکھیں ایک اس کے mind میں ایک mysterious picture ہے۔</w:t>
      </w:r>
    </w:p>
    <w:p>
      <w:r>
        <w:rPr>
          <w:b/>
        </w:rPr>
        <w:t xml:space="preserve">[49:11] </w:t>
      </w:r>
      <w:r>
        <w:t>mysterious ek anokhi picture.</w:t>
      </w:r>
    </w:p>
    <w:p>
      <w:pPr>
        <w:jc w:val="right"/>
      </w:pPr>
      <w:r>
        <w:t>mysterious ایک انوکھی picture۔</w:t>
      </w:r>
    </w:p>
    <w:p>
      <w:r>
        <w:rPr>
          <w:b/>
        </w:rPr>
        <w:t xml:space="preserve">[49:12] </w:t>
      </w:r>
      <w:r>
        <w:t>Yajooj Majooj ki bhi aur Dajjal ki bhi aur Mehdi ki bhi sab ki.</w:t>
      </w:r>
    </w:p>
    <w:p>
      <w:pPr>
        <w:jc w:val="right"/>
      </w:pPr>
      <w:r>
        <w:t>یاجوج ماجوج کی بھی اور دجال کی بھی اور مہدی کی بھی سب کی۔</w:t>
      </w:r>
    </w:p>
    <w:p>
      <w:r>
        <w:rPr>
          <w:b/>
        </w:rPr>
        <w:t xml:space="preserve">[49:18] </w:t>
      </w:r>
      <w:r>
        <w:t>yeh yeh is qism ki soch jo hai killer hai, killer.</w:t>
      </w:r>
    </w:p>
    <w:p>
      <w:pPr>
        <w:jc w:val="right"/>
      </w:pPr>
      <w:r>
        <w:t>یہ یہ اس قسم کی سوچ جو ہے killer ہے، killer۔</w:t>
      </w:r>
    </w:p>
    <w:p>
      <w:r>
        <w:rPr>
          <w:b/>
        </w:rPr>
        <w:t xml:space="preserve">[49:23] </w:t>
      </w:r>
      <w:r>
        <w:t>ke ek ek aise Dajjal ka aap intezar kar rahe hain, aise Yajooj Majooj ka aur aise Mehdi</w:t>
      </w:r>
    </w:p>
    <w:p>
      <w:pPr>
        <w:jc w:val="right"/>
      </w:pPr>
      <w:r>
        <w:t>کہ ایک ایک ایسے دجال کا آپ انتظار کر رہے ہیں، ایسے یاجوج ماجوج کا اور ایسے مہدی</w:t>
      </w:r>
    </w:p>
    <w:p>
      <w:r>
        <w:rPr>
          <w:b/>
        </w:rPr>
        <w:t xml:space="preserve">[49:31] </w:t>
      </w:r>
      <w:r>
        <w:t>ka jo aane wala nahi hai.</w:t>
      </w:r>
    </w:p>
    <w:p>
      <w:pPr>
        <w:jc w:val="right"/>
      </w:pPr>
      <w:r>
        <w:t>کا جو آنے والا نہیں ہے۔</w:t>
      </w:r>
    </w:p>
    <w:p>
      <w:r>
        <w:rPr>
          <w:b/>
        </w:rPr>
        <w:t xml:space="preserve">[49:33] </w:t>
      </w:r>
      <w:r>
        <w:t>kyunke Yajooj Majooj bhi hamare jaise insan the.</w:t>
      </w:r>
    </w:p>
    <w:p>
      <w:pPr>
        <w:jc w:val="right"/>
      </w:pPr>
      <w:r>
        <w:t>کیونکہ یاجوج ماجوج بھی ہمارے جیسے انسان تھے۔</w:t>
      </w:r>
    </w:p>
    <w:p>
      <w:r>
        <w:rPr>
          <w:b/>
        </w:rPr>
        <w:t xml:space="preserve">[49:37] </w:t>
      </w:r>
      <w:r>
        <w:t>Dajjal bhi hamare jaisa insan.</w:t>
      </w:r>
    </w:p>
    <w:p>
      <w:pPr>
        <w:jc w:val="right"/>
      </w:pPr>
      <w:r>
        <w:t>دجال بھی ہمارے جیسا انسان۔</w:t>
      </w:r>
    </w:p>
    <w:p>
      <w:r>
        <w:rPr>
          <w:b/>
        </w:rPr>
        <w:t xml:space="preserve">[49:39] </w:t>
      </w:r>
      <w:r>
        <w:t>Mehdi bhi hamare jaisa insan.</w:t>
      </w:r>
    </w:p>
    <w:p>
      <w:pPr>
        <w:jc w:val="right"/>
      </w:pPr>
      <w:r>
        <w:t>مہدی بھی ہمارے جیسا انسان۔</w:t>
      </w:r>
    </w:p>
    <w:p>
      <w:r>
        <w:rPr>
          <w:b/>
        </w:rPr>
        <w:t xml:space="preserve">[49:41] </w:t>
      </w:r>
      <w:r>
        <w:t>to log jo logon ne ek mysterious picture bana rakhi hai.</w:t>
      </w:r>
    </w:p>
    <w:p>
      <w:pPr>
        <w:jc w:val="right"/>
      </w:pPr>
      <w:r>
        <w:t>تو لوگ جو لوگوں نے ایک mysterious picture بنا رکھی ہے۔</w:t>
      </w:r>
    </w:p>
    <w:p>
      <w:r>
        <w:rPr>
          <w:b/>
        </w:rPr>
        <w:t xml:space="preserve">[49:46] </w:t>
      </w:r>
      <w:r>
        <w:t>aur samajhte hain abhi to aaya hi nahin.</w:t>
      </w:r>
    </w:p>
    <w:p>
      <w:pPr>
        <w:jc w:val="right"/>
      </w:pPr>
      <w:r>
        <w:t>اور سمجھتے ہیں ابھی تو آیا ہی نہیں۔</w:t>
      </w:r>
    </w:p>
    <w:p>
      <w:r>
        <w:rPr>
          <w:b/>
        </w:rPr>
        <w:t xml:space="preserve">[49:49] </w:t>
      </w:r>
      <w:r>
        <w:t>main ne ek sahib se kaha ke aap jante hain ke aaj kal scientists kya bata rahe hain?</w:t>
      </w:r>
    </w:p>
    <w:p>
      <w:pPr>
        <w:jc w:val="right"/>
      </w:pPr>
      <w:r>
        <w:t>میں نے ایک صاحب سے کہا کہ آپ جانتے ہیں کہ آج کل scientists کیا بتا رہے ہیں؟</w:t>
      </w:r>
    </w:p>
    <w:p>
      <w:r>
        <w:rPr>
          <w:b/>
        </w:rPr>
        <w:t xml:space="preserve">[49:57] </w:t>
      </w:r>
      <w:r>
        <w:t>union union masle bata rahe hain ke qayamat bohat qareeb hai.</w:t>
      </w:r>
    </w:p>
    <w:p>
      <w:pPr>
        <w:jc w:val="right"/>
      </w:pPr>
      <w:r>
        <w:t>یونین یونین مسئلے بتا رہے ہیں کہ قیامت بہت قریب ہے۔</w:t>
      </w:r>
    </w:p>
    <w:p>
      <w:r>
        <w:rPr>
          <w:b/>
        </w:rPr>
        <w:t xml:space="preserve">[50:02] </w:t>
      </w:r>
      <w:r>
        <w:t>abhi ek report chhapi thi Doomsday not far to main ne dikhaya un ko.</w:t>
      </w:r>
    </w:p>
    <w:p>
      <w:pPr>
        <w:jc w:val="right"/>
      </w:pPr>
      <w:r>
        <w:t>ابھی ایک رپورٹ چھپی تھی Doomsday not far تو میں نے دکھایا ان کو۔</w:t>
      </w:r>
    </w:p>
    <w:p>
      <w:r>
        <w:rPr>
          <w:b/>
        </w:rPr>
        <w:t xml:space="preserve">[50:08] </w:t>
      </w:r>
      <w:r>
        <w:t>to kya kehte hain woh? arey sahib abhi to Yajuj Majuj nahin nikle, abhi to Dajjal nahin aaya,</w:t>
      </w:r>
    </w:p>
    <w:p>
      <w:pPr>
        <w:jc w:val="right"/>
      </w:pPr>
      <w:r>
        <w:t>تو کیا کہتے ہیں وہ؟ ارے صاحب ابھی تو یاجوج ماجوج نہیں نکلے، ابھی تو دجال نہیں آیا،</w:t>
      </w:r>
    </w:p>
    <w:p>
      <w:r>
        <w:rPr>
          <w:b/>
        </w:rPr>
        <w:t xml:space="preserve">[50:15] </w:t>
      </w:r>
      <w:r>
        <w:t>abhi to Mahdi nahin aaya, abhi kahan se hoga? to main ne kaha ke dekhen kitni bari bhool</w:t>
      </w:r>
    </w:p>
    <w:p>
      <w:pPr>
        <w:jc w:val="right"/>
      </w:pPr>
      <w:r>
        <w:t>ابھی تو مہدی نہیں آیا، ابھی کہاں سے ہوگا؟ تو میں نے کہا کہ دیکھیں کتنی بڑی بھول</w:t>
      </w:r>
    </w:p>
    <w:p>
      <w:r>
        <w:rPr>
          <w:b/>
        </w:rPr>
        <w:t xml:space="preserve">[50:23] </w:t>
      </w:r>
      <w:r>
        <w:t>mein log pade hue hain.</w:t>
      </w:r>
    </w:p>
    <w:p>
      <w:pPr>
        <w:jc w:val="right"/>
      </w:pPr>
      <w:r>
        <w:t>میں لوگ پڑے ہوئے ہیں۔</w:t>
      </w:r>
    </w:p>
    <w:p>
      <w:r>
        <w:rPr>
          <w:b/>
        </w:rPr>
        <w:t xml:space="preserve">[50:25] </w:t>
      </w:r>
      <w:r>
        <w:t>self style ek picture bana rakhi hai is ki.</w:t>
      </w:r>
    </w:p>
    <w:p>
      <w:pPr>
        <w:jc w:val="right"/>
      </w:pPr>
      <w:r>
        <w:t>self style ایک picture بنا رکھی ہے اس کی۔</w:t>
      </w:r>
    </w:p>
    <w:p>
      <w:r>
        <w:rPr>
          <w:b/>
        </w:rPr>
        <w:t xml:space="preserve">[50:29] </w:t>
      </w:r>
      <w:r>
        <w:t>mysterious qism ki.</w:t>
      </w:r>
    </w:p>
    <w:p>
      <w:pPr>
        <w:jc w:val="right"/>
      </w:pPr>
      <w:r>
        <w:t>mysterious قسم کی۔</w:t>
      </w:r>
    </w:p>
    <w:p>
      <w:r>
        <w:rPr>
          <w:b/>
        </w:rPr>
        <w:t xml:space="preserve">[50:31] </w:t>
      </w:r>
      <w:r>
        <w:t>samajhte hain ke Dajjal jo hoga sach much hi itne zor se chekhega awaz us ki pahunche</w:t>
      </w:r>
    </w:p>
    <w:p>
      <w:pPr>
        <w:jc w:val="right"/>
      </w:pPr>
      <w:r>
        <w:t>سمجھتے ہیں کہ دجال جو ہوگا سچ مچ ہی اتنے زور سے چیخے گا آواز اس کی پہنچے</w:t>
      </w:r>
    </w:p>
    <w:p>
      <w:r>
        <w:rPr>
          <w:b/>
        </w:rPr>
        <w:t xml:space="preserve">[50:38] </w:t>
      </w:r>
      <w:r>
        <w:t>gi yahan se wahan tak to aisa koi chekhne wala to abhi tak paida hua nahin.</w:t>
      </w:r>
    </w:p>
    <w:p>
      <w:pPr>
        <w:jc w:val="right"/>
      </w:pPr>
      <w:r>
        <w:t>گی یہاں سے وہاں تک تو ایسا کوئی چیخنے والا تو ابھی تک پیدا ہوا نہیں۔</w:t>
      </w:r>
    </w:p>
    <w:p>
      <w:r>
        <w:rPr>
          <w:b/>
        </w:rPr>
        <w:t xml:space="preserve">[50:45] </w:t>
      </w:r>
      <w:r>
        <w:t>sach much Yajuj aise log honge sara pani pi jayenge woh to aisa pani peene wala</w:t>
      </w:r>
    </w:p>
    <w:p>
      <w:pPr>
        <w:jc w:val="right"/>
      </w:pPr>
      <w:r>
        <w:t>سچ مچ یاجوج ایسے لوگ ہوں گے سارا پانی پی جائیں گے وہ تو ایسا پانی پینے والا</w:t>
      </w:r>
    </w:p>
    <w:p>
      <w:r>
        <w:rPr>
          <w:b/>
        </w:rPr>
        <w:t xml:space="preserve">[50:53] </w:t>
      </w:r>
      <w:r>
        <w:t>to abhi koi aaya hi nahin.</w:t>
      </w:r>
    </w:p>
    <w:p>
      <w:pPr>
        <w:jc w:val="right"/>
      </w:pPr>
      <w:r>
        <w:t>تو ابھی کوئی آیا ہی نہیں۔</w:t>
      </w:r>
    </w:p>
    <w:p>
      <w:r>
        <w:rPr>
          <w:b/>
        </w:rPr>
        <w:t xml:space="preserve">[50:55] </w:t>
      </w:r>
      <w:r>
        <w:t>abhi intezar kar rahe hain ke aisa koi paida ho jo dunya par ek pani pi jaye.</w:t>
      </w:r>
    </w:p>
    <w:p>
      <w:pPr>
        <w:jc w:val="right"/>
      </w:pPr>
      <w:r>
        <w:t>ابھی انتظار کر رہے ہیں کہ ایسا کوئی پیدا ہو جو دنیا پر ایک پانی پی جائے۔</w:t>
      </w:r>
    </w:p>
    <w:p>
      <w:r>
        <w:rPr>
          <w:b/>
        </w:rPr>
        <w:t xml:space="preserve">[51:03] </w:t>
      </w:r>
      <w:r>
        <w:t>aisa koi paida ho jo yahan bole to us ki apni awaz hi har jagah sunai de.</w:t>
      </w:r>
    </w:p>
    <w:p>
      <w:pPr>
        <w:jc w:val="right"/>
      </w:pPr>
      <w:r>
        <w:t>ایسا کوئی پیدا ہو جو یہاں بولے تو اس کی اپنی آواز ہی ہر جگہ سنائی دے۔</w:t>
      </w:r>
    </w:p>
    <w:p>
      <w:r>
        <w:rPr>
          <w:b/>
        </w:rPr>
        <w:t xml:space="preserve">[51:10] </w:t>
      </w:r>
      <w:r>
        <w:t>yeh sab bilkul yaani absurd baaten hain.</w:t>
      </w:r>
    </w:p>
    <w:p>
      <w:pPr>
        <w:jc w:val="right"/>
      </w:pPr>
      <w:r>
        <w:t>یہ سب بالکل یعنی absurd باتیں ہیں۔</w:t>
      </w:r>
    </w:p>
    <w:p>
      <w:r>
        <w:rPr>
          <w:b/>
        </w:rPr>
        <w:t xml:space="preserve">[51:13] </w:t>
      </w:r>
      <w:r>
        <w:t>to sab se bara jo main samajhta hoon ke jo nuqsan hua hai woh yeh hai ke hum</w:t>
      </w:r>
    </w:p>
    <w:p>
      <w:pPr>
        <w:jc w:val="right"/>
      </w:pPr>
      <w:r>
        <w:t>تو سب سے بڑا جو میں سمجھتا ہوں کہ جو نقصان ہوا ہے وہ یہ ہے کہ ہم</w:t>
      </w:r>
    </w:p>
    <w:p>
      <w:r>
        <w:rPr>
          <w:b/>
        </w:rPr>
        <w:t xml:space="preserve">[51:21] </w:t>
      </w:r>
      <w:r>
        <w:t>ne in cheezon ka ek mysterious roop de rakha hai.</w:t>
      </w:r>
    </w:p>
    <w:p>
      <w:pPr>
        <w:jc w:val="right"/>
      </w:pPr>
      <w:r>
        <w:t>نے ان چیزوں کا ایک mysterious روپ دے رکھا ہے۔</w:t>
      </w:r>
    </w:p>
    <w:p>
      <w:r>
        <w:rPr>
          <w:b/>
        </w:rPr>
        <w:t xml:space="preserve">[51:25] </w:t>
      </w:r>
      <w:r>
        <w:t>mysterious ek picture bana rakhi hai in cheezon ki.</w:t>
      </w:r>
    </w:p>
    <w:p>
      <w:pPr>
        <w:jc w:val="right"/>
      </w:pPr>
      <w:r>
        <w:t>mysterious ایک picture بنا رکھی ہے ان چیزوں کی۔</w:t>
      </w:r>
    </w:p>
    <w:p>
      <w:r>
        <w:rPr>
          <w:b/>
        </w:rPr>
        <w:t xml:space="preserve">[51:29] </w:t>
      </w:r>
      <w:r>
        <w:t>yeh sab kuch ho chuka jo hone wala tha ho chuka.</w:t>
      </w:r>
    </w:p>
    <w:p>
      <w:pPr>
        <w:jc w:val="right"/>
      </w:pPr>
      <w:r>
        <w:t>یہ سب کچھ ہو چکا جو ہونے والا تھا ہو چکا۔</w:t>
      </w:r>
    </w:p>
    <w:p>
      <w:r>
        <w:rPr>
          <w:b/>
        </w:rPr>
        <w:t xml:space="preserve">[51:34] </w:t>
      </w:r>
      <w:r>
        <w:t>ab to qayamat ka time aa gaya.</w:t>
      </w:r>
    </w:p>
    <w:p>
      <w:pPr>
        <w:jc w:val="right"/>
      </w:pPr>
      <w:r>
        <w:t>اب تو قیامت کا ٹائم آگیا۔</w:t>
      </w:r>
    </w:p>
    <w:p>
      <w:r>
        <w:rPr>
          <w:b/>
        </w:rPr>
        <w:t xml:space="preserve">[51:36] </w:t>
      </w:r>
      <w:r>
        <w:t>yaani qayamat se pehle jo kuch hone wala tha woh ho chuka.</w:t>
      </w:r>
    </w:p>
    <w:p>
      <w:pPr>
        <w:jc w:val="right"/>
      </w:pPr>
      <w:r>
        <w:t>یعنی قیامت سے پہلے جو کچھ ہونے والا تھا وہ ہو چکا۔</w:t>
      </w:r>
    </w:p>
    <w:p>
      <w:r>
        <w:rPr>
          <w:b/>
        </w:rPr>
        <w:t xml:space="preserve">[51:41] </w:t>
      </w:r>
      <w:r>
        <w:t>aap agar nahin pehchante hain aap to aap blind hain.</w:t>
      </w:r>
    </w:p>
    <w:p>
      <w:pPr>
        <w:jc w:val="right"/>
      </w:pPr>
      <w:r>
        <w:t>آپ اگر نہیں پہچانتے ہیں آپ تو آپ blind ہیں۔</w:t>
      </w:r>
    </w:p>
    <w:p>
      <w:r>
        <w:rPr>
          <w:b/>
        </w:rPr>
        <w:t xml:space="preserve">[51:46] </w:t>
      </w:r>
      <w:r>
        <w:t>chounke aap ne yeh samajh liya ke woh aayega to koi ek mysterious cheez hogi woh.</w:t>
      </w:r>
    </w:p>
    <w:p>
      <w:pPr>
        <w:jc w:val="right"/>
      </w:pPr>
      <w:r>
        <w:t>چونکہ آپ نے یہ سمجھ لیا کہ وہ آئے گا تو کوئی ایک mysterious چیز ہوگی وہ۔</w:t>
      </w:r>
    </w:p>
    <w:p>
      <w:r>
        <w:rPr>
          <w:b/>
        </w:rPr>
        <w:t xml:space="preserve">[51:53] </w:t>
      </w:r>
      <w:r>
        <w:t>jaise ke main ne arz kiya ke woh aisa hoga ke sara dunya ka pani pee jae.</w:t>
      </w:r>
    </w:p>
    <w:p>
      <w:pPr>
        <w:jc w:val="right"/>
      </w:pPr>
      <w:r>
        <w:t>جیسے کہ میں نے عرض کیا کہ وہ ایسا ہوگا کہ سارا دنیا کا پانی پی جائے۔</w:t>
      </w:r>
    </w:p>
    <w:p>
      <w:r>
        <w:rPr>
          <w:b/>
        </w:rPr>
        <w:t xml:space="preserve">[52:00] </w:t>
      </w:r>
      <w:r>
        <w:t>aisa hoga ke bole to us ki cheekh itni zabardast hogi ke us ki cheekh jo hai har</w:t>
      </w:r>
    </w:p>
    <w:p>
      <w:pPr>
        <w:jc w:val="right"/>
      </w:pPr>
      <w:r>
        <w:t>ایسا ہوگا کہ بولے تو اس کی چیخ اتنی زبردست ہوگی کہ اس کی چیخ جو ہے ہر</w:t>
      </w:r>
    </w:p>
    <w:p>
      <w:r>
        <w:rPr>
          <w:b/>
        </w:rPr>
        <w:t xml:space="preserve">[52:08] </w:t>
      </w:r>
      <w:r>
        <w:t>jagah sunai de.</w:t>
      </w:r>
    </w:p>
    <w:p>
      <w:pPr>
        <w:jc w:val="right"/>
      </w:pPr>
      <w:r>
        <w:t>جگہ سنائی دے۔</w:t>
      </w:r>
    </w:p>
    <w:p>
      <w:r>
        <w:rPr>
          <w:b/>
        </w:rPr>
        <w:t xml:space="preserve">[52:09] </w:t>
      </w:r>
      <w:r>
        <w:t>to aisa to koi aane wala nahi hai.</w:t>
      </w:r>
    </w:p>
    <w:p>
      <w:pPr>
        <w:jc w:val="right"/>
      </w:pPr>
      <w:r>
        <w:t>تو ایسا تو کوئی آنے والا نہیں ہے۔</w:t>
      </w:r>
    </w:p>
    <w:p>
      <w:r>
        <w:rPr>
          <w:b/>
        </w:rPr>
        <w:t xml:space="preserve">[52:13] </w:t>
      </w:r>
      <w:r>
        <w:t>aisa koi aane wala nahi hai bilkul.</w:t>
      </w:r>
    </w:p>
    <w:p>
      <w:pPr>
        <w:jc w:val="right"/>
      </w:pPr>
      <w:r>
        <w:t>ایسا کوئی آنے والا نہیں ہے بالکل۔</w:t>
      </w:r>
    </w:p>
    <w:p>
      <w:r>
        <w:rPr>
          <w:b/>
        </w:rPr>
        <w:t xml:space="preserve">[52:16] </w:t>
      </w:r>
      <w:r>
        <w:t>to yeh yeh sab se pehle is ko apne zehn se is ko nikaliye.</w:t>
      </w:r>
    </w:p>
    <w:p>
      <w:pPr>
        <w:jc w:val="right"/>
      </w:pPr>
      <w:r>
        <w:t>تو یہ یہ سب سے پہلے اس کو اپنے ذہن سے اس کو نکالیے۔</w:t>
      </w:r>
    </w:p>
    <w:p>
      <w:r>
        <w:rPr>
          <w:b/>
        </w:rPr>
        <w:t xml:space="preserve">[52:22] </w:t>
      </w:r>
      <w:r>
        <w:t>ke yeh sab cheezein jo hain koi mysterious cheezein hain.</w:t>
      </w:r>
    </w:p>
    <w:p>
      <w:pPr>
        <w:jc w:val="right"/>
      </w:pPr>
      <w:r>
        <w:t>کہ یہ سب چیزیں جو ہیں کوئی mysterious چیزیں ہیں۔</w:t>
      </w:r>
    </w:p>
    <w:p>
      <w:r>
        <w:rPr>
          <w:b/>
        </w:rPr>
        <w:t xml:space="preserve">[52:26] </w:t>
      </w:r>
      <w:r>
        <w:t>sab se pehle is ko nikaliye.</w:t>
      </w:r>
    </w:p>
    <w:p>
      <w:pPr>
        <w:jc w:val="right"/>
      </w:pPr>
      <w:r>
        <w:t>سب سے پہلے اس کو نکالیے۔</w:t>
      </w:r>
    </w:p>
    <w:p>
      <w:r>
        <w:rPr>
          <w:b/>
        </w:rPr>
        <w:t xml:space="preserve">[52:29] </w:t>
      </w:r>
      <w:r>
        <w:t>jab tak aap is se bahir nahi aayenge tab tak baat samajh mein nahi aayegi.</w:t>
      </w:r>
    </w:p>
    <w:p>
      <w:pPr>
        <w:jc w:val="right"/>
      </w:pPr>
      <w:r>
        <w:t>جب تک آپ اس سے باہر نہیں آئیں گے تب تک بات سمجھ میں نہیں آئے گی۔</w:t>
      </w:r>
    </w:p>
    <w:p>
      <w:r>
        <w:rPr>
          <w:b/>
        </w:rPr>
        <w:t xml:space="preserve">[52:36] </w:t>
      </w:r>
      <w:r>
        <w:t>sab se zaroori sab se zyada zaroori hai ke jo sainkaron saal se logon ke mind mein basa</w:t>
      </w:r>
    </w:p>
    <w:p>
      <w:pPr>
        <w:jc w:val="right"/>
      </w:pPr>
      <w:r>
        <w:t>سب سے ضروری سب سے زیادہ ضروری ہے کہ جو سینکڑوں سال سے لوگوں کے mind میں بسا</w:t>
      </w:r>
    </w:p>
    <w:p>
      <w:r>
        <w:rPr>
          <w:b/>
        </w:rPr>
        <w:t xml:space="preserve">[52:44] </w:t>
      </w:r>
      <w:r>
        <w:t>hua hai ek mysterious roop is ko khatam karna parega.</w:t>
      </w:r>
    </w:p>
    <w:p>
      <w:pPr>
        <w:jc w:val="right"/>
      </w:pPr>
      <w:r>
        <w:t>ہوا ہے ایک mysterious روپ اس کو ختم کرنا پڑے گا۔</w:t>
      </w:r>
    </w:p>
    <w:p>
      <w:r>
        <w:rPr>
          <w:b/>
        </w:rPr>
        <w:t xml:space="preserve">[52:48] </w:t>
      </w:r>
      <w:r>
        <w:t>yeh manna parega ke yeh sab normal cheezein hain, normal bilkul.</w:t>
      </w:r>
    </w:p>
    <w:p>
      <w:pPr>
        <w:jc w:val="right"/>
      </w:pPr>
      <w:r>
        <w:t>یہ ماننا پڑے گا کہ یہ سب normal چیزیں ہیں، normal بالکل۔</w:t>
      </w:r>
    </w:p>
    <w:p>
      <w:r>
        <w:rPr>
          <w:b/>
        </w:rPr>
        <w:t xml:space="preserve">[52:54] </w:t>
      </w:r>
      <w:r>
        <w:t>jaise hum aap normal hain.</w:t>
      </w:r>
    </w:p>
    <w:p>
      <w:pPr>
        <w:jc w:val="right"/>
      </w:pPr>
      <w:r>
        <w:t>جیسے ہم آپ normal ہیں۔</w:t>
      </w:r>
    </w:p>
    <w:p>
      <w:r>
        <w:rPr>
          <w:b/>
        </w:rPr>
        <w:t xml:space="preserve">[52:56] </w:t>
      </w:r>
      <w:r>
        <w:t>tab aap yaajooj maajooj ko samjhenge.</w:t>
      </w:r>
    </w:p>
    <w:p>
      <w:pPr>
        <w:jc w:val="right"/>
      </w:pPr>
      <w:r>
        <w:t>تب آپ یاجوج ماجوج کو سمجھیں گے۔</w:t>
      </w:r>
    </w:p>
    <w:p>
      <w:r>
        <w:rPr>
          <w:b/>
        </w:rPr>
        <w:t xml:space="preserve">[52:59] </w:t>
      </w:r>
      <w:r>
        <w:t>tab aap mehdi ko samjhenge.</w:t>
      </w:r>
    </w:p>
    <w:p>
      <w:pPr>
        <w:jc w:val="right"/>
      </w:pPr>
      <w:r>
        <w:t>تب آپ مہدی کو سمجھیں گے۔</w:t>
      </w:r>
    </w:p>
    <w:p>
      <w:r>
        <w:rPr>
          <w:b/>
        </w:rPr>
        <w:t xml:space="preserve">[53:01] </w:t>
      </w:r>
      <w:r>
        <w:t>tab aap dajjal ko samjhenge.</w:t>
      </w:r>
    </w:p>
    <w:p>
      <w:pPr>
        <w:jc w:val="right"/>
      </w:pPr>
      <w:r>
        <w:t>تب آپ دجال کو سمجھیں گے۔</w:t>
      </w:r>
    </w:p>
    <w:p>
      <w:r>
        <w:rPr>
          <w:b/>
        </w:rPr>
        <w:t xml:space="preserve">[53:04] </w:t>
      </w:r>
      <w:r>
        <w:t>aur tab aap yeh discover karenge ke mera role kya hai is mein.</w:t>
      </w:r>
    </w:p>
    <w:p>
      <w:pPr>
        <w:jc w:val="right"/>
      </w:pPr>
      <w:r>
        <w:t>اور تب آپ یہ discover کریں گے کہ میرا role کیا ہے اس میں۔</w:t>
      </w:r>
    </w:p>
    <w:p>
      <w:r>
        <w:rPr>
          <w:b/>
        </w:rPr>
        <w:t xml:space="preserve">[53:10] </w:t>
      </w:r>
      <w:r>
        <w:t>abhi aap ne apna role hi discover nahi kiya.</w:t>
      </w:r>
    </w:p>
    <w:p>
      <w:pPr>
        <w:jc w:val="right"/>
      </w:pPr>
      <w:r>
        <w:t>ابھی آپ نے اپنا role ہی discover نہیں کیا۔</w:t>
      </w:r>
    </w:p>
    <w:p>
      <w:r>
        <w:rPr>
          <w:b/>
        </w:rPr>
        <w:t xml:space="preserve">[53:14] </w:t>
      </w:r>
      <w:r>
        <w:t>abhi aap ne apna role discover nahi kiya.</w:t>
      </w:r>
    </w:p>
    <w:p>
      <w:pPr>
        <w:jc w:val="right"/>
      </w:pPr>
      <w:r>
        <w:t>ابھی آپ نے اپنا role discover نہیں کیا۔</w:t>
      </w:r>
    </w:p>
    <w:p>
      <w:r>
        <w:rPr>
          <w:b/>
        </w:rPr>
        <w:t xml:space="preserve">[53:17] </w:t>
      </w:r>
      <w:r>
        <w:t>dekhein har zamane mein aisa hua aap jante hain quran mein likha hua hai ke jo bhi nabi</w:t>
      </w:r>
    </w:p>
    <w:p>
      <w:pPr>
        <w:jc w:val="right"/>
      </w:pPr>
      <w:r>
        <w:t>دیکھیں ہر زمانے میں ایسا ہوا آپ جانتے ہیں قرآن میں لکھا ہوا ہے کہ جو بھی نبی</w:t>
      </w:r>
    </w:p>
    <w:p>
      <w:r>
        <w:rPr>
          <w:b/>
        </w:rPr>
        <w:t xml:space="preserve">[53:25] </w:t>
      </w:r>
      <w:r>
        <w:t>aaya, jo bhi prophet aaya to logon ne us ko ridicule kiya.</w:t>
      </w:r>
    </w:p>
    <w:p>
      <w:pPr>
        <w:jc w:val="right"/>
      </w:pPr>
      <w:r>
        <w:t>آیا، جو بھی prophet آیا تو لوگوں نے اس کو ridicule کیا۔</w:t>
      </w:r>
    </w:p>
    <w:p>
      <w:r>
        <w:rPr>
          <w:b/>
        </w:rPr>
        <w:t xml:space="preserve">[53:30] </w:t>
      </w:r>
      <w:r>
        <w:t>us ka mazak uraya.</w:t>
      </w:r>
    </w:p>
    <w:p>
      <w:pPr>
        <w:jc w:val="right"/>
      </w:pPr>
      <w:r>
        <w:t>اس کا مذاق اڑایا۔</w:t>
      </w:r>
    </w:p>
    <w:p>
      <w:r>
        <w:rPr>
          <w:b/>
        </w:rPr>
        <w:t xml:space="preserve">[53:32] </w:t>
      </w:r>
      <w:r>
        <w:t>har paighambar ko quran mein bataya gaya hai ke unhon ne ridicule kiya.</w:t>
      </w:r>
    </w:p>
    <w:p>
      <w:pPr>
        <w:jc w:val="right"/>
      </w:pPr>
      <w:r>
        <w:t>ہر پیغمبر کو قرآن میں بتایا گیا ہے کہ انہوں نے ridicule کیا۔</w:t>
      </w:r>
    </w:p>
    <w:p>
      <w:r>
        <w:rPr>
          <w:b/>
        </w:rPr>
        <w:t xml:space="preserve">[53:37] </w:t>
      </w:r>
      <w:r>
        <w:t>kyun? un ke mind mein yeh tha ke prophet jab aayega to us ke sath angel lage</w:t>
      </w:r>
    </w:p>
    <w:p>
      <w:pPr>
        <w:jc w:val="right"/>
      </w:pPr>
      <w:r>
        <w:t>کیوں؟ ان کے mind میں یہ تھا کہ prophet جب آئے گا تو اس کے ساتھ angel لگے</w:t>
      </w:r>
    </w:p>
    <w:p>
      <w:r>
        <w:rPr>
          <w:b/>
        </w:rPr>
        <w:t xml:space="preserve">[53:45] </w:t>
      </w:r>
      <w:r>
        <w:t>hue honge.</w:t>
      </w:r>
    </w:p>
    <w:p>
      <w:pPr>
        <w:jc w:val="right"/>
      </w:pPr>
      <w:r>
        <w:t>ہوئے ہوں گے۔</w:t>
      </w:r>
    </w:p>
    <w:p>
      <w:r>
        <w:rPr>
          <w:b/>
        </w:rPr>
        <w:t xml:space="preserve">[53:46] </w:t>
      </w:r>
      <w:r>
        <w:t>aur woh jahan chalega to sara pahad is ke sath chalta chalta rahega.</w:t>
      </w:r>
    </w:p>
    <w:p>
      <w:pPr>
        <w:jc w:val="right"/>
      </w:pPr>
      <w:r>
        <w:t>اور وہ جہاں چلے گا تو سارا پہاڑ اس کے ساتھ چلتا چلتا رہے گا۔</w:t>
      </w:r>
    </w:p>
    <w:p>
      <w:r>
        <w:rPr>
          <w:b/>
        </w:rPr>
        <w:t xml:space="preserve">[53:53] </w:t>
      </w:r>
      <w:r>
        <w:t>jab chalega to sara zameen aasman hilne lagenge.</w:t>
      </w:r>
    </w:p>
    <w:p>
      <w:pPr>
        <w:jc w:val="right"/>
      </w:pPr>
      <w:r>
        <w:t>جب چلے گا تو سارا زمین آسمان ہلنے لگیں گے۔</w:t>
      </w:r>
    </w:p>
    <w:p>
      <w:r>
        <w:rPr>
          <w:b/>
        </w:rPr>
        <w:t xml:space="preserve">[53:57] </w:t>
      </w:r>
      <w:r>
        <w:t>matlab ek mysterious picture tha prophet ka.</w:t>
      </w:r>
    </w:p>
    <w:p>
      <w:pPr>
        <w:jc w:val="right"/>
      </w:pPr>
      <w:r>
        <w:t>مطلب ایک mysterious picture تھا prophet کا۔</w:t>
      </w:r>
    </w:p>
    <w:p>
      <w:r>
        <w:rPr>
          <w:b/>
        </w:rPr>
        <w:t xml:space="preserve">[54:00] </w:t>
      </w:r>
      <w:r>
        <w:t>to jo prophet aaye woh to insan jaise the.</w:t>
      </w:r>
    </w:p>
    <w:p>
      <w:pPr>
        <w:jc w:val="right"/>
      </w:pPr>
      <w:r>
        <w:t>تو جو prophet آئے وہ تو انسان جیسے تھے۔</w:t>
      </w:r>
    </w:p>
    <w:p>
      <w:r>
        <w:rPr>
          <w:b/>
        </w:rPr>
        <w:t xml:space="preserve">[54:04] </w:t>
      </w:r>
      <w:r>
        <w:t>to ridicule kiya unhone? arey aisa koi prophet hota hai? yeh kitni badi fallacy hai is mein</w:t>
      </w:r>
    </w:p>
    <w:p>
      <w:pPr>
        <w:jc w:val="right"/>
      </w:pPr>
      <w:r>
        <w:t>تو ridicule کیا انہوں نے؟ ارے ایسا کوئی prophet ہوتا ہے؟ یہ کتنی بڑی fallacy ہے اس میں</w:t>
      </w:r>
    </w:p>
    <w:p>
      <w:r>
        <w:rPr>
          <w:b/>
        </w:rPr>
        <w:t xml:space="preserve">[54:12] </w:t>
      </w:r>
      <w:r>
        <w:t>aaj tak log jee rahe hain.</w:t>
      </w:r>
    </w:p>
    <w:p>
      <w:pPr>
        <w:jc w:val="right"/>
      </w:pPr>
      <w:r>
        <w:t>آج تک لوگ جی رہے ہیں۔</w:t>
      </w:r>
    </w:p>
    <w:p>
      <w:r>
        <w:rPr>
          <w:b/>
        </w:rPr>
        <w:t xml:space="preserve">[54:14] </w:t>
      </w:r>
      <w:r>
        <w:t>aaj tak jee rahe hain.</w:t>
      </w:r>
    </w:p>
    <w:p>
      <w:pPr>
        <w:jc w:val="right"/>
      </w:pPr>
      <w:r>
        <w:t>آج تک جی رہے ہیں۔</w:t>
      </w:r>
    </w:p>
    <w:p>
      <w:r>
        <w:rPr>
          <w:b/>
        </w:rPr>
        <w:t xml:space="preserve">[54:16] </w:t>
      </w:r>
      <w:r>
        <w:t>prophet ek insan ke roop mein aata hai.</w:t>
      </w:r>
    </w:p>
    <w:p>
      <w:pPr>
        <w:jc w:val="right"/>
      </w:pPr>
      <w:r>
        <w:t>Prophet ایک انسان کے روپ میں آتا ہے۔</w:t>
      </w:r>
    </w:p>
    <w:p>
      <w:r>
        <w:rPr>
          <w:b/>
        </w:rPr>
        <w:t xml:space="preserve">[54:20] </w:t>
      </w:r>
      <w:r>
        <w:t>to chuke log ek anokha is ka ek anokhi image banaye hue the.</w:t>
      </w:r>
    </w:p>
    <w:p>
      <w:pPr>
        <w:jc w:val="right"/>
      </w:pPr>
      <w:r>
        <w:t>تو چونکہ لوگ ایک انوکھا اس کا ایک انوکھی image بنائے ہوئے تھے۔</w:t>
      </w:r>
    </w:p>
    <w:p>
      <w:r>
        <w:rPr>
          <w:b/>
        </w:rPr>
        <w:t xml:space="preserve">[54:25] </w:t>
      </w:r>
      <w:r>
        <w:t>ek mysterious type ka roop banaye hue tha.</w:t>
      </w:r>
    </w:p>
    <w:p>
      <w:pPr>
        <w:jc w:val="right"/>
      </w:pPr>
      <w:r>
        <w:t>ایک mysterious type کا روپ بنائے ہوئے تھے۔</w:t>
      </w:r>
    </w:p>
    <w:p>
      <w:r>
        <w:rPr>
          <w:b/>
        </w:rPr>
        <w:t xml:space="preserve">[54:29] </w:t>
      </w:r>
      <w:r>
        <w:t>to prophet samne aaya aur pehchana nahi is ko.</w:t>
      </w:r>
    </w:p>
    <w:p>
      <w:pPr>
        <w:jc w:val="right"/>
      </w:pPr>
      <w:r>
        <w:t>تو prophet سامنے آیا اور پہچانا نہیں اس کو۔</w:t>
      </w:r>
    </w:p>
    <w:p>
      <w:r>
        <w:rPr>
          <w:b/>
        </w:rPr>
        <w:t xml:space="preserve">[54:33] </w:t>
      </w:r>
      <w:r>
        <w:t>is ka inkar karte rahe.</w:t>
      </w:r>
    </w:p>
    <w:p>
      <w:pPr>
        <w:jc w:val="right"/>
      </w:pPr>
      <w:r>
        <w:t>اس کا انکار کرتے رہے۔</w:t>
      </w:r>
    </w:p>
    <w:p>
      <w:r>
        <w:rPr>
          <w:b/>
        </w:rPr>
        <w:t xml:space="preserve">[54:35] </w:t>
      </w:r>
      <w:r>
        <w:t>ya hasrat ali allabad mayateen rasool Allah kano yastadun bando par afsos hai ke woh prophet jo bhi</w:t>
      </w:r>
    </w:p>
    <w:p>
      <w:pPr>
        <w:jc w:val="right"/>
      </w:pPr>
      <w:r>
        <w:t>یا حسرت علی اللباد مایاتین برسول اللہ کانو یستعدون بندوں پر افسوس ہے کہ وہ prophet جو بھی</w:t>
      </w:r>
    </w:p>
    <w:p>
      <w:r>
        <w:rPr>
          <w:b/>
        </w:rPr>
        <w:t xml:space="preserve">[54:43] </w:t>
      </w:r>
      <w:r>
        <w:t>aaya is ko ridicule karte rahe.</w:t>
      </w:r>
    </w:p>
    <w:p>
      <w:pPr>
        <w:jc w:val="right"/>
      </w:pPr>
      <w:r>
        <w:t>آیا اس کو ridicule کرتے رہے۔</w:t>
      </w:r>
    </w:p>
    <w:p>
      <w:r>
        <w:rPr>
          <w:b/>
        </w:rPr>
        <w:t xml:space="preserve">[54:45] </w:t>
      </w:r>
      <w:r>
        <w:t>to quran mein ek jagah kaha gaya hai ke yeh log chahte hain woh woh woh un ki</w:t>
      </w:r>
    </w:p>
    <w:p>
      <w:pPr>
        <w:jc w:val="right"/>
      </w:pPr>
      <w:r>
        <w:t>تو قرآن میں ایک جگہ کہا گیا ہے کہ یہ لوگ چاہتے ہیں وہ وہ وہ ان کی</w:t>
      </w:r>
    </w:p>
    <w:p>
      <w:r>
        <w:rPr>
          <w:b/>
        </w:rPr>
        <w:t xml:space="preserve">[54:53] </w:t>
      </w:r>
      <w:r>
        <w:t>mang hoti thi ke prophet ko angel ke yani angel ko prophet ban kar aana chahiye.</w:t>
      </w:r>
    </w:p>
    <w:p>
      <w:pPr>
        <w:jc w:val="right"/>
      </w:pPr>
      <w:r>
        <w:t>مانگ ہوتی تھی کہ prophet کو angel کے یعنی angel کو prophet بن کر آنا چاہیے۔</w:t>
      </w:r>
    </w:p>
    <w:p>
      <w:r>
        <w:rPr>
          <w:b/>
        </w:rPr>
        <w:t xml:space="preserve">[55:00] </w:t>
      </w:r>
      <w:r>
        <w:t>angel farishta farishta kyun nahi aaya? Khuda ki taraf se message le kar farishta kyun nahi aaya? angel</w:t>
      </w:r>
    </w:p>
    <w:p>
      <w:pPr>
        <w:jc w:val="right"/>
      </w:pPr>
      <w:r>
        <w:t>Angel فرشتہ فرشتہ کیوں نہیں آیا؟ خدا کی طرف سے message لے کر فرشتہ کیوں نہیں آیا؟ Angel</w:t>
      </w:r>
    </w:p>
    <w:p>
      <w:r>
        <w:rPr>
          <w:b/>
        </w:rPr>
        <w:t xml:space="preserve">[55:07] </w:t>
      </w:r>
      <w:r>
        <w:t>kyun nahi aaye? to quran mein hai ke agar hum farishta bhejte, agar hum angel bhejte wulabsana alayhim</w:t>
      </w:r>
    </w:p>
    <w:p>
      <w:pPr>
        <w:jc w:val="right"/>
      </w:pPr>
      <w:r>
        <w:t>کیوں نہیں آئے؟ تو قرآن میں ہے کہ اگر ہم فرشتہ بھیجتے، اگر ہم angel بھیجتے ولبسنا علیہم</w:t>
      </w:r>
    </w:p>
    <w:p>
      <w:r>
        <w:rPr>
          <w:b/>
        </w:rPr>
        <w:t xml:space="preserve">[55:15] </w:t>
      </w:r>
      <w:r>
        <w:t>ma yulbasun to un ko bhi hum insan jaise roop mein bhejte.</w:t>
      </w:r>
    </w:p>
    <w:p>
      <w:pPr>
        <w:jc w:val="right"/>
      </w:pPr>
      <w:r>
        <w:t>ما يلبسون تو ان کو بھی ہم انسان جیسے روپ میں بھیجتے۔</w:t>
      </w:r>
    </w:p>
    <w:p>
      <w:r>
        <w:rPr>
          <w:b/>
        </w:rPr>
        <w:t xml:space="preserve">[55:20] </w:t>
      </w:r>
      <w:r>
        <w:t>yani ek element of doubt phir bhi baqi rehta.</w:t>
      </w:r>
    </w:p>
    <w:p>
      <w:pPr>
        <w:jc w:val="right"/>
      </w:pPr>
      <w:r>
        <w:t>یعنی ایک element of doubt پھر بھی باقی رہتا۔</w:t>
      </w:r>
    </w:p>
    <w:p>
      <w:r>
        <w:rPr>
          <w:b/>
        </w:rPr>
        <w:t xml:space="preserve">[55:24] </w:t>
      </w:r>
      <w:r>
        <w:t>yaad rakhiye yeh Khuda ka qanoon hai ke element of doubt hamesha baqi rehta hai, hamesha baqi rehta</w:t>
      </w:r>
    </w:p>
    <w:p>
      <w:pPr>
        <w:jc w:val="right"/>
      </w:pPr>
      <w:r>
        <w:t>یاد رکھیے یہ خدا کا قانون ہے کہ element of doubt ہمیشہ باقی رہتا ہے، ہمیشہ باقی رہتا</w:t>
      </w:r>
    </w:p>
    <w:p>
      <w:r>
        <w:rPr>
          <w:b/>
        </w:rPr>
        <w:t xml:space="preserve">[55:32]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[55:33] </w:t>
      </w:r>
      <w:r>
        <w:t>har prophet ke sath baqi tha element of doubt.</w:t>
      </w:r>
    </w:p>
    <w:p>
      <w:pPr>
        <w:jc w:val="right"/>
      </w:pPr>
      <w:r>
        <w:t>ہر prophet کے ساتھ باقی تھا element of doubt۔</w:t>
      </w:r>
    </w:p>
    <w:p>
      <w:r>
        <w:rPr>
          <w:b/>
        </w:rPr>
        <w:t xml:space="preserve">[55:37] </w:t>
      </w:r>
      <w:r>
        <w:t>yeh kabhi nahi ho sakta ke element of doubt ko khatam kar ke koi aaye, aane wala.</w:t>
      </w:r>
    </w:p>
    <w:p>
      <w:pPr>
        <w:jc w:val="right"/>
      </w:pPr>
      <w:r>
        <w:t>یہ کبھی نہیں ہو سکتا کہ element of doubt کو ختم کر کے کوئی آئے، آنے والا۔</w:t>
      </w:r>
    </w:p>
    <w:p>
      <w:r>
        <w:rPr>
          <w:b/>
        </w:rPr>
        <w:t xml:space="preserve">[55:45] </w:t>
      </w:r>
      <w:r>
        <w:t>is element of doubt jo hota hai is ko aap ko hatana padta hai.</w:t>
      </w:r>
    </w:p>
    <w:p>
      <w:pPr>
        <w:jc w:val="right"/>
      </w:pPr>
      <w:r>
        <w:t>اس element of doubt جو ہوتا ہے اس کو آپ کو ہٹانا پڑتا ہے۔</w:t>
      </w:r>
    </w:p>
    <w:p>
      <w:r>
        <w:rPr>
          <w:b/>
        </w:rPr>
        <w:t xml:space="preserve">[55:51] </w:t>
      </w:r>
      <w:r>
        <w:t>jo log nahi hata paye to kabhi pehchan nahi pate aur inkar inkar karte rehte hain.</w:t>
      </w:r>
    </w:p>
    <w:p>
      <w:pPr>
        <w:jc w:val="right"/>
      </w:pPr>
      <w:r>
        <w:t>جو لوگ نہیں ہٹا پائے تو کبھی پہچان نہیں پاتے اور انکار انکار کرتے رہتے ہیں۔</w:t>
      </w:r>
    </w:p>
    <w:p>
      <w:r>
        <w:rPr>
          <w:b/>
        </w:rPr>
        <w:t xml:space="preserve">[55:57] </w:t>
      </w:r>
      <w:r>
        <w:t>to yeh jo har cheez ko mystery ka roop de diya gaya hai, har cheez ko mysterious bana</w:t>
      </w:r>
    </w:p>
    <w:p>
      <w:pPr>
        <w:jc w:val="right"/>
      </w:pPr>
      <w:r>
        <w:t>تو یہ جو ہر چیز کو mystery کا روپ دے دیا گیا ہے، ہر چیز کو mysterious بنا</w:t>
      </w:r>
    </w:p>
    <w:p>
      <w:r>
        <w:rPr>
          <w:b/>
        </w:rPr>
        <w:t xml:space="preserve">[56:05] </w:t>
      </w:r>
      <w:r>
        <w:t>diya gaya hai, yeh bohat bara parda hai, bohat bara parda hai.</w:t>
      </w:r>
    </w:p>
    <w:p>
      <w:pPr>
        <w:jc w:val="right"/>
      </w:pPr>
      <w:r>
        <w:t>دیا گیا ہے، یہ بہت بڑا پردہ ہے، بہت بڑا پردہ ہے۔</w:t>
      </w:r>
    </w:p>
    <w:p>
      <w:r>
        <w:rPr>
          <w:b/>
        </w:rPr>
        <w:t xml:space="preserve">[56:10] </w:t>
      </w:r>
      <w:r>
        <w:t>to hamein is parde ko hatana hai.</w:t>
      </w:r>
    </w:p>
    <w:p>
      <w:pPr>
        <w:jc w:val="right"/>
      </w:pPr>
      <w:r>
        <w:t>تو ہمیں اس پردے کو ہٹانا ہے۔</w:t>
      </w:r>
    </w:p>
    <w:p>
      <w:r>
        <w:rPr>
          <w:b/>
        </w:rPr>
        <w:t xml:space="preserve">[56:13] </w:t>
      </w:r>
      <w:r>
        <w:t>yaad rakhiye koi cheez mystery nahi hai, koi koi cheez mysterious roop mein nahi hai yahan par.</w:t>
      </w:r>
    </w:p>
    <w:p>
      <w:pPr>
        <w:jc w:val="right"/>
      </w:pPr>
      <w:r>
        <w:t>یاد رکھیے کوئی چیز mystery نہیں ہے، کوئی کوئی چیز mysterious روپ میں نہیں ہے یہاں پر۔</w:t>
      </w:r>
    </w:p>
    <w:p>
      <w:r>
        <w:rPr>
          <w:b/>
        </w:rPr>
        <w:t xml:space="preserve">[56:21] </w:t>
      </w:r>
      <w:r>
        <w:t>Normal roop mein hai har cheez.</w:t>
      </w:r>
    </w:p>
    <w:p>
      <w:pPr>
        <w:jc w:val="right"/>
      </w:pPr>
      <w:r>
        <w:t>Normal روپ میں ہے ہر چیز۔</w:t>
      </w:r>
    </w:p>
    <w:p>
      <w:r>
        <w:rPr>
          <w:b/>
        </w:rPr>
        <w:t xml:space="preserve">[56:23] </w:t>
      </w:r>
      <w:r>
        <w:t>to Yajuj Majuj bhi koi mysterious nahi thay, Dajjal koi mysterious nahi, Mehdi koi mysterious nahi.</w:t>
      </w:r>
    </w:p>
    <w:p>
      <w:pPr>
        <w:jc w:val="right"/>
      </w:pPr>
      <w:r>
        <w:t>تو یاجوج ماجوج بھی کوئی mysterious نہیں تھے، دجال کوئی mysterious نہیں، مہدی کوئی mysterious نہیں۔</w:t>
      </w:r>
    </w:p>
    <w:p>
      <w:r>
        <w:rPr>
          <w:b/>
        </w:rPr>
        <w:t xml:space="preserve">[56:30] </w:t>
      </w:r>
      <w:r>
        <w:t>sab normal character hain, sab ke sab.</w:t>
      </w:r>
    </w:p>
    <w:p>
      <w:pPr>
        <w:jc w:val="right"/>
      </w:pPr>
      <w:r>
        <w:t>سب normal character ہیں، سب کے سب۔</w:t>
      </w:r>
    </w:p>
    <w:p>
      <w:r>
        <w:rPr>
          <w:b/>
        </w:rPr>
        <w:t xml:space="preserve">[56:33] </w:t>
      </w:r>
      <w:r>
        <w:t>is par maine tafseel se likha hai apne bes pachis page ki ya shayad is se zyada</w:t>
      </w:r>
    </w:p>
    <w:p>
      <w:pPr>
        <w:jc w:val="right"/>
      </w:pPr>
      <w:r>
        <w:t>اس پر میں نے تفصیل سے لکھا ہے اپنے بیس پچیس page کی یا شاید اس سے زیادہ</w:t>
      </w:r>
    </w:p>
    <w:p>
      <w:r>
        <w:rPr>
          <w:b/>
        </w:rPr>
        <w:t xml:space="preserve">[56:41] </w:t>
      </w:r>
      <w:r>
        <w:t>ki book hogi woh type hone ke baad.</w:t>
      </w:r>
    </w:p>
    <w:p>
      <w:pPr>
        <w:jc w:val="right"/>
      </w:pPr>
      <w:r>
        <w:t>کی بک ہوگی وہ ٹائپ ہونے کے بعد۔</w:t>
      </w:r>
    </w:p>
    <w:p>
      <w:r>
        <w:rPr>
          <w:b/>
        </w:rPr>
        <w:t xml:space="preserve">[56:44] </w:t>
      </w:r>
      <w:r>
        <w:t>aap ise parh lijiyega, maine sare references is mein de diye hain.</w:t>
      </w:r>
    </w:p>
    <w:p>
      <w:pPr>
        <w:jc w:val="right"/>
      </w:pPr>
      <w:r>
        <w:t>آپ اسے پڑھ لیجیے گا، میں نے سارے references اس میں دے دیے ہیں۔</w:t>
      </w:r>
    </w:p>
    <w:p>
      <w:r>
        <w:rPr>
          <w:b/>
        </w:rPr>
        <w:t xml:space="preserve">[56:50] </w:t>
      </w:r>
      <w:r>
        <w:t>to yeh bohat hi zaroori hai ke log is is se bahar ayen ke jo aanay wala hai</w:t>
      </w:r>
    </w:p>
    <w:p>
      <w:pPr>
        <w:jc w:val="right"/>
      </w:pPr>
      <w:r>
        <w:t>تو یہ بہت ہی ضروری ہے کہ لوگ اس اس سے باہر آئیں کہ جو آنے والا ہے</w:t>
      </w:r>
    </w:p>
    <w:p>
      <w:r>
        <w:rPr>
          <w:b/>
        </w:rPr>
        <w:t xml:space="preserve">[56:58] </w:t>
      </w:r>
      <w:r>
        <w:t>woh koi mysterious type ka personality hoga.</w:t>
      </w:r>
    </w:p>
    <w:p>
      <w:pPr>
        <w:jc w:val="right"/>
      </w:pPr>
      <w:r>
        <w:t>وہ کوئی mysterious type کا personality ہوگا۔</w:t>
      </w:r>
    </w:p>
    <w:p>
      <w:r>
        <w:rPr>
          <w:b/>
        </w:rPr>
        <w:t xml:space="preserve">[57:01] </w:t>
      </w:r>
      <w:r>
        <w:t>nahi, woh normal personality hoga.</w:t>
      </w:r>
    </w:p>
    <w:p>
      <w:pPr>
        <w:jc w:val="right"/>
      </w:pPr>
      <w:r>
        <w:t>نہیں، وہ normal personality ہوگا۔</w:t>
      </w:r>
    </w:p>
    <w:p>
      <w:r>
        <w:rPr>
          <w:b/>
        </w:rPr>
        <w:t xml:space="preserve">[57:03] </w:t>
      </w:r>
      <w:r>
        <w:t>to normal roop mein jab aap pehchanne ki shakti aap ke andar hogi tab aap pehchanenge, warna</w:t>
      </w:r>
    </w:p>
    <w:p>
      <w:pPr>
        <w:jc w:val="right"/>
      </w:pPr>
      <w:r>
        <w:t>تو normal روپ میں جب آپ پہچاننے کی شক্তি آپ کے اندر ہوگی تب آپ پہچانیں گے، ورنہ</w:t>
      </w:r>
    </w:p>
    <w:p>
      <w:r>
        <w:rPr>
          <w:b/>
        </w:rPr>
        <w:t xml:space="preserve">[57:11] </w:t>
      </w:r>
      <w:r>
        <w:t>nahi pehchan sakenge.</w:t>
      </w:r>
    </w:p>
    <w:p>
      <w:pPr>
        <w:jc w:val="right"/>
      </w:pPr>
      <w:r>
        <w:t>نہیں پہچان سکیں گے۔</w:t>
      </w:r>
    </w:p>
    <w:p>
      <w:r>
        <w:rPr>
          <w:b/>
        </w:rPr>
        <w:t xml:space="preserve">[57:12] </w:t>
      </w:r>
      <w:r>
        <w:t>aur isi haal mein mar jayenge.</w:t>
      </w:r>
    </w:p>
    <w:p>
      <w:pPr>
        <w:jc w:val="right"/>
      </w:pPr>
      <w:r>
        <w:t>اور اسی حال میں مر جائیں گے۔</w:t>
      </w:r>
    </w:p>
    <w:p>
      <w:r>
        <w:rPr>
          <w:b/>
        </w:rPr>
        <w:t xml:space="preserve">[57:15] </w:t>
      </w:r>
      <w:r>
        <w:t>to mere jaye mere nazdeek ab time bohat hi kam hai.</w:t>
      </w:r>
    </w:p>
    <w:p>
      <w:pPr>
        <w:jc w:val="right"/>
      </w:pPr>
      <w:r>
        <w:t>تو میرے جائے میرے نزدیک اب ٹائم بہت ہی کم ہے۔</w:t>
      </w:r>
    </w:p>
    <w:p>
      <w:r>
        <w:rPr>
          <w:b/>
        </w:rPr>
        <w:t xml:space="preserve">[57:20] </w:t>
      </w:r>
      <w:r>
        <w:t>sab kuch ho chuka hai.</w:t>
      </w:r>
    </w:p>
    <w:p>
      <w:pPr>
        <w:jc w:val="right"/>
      </w:pPr>
      <w:r>
        <w:t>سب کچھ ہو چکا ہے۔</w:t>
      </w:r>
    </w:p>
    <w:p>
      <w:r>
        <w:rPr>
          <w:b/>
        </w:rPr>
        <w:t xml:space="preserve">[57:22] </w:t>
      </w:r>
      <w:r>
        <w:t>koi aur aanay wala nahi hai jo jis ke liye aap intezar karen.</w:t>
      </w:r>
    </w:p>
    <w:p>
      <w:pPr>
        <w:jc w:val="right"/>
      </w:pPr>
      <w:r>
        <w:t>کوئی اور آنے والا نہیں ہے جو جس کے لیے آپ انتظار کریں۔</w:t>
      </w:r>
    </w:p>
    <w:p>
      <w:r>
        <w:rPr>
          <w:b/>
        </w:rPr>
        <w:t xml:space="preserve">[57:28] </w:t>
      </w:r>
      <w:r>
        <w:t>koi aanay wala nahi hai jis ka aap intezar karen.</w:t>
      </w:r>
    </w:p>
    <w:p>
      <w:pPr>
        <w:jc w:val="right"/>
      </w:pPr>
      <w:r>
        <w:t>کوئی آنے والا نہیں ہے جس کا آپ انتظار کریں۔</w:t>
      </w:r>
    </w:p>
    <w:p>
      <w:r>
        <w:rPr>
          <w:b/>
        </w:rPr>
        <w:t xml:space="preserve">[57:32] </w:t>
      </w:r>
      <w:r>
        <w:t>jo kuch hona tha ho chuka.</w:t>
      </w:r>
    </w:p>
    <w:p>
      <w:pPr>
        <w:jc w:val="right"/>
      </w:pPr>
      <w:r>
        <w:t>جو کچھ ہونا تھا ہو چکا۔</w:t>
      </w:r>
    </w:p>
    <w:p>
      <w:r>
        <w:rPr>
          <w:b/>
        </w:rPr>
        <w:t xml:space="preserve">[57:35] </w:t>
      </w:r>
      <w:r>
        <w:t>jo aanay wale thay woh aa chuke.</w:t>
      </w:r>
    </w:p>
    <w:p>
      <w:pPr>
        <w:jc w:val="right"/>
      </w:pPr>
      <w:r>
        <w:t>جو آنے والے تھے وہ آ چکے۔</w:t>
      </w:r>
    </w:p>
    <w:p>
      <w:r>
        <w:rPr>
          <w:b/>
        </w:rPr>
        <w:t xml:space="preserve">[57:38] </w:t>
      </w:r>
      <w:r>
        <w:t>ab to sirf aap ko yeh janna hai ke mera role kya hai.</w:t>
      </w:r>
    </w:p>
    <w:p>
      <w:pPr>
        <w:jc w:val="right"/>
      </w:pPr>
      <w:r>
        <w:t>اب تو صرف آپ کو یہ جاننا ہے کہ میرا role کیا ہے۔</w:t>
      </w:r>
    </w:p>
    <w:p>
      <w:r>
        <w:rPr>
          <w:b/>
        </w:rPr>
        <w:t xml:space="preserve">[57:43] </w:t>
      </w:r>
      <w:r>
        <w:t>aap ka role kya hai.</w:t>
      </w:r>
    </w:p>
    <w:p>
      <w:pPr>
        <w:jc w:val="right"/>
      </w:pPr>
      <w:r>
        <w:t>آپ کا role کیا ہے۔</w:t>
      </w:r>
    </w:p>
    <w:p>
      <w:r>
        <w:rPr>
          <w:b/>
        </w:rPr>
        <w:t xml:space="preserve">[57:45] </w:t>
      </w:r>
      <w:r>
        <w:t>to apnay role ko janiye.</w:t>
      </w:r>
    </w:p>
    <w:p>
      <w:pPr>
        <w:jc w:val="right"/>
      </w:pPr>
      <w:r>
        <w:t>تو اپنے role کو جانیے۔</w:t>
      </w:r>
    </w:p>
    <w:p>
      <w:r>
        <w:rPr>
          <w:b/>
        </w:rPr>
        <w:t xml:space="preserve">[57:48]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[57:49] </w:t>
      </w:r>
      <w:r>
        <w:t>discover your role yahi kaam hai aap ka.</w:t>
      </w:r>
    </w:p>
    <w:p>
      <w:pPr>
        <w:jc w:val="right"/>
      </w:pPr>
      <w:r>
        <w:t>Discover your role یہی کام ہے آپ کا۔</w:t>
      </w:r>
    </w:p>
    <w:p>
      <w:r>
        <w:rPr>
          <w:b/>
        </w:rPr>
        <w:t xml:space="preserve">[57:52] </w:t>
      </w:r>
      <w:r>
        <w:t>aur is role ko anjam dijiye.</w:t>
      </w:r>
    </w:p>
    <w:p>
      <w:pPr>
        <w:jc w:val="right"/>
      </w:pPr>
      <w:r>
        <w:t>اور اس role کو انجام دیجیے۔</w:t>
      </w:r>
    </w:p>
    <w:p>
      <w:r>
        <w:rPr>
          <w:b/>
        </w:rPr>
        <w:t xml:space="preserve">[57:55] </w:t>
      </w:r>
      <w:r>
        <w:t>meri dua hai ke Allah taala aap ko madad farmaye.</w:t>
      </w:r>
    </w:p>
    <w:p>
      <w:pPr>
        <w:jc w:val="right"/>
      </w:pPr>
      <w:r>
        <w:t>میری دعا ہے کہ اللہ تعالیٰ آپ کو مدد فرمائے۔</w:t>
      </w:r>
    </w:p>
    <w:p>
      <w:r>
        <w:rPr>
          <w:b/>
        </w:rPr>
        <w:t xml:space="preserve">[57:59] </w:t>
      </w:r>
      <w:r>
        <w:t>aur aap apni zimmedari ko poora kar saken.</w:t>
      </w:r>
    </w:p>
    <w:p>
      <w:pPr>
        <w:jc w:val="right"/>
      </w:pPr>
      <w:r>
        <w:t>اور آپ اپنی ذمہ داری کو پورا کر سکیں۔</w:t>
      </w:r>
    </w:p>
    <w:p>
      <w:r>
        <w:rPr>
          <w:b/>
        </w:rPr>
        <w:t xml:space="preserve">[58:03] </w:t>
      </w:r>
      <w:r>
        <w:t>aqool qooli haza wastaghfirullaha li walakum ajmaeen.</w:t>
      </w:r>
    </w:p>
    <w:p>
      <w:pPr>
        <w:jc w:val="right"/>
      </w:pPr>
      <w:r>
        <w:t>أقول قولي هذا واستغفرالله لي ولكم اجمعین.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