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Humble Beginning 30 12 07</w:t>
      </w:r>
    </w:p>
    <w:p>
      <w:r>
        <w:t>https://www.youtube.com/watch?v=uLIvioHSzNE</w:t>
      </w:r>
    </w:p>
    <w:p>
      <w:r>
        <w:rPr>
          <w:b/>
        </w:rPr>
        <w:t xml:space="preserve">[00:21]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[00:26] </w:t>
      </w:r>
      <w:r>
        <w:t>wasallahu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[00:31] </w:t>
      </w:r>
      <w:r>
        <w:t>rabbi 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[00:36] </w:t>
      </w:r>
      <w:r>
        <w:t>kal mere haan ek tv ki ek team aai interview ke liye.</w:t>
      </w:r>
    </w:p>
    <w:p>
      <w:pPr>
        <w:jc w:val="right"/>
      </w:pPr>
      <w:r>
        <w:t>کل میرے ہاں ایک ٹی وی کی ایک ٹیم آئی انٹرویو کے لیے۔</w:t>
      </w:r>
    </w:p>
    <w:p>
      <w:r>
        <w:rPr>
          <w:b/>
        </w:rPr>
        <w:t xml:space="preserve">[00:42] </w:t>
      </w:r>
      <w:r>
        <w:t>to interviewer ne poocha ke kya wajah hai ke musalman naujawan, muslim naujawan, suicide bombing karte hain? abhi</w:t>
      </w:r>
    </w:p>
    <w:p>
      <w:pPr>
        <w:jc w:val="right"/>
      </w:pPr>
      <w:r>
        <w:t>تو انٹرویوور نے پوچھا کہ کیا وجہ ہے کہ مسلمان نوجوان، مسلم نوجوان، سوسائیڈ بمبنگ کرتے ہیں؟ ابھی</w:t>
      </w:r>
    </w:p>
    <w:p>
      <w:r>
        <w:rPr>
          <w:b/>
        </w:rPr>
        <w:t xml:space="preserve">[00:47] </w:t>
      </w:r>
      <w:r>
        <w:t>ek aisa qissa hua, is ko le kar unhon ne yeh sawal kiya ke suicide bombing kyun karte</w:t>
      </w:r>
    </w:p>
    <w:p>
      <w:pPr>
        <w:jc w:val="right"/>
      </w:pPr>
      <w:r>
        <w:t>ایک ایسا قصہ ہوا، اس کو لے کر انہوں نے یہ سوال کیا کہ سوسائیڈ بمبنگ کیوں کرتے</w:t>
      </w:r>
    </w:p>
    <w:p>
      <w:r>
        <w:rPr>
          <w:b/>
        </w:rPr>
        <w:t xml:space="preserve">[00:52] </w:t>
      </w:r>
      <w:r>
        <w:t>hain musalman? aur is mein aksar parhe likhe bhi hote hain.</w:t>
      </w:r>
    </w:p>
    <w:p>
      <w:pPr>
        <w:jc w:val="right"/>
      </w:pPr>
      <w:r>
        <w:t>ہیں مسلمان؟ اور اس میں اکثر پڑھے لکھے بھی ہوتے ہیں۔</w:t>
      </w:r>
    </w:p>
    <w:p>
      <w:r>
        <w:rPr>
          <w:b/>
        </w:rPr>
        <w:t xml:space="preserve">[00:58] </w:t>
      </w:r>
      <w:r>
        <w:t>to yeh samajhna chahte the woh.</w:t>
      </w:r>
    </w:p>
    <w:p>
      <w:pPr>
        <w:jc w:val="right"/>
      </w:pPr>
      <w:r>
        <w:t>تو یہ سمجھنا چاہتے تھے وہ۔</w:t>
      </w:r>
    </w:p>
    <w:p>
      <w:r>
        <w:rPr>
          <w:b/>
        </w:rPr>
        <w:t xml:space="preserve">[01:03] </w:t>
      </w:r>
      <w:r>
        <w:t>main ne kaha ke is ke peeche ek lambi history hai jo qareeb do sau saal tak phaili hui hai.</w:t>
      </w:r>
    </w:p>
    <w:p>
      <w:pPr>
        <w:jc w:val="right"/>
      </w:pPr>
      <w:r>
        <w:t>میں نے کہا کہ اس کے پیچھے ایک لمبی ہسٹری ہے جو قریب دو سو سال تک پھیلی ہوئی ہے۔</w:t>
      </w:r>
    </w:p>
    <w:p>
      <w:r>
        <w:rPr>
          <w:b/>
        </w:rPr>
        <w:t xml:space="preserve">[01:08] </w:t>
      </w:r>
      <w:r>
        <w:t>woh kya? jab european powers nikli europe se aur asia aur africa mein chha lagen, to musalman zad mein aaye.</w:t>
      </w:r>
    </w:p>
    <w:p>
      <w:pPr>
        <w:jc w:val="right"/>
      </w:pPr>
      <w:r>
        <w:t>وہ کیا؟ جب یورپین پاورز نکلیں یورپ سے اور ایشیا اور افریقہ میں چھا لگیں، تو مسلمان زد میں آئے۔</w:t>
      </w:r>
    </w:p>
    <w:p>
      <w:r>
        <w:rPr>
          <w:b/>
        </w:rPr>
        <w:t xml:space="preserve">[01:14] </w:t>
      </w:r>
      <w:r>
        <w:t>kyunki is waqt muslims jo the, woh jagah jagah un ka role qaim tha.</w:t>
      </w:r>
    </w:p>
    <w:p>
      <w:pPr>
        <w:jc w:val="right"/>
      </w:pPr>
      <w:r>
        <w:t>کیونکہ اس وقت مسلمز جو تھے، وہ جگہ جگہ ان کا رول قائم تھا۔</w:t>
      </w:r>
    </w:p>
    <w:p>
      <w:r>
        <w:rPr>
          <w:b/>
        </w:rPr>
        <w:t xml:space="preserve">[01:19] </w:t>
      </w:r>
      <w:r>
        <w:t>to woh zad mein aaye.</w:t>
      </w:r>
    </w:p>
    <w:p>
      <w:pPr>
        <w:jc w:val="right"/>
      </w:pPr>
      <w:r>
        <w:t>تو وہ زد میں آئے۔</w:t>
      </w:r>
    </w:p>
    <w:p>
      <w:r>
        <w:rPr>
          <w:b/>
        </w:rPr>
        <w:t xml:space="preserve">[01:24] </w:t>
      </w:r>
      <w:r>
        <w:t>kai jagah unhon ne musalmanon ko defeat di.</w:t>
      </w:r>
    </w:p>
    <w:p>
      <w:pPr>
        <w:jc w:val="right"/>
      </w:pPr>
      <w:r>
        <w:t>کئی جگہ انہوں نے مسلمانوں کو ڈیفیٹ دی۔</w:t>
      </w:r>
    </w:p>
    <w:p>
      <w:r>
        <w:rPr>
          <w:b/>
        </w:rPr>
        <w:t xml:space="preserve">[01:29] </w:t>
      </w:r>
      <w:r>
        <w:t>to is waqt ek zehan bana ke duniya jo hai hamari enemy hai.</w:t>
      </w:r>
    </w:p>
    <w:p>
      <w:pPr>
        <w:jc w:val="right"/>
      </w:pPr>
      <w:r>
        <w:t>تو اس وقت ایک ذہن بنا کہ دنیا جو ہے ہماری enemy ہے۔</w:t>
      </w:r>
    </w:p>
    <w:p>
      <w:r>
        <w:rPr>
          <w:b/>
        </w:rPr>
        <w:t xml:space="preserve">[01:35] </w:t>
      </w:r>
      <w:r>
        <w:t>yeh phailte phailte yahan tak badha ke har ek enemy ke roop mein dikhai dene laga un ko.</w:t>
      </w:r>
    </w:p>
    <w:p>
      <w:pPr>
        <w:jc w:val="right"/>
      </w:pPr>
      <w:r>
        <w:t>یہ پھیلتے پھیلتے یہاں تک بڑھا کہ ہر ایک enemy کے روپ میں دکھائی دینے لگا ان کو۔</w:t>
      </w:r>
    </w:p>
    <w:p>
      <w:r>
        <w:rPr>
          <w:b/>
        </w:rPr>
        <w:t xml:space="preserve">[01:40] </w:t>
      </w:r>
      <w:r>
        <w:t>to basically yeh kaam kiya muslim ke woh log jo opinion makers kehlati hain, jo muslim leaders, muslim</w:t>
      </w:r>
    </w:p>
    <w:p>
      <w:pPr>
        <w:jc w:val="right"/>
      </w:pPr>
      <w:r>
        <w:t>تو basically یہ کام کیا مسلم کہ وہ لوگ جو opinion makers کہلاتے ہیں، جو مسلم leaders، مسلم</w:t>
      </w:r>
    </w:p>
    <w:p>
      <w:r>
        <w:rPr>
          <w:b/>
        </w:rPr>
        <w:t xml:space="preserve">[01:45] </w:t>
      </w:r>
      <w:r>
        <w:t>journalist, muslim speakers, yeh jo ke aap musalmanon ko opinion makers hain.</w:t>
      </w:r>
    </w:p>
    <w:p>
      <w:pPr>
        <w:jc w:val="right"/>
      </w:pPr>
      <w:r>
        <w:t>journalist، مسلم speakers، یہ جو کہ آپ مسلمانوں کو opinion makers ہیں۔</w:t>
      </w:r>
    </w:p>
    <w:p>
      <w:r>
        <w:rPr>
          <w:b/>
        </w:rPr>
        <w:t xml:space="preserve">[01:51] </w:t>
      </w:r>
      <w:r>
        <w:t>to aap is is zamane ke jab se jab se printing press aaya hai, aap dekhiye musalmanon ke</w:t>
      </w:r>
    </w:p>
    <w:p>
      <w:pPr>
        <w:jc w:val="right"/>
      </w:pPr>
      <w:r>
        <w:t>تو آپ اس اس زمانے کے جب سے جب سے پرنٹنگ پریس آیا ہے، آپ دیکھیے مسلمانوں کے</w:t>
      </w:r>
    </w:p>
    <w:p>
      <w:r>
        <w:rPr>
          <w:b/>
        </w:rPr>
        <w:t xml:space="preserve">[01:56] </w:t>
      </w:r>
      <w:r>
        <w:t>magazines, musalmanon ke papers, musalmanon ke stage se taqreeren, musalmanon ke statement, sab ke sab isi baat ko</w:t>
      </w:r>
    </w:p>
    <w:p>
      <w:pPr>
        <w:jc w:val="right"/>
      </w:pPr>
      <w:r>
        <w:t>میگزین، مسلمانوں کے پیپرز، مسلمانوں کے اسٹیج سے تقریریں، مسلمانوں کے سٹیٹمنٹ، سب کے سب اسی بات کو</w:t>
      </w:r>
    </w:p>
    <w:p>
      <w:r>
        <w:rPr>
          <w:b/>
        </w:rPr>
        <w:t xml:space="preserve">[02:01] </w:t>
      </w:r>
      <w:r>
        <w:t>liye hue hote hain ke musalmanon ke sath discrimination ho raha hai, musalmanon ke sath conspiracy ki ja rahi hai.</w:t>
      </w:r>
    </w:p>
    <w:p>
      <w:pPr>
        <w:jc w:val="right"/>
      </w:pPr>
      <w:r>
        <w:t>لیے ہوئے ہوتے ہیں کہ مسلمانوں کے ساتھ discrimination ہو رہا ہے، مسلمانوں کے ساتھ conspiracy کی جا رہی ہے۔</w:t>
      </w:r>
    </w:p>
    <w:p>
      <w:r>
        <w:rPr>
          <w:b/>
        </w:rPr>
        <w:t xml:space="preserve">[02:07] </w:t>
      </w:r>
      <w:r>
        <w:t>to sare log musalmanon ko enemy ke roop mein dikhai dene lage.</w:t>
      </w:r>
    </w:p>
    <w:p>
      <w:pPr>
        <w:jc w:val="right"/>
      </w:pPr>
      <w:r>
        <w:t>تو سارے لوگ مسلمانوں کو enemy کے روپ میں دکھائی دینے لگے۔</w:t>
      </w:r>
    </w:p>
    <w:p>
      <w:r>
        <w:rPr>
          <w:b/>
        </w:rPr>
        <w:t xml:space="preserve">[02:12] </w:t>
      </w:r>
      <w:r>
        <w:t>isi se utha woh yani jihad ka concept.</w:t>
      </w:r>
    </w:p>
    <w:p>
      <w:pPr>
        <w:jc w:val="right"/>
      </w:pPr>
      <w:r>
        <w:t>اسی سے اٹھا وہ یعنی جہاد کا concept۔</w:t>
      </w:r>
    </w:p>
    <w:p>
      <w:r>
        <w:rPr>
          <w:b/>
        </w:rPr>
        <w:t xml:space="preserve">[02:17] </w:t>
      </w:r>
      <w:r>
        <w:t>jihad ka jo concept aaj kal hai woh bigda hua concept hai.</w:t>
      </w:r>
    </w:p>
    <w:p>
      <w:pPr>
        <w:jc w:val="right"/>
      </w:pPr>
      <w:r>
        <w:t>جہاد کا جو concept آج کل ہے وہ بگڑا ہوا concept ہے۔</w:t>
      </w:r>
    </w:p>
    <w:p>
      <w:r>
        <w:rPr>
          <w:b/>
        </w:rPr>
        <w:t xml:space="preserve">[02:23] </w:t>
      </w:r>
      <w:r>
        <w:t>jihad to peaceful struggle ko kehte hain, lekin jihad ke term ko misuse kar ke is ko violent</w:t>
      </w:r>
    </w:p>
    <w:p>
      <w:pPr>
        <w:jc w:val="right"/>
      </w:pPr>
      <w:r>
        <w:t>جہاد تو peaceful struggle کو کہتے ہیں، لیکن جہاد کے term کو misuse کر کے اس کو violent</w:t>
      </w:r>
    </w:p>
    <w:p>
      <w:r>
        <w:rPr>
          <w:b/>
        </w:rPr>
        <w:t xml:space="preserve">[02:28] </w:t>
      </w:r>
      <w:r>
        <w:t>struggle ke mani mein le liya gaya.</w:t>
      </w:r>
    </w:p>
    <w:p>
      <w:pPr>
        <w:jc w:val="right"/>
      </w:pPr>
      <w:r>
        <w:t>struggle کے معنی میں لے لیا گیا۔</w:t>
      </w:r>
    </w:p>
    <w:p>
      <w:r>
        <w:rPr>
          <w:b/>
        </w:rPr>
        <w:t xml:space="preserve">[02:33] </w:t>
      </w:r>
      <w:r>
        <w:t>ab sari duniya mein musalman lage yani mutashaddidana karrawai karne, har jagah.</w:t>
      </w:r>
    </w:p>
    <w:p>
      <w:pPr>
        <w:jc w:val="right"/>
      </w:pPr>
      <w:r>
        <w:t>اب ساری دنیا میں مسلمان لگے یعنی متشددانہ کارروائی کرنے، ہر جگہ۔</w:t>
      </w:r>
    </w:p>
    <w:p>
      <w:r>
        <w:rPr>
          <w:b/>
        </w:rPr>
        <w:t xml:space="preserve">[02:38] </w:t>
      </w:r>
      <w:r>
        <w:t>to yeh is ko main ek shabd mein kahunga ke musalmanon ka jo opinion maker class hai</w:t>
      </w:r>
    </w:p>
    <w:p>
      <w:pPr>
        <w:jc w:val="right"/>
      </w:pPr>
      <w:r>
        <w:t>تو یہ اس کو میں ایک शब्द میں کہوں گا کہ مسلمانوں کا جو opinion maker کلاس ہے</w:t>
      </w:r>
    </w:p>
    <w:p>
      <w:r>
        <w:rPr>
          <w:b/>
        </w:rPr>
        <w:t xml:space="preserve">[02:44] </w:t>
      </w:r>
      <w:r>
        <w:t>us ne musalmanon ko negative target diya.</w:t>
      </w:r>
    </w:p>
    <w:p>
      <w:pPr>
        <w:jc w:val="right"/>
      </w:pPr>
      <w:r>
        <w:t>اس نے مسلمانوں کو negative target دیا۔</w:t>
      </w:r>
    </w:p>
    <w:p>
      <w:r>
        <w:rPr>
          <w:b/>
        </w:rPr>
        <w:t xml:space="preserve">[02:49] </w:t>
      </w:r>
      <w:r>
        <w:t>lekin zindagi mein do hi target hotay hain ya positive target ya negative target.</w:t>
      </w:r>
    </w:p>
    <w:p>
      <w:pPr>
        <w:jc w:val="right"/>
      </w:pPr>
      <w:r>
        <w:t>لیکن زندگی میں دو ہی target ہوتے ہیں یا positive target یا negative target۔</w:t>
      </w:r>
    </w:p>
    <w:p>
      <w:r>
        <w:rPr>
          <w:b/>
        </w:rPr>
        <w:t xml:space="preserve">[02:54] </w:t>
      </w:r>
      <w:r>
        <w:t>positive target mein aap peaceful struggle karte hain.</w:t>
      </w:r>
    </w:p>
    <w:p>
      <w:pPr>
        <w:jc w:val="right"/>
      </w:pPr>
      <w:r>
        <w:t>Positive target میں آپ peaceful struggle کرتے ہیں۔</w:t>
      </w:r>
    </w:p>
    <w:p>
      <w:r>
        <w:rPr>
          <w:b/>
        </w:rPr>
        <w:t xml:space="preserve">[03:00] </w:t>
      </w:r>
      <w:r>
        <w:t>aur negative target mein aap kisi aur ko chahtay hain us ko annulate karna, us ko mitana.</w:t>
      </w:r>
    </w:p>
    <w:p>
      <w:pPr>
        <w:jc w:val="right"/>
      </w:pPr>
      <w:r>
        <w:t>اور negative target میں آپ کسی اور کو چاہتے ہیں اس کو annulate کرنا، اس کو مٹانا۔</w:t>
      </w:r>
    </w:p>
    <w:p>
      <w:r>
        <w:rPr>
          <w:b/>
        </w:rPr>
        <w:t xml:space="preserve">[03:05] </w:t>
      </w:r>
      <w:r>
        <w:t>to musalmanon ne kiya kiya? pehlay to article likhtay thay woh, kitaab chhapte thay, stage pe taqreerein karte</w:t>
      </w:r>
    </w:p>
    <w:p>
      <w:pPr>
        <w:jc w:val="right"/>
      </w:pPr>
      <w:r>
        <w:t>تو مسلمانوں نے کیا کیا؟ پہلے تو آرٹیکل لکھتے تھے وہ، کتاب چھاپتے تھے، اسٹیج پہ تقریریں کرتے</w:t>
      </w:r>
    </w:p>
    <w:p>
      <w:r>
        <w:rPr>
          <w:b/>
        </w:rPr>
        <w:t xml:space="preserve">[03:10] </w:t>
      </w:r>
      <w:r>
        <w:t>thay yani peaceful dhang par.</w:t>
      </w:r>
    </w:p>
    <w:p>
      <w:pPr>
        <w:jc w:val="right"/>
      </w:pPr>
      <w:r>
        <w:t>تھے یعنی peaceful ڈھنگ پر۔</w:t>
      </w:r>
    </w:p>
    <w:p>
      <w:r>
        <w:rPr>
          <w:b/>
        </w:rPr>
        <w:t xml:space="preserve">[03:16] </w:t>
      </w:r>
      <w:r>
        <w:t>lekin jab unhon ne dekha ke is se un ke suppose enemy jo hain woh un ka kuch</w:t>
      </w:r>
    </w:p>
    <w:p>
      <w:pPr>
        <w:jc w:val="right"/>
      </w:pPr>
      <w:r>
        <w:t>لیکن جب انہوں نے دیکھا کہ اس سے ان کے suppose enemy جو ہیں وہ ان کا کچھ</w:t>
      </w:r>
    </w:p>
    <w:p>
      <w:r>
        <w:rPr>
          <w:b/>
        </w:rPr>
        <w:t xml:space="preserve">[03:21] </w:t>
      </w:r>
      <w:r>
        <w:t>nahin ho raha hai to barhtay barhtay barhtay barhtay suicide bombing aa gayi.</w:t>
      </w:r>
    </w:p>
    <w:p>
      <w:pPr>
        <w:jc w:val="right"/>
      </w:pPr>
      <w:r>
        <w:t>نہیں ہو رہا ہے تو بڑھتے بڑھتے بڑھتے بڑھتے suicide bombing آ گئی۔</w:t>
      </w:r>
    </w:p>
    <w:p>
      <w:r>
        <w:rPr>
          <w:b/>
        </w:rPr>
        <w:t xml:space="preserve">[03:26] </w:t>
      </w:r>
      <w:r>
        <w:t>suicide bombing ka jo philosophy hai woh yeh hai ke agar hum enemy ko maar nahin saktay to</w:t>
      </w:r>
    </w:p>
    <w:p>
      <w:pPr>
        <w:jc w:val="right"/>
      </w:pPr>
      <w:r>
        <w:t>Suicide bombing کا جو فلاسفی ہے وہ یہ ہے کہ اگر ہم enemy کو مار نہیں سکتے تو</w:t>
      </w:r>
    </w:p>
    <w:p>
      <w:r>
        <w:rPr>
          <w:b/>
        </w:rPr>
        <w:t xml:space="preserve">[03:32] </w:t>
      </w:r>
      <w:r>
        <w:t>kam az kam us ko destabilize to kar saktay hain.</w:t>
      </w:r>
    </w:p>
    <w:p>
      <w:pPr>
        <w:jc w:val="right"/>
      </w:pPr>
      <w:r>
        <w:t>کم از کم اس کو destabilize تو کر سکتے ہیں۔</w:t>
      </w:r>
    </w:p>
    <w:p>
      <w:r>
        <w:rPr>
          <w:b/>
        </w:rPr>
        <w:t xml:space="preserve">[03:37] </w:t>
      </w:r>
      <w:r>
        <w:t>to enemy ke ko destabilize karne ke liye yeh chala suicide bombing.</w:t>
      </w:r>
    </w:p>
    <w:p>
      <w:pPr>
        <w:jc w:val="right"/>
      </w:pPr>
      <w:r>
        <w:t>تو enemy کے کو destabilize کرنے کے لیے یہ چلا suicide bombing۔</w:t>
      </w:r>
    </w:p>
    <w:p>
      <w:r>
        <w:rPr>
          <w:b/>
        </w:rPr>
        <w:t xml:space="preserve">[03:42] </w:t>
      </w:r>
      <w:r>
        <w:t>to basically yeh phenomena hai is baat ka ke modern world mein musalmanon ko negative target diya gaya.</w:t>
      </w:r>
    </w:p>
    <w:p>
      <w:pPr>
        <w:jc w:val="right"/>
      </w:pPr>
      <w:r>
        <w:t>تو basically یہ phenomena ہے اس بات کا کہ modern world میں مسلمانوں کو negative target دیا گیا۔</w:t>
      </w:r>
    </w:p>
    <w:p>
      <w:r>
        <w:rPr>
          <w:b/>
        </w:rPr>
        <w:t xml:space="preserve">[03:47] </w:t>
      </w:r>
      <w:r>
        <w:t>positive target nahin diya gaya.</w:t>
      </w:r>
    </w:p>
    <w:p>
      <w:pPr>
        <w:jc w:val="right"/>
      </w:pPr>
      <w:r>
        <w:t>Positive target نہیں دیا گیا۔</w:t>
      </w:r>
    </w:p>
    <w:p>
      <w:r>
        <w:rPr>
          <w:b/>
        </w:rPr>
        <w:t xml:space="preserve">[03:53] </w:t>
      </w:r>
      <w:r>
        <w:t>yeh baat saari duniya mein hui.</w:t>
      </w:r>
    </w:p>
    <w:p>
      <w:pPr>
        <w:jc w:val="right"/>
      </w:pPr>
      <w:r>
        <w:t>یہ بات ساری دنیا میں ہوئی۔</w:t>
      </w:r>
    </w:p>
    <w:p>
      <w:r>
        <w:rPr>
          <w:b/>
        </w:rPr>
        <w:t xml:space="preserve">[03:58] </w:t>
      </w:r>
      <w:r>
        <w:t>pehli baar mein arab world mein gaya tha nineteen seventy six mein.</w:t>
      </w:r>
    </w:p>
    <w:p>
      <w:pPr>
        <w:jc w:val="right"/>
      </w:pPr>
      <w:r>
        <w:t>پہلی بار میں عرب world میں گیا تھا nineteen seventy six میں۔</w:t>
      </w:r>
    </w:p>
    <w:p>
      <w:r>
        <w:rPr>
          <w:b/>
        </w:rPr>
        <w:t xml:space="preserve">[04:03] </w:t>
      </w:r>
      <w:r>
        <w:t>nineteen seventy six mein.</w:t>
      </w:r>
    </w:p>
    <w:p>
      <w:pPr>
        <w:jc w:val="right"/>
      </w:pPr>
      <w:r>
        <w:t>Nineteen seventy six میں۔</w:t>
      </w:r>
    </w:p>
    <w:p>
      <w:r>
        <w:rPr>
          <w:b/>
        </w:rPr>
        <w:t xml:space="preserve">[04:09] </w:t>
      </w:r>
      <w:r>
        <w:t>to aik arab country mein maine aik museum dekha jo first world war ki cheezein wahan rakhi hui theen.</w:t>
      </w:r>
    </w:p>
    <w:p>
      <w:pPr>
        <w:jc w:val="right"/>
      </w:pPr>
      <w:r>
        <w:t>تو ایک عرب country میں میں نے ایک میوزیم دیکھا جو first world war کی چیزیں وہاں رکھی ہوئی تھیں۔</w:t>
      </w:r>
    </w:p>
    <w:p>
      <w:r>
        <w:rPr>
          <w:b/>
        </w:rPr>
        <w:t xml:space="preserve">[04:14] </w:t>
      </w:r>
      <w:r>
        <w:t>to first world war ke zamanay ka aik wahan par aik tha is mein aik aik motto diya hua tha.</w:t>
      </w:r>
    </w:p>
    <w:p>
      <w:pPr>
        <w:jc w:val="right"/>
      </w:pPr>
      <w:r>
        <w:t>تو first world war کے زمانے کا ایک وہاں پر ایک تھا اس میں ایک ایک موٹو دیا ہوا تھا۔</w:t>
      </w:r>
    </w:p>
    <w:p>
      <w:r>
        <w:rPr>
          <w:b/>
        </w:rPr>
        <w:t xml:space="preserve">[04:19] </w:t>
      </w:r>
      <w:r>
        <w:t>woh kiya tha? motto al yawm izzat qabl an tamooto ghadan adl is pe likha hua tha.</w:t>
      </w:r>
    </w:p>
    <w:p>
      <w:pPr>
        <w:jc w:val="right"/>
      </w:pPr>
      <w:r>
        <w:t>وہ کیا تھا؟ موتوا اليوم عزة قبل أن تموتوا غداً عدلاً اس پہ لکھا ہوا تھا۔</w:t>
      </w:r>
    </w:p>
    <w:p>
      <w:r>
        <w:rPr>
          <w:b/>
        </w:rPr>
        <w:t xml:space="preserve">[04:25] </w:t>
      </w:r>
      <w:r>
        <w:t>yani aaj izzat ke sath mar jao is se pehlay ke tum ko kal be izzat ho kar marna paray.</w:t>
      </w:r>
    </w:p>
    <w:p>
      <w:pPr>
        <w:jc w:val="right"/>
      </w:pPr>
      <w:r>
        <w:t>یعنی آج عزت کے ساتھ مر جاؤ اس سے پہلے کہ تم کو کل بے عزت ہو کر مرنا پڑے۔</w:t>
      </w:r>
    </w:p>
    <w:p>
      <w:r>
        <w:rPr>
          <w:b/>
        </w:rPr>
        <w:t xml:space="preserve">[04:30] </w:t>
      </w:r>
      <w:r>
        <w:t>yeh hai negative target.</w:t>
      </w:r>
    </w:p>
    <w:p>
      <w:pPr>
        <w:jc w:val="right"/>
      </w:pPr>
      <w:r>
        <w:t>یہ ہے negative target۔</w:t>
      </w:r>
    </w:p>
    <w:p>
      <w:r>
        <w:rPr>
          <w:b/>
        </w:rPr>
        <w:t xml:space="preserve">[04:35] </w:t>
      </w:r>
      <w:r>
        <w:t>saaray arab world mein yahi baatein honay lageen.</w:t>
      </w:r>
    </w:p>
    <w:p>
      <w:pPr>
        <w:jc w:val="right"/>
      </w:pPr>
      <w:r>
        <w:t>سارے عرب world میں یہی باتیں ہونے لگیں۔</w:t>
      </w:r>
    </w:p>
    <w:p>
      <w:r>
        <w:rPr>
          <w:b/>
        </w:rPr>
        <w:t xml:space="preserve">[04:41] </w:t>
      </w:r>
      <w:r>
        <w:t>hat salāḥuddīn thānīyan fīnā jaddid ḥattīnā wa shabbahatanā phir se salāḥuddīn ko zinda karo aur phir se</w:t>
      </w:r>
    </w:p>
    <w:p>
      <w:pPr>
        <w:jc w:val="right"/>
      </w:pPr>
      <w:r>
        <w:t>هات صلاح الدین ثانیتاً فينا جدد حتينا وشبهتنا پھر سے صلاح الدین کو زندہ کرو اور پھر سے</w:t>
      </w:r>
    </w:p>
    <w:p>
      <w:r>
        <w:rPr>
          <w:b/>
        </w:rPr>
        <w:t xml:space="preserve">[04:46] </w:t>
      </w:r>
      <w:r>
        <w:t>yani larai ka maarka chhero.</w:t>
      </w:r>
    </w:p>
    <w:p>
      <w:pPr>
        <w:jc w:val="right"/>
      </w:pPr>
      <w:r>
        <w:t>یعنی لڑائی کا معرکہ چھیڑو۔</w:t>
      </w:r>
    </w:p>
    <w:p>
      <w:r>
        <w:rPr>
          <w:b/>
        </w:rPr>
        <w:t xml:space="preserve">[04:51] </w:t>
      </w:r>
      <w:r>
        <w:t>to basically yeh hai ke hamaray jo leaders thay unhon ne musalmanon ko negative target diya ke dushman</w:t>
      </w:r>
    </w:p>
    <w:p>
      <w:pPr>
        <w:jc w:val="right"/>
      </w:pPr>
      <w:r>
        <w:t>تو basically یہ ہے کہ ہمارے جو leaders تھے انہوں نے مسلمانوں کو negative target دیا کہ دشمن</w:t>
      </w:r>
    </w:p>
    <w:p>
      <w:r>
        <w:rPr>
          <w:b/>
        </w:rPr>
        <w:t xml:space="preserve">[04:56] </w:t>
      </w:r>
      <w:r>
        <w:t>ko kill karna.</w:t>
      </w:r>
    </w:p>
    <w:p>
      <w:pPr>
        <w:jc w:val="right"/>
      </w:pPr>
      <w:r>
        <w:t>کو kill کرنا۔</w:t>
      </w:r>
    </w:p>
    <w:p>
      <w:r>
        <w:rPr>
          <w:b/>
        </w:rPr>
        <w:t xml:space="preserve">[05:02] </w:t>
      </w:r>
      <w:r>
        <w:t>aur jab kill nahin kar paye to to kisi ne kaha hai ke dekha ke woh milta nahin</w:t>
      </w:r>
    </w:p>
    <w:p>
      <w:pPr>
        <w:jc w:val="right"/>
      </w:pPr>
      <w:r>
        <w:t>اور جب kill نہیں کر پائے تو تو کسی نے کہا ہے کہ دیکھا کہ وہ ملتا نہیں</w:t>
      </w:r>
    </w:p>
    <w:p>
      <w:r>
        <w:rPr>
          <w:b/>
        </w:rPr>
        <w:t xml:space="preserve">[05:07] </w:t>
      </w:r>
      <w:r>
        <w:t>apne hi ko khowaye.</w:t>
      </w:r>
    </w:p>
    <w:p>
      <w:pPr>
        <w:jc w:val="right"/>
      </w:pPr>
      <w:r>
        <w:t>اپنے ہی کو کھوائے۔</w:t>
      </w:r>
    </w:p>
    <w:p>
      <w:r>
        <w:rPr>
          <w:b/>
        </w:rPr>
        <w:t xml:space="preserve">[05:12] </w:t>
      </w:r>
      <w:r>
        <w:t>to yeh hai suicide bombing ki philosophy.</w:t>
      </w:r>
    </w:p>
    <w:p>
      <w:pPr>
        <w:jc w:val="right"/>
      </w:pPr>
      <w:r>
        <w:t>تو یہ ہے suicide bombing کی فلاسفی۔</w:t>
      </w:r>
    </w:p>
    <w:p>
      <w:r>
        <w:rPr>
          <w:b/>
        </w:rPr>
        <w:t xml:space="preserve">[05:18] </w:t>
      </w:r>
      <w:r>
        <w:t>hamara jo mission hai hum is mission ke zariye se logon ko positive target dena chahte hain. Positive target.</w:t>
      </w:r>
    </w:p>
    <w:p>
      <w:pPr>
        <w:jc w:val="right"/>
      </w:pPr>
      <w:r>
        <w:t>ہمارا جو mission ہے ہم اس mission کے ذریعے سے لوگوں کو positive target دینا چاہتے ہیں۔ Positive target۔</w:t>
      </w:r>
    </w:p>
    <w:p>
      <w:r>
        <w:rPr>
          <w:b/>
        </w:rPr>
        <w:t xml:space="preserve">[05:23] </w:t>
      </w:r>
      <w:r>
        <w:t>Negative target jo hai us waqt woh khatam ho.</w:t>
      </w:r>
    </w:p>
    <w:p>
      <w:pPr>
        <w:jc w:val="right"/>
      </w:pPr>
      <w:r>
        <w:t>Negative target جو ہے اس وقت وہ ختم ہو۔</w:t>
      </w:r>
    </w:p>
    <w:p>
      <w:r>
        <w:rPr>
          <w:b/>
        </w:rPr>
        <w:t xml:space="preserve">[05:28] </w:t>
      </w:r>
      <w:r>
        <w:t>aur positive target musalmanon mein aaye.</w:t>
      </w:r>
    </w:p>
    <w:p>
      <w:pPr>
        <w:jc w:val="right"/>
      </w:pPr>
      <w:r>
        <w:t>اور positive target مسلمانوں میں آئے۔</w:t>
      </w:r>
    </w:p>
    <w:p>
      <w:r>
        <w:rPr>
          <w:b/>
        </w:rPr>
        <w:t xml:space="preserve">[05:34] </w:t>
      </w:r>
      <w:r>
        <w:t>yeh baat musalmanon ko pata nahin thi is ko hum koshish kar rahe hain ke musalman janiye is</w:t>
      </w:r>
    </w:p>
    <w:p>
      <w:pPr>
        <w:jc w:val="right"/>
      </w:pPr>
      <w:r>
        <w:t>یہ بات مسلمانوں کو پتہ نہیں تھی اس کو ہم کوشش کر رہے ہیں کہ مسلمان جانیں اس</w:t>
      </w:r>
    </w:p>
    <w:p>
      <w:r>
        <w:rPr>
          <w:b/>
        </w:rPr>
        <w:t xml:space="preserve">[05:39] </w:t>
      </w:r>
      <w:r>
        <w:t>baat ko ke positive target kab banta hai.</w:t>
      </w:r>
    </w:p>
    <w:p>
      <w:pPr>
        <w:jc w:val="right"/>
      </w:pPr>
      <w:r>
        <w:t>بات کو کہ positive target کب بنتا ہے۔</w:t>
      </w:r>
    </w:p>
    <w:p>
      <w:r>
        <w:rPr>
          <w:b/>
        </w:rPr>
        <w:t xml:space="preserve">[05:44] </w:t>
      </w:r>
      <w:r>
        <w:t>Negative situation ko avoid karne se.</w:t>
      </w:r>
    </w:p>
    <w:p>
      <w:pPr>
        <w:jc w:val="right"/>
      </w:pPr>
      <w:r>
        <w:t>Negative situation کو avoid کرنے سے۔</w:t>
      </w:r>
    </w:p>
    <w:p>
      <w:r>
        <w:rPr>
          <w:b/>
        </w:rPr>
        <w:t xml:space="preserve">[05:50] </w:t>
      </w:r>
      <w:r>
        <w:t>You have to avoid all those negative situations.</w:t>
      </w:r>
    </w:p>
    <w:p>
      <w:pPr>
        <w:jc w:val="right"/>
      </w:pPr>
      <w:r>
        <w:t>You have to avoid all those negative situations.</w:t>
      </w:r>
    </w:p>
    <w:p>
      <w:r>
        <w:rPr>
          <w:b/>
        </w:rPr>
        <w:t xml:space="preserve">[05:55] </w:t>
      </w:r>
      <w:r>
        <w:t>Otherwise you cannot opt for positive target.</w:t>
      </w:r>
    </w:p>
    <w:p>
      <w:pPr>
        <w:jc w:val="right"/>
      </w:pPr>
      <w:r>
        <w:t>Otherwise you cannot opt for positive target.</w:t>
      </w:r>
    </w:p>
    <w:p>
      <w:r>
        <w:rPr>
          <w:b/>
        </w:rPr>
        <w:t xml:space="preserve">[06:00] </w:t>
      </w:r>
      <w:r>
        <w:t>duniya mein hamesha negativity rehti hai.</w:t>
      </w:r>
    </w:p>
    <w:p>
      <w:pPr>
        <w:jc w:val="right"/>
      </w:pPr>
      <w:r>
        <w:t>دنیا میں ہمیشہ negativity رہتی ہے۔</w:t>
      </w:r>
    </w:p>
    <w:p>
      <w:r>
        <w:rPr>
          <w:b/>
        </w:rPr>
        <w:t xml:space="preserve">[06:05] </w:t>
      </w:r>
      <w:r>
        <w:t>yeh impossible hai aisi duniya bana aisi duniya pana jis mein koi negative baat na ho.</w:t>
      </w:r>
    </w:p>
    <w:p>
      <w:pPr>
        <w:jc w:val="right"/>
      </w:pPr>
      <w:r>
        <w:t>یہ impossible ہے ایسی دنیا بنا ایسی دنیا پانا جس میں کوئی negative بات نہ ہو۔</w:t>
      </w:r>
    </w:p>
    <w:p>
      <w:r>
        <w:rPr>
          <w:b/>
        </w:rPr>
        <w:t xml:space="preserve">[06:11] </w:t>
      </w:r>
      <w:r>
        <w:t>yeh to impossible hai.</w:t>
      </w:r>
    </w:p>
    <w:p>
      <w:pPr>
        <w:jc w:val="right"/>
      </w:pPr>
      <w:r>
        <w:t>یہ تو impossible ہے۔</w:t>
      </w:r>
    </w:p>
    <w:p>
      <w:r>
        <w:rPr>
          <w:b/>
        </w:rPr>
        <w:t xml:space="preserve">[06:16] </w:t>
      </w:r>
      <w:r>
        <w:t>quran mein hai ke ba'azukum li ba'azin 'aduw tum ek doosre ke dushman ho gaye.</w:t>
      </w:r>
    </w:p>
    <w:p>
      <w:pPr>
        <w:jc w:val="right"/>
      </w:pPr>
      <w:r>
        <w:t>قرآن میں ہے کہ بعضكم لبعض عدو تم ایک دوسرے کے دشمن ہو گئے۔</w:t>
      </w:r>
    </w:p>
    <w:p>
      <w:r>
        <w:rPr>
          <w:b/>
        </w:rPr>
        <w:t xml:space="preserve">[06:21] </w:t>
      </w:r>
      <w:r>
        <w:t>to duniya mein competition hai, duniya mein challenge hai.</w:t>
      </w:r>
    </w:p>
    <w:p>
      <w:pPr>
        <w:jc w:val="right"/>
      </w:pPr>
      <w:r>
        <w:t>تو دنیا میں competition ہے، دنیا میں challenge ہے۔</w:t>
      </w:r>
    </w:p>
    <w:p>
      <w:r>
        <w:rPr>
          <w:b/>
        </w:rPr>
        <w:t xml:space="preserve">[06:27] </w:t>
      </w:r>
      <w:r>
        <w:t>isi se sari negative baatein aati hain.</w:t>
      </w:r>
    </w:p>
    <w:p>
      <w:pPr>
        <w:jc w:val="right"/>
      </w:pPr>
      <w:r>
        <w:t>اسی سے ساری negative باتیں آتی ہیں۔</w:t>
      </w:r>
    </w:p>
    <w:p>
      <w:r>
        <w:rPr>
          <w:b/>
        </w:rPr>
        <w:t xml:space="preserve">[06:32] </w:t>
      </w:r>
      <w:r>
        <w:t>to musalmanon ko yeh pata hi nahin hai ke negative situation ko avoid karna padta hai tab aap</w:t>
      </w:r>
    </w:p>
    <w:p>
      <w:pPr>
        <w:jc w:val="right"/>
      </w:pPr>
      <w:r>
        <w:t>تو مسلمانوں کو یہ پتہ ہی نہیں ہے کہ negative situation کو avoid کرنا پڑتا ہے تب آپ</w:t>
      </w:r>
    </w:p>
    <w:p>
      <w:r>
        <w:rPr>
          <w:b/>
        </w:rPr>
        <w:t xml:space="preserve">[06:37] </w:t>
      </w:r>
      <w:r>
        <w:t>positive target le pate hain.</w:t>
      </w:r>
    </w:p>
    <w:p>
      <w:pPr>
        <w:jc w:val="right"/>
      </w:pPr>
      <w:r>
        <w:t>positive target لے پاتے ہیں۔</w:t>
      </w:r>
    </w:p>
    <w:p>
      <w:r>
        <w:rPr>
          <w:b/>
        </w:rPr>
        <w:t xml:space="preserve">[06:43] </w:t>
      </w:r>
      <w:r>
        <w:t>sari duniya mein musalman is se bekhabar hain.</w:t>
      </w:r>
    </w:p>
    <w:p>
      <w:pPr>
        <w:jc w:val="right"/>
      </w:pPr>
      <w:r>
        <w:t>ساری دنیا میں مسلمان اس سے بے خبر ہیں۔</w:t>
      </w:r>
    </w:p>
    <w:p>
      <w:r>
        <w:rPr>
          <w:b/>
        </w:rPr>
        <w:t xml:space="preserve">[06:48] </w:t>
      </w:r>
      <w:r>
        <w:t>beh'al ab hum is ko koshish kar rahe hain aur sari duniya mein hum is baat ko phaila rahe hain.</w:t>
      </w:r>
    </w:p>
    <w:p>
      <w:pPr>
        <w:jc w:val="right"/>
      </w:pPr>
      <w:r>
        <w:t>بہرحال اب ہم اس کو کوشش کر رہے ہیں اور ساری دنیا میں ہم اس بات کو پھیلا رہے ہیں۔</w:t>
      </w:r>
    </w:p>
    <w:p>
      <w:r>
        <w:rPr>
          <w:b/>
        </w:rPr>
        <w:t xml:space="preserve">[06:53] </w:t>
      </w:r>
      <w:r>
        <w:t>aur khuda ke fazl se duniya bhar mein aise log paida ho rahe hain jo hamara saath de rahe hain.</w:t>
      </w:r>
    </w:p>
    <w:p>
      <w:pPr>
        <w:jc w:val="right"/>
      </w:pPr>
      <w:r>
        <w:t>اور خدا کے فضل سے دنیا بھر میں ایسے لوگ پیدا ہو رہے ہیں جو ہمارا ساتھ دے رہے ہیں۔</w:t>
      </w:r>
    </w:p>
    <w:p>
      <w:r>
        <w:rPr>
          <w:b/>
        </w:rPr>
        <w:t xml:space="preserve">[06:59] </w:t>
      </w:r>
      <w:r>
        <w:t>to aap jante hain ke dilli mein khuda ke fazl se ek poori team ban chuki hai hamari.</w:t>
      </w:r>
    </w:p>
    <w:p>
      <w:pPr>
        <w:jc w:val="right"/>
      </w:pPr>
      <w:r>
        <w:t>تو آپ جانتے ہیں کہ دلی میں خدا کے فضل سے ایک پوری ٹیم بن چکی ہے ہماری۔</w:t>
      </w:r>
    </w:p>
    <w:p>
      <w:r>
        <w:rPr>
          <w:b/>
        </w:rPr>
        <w:t xml:space="preserve">[07:04] </w:t>
      </w:r>
      <w:r>
        <w:t>jiska hum jisse aap waqif waqif hain jisse aap aisi jagah jagah india mein india</w:t>
      </w:r>
    </w:p>
    <w:p>
      <w:pPr>
        <w:jc w:val="right"/>
      </w:pPr>
      <w:r>
        <w:t>جس کا ہم جس سے آپ واقف واقف ہیں جس سے آپ ایسی جگہ جگہ انڈیا میں انڈیا</w:t>
      </w:r>
    </w:p>
    <w:p>
      <w:r>
        <w:rPr>
          <w:b/>
        </w:rPr>
        <w:t xml:space="preserve">[07:09] </w:t>
      </w:r>
      <w:r>
        <w:t>ke bahar mislan bhopal mein ek acha group hai hamara.</w:t>
      </w:r>
    </w:p>
    <w:p>
      <w:pPr>
        <w:jc w:val="right"/>
      </w:pPr>
      <w:r>
        <w:t>کے باہر مثلاً بھوپال میں ایک اچھا گروپ ہے ہمارا۔</w:t>
      </w:r>
    </w:p>
    <w:p>
      <w:r>
        <w:rPr>
          <w:b/>
        </w:rPr>
        <w:t xml:space="preserve">[07:14] </w:t>
      </w:r>
      <w:r>
        <w:t>haiderabad mein aik acha group hai hamara.</w:t>
      </w:r>
    </w:p>
    <w:p>
      <w:pPr>
        <w:jc w:val="right"/>
      </w:pPr>
      <w:r>
        <w:t>حیدرآباد میں ایک اچھا گروپ ہے ہمارا۔</w:t>
      </w:r>
    </w:p>
    <w:p>
      <w:r>
        <w:rPr>
          <w:b/>
        </w:rPr>
        <w:t xml:space="preserve">[07:20] </w:t>
      </w:r>
      <w:r>
        <w:t>banglor mein aik bohat hi strong group ban gaya hai hamara.</w:t>
      </w:r>
    </w:p>
    <w:p>
      <w:pPr>
        <w:jc w:val="right"/>
      </w:pPr>
      <w:r>
        <w:t>بنگلور میں ایک بہت ہی strong گروپ بن گیا ہے ہمارا۔</w:t>
      </w:r>
    </w:p>
    <w:p>
      <w:r>
        <w:rPr>
          <w:b/>
        </w:rPr>
        <w:t xml:space="preserve">[07:25] </w:t>
      </w:r>
      <w:r>
        <w:t>matlab hamare mission ka.</w:t>
      </w:r>
    </w:p>
    <w:p>
      <w:pPr>
        <w:jc w:val="right"/>
      </w:pPr>
      <w:r>
        <w:t>مطلب ہمارے مشن کا۔</w:t>
      </w:r>
    </w:p>
    <w:p>
      <w:r>
        <w:rPr>
          <w:b/>
        </w:rPr>
        <w:t xml:space="preserve">[07:30] </w:t>
      </w:r>
      <w:r>
        <w:t>bambai mein aik group hai hamare mission ka.</w:t>
      </w:r>
    </w:p>
    <w:p>
      <w:pPr>
        <w:jc w:val="right"/>
      </w:pPr>
      <w:r>
        <w:t>بمبئی میں ایک گروپ ہے ہمارے مشن کا۔</w:t>
      </w:r>
    </w:p>
    <w:p>
      <w:r>
        <w:rPr>
          <w:b/>
        </w:rPr>
        <w:t xml:space="preserve">[07:36] </w:t>
      </w:r>
      <w:r>
        <w:t>met mein khuda ke fazal se aik active hai group.</w:t>
      </w:r>
    </w:p>
    <w:p>
      <w:pPr>
        <w:jc w:val="right"/>
      </w:pPr>
      <w:r>
        <w:t>میٹ میں خدا کے فضل سے ایک active ہے گروپ۔</w:t>
      </w:r>
    </w:p>
    <w:p>
      <w:r>
        <w:rPr>
          <w:b/>
        </w:rPr>
        <w:t xml:space="preserve">[07:41] </w:t>
      </w:r>
      <w:r>
        <w:t>aur saharanpur mein aik aik group hai jis ne wahan par aik center bhi banaya hai.</w:t>
      </w:r>
    </w:p>
    <w:p>
      <w:pPr>
        <w:jc w:val="right"/>
      </w:pPr>
      <w:r>
        <w:t>اور سہارن پور میں ایک ایک گروپ ہے جس نے وہاں پر ایک center بھی بنایا ہے۔</w:t>
      </w:r>
    </w:p>
    <w:p>
      <w:r>
        <w:rPr>
          <w:b/>
        </w:rPr>
        <w:t xml:space="preserve">[07:46] </w:t>
      </w:r>
      <w:r>
        <w:t>is mission ke liye.</w:t>
      </w:r>
    </w:p>
    <w:p>
      <w:pPr>
        <w:jc w:val="right"/>
      </w:pPr>
      <w:r>
        <w:t>اس mission کے لیے۔</w:t>
      </w:r>
    </w:p>
    <w:p>
      <w:r>
        <w:rPr>
          <w:b/>
        </w:rPr>
        <w:t xml:space="preserve">[07:52] </w:t>
      </w:r>
      <w:r>
        <w:t>to saharanpur mein bhi aik group hai jo active hai.</w:t>
      </w:r>
    </w:p>
    <w:p>
      <w:pPr>
        <w:jc w:val="right"/>
      </w:pPr>
      <w:r>
        <w:t>تو سہارن پور میں بھی ایک گروپ ہے جو active ہے۔</w:t>
      </w:r>
    </w:p>
    <w:p>
      <w:r>
        <w:rPr>
          <w:b/>
        </w:rPr>
        <w:t xml:space="preserve">[07:57] </w:t>
      </w:r>
      <w:r>
        <w:t>aur hum dua karte hain ke yeh log aur aage barhein.</w:t>
      </w:r>
    </w:p>
    <w:p>
      <w:pPr>
        <w:jc w:val="right"/>
      </w:pPr>
      <w:r>
        <w:t>اور ہم دعا کرتے ہیں کہ یہ لوگ اور آگے بڑھیں۔</w:t>
      </w:r>
    </w:p>
    <w:p>
      <w:r>
        <w:rPr>
          <w:b/>
        </w:rPr>
        <w:t xml:space="preserve">[08:02] </w:t>
      </w:r>
      <w:r>
        <w:t>aise hi patna mein aik group hai hamare mission ka.</w:t>
      </w:r>
    </w:p>
    <w:p>
      <w:pPr>
        <w:jc w:val="right"/>
      </w:pPr>
      <w:r>
        <w:t>ایسے ہی پٹنہ میں ایک گروپ ہے ہمارے مشن کا۔</w:t>
      </w:r>
    </w:p>
    <w:p>
      <w:r>
        <w:rPr>
          <w:b/>
        </w:rPr>
        <w:t xml:space="preserve">[08:08] </w:t>
      </w:r>
      <w:r>
        <w:t>woh bhi bohat active hain woh log.</w:t>
      </w:r>
    </w:p>
    <w:p>
      <w:pPr>
        <w:jc w:val="right"/>
      </w:pPr>
      <w:r>
        <w:t>وہ بھی بہت active ہیں وہ لوگ۔</w:t>
      </w:r>
    </w:p>
    <w:p>
      <w:r>
        <w:rPr>
          <w:b/>
        </w:rPr>
        <w:t xml:space="preserve">[08:13] </w:t>
      </w:r>
      <w:r>
        <w:t>lucknow mein bhi aik group hai hamare mission ka.</w:t>
      </w:r>
    </w:p>
    <w:p>
      <w:pPr>
        <w:jc w:val="right"/>
      </w:pPr>
      <w:r>
        <w:t>لکھنؤ میں بھی ایک گروپ ہے ہمارے مشن کا۔</w:t>
      </w:r>
    </w:p>
    <w:p>
      <w:r>
        <w:rPr>
          <w:b/>
        </w:rPr>
        <w:t xml:space="preserve">[08:18] </w:t>
      </w:r>
      <w:r>
        <w:t>kanpur mein hain aise log.</w:t>
      </w:r>
    </w:p>
    <w:p>
      <w:pPr>
        <w:jc w:val="right"/>
      </w:pPr>
      <w:r>
        <w:t>کانپور میں ہیں ایسے لوگ۔</w:t>
      </w:r>
    </w:p>
    <w:p>
      <w:r>
        <w:rPr>
          <w:b/>
        </w:rPr>
        <w:t xml:space="preserve">[08:23] </w:t>
      </w:r>
      <w:r>
        <w:t>nanded mein hain aise log jo wahan par kaam kar rahe hain.</w:t>
      </w:r>
    </w:p>
    <w:p>
      <w:pPr>
        <w:jc w:val="right"/>
      </w:pPr>
      <w:r>
        <w:t>ناندیڑ میں ہیں ایسے لوگ جو وہاں پر کام کر رہے ہیں۔</w:t>
      </w:r>
    </w:p>
    <w:p>
      <w:r>
        <w:rPr>
          <w:b/>
        </w:rPr>
        <w:t xml:space="preserve">[08:29] </w:t>
      </w:r>
      <w:r>
        <w:t>goda mein aise log hain jo wahan par is mission ke liye kaam kar rahe hain.</w:t>
      </w:r>
    </w:p>
    <w:p>
      <w:pPr>
        <w:jc w:val="right"/>
      </w:pPr>
      <w:r>
        <w:t>گوڈا میں ایسے لوگ ہیں جو وہاں پر اس مشن کے لیے کام کر رہے ہیں۔</w:t>
      </w:r>
    </w:p>
    <w:p>
      <w:r>
        <w:rPr>
          <w:b/>
        </w:rPr>
        <w:t xml:space="preserve">[08:34] </w:t>
      </w:r>
      <w:r>
        <w:t>barahich mein aisa aik group ban gaya hai.</w:t>
      </w:r>
    </w:p>
    <w:p>
      <w:pPr>
        <w:jc w:val="right"/>
      </w:pPr>
      <w:r>
        <w:t>بہارائچ میں ایسا ایک گروپ بن گیا ہے۔</w:t>
      </w:r>
    </w:p>
    <w:p>
      <w:r>
        <w:rPr>
          <w:b/>
        </w:rPr>
        <w:t xml:space="preserve">[08:39] </w:t>
      </w:r>
      <w:r>
        <w:t>bajeedur mein bhi aise log hain jo kaam kar rahe hain is maqsad ke liye.</w:t>
      </w:r>
    </w:p>
    <w:p>
      <w:pPr>
        <w:jc w:val="right"/>
      </w:pPr>
      <w:r>
        <w:t>بجیدور میں بھی ایسے لوگ ہیں جو کام کر رہے ہیں اس مقصد کے لیے۔</w:t>
      </w:r>
    </w:p>
    <w:p>
      <w:r>
        <w:rPr>
          <w:b/>
        </w:rPr>
        <w:t xml:space="preserve">[08:45] </w:t>
      </w:r>
      <w:r>
        <w:t>wardha mein aise log hain khuda ke fazal se wahan bhi group bana hua hai.</w:t>
      </w:r>
    </w:p>
    <w:p>
      <w:pPr>
        <w:jc w:val="right"/>
      </w:pPr>
      <w:r>
        <w:t>واردھا میں ایسے لوگ ہیں خدا کے فضل سے وہاں بھی گروپ بنا ہوا ہے۔</w:t>
      </w:r>
    </w:p>
    <w:p>
      <w:r>
        <w:rPr>
          <w:b/>
        </w:rPr>
        <w:t xml:space="preserve">[08:50] </w:t>
      </w:r>
      <w:r>
        <w:t>kaam kar rahe hain log.</w:t>
      </w:r>
    </w:p>
    <w:p>
      <w:pPr>
        <w:jc w:val="right"/>
      </w:pPr>
      <w:r>
        <w:t>کام کر رہے ہیں لوگ۔</w:t>
      </w:r>
    </w:p>
    <w:p>
      <w:r>
        <w:rPr>
          <w:b/>
        </w:rPr>
        <w:t xml:space="preserve">[08:55] </w:t>
      </w:r>
      <w:r>
        <w:t>nagpur mein bhi aise log hain.</w:t>
      </w:r>
    </w:p>
    <w:p>
      <w:pPr>
        <w:jc w:val="right"/>
      </w:pPr>
      <w:r>
        <w:t>ناگپور میں بھی ایسے لوگ ہیں۔</w:t>
      </w:r>
    </w:p>
    <w:p>
      <w:r>
        <w:rPr>
          <w:b/>
        </w:rPr>
        <w:t xml:space="preserve">[09:01] </w:t>
      </w:r>
      <w:r>
        <w:t>kamtii mein aise log hain.</w:t>
      </w:r>
    </w:p>
    <w:p>
      <w:pPr>
        <w:jc w:val="right"/>
      </w:pPr>
      <w:r>
        <w:t>کامٹی میں ایسے لوگ ہیں۔</w:t>
      </w:r>
    </w:p>
    <w:p>
      <w:r>
        <w:rPr>
          <w:b/>
        </w:rPr>
        <w:t xml:space="preserve">[09:06] </w:t>
      </w:r>
      <w:r>
        <w:t>si rigal mein khuda ke fazal se bohat hi strong group hamara bana hua hai.</w:t>
      </w:r>
    </w:p>
    <w:p>
      <w:pPr>
        <w:jc w:val="right"/>
      </w:pPr>
      <w:r>
        <w:t>سی ریگل میں خدا کے فضل سے بہت ہی strong گروپ ہمارا بنا ہوا ہے۔</w:t>
      </w:r>
    </w:p>
    <w:p>
      <w:r>
        <w:rPr>
          <w:b/>
        </w:rPr>
        <w:t xml:space="preserve">[09:11] </w:t>
      </w:r>
      <w:r>
        <w:t>aise hi wahan par birwa mein aise log hain.</w:t>
      </w:r>
    </w:p>
    <w:p>
      <w:pPr>
        <w:jc w:val="right"/>
      </w:pPr>
      <w:r>
        <w:t>ایسے ہی وہاں پر بیروا میں ایسے لوگ ہیں۔</w:t>
      </w:r>
    </w:p>
    <w:p>
      <w:r>
        <w:rPr>
          <w:b/>
        </w:rPr>
        <w:t xml:space="preserve">[09:17] </w:t>
      </w:r>
      <w:r>
        <w:t>aur jammu kashmir mein rajouri hai wahan bohat hi zabardast kaam kar rahe hain kuch log mashallah.</w:t>
      </w:r>
    </w:p>
    <w:p>
      <w:pPr>
        <w:jc w:val="right"/>
      </w:pPr>
      <w:r>
        <w:t>اور جموں کشمیر میں راجوری ہے وہاں بہت ہی زبردست کام کر رہے ہیں کچھ لوگ ماشاءاللہ۔</w:t>
      </w:r>
    </w:p>
    <w:p>
      <w:r>
        <w:rPr>
          <w:b/>
        </w:rPr>
        <w:t xml:space="preserve">[09:22] </w:t>
      </w:r>
      <w:r>
        <w:t>to india ke bahir bhi kaam ho raha hai mislan lahore mein aik poora group hamara hai jo</w:t>
      </w:r>
    </w:p>
    <w:p>
      <w:pPr>
        <w:jc w:val="right"/>
      </w:pPr>
      <w:r>
        <w:t>تو انڈیا کے باہر بھی کام ہو رہا ہے مثلاً لاہور میں ایک پورا گروپ ہمارا ہے جو</w:t>
      </w:r>
    </w:p>
    <w:p>
      <w:r>
        <w:rPr>
          <w:b/>
        </w:rPr>
        <w:t xml:space="preserve">[09:27] </w:t>
      </w:r>
      <w:r>
        <w:t>kaam kar raha hai.</w:t>
      </w:r>
    </w:p>
    <w:p>
      <w:pPr>
        <w:jc w:val="right"/>
      </w:pPr>
      <w:r>
        <w:t>کام کر رہا ہے۔</w:t>
      </w:r>
    </w:p>
    <w:p>
      <w:r>
        <w:rPr>
          <w:b/>
        </w:rPr>
        <w:t xml:space="preserve">[09:32] </w:t>
      </w:r>
      <w:r>
        <w:t>karachi mein aik group hai jo kaam kar raha hai.</w:t>
      </w:r>
    </w:p>
    <w:p>
      <w:pPr>
        <w:jc w:val="right"/>
      </w:pPr>
      <w:r>
        <w:t>کراچی میں ایک گروپ ہے جو کام کر رہا ہے۔</w:t>
      </w:r>
    </w:p>
    <w:p>
      <w:r>
        <w:rPr>
          <w:b/>
        </w:rPr>
        <w:t xml:space="preserve">[09:38] </w:t>
      </w:r>
      <w:r>
        <w:t>bohat hi ziyada non political way mein.</w:t>
      </w:r>
    </w:p>
    <w:p>
      <w:pPr>
        <w:jc w:val="right"/>
      </w:pPr>
      <w:r>
        <w:t>بہت ہی زیادہ non political way میں۔</w:t>
      </w:r>
    </w:p>
    <w:p>
      <w:r>
        <w:rPr>
          <w:b/>
        </w:rPr>
        <w:t xml:space="preserve">[09:43] </w:t>
      </w:r>
      <w:r>
        <w:t>politics hamare dil mein bhi nahi hai yaad rakhiye.</w:t>
      </w:r>
    </w:p>
    <w:p>
      <w:pPr>
        <w:jc w:val="right"/>
      </w:pPr>
      <w:r>
        <w:t>Politics ہمارے دل میں بھی نہیں ہے یاد رکھیے۔</w:t>
      </w:r>
    </w:p>
    <w:p>
      <w:r>
        <w:rPr>
          <w:b/>
        </w:rPr>
        <w:t xml:space="preserve">[09:48] </w:t>
      </w:r>
      <w:r>
        <w:t>politics na to hamara target hai na hamare dil mein hai.</w:t>
      </w:r>
    </w:p>
    <w:p>
      <w:pPr>
        <w:jc w:val="right"/>
      </w:pPr>
      <w:r>
        <w:t>Politics نہ تو ہمارا target ہے نہ ہمارے دل میں ہے۔</w:t>
      </w:r>
    </w:p>
    <w:p>
      <w:r>
        <w:rPr>
          <w:b/>
        </w:rPr>
        <w:t xml:space="preserve">[09:54] </w:t>
      </w:r>
      <w:r>
        <w:t>to jitne log hain khuda ke fazal se hamare yeh politics se inka koi matlab nahi.</w:t>
      </w:r>
    </w:p>
    <w:p>
      <w:pPr>
        <w:jc w:val="right"/>
      </w:pPr>
      <w:r>
        <w:t>تو جتنے لوگ ہیں خدا کے فضل سے ہمارے یہ politics سے ان کا کوئی مطلب نہیں۔</w:t>
      </w:r>
    </w:p>
    <w:p>
      <w:r>
        <w:rPr>
          <w:b/>
        </w:rPr>
        <w:t xml:space="preserve">[09:59] </w:t>
      </w:r>
      <w:r>
        <w:t>wo strictly non political way mein wo kaam kar rahe hain.</w:t>
      </w:r>
    </w:p>
    <w:p>
      <w:pPr>
        <w:jc w:val="right"/>
      </w:pPr>
      <w:r>
        <w:t>وہ strictly non political way میں وہ کام کر رہے ہیں۔</w:t>
      </w:r>
    </w:p>
    <w:p>
      <w:r>
        <w:rPr>
          <w:b/>
        </w:rPr>
        <w:t xml:space="preserve">[10:04] </w:t>
      </w:r>
      <w:r>
        <w:t>aise hi bahar bhi hai stockholm mein aik group hai jo kaam kar raha hai sweden mein.</w:t>
      </w:r>
    </w:p>
    <w:p>
      <w:pPr>
        <w:jc w:val="right"/>
      </w:pPr>
      <w:r>
        <w:t>ایسے ہی باہر بھی ہے اسٹاک ہوم میں ایک گروپ ہے جو کام کر رہا ہے سویڈن میں۔</w:t>
      </w:r>
    </w:p>
    <w:p>
      <w:r>
        <w:rPr>
          <w:b/>
        </w:rPr>
        <w:t xml:space="preserve">[10:10] </w:t>
      </w:r>
      <w:r>
        <w:t>aise hi birmingham mein hain kuch log.</w:t>
      </w:r>
    </w:p>
    <w:p>
      <w:pPr>
        <w:jc w:val="right"/>
      </w:pPr>
      <w:r>
        <w:t>ایسے ہی برمنگھم میں ہیں کچھ لوگ۔</w:t>
      </w:r>
    </w:p>
    <w:p>
      <w:r>
        <w:rPr>
          <w:b/>
        </w:rPr>
        <w:t xml:space="preserve">[10:15] </w:t>
      </w:r>
      <w:r>
        <w:t>manchester mein hain kuch log.</w:t>
      </w:r>
    </w:p>
    <w:p>
      <w:pPr>
        <w:jc w:val="right"/>
      </w:pPr>
      <w:r>
        <w:t>مانچسٹر میں ہیں کچھ لوگ۔</w:t>
      </w:r>
    </w:p>
    <w:p>
      <w:r>
        <w:rPr>
          <w:b/>
        </w:rPr>
        <w:t xml:space="preserve">[10:20] </w:t>
      </w:r>
      <w:r>
        <w:t>america mein philadelphia mein hain kuch log.</w:t>
      </w:r>
    </w:p>
    <w:p>
      <w:pPr>
        <w:jc w:val="right"/>
      </w:pPr>
      <w:r>
        <w:t>امریکہ میں فلاڈلفیا میں ہیں کچھ لوگ۔</w:t>
      </w:r>
    </w:p>
    <w:p>
      <w:r>
        <w:rPr>
          <w:b/>
        </w:rPr>
        <w:t xml:space="preserve">[10:25] </w:t>
      </w:r>
      <w:r>
        <w:t>new jersey mein hain kuch log.</w:t>
      </w:r>
    </w:p>
    <w:p>
      <w:pPr>
        <w:jc w:val="right"/>
      </w:pPr>
      <w:r>
        <w:t>نیوجرسی میں ہیں کچھ لوگ۔</w:t>
      </w:r>
    </w:p>
    <w:p>
      <w:r>
        <w:rPr>
          <w:b/>
        </w:rPr>
        <w:t xml:space="preserve">[10:31] </w:t>
      </w:r>
      <w:r>
        <w:t>arab dunya mein kai jagah par isi tarah se group hain.</w:t>
      </w:r>
    </w:p>
    <w:p>
      <w:pPr>
        <w:jc w:val="right"/>
      </w:pPr>
      <w:r>
        <w:t>عرب دنیا میں کئی جگہ پر اسی طرح سے گروپ ہیں۔</w:t>
      </w:r>
    </w:p>
    <w:p>
      <w:r>
        <w:rPr>
          <w:b/>
        </w:rPr>
        <w:t xml:space="preserve">[10:36] </w:t>
      </w:r>
      <w:r>
        <w:t>to yeh jo hum kaam kar rahe hain ke negative target ki jagah logon ke andar positive target</w:t>
      </w:r>
    </w:p>
    <w:p>
      <w:pPr>
        <w:jc w:val="right"/>
      </w:pPr>
      <w:r>
        <w:t>تو یہ جو ہم کام کر رہے ہیں کہ negative target کی جگہ لوگوں کے اندر positive target</w:t>
      </w:r>
    </w:p>
    <w:p>
      <w:r>
        <w:rPr>
          <w:b/>
        </w:rPr>
        <w:t xml:space="preserve">[10:41] </w:t>
      </w:r>
      <w:r>
        <w:t>aaye yeh khuda ke fazal se din badin aage barh raha hai yeh kaam.</w:t>
      </w:r>
    </w:p>
    <w:p>
      <w:pPr>
        <w:jc w:val="right"/>
      </w:pPr>
      <w:r>
        <w:t>آئے یہ خدا کے فضل سے دن بدن آگے بڑھ رہا ہے یہ کام۔</w:t>
      </w:r>
    </w:p>
    <w:p>
      <w:r>
        <w:rPr>
          <w:b/>
        </w:rPr>
        <w:t xml:space="preserve">[10:47] </w:t>
      </w:r>
      <w:r>
        <w:t>ab mein aap ko arz karna chahunga ke what is this positive target basically yeh two point formula hai.</w:t>
      </w:r>
    </w:p>
    <w:p>
      <w:pPr>
        <w:jc w:val="right"/>
      </w:pPr>
      <w:r>
        <w:t>اب میں آپ کو عرض کرنا چاہوں گا کہ what is this positive target basically یہ two point فارمولا ہے۔</w:t>
      </w:r>
    </w:p>
    <w:p>
      <w:r>
        <w:rPr>
          <w:b/>
        </w:rPr>
        <w:t xml:space="preserve">[10:52] </w:t>
      </w:r>
      <w:r>
        <w:t>spirituality aur peace.</w:t>
      </w:r>
    </w:p>
    <w:p>
      <w:pPr>
        <w:jc w:val="right"/>
      </w:pPr>
      <w:r>
        <w:t>Spirituality اور peace۔</w:t>
      </w:r>
    </w:p>
    <w:p>
      <w:r>
        <w:rPr>
          <w:b/>
        </w:rPr>
        <w:t xml:space="preserve">[10:57] </w:t>
      </w:r>
      <w:r>
        <w:t>spirituality aur peace.</w:t>
      </w:r>
    </w:p>
    <w:p>
      <w:pPr>
        <w:jc w:val="right"/>
      </w:pPr>
      <w:r>
        <w:t>Spirituality اور peace۔</w:t>
      </w:r>
    </w:p>
    <w:p>
      <w:r>
        <w:rPr>
          <w:b/>
        </w:rPr>
        <w:t xml:space="preserve">[11:03] </w:t>
      </w:r>
      <w:r>
        <w:t>now what is spirituality and what is peace both are interlinked.</w:t>
      </w:r>
    </w:p>
    <w:p>
      <w:pPr>
        <w:jc w:val="right"/>
      </w:pPr>
      <w:r>
        <w:t>Now what is spirituality and what is peace both are interlinked۔</w:t>
      </w:r>
    </w:p>
    <w:p>
      <w:r>
        <w:rPr>
          <w:b/>
        </w:rPr>
        <w:t xml:space="preserve">[11:08] </w:t>
      </w:r>
      <w:r>
        <w:t>aik koi alag alag cheez nahi hai.</w:t>
      </w:r>
    </w:p>
    <w:p>
      <w:pPr>
        <w:jc w:val="right"/>
      </w:pPr>
      <w:r>
        <w:t>ایک کوئی الگ الگ چیز نہیں ہے۔</w:t>
      </w:r>
    </w:p>
    <w:p>
      <w:r>
        <w:rPr>
          <w:b/>
        </w:rPr>
        <w:t xml:space="preserve">[11:13] </w:t>
      </w:r>
      <w:r>
        <w:t>dekhiye peace jo hai wo kya hai? wo yeh spirituality kya hai? spirituality individual peace ka naam hai.</w:t>
      </w:r>
    </w:p>
    <w:p>
      <w:pPr>
        <w:jc w:val="right"/>
      </w:pPr>
      <w:r>
        <w:t>دیکھیے peace جو ہے وہ کیا ہے؟ وہ یہ spirituality کیا ہے؟ Spirituality individual peace کا نام ہے۔</w:t>
      </w:r>
    </w:p>
    <w:p>
      <w:r>
        <w:rPr>
          <w:b/>
        </w:rPr>
        <w:t xml:space="preserve">[11:19] </w:t>
      </w:r>
      <w:r>
        <w:t>aik individual jab peaceful mind ke sath reh sake aisi ideology iske paas ho aik individual ke</w:t>
      </w:r>
    </w:p>
    <w:p>
      <w:pPr>
        <w:jc w:val="right"/>
      </w:pPr>
      <w:r>
        <w:t>ایک individual جب peaceful mind کے ساتھ رہ سکے ایسی ideology اس کے پاس ہو ایک individual کے</w:t>
      </w:r>
    </w:p>
    <w:p>
      <w:r>
        <w:rPr>
          <w:b/>
        </w:rPr>
        <w:t xml:space="preserve">[11:24] </w:t>
      </w:r>
      <w:r>
        <w:t>paas ke peaceful soul ke sath, peaceful mind ke sath, peaceful thinking ke sath wo reh sake isi</w:t>
      </w:r>
    </w:p>
    <w:p>
      <w:pPr>
        <w:jc w:val="right"/>
      </w:pPr>
      <w:r>
        <w:t>پاس کہ peaceful soul کے ساتھ، peaceful mind کے ساتھ، peaceful thinking کے ساتھ وہ رہ سکے اسی</w:t>
      </w:r>
    </w:p>
    <w:p>
      <w:r>
        <w:rPr>
          <w:b/>
        </w:rPr>
        <w:t xml:space="preserve">[11:29] </w:t>
      </w:r>
      <w:r>
        <w:t>ka naam hai spirituality.</w:t>
      </w:r>
    </w:p>
    <w:p>
      <w:pPr>
        <w:jc w:val="right"/>
      </w:pPr>
      <w:r>
        <w:t>کا نام ہے spirituality۔</w:t>
      </w:r>
    </w:p>
    <w:p>
      <w:r>
        <w:rPr>
          <w:b/>
        </w:rPr>
        <w:t xml:space="preserve">[11:34] </w:t>
      </w:r>
      <w:r>
        <w:t>aur peace kya hai? isi ko social level par aap dekh lijie.</w:t>
      </w:r>
    </w:p>
    <w:p>
      <w:pPr>
        <w:jc w:val="right"/>
      </w:pPr>
      <w:r>
        <w:t>اور peace کیا ہے؟ اسی کو social level پر آپ دیکھ لیجیے۔</w:t>
      </w:r>
    </w:p>
    <w:p>
      <w:r>
        <w:rPr>
          <w:b/>
        </w:rPr>
        <w:t xml:space="preserve">[11:40] </w:t>
      </w:r>
      <w:r>
        <w:t>yani social spirituality ka naam peace hai aur individual peace ka naam spirituality hai.</w:t>
      </w:r>
    </w:p>
    <w:p>
      <w:pPr>
        <w:jc w:val="right"/>
      </w:pPr>
      <w:r>
        <w:t>یعنی social spirituality کا نام peace ہے اور individual peace کا نام spirituality ہے۔</w:t>
      </w:r>
    </w:p>
    <w:p>
      <w:r>
        <w:rPr>
          <w:b/>
        </w:rPr>
        <w:t xml:space="preserve">[11:45] </w:t>
      </w:r>
      <w:r>
        <w:t>yeh hai hamara two point formula.</w:t>
      </w:r>
    </w:p>
    <w:p>
      <w:pPr>
        <w:jc w:val="right"/>
      </w:pPr>
      <w:r>
        <w:t>یہ ہے ہمارا two point فارمولا۔</w:t>
      </w:r>
    </w:p>
    <w:p>
      <w:r>
        <w:rPr>
          <w:b/>
        </w:rPr>
        <w:t xml:space="preserve">[11:50] </w:t>
      </w:r>
      <w:r>
        <w:t>Two point formula.</w:t>
      </w:r>
    </w:p>
    <w:p>
      <w:pPr>
        <w:jc w:val="right"/>
      </w:pPr>
      <w:r>
        <w:t>Two point فارمولا۔</w:t>
      </w:r>
    </w:p>
    <w:p>
      <w:r>
        <w:rPr>
          <w:b/>
        </w:rPr>
        <w:t xml:space="preserve">[11:56] </w:t>
      </w:r>
      <w:r>
        <w:t>ab dekhiye yeh baat itni simple nahi hai jitna kehne mein simple lagti hai.</w:t>
      </w:r>
    </w:p>
    <w:p>
      <w:pPr>
        <w:jc w:val="right"/>
      </w:pPr>
      <w:r>
        <w:t>اب دیکھیے یہ بات اتنی simple نہیں ہے جتنا کہنے میں simple لگتی ہے۔</w:t>
      </w:r>
    </w:p>
    <w:p>
      <w:r>
        <w:rPr>
          <w:b/>
        </w:rPr>
        <w:t xml:space="preserve">[12:01] </w:t>
      </w:r>
      <w:r>
        <w:t>is liye ke spirituality kya hai, peace kya hai is ki hamein ek ideology chahiye.</w:t>
      </w:r>
    </w:p>
    <w:p>
      <w:pPr>
        <w:jc w:val="right"/>
      </w:pPr>
      <w:r>
        <w:t>اس لیے کہ spirituality کیا ہے، peace کیا ہے اس کی ہمیں ایک ideology چاہیے۔</w:t>
      </w:r>
    </w:p>
    <w:p>
      <w:r>
        <w:rPr>
          <w:b/>
        </w:rPr>
        <w:t xml:space="preserve">[12:06] </w:t>
      </w:r>
      <w:r>
        <w:t>jab tak hamare paas koi ideology na ho tab tak hum na to spiritual ban sakte hain na</w:t>
      </w:r>
    </w:p>
    <w:p>
      <w:pPr>
        <w:jc w:val="right"/>
      </w:pPr>
      <w:r>
        <w:t>جب تک ہمارے پاس کوئی ideology نہ ہو تب تک ہم نہ تو spiritual بن سکتے ہیں نہ</w:t>
      </w:r>
    </w:p>
    <w:p>
      <w:r>
        <w:rPr>
          <w:b/>
        </w:rPr>
        <w:t xml:space="preserve">[12:12] </w:t>
      </w:r>
      <w:r>
        <w:t>peaceful ban sakte hain.</w:t>
      </w:r>
    </w:p>
    <w:p>
      <w:pPr>
        <w:jc w:val="right"/>
      </w:pPr>
      <w:r>
        <w:t>peaceful بن سکتے ہیں۔</w:t>
      </w:r>
    </w:p>
    <w:p>
      <w:r>
        <w:rPr>
          <w:b/>
        </w:rPr>
        <w:t xml:space="preserve">[12:17] </w:t>
      </w:r>
      <w:r>
        <w:t>Ideology kisi cheez ka naam hai jo aap ke mind ko address kare.</w:t>
      </w:r>
    </w:p>
    <w:p>
      <w:pPr>
        <w:jc w:val="right"/>
      </w:pPr>
      <w:r>
        <w:t>Ideology کسی چیز کا نام ہے جو آپ کے mind کو address کرے۔</w:t>
      </w:r>
    </w:p>
    <w:p>
      <w:r>
        <w:rPr>
          <w:b/>
        </w:rPr>
        <w:t xml:space="preserve">[12:22] </w:t>
      </w:r>
      <w:r>
        <w:t>iska naam hai ideology.</w:t>
      </w:r>
    </w:p>
    <w:p>
      <w:pPr>
        <w:jc w:val="right"/>
      </w:pPr>
      <w:r>
        <w:t>اس کا نام ہے ideology۔</w:t>
      </w:r>
    </w:p>
    <w:p>
      <w:r>
        <w:rPr>
          <w:b/>
        </w:rPr>
        <w:t xml:space="preserve">[12:28] </w:t>
      </w:r>
      <w:r>
        <w:t>to hamare paas ek aisi ideology honi chahiye jo hamare mind ko address karne wali ho aur hamein</w:t>
      </w:r>
    </w:p>
    <w:p>
      <w:pPr>
        <w:jc w:val="right"/>
      </w:pPr>
      <w:r>
        <w:t>تو ہمارے پاس ایک ایسی ideology ہونی چاہیے جو ہمارے mind کو address کرنے والی ہو اور ہمیں</w:t>
      </w:r>
    </w:p>
    <w:p>
      <w:r>
        <w:rPr>
          <w:b/>
        </w:rPr>
        <w:t xml:space="preserve">[12:33] </w:t>
      </w:r>
      <w:r>
        <w:t>satisfy karne wali ho ke waqai peaceful rehna hi sab se bari cheez hai.</w:t>
      </w:r>
    </w:p>
    <w:p>
      <w:pPr>
        <w:jc w:val="right"/>
      </w:pPr>
      <w:r>
        <w:t>satisfy کرنے والی ہو کہ واقعی peaceful رہنا ہی سب سے بڑی چیز ہے۔</w:t>
      </w:r>
    </w:p>
    <w:p>
      <w:r>
        <w:rPr>
          <w:b/>
        </w:rPr>
        <w:t xml:space="preserve">[12:38] </w:t>
      </w:r>
      <w:r>
        <w:t>Spirituality sab se bari cheez hai.</w:t>
      </w:r>
    </w:p>
    <w:p>
      <w:pPr>
        <w:jc w:val="right"/>
      </w:pPr>
      <w:r>
        <w:t>Spirituality سب سے بڑی چیز ہے۔</w:t>
      </w:r>
    </w:p>
    <w:p>
      <w:r>
        <w:rPr>
          <w:b/>
        </w:rPr>
        <w:t xml:space="preserve">[12:43] </w:t>
      </w:r>
      <w:r>
        <w:t>yahan mein yeh kahunga ke poori history mein log is ki pursuit mein rahe hain.</w:t>
      </w:r>
    </w:p>
    <w:p>
      <w:pPr>
        <w:jc w:val="right"/>
      </w:pPr>
      <w:r>
        <w:t>یہاں میں یہ کہوں گا کہ پوری history میں لوگ اس کی pursuit میں رہے ہیں۔</w:t>
      </w:r>
    </w:p>
    <w:p>
      <w:r>
        <w:rPr>
          <w:b/>
        </w:rPr>
        <w:t xml:space="preserve">[12:49] </w:t>
      </w:r>
      <w:r>
        <w:t>yani koi aaj nai baat nahi hai yeh.</w:t>
      </w:r>
    </w:p>
    <w:p>
      <w:pPr>
        <w:jc w:val="right"/>
      </w:pPr>
      <w:r>
        <w:t>یعنی کوئی آج نئی بات نہیں ہے یہ۔</w:t>
      </w:r>
    </w:p>
    <w:p>
      <w:r>
        <w:rPr>
          <w:b/>
        </w:rPr>
        <w:t xml:space="preserve">[12:54] </w:t>
      </w:r>
      <w:r>
        <w:t>Spirituality aur peace hamesha se insaan ka yani chahta raha hai insaan is ko attain karna.</w:t>
      </w:r>
    </w:p>
    <w:p>
      <w:pPr>
        <w:jc w:val="right"/>
      </w:pPr>
      <w:r>
        <w:t>Spirituality اور peace ہمیشہ سے انسان کا یعنی چاہتا رہا ہے انسان اس کو attain کرنا۔</w:t>
      </w:r>
    </w:p>
    <w:p>
      <w:r>
        <w:rPr>
          <w:b/>
        </w:rPr>
        <w:t xml:space="preserve">[12:59] </w:t>
      </w:r>
      <w:r>
        <w:t>lekin sab se bari cheez jis se log mehroom rahe hain woh yeh hai ke point of reference</w:t>
      </w:r>
    </w:p>
    <w:p>
      <w:pPr>
        <w:jc w:val="right"/>
      </w:pPr>
      <w:r>
        <w:t>لیکن سب سے بڑی چیز جس سے لوگ محروم رہے ہیں وہ یہ ہے کہ point of reference</w:t>
      </w:r>
    </w:p>
    <w:p>
      <w:r>
        <w:rPr>
          <w:b/>
        </w:rPr>
        <w:t xml:space="preserve">[13:05] </w:t>
      </w:r>
      <w:r>
        <w:t>unhein nahi mila.</w:t>
      </w:r>
    </w:p>
    <w:p>
      <w:pPr>
        <w:jc w:val="right"/>
      </w:pPr>
      <w:r>
        <w:t>انہیں نہیں ملا۔</w:t>
      </w:r>
    </w:p>
    <w:p>
      <w:r>
        <w:rPr>
          <w:b/>
        </w:rPr>
        <w:t xml:space="preserve">[13:10] </w:t>
      </w:r>
      <w:r>
        <w:t>Point of reference.</w:t>
      </w:r>
    </w:p>
    <w:p>
      <w:pPr>
        <w:jc w:val="right"/>
      </w:pPr>
      <w:r>
        <w:t>Point of reference۔</w:t>
      </w:r>
    </w:p>
    <w:p>
      <w:r>
        <w:rPr>
          <w:b/>
        </w:rPr>
        <w:t xml:space="preserve">[13:15] </w:t>
      </w:r>
      <w:r>
        <w:t>Spirituality ko janne ke liye, peace ko janne ke liye aap ke paas ek point of reference hona chahiye.</w:t>
      </w:r>
    </w:p>
    <w:p>
      <w:pPr>
        <w:jc w:val="right"/>
      </w:pPr>
      <w:r>
        <w:t>Spirituality کو جاننے کے لیے، peace کو جاننے کے لیے آپ کے پاس ایک point of reference ہونا چاہیے۔</w:t>
      </w:r>
    </w:p>
    <w:p>
      <w:r>
        <w:rPr>
          <w:b/>
        </w:rPr>
        <w:t xml:space="preserve">[13:21] </w:t>
      </w:r>
      <w:r>
        <w:t>to is wajah se woh chahte bhi is ko pa nahi sake.</w:t>
      </w:r>
    </w:p>
    <w:p>
      <w:pPr>
        <w:jc w:val="right"/>
      </w:pPr>
      <w:r>
        <w:t>تو اس وجہ سے وہ چاہتے بھی اس کو پا نہیں سکے۔</w:t>
      </w:r>
    </w:p>
    <w:p>
      <w:r>
        <w:rPr>
          <w:b/>
        </w:rPr>
        <w:t xml:space="preserve">[13:26] </w:t>
      </w:r>
      <w:r>
        <w:t>mein aap ko ek do example doonga.</w:t>
      </w:r>
    </w:p>
    <w:p>
      <w:pPr>
        <w:jc w:val="right"/>
      </w:pPr>
      <w:r>
        <w:t>میں آپ کو ایک دو example دوں گا۔</w:t>
      </w:r>
    </w:p>
    <w:p>
      <w:r>
        <w:rPr>
          <w:b/>
        </w:rPr>
        <w:t xml:space="preserve">[13:31] </w:t>
      </w:r>
      <w:r>
        <w:t>aaj ki duniya mein aap jante hain ke western thought ka ghalba hai.</w:t>
      </w:r>
    </w:p>
    <w:p>
      <w:pPr>
        <w:jc w:val="right"/>
      </w:pPr>
      <w:r>
        <w:t>آج کی دنیا میں آپ جانتے ہیں کہ western thought کا غلبہ ہے۔</w:t>
      </w:r>
    </w:p>
    <w:p>
      <w:r>
        <w:rPr>
          <w:b/>
        </w:rPr>
        <w:t xml:space="preserve">[13:37] </w:t>
      </w:r>
      <w:r>
        <w:t>yani west jo hai hum ko sirf technology nahi de raha hai.</w:t>
      </w:r>
    </w:p>
    <w:p>
      <w:pPr>
        <w:jc w:val="right"/>
      </w:pPr>
      <w:r>
        <w:t>یعنی west جو ہے ہم کو صرف ٹیکنالوجی نہیں دے رہا ہے۔</w:t>
      </w:r>
    </w:p>
    <w:p>
      <w:r>
        <w:rPr>
          <w:b/>
        </w:rPr>
        <w:t xml:space="preserve">[13:42] </w:t>
      </w:r>
      <w:r>
        <w:t>Western world jo hai woh sirf technology nahi de raha hai hum ko.</w:t>
      </w:r>
    </w:p>
    <w:p>
      <w:pPr>
        <w:jc w:val="right"/>
      </w:pPr>
      <w:r>
        <w:t>Western world جو ہے وہ صرف ٹیکنالوجی نہیں دے رہا ہے ہم کو۔</w:t>
      </w:r>
    </w:p>
    <w:p>
      <w:r>
        <w:rPr>
          <w:b/>
        </w:rPr>
        <w:t xml:space="preserve">[13:47] </w:t>
      </w:r>
      <w:r>
        <w:t>Thought bhi wahin se aate hain.</w:t>
      </w:r>
    </w:p>
    <w:p>
      <w:pPr>
        <w:jc w:val="right"/>
      </w:pPr>
      <w:r>
        <w:t>Thought بھی وہیں سے آتے ہیں۔</w:t>
      </w:r>
    </w:p>
    <w:p>
      <w:r>
        <w:rPr>
          <w:b/>
        </w:rPr>
        <w:t xml:space="preserve">[13:52] </w:t>
      </w:r>
      <w:r>
        <w:t>wohin se thought bhi ate hain.</w:t>
      </w:r>
    </w:p>
    <w:p>
      <w:pPr>
        <w:jc w:val="right"/>
      </w:pPr>
      <w:r>
        <w:t>وہیں سے thought بھی آتے ہیں۔</w:t>
      </w:r>
    </w:p>
    <w:p>
      <w:r>
        <w:rPr>
          <w:b/>
        </w:rPr>
        <w:t xml:space="preserve">[13:58] </w:t>
      </w:r>
      <w:r>
        <w:t>puri dunya mein wohi thought phailte hain.</w:t>
      </w:r>
    </w:p>
    <w:p>
      <w:pPr>
        <w:jc w:val="right"/>
      </w:pPr>
      <w:r>
        <w:t>پوری دنیا میں وہی thought پھیلتے ہیں۔</w:t>
      </w:r>
    </w:p>
    <w:p>
      <w:r>
        <w:rPr>
          <w:b/>
        </w:rPr>
        <w:t xml:space="preserve">[14:03] </w:t>
      </w:r>
      <w:r>
        <w:t>aaj kal aap dekhte hain ke bohat zyada log jo ho gaye hain ke bas enjoyment, entertainment yeh</w:t>
      </w:r>
    </w:p>
    <w:p>
      <w:pPr>
        <w:jc w:val="right"/>
      </w:pPr>
      <w:r>
        <w:t>آج کل آپ دیکھتے ہیں کہ بہت زیادہ لوگ جو ہو گئے ہیں کہ بس enjoyment، entertainment یہ</w:t>
      </w:r>
    </w:p>
    <w:p>
      <w:r>
        <w:rPr>
          <w:b/>
        </w:rPr>
        <w:t xml:space="preserve">[14:08] </w:t>
      </w:r>
      <w:r>
        <w:t>un ka nazariya ban gaya hai.</w:t>
      </w:r>
    </w:p>
    <w:p>
      <w:pPr>
        <w:jc w:val="right"/>
      </w:pPr>
      <w:r>
        <w:t>ان کا نظریہ بن گیا ہے۔</w:t>
      </w:r>
    </w:p>
    <w:p>
      <w:r>
        <w:rPr>
          <w:b/>
        </w:rPr>
        <w:t xml:space="preserve">[14:14] </w:t>
      </w:r>
      <w:r>
        <w:t>yeh unhon ne khud nahi banaya hai.</w:t>
      </w:r>
    </w:p>
    <w:p>
      <w:pPr>
        <w:jc w:val="right"/>
      </w:pPr>
      <w:r>
        <w:t>یہ انہوں نے خود نہیں بنایا ہے۔</w:t>
      </w:r>
    </w:p>
    <w:p>
      <w:r>
        <w:rPr>
          <w:b/>
        </w:rPr>
        <w:t xml:space="preserve">[14:19] </w:t>
      </w:r>
      <w:r>
        <w:t>yeh bhi west se aya hai.</w:t>
      </w:r>
    </w:p>
    <w:p>
      <w:pPr>
        <w:jc w:val="right"/>
      </w:pPr>
      <w:r>
        <w:t>یہ بھی west سے آیا ہے۔</w:t>
      </w:r>
    </w:p>
    <w:p>
      <w:r>
        <w:rPr>
          <w:b/>
        </w:rPr>
        <w:t xml:space="preserve">[14:24] </w:t>
      </w:r>
      <w:r>
        <w:t>west mein aise log paida hue hain bohat se jinhon ne bohat hi powerful andaaz mein is ki preach ki.</w:t>
      </w:r>
    </w:p>
    <w:p>
      <w:pPr>
        <w:jc w:val="right"/>
      </w:pPr>
      <w:r>
        <w:t>west میں ایسے لوگ پیدا ہوئے ہیں بہت سے جنہوں نے بہت ہی powerful انداز میں اس کی preach کی۔</w:t>
      </w:r>
    </w:p>
    <w:p>
      <w:r>
        <w:rPr>
          <w:b/>
        </w:rPr>
        <w:t xml:space="preserve">[14:30] </w:t>
      </w:r>
      <w:r>
        <w:t>is ki preaching ki. kitabein likhin.</w:t>
      </w:r>
    </w:p>
    <w:p>
      <w:pPr>
        <w:jc w:val="right"/>
      </w:pPr>
      <w:r>
        <w:t>اس کی preaching کیا۔ کتابیں لکھیں۔</w:t>
      </w:r>
    </w:p>
    <w:p>
      <w:r>
        <w:rPr>
          <w:b/>
        </w:rPr>
        <w:t xml:space="preserve">[14:35] </w:t>
      </w:r>
      <w:r>
        <w:t>un mein se alamaati tor par ek naam mein doon ga sigmund freud.</w:t>
      </w:r>
    </w:p>
    <w:p>
      <w:pPr>
        <w:jc w:val="right"/>
      </w:pPr>
      <w:r>
        <w:t>ان میں سے علامتی طور پر ایک نام میں دوں گا سگمن فرائیڈ۔</w:t>
      </w:r>
    </w:p>
    <w:p>
      <w:r>
        <w:rPr>
          <w:b/>
        </w:rPr>
        <w:t xml:space="preserve">[14:40] </w:t>
      </w:r>
      <w:r>
        <w:t>sigmund freud bohat hi intelligent aadmi tha.</w:t>
      </w:r>
    </w:p>
    <w:p>
      <w:pPr>
        <w:jc w:val="right"/>
      </w:pPr>
      <w:r>
        <w:t>سگمن فرائیڈ بہت ہی intelligent آدمی تھا۔</w:t>
      </w:r>
    </w:p>
    <w:p>
      <w:r>
        <w:rPr>
          <w:b/>
        </w:rPr>
        <w:t xml:space="preserve">[14:46] </w:t>
      </w:r>
      <w:r>
        <w:t>psychoanalysis isi ne ijad kiya.</w:t>
      </w:r>
    </w:p>
    <w:p>
      <w:pPr>
        <w:jc w:val="right"/>
      </w:pPr>
      <w:r>
        <w:t>Psychoanalysis اسی نے ایجاد کیا۔</w:t>
      </w:r>
    </w:p>
    <w:p>
      <w:r>
        <w:rPr>
          <w:b/>
        </w:rPr>
        <w:t xml:space="preserve">[14:51] </w:t>
      </w:r>
      <w:r>
        <w:t>is ki bohat si kitabein hain.</w:t>
      </w:r>
    </w:p>
    <w:p>
      <w:pPr>
        <w:jc w:val="right"/>
      </w:pPr>
      <w:r>
        <w:t>اس کی بہت سی کتابیں ہیں۔</w:t>
      </w:r>
    </w:p>
    <w:p>
      <w:r>
        <w:rPr>
          <w:b/>
        </w:rPr>
        <w:t xml:space="preserve">[14:56] </w:t>
      </w:r>
      <w:r>
        <w:t>aur is ka kya concept tha? is ka concept yahi tha ke enjoy karo. enjoyment.</w:t>
      </w:r>
    </w:p>
    <w:p>
      <w:pPr>
        <w:jc w:val="right"/>
      </w:pPr>
      <w:r>
        <w:t>اور اس کا کیا concept تھا؟ اس کا concept یہی تھا کہ enjoy کرو۔ Enjoyment۔</w:t>
      </w:r>
    </w:p>
    <w:p>
      <w:r>
        <w:rPr>
          <w:b/>
        </w:rPr>
        <w:t xml:space="preserve">[15:01] </w:t>
      </w:r>
      <w:r>
        <w:t>yani desire ko suppress na karo.</w:t>
      </w:r>
    </w:p>
    <w:p>
      <w:pPr>
        <w:jc w:val="right"/>
      </w:pPr>
      <w:r>
        <w:t>یعنی desire کو suppress نہ کرو۔</w:t>
      </w:r>
    </w:p>
    <w:p>
      <w:r>
        <w:rPr>
          <w:b/>
        </w:rPr>
        <w:t xml:space="preserve">[15:07] </w:t>
      </w:r>
      <w:r>
        <w:t>desire ko suppress karein ge to aap ke andar personality development nahi hoga.</w:t>
      </w:r>
    </w:p>
    <w:p>
      <w:pPr>
        <w:jc w:val="right"/>
      </w:pPr>
      <w:r>
        <w:t>Desire کو suppress کریں گے تو آپ کے اندر personality development نہیں ہوگا۔</w:t>
      </w:r>
    </w:p>
    <w:p>
      <w:r>
        <w:rPr>
          <w:b/>
        </w:rPr>
        <w:t xml:space="preserve">[15:12] </w:t>
      </w:r>
      <w:r>
        <w:t>growth nahi hoga.</w:t>
      </w:r>
    </w:p>
    <w:p>
      <w:pPr>
        <w:jc w:val="right"/>
      </w:pPr>
      <w:r>
        <w:t>Growth نہیں ہوگا۔</w:t>
      </w:r>
    </w:p>
    <w:p>
      <w:r>
        <w:rPr>
          <w:b/>
        </w:rPr>
        <w:t xml:space="preserve">[15:17] </w:t>
      </w:r>
      <w:r>
        <w:t>to desire ko jo desire tumhare andar hai us ko us ko poora karo.</w:t>
      </w:r>
    </w:p>
    <w:p>
      <w:pPr>
        <w:jc w:val="right"/>
      </w:pPr>
      <w:r>
        <w:t>تو desire کو جو desire تمہارے اندر ہے اس کو اس کو پورا کرو۔</w:t>
      </w:r>
    </w:p>
    <w:p>
      <w:r>
        <w:rPr>
          <w:b/>
        </w:rPr>
        <w:t xml:space="preserve">[15:23] </w:t>
      </w:r>
      <w:r>
        <w:t>desire ke peechay chalo.</w:t>
      </w:r>
    </w:p>
    <w:p>
      <w:pPr>
        <w:jc w:val="right"/>
      </w:pPr>
      <w:r>
        <w:t>Desire کے پیچھے چلو۔</w:t>
      </w:r>
    </w:p>
    <w:p>
      <w:r>
        <w:rPr>
          <w:b/>
        </w:rPr>
        <w:t xml:space="preserve">[15:28] </w:t>
      </w:r>
      <w:r>
        <w:t>isi se yeh culture nikla jis ko hum mein kehta hoon enjoyment culture, entertainment culture.</w:t>
      </w:r>
    </w:p>
    <w:p>
      <w:pPr>
        <w:jc w:val="right"/>
      </w:pPr>
      <w:r>
        <w:t>اسی سے یہ کلچر نکلا جس کو ہم میں کہتا ہوں enjoyment کلچر، entertainment کلچر۔</w:t>
      </w:r>
    </w:p>
    <w:p>
      <w:r>
        <w:rPr>
          <w:b/>
        </w:rPr>
        <w:t xml:space="preserve">[15:33] </w:t>
      </w:r>
      <w:r>
        <w:t>ke bas apni desire ke peechay daurna, apni khwahish ko poora karna.</w:t>
      </w:r>
    </w:p>
    <w:p>
      <w:pPr>
        <w:jc w:val="right"/>
      </w:pPr>
      <w:r>
        <w:t>کہ بس اپنی desire کے پیچھے دوڑنا، اپنی خواہش کو پورا کرنا۔</w:t>
      </w:r>
    </w:p>
    <w:p>
      <w:r>
        <w:rPr>
          <w:b/>
        </w:rPr>
        <w:t xml:space="preserve">[15:39] </w:t>
      </w:r>
      <w:r>
        <w:t>aaj kal jis ke liye bola jata hai word right here and right now abhi jo meri khwahish</w:t>
      </w:r>
    </w:p>
    <w:p>
      <w:pPr>
        <w:jc w:val="right"/>
      </w:pPr>
      <w:r>
        <w:t>آج کل جس کے لیے بولا جاتا ہے word right here and right now ابھی جو میری خواہش</w:t>
      </w:r>
    </w:p>
    <w:p>
      <w:r>
        <w:rPr>
          <w:b/>
        </w:rPr>
        <w:t xml:space="preserve">[15:44] </w:t>
      </w:r>
      <w:r>
        <w:t>hai woh poora hona chahiye.</w:t>
      </w:r>
    </w:p>
    <w:p>
      <w:pPr>
        <w:jc w:val="right"/>
      </w:pPr>
      <w:r>
        <w:t>ہے وہ پورا ہونا چاہیے۔</w:t>
      </w:r>
    </w:p>
    <w:p>
      <w:r>
        <w:rPr>
          <w:b/>
        </w:rPr>
        <w:t xml:space="preserve">[15:49] </w:t>
      </w:r>
      <w:r>
        <w:t>abhi woh jo mein chahta hoon woh mujhe milna chahiye.</w:t>
      </w:r>
    </w:p>
    <w:p>
      <w:pPr>
        <w:jc w:val="right"/>
      </w:pPr>
      <w:r>
        <w:t>ابھی وہ جو میں چاہتا ہوں وہ مجھے ملنا چاہیے۔</w:t>
      </w:r>
    </w:p>
    <w:p>
      <w:r>
        <w:rPr>
          <w:b/>
        </w:rPr>
        <w:t xml:space="preserve">[15:55] </w:t>
      </w:r>
      <w:r>
        <w:t>to yeh aya hai europe se aur sigmund freud ne is ko ek philosophy di.</w:t>
      </w:r>
    </w:p>
    <w:p>
      <w:pPr>
        <w:jc w:val="right"/>
      </w:pPr>
      <w:r>
        <w:t>تو یہ آیا ہے یورپ سے اور سگمن فرائیڈ نے اس کو ایک فلاسفی دی۔</w:t>
      </w:r>
    </w:p>
    <w:p>
      <w:r>
        <w:rPr>
          <w:b/>
        </w:rPr>
        <w:t xml:space="preserve">[16:00] </w:t>
      </w:r>
      <w:r>
        <w:t>misal ke tor par is ki kitab hai "interpretation of dream" is ko parhiye.</w:t>
      </w:r>
    </w:p>
    <w:p>
      <w:pPr>
        <w:jc w:val="right"/>
      </w:pPr>
      <w:r>
        <w:t>مثال کے طور پر اس کی کتاب ہے "Interpretation of Dream" اس کو پڑھیے۔</w:t>
      </w:r>
    </w:p>
    <w:p>
      <w:r>
        <w:rPr>
          <w:b/>
        </w:rPr>
        <w:t xml:space="preserve">[16:05] </w:t>
      </w:r>
      <w:r>
        <w:t>moti si kitab hai.</w:t>
      </w:r>
    </w:p>
    <w:p>
      <w:pPr>
        <w:jc w:val="right"/>
      </w:pPr>
      <w:r>
        <w:t>موٹی سی کتاب ہے۔</w:t>
      </w:r>
    </w:p>
    <w:p>
      <w:r>
        <w:rPr>
          <w:b/>
        </w:rPr>
        <w:t xml:space="preserve">[16:10] </w:t>
      </w:r>
      <w:r>
        <w:t>to poora philosophy is ne di hai is ki ke desire based life honi chahiye.</w:t>
      </w:r>
    </w:p>
    <w:p>
      <w:pPr>
        <w:jc w:val="right"/>
      </w:pPr>
      <w:r>
        <w:t>تو پورا فلاسفی اس نے دی ہے اس کی کہ desire based life ہونی چاہیے۔</w:t>
      </w:r>
    </w:p>
    <w:p>
      <w:r>
        <w:rPr>
          <w:b/>
        </w:rPr>
        <w:t xml:space="preserve">[16:16] </w:t>
      </w:r>
      <w:r>
        <w:t>desire ko suppress na kijiye aap.</w:t>
      </w:r>
    </w:p>
    <w:p>
      <w:pPr>
        <w:jc w:val="right"/>
      </w:pPr>
      <w:r>
        <w:t>Desire کو suppress نہ کیجیے آپ۔</w:t>
      </w:r>
    </w:p>
    <w:p>
      <w:r>
        <w:rPr>
          <w:b/>
        </w:rPr>
        <w:t xml:space="preserve">[16:21] </w:t>
      </w:r>
      <w:r>
        <w:t>ab sari dunya aap dekhiye kya hai? animal ban rahi hai.</w:t>
      </w:r>
    </w:p>
    <w:p>
      <w:pPr>
        <w:jc w:val="right"/>
      </w:pPr>
      <w:r>
        <w:t>اب ساری دنیا آپ دیکھیے کیا ہے؟ Animal بن رہی ہے۔</w:t>
      </w:r>
    </w:p>
    <w:p>
      <w:r>
        <w:rPr>
          <w:b/>
        </w:rPr>
        <w:t xml:space="preserve">[16:26] </w:t>
      </w:r>
      <w:r>
        <w:t>jo baat kahi sigmund freud ne wo that was nothing but animalization of man yani agar aap desire</w:t>
      </w:r>
    </w:p>
    <w:p>
      <w:pPr>
        <w:jc w:val="right"/>
      </w:pPr>
      <w:r>
        <w:t>جو بات کہی سگمن فرائیڈ نے وہ that was nothing but animalization of man یعنی اگر آپ desire</w:t>
      </w:r>
    </w:p>
    <w:p>
      <w:r>
        <w:rPr>
          <w:b/>
        </w:rPr>
        <w:t xml:space="preserve">[16:32] </w:t>
      </w:r>
      <w:r>
        <w:t>ke liye jeene lagen, apni khwahishon ke peeche jeene lagen to kya hai? ek animal bhi jee raha hai.</w:t>
      </w:r>
    </w:p>
    <w:p>
      <w:pPr>
        <w:jc w:val="right"/>
      </w:pPr>
      <w:r>
        <w:t>کے لیے جینے لگیں، اپنی خواہشوں کے پیچھے جینے لگیں تو کیا ہے؟ ایک animal بھی جی رہا ہے۔</w:t>
      </w:r>
    </w:p>
    <w:p>
      <w:r>
        <w:rPr>
          <w:b/>
        </w:rPr>
        <w:t xml:space="preserve">[16:37] </w:t>
      </w:r>
      <w:r>
        <w:t>animal bhi jee raha hai isi par.</w:t>
      </w:r>
    </w:p>
    <w:p>
      <w:pPr>
        <w:jc w:val="right"/>
      </w:pPr>
      <w:r>
        <w:t>Animal بھی جی رہا ہے اسی پر۔</w:t>
      </w:r>
    </w:p>
    <w:p>
      <w:r>
        <w:rPr>
          <w:b/>
        </w:rPr>
        <w:t xml:space="preserve">[16:42] </w:t>
      </w:r>
      <w:r>
        <w:t>to yeh insaan ko is ne uthaya nahi, insaan ko giraya.</w:t>
      </w:r>
    </w:p>
    <w:p>
      <w:pPr>
        <w:jc w:val="right"/>
      </w:pPr>
      <w:r>
        <w:t>تو یہ انسان کو اس نے اٹھایا نہیں، انسان کو گرایا۔</w:t>
      </w:r>
    </w:p>
    <w:p>
      <w:r>
        <w:rPr>
          <w:b/>
        </w:rPr>
        <w:t xml:space="preserve">[16:48] </w:t>
      </w:r>
      <w:r>
        <w:t>insaan ko animal level par laya sigmund freud aur doosre log.</w:t>
      </w:r>
    </w:p>
    <w:p>
      <w:pPr>
        <w:jc w:val="right"/>
      </w:pPr>
      <w:r>
        <w:t>انسان کو animal level پر لایا سگمن فرائیڈ اور دوسرے لوگ۔</w:t>
      </w:r>
    </w:p>
    <w:p>
      <w:r>
        <w:rPr>
          <w:b/>
        </w:rPr>
        <w:t xml:space="preserve">[16:53] </w:t>
      </w:r>
      <w:r>
        <w:t>magar wahi culture phail gaya.</w:t>
      </w:r>
    </w:p>
    <w:p>
      <w:pPr>
        <w:jc w:val="right"/>
      </w:pPr>
      <w:r>
        <w:t>مگر وہی کلچر پھیل گیا۔</w:t>
      </w:r>
    </w:p>
    <w:p>
      <w:r>
        <w:rPr>
          <w:b/>
        </w:rPr>
        <w:t xml:space="preserve">[16:58] </w:t>
      </w:r>
      <w:r>
        <w:t>wahi radio mein hai, wahi tv mein hai, wahi print media mein hai, wahi electronic media mein</w:t>
      </w:r>
    </w:p>
    <w:p>
      <w:pPr>
        <w:jc w:val="right"/>
      </w:pPr>
      <w:r>
        <w:t>وہی ریڈیو میں ہے، وہی ٹی وی میں ہے، وہی پرنٹ میڈیا میں ہے، وہی electronic میڈیا میں</w:t>
      </w:r>
    </w:p>
    <w:p>
      <w:r>
        <w:rPr>
          <w:b/>
        </w:rPr>
        <w:t xml:space="preserve">[17:04] </w:t>
      </w:r>
      <w:r>
        <w:t>hai, har jagah wahi hai.</w:t>
      </w:r>
    </w:p>
    <w:p>
      <w:pPr>
        <w:jc w:val="right"/>
      </w:pPr>
      <w:r>
        <w:t>ہے، ہر جگہ وہی ہے۔</w:t>
      </w:r>
    </w:p>
    <w:p>
      <w:r>
        <w:rPr>
          <w:b/>
        </w:rPr>
        <w:t xml:space="preserve">[17:09] </w:t>
      </w:r>
      <w:r>
        <w:t>to is waqt jo culture chal raha hai jis ka ek reference mein doonga sigmund freud ka</w:t>
      </w:r>
    </w:p>
    <w:p>
      <w:pPr>
        <w:jc w:val="right"/>
      </w:pPr>
      <w:r>
        <w:t>تو اس وقت جو کلچر چل رہا ہے جس کا ایک reference میں دوں گا سگمن فرائیڈ کا</w:t>
      </w:r>
    </w:p>
    <w:p>
      <w:r>
        <w:rPr>
          <w:b/>
        </w:rPr>
        <w:t xml:space="preserve">[17:14] </w:t>
      </w:r>
      <w:r>
        <w:t>to wo insaan ko animal banane ke barabar tha wo.</w:t>
      </w:r>
    </w:p>
    <w:p>
      <w:pPr>
        <w:jc w:val="right"/>
      </w:pPr>
      <w:r>
        <w:t>تو وہ انسان کو animal بنانے کے برابر تھا وہ۔</w:t>
      </w:r>
    </w:p>
    <w:p>
      <w:r>
        <w:rPr>
          <w:b/>
        </w:rPr>
        <w:t xml:space="preserve">[17:19] </w:t>
      </w:r>
      <w:r>
        <w:t>kyon ke is ka kya hua? ke jo bari quality hamare andar thi, jo hamare andar mind tha</w:t>
      </w:r>
    </w:p>
    <w:p>
      <w:pPr>
        <w:jc w:val="right"/>
      </w:pPr>
      <w:r>
        <w:t>کیوں کہ اس کا کیا ہوا؟ کہ جو بڑی quality ہمارے اندر تھی، جو ہمارے اندر mind تھا</w:t>
      </w:r>
    </w:p>
    <w:p>
      <w:r>
        <w:rPr>
          <w:b/>
        </w:rPr>
        <w:t xml:space="preserve">[17:25] </w:t>
      </w:r>
      <w:r>
        <w:t>itna bara, wo sab use nahi ho saka.</w:t>
      </w:r>
    </w:p>
    <w:p>
      <w:pPr>
        <w:jc w:val="right"/>
      </w:pPr>
      <w:r>
        <w:t>اتنا بڑا، وہ سب use نہیں ہو سکا۔</w:t>
      </w:r>
    </w:p>
    <w:p>
      <w:r>
        <w:rPr>
          <w:b/>
        </w:rPr>
        <w:t xml:space="preserve">[17:30] </w:t>
      </w:r>
      <w:r>
        <w:t>yani physical need par hum jeete rahe aur jo spirituality ki jo faculty hamare andar bari hai, is</w:t>
      </w:r>
    </w:p>
    <w:p>
      <w:pPr>
        <w:jc w:val="right"/>
      </w:pPr>
      <w:r>
        <w:t>یعنی physical need پر ہم جیتے رہے اور جو spirituality کی جو faculty ہمارے اندر بڑی ہے، اس</w:t>
      </w:r>
    </w:p>
    <w:p>
      <w:r>
        <w:rPr>
          <w:b/>
        </w:rPr>
        <w:t xml:space="preserve">[17:35] </w:t>
      </w:r>
      <w:r>
        <w:t>ko hum address nahi kar sake.</w:t>
      </w:r>
    </w:p>
    <w:p>
      <w:pPr>
        <w:jc w:val="right"/>
      </w:pPr>
      <w:r>
        <w:t>کو ہم address نہیں کر سکے۔</w:t>
      </w:r>
    </w:p>
    <w:p>
      <w:r>
        <w:rPr>
          <w:b/>
        </w:rPr>
        <w:t xml:space="preserve">[17:41] </w:t>
      </w:r>
      <w:r>
        <w:t>is ka bohat hi bhayanak nateeja kya hua? tension, frustration, stress.</w:t>
      </w:r>
    </w:p>
    <w:p>
      <w:pPr>
        <w:jc w:val="right"/>
      </w:pPr>
      <w:r>
        <w:t>اس کا بہت ہی بھیانک نتیجہ کیا ہوا؟ Tension, frustration, stress۔</w:t>
      </w:r>
    </w:p>
    <w:p>
      <w:r>
        <w:rPr>
          <w:b/>
        </w:rPr>
        <w:t xml:space="preserve">[17:46] </w:t>
      </w:r>
      <w:r>
        <w:t>jitne log right here and right now mein jeete hain, wo sab tension mein jeete hain.</w:t>
      </w:r>
    </w:p>
    <w:p>
      <w:pPr>
        <w:jc w:val="right"/>
      </w:pPr>
      <w:r>
        <w:t>جتنے لوگ right here and right now میں جیتے ہیں، وہ سب tension میں جیتے ہیں۔</w:t>
      </w:r>
    </w:p>
    <w:p>
      <w:r>
        <w:rPr>
          <w:b/>
        </w:rPr>
        <w:t xml:space="preserve">[17:51] </w:t>
      </w:r>
      <w:r>
        <w:t>kyon? un ki jo un ki jo personality hai, wo address nahi hoti.</w:t>
      </w:r>
    </w:p>
    <w:p>
      <w:pPr>
        <w:jc w:val="right"/>
      </w:pPr>
      <w:r>
        <w:t>کیوں؟ ان کی جو ان کی جو personality ہے، وہ address نہیں ہوتی۔</w:t>
      </w:r>
    </w:p>
    <w:p>
      <w:r>
        <w:rPr>
          <w:b/>
        </w:rPr>
        <w:t xml:space="preserve">[17:57] </w:t>
      </w:r>
      <w:r>
        <w:t>address nahi hoti un ki.</w:t>
      </w:r>
    </w:p>
    <w:p>
      <w:pPr>
        <w:jc w:val="right"/>
      </w:pPr>
      <w:r>
        <w:t>Address نہیں ہوتی ان کی۔</w:t>
      </w:r>
    </w:p>
    <w:p>
      <w:r>
        <w:rPr>
          <w:b/>
        </w:rPr>
        <w:t xml:space="preserve">[18:02] </w:t>
      </w:r>
      <w:r>
        <w:t>sirf khana partyon mein, khana dhoom se khayen, aap sharaben piyen, idhar udhar jayen, outing karen aur paramusic</w:t>
      </w:r>
    </w:p>
    <w:p>
      <w:pPr>
        <w:jc w:val="right"/>
      </w:pPr>
      <w:r>
        <w:t>صرف کھانا پارٹیوں میں، کھانا دھوم سے کھائیں، آپ شرابیں پیئیں، ادھر ادھر جائیں، outing کریں اور paramusic</w:t>
      </w:r>
    </w:p>
    <w:p>
      <w:r>
        <w:rPr>
          <w:b/>
        </w:rPr>
        <w:t xml:space="preserve">[18:07] </w:t>
      </w:r>
      <w:r>
        <w:t>culture banayen, neurotype ko phailayen to is se aap ki jo jo andar ki real personality hai, wo</w:t>
      </w:r>
    </w:p>
    <w:p>
      <w:pPr>
        <w:jc w:val="right"/>
      </w:pPr>
      <w:r>
        <w:t>کلچر بنائیں، neurotype کو پھیلائیں تو اس سے آپ کی جو جو اندر کی real personality ہے، وہ</w:t>
      </w:r>
    </w:p>
    <w:p>
      <w:r>
        <w:rPr>
          <w:b/>
        </w:rPr>
        <w:t xml:space="preserve">[18:13] </w:t>
      </w:r>
      <w:r>
        <w:t>address nahi hoti.</w:t>
      </w:r>
    </w:p>
    <w:p>
      <w:pPr>
        <w:jc w:val="right"/>
      </w:pPr>
      <w:r>
        <w:t>address نہیں ہوتی۔</w:t>
      </w:r>
    </w:p>
    <w:p>
      <w:r>
        <w:rPr>
          <w:b/>
        </w:rPr>
        <w:t xml:space="preserve">[18:18] </w:t>
      </w:r>
      <w:r>
        <w:t>thori dair ke liye hua karte hain, is ke baad phir wahi frustration.</w:t>
      </w:r>
    </w:p>
    <w:p>
      <w:pPr>
        <w:jc w:val="right"/>
      </w:pPr>
      <w:r>
        <w:t>تھوڑی دیر کے لیے ہوا کرتے ہیں، اس کے بعد پھر وہی frustration۔</w:t>
      </w:r>
    </w:p>
    <w:p>
      <w:r>
        <w:rPr>
          <w:b/>
        </w:rPr>
        <w:t xml:space="preserve">[18:23] </w:t>
      </w:r>
      <w:r>
        <w:t>to right here and right now ka jo culture chala, jo sigmund freud ne shuru kiya, aakhir mein</w:t>
      </w:r>
    </w:p>
    <w:p>
      <w:pPr>
        <w:jc w:val="right"/>
      </w:pPr>
      <w:r>
        <w:t>تو right here and right now کا جو کلچر چلا، جو سگمن فرائیڈ نے شروع کیا، آخر میں</w:t>
      </w:r>
    </w:p>
    <w:p>
      <w:r>
        <w:rPr>
          <w:b/>
        </w:rPr>
        <w:t xml:space="preserve">[18:28] </w:t>
      </w:r>
      <w:r>
        <w:t>insan ko la kar is ne ek blind alley mein daal diya ke insan frustration mein jeene laga.</w:t>
      </w:r>
    </w:p>
    <w:p>
      <w:pPr>
        <w:jc w:val="right"/>
      </w:pPr>
      <w:r>
        <w:t>انسان کو لا کر اس نے ایک blind alley میں ڈال دیا کہ انسان frustration میں جینے لگا۔</w:t>
      </w:r>
    </w:p>
    <w:p>
      <w:r>
        <w:rPr>
          <w:b/>
        </w:rPr>
        <w:t xml:space="preserve">[18:34] </w:t>
      </w:r>
      <w:r>
        <w:t>insan ke paas aage kuch dikhai nahi deta is ko.</w:t>
      </w:r>
    </w:p>
    <w:p>
      <w:pPr>
        <w:jc w:val="right"/>
      </w:pPr>
      <w:r>
        <w:t>انسان کے پاس آگے کچھ دکھائی نہیں دیتا اس کو۔</w:t>
      </w:r>
    </w:p>
    <w:p>
      <w:r>
        <w:rPr>
          <w:b/>
        </w:rPr>
        <w:t xml:space="preserve">[18:39] </w:t>
      </w:r>
      <w:r>
        <w:t>is se amreeka ke ek sahib ne bataya ke amreeka mein ek theory chali ke khoob outing karo,</w:t>
      </w:r>
    </w:p>
    <w:p>
      <w:pPr>
        <w:jc w:val="right"/>
      </w:pPr>
      <w:r>
        <w:t>اس سے امریکہ کے ایک صاحب نے بتایا کہ امریکہ میں ایک تھیوری چلی کہ خوب outing کرو،</w:t>
      </w:r>
    </w:p>
    <w:p>
      <w:r>
        <w:rPr>
          <w:b/>
        </w:rPr>
        <w:t xml:space="preserve">[18:44] </w:t>
      </w:r>
      <w:r>
        <w:t>khoob outing karo.</w:t>
      </w:r>
    </w:p>
    <w:p>
      <w:pPr>
        <w:jc w:val="right"/>
      </w:pPr>
      <w:r>
        <w:t>خوب outing کرو۔</w:t>
      </w:r>
    </w:p>
    <w:p>
      <w:r>
        <w:rPr>
          <w:b/>
        </w:rPr>
        <w:t xml:space="preserve">[18:50] </w:t>
      </w:r>
      <w:r>
        <w:t>taake is de-stressing ke liye outing karo.</w:t>
      </w:r>
    </w:p>
    <w:p>
      <w:pPr>
        <w:jc w:val="right"/>
      </w:pPr>
      <w:r>
        <w:t>تاکہ اس de-stressing کے لیے outing کرو۔</w:t>
      </w:r>
    </w:p>
    <w:p>
      <w:r>
        <w:rPr>
          <w:b/>
        </w:rPr>
        <w:t xml:space="preserve">[18:55] </w:t>
      </w:r>
      <w:r>
        <w:t>jo stress hai, developed countries mein bohat hi stress mein jeete hain log.</w:t>
      </w:r>
    </w:p>
    <w:p>
      <w:pPr>
        <w:jc w:val="right"/>
      </w:pPr>
      <w:r>
        <w:t>جو stress ہے، developed countries میں بہت ہی stress میں جیتے ہیں لوگ۔</w:t>
      </w:r>
    </w:p>
    <w:p>
      <w:r>
        <w:rPr>
          <w:b/>
        </w:rPr>
        <w:t xml:space="preserve">[19:00] </w:t>
      </w:r>
      <w:r>
        <w:t>to de-stressing ke liye outing.</w:t>
      </w:r>
    </w:p>
    <w:p>
      <w:pPr>
        <w:jc w:val="right"/>
      </w:pPr>
      <w:r>
        <w:t>تو de-stressing کے لیے outing۔</w:t>
      </w:r>
    </w:p>
    <w:p>
      <w:r>
        <w:rPr>
          <w:b/>
        </w:rPr>
        <w:t xml:space="preserve">[19:06] </w:t>
      </w:r>
      <w:r>
        <w:t>to unhon ne bataya ke hum bhi gaye is mein kai baar.</w:t>
      </w:r>
    </w:p>
    <w:p>
      <w:pPr>
        <w:jc w:val="right"/>
      </w:pPr>
      <w:r>
        <w:t>تو انہوں نے بتایا کہ ہم بھی گئے اس میں کئی بار۔</w:t>
      </w:r>
    </w:p>
    <w:p>
      <w:r>
        <w:rPr>
          <w:b/>
        </w:rPr>
        <w:t xml:space="preserve">[19:11] </w:t>
      </w:r>
      <w:r>
        <w:t>lekin tajurba kya hua ke wapas aate hain to ek naya tension le kar ke.</w:t>
      </w:r>
    </w:p>
    <w:p>
      <w:pPr>
        <w:jc w:val="right"/>
      </w:pPr>
      <w:r>
        <w:t>لیکن تجربہ کیا ہوا کہ واپس آتے ہیں تو ایک نیا tension لے کر کے۔</w:t>
      </w:r>
    </w:p>
    <w:p>
      <w:r>
        <w:rPr>
          <w:b/>
        </w:rPr>
        <w:t xml:space="preserve">[19:16] </w:t>
      </w:r>
      <w:r>
        <w:t>to wahan par ek word chala holiday stress. Holiday stress.</w:t>
      </w:r>
    </w:p>
    <w:p>
      <w:pPr>
        <w:jc w:val="right"/>
      </w:pPr>
      <w:r>
        <w:t>تو وہاں پر ایک word چلا holiday stress۔ Holiday stress۔</w:t>
      </w:r>
    </w:p>
    <w:p>
      <w:r>
        <w:rPr>
          <w:b/>
        </w:rPr>
        <w:t xml:space="preserve">[19:22] </w:t>
      </w:r>
      <w:r>
        <w:t>to jab aap ki personality address nahi hogi to yahi hoga.</w:t>
      </w:r>
    </w:p>
    <w:p>
      <w:pPr>
        <w:jc w:val="right"/>
      </w:pPr>
      <w:r>
        <w:t>تو جب آپ کی personality address نہیں ہوگی تو یہی ہوگا۔</w:t>
      </w:r>
    </w:p>
    <w:p>
      <w:r>
        <w:rPr>
          <w:b/>
        </w:rPr>
        <w:t xml:space="preserve">[19:27] </w:t>
      </w:r>
      <w:r>
        <w:t>is tarah se dekhiye, sigmund freud paida hua tha nineteen, yaani is ki wafat hui thi nineteen thirty-seven mein.</w:t>
      </w:r>
    </w:p>
    <w:p>
      <w:pPr>
        <w:jc w:val="right"/>
      </w:pPr>
      <w:r>
        <w:t>اس طرح سے دیکھیے، سگمن فرائیڈ پیدا ہوا تھا nineteen، یعنی اس کی وفات ہوئی تھی nineteen thirty-seven میں۔</w:t>
      </w:r>
    </w:p>
    <w:p>
      <w:r>
        <w:rPr>
          <w:b/>
        </w:rPr>
        <w:t xml:space="preserve">[19:32] </w:t>
      </w:r>
      <w:r>
        <w:t>nineteen thirty-seven mein is ki wafat hui thi.</w:t>
      </w:r>
    </w:p>
    <w:p>
      <w:pPr>
        <w:jc w:val="right"/>
      </w:pPr>
      <w:r>
        <w:t>Nineteen thirty-seven میں اس کی وفات ہوئی تھی۔</w:t>
      </w:r>
    </w:p>
    <w:p>
      <w:r>
        <w:rPr>
          <w:b/>
        </w:rPr>
        <w:t xml:space="preserve">[19:37] </w:t>
      </w:r>
      <w:r>
        <w:t>doosra aadmi jis ka main hawala doon ga, woh woh hai john stuart mill, jis ki wafat hui</w:t>
      </w:r>
    </w:p>
    <w:p>
      <w:pPr>
        <w:jc w:val="right"/>
      </w:pPr>
      <w:r>
        <w:t>دوسرا آدمی جس کا میں حوالہ دوں گا، وہ وہ ہے جان اسٹارٹ بل، جس کی وفات ہوئی</w:t>
      </w:r>
    </w:p>
    <w:p>
      <w:r>
        <w:rPr>
          <w:b/>
        </w:rPr>
        <w:t xml:space="preserve">[19:43] </w:t>
      </w:r>
      <w:r>
        <w:t>thi nineteen seventy-three mein.</w:t>
      </w:r>
    </w:p>
    <w:p>
      <w:pPr>
        <w:jc w:val="right"/>
      </w:pPr>
      <w:r>
        <w:t>تھی nineteen seventy-three میں۔</w:t>
      </w:r>
    </w:p>
    <w:p>
      <w:r>
        <w:rPr>
          <w:b/>
        </w:rPr>
        <w:t xml:space="preserve">[19:48] </w:t>
      </w:r>
      <w:r>
        <w:t>is ki kitaab hai "liberty" aur bohat si kitaabein hain, "issues on liberty".</w:t>
      </w:r>
    </w:p>
    <w:p>
      <w:pPr>
        <w:jc w:val="right"/>
      </w:pPr>
      <w:r>
        <w:t>اس کی کتاب ہے "Liberty" اور بہت سی کتابیں ہیں، "Issues on Liberty"۔</w:t>
      </w:r>
    </w:p>
    <w:p>
      <w:r>
        <w:rPr>
          <w:b/>
        </w:rPr>
        <w:t xml:space="preserve">[19:53] </w:t>
      </w:r>
      <w:r>
        <w:t>is ne is is is is theory ko develop kiya ke liberty sab se bari cheez hai, freedom</w:t>
      </w:r>
    </w:p>
    <w:p>
      <w:pPr>
        <w:jc w:val="right"/>
      </w:pPr>
      <w:r>
        <w:t>اس نے اس اس اس اس تھیوری کو develop کیا کہ liberty سب سے بڑی چیز ہے، freedom</w:t>
      </w:r>
    </w:p>
    <w:p>
      <w:r>
        <w:rPr>
          <w:b/>
        </w:rPr>
        <w:t xml:space="preserve">[19:59] </w:t>
      </w:r>
      <w:r>
        <w:t>sab se bari cheez hai, azaadi sab se bari cheez hai.</w:t>
      </w:r>
    </w:p>
    <w:p>
      <w:pPr>
        <w:jc w:val="right"/>
      </w:pPr>
      <w:r>
        <w:t>سب سے بڑی چیز ہے، آزادی سب سے بڑی چیز ہے۔</w:t>
      </w:r>
    </w:p>
    <w:p>
      <w:r>
        <w:rPr>
          <w:b/>
        </w:rPr>
        <w:t xml:space="preserve">[20:04] </w:t>
      </w:r>
      <w:r>
        <w:t>aur kya hua? result kya hua? anarchy.</w:t>
      </w:r>
    </w:p>
    <w:p>
      <w:pPr>
        <w:jc w:val="right"/>
      </w:pPr>
      <w:r>
        <w:t>اور کیا ہوا؟ Result کیا ہوا؟ Anarchy۔</w:t>
      </w:r>
    </w:p>
    <w:p>
      <w:r>
        <w:rPr>
          <w:b/>
        </w:rPr>
        <w:t xml:space="preserve">[20:09] </w:t>
      </w:r>
      <w:r>
        <w:t>yaani unlimited freedom ya total freedom ka jo concept hai, aakhir mein kahan pohancha? anarchy par.</w:t>
      </w:r>
    </w:p>
    <w:p>
      <w:pPr>
        <w:jc w:val="right"/>
      </w:pPr>
      <w:r>
        <w:t>یعنی unlimited freedom یا total freedom کا جو concept ہے، آخر میں کہاں پہنچا؟ Anarchy پر۔</w:t>
      </w:r>
    </w:p>
    <w:p>
      <w:r>
        <w:rPr>
          <w:b/>
        </w:rPr>
        <w:t xml:space="preserve">[20:15] </w:t>
      </w:r>
      <w:r>
        <w:t>har taraf anarchy phail gayi.</w:t>
      </w:r>
    </w:p>
    <w:p>
      <w:pPr>
        <w:jc w:val="right"/>
      </w:pPr>
      <w:r>
        <w:t>ہر طرف anarchy پھیل گئی۔</w:t>
      </w:r>
    </w:p>
    <w:p>
      <w:r>
        <w:rPr>
          <w:b/>
        </w:rPr>
        <w:t xml:space="preserve">[20:20] </w:t>
      </w:r>
      <w:r>
        <w:t>har taraf anarchy phail gayi.</w:t>
      </w:r>
    </w:p>
    <w:p>
      <w:pPr>
        <w:jc w:val="right"/>
      </w:pPr>
      <w:r>
        <w:t>ہر طرف anarchy پھیل گئی۔</w:t>
      </w:r>
    </w:p>
    <w:p>
      <w:r>
        <w:rPr>
          <w:b/>
        </w:rPr>
        <w:t xml:space="preserve">[20:25] </w:t>
      </w:r>
      <w:r>
        <w:t>to in logon ke paas point of reference nahi tha.</w:t>
      </w:r>
    </w:p>
    <w:p>
      <w:pPr>
        <w:jc w:val="right"/>
      </w:pPr>
      <w:r>
        <w:t>تو ان لوگوں کے پاس point of reference نہیں تھا۔</w:t>
      </w:r>
    </w:p>
    <w:p>
      <w:r>
        <w:rPr>
          <w:b/>
        </w:rPr>
        <w:t xml:space="preserve">[20:30] </w:t>
      </w:r>
      <w:r>
        <w:t>apne mind se socha, isi par chala diya unhon ne.</w:t>
      </w:r>
    </w:p>
    <w:p>
      <w:pPr>
        <w:jc w:val="right"/>
      </w:pPr>
      <w:r>
        <w:t>اپنے mind سے سوچا، اسی پر چلا دیا انہوں نے۔</w:t>
      </w:r>
    </w:p>
    <w:p>
      <w:r>
        <w:rPr>
          <w:b/>
        </w:rPr>
        <w:t xml:space="preserve">[20:36] </w:t>
      </w:r>
      <w:r>
        <w:t>to hum ne Khuda ke fazl se is ki study ki. kafi.</w:t>
      </w:r>
    </w:p>
    <w:p>
      <w:pPr>
        <w:jc w:val="right"/>
      </w:pPr>
      <w:r>
        <w:t>تو ہم نے خدا کے فضل سے اس کی study کی۔ کافی۔</w:t>
      </w:r>
    </w:p>
    <w:p>
      <w:r>
        <w:rPr>
          <w:b/>
        </w:rPr>
        <w:t xml:space="preserve">[20:41] </w:t>
      </w:r>
      <w:r>
        <w:t>to sab se pehle hum ne dekha philosophy ko.</w:t>
      </w:r>
    </w:p>
    <w:p>
      <w:pPr>
        <w:jc w:val="right"/>
      </w:pPr>
      <w:r>
        <w:t>تو سب سے پہلے ہم نے دیکھا philosophy کو۔</w:t>
      </w:r>
    </w:p>
    <w:p>
      <w:r>
        <w:rPr>
          <w:b/>
        </w:rPr>
        <w:t xml:space="preserve">[20:46] </w:t>
      </w:r>
      <w:r>
        <w:t>Philosophy mein hum ne paya ke koi bhi philosopher siwaye confusion ke kuch aur nahi de pata.</w:t>
      </w:r>
    </w:p>
    <w:p>
      <w:pPr>
        <w:jc w:val="right"/>
      </w:pPr>
      <w:r>
        <w:t>Philosophy میں ہم نے پایا کہ کوئی بھی philosopher سوائے confusion کے کچھ اور نہیں دے پاتا۔</w:t>
      </w:r>
    </w:p>
    <w:p>
      <w:r>
        <w:rPr>
          <w:b/>
        </w:rPr>
        <w:t xml:space="preserve">[20:52] </w:t>
      </w:r>
      <w:r>
        <w:t>Philosophy means confusion, confusion, confusion.</w:t>
      </w:r>
    </w:p>
    <w:p>
      <w:pPr>
        <w:jc w:val="right"/>
      </w:pPr>
      <w:r>
        <w:t>Philosophy means confusion, confusion, confusion۔</w:t>
      </w:r>
    </w:p>
    <w:p>
      <w:r>
        <w:rPr>
          <w:b/>
        </w:rPr>
        <w:t xml:space="preserve">[20:57] </w:t>
      </w:r>
      <w:r>
        <w:t>phir jo jis ko kehte hain mysticism, us ko hum ne dekha.</w:t>
      </w:r>
    </w:p>
    <w:p>
      <w:pPr>
        <w:jc w:val="right"/>
      </w:pPr>
      <w:r>
        <w:t>پھر جو جس کو کہتے ہیں mysticism، اس کو ہم نے دیکھا۔</w:t>
      </w:r>
    </w:p>
    <w:p>
      <w:r>
        <w:rPr>
          <w:b/>
        </w:rPr>
        <w:t xml:space="preserve">[21:02] </w:t>
      </w:r>
      <w:r>
        <w:t>wahan bhi hum ne paya ke jo yani jo mystic hue hain bare bare, wo kahan pohanchate hain</w:t>
      </w:r>
    </w:p>
    <w:p>
      <w:pPr>
        <w:jc w:val="right"/>
      </w:pPr>
      <w:r>
        <w:t>وہاں بھی ہم نے پایا کہ جو یعنی جو mystic ہوئے ہیں بڑے بڑے، وہ کہاں پہنچاتے ہیں</w:t>
      </w:r>
    </w:p>
    <w:p>
      <w:r>
        <w:rPr>
          <w:b/>
        </w:rPr>
        <w:t xml:space="preserve">[21:08] </w:t>
      </w:r>
      <w:r>
        <w:t>aap ko? Ecstasy tak pohanchate hain.</w:t>
      </w:r>
    </w:p>
    <w:p>
      <w:pPr>
        <w:jc w:val="right"/>
      </w:pPr>
      <w:r>
        <w:t>آپ کو؟ Ecstasy تک پہنچاتے ہیں۔</w:t>
      </w:r>
    </w:p>
    <w:p>
      <w:r>
        <w:rPr>
          <w:b/>
        </w:rPr>
        <w:t xml:space="preserve">[21:13] </w:t>
      </w:r>
      <w:r>
        <w:t>to ecstasy jo hai, wo aap ka fulfillment nahi kar sakti aap ka.</w:t>
      </w:r>
    </w:p>
    <w:p>
      <w:pPr>
        <w:jc w:val="right"/>
      </w:pPr>
      <w:r>
        <w:t>تو ecstasy جو ہے، وہ آپ کا fulfillment نہیں کر سکتی آپ کا۔</w:t>
      </w:r>
    </w:p>
    <w:p>
      <w:r>
        <w:rPr>
          <w:b/>
        </w:rPr>
        <w:t xml:space="preserve">[21:18] </w:t>
      </w:r>
      <w:r>
        <w:t>Ecstasy aap ko ek aisi state mein le aati hai jahan ke aap thinking ko stop kar dein.</w:t>
      </w:r>
    </w:p>
    <w:p>
      <w:pPr>
        <w:jc w:val="right"/>
      </w:pPr>
      <w:r>
        <w:t>Ecstasy آپ کو ایک ایسی state میں لے آتی ہے جہاں کہ آپ thinking کو stop کر دیں۔</w:t>
      </w:r>
    </w:p>
    <w:p>
      <w:r>
        <w:rPr>
          <w:b/>
        </w:rPr>
        <w:t xml:space="preserve">[21:24] </w:t>
      </w:r>
      <w:r>
        <w:t>to wo wo kya hai? wo bhi ek ek qism ka animal ban jana hai.</w:t>
      </w:r>
    </w:p>
    <w:p>
      <w:pPr>
        <w:jc w:val="right"/>
      </w:pPr>
      <w:r>
        <w:t>تو وہ وہ کیا ہے؟ وہ بھی ایک ایک قسم کا animal بن جانا ہے۔</w:t>
      </w:r>
    </w:p>
    <w:p>
      <w:r>
        <w:rPr>
          <w:b/>
        </w:rPr>
        <w:t xml:space="preserve">[21:29] </w:t>
      </w:r>
      <w:r>
        <w:t>to mysticism mein mein ne nahi paya ke wo hamare liye point of reference ban sakti hai.</w:t>
      </w:r>
    </w:p>
    <w:p>
      <w:pPr>
        <w:jc w:val="right"/>
      </w:pPr>
      <w:r>
        <w:t>تو mysticism میں میں نے نہیں پایا کہ وہ ہمارے لیے point of reference بن سکتی ہے۔</w:t>
      </w:r>
    </w:p>
    <w:p>
      <w:r>
        <w:rPr>
          <w:b/>
        </w:rPr>
        <w:t xml:space="preserve">[21:34] </w:t>
      </w:r>
      <w:r>
        <w:t>phir mein ne dekha science mein, to science mein maloom hua ke science jo hai, wo sirf zindagi</w:t>
      </w:r>
    </w:p>
    <w:p>
      <w:pPr>
        <w:jc w:val="right"/>
      </w:pPr>
      <w:r>
        <w:t>پھر میں نے دیکھا سائنس میں، تو سائنس میں معلوم ہوا کہ سائنس جو ہے، وہ صرف زندگی</w:t>
      </w:r>
    </w:p>
    <w:p>
      <w:r>
        <w:rPr>
          <w:b/>
        </w:rPr>
        <w:t xml:space="preserve">[21:39] </w:t>
      </w:r>
      <w:r>
        <w:t>ke aadhe aspect ko parhti hai, ka study karti hai.</w:t>
      </w:r>
    </w:p>
    <w:p>
      <w:pPr>
        <w:jc w:val="right"/>
      </w:pPr>
      <w:r>
        <w:t>کے آدھے aspect کو پڑھتی ہے، کا study کرتی ہے۔</w:t>
      </w:r>
    </w:p>
    <w:p>
      <w:r>
        <w:rPr>
          <w:b/>
        </w:rPr>
        <w:t xml:space="preserve">[21:45] </w:t>
      </w:r>
      <w:r>
        <w:t>yani physical aspect.</w:t>
      </w:r>
    </w:p>
    <w:p>
      <w:pPr>
        <w:jc w:val="right"/>
      </w:pPr>
      <w:r>
        <w:t>یعنی physical aspect۔</w:t>
      </w:r>
    </w:p>
    <w:p>
      <w:r>
        <w:rPr>
          <w:b/>
        </w:rPr>
        <w:t xml:space="preserve">[21:50] </w:t>
      </w:r>
      <w:r>
        <w:t>jo doosra aspect hai, wo is ke is ko is ne alag kar rakha hai.</w:t>
      </w:r>
    </w:p>
    <w:p>
      <w:pPr>
        <w:jc w:val="right"/>
      </w:pPr>
      <w:r>
        <w:t>جو دوسرا aspect ہے، وہ اس کے اس کو اس نے الگ کر رکھا ہے۔</w:t>
      </w:r>
    </w:p>
    <w:p>
      <w:r>
        <w:rPr>
          <w:b/>
        </w:rPr>
        <w:t xml:space="preserve">[21:55] </w:t>
      </w:r>
      <w:r>
        <w:t>to wo poore insan ki study nahi banti wo.</w:t>
      </w:r>
    </w:p>
    <w:p>
      <w:pPr>
        <w:jc w:val="right"/>
      </w:pPr>
      <w:r>
        <w:t>تو وہ پورے انسان کی study نہیں بنتی وہ۔</w:t>
      </w:r>
    </w:p>
    <w:p>
      <w:r>
        <w:rPr>
          <w:b/>
        </w:rPr>
        <w:t xml:space="preserve">[22:01] </w:t>
      </w:r>
      <w:r>
        <w:t>to wo bhi hamare liye point of reference nahi ban sakta.</w:t>
      </w:r>
    </w:p>
    <w:p>
      <w:pPr>
        <w:jc w:val="right"/>
      </w:pPr>
      <w:r>
        <w:t>تو وہ بھی ہمارے لیے point of reference نہیں بن سکتا۔</w:t>
      </w:r>
    </w:p>
    <w:p>
      <w:r>
        <w:rPr>
          <w:b/>
        </w:rPr>
        <w:t xml:space="preserve">[22:06] </w:t>
      </w:r>
      <w:r>
        <w:t>phir mein ne dekha religion mein, to jitne bhi religion hain, koi religion mujhe nahi mila jo authentic</w:t>
      </w:r>
    </w:p>
    <w:p>
      <w:pPr>
        <w:jc w:val="right"/>
      </w:pPr>
      <w:r>
        <w:t>پھر میں نے دیکھا religion میں، تو جتنے بھی religion ہیں، کوئی religion مجھے نہیں ملا جو authentic</w:t>
      </w:r>
    </w:p>
    <w:p>
      <w:r>
        <w:rPr>
          <w:b/>
        </w:rPr>
        <w:t xml:space="preserve">[22:11] </w:t>
      </w:r>
      <w:r>
        <w:t>ho historically, siwaye Islam ke.</w:t>
      </w:r>
    </w:p>
    <w:p>
      <w:pPr>
        <w:jc w:val="right"/>
      </w:pPr>
      <w:r>
        <w:t>ہو historically، سوائے اسلام کے۔</w:t>
      </w:r>
    </w:p>
    <w:p>
      <w:r>
        <w:rPr>
          <w:b/>
        </w:rPr>
        <w:t xml:space="preserve">[22:17] </w:t>
      </w:r>
      <w:r>
        <w:t>jitne bhi religion hain, is ko mythology par base karte hain, story par base karte hain.</w:t>
      </w:r>
    </w:p>
    <w:p>
      <w:pPr>
        <w:jc w:val="right"/>
      </w:pPr>
      <w:r>
        <w:t>جتنے بھی religion ہیں، اس کو mythology پر base کرتے ہیں، story پر base کرتے ہیں۔</w:t>
      </w:r>
    </w:p>
    <w:p>
      <w:r>
        <w:rPr>
          <w:b/>
        </w:rPr>
        <w:t xml:space="preserve">[22:22] </w:t>
      </w:r>
      <w:r>
        <w:t>koi in ki historical credibility in ke andar nahi hai kisi mein.</w:t>
      </w:r>
    </w:p>
    <w:p>
      <w:pPr>
        <w:jc w:val="right"/>
      </w:pPr>
      <w:r>
        <w:t>کوئی ان کی historical credibility ان کے اندر نہیں ہے کسی میں۔</w:t>
      </w:r>
    </w:p>
    <w:p>
      <w:r>
        <w:rPr>
          <w:b/>
        </w:rPr>
        <w:t xml:space="preserve">[22:27] </w:t>
      </w:r>
      <w:r>
        <w:t>yeh raij to hai, chalen log follow kar rahe hain is ko, lekin traditionally follow kar rahe hain.</w:t>
      </w:r>
    </w:p>
    <w:p>
      <w:pPr>
        <w:jc w:val="right"/>
      </w:pPr>
      <w:r>
        <w:t>یہ رائج تو ہے، چلیں لوگ follow کر رہے ہیں اس کو، لیکن traditionally follow کر رہے ہیں۔</w:t>
      </w:r>
    </w:p>
    <w:p>
      <w:r>
        <w:rPr>
          <w:b/>
        </w:rPr>
        <w:t xml:space="preserve">[22:33] </w:t>
      </w:r>
      <w:r>
        <w:t>koi rational base is ke liye nahi hai.</w:t>
      </w:r>
    </w:p>
    <w:p>
      <w:pPr>
        <w:jc w:val="right"/>
      </w:pPr>
      <w:r>
        <w:t>کوئی rational base اس کے لیے نہیں ہے۔</w:t>
      </w:r>
    </w:p>
    <w:p>
      <w:r>
        <w:rPr>
          <w:b/>
        </w:rPr>
        <w:t xml:space="preserve">[22:38] </w:t>
      </w:r>
      <w:r>
        <w:t>kyun ke kisi bhi religion ki koi historical credibility nahi, historical authenticity nahi.</w:t>
      </w:r>
    </w:p>
    <w:p>
      <w:pPr>
        <w:jc w:val="right"/>
      </w:pPr>
      <w:r>
        <w:t>کیونکہ کسی بھی religion کی کوئی historical credibility نہیں، historical authenticity نہیں۔</w:t>
      </w:r>
    </w:p>
    <w:p>
      <w:r>
        <w:rPr>
          <w:b/>
        </w:rPr>
        <w:t xml:space="preserve">[22:43] </w:t>
      </w:r>
      <w:r>
        <w:t>phir hum ne islam ko parha.</w:t>
      </w:r>
    </w:p>
    <w:p>
      <w:pPr>
        <w:jc w:val="right"/>
      </w:pPr>
      <w:r>
        <w:t>پھر ہم نے اسلام کو پڑھا۔</w:t>
      </w:r>
    </w:p>
    <w:p>
      <w:r>
        <w:rPr>
          <w:b/>
        </w:rPr>
        <w:t xml:space="preserve">[22:48] </w:t>
      </w:r>
      <w:r>
        <w:t>to mein ne islam mere liye rediscovery hai.</w:t>
      </w:r>
    </w:p>
    <w:p>
      <w:pPr>
        <w:jc w:val="right"/>
      </w:pPr>
      <w:r>
        <w:t>تو میں نے اسلام میرے لیے rediscovery ہے۔</w:t>
      </w:r>
    </w:p>
    <w:p>
      <w:r>
        <w:rPr>
          <w:b/>
        </w:rPr>
        <w:t xml:space="preserve">[22:54] </w:t>
      </w:r>
      <w:r>
        <w:t>mein ne paya ke islam jo hai, wo hamein point of reference deta hai.</w:t>
      </w:r>
    </w:p>
    <w:p>
      <w:pPr>
        <w:jc w:val="right"/>
      </w:pPr>
      <w:r>
        <w:t>میں نے پایا کہ اسلام جو ہے، وہ ہمیں point of reference دیتا ہے۔</w:t>
      </w:r>
    </w:p>
    <w:p>
      <w:r>
        <w:rPr>
          <w:b/>
        </w:rPr>
        <w:t xml:space="preserve">[22:59] </w:t>
      </w:r>
      <w:r>
        <w:t>zindagi ki jitni bhi baatein hain, is mein hamein aik rai banana hai.</w:t>
      </w:r>
    </w:p>
    <w:p>
      <w:pPr>
        <w:jc w:val="right"/>
      </w:pPr>
      <w:r>
        <w:t>زندگی کی جتنی بھی باتیں ہیں، اس میں ہمیں ایک رائے بنانا ہے۔</w:t>
      </w:r>
    </w:p>
    <w:p>
      <w:r>
        <w:rPr>
          <w:b/>
        </w:rPr>
        <w:t xml:space="preserve">[23:04] </w:t>
      </w:r>
      <w:r>
        <w:t>to rai ko banane ke liye hamein aik point of reference chahiye.</w:t>
      </w:r>
    </w:p>
    <w:p>
      <w:pPr>
        <w:jc w:val="right"/>
      </w:pPr>
      <w:r>
        <w:t>تو رائے کو بنانے کے لیے ہمیں ایک point of reference چاہیے۔</w:t>
      </w:r>
    </w:p>
    <w:p>
      <w:r>
        <w:rPr>
          <w:b/>
        </w:rPr>
        <w:t xml:space="preserve">[23:10] </w:t>
      </w:r>
      <w:r>
        <w:t>taake hum conviction ke sath is ko le saken.</w:t>
      </w:r>
    </w:p>
    <w:p>
      <w:pPr>
        <w:jc w:val="right"/>
      </w:pPr>
      <w:r>
        <w:t>تاکہ ہم conviction کے ساتھ اس کو لے سکیں۔</w:t>
      </w:r>
    </w:p>
    <w:p>
      <w:r>
        <w:rPr>
          <w:b/>
        </w:rPr>
        <w:t xml:space="preserve">[23:15] </w:t>
      </w:r>
      <w:r>
        <w:t>mein aap ko aik do example doon ga.</w:t>
      </w:r>
    </w:p>
    <w:p>
      <w:pPr>
        <w:jc w:val="right"/>
      </w:pPr>
      <w:r>
        <w:t>میں آپ کو ایک دو example دوں گا۔</w:t>
      </w:r>
    </w:p>
    <w:p>
      <w:r>
        <w:rPr>
          <w:b/>
        </w:rPr>
        <w:t xml:space="preserve">[23:20] </w:t>
      </w:r>
      <w:r>
        <w:t>dekhiye, quran mein hai ke aslahu khairun. aslahu khairun.</w:t>
      </w:r>
    </w:p>
    <w:p>
      <w:pPr>
        <w:jc w:val="right"/>
      </w:pPr>
      <w:r>
        <w:t>دیکھیے، قرآن میں ہے کہ أصلُهُ خيرٌ ۔ أصلُهُ خيرٌ۔</w:t>
      </w:r>
    </w:p>
    <w:p>
      <w:r>
        <w:rPr>
          <w:b/>
        </w:rPr>
        <w:t xml:space="preserve">[23:26] </w:t>
      </w:r>
      <w:r>
        <w:t>yani is ka matlab hai peace is the sum of bonum.</w:t>
      </w:r>
    </w:p>
    <w:p>
      <w:pPr>
        <w:jc w:val="right"/>
      </w:pPr>
      <w:r>
        <w:t>یعنی اس کا مطلب ہے peace is the sum of bonum.</w:t>
      </w:r>
    </w:p>
    <w:p>
      <w:r>
        <w:rPr>
          <w:b/>
        </w:rPr>
        <w:t xml:space="preserve">[23:31] </w:t>
      </w:r>
      <w:r>
        <w:t>ab yahan pehli bar mein ne discover kiya ke west ne jo maan liya tha ke freedom is</w:t>
      </w:r>
    </w:p>
    <w:p>
      <w:pPr>
        <w:jc w:val="right"/>
      </w:pPr>
      <w:r>
        <w:t>اب یہاں پہلی بار میں نے discover کیا کہ west نے جو مان لیا تھا کہ freedom is</w:t>
      </w:r>
    </w:p>
    <w:p>
      <w:r>
        <w:rPr>
          <w:b/>
        </w:rPr>
        <w:t xml:space="preserve">[23:36] </w:t>
      </w:r>
      <w:r>
        <w:t>the sum of bonum.</w:t>
      </w:r>
    </w:p>
    <w:p>
      <w:pPr>
        <w:jc w:val="right"/>
      </w:pPr>
      <w:r>
        <w:t>the sum of bonum.</w:t>
      </w:r>
    </w:p>
    <w:p>
      <w:r>
        <w:rPr>
          <w:b/>
        </w:rPr>
        <w:t xml:space="preserve">[23:42] </w:t>
      </w:r>
      <w:r>
        <w:t>to wo bilkul galat tha wo.</w:t>
      </w:r>
    </w:p>
    <w:p>
      <w:pPr>
        <w:jc w:val="right"/>
      </w:pPr>
      <w:r>
        <w:t>تو وہ بالکل غلط تھا وہ۔</w:t>
      </w:r>
    </w:p>
    <w:p>
      <w:r>
        <w:rPr>
          <w:b/>
        </w:rPr>
        <w:t xml:space="preserve">[23:47] </w:t>
      </w:r>
      <w:r>
        <w:t>kyunke un ke paas koi point of reference nahi tha.</w:t>
      </w:r>
    </w:p>
    <w:p>
      <w:pPr>
        <w:jc w:val="right"/>
      </w:pPr>
      <w:r>
        <w:t>کیونکہ ان کے پاس کوئی point of reference نہیں تھا۔</w:t>
      </w:r>
    </w:p>
    <w:p>
      <w:r>
        <w:rPr>
          <w:b/>
        </w:rPr>
        <w:t xml:space="preserve">[23:52] </w:t>
      </w:r>
      <w:r>
        <w:t>apne mind se socha aur samajh liya ke freedom is the sum of bonum.</w:t>
      </w:r>
    </w:p>
    <w:p>
      <w:pPr>
        <w:jc w:val="right"/>
      </w:pPr>
      <w:r>
        <w:t>اپنے mind سے سوچا اور سمجھ لیا کہ freedom is the sum of bonum.</w:t>
      </w:r>
    </w:p>
    <w:p>
      <w:r>
        <w:rPr>
          <w:b/>
        </w:rPr>
        <w:t xml:space="preserve">[23:57] </w:t>
      </w:r>
      <w:r>
        <w:t>quran mein mein ne yeh baat payi ke peace is the sum of bonum.</w:t>
      </w:r>
    </w:p>
    <w:p>
      <w:pPr>
        <w:jc w:val="right"/>
      </w:pPr>
      <w:r>
        <w:t>قرآن میں میں نے یہ بات پائی کہ peace is the sum of bonum.</w:t>
      </w:r>
    </w:p>
    <w:p>
      <w:r>
        <w:rPr>
          <w:b/>
        </w:rPr>
        <w:t xml:space="preserve">[24:03] </w:t>
      </w:r>
      <w:r>
        <w:t>is par mein ne ghor kiya.</w:t>
      </w:r>
    </w:p>
    <w:p>
      <w:pPr>
        <w:jc w:val="right"/>
      </w:pPr>
      <w:r>
        <w:t>اس پر میں نے غور کیا۔</w:t>
      </w:r>
    </w:p>
    <w:p>
      <w:r>
        <w:rPr>
          <w:b/>
        </w:rPr>
        <w:t xml:space="preserve">[24:08] </w:t>
      </w:r>
      <w:r>
        <w:t>to pata chala ke freedom is the sum of bonum.</w:t>
      </w:r>
    </w:p>
    <w:p>
      <w:pPr>
        <w:jc w:val="right"/>
      </w:pPr>
      <w:r>
        <w:t>تو پتہ چلا کہ freedom is the sum of bonum.</w:t>
      </w:r>
    </w:p>
    <w:p>
      <w:r>
        <w:rPr>
          <w:b/>
        </w:rPr>
        <w:t xml:space="preserve">[24:13] </w:t>
      </w:r>
      <w:r>
        <w:t>ho hi nahi sakti hai.</w:t>
      </w:r>
    </w:p>
    <w:p>
      <w:pPr>
        <w:jc w:val="right"/>
      </w:pPr>
      <w:r>
        <w:t>ہو ہی نہیں سکتی ہے۔</w:t>
      </w:r>
    </w:p>
    <w:p>
      <w:r>
        <w:rPr>
          <w:b/>
        </w:rPr>
        <w:t xml:space="preserve">[24:19] </w:t>
      </w:r>
      <w:r>
        <w:t>kyunke jis cheez ko aap unlimited way mein istemal na kar saken, wo sum of bonum nahi hai.</w:t>
      </w:r>
    </w:p>
    <w:p>
      <w:pPr>
        <w:jc w:val="right"/>
      </w:pPr>
      <w:r>
        <w:t>کیونکہ جس چیز کو آپ unlimited way میں استعمال نہ کر سکیں، وہ sum of bonum نہیں ہے۔</w:t>
      </w:r>
    </w:p>
    <w:p>
      <w:r>
        <w:rPr>
          <w:b/>
        </w:rPr>
        <w:t xml:space="preserve">[24:24] </w:t>
      </w:r>
      <w:r>
        <w:t>jab aap freedom ko unlimited way mein use karte hain to kya hota hai? wo anarchy ban jati hai.</w:t>
      </w:r>
    </w:p>
    <w:p>
      <w:pPr>
        <w:jc w:val="right"/>
      </w:pPr>
      <w:r>
        <w:t>جب آپ freedom کو unlimited way میں use کرتے ہیں تو کیا ہوتا ہے؟ وہ anarchy بن جاتی ہے۔</w:t>
      </w:r>
    </w:p>
    <w:p>
      <w:r>
        <w:rPr>
          <w:b/>
        </w:rPr>
        <w:t xml:space="preserve">[24:29] </w:t>
      </w:r>
      <w:r>
        <w:t>aap doosron ke liye harmful ban jate hain.</w:t>
      </w:r>
    </w:p>
    <w:p>
      <w:pPr>
        <w:jc w:val="right"/>
      </w:pPr>
      <w:r>
        <w:t>آپ دوسروں کے لیے harmful بن جاتے ہیں۔</w:t>
      </w:r>
    </w:p>
    <w:p>
      <w:r>
        <w:rPr>
          <w:b/>
        </w:rPr>
        <w:t xml:space="preserve">[24:35] </w:t>
      </w:r>
      <w:r>
        <w:t>to total freedom jo hai, jis ko kehte hain ke sum of bonum, wo bilkul yani irrational baat hai.</w:t>
      </w:r>
    </w:p>
    <w:p>
      <w:pPr>
        <w:jc w:val="right"/>
      </w:pPr>
      <w:r>
        <w:t>تو total freedom جو ہے، جس کو کہتے ہیں کہ sum of bonum، وہ بالکل یعنی irrational بات ہے۔</w:t>
      </w:r>
    </w:p>
    <w:p>
      <w:r>
        <w:rPr>
          <w:b/>
        </w:rPr>
        <w:t xml:space="preserve">[24:40] </w:t>
      </w:r>
      <w:r>
        <w:t>kyunke aap rehte hain society mein, akele to hain nahi.</w:t>
      </w:r>
    </w:p>
    <w:p>
      <w:pPr>
        <w:jc w:val="right"/>
      </w:pPr>
      <w:r>
        <w:t>کیونکہ آپ رہتے ہیں society میں، اکیلے تو ہیں نہیں۔</w:t>
      </w:r>
    </w:p>
    <w:p>
      <w:r>
        <w:rPr>
          <w:b/>
        </w:rPr>
        <w:t xml:space="preserve">[24:45] </w:t>
      </w:r>
      <w:r>
        <w:t>agar aap koi island mein hain, akele hain, to aap keh sakte hain ke mere liye jo hai,</w:t>
      </w:r>
    </w:p>
    <w:p>
      <w:pPr>
        <w:jc w:val="right"/>
      </w:pPr>
      <w:r>
        <w:t>اگر آپ کوئی island میں ہیں، اکیلے ہیں، تو آپ کہہ سکتے ہیں کہ میرے لیے جو ہے،</w:t>
      </w:r>
    </w:p>
    <w:p>
      <w:r>
        <w:rPr>
          <w:b/>
        </w:rPr>
        <w:t xml:space="preserve">[24:51] </w:t>
      </w:r>
      <w:r>
        <w:t>freedom jo hai, wo sum of bonum hai.</w:t>
      </w:r>
    </w:p>
    <w:p>
      <w:pPr>
        <w:jc w:val="right"/>
      </w:pPr>
      <w:r>
        <w:t>freedom جو ہے، وہ sum of bonum ہے۔</w:t>
      </w:r>
    </w:p>
    <w:p>
      <w:r>
        <w:rPr>
          <w:b/>
        </w:rPr>
        <w:t xml:space="preserve">[24:56] </w:t>
      </w:r>
      <w:r>
        <w:t>kuch bhi karoon, hath halaoon, paon halaoon, isi usoolon ko doon.</w:t>
      </w:r>
    </w:p>
    <w:p>
      <w:pPr>
        <w:jc w:val="right"/>
      </w:pPr>
      <w:r>
        <w:t>کچھ بھی کروں، ہاتھ ہلاؤں، پاؤں ہلاؤں، اسی اصولوں کو دوں۔</w:t>
      </w:r>
    </w:p>
    <w:p>
      <w:r>
        <w:rPr>
          <w:b/>
        </w:rPr>
        <w:t xml:space="preserve">[25:01] </w:t>
      </w:r>
      <w:r>
        <w:t>lekin aap society mein hain.</w:t>
      </w:r>
    </w:p>
    <w:p>
      <w:pPr>
        <w:jc w:val="right"/>
      </w:pPr>
      <w:r>
        <w:t>لیکن آپ society میں ہیں۔</w:t>
      </w:r>
    </w:p>
    <w:p>
      <w:r>
        <w:rPr>
          <w:b/>
        </w:rPr>
        <w:t xml:space="preserve">[25:06] </w:t>
      </w:r>
      <w:r>
        <w:t>to jab society mein hain to aap ko dekhna parega ke doosre logon ke liye main harmful na banoon.</w:t>
      </w:r>
    </w:p>
    <w:p>
      <w:pPr>
        <w:jc w:val="right"/>
      </w:pPr>
      <w:r>
        <w:t>تو جب society میں ہیں تو آپ کو دیکھنا پڑے گا کہ دوسرے لوگوں کے لیے میں harmful نہ بنوں۔</w:t>
      </w:r>
    </w:p>
    <w:p>
      <w:r>
        <w:rPr>
          <w:b/>
        </w:rPr>
        <w:t xml:space="preserve">[25:12] </w:t>
      </w:r>
      <w:r>
        <w:t>to freedom ko aap unlimited way mein istemal nahi kar sakte.</w:t>
      </w:r>
    </w:p>
    <w:p>
      <w:pPr>
        <w:jc w:val="right"/>
      </w:pPr>
      <w:r>
        <w:t>تو freedom کو آپ unlimited way میں استعمال نہیں کر سکتے۔</w:t>
      </w:r>
    </w:p>
    <w:p>
      <w:r>
        <w:rPr>
          <w:b/>
        </w:rPr>
        <w:t xml:space="preserve">[25:17] </w:t>
      </w:r>
      <w:r>
        <w:t>society mein jab reh rahe hain aap, to freedom jo hai, wo sum of bonum nahi ban sakti hai.</w:t>
      </w:r>
    </w:p>
    <w:p>
      <w:pPr>
        <w:jc w:val="right"/>
      </w:pPr>
      <w:r>
        <w:t>Society میں جب رہ رہے ہیں آپ، تو freedom جو ہے، وہ sum of bonum نہیں بن سکتی ہے۔</w:t>
      </w:r>
    </w:p>
    <w:p>
      <w:r>
        <w:rPr>
          <w:b/>
        </w:rPr>
        <w:t xml:space="preserve">[25:22] </w:t>
      </w:r>
      <w:r>
        <w:t>lekin peace jo hai, aap peace ko chahe kitna hi istemal kijiye.</w:t>
      </w:r>
    </w:p>
    <w:p>
      <w:pPr>
        <w:jc w:val="right"/>
      </w:pPr>
      <w:r>
        <w:t>لیکن peace جو ہے، آپ peace کو چاہے کتنا ہی استعمال کیجیے۔</w:t>
      </w:r>
    </w:p>
    <w:p>
      <w:r>
        <w:rPr>
          <w:b/>
        </w:rPr>
        <w:t xml:space="preserve">[25:28] </w:t>
      </w:r>
      <w:r>
        <w:t>aap peaceful rahiye, kisi ke liye aap problem nahi create karenge.</w:t>
      </w:r>
    </w:p>
    <w:p>
      <w:pPr>
        <w:jc w:val="right"/>
      </w:pPr>
      <w:r>
        <w:t>آپ peaceful رہیے، کسی کے لیے آپ problem نہیں create کریں گے۔</w:t>
      </w:r>
    </w:p>
    <w:p>
      <w:r>
        <w:rPr>
          <w:b/>
        </w:rPr>
        <w:t xml:space="preserve">[25:33] </w:t>
      </w:r>
      <w:r>
        <w:t>to peace hi ek aisi cheez hai jis ko aap unlimited way mein istemal kar sakte hain.</w:t>
      </w:r>
    </w:p>
    <w:p>
      <w:pPr>
        <w:jc w:val="right"/>
      </w:pPr>
      <w:r>
        <w:t>تو peace ہی ایک ایسی چیز ہے جس کو آپ unlimited way میں استعمال کر سکتے ہیں۔</w:t>
      </w:r>
    </w:p>
    <w:p>
      <w:r>
        <w:rPr>
          <w:b/>
        </w:rPr>
        <w:t xml:space="preserve">[25:38] </w:t>
      </w:r>
      <w:r>
        <w:t>yahan mujhe point of reference mila quran.</w:t>
      </w:r>
    </w:p>
    <w:p>
      <w:pPr>
        <w:jc w:val="right"/>
      </w:pPr>
      <w:r>
        <w:t>یہاں مجھے point of reference ملا قرآن۔</w:t>
      </w:r>
    </w:p>
    <w:p>
      <w:r>
        <w:rPr>
          <w:b/>
        </w:rPr>
        <w:t xml:space="preserve">[25:44] </w:t>
      </w:r>
      <w:r>
        <w:t>ke quran ne yeh kaha ke peace jo hai, wo sum of bonum hai.</w:t>
      </w:r>
    </w:p>
    <w:p>
      <w:pPr>
        <w:jc w:val="right"/>
      </w:pPr>
      <w:r>
        <w:t>کہ قرآن نے یہ کہا کہ peace جو ہے، وہ sum of bonum ہے۔</w:t>
      </w:r>
    </w:p>
    <w:p>
      <w:r>
        <w:rPr>
          <w:b/>
        </w:rPr>
        <w:t xml:space="preserve">[25:49] </w:t>
      </w:r>
      <w:r>
        <w:t>nah ke freedom.</w:t>
      </w:r>
    </w:p>
    <w:p>
      <w:pPr>
        <w:jc w:val="right"/>
      </w:pPr>
      <w:r>
        <w:t>نہ کہ freedom۔</w:t>
      </w:r>
    </w:p>
    <w:p>
      <w:r>
        <w:rPr>
          <w:b/>
        </w:rPr>
        <w:t xml:space="preserve">[25:54] </w:t>
      </w:r>
      <w:r>
        <w:t>to freedom jo hai, wo to sirf limited way hi mein aap is ko exercise kar sakte hain.</w:t>
      </w:r>
    </w:p>
    <w:p>
      <w:pPr>
        <w:jc w:val="right"/>
      </w:pPr>
      <w:r>
        <w:t>تو freedom جو ہے، وہ تو صرف limited way ہی میں آپ اس کو exercise کر سکتے ہیں۔</w:t>
      </w:r>
    </w:p>
    <w:p>
      <w:r>
        <w:rPr>
          <w:b/>
        </w:rPr>
        <w:t xml:space="preserve">[26:00] </w:t>
      </w:r>
      <w:r>
        <w:t>haan, peace, peace ko har haal mein peace mufeed hai.</w:t>
      </w:r>
    </w:p>
    <w:p>
      <w:pPr>
        <w:jc w:val="right"/>
      </w:pPr>
      <w:r>
        <w:t>ہاں، peace، peace کو ہر حال میں peace مفید ہے۔</w:t>
      </w:r>
    </w:p>
    <w:p>
      <w:r>
        <w:rPr>
          <w:b/>
        </w:rPr>
        <w:t xml:space="preserve">[26:05] </w:t>
      </w:r>
      <w:r>
        <w:t>jaise misaal ke taur par aap ka ek enemy hai.</w:t>
      </w:r>
    </w:p>
    <w:p>
      <w:pPr>
        <w:jc w:val="right"/>
      </w:pPr>
      <w:r>
        <w:t>جیسے مثال کے طور پر آپ کا ایک enemy ہے۔</w:t>
      </w:r>
    </w:p>
    <w:p>
      <w:r>
        <w:rPr>
          <w:b/>
        </w:rPr>
        <w:t xml:space="preserve">[26:10] </w:t>
      </w:r>
      <w:r>
        <w:t>main to enemy nahi manta kisi ko.</w:t>
      </w:r>
    </w:p>
    <w:p>
      <w:pPr>
        <w:jc w:val="right"/>
      </w:pPr>
      <w:r>
        <w:t>میں تو enemy نہیں مانتا کسی کو۔</w:t>
      </w:r>
    </w:p>
    <w:p>
      <w:r>
        <w:rPr>
          <w:b/>
        </w:rPr>
        <w:t xml:space="preserve">[26:15] </w:t>
      </w:r>
      <w:r>
        <w:t>log samajhte hain ke yeh enemy hai.</w:t>
      </w:r>
    </w:p>
    <w:p>
      <w:pPr>
        <w:jc w:val="right"/>
      </w:pPr>
      <w:r>
        <w:t>لوگ سمجھتے ہیں کہ یہ enemy ہے۔</w:t>
      </w:r>
    </w:p>
    <w:p>
      <w:r>
        <w:rPr>
          <w:b/>
        </w:rPr>
        <w:t xml:space="preserve">[26:21] </w:t>
      </w:r>
      <w:r>
        <w:t>aap unilateral taur par is se peace qaim kar lijiyye.</w:t>
      </w:r>
    </w:p>
    <w:p>
      <w:pPr>
        <w:jc w:val="right"/>
      </w:pPr>
      <w:r>
        <w:t>آپ unilateral طور پر اس سے peace قائم کر لیجیے۔</w:t>
      </w:r>
    </w:p>
    <w:p>
      <w:r>
        <w:rPr>
          <w:b/>
        </w:rPr>
        <w:t xml:space="preserve">[26:26] </w:t>
      </w:r>
      <w:r>
        <w:t>unilateral taur par aap peaceful ban jaiye to kya hoga? aap kuch khoyenge nahi.</w:t>
      </w:r>
    </w:p>
    <w:p>
      <w:pPr>
        <w:jc w:val="right"/>
      </w:pPr>
      <w:r>
        <w:t>Unilateral طور پر آپ peaceful بن جائیے تو کیا ہوگا؟ آپ کچھ کھوئیں گے نہیں۔</w:t>
      </w:r>
    </w:p>
    <w:p>
      <w:r>
        <w:rPr>
          <w:b/>
        </w:rPr>
        <w:t xml:space="preserve">[26:31] </w:t>
      </w:r>
      <w:r>
        <w:t>aap kuch khoyenge nahi.</w:t>
      </w:r>
    </w:p>
    <w:p>
      <w:pPr>
        <w:jc w:val="right"/>
      </w:pPr>
      <w:r>
        <w:t>آپ کچھ کھوئیں گے نہیں۔</w:t>
      </w:r>
    </w:p>
    <w:p>
      <w:r>
        <w:rPr>
          <w:b/>
        </w:rPr>
        <w:t xml:space="preserve">[26:37] </w:t>
      </w:r>
      <w:r>
        <w:t>aap apne ko is qabil banayenge ke available opportunities ko avail kar saken.</w:t>
      </w:r>
    </w:p>
    <w:p>
      <w:pPr>
        <w:jc w:val="right"/>
      </w:pPr>
      <w:r>
        <w:t>آپ اپنے کو اس قابل بنائیں گے کہ available opportunities کو avail کر سکیں۔</w:t>
      </w:r>
    </w:p>
    <w:p>
      <w:r>
        <w:rPr>
          <w:b/>
        </w:rPr>
        <w:t xml:space="preserve">[26:42] </w:t>
      </w:r>
      <w:r>
        <w:t>to jis ko aap samajhte hain enemy, us se bhi agar aap peaceful ban jayein, tab bhi aap</w:t>
      </w:r>
    </w:p>
    <w:p>
      <w:pPr>
        <w:jc w:val="right"/>
      </w:pPr>
      <w:r>
        <w:t>تو جس کو آپ سمجھتے ہیں enemy، اس سے بھی اگر آپ peaceful بن جائیں، تب بھی آپ</w:t>
      </w:r>
    </w:p>
    <w:p>
      <w:r>
        <w:rPr>
          <w:b/>
        </w:rPr>
        <w:t xml:space="preserve">[26:47] </w:t>
      </w:r>
      <w:r>
        <w:t>faide mein hain.</w:t>
      </w:r>
    </w:p>
    <w:p>
      <w:pPr>
        <w:jc w:val="right"/>
      </w:pPr>
      <w:r>
        <w:t>فائدے میں ہیں۔</w:t>
      </w:r>
    </w:p>
    <w:p>
      <w:r>
        <w:rPr>
          <w:b/>
        </w:rPr>
        <w:t xml:space="preserve">[26:53] </w:t>
      </w:r>
      <w:r>
        <w:t>tab bhi aap faide mein hain.</w:t>
      </w:r>
    </w:p>
    <w:p>
      <w:pPr>
        <w:jc w:val="right"/>
      </w:pPr>
      <w:r>
        <w:t>تب بھی آپ فائدے میں ہیں۔</w:t>
      </w:r>
    </w:p>
    <w:p>
      <w:r>
        <w:rPr>
          <w:b/>
        </w:rPr>
        <w:t xml:space="preserve">[26:58] </w:t>
      </w:r>
      <w:r>
        <w:t>peaceful banne ke maani kya hain? apne aap ko opportunities ko avail karne ke qabil banana.</w:t>
      </w:r>
    </w:p>
    <w:p>
      <w:pPr>
        <w:jc w:val="right"/>
      </w:pPr>
      <w:r>
        <w:t>Peaceful بننے کے معنی کیا ہیں؟ اپنے آپ کو opportunities کو avail کرنے کے قابل بنانا۔</w:t>
      </w:r>
    </w:p>
    <w:p>
      <w:r>
        <w:rPr>
          <w:b/>
        </w:rPr>
        <w:t xml:space="preserve">[27:03] </w:t>
      </w:r>
      <w:r>
        <w:t>ab dekhen, kitna zabardast peace ka formula hai yeh.</w:t>
      </w:r>
    </w:p>
    <w:p>
      <w:pPr>
        <w:jc w:val="right"/>
      </w:pPr>
      <w:r>
        <w:t>اب دیکھیں، کتنا زبردست peace کا فارمولا ہے یہ۔</w:t>
      </w:r>
    </w:p>
    <w:p>
      <w:r>
        <w:rPr>
          <w:b/>
        </w:rPr>
        <w:t xml:space="preserve">[27:09] </w:t>
      </w:r>
      <w:r>
        <w:t>to peace hi aik aisi cheez hai jo har haal mein achi cheez hai, good hai.</w:t>
      </w:r>
    </w:p>
    <w:p>
      <w:pPr>
        <w:jc w:val="right"/>
      </w:pPr>
      <w:r>
        <w:t>تو peace ہی ایک ایسی چیز ہے جو ہر حال میں اچھی چیز ہے، good ہے۔</w:t>
      </w:r>
    </w:p>
    <w:p>
      <w:r>
        <w:rPr>
          <w:b/>
        </w:rPr>
        <w:t xml:space="preserve">[27:14] </w:t>
      </w:r>
      <w:r>
        <w:t>yani greatest good agar koi cheez hai to peace hai.</w:t>
      </w:r>
    </w:p>
    <w:p>
      <w:pPr>
        <w:jc w:val="right"/>
      </w:pPr>
      <w:r>
        <w:t>یعنی greatest good اگر کوئی چیز ہے تو peace ہے۔</w:t>
      </w:r>
    </w:p>
    <w:p>
      <w:r>
        <w:rPr>
          <w:b/>
        </w:rPr>
        <w:t xml:space="preserve">[27:19] </w:t>
      </w:r>
      <w:r>
        <w:t>Family ke andar, society ke andar, qaum ke andar, dunya ke andar agar aap peaceful ban jayein to</w:t>
      </w:r>
    </w:p>
    <w:p>
      <w:pPr>
        <w:jc w:val="right"/>
      </w:pPr>
      <w:r>
        <w:t>Family کے اندر، society کے اندر، قوم کے اندر، دنیا کے اندر اگر آپ peaceful بن جائیں تو</w:t>
      </w:r>
    </w:p>
    <w:p>
      <w:r>
        <w:rPr>
          <w:b/>
        </w:rPr>
        <w:t xml:space="preserve">[27:24] </w:t>
      </w:r>
      <w:r>
        <w:t>kitne hi peaceful banayein, kitne hi peaceful banayein, aap na apne liye koi nuqsan uthayenge, na doosron</w:t>
      </w:r>
    </w:p>
    <w:p>
      <w:pPr>
        <w:jc w:val="right"/>
      </w:pPr>
      <w:r>
        <w:t>کتنے ہی peaceful بنیں، کتنے ہی peaceful بنیں، آپ نہ اپنے لیے کوئی نقصان اٹھائیں گے، نہ دوسروں</w:t>
      </w:r>
    </w:p>
    <w:p>
      <w:r>
        <w:rPr>
          <w:b/>
        </w:rPr>
        <w:t xml:space="preserve">[27:30] </w:t>
      </w:r>
      <w:r>
        <w:t>ke liye koi nuqsan ka create karenge.</w:t>
      </w:r>
    </w:p>
    <w:p>
      <w:pPr>
        <w:jc w:val="right"/>
      </w:pPr>
      <w:r>
        <w:t>کے لیے کوئی نقصان کا create کریں گے۔</w:t>
      </w:r>
    </w:p>
    <w:p>
      <w:r>
        <w:rPr>
          <w:b/>
        </w:rPr>
        <w:t xml:space="preserve">[27:35] </w:t>
      </w:r>
      <w:r>
        <w:t>Is liye dekhiye, jab maine Quran ko point of reference ke taur par liya, tab maine</w:t>
      </w:r>
    </w:p>
    <w:p>
      <w:pPr>
        <w:jc w:val="right"/>
      </w:pPr>
      <w:r>
        <w:t>اس لیے دیکھیے، جب میں نے قرآن کو point of reference کے طور پر لیا، تب میں نے</w:t>
      </w:r>
    </w:p>
    <w:p>
      <w:r>
        <w:rPr>
          <w:b/>
        </w:rPr>
        <w:t xml:space="preserve">[27:40] </w:t>
      </w:r>
      <w:r>
        <w:t>jana ke freedom jo hai, woh sum of bonum nahi hai.</w:t>
      </w:r>
    </w:p>
    <w:p>
      <w:pPr>
        <w:jc w:val="right"/>
      </w:pPr>
      <w:r>
        <w:t>جانا کہ freedom جو ہے، وہ sum of bonum نہیں ہے۔</w:t>
      </w:r>
    </w:p>
    <w:p>
      <w:r>
        <w:rPr>
          <w:b/>
        </w:rPr>
        <w:t xml:space="preserve">[27:46] </w:t>
      </w:r>
      <w:r>
        <w:t>Sum of bonum kya hai? Peace hai.</w:t>
      </w:r>
    </w:p>
    <w:p>
      <w:pPr>
        <w:jc w:val="right"/>
      </w:pPr>
      <w:r>
        <w:t>Sum of bonum کیا ہے؟ Peace ہے۔</w:t>
      </w:r>
    </w:p>
    <w:p>
      <w:r>
        <w:rPr>
          <w:b/>
        </w:rPr>
        <w:t xml:space="preserve">[27:51] </w:t>
      </w:r>
      <w:r>
        <w:t>Yeh hai ke sahi point of reference jab tak na mile, hum andhere mein jeete hain.</w:t>
      </w:r>
    </w:p>
    <w:p>
      <w:pPr>
        <w:jc w:val="right"/>
      </w:pPr>
      <w:r>
        <w:t>یہ ہے کہ صحیح point of reference جب تک نہ ملے، ہم اندھیرے میں جیتے ہیں۔</w:t>
      </w:r>
    </w:p>
    <w:p>
      <w:r>
        <w:rPr>
          <w:b/>
        </w:rPr>
        <w:t xml:space="preserve">[27:56] </w:t>
      </w:r>
      <w:r>
        <w:t>Aisi mein aik aur misaal deta hoon.</w:t>
      </w:r>
    </w:p>
    <w:p>
      <w:pPr>
        <w:jc w:val="right"/>
      </w:pPr>
      <w:r>
        <w:t>ایسی میں ایک اور مثال دیتا ہوں۔</w:t>
      </w:r>
    </w:p>
    <w:p>
      <w:r>
        <w:rPr>
          <w:b/>
        </w:rPr>
        <w:t xml:space="preserve">[28:02] </w:t>
      </w:r>
      <w:r>
        <w:t>Woh spirituality ki.</w:t>
      </w:r>
    </w:p>
    <w:p>
      <w:pPr>
        <w:jc w:val="right"/>
      </w:pPr>
      <w:r>
        <w:t>وہ spirituality کی۔</w:t>
      </w:r>
    </w:p>
    <w:p>
      <w:r>
        <w:rPr>
          <w:b/>
        </w:rPr>
        <w:t xml:space="preserve">[28:07] </w:t>
      </w:r>
      <w:r>
        <w:t>Spirituality ke bare mein dekhiye, sainkdo saal se, shayad hazaron saal se, log different naam ke sath is</w:t>
      </w:r>
    </w:p>
    <w:p>
      <w:pPr>
        <w:jc w:val="right"/>
      </w:pPr>
      <w:r>
        <w:t>Spirituality کے بارے میں دیکھیے، سینکڑوں سال سے، شاید ہزاروں سال سے، لوگ different نام کے ساتھ اس</w:t>
      </w:r>
    </w:p>
    <w:p>
      <w:r>
        <w:rPr>
          <w:b/>
        </w:rPr>
        <w:t xml:space="preserve">[28:12] </w:t>
      </w:r>
      <w:r>
        <w:t>ki pursuit mein rahe hain.</w:t>
      </w:r>
    </w:p>
    <w:p>
      <w:pPr>
        <w:jc w:val="right"/>
      </w:pPr>
      <w:r>
        <w:t>کی pursuit میں رہے ہیں۔</w:t>
      </w:r>
    </w:p>
    <w:p>
      <w:r>
        <w:rPr>
          <w:b/>
        </w:rPr>
        <w:t xml:space="preserve">[28:18] </w:t>
      </w:r>
      <w:r>
        <w:t>Yani mysticism ke naam se ya aur doosre naam se.</w:t>
      </w:r>
    </w:p>
    <w:p>
      <w:pPr>
        <w:jc w:val="right"/>
      </w:pPr>
      <w:r>
        <w:t>یعنی mysticism کے نام سے یا اور دوسرے نام سے۔</w:t>
      </w:r>
    </w:p>
    <w:p>
      <w:r>
        <w:rPr>
          <w:b/>
        </w:rPr>
        <w:t xml:space="preserve">[28:23] </w:t>
      </w:r>
      <w:r>
        <w:t>Lekin hamesha kya raha? Unhone heart based spirituality logon ke andar payenge aap.</w:t>
      </w:r>
    </w:p>
    <w:p>
      <w:pPr>
        <w:jc w:val="right"/>
      </w:pPr>
      <w:r>
        <w:t>لیکن ہمیشہ کیا رہا؟ انہوں نے heart based spirituality لوگوں کے اندر پائیں گے آپ۔</w:t>
      </w:r>
    </w:p>
    <w:p>
      <w:r>
        <w:rPr>
          <w:b/>
        </w:rPr>
        <w:t xml:space="preserve">[28:28] </w:t>
      </w:r>
      <w:r>
        <w:t>Woh samajhte the ke sab kuch yahan dil mein hai.</w:t>
      </w:r>
    </w:p>
    <w:p>
      <w:pPr>
        <w:jc w:val="right"/>
      </w:pPr>
      <w:r>
        <w:t>وہ سمجھتے تھے کہ سب کچھ یہاں دل میں ہے۔</w:t>
      </w:r>
    </w:p>
    <w:p>
      <w:r>
        <w:rPr>
          <w:b/>
        </w:rPr>
        <w:t xml:space="preserve">[28:33] </w:t>
      </w:r>
      <w:r>
        <w:t>Dil mein apna woh focus karo dil ko aur dil se sare reservoir jo hain, uske andar</w:t>
      </w:r>
    </w:p>
    <w:p>
      <w:pPr>
        <w:jc w:val="right"/>
      </w:pPr>
      <w:r>
        <w:t>دل میں اپنا وہ focus کرو دل کو اور دل سے سارے ریزروائر جو ہیں، اس کے اندر</w:t>
      </w:r>
    </w:p>
    <w:p>
      <w:r>
        <w:rPr>
          <w:b/>
        </w:rPr>
        <w:t xml:space="preserve">[28:39] </w:t>
      </w:r>
      <w:r>
        <w:t>usko nikalo.</w:t>
      </w:r>
    </w:p>
    <w:p>
      <w:pPr>
        <w:jc w:val="right"/>
      </w:pPr>
      <w:r>
        <w:t>اس کو نکالو۔</w:t>
      </w:r>
    </w:p>
    <w:p>
      <w:r>
        <w:rPr>
          <w:b/>
        </w:rPr>
        <w:t xml:space="preserve">[28:44] </w:t>
      </w:r>
      <w:r>
        <w:t>To heart based spirituality dunya mein hamesha pai jati rahi hai.</w:t>
      </w:r>
    </w:p>
    <w:p>
      <w:pPr>
        <w:jc w:val="right"/>
      </w:pPr>
      <w:r>
        <w:t>تو heart based spirituality دنیا میں ہمیشہ پائی جاتی رہی ہے۔</w:t>
      </w:r>
    </w:p>
    <w:p>
      <w:r>
        <w:rPr>
          <w:b/>
        </w:rPr>
        <w:t xml:space="preserve">[28:49] </w:t>
      </w:r>
      <w:r>
        <w:t>Aur woh in vain rahi.</w:t>
      </w:r>
    </w:p>
    <w:p>
      <w:pPr>
        <w:jc w:val="right"/>
      </w:pPr>
      <w:r>
        <w:t>اور وہ in vain رہی۔</w:t>
      </w:r>
    </w:p>
    <w:p>
      <w:r>
        <w:rPr>
          <w:b/>
        </w:rPr>
        <w:t xml:space="preserve">[28:55] </w:t>
      </w:r>
      <w:r>
        <w:t>Koi faida nahi.</w:t>
      </w:r>
    </w:p>
    <w:p>
      <w:pPr>
        <w:jc w:val="right"/>
      </w:pPr>
      <w:r>
        <w:t>کوئی فائدہ نہیں۔</w:t>
      </w:r>
    </w:p>
    <w:p>
      <w:r>
        <w:rPr>
          <w:b/>
        </w:rPr>
        <w:t xml:space="preserve">[29:00] </w:t>
      </w:r>
      <w:r>
        <w:t>Kyunke heart mein to kuch bhi nahi hai.</w:t>
      </w:r>
    </w:p>
    <w:p>
      <w:pPr>
        <w:jc w:val="right"/>
      </w:pPr>
      <w:r>
        <w:t>کیونکہ heart میں تو کچھ بھی نہیں ہے۔</w:t>
      </w:r>
    </w:p>
    <w:p>
      <w:r>
        <w:rPr>
          <w:b/>
        </w:rPr>
        <w:t xml:space="preserve">[29:05] </w:t>
      </w:r>
      <w:r>
        <w:t>Jab science ka daur aya to pata chala ke heart mein to kuch bhi nahi hai.</w:t>
      </w:r>
    </w:p>
    <w:p>
      <w:pPr>
        <w:jc w:val="right"/>
      </w:pPr>
      <w:r>
        <w:t>جب سائنس کا دور آیا تو پتہ چلا کہ heart میں تو کچھ بھی نہیں ہے۔</w:t>
      </w:r>
    </w:p>
    <w:p>
      <w:r>
        <w:rPr>
          <w:b/>
        </w:rPr>
        <w:t xml:space="preserve">[29:11] </w:t>
      </w:r>
      <w:r>
        <w:t>Woh simply aik pump hai.</w:t>
      </w:r>
    </w:p>
    <w:p>
      <w:pPr>
        <w:jc w:val="right"/>
      </w:pPr>
      <w:r>
        <w:t>وہ simply ایک پمپ ہے۔</w:t>
      </w:r>
    </w:p>
    <w:p>
      <w:r>
        <w:rPr>
          <w:b/>
        </w:rPr>
        <w:t xml:space="preserve">[29:16] </w:t>
      </w:r>
      <w:r>
        <w:t>Yani circulation of blood ko baqi rakhne ke liye hai.</w:t>
      </w:r>
    </w:p>
    <w:p>
      <w:pPr>
        <w:jc w:val="right"/>
      </w:pPr>
      <w:r>
        <w:t>یعنی circulation of blood کو باقی رکھنے کے لیے ہے۔</w:t>
      </w:r>
    </w:p>
    <w:p>
      <w:r>
        <w:rPr>
          <w:b/>
        </w:rPr>
        <w:t xml:space="preserve">[29:21] </w:t>
      </w:r>
      <w:r>
        <w:t>bas dil is se zyada aur kuch bhi nahi hai.</w:t>
      </w:r>
    </w:p>
    <w:p>
      <w:pPr>
        <w:jc w:val="right"/>
      </w:pPr>
      <w:r>
        <w:t>بس دل اس سے زیادہ اور کچھ بھی نہیں ہے۔</w:t>
      </w:r>
    </w:p>
    <w:p>
      <w:r>
        <w:rPr>
          <w:b/>
        </w:rPr>
        <w:t xml:space="preserve">[29:27] </w:t>
      </w:r>
      <w:r>
        <w:t>is ke andar koi soch nahi hai.</w:t>
      </w:r>
    </w:p>
    <w:p>
      <w:pPr>
        <w:jc w:val="right"/>
      </w:pPr>
      <w:r>
        <w:t>اس کے اندر کوئی سوچ نہیں ہے۔</w:t>
      </w:r>
    </w:p>
    <w:p>
      <w:r>
        <w:rPr>
          <w:b/>
        </w:rPr>
        <w:t xml:space="preserve">[29:32] </w:t>
      </w:r>
      <w:r>
        <w:t>is ke andar koi feeling nahi hai.</w:t>
      </w:r>
    </w:p>
    <w:p>
      <w:pPr>
        <w:jc w:val="right"/>
      </w:pPr>
      <w:r>
        <w:t>اس کے اندر کوئی feeling نہیں ہے۔</w:t>
      </w:r>
    </w:p>
    <w:p>
      <w:r>
        <w:rPr>
          <w:b/>
        </w:rPr>
        <w:t xml:space="preserve">[29:37] </w:t>
      </w:r>
      <w:r>
        <w:t>is ke andar koi mind wali baat nahi hai.</w:t>
      </w:r>
    </w:p>
    <w:p>
      <w:pPr>
        <w:jc w:val="right"/>
      </w:pPr>
      <w:r>
        <w:t>اس کے اندر کوئی mind والی بات نہیں ہے۔</w:t>
      </w:r>
    </w:p>
    <w:p>
      <w:r>
        <w:rPr>
          <w:b/>
        </w:rPr>
        <w:t xml:space="preserve">[29:42] </w:t>
      </w:r>
      <w:r>
        <w:t>to heart ko base banate hue jo spirituality chalai gayi duniya mein, is se kuch bhi nahi mila</w:t>
      </w:r>
    </w:p>
    <w:p>
      <w:pPr>
        <w:jc w:val="right"/>
      </w:pPr>
      <w:r>
        <w:t>تو heart کو base بناتے ہوئے جو spirituality چلائی گئی دنیا میں، اس سے کچھ بھی نہیں ملا</w:t>
      </w:r>
    </w:p>
    <w:p>
      <w:r>
        <w:rPr>
          <w:b/>
        </w:rPr>
        <w:t xml:space="preserve">[29:48] </w:t>
      </w:r>
      <w:r>
        <w:t>siwaye ecstasy ke.</w:t>
      </w:r>
    </w:p>
    <w:p>
      <w:pPr>
        <w:jc w:val="right"/>
      </w:pPr>
      <w:r>
        <w:t>سوائے ecstasy کے۔</w:t>
      </w:r>
    </w:p>
    <w:p>
      <w:r>
        <w:rPr>
          <w:b/>
        </w:rPr>
        <w:t xml:space="preserve">[29:53] </w:t>
      </w:r>
      <w:r>
        <w:t>Ecstasy is the thing.</w:t>
      </w:r>
    </w:p>
    <w:p>
      <w:pPr>
        <w:jc w:val="right"/>
      </w:pPr>
      <w:r>
        <w:t>Ecstasy is the thing.</w:t>
      </w:r>
    </w:p>
    <w:p>
      <w:r>
        <w:rPr>
          <w:b/>
        </w:rPr>
        <w:t xml:space="preserve">[29:58] </w:t>
      </w:r>
      <w:r>
        <w:t>to Quran mein kya hai? Quran mein tadabbur ko bataya gaya. tadabbur.</w:t>
      </w:r>
    </w:p>
    <w:p>
      <w:pPr>
        <w:jc w:val="right"/>
      </w:pPr>
      <w:r>
        <w:t>تو قرآن میں کیا ہے؟ قرآن میں تدبر کو بتایا گیا۔ تدبر۔</w:t>
      </w:r>
    </w:p>
    <w:p>
      <w:r>
        <w:rPr>
          <w:b/>
        </w:rPr>
        <w:t xml:space="preserve">[30:04] </w:t>
      </w:r>
      <w:r>
        <w:t>yani Quran utara gaya is liye ke log tadabbur karein.</w:t>
      </w:r>
    </w:p>
    <w:p>
      <w:pPr>
        <w:jc w:val="right"/>
      </w:pPr>
      <w:r>
        <w:t>یعنی قرآن اتارا گیا اس لیے کہ لوگ تدبر کریں۔</w:t>
      </w:r>
    </w:p>
    <w:p>
      <w:r>
        <w:rPr>
          <w:b/>
        </w:rPr>
        <w:t xml:space="preserve">[30:09] </w:t>
      </w:r>
      <w:r>
        <w:t>tadabbur means contemplation.</w:t>
      </w:r>
    </w:p>
    <w:p>
      <w:pPr>
        <w:jc w:val="right"/>
      </w:pPr>
      <w:r>
        <w:t>تدبر means contemplation۔</w:t>
      </w:r>
    </w:p>
    <w:p>
      <w:r>
        <w:rPr>
          <w:b/>
        </w:rPr>
        <w:t xml:space="preserve">[30:14] </w:t>
      </w:r>
      <w:r>
        <w:t>sochna, ghor karna.</w:t>
      </w:r>
    </w:p>
    <w:p>
      <w:pPr>
        <w:jc w:val="right"/>
      </w:pPr>
      <w:r>
        <w:t>سوچنا، غور کرنا۔</w:t>
      </w:r>
    </w:p>
    <w:p>
      <w:r>
        <w:rPr>
          <w:b/>
        </w:rPr>
        <w:t xml:space="preserve">[30:20] </w:t>
      </w:r>
      <w:r>
        <w:t>yeh bataya gaya Quran mein formula spirituality ka.</w:t>
      </w:r>
    </w:p>
    <w:p>
      <w:pPr>
        <w:jc w:val="right"/>
      </w:pPr>
      <w:r>
        <w:t>یہ بتایا گیا قرآن میں فارمولا spirituality کا۔</w:t>
      </w:r>
    </w:p>
    <w:p>
      <w:r>
        <w:rPr>
          <w:b/>
        </w:rPr>
        <w:t xml:space="preserve">[30:25] </w:t>
      </w:r>
      <w:r>
        <w:t>luyadabbiroo ayatihi walitatadhakkaru al-albab.</w:t>
      </w:r>
    </w:p>
    <w:p>
      <w:pPr>
        <w:jc w:val="right"/>
      </w:pPr>
      <w:r>
        <w:t>لَيَدَبِّرُوا آيَاتِهِ وَلِيَتَذَكَّرُوا الْأَلْبَابَ ۔</w:t>
      </w:r>
    </w:p>
    <w:p>
      <w:r>
        <w:rPr>
          <w:b/>
        </w:rPr>
        <w:t xml:space="preserve">[30:30] </w:t>
      </w:r>
      <w:r>
        <w:t>is ko doosre lafzon mein kahunga ke Quran mein jo spirituality batayi gayi, woh hai mind based. Mind based.</w:t>
      </w:r>
    </w:p>
    <w:p>
      <w:pPr>
        <w:jc w:val="right"/>
      </w:pPr>
      <w:r>
        <w:t>اس کو دوسرے لفظوں میں کہوں گا کہ قرآن میں جو spirituality بتائی گئی، وہ ہے mind based۔ Mind based۔</w:t>
      </w:r>
    </w:p>
    <w:p>
      <w:r>
        <w:rPr>
          <w:b/>
        </w:rPr>
        <w:t xml:space="preserve">[30:35] </w:t>
      </w:r>
      <w:r>
        <w:t>yani soch kar ke apne aap ko spiritual food hasil karo.</w:t>
      </w:r>
    </w:p>
    <w:p>
      <w:pPr>
        <w:jc w:val="right"/>
      </w:pPr>
      <w:r>
        <w:t>یعنی سوچ کر کے اپنے آپ کو spiritual food حاصل کرو۔</w:t>
      </w:r>
    </w:p>
    <w:p>
      <w:r>
        <w:rPr>
          <w:b/>
        </w:rPr>
        <w:t xml:space="preserve">[30:41] </w:t>
      </w:r>
      <w:r>
        <w:t>Spiritual food tum ko milega sochne se.</w:t>
      </w:r>
    </w:p>
    <w:p>
      <w:pPr>
        <w:jc w:val="right"/>
      </w:pPr>
      <w:r>
        <w:t>Spiritual food تم کو ملے گا سوچنے سے۔</w:t>
      </w:r>
    </w:p>
    <w:p>
      <w:r>
        <w:rPr>
          <w:b/>
        </w:rPr>
        <w:t xml:space="preserve">[30:46] </w:t>
      </w:r>
      <w:r>
        <w:t>na ke dil mein focus karne se.</w:t>
      </w:r>
    </w:p>
    <w:p>
      <w:pPr>
        <w:jc w:val="right"/>
      </w:pPr>
      <w:r>
        <w:t>نہ کہ دل میں focus کرنے سے۔</w:t>
      </w:r>
    </w:p>
    <w:p>
      <w:r>
        <w:rPr>
          <w:b/>
        </w:rPr>
        <w:t xml:space="preserve">[30:51] </w:t>
      </w:r>
      <w:r>
        <w:t>to yahan par dekhiye, main jo main ne kaha ke Quran jo hai, ek hi point of reference</w:t>
      </w:r>
    </w:p>
    <w:p>
      <w:pPr>
        <w:jc w:val="right"/>
      </w:pPr>
      <w:r>
        <w:t>تو یہاں پر دیکھیے، میں جو میں نے کہا کہ قرآن جو ہے، ایک ہی point of reference</w:t>
      </w:r>
    </w:p>
    <w:p>
      <w:r>
        <w:rPr>
          <w:b/>
        </w:rPr>
        <w:t xml:space="preserve">[30:57] </w:t>
      </w:r>
      <w:r>
        <w:t>hai hamare paas.</w:t>
      </w:r>
    </w:p>
    <w:p>
      <w:pPr>
        <w:jc w:val="right"/>
      </w:pPr>
      <w:r>
        <w:t>ہے ہمارے پاس۔</w:t>
      </w:r>
    </w:p>
    <w:p>
      <w:r>
        <w:rPr>
          <w:b/>
        </w:rPr>
        <w:t xml:space="preserve">[31:02] </w:t>
      </w:r>
      <w:r>
        <w:t>to Quran mein hum kitni badi bhatkao se bach gaye.</w:t>
      </w:r>
    </w:p>
    <w:p>
      <w:pPr>
        <w:jc w:val="right"/>
      </w:pPr>
      <w:r>
        <w:t>تو قرآن میں ہم کتنی بڑی بھٹکاؤ سے بچ گئے۔</w:t>
      </w:r>
    </w:p>
    <w:p>
      <w:r>
        <w:rPr>
          <w:b/>
        </w:rPr>
        <w:t xml:space="preserve">[31:07] </w:t>
      </w:r>
      <w:r>
        <w:t>ke dil mein dhoond rahe hain woh cheez jo dil mein hai nahi.</w:t>
      </w:r>
    </w:p>
    <w:p>
      <w:pPr>
        <w:jc w:val="right"/>
      </w:pPr>
      <w:r>
        <w:t>کہ دل میں ڈھونڈ رہے ہیں وہ چیز جو دل میں ہے نہیں۔</w:t>
      </w:r>
    </w:p>
    <w:p>
      <w:r>
        <w:rPr>
          <w:b/>
        </w:rPr>
        <w:t xml:space="preserve">[31:13] </w:t>
      </w:r>
      <w:r>
        <w:t>to Quran mein kai words aaye hain: tosam, tazakkur, tadabbur, tafakkur waghera.</w:t>
      </w:r>
    </w:p>
    <w:p>
      <w:pPr>
        <w:jc w:val="right"/>
      </w:pPr>
      <w:r>
        <w:t>تو قرآن میں کئی words آئے ہیں: توسم، تذکر، تدبر، تفکر وغیرہ۔</w:t>
      </w:r>
    </w:p>
    <w:p>
      <w:r>
        <w:rPr>
          <w:b/>
        </w:rPr>
        <w:t xml:space="preserve">[31:18] </w:t>
      </w:r>
      <w:r>
        <w:t>sab ke maani ek hain.</w:t>
      </w:r>
    </w:p>
    <w:p>
      <w:pPr>
        <w:jc w:val="right"/>
      </w:pPr>
      <w:r>
        <w:t>سب کے معنی ایک ہیں۔</w:t>
      </w:r>
    </w:p>
    <w:p>
      <w:r>
        <w:rPr>
          <w:b/>
        </w:rPr>
        <w:t xml:space="preserve">[31:23] </w:t>
      </w:r>
      <w:r>
        <w:t>woh hai contemplation.</w:t>
      </w:r>
    </w:p>
    <w:p>
      <w:pPr>
        <w:jc w:val="right"/>
      </w:pPr>
      <w:r>
        <w:t>وہ ہے contemplation۔</w:t>
      </w:r>
    </w:p>
    <w:p>
      <w:r>
        <w:rPr>
          <w:b/>
        </w:rPr>
        <w:t xml:space="preserve">[31:29] </w:t>
      </w:r>
      <w:r>
        <w:t>soch bichar, ghor o fikr.</w:t>
      </w:r>
    </w:p>
    <w:p>
      <w:pPr>
        <w:jc w:val="right"/>
      </w:pPr>
      <w:r>
        <w:t>سوچ بچار، غور و فکر۔</w:t>
      </w:r>
    </w:p>
    <w:p>
      <w:r>
        <w:rPr>
          <w:b/>
        </w:rPr>
        <w:t xml:space="preserve">[31:34] </w:t>
      </w:r>
      <w:r>
        <w:t>to quran mein jo bataya gaya formula, woh yeh hai ke tumhara mind jo hai, us ke andar</w:t>
      </w:r>
    </w:p>
    <w:p>
      <w:pPr>
        <w:jc w:val="right"/>
      </w:pPr>
      <w:r>
        <w:t>تو قرآن میں جو بتایا گیا فارمولا، وہ یہ ہے کہ تمہارا mind جو ہے، اس کے اندر</w:t>
      </w:r>
    </w:p>
    <w:p>
      <w:r>
        <w:rPr>
          <w:b/>
        </w:rPr>
        <w:t xml:space="preserve">[31:39] </w:t>
      </w:r>
      <w:r>
        <w:t>bohat unlimited capacity hai sochne ki.</w:t>
      </w:r>
    </w:p>
    <w:p>
      <w:pPr>
        <w:jc w:val="right"/>
      </w:pPr>
      <w:r>
        <w:t>بہت unlimited capacity ہے سوچنے کی۔</w:t>
      </w:r>
    </w:p>
    <w:p>
      <w:r>
        <w:rPr>
          <w:b/>
        </w:rPr>
        <w:t xml:space="preserve">[31:44] </w:t>
      </w:r>
      <w:r>
        <w:t>ek poora intellectual universe bhara hua hai tumhare mind ke andar.</w:t>
      </w:r>
    </w:p>
    <w:p>
      <w:pPr>
        <w:jc w:val="right"/>
      </w:pPr>
      <w:r>
        <w:t>ایک پورا intellectual universe بھرا ہوا ہے تمہارے mind کے اندر۔</w:t>
      </w:r>
    </w:p>
    <w:p>
      <w:r>
        <w:rPr>
          <w:b/>
        </w:rPr>
        <w:t xml:space="preserve">[31:50] </w:t>
      </w:r>
      <w:r>
        <w:t>is ko istemal karo.</w:t>
      </w:r>
    </w:p>
    <w:p>
      <w:pPr>
        <w:jc w:val="right"/>
      </w:pPr>
      <w:r>
        <w:t>اس کو استعمال کرو۔</w:t>
      </w:r>
    </w:p>
    <w:p>
      <w:r>
        <w:rPr>
          <w:b/>
        </w:rPr>
        <w:t xml:space="preserve">[31:55] </w:t>
      </w:r>
      <w:r>
        <w:t>is ko unfold karo.</w:t>
      </w:r>
    </w:p>
    <w:p>
      <w:pPr>
        <w:jc w:val="right"/>
      </w:pPr>
      <w:r>
        <w:t>اس کو unfold کرو۔</w:t>
      </w:r>
    </w:p>
    <w:p>
      <w:r>
        <w:rPr>
          <w:b/>
        </w:rPr>
        <w:t xml:space="preserve">[32:00] </w:t>
      </w:r>
      <w:r>
        <w:t>to quran ki study kar ke, history ko parh kar ke, rasool allah ki baatein is ko parh</w:t>
      </w:r>
    </w:p>
    <w:p>
      <w:pPr>
        <w:jc w:val="right"/>
      </w:pPr>
      <w:r>
        <w:t>تو قرآن کی study کر کے، history کو پڑھ کر کے، رسول اللہ کی باتیں اس کو پڑھ</w:t>
      </w:r>
    </w:p>
    <w:p>
      <w:r>
        <w:rPr>
          <w:b/>
        </w:rPr>
        <w:t xml:space="preserve">[32:06] </w:t>
      </w:r>
      <w:r>
        <w:t>kar ke, is universe mein nature mein ghor kar ke, to is ka ek partial istemal kiya science mein.</w:t>
      </w:r>
    </w:p>
    <w:p>
      <w:pPr>
        <w:jc w:val="right"/>
      </w:pPr>
      <w:r>
        <w:t>کر کے، اس universe میں nature میں غور کر کے، تو اس کا ایک partial استعمال کیا سائنس میں۔</w:t>
      </w:r>
    </w:p>
    <w:p>
      <w:r>
        <w:rPr>
          <w:b/>
        </w:rPr>
        <w:t xml:space="preserve">[32:11] </w:t>
      </w:r>
      <w:r>
        <w:t>unhon ne nature mein ghor kiya to ek poori science ban gayi.</w:t>
      </w:r>
    </w:p>
    <w:p>
      <w:pPr>
        <w:jc w:val="right"/>
      </w:pPr>
      <w:r>
        <w:t>انہوں نے nature میں غور کیا تو ایک پوری سائنس بن گئی۔</w:t>
      </w:r>
    </w:p>
    <w:p>
      <w:r>
        <w:rPr>
          <w:b/>
        </w:rPr>
        <w:t xml:space="preserve">[32:16] </w:t>
      </w:r>
      <w:r>
        <w:t>isi tarah se, isi tarah se agar aap aur ziyada apna range barha lein to aap ke soch</w:t>
      </w:r>
    </w:p>
    <w:p>
      <w:pPr>
        <w:jc w:val="right"/>
      </w:pPr>
      <w:r>
        <w:t>اسی طرح سے، اسی طرح سے اگر آپ اور زیادہ اپنا range بڑھا لیں تو آپ کے سوچ</w:t>
      </w:r>
    </w:p>
    <w:p>
      <w:r>
        <w:rPr>
          <w:b/>
        </w:rPr>
        <w:t xml:space="preserve">[32:22] </w:t>
      </w:r>
      <w:r>
        <w:t>bichar, aap ka ghor o fikr, aap contemplation se aap ko spiritual food mile ga.</w:t>
      </w:r>
    </w:p>
    <w:p>
      <w:pPr>
        <w:jc w:val="right"/>
      </w:pPr>
      <w:r>
        <w:t>بچار، آپ کا غور و فکر، آپ contemplation سے آپ کو spiritual food ملے گا۔</w:t>
      </w:r>
    </w:p>
    <w:p>
      <w:r>
        <w:rPr>
          <w:b/>
        </w:rPr>
        <w:t xml:space="preserve">[32:27] </w:t>
      </w:r>
      <w:r>
        <w:t>to spiritual food ka jo source hai, woh hai contemplation.</w:t>
      </w:r>
    </w:p>
    <w:p>
      <w:pPr>
        <w:jc w:val="right"/>
      </w:pPr>
      <w:r>
        <w:t>تو spiritual food کا جو source ہے، وہ ہے contemplation۔</w:t>
      </w:r>
    </w:p>
    <w:p>
      <w:r>
        <w:rPr>
          <w:b/>
        </w:rPr>
        <w:t xml:space="preserve">[32:32] </w:t>
      </w:r>
      <w:r>
        <w:t>nah ke meditation.</w:t>
      </w:r>
    </w:p>
    <w:p>
      <w:pPr>
        <w:jc w:val="right"/>
      </w:pPr>
      <w:r>
        <w:t>نہ کہ meditation۔</w:t>
      </w:r>
    </w:p>
    <w:p>
      <w:r>
        <w:rPr>
          <w:b/>
        </w:rPr>
        <w:t xml:space="preserve">[32:38] </w:t>
      </w:r>
      <w:r>
        <w:t>yani do lafz mein yeh hai ke meditation based spirituality jo hai, woh islam mein nahi hai.</w:t>
      </w:r>
    </w:p>
    <w:p>
      <w:pPr>
        <w:jc w:val="right"/>
      </w:pPr>
      <w:r>
        <w:t>یعنی دو शब्द میں یہ ہے کہ meditation based spirituality جو ہے، وہ اسلام میں نہیں ہے۔</w:t>
      </w:r>
    </w:p>
    <w:p>
      <w:r>
        <w:rPr>
          <w:b/>
        </w:rPr>
        <w:t xml:space="preserve">[32:43] </w:t>
      </w:r>
      <w:r>
        <w:t>islam mein contemplation based spirituality hai.</w:t>
      </w:r>
    </w:p>
    <w:p>
      <w:pPr>
        <w:jc w:val="right"/>
      </w:pPr>
      <w:r>
        <w:t>اسلام میں contemplation based spirituality ہے۔</w:t>
      </w:r>
    </w:p>
    <w:p>
      <w:r>
        <w:rPr>
          <w:b/>
        </w:rPr>
        <w:t xml:space="preserve">[32:48] </w:t>
      </w:r>
      <w:r>
        <w:t>aur yeh scientific hai.</w:t>
      </w:r>
    </w:p>
    <w:p>
      <w:pPr>
        <w:jc w:val="right"/>
      </w:pPr>
      <w:r>
        <w:t>اور یہ scientific ہے۔</w:t>
      </w:r>
    </w:p>
    <w:p>
      <w:r>
        <w:rPr>
          <w:b/>
        </w:rPr>
        <w:t xml:space="preserve">[32:53] </w:t>
      </w:r>
      <w:r>
        <w:t>yeh natural hai.</w:t>
      </w:r>
    </w:p>
    <w:p>
      <w:pPr>
        <w:jc w:val="right"/>
      </w:pPr>
      <w:r>
        <w:t>یہ natural ہے۔</w:t>
      </w:r>
    </w:p>
    <w:p>
      <w:r>
        <w:rPr>
          <w:b/>
        </w:rPr>
        <w:t xml:space="preserve">[32:59] </w:t>
      </w:r>
      <w:r>
        <w:t>to is se aap samajh sakte hain ke hamein zindagi mein jab tak ek point of reference hamare</w:t>
      </w:r>
    </w:p>
    <w:p>
      <w:pPr>
        <w:jc w:val="right"/>
      </w:pPr>
      <w:r>
        <w:t>تو اس سے آپ سمجھ سکتے ہیں کہ ہمیں زندگی میں جب تک ایک point of reference ہمارے</w:t>
      </w:r>
    </w:p>
    <w:p>
      <w:r>
        <w:rPr>
          <w:b/>
        </w:rPr>
        <w:t xml:space="preserve">[33:04] </w:t>
      </w:r>
      <w:r>
        <w:t>paas na ho, authentic qism ka, tab tak hum bhatakte rahenge.</w:t>
      </w:r>
    </w:p>
    <w:p>
      <w:pPr>
        <w:jc w:val="right"/>
      </w:pPr>
      <w:r>
        <w:t>پاس نہ ہو، authentic قسم کا، تب تک ہم بھٹکتے رہیں گے۔</w:t>
      </w:r>
    </w:p>
    <w:p>
      <w:r>
        <w:rPr>
          <w:b/>
        </w:rPr>
        <w:t xml:space="preserve">[33:09] </w:t>
      </w:r>
      <w:r>
        <w:t>tab tak hum bhatakte rahenge.</w:t>
      </w:r>
    </w:p>
    <w:p>
      <w:pPr>
        <w:jc w:val="right"/>
      </w:pPr>
      <w:r>
        <w:t>تب تک ہم بھٹکتے رہیں گے۔</w:t>
      </w:r>
    </w:p>
    <w:p>
      <w:r>
        <w:rPr>
          <w:b/>
        </w:rPr>
        <w:t xml:space="preserve">[33:15] </w:t>
      </w:r>
      <w:r>
        <w:t>to hum koi ta'assub mein mubtala nahi hain.</w:t>
      </w:r>
    </w:p>
    <w:p>
      <w:pPr>
        <w:jc w:val="right"/>
      </w:pPr>
      <w:r>
        <w:t>تو ہم کوئی تعصب میں مبتلا نہیں ہیں۔</w:t>
      </w:r>
    </w:p>
    <w:p>
      <w:r>
        <w:rPr>
          <w:b/>
        </w:rPr>
        <w:t xml:space="preserve">[33:20] </w:t>
      </w:r>
      <w:r>
        <w:t>hum kisi bias mein mubtala nahi hain.</w:t>
      </w:r>
    </w:p>
    <w:p>
      <w:pPr>
        <w:jc w:val="right"/>
      </w:pPr>
      <w:r>
        <w:t>ہم کسی bias میں مبتلا نہیں ہیں۔</w:t>
      </w:r>
    </w:p>
    <w:p>
      <w:r>
        <w:rPr>
          <w:b/>
        </w:rPr>
        <w:t xml:space="preserve">[33:25] </w:t>
      </w:r>
      <w:r>
        <w:t>hum koi, hamare andar koi taqlidi mizaj bhi nahi hai.</w:t>
      </w:r>
    </w:p>
    <w:p>
      <w:pPr>
        <w:jc w:val="right"/>
      </w:pPr>
      <w:r>
        <w:t>ہم کوئی، ہمارے اندر کوئی تقلیدی مزاج بھی نہیں ہے۔</w:t>
      </w:r>
    </w:p>
    <w:p>
      <w:r>
        <w:rPr>
          <w:b/>
        </w:rPr>
        <w:t xml:space="preserve">[33:31] </w:t>
      </w:r>
      <w:r>
        <w:t>lekin hamari study ne, hamare mutale'e ne hamein bataya ke jab tak hamare paas ek point of reference</w:t>
      </w:r>
    </w:p>
    <w:p>
      <w:pPr>
        <w:jc w:val="right"/>
      </w:pPr>
      <w:r>
        <w:t>لیکن ہماری study نے، ہمارے مطالعے نے ہمیں بتایا کہ جب تک ہمارے پاس ایک point of reference</w:t>
      </w:r>
    </w:p>
    <w:p>
      <w:r>
        <w:rPr>
          <w:b/>
        </w:rPr>
        <w:t xml:space="preserve">[33:36] </w:t>
      </w:r>
      <w:r>
        <w:t>na ho, authentic, tab tak hum bhatakte rahenge, bhatakte rahenge, bhatakte rahenge.</w:t>
      </w:r>
    </w:p>
    <w:p>
      <w:pPr>
        <w:jc w:val="right"/>
      </w:pPr>
      <w:r>
        <w:t>نہ ہو، authentic، تب تک ہم بھٹکتے رہیں گے، بھٹکتے رہیں گے، بھٹکتے رہیں گے۔</w:t>
      </w:r>
    </w:p>
    <w:p>
      <w:r>
        <w:rPr>
          <w:b/>
        </w:rPr>
        <w:t xml:space="preserve">[33:41] </w:t>
      </w:r>
      <w:r>
        <w:t>to khuda ne jo kitab utari hai, quran ki shakal mein, wohi ek hi aisa authentic book hai</w:t>
      </w:r>
    </w:p>
    <w:p>
      <w:pPr>
        <w:jc w:val="right"/>
      </w:pPr>
      <w:r>
        <w:t>تو خدا نے جو کتاب اتاری ہے، قرآن کی شکل میں، وہی ایک ہی ایسا authentic book ہے</w:t>
      </w:r>
    </w:p>
    <w:p>
      <w:r>
        <w:rPr>
          <w:b/>
        </w:rPr>
        <w:t xml:space="preserve">[33:47] </w:t>
      </w:r>
      <w:r>
        <w:t>jo hamein point of reference deti hai har maamle mein.</w:t>
      </w:r>
    </w:p>
    <w:p>
      <w:pPr>
        <w:jc w:val="right"/>
      </w:pPr>
      <w:r>
        <w:t>جو ہمیں point of reference دیتی ہے ہر معاملے میں۔</w:t>
      </w:r>
    </w:p>
    <w:p>
      <w:r>
        <w:rPr>
          <w:b/>
        </w:rPr>
        <w:t xml:space="preserve">[33:52] </w:t>
      </w:r>
      <w:r>
        <w:t>har maamle mein.</w:t>
      </w:r>
    </w:p>
    <w:p>
      <w:pPr>
        <w:jc w:val="right"/>
      </w:pPr>
      <w:r>
        <w:t>ہر معاملے میں۔</w:t>
      </w:r>
    </w:p>
    <w:p>
      <w:r>
        <w:rPr>
          <w:b/>
        </w:rPr>
        <w:t xml:space="preserve">[33:57] </w:t>
      </w:r>
      <w:r>
        <w:t>agar hum is se guidance na lein to hum bhatakte rahenge.</w:t>
      </w:r>
    </w:p>
    <w:p>
      <w:pPr>
        <w:jc w:val="right"/>
      </w:pPr>
      <w:r>
        <w:t>اگر ہم اس سے guidance نہ لیں تو ہم بھٹکتے رہیں گے۔</w:t>
      </w:r>
    </w:p>
    <w:p>
      <w:r>
        <w:rPr>
          <w:b/>
        </w:rPr>
        <w:t xml:space="preserve">[34:02] </w:t>
      </w:r>
      <w:r>
        <w:t>hum bhatakte rahenge.</w:t>
      </w:r>
    </w:p>
    <w:p>
      <w:pPr>
        <w:jc w:val="right"/>
      </w:pPr>
      <w:r>
        <w:t>ہم بھٹکتے رہیں گے۔</w:t>
      </w:r>
    </w:p>
    <w:p>
      <w:r>
        <w:rPr>
          <w:b/>
        </w:rPr>
        <w:t xml:space="preserve">[34:08] </w:t>
      </w:r>
      <w:r>
        <w:t>jaise mein ek misaal aur deta hoon aap ko.</w:t>
      </w:r>
    </w:p>
    <w:p>
      <w:pPr>
        <w:jc w:val="right"/>
      </w:pPr>
      <w:r>
        <w:t>جیسے میں ایک مثال اور دیتا ہوں آپ کو۔</w:t>
      </w:r>
    </w:p>
    <w:p>
      <w:r>
        <w:rPr>
          <w:b/>
        </w:rPr>
        <w:t xml:space="preserve">[34:13] </w:t>
      </w:r>
      <w:r>
        <w:t>abhi kal parson mein ne ek report parhi angrezi akhbar mein.</w:t>
      </w:r>
    </w:p>
    <w:p>
      <w:pPr>
        <w:jc w:val="right"/>
      </w:pPr>
      <w:r>
        <w:t>ابھی کل پرسوں میں نے ایک رپورٹ پڑھی انگریزی اخبار میں۔</w:t>
      </w:r>
    </w:p>
    <w:p>
      <w:r>
        <w:rPr>
          <w:b/>
        </w:rPr>
        <w:t xml:space="preserve">[34:18] </w:t>
      </w:r>
      <w:r>
        <w:t>wo NASA ke top scientist ki report thi wo.</w:t>
      </w:r>
    </w:p>
    <w:p>
      <w:pPr>
        <w:jc w:val="right"/>
      </w:pPr>
      <w:r>
        <w:t>وہ NASA کے top scientist کی رپورٹ تھی وہ۔</w:t>
      </w:r>
    </w:p>
    <w:p>
      <w:r>
        <w:rPr>
          <w:b/>
        </w:rPr>
        <w:t xml:space="preserve">[34:24] </w:t>
      </w:r>
      <w:r>
        <w:t>NASA ke top scientist. Senior scientist.</w:t>
      </w:r>
    </w:p>
    <w:p>
      <w:pPr>
        <w:jc w:val="right"/>
      </w:pPr>
      <w:r>
        <w:t>NASA کے top scientist۔ Senior scientist۔</w:t>
      </w:r>
    </w:p>
    <w:p>
      <w:r>
        <w:rPr>
          <w:b/>
        </w:rPr>
        <w:t xml:space="preserve">[34:29] </w:t>
      </w:r>
      <w:r>
        <w:t>wo chhapi thi is caption ke sath ke "Earth in crisis".</w:t>
      </w:r>
    </w:p>
    <w:p>
      <w:pPr>
        <w:jc w:val="right"/>
      </w:pPr>
      <w:r>
        <w:t>وہ چھپی تھی اس caption کے ساتھ کہ "Earth in crisis"۔</w:t>
      </w:r>
    </w:p>
    <w:p>
      <w:r>
        <w:rPr>
          <w:b/>
        </w:rPr>
        <w:t xml:space="preserve">[34:34] </w:t>
      </w:r>
      <w:r>
        <w:t>zameen baraan mein.</w:t>
      </w:r>
    </w:p>
    <w:p>
      <w:pPr>
        <w:jc w:val="right"/>
      </w:pPr>
      <w:r>
        <w:t>زمین بحران میں۔</w:t>
      </w:r>
    </w:p>
    <w:p>
      <w:r>
        <w:rPr>
          <w:b/>
        </w:rPr>
        <w:t xml:space="preserve">[34:40] </w:t>
      </w:r>
      <w:r>
        <w:t>"Earth in crisis".</w:t>
      </w:r>
    </w:p>
    <w:p>
      <w:pPr>
        <w:jc w:val="right"/>
      </w:pPr>
      <w:r>
        <w:t>"Earth in crisis"۔</w:t>
      </w:r>
    </w:p>
    <w:p>
      <w:r>
        <w:rPr>
          <w:b/>
        </w:rPr>
        <w:t xml:space="preserve">[34:45] </w:t>
      </w:r>
      <w:r>
        <w:t>is par mein sochne laga ke kyun duniya ki yeh halat ho rahi hai? ke pani bhi, is</w:t>
      </w:r>
    </w:p>
    <w:p>
      <w:pPr>
        <w:jc w:val="right"/>
      </w:pPr>
      <w:r>
        <w:t>اس پر میں سوچنے لگا کہ کیوں دنیا کی یہ حالت ہو رہی ہے؟ کہ پانی بھی، اس</w:t>
      </w:r>
    </w:p>
    <w:p>
      <w:r>
        <w:rPr>
          <w:b/>
        </w:rPr>
        <w:t xml:space="preserve">[34:50] </w:t>
      </w:r>
      <w:r>
        <w:t>mein bhi pollution hai, air mein pollution hai, har taraf pollution hai, global warming ka masla paida ho</w:t>
      </w:r>
    </w:p>
    <w:p>
      <w:pPr>
        <w:jc w:val="right"/>
      </w:pPr>
      <w:r>
        <w:t>میں بھی pollution ہے، air میں pollution ہے، ہر طرف pollution ہے، global warming کا مسئلہ پیدا ہو</w:t>
      </w:r>
    </w:p>
    <w:p>
      <w:r>
        <w:rPr>
          <w:b/>
        </w:rPr>
        <w:t xml:space="preserve">[34:56] </w:t>
      </w:r>
      <w:r>
        <w:t>gaya hai, food shortage ka masla paida ho gaya hai, kyun yeh sab cheezein hain? yahan bhi mujhe</w:t>
      </w:r>
    </w:p>
    <w:p>
      <w:pPr>
        <w:jc w:val="right"/>
      </w:pPr>
      <w:r>
        <w:t>گیا ہے، food shortage کا مسئلہ پیدا ہو گیا ہے، کیوں یہ سب چیزیں ہیں؟ یہاں بھی مجھے</w:t>
      </w:r>
    </w:p>
    <w:p>
      <w:r>
        <w:rPr>
          <w:b/>
        </w:rPr>
        <w:t xml:space="preserve">[35:01] </w:t>
      </w:r>
      <w:r>
        <w:t>Quran se is ka jawab mila.</w:t>
      </w:r>
    </w:p>
    <w:p>
      <w:pPr>
        <w:jc w:val="right"/>
      </w:pPr>
      <w:r>
        <w:t>قرآن سے اس کا جواب ملا۔</w:t>
      </w:r>
    </w:p>
    <w:p>
      <w:r>
        <w:rPr>
          <w:b/>
        </w:rPr>
        <w:t xml:space="preserve">[35:06] </w:t>
      </w:r>
      <w:r>
        <w:t>wo kya? dekhiye, yeh Khuda ne jo duniya di thi hamein, yeh jo earth hai, ek bohat hi</w:t>
      </w:r>
    </w:p>
    <w:p>
      <w:pPr>
        <w:jc w:val="right"/>
      </w:pPr>
      <w:r>
        <w:t>وہ کیا؟ دیکھیے، یہ خدا نے جو دنیا دی تھی ہمیں، یہ جو earth ہے، ایک بہت ہی</w:t>
      </w:r>
    </w:p>
    <w:p>
      <w:r>
        <w:rPr>
          <w:b/>
        </w:rPr>
        <w:t xml:space="preserve">[35:11] </w:t>
      </w:r>
      <w:r>
        <w:t>unique planet hai poori universe mein.</w:t>
      </w:r>
    </w:p>
    <w:p>
      <w:pPr>
        <w:jc w:val="right"/>
      </w:pPr>
      <w:r>
        <w:t>unique planet ہے پوری universe میں۔</w:t>
      </w:r>
    </w:p>
    <w:p>
      <w:r>
        <w:rPr>
          <w:b/>
        </w:rPr>
        <w:t xml:space="preserve">[35:17] </w:t>
      </w:r>
      <w:r>
        <w:t>yeh sirf earth hi par aisa hai ke yahan par pani hai, yahan par life support system hai,</w:t>
      </w:r>
    </w:p>
    <w:p>
      <w:pPr>
        <w:jc w:val="right"/>
      </w:pPr>
      <w:r>
        <w:t>یہ صرف earth ہی پر ایسا ہے کہ یہاں پر پانی ہے، یہاں پر life support system ہے،</w:t>
      </w:r>
    </w:p>
    <w:p>
      <w:r>
        <w:rPr>
          <w:b/>
        </w:rPr>
        <w:t xml:space="preserve">[35:22] </w:t>
      </w:r>
      <w:r>
        <w:t>yahan par har cheez bohat hi balanced way mein hai.</w:t>
      </w:r>
    </w:p>
    <w:p>
      <w:pPr>
        <w:jc w:val="right"/>
      </w:pPr>
      <w:r>
        <w:t>یہاں پر ہر چیز بہت ہی balanced way میں ہے۔</w:t>
      </w:r>
    </w:p>
    <w:p>
      <w:r>
        <w:rPr>
          <w:b/>
        </w:rPr>
        <w:t xml:space="preserve">[35:27] </w:t>
      </w:r>
      <w:r>
        <w:t>aur kahin bhi is zameen ko chhod kar aisa planet kahin duniya mein, poori universe mein maujood nahi hai.</w:t>
      </w:r>
    </w:p>
    <w:p>
      <w:pPr>
        <w:jc w:val="right"/>
      </w:pPr>
      <w:r>
        <w:t>اور کہیں بھی اس زمین کو چھوڑ کر ایسا planet کہیں دنیا میں، پوری universe میں موجود نہیں ہے۔</w:t>
      </w:r>
    </w:p>
    <w:p>
      <w:r>
        <w:rPr>
          <w:b/>
        </w:rPr>
        <w:t xml:space="preserve">[35:33] </w:t>
      </w:r>
      <w:r>
        <w:t>to Quran mein yeh bataya gaya tha ke yeh duniya jo tum ko di gayi hai, wo tumhari</w:t>
      </w:r>
    </w:p>
    <w:p>
      <w:pPr>
        <w:jc w:val="right"/>
      </w:pPr>
      <w:r>
        <w:t>تو قرآن میں یہ بتایا گیا تھا کہ یہ دنیا جو تم کو دی گئی ہے، وہ تمہاری</w:t>
      </w:r>
    </w:p>
    <w:p>
      <w:r>
        <w:rPr>
          <w:b/>
        </w:rPr>
        <w:t xml:space="preserve">[35:38] </w:t>
      </w:r>
      <w:r>
        <w:t>greed poora karne ke liye nahi hai.</w:t>
      </w:r>
    </w:p>
    <w:p>
      <w:pPr>
        <w:jc w:val="right"/>
      </w:pPr>
      <w:r>
        <w:t>greed پورا کرنے کے لیے نہیں ہے۔</w:t>
      </w:r>
    </w:p>
    <w:p>
      <w:r>
        <w:rPr>
          <w:b/>
        </w:rPr>
        <w:t xml:space="preserve">[35:43] </w:t>
      </w:r>
      <w:r>
        <w:t>sirf tumhari need poora karne ke liye hai.</w:t>
      </w:r>
    </w:p>
    <w:p>
      <w:pPr>
        <w:jc w:val="right"/>
      </w:pPr>
      <w:r>
        <w:t>صرف تمہاری need پورا کرنے کے لیے ہے۔</w:t>
      </w:r>
    </w:p>
    <w:p>
      <w:r>
        <w:rPr>
          <w:b/>
        </w:rPr>
        <w:t xml:space="preserve">[35:49] </w:t>
      </w:r>
      <w:r>
        <w:t>kyunke yeh eternal nahi hai.</w:t>
      </w:r>
    </w:p>
    <w:p>
      <w:pPr>
        <w:jc w:val="right"/>
      </w:pPr>
      <w:r>
        <w:t>کیونکہ یہ eternal نہیں ہے۔</w:t>
      </w:r>
    </w:p>
    <w:p>
      <w:r>
        <w:rPr>
          <w:b/>
        </w:rPr>
        <w:t xml:space="preserve">[35:54] </w:t>
      </w:r>
      <w:r>
        <w:t>yeh temporary hai.</w:t>
      </w:r>
    </w:p>
    <w:p>
      <w:pPr>
        <w:jc w:val="right"/>
      </w:pPr>
      <w:r>
        <w:t>یہ temporary ہے۔</w:t>
      </w:r>
    </w:p>
    <w:p>
      <w:r>
        <w:rPr>
          <w:b/>
        </w:rPr>
        <w:t xml:space="preserve">[35:59] </w:t>
      </w:r>
      <w:r>
        <w:t>temporary tor par tum ko rakha gaya hai is dunya mein test ke liye.</w:t>
      </w:r>
    </w:p>
    <w:p>
      <w:pPr>
        <w:jc w:val="right"/>
      </w:pPr>
      <w:r>
        <w:t>temporary طور پر تم کو رکھا گیا ہے اس دنیا میں test کے لیے۔</w:t>
      </w:r>
    </w:p>
    <w:p>
      <w:r>
        <w:rPr>
          <w:b/>
        </w:rPr>
        <w:t xml:space="preserve">[36:05] </w:t>
      </w:r>
      <w:r>
        <w:t>aur yahan par jo tumhara record banega, is par phir eternal life mein tumhare bare mein faisla</w:t>
      </w:r>
    </w:p>
    <w:p>
      <w:pPr>
        <w:jc w:val="right"/>
      </w:pPr>
      <w:r>
        <w:t>اور یہاں پر جو تمہارا ریکارڈ بنے گا، اس پر پھر eternal life میں تمہارے بارے میں فیصلہ</w:t>
      </w:r>
    </w:p>
    <w:p>
      <w:r>
        <w:rPr>
          <w:b/>
        </w:rPr>
        <w:t xml:space="preserve">[36:10] </w:t>
      </w:r>
      <w:r>
        <w:t>kya jayega.</w:t>
      </w:r>
    </w:p>
    <w:p>
      <w:pPr>
        <w:jc w:val="right"/>
      </w:pPr>
      <w:r>
        <w:t>کیا جائے گا۔</w:t>
      </w:r>
    </w:p>
    <w:p>
      <w:r>
        <w:rPr>
          <w:b/>
        </w:rPr>
        <w:t xml:space="preserve">[36:15] </w:t>
      </w:r>
      <w:r>
        <w:t>to ye ye eternally nahi di gayi tum ko zameen.</w:t>
      </w:r>
    </w:p>
    <w:p>
      <w:pPr>
        <w:jc w:val="right"/>
      </w:pPr>
      <w:r>
        <w:t>تو یہ یہ eternally نہیں دی گئی تم کو زمین۔</w:t>
      </w:r>
    </w:p>
    <w:p>
      <w:r>
        <w:rPr>
          <w:b/>
        </w:rPr>
        <w:t xml:space="preserve">[36:20] </w:t>
      </w:r>
      <w:r>
        <w:t>na yahan par jo sources hain, wo bhi unlimited nahi hain.</w:t>
      </w:r>
    </w:p>
    <w:p>
      <w:pPr>
        <w:jc w:val="right"/>
      </w:pPr>
      <w:r>
        <w:t>نہ یہاں پر جو sources ہیں، وہ بھی unlimited نہیں ہیں۔</w:t>
      </w:r>
    </w:p>
    <w:p>
      <w:r>
        <w:rPr>
          <w:b/>
        </w:rPr>
        <w:t xml:space="preserve">[36:26] </w:t>
      </w:r>
      <w:r>
        <w:t>Unlimited sources to honge agli dunya mein.</w:t>
      </w:r>
    </w:p>
    <w:p>
      <w:pPr>
        <w:jc w:val="right"/>
      </w:pPr>
      <w:r>
        <w:t>Unlimited sources تو ہوں گے اگلی دنیا میں۔</w:t>
      </w:r>
    </w:p>
    <w:p>
      <w:r>
        <w:rPr>
          <w:b/>
        </w:rPr>
        <w:t xml:space="preserve">[36:31] </w:t>
      </w:r>
      <w:r>
        <w:t>yani paradise mein.</w:t>
      </w:r>
    </w:p>
    <w:p>
      <w:pPr>
        <w:jc w:val="right"/>
      </w:pPr>
      <w:r>
        <w:t>یعنی paradise میں۔</w:t>
      </w:r>
    </w:p>
    <w:p>
      <w:r>
        <w:rPr>
          <w:b/>
        </w:rPr>
        <w:t xml:space="preserve">[36:36] </w:t>
      </w:r>
      <w:r>
        <w:t>jannata arz wa samawat wal arz ke wahan unlimited sources honge.</w:t>
      </w:r>
    </w:p>
    <w:p>
      <w:pPr>
        <w:jc w:val="right"/>
      </w:pPr>
      <w:r>
        <w:t>جَنَّةَ أَرْضٍ وَسَمَاوَاتٍ وَالْأَرْضِ کہ وہاں unlimited sources ہوں گے۔</w:t>
      </w:r>
    </w:p>
    <w:p>
      <w:r>
        <w:rPr>
          <w:b/>
        </w:rPr>
        <w:t xml:space="preserve">[36:42] </w:t>
      </w:r>
      <w:r>
        <w:t>Unlimited enjoyment hoga.</w:t>
      </w:r>
    </w:p>
    <w:p>
      <w:pPr>
        <w:jc w:val="right"/>
      </w:pPr>
      <w:r>
        <w:t>Unlimited enjoyment ہوگا۔</w:t>
      </w:r>
    </w:p>
    <w:p>
      <w:r>
        <w:rPr>
          <w:b/>
        </w:rPr>
        <w:t xml:space="preserve">[36:47] </w:t>
      </w:r>
      <w:r>
        <w:t>aur unlimited tor par aap ki khwahishen poori ho saken gi.</w:t>
      </w:r>
    </w:p>
    <w:p>
      <w:pPr>
        <w:jc w:val="right"/>
      </w:pPr>
      <w:r>
        <w:t>اور unlimited طور پر آپ کی خواہشیں پوری ہو سکیں گی۔</w:t>
      </w:r>
    </w:p>
    <w:p>
      <w:r>
        <w:rPr>
          <w:b/>
        </w:rPr>
        <w:t xml:space="preserve">[36:52] </w:t>
      </w:r>
      <w:r>
        <w:t>yahan nahi poori ho sakti.</w:t>
      </w:r>
    </w:p>
    <w:p>
      <w:pPr>
        <w:jc w:val="right"/>
      </w:pPr>
      <w:r>
        <w:t>یہاں نہیں پوری ہو سکتی۔</w:t>
      </w:r>
    </w:p>
    <w:p>
      <w:r>
        <w:rPr>
          <w:b/>
        </w:rPr>
        <w:t xml:space="preserve">[36:58] </w:t>
      </w:r>
      <w:r>
        <w:t>to yahan par aap ko zindagi kaise banana hai? Need based na ke greed based.</w:t>
      </w:r>
    </w:p>
    <w:p>
      <w:pPr>
        <w:jc w:val="right"/>
      </w:pPr>
      <w:r>
        <w:t>تو یہاں پر آپ کو زندگی کیسے بنانا ہے؟ Need based نہ کہ greed based۔</w:t>
      </w:r>
    </w:p>
    <w:p>
      <w:r>
        <w:rPr>
          <w:b/>
        </w:rPr>
        <w:t xml:space="preserve">[37:03] </w:t>
      </w:r>
      <w:r>
        <w:t>ab insan ne is ko nahi samjha.</w:t>
      </w:r>
    </w:p>
    <w:p>
      <w:pPr>
        <w:jc w:val="right"/>
      </w:pPr>
      <w:r>
        <w:t>اب انسان نے اس کو نہیں سمجھا۔</w:t>
      </w:r>
    </w:p>
    <w:p>
      <w:r>
        <w:rPr>
          <w:b/>
        </w:rPr>
        <w:t xml:space="preserve">[37:08] </w:t>
      </w:r>
      <w:r>
        <w:t>isi dunya hi ko samajh liya ke yahin hum sab kuch kar sakte hain.</w:t>
      </w:r>
    </w:p>
    <w:p>
      <w:pPr>
        <w:jc w:val="right"/>
      </w:pPr>
      <w:r>
        <w:t>اسی دنیا ہی کو سمجھ لیا کہ یہیں ہم سب کچھ کر سکتے ہیں۔</w:t>
      </w:r>
    </w:p>
    <w:p>
      <w:r>
        <w:rPr>
          <w:b/>
        </w:rPr>
        <w:t xml:space="preserve">[37:14] </w:t>
      </w:r>
      <w:r>
        <w:t>yahin apni jannat bana sakte hain.</w:t>
      </w:r>
    </w:p>
    <w:p>
      <w:pPr>
        <w:jc w:val="right"/>
      </w:pPr>
      <w:r>
        <w:t>یہیں اپنی جنت بنا سکتے ہیں۔</w:t>
      </w:r>
    </w:p>
    <w:p>
      <w:r>
        <w:rPr>
          <w:b/>
        </w:rPr>
        <w:t xml:space="preserve">[37:19] </w:t>
      </w:r>
      <w:r>
        <w:t>yahin paradise bana sakte hain.</w:t>
      </w:r>
    </w:p>
    <w:p>
      <w:pPr>
        <w:jc w:val="right"/>
      </w:pPr>
      <w:r>
        <w:t>یہیں paradise بنا سکتے ہیں۔</w:t>
      </w:r>
    </w:p>
    <w:p>
      <w:r>
        <w:rPr>
          <w:b/>
        </w:rPr>
        <w:t xml:space="preserve">[37:24] </w:t>
      </w:r>
      <w:r>
        <w:t>yahan hum civilization bana sakte hain apni.</w:t>
      </w:r>
    </w:p>
    <w:p>
      <w:pPr>
        <w:jc w:val="right"/>
      </w:pPr>
      <w:r>
        <w:t>یہاں ہم civilization بنا سکتے ہیں اپنی۔</w:t>
      </w:r>
    </w:p>
    <w:p>
      <w:r>
        <w:rPr>
          <w:b/>
        </w:rPr>
        <w:t xml:space="preserve">[37:29] </w:t>
      </w:r>
      <w:r>
        <w:t>is dunya ko is ne apni greed ke liye poora karna shuru kar diya.</w:t>
      </w:r>
    </w:p>
    <w:p>
      <w:pPr>
        <w:jc w:val="right"/>
      </w:pPr>
      <w:r>
        <w:t>اس دنیا کو اس نے اپنی greed کے لیے پورا کرنا شروع کر دیا۔</w:t>
      </w:r>
    </w:p>
    <w:p>
      <w:r>
        <w:rPr>
          <w:b/>
        </w:rPr>
        <w:t xml:space="preserve">[37:35] </w:t>
      </w:r>
      <w:r>
        <w:t>yani greed based planning karne lage wo.</w:t>
      </w:r>
    </w:p>
    <w:p>
      <w:pPr>
        <w:jc w:val="right"/>
      </w:pPr>
      <w:r>
        <w:t>یعنی greed based planning کرنے لگے وہ۔</w:t>
      </w:r>
    </w:p>
    <w:p>
      <w:r>
        <w:rPr>
          <w:b/>
        </w:rPr>
        <w:t xml:space="preserve">[37:40] </w:t>
      </w:r>
      <w:r>
        <w:t>na ke need based planning.</w:t>
      </w:r>
    </w:p>
    <w:p>
      <w:pPr>
        <w:jc w:val="right"/>
      </w:pPr>
      <w:r>
        <w:t>نہ کہ need based planning۔</w:t>
      </w:r>
    </w:p>
    <w:p>
      <w:r>
        <w:rPr>
          <w:b/>
        </w:rPr>
        <w:t xml:space="preserve">[37:45] </w:t>
      </w:r>
      <w:r>
        <w:t>to dunya mein itna Allah taala ne itni capacity nahi rakhi thi.</w:t>
      </w:r>
    </w:p>
    <w:p>
      <w:pPr>
        <w:jc w:val="right"/>
      </w:pPr>
      <w:r>
        <w:t>تو دنیا میں اتنا اللہ تعالیٰ نے اتنی capacity نہیں رکھی تھی۔</w:t>
      </w:r>
    </w:p>
    <w:p>
      <w:r>
        <w:rPr>
          <w:b/>
        </w:rPr>
        <w:t xml:space="preserve">[37:51] </w:t>
      </w:r>
      <w:r>
        <w:t>to hawa mein bhi pollution aa gaya, pani mein bhi pollution aa gaya, suraj garmi, global warming aa</w:t>
      </w:r>
    </w:p>
    <w:p>
      <w:pPr>
        <w:jc w:val="right"/>
      </w:pPr>
      <w:r>
        <w:t>تو ہوا میں بھی pollution آ گیا، پانی میں بھی pollution آ گیا، سورج گرمی، global warming آ</w:t>
      </w:r>
    </w:p>
    <w:p>
      <w:r>
        <w:rPr>
          <w:b/>
        </w:rPr>
        <w:t xml:space="preserve">[37:56] </w:t>
      </w:r>
      <w:r>
        <w:t>gayi, ye sari cheezen.</w:t>
      </w:r>
    </w:p>
    <w:p>
      <w:pPr>
        <w:jc w:val="right"/>
      </w:pPr>
      <w:r>
        <w:t>گئی، یہ ساری چیزیں۔</w:t>
      </w:r>
    </w:p>
    <w:p>
      <w:r>
        <w:rPr>
          <w:b/>
        </w:rPr>
        <w:t xml:space="preserve">[38:01] </w:t>
      </w:r>
      <w:r>
        <w:t>ye kyun hui? Nature ka, nature ke bare mein ye bhool jana ke nature hamari need poora karne</w:t>
      </w:r>
    </w:p>
    <w:p>
      <w:pPr>
        <w:jc w:val="right"/>
      </w:pPr>
      <w:r>
        <w:t>یہ کیوں ہوئی؟ Nature کا، nature کے بارے میں یہ بھول جانا کہ nature ہماری need پورا کرنے</w:t>
      </w:r>
    </w:p>
    <w:p>
      <w:r>
        <w:rPr>
          <w:b/>
        </w:rPr>
        <w:t xml:space="preserve">[38:07] </w:t>
      </w:r>
      <w:r>
        <w:t>ke liye hai, hamari greed poora karne ke liye nahi hai.</w:t>
      </w:r>
    </w:p>
    <w:p>
      <w:pPr>
        <w:jc w:val="right"/>
      </w:pPr>
      <w:r>
        <w:t>کے لیے ہے، ہماری greed پورا کرنے کے لیے نہیں ہے۔</w:t>
      </w:r>
    </w:p>
    <w:p>
      <w:r>
        <w:rPr>
          <w:b/>
        </w:rPr>
        <w:t xml:space="preserve">[38:12] </w:t>
      </w:r>
      <w:r>
        <w:t>to agar is cheez ko jo quran mein bataya gaya tha, is ko log pakarte to aaj yeh</w:t>
      </w:r>
    </w:p>
    <w:p>
      <w:pPr>
        <w:jc w:val="right"/>
      </w:pPr>
      <w:r>
        <w:t>تو اگر اس چیز کو جو قرآن میں بتایا گیا تھا، اس کو لوگ پکڑتے تو آج یہ</w:t>
      </w:r>
    </w:p>
    <w:p>
      <w:r>
        <w:rPr>
          <w:b/>
        </w:rPr>
        <w:t xml:space="preserve">[38:17] </w:t>
      </w:r>
      <w:r>
        <w:t>masla jo aap dekh rahe hain ke climate change ho gaya hai, global warming ho rahi hai, food</w:t>
      </w:r>
    </w:p>
    <w:p>
      <w:pPr>
        <w:jc w:val="right"/>
      </w:pPr>
      <w:r>
        <w:t>مسئلہ جو آپ دیکھ رہے ہیں کہ climate change ہو گیا ہے، global warming ہو رہی ہے، food</w:t>
      </w:r>
    </w:p>
    <w:p>
      <w:r>
        <w:rPr>
          <w:b/>
        </w:rPr>
        <w:t xml:space="preserve">[38:23] </w:t>
      </w:r>
      <w:r>
        <w:t>shortage ho rahi hai, samundaron mein pani ke level barh raha hai, yeh sara kyun hai? ke insan</w:t>
      </w:r>
    </w:p>
    <w:p>
      <w:pPr>
        <w:jc w:val="right"/>
      </w:pPr>
      <w:r>
        <w:t>shortage ہو رہی ہے، سمندروں میں پانی کے level بڑھ رہا ہے، یہ سارا کیوں ہے؟ کہ انسان</w:t>
      </w:r>
    </w:p>
    <w:p>
      <w:r>
        <w:rPr>
          <w:b/>
        </w:rPr>
        <w:t xml:space="preserve">[38:28] </w:t>
      </w:r>
      <w:r>
        <w:t>ne apni greed ko le kar ke planning ki.</w:t>
      </w:r>
    </w:p>
    <w:p>
      <w:pPr>
        <w:jc w:val="right"/>
      </w:pPr>
      <w:r>
        <w:t>نے اپنی greed کو لے کر کے planning کی۔</w:t>
      </w:r>
    </w:p>
    <w:p>
      <w:r>
        <w:rPr>
          <w:b/>
        </w:rPr>
        <w:t xml:space="preserve">[38:33] </w:t>
      </w:r>
      <w:r>
        <w:t>Need ko le kar planning nahi ki.</w:t>
      </w:r>
    </w:p>
    <w:p>
      <w:pPr>
        <w:jc w:val="right"/>
      </w:pPr>
      <w:r>
        <w:t>Need کو لے کر planning نہیں کی۔</w:t>
      </w:r>
    </w:p>
    <w:p>
      <w:r>
        <w:rPr>
          <w:b/>
        </w:rPr>
        <w:t xml:space="preserve">[38:38] </w:t>
      </w:r>
      <w:r>
        <w:t>to point of reference agar aap kho dein to har jagah aap bhatkne lagte hain.</w:t>
      </w:r>
    </w:p>
    <w:p>
      <w:pPr>
        <w:jc w:val="right"/>
      </w:pPr>
      <w:r>
        <w:t>تو point of reference اگر آپ کھو دیں تو ہر جگہ آپ بھٹکنے لگتے ہیں۔</w:t>
      </w:r>
    </w:p>
    <w:p>
      <w:r>
        <w:rPr>
          <w:b/>
        </w:rPr>
        <w:t xml:space="preserve">[38:44] </w:t>
      </w:r>
      <w:r>
        <w:t>Point of reference jo hai, us ko aap kho dein to har jagah aap bhatkne lagte hain.</w:t>
      </w:r>
    </w:p>
    <w:p>
      <w:pPr>
        <w:jc w:val="right"/>
      </w:pPr>
      <w:r>
        <w:t>Point of reference جو ہے، اس کو آپ کھو دیں تو ہر جگہ آپ بھٹکنے لگتے ہیں۔</w:t>
      </w:r>
    </w:p>
    <w:p>
      <w:r>
        <w:rPr>
          <w:b/>
        </w:rPr>
        <w:t xml:space="preserve">[38:49] </w:t>
      </w:r>
      <w:r>
        <w:t>to yeh jo mission hai hamara, woh dunya ko yeh batane ke liye hai.</w:t>
      </w:r>
    </w:p>
    <w:p>
      <w:pPr>
        <w:jc w:val="right"/>
      </w:pPr>
      <w:r>
        <w:t>تو یہ جو mission ہے ہمارا، وہ دنیا کو یہ بتانے کے لیے ہے۔</w:t>
      </w:r>
    </w:p>
    <w:p>
      <w:r>
        <w:rPr>
          <w:b/>
        </w:rPr>
        <w:t xml:space="preserve">[38:54] </w:t>
      </w:r>
      <w:r>
        <w:t>yehi sab baatein batane ke liye hain.</w:t>
      </w:r>
    </w:p>
    <w:p>
      <w:pPr>
        <w:jc w:val="right"/>
      </w:pPr>
      <w:r>
        <w:t>یہی سب باتیں بتانے کے لیے ہیں۔</w:t>
      </w:r>
    </w:p>
    <w:p>
      <w:r>
        <w:rPr>
          <w:b/>
        </w:rPr>
        <w:t xml:space="preserve">[39:00] </w:t>
      </w:r>
      <w:r>
        <w:t>hamara koi political target nahi hai.</w:t>
      </w:r>
    </w:p>
    <w:p>
      <w:pPr>
        <w:jc w:val="right"/>
      </w:pPr>
      <w:r>
        <w:t>ہمارا کوئی political target نہیں ہے۔</w:t>
      </w:r>
    </w:p>
    <w:p>
      <w:r>
        <w:rPr>
          <w:b/>
        </w:rPr>
        <w:t xml:space="preserve">[39:05] </w:t>
      </w:r>
      <w:r>
        <w:t>hamare dil mein bhi koi politics nahi hai.</w:t>
      </w:r>
    </w:p>
    <w:p>
      <w:pPr>
        <w:jc w:val="right"/>
      </w:pPr>
      <w:r>
        <w:t>ہمارے دل میں بھی کوئی politics نہیں ہے۔</w:t>
      </w:r>
    </w:p>
    <w:p>
      <w:r>
        <w:rPr>
          <w:b/>
        </w:rPr>
        <w:t xml:space="preserve">[39:10] </w:t>
      </w:r>
      <w:r>
        <w:t>hamein dunya mein koi political power nahi chahiye.</w:t>
      </w:r>
    </w:p>
    <w:p>
      <w:pPr>
        <w:jc w:val="right"/>
      </w:pPr>
      <w:r>
        <w:t>ہمیں دنیا میں کوئی political power نہیں چاہیے۔</w:t>
      </w:r>
    </w:p>
    <w:p>
      <w:r>
        <w:rPr>
          <w:b/>
        </w:rPr>
        <w:t xml:space="preserve">[39:16] </w:t>
      </w:r>
      <w:r>
        <w:t>hamara target insan hai.</w:t>
      </w:r>
    </w:p>
    <w:p>
      <w:pPr>
        <w:jc w:val="right"/>
      </w:pPr>
      <w:r>
        <w:t>ہمارا target انسان ہے۔</w:t>
      </w:r>
    </w:p>
    <w:p>
      <w:r>
        <w:rPr>
          <w:b/>
        </w:rPr>
        <w:t xml:space="preserve">[39:21] </w:t>
      </w:r>
      <w:r>
        <w:t>hum insan ke mind ko address karna chahte hain.</w:t>
      </w:r>
    </w:p>
    <w:p>
      <w:pPr>
        <w:jc w:val="right"/>
      </w:pPr>
      <w:r>
        <w:t>ہم انسان کے mind کو address کرنا چاہتے ہیں۔</w:t>
      </w:r>
    </w:p>
    <w:p>
      <w:r>
        <w:rPr>
          <w:b/>
        </w:rPr>
        <w:t xml:space="preserve">[39:26] </w:t>
      </w:r>
      <w:r>
        <w:t>insan ke mind ko address kar ke hum batana chahte hain ke What is the creation plan of God?</w:t>
      </w:r>
    </w:p>
    <w:p>
      <w:pPr>
        <w:jc w:val="right"/>
      </w:pPr>
      <w:r>
        <w:t>انسان کے mind کو address کر کے ہم بتانا چاہتے ہیں کہ What is the creation plan of God?</w:t>
      </w:r>
    </w:p>
    <w:p>
      <w:r>
        <w:rPr>
          <w:b/>
        </w:rPr>
        <w:t xml:space="preserve">[39:32] </w:t>
      </w:r>
      <w:r>
        <w:t>khuda ne paida kiya tum ko to is ka creation plan kiya hai khuda ka? is ko jano.</w:t>
      </w:r>
    </w:p>
    <w:p>
      <w:pPr>
        <w:jc w:val="right"/>
      </w:pPr>
      <w:r>
        <w:t>خدا نے پیدا کیا تم کو تو اس کا creation plan کیا ہے خدا کا؟ اس کو جانو۔</w:t>
      </w:r>
    </w:p>
    <w:p>
      <w:r>
        <w:rPr>
          <w:b/>
        </w:rPr>
        <w:t xml:space="preserve">[39:39] </w:t>
      </w:r>
      <w:r>
        <w:t>jis tareeqay se aap apni zindagi ko bana rahay hain dunya mein, woh khuda ke creation plan ke</w:t>
      </w:r>
    </w:p>
    <w:p>
      <w:pPr>
        <w:jc w:val="right"/>
      </w:pPr>
      <w:r>
        <w:t>جس طریقے سے آپ اپنی زندگی کو بنا رہے ہیں دنیا میں، وہ خدا کے creation plan کے</w:t>
      </w:r>
    </w:p>
    <w:p>
      <w:r>
        <w:rPr>
          <w:b/>
        </w:rPr>
        <w:t xml:space="preserve">[39:47] </w:t>
      </w:r>
      <w:r>
        <w:t>against mein hai.</w:t>
      </w:r>
    </w:p>
    <w:p>
      <w:pPr>
        <w:jc w:val="right"/>
      </w:pPr>
      <w:r>
        <w:t>against میں ہے۔</w:t>
      </w:r>
    </w:p>
    <w:p>
      <w:r>
        <w:rPr>
          <w:b/>
        </w:rPr>
        <w:t xml:space="preserve">[39:48] </w:t>
      </w:r>
      <w:r>
        <w:t>is liye woh kamyab bhi nahi hogi.</w:t>
      </w:r>
    </w:p>
    <w:p>
      <w:pPr>
        <w:jc w:val="right"/>
      </w:pPr>
      <w:r>
        <w:t>اس لیے وہ کامیاب بھی نہیں ہوگی۔</w:t>
      </w:r>
    </w:p>
    <w:p>
      <w:r>
        <w:rPr>
          <w:b/>
        </w:rPr>
        <w:t xml:space="preserve">[39:51] </w:t>
      </w:r>
      <w:r>
        <w:t>aap kamyab bhi nahi ho saktay.</w:t>
      </w:r>
    </w:p>
    <w:p>
      <w:pPr>
        <w:jc w:val="right"/>
      </w:pPr>
      <w:r>
        <w:t>آپ کامیاب بھی نہیں ہو سکتے۔</w:t>
      </w:r>
    </w:p>
    <w:p>
      <w:r>
        <w:rPr>
          <w:b/>
        </w:rPr>
        <w:t xml:space="preserve">[39:54] </w:t>
      </w:r>
      <w:r>
        <w:t>aur kamyab ho nahi rahay hain.</w:t>
      </w:r>
    </w:p>
    <w:p>
      <w:pPr>
        <w:jc w:val="right"/>
      </w:pPr>
      <w:r>
        <w:t>اور کامیاب ہو نہیں رہے ہیں۔</w:t>
      </w:r>
    </w:p>
    <w:p>
      <w:r>
        <w:rPr>
          <w:b/>
        </w:rPr>
        <w:t xml:space="preserve">[39:57] </w:t>
      </w:r>
      <w:r>
        <w:t>dunya mein jo tension hai, dunya mein jo stress hai, dunya mein jo global warming hai, dunya mein</w:t>
      </w:r>
    </w:p>
    <w:p>
      <w:pPr>
        <w:jc w:val="right"/>
      </w:pPr>
      <w:r>
        <w:t>دنیا میں جو tension ہے، دنیا میں جو stress ہے، دنیا میں جو global warming ہے، دنیا میں</w:t>
      </w:r>
    </w:p>
    <w:p>
      <w:r>
        <w:rPr>
          <w:b/>
        </w:rPr>
        <w:t xml:space="preserve">[40:04] </w:t>
      </w:r>
      <w:r>
        <w:t>har taraf jo pollution hai, yeh sab kyun hai? ke jo guideline di thi Quran mein Allah taala</w:t>
      </w:r>
    </w:p>
    <w:p>
      <w:pPr>
        <w:jc w:val="right"/>
      </w:pPr>
      <w:r>
        <w:t>ہر طرف جو pollution ہے، یہ سب کیوں ہے؟ کہ جو guideline دی تھی قرآن میں اللہ تعالیٰ</w:t>
      </w:r>
    </w:p>
    <w:p>
      <w:r>
        <w:rPr>
          <w:b/>
        </w:rPr>
        <w:t xml:space="preserve">[40:12] </w:t>
      </w:r>
      <w:r>
        <w:t>ne, us ke us se hat gaya insan.</w:t>
      </w:r>
    </w:p>
    <w:p>
      <w:pPr>
        <w:jc w:val="right"/>
      </w:pPr>
      <w:r>
        <w:t>نے، اس کے اس سے ہٹ گیا انسان۔</w:t>
      </w:r>
    </w:p>
    <w:p>
      <w:r>
        <w:rPr>
          <w:b/>
        </w:rPr>
        <w:t xml:space="preserve">[40:15] </w:t>
      </w:r>
      <w:r>
        <w:t>us se hat gaya insan.</w:t>
      </w:r>
    </w:p>
    <w:p>
      <w:pPr>
        <w:jc w:val="right"/>
      </w:pPr>
      <w:r>
        <w:t>اس سے ہٹ گیا انسان۔</w:t>
      </w:r>
    </w:p>
    <w:p>
      <w:r>
        <w:rPr>
          <w:b/>
        </w:rPr>
        <w:t xml:space="preserve">[40:18] </w:t>
      </w:r>
      <w:r>
        <w:t>to hum insan ko yeh baatein batane ke liye yeh mission chala rahay hain.</w:t>
      </w:r>
    </w:p>
    <w:p>
      <w:pPr>
        <w:jc w:val="right"/>
      </w:pPr>
      <w:r>
        <w:t>تو ہم انسان کو یہ باتیں بتانے کے لیے یہ mission چلا رہے ہیں۔</w:t>
      </w:r>
    </w:p>
    <w:p>
      <w:r>
        <w:rPr>
          <w:b/>
        </w:rPr>
        <w:t xml:space="preserve">[40:24] </w:t>
      </w:r>
      <w:r>
        <w:t>aur koi doosra maqsad hamara nahi hai.</w:t>
      </w:r>
    </w:p>
    <w:p>
      <w:pPr>
        <w:jc w:val="right"/>
      </w:pPr>
      <w:r>
        <w:t>اور کوئی دوسرا مقصد ہمارا نہیں ہے۔</w:t>
      </w:r>
    </w:p>
    <w:p>
      <w:r>
        <w:rPr>
          <w:b/>
        </w:rPr>
        <w:t xml:space="preserve">[40:27] </w:t>
      </w:r>
      <w:r>
        <w:t>ab aap ko mein kahoon ga ke aap log jinho ne ke jo is mission ke liye akhatta</w:t>
      </w:r>
    </w:p>
    <w:p>
      <w:pPr>
        <w:jc w:val="right"/>
      </w:pPr>
      <w:r>
        <w:t>اب آپ کو میں کہوں گا کہ آپ لوگ جنہوں نے کہ جو اس mission کے لیے اکٹھا</w:t>
      </w:r>
    </w:p>
    <w:p>
      <w:r>
        <w:rPr>
          <w:b/>
        </w:rPr>
        <w:t xml:space="preserve">[40:34] </w:t>
      </w:r>
      <w:r>
        <w:t>huye hain, jo is is mission ki ahmiyat ko jo samajh paye hain, un ki bohat ziyada responsibility</w:t>
      </w:r>
    </w:p>
    <w:p>
      <w:pPr>
        <w:jc w:val="right"/>
      </w:pPr>
      <w:r>
        <w:t>ہوئے ہیں، جو اس اس mission کی اہمیت کو جو سمجھ پائے ہیں، ان کی بہت زیادہ responsibility</w:t>
      </w:r>
    </w:p>
    <w:p>
      <w:r>
        <w:rPr>
          <w:b/>
        </w:rPr>
        <w:t xml:space="preserve">[40:42] </w:t>
      </w:r>
      <w:r>
        <w:t>ho gayi hai.</w:t>
      </w:r>
    </w:p>
    <w:p>
      <w:pPr>
        <w:jc w:val="right"/>
      </w:pPr>
      <w:r>
        <w:t>ہو گئی ہے۔</w:t>
      </w:r>
    </w:p>
    <w:p>
      <w:r>
        <w:rPr>
          <w:b/>
        </w:rPr>
        <w:t xml:space="preserve">[40:44] </w:t>
      </w:r>
      <w:r>
        <w:t>bohat ziyada responsibility.</w:t>
      </w:r>
    </w:p>
    <w:p>
      <w:pPr>
        <w:jc w:val="right"/>
      </w:pPr>
      <w:r>
        <w:t>بہت زیادہ responsibility۔</w:t>
      </w:r>
    </w:p>
    <w:p>
      <w:r>
        <w:rPr>
          <w:b/>
        </w:rPr>
        <w:t xml:space="preserve">[40:45] </w:t>
      </w:r>
      <w:r>
        <w:t>kyun? aap hi dunya ko batane walay hain.</w:t>
      </w:r>
    </w:p>
    <w:p>
      <w:pPr>
        <w:jc w:val="right"/>
      </w:pPr>
      <w:r>
        <w:t>کیوں؟ آپ ہی دنیا کو بتانے والے ہیں۔</w:t>
      </w:r>
    </w:p>
    <w:p>
      <w:r>
        <w:rPr>
          <w:b/>
        </w:rPr>
        <w:t xml:space="preserve">[40:48] </w:t>
      </w:r>
      <w:r>
        <w:t>kon bataye ga dunya ko? aur log jo hain, woh un ke samnay negative target hain.</w:t>
      </w:r>
    </w:p>
    <w:p>
      <w:pPr>
        <w:jc w:val="right"/>
      </w:pPr>
      <w:r>
        <w:t>کون بتائے گا دنیا کو؟ اور لوگ جو ہیں، وہ ان کے سامنے negative target ہیں۔</w:t>
      </w:r>
    </w:p>
    <w:p>
      <w:r>
        <w:rPr>
          <w:b/>
        </w:rPr>
        <w:t xml:space="preserve">[40:55] </w:t>
      </w:r>
      <w:r>
        <w:t>woh apni greed par daur rahe hain.</w:t>
      </w:r>
    </w:p>
    <w:p>
      <w:pPr>
        <w:jc w:val="right"/>
      </w:pPr>
      <w:r>
        <w:t>وہ اپنی greed پر دوڑ رہے ہیں۔</w:t>
      </w:r>
    </w:p>
    <w:p>
      <w:r>
        <w:rPr>
          <w:b/>
        </w:rPr>
        <w:t xml:space="preserve">[40:58] </w:t>
      </w:r>
      <w:r>
        <w:t>toh un se aap umeed nahi kar sakte hain ke woh batayenge.</w:t>
      </w:r>
    </w:p>
    <w:p>
      <w:pPr>
        <w:jc w:val="right"/>
      </w:pPr>
      <w:r>
        <w:t>تو ان سے آپ امید نہیں کر سکتے ہیں کہ وہ بتائیں گے۔</w:t>
      </w:r>
    </w:p>
    <w:p>
      <w:r>
        <w:rPr>
          <w:b/>
        </w:rPr>
        <w:t xml:space="preserve">[41:04] </w:t>
      </w:r>
      <w:r>
        <w:t>aap hi ko positive target le kar chalna hai.</w:t>
      </w:r>
    </w:p>
    <w:p>
      <w:pPr>
        <w:jc w:val="right"/>
      </w:pPr>
      <w:r>
        <w:t>آپ ہی کو positive target لے کر چلنا ہے۔</w:t>
      </w:r>
    </w:p>
    <w:p>
      <w:r>
        <w:rPr>
          <w:b/>
        </w:rPr>
        <w:t xml:space="preserve">[41:08] </w:t>
      </w:r>
      <w:r>
        <w:t>apne aap ko need based life bana kar ke apni poori energy ko istemal karna hai is mein.</w:t>
      </w:r>
    </w:p>
    <w:p>
      <w:pPr>
        <w:jc w:val="right"/>
      </w:pPr>
      <w:r>
        <w:t>اپنے آپ کو need based life بنا کر کے اپنی پوری energy کو استعمال کرنا ہے اس میں۔</w:t>
      </w:r>
    </w:p>
    <w:p>
      <w:r>
        <w:rPr>
          <w:b/>
        </w:rPr>
        <w:t xml:space="preserve">[41:15] </w:t>
      </w:r>
      <w:r>
        <w:t>yaani doosre log jo suicide bombing kar rahe hain, aap ko daawa bombing karna hai.</w:t>
      </w:r>
    </w:p>
    <w:p>
      <w:pPr>
        <w:jc w:val="right"/>
      </w:pPr>
      <w:r>
        <w:t>یعنی دوسرے لوگ جو suicide bombing کر رہے ہیں، آپ کو دعویٰ bombing کرنا ہے۔</w:t>
      </w:r>
    </w:p>
    <w:p>
      <w:r>
        <w:rPr>
          <w:b/>
        </w:rPr>
        <w:t xml:space="preserve">[41:22] </w:t>
      </w:r>
      <w:r>
        <w:t>yaani peaceful daawa bombing.</w:t>
      </w:r>
    </w:p>
    <w:p>
      <w:pPr>
        <w:jc w:val="right"/>
      </w:pPr>
      <w:r>
        <w:t>یعنی peaceful دعویٰ bombing۔</w:t>
      </w:r>
    </w:p>
    <w:p>
      <w:r>
        <w:rPr>
          <w:b/>
        </w:rPr>
        <w:t xml:space="preserve">[41:24] </w:t>
      </w:r>
      <w:r>
        <w:t>bahut se log bhatke hue hain, woh suicide bombing mein lage hue hain.</w:t>
      </w:r>
    </w:p>
    <w:p>
      <w:pPr>
        <w:jc w:val="right"/>
      </w:pPr>
      <w:r>
        <w:t>بہت سے لوگ بھٹکے ہوئے ہیں، وہ suicide bombing میں لگے ہوئے ہیں۔</w:t>
      </w:r>
    </w:p>
    <w:p>
      <w:r>
        <w:rPr>
          <w:b/>
        </w:rPr>
        <w:t xml:space="preserve">[41:29] </w:t>
      </w:r>
      <w:r>
        <w:t>doosron ko maarna, doosron ko khatam karna, doosron ko kill karna.</w:t>
      </w:r>
    </w:p>
    <w:p>
      <w:pPr>
        <w:jc w:val="right"/>
      </w:pPr>
      <w:r>
        <w:t>دوسروں کو مارنا، دوسروں کو ختم کرنا، دوسروں کو kill کرنا۔</w:t>
      </w:r>
    </w:p>
    <w:p>
      <w:r>
        <w:rPr>
          <w:b/>
        </w:rPr>
        <w:t xml:space="preserve">[41:34]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[41:35] </w:t>
      </w:r>
      <w:r>
        <w:t>aap ka jo mission hona chahiye, woh mission, aap ki zindagi ka jo maqsad hona chahiye, woh kya?</w:t>
      </w:r>
    </w:p>
    <w:p>
      <w:pPr>
        <w:jc w:val="right"/>
      </w:pPr>
      <w:r>
        <w:t>آپ کا جو mission ہونا چاہیے، وہ mission، آپ کی زندگی کا جو مقصد ہونا چاہیے، وہ کیا؟</w:t>
      </w:r>
    </w:p>
    <w:p>
      <w:r>
        <w:rPr>
          <w:b/>
        </w:rPr>
        <w:t xml:space="preserve">[41:43] </w:t>
      </w:r>
      <w:r>
        <w:t>duniya ko batana.</w:t>
      </w:r>
    </w:p>
    <w:p>
      <w:pPr>
        <w:jc w:val="right"/>
      </w:pPr>
      <w:r>
        <w:t>دنیا کو بتانا۔</w:t>
      </w:r>
    </w:p>
    <w:p>
      <w:r>
        <w:rPr>
          <w:b/>
        </w:rPr>
        <w:t xml:space="preserve">[41:45] </w:t>
      </w:r>
      <w:r>
        <w:t>abhi mere paas ek telephone aaya, dilli, india mein ek ek shehar se.</w:t>
      </w:r>
    </w:p>
    <w:p>
      <w:pPr>
        <w:jc w:val="right"/>
      </w:pPr>
      <w:r>
        <w:t>ابھی میرے پاس ایک ٹیلی فون آیا، دلی، انڈیا میں ایک ایک شہر سے۔</w:t>
      </w:r>
    </w:p>
    <w:p>
      <w:r>
        <w:rPr>
          <w:b/>
        </w:rPr>
        <w:t xml:space="preserve">[41:51] </w:t>
      </w:r>
      <w:r>
        <w:t>ek shehar mein hamare group jahan kaam kar raha hai.</w:t>
      </w:r>
    </w:p>
    <w:p>
      <w:pPr>
        <w:jc w:val="right"/>
      </w:pPr>
      <w:r>
        <w:t>ایک شہر میں ہمارے گروپ جہاں کام کر رہا ہے۔</w:t>
      </w:r>
    </w:p>
    <w:p>
      <w:r>
        <w:rPr>
          <w:b/>
        </w:rPr>
        <w:t xml:space="preserve">[41:55] </w:t>
      </w:r>
      <w:r>
        <w:t>toh wahan par jo kaam kar rahe hain, jo sahab, unhon ne ek plan banaya hai ke ek</w:t>
      </w:r>
    </w:p>
    <w:p>
      <w:pPr>
        <w:jc w:val="right"/>
      </w:pPr>
      <w:r>
        <w:t>تو وہاں پر جو کام کر رہے ہیں، جو صاحب، انہوں نے ایک plan بنایا ہے کہ ایک</w:t>
      </w:r>
    </w:p>
    <w:p>
      <w:r>
        <w:rPr>
          <w:b/>
        </w:rPr>
        <w:t xml:space="preserve">[42:03] </w:t>
      </w:r>
      <w:r>
        <w:t>van lein, is van mein literature rakhein, jo literature sab yahan pe chhap raha hai, different languages mein,</w:t>
      </w:r>
    </w:p>
    <w:p>
      <w:pPr>
        <w:jc w:val="right"/>
      </w:pPr>
      <w:r>
        <w:t>van لیں، اس van میں literature رکھیں، جو literature سب یہاں پہ چھپ رہا ہے، different languages میں،</w:t>
      </w:r>
    </w:p>
    <w:p>
      <w:r>
        <w:rPr>
          <w:b/>
        </w:rPr>
        <w:t xml:space="preserve">[42:10] </w:t>
      </w:r>
      <w:r>
        <w:t>aur aur is ko le kar basti basti jayen.</w:t>
      </w:r>
    </w:p>
    <w:p>
      <w:pPr>
        <w:jc w:val="right"/>
      </w:pPr>
      <w:r>
        <w:t>اور اور اس کو لے کر بستی بستی جائیں۔</w:t>
      </w:r>
    </w:p>
    <w:p>
      <w:r>
        <w:rPr>
          <w:b/>
        </w:rPr>
        <w:t xml:space="preserve">[42:14] </w:t>
      </w:r>
      <w:r>
        <w:t>yaani daawa on wheel samajh lijiye is ko.</w:t>
      </w:r>
    </w:p>
    <w:p>
      <w:pPr>
        <w:jc w:val="right"/>
      </w:pPr>
      <w:r>
        <w:t>یعنی دعویٰ on wheel سمجھ لیجیے اس کو۔</w:t>
      </w:r>
    </w:p>
    <w:p>
      <w:r>
        <w:rPr>
          <w:b/>
        </w:rPr>
        <w:t xml:space="preserve">[42:18] </w:t>
      </w:r>
      <w:r>
        <w:t>yaani daawati work, daawati mission, daawati kaam ke liye woh ek van istemal karein aur jagah jagah ja</w:t>
      </w:r>
    </w:p>
    <w:p>
      <w:pPr>
        <w:jc w:val="right"/>
      </w:pPr>
      <w:r>
        <w:t>یعنی دعوتی work، دعوتی mission، دعوتی کام کے لیے وہ ایک van استعمال کریں اور جگہ جگہ جا</w:t>
      </w:r>
    </w:p>
    <w:p>
      <w:r>
        <w:rPr>
          <w:b/>
        </w:rPr>
        <w:t xml:space="preserve">[42:25] </w:t>
      </w:r>
      <w:r>
        <w:t>kar ke phailayen is ko.</w:t>
      </w:r>
    </w:p>
    <w:p>
      <w:pPr>
        <w:jc w:val="right"/>
      </w:pPr>
      <w:r>
        <w:t>کر کے پھیلائیں اس کو۔</w:t>
      </w:r>
    </w:p>
    <w:p>
      <w:r>
        <w:rPr>
          <w:b/>
        </w:rPr>
        <w:t xml:space="preserve">[42:27] </w:t>
      </w:r>
      <w:r>
        <w:t>toh unhon ne wahan par ek sahab, jo isi mission mein jo bhi lage hue hain, un se</w:t>
      </w:r>
    </w:p>
    <w:p>
      <w:pPr>
        <w:jc w:val="right"/>
      </w:pPr>
      <w:r>
        <w:t>تو انہوں نے وہاں پر ایک صاحب، جو اسی mission میں جو بھی لگے ہوئے ہیں، ان سے</w:t>
      </w:r>
    </w:p>
    <w:p>
      <w:r>
        <w:rPr>
          <w:b/>
        </w:rPr>
        <w:t xml:space="preserve">[42:35] </w:t>
      </w:r>
      <w:r>
        <w:t>unhon ne zikr kiya ke hum chahte hain ke ek ek second hand van kahin se le lein,</w:t>
      </w:r>
    </w:p>
    <w:p>
      <w:pPr>
        <w:jc w:val="right"/>
      </w:pPr>
      <w:r>
        <w:t>انہوں نے ذکر کیا کہ ہم چاہتے ہیں کہ ایک ایک سیکنڈ ہینڈ van کہیں سے لے لیں،</w:t>
      </w:r>
    </w:p>
    <w:p>
      <w:r>
        <w:rPr>
          <w:b/>
        </w:rPr>
        <w:t xml:space="preserve">[42:43] </w:t>
      </w:r>
      <w:r>
        <w:t>sasti, aur is kaam ko karein.</w:t>
      </w:r>
    </w:p>
    <w:p>
      <w:pPr>
        <w:jc w:val="right"/>
      </w:pPr>
      <w:r>
        <w:t>سستی، اور اس کام کو کریں۔</w:t>
      </w:r>
    </w:p>
    <w:p>
      <w:r>
        <w:rPr>
          <w:b/>
        </w:rPr>
        <w:t xml:space="preserve">[42:45] </w:t>
      </w:r>
      <w:r>
        <w:t>toh unhon ne jab suna, abhi isi mahine ki baat hai, pichhle mahine ki baat hai yeh.</w:t>
      </w:r>
    </w:p>
    <w:p>
      <w:pPr>
        <w:jc w:val="right"/>
      </w:pPr>
      <w:r>
        <w:t>تو انہوں نے جب سنا، ابھی اسی مہینے کی بات ہے، پچھلے مہینے کی بات ہے یہ۔</w:t>
      </w:r>
    </w:p>
    <w:p>
      <w:r>
        <w:rPr>
          <w:b/>
        </w:rPr>
        <w:t xml:space="preserve">[42:53] </w:t>
      </w:r>
      <w:r>
        <w:t>isi india ke ek shehar ki.</w:t>
      </w:r>
    </w:p>
    <w:p>
      <w:pPr>
        <w:jc w:val="right"/>
      </w:pPr>
      <w:r>
        <w:t>اسی انڈیا کے ایک شہر کی۔</w:t>
      </w:r>
    </w:p>
    <w:p>
      <w:r>
        <w:rPr>
          <w:b/>
        </w:rPr>
        <w:t xml:space="preserve">[42:55] </w:t>
      </w:r>
      <w:r>
        <w:t>toh unhon ne kaha ke khuda ke kaam ke liye aap purani purani gaadi chahte hain? hum apne</w:t>
      </w:r>
    </w:p>
    <w:p>
      <w:pPr>
        <w:jc w:val="right"/>
      </w:pPr>
      <w:r>
        <w:t>تو انہوں نے کہا کہ خدا کے کام کے لیے آپ پرانی پرانی گاڑی چاہتے ہیں؟ ہم اپنے</w:t>
      </w:r>
    </w:p>
    <w:p>
      <w:r>
        <w:rPr>
          <w:b/>
        </w:rPr>
        <w:t xml:space="preserve">[43:03] </w:t>
      </w:r>
      <w:r>
        <w:t>liye to nai gaari pasand karte hain.</w:t>
      </w:r>
    </w:p>
    <w:p>
      <w:pPr>
        <w:jc w:val="right"/>
      </w:pPr>
      <w:r>
        <w:t>لیے تو نئی گاڑی پسند کرتے ہیں۔</w:t>
      </w:r>
    </w:p>
    <w:p>
      <w:r>
        <w:rPr>
          <w:b/>
        </w:rPr>
        <w:t xml:space="preserve">[43:06] </w:t>
      </w:r>
      <w:r>
        <w:t>Khuda ke kaam ke liye purani gaari? To unhon ne kaha ke chahiye aap showroom mein.</w:t>
      </w:r>
    </w:p>
    <w:p>
      <w:pPr>
        <w:jc w:val="right"/>
      </w:pPr>
      <w:r>
        <w:t>خدا کے کام کے لیے پرانی گاڑی؟ تو انہوں نے کہا کہ چاہیے آپ showroom میں۔</w:t>
      </w:r>
    </w:p>
    <w:p>
      <w:r>
        <w:rPr>
          <w:b/>
        </w:rPr>
        <w:t xml:space="preserve">[43:13] </w:t>
      </w:r>
      <w:r>
        <w:t>Jo van aap ko pasand aaye, us ko le lijie.</w:t>
      </w:r>
    </w:p>
    <w:p>
      <w:pPr>
        <w:jc w:val="right"/>
      </w:pPr>
      <w:r>
        <w:t>جو van آپ کو پسند آئے، اس کو لے لیجیے۔</w:t>
      </w:r>
    </w:p>
    <w:p>
      <w:r>
        <w:rPr>
          <w:b/>
        </w:rPr>
        <w:t xml:space="preserve">[43:17] </w:t>
      </w:r>
      <w:r>
        <w:t>Aur poora paisa mein doon ga is mein, is ke liye.</w:t>
      </w:r>
    </w:p>
    <w:p>
      <w:pPr>
        <w:jc w:val="right"/>
      </w:pPr>
      <w:r>
        <w:t>اور پورا پیسہ میں دوں گا اس میں، اس کے لیے۔</w:t>
      </w:r>
    </w:p>
    <w:p>
      <w:r>
        <w:rPr>
          <w:b/>
        </w:rPr>
        <w:t xml:space="preserve">[43:22] </w:t>
      </w:r>
      <w:r>
        <w:t>Maine dua kiya un ke liye ke Khuda un ke aise barkat ata farmaye.</w:t>
      </w:r>
    </w:p>
    <w:p>
      <w:pPr>
        <w:jc w:val="right"/>
      </w:pPr>
      <w:r>
        <w:t>میں نے دعا کیا ان کے لیے کہ خدا ان کے ایسے برکت عطا فرمائے۔</w:t>
      </w:r>
    </w:p>
    <w:p>
      <w:r>
        <w:rPr>
          <w:b/>
        </w:rPr>
        <w:t xml:space="preserve">[43:28] </w:t>
      </w:r>
      <w:r>
        <w:t>Ab Khuda ke fazl se woh yeh kaam kar rahe hain, ghoom ghoom kar ke.</w:t>
      </w:r>
    </w:p>
    <w:p>
      <w:pPr>
        <w:jc w:val="right"/>
      </w:pPr>
      <w:r>
        <w:t>اب خدا کے فضل سے وہ یہ کام کر رہے ہیں، گھوم گھوم کر کے۔</w:t>
      </w:r>
    </w:p>
    <w:p>
      <w:r>
        <w:rPr>
          <w:b/>
        </w:rPr>
        <w:t xml:space="preserve">[43:35] </w:t>
      </w:r>
      <w:r>
        <w:t>Dawat ko phaila rahe hain.</w:t>
      </w:r>
    </w:p>
    <w:p>
      <w:pPr>
        <w:jc w:val="right"/>
      </w:pPr>
      <w:r>
        <w:t>دعوت کو پھیلا رہے ہیں۔</w:t>
      </w:r>
    </w:p>
    <w:p>
      <w:r>
        <w:rPr>
          <w:b/>
        </w:rPr>
        <w:t xml:space="preserve">[43:37] </w:t>
      </w:r>
      <w:r>
        <w:t>To is jazbe ke sath aap ko kaam karna hai.</w:t>
      </w:r>
    </w:p>
    <w:p>
      <w:pPr>
        <w:jc w:val="right"/>
      </w:pPr>
      <w:r>
        <w:t>تو اس جذبے کے ساتھ آپ کو کام کرنا ہے۔</w:t>
      </w:r>
    </w:p>
    <w:p>
      <w:r>
        <w:rPr>
          <w:b/>
        </w:rPr>
        <w:t xml:space="preserve">[43:41] </w:t>
      </w:r>
      <w:r>
        <w:t>Sacrifice ke jazbe ke sath, dedication ke jazbe ke sath.</w:t>
      </w:r>
    </w:p>
    <w:p>
      <w:pPr>
        <w:jc w:val="right"/>
      </w:pPr>
      <w:r>
        <w:t>Sacrifice کے جذبے کے ساتھ، dedication کے جذبے کے ساتھ۔</w:t>
      </w:r>
    </w:p>
    <w:p>
      <w:r>
        <w:rPr>
          <w:b/>
        </w:rPr>
        <w:t xml:space="preserve">[43:45] </w:t>
      </w:r>
      <w:r>
        <w:t>Jab saare log duty duty mein pade hue hain, aap dekhen ke dunya, ab to mujhe lagta hai</w:t>
      </w:r>
    </w:p>
    <w:p>
      <w:pPr>
        <w:jc w:val="right"/>
      </w:pPr>
      <w:r>
        <w:t>جب سارے لوگ ڈیوٹی ڈیوٹی میں پڑے ہوئے ہیں، آپ دیکھیں کہ دنیا، اب تو مجھے لگتا ہے</w:t>
      </w:r>
    </w:p>
    <w:p>
      <w:r>
        <w:rPr>
          <w:b/>
        </w:rPr>
        <w:t xml:space="preserve">[43:53] </w:t>
      </w:r>
      <w:r>
        <w:t>ke dunya bohat der tak rehne wali nahi hai.</w:t>
      </w:r>
    </w:p>
    <w:p>
      <w:pPr>
        <w:jc w:val="right"/>
      </w:pPr>
      <w:r>
        <w:t>کہ دنیا بہت دیر تک رہنے والی نہیں ہے۔</w:t>
      </w:r>
    </w:p>
    <w:p>
      <w:r>
        <w:rPr>
          <w:b/>
        </w:rPr>
        <w:t xml:space="preserve">[43:57] </w:t>
      </w:r>
      <w:r>
        <w:t>Woh saari nishaniyan jo batai gayi thin Quran o Hadees mein, woh mujhe aankhon se dikhai de rahi</w:t>
      </w:r>
    </w:p>
    <w:p>
      <w:pPr>
        <w:jc w:val="right"/>
      </w:pPr>
      <w:r>
        <w:t>وہ ساری نشانیاں جو بتائی گئی تھیں قرآن و حدیث میں، وہ مجھے آنکھوں سے دکھائی دے رہی</w:t>
      </w:r>
    </w:p>
    <w:p>
      <w:r>
        <w:rPr>
          <w:b/>
        </w:rPr>
        <w:t xml:space="preserve">[44:05]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[44:06] </w:t>
      </w:r>
      <w:r>
        <w:t>Bohat jald woh waqt aane wala hai.</w:t>
      </w:r>
    </w:p>
    <w:p>
      <w:pPr>
        <w:jc w:val="right"/>
      </w:pPr>
      <w:r>
        <w:t>بہت جلد وہ وقت آنے والا ہے۔</w:t>
      </w:r>
    </w:p>
    <w:p>
      <w:r>
        <w:rPr>
          <w:b/>
        </w:rPr>
        <w:t xml:space="preserve">[44:09] </w:t>
      </w:r>
      <w:r>
        <w:t>Jabke jis ko kaha jata hai Soor Israfeel, yani Israfeel apna Soor phoonk de.</w:t>
      </w:r>
    </w:p>
    <w:p>
      <w:pPr>
        <w:jc w:val="right"/>
      </w:pPr>
      <w:r>
        <w:t>جبکہ جس کو کہا جاتا ہے سور اسرافیل، یعنی اسرافیل اپنا سور پھونک دے۔</w:t>
      </w:r>
    </w:p>
    <w:p>
      <w:r>
        <w:rPr>
          <w:b/>
        </w:rPr>
        <w:t xml:space="preserve">[44:15] </w:t>
      </w:r>
      <w:r>
        <w:t>To Israfeel ke Soor se pehle aap ko dawat ka Soor le kar uthna hai.</w:t>
      </w:r>
    </w:p>
    <w:p>
      <w:pPr>
        <w:jc w:val="right"/>
      </w:pPr>
      <w:r>
        <w:t>تو اسرافیل کے سور سے پہلے آپ کو دعوت کا سور لے کر اٹھنا ہے۔</w:t>
      </w:r>
    </w:p>
    <w:p>
      <w:r>
        <w:rPr>
          <w:b/>
        </w:rPr>
        <w:t xml:space="preserve">[44:22] </w:t>
      </w:r>
      <w:r>
        <w:t>Soor Israfeel se pehle Soor dawat ki zaroorat hai.</w:t>
      </w:r>
    </w:p>
    <w:p>
      <w:pPr>
        <w:jc w:val="right"/>
      </w:pPr>
      <w:r>
        <w:t>سور اسرافیل سے پہلے سور دعوت کی ضرورت ہے۔</w:t>
      </w:r>
    </w:p>
    <w:p>
      <w:r>
        <w:rPr>
          <w:b/>
        </w:rPr>
        <w:t xml:space="preserve">[44:26] </w:t>
      </w:r>
      <w:r>
        <w:t>Dawat ka bagal, dawat ka ailan.</w:t>
      </w:r>
    </w:p>
    <w:p>
      <w:pPr>
        <w:jc w:val="right"/>
      </w:pPr>
      <w:r>
        <w:t>دعوت کا بگل، دعوت کا اعلان۔</w:t>
      </w:r>
    </w:p>
    <w:p>
      <w:r>
        <w:rPr>
          <w:b/>
        </w:rPr>
        <w:t xml:space="preserve">[44:28] </w:t>
      </w:r>
      <w:r>
        <w:t>To aap ka agar agar yeh jazba nahi aaya to Khuda ke samne aap maaf nahi kiya sakein</w:t>
      </w:r>
    </w:p>
    <w:p>
      <w:pPr>
        <w:jc w:val="right"/>
      </w:pPr>
      <w:r>
        <w:t>تو آپ کا اگر اگر یہ جذبہ نہیں آیا تو خدا کے سامنے آپ معاف نہیں کیا سکیں</w:t>
      </w:r>
    </w:p>
    <w:p>
      <w:r>
        <w:rPr>
          <w:b/>
        </w:rPr>
        <w:t xml:space="preserve">[44:36]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[44:37] </w:t>
      </w:r>
      <w:r>
        <w:t>Kyunke jo log be khabar hain, woh to excuse pesh karenge ke hum to be khabar the.</w:t>
      </w:r>
    </w:p>
    <w:p>
      <w:pPr>
        <w:jc w:val="right"/>
      </w:pPr>
      <w:r>
        <w:t>کیونکہ جو لوگ بے خبر ہیں، وہ تو excuse پیش کریں گے کہ ہم تو بے خبر تھے۔</w:t>
      </w:r>
    </w:p>
    <w:p>
      <w:r>
        <w:rPr>
          <w:b/>
        </w:rPr>
        <w:t xml:space="preserve">[44:45] </w:t>
      </w:r>
      <w:r>
        <w:t>Lekin jo log jaan chuke hain, un ke paas kya excuse hai? Un ke paas kya excuse hai?</w:t>
      </w:r>
    </w:p>
    <w:p>
      <w:pPr>
        <w:jc w:val="right"/>
      </w:pPr>
      <w:r>
        <w:t>لیکن جو لوگ جان چکے ہیں، ان کے پاس کیا excuse ہے؟ ان کے پاس کیا excuse ہے؟</w:t>
      </w:r>
    </w:p>
    <w:p>
      <w:r>
        <w:rPr>
          <w:b/>
        </w:rPr>
        <w:t xml:space="preserve">[44:53] </w:t>
      </w:r>
      <w:r>
        <w:t>Jo log be khabar hain, jin ko maloom nahi ke kya target hona chahiye? Khuda ki is ki</w:t>
      </w:r>
    </w:p>
    <w:p>
      <w:pPr>
        <w:jc w:val="right"/>
      </w:pPr>
      <w:r>
        <w:t>جو لوگ بے خبر ہیں، جن کو معلوم نہیں کہ کیا target ہونا چاہیے؟ خدا کی اس کی</w:t>
      </w:r>
    </w:p>
    <w:p>
      <w:r>
        <w:rPr>
          <w:b/>
        </w:rPr>
        <w:t xml:space="preserve">[45:00] </w:t>
      </w:r>
      <w:r>
        <w:t>woh aap think kya hai? Creation plan of God kya hai? Jo is se be khabar hain, woh</w:t>
      </w:r>
    </w:p>
    <w:p>
      <w:pPr>
        <w:jc w:val="right"/>
      </w:pPr>
      <w:r>
        <w:t>وہ آپ think کیا ہے؟ Creation plan of God کیا ہے؟ جو اس سے بے خبر ہیں، وہ</w:t>
      </w:r>
    </w:p>
    <w:p>
      <w:r>
        <w:rPr>
          <w:b/>
        </w:rPr>
        <w:t xml:space="preserve">[45:08] </w:t>
      </w:r>
      <w:r>
        <w:t>to yeh keh sakenge shayad ke hum be khabar the.</w:t>
      </w:r>
    </w:p>
    <w:p>
      <w:pPr>
        <w:jc w:val="right"/>
      </w:pPr>
      <w:r>
        <w:t>تو یہ کہہ سکیں گے شاید کہ ہم بے خبر تھے۔</w:t>
      </w:r>
    </w:p>
    <w:p>
      <w:r>
        <w:rPr>
          <w:b/>
        </w:rPr>
        <w:t xml:space="preserve">[45:13] </w:t>
      </w:r>
      <w:r>
        <w:t>We were unaware of all these things.</w:t>
      </w:r>
    </w:p>
    <w:p>
      <w:pPr>
        <w:jc w:val="right"/>
      </w:pPr>
      <w:r>
        <w:t>We were unaware of all these things.</w:t>
      </w:r>
    </w:p>
    <w:p>
      <w:r>
        <w:rPr>
          <w:b/>
        </w:rPr>
        <w:t xml:space="preserve">[45:16] </w:t>
      </w:r>
      <w:r>
        <w:t>lekin jo jaan chuke hain, un ke paas kya excuse hai? Khuda ke saamne.</w:t>
      </w:r>
    </w:p>
    <w:p>
      <w:pPr>
        <w:jc w:val="right"/>
      </w:pPr>
      <w:r>
        <w:t>لیکن جو جان چکے ہیں، ان کے پاس کیا excuse ہے؟ خدا کے سامنے۔</w:t>
      </w:r>
    </w:p>
    <w:p>
      <w:r>
        <w:rPr>
          <w:b/>
        </w:rPr>
        <w:t xml:space="preserve">[45:22] </w:t>
      </w:r>
      <w:r>
        <w:t>to bas samajhta hoon ke aakhri waqt aa gaya hai ke hum apni poori energy ko, apne poore</w:t>
      </w:r>
    </w:p>
    <w:p>
      <w:pPr>
        <w:jc w:val="right"/>
      </w:pPr>
      <w:r>
        <w:t>تو بس سمجھتا ہوں کہ آخری وقت آ گیا ہے کہ ہم اپنی پوری energy کو، اپنے پورے</w:t>
      </w:r>
    </w:p>
    <w:p>
      <w:r>
        <w:rPr>
          <w:b/>
        </w:rPr>
        <w:t xml:space="preserve">[45:30] </w:t>
      </w:r>
      <w:r>
        <w:t>time ko is kaam mein laga dein.</w:t>
      </w:r>
    </w:p>
    <w:p>
      <w:pPr>
        <w:jc w:val="right"/>
      </w:pPr>
      <w:r>
        <w:t>ٹائم کو اس کام میں لگا دیں۔</w:t>
      </w:r>
    </w:p>
    <w:p>
      <w:r>
        <w:rPr>
          <w:b/>
        </w:rPr>
        <w:t xml:space="preserve">[45:33] </w:t>
      </w:r>
      <w:r>
        <w:t>chand din hue, ek saahab se meri mulaqaat hui.</w:t>
      </w:r>
    </w:p>
    <w:p>
      <w:pPr>
        <w:jc w:val="right"/>
      </w:pPr>
      <w:r>
        <w:t>چند دن ہوئے، ایک صاحب سے میری ملاقات ہوئی۔</w:t>
      </w:r>
    </w:p>
    <w:p>
      <w:r>
        <w:rPr>
          <w:b/>
        </w:rPr>
        <w:t xml:space="preserve">[45:36] </w:t>
      </w:r>
      <w:r>
        <w:t>wo ek islami ke scholar the.</w:t>
      </w:r>
    </w:p>
    <w:p>
      <w:pPr>
        <w:jc w:val="right"/>
      </w:pPr>
      <w:r>
        <w:t>وہ ایک اسلامی کے سکالر تھے۔</w:t>
      </w:r>
    </w:p>
    <w:p>
      <w:r>
        <w:rPr>
          <w:b/>
        </w:rPr>
        <w:t xml:space="preserve">[45:39] </w:t>
      </w:r>
      <w:r>
        <w:t>aur namaz o roza karne wale aadmi the.</w:t>
      </w:r>
    </w:p>
    <w:p>
      <w:pPr>
        <w:jc w:val="right"/>
      </w:pPr>
      <w:r>
        <w:t>اور نماز و روزہ کرنے والے آدمی تھے۔</w:t>
      </w:r>
    </w:p>
    <w:p>
      <w:r>
        <w:rPr>
          <w:b/>
        </w:rPr>
        <w:t xml:space="preserve">[45:42] </w:t>
      </w:r>
      <w:r>
        <w:t>to bohat hi, yaani itminaan mein the.</w:t>
      </w:r>
    </w:p>
    <w:p>
      <w:pPr>
        <w:jc w:val="right"/>
      </w:pPr>
      <w:r>
        <w:t>تو بہت ہی، یعنی اطمینان میں تھے۔</w:t>
      </w:r>
    </w:p>
    <w:p>
      <w:r>
        <w:rPr>
          <w:b/>
        </w:rPr>
        <w:t xml:space="preserve">[45:45] </w:t>
      </w:r>
      <w:r>
        <w:t>un ko contentment tha ke paanch waqt namaz to parh lete hain.</w:t>
      </w:r>
    </w:p>
    <w:p>
      <w:pPr>
        <w:jc w:val="right"/>
      </w:pPr>
      <w:r>
        <w:t>ان کو contentment تھا کہ پانچ وقت نماز تو پڑھ لیتے ہیں۔</w:t>
      </w:r>
    </w:p>
    <w:p>
      <w:r>
        <w:rPr>
          <w:b/>
        </w:rPr>
        <w:t xml:space="preserve">[45:51] </w:t>
      </w:r>
      <w:r>
        <w:t>aur hum ne hajj bhi kar liya hai.</w:t>
      </w:r>
    </w:p>
    <w:p>
      <w:pPr>
        <w:jc w:val="right"/>
      </w:pPr>
      <w:r>
        <w:t>اور ہم نے حج بھی کر لیا ہے۔</w:t>
      </w:r>
    </w:p>
    <w:p>
      <w:r>
        <w:rPr>
          <w:b/>
        </w:rPr>
        <w:t xml:space="preserve">[45:54] </w:t>
      </w:r>
      <w:r>
        <w:t>aur matlab jo rituals hain, is ko woh ada kar rahe the.</w:t>
      </w:r>
    </w:p>
    <w:p>
      <w:pPr>
        <w:jc w:val="right"/>
      </w:pPr>
      <w:r>
        <w:t>اور مطلب جو rituals ہیں، اس کو وہ ادا کر رہے تھے۔</w:t>
      </w:r>
    </w:p>
    <w:p>
      <w:r>
        <w:rPr>
          <w:b/>
        </w:rPr>
        <w:t xml:space="preserve">[45:59] </w:t>
      </w:r>
      <w:r>
        <w:t>to main ne kaha ke dekhiye, sirf jannat mein jaana kaafi nahi hai.</w:t>
      </w:r>
    </w:p>
    <w:p>
      <w:pPr>
        <w:jc w:val="right"/>
      </w:pPr>
      <w:r>
        <w:t>تو میں نے کہا کہ دیکھیے، صرف جنت میں جانا کافی نہیں ہے۔</w:t>
      </w:r>
    </w:p>
    <w:p>
      <w:r>
        <w:rPr>
          <w:b/>
        </w:rPr>
        <w:t xml:space="preserve">[46:05] </w:t>
      </w:r>
      <w:r>
        <w:t>kyun ke hadees mein aata hai ke jannat ke do sau stories hon gi.</w:t>
      </w:r>
    </w:p>
    <w:p>
      <w:pPr>
        <w:jc w:val="right"/>
      </w:pPr>
      <w:r>
        <w:t>کیونکہ حدیث میں آتا ہے کہ جنت کے دو سو stories ہوں گی۔</w:t>
      </w:r>
    </w:p>
    <w:p>
      <w:r>
        <w:rPr>
          <w:b/>
        </w:rPr>
        <w:t xml:space="preserve">[46:10] </w:t>
      </w:r>
      <w:r>
        <w:t>do sau darje hon ge.</w:t>
      </w:r>
    </w:p>
    <w:p>
      <w:pPr>
        <w:jc w:val="right"/>
      </w:pPr>
      <w:r>
        <w:t>دو سو درجے ہوں گے۔</w:t>
      </w:r>
    </w:p>
    <w:p>
      <w:r>
        <w:rPr>
          <w:b/>
        </w:rPr>
        <w:t xml:space="preserve">[46:12] </w:t>
      </w:r>
      <w:r>
        <w:t>quran mein do jannatein ka zikr hai.</w:t>
      </w:r>
    </w:p>
    <w:p>
      <w:pPr>
        <w:jc w:val="right"/>
      </w:pPr>
      <w:r>
        <w:t>قرآن میں دو جنتیں کا ذکر ہے۔</w:t>
      </w:r>
    </w:p>
    <w:p>
      <w:r>
        <w:rPr>
          <w:b/>
        </w:rPr>
        <w:t xml:space="preserve">[46:15] </w:t>
      </w:r>
      <w:r>
        <w:t>min doonihima jannatan quran mein hai ke do jannatein hain.</w:t>
      </w:r>
    </w:p>
    <w:p>
      <w:pPr>
        <w:jc w:val="right"/>
      </w:pPr>
      <w:r>
        <w:t>من دونهما جنتان قرآن میں ہے کہ دو جنتیں ہیں۔</w:t>
      </w:r>
    </w:p>
    <w:p>
      <w:r>
        <w:rPr>
          <w:b/>
        </w:rPr>
        <w:t xml:space="preserve">[46:20] </w:t>
      </w:r>
      <w:r>
        <w:t>aur hadees mein hai ke do sau jannatein.</w:t>
      </w:r>
    </w:p>
    <w:p>
      <w:pPr>
        <w:jc w:val="right"/>
      </w:pPr>
      <w:r>
        <w:t>اور حدیث میں ہے کہ دو سو جنتیں۔</w:t>
      </w:r>
    </w:p>
    <w:p>
      <w:r>
        <w:rPr>
          <w:b/>
        </w:rPr>
        <w:t xml:space="preserve">[46:23] </w:t>
      </w:r>
      <w:r>
        <w:t>yaani sub division ke aitbaar se do sau jannatein.</w:t>
      </w:r>
    </w:p>
    <w:p>
      <w:pPr>
        <w:jc w:val="right"/>
      </w:pPr>
      <w:r>
        <w:t>یعنی sub division کے اعتبار سے دو سو جنتیں۔</w:t>
      </w:r>
    </w:p>
    <w:p>
      <w:r>
        <w:rPr>
          <w:b/>
        </w:rPr>
        <w:t xml:space="preserve">[46:27] </w:t>
      </w:r>
      <w:r>
        <w:t>aur broad division ke aitbaar se do jannatein.</w:t>
      </w:r>
    </w:p>
    <w:p>
      <w:pPr>
        <w:jc w:val="right"/>
      </w:pPr>
      <w:r>
        <w:t>اور broad division کے اعتبار سے دو جنتیں۔</w:t>
      </w:r>
    </w:p>
    <w:p>
      <w:r>
        <w:rPr>
          <w:b/>
        </w:rPr>
        <w:t xml:space="preserve">[46:30] </w:t>
      </w:r>
      <w:r>
        <w:t>to main ne kaha aap jaante hain is ka farq kya hai? To main ne misaal di ke</w:t>
      </w:r>
    </w:p>
    <w:p>
      <w:pPr>
        <w:jc w:val="right"/>
      </w:pPr>
      <w:r>
        <w:t>تو میں نے کہا آپ جانتے ہیں اس کا فرق کیا ہے؟ تو میں نے مثال دی کہ</w:t>
      </w:r>
    </w:p>
    <w:p>
      <w:r>
        <w:rPr>
          <w:b/>
        </w:rPr>
        <w:t xml:space="preserve">[46:38] </w:t>
      </w:r>
      <w:r>
        <w:t>dekhiye, ek bohat hi beautiful garden hai.</w:t>
      </w:r>
    </w:p>
    <w:p>
      <w:pPr>
        <w:jc w:val="right"/>
      </w:pPr>
      <w:r>
        <w:t>دیکھیے، ایک بہت ہی beautiful garden ہے۔</w:t>
      </w:r>
    </w:p>
    <w:p>
      <w:r>
        <w:rPr>
          <w:b/>
        </w:rPr>
        <w:t xml:space="preserve">[46:41] </w:t>
      </w:r>
      <w:r>
        <w:t>is mein botany ka ek professor jaata hai.</w:t>
      </w:r>
    </w:p>
    <w:p>
      <w:pPr>
        <w:jc w:val="right"/>
      </w:pPr>
      <w:r>
        <w:t>اس میں باٹری کا ایک پروفیسر جاتا ہے۔</w:t>
      </w:r>
    </w:p>
    <w:p>
      <w:r>
        <w:rPr>
          <w:b/>
        </w:rPr>
        <w:t xml:space="preserve">[46:45] </w:t>
      </w:r>
      <w:r>
        <w:t>us ke saath us ka chhota chhota bachcha bhi hai.</w:t>
      </w:r>
    </w:p>
    <w:p>
      <w:pPr>
        <w:jc w:val="right"/>
      </w:pPr>
      <w:r>
        <w:t>اس کے ساتھ اس کا چھوٹا چھوٹا بچہ بھی ہے۔</w:t>
      </w:r>
    </w:p>
    <w:p>
      <w:r>
        <w:rPr>
          <w:b/>
        </w:rPr>
        <w:t xml:space="preserve">[46:49] </w:t>
      </w:r>
      <w:r>
        <w:t>to chhota bachcha is beautiful garden ko dekh kar ke khoob is mein koodega.</w:t>
      </w:r>
    </w:p>
    <w:p>
      <w:pPr>
        <w:jc w:val="right"/>
      </w:pPr>
      <w:r>
        <w:t>تو چھوٹا بچہ اس beautiful garden کو دیکھ کر کے خوب اس میں کودے گا۔</w:t>
      </w:r>
    </w:p>
    <w:p>
      <w:r>
        <w:rPr>
          <w:b/>
        </w:rPr>
        <w:t xml:space="preserve">[46:55] </w:t>
      </w:r>
      <w:r>
        <w:t>khoob khush hoga.</w:t>
      </w:r>
    </w:p>
    <w:p>
      <w:pPr>
        <w:jc w:val="right"/>
      </w:pPr>
      <w:r>
        <w:t>خوب خوش ہوگا۔</w:t>
      </w:r>
    </w:p>
    <w:p>
      <w:r>
        <w:rPr>
          <w:b/>
        </w:rPr>
        <w:t xml:space="preserve">[46:57] </w:t>
      </w:r>
      <w:r>
        <w:t>lekin battery ka jo professor jab is ko dekhe ga to is ke enjoyment ka level bohat alag</w:t>
      </w:r>
    </w:p>
    <w:p>
      <w:pPr>
        <w:jc w:val="right"/>
      </w:pPr>
      <w:r>
        <w:t>لیکن باٹری کا جو پروفیسر جب اس کو دیکھے گا تو اس کے enjoyment کا level بہت الگ</w:t>
      </w:r>
    </w:p>
    <w:p>
      <w:r>
        <w:rPr>
          <w:b/>
        </w:rPr>
        <w:t xml:space="preserve">[47:05]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[47:06] </w:t>
      </w:r>
      <w:r>
        <w:t>to jannat mein dekhiye, ek woh log hain jo bachon ki tarah unhein jannat mil jaye.</w:t>
      </w:r>
    </w:p>
    <w:p>
      <w:pPr>
        <w:jc w:val="right"/>
      </w:pPr>
      <w:r>
        <w:t>تو جنت میں دیکھیے، ایک وہ لوگ ہیں جو بچوں کی طرح انہیں جنت مل جائے۔</w:t>
      </w:r>
    </w:p>
    <w:p>
      <w:r>
        <w:rPr>
          <w:b/>
        </w:rPr>
        <w:t xml:space="preserve">[47:13] </w:t>
      </w:r>
      <w:r>
        <w:t>is mein is mein kooden.</w:t>
      </w:r>
    </w:p>
    <w:p>
      <w:pPr>
        <w:jc w:val="right"/>
      </w:pPr>
      <w:r>
        <w:t>اس میں اس میں کودیں۔</w:t>
      </w:r>
    </w:p>
    <w:p>
      <w:r>
        <w:rPr>
          <w:b/>
        </w:rPr>
        <w:t xml:space="preserve">[47:15] </w:t>
      </w:r>
      <w:r>
        <w:t>matlab jinka intellectual level necha reh jaye, unhon ne develop na kiya ho apne aap ko.</w:t>
      </w:r>
    </w:p>
    <w:p>
      <w:pPr>
        <w:jc w:val="right"/>
      </w:pPr>
      <w:r>
        <w:t>مطلب جن کا intellectual level نیچا رہ جائے، انہوں نے develop نہ کیا ہو اپنے آپ کو۔</w:t>
      </w:r>
    </w:p>
    <w:p>
      <w:r>
        <w:rPr>
          <w:b/>
        </w:rPr>
        <w:t xml:space="preserve">[47:22] </w:t>
      </w:r>
      <w:r>
        <w:t>aur woh log jinhon ne apna intellectual development kiya, apna spiritual development kiya, un ko oonche level ki</w:t>
      </w:r>
    </w:p>
    <w:p>
      <w:pPr>
        <w:jc w:val="right"/>
      </w:pPr>
      <w:r>
        <w:t>اور وہ لوگ جنہوں نے اپنا intellectual development کیا، اپنا spiritual development کیا، ان کو اونچے level کی</w:t>
      </w:r>
    </w:p>
    <w:p>
      <w:r>
        <w:rPr>
          <w:b/>
        </w:rPr>
        <w:t xml:space="preserve">[47:30] </w:t>
      </w:r>
      <w:r>
        <w:t>paradise mile gi.</w:t>
      </w:r>
    </w:p>
    <w:p>
      <w:pPr>
        <w:jc w:val="right"/>
      </w:pPr>
      <w:r>
        <w:t>paradise ملے گی۔</w:t>
      </w:r>
    </w:p>
    <w:p>
      <w:r>
        <w:rPr>
          <w:b/>
        </w:rPr>
        <w:t xml:space="preserve">[47:32] </w:t>
      </w:r>
      <w:r>
        <w:t>woh woh enjoy kar saken ge wahan.</w:t>
      </w:r>
    </w:p>
    <w:p>
      <w:pPr>
        <w:jc w:val="right"/>
      </w:pPr>
      <w:r>
        <w:t>وہ وہ enjoy کر سکیں گے وہاں۔</w:t>
      </w:r>
    </w:p>
    <w:p>
      <w:r>
        <w:rPr>
          <w:b/>
        </w:rPr>
        <w:t xml:space="preserve">[47:35] </w:t>
      </w:r>
      <w:r>
        <w:t>mein ne kaha ke aap aap kon sa level chahte hain? to achaanak unhon ne kaha ke mein</w:t>
      </w:r>
    </w:p>
    <w:p>
      <w:pPr>
        <w:jc w:val="right"/>
      </w:pPr>
      <w:r>
        <w:t>میں نے کہا کہ آپ آپ کون سا level چاہتے ہیں؟ تو اچانک انہوں نے کہا کہ میں</w:t>
      </w:r>
    </w:p>
    <w:p>
      <w:r>
        <w:rPr>
          <w:b/>
        </w:rPr>
        <w:t xml:space="preserve">[47:42] </w:t>
      </w:r>
      <w:r>
        <w:t>to aaj mehsoos hua ke mein bohat khasaare mein hoon.</w:t>
      </w:r>
    </w:p>
    <w:p>
      <w:pPr>
        <w:jc w:val="right"/>
      </w:pPr>
      <w:r>
        <w:t>تو آج محسوس ہوا کہ میں بہت خسارے میں ہوں۔</w:t>
      </w:r>
    </w:p>
    <w:p>
      <w:r>
        <w:rPr>
          <w:b/>
        </w:rPr>
        <w:t xml:space="preserve">[47:47] </w:t>
      </w:r>
      <w:r>
        <w:t>bohat loss mein hoon, loss.</w:t>
      </w:r>
    </w:p>
    <w:p>
      <w:pPr>
        <w:jc w:val="right"/>
      </w:pPr>
      <w:r>
        <w:t>بہت loss میں ہوں، loss۔</w:t>
      </w:r>
    </w:p>
    <w:p>
      <w:r>
        <w:rPr>
          <w:b/>
        </w:rPr>
        <w:t xml:space="preserve">[47:49] </w:t>
      </w:r>
      <w:r>
        <w:t>A little doubles loss یہ سوچا ہی نہیں تھا کبھی ہم نے۔</w:t>
      </w:r>
    </w:p>
    <w:p>
      <w:pPr>
        <w:jc w:val="right"/>
      </w:pPr>
      <w:r>
        <w:t>A little double S loss یہ سوچا ہی نہیں تھا کبھی ہم نے۔</w:t>
      </w:r>
    </w:p>
    <w:p>
      <w:r>
        <w:rPr>
          <w:b/>
        </w:rPr>
        <w:t xml:space="preserve">[47:54] </w:t>
      </w:r>
      <w:r>
        <w:t>yeh socha hi nahi tha ke level of enjoyment wahan farq hoga jannat mein.</w:t>
      </w:r>
    </w:p>
    <w:p>
      <w:pPr>
        <w:jc w:val="right"/>
      </w:pPr>
      <w:r>
        <w:t>یہ سوچا ہی نہیں تھا کہ level of enjoyment وہاں فرق ہوگا جنت میں۔</w:t>
      </w:r>
    </w:p>
    <w:p>
      <w:r>
        <w:rPr>
          <w:b/>
        </w:rPr>
        <w:t xml:space="preserve">[48:00] </w:t>
      </w:r>
      <w:r>
        <w:t>hum samajhte thay ke bas namaz o roza karo aur jannat mein chale jao.</w:t>
      </w:r>
    </w:p>
    <w:p>
      <w:pPr>
        <w:jc w:val="right"/>
      </w:pPr>
      <w:r>
        <w:t>ہم سمجھتے تھے کہ بس نماز و روزہ کرو اور جنت میں چلے جاؤ۔</w:t>
      </w:r>
    </w:p>
    <w:p>
      <w:r>
        <w:rPr>
          <w:b/>
        </w:rPr>
        <w:t xml:space="preserve">[48:06] </w:t>
      </w:r>
      <w:r>
        <w:t>to mein ne kaha eternal khasaara hai, eternal loss hai yeh.</w:t>
      </w:r>
    </w:p>
    <w:p>
      <w:pPr>
        <w:jc w:val="right"/>
      </w:pPr>
      <w:r>
        <w:t>تو میں نے کہا eternal خسارہ ہے، eternal loss ہے یہ۔</w:t>
      </w:r>
    </w:p>
    <w:p>
      <w:r>
        <w:rPr>
          <w:b/>
        </w:rPr>
        <w:t xml:space="preserve">[48:11] </w:t>
      </w:r>
      <w:r>
        <w:t>kyunke wahan par jo hai development ka process wahan par nahi chalay ga.</w:t>
      </w:r>
    </w:p>
    <w:p>
      <w:pPr>
        <w:jc w:val="right"/>
      </w:pPr>
      <w:r>
        <w:t>کیونکہ وہاں پر جو ہے development کا process وہاں پر نہیں چلے گا۔</w:t>
      </w:r>
    </w:p>
    <w:p>
      <w:r>
        <w:rPr>
          <w:b/>
        </w:rPr>
        <w:t xml:space="preserve">[48:17] </w:t>
      </w:r>
      <w:r>
        <w:t>woh to isi dunya mein chalana hai.</w:t>
      </w:r>
    </w:p>
    <w:p>
      <w:pPr>
        <w:jc w:val="right"/>
      </w:pPr>
      <w:r>
        <w:t>وہ تو اسی دنیا میں چلانا ہے۔</w:t>
      </w:r>
    </w:p>
    <w:p>
      <w:r>
        <w:rPr>
          <w:b/>
        </w:rPr>
        <w:t xml:space="preserve">[48:20] </w:t>
      </w:r>
      <w:r>
        <w:t>ab dekhen ke ek islami ke scholar bhi be khabar hain is baat se.</w:t>
      </w:r>
    </w:p>
    <w:p>
      <w:pPr>
        <w:jc w:val="right"/>
      </w:pPr>
      <w:r>
        <w:t>اب دیکھیں کہ ایک اسلامی کے سکالر بھی بے خبر ہیں اس بات سے۔</w:t>
      </w:r>
    </w:p>
    <w:p>
      <w:r>
        <w:rPr>
          <w:b/>
        </w:rPr>
        <w:t xml:space="preserve">[48:26] </w:t>
      </w:r>
      <w:r>
        <w:t>jo baqayda madrase ka parha hua, arabi zaban se waqif, speaker islam, islam par speeches dete hain woh.</w:t>
      </w:r>
    </w:p>
    <w:p>
      <w:pPr>
        <w:jc w:val="right"/>
      </w:pPr>
      <w:r>
        <w:t>جو باقاعدہ مدرسے کا پڑھا ہوا، عربی زبان سے واقف، سپیکر اسلام، اسلام پر اسپیچز دیتے ہیں وہ۔</w:t>
      </w:r>
    </w:p>
    <w:p>
      <w:r>
        <w:rPr>
          <w:b/>
        </w:rPr>
        <w:t xml:space="preserve">[48:33] </w:t>
      </w:r>
      <w:r>
        <w:t>to poori poori dunya ko zaroorat hai ke aap is ko message pohanchayen.</w:t>
      </w:r>
    </w:p>
    <w:p>
      <w:pPr>
        <w:jc w:val="right"/>
      </w:pPr>
      <w:r>
        <w:t>تو پوری پوری دنیا کو ضرورت ہے کہ آپ اس کو message پہنچائیں۔</w:t>
      </w:r>
    </w:p>
    <w:p>
      <w:r>
        <w:rPr>
          <w:b/>
        </w:rPr>
        <w:t xml:space="preserve">[48:39] </w:t>
      </w:r>
      <w:r>
        <w:t>jo nahi jante, un ko bhi batana hai.</w:t>
      </w:r>
    </w:p>
    <w:p>
      <w:pPr>
        <w:jc w:val="right"/>
      </w:pPr>
      <w:r>
        <w:t>جو نہیں جانتے، ان کو بھی بتانا ہے۔</w:t>
      </w:r>
    </w:p>
    <w:p>
      <w:r>
        <w:rPr>
          <w:b/>
        </w:rPr>
        <w:t xml:space="preserve">[48:42] </w:t>
      </w:r>
      <w:r>
        <w:t>aur jo bataye jante hain, un ko bhi batana hai.</w:t>
      </w:r>
    </w:p>
    <w:p>
      <w:pPr>
        <w:jc w:val="right"/>
      </w:pPr>
      <w:r>
        <w:t>اور جو بتائے جانتے ہیں، ان کو بھی بتانا ہے۔</w:t>
      </w:r>
    </w:p>
    <w:p>
      <w:r>
        <w:rPr>
          <w:b/>
        </w:rPr>
        <w:t xml:space="preserve">[48:47] </w:t>
      </w:r>
      <w:r>
        <w:t>kisi ke liye aap ko sachai ko is ki discovery banana hai.</w:t>
      </w:r>
    </w:p>
    <w:p>
      <w:pPr>
        <w:jc w:val="right"/>
      </w:pPr>
      <w:r>
        <w:t>کسی کے لیے آپ کو سچائی کو اس کی discovery بنانا ہے۔</w:t>
      </w:r>
    </w:p>
    <w:p>
      <w:r>
        <w:rPr>
          <w:b/>
        </w:rPr>
        <w:t xml:space="preserve">[48:52] </w:t>
      </w:r>
      <w:r>
        <w:t>kisi aur ke liye is ko sachai ko is ki rediscovery banana hai.</w:t>
      </w:r>
    </w:p>
    <w:p>
      <w:pPr>
        <w:jc w:val="right"/>
      </w:pPr>
      <w:r>
        <w:t>کسی اور کے لیے اس کو سچائی کو اس کی rediscovery بنانا ہے۔</w:t>
      </w:r>
    </w:p>
    <w:p>
      <w:r>
        <w:rPr>
          <w:b/>
        </w:rPr>
        <w:t xml:space="preserve">[48:57] </w:t>
      </w:r>
      <w:r>
        <w:t>to aap ka mission to bohat hi ziyada bara mission hai.</w:t>
      </w:r>
    </w:p>
    <w:p>
      <w:pPr>
        <w:jc w:val="right"/>
      </w:pPr>
      <w:r>
        <w:t>تو آپ کا mission تو بہت ہی زیادہ بڑا mission ہے۔</w:t>
      </w:r>
    </w:p>
    <w:p>
      <w:r>
        <w:rPr>
          <w:b/>
        </w:rPr>
        <w:t xml:space="preserve">[49:02] </w:t>
      </w:r>
      <w:r>
        <w:t>yaad rakhiye jab time ek sahib ko mein ne dekha, unhein jana tha railway station.</w:t>
      </w:r>
    </w:p>
    <w:p>
      <w:pPr>
        <w:jc w:val="right"/>
      </w:pPr>
      <w:r>
        <w:t>یاد رکھیے جب ٹائم ایک صاحب کو میں نے دیکھا، انہیں جانا تھا ریلوے اسٹیشن۔</w:t>
      </w:r>
    </w:p>
    <w:p>
      <w:r>
        <w:rPr>
          <w:b/>
        </w:rPr>
        <w:t xml:space="preserve">[49:08] </w:t>
      </w:r>
      <w:r>
        <w:t>to woh ghar se nikle bhagte hue.</w:t>
      </w:r>
    </w:p>
    <w:p>
      <w:pPr>
        <w:jc w:val="right"/>
      </w:pPr>
      <w:r>
        <w:t>تو وہ گھر سے نکلے بھاگتے ہوئے۔</w:t>
      </w:r>
    </w:p>
    <w:p>
      <w:r>
        <w:rPr>
          <w:b/>
        </w:rPr>
        <w:t xml:space="preserve">[49:11] </w:t>
      </w:r>
      <w:r>
        <w:t>unhein kahin rickshaw ya taxi pakadna tha.</w:t>
      </w:r>
    </w:p>
    <w:p>
      <w:pPr>
        <w:jc w:val="right"/>
      </w:pPr>
      <w:r>
        <w:t>انہیں کہیں رکشہ یا ٹیکسی پکڑنا تھا۔</w:t>
      </w:r>
    </w:p>
    <w:p>
      <w:r>
        <w:rPr>
          <w:b/>
        </w:rPr>
        <w:t xml:space="preserve">[49:14] </w:t>
      </w:r>
      <w:r>
        <w:t>thoda door ja kar ke stop tha.</w:t>
      </w:r>
    </w:p>
    <w:p>
      <w:pPr>
        <w:jc w:val="right"/>
      </w:pPr>
      <w:r>
        <w:t>تھوڑا دور جا کر کے stop تھا۔</w:t>
      </w:r>
    </w:p>
    <w:p>
      <w:r>
        <w:rPr>
          <w:b/>
        </w:rPr>
        <w:t xml:space="preserve">[49:17] </w:t>
      </w:r>
      <w:r>
        <w:t>to ghar se bhagte hue nikle woh.</w:t>
      </w:r>
    </w:p>
    <w:p>
      <w:pPr>
        <w:jc w:val="right"/>
      </w:pPr>
      <w:r>
        <w:t>تو گھر سے بھاگتے ہوئے نکلے وہ۔</w:t>
      </w:r>
    </w:p>
    <w:p>
      <w:r>
        <w:rPr>
          <w:b/>
        </w:rPr>
        <w:t xml:space="preserve">[49:20] </w:t>
      </w:r>
      <w:r>
        <w:t>main ne kaha aap bhag kar kyun ja rahe hain? unhon ne kaha ke bohat kam time hai.</w:t>
      </w:r>
    </w:p>
    <w:p>
      <w:pPr>
        <w:jc w:val="right"/>
      </w:pPr>
      <w:r>
        <w:t>میں نے کہا آپ بھاگ کر کیوں جا رہے ہیں؟ انہوں نے کہا کہ بہت کم ٹائم ہے۔</w:t>
      </w:r>
    </w:p>
    <w:p>
      <w:r>
        <w:rPr>
          <w:b/>
        </w:rPr>
        <w:t xml:space="preserve">[49:28] </w:t>
      </w:r>
      <w:r>
        <w:t>agar nahin bhagoon ge to train chhoot jaye gi.</w:t>
      </w:r>
    </w:p>
    <w:p>
      <w:pPr>
        <w:jc w:val="right"/>
      </w:pPr>
      <w:r>
        <w:t>اگر نہیں بھاگوں گے تو ٹرین چھوٹ جائے گی۔</w:t>
      </w:r>
    </w:p>
    <w:p>
      <w:r>
        <w:rPr>
          <w:b/>
        </w:rPr>
        <w:t xml:space="preserve">[49:32] </w:t>
      </w:r>
      <w:r>
        <w:t>ek aadmi jis ko ke train pakadna hai aur dar hai ke train kahin chhoot na jaye, woh</w:t>
      </w:r>
    </w:p>
    <w:p>
      <w:pPr>
        <w:jc w:val="right"/>
      </w:pPr>
      <w:r>
        <w:t>ایک آدمی جس کو کہ ٹرین پکڑنا ہے اور ڈر ہے کہ ٹرین کہیں چھوٹ نہ جائے، وہ</w:t>
      </w:r>
    </w:p>
    <w:p>
      <w:r>
        <w:rPr>
          <w:b/>
        </w:rPr>
        <w:t xml:space="preserve">[49:40] </w:t>
      </w:r>
      <w:r>
        <w:t>daur kar station pohanchta hai.</w:t>
      </w:r>
    </w:p>
    <w:p>
      <w:pPr>
        <w:jc w:val="right"/>
      </w:pPr>
      <w:r>
        <w:t>دوڑ کر اسٹیشن پہنچتا ہے۔</w:t>
      </w:r>
    </w:p>
    <w:p>
      <w:r>
        <w:rPr>
          <w:b/>
        </w:rPr>
        <w:t xml:space="preserve">[49:42] </w:t>
      </w:r>
      <w:r>
        <w:t>to aap ka haal is se bhi barh kar hona chahiye.</w:t>
      </w:r>
    </w:p>
    <w:p>
      <w:pPr>
        <w:jc w:val="right"/>
      </w:pPr>
      <w:r>
        <w:t>تو آپ کا حال اس سے بھی بڑھ کر ہونا چاہیے۔</w:t>
      </w:r>
    </w:p>
    <w:p>
      <w:r>
        <w:rPr>
          <w:b/>
        </w:rPr>
        <w:t xml:space="preserve">[49:47] </w:t>
      </w:r>
      <w:r>
        <w:t>kyun ke qayamat qareeb aa gayi.</w:t>
      </w:r>
    </w:p>
    <w:p>
      <w:pPr>
        <w:jc w:val="right"/>
      </w:pPr>
      <w:r>
        <w:t>کیونکہ قیامت قریب آ گئی۔</w:t>
      </w:r>
    </w:p>
    <w:p>
      <w:r>
        <w:rPr>
          <w:b/>
        </w:rPr>
        <w:t xml:space="preserve">[49:49] </w:t>
      </w:r>
      <w:r>
        <w:t>israfeel soor phoonkne ke liye khare hue hain.</w:t>
      </w:r>
    </w:p>
    <w:p>
      <w:pPr>
        <w:jc w:val="right"/>
      </w:pPr>
      <w:r>
        <w:t>اسرافیل سور پھونکنے کے لیے کھڑے ہوئے ہیں۔</w:t>
      </w:r>
    </w:p>
    <w:p>
      <w:r>
        <w:rPr>
          <w:b/>
        </w:rPr>
        <w:t xml:space="preserve">[49:52] </w:t>
      </w:r>
      <w:r>
        <w:t>kab khuda ka hukum hoga aur soor phoonk de? aur duniya destroy kar de duniya ko.</w:t>
      </w:r>
    </w:p>
    <w:p>
      <w:pPr>
        <w:jc w:val="right"/>
      </w:pPr>
      <w:r>
        <w:t>کب خدا کا حکم ہوگا اور سور پھونک دے؟ اور دنیا destroy کر دے دنیا کو۔</w:t>
      </w:r>
    </w:p>
    <w:p>
      <w:r>
        <w:rPr>
          <w:b/>
        </w:rPr>
        <w:t xml:space="preserve">[49:59] </w:t>
      </w:r>
      <w:r>
        <w:t>to aap ke paas time kahan hai? aap ko daurna hai, daurna hai, daurna hai.</w:t>
      </w:r>
    </w:p>
    <w:p>
      <w:pPr>
        <w:jc w:val="right"/>
      </w:pPr>
      <w:r>
        <w:t>تو آپ کے پاس ٹائم کہاں ہے؟ آپ کو دوڑنا ہے، دوڑنا ہے، دوڑنا ہے۔</w:t>
      </w:r>
    </w:p>
    <w:p>
      <w:r>
        <w:rPr>
          <w:b/>
        </w:rPr>
        <w:t xml:space="preserve">[50:05] </w:t>
      </w:r>
      <w:r>
        <w:t>aur is se pehle bhi main ne aap se kaha tha aur ab bhi kehta hoon ke sab</w:t>
      </w:r>
    </w:p>
    <w:p>
      <w:pPr>
        <w:jc w:val="right"/>
      </w:pPr>
      <w:r>
        <w:t>اور اس سے پہلے بھی میں نے آپ سے کہا تھا اور اب بھی کہتا ہوں کہ سب</w:t>
      </w:r>
    </w:p>
    <w:p>
      <w:r>
        <w:rPr>
          <w:b/>
        </w:rPr>
        <w:t xml:space="preserve">[50:13] </w:t>
      </w:r>
      <w:r>
        <w:t>se bara kaam hai literature ko phailana.</w:t>
      </w:r>
    </w:p>
    <w:p>
      <w:pPr>
        <w:jc w:val="right"/>
      </w:pPr>
      <w:r>
        <w:t>سے بڑا کام ہے literature کو پھیلانا۔</w:t>
      </w:r>
    </w:p>
    <w:p>
      <w:r>
        <w:rPr>
          <w:b/>
        </w:rPr>
        <w:t xml:space="preserve">[50:16] </w:t>
      </w:r>
      <w:r>
        <w:t>kal mere paas telephone aaya america se Kaleemuddin sahib ka.</w:t>
      </w:r>
    </w:p>
    <w:p>
      <w:pPr>
        <w:jc w:val="right"/>
      </w:pPr>
      <w:r>
        <w:t>کل میرے پاس ٹیلی فون آیا امریکہ سے کلیم الدین صاحب کا۔</w:t>
      </w:r>
    </w:p>
    <w:p>
      <w:r>
        <w:rPr>
          <w:b/>
        </w:rPr>
        <w:t xml:space="preserve">[50:21] </w:t>
      </w:r>
      <w:r>
        <w:t>woh internet par unhon ne sari cheezein daal rahe hain woh.</w:t>
      </w:r>
    </w:p>
    <w:p>
      <w:pPr>
        <w:jc w:val="right"/>
      </w:pPr>
      <w:r>
        <w:t>وہ انٹرنیٹ پر انہوں نے ساری چیزیں ڈال رہے ہیں وہ۔</w:t>
      </w:r>
    </w:p>
    <w:p>
      <w:r>
        <w:rPr>
          <w:b/>
        </w:rPr>
        <w:t xml:space="preserve">[50:26] </w:t>
      </w:r>
      <w:r>
        <w:t>sara literature, magazine waghera.</w:t>
      </w:r>
    </w:p>
    <w:p>
      <w:pPr>
        <w:jc w:val="right"/>
      </w:pPr>
      <w:r>
        <w:t>سارا literature، میگزین وغیرہ۔</w:t>
      </w:r>
    </w:p>
    <w:p>
      <w:r>
        <w:rPr>
          <w:b/>
        </w:rPr>
        <w:t xml:space="preserve">[50:28] </w:t>
      </w:r>
      <w:r>
        <w:t>to keh rahe the ke musalsal logon ki taraf se aati rehti hai hamare paas.</w:t>
      </w:r>
    </w:p>
    <w:p>
      <w:pPr>
        <w:jc w:val="right"/>
      </w:pPr>
      <w:r>
        <w:t>تو کہہ رہے تھے کہ مسلسل لوگوں کی طرف سے آتی رہتی ہے ہمارے پاس۔</w:t>
      </w:r>
    </w:p>
    <w:p>
      <w:r>
        <w:rPr>
          <w:b/>
        </w:rPr>
        <w:t xml:space="preserve">[50:34] </w:t>
      </w:r>
      <w:r>
        <w:t>yani letter aata hai, inquiry aati hai.</w:t>
      </w:r>
    </w:p>
    <w:p>
      <w:pPr>
        <w:jc w:val="right"/>
      </w:pPr>
      <w:r>
        <w:t>یعنی letter آتا ہے، inquiry آتی ہے۔</w:t>
      </w:r>
    </w:p>
    <w:p>
      <w:r>
        <w:rPr>
          <w:b/>
        </w:rPr>
        <w:t xml:space="preserve">[50:37] </w:t>
      </w:r>
      <w:r>
        <w:t>bohat ziyada visit kar rahe hain log.</w:t>
      </w:r>
    </w:p>
    <w:p>
      <w:pPr>
        <w:jc w:val="right"/>
      </w:pPr>
      <w:r>
        <w:t>بہت زیادہ visit کر رہے ہیں لوگ۔</w:t>
      </w:r>
    </w:p>
    <w:p>
      <w:r>
        <w:rPr>
          <w:b/>
        </w:rPr>
        <w:t xml:space="preserve">[50:40] </w:t>
      </w:r>
      <w:r>
        <w:t>to internet ke baray mein hum is se pehle jante bhi nahin thay.</w:t>
      </w:r>
    </w:p>
    <w:p>
      <w:pPr>
        <w:jc w:val="right"/>
      </w:pPr>
      <w:r>
        <w:t>تو انٹرنیٹ کے بارے میں ہم اس سے پہلے جانتے بھی نہیں تھے۔</w:t>
      </w:r>
    </w:p>
    <w:p>
      <w:r>
        <w:rPr>
          <w:b/>
        </w:rPr>
        <w:t xml:space="preserve">[50:46] </w:t>
      </w:r>
      <w:r>
        <w:t>to ek bohat bara zariya internet ka ho gaya hai.</w:t>
      </w:r>
    </w:p>
    <w:p>
      <w:pPr>
        <w:jc w:val="right"/>
      </w:pPr>
      <w:r>
        <w:t>تو ایک بہت بڑا ذریعہ انٹرنیٹ کا ہو گیا ہے۔</w:t>
      </w:r>
    </w:p>
    <w:p>
      <w:r>
        <w:rPr>
          <w:b/>
        </w:rPr>
        <w:t xml:space="preserve">[50:50] </w:t>
      </w:r>
      <w:r>
        <w:t>to sari baatein aap internet par daal dein.</w:t>
      </w:r>
    </w:p>
    <w:p>
      <w:pPr>
        <w:jc w:val="right"/>
      </w:pPr>
      <w:r>
        <w:t>تو ساری باتیں آپ انٹرنیٹ پر ڈال دیں۔</w:t>
      </w:r>
    </w:p>
    <w:p>
      <w:r>
        <w:rPr>
          <w:b/>
        </w:rPr>
        <w:t xml:space="preserve">[50:53] </w:t>
      </w:r>
      <w:r>
        <w:t>sari baatein chhipi hui shakal mein logon ke paas pohancha dein.</w:t>
      </w:r>
    </w:p>
    <w:p>
      <w:pPr>
        <w:jc w:val="right"/>
      </w:pPr>
      <w:r>
        <w:t>ساری باتیں چھپی ہوئی شکل میں لوگوں کے پاس پہنچا دیں۔</w:t>
      </w:r>
    </w:p>
    <w:p>
      <w:r>
        <w:rPr>
          <w:b/>
        </w:rPr>
        <w:t xml:space="preserve">[50:58] </w:t>
      </w:r>
      <w:r>
        <w:t>tv ke zariye se sari baatein pohncha dein logon tak.</w:t>
      </w:r>
    </w:p>
    <w:p>
      <w:pPr>
        <w:jc w:val="right"/>
      </w:pPr>
      <w:r>
        <w:t>ٹی وی کے ذریعے سے ساری باتیں پہنچا دیں لوگوں تک۔</w:t>
      </w:r>
    </w:p>
    <w:p>
      <w:r>
        <w:rPr>
          <w:b/>
        </w:rPr>
        <w:t xml:space="preserve">[51:03] </w:t>
      </w:r>
      <w:r>
        <w:t>yeh hum ek aise zamane mein hain ke khuda ne itne saare yani zariye khol diye hain.</w:t>
      </w:r>
    </w:p>
    <w:p>
      <w:pPr>
        <w:jc w:val="right"/>
      </w:pPr>
      <w:r>
        <w:t>یہ ہم ایک ایسے زمانے میں ہیں کہ خدا نے اتنے سارے یعنی ذریعے کھول دیے ہیں۔</w:t>
      </w:r>
    </w:p>
    <w:p>
      <w:r>
        <w:rPr>
          <w:b/>
        </w:rPr>
        <w:t xml:space="preserve">[51:10] </w:t>
      </w:r>
      <w:r>
        <w:t>is se pehle to yeh sab zariya hua nahi karta tha.</w:t>
      </w:r>
    </w:p>
    <w:p>
      <w:pPr>
        <w:jc w:val="right"/>
      </w:pPr>
      <w:r>
        <w:t>اس سے پہلے تو یہ سب ذریعہ ہوا نہیں کرتا تھا۔</w:t>
      </w:r>
    </w:p>
    <w:p>
      <w:r>
        <w:rPr>
          <w:b/>
        </w:rPr>
        <w:t xml:space="preserve">[51:15] </w:t>
      </w:r>
      <w:r>
        <w:t>to jo bhi possible tareeqa hai hamare paas, jo hamare bas mein hai, in sab ko istemal karte</w:t>
      </w:r>
    </w:p>
    <w:p>
      <w:pPr>
        <w:jc w:val="right"/>
      </w:pPr>
      <w:r>
        <w:t>تو جو بھی possible طریقہ ہے ہمارے پاس، جو ہمارے بس میں ہے، ان سب کو استعمال کرتے</w:t>
      </w:r>
    </w:p>
    <w:p>
      <w:r>
        <w:rPr>
          <w:b/>
        </w:rPr>
        <w:t xml:space="preserve">[51:23] </w:t>
      </w:r>
      <w:r>
        <w:t>hue hamein yani yeh samajhna chahiye ke kal subah hi qayamat aa sakti hai, to aaj hi pohncha</w:t>
      </w:r>
    </w:p>
    <w:p>
      <w:pPr>
        <w:jc w:val="right"/>
      </w:pPr>
      <w:r>
        <w:t>ہوئے ہمیں یعنی یہ سمجھنا چاہیے کہ کل صبح ہی قیامت آ سکتی ہے، تو آج ہی پہنچا</w:t>
      </w:r>
    </w:p>
    <w:p>
      <w:r>
        <w:rPr>
          <w:b/>
        </w:rPr>
        <w:t xml:space="preserve">[51:30] </w:t>
      </w:r>
      <w:r>
        <w:t>do.</w:t>
      </w:r>
    </w:p>
    <w:p>
      <w:pPr>
        <w:jc w:val="right"/>
      </w:pPr>
      <w:r>
        <w:t>دو۔</w:t>
      </w:r>
    </w:p>
    <w:p>
      <w:r>
        <w:rPr>
          <w:b/>
        </w:rPr>
        <w:t xml:space="preserve">[51:32] </w:t>
      </w:r>
      <w:r>
        <w:t>hamein is tarah jeena hai duniya mein, is soch ke sath.</w:t>
      </w:r>
    </w:p>
    <w:p>
      <w:pPr>
        <w:jc w:val="right"/>
      </w:pPr>
      <w:r>
        <w:t>ہمیں اس طرح جینا ہے دنیا میں، اس سوچ کے ساتھ۔</w:t>
      </w:r>
    </w:p>
    <w:p>
      <w:r>
        <w:rPr>
          <w:b/>
        </w:rPr>
        <w:t xml:space="preserve">[51:36] </w:t>
      </w:r>
      <w:r>
        <w:t>ho sakta hai ke qayamat aaj sham ko aa jaye, ho sakta hai qayamat kal subah aa jaye.</w:t>
      </w:r>
    </w:p>
    <w:p>
      <w:pPr>
        <w:jc w:val="right"/>
      </w:pPr>
      <w:r>
        <w:t>ہو سکتا ہے کہ قیامت آج شام کو آ جائے، ہو سکتا ہے قیامت کل صبح آ جائے۔</w:t>
      </w:r>
    </w:p>
    <w:p>
      <w:r>
        <w:rPr>
          <w:b/>
        </w:rPr>
        <w:t xml:space="preserve">[51:44] </w:t>
      </w:r>
      <w:r>
        <w:t>kyunke jab pata nahi hai, do do cheezon ke bare mein sirf khuda ko pata hai: maut aur</w:t>
      </w:r>
    </w:p>
    <w:p>
      <w:pPr>
        <w:jc w:val="right"/>
      </w:pPr>
      <w:r>
        <w:t>کیونکہ جب پتہ نہیں ہے، دو دو چیزوں کے بارے میں صرف خدا کو پتہ ہے: موت اور</w:t>
      </w:r>
    </w:p>
    <w:p>
      <w:r>
        <w:rPr>
          <w:b/>
        </w:rPr>
        <w:t xml:space="preserve">[51:52] </w:t>
      </w:r>
      <w:r>
        <w:t>qayamat.</w:t>
      </w:r>
    </w:p>
    <w:p>
      <w:pPr>
        <w:jc w:val="right"/>
      </w:pPr>
      <w:r>
        <w:t>قیامت۔</w:t>
      </w:r>
    </w:p>
    <w:p>
      <w:r>
        <w:rPr>
          <w:b/>
        </w:rPr>
        <w:t xml:space="preserve">[51:53] </w:t>
      </w:r>
      <w:r>
        <w:t>kisi ko pata nahi ke maut kab aayegi, kisi ko pata nahi qayamat kab aa jayegi.</w:t>
      </w:r>
    </w:p>
    <w:p>
      <w:pPr>
        <w:jc w:val="right"/>
      </w:pPr>
      <w:r>
        <w:t>کسی کو پتہ نہیں کہ موت کب آئے گی، کسی کو پتہ نہیں قیامت کب آ جائے گی۔</w:t>
      </w:r>
    </w:p>
    <w:p>
      <w:r>
        <w:rPr>
          <w:b/>
        </w:rPr>
        <w:t xml:space="preserve">[52:01] </w:t>
      </w:r>
      <w:r>
        <w:t>la taqoomu illa baqta quran mein hai ke la taqoomu illa baqta qayamat aayegi bilkul achanak, suddenly.</w:t>
      </w:r>
    </w:p>
    <w:p>
      <w:pPr>
        <w:jc w:val="right"/>
      </w:pPr>
      <w:r>
        <w:t>لا تعتقم الا بقتا قرآن میں ہے کہ لا تعتقم الا بقتا قیامت آئے گی بالکل اچانک، suddenly۔</w:t>
      </w:r>
    </w:p>
    <w:p>
      <w:r>
        <w:rPr>
          <w:b/>
        </w:rPr>
        <w:t xml:space="preserve">[52:09] </w:t>
      </w:r>
      <w:r>
        <w:t>jis tarah bohot aati hai baghair pehle se jaane hue.</w:t>
      </w:r>
    </w:p>
    <w:p>
      <w:pPr>
        <w:jc w:val="right"/>
      </w:pPr>
      <w:r>
        <w:t>جس طرح بہت آتی ہے بغیر پہلے سے جانے ہوئے۔</w:t>
      </w:r>
    </w:p>
    <w:p>
      <w:r>
        <w:rPr>
          <w:b/>
        </w:rPr>
        <w:t xml:space="preserve">[52:13] </w:t>
      </w:r>
      <w:r>
        <w:t>to qayamat jab suddenly aayegi, achanak hi aayegi.</w:t>
      </w:r>
    </w:p>
    <w:p>
      <w:pPr>
        <w:jc w:val="right"/>
      </w:pPr>
      <w:r>
        <w:t>تو قیامت جب suddenly آئے گی، اچانک ہی آئے گی۔</w:t>
      </w:r>
    </w:p>
    <w:p>
      <w:r>
        <w:rPr>
          <w:b/>
        </w:rPr>
        <w:t xml:space="preserve">[52:17] </w:t>
      </w:r>
      <w:r>
        <w:t>aur hadith mein aata hai ke israfel farishta jo hai, jo angel muqarrar hai sur yani bughal bajane</w:t>
      </w:r>
    </w:p>
    <w:p>
      <w:pPr>
        <w:jc w:val="right"/>
      </w:pPr>
      <w:r>
        <w:t>اور حدیث میں آتا ہے کہ اسرافیل فرشتہ جو ہے، جو angel مقرر ہے سور یعنی بگل بجانے</w:t>
      </w:r>
    </w:p>
    <w:p>
      <w:r>
        <w:rPr>
          <w:b/>
        </w:rPr>
        <w:t xml:space="preserve">[52:25] </w:t>
      </w:r>
      <w:r>
        <w:t>ke liye qayamat ka, uska naam hai israfel.</w:t>
      </w:r>
    </w:p>
    <w:p>
      <w:pPr>
        <w:jc w:val="right"/>
      </w:pPr>
      <w:r>
        <w:t>کے لیے قیامت کا، اس کا نام ہے اسرافیل۔</w:t>
      </w:r>
    </w:p>
    <w:p>
      <w:r>
        <w:rPr>
          <w:b/>
        </w:rPr>
        <w:t xml:space="preserve">[52:29] </w:t>
      </w:r>
      <w:r>
        <w:t>to israfel angel jo hai, woh khade hue hain sur le kar ke.</w:t>
      </w:r>
    </w:p>
    <w:p>
      <w:pPr>
        <w:jc w:val="right"/>
      </w:pPr>
      <w:r>
        <w:t>تو اسرافیل angel جو ہے، وہ کھڑے ہوئے ہیں سور لے کر کے۔</w:t>
      </w:r>
    </w:p>
    <w:p>
      <w:r>
        <w:rPr>
          <w:b/>
        </w:rPr>
        <w:t xml:space="preserve">[52:35] </w:t>
      </w:r>
      <w:r>
        <w:t>is intezar mein ke kab khuda ka hukum ho aur aur sur phoonk de.</w:t>
      </w:r>
    </w:p>
    <w:p>
      <w:pPr>
        <w:jc w:val="right"/>
      </w:pPr>
      <w:r>
        <w:t>اس انتظار میں کہ کب خدا کا حکم ہو اور اور سور پھونک دے۔</w:t>
      </w:r>
    </w:p>
    <w:p>
      <w:r>
        <w:rPr>
          <w:b/>
        </w:rPr>
        <w:t xml:space="preserve">[52:41] </w:t>
      </w:r>
      <w:r>
        <w:t>aur iske baad sab kuch khatam ho jayega.</w:t>
      </w:r>
    </w:p>
    <w:p>
      <w:pPr>
        <w:jc w:val="right"/>
      </w:pPr>
      <w:r>
        <w:t>اور اس کے بعد سب کچھ ختم ہو جائے گا۔</w:t>
      </w:r>
    </w:p>
    <w:p>
      <w:r>
        <w:rPr>
          <w:b/>
        </w:rPr>
        <w:t xml:space="preserve">[52:45] </w:t>
      </w:r>
      <w:r>
        <w:t>sab kuch khatam.</w:t>
      </w:r>
    </w:p>
    <w:p>
      <w:pPr>
        <w:jc w:val="right"/>
      </w:pPr>
      <w:r>
        <w:t>سب کچھ ختم۔</w:t>
      </w:r>
    </w:p>
    <w:p>
      <w:r>
        <w:rPr>
          <w:b/>
        </w:rPr>
        <w:t xml:space="preserve">[52:46] </w:t>
      </w:r>
      <w:r>
        <w:t>to israfel sur liye khade hain ke kab khuda ka hukum ho aur woh phoonk maarein is mein.</w:t>
      </w:r>
    </w:p>
    <w:p>
      <w:pPr>
        <w:jc w:val="right"/>
      </w:pPr>
      <w:r>
        <w:t>تو اسرافیل سور لیے کھڑے ہیں کہ کب خدا کا حکم ہو اور وہ پھونک ماریں اس میں۔</w:t>
      </w:r>
    </w:p>
    <w:p>
      <w:r>
        <w:rPr>
          <w:b/>
        </w:rPr>
        <w:t xml:space="preserve">[52:54] </w:t>
      </w:r>
      <w:r>
        <w:t>aur duniya jo hai, destroy ho jaye.</w:t>
      </w:r>
    </w:p>
    <w:p>
      <w:pPr>
        <w:jc w:val="right"/>
      </w:pPr>
      <w:r>
        <w:t>اور دنیا جو ہے، destroy ہو جائے۔</w:t>
      </w:r>
    </w:p>
    <w:p>
      <w:r>
        <w:rPr>
          <w:b/>
        </w:rPr>
        <w:t xml:space="preserve">[52:57] </w:t>
      </w:r>
      <w:r>
        <w:t>destroy ke maani hain ke nai duniya bane.</w:t>
      </w:r>
    </w:p>
    <w:p>
      <w:pPr>
        <w:jc w:val="right"/>
      </w:pPr>
      <w:r>
        <w:t>Destroy کے معنی ہیں کہ نئی دنیا بنے۔</w:t>
      </w:r>
    </w:p>
    <w:p>
      <w:r>
        <w:rPr>
          <w:b/>
        </w:rPr>
        <w:t xml:space="preserve">[53:00] </w:t>
      </w:r>
      <w:r>
        <w:t>ek duniya khatam ho aur doosri duniya banna shuru ho jaye.</w:t>
      </w:r>
    </w:p>
    <w:p>
      <w:pPr>
        <w:jc w:val="right"/>
      </w:pPr>
      <w:r>
        <w:t>ایک دنیا ختم ہو اور دوسری دنیا بننا شروع ہو جائے۔</w:t>
      </w:r>
    </w:p>
    <w:p>
      <w:r>
        <w:rPr>
          <w:b/>
        </w:rPr>
        <w:t xml:space="preserve">[53:05] </w:t>
      </w:r>
      <w:r>
        <w:t>to aap pata nahi ke time kahan hai? jab maamla yeh ho ke aaj sham ko qayamat aa</w:t>
      </w:r>
    </w:p>
    <w:p>
      <w:pPr>
        <w:jc w:val="right"/>
      </w:pPr>
      <w:r>
        <w:t>تو آپ پتہ نہیں کہ ٹائم کہاں ہے؟ جب معاملہ یہ ہو کہ آج شام کو قیامت آ</w:t>
      </w:r>
    </w:p>
    <w:p>
      <w:r>
        <w:rPr>
          <w:b/>
        </w:rPr>
        <w:t xml:space="preserve">[53:13] </w:t>
      </w:r>
      <w:r>
        <w:t>sakti hai, kal subah ko qayamat aa sakti hai.</w:t>
      </w:r>
    </w:p>
    <w:p>
      <w:pPr>
        <w:jc w:val="right"/>
      </w:pPr>
      <w:r>
        <w:t>سکتی ہے، کل صبح کو قیامت آ سکتی ہے۔</w:t>
      </w:r>
    </w:p>
    <w:p>
      <w:r>
        <w:rPr>
          <w:b/>
        </w:rPr>
        <w:t xml:space="preserve">[53:17] </w:t>
      </w:r>
      <w:r>
        <w:t>to kiya hum wait kar sakte hain? phir wait karne ka time nahi hai.</w:t>
      </w:r>
    </w:p>
    <w:p>
      <w:pPr>
        <w:jc w:val="right"/>
      </w:pPr>
      <w:r>
        <w:t>تو کیا ہم wait کر سکتے ہیں؟ پھر wait کرنے کا ٹائم نہیں ہے۔</w:t>
      </w:r>
    </w:p>
    <w:p>
      <w:r>
        <w:rPr>
          <w:b/>
        </w:rPr>
        <w:t xml:space="preserve">[53:23] </w:t>
      </w:r>
      <w:r>
        <w:t>to khuda ke fazal se aap log bohat acha kaam kar rahe hain.</w:t>
      </w:r>
    </w:p>
    <w:p>
      <w:pPr>
        <w:jc w:val="right"/>
      </w:pPr>
      <w:r>
        <w:t>تو خدا کے فضل سے آپ لوگ بہت اچھا کام کر رہے ہیں۔</w:t>
      </w:r>
    </w:p>
    <w:p>
      <w:r>
        <w:rPr>
          <w:b/>
        </w:rPr>
        <w:t xml:space="preserve">[53:28] </w:t>
      </w:r>
      <w:r>
        <w:t>aur jagah jagah log sargaram hain is kaam mein.</w:t>
      </w:r>
    </w:p>
    <w:p>
      <w:pPr>
        <w:jc w:val="right"/>
      </w:pPr>
      <w:r>
        <w:t>اور جگہ جگہ لوگ سرگرم ہیں اس کام میں۔</w:t>
      </w:r>
    </w:p>
    <w:p>
      <w:r>
        <w:rPr>
          <w:b/>
        </w:rPr>
        <w:t xml:space="preserve">[53:32] </w:t>
      </w:r>
      <w:r>
        <w:t>aur main aap ko dua karta hoon ke aap Allah taala aap ko taqat de.</w:t>
      </w:r>
    </w:p>
    <w:p>
      <w:pPr>
        <w:jc w:val="right"/>
      </w:pPr>
      <w:r>
        <w:t>اور میں آپ کو دعا کرتا ہوں کہ آپ اللہ تعالیٰ آپ کو طاقت دے۔</w:t>
      </w:r>
    </w:p>
    <w:p>
      <w:r>
        <w:rPr>
          <w:b/>
        </w:rPr>
        <w:t xml:space="preserve">[53:39] </w:t>
      </w:r>
      <w:r>
        <w:t>aap ke waqt mein barkat de.</w:t>
      </w:r>
    </w:p>
    <w:p>
      <w:pPr>
        <w:jc w:val="right"/>
      </w:pPr>
      <w:r>
        <w:t>آپ کے وقت میں برکت دے۔</w:t>
      </w:r>
    </w:p>
    <w:p>
      <w:r>
        <w:rPr>
          <w:b/>
        </w:rPr>
        <w:t xml:space="preserve">[53:41] </w:t>
      </w:r>
      <w:r>
        <w:t>jagah jagah se mujhe telephone par ya khat ke zariye se maloomat hoti rehti hain.</w:t>
      </w:r>
    </w:p>
    <w:p>
      <w:pPr>
        <w:jc w:val="right"/>
      </w:pPr>
      <w:r>
        <w:t>جگہ جگہ سے مجھے ٹیلی فون پر یا خط کے ذریعے سے معلومات ہوتی رہتی ہیں۔</w:t>
      </w:r>
    </w:p>
    <w:p>
      <w:r>
        <w:rPr>
          <w:b/>
        </w:rPr>
        <w:t xml:space="preserve">[53:48] </w:t>
      </w:r>
      <w:r>
        <w:t>dilli mein bhi log mashallah jo kaam kar rahe hain, us ka mujhe ilm hota rehta hai.</w:t>
      </w:r>
    </w:p>
    <w:p>
      <w:pPr>
        <w:jc w:val="right"/>
      </w:pPr>
      <w:r>
        <w:t>دلی میں بھی لوگ ماشاءاللہ جو کام کر رہے ہیں، اس کا مجھے علم ہوتا رہتا ہے۔</w:t>
      </w:r>
    </w:p>
    <w:p>
      <w:r>
        <w:rPr>
          <w:b/>
        </w:rPr>
        <w:t xml:space="preserve">[53:55] </w:t>
      </w:r>
      <w:r>
        <w:t>to bas samajhta hoon ke hamari jo team hai, na sirf dilli mein balkeh india mein, na sirf</w:t>
      </w:r>
    </w:p>
    <w:p>
      <w:pPr>
        <w:jc w:val="right"/>
      </w:pPr>
      <w:r>
        <w:t>تو بس سمجھتا ہوں کہ ہماری جو ٹیم ہے، نہ صرف دلی میں بلکہ انڈیا میں، نہ صرف</w:t>
      </w:r>
    </w:p>
    <w:p>
      <w:r>
        <w:rPr>
          <w:b/>
        </w:rPr>
        <w:t xml:space="preserve">[54:03] </w:t>
      </w:r>
      <w:r>
        <w:t>india mein balkeh poori duniya mein, jagah jagah active hai.</w:t>
      </w:r>
    </w:p>
    <w:p>
      <w:pPr>
        <w:jc w:val="right"/>
      </w:pPr>
      <w:r>
        <w:t>انڈیا میں بلکہ پوری دنیا میں، جگہ جگہ active ہے۔</w:t>
      </w:r>
    </w:p>
    <w:p>
      <w:r>
        <w:rPr>
          <w:b/>
        </w:rPr>
        <w:t xml:space="preserve">[54:07] </w:t>
      </w:r>
      <w:r>
        <w:t>ab isi activity ko hamein kuch aur barhana hai.</w:t>
      </w:r>
    </w:p>
    <w:p>
      <w:pPr>
        <w:jc w:val="right"/>
      </w:pPr>
      <w:r>
        <w:t>اب اسی activity کو ہمیں کچھ اور بڑھانا ہے۔</w:t>
      </w:r>
    </w:p>
    <w:p>
      <w:r>
        <w:rPr>
          <w:b/>
        </w:rPr>
        <w:t xml:space="preserve">[54:11] </w:t>
      </w:r>
      <w:r>
        <w:t>aur ziyada is mein tezi lana hai.</w:t>
      </w:r>
    </w:p>
    <w:p>
      <w:pPr>
        <w:jc w:val="right"/>
      </w:pPr>
      <w:r>
        <w:t>اور زیادہ اس میں تیزی لانا ہے۔</w:t>
      </w:r>
    </w:p>
    <w:p>
      <w:r>
        <w:rPr>
          <w:b/>
        </w:rPr>
        <w:t xml:space="preserve">[54:14] </w:t>
      </w:r>
      <w:r>
        <w:t>jaise maine misaal di ke unhon ne socha ke hum ek shehar mein kaam kar rahe hain,</w:t>
      </w:r>
    </w:p>
    <w:p>
      <w:pPr>
        <w:jc w:val="right"/>
      </w:pPr>
      <w:r>
        <w:t>جیسے میں نے مثال دی کہ انہوں نے سوچا کہ ہم ایک شہر میں کام کر رہے ہیں،</w:t>
      </w:r>
    </w:p>
    <w:p>
      <w:r>
        <w:rPr>
          <w:b/>
        </w:rPr>
        <w:t xml:space="preserve">[54:22] </w:t>
      </w:r>
      <w:r>
        <w:t>van par le kar ke hum data jab jayen, jagah jagah, har jagah phailayen, door door phailayen.</w:t>
      </w:r>
    </w:p>
    <w:p>
      <w:pPr>
        <w:jc w:val="right"/>
      </w:pPr>
      <w:r>
        <w:t>van پر لے کر کے ہم data جب جائیں، جگہ جگہ، ہر جگہ پھیلائیں، دور دور پھیلائیں۔</w:t>
      </w:r>
    </w:p>
    <w:p>
      <w:r>
        <w:rPr>
          <w:b/>
        </w:rPr>
        <w:t xml:space="preserve">[54:29] </w:t>
      </w:r>
      <w:r>
        <w:t>to unhon ne apne kaam ko barhane ka ek scheme banai.</w:t>
      </w:r>
    </w:p>
    <w:p>
      <w:pPr>
        <w:jc w:val="right"/>
      </w:pPr>
      <w:r>
        <w:t>تو انہوں نے اپنے کام کو بڑھانے کا ایک scheme بنائی۔</w:t>
      </w:r>
    </w:p>
    <w:p>
      <w:r>
        <w:rPr>
          <w:b/>
        </w:rPr>
        <w:t xml:space="preserve">[54:34] </w:t>
      </w:r>
      <w:r>
        <w:t>to mujhe khushi, aap ne poocha nahi tha unhon ne? mujhe khushi is baat ki hui ke haan,</w:t>
      </w:r>
    </w:p>
    <w:p>
      <w:pPr>
        <w:jc w:val="right"/>
      </w:pPr>
      <w:r>
        <w:t>تو مجھے خوشی، آپ نے پوچھا نہیں تھا انہوں نے؟ مجھے خوشی اس بات کی ہوئی کہ ہاں،</w:t>
      </w:r>
    </w:p>
    <w:p>
      <w:r>
        <w:rPr>
          <w:b/>
        </w:rPr>
        <w:t xml:space="preserve">[54:42] </w:t>
      </w:r>
      <w:r>
        <w:t>yeh woh is yeh wait nahi kar rahe thay ke hamari taraf se koi in ko program diya</w:t>
      </w:r>
    </w:p>
    <w:p>
      <w:pPr>
        <w:jc w:val="right"/>
      </w:pPr>
      <w:r>
        <w:t>یہ وہ اس یہ wait نہیں کر رہے تھے کہ ہماری طرف سے کوئی ان کو program دیا</w:t>
      </w:r>
    </w:p>
    <w:p>
      <w:r>
        <w:rPr>
          <w:b/>
        </w:rPr>
        <w:t xml:space="preserve">[54:49]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[54:51] </w:t>
      </w:r>
      <w:r>
        <w:t>aur phir is ke liye kaam karen woh.</w:t>
      </w:r>
    </w:p>
    <w:p>
      <w:pPr>
        <w:jc w:val="right"/>
      </w:pPr>
      <w:r>
        <w:t>اور پھر اس کے لیے کام کریں وہ۔</w:t>
      </w:r>
    </w:p>
    <w:p>
      <w:r>
        <w:rPr>
          <w:b/>
        </w:rPr>
        <w:t xml:space="preserve">[54:54] </w:t>
      </w:r>
      <w:r>
        <w:t>yani daawa on wheel ka program diya jaye, tab woh shuru karen.</w:t>
      </w:r>
    </w:p>
    <w:p>
      <w:pPr>
        <w:jc w:val="right"/>
      </w:pPr>
      <w:r>
        <w:t>یعنی دعویٰ on wheel کا program دیا جائے، تب وہ شروع کریں۔</w:t>
      </w:r>
    </w:p>
    <w:p>
      <w:r>
        <w:rPr>
          <w:b/>
        </w:rPr>
        <w:t xml:space="preserve">[54:59] </w:t>
      </w:r>
      <w:r>
        <w:t>is ka wait nahi kar rahe thay woh.</w:t>
      </w:r>
    </w:p>
    <w:p>
      <w:pPr>
        <w:jc w:val="right"/>
      </w:pPr>
      <w:r>
        <w:t>اس کا wait نہیں کر رہے تھے وہ۔</w:t>
      </w:r>
    </w:p>
    <w:p>
      <w:r>
        <w:rPr>
          <w:b/>
        </w:rPr>
        <w:t xml:space="preserve">[55:03] </w:t>
      </w:r>
      <w:r>
        <w:t>balkeh khud se socha unhon ne.</w:t>
      </w:r>
    </w:p>
    <w:p>
      <w:pPr>
        <w:jc w:val="right"/>
      </w:pPr>
      <w:r>
        <w:t>بلکہ خود سے سوچا انہوں نے۔</w:t>
      </w:r>
    </w:p>
    <w:p>
      <w:r>
        <w:rPr>
          <w:b/>
        </w:rPr>
        <w:t xml:space="preserve">[55:05] </w:t>
      </w:r>
      <w:r>
        <w:t>khud se soch kar unhon ne apne kisi aur sathi se kaha ke hamein ek purani van hamein</w:t>
      </w:r>
    </w:p>
    <w:p>
      <w:pPr>
        <w:jc w:val="right"/>
      </w:pPr>
      <w:r>
        <w:t>خود سے سوچ کر انہوں نے اپنے کسی اور ساتھی سے کہا کہ ہمیں ایک پرانی van ہمیں</w:t>
      </w:r>
    </w:p>
    <w:p>
      <w:r>
        <w:rPr>
          <w:b/>
        </w:rPr>
        <w:t xml:space="preserve">[55:13] </w:t>
      </w:r>
      <w:r>
        <w:t>chahiye yeh kaam karne ke liye.</w:t>
      </w:r>
    </w:p>
    <w:p>
      <w:pPr>
        <w:jc w:val="right"/>
      </w:pPr>
      <w:r>
        <w:t>چاہیے یہ کام کرنے کے لیے۔</w:t>
      </w:r>
    </w:p>
    <w:p>
      <w:r>
        <w:rPr>
          <w:b/>
        </w:rPr>
        <w:t xml:space="preserve">[55:16] </w:t>
      </w:r>
      <w:r>
        <w:t>to unhon ne kaha ke purani van kyun? hamare apne kaam ke liye nayi van aur khuda ke</w:t>
      </w:r>
    </w:p>
    <w:p>
      <w:pPr>
        <w:jc w:val="right"/>
      </w:pPr>
      <w:r>
        <w:t>تو انہوں نے کہا کہ پرانی van کیوں؟ ہمارے اپنے کام کے لیے نئی van اور خدا کے</w:t>
      </w:r>
    </w:p>
    <w:p>
      <w:r>
        <w:rPr>
          <w:b/>
        </w:rPr>
        <w:t xml:space="preserve">[55:23] </w:t>
      </w:r>
      <w:r>
        <w:t>kaam ke liye purani van.</w:t>
      </w:r>
    </w:p>
    <w:p>
      <w:pPr>
        <w:jc w:val="right"/>
      </w:pPr>
      <w:r>
        <w:t>کام کے لیے پرانی van۔</w:t>
      </w:r>
    </w:p>
    <w:p>
      <w:r>
        <w:rPr>
          <w:b/>
        </w:rPr>
        <w:t xml:space="preserve">[55:26] </w:t>
      </w:r>
      <w:r>
        <w:t>is tarah se khud se soch kar unhon ne ek program banaya.</w:t>
      </w:r>
    </w:p>
    <w:p>
      <w:pPr>
        <w:jc w:val="right"/>
      </w:pPr>
      <w:r>
        <w:t>اس طرح سے خود سے سوچ کر انہوں نے ایک program بنایا۔</w:t>
      </w:r>
    </w:p>
    <w:p>
      <w:r>
        <w:rPr>
          <w:b/>
        </w:rPr>
        <w:t xml:space="preserve">[55:31] </w:t>
      </w:r>
      <w:r>
        <w:t>hum mein se har shakhs ko khud se soch kar program banana hai.</w:t>
      </w:r>
    </w:p>
    <w:p>
      <w:pPr>
        <w:jc w:val="right"/>
      </w:pPr>
      <w:r>
        <w:t>ہم میں سے ہر شخص کو خود سے سوچ کر program بنانا ہے۔</w:t>
      </w:r>
    </w:p>
    <w:p>
      <w:r>
        <w:rPr>
          <w:b/>
        </w:rPr>
        <w:t xml:space="preserve">[55:36] </w:t>
      </w:r>
      <w:r>
        <w:t>khud se soch kar program banana hai.</w:t>
      </w:r>
    </w:p>
    <w:p>
      <w:pPr>
        <w:jc w:val="right"/>
      </w:pPr>
      <w:r>
        <w:t>خود سے سوچ کر program بنانا ہے۔</w:t>
      </w:r>
    </w:p>
    <w:p>
      <w:r>
        <w:rPr>
          <w:b/>
        </w:rPr>
        <w:t xml:space="preserve">[55:39] </w:t>
      </w:r>
      <w:r>
        <w:t>is qism ka mission jo hai, woh koi yani is ko koi peshgi koi program nahi diya sakta.</w:t>
      </w:r>
    </w:p>
    <w:p>
      <w:pPr>
        <w:jc w:val="right"/>
      </w:pPr>
      <w:r>
        <w:t>اس قسم کا mission جو ہے، وہ کوئی یعنی اس کو کوئی پیشگی کوئی program نہیں دیا سکتا۔</w:t>
      </w:r>
    </w:p>
    <w:p>
      <w:r>
        <w:rPr>
          <w:b/>
        </w:rPr>
        <w:t xml:space="preserve">[55:47] </w:t>
      </w:r>
      <w:r>
        <w:t>har aadmi ko khud program banana hai.</w:t>
      </w:r>
    </w:p>
    <w:p>
      <w:pPr>
        <w:jc w:val="right"/>
      </w:pPr>
      <w:r>
        <w:t>ہر آدمی کو خود program بنانا ہے۔</w:t>
      </w:r>
    </w:p>
    <w:p>
      <w:r>
        <w:rPr>
          <w:b/>
        </w:rPr>
        <w:t xml:space="preserve">[55:50] </w:t>
      </w:r>
      <w:r>
        <w:t>har aadmi ko khud apna zindagi ka naqsha banana hai.</w:t>
      </w:r>
    </w:p>
    <w:p>
      <w:pPr>
        <w:jc w:val="right"/>
      </w:pPr>
      <w:r>
        <w:t>ہر آدمی کو خود اپنا زندگی کا نقشہ بنانا ہے۔</w:t>
      </w:r>
    </w:p>
    <w:p>
      <w:r>
        <w:rPr>
          <w:b/>
        </w:rPr>
        <w:t xml:space="preserve">[55:54] </w:t>
      </w:r>
      <w:r>
        <w:t>khud sochna hai.</w:t>
      </w:r>
    </w:p>
    <w:p>
      <w:pPr>
        <w:jc w:val="right"/>
      </w:pPr>
      <w:r>
        <w:t>خود سوچنا ہے۔</w:t>
      </w:r>
    </w:p>
    <w:p>
      <w:r>
        <w:rPr>
          <w:b/>
        </w:rPr>
        <w:t xml:space="preserve">[55:56] </w:t>
      </w:r>
      <w:r>
        <w:t>to aap mein se har shakhs ko yeh yeh karna parega ke apne mind ko bharpoor tor</w:t>
      </w:r>
    </w:p>
    <w:p>
      <w:pPr>
        <w:jc w:val="right"/>
      </w:pPr>
      <w:r>
        <w:t>تو آپ میں سے ہر شخص کو یہ یہ کرنا پڑے گا کہ اپنے mind کو بھرپور طور</w:t>
      </w:r>
    </w:p>
    <w:p>
      <w:r>
        <w:rPr>
          <w:b/>
        </w:rPr>
        <w:t xml:space="preserve">[56:03] </w:t>
      </w:r>
      <w:r>
        <w:t>par istemal karen.</w:t>
      </w:r>
    </w:p>
    <w:p>
      <w:pPr>
        <w:jc w:val="right"/>
      </w:pPr>
      <w:r>
        <w:t>پر استعمال کریں۔</w:t>
      </w:r>
    </w:p>
    <w:p>
      <w:r>
        <w:rPr>
          <w:b/>
        </w:rPr>
        <w:t xml:space="preserve">[56:05] </w:t>
      </w:r>
      <w:r>
        <w:t>apne time ko bharpoor tor par istemal karen.</w:t>
      </w:r>
    </w:p>
    <w:p>
      <w:pPr>
        <w:jc w:val="right"/>
      </w:pPr>
      <w:r>
        <w:t>اپنے ٹائم کو بھرپور طور پر استعمال کریں۔</w:t>
      </w:r>
    </w:p>
    <w:p>
      <w:r>
        <w:rPr>
          <w:b/>
        </w:rPr>
        <w:t xml:space="preserve">[56:08] </w:t>
      </w:r>
      <w:r>
        <w:t>woh money management jaane.</w:t>
      </w:r>
    </w:p>
    <w:p>
      <w:pPr>
        <w:jc w:val="right"/>
      </w:pPr>
      <w:r>
        <w:t>وہ money management جانے۔</w:t>
      </w:r>
    </w:p>
    <w:p>
      <w:r>
        <w:rPr>
          <w:b/>
        </w:rPr>
        <w:t xml:space="preserve">[56:10] </w:t>
      </w:r>
      <w:r>
        <w:t>woh time management jaane.</w:t>
      </w:r>
    </w:p>
    <w:p>
      <w:pPr>
        <w:jc w:val="right"/>
      </w:pPr>
      <w:r>
        <w:t>وہ ٹائم management جانے۔</w:t>
      </w:r>
    </w:p>
    <w:p>
      <w:r>
        <w:rPr>
          <w:b/>
        </w:rPr>
        <w:t xml:space="preserve">[56:12] </w:t>
      </w:r>
      <w:r>
        <w:t>woh energy management jaane.</w:t>
      </w:r>
    </w:p>
    <w:p>
      <w:pPr>
        <w:jc w:val="right"/>
      </w:pPr>
      <w:r>
        <w:t>وہ energy management جانے۔</w:t>
      </w:r>
    </w:p>
    <w:p>
      <w:r>
        <w:rPr>
          <w:b/>
        </w:rPr>
        <w:t xml:space="preserve">[56:14] </w:t>
      </w:r>
      <w:r>
        <w:t>aksar log bohat ziyada waste karte hain apni cheezon ko.</w:t>
      </w:r>
    </w:p>
    <w:p>
      <w:pPr>
        <w:jc w:val="right"/>
      </w:pPr>
      <w:r>
        <w:t>اکثر لوگ بہت زیادہ waste کرتے ہیں اپنی چیزوں کو۔</w:t>
      </w:r>
    </w:p>
    <w:p>
      <w:r>
        <w:rPr>
          <w:b/>
        </w:rPr>
        <w:t xml:space="preserve">[56:18] </w:t>
      </w:r>
      <w:r>
        <w:t>khuda ne humein jo money diya hai, jo time diya hai, jo energy diya hai, is ko waste</w:t>
      </w:r>
    </w:p>
    <w:p>
      <w:pPr>
        <w:jc w:val="right"/>
      </w:pPr>
      <w:r>
        <w:t>خدا نے ہمیں جو money دیا ہے، جو ٹائم دیا ہے، جو energy دیا ہے، اس کو waste</w:t>
      </w:r>
    </w:p>
    <w:p>
      <w:r>
        <w:rPr>
          <w:b/>
        </w:rPr>
        <w:t xml:space="preserve">[56:26] </w:t>
      </w:r>
      <w:r>
        <w:t>karte hain.</w:t>
      </w:r>
    </w:p>
    <w:p>
      <w:pPr>
        <w:jc w:val="right"/>
      </w:pPr>
      <w:r>
        <w:t>کرتے ہیں۔</w:t>
      </w:r>
    </w:p>
    <w:p>
      <w:r>
        <w:rPr>
          <w:b/>
        </w:rPr>
        <w:t xml:space="preserve">[56:27] </w:t>
      </w:r>
      <w:r>
        <w:t>So you have to know the art of management aap ko janna hai ke money ko kaise manage</w:t>
      </w:r>
    </w:p>
    <w:p>
      <w:pPr>
        <w:jc w:val="right"/>
      </w:pPr>
      <w:r>
        <w:t>So you have to know the art of management آپ کو جاننا ہے کہ money کو کیسے manage</w:t>
      </w:r>
    </w:p>
    <w:p>
      <w:r>
        <w:rPr>
          <w:b/>
        </w:rPr>
        <w:t xml:space="preserve">[56:35] </w:t>
      </w:r>
      <w:r>
        <w:t>کیا جائے، time کو کیسے manage کیا جائے، energy کو کیسے manage کیا جائے۔</w:t>
      </w:r>
    </w:p>
    <w:p>
      <w:pPr>
        <w:jc w:val="right"/>
      </w:pPr>
      <w:r>
        <w:t>کیا جائے، ٹائم کو کیسے manage کیا جائے، energy کو کیسے manage کیا جائے۔</w:t>
      </w:r>
    </w:p>
    <w:p>
      <w:r>
        <w:rPr>
          <w:b/>
        </w:rPr>
        <w:t xml:space="preserve">[56:41] </w:t>
      </w:r>
      <w:r>
        <w:t>taake woh ziyada se ziyada useful ban sake.</w:t>
      </w:r>
    </w:p>
    <w:p>
      <w:pPr>
        <w:jc w:val="right"/>
      </w:pPr>
      <w:r>
        <w:t>تاکہ وہ زیادہ سے زیادہ useful بن سکے۔</w:t>
      </w:r>
    </w:p>
    <w:p>
      <w:r>
        <w:rPr>
          <w:b/>
        </w:rPr>
        <w:t xml:space="preserve">[56:44] </w:t>
      </w:r>
      <w:r>
        <w:t>yeh karna hai aap ko.</w:t>
      </w:r>
    </w:p>
    <w:p>
      <w:pPr>
        <w:jc w:val="right"/>
      </w:pPr>
      <w:r>
        <w:t>یہ کرنا ہے آپ کو۔</w:t>
      </w:r>
    </w:p>
    <w:p>
      <w:r>
        <w:rPr>
          <w:b/>
        </w:rPr>
        <w:t xml:space="preserve">[56:46] </w:t>
      </w:r>
      <w:r>
        <w:t>aur is mein aap ke liye sab se bara jo sahara hai, woh khuda se dua hai.</w:t>
      </w:r>
    </w:p>
    <w:p>
      <w:pPr>
        <w:jc w:val="right"/>
      </w:pPr>
      <w:r>
        <w:t>اور اس میں آپ کے لیے سب سے بڑا جو سہارا ہے، وہ خدا سے دعا ہے۔</w:t>
      </w:r>
    </w:p>
    <w:p>
      <w:r>
        <w:rPr>
          <w:b/>
        </w:rPr>
        <w:t xml:space="preserve">[56:54] </w:t>
      </w:r>
      <w:r>
        <w:t>khuda se dua.</w:t>
      </w:r>
    </w:p>
    <w:p>
      <w:pPr>
        <w:jc w:val="right"/>
      </w:pPr>
      <w:r>
        <w:t>خدا سے دعا۔</w:t>
      </w:r>
    </w:p>
    <w:p>
      <w:r>
        <w:rPr>
          <w:b/>
        </w:rPr>
        <w:t xml:space="preserve">[56:55] </w:t>
      </w:r>
      <w:r>
        <w:t>quran mein hai ke jo log khuda wala kaam karenge to khuda zaroor un ki madad kare</w:t>
      </w:r>
    </w:p>
    <w:p>
      <w:pPr>
        <w:jc w:val="right"/>
      </w:pPr>
      <w:r>
        <w:t>قرآن میں ہے کہ جو لوگ خدا والا کام کریں گے تو خدا ضرور ان کی مدد کرے</w:t>
      </w:r>
    </w:p>
    <w:p>
      <w:r>
        <w:rPr>
          <w:b/>
        </w:rPr>
        <w:t xml:space="preserve">[57:03]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[57:04] </w:t>
      </w:r>
      <w:r>
        <w:t>walyansurunallahu man yansur to dua work khuda ka work hai.</w:t>
      </w:r>
    </w:p>
    <w:p>
      <w:pPr>
        <w:jc w:val="right"/>
      </w:pPr>
      <w:r>
        <w:t>وَلَيَنْصِرُنَّ اللَّهُ مَنْ يَنْصِرُ تو دعا work خدا کا work ہے۔</w:t>
      </w:r>
    </w:p>
    <w:p>
      <w:r>
        <w:rPr>
          <w:b/>
        </w:rPr>
        <w:t xml:space="preserve">[57:09] </w:t>
      </w:r>
      <w:r>
        <w:t>is kaam mein khuda ka wada hai ke woh zaroor madad karega.</w:t>
      </w:r>
    </w:p>
    <w:p>
      <w:pPr>
        <w:jc w:val="right"/>
      </w:pPr>
      <w:r>
        <w:t>اس کام میں خدا کا وعدہ ہے کہ وہ ضرور مدد کرے گا۔</w:t>
      </w:r>
    </w:p>
    <w:p>
      <w:r>
        <w:rPr>
          <w:b/>
        </w:rPr>
        <w:t xml:space="preserve">[57:15] </w:t>
      </w:r>
      <w:r>
        <w:t>to is yaqeen ke sath hamein is kaam mein aage badhna hai.</w:t>
      </w:r>
    </w:p>
    <w:p>
      <w:pPr>
        <w:jc w:val="right"/>
      </w:pPr>
      <w:r>
        <w:t>تو اس یقین کے ساتھ ہمیں اس کام میں آگے بڑھنا ہے۔</w:t>
      </w:r>
    </w:p>
    <w:p>
      <w:r>
        <w:rPr>
          <w:b/>
        </w:rPr>
        <w:t xml:space="preserve">[57:20] </w:t>
      </w:r>
      <w:r>
        <w:t>barabar Khuda se apna contact banaye rakhna hai.</w:t>
      </w:r>
    </w:p>
    <w:p>
      <w:pPr>
        <w:jc w:val="right"/>
      </w:pPr>
      <w:r>
        <w:t>برابر خدا سے اپنا contact بنائے رکھنا ہے۔</w:t>
      </w:r>
    </w:p>
    <w:p>
      <w:r>
        <w:rPr>
          <w:b/>
        </w:rPr>
        <w:t xml:space="preserve">[57:23] </w:t>
      </w:r>
      <w:r>
        <w:t>kal mere pas ek telephone aaya, woh UK mein ek lady hain, un ke bare mein unhon</w:t>
      </w:r>
    </w:p>
    <w:p>
      <w:pPr>
        <w:jc w:val="right"/>
      </w:pPr>
      <w:r>
        <w:t>کل میرے پاس ایک ٹیلی فون آیا، وہ UK میں ایک lady ہیں، ان کے بارے میں انہوں</w:t>
      </w:r>
    </w:p>
    <w:p>
      <w:r>
        <w:rPr>
          <w:b/>
        </w:rPr>
        <w:t xml:space="preserve">[57:31] </w:t>
      </w:r>
      <w:r>
        <w:t>ne interview mein kaha ke main Khuda ka apna door khol kar Khuda ka intezar karti rahi aur</w:t>
      </w:r>
    </w:p>
    <w:p>
      <w:pPr>
        <w:jc w:val="right"/>
      </w:pPr>
      <w:r>
        <w:t>نے interview میں کہا کہ میں خدا کا اپنا door کھول کر خدا کا انتظار کرتی رہی اور</w:t>
      </w:r>
    </w:p>
    <w:p>
      <w:r>
        <w:rPr>
          <w:b/>
        </w:rPr>
        <w:t xml:space="preserve">[57:39] </w:t>
      </w:r>
      <w:r>
        <w:t>Khuda to aaye nahin.</w:t>
      </w:r>
    </w:p>
    <w:p>
      <w:pPr>
        <w:jc w:val="right"/>
      </w:pPr>
      <w:r>
        <w:t>خدا تو آئے نہیں۔</w:t>
      </w:r>
    </w:p>
    <w:p>
      <w:r>
        <w:rPr>
          <w:b/>
        </w:rPr>
        <w:t xml:space="preserve">[57:40] </w:t>
      </w:r>
      <w:r>
        <w:t>is liye main aisi ban gayi, waisi ban gayi.</w:t>
      </w:r>
    </w:p>
    <w:p>
      <w:pPr>
        <w:jc w:val="right"/>
      </w:pPr>
      <w:r>
        <w:t>اس لیے میں ایسی بن گئی، ویسی بن گئی۔</w:t>
      </w:r>
    </w:p>
    <w:p>
      <w:r>
        <w:rPr>
          <w:b/>
        </w:rPr>
        <w:t xml:space="preserve">[57:44] </w:t>
      </w:r>
      <w:r>
        <w:t>to door hi nahin, main to kahunga ke door hi nahin khola tum ne.</w:t>
      </w:r>
    </w:p>
    <w:p>
      <w:pPr>
        <w:jc w:val="right"/>
      </w:pPr>
      <w:r>
        <w:t>تو door ہی نہیں، میں تو کہوں گا کہ door ہی نہیں کھولا تم نے۔</w:t>
      </w:r>
    </w:p>
    <w:p>
      <w:r>
        <w:rPr>
          <w:b/>
        </w:rPr>
        <w:t xml:space="preserve">[57:51] </w:t>
      </w:r>
      <w:r>
        <w:t>door khola hota to zaroor Khuda aata.</w:t>
      </w:r>
    </w:p>
    <w:p>
      <w:pPr>
        <w:jc w:val="right"/>
      </w:pPr>
      <w:r>
        <w:t>door کھولا ہوتا تو ضرور خدا آتا۔</w:t>
      </w:r>
    </w:p>
    <w:p>
      <w:r>
        <w:rPr>
          <w:b/>
        </w:rPr>
        <w:t xml:space="preserve">[57:54] </w:t>
      </w:r>
      <w:r>
        <w:t>to mujhe yaqeen hai ke hamara kaam hi yahi sahi kaam hai is waqt.</w:t>
      </w:r>
    </w:p>
    <w:p>
      <w:pPr>
        <w:jc w:val="right"/>
      </w:pPr>
      <w:r>
        <w:t>تو مجھے یقین ہے کہ ہمارا کام ہی یہی صحیح کام ہے اس وقت۔</w:t>
      </w:r>
    </w:p>
    <w:p>
      <w:r>
        <w:rPr>
          <w:b/>
        </w:rPr>
        <w:t xml:space="preserve">[58:00] </w:t>
      </w:r>
      <w:r>
        <w:t>aur is kaam ki jab aap dua karenge to zaroor Khuda aayega aap ke pas.</w:t>
      </w:r>
    </w:p>
    <w:p>
      <w:pPr>
        <w:jc w:val="right"/>
      </w:pPr>
      <w:r>
        <w:t>اور اس کام کی جب آپ دعا کریں گے تو ضرور خدا آئے گا آپ کے پاس۔</w:t>
      </w:r>
    </w:p>
    <w:p>
      <w:r>
        <w:rPr>
          <w:b/>
        </w:rPr>
        <w:t xml:space="preserve">[58:07] </w:t>
      </w:r>
      <w:r>
        <w:t>aur Khuda ki madad zaroor aap ko hasil hogi.</w:t>
      </w:r>
    </w:p>
    <w:p>
      <w:pPr>
        <w:jc w:val="right"/>
      </w:pPr>
      <w:r>
        <w:t>اور خدا کی مدد ضرور آپ کو حاصل ہوگی۔</w:t>
      </w:r>
    </w:p>
    <w:p>
      <w:r>
        <w:rPr>
          <w:b/>
        </w:rPr>
        <w:t xml:space="preserve">[58:11] </w:t>
      </w:r>
      <w:r>
        <w:t>main dua karta hoon ke Allah taala aap ko bharpoor taur par madad kare.</w:t>
      </w:r>
    </w:p>
    <w:p>
      <w:pPr>
        <w:jc w:val="right"/>
      </w:pPr>
      <w:r>
        <w:t>میں دعا کرتا ہوں کہ اللہ تعالیٰ آپ کو بھرپور طور پر مدد کرے۔</w:t>
      </w:r>
    </w:p>
    <w:p>
      <w:r>
        <w:rPr>
          <w:b/>
        </w:rPr>
        <w:t xml:space="preserve">[58:17] </w:t>
      </w:r>
      <w:r>
        <w:t>aur is mission ko aap aakhri had tak pahuncha saken.</w:t>
      </w:r>
    </w:p>
    <w:p>
      <w:pPr>
        <w:jc w:val="right"/>
      </w:pPr>
      <w:r>
        <w:t>اور اس mission کو آپ آخری حد تک پہنچا سکیں۔</w:t>
      </w:r>
    </w:p>
    <w:p>
      <w:r>
        <w:rPr>
          <w:b/>
        </w:rPr>
        <w:t xml:space="preserve">[58:21] </w:t>
      </w:r>
      <w:r>
        <w:t>aqool qawli hadha wa astaghfirullaha li wa lakum ajmaeen.</w:t>
      </w:r>
    </w:p>
    <w:p>
      <w:pPr>
        <w:jc w:val="right"/>
      </w:pPr>
      <w:r>
        <w:t>أقول قولي هذا واستغفرالله لي ولكم اجمعین.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