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 Pursuit of Reality 25 10 07</w:t>
      </w:r>
    </w:p>
    <w:p>
      <w:r>
        <w:t>https://www.youtube.com/watch?v=LGJJLEBT7ak</w:t>
      </w:r>
    </w:p>
    <w:p>
      <w:r>
        <w:rPr>
          <w:b/>
        </w:rPr>
        <w:t xml:space="preserve">[00:21] </w:t>
      </w:r>
      <w:r>
        <w:t>bismillah hir rahman nir rahim, wa salla Allahu ala an-nabiyyi al-karim.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[00:27] </w:t>
      </w:r>
      <w:r>
        <w:t>rabbi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[00:34] </w:t>
      </w:r>
      <w:r>
        <w:t>aaj ka topic hai: in pursuit of reality, sachai ki talash ya haqiqat ki talash.</w:t>
      </w:r>
    </w:p>
    <w:p>
      <w:pPr>
        <w:jc w:val="right"/>
      </w:pPr>
      <w:r>
        <w:t>آج کا ٹاپک ہے: ان پرسوٹ آف ریلیٹی، سچائی کی تلاش یا حقیقت کی تلاش۔</w:t>
      </w:r>
    </w:p>
    <w:p>
      <w:r>
        <w:rPr>
          <w:b/>
        </w:rPr>
        <w:t xml:space="preserve">[00:40] </w:t>
      </w:r>
      <w:r>
        <w:t>yeh topic mere mind mein kal sham ko aaya.</w:t>
      </w:r>
    </w:p>
    <w:p>
      <w:pPr>
        <w:jc w:val="right"/>
      </w:pPr>
      <w:r>
        <w:t>یہ ٹاپک میرے مائنڈ میں کل شام کو آیا۔</w:t>
      </w:r>
    </w:p>
    <w:p>
      <w:r>
        <w:rPr>
          <w:b/>
        </w:rPr>
        <w:t xml:space="preserve">[00:47] </w:t>
      </w:r>
      <w:r>
        <w:t>kal yahan dilli mein hamare sathiyon ne ek program rakha tha, dilli ke ek bahut bade center mein</w:t>
      </w:r>
    </w:p>
    <w:p>
      <w:pPr>
        <w:jc w:val="right"/>
      </w:pPr>
      <w:r>
        <w:t>کل یہاں دلی میں ہمارے ساتھیوں نے ایک پروگرام رکھا تھا، دلی کے ایک بہت بڑے سنٹر میں</w:t>
      </w:r>
    </w:p>
    <w:p>
      <w:r>
        <w:rPr>
          <w:b/>
        </w:rPr>
        <w:t xml:space="preserve">[00:54] </w:t>
      </w:r>
      <w:r>
        <w:t>jo Asia mein number one mana jata hai.</w:t>
      </w:r>
    </w:p>
    <w:p>
      <w:pPr>
        <w:jc w:val="right"/>
      </w:pPr>
      <w:r>
        <w:t>جو ایشیا میں نمبر ون مانا جاتا ہے۔</w:t>
      </w:r>
    </w:p>
    <w:p>
      <w:r>
        <w:rPr>
          <w:b/>
        </w:rPr>
        <w:t xml:space="preserve">[01:00] </w:t>
      </w:r>
      <w:r>
        <w:t>to maine dekha ke wahan par bahut hi top ke log, educated log, aa gaye.</w:t>
      </w:r>
    </w:p>
    <w:p>
      <w:pPr>
        <w:jc w:val="right"/>
      </w:pPr>
      <w:r>
        <w:t>تو میں نے دیکھا کہ وہاں پر بہت ہی ٹاپ کے لوگ، ایجوکیٹڈ لوگ، آ گئے۔</w:t>
      </w:r>
    </w:p>
    <w:p>
      <w:r>
        <w:rPr>
          <w:b/>
        </w:rPr>
        <w:t xml:space="preserve">[01:07] </w:t>
      </w:r>
      <w:r>
        <w:t>yani sara hall bhara hua tha aur sab ke sab highly educated log the.</w:t>
      </w:r>
    </w:p>
    <w:p>
      <w:pPr>
        <w:jc w:val="right"/>
      </w:pPr>
      <w:r>
        <w:t>یعنی سارا ہال بھرا ہوا تھا اور سب کے سب ہائیلی ایجوکیٹڈ لوگ تھے۔</w:t>
      </w:r>
    </w:p>
    <w:p>
      <w:r>
        <w:rPr>
          <w:b/>
        </w:rPr>
        <w:t xml:space="preserve">[01:13] </w:t>
      </w:r>
      <w:r>
        <w:t>to maine socha ke yeh sare log mere jaise insan ki baat sunne ke liye to aaye</w:t>
      </w:r>
    </w:p>
    <w:p>
      <w:pPr>
        <w:jc w:val="right"/>
      </w:pPr>
      <w:r>
        <w:t>تو میں نے سوچا کہ یہ سارے لوگ میرے جیسے انسان کی بات سننے کے لیے تو آئے</w:t>
      </w:r>
    </w:p>
    <w:p>
      <w:r>
        <w:rPr>
          <w:b/>
        </w:rPr>
        <w:t xml:space="preserve">[01:20] </w:t>
      </w:r>
      <w:r>
        <w:t>nahin, kyunke main janta hoon ke mere andar aisi koi attraction nahin hai.</w:t>
      </w:r>
    </w:p>
    <w:p>
      <w:pPr>
        <w:jc w:val="right"/>
      </w:pPr>
      <w:r>
        <w:t>نہیں، کیونکہ میں جانتا ہوں کہ میرے اندر ایسی کوئی اٹریکشن نہیں ہے۔</w:t>
      </w:r>
    </w:p>
    <w:p>
      <w:r>
        <w:rPr>
          <w:b/>
        </w:rPr>
        <w:t xml:space="preserve">[01:27] </w:t>
      </w:r>
      <w:r>
        <w:t>to woh tha topic ka attraction.</w:t>
      </w:r>
    </w:p>
    <w:p>
      <w:pPr>
        <w:jc w:val="right"/>
      </w:pPr>
      <w:r>
        <w:t>تو وہ تھا ٹاپک کا اٹریکشن۔</w:t>
      </w:r>
    </w:p>
    <w:p>
      <w:r>
        <w:rPr>
          <w:b/>
        </w:rPr>
        <w:t xml:space="preserve">[01:33] </w:t>
      </w:r>
      <w:r>
        <w:t>topic rakha gaya tha: "How to build a spiritual personality".</w:t>
      </w:r>
    </w:p>
    <w:p>
      <w:pPr>
        <w:jc w:val="right"/>
      </w:pPr>
      <w:r>
        <w:t>ٹاپک رکھا گیا تھا: "How to build a spiritual personality"۔</w:t>
      </w:r>
    </w:p>
    <w:p>
      <w:r>
        <w:rPr>
          <w:b/>
        </w:rPr>
        <w:t xml:space="preserve">[01:40] </w:t>
      </w:r>
      <w:r>
        <w:t>to ek sahib ne kaha ke spirituality is waqt duniya mein fad bana hua hai, yani sab se</w:t>
      </w:r>
    </w:p>
    <w:p>
      <w:pPr>
        <w:jc w:val="right"/>
      </w:pPr>
      <w:r>
        <w:t>تو ایک صاحب نے کہا کہ سپرچوئلٹی اس وقت دنیا میں فیڈ بنا ہوا ہے، یعنی سب سے</w:t>
      </w:r>
    </w:p>
    <w:p>
      <w:r>
        <w:rPr>
          <w:b/>
        </w:rPr>
        <w:t xml:space="preserve">[01:47] </w:t>
      </w:r>
      <w:r>
        <w:t>zyada attractive subject.</w:t>
      </w:r>
    </w:p>
    <w:p>
      <w:pPr>
        <w:jc w:val="right"/>
      </w:pPr>
      <w:r>
        <w:t>زیادہ اٹریکٹو سبجیکٹ۔</w:t>
      </w:r>
    </w:p>
    <w:p>
      <w:r>
        <w:rPr>
          <w:b/>
        </w:rPr>
        <w:t xml:space="preserve">[01:53] </w:t>
      </w:r>
      <w:r>
        <w:t>to aam taur par yahan par jo rozana meetingen hoti rehti hain, to is mein aap jante hain</w:t>
      </w:r>
    </w:p>
    <w:p>
      <w:pPr>
        <w:jc w:val="right"/>
      </w:pPr>
      <w:r>
        <w:t>تو عام طور پر یہاں پر جو روزانہ میٹنگیں ہوتی رہتی ہیں، تو اس میں آپ جانتے ہیں</w:t>
      </w:r>
    </w:p>
    <w:p>
      <w:r>
        <w:rPr>
          <w:b/>
        </w:rPr>
        <w:t xml:space="preserve">[02:00] </w:t>
      </w:r>
      <w:r>
        <w:t>ke zyada tar ya to politics ka koi subject hota hai ya complaint aur protest ka koi subject</w:t>
      </w:r>
    </w:p>
    <w:p>
      <w:pPr>
        <w:jc w:val="right"/>
      </w:pPr>
      <w:r>
        <w:t>کہ زیادہ تر یا تو پولیٹکس کا کوئی سبجیکٹ ہوتا ہے یا کمپلینٹ اور پروٹیسٹ کا کوئی سبجیکٹ</w:t>
      </w:r>
    </w:p>
    <w:p>
      <w:r>
        <w:rPr>
          <w:b/>
        </w:rPr>
        <w:t xml:space="preserve">[02:06] </w:t>
      </w:r>
      <w:r>
        <w:t>hota hai, koi worldly matters ka subject hota hai.</w:t>
      </w:r>
    </w:p>
    <w:p>
      <w:pPr>
        <w:jc w:val="right"/>
      </w:pPr>
      <w:r>
        <w:t>ہوتا ہے، کوئی ورلڈلی میٹرز کا سبجیکٹ ہوتا ہے۔</w:t>
      </w:r>
    </w:p>
    <w:p>
      <w:r>
        <w:rPr>
          <w:b/>
        </w:rPr>
        <w:t xml:space="preserve">[02:13] </w:t>
      </w:r>
      <w:r>
        <w:t>isi type ke subject hua karte hain.</w:t>
      </w:r>
    </w:p>
    <w:p>
      <w:pPr>
        <w:jc w:val="right"/>
      </w:pPr>
      <w:r>
        <w:t>اسی ٹائپ کے سبجیکٹ ہوا کرتے ہیں۔</w:t>
      </w:r>
    </w:p>
    <w:p>
      <w:r>
        <w:rPr>
          <w:b/>
        </w:rPr>
        <w:t xml:space="preserve">[02:20] </w:t>
      </w:r>
      <w:r>
        <w:t>to maine dekha hai ke is mein bahut kam log aa pate hain, aur parhe likhe log</w:t>
      </w:r>
    </w:p>
    <w:p>
      <w:pPr>
        <w:jc w:val="right"/>
      </w:pPr>
      <w:r>
        <w:t>تو میں نے دیکھا ہے کہ اس میں بہت کم لوگ آ پاتے ہیں، اور پڑھے لکھے لوگ</w:t>
      </w:r>
    </w:p>
    <w:p>
      <w:r>
        <w:rPr>
          <w:b/>
        </w:rPr>
        <w:t xml:space="preserve">[02:26] </w:t>
      </w:r>
      <w:r>
        <w:t>to bilkul nahin jaate.</w:t>
      </w:r>
    </w:p>
    <w:p>
      <w:pPr>
        <w:jc w:val="right"/>
      </w:pPr>
      <w:r>
        <w:t>تو بالکل نہیں جاتے۔</w:t>
      </w:r>
    </w:p>
    <w:p>
      <w:r>
        <w:rPr>
          <w:b/>
        </w:rPr>
        <w:t xml:space="preserve">[02:33] </w:t>
      </w:r>
      <w:r>
        <w:t>lekin kal maine dekha ke parhe likhe log wahan par kafi aaye.</w:t>
      </w:r>
    </w:p>
    <w:p>
      <w:pPr>
        <w:jc w:val="right"/>
      </w:pPr>
      <w:r>
        <w:t>لیکن کل میں نے دیکھا کہ پڑھے لکھے لوگ وہاں پر کافی آئے۔</w:t>
      </w:r>
    </w:p>
    <w:p>
      <w:r>
        <w:rPr>
          <w:b/>
        </w:rPr>
        <w:t xml:space="preserve">[02:40] </w:t>
      </w:r>
      <w:r>
        <w:t>to cheez kya hai? jo sochne wale mind hain, woh sab ke sab ek hi baat par soch</w:t>
      </w:r>
    </w:p>
    <w:p>
      <w:pPr>
        <w:jc w:val="right"/>
      </w:pPr>
      <w:r>
        <w:t>تو چیز کیا ہے؟ جو سوچنے والے مائنڈ ہیں، وہ سب کے سب ایک ہی بات پر سوچ</w:t>
      </w:r>
    </w:p>
    <w:p>
      <w:r>
        <w:rPr>
          <w:b/>
        </w:rPr>
        <w:t xml:space="preserve">[02:46] </w:t>
      </w:r>
      <w:r>
        <w:t>rahe hain: "What is the purpose of life".</w:t>
      </w:r>
    </w:p>
    <w:p>
      <w:pPr>
        <w:jc w:val="right"/>
      </w:pPr>
      <w:r>
        <w:t>رہے ہیں: "What is the purpose of life"۔</w:t>
      </w:r>
    </w:p>
    <w:p>
      <w:r>
        <w:rPr>
          <w:b/>
        </w:rPr>
        <w:t xml:space="preserve">[02:53] </w:t>
      </w:r>
      <w:r>
        <w:t>woh sab parhe likhe the, senior the, jin ko experience ho chuka hai zindagi ka.</w:t>
      </w:r>
    </w:p>
    <w:p>
      <w:pPr>
        <w:jc w:val="right"/>
      </w:pPr>
      <w:r>
        <w:t>وہ سب پڑھے لکھے تھے، سینئر تھے، جن کو ایکسپیرئینس ہو چکا ہے زندگی کا۔</w:t>
      </w:r>
    </w:p>
    <w:p>
      <w:r>
        <w:rPr>
          <w:b/>
        </w:rPr>
        <w:t xml:space="preserve">[02:59] </w:t>
      </w:r>
      <w:r>
        <w:t>aise log the woh.</w:t>
      </w:r>
    </w:p>
    <w:p>
      <w:pPr>
        <w:jc w:val="right"/>
      </w:pPr>
      <w:r>
        <w:t>ایسے لوگ تھے وہ۔</w:t>
      </w:r>
    </w:p>
    <w:p>
      <w:r>
        <w:rPr>
          <w:b/>
        </w:rPr>
        <w:t xml:space="preserve">[03:06] </w:t>
      </w:r>
      <w:r>
        <w:t>mein aap ko bataon ke dilli ka top most jo mind hai, woh ikhatta tha wahan par.</w:t>
      </w:r>
    </w:p>
    <w:p>
      <w:pPr>
        <w:jc w:val="right"/>
      </w:pPr>
      <w:r>
        <w:t>میں آپ کو بتاؤں کہ دلی کا ٹاپ موسٹ جو مائنڈ ہے، وہ اکٹھا تھا وہاں پر۔</w:t>
      </w:r>
    </w:p>
    <w:p>
      <w:r>
        <w:rPr>
          <w:b/>
        </w:rPr>
        <w:t xml:space="preserve">[03:13] </w:t>
      </w:r>
      <w:r>
        <w:t>to yeh log, mere andar koi aisa attraction nahi tha ke mere naam par aayen woh wahan par.</w:t>
      </w:r>
    </w:p>
    <w:p>
      <w:pPr>
        <w:jc w:val="right"/>
      </w:pPr>
      <w:r>
        <w:t>تو یہ لوگ، میرے اندر کوئی ایسا اٹریکشن نہیں تھا کہ میرے نام پر آئیں وہ وہاں پر۔</w:t>
      </w:r>
    </w:p>
    <w:p>
      <w:r>
        <w:rPr>
          <w:b/>
        </w:rPr>
        <w:t xml:space="preserve">[03:19] </w:t>
      </w:r>
      <w:r>
        <w:t>woh topic ke is par aaye woh, ke dekhen is program mein spirituality ke bare mein kya batate hain.</w:t>
      </w:r>
    </w:p>
    <w:p>
      <w:pPr>
        <w:jc w:val="right"/>
      </w:pPr>
      <w:r>
        <w:t>وہ ٹاپک کے اس پر آئے وہ، کہ دیکھیں اس پروگرام میں سپرچوئلٹی کے بارے میں کیا بتاتے ہیں۔</w:t>
      </w:r>
    </w:p>
    <w:p>
      <w:r>
        <w:rPr>
          <w:b/>
        </w:rPr>
        <w:t xml:space="preserve">[03:26] </w:t>
      </w:r>
      <w:r>
        <w:t>dekhen spirituality kya hai? aadmi ki jo inner personality hai, us ko represent karne wali cheez jo hai,</w:t>
      </w:r>
    </w:p>
    <w:p>
      <w:pPr>
        <w:jc w:val="right"/>
      </w:pPr>
      <w:r>
        <w:t>دیکھیں سپرچوئلٹی کیا ہے؟ آدمی کی جو انر پرسنیلٹی ہے، اس کو ریپریزنٹ کرنے والی چیز جو ہے،</w:t>
      </w:r>
    </w:p>
    <w:p>
      <w:r>
        <w:rPr>
          <w:b/>
        </w:rPr>
        <w:t xml:space="preserve">[03:32] </w:t>
      </w:r>
      <w:r>
        <w:t>us ko kehte hain spirituality.</w:t>
      </w:r>
    </w:p>
    <w:p>
      <w:pPr>
        <w:jc w:val="right"/>
      </w:pPr>
      <w:r>
        <w:t>اس کو کہتے ہیں سپرچوئلٹی۔</w:t>
      </w:r>
    </w:p>
    <w:p>
      <w:r>
        <w:rPr>
          <w:b/>
        </w:rPr>
        <w:t xml:space="preserve">[03:39] </w:t>
      </w:r>
      <w:r>
        <w:t>aap jante hain ke hamara jo yeh jo hasti hai, jo being hai hamari, woh ek dual personality</w:t>
      </w:r>
    </w:p>
    <w:p>
      <w:pPr>
        <w:jc w:val="right"/>
      </w:pPr>
      <w:r>
        <w:t>آپ جانتے ہیں کہ ہمارا جو یہ جو ہستی ہے، جو بینگ ہے ہماری، وہ ایک ڈوئل پرسنیلٹی</w:t>
      </w:r>
    </w:p>
    <w:p>
      <w:r>
        <w:rPr>
          <w:b/>
        </w:rPr>
        <w:t xml:space="preserve">[03:46] </w:t>
      </w:r>
      <w:r>
        <w:t>hai, yani body aur soul.</w:t>
      </w:r>
    </w:p>
    <w:p>
      <w:pPr>
        <w:jc w:val="right"/>
      </w:pPr>
      <w:r>
        <w:t>ہے، یعنی باڈی اور سول۔</w:t>
      </w:r>
    </w:p>
    <w:p>
      <w:r>
        <w:rPr>
          <w:b/>
        </w:rPr>
        <w:t xml:space="preserve">[03:52] </w:t>
      </w:r>
      <w:r>
        <w:t>to jahan tak body ki baat hai to har aadmi janta hai ke us ko achhe achhe khane</w:t>
      </w:r>
    </w:p>
    <w:p>
      <w:pPr>
        <w:jc w:val="right"/>
      </w:pPr>
      <w:r>
        <w:t>تو جہاں تک باڈی کی بات ہے تو ہر آدمی جانتا ہے کہ اس کو اچھے اچھے کھانے</w:t>
      </w:r>
    </w:p>
    <w:p>
      <w:r>
        <w:rPr>
          <w:b/>
        </w:rPr>
        <w:t xml:space="preserve">[03:59] </w:t>
      </w:r>
      <w:r>
        <w:t>khilao, achhe kapde pehnao, achha ghar banao, achhi sawariyan.</w:t>
      </w:r>
    </w:p>
    <w:p>
      <w:pPr>
        <w:jc w:val="right"/>
      </w:pPr>
      <w:r>
        <w:t>کھلاؤ، اچھے کپڑے پہناؤ، اچھا گھر بناؤ، اچھی سواریاں۔</w:t>
      </w:r>
    </w:p>
    <w:p>
      <w:r>
        <w:rPr>
          <w:b/>
        </w:rPr>
        <w:t xml:space="preserve">[04:06] </w:t>
      </w:r>
      <w:r>
        <w:t>sab logon ko pata hai is ka.</w:t>
      </w:r>
    </w:p>
    <w:p>
      <w:pPr>
        <w:jc w:val="right"/>
      </w:pPr>
      <w:r>
        <w:t>سب لوگوں کو پتہ ہے اس کا۔</w:t>
      </w:r>
    </w:p>
    <w:p>
      <w:r>
        <w:rPr>
          <w:b/>
        </w:rPr>
        <w:t xml:space="preserve">[04:12] </w:t>
      </w:r>
      <w:r>
        <w:t>is ke liye koi poochhne nahi jayega ke body ki requirement jo hain, us ke liye mein kya karoon.</w:t>
      </w:r>
    </w:p>
    <w:p>
      <w:pPr>
        <w:jc w:val="right"/>
      </w:pPr>
      <w:r>
        <w:t>اس کے لیے کوئی پوچھنے نہیں جائے گا کہ باڈی کی ریکوائرمنٹ جو ہیں، اس کے لیے میں کیا کروں۔</w:t>
      </w:r>
    </w:p>
    <w:p>
      <w:r>
        <w:rPr>
          <w:b/>
        </w:rPr>
        <w:t xml:space="preserve">[04:19] </w:t>
      </w:r>
      <w:r>
        <w:t>to shopping center khule hue hain, aap jaiye, aap khud hi jaan len ke body ki requirement ke</w:t>
      </w:r>
    </w:p>
    <w:p>
      <w:pPr>
        <w:jc w:val="right"/>
      </w:pPr>
      <w:r>
        <w:t>تو شاپنگ سینٹر کھلے ہوئے ہیں، آپ جائیے، آپ خود ہی جان لیں کہ باڈی کی ریکوائرمنٹ کے</w:t>
      </w:r>
    </w:p>
    <w:p>
      <w:r>
        <w:rPr>
          <w:b/>
        </w:rPr>
        <w:t xml:space="preserve">[04:25] </w:t>
      </w:r>
      <w:r>
        <w:t>liye mujhe kya karna hai.</w:t>
      </w:r>
    </w:p>
    <w:p>
      <w:pPr>
        <w:jc w:val="right"/>
      </w:pPr>
      <w:r>
        <w:t>لیے مجھے کیا کرنا ہے۔</w:t>
      </w:r>
    </w:p>
    <w:p>
      <w:r>
        <w:rPr>
          <w:b/>
        </w:rPr>
        <w:t xml:space="preserve">[04:32] </w:t>
      </w:r>
      <w:r>
        <w:t>lekin jo soul ki requirement hai, us ka kisi ko pata nahi.</w:t>
      </w:r>
    </w:p>
    <w:p>
      <w:pPr>
        <w:jc w:val="right"/>
      </w:pPr>
      <w:r>
        <w:t>لیکن جو سول کی ریکوائرمنٹ ہے، اس کا کسی کو پتہ نہیں۔</w:t>
      </w:r>
    </w:p>
    <w:p>
      <w:r>
        <w:rPr>
          <w:b/>
        </w:rPr>
        <w:t xml:space="preserve">[04:39] </w:t>
      </w:r>
      <w:r>
        <w:t>aur aap jante hain ke soul jo hai, wahi to asal personality hai.</w:t>
      </w:r>
    </w:p>
    <w:p>
      <w:pPr>
        <w:jc w:val="right"/>
      </w:pPr>
      <w:r>
        <w:t>اور آپ جانتے ہیں کہ سول جو ہے، وہی تو اصل پرسنیلٹی ہے۔</w:t>
      </w:r>
    </w:p>
    <w:p>
      <w:r>
        <w:rPr>
          <w:b/>
        </w:rPr>
        <w:t xml:space="preserve">[04:45] </w:t>
      </w:r>
      <w:r>
        <w:t>lekin mein soul ko aur mind ko alag alag nahi manta.</w:t>
      </w:r>
    </w:p>
    <w:p>
      <w:pPr>
        <w:jc w:val="right"/>
      </w:pPr>
      <w:r>
        <w:t>لیکن میں سول کو اور مائنڈ کو الگ الگ نہیں مانتا۔</w:t>
      </w:r>
    </w:p>
    <w:p>
      <w:r>
        <w:rPr>
          <w:b/>
        </w:rPr>
        <w:t xml:space="preserve">[04:52] </w:t>
      </w:r>
      <w:r>
        <w:t>kai log samajhte hain ke body alag hai, soul alag hai, spirit alag hai, mind alag hai, heart alag hai.</w:t>
      </w:r>
    </w:p>
    <w:p>
      <w:pPr>
        <w:jc w:val="right"/>
      </w:pPr>
      <w:r>
        <w:t>کئی لوگ سمجھتے ہیں کہ باڈی الگ ہے، سول الگ ہے، اسپرٹ الگ ہے، مائنڈ الگ ہے، ہارٹ الگ ہے۔</w:t>
      </w:r>
    </w:p>
    <w:p>
      <w:r>
        <w:rPr>
          <w:b/>
        </w:rPr>
        <w:t xml:space="preserve">[04:59] </w:t>
      </w:r>
      <w:r>
        <w:t>yeh sab mein nahi manta.</w:t>
      </w:r>
    </w:p>
    <w:p>
      <w:pPr>
        <w:jc w:val="right"/>
      </w:pPr>
      <w:r>
        <w:t>یہ سب میں نہیں مانتا۔</w:t>
      </w:r>
    </w:p>
    <w:p>
      <w:r>
        <w:rPr>
          <w:b/>
        </w:rPr>
        <w:t xml:space="preserve">[05:05] </w:t>
      </w:r>
      <w:r>
        <w:t>do hi cheezen insaan ke andar hain: body aur mind.</w:t>
      </w:r>
    </w:p>
    <w:p>
      <w:pPr>
        <w:jc w:val="right"/>
      </w:pPr>
      <w:r>
        <w:t>دو ہی چیزیں انسان کے اندر ہیں: باڈی اور مائنڈ۔</w:t>
      </w:r>
    </w:p>
    <w:p>
      <w:r>
        <w:rPr>
          <w:b/>
        </w:rPr>
        <w:t xml:space="preserve">[05:12] </w:t>
      </w:r>
      <w:r>
        <w:t>ab mind ko aap chahe soul kahein ya kuch aur naam dein, lekin behraal hai woh ek cheez:</w:t>
      </w:r>
    </w:p>
    <w:p>
      <w:pPr>
        <w:jc w:val="right"/>
      </w:pPr>
      <w:r>
        <w:t>اب مائنڈ کو آپ چاہے سول کہیں یا کچھ اور نام دیں، لیکن بہرحال ہے وہ ایک چیز:</w:t>
      </w:r>
    </w:p>
    <w:p>
      <w:r>
        <w:rPr>
          <w:b/>
        </w:rPr>
        <w:t xml:space="preserve">[05:18] </w:t>
      </w:r>
      <w:r>
        <w:t>body aur mind.</w:t>
      </w:r>
    </w:p>
    <w:p>
      <w:pPr>
        <w:jc w:val="right"/>
      </w:pPr>
      <w:r>
        <w:t>باڈی اور مائنڈ۔</w:t>
      </w:r>
    </w:p>
    <w:p>
      <w:r>
        <w:rPr>
          <w:b/>
        </w:rPr>
        <w:t xml:space="preserve">[05:25] </w:t>
      </w:r>
      <w:r>
        <w:t>to mind jo hai, woh is ka kaam hai think karna, yani thinking capacity hai is ke andar.</w:t>
      </w:r>
    </w:p>
    <w:p>
      <w:pPr>
        <w:jc w:val="right"/>
      </w:pPr>
      <w:r>
        <w:t>تو مائنڈ جو ہے، وہ اس کا کام ہے تھنک کرنا، یعنی تھنکنگ کیپیسٹی ہے اس کے اندر۔</w:t>
      </w:r>
    </w:p>
    <w:p>
      <w:r>
        <w:rPr>
          <w:b/>
        </w:rPr>
        <w:t xml:space="preserve">[05:32] </w:t>
      </w:r>
      <w:r>
        <w:t>wahi control karta hai hamari tamam activities ko.</w:t>
      </w:r>
    </w:p>
    <w:p>
      <w:pPr>
        <w:jc w:val="right"/>
      </w:pPr>
      <w:r>
        <w:t>وہی کنٹرول کرتا ہے ہماری تمام ایکٹیویٹیز کو۔</w:t>
      </w:r>
    </w:p>
    <w:p>
      <w:r>
        <w:rPr>
          <w:b/>
        </w:rPr>
        <w:t xml:space="preserve">[05:38] </w:t>
      </w:r>
      <w:r>
        <w:t>body to just like vehicle hai mind ke liye, vehicle.</w:t>
      </w:r>
    </w:p>
    <w:p>
      <w:pPr>
        <w:jc w:val="right"/>
      </w:pPr>
      <w:r>
        <w:t>باڈی تو جسٹ لائک وہیکل ہے مائنڈ کے لیے، وہیکل۔</w:t>
      </w:r>
    </w:p>
    <w:p>
      <w:r>
        <w:rPr>
          <w:b/>
        </w:rPr>
        <w:t xml:space="preserve">[05:45] </w:t>
      </w:r>
      <w:r>
        <w:t>to behraal saare saare jo log hain aaj ki duniya mein, India hi ki baat nahi, sari duniya</w:t>
      </w:r>
    </w:p>
    <w:p>
      <w:pPr>
        <w:jc w:val="right"/>
      </w:pPr>
      <w:r>
        <w:t>تو بہرحال سارے سارے جو لوگ ہیں آج کی دنیا میں، انڈیا ہی کی بات نہیں، ساری دنیا</w:t>
      </w:r>
    </w:p>
    <w:p>
      <w:r>
        <w:rPr>
          <w:b/>
        </w:rPr>
        <w:t xml:space="preserve">[05:52] </w:t>
      </w:r>
      <w:r>
        <w:t>ki baat hai, sab khoob jante hain ke body ko kaise feed kiya jaye, kaise achhe kapde pehnaye</w:t>
      </w:r>
    </w:p>
    <w:p>
      <w:pPr>
        <w:jc w:val="right"/>
      </w:pPr>
      <w:r>
        <w:t>کی بات ہے، سب خوب جانتے ہیں کہ باڈی کو کیسے فیڈ کیا جائے، کیسے اچھے کپڑے پہنائے</w:t>
      </w:r>
    </w:p>
    <w:p>
      <w:r>
        <w:rPr>
          <w:b/>
        </w:rPr>
        <w:t xml:space="preserve">[05:58] </w:t>
      </w:r>
      <w:r>
        <w:t>jayen, achhi sawariyan body ke liye hon.</w:t>
      </w:r>
    </w:p>
    <w:p>
      <w:pPr>
        <w:jc w:val="right"/>
      </w:pPr>
      <w:r>
        <w:t>جائیں، اچھی سواریاں باڈی کے لیے ہوں۔</w:t>
      </w:r>
    </w:p>
    <w:p>
      <w:r>
        <w:rPr>
          <w:b/>
        </w:rPr>
        <w:t xml:space="preserve">[06:05] </w:t>
      </w:r>
      <w:r>
        <w:t>sab ko pata hai.</w:t>
      </w:r>
    </w:p>
    <w:p>
      <w:pPr>
        <w:jc w:val="right"/>
      </w:pPr>
      <w:r>
        <w:t>سب کو پتہ ہے۔</w:t>
      </w:r>
    </w:p>
    <w:p>
      <w:r>
        <w:rPr>
          <w:b/>
        </w:rPr>
        <w:t xml:space="preserve">[06:11] </w:t>
      </w:r>
      <w:r>
        <w:t>lekin soul ya mind jo hai, uske liye kisi ko pata nahi hai.</w:t>
      </w:r>
    </w:p>
    <w:p>
      <w:pPr>
        <w:jc w:val="right"/>
      </w:pPr>
      <w:r>
        <w:t>لیکن سول یا مائنڈ جو ہے، اس کے لیے کسی کو پتہ نہیں ہے۔</w:t>
      </w:r>
    </w:p>
    <w:p>
      <w:r>
        <w:rPr>
          <w:b/>
        </w:rPr>
        <w:t xml:space="preserve">[06:18] </w:t>
      </w:r>
      <w:r>
        <w:t>to har aadmi jo hai, wo staro kar raha hai is doosre aspect se.</w:t>
      </w:r>
    </w:p>
    <w:p>
      <w:pPr>
        <w:jc w:val="right"/>
      </w:pPr>
      <w:r>
        <w:t>تو ہر آدمی جو ہے، وہ اسٹارو کر رہا ہے اس دوسرے ایسپیکٹ سے۔</w:t>
      </w:r>
    </w:p>
    <w:p>
      <w:r>
        <w:rPr>
          <w:b/>
        </w:rPr>
        <w:t xml:space="preserve">[06:25] </w:t>
      </w:r>
      <w:r>
        <w:t>yani soul jo hai aadmi ki, ya mind jo hai aadmi ka, wo is se staro kar raha</w:t>
      </w:r>
    </w:p>
    <w:p>
      <w:pPr>
        <w:jc w:val="right"/>
      </w:pPr>
      <w:r>
        <w:t>یعنی سول جو ہے آدمی کی، یا مائنڈ جو ہے آدمی کا، وہ اس سے اسٹارو کر رہا</w:t>
      </w:r>
    </w:p>
    <w:p>
      <w:r>
        <w:rPr>
          <w:b/>
        </w:rPr>
        <w:t xml:space="preserve">[06:31] </w:t>
      </w:r>
      <w:r>
        <w:t>hai, yani faqa mein hai wo.</w:t>
      </w:r>
    </w:p>
    <w:p>
      <w:pPr>
        <w:jc w:val="right"/>
      </w:pPr>
      <w:r>
        <w:t>ہے، یعنی فاقہ میں ہے وہ۔</w:t>
      </w:r>
    </w:p>
    <w:p>
      <w:r>
        <w:rPr>
          <w:b/>
        </w:rPr>
        <w:t xml:space="preserve">[06:38] </w:t>
      </w:r>
      <w:r>
        <w:t>mein jo daily paper hote hain, jo is mein jo ate hain article, to jab bhi mein is</w:t>
      </w:r>
    </w:p>
    <w:p>
      <w:pPr>
        <w:jc w:val="right"/>
      </w:pPr>
      <w:r>
        <w:t>میں جو ڈیلی پیپر ہوتے ہیں، جو اس میں جو آتے ہیں آرٹیکل، تو جب بھی میں اس</w:t>
      </w:r>
    </w:p>
    <w:p>
      <w:r>
        <w:rPr>
          <w:b/>
        </w:rPr>
        <w:t xml:space="preserve">[06:44] </w:t>
      </w:r>
      <w:r>
        <w:t>کو پڑھتا ہوں تو لگتا ہے کہ intellect، یعنی physically they are developed، but intellectually they are under</w:t>
      </w:r>
    </w:p>
    <w:p>
      <w:pPr>
        <w:jc w:val="right"/>
      </w:pPr>
      <w:r>
        <w:t>کو پڑھتا ہوں تو لگتا ہے کہ انٹلیکٹ، یعنی فزیکلی دے آر ڈیولپڈ، بٹ انٹلیکچولی دے آر ان</w:t>
      </w:r>
    </w:p>
    <w:p>
      <w:r>
        <w:rPr>
          <w:b/>
        </w:rPr>
        <w:t xml:space="preserve">[06:51] </w:t>
      </w:r>
      <w:r>
        <w:t>sarvaik position, under developed.</w:t>
      </w:r>
    </w:p>
    <w:p>
      <w:pPr>
        <w:jc w:val="right"/>
      </w:pPr>
      <w:r>
        <w:t>سارویک پوزیشن، انڈر ڈیولپڈ۔</w:t>
      </w:r>
    </w:p>
    <w:p>
      <w:r>
        <w:rPr>
          <w:b/>
        </w:rPr>
        <w:t xml:space="preserve">[06:58] </w:t>
      </w:r>
      <w:r>
        <w:t>yani physically they are developed, but intellectually they are underdeveloped.</w:t>
      </w:r>
    </w:p>
    <w:p>
      <w:pPr>
        <w:jc w:val="right"/>
      </w:pPr>
      <w:r>
        <w:t>یعنی فزیکلی دے آر ڈیولپڈ، بٹ انٹلیکچولی دے آر انڈر ڈیولپڈ۔</w:t>
      </w:r>
    </w:p>
    <w:p>
      <w:r>
        <w:rPr>
          <w:b/>
        </w:rPr>
        <w:t xml:space="preserve">[07:04] </w:t>
      </w:r>
      <w:r>
        <w:t>ab jaise aaj ke paper mein ye mazmoon tha: "If we want to win".</w:t>
      </w:r>
    </w:p>
    <w:p>
      <w:pPr>
        <w:jc w:val="right"/>
      </w:pPr>
      <w:r>
        <w:t>اب جیسے آج کے پیپر میں یہ مضمون تھا: "If we want to win"۔</w:t>
      </w:r>
    </w:p>
    <w:p>
      <w:r>
        <w:rPr>
          <w:b/>
        </w:rPr>
        <w:t xml:space="preserve">[07:11] </w:t>
      </w:r>
      <w:r>
        <w:t>kitna achha ye is ka caption hai: "If we want to win".</w:t>
      </w:r>
    </w:p>
    <w:p>
      <w:pPr>
        <w:jc w:val="right"/>
      </w:pPr>
      <w:r>
        <w:t>کتنا اچھا یہ اس کا کیپشن ہے: "If we want to win"۔</w:t>
      </w:r>
    </w:p>
    <w:p>
      <w:r>
        <w:rPr>
          <w:b/>
        </w:rPr>
        <w:t xml:space="preserve">[07:18] </w:t>
      </w:r>
      <w:r>
        <w:t>lekin is mein sab confusion hi confusion hai.</w:t>
      </w:r>
    </w:p>
    <w:p>
      <w:pPr>
        <w:jc w:val="right"/>
      </w:pPr>
      <w:r>
        <w:t>لیکن اس میں سب کنفیوژن ہی کنفیوژن ہے۔</w:t>
      </w:r>
    </w:p>
    <w:p>
      <w:r>
        <w:rPr>
          <w:b/>
        </w:rPr>
        <w:t xml:space="preserve">[07:24] </w:t>
      </w:r>
      <w:r>
        <w:t>jaise is mein dekhiye ke India mein gold medal jo hai, ek aadmi sirf le saka, aur China</w:t>
      </w:r>
    </w:p>
    <w:p>
      <w:pPr>
        <w:jc w:val="right"/>
      </w:pPr>
      <w:r>
        <w:t>جیسے اس میں دیکھیے کہ انڈیا میں گولڈ میڈل جو ہے، ایک آدمی صرف لے سکا، اور چائنہ</w:t>
      </w:r>
    </w:p>
    <w:p>
      <w:r>
        <w:rPr>
          <w:b/>
        </w:rPr>
        <w:t xml:space="preserve">[07:31] </w:t>
      </w:r>
      <w:r>
        <w:t>ne bahut zyada medal pa liya.</w:t>
      </w:r>
    </w:p>
    <w:p>
      <w:pPr>
        <w:jc w:val="right"/>
      </w:pPr>
      <w:r>
        <w:t>نے بہت زیادہ میڈل پا لیا۔</w:t>
      </w:r>
    </w:p>
    <w:p>
      <w:r>
        <w:rPr>
          <w:b/>
        </w:rPr>
        <w:t xml:space="preserve">[07:37] </w:t>
      </w:r>
      <w:r>
        <w:t>to is ka unhon ne analysis kiya hai.</w:t>
      </w:r>
    </w:p>
    <w:p>
      <w:pPr>
        <w:jc w:val="right"/>
      </w:pPr>
      <w:r>
        <w:t>تو اس کا انہوں نے انالیسز کیا ہے۔</w:t>
      </w:r>
    </w:p>
    <w:p>
      <w:r>
        <w:rPr>
          <w:b/>
        </w:rPr>
        <w:t xml:space="preserve">[07:44] </w:t>
      </w:r>
      <w:r>
        <w:t>to kehte hain ke jin countries mein system jo hai, us ke under mein ye sports hote hain,</w:t>
      </w:r>
    </w:p>
    <w:p>
      <w:pPr>
        <w:jc w:val="right"/>
      </w:pPr>
      <w:r>
        <w:t>تو کہتے ہیں کہ جن کنٹریز میں سسٹم جو ہے، اس کے انڈر میں یہ اسپورٹس ہوتے ہیں،</w:t>
      </w:r>
    </w:p>
    <w:p>
      <w:r>
        <w:rPr>
          <w:b/>
        </w:rPr>
        <w:t xml:space="preserve">[07:51] </w:t>
      </w:r>
      <w:r>
        <w:t>jaise India mein bhi system jo hai, wahi sports ko pattern karta hai, patronize karta hai.</w:t>
      </w:r>
    </w:p>
    <w:p>
      <w:pPr>
        <w:jc w:val="right"/>
      </w:pPr>
      <w:r>
        <w:t>جیسے انڈیا میں بھی سسٹم جو ہے، وہی اسپورٹس کو پیٹرن کرتا ہے، پیٹرنائز کرتا ہے۔</w:t>
      </w:r>
    </w:p>
    <w:p>
      <w:r>
        <w:rPr>
          <w:b/>
        </w:rPr>
        <w:t xml:space="preserve">[07:57] </w:t>
      </w:r>
      <w:r>
        <w:t>aur kai countries ke naam liye unhon ne.</w:t>
      </w:r>
    </w:p>
    <w:p>
      <w:pPr>
        <w:jc w:val="right"/>
      </w:pPr>
      <w:r>
        <w:t>اور کئی کنٹریز کے نام لیے انہوں نے۔</w:t>
      </w:r>
    </w:p>
    <w:p>
      <w:r>
        <w:rPr>
          <w:b/>
        </w:rPr>
        <w:t xml:space="preserve">[08:04] </w:t>
      </w:r>
      <w:r>
        <w:t>to system se koi achha player nahi ban pata.</w:t>
      </w:r>
    </w:p>
    <w:p>
      <w:pPr>
        <w:jc w:val="right"/>
      </w:pPr>
      <w:r>
        <w:t>تو سسٹم سے کوئی اچھا پلیئر نہیں بن پاتا۔</w:t>
      </w:r>
    </w:p>
    <w:p>
      <w:r>
        <w:rPr>
          <w:b/>
        </w:rPr>
        <w:t xml:space="preserve">[08:11] </w:t>
      </w:r>
      <w:r>
        <w:t>individual level par aadmi agar koshish karta hai to wo bada player banta hai.</w:t>
      </w:r>
    </w:p>
    <w:p>
      <w:pPr>
        <w:jc w:val="right"/>
      </w:pPr>
      <w:r>
        <w:t>انڈیویجول لیول پر آدمی اگر کوشش کرتا ہے تو وہ بڑا پلیئر بنتا ہے۔</w:t>
      </w:r>
    </w:p>
    <w:p>
      <w:r>
        <w:rPr>
          <w:b/>
        </w:rPr>
        <w:t xml:space="preserve">[08:17] </w:t>
      </w:r>
      <w:r>
        <w:t>kai example diye unhon ne.</w:t>
      </w:r>
    </w:p>
    <w:p>
      <w:pPr>
        <w:jc w:val="right"/>
      </w:pPr>
      <w:r>
        <w:t>کئی ایگزامپل دیے انہوں نے۔</w:t>
      </w:r>
    </w:p>
    <w:p>
      <w:r>
        <w:rPr>
          <w:b/>
        </w:rPr>
        <w:t xml:space="preserve">[08:24] </w:t>
      </w:r>
      <w:r>
        <w:t>isi liye wo kehte hain ke China kyun aa gaya hai? kyunke aap jante hain ke China ne</w:t>
      </w:r>
    </w:p>
    <w:p>
      <w:pPr>
        <w:jc w:val="right"/>
      </w:pPr>
      <w:r>
        <w:t>اسی لیے وہ کہتے ہیں کہ چائنہ کیوں آ گیا ہے؟ کیونکہ آپ جانتے ہیں کہ چائنہ نے</w:t>
      </w:r>
    </w:p>
    <w:p>
      <w:r>
        <w:rPr>
          <w:b/>
        </w:rPr>
        <w:t xml:space="preserve">[08:30] </w:t>
      </w:r>
      <w:r>
        <w:t>sab se zyada gold medal liye.</w:t>
      </w:r>
    </w:p>
    <w:p>
      <w:pPr>
        <w:jc w:val="right"/>
      </w:pPr>
      <w:r>
        <w:t>سب سے زیادہ گولڈ میڈل لیے۔</w:t>
      </w:r>
    </w:p>
    <w:p>
      <w:r>
        <w:rPr>
          <w:b/>
        </w:rPr>
        <w:t xml:space="preserve">[08:37] </w:t>
      </w:r>
      <w:r>
        <w:t>to kehte hain ke wahan par ye hai ye tareeqa ke wo kam, yani ten age mein kisi</w:t>
      </w:r>
    </w:p>
    <w:p>
      <w:pPr>
        <w:jc w:val="right"/>
      </w:pPr>
      <w:r>
        <w:t>تو کہتے ہیں کہ وہاں پر یہ ہے یہ طریقہ کہ وہ کم، یعنی ٹین ایج میں کسی</w:t>
      </w:r>
    </w:p>
    <w:p>
      <w:r>
        <w:rPr>
          <w:b/>
        </w:rPr>
        <w:t xml:space="preserve">[08:44] </w:t>
      </w:r>
      <w:r>
        <w:t>ko pakad lete hain, pick up kar lete hain, aur phir state ke control mein jo system chal</w:t>
      </w:r>
    </w:p>
    <w:p>
      <w:pPr>
        <w:jc w:val="right"/>
      </w:pPr>
      <w:r>
        <w:t>کو پکڑ لیتے ہیں، پک اپ کر لیتے ہیں، اور پھر اسٹیٹ کے کنٹرول میں جو سسٹم چل</w:t>
      </w:r>
    </w:p>
    <w:p>
      <w:r>
        <w:rPr>
          <w:b/>
        </w:rPr>
        <w:t xml:space="preserve">[08:50] </w:t>
      </w:r>
      <w:r>
        <w:t>raha hai, is mein daal dete hain woh.</w:t>
      </w:r>
    </w:p>
    <w:p>
      <w:pPr>
        <w:jc w:val="right"/>
      </w:pPr>
      <w:r>
        <w:t>رہا ہے، اس میں ڈال دیتے ہیں وہ۔</w:t>
      </w:r>
    </w:p>
    <w:p>
      <w:r>
        <w:rPr>
          <w:b/>
        </w:rPr>
        <w:t xml:space="preserve">[08:57] </w:t>
      </w:r>
      <w:r>
        <w:t>to yeh dekhiye, direction dekhiye.</w:t>
      </w:r>
    </w:p>
    <w:p>
      <w:pPr>
        <w:jc w:val="right"/>
      </w:pPr>
      <w:r>
        <w:t>تو یہ دیکھیے، ڈائریکشن دیکھیے۔</w:t>
      </w:r>
    </w:p>
    <w:p>
      <w:r>
        <w:rPr>
          <w:b/>
        </w:rPr>
        <w:t xml:space="preserve">[09:04] </w:t>
      </w:r>
      <w:r>
        <w:t>ek taraf keh rahe hain ke system jo hai, woh is mein bare player nahi ban paate.</w:t>
      </w:r>
    </w:p>
    <w:p>
      <w:pPr>
        <w:jc w:val="right"/>
      </w:pPr>
      <w:r>
        <w:t>ایک طرف کہہ رہے ہیں کہ سسٹم جو ہے، وہ اس میں بڑے پلیئر نہیں بن پاتے۔</w:t>
      </w:r>
    </w:p>
    <w:p>
      <w:r>
        <w:rPr>
          <w:b/>
        </w:rPr>
        <w:t xml:space="preserve">[09:10] </w:t>
      </w:r>
      <w:r>
        <w:t>individual level par jo koshish karta hai, woh ban jaata hai.</w:t>
      </w:r>
    </w:p>
    <w:p>
      <w:pPr>
        <w:jc w:val="right"/>
      </w:pPr>
      <w:r>
        <w:t>انڈیویجول لیول پر جو کوشش کرتا ہے، وہ بن جاتا ہے۔</w:t>
      </w:r>
    </w:p>
    <w:p>
      <w:r>
        <w:rPr>
          <w:b/>
        </w:rPr>
        <w:t xml:space="preserve">[09:17] </w:t>
      </w:r>
      <w:r>
        <w:t>aur doosri taraf keh rahe hain ke china mein chuki system mein le liya jaata hai bachchon ko,</w:t>
      </w:r>
    </w:p>
    <w:p>
      <w:pPr>
        <w:jc w:val="right"/>
      </w:pPr>
      <w:r>
        <w:t>اور دوسری طرف کہہ رہے ہیں کہ چائنہ میں چونکہ سسٹم میں لے لیا جاتا ہے بچوں کو،</w:t>
      </w:r>
    </w:p>
    <w:p>
      <w:r>
        <w:rPr>
          <w:b/>
        </w:rPr>
        <w:t xml:space="preserve">[09:23] </w:t>
      </w:r>
      <w:r>
        <w:t>to system jo hai, un ko yani bada player bana raha hai.</w:t>
      </w:r>
    </w:p>
    <w:p>
      <w:pPr>
        <w:jc w:val="right"/>
      </w:pPr>
      <w:r>
        <w:t>تو سسٹم جو ہے، ان کو یعنی بڑا پلیئر بنا رہا ہے۔</w:t>
      </w:r>
    </w:p>
    <w:p>
      <w:r>
        <w:rPr>
          <w:b/>
        </w:rPr>
        <w:t xml:space="preserve">[09:30] </w:t>
      </w:r>
      <w:r>
        <w:t>تو اب دیکھیں، ڈائریکشن تو سب کو بنے پایا، سب کو بنے پایا ہے کہ physically they are</w:t>
      </w:r>
    </w:p>
    <w:p>
      <w:pPr>
        <w:jc w:val="right"/>
      </w:pPr>
      <w:r>
        <w:t>تو اب دیکھیں، ڈائریکشن تو سب کو بنے پایا، سب کو بنے پایا ہے کہ فزیکلی دے آر</w:t>
      </w:r>
    </w:p>
    <w:p>
      <w:r>
        <w:rPr>
          <w:b/>
        </w:rPr>
        <w:t xml:space="preserve">[09:37] </w:t>
      </w:r>
      <w:r>
        <w:t>developed, but intellectually they are underdeveloped.</w:t>
      </w:r>
    </w:p>
    <w:p>
      <w:pPr>
        <w:jc w:val="right"/>
      </w:pPr>
      <w:r>
        <w:t>ڈیولپڈ، بٹ انٹلیکچولی دے آر انڈر ڈیولپڈ۔</w:t>
      </w:r>
    </w:p>
    <w:p>
      <w:r>
        <w:rPr>
          <w:b/>
        </w:rPr>
        <w:t xml:space="preserve">[09:43] </w:t>
      </w:r>
      <w:r>
        <w:t>yeh sab isi liye hai ke in ka jo soul hai, woh staro kar raha hai, in ka</w:t>
      </w:r>
    </w:p>
    <w:p>
      <w:pPr>
        <w:jc w:val="right"/>
      </w:pPr>
      <w:r>
        <w:t>یہ سب اسی لیے ہے کہ ان کا جو سول ہے، وہ اسٹارو کر رہا ہے، ان کا</w:t>
      </w:r>
    </w:p>
    <w:p>
      <w:r>
        <w:rPr>
          <w:b/>
        </w:rPr>
        <w:t xml:space="preserve">[09:50] </w:t>
      </w:r>
      <w:r>
        <w:t>mind jo hai, staro kar raha hai.</w:t>
      </w:r>
    </w:p>
    <w:p>
      <w:pPr>
        <w:jc w:val="right"/>
      </w:pPr>
      <w:r>
        <w:t>مائنڈ جو ہے، اسٹارو کر رہا ہے۔</w:t>
      </w:r>
    </w:p>
    <w:p>
      <w:r>
        <w:rPr>
          <w:b/>
        </w:rPr>
        <w:t xml:space="preserve">[09:56] </w:t>
      </w:r>
      <w:r>
        <w:t>ab woh aadmi samajhta hai ke yani body ki, body ki bhook mitane ke liye to bare bare</w:t>
      </w:r>
    </w:p>
    <w:p>
      <w:pPr>
        <w:jc w:val="right"/>
      </w:pPr>
      <w:r>
        <w:t>اب وہ آدمی سمجھتا ہے کہ یعنی باڈی کی، باڈی کی بھوک مٹانے کے لیے تو بڑے بڑے</w:t>
      </w:r>
    </w:p>
    <w:p>
      <w:r>
        <w:rPr>
          <w:b/>
        </w:rPr>
        <w:t xml:space="preserve">[10:03] </w:t>
      </w:r>
      <w:r>
        <w:t>hotel khule, wahan woh jaata hai, partiyon mein jaata hai.</w:t>
      </w:r>
    </w:p>
    <w:p>
      <w:pPr>
        <w:jc w:val="right"/>
      </w:pPr>
      <w:r>
        <w:t>ہوٹل کھلے، وہاں وہ جاتا ہے، پارٹیوں میں جاتا ہے۔</w:t>
      </w:r>
    </w:p>
    <w:p>
      <w:r>
        <w:rPr>
          <w:b/>
        </w:rPr>
        <w:t xml:space="preserve">[10:10] </w:t>
      </w:r>
      <w:r>
        <w:t>lekin mind ki bhook kahan mitaye? to us ne jab yeh topic dekha to samjha ke shayad yahan</w:t>
      </w:r>
    </w:p>
    <w:p>
      <w:pPr>
        <w:jc w:val="right"/>
      </w:pPr>
      <w:r>
        <w:t>لیکن مائنڈ کی بھوک کہاں مٹائے؟ تو اس نے جب یہ ٹاپک دیکھا تو سمجھا کہ شاید یہاں</w:t>
      </w:r>
    </w:p>
    <w:p>
      <w:r>
        <w:rPr>
          <w:b/>
        </w:rPr>
        <w:t xml:space="preserve">[10:16] </w:t>
      </w:r>
      <w:r>
        <w:t>par mind ki bhook ho us ke liye.</w:t>
      </w:r>
    </w:p>
    <w:p>
      <w:pPr>
        <w:jc w:val="right"/>
      </w:pPr>
      <w:r>
        <w:t>پر مائنڈ کی بھوک ہو اس کے لیے۔</w:t>
      </w:r>
    </w:p>
    <w:p>
      <w:r>
        <w:rPr>
          <w:b/>
        </w:rPr>
        <w:t xml:space="preserve">[10:23] </w:t>
      </w:r>
      <w:r>
        <w:t>to yeh ek universal phenomena hai jo sari duniya mein hai.</w:t>
      </w:r>
    </w:p>
    <w:p>
      <w:pPr>
        <w:jc w:val="right"/>
      </w:pPr>
      <w:r>
        <w:t>تو یہ ایک یونیورسل فیناومینا ہے جو ساری دنیا میں ہے۔</w:t>
      </w:r>
    </w:p>
    <w:p>
      <w:r>
        <w:rPr>
          <w:b/>
        </w:rPr>
        <w:t xml:space="preserve">[10:30] </w:t>
      </w:r>
      <w:r>
        <w:t>universal phenomena hai.</w:t>
      </w:r>
    </w:p>
    <w:p>
      <w:pPr>
        <w:jc w:val="right"/>
      </w:pPr>
      <w:r>
        <w:t>یونیورسل فیناومینا ہے۔</w:t>
      </w:r>
    </w:p>
    <w:p>
      <w:r>
        <w:rPr>
          <w:b/>
        </w:rPr>
        <w:t xml:space="preserve">[10:36] </w:t>
      </w:r>
      <w:r>
        <w:t>jo latest news mere paas hai, us ko main aap ke saamne rakhna chahunga.</w:t>
      </w:r>
    </w:p>
    <w:p>
      <w:pPr>
        <w:jc w:val="right"/>
      </w:pPr>
      <w:r>
        <w:t>جو لیٹسٹ نیوز میرے پاس ہے، اس کو میں آپ کے سامنے رکھنا چاہوں گا۔</w:t>
      </w:r>
    </w:p>
    <w:p>
      <w:r>
        <w:rPr>
          <w:b/>
        </w:rPr>
        <w:t xml:space="preserve">[10:43] </w:t>
      </w:r>
      <w:r>
        <w:t>aap ko maloom hai ke hamare india mein mr bindra ne gold medal liya hai olympic mein.</w:t>
      </w:r>
    </w:p>
    <w:p>
      <w:pPr>
        <w:jc w:val="right"/>
      </w:pPr>
      <w:r>
        <w:t>آپ کو معلوم ہے کہ ہمارے انڈیا میں مسٹر بندرا نے گولڈ میڈل لیا ہے اولمپک میں۔</w:t>
      </w:r>
    </w:p>
    <w:p>
      <w:r>
        <w:rPr>
          <w:b/>
        </w:rPr>
        <w:t xml:space="preserve">[10:49] </w:t>
      </w:r>
      <w:r>
        <w:t>to aaj kal to news mein wahi rehte hain.</w:t>
      </w:r>
    </w:p>
    <w:p>
      <w:pPr>
        <w:jc w:val="right"/>
      </w:pPr>
      <w:r>
        <w:t>تو آج کل تو نیوز میں وہی رہتے ہیں۔</w:t>
      </w:r>
    </w:p>
    <w:p>
      <w:r>
        <w:rPr>
          <w:b/>
        </w:rPr>
        <w:t xml:space="preserve">[10:56] </w:t>
      </w:r>
      <w:r>
        <w:t>aaj kal news mein aap jante hain ke mr bindra, chahe woh akhbar ho ya tv ho, har jagah.</w:t>
      </w:r>
    </w:p>
    <w:p>
      <w:pPr>
        <w:jc w:val="right"/>
      </w:pPr>
      <w:r>
        <w:t>آج کل نیوز میں آپ جانتے ہیں کہ مسٹر بندرا، چاہے وہ اخبار ہو یا ٹی وی ہو، ہر جگہ۔</w:t>
      </w:r>
    </w:p>
    <w:p>
      <w:r>
        <w:rPr>
          <w:b/>
        </w:rPr>
        <w:t xml:space="preserve">[11:03] </w:t>
      </w:r>
      <w:r>
        <w:t>khud unhon ne aaya hai is mein, un ki yeh detail mein ke woh un ke behan ne</w:t>
      </w:r>
    </w:p>
    <w:p>
      <w:pPr>
        <w:jc w:val="right"/>
      </w:pPr>
      <w:r>
        <w:t>خود انہوں نے آیا ہے اس میں، ان کی یہ ڈیٹیل میں کہ وہ ان کے بہن نے</w:t>
      </w:r>
    </w:p>
    <w:p>
      <w:r>
        <w:rPr>
          <w:b/>
        </w:rPr>
        <w:t xml:space="preserve">[11:09] </w:t>
      </w:r>
      <w:r>
        <w:t>kaha ke mera bhai banbaas le liya us ne.</w:t>
      </w:r>
    </w:p>
    <w:p>
      <w:pPr>
        <w:jc w:val="right"/>
      </w:pPr>
      <w:r>
        <w:t>کہا کہ میرا بھائی بنباس لے لیا اس نے۔</w:t>
      </w:r>
    </w:p>
    <w:p>
      <w:r>
        <w:rPr>
          <w:b/>
        </w:rPr>
        <w:t xml:space="preserve">[11:16] </w:t>
      </w:r>
      <w:r>
        <w:t>yani barson barson shooting ka woh woh karte rahe, exercise karte rahe.</w:t>
      </w:r>
    </w:p>
    <w:p>
      <w:pPr>
        <w:jc w:val="right"/>
      </w:pPr>
      <w:r>
        <w:t>یعنی برسوں برسوں شوٹنگ کا وہ وہ کرتے رہے، ایکسرسائز کرتے رہے۔</w:t>
      </w:r>
    </w:p>
    <w:p>
      <w:r>
        <w:rPr>
          <w:b/>
        </w:rPr>
        <w:t xml:space="preserve">[11:23] </w:t>
      </w:r>
      <w:r>
        <w:t>sab kuch bhool kar ke, sab kuch chhod kar ke.</w:t>
      </w:r>
    </w:p>
    <w:p>
      <w:pPr>
        <w:jc w:val="right"/>
      </w:pPr>
      <w:r>
        <w:t>سب کچھ بھول کر کے، سب کچھ چھوڑ کر کے۔</w:t>
      </w:r>
    </w:p>
    <w:p>
      <w:r>
        <w:rPr>
          <w:b/>
        </w:rPr>
        <w:t xml:space="preserve">[11:29] </w:t>
      </w:r>
      <w:r>
        <w:t>jaise banbaas liya karte the pehle zamane mein log.</w:t>
      </w:r>
    </w:p>
    <w:p>
      <w:pPr>
        <w:jc w:val="right"/>
      </w:pPr>
      <w:r>
        <w:t>جیسے بنباس لیا کرتے تھے پہلے زمانے میں لوگ۔</w:t>
      </w:r>
    </w:p>
    <w:p>
      <w:r>
        <w:rPr>
          <w:b/>
        </w:rPr>
        <w:t xml:space="preserve">[11:36] </w:t>
      </w:r>
      <w:r>
        <w:t>to banbaas le liya shooting ke, yani acha shooter banane ke liye apne aap ko.</w:t>
      </w:r>
    </w:p>
    <w:p>
      <w:pPr>
        <w:jc w:val="right"/>
      </w:pPr>
      <w:r>
        <w:t>تو بنباس لے لیا شوٹنگ کے، یعنی اچھا شوٹر بنانے کے لیے اپنے آپ کو۔</w:t>
      </w:r>
    </w:p>
    <w:p>
      <w:r>
        <w:rPr>
          <w:b/>
        </w:rPr>
        <w:t xml:space="preserve">[11:42] </w:t>
      </w:r>
      <w:r>
        <w:t>yehahan tak ke woh olympic mein gold medal laye.</w:t>
      </w:r>
    </w:p>
    <w:p>
      <w:pPr>
        <w:jc w:val="right"/>
      </w:pPr>
      <w:r>
        <w:t>یہاں تک کہ وہ اولمپک میں گولڈ میڈل لائے۔</w:t>
      </w:r>
    </w:p>
    <w:p>
      <w:r>
        <w:rPr>
          <w:b/>
        </w:rPr>
        <w:t xml:space="preserve">[11:49] </w:t>
      </w:r>
      <w:r>
        <w:t>lekin jab in ko gold medal mila to un ka apna mind kya bol raha tha? un ki</w:t>
      </w:r>
    </w:p>
    <w:p>
      <w:pPr>
        <w:jc w:val="right"/>
      </w:pPr>
      <w:r>
        <w:t>لیکن جب ان کو گولڈ میڈل ملا تو ان کا اپنا مائنڈ کیا بول رہا تھا؟ ان کی</w:t>
      </w:r>
    </w:p>
    <w:p>
      <w:r>
        <w:rPr>
          <w:b/>
        </w:rPr>
        <w:t xml:space="preserve">[11:56] </w:t>
      </w:r>
      <w:r>
        <w:t>apni soul kya bol rahi thi? bohat hi anokhi baat hai, kal ke paper mein aaya tha ke</w:t>
      </w:r>
    </w:p>
    <w:p>
      <w:pPr>
        <w:jc w:val="right"/>
      </w:pPr>
      <w:r>
        <w:t>اپنی سول کیا بول رہی تھی؟ بہت ہی انوکھی بات ہے، کل کے پیپر میں آیا تھا کہ</w:t>
      </w:r>
    </w:p>
    <w:p>
      <w:r>
        <w:rPr>
          <w:b/>
        </w:rPr>
        <w:t xml:space="preserve">[12:02] </w:t>
      </w:r>
      <w:r>
        <w:t>unhon ne kaha ke apne bare mein batate batate hue ke unhon ne kaha ke "One needs to</w:t>
      </w:r>
    </w:p>
    <w:p>
      <w:pPr>
        <w:jc w:val="right"/>
      </w:pPr>
      <w:r>
        <w:t>انہوں نے کہا کہ اپنے بارے میں بتاتے بتاتے ہوئے کہ انہوں نے کہا کہ "One needs to</w:t>
      </w:r>
    </w:p>
    <w:p>
      <w:r>
        <w:rPr>
          <w:b/>
        </w:rPr>
        <w:t xml:space="preserve">[12:09] </w:t>
      </w:r>
      <w:r>
        <w:t>strive hard for success.</w:t>
      </w:r>
    </w:p>
    <w:p>
      <w:pPr>
        <w:jc w:val="right"/>
      </w:pPr>
      <w:r>
        <w:t>strive hard for success.</w:t>
      </w:r>
    </w:p>
    <w:p>
      <w:r>
        <w:rPr>
          <w:b/>
        </w:rPr>
        <w:t xml:space="preserve">[12:16] </w:t>
      </w:r>
      <w:r>
        <w:t>One needs to strive hard for success." but is ke baad kya kehte hain? woh bohat hi anokhi</w:t>
      </w:r>
    </w:p>
    <w:p>
      <w:pPr>
        <w:jc w:val="right"/>
      </w:pPr>
      <w:r>
        <w:t>One needs to strive hard for success." بٹ اس کے بعد کیا کہتے ہیں؟ وہ بہت ہی انوکھی</w:t>
      </w:r>
    </w:p>
    <w:p>
      <w:r>
        <w:rPr>
          <w:b/>
        </w:rPr>
        <w:t xml:space="preserve">[12:22] </w:t>
      </w:r>
      <w:r>
        <w:t>baat hai yeh.</w:t>
      </w:r>
    </w:p>
    <w:p>
      <w:pPr>
        <w:jc w:val="right"/>
      </w:pPr>
      <w:r>
        <w:t>بات ہے یہ۔</w:t>
      </w:r>
    </w:p>
    <w:p>
      <w:r>
        <w:rPr>
          <w:b/>
        </w:rPr>
        <w:t xml:space="preserve">[12:28] </w:t>
      </w:r>
      <w:r>
        <w:t>"But even after reaching the top, but even after reaching the top of the mountain, there is only</w:t>
      </w:r>
    </w:p>
    <w:p>
      <w:pPr>
        <w:jc w:val="right"/>
      </w:pPr>
      <w:r>
        <w:t>"But even after reaching the top, but even after reaching the top of the mountain, there is only</w:t>
      </w:r>
    </w:p>
    <w:p>
      <w:r>
        <w:rPr>
          <w:b/>
        </w:rPr>
        <w:t xml:space="preserve">[12:34] </w:t>
      </w:r>
      <w:r>
        <w:t>loneliness." yeh top par pohnch kar aadmi lagta hai ke mein to akela ho gaya.</w:t>
      </w:r>
    </w:p>
    <w:p>
      <w:pPr>
        <w:jc w:val="right"/>
      </w:pPr>
      <w:r>
        <w:t>loneliness." یہ ٹاپ پر پہنچ کر آدمی لگتا ہے کہ میں تو اکیلا ہو گیا۔</w:t>
      </w:r>
    </w:p>
    <w:p>
      <w:r>
        <w:rPr>
          <w:b/>
        </w:rPr>
        <w:t xml:space="preserve">[12:40] </w:t>
      </w:r>
      <w:r>
        <w:t>ek aur mein ne interview suna un ka radio par, inhi ki apni awaz mein aa raha tha,</w:t>
      </w:r>
    </w:p>
    <w:p>
      <w:pPr>
        <w:jc w:val="right"/>
      </w:pPr>
      <w:r>
        <w:t>ایک اور میں نے انٹرویو سنا ان کا ریڈیو پر، انہی کی اپنی آواز میں آ رہا تھا،</w:t>
      </w:r>
    </w:p>
    <w:p>
      <w:r>
        <w:rPr>
          <w:b/>
        </w:rPr>
        <w:t xml:space="preserve">[12:47] </w:t>
      </w:r>
      <w:r>
        <w:t>hindi language mein bol rahe the woh.</w:t>
      </w:r>
    </w:p>
    <w:p>
      <w:pPr>
        <w:jc w:val="right"/>
      </w:pPr>
      <w:r>
        <w:t>ہندی لینگویج میں بول رہے تھے وہ۔</w:t>
      </w:r>
    </w:p>
    <w:p>
      <w:r>
        <w:rPr>
          <w:b/>
        </w:rPr>
        <w:t xml:space="preserve">[12:53] </w:t>
      </w:r>
      <w:r>
        <w:t>to unhon ne kaha: "abhi to muthi bhar zameen mili hai, sara aasman to abhi pada hua hai</w:t>
      </w:r>
    </w:p>
    <w:p>
      <w:pPr>
        <w:jc w:val="right"/>
      </w:pPr>
      <w:r>
        <w:t>تو انہوں نے کہا: "ابھی تو مٹھی بھر زمین ملی ہے، سارا آسمان تو ابھی پڑا ہوا ہے</w:t>
      </w:r>
    </w:p>
    <w:p>
      <w:r>
        <w:rPr>
          <w:b/>
        </w:rPr>
        <w:t xml:space="preserve">[12:59] </w:t>
      </w:r>
      <w:r>
        <w:t>pani ke liye." ab bataiye ke jis ko log har taraf, jis ko shabashi ho rahi hai, log</w:t>
      </w:r>
    </w:p>
    <w:p>
      <w:pPr>
        <w:jc w:val="right"/>
      </w:pPr>
      <w:r>
        <w:t>پانی کے لیے۔" اب بتائیے کہ جس کو لوگ ہر طرف، جس کو شاباشی ہو رہی ہے، لوگ</w:t>
      </w:r>
    </w:p>
    <w:p>
      <w:r>
        <w:rPr>
          <w:b/>
        </w:rPr>
        <w:t xml:space="preserve">[13:05] </w:t>
      </w:r>
      <w:r>
        <w:t>jis ko tareef kar rahe hain, is ka apna andar ka kya haal hai? is par mein ne socha.</w:t>
      </w:r>
    </w:p>
    <w:p>
      <w:pPr>
        <w:jc w:val="right"/>
      </w:pPr>
      <w:r>
        <w:t>جس کو تعریف کر رہے ہیں، اس کا اپنا اندر کا کیا حال ہے؟ اس پر میں نے سوچا۔</w:t>
      </w:r>
    </w:p>
    <w:p>
      <w:r>
        <w:rPr>
          <w:b/>
        </w:rPr>
        <w:t xml:space="preserve">[13:11] </w:t>
      </w:r>
      <w:r>
        <w:t>is par mein ne socha.</w:t>
      </w:r>
    </w:p>
    <w:p>
      <w:pPr>
        <w:jc w:val="right"/>
      </w:pPr>
      <w:r>
        <w:t>اس پر میں نے سوچا۔</w:t>
      </w:r>
    </w:p>
    <w:p>
      <w:r>
        <w:rPr>
          <w:b/>
        </w:rPr>
        <w:t xml:space="preserve">[13:18] </w:t>
      </w:r>
      <w:r>
        <w:t>to mujhe ab yeh samajh mein aaya ke aadmi ka jo goal hai, woh is ke beyond hai.</w:t>
      </w:r>
    </w:p>
    <w:p>
      <w:pPr>
        <w:jc w:val="right"/>
      </w:pPr>
      <w:r>
        <w:t>تو مجھے اب یہ سمجھ میں آیا کہ آدمی کا جو گول ہے، وہ اس کے بیانڈ ہے۔</w:t>
      </w:r>
    </w:p>
    <w:p>
      <w:r>
        <w:rPr>
          <w:b/>
        </w:rPr>
        <w:t xml:space="preserve">[13:24] </w:t>
      </w:r>
      <w:r>
        <w:t>yani shooting mein agar medal mil jaye un ko, yeh is ka aakhri nahi hai, is ka is</w:t>
      </w:r>
    </w:p>
    <w:p>
      <w:pPr>
        <w:jc w:val="right"/>
      </w:pPr>
      <w:r>
        <w:t>یعنی شوٹنگ میں اگر میڈل مل جائے ان کو، یہ اس کا آخری نہیں ہے، اس کا اس</w:t>
      </w:r>
    </w:p>
    <w:p>
      <w:r>
        <w:rPr>
          <w:b/>
        </w:rPr>
        <w:t xml:space="preserve">[13:30] </w:t>
      </w:r>
      <w:r>
        <w:t>ke beyond kuch aur chahta hai aadmi.</w:t>
      </w:r>
    </w:p>
    <w:p>
      <w:pPr>
        <w:jc w:val="right"/>
      </w:pPr>
      <w:r>
        <w:t>کے بیانڈ کچھ اور چاہتا ہے آدمی۔</w:t>
      </w:r>
    </w:p>
    <w:p>
      <w:r>
        <w:rPr>
          <w:b/>
        </w:rPr>
        <w:t xml:space="preserve">[13:36] </w:t>
      </w:r>
      <w:r>
        <w:t>industry mein, business mein, kisi aur cheez mein, koi is ko success mil jaye to is ko woh</w:t>
      </w:r>
    </w:p>
    <w:p>
      <w:pPr>
        <w:jc w:val="right"/>
      </w:pPr>
      <w:r>
        <w:t>انڈسٹری میں، بزنس میں، کسی اور چیز میں، کوئی اس کو سکسیس مل جائے تو اس کو وہ</w:t>
      </w:r>
    </w:p>
    <w:p>
      <w:r>
        <w:rPr>
          <w:b/>
        </w:rPr>
        <w:t xml:space="preserve">[13:43] </w:t>
      </w:r>
      <w:r>
        <w:t>satisfy nahi karti.</w:t>
      </w:r>
    </w:p>
    <w:p>
      <w:pPr>
        <w:jc w:val="right"/>
      </w:pPr>
      <w:r>
        <w:t>سیٹسفائی نہیں کرتی۔</w:t>
      </w:r>
    </w:p>
    <w:p>
      <w:r>
        <w:rPr>
          <w:b/>
        </w:rPr>
        <w:t xml:space="preserve">[13:49] </w:t>
      </w:r>
      <w:r>
        <w:t>mein ne ek baar internet mein niklwaya ke jo super achievers the, un ki death kaise hui? yani</w:t>
      </w:r>
    </w:p>
    <w:p>
      <w:pPr>
        <w:jc w:val="right"/>
      </w:pPr>
      <w:r>
        <w:t>میں نے ایک بار انٹرنیٹ میں نکلوایا کہ جو سپر اچیورز تھے، ان کی ڈیتھ کیسے ہوئی؟ یعنی</w:t>
      </w:r>
    </w:p>
    <w:p>
      <w:r>
        <w:rPr>
          <w:b/>
        </w:rPr>
        <w:t xml:space="preserve">[13:55] </w:t>
      </w:r>
      <w:r>
        <w:t>un ke final days kaise the? to 402 ke bare mein aaya internet mein, 402, woh mere paas</w:t>
      </w:r>
    </w:p>
    <w:p>
      <w:pPr>
        <w:jc w:val="right"/>
      </w:pPr>
      <w:r>
        <w:t>ان کے فائنل ڈیز کیسے تھے؟ تو 402 کے بارے میں آیا انٹرنیٹ میں، 402، وہ میرے پاس</w:t>
      </w:r>
    </w:p>
    <w:p>
      <w:r>
        <w:rPr>
          <w:b/>
        </w:rPr>
        <w:t xml:space="preserve">[14:01] </w:t>
      </w:r>
      <w:r>
        <w:t>rakha hua hai.</w:t>
      </w:r>
    </w:p>
    <w:p>
      <w:pPr>
        <w:jc w:val="right"/>
      </w:pPr>
      <w:r>
        <w:t>رکھا ہوا ہے۔</w:t>
      </w:r>
    </w:p>
    <w:p>
      <w:r>
        <w:rPr>
          <w:b/>
        </w:rPr>
        <w:t xml:space="preserve">[14:07] </w:t>
      </w:r>
      <w:r>
        <w:t>402 bare bare achievers ke bare mein tha ke sab sab despair mein un ki death hui.</w:t>
      </w:r>
    </w:p>
    <w:p>
      <w:pPr>
        <w:jc w:val="right"/>
      </w:pPr>
      <w:r>
        <w:t>402 بڑے بڑے اچیورز کے بارے میں تھا کہ سب سب ڈسپیئر میں ان کی ڈیتھ ہوئی۔</w:t>
      </w:r>
    </w:p>
    <w:p>
      <w:r>
        <w:rPr>
          <w:b/>
        </w:rPr>
        <w:t xml:space="preserve">[14:14] </w:t>
      </w:r>
      <w:r>
        <w:t>un ke final days jo the, woh despair ke din the.</w:t>
      </w:r>
    </w:p>
    <w:p>
      <w:pPr>
        <w:jc w:val="right"/>
      </w:pPr>
      <w:r>
        <w:t>ان کے فائنل ڈیز جو تھے، وہ ڈسپیئر کے دن تھے۔</w:t>
      </w:r>
    </w:p>
    <w:p>
      <w:r>
        <w:rPr>
          <w:b/>
        </w:rPr>
        <w:t xml:space="preserve">[14:20] </w:t>
      </w:r>
      <w:r>
        <w:t>kyun? jo mila tha un ko, woh is se kam tha jo woh pana chahte the.</w:t>
      </w:r>
    </w:p>
    <w:p>
      <w:pPr>
        <w:jc w:val="right"/>
      </w:pPr>
      <w:r>
        <w:t>کیوں؟ جو ملا تھا ان کو، وہ اس سے کم تھا جو وہ پانا چاہتے تھے۔</w:t>
      </w:r>
    </w:p>
    <w:p>
      <w:r>
        <w:rPr>
          <w:b/>
        </w:rPr>
        <w:t xml:space="preserve">[14:26] </w:t>
      </w:r>
      <w:r>
        <w:t>yani woh paana chahte the sara sky, sara aasman, mila kiya? muthi bhar mitti.</w:t>
      </w:r>
    </w:p>
    <w:p>
      <w:pPr>
        <w:jc w:val="right"/>
      </w:pPr>
      <w:r>
        <w:t>یعنی وہ پانا چاہتے تھے سارا اسکائی، سارا آسمان، ملا کیا؟ مٹھی بھر مٹی۔</w:t>
      </w:r>
    </w:p>
    <w:p>
      <w:r>
        <w:rPr>
          <w:b/>
        </w:rPr>
        <w:t xml:space="preserve">[14:32] </w:t>
      </w:r>
      <w:r>
        <w:t>yeh aik dilemma hai jis mein sara insaan pada hua hai.</w:t>
      </w:r>
    </w:p>
    <w:p>
      <w:pPr>
        <w:jc w:val="right"/>
      </w:pPr>
      <w:r>
        <w:t>یہ ایک ڈیلمہ ہے جس میں سارا انسان پڑا ہوا ہے۔</w:t>
      </w:r>
    </w:p>
    <w:p>
      <w:r>
        <w:rPr>
          <w:b/>
        </w:rPr>
        <w:t xml:space="preserve">[14:38] </w:t>
      </w:r>
      <w:r>
        <w:t>maine khud apni family mein, apne janne walon mein bohat se aisay log dekhe hain jinho ne</w:t>
      </w:r>
    </w:p>
    <w:p>
      <w:pPr>
        <w:jc w:val="right"/>
      </w:pPr>
      <w:r>
        <w:t>میں نے خود اپنی فیملی میں، اپنے جاننے والوں میں بہت سے ایسے لوگ دیکھے ہیں جنہوں نے</w:t>
      </w:r>
    </w:p>
    <w:p>
      <w:r>
        <w:rPr>
          <w:b/>
        </w:rPr>
        <w:t xml:space="preserve">[14:45] </w:t>
      </w:r>
      <w:r>
        <w:t>bohat paisa kamaya.</w:t>
      </w:r>
    </w:p>
    <w:p>
      <w:pPr>
        <w:jc w:val="right"/>
      </w:pPr>
      <w:r>
        <w:t>بہت پیسہ کمایا۔</w:t>
      </w:r>
    </w:p>
    <w:p>
      <w:r>
        <w:rPr>
          <w:b/>
        </w:rPr>
        <w:t xml:space="preserve">[14:51] </w:t>
      </w:r>
      <w:r>
        <w:t>lekin jab main un ke ghar gaya, mislan aik sahib thay bombay mein, kafi paisa kamaya tha unho</w:t>
      </w:r>
    </w:p>
    <w:p>
      <w:pPr>
        <w:jc w:val="right"/>
      </w:pPr>
      <w:r>
        <w:t>لیکن جب میں ان کے گھر گیا، مثلاً ایک صاحب تھے بمبے میں، کافی پیسہ کمایا تھا انہوں</w:t>
      </w:r>
    </w:p>
    <w:p>
      <w:r>
        <w:rPr>
          <w:b/>
        </w:rPr>
        <w:t xml:space="preserve">[14:57] </w:t>
      </w:r>
      <w:r>
        <w:t>ne, un ke haan mein thehra hai.</w:t>
      </w:r>
    </w:p>
    <w:p>
      <w:pPr>
        <w:jc w:val="right"/>
      </w:pPr>
      <w:r>
        <w:t>نے، ان کے ہاں میں ٹھہرا ہے۔</w:t>
      </w:r>
    </w:p>
    <w:p>
      <w:r>
        <w:rPr>
          <w:b/>
        </w:rPr>
        <w:t xml:space="preserve">[15:03] </w:t>
      </w:r>
      <w:r>
        <w:t>shayad do raat thehra tha main.</w:t>
      </w:r>
    </w:p>
    <w:p>
      <w:pPr>
        <w:jc w:val="right"/>
      </w:pPr>
      <w:r>
        <w:t>شاید دو رات ٹھہرا تھا میں۔</w:t>
      </w:r>
    </w:p>
    <w:p>
      <w:r>
        <w:rPr>
          <w:b/>
        </w:rPr>
        <w:t xml:space="preserve">[15:10] </w:t>
      </w:r>
      <w:r>
        <w:t>to raat ko main to sound sleep liya, maine khoob soya.</w:t>
      </w:r>
    </w:p>
    <w:p>
      <w:pPr>
        <w:jc w:val="right"/>
      </w:pPr>
      <w:r>
        <w:t>تو رات کو میں تو ساؤنڈ سلیپ لیا، میں نے خوب سویا۔</w:t>
      </w:r>
    </w:p>
    <w:p>
      <w:r>
        <w:rPr>
          <w:b/>
        </w:rPr>
        <w:t xml:space="preserve">[15:16] </w:t>
      </w:r>
      <w:r>
        <w:t>main woh raat bhar baithe rehte thay, woh un ko neend hi nahi aati thi.</w:t>
      </w:r>
    </w:p>
    <w:p>
      <w:pPr>
        <w:jc w:val="right"/>
      </w:pPr>
      <w:r>
        <w:t>میں وہ رات بھر بیٹھے رہتے تھے، وہ ان کو نیند ہی نہیں آتی تھی۔</w:t>
      </w:r>
    </w:p>
    <w:p>
      <w:r>
        <w:rPr>
          <w:b/>
        </w:rPr>
        <w:t xml:space="preserve">[15:22] </w:t>
      </w:r>
      <w:r>
        <w:t>un ke paas building thi, paisa tha, car tha, sab kuch tha.</w:t>
      </w:r>
    </w:p>
    <w:p>
      <w:pPr>
        <w:jc w:val="right"/>
      </w:pPr>
      <w:r>
        <w:t>ان کے پاس بلڈنگ تھی، پیسہ تھا، کار تھا، سب کچھ تھا۔</w:t>
      </w:r>
    </w:p>
    <w:p>
      <w:r>
        <w:rPr>
          <w:b/>
        </w:rPr>
        <w:t xml:space="preserve">[15:28] </w:t>
      </w:r>
      <w:r>
        <w:t>aur raat ka bara hissa woh baithe baithe guzarte thay.</w:t>
      </w:r>
    </w:p>
    <w:p>
      <w:pPr>
        <w:jc w:val="right"/>
      </w:pPr>
      <w:r>
        <w:t>اور رات کا بڑا حصہ وہ بیٹھے بیٹھے گزارتے تھے۔</w:t>
      </w:r>
    </w:p>
    <w:p>
      <w:r>
        <w:rPr>
          <w:b/>
        </w:rPr>
        <w:t xml:space="preserve">[15:34] </w:t>
      </w:r>
      <w:r>
        <w:t>aur wohin par, isi building mein main sota tha raat bhar.</w:t>
      </w:r>
    </w:p>
    <w:p>
      <w:pPr>
        <w:jc w:val="right"/>
      </w:pPr>
      <w:r>
        <w:t>اور وہیں پر، اسی بلڈنگ میں میں سوتا تھا رات بھر۔</w:t>
      </w:r>
    </w:p>
    <w:p>
      <w:r>
        <w:rPr>
          <w:b/>
        </w:rPr>
        <w:t xml:space="preserve">[15:41] </w:t>
      </w:r>
      <w:r>
        <w:t>yeh sab ka haal hai, sab ka haal hai, sab ka haal hai.</w:t>
      </w:r>
    </w:p>
    <w:p>
      <w:pPr>
        <w:jc w:val="right"/>
      </w:pPr>
      <w:r>
        <w:t>یہ سب کا حال ہے، سب کا حال ہے، سب کا حال ہے۔</w:t>
      </w:r>
    </w:p>
    <w:p>
      <w:r>
        <w:rPr>
          <w:b/>
        </w:rPr>
        <w:t xml:space="preserve">[15:47] </w:t>
      </w:r>
      <w:r>
        <w:t>koi sleep mein sleeping pills kha kar sota hai, kisi ka aisa haal hota hai.</w:t>
      </w:r>
    </w:p>
    <w:p>
      <w:pPr>
        <w:jc w:val="right"/>
      </w:pPr>
      <w:r>
        <w:t>کوئی سلیپ میں سلیپنگ پلز کھا کر سوتا ہے، کسی کا ایسا حال ہوتا ہے۔</w:t>
      </w:r>
    </w:p>
    <w:p>
      <w:r>
        <w:rPr>
          <w:b/>
        </w:rPr>
        <w:t xml:space="preserve">[15:53] </w:t>
      </w:r>
      <w:r>
        <w:t>to asal cheez kiya hai? ke aadmi, yani aadmi by birth seeker hai.</w:t>
      </w:r>
    </w:p>
    <w:p>
      <w:pPr>
        <w:jc w:val="right"/>
      </w:pPr>
      <w:r>
        <w:t>تو اصل چیز کیا ہے؟ کہ آدمی، یعنی آدمی بائی برتھ سیکر ہے۔</w:t>
      </w:r>
    </w:p>
    <w:p>
      <w:r>
        <w:rPr>
          <w:b/>
        </w:rPr>
        <w:t xml:space="preserve">[15:59] </w:t>
      </w:r>
      <w:r>
        <w:t>seeker kis cheez ka? final truth ka, final reality ka.</w:t>
      </w:r>
    </w:p>
    <w:p>
      <w:pPr>
        <w:jc w:val="right"/>
      </w:pPr>
      <w:r>
        <w:t>سیکر کس چیز کا؟ فائنل ٹروتھ کا، فائنل ریلیٹی کا۔</w:t>
      </w:r>
    </w:p>
    <w:p>
      <w:r>
        <w:rPr>
          <w:b/>
        </w:rPr>
        <w:t xml:space="preserve">[16:05] </w:t>
      </w:r>
      <w:r>
        <w:t>is se kam ki jo cheez hai, us ko satisfy nahi karti.</w:t>
      </w:r>
    </w:p>
    <w:p>
      <w:pPr>
        <w:jc w:val="right"/>
      </w:pPr>
      <w:r>
        <w:t>اس سے کم کی جو چیز ہے، اس کو سیٹسفائی نہیں کرتی۔</w:t>
      </w:r>
    </w:p>
    <w:p>
      <w:r>
        <w:rPr>
          <w:b/>
        </w:rPr>
        <w:t xml:space="preserve">[16:12] </w:t>
      </w:r>
      <w:r>
        <w:t>aur jitne log hain, yeh jin ko hum achiever ya super achiever kehte hain, woh sab is se</w:t>
      </w:r>
    </w:p>
    <w:p>
      <w:pPr>
        <w:jc w:val="right"/>
      </w:pPr>
      <w:r>
        <w:t>اور جتنے لوگ ہیں، یہ جن کو ہم اچیور یا سپر اچیور کہتے ہیں، وہ سب اس سے</w:t>
      </w:r>
    </w:p>
    <w:p>
      <w:r>
        <w:rPr>
          <w:b/>
        </w:rPr>
        <w:t xml:space="preserve">[16:18] </w:t>
      </w:r>
      <w:r>
        <w:t>kam mile hue cheez, wahi log thay jin ko is se kam cheez mili hui thi.</w:t>
      </w:r>
    </w:p>
    <w:p>
      <w:pPr>
        <w:jc w:val="right"/>
      </w:pPr>
      <w:r>
        <w:t>کم ملے ہوئے چیز، وہی لوگ تھے جن کو اس سے کم چیز ملی ہوئی تھی۔</w:t>
      </w:r>
    </w:p>
    <w:p>
      <w:r>
        <w:rPr>
          <w:b/>
        </w:rPr>
        <w:t xml:space="preserve">[16:24] </w:t>
      </w:r>
      <w:r>
        <w:t>jaise main aap ko chand top ke logon ki misaal doon.</w:t>
      </w:r>
    </w:p>
    <w:p>
      <w:pPr>
        <w:jc w:val="right"/>
      </w:pPr>
      <w:r>
        <w:t>جیسے میں آپ کو چند ٹاپ کے لوگوں کی مثال دوں۔</w:t>
      </w:r>
    </w:p>
    <w:p>
      <w:r>
        <w:rPr>
          <w:b/>
        </w:rPr>
        <w:t xml:space="preserve">[16:30] </w:t>
      </w:r>
      <w:r>
        <w:t>newton jo hai, bohat bara mana jata hai, yani founder of modern science mana jata hai newton ko.</w:t>
      </w:r>
    </w:p>
    <w:p>
      <w:pPr>
        <w:jc w:val="right"/>
      </w:pPr>
      <w:r>
        <w:t>نیوٹن جو ہے، بہت بڑا مانا جاتا ہے، یعنی فاؤنڈر آف ماڈرن سائنس مانا جاتا ہے نیوٹن کو۔</w:t>
      </w:r>
    </w:p>
    <w:p>
      <w:r>
        <w:rPr>
          <w:b/>
        </w:rPr>
        <w:t xml:space="preserve">[16:37] </w:t>
      </w:r>
      <w:r>
        <w:t>newton ne apne baray mein kaha ke meri misaal us bachay ki hai jo sea shore par shell</w:t>
      </w:r>
    </w:p>
    <w:p>
      <w:pPr>
        <w:jc w:val="right"/>
      </w:pPr>
      <w:r>
        <w:t>نیوٹن نے اپنے بارے میں کہا کہ میری مثال اس بچے کی ہے جو سی شور پر سیلک</w:t>
      </w:r>
    </w:p>
    <w:p>
      <w:r>
        <w:rPr>
          <w:b/>
        </w:rPr>
        <w:t xml:space="preserve">[16:43] </w:t>
      </w:r>
      <w:r>
        <w:t>se se khel raha ho.</w:t>
      </w:r>
    </w:p>
    <w:p>
      <w:pPr>
        <w:jc w:val="right"/>
      </w:pPr>
      <w:r>
        <w:t>سے سے کھیل رہا ہو۔</w:t>
      </w:r>
    </w:p>
    <w:p>
      <w:r>
        <w:rPr>
          <w:b/>
        </w:rPr>
        <w:t xml:space="preserve">[16:49] </w:t>
      </w:r>
      <w:r>
        <w:t>shell yani ghoghhe se khel raha ho.</w:t>
      </w:r>
    </w:p>
    <w:p>
      <w:pPr>
        <w:jc w:val="right"/>
      </w:pPr>
      <w:r>
        <w:t>سیل یعنی گھوگھے سے کھیل رہا ہو۔</w:t>
      </w:r>
    </w:p>
    <w:p>
      <w:r>
        <w:rPr>
          <w:b/>
        </w:rPr>
        <w:t xml:space="preserve">[16:55] </w:t>
      </w:r>
      <w:r>
        <w:t>samandar ke kinare aik bachay ghoghhe shell se se khel raha ho, waisi meri misaal hai.</w:t>
      </w:r>
    </w:p>
    <w:p>
      <w:pPr>
        <w:jc w:val="right"/>
      </w:pPr>
      <w:r>
        <w:t>سمندر کے کنارے ایک بچہ گھوگھے سیل سے سے کھیل رہا ہو، ویسی میری مثال ہے۔</w:t>
      </w:r>
    </w:p>
    <w:p>
      <w:r>
        <w:rPr>
          <w:b/>
        </w:rPr>
        <w:t xml:space="preserve">[17:01] </w:t>
      </w:r>
      <w:r>
        <w:t>kyunke universal of knowledge ka to abhi mujhe kuch bhi nahi mila.</w:t>
      </w:r>
    </w:p>
    <w:p>
      <w:pPr>
        <w:jc w:val="right"/>
      </w:pPr>
      <w:r>
        <w:t>کیونکہ یونیورسل آف نالج کا تو ابھی مجھے کچھ بھی نہیں ملا۔</w:t>
      </w:r>
    </w:p>
    <w:p>
      <w:r>
        <w:rPr>
          <w:b/>
        </w:rPr>
        <w:t xml:space="preserve">[17:08] </w:t>
      </w:r>
      <w:r>
        <w:t>jo mila hai, wo to ek ia ta ke barabar bhi nahi hai.</w:t>
      </w:r>
    </w:p>
    <w:p>
      <w:pPr>
        <w:jc w:val="right"/>
      </w:pPr>
      <w:r>
        <w:t>جو ملا ہے، وہ تو ایک آئی اے ٹا کے برابر بھی نہیں ہے۔</w:t>
      </w:r>
    </w:p>
    <w:p>
      <w:r>
        <w:rPr>
          <w:b/>
        </w:rPr>
        <w:t xml:space="preserve">[17:14] </w:t>
      </w:r>
      <w:r>
        <w:t>ye newton ka haal tha.</w:t>
      </w:r>
    </w:p>
    <w:p>
      <w:pPr>
        <w:jc w:val="right"/>
      </w:pPr>
      <w:r>
        <w:t>یہ نیوٹن کا حال تھا۔</w:t>
      </w:r>
    </w:p>
    <w:p>
      <w:r>
        <w:rPr>
          <w:b/>
        </w:rPr>
        <w:t xml:space="preserve">[17:20] </w:t>
      </w:r>
      <w:r>
        <w:t>einstein ko dekhiye, jo top most scientist mana jata hai is zamane ka.</w:t>
      </w:r>
    </w:p>
    <w:p>
      <w:pPr>
        <w:jc w:val="right"/>
      </w:pPr>
      <w:r>
        <w:t>آئنسٹین کو دیکھیے، جو ٹاپ موسٹ سائنٹسٹ مانا جاتا ہے اس زمانے کا۔</w:t>
      </w:r>
    </w:p>
    <w:p>
      <w:r>
        <w:rPr>
          <w:b/>
        </w:rPr>
        <w:t xml:space="preserve">[17:26] </w:t>
      </w:r>
      <w:r>
        <w:t>is ne sari zindagi, sari zindagi, sari zindagi laga di.</w:t>
      </w:r>
    </w:p>
    <w:p>
      <w:pPr>
        <w:jc w:val="right"/>
      </w:pPr>
      <w:r>
        <w:t>اس نے ساری زندگی، ساری زندگی، ساری زندگی لگا دی۔</w:t>
      </w:r>
    </w:p>
    <w:p>
      <w:r>
        <w:rPr>
          <w:b/>
        </w:rPr>
        <w:t xml:space="preserve">[17:32] </w:t>
      </w:r>
      <w:r>
        <w:t>اور اس کے بعد اس نے theory of relativity ڈسکوری ہوئی، اس کو اس سے بہت ہی مشہور ہوا۔</w:t>
      </w:r>
    </w:p>
    <w:p>
      <w:pPr>
        <w:jc w:val="right"/>
      </w:pPr>
      <w:r>
        <w:t>اور اس کے بعد اس نے تھیوری آف ریلیٹیوٹی ڈسکوری ہوئی، اس کو اس سے بہت ہی مشہور ہوا۔</w:t>
      </w:r>
    </w:p>
    <w:p>
      <w:r>
        <w:rPr>
          <w:b/>
        </w:rPr>
        <w:t xml:space="preserve">[17:39] </w:t>
      </w:r>
      <w:r>
        <w:t>lekin ye jo is ki ye jo theory hai, theory of relativity, is mein wo batata hai ke</w:t>
      </w:r>
    </w:p>
    <w:p>
      <w:pPr>
        <w:jc w:val="right"/>
      </w:pPr>
      <w:r>
        <w:t>لیکن یہ جو اس کی یہ جو تھیوری ہے، تھیوری آف ریلیٹیوٹی، اس میں وہ بتاتا ہے کہ</w:t>
      </w:r>
    </w:p>
    <w:p>
      <w:r>
        <w:rPr>
          <w:b/>
        </w:rPr>
        <w:t xml:space="preserve">[17:45] </w:t>
      </w:r>
      <w:r>
        <w:t>sab se bara jo dilemma hai, wo ye hai mere jese logon ke liye, wo ye hai ke</w:t>
      </w:r>
    </w:p>
    <w:p>
      <w:pPr>
        <w:jc w:val="right"/>
      </w:pPr>
      <w:r>
        <w:t>سب سے بڑا جو ڈیلمہ ہے، وہ یہ ہے میرے جیسے لوگوں کے لیے، وہ یہ ہے کہ</w:t>
      </w:r>
    </w:p>
    <w:p>
      <w:r>
        <w:rPr>
          <w:b/>
        </w:rPr>
        <w:t xml:space="preserve">[17:51] </w:t>
      </w:r>
      <w:r>
        <w:t>اس کی اپنی ورڈنگ میں "no absolute frame of reference exists"۔</w:t>
      </w:r>
    </w:p>
    <w:p>
      <w:pPr>
        <w:jc w:val="right"/>
      </w:pPr>
      <w:r>
        <w:t>اس کی اپنی ورڈنگ میں "نو ایبسولیوٹ فریم آف ریفرنس ایگزسٹ"۔</w:t>
      </w:r>
    </w:p>
    <w:p>
      <w:r>
        <w:rPr>
          <w:b/>
        </w:rPr>
        <w:t xml:space="preserve">[17:57] </w:t>
      </w:r>
      <w:r>
        <w:t>"No absolute frame of reference exists".</w:t>
      </w:r>
    </w:p>
    <w:p>
      <w:pPr>
        <w:jc w:val="right"/>
      </w:pPr>
      <w:r>
        <w:t>"نو ایبسولیوٹ فریم آف ریفرنس ایگزسٹ"۔</w:t>
      </w:r>
    </w:p>
    <w:p>
      <w:r>
        <w:rPr>
          <w:b/>
        </w:rPr>
        <w:t xml:space="preserve">[18:04] </w:t>
      </w:r>
      <w:r>
        <w:t>yani yahan hum chahte hain ke absolute frame of reference mile, tabhi to hum baton ko jaan payenge.</w:t>
      </w:r>
    </w:p>
    <w:p>
      <w:pPr>
        <w:jc w:val="right"/>
      </w:pPr>
      <w:r>
        <w:t>یعنی یہاں ہم چاہتے ہیں کہ ایبسولیوٹ فریم آف ریفرنس ملے، تبھی تو ہم باتوں کو جان پائیں گے۔</w:t>
      </w:r>
    </w:p>
    <w:p>
      <w:r>
        <w:rPr>
          <w:b/>
        </w:rPr>
        <w:t xml:space="preserve">[18:10] </w:t>
      </w:r>
      <w:r>
        <w:t>wo hamari discoverable hi nahi hai.</w:t>
      </w:r>
    </w:p>
    <w:p>
      <w:pPr>
        <w:jc w:val="right"/>
      </w:pPr>
      <w:r>
        <w:t>وہ ہماری ڈسکوریبل ہی نہیں ہے۔</w:t>
      </w:r>
    </w:p>
    <w:p>
      <w:r>
        <w:rPr>
          <w:b/>
        </w:rPr>
        <w:t xml:space="preserve">[18:16] </w:t>
      </w:r>
      <w:r>
        <w:t>ab bataiye ke aadmi ko kaise sukoon milega? kaise satisfaction milega? ke sari umar kharch kar</w:t>
      </w:r>
    </w:p>
    <w:p>
      <w:pPr>
        <w:jc w:val="right"/>
      </w:pPr>
      <w:r>
        <w:t>اب بتائیے کہ آدمی کو کیسے سکون ملے گا؟ کیسے سیٹسفیکشن ملے گا؟ کہ ساری عمر خرچ کر</w:t>
      </w:r>
    </w:p>
    <w:p>
      <w:r>
        <w:rPr>
          <w:b/>
        </w:rPr>
        <w:t xml:space="preserve">[18:22] </w:t>
      </w:r>
      <w:r>
        <w:t>ke kya pata chala ke "there is no absolute frame of reference".</w:t>
      </w:r>
    </w:p>
    <w:p>
      <w:pPr>
        <w:jc w:val="right"/>
      </w:pPr>
      <w:r>
        <w:t>کے کیا پتہ چلا کہ "دیر از نو ایبسولیوٹ فریم آف ریفرنس"۔</w:t>
      </w:r>
    </w:p>
    <w:p>
      <w:r>
        <w:rPr>
          <w:b/>
        </w:rPr>
        <w:t xml:space="preserve">[18:28] </w:t>
      </w:r>
      <w:r>
        <w:t>yahan par is ka khatma hua.</w:t>
      </w:r>
    </w:p>
    <w:p>
      <w:pPr>
        <w:jc w:val="right"/>
      </w:pPr>
      <w:r>
        <w:t>یہاں پر اس کا خاتمہ ہوا۔</w:t>
      </w:r>
    </w:p>
    <w:p>
      <w:r>
        <w:rPr>
          <w:b/>
        </w:rPr>
        <w:t xml:space="preserve">[18:35] </w:t>
      </w:r>
      <w:r>
        <w:t>bohat top ka scientist tha sir arthur eddington.</w:t>
      </w:r>
    </w:p>
    <w:p>
      <w:pPr>
        <w:jc w:val="right"/>
      </w:pPr>
      <w:r>
        <w:t>بہت ٹاپ کا سائنٹسٹ تھا سر ارتھر ایڈنگٹن۔</w:t>
      </w:r>
    </w:p>
    <w:p>
      <w:r>
        <w:rPr>
          <w:b/>
        </w:rPr>
        <w:t xml:space="preserve">[18:41] </w:t>
      </w:r>
      <w:r>
        <w:t>aakhri zamane mein is ne ek kitab likhi jo chhapi hai "unseen world".</w:t>
      </w:r>
    </w:p>
    <w:p>
      <w:pPr>
        <w:jc w:val="right"/>
      </w:pPr>
      <w:r>
        <w:t>آخری زمانے میں اس نے ایک کتاب لکھی جو چھپی ہے "ان سین ورلڈ"۔</w:t>
      </w:r>
    </w:p>
    <w:p>
      <w:r>
        <w:rPr>
          <w:b/>
        </w:rPr>
        <w:t xml:space="preserve">[18:47] </w:t>
      </w:r>
      <w:r>
        <w:t>"unseen world" yani duniya aisi hai jo hamare observation mein nahi aati.</w:t>
      </w:r>
    </w:p>
    <w:p>
      <w:pPr>
        <w:jc w:val="right"/>
      </w:pPr>
      <w:r>
        <w:t>"ان سین ورلڈ" یعنی دنیا ایسی ہے جو ہمارے ابزرویشن میں نہیں آتی۔</w:t>
      </w:r>
    </w:p>
    <w:p>
      <w:r>
        <w:rPr>
          <w:b/>
        </w:rPr>
        <w:t xml:space="preserve">[18:53] </w:t>
      </w:r>
      <w:r>
        <w:t>hamare paas aankh hai, hum dekhna chahte hain.</w:t>
      </w:r>
    </w:p>
    <w:p>
      <w:pPr>
        <w:jc w:val="right"/>
      </w:pPr>
      <w:r>
        <w:t>ہمارے پاس آنکھ ہے، ہم دیکھنا چاہتے ہیں۔</w:t>
      </w:r>
    </w:p>
    <w:p>
      <w:r>
        <w:rPr>
          <w:b/>
        </w:rPr>
        <w:t xml:space="preserve">[18:59] </w:t>
      </w:r>
      <w:r>
        <w:t>lekin jo dikhai de, jo object hai, wo dikhai nahi deta.</w:t>
      </w:r>
    </w:p>
    <w:p>
      <w:pPr>
        <w:jc w:val="right"/>
      </w:pPr>
      <w:r>
        <w:t>لیکن جو دکھائی دے، جو ابجیکٹ ہے، وہ دکھائی نہیں دیتا۔</w:t>
      </w:r>
    </w:p>
    <w:p>
      <w:r>
        <w:rPr>
          <w:b/>
        </w:rPr>
        <w:t xml:space="preserve">[19:06] </w:t>
      </w:r>
      <w:r>
        <w:t>hamare paas do do aankhen hain, hum chahte hain ke dekhen.</w:t>
      </w:r>
    </w:p>
    <w:p>
      <w:pPr>
        <w:jc w:val="right"/>
      </w:pPr>
      <w:r>
        <w:t>ہمارے پاس دو دو آنکھیں ہیں، ہم چاہتے ہیں کہ دیکھیں۔</w:t>
      </w:r>
    </w:p>
    <w:p>
      <w:r>
        <w:rPr>
          <w:b/>
        </w:rPr>
        <w:t xml:space="preserve">[19:12] </w:t>
      </w:r>
      <w:r>
        <w:t>lekin jo object hai, wo dikhai nahi deta.</w:t>
      </w:r>
    </w:p>
    <w:p>
      <w:pPr>
        <w:jc w:val="right"/>
      </w:pPr>
      <w:r>
        <w:t>لیکن جو ابجیکٹ ہے، وہ دکھائی نہیں دیتا۔</w:t>
      </w:r>
    </w:p>
    <w:p>
      <w:r>
        <w:rPr>
          <w:b/>
        </w:rPr>
        <w:t xml:space="preserve">[19:18] </w:t>
      </w:r>
      <w:r>
        <w:t>to is ne kitab likhi "unseen world".</w:t>
      </w:r>
    </w:p>
    <w:p>
      <w:pPr>
        <w:jc w:val="right"/>
      </w:pPr>
      <w:r>
        <w:t>تو اس نے کتاب لکھی "ان سین ورلڈ"۔</w:t>
      </w:r>
    </w:p>
    <w:p>
      <w:r>
        <w:rPr>
          <w:b/>
        </w:rPr>
        <w:t xml:space="preserve">[19:24] </w:t>
      </w:r>
      <w:r>
        <w:t>kaisa ajeeb hai insan ka haal, aankh hote hue dekh nahi sakta.</w:t>
      </w:r>
    </w:p>
    <w:p>
      <w:pPr>
        <w:jc w:val="right"/>
      </w:pPr>
      <w:r>
        <w:t>کیسا عجیب ہے انسان کا حال، آنکھ ہوتے ہوئے دیکھ نہیں سکتا۔</w:t>
      </w:r>
    </w:p>
    <w:p>
      <w:r>
        <w:rPr>
          <w:b/>
        </w:rPr>
        <w:t xml:space="preserve">[19:31] </w:t>
      </w:r>
      <w:r>
        <w:t>aur "unseen world" likh kar ke wo mar gaya.</w:t>
      </w:r>
    </w:p>
    <w:p>
      <w:pPr>
        <w:jc w:val="right"/>
      </w:pPr>
      <w:r>
        <w:t>اور "ان سین ورلڈ" لکھ کر کے وہ مر گیا۔</w:t>
      </w:r>
    </w:p>
    <w:p>
      <w:r>
        <w:rPr>
          <w:b/>
        </w:rPr>
        <w:t xml:space="preserve">[19:37] </w:t>
      </w:r>
      <w:r>
        <w:t>dusra british scientist tha sir james jean.</w:t>
      </w:r>
    </w:p>
    <w:p>
      <w:pPr>
        <w:jc w:val="right"/>
      </w:pPr>
      <w:r>
        <w:t>دوسرا برٹش سائنٹسٹ تھا سر جیمز جین۔</w:t>
      </w:r>
    </w:p>
    <w:p>
      <w:r>
        <w:rPr>
          <w:b/>
        </w:rPr>
        <w:t xml:space="preserve">[19:43] </w:t>
      </w:r>
      <w:r>
        <w:t>wo bhi bohat bara astronomer mana jata hai.</w:t>
      </w:r>
    </w:p>
    <w:p>
      <w:pPr>
        <w:jc w:val="right"/>
      </w:pPr>
      <w:r>
        <w:t>وہ بھی بہت بڑا اسٹرانومر مانا جاتا ہے۔</w:t>
      </w:r>
    </w:p>
    <w:p>
      <w:r>
        <w:rPr>
          <w:b/>
        </w:rPr>
        <w:t xml:space="preserve">[19:49] </w:t>
      </w:r>
      <w:r>
        <w:t>is ki kitab hai "mysterious universe".</w:t>
      </w:r>
    </w:p>
    <w:p>
      <w:pPr>
        <w:jc w:val="right"/>
      </w:pPr>
      <w:r>
        <w:t>اس کی کتاب ہے "مسٹیریس یونیورس"۔</w:t>
      </w:r>
    </w:p>
    <w:p>
      <w:r>
        <w:rPr>
          <w:b/>
        </w:rPr>
        <w:t xml:space="preserve">[19:55] </w:t>
      </w:r>
      <w:r>
        <w:t>"mysterious universe" keh jitna zyada is mein hum study karte hain, utni mystery barhti chali jati hai.</w:t>
      </w:r>
    </w:p>
    <w:p>
      <w:pPr>
        <w:jc w:val="right"/>
      </w:pPr>
      <w:r>
        <w:t>"مسٹیریس یونیورس" کہ جتنا زیادہ اس میں ہم اسٹڈی کرتے ہیں، اتنی مسٹری بڑھتی چلی جاتی ہے۔</w:t>
      </w:r>
    </w:p>
    <w:p>
      <w:r>
        <w:rPr>
          <w:b/>
        </w:rPr>
        <w:t xml:space="preserve">[20:02] </w:t>
      </w:r>
      <w:r>
        <w:t>چنانچہ ایک سائنٹسٹ نے کہا کہ "we are knowing more and more about less and less"۔</w:t>
      </w:r>
    </w:p>
    <w:p>
      <w:pPr>
        <w:jc w:val="right"/>
      </w:pPr>
      <w:r>
        <w:t>چنانچہ ایک سائنٹسٹ نے کہا کہ "وی آر نوئنگ مور اینڈ مور اباؤٹ لیس اینڈ لیس"۔</w:t>
      </w:r>
    </w:p>
    <w:p>
      <w:r>
        <w:rPr>
          <w:b/>
        </w:rPr>
        <w:t xml:space="preserve">[20:08] </w:t>
      </w:r>
      <w:r>
        <w:t>"We are knowing more and more about less and less."</w:t>
      </w:r>
    </w:p>
    <w:p>
      <w:pPr>
        <w:jc w:val="right"/>
      </w:pPr>
      <w:r>
        <w:t>"وی آر نوئنگ مور اینڈ مور اباؤٹ لیس اینڈ لیس"۔</w:t>
      </w:r>
    </w:p>
    <w:p>
      <w:r>
        <w:rPr>
          <w:b/>
        </w:rPr>
        <w:t xml:space="preserve">[20:14] </w:t>
      </w:r>
      <w:r>
        <w:t>to sara mystery, mystery hai.</w:t>
      </w:r>
    </w:p>
    <w:p>
      <w:pPr>
        <w:jc w:val="right"/>
      </w:pPr>
      <w:r>
        <w:t>تو سارا مسٹری، مسٹری ہے۔</w:t>
      </w:r>
    </w:p>
    <w:p>
      <w:r>
        <w:rPr>
          <w:b/>
        </w:rPr>
        <w:t xml:space="preserve">[20:20] </w:t>
      </w:r>
      <w:r>
        <w:t>kaise aap ko satisfaction ho? paisa aap ko acha khana de sakta hai, paisa aap ko acha ghar</w:t>
      </w:r>
    </w:p>
    <w:p>
      <w:pPr>
        <w:jc w:val="right"/>
      </w:pPr>
      <w:r>
        <w:t>کیسے آپ کو سیٹسفیکشن ہو؟ پیسہ آپ کو اچھا کھانا دے سکتا ہے، پیسہ آپ کو اچھا گھر</w:t>
      </w:r>
    </w:p>
    <w:p>
      <w:r>
        <w:rPr>
          <w:b/>
        </w:rPr>
        <w:t xml:space="preserve">[20:27] </w:t>
      </w:r>
      <w:r>
        <w:t>de sakta hai, paisa aap ko achi sawari de sakta hai.</w:t>
      </w:r>
    </w:p>
    <w:p>
      <w:pPr>
        <w:jc w:val="right"/>
      </w:pPr>
      <w:r>
        <w:t>دے سکتا ہے، پیسہ آپ کو اچھی سواری دے سکتا ہے۔</w:t>
      </w:r>
    </w:p>
    <w:p>
      <w:r>
        <w:rPr>
          <w:b/>
        </w:rPr>
        <w:t xml:space="preserve">[20:33] </w:t>
      </w:r>
      <w:r>
        <w:t>magar woh to body ki requirement hain.</w:t>
      </w:r>
    </w:p>
    <w:p>
      <w:pPr>
        <w:jc w:val="right"/>
      </w:pPr>
      <w:r>
        <w:t>مگر وہ تو باڈی کی ریکوائرمنٹ ہیں۔</w:t>
      </w:r>
    </w:p>
    <w:p>
      <w:r>
        <w:rPr>
          <w:b/>
        </w:rPr>
        <w:t xml:space="preserve">[20:39] </w:t>
      </w:r>
      <w:r>
        <w:t>soul ki requirement to phir bhi unaddressed pari rehti hai.</w:t>
      </w:r>
    </w:p>
    <w:p>
      <w:pPr>
        <w:jc w:val="right"/>
      </w:pPr>
      <w:r>
        <w:t>سول کی ریکوائرمنٹ تو پھر بھی ان ایڈریس پڑی رہتی ہے۔</w:t>
      </w:r>
    </w:p>
    <w:p>
      <w:r>
        <w:rPr>
          <w:b/>
        </w:rPr>
        <w:t xml:space="preserve">[20:45] </w:t>
      </w:r>
      <w:r>
        <w:t>to dunya ka dilemma jo hai, sab se bara keh body ke level par sab kuch hum ne</w:t>
      </w:r>
    </w:p>
    <w:p>
      <w:pPr>
        <w:jc w:val="right"/>
      </w:pPr>
      <w:r>
        <w:t>تو دنیا کا ڈیلمہ جو ہے، سب سے بڑا کہ باڈی کے لیول پر سب کچھ ہم نے</w:t>
      </w:r>
    </w:p>
    <w:p>
      <w:r>
        <w:rPr>
          <w:b/>
        </w:rPr>
        <w:t xml:space="preserve">[20:51] </w:t>
      </w:r>
      <w:r>
        <w:t>pa liya aur mind ya soul ke level par sab kuch unaddressed hai, unaddressed hai.</w:t>
      </w:r>
    </w:p>
    <w:p>
      <w:pPr>
        <w:jc w:val="right"/>
      </w:pPr>
      <w:r>
        <w:t>پا لیا اور مائنڈ یا سول کے لیول پر سب کچھ ان ایڈریسڈ ہے، ان ایڈریسڈ ہے۔</w:t>
      </w:r>
    </w:p>
    <w:p>
      <w:r>
        <w:rPr>
          <w:b/>
        </w:rPr>
        <w:t xml:space="preserve">[20:58] </w:t>
      </w:r>
      <w:r>
        <w:t>yeh hai sab ka, sab ki pareshani.</w:t>
      </w:r>
    </w:p>
    <w:p>
      <w:pPr>
        <w:jc w:val="right"/>
      </w:pPr>
      <w:r>
        <w:t>یہ ہے سب کا، سب کی پریشانی۔</w:t>
      </w:r>
    </w:p>
    <w:p>
      <w:r>
        <w:rPr>
          <w:b/>
        </w:rPr>
        <w:t xml:space="preserve">[21:04] </w:t>
      </w:r>
      <w:r>
        <w:t>doctor Alexis Carrel, jo bohat bara woh bhi scientist tha, us ne kitaab likhi "Man the Unknown".</w:t>
      </w:r>
    </w:p>
    <w:p>
      <w:pPr>
        <w:jc w:val="right"/>
      </w:pPr>
      <w:r>
        <w:t>ڈاکٹر الیسس کیرل، جو بہت بڑا وہ بھی سائنٹسٹ تھا، اس نے کتاب لکھی "مین دی ان نون"۔</w:t>
      </w:r>
    </w:p>
    <w:p>
      <w:r>
        <w:rPr>
          <w:b/>
        </w:rPr>
        <w:t xml:space="preserve">[21:10] </w:t>
      </w:r>
      <w:r>
        <w:t>is kitaab mein us ne chaha keh "Man the Unknown" ko "Man the Known" banaoon, lekin woh</w:t>
      </w:r>
    </w:p>
    <w:p>
      <w:pPr>
        <w:jc w:val="right"/>
      </w:pPr>
      <w:r>
        <w:t>اس کتاب میں اس نے چاہا کہ "مین دی ان نون" کو "مین دی نون" بناؤں، لیکن وہ</w:t>
      </w:r>
    </w:p>
    <w:p>
      <w:r>
        <w:rPr>
          <w:b/>
        </w:rPr>
        <w:t xml:space="preserve">[21:16] </w:t>
      </w:r>
      <w:r>
        <w:t>bana nahi saka.</w:t>
      </w:r>
    </w:p>
    <w:p>
      <w:pPr>
        <w:jc w:val="right"/>
      </w:pPr>
      <w:r>
        <w:t>بنا نہیں سکا۔</w:t>
      </w:r>
    </w:p>
    <w:p>
      <w:r>
        <w:rPr>
          <w:b/>
        </w:rPr>
        <w:t xml:space="preserve">[21:22] </w:t>
      </w:r>
      <w:r>
        <w:t>woh kitaab jo hai, woh aik, woh hai, aik muamma hai.</w:t>
      </w:r>
    </w:p>
    <w:p>
      <w:pPr>
        <w:jc w:val="right"/>
      </w:pPr>
      <w:r>
        <w:t>وہ کتاب جو ہے، وہ ایک، وہ ہے، ایک معمہ ہے۔</w:t>
      </w:r>
    </w:p>
    <w:p>
      <w:r>
        <w:rPr>
          <w:b/>
        </w:rPr>
        <w:t xml:space="preserve">[21:29] </w:t>
      </w:r>
      <w:r>
        <w:t>"Man the Unknown" jo hai, "Man the Unknown" hi rahi.</w:t>
      </w:r>
    </w:p>
    <w:p>
      <w:pPr>
        <w:jc w:val="right"/>
      </w:pPr>
      <w:r>
        <w:t>"مین دی ان نون" جو ہے، "مین دی ان نون" ہی رہی۔</w:t>
      </w:r>
    </w:p>
    <w:p>
      <w:r>
        <w:rPr>
          <w:b/>
        </w:rPr>
        <w:t xml:space="preserve">[21:35] </w:t>
      </w:r>
      <w:r>
        <w:t>woh kuch aap is mein discovery nahi kar paate keh "Man" kya cheez hai.</w:t>
      </w:r>
    </w:p>
    <w:p>
      <w:pPr>
        <w:jc w:val="right"/>
      </w:pPr>
      <w:r>
        <w:t>وہ کچھ آپ اس میں ڈسکوری نہیں کر پاتے کہ "مین" کیا چیز ہے۔</w:t>
      </w:r>
    </w:p>
    <w:p>
      <w:r>
        <w:rPr>
          <w:b/>
        </w:rPr>
        <w:t xml:space="preserve">[21:41] </w:t>
      </w:r>
      <w:r>
        <w:t>"Man the Unknown" jo hai, woh "Man the Unknown" hi rahi, parhne wale ke liye bhi,</w:t>
      </w:r>
    </w:p>
    <w:p>
      <w:pPr>
        <w:jc w:val="right"/>
      </w:pPr>
      <w:r>
        <w:t>"مین دی ان نون" جو ہے، وہ "مین دی ان نون" ہی رہی، پڑھنے والے کے لیے بھی،</w:t>
      </w:r>
    </w:p>
    <w:p>
      <w:r>
        <w:rPr>
          <w:b/>
        </w:rPr>
        <w:t xml:space="preserve">[21:47] </w:t>
      </w:r>
      <w:r>
        <w:t>likhne wale ke liye bhi.</w:t>
      </w:r>
    </w:p>
    <w:p>
      <w:pPr>
        <w:jc w:val="right"/>
      </w:pPr>
      <w:r>
        <w:t>لکھنے والے کے لیے بھی۔</w:t>
      </w:r>
    </w:p>
    <w:p>
      <w:r>
        <w:rPr>
          <w:b/>
        </w:rPr>
        <w:t xml:space="preserve">[21:54] </w:t>
      </w:r>
      <w:r>
        <w:t>aik kitaab chhapi hai London se, is ka naam hai moti se "Encyclopedia of Ignorance".</w:t>
      </w:r>
    </w:p>
    <w:p>
      <w:pPr>
        <w:jc w:val="right"/>
      </w:pPr>
      <w:r>
        <w:t>ایک کتاب چھپی ہے لندن سے، اس کا نام ہے موٹی سے "انسائڈ پیڈیا آف اگنورنس"۔</w:t>
      </w:r>
    </w:p>
    <w:p>
      <w:r>
        <w:rPr>
          <w:b/>
        </w:rPr>
        <w:t xml:space="preserve">[22:00] </w:t>
      </w:r>
      <w:r>
        <w:t>"Encyclopedia of Ignorance" bohat se scientist is ke ke article ka ikatha kiya, unhon ne.</w:t>
      </w:r>
    </w:p>
    <w:p>
      <w:pPr>
        <w:jc w:val="right"/>
      </w:pPr>
      <w:r>
        <w:t>"انسائڈ پیڈیا آف اگنورنس" بہت سے سائنٹسٹ اس کے کے آرٹیکل کا اکٹھا کیا، انہوں نے۔</w:t>
      </w:r>
    </w:p>
    <w:p>
      <w:r>
        <w:rPr>
          <w:b/>
        </w:rPr>
        <w:t xml:space="preserve">[22:06] </w:t>
      </w:r>
      <w:r>
        <w:t>hum jo nahi jante, us ko bataya unhon ne.</w:t>
      </w:r>
    </w:p>
    <w:p>
      <w:pPr>
        <w:jc w:val="right"/>
      </w:pPr>
      <w:r>
        <w:t>ہم جو نہیں جانتے، اس کو بتایا انہوں نے۔</w:t>
      </w:r>
    </w:p>
    <w:p>
      <w:r>
        <w:rPr>
          <w:b/>
        </w:rPr>
        <w:t xml:space="preserve">[22:12] </w:t>
      </w:r>
      <w:r>
        <w:t>aur sab, hum sab kuch jo hum jante hain, woh bohat hi thora hai.</w:t>
      </w:r>
    </w:p>
    <w:p>
      <w:pPr>
        <w:jc w:val="right"/>
      </w:pPr>
      <w:r>
        <w:t>اور سب، ہم سب کچھ جو ہم جانتے ہیں، وہ بہت ہی تھوڑا ہے۔</w:t>
      </w:r>
    </w:p>
    <w:p>
      <w:r>
        <w:rPr>
          <w:b/>
        </w:rPr>
        <w:t xml:space="preserve">[22:18] </w:t>
      </w:r>
      <w:r>
        <w:t>jo nahi jante, woh is ka is mein detail hai.</w:t>
      </w:r>
    </w:p>
    <w:p>
      <w:pPr>
        <w:jc w:val="right"/>
      </w:pPr>
      <w:r>
        <w:t>جو نہیں جانتے، وہ اس کا اس میں ڈیٹیل ہے۔</w:t>
      </w:r>
    </w:p>
    <w:p>
      <w:r>
        <w:rPr>
          <w:b/>
        </w:rPr>
        <w:t xml:space="preserve">[22:25] </w:t>
      </w:r>
      <w:r>
        <w:t>to aap bataiye keh hum jante hain, hum chahte hain keh ignorance ko khatam karein.</w:t>
      </w:r>
    </w:p>
    <w:p>
      <w:pPr>
        <w:jc w:val="right"/>
      </w:pPr>
      <w:r>
        <w:t>تو آپ بتائیے کہ ہم جانتے ہیں، ہم چاہتے ہیں کہ اگنورنس کو ختم کریں۔</w:t>
      </w:r>
    </w:p>
    <w:p>
      <w:r>
        <w:rPr>
          <w:b/>
        </w:rPr>
        <w:t xml:space="preserve">[22:31] </w:t>
      </w:r>
      <w:r>
        <w:t>لیکن پتہ چلا، پتہ چلتا ہے کہ ہمیں تو "we are destined to live in ignorance" کیونکہ ہم</w:t>
      </w:r>
    </w:p>
    <w:p>
      <w:pPr>
        <w:jc w:val="right"/>
      </w:pPr>
      <w:r>
        <w:t>لیکن پتہ چلا، پتہ چلتا ہے کہ ہمیں تو "وی آر ڈسٹڈ ٹو لیو ان اگنورنس" کیونکہ ہم</w:t>
      </w:r>
    </w:p>
    <w:p>
      <w:r>
        <w:rPr>
          <w:b/>
        </w:rPr>
        <w:t xml:space="preserve">[22:37] </w:t>
      </w:r>
      <w:r>
        <w:t>jaan nahi paate, ignorance ko khatam nahi kar paate.</w:t>
      </w:r>
    </w:p>
    <w:p>
      <w:pPr>
        <w:jc w:val="right"/>
      </w:pPr>
      <w:r>
        <w:t>جان نہیں پاتے، اگنورنس کو ختم نہیں کر پاتے۔</w:t>
      </w:r>
    </w:p>
    <w:p>
      <w:r>
        <w:rPr>
          <w:b/>
        </w:rPr>
        <w:t xml:space="preserve">[22:43] </w:t>
      </w:r>
      <w:r>
        <w:t>yeh sab ka haal hai, sab ka haal hai, sab ka haal hai.</w:t>
      </w:r>
    </w:p>
    <w:p>
      <w:pPr>
        <w:jc w:val="right"/>
      </w:pPr>
      <w:r>
        <w:t>یہ سب کا حال ہے، سب کا حال ہے، سب کا حال ہے۔</w:t>
      </w:r>
    </w:p>
    <w:p>
      <w:r>
        <w:rPr>
          <w:b/>
        </w:rPr>
        <w:t xml:space="preserve">[22:49] </w:t>
      </w:r>
      <w:r>
        <w:t>yahan par insan jo hai, har insan yahan par dissatisfied hai.</w:t>
      </w:r>
    </w:p>
    <w:p>
      <w:pPr>
        <w:jc w:val="right"/>
      </w:pPr>
      <w:r>
        <w:t>یہاں پر انسان جو ہے، ہر انسان یہاں پر ڈس سیٹسفائیڈ ہے۔</w:t>
      </w:r>
    </w:p>
    <w:p>
      <w:r>
        <w:rPr>
          <w:b/>
        </w:rPr>
        <w:t xml:space="preserve">[22:56] </w:t>
      </w:r>
      <w:r>
        <w:t>is ka nateeja kya hai? tension, stress.</w:t>
      </w:r>
    </w:p>
    <w:p>
      <w:pPr>
        <w:jc w:val="right"/>
      </w:pPr>
      <w:r>
        <w:t>اس کا نتیجہ کیا ہے؟ ٹینشن، اسٹریس۔</w:t>
      </w:r>
    </w:p>
    <w:p>
      <w:r>
        <w:rPr>
          <w:b/>
        </w:rPr>
        <w:t xml:space="preserve">[23:02] </w:t>
      </w:r>
      <w:r>
        <w:t>ab sochne ki baat yeh hai ke kya yeh insan jo, yani yeh jo universe hai, is ki</w:t>
      </w:r>
    </w:p>
    <w:p>
      <w:pPr>
        <w:jc w:val="right"/>
      </w:pPr>
      <w:r>
        <w:t>اب سوچنے کی بات یہ ہے کہ کیا یہ انسان جو، یعنی یہ جو یونیورس ہے، اس کی</w:t>
      </w:r>
    </w:p>
    <w:p>
      <w:r>
        <w:rPr>
          <w:b/>
        </w:rPr>
        <w:t xml:space="preserve">[23:08] </w:t>
      </w:r>
      <w:r>
        <w:t>history 13 billion saal tak jati hai? 13 billion saal, 137 billion.</w:t>
      </w:r>
    </w:p>
    <w:p>
      <w:pPr>
        <w:jc w:val="right"/>
      </w:pPr>
      <w:r>
        <w:t>ہسٹری 13 بلین سال تک جاتی ہے؟ 13 بلین سال، 137 بلین۔</w:t>
      </w:r>
    </w:p>
    <w:p>
      <w:r>
        <w:rPr>
          <w:b/>
        </w:rPr>
        <w:t xml:space="preserve">[23:14] </w:t>
      </w:r>
      <w:r>
        <w:t>jab se yani shuru hua hai, yani woh jo cosmic ball tha, jis ko bang big bang kehte</w:t>
      </w:r>
    </w:p>
    <w:p>
      <w:pPr>
        <w:jc w:val="right"/>
      </w:pPr>
      <w:r>
        <w:t>جب سے یعنی شروع ہوا ہے، یعنی وہ جو کاسمک بال تھا، جس کو بینک بگ بینگ کہتے</w:t>
      </w:r>
    </w:p>
    <w:p>
      <w:r>
        <w:rPr>
          <w:b/>
        </w:rPr>
        <w:t xml:space="preserve">[23:21] </w:t>
      </w:r>
      <w:r>
        <w:t>hain, big bang se le kar aaj tak 137 billion saal ho chuke hain.</w:t>
      </w:r>
    </w:p>
    <w:p>
      <w:pPr>
        <w:jc w:val="right"/>
      </w:pPr>
      <w:r>
        <w:t>ہیں، بگ بینگ سے لے کر آج تک 137 بلین سال ہو چکے ہیں۔</w:t>
      </w:r>
    </w:p>
    <w:p>
      <w:r>
        <w:rPr>
          <w:b/>
        </w:rPr>
        <w:t xml:space="preserve">[23:27] </w:t>
      </w:r>
      <w:r>
        <w:t>aakhir mein kya paida hua? insan.</w:t>
      </w:r>
    </w:p>
    <w:p>
      <w:pPr>
        <w:jc w:val="right"/>
      </w:pPr>
      <w:r>
        <w:t>آخر میں کیا پیدا ہوا؟ انسان۔</w:t>
      </w:r>
    </w:p>
    <w:p>
      <w:r>
        <w:rPr>
          <w:b/>
        </w:rPr>
        <w:t xml:space="preserve">[23:33] </w:t>
      </w:r>
      <w:r>
        <w:t>ab sochiye zara ke 13 billion saal ka jo process tha, woh is ka culmination tha.</w:t>
      </w:r>
    </w:p>
    <w:p>
      <w:pPr>
        <w:jc w:val="right"/>
      </w:pPr>
      <w:r>
        <w:t>اب سوچیے ذرا کہ 13 بلین سال کا جو پراسیس تھا، وہ اس کا کلمنیشن تھا۔</w:t>
      </w:r>
    </w:p>
    <w:p>
      <w:r>
        <w:rPr>
          <w:b/>
        </w:rPr>
        <w:t xml:space="preserve">[23:39] </w:t>
      </w:r>
      <w:r>
        <w:t>insan kaisa? ji, mind hai insan ka.</w:t>
      </w:r>
    </w:p>
    <w:p>
      <w:pPr>
        <w:jc w:val="right"/>
      </w:pPr>
      <w:r>
        <w:t>انسان کیسا؟ جی، مائنڈ ہے انسان کا۔</w:t>
      </w:r>
    </w:p>
    <w:p>
      <w:r>
        <w:rPr>
          <w:b/>
        </w:rPr>
        <w:t xml:space="preserve">[23:45] </w:t>
      </w:r>
      <w:r>
        <w:t>aur insan ko satisfaction nahi mil raha hai.</w:t>
      </w:r>
    </w:p>
    <w:p>
      <w:pPr>
        <w:jc w:val="right"/>
      </w:pPr>
      <w:r>
        <w:t>اور انسان کو سیٹسفیکشن نہیں مل رہا ہے۔</w:t>
      </w:r>
    </w:p>
    <w:p>
      <w:r>
        <w:rPr>
          <w:b/>
        </w:rPr>
        <w:t xml:space="preserve">[23:52] </w:t>
      </w:r>
      <w:r>
        <w:t>halankeh agar aap poori universe ko jab parhte hain to insani lagta hai ke insani ke liye sab</w:t>
      </w:r>
    </w:p>
    <w:p>
      <w:pPr>
        <w:jc w:val="right"/>
      </w:pPr>
      <w:r>
        <w:t>حالانکہ اگر آپ پوری یونیورس کو جب پڑھتے ہیں تو انسانی لگتا ہے کہ انسانی کے لیے سب</w:t>
      </w:r>
    </w:p>
    <w:p>
      <w:r>
        <w:rPr>
          <w:b/>
        </w:rPr>
        <w:t xml:space="preserve">[23:58] </w:t>
      </w:r>
      <w:r>
        <w:t>kuch bana hai.</w:t>
      </w:r>
    </w:p>
    <w:p>
      <w:pPr>
        <w:jc w:val="right"/>
      </w:pPr>
      <w:r>
        <w:t>کچھ بنا ہے۔</w:t>
      </w:r>
    </w:p>
    <w:p>
      <w:r>
        <w:rPr>
          <w:b/>
        </w:rPr>
        <w:t xml:space="preserve">[24:04] </w:t>
      </w:r>
      <w:r>
        <w:t>sab kuch bana hai insan ke liye.</w:t>
      </w:r>
    </w:p>
    <w:p>
      <w:pPr>
        <w:jc w:val="right"/>
      </w:pPr>
      <w:r>
        <w:t>سب کچھ بنا ہے انسان کے لیے۔</w:t>
      </w:r>
    </w:p>
    <w:p>
      <w:r>
        <w:rPr>
          <w:b/>
        </w:rPr>
        <w:t xml:space="preserve">[24:10] </w:t>
      </w:r>
      <w:r>
        <w:t>to insan jo hai, wohi final word hai in universe ka, wohi culmination hai universe ka.</w:t>
      </w:r>
    </w:p>
    <w:p>
      <w:pPr>
        <w:jc w:val="right"/>
      </w:pPr>
      <w:r>
        <w:t>تو انسان جو ہے، وہی فائنل ورڈ ہے ان یونیورس کا، وہی کلمنیشن ہے یونیورس کا۔</w:t>
      </w:r>
    </w:p>
    <w:p>
      <w:r>
        <w:rPr>
          <w:b/>
        </w:rPr>
        <w:t xml:space="preserve">[24:16] </w:t>
      </w:r>
      <w:r>
        <w:t>aur isi ko is tarah, yani yeh fate is ka ho ke satisfaction mein na na mile, is</w:t>
      </w:r>
    </w:p>
    <w:p>
      <w:pPr>
        <w:jc w:val="right"/>
      </w:pPr>
      <w:r>
        <w:t>اور اسی کو اس طرح، یعنی یہ فیٹ اس کا ہو کہ سیٹسفیکشن میں نہ نہ ملے، اس</w:t>
      </w:r>
    </w:p>
    <w:p>
      <w:r>
        <w:rPr>
          <w:b/>
        </w:rPr>
        <w:t xml:space="preserve">[24:23] </w:t>
      </w:r>
      <w:r>
        <w:t>ko yeh unthinkable hai.</w:t>
      </w:r>
    </w:p>
    <w:p>
      <w:pPr>
        <w:jc w:val="right"/>
      </w:pPr>
      <w:r>
        <w:t>کو یہ ان تھنکیبل ہے۔</w:t>
      </w:r>
    </w:p>
    <w:p>
      <w:r>
        <w:rPr>
          <w:b/>
        </w:rPr>
        <w:t xml:space="preserve">[24:29] </w:t>
      </w:r>
      <w:r>
        <w:t>yaad rakhiye, main samajhta hoon ke starting point yahan hai hamare liye.</w:t>
      </w:r>
    </w:p>
    <w:p>
      <w:pPr>
        <w:jc w:val="right"/>
      </w:pPr>
      <w:r>
        <w:t>یاد رکھیے، میں سمجھتا ہوں کہ سٹارٹنگ پوائنٹ یہاں ہے ہمارے لیے۔</w:t>
      </w:r>
    </w:p>
    <w:p>
      <w:r>
        <w:rPr>
          <w:b/>
        </w:rPr>
        <w:t xml:space="preserve">[24:35] </w:t>
      </w:r>
      <w:r>
        <w:t>starting point yahan hai ke yeh unthinkable hai ke aisi meaningful universe mein jo aakhri product</w:t>
      </w:r>
    </w:p>
    <w:p>
      <w:pPr>
        <w:jc w:val="right"/>
      </w:pPr>
      <w:r>
        <w:t>سٹارٹنگ پوائنٹ یہاں ہے کہ یہ ان تھنکیبل ہے کہ ایسی میننگ فل یونیورس میں جو آخری پروڈکٹ</w:t>
      </w:r>
    </w:p>
    <w:p>
      <w:r>
        <w:rPr>
          <w:b/>
        </w:rPr>
        <w:t xml:space="preserve">[24:41] </w:t>
      </w:r>
      <w:r>
        <w:t>hai, is ka insan wohi purposeless rahe.</w:t>
      </w:r>
    </w:p>
    <w:p>
      <w:pPr>
        <w:jc w:val="right"/>
      </w:pPr>
      <w:r>
        <w:t>ہے، اس کا انسان وہی پرپس لیس رہے۔</w:t>
      </w:r>
    </w:p>
    <w:p>
      <w:r>
        <w:rPr>
          <w:b/>
        </w:rPr>
        <w:t xml:space="preserve">[24:48] </w:t>
      </w:r>
      <w:r>
        <w:t>yehi possible hai.</w:t>
      </w:r>
    </w:p>
    <w:p>
      <w:pPr>
        <w:jc w:val="right"/>
      </w:pPr>
      <w:r>
        <w:t>یہی پاسیبل ہے۔</w:t>
      </w:r>
    </w:p>
    <w:p>
      <w:r>
        <w:rPr>
          <w:b/>
        </w:rPr>
        <w:t xml:space="preserve">[24:54] </w:t>
      </w:r>
      <w:r>
        <w:t>yani universe jo material universe hai, aap jante hain, is mein bohat hi meaning hai, bohat hi meaning</w:t>
      </w:r>
    </w:p>
    <w:p>
      <w:pPr>
        <w:jc w:val="right"/>
      </w:pPr>
      <w:r>
        <w:t>یعنی یونیورس جو مٹیریل یونیورس ہے، آپ جانتے ہیں، اس میں بہت ہی میننگ ہے، بہت ہی میننگ</w:t>
      </w:r>
    </w:p>
    <w:p>
      <w:r>
        <w:rPr>
          <w:b/>
        </w:rPr>
        <w:t xml:space="preserve">[25:00] </w:t>
      </w:r>
      <w:r>
        <w:t>full universe hai yeh.</w:t>
      </w:r>
    </w:p>
    <w:p>
      <w:pPr>
        <w:jc w:val="right"/>
      </w:pPr>
      <w:r>
        <w:t>فل یونیورس ہے یہ۔</w:t>
      </w:r>
    </w:p>
    <w:p>
      <w:r>
        <w:rPr>
          <w:b/>
        </w:rPr>
        <w:t xml:space="preserve">[25:06] </w:t>
      </w:r>
      <w:r>
        <w:t>aur is ke baad jo is ka final product hai, woh insan hai.</w:t>
      </w:r>
    </w:p>
    <w:p>
      <w:pPr>
        <w:jc w:val="right"/>
      </w:pPr>
      <w:r>
        <w:t>اور اس کے بعد جو اس کا فائنل پروڈکٹ ہے، وہ انسان ہے۔</w:t>
      </w:r>
    </w:p>
    <w:p>
      <w:r>
        <w:rPr>
          <w:b/>
        </w:rPr>
        <w:t xml:space="preserve">[25:12] </w:t>
      </w:r>
      <w:r>
        <w:t>aap yeh samajh lein, aise jaise ke steel ka ek karkhana ho, ek factory steel ki ho.</w:t>
      </w:r>
    </w:p>
    <w:p>
      <w:pPr>
        <w:jc w:val="right"/>
      </w:pPr>
      <w:r>
        <w:t>آپ یہ سمجھ لیں، ایسے جیسے کہ اسٹیل کا ایک کارخانہ ہو، ایک فیکٹری اسٹیل کی ہو۔</w:t>
      </w:r>
    </w:p>
    <w:p>
      <w:r>
        <w:rPr>
          <w:b/>
        </w:rPr>
        <w:t xml:space="preserve">[25:19] </w:t>
      </w:r>
      <w:r>
        <w:t>is steel ke factory jo hai, ore se, ore se chalte chalte kitne</w:t>
      </w:r>
    </w:p>
    <w:p>
      <w:pPr>
        <w:jc w:val="right"/>
      </w:pPr>
      <w:r>
        <w:t>اس اسٹیل کے فیکٹری جو ہے، اور سے شروع ہوتی ہے، اور سے، اور سے چلتے چلتے کتنے</w:t>
      </w:r>
    </w:p>
    <w:p>
      <w:r>
        <w:rPr>
          <w:b/>
        </w:rPr>
        <w:t xml:space="preserve">[25:25] </w:t>
      </w:r>
      <w:r>
        <w:t>saare process ko chalane ke baad ek machine banai gai.</w:t>
      </w:r>
    </w:p>
    <w:p>
      <w:pPr>
        <w:jc w:val="right"/>
      </w:pPr>
      <w:r>
        <w:t>سارے پراسیس کو چلانے کے بعد ایک مشین بنائی گئی۔</w:t>
      </w:r>
    </w:p>
    <w:p>
      <w:r>
        <w:rPr>
          <w:b/>
        </w:rPr>
        <w:t xml:space="preserve">[25:31] </w:t>
      </w:r>
      <w:r>
        <w:t>ab machine hi agar meaningless ho to sara process kis liye chalaya gaya tha? ek factory mein</w:t>
      </w:r>
    </w:p>
    <w:p>
      <w:pPr>
        <w:jc w:val="right"/>
      </w:pPr>
      <w:r>
        <w:t>اب مشین ہی اگر میننگ لیس ہو تو سارا پراسیس کس لیے چلایا گیا تھا؟ ایک فیکٹری میں</w:t>
      </w:r>
    </w:p>
    <w:p>
      <w:r>
        <w:rPr>
          <w:b/>
        </w:rPr>
        <w:t xml:space="preserve">[25:37] </w:t>
      </w:r>
      <w:r>
        <w:t>jo process chalaya jata hai, jo or se shuru hota hai, ore, aakhir mein ek ek</w:t>
      </w:r>
    </w:p>
    <w:p>
      <w:pPr>
        <w:jc w:val="right"/>
      </w:pPr>
      <w:r>
        <w:t>جو پراسیس چلایا جاتا ہے، جو اور سے شروع ہوتا ہے، او آر ای، آخر میں ایک ایک</w:t>
      </w:r>
    </w:p>
    <w:p>
      <w:r>
        <w:rPr>
          <w:b/>
        </w:rPr>
        <w:t xml:space="preserve">[25:43] </w:t>
      </w:r>
      <w:r>
        <w:t>beautiful machine bankar taiyar hoti hai.</w:t>
      </w:r>
    </w:p>
    <w:p>
      <w:pPr>
        <w:jc w:val="right"/>
      </w:pPr>
      <w:r>
        <w:t>بیوٹی فل مشین بن کر تیار ہوتی ہے۔</w:t>
      </w:r>
    </w:p>
    <w:p>
      <w:r>
        <w:rPr>
          <w:b/>
        </w:rPr>
        <w:t xml:space="preserve">[25:50] </w:t>
      </w:r>
      <w:r>
        <w:t>to kya aap soch sakte hain ke wahi wahi machine hi meaningless ho, usi ko koi purpose</w:t>
      </w:r>
    </w:p>
    <w:p>
      <w:pPr>
        <w:jc w:val="right"/>
      </w:pPr>
      <w:r>
        <w:t>تو کیا آپ سوچ سکتے ہیں کہ وہی وہی مشین ہی میننگ لیس ہو، اسی کو کوئی پرپس</w:t>
      </w:r>
    </w:p>
    <w:p>
      <w:r>
        <w:rPr>
          <w:b/>
        </w:rPr>
        <w:t xml:space="preserve">[25:56] </w:t>
      </w:r>
      <w:r>
        <w:t>na ho? ka koi purpose na ho? jaise ke bade ek lambe process ke baad ek car bani,</w:t>
      </w:r>
    </w:p>
    <w:p>
      <w:pPr>
        <w:jc w:val="right"/>
      </w:pPr>
      <w:r>
        <w:t>نہ ہو؟ کا کوئی پرپس نہ ہو؟ جیسے کہ بڑے ایک لمبے پراسیس کے بعد ایک کار بنی،</w:t>
      </w:r>
    </w:p>
    <w:p>
      <w:r>
        <w:rPr>
          <w:b/>
        </w:rPr>
        <w:t xml:space="preserve">[26:02] </w:t>
      </w:r>
      <w:r>
        <w:t>ek rolls royce car, suppose, aur wahi usi car ka koi purpose na ho? aisa ho sakta hai?</w:t>
      </w:r>
    </w:p>
    <w:p>
      <w:pPr>
        <w:jc w:val="right"/>
      </w:pPr>
      <w:r>
        <w:t>ایک رولز رائس کار، سپوز، اور وہی اسی کار کا کوئی پرپس نہ ہو؟ ایسا ہو سکتا ہے؟</w:t>
      </w:r>
    </w:p>
    <w:p>
      <w:r>
        <w:rPr>
          <w:b/>
        </w:rPr>
        <w:t xml:space="preserve">[26:08] </w:t>
      </w:r>
      <w:r>
        <w:t>to main samajhta hoon ke hum 13 billion saal ke process ko deny nahi kar sakte.</w:t>
      </w:r>
    </w:p>
    <w:p>
      <w:pPr>
        <w:jc w:val="right"/>
      </w:pPr>
      <w:r>
        <w:t>تو میں سمجھتا ہوں کہ ہم 13 بلین سال کے پراسیس کو ڈینائی نہیں کر سکتے۔</w:t>
      </w:r>
    </w:p>
    <w:p>
      <w:r>
        <w:rPr>
          <w:b/>
        </w:rPr>
        <w:t xml:space="preserve">[26:15] </w:t>
      </w:r>
      <w:r>
        <w:t>is liye hum is ko bhi deny nahi kar sakte ke insan ka ek purpose hai.</w:t>
      </w:r>
    </w:p>
    <w:p>
      <w:pPr>
        <w:jc w:val="right"/>
      </w:pPr>
      <w:r>
        <w:t>اس لیے ہم اس کو بھی ڈینائی نہیں کر سکتے کہ انسان کا ایک پرپس ہے۔</w:t>
      </w:r>
    </w:p>
    <w:p>
      <w:r>
        <w:rPr>
          <w:b/>
        </w:rPr>
        <w:t xml:space="preserve">[26:21] </w:t>
      </w:r>
      <w:r>
        <w:t>یہ impossible ہے کہ انسان purposeless پیدا ہو، purposeless مر جائے۔</w:t>
      </w:r>
    </w:p>
    <w:p>
      <w:pPr>
        <w:jc w:val="right"/>
      </w:pPr>
      <w:r>
        <w:t>یہ امپاسیبل ہے کہ انسان پرپس لیس پیدا ہو، پرپس لیس مر جائے۔</w:t>
      </w:r>
    </w:p>
    <w:p>
      <w:r>
        <w:rPr>
          <w:b/>
        </w:rPr>
        <w:t xml:space="preserve">[26:27] </w:t>
      </w:r>
      <w:r>
        <w:t>وہ تو چیز کیا ہے؟ اصل میں وہی جو آئنسٹین نے کہا کہ frame of reference کا پتہ</w:t>
      </w:r>
    </w:p>
    <w:p>
      <w:pPr>
        <w:jc w:val="right"/>
      </w:pPr>
      <w:r>
        <w:t>وہ تو چیز کیا ہے؟ اصل میں وہی جو آئنسٹین نے کہا کہ فریم آف ریفرنس کا پتہ</w:t>
      </w:r>
    </w:p>
    <w:p>
      <w:r>
        <w:rPr>
          <w:b/>
        </w:rPr>
        <w:t xml:space="preserve">[26:33] </w:t>
      </w:r>
      <w:r>
        <w:t>نہیں چل رہا ہے یا Point of reference کا پتہ نہیں چل رہا ہے۔</w:t>
      </w:r>
    </w:p>
    <w:p>
      <w:pPr>
        <w:jc w:val="right"/>
      </w:pPr>
      <w:r>
        <w:t>نہیں چل رہا ہے یا پوائنٹ آف ریفرنس کا پتہ نہیں چل رہا ہے۔</w:t>
      </w:r>
    </w:p>
    <w:p>
      <w:r>
        <w:rPr>
          <w:b/>
        </w:rPr>
        <w:t xml:space="preserve">[26:39] </w:t>
      </w:r>
      <w:r>
        <w:t>isi ke dhoondne mein sab log khatm ho rahe hain.</w:t>
      </w:r>
    </w:p>
    <w:p>
      <w:pPr>
        <w:jc w:val="right"/>
      </w:pPr>
      <w:r>
        <w:t>اسی کے ڈھونڈنے میں سب لوگ ختم ہو رہے ہیں۔</w:t>
      </w:r>
    </w:p>
    <w:p>
      <w:r>
        <w:rPr>
          <w:b/>
        </w:rPr>
        <w:t xml:space="preserve">[26:46] </w:t>
      </w:r>
      <w:r>
        <w:t>اور میں سمجھتا ہوں کہ point of reference جو ہے، وہ ہے قرآن، خدا کی کتاب۔</w:t>
      </w:r>
    </w:p>
    <w:p>
      <w:pPr>
        <w:jc w:val="right"/>
      </w:pPr>
      <w:r>
        <w:t>اور میں سمجھتا ہوں کہ پوائنٹ آف ریفرنس جو ہے، وہ ہے قرآن، خدا کی کتاب۔</w:t>
      </w:r>
    </w:p>
    <w:p>
      <w:r>
        <w:rPr>
          <w:b/>
        </w:rPr>
        <w:t xml:space="preserve">[26:52] </w:t>
      </w:r>
      <w:r>
        <w:t>یعنی آپ انسان کو کس لیے پیدا کیا گیا؟ Creation plan of God کیا ہے؟ انسان کی beginning</w:t>
      </w:r>
    </w:p>
    <w:p>
      <w:pPr>
        <w:jc w:val="right"/>
      </w:pPr>
      <w:r>
        <w:t>یعنی آپ انسان کو کس لیے پیدا کیا گیا؟ کریشن پلان آف گاڈ کیا ہے؟ انسان کی بگننگ</w:t>
      </w:r>
    </w:p>
    <w:p>
      <w:r>
        <w:rPr>
          <w:b/>
        </w:rPr>
        <w:t xml:space="preserve">[26:58] </w:t>
      </w:r>
      <w:r>
        <w:t>کیا ہے؟ اس کا اینڈ کیا ہے؟ Pre-death period کیا ہے؟ Post-death period کیا ہے؟ اسی</w:t>
      </w:r>
    </w:p>
    <w:p>
      <w:pPr>
        <w:jc w:val="right"/>
      </w:pPr>
      <w:r>
        <w:t>کیا ہے؟ اس کا اینڈ کیا ہے؟ پری ڈیتھ پیریڈ کیا ہے؟ پوسٹ ڈیتھ پیریڈ کیا ہے؟ اسی</w:t>
      </w:r>
    </w:p>
    <w:p>
      <w:r>
        <w:rPr>
          <w:b/>
        </w:rPr>
        <w:t xml:space="preserve">[27:04] </w:t>
      </w:r>
      <w:r>
        <w:t>کو جاننے کے لیے ایک ہمیں book چاہیے، ایک guide book چاہیے۔</w:t>
      </w:r>
    </w:p>
    <w:p>
      <w:pPr>
        <w:jc w:val="right"/>
      </w:pPr>
      <w:r>
        <w:t>کو جاننے کے لیے ایک ہمیں بک چاہیے، ایک گائیڈ بک چاہیے۔</w:t>
      </w:r>
    </w:p>
    <w:p>
      <w:r>
        <w:rPr>
          <w:b/>
        </w:rPr>
        <w:t xml:space="preserve">[27:11] </w:t>
      </w:r>
      <w:r>
        <w:t>wo milti nahi kisi ko.</w:t>
      </w:r>
    </w:p>
    <w:p>
      <w:pPr>
        <w:jc w:val="right"/>
      </w:pPr>
      <w:r>
        <w:t>وہ ملتی نہیں کسی کو۔</w:t>
      </w:r>
    </w:p>
    <w:p>
      <w:r>
        <w:rPr>
          <w:b/>
        </w:rPr>
        <w:t xml:space="preserve">[27:17] </w:t>
      </w:r>
      <w:r>
        <w:t>wo na kisi bank account badha liya, kisi ne tab bhi wahan nahi mili.</w:t>
      </w:r>
    </w:p>
    <w:p>
      <w:pPr>
        <w:jc w:val="right"/>
      </w:pPr>
      <w:r>
        <w:t>وہ نہ کسی بینک اکاؤنٹ بڑھا لیا، کسی نے تب بھی وہاں نہیں ملی۔</w:t>
      </w:r>
    </w:p>
    <w:p>
      <w:r>
        <w:rPr>
          <w:b/>
        </w:rPr>
        <w:t xml:space="preserve">[27:23] </w:t>
      </w:r>
      <w:r>
        <w:t>business badha liya, tab bhi wahan nahi mili.</w:t>
      </w:r>
    </w:p>
    <w:p>
      <w:pPr>
        <w:jc w:val="right"/>
      </w:pPr>
      <w:r>
        <w:t>بزنس بڑھا لیا، تب بھی وہاں نہیں ملی۔</w:t>
      </w:r>
    </w:p>
    <w:p>
      <w:r>
        <w:rPr>
          <w:b/>
        </w:rPr>
        <w:t xml:space="preserve">[27:29] </w:t>
      </w:r>
      <w:r>
        <w:t>koi political power mein pahunch gaya, tab bhi is ko wahan nahi mili.</w:t>
      </w:r>
    </w:p>
    <w:p>
      <w:pPr>
        <w:jc w:val="right"/>
      </w:pPr>
      <w:r>
        <w:t>کوئی پولیٹیکل پاور میں پہنچ گیا، تب بھی اس کو وہاں نہیں ملی۔</w:t>
      </w:r>
    </w:p>
    <w:p>
      <w:r>
        <w:rPr>
          <w:b/>
        </w:rPr>
        <w:t xml:space="preserve">[27:35] </w:t>
      </w:r>
      <w:r>
        <w:t>is zindagi ko samajhne ke liye jo guide book chahiye, wahi nahi mil rahi insan ko.</w:t>
      </w:r>
    </w:p>
    <w:p>
      <w:pPr>
        <w:jc w:val="right"/>
      </w:pPr>
      <w:r>
        <w:t>اس زندگی کو سمجھنے کے لیے جو گائیڈ بک چاہیے، وہی نہیں مل رہی انسان کو۔</w:t>
      </w:r>
    </w:p>
    <w:p>
      <w:r>
        <w:rPr>
          <w:b/>
        </w:rPr>
        <w:t xml:space="preserve">[27:42] </w:t>
      </w:r>
      <w:r>
        <w:t>to aap sochein kaise? sochne ke liye jo frame of reference chahiye, wahi ghayab hai.</w:t>
      </w:r>
    </w:p>
    <w:p>
      <w:pPr>
        <w:jc w:val="right"/>
      </w:pPr>
      <w:r>
        <w:t>تو آپ سوچیں کیسے؟ سوچنے کے لیے جو فریم آف ریفرنس چاہیے، وہی غائب ہے۔</w:t>
      </w:r>
    </w:p>
    <w:p>
      <w:r>
        <w:rPr>
          <w:b/>
        </w:rPr>
        <w:t xml:space="preserve">[27:48] </w:t>
      </w:r>
      <w:r>
        <w:t>wo hai quran.</w:t>
      </w:r>
    </w:p>
    <w:p>
      <w:pPr>
        <w:jc w:val="right"/>
      </w:pPr>
      <w:r>
        <w:t>وہ ہے قرآن۔</w:t>
      </w:r>
    </w:p>
    <w:p>
      <w:r>
        <w:rPr>
          <w:b/>
        </w:rPr>
        <w:t xml:space="preserve">[27:54] </w:t>
      </w:r>
      <w:r>
        <w:t>kal ek sahab ne question kiya tha ke mazhab ki kya zaroorat hai hum ko? ke mazhab to</w:t>
      </w:r>
    </w:p>
    <w:p>
      <w:pPr>
        <w:jc w:val="right"/>
      </w:pPr>
      <w:r>
        <w:t>کل ایک صاحب نے کوئسچن کیا تھا کہ مذہب کی کیا ضرورت ہے ہم کو؟ کہ مذہب تو</w:t>
      </w:r>
    </w:p>
    <w:p>
      <w:r>
        <w:rPr>
          <w:b/>
        </w:rPr>
        <w:t xml:space="preserve">[28:00] </w:t>
      </w:r>
      <w:r>
        <w:t>کوئی کوئی کوئی purpose serve نہیں کرتا۔</w:t>
      </w:r>
    </w:p>
    <w:p>
      <w:pPr>
        <w:jc w:val="right"/>
      </w:pPr>
      <w:r>
        <w:t>کوئی کوئی کوئی پرپس سرو نہیں کرتا۔</w:t>
      </w:r>
    </w:p>
    <w:p>
      <w:r>
        <w:rPr>
          <w:b/>
        </w:rPr>
        <w:t xml:space="preserve">[28:06] </w:t>
      </w:r>
      <w:r>
        <w:t>is liye mazhab ko khatm kar dena chahiye.</w:t>
      </w:r>
    </w:p>
    <w:p>
      <w:pPr>
        <w:jc w:val="right"/>
      </w:pPr>
      <w:r>
        <w:t>اس لیے مذہب کو ختم کر دینا چاہیے۔</w:t>
      </w:r>
    </w:p>
    <w:p>
      <w:r>
        <w:rPr>
          <w:b/>
        </w:rPr>
        <w:t xml:space="preserve">[28:13] </w:t>
      </w:r>
      <w:r>
        <w:t>to main ne socha ke aisa kyun sawal kiya unhone? to mazhab ko wo samajhte hain kya</w:t>
      </w:r>
    </w:p>
    <w:p>
      <w:pPr>
        <w:jc w:val="right"/>
      </w:pPr>
      <w:r>
        <w:t>تو میں نے سوچا کہ ایسا کیوں سوال کیا انہوں نے؟ تو مذہب کو وہ سمجھتے ہیں کیا</w:t>
      </w:r>
    </w:p>
    <w:p>
      <w:r>
        <w:rPr>
          <w:b/>
        </w:rPr>
        <w:t xml:space="preserve">[28:19] </w:t>
      </w:r>
      <w:r>
        <w:t>rituals, customs, traditions, bas isi ka ek majmooa.</w:t>
      </w:r>
    </w:p>
    <w:p>
      <w:pPr>
        <w:jc w:val="right"/>
      </w:pPr>
      <w:r>
        <w:t>ریچولز، کسٹمز، ٹریڈیشنز، بس اسی کا ایک مجموعہ۔</w:t>
      </w:r>
    </w:p>
    <w:p>
      <w:r>
        <w:rPr>
          <w:b/>
        </w:rPr>
        <w:t xml:space="preserve">[28:25] </w:t>
      </w:r>
      <w:r>
        <w:t>wo jante nahi ke mazhab ek aur cheez ka naam hai, ek ideology ka naam hai.</w:t>
      </w:r>
    </w:p>
    <w:p>
      <w:pPr>
        <w:jc w:val="right"/>
      </w:pPr>
      <w:r>
        <w:t>وہ جانتے نہیں کہ مذہب ایک اور چیز کا نام ہے، ایک آئیڈیالوجی کا نام ہے۔</w:t>
      </w:r>
    </w:p>
    <w:p>
      <w:r>
        <w:rPr>
          <w:b/>
        </w:rPr>
        <w:t xml:space="preserve">[28:31] </w:t>
      </w:r>
      <w:r>
        <w:t>ek aadmi ne bahut sahi kaha hai ke "every religion begins from an ideology, but after some generations,</w:t>
      </w:r>
    </w:p>
    <w:p>
      <w:pPr>
        <w:jc w:val="right"/>
      </w:pPr>
      <w:r>
        <w:t>ایک آدمی نے بہت صحیح کہا ہے کہ "ایوری ریلیجن بگنز فرام این آئیڈیالوجی، بٹ افٹر سم جنریشنز،</w:t>
      </w:r>
    </w:p>
    <w:p>
      <w:r>
        <w:rPr>
          <w:b/>
        </w:rPr>
        <w:t xml:space="preserve">[28:38] </w:t>
      </w:r>
      <w:r>
        <w:t>"It is reduced to a to a ritual form."</w:t>
      </w:r>
    </w:p>
    <w:p>
      <w:pPr>
        <w:jc w:val="right"/>
      </w:pPr>
      <w:r>
        <w:t>اٹ از ریڈیوس ٹو ا ٹو ا ریچول فارم"۔</w:t>
      </w:r>
    </w:p>
    <w:p>
      <w:r>
        <w:rPr>
          <w:b/>
        </w:rPr>
        <w:t xml:space="preserve">[28:44] </w:t>
      </w:r>
      <w:r>
        <w:t>to islam ka haal bhi yahi hua hai.</w:t>
      </w:r>
    </w:p>
    <w:p>
      <w:pPr>
        <w:jc w:val="right"/>
      </w:pPr>
      <w:r>
        <w:t>تو اسلام کا حال بھی یہی ہوا ہے۔</w:t>
      </w:r>
    </w:p>
    <w:p>
      <w:r>
        <w:rPr>
          <w:b/>
        </w:rPr>
        <w:t xml:space="preserve">[28:50] </w:t>
      </w:r>
      <w:r>
        <w:t>aaj islam jo hai, quran mein to preserve hai, wo quran ke bahar kuch bhi nahi.</w:t>
      </w:r>
    </w:p>
    <w:p>
      <w:pPr>
        <w:jc w:val="right"/>
      </w:pPr>
      <w:r>
        <w:t>آج اسلام جو ہے، قرآن میں تو پریزرو ہے، وہ قرآن کے باہر کچھ بھی نہیں۔</w:t>
      </w:r>
    </w:p>
    <w:p>
      <w:r>
        <w:rPr>
          <w:b/>
        </w:rPr>
        <w:t xml:space="preserve">[28:56] </w:t>
      </w:r>
      <w:r>
        <w:t>aaj jo musalman hain, un mein mein to samajhta hoon islam ka word person bhi nahin maujood hai.</w:t>
      </w:r>
    </w:p>
    <w:p>
      <w:pPr>
        <w:jc w:val="right"/>
      </w:pPr>
      <w:r>
        <w:t>آج جو مسلمان ہیں، ان میں میں تو سمجھتا ہوں اسلام کا ورڈ پرسن بھی نہیں موجود ہے۔</w:t>
      </w:r>
    </w:p>
    <w:p>
      <w:r>
        <w:rPr>
          <w:b/>
        </w:rPr>
        <w:t xml:space="preserve">[29:02] </w:t>
      </w:r>
      <w:r>
        <w:t>to is ko dekh kar log samajhte hain ke yeh bhi waise hi aik mazhab hai.</w:t>
      </w:r>
    </w:p>
    <w:p>
      <w:pPr>
        <w:jc w:val="right"/>
      </w:pPr>
      <w:r>
        <w:t>تو اس کو دیکھ کر لوگ سمجھتے ہیں کہ یہ بھی ویسے ہی ایک مذہب ہے۔</w:t>
      </w:r>
    </w:p>
    <w:p>
      <w:r>
        <w:rPr>
          <w:b/>
        </w:rPr>
        <w:t xml:space="preserve">[29:09] </w:t>
      </w:r>
      <w:r>
        <w:t>aise mazhab ka kya kaam? larai jhagda aur jihad aur khoon fasad, isi isi ko samajhte hain ke log mazhab.</w:t>
      </w:r>
    </w:p>
    <w:p>
      <w:pPr>
        <w:jc w:val="right"/>
      </w:pPr>
      <w:r>
        <w:t>ایسے مذہب کا کیا کام؟ لڑائی جھگڑا اور جہاد اور خون فساد، اسی اسی کو سمجھتے ہیں کہ لوگ مذہب۔</w:t>
      </w:r>
    </w:p>
    <w:p>
      <w:r>
        <w:rPr>
          <w:b/>
        </w:rPr>
        <w:t xml:space="preserve">[29:15] </w:t>
      </w:r>
      <w:r>
        <w:t>to dekhen, baad ke generation mein jis tarah doosre mazhabon mein degeneration hua aur spirit khatam ho gayi,</w:t>
      </w:r>
    </w:p>
    <w:p>
      <w:pPr>
        <w:jc w:val="right"/>
      </w:pPr>
      <w:r>
        <w:t>تو دیکھیں، بعد کے جنریشن میں جس طرح دوسرے مذہبوں میں ڈی جنریشن ہوا اور اسپیریٹ ختم ہوگئی،</w:t>
      </w:r>
    </w:p>
    <w:p>
      <w:r>
        <w:rPr>
          <w:b/>
        </w:rPr>
        <w:t xml:space="preserve">[29:21] </w:t>
      </w:r>
      <w:r>
        <w:t>ideology khatam ho gayi, aik aik form reh gaya, aik spirit less form.</w:t>
      </w:r>
    </w:p>
    <w:p>
      <w:pPr>
        <w:jc w:val="right"/>
      </w:pPr>
      <w:r>
        <w:t>آئیڈیالوجی ختم ہوگئی، ایک ایک فارم رہ گیا، ایک اسپیریٹ لیس فارم۔</w:t>
      </w:r>
    </w:p>
    <w:p>
      <w:r>
        <w:rPr>
          <w:b/>
        </w:rPr>
        <w:t xml:space="preserve">[29:27] </w:t>
      </w:r>
      <w:r>
        <w:t>to wohi aaj musalmanon ka haal hai.</w:t>
      </w:r>
    </w:p>
    <w:p>
      <w:pPr>
        <w:jc w:val="right"/>
      </w:pPr>
      <w:r>
        <w:t>تو وہی آج مسلمانوں کا حال ہے۔</w:t>
      </w:r>
    </w:p>
    <w:p>
      <w:r>
        <w:rPr>
          <w:b/>
        </w:rPr>
        <w:t xml:space="preserve">[29:33] </w:t>
      </w:r>
      <w:r>
        <w:t>isi wajah se quran jo hai, is ki jo beauty hai, woh logon ko pata nahin.</w:t>
      </w:r>
    </w:p>
    <w:p>
      <w:pPr>
        <w:jc w:val="right"/>
      </w:pPr>
      <w:r>
        <w:t>اسی وجہ سے قرآن جو ہے، اس کی جو بیوٹی ہے، وہ لوگوں کو پتہ نہیں۔</w:t>
      </w:r>
    </w:p>
    <w:p>
      <w:r>
        <w:rPr>
          <w:b/>
        </w:rPr>
        <w:t xml:space="preserve">[29:40] </w:t>
      </w:r>
      <w:r>
        <w:t>is ki beauty ka logon ko pata nahin.</w:t>
      </w:r>
    </w:p>
    <w:p>
      <w:pPr>
        <w:jc w:val="right"/>
      </w:pPr>
      <w:r>
        <w:t>اس کی بیوٹی کا لوگوں کو پتہ نہیں۔</w:t>
      </w:r>
    </w:p>
    <w:p>
      <w:r>
        <w:rPr>
          <w:b/>
        </w:rPr>
        <w:t xml:space="preserve">[29:46] </w:t>
      </w:r>
      <w:r>
        <w:t>mein aik musalman ke ghar mein gaya to kisi wajah se maine un ko quran manga.</w:t>
      </w:r>
    </w:p>
    <w:p>
      <w:pPr>
        <w:jc w:val="right"/>
      </w:pPr>
      <w:r>
        <w:t>میں ایک مسلمان کے گھر میں گیا تو کسی وجہ سے میں نے ان کو قرآن مانگا۔</w:t>
      </w:r>
    </w:p>
    <w:p>
      <w:r>
        <w:rPr>
          <w:b/>
        </w:rPr>
        <w:t xml:space="preserve">[29:52] </w:t>
      </w:r>
      <w:r>
        <w:t>to maine kaha, "aap quran hi nahin hai?" maine pata kiya, "bhai quran kyun nahin hai?"</w:t>
      </w:r>
    </w:p>
    <w:p>
      <w:pPr>
        <w:jc w:val="right"/>
      </w:pPr>
      <w:r>
        <w:t>تو میں نے کہا، "آپ قرآن ہی نہیں ہے؟" میں نے پتہ کیا، "بھئی قرآن کیوں نہیں ہے؟"</w:t>
      </w:r>
    </w:p>
    <w:p>
      <w:r>
        <w:rPr>
          <w:b/>
        </w:rPr>
        <w:t xml:space="preserve">[29:58] </w:t>
      </w:r>
      <w:r>
        <w:t>to mein ne kaha, "be adabi ki wajah se nahin hai." be adabi ka matlab kya hai? agar</w:t>
      </w:r>
    </w:p>
    <w:p>
      <w:pPr>
        <w:jc w:val="right"/>
      </w:pPr>
      <w:r>
        <w:t>تو میں نے کہا، "بے ادبی کی وجہ سے نہیں ہے۔" بے ادبی کا مطلب کیا ہے؟ اگر</w:t>
      </w:r>
    </w:p>
    <w:p>
      <w:r>
        <w:rPr>
          <w:b/>
        </w:rPr>
        <w:t xml:space="preserve">[30:05] </w:t>
      </w:r>
      <w:r>
        <w:t>قرآن suppose یہاں رکھا ہوا ہو، میں کرسی پہ بیٹھ جاؤں تو بے ادبی ہو گئی۔</w:t>
      </w:r>
    </w:p>
    <w:p>
      <w:pPr>
        <w:jc w:val="right"/>
      </w:pPr>
      <w:r>
        <w:t>قرآن سپوز یہاں رکھا ہوا ہو، میں کرسی پہ بیٹھ جاؤں تو بے ادبی ہو گئی۔</w:t>
      </w:r>
    </w:p>
    <w:p>
      <w:r>
        <w:rPr>
          <w:b/>
        </w:rPr>
        <w:t xml:space="preserve">[30:11] </w:t>
      </w:r>
      <w:r>
        <w:t>yani mera mein ooper baith jaon, quran neeche rakha hua ho to be adabi ho gai.</w:t>
      </w:r>
    </w:p>
    <w:p>
      <w:pPr>
        <w:jc w:val="right"/>
      </w:pPr>
      <w:r>
        <w:t>یعنی میرا میں اوپر بیٹھ جاؤں، قرآن نیچے رکھا ہوا ہو تو بے ادبی ہو گئی۔</w:t>
      </w:r>
    </w:p>
    <w:p>
      <w:r>
        <w:rPr>
          <w:b/>
        </w:rPr>
        <w:t xml:space="preserve">[30:17] </w:t>
      </w:r>
      <w:r>
        <w:t>mein ne agar hath mein liya quran ko, gir gaya zameen par to be adabi ho gai.</w:t>
      </w:r>
    </w:p>
    <w:p>
      <w:pPr>
        <w:jc w:val="right"/>
      </w:pPr>
      <w:r>
        <w:t>میں نے اگر ہاتھ میں لیا قرآن کو، گر گیا زمین پر تو بے ادبی ہو گئی۔</w:t>
      </w:r>
    </w:p>
    <w:p>
      <w:r>
        <w:rPr>
          <w:b/>
        </w:rPr>
        <w:t xml:space="preserve">[30:23] </w:t>
      </w:r>
      <w:r>
        <w:t>اگر کھلا چھوڑ دیا ہم نے ایسے ہی، تب bhi be adabi ho gayi.</w:t>
      </w:r>
    </w:p>
    <w:p>
      <w:pPr>
        <w:jc w:val="right"/>
      </w:pPr>
      <w:r>
        <w:t>اگر کھلا چھوڑ دیا ہم نے ایسے ہی، تب بھی بے ادبی ہو گئی۔</w:t>
      </w:r>
    </w:p>
    <w:p>
      <w:r>
        <w:rPr>
          <w:b/>
        </w:rPr>
        <w:t xml:space="preserve">[30:29] </w:t>
      </w:r>
      <w:r>
        <w:t>kyun ke musalman samajhte hain, "quran chhod do, khula to shaitan parhe ga." to shaitan parhne na paaye, is</w:t>
      </w:r>
    </w:p>
    <w:p>
      <w:pPr>
        <w:jc w:val="right"/>
      </w:pPr>
      <w:r>
        <w:t>کیونکہ مسلمان سمجھتے ہیں، "قرآن چھوڑ دو، کھلا تو شیطان پڑھے گا۔" تو شیطان پڑھنے نہ پائے، اس</w:t>
      </w:r>
    </w:p>
    <w:p>
      <w:r>
        <w:rPr>
          <w:b/>
        </w:rPr>
        <w:t xml:space="preserve">[30:36] </w:t>
      </w:r>
      <w:r>
        <w:t>liye is ko band rakhna hai.</w:t>
      </w:r>
    </w:p>
    <w:p>
      <w:pPr>
        <w:jc w:val="right"/>
      </w:pPr>
      <w:r>
        <w:t>لیے اس کو بند رکھنا ہے۔</w:t>
      </w:r>
    </w:p>
    <w:p>
      <w:r>
        <w:rPr>
          <w:b/>
        </w:rPr>
        <w:t xml:space="preserve">[30:42] </w:t>
      </w:r>
      <w:r>
        <w:t>ایسے ہی Quran ka agar jo binding hoti hai, waise hi aap rakh dein toh wahi be-adabi ho gayi.</w:t>
      </w:r>
    </w:p>
    <w:p>
      <w:pPr>
        <w:jc w:val="right"/>
      </w:pPr>
      <w:r>
        <w:t>ایسے ہی قرآن کا اگر جو بائنڈنگ ہوتی ہے، ویسے ہی آپ رکھ دیں تو وہی بے ادبی ہو گئی۔</w:t>
      </w:r>
    </w:p>
    <w:p>
      <w:r>
        <w:rPr>
          <w:b/>
        </w:rPr>
        <w:t xml:space="preserve">[30:48] </w:t>
      </w:r>
      <w:r>
        <w:t>کیونکہ اس کو wrap کرنا چاہیے کپڑے سے۔</w:t>
      </w:r>
    </w:p>
    <w:p>
      <w:pPr>
        <w:jc w:val="right"/>
      </w:pPr>
      <w:r>
        <w:t>کیونکہ اس کو ریپ کرنا چاہیے کپڑے سے۔</w:t>
      </w:r>
    </w:p>
    <w:p>
      <w:r>
        <w:rPr>
          <w:b/>
        </w:rPr>
        <w:t xml:space="preserve">[30:54] </w:t>
      </w:r>
      <w:r>
        <w:t>ya aap ne wuzu nahin kiya hai, wuzu ke baghair chhor diya, tab bhi be adabi ho gai.</w:t>
      </w:r>
    </w:p>
    <w:p>
      <w:pPr>
        <w:jc w:val="right"/>
      </w:pPr>
      <w:r>
        <w:t>یا آپ نے وضو نہیں کیا ہے، وضو کے بغیر چھوڑ دیا، تب بھی بے ادبی ہو گئی۔</w:t>
      </w:r>
    </w:p>
    <w:p>
      <w:r>
        <w:rPr>
          <w:b/>
        </w:rPr>
        <w:t xml:space="preserve">[31:00] </w:t>
      </w:r>
      <w:r>
        <w:t>بے ادبی کا فارمولا آتا ہے بڑھا ہوا مسلمان کے پاس کہ قرآن ان کے لیے کتابِ ہجر</w:t>
      </w:r>
    </w:p>
    <w:p>
      <w:pPr>
        <w:jc w:val="right"/>
      </w:pPr>
      <w:r>
        <w:t>بے ادبی کا فارمولا آتا ہے بڑھا ہوا مسلمان کے پاس کہ قرآن ان کے لیے کتاب بہجور</w:t>
      </w:r>
    </w:p>
    <w:p>
      <w:r>
        <w:rPr>
          <w:b/>
        </w:rPr>
        <w:t xml:space="preserve">[31:07] </w:t>
      </w:r>
      <w:r>
        <w:t>ban gaya hai.</w:t>
      </w:r>
    </w:p>
    <w:p>
      <w:pPr>
        <w:jc w:val="right"/>
      </w:pPr>
      <w:r>
        <w:t>بن گیا ہے۔</w:t>
      </w:r>
    </w:p>
    <w:p>
      <w:r>
        <w:rPr>
          <w:b/>
        </w:rPr>
        <w:t xml:space="preserve">[31:13] </w:t>
      </w:r>
      <w:r>
        <w:t>bas kahin oopar rakha rehta hai, bas qissa khatam ya hai hi nahin.</w:t>
      </w:r>
    </w:p>
    <w:p>
      <w:pPr>
        <w:jc w:val="right"/>
      </w:pPr>
      <w:r>
        <w:t>بس کہیں اوپر رکھا رہتا ہے، بس قصہ ختم یا ہے ہی نہیں۔</w:t>
      </w:r>
    </w:p>
    <w:p>
      <w:r>
        <w:rPr>
          <w:b/>
        </w:rPr>
        <w:t xml:space="preserve">[31:19] </w:t>
      </w:r>
      <w:r>
        <w:t>yani quran jo hai, book of reference hai, book of guidance hai.</w:t>
      </w:r>
    </w:p>
    <w:p>
      <w:pPr>
        <w:jc w:val="right"/>
      </w:pPr>
      <w:r>
        <w:t>یعنی قرآن جو ہے، بک آف ریفرنس ہے، بک آف گائیڈنس ہے۔</w:t>
      </w:r>
    </w:p>
    <w:p>
      <w:r>
        <w:rPr>
          <w:b/>
        </w:rPr>
        <w:t xml:space="preserve">[31:25] </w:t>
      </w:r>
      <w:r>
        <w:t>saari insaniyat yaad rakhiye, book of reference ki talash mein hai.</w:t>
      </w:r>
    </w:p>
    <w:p>
      <w:pPr>
        <w:jc w:val="right"/>
      </w:pPr>
      <w:r>
        <w:t>ساری انسانیت یاد رکھیے، بک آف ریفرنس کی تلاش میں ہے۔</w:t>
      </w:r>
    </w:p>
    <w:p>
      <w:r>
        <w:rPr>
          <w:b/>
        </w:rPr>
        <w:t xml:space="preserve">[31:32] </w:t>
      </w:r>
      <w:r>
        <w:t>Einstein se le kar aaj tak jitne bhi log hain, Socrates bhi book of reference ki talash mein tha.</w:t>
      </w:r>
    </w:p>
    <w:p>
      <w:pPr>
        <w:jc w:val="right"/>
      </w:pPr>
      <w:r>
        <w:t>آئنسٹین سے لے کر آج تک جتنے بھی لوگ ہیں، ساکریٹیز بھی بک آف ریفرنس کی تلاش میں تھا۔</w:t>
      </w:r>
    </w:p>
    <w:p>
      <w:r>
        <w:rPr>
          <w:b/>
        </w:rPr>
        <w:t xml:space="preserve">[31:38] </w:t>
      </w:r>
      <w:r>
        <w:t>بٹ ڈسل دیکھیے، بٹ ڈسل جو ہے، 20th century کا سب سے زیادہ لانڈر آدمی مانا جاتا ہے۔</w:t>
      </w:r>
    </w:p>
    <w:p>
      <w:pPr>
        <w:jc w:val="right"/>
      </w:pPr>
      <w:r>
        <w:t>بٹ ڈسل دیکھیے، بٹ ڈسل جو ہے، ٹونٹی سنچری کا سب سے زیادہ لانڈر آدمی مانا جاتا ہے۔</w:t>
      </w:r>
    </w:p>
    <w:p>
      <w:r>
        <w:rPr>
          <w:b/>
        </w:rPr>
        <w:t xml:space="preserve">[31:44] </w:t>
      </w:r>
      <w:r>
        <w:t>Bertrand Russell beeswin sadi ka sab se zyada lauded aadmi mana jata hai.</w:t>
      </w:r>
    </w:p>
    <w:p>
      <w:pPr>
        <w:jc w:val="right"/>
      </w:pPr>
      <w:r>
        <w:t>برٹن ڈسل بیسویں صدی کا سب سے زیادہ لانڈر آدمی مانا جاتا ہے۔</w:t>
      </w:r>
    </w:p>
    <w:p>
      <w:r>
        <w:rPr>
          <w:b/>
        </w:rPr>
        <w:t xml:space="preserve">[31:50] </w:t>
      </w:r>
      <w:r>
        <w:t>bohat si kitaben likhi hain.</w:t>
      </w:r>
    </w:p>
    <w:p>
      <w:pPr>
        <w:jc w:val="right"/>
      </w:pPr>
      <w:r>
        <w:t>بہت سی کتابیں لکھی ہیں۔</w:t>
      </w:r>
    </w:p>
    <w:p>
      <w:r>
        <w:rPr>
          <w:b/>
        </w:rPr>
        <w:t xml:space="preserve">[31:56] </w:t>
      </w:r>
      <w:r>
        <w:t>lekin is ke marne ke baad, is ki jo biography likhi gayi hai, to biographer kehta hai ke</w:t>
      </w:r>
    </w:p>
    <w:p>
      <w:pPr>
        <w:jc w:val="right"/>
      </w:pPr>
      <w:r>
        <w:t>لیکن اس کے مرنے کے بعد، اس کی جو بائیوگرافی لکھی گئی ہے، تو بائیوگرافر کہتا ہے کہ</w:t>
      </w:r>
    </w:p>
    <w:p>
      <w:r>
        <w:rPr>
          <w:b/>
        </w:rPr>
        <w:t xml:space="preserve">[32:03] </w:t>
      </w:r>
      <w:r>
        <w:t>"Bertrand Russell was a philosopher of no philosophy." Bertrand Russell was a philosopher of no philosophy.</w:t>
      </w:r>
    </w:p>
    <w:p>
      <w:pPr>
        <w:jc w:val="right"/>
      </w:pPr>
      <w:r>
        <w:t>"برٹن ڈسل واز ا فلاسفر آف نو فلاسفی۔" برٹن ڈسل واز ا فلاسفر آف نو فلاسفی۔</w:t>
      </w:r>
    </w:p>
    <w:p>
      <w:r>
        <w:rPr>
          <w:b/>
        </w:rPr>
        <w:t xml:space="preserve">[32:09] </w:t>
      </w:r>
      <w:r>
        <w:t>kyun ke is ko point of reference mila nahin, frame of reference mila nahin.</w:t>
      </w:r>
    </w:p>
    <w:p>
      <w:pPr>
        <w:jc w:val="right"/>
      </w:pPr>
      <w:r>
        <w:t>کیونکہ اس کو پوائنٹ آف ریفرنس ملا نہیں، فریم آف ریفرنس ملا نہیں۔</w:t>
      </w:r>
    </w:p>
    <w:p>
      <w:r>
        <w:rPr>
          <w:b/>
        </w:rPr>
        <w:t xml:space="preserve">[32:15] </w:t>
      </w:r>
      <w:r>
        <w:t>to seekar raha, seekar jiya, seekar mar gaya.</w:t>
      </w:r>
    </w:p>
    <w:p>
      <w:pPr>
        <w:jc w:val="right"/>
      </w:pPr>
      <w:r>
        <w:t>تو سیکر رہا، سیکر جیا، سیکر مر گیا۔</w:t>
      </w:r>
    </w:p>
    <w:p>
      <w:r>
        <w:rPr>
          <w:b/>
        </w:rPr>
        <w:t xml:space="preserve">[32:21] </w:t>
      </w:r>
      <w:r>
        <w:t>woh to cheezon ke baray mein jo hamein aisi kitab jo hamein bataye, mislan marte hain to marne</w:t>
      </w:r>
    </w:p>
    <w:p>
      <w:pPr>
        <w:jc w:val="right"/>
      </w:pPr>
      <w:r>
        <w:t>وہ تو چیزوں کے بارے میں جو ہمیں ایسی کتاب جو ہمیں بتائے، مثلاً مرتے ہیں تو مرنے</w:t>
      </w:r>
    </w:p>
    <w:p>
      <w:r>
        <w:rPr>
          <w:b/>
        </w:rPr>
        <w:t xml:space="preserve">[32:27] </w:t>
      </w:r>
      <w:r>
        <w:t>ke baad kya hai, yeh bataye humein.</w:t>
      </w:r>
    </w:p>
    <w:p>
      <w:pPr>
        <w:jc w:val="right"/>
      </w:pPr>
      <w:r>
        <w:t>کے بعد کیا ہے، یہ بتائے ہمیں۔</w:t>
      </w:r>
    </w:p>
    <w:p>
      <w:r>
        <w:rPr>
          <w:b/>
        </w:rPr>
        <w:t xml:space="preserve">[32:34] </w:t>
      </w:r>
      <w:r>
        <w:t>hum chahte hain ke hum eternally zinda rahein, phir ke hum kyun mar jate hain? hum chahte hain</w:t>
      </w:r>
    </w:p>
    <w:p>
      <w:pPr>
        <w:jc w:val="right"/>
      </w:pPr>
      <w:r>
        <w:t>ہم چاہتے ہیں کہ ہم ایٹرنلی زندہ رہیں، پھر کہ ہم کیوں مر جاتے ہیں؟ ہم چاہتے ہیں</w:t>
      </w:r>
    </w:p>
    <w:p>
      <w:r>
        <w:rPr>
          <w:b/>
        </w:rPr>
        <w:t xml:space="preserve">[32:40] </w:t>
      </w:r>
      <w:r>
        <w:t>ke hamari desire poori hon, phir poori kyun nahi hoti hain? hum ek cheez ko pasand karte hain</w:t>
      </w:r>
    </w:p>
    <w:p>
      <w:pPr>
        <w:jc w:val="right"/>
      </w:pPr>
      <w:r>
        <w:t>کہ ہماری ڈیزائر پوری ہوں، پھر پوری کیوں نہیں ہوتی ہیں؟ ہم ایک چیز کو پسند کرتے ہیں</w:t>
      </w:r>
    </w:p>
    <w:p>
      <w:r>
        <w:rPr>
          <w:b/>
        </w:rPr>
        <w:t xml:space="preserve">[32:46] </w:t>
      </w:r>
      <w:r>
        <w:t>aur us ko koshish karte hain hasil karne ki.</w:t>
      </w:r>
    </w:p>
    <w:p>
      <w:pPr>
        <w:jc w:val="right"/>
      </w:pPr>
      <w:r>
        <w:t>اور اس کو کوشش کرتے ہیں حاصل کرنے کی۔</w:t>
      </w:r>
    </w:p>
    <w:p>
      <w:r>
        <w:rPr>
          <w:b/>
        </w:rPr>
        <w:t xml:space="preserve">[32:52] </w:t>
      </w:r>
      <w:r>
        <w:t>jab pa lete hain to baad mein bataya ke ab to us ke aage kuch bhi nahi.</w:t>
      </w:r>
    </w:p>
    <w:p>
      <w:pPr>
        <w:jc w:val="right"/>
      </w:pPr>
      <w:r>
        <w:t>جب پا لیتے ہیں تو بعد میں بتایا کہ اب تو اس کے آگے کچھ بھی نہیں۔</w:t>
      </w:r>
    </w:p>
    <w:p>
      <w:r>
        <w:rPr>
          <w:b/>
        </w:rPr>
        <w:t xml:space="preserve">[32:59] </w:t>
      </w:r>
      <w:r>
        <w:t>jaise maine is se pehle aap ko ek qissa bataya tha, ek american biller ka, jab boorha</w:t>
      </w:r>
    </w:p>
    <w:p>
      <w:pPr>
        <w:jc w:val="right"/>
      </w:pPr>
      <w:r>
        <w:t>جیسے میں نے اس سے پہلے آپ کو ایک قصہ بتایا تھا، ایک امریکن بلیئر کا، جب بوڑھا</w:t>
      </w:r>
    </w:p>
    <w:p>
      <w:r>
        <w:rPr>
          <w:b/>
        </w:rPr>
        <w:t xml:space="preserve">[33:05] </w:t>
      </w:r>
      <w:r>
        <w:t>ho gaya aur marne ke qabil hua to us ne ek padre the wahan par, abhi hain woh</w:t>
      </w:r>
    </w:p>
    <w:p>
      <w:pPr>
        <w:jc w:val="right"/>
      </w:pPr>
      <w:r>
        <w:t>ہو گیا اور مرنے کے قابل ہوا تو اس نے ایک پادری تھے وہاں پر، ابھی ہیں وہ</w:t>
      </w:r>
    </w:p>
    <w:p>
      <w:r>
        <w:rPr>
          <w:b/>
        </w:rPr>
        <w:t xml:space="preserve">[33:11] </w:t>
      </w:r>
      <w:r>
        <w:t>zinda, bill graham, un ko woh message de kar bulaya, "urgent, urgent message." to jab woh pahunche wahan</w:t>
      </w:r>
    </w:p>
    <w:p>
      <w:pPr>
        <w:jc w:val="right"/>
      </w:pPr>
      <w:r>
        <w:t>زندہ، بلی گرہم، ان کو وہ میسج دے کر بلایا، "ارجنٹ، ارجنٹ میسج۔" تو جب وہ پہنچے وہاں</w:t>
      </w:r>
    </w:p>
    <w:p>
      <w:r>
        <w:rPr>
          <w:b/>
        </w:rPr>
        <w:t xml:space="preserve">[33:17] </w:t>
      </w:r>
      <w:r>
        <w:t>par, is is ke ghar to us ne dono baithe ek kamre mein, us ne kaha ke "I</w:t>
      </w:r>
    </w:p>
    <w:p>
      <w:pPr>
        <w:jc w:val="right"/>
      </w:pPr>
      <w:r>
        <w:t>پر، اس اس کے گھر تو اس نے دونوں بیٹھے ایک کمرے میں، اس نے کہا کہ "آئی</w:t>
      </w:r>
    </w:p>
    <w:p>
      <w:r>
        <w:rPr>
          <w:b/>
        </w:rPr>
        <w:t xml:space="preserve">[33:23] </w:t>
      </w:r>
      <w:r>
        <w:t>am an old man.</w:t>
      </w:r>
    </w:p>
    <w:p>
      <w:pPr>
        <w:jc w:val="right"/>
      </w:pPr>
      <w:r>
        <w:t>ایم این اولڈ مین۔</w:t>
      </w:r>
    </w:p>
    <w:p>
      <w:r>
        <w:rPr>
          <w:b/>
        </w:rPr>
        <w:t xml:space="preserve">[33:30] </w:t>
      </w:r>
      <w:r>
        <w:t>I am an old man.</w:t>
      </w:r>
    </w:p>
    <w:p>
      <w:pPr>
        <w:jc w:val="right"/>
      </w:pPr>
      <w:r>
        <w:t>آئی ایم این اولڈ مین۔</w:t>
      </w:r>
    </w:p>
    <w:p>
      <w:r>
        <w:rPr>
          <w:b/>
        </w:rPr>
        <w:t xml:space="preserve">[33:36] </w:t>
      </w:r>
      <w:r>
        <w:t>you see, I am an old man.</w:t>
      </w:r>
    </w:p>
    <w:p>
      <w:pPr>
        <w:jc w:val="right"/>
      </w:pPr>
      <w:r>
        <w:t>یو سی، آئی ایم این اولڈ مین۔</w:t>
      </w:r>
    </w:p>
    <w:p>
      <w:r>
        <w:rPr>
          <w:b/>
        </w:rPr>
        <w:t xml:space="preserve">[33:42] </w:t>
      </w:r>
      <w:r>
        <w:t>life has lost all meaning.</w:t>
      </w:r>
    </w:p>
    <w:p>
      <w:pPr>
        <w:jc w:val="right"/>
      </w:pPr>
      <w:r>
        <w:t>لائف ہیز لاسٹ ال میننگ۔</w:t>
      </w:r>
    </w:p>
    <w:p>
      <w:r>
        <w:rPr>
          <w:b/>
        </w:rPr>
        <w:t xml:space="preserve">[33:48] </w:t>
      </w:r>
      <w:r>
        <w:t>"I am going to take a fateful leap into the unknown." کیسا عجیب اس کا یہ تھا!</w:t>
      </w:r>
    </w:p>
    <w:p>
      <w:pPr>
        <w:jc w:val="right"/>
      </w:pPr>
      <w:r>
        <w:t>آئی ایم گوئنگ ٹو ٹیک ا فیٹ فل لیپ انٹو دا ان نون۔" کیسا عجیب اس کا یہ تھا!</w:t>
      </w:r>
    </w:p>
    <w:p>
      <w:r>
        <w:rPr>
          <w:b/>
        </w:rPr>
        <w:t xml:space="preserve">[33:55] </w:t>
      </w:r>
      <w:r>
        <w:t>سارا انسان یہی کہہ رہا ہے، "I am going to take a fateful leap into the un</w:t>
      </w:r>
    </w:p>
    <w:p>
      <w:pPr>
        <w:jc w:val="right"/>
      </w:pPr>
      <w:r>
        <w:t>سارا انسان یہی کہہ رہا ہے، "آئی ایم گوئنگ ٹو ٹیک ا فیٹ فل لیپ انٹو دا ان</w:t>
      </w:r>
    </w:p>
    <w:p>
      <w:r>
        <w:rPr>
          <w:b/>
        </w:rPr>
        <w:t xml:space="preserve">[34:02] </w:t>
      </w:r>
      <w:r>
        <w:t>noon.</w:t>
      </w:r>
    </w:p>
    <w:p>
      <w:pPr>
        <w:jc w:val="right"/>
      </w:pPr>
      <w:r>
        <w:t>نون۔</w:t>
      </w:r>
    </w:p>
    <w:p>
      <w:r>
        <w:rPr>
          <w:b/>
        </w:rPr>
        <w:t xml:space="preserve">[34:04] </w:t>
      </w:r>
      <w:r>
        <w:t>"Young man, can you give me a ray of hope?" Har aadmi dekhta hai ke main andhere mein</w:t>
      </w:r>
    </w:p>
    <w:p>
      <w:pPr>
        <w:jc w:val="right"/>
      </w:pPr>
      <w:r>
        <w:t>ینگ مین، کین یو گیو می ا رے اف ہوپ؟" ہر آدمی دیکھتا ہے کہ میں اندھیرے میں</w:t>
      </w:r>
    </w:p>
    <w:p>
      <w:r>
        <w:rPr>
          <w:b/>
        </w:rPr>
        <w:t xml:space="preserve">[34:11] </w:t>
      </w:r>
      <w:r>
        <w:t>chhalang lagane wala hoon.</w:t>
      </w:r>
    </w:p>
    <w:p>
      <w:pPr>
        <w:jc w:val="right"/>
      </w:pPr>
      <w:r>
        <w:t>چھلانگ لگانے والا ہوں۔</w:t>
      </w:r>
    </w:p>
    <w:p>
      <w:r>
        <w:rPr>
          <w:b/>
        </w:rPr>
        <w:t xml:space="preserve">[34:13] </w:t>
      </w:r>
      <w:r>
        <w:t>death kya hai? death ka matlab hai andhere mein chhalang.</w:t>
      </w:r>
    </w:p>
    <w:p>
      <w:pPr>
        <w:jc w:val="right"/>
      </w:pPr>
      <w:r>
        <w:t>ڈیتھ کیا ہے؟ ڈیتھ کا مطلب ہے اندھیرے میں چھلانگ۔</w:t>
      </w:r>
    </w:p>
    <w:p>
      <w:r>
        <w:rPr>
          <w:b/>
        </w:rPr>
        <w:t xml:space="preserve">[34:17] </w:t>
      </w:r>
      <w:r>
        <w:t>har aadmi janta hai ke mujhe marna hai, so saal ke andar mar jana hai.</w:t>
      </w:r>
    </w:p>
    <w:p>
      <w:pPr>
        <w:jc w:val="right"/>
      </w:pPr>
      <w:r>
        <w:t>ہر آدمی جانتا ہے کہ مجھے مرنا ہے، سو سال کے اندر مر جانا ہے۔</w:t>
      </w:r>
    </w:p>
    <w:p>
      <w:r>
        <w:rPr>
          <w:b/>
        </w:rPr>
        <w:t xml:space="preserve">[34:24] </w:t>
      </w:r>
      <w:r>
        <w:t>is ke baad kya hai? is ke baad kya hai? har aadmi consciously ya unconsciously, bol kar</w:t>
      </w:r>
    </w:p>
    <w:p>
      <w:pPr>
        <w:jc w:val="right"/>
      </w:pPr>
      <w:r>
        <w:t>اس کے بعد کیا ہے؟ اس کے بعد کیا ہے؟ ہر آدمی کانشیسلی یا ان کانشیسلی، بول کر</w:t>
      </w:r>
    </w:p>
    <w:p>
      <w:r>
        <w:rPr>
          <w:b/>
        </w:rPr>
        <w:t xml:space="preserve">[34:32] </w:t>
      </w:r>
      <w:r>
        <w:t>ya bana bole hue, ek question apne mind mein rakhe hue hai.</w:t>
      </w:r>
    </w:p>
    <w:p>
      <w:pPr>
        <w:jc w:val="right"/>
      </w:pPr>
      <w:r>
        <w:t>یا بنا بولے ہوئے، ایک کوئسچن اپنے مائنڈ میں رکھے ہوئے ہے۔</w:t>
      </w:r>
    </w:p>
    <w:p>
      <w:r>
        <w:rPr>
          <w:b/>
        </w:rPr>
        <w:t xml:space="preserve">[34:37] </w:t>
      </w:r>
      <w:r>
        <w:t>تو اس نے جو کہا تھا کہ "I am going to take a fateful leap into the</w:t>
      </w:r>
    </w:p>
    <w:p>
      <w:pPr>
        <w:jc w:val="right"/>
      </w:pPr>
      <w:r>
        <w:t>تو اس نے جو کہا تھا کہ "آئی ایم گوئنگ ٹو ٹیک ا فیٹ فل لیپ انٹو دا</w:t>
      </w:r>
    </w:p>
    <w:p>
      <w:r>
        <w:rPr>
          <w:b/>
        </w:rPr>
        <w:t xml:space="preserve">[34:44] </w:t>
      </w:r>
      <w:r>
        <w:t>un noon.</w:t>
      </w:r>
    </w:p>
    <w:p>
      <w:pPr>
        <w:jc w:val="right"/>
      </w:pPr>
      <w:r>
        <w:t>ان نون۔</w:t>
      </w:r>
    </w:p>
    <w:p>
      <w:r>
        <w:rPr>
          <w:b/>
        </w:rPr>
        <w:t xml:space="preserve">[34:46] </w:t>
      </w:r>
      <w:r>
        <w:t>"Young man, can you give me a ray of hope?" Yeh ek question hai jo unsolve rehta</w:t>
      </w:r>
    </w:p>
    <w:p>
      <w:pPr>
        <w:jc w:val="right"/>
      </w:pPr>
      <w:r>
        <w:t>ینگ مین، کین یو گیو می ا رے اف ہوپ؟" یہ ایک کوئسچن ہے جو ان سالو رہتا</w:t>
      </w:r>
    </w:p>
    <w:p>
      <w:r>
        <w:rPr>
          <w:b/>
        </w:rPr>
        <w:t xml:space="preserve">[34:54] </w:t>
      </w:r>
      <w:r>
        <w:t>hai, unaddressed rehta hai.</w:t>
      </w:r>
    </w:p>
    <w:p>
      <w:pPr>
        <w:jc w:val="right"/>
      </w:pPr>
      <w:r>
        <w:t>ہے، ان ایڈریس رہتا ہے۔</w:t>
      </w:r>
    </w:p>
    <w:p>
      <w:r>
        <w:rPr>
          <w:b/>
        </w:rPr>
        <w:t xml:space="preserve">[34:56] </w:t>
      </w:r>
      <w:r>
        <w:t>isi liye sab log pareshan hain.</w:t>
      </w:r>
    </w:p>
    <w:p>
      <w:pPr>
        <w:jc w:val="right"/>
      </w:pPr>
      <w:r>
        <w:t>اسی لیے سب لوگ پریشان ہیں۔</w:t>
      </w:r>
    </w:p>
    <w:p>
      <w:r>
        <w:rPr>
          <w:b/>
        </w:rPr>
        <w:t xml:space="preserve">[34:58] </w:t>
      </w:r>
      <w:r>
        <w:t>jo sab se zyada important question hai, wahi unaddressed pada rehta hai.</w:t>
      </w:r>
    </w:p>
    <w:p>
      <w:pPr>
        <w:jc w:val="right"/>
      </w:pPr>
      <w:r>
        <w:t>جو سب سے زیادہ امپورٹنٹ کوئسچن ہے، وہی ان ایڈریس پڑا رہتا ہے۔</w:t>
      </w:r>
    </w:p>
    <w:p>
      <w:r>
        <w:rPr>
          <w:b/>
        </w:rPr>
        <w:t xml:space="preserve">[35:04] </w:t>
      </w:r>
      <w:r>
        <w:t>jaise ke jis ko gold milta mila, ab is ke end aa gaya, ab is ke baad kya</w:t>
      </w:r>
    </w:p>
    <w:p>
      <w:pPr>
        <w:jc w:val="right"/>
      </w:pPr>
      <w:r>
        <w:t>جیسے کہ جس کو گولڈ ملٹن ملا، اب اس کے اینڈ آ گیا، اب اس کے بعد کیا</w:t>
      </w:r>
    </w:p>
    <w:p>
      <w:r>
        <w:rPr>
          <w:b/>
        </w:rPr>
        <w:t xml:space="preserve">[35:12] </w:t>
      </w:r>
      <w:r>
        <w:t>hai? is ke baad kya hai? lekin is ke baad lagta hai kuch bhi nahin.</w:t>
      </w:r>
    </w:p>
    <w:p>
      <w:pPr>
        <w:jc w:val="right"/>
      </w:pPr>
      <w:r>
        <w:t>ہے؟ اس کے بعد کیا ہے؟ لیکن اس کے بعد لگتا ہے کچھ بھی نہیں۔</w:t>
      </w:r>
    </w:p>
    <w:p>
      <w:r>
        <w:rPr>
          <w:b/>
        </w:rPr>
        <w:t xml:space="preserve">[35:18] </w:t>
      </w:r>
      <w:r>
        <w:t>agar zyada gehrai mein sochen, woh jinho ne ke shooting mein gold medal liya hai, to woh sochen</w:t>
      </w:r>
    </w:p>
    <w:p>
      <w:pPr>
        <w:jc w:val="right"/>
      </w:pPr>
      <w:r>
        <w:t>اگر زیادہ گہرائی میں سوچیں، وہ جنہوں نے کہ شوٹنگ میں گولڈ میڈل لیا ہے، تو وہ سوچیں</w:t>
      </w:r>
    </w:p>
    <w:p>
      <w:r>
        <w:rPr>
          <w:b/>
        </w:rPr>
        <w:t xml:space="preserve">[35:26] </w:t>
      </w:r>
      <w:r>
        <w:t>ke maine shooting mein kya kiya? kuch bhi nahin.</w:t>
      </w:r>
    </w:p>
    <w:p>
      <w:pPr>
        <w:jc w:val="right"/>
      </w:pPr>
      <w:r>
        <w:t>کہ میں نے شوٹنگ میں کیا کیا؟ کچھ بھی نہیں۔</w:t>
      </w:r>
    </w:p>
    <w:p>
      <w:r>
        <w:rPr>
          <w:b/>
        </w:rPr>
        <w:t xml:space="preserve">[35:30] </w:t>
      </w:r>
      <w:r>
        <w:t>mujh se bara kaam to us ne kiya? jo gun banaya jis ne, maine ek target par</w:t>
      </w:r>
    </w:p>
    <w:p>
      <w:pPr>
        <w:jc w:val="right"/>
      </w:pPr>
      <w:r>
        <w:t>مجھ سے بڑا کام تو اس نے کیا؟ جو گن بنایا جس نے، میں نے ایک ٹارگٹ پر</w:t>
      </w:r>
    </w:p>
    <w:p>
      <w:r>
        <w:rPr>
          <w:b/>
        </w:rPr>
        <w:t xml:space="preserve">[35:38] </w:t>
      </w:r>
      <w:r>
        <w:t>mara goli, us se bara kaam us ne kiya tha jis ne ke jis ne gun banai thi.</w:t>
      </w:r>
    </w:p>
    <w:p>
      <w:pPr>
        <w:jc w:val="right"/>
      </w:pPr>
      <w:r>
        <w:t>مارا گولی، اس سے بڑا کام اس نے کیا تھا جس نے کہ جس نے گن بنائی تھی۔</w:t>
      </w:r>
    </w:p>
    <w:p>
      <w:r>
        <w:rPr>
          <w:b/>
        </w:rPr>
        <w:t xml:space="preserve">[35:46] </w:t>
      </w:r>
      <w:r>
        <w:t>phir jis ne gun banai thi, us se bara bara kaam us ne kiya tha jis ne steel</w:t>
      </w:r>
    </w:p>
    <w:p>
      <w:pPr>
        <w:jc w:val="right"/>
      </w:pPr>
      <w:r>
        <w:t>پھر جس نے گن بنائی تھی، اس سے بڑا بڑا کام اس نے کیا تھا جس نے اسٹیل</w:t>
      </w:r>
    </w:p>
    <w:p>
      <w:r>
        <w:rPr>
          <w:b/>
        </w:rPr>
        <w:t xml:space="preserve">[35:53] </w:t>
      </w:r>
      <w:r>
        <w:t>banaya.</w:t>
      </w:r>
    </w:p>
    <w:p>
      <w:pPr>
        <w:jc w:val="right"/>
      </w:pPr>
      <w:r>
        <w:t>بنایا۔</w:t>
      </w:r>
    </w:p>
    <w:p>
      <w:r>
        <w:rPr>
          <w:b/>
        </w:rPr>
        <w:t xml:space="preserve">[35:55] </w:t>
      </w:r>
      <w:r>
        <w:t>steel se zyada bara kaam us ne kiya tha jis ne aur ko discover kiya.</w:t>
      </w:r>
    </w:p>
    <w:p>
      <w:pPr>
        <w:jc w:val="right"/>
      </w:pPr>
      <w:r>
        <w:t>اسٹیل سے زیادہ بڑا کام اس نے کیا تھا جس نے اور کو ڈسکور کیا۔</w:t>
      </w:r>
    </w:p>
    <w:p>
      <w:r>
        <w:rPr>
          <w:b/>
        </w:rPr>
        <w:t xml:space="preserve">[36:01] </w:t>
      </w:r>
      <w:r>
        <w:t>us se bara kaam us ne kiya jis ne ke sari universe ko convert kiya aur main.</w:t>
      </w:r>
    </w:p>
    <w:p>
      <w:pPr>
        <w:jc w:val="right"/>
      </w:pPr>
      <w:r>
        <w:t>اس سے بڑا کام اس نے کیا جس نے کہ ساری یونیورس کو کنورٹ کیا اور میں۔</w:t>
      </w:r>
    </w:p>
    <w:p>
      <w:r>
        <w:rPr>
          <w:b/>
        </w:rPr>
        <w:t xml:space="preserve">[36:08] </w:t>
      </w:r>
      <w:r>
        <w:t>to mera kaam to kuch bhi nahin hai.</w:t>
      </w:r>
    </w:p>
    <w:p>
      <w:pPr>
        <w:jc w:val="right"/>
      </w:pPr>
      <w:r>
        <w:t>تو میرا کام تو کچھ بھی نہیں ہے۔</w:t>
      </w:r>
    </w:p>
    <w:p>
      <w:r>
        <w:rPr>
          <w:b/>
        </w:rPr>
        <w:t xml:space="preserve">[36:12] </w:t>
      </w:r>
      <w:r>
        <w:t>to final discovery jo hai, wahan par aadmi ko satisfaction milega.</w:t>
      </w:r>
    </w:p>
    <w:p>
      <w:pPr>
        <w:jc w:val="right"/>
      </w:pPr>
      <w:r>
        <w:t>تو فائنل ڈسکوری جو ہے، وہاں پر آدمی کو سیٹسفیکشن ملے گا۔</w:t>
      </w:r>
    </w:p>
    <w:p>
      <w:r>
        <w:rPr>
          <w:b/>
        </w:rPr>
        <w:t xml:space="preserve">[36:17] </w:t>
      </w:r>
      <w:r>
        <w:t>jab tak aap ko final discovery na ho, aap ko satisfaction nahin mil sakta, nahin mil sakta, nahin</w:t>
      </w:r>
    </w:p>
    <w:p>
      <w:pPr>
        <w:jc w:val="right"/>
      </w:pPr>
      <w:r>
        <w:t>جب تک آپ کو فائنل ڈسکوری نہ ہو، آپ کو سیٹسفیکشن نہیں مل سکتا، نہیں مل سکتا، نہیں</w:t>
      </w:r>
    </w:p>
    <w:p>
      <w:r>
        <w:rPr>
          <w:b/>
        </w:rPr>
        <w:t xml:space="preserve">[36:25] </w:t>
      </w:r>
      <w:r>
        <w:t>mil sakta.</w:t>
      </w:r>
    </w:p>
    <w:p>
      <w:pPr>
        <w:jc w:val="right"/>
      </w:pPr>
      <w:r>
        <w:t>مل سکتا۔</w:t>
      </w:r>
    </w:p>
    <w:p>
      <w:r>
        <w:rPr>
          <w:b/>
        </w:rPr>
        <w:t xml:space="preserve">[36:26] </w:t>
      </w:r>
      <w:r>
        <w:t>aur final discovery ke liye aap ko ek hi kitab is aasman ke neeche hai jis ko aap</w:t>
      </w:r>
    </w:p>
    <w:p>
      <w:pPr>
        <w:jc w:val="right"/>
      </w:pPr>
      <w:r>
        <w:t>اور فائنل ڈسکوری کے لیے آپ کو ایک ہی کتاب اس آسمان کے نیچے ہے جس کو آپ</w:t>
      </w:r>
    </w:p>
    <w:p>
      <w:r>
        <w:rPr>
          <w:b/>
        </w:rPr>
        <w:t xml:space="preserve">[36:34] </w:t>
      </w:r>
      <w:r>
        <w:t>padhen, woh hai quran.</w:t>
      </w:r>
    </w:p>
    <w:p>
      <w:pPr>
        <w:jc w:val="right"/>
      </w:pPr>
      <w:r>
        <w:t>پڑھیں، وہ ہے قرآن۔</w:t>
      </w:r>
    </w:p>
    <w:p>
      <w:r>
        <w:rPr>
          <w:b/>
        </w:rPr>
        <w:t xml:space="preserve">[36:36] </w:t>
      </w:r>
      <w:r>
        <w:t>yeh baat main is liye nahin kar raha hoon ke main musalman paida hua, musalman ghar mein.</w:t>
      </w:r>
    </w:p>
    <w:p>
      <w:pPr>
        <w:jc w:val="right"/>
      </w:pPr>
      <w:r>
        <w:t>یہ بات میں اس لیے نہیں کر رہا ہوں کہ میں مسلمان پیدا ہوا، مسلمان گھر میں۔</w:t>
      </w:r>
    </w:p>
    <w:p>
      <w:r>
        <w:rPr>
          <w:b/>
        </w:rPr>
        <w:t xml:space="preserve">[36:43] </w:t>
      </w:r>
      <w:r>
        <w:t>main to apne ko converted musalman manta hoon kyunke maine islam ko chhod diya tha.</w:t>
      </w:r>
    </w:p>
    <w:p>
      <w:pPr>
        <w:jc w:val="right"/>
      </w:pPr>
      <w:r>
        <w:t>میں تو اپنے کو کنورٹڈ مسلمان مانتا ہوں کیونکہ میں نے اسلام کو چھوڑ دیا تھا۔</w:t>
      </w:r>
    </w:p>
    <w:p>
      <w:r>
        <w:rPr>
          <w:b/>
        </w:rPr>
        <w:t xml:space="preserve">[36:50] </w:t>
      </w:r>
      <w:r>
        <w:t>shayad paanch saal aise beete hain jab ke main islam ko bilkul chhodhe hue tha, secret ban gaya</w:t>
      </w:r>
    </w:p>
    <w:p>
      <w:pPr>
        <w:jc w:val="right"/>
      </w:pPr>
      <w:r>
        <w:t>شاید پانچ سال ایسے بیتے ہیں جب کہ میں اسلام کو بالکل چھوڑے ہوئے تھا، سیکر بن گیا</w:t>
      </w:r>
    </w:p>
    <w:p>
      <w:r>
        <w:rPr>
          <w:b/>
        </w:rPr>
        <w:t xml:space="preserve">[36:58] </w:t>
      </w:r>
      <w:r>
        <w:t>tha aur kahan kahan jata tha.</w:t>
      </w:r>
    </w:p>
    <w:p>
      <w:pPr>
        <w:jc w:val="right"/>
      </w:pPr>
      <w:r>
        <w:t>تھا اور کہاں کہاں جاتا تھا۔</w:t>
      </w:r>
    </w:p>
    <w:p>
      <w:r>
        <w:rPr>
          <w:b/>
        </w:rPr>
        <w:t xml:space="preserve">[37:00] </w:t>
      </w:r>
      <w:r>
        <w:t>میں دین I rediscovered Islam کو، میں نے پھر سے ڈسکور کیا۔</w:t>
      </w:r>
    </w:p>
    <w:p>
      <w:pPr>
        <w:jc w:val="right"/>
      </w:pPr>
      <w:r>
        <w:t>میں دین آئی ری ڈسکورڈ اسلام کو، میں نے پھر سے ڈسکور کیا۔</w:t>
      </w:r>
    </w:p>
    <w:p>
      <w:r>
        <w:rPr>
          <w:b/>
        </w:rPr>
        <w:t xml:space="preserve">[37:06] </w:t>
      </w:r>
      <w:r>
        <w:t>bahut si cheezen padhin, maine bahut sari cheezen padhin.</w:t>
      </w:r>
    </w:p>
    <w:p>
      <w:pPr>
        <w:jc w:val="right"/>
      </w:pPr>
      <w:r>
        <w:t>بہت سی چیزیں پڑھیں، میں نے بہت ساری چیزیں پڑھیں۔</w:t>
      </w:r>
    </w:p>
    <w:p>
      <w:r>
        <w:rPr>
          <w:b/>
        </w:rPr>
        <w:t xml:space="preserve">[37:10] </w:t>
      </w:r>
      <w:r>
        <w:t>to islam is my re discovery.</w:t>
      </w:r>
    </w:p>
    <w:p>
      <w:pPr>
        <w:jc w:val="right"/>
      </w:pPr>
      <w:r>
        <w:t>تو اسلام از مائی ری ڈسکوری۔</w:t>
      </w:r>
    </w:p>
    <w:p>
      <w:r>
        <w:rPr>
          <w:b/>
        </w:rPr>
        <w:t xml:space="preserve">[37:13] </w:t>
      </w:r>
      <w:r>
        <w:t>to main quran ko chuki maine discover kiya, is liye main yeh baat bol raha hoon.</w:t>
      </w:r>
    </w:p>
    <w:p>
      <w:pPr>
        <w:jc w:val="right"/>
      </w:pPr>
      <w:r>
        <w:t>تو میں قرآن کو چونکہ میں نے ڈسکور کیا، اس لیے میں یہ بات بول رہا ہوں۔</w:t>
      </w:r>
    </w:p>
    <w:p>
      <w:r>
        <w:rPr>
          <w:b/>
        </w:rPr>
        <w:t xml:space="preserve">[37:20] </w:t>
      </w:r>
      <w:r>
        <w:t>warna main to us se us ko chhod chuka tha.</w:t>
      </w:r>
    </w:p>
    <w:p>
      <w:pPr>
        <w:jc w:val="right"/>
      </w:pPr>
      <w:r>
        <w:t>ورنہ میں تو اس سے اس کو چھوڑ چکا تھا۔</w:t>
      </w:r>
    </w:p>
    <w:p>
      <w:r>
        <w:rPr>
          <w:b/>
        </w:rPr>
        <w:t xml:space="preserve">[37:24] </w:t>
      </w:r>
      <w:r>
        <w:t>to jitne question hain, jitne question hain, un saare question ka answer agar kahin aap pa sakte hain</w:t>
      </w:r>
    </w:p>
    <w:p>
      <w:pPr>
        <w:jc w:val="right"/>
      </w:pPr>
      <w:r>
        <w:t>تو جتنے کوئسچن ہیں، جتنے کوئسچن ہیں، ان سارے کوئسچن کا انسر اگر کہیں آپ پا سکتے ہیں</w:t>
      </w:r>
    </w:p>
    <w:p>
      <w:r>
        <w:rPr>
          <w:b/>
        </w:rPr>
        <w:t xml:space="preserve">[37:32] </w:t>
      </w:r>
      <w:r>
        <w:t>to woh sirf quran hai aur kahin aap nahin pa sakte is ko.</w:t>
      </w:r>
    </w:p>
    <w:p>
      <w:pPr>
        <w:jc w:val="right"/>
      </w:pPr>
      <w:r>
        <w:t>تو وہ صرف قرآن ہے اور کہیں آپ نہیں پا سکتے اس کو۔</w:t>
      </w:r>
    </w:p>
    <w:p>
      <w:r>
        <w:rPr>
          <w:b/>
        </w:rPr>
        <w:t xml:space="preserve">[37:37] </w:t>
      </w:r>
      <w:r>
        <w:t>چونکہ آدمی کا مائنڈ انڈر انڈر ایڈریس پڑا ہوا ہے، اس سوال اس کا اس کو answer نہیں</w:t>
      </w:r>
    </w:p>
    <w:p>
      <w:pPr>
        <w:jc w:val="right"/>
      </w:pPr>
      <w:r>
        <w:t>چونکہ آدمی کا مائنڈ انڈر انڈر ایڈریس پڑا ہوا ہے، اس سوال اس کا اس کو انسر نہیں</w:t>
      </w:r>
    </w:p>
    <w:p>
      <w:r>
        <w:rPr>
          <w:b/>
        </w:rPr>
        <w:t xml:space="preserve">[37:45] </w:t>
      </w:r>
      <w:r>
        <w:t>mil raha hai, is liye woh dissatisfied rehta hai.</w:t>
      </w:r>
    </w:p>
    <w:p>
      <w:pPr>
        <w:jc w:val="right"/>
      </w:pPr>
      <w:r>
        <w:t>مل رہا ہے، اس لیے وہ ڈس سیٹسفائیڈ رہتا ہے۔</w:t>
      </w:r>
    </w:p>
    <w:p>
      <w:r>
        <w:rPr>
          <w:b/>
        </w:rPr>
        <w:t xml:space="preserve">[37:49] </w:t>
      </w:r>
      <w:r>
        <w:t>aur aik hi kitaab jis mein uska answer hai, us ke followers ne is ko aisa kar</w:t>
      </w:r>
    </w:p>
    <w:p>
      <w:pPr>
        <w:jc w:val="right"/>
      </w:pPr>
      <w:r>
        <w:t>اور ایک ہی کتاب جس میں اس کا انسر ہے، اس کے فالوورز نے اس کو ایسا کر</w:t>
      </w:r>
    </w:p>
    <w:p>
      <w:r>
        <w:rPr>
          <w:b/>
        </w:rPr>
        <w:t xml:space="preserve">[37:57] </w:t>
      </w:r>
      <w:r>
        <w:t>rakha hai ke koi sochta bhi nahi ke yahan uska answer hoga.</w:t>
      </w:r>
    </w:p>
    <w:p>
      <w:pPr>
        <w:jc w:val="right"/>
      </w:pPr>
      <w:r>
        <w:t>رکھا ہے کہ کوئی سوچتا بھی نہیں کہ یہاں اس کا انسر ہوگا۔</w:t>
      </w:r>
    </w:p>
    <w:p>
      <w:r>
        <w:rPr>
          <w:b/>
        </w:rPr>
        <w:t xml:space="preserve">[38:03] </w:t>
      </w:r>
      <w:r>
        <w:t>جو followers ہیں، انہوں نے تو ایسا کر رکھا ہے کہ قرآن جو ہے، گن سکھاتا ہے، violence</w:t>
      </w:r>
    </w:p>
    <w:p>
      <w:pPr>
        <w:jc w:val="right"/>
      </w:pPr>
      <w:r>
        <w:t>جو فالوورز ہیں، انہوں نے تو ایسا کر رکھا ہے کہ قرآن جو ہے، گن سکھاتا ہے، وائلینس</w:t>
      </w:r>
    </w:p>
    <w:p>
      <w:r>
        <w:rPr>
          <w:b/>
        </w:rPr>
        <w:t xml:space="preserve">[38:10] </w:t>
      </w:r>
      <w:r>
        <w:t>sikhaata hai, hate sikhaata hai.</w:t>
      </w:r>
    </w:p>
    <w:p>
      <w:pPr>
        <w:jc w:val="right"/>
      </w:pPr>
      <w:r>
        <w:t>سکھاتا ہے، ہیٹ سکھاتا ہے۔</w:t>
      </w:r>
    </w:p>
    <w:p>
      <w:r>
        <w:rPr>
          <w:b/>
        </w:rPr>
        <w:t xml:space="preserve">[38:13] </w:t>
      </w:r>
      <w:r>
        <w:t>yeh is ka yani un ka pressure kara rakha hai musalmanon ne.</w:t>
      </w:r>
    </w:p>
    <w:p>
      <w:pPr>
        <w:jc w:val="right"/>
      </w:pPr>
      <w:r>
        <w:t>یہ اس کا یعنی ان کا پریشر کرا رکھا ہے مسلمانوں نے۔</w:t>
      </w:r>
    </w:p>
    <w:p>
      <w:r>
        <w:rPr>
          <w:b/>
        </w:rPr>
        <w:t xml:space="preserve">[38:18] </w:t>
      </w:r>
      <w:r>
        <w:t>kisi ne sahi kaha tha ke aik musalman dunya aur quran ke beech mein parda ban kar, rukawat</w:t>
      </w:r>
    </w:p>
    <w:p>
      <w:pPr>
        <w:jc w:val="right"/>
      </w:pPr>
      <w:r>
        <w:t>کسی نے صحیح کہا تھا کہ ایک مسلمان دنیا اور قرآن کے بیچ میں پردہ بن کر، رکاوٹ</w:t>
      </w:r>
    </w:p>
    <w:p>
      <w:r>
        <w:rPr>
          <w:b/>
        </w:rPr>
        <w:t xml:space="preserve">[38:25] </w:t>
      </w:r>
      <w:r>
        <w:t>ban kar khare hogaye.</w:t>
      </w:r>
    </w:p>
    <w:p>
      <w:pPr>
        <w:jc w:val="right"/>
      </w:pPr>
      <w:r>
        <w:t>بن کر کھڑے ہوگئے۔</w:t>
      </w:r>
    </w:p>
    <w:p>
      <w:r>
        <w:rPr>
          <w:b/>
        </w:rPr>
        <w:t xml:space="preserve">[38:27] </w:t>
      </w:r>
      <w:r>
        <w:t>yani musalman jo hain, quran aur dunya ke beech mein deewar deewar ban gaye hain.</w:t>
      </w:r>
    </w:p>
    <w:p>
      <w:pPr>
        <w:jc w:val="right"/>
      </w:pPr>
      <w:r>
        <w:t>یعنی مسلمان جو ہیں، قرآن اور دنیا کے بیچ میں دیوار دیوار بن گئے ہیں۔</w:t>
      </w:r>
    </w:p>
    <w:p>
      <w:r>
        <w:rPr>
          <w:b/>
        </w:rPr>
        <w:t xml:space="preserve">[38:34] </w:t>
      </w:r>
      <w:r>
        <w:t>sab se zyada jo yani ghalat role jo is waqt kar raha hai, woh woh musalman hai.</w:t>
      </w:r>
    </w:p>
    <w:p>
      <w:pPr>
        <w:jc w:val="right"/>
      </w:pPr>
      <w:r>
        <w:t>سب سے زیادہ جو یعنی غلط رول جو اس وقت کر رہا ہے، وہ وہ مسلمان ہے۔</w:t>
      </w:r>
    </w:p>
    <w:p>
      <w:r>
        <w:rPr>
          <w:b/>
        </w:rPr>
        <w:t xml:space="preserve">[38:41] </w:t>
      </w:r>
      <w:r>
        <w:t>har jagah unhon ne yeh yeh yeh diya diya hai, yeh tasawwur ke islam jo hai, woh woh</w:t>
      </w:r>
    </w:p>
    <w:p>
      <w:pPr>
        <w:jc w:val="right"/>
      </w:pPr>
      <w:r>
        <w:t>ہر جگہ انہوں نے یہ یہ یہ دیا دیا ہے، یہ تصور کہ اسلام جو ہے، وہ وہ</w:t>
      </w:r>
    </w:p>
    <w:p>
      <w:r>
        <w:rPr>
          <w:b/>
        </w:rPr>
        <w:t xml:space="preserve">[38:49] </w:t>
      </w:r>
      <w:r>
        <w:t>gun culture sikhaata hai, islam jihad sikhaata hai, islam violence sikhaata hai, islam hate sikhaata hai.</w:t>
      </w:r>
    </w:p>
    <w:p>
      <w:pPr>
        <w:jc w:val="right"/>
      </w:pPr>
      <w:r>
        <w:t>گن کلچر سکھاتا ہے، اسلام جہاد سکھاتا ہے، اسلام وائیلنس سکھاتا ہے، اسلام ہیٹ سکھاتا ہے۔</w:t>
      </w:r>
    </w:p>
    <w:p>
      <w:r>
        <w:rPr>
          <w:b/>
        </w:rPr>
        <w:t xml:space="preserve">[38:55] </w:t>
      </w:r>
      <w:r>
        <w:t>saari dunya mein aap dekhiye, mein mein dunya mein jagah jagah gaya hoon, har musalman ke dil mein</w:t>
      </w:r>
    </w:p>
    <w:p>
      <w:pPr>
        <w:jc w:val="right"/>
      </w:pPr>
      <w:r>
        <w:t>ساری دنیا میں آپ دیکھیے، میں میں دنیا میں جگہ جگہ گیا ہوں، ہر مسلمان کے دل میں</w:t>
      </w:r>
    </w:p>
    <w:p>
      <w:r>
        <w:rPr>
          <w:b/>
        </w:rPr>
        <w:t xml:space="preserve">[39:03] </w:t>
      </w:r>
      <w:r>
        <w:t>hate bhara hua hai.</w:t>
      </w:r>
    </w:p>
    <w:p>
      <w:pPr>
        <w:jc w:val="right"/>
      </w:pPr>
      <w:r>
        <w:t>ہیٹ بھرا ہوا ہے۔</w:t>
      </w:r>
    </w:p>
    <w:p>
      <w:r>
        <w:rPr>
          <w:b/>
        </w:rPr>
        <w:t xml:space="preserve">[39:05] </w:t>
      </w:r>
      <w:r>
        <w:t>hindu ke khilaaf hate, yahoodi ke khilaaf hate, americans ke khilaaf hate, britishs ke khilaaf hate, sab hate</w:t>
      </w:r>
    </w:p>
    <w:p>
      <w:pPr>
        <w:jc w:val="right"/>
      </w:pPr>
      <w:r>
        <w:t>ہندو کے خلاف ہیٹ، یہودی کے خلاف ہیٹ، امریکنز کے خلاف ہیٹ، برٹشز کے خلاف ہیٹ، سب ہیٹ</w:t>
      </w:r>
    </w:p>
    <w:p>
      <w:r>
        <w:rPr>
          <w:b/>
        </w:rPr>
        <w:t xml:space="preserve">[39:13] </w:t>
      </w:r>
      <w:r>
        <w:t>hi hate.</w:t>
      </w:r>
    </w:p>
    <w:p>
      <w:pPr>
        <w:jc w:val="right"/>
      </w:pPr>
      <w:r>
        <w:t>ہی ہیٹ۔</w:t>
      </w:r>
    </w:p>
    <w:p>
      <w:r>
        <w:rPr>
          <w:b/>
        </w:rPr>
        <w:t xml:space="preserve">[39:14] </w:t>
      </w:r>
      <w:r>
        <w:t>to log kya samjhenge ke quran jo hai, hate sikhaata hai, violence sikhaata hai.</w:t>
      </w:r>
    </w:p>
    <w:p>
      <w:pPr>
        <w:jc w:val="right"/>
      </w:pPr>
      <w:r>
        <w:t>تو لوگ کیا سمجھیں گے کہ قرآن جو ہے، ہیٹ سکھاتا ہے، وائیلنس سکھاتا ہے۔</w:t>
      </w:r>
    </w:p>
    <w:p>
      <w:r>
        <w:rPr>
          <w:b/>
        </w:rPr>
        <w:t xml:space="preserve">[39:20] </w:t>
      </w:r>
      <w:r>
        <w:t>ab misaal ke taur par dekhiye, koi aik kitaab chhap jaye jisay rushdie kitaab thi, satanic verses, to</w:t>
      </w:r>
    </w:p>
    <w:p>
      <w:pPr>
        <w:jc w:val="right"/>
      </w:pPr>
      <w:r>
        <w:t>اب مثال کے طور پر دیکھیے، کوئی ایک کتاب چھپ جائے جسے رشدی کتاب تھی، سیٹنک ورسز، تو</w:t>
      </w:r>
    </w:p>
    <w:p>
      <w:r>
        <w:rPr>
          <w:b/>
        </w:rPr>
        <w:t xml:space="preserve">[39:28] </w:t>
      </w:r>
      <w:r>
        <w:t>quran ke baray mein is ne yeh likh diya hai ke is mein satanic verses shamil ho gayi</w:t>
      </w:r>
    </w:p>
    <w:p>
      <w:pPr>
        <w:jc w:val="right"/>
      </w:pPr>
      <w:r>
        <w:t>قرآن کے بارے میں اس نے یہ لکھ دیا ہے کہ اس میں سیٹنک ورسز شامل ہو گئی</w:t>
      </w:r>
    </w:p>
    <w:p>
      <w:r>
        <w:rPr>
          <w:b/>
        </w:rPr>
        <w:t xml:space="preserve">[39:36]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[39:37] </w:t>
      </w:r>
      <w:r>
        <w:t>yani quran jo hai, woh reveal book hai waise, lekin is mein kuch verses satan ke shamil ho</w:t>
      </w:r>
    </w:p>
    <w:p>
      <w:pPr>
        <w:jc w:val="right"/>
      </w:pPr>
      <w:r>
        <w:t>یعنی قرآن جو ہے، وہ ریویل بک ہے ویسے، لیکن اس میں کچھ ورسز سیٹن کے شامل ہو</w:t>
      </w:r>
    </w:p>
    <w:p>
      <w:r>
        <w:rPr>
          <w:b/>
        </w:rPr>
        <w:t xml:space="preserve">[39:45] </w:t>
      </w:r>
      <w:r>
        <w:t>gayi hain.</w:t>
      </w:r>
    </w:p>
    <w:p>
      <w:pPr>
        <w:jc w:val="right"/>
      </w:pPr>
      <w:r>
        <w:t>گئی ہیں۔</w:t>
      </w:r>
    </w:p>
    <w:p>
      <w:r>
        <w:rPr>
          <w:b/>
        </w:rPr>
        <w:t xml:space="preserve">[39:47] </w:t>
      </w:r>
      <w:r>
        <w:t>is ne kitaab likhi "the satanic verses".</w:t>
      </w:r>
    </w:p>
    <w:p>
      <w:pPr>
        <w:jc w:val="right"/>
      </w:pPr>
      <w:r>
        <w:t>اس نے کتاب لکھی "دا سیٹنک ورسز"۔</w:t>
      </w:r>
    </w:p>
    <w:p>
      <w:r>
        <w:rPr>
          <w:b/>
        </w:rPr>
        <w:t xml:space="preserve">[39:50] </w:t>
      </w:r>
      <w:r>
        <w:t>ab kya hua? saari dunya ke musalman hungama kama rahe ho, is ko kaato, is ko khatam karo.</w:t>
      </w:r>
    </w:p>
    <w:p>
      <w:pPr>
        <w:jc w:val="right"/>
      </w:pPr>
      <w:r>
        <w:t>اب کیا ہوا؟ ساری دنیا کے مسلمان ہنگامہ کما رہے ہو، اس کو کاٹو، اس کو ختم کرو۔</w:t>
      </w:r>
    </w:p>
    <w:p>
      <w:r>
        <w:rPr>
          <w:b/>
        </w:rPr>
        <w:t xml:space="preserve">[39:57] </w:t>
      </w:r>
      <w:r>
        <w:t>akela mein poore dunya mein akela insaan tha, to mein ne kaha ke yeh fatwa hi jhoota hai.</w:t>
      </w:r>
    </w:p>
    <w:p>
      <w:pPr>
        <w:jc w:val="right"/>
      </w:pPr>
      <w:r>
        <w:t>اکیلا میں پورے دنیا میں اکیلا انسان تھا، تو میں نے کہا کہ یہ فتوی ہی جھوٹا ہے۔</w:t>
      </w:r>
    </w:p>
    <w:p>
      <w:r>
        <w:rPr>
          <w:b/>
        </w:rPr>
        <w:t xml:space="preserve">[40:05] </w:t>
      </w:r>
      <w:r>
        <w:t>ab mein ne kitaab likhi "khatm-e-rasool ka masla".</w:t>
      </w:r>
    </w:p>
    <w:p>
      <w:pPr>
        <w:jc w:val="right"/>
      </w:pPr>
      <w:r>
        <w:t>اب میں نے کتاب لکھی "ختم رسول کا مسئلہ"۔</w:t>
      </w:r>
    </w:p>
    <w:p>
      <w:r>
        <w:rPr>
          <w:b/>
        </w:rPr>
        <w:t xml:space="preserve">[40:09] </w:t>
      </w:r>
      <w:r>
        <w:t>yani agar ek shakhs ne kitab likhi hai "setanic verses" ke quran mein kuch verses satan ke shamil</w:t>
      </w:r>
    </w:p>
    <w:p>
      <w:pPr>
        <w:jc w:val="right"/>
      </w:pPr>
      <w:r>
        <w:t>یعنی اگر ایک شخص نے کتاب لکھی ہے "سیٹنک ورسز" کہ قرآن میں کچھ ورسز سیٹن کے شامل</w:t>
      </w:r>
    </w:p>
    <w:p>
      <w:r>
        <w:rPr>
          <w:b/>
        </w:rPr>
        <w:t xml:space="preserve">[40:17] </w:t>
      </w:r>
      <w:r>
        <w:t>ho gayi hain, to to us ko parho, parho us kitab ko.</w:t>
      </w:r>
    </w:p>
    <w:p>
      <w:pPr>
        <w:jc w:val="right"/>
      </w:pPr>
      <w:r>
        <w:t>ہو گئی ہیں، تو تو اس کو پڑھو، پڑھو اس کتاب کو۔</w:t>
      </w:r>
    </w:p>
    <w:p>
      <w:r>
        <w:rPr>
          <w:b/>
        </w:rPr>
        <w:t xml:space="preserve">[40:22] </w:t>
      </w:r>
      <w:r>
        <w:t>baghair parhe logon ne shor machana shuru kar diya ke us ko qatl kar do.</w:t>
      </w:r>
    </w:p>
    <w:p>
      <w:pPr>
        <w:jc w:val="right"/>
      </w:pPr>
      <w:r>
        <w:t>بغیر پڑھے لوگوں نے شور مچانا شروع کر دیا کہ اس کو قتل کر دو۔</w:t>
      </w:r>
    </w:p>
    <w:p>
      <w:r>
        <w:rPr>
          <w:b/>
        </w:rPr>
        <w:t xml:space="preserve">[40:28] </w:t>
      </w:r>
      <w:r>
        <w:t>mein shayad ulma mein ek hi shakhs tha pehla jis ne us waqt kitab khareedi us ki, jabke</w:t>
      </w:r>
    </w:p>
    <w:p>
      <w:pPr>
        <w:jc w:val="right"/>
      </w:pPr>
      <w:r>
        <w:t>میں شاید علماء میں ایک ہی شخص تھا پہلا جس نے اس وقت کتاب خریدی اس کی، جبکہ</w:t>
      </w:r>
    </w:p>
    <w:p>
      <w:r>
        <w:rPr>
          <w:b/>
        </w:rPr>
        <w:t xml:space="preserve">[40:36] </w:t>
      </w:r>
      <w:r>
        <w:t>us ko black mein mil rahi thi, bohat zyada daam mein mil rahi thi.</w:t>
      </w:r>
    </w:p>
    <w:p>
      <w:pPr>
        <w:jc w:val="right"/>
      </w:pPr>
      <w:r>
        <w:t>اس کو بلیک میں مل رہی تھی، بہت زیادہ دام میں مل رہی تھی۔</w:t>
      </w:r>
    </w:p>
    <w:p>
      <w:r>
        <w:rPr>
          <w:b/>
        </w:rPr>
        <w:t xml:space="preserve">[40:42] </w:t>
      </w:r>
      <w:r>
        <w:t>phir bhi maine us ko khareed ke mangwaya.</w:t>
      </w:r>
    </w:p>
    <w:p>
      <w:pPr>
        <w:jc w:val="right"/>
      </w:pPr>
      <w:r>
        <w:t>پھر بھی میں نے اس کو خرید کے منگوایا۔</w:t>
      </w:r>
    </w:p>
    <w:p>
      <w:r>
        <w:rPr>
          <w:b/>
        </w:rPr>
        <w:t xml:space="preserve">[40:46] </w:t>
      </w:r>
      <w:r>
        <w:t>to ab dahai ki duniya kya samjhe gi? yeh samjhe gi na ke jo quran jo hai, woh</w:t>
      </w:r>
    </w:p>
    <w:p>
      <w:pPr>
        <w:jc w:val="right"/>
      </w:pPr>
      <w:r>
        <w:t>تو اب دہائی کی دنیا کیا سمجھے گی؟ یہ سمجھے گی نا کہ جو قرآن جو ہے، وہ</w:t>
      </w:r>
    </w:p>
    <w:p>
      <w:r>
        <w:rPr>
          <w:b/>
        </w:rPr>
        <w:t xml:space="preserve">[40:53] </w:t>
      </w:r>
      <w:r>
        <w:t>quran jo hai, free thinking ke khilaf hai, quran criticism nahi karne deta kisi ko.</w:t>
      </w:r>
    </w:p>
    <w:p>
      <w:pPr>
        <w:jc w:val="right"/>
      </w:pPr>
      <w:r>
        <w:t>قرآن جو ہے، فری تھنکنگ کے خلاف ہے، قرآن کریٹیسزم نہیں کرنے دیتا کسی کو۔</w:t>
      </w:r>
    </w:p>
    <w:p>
      <w:r>
        <w:rPr>
          <w:b/>
        </w:rPr>
        <w:t xml:space="preserve">[41:00] </w:t>
      </w:r>
      <w:r>
        <w:t>quran kehta hai ke koi zara sa munh nikale to us ko bahar dalo.</w:t>
      </w:r>
    </w:p>
    <w:p>
      <w:pPr>
        <w:jc w:val="right"/>
      </w:pPr>
      <w:r>
        <w:t>قرآن کہتا ہے کہ کوئی ذرا سا منہ نکالے تو اس کو باہر ڈالو۔</w:t>
      </w:r>
    </w:p>
    <w:p>
      <w:r>
        <w:rPr>
          <w:b/>
        </w:rPr>
        <w:t xml:space="preserve">[41:06] </w:t>
      </w:r>
      <w:r>
        <w:t>us ko mein samajhta hoon ke sab se zyada yani galat role jo kar raha hai koi aaj</w:t>
      </w:r>
    </w:p>
    <w:p>
      <w:pPr>
        <w:jc w:val="right"/>
      </w:pPr>
      <w:r>
        <w:t>اس کو میں سمجھتا ہوں کہ سب سے زیادہ یعنی غلط رول جو کر رہا ہے کوئی آج</w:t>
      </w:r>
    </w:p>
    <w:p>
      <w:r>
        <w:rPr>
          <w:b/>
        </w:rPr>
        <w:t xml:space="preserve">[41:14] </w:t>
      </w:r>
      <w:r>
        <w:t>ki zameen par, to musalman hai.</w:t>
      </w:r>
    </w:p>
    <w:p>
      <w:pPr>
        <w:jc w:val="right"/>
      </w:pPr>
      <w:r>
        <w:t>کی زمین پر، تو مسلمان ہے۔</w:t>
      </w:r>
    </w:p>
    <w:p>
      <w:r>
        <w:rPr>
          <w:b/>
        </w:rPr>
        <w:t xml:space="preserve">[41:16] </w:t>
      </w:r>
      <w:r>
        <w:t>woh ek hi kitab hai jo book of reference hai.</w:t>
      </w:r>
    </w:p>
    <w:p>
      <w:pPr>
        <w:jc w:val="right"/>
      </w:pPr>
      <w:r>
        <w:t>وہ ایک ہی کتاب ہے جو بک آف ریفرنس ہے۔</w:t>
      </w:r>
    </w:p>
    <w:p>
      <w:r>
        <w:rPr>
          <w:b/>
        </w:rPr>
        <w:t xml:space="preserve">[41:20] </w:t>
      </w:r>
      <w:r>
        <w:t>یعنی آئنسٹین یہ کہہ کر مر گیا کہ "no absolute frame of reference exists"۔</w:t>
      </w:r>
    </w:p>
    <w:p>
      <w:pPr>
        <w:jc w:val="right"/>
      </w:pPr>
      <w:r>
        <w:t>یعنی آئنسٹین یہ کہہ کر مر گیا کہ "نو ایبسولیوٹ فریم آف ریفرنس ایگزسٹ"۔</w:t>
      </w:r>
    </w:p>
    <w:p>
      <w:r>
        <w:rPr>
          <w:b/>
        </w:rPr>
        <w:t xml:space="preserve">[41:26] </w:t>
      </w:r>
      <w:r>
        <w:t>halanke agar agar quran ko janta ho to pata chalta hai ke quran to hai.</w:t>
      </w:r>
    </w:p>
    <w:p>
      <w:pPr>
        <w:jc w:val="right"/>
      </w:pPr>
      <w:r>
        <w:t>حالانکہ اگر اگر قرآن کو جانتا ہو تو پتہ چلتا ہے کہ قرآن تو ہے۔</w:t>
      </w:r>
    </w:p>
    <w:p>
      <w:r>
        <w:rPr>
          <w:b/>
        </w:rPr>
        <w:t xml:space="preserve">[41:33] </w:t>
      </w:r>
      <w:r>
        <w:t>quran wahi cheez hai jis ko woh nahi pa saka, jis ko woh nahi pa saka, wahi to</w:t>
      </w:r>
    </w:p>
    <w:p>
      <w:pPr>
        <w:jc w:val="right"/>
      </w:pPr>
      <w:r>
        <w:t>قرآن وہی چیز ہے جس کو وہ نہیں پا سکا، جس کو وہ نہیں پا سکا، وہی تو</w:t>
      </w:r>
    </w:p>
    <w:p>
      <w:r>
        <w:rPr>
          <w:b/>
        </w:rPr>
        <w:t xml:space="preserve">[41:41] </w:t>
      </w:r>
      <w:r>
        <w:t>quran hai.</w:t>
      </w:r>
    </w:p>
    <w:p>
      <w:pPr>
        <w:jc w:val="right"/>
      </w:pPr>
      <w:r>
        <w:t>قرآن ہے۔</w:t>
      </w:r>
    </w:p>
    <w:p>
      <w:r>
        <w:rPr>
          <w:b/>
        </w:rPr>
        <w:t xml:space="preserve">[41:42] </w:t>
      </w:r>
      <w:r>
        <w:t>woh to hamara jo mission hai, woh mission.</w:t>
      </w:r>
    </w:p>
    <w:p>
      <w:pPr>
        <w:jc w:val="right"/>
      </w:pPr>
      <w:r>
        <w:t>وہ تو ہمارا جو مشن ہے، وہ مشن۔</w:t>
      </w:r>
    </w:p>
    <w:p>
      <w:r>
        <w:rPr>
          <w:b/>
        </w:rPr>
        <w:t xml:space="preserve">[41:46] </w:t>
      </w:r>
      <w:r>
        <w:t>ab jaise mein aap ko ek misaal deta hoon jo quran se maine bohat si baatein jo</w:t>
      </w:r>
    </w:p>
    <w:p>
      <w:pPr>
        <w:jc w:val="right"/>
      </w:pPr>
      <w:r>
        <w:t>اب جیسے میں آپ کو ایک مثال دیتا ہوں جو قرآن سے میں نے بہت سی باتیں جو</w:t>
      </w:r>
    </w:p>
    <w:p>
      <w:r>
        <w:rPr>
          <w:b/>
        </w:rPr>
        <w:t xml:space="preserve">[41:53] </w:t>
      </w:r>
      <w:r>
        <w:t>paayi hain.</w:t>
      </w:r>
    </w:p>
    <w:p>
      <w:pPr>
        <w:jc w:val="right"/>
      </w:pPr>
      <w:r>
        <w:t>پائی ہیں۔</w:t>
      </w:r>
    </w:p>
    <w:p>
      <w:r>
        <w:rPr>
          <w:b/>
        </w:rPr>
        <w:t xml:space="preserve">[41:55] </w:t>
      </w:r>
      <w:r>
        <w:t>ek misaal lijiye, duniya ke tamam reformer idealist thay: Socrates idealist tha, Plato idealist tha, Starter idealist tha,</w:t>
      </w:r>
    </w:p>
    <w:p>
      <w:pPr>
        <w:jc w:val="right"/>
      </w:pPr>
      <w:r>
        <w:t>ایک مثال لیجئے، دنیا کے تمام ریفارمر آئیڈیلسٹ تھے: ساکریٹیز آئیڈیلسٹ تھا، پلیٹو آئیڈیلسٹ تھا، اسٹارٹر آئیڈیلسٹ تھا،</w:t>
      </w:r>
    </w:p>
    <w:p>
      <w:r>
        <w:rPr>
          <w:b/>
        </w:rPr>
        <w:t xml:space="preserve">[42:02] </w:t>
      </w:r>
      <w:r>
        <w:t>but dsl idealist tha, Mahatma Gandhi idealist thay, Mars idealist tha, Rousseau idealist tha.</w:t>
      </w:r>
    </w:p>
    <w:p>
      <w:pPr>
        <w:jc w:val="right"/>
      </w:pPr>
      <w:r>
        <w:t>بٹ ڈسل آئیڈیلسٹ تھا، مہاتما گاندھی آئیڈیلسٹ تھے، مارس آئیڈیلسٹ تھا، روسو آئیڈیلسٹ تھا۔</w:t>
      </w:r>
    </w:p>
    <w:p>
      <w:r>
        <w:rPr>
          <w:b/>
        </w:rPr>
        <w:t xml:space="preserve">[42:08] </w:t>
      </w:r>
      <w:r>
        <w:t>yani sab ka mission kya tha? ideal world banana, ideal state banana, ideal samaj banana.</w:t>
      </w:r>
    </w:p>
    <w:p>
      <w:pPr>
        <w:jc w:val="right"/>
      </w:pPr>
      <w:r>
        <w:t>یعنی سب کا مشن کیا تھا؟ آئیڈیل ورلڈ بنانا، آئیڈیل اسٹیٹ بنانا، آئیڈیل سماج بنانا۔</w:t>
      </w:r>
    </w:p>
    <w:p>
      <w:r>
        <w:rPr>
          <w:b/>
        </w:rPr>
        <w:t xml:space="preserve">[42:15] </w:t>
      </w:r>
      <w:r>
        <w:t>one to all, kisi bhi ek reformer ko aap nahi bata sakte jis ka yahi target na raha</w:t>
      </w:r>
    </w:p>
    <w:p>
      <w:pPr>
        <w:jc w:val="right"/>
      </w:pPr>
      <w:r>
        <w:t>ون ٹو ال، کسی بھی ایک ریفارمر کو آپ نہیں بتا سکتے جس کا یہی ٹارگٹ نہ رہا</w:t>
      </w:r>
    </w:p>
    <w:p>
      <w:r>
        <w:rPr>
          <w:b/>
        </w:rPr>
        <w:t xml:space="preserve">[42:23] </w:t>
      </w:r>
      <w:r>
        <w:t>ho ke duniya mein hamein ideal state banana hai, ideal samaj banana hai.</w:t>
      </w:r>
    </w:p>
    <w:p>
      <w:pPr>
        <w:jc w:val="right"/>
      </w:pPr>
      <w:r>
        <w:t>ہو کہ دنیا میں ہمیں آئیڈیل اسٹیٹ بنانا ہے، آئیڈیل سماج بنانا ہے۔</w:t>
      </w:r>
    </w:p>
    <w:p>
      <w:r>
        <w:rPr>
          <w:b/>
        </w:rPr>
        <w:t xml:space="preserve">[42:28] </w:t>
      </w:r>
      <w:r>
        <w:t>mein khud bachpan mein isi isi obsession mein tha kyunke hamare bhai jo thay, bare bhai, woh shayar</w:t>
      </w:r>
    </w:p>
    <w:p>
      <w:pPr>
        <w:jc w:val="right"/>
      </w:pPr>
      <w:r>
        <w:t>میں خود بچپن میں اسی اسی ابسیشن میں تھا کیونکہ ہمارے بھائی جو تھے، بڑے بھائی، وہ شاعر</w:t>
      </w:r>
    </w:p>
    <w:p>
      <w:r>
        <w:rPr>
          <w:b/>
        </w:rPr>
        <w:t xml:space="preserve">[42:36] </w:t>
      </w:r>
      <w:r>
        <w:t>thay, woh Mahatma Gandhi ke bohat zyada admirer thay.</w:t>
      </w:r>
    </w:p>
    <w:p>
      <w:pPr>
        <w:jc w:val="right"/>
      </w:pPr>
      <w:r>
        <w:t>تھے، وہ مہاتما گاندھی کے بہت زیادہ ایڈمائر تھے۔</w:t>
      </w:r>
    </w:p>
    <w:p>
      <w:r>
        <w:rPr>
          <w:b/>
        </w:rPr>
        <w:t xml:space="preserve">[42:40] </w:t>
      </w:r>
      <w:r>
        <w:t>to unhon ne shair kaha tha ke "ghalat hai yeh ke faqat hinduo'n ka leader tha ke tha</w:t>
      </w:r>
    </w:p>
    <w:p>
      <w:pPr>
        <w:jc w:val="right"/>
      </w:pPr>
      <w:r>
        <w:t>تو انہوں نے شعر کہا تھا کہ "غلط ہے یہ کہ فقط ہندوؤں کا لیڈر تھا کہ تھا</w:t>
      </w:r>
    </w:p>
    <w:p>
      <w:r>
        <w:rPr>
          <w:b/>
        </w:rPr>
        <w:t xml:space="preserve">[42:47] </w:t>
      </w:r>
      <w:r>
        <w:t>tamam jahan bhar ke rehnuma gandhi".</w:t>
      </w:r>
    </w:p>
    <w:p>
      <w:pPr>
        <w:jc w:val="right"/>
      </w:pPr>
      <w:r>
        <w:t>تمام جہاں بھر کے رہنما گاندھی"۔</w:t>
      </w:r>
    </w:p>
    <w:p>
      <w:r>
        <w:rPr>
          <w:b/>
        </w:rPr>
        <w:t xml:space="preserve">[42:50] </w:t>
      </w:r>
      <w:r>
        <w:t>to saqrateez se le kar mahatma gandhi tak har aadmi idealist, ideal samaj, ideal state banana.</w:t>
      </w:r>
    </w:p>
    <w:p>
      <w:pPr>
        <w:jc w:val="right"/>
      </w:pPr>
      <w:r>
        <w:t>تو ساکریٹیز سے لے کر مہاتما گاندھی تک ہر آدمی آئیڈیلسٹ، آئیڈیل سماج، آئیڈیل اسٹیٹ بنانا۔</w:t>
      </w:r>
    </w:p>
    <w:p>
      <w:r>
        <w:rPr>
          <w:b/>
        </w:rPr>
        <w:t xml:space="preserve">[42:57] </w:t>
      </w:r>
      <w:r>
        <w:t>to hum bhi isi mein, isi obsession mein jeete the, hum bhi isi obsession mein jeete the 47</w:t>
      </w:r>
    </w:p>
    <w:p>
      <w:pPr>
        <w:jc w:val="right"/>
      </w:pPr>
      <w:r>
        <w:t>تو ہم بھی اسی میں، اسی ابسیشن میں جیتے تھے، ہم بھی اسی ابسیشن میں جیتے تھے 47</w:t>
      </w:r>
    </w:p>
    <w:p>
      <w:r>
        <w:rPr>
          <w:b/>
        </w:rPr>
        <w:t xml:space="preserve">[43:05] </w:t>
      </w:r>
      <w:r>
        <w:t>se pehle tak.</w:t>
      </w:r>
    </w:p>
    <w:p>
      <w:pPr>
        <w:jc w:val="right"/>
      </w:pPr>
      <w:r>
        <w:t>سے پہلے تک۔</w:t>
      </w:r>
    </w:p>
    <w:p>
      <w:r>
        <w:rPr>
          <w:b/>
        </w:rPr>
        <w:t xml:space="preserve">[43:06] </w:t>
      </w:r>
      <w:r>
        <w:t>yani mein itna jab 47, yani 15 august jab aayi hai to chounke mein bhi apne bare bhai</w:t>
      </w:r>
    </w:p>
    <w:p>
      <w:pPr>
        <w:jc w:val="right"/>
      </w:pPr>
      <w:r>
        <w:t>یعنی میں اتنا جب 47، یعنی 15 اگست جب آئی ہے تو چونکہ میں بھی اپنے بڑے بھائی</w:t>
      </w:r>
    </w:p>
    <w:p>
      <w:r>
        <w:rPr>
          <w:b/>
        </w:rPr>
        <w:t xml:space="preserve">[43:14] </w:t>
      </w:r>
      <w:r>
        <w:t>ke sath rehta tha, mein bhi is tareeqe se goya freedom fighter tha.</w:t>
      </w:r>
    </w:p>
    <w:p>
      <w:pPr>
        <w:jc w:val="right"/>
      </w:pPr>
      <w:r>
        <w:t>کے ساتھ رہتا تھا، میں بھی اس طریقے سے گویا فریڈم فائٹر تھا۔</w:t>
      </w:r>
    </w:p>
    <w:p>
      <w:r>
        <w:rPr>
          <w:b/>
        </w:rPr>
        <w:t xml:space="preserve">[43:19] </w:t>
      </w:r>
      <w:r>
        <w:t>to ek ek ek bohat hi ek beautiful ek khwab tha azadi ka.</w:t>
      </w:r>
    </w:p>
    <w:p>
      <w:pPr>
        <w:jc w:val="right"/>
      </w:pPr>
      <w:r>
        <w:t>تو ایک ایک ایک بہت ہی ایک بیوٹی فل ایک خواب تھا آزادی کا۔</w:t>
      </w:r>
    </w:p>
    <w:p>
      <w:r>
        <w:rPr>
          <w:b/>
        </w:rPr>
        <w:t xml:space="preserve">[43:25] </w:t>
      </w:r>
      <w:r>
        <w:t>azadi aaye gi to kya ho jaye ga? azadi ke aate hi goya dunya paradise ban jaye gi.</w:t>
      </w:r>
    </w:p>
    <w:p>
      <w:pPr>
        <w:jc w:val="right"/>
      </w:pPr>
      <w:r>
        <w:t>آزادی آئے گی تو کیا ہو جائے گا؟ آزادی کے آتے ہی گویا دنیا پیراڈائز بن جائے گی۔</w:t>
      </w:r>
    </w:p>
    <w:p>
      <w:r>
        <w:rPr>
          <w:b/>
        </w:rPr>
        <w:t xml:space="preserve">[43:33] </w:t>
      </w:r>
      <w:r>
        <w:t>to 15 august ko mein batata hoon aap ko, mein adam barh mein tha jahan hamari family rehti</w:t>
      </w:r>
    </w:p>
    <w:p>
      <w:pPr>
        <w:jc w:val="right"/>
      </w:pPr>
      <w:r>
        <w:t>تو 15 اگست کو میں بتاتا ہوں آپ کو، میں آدم بڑھ میں تھا جہاں ہماری فیملی رہتی</w:t>
      </w:r>
    </w:p>
    <w:p>
      <w:r>
        <w:rPr>
          <w:b/>
        </w:rPr>
        <w:t xml:space="preserve">[43:41]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[43:42] </w:t>
      </w:r>
      <w:r>
        <w:t>raat ke waqt mein nikla, yani jis din india aazad hua, us din ki baat kar raha hoon</w:t>
      </w:r>
    </w:p>
    <w:p>
      <w:pPr>
        <w:jc w:val="right"/>
      </w:pPr>
      <w:r>
        <w:t>رات کے وقت میں نکلا، یعنی جس دن انڈیا آزاد ہوا، اس دن کی بات کر رہا ہوں</w:t>
      </w:r>
    </w:p>
    <w:p>
      <w:r>
        <w:rPr>
          <w:b/>
        </w:rPr>
        <w:t xml:space="preserve">[43:50] </w:t>
      </w:r>
      <w:r>
        <w:t>جب وائسران نے اعلان کیا تھا ریڈیو پر "Today India is free"۔</w:t>
      </w:r>
    </w:p>
    <w:p>
      <w:pPr>
        <w:jc w:val="right"/>
      </w:pPr>
      <w:r>
        <w:t>جب وائسران نے اعلان کیا تھا ریڈیو پر "ٹوڈے انڈیا از فری"۔</w:t>
      </w:r>
    </w:p>
    <w:p>
      <w:r>
        <w:rPr>
          <w:b/>
        </w:rPr>
        <w:t xml:space="preserve">[43:55] </w:t>
      </w:r>
      <w:r>
        <w:t>15 august ki raat ko aap jante hain, us ne aelan kiya tha isi pe kitab chhapi hai</w:t>
      </w:r>
    </w:p>
    <w:p>
      <w:pPr>
        <w:jc w:val="right"/>
      </w:pPr>
      <w:r>
        <w:t>15 اگست کی رات کو آپ جانتے ہیں، اس نے اعلان کیا تھا اسی پہ کتاب چھپی ہے</w:t>
      </w:r>
    </w:p>
    <w:p>
      <w:r>
        <w:rPr>
          <w:b/>
        </w:rPr>
        <w:t xml:space="preserve">[44:03] </w:t>
      </w:r>
      <w:r>
        <w:t>"freedom at midnight".</w:t>
      </w:r>
    </w:p>
    <w:p>
      <w:pPr>
        <w:jc w:val="right"/>
      </w:pPr>
      <w:r>
        <w:t>"فریڈم ایٹ مڈنائٹ"۔</w:t>
      </w:r>
    </w:p>
    <w:p>
      <w:r>
        <w:rPr>
          <w:b/>
        </w:rPr>
        <w:t xml:space="preserve">[44:04] </w:t>
      </w:r>
      <w:r>
        <w:t>isi par yeh kitab chhapi hai.</w:t>
      </w:r>
    </w:p>
    <w:p>
      <w:pPr>
        <w:jc w:val="right"/>
      </w:pPr>
      <w:r>
        <w:t>اسی پر یہ کتاب چھپی ہے۔</w:t>
      </w:r>
    </w:p>
    <w:p>
      <w:r>
        <w:rPr>
          <w:b/>
        </w:rPr>
        <w:t xml:space="preserve">[44:07] </w:t>
      </w:r>
      <w:r>
        <w:t>to mein raat ko jab nikla to charon taraf chiraghan ho raha tha, yani lighting ho rahi thi,</w:t>
      </w:r>
    </w:p>
    <w:p>
      <w:pPr>
        <w:jc w:val="right"/>
      </w:pPr>
      <w:r>
        <w:t>تو میں رات کو جب نکلا تو چاروں طرف چراغاں ہو رہا تھا، یعنی لائٹنگ ہو رہی تھی،</w:t>
      </w:r>
    </w:p>
    <w:p>
      <w:r>
        <w:rPr>
          <w:b/>
        </w:rPr>
        <w:t xml:space="preserve">[44:15] </w:t>
      </w:r>
      <w:r>
        <w:t>khushiyo'n ka ek ek goya har taraf khushiyo'n ka ek roshni.</w:t>
      </w:r>
    </w:p>
    <w:p>
      <w:pPr>
        <w:jc w:val="right"/>
      </w:pPr>
      <w:r>
        <w:t>خوشیوں کا ایک ایک گویا ہر طرف خوشیوں کا ایک روشنی۔</w:t>
      </w:r>
    </w:p>
    <w:p>
      <w:r>
        <w:rPr>
          <w:b/>
        </w:rPr>
        <w:t xml:space="preserve">[44:19] </w:t>
      </w:r>
      <w:r>
        <w:t>to jab mein road par chal raha tha aur ja raha tha chowk ki taraf to ajeeb khushi</w:t>
      </w:r>
    </w:p>
    <w:p>
      <w:pPr>
        <w:jc w:val="right"/>
      </w:pPr>
      <w:r>
        <w:t>تو جب میں روڈ پر چل رہا تھا اور جا رہا تھا چوک کی طرف تو عجیب خوشی</w:t>
      </w:r>
    </w:p>
    <w:p>
      <w:r>
        <w:rPr>
          <w:b/>
        </w:rPr>
        <w:t xml:space="preserve">[44:27] </w:t>
      </w:r>
      <w:r>
        <w:t>ka ehsas tha.</w:t>
      </w:r>
    </w:p>
    <w:p>
      <w:pPr>
        <w:jc w:val="right"/>
      </w:pPr>
      <w:r>
        <w:t>کا احساس تھا۔</w:t>
      </w:r>
    </w:p>
    <w:p>
      <w:r>
        <w:rPr>
          <w:b/>
        </w:rPr>
        <w:t xml:space="preserve">[44:29] </w:t>
      </w:r>
      <w:r>
        <w:t>zindagi mein pehli bar mein ne tajurba kiya ke jis ko kehte hain novelo'n mein, kahaniyo'n mein ke</w:t>
      </w:r>
    </w:p>
    <w:p>
      <w:pPr>
        <w:jc w:val="right"/>
      </w:pPr>
      <w:r>
        <w:t>زندگی میں پہلی بار میں نے تجربہ کیا کہ جس کو کہتے ہیں ناولوں میں، کہانیوں میں کہ</w:t>
      </w:r>
    </w:p>
    <w:p>
      <w:r>
        <w:rPr>
          <w:b/>
        </w:rPr>
        <w:t xml:space="preserve">[44:36] </w:t>
      </w:r>
      <w:r>
        <w:t>khushi se zameen par paon nahi par rahe the, khushi se zameen par paon nahi par rahe the.</w:t>
      </w:r>
    </w:p>
    <w:p>
      <w:pPr>
        <w:jc w:val="right"/>
      </w:pPr>
      <w:r>
        <w:t>خوشی سے زمین پر پاؤں نہیں پڑ رہے تھے، خوشی سے زمین پر پاؤں نہیں پڑ رہے تھے۔</w:t>
      </w:r>
    </w:p>
    <w:p>
      <w:r>
        <w:rPr>
          <w:b/>
        </w:rPr>
        <w:t xml:space="preserve">[44:44] </w:t>
      </w:r>
      <w:r>
        <w:t>to woh mera haal tha, woh yani khushi se zameen par mere paon nahi par rahe the.</w:t>
      </w:r>
    </w:p>
    <w:p>
      <w:pPr>
        <w:jc w:val="right"/>
      </w:pPr>
      <w:r>
        <w:t>تو وہ میرا حال تھا، وہ یعنی خوشی سے زمین پر میرے پاؤں نہیں پڑ رہے تھے۔</w:t>
      </w:r>
    </w:p>
    <w:p>
      <w:r>
        <w:rPr>
          <w:b/>
        </w:rPr>
        <w:t xml:space="preserve">[44:51] </w:t>
      </w:r>
      <w:r>
        <w:t>ek ajeeb dimagh mein tha ke bas ab kya india paradise ban gaya hai.</w:t>
      </w:r>
    </w:p>
    <w:p>
      <w:pPr>
        <w:jc w:val="right"/>
      </w:pPr>
      <w:r>
        <w:t>ایک عجیب دماغ میں تھا کہ بس اب کیا انڈیا پیراڈائز بن گیا ہے۔</w:t>
      </w:r>
    </w:p>
    <w:p>
      <w:r>
        <w:rPr>
          <w:b/>
        </w:rPr>
        <w:t xml:space="preserve">[44:57] </w:t>
      </w:r>
      <w:r>
        <w:t>is par mein ne baat ko ek mazmoon likha tha, mein ne likha tha ke agli subah ko</w:t>
      </w:r>
    </w:p>
    <w:p>
      <w:pPr>
        <w:jc w:val="right"/>
      </w:pPr>
      <w:r>
        <w:t>اس پر میں نے بات کو ایک مضمون لکھا تھا، میں نے لکھا تھا کہ اگلی صبح کو</w:t>
      </w:r>
    </w:p>
    <w:p>
      <w:r>
        <w:rPr>
          <w:b/>
        </w:rPr>
        <w:t xml:space="preserve">[45:05] </w:t>
      </w:r>
      <w:r>
        <w:t>sare chiragh bujh gaye aur phir woh kabhi nahi jalaye gaye.</w:t>
      </w:r>
    </w:p>
    <w:p>
      <w:pPr>
        <w:jc w:val="right"/>
      </w:pPr>
      <w:r>
        <w:t>سارے چراغ بجھ گئے اور پھر وہ کبھی نہیں جلائے گئے۔</w:t>
      </w:r>
    </w:p>
    <w:p>
      <w:r>
        <w:rPr>
          <w:b/>
        </w:rPr>
        <w:t xml:space="preserve">[45:10] </w:t>
      </w:r>
      <w:r>
        <w:t>mein ne ek article likha tha us par baat ko ke agli subah ko sare charagh bujh chuke</w:t>
      </w:r>
    </w:p>
    <w:p>
      <w:pPr>
        <w:jc w:val="right"/>
      </w:pPr>
      <w:r>
        <w:t>میں نے ایک آرٹیکل لکھا تھا اس پر بات کو کہ اگلی صبح کو سارے چراغ بجھ چکے</w:t>
      </w:r>
    </w:p>
    <w:p>
      <w:r>
        <w:rPr>
          <w:b/>
        </w:rPr>
        <w:t xml:space="preserve">[45:17] </w:t>
      </w:r>
      <w:r>
        <w:t>the aur phir kabhi woh charagh jalaye nahi gaye.</w:t>
      </w:r>
    </w:p>
    <w:p>
      <w:pPr>
        <w:jc w:val="right"/>
      </w:pPr>
      <w:r>
        <w:t>تھے اور پھر کبھی وہ چراغ جلائے نہیں گئے۔</w:t>
      </w:r>
    </w:p>
    <w:p>
      <w:r>
        <w:rPr>
          <w:b/>
        </w:rPr>
        <w:t xml:space="preserve">[45:21] </w:t>
      </w:r>
      <w:r>
        <w:t>matlab woh khushi kabhi insan ko nahi mili.</w:t>
      </w:r>
    </w:p>
    <w:p>
      <w:pPr>
        <w:jc w:val="right"/>
      </w:pPr>
      <w:r>
        <w:t>مطلب وہ خوشی کبھی انسان کو نہیں ملی۔</w:t>
      </w:r>
    </w:p>
    <w:p>
      <w:r>
        <w:rPr>
          <w:b/>
        </w:rPr>
        <w:t xml:space="preserve">[45:25] </w:t>
      </w:r>
      <w:r>
        <w:t>phir na india mein ne ideal society bani, na ideal state banana, banaya kuch bhi nahi bana.</w:t>
      </w:r>
    </w:p>
    <w:p>
      <w:pPr>
        <w:jc w:val="right"/>
      </w:pPr>
      <w:r>
        <w:t>پھر نہ انڈیا میں نے آئیڈیل سوسائٹی بنی، نہ آئیڈیل اسٹیٹ بنانا، بنایا کچھ بھی نہیں بنا۔</w:t>
      </w:r>
    </w:p>
    <w:p>
      <w:r>
        <w:rPr>
          <w:b/>
        </w:rPr>
        <w:t xml:space="preserve">[45:32] </w:t>
      </w:r>
      <w:r>
        <w:t>hamare sare leader isi obsession mein the.</w:t>
      </w:r>
    </w:p>
    <w:p>
      <w:pPr>
        <w:jc w:val="right"/>
      </w:pPr>
      <w:r>
        <w:t>ہمارے سارے لیڈر اسی ابسیشن میں تھے۔</w:t>
      </w:r>
    </w:p>
    <w:p>
      <w:r>
        <w:rPr>
          <w:b/>
        </w:rPr>
        <w:t xml:space="preserve">[45:35] </w:t>
      </w:r>
      <w:r>
        <w:t>quran se pehli bar mein ne yeh jana ke ideal world achievable hi nahi hai, ban nahi sakta</w:t>
      </w:r>
    </w:p>
    <w:p>
      <w:pPr>
        <w:jc w:val="right"/>
      </w:pPr>
      <w:r>
        <w:t>قرآن سے پہلی بار میں نے یہ جانا کہ آئیڈیل ورلڈ اچیوبل ہی نہیں ہے، بن نہیں سکتا</w:t>
      </w:r>
    </w:p>
    <w:p>
      <w:r>
        <w:rPr>
          <w:b/>
        </w:rPr>
        <w:t xml:space="preserve">[45:43]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[45:44] </w:t>
      </w:r>
      <w:r>
        <w:t>woh to sare log in achievable ke peeche pade rahe, jo achievable hai woh nahi kiya, jo achievable</w:t>
      </w:r>
    </w:p>
    <w:p>
      <w:pPr>
        <w:jc w:val="right"/>
      </w:pPr>
      <w:r>
        <w:t>وہ تو سارے لوگ ان اچیوبل کے پیچھے پڑے رہے، جو اچیوبل ہے وہ نہیں کیا، جو اچیوبل</w:t>
      </w:r>
    </w:p>
    <w:p>
      <w:r>
        <w:rPr>
          <w:b/>
        </w:rPr>
        <w:t xml:space="preserve">[45:52] </w:t>
      </w:r>
      <w:r>
        <w:t>nahi hai us ke liye daurte rahe.</w:t>
      </w:r>
    </w:p>
    <w:p>
      <w:pPr>
        <w:jc w:val="right"/>
      </w:pPr>
      <w:r>
        <w:t>نہیں ہے اس کے لیے دوڑتے رہے۔</w:t>
      </w:r>
    </w:p>
    <w:p>
      <w:r>
        <w:rPr>
          <w:b/>
        </w:rPr>
        <w:t xml:space="preserve">[45:55] </w:t>
      </w:r>
      <w:r>
        <w:t>kyun? quran mein, yani mein ne jana quran ko parh kar ke khuda ne jo banai hai duniya,</w:t>
      </w:r>
    </w:p>
    <w:p>
      <w:pPr>
        <w:jc w:val="right"/>
      </w:pPr>
      <w:r>
        <w:t>کیوں؟ قرآن میں، یعنی میں نے جانا قرآن کو پڑھ کر کہ خدا نے جو بنائی ہے دنیا،</w:t>
      </w:r>
    </w:p>
    <w:p>
      <w:r>
        <w:rPr>
          <w:b/>
        </w:rPr>
        <w:t xml:space="preserve">[46:03] </w:t>
      </w:r>
      <w:r>
        <w:t>us ko do bhag mein bant diya hai, do hisse bant diya hai: ek pre death period, ek</w:t>
      </w:r>
    </w:p>
    <w:p>
      <w:pPr>
        <w:jc w:val="right"/>
      </w:pPr>
      <w:r>
        <w:t>اس کو دو بھاگ میں بانٹ دیا ہے، دو حصے بانٹ دیا ہے: ایک پری ڈیتھ پیریڈ، ایک</w:t>
      </w:r>
    </w:p>
    <w:p>
      <w:r>
        <w:rPr>
          <w:b/>
        </w:rPr>
        <w:t xml:space="preserve">[46:10] </w:t>
      </w:r>
      <w:r>
        <w:t>post death period.</w:t>
      </w:r>
    </w:p>
    <w:p>
      <w:pPr>
        <w:jc w:val="right"/>
      </w:pPr>
      <w:r>
        <w:t>پوسٹ ڈیتھ پیریڈ۔</w:t>
      </w:r>
    </w:p>
    <w:p>
      <w:r>
        <w:rPr>
          <w:b/>
        </w:rPr>
        <w:t xml:space="preserve">[46:12] </w:t>
      </w:r>
      <w:r>
        <w:t>to pre death period woh testing period hai, post death period jo hai woh reward period hai.</w:t>
      </w:r>
    </w:p>
    <w:p>
      <w:pPr>
        <w:jc w:val="right"/>
      </w:pPr>
      <w:r>
        <w:t>تو پری ڈیتھ پیریڈ وہ ٹیسٹنگ پیریڈ ہے، پوسٹ ڈیتھ پیریڈ جو ہے وہ ریوارڈ پیریڈ ہے۔</w:t>
      </w:r>
    </w:p>
    <w:p>
      <w:r>
        <w:rPr>
          <w:b/>
        </w:rPr>
        <w:t xml:space="preserve">[46:19] </w:t>
      </w:r>
      <w:r>
        <w:t>to ideal world banega post death period mein.</w:t>
      </w:r>
    </w:p>
    <w:p>
      <w:pPr>
        <w:jc w:val="right"/>
      </w:pPr>
      <w:r>
        <w:t>تو آئیڈیل ورلڈ بنے گا پوسٹ ڈیتھ پیریڈ میں۔</w:t>
      </w:r>
    </w:p>
    <w:p>
      <w:r>
        <w:rPr>
          <w:b/>
        </w:rPr>
        <w:t xml:space="preserve">[46:23] </w:t>
      </w:r>
      <w:r>
        <w:t>pre death period mein ideal ban hi nahi sakta.</w:t>
      </w:r>
    </w:p>
    <w:p>
      <w:pPr>
        <w:jc w:val="right"/>
      </w:pPr>
      <w:r>
        <w:t>پری ڈیتھ پیریڈ میں آئیڈیل بن ہی نہیں سکتا۔</w:t>
      </w:r>
    </w:p>
    <w:p>
      <w:r>
        <w:rPr>
          <w:b/>
        </w:rPr>
        <w:t xml:space="preserve">[46:27] </w:t>
      </w:r>
      <w:r>
        <w:t>yahan to hum ek ek aisi duniya mein hain jo har lehaz se incomplete hai, har lehaz</w:t>
      </w:r>
    </w:p>
    <w:p>
      <w:pPr>
        <w:jc w:val="right"/>
      </w:pPr>
      <w:r>
        <w:t>یہاں تو ہم ایک ایک ایسی دنیا میں ہیں جو ہر لحاظ سے ان کمپلیٹ ہے، ہر لحاظ</w:t>
      </w:r>
    </w:p>
    <w:p>
      <w:r>
        <w:rPr>
          <w:b/>
        </w:rPr>
        <w:t xml:space="preserve">[46:35] </w:t>
      </w:r>
      <w:r>
        <w:t>se limited hai.</w:t>
      </w:r>
    </w:p>
    <w:p>
      <w:pPr>
        <w:jc w:val="right"/>
      </w:pPr>
      <w:r>
        <w:t>سے لمیٹڈ ہے۔</w:t>
      </w:r>
    </w:p>
    <w:p>
      <w:r>
        <w:rPr>
          <w:b/>
        </w:rPr>
        <w:t xml:space="preserve">[46:36] </w:t>
      </w:r>
      <w:r>
        <w:t>mein khud 15 august 1947 se pehle is obsession mein tha ke hamare jo leader jo hain, hamare</w:t>
      </w:r>
    </w:p>
    <w:p>
      <w:pPr>
        <w:jc w:val="right"/>
      </w:pPr>
      <w:r>
        <w:t>میں خود 15 اگست 1947 سے پہلے اس ابسیشن میں تھا کہ ہمارے جو لیڈر جو ہیں، ہمارے</w:t>
      </w:r>
    </w:p>
    <w:p>
      <w:r>
        <w:rPr>
          <w:b/>
        </w:rPr>
        <w:t xml:space="preserve">[46:44] </w:t>
      </w:r>
      <w:r>
        <w:t>jo sare leader jo keh rahe hain, wahi hone wala hai.</w:t>
      </w:r>
    </w:p>
    <w:p>
      <w:pPr>
        <w:jc w:val="right"/>
      </w:pPr>
      <w:r>
        <w:t>جو سارے لیڈر جو کہہ رہے ہیں، وہی ہونے والا ہے۔</w:t>
      </w:r>
    </w:p>
    <w:p>
      <w:r>
        <w:rPr>
          <w:b/>
        </w:rPr>
        <w:t xml:space="preserve">[46:49] </w:t>
      </w:r>
      <w:r>
        <w:t>yani 15 august ke baad jo hai duniya jannat ban jayegi, ideal india ban jayega, ideal</w:t>
      </w:r>
    </w:p>
    <w:p>
      <w:pPr>
        <w:jc w:val="right"/>
      </w:pPr>
      <w:r>
        <w:t>یعنی 15 اگست کے بعد جو ہے دنیا جنت بن جائے گی، آئیڈیل انڈیا بن جائے گا، آئیڈیل</w:t>
      </w:r>
    </w:p>
    <w:p>
      <w:r>
        <w:rPr>
          <w:b/>
        </w:rPr>
        <w:t xml:space="preserve">[46:56] </w:t>
      </w:r>
      <w:r>
        <w:t>state ban jayegi, ideal ideal society ban jayegi.</w:t>
      </w:r>
    </w:p>
    <w:p>
      <w:pPr>
        <w:jc w:val="right"/>
      </w:pPr>
      <w:r>
        <w:t>اسٹیٹ بن جائے گی، آئیڈیل آئیڈیل سوسائٹی بن جائے گی۔</w:t>
      </w:r>
    </w:p>
    <w:p>
      <w:r>
        <w:rPr>
          <w:b/>
        </w:rPr>
        <w:t xml:space="preserve">[47:01] </w:t>
      </w:r>
      <w:r>
        <w:t>lekin woh nahi bani.</w:t>
      </w:r>
    </w:p>
    <w:p>
      <w:pPr>
        <w:jc w:val="right"/>
      </w:pPr>
      <w:r>
        <w:t>لیکن وہ نہیں بنی۔</w:t>
      </w:r>
    </w:p>
    <w:p>
      <w:r>
        <w:rPr>
          <w:b/>
        </w:rPr>
        <w:t xml:space="preserve">[47:02] </w:t>
      </w:r>
      <w:r>
        <w:t>tab mujhe shock laga, tab mein ne discover kiya ke yeh to in achievable goal tha hamare logon</w:t>
      </w:r>
    </w:p>
    <w:p>
      <w:pPr>
        <w:jc w:val="right"/>
      </w:pPr>
      <w:r>
        <w:t>تب مجھے شاک لگا، تب میں نے ڈسکور کیا کہ یہ تو ان اچیوبل گول تھا ہمارے لوگوں</w:t>
      </w:r>
    </w:p>
    <w:p>
      <w:r>
        <w:rPr>
          <w:b/>
        </w:rPr>
        <w:t xml:space="preserve">[47:10] </w:t>
      </w:r>
      <w:r>
        <w:t>ke samne.</w:t>
      </w:r>
    </w:p>
    <w:p>
      <w:pPr>
        <w:jc w:val="right"/>
      </w:pPr>
      <w:r>
        <w:t>کے سامنے۔</w:t>
      </w:r>
    </w:p>
    <w:p>
      <w:r>
        <w:rPr>
          <w:b/>
        </w:rPr>
        <w:t xml:space="preserve">[47:11] </w:t>
      </w:r>
      <w:r>
        <w:t>yani jitni known history hai, poori history mein jitne bhi reformer hue hain, poori known history mein aap</w:t>
      </w:r>
    </w:p>
    <w:p>
      <w:pPr>
        <w:jc w:val="right"/>
      </w:pPr>
      <w:r>
        <w:t>یعنی جتنی نون ہسٹری ہے، پوری ہسٹری میں جتنے بھی ریفارمر ہوئے ہیں، پوری نون ہسٹری میں آپ</w:t>
      </w:r>
    </w:p>
    <w:p>
      <w:r>
        <w:rPr>
          <w:b/>
        </w:rPr>
        <w:t xml:space="preserve">[47:19] </w:t>
      </w:r>
      <w:r>
        <w:t>daikhen, sab aik un achievable goal ke peeche daurte rahe aur phir pressure mein mare.</w:t>
      </w:r>
    </w:p>
    <w:p>
      <w:pPr>
        <w:jc w:val="right"/>
      </w:pPr>
      <w:r>
        <w:t>دیکھیں، سب ایک ان اچیوبل گول کے پیچھے دوڑتے رہے اور پھر پریشر میں مرے۔</w:t>
      </w:r>
    </w:p>
    <w:p>
      <w:r>
        <w:rPr>
          <w:b/>
        </w:rPr>
        <w:t xml:space="preserve">[47:26] </w:t>
      </w:r>
      <w:r>
        <w:t>woh phir pressure mein mare, woh kyunke woh achieve nahin kar sake.</w:t>
      </w:r>
    </w:p>
    <w:p>
      <w:pPr>
        <w:jc w:val="right"/>
      </w:pPr>
      <w:r>
        <w:t>وہ پھر پریشر میں مرے، وہ کیونکہ وہ اچیو نہیں کر سکے۔</w:t>
      </w:r>
    </w:p>
    <w:p>
      <w:r>
        <w:rPr>
          <w:b/>
        </w:rPr>
        <w:t xml:space="preserve">[47:31] </w:t>
      </w:r>
      <w:r>
        <w:t>woh un ko power mila, wealth mila, land mili, crowd mila, sab kuch mila, lekin goal achieve nahin</w:t>
      </w:r>
    </w:p>
    <w:p>
      <w:pPr>
        <w:jc w:val="right"/>
      </w:pPr>
      <w:r>
        <w:t>وہ ان کو پاور ملا، ویلتھ ملا، لینڈ ملی، کراؤڈ ملا، سب کچھ ملا، لیکن گول اچیو نہیں</w:t>
      </w:r>
    </w:p>
    <w:p>
      <w:r>
        <w:rPr>
          <w:b/>
        </w:rPr>
        <w:t xml:space="preserve">[47:38] </w:t>
      </w:r>
      <w:r>
        <w:t>ho saka.</w:t>
      </w:r>
    </w:p>
    <w:p>
      <w:pPr>
        <w:jc w:val="right"/>
      </w:pPr>
      <w:r>
        <w:t>ہو سکا۔</w:t>
      </w:r>
    </w:p>
    <w:p>
      <w:r>
        <w:rPr>
          <w:b/>
        </w:rPr>
        <w:t xml:space="preserve">[47:40] </w:t>
      </w:r>
      <w:r>
        <w:t>jitne reformer hain, un ke daikhiye, aap bari bari buildingen un ke naam par hain, un ke paas</w:t>
      </w:r>
    </w:p>
    <w:p>
      <w:pPr>
        <w:jc w:val="right"/>
      </w:pPr>
      <w:r>
        <w:t>جتنے ریفارمر ہیں، ان کے دیکھیے، آپ بڑی بڑی بلڈنگیں ان کے نام پر ہیں، ان کے پاس</w:t>
      </w:r>
    </w:p>
    <w:p>
      <w:r>
        <w:rPr>
          <w:b/>
        </w:rPr>
        <w:t xml:space="preserve">[47:48] </w:t>
      </w:r>
      <w:r>
        <w:t>paise ki kami nahin, crowd un ke paas poora poora poori poori country un ke saath hai, lekin</w:t>
      </w:r>
    </w:p>
    <w:p>
      <w:pPr>
        <w:jc w:val="right"/>
      </w:pPr>
      <w:r>
        <w:t>پیسے کی کمی نہیں، کراؤڈ ان کے پاس پورا پورا پوری پوری کنٹری ان کے ساتھ ہے، لیکن</w:t>
      </w:r>
    </w:p>
    <w:p>
      <w:r>
        <w:rPr>
          <w:b/>
        </w:rPr>
        <w:t xml:space="preserve">[47:55] </w:t>
      </w:r>
      <w:r>
        <w:t>goal achieve nahin hua.</w:t>
      </w:r>
    </w:p>
    <w:p>
      <w:pPr>
        <w:jc w:val="right"/>
      </w:pPr>
      <w:r>
        <w:t>گول اچیو نہیں ہوا۔</w:t>
      </w:r>
    </w:p>
    <w:p>
      <w:r>
        <w:rPr>
          <w:b/>
        </w:rPr>
        <w:t xml:space="preserve">[47:57] </w:t>
      </w:r>
      <w:r>
        <w:t>goal tha ideal society banana, ideal state banana, magar kahin nahin ban saka woh kyunke woh achievable hi</w:t>
      </w:r>
    </w:p>
    <w:p>
      <w:pPr>
        <w:jc w:val="right"/>
      </w:pPr>
      <w:r>
        <w:t>گول تھا آئیڈیل سوسائٹی بنانا، آئیڈیل اسٹیٹ بنانا، مگر کہیں نہیں بن سکا وہ کیونکہ وہ اچیوبل ہی</w:t>
      </w:r>
    </w:p>
    <w:p>
      <w:r>
        <w:rPr>
          <w:b/>
        </w:rPr>
        <w:t xml:space="preserve">[48:05] </w:t>
      </w:r>
      <w:r>
        <w:t>nahin tha.</w:t>
      </w:r>
    </w:p>
    <w:p>
      <w:pPr>
        <w:jc w:val="right"/>
      </w:pPr>
      <w:r>
        <w:t>نہیں تھا۔</w:t>
      </w:r>
    </w:p>
    <w:p>
      <w:r>
        <w:rPr>
          <w:b/>
        </w:rPr>
        <w:t xml:space="preserve">[48:06] </w:t>
      </w:r>
      <w:r>
        <w:t>woh is ki misaal yun samajh lijiye ke jaise koi aadmi is obsession mein ho ke yeh jo</w:t>
      </w:r>
    </w:p>
    <w:p>
      <w:pPr>
        <w:jc w:val="right"/>
      </w:pPr>
      <w:r>
        <w:t>وہ اس کی مثال یوں سمجھ لیجئے کہ جیسے کوئی آدمی اس ابسیشن میں ہو کہ یہ جو</w:t>
      </w:r>
    </w:p>
    <w:p>
      <w:r>
        <w:rPr>
          <w:b/>
        </w:rPr>
        <w:t xml:space="preserve">[48:14] </w:t>
      </w:r>
      <w:r>
        <w:t>glass hai, is se main salan bana sakta hoon, khane ka salan pachas hazar saal tak yeh pakata</w:t>
      </w:r>
    </w:p>
    <w:p>
      <w:pPr>
        <w:jc w:val="right"/>
      </w:pPr>
      <w:r>
        <w:t>گلاس ہے، اس سے میں سالن بنا سکتا ہوں، کھانے کا سالن پچاس ہزار سال تک یہ پکاتا</w:t>
      </w:r>
    </w:p>
    <w:p>
      <w:r>
        <w:rPr>
          <w:b/>
        </w:rPr>
        <w:t xml:space="preserve">[48:22] </w:t>
      </w:r>
      <w:r>
        <w:t>rahe, us ko kya yeh salan ban jaye ga? yeh glass kabhi salan ban sakta hai? aap is</w:t>
      </w:r>
    </w:p>
    <w:p>
      <w:pPr>
        <w:jc w:val="right"/>
      </w:pPr>
      <w:r>
        <w:t>رہے، اس کو کیا یہ سالن بن جائے گا؟ یہ گلاس کبھی سالن بن سکتا ہے؟ آپ اس</w:t>
      </w:r>
    </w:p>
    <w:p>
      <w:r>
        <w:rPr>
          <w:b/>
        </w:rPr>
        <w:t xml:space="preserve">[48:29] </w:t>
      </w:r>
      <w:r>
        <w:t>ko is mein masala daliye, is mein tel daliye, is mein kuch bhi daliye, kuch bhi kijiye, aap</w:t>
      </w:r>
    </w:p>
    <w:p>
      <w:pPr>
        <w:jc w:val="right"/>
      </w:pPr>
      <w:r>
        <w:t>کو اس میں مصالحہ ڈالیے، اس میں تیل ڈالیے، اس میں کچھ بھی ڈالیے، کچھ بھی کیجئے، آپ</w:t>
      </w:r>
    </w:p>
    <w:p>
      <w:r>
        <w:rPr>
          <w:b/>
        </w:rPr>
        <w:t xml:space="preserve">[48:37] </w:t>
      </w:r>
      <w:r>
        <w:t>stainless steel ke bartan mein pakaiye, kuch bhi kijiye, magar yeh salan nahin ban sakta.</w:t>
      </w:r>
    </w:p>
    <w:p>
      <w:pPr>
        <w:jc w:val="right"/>
      </w:pPr>
      <w:r>
        <w:t>اسٹین لیس سٹیل کے برتن میں پکائیے، کچھ بھی کیجئے، لیکن یہ سالن نہیں بن سکتا۔</w:t>
      </w:r>
    </w:p>
    <w:p>
      <w:r>
        <w:rPr>
          <w:b/>
        </w:rPr>
        <w:t xml:space="preserve">[48:44] </w:t>
      </w:r>
      <w:r>
        <w:t>yeh yeh food mein convert nahin ho sakta hai yeh kyunke yeh is mein woh cheez, woh woh</w:t>
      </w:r>
    </w:p>
    <w:p>
      <w:pPr>
        <w:jc w:val="right"/>
      </w:pPr>
      <w:r>
        <w:t>یہ یہ فوڈ میں کنورٹ نہیں ہو سکتا ہے یہ کیونکہ یہ اس میں وہ چیز، وہ وہ</w:t>
      </w:r>
    </w:p>
    <w:p>
      <w:r>
        <w:rPr>
          <w:b/>
        </w:rPr>
        <w:t xml:space="preserve">[48:52] </w:t>
      </w:r>
      <w:r>
        <w:t>cheez, woh hai hi nahin.</w:t>
      </w:r>
    </w:p>
    <w:p>
      <w:pPr>
        <w:jc w:val="right"/>
      </w:pPr>
      <w:r>
        <w:t>چیز، وہ ہے ہی نہیں۔</w:t>
      </w:r>
    </w:p>
    <w:p>
      <w:r>
        <w:rPr>
          <w:b/>
        </w:rPr>
        <w:t xml:space="preserve">[48:54] </w:t>
      </w:r>
      <w:r>
        <w:t>woh woh baat aisi hamare saare reformers jo hain, is dunya mein banana chahte the ideal world, ab</w:t>
      </w:r>
    </w:p>
    <w:p>
      <w:pPr>
        <w:jc w:val="right"/>
      </w:pPr>
      <w:r>
        <w:t>وہ وہ بات ایسی ہمارے سارے ریفارمرز جو ہیں، اس دنیا میں بنانا چاہتے تھے آئیڈیل ورلڈ، اب</w:t>
      </w:r>
    </w:p>
    <w:p>
      <w:r>
        <w:rPr>
          <w:b/>
        </w:rPr>
        <w:t xml:space="preserve">[49:02] </w:t>
      </w:r>
      <w:r>
        <w:t>woh ban sakta hai post death period mein.</w:t>
      </w:r>
    </w:p>
    <w:p>
      <w:pPr>
        <w:jc w:val="right"/>
      </w:pPr>
      <w:r>
        <w:t>وہ بن سکتا ہے پوسٹ ڈیتھ پیریڈ میں۔</w:t>
      </w:r>
    </w:p>
    <w:p>
      <w:r>
        <w:rPr>
          <w:b/>
        </w:rPr>
        <w:t xml:space="preserve">[49:05] </w:t>
      </w:r>
      <w:r>
        <w:t>is ke maani kya hue? saare reformers ki aik hi kami thi, woh kya? woh creation plan of</w:t>
      </w:r>
    </w:p>
    <w:p>
      <w:pPr>
        <w:jc w:val="right"/>
      </w:pPr>
      <w:r>
        <w:t>اس کے معنی کیا ہوئے؟ سارے ریفارمرز کی ایک ہی کمی تھی، وہ کیا؟ وہ کریشن پلانٹ آف</w:t>
      </w:r>
    </w:p>
    <w:p>
      <w:r>
        <w:rPr>
          <w:b/>
        </w:rPr>
        <w:t xml:space="preserve">[49:13] </w:t>
      </w:r>
      <w:r>
        <w:t>the creator se bekhabar the.</w:t>
      </w:r>
    </w:p>
    <w:p>
      <w:pPr>
        <w:jc w:val="right"/>
      </w:pPr>
      <w:r>
        <w:t>دا کریٹر سے بے خبر تھے۔</w:t>
      </w:r>
    </w:p>
    <w:p>
      <w:r>
        <w:rPr>
          <w:b/>
        </w:rPr>
        <w:t xml:space="preserve">[49:15] </w:t>
      </w:r>
      <w:r>
        <w:t>woh creation plan of the creator se bekhabar the woh, aur creation plan of the creator ko</w:t>
      </w:r>
    </w:p>
    <w:p>
      <w:pPr>
        <w:jc w:val="right"/>
      </w:pPr>
      <w:r>
        <w:t>وہ کریشن پلانٹ آف دا کریٹر سے بے خبر تھے وہ، اور کریشن پلانٹ آف دا کریٹر کو</w:t>
      </w:r>
    </w:p>
    <w:p>
      <w:r>
        <w:rPr>
          <w:b/>
        </w:rPr>
        <w:t xml:space="preserve">[49:23] </w:t>
      </w:r>
      <w:r>
        <w:t>batane wali book sirf aik hai, woh Quran hai.</w:t>
      </w:r>
    </w:p>
    <w:p>
      <w:pPr>
        <w:jc w:val="right"/>
      </w:pPr>
      <w:r>
        <w:t>بتانے والی بک صرف ایک ہے، وہ قرآن ہے۔</w:t>
      </w:r>
    </w:p>
    <w:p>
      <w:r>
        <w:rPr>
          <w:b/>
        </w:rPr>
        <w:t xml:space="preserve">[49:27] </w:t>
      </w:r>
      <w:r>
        <w:t>is ko musalmanon ne aisa kar rakha hai ke log samajhte hain ke is mein to kuch hai</w:t>
      </w:r>
    </w:p>
    <w:p>
      <w:pPr>
        <w:jc w:val="right"/>
      </w:pPr>
      <w:r>
        <w:t>اس کو مسلمانوں نے ایسا کر رکھا ہے کہ لوگ سمجھتے ہیں کہ اس میں تو کچھ ہے</w:t>
      </w:r>
    </w:p>
    <w:p>
      <w:r>
        <w:rPr>
          <w:b/>
        </w:rPr>
        <w:t xml:space="preserve">[49:35] </w:t>
      </w:r>
      <w:r>
        <w:t>hi nahin, yeh to khali violence sikhata hai, hate sikhata hai.</w:t>
      </w:r>
    </w:p>
    <w:p>
      <w:pPr>
        <w:jc w:val="right"/>
      </w:pPr>
      <w:r>
        <w:t>ہی نہیں، یہ تو خالی وائیلنس سکھاتا ہے، ہیٹ سکھاتا ہے۔</w:t>
      </w:r>
    </w:p>
    <w:p>
      <w:r>
        <w:rPr>
          <w:b/>
        </w:rPr>
        <w:t xml:space="preserve">[49:39] </w:t>
      </w:r>
      <w:r>
        <w:t>is mein hamein kya mile ga? ab sochiye ke agar log jante yeh target achievable nahin hai, woh</w:t>
      </w:r>
    </w:p>
    <w:p>
      <w:pPr>
        <w:jc w:val="right"/>
      </w:pPr>
      <w:r>
        <w:t>اس میں ہمیں کیا ملے گا؟ اب سوچیے کہ اگر لوگ جانتے یہ ٹارگٹ اچیوبل نہیں ہے، وہ</w:t>
      </w:r>
    </w:p>
    <w:p>
      <w:r>
        <w:rPr>
          <w:b/>
        </w:rPr>
        <w:t xml:space="preserve">[49:47] </w:t>
      </w:r>
      <w:r>
        <w:t>to kisi aur target ko lete, phir wahan achievement un ko hota, koi achievement un ko hota.</w:t>
      </w:r>
    </w:p>
    <w:p>
      <w:pPr>
        <w:jc w:val="right"/>
      </w:pPr>
      <w:r>
        <w:t>تو کسی اور ٹارگٹ کو لیتے، پھر وہاں اچیومنٹ ان کو ہوتا، کوئی اچیومنٹ ان کو ہوتا۔</w:t>
      </w:r>
    </w:p>
    <w:p>
      <w:r>
        <w:rPr>
          <w:b/>
        </w:rPr>
        <w:t xml:space="preserve">[49:54] </w:t>
      </w:r>
      <w:r>
        <w:t>to partial sense mein jo scientist thay, unhon ne aisa goal liya jo achievable tha, mislan machine banana,</w:t>
      </w:r>
    </w:p>
    <w:p>
      <w:pPr>
        <w:jc w:val="right"/>
      </w:pPr>
      <w:r>
        <w:t>تو پارشل سینس میں جو سائنٹسٹ تھے، انہوں نے ایسا گول لیا جو اچیوبل تھا، مثلاً مشین بنانا،</w:t>
      </w:r>
    </w:p>
    <w:p>
      <w:r>
        <w:rPr>
          <w:b/>
        </w:rPr>
        <w:t xml:space="preserve">[50:02] </w:t>
      </w:r>
      <w:r>
        <w:t>car banana, hawai jahaz banana, woh partial sense mein aik achievable goal tha.</w:t>
      </w:r>
    </w:p>
    <w:p>
      <w:pPr>
        <w:jc w:val="right"/>
      </w:pPr>
      <w:r>
        <w:t>کار بنانا، ہوائی جہاز بنانا، وہ پارشل سینس میں ایک اچیوبل گول تھا۔</w:t>
      </w:r>
    </w:p>
    <w:p>
      <w:r>
        <w:rPr>
          <w:b/>
        </w:rPr>
        <w:t xml:space="preserve">[50:08] </w:t>
      </w:r>
      <w:r>
        <w:t>to woh kuch de paye, woh aap farq dekhiye, difference dekhiye.</w:t>
      </w:r>
    </w:p>
    <w:p>
      <w:pPr>
        <w:jc w:val="right"/>
      </w:pPr>
      <w:r>
        <w:t>تو وہ کچھ دے پائے، وہ آپ فرق دیکھیے، ڈیفرنس دیکھیے۔</w:t>
      </w:r>
    </w:p>
    <w:p>
      <w:r>
        <w:rPr>
          <w:b/>
        </w:rPr>
        <w:t xml:space="preserve">[50:12] </w:t>
      </w:r>
      <w:r>
        <w:t>سائنٹسٹ سے انجینئر تو کچھ چیز دے پائے انسان کو، پولیٹیشنز کیا دیا؟ practically کچھ بھی نہیں دیا،</w:t>
      </w:r>
    </w:p>
    <w:p>
      <w:pPr>
        <w:jc w:val="right"/>
      </w:pPr>
      <w:r>
        <w:t>سائنٹسٹ سے انجینئر تو کچھ چیز دے پائے انسان کو، پولیٹیشنز کیا دیا؟ پارشل کچھ بھی نہیں دیا،</w:t>
      </w:r>
    </w:p>
    <w:p>
      <w:r>
        <w:rPr>
          <w:b/>
        </w:rPr>
        <w:t xml:space="preserve">[50:20] </w:t>
      </w:r>
      <w:r>
        <w:t>reformers ne kuch bhi nahi diya.</w:t>
      </w:r>
    </w:p>
    <w:p>
      <w:pPr>
        <w:jc w:val="right"/>
      </w:pPr>
      <w:r>
        <w:t>ریفارمرز نے کچھ بھی نہیں دیا۔</w:t>
      </w:r>
    </w:p>
    <w:p>
      <w:r>
        <w:rPr>
          <w:b/>
        </w:rPr>
        <w:t xml:space="preserve">[50:23] </w:t>
      </w:r>
      <w:r>
        <w:t>kisi aik reformer ko aap nahi bata sakte jis ne kuch sahi maano ki positive cheez di ho</w:t>
      </w:r>
    </w:p>
    <w:p>
      <w:pPr>
        <w:jc w:val="right"/>
      </w:pPr>
      <w:r>
        <w:t>کسی ایک ریفارمر کو آپ نہیں بتا سکتے جس نے کچھ صحیح معنوں کی پازیٹیو چیز دی ہو</w:t>
      </w:r>
    </w:p>
    <w:p>
      <w:r>
        <w:rPr>
          <w:b/>
        </w:rPr>
        <w:t xml:space="preserve">[50:30] </w:t>
      </w:r>
      <w:r>
        <w:t>insaniyat ko.</w:t>
      </w:r>
    </w:p>
    <w:p>
      <w:pPr>
        <w:jc w:val="right"/>
      </w:pPr>
      <w:r>
        <w:t>انسانیت کو۔</w:t>
      </w:r>
    </w:p>
    <w:p>
      <w:r>
        <w:rPr>
          <w:b/>
        </w:rPr>
        <w:t xml:space="preserve">[50:32] </w:t>
      </w:r>
      <w:r>
        <w:t>jaise Marx, Karl Marx hai.</w:t>
      </w:r>
    </w:p>
    <w:p>
      <w:pPr>
        <w:jc w:val="right"/>
      </w:pPr>
      <w:r>
        <w:t>جیسے مارس، کارل مارس ہے۔</w:t>
      </w:r>
    </w:p>
    <w:p>
      <w:r>
        <w:rPr>
          <w:b/>
        </w:rPr>
        <w:t xml:space="preserve">[50:34] </w:t>
      </w:r>
      <w:r>
        <w:t>Karl Marx ke baray mein Griffith ne likha hai ke Muhammad ke followers bhi itne nahi thay jitne</w:t>
      </w:r>
    </w:p>
    <w:p>
      <w:pPr>
        <w:jc w:val="right"/>
      </w:pPr>
      <w:r>
        <w:t>کارل مارس کے بارے میں گاربریتھ نے لکھا ہے کہ محمد کے فالوور بھی اتنے نہیں تھے جتنے</w:t>
      </w:r>
    </w:p>
    <w:p>
      <w:r>
        <w:rPr>
          <w:b/>
        </w:rPr>
        <w:t xml:space="preserve">[50:42] </w:t>
      </w:r>
      <w:r>
        <w:t>ke Karl Marx ke followers thay.</w:t>
      </w:r>
    </w:p>
    <w:p>
      <w:pPr>
        <w:jc w:val="right"/>
      </w:pPr>
      <w:r>
        <w:t>کہ کارل مارس کے فالوور تھے۔</w:t>
      </w:r>
    </w:p>
    <w:p>
      <w:r>
        <w:rPr>
          <w:b/>
        </w:rPr>
        <w:t xml:space="preserve">[50:44] </w:t>
      </w:r>
      <w:r>
        <w:t>shayad dunya ke jo mind thay, aik zamanay mein aisa tha, khud mere bachpan mein woh zamanay guzra hai,</w:t>
      </w:r>
    </w:p>
    <w:p>
      <w:pPr>
        <w:jc w:val="right"/>
      </w:pPr>
      <w:r>
        <w:t>شاید دنیا کے جو مائنڈ تھے، ایک زمانہ ایسا تھا، خود میرے بچپن میں وہ زمانہ گزرا ہے،</w:t>
      </w:r>
    </w:p>
    <w:p>
      <w:r>
        <w:rPr>
          <w:b/>
        </w:rPr>
        <w:t xml:space="preserve">[50:52] </w:t>
      </w:r>
      <w:r>
        <w:t>khud mein ne is ko bhugta hai ke mein ne aik kitaab likhi thi us zamanay mein jab</w:t>
      </w:r>
    </w:p>
    <w:p>
      <w:pPr>
        <w:jc w:val="right"/>
      </w:pPr>
      <w:r>
        <w:t>خود میں نے اس کو بھگتا ہے کہ میں نے ایک کتاب لکھی تھی اس زمانے میں جب</w:t>
      </w:r>
    </w:p>
    <w:p>
      <w:r>
        <w:rPr>
          <w:b/>
        </w:rPr>
        <w:t xml:space="preserve">[51:00] </w:t>
      </w:r>
      <w:r>
        <w:t>ke dhoom thi, yani communist empire ki jo Russia mein qaim thi.</w:t>
      </w:r>
    </w:p>
    <w:p>
      <w:pPr>
        <w:jc w:val="right"/>
      </w:pPr>
      <w:r>
        <w:t>کہ دھوم تھی، یعنی کمیونسٹ ایمپائر کی جو روس میں قائم تھا۔</w:t>
      </w:r>
    </w:p>
    <w:p>
      <w:r>
        <w:rPr>
          <w:b/>
        </w:rPr>
        <w:t xml:space="preserve">[51:05] </w:t>
      </w:r>
      <w:r>
        <w:t>تو میں نے کتاب لکھی تھی کہ معاصم تاریخ اس کو رد کر چکی ہے، rejected by history۔</w:t>
      </w:r>
    </w:p>
    <w:p>
      <w:pPr>
        <w:jc w:val="right"/>
      </w:pPr>
      <w:r>
        <w:t>تو میں نے کتاب لکھی تھی کہ معاصم تاریخ اس کو رد کر چکی ہے، ریجیکٹڈ بائی ہسٹری۔</w:t>
      </w:r>
    </w:p>
    <w:p>
      <w:r>
        <w:rPr>
          <w:b/>
        </w:rPr>
        <w:t xml:space="preserve">[51:13] </w:t>
      </w:r>
      <w:r>
        <w:t>معاصم that is rejected by history.</w:t>
      </w:r>
    </w:p>
    <w:p>
      <w:pPr>
        <w:jc w:val="right"/>
      </w:pPr>
      <w:r>
        <w:t>معاصم دیٹ از ریجیکٹڈ بائی ہسٹری۔</w:t>
      </w:r>
    </w:p>
    <w:p>
      <w:r>
        <w:rPr>
          <w:b/>
        </w:rPr>
        <w:t xml:space="preserve">[51:15] </w:t>
      </w:r>
      <w:r>
        <w:t>to woh log bara hansi urate thay mera ke dekhiye, shayad dunya mein bol bala hai aur yeh</w:t>
      </w:r>
    </w:p>
    <w:p>
      <w:pPr>
        <w:jc w:val="right"/>
      </w:pPr>
      <w:r>
        <w:t>تو وہ لوگ بڑا ہنسی اڑاتے تھے میرا کہ دیکھیے، شاید دنیا میں بول بالا ہے اور یہ</w:t>
      </w:r>
    </w:p>
    <w:p>
      <w:r>
        <w:rPr>
          <w:b/>
        </w:rPr>
        <w:t xml:space="preserve">[51:23] </w:t>
      </w:r>
      <w:r>
        <w:t>کتاب لکھ رہے ہیں کہ وہ تو رد ہو چکی، reject ہو چکی۔</w:t>
      </w:r>
    </w:p>
    <w:p>
      <w:pPr>
        <w:jc w:val="right"/>
      </w:pPr>
      <w:r>
        <w:t>کتاب لکھ رہے ہیں کہ وہ تو رد ہو چکی، ریجیکٹ ہو چکی۔</w:t>
      </w:r>
    </w:p>
    <w:p>
      <w:r>
        <w:rPr>
          <w:b/>
        </w:rPr>
        <w:t xml:space="preserve">[51:28] </w:t>
      </w:r>
      <w:r>
        <w:t>itna dabdaba tha aik zamanay mein Marx philosophy ka, lekin aap jante hain kya kiya woh woh cheez</w:t>
      </w:r>
    </w:p>
    <w:p>
      <w:pPr>
        <w:jc w:val="right"/>
      </w:pPr>
      <w:r>
        <w:t>اتنا دبدبہ تھا ایک زمانے میں مارکس فلاسفی کا، لیکن آپ جانتے ہیں کیا کیا وہ وہ چیز</w:t>
      </w:r>
    </w:p>
    <w:p>
      <w:r>
        <w:rPr>
          <w:b/>
        </w:rPr>
        <w:t xml:space="preserve">[51:36] </w:t>
      </w:r>
      <w:r>
        <w:t>achieve hui wahan Russia mein? 75 years tak wahan rule raha un ka, 75 years se total rule</w:t>
      </w:r>
    </w:p>
    <w:p>
      <w:pPr>
        <w:jc w:val="right"/>
      </w:pPr>
      <w:r>
        <w:t>اچیو ہوئی وہاں روس میں؟ 75 ایئرز تک وہاں رول رہا ان کا، 75 ایئرز سے ٹوٹل رول</w:t>
      </w:r>
    </w:p>
    <w:p>
      <w:r>
        <w:rPr>
          <w:b/>
        </w:rPr>
        <w:t xml:space="preserve">[51:44] </w:t>
      </w:r>
      <w:r>
        <w:t>un ke paas tha communist party ke paas total.</w:t>
      </w:r>
    </w:p>
    <w:p>
      <w:pPr>
        <w:jc w:val="right"/>
      </w:pPr>
      <w:r>
        <w:t>ان کے پاس تھا کمیونسٹ پارٹی کے پاس ٹوٹل۔</w:t>
      </w:r>
    </w:p>
    <w:p>
      <w:r>
        <w:rPr>
          <w:b/>
        </w:rPr>
        <w:t xml:space="preserve">[51:48] </w:t>
      </w:r>
      <w:r>
        <w:t>aur is ke baad jab mein gaya, baad ko jab aakhri zamanay mein gaya tha wahan to haal</w:t>
      </w:r>
    </w:p>
    <w:p>
      <w:pPr>
        <w:jc w:val="right"/>
      </w:pPr>
      <w:r>
        <w:t>اور اس کے بعد جب میں گیا، بعد کو جب آخری زمانے میں گیا تھا وہاں تو حال</w:t>
      </w:r>
    </w:p>
    <w:p>
      <w:r>
        <w:rPr>
          <w:b/>
        </w:rPr>
        <w:t xml:space="preserve">[51:55] </w:t>
      </w:r>
      <w:r>
        <w:t>یہ آتا ہے کہ روٹی بھی نہیں ملتی تھی وہاں، یعنی پورے ملک کو ruin کر دیا، ruin</w:t>
      </w:r>
    </w:p>
    <w:p>
      <w:pPr>
        <w:jc w:val="right"/>
      </w:pPr>
      <w:r>
        <w:t>یہ آتا ہے کہ روٹی بھی نہیں ملتی تھی وہاں، یعنی پورے ملک کو روئن کر دیا، روئن</w:t>
      </w:r>
    </w:p>
    <w:p>
      <w:r>
        <w:rPr>
          <w:b/>
        </w:rPr>
        <w:t xml:space="preserve">[52:03] </w:t>
      </w:r>
      <w:r>
        <w:t>کر دیا کمیونسٹ فلاسفی نے، پورے ملک کو ruin کر دیا انہوں نے کیونکہ اس کو نہیں سمجھ</w:t>
      </w:r>
    </w:p>
    <w:p>
      <w:pPr>
        <w:jc w:val="right"/>
      </w:pPr>
      <w:r>
        <w:t>کر دیا کمیونسٹ فلاسفی نے، پورے ملک کو روئن کر دیا انہوں نے کیونکہ اس کو نہیں سمجھ</w:t>
      </w:r>
    </w:p>
    <w:p>
      <w:r>
        <w:rPr>
          <w:b/>
        </w:rPr>
        <w:t xml:space="preserve">[52:11] </w:t>
      </w:r>
      <w:r>
        <w:t>sake woh ke private property mein aik positive aspect kiya hai? Incentive.</w:t>
      </w:r>
    </w:p>
    <w:p>
      <w:pPr>
        <w:jc w:val="right"/>
      </w:pPr>
      <w:r>
        <w:t>سکے وہ کہ پرائیویٹ پراپرٹی میں ایک پازیٹیو ایسپیکٹ کیا ہے؟ انسنٹیو۔</w:t>
      </w:r>
    </w:p>
    <w:p>
      <w:r>
        <w:rPr>
          <w:b/>
        </w:rPr>
        <w:t xml:space="preserve">[52:16] </w:t>
      </w:r>
      <w:r>
        <w:t>unhon ne kiya kiya tha? Private party ko khatam kar ke, private property ko khatam kar ke sab</w:t>
      </w:r>
    </w:p>
    <w:p>
      <w:pPr>
        <w:jc w:val="right"/>
      </w:pPr>
      <w:r>
        <w:t>انہوں نے کیا کیا تھا؟ پرائیویٹ پارٹی کو ختم کر کے، پرائیویٹ پراپرٹی کو ختم کر کے سب</w:t>
      </w:r>
    </w:p>
    <w:p>
      <w:r>
        <w:rPr>
          <w:b/>
        </w:rPr>
        <w:t xml:space="preserve">[52:24] </w:t>
      </w:r>
      <w:r>
        <w:t>state property bana diya, sab kuch state ki property, chahe land ho, chahe business ho, chahe industry ho,</w:t>
      </w:r>
    </w:p>
    <w:p>
      <w:pPr>
        <w:jc w:val="right"/>
      </w:pPr>
      <w:r>
        <w:t>اسٹیٹ پراپرٹی بنا دیا، سب کچھ اسٹیٹ کی پراپرٹی، چاہے لینڈ ہو، چاہے بزنس ہو، چاہے انڈسٹری ہو،</w:t>
      </w:r>
    </w:p>
    <w:p>
      <w:r>
        <w:rPr>
          <w:b/>
        </w:rPr>
        <w:t xml:space="preserve">[52:31] </w:t>
      </w:r>
      <w:r>
        <w:t>sab state ki property.</w:t>
      </w:r>
    </w:p>
    <w:p>
      <w:pPr>
        <w:jc w:val="right"/>
      </w:pPr>
      <w:r>
        <w:t>سب اسٹیٹ کی پراپرٹی۔</w:t>
      </w:r>
    </w:p>
    <w:p>
      <w:r>
        <w:rPr>
          <w:b/>
        </w:rPr>
        <w:t xml:space="preserve">[52:33] </w:t>
      </w:r>
      <w:r>
        <w:t>to unhon ne yeh pata nahi tha ke nature ne aik cheez banai hai, us ko incentive hum</w:t>
      </w:r>
    </w:p>
    <w:p>
      <w:pPr>
        <w:jc w:val="right"/>
      </w:pPr>
      <w:r>
        <w:t>تو انہوں نے یہ پتہ نہیں تھا کہ نیچر نے ایک چیز بنائی ہے، اس کو انسنٹیو ہم</w:t>
      </w:r>
    </w:p>
    <w:p>
      <w:r>
        <w:rPr>
          <w:b/>
        </w:rPr>
        <w:t xml:space="preserve">[52:41] </w:t>
      </w:r>
      <w:r>
        <w:t>kehte hain.</w:t>
      </w:r>
    </w:p>
    <w:p>
      <w:pPr>
        <w:jc w:val="right"/>
      </w:pPr>
      <w:r>
        <w:t>کہتے ہیں۔</w:t>
      </w:r>
    </w:p>
    <w:p>
      <w:r>
        <w:rPr>
          <w:b/>
        </w:rPr>
        <w:t xml:space="preserve">[52:42] </w:t>
      </w:r>
      <w:r>
        <w:t>to private enterprise mein aadmi jo chalata hai, us ko us ke paas incentive hota hai, motivation hota</w:t>
      </w:r>
    </w:p>
    <w:p>
      <w:pPr>
        <w:jc w:val="right"/>
      </w:pPr>
      <w:r>
        <w:t>تو پرائیویٹ انٹرپرائز میں آدمی جو چلاتا ہے، اس کو اس کے پاس انسنٹیو ہوتا ہے، موٹیویشن ہوتا</w:t>
      </w:r>
    </w:p>
    <w:p>
      <w:r>
        <w:rPr>
          <w:b/>
        </w:rPr>
        <w:t xml:space="preserve">[52:50]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[52:52] </w:t>
      </w:r>
      <w:r>
        <w:t>lekin jab aap state ke control mein de diya to to motivation khatm ho gaya, poore mulk ko</w:t>
      </w:r>
    </w:p>
    <w:p>
      <w:pPr>
        <w:jc w:val="right"/>
      </w:pPr>
      <w:r>
        <w:t>لیکن جب آپ اسٹیٹ کے کنٹرول میں دے دیا تو تو موٹیویشن ختم ہو گیا، پورے ملک کو</w:t>
      </w:r>
    </w:p>
    <w:p>
      <w:r>
        <w:rPr>
          <w:b/>
        </w:rPr>
        <w:t xml:space="preserve">[52:59] </w:t>
      </w:r>
      <w:r>
        <w:t>روئن کر دیا انہوں نے، روئن کیونکہ وہ creation, creation, creator کے creation plan کو نہیں جانتے تھے۔</w:t>
      </w:r>
    </w:p>
    <w:p>
      <w:pPr>
        <w:jc w:val="right"/>
      </w:pPr>
      <w:r>
        <w:t>روئن کر دیا انہوں نے، روئن کیونکہ وہ کریشن، کریشن، کریٹر کے کریشن پلانٹ کو نہیں جانتے تھے۔</w:t>
      </w:r>
    </w:p>
    <w:p>
      <w:r>
        <w:rPr>
          <w:b/>
        </w:rPr>
        <w:t xml:space="preserve">[53:07] </w:t>
      </w:r>
      <w:r>
        <w:t>woh toh Russia ko banana chahte the, woh ideal society, ideal society banaye, kya kuch bhi nahi, ek</w:t>
      </w:r>
    </w:p>
    <w:p>
      <w:pPr>
        <w:jc w:val="right"/>
      </w:pPr>
      <w:r>
        <w:t>وہ تو رشیا کو بنانا چاہتے تھے، وہ آئیڈیل سوسائٹی، آئیڈیل سوسائٹی بنائے، کیا کچھ بھی نہیں، ایک</w:t>
      </w:r>
    </w:p>
    <w:p>
      <w:r>
        <w:rPr>
          <w:b/>
        </w:rPr>
        <w:t xml:space="preserve">[53:15] </w:t>
      </w:r>
      <w:r>
        <w:t>ruin society bana bana paaye.</w:t>
      </w:r>
    </w:p>
    <w:p>
      <w:pPr>
        <w:jc w:val="right"/>
      </w:pPr>
      <w:r>
        <w:t>روئن سوسائٹی بنا بنا پائے۔</w:t>
      </w:r>
    </w:p>
    <w:p>
      <w:r>
        <w:rPr>
          <w:b/>
        </w:rPr>
        <w:t xml:space="preserve">[53:17] </w:t>
      </w:r>
      <w:r>
        <w:t>woh aap sochiye sochiye ke saare history mein kyun aisa hua hai ke saare reformers jo hain, aise</w:t>
      </w:r>
    </w:p>
    <w:p>
      <w:pPr>
        <w:jc w:val="right"/>
      </w:pPr>
      <w:r>
        <w:t>وہ آپ سوچ سوچیے کہ سارے ہسٹری میں کیوں ایسا ہوا ہے کہ سارے ریفارمرز جو ہیں، ایسے</w:t>
      </w:r>
    </w:p>
    <w:p>
      <w:r>
        <w:rPr>
          <w:b/>
        </w:rPr>
        <w:t xml:space="preserve">[53:25] </w:t>
      </w:r>
      <w:r>
        <w:t>goal ko le daudte rahe jo un achievable tha, yaani ideal state, ideal society.</w:t>
      </w:r>
    </w:p>
    <w:p>
      <w:pPr>
        <w:jc w:val="right"/>
      </w:pPr>
      <w:r>
        <w:t>گول کو لے دوڑتے رہے جو ان اچیوبل تھا، یعنی آئیڈیل وی سٹیٹ، آئیڈیل سوسائٹی۔</w:t>
      </w:r>
    </w:p>
    <w:p>
      <w:r>
        <w:rPr>
          <w:b/>
        </w:rPr>
        <w:t xml:space="preserve">[53:31] </w:t>
      </w:r>
      <w:r>
        <w:t>kyun? Khuda ka jo creation plan hai, us se bekhabar the woh.</w:t>
      </w:r>
    </w:p>
    <w:p>
      <w:pPr>
        <w:jc w:val="right"/>
      </w:pPr>
      <w:r>
        <w:t>کیوں؟ خدا کا جو کریشن پلان ہے، اس سے بے خبر تھے وہ۔</w:t>
      </w:r>
    </w:p>
    <w:p>
      <w:r>
        <w:rPr>
          <w:b/>
        </w:rPr>
        <w:t xml:space="preserve">[53:37] </w:t>
      </w:r>
      <w:r>
        <w:t>main khud isi obsession mein tha 47 se pehle, main bhi yeh khwab dekhta tha, lekin is ke</w:t>
      </w:r>
    </w:p>
    <w:p>
      <w:pPr>
        <w:jc w:val="right"/>
      </w:pPr>
      <w:r>
        <w:t>میں خود اسی ابسیشن میں تھا 47 سے پہلے، میں بھی یہ خواب دیکھتا تھا، لیکن اس کے</w:t>
      </w:r>
    </w:p>
    <w:p>
      <w:r>
        <w:rPr>
          <w:b/>
        </w:rPr>
        <w:t xml:space="preserve">[53:44] </w:t>
      </w:r>
      <w:r>
        <w:t>baad jab maine Quran ko padha phir se to maloom hua ke yeh to achievable, ek goal</w:t>
      </w:r>
    </w:p>
    <w:p>
      <w:pPr>
        <w:jc w:val="right"/>
      </w:pPr>
      <w:r>
        <w:t>بعد جب میں نے قرآن کو پڑھا پھر سے تو معلوم ہوا کہ یہ تو اچیوبل، ایک گول</w:t>
      </w:r>
    </w:p>
    <w:p>
      <w:r>
        <w:rPr>
          <w:b/>
        </w:rPr>
        <w:t xml:space="preserve">[53:52] </w:t>
      </w:r>
      <w:r>
        <w:t>to achievable hi nahi hai.</w:t>
      </w:r>
    </w:p>
    <w:p>
      <w:pPr>
        <w:jc w:val="right"/>
      </w:pPr>
      <w:r>
        <w:t>تو اچیوبل ہی نہیں ہے۔</w:t>
      </w:r>
    </w:p>
    <w:p>
      <w:r>
        <w:rPr>
          <w:b/>
        </w:rPr>
        <w:t xml:space="preserve">[53:54] </w:t>
      </w:r>
      <w:r>
        <w:t>yeh ek misaal maine di aap ko yeh batane ke liye ke sirf Quran hi book of</w:t>
      </w:r>
    </w:p>
    <w:p>
      <w:pPr>
        <w:jc w:val="right"/>
      </w:pPr>
      <w:r>
        <w:t>یہ ایک مثال میں نے دی آپ کو یہ بتانے کے لیے کہ صرف قرآن ہی بک آف</w:t>
      </w:r>
    </w:p>
    <w:p>
      <w:r>
        <w:rPr>
          <w:b/>
        </w:rPr>
        <w:t xml:space="preserve">[54:02] </w:t>
      </w:r>
      <w:r>
        <w:t>reference hai kisi baat ko janne ke liye.</w:t>
      </w:r>
    </w:p>
    <w:p>
      <w:pPr>
        <w:jc w:val="right"/>
      </w:pPr>
      <w:r>
        <w:t>ریفرنس ہے کسی بات کو جاننے کے لیے۔</w:t>
      </w:r>
    </w:p>
    <w:p>
      <w:r>
        <w:rPr>
          <w:b/>
        </w:rPr>
        <w:t xml:space="preserve">[54:05] </w:t>
      </w:r>
      <w:r>
        <w:t>aisi mein aap ko ek aur misaal deta hoon, taqreeban saare log ek obsession mein rehte hain, woh</w:t>
      </w:r>
    </w:p>
    <w:p>
      <w:pPr>
        <w:jc w:val="right"/>
      </w:pPr>
      <w:r>
        <w:t>ایسی میں آپ کو ایک اور مثال دیتا ہوں، تقریباً سارے لوگ ایک ابسیشن میں رہتے ہیں، وہ</w:t>
      </w:r>
    </w:p>
    <w:p>
      <w:r>
        <w:rPr>
          <w:b/>
        </w:rPr>
        <w:t xml:space="preserve">[54:13] </w:t>
      </w:r>
      <w:r>
        <w:t>kya hai? Hurdles se ladna, problems se ladna.</w:t>
      </w:r>
    </w:p>
    <w:p>
      <w:pPr>
        <w:jc w:val="right"/>
      </w:pPr>
      <w:r>
        <w:t>کیا ہے؟ ہارڈلز سے لڑنا، پرابلمز سے لڑنا۔</w:t>
      </w:r>
    </w:p>
    <w:p>
      <w:r>
        <w:rPr>
          <w:b/>
        </w:rPr>
        <w:t xml:space="preserve">[54:16] </w:t>
      </w:r>
      <w:r>
        <w:t>koi problem aati hai to us se lad lad kar chahte hain ke us ko hatao.</w:t>
      </w:r>
    </w:p>
    <w:p>
      <w:pPr>
        <w:jc w:val="right"/>
      </w:pPr>
      <w:r>
        <w:t>کوئی پرابلم آتی ہے تو اس سے لڑ لڑ کر چاہتے ہیں کہ اس کو ہٹاؤ۔</w:t>
      </w:r>
    </w:p>
    <w:p>
      <w:r>
        <w:rPr>
          <w:b/>
        </w:rPr>
        <w:t xml:space="preserve">[54:23] </w:t>
      </w:r>
      <w:r>
        <w:t>jaise aap ne Kashmir mein bhi dekha, ek ladai chhid gayi aur phir kya? Kuch bhi nahi mila</w:t>
      </w:r>
    </w:p>
    <w:p>
      <w:pPr>
        <w:jc w:val="right"/>
      </w:pPr>
      <w:r>
        <w:t>جیسے آپ نے کاشمی میں بھی دیکھا، ایک لڑائی چھڑ گئی اور پھر کیا؟ کچھ بھی نہیں ملا</w:t>
      </w:r>
    </w:p>
    <w:p>
      <w:r>
        <w:rPr>
          <w:b/>
        </w:rPr>
        <w:t xml:space="preserve">[54:31] </w:t>
      </w:r>
      <w:r>
        <w:t>un ko.</w:t>
      </w:r>
    </w:p>
    <w:p>
      <w:pPr>
        <w:jc w:val="right"/>
      </w:pPr>
      <w:r>
        <w:t>ان کو۔</w:t>
      </w:r>
    </w:p>
    <w:p>
      <w:r>
        <w:rPr>
          <w:b/>
        </w:rPr>
        <w:t xml:space="preserve">[54:32] </w:t>
      </w:r>
      <w:r>
        <w:t>har jagah yeh ho raha hai, har jagah log problem se lad rahe hain.</w:t>
      </w:r>
    </w:p>
    <w:p>
      <w:pPr>
        <w:jc w:val="right"/>
      </w:pPr>
      <w:r>
        <w:t>ہر جگہ یہ ہو رہا ہے، ہر جگہ لوگ پرابلم سے لڑ رہے ہیں۔</w:t>
      </w:r>
    </w:p>
    <w:p>
      <w:r>
        <w:rPr>
          <w:b/>
        </w:rPr>
        <w:t xml:space="preserve">[54:38] </w:t>
      </w:r>
      <w:r>
        <w:t>America bhi lad gaya problem se ja ke, Iraq mein bombardment kiya, wohi problem se ladna tha.</w:t>
      </w:r>
    </w:p>
    <w:p>
      <w:pPr>
        <w:jc w:val="right"/>
      </w:pPr>
      <w:r>
        <w:t>امریکہ بھی لڑ گیا پرابلم سے جا کے، عراق میں بمبارڈمنٹ کیا، وہی پرابلم سے لڑنا تھا۔</w:t>
      </w:r>
    </w:p>
    <w:p>
      <w:r>
        <w:rPr>
          <w:b/>
        </w:rPr>
        <w:t xml:space="preserve">[54:46] </w:t>
      </w:r>
      <w:r>
        <w:t>to saare log jaante hain ke jab koi problem saamne aaya to us ko remove karo.</w:t>
      </w:r>
    </w:p>
    <w:p>
      <w:pPr>
        <w:jc w:val="right"/>
      </w:pPr>
      <w:r>
        <w:t>تو سارے لوگ جانتے ہیں کہ جب کوئی پرابلم سامنے آیا تو اس کو ریموو کرو۔</w:t>
      </w:r>
    </w:p>
    <w:p>
      <w:r>
        <w:rPr>
          <w:b/>
        </w:rPr>
        <w:t xml:space="preserve">[54:53] </w:t>
      </w:r>
      <w:r>
        <w:t>and this is the biggest starting point, yaani Kashmir ke leaders se le kar ke America ke leaders</w:t>
      </w:r>
    </w:p>
    <w:p>
      <w:pPr>
        <w:jc w:val="right"/>
      </w:pPr>
      <w:r>
        <w:t>ان دس از دا بگ سٹارٹنگ پوائنٹ، یعنی کشمیر کے لیڈروں سے لے کر کے امریکہ کے لیڈروں</w:t>
      </w:r>
    </w:p>
    <w:p>
      <w:r>
        <w:rPr>
          <w:b/>
        </w:rPr>
        <w:t xml:space="preserve">[55:00] </w:t>
      </w:r>
      <w:r>
        <w:t>tak sab ko yeh pata hai ke problem ko remove karo, tab is ke baad tum ko woh</w:t>
      </w:r>
    </w:p>
    <w:p>
      <w:pPr>
        <w:jc w:val="right"/>
      </w:pPr>
      <w:r>
        <w:t>تک سب کو یہ پتہ ہے کہ پرابلم کو ریموو کرو، تب اس کے بعد تم کو وہ</w:t>
      </w:r>
    </w:p>
    <w:p>
      <w:r>
        <w:rPr>
          <w:b/>
        </w:rPr>
        <w:t xml:space="preserve">[55:08] </w:t>
      </w:r>
      <w:r>
        <w:t>cheez milegi jo tum chahte ho.</w:t>
      </w:r>
    </w:p>
    <w:p>
      <w:pPr>
        <w:jc w:val="right"/>
      </w:pPr>
      <w:r>
        <w:t>چیز ملے گی جو تم چاہتے ہو۔</w:t>
      </w:r>
    </w:p>
    <w:p>
      <w:r>
        <w:rPr>
          <w:b/>
        </w:rPr>
        <w:t xml:space="preserve">[55:11] </w:t>
      </w:r>
      <w:r>
        <w:t>lekin Quran ne bataya ke nahi, in ma'al yusra, in ma'al yusra, yaani problem ke saath opportunity hua</w:t>
      </w:r>
    </w:p>
    <w:p>
      <w:pPr>
        <w:jc w:val="right"/>
      </w:pPr>
      <w:r>
        <w:t>لیکن قرآن نے بتایا کہ نہیں، ان مال یسرا، ان مال یسرا، یعنی پرابلم کے ساتھ اپرچونیٹی ہوا</w:t>
      </w:r>
    </w:p>
    <w:p>
      <w:r>
        <w:rPr>
          <w:b/>
        </w:rPr>
        <w:t xml:space="preserve">[55:19] </w:t>
      </w:r>
      <w:r>
        <w:t>karti hai.</w:t>
      </w:r>
    </w:p>
    <w:p>
      <w:pPr>
        <w:jc w:val="right"/>
      </w:pPr>
      <w:r>
        <w:t>کرتی ہے۔</w:t>
      </w:r>
    </w:p>
    <w:p>
      <w:r>
        <w:rPr>
          <w:b/>
        </w:rPr>
        <w:t xml:space="preserve">[55:20] </w:t>
      </w:r>
      <w:r>
        <w:t>so you have to discover that opportunity, yani where there is problem, there are opportunities.</w:t>
      </w:r>
    </w:p>
    <w:p>
      <w:pPr>
        <w:jc w:val="right"/>
      </w:pPr>
      <w:r>
        <w:t>سو یو ہیو ٹو ڈسکور دیٹ اپرچونیٹی، یعنی ویر دیر از پرابلم، دیر ار اپرچونیٹیز۔</w:t>
      </w:r>
    </w:p>
    <w:p>
      <w:r>
        <w:rPr>
          <w:b/>
        </w:rPr>
        <w:t xml:space="preserve">[55:27] </w:t>
      </w:r>
      <w:r>
        <w:t>to ignore the problem and discover that opportunity and avail it.</w:t>
      </w:r>
    </w:p>
    <w:p>
      <w:pPr>
        <w:jc w:val="right"/>
      </w:pPr>
      <w:r>
        <w:t>تو اگنور دا پرابلم اینڈ ڈسکور دیٹ اپرچونیٹی اینڈ اویل اٹ۔</w:t>
      </w:r>
    </w:p>
    <w:p>
      <w:r>
        <w:rPr>
          <w:b/>
        </w:rPr>
        <w:t xml:space="preserve">[55:31] </w:t>
      </w:r>
      <w:r>
        <w:t>yeh philosophy kisi ko maloom hi nahin, kisi ko poori history guzar gayi, kisi ko yeh philosophy nahin</w:t>
      </w:r>
    </w:p>
    <w:p>
      <w:pPr>
        <w:jc w:val="right"/>
      </w:pPr>
      <w:r>
        <w:t>یہ فلاسفی کسی کو معلوم ہی نہیں، کسی کو پوری ہسٹری گزر گئی، کسی کو یہ فلاسفی نہیں</w:t>
      </w:r>
    </w:p>
    <w:p>
      <w:r>
        <w:rPr>
          <w:b/>
        </w:rPr>
        <w:t xml:space="preserve">[55:39] </w:t>
      </w:r>
      <w:r>
        <w:t>maloom, sab problem se lar rahe hain.</w:t>
      </w:r>
    </w:p>
    <w:p>
      <w:pPr>
        <w:jc w:val="right"/>
      </w:pPr>
      <w:r>
        <w:t>معلوم، سب پرابلم سے لڑ رہے ہیں۔</w:t>
      </w:r>
    </w:p>
    <w:p>
      <w:r>
        <w:rPr>
          <w:b/>
        </w:rPr>
        <w:t xml:space="preserve">[55:42] </w:t>
      </w:r>
      <w:r>
        <w:t>isi liye kisi ne likha hai ke every victory was pyrrhic victory, every victory was pyrrhic victory, pyrrhic</w:t>
      </w:r>
    </w:p>
    <w:p>
      <w:pPr>
        <w:jc w:val="right"/>
      </w:pPr>
      <w:r>
        <w:t>اسی لیے کسی نے لکھا ہے کہ ایوری وکٹری واز پرک وکٹری، ایوری وکٹری واز پرک وکٹری، پرک</w:t>
      </w:r>
    </w:p>
    <w:p>
      <w:r>
        <w:rPr>
          <w:b/>
        </w:rPr>
        <w:t xml:space="preserve">[55:50] </w:t>
      </w:r>
      <w:r>
        <w:t>victory kehte hain.</w:t>
      </w:r>
    </w:p>
    <w:p>
      <w:pPr>
        <w:jc w:val="right"/>
      </w:pPr>
      <w:r>
        <w:t>وکٹری کہتے ہیں۔</w:t>
      </w:r>
    </w:p>
    <w:p>
      <w:r>
        <w:rPr>
          <w:b/>
        </w:rPr>
        <w:t xml:space="preserve">[55:51] </w:t>
      </w:r>
      <w:r>
        <w:t>ab Yunan mein, Greece mein do king ke beech mein larai hui, Sparta aur Athens ke.</w:t>
      </w:r>
    </w:p>
    <w:p>
      <w:pPr>
        <w:jc w:val="right"/>
      </w:pPr>
      <w:r>
        <w:t>اب یونان میں، گریس میں دو کنگ کے بیچ میں لڑائی ہوئی، اسپارٹا اور ایتھنز کے۔</w:t>
      </w:r>
    </w:p>
    <w:p>
      <w:r>
        <w:rPr>
          <w:b/>
        </w:rPr>
        <w:t xml:space="preserve">[55:58] </w:t>
      </w:r>
      <w:r>
        <w:t>to ek is mein jeeta aur doosra hara, lekin jeet mein kya hua tha? is ka sara ex,</w:t>
      </w:r>
    </w:p>
    <w:p>
      <w:pPr>
        <w:jc w:val="right"/>
      </w:pPr>
      <w:r>
        <w:t>تو ایک اس میں جیتا اور دوسرا ہارا، لیکن جیت میں کیا ہوا تھا؟ اس کا سارا ایکس،</w:t>
      </w:r>
    </w:p>
    <w:p>
      <w:r>
        <w:rPr>
          <w:b/>
        </w:rPr>
        <w:t xml:space="preserve">[56:06] </w:t>
      </w:r>
      <w:r>
        <w:t>is ka ex chakkar khali ho gaya, sara khazana khali ho gaya aur sab army ke log mar</w:t>
      </w:r>
    </w:p>
    <w:p>
      <w:pPr>
        <w:jc w:val="right"/>
      </w:pPr>
      <w:r>
        <w:t>اس کا ایکس چکر خالی ہو گیا، سارا خزانہ خالی ہو گیا اور سب آرمی کے لوگ مر</w:t>
      </w:r>
    </w:p>
    <w:p>
      <w:r>
        <w:rPr>
          <w:b/>
        </w:rPr>
        <w:t xml:space="preserve">[56:14] </w:t>
      </w:r>
      <w:r>
        <w:t>gaye, poora poora mulk ruin ho gaya.</w:t>
      </w:r>
    </w:p>
    <w:p>
      <w:pPr>
        <w:jc w:val="right"/>
      </w:pPr>
      <w:r>
        <w:t>گئے، پورا پورا ملک روئن ہو گیا۔</w:t>
      </w:r>
    </w:p>
    <w:p>
      <w:r>
        <w:rPr>
          <w:b/>
        </w:rPr>
        <w:t xml:space="preserve">[56:17] </w:t>
      </w:r>
      <w:r>
        <w:t>to agarche woh jeet hai, lekin woh jeet jo thi, woh ek qism ki haar thi, us ko</w:t>
      </w:r>
    </w:p>
    <w:p>
      <w:pPr>
        <w:jc w:val="right"/>
      </w:pPr>
      <w:r>
        <w:t>تو اگرچہ وہ جیت ہے، لیکن وہ جیت جو تھی، وہ ایک قسم کی ہار تھی، اس کو</w:t>
      </w:r>
    </w:p>
    <w:p>
      <w:r>
        <w:rPr>
          <w:b/>
        </w:rPr>
        <w:t xml:space="preserve">[56:24] </w:t>
      </w:r>
      <w:r>
        <w:t>kehte hain pyrrhic victory.</w:t>
      </w:r>
    </w:p>
    <w:p>
      <w:pPr>
        <w:jc w:val="right"/>
      </w:pPr>
      <w:r>
        <w:t>کہتے ہیں پرک وکٹری۔</w:t>
      </w:r>
    </w:p>
    <w:p>
      <w:r>
        <w:rPr>
          <w:b/>
        </w:rPr>
        <w:t xml:space="preserve">[56:26] </w:t>
      </w:r>
      <w:r>
        <w:t>to jitni bhi aap dekhen, jo jo bhi ladaaiyan dunya mein hain, kisi ladaai mein kisi ko jeet</w:t>
      </w:r>
    </w:p>
    <w:p>
      <w:pPr>
        <w:jc w:val="right"/>
      </w:pPr>
      <w:r>
        <w:t>تو جتنی بھی آپ دیکھیں، جو جو بھی لڑائیاں دنیا میں ہیں، کسی لڑائی میں کسی کو جیت</w:t>
      </w:r>
    </w:p>
    <w:p>
      <w:r>
        <w:rPr>
          <w:b/>
        </w:rPr>
        <w:t xml:space="preserve">[56:34] </w:t>
      </w:r>
      <w:r>
        <w:t>ہوئی ہے، کیونکہ پرابلم سے لڑے، وہ جتنے لڑنے والے ہیں، وہ سب پرابلم کو identify کرتے ہیں</w:t>
      </w:r>
    </w:p>
    <w:p>
      <w:pPr>
        <w:jc w:val="right"/>
      </w:pPr>
      <w:r>
        <w:t>ہوئی ہے، کیونکہ پرابلم سے لڑے، وہ جتنے لڑنے والے ہیں، وہ سب پرابلم کو آئیڈینٹیفائی کرتے ہیں</w:t>
      </w:r>
    </w:p>
    <w:p>
      <w:r>
        <w:rPr>
          <w:b/>
        </w:rPr>
        <w:t xml:space="preserve">[56:41] </w:t>
      </w:r>
      <w:r>
        <w:t>ke yeh hai problem, is se lar jaate hain.</w:t>
      </w:r>
    </w:p>
    <w:p>
      <w:pPr>
        <w:jc w:val="right"/>
      </w:pPr>
      <w:r>
        <w:t>کہ یہ ہے پرابلم، اس سے لڑ جاتے ہیں۔</w:t>
      </w:r>
    </w:p>
    <w:p>
      <w:r>
        <w:rPr>
          <w:b/>
        </w:rPr>
        <w:t xml:space="preserve">[56:45] </w:t>
      </w:r>
      <w:r>
        <w:t>وہ مجھے بتائیے کہ کون ہے جو problem سے لڑ کر کچھ پایا ہو، جس نے کچھ؟ تو</w:t>
      </w:r>
    </w:p>
    <w:p>
      <w:pPr>
        <w:jc w:val="right"/>
      </w:pPr>
      <w:r>
        <w:t>وہ مجھے بتائیے کہ کون ہے جو پرابلم سے لڑ کر کچھ پایا ہو، جس نے کچھ؟ تو</w:t>
      </w:r>
    </w:p>
    <w:p>
      <w:r>
        <w:rPr>
          <w:b/>
        </w:rPr>
        <w:t xml:space="preserve">[56:53] </w:t>
      </w:r>
      <w:r>
        <w:t>Quran mein bataya gaya ke in mal yusra ke problems se mat lado, problem is part of nature,</w:t>
      </w:r>
    </w:p>
    <w:p>
      <w:pPr>
        <w:jc w:val="right"/>
      </w:pPr>
      <w:r>
        <w:t>قرآن میں بتایا گیا کہ ان مال یسرا کہ پرابلم سے مت لڑو، پرابلم از پارٹ آف نیچر،</w:t>
      </w:r>
    </w:p>
    <w:p>
      <w:r>
        <w:rPr>
          <w:b/>
        </w:rPr>
        <w:t xml:space="preserve">[57:01] </w:t>
      </w:r>
      <w:r>
        <w:t>problem jo hai, woh part of nature hai, woh toh rahega, but at the same time there</w:t>
      </w:r>
    </w:p>
    <w:p>
      <w:pPr>
        <w:jc w:val="right"/>
      </w:pPr>
      <w:r>
        <w:t>پرابلم جو ہے، وہ پارٹ آف نیچر ہے، وہ تو رہے گا، بٹ ایٹ دا سیم ٹائم دیر</w:t>
      </w:r>
    </w:p>
    <w:p>
      <w:r>
        <w:rPr>
          <w:b/>
        </w:rPr>
        <w:t xml:space="preserve">[57:08] </w:t>
      </w:r>
      <w:r>
        <w:t>are opportunities.</w:t>
      </w:r>
    </w:p>
    <w:p>
      <w:pPr>
        <w:jc w:val="right"/>
      </w:pPr>
      <w:r>
        <w:t>ار اپرچونیٹیز۔</w:t>
      </w:r>
    </w:p>
    <w:p>
      <w:r>
        <w:rPr>
          <w:b/>
        </w:rPr>
        <w:t xml:space="preserve">[57:10] </w:t>
      </w:r>
      <w:r>
        <w:t>You have to, you have to ignore the problem and you have to discover those opportunities and avail</w:t>
      </w:r>
    </w:p>
    <w:p>
      <w:pPr>
        <w:jc w:val="right"/>
      </w:pPr>
      <w:r>
        <w:t>یو ہیو ٹو، یو ہیو ٹو اگنور دا پرابلم اینڈ یو ہیو ٹو ڈسکور دو اپرچونیٹیز اینڈ اویل</w:t>
      </w:r>
    </w:p>
    <w:p>
      <w:r>
        <w:rPr>
          <w:b/>
        </w:rPr>
        <w:t xml:space="preserve">[57:18] </w:t>
      </w:r>
      <w:r>
        <w:t>these opportunities.</w:t>
      </w:r>
    </w:p>
    <w:p>
      <w:pPr>
        <w:jc w:val="right"/>
      </w:pPr>
      <w:r>
        <w:t>دیز اپرچونیٹیز۔</w:t>
      </w:r>
    </w:p>
    <w:p>
      <w:r>
        <w:rPr>
          <w:b/>
        </w:rPr>
        <w:t xml:space="preserve">[57:19] </w:t>
      </w:r>
      <w:r>
        <w:t>yeh kisi ko maloom hi nahin tha, kisi ko Musalmanon ko bhi nahin maloom aaj tak ke Rasool</w:t>
      </w:r>
    </w:p>
    <w:p>
      <w:pPr>
        <w:jc w:val="right"/>
      </w:pPr>
      <w:r>
        <w:t>یہ کسی کو معلوم ہی نہیں تھا، کسی کو مسلمانوں کو بھی نہیں معلوم آج تک کہ رسول</w:t>
      </w:r>
    </w:p>
    <w:p>
      <w:r>
        <w:rPr>
          <w:b/>
        </w:rPr>
        <w:t xml:space="preserve">[57:27] </w:t>
      </w:r>
      <w:r>
        <w:t>Allah ne is ko istemal kiya Arab mein aur itni bari kamyabi hasil ki Rasool Allah ne ke</w:t>
      </w:r>
    </w:p>
    <w:p>
      <w:pPr>
        <w:jc w:val="right"/>
      </w:pPr>
      <w:r>
        <w:t>اللہ نے اس کو استعمال کیا عرب میں اور اتنی بڑی کامیابی حاصل کی رسول اللہ نے کہ</w:t>
      </w:r>
    </w:p>
    <w:p>
      <w:r>
        <w:rPr>
          <w:b/>
        </w:rPr>
        <w:t xml:space="preserve">[57:35] </w:t>
      </w:r>
      <w:r>
        <w:t>yeh mana jata hai ke is se bari kamyabi kisi ko history mein nahin mili.</w:t>
      </w:r>
    </w:p>
    <w:p>
      <w:pPr>
        <w:jc w:val="right"/>
      </w:pPr>
      <w:r>
        <w:t>یہ مانا جاتا ہے کہ اس سے بڑی کامیابی کسی کو ہسٹری میں نہیں ملی۔</w:t>
      </w:r>
    </w:p>
    <w:p>
      <w:r>
        <w:rPr>
          <w:b/>
        </w:rPr>
        <w:t xml:space="preserve">[57:41] </w:t>
      </w:r>
      <w:r>
        <w:t>آپ ڈاکٹر مائیکل ہارٹ کی کتاب پڑھیے، The Hundred، مائیکل ہارٹ دنیا کے تمام لوگوں میں</w:t>
      </w:r>
    </w:p>
    <w:p>
      <w:pPr>
        <w:jc w:val="right"/>
      </w:pPr>
      <w:r>
        <w:t>آپ ڈاکٹر مائیکل ہارٹ کی کتاب پڑھیے، دا دا دا ہنڈرڈ، مائیکل ہارٹ دنیا کے تمام لوگوں میں</w:t>
      </w:r>
    </w:p>
    <w:p>
      <w:r>
        <w:rPr>
          <w:b/>
        </w:rPr>
        <w:t xml:space="preserve">[57:49] </w:t>
      </w:r>
      <w:r>
        <w:t>جو پیدا ہوئے، اب تک ان سب میں سو بڑے چڑھے، اس نے achievers پھر اس میں نمبر</w:t>
      </w:r>
    </w:p>
    <w:p>
      <w:pPr>
        <w:jc w:val="right"/>
      </w:pPr>
      <w:r>
        <w:t>جو پیدا ہوئے، اب تک ان سب میں سو بڑے چڑھے، اس نے اچیورز پھر اس میں نمبر</w:t>
      </w:r>
    </w:p>
    <w:p>
      <w:r>
        <w:rPr>
          <w:b/>
        </w:rPr>
        <w:t xml:space="preserve">[57:56] </w:t>
      </w:r>
      <w:r>
        <w:t>ek par rakha Muhammad Sallallahu Alaihi Wasallam ko.</w:t>
      </w:r>
    </w:p>
    <w:p>
      <w:pPr>
        <w:jc w:val="right"/>
      </w:pPr>
      <w:r>
        <w:t>ایک پر رکھا محمد صلی اللہ علیہ وسلم کو۔</w:t>
      </w:r>
    </w:p>
    <w:p>
      <w:r>
        <w:rPr>
          <w:b/>
        </w:rPr>
        <w:t xml:space="preserve">[58:00] </w:t>
      </w:r>
      <w:r>
        <w:t>لیکن محمد صلی اللہ علیہ وسلم کو کیسے ایک insight ملی، وہ نہیں بتا سکا۔</w:t>
      </w:r>
    </w:p>
    <w:p>
      <w:pPr>
        <w:jc w:val="right"/>
      </w:pPr>
      <w:r>
        <w:t>لیکن محمد صلی اللہ علیہ وسلم کو کیسے ایک اوائٹ ملی، وہ نہیں بتا سکا۔</w:t>
      </w:r>
    </w:p>
    <w:p>
      <w:r>
        <w:rPr>
          <w:b/>
        </w:rPr>
        <w:t xml:space="preserve">[58:07] </w:t>
      </w:r>
      <w:r>
        <w:t>اس میں وہ اسی فارمولے کو کہ problem سے نہ لڑو، opportunities کو avail کرو، یہ میں نے</w:t>
      </w:r>
    </w:p>
    <w:p>
      <w:pPr>
        <w:jc w:val="right"/>
      </w:pPr>
      <w:r>
        <w:t>اس میں وہ اسی فارمولے کو کہ پرابلم سے نہ لڑو، اپرچونیٹیز کو اویل کرو، یہ میں نے</w:t>
      </w:r>
    </w:p>
    <w:p>
      <w:r>
        <w:rPr>
          <w:b/>
        </w:rPr>
        <w:t xml:space="preserve">[58:14] </w:t>
      </w:r>
      <w:r>
        <w:t>likha hai apni kitab mein.</w:t>
      </w:r>
    </w:p>
    <w:p>
      <w:pPr>
        <w:jc w:val="right"/>
      </w:pPr>
      <w:r>
        <w:t>لکھا ہے اپنی کتاب میں۔</w:t>
      </w:r>
    </w:p>
    <w:p>
      <w:r>
        <w:rPr>
          <w:b/>
        </w:rPr>
        <w:t xml:space="preserve">[58:17] </w:t>
      </w:r>
      <w:r>
        <w:t>bataiye ke yeh yeh baat hai Quran mein, lekin kisi ko pata nahin jis ne kitab likhi hai,</w:t>
      </w:r>
    </w:p>
    <w:p>
      <w:pPr>
        <w:jc w:val="right"/>
      </w:pPr>
      <w:r>
        <w:t>بتائیے کہ یہ یہ بات ہے قرآن میں، لیکن کسی کو پتہ نہیں جس نے کتاب لکھی ہے،</w:t>
      </w:r>
    </w:p>
    <w:p>
      <w:r>
        <w:rPr>
          <w:b/>
        </w:rPr>
        <w:t xml:space="preserve">[58:24] </w:t>
      </w:r>
      <w:r>
        <w:t>the hundred, Muhammad ko top par rakha, woh bhi top par to rakh diya us ne, lekin Muhammad</w:t>
      </w:r>
    </w:p>
    <w:p>
      <w:pPr>
        <w:jc w:val="right"/>
      </w:pPr>
      <w:r>
        <w:t>دا ہنڈرڈ، محمد کو ٹاپ پر رکھا، وہ بھی ٹاپ پر تو رکھ دیا اس نے، لیکن محمد</w:t>
      </w:r>
    </w:p>
    <w:p>
      <w:r>
        <w:rPr>
          <w:b/>
        </w:rPr>
        <w:t xml:space="preserve">[58:32] </w:t>
      </w:r>
      <w:r>
        <w:t>ka formula kya tha, is ko is ko bhi pata nahin.</w:t>
      </w:r>
    </w:p>
    <w:p>
      <w:pPr>
        <w:jc w:val="right"/>
      </w:pPr>
      <w:r>
        <w:t>کا فارمولا کیا تھا، اس کو اس کو بھی پتہ نہیں۔</w:t>
      </w:r>
    </w:p>
    <w:p>
      <w:r>
        <w:rPr>
          <w:b/>
        </w:rPr>
        <w:t xml:space="preserve">[58:37] </w:t>
      </w:r>
      <w:r>
        <w:t>اس کو وہ فارمولا یہی تھا کہ problem کو ignore کرو اور اور opportunities کو avail کرو۔</w:t>
      </w:r>
    </w:p>
    <w:p>
      <w:pPr>
        <w:jc w:val="right"/>
      </w:pPr>
      <w:r>
        <w:t>اس کو وہ فارمولا یہی تھا کہ پرابلم کو اگنور کرو اور اور اپرچونیٹیز کو اویل کرو۔</w:t>
      </w:r>
    </w:p>
    <w:p>
      <w:r>
        <w:rPr>
          <w:b/>
        </w:rPr>
        <w:t xml:space="preserve">[58:44] </w:t>
      </w:r>
      <w:r>
        <w:t>تو خلاصہ یہ ہے کہ سارے انسان intellectually, intellectually وہ starve کر رہے ہیں، کیوں؟ Book of reference</w:t>
      </w:r>
    </w:p>
    <w:p>
      <w:pPr>
        <w:jc w:val="right"/>
      </w:pPr>
      <w:r>
        <w:t>تو خلاصہ یہ ہے کہ سارے انسان انٹلیکچولی، انٹلیکچولی وہ سٹارو کر رہے ہیں، کیوں؟ بک آف ریفرنس</w:t>
      </w:r>
    </w:p>
    <w:p>
      <w:r>
        <w:rPr>
          <w:b/>
        </w:rPr>
        <w:t xml:space="preserve">[58:52] </w:t>
      </w:r>
      <w:r>
        <w:t>un ke paas nahin hai.</w:t>
      </w:r>
    </w:p>
    <w:p>
      <w:pPr>
        <w:jc w:val="right"/>
      </w:pPr>
      <w:r>
        <w:t>ان کے پاس نہیں ہے۔</w:t>
      </w:r>
    </w:p>
    <w:p>
      <w:r>
        <w:rPr>
          <w:b/>
        </w:rPr>
        <w:t xml:space="preserve">[58:54] </w:t>
      </w:r>
      <w:r>
        <w:t>aap yeh food logon ko dijiye, insan ke liye sab se bari madad yahi hai ke us ko</w:t>
      </w:r>
    </w:p>
    <w:p>
      <w:pPr>
        <w:jc w:val="right"/>
      </w:pPr>
      <w:r>
        <w:t>آپ یہ فوڈ لوگوں کو دیجئے، انسان کے لیے سب سے بڑی مدد یہی ہے کہ اس کو</w:t>
      </w:r>
    </w:p>
    <w:p>
      <w:r>
        <w:rPr>
          <w:b/>
        </w:rPr>
        <w:t xml:space="preserve">[59:02] </w:t>
      </w:r>
      <w:r>
        <w:t>yeh food faraham kiya jae.</w:t>
      </w:r>
    </w:p>
    <w:p>
      <w:pPr>
        <w:jc w:val="right"/>
      </w:pPr>
      <w:r>
        <w:t>یہ فوڈ فراہم کیا جائے۔</w:t>
      </w:r>
    </w:p>
    <w:p>
      <w:r>
        <w:rPr>
          <w:b/>
        </w:rPr>
        <w:t xml:space="preserve">[59:04] </w:t>
      </w:r>
      <w:r>
        <w:t>aqool qaul haza, wa astaghfirullaha liwalakum ajmaeen.</w:t>
      </w:r>
    </w:p>
    <w:p>
      <w:pPr>
        <w:jc w:val="right"/>
      </w:pPr>
      <w:r>
        <w:t>اقول قول ھذا، واستغفراللہ لیولکم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