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Jesus A Shared Figure in Islam and Christianity September 1, 2024</w:t>
      </w:r>
    </w:p>
    <w:p>
      <w:r>
        <w:t>https://youtu.be/UH7pvUeeOc4</w:t>
      </w:r>
    </w:p>
    <w:p>
      <w:r>
        <w:rPr>
          <w:b/>
        </w:rPr>
        <w:t xml:space="preserve">[00:10] </w:t>
      </w:r>
      <w:r>
        <w:t>assalam walekum. today we will have conversation with professor Farida Khanam on the subject "Jesus: A Shared Figure in Islam and Christianity". Jesus, or Isa in Arabic, is considered as one of the greatest prophet in Islam, send by God Almighty to guide the children of Israel. The Quran gives a detailed account of Jesus, his life, his mission, and significant through Islamic perspec</w:t>
      </w:r>
    </w:p>
    <w:p>
      <w:pPr>
        <w:jc w:val="right"/>
      </w:pPr>
      <w:r>
        <w:t>अस्सलामवालेकुम। टुडेवीविलहैवकॉन्वर्स ेशनविदप्रोफेसर फरीदाखानम ऑनद सब्जेक्ट "जीसस: अशेयर्डफिगर इन इस्लाम एंडक्रिश्चियनिटी"। जीसस,और ईसा इनअरेबिक, इजकंसीडर्डएजवनऑफदग्रेटेस्ट प्रॉफिटइनइस्लाम , सेंडबायगॉडऑलमाइटीटूगाइडद चिल्ड्रनऑफ इजराइल। दकुरानगिव्सअडिटेल्डअकाउंटऑफ जीसस ,हिज लाइफ,हिजमिशन,एंडसिग्निफिकेंटथ्रूइस्लामिक पर्सपे</w:t>
      </w:r>
    </w:p>
    <w:p>
      <w:r>
        <w:rPr>
          <w:b/>
        </w:rPr>
        <w:t xml:space="preserve">[00:39] </w:t>
      </w:r>
      <w:r>
        <w:t>tive. to chaliye aaj isi subject par charcha karte hain Farida apa ke saath. assalam walekum apa, kaise hain aap? assalam sir, theek hai. aap theek hain? ji apa, alhamdulillah. apa, sabse pehla sawal to mera yahi hai ke Jesus, yaani Isa alaihissalam, ki zindagi ke bare mein aap humein sab humein thoda sa bataein. wahan se shuru kijiye apa. ji,</w:t>
      </w:r>
    </w:p>
    <w:p>
      <w:pPr>
        <w:jc w:val="right"/>
      </w:pPr>
      <w:r>
        <w:t>क्टिव। तोचलिएआजइसीसब्जेक्टपरचर्चाकरते हैं फरीदाआपाकेसाथ । अस्सलामवालेकुमआपा,कैसेहैंआप? अस्सलाम सर, ठीकहै।आपठीकहैं?जीआपा,अल्हम्दुलिल्लाह। आपा, सबसे पहलासवालतोमेरा यहीहैकि जीसस,यानीईसाअलैहिसलाम,की जिंदगीकेबारेमें आप हमें सबहमेंथोड़ासाबताएं।वहांसेशुरू कीजिएआपा । जी,</w:t>
      </w:r>
    </w:p>
    <w:p>
      <w:r>
        <w:rPr>
          <w:b/>
        </w:rPr>
        <w:t xml:space="preserve">[01:03] </w:t>
      </w:r>
      <w:r>
        <w:t>last Sunday bahut kuch baat ho chuki hai.</w:t>
      </w:r>
    </w:p>
    <w:p>
      <w:pPr>
        <w:jc w:val="right"/>
      </w:pPr>
      <w:r>
        <w:t>लास्ट संडेबहुतकुछ बातहोचुकीहै।</w:t>
      </w:r>
    </w:p>
    <w:p>
      <w:r>
        <w:rPr>
          <w:b/>
        </w:rPr>
        <w:t xml:space="preserve">[01:06] </w:t>
      </w:r>
      <w:r>
        <w:t>ab hum isiliye yeh baat aap birth ki aapke bahut mukhtasar se lenge. to Hazrat Isa alaihissalam is the only prophet who was born without a father. to yeh bahut badi baat hai ke Allah taala ne Hazrat Maryam ko is kaam ke liye chuna. Maulana ne ek kaha tha ke asal mein log itne kharab ho gaye the,</w:t>
      </w:r>
    </w:p>
    <w:p>
      <w:pPr>
        <w:jc w:val="right"/>
      </w:pPr>
      <w:r>
        <w:t>अबहम इसलिए यहबात आप बर्थकीआपकेबहुत मुख्तसर सेलेंगे। तो हजरतईसाअलैहिसलाम इजदओनली प्रॉफिट हु वाजबोर्नविदाउटअफादर। तो यह बहुत बड़ीबातहै किअल्लाहतालाने हजरतमरियम कोइसकामकेलिए चुना । मौलानानेएकबारकहा था कि असलमें लोगइतने खराबहोगएथे,</w:t>
      </w:r>
    </w:p>
    <w:p>
      <w:r>
        <w:rPr>
          <w:b/>
        </w:rPr>
        <w:t xml:space="preserve">[01:30] </w:t>
      </w:r>
      <w:r>
        <w:t>hypocrisy itni zyada ho gayi thi wahan par.</w:t>
      </w:r>
    </w:p>
    <w:p>
      <w:pPr>
        <w:jc w:val="right"/>
      </w:pPr>
      <w:r>
        <w:t>हि प्पोक्रसी इतनीज्यादाहोगईथी वहांपर ।</w:t>
      </w:r>
    </w:p>
    <w:p>
      <w:r>
        <w:rPr>
          <w:b/>
        </w:rPr>
        <w:t xml:space="preserve">[01:34] </w:t>
      </w:r>
      <w:r>
        <w:t>to Allah taala ne isiliye direct paida kiya aakhri paighambar ko. Bani Israel ke woh aakhri paighambar the, to isiliye woh koi aisa nahin tha jo unka baap ban sake. to is tareeqe se poori detail ke saath aaya hai Quran mein bhi, Surah Maryam aur Surah Aal-e-Imran mein.</w:t>
      </w:r>
    </w:p>
    <w:p>
      <w:pPr>
        <w:jc w:val="right"/>
      </w:pPr>
      <w:r>
        <w:t>तो अल्लाहताला ने इसलिए डायरेक्ट पैदाकिया आखिरीपैगंबर को।बनूइसराइलकेवहआखिरीपैगंबरथे, तो इसलिए वह कोई ऐसा नहीं था जो उनका बापबनसके। तो इसतरीकेसे पूरी डिटेलकेसाथ आयाहै कुरानमेंभी , सूर मरियमऔरसूर आलइमरानमें।</w:t>
      </w:r>
    </w:p>
    <w:p>
      <w:r>
        <w:rPr>
          <w:b/>
        </w:rPr>
        <w:t xml:space="preserve">[01:57] </w:t>
      </w:r>
      <w:r>
        <w:t>to jab Hazrat Maryam ke paas Hazrat Jibril aaye aur unhone khushkhabri di, to unko bahut pareshan hui. lekin baharhaal, Khuda ka hukum tha, to usko accept karna tha. to us waqt woh haikal mein thi. haikal mein woh ibaadat karti rehti thi aur unka saara waqt ibaadat mein hi guzarta tha. isi liye unki bahut bada darja hai Islam mein bhi aur Christianity mein bhi.</w:t>
      </w:r>
    </w:p>
    <w:p>
      <w:pPr>
        <w:jc w:val="right"/>
      </w:pPr>
      <w:r>
        <w:t>तो जब हजरतमरियमकेपास हजरतजिब्राइलआएऔरउन्होंने खुशखबरीदी , तो उनकोबहुत परेशानहुई ।लेकिन बहरहाल,खुदाकाहुक्मथा, तो उसको एक्सेप्टकरना था। तोउसवक्तवहहैकलमेंथी। हैकलमेंवहइबादतकरती रहतीथी और उनकासारावक्तइबादतमेंहीगुजरताथा। इसीलिए उनकी बहुत बड़ा दर्जा है इस्लाममें भीऔरक्रिश्चियनिटीमेंभी ।</w:t>
      </w:r>
    </w:p>
    <w:p>
      <w:r>
        <w:rPr>
          <w:b/>
        </w:rPr>
        <w:t xml:space="preserve">[02:25] </w:t>
      </w:r>
      <w:r>
        <w:t>to jab birth ka waqt aaya, to Allah ke hukum se woh ek door zara chali gayi, ek ped ke neeche. aur jab bachche ki paidaish ho gayi, to woh bachche ko lekar aayi. to saare log bolne lage ke bhai, yeh to bahut achhe khandan ki thi. aisi khandan mein to aisi galat baat kabhi hui nahin. to unhone bachche ki taraf ishara kiya. to logon ne kaha, bachcha kya bolega? lekin</w:t>
      </w:r>
    </w:p>
    <w:p>
      <w:pPr>
        <w:jc w:val="right"/>
      </w:pPr>
      <w:r>
        <w:t>तोजब बर्थकावक्त आया,तोअल्लाहकेहुक्मसेवह एक दूर जरा चलीगई ,एकपेड़केनीचे । औरजब बच्चेकीपैदाइशहोगई,तो वह बच्चेकोलेकरआई । तो सारेलोग बोलनेलगे कि भाई,यहतोबहुतअच्छे खानदानकीथी। ऐसीखानदानमेंतो ऐसीगलतबातकभीहुईनहीं । तो उन्होंने बच्चे को कीतरफ इशाराकिया। तो लोगों नेकहा,बच्चाक्याबोलेगा?लेकिन</w:t>
      </w:r>
    </w:p>
    <w:p>
      <w:r>
        <w:rPr>
          <w:b/>
        </w:rPr>
        <w:t xml:space="preserve">[02:52] </w:t>
      </w:r>
      <w:r>
        <w:t>Allah ke hukum se Hazrat Isa alaihissalam jab god mein the, tabhi bole ke main Allah ka banda hoon. usne mujhe kitab di aur mujhko nabi banaya, jaisa ke Surah Maryam mein aaya hai. to phir uske baad unhone kaha, mujh par salamati hai jis din main paida hua aur jis din main marunga aur jis din main zinda karke uthaya jaunga.</w:t>
      </w:r>
    </w:p>
    <w:p>
      <w:pPr>
        <w:jc w:val="right"/>
      </w:pPr>
      <w:r>
        <w:t>अल्लाहकेहुक्मसे हजरत ईसाअलैहिसलाम जब गोदमेंथे,तभी बोले किमैंअल्लाह काबंदाहूं। उसनेमुझे किताब दी और मुझकोनबीबनाया , जैसा कि सूरमरियममें आयाहै। तो फिर उसकेबाद उन्होंने कहा,मुझपर सलामतीहै जिसदिन मैं पैदाहुआ और जिसदिनमैंमरूंगाऔर जिसदिनमैंजिंदाकरकेउठायाजाऊंगा।</w:t>
      </w:r>
    </w:p>
    <w:p>
      <w:r>
        <w:rPr>
          <w:b/>
        </w:rPr>
        <w:t xml:space="preserve">[03:19] </w:t>
      </w:r>
      <w:r>
        <w:t>phir uske baad Hazrat Maryam unko lekar Nazreth chali gayi aur wahan unhone shadi ki. aur ek unke husband ka naam Joseph tha. lekin yeh poora daur jo hai 30 saal ka, yeh gumnaami ka daur hai. iske bare mein kuch zyada historical record mein milta nahin.</w:t>
      </w:r>
    </w:p>
    <w:p>
      <w:pPr>
        <w:jc w:val="right"/>
      </w:pPr>
      <w:r>
        <w:t>फिरउसकेबाद हजरतमरियमउनकोलेकर नजरतचलीगई और वहांउन्होंने शादीकी। और एक उनके हस्बैंडकानाम जोसेफथा। लेकिन यह पूरा दौर जोहै 30सालका ,यह गुमनामीकादौरहै। इसकेबारेमें कुछज्यादा हिस्टोरिकलरिकॉर्डमेंमिलतानहीं ।</w:t>
      </w:r>
    </w:p>
    <w:p>
      <w:r>
        <w:rPr>
          <w:b/>
        </w:rPr>
        <w:t xml:space="preserve">[03:38] </w:t>
      </w:r>
      <w:r>
        <w:t>to jab woh 30 saal ke ho gaye, to us waqt ek Hazrat Yahya prophet the aur woh baptize karte the logon ko. kyunke yeh Yahudi rasam thi ke jab koi us mein dakhil hota tha unke mazhab mein, to usko baptize kiya jata tha, jaise taskiya hota hai. to us tareeqe se unka taskiya karte aur unko repentance ke liye kehte aur Khuda ki taraf zyada dhyan dene ke liye unko bataya jata. to</w:t>
      </w:r>
    </w:p>
    <w:p>
      <w:pPr>
        <w:jc w:val="right"/>
      </w:pPr>
      <w:r>
        <w:t>तोजबवह 30सालकेहो गए,तो उस वक्त एकहजरतयया प्रॉफिटथे और वह बपटाइजकरतेथेलोगों को । क्योंकियहयहूदी रस्मथी किजबकोई उसमें दाखिलहोता था उनके मजहबमें,तोउसको बपटाइजकियाजाता था, जैसे तस्कियाहोताहै। तो उसतरीकेसे उनकातस्किया करते और उनको रिपेंटेंसकेलिएकहतेऔर खुदाकीतरफ ज्यादाध्यानदेनेकेलिएउनकोबतायाजाता । तो</w:t>
      </w:r>
    </w:p>
    <w:p>
      <w:r>
        <w:rPr>
          <w:b/>
        </w:rPr>
        <w:t xml:space="preserve">[04:08] </w:t>
      </w:r>
      <w:r>
        <w:t>woh unhone bhi suna tha Hazrat Yahya ke bare mein. to woh kuch aur logon ko bhi lekar ke unke paas aaye baptism ke liye. to Hazrat Yahya ne jab unko dekha, to woh pehchan gaye ke yeh to bahut bade paighambar hain. to woh hesitation kar rahe the unko baptize karne ke liye. lekin unhone israr kiya. kyunke shuru mein aap dekhte hain ke Hazrat Isa ne jo Jewish traditional zindagi guzari,</w:t>
      </w:r>
    </w:p>
    <w:p>
      <w:pPr>
        <w:jc w:val="right"/>
      </w:pPr>
      <w:r>
        <w:t>वह उन्होंने भीसुनाथाहजरतय याकेबारेमें । तो वह कुछ और लोगों कोभीलेकरकेउनकेपास आए बपतिस्माकेलिए । तो हजरतय यानेजबउनकोदेखा,तोवहपहचान गएकियहतोबहुतबड़े पैगंबर हैं। तो वह हेसिटेशनकररहेथेउनको बपटाइजकरनेकेलिए।लेकिन उन्होंने इसरारकिया। क्योंकि शुरूमेंआपदेख तेहैंकिहजरतईसाने जो ज ूश ट्रेडिशनल जि ंदगीगुजारी,</w:t>
      </w:r>
    </w:p>
    <w:p>
      <w:r>
        <w:rPr>
          <w:b/>
        </w:rPr>
        <w:t xml:space="preserve">[04:38] </w:t>
      </w:r>
      <w:r>
        <w:t>to unhone poori koshish ki usko apnane ki. to yahi baptism bhi Jewish traditional tha. to unhone baptism liya aur uske baad jab woh bahar nikle, to zabardast spiritual experience unko hua. unhone matlab divine presence ko feel kiya. asal mein us waqt unko consciously unko paighambari ata hui</w:t>
      </w:r>
    </w:p>
    <w:p>
      <w:pPr>
        <w:jc w:val="right"/>
      </w:pPr>
      <w:r>
        <w:t>तो उन्होंने पूरीकोशिशकीउसको अपनानेकी। तो यही बपतिस्माभी जूशट्रेडिशनलथा। तो उन्होंने बपतिस्मालिया और उसके बाद जब वहबाहरनिकले , तो जबरदस्त स्पिरिचुअलएक्सपीरियंस उनकोहुआ ।उन्होंने मतलब डिवाइन प्रेजेंसको फीलकिया। असलमेंउसवक्तउनको कॉन्शियसलीउनको पैगंबरी अताहुई</w:t>
      </w:r>
    </w:p>
    <w:p>
      <w:r>
        <w:rPr>
          <w:b/>
        </w:rPr>
        <w:t xml:space="preserve">[05:02] </w:t>
      </w:r>
      <w:r>
        <w:t>. woh to ibtida se hi paighambari paida hi hue. lekin us waqt woh unconscious state mein tha aur ab conscious state mein ho gaya. to uske baad unko samajh mein aa gaya ke unka kya mission hai aur unko kis liye Khuda ne chuna hai. phir unhone Khuda ka paigham pahunchane ke liye safar karna shuru kar diye. ji, aap apne abhi jis tarah mention bhi kiya ke unka baptis</w:t>
      </w:r>
    </w:p>
    <w:p>
      <w:pPr>
        <w:jc w:val="right"/>
      </w:pPr>
      <w:r>
        <w:t>। वहतो इब्तिदासेही पैगंबरी पैदाहीहुए ।लेकिन उस वक्तवह अनकॉन्शियस स्टेटमेंथाऔर अब कॉन्शियसस्टेटमेंहोगया। तो उसकेबाद उनकोसमझमेंआगयाकिउनकाक्यामिशनहै और उनको किसलिए खुदानेचुनाहै। फिर उन्होंने खुदाका पैगामपहुंचानेकेलिए सफरकरना शुरू करदिए। जी , आप अपने अभी जिसतरह मेंशनभीकिया कि उनका बपतिस्</w:t>
      </w:r>
    </w:p>
    <w:p>
      <w:r>
        <w:rPr>
          <w:b/>
        </w:rPr>
        <w:t xml:space="preserve">[05:31] </w:t>
      </w:r>
      <w:r>
        <w:t>mahua christianity mein. agar hum dekhen scripture mein, yeh aata hai ki he was baptised by john the baptist. to yeh perspective thoda sa aap is par roshni dalen. ji. to john the baptist us waqt baptize karte the. asal mein to sab log unhi ke paas aate the. to baptize jab karte the, to sabse pehle tauba karwate the. phir uske baad paani, ek sacred paani, us mein kuch duaen waghera padhkar usko chhidka jaata tha. to</w:t>
      </w:r>
    </w:p>
    <w:p>
      <w:pPr>
        <w:jc w:val="right"/>
      </w:pPr>
      <w:r>
        <w:t>माहुआ क्रिश्चियनिटीमें।अगरहमदेखें स्क्रिप्चरमें, यहआताहैकिहीवाजबपटाइजबाय जॉनदबैप्टिस्ट। तो यह पर्सपेक्टिवथोड़ासाआपइसपर रोशनीडालें। जी। तो जॉनदबैप्टिस्टउसवक्तबपटाइजकरते थे। असलमें तो सबलोग उन्हींकेपास आतेथे। तो बपटाइजजबकरते थे,तोवसबसेपहले तौबाकरवातेथे। फिर उसकेबाद पानी , एकसेक्रेडपानी,उसमेंकुछ दुआएंवगैरहपढ़करउसको छिड़काजाता था।तो</w:t>
      </w:r>
    </w:p>
    <w:p>
      <w:r>
        <w:rPr>
          <w:b/>
        </w:rPr>
        <w:t xml:space="preserve">[05:59] </w:t>
      </w:r>
      <w:r>
        <w:t>woh baptism is tareeqe se kiya jaata tha. to sabse pehle gunahon ki maafi karwate the. jaise aap sufism mein bhi is tarah chalta hai. ji, sabse pehle gunahon ki maafi karate hain. phir uske baad unko aur mazeed apni jo bhi unki riwayat hai, uske mutabiq chalne ke liye batate hain.</w:t>
      </w:r>
    </w:p>
    <w:p>
      <w:pPr>
        <w:jc w:val="right"/>
      </w:pPr>
      <w:r>
        <w:t>वह बपतिस्माइसतरीकेसेकिया जाता था। तो सबसे पहले गुनाहोंकीमाफी कर करवातेथे। जैसे आप सूफिज्ममेंभीइसतरहचलताहै। जी,सबसे पहले गुनाहोंकीमाफीकरातेहैं। फिर उसकेबाद उनकोऔर मजीद अपनी जो भीउनकी रवायतहै,उसकेमुताबिक चलनेकेलिएबतातेहैं।</w:t>
      </w:r>
    </w:p>
    <w:p>
      <w:r>
        <w:rPr>
          <w:b/>
        </w:rPr>
        <w:t xml:space="preserve">[06:19] </w:t>
      </w:r>
      <w:r>
        <w:t>to asal mein john the baptist jo hain, woh taiyar kar rahe the ki maseeh aane wala hai. aur yeh log jab apne aap ka taskiya kar lenge, apne aap ko prepare kar lenge, to phir uska saath denge. to is wajah se woh baptize karte the logon ko. kyunki yahudi jo hain,</w:t>
      </w:r>
    </w:p>
    <w:p>
      <w:pPr>
        <w:jc w:val="right"/>
      </w:pPr>
      <w:r>
        <w:t>तो असलमें जॉनदबैप्टिस्टजोहै,वहतैयारकररहेथे कि मसीहाआनेवालाहै। और यहलोग जब अपनेआप का तस्कियाकरलेंगे, अपनेआपको प्रिपेयरकरलेंगे,तोफिर उसका साथदेंगे । तो इसवजहसे वह बपटाइजकरतेथेलोगोंको । क्योंकि यहूदीजोहै,</w:t>
      </w:r>
    </w:p>
    <w:p>
      <w:r>
        <w:rPr>
          <w:b/>
        </w:rPr>
        <w:t xml:space="preserve">[06:41] </w:t>
      </w:r>
      <w:r>
        <w:t>maseeh ka intezar kar rahe the. lekin</w:t>
      </w:r>
    </w:p>
    <w:p>
      <w:pPr>
        <w:jc w:val="right"/>
      </w:pPr>
      <w:r>
        <w:t>मसीहका इंतजारकररहेथे। लेकिन</w:t>
      </w:r>
    </w:p>
    <w:p>
      <w:r>
        <w:rPr>
          <w:b/>
        </w:rPr>
        <w:t xml:space="preserve">[06:45] </w:t>
      </w:r>
      <w:r>
        <w:t>jab maseeh aaye ek aam aadmi ki shakal mein, to yeh hamesha har mazhab mein hua hai. ek aam aadmi ki shakal mein jab koi aata hai, chahe woh itne bade bade miracle lekar aaye, tab bhi unhone unka inkar kar diya. to chunki log intezar kar rahe the maseeh ka, to is wajah se woh unko taiyar kar rahe the ki jab maseeh aayenge, to yeh log unke saath hi banenge.</w:t>
      </w:r>
    </w:p>
    <w:p>
      <w:pPr>
        <w:jc w:val="right"/>
      </w:pPr>
      <w:r>
        <w:t>जब मसीहआए एक आमआदमीकीशक्लमें, तो यहहमेशा हर मजहबमेंहुआहै। एकआम आदमीकीशक्लमेंजब कोई आताहै, चाहेवहइतनेबड़े-बड़ेमिरेकललेकरआए,तबभी उन्होंने उनका इंकारकरदिया । तो चूंकिलोग इंतजारकररहेथे मसीहका , तो इसवजहसे वह उन कोतैयारकररहेथे किजब मसीहआएंगे,तोयहलोगउनके साथ ीबनेंगे ।</w:t>
      </w:r>
    </w:p>
    <w:p>
      <w:r>
        <w:rPr>
          <w:b/>
        </w:rPr>
        <w:t xml:space="preserve">[07:10] </w:t>
      </w:r>
      <w:r>
        <w:t>to unki yeh tehreek jo hai, baptism ki, bahut zyada maqbool ho gayi thi. door door se log unke paas aate the apne ko baptize karne ke liye. to jab hazrat eisa alaihissalam ko baptism mil gaya, to uske baad unhone 40 din tak sehra mein rahe. asal mein har nabi ko apne aap ko spiritual training leni pad</w:t>
      </w:r>
    </w:p>
    <w:p>
      <w:pPr>
        <w:jc w:val="right"/>
      </w:pPr>
      <w:r>
        <w:t>तो उनकी यहतहरीकजोहै, बपतिस्माकी ,बहुत ज्यादा मकबूलहोगईथी। दूर-दूरसेलोगउनकेपास आते थे अपने कोबपटाइजकरनेकेलिए । तो जब हजरतईसाअलैहिसलाम को बपतिस्मामिलगया,तोउसकेबाद उन्होंने 40दिन तक सेहरामेंरहे । असलमेंहर नबीको अपनेआपको स्पिरिचुअलट्रेनिंगलेनीप</w:t>
      </w:r>
    </w:p>
    <w:p>
      <w:r>
        <w:rPr>
          <w:b/>
        </w:rPr>
        <w:t xml:space="preserve">[07:36] </w:t>
      </w:r>
      <w:r>
        <w:t>ti hai. jaise hazrat musa alaihissalam ke saath hua. rasool allah sallallahu alaihi wasallam ko to 40 saal mein hi prophet hood mila tha. us se pehle woh jaate the gharah mein, wahan gaur o fikr mein apni zindagi guzarte the. to is tarike se hazrat eisa alaihissalam bhi chale gaye sehra mein aur 40 din ke baad wahan se wapas aaye. aur phir unhone apna mission shuru kiya.</w:t>
      </w:r>
    </w:p>
    <w:p>
      <w:pPr>
        <w:jc w:val="right"/>
      </w:pPr>
      <w:r>
        <w:t>ड़तीहै। जैसे हजरतमूसाअलैहिसलामकेसाथ हुआ । रसूलल्लाहस ल्लल्लाहुअलैहिवसल्लमकोतो 40सालमेंही प्रॉफिटहु डमिलाथा। उससेपहले वह जाते थे गारहरामें, वहांगौरफिक्रमेंअपनीजिंदगी गुजारतेथे। तो इसतरीकेसे हजरत ईसाअलैहिसलामभी चलेगए सेहरामें और 40दिनकेबाद वहांसे वापसआए। और फिर उन्होंने अपना मिशन शुरू किया।</w:t>
      </w:r>
    </w:p>
    <w:p>
      <w:r>
        <w:rPr>
          <w:b/>
        </w:rPr>
        <w:t xml:space="preserve">[08:01] </w:t>
      </w:r>
      <w:r>
        <w:t>is dauran asal mein jo yahudi the, is waqt us waqt ke bahut bigad chuke the. to woh apne har nabi ko qatl kar dete the, pareshan karte the. kyunki nabi jo hain, woh haq baat kehta tha, unki islah ke liye saaf saaf baat karta tha. aur woh log the bahut zyada double standard ho gaye the. matlab jaise hypocrites hote hain, andar se kuch, bahar se kuch. to</w:t>
      </w:r>
    </w:p>
    <w:p>
      <w:pPr>
        <w:jc w:val="right"/>
      </w:pPr>
      <w:r>
        <w:t>इसदौरान असलमेंजो यह ूदीथे,इसवक्त उसवक्तकेबहुत बिगड़चुकेथे। तो वह अपने हर नबीको कत्लकरदेतेथे, परेशानकरते थे। क्योंकि नबीजोहै,वहहकबातकहताथा, उनकी इस् लाहकेलिए साफ-साफबातकरता था। और वह लोग थेबहुतज्यादा डबल स्टैंडर्डहोगएथे। मतलबजैसे हिप्पोक्रेट्सहोतेहैं, अंदरसेकुछ ,बाहरसेकुछ ।तो</w:t>
      </w:r>
    </w:p>
    <w:p>
      <w:r>
        <w:rPr>
          <w:b/>
        </w:rPr>
        <w:t xml:space="preserve">[08:28] </w:t>
      </w:r>
      <w:r>
        <w:t>is tarike se woh in kisi bhi paigambar ko pasand nahi karte the. to unko unhone aur khud kuch kar nahi paate the. to governor ko woh karte the ki dekho, yeh tere khilaf kaam kar raha hai. ab chunki bahut saare log aise logon ke saath ho jaate hain, to yeh itne saare logon ko jama karke teri takht palte. is tarike ki cheezein keh kar unko behka dete the.</w:t>
      </w:r>
    </w:p>
    <w:p>
      <w:pPr>
        <w:jc w:val="right"/>
      </w:pPr>
      <w:r>
        <w:t>इसतरीकेसे वह इन किसी भी पैगंबरकोपसंदनहींकरते थे। तो उनको उन्होंने औरखुदकुछ करनहींपातेथे।तो गवर्नरको वहकरते थे किदेखो,यहतुम्हारेखिलाफ काम कररहाहै। अबचूंकि बहुत सारेलोग ऐसेलोगों केसाथ होजातेहैं, तो यह इतनेसारेलोगों को जमा करके तुम्हारी तख्तापलटे।इसतरीकेकीचीजें कह करउनको बहकादेतेथे।</w:t>
      </w:r>
    </w:p>
    <w:p>
      <w:r>
        <w:rPr>
          <w:b/>
        </w:rPr>
        <w:t xml:space="preserve">[08:54] </w:t>
      </w:r>
      <w:r>
        <w:t>to is wajah say unhon nay un ko behead kar diya, un ka sir qalam kar diya</w:t>
      </w:r>
    </w:p>
    <w:p>
      <w:pPr>
        <w:jc w:val="right"/>
      </w:pPr>
      <w:r>
        <w:t>तो इसवजहसेउन्होंने उनको बिहेडकरदिया , उनका सरकलमकरदिया</w:t>
      </w:r>
    </w:p>
    <w:p>
      <w:r>
        <w:rPr>
          <w:b/>
        </w:rPr>
        <w:t xml:space="preserve">[09:02] </w:t>
      </w:r>
      <w:r>
        <w:t>roomi government kay saath mil kar kay.</w:t>
      </w:r>
    </w:p>
    <w:p>
      <w:pPr>
        <w:jc w:val="right"/>
      </w:pPr>
      <w:r>
        <w:t>रूमीगवर्नमेंटकेसाथ मिल करके ।</w:t>
      </w:r>
    </w:p>
    <w:p>
      <w:r>
        <w:rPr>
          <w:b/>
        </w:rPr>
        <w:t xml:space="preserve">[09:05] </w:t>
      </w:r>
      <w:r>
        <w:t>تو criticism ان لوگوں کی بالکل unbearable ہوتی تھی۔</w:t>
      </w:r>
    </w:p>
    <w:p>
      <w:pPr>
        <w:jc w:val="right"/>
      </w:pPr>
      <w:r>
        <w:t>तो क्रिटिसिजमइनलोगोंकीबिल्कुल अन बीयरेबलहोती थी।</w:t>
      </w:r>
    </w:p>
    <w:p>
      <w:r>
        <w:rPr>
          <w:b/>
        </w:rPr>
        <w:t xml:space="preserve">[09:08] </w:t>
      </w:r>
      <w:r>
        <w:t>criticism bilkul bardasht nahin kartay thay.</w:t>
      </w:r>
    </w:p>
    <w:p>
      <w:pPr>
        <w:jc w:val="right"/>
      </w:pPr>
      <w:r>
        <w:t>क्रिटिसिजमबिल्कुल बर्दाश्तनहीं करते थे।</w:t>
      </w:r>
    </w:p>
    <w:p>
      <w:r>
        <w:rPr>
          <w:b/>
        </w:rPr>
        <w:t xml:space="preserve">[09:11] </w:t>
      </w:r>
      <w:r>
        <w:t>to jab Hazrat Isa (AS) nay dekha</w:t>
      </w:r>
    </w:p>
    <w:p>
      <w:pPr>
        <w:jc w:val="right"/>
      </w:pPr>
      <w:r>
        <w:t>तो जब हजरत ईसाअलैहिसलामनेदेखा</w:t>
      </w:r>
    </w:p>
    <w:p>
      <w:r>
        <w:rPr>
          <w:b/>
        </w:rPr>
        <w:t xml:space="preserve">[09:14] </w:t>
      </w:r>
      <w:r>
        <w:t>kay Hazrat Yaqoob itnay paak thay, janglon mein rehtay thay, un ka dunya say koi laina dena nahin tha, us kay bawajood sirf is liye kay woh criticize kartay thay,</w:t>
      </w:r>
    </w:p>
    <w:p>
      <w:pPr>
        <w:jc w:val="right"/>
      </w:pPr>
      <w:r>
        <w:t>किहजरतय याजोइतने पायसथे, जंगलोंमेंरहतेथे , उनका दुनियासेकोई लेनादेनानहीं था,उसके बावजूद सिर्फइसलिएकिवहक्रिटिसाइजकरतेथे,</w:t>
      </w:r>
    </w:p>
    <w:p>
      <w:r>
        <w:rPr>
          <w:b/>
        </w:rPr>
        <w:t xml:space="preserve">[09:24] </w:t>
      </w:r>
      <w:r>
        <w:t>unhe khatm kar diya. to phir hazrat eisa alaihissalam ne jab dekha ki aisa aisa hua hai, to woh phir ek gaon mein chale gaye. phir us waqt kyunki phir unko bhi dekhiye, baad mein unhone unko bhi nahi kaam karne diya. to gaon mein ek jheel thi, capharnaum gaon. to wahan unhone apni dawat ka aagaz kiya. to yeh hua hazrat yahya ke saath.</w:t>
      </w:r>
    </w:p>
    <w:p>
      <w:pPr>
        <w:jc w:val="right"/>
      </w:pPr>
      <w:r>
        <w:t>उन्हें खत्मकरदिया । तोफिरहजरत ईसाअलैहिसलामनेजबदेखा किऐसाऐसाहुआहै,तो वहफिर एक गांवमेंचलेगए । फिर उसवक्त क्योंकिफिर उनकोभीदेखिए,बादमें उन्होंने उनकोभी नहीं काम करने दिया । तो गांवमेंएक झीलथी,कैफरनोमगांव ।तो वहां उन्होंने अपनी दावतका आगाजकिया। तो यह हुआ हजरतय याकेसाथ ।</w:t>
      </w:r>
    </w:p>
    <w:p>
      <w:r>
        <w:rPr>
          <w:b/>
        </w:rPr>
        <w:t xml:space="preserve">[09:52] </w:t>
      </w:r>
      <w:r>
        <w:t>ji, achha apa, jab hum islam ki bhi study karte hain, we find that every prophet that god sent was sent to morally reform the society and also to convey the message of monotheism. to usi aspect se mera agla sawal yahi hai ki what was jesus eisa alaihissalam mission ?</w:t>
      </w:r>
    </w:p>
    <w:p>
      <w:pPr>
        <w:jc w:val="right"/>
      </w:pPr>
      <w:r>
        <w:t>जी, अच्छाआपा,जबहम इस्लाम कीभीस्टडीकरते हैं,वी फाइंडदैट एवरी प्रॉफिटदैटगॉडसेंट वाजसेंटटूमोरलीरिफॉर्मदसोसाइटीएंडआल्सोटूकन्वे दी मैसेजऑफमोनोथेइज्म। तो उसी एस्पेक्टसेमेराअगलासवालयहीहैकि व्हाटवाज जीससईसाअलैहिसलाम मिशन ?</w:t>
      </w:r>
    </w:p>
    <w:p>
      <w:r>
        <w:rPr>
          <w:b/>
        </w:rPr>
        <w:t xml:space="preserve">[10:13] </w:t>
      </w:r>
      <w:r>
        <w:t>iske bare mein bhi aap hum sab ko batayen.</w:t>
      </w:r>
    </w:p>
    <w:p>
      <w:pPr>
        <w:jc w:val="right"/>
      </w:pPr>
      <w:r>
        <w:t>इसकेबारेमेंभीआप हमसबकोबताएं ।</w:t>
      </w:r>
    </w:p>
    <w:p>
      <w:r>
        <w:rPr>
          <w:b/>
        </w:rPr>
        <w:t xml:space="preserve">[10:17] </w:t>
      </w:r>
      <w:r>
        <w:t>asal mein mission to wahi tha jo kingdom of god woh batate the ki kingdom of god aane wali hai aur uske liye log apne aap ko taiyar karen. matlab khuda ki hukumat, matlab spiritual hukumat, woh aane wali hai aur uske liye log apne aap ko taiyar karen. lekin jo log the, woh bahut zyada hypocrites ho gaye the. ek baar hazrat eisa alaihissalam ne kaha ki tum log sufaidi phiri hui kabrein ho,</w:t>
      </w:r>
    </w:p>
    <w:p>
      <w:pPr>
        <w:jc w:val="right"/>
      </w:pPr>
      <w:r>
        <w:t>असलमेंमिशनतोवहीथाजो किंगडमऑफगॉडवोबतातेथे किकिंगडमऑफगॉडआनेवाली है और उसके लिए लोग अपनेआपकोतैयारकरें।मतलब खुदाकी हुकूमत,मतलबस्पिरिचुअलहुकूमत, वहआनेवाली है औरउसकेलिएलोग अपनेआपकोतैयारकरें । लेकिन जो लोग थे, वहबहुत ज्यादा हिप्पोक्रेट्सहोगएथे। एकबार हजरतईसाअलैहिसलामनेकहा कितुमलोग सुफैदीफिरीहुईकबर ेहो ,</w:t>
      </w:r>
    </w:p>
    <w:p>
      <w:r>
        <w:rPr>
          <w:b/>
        </w:rPr>
        <w:t xml:space="preserve">[10:46] </w:t>
      </w:r>
      <w:r>
        <w:t>matlab andar se kuch, bahar se kuch. to unhone yeh log form par bahut zor dete the. abhi bhi hota hai mazhab mein. jab bhi mazhab naya naya aata hai, to spirit par zor diya jaata hai. islam ke saath bhi yahi tha, har mazhab ke saath yahi hota hai.</w:t>
      </w:r>
    </w:p>
    <w:p>
      <w:pPr>
        <w:jc w:val="right"/>
      </w:pPr>
      <w:r>
        <w:t>मतलबअंदरसेकुछ ,बाहरसेकुछ । तो उन्होंने यहलोग फार्मपरबहुत जोरदेतेथे। अभीभीहोताहै मजहबमें।जबभी मजहबनया-नयाआताहै,तो स्पिरिटपरजोरदियाजाता है। इस्लामकेसाथ भीयहीथा,हरमजहबकेसाथ यहीहोताहै।</w:t>
      </w:r>
    </w:p>
    <w:p>
      <w:r>
        <w:rPr>
          <w:b/>
        </w:rPr>
        <w:t xml:space="preserve">[11:05] </w:t>
      </w:r>
      <w:r>
        <w:t>baad mein sirf form jo hai, usko muqaddas maan lete hain aur form ko adopt kar lete hain aur usi ke mutabiq apni zindagi guzarte hain. spirit se unko koi matlab nahi hota hai. to is tarike se woh log bhi bahut rigid ho gaye the form ko lekar ke. unhone apne law ko ek muqaddas darja de rakha tha. to us aap ne spirit ko ubharne ki koshish ki.</w:t>
      </w:r>
    </w:p>
    <w:p>
      <w:pPr>
        <w:jc w:val="right"/>
      </w:pPr>
      <w:r>
        <w:t>बादमें सिर्फ फार्मजोहै, उसको मुकद्दसमानलेतेहैं और फार्मको अडॉप्टकरलेतेहैंऔर उसीकेमुताबिकअपनीजिंदगीगुजारतेहैं। स्पिरिटसेउनकोकोई मतलबनहींहोता है। तो इसतरीकेसे वहलोगभीबहुत रिजिडहोगएथे फार्मकोलेकर के । उन्होंने अपने लॉकोएक मुकद्दसदर्जादेरखाथा। तो उस आप ने स्पिरिटको उभारनेकीकोशिश की।</w:t>
      </w:r>
    </w:p>
    <w:p>
      <w:r>
        <w:rPr>
          <w:b/>
        </w:rPr>
        <w:t xml:space="preserve">[11:31] </w:t>
      </w:r>
      <w:r>
        <w:t>to is liye baar baar woh tanqeed karna parhta un ko.</w:t>
      </w:r>
    </w:p>
    <w:p>
      <w:pPr>
        <w:jc w:val="right"/>
      </w:pPr>
      <w:r>
        <w:t>तो इसीलिए बार-बार वह तनकीदकरनापड़ताउनको ।</w:t>
      </w:r>
    </w:p>
    <w:p>
      <w:r>
        <w:rPr>
          <w:b/>
        </w:rPr>
        <w:t xml:space="preserve">[11:36] </w:t>
      </w:r>
      <w:r>
        <w:t>to tanqeed ki wajah say woh log bifar jatay thay.</w:t>
      </w:r>
    </w:p>
    <w:p>
      <w:pPr>
        <w:jc w:val="right"/>
      </w:pPr>
      <w:r>
        <w:t>तो तनकीदकीवजहसेवहलोगबिफरजाते थे।</w:t>
      </w:r>
    </w:p>
    <w:p>
      <w:r>
        <w:rPr>
          <w:b/>
        </w:rPr>
        <w:t xml:space="preserve">[11:40] </w:t>
      </w:r>
      <w:r>
        <w:t>aur Hazrat jaisay Rasool Allah (SAW)</w:t>
      </w:r>
    </w:p>
    <w:p>
      <w:pPr>
        <w:jc w:val="right"/>
      </w:pPr>
      <w:r>
        <w:t>और हजरत जैसे रसूलल्लाहसल्लल्लाहुअलैहिवसल्लम</w:t>
      </w:r>
    </w:p>
    <w:p>
      <w:r>
        <w:rPr>
          <w:b/>
        </w:rPr>
        <w:t xml:space="preserve">[11:46] </w:t>
      </w:r>
      <w:r>
        <w:t>safar kartay thay, jahan dekhtay thay kay log aaye hue hain ya ka'ba tha, wahan par log atay thay ya</w:t>
      </w:r>
    </w:p>
    <w:p>
      <w:pPr>
        <w:jc w:val="right"/>
      </w:pPr>
      <w:r>
        <w:t>सफरकरते थे,जहांदेखतेथे किलोग आएहुएहैं या का बाथा, वहांपरलोग आतेथेया</w:t>
      </w:r>
    </w:p>
    <w:p>
      <w:r>
        <w:rPr>
          <w:b/>
        </w:rPr>
        <w:t xml:space="preserve">[11:53] </w:t>
      </w:r>
      <w:r>
        <w:t>mela wahan lagta tha, wahan log atay thay. To foran wahan ja kar kay Khuda ka paigham pohncha detay.</w:t>
      </w:r>
    </w:p>
    <w:p>
      <w:pPr>
        <w:jc w:val="right"/>
      </w:pPr>
      <w:r>
        <w:t>मेलावहांलगताथा,वहांलोगआतेथे। तो फौरनवहांजाकर केखुदाकापैगामपहुंचादेते।</w:t>
      </w:r>
    </w:p>
    <w:p>
      <w:r>
        <w:rPr>
          <w:b/>
        </w:rPr>
        <w:t xml:space="preserve">[11:59] </w:t>
      </w:r>
      <w:r>
        <w:t>to isi tareeqay say Hazrat Isa (AS) nay bhi</w:t>
      </w:r>
    </w:p>
    <w:p>
      <w:pPr>
        <w:jc w:val="right"/>
      </w:pPr>
      <w:r>
        <w:t>तो इसीतरीकेसे हजरतईसाअलैहिसलामनेभी</w:t>
      </w:r>
    </w:p>
    <w:p>
      <w:r>
        <w:rPr>
          <w:b/>
        </w:rPr>
        <w:t xml:space="preserve">[12:02] </w:t>
      </w:r>
      <w:r>
        <w:t>kiya kay jahan dekhtay thay kay log hain, wahan synagogue hotay hain.</w:t>
      </w:r>
    </w:p>
    <w:p>
      <w:pPr>
        <w:jc w:val="right"/>
      </w:pPr>
      <w:r>
        <w:t>किया किजहांदेखतेथेकिलोग हैं, वहां सिनेगॉगहोतेहैं।</w:t>
      </w:r>
    </w:p>
    <w:p>
      <w:r>
        <w:rPr>
          <w:b/>
        </w:rPr>
        <w:t xml:space="preserve">[12:08] </w:t>
      </w:r>
      <w:r>
        <w:t>to synagogue mein log jama hotay hain, to wahan ja kar kay logon ko Khuda ka paigham pohnchatay</w:t>
      </w:r>
    </w:p>
    <w:p>
      <w:pPr>
        <w:jc w:val="right"/>
      </w:pPr>
      <w:r>
        <w:t>तो सिनेगॉगमेंलोगजमाहोतेहैं,तोवहांजाकरके लोगों को खुदाकापैगामपहुंचाते</w:t>
      </w:r>
    </w:p>
    <w:p>
      <w:r>
        <w:rPr>
          <w:b/>
        </w:rPr>
        <w:t xml:space="preserve">[12:14] </w:t>
      </w:r>
      <w:r>
        <w:t>。 to unko koi bhi achhe waise log nahi mile jo us mein bade bade religious leaders the. to woh nahi mile, balki awam mile jo bahut gareeb aur pasmanda tabqe se talluq rakhte the. to wahi unko mile. kyunki un logon ka kuch ego hota nahi hai,</w:t>
      </w:r>
    </w:p>
    <w:p>
      <w:pPr>
        <w:jc w:val="right"/>
      </w:pPr>
      <w:r>
        <w:t>। तो उनकोकोई भी अच्छे वैसेलोगनहीं मिले जो उसमें बड़े-बड़ेरिलीजसलीडर्सथे। तो वहनहीं मिले,बल्कि आवाममिलेजोबहुत गरीब और पसमादातबकेसेताल्लुकरखतेथे। तो वही उनको मिले । क्योंकि उनलोगों काकुछ ईगोहोतानहींहै,</w:t>
      </w:r>
    </w:p>
    <w:p>
      <w:r>
        <w:rPr>
          <w:b/>
        </w:rPr>
        <w:t xml:space="preserve">[12:35] </w:t>
      </w:r>
      <w:r>
        <w:t>woh apne ko bada samajhte nahi hain. to jab dekhte hain koi hamein achhi ki taraf bula raha hai, to usko apna lete hain.</w:t>
      </w:r>
    </w:p>
    <w:p>
      <w:pPr>
        <w:jc w:val="right"/>
      </w:pPr>
      <w:r>
        <w:t>वोअपनेकोबड़ासमझतेनहींहैं। तो जब देखतेहैंकोई हमें अच्छा ईकीतरफबुलारहाहै,तोउसको अपना लेतेहैं।</w:t>
      </w:r>
    </w:p>
    <w:p>
      <w:r>
        <w:rPr>
          <w:b/>
        </w:rPr>
        <w:t xml:space="preserve">[12:42] </w:t>
      </w:r>
      <w:r>
        <w:t>to unke shuru ke jo sabse earliest jo followers the, woh andrew, peter, james aur john aur do ladies bhi thi, martha aur maryam. ab us zamane mein auraton ka bhi koi darja nahi tha. ab unhone auraton ko bhi apna paigham sunaya aur unko apna follower banaya.</w:t>
      </w:r>
    </w:p>
    <w:p>
      <w:pPr>
        <w:jc w:val="right"/>
      </w:pPr>
      <w:r>
        <w:t>तो उनके शुरू केजो सबसे अर्लीस्टजोफॉलोअर्सथे, वह एंड्रू, पी टर, जेम्सऔर जॉन और दो लेडीजभीथीं, मर्थाऔरमरियम। अबउसजमानेमेंऔरतोंकाभीकोई दर्जानहींथा। अब उन्होंने औरतोंकोभी अपना पैगाम सुनायाऔरउनकोअपना फॉलोअरबनाया ।</w:t>
      </w:r>
    </w:p>
    <w:p>
      <w:r>
        <w:rPr>
          <w:b/>
        </w:rPr>
        <w:t xml:space="preserve">[13:04] </w:t>
      </w:r>
      <w:r>
        <w:t>to yeh sab cheezein jo hain, unko bahut kharab lagti thi yahudiyon ko. aur hazrat eisa alaihissalam mere ko miracle diya gaya tha, khaas taur par healing the sick, yaani woh mareezon ko achha kar dete the. har paigambar ko woh miracle diya jaata hai jo us zamane ke lihaz se logon ke liye bahut important hota hai.</w:t>
      </w:r>
    </w:p>
    <w:p>
      <w:pPr>
        <w:jc w:val="right"/>
      </w:pPr>
      <w:r>
        <w:t>तो यह सब चीजेंजोहैं, उनकोबहुत खराबलगतीथींयहूदियोंको । और हजरतईसाअलैहिसलाम मेरे कोमिरेकलदियागयाथा, खासतौरपर हीलिंगद सिक ,यानी वह मरीजोंकोअच्छाकरदेतेथे। हर पैगंबरको वह मिरेकलदियाजाताहै जो उस जमानेके लिहाजसे लोगों केलिए बहुत इंपॉर्टेंटहोताहै।</w:t>
      </w:r>
    </w:p>
    <w:p>
      <w:r>
        <w:rPr>
          <w:b/>
        </w:rPr>
        <w:t xml:space="preserve">[13:30] </w:t>
      </w:r>
      <w:r>
        <w:t>kyunki unko woh miracle diya jaata hai jis se log samjhe ki haan, yeh sach much paigambar hain. inko khuda ne hamari hidayat ke liye bheja hai taaki unke message par log yaqeen karen aur usko apna len. to isi tarike se hazrat eisa alaihissalam ko miracle diye gaye. aur yeh miracle jo hain, yeh sab sahi muslim aur sahi bukhari mein bhi inke bare mein aaya hai.</w:t>
      </w:r>
    </w:p>
    <w:p>
      <w:pPr>
        <w:jc w:val="right"/>
      </w:pPr>
      <w:r>
        <w:t>क्योंकि उनको वह मिरेकलदियाजाताहै जिससे लोग समझे किहां, यहसचमुचपैगंबर हैं। इनकोखुदा ने हम ारीहिदायतकेलिए भेजाहै ताकि उनके मैसेजपरलोग यकीनकरें और उसको अपना एं । तो इसीतरीकेसेहजरत ईसाअलैहिसलामको मिरेकलदिएगए ।और यह मिरेकलजोहैं, यहसब सहीमुस्लिमऔर सही बुखारीमेंभी इनका बारेमेंआयाहै।</w:t>
      </w:r>
    </w:p>
    <w:p>
      <w:r>
        <w:rPr>
          <w:b/>
        </w:rPr>
        <w:t xml:space="preserve">[13:58] </w:t>
      </w:r>
      <w:r>
        <w:t>तो healing the blind and leper and bringing the dead back to life. लेकिन</w:t>
      </w:r>
    </w:p>
    <w:p>
      <w:pPr>
        <w:jc w:val="right"/>
      </w:pPr>
      <w:r>
        <w:t>तो हीलिंगदब्लाइंड एंडलिपर और ब्रिंग िंगद डेड बैकटूलाइफ ।लेकिन</w:t>
      </w:r>
    </w:p>
    <w:p>
      <w:r>
        <w:rPr>
          <w:b/>
        </w:rPr>
        <w:t xml:space="preserve">[14:06] </w:t>
      </w:r>
      <w:r>
        <w:t>faraq hai ki Islam ke concept mein aur Christian concept mein</w:t>
      </w:r>
    </w:p>
    <w:p>
      <w:pPr>
        <w:jc w:val="right"/>
      </w:pPr>
      <w:r>
        <w:t>फर्कहै कि इस्लामके कांसेप्टमें और क्रिश्चियनकांसेप्टमें</w:t>
      </w:r>
    </w:p>
    <w:p>
      <w:r>
        <w:rPr>
          <w:b/>
        </w:rPr>
        <w:t xml:space="preserve">[14:11] </w:t>
      </w:r>
      <w:r>
        <w:t>kay Islam mein yeh hai kay Allah ki permission say woh logon ko acha kartay thay.</w:t>
      </w:r>
    </w:p>
    <w:p>
      <w:pPr>
        <w:jc w:val="right"/>
      </w:pPr>
      <w:r>
        <w:t>किइस्लाममें यहहै कि अल्लाह की परमिशनसे वह लोगों कोअच्छा करते थे।</w:t>
      </w:r>
    </w:p>
    <w:p>
      <w:r>
        <w:rPr>
          <w:b/>
        </w:rPr>
        <w:t xml:space="preserve">[14:17] </w:t>
      </w:r>
      <w:r>
        <w:t>un kay apnay andar koi divinity nahin hoti paighambaron kay andar.</w:t>
      </w:r>
    </w:p>
    <w:p>
      <w:pPr>
        <w:jc w:val="right"/>
      </w:pPr>
      <w:r>
        <w:t>उनके अपने अंदर कोई डिविनिटीनहीं होती पै गंबरोंकेअंदर ।</w:t>
      </w:r>
    </w:p>
    <w:p>
      <w:r>
        <w:rPr>
          <w:b/>
        </w:rPr>
        <w:t xml:space="preserve">[14:22] </w:t>
      </w:r>
      <w:r>
        <w:t>to Allah nay un ko ijazat di thi, to woh aisa kartay</w:t>
      </w:r>
    </w:p>
    <w:p>
      <w:pPr>
        <w:jc w:val="right"/>
      </w:pPr>
      <w:r>
        <w:t>तो अल्लाहने उनको इजाजतदीथी,तोवहऐसाकरते</w:t>
      </w:r>
    </w:p>
    <w:p>
      <w:r>
        <w:rPr>
          <w:b/>
        </w:rPr>
        <w:t xml:space="preserve">[14:26] </w:t>
      </w:r>
      <w:r>
        <w:t>thay.</w:t>
      </w:r>
    </w:p>
    <w:p>
      <w:pPr>
        <w:jc w:val="right"/>
      </w:pPr>
      <w:r>
        <w:t>थे।</w:t>
      </w:r>
    </w:p>
    <w:p>
      <w:r>
        <w:rPr>
          <w:b/>
        </w:rPr>
        <w:t xml:space="preserve">[14:28] </w:t>
      </w:r>
      <w:r>
        <w:t>to creating a bird from clay and breathing life into it. ek baar unhone mitti ki chidiya banai aur us mein jo hai, phoonk maarkar ke usko zinda chidiya bana diya. to is tarike se unhone bahut koshish ki ki yahudi jo hain,</w:t>
      </w:r>
    </w:p>
    <w:p>
      <w:pPr>
        <w:jc w:val="right"/>
      </w:pPr>
      <w:r>
        <w:t>तो क्रिएटिंग अबर्डफ्रॉमक्लेएंडब्रीदिंग लाइफइनटूइट।एकबार उन्होंने मिट्टीकीचिड़ियाबनाई और उसमेंजोहै, फूंकमारकरकेउसकोजिंदाचिड़ियाबनादिया । तो इसतरीकेसे उन्होंने बहुत कोशिशकी कि यहूदीजोहैं,</w:t>
      </w:r>
    </w:p>
    <w:p>
      <w:r>
        <w:rPr>
          <w:b/>
        </w:rPr>
        <w:t xml:space="preserve">[14:49] </w:t>
      </w:r>
      <w:r>
        <w:t>spirit par aayen aur rigid form jo woh kar rahe the, us se koi personality development nahi hota</w:t>
      </w:r>
    </w:p>
    <w:p>
      <w:pPr>
        <w:jc w:val="right"/>
      </w:pPr>
      <w:r>
        <w:t>स्पिरिट परआएं और रिजिडफार्मजो वहकररहेथे, उससेकोई पर्सनालिटीडेवलपमेंटनहींहोता</w:t>
      </w:r>
    </w:p>
    <w:p>
      <w:r>
        <w:rPr>
          <w:b/>
        </w:rPr>
        <w:t xml:space="preserve">[14:56] </w:t>
      </w:r>
      <w:r>
        <w:t>to unhon ne bohat koshish ki, lekin yahoodi bilkul bhadak gaye aur unhon ne unko yeh jo isko jaadu kaha, isko mere kalim nahi kaha, balki isko jaadu kaha. aur unko khatm karne ke liye unki planning karne lage. kyunki mazhabi tabqa jo hai, yeh dekhta hai ke humari jo hai, position jo hai, woh ho rahi hai,</w:t>
      </w:r>
    </w:p>
    <w:p>
      <w:pPr>
        <w:jc w:val="right"/>
      </w:pPr>
      <w:r>
        <w:t>। तो उन्होंने बहुत कोशिशकी,लेकिन यहूदीबिल्कुलभड़कगए और उन्होंने उनको यहजो इसको जादूकहा , इसकोमिरेकलनहींकहा,बल्किइसकोजादूकहा । और उनको खत्म करनेकेलिए उनकी प्लानिंगकरने लगे । क्योंकि मजहबीतबकाजोहै,यहदेखताहै कि हम ारी जोहै, पोजीशन जोहै, वह होरहीहै,</w:t>
      </w:r>
    </w:p>
    <w:p>
      <w:r>
        <w:rPr>
          <w:b/>
        </w:rPr>
        <w:t xml:space="preserve">[15:19] </w:t>
      </w:r>
      <w:r>
        <w:t>undermined ho rahi hai humari position. to woh bohat zyada bhadak uthta hai. aur chunke woh bohat popular ho rahe the,</w:t>
      </w:r>
    </w:p>
    <w:p>
      <w:pPr>
        <w:jc w:val="right"/>
      </w:pPr>
      <w:r>
        <w:t>अंडरमाइंडहोरहीहैहमारीपोजीशन । तो वहबहुतज्यादा भड़कउठताहै। और चूंकिवहबहुत पॉपुलरहोरहेथे,</w:t>
      </w:r>
    </w:p>
    <w:p>
      <w:r>
        <w:rPr>
          <w:b/>
        </w:rPr>
        <w:t xml:space="preserve">[15:26] </w:t>
      </w:r>
      <w:r>
        <w:t>to unki popularity ko dekh kar ke woh bohat zyada pareshan ho gaye the. ji, aur aap, hum jab christian history bhi padhte hain, to hum dekhte hain ke kis tarah followers of Isa alaihissalam they spread his message.</w:t>
      </w:r>
    </w:p>
    <w:p>
      <w:pPr>
        <w:jc w:val="right"/>
      </w:pPr>
      <w:r>
        <w:t>तो उनकी पॉपुलरिटीकोदेखकर केवहबहुतज्यादा परेशानहोगएथे। जी , और आ पा,हम जब क्रिश्चियनहिस्ट्रीभी पढ़तेहैं,तोहमदेखतेहैंकिकिसतरह फॉलोअर्स ऑफ ईसाअलैहिसलाम दे स्प्रेडहिजमैसेज ।</w:t>
      </w:r>
    </w:p>
    <w:p>
      <w:r>
        <w:rPr>
          <w:b/>
        </w:rPr>
        <w:t xml:space="preserve">[15:40] </w:t>
      </w:r>
      <w:r>
        <w:t>In fact, Quran mein bhi aaya hai kay "We place compassion and mercy</w:t>
      </w:r>
    </w:p>
    <w:p>
      <w:pPr>
        <w:jc w:val="right"/>
      </w:pPr>
      <w:r>
        <w:t>इनफैक्ट,कुरानमेंभीआयाहैकि "वी प्लेस कंपैशनएंडमर्सी</w:t>
      </w:r>
    </w:p>
    <w:p>
      <w:r>
        <w:rPr>
          <w:b/>
        </w:rPr>
        <w:t xml:space="preserve">[15:45] </w:t>
      </w:r>
      <w:r>
        <w:t>into the hearts of their followers". Aur</w:t>
      </w:r>
    </w:p>
    <w:p>
      <w:pPr>
        <w:jc w:val="right"/>
      </w:pPr>
      <w:r>
        <w:t>इनटूद हार्ट्सऑफदेयरफॉलोअर्स" ।और</w:t>
      </w:r>
    </w:p>
    <w:p>
      <w:r>
        <w:rPr>
          <w:b/>
        </w:rPr>
        <w:t xml:space="preserve">[15:48] </w:t>
      </w:r>
      <w:r>
        <w:t>aisi kai baatein hain Jesus ki jo Maulana Wahiduddin Khan sahib nay bhi</w:t>
      </w:r>
    </w:p>
    <w:p>
      <w:pPr>
        <w:jc w:val="right"/>
      </w:pPr>
      <w:r>
        <w:t>ऐसीकईबातेंहैं जीससकीजो मौलानावैदीनखानसाहबनेभी</w:t>
      </w:r>
    </w:p>
    <w:p>
      <w:r>
        <w:rPr>
          <w:b/>
        </w:rPr>
        <w:t xml:space="preserve">[15:53] </w:t>
      </w:r>
      <w:r>
        <w:t>class mein aur apni writings mein bhi likha hai.</w:t>
      </w:r>
    </w:p>
    <w:p>
      <w:pPr>
        <w:jc w:val="right"/>
      </w:pPr>
      <w:r>
        <w:t>क्लासमेंऔर अपनी राइटिंग्समेंभीलिखाहै।</w:t>
      </w:r>
    </w:p>
    <w:p>
      <w:r>
        <w:rPr>
          <w:b/>
        </w:rPr>
        <w:t xml:space="preserve">[15:56] </w:t>
      </w:r>
      <w:r>
        <w:t>to main chahoon ga kay kuch main teachings aap un kay baray mein aap hum sab ko batayein.</w:t>
      </w:r>
    </w:p>
    <w:p>
      <w:pPr>
        <w:jc w:val="right"/>
      </w:pPr>
      <w:r>
        <w:t>तोमैंचाहूंगाकिकुछ मेनटीचिंग्स आ पा उनके बारेमें आप हमसबकोबताएं ।</w:t>
      </w:r>
    </w:p>
    <w:p>
      <w:r>
        <w:rPr>
          <w:b/>
        </w:rPr>
        <w:t xml:space="preserve">[16:03] </w:t>
      </w:r>
      <w:r>
        <w:t>Maulana nay baar baar Bible parhi thi</w:t>
      </w:r>
    </w:p>
    <w:p>
      <w:pPr>
        <w:jc w:val="right"/>
      </w:pPr>
      <w:r>
        <w:t>मौलानाने बार-बार बाइबलपढ़ीथी</w:t>
      </w:r>
    </w:p>
    <w:p>
      <w:r>
        <w:rPr>
          <w:b/>
        </w:rPr>
        <w:t xml:space="preserve">[16:06] </w:t>
      </w:r>
      <w:r>
        <w:t>aur us mein say aksar refer kartay thay.</w:t>
      </w:r>
    </w:p>
    <w:p>
      <w:pPr>
        <w:jc w:val="right"/>
      </w:pPr>
      <w:r>
        <w:t>और उसमेंसेअक्सर रेफरकरते थे।</w:t>
      </w:r>
    </w:p>
    <w:p>
      <w:r>
        <w:rPr>
          <w:b/>
        </w:rPr>
        <w:t xml:space="preserve">[16:10] </w:t>
      </w:r>
      <w:r>
        <w:t>Bible mein jo ek bohat hi khaas Hazrat Isa ki saying hai, "love God with all your heart, with all your soul, with all your mind, and love your neighbor as yourself". yeh Matthew mein aaya hai. to yeh bohat hi important hai kyunki Khuda se gehra taluq hona chahiye, Khuda se connection hona chahiye. na ke kuch rasoom ada kar diye</w:t>
      </w:r>
    </w:p>
    <w:p>
      <w:pPr>
        <w:jc w:val="right"/>
      </w:pPr>
      <w:r>
        <w:t>बाइबलमेंजोएकबहुतही खास हजरतईसाकीसेइंगहै, "लव गॉड विदऑलयोरहार्ट, विदऑलयोर सोल, विदऑलयोर माइंड ,एंड लव योरने बर एजयोरसेल्फ"। यह मैथ्यूमेंआयाहै। तो यह बहुत हीइंपॉर्टेंटहैक्योंकि खुदासे गहरा ताल्लुकहोनाचाहिए , खुदासेकनेक्शनहोनाचाहिए।नाकिकुछ रसमादाकरदिए</w:t>
      </w:r>
    </w:p>
    <w:p>
      <w:r>
        <w:rPr>
          <w:b/>
        </w:rPr>
        <w:t xml:space="preserve">[16:37] </w:t>
      </w:r>
      <w:r>
        <w:t>. rasoom ada karne se humari personality mein koi change nahi aata. phir isi tarike se unhon ne kaha, "wo kindness, respect, love" in sab cheezon par bohat zyada zor dete the. to unhon ne kaha, "do to others as you would have them do to you". ekdam isi tarike se ek hadith mein bhi aaya hai ke "tum wohi karo doosron ke saath jo tum chahte ho ke doosre tumhare saath karein".</w:t>
      </w:r>
    </w:p>
    <w:p>
      <w:pPr>
        <w:jc w:val="right"/>
      </w:pPr>
      <w:r>
        <w:t>। रसमादाकरने सेहमारी पर्सनालिटीमेंकोई चेंजनहींआता । फिरइसीतरीकेसेउन्होंने कहा , "वोकाइंडनेस,रेस्पेक्ट, लव" इनसबचीजोंपरबहुतज्यादा जोरदेतेथे। तोउन्होंने कहा,"डू टूअदर्स एज यूवुड हैव देमडूटूयू"। एकदमइसीतरीकेसे एक हदीसमेंभीआयाहै कि"तुम वहीकरोदूसरोंकेसाथ जोतुमचाहतेहो किदूस रेतुम्हारेसाथकरें"।</w:t>
      </w:r>
    </w:p>
    <w:p>
      <w:r>
        <w:rPr>
          <w:b/>
        </w:rPr>
        <w:t xml:space="preserve">[17:06] </w:t>
      </w:r>
      <w:r>
        <w:t>"forgive and you will be forgiven". ab dekhiye, har paighambar ka aisi hi taleemat hoti hain. lekin baad mein log jo hain, woh rasmon par aa jate hain, to ritual loss par aa jate hain. to yeh sari cheezein baad mein khatm ho jati hain. "true greatness comes from humility". woh itni zyada unke andar humility thi ke unhon ne apne disciple ke feet bhi dhoye.</w:t>
      </w:r>
    </w:p>
    <w:p>
      <w:pPr>
        <w:jc w:val="right"/>
      </w:pPr>
      <w:r>
        <w:t>"फॉरगिव एंडयूविलबीफॉरगिवन" ।अबदेखिए,हर पैगंबरका ऐसीही तालीमा होतीहैं। लेकिन बाद में लोग जोहैं,वह रस्मोंपरआजातेहैं, तो रिजिडलॉसपरआजातेहैं।तो यह सारीचीजें बाद मेंखत्महोजाती हैं। "ट्रूग्रेटनेसकम्सफ्रॉमह्यूमिडिटी"।वोइतनीज्यादा उनकेअंदरह्यूमिडिटीथी कि उन्होंने अपने डिसाइल केफीटभीधोए।</w:t>
      </w:r>
    </w:p>
    <w:p>
      <w:r>
        <w:rPr>
          <w:b/>
        </w:rPr>
        <w:t xml:space="preserve">[17:34] </w:t>
      </w:r>
      <w:r>
        <w:t>to yeh ab yeh sab unke disciples mein aaj bhi yeh sab cheezein paayi jati hain. jaise aap Mother Teresa jo hain, bohat mashhoor hui, lekin aaj bhi yeh sab cheezein unke disciples mein, unke followers mein paayi jati hain. to log bohat zyada social service mein yaqeen rakhte hain aur serving hai selflessly, us se unka koi interest nahi hota.</w:t>
      </w:r>
    </w:p>
    <w:p>
      <w:pPr>
        <w:jc w:val="right"/>
      </w:pPr>
      <w:r>
        <w:t>तो यह अबयहसब उनके डिसाइ ल्समेंआजभी यहसबचीजेंपाईजाती हैं।जैसेआप मदरटेरीसाजो हैं,बहुतमशहूरहुई ं, लेकिन आजभी यहसबचीजेंउनके डिसाइल्समें, उनके फॉलोअर्समेंपाईजाती हैं। तो लोग बहुत ज्यादा सोशलसर्विसमेंयकीनरखतेहैं और सर्विंग हैसेल्फलेसली, उससेउनकाकोई इंटरेस्टनहींहोता ।</w:t>
      </w:r>
    </w:p>
    <w:p>
      <w:r>
        <w:rPr>
          <w:b/>
        </w:rPr>
        <w:t xml:space="preserve">[18:00] </w:t>
      </w:r>
      <w:r>
        <w:t>to yeh cheez jo hai, mazhab mein bohat hi importance rakhti hai. to peace par woh bohat zyada zor dete the. kehte the, "blessed are the peacemakers". to Allah ko peace hi pasand hai, violence nahi pasand hai. to bar bar kehte the ke "tum ko if you want to be children of God, you have to lead a very peaceful life".</w:t>
      </w:r>
    </w:p>
    <w:p>
      <w:pPr>
        <w:jc w:val="right"/>
      </w:pPr>
      <w:r>
        <w:t>तो यह चीजजोहै, मजहबमें बहुत ही इंपॉर्टेंस रख तीहै। तो पीसपरवहबहुतज्यादा जोरदेतेथे। कहतेथे,"ब्लेस्ड आर दपीसमेकर्स"। तोअल्लाहको पी सहीपसंदहै, वायलेंसनहींपसंदहै। तो बार-बार कहतेथे कि"तुमको इफयूवांटटूबीचिल्ड्रनऑफगॉड, यूहैवटू लीड अवेरी पीसफुललाइफ"।</w:t>
      </w:r>
    </w:p>
    <w:p>
      <w:r>
        <w:rPr>
          <w:b/>
        </w:rPr>
        <w:t xml:space="preserve">[18:26] </w:t>
      </w:r>
      <w:r>
        <w:t>phir ek aur unka saying hai, "blessed are the meek, for they will inherit the earth". earth yahan paradise ke maane mein hai ke jo humble honge, unhi ko paradise mein inherit karne ka mauqa milega. phir ek bohat hi ajeeb unka hai call ke "if anyone slaps you on the right cheek, turn to them the other cheek also"</w:t>
      </w:r>
    </w:p>
    <w:p>
      <w:pPr>
        <w:jc w:val="right"/>
      </w:pPr>
      <w:r>
        <w:t>फिरएकऔर उनका सेइंगहै, "ब्लेस्डआरद मीक, फॉरदे विलइनहेरिटदअर्थ " ।अर्थ यहां पैराडाइसकेमानेमेंहै किजो हंबलहोंगे, उन्हींको पैराडाइसमें इनहेरिटकरनेकामौकामिलेगा । फिरएकबहुतही अजीब उनका है कॉल कि"इफएनीवन स्लैप्सयू ऑनदराइट चीक, टर्नटूदेम दअदरचीक आल्सो"</w:t>
      </w:r>
    </w:p>
    <w:p>
      <w:r>
        <w:rPr>
          <w:b/>
        </w:rPr>
        <w:t xml:space="preserve">[18:56] </w:t>
      </w:r>
      <w:r>
        <w:t>. ab log samajhte hain ke yeh to cowardice ki taleem hai. yeh cowardice ki taleem nahi hai. jaisa ke Maulana ne bataya ke kabhi nahi aisa hota. kyunke insaan ka conscious jo hai, woh allow nahi karega ke agar hum jo hain, poore tarike se sabr karein aur react na karein, provoke na ho, to woh hum ko marta hi peetta rahe.</w:t>
      </w:r>
    </w:p>
    <w:p>
      <w:pPr>
        <w:jc w:val="right"/>
      </w:pPr>
      <w:r>
        <w:t>। अबलोग समझतेहैंकियहतो कोवर्ड िसकीतालीमहै। यहकोवर्डिसकीतालीमनहींहै।जैसाकिमौलानानेबताया किकभी नहींऐसाहोता ।क्योंकि इंसान का कॉन्शियसजोहै, वह अलावनहींकरेगा किअगरहम जोहैं, पूरेतरीकेसे सब्रकरें और रिएक्टनाकरें, प्रवोकनाहो,तो वहहमको मारताहीपीटतारहे ।</w:t>
      </w:r>
    </w:p>
    <w:p>
      <w:r>
        <w:rPr>
          <w:b/>
        </w:rPr>
        <w:t xml:space="preserve">[19:18] </w:t>
      </w:r>
      <w:r>
        <w:t>to is wajah se yeh bohat hi zyada peaceful teaching hai. aur isi se isi tarike ki teaching jo hai, Rasool Allah sallallahu alaihi wasallam ne apna yi aur saare logon ko,</w:t>
      </w:r>
    </w:p>
    <w:p>
      <w:pPr>
        <w:jc w:val="right"/>
      </w:pPr>
      <w:r>
        <w:t>तो इसवजहसे यहबहुत ही ज्यादा पीसफुलटीचिंगहै। और इसीसे इसीतरीके कीटीचिंग जोहै,रसूलल्लाहसल्लल्लाहुअलैहिवसल्लम नेअपना ईऔर सारेलोगों को,</w:t>
      </w:r>
    </w:p>
    <w:p>
      <w:r>
        <w:rPr>
          <w:b/>
        </w:rPr>
        <w:t xml:space="preserve">[19:32] </w:t>
      </w:r>
      <w:r>
        <w:t>saare apne dushmanon ko apna follower bana liya. "do not judge or you will be judged".</w:t>
      </w:r>
    </w:p>
    <w:p>
      <w:pPr>
        <w:jc w:val="right"/>
      </w:pPr>
      <w:r>
        <w:t>सारे अपनेदुश्मनोंको अपना फॉलोअरबनालिया । "डूनॉटजज आर यूटूविलबीजज"।</w:t>
      </w:r>
    </w:p>
    <w:p>
      <w:r>
        <w:rPr>
          <w:b/>
        </w:rPr>
        <w:t xml:space="preserve">[19:41] </w:t>
      </w:r>
      <w:r>
        <w:t>kyunke log jo hain, doosron ko judge karte hain. to keh rahe hain, "doosron ko mat judge karo, balki apne andar jhaank kar dekho ke tumhare andar kya kharabiyan hain". "do not judge or you will be judged". to phir isi tarike se bohat saari sayings hain, statements hain Hazrat Isa ke Bible mein. to woh sab se zyada jo unhon ne zor diya, woh ek peaceful living par aur Khuda se gehra personal relation</w:t>
      </w:r>
    </w:p>
    <w:p>
      <w:pPr>
        <w:jc w:val="right"/>
      </w:pPr>
      <w:r>
        <w:t>क्योंकिलोग जोहैं,दूसरोंकोजजकरते हैं। तो कहरहेहैं,"दूसरोंकोमतजजकरो,बल्कि अपनेअंदर झांककरदेखो कितुम्हारेअंदरक्या खराबियांहैं"। "डूनॉटजज आरयू टूविलबीजज्ड"। तोफिर इसीतरीकेसे बहुत सारी सेइंग्सहैं, स्टेटमेंट्सहैं हजरतईसाकेबाइबलमें । तो वहसबसे ज्यादा जो उन्होंने जोरदिया , वह एक पीसफुललिविंगपर और खुदासे गहरा पर्सनलरिलेशन</w:t>
      </w:r>
    </w:p>
    <w:p>
      <w:r>
        <w:rPr>
          <w:b/>
        </w:rPr>
        <w:t xml:space="preserve">[20:10] </w:t>
      </w:r>
      <w:r>
        <w:t>ship. isi liye woh abba kehte the kai baar. abba personal relationship ke maane mein kehte the. na ke yeh ke he was koi physical son of God, aisa nahi tha. balki woh ek personal relationship hota tha. aadmi ke munh se abba nikal jata hai.</w:t>
      </w:r>
    </w:p>
    <w:p>
      <w:pPr>
        <w:jc w:val="right"/>
      </w:pPr>
      <w:r>
        <w:t>शिप । इसीलिएवहअब्बाकहतेथेकईबार । अब्बा पर्सनलरिलेशनशिपकेमानेमें कहतेथे। नायह कि हीवाज कोई फिजिकल सन ऑफ गॉड,ऐसानहींथा।बल्किवहएकपर्सनल रिलेशनशिपहोता था।आदमीकेमुंहसे अब्बानिकलजाता है।</w:t>
      </w:r>
    </w:p>
    <w:p>
      <w:r>
        <w:rPr>
          <w:b/>
        </w:rPr>
        <w:t xml:space="preserve">[20:30] </w:t>
      </w:r>
      <w:r>
        <w:t>to bohat zyada is tarah ki hai. maine chand liye hain.</w:t>
      </w:r>
    </w:p>
    <w:p>
      <w:pPr>
        <w:jc w:val="right"/>
      </w:pPr>
      <w:r>
        <w:t>तो बहुत ज्यादा इसतरहकीहै।मैंनेचंदलिएहैं।</w:t>
      </w:r>
    </w:p>
    <w:p>
      <w:r>
        <w:rPr>
          <w:b/>
        </w:rPr>
        <w:t xml:space="preserve">[20:36] </w:t>
      </w:r>
      <w:r>
        <w:t>"What does it profit a man to gain the whole world, yet forfeit his soul?"</w:t>
      </w:r>
    </w:p>
    <w:p>
      <w:pPr>
        <w:jc w:val="right"/>
      </w:pPr>
      <w:r>
        <w:t>"व्हाटडज इट प्रॉफिट अमैन टू गेनद होलवर्ल्ड ,यट फॉरफीटहिजसोल"</w:t>
      </w:r>
    </w:p>
    <w:p>
      <w:r>
        <w:rPr>
          <w:b/>
        </w:rPr>
        <w:t xml:space="preserve">[20:43] </w:t>
      </w:r>
      <w:r>
        <w:t>matlabsarisduniyato hame miljae, lekin hamari jo hai, ham apne sol ko kataskiyana karpae, sol ko purify-na karpae aur hame jannat mein jagah na mile, to hame kya mila? kuch bhi nahin mila</w:t>
      </w:r>
    </w:p>
    <w:p>
      <w:pPr>
        <w:jc w:val="right"/>
      </w:pPr>
      <w:r>
        <w:t>।मतलबसारीदुनिया तोहमेंमिलजाए, लेकिन हम ारीजो है,हमअपने सोलको कातस्कियानाकरपाए , सोलको प्यूरिफाईनाकरपाए और हमें जन्नतमेंजगह नामिले, तो हमेंक्या मिला?कुछभीनहींमिला</w:t>
      </w:r>
    </w:p>
    <w:p>
      <w:r>
        <w:rPr>
          <w:b/>
        </w:rPr>
        <w:t xml:space="preserve">[20:57] </w:t>
      </w:r>
      <w:r>
        <w:t>to asal jo maqsad hota hai</w:t>
      </w:r>
    </w:p>
    <w:p>
      <w:pPr>
        <w:jc w:val="right"/>
      </w:pPr>
      <w:r>
        <w:t>। तो असलजो मकसदहोताहै</w:t>
      </w:r>
    </w:p>
    <w:p>
      <w:r>
        <w:rPr>
          <w:b/>
        </w:rPr>
        <w:t xml:space="preserve">[21:00] </w:t>
      </w:r>
      <w:r>
        <w:t>mazhab ka, woh hai salvation and eternal life.</w:t>
      </w:r>
    </w:p>
    <w:p>
      <w:pPr>
        <w:jc w:val="right"/>
      </w:pPr>
      <w:r>
        <w:t>मजहबका,वहहै साल्वेशन एंडइटरनललाइफ ।</w:t>
      </w:r>
    </w:p>
    <w:p>
      <w:r>
        <w:rPr>
          <w:b/>
        </w:rPr>
        <w:t xml:space="preserve">[21:07] </w:t>
      </w:r>
      <w:r>
        <w:t>to yahi maqsad tha Hazrat Isa alaihissalam ka bhi. aur un jo unka jo bohat hi mashhoor sermon hai, sermon on the mount, is mein aap ko saari detail milegi. jo us mein hai love, humility, forgiveness, deep relationship with God. to yeh saari cheezein us mein aap ko bohat comprehensive andaaz mein milegi. aur bohat saare parables bhi aap dete the. ji</w:t>
      </w:r>
    </w:p>
    <w:p>
      <w:pPr>
        <w:jc w:val="right"/>
      </w:pPr>
      <w:r>
        <w:t>तो यही मकसदथा हजरतईसाअलैहिसलामकाभी । और उन जोउनका जो बहुतही मशहूर सरमन है,सर मन ऑनदमाउंट,इसमेंआपको सारी डिटेलमिलेगी ।जोउसमेंहै लव , ह्यूमिडिटी,फॉरगिवनस, डीप रिलेशनशिपविदगॉड । तो यहसारीचीजेंउसमेंआपकोबहुत कंप्रिहेंसिवअंदाजमें मिलेंगी। और बहुत सारे पैरबल्सभीआपदेतेथे। जी</w:t>
      </w:r>
    </w:p>
    <w:p>
      <w:r>
        <w:rPr>
          <w:b/>
        </w:rPr>
        <w:t xml:space="preserve">[21:35] </w:t>
      </w:r>
      <w:r>
        <w:t>kyunki parable se baat, stories choti-choti, us se baat zyada achi</w:t>
      </w:r>
    </w:p>
    <w:p>
      <w:pPr>
        <w:jc w:val="right"/>
      </w:pPr>
      <w:r>
        <w:t>,क्योंकिपैरबलसेबात, स्टोरीजछोटी-छोटी, उससेबातज्यादाअच्छी</w:t>
      </w:r>
    </w:p>
    <w:p>
      <w:r>
        <w:rPr>
          <w:b/>
        </w:rPr>
        <w:t xml:space="preserve">[21:40] </w:t>
      </w:r>
      <w:r>
        <w:t>samajh mein aati hai aur dil mein utarti hai. Quran mein bhi kuch aisi parables hain.</w:t>
      </w:r>
    </w:p>
    <w:p>
      <w:pPr>
        <w:jc w:val="right"/>
      </w:pPr>
      <w:r>
        <w:t>समझमेंआतीहैऔरदिलमेंउतरतीहै। कुरानमेंभीकुछऐसी पैरबल्सहैं।</w:t>
      </w:r>
    </w:p>
    <w:p>
      <w:r>
        <w:rPr>
          <w:b/>
        </w:rPr>
        <w:t xml:space="preserve">[21:44] </w:t>
      </w:r>
      <w:r>
        <w:t>ji, ab un ki zindagi mein phir hum yeh bhi dekhte hain, jis tarah har prophet ke saath hua, he was bitter up</w:t>
      </w:r>
    </w:p>
    <w:p>
      <w:pPr>
        <w:jc w:val="right"/>
      </w:pPr>
      <w:r>
        <w:t>जी , अब उनकीजिंदगीमें फिरहम यहभीदेखतेहैं,जिसतरह हर प्रोफेटकेसाथ हुआ,ही वाजबिटरअप</w:t>
      </w:r>
    </w:p>
    <w:p>
      <w:r>
        <w:rPr>
          <w:b/>
        </w:rPr>
        <w:t xml:space="preserve">[21:52] </w:t>
      </w:r>
      <w:r>
        <w:t>So, same was the case with Isa Alaihis Salam, that he was</w:t>
      </w:r>
    </w:p>
    <w:p>
      <w:pPr>
        <w:jc w:val="right"/>
      </w:pPr>
      <w:r>
        <w:t>ोज।सो सेमवाजदकेसविद ईसाअलैहिसलाम,दैटहीवाज</w:t>
      </w:r>
    </w:p>
    <w:p>
      <w:r>
        <w:rPr>
          <w:b/>
        </w:rPr>
        <w:t xml:space="preserve">[21:57] </w:t>
      </w:r>
      <w:r>
        <w:t>bitter opposed by the Pharisees and his opponents. तो उसके</w:t>
      </w:r>
    </w:p>
    <w:p>
      <w:pPr>
        <w:jc w:val="right"/>
      </w:pPr>
      <w:r>
        <w:t>बिटर अपोज बायद फेरिस एंडहिज ओपोनेंट्स।तोउसके</w:t>
      </w:r>
    </w:p>
    <w:p>
      <w:r>
        <w:rPr>
          <w:b/>
        </w:rPr>
        <w:t xml:space="preserve">[22:01] </w:t>
      </w:r>
      <w:r>
        <w:t>bare mein hum sab ko batayein.</w:t>
      </w:r>
    </w:p>
    <w:p>
      <w:pPr>
        <w:jc w:val="right"/>
      </w:pPr>
      <w:r>
        <w:t>बारेमें हम सबकोबताएं।</w:t>
      </w:r>
    </w:p>
    <w:p>
      <w:r>
        <w:rPr>
          <w:b/>
        </w:rPr>
        <w:t xml:space="preserve">[22:06] </w:t>
      </w:r>
      <w:r>
        <w:t>asal mein jo pharisees the, woh samajh lijiye kattar yahoodi the. to yeh logon ne bohat zyada aap ki, aap ko oppose kiya, aap ko persecute karna chaaha. to unko lagta tha ke jab paighambar aayega, to koi bohat hi khaas personality wala, bohat hi background wala hoga. yeh kya? ek aam aadmi</w:t>
      </w:r>
    </w:p>
    <w:p>
      <w:pPr>
        <w:jc w:val="right"/>
      </w:pPr>
      <w:r>
        <w:t>असलमेंजो फेरिस थे,वहसमझलीजिएकट्टरयहूदीथे। तो यह लोगों नेबहुत ज्यादा आप की,आपको अप ोजकिया,आपको परसक्यूटकरनाचा हा। तो उनकोलगताथा कि जब पैगंबरआएगा,तोकोई बहुत ही खासपर्सनालिटीवाला,बहुतही बैकग्राउंडवालाहोगा । यहक्या?एक आमआदमी</w:t>
      </w:r>
    </w:p>
    <w:p>
      <w:r>
        <w:rPr>
          <w:b/>
        </w:rPr>
        <w:t xml:space="preserve">[22:30] </w:t>
      </w:r>
      <w:r>
        <w:t>hai. jaise Rasool Allah sallallahu alaihi wasallam jab thay, to logon ne kaha ke Khuda ko koi doosra nahi mila tha paighambar banane ke liye tumhare siwa. to is tarike ki baatein jo hain, har paighambar ko kahi gayi. to Allah taala dil dekhta hai. na ke yeh ke humari personality kaisi hai. to woh dil nahi dekhte the, balki woh zahir dekhte the. kyunke bohat hi zyada self righteousness unke andar aa gayi thi.</w:t>
      </w:r>
    </w:p>
    <w:p>
      <w:pPr>
        <w:jc w:val="right"/>
      </w:pPr>
      <w:r>
        <w:t>है। जैसे रसूलल्लाहसल्लल्लाहुअलैहिवसल्लमजबतायबगएथे,तोलोगोंनेकहा किखुदाकोकोईदूसरानहीं मिलाथा पैगंबरबनानेकेलिए तुम्हारेसिवा । तो इसतरीकेकीबातेंजोहैं, हर पैगंबरको कहीगई। तो अल्लाहताला दिलदेखताहै। ना यहकिहमारी पर्सनालिटीकैसीहै। तो वह दिलनहींदेख तेथे,बल्कि वहजाहिरदेखतेथे। क्योंकि बहुतहीज्यादा सेल्फ राइचुअसनेसउनकेअंदरआगईथी।</w:t>
      </w:r>
    </w:p>
    <w:p>
      <w:r>
        <w:rPr>
          <w:b/>
        </w:rPr>
        <w:t xml:space="preserve">[22:57] </w:t>
      </w:r>
      <w:r>
        <w:t>ke jo hai, na ke apne aap ko hi bas superior samajhna. samajhna ke bas hum hi sachchai par hain, baqi sab log galat hain. to is wajah se unko laga ke in ki jo taleemat hain,</w:t>
      </w:r>
    </w:p>
    <w:p>
      <w:pPr>
        <w:jc w:val="right"/>
      </w:pPr>
      <w:r>
        <w:t>किजोहै, नाकिअपनेआप कोही बस सुपीरियरसमझना । समझनाकिबसहमहीसच्चाईपरहैं, बाकीसबलोगगलतहैं। तो इसवजहसे उनको लगा कि इन कीजो तालीमा तहैं,</w:t>
      </w:r>
    </w:p>
    <w:p>
      <w:r>
        <w:rPr>
          <w:b/>
        </w:rPr>
        <w:t xml:space="preserve">[23:12] </w:t>
      </w:r>
      <w:r>
        <w:t>woh humare khilaaf ja</w:t>
      </w:r>
    </w:p>
    <w:p>
      <w:pPr>
        <w:jc w:val="right"/>
      </w:pPr>
      <w:r>
        <w:t>वह हम ारे खिलाफजा</w:t>
      </w:r>
    </w:p>
    <w:p>
      <w:r>
        <w:rPr>
          <w:b/>
        </w:rPr>
        <w:t xml:space="preserve">[23:15] </w:t>
      </w:r>
      <w:r>
        <w:t>rahi hain. kyunke unhon ne bohat zyada haq haq ko chhupa kar rakha hua tha. Quran mein bhi aaya hai ke tum log kitne hi haq ke mujrim ho. to haq ko chhupa kar rakha tha. ab woh jab saaf saaf baatein Hazrat Isa kar rahe the, to unko laga ke yeh to bohat zyada humare khilaaf ja rahi hai. to aur doosre ke awam ko unhon ne aisa banaya hua tha ke har baat mein awam jo hai, yeh hi jo religious thekedar hote hain,</w:t>
      </w:r>
    </w:p>
    <w:p>
      <w:pPr>
        <w:jc w:val="right"/>
      </w:pPr>
      <w:r>
        <w:t>रहीहैं। क्योंकि उन्होंने बहुत ज्यादा हकहककोछुपाकेरखाहुआथा। कुरानमेंभीआयाहैकितुमलोग कितमान ेहककेमुजरिमहो । तो हककोछुपाकेरखाथा। अबवहजब साफ-साफबातेंहजरतईसा कररहेथे,तोउन्हेंलगा कियहतोबहुत ज्यादाहम ारे खिलाफजारहीहै। तो और दूस रे कि आवामकोउन्होंने ऐसा बनायाहुआ था कि हर बातमें आवामजोहै, यहीजो रिलीजियसठेकेदारहोतेहैं,</w:t>
      </w:r>
    </w:p>
    <w:p>
      <w:r>
        <w:rPr>
          <w:b/>
        </w:rPr>
        <w:t xml:space="preserve">[23:43] </w:t>
      </w:r>
      <w:r>
        <w:t>unke paas jaya karte the. ab unko gunahon ki maafi bhi mangni hai, to bhi unke paas jana tha. unko to yahan Hazrat Isa alaihissalam kehte the, tum log maafi mango, Khuda tumhare bilkul qareeb hai aur Khuda tumhari sun raha hai.</w:t>
      </w:r>
    </w:p>
    <w:p>
      <w:pPr>
        <w:jc w:val="right"/>
      </w:pPr>
      <w:r>
        <w:t>उनके पास जायाकरते थे। अबउनको गुनाहोंकीमाफी भीमांगनीहै,तोभी उनके पास जाना था।उनको तो यहां हजरतईसाअलैहिसलाम कहतेथे,तुमलोगमाफीमांगो,खुदातुम्हारेबिल्कुलकरीबहै और खुदातुम्हारीसुनरहाहै।</w:t>
      </w:r>
    </w:p>
    <w:p>
      <w:r>
        <w:rPr>
          <w:b/>
        </w:rPr>
        <w:t xml:space="preserve">[23:59] </w:t>
      </w:r>
      <w:r>
        <w:t>to yeh sab cheezein jo hain, inki wajah se Hazrat Isa ke paas bohat zyada log aane lage. aur jo popularity unki barhti chali ja rahi thi, to is wajah se woh bohat zyada khilaf ho gaye. aur shuru-shuru mein to Hazrat Isa ne jo yeh Yahudiyon ka woh tha,</w:t>
      </w:r>
    </w:p>
    <w:p>
      <w:pPr>
        <w:jc w:val="right"/>
      </w:pPr>
      <w:r>
        <w:t>तो यह सबचीजेंजोहैं, इनकीवजहसे हजरतईसाकेपास बहुत ज्यादा लोग आनेलगे। और जो पॉपुलरिटीउनकी बढ़तीचलीजारहीथी, तो इसवजहसे वह बहुतज्यादा खिलाफहोगए । और शुरू -शुरूमेंतोहजरतईसाने जो यह ूदियोंका वहथा,</w:t>
      </w:r>
    </w:p>
    <w:p>
      <w:r>
        <w:rPr>
          <w:b/>
        </w:rPr>
        <w:t xml:space="preserve">[24:22] </w:t>
      </w:r>
      <w:r>
        <w:t>isko koshish ki usko apnane ki. lekin woh bohat zyada dikhawa tha us mein. to woh itna zyada kar nahi paaye</w:t>
      </w:r>
    </w:p>
    <w:p>
      <w:pPr>
        <w:jc w:val="right"/>
      </w:pPr>
      <w:r>
        <w:t>उसको कोशिशकीउसकोअपनानेकी।लेकिन वहबहुतज्यादा दिखावाथाउसमें । तो वहइतनाज्यादा करनहींपाए</w:t>
      </w:r>
    </w:p>
    <w:p>
      <w:r>
        <w:rPr>
          <w:b/>
        </w:rPr>
        <w:t xml:space="preserve">[24:29] </w:t>
      </w:r>
      <w:r>
        <w:t>. to misaal ke taur par ek Shabbat ki misaal. ab woh Shabbat ke din koi kaam nahi karte hain. aur kyunke Shabbat jo hai, woh rest ka din hai, ibadat ka din hai. to yahan tak ke woh Shabbat ke din ek baar ek aaya, ek aadmi jiska haath sookh gaya tha. to usko unhone acha karna karna chaha. lekin woh Shabbat ka din tha.</w:t>
      </w:r>
    </w:p>
    <w:p>
      <w:pPr>
        <w:jc w:val="right"/>
      </w:pPr>
      <w:r>
        <w:t>। तो मिसालकेतौरपरएक शब्बतकीमिसाल ।अबवहशब्बतकेदिन कोई कामनहीं करते हैं। और क्योंकिशब्बतजोहै,वह रेस्टकादिन है, इबादतकादिन है। तो यहां तक किवह शब्बतकेदिन एक बारएक आया,एक आदमी जिसका हाथ सूखगयाथा। तो उसको उन्होंने अच्छाकरना करनाचा हा ।लेकिन वहशब्बतकादिनथा।</w:t>
      </w:r>
    </w:p>
    <w:p>
      <w:r>
        <w:rPr>
          <w:b/>
        </w:rPr>
        <w:t xml:space="preserve">[24:55] </w:t>
      </w:r>
      <w:r>
        <w:t>to unhone socha ke ab woh bechara bohat door se aaya hai, ghareeb aadmi. to ab agar hum usko nahi karenge, phir pata nahi aa paayega ke nahi aa paayega. to unhone usko acha kar diya. to is cheez se woh bohat zyada gussa ho gaye ke Shabbat ke din healing bhi nahi hoti, koi kaam nahi hota. to inhone Moosavi shariyat ko ka ko woh nahi kiya. Moosavi shariyat ka ehtimam nahi kiya.</w:t>
      </w:r>
    </w:p>
    <w:p>
      <w:pPr>
        <w:jc w:val="right"/>
      </w:pPr>
      <w:r>
        <w:t>तो उन्होंने सोचा कि अबवहबेचाराबहुत दूरसेआयाहै,गरीबआदमी । तो अब अगरहमउसकोनहीं करेंगे,फिरपतानहीं आपाएगाकिनहींआपाएगा। तो उन्होंने उसको अच्छाकरदिया ।तो इसचीजसेवहबहुतज्यादा गुस्साहोगए कि शब्बतकेदिन हीलिंगभीनहींहोती , कोई काम नहींहोता ।तो इन्होंने मूसवी शरीयतको का को वहनहींकिया। मूसवीशरीयतकाएहतमामनहींकिया।</w:t>
      </w:r>
    </w:p>
    <w:p>
      <w:r>
        <w:rPr>
          <w:b/>
        </w:rPr>
        <w:t xml:space="preserve">[25:23] </w:t>
      </w:r>
      <w:r>
        <w:t>uski, usko uski sacredness ko tod diya. to is wajah se woh. aur phir Hazrat Isa Alaihissalam bohat authority se bolte the. to woh aur gussa hote the ke isko kahan se authority aayi?</w:t>
      </w:r>
    </w:p>
    <w:p>
      <w:pPr>
        <w:jc w:val="right"/>
      </w:pPr>
      <w:r>
        <w:t>उसकी ,उसको उसकी सेक्रेडनेसको तोड़दिया । तो इसवजहसेवह ।औरफिर हजरतईसाअलैहिसलामबहुत अथॉरिटीसेबोलतेथे। तो वह औरगुस्साहोते थेकिइसकोकहांसेअथॉरिटीआई ?</w:t>
      </w:r>
    </w:p>
    <w:p>
      <w:r>
        <w:rPr>
          <w:b/>
        </w:rPr>
        <w:t xml:space="preserve">[25:38] </w:t>
      </w:r>
      <w:r>
        <w:t>authority to hum log hain. jaise ulama ka group hota hai, is tarike ka group har mazhab mein hota hai. to woh samajhte hain hum authorized hain mazhab ke bare mein bolne ko. yeh kahan se authority inko kahan se mil gayi?</w:t>
      </w:r>
    </w:p>
    <w:p>
      <w:pPr>
        <w:jc w:val="right"/>
      </w:pPr>
      <w:r>
        <w:t>अथॉरिटीतोहमलोग हैं। जैसे उलमाकाग्रुपहोता है, इसतरीकेकाग्रुपहर मजहबमेंहोताहै। तो वहसमझतेहैंहम ऑथराइज्डहैं मजहबकेबारेमेंबोलनेको।यहकहांसे अथॉरिटीइनकोकहांसेमिलगई ?</w:t>
      </w:r>
    </w:p>
    <w:p>
      <w:r>
        <w:rPr>
          <w:b/>
        </w:rPr>
        <w:t xml:space="preserve">[25:54] </w:t>
      </w:r>
      <w:r>
        <w:t>to mazhabi tabqa jo hai, woh Khuda ka numainda samajhta hai apne aap ko. to pehle qurb maafi bhi bohat mushkil se hoti thi. uske liye qurbani karni padti thi. aur ji s s jo hain, woh logon ko maaf karte the baghair qurbani ke. bas log repent karein apne sins ko aur dobara un sins ko na karein. to bata dete ke Allah taala maaf kar deta hai.</w:t>
      </w:r>
    </w:p>
    <w:p>
      <w:pPr>
        <w:jc w:val="right"/>
      </w:pPr>
      <w:r>
        <w:t>तो मजहबी तबकाजोहै,वहखुदाकानुमाइंदासमझताहै अपनेआपको । तो पहले कुर्ब माफीभीबहुत मुश्किलसेहोतीथी। उसके लिए कुर्बानीकरनीपड़तीथी। और जी ससजोहैं,वहलोगोंको माफकरते थे बगैरकुर्बानी के। बस लोग रिपेंटकरें अपने सिंसको और दोबारा उन सिंसकोनाकरें। तो बता देतेकिअल्लाहतालामाफकरदेताहै।</w:t>
      </w:r>
    </w:p>
    <w:p>
      <w:r>
        <w:rPr>
          <w:b/>
        </w:rPr>
        <w:t xml:space="preserve">[26:20] </w:t>
      </w:r>
      <w:r>
        <w:t>to priest jo hain, na har mazhab mein intermediary ka role play karte hain. woh samajhte hain ke between God and man wohi intermediary hain. unhi ke zariye se banda jo hai,</w:t>
      </w:r>
    </w:p>
    <w:p>
      <w:pPr>
        <w:jc w:val="right"/>
      </w:pPr>
      <w:r>
        <w:t>तो प्रीस्टजोहैं,ना हर मजहबमें इंटरमीडिएरीकारोलप्लेकरतेहैं। वहसमझतेहैं कि बिटवीन गॉडएंडमैन वही इंटरमीडिएरीहैं। उन्हींकेजरिएसे बंदाजोहै,</w:t>
      </w:r>
    </w:p>
    <w:p>
      <w:r>
        <w:rPr>
          <w:b/>
        </w:rPr>
        <w:t xml:space="preserve">[26:34] </w:t>
      </w:r>
      <w:r>
        <w:t>in woh Khuda tak pahunchta hai. maafi bhi mangni hogi to unke zariye se woh maafi mangegi. to padri unke liye dua karte the. to is tarike se woh beech mein yeh kadi khatm ho</w:t>
      </w:r>
    </w:p>
    <w:p>
      <w:pPr>
        <w:jc w:val="right"/>
      </w:pPr>
      <w:r>
        <w:t>इन वहखुदातकपहुंचताहै। माफी भी मांगनीहोगीतो उनके जरिएसेवहमाफीमांगेगी। तो पादरीउनकेलिए दुआकरते थे। तो इसतरीकेसे वह बीचमें यहकड़ीखत्महो</w:t>
      </w:r>
    </w:p>
    <w:p>
      <w:r>
        <w:rPr>
          <w:b/>
        </w:rPr>
        <w:t xml:space="preserve">[26:47] </w:t>
      </w:r>
      <w:r>
        <w:t>gayi. unhone koshish ki ke insaan ka talluq direct Khuda se ho jaye. to yeh jo unconditional love thi ya personal relationship with God keh sakte hain, to yeh un logon ko aisa laga ke hamari position jo hai, woh ghat rahi hai. to unhone</w:t>
      </w:r>
    </w:p>
    <w:p>
      <w:pPr>
        <w:jc w:val="right"/>
      </w:pPr>
      <w:r>
        <w:t>गई । उन्होंने कोशिशकी किइंसान काताल्लुक डायरेक्टखुदासेहोजाए। तोयहजो अन कंडीशनललवथी या पर्सनलरिलेशनशिप विदगॉडकहसकतेहैं,तो यह उनलोगोंको ऐसा लगा किहमारी पोजीशनजोहै, वहघटरहीहै। तो उन्होंने</w:t>
      </w:r>
    </w:p>
    <w:p>
      <w:r>
        <w:rPr>
          <w:b/>
        </w:rPr>
        <w:t xml:space="preserve">[27:09] </w:t>
      </w:r>
      <w:r>
        <w:t>isko react kiya, bohat sakhti se react kiya. to kyunke forgiveness sahi to asal</w:t>
      </w:r>
    </w:p>
    <w:p>
      <w:pPr>
        <w:jc w:val="right"/>
      </w:pPr>
      <w:r>
        <w:t>इसको रिएक्टकिया,बहुत सख्तीसेरिएक्टकिया। तो क्योंकि फॉरगिवनसहीतोअसल</w:t>
      </w:r>
    </w:p>
    <w:p>
      <w:r>
        <w:rPr>
          <w:b/>
        </w:rPr>
        <w:t xml:space="preserve">[27:15] </w:t>
      </w:r>
      <w:r>
        <w:t>hai. har insaan yahi chahta hai ke Khuda hamein forgive kare aur akhirat mein jab hum marein, to hamein jannat mein jagah mile, bakhshish mile, salvation mile. to yeh unhone dekha ke yeh to forgiveness jo hai, yeh bohat aasan kar rahe hain. phir hamara is mein kya role rahega?</w:t>
      </w:r>
    </w:p>
    <w:p>
      <w:pPr>
        <w:jc w:val="right"/>
      </w:pPr>
      <w:r>
        <w:t>है।हर इंसानयहीचाहताहैकिखुदाहमें फॉरगिवकरेऔर आखिरतमें जबहममरे,तोहमेंजन्नतमेंजगहमिले, बख्शिशमिले,साल्वेशनमिले। तो यह उन्होंने देखा कियहतो फॉरगिवनसजोहै,यहबहुतआसानकरदेरहेहैं। फिरहमाराइसमेंक्यारोलरहेगा ?</w:t>
      </w:r>
    </w:p>
    <w:p>
      <w:r>
        <w:rPr>
          <w:b/>
        </w:rPr>
        <w:t xml:space="preserve">[27:32] </w:t>
      </w:r>
      <w:r>
        <w:t>to Hazrat Isa ne kaha, yeh to ek gift hai Khuda ka. jaise Hazrat Adam ne itna bada ehsaan kiya, uske baad unhone Khuda se maafi m</w:t>
      </w:r>
    </w:p>
    <w:p>
      <w:pPr>
        <w:jc w:val="right"/>
      </w:pPr>
      <w:r>
        <w:t>तो हजरतईसानेकहा,यहतोएकगिफ्टहै खुदाका । जैसे हजरतआदमनेइतनाबड़ा अहसिनकिया, उसकेबाद उन्होंने खुदासेमाफी म</w:t>
      </w:r>
    </w:p>
    <w:p>
      <w:r>
        <w:rPr>
          <w:b/>
        </w:rPr>
        <w:t xml:space="preserve">[27:43] </w:t>
      </w:r>
      <w:r>
        <w:t>aangi. Khuda ne maaf kar diya. to bohat sare unke upar ilzamat the. ek to kehte the, yeh sinners ke saath rehte hain. matlab jo ghareeb log unke paas zyada aate the, na to ghareeb logon ki society mein us zamane ke khas taur par koi hasiyat nahi thi. to woh kehte the, yeh aise-aise ghareebon ke saath rehte hain aur woh sinners</w:t>
      </w:r>
    </w:p>
    <w:p>
      <w:pPr>
        <w:jc w:val="right"/>
      </w:pPr>
      <w:r>
        <w:t>ांगी। खुदानेमाफकरदिया । तो बहुत सारे उनके ऊपरइल्जामातथे। एकतोकहतेथे,यहसिनर्सकेसाथ रहतेहैं। मतलबजोगरीबलोग उनके पास ज्यादाआतेथे,ना तो गरीबलोगों की सोसाइटीमें उसजमानेकेखासतौरपर कोई हैसियतनहींथी। तो वह कहतेथे,यह ऐसे-ऐसेगरीबोंकेसाथ रहतेहैं और वह सिनर्स</w:t>
      </w:r>
    </w:p>
    <w:p>
      <w:r>
        <w:rPr>
          <w:b/>
        </w:rPr>
        <w:t xml:space="preserve">[28:07] </w:t>
      </w:r>
      <w:r>
        <w:t>hain. to inki baat jo hai, woh iskaabil nahi hai ke uski koi value di jaye. aur Hazrat Isa jo hain, sab ko barabar samajhte. woh unke liye sab barabar the. sab ko Khuda ka paigham unhein pahunchana tha. to Khuda ke sab bande hain. to Hazrat Isa jo hain,</w:t>
      </w:r>
    </w:p>
    <w:p>
      <w:pPr>
        <w:jc w:val="right"/>
      </w:pPr>
      <w:r>
        <w:t>हैं। तो इनकीबातजोहै,वह इसकाबिलनहींहैकि उसकीकोई वैल्यूदीजाए। और हजरतईसा जोहैं,सबकोबराबरसमझ ते। वह उनकेलिए सब बराबरथे। सबकोखुदाकापैगामउन्हें पहुंचानाथा। तो खुदाके सबबंदेहैं। तो हजरतईसाजोहैं,</w:t>
      </w:r>
    </w:p>
    <w:p>
      <w:r>
        <w:rPr>
          <w:b/>
        </w:rPr>
        <w:t xml:space="preserve">[28:27] </w:t>
      </w:r>
      <w:r>
        <w:t>is yahi yahi spirit sab ke andar ubharna chaah rahe the ke koi discrimination nahi hai, balki sab barabar hain. ji,</w:t>
      </w:r>
    </w:p>
    <w:p>
      <w:pPr>
        <w:jc w:val="right"/>
      </w:pPr>
      <w:r>
        <w:t>इसयही यहीस्पिरिट सबकेअंदर उभारनाचाहरहेथे किकोई डिस्क्रिमिनेशननहींहै, बल्कि सब बराबरहैं। जी,</w:t>
      </w:r>
    </w:p>
    <w:p>
      <w:r>
        <w:rPr>
          <w:b/>
        </w:rPr>
        <w:t xml:space="preserve">[28:35] </w:t>
      </w:r>
      <w:r>
        <w:t>aur aap inhi sab baaton ki wajah se, jo Pharisee the, opponents the, they planned a brutal punishment for him. to iske bare mein aap hum sab ko batayein. mazhabi tabqa jo hai, itna sakht dil ho jata hai ke aap jante hain, yeh Quraan par jo unko saza di gayi, woh bilkul hardened criminal ke liye hoti thi. to yeh wohi saza thi jo aaj blasphemy ke naam se jaani jati</w:t>
      </w:r>
    </w:p>
    <w:p>
      <w:pPr>
        <w:jc w:val="right"/>
      </w:pPr>
      <w:r>
        <w:t>और आप इन्हींसबबातोंकीवजहसे ,जो फेरिस थे,ओपोनेंट्सथे,दे प्लान्डअब्रूटलपनिशमेंट फॉरहिम।तो इसकेबारेमें आप हमसबकोबताएं । मजहबी तबकाजोहै,इतना सख्तदिलहोजाताहै किआपजानतेहैं, यह कुरासपरजोउनको सजादीगई , वहबिल्कुल हार्डेंडक्रिमिनलकेलिएहोती थी। तो यह वही सजाथीजोआज ब्लासफेमीकेनामसे जानीजाती</w:t>
      </w:r>
    </w:p>
    <w:p>
      <w:r>
        <w:rPr>
          <w:b/>
        </w:rPr>
        <w:t xml:space="preserve">[29:02] </w:t>
      </w:r>
      <w:r>
        <w:t>hai. to pehle</w:t>
      </w:r>
    </w:p>
    <w:p>
      <w:pPr>
        <w:jc w:val="right"/>
      </w:pPr>
      <w:r>
        <w:t>है। तो पहले</w:t>
      </w:r>
    </w:p>
    <w:p>
      <w:r>
        <w:rPr>
          <w:b/>
        </w:rPr>
        <w:t xml:space="preserve">[29:04] </w:t>
      </w:r>
      <w:r>
        <w:t>mazhabon mein yeh thi, yahudiyon mein aur phir isaiyon mein bhi yahi aa gayi.</w:t>
      </w:r>
    </w:p>
    <w:p>
      <w:pPr>
        <w:jc w:val="right"/>
      </w:pPr>
      <w:r>
        <w:t>मजहबोंमेंयहथी,यहूदियोंमें और फिर ईसाइयोंमेंभीयही आगई ।</w:t>
      </w:r>
    </w:p>
    <w:p>
      <w:r>
        <w:rPr>
          <w:b/>
        </w:rPr>
        <w:t xml:space="preserve">[29:09] </w:t>
      </w:r>
      <w:r>
        <w:t>to wohi ab musalmanon mein aa gayi, jo Salman Rushdie ke khilaf jo tehreek chali, blasphemy ki.</w:t>
      </w:r>
    </w:p>
    <w:p>
      <w:pPr>
        <w:jc w:val="right"/>
      </w:pPr>
      <w:r>
        <w:t>तो वही अबमुसलमानोंमेंआगई , जो सुलमान रजदीकेखिलाफजोतहरीकचली,ब्लासफेमीकी।</w:t>
      </w:r>
    </w:p>
    <w:p>
      <w:r>
        <w:rPr>
          <w:b/>
        </w:rPr>
        <w:t xml:space="preserve">[29:15] </w:t>
      </w:r>
      <w:r>
        <w:t>to yeh blasphemy asal mein thi. un ko lagta tha ki jo mazhab hai, Moosavi shariyat hai,</w:t>
      </w:r>
    </w:p>
    <w:p>
      <w:pPr>
        <w:jc w:val="right"/>
      </w:pPr>
      <w:r>
        <w:t>तो यहब्लासफेमीअसलमेंथी। उनकोलगता थाकिजो मजहबहै, मूसवीशरीयतहै,</w:t>
      </w:r>
    </w:p>
    <w:p>
      <w:r>
        <w:rPr>
          <w:b/>
        </w:rPr>
        <w:t xml:space="preserve">[29:22] </w:t>
      </w:r>
      <w:r>
        <w:t>us ko jo proper reverence unhein dena chahiye,</w:t>
      </w:r>
    </w:p>
    <w:p>
      <w:pPr>
        <w:jc w:val="right"/>
      </w:pPr>
      <w:r>
        <w:t>उसकोजो प्रॉपर रेवरेंसउन्हेंदेनाचाहिए,</w:t>
      </w:r>
    </w:p>
    <w:p>
      <w:r>
        <w:rPr>
          <w:b/>
        </w:rPr>
        <w:t xml:space="preserve">[29:25] </w:t>
      </w:r>
      <w:r>
        <w:t>to woh woh nahin de rahe hain.</w:t>
      </w:r>
    </w:p>
    <w:p>
      <w:pPr>
        <w:jc w:val="right"/>
      </w:pPr>
      <w:r>
        <w:t>तो वह वहनहींदेरहेहैं।</w:t>
      </w:r>
    </w:p>
    <w:p>
      <w:r>
        <w:rPr>
          <w:b/>
        </w:rPr>
        <w:t xml:space="preserve">[29:27] </w:t>
      </w:r>
      <w:r>
        <w:t>to yeh lack of reverence jo tha, for the religious establishment</w:t>
      </w:r>
    </w:p>
    <w:p>
      <w:pPr>
        <w:jc w:val="right"/>
      </w:pPr>
      <w:r>
        <w:t>तो यह लैकऑफरेवरेंसजोथा, फॉरद रिलीजियसएस्टैब्लिशमेंट</w:t>
      </w:r>
    </w:p>
    <w:p>
      <w:r>
        <w:rPr>
          <w:b/>
        </w:rPr>
        <w:t xml:space="preserve">[29:32] </w:t>
      </w:r>
      <w:r>
        <w:t>, to yeh bohat bada jurm tha un unke lihaaz se. to ab shuru mein to Hazrat Isa Alaihissalam ne bismillah bhi le liya aur unke bohat sare qanoon ko mana. lekin baad mein jab unhone dekha ke yeh to bohat zyada rigid hain aur sirf form form hai, spirit gayab hai,</w:t>
      </w:r>
    </w:p>
    <w:p>
      <w:pPr>
        <w:jc w:val="right"/>
      </w:pPr>
      <w:r>
        <w:t>,तो यह बहुत बड़ा जुर्मथा उन उनके लिहाजसे । तो अब शुरू मेंतो हजरतईसाअलैहिसलामने बिपतस्माभीलेलियाऔरउनके बहुत सारे क ानूनको माना । लेकिन बादमेंजब उन्होंने देखा कि यहतोबहुत ज्यादा रिजिडहैंऔर सिर्फ फार्मफार्महै, स्पिरिट गायबहै,</w:t>
      </w:r>
    </w:p>
    <w:p>
      <w:r>
        <w:rPr>
          <w:b/>
        </w:rPr>
        <w:t xml:space="preserve">[29:55] </w:t>
      </w:r>
      <w:r>
        <w:t>jaisa ke bilkul clear hua ke woh inv jo aadmi aaya, withered hand wala, to jab usko unhone acha kar diya, to bohat zyada gussa ho gaye. to Hazrat Isa Alaihissalam bohat confidence se, bohat authority se bolte the. to unhone kaha ke tum yeh legalism mein, yaani qanoon kaayde mein aur humanity mein intekhab kar lo. to</w:t>
      </w:r>
    </w:p>
    <w:p>
      <w:pPr>
        <w:jc w:val="right"/>
      </w:pPr>
      <w:r>
        <w:t>जैसाकिबिल्कुल क्लियरहुआ किवह इनवोजोआदमीआया,विदर्डहैंडवाला, तोजब उसकोउन्होंने अच्छाकरदिया ,तो बहुतज्यादागुस्साहोगए । तो हजरतईसाअलैहिसलामबहुत कॉन्फिडेंससे,बहुत अथॉरिटीसेबोलतेथे। तो उन्होंने कहा कितुम यह लीगलिज्ममें,यानी कानून कायदेमेंऔर ह्यूमैनिटीमें इंतखाबकरलो। तो</w:t>
      </w:r>
    </w:p>
    <w:p>
      <w:r>
        <w:rPr>
          <w:b/>
        </w:rPr>
        <w:t xml:space="preserve">[30:20] </w:t>
      </w:r>
      <w:r>
        <w:t>unhone jo hai, unki koi baat nahi suni. aur lekin woh bilkul sakht ho gaye. Hazrat Isa ne kaha, kya hum Shabbat ke din ek insaan ko heal nahi kar sakte?</w:t>
      </w:r>
    </w:p>
    <w:p>
      <w:pPr>
        <w:jc w:val="right"/>
      </w:pPr>
      <w:r>
        <w:t>उन्होंने जोहै,उनकीकोई बातहीनहींसुनी । और लेकिन वहबिल्कुल सख्तहोगए। हजरतईसानेकहा,क्याहम शब्बतकेदिन एक इंसानको हीलनहींकरसकते ?</w:t>
      </w:r>
    </w:p>
    <w:p>
      <w:r>
        <w:rPr>
          <w:b/>
        </w:rPr>
        <w:t xml:space="preserve">[30:32] </w:t>
      </w:r>
      <w:r>
        <w:t>yeh to spirit jo hai, yahi batati hai. aur form jo hai, unka kehta tha ke nahi, Shabbat ke din koi kaam nahi ho sakta hai. to is tarike se woh gussa unka badhta chala gaya aur unhone unko charge kiya</w:t>
      </w:r>
    </w:p>
    <w:p>
      <w:pPr>
        <w:jc w:val="right"/>
      </w:pPr>
      <w:r>
        <w:t>यहतो स्पिरिट जोहै,यहीबता तीहै। और फार्मजोहै,उनकाकहताथाकिनहीं , शब्बतकेदिनकोई कामनहींहोसकता है। तो इसतरीकेसे वह गुस्साउनका बढ़ताचलागया और उन्होंने उनको चार्जकिया</w:t>
      </w:r>
    </w:p>
    <w:p>
      <w:r>
        <w:rPr>
          <w:b/>
        </w:rPr>
        <w:t xml:space="preserve">[30:49] </w:t>
      </w:r>
      <w:r>
        <w:t>, he was charged for showing disrespect to the laws of Moses. to laws of Moses jo hain, unko unhone sacred darja de rakha tha. to woh jo hai, is wajah se woh bohat zyada gussa ho gaye. halanki Rasool Allah Sallallahu Alaihi Wasallam ne bhi farmaaya ek baar, Kaaba ke paas khade hue the ke Kaaba, teri hurmat bohat zyada hai, bohat tu a</w:t>
      </w:r>
    </w:p>
    <w:p>
      <w:pPr>
        <w:jc w:val="right"/>
      </w:pPr>
      <w:r>
        <w:t>,हीवासचार्ज्डफॉरशोइंग डिसरेस्पेक्ट टूदलॉजऑफ मोजेस। तो लॉजऑफमोजेसजोहैं,उनको उन्होंने सेक्रेड दर् जादेरखाथा। तो वहजोहै, इसवजहसेवहबहुतज्यादा गुस्साहोगए । हालांकि र सूलल्लाहसल्लल्लाहुअलैहिवसल्लमनेभीफरमायाएकबार ,काबाकेपासखड़े हुए थेकिकाबा,तेरी हुरमतबहुत ज्यादा है,बहुत तूअ</w:t>
      </w:r>
    </w:p>
    <w:p>
      <w:r>
        <w:rPr>
          <w:b/>
        </w:rPr>
        <w:t xml:space="preserve">[31:15] </w:t>
      </w:r>
      <w:r>
        <w:t>zizmat hai, lekin insaan ki hurmat tujh se bhi zyada hai. to insaan ki izzat jo hai, woh har haal mein karni hai. yeh nahi ke ghareeb hai, to uski izzat nahi hai koi</w:t>
      </w:r>
    </w:p>
    <w:p>
      <w:pPr>
        <w:jc w:val="right"/>
      </w:pPr>
      <w:r>
        <w:t>जीमहै, लेकिन इंसान की हुरमत तुझसेभीज्यादाहै। तो इंसान की इज्जतजोहै, वह हर हालमें करनीहै। यहनहीं किगरीबहै,तोउसकीइज्जतनहींहैकोई</w:t>
      </w:r>
    </w:p>
    <w:p>
      <w:r>
        <w:rPr>
          <w:b/>
        </w:rPr>
        <w:t xml:space="preserve">[31:28] </w:t>
      </w:r>
      <w:r>
        <w:t>to is tarah se</w:t>
      </w:r>
    </w:p>
    <w:p>
      <w:pPr>
        <w:jc w:val="right"/>
      </w:pPr>
      <w:r>
        <w:t>। तो इसतरीकेसे</w:t>
      </w:r>
    </w:p>
    <w:p>
      <w:r>
        <w:rPr>
          <w:b/>
        </w:rPr>
        <w:t xml:space="preserve">[31:31] </w:t>
      </w:r>
      <w:r>
        <w:t>yeh jo hai, jo jo outward show of religiosity thi,</w:t>
      </w:r>
    </w:p>
    <w:p>
      <w:pPr>
        <w:jc w:val="right"/>
      </w:pPr>
      <w:r>
        <w:t>यहजोहै, जो जो आउटवर्ड शो ऑफरिलीजियासिटीथी,</w:t>
      </w:r>
    </w:p>
    <w:p>
      <w:r>
        <w:rPr>
          <w:b/>
        </w:rPr>
        <w:t xml:space="preserve">[31:38] </w:t>
      </w:r>
      <w:r>
        <w:t>to yeh is par Hazrat Isa ne bar-bar us par attack kiya.</w:t>
      </w:r>
    </w:p>
    <w:p>
      <w:pPr>
        <w:jc w:val="right"/>
      </w:pPr>
      <w:r>
        <w:t>तो यह इसपर हजरतईसानेबार-बारउसपरअटैककिया।</w:t>
      </w:r>
    </w:p>
    <w:p>
      <w:r>
        <w:rPr>
          <w:b/>
        </w:rPr>
        <w:t xml:space="preserve">[31:42] </w:t>
      </w:r>
      <w:r>
        <w:t>aur us ki wajah se woh kyunki woh to usi par khade hue the ki woh andar kuch the, bahar kuch the.</w:t>
      </w:r>
    </w:p>
    <w:p>
      <w:pPr>
        <w:jc w:val="right"/>
      </w:pPr>
      <w:r>
        <w:t>और उसकीवजहसेवह चूंकिवहतो उसीपरखड़ेहुए थे कि वहअंदरकुछ थे,बाहरकुछ थे।</w:t>
      </w:r>
    </w:p>
    <w:p>
      <w:r>
        <w:rPr>
          <w:b/>
        </w:rPr>
        <w:t xml:space="preserve">[31:50] </w:t>
      </w:r>
      <w:r>
        <w:t>to jaise Rasool Allah sallallahu alaihi wasallam ke paas</w:t>
      </w:r>
    </w:p>
    <w:p>
      <w:pPr>
        <w:jc w:val="right"/>
      </w:pPr>
      <w:r>
        <w:t>तो जैसे रसूलल्लाहसल्लल्लाहुअलैहिवसल्लमकेपास</w:t>
      </w:r>
    </w:p>
    <w:p>
      <w:r>
        <w:rPr>
          <w:b/>
        </w:rPr>
        <w:t xml:space="preserve">[31:53] </w:t>
      </w:r>
      <w:r>
        <w:t>kuch log aaye, unhone kaha, Assalamu alaikum.</w:t>
      </w:r>
    </w:p>
    <w:p>
      <w:pPr>
        <w:jc w:val="right"/>
      </w:pPr>
      <w:r>
        <w:t>कुछ लोग आए,उन्होंने कहा , अस्सलामवाले कुम।</w:t>
      </w:r>
    </w:p>
    <w:p>
      <w:r>
        <w:rPr>
          <w:b/>
        </w:rPr>
        <w:t xml:space="preserve">[31:56] </w:t>
      </w:r>
      <w:r>
        <w:t>Assalam ke maane death be upon you aur Assalamu alaikum peace be upon you.</w:t>
      </w:r>
    </w:p>
    <w:p>
      <w:pPr>
        <w:jc w:val="right"/>
      </w:pPr>
      <w:r>
        <w:t>अस्सलामकेमाने डेथबीअपॉनयू और अस्सलामवालेकुम पीसबीअपॉनयू।</w:t>
      </w:r>
    </w:p>
    <w:p>
      <w:r>
        <w:rPr>
          <w:b/>
        </w:rPr>
        <w:t xml:space="preserve">[32:02] </w:t>
      </w:r>
      <w:r>
        <w:t>to andar se kuch the, upar se kuch the.</w:t>
      </w:r>
    </w:p>
    <w:p>
      <w:pPr>
        <w:jc w:val="right"/>
      </w:pPr>
      <w:r>
        <w:t>तोअंदरसेकुछ थे,ऊपरसेकुछ थे।</w:t>
      </w:r>
    </w:p>
    <w:p>
      <w:r>
        <w:rPr>
          <w:b/>
        </w:rPr>
        <w:t xml:space="preserve">[32:04] </w:t>
      </w:r>
      <w:r>
        <w:t>to yahi haal wahan par tha.</w:t>
      </w:r>
    </w:p>
    <w:p>
      <w:pPr>
        <w:jc w:val="right"/>
      </w:pPr>
      <w:r>
        <w:t>तो यही हाल वहांपरथा।</w:t>
      </w:r>
    </w:p>
    <w:p>
      <w:r>
        <w:rPr>
          <w:b/>
        </w:rPr>
        <w:t xml:space="preserve">[32:07] </w:t>
      </w:r>
      <w:r>
        <w:t>to yeh jab koi bhi mazhab par bahut zyada arsa guzar jata hai, na to un ke</w:t>
      </w:r>
    </w:p>
    <w:p>
      <w:pPr>
        <w:jc w:val="right"/>
      </w:pPr>
      <w:r>
        <w:t>तो यह जब कोई भी मजहबपरबहुत ज्यादा अरसागुजरजाताहै,नातोउनके</w:t>
      </w:r>
    </w:p>
    <w:p>
      <w:r>
        <w:rPr>
          <w:b/>
        </w:rPr>
        <w:t xml:space="preserve">[32:13] </w:t>
      </w:r>
      <w:r>
        <w:t>dil</w:t>
      </w:r>
    </w:p>
    <w:p>
      <w:pPr>
        <w:jc w:val="right"/>
      </w:pPr>
      <w:r>
        <w:t>दिल</w:t>
      </w:r>
    </w:p>
    <w:p>
      <w:r>
        <w:rPr>
          <w:b/>
        </w:rPr>
        <w:t xml:space="preserve">[32:13] </w:t>
      </w:r>
      <w:r>
        <w:t>sakht ho</w:t>
      </w:r>
    </w:p>
    <w:p>
      <w:pPr>
        <w:jc w:val="right"/>
      </w:pPr>
      <w:r>
        <w:t>सख्तहो</w:t>
      </w:r>
    </w:p>
    <w:p>
      <w:r>
        <w:rPr>
          <w:b/>
        </w:rPr>
        <w:t xml:space="preserve">[32:14] </w:t>
      </w:r>
      <w:r>
        <w:t>jaate hain. jaisa ki sur bakra mein baar baar iska usko bataya gaya hai mukhtalif tareeqon se. unke andar wahi jo hoti hai, na holier than thou ki hum jo hum kar rahe hain, wahi sahi hai. jo naye-naye cheezon ko woh galat hi samajhte hain, kyunki us par bahut saari sadia guzar chuki hoti hain, na to usko woh sacred samajhne lag jaate hain.</w:t>
      </w:r>
    </w:p>
    <w:p>
      <w:pPr>
        <w:jc w:val="right"/>
      </w:pPr>
      <w:r>
        <w:t>जातेहैं। जैसाकिसूर बकरामें बार-बार इसका उसकोबतायागया है मुख्तलिफतरीकोंसे । उनके अंदर वहीजोहोतीहै,नाहोलियर देनदाउ किहम जो हम कररहेहैं,वहीसहीहै। जो नए-नईचीजोंको वहगलतहीसमझतेहैं, क्योंकि उसपर बहुत सारी सद ियांगुजर चुकीहोती हैं,ना तो उसको वह सेक्रेडसमझनेलगजाते हैं।</w:t>
      </w:r>
    </w:p>
    <w:p>
      <w:r>
        <w:rPr>
          <w:b/>
        </w:rPr>
        <w:t xml:space="preserve">[32:40] </w:t>
      </w:r>
      <w:r>
        <w:t>to is tareeqe se unke andar jo hai, hypocrisy bilkul sakhti se baith gayi thi. woh strict adherence to forms laws karte the aur spirit ko ignore karte the. to yeh sab cheezein jo hain, jo religious authority thi, religious tabqa tha, usko challenge kar rahi thi. to isliye woh socha ki ab inko khatm hi karna padega, warna hamari position khatre mein pad jayegi.</w:t>
      </w:r>
    </w:p>
    <w:p>
      <w:pPr>
        <w:jc w:val="right"/>
      </w:pPr>
      <w:r>
        <w:t>तो इसतरीकेसे उनकेअंदरजोहै, हिपोग्रेसीबिल्कुल सख्तीसे बैठगई थी। वह स्ट्रिक्ट अडरेंसटूफॉर्म्स लॉज करते थेऔर स्पिरिटकोइग्नोरकरते थे। तो यह सबचीजेंजोहैं,जो रिलीजियस अथॉरिटीथी,रिलीजियसतबकाथा, उसको चैलेंजकररहीथी। तो इसलिए वह सोचा किअबइनकोखत्महीकरना पड़ेगा , वरनाहमारी पोजीशन खतरेमेंपड़जाएगी ।</w:t>
      </w:r>
    </w:p>
    <w:p>
      <w:r>
        <w:rPr>
          <w:b/>
        </w:rPr>
        <w:t xml:space="preserve">[33:10] </w:t>
      </w:r>
      <w:r>
        <w:t>ab chunki Hazrat Isa barabar maqbool ho rahe the, unke jahan-jahan bhi, halanki unke paas koi ghar bhi nahi tha, aise hi woh un de aise hi bolte the. sab kuch jama jama ho jaate the log takreeri andaaz mein ya is logon se baat cheet ke andaaz mein. to lekin bahut zyada log unke paas aate the. to is tareeqe se unhone yeh plan kiya ki unko फांसी ki</w:t>
      </w:r>
    </w:p>
    <w:p>
      <w:pPr>
        <w:jc w:val="right"/>
      </w:pPr>
      <w:r>
        <w:t>अबचूंकिहजरतईसाबराबर मकबूलहोरहेथे, उनके जहां-जहांभी,हालांकिउनकेपासकोई घर भीनहीं था, ऐसेहीवह उन दे ऐसेहीबोलतेथे।सबकुछ जमा जमाहोजाते थेलोग तकरीरीअंदाजमेंया इस लोगों सेबातचीतकेअंदाजमें । तो लेकिन बहुतज्यादालोग उनकेपास आतेथे। तो इसतरीकेसे उन्होंने यहप्लानकिया किउनको फांसीकीस</w:t>
      </w:r>
    </w:p>
    <w:p>
      <w:r>
        <w:rPr>
          <w:b/>
        </w:rPr>
        <w:t xml:space="preserve">[33:38] </w:t>
      </w:r>
      <w:r>
        <w:t>ja de jaye, kuras par lataka ke. to yeh saza jo hai, bahut hi sakht thi. yahan tak ki governor jo tha, Romi governor, woh bhi iske liye tayyar nahi tha. lekin itna saare uske peeche pad gaye, to usne usko aisa laga ki ab yeh log bagawat kar denge. to majburan usne order diya aur kehte hain ki order dene se pehle usne apna haath dhoya ki yeh main is is khoon se apne haath ko bari karta hoon.</w:t>
      </w:r>
    </w:p>
    <w:p>
      <w:pPr>
        <w:jc w:val="right"/>
      </w:pPr>
      <w:r>
        <w:t>जादीजाए, कुरासपरलटकाके । तो यह सजाजोहै,बहुत ही सख्तथी। यहांतककि गवर्नरजोथा,रोमीगवर्नर, वहभी इसकेलिएतैयारनहींथा। लेकिन इतना सारे उसकेपीछेपड़गए, तो उसने उसकोऐसा लगा किअब यहलोग बगावतकरदेंगे। तो मजबूरनउसनेआर्डरदियाऔरकहतेहैंकि आर्डरदेनेसेपहले उसनेअपना हाथ धोया कियहमैं इस इसखूनसे अपने हाथको बरीकरताहूं।</w:t>
      </w:r>
    </w:p>
    <w:p>
      <w:r>
        <w:rPr>
          <w:b/>
        </w:rPr>
        <w:t xml:space="preserve">[34:06] </w:t>
      </w:r>
      <w:r>
        <w:t>to is tareeqe se yeh mazhabi tabqa jo hai, itna sakht dil ho jaata hai ki woh kuch bhi kar sakta hai. ji, aap lekin Islamic perspective doesn't support the narrative of crucifixion of Isa alaihissalam as how it is believed in Christianity. to jo resurrection wala jo perspective hai,</w:t>
      </w:r>
    </w:p>
    <w:p>
      <w:pPr>
        <w:jc w:val="right"/>
      </w:pPr>
      <w:r>
        <w:t>तो इसतरीकेसे यह मजहबीतबकाजोहै, इतना सख्तदिलहोजाता है किवहकुछभी करसकता है। जी, आप लेकिन इस्लामिक पर्सपेक्टिव डजंट सपोर्टदनैरेटिवऑफ क्रुसिफिकेशन ऑफ ईसाअलैहिसलाम एज हाउइटइज बिलीव्डइनक्रिश्चियनिटी। तोजो रिजरेक्शन वालाजो पर्सपेक्टिवहै,</w:t>
      </w:r>
    </w:p>
    <w:p>
      <w:r>
        <w:rPr>
          <w:b/>
        </w:rPr>
        <w:t xml:space="preserve">[34:31] </w:t>
      </w:r>
      <w:r>
        <w:t>uske bare mein aap roshni daalen.</w:t>
      </w:r>
    </w:p>
    <w:p>
      <w:pPr>
        <w:jc w:val="right"/>
      </w:pPr>
      <w:r>
        <w:t>उसके बारेमें आप रोशनीडालें।</w:t>
      </w:r>
    </w:p>
    <w:p>
      <w:r>
        <w:rPr>
          <w:b/>
        </w:rPr>
        <w:t xml:space="preserve">[34:34] </w:t>
      </w:r>
      <w:r>
        <w:t>what does Islam believe in the resurrection of Isa alaihissalam? resurrection jo hai, yeh yehud isaiyon ke yahan yeh bahut aham aqeeda hai. isi par unhone poori Christianity ki base hai, samajh lijiye. ji,</w:t>
      </w:r>
    </w:p>
    <w:p>
      <w:pPr>
        <w:jc w:val="right"/>
      </w:pPr>
      <w:r>
        <w:t>व्हाटडजइस्लाम बिलीवइनदरिजरेक्शन ऑफ ईसाअलैहिसलाम? रिजरेक्शनजोहै, यह यह ूद ईसाइयोंकेयहांयहबहुत अहम अकीदाहै। इसीपर उन्होंने पूरीक्रिश्चियनिटीकी बेसहै,समझलीजिए।जी,</w:t>
      </w:r>
    </w:p>
    <w:p>
      <w:r>
        <w:rPr>
          <w:b/>
        </w:rPr>
        <w:t xml:space="preserve">[34:51] </w:t>
      </w:r>
      <w:r>
        <w:t>ki Christ rose from the dead.</w:t>
      </w:r>
    </w:p>
    <w:p>
      <w:pPr>
        <w:jc w:val="right"/>
      </w:pPr>
      <w:r>
        <w:t>कि क्राइस्ट रोजफ्रॉमदडेड।</w:t>
      </w:r>
    </w:p>
    <w:p>
      <w:r>
        <w:rPr>
          <w:b/>
        </w:rPr>
        <w:t xml:space="preserve">[34:55] </w:t>
      </w:r>
      <w:r>
        <w:t>to asal mein yeh bahut hi aisa hai baat ke logon ko jaldi samajh mein nahi aayi. kyunki jab usne order diya, Roman governor ne, to der ho gayi thi, shaam ho gayi thi, andhera ho gaya tha. to andhere mein koi Hazrat Isa ko itna pehchanta nahi tha. kyunki bahut bade religiously leader to the nahi, to koi pehchanta nahi tha.</w:t>
      </w:r>
    </w:p>
    <w:p>
      <w:pPr>
        <w:jc w:val="right"/>
      </w:pPr>
      <w:r>
        <w:t>तो असलमें यहबहुत ही ऐसा है बात के लोगों कोजल्दीसेसमझमेंनहीं आई । क्योंकि जब उसने आर्डरदिया , रोमन गवर्नरने ,तो देरहोगईथी,शामहोगईथी,अंधेराहोगयाथा। तो अंधेरेमें कोई हजरतईसाको इतना पहचानतानहीं था। क्योंकि बहुतबड़े रिलीजियसलीडरतोथेनहीं , तोकोई पहचानतानहींथा।</w:t>
      </w:r>
    </w:p>
    <w:p>
      <w:r>
        <w:rPr>
          <w:b/>
        </w:rPr>
        <w:t xml:space="preserve">[35:22] </w:t>
      </w:r>
      <w:r>
        <w:t>is wajah se aisa hua ki unhone jo hai, unhone karna to yahi chaha, Hazrat Isa ko hi crucify karna chaaha. lekin Allah taala ne unko bacha liya is dardnak anjaam se. to Allah taala ne is tarah bachaya ki Hazrat Isa ki shabi, woh jo gaddar hawari tha, na uske upar aa gayi aur log usko pakad ke le ja kar usko kuras par chadh</w:t>
      </w:r>
    </w:p>
    <w:p>
      <w:pPr>
        <w:jc w:val="right"/>
      </w:pPr>
      <w:r>
        <w:t>इसवजहसे ऐसा हुआ कि उन्होंने जोहै, उन्होंने करना तोयहीचाहा, हजरतईसाकोही क्रुसिफाईकरनाचा हा। लेकिन अल्लाहतालानेउनकोबचालिया इस दर्दनाकअंजामसे । तो अल्लाहतालानेइसतरह बचायाकि हजरत ईसाकी शबी, वहजो गद्दार हवारी था,ना उसके ऊपर आगई और लोग उसको पकड़केलेजाकरउसको कुरासपरचढ़</w:t>
      </w:r>
    </w:p>
    <w:p>
      <w:r>
        <w:rPr>
          <w:b/>
        </w:rPr>
        <w:t xml:space="preserve">[35:49] </w:t>
      </w:r>
      <w:r>
        <w:t>a diya. to yeh Islam ka Islam ka hai. lekin Isa log mante hain ki nahi, Hazrat Isa ko kuras par chadhaya gaya. to uske baad woh kya hua ki woh khamoshi se wahan rooposh ho gaye. woh jab hungama teen din ke baad, jab hungama kam hua, to woh phir khamoshi se apne hawariyon ke paas aaye</w:t>
      </w:r>
    </w:p>
    <w:p>
      <w:pPr>
        <w:jc w:val="right"/>
      </w:pPr>
      <w:r>
        <w:t>ादिया । तो यह इस्लामका इस्लामकाहै। लेकिन ईसाईलोग मानतेहैंकिनहीं,हजरतईसाई को कु रासपरचढ़ायागया। तो उसकेबाद वह क्याहुआ कि वहखामोशी सेवहरूप ोशहोगए । वोजब हंगामा तीनदिनकेबाद ,जब हंगामा कमहुआ,तो वहफिरखामोशीसे अपने हवारियोंकेपास आए</w:t>
      </w:r>
    </w:p>
    <w:p>
      <w:r>
        <w:rPr>
          <w:b/>
        </w:rPr>
        <w:t xml:space="preserve">[36:14] </w:t>
      </w:r>
      <w:r>
        <w:t>。 takreeban 11 hawari the unke aur 11 hawari ek jagah, kisi building mein the, koi jagah par the aur bahut hi ghamgeen, afsurda the ki humara leader is tarah chala gaya aur hum usko bacha nahi sake. asal mein itni bheed ki bheed thi ki woh 11 log kar kya sakte the. to isliye woh bilkul ineffective the.</w:t>
      </w:r>
    </w:p>
    <w:p>
      <w:pPr>
        <w:jc w:val="right"/>
      </w:pPr>
      <w:r>
        <w:t>। तक रीबन11 हवारी थेउनके और11हवारी एकजगह , किसी बिल्डिंगमेंथे,कोईजगहपर थे और बहुत ही गमगीन,अफसुर्दाथे किहमारा लीडरइसतरह चलागया औरहमउसको बचानहींसके।असलमें इतनी भीड़कीभीड़थी किवह 11लोग करक्यासकतेथे। तो इसलिए वह बिल्कुल इनफेक्टिवथे।</w:t>
      </w:r>
    </w:p>
    <w:p>
      <w:r>
        <w:rPr>
          <w:b/>
        </w:rPr>
        <w:t xml:space="preserve">[36:36] </w:t>
      </w:r>
      <w:r>
        <w:t>to phir woh aaye khamoshi se 40 din tak, waqt thodi-thodi dinon ke baad woh aaye aur unse milte rahe aur unko saari taaleemat jo hain, batate rahe. aur unhone yeh bhi kaha ki mere baad us waqt tak Jerusalem mein ruke rehna, jab tak ki aasman se tum par Rooh ul Qudus nazil na ho</w:t>
      </w:r>
    </w:p>
    <w:p>
      <w:pPr>
        <w:jc w:val="right"/>
      </w:pPr>
      <w:r>
        <w:t>तोफिर वह आए खामोशीसे 40दिन तक ,वक्फ थोड़ी-थोड़ी दिन ों दिनोंकेबाद वह आएऔरउनसेमिलतेरहे औरउनको सारी तालीमातजोहै,बतातेरहे । और उन्होंने यहभीकहा किमेरे बाद उसवक्ततक यरूशलममेंरुकेरहना ,जब तक कि आसमानसे तुमपर रूहुलक़ुदुसनाजिलनाहो</w:t>
      </w:r>
    </w:p>
    <w:p>
      <w:r>
        <w:rPr>
          <w:b/>
        </w:rPr>
        <w:t xml:space="preserve">[37:00] </w:t>
      </w:r>
      <w:r>
        <w:t>jaye. Rooh ul Qudus, jisko yeh log Holy Ghost kehte hain, to kehte hain ki unhi ke zariye se tamam inspiration milta hai. Hazrat Islam mein Hazrat Jibreel alaihissalam kehte hain ki wahi Khuda ka paigham lekar aate hain, wahi ab paigambaron ke paas aate hain, unko inspire karte hain, unki har tarah se support karte hain.</w:t>
      </w:r>
    </w:p>
    <w:p>
      <w:pPr>
        <w:jc w:val="right"/>
      </w:pPr>
      <w:r>
        <w:t>जाए। रूहुलक़ुदुस,जिसको यहलोग होली घोस्टकहतेहैं, तो कहतेहैं किउन्हींकेजरिएसेतमाम इंस्पिरेशनमिलताहै। हजरत इस्लाममें हजरतजिब्रीलअलैहिसलामकहतेहैं कि वही खुदाकापैगामलेकरआतेहैं, वही अब पैगंबरोंकेपास आतेहैं,उनको इंस्पायरकरतेहैं,उनकी हरतरहसे सपोर्टकरते हैं।</w:t>
      </w:r>
    </w:p>
    <w:p>
      <w:r>
        <w:rPr>
          <w:b/>
        </w:rPr>
        <w:t xml:space="preserve">[37:26] </w:t>
      </w:r>
      <w:r>
        <w:t>to jab Hazrat Isa alaihissalam 40 din tak aate rahe, uske baad woh 10 din, jab jab woh chale gaye, 40 din ke baad phir nahi aaye, phir Allah taala ne unko ba-izzat tareeqe se upar utha liya. Quran mein hai ki Allah taala ne unko wafa di.</w:t>
      </w:r>
    </w:p>
    <w:p>
      <w:pPr>
        <w:jc w:val="right"/>
      </w:pPr>
      <w:r>
        <w:t>तोजब हजरतईसा अलैहिसलाम 40दिनतक आते रहे,उसकेबाद वह 10दिन, जब जब वहचलेगए,40दिनकेबाद फिरनहीं आए ,फिर अल्लाहतालानेउनको बाइज्जततरीकेसे ऊपरउठालिया । कुरानमेंहैकिअल्लाहतालानेउनकोवफा दी ।</w:t>
      </w:r>
    </w:p>
    <w:p>
      <w:r>
        <w:rPr>
          <w:b/>
        </w:rPr>
        <w:t xml:space="preserve">[37:44] </w:t>
      </w:r>
      <w:r>
        <w:t>to matlab woh cross par itni zyada zyada kya kehte hain, dardnak anjaam se bacha liya Allah taala ne aur unko wafa di. ji, aur unko 40 din tak woh rahe. phir uske baad unke kehne ke mutabiq 10 din ke baad jo hai,</w:t>
      </w:r>
    </w:p>
    <w:p>
      <w:pPr>
        <w:jc w:val="right"/>
      </w:pPr>
      <w:r>
        <w:t>तोमतलबवह क्रॉसपर इतनीज्यादा ज्यादा क्याकहतेहैं,दर्दनाक अंजामसे बचा लियाअल्लाहतालाने और उनको वफा दी । जी, औरउनको 40दिनतक वहरहे । फिरउसकेबाद उनके कहनेके मुताबिक 10दिनकेबाद जोहै,</w:t>
      </w:r>
    </w:p>
    <w:p>
      <w:r>
        <w:rPr>
          <w:b/>
        </w:rPr>
        <w:t xml:space="preserve">[38:06] </w:t>
      </w:r>
      <w:r>
        <w:t>woh Rooh ul Qudus nazil hua aur tamam hawari jo hain, woh josh se bhar gaye.</w:t>
      </w:r>
    </w:p>
    <w:p>
      <w:pPr>
        <w:jc w:val="right"/>
      </w:pPr>
      <w:r>
        <w:t>वह रूहुलक़ुदुसनाजिलहुआ और तमाम हवारी जोहै,वह जोशसे भर गए ।</w:t>
      </w:r>
    </w:p>
    <w:p>
      <w:r>
        <w:rPr>
          <w:b/>
        </w:rPr>
        <w:t xml:space="preserve">[38:12] </w:t>
      </w:r>
      <w:r>
        <w:t>ab yeh log kehte hain ki yeh hawa jo Rooh ul Qudus hai, woh kalisa mein, kalisa jo church hai, na woh church koi building ka naam nahi hai, balki woh community ka naam hai. to isiliye church log jab dekhte hain ki kahin aisi jagah hai jahan ab Christians nahi rehte, to woh church ko bhej dete hain. kyunki woh asal cheez jo hai, woh community hai, na ki building. to</w:t>
      </w:r>
    </w:p>
    <w:p>
      <w:pPr>
        <w:jc w:val="right"/>
      </w:pPr>
      <w:r>
        <w:t>अब यह लोगकहतेहैंकि यहहवा जोरूहुलक़ुदुसहै, वह कलीसा में, कलीसा जो चर्चहै,ना वोचर्चकोई बिल्डिंगकानामनहीं है,बल्कि वह कम्युनिटीकानाम है। तो इसीलिए चर्चलोगजब देख तेहैं कि कहीं ऐसीजगहहैजहां अब क्रिश्चियंस नहींरहते, तो वहचर्चको भेजदेतेहैं।क्योंकि वह असल चीजजोहै,वहकम्युनिटीहै,नाकिबिल्डिंग। तो</w:t>
      </w:r>
    </w:p>
    <w:p>
      <w:r>
        <w:rPr>
          <w:b/>
        </w:rPr>
        <w:t xml:space="preserve">[38:38] </w:t>
      </w:r>
      <w:r>
        <w:t>is tareeqe se us kehte hain ki church mein jo hai, Holy Ghost jo hai, woh woh matlab mukiim ho gaya hai aur usko wahan se roohani faiz apne logon ko deta rehta hai. lekin unhi logon ko milta hai, woh jo baptisma le kar Islami ban jaate hain.</w:t>
      </w:r>
    </w:p>
    <w:p>
      <w:pPr>
        <w:jc w:val="right"/>
      </w:pPr>
      <w:r>
        <w:t>इसतरीकेसे उस कहतेहैंकिचर्चमें जोहै, होलीघोस्टजोहै, वह वहमतलब मुकीमहोगया है और उसको वहांसे रूहानी फैज अपने लोगोंकोदेतारहताहै।लेकिन उन्हींलोगों कोमिलताहै,वह जो बिपतस्मालेकर ईसाईबनजाते हैं।</w:t>
      </w:r>
    </w:p>
    <w:p>
      <w:r>
        <w:rPr>
          <w:b/>
        </w:rPr>
        <w:t xml:space="preserve">[38:59] </w:t>
      </w:r>
      <w:r>
        <w:t>to yeh hua. to Rooh ul Islam ke mutabiq jo hai, Hazrat Jibreel alaihissalam hi woh paigambar hain aur sabse bade paigambar hain jo tamam paigambaron ke paas aaye, unko Khuda ka paigham pahunchaya, Khuda ki good tidings pahunchaya. to is tareeqe se woh musalsal unke us mein connection mein rahe.</w:t>
      </w:r>
    </w:p>
    <w:p>
      <w:pPr>
        <w:jc w:val="right"/>
      </w:pPr>
      <w:r>
        <w:t>तो यहहुआ । तो रूहुल इस्लामकेमुताबिक जोहै, हजरत जिब्र ीलअलैहिसलामहीवह पैगंबरहैं औरसबसे बड़े पैगंबर हैंजो तमाम पैगंबरोंकेपास आए, उनको खुदाकापैगामपहुंचाया, खुदाकीगुडटाइडिंग्सपहुंचाया। तो इसतरीकेसे वह मुसलसल उनके उसमें कनेक्शनमें रहे ।</w:t>
      </w:r>
    </w:p>
    <w:p>
      <w:r>
        <w:rPr>
          <w:b/>
        </w:rPr>
        <w:t xml:space="preserve">[39:26] </w:t>
      </w:r>
      <w:r>
        <w:t>lekin aam log jo hain, unke paas unka bhi farishton se contact hota hai aur unko bhi farishton se inspiration milta hai. to aur khaas log jo hain, jaise prophets hain, unka connection Hazrat Jibreel alaihissalam</w:t>
      </w:r>
    </w:p>
    <w:p>
      <w:pPr>
        <w:jc w:val="right"/>
      </w:pPr>
      <w:r>
        <w:t>लेकिन आम लोग जोहैं, उनके पास उनकाभी फरिश्तोंसेकांटेक्टहोताहै और उनकोभी फरिश्तोंसे इंस्पिरेशनमिलताहै। तो और खास लोग जोहैं,जैसे प्रॉफिट्सहैं, उनका कनेक्शनहजरतजिब्रीलअलैहिसलाम</w:t>
      </w:r>
    </w:p>
    <w:p>
      <w:r>
        <w:rPr>
          <w:b/>
        </w:rPr>
        <w:t xml:space="preserve">[39:43] </w:t>
      </w:r>
      <w:r>
        <w:t>se hota hai. to unhi ko Isaiyat mein Holy Ghost kehte hain. aur hum log jo hain, archangel Hazrat Jibreel alaihissalam bolte hain. wahi aaye the jo Ghaare Hira mein Rasool Allah sallallahu alaihissallam ke paas aaye aur tamam paigambaron ke paas wahi aate hain. ji,</w:t>
      </w:r>
    </w:p>
    <w:p>
      <w:pPr>
        <w:jc w:val="right"/>
      </w:pPr>
      <w:r>
        <w:t>सेहोताहै। तो उन्हींको ईसाइयतमें होली घोस्टकहतेहैं। औरहमलोग जोहैं, आर्कएंजलहजरतजिब्रीलअलैहिसलाम बोलतेहैं। वही आएथेजोगारेहरामें रसूलल्लाहसल्लल्लाहुअलैहिवसल्लमकेपासआए औरतमामपैगंबरोंकेपास वहीआतेहैं। जी ,</w:t>
      </w:r>
    </w:p>
    <w:p>
      <w:r>
        <w:rPr>
          <w:b/>
        </w:rPr>
        <w:t xml:space="preserve">[40:00] </w:t>
      </w:r>
      <w:r>
        <w:t>aap agla sawal lene se pehle yeh kuch comment aur ek sawal aaya hai, main woh lena chahunga. ji, comment bheja hai Doctor Aslam Khan sahab ne Saharanpur se, "The mission of Christ is love of God</w:t>
      </w:r>
    </w:p>
    <w:p>
      <w:pPr>
        <w:jc w:val="right"/>
      </w:pPr>
      <w:r>
        <w:t>आप अगलासवाललेनेसेपहले यह कुछ कमेंटऔरएकसवालआयाहै,मैंवहलेनाचाहूंगा । जी,कमेंटभेजाहैडॉक्टरअसलमखानसाहबने सहारनपुरसे, "दमिशनऑफ क्राइस्ट इज लवऑफ गॉड</w:t>
      </w:r>
    </w:p>
    <w:p>
      <w:r>
        <w:rPr>
          <w:b/>
        </w:rPr>
        <w:t xml:space="preserve">[40:13] </w:t>
      </w:r>
      <w:r>
        <w:t>." Miss Fareeda Kamran ne Pakistan se likha hai, "Jazakallah, very informative and inspiring session, stay blessed." Fawad Ali Abbasi sahab ne Pakistan se likha hai, "Jazakallah, you can wait good knowledge with kindness and humility."</w:t>
      </w:r>
    </w:p>
    <w:p>
      <w:pPr>
        <w:jc w:val="right"/>
      </w:pPr>
      <w:r>
        <w:t>।" मिस फरीदा कामरानने पाकिस्तानसेलिखाहै,"जजाकल्लाह, वेरीइनफॉर्मेटिवएंडइंस्पायरिंग सेशन,स्टे ब्लेस्ड।" फवाद अलीअब्बासीसाहबने पाकिस्तानसेलिखाहै,"जजाकल्लाह,आपय ूकैनवेटगुडनॉलेजविदकाइंडनेसएंडह्यूमिडिटी।"</w:t>
      </w:r>
    </w:p>
    <w:p>
      <w:r>
        <w:rPr>
          <w:b/>
        </w:rPr>
        <w:t xml:space="preserve">[40:31] </w:t>
      </w:r>
      <w:r>
        <w:t>aap yeh sawal amrit sar se rohitkumarji ne likha hai. unhone likha hai, " respected aap ji, zyada tar logon ka manna hai ki khuda jo nirankar roop mein hai, woh khud avtaar lekar aata hai. jab bhi koi sansar mein guru ya mahatma aate hain,</w:t>
      </w:r>
    </w:p>
    <w:p>
      <w:pPr>
        <w:jc w:val="right"/>
      </w:pPr>
      <w:r>
        <w:t>आप यह सवाल अमृत सरसे रोहितकुमारजीनेलिखाहै। उन्होंने लिखाहै," रिस्पेक्टेडआप जी, ज्यादातर लोगों का माननाहैकि खुदाजो निरंकार रूप में है, वह खुद अवतारलेकर आताहै। जब भीकोई संसारमें गुरु या महात्मा आतेहैं,</w:t>
      </w:r>
    </w:p>
    <w:p>
      <w:r>
        <w:rPr>
          <w:b/>
        </w:rPr>
        <w:t xml:space="preserve">[40:50] </w:t>
      </w:r>
      <w:r>
        <w:t>to sabhi kehte hain ki nirankar parmatma khud hi shareer roop mein logon ki bhalai ke liye aaye hain."</w:t>
      </w:r>
    </w:p>
    <w:p>
      <w:pPr>
        <w:jc w:val="right"/>
      </w:pPr>
      <w:r>
        <w:t>तो सभी कहतेहैं कि निरंकार परमात्माखुदही शरीररूपमें लोगों की भलाईकेलिए आएहैं।"</w:t>
      </w:r>
    </w:p>
    <w:p>
      <w:r>
        <w:rPr>
          <w:b/>
        </w:rPr>
        <w:t xml:space="preserve">[40:59] </w:t>
      </w:r>
      <w:r>
        <w:t>aap is is par kuch samjhaaiye. dekhiye, jin logon ne science nahin padhi hai, wahi is tarah ki baat kar sakte hain ki khuda itna bada, itna bada hai ki usko woh woh is tareeqe se is baat bhi nahin koi scientist is tarah karega. ki itni badi kainat hai, itni badi kainat hai, musalsal expand kar rahi hai.</w:t>
      </w:r>
    </w:p>
    <w:p>
      <w:pPr>
        <w:jc w:val="right"/>
      </w:pPr>
      <w:r>
        <w:t>आप इस इसपरकुछ समझाइए । देखिए,जिनलोगों ने साइंसनहीं पढ़ीहै, वहीइसतरह कीबातकरसकतेहैं किखुदाइतनाबड़ा,इतनाबड़ाहै कि उसको वो वोइसतरीकेसे इस बातभीनहींकोई साइंटिस्टइसतरहकरेगा । किइतनीबड़ी कायनातहै,इतनीबड़ीकायनातहै, मुसलसल एक्सपेंडकररहीहै।</w:t>
      </w:r>
    </w:p>
    <w:p>
      <w:r>
        <w:rPr>
          <w:b/>
        </w:rPr>
        <w:t xml:space="preserve">[41:24] </w:t>
      </w:r>
      <w:r>
        <w:t>to khuda ne intezaam kiya hua hai farishton ke zariye se. farishte aate hain aur woh inspire karte hain khuda ke bando ko. ki aam aam bando ke paas bhi aate hain aur khaas bando ke paas Hazrat Jibrael alaihissalam aate hain paigambaron ke paas. to khuda khuda jo hai,</w:t>
      </w:r>
    </w:p>
    <w:p>
      <w:pPr>
        <w:jc w:val="right"/>
      </w:pPr>
      <w:r>
        <w:t>तो खुदाने इंतजामकियाहुआ है फरिश्तोंकेजरिएसे ।फरिश्तेआतेहैंऔरवह इंस्पायरकरतेहैं खुदाकेबंदोंको । किआम आम बंदोंकेपासभीआतेहैंऔर खासबंदोंकेपास हजरतजिब्रीलअलैहिसलामआतेहैं पैगंबरोंकेपास । तो खुदा खुदा जो है,</w:t>
      </w:r>
    </w:p>
    <w:p>
      <w:r>
        <w:rPr>
          <w:b/>
        </w:rPr>
        <w:t xml:space="preserve">[41:45] </w:t>
      </w:r>
      <w:r>
        <w:t>is limited time and space ki jagah mein kahan aayega?</w:t>
      </w:r>
    </w:p>
    <w:p>
      <w:pPr>
        <w:jc w:val="right"/>
      </w:pPr>
      <w:r>
        <w:t>इस लिमिटेडटाइमएंडस्पेसकीजगहमें कहांआएगा ?</w:t>
      </w:r>
    </w:p>
    <w:p>
      <w:r>
        <w:rPr>
          <w:b/>
        </w:rPr>
        <w:t xml:space="preserve">[41:50] </w:t>
      </w:r>
      <w:r>
        <w:t>khuda se hum spiritual connection kayam kar sakte hain aur akhirat mein albattah khuda ko hum ki jhalak ya dekh sakte hain. jo bahut nek bande honge, unko khuda apni jhalak ya dikhayega. lekin sirf jhalakiyan. khuda itna bada, itna bada hai ki jannat mein bhi hum khuda ko poora nahin dekhenge. to woh in logon ko chahiye ki sabse pehle science ko padhein. ji,</w:t>
      </w:r>
    </w:p>
    <w:p>
      <w:pPr>
        <w:jc w:val="right"/>
      </w:pPr>
      <w:r>
        <w:t>खुदासेहम स्पिरिचुअलकनेक्शनकायमकरसकतेहैं और आखिरतमें अलबत्ताखुदाकोहम कीझलकियांदेखसकतेहैं। जो बहुत नेकबंदेहोंगे,उनकोखुदाअपनीझलकियांदिखाएगा।लेकिन सिर्फझलकियां। खुदाइतनाबड़ा,इतनाबड़ाहैकिजन्नतमेंभीहम खुदाकोपूरानहींदेखें गे । तो वह इनलोगोंकोचाहिएकिसबसे पहले साइंसकोपढ़ें। जी,</w:t>
      </w:r>
    </w:p>
    <w:p>
      <w:r>
        <w:rPr>
          <w:b/>
        </w:rPr>
        <w:t xml:space="preserve">[42:16] </w:t>
      </w:r>
      <w:r>
        <w:t>jazaakallah. aap</w:t>
      </w:r>
    </w:p>
    <w:p>
      <w:pPr>
        <w:jc w:val="right"/>
      </w:pPr>
      <w:r>
        <w:t>जजाकल्लाह।आप</w:t>
      </w:r>
    </w:p>
    <w:p>
      <w:r>
        <w:rPr>
          <w:b/>
        </w:rPr>
        <w:t xml:space="preserve">[42:17] </w:t>
      </w:r>
      <w:r>
        <w:t>aap yeh comment bheja hai advocate maroof chaudhary sahab ne ghaziabad se. unhein aap ka session kaafi pasand aaya. unhone likha hai, "very very good knowledge." aap agla sawal mera yeh hai ki christianity mein jaise concept of kingdom of god hai,</w:t>
      </w:r>
    </w:p>
    <w:p>
      <w:pPr>
        <w:jc w:val="right"/>
      </w:pPr>
      <w:r>
        <w:t>आप यहकमेंट भेजाहै एडवोकेट मारूफ चौधरीसाहबने गाजियाबादसे । उन्हेंआपकासेशनकाफीपसंदआया । उन्होंने लिखाहै, "वेरीवेरी गुड नॉलेज ।" आप अगलासवालमेरा यहहैकिक्रिश्चियनिटीमें जैसे कांसेप्टऑफ किंगडमऑफगॉडहै,</w:t>
      </w:r>
    </w:p>
    <w:p>
      <w:r>
        <w:rPr>
          <w:b/>
        </w:rPr>
        <w:t xml:space="preserve">[42:35] </w:t>
      </w:r>
      <w:r>
        <w:t>to isko bhi aap wazeh karein ki kya matlab hai by kingdom of god. is mein dekhiye, do interpretation hain.</w:t>
      </w:r>
    </w:p>
    <w:p>
      <w:pPr>
        <w:jc w:val="right"/>
      </w:pPr>
      <w:r>
        <w:t>तोइसकोभीआप वाजेकरें कि क्या मतलबहै बायकिंगडमऑफगॉड। इसमेंदेखिए,दो इंटरप्रिटेशनहैं।</w:t>
      </w:r>
    </w:p>
    <w:p>
      <w:r>
        <w:rPr>
          <w:b/>
        </w:rPr>
        <w:t xml:space="preserve">[42:44] </w:t>
      </w:r>
      <w:r>
        <w:t>islam ka interpretation yeh hai ki kingdom of god ka matlab hai prophet Muhammad, the final prophet ka aana aur unke zariye se tauheed ka paigham sari duniya mein pahunchna. kyunki is se pehle kabhi bhi tauheed ka paigham, tauheed yaani monotheism ka paigham sari duniya mein kabhi nahin pahunch paya tha.</w:t>
      </w:r>
    </w:p>
    <w:p>
      <w:pPr>
        <w:jc w:val="right"/>
      </w:pPr>
      <w:r>
        <w:t>इस्लामकाइंटरप्रिटेशनयहहै कि किंगडमऑफ गॉडकामतलबहै प्रॉफिटमोहम्मद, दफाइनलप्रॉफिटकाआना और उनके जरिएसे तौहीदका पैगाम सारीदुनियामेंपहुंचना । क्योंकिइससेपहले कभीभी तौहीदकापैगाम, तौहीदयानीमोनोथेज्मकापैगाम सारीदुनियामेंकभीनहीं पहुंचपायाथा।</w:t>
      </w:r>
    </w:p>
    <w:p>
      <w:r>
        <w:rPr>
          <w:b/>
        </w:rPr>
        <w:t xml:space="preserve">[43:07] </w:t>
      </w:r>
      <w:r>
        <w:t>to Rasoolullah sallallahu alaihissallam ke saath bahut hi bahut zabardast arrangement kiya Allah taala ne ki taqreeban ek lakh sahaba to aap ke saamne hi the aur woh sahaba jo hain, sari duniya mein phail gaye. unhone khuda ke paigham ko pahunchaya. to Hazrat Isa alaihissalam to isi ke liye aaye the, taiyari karane ke liye ki aakhri paigambar aane wala hai aur tum log uske liye taiyar ho jao.</w:t>
      </w:r>
    </w:p>
    <w:p>
      <w:pPr>
        <w:jc w:val="right"/>
      </w:pPr>
      <w:r>
        <w:t>तो रसूलल्लाहसल्लल्लाहुअलैहिवसल्लमकेसाथ बहुत ही बहुत जबरदस्त अरेंजमेंट कियाअल्लाहतालाने कितकरीबन एक लाख सहाबा तोआपकेसामने हीथे और वह सहाबा जोहैं,सारीदुनियामें फैलगए।उन्होंने खुदाकेपैगामको पहुंचाया। तो हजरतईसाअलैहिसलाम तोइसीकेलिए आएथे,तैयारी करानेकेलिए कि आखिरीपैगंबरआनेवालाहै और तुमलोग उसकेलिएतैयारहोजाओ ।</w:t>
      </w:r>
    </w:p>
    <w:p>
      <w:r>
        <w:rPr>
          <w:b/>
        </w:rPr>
        <w:t xml:space="preserve">[43:36] </w:t>
      </w:r>
      <w:r>
        <w:t>lekin doosra interpretation yeh hai ki Hazrat Isa ne apne hawariyon ko duniya mein phail jaane aur aasmani badshahat ke jald qayam hone ki khushkhabri sunane ka hukum diya tha. yeh to diya tha aur yeh hum bhi mante hain. lekin baad mein kya hua?</w:t>
      </w:r>
    </w:p>
    <w:p>
      <w:pPr>
        <w:jc w:val="right"/>
      </w:pPr>
      <w:r>
        <w:t>लेकिन दूस रा इंटरप्रिटेशन यहहै कि हजरतईसानेअपने हवारियोंको दुनियामें फैलजाने और आसमानी बादशाहत के जल्द कायमहोनेकीखुशखबरीसुनानेका हुक्मदियाथा। यहतोदियाथा और यहहमभीमानतेहैं। लेकिन बाद मेंक्याहुआ ?</w:t>
      </w:r>
    </w:p>
    <w:p>
      <w:r>
        <w:rPr>
          <w:b/>
        </w:rPr>
        <w:t xml:space="preserve">[43:57] </w:t>
      </w:r>
      <w:r>
        <w:t>itne different interpret</w:t>
      </w:r>
    </w:p>
    <w:p>
      <w:pPr>
        <w:jc w:val="right"/>
      </w:pPr>
      <w:r>
        <w:t>इतने डिफरेंट इंटरप्रिट</w:t>
      </w:r>
    </w:p>
    <w:p>
      <w:r>
        <w:rPr>
          <w:b/>
        </w:rPr>
        <w:t xml:space="preserve">[43:59] </w:t>
      </w:r>
      <w:r>
        <w:t>ations hain. baad mein kya hua? logon ne usko aisa kiya ki jo jo comforter ka lafz Hazrat Isa ne diya tha Rasoolullah sallallahu alaihissallam ko farakleet ka, to woh unhone holy ghost ko de diya.</w:t>
      </w:r>
    </w:p>
    <w:p>
      <w:pPr>
        <w:jc w:val="right"/>
      </w:pPr>
      <w:r>
        <w:t>ेशंसहैं। बादमेंक्याहुआ?लोगों ने उसको ऐसा किया कि जो जो कंफर्टरकालफ्ज हजरत ईसा ने दियाथा रसूलल्लाहसल्लल्लाहुअलैहिवसल्लमकोफारकलीतका ,तो वह उन्होंने होलीघोस्टकोदेदिया ।</w:t>
      </w:r>
    </w:p>
    <w:p>
      <w:r>
        <w:rPr>
          <w:b/>
        </w:rPr>
        <w:t xml:space="preserve">[44:16] </w:t>
      </w:r>
      <w:r>
        <w:t>halanki hazrat isa ne saaf kaha tha ki woh mere baad aayega aur holy ghost to</w:t>
      </w:r>
    </w:p>
    <w:p>
      <w:pPr>
        <w:jc w:val="right"/>
      </w:pPr>
      <w:r>
        <w:t>हालांकि हजरतईसाने साफकहाथा कि वह मेरे बाद आएगा और होलीघोस्टतो</w:t>
      </w:r>
    </w:p>
    <w:p>
      <w:r>
        <w:rPr>
          <w:b/>
        </w:rPr>
        <w:t xml:space="preserve">[44:24] </w:t>
      </w:r>
      <w:r>
        <w:t>hazrat isa ke saath mustaqil tha aur uske baad hawariyon ke saath mustaqil tha.</w:t>
      </w:r>
    </w:p>
    <w:p>
      <w:pPr>
        <w:jc w:val="right"/>
      </w:pPr>
      <w:r>
        <w:t>हजरतईसाकेसाथ मुस्तकिलथा और उसकेबाद हवारियोंकेसाथ मुस्तकिलथा।</w:t>
      </w:r>
    </w:p>
    <w:p>
      <w:r>
        <w:rPr>
          <w:b/>
        </w:rPr>
        <w:t xml:space="preserve">[44:30] </w:t>
      </w:r>
      <w:r>
        <w:t>uske baad woh church mein muqeem hua.</w:t>
      </w:r>
    </w:p>
    <w:p>
      <w:pPr>
        <w:jc w:val="right"/>
      </w:pPr>
      <w:r>
        <w:t>उसके बाद वह चर्चमें मुकीमहुआ ।</w:t>
      </w:r>
    </w:p>
    <w:p>
      <w:r>
        <w:rPr>
          <w:b/>
        </w:rPr>
        <w:t xml:space="preserve">[44:33] </w:t>
      </w:r>
      <w:r>
        <w:t>toh woh toh unke upar apply nahi hota. lekin</w:t>
      </w:r>
    </w:p>
    <w:p>
      <w:pPr>
        <w:jc w:val="right"/>
      </w:pPr>
      <w:r>
        <w:t>तो वह तो उनके ऊपरअप्लाईनहींहोता ।लेकिन</w:t>
      </w:r>
    </w:p>
    <w:p>
      <w:r>
        <w:rPr>
          <w:b/>
        </w:rPr>
        <w:t xml:space="preserve">[44:36] </w:t>
      </w:r>
      <w:r>
        <w:t>ab ab har aadmi ko haq hai apna different interpretation karne ka.</w:t>
      </w:r>
    </w:p>
    <w:p>
      <w:pPr>
        <w:jc w:val="right"/>
      </w:pPr>
      <w:r>
        <w:t>अब अबहरआदमी को हकहैअपना डिफरेंट इंटरप्रिटेशनकरनेका ।</w:t>
      </w:r>
    </w:p>
    <w:p>
      <w:r>
        <w:rPr>
          <w:b/>
        </w:rPr>
        <w:t xml:space="preserve">[44:42] </w:t>
      </w:r>
      <w:r>
        <w:t>toh is tarike se usmein farq ho gaya hai.</w:t>
      </w:r>
    </w:p>
    <w:p>
      <w:pPr>
        <w:jc w:val="right"/>
      </w:pPr>
      <w:r>
        <w:t>तो इसतरीकेसे उसमें फर्कहोगयाहै।</w:t>
      </w:r>
    </w:p>
    <w:p>
      <w:r>
        <w:rPr>
          <w:b/>
        </w:rPr>
        <w:t xml:space="preserve">[44:47] </w:t>
      </w:r>
      <w:r>
        <w:t>to yeh jo kingdom ki baat jo baar baar Hazrat Isa ne kaha, uski unko keh rahe the, uski khusoosiyat yeh hai ki humility, humble, humility logon ke andar paida hogi. log forgiven ko zyada pasand karenge, mercy,</w:t>
      </w:r>
    </w:p>
    <w:p>
      <w:pPr>
        <w:jc w:val="right"/>
      </w:pPr>
      <w:r>
        <w:t>तो यहजो किंगडम कीबातजो बार-बार हजरतईसानेकहा,उसकी उनको कहरहेथे,उसकीखुसूसियतयहहै कि ह्यूमिडिटी, ह ंबल,ह्यूमिडिटीलोगोंकेअंदरपैदाहोगी । लोग फॉरगिवनकोज्यादापसंदकरेंगे , मर्सी,</w:t>
      </w:r>
    </w:p>
    <w:p>
      <w:r>
        <w:rPr>
          <w:b/>
        </w:rPr>
        <w:t xml:space="preserve">[45:08] </w:t>
      </w:r>
      <w:r>
        <w:t>mercy full honge woh log. kyunki unke zamane mein to yeh sab tha hi nahin</w:t>
      </w:r>
    </w:p>
    <w:p>
      <w:pPr>
        <w:jc w:val="right"/>
      </w:pPr>
      <w:r>
        <w:t>मर्सी फुल होंगे वहलोग ।क्योंकि उनके जमानेमेंतो यहसब थाहीनहीं</w:t>
      </w:r>
    </w:p>
    <w:p>
      <w:r>
        <w:rPr>
          <w:b/>
        </w:rPr>
        <w:t xml:space="preserve">[45:14] </w:t>
      </w:r>
      <w:r>
        <w:t>. yeh yahudiyon mein to bas form tha, spirit thi hi nahin. to is liye unhone kaha ki kingdom of god jald aane wala hai aur tum log taiyar raho ta ki tum log unko support karo.</w:t>
      </w:r>
    </w:p>
    <w:p>
      <w:pPr>
        <w:jc w:val="right"/>
      </w:pPr>
      <w:r>
        <w:t>। यह ूदियों मेंतो बस फार्मथा, स्पिरिटथीहीनहीं । तो इसलिएउन्होंने कहा कि किंगडमऑफगॉडजल्दीआनेवालाहै और तुमलोग तैयाररहो ताकितुमलोग उनको सपोर्टकरो ।</w:t>
      </w:r>
    </w:p>
    <w:p>
      <w:r>
        <w:rPr>
          <w:b/>
        </w:rPr>
        <w:t xml:space="preserve">[45:29] </w:t>
      </w:r>
      <w:r>
        <w:t>to ab dekhiye ki yeh saara Rasoolullah sallallahu alaihissallam ke saath yeh saari cheezein paida hui: love, justice, mercy, humility, sab kuch prevail kiya. aur bahut taqreeban 1000 saal tak islam apni spirit par qayam raha. baad mein woh bhi wahi form,</w:t>
      </w:r>
    </w:p>
    <w:p>
      <w:pPr>
        <w:jc w:val="right"/>
      </w:pPr>
      <w:r>
        <w:t>तो अबदेखिएकि यहसारारसूलल्लाहसल्लल्लाहुअलैहिवसल्लमकेसाथ यहसारीचीजेंपैदाहुईं:लव,जस्टिस,मर्सी, ह्यूमिडिटी, सबकुछ प्र िवेलकिया। और बहुत तकरीबन1 000सालतक इस्लाम अपनी स्पिरिटपरकायमरहा । बादमेंवहभी वही फार्म,</w:t>
      </w:r>
    </w:p>
    <w:p>
      <w:r>
        <w:rPr>
          <w:b/>
        </w:rPr>
        <w:t xml:space="preserve">[45:49] </w:t>
      </w:r>
      <w:r>
        <w:t>rigid form wahan bhi ho gaya aur us mein bahut kami ho gayi spirit mein. lekin</w:t>
      </w:r>
    </w:p>
    <w:p>
      <w:pPr>
        <w:jc w:val="right"/>
      </w:pPr>
      <w:r>
        <w:t>रिजिडफार्म वहांभीहोगया और उसमें बहुत कमीहोगई स्पिरिटमें । लेकिन</w:t>
      </w:r>
    </w:p>
    <w:p>
      <w:r>
        <w:rPr>
          <w:b/>
        </w:rPr>
        <w:t xml:space="preserve">[45:57] </w:t>
      </w:r>
      <w:r>
        <w:t>phir bhi kuch to baqi hai, utna zyada bhi nahin jaise pehle logon mein hua tha. to sir man on the mount jo hai, us mein jo hai manifesto for kingdom of god ka jo hai, woh poora manifesto us mein diya gaya hai.</w:t>
      </w:r>
    </w:p>
    <w:p>
      <w:pPr>
        <w:jc w:val="right"/>
      </w:pPr>
      <w:r>
        <w:t>फिर भी कुछ तो बाकीहै, उतनाज्यादाभीनहीं जैसे पहले लोगों मेंहुआथा। तो सर मनऑनदमाउंटजोहै, उसमेंजोहै मेनिफेस्टो फॉरकिंगडमऑफगॉडका जोहै, वह पूरा मेनिफेस्टोउसमेंदियागया है।</w:t>
      </w:r>
    </w:p>
    <w:p>
      <w:r>
        <w:rPr>
          <w:b/>
        </w:rPr>
        <w:t xml:space="preserve">[46:16] </w:t>
      </w:r>
      <w:r>
        <w:t>to yeh jo hai, is mein ikhtilaf hai. aur hum to isi ko mante hain ki woh Rasoolullah sallallahu alaihissallam ke upar kyun apply karta tha. kyunki bible mein bahut saari predictions hain.</w:t>
      </w:r>
    </w:p>
    <w:p>
      <w:pPr>
        <w:jc w:val="right"/>
      </w:pPr>
      <w:r>
        <w:t>तो यह जोहै,इसमें इख्तिलाफहै। और हम तोइसीकोमानतेहैंकिवह रसूलल्लाहसल्लल्लाहुअलैहिवसल्लमकेऊपर क्यों अप्लाईकरता था।क्योंकि बाइबलमेंबहुत सारी प्रेडिक्शंसहैं।</w:t>
      </w:r>
    </w:p>
    <w:p>
      <w:r>
        <w:rPr>
          <w:b/>
        </w:rPr>
        <w:t xml:space="preserve">[46:30] </w:t>
      </w:r>
      <w:r>
        <w:t>ek prediction to woh maine khud dekhi jo hamare apne paas jo bible hai, to us mein jo angrezi bible hai aur jo urdu bible hai. to Rasoolullah sallallahu alaihissallam ne jab makka fateh kiya tha, to aap ke saath 10000 sahaba the. to us mein angrezi bible mein likha hua hai ki woh wadi bakka,</w:t>
      </w:r>
    </w:p>
    <w:p>
      <w:pPr>
        <w:jc w:val="right"/>
      </w:pPr>
      <w:r>
        <w:t>एक प्रेडिक्शनतो वह मैंनेखुददेखीजो हमारे अपने पास जो बाइबलहै, तो उसमेंजो अंग्रे जी बाइबलहै और जो उर्दूबाइबलहै। तो रसूलल्लाहसल्लल्लाहुअलैहिवसल्लमनेजब मक्का फतहकियाथा,तोआप केसाथ 10000 सहाबा थे। तो उसमें अंग्रे जी बाइबलमें लिखाहुआहै किवह वादी बक्का,</w:t>
      </w:r>
    </w:p>
    <w:p>
      <w:r>
        <w:rPr>
          <w:b/>
        </w:rPr>
        <w:t xml:space="preserve">[46:53] </w:t>
      </w:r>
      <w:r>
        <w:t>makka ko pehle bakka kaha jata tha.</w:t>
      </w:r>
    </w:p>
    <w:p>
      <w:pPr>
        <w:jc w:val="right"/>
      </w:pPr>
      <w:r>
        <w:t>मक्काकोपहले बक्काकहाजाता था।</w:t>
      </w:r>
    </w:p>
    <w:p>
      <w:r>
        <w:rPr>
          <w:b/>
        </w:rPr>
        <w:t xml:space="preserve">[46:56] </w:t>
      </w:r>
      <w:r>
        <w:t>jo aayega, woh wadi bakka ko 10000 qudsi ke saath fateh karega. to sahaba ko saint qudsi aur lekin urdu mein badal diya hai, 10000 ki jagah hazaron kar diya gaya hai. to is tareeqe se karke unhone uska application jo hai ya attribute doosri jagah laga diya.</w:t>
      </w:r>
    </w:p>
    <w:p>
      <w:pPr>
        <w:jc w:val="right"/>
      </w:pPr>
      <w:r>
        <w:t>जो आएगा,वह वादी बक्काको 10000 कुदसी केसाथ फतहकरेगा । तो सहाबा को सेंट कुदसी और लेकिन उर्दूमें बदलदिया है, 10000कीजगहहजारोंकरदियागयाहै। तो इसतरीकेसे करके उन्होंने उसका एप्लीकेशन जोहै याएट्रिब्यूटदूसरीजगहलगा दिया ।</w:t>
      </w:r>
    </w:p>
    <w:p>
      <w:r>
        <w:rPr>
          <w:b/>
        </w:rPr>
        <w:t xml:space="preserve">[47:20] </w:t>
      </w:r>
      <w:r>
        <w:t>halankisabse itne1 24000paigambar aae, lekin pehlibar tauheed ka paigham original shakal mein, quran ki shakal mein, preserved edition of of divine message aaya aur tamam logon tak uska uska pahunchna, sari duniya mein pahunchna. to yeh thi woh peesinggoi jo full full hui. aur hazrat eesa ne yahi kaha</w:t>
      </w:r>
    </w:p>
    <w:p>
      <w:pPr>
        <w:jc w:val="right"/>
      </w:pPr>
      <w:r>
        <w:t>हालांकिसबसे इतने1 24000पैगंबरआए,लेकिन पहलीबार तौहीदका पैगाम ओरिजिनलशक्लमें, कुरानकीशक्लमें, प्रिजर्व्डएडिशन ऑफ ऑफ डिवाइनमैसेज आया और तमामलोगों तक उसकाउसकापहुंचना,सारीदुनियामेंपहुंचना । तो यह थी वह पीसिंगगोईजो फुलफुल हुई । और हजरतईसानेयहीकहा</w:t>
      </w:r>
    </w:p>
    <w:p>
      <w:r>
        <w:rPr>
          <w:b/>
        </w:rPr>
        <w:t xml:space="preserve">[47:47] </w:t>
      </w:r>
      <w:r>
        <w:t>tha. asal mein bible mein aur church ke interpretation mein bahut fark hai. to bible mein bahut sari cheezein woh nahin hain jo church ne baad mein add ki hain, apne apne sacraments waghera jo hain unke. to yeh hai kingdom of god mein bahut zyada difference hai. ji, achha aap aap ne kai martaba abhi zikr bhi kiya apne jawab mein holy ghost ke bare mein. to</w:t>
      </w:r>
    </w:p>
    <w:p>
      <w:pPr>
        <w:jc w:val="right"/>
      </w:pPr>
      <w:r>
        <w:t>था। असलमें बाइबलमेंऔर चर्चके इंटरप्रिटेशनमेंबहुत फर्कहै। तो बाइबलमें बहुत सारीचीजें वहनहींहैं जो चर्चने बादमें ऐडकीहैं,अपने अपने सैक्रिमेंट्सवगैरहजोहैंउनके । तो यहहै किंगडमऑफगॉडमेंबहुत ज्यादा डिफरेंसहै। जी, अच्छाआप आपने कई मर्तबा अभीजिक्रभीकिया अपने जवाबमें होलीघोस्टकेबारेमें।तो</w:t>
      </w:r>
    </w:p>
    <w:p>
      <w:r>
        <w:rPr>
          <w:b/>
        </w:rPr>
        <w:t xml:space="preserve">[48:15] </w:t>
      </w:r>
      <w:r>
        <w:t>is concept ko aap thoda achhe se wazeh kar dein hum sab ke liye.</w:t>
      </w:r>
    </w:p>
    <w:p>
      <w:pPr>
        <w:jc w:val="right"/>
      </w:pPr>
      <w:r>
        <w:t>इस कांसेप्टकोआप थोड़ाअच्छेसे वाजेकरदेंहमसबकेलिए ।</w:t>
      </w:r>
    </w:p>
    <w:p>
      <w:r>
        <w:rPr>
          <w:b/>
        </w:rPr>
        <w:t xml:space="preserve">[48:22] </w:t>
      </w:r>
      <w:r>
        <w:t>asal mein isaiyon ka yeh manna hai ki khuda jo hai, woh trinity ki shakal mein hai: one in three and three in one. to jo to jo hai,</w:t>
      </w:r>
    </w:p>
    <w:p>
      <w:pPr>
        <w:jc w:val="right"/>
      </w:pPr>
      <w:r>
        <w:t>असलमें ईसाइयोंकायहमाननाहै कि खुदाजोहै,वह ट्रिनिटीकीशक्लमेंहै: वन इनथ्री एंडथ्री इनवन । तो जो तो जोहै,</w:t>
      </w:r>
    </w:p>
    <w:p>
      <w:r>
        <w:rPr>
          <w:b/>
        </w:rPr>
        <w:t xml:space="preserve">[48:37] </w:t>
      </w:r>
      <w:r>
        <w:t>jisko kehte hain god the father, god the son, god the holy spirit.</w:t>
      </w:r>
    </w:p>
    <w:p>
      <w:pPr>
        <w:jc w:val="right"/>
      </w:pPr>
      <w:r>
        <w:t>जिसकोकहतेहैं गॉड दफादर,गॉडद सन, गॉडदहोलीस्पिर िट।</w:t>
      </w:r>
    </w:p>
    <w:p>
      <w:r>
        <w:rPr>
          <w:b/>
        </w:rPr>
        <w:t xml:space="preserve">[48:43] </w:t>
      </w:r>
      <w:r>
        <w:t>to god hi hai, woh reflect hua hai, manifest hua hai three forms mein. to is tarike se hazrat eesa jo hain, bahut kehte hain fully divine hain aur fully human hain.</w:t>
      </w:r>
    </w:p>
    <w:p>
      <w:pPr>
        <w:jc w:val="right"/>
      </w:pPr>
      <w:r>
        <w:t>तो गॉडहीहै, वह रिफ्लेक्टहुआहै, मेनिफेस्टहुआहै थ्रीफॉर्म्समें । तो इसतरीकेसे हजरतईसाजोहैं, बहुत कहतेहैं फुलीडिवाइनहैऔर फुली ह्यूमनहै।</w:t>
      </w:r>
    </w:p>
    <w:p>
      <w:r>
        <w:rPr>
          <w:b/>
        </w:rPr>
        <w:t xml:space="preserve">[48:57] </w:t>
      </w:r>
      <w:r>
        <w:t>to woh holy spirit jo hai, woh play a critical role in the lives of the believers. kyunki kehte hain ki jo holy ghost ya holy spirit ya hazrat jibril aap kahein, to unhone hi inspire karte hain. wahi jo jo khud divine grace hai, wahi lekar aate hain aur aur dete hain,</w:t>
      </w:r>
    </w:p>
    <w:p>
      <w:pPr>
        <w:jc w:val="right"/>
      </w:pPr>
      <w:r>
        <w:t>तो वह होलीस्पिरिटजोहै,वह प्लेजअक्रिटिकलरोल इनद लाइव्स ऑफ द बिलीवर्स।क्योंकिकहतेहैंकिजो होली घोस्ट याहोलीस्पिरिट या हजरतजिब्रीलआपकहे, तो उन्होंने ही इंस्पायरकरते हैं। वही जो जो खुदडिवाइन ग्रेसहै, वहीलेकर आतेहैंऔर और देतेहैं,</w:t>
      </w:r>
    </w:p>
    <w:p>
      <w:r>
        <w:rPr>
          <w:b/>
        </w:rPr>
        <w:t xml:space="preserve">[49:23] </w:t>
      </w:r>
      <w:r>
        <w:t>jisko allah ke hukum se.</w:t>
      </w:r>
    </w:p>
    <w:p>
      <w:pPr>
        <w:jc w:val="right"/>
      </w:pPr>
      <w:r>
        <w:t>जिसकोअल्लाहकेहुक्मसे ।</w:t>
      </w:r>
    </w:p>
    <w:p>
      <w:r>
        <w:rPr>
          <w:b/>
        </w:rPr>
        <w:t xml:space="preserve">[49:26] </w:t>
      </w:r>
      <w:r>
        <w:t>to is tarike se holy spirit jo hai, woh believers ke andar rehti hai, un logon ke andar jo ki hazrat eesa ko ki part of godhead maane, ki part of trinity maane. to unke andar woh aa jati hai. to yeh jo role hai salvation ka, to asal masla hai salvation ka ki salvation kaise milega</w:t>
      </w:r>
    </w:p>
    <w:p>
      <w:pPr>
        <w:jc w:val="right"/>
      </w:pPr>
      <w:r>
        <w:t>तोइसतरीकेसे होलीस्पिरिटजोहै,वह बिलीवर्सकेअंदररहतीहै, उनलोगों केअंदरजो किहजरतईसाको कि पार्टऑफ गॉडहेडमाने, कि पार्टऑफ ट्रिनिटीमाने। तो उनके अंदरवह आजाती है। तोयहजो रोलहै साल्वेशनका , तो असलमसलाहैसाल्वेशनका किसाल्वेशनकैसे मिलेगा</w:t>
      </w:r>
    </w:p>
    <w:p>
      <w:r>
        <w:rPr>
          <w:b/>
        </w:rPr>
        <w:t xml:space="preserve">[49:53] </w:t>
      </w:r>
      <w:r>
        <w:t>. to woh kehte hain salvation jo milega, woh isi tarike se milega ki hum is isko maane, trinity ke concept ko maane aur hazrat eesa al salam son of god hain, unko maane. to is tarike se humein milega salvation aur akhirat mein ek achhi jagah milegi.</w:t>
      </w:r>
    </w:p>
    <w:p>
      <w:pPr>
        <w:jc w:val="right"/>
      </w:pPr>
      <w:r>
        <w:t>। तोवहकहतेहैं साल्वेशनजो मिलेगा, वह इसीतरीकेसे मिलेगाकिहम इस इसको माने , ट्रिनिटीकेकांसेप्टकोमाने और हजरतईसाअल सलाम सनऑफगॉडहैं,उनकोमाने। तो इसतरीकेसे हमें मिलेगा साल्वेशन और आखिरतमें एकअच्छीजगहमिलेगी ।</w:t>
      </w:r>
    </w:p>
    <w:p>
      <w:r>
        <w:rPr>
          <w:b/>
        </w:rPr>
        <w:t xml:space="preserve">[50:17] </w:t>
      </w:r>
      <w:r>
        <w:t>to yeh hai comforter. halanki hazrat eesa al salam ne kaha tha ki comforter baad mein aayega, na ki koi farishta hoga holy ghost ki shakal mein. to lekin baad mein uske jo hai, different different interpretations diye gaye. to jo hai,</w:t>
      </w:r>
    </w:p>
    <w:p>
      <w:pPr>
        <w:jc w:val="right"/>
      </w:pPr>
      <w:r>
        <w:t>तो यहहै कंफर्टर। हालांकिहजरतईसाअलसलामनेकहा था किकंफर्टर बादमें आएगा, ना किकोई फरिश्ताहोगा होलीघोस्टकीशक्लमें । तोलेकिन बाद में उसके जो है, डिफरेंटडिफरेंट इंटरप्रिटेशंस दिएगए । तो जो है,</w:t>
      </w:r>
    </w:p>
    <w:p>
      <w:r>
        <w:rPr>
          <w:b/>
        </w:rPr>
        <w:t xml:space="preserve">[50:36] </w:t>
      </w:r>
      <w:r>
        <w:t>holy ghost ke zariye se jitni bhi achhi baatein hoti hain, wisdom ho, knowledge ho, faith ho, healing ho, sab kuch holy ghost ke zariye se</w:t>
      </w:r>
    </w:p>
    <w:p>
      <w:pPr>
        <w:jc w:val="right"/>
      </w:pPr>
      <w:r>
        <w:t>होलीघोस्टकेजरिएसेजितनीभी अच्छीबातेंहोती हैं, विजडमहो , नॉलेजहो,फेथहो , हीलिंगहो , सब कुछ होलीघोस्टकेजरिएसे</w:t>
      </w:r>
    </w:p>
    <w:p>
      <w:r>
        <w:rPr>
          <w:b/>
        </w:rPr>
        <w:t xml:space="preserve">[50:47] </w:t>
      </w:r>
      <w:r>
        <w:t>mili hazrat isa alaihi salam ko bhi aur unke baad jo unke successors the, unko bhi.</w:t>
      </w:r>
    </w:p>
    <w:p>
      <w:pPr>
        <w:jc w:val="right"/>
      </w:pPr>
      <w:r>
        <w:t>मिली हजरतईसाअल सलामकोभी और उनके बाद जो उनके सक्सेसर्सथे,उनकोभी ।</w:t>
      </w:r>
    </w:p>
    <w:p>
      <w:r>
        <w:rPr>
          <w:b/>
        </w:rPr>
        <w:t xml:space="preserve">[50:56] </w:t>
      </w:r>
      <w:r>
        <w:t>toh jo hazrat isa alaihi salam jo itni courage ke saath baat karte the, authority ke saath, woh bhi holy ghost ka inspiration tha.</w:t>
      </w:r>
    </w:p>
    <w:p>
      <w:pPr>
        <w:jc w:val="right"/>
      </w:pPr>
      <w:r>
        <w:t>तो जोहजरतईसाअल सलामजोइतनीकरेजकेसाथ बातकरते थे, अथॉरिटीकेसाथ ,वहभी होली घोस्टके काइंस्पिरेशनथा।</w:t>
      </w:r>
    </w:p>
    <w:p>
      <w:r>
        <w:rPr>
          <w:b/>
        </w:rPr>
        <w:t xml:space="preserve">[51:07] </w:t>
      </w:r>
      <w:r>
        <w:t>aur hazrat jibril al salam islam mein bhi ek bahut hi ba izzat position, central position rakhte hain. ab most important angel hain aur wahi tamam paigambaron ke paas aate hain aur khuda ke chief messenger hain. quran mein aaya hai amanat daar, qavi,</w:t>
      </w:r>
    </w:p>
    <w:p>
      <w:pPr>
        <w:jc w:val="right"/>
      </w:pPr>
      <w:r>
        <w:t>औरहजरतजिब्रीलअल सलामइस्लाममेंभीएकबहुत ही बाइज्जतपोजीशन, सेंट्रलपोजीशनरखतेहैं। अबमोस्ट इंपॉर्टेंट एंजलहैं औरवहीतमाम पैगंबरोंकेपास आतेहैं और खुदाके चीफ मैसेंजरहैं। कुरानमेंआयाहैअमानत दार ,कवि,</w:t>
      </w:r>
    </w:p>
    <w:p>
      <w:r>
        <w:rPr>
          <w:b/>
        </w:rPr>
        <w:t xml:space="preserve">[51:27] </w:t>
      </w:r>
      <w:r>
        <w:t>powerful, interested messenger. chapter 8 1, mary ke paas bhi good news lekar wahi aaye.</w:t>
      </w:r>
    </w:p>
    <w:p>
      <w:pPr>
        <w:jc w:val="right"/>
      </w:pPr>
      <w:r>
        <w:t>पावरफुल, इंटरेस्टेडमैसेंजर । च ैप्टर 8 1, मैरीकेपासभी गुडन्यूजलेकरवहीआए।</w:t>
      </w:r>
    </w:p>
    <w:p>
      <w:r>
        <w:rPr>
          <w:b/>
        </w:rPr>
        <w:t xml:space="preserve">[51:36] </w:t>
      </w:r>
      <w:r>
        <w:t>to khuda se talluq, khuda bahut azeem hai. khuda se humara direct talluq nahin hota, balki farishton ke zariye se hota hai. to yahi jo hazrat jibril al salam hain, to woh ki figure hain khuda ki will aur guidance ko islam insaan tak pahunchane ke liye. to khuda ke dekhiye, sab har koi, woh jinnat ho, insaan ho, farishte ho, koi bhi ho</w:t>
      </w:r>
    </w:p>
    <w:p>
      <w:pPr>
        <w:jc w:val="right"/>
      </w:pPr>
      <w:r>
        <w:t>तो खुदा से ताल्लुक,खुदा बहुत अजीमहै। खुदासेहमारा डायरेक्टताल्लुकनहींहोता ,बल्कि फरिश्तोंकेजरिएसेहोताहै। तो यहीजो हजरतजिब्रीलअल सलामहैं, तो वह कीफिगरहैं खुदा की विल और गाइडेंसको इस्लाम इंसानतकपहुंचानेकेलिए । तो खुदा के देखिए, सब हर कोई ,वोजिन्नातहो,इंसान हो , फरिश्तेहो,कोईभी हो</w:t>
      </w:r>
    </w:p>
    <w:p>
      <w:r>
        <w:rPr>
          <w:b/>
        </w:rPr>
        <w:t xml:space="preserve">[52:05] </w:t>
      </w:r>
      <w:r>
        <w:t>, woh sab ke sab khuda ka creation hai, khuda ka part nahin hai, khuda ka ang nahin hai, khuda ka ansh nahin hai, balki khuda ki creation hai. ab aakhiri sawal lene se pehle ek sawal puchhna chahunga. yeh advocate maroof chaudhary sahib ne bheja hai ghaziabad se. aap ne abhi ek question ke hawale se mention bhi kiya ki scientific bent of mind hona kitna zaro</w:t>
      </w:r>
    </w:p>
    <w:p>
      <w:pPr>
        <w:jc w:val="right"/>
      </w:pPr>
      <w:r>
        <w:t>, वह सब केसब खुदाका क्रिएशनहै, खुदाका पार्टनहीं है, खुदाका अंगनहीं है,खुदाका अंश नहींहै,बल्कि खुदाकीक्रिएशनहै। अब आखिरीसवाललेनेसेपहले एक सवालपूछनाचाहूंगा।यह एडवोकेट मारूफचौधरीसाहबने भेजाहैगाजियाबादसे । आप नेअभीएक क्वेश्चनकेहवालेसे मेंशनभीकिया किसाइंटिफिकबेंटऑफमाइंडहोना कितनाजरू</w:t>
      </w:r>
    </w:p>
    <w:p>
      <w:r>
        <w:rPr>
          <w:b/>
        </w:rPr>
        <w:t xml:space="preserve">[52:33] </w:t>
      </w:r>
      <w:r>
        <w:t>ori hai. to unka sawal yeh hai ki islam ki roshni mein aap bataein ki modern education ki kya ahmiyat hai aaj ke daur mein. iske bare mein thoda sa aap bataein. bilkul ahmiyat hai, bahut zyada. kyunki us zamane mein jo bhi taalim thi, usko kabhi encourage nahin kiya gaya. jab rasool allah sallallahu alaihi wasallam ne kaha ki ilm hasil karo, chahe tum ko cheen jana</w:t>
      </w:r>
    </w:p>
    <w:p>
      <w:pPr>
        <w:jc w:val="right"/>
      </w:pPr>
      <w:r>
        <w:t>रीहै। तो उनकासवालयहहै कि इस्लामकी रोशनीमेंआपबताएंकि मॉडर्नएजुकेशनकीक्या अहमियतहै आजके दौर में । इसके बारेमें थोड़ासाआपबताएं । बिल्कुल अहमियतहै,बहुतज्यादा।क्योंकि उस जमानेमें जोभी तालीमथी, उसकोकभी इनकरेजनहींकिया गया। जब रसूलल्लाहसल्लल्लाहुअलैहिवसल्लमनेकहाकिइल्महासिलकरो,चाहेतुमको चीनजाना</w:t>
      </w:r>
    </w:p>
    <w:p>
      <w:r>
        <w:rPr>
          <w:b/>
        </w:rPr>
        <w:t xml:space="preserve">[52:58] </w:t>
      </w:r>
      <w:r>
        <w:t>pade, to ki cheen mein koi mazhabi ilm ke liye thodi kaha gaya tha. aur islam ki poori tareekh mein aap dekhiye, medical science mein kitni tarakki hui. phir abbasi daur mein bahut tarakkiyan hui. uske baad spain mein sari tarakkiyan hui. badi badi encyclopedia likhi gayi, khas taur par medicine mein, philosophy mein aur aur har har aspect par medicine</w:t>
      </w:r>
    </w:p>
    <w:p>
      <w:pPr>
        <w:jc w:val="right"/>
      </w:pPr>
      <w:r>
        <w:t>पड़े,तो किचीनमेंकोई मजहबीइल्मकेलिएथोड़ीकहागयाथा। और इस्लामकी पूरी तारीखमेंआपदेखिए, मेडिकलसाइंसमेंकितनीतरक्कीहुई ।फिर अब्बासीदौर मेंबहुत तरक्कियांहुई ं। उसकेबाद स्पेनमेंसारीतरक्कियांहुईं। बड़ी-बड़ी एनसाइक्लोपीडिया लिखीगईं, खासतौरपरमेडिसिनमें, फिलॉसफीमें और और हर -हर एस्पेक्टपर मेडिसिन</w:t>
      </w:r>
    </w:p>
    <w:p>
      <w:r>
        <w:rPr>
          <w:b/>
        </w:rPr>
        <w:t xml:space="preserve">[53:22] </w:t>
      </w:r>
      <w:r>
        <w:t>ke. aur yahi kitabein baad mein europe gayi, italian language mein iska translation hua aur wahan ki universityon mein 16vi sadi tak padhai jati thi. yeh aap encyclopedia britannica mein bhi dekh sakte hain. to islam ne kabhi bhi education ko encourage nahin kiya. to education to dekhiye, khas taur par science ki education. science</w:t>
      </w:r>
    </w:p>
    <w:p>
      <w:pPr>
        <w:jc w:val="right"/>
      </w:pPr>
      <w:r>
        <w:t>के । और यही किताबें बादमें यूरोपगईं,इटालियन लैंग्वेजमें इसका ट्रांसलेशनहुआ और वहांकी यूनिवर्सिटियोंमें 16वींसदीतकपढ़ाईजाती थी। यहआप एनसाइक्लोपीडियाब्रिटानिकामेंभीदेखसकतेहैं। तो इस्लामने कभी भीएजुकेशनकोइनकरेजनहींकिया। तो एजुकेशनतो देखिए, खासतौरपर साइंसकीएजुकेशन।साइंस</w:t>
      </w:r>
    </w:p>
    <w:p>
      <w:r>
        <w:rPr>
          <w:b/>
        </w:rPr>
        <w:t xml:space="preserve">[53:48] </w:t>
      </w:r>
      <w:r>
        <w:t>kya cheez hai? khuda ke jo laws hain, divine laws hain, usi ko discover kar karti hai science. to woh to bahut hi zyada important hai. uske zariye se insaan ko marifat milti hai, khuda ka introduction milta hai,</w:t>
      </w:r>
    </w:p>
    <w:p>
      <w:pPr>
        <w:jc w:val="right"/>
      </w:pPr>
      <w:r>
        <w:t>क्याचीज है?खुदाकेजो लॉजहैं, डिवाइन लॉजहैं,उसीको डिस्कवर कर करती हैसाइंस । तो वह तो बहुत हीज्यादा इंपॉर्टेंटहै। उसके जरिएसे इंसानको मारफमिल तीहै,खुदाकाइंट्रोडक्शनमिलताहै,</w:t>
      </w:r>
    </w:p>
    <w:p>
      <w:r>
        <w:rPr>
          <w:b/>
        </w:rPr>
        <w:t xml:space="preserve">[54:03] </w:t>
      </w:r>
      <w:r>
        <w:t>khuda se qurbat hasil hoti hai. to yeh to bahut zyada important hai. mazhabi, mazhabi education ek taraf hai. kerala mein mujhe maloom hai ki woh dono taalim de</w:t>
      </w:r>
    </w:p>
    <w:p>
      <w:pPr>
        <w:jc w:val="right"/>
      </w:pPr>
      <w:r>
        <w:t>खुदासे कुर्बतहासिलहोतीहै। तो यहतो बहुत ज्यादाइंपॉर्टेंटहै। मजहबी, मजहबीएजुकेशनएकतरफहै। केरलामेंमुझेमालूमहैकिवह दोनों तालीमदे</w:t>
      </w:r>
    </w:p>
    <w:p>
      <w:r>
        <w:rPr>
          <w:b/>
        </w:rPr>
        <w:t xml:space="preserve">[54:17] </w:t>
      </w:r>
      <w:r>
        <w:t>te hain, secular education bhi aur mazhabi education mein bhi. yeh bahut achha hai. kyunki jaise bahar hote hain, summer schools hote hain na, to woh saturday, sunday waghera jo bhi, to usmein har mazhab ke apne apne logon ke jo bhi bachcha jata hai, jis mazhab ka, usko uski taalim di jati hai. aur baqi dinon mein woh secular education dete hain. to humein jahan bhi humein koi achhi cheez nazar aaye, usko humein adopt karna chahiye.</w:t>
      </w:r>
    </w:p>
    <w:p>
      <w:pPr>
        <w:jc w:val="right"/>
      </w:pPr>
      <w:r>
        <w:t>तेहैं, सेकुलरएजुकेशनभी और मजहबीएजुकेशनमें भी ।यहबहुतअच्छा है। क्योंकिजैसे बाहरहोते हैं, समर स्कूल्सहोतेहैंना, तो वह सैटरडे,संडेवगैरहजोभी ,तो उसमें हरमजहबकेअपने-अपनेलोगों के जोभी बच्चा जाता है,जिसमजहबका,उसको उसकी तालीमदीजातीहै।औरबाकीदिनोंमेंवह सेकुलरएजुकेशन देतेहैं।तोहमें जहांभी हमेंकोई अच्छीचीज नजरआए,उसकोहमेंअडॉप्टकरनाचाहिए ।</w:t>
      </w:r>
    </w:p>
    <w:p>
      <w:r>
        <w:rPr>
          <w:b/>
        </w:rPr>
        <w:t xml:space="preserve">[54:46] </w:t>
      </w:r>
      <w:r>
        <w:t>rigidity jo hai, woh kharab hai. to humein har har ilm jo hai, woh khuda ka ilm hai. har ilm humein hasil karna chahiye. ji,</w:t>
      </w:r>
    </w:p>
    <w:p>
      <w:pPr>
        <w:jc w:val="right"/>
      </w:pPr>
      <w:r>
        <w:t>रिजिडिटीजोहै,वह खराबहै। तो हमें हर -हर इल्मजोहै,वहखुदाकाइल्महै। हर इल्महमेंहासिलकरनाचाहिए । जी ,</w:t>
      </w:r>
    </w:p>
    <w:p>
      <w:r>
        <w:rPr>
          <w:b/>
        </w:rPr>
        <w:t xml:space="preserve">[55:00] </w:t>
      </w:r>
      <w:r>
        <w:t>aap yeh comment bheja hai delhi se imran ahmed sahib ne. unhone likha hai, " masha allah, aap, aaj ka session bahut hi ilmi aur spiritual session tha. jazaak allah."</w:t>
      </w:r>
    </w:p>
    <w:p>
      <w:pPr>
        <w:jc w:val="right"/>
      </w:pPr>
      <w:r>
        <w:t>आप यह कमेंट भेजाहै दिल्ली से इ मरानअहमदसाहबने।उन्होंने लिखाहै," माशाल्लाह,आपा,आजका सेशनबहुत ही इल्मीऔर स्पिरिचुअल सेशनथा। जजाकल्लाह।"</w:t>
      </w:r>
    </w:p>
    <w:p>
      <w:r>
        <w:rPr>
          <w:b/>
        </w:rPr>
        <w:t xml:space="preserve">[55:13] </w:t>
      </w:r>
      <w:r>
        <w:t>aap, yeh aakhiri sawal lena chahunga kyunki uske baad phir ek book relaunch bhi hai. to aap, jis tarike se aaj aap ne bataya hazrat eesa al salam ki zindagi ko lekar, unki mission, unki teachings, kis tarah unhone message poori humanity ko pahunchaya. aakhiri sawal aap mera yahi hai ki, " a, unki, unko lekar between islam and christianity, what are the key differ</w:t>
      </w:r>
    </w:p>
    <w:p>
      <w:pPr>
        <w:jc w:val="right"/>
      </w:pPr>
      <w:r>
        <w:t>आप ,यहआखिरी सवाल लेनाचाहूंगाक्योंकिउसकेबादफिरएक बुक रीलॉन्चभीहै। तोआप ,जिसतरीकेसेआजआपनेबताया हजरत ईसाअल सलामकीजिंदगीकोलेकर , उनकी मिशन, उनकी टीचिंग ्स, किसतरह उन्होंने मैसेज पूरीह्यूमैनिटीकोपहुंचाया । आखिरीसवालआप मेरायहीहैकि, " अ,उनकी , उनकोलेकर बिटवीनइस्लामएंडक्रिश्चियनिटी, व्हाटआरदकी डिफर</w:t>
      </w:r>
    </w:p>
    <w:p>
      <w:r>
        <w:rPr>
          <w:b/>
        </w:rPr>
        <w:t xml:space="preserve">[55:41] </w:t>
      </w:r>
      <w:r>
        <w:t>enses?" iske baremein aap bataakar aajka session khatm karen. sabse pehla key difference to yahi hai ki isaiyat mein hazrat adam gunahgar the, sinner the, aur woh aisi gunah unhone kiya tha ki woh maaf nahi hua. aur unki wajah se every child inherits, every newborn child inherits this sin.</w:t>
      </w:r>
    </w:p>
    <w:p>
      <w:pPr>
        <w:jc w:val="right"/>
      </w:pPr>
      <w:r>
        <w:t>ेंसेस?" इसके बारेमें आप बताकरआजकासेशन खत्मकरें। सबसे पहला कीडिफरेंसतोयहीहै कि ईसाइयतमें हजरतआदम गुनाहगारथे,सिनरथे, और वह ऐसी गुनाहउन्होंने कियाथाकिवहमाफनहींहुआ । और उनकी वजहसे एवरी चाइल्ड इन्हेरिट्स,एवरी न्यूबर्नचाइल्डइन्हेरिट्स दिससिन।</w:t>
      </w:r>
    </w:p>
    <w:p>
      <w:r>
        <w:rPr>
          <w:b/>
        </w:rPr>
        <w:t xml:space="preserve">[56:06] </w:t>
      </w:r>
      <w:r>
        <w:t>toh yeh jo hai,</w:t>
      </w:r>
    </w:p>
    <w:p>
      <w:pPr>
        <w:jc w:val="right"/>
      </w:pPr>
      <w:r>
        <w:t>तो यह जो है,</w:t>
      </w:r>
    </w:p>
    <w:p>
      <w:r>
        <w:rPr>
          <w:b/>
        </w:rPr>
        <w:t xml:space="preserve">[56:09] </w:t>
      </w:r>
      <w:r>
        <w:t>isi sin ko absolve karne ke liye hazrat isa bhejhe gaye the.</w:t>
      </w:r>
    </w:p>
    <w:p>
      <w:pPr>
        <w:jc w:val="right"/>
      </w:pPr>
      <w:r>
        <w:t>इसी सिनको अबसॉल्वकरनेकेलिए हजरतईसाभेजेगएथे।</w:t>
      </w:r>
    </w:p>
    <w:p>
      <w:r>
        <w:rPr>
          <w:b/>
        </w:rPr>
        <w:t xml:space="preserve">[56:15] </w:t>
      </w:r>
      <w:r>
        <w:t>aur Islam mein kya hai ki Adam ne gunah kiya.</w:t>
      </w:r>
    </w:p>
    <w:p>
      <w:pPr>
        <w:jc w:val="right"/>
      </w:pPr>
      <w:r>
        <w:t>और इस्लाममेंक्याहैकि आदमनेगुनाहकिया।</w:t>
      </w:r>
    </w:p>
    <w:p>
      <w:r>
        <w:rPr>
          <w:b/>
        </w:rPr>
        <w:t xml:space="preserve">[56:17] </w:t>
      </w:r>
      <w:r>
        <w:t>dekhiye, har insaan se galti hoti hai.</w:t>
      </w:r>
    </w:p>
    <w:p>
      <w:pPr>
        <w:jc w:val="right"/>
      </w:pPr>
      <w:r>
        <w:t>देखिए,हरइंसानसे गलतीहोती है।</w:t>
      </w:r>
    </w:p>
    <w:p>
      <w:r>
        <w:rPr>
          <w:b/>
        </w:rPr>
        <w:t xml:space="preserve">[56:20] </w:t>
      </w:r>
      <w:r>
        <w:t>isi tarike se hazrat Adam se bhi hui.</w:t>
      </w:r>
    </w:p>
    <w:p>
      <w:pPr>
        <w:jc w:val="right"/>
      </w:pPr>
      <w:r>
        <w:t>इसीतरीकेसे हजरतआदमसेभीहुई ।</w:t>
      </w:r>
    </w:p>
    <w:p>
      <w:r>
        <w:rPr>
          <w:b/>
        </w:rPr>
        <w:t xml:space="preserve">[56:23] </w:t>
      </w:r>
      <w:r>
        <w:t>toh phir unhone sacche dil se maafi maangi, jo ki Quran mein</w:t>
      </w:r>
    </w:p>
    <w:p>
      <w:pPr>
        <w:jc w:val="right"/>
      </w:pPr>
      <w:r>
        <w:t>तोफिर उन्होंने सच्चेदिलसे माफी मांगी,जोकिकुरानमें</w:t>
      </w:r>
    </w:p>
    <w:p>
      <w:r>
        <w:rPr>
          <w:b/>
        </w:rPr>
        <w:t xml:space="preserve">[56:26] </w:t>
      </w:r>
      <w:r>
        <w:t>woh alfaaz hain jo unhone maafi maangi.</w:t>
      </w:r>
    </w:p>
    <w:p>
      <w:pPr>
        <w:jc w:val="right"/>
      </w:pPr>
      <w:r>
        <w:t>वह अल्फाजहैंजोउन्होंने माफीमांगी।</w:t>
      </w:r>
    </w:p>
    <w:p>
      <w:r>
        <w:rPr>
          <w:b/>
        </w:rPr>
        <w:t xml:space="preserve">[56:29] </w:t>
      </w:r>
      <w:r>
        <w:t>aur phir Allah ne unko maaf kiya aur unhi ko pehla paigambar banaya.</w:t>
      </w:r>
    </w:p>
    <w:p>
      <w:pPr>
        <w:jc w:val="right"/>
      </w:pPr>
      <w:r>
        <w:t>औरफिरअल्लाहनेउनकोमाफकिया और उन्हींकोपहलापैगंबर बनाया ।</w:t>
      </w:r>
    </w:p>
    <w:p>
      <w:r>
        <w:rPr>
          <w:b/>
        </w:rPr>
        <w:t xml:space="preserve">[56:34] </w:t>
      </w:r>
      <w:r>
        <w:t>kyunki dekhiye, Allah jo chahta hai</w:t>
      </w:r>
    </w:p>
    <w:p>
      <w:pPr>
        <w:jc w:val="right"/>
      </w:pPr>
      <w:r>
        <w:t>क्योंकि देखिए,अल्लाह जो चाहताहै</w:t>
      </w:r>
    </w:p>
    <w:p>
      <w:r>
        <w:rPr>
          <w:b/>
        </w:rPr>
        <w:t xml:space="preserve">[56:37] </w:t>
      </w:r>
      <w:r>
        <w:t>ki jab insaan is duniya mein jaaye, to usko pata ho ki allah, us allah ki guidance, usko pata ho. yeh nahi hai ki woh paida ho gaya, usko khabar nahi hai ki allah unse chahta kya hai. ab akhirat mein usko kaise judge kiya jaayega?</w:t>
      </w:r>
    </w:p>
    <w:p>
      <w:pPr>
        <w:jc w:val="right"/>
      </w:pPr>
      <w:r>
        <w:t>कि जब इंसान इसदुनियामेंजाए, तो उसकोपता होकिअल्लाह, उसअल्लाह कीगाइडेंस,उसकोपताहो । यह नहींहैकिवहपैदाहोगया,उसकोखबरहीनहीं किअल्लाहउनसेचाहताक्याहै। अबआखिरतमें उसकोकैसे जजकियाजाएगा ?</w:t>
      </w:r>
    </w:p>
    <w:p>
      <w:r>
        <w:rPr>
          <w:b/>
        </w:rPr>
        <w:t xml:space="preserve">[56:52] </w:t>
      </w:r>
      <w:r>
        <w:t>woh toh jaakar kahega ki hamein toh kuch bataya hi nahi. to hamein kis baat ki saza mil rahi hai?</w:t>
      </w:r>
    </w:p>
    <w:p>
      <w:pPr>
        <w:jc w:val="right"/>
      </w:pPr>
      <w:r>
        <w:t>वहतोजाकरकहेगाकिहमेंतोकुछबतायाहीनहीं । तो हमेंकिसबातकी सजामिलरहीहै?</w:t>
      </w:r>
    </w:p>
    <w:p>
      <w:r>
        <w:rPr>
          <w:b/>
        </w:rPr>
        <w:t xml:space="preserve">[56:57] </w:t>
      </w:r>
      <w:r>
        <w:t>to isliye allah taala ne jab insaan ko paida kiya, to sabse pehle insaan ko paigambar bana diya. aur to is tarike se islam mein dekhiye, maafi ki bahut zyada importance hai. har gunah maaf ho jaate hain. bas yeh hai ki aadmi sincere maafi honi chahiye. baar baar gunah na karta rahe. sincere ke saath woh gunahon se maafi maange.</w:t>
      </w:r>
    </w:p>
    <w:p>
      <w:pPr>
        <w:jc w:val="right"/>
      </w:pPr>
      <w:r>
        <w:t>तो इसलिएअल्लाहतालानेजब इंसानको पैदाकिया,तो सबसे पहले इंसानको पैगंबरबना दिया । और तो इसतरीकेसे इस्लाममें देखिए, माफी कीबहुत ज्यादा इंपॉर्टेंसहै। हर गुनाहमाफहोजाते हैं। बसयह हैकिआदमी सिंसियरमाफी होनीचाहिए। बार-बारगुनाहनाकरता रहे । सि ंसियर केसाथ वह गुनाहोंसेमाफी मांगे।</w:t>
      </w:r>
    </w:p>
    <w:p>
      <w:r>
        <w:rPr>
          <w:b/>
        </w:rPr>
        <w:t xml:space="preserve">[57:24] </w:t>
      </w:r>
      <w:r>
        <w:t>to isaiyat mein jo hai, hazrat isa par jab hum iman laate hain na, aur kaffare, atonement ke aqide par, tab hamare gunah maaf hote hain. to isai yeh yaqin rakhte hain ki hazrat isa ne jo cross par jo sacrifice ki,</w:t>
      </w:r>
    </w:p>
    <w:p>
      <w:pPr>
        <w:jc w:val="right"/>
      </w:pPr>
      <w:r>
        <w:t>तो ईसाइयतमेंजोहै,हजरतईसा परजबहम ईमान लातेहैंना , और कफारे ,अटोनमेंट के अकीदेपर ,तबहमारेगुनाहमाफहोतेहैं। तो ईसाईयहयकीनरखतेहैंकिहजरतईसाने जोकुरासपरजो सैक्रिफाइसकी,</w:t>
      </w:r>
    </w:p>
    <w:p>
      <w:r>
        <w:rPr>
          <w:b/>
        </w:rPr>
        <w:t xml:space="preserve">[57:42] </w:t>
      </w:r>
      <w:r>
        <w:t>to usi se insaniyat ko sin se azaad free kiya.</w:t>
      </w:r>
    </w:p>
    <w:p>
      <w:pPr>
        <w:jc w:val="right"/>
      </w:pPr>
      <w:r>
        <w:t>तो उसीसे इंसानियतको सिनसे आजाद फ्रीकिया।</w:t>
      </w:r>
    </w:p>
    <w:p>
      <w:r>
        <w:rPr>
          <w:b/>
        </w:rPr>
        <w:t xml:space="preserve">[57:48] </w:t>
      </w:r>
      <w:r>
        <w:t>unhone insaniyat ko sin se free kiya, cross par apne aap ko sacrifice karke. bible mein hai, "jesus took away the sins of the world." to is is baat par aqida rakhne se hamare gunah maaf hote hain. to salvation in christianity is a gift from god, granted through faith in jesus. hamare yahan khuda se direct contact hota hai.</w:t>
      </w:r>
    </w:p>
    <w:p>
      <w:pPr>
        <w:jc w:val="right"/>
      </w:pPr>
      <w:r>
        <w:t>उन्होंने इंसानियतको सिनसेफ्रीकिया , कुरासपर अपनेआपको सैक्रिफाइसकरके । बाइबलमेंहै, "जीसस टूकअवे दसिंसऑफदवर्ल्ड।" तो इस इस बातपर अकीदारखनेसेहम ारे गुनाहमाफहोतेहैं। तो साल्वेशन इनक्रिश्चियनिटीइजअगिफ्टफ्रॉमगॉड,ग्रांटेडथ्रू फेथ इनजीसस। हमारे यहां खुदासे डायरेक्ट कांटेक्टहोताहै।</w:t>
      </w:r>
    </w:p>
    <w:p>
      <w:r>
        <w:rPr>
          <w:b/>
        </w:rPr>
        <w:t xml:space="preserve">[58:16] </w:t>
      </w:r>
      <w:r>
        <w:t>hum direct khuda se baat kar sakte hain, whisper ke andaaz mein, aur direct khuda se maafi maang sakte hain. yahan through jesus hai, baad mein through priests hain. to salvation through faith in god and leading a rich life.</w:t>
      </w:r>
    </w:p>
    <w:p>
      <w:pPr>
        <w:jc w:val="right"/>
      </w:pPr>
      <w:r>
        <w:t>हम डायरेक्ट खुदासेबातकरसकतेहैं, विस्परकेअंदाजमें, और डायरेक्टखुदासेमाफी मांगसकतेहैं। यहां थ्रूजीससहै, बादमेंथ्रू प्रीस्ट्सहैं। तो साल्वेशनथ्रू फेथ इन गॉड एंडलीडिंगअराइचला इफ। अच्छा,माफी मांगनाऔर राइच जिंदगी इख्तियारकरना ,</w:t>
      </w:r>
    </w:p>
    <w:p>
      <w:r>
        <w:rPr>
          <w:b/>
        </w:rPr>
        <w:t xml:space="preserve">[58:39] </w:t>
      </w:r>
      <w:r>
        <w:t>paakiza zindagi ikhtiyar karna</w:t>
      </w:r>
    </w:p>
    <w:p>
      <w:pPr>
        <w:jc w:val="right"/>
      </w:pPr>
      <w:r>
        <w:t>पाकीजाजिंदगीइख्तियारकरना</w:t>
      </w:r>
    </w:p>
    <w:p>
      <w:r>
        <w:rPr>
          <w:b/>
        </w:rPr>
        <w:t xml:space="preserve">[58:41] </w:t>
      </w:r>
      <w:r>
        <w:t>. phir insaan ko dar rahe ki jab marne ke baad allah ke saamne haazir hoga, to woh allah ke saamne accountability hai. usko saara jo hai, usko hisaab wahan liya jaayega. to yeh darta rahe insaan khuda se, aur kuch galti ho jaaye, to usse maafi maange.</w:t>
      </w:r>
    </w:p>
    <w:p>
      <w:pPr>
        <w:jc w:val="right"/>
      </w:pPr>
      <w:r>
        <w:t>। फिर इंसानको डररहे किजब मरनेकेबाद अल्लाहकेसामने हाजिरहोगा,तो वह अल्लाहकेसामने अकाउंटेबिलिटीहै। उसको सारा जोहै, उसको हिसाब वहांलियाजाएगा । तो यह डरतारहे इंसान खुदासे,और कुछ गलतीहोजाए , तो उससेमाफीमांगे।</w:t>
      </w:r>
    </w:p>
    <w:p>
      <w:r>
        <w:rPr>
          <w:b/>
        </w:rPr>
        <w:t xml:space="preserve">[59:04] </w:t>
      </w:r>
      <w:r>
        <w:t>to christianity mein god is understood as one being in three persons: father, son and holy spirit. so yeh concept jo hai trinity ka, woh central to christian belief hai. aur islam mein trinity ka concept nahi hai. it is considered incompatible with the concept of the oneness of god, tauheed. ismein koi jo hai,</w:t>
      </w:r>
    </w:p>
    <w:p>
      <w:pPr>
        <w:jc w:val="right"/>
      </w:pPr>
      <w:r>
        <w:t>तो क्रिश्चियनिटीमें गॉडइजअंडरस्टूड एज वन बीइंगइन थ्रीपर्सन: फादर,सनएंडहोलीस्पिरिट। सोयह कांसेप्टजोहै ट्रिनिटीका , वह सेंट्रलटूक्रिश्चियनबिलीफहै। औरइस्लाम में ट्र िनिटीकाकांसेप्ट नहीं है। इटइज कंसीडर्ड इनकंपैटिबलविददकांसेप्ट ऑफ दवन नेसऑफगॉड, तौहीद। इसमें कोई जोहै,</w:t>
      </w:r>
    </w:p>
    <w:p>
      <w:r>
        <w:rPr>
          <w:b/>
        </w:rPr>
        <w:t xml:space="preserve">[59:33] </w:t>
      </w:r>
      <w:r>
        <w:t>woh nahi hai.</w:t>
      </w:r>
    </w:p>
    <w:p>
      <w:pPr>
        <w:jc w:val="right"/>
      </w:pPr>
      <w:r>
        <w:t>वहनहींहै।</w:t>
      </w:r>
    </w:p>
    <w:p>
      <w:r>
        <w:rPr>
          <w:b/>
        </w:rPr>
        <w:t xml:space="preserve">[59:35] </w:t>
      </w:r>
      <w:r>
        <w:t>isme bilkul hi, ismein kya matlab? khuda ki khudai mein koi bhi shareek nahi hai. har cheez khuda ka creation hai, aur khuda sirf aur sirf ek hai. baaki tamam cheezein khuda ki created being hain. to ismein islam bahut zyada clear hai. ismein koi do raay nahi hai.</w:t>
      </w:r>
    </w:p>
    <w:p>
      <w:pPr>
        <w:jc w:val="right"/>
      </w:pPr>
      <w:r>
        <w:t>इसमें बिल्कुलही, इसमें क्या मतलब?खुदाकीखुदाईमें कोई भी शरीकनहीं है। हर चीज खुदाकाक्रिएशनहै, औरखुदा सिर्फऔर सिर्फ एकहै। बाकीतमामचीजें खुदाकी क्रिएटेडबीइंगहैं। तोइसमें इस्लामबहुत ज्यादा क्लियरहै। इसमेंकोई दोरायनहींहै।</w:t>
      </w:r>
    </w:p>
    <w:p>
      <w:r>
        <w:rPr>
          <w:b/>
        </w:rPr>
        <w:t xml:space="preserve">[1:00:02] </w:t>
      </w:r>
      <w:r>
        <w:t>itne denominations hote hain, religious denominations mein. yeh sab log yahi maante hain, chahe shia, sunni ho ya koi bhi denomination ho, ki khuda ek hai. to christianity mein jesus ke baad koi prophet nahi hai. aur islam jo hai, tamam paigambaron ko maanta hai, lekin muhammad sallallahu alaihi wasallam ko final prophet maanta hai.</w:t>
      </w:r>
    </w:p>
    <w:p>
      <w:pPr>
        <w:jc w:val="right"/>
      </w:pPr>
      <w:r>
        <w:t>इतनेडिनॉमिनेशंसहोतेहैं, रिलीजसडिनॉमिनेशंसमें ।यह सब लोग यहीमानतेहैं, चाहेशिया,सुन्नीहोयाकोईभी डिनॉमिनेशनहो , किखुदाएकहै। तो क्रिश्चियनिटीमेंजीससकेबादकोई प्रॉफिटनहींहै। और इस्लामजोहै, तमाम पैगंबरोंकोमानताहै,लेकिन मोहम्मदसल्लल्लाहुअलैहिवसल्लमको फाइनलप्रॉफिटमानताहै।</w:t>
      </w:r>
    </w:p>
    <w:p>
      <w:r>
        <w:rPr>
          <w:b/>
        </w:rPr>
        <w:t xml:space="preserve">[1:00:28] </w:t>
      </w:r>
      <w:r>
        <w:t>ab jahan tak miracles ka khayal hai, miracles ki baat hai, woh hai ki moajze paigambaron ke paas aate hain, unko diye jaate hain taaki woh apni baat ko logon ke saamne rakhen aur unko yaqeen aaye. to lekin miracles jo hai, islam mein khuda ki permission se hote hain. aesa nahi hai ki paigambaron ke andar koi salahiyat hai, unke andar koi divinity hai. aesa nahi</w:t>
      </w:r>
    </w:p>
    <w:p>
      <w:pPr>
        <w:jc w:val="right"/>
      </w:pPr>
      <w:r>
        <w:t>अब जहांतकमिरेकल्स काख्यालहै, मिरेकल्सकीबातहै,वह हैकि मोज मे रेकपै गंबरोंकेपास आतेहैं, उनकोदिएजाते हैंताकिवह अपनी बातको लोगों केसामने रख ें और उनको यकीनआए। तोलेकिन म िरेकल्स जोहै,इस्लाममें खुदाकी परमिशन सेहोतेहैं। ऐसानहीं हैकि पैगंबरोंके अंदरकोई सलाहियतहै, उनके अंदरकोई डिविनिटीहै।ऐसानहीं</w:t>
      </w:r>
    </w:p>
    <w:p>
      <w:r>
        <w:rPr>
          <w:b/>
        </w:rPr>
        <w:t xml:space="preserve">[1:00:56] </w:t>
      </w:r>
      <w:r>
        <w:t>hai, balki khuda unko ijazat deta hai, tab woh miracle dikhate hain. jaise hazrat musa alai salam ne miracle dikhaya firon ke saamne. rasoolullah sallallahu alaihi wasallam ka moajza jo hai, woh quran tha. quran ki jo language hai, uska aaj tak koi ek ek varsh bhi koi aaj tak waisa nahi bana paya. to woh ek moajza tha, language of the quran.</w:t>
      </w:r>
    </w:p>
    <w:p>
      <w:pPr>
        <w:jc w:val="right"/>
      </w:pPr>
      <w:r>
        <w:t>है, बल्कि खुदा उनको इजाजतदेताहै,तबवहमिरेकलदिखातेहैं।जैसे हजरतमूसाअल सलामने मिरेकल दिखाया फिर ौनकेसामने । रसूलल्लाहसल्लल्लाहुअलैहिवसल्लमकामोजाजोहै,वह कुरानथा। कुरानकीजो लैंग्वेजहै, उसका आजतककोई एक एक वर्ष भीकोई आजतक वैसानहीं बना पाया । तो वहएक मो जाथा,लैंग्वेजऑफदकुरान ।</w:t>
      </w:r>
    </w:p>
    <w:p>
      <w:r>
        <w:rPr>
          <w:b/>
        </w:rPr>
        <w:t xml:space="preserve">[1:01:24] </w:t>
      </w:r>
      <w:r>
        <w:t>to ab doosri jo main hai ki jesus bina baap ke paida hue, to yeh aesi koi badi baat nahi hai. kyunki hazrat adam to bina baap aur bina maa ke hi paida hue. to god can do anything. khuda agar chahe, to bina baap ke, bina maa ke paida kar sakta hai. to yeh khuda ki marzi ke mutabiq sab kuch hota hai.</w:t>
      </w:r>
    </w:p>
    <w:p>
      <w:pPr>
        <w:jc w:val="right"/>
      </w:pPr>
      <w:r>
        <w:t>तो अब दूस रीजो मेनहै कि जीसस बिना बापकेपैदाहुए , तो यह ऐसीकोई बड़ीबातनहीं है।क्योंकि हजरतआदमतो बिनाबापऔरबिना मांकेहीपैदाहुए । तो गॉड कैनडूएनीथिंग । खुदाअगरचाहे,तोबिनाबापके,बिना मांकेपैदाकरसकता है। तो यह खुदा की मर्जी केमुताबिक सबकुछहोता है।</w:t>
      </w:r>
    </w:p>
    <w:p>
      <w:r>
        <w:rPr>
          <w:b/>
        </w:rPr>
        <w:t xml:space="preserve">[1:01:49] </w:t>
      </w:r>
      <w:r>
        <w:t>aesa nahi hai ki kisi insaan ke andar koi inherent ability hai, salahiyat hai, uski wajah se yeh ho raha hai. insaan ko jo bhi mila hua hai, woh khuda ka diya hua mila hua hai. aur islam mein tamam paigambar jo hain, woh equal status rakhte hain. na koi bada hai, na koi chhota hai. ek baar madine mein kuch log lad gaye.</w:t>
      </w:r>
    </w:p>
    <w:p>
      <w:pPr>
        <w:jc w:val="right"/>
      </w:pPr>
      <w:r>
        <w:t>ऐसानहीं हैकिकिसी इंसानकेअंदर कोई इनहेरेंट एबिलिटीहै, सलाहियतहै,उसकीवजहसेयहहोरहाहै। इंसानको जोभी मिलाहुआ है, वह खुदाकादियाहुआ मिलाहुआहै। और इस्लाममें तमाम पैगंबरजोहैं, वह इक्वल स्टेटसरखतेहैं। नाकोईबड़ाहै, नाकोई छोटाहै। एकबार मदीनेमें कुछ लोग लड़गए ।</w:t>
      </w:r>
    </w:p>
    <w:p>
      <w:r>
        <w:rPr>
          <w:b/>
        </w:rPr>
        <w:t xml:space="preserve">[1:02:16] </w:t>
      </w:r>
      <w:r>
        <w:t>yahudi kehne lage, "hazrat musa sabse bade paigambar hain." to musalmanon ne kaha, "sabse bade paigambar hamare paigambar hain, muhammad sallallahu alaihi wasallam." to aapko jab pata chala, to aapne kaha, "yunus ibne matta ko bhi kam na samjho." yunus jo ki machhli ke pet mein chale gaye the, to aapne bataya ki sab paigambar barabar hain.</w:t>
      </w:r>
    </w:p>
    <w:p>
      <w:pPr>
        <w:jc w:val="right"/>
      </w:pPr>
      <w:r>
        <w:t>यहूदी कहनेलगे,"हजरतमूसा सबसे बड़े पैगंबरहैं। "तो मुसलमानोंनेकहा,"सबसेबड़ेपैगंबर हम ारेपैगंबर हैं, मोहम्मदसल्लल्लाहुअलैहिवसल्लम ।"तोआपकोजबपताचला,तोआपनेकहा ," यूनुस इब्ने मत्ताकोभी कम नासमझो ।" यूनुसजोकिमछलीकेपेटमेंचलेगएथे, तो आप नेबतायाकि सब पैगंबर बराबरहैं।</w:t>
      </w:r>
    </w:p>
    <w:p>
      <w:r>
        <w:rPr>
          <w:b/>
        </w:rPr>
        <w:t xml:space="preserve">[1:02:39] </w:t>
      </w:r>
      <w:r>
        <w:t>sab ka khuda se contact hua farishton ke zariye se, aur sab ko allah ke yahan alag alag fazilat di gayi. aesa nahi hai ki falan fazilat zyada important hai, falan kam important hai, balki halaat ke lihaz se logon ko miracle diye gaye. ji, jazaakallah, aap, for doing this session today. a</w:t>
      </w:r>
    </w:p>
    <w:p>
      <w:pPr>
        <w:jc w:val="right"/>
      </w:pPr>
      <w:r>
        <w:t>सब का खुदासेकांटेक्टहुआ फरिश्तोंकेजरिएसे , और सब कोअल्लाहकेयहां अलग-अलग फजीलतदीगई । ऐसानहींहैकि फलांफजीलत ज्यादा इंपॉर्टेंटहै,फलांकमइंपॉर्टेंटहै, बल्कि हालात केलिहाजसे लोगों को मिरेकलदिएगए। जी, जजाकल्लाह,आपा,फॉरडूइंगदिससेशन टुडे। अ</w:t>
      </w:r>
    </w:p>
    <w:p>
      <w:r>
        <w:rPr>
          <w:b/>
        </w:rPr>
        <w:t xml:space="preserve">[1:03:04] </w:t>
      </w:r>
      <w:r>
        <w:t>so, we will be now re-launching of Maulana Wahiduddin Khan sahib book "Raaz-e-Hayaat." this is one of the best seller of Maulana sahib, and it is very wide read across the world. this is also been translated in english with the title "The Secret of Success." to aaj "Raaz-e-Hayaat" ko hum re-launch karne jaa rahe hain in his in its new avatar.</w:t>
      </w:r>
    </w:p>
    <w:p>
      <w:pPr>
        <w:jc w:val="right"/>
      </w:pPr>
      <w:r>
        <w:t>सो, वीविलबीनाउ अडूइंगदर ीलॉन्चऑफ मौलाना वहीदुद्दीनखानसाहबब ुक "राजे हयात।" अदिसइज वनऑफ द बेस्ट सेलर ऑफ मौलानासाहब , एंडइटइजवेरी वाइड रेड अक्रॉसदवर्ल्ड। दिसइजआल्सोबीनट्रांसलेटेड इन इंग्लिशविददटाइटल"द सीक्रेटऑफ सक्सेस ।" तो आज "राजे हयात"कोहम रीलॉन्चकरनेजारहेहैंइनहिज इनइट्सन्यूअव तार ।</w:t>
      </w:r>
    </w:p>
    <w:p>
      <w:r>
        <w:rPr>
          <w:b/>
        </w:rPr>
        <w:t xml:space="preserve">[1:03:34] </w:t>
      </w:r>
      <w:r>
        <w:t>this was first published in 1987, and it is available in good book stores. you can also download the urdu book "Raaz-e-Hayaat" as well as the english translation "The Secret of Success" from cps global.</w:t>
      </w:r>
    </w:p>
    <w:p>
      <w:pPr>
        <w:jc w:val="right"/>
      </w:pPr>
      <w:r>
        <w:t>दिसवाज फर्स्टपब्लिश्डइन 19 8 7 ,एंड इटइजअवेलेबल इन अ गुडवर्डबुक स्टोर्स। अयूकैनआल्सोडाउनलोड द उर्दूबुक"राजेहयात"एजवेलएजद इंग्लिश ट्रांसलेशन"द सीक्रेटऑफसक्सेस" फ्रॉमc ps global.</w:t>
      </w:r>
    </w:p>
    <w:p>
      <w:r>
        <w:rPr>
          <w:b/>
        </w:rPr>
        <w:t xml:space="preserve">[1:03:53] </w:t>
      </w:r>
      <w:r>
        <w:t>org website. so, i will request doctor sane snain khan sahib to launch this book "Raaz-e-Hayaat."</w:t>
      </w:r>
    </w:p>
    <w:p>
      <w:pPr>
        <w:jc w:val="right"/>
      </w:pPr>
      <w:r>
        <w:t>orgवेबसाइट। सो,आईविलरिक्वेस्ट डॉक्टर सानेस्नैनखानसाहब अटूलॉन्च दिस बुक "राजेहयात।"</w:t>
      </w:r>
    </w:p>
    <w:p>
      <w:r>
        <w:rPr>
          <w:b/>
        </w:rPr>
        <w:t xml:space="preserve">[1:04:07] </w:t>
      </w:r>
      <w:r>
        <w:t>bismillah hir rahman nir rahim, rabbish li sadri, wa yassir li amri, l uqad milisani, yafqahu qawli.</w:t>
      </w:r>
    </w:p>
    <w:p>
      <w:pPr>
        <w:jc w:val="right"/>
      </w:pPr>
      <w:r>
        <w:t>बिस्मिल्लाहरहमान रहीम, रब्बश लीसद री,व यस लीअमरी, ल त मलिसानी,य क कली।</w:t>
      </w:r>
    </w:p>
    <w:p>
      <w:r>
        <w:rPr>
          <w:b/>
        </w:rPr>
        <w:t xml:space="preserve">[1:04:16] </w:t>
      </w:r>
      <w:r>
        <w:t>mujhe behad khushi hai is kitab ko launch karte hue. "raajeh hayat" maulana ki topseller book hai, bestseller book hai, aur maulana ne is subject par kai aur bhi kitabein likhi: "raajeh hayat", "rehnuma ehyaat", "taameer ehyaat", aur "kitab zindagi ".</w:t>
      </w:r>
    </w:p>
    <w:p>
      <w:pPr>
        <w:jc w:val="right"/>
      </w:pPr>
      <w:r>
        <w:t>मुझे बेहद खुशीहै इस किताब को लॉन्चकरते हुए। "राजेहयात" मौलाना की टॉपसेलरबुकहै, बेस्टसेलर बुकहै, और मौलानानेइससब्जेक्टपर कई औरभी किताबेंलिखी:"राजेहयात","रहनुमा एहयात", "तामीरहयात",और"किताबजिंदगी "।</w:t>
      </w:r>
    </w:p>
    <w:p>
      <w:r>
        <w:rPr>
          <w:b/>
        </w:rPr>
        <w:t xml:space="preserve">[1:04:39] </w:t>
      </w:r>
      <w:r>
        <w:t>to maulana ka yeh bahut hi mehboob topic tha, aur is ko main abhi dekh raha tha. to is mein jo preface hai, us mein us ko maulana ne shuru kiya hai alfred adler ke quote se, jis mein likha hai ki "there is power to turn a minus sign into a plus."</w:t>
      </w:r>
    </w:p>
    <w:p>
      <w:pPr>
        <w:jc w:val="right"/>
      </w:pPr>
      <w:r>
        <w:t>तोमौलानाकायहबहुतही महबूब टॉपिकथा, और इस कोमैंअभीदेखरहा था। तोइसमें जो प्रीफेसहै, उसमें उसकोमौलानानेशुरू कियाहै अल्फ्रेडएडलरके कोटसे ,जिसमें लिखा हैकि "देयरपावरटूटर्नअमाइनसइनटूप्लस।"</w:t>
      </w:r>
    </w:p>
    <w:p>
      <w:r>
        <w:rPr>
          <w:b/>
        </w:rPr>
        <w:t xml:space="preserve">[1:05:04] </w:t>
      </w:r>
      <w:r>
        <w:t>yaani insaan ki jo shakhsiyat hai, woh aisi hai ki kitne bhi naam-afaqi halaat ho, negative halaat ho, us ke andar allah taala ne yeh salahiyat paida ki hai ki woh apne negative halaat ko positive mein tabdeel</w:t>
      </w:r>
    </w:p>
    <w:p>
      <w:pPr>
        <w:jc w:val="right"/>
      </w:pPr>
      <w:r>
        <w:t>यानी इंसान कीजो शख्सियतहै, वह ऐसीहै कि कितनेभी नाम ुआफिकहालातहो,नेगेटिवहालातहो , उसके अंदर अल्लाहतालाने यह सलाहियतपैदाकीहैकिवह अपने नेगेटिवहालातको पॉजिटिव में तब्दील</w:t>
      </w:r>
    </w:p>
    <w:p>
      <w:r>
        <w:rPr>
          <w:b/>
        </w:rPr>
        <w:t xml:space="preserve">[1:05:21] </w:t>
      </w:r>
      <w:r>
        <w:t>kar sake. to bahut hi hope milti hai is kitab ko padhne se, aur negativity khatm hoti hai, aur jo positive soch paida hoti hai. aur</w:t>
      </w:r>
    </w:p>
    <w:p>
      <w:pPr>
        <w:jc w:val="right"/>
      </w:pPr>
      <w:r>
        <w:t>करसके।तोबहुत ही होप मिलतीहै इसकिताबकोपढ़नेसे ,और नेगेटिविटीखत्महोती है, और जो पॉजिटिवसोच पैदाहोती है। और</w:t>
      </w:r>
    </w:p>
    <w:p>
      <w:r>
        <w:rPr>
          <w:b/>
        </w:rPr>
        <w:t xml:space="preserve">[1:05:37] </w:t>
      </w:r>
      <w:r>
        <w:t>yaani yeh kitab bhi its its a guide book for a successful life. aur maine ek jagah padha tha ki a bata jo company hai, shoes banane wali, to us ne ek aadmi ko, bahut purani baat hai, wahan bheja africa mein ki tum wahan jao aur marketing karo shoes</w:t>
      </w:r>
    </w:p>
    <w:p>
      <w:pPr>
        <w:jc w:val="right"/>
      </w:pPr>
      <w:r>
        <w:t>यानीयह किताब भीइट्सइट्सअगाइडबुक फॉर असक्सेसफुल लाइफ। और मैंने एकजगह पढ़ाथा कि अ बा टाजो कंप नीहै, शूज बन ानेवाली , तो उसने एक आदमीको ,बहुत पुरानीबातहै, वहांभेजा अफ्रीका हम कितुमवहांजाओऔर मार्केटिंगकरोशूज</w:t>
      </w:r>
    </w:p>
    <w:p>
      <w:r>
        <w:rPr>
          <w:b/>
        </w:rPr>
        <w:t xml:space="preserve">[1:06:02] </w:t>
      </w:r>
      <w:r>
        <w:t>ki. ji, to wahan gaya, us ne dekha, kha, aur wapas ek telegram ka zamana tha. telegram bheja ki "no one wear shoes here, there is no chance of selling shoes." ji, to don't send any consignment. to phir woh ek doosra aadmi bheja, kuch ek aadh saal ke baad, bata ne africa countries mein. to us ne telegram bheja ki "no one wear shoes, send a container of shoes." to</w:t>
      </w:r>
    </w:p>
    <w:p>
      <w:pPr>
        <w:jc w:val="right"/>
      </w:pPr>
      <w:r>
        <w:t>की। जी,तोवहांगया ,उसनेदेखा ,खा ,औरवापस एक टेलीग्रामकाजमानाथा।टेलीग्रामभेजा कि "नोवन वेयरशूजहियर, देरइजनो चांसऑफ सेलिंगशूज।" जी,तो डोंटसेंडएनीकंसाइनमेंट । तोफिर वह एकदूस रा आदमीभेजा,कुछ एकआधसालकेबाद,बाटाने अफ्रीकनकंट्रीजमें। तो उसने टेलीग्रामभेजा कि"नोवन वेयरशूज,सेंडएकंटेनरऑफशूज।" तो</w:t>
      </w:r>
    </w:p>
    <w:p>
      <w:r>
        <w:rPr>
          <w:b/>
        </w:rPr>
        <w:t xml:space="preserve">[1:06:31] </w:t>
      </w:r>
      <w:r>
        <w:t>yaani wohi cheez, ek insaan, ek ek negative soch agar hai, to usi cheez ko woh ek negative taur par dekhta hai. lekin agar us ke andar positive soch paida ho jaye, to har cheez mein us ke andar us ko ek ek umeed nazar aati hai. to is lihaaz se yeh kitab bahut hi umda hai, aur taqreeban 300 ke qareeb is mein mazameen hain, chhote-chhote mazameen. ji, kamyabi ke raaz aur yeh sab cheezein is mein b</w:t>
      </w:r>
    </w:p>
    <w:p>
      <w:pPr>
        <w:jc w:val="right"/>
      </w:pPr>
      <w:r>
        <w:t>यानीवहीचीज,एकइंसान,एक एक नेगेटिवसोच अगरहै, तो उसीचीजको वोएक नेगेटिव तौरपरदेखताहै। लेकिन अगर उसके अंदर पॉजिटिव सोचपैदाहोजाए,तोहरचीज मेंउसके अंदरउसको एक एक उम्मीद नजरआतीहै। तो इस लिहाजसे यह किताबबहुतहीउम्दाहै, और तकरीबन 3 00 केकरीबइसमेंमजमीनहैं, छोटे-छोटे मजमीन । जी,कामयाबी के राज औरयहसबचीजेंइसमें ब</w:t>
      </w:r>
    </w:p>
    <w:p>
      <w:r>
        <w:rPr>
          <w:b/>
        </w:rPr>
        <w:t xml:space="preserve">[1:07:00] </w:t>
      </w:r>
      <w:r>
        <w:t>ayaan ki gayi hain. yaani jo shakhs is kitab ko padh le, us ke andar bahut hi hope paida ho jaye aur himmat paida ho jaye ki insaan ko allah taala ne kamyab hone ke liye banaya hai, nakaami ke liye nahi banaya hai. allah taala is kitab ko jin logon ne taawun kiya, un ko ajre azeem ata farmaye. aameen. doctor sahib, thank you. doctor sahib, okay, with this, we will end today's session. thank you.</w:t>
      </w:r>
    </w:p>
    <w:p>
      <w:pPr>
        <w:jc w:val="right"/>
      </w:pPr>
      <w:r>
        <w:t>यानकीगईहैं।यानीजो जोशख्सइसकिताबकोपढ़ले, उसके अंदरबहुत ही होप पैदाहोजाएऔर हिम्मतपैदाहोजाए कि इंसानकोअल्लाहतालाने कामयाबहोनेकेलिए बना याहै, नाकामीकेलिएनहींबनायाहै। अल्लाहताला इस किताबको जिनलोगों ने तावुनकिया, उनको अजरेअजीमअताफरमाए।आमीन।डॉक्टरसाहब,थैंकयू।डॉक्टरसाहब,ओके,विददिस, वीविलएंडटुडेसे शन। थैंकयू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