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and Wisdom 10 08 08</w:t>
      </w:r>
    </w:p>
    <w:p>
      <w:r>
        <w:t>https://www.youtube.com/watch?v=TyPOaoYcDvo</w:t>
      </w:r>
    </w:p>
    <w:p>
      <w:r>
        <w:rPr>
          <w:b/>
        </w:rPr>
        <w:t xml:space="preserve">[00:21] </w:t>
      </w:r>
      <w:r>
        <w:t>bismillah rahman rahim, wa salla 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[00:30]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[00:39] </w:t>
      </w:r>
      <w:r>
        <w:t>aaj ka topic jo hai woh hai belief and wisdom, aqeedah aur aql.</w:t>
      </w:r>
    </w:p>
    <w:p>
      <w:pPr>
        <w:jc w:val="right"/>
      </w:pPr>
      <w:r>
        <w:t>آج کا ٹاپک جو ہے وہ ہے بیلیف اینڈ وزڈم، عقیدہ اور عقل۔</w:t>
      </w:r>
    </w:p>
    <w:p>
      <w:r>
        <w:rPr>
          <w:b/>
        </w:rPr>
        <w:t xml:space="preserve">[00:48] </w:t>
      </w:r>
      <w:r>
        <w:t>to is ke baray mein main kuch arz karunga, is se pehle ek baat yeh kehna hai</w:t>
      </w:r>
    </w:p>
    <w:p>
      <w:pPr>
        <w:jc w:val="right"/>
      </w:pPr>
      <w:r>
        <w:t>تو اس کے بارے میں میں کچھ عرض کروں گا، اس سے پہلے ایک بات یہ کہنا ہے</w:t>
      </w:r>
    </w:p>
    <w:p>
      <w:r>
        <w:rPr>
          <w:b/>
        </w:rPr>
        <w:t xml:space="preserve">[00:57] </w:t>
      </w:r>
      <w:r>
        <w:t>ke hamare ek saathi jo yahan kabhi kabhi aate the, raat un ka intiqal ho gaya, aur aaj</w:t>
      </w:r>
    </w:p>
    <w:p>
      <w:pPr>
        <w:jc w:val="right"/>
      </w:pPr>
      <w:r>
        <w:t>کہ ہمارے ایک ساتھی جو یہاں کبھی کبھی آتے تھے، رات ان کا انتقال ہو گیا، اور آج</w:t>
      </w:r>
    </w:p>
    <w:p>
      <w:r>
        <w:rPr>
          <w:b/>
        </w:rPr>
        <w:t xml:space="preserve">[01:06] </w:t>
      </w:r>
      <w:r>
        <w:t>nizamuddin ke qabristan mein un ki tadfeen hui.</w:t>
      </w:r>
    </w:p>
    <w:p>
      <w:pPr>
        <w:jc w:val="right"/>
      </w:pPr>
      <w:r>
        <w:t>نظام الدین کے قبرستان میں ان کی تدفین ہوئی۔</w:t>
      </w:r>
    </w:p>
    <w:p>
      <w:r>
        <w:rPr>
          <w:b/>
        </w:rPr>
        <w:t xml:space="preserve">[01:15] </w:t>
      </w:r>
      <w:r>
        <w:t>to waise woh bohat achi sehat thi un ki, umar mein hum us se kam the.</w:t>
      </w:r>
    </w:p>
    <w:p>
      <w:pPr>
        <w:jc w:val="right"/>
      </w:pPr>
      <w:r>
        <w:t>تو ویسے وہ بہت اچھی صحت تھی ان کی، عمر میں ہم اس سے کم تھے۔</w:t>
      </w:r>
    </w:p>
    <w:p>
      <w:r>
        <w:rPr>
          <w:b/>
        </w:rPr>
        <w:t xml:space="preserve">[01:24] </w:t>
      </w:r>
      <w:r>
        <w:t>har aitbar se woh ek successful aadmi samjhe jate the, lekin achaanak tabiyat kharab hui aur jaldi</w:t>
      </w:r>
    </w:p>
    <w:p>
      <w:pPr>
        <w:jc w:val="right"/>
      </w:pPr>
      <w:r>
        <w:t>ہر اعتبار سے وہ ایک سکسیس فل آدمی سمجھے جاتے تھے، لیکن اچانک طبیعت خراب ہوئی اور جلدی</w:t>
      </w:r>
    </w:p>
    <w:p>
      <w:r>
        <w:rPr>
          <w:b/>
        </w:rPr>
        <w:t xml:space="preserve">[01:33] </w:t>
      </w:r>
      <w:r>
        <w:t>un ka intiqal ho gaya.</w:t>
      </w:r>
    </w:p>
    <w:p>
      <w:pPr>
        <w:jc w:val="right"/>
      </w:pPr>
      <w:r>
        <w:t>ان کا انتقال ہو گیا۔</w:t>
      </w:r>
    </w:p>
    <w:p>
      <w:r>
        <w:rPr>
          <w:b/>
        </w:rPr>
        <w:t xml:space="preserve">[01:42] </w:t>
      </w:r>
      <w:r>
        <w:t>to Allah taala un ko aur hum sab ko maghfirat farmaye.</w:t>
      </w:r>
    </w:p>
    <w:p>
      <w:pPr>
        <w:jc w:val="right"/>
      </w:pPr>
      <w:r>
        <w:t>تو اللہ تعالیٰ ان کو اور ہم سب کو مغفرت فرمائے۔</w:t>
      </w:r>
    </w:p>
    <w:p>
      <w:r>
        <w:rPr>
          <w:b/>
        </w:rPr>
        <w:t xml:space="preserve">[01:51] </w:t>
      </w:r>
      <w:r>
        <w:t>yeh mein kahunga ke har maut darasal zinda rehne walon ke liye reminder hai.</w:t>
      </w:r>
    </w:p>
    <w:p>
      <w:pPr>
        <w:jc w:val="right"/>
      </w:pPr>
      <w:r>
        <w:t>یہ میں کہوں گا کہ ہر موت دراصل زندہ رہنے والوں کے لیے ریمائنڈر ہے۔</w:t>
      </w:r>
    </w:p>
    <w:p>
      <w:r>
        <w:rPr>
          <w:b/>
        </w:rPr>
        <w:t xml:space="preserve">[02:00] </w:t>
      </w:r>
      <w:r>
        <w:t>jo aadmi mar gaya, unka naam tha Yusuf Khan sahib, Wing Commander Yusuf Khan.</w:t>
      </w:r>
    </w:p>
    <w:p>
      <w:pPr>
        <w:jc w:val="right"/>
      </w:pPr>
      <w:r>
        <w:t>جو آدمی مر گیا، ان کا نام تھا یوسف خان صاحب، ونگ کمانڈر یوسف خان۔</w:t>
      </w:r>
    </w:p>
    <w:p>
      <w:r>
        <w:rPr>
          <w:b/>
        </w:rPr>
        <w:t xml:space="preserve">[02:09] </w:t>
      </w:r>
      <w:r>
        <w:t>bohat kamyab thay woh apne profession mein.</w:t>
      </w:r>
    </w:p>
    <w:p>
      <w:pPr>
        <w:jc w:val="right"/>
      </w:pPr>
      <w:r>
        <w:t>بہت کامیاب تھے وہ اپنے پروفیشن میں۔</w:t>
      </w:r>
    </w:p>
    <w:p>
      <w:r>
        <w:rPr>
          <w:b/>
        </w:rPr>
        <w:t xml:space="preserve">[02:18] </w:t>
      </w:r>
      <w:r>
        <w:t>to behal unka jo waqt tha, us waqt Allah taala ne unko bula liya.</w:t>
      </w:r>
    </w:p>
    <w:p>
      <w:pPr>
        <w:jc w:val="right"/>
      </w:pPr>
      <w:r>
        <w:t>تو بہرحال ان کا جو وقت تھا، اس وقت اللہ تعالیٰ نے ان کو بلا لیا۔</w:t>
      </w:r>
    </w:p>
    <w:p>
      <w:r>
        <w:rPr>
          <w:b/>
        </w:rPr>
        <w:t xml:space="preserve">[02:27] </w:t>
      </w:r>
      <w:r>
        <w:t>lekin mein aap se yeh kehna chahta hoon ke har maut ek reminder hai.</w:t>
      </w:r>
    </w:p>
    <w:p>
      <w:pPr>
        <w:jc w:val="right"/>
      </w:pPr>
      <w:r>
        <w:t>لیکن میں آپ سے یہ کہنا چاہتا ہوں کہ ہر موت ایک ریمائنڈر ہے۔</w:t>
      </w:r>
    </w:p>
    <w:p>
      <w:r>
        <w:rPr>
          <w:b/>
        </w:rPr>
        <w:t xml:space="preserve">[02:36] </w:t>
      </w:r>
      <w:r>
        <w:t>har maut jo hai, har death ek reminder death hai.</w:t>
      </w:r>
    </w:p>
    <w:p>
      <w:pPr>
        <w:jc w:val="right"/>
      </w:pPr>
      <w:r>
        <w:t>ہر موت جو ہے، ہر ڈیتھ ایک ریمائنڈر ڈیتھ ہے۔</w:t>
      </w:r>
    </w:p>
    <w:p>
      <w:r>
        <w:rPr>
          <w:b/>
        </w:rPr>
        <w:t xml:space="preserve">[02:45] </w:t>
      </w:r>
      <w:r>
        <w:t>ab aap dekhte hain ke har umar ke log marte hain, har sehat ke log marte hain.</w:t>
      </w:r>
    </w:p>
    <w:p>
      <w:pPr>
        <w:jc w:val="right"/>
      </w:pPr>
      <w:r>
        <w:t>اب آپ دیکھتے ہیں کہ ہر عمر کے لوگ مرتے ہیں، ہر صحت کے لوگ مرتے ہیں۔</w:t>
      </w:r>
    </w:p>
    <w:p>
      <w:r>
        <w:rPr>
          <w:b/>
        </w:rPr>
        <w:t xml:space="preserve">[02:54] </w:t>
      </w:r>
      <w:r>
        <w:t>ab Yusuf Khan sahib to har aitbar se bilkul theek thaak thay, bohat baqayda woh warzish karte thay,</w:t>
      </w:r>
    </w:p>
    <w:p>
      <w:pPr>
        <w:jc w:val="right"/>
      </w:pPr>
      <w:r>
        <w:t>اب یوسف خان صاحب تو ہر اعتبار سے بالکل ٹھیک ٹھاک تھے، بہت باقاعدہ وہ ورزش کرتے تھے،</w:t>
      </w:r>
    </w:p>
    <w:p>
      <w:r>
        <w:rPr>
          <w:b/>
        </w:rPr>
        <w:t xml:space="preserve">[03:03] </w:t>
      </w:r>
      <w:r>
        <w:t>unki zindagi mein discipline tha.</w:t>
      </w:r>
    </w:p>
    <w:p>
      <w:pPr>
        <w:jc w:val="right"/>
      </w:pPr>
      <w:r>
        <w:t>ان کی زندگی میں ڈسپلن تھا۔</w:t>
      </w:r>
    </w:p>
    <w:p>
      <w:r>
        <w:rPr>
          <w:b/>
        </w:rPr>
        <w:t xml:space="preserve">[03:12] </w:t>
      </w:r>
      <w:r>
        <w:t>bazaahir koi kami nahi thi unki zindagi mein.</w:t>
      </w:r>
    </w:p>
    <w:p>
      <w:pPr>
        <w:jc w:val="right"/>
      </w:pPr>
      <w:r>
        <w:t>بظاہر کوئی کمی نہیں تھی ان کی زندگی میں۔</w:t>
      </w:r>
    </w:p>
    <w:p>
      <w:r>
        <w:rPr>
          <w:b/>
        </w:rPr>
        <w:t xml:space="preserve">[03:21] </w:t>
      </w:r>
      <w:r>
        <w:t>lekin jab waqt aaya to Delhi ke sab se achhe hospital mein unka ilaaj bhi hua.</w:t>
      </w:r>
    </w:p>
    <w:p>
      <w:pPr>
        <w:jc w:val="right"/>
      </w:pPr>
      <w:r>
        <w:t>لیکن جب وقت آیا تو دلی کے سب سے اچھے ہاسپٹل میں ان کا علاج بھی ہوا۔</w:t>
      </w:r>
    </w:p>
    <w:p>
      <w:r>
        <w:rPr>
          <w:b/>
        </w:rPr>
        <w:t xml:space="preserve">[03:30] </w:t>
      </w:r>
      <w:r>
        <w:t>to hum sab logon ko yeh sochna hai ke maut kitna zyada qareeb aa chuki hai.</w:t>
      </w:r>
    </w:p>
    <w:p>
      <w:pPr>
        <w:jc w:val="right"/>
      </w:pPr>
      <w:r>
        <w:t>تو ہم سب لوگوں کو یہ سوچنا ہے کہ موت کتنا زیادہ قریب آ چکی ہے۔</w:t>
      </w:r>
    </w:p>
    <w:p>
      <w:r>
        <w:rPr>
          <w:b/>
        </w:rPr>
        <w:t xml:space="preserve">[03:39] </w:t>
      </w:r>
      <w:r>
        <w:t>سچ پوچھیں تو ہم سب کا معاملہ یہ ہے کہ countdown last but one تک پہنچ چکا۔</w:t>
      </w:r>
    </w:p>
    <w:p>
      <w:pPr>
        <w:jc w:val="right"/>
      </w:pPr>
      <w:r>
        <w:t>سچ پوچھیں تو ہم سب کا معاملہ یہ ہے کہ کاؤنٹ ڈاؤن لاسٹ بٹ ون تک پہنچ چکا۔</w:t>
      </w:r>
    </w:p>
    <w:p>
      <w:r>
        <w:rPr>
          <w:b/>
        </w:rPr>
        <w:t xml:space="preserve">[03:48] </w:t>
      </w:r>
      <w:r>
        <w:t>countdown ki ginti last bit one tak pahunch chuki.</w:t>
      </w:r>
    </w:p>
    <w:p>
      <w:pPr>
        <w:jc w:val="right"/>
      </w:pPr>
      <w:r>
        <w:t>کاؤنٹ ڈاؤن کی گنتی لاسٹ بٹ ون تک پہنچ چکی۔</w:t>
      </w:r>
    </w:p>
    <w:p>
      <w:r>
        <w:rPr>
          <w:b/>
        </w:rPr>
        <w:t xml:space="preserve">[03:57] </w:t>
      </w:r>
      <w:r>
        <w:t>to hum logon ki zimmedari dekhiye, double hai.</w:t>
      </w:r>
    </w:p>
    <w:p>
      <w:pPr>
        <w:jc w:val="right"/>
      </w:pPr>
      <w:r>
        <w:t>تو ہم لوگوں کی ذمہ داری دیکھیے، ڈبل ہے۔</w:t>
      </w:r>
    </w:p>
    <w:p>
      <w:r>
        <w:rPr>
          <w:b/>
        </w:rPr>
        <w:t xml:space="preserve">[04:06] </w:t>
      </w:r>
      <w:r>
        <w:t>ek to hum apne bare mein Khuda ke haan farishton ka jo record hoga, uske mutabiq Khuda</w:t>
      </w:r>
    </w:p>
    <w:p>
      <w:pPr>
        <w:jc w:val="right"/>
      </w:pPr>
      <w:r>
        <w:t>ایک تو ہم اپنے بارے میں خدا کے ہاں فرشتوں کا جو ریکارڈ ہوگا، اس کے مطابق خدا</w:t>
      </w:r>
    </w:p>
    <w:p>
      <w:r>
        <w:rPr>
          <w:b/>
        </w:rPr>
        <w:t xml:space="preserve">[04:15] </w:t>
      </w:r>
      <w:r>
        <w:t>hum se muamla karega.</w:t>
      </w:r>
    </w:p>
    <w:p>
      <w:pPr>
        <w:jc w:val="right"/>
      </w:pPr>
      <w:r>
        <w:t>ہم سے معاملہ کرے گا۔</w:t>
      </w:r>
    </w:p>
    <w:p>
      <w:r>
        <w:rPr>
          <w:b/>
        </w:rPr>
        <w:t xml:space="preserve">[04:24] </w:t>
      </w:r>
      <w:r>
        <w:t>to ek to hai apna, apni zindagi ke hum ne kaise zindagi bitayi.</w:t>
      </w:r>
    </w:p>
    <w:p>
      <w:pPr>
        <w:jc w:val="right"/>
      </w:pPr>
      <w:r>
        <w:t>تو ایک تو ہے اپنا، اپنی زندگی کہ ہم نے کیسے زندگی بتائی۔</w:t>
      </w:r>
    </w:p>
    <w:p>
      <w:r>
        <w:rPr>
          <w:b/>
        </w:rPr>
        <w:t xml:space="preserve">[04:33] </w:t>
      </w:r>
      <w:r>
        <w:t>لیکن یاد رکھیے کہ ہم جن کو سچائی کی ڈسکوری ہوئی ہے، ان کی responsibility double ہے۔</w:t>
      </w:r>
    </w:p>
    <w:p>
      <w:pPr>
        <w:jc w:val="right"/>
      </w:pPr>
      <w:r>
        <w:t>لیکن یاد رکھیے کہ ہم جن کو سچائی کی ڈسکوری ہوئی ہے، ان کی رسپانسبیلٹی ڈبل ہے۔</w:t>
      </w:r>
    </w:p>
    <w:p>
      <w:r>
        <w:rPr>
          <w:b/>
        </w:rPr>
        <w:t xml:space="preserve">[04:42] </w:t>
      </w:r>
      <w:r>
        <w:t>yani doosron ko batana, doosron ko batana.</w:t>
      </w:r>
    </w:p>
    <w:p>
      <w:pPr>
        <w:jc w:val="right"/>
      </w:pPr>
      <w:r>
        <w:t>یعنی دوسروں کو بتانا، دوسروں کو بتانا۔</w:t>
      </w:r>
    </w:p>
    <w:p>
      <w:r>
        <w:rPr>
          <w:b/>
        </w:rPr>
        <w:t xml:space="preserve">[04:51] </w:t>
      </w:r>
      <w:r>
        <w:t>ma'rifat ya discovery apne aap mein yeh zimmedari laati hai ke jo baat tum ne jani hai,</w:t>
      </w:r>
    </w:p>
    <w:p>
      <w:pPr>
        <w:jc w:val="right"/>
      </w:pPr>
      <w:r>
        <w:t>معرفت یا ڈسکوری اپنے آپ میں یہ ذمہ داری لاتی ہے کہ جو بات تم نے جانی ہے،</w:t>
      </w:r>
    </w:p>
    <w:p>
      <w:r>
        <w:rPr>
          <w:b/>
        </w:rPr>
        <w:t xml:space="preserve">[05:00] </w:t>
      </w:r>
      <w:r>
        <w:t>us ko tum doosron ko batao.</w:t>
      </w:r>
    </w:p>
    <w:p>
      <w:pPr>
        <w:jc w:val="right"/>
      </w:pPr>
      <w:r>
        <w:t>اس کو تم دوسروں کو بتاؤ۔</w:t>
      </w:r>
    </w:p>
    <w:p>
      <w:r>
        <w:rPr>
          <w:b/>
        </w:rPr>
        <w:t xml:space="preserve">[05:09] </w:t>
      </w:r>
      <w:r>
        <w:t>Rasool Allah salallahu alaihi wasallam ko jab 610 AD mein aap ko pehli revelation, aap ko</w:t>
      </w:r>
    </w:p>
    <w:p>
      <w:pPr>
        <w:jc w:val="right"/>
      </w:pPr>
      <w:r>
        <w:t>رسول اللہ صلی اللہ علیہ وسلم کو جب 610 اے ڈی میں آپ کو پہلی ریولیشن، آپ کو</w:t>
      </w:r>
    </w:p>
    <w:p>
      <w:r>
        <w:rPr>
          <w:b/>
        </w:rPr>
        <w:t xml:space="preserve">[05:18] </w:t>
      </w:r>
      <w:r>
        <w:t>pehla aaya, aur aap par Khuda ne yeh zimmedari dali ke qum fa'andhir, logon ko warn kar</w:t>
      </w:r>
    </w:p>
    <w:p>
      <w:pPr>
        <w:jc w:val="right"/>
      </w:pPr>
      <w:r>
        <w:t>پہلا آیا، اور آپ پر خدا نے یہ ذمہ داری ڈالی کہ قم فاندر، لوگوں کو وارن کر</w:t>
      </w:r>
    </w:p>
    <w:p>
      <w:r>
        <w:rPr>
          <w:b/>
        </w:rPr>
        <w:t xml:space="preserve">[05:27] </w:t>
      </w:r>
      <w:r>
        <w:t>do, logon ko bata do, logon ko aagah kar do.</w:t>
      </w:r>
    </w:p>
    <w:p>
      <w:pPr>
        <w:jc w:val="right"/>
      </w:pPr>
      <w:r>
        <w:t>دو، لوگوں کو بتا دو، لوگوں کو آگاہ کر دو۔</w:t>
      </w:r>
    </w:p>
    <w:p>
      <w:r>
        <w:rPr>
          <w:b/>
        </w:rPr>
        <w:t xml:space="preserve">[05:36] </w:t>
      </w:r>
      <w:r>
        <w:t>to aap ghar wapas aaye, yani aap ki jo alia thi Khadija, wahan aaye to unhon ne mamool</w:t>
      </w:r>
    </w:p>
    <w:p>
      <w:pPr>
        <w:jc w:val="right"/>
      </w:pPr>
      <w:r>
        <w:t>تو آپ گھر واپس آئے، یعنی آپ کی جو عالیہ تھی خدیجہ، وہاں آئے تو انہوں نے معمول</w:t>
      </w:r>
    </w:p>
    <w:p>
      <w:r>
        <w:rPr>
          <w:b/>
        </w:rPr>
        <w:t xml:space="preserve">[05:45] </w:t>
      </w:r>
      <w:r>
        <w:t>ke mutabiq bistar kar diya aur kaha ke aaram kijiye.</w:t>
      </w:r>
    </w:p>
    <w:p>
      <w:pPr>
        <w:jc w:val="right"/>
      </w:pPr>
      <w:r>
        <w:t>کے مطابق بستر کر دیا اور کہا کہ آرام کیجئے۔</w:t>
      </w:r>
    </w:p>
    <w:p>
      <w:r>
        <w:rPr>
          <w:b/>
        </w:rPr>
        <w:t xml:space="preserve">[05:54] </w:t>
      </w:r>
      <w:r>
        <w:t>us waqt aap ne farmaya: "ain al-raha ya khadija!</w:t>
      </w:r>
    </w:p>
    <w:p>
      <w:pPr>
        <w:jc w:val="right"/>
      </w:pPr>
      <w:r>
        <w:t>اس وقت آپ نے فرمایا: "عین الراہا یا خدیجہ!</w:t>
      </w:r>
    </w:p>
    <w:p>
      <w:r>
        <w:rPr>
          <w:b/>
        </w:rPr>
        <w:t xml:space="preserve">[06:03] </w:t>
      </w:r>
      <w:r>
        <w:t>ae khadija!</w:t>
      </w:r>
    </w:p>
    <w:p>
      <w:pPr>
        <w:jc w:val="right"/>
      </w:pPr>
      <w:r>
        <w:t>اے خدیجہ!</w:t>
      </w:r>
    </w:p>
    <w:p>
      <w:r>
        <w:rPr>
          <w:b/>
        </w:rPr>
        <w:t xml:space="preserve">[06:10] </w:t>
      </w:r>
      <w:r>
        <w:t>ab aaram kahan? ae khadija!</w:t>
      </w:r>
    </w:p>
    <w:p>
      <w:pPr>
        <w:jc w:val="right"/>
      </w:pPr>
      <w:r>
        <w:t>اب آرام کہاں؟ اے خدیجہ!</w:t>
      </w:r>
    </w:p>
    <w:p>
      <w:r>
        <w:rPr>
          <w:b/>
        </w:rPr>
        <w:t xml:space="preserve">[06:17] </w:t>
      </w:r>
      <w:r>
        <w:t>ab aaram kahan?" is par maine socha to mere samne yahi baat aai ke marifat apne sath</w:t>
      </w:r>
    </w:p>
    <w:p>
      <w:pPr>
        <w:jc w:val="right"/>
      </w:pPr>
      <w:r>
        <w:t>اب آرام کہاں؟" اس پر میں نے سوچا تو میرے سامنے یہی بات آئی کہ معرفت اپنے ساتھ</w:t>
      </w:r>
    </w:p>
    <w:p>
      <w:r>
        <w:rPr>
          <w:b/>
        </w:rPr>
        <w:t xml:space="preserve">[06:24] </w:t>
      </w:r>
      <w:r>
        <w:t>responsibility lati hai dawat ki.</w:t>
      </w:r>
    </w:p>
    <w:p>
      <w:pPr>
        <w:jc w:val="right"/>
      </w:pPr>
      <w:r>
        <w:t>رسپانسبیلٹی لاتی ہے دعوت کی۔</w:t>
      </w:r>
    </w:p>
    <w:p>
      <w:r>
        <w:rPr>
          <w:b/>
        </w:rPr>
        <w:t xml:space="preserve">[06:31] </w:t>
      </w:r>
      <w:r>
        <w:t>yani aap ko marifat ho gai, aap ek true seeker the makkah mein.</w:t>
      </w:r>
    </w:p>
    <w:p>
      <w:pPr>
        <w:jc w:val="right"/>
      </w:pPr>
      <w:r>
        <w:t>یعنی آپ کو معرفت ہو گئی، آپ ایک ٹرو سیکر تھے مکہ میں۔</w:t>
      </w:r>
    </w:p>
    <w:p>
      <w:r>
        <w:rPr>
          <w:b/>
        </w:rPr>
        <w:t xml:space="preserve">[06:38] </w:t>
      </w:r>
      <w:r>
        <w:t>quran mein hai ke "wa waidaka dhal-alfadha" ke tum true seeker the, phir tum ko hum ne hidayaat di.</w:t>
      </w:r>
    </w:p>
    <w:p>
      <w:pPr>
        <w:jc w:val="right"/>
      </w:pPr>
      <w:r>
        <w:t>قرآن میں ہے کہ "وَوَيَدَكَ ذَالْ الْأَلْفَاضَةُ" کہ تم ٹرو سیکر تھے، پھر تم کو ہم نے ہدایت دی۔</w:t>
      </w:r>
    </w:p>
    <w:p>
      <w:r>
        <w:rPr>
          <w:b/>
        </w:rPr>
        <w:t xml:space="preserve">[06:45] </w:t>
      </w:r>
      <w:r>
        <w:t>yani chalis saal beet gaye aap ke sachai ki talash mein, phir allah taala ne aap par sachai</w:t>
      </w:r>
    </w:p>
    <w:p>
      <w:pPr>
        <w:jc w:val="right"/>
      </w:pPr>
      <w:r>
        <w:t>یعنی چالیس سال بیت گئے آپ کے سچائی کی تلاش میں، پھر اللہ تعالیٰ نے آپ پر سچائی</w:t>
      </w:r>
    </w:p>
    <w:p>
      <w:r>
        <w:rPr>
          <w:b/>
        </w:rPr>
        <w:t xml:space="preserve">[06:52] </w:t>
      </w:r>
      <w:r>
        <w:t>kholi, aap ko sachai ki marifat hui, sachai ki discovery hui.</w:t>
      </w:r>
    </w:p>
    <w:p>
      <w:pPr>
        <w:jc w:val="right"/>
      </w:pPr>
      <w:r>
        <w:t>کھولی، آپ کو سچائی کی معرفت ہوئی، سچائی کی ڈسکوری ہوئی۔</w:t>
      </w:r>
    </w:p>
    <w:p>
      <w:r>
        <w:rPr>
          <w:b/>
        </w:rPr>
        <w:t xml:space="preserve">[06:59] </w:t>
      </w:r>
      <w:r>
        <w:t>to isi waqt yeh bhi aya, sath sath yani sachai kya hai, yeh bhi bataya gaya.</w:t>
      </w:r>
    </w:p>
    <w:p>
      <w:pPr>
        <w:jc w:val="right"/>
      </w:pPr>
      <w:r>
        <w:t>تو اسی وقت یہ بھی آیا، ساتھ ساتھ یعنی سچائی کیا ہے، یہ بھی بتایا گیا۔</w:t>
      </w:r>
    </w:p>
    <w:p>
      <w:r>
        <w:rPr>
          <w:b/>
        </w:rPr>
        <w:t xml:space="preserve">[07:06] </w:t>
      </w:r>
      <w:r>
        <w:t>sath sath yeh bhi bataya ke "qum fa-andhir" doosron ko batao.</w:t>
      </w:r>
    </w:p>
    <w:p>
      <w:pPr>
        <w:jc w:val="right"/>
      </w:pPr>
      <w:r>
        <w:t>ساتھ ساتھ یہ بھی بتایا کہ "قم فاندر" دوسروں کو بتاؤ۔</w:t>
      </w:r>
    </w:p>
    <w:p>
      <w:r>
        <w:rPr>
          <w:b/>
        </w:rPr>
        <w:t xml:space="preserve">[07:13] </w:t>
      </w:r>
      <w:r>
        <w:t>to isi liye aap ne kaha tha ke "ain al-raha ya khadija!</w:t>
      </w:r>
    </w:p>
    <w:p>
      <w:pPr>
        <w:jc w:val="right"/>
      </w:pPr>
      <w:r>
        <w:t>تو اسی لیے آپ نے کہا تھا کہ "عین الراہا یا خدیجہ!</w:t>
      </w:r>
    </w:p>
    <w:p>
      <w:r>
        <w:rPr>
          <w:b/>
        </w:rPr>
        <w:t xml:space="preserve">[07:21] </w:t>
      </w:r>
      <w:r>
        <w:t>ae khadija!</w:t>
      </w:r>
    </w:p>
    <w:p>
      <w:pPr>
        <w:jc w:val="right"/>
      </w:pPr>
      <w:r>
        <w:t>اے خدیجہ!</w:t>
      </w:r>
    </w:p>
    <w:p>
      <w:r>
        <w:rPr>
          <w:b/>
        </w:rPr>
        <w:t xml:space="preserve">[07:22] </w:t>
      </w:r>
      <w:r>
        <w:t>ab rahat kahan? to hum sab logon ke liye yeh baat hai.</w:t>
      </w:r>
    </w:p>
    <w:p>
      <w:pPr>
        <w:jc w:val="right"/>
      </w:pPr>
      <w:r>
        <w:t>اب راحت کہاں؟" تو ہم سب لوگوں کے لیے یہ بات ہے۔</w:t>
      </w:r>
    </w:p>
    <w:p>
      <w:r>
        <w:rPr>
          <w:b/>
        </w:rPr>
        <w:t xml:space="preserve">[07:27] </w:t>
      </w:r>
      <w:r>
        <w:t>hum sab log jo hain, exception nahin hain.</w:t>
      </w:r>
    </w:p>
    <w:p>
      <w:pPr>
        <w:jc w:val="right"/>
      </w:pPr>
      <w:r>
        <w:t>ہم سب لوگ جو ہیں، ایکسیپشن نہیں ہیں۔</w:t>
      </w:r>
    </w:p>
    <w:p>
      <w:r>
        <w:rPr>
          <w:b/>
        </w:rPr>
        <w:t xml:space="preserve">[07:31] </w:t>
      </w:r>
      <w:r>
        <w:t>jo kuch hua yusuf khan sahab ke sath, wahi hamare sath bhi hone wala hai.</w:t>
      </w:r>
    </w:p>
    <w:p>
      <w:pPr>
        <w:jc w:val="right"/>
      </w:pPr>
      <w:r>
        <w:t>جو کچھ ہوا یوسف خان صاحب کے ساتھ، وہی ہمارے ساتھ بھی ہونے والا ہے۔</w:t>
      </w:r>
    </w:p>
    <w:p>
      <w:r>
        <w:rPr>
          <w:b/>
        </w:rPr>
        <w:t xml:space="preserve">[07:37] </w:t>
      </w:r>
      <w:r>
        <w:t>aaj sham ho jae, kal subah ho jae.</w:t>
      </w:r>
    </w:p>
    <w:p>
      <w:pPr>
        <w:jc w:val="right"/>
      </w:pPr>
      <w:r>
        <w:t>آج شام ہو جائے، کل صبح ہو جائے۔</w:t>
      </w:r>
    </w:p>
    <w:p>
      <w:r>
        <w:rPr>
          <w:b/>
        </w:rPr>
        <w:t xml:space="preserve">[07:40] </w:t>
      </w:r>
      <w:r>
        <w:t>to hamari responsibility goya ke barh jati hai.</w:t>
      </w:r>
    </w:p>
    <w:p>
      <w:pPr>
        <w:jc w:val="right"/>
      </w:pPr>
      <w:r>
        <w:t>تو ہماری رسپانسبیلٹی گویا کہ بڑھ جاتی ہے۔</w:t>
      </w:r>
    </w:p>
    <w:p>
      <w:r>
        <w:rPr>
          <w:b/>
        </w:rPr>
        <w:t xml:space="preserve">[07:44] </w:t>
      </w:r>
      <w:r>
        <w:t>ek scholar ne ek martaba apni speech mein kaha tha, mein wahan maujood tha audience mein, bohat pehle</w:t>
      </w:r>
    </w:p>
    <w:p>
      <w:pPr>
        <w:jc w:val="right"/>
      </w:pPr>
      <w:r>
        <w:t>ایک اسکالر نے ایک مرتبہ اپنی اسپیچ میں کہا تھا، میں وہاں موجود تھا آڈینس میں، بہت پہلے</w:t>
      </w:r>
    </w:p>
    <w:p>
      <w:r>
        <w:rPr>
          <w:b/>
        </w:rPr>
        <w:t xml:space="preserve">[07:52] </w:t>
      </w:r>
      <w:r>
        <w:t>ki baat hai, bohat pehle ki baat hai, shayad pachas saal pehle ki baat ya aur bhi pehle</w:t>
      </w:r>
    </w:p>
    <w:p>
      <w:pPr>
        <w:jc w:val="right"/>
      </w:pPr>
      <w:r>
        <w:t>کی بات ہے، بہت پہلے کی بات ہے، شاید پچاس سال پہلے کی بات یا اور بھی پہلے</w:t>
      </w:r>
    </w:p>
    <w:p>
      <w:r>
        <w:rPr>
          <w:b/>
        </w:rPr>
        <w:t xml:space="preserve">[07:59] </w:t>
      </w:r>
      <w:r>
        <w:t>ki baat.</w:t>
      </w:r>
    </w:p>
    <w:p>
      <w:pPr>
        <w:jc w:val="right"/>
      </w:pPr>
      <w:r>
        <w:t>کی بات۔</w:t>
      </w:r>
    </w:p>
    <w:p>
      <w:r>
        <w:rPr>
          <w:b/>
        </w:rPr>
        <w:t xml:space="preserve">[08:01] </w:t>
      </w:r>
      <w:r>
        <w:t>to unhon ne kaha tha ke is dunya mein momin ka koi right nahin, yahan momin ki sirf</w:t>
      </w:r>
    </w:p>
    <w:p>
      <w:pPr>
        <w:jc w:val="right"/>
      </w:pPr>
      <w:r>
        <w:t>تو انہوں نے کہا تھا کہ اس دنیا میں مومن کا کوئی رائٹ نہیں، یہاں مومن کی صرف</w:t>
      </w:r>
    </w:p>
    <w:p>
      <w:r>
        <w:rPr>
          <w:b/>
        </w:rPr>
        <w:t xml:space="preserve">[08:09] </w:t>
      </w:r>
      <w:r>
        <w:t>responsibility hi responsibility hai.</w:t>
      </w:r>
    </w:p>
    <w:p>
      <w:pPr>
        <w:jc w:val="right"/>
      </w:pPr>
      <w:r>
        <w:t>رسپانسبیلٹی ہی رسپانسبیلٹی ہے۔</w:t>
      </w:r>
    </w:p>
    <w:p>
      <w:r>
        <w:rPr>
          <w:b/>
        </w:rPr>
        <w:t xml:space="preserve">[08:10] </w:t>
      </w:r>
      <w:r>
        <w:t>is dunya mein momin ka koi haq nahin, momin ki sirf zimmedariyan hi zimmedariyan hain.</w:t>
      </w:r>
    </w:p>
    <w:p>
      <w:pPr>
        <w:jc w:val="right"/>
      </w:pPr>
      <w:r>
        <w:t>اس دنیا میں مومن کا کوئی حق نہیں، مومن کی صرف ذمہ داریاں ہی ذمہ داریاں ہیں۔</w:t>
      </w:r>
    </w:p>
    <w:p>
      <w:r>
        <w:rPr>
          <w:b/>
        </w:rPr>
        <w:t xml:space="preserve">[08:18] </w:t>
      </w:r>
      <w:r>
        <w:t>momin se murad wahi insan jo momin ho aur daee ho.</w:t>
      </w:r>
    </w:p>
    <w:p>
      <w:pPr>
        <w:jc w:val="right"/>
      </w:pPr>
      <w:r>
        <w:t>مومن سے مراد وہی انسان جو مومن ہو اور داعی ہو۔</w:t>
      </w:r>
    </w:p>
    <w:p>
      <w:r>
        <w:rPr>
          <w:b/>
        </w:rPr>
        <w:t xml:space="preserve">[08:22] </w:t>
      </w:r>
      <w:r>
        <w:t>to hum sab ko behal aur ziyada ziyada dhyan ke sath, ziyada apne time, apni energy ko ziyada</w:t>
      </w:r>
    </w:p>
    <w:p>
      <w:pPr>
        <w:jc w:val="right"/>
      </w:pPr>
      <w:r>
        <w:t>تو ہم سب کو بہرحال اور زیادہ زیادہ دھیان کے ساتھ، زیادہ اپنے ٹائم، اپنی انرجی کو زیادہ</w:t>
      </w:r>
    </w:p>
    <w:p>
      <w:r>
        <w:rPr>
          <w:b/>
        </w:rPr>
        <w:t xml:space="preserve">[08:30] </w:t>
      </w:r>
      <w:r>
        <w:t>aur ziyada lagakar da'wah work mein lagna hai.</w:t>
      </w:r>
    </w:p>
    <w:p>
      <w:pPr>
        <w:jc w:val="right"/>
      </w:pPr>
      <w:r>
        <w:t>اور زیادہ لگا کر داؤ ورک میں لگنا ہے۔</w:t>
      </w:r>
    </w:p>
    <w:p>
      <w:r>
        <w:rPr>
          <w:b/>
        </w:rPr>
        <w:t xml:space="preserve">[08:34] </w:t>
      </w:r>
      <w:r>
        <w:t>aur dekhiye, da'wah work mein lagne ka formula kya hai? ek hi formula hai.</w:t>
      </w:r>
    </w:p>
    <w:p>
      <w:pPr>
        <w:jc w:val="right"/>
      </w:pPr>
      <w:r>
        <w:t>اور دیکھیے، داؤ ورک میں لگنے کا فارمولا کیا ہے؟ ایک ہی فارمولا ہے۔</w:t>
      </w:r>
    </w:p>
    <w:p>
      <w:r>
        <w:rPr>
          <w:b/>
        </w:rPr>
        <w:t xml:space="preserve">[08:40] </w:t>
      </w:r>
      <w:r>
        <w:t>yad rakhiye, da'wah work jo hai, is mein apni duty pura karne ka formula sirf ek hai aur</w:t>
      </w:r>
    </w:p>
    <w:p>
      <w:pPr>
        <w:jc w:val="right"/>
      </w:pPr>
      <w:r>
        <w:t>یاد رکھیے، داؤ ورک جو ہے، اس میں اپنی ڈیوٹی پورا کرنے کا فارمولا صرف ایک ہے اور</w:t>
      </w:r>
    </w:p>
    <w:p>
      <w:r>
        <w:rPr>
          <w:b/>
        </w:rPr>
        <w:t xml:space="preserve">[08:48] </w:t>
      </w:r>
      <w:r>
        <w:t>koi doosra formula nahin hai.</w:t>
      </w:r>
    </w:p>
    <w:p>
      <w:pPr>
        <w:jc w:val="right"/>
      </w:pPr>
      <w:r>
        <w:t>کوئی دوسرا فارمولا نہیں ہے۔</w:t>
      </w:r>
    </w:p>
    <w:p>
      <w:r>
        <w:rPr>
          <w:b/>
        </w:rPr>
        <w:t xml:space="preserve">[08:50] </w:t>
      </w:r>
      <w:r>
        <w:t>woh formula yeh hai ke "if you have good excuse, don't use it".</w:t>
      </w:r>
    </w:p>
    <w:p>
      <w:pPr>
        <w:jc w:val="right"/>
      </w:pPr>
      <w:r>
        <w:t>وہ فارمولا یہ ہے کہ "اف یو ہیو گڈ ایکسکیوز، ڈونٹ یوز اٹ"۔</w:t>
      </w:r>
    </w:p>
    <w:p>
      <w:r>
        <w:rPr>
          <w:b/>
        </w:rPr>
        <w:t xml:space="preserve">[08:55] </w:t>
      </w:r>
      <w:r>
        <w:t>bas "if you have a good excuse, don't use it".</w:t>
      </w:r>
    </w:p>
    <w:p>
      <w:pPr>
        <w:jc w:val="right"/>
      </w:pPr>
      <w:r>
        <w:t>بس "اف یو ہیو ا گڈ ایکسکیوز، ڈونٹ یوز اٹ"۔</w:t>
      </w:r>
    </w:p>
    <w:p>
      <w:r>
        <w:rPr>
          <w:b/>
        </w:rPr>
        <w:t xml:space="preserve">[09:00] </w:t>
      </w:r>
      <w:r>
        <w:t>aap sochiye, jab bhi koi aadmi da'wah work mein apni responsibility pura nahin kar pata to woh kya</w:t>
      </w:r>
    </w:p>
    <w:p>
      <w:pPr>
        <w:jc w:val="right"/>
      </w:pPr>
      <w:r>
        <w:t>آپ سوچیے، جب بھی کوئی آدمی داؤ ورک میں اپنی رسپانسبیلٹی پورا نہیں کر پاتا تو وہ کیا</w:t>
      </w:r>
    </w:p>
    <w:p>
      <w:r>
        <w:rPr>
          <w:b/>
        </w:rPr>
        <w:t xml:space="preserve">[09:07] </w:t>
      </w:r>
      <w:r>
        <w:t>kahega? excuse pesh karega.</w:t>
      </w:r>
    </w:p>
    <w:p>
      <w:pPr>
        <w:jc w:val="right"/>
      </w:pPr>
      <w:r>
        <w:t>کہے گا؟ ایکسکیوز پیش کرے گا۔</w:t>
      </w:r>
    </w:p>
    <w:p>
      <w:r>
        <w:rPr>
          <w:b/>
        </w:rPr>
        <w:t xml:space="preserve">[09:10] </w:t>
      </w:r>
      <w:r>
        <w:t>har aadmi excuse pesh karega.</w:t>
      </w:r>
    </w:p>
    <w:p>
      <w:pPr>
        <w:jc w:val="right"/>
      </w:pPr>
      <w:r>
        <w:t>ہر آدمی ایکسکیوز پیش کرے گا۔</w:t>
      </w:r>
    </w:p>
    <w:p>
      <w:r>
        <w:rPr>
          <w:b/>
        </w:rPr>
        <w:t xml:space="preserve">[09:12] </w:t>
      </w:r>
      <w:r>
        <w:t>to ek hi cheez hai jo aadmi ko is maamle mein rok banti hai, woh hai excuse.</w:t>
      </w:r>
    </w:p>
    <w:p>
      <w:pPr>
        <w:jc w:val="right"/>
      </w:pPr>
      <w:r>
        <w:t>تو ایک ہی چیز ہے جو آدمی کو اس معاملے میں روک بنتی ہے، وہ ہے ایکسکیوز۔</w:t>
      </w:r>
    </w:p>
    <w:p>
      <w:r>
        <w:rPr>
          <w:b/>
        </w:rPr>
        <w:t xml:space="preserve">[09:20] </w:t>
      </w:r>
      <w:r>
        <w:t>to is par jitna maine socha, maine yahi paaya ke sirf woh aadmi daao work kar</w:t>
      </w:r>
    </w:p>
    <w:p>
      <w:pPr>
        <w:jc w:val="right"/>
      </w:pPr>
      <w:r>
        <w:t>تو اس پر جتنا میں نے سوچا، میں نے یہی پایا کہ صرف وہ آدمی داؤ ورک کر</w:t>
      </w:r>
    </w:p>
    <w:p>
      <w:r>
        <w:rPr>
          <w:b/>
        </w:rPr>
        <w:t xml:space="preserve">[09:27] </w:t>
      </w:r>
      <w:r>
        <w:t>sakta hai jo excuse na le.</w:t>
      </w:r>
    </w:p>
    <w:p>
      <w:pPr>
        <w:jc w:val="right"/>
      </w:pPr>
      <w:r>
        <w:t>سکتا ہے جو ایکسکیوز نہ لے۔</w:t>
      </w:r>
    </w:p>
    <w:p>
      <w:r>
        <w:rPr>
          <w:b/>
        </w:rPr>
        <w:t xml:space="preserve">[09:30] </w:t>
      </w:r>
      <w:r>
        <w:t>jisne excuse liya, woh halaak hua.</w:t>
      </w:r>
    </w:p>
    <w:p>
      <w:pPr>
        <w:jc w:val="right"/>
      </w:pPr>
      <w:r>
        <w:t>جس نے ایکسکیوز لیا، وہ ہلاک ہوا۔</w:t>
      </w:r>
    </w:p>
    <w:p>
      <w:r>
        <w:rPr>
          <w:b/>
        </w:rPr>
        <w:t xml:space="preserve">[09:33] </w:t>
      </w:r>
      <w:r>
        <w:t>is liye daai ka jo formula hai, woh yahi hai ke "if you have good excuse, don't use</w:t>
      </w:r>
    </w:p>
    <w:p>
      <w:pPr>
        <w:jc w:val="right"/>
      </w:pPr>
      <w:r>
        <w:t>اس لیے داعی کا جو فارمولا ہے، وہ یہی ہے کہ "اف یو ہیو گڈ ایکسکیوز، ڈونٹ یوز</w:t>
      </w:r>
    </w:p>
    <w:p>
      <w:r>
        <w:rPr>
          <w:b/>
        </w:rPr>
        <w:t xml:space="preserve">[09:41] </w:t>
      </w:r>
      <w:r>
        <w:t>it".</w:t>
      </w:r>
    </w:p>
    <w:p>
      <w:pPr>
        <w:jc w:val="right"/>
      </w:pPr>
      <w:r>
        <w:t>اٹ"۔</w:t>
      </w:r>
    </w:p>
    <w:p>
      <w:r>
        <w:rPr>
          <w:b/>
        </w:rPr>
        <w:t xml:space="preserve">[09:42] </w:t>
      </w:r>
      <w:r>
        <w:t>to yeh hai aaj ka hamara jo reminder.</w:t>
      </w:r>
    </w:p>
    <w:p>
      <w:pPr>
        <w:jc w:val="right"/>
      </w:pPr>
      <w:r>
        <w:t>تو یہ ہے آج کا ہمارا جو ریمائنڈر۔</w:t>
      </w:r>
    </w:p>
    <w:p>
      <w:r>
        <w:rPr>
          <w:b/>
        </w:rPr>
        <w:t xml:space="preserve">[09:46] </w:t>
      </w:r>
      <w:r>
        <w:t>har ek ko sochna hai.</w:t>
      </w:r>
    </w:p>
    <w:p>
      <w:pPr>
        <w:jc w:val="right"/>
      </w:pPr>
      <w:r>
        <w:t>ہر ایک کو سوچنا ہے۔</w:t>
      </w:r>
    </w:p>
    <w:p>
      <w:r>
        <w:rPr>
          <w:b/>
        </w:rPr>
        <w:t xml:space="preserve">[09:48] </w:t>
      </w:r>
      <w:r>
        <w:t>raat ko mujhe maloom hua unke Yusuf Khan sahib ki death ke baare mein.</w:t>
      </w:r>
    </w:p>
    <w:p>
      <w:pPr>
        <w:jc w:val="right"/>
      </w:pPr>
      <w:r>
        <w:t>رات کو مجھے معلوم ہوا ان کے یوسف خان صاحب کی ڈیتھ کے بارے میں۔</w:t>
      </w:r>
    </w:p>
    <w:p>
      <w:r>
        <w:rPr>
          <w:b/>
        </w:rPr>
        <w:t xml:space="preserve">[09:54] </w:t>
      </w:r>
      <w:r>
        <w:t>main wahan gaya unke ghar par to ek kamre mein unka body rakha hua tha, log</w:t>
      </w:r>
    </w:p>
    <w:p>
      <w:pPr>
        <w:jc w:val="right"/>
      </w:pPr>
      <w:r>
        <w:t>میں وہاں گیا ان کے گھر پر تو ایک کمرے میں ان کا باڈی رکھا ہوا تھا، لوگ</w:t>
      </w:r>
    </w:p>
    <w:p>
      <w:r>
        <w:rPr>
          <w:b/>
        </w:rPr>
        <w:t xml:space="preserve">[10:02] </w:t>
      </w:r>
      <w:r>
        <w:t>dekh rahe the unko.</w:t>
      </w:r>
    </w:p>
    <w:p>
      <w:pPr>
        <w:jc w:val="right"/>
      </w:pPr>
      <w:r>
        <w:t>دیکھ رہے تھے ان کو۔</w:t>
      </w:r>
    </w:p>
    <w:p>
      <w:r>
        <w:rPr>
          <w:b/>
        </w:rPr>
        <w:t xml:space="preserve">[10:04] </w:t>
      </w:r>
      <w:r>
        <w:t>to iska jo us waqt to mujhe ehsaas hua, woh yahi tha ke ab woh wapas aana</w:t>
      </w:r>
    </w:p>
    <w:p>
      <w:pPr>
        <w:jc w:val="right"/>
      </w:pPr>
      <w:r>
        <w:t>تو اس کا جو اس وقت تو مجھے احساس ہوا، وہ یہی تھا کہ اب وہ واپس آنا</w:t>
      </w:r>
    </w:p>
    <w:p>
      <w:r>
        <w:rPr>
          <w:b/>
        </w:rPr>
        <w:t xml:space="preserve">[10:12] </w:t>
      </w:r>
      <w:r>
        <w:t>chahein is duniya mein to wapas nahi aa sakte.</w:t>
      </w:r>
    </w:p>
    <w:p>
      <w:pPr>
        <w:jc w:val="right"/>
      </w:pPr>
      <w:r>
        <w:t>چاہیں اس دنیا میں تو واپس نہیں آ سکتے۔</w:t>
      </w:r>
    </w:p>
    <w:p>
      <w:r>
        <w:rPr>
          <w:b/>
        </w:rPr>
        <w:t xml:space="preserve">[10:16] </w:t>
      </w:r>
      <w:r>
        <w:t>kaisa anokha yeh maamla hai ke death ke baad phir se is duniya mein wapsi hoti nahi hai</w:t>
      </w:r>
    </w:p>
    <w:p>
      <w:pPr>
        <w:jc w:val="right"/>
      </w:pPr>
      <w:r>
        <w:t>کیسا انوکھا یہ معاملہ ہے کہ ڈیتھ کے بعد پھر سے اس دنیا میں واپسی ہوتی نہیں ہے</w:t>
      </w:r>
    </w:p>
    <w:p>
      <w:r>
        <w:rPr>
          <w:b/>
        </w:rPr>
        <w:t xml:space="preserve">[10:23] </w:t>
      </w:r>
      <w:r>
        <w:t>kisi ki bhi, impossible hai.</w:t>
      </w:r>
    </w:p>
    <w:p>
      <w:pPr>
        <w:jc w:val="right"/>
      </w:pPr>
      <w:r>
        <w:t>کسی کی بھی، امپاسیبل ہے۔</w:t>
      </w:r>
    </w:p>
    <w:p>
      <w:r>
        <w:rPr>
          <w:b/>
        </w:rPr>
        <w:t xml:space="preserve">[10:25] </w:t>
      </w:r>
      <w:r>
        <w:t>to goya ke sirf ek chance mila hai hum ko aur aap ko, sirf ek chance mila hai.</w:t>
      </w:r>
    </w:p>
    <w:p>
      <w:pPr>
        <w:jc w:val="right"/>
      </w:pPr>
      <w:r>
        <w:t>تو گویا کہ صرف ایک چانس ملا ہے ہم کو اور آپ کو، صرف ایک چانس ملا ہے۔</w:t>
      </w:r>
    </w:p>
    <w:p>
      <w:r>
        <w:rPr>
          <w:b/>
        </w:rPr>
        <w:t xml:space="preserve">[10:33] </w:t>
      </w:r>
      <w:r>
        <w:t>ya to is chance ko avail kijiye ya is ko kho dijiye.</w:t>
      </w:r>
    </w:p>
    <w:p>
      <w:pPr>
        <w:jc w:val="right"/>
      </w:pPr>
      <w:r>
        <w:t>یا تو اس چانس کو اویل کیجئے یا اس کو کھو دیجئے۔</w:t>
      </w:r>
    </w:p>
    <w:p>
      <w:r>
        <w:rPr>
          <w:b/>
        </w:rPr>
        <w:t xml:space="preserve">[10:38] </w:t>
      </w:r>
      <w:r>
        <w:t>ya to is chance ko avail kijiye ya is ko kho dijiye.</w:t>
      </w:r>
    </w:p>
    <w:p>
      <w:pPr>
        <w:jc w:val="right"/>
      </w:pPr>
      <w:r>
        <w:t>یا تو اس چانس کو اویل کیجئے یا اس کو کھو دیجئے۔</w:t>
      </w:r>
    </w:p>
    <w:p>
      <w:r>
        <w:rPr>
          <w:b/>
        </w:rPr>
        <w:t xml:space="preserve">[10:43] </w:t>
      </w:r>
      <w:r>
        <w:t>yaad rakhiye, worldly maamlaat mein to second chance bhi aata hai, third chance bhi aata hai.</w:t>
      </w:r>
    </w:p>
    <w:p>
      <w:pPr>
        <w:jc w:val="right"/>
      </w:pPr>
      <w:r>
        <w:t>یاد رکھیے، ورلڈلی معاملات میں تو سیکنڈ چانس بھی آتا ہے، تھرڈ چانس بھی آتا ہے۔</w:t>
      </w:r>
    </w:p>
    <w:p>
      <w:r>
        <w:rPr>
          <w:b/>
        </w:rPr>
        <w:t xml:space="preserve">[10:50] </w:t>
      </w:r>
      <w:r>
        <w:t>bahut se chances aate rehte hain.</w:t>
      </w:r>
    </w:p>
    <w:p>
      <w:pPr>
        <w:jc w:val="right"/>
      </w:pPr>
      <w:r>
        <w:t>بہت سے چانسز آتے رہتے ہیں۔</w:t>
      </w:r>
    </w:p>
    <w:p>
      <w:r>
        <w:rPr>
          <w:b/>
        </w:rPr>
        <w:t xml:space="preserve">[10:53] </w:t>
      </w:r>
      <w:r>
        <w:t>lekin yeh jo maamla hai, is mein sirf ek hi chance mila hai zindagi ka, doosra chance milne</w:t>
      </w:r>
    </w:p>
    <w:p>
      <w:pPr>
        <w:jc w:val="right"/>
      </w:pPr>
      <w:r>
        <w:t>لیکن یہ جو معاملہ ہے، اس میں صرف ایک ہی چانس ملا ہے زندگی کا، دوسرا چانس ملنے</w:t>
      </w:r>
    </w:p>
    <w:p>
      <w:r>
        <w:rPr>
          <w:b/>
        </w:rPr>
        <w:t xml:space="preserve">[11:01] </w:t>
      </w:r>
      <w:r>
        <w:t>wala nahi hai.</w:t>
      </w:r>
    </w:p>
    <w:p>
      <w:pPr>
        <w:jc w:val="right"/>
      </w:pPr>
      <w:r>
        <w:t>والا نہیں ہے۔</w:t>
      </w:r>
    </w:p>
    <w:p>
      <w:r>
        <w:rPr>
          <w:b/>
        </w:rPr>
        <w:t xml:space="preserve">[11:02] </w:t>
      </w:r>
      <w:r>
        <w:t>ya to isi isi pehle chance mein humne ya to kuch kar liya aur nahi kiya to</w:t>
      </w:r>
    </w:p>
    <w:p>
      <w:pPr>
        <w:jc w:val="right"/>
      </w:pPr>
      <w:r>
        <w:t>یا تو اسی اسی پہلے چانس میں ہم نے یا تو کچھ کر لیا اور نہیں کیا تو</w:t>
      </w:r>
    </w:p>
    <w:p>
      <w:r>
        <w:rPr>
          <w:b/>
        </w:rPr>
        <w:t xml:space="preserve">[11:10] </w:t>
      </w:r>
      <w:r>
        <w:t>phir na wapsi hai na iska koi compensation hai.</w:t>
      </w:r>
    </w:p>
    <w:p>
      <w:pPr>
        <w:jc w:val="right"/>
      </w:pPr>
      <w:r>
        <w:t>پھر نہ واپسی ہے نہ اس کا کوئی کمپنسیشن ہے۔</w:t>
      </w:r>
    </w:p>
    <w:p>
      <w:r>
        <w:rPr>
          <w:b/>
        </w:rPr>
        <w:t xml:space="preserve">[11:14] </w:t>
      </w:r>
      <w:r>
        <w:t>kitna yeh kitna serious maamla hai, yaad rakhiye, kitna zyada serious maamla hai yeh.</w:t>
      </w:r>
    </w:p>
    <w:p>
      <w:pPr>
        <w:jc w:val="right"/>
      </w:pPr>
      <w:r>
        <w:t>کتنا یہ کتنا سیریس معاملہ ہے، یاد رکھیے، کتنا زیادہ سیریس معاملہ ہے یہ۔</w:t>
      </w:r>
    </w:p>
    <w:p>
      <w:r>
        <w:rPr>
          <w:b/>
        </w:rPr>
        <w:t xml:space="preserve">[11:20] </w:t>
      </w:r>
      <w:r>
        <w:t>aaj kal musalmanon ka jo haal hai, woh bohat ziyada serious hai, bohat hi ziyada serious hai.</w:t>
      </w:r>
    </w:p>
    <w:p>
      <w:pPr>
        <w:jc w:val="right"/>
      </w:pPr>
      <w:r>
        <w:t>آج کل مسلمانوں کا جو حال ہے، وہ بہت زیادہ سیریس ہے، بہت ہی زیادہ سیریس ہے۔</w:t>
      </w:r>
    </w:p>
    <w:p>
      <w:r>
        <w:rPr>
          <w:b/>
        </w:rPr>
        <w:t xml:space="preserve">[11:27] </w:t>
      </w:r>
      <w:r>
        <w:t>is liye ke musalman bas samajhte hain ke kalma parh lo, paanch waqt ki namaz ada karte raho,</w:t>
      </w:r>
    </w:p>
    <w:p>
      <w:pPr>
        <w:jc w:val="right"/>
      </w:pPr>
      <w:r>
        <w:t>اس لیے کہ مسلمان بس سمجھتے ہیں کہ کلمہ پڑھ لو، پانچ وقت کی نماز ادا کرتے رہو،</w:t>
      </w:r>
    </w:p>
    <w:p>
      <w:r>
        <w:rPr>
          <w:b/>
        </w:rPr>
        <w:t xml:space="preserve">[11:35] </w:t>
      </w:r>
      <w:r>
        <w:t>hajj kar lo, roza rakh lo to bas.</w:t>
      </w:r>
    </w:p>
    <w:p>
      <w:pPr>
        <w:jc w:val="right"/>
      </w:pPr>
      <w:r>
        <w:t>حج کر لو، روزہ رکھ لو تو بس۔</w:t>
      </w:r>
    </w:p>
    <w:p>
      <w:r>
        <w:rPr>
          <w:b/>
        </w:rPr>
        <w:t xml:space="preserve">[11:38] </w:t>
      </w:r>
      <w:r>
        <w:t>lekin jahan tak maine samjha hai, hargiz yeh kafi nahi hai paradise ko hasil karne ke liye.</w:t>
      </w:r>
    </w:p>
    <w:p>
      <w:pPr>
        <w:jc w:val="right"/>
      </w:pPr>
      <w:r>
        <w:t>لیکن جہاں تک میں نے سمجھا ہے، ہرگز یہ کافی نہیں ہے پیراڈائز کو حاصل کرنے کے لیے۔</w:t>
      </w:r>
    </w:p>
    <w:p>
      <w:r>
        <w:rPr>
          <w:b/>
        </w:rPr>
        <w:t xml:space="preserve">[11:46] </w:t>
      </w:r>
      <w:r>
        <w:t>yeh bohat hi sangin baat hai lekin maine yahi samjha hai.</w:t>
      </w:r>
    </w:p>
    <w:p>
      <w:pPr>
        <w:jc w:val="right"/>
      </w:pPr>
      <w:r>
        <w:t>یہ بہت ہی سنگین بات ہے لیکن میں نے یہی سمجھا ہے۔</w:t>
      </w:r>
    </w:p>
    <w:p>
      <w:r>
        <w:rPr>
          <w:b/>
        </w:rPr>
        <w:t xml:space="preserve">[11:51] </w:t>
      </w:r>
      <w:r>
        <w:t>kyun? aap dekhiye ke musalman, hamare ulama, har saal dhoom machate hain, tahaffuz khatm-e-nabuwat conference karte hain.</w:t>
      </w:r>
    </w:p>
    <w:p>
      <w:pPr>
        <w:jc w:val="right"/>
      </w:pPr>
      <w:r>
        <w:t>کیوں؟ آپ دیکھیے کہ مسلمان، ہمارے علماء، ہر سال دھوم مچاتے ہیں، تحفظ ختم نبوت کانفرنس کرتے ہیں۔</w:t>
      </w:r>
    </w:p>
    <w:p>
      <w:r>
        <w:rPr>
          <w:b/>
        </w:rPr>
        <w:t xml:space="preserve">[11:59] </w:t>
      </w:r>
      <w:r>
        <w:t>yani koi aadmi agar yeh ailaan kare ke mujh par wahi aati hai to foran us ko qatl</w:t>
      </w:r>
    </w:p>
    <w:p>
      <w:pPr>
        <w:jc w:val="right"/>
      </w:pPr>
      <w:r>
        <w:t>یعنی کوئی آدمی اگر یہ اعلان کرے کہ مجھ پر وحی آتی ہے تو فوراً اس کو قتل</w:t>
      </w:r>
    </w:p>
    <w:p>
      <w:r>
        <w:rPr>
          <w:b/>
        </w:rPr>
        <w:t xml:space="preserve">[12:07] </w:t>
      </w:r>
      <w:r>
        <w:t>ke dar pe hote hain, us ko maar dalo.</w:t>
      </w:r>
    </w:p>
    <w:p>
      <w:pPr>
        <w:jc w:val="right"/>
      </w:pPr>
      <w:r>
        <w:t>کے در پہ ہوتے ہیں، اس کو مار ڈالو۔</w:t>
      </w:r>
    </w:p>
    <w:p>
      <w:r>
        <w:rPr>
          <w:b/>
        </w:rPr>
        <w:t xml:space="preserve">[12:11] </w:t>
      </w:r>
      <w:r>
        <w:t>kyunki Muhammad ke baad ab koi nabi aane wala nahi hai, kisi aur insaan par wahi aane wali</w:t>
      </w:r>
    </w:p>
    <w:p>
      <w:pPr>
        <w:jc w:val="right"/>
      </w:pPr>
      <w:r>
        <w:t>کیونکہ محمد کے بعد اب کوئی نبی آنے والا نہیں ہے، کسی اور انسان پر وحی آنے والی</w:t>
      </w:r>
    </w:p>
    <w:p>
      <w:r>
        <w:rPr>
          <w:b/>
        </w:rPr>
        <w:t xml:space="preserve">[12:18]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[12:20] </w:t>
      </w:r>
      <w:r>
        <w:t>bohat hi hassas hain musalman, bohat sensitive hain musalman is maamle mein ke koi doosra shakhs nabi hone</w:t>
      </w:r>
    </w:p>
    <w:p>
      <w:pPr>
        <w:jc w:val="right"/>
      </w:pPr>
      <w:r>
        <w:t>بہت ہی حساس ہیں مسلمان، بہت سینسٹیو ہیں مسلمان اس معاملے میں کہ کوئی دوسرا شخص نبی ہونے</w:t>
      </w:r>
    </w:p>
    <w:p>
      <w:r>
        <w:rPr>
          <w:b/>
        </w:rPr>
        <w:t xml:space="preserve">[12:28] </w:t>
      </w:r>
      <w:r>
        <w:t>ka dawah kare.</w:t>
      </w:r>
    </w:p>
    <w:p>
      <w:pPr>
        <w:jc w:val="right"/>
      </w:pPr>
      <w:r>
        <w:t>کا دعویٰ کرے۔</w:t>
      </w:r>
    </w:p>
    <w:p>
      <w:r>
        <w:rPr>
          <w:b/>
        </w:rPr>
        <w:t xml:space="preserve">[12:29] </w:t>
      </w:r>
      <w:r>
        <w:t>lekin is ki jo is ke saath jo ek responsibility juri hai, us par to main bataun, koi</w:t>
      </w:r>
    </w:p>
    <w:p>
      <w:pPr>
        <w:jc w:val="right"/>
      </w:pPr>
      <w:r>
        <w:t>لیکن اس کی جو اس کے ساتھ جو ایک رسپانسبیلٹی جڑی ہے، اس پر تو میں بتاؤں، کوئی</w:t>
      </w:r>
    </w:p>
    <w:p>
      <w:r>
        <w:rPr>
          <w:b/>
        </w:rPr>
        <w:t xml:space="preserve">[12:37] </w:t>
      </w:r>
      <w:r>
        <w:t>ek musalman bhi shayad is ka is ko ehsas nahi hai.</w:t>
      </w:r>
    </w:p>
    <w:p>
      <w:pPr>
        <w:jc w:val="right"/>
      </w:pPr>
      <w:r>
        <w:t>ایک مسلمان بھی شاید اس کا اس کو احساس نہیں ہے۔</w:t>
      </w:r>
    </w:p>
    <w:p>
      <w:r>
        <w:rPr>
          <w:b/>
        </w:rPr>
        <w:t xml:space="preserve">[12:41] </w:t>
      </w:r>
      <w:r>
        <w:t>mujhe to kam az kam ek musalman nahi mila apni is lambi zindagi mein jo yeh janta ho</w:t>
      </w:r>
    </w:p>
    <w:p>
      <w:pPr>
        <w:jc w:val="right"/>
      </w:pPr>
      <w:r>
        <w:t>مجھے تو کم از کم ایک مسلمان نہیں ملا اپنی اس لمبی زندگی میں جو یہ جانتا ہو</w:t>
      </w:r>
    </w:p>
    <w:p>
      <w:r>
        <w:rPr>
          <w:b/>
        </w:rPr>
        <w:t xml:space="preserve">[12:49] </w:t>
      </w:r>
      <w:r>
        <w:t>ke jab hum kehte hain ke Rasool Allah par nabuwat khatm ho gayi to is ka matlab kya hai?</w:t>
      </w:r>
    </w:p>
    <w:p>
      <w:pPr>
        <w:jc w:val="right"/>
      </w:pPr>
      <w:r>
        <w:t>کہ جب ہم کہتے ہیں کہ رسول اللہ پر نبوت ختم ہوگئی تو اس کا مطلب کیا ہے؟</w:t>
      </w:r>
    </w:p>
    <w:p>
      <w:r>
        <w:rPr>
          <w:b/>
        </w:rPr>
        <w:t xml:space="preserve">[12:57] </w:t>
      </w:r>
      <w:r>
        <w:t>is ka matlab hai ke main wahan par aa gaya zimmedari ke aitbar se, is status ke</w:t>
      </w:r>
    </w:p>
    <w:p>
      <w:pPr>
        <w:jc w:val="right"/>
      </w:pPr>
      <w:r>
        <w:t>اس کا مطلب ہے کہ میں وہاں پر آ گیا ذمہ داری کے اعتبار سے، اس اسٹیٹس کے</w:t>
      </w:r>
    </w:p>
    <w:p>
      <w:r>
        <w:rPr>
          <w:b/>
        </w:rPr>
        <w:t xml:space="preserve">[13:05] </w:t>
      </w:r>
      <w:r>
        <w:t>aitbar se nahi.</w:t>
      </w:r>
    </w:p>
    <w:p>
      <w:pPr>
        <w:jc w:val="right"/>
      </w:pPr>
      <w:r>
        <w:t>اعتبار سے نہیں۔</w:t>
      </w:r>
    </w:p>
    <w:p>
      <w:r>
        <w:rPr>
          <w:b/>
        </w:rPr>
        <w:t xml:space="preserve">[13:06] </w:t>
      </w:r>
      <w:r>
        <w:t>dekhiye, ek hai status, ek hai responsibility.</w:t>
      </w:r>
    </w:p>
    <w:p>
      <w:pPr>
        <w:jc w:val="right"/>
      </w:pPr>
      <w:r>
        <w:t>دیکھیے، ایک ہے اسٹیٹس، ایک ہے رسپانسبیلٹی۔</w:t>
      </w:r>
    </w:p>
    <w:p>
      <w:r>
        <w:rPr>
          <w:b/>
        </w:rPr>
        <w:t xml:space="preserve">[13:09] </w:t>
      </w:r>
      <w:r>
        <w:t>تو Prophet کا جو اسٹیٹس ہے، وہ کوئی نہیں لے سکتا، وہ کوئی inherit نہیں کر سکتا۔</w:t>
      </w:r>
    </w:p>
    <w:p>
      <w:pPr>
        <w:jc w:val="right"/>
      </w:pPr>
      <w:r>
        <w:t>تو پرافٹ کا جو اسٹیٹس ہے، وہ کوئی نہیں لے سکتا، وہ کوئی انہیریٹ نہیں کر سکتا۔</w:t>
      </w:r>
    </w:p>
    <w:p>
      <w:r>
        <w:rPr>
          <w:b/>
        </w:rPr>
        <w:t xml:space="preserve">[13:16] </w:t>
      </w:r>
      <w:r>
        <w:t>lekin jo responsibility hai, woh to continue hai kyunki insaan paida ho rahe hain, insaan sari duniya mein</w:t>
      </w:r>
    </w:p>
    <w:p>
      <w:pPr>
        <w:jc w:val="right"/>
      </w:pPr>
      <w:r>
        <w:t>لیکن جو رسپانسبیلٹی ہے، وہ تو کنٹینیو ہے کیونکہ انسان پیدا ہو رہے ہیں، انسان ساری دنیا میں</w:t>
      </w:r>
    </w:p>
    <w:p>
      <w:r>
        <w:rPr>
          <w:b/>
        </w:rPr>
        <w:t xml:space="preserve">[13:24] </w:t>
      </w:r>
      <w:r>
        <w:t>phaile hue hain.</w:t>
      </w:r>
    </w:p>
    <w:p>
      <w:pPr>
        <w:jc w:val="right"/>
      </w:pPr>
      <w:r>
        <w:t>پھیلے ہوئے ہیں۔</w:t>
      </w:r>
    </w:p>
    <w:p>
      <w:r>
        <w:rPr>
          <w:b/>
        </w:rPr>
        <w:t xml:space="preserve">[13:26] </w:t>
      </w:r>
      <w:r>
        <w:t>to un ko message to batana hai, to prophet nahi hai to kaun batayega? followers ko batana</w:t>
      </w:r>
    </w:p>
    <w:p>
      <w:pPr>
        <w:jc w:val="right"/>
      </w:pPr>
      <w:r>
        <w:t>تو ان کو میسج تو بتانا ہے، تو پرافٹ نہیں ہے تو کون بتائے گا؟ فالوورز کو بتانا</w:t>
      </w:r>
    </w:p>
    <w:p>
      <w:r>
        <w:rPr>
          <w:b/>
        </w:rPr>
        <w:t xml:space="preserve">[13:33]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[13:35] </w:t>
      </w:r>
      <w:r>
        <w:t>yeh aap jante hain ke Rasool Allah sal-lal-lahu alaihi wasallam ne apni death se sirf do mahine</w:t>
      </w:r>
    </w:p>
    <w:p>
      <w:pPr>
        <w:jc w:val="right"/>
      </w:pPr>
      <w:r>
        <w:t>یہ آپ جانتے ہیں کہ رسول اللہ صلی اللہ علیہ وسلم نے اپنی ڈیتھ سے صرف دو مہینہ</w:t>
      </w:r>
    </w:p>
    <w:p>
      <w:r>
        <w:rPr>
          <w:b/>
        </w:rPr>
        <w:t xml:space="preserve">[13:43] </w:t>
      </w:r>
      <w:r>
        <w:t>pehle ek sermon diya tha Arafat mein, do dhai mahine pehle.</w:t>
      </w:r>
    </w:p>
    <w:p>
      <w:pPr>
        <w:jc w:val="right"/>
      </w:pPr>
      <w:r>
        <w:t>پہلے ایک سرمن دیا تھا عرفات میں، دو ڈھائی مہینے پہلے۔</w:t>
      </w:r>
    </w:p>
    <w:p>
      <w:r>
        <w:rPr>
          <w:b/>
        </w:rPr>
        <w:t xml:space="preserve">[13:47] </w:t>
      </w:r>
      <w:r>
        <w:t>is mein aap ne ailaan kar diya tha, aap ne farmaya tha ke shayad mein is ke baad</w:t>
      </w:r>
    </w:p>
    <w:p>
      <w:pPr>
        <w:jc w:val="right"/>
      </w:pPr>
      <w:r>
        <w:t>اس میں آپ نے اعلان کر دیا تھا، آپ نے فرمایا تھا کہ شاید میں اس کے بعد</w:t>
      </w:r>
    </w:p>
    <w:p>
      <w:r>
        <w:rPr>
          <w:b/>
        </w:rPr>
        <w:t xml:space="preserve">[13:55] </w:t>
      </w:r>
      <w:r>
        <w:t>tum se na mil sakoon.</w:t>
      </w:r>
    </w:p>
    <w:p>
      <w:pPr>
        <w:jc w:val="right"/>
      </w:pPr>
      <w:r>
        <w:t>تم سے نہ مل سکوں۔</w:t>
      </w:r>
    </w:p>
    <w:p>
      <w:r>
        <w:rPr>
          <w:b/>
        </w:rPr>
        <w:t xml:space="preserve">[13:57] </w:t>
      </w:r>
      <w:r>
        <w:t>isi mein aap ne keh diya tha ke shayad is saal ke baad mein dobara tum se yahan</w:t>
      </w:r>
    </w:p>
    <w:p>
      <w:pPr>
        <w:jc w:val="right"/>
      </w:pPr>
      <w:r>
        <w:t>اسی میں آپ نے کہہ دیا تھا کہ شاید اس سال کے بعد میں دوبارہ تم سے یہاں</w:t>
      </w:r>
    </w:p>
    <w:p>
      <w:r>
        <w:rPr>
          <w:b/>
        </w:rPr>
        <w:t xml:space="preserve">[14:05] </w:t>
      </w:r>
      <w:r>
        <w:t>is maqam par na mil sakoon.</w:t>
      </w:r>
    </w:p>
    <w:p>
      <w:pPr>
        <w:jc w:val="right"/>
      </w:pPr>
      <w:r>
        <w:t>اس مقام پر نہ مل سکوں۔</w:t>
      </w:r>
    </w:p>
    <w:p>
      <w:r>
        <w:rPr>
          <w:b/>
        </w:rPr>
        <w:t xml:space="preserve">[14:07] </w:t>
      </w:r>
      <w:r>
        <w:t>is waqt aap ne farmaya tha ke Khuda ne mujh ko bheja hai sari dunya ke liye messenger</w:t>
      </w:r>
    </w:p>
    <w:p>
      <w:pPr>
        <w:jc w:val="right"/>
      </w:pPr>
      <w:r>
        <w:t>اس وقت آپ نے فرمایا تھا کہ خدا نے مجھ کو بھیجا ہے ساری دنیا کے لیے میسنجر</w:t>
      </w:r>
    </w:p>
    <w:p>
      <w:r>
        <w:rPr>
          <w:b/>
        </w:rPr>
        <w:t xml:space="preserve">[14:15] </w:t>
      </w:r>
      <w:r>
        <w:t>bana kar.</w:t>
      </w:r>
    </w:p>
    <w:p>
      <w:pPr>
        <w:jc w:val="right"/>
      </w:pPr>
      <w:r>
        <w:t>بنا کر۔</w:t>
      </w:r>
    </w:p>
    <w:p>
      <w:r>
        <w:rPr>
          <w:b/>
        </w:rPr>
        <w:t xml:space="preserve">[14:17] </w:t>
      </w:r>
      <w:r>
        <w:t>to mein to ja raha hoon lekin message pohnchanay ka kaam continue rahega.</w:t>
      </w:r>
    </w:p>
    <w:p>
      <w:pPr>
        <w:jc w:val="right"/>
      </w:pPr>
      <w:r>
        <w:t>تو میں تو جا رہا ہوں لیکن میسج پہنچانے کا کام کنٹینیو رہے گا۔</w:t>
      </w:r>
    </w:p>
    <w:p>
      <w:r>
        <w:rPr>
          <w:b/>
        </w:rPr>
        <w:t xml:space="preserve">[14:23] </w:t>
      </w:r>
      <w:r>
        <w:t>message pohnchanay ka kaam jo hai, wo barabar jari rahega.</w:t>
      </w:r>
    </w:p>
    <w:p>
      <w:pPr>
        <w:jc w:val="right"/>
      </w:pPr>
      <w:r>
        <w:t>میسج پہنچانے کا کام جو ہے، وہ برابر جاری رہے گا۔</w:t>
      </w:r>
    </w:p>
    <w:p>
      <w:r>
        <w:rPr>
          <w:b/>
        </w:rPr>
        <w:t xml:space="preserve">[14:27] </w:t>
      </w:r>
      <w:r>
        <w:t>to jo sun raha hai, wo un ko pohncha pohncha de jo nahi sun rahe hain.</w:t>
      </w:r>
    </w:p>
    <w:p>
      <w:pPr>
        <w:jc w:val="right"/>
      </w:pPr>
      <w:r>
        <w:t>تو جو سن رہا ہے، وہ ان کو پہنچا پہنچا دے جو نہیں سن رہے ہیں۔</w:t>
      </w:r>
    </w:p>
    <w:p>
      <w:r>
        <w:rPr>
          <w:b/>
        </w:rPr>
        <w:t xml:space="preserve">[14:34] </w:t>
      </w:r>
      <w:r>
        <w:t>yani wahan par jo Arafat ke maidan mein jo log thay, wo direct taur par aap ke audience</w:t>
      </w:r>
    </w:p>
    <w:p>
      <w:pPr>
        <w:jc w:val="right"/>
      </w:pPr>
      <w:r>
        <w:t>یعنی وہاں پر جو عرفات کے میدان میں جو لوگ تھے، وہ ڈائریکٹ طور پر آپ کے آڈینس</w:t>
      </w:r>
    </w:p>
    <w:p>
      <w:r>
        <w:rPr>
          <w:b/>
        </w:rPr>
        <w:t xml:space="preserve">[14:42] </w:t>
      </w:r>
      <w:r>
        <w:t>thay.</w:t>
      </w:r>
    </w:p>
    <w:p>
      <w:pPr>
        <w:jc w:val="right"/>
      </w:pPr>
      <w:r>
        <w:t>تھے۔</w:t>
      </w:r>
    </w:p>
    <w:p>
      <w:r>
        <w:rPr>
          <w:b/>
        </w:rPr>
        <w:t xml:space="preserve">[14:43] </w:t>
      </w:r>
      <w:r>
        <w:t>to aap ne farmaya ke jo log yahan par hain, more than one thousand thay, wo log more</w:t>
      </w:r>
    </w:p>
    <w:p>
      <w:pPr>
        <w:jc w:val="right"/>
      </w:pPr>
      <w:r>
        <w:t>تو آپ نے فرمایا کہ جو لوگ یہاں پر ہیں، مور دین ون تھاؤزنڈ تھے، وہ لوگ مور</w:t>
      </w:r>
    </w:p>
    <w:p>
      <w:r>
        <w:rPr>
          <w:b/>
        </w:rPr>
        <w:t xml:space="preserve">[14:51] </w:t>
      </w:r>
      <w:r>
        <w:t>than one hundred thousand, more than one hundred thousand.</w:t>
      </w:r>
    </w:p>
    <w:p>
      <w:pPr>
        <w:jc w:val="right"/>
      </w:pPr>
      <w:r>
        <w:t>دین ون ہنڈرڈ تھاؤزنڈ، مور دین ون ہنڈرڈ تھاؤزنڈ۔</w:t>
      </w:r>
    </w:p>
    <w:p>
      <w:r>
        <w:rPr>
          <w:b/>
        </w:rPr>
        <w:t xml:space="preserve">[14:55] </w:t>
      </w:r>
      <w:r>
        <w:t>to aap ne farmaya ke jo sun rahe hain, wo un ko pohncha dein jo sun nahi rahe</w:t>
      </w:r>
    </w:p>
    <w:p>
      <w:pPr>
        <w:jc w:val="right"/>
      </w:pPr>
      <w:r>
        <w:t>تو آپ نے فرمایا کہ جو سن رہے ہیں، وہ ان کو پہنچا دیں جو سن نہیں رہے</w:t>
      </w:r>
    </w:p>
    <w:p>
      <w:r>
        <w:rPr>
          <w:b/>
        </w:rPr>
        <w:t xml:space="preserve">[15:03]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[15:04] </w:t>
      </w:r>
      <w:r>
        <w:t>to yeh jo aap ne kaha tha, yeh sari ummat ke liye, sari followers ke liye.</w:t>
      </w:r>
    </w:p>
    <w:p>
      <w:pPr>
        <w:jc w:val="right"/>
      </w:pPr>
      <w:r>
        <w:t>تو یہ جو آپ نے کہا تھا، یہ ساری امت کے لیے، سارے فالوورز کے لیے۔</w:t>
      </w:r>
    </w:p>
    <w:p>
      <w:r>
        <w:rPr>
          <w:b/>
        </w:rPr>
        <w:t xml:space="preserve">[15:11] </w:t>
      </w:r>
      <w:r>
        <w:t>is wajah se wo Musalman, half Musalman hai, yaad rakhiye, jo dawat ka kaam na kar raha ho.</w:t>
      </w:r>
    </w:p>
    <w:p>
      <w:pPr>
        <w:jc w:val="right"/>
      </w:pPr>
      <w:r>
        <w:t>اس وجہ سے وہ مسلمان، ہاف مسلمان ہے، یاد رکھیے، جو دعوت کا کام نہ کر رہا ہو۔</w:t>
      </w:r>
    </w:p>
    <w:p>
      <w:r>
        <w:rPr>
          <w:b/>
        </w:rPr>
        <w:t xml:space="preserve">[15:19] </w:t>
      </w:r>
      <w:r>
        <w:t>achhi tarah samajh lijiye, kuch logon ne is zamane mein, kuch log paida hue Egypt mein, Afghanistan mein,</w:t>
      </w:r>
    </w:p>
    <w:p>
      <w:pPr>
        <w:jc w:val="right"/>
      </w:pPr>
      <w:r>
        <w:t>اچھی طرح سمجھ لیجئے، کچھ لوگوں نے اس زمانے میں، کچھ لوگ پیدا ہوئے ایجپٹ میں، افغانستان میں،</w:t>
      </w:r>
    </w:p>
    <w:p>
      <w:r>
        <w:rPr>
          <w:b/>
        </w:rPr>
        <w:t xml:space="preserve">[15:26] </w:t>
      </w:r>
      <w:r>
        <w:t>Pakistan mein, jagah jagah jinhon ne yeh kaha ke wo aadmi half Musalman hai jo namaz roza kare</w:t>
      </w:r>
    </w:p>
    <w:p>
      <w:pPr>
        <w:jc w:val="right"/>
      </w:pPr>
      <w:r>
        <w:t>پاکستان میں، جگہ جگہ جنہوں نے یہ کہا کہ وہ آدمی ہاف مسلمان ہے جو نماز روزہ کرے</w:t>
      </w:r>
    </w:p>
    <w:p>
      <w:r>
        <w:rPr>
          <w:b/>
        </w:rPr>
        <w:t xml:space="preserve">[15:34] </w:t>
      </w:r>
      <w:r>
        <w:t>aur hukoomat na qaim kare.</w:t>
      </w:r>
    </w:p>
    <w:p>
      <w:pPr>
        <w:jc w:val="right"/>
      </w:pPr>
      <w:r>
        <w:t>اور حکومت نہ قائم کرے۔</w:t>
      </w:r>
    </w:p>
    <w:p>
      <w:r>
        <w:rPr>
          <w:b/>
        </w:rPr>
        <w:t xml:space="preserve">[15:36] </w:t>
      </w:r>
      <w:r>
        <w:t>yeh bilkul baseless baat hai.</w:t>
      </w:r>
    </w:p>
    <w:p>
      <w:pPr>
        <w:jc w:val="right"/>
      </w:pPr>
      <w:r>
        <w:t>یہ بالکل بیس لیس بات ہے۔</w:t>
      </w:r>
    </w:p>
    <w:p>
      <w:r>
        <w:rPr>
          <w:b/>
        </w:rPr>
        <w:t xml:space="preserve">[15:39] </w:t>
      </w:r>
      <w:r>
        <w:t>yeh jo azwaaim, jo jagah jagah ladai bhadai jari hai jihad ke naam par, wo is ke philosophy</w:t>
      </w:r>
    </w:p>
    <w:p>
      <w:pPr>
        <w:jc w:val="right"/>
      </w:pPr>
      <w:r>
        <w:t>یہ جو ازوائم، جو جگہ جگہ لڑائی بھڑائی جاری ہے جہاد کے نام پر، وہ اس کے فلاسفی</w:t>
      </w:r>
    </w:p>
    <w:p>
      <w:r>
        <w:rPr>
          <w:b/>
        </w:rPr>
        <w:t xml:space="preserve">[15:47] </w:t>
      </w:r>
      <w:r>
        <w:t>yahi hai ke wo aadmi adha Musalman hai jo namaz roza kare aur hukoomat Islam ki na qaim</w:t>
      </w:r>
    </w:p>
    <w:p>
      <w:pPr>
        <w:jc w:val="right"/>
      </w:pPr>
      <w:r>
        <w:t>یہی ہے کہ وہ آدمی ادھا مسلمان ہے جو نماز روزہ کرے اور حکومت اسلام کی نہ قائم</w:t>
      </w:r>
    </w:p>
    <w:p>
      <w:r>
        <w:rPr>
          <w:b/>
        </w:rPr>
        <w:t xml:space="preserve">[15:54] </w:t>
      </w:r>
      <w:r>
        <w:t>ki hui ho, Islam ka qanoon jo hai, wo na chala raha ho.</w:t>
      </w:r>
    </w:p>
    <w:p>
      <w:pPr>
        <w:jc w:val="right"/>
      </w:pPr>
      <w:r>
        <w:t>کی ہوئی ہو، اسلام کا قانون جو ہے، وہ نہ چلا رہا ہو۔</w:t>
      </w:r>
    </w:p>
    <w:p>
      <w:r>
        <w:rPr>
          <w:b/>
        </w:rPr>
        <w:t xml:space="preserve">[16:00] </w:t>
      </w:r>
      <w:r>
        <w:t>yeh kahin nahi hai Quran o Hadees mein, bilkul baseless baat hai, baseless baat hai, base</w:t>
      </w:r>
    </w:p>
    <w:p>
      <w:pPr>
        <w:jc w:val="right"/>
      </w:pPr>
      <w:r>
        <w:t>یہ کہیں نہیں ہے قرآن و حدیث میں، بالکل بیس لیس بات ہے، بیس لیس بات ہے، بیس</w:t>
      </w:r>
    </w:p>
    <w:p>
      <w:r>
        <w:rPr>
          <w:b/>
        </w:rPr>
        <w:t xml:space="preserve">[16:08] </w:t>
      </w:r>
      <w:r>
        <w:t>lees baat hai.</w:t>
      </w:r>
    </w:p>
    <w:p>
      <w:pPr>
        <w:jc w:val="right"/>
      </w:pPr>
      <w:r>
        <w:t>لیس بات ہے۔</w:t>
      </w:r>
    </w:p>
    <w:p>
      <w:r>
        <w:rPr>
          <w:b/>
        </w:rPr>
        <w:t xml:space="preserve">[16:09] </w:t>
      </w:r>
      <w:r>
        <w:t>saheeh baat yeh hai ke jo aadmi khud apni zindagi mein islam ko follow kare lekin woh dawat</w:t>
      </w:r>
    </w:p>
    <w:p>
      <w:pPr>
        <w:jc w:val="right"/>
      </w:pPr>
      <w:r>
        <w:t>صحیح بات یہ ہے کہ جو آدمی خود اپنی زندگی میں اسلام کو فالو کرے لیکن وہ دعوت</w:t>
      </w:r>
    </w:p>
    <w:p>
      <w:r>
        <w:rPr>
          <w:b/>
        </w:rPr>
        <w:t xml:space="preserve">[16:17] </w:t>
      </w:r>
      <w:r>
        <w:t>ka kaam na kar raha ho, to half muslim hai woh.</w:t>
      </w:r>
    </w:p>
    <w:p>
      <w:pPr>
        <w:jc w:val="right"/>
      </w:pPr>
      <w:r>
        <w:t>کا کام نہ کر رہا ہو، تو ہاف مسلم ہے وہ۔</w:t>
      </w:r>
    </w:p>
    <w:p>
      <w:r>
        <w:rPr>
          <w:b/>
        </w:rPr>
        <w:t xml:space="preserve">[16:22] </w:t>
      </w:r>
      <w:r>
        <w:t>lekin hukoomat waghera yeh aap ki responsibility nahi hai, yeh to khuda jis ko chahta hai deta hai,</w:t>
      </w:r>
    </w:p>
    <w:p>
      <w:pPr>
        <w:jc w:val="right"/>
      </w:pPr>
      <w:r>
        <w:t>لیکن حکومت وغیرہ یہ آپ کی رسپانسبیلٹی نہیں ہے، یہ تو خدا جس کو چاہتا ہے دیتا ہے،</w:t>
      </w:r>
    </w:p>
    <w:p>
      <w:r>
        <w:rPr>
          <w:b/>
        </w:rPr>
        <w:t xml:space="preserve">[16:29] </w:t>
      </w:r>
      <w:r>
        <w:t>jis ko chahta hai nahi deta.</w:t>
      </w:r>
    </w:p>
    <w:p>
      <w:pPr>
        <w:jc w:val="right"/>
      </w:pPr>
      <w:r>
        <w:t>جس کو چاہتا ہے نہیں دیتا۔</w:t>
      </w:r>
    </w:p>
    <w:p>
      <w:r>
        <w:rPr>
          <w:b/>
        </w:rPr>
        <w:t xml:space="preserve">[16:32] </w:t>
      </w:r>
      <w:r>
        <w:t>quran mein kai aayatein aisi hain ke political power jo hai, woh khuda ki taraf se kisi ko</w:t>
      </w:r>
    </w:p>
    <w:p>
      <w:pPr>
        <w:jc w:val="right"/>
      </w:pPr>
      <w:r>
        <w:t>قرآن میں کئی آیتیں ایسی ہیں کہ پولیٹیکل پاور جو ہے، وہ خدا کی طرف سے کسی کو</w:t>
      </w:r>
    </w:p>
    <w:p>
      <w:r>
        <w:rPr>
          <w:b/>
        </w:rPr>
        <w:t xml:space="preserve">[16:40] </w:t>
      </w:r>
      <w:r>
        <w:t>diya jata hai, kisi ko nahi diya jata.</w:t>
      </w:r>
    </w:p>
    <w:p>
      <w:pPr>
        <w:jc w:val="right"/>
      </w:pPr>
      <w:r>
        <w:t>دیا جاتا ہے، کسی کو نہیں دیا جاتا۔</w:t>
      </w:r>
    </w:p>
    <w:p>
      <w:r>
        <w:rPr>
          <w:b/>
        </w:rPr>
        <w:t xml:space="preserve">[16:43] </w:t>
      </w:r>
      <w:r>
        <w:t>lekin yeh jo kaam hai, da'wah work, khuda ke message ko pahunchana, yeh to har musalman par, har</w:t>
      </w:r>
    </w:p>
    <w:p>
      <w:pPr>
        <w:jc w:val="right"/>
      </w:pPr>
      <w:r>
        <w:t>لیکن یہ جو کام ہے، داؤ ورک، خدا کے میسج کو پہنچانا، یہ تو ہر مسلمان پر، ہر</w:t>
      </w:r>
    </w:p>
    <w:p>
      <w:r>
        <w:rPr>
          <w:b/>
        </w:rPr>
        <w:t xml:space="preserve">[16:51] </w:t>
      </w:r>
      <w:r>
        <w:t>musalman par, har musalman par farz hai.</w:t>
      </w:r>
    </w:p>
    <w:p>
      <w:pPr>
        <w:jc w:val="right"/>
      </w:pPr>
      <w:r>
        <w:t>مسلمان پر، ہر مسلمان پر فرض ہے۔</w:t>
      </w:r>
    </w:p>
    <w:p>
      <w:r>
        <w:rPr>
          <w:b/>
        </w:rPr>
        <w:t xml:space="preserve">[16:54] </w:t>
      </w:r>
      <w:r>
        <w:t>yaad rakhiye, yeh bhi galat tasawwur hai, galat ke yeh farz al kifaya hai.</w:t>
      </w:r>
    </w:p>
    <w:p>
      <w:pPr>
        <w:jc w:val="right"/>
      </w:pPr>
      <w:r>
        <w:t>یاد رکھیے، یہ بھی غلط تصور ہے، غلط کہ یہ فرض الکفایہ ہے۔</w:t>
      </w:r>
    </w:p>
    <w:p>
      <w:r>
        <w:rPr>
          <w:b/>
        </w:rPr>
        <w:t xml:space="preserve">[16:59] </w:t>
      </w:r>
      <w:r>
        <w:t>hargiz nahi, yeh farz al kifaya nahi hai.</w:t>
      </w:r>
    </w:p>
    <w:p>
      <w:pPr>
        <w:jc w:val="right"/>
      </w:pPr>
      <w:r>
        <w:t>ہرگز نہیں، یہ فرض الکفایہ نہیں ہے۔</w:t>
      </w:r>
    </w:p>
    <w:p>
      <w:r>
        <w:rPr>
          <w:b/>
        </w:rPr>
        <w:t xml:space="preserve">[17:02] </w:t>
      </w:r>
      <w:r>
        <w:t>mein poore conviction se kehta hoon ke da'wah work farz al kifaya nahi hai, har musalman par farz hai,</w:t>
      </w:r>
    </w:p>
    <w:p>
      <w:pPr>
        <w:jc w:val="right"/>
      </w:pPr>
      <w:r>
        <w:t>میں پورے کنوکشن سے کہتا ہوں کہ داؤ ورک فرض الکفایہ نہیں ہے، ہر مسلمان پر فرض ہے،</w:t>
      </w:r>
    </w:p>
    <w:p>
      <w:r>
        <w:rPr>
          <w:b/>
        </w:rPr>
        <w:t xml:space="preserve">[17:10] </w:t>
      </w:r>
      <w:r>
        <w:t>har ek ko karna hai woh, warna woh half muslim rahega, woh half muslim rahega.</w:t>
      </w:r>
    </w:p>
    <w:p>
      <w:pPr>
        <w:jc w:val="right"/>
      </w:pPr>
      <w:r>
        <w:t>ہر ایک کو کرنا ہے وہ، ورنہ وہ ہاف مسلم رہے گا، وہ ہاف مسلم رہے گا۔</w:t>
      </w:r>
    </w:p>
    <w:p>
      <w:r>
        <w:rPr>
          <w:b/>
        </w:rPr>
        <w:t xml:space="preserve">[17:17] </w:t>
      </w:r>
      <w:r>
        <w:t>yaad rakhiye, to yeh ek baat thi jo maine arz ki.</w:t>
      </w:r>
    </w:p>
    <w:p>
      <w:pPr>
        <w:jc w:val="right"/>
      </w:pPr>
      <w:r>
        <w:t>یاد رکھیے، تو یہ ایک بات تھی جو میں نے عرض کی۔</w:t>
      </w:r>
    </w:p>
    <w:p>
      <w:r>
        <w:rPr>
          <w:b/>
        </w:rPr>
        <w:t xml:space="preserve">[17:22] </w:t>
      </w:r>
      <w:r>
        <w:t>doosri baat jo mein karna chahta hoon, woh belief and wisdom ke talluq se ke aqeedah aur aql</w:t>
      </w:r>
    </w:p>
    <w:p>
      <w:pPr>
        <w:jc w:val="right"/>
      </w:pPr>
      <w:r>
        <w:t>دوسری بات جو میں کرنا چاہتا ہوں، وہ بیلیف اینڈ وزڈم کے تعلق سے کہ عقیدہ اور عقل</w:t>
      </w:r>
    </w:p>
    <w:p>
      <w:r>
        <w:rPr>
          <w:b/>
        </w:rPr>
        <w:t xml:space="preserve">[17:30] </w:t>
      </w:r>
      <w:r>
        <w:t>aam taur par log samajhte hain ke jis ke paas aqeedah hai ya mazhab hai, us ko aql</w:t>
      </w:r>
    </w:p>
    <w:p>
      <w:pPr>
        <w:jc w:val="right"/>
      </w:pPr>
      <w:r>
        <w:t>عام طور پر لوگ سمجھتے ہیں کہ جس کے پاس عقیدہ ہے یا مذہب ہے، اس کو عقل</w:t>
      </w:r>
    </w:p>
    <w:p>
      <w:r>
        <w:rPr>
          <w:b/>
        </w:rPr>
        <w:t xml:space="preserve">[17:38] </w:t>
      </w:r>
      <w:r>
        <w:t>se koi matlab nahi hai.</w:t>
      </w:r>
    </w:p>
    <w:p>
      <w:pPr>
        <w:jc w:val="right"/>
      </w:pPr>
      <w:r>
        <w:t>سے کوئی مطلب نہیں ہے۔</w:t>
      </w:r>
    </w:p>
    <w:p>
      <w:r>
        <w:rPr>
          <w:b/>
        </w:rPr>
        <w:t xml:space="preserve">[17:40] </w:t>
      </w:r>
      <w:r>
        <w:t>to yeh ek bilkul ek, yeh bhi ek baseless baat hai.</w:t>
      </w:r>
    </w:p>
    <w:p>
      <w:pPr>
        <w:jc w:val="right"/>
      </w:pPr>
      <w:r>
        <w:t>تو یہ ایک بالکل ایک، یہ بھی ایک بیس لیس بات ہے۔</w:t>
      </w:r>
    </w:p>
    <w:p>
      <w:r>
        <w:rPr>
          <w:b/>
        </w:rPr>
        <w:t xml:space="preserve">[17:45] </w:t>
      </w:r>
      <w:r>
        <w:t>balkeh mein yeh kahunga ke jis ke paas aqeedah hai, woh zyada aqalmand hai.</w:t>
      </w:r>
    </w:p>
    <w:p>
      <w:pPr>
        <w:jc w:val="right"/>
      </w:pPr>
      <w:r>
        <w:t>بلکہ میں یہ کہوں گا کہ جس کے پاس عقیدہ ہے، وہ زیادہ عقلمند ہے۔</w:t>
      </w:r>
    </w:p>
    <w:p>
      <w:r>
        <w:rPr>
          <w:b/>
        </w:rPr>
        <w:t xml:space="preserve">[17:52] </w:t>
      </w:r>
      <w:r>
        <w:t>jis ke paas aqeedah hai, woh zyada aqalmand hai.</w:t>
      </w:r>
    </w:p>
    <w:p>
      <w:pPr>
        <w:jc w:val="right"/>
      </w:pPr>
      <w:r>
        <w:t>جس کے پاس عقیدہ ہے، وہ زیادہ عقلمند ہے۔</w:t>
      </w:r>
    </w:p>
    <w:p>
      <w:r>
        <w:rPr>
          <w:b/>
        </w:rPr>
        <w:t xml:space="preserve">[17:55] </w:t>
      </w:r>
      <w:r>
        <w:t>quran o hadees mein hai, hadees mein hai ke "atqoo firasat al momin fa innahu yanzuru binurillah".</w:t>
      </w:r>
    </w:p>
    <w:p>
      <w:pPr>
        <w:jc w:val="right"/>
      </w:pPr>
      <w:r>
        <w:t>قرآن و حدیث میں ہے، حدیث میں ہے کہ "اتقوا فراست المومن فینظر بنور اللہ"۔</w:t>
      </w:r>
    </w:p>
    <w:p>
      <w:r>
        <w:rPr>
          <w:b/>
        </w:rPr>
        <w:t xml:space="preserve">[18:02] </w:t>
      </w:r>
      <w:r>
        <w:t>momin ki momin ki wisdom se bachho kyunke woh khuda ki roshni se dekhta hai.</w:t>
      </w:r>
    </w:p>
    <w:p>
      <w:pPr>
        <w:jc w:val="right"/>
      </w:pPr>
      <w:r>
        <w:t>مومن کی مومن کی وزڈم سے بچو کیونکہ وہ خدا کی روشنی سے دیکھتا ہے۔</w:t>
      </w:r>
    </w:p>
    <w:p>
      <w:r>
        <w:rPr>
          <w:b/>
        </w:rPr>
        <w:t xml:space="preserve">[18:08] </w:t>
      </w:r>
      <w:r>
        <w:t>kaisi ajeeb baat hai, momin ki wisdom se bachho kyunke woh khuda ki roshni se dekhta hai.</w:t>
      </w:r>
    </w:p>
    <w:p>
      <w:pPr>
        <w:jc w:val="right"/>
      </w:pPr>
      <w:r>
        <w:t>کیسی عجیب بات ہے، مومن کی وزڈم سے بچو کیونکہ وہ خدا کی روشنی سے دیکھتا ہے۔</w:t>
      </w:r>
    </w:p>
    <w:p>
      <w:r>
        <w:rPr>
          <w:b/>
        </w:rPr>
        <w:t xml:space="preserve">[18:16] </w:t>
      </w:r>
      <w:r>
        <w:t>he sees things in the light of god.</w:t>
      </w:r>
    </w:p>
    <w:p>
      <w:pPr>
        <w:jc w:val="right"/>
      </w:pPr>
      <w:r>
        <w:t>ہی سیز تھنگز ان دا لائٹ آف گاڈ۔</w:t>
      </w:r>
    </w:p>
    <w:p>
      <w:r>
        <w:rPr>
          <w:b/>
        </w:rPr>
        <w:t xml:space="preserve">[18:19] </w:t>
      </w:r>
      <w:r>
        <w:t>to yeh kya cheez hai? is par maine bahut socha ke kyun ek momin jo hai, woh</w:t>
      </w:r>
    </w:p>
    <w:p>
      <w:pPr>
        <w:jc w:val="right"/>
      </w:pPr>
      <w:r>
        <w:t>تو یہ کیا چیز ہے؟ اس پر میں نے بہت سوچا کہ کیوں ایک مومن جو ہے، وہ</w:t>
      </w:r>
    </w:p>
    <w:p>
      <w:r>
        <w:rPr>
          <w:b/>
        </w:rPr>
        <w:t xml:space="preserve">[18:27] </w:t>
      </w:r>
      <w:r>
        <w:t>in concrete ho jata hai? kyu aisa hota hai? is ka raaz hai.</w:t>
      </w:r>
    </w:p>
    <w:p>
      <w:pPr>
        <w:jc w:val="right"/>
      </w:pPr>
      <w:r>
        <w:t>ان کانکریبل ہو جاتا ہے؟ کیوں ایسا ہوتا ہے؟ اس کا راز ہے۔</w:t>
      </w:r>
    </w:p>
    <w:p>
      <w:r>
        <w:rPr>
          <w:b/>
        </w:rPr>
        <w:t xml:space="preserve">[18:32] </w:t>
      </w:r>
      <w:r>
        <w:t>quran majeed mein aik ayat hai: "fain tasbaro wattaqoo la yadhurrakum a'da'ukum shai'an".</w:t>
      </w:r>
    </w:p>
    <w:p>
      <w:pPr>
        <w:jc w:val="right"/>
      </w:pPr>
      <w:r>
        <w:t>قرآن مجید میں ایک آیت ہے: "فین تصبرو وتتقوا لا یضرکم قیدھم شیاء"۔</w:t>
      </w:r>
    </w:p>
    <w:p>
      <w:r>
        <w:rPr>
          <w:b/>
        </w:rPr>
        <w:t xml:space="preserve">[18:38] </w:t>
      </w:r>
      <w:r>
        <w:t>agar tum sabr karo, patience ka tareeqa ikhtiyar karo to koi tum ko nuqsan nahi pohancha payega.</w:t>
      </w:r>
    </w:p>
    <w:p>
      <w:pPr>
        <w:jc w:val="right"/>
      </w:pPr>
      <w:r>
        <w:t>اگر تم صبر کرو، پیشنس کا طریقہ اختیار کرو تو کوئی تم کو نقصان نہیں پہنچا پائے گا۔</w:t>
      </w:r>
    </w:p>
    <w:p>
      <w:r>
        <w:rPr>
          <w:b/>
        </w:rPr>
        <w:t xml:space="preserve">[18:46] </w:t>
      </w:r>
      <w:r>
        <w:t>yahan sabr ka word hai, patience ka word hai.</w:t>
      </w:r>
    </w:p>
    <w:p>
      <w:pPr>
        <w:jc w:val="right"/>
      </w:pPr>
      <w:r>
        <w:t>یہاں صبر کا ورڈ ہے، پیشنس کا ورڈ ہے۔</w:t>
      </w:r>
    </w:p>
    <w:p>
      <w:r>
        <w:rPr>
          <w:b/>
        </w:rPr>
        <w:t xml:space="preserve">[18:49] </w:t>
      </w:r>
      <w:r>
        <w:t>sabr kiya cheez hai? sabr means emotion management.</w:t>
      </w:r>
    </w:p>
    <w:p>
      <w:pPr>
        <w:jc w:val="right"/>
      </w:pPr>
      <w:r>
        <w:t>صبر کیا چیز ہے؟ صبر مینز ایموشن مینجمنٹ۔</w:t>
      </w:r>
    </w:p>
    <w:p>
      <w:r>
        <w:rPr>
          <w:b/>
        </w:rPr>
        <w:t xml:space="preserve">[18:53] </w:t>
      </w:r>
      <w:r>
        <w:t>yahi to sabr hai.</w:t>
      </w:r>
    </w:p>
    <w:p>
      <w:pPr>
        <w:jc w:val="right"/>
      </w:pPr>
      <w:r>
        <w:t>یہی تو صبر ہے۔</w:t>
      </w:r>
    </w:p>
    <w:p>
      <w:r>
        <w:rPr>
          <w:b/>
        </w:rPr>
        <w:t xml:space="preserve">[18:55] </w:t>
      </w:r>
      <w:r>
        <w:t>aap ke andar jazbat uthte hain: lust ka jazba, revenge ka jazba, intolerance ka jazba, anger ka jazba.</w:t>
      </w:r>
    </w:p>
    <w:p>
      <w:pPr>
        <w:jc w:val="right"/>
      </w:pPr>
      <w:r>
        <w:t>آپ کے اندر جذبات اٹھتے ہیں: لسٹ کا جذبہ، ریونج کا جذبہ، انٹولرنس کا جذبہ، اینگر کا جذبہ۔</w:t>
      </w:r>
    </w:p>
    <w:p>
      <w:r>
        <w:rPr>
          <w:b/>
        </w:rPr>
        <w:t xml:space="preserve">[19:02] </w:t>
      </w:r>
      <w:r>
        <w:t>yeh sab jazba hi to hai, emotion hi to hai.</w:t>
      </w:r>
    </w:p>
    <w:p>
      <w:pPr>
        <w:jc w:val="right"/>
      </w:pPr>
      <w:r>
        <w:t>یہ سب جذبہ ہی تو ہے، ایموشن ہی تو ہے۔</w:t>
      </w:r>
    </w:p>
    <w:p>
      <w:r>
        <w:rPr>
          <w:b/>
        </w:rPr>
        <w:t xml:space="preserve">[19:07] </w:t>
      </w:r>
      <w:r>
        <w:t>یہ سب اس پر جو آپ کنٹرول کرتے ہیں، اسی کا نام صبر ہے، اسی کا نام patience</w:t>
      </w:r>
    </w:p>
    <w:p>
      <w:pPr>
        <w:jc w:val="right"/>
      </w:pPr>
      <w:r>
        <w:t>یہ سب اس پر جو آپ کنٹرول کرتے ہیں، اسی کا نام صبر ہے، اسی کا نام پیشنس</w:t>
      </w:r>
    </w:p>
    <w:p>
      <w:r>
        <w:rPr>
          <w:b/>
        </w:rPr>
        <w:t xml:space="preserve">[19:14]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[19:16] </w:t>
      </w:r>
      <w:r>
        <w:t>to jo aadmi aisa kar sake, woh koi is ko nuqsan nahi pohancha sakta.</w:t>
      </w:r>
    </w:p>
    <w:p>
      <w:pPr>
        <w:jc w:val="right"/>
      </w:pPr>
      <w:r>
        <w:t>تو جو آدمی ایسا کر سکے، وہ کوئی اس کو نقصان نہیں پہنچا سکتا۔</w:t>
      </w:r>
    </w:p>
    <w:p>
      <w:r>
        <w:rPr>
          <w:b/>
        </w:rPr>
        <w:t xml:space="preserve">[19:22] </w:t>
      </w:r>
      <w:r>
        <w:t>یہ آیت جو فارمولا دے رہی ہے، وہ یہ ہے کہ "If you are able to control your</w:t>
      </w:r>
    </w:p>
    <w:p>
      <w:pPr>
        <w:jc w:val="right"/>
      </w:pPr>
      <w:r>
        <w:t>یہ آیت جو فارمولا دے رہی ہے، وہ یہ ہے کہ "اف یو آر ایبل ٹو کنٹرول یور</w:t>
      </w:r>
    </w:p>
    <w:p>
      <w:r>
        <w:rPr>
          <w:b/>
        </w:rPr>
        <w:t xml:space="preserve">[19:29] </w:t>
      </w:r>
      <w:r>
        <w:t>emotions.</w:t>
      </w:r>
    </w:p>
    <w:p>
      <w:pPr>
        <w:jc w:val="right"/>
      </w:pPr>
      <w:r>
        <w:t>ایموشنز"۔</w:t>
      </w:r>
    </w:p>
    <w:p>
      <w:r>
        <w:rPr>
          <w:b/>
        </w:rPr>
        <w:t xml:space="preserve">[19:31] </w:t>
      </w:r>
      <w:r>
        <w:t>اس آیت سے جو فارمولا نکلا، وہ یہ ہے: "If you are able to control your emotions"۔</w:t>
      </w:r>
    </w:p>
    <w:p>
      <w:pPr>
        <w:jc w:val="right"/>
      </w:pPr>
      <w:r>
        <w:t>اس آیت سے جو فارمولا نکلا، وہ یہ ہے: "اف یو آر ایبل ٹو کنٹرول یور ایموشنز"۔</w:t>
      </w:r>
    </w:p>
    <w:p>
      <w:r>
        <w:rPr>
          <w:b/>
        </w:rPr>
        <w:t xml:space="preserve">[19:38] </w:t>
      </w:r>
      <w:r>
        <w:t>"If you are able to control your emotions".</w:t>
      </w:r>
    </w:p>
    <w:p>
      <w:pPr>
        <w:jc w:val="right"/>
      </w:pPr>
      <w:r>
        <w:t>"اف یو آر ایبل ٹو کنٹرول یور ایموشنز"۔</w:t>
      </w:r>
    </w:p>
    <w:p>
      <w:r>
        <w:rPr>
          <w:b/>
        </w:rPr>
        <w:t xml:space="preserve">[19:42] </w:t>
      </w:r>
      <w:r>
        <w:t>no man can harm you.</w:t>
      </w:r>
    </w:p>
    <w:p>
      <w:pPr>
        <w:jc w:val="right"/>
      </w:pPr>
      <w:r>
        <w:t>نو مین کین ہارم یو۔</w:t>
      </w:r>
    </w:p>
    <w:p>
      <w:r>
        <w:rPr>
          <w:b/>
        </w:rPr>
        <w:t xml:space="preserve">[19:44] </w:t>
      </w:r>
      <w:r>
        <w:t>kesi ajeeb baat hai, no man can harm you.</w:t>
      </w:r>
    </w:p>
    <w:p>
      <w:pPr>
        <w:jc w:val="right"/>
      </w:pPr>
      <w:r>
        <w:t>کیسی عجیب بات ہے، نو مین کین ہارم یو۔</w:t>
      </w:r>
    </w:p>
    <w:p>
      <w:r>
        <w:rPr>
          <w:b/>
        </w:rPr>
        <w:t xml:space="preserve">[19:48] </w:t>
      </w:r>
      <w:r>
        <w:t>yaad rakhein, poori history mein yeh hua hai ke log jazbat mein aa kar aik kaam kar bethte</w:t>
      </w:r>
    </w:p>
    <w:p>
      <w:pPr>
        <w:jc w:val="right"/>
      </w:pPr>
      <w:r>
        <w:t>یاد رکھیں، پوری ہسٹری میں یہ ہوا ہے کہ لوگ جذبات میں آ کر ایک کام کر بیٹھتے</w:t>
      </w:r>
    </w:p>
    <w:p>
      <w:r>
        <w:rPr>
          <w:b/>
        </w:rPr>
        <w:t xml:space="preserve">[19:55] </w:t>
      </w:r>
      <w:r>
        <w:t>hain aur phir woh ulta parta hai.</w:t>
      </w:r>
    </w:p>
    <w:p>
      <w:pPr>
        <w:jc w:val="right"/>
      </w:pPr>
      <w:r>
        <w:t>ہیں اور پھر وہ الٹا پڑتا ہے۔</w:t>
      </w:r>
    </w:p>
    <w:p>
      <w:r>
        <w:rPr>
          <w:b/>
        </w:rPr>
        <w:t xml:space="preserve">[19:58] </w:t>
      </w:r>
      <w:r>
        <w:t>to sabr ka formula jo hai, woh master formula hai.</w:t>
      </w:r>
    </w:p>
    <w:p>
      <w:pPr>
        <w:jc w:val="right"/>
      </w:pPr>
      <w:r>
        <w:t>تو صبر کا فارمولا جو ہے، وہ ماسٹر فارمولا ہے۔</w:t>
      </w:r>
    </w:p>
    <w:p>
      <w:r>
        <w:rPr>
          <w:b/>
        </w:rPr>
        <w:t xml:space="preserve">[20:03] </w:t>
      </w:r>
      <w:r>
        <w:t>یاد رکھیے، کیونکہ ایموشن کو آپ کنٹرول کر سکیں، then you become unconquerable.</w:t>
      </w:r>
    </w:p>
    <w:p>
      <w:pPr>
        <w:jc w:val="right"/>
      </w:pPr>
      <w:r>
        <w:t>یاد رکھیے، کیونکہ ایموشن کو آپ کنٹرول کر سکیں، دین یو بیکم ان کانکریبل۔</w:t>
      </w:r>
    </w:p>
    <w:p>
      <w:r>
        <w:rPr>
          <w:b/>
        </w:rPr>
        <w:t xml:space="preserve">[20:09] </w:t>
      </w:r>
      <w:r>
        <w:t>sab kuch isi par depend karta hai.</w:t>
      </w:r>
    </w:p>
    <w:p>
      <w:pPr>
        <w:jc w:val="right"/>
      </w:pPr>
      <w:r>
        <w:t>سب کچھ اسی پر ڈیپینڈ کرتا ہے۔</w:t>
      </w:r>
    </w:p>
    <w:p>
      <w:r>
        <w:rPr>
          <w:b/>
        </w:rPr>
        <w:t xml:space="preserve">[20:12] </w:t>
      </w:r>
      <w:r>
        <w:t>jitne jitni dunya mein story hain, defeat ki, nakami ki, woh sab ke peechay yahi hai ke emotion</w:t>
      </w:r>
    </w:p>
    <w:p>
      <w:pPr>
        <w:jc w:val="right"/>
      </w:pPr>
      <w:r>
        <w:t>جتنے جتنی دنیا میں سٹوری ہیں، ڈیفیٹ کی، ناکامی کی، وہ سب کے پیچھے یہی ہے کہ ایموشن</w:t>
      </w:r>
    </w:p>
    <w:p>
      <w:r>
        <w:rPr>
          <w:b/>
        </w:rPr>
        <w:t xml:space="preserve">[20:19] </w:t>
      </w:r>
      <w:r>
        <w:t>ko woh control nahi kar sake.</w:t>
      </w:r>
    </w:p>
    <w:p>
      <w:pPr>
        <w:jc w:val="right"/>
      </w:pPr>
      <w:r>
        <w:t>کو وہ کنٹرول نہیں کر سکے۔</w:t>
      </w:r>
    </w:p>
    <w:p>
      <w:r>
        <w:rPr>
          <w:b/>
        </w:rPr>
        <w:t xml:space="preserve">[20:22] </w:t>
      </w:r>
      <w:r>
        <w:t>aisa step liya unhon ne jo fatal sabit hua un ke liye, chahay koi superpower kyun na</w:t>
      </w:r>
    </w:p>
    <w:p>
      <w:pPr>
        <w:jc w:val="right"/>
      </w:pPr>
      <w:r>
        <w:t>ایسا اسٹیپ لیا انہوں نے جو فیٹل ثابت ہوا ان کے لیے، چاہے کوئی سپر پاور کیوں نہ</w:t>
      </w:r>
    </w:p>
    <w:p>
      <w:r>
        <w:rPr>
          <w:b/>
        </w:rPr>
        <w:t xml:space="preserve">[20:30]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[20:31] </w:t>
      </w:r>
      <w:r>
        <w:t>yani America ne jab September 11 ka qissa hua to wahan ke jo leader thay, unhon ne kaha</w:t>
      </w:r>
    </w:p>
    <w:p>
      <w:pPr>
        <w:jc w:val="right"/>
      </w:pPr>
      <w:r>
        <w:t>یعنی امریکہ نے جب ستمبر الیون کا قصہ ہوا تو وہاں کے جو لیڈر تھے، انہوں نے کہا</w:t>
      </w:r>
    </w:p>
    <w:p>
      <w:r>
        <w:rPr>
          <w:b/>
        </w:rPr>
        <w:t xml:space="preserve">[20:39] </w:t>
      </w:r>
      <w:r>
        <w:t>ke hum is ka badla lenge.</w:t>
      </w:r>
    </w:p>
    <w:p>
      <w:pPr>
        <w:jc w:val="right"/>
      </w:pPr>
      <w:r>
        <w:t>کہ ہم اس کا بدلہ لیں گے۔</w:t>
      </w:r>
    </w:p>
    <w:p>
      <w:r>
        <w:rPr>
          <w:b/>
        </w:rPr>
        <w:t xml:space="preserve">[20:42] </w:t>
      </w:r>
      <w:r>
        <w:t>September, September 11 ka hum badla lenge.</w:t>
      </w:r>
    </w:p>
    <w:p>
      <w:pPr>
        <w:jc w:val="right"/>
      </w:pPr>
      <w:r>
        <w:t>ستمبر، ستمبر الیون کا ہم بدلہ لیں گے۔</w:t>
      </w:r>
    </w:p>
    <w:p>
      <w:r>
        <w:rPr>
          <w:b/>
        </w:rPr>
        <w:t xml:space="preserve">[20:45] </w:t>
      </w:r>
      <w:r>
        <w:t>to unhon ne bombardment ki Iraq ke oopar, jis ke mutaliq un ka khayal tha ke wahan se.</w:t>
      </w:r>
    </w:p>
    <w:p>
      <w:pPr>
        <w:jc w:val="right"/>
      </w:pPr>
      <w:r>
        <w:t>تو انہوں نے بمبارڈمنٹ کی عراق کے اوپر، جس کے متعلق ان کا خیال تھا کہ وہاں سے۔</w:t>
      </w:r>
    </w:p>
    <w:p>
      <w:r>
        <w:rPr>
          <w:b/>
        </w:rPr>
        <w:t xml:space="preserve">[20:53] </w:t>
      </w:r>
      <w:r>
        <w:t>to kiya hua? koi kuch paya nahi, unhon ne kuch bhi nahi mila.</w:t>
      </w:r>
    </w:p>
    <w:p>
      <w:pPr>
        <w:jc w:val="right"/>
      </w:pPr>
      <w:r>
        <w:t>تو کیا ہوا؟ کوئی کچھ پایا نہیں، انہوں نے کچھ بھی نہیں ملا۔</w:t>
      </w:r>
    </w:p>
    <w:p>
      <w:r>
        <w:rPr>
          <w:b/>
        </w:rPr>
        <w:t xml:space="preserve">[20:59] </w:t>
      </w:r>
      <w:r>
        <w:t>is par bohat si books chhapi hain.</w:t>
      </w:r>
    </w:p>
    <w:p>
      <w:pPr>
        <w:jc w:val="right"/>
      </w:pPr>
      <w:r>
        <w:t>اس پر بہت سی بکس چھپی ہیں۔</w:t>
      </w:r>
    </w:p>
    <w:p>
      <w:r>
        <w:rPr>
          <w:b/>
        </w:rPr>
        <w:t xml:space="preserve">[21:02] </w:t>
      </w:r>
      <w:r>
        <w:t>aik book mein bataya gaya hai ke is mein direct indirect mila kar ke five billion, nahi,</w:t>
      </w:r>
    </w:p>
    <w:p>
      <w:pPr>
        <w:jc w:val="right"/>
      </w:pPr>
      <w:r>
        <w:t>ایک بک میں بتایا گیا ہے کہ اس میں ڈائریکٹ ان ڈائریکٹ ملا کر کے فائیو بلین، نہیں،</w:t>
      </w:r>
    </w:p>
    <w:p>
      <w:r>
        <w:rPr>
          <w:b/>
        </w:rPr>
        <w:t xml:space="preserve">[21:09] </w:t>
      </w:r>
      <w:r>
        <w:t>five trillion, five trillion dollars kharch hua America ka aur mila kuch bhi nahi, kuch bhi nahi mila.</w:t>
      </w:r>
    </w:p>
    <w:p>
      <w:pPr>
        <w:jc w:val="right"/>
      </w:pPr>
      <w:r>
        <w:t>فائیو ٹریلین، فائیو ٹریلین ڈالرز خرچ ہوا امریکہ کا اور ملا کچھ بھی نہیں، کچھ بھی نہیں ملا۔</w:t>
      </w:r>
    </w:p>
    <w:p>
      <w:r>
        <w:rPr>
          <w:b/>
        </w:rPr>
        <w:t xml:space="preserve">[21:17] </w:t>
      </w:r>
      <w:r>
        <w:t>to emotion ko manage karna, yeh haal Saddam Hussein ka hua.</w:t>
      </w:r>
    </w:p>
    <w:p>
      <w:pPr>
        <w:jc w:val="right"/>
      </w:pPr>
      <w:r>
        <w:t>تو ایموشن کو مینج کرنا، یہ حال صدام حسین کا ہوا۔</w:t>
      </w:r>
    </w:p>
    <w:p>
      <w:r>
        <w:rPr>
          <w:b/>
        </w:rPr>
        <w:t xml:space="preserve">[21:22] </w:t>
      </w:r>
      <w:r>
        <w:t>Saddam Hussein se kiya mang thi America ki? sirf aik thi shuru mein ke woh gaddi chhod dein,</w:t>
      </w:r>
    </w:p>
    <w:p>
      <w:pPr>
        <w:jc w:val="right"/>
      </w:pPr>
      <w:r>
        <w:t>صدام حسین سے کیا مانگ تھی امریکہ کی؟ صرف ایک تھی شروع میں کہ وہ گدی چھوڑ دیں،</w:t>
      </w:r>
    </w:p>
    <w:p>
      <w:r>
        <w:rPr>
          <w:b/>
        </w:rPr>
        <w:t xml:space="preserve">[21:29] </w:t>
      </w:r>
      <w:r>
        <w:t>bas, aur wahan par democratic rule banaya jaye.</w:t>
      </w:r>
    </w:p>
    <w:p>
      <w:pPr>
        <w:jc w:val="right"/>
      </w:pPr>
      <w:r>
        <w:t>بس، اور وہاں پر ڈیموکریٹک رول بنایا جائے۔</w:t>
      </w:r>
    </w:p>
    <w:p>
      <w:r>
        <w:rPr>
          <w:b/>
        </w:rPr>
        <w:t xml:space="preserve">[21:33] </w:t>
      </w:r>
      <w:r>
        <w:t>kyunke aap jante hain ke Saddam Hussein jo thay, woh military ko kar ke aaye thay power mein.</w:t>
      </w:r>
    </w:p>
    <w:p>
      <w:pPr>
        <w:jc w:val="right"/>
      </w:pPr>
      <w:r>
        <w:t>کیونکہ آپ جانتے ہیں کہ صدام حسین جو تھے، وہ ملٹری کو کر کے آئے تھے پاور میں۔</w:t>
      </w:r>
    </w:p>
    <w:p>
      <w:r>
        <w:rPr>
          <w:b/>
        </w:rPr>
        <w:t xml:space="preserve">[21:41] </w:t>
      </w:r>
      <w:r>
        <w:t>22 years tak woh dictator bane rahe.</w:t>
      </w:r>
    </w:p>
    <w:p>
      <w:pPr>
        <w:jc w:val="right"/>
      </w:pPr>
      <w:r>
        <w:t>22 ایئرز تک وہ ڈکٹیٹر بنے رہے۔</w:t>
      </w:r>
    </w:p>
    <w:p>
      <w:r>
        <w:rPr>
          <w:b/>
        </w:rPr>
        <w:t xml:space="preserve">[21:44] </w:t>
      </w:r>
      <w:r>
        <w:t>to that was enough for him.</w:t>
      </w:r>
    </w:p>
    <w:p>
      <w:pPr>
        <w:jc w:val="right"/>
      </w:pPr>
      <w:r>
        <w:t>تو دیٹ واز انف فار ہم۔</w:t>
      </w:r>
    </w:p>
    <w:p>
      <w:r>
        <w:rPr>
          <w:b/>
        </w:rPr>
        <w:t xml:space="preserve">[21:46] </w:t>
      </w:r>
      <w:r>
        <w:t>22 saal to bohat hote hain, woh gaddi chhod dete.</w:t>
      </w:r>
    </w:p>
    <w:p>
      <w:pPr>
        <w:jc w:val="right"/>
      </w:pPr>
      <w:r>
        <w:t>22 سال تو بہت ہوتے ہیں، وہ گدی چھوڑ دیتے۔</w:t>
      </w:r>
    </w:p>
    <w:p>
      <w:r>
        <w:rPr>
          <w:b/>
        </w:rPr>
        <w:t xml:space="preserve">[21:50] </w:t>
      </w:r>
      <w:r>
        <w:t>isi aanay wale mein ne aik article chhapa tha ke Saddam Hussein, charge before Saddam Hussein, ke gaddi</w:t>
      </w:r>
    </w:p>
    <w:p>
      <w:pPr>
        <w:jc w:val="right"/>
      </w:pPr>
      <w:r>
        <w:t>اسی آنے والے میں نے ایک آرٹیکل چھاپا تھا کہ صدام حسین، چارج بیفور صدام حسین، کہ گدی</w:t>
      </w:r>
    </w:p>
    <w:p>
      <w:r>
        <w:rPr>
          <w:b/>
        </w:rPr>
        <w:t xml:space="preserve">[21:58] </w:t>
      </w:r>
      <w:r>
        <w:t>chhod kar ke un ke paas us waqt aath bade bade palaces thay, aath palaces, bohat hi bade</w:t>
      </w:r>
    </w:p>
    <w:p>
      <w:pPr>
        <w:jc w:val="right"/>
      </w:pPr>
      <w:r>
        <w:t>چھوڑ کر کے ان کے پاس اس وقت اٹھ بڑے بڑے پیلسز تھے، اٹھ پیلسز، بہت ہی بڑے</w:t>
      </w:r>
    </w:p>
    <w:p>
      <w:r>
        <w:rPr>
          <w:b/>
        </w:rPr>
        <w:t xml:space="preserve">[22:06] </w:t>
      </w:r>
      <w:r>
        <w:t>bade, aur paisa bhi bohat tha un ke paas.</w:t>
      </w:r>
    </w:p>
    <w:p>
      <w:pPr>
        <w:jc w:val="right"/>
      </w:pPr>
      <w:r>
        <w:t>بڑے، اور پیسہ بھی بہت تھا ان کے پاس۔</w:t>
      </w:r>
    </w:p>
    <w:p>
      <w:r>
        <w:rPr>
          <w:b/>
        </w:rPr>
        <w:t xml:space="preserve">[22:10] </w:t>
      </w:r>
      <w:r>
        <w:t>to yeh mein ne likha tha ke gaddi chhod dein, aur Jefferson ne jis tarah se university banai</w:t>
      </w:r>
    </w:p>
    <w:p>
      <w:pPr>
        <w:jc w:val="right"/>
      </w:pPr>
      <w:r>
        <w:t>تو یہ میں نے لکھا تھا کہ گدی چھوڑ دیں، اور جفرسن نے جس طرح سے یونیورسٹی بنائی</w:t>
      </w:r>
    </w:p>
    <w:p>
      <w:r>
        <w:rPr>
          <w:b/>
        </w:rPr>
        <w:t xml:space="preserve">[22:17] </w:t>
      </w:r>
      <w:r>
        <w:t>thi, woh bhi aath bade bade college, aath university bana sakte hain.</w:t>
      </w:r>
    </w:p>
    <w:p>
      <w:pPr>
        <w:jc w:val="right"/>
      </w:pPr>
      <w:r>
        <w:t>تھی، وہ بھی اٹھ بڑے بڑے کالج، اٹھ یونیورسٹی بنا سکتے ہیں۔</w:t>
      </w:r>
    </w:p>
    <w:p>
      <w:r>
        <w:rPr>
          <w:b/>
        </w:rPr>
        <w:t xml:space="preserve">[22:23] </w:t>
      </w:r>
      <w:r>
        <w:t>to history, aik nai history banayenge woh Iraq mein, lekin unhon ne jazbat mein bhare hue thay,</w:t>
      </w:r>
    </w:p>
    <w:p>
      <w:pPr>
        <w:jc w:val="right"/>
      </w:pPr>
      <w:r>
        <w:t>تو ہسٹری، ایک نئی ہسٹری بنائیں گے وہ عراق میں، لیکن انہوں نے جذبات میں بھرے ہوئے تھے،</w:t>
      </w:r>
    </w:p>
    <w:p>
      <w:r>
        <w:rPr>
          <w:b/>
        </w:rPr>
        <w:t xml:space="preserve">[22:30] </w:t>
      </w:r>
      <w:r>
        <w:t>woh aur kahe thay ke hum ladenge America se, us ko khatm kar denge.</w:t>
      </w:r>
    </w:p>
    <w:p>
      <w:pPr>
        <w:jc w:val="right"/>
      </w:pPr>
      <w:r>
        <w:t>وہ اور کہے تھے کہ ہم لڑیں گے امریکہ سے، اس کو ختم کر دیں گے۔</w:t>
      </w:r>
    </w:p>
    <w:p>
      <w:r>
        <w:rPr>
          <w:b/>
        </w:rPr>
        <w:t xml:space="preserve">[22:37] </w:t>
      </w:r>
      <w:r>
        <w:t>unhon ne nara diya tha ke "Umm al-Ma'arik, mother of the battles, Umm al-Ma'arik, hum chhedenge America</w:t>
      </w:r>
    </w:p>
    <w:p>
      <w:pPr>
        <w:jc w:val="right"/>
      </w:pPr>
      <w:r>
        <w:t>انہوں نے نعرہ دیا تھا کہ "ام المعارک، مدر آف دا بیٹلز، ام المعارک، ہم چھیڑیں گے امریکہ</w:t>
      </w:r>
    </w:p>
    <w:p>
      <w:r>
        <w:rPr>
          <w:b/>
        </w:rPr>
        <w:t xml:space="preserve">[22:45] </w:t>
      </w:r>
      <w:r>
        <w:t>ke khilaf".</w:t>
      </w:r>
    </w:p>
    <w:p>
      <w:pPr>
        <w:jc w:val="right"/>
      </w:pPr>
      <w:r>
        <w:t>کے خلاف"۔</w:t>
      </w:r>
    </w:p>
    <w:p>
      <w:r>
        <w:rPr>
          <w:b/>
        </w:rPr>
        <w:t xml:space="preserve">[22:46] </w:t>
      </w:r>
      <w:r>
        <w:t>sab se badi ladai goya, lekin kiya hua? kuch bhi nahi hua.</w:t>
      </w:r>
    </w:p>
    <w:p>
      <w:pPr>
        <w:jc w:val="right"/>
      </w:pPr>
      <w:r>
        <w:t>سب سے بڑی لڑائی گویا، لیکن کیا ہوا؟ کچھ بھی نہیں ہوا۔</w:t>
      </w:r>
    </w:p>
    <w:p>
      <w:r>
        <w:rPr>
          <w:b/>
        </w:rPr>
        <w:t xml:space="preserve">[22:52] </w:t>
      </w:r>
      <w:r>
        <w:t>to agar emotion manage karna janta America to woh bach jata is defeat se jo us ko hui</w:t>
      </w:r>
    </w:p>
    <w:p>
      <w:pPr>
        <w:jc w:val="right"/>
      </w:pPr>
      <w:r>
        <w:t>تو اگر ایموشن مینج کرنا جانتا امریکہ تو وہ بچ جاتا اس ڈیفیٹ سے جو اس کو ہوئی</w:t>
      </w:r>
    </w:p>
    <w:p>
      <w:r>
        <w:rPr>
          <w:b/>
        </w:rPr>
        <w:t xml:space="preserve">[22:59] </w:t>
      </w:r>
      <w:r>
        <w:t>Iraq mein, aur emotion ko manage karna jante agar Saddam Hussein to woh bhi bach jaate is anjam</w:t>
      </w:r>
    </w:p>
    <w:p>
      <w:pPr>
        <w:jc w:val="right"/>
      </w:pPr>
      <w:r>
        <w:t>عراق میں، اور ایموشن کو مینج کرنا جانتے اگر صدام حسین تو وہ بھی بچ جاتے اس انجام</w:t>
      </w:r>
    </w:p>
    <w:p>
      <w:r>
        <w:rPr>
          <w:b/>
        </w:rPr>
        <w:t xml:space="preserve">[23:07] </w:t>
      </w:r>
      <w:r>
        <w:t>se jo un ko pesh aaya.</w:t>
      </w:r>
    </w:p>
    <w:p>
      <w:pPr>
        <w:jc w:val="right"/>
      </w:pPr>
      <w:r>
        <w:t>سے جو ان کو پیش آیا۔</w:t>
      </w:r>
    </w:p>
    <w:p>
      <w:r>
        <w:rPr>
          <w:b/>
        </w:rPr>
        <w:t xml:space="preserve">[23:10] </w:t>
      </w:r>
      <w:r>
        <w:t>sab ka yeh haal hai.</w:t>
      </w:r>
    </w:p>
    <w:p>
      <w:pPr>
        <w:jc w:val="right"/>
      </w:pPr>
      <w:r>
        <w:t>سب کا یہ حال ہے۔</w:t>
      </w:r>
    </w:p>
    <w:p>
      <w:r>
        <w:rPr>
          <w:b/>
        </w:rPr>
        <w:t xml:space="preserve">[23:12] </w:t>
      </w:r>
      <w:r>
        <w:t>abhi dekhiye, jo is waqt jahan daily jo news aa rahi hain media mein jammu kashmir ke bare</w:t>
      </w:r>
    </w:p>
    <w:p>
      <w:pPr>
        <w:jc w:val="right"/>
      </w:pPr>
      <w:r>
        <w:t>ابھی دیکھیے، جو اس وقت جہاں ڈیلی جو نیوز آ رہی ہیں میڈیا میں جموں کشمیر کے بارے</w:t>
      </w:r>
    </w:p>
    <w:p>
      <w:r>
        <w:rPr>
          <w:b/>
        </w:rPr>
        <w:t xml:space="preserve">[23:19] </w:t>
      </w:r>
      <w:r>
        <w:t>mein, woh kya hai? wahi is ka bhi ek hissa hai.</w:t>
      </w:r>
    </w:p>
    <w:p>
      <w:pPr>
        <w:jc w:val="right"/>
      </w:pPr>
      <w:r>
        <w:t>میں، وہ کیا ہے؟ وہی اس کا بھی ایک حصہ ہے۔</w:t>
      </w:r>
    </w:p>
    <w:p>
      <w:r>
        <w:rPr>
          <w:b/>
        </w:rPr>
        <w:t xml:space="preserve">[23:24] </w:t>
      </w:r>
      <w:r>
        <w:t>amnat ek bohat hi hinduon ka, ek bohat hi, yani bohat hi pavitr jagah hai jahan woh jate</w:t>
      </w:r>
    </w:p>
    <w:p>
      <w:pPr>
        <w:jc w:val="right"/>
      </w:pPr>
      <w:r>
        <w:t>امنات ایک بہت ہی ہندوؤں کا، ایک بہت ہی، یعنی بہت ہی پवित्र جگہ ہے جہاں وہ جاتے</w:t>
      </w:r>
    </w:p>
    <w:p>
      <w:r>
        <w:rPr>
          <w:b/>
        </w:rPr>
        <w:t xml:space="preserve">[23:32] </w:t>
      </w:r>
      <w:r>
        <w:t>hain darshan ke liye, puja ke liye.</w:t>
      </w:r>
    </w:p>
    <w:p>
      <w:pPr>
        <w:jc w:val="right"/>
      </w:pPr>
      <w:r>
        <w:t>ہیں درشن کے لیے، پوجا کے لیے۔</w:t>
      </w:r>
    </w:p>
    <w:p>
      <w:r>
        <w:rPr>
          <w:b/>
        </w:rPr>
        <w:t xml:space="preserve">[23:35] </w:t>
      </w:r>
      <w:r>
        <w:t>lakhon lakh log jate hain, bohat pehle se ja rahe hain.</w:t>
      </w:r>
    </w:p>
    <w:p>
      <w:pPr>
        <w:jc w:val="right"/>
      </w:pPr>
      <w:r>
        <w:t>لاکھوں لاکھ لوگ جاتے ہیں، بہت پہلے سے جا رہے ہیں۔</w:t>
      </w:r>
    </w:p>
    <w:p>
      <w:r>
        <w:rPr>
          <w:b/>
        </w:rPr>
        <w:t xml:space="preserve">[23:40] </w:t>
      </w:r>
      <w:r>
        <w:t>woh toh india bhar se aate hain, ek jagah wahan par akatha hote hain, phir wahan se aage</w:t>
      </w:r>
    </w:p>
    <w:p>
      <w:pPr>
        <w:jc w:val="right"/>
      </w:pPr>
      <w:r>
        <w:t>وہ تو انڈیا بھر سے آتے ہیں، ایک جگہ وہاں پر اکٹھا ہوتے ہیں، پھر وہاں سے آگے</w:t>
      </w:r>
    </w:p>
    <w:p>
      <w:r>
        <w:rPr>
          <w:b/>
        </w:rPr>
        <w:t xml:space="preserve">[23:47] </w:t>
      </w:r>
      <w:r>
        <w:t>woh charhai hai, pahaad hai.</w:t>
      </w:r>
    </w:p>
    <w:p>
      <w:pPr>
        <w:jc w:val="right"/>
      </w:pPr>
      <w:r>
        <w:t>وہ چڑھائی ہے، پہاڑ ہے۔</w:t>
      </w:r>
    </w:p>
    <w:p>
      <w:r>
        <w:rPr>
          <w:b/>
        </w:rPr>
        <w:t xml:space="preserve">[23:49] </w:t>
      </w:r>
      <w:r>
        <w:t>wahan par woh chhote chhote ghore hote hain jo tutoo is par charh kar jate hain, zyada tar</w:t>
      </w:r>
    </w:p>
    <w:p>
      <w:pPr>
        <w:jc w:val="right"/>
      </w:pPr>
      <w:r>
        <w:t>وہاں پر وہ چھوٹے چھوٹے گھوڑے ہوتے ہیں جو ٹٹو اس پر چڑھ کر جاتے ہیں، زیادہ تر</w:t>
      </w:r>
    </w:p>
    <w:p>
      <w:r>
        <w:rPr>
          <w:b/>
        </w:rPr>
        <w:t xml:space="preserve">[23:57] </w:t>
      </w:r>
      <w:r>
        <w:t>kyunke wahan par aakhir mein jahan pahunchna hai, wahan bus ya car nahi ja sakti.</w:t>
      </w:r>
    </w:p>
    <w:p>
      <w:pPr>
        <w:jc w:val="right"/>
      </w:pPr>
      <w:r>
        <w:t>کیونکہ وہاں پر آخر میں جہاں پہنچنا ہے، وہاں بس یا کار نہیں جا سکتی۔</w:t>
      </w:r>
    </w:p>
    <w:p>
      <w:r>
        <w:rPr>
          <w:b/>
        </w:rPr>
        <w:t xml:space="preserve">[24:04] </w:t>
      </w:r>
      <w:r>
        <w:t>toh khair, wahan se phir agla safar karte hain.</w:t>
      </w:r>
    </w:p>
    <w:p>
      <w:pPr>
        <w:jc w:val="right"/>
      </w:pPr>
      <w:r>
        <w:t>تو خیر، وہاں سے پھر اگلا سفر کرتے ہیں۔</w:t>
      </w:r>
    </w:p>
    <w:p>
      <w:r>
        <w:rPr>
          <w:b/>
        </w:rPr>
        <w:t xml:space="preserve">[24:07] </w:t>
      </w:r>
      <w:r>
        <w:t>toh wahan par ek jagah thi, pehle se thi, woh wahan pe akatha hote the, khana pani karte</w:t>
      </w:r>
    </w:p>
    <w:p>
      <w:pPr>
        <w:jc w:val="right"/>
      </w:pPr>
      <w:r>
        <w:t>تو وہاں پر ایک جگہ تھی، پہلے سے تھی، وہ وہاں پہ اکٹھا ہوتے تھے، کھانا پانی کرتے</w:t>
      </w:r>
    </w:p>
    <w:p>
      <w:r>
        <w:rPr>
          <w:b/>
        </w:rPr>
        <w:t xml:space="preserve">[24:15] </w:t>
      </w:r>
      <w:r>
        <w:t>the, phir jate the.</w:t>
      </w:r>
    </w:p>
    <w:p>
      <w:pPr>
        <w:jc w:val="right"/>
      </w:pPr>
      <w:r>
        <w:t>تھے، پھر جاتے تھے۔</w:t>
      </w:r>
    </w:p>
    <w:p>
      <w:r>
        <w:rPr>
          <w:b/>
        </w:rPr>
        <w:t xml:space="preserve">[24:17] </w:t>
      </w:r>
      <w:r>
        <w:t>toh in logon ne, hindu logon ne, ek ek samiti banai, amnat yatra samiti, aisa kuch naam is</w:t>
      </w:r>
    </w:p>
    <w:p>
      <w:pPr>
        <w:jc w:val="right"/>
      </w:pPr>
      <w:r>
        <w:t>تو ان لوگوں نے، ہندو لوگوں نے، ایک ایک سمیتی بنائی، امنات یاترا سمیتی، ایسا کچھ نام اس</w:t>
      </w:r>
    </w:p>
    <w:p>
      <w:r>
        <w:rPr>
          <w:b/>
        </w:rPr>
        <w:t xml:space="preserve">[24:25] </w:t>
      </w:r>
      <w:r>
        <w:t>ka, aur unhone chaha ke is ko hum ek legal shakal de dein.</w:t>
      </w:r>
    </w:p>
    <w:p>
      <w:pPr>
        <w:jc w:val="right"/>
      </w:pPr>
      <w:r>
        <w:t>کا، اور انہوں نے چاہا کہ اس کو ہم ایک لیگل شکل دے دیں۔</w:t>
      </w:r>
    </w:p>
    <w:p>
      <w:r>
        <w:rPr>
          <w:b/>
        </w:rPr>
        <w:t xml:space="preserve">[24:31] </w:t>
      </w:r>
      <w:r>
        <w:t>toh unhone government se mang ki, aur government ne woh, woh, woh zameen jo hai, unhein bech</w:t>
      </w:r>
    </w:p>
    <w:p>
      <w:pPr>
        <w:jc w:val="right"/>
      </w:pPr>
      <w:r>
        <w:t>تو انہوں نے گورنمنٹ سے مانگ کی، اور گورنمنٹ نے وہ، وہ، وہ زمین جو ہے، انہیں بیچ</w:t>
      </w:r>
    </w:p>
    <w:p>
      <w:r>
        <w:rPr>
          <w:b/>
        </w:rPr>
        <w:t xml:space="preserve">[24:38] </w:t>
      </w:r>
      <w:r>
        <w:t>di.</w:t>
      </w:r>
    </w:p>
    <w:p>
      <w:pPr>
        <w:jc w:val="right"/>
      </w:pPr>
      <w:r>
        <w:t>دی۔</w:t>
      </w:r>
    </w:p>
    <w:p>
      <w:r>
        <w:rPr>
          <w:b/>
        </w:rPr>
        <w:t xml:space="preserve">[24:40] </w:t>
      </w:r>
      <w:r>
        <w:t>hundred acre zameen thi woh.</w:t>
      </w:r>
    </w:p>
    <w:p>
      <w:pPr>
        <w:jc w:val="right"/>
      </w:pPr>
      <w:r>
        <w:t>ہنڈرڈ ایکڑ زمین تھی وہ۔</w:t>
      </w:r>
    </w:p>
    <w:p>
      <w:r>
        <w:rPr>
          <w:b/>
        </w:rPr>
        <w:t xml:space="preserve">[24:42] </w:t>
      </w:r>
      <w:r>
        <w:t>ab wahan ke musalmanon ne ek toofan machaya, road par aa gaye woh.</w:t>
      </w:r>
    </w:p>
    <w:p>
      <w:pPr>
        <w:jc w:val="right"/>
      </w:pPr>
      <w:r>
        <w:t>اب وہاں کے مسلمانوں نے ایک طوفان مچایا، روڈ پر آ گئے وہ۔</w:t>
      </w:r>
    </w:p>
    <w:p>
      <w:r>
        <w:rPr>
          <w:b/>
        </w:rPr>
        <w:t xml:space="preserve">[24:47] </w:t>
      </w:r>
      <w:r>
        <w:t>aur kya hua? is waqt itni zyada tabahi hai kashmir mein, jammu kashmir mein, road band hai, railway</w:t>
      </w:r>
    </w:p>
    <w:p>
      <w:pPr>
        <w:jc w:val="right"/>
      </w:pPr>
      <w:r>
        <w:t>اور کیا ہوا؟ اس وقت اتنی زیادہ تباہی ہے کشمیر میں، جموں کشمیر میں، روڈ بند ہے، ریلوے</w:t>
      </w:r>
    </w:p>
    <w:p>
      <w:r>
        <w:rPr>
          <w:b/>
        </w:rPr>
        <w:t xml:space="preserve">[24:55] </w:t>
      </w:r>
      <w:r>
        <w:t>link band hai, sara tabah ho raha hai.</w:t>
      </w:r>
    </w:p>
    <w:p>
      <w:pPr>
        <w:jc w:val="right"/>
      </w:pPr>
      <w:r>
        <w:t>لنک بند ہے، سارا تباہ ہو رہا ہے۔</w:t>
      </w:r>
    </w:p>
    <w:p>
      <w:r>
        <w:rPr>
          <w:b/>
        </w:rPr>
        <w:t xml:space="preserve">[24:59] </w:t>
      </w:r>
      <w:r>
        <w:t>mere paas daily telephone aate hain kashmir se, aaj subah bhi aaya ke hum log bohat museebat</w:t>
      </w:r>
    </w:p>
    <w:p>
      <w:pPr>
        <w:jc w:val="right"/>
      </w:pPr>
      <w:r>
        <w:t>میرے پاس ڈیلی ٹیلی فون آتے ہیں کشمیر سے، آج صبح بھی آیا کہ ہم لوگ بہت مصیبت</w:t>
      </w:r>
    </w:p>
    <w:p>
      <w:r>
        <w:rPr>
          <w:b/>
        </w:rPr>
        <w:t xml:space="preserve">[25:06] </w:t>
      </w:r>
      <w:r>
        <w:t>mein hain.</w:t>
      </w:r>
    </w:p>
    <w:p>
      <w:pPr>
        <w:jc w:val="right"/>
      </w:pPr>
      <w:r>
        <w:t>میں ہیں۔</w:t>
      </w:r>
    </w:p>
    <w:p>
      <w:r>
        <w:rPr>
          <w:b/>
        </w:rPr>
        <w:t xml:space="preserve">[25:08] </w:t>
      </w:r>
      <w:r>
        <w:t>toh museebat mein gaye toh ibad mujhamar tha.</w:t>
      </w:r>
    </w:p>
    <w:p>
      <w:pPr>
        <w:jc w:val="right"/>
      </w:pPr>
      <w:r>
        <w:t>تو مصیبت میں گئے تو ایباد مجاہمار تھا۔</w:t>
      </w:r>
    </w:p>
    <w:p>
      <w:r>
        <w:rPr>
          <w:b/>
        </w:rPr>
        <w:t xml:space="preserve">[25:11] </w:t>
      </w:r>
      <w:r>
        <w:t>main ne abhi ek article likha hai ke jo unko aitraz tha, jo objection tha kashmiriun ko,</w:t>
      </w:r>
    </w:p>
    <w:p>
      <w:pPr>
        <w:jc w:val="right"/>
      </w:pPr>
      <w:r>
        <w:t>میں نے ابھی ایک آرٹیکل لکھا ہے کہ جو ان کو اعتراض تھا، جو ابجیکشن تھا کشمیریوں کو،</w:t>
      </w:r>
    </w:p>
    <w:p>
      <w:r>
        <w:rPr>
          <w:b/>
        </w:rPr>
        <w:t xml:space="preserve">[25:19] </w:t>
      </w:r>
      <w:r>
        <w:t>woh yeh tha ke hamara jo constitution hai, constitution of india, is mein ek article hai 370, 370,</w:t>
      </w:r>
    </w:p>
    <w:p>
      <w:pPr>
        <w:jc w:val="right"/>
      </w:pPr>
      <w:r>
        <w:t>وہ یہ تھا کہ ہمارا جو کانسٹیٹیوشن ہے، کانسٹیٹیوشن آف انڈیا، اس میں ایک آرٹیکل ہے 370، 370،</w:t>
      </w:r>
    </w:p>
    <w:p>
      <w:r>
        <w:rPr>
          <w:b/>
        </w:rPr>
        <w:t xml:space="preserve">[25:27] </w:t>
      </w:r>
      <w:r>
        <w:t>woh hai kashmir ke baray mein.</w:t>
      </w:r>
    </w:p>
    <w:p>
      <w:pPr>
        <w:jc w:val="right"/>
      </w:pPr>
      <w:r>
        <w:t>وہ ہے کشمیر کے بارے میں۔</w:t>
      </w:r>
    </w:p>
    <w:p>
      <w:r>
        <w:rPr>
          <w:b/>
        </w:rPr>
        <w:t xml:space="preserve">[25:29] </w:t>
      </w:r>
      <w:r>
        <w:t>is mein yeh hai ke kashmir ko aik special status diya gaya hai.</w:t>
      </w:r>
    </w:p>
    <w:p>
      <w:pPr>
        <w:jc w:val="right"/>
      </w:pPr>
      <w:r>
        <w:t>اس میں یہ ہے کہ کشمیر کو ایک اسپیشل اسٹیٹس دیا گیا ہے۔</w:t>
      </w:r>
    </w:p>
    <w:p>
      <w:r>
        <w:rPr>
          <w:b/>
        </w:rPr>
        <w:t xml:space="preserve">[25:35] </w:t>
      </w:r>
      <w:r>
        <w:t>kashmir mein koi aadmi property wahi bana sakta hai jo kashmir mein paida hua ho, bahir ka aadmi</w:t>
      </w:r>
    </w:p>
    <w:p>
      <w:pPr>
        <w:jc w:val="right"/>
      </w:pPr>
      <w:r>
        <w:t>کشمیر میں کوئی آدمی پراپرٹی وہی بنا سکتا ہے جو کشمیر میں پیدا ہوا ہو، باہر کا آدمی</w:t>
      </w:r>
    </w:p>
    <w:p>
      <w:r>
        <w:rPr>
          <w:b/>
        </w:rPr>
        <w:t xml:space="preserve">[25:43] </w:t>
      </w:r>
      <w:r>
        <w:t>wahan par property nahi bana sakta, purchase nahi kar sakta.</w:t>
      </w:r>
    </w:p>
    <w:p>
      <w:pPr>
        <w:jc w:val="right"/>
      </w:pPr>
      <w:r>
        <w:t>وہاں پر پراپرٹی نہیں بنا سکتا، پرچیز نہیں کر سکتا۔</w:t>
      </w:r>
    </w:p>
    <w:p>
      <w:r>
        <w:rPr>
          <w:b/>
        </w:rPr>
        <w:t xml:space="preserve">[25:47] </w:t>
      </w:r>
      <w:r>
        <w:t>toh unhon ne jo samiti banai thi, jo committee, us mein aik do bahir ke aadmi bhi thay</w:t>
      </w:r>
    </w:p>
    <w:p>
      <w:pPr>
        <w:jc w:val="right"/>
      </w:pPr>
      <w:r>
        <w:t>تو انہوں نے جو سمیتی بنائی تھی، جو کمیٹی، اس میں ایک دو باہر کے آدمی بھی تھے</w:t>
      </w:r>
    </w:p>
    <w:p>
      <w:r>
        <w:rPr>
          <w:b/>
        </w:rPr>
        <w:t xml:space="preserve">[25:55] </w:t>
      </w:r>
      <w:r>
        <w:t>shayad, aur kashmir ke hindu thay.</w:t>
      </w:r>
    </w:p>
    <w:p>
      <w:pPr>
        <w:jc w:val="right"/>
      </w:pPr>
      <w:r>
        <w:t>شاید، اور کشمیر کے ہندو تھے۔</w:t>
      </w:r>
    </w:p>
    <w:p>
      <w:r>
        <w:rPr>
          <w:b/>
        </w:rPr>
        <w:t xml:space="preserve">[25:57] </w:t>
      </w:r>
      <w:r>
        <w:t>bas yeh aik legal ground tha, bas bohat hi technical ground tha yeh, is ko le kar ke</w:t>
      </w:r>
    </w:p>
    <w:p>
      <w:pPr>
        <w:jc w:val="right"/>
      </w:pPr>
      <w:r>
        <w:t>بس یہ ایک لیگل گراؤنڈ تھا، بس بہت ہی ٹیکنیکل گراؤنڈ تھا یہ، اس کو لے کر کے</w:t>
      </w:r>
    </w:p>
    <w:p>
      <w:r>
        <w:rPr>
          <w:b/>
        </w:rPr>
        <w:t xml:space="preserve">[26:05] </w:t>
      </w:r>
      <w:r>
        <w:t>hangama khara kar diya.</w:t>
      </w:r>
    </w:p>
    <w:p>
      <w:pPr>
        <w:jc w:val="right"/>
      </w:pPr>
      <w:r>
        <w:t>ہنگامہ کھڑا کر دیا۔</w:t>
      </w:r>
    </w:p>
    <w:p>
      <w:r>
        <w:rPr>
          <w:b/>
        </w:rPr>
        <w:t xml:space="preserve">[26:07] </w:t>
      </w:r>
      <w:r>
        <w:t>mein ab dekhen ke wahan par agar woh jazbat mein na atay, baith kar sochein toh un ke</w:t>
      </w:r>
    </w:p>
    <w:p>
      <w:pPr>
        <w:jc w:val="right"/>
      </w:pPr>
      <w:r>
        <w:t>میں اب دیکھیں کہ وہاں پر اگر وہ جذبات میں نہ آتے، بیٹھ کر سوچتے تو ان کے</w:t>
      </w:r>
    </w:p>
    <w:p>
      <w:r>
        <w:rPr>
          <w:b/>
        </w:rPr>
        <w:t xml:space="preserve">[26:14] </w:t>
      </w:r>
      <w:r>
        <w:t>zehan mein kya aata? ke yeh agar objectionable baat hai, tab bhi yeh jaye gi supreme court</w:t>
      </w:r>
    </w:p>
    <w:p>
      <w:pPr>
        <w:jc w:val="right"/>
      </w:pPr>
      <w:r>
        <w:t>ذہن میں کیا آتا؟ کہ یہ اگر ابجیکشن ایبل بات ہے، تب بھی یہ جائے گی سپریم کورٹ</w:t>
      </w:r>
    </w:p>
    <w:p>
      <w:r>
        <w:rPr>
          <w:b/>
        </w:rPr>
        <w:t xml:space="preserve">[26:22]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[26:24] </w:t>
      </w:r>
      <w:r>
        <w:t>yani constitution mein koi baat is ke khilaf hui hai toh kaun decide karega? is ko supreme</w:t>
      </w:r>
    </w:p>
    <w:p>
      <w:pPr>
        <w:jc w:val="right"/>
      </w:pPr>
      <w:r>
        <w:t>یعنی کانسٹیٹیوشن میں کوئی بات اس کے خلاف ہوئی ہے تو کون ڈیسائیڈ کرے گا؟ اس کو سپریم</w:t>
      </w:r>
    </w:p>
    <w:p>
      <w:r>
        <w:rPr>
          <w:b/>
        </w:rPr>
        <w:t xml:space="preserve">[26:31] </w:t>
      </w:r>
      <w:r>
        <w:t>court of india decide kare gi.</w:t>
      </w:r>
    </w:p>
    <w:p>
      <w:pPr>
        <w:jc w:val="right"/>
      </w:pPr>
      <w:r>
        <w:t>کورٹ آف انڈیا ڈیسائیڈ کرے گی۔</w:t>
      </w:r>
    </w:p>
    <w:p>
      <w:r>
        <w:rPr>
          <w:b/>
        </w:rPr>
        <w:t xml:space="preserve">[26:34] </w:t>
      </w:r>
      <w:r>
        <w:t>lekin woh kya kiya? unhon ne bajaye supreme court mein janay ke, woh aa gaye road par.</w:t>
      </w:r>
    </w:p>
    <w:p>
      <w:pPr>
        <w:jc w:val="right"/>
      </w:pPr>
      <w:r>
        <w:t>لیکن وہ کیا کیا؟ انہوں نے بجائے سپریم کورٹ میں جانے کے، وہ آگئے روڈ پر۔</w:t>
      </w:r>
    </w:p>
    <w:p>
      <w:r>
        <w:rPr>
          <w:b/>
        </w:rPr>
        <w:t xml:space="preserve">[26:41] </w:t>
      </w:r>
      <w:r>
        <w:t>agar woh emotion se kar ke sochein, aql se sochein, aql se toh unhein aik dam samajh mein</w:t>
      </w:r>
    </w:p>
    <w:p>
      <w:pPr>
        <w:jc w:val="right"/>
      </w:pPr>
      <w:r>
        <w:t>اگر وہ ایموشن سے کر کے سوچتے، عقل سے سوچتے، عقل سے تو انہیں ایک دم سمجھ میں</w:t>
      </w:r>
    </w:p>
    <w:p>
      <w:r>
        <w:rPr>
          <w:b/>
        </w:rPr>
        <w:t xml:space="preserve">[26:48] </w:t>
      </w:r>
      <w:r>
        <w:t>aa jata ke yeh baat jo hai constitution ki hai.</w:t>
      </w:r>
    </w:p>
    <w:p>
      <w:pPr>
        <w:jc w:val="right"/>
      </w:pPr>
      <w:r>
        <w:t>آ جاتا کہ یہ بات جو ہے کانسٹیٹیوشن کی ہے۔</w:t>
      </w:r>
    </w:p>
    <w:p>
      <w:r>
        <w:rPr>
          <w:b/>
        </w:rPr>
        <w:t xml:space="preserve">[26:53] </w:t>
      </w:r>
      <w:r>
        <w:t>toh supreme court mein chalo, wakeel ko hire karo, nikal paray road par, aur hangama khara kiya unhon</w:t>
      </w:r>
    </w:p>
    <w:p>
      <w:pPr>
        <w:jc w:val="right"/>
      </w:pPr>
      <w:r>
        <w:t>تو سپریم کورٹ میں چلو، وکیل کو ہائر کرو، نکل پڑے روڈ پر، اور ہنگامہ کھڑا کیا انہوں</w:t>
      </w:r>
    </w:p>
    <w:p>
      <w:r>
        <w:rPr>
          <w:b/>
        </w:rPr>
        <w:t xml:space="preserve">[27:00] </w:t>
      </w:r>
      <w:r>
        <w:t>ne.</w:t>
      </w:r>
    </w:p>
    <w:p>
      <w:pPr>
        <w:jc w:val="right"/>
      </w:pPr>
      <w:r>
        <w:t>نے۔</w:t>
      </w:r>
    </w:p>
    <w:p>
      <w:r>
        <w:rPr>
          <w:b/>
        </w:rPr>
        <w:t xml:space="preserve">[27:02] </w:t>
      </w:r>
      <w:r>
        <w:t>toh aap jante hain ke doosra jo party, doosra jo, kya woh chup rahe ga? us ne aur</w:t>
      </w:r>
    </w:p>
    <w:p>
      <w:pPr>
        <w:jc w:val="right"/>
      </w:pPr>
      <w:r>
        <w:t>تو آپ جانتے ہیں کہ دوسرا جو پارٹی، دوسرا جو، کیا وہ چپ رہے گا؟ اس نے اور</w:t>
      </w:r>
    </w:p>
    <w:p>
      <w:r>
        <w:rPr>
          <w:b/>
        </w:rPr>
        <w:t xml:space="preserve">[27:10] </w:t>
      </w:r>
      <w:r>
        <w:t>bahir ja kar, bahir ja kar hangama kiya.</w:t>
      </w:r>
    </w:p>
    <w:p>
      <w:pPr>
        <w:jc w:val="right"/>
      </w:pPr>
      <w:r>
        <w:t>باہر جا کر، باہر جا کر ہنگامہ کیا۔</w:t>
      </w:r>
    </w:p>
    <w:p>
      <w:r>
        <w:rPr>
          <w:b/>
        </w:rPr>
        <w:t xml:space="preserve">[27:13] </w:t>
      </w:r>
      <w:r>
        <w:t>ab is waqt kashmir, jammu kashmir ke musalman sakht pareshan hain.</w:t>
      </w:r>
    </w:p>
    <w:p>
      <w:pPr>
        <w:jc w:val="right"/>
      </w:pPr>
      <w:r>
        <w:t>اب اس وقت کشمیر، جموں کشمیر کے مسلمان سخت پریشان ہیں۔</w:t>
      </w:r>
    </w:p>
    <w:p>
      <w:r>
        <w:rPr>
          <w:b/>
        </w:rPr>
        <w:t xml:space="preserve">[27:18] </w:t>
      </w:r>
      <w:r>
        <w:t>yani un ka jo business tha, jo phalon ka business hai, is waqt woh ka season hai, is</w:t>
      </w:r>
    </w:p>
    <w:p>
      <w:pPr>
        <w:jc w:val="right"/>
      </w:pPr>
      <w:r>
        <w:t>یعنی ان کا جو بزنس تھا، جو پھلوں کا بزنس ہے، اس وقت وہ کا سیزن ہے، اس</w:t>
      </w:r>
    </w:p>
    <w:p>
      <w:r>
        <w:rPr>
          <w:b/>
        </w:rPr>
        <w:t xml:space="preserve">[27:25] </w:t>
      </w:r>
      <w:r>
        <w:t>ka karoron karoron rupay ka business ab tabah ho raha hai kyunke truck aa nahi sakte, truck band,</w:t>
      </w:r>
    </w:p>
    <w:p>
      <w:pPr>
        <w:jc w:val="right"/>
      </w:pPr>
      <w:r>
        <w:t>کا کروڑوں کروڑوں روپے کا بزنس اب تباہ ہو رہا ہے کیونکہ ٹرک آ نہیں سکتے، ٹرک بند،</w:t>
      </w:r>
    </w:p>
    <w:p>
      <w:r>
        <w:rPr>
          <w:b/>
        </w:rPr>
        <w:t xml:space="preserve">[27:33] </w:t>
      </w:r>
      <w:r>
        <w:t>link band, transport band.</w:t>
      </w:r>
    </w:p>
    <w:p>
      <w:pPr>
        <w:jc w:val="right"/>
      </w:pPr>
      <w:r>
        <w:t>لنک بند، ٹرانسپورٹ بند۔</w:t>
      </w:r>
    </w:p>
    <w:p>
      <w:r>
        <w:rPr>
          <w:b/>
        </w:rPr>
        <w:t xml:space="preserve">[27:35] </w:t>
      </w:r>
      <w:r>
        <w:t>toh yeh kya hai? emotion ko manage karna nahi jana in logon ne.</w:t>
      </w:r>
    </w:p>
    <w:p>
      <w:pPr>
        <w:jc w:val="right"/>
      </w:pPr>
      <w:r>
        <w:t>تو یہ کیا ہے؟ ایموشن کو مینج کرنا نہیں جانا ان لوگوں نے۔</w:t>
      </w:r>
    </w:p>
    <w:p>
      <w:r>
        <w:rPr>
          <w:b/>
        </w:rPr>
        <w:t xml:space="preserve">[27:40] </w:t>
      </w:r>
      <w:r>
        <w:t>un ke dil mein jo emotion ubhre the ke dekho bahar ke log yahan ghus rahe hain, hum</w:t>
      </w:r>
    </w:p>
    <w:p>
      <w:pPr>
        <w:jc w:val="right"/>
      </w:pPr>
      <w:r>
        <w:t>ان کے دل میں جو ایموشن ابھرے تھے کہ دیکھو باہر کے لوگ یہاں گھس رہے ہیں، ہم</w:t>
      </w:r>
    </w:p>
    <w:p>
      <w:r>
        <w:rPr>
          <w:b/>
        </w:rPr>
        <w:t xml:space="preserve">[27:48] </w:t>
      </w:r>
      <w:r>
        <w:t>bar-dasht nahin karenge is ko, to sochna chahiye tha ke bhai ghus rahe hain to road par</w:t>
      </w:r>
    </w:p>
    <w:p>
      <w:pPr>
        <w:jc w:val="right"/>
      </w:pPr>
      <w:r>
        <w:t>برداشت نہیں کریں گے اس کو، تو سوچنا چاہیے تھا کہ بھئی گھس رہے ہیں تو روڈ پر</w:t>
      </w:r>
    </w:p>
    <w:p>
      <w:r>
        <w:rPr>
          <w:b/>
        </w:rPr>
        <w:t xml:space="preserve">[27:56] </w:t>
      </w:r>
      <w:r>
        <w:t>thori is ka reason ho sakta hai jo supreme court mein hoga.</w:t>
      </w:r>
    </w:p>
    <w:p>
      <w:pPr>
        <w:jc w:val="right"/>
      </w:pPr>
      <w:r>
        <w:t>تھوڑی اس کا ریزن ہو سکتا ہے جو سپریم کورٹ میں ہوگا۔</w:t>
      </w:r>
    </w:p>
    <w:p>
      <w:r>
        <w:rPr>
          <w:b/>
        </w:rPr>
        <w:t xml:space="preserve">[28:01] </w:t>
      </w:r>
      <w:r>
        <w:t>ab aap ne jab yeh aisa kiya ke supreme court mein na ja kar aap road par aaye</w:t>
      </w:r>
    </w:p>
    <w:p>
      <w:pPr>
        <w:jc w:val="right"/>
      </w:pPr>
      <w:r>
        <w:t>اب آپ نے جب یہ ایسا کیا کہ سپریم کورٹ میں نہ جا کر آپ روڈ پر آئے</w:t>
      </w:r>
    </w:p>
    <w:p>
      <w:r>
        <w:rPr>
          <w:b/>
        </w:rPr>
        <w:t xml:space="preserve">[28:09] </w:t>
      </w:r>
      <w:r>
        <w:t>to kamane kya hui? doosre ko bhi aap ne justification de diya ke tum bhi aa sakte ho</w:t>
      </w:r>
    </w:p>
    <w:p>
      <w:pPr>
        <w:jc w:val="right"/>
      </w:pPr>
      <w:r>
        <w:t>تو کمانے کیا ہوئی؟ دوسرے کو بھی آپ نے جسٹیفیکیشن دے دیا کہ تم بھی آ سکتے ہو</w:t>
      </w:r>
    </w:p>
    <w:p>
      <w:r>
        <w:rPr>
          <w:b/>
        </w:rPr>
        <w:t xml:space="preserve">[28:16] </w:t>
      </w:r>
      <w:r>
        <w:t>road par.</w:t>
      </w:r>
    </w:p>
    <w:p>
      <w:pPr>
        <w:jc w:val="right"/>
      </w:pPr>
      <w:r>
        <w:t>روڈ پر۔</w:t>
      </w:r>
    </w:p>
    <w:p>
      <w:r>
        <w:rPr>
          <w:b/>
        </w:rPr>
        <w:t xml:space="preserve">[28:18] </w:t>
      </w:r>
      <w:r>
        <w:t>ab zara sochiye, jab aap ek aisa issue jo constitution ka, jis ka taluq constitution se hai, us</w:t>
      </w:r>
    </w:p>
    <w:p>
      <w:pPr>
        <w:jc w:val="right"/>
      </w:pPr>
      <w:r>
        <w:t>اب ذرا سوچیے، جب آپ ایک ایسا ایشو جو کانسٹیٹیوشن کا، جس کا تعلق کانسٹیٹیوشن سے ہے، اس</w:t>
      </w:r>
    </w:p>
    <w:p>
      <w:r>
        <w:rPr>
          <w:b/>
        </w:rPr>
        <w:t xml:space="preserve">[28:26] </w:t>
      </w:r>
      <w:r>
        <w:t>ke liye aap road par aa jayen, hungama karen to doosre party ko bhi to aap ne justification</w:t>
      </w:r>
    </w:p>
    <w:p>
      <w:pPr>
        <w:jc w:val="right"/>
      </w:pPr>
      <w:r>
        <w:t>کے لیے آپ روڈ پر آ جائیں، ہنگامہ کریں تو دوسرے پارٹی کو بھی تو آپ نے جسٹیفیکیشن</w:t>
      </w:r>
    </w:p>
    <w:p>
      <w:r>
        <w:rPr>
          <w:b/>
        </w:rPr>
        <w:t xml:space="preserve">[28:33] </w:t>
      </w:r>
      <w:r>
        <w:t>de diya ke tum bhi aa sakte ho road par.</w:t>
      </w:r>
    </w:p>
    <w:p>
      <w:pPr>
        <w:jc w:val="right"/>
      </w:pPr>
      <w:r>
        <w:t>دے دیا کہ تم بھی آ سکتے ہو روڈ پر۔</w:t>
      </w:r>
    </w:p>
    <w:p>
      <w:r>
        <w:rPr>
          <w:b/>
        </w:rPr>
        <w:t xml:space="preserve">[28:38] </w:t>
      </w:r>
      <w:r>
        <w:t>achha, woh hai majority mein, aap hain majority mein to kya hoga? aap das aayenge to woh</w:t>
      </w:r>
    </w:p>
    <w:p>
      <w:pPr>
        <w:jc w:val="right"/>
      </w:pPr>
      <w:r>
        <w:t>اچھا، وہ ہے میجورٹی میں، آپ ہیں میجورٹی میں تو کیا ہوگا؟ آپ دس آئیں گے تو وہ</w:t>
      </w:r>
    </w:p>
    <w:p>
      <w:r>
        <w:rPr>
          <w:b/>
        </w:rPr>
        <w:t xml:space="preserve">[28:45] </w:t>
      </w:r>
      <w:r>
        <w:t>das hazar aayenge.</w:t>
      </w:r>
    </w:p>
    <w:p>
      <w:pPr>
        <w:jc w:val="right"/>
      </w:pPr>
      <w:r>
        <w:t>دس ہزار آئیں گے۔</w:t>
      </w:r>
    </w:p>
    <w:p>
      <w:r>
        <w:rPr>
          <w:b/>
        </w:rPr>
        <w:t xml:space="preserve">[28:47] </w:t>
      </w:r>
      <w:r>
        <w:t>yeh hai emotion ko follow karne ka result.</w:t>
      </w:r>
    </w:p>
    <w:p>
      <w:pPr>
        <w:jc w:val="right"/>
      </w:pPr>
      <w:r>
        <w:t>یہ ہے ایموشن کو فالو کرنے کا رزلٹ۔</w:t>
      </w:r>
    </w:p>
    <w:p>
      <w:r>
        <w:rPr>
          <w:b/>
        </w:rPr>
        <w:t xml:space="preserve">[28:51] </w:t>
      </w:r>
      <w:r>
        <w:t>yahi sari duniya mein ho raha hai, aur musalman jo hai cheekte hain ke hamare sath zulm ho</w:t>
      </w:r>
    </w:p>
    <w:p>
      <w:pPr>
        <w:jc w:val="right"/>
      </w:pPr>
      <w:r>
        <w:t>یہی ساری دنیا میں ہو رہا ہے، اور مسلمان جو ہے چیختے ہیں کہ ہمارے ساتھ ظلم ہو</w:t>
      </w:r>
    </w:p>
    <w:p>
      <w:r>
        <w:rPr>
          <w:b/>
        </w:rPr>
        <w:t xml:space="preserve">[28:58] </w:t>
      </w:r>
      <w:r>
        <w:t>raha hai.</w:t>
      </w:r>
    </w:p>
    <w:p>
      <w:pPr>
        <w:jc w:val="right"/>
      </w:pPr>
      <w:r>
        <w:t>رہا ہے۔</w:t>
      </w:r>
    </w:p>
    <w:p>
      <w:r>
        <w:rPr>
          <w:b/>
        </w:rPr>
        <w:t xml:space="preserve">[29:00] </w:t>
      </w:r>
      <w:r>
        <w:t>ظلم کہاں ہو رہا ہے؟ یعنی you are paying the price of your own mistake.</w:t>
      </w:r>
    </w:p>
    <w:p>
      <w:pPr>
        <w:jc w:val="right"/>
      </w:pPr>
      <w:r>
        <w:t>ظلم کہاں ہو رہا ہے؟ یعنی یو آر پینگ دا پرائس آف یور یور اون مسٹیک۔</w:t>
      </w:r>
    </w:p>
    <w:p>
      <w:r>
        <w:rPr>
          <w:b/>
        </w:rPr>
        <w:t xml:space="preserve">[29:07] </w:t>
      </w:r>
      <w:r>
        <w:t>You are paying the price of your own mistake.</w:t>
      </w:r>
    </w:p>
    <w:p>
      <w:pPr>
        <w:jc w:val="right"/>
      </w:pPr>
      <w:r>
        <w:t>یو آر پینگ دا پرائس آف یور اون مسٹیک۔</w:t>
      </w:r>
    </w:p>
    <w:p>
      <w:r>
        <w:rPr>
          <w:b/>
        </w:rPr>
        <w:t xml:space="preserve">[29:10] </w:t>
      </w:r>
      <w:r>
        <w:t>yani jo is waqt aap jante hain ke sab se bara issue kya hai muslim world mein.</w:t>
      </w:r>
    </w:p>
    <w:p>
      <w:pPr>
        <w:jc w:val="right"/>
      </w:pPr>
      <w:r>
        <w:t>یعنی جو اس وقت آپ جانتے ہیں کہ سب سے بڑا ایشو کیا ہے مسلم ورلڈ میں۔</w:t>
      </w:r>
    </w:p>
    <w:p>
      <w:r>
        <w:rPr>
          <w:b/>
        </w:rPr>
        <w:t xml:space="preserve">[29:18] </w:t>
      </w:r>
      <w:r>
        <w:t>mein in baton ko, mujhe is se koi matlab nahin hai, lekin mera jo talab hai woh kya</w:t>
      </w:r>
    </w:p>
    <w:p>
      <w:pPr>
        <w:jc w:val="right"/>
      </w:pPr>
      <w:r>
        <w:t>میں ان باتوں کو، مجھے اس سے کوئی مطلب نہیں ہے، لیکن میرا جو طلب ہے وہ کیا</w:t>
      </w:r>
    </w:p>
    <w:p>
      <w:r>
        <w:rPr>
          <w:b/>
        </w:rPr>
        <w:t xml:space="preserve">[29:25] </w:t>
      </w:r>
      <w:r>
        <w:t>hai? dawah.</w:t>
      </w:r>
    </w:p>
    <w:p>
      <w:pPr>
        <w:jc w:val="right"/>
      </w:pPr>
      <w:r>
        <w:t>ہے؟ دعویٰ۔</w:t>
      </w:r>
    </w:p>
    <w:p>
      <w:r>
        <w:rPr>
          <w:b/>
        </w:rPr>
        <w:t xml:space="preserve">[29:27] </w:t>
      </w:r>
      <w:r>
        <w:t>dawah is the first casualty of this kind of politics.</w:t>
      </w:r>
    </w:p>
    <w:p>
      <w:pPr>
        <w:jc w:val="right"/>
      </w:pPr>
      <w:r>
        <w:t>دعویٰ از دا فرسٹ کیژولٹی آف دس کائنڈ آف پولیٹکس۔</w:t>
      </w:r>
    </w:p>
    <w:p>
      <w:r>
        <w:rPr>
          <w:b/>
        </w:rPr>
        <w:t xml:space="preserve">[29:31] </w:t>
      </w:r>
      <w:r>
        <w:t>meri taraf yeh nahin hai ke log jo jo kuch ho raha hai, jo papers mein parhte hain,</w:t>
      </w:r>
    </w:p>
    <w:p>
      <w:pPr>
        <w:jc w:val="right"/>
      </w:pPr>
      <w:r>
        <w:t>میری طرف یہ نہیں ہے کہ لوگ جو جو کچھ ہو رہا ہے، جو پیپروں میں پڑھتے ہیں،</w:t>
      </w:r>
    </w:p>
    <w:p>
      <w:r>
        <w:rPr>
          <w:b/>
        </w:rPr>
        <w:t xml:space="preserve">[29:39] </w:t>
      </w:r>
      <w:r>
        <w:t>aap woh mera concern nahin hai.</w:t>
      </w:r>
    </w:p>
    <w:p>
      <w:pPr>
        <w:jc w:val="right"/>
      </w:pPr>
      <w:r>
        <w:t>آپ وہ میرا کنسرن نہیں ہے۔</w:t>
      </w:r>
    </w:p>
    <w:p>
      <w:r>
        <w:rPr>
          <w:b/>
        </w:rPr>
        <w:t xml:space="preserve">[29:42] </w:t>
      </w:r>
      <w:r>
        <w:t>mera concern yeh hai ke yeh sab kar ke musalman jo hain, dawah work se yani door ho</w:t>
      </w:r>
    </w:p>
    <w:p>
      <w:pPr>
        <w:jc w:val="right"/>
      </w:pPr>
      <w:r>
        <w:t>میرا کنسرن یہ ہے کہ یہ سب کر کے مسلمان جو ہیں، دعویٰ ورک سے یعنی دور ہو</w:t>
      </w:r>
    </w:p>
    <w:p>
      <w:r>
        <w:rPr>
          <w:b/>
        </w:rPr>
        <w:t xml:space="preserve">[29:49]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[29:51] </w:t>
      </w:r>
      <w:r>
        <w:t>un ki energy, un ka paisa, un ka time sab kahan lag raha hai? jhoote jhagron mein, aur</w:t>
      </w:r>
    </w:p>
    <w:p>
      <w:pPr>
        <w:jc w:val="right"/>
      </w:pPr>
      <w:r>
        <w:t>ان کی انرجی، ان کا پیسہ، ان کا ٹائم سب کہاں لگ رہا ہے؟ جھوٹے جھگڑوں میں، اور</w:t>
      </w:r>
    </w:p>
    <w:p>
      <w:r>
        <w:rPr>
          <w:b/>
        </w:rPr>
        <w:t xml:space="preserve">[29:58] </w:t>
      </w:r>
      <w:r>
        <w:t>dawah work nahin kar pa rahe hain.</w:t>
      </w:r>
    </w:p>
    <w:p>
      <w:pPr>
        <w:jc w:val="right"/>
      </w:pPr>
      <w:r>
        <w:t>دعویٰ ورک نہیں کر پا رہے ہیں۔</w:t>
      </w:r>
    </w:p>
    <w:p>
      <w:r>
        <w:rPr>
          <w:b/>
        </w:rPr>
        <w:t xml:space="preserve">[30:01] </w:t>
      </w:r>
      <w:r>
        <w:t>woh so dawah is the first casualty of this kind of politics.</w:t>
      </w:r>
    </w:p>
    <w:p>
      <w:pPr>
        <w:jc w:val="right"/>
      </w:pPr>
      <w:r>
        <w:t>وہ سو دعویٰ از دا فرسٹ کیژولٹی آف دس کائنڈ آف پولیٹکس۔</w:t>
      </w:r>
    </w:p>
    <w:p>
      <w:r>
        <w:rPr>
          <w:b/>
        </w:rPr>
        <w:t xml:space="preserve">[30:07] </w:t>
      </w:r>
      <w:r>
        <w:t>ab dekhiye ke jo sab se bara issue mana jata hai, woh falasteen ka mana jata hai.</w:t>
      </w:r>
    </w:p>
    <w:p>
      <w:pPr>
        <w:jc w:val="right"/>
      </w:pPr>
      <w:r>
        <w:t>اب دیکھیے کہ جو سب سے بڑا ایشو مانا جاتا ہے، وہ فلسطین کا مانا جاتا ہے۔</w:t>
      </w:r>
    </w:p>
    <w:p>
      <w:r>
        <w:rPr>
          <w:b/>
        </w:rPr>
        <w:t xml:space="preserve">[30:14] </w:t>
      </w:r>
      <w:r>
        <w:t>falasteen, ab dekhiye, woh is ko aap dekhiye, sara arab world is isi mein phansa hua hai, aur</w:t>
      </w:r>
    </w:p>
    <w:p>
      <w:pPr>
        <w:jc w:val="right"/>
      </w:pPr>
      <w:r>
        <w:t>فلسطین، اب دیکھیے، وہ اس کو آپ دیکھیے، سارا عرب ورلڈ اس اسی میں پھنسا ہوا ہے، اور</w:t>
      </w:r>
    </w:p>
    <w:p>
      <w:r>
        <w:rPr>
          <w:b/>
        </w:rPr>
        <w:t xml:space="preserve">[30:22] </w:t>
      </w:r>
      <w:r>
        <w:t>daawa work kuch bhi nahin.</w:t>
      </w:r>
    </w:p>
    <w:p>
      <w:pPr>
        <w:jc w:val="right"/>
      </w:pPr>
      <w:r>
        <w:t>دعویٰ ورک کچھ بھی نہیں۔</w:t>
      </w:r>
    </w:p>
    <w:p>
      <w:r>
        <w:rPr>
          <w:b/>
        </w:rPr>
        <w:t xml:space="preserve">[30:24] </w:t>
      </w:r>
      <w:r>
        <w:t>yani billion trillion dollar kharch karte hue bhi kuch mila nahin falasteen mein, aur daawa work bilkul thap</w:t>
      </w:r>
    </w:p>
    <w:p>
      <w:pPr>
        <w:jc w:val="right"/>
      </w:pPr>
      <w:r>
        <w:t>یعنی بلین ٹریلین ڈالر خرچ کرتے ہوئے بھی کچھ ملا نہیں فلسطین میں، اور دعویٰ ورک بالکل ٹھپ</w:t>
      </w:r>
    </w:p>
    <w:p>
      <w:r>
        <w:rPr>
          <w:b/>
        </w:rPr>
        <w:t xml:space="preserve">[30:31] </w:t>
      </w:r>
      <w:r>
        <w:t>hua hai.</w:t>
      </w:r>
    </w:p>
    <w:p>
      <w:pPr>
        <w:jc w:val="right"/>
      </w:pPr>
      <w:r>
        <w:t>ہے۔</w:t>
      </w:r>
    </w:p>
    <w:p>
      <w:r>
        <w:rPr>
          <w:b/>
        </w:rPr>
        <w:t xml:space="preserve">[30:33] </w:t>
      </w:r>
      <w:r>
        <w:t>1948 mein yeh hua, azm wahan par ek movement chal rahi thi yahudiyon ki, is ka naam tha</w:t>
      </w:r>
    </w:p>
    <w:p>
      <w:pPr>
        <w:jc w:val="right"/>
      </w:pPr>
      <w:r>
        <w:t>1948 میں یہ ہوا، عزم وہاں پر ایک موومنٹ چل رہی تھی یہودیوں کی، اس کا نام تھا</w:t>
      </w:r>
    </w:p>
    <w:p>
      <w:r>
        <w:rPr>
          <w:b/>
        </w:rPr>
        <w:t xml:space="preserve">[30:41] </w:t>
      </w:r>
      <w:r>
        <w:t>zionist movement, return to zion.</w:t>
      </w:r>
    </w:p>
    <w:p>
      <w:pPr>
        <w:jc w:val="right"/>
      </w:pPr>
      <w:r>
        <w:t>زائنسٹ موومنٹ، ریٹرن ٹو زائن۔</w:t>
      </w:r>
    </w:p>
    <w:p>
      <w:r>
        <w:rPr>
          <w:b/>
        </w:rPr>
        <w:t xml:space="preserve">[30:43] </w:t>
      </w:r>
      <w:r>
        <w:t>zion ek ek mountain hai yerushalayim mein, to wapsi zion ki, wapas yani yerushalayim ke liye wapsi, falasteen</w:t>
      </w:r>
    </w:p>
    <w:p>
      <w:pPr>
        <w:jc w:val="right"/>
      </w:pPr>
      <w:r>
        <w:t>زائن ایک ایک ماؤنٹین ہے یروشلم میں، تو واپسی زائن کی، واپس یعنی یروشلم کے لیے واپسی، فلسطین</w:t>
      </w:r>
    </w:p>
    <w:p>
      <w:r>
        <w:rPr>
          <w:b/>
        </w:rPr>
        <w:t xml:space="preserve">[30:51] </w:t>
      </w:r>
      <w:r>
        <w:t>ki taraf wapsi.</w:t>
      </w:r>
    </w:p>
    <w:p>
      <w:pPr>
        <w:jc w:val="right"/>
      </w:pPr>
      <w:r>
        <w:t>کی طرف واپسی۔</w:t>
      </w:r>
    </w:p>
    <w:p>
      <w:r>
        <w:rPr>
          <w:b/>
        </w:rPr>
        <w:t xml:space="preserve">[30:52] </w:t>
      </w:r>
      <w:r>
        <w:t>to is ko kehte the woh log return to zion, zion.</w:t>
      </w:r>
    </w:p>
    <w:p>
      <w:pPr>
        <w:jc w:val="right"/>
      </w:pPr>
      <w:r>
        <w:t>تو اس کو کہتے تھے وہ لوگ ریٹرن ٹو زائن، زیڈ آئی او این۔</w:t>
      </w:r>
    </w:p>
    <w:p>
      <w:r>
        <w:rPr>
          <w:b/>
        </w:rPr>
        <w:t xml:space="preserve">[30:58] </w:t>
      </w:r>
      <w:r>
        <w:t>to yeh chal rahi thi bohat dinon se, is ki lambi, bohat lambi kahani hai.</w:t>
      </w:r>
    </w:p>
    <w:p>
      <w:pPr>
        <w:jc w:val="right"/>
      </w:pPr>
      <w:r>
        <w:t>تو یہ چل رہی تھی بہت دنوں سے، اس کی لمبی، بہت لمبی کہانی ہے۔</w:t>
      </w:r>
    </w:p>
    <w:p>
      <w:r>
        <w:rPr>
          <w:b/>
        </w:rPr>
        <w:t xml:space="preserve">[31:04] </w:t>
      </w:r>
      <w:r>
        <w:t>to 1948 mein woh international body se manwane mein kamyab ho gaye ke hum ko wapsi ka aijaz</w:t>
      </w:r>
    </w:p>
    <w:p>
      <w:pPr>
        <w:jc w:val="right"/>
      </w:pPr>
      <w:r>
        <w:t>تو 1948 میں وہ انٹرنیشنل باڈی سے منوانے میں کامیاب ہو گئے کہ ہم کو واپسی کا اعجاز</w:t>
      </w:r>
    </w:p>
    <w:p>
      <w:r>
        <w:rPr>
          <w:b/>
        </w:rPr>
        <w:t xml:space="preserve">[31:12] </w:t>
      </w:r>
      <w:r>
        <w:t>diya jaye.</w:t>
      </w:r>
    </w:p>
    <w:p>
      <w:pPr>
        <w:jc w:val="right"/>
      </w:pPr>
      <w:r>
        <w:t>دیا جائے۔</w:t>
      </w:r>
    </w:p>
    <w:p>
      <w:r>
        <w:rPr>
          <w:b/>
        </w:rPr>
        <w:t xml:space="preserve">[31:14] </w:t>
      </w:r>
      <w:r>
        <w:t>to 1948 mein jo jo baz yahudi jo bahar the, yani falasteen se bahar, un ko wapsi ka</w:t>
      </w:r>
    </w:p>
    <w:p>
      <w:pPr>
        <w:jc w:val="right"/>
      </w:pPr>
      <w:r>
        <w:t>تو 1948 میں جو جو بعض یہودی جو باہر تھے، یعنی فلسطین سے باہر، ان کو واپسی کا</w:t>
      </w:r>
    </w:p>
    <w:p>
      <w:r>
        <w:rPr>
          <w:b/>
        </w:rPr>
        <w:t xml:space="preserve">[31:21] </w:t>
      </w:r>
      <w:r>
        <w:t>aijaz de di international body ne, woh aana shuru hui.</w:t>
      </w:r>
    </w:p>
    <w:p>
      <w:pPr>
        <w:jc w:val="right"/>
      </w:pPr>
      <w:r>
        <w:t>اعجاز دے دی انٹرنیشنل باڈی نے، وہ آنا شروع ہوئی۔</w:t>
      </w:r>
    </w:p>
    <w:p>
      <w:r>
        <w:rPr>
          <w:b/>
        </w:rPr>
        <w:t xml:space="preserve">[31:26] </w:t>
      </w:r>
      <w:r>
        <w:t>is waqt hazrat bunnah, jo top most leader the arab arab world ke, hasan al bunnah, unhon ne cairo</w:t>
      </w:r>
    </w:p>
    <w:p>
      <w:pPr>
        <w:jc w:val="right"/>
      </w:pPr>
      <w:r>
        <w:t>اس وقت حضرت بنہ، جو ٹاپ موسٹ لیڈر تھے عرب عرب ورلڈ کے، حسن البنہ، انہوں نے قاہرہ</w:t>
      </w:r>
    </w:p>
    <w:p>
      <w:r>
        <w:rPr>
          <w:b/>
        </w:rPr>
        <w:t xml:space="preserve">[31:33] </w:t>
      </w:r>
      <w:r>
        <w:t>mein ek jaloos nikala, procession.</w:t>
      </w:r>
    </w:p>
    <w:p>
      <w:pPr>
        <w:jc w:val="right"/>
      </w:pPr>
      <w:r>
        <w:t>میں ایک جلوس نکالا، پروسیشن۔</w:t>
      </w:r>
    </w:p>
    <w:p>
      <w:r>
        <w:rPr>
          <w:b/>
        </w:rPr>
        <w:t xml:space="preserve">[31:36] </w:t>
      </w:r>
      <w:r>
        <w:t>kaha jata hai ke ek lakh arab is mein shamil the, 100 tha hazrat bunnah is ke leader</w:t>
      </w:r>
    </w:p>
    <w:p>
      <w:pPr>
        <w:jc w:val="right"/>
      </w:pPr>
      <w:r>
        <w:t>کہا جاتا ہے کہ ایک لاکھ عرب اس میں شامل تھے، 100 تھا حضرت بنہ اس کے لیڈر</w:t>
      </w:r>
    </w:p>
    <w:p>
      <w:r>
        <w:rPr>
          <w:b/>
        </w:rPr>
        <w:t xml:space="preserve">[31:43]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[31:45] </w:t>
      </w:r>
      <w:r>
        <w:t>wahan naarah kya tha? labbaik ya falasteen, labbaik ya falasteen.</w:t>
      </w:r>
    </w:p>
    <w:p>
      <w:pPr>
        <w:jc w:val="right"/>
      </w:pPr>
      <w:r>
        <w:t>وہاں نعرہ کیا تھا؟ لبیک یا فلسطین، لبیک یا فلسطین۔</w:t>
      </w:r>
    </w:p>
    <w:p>
      <w:r>
        <w:rPr>
          <w:b/>
        </w:rPr>
        <w:t xml:space="preserve">[31:49] </w:t>
      </w:r>
      <w:r>
        <w:t>yani hum hazir hain, hum hazir hain, har kisi jihad karne ke liye.</w:t>
      </w:r>
    </w:p>
    <w:p>
      <w:pPr>
        <w:jc w:val="right"/>
      </w:pPr>
      <w:r>
        <w:t>یعنی ہم حاضر ہیں، ہم حاضر ہیں، ہر کسی جہاد کرنے کے لیے۔</w:t>
      </w:r>
    </w:p>
    <w:p>
      <w:r>
        <w:rPr>
          <w:b/>
        </w:rPr>
        <w:t xml:space="preserve">[31:55] </w:t>
      </w:r>
      <w:r>
        <w:t>ab jo jihad shuru hua arbon se aur yahudiyon se, aaj tak chal raha hai, aur is mein</w:t>
      </w:r>
    </w:p>
    <w:p>
      <w:pPr>
        <w:jc w:val="right"/>
      </w:pPr>
      <w:r>
        <w:t>اب جو جہاد شروع ہوا عربوں سے اور یہودیوں سے، آج تک چل رہا ہے، اور اس میں</w:t>
      </w:r>
    </w:p>
    <w:p>
      <w:r>
        <w:rPr>
          <w:b/>
        </w:rPr>
        <w:t xml:space="preserve">[32:02] </w:t>
      </w:r>
      <w:r>
        <w:t>kis ko nuqsan ho raha hai? arbon ko.</w:t>
      </w:r>
    </w:p>
    <w:p>
      <w:pPr>
        <w:jc w:val="right"/>
      </w:pPr>
      <w:r>
        <w:t>کس کو نقصان ہو رہا ہے؟ عربوں کو۔</w:t>
      </w:r>
    </w:p>
    <w:p>
      <w:r>
        <w:rPr>
          <w:b/>
        </w:rPr>
        <w:t xml:space="preserve">[32:06] </w:t>
      </w:r>
      <w:r>
        <w:t>ab mein yeh aap se arz karna chahta hoon ke agar woh emotion ko follow na kiya hota,</w:t>
      </w:r>
    </w:p>
    <w:p>
      <w:pPr>
        <w:jc w:val="right"/>
      </w:pPr>
      <w:r>
        <w:t>اب میں یہ آپ سے عرض کرنا چاہتا ہوں کہ اگر وہ ایموشن کو فالو نہ کیا ہوتا،</w:t>
      </w:r>
    </w:p>
    <w:p>
      <w:r>
        <w:rPr>
          <w:b/>
        </w:rPr>
        <w:t xml:space="preserve">[32:13] </w:t>
      </w:r>
      <w:r>
        <w:t>sochte, jante kya hota.</w:t>
      </w:r>
    </w:p>
    <w:p>
      <w:pPr>
        <w:jc w:val="right"/>
      </w:pPr>
      <w:r>
        <w:t>سوچتے، جانتے کیا ہوتا۔</w:t>
      </w:r>
    </w:p>
    <w:p>
      <w:r>
        <w:rPr>
          <w:b/>
        </w:rPr>
        <w:t xml:space="preserve">[32:15] </w:t>
      </w:r>
      <w:r>
        <w:t>is par beshumar books likhi gayi hain, lekin asal point jo hai, woh kisi ne likha nahin.</w:t>
      </w:r>
    </w:p>
    <w:p>
      <w:pPr>
        <w:jc w:val="right"/>
      </w:pPr>
      <w:r>
        <w:t>اس پر بے شمار بکس لکھی گئی ہیں، لیکن اصل پوائنٹ جو ہے، وہ کسی نے لکھا نہیں۔</w:t>
      </w:r>
    </w:p>
    <w:p>
      <w:r>
        <w:rPr>
          <w:b/>
        </w:rPr>
        <w:t xml:space="preserve">[32:23] </w:t>
      </w:r>
      <w:r>
        <w:t>is ko yani hazaron hazar kitabein likhi gayi hain English mein, Arabic mein, Persian mein, Urdu mein, har</w:t>
      </w:r>
    </w:p>
    <w:p>
      <w:pPr>
        <w:jc w:val="right"/>
      </w:pPr>
      <w:r>
        <w:t>اس کو یعنی ہزاروں ہزار کتابیں لکھی گئی ہیں انگلش میں، عربی میں، پرشین میں، اردو میں، ہر</w:t>
      </w:r>
    </w:p>
    <w:p>
      <w:r>
        <w:rPr>
          <w:b/>
        </w:rPr>
        <w:t xml:space="preserve">[32:31] </w:t>
      </w:r>
      <w:r>
        <w:t>language mein.</w:t>
      </w:r>
    </w:p>
    <w:p>
      <w:pPr>
        <w:jc w:val="right"/>
      </w:pPr>
      <w:r>
        <w:t>لینگویج میں۔</w:t>
      </w:r>
    </w:p>
    <w:p>
      <w:r>
        <w:rPr>
          <w:b/>
        </w:rPr>
        <w:t xml:space="preserve">[32:32] </w:t>
      </w:r>
      <w:r>
        <w:t>asal point is mein ghayab hai.</w:t>
      </w:r>
    </w:p>
    <w:p>
      <w:pPr>
        <w:jc w:val="right"/>
      </w:pPr>
      <w:r>
        <w:t>اصل پوائنٹ اس میں غائب ہے۔</w:t>
      </w:r>
    </w:p>
    <w:p>
      <w:r>
        <w:rPr>
          <w:b/>
        </w:rPr>
        <w:t xml:space="preserve">[32:35] </w:t>
      </w:r>
      <w:r>
        <w:t>kyun? sab log likhte hain emotion mein, bas hamare sath zulm ho raha hai, hamare sath conspiracy ho</w:t>
      </w:r>
    </w:p>
    <w:p>
      <w:pPr>
        <w:jc w:val="right"/>
      </w:pPr>
      <w:r>
        <w:t>کیوں؟ سب لوگ لکھتے ہیں ایموشن میں، بس ہمارے ساتھ ظلم ہو رہا ہے، ہمارے ساتھ کانسپریسی ہو</w:t>
      </w:r>
    </w:p>
    <w:p>
      <w:r>
        <w:rPr>
          <w:b/>
        </w:rPr>
        <w:t xml:space="preserve">[32:42] </w:t>
      </w:r>
      <w:r>
        <w:t>rahi hai.</w:t>
      </w:r>
    </w:p>
    <w:p>
      <w:pPr>
        <w:jc w:val="right"/>
      </w:pPr>
      <w:r>
        <w:t>رہی ہے۔</w:t>
      </w:r>
    </w:p>
    <w:p>
      <w:r>
        <w:rPr>
          <w:b/>
        </w:rPr>
        <w:t xml:space="preserve">[32:44] </w:t>
      </w:r>
      <w:r>
        <w:t>to emotion mein likhte hain kitabein, emotion mein likhte hain articles, emotion mein dete hain speeches.</w:t>
      </w:r>
    </w:p>
    <w:p>
      <w:pPr>
        <w:jc w:val="right"/>
      </w:pPr>
      <w:r>
        <w:t>تو ایموشن میں لکھتے ہیں کتابیں، ایموشن میں لکھتے ہیں آرٹیکل، ایموشن میں دیتے ہیں اسپیچز۔</w:t>
      </w:r>
    </w:p>
    <w:p>
      <w:r>
        <w:rPr>
          <w:b/>
        </w:rPr>
        <w:t xml:space="preserve">[32:51] </w:t>
      </w:r>
      <w:r>
        <w:t>asal point ghayab hai.</w:t>
      </w:r>
    </w:p>
    <w:p>
      <w:pPr>
        <w:jc w:val="right"/>
      </w:pPr>
      <w:r>
        <w:t>اصل پوائنٹ غائب ہے۔</w:t>
      </w:r>
    </w:p>
    <w:p>
      <w:r>
        <w:rPr>
          <w:b/>
        </w:rPr>
        <w:t xml:space="preserve">[32:52] </w:t>
      </w:r>
      <w:r>
        <w:t>aap ko shakk ho to mujhe koi ek kitab bataiye jis mein is point ko unhon ne liya</w:t>
      </w:r>
    </w:p>
    <w:p>
      <w:pPr>
        <w:jc w:val="right"/>
      </w:pPr>
      <w:r>
        <w:t>آپ کو شک ہو تو مجھے کوئی ایک کتاب بتائیے جس میں اس پوائنٹ کو انہوں نے لیا</w:t>
      </w:r>
    </w:p>
    <w:p>
      <w:r>
        <w:rPr>
          <w:b/>
        </w:rPr>
        <w:t xml:space="preserve">[33:00] </w:t>
      </w:r>
      <w:r>
        <w:t>ho, deal kiya ho is point ko jo mein aap se arz kar raha hoon, jo basic point</w:t>
      </w:r>
    </w:p>
    <w:p>
      <w:pPr>
        <w:jc w:val="right"/>
      </w:pPr>
      <w:r>
        <w:t>ہو، ڈیل کیا ہو اس پوائنٹ کو جو میں آپ سے عرض کر رہا ہوں، جو بیسک پوائنٹ</w:t>
      </w:r>
    </w:p>
    <w:p>
      <w:r>
        <w:rPr>
          <w:b/>
        </w:rPr>
        <w:t xml:space="preserve">[33:08] </w:t>
      </w:r>
      <w:r>
        <w:t>hai Falastini issue ka.</w:t>
      </w:r>
    </w:p>
    <w:p>
      <w:pPr>
        <w:jc w:val="right"/>
      </w:pPr>
      <w:r>
        <w:t>ہے فلسطینی ایشو کا۔</w:t>
      </w:r>
    </w:p>
    <w:p>
      <w:r>
        <w:rPr>
          <w:b/>
        </w:rPr>
        <w:t xml:space="preserve">[33:10] </w:t>
      </w:r>
      <w:r>
        <w:t>dekhiye, yeh Jewish community ya ya Yahudi jo yeh mang kar rahe thay ke hum ko Falasteen ki</w:t>
      </w:r>
    </w:p>
    <w:p>
      <w:pPr>
        <w:jc w:val="right"/>
      </w:pPr>
      <w:r>
        <w:t>دیکھیے، یہ جوئش کمیونٹی یا یا یہودی جو یہ مانگ کر رہے تھے کہ ہم کو فلسطین کی</w:t>
      </w:r>
    </w:p>
    <w:p>
      <w:r>
        <w:rPr>
          <w:b/>
        </w:rPr>
        <w:t xml:space="preserve">[33:17] </w:t>
      </w:r>
      <w:r>
        <w:t>wapsi ka ijazat mile, yani return to Zion ki jo movement thi, woh kaun chala rahe thay? woh</w:t>
      </w:r>
    </w:p>
    <w:p>
      <w:pPr>
        <w:jc w:val="right"/>
      </w:pPr>
      <w:r>
        <w:t>واپسی کا اجازت ملے، یعنی ریٹرن ٹو زائن کی جو موومنٹ تھی، وہ کون چلا رہے تھے؟ وہ</w:t>
      </w:r>
    </w:p>
    <w:p>
      <w:r>
        <w:rPr>
          <w:b/>
        </w:rPr>
        <w:t xml:space="preserve">[33:25] </w:t>
      </w:r>
      <w:r>
        <w:t>thay Jew in diaspora.</w:t>
      </w:r>
    </w:p>
    <w:p>
      <w:pPr>
        <w:jc w:val="right"/>
      </w:pPr>
      <w:r>
        <w:t>تھے جود ان ڈائسپورا۔</w:t>
      </w:r>
    </w:p>
    <w:p>
      <w:r>
        <w:rPr>
          <w:b/>
        </w:rPr>
        <w:t xml:space="preserve">[33:27] </w:t>
      </w:r>
      <w:r>
        <w:t>Jew in diaspora yani woh Yahudi hain jo diaspora mein thay.</w:t>
      </w:r>
    </w:p>
    <w:p>
      <w:pPr>
        <w:jc w:val="right"/>
      </w:pPr>
      <w:r>
        <w:t>جود ان ڈائسپورا یعنی وہ یہودی ہیں جو ڈائسپورا میں تھے۔</w:t>
      </w:r>
    </w:p>
    <w:p>
      <w:r>
        <w:rPr>
          <w:b/>
        </w:rPr>
        <w:t xml:space="preserve">[33:31] </w:t>
      </w:r>
      <w:r>
        <w:t>diaspora ka matlab hota hai apne mulk se bahir ja kar kahin aap chale jayen to wahan aap</w:t>
      </w:r>
    </w:p>
    <w:p>
      <w:pPr>
        <w:jc w:val="right"/>
      </w:pPr>
      <w:r>
        <w:t>ڈائسپورا کا مطلب ہوتا ہے اپنے દેશ سے باہر جا کر کہیں آپ چلے جائیں تو وہاں آپ</w:t>
      </w:r>
    </w:p>
    <w:p>
      <w:r>
        <w:rPr>
          <w:b/>
        </w:rPr>
        <w:t xml:space="preserve">[33:39] </w:t>
      </w:r>
      <w:r>
        <w:t>diaspora hotay hain.</w:t>
      </w:r>
    </w:p>
    <w:p>
      <w:pPr>
        <w:jc w:val="right"/>
      </w:pPr>
      <w:r>
        <w:t>ڈائسپورا ہوتے ہیں۔</w:t>
      </w:r>
    </w:p>
    <w:p>
      <w:r>
        <w:rPr>
          <w:b/>
        </w:rPr>
        <w:t xml:space="preserve">[33:41] </w:t>
      </w:r>
      <w:r>
        <w:t>hum sab log chale jayen, farz kijiye ke Britain to hum Muslims in diaspora ho jayen ge wahan</w:t>
      </w:r>
    </w:p>
    <w:p>
      <w:pPr>
        <w:jc w:val="right"/>
      </w:pPr>
      <w:r>
        <w:t>ہم سب لوگ چلے جائیں، فرض کیجئے کہ برٹن تو ہم مسلمز ان ڈائسپورا ہو جائیں گے وہاں</w:t>
      </w:r>
    </w:p>
    <w:p>
      <w:r>
        <w:rPr>
          <w:b/>
        </w:rPr>
        <w:t xml:space="preserve">[33:48] </w:t>
      </w:r>
      <w:r>
        <w:t>par.</w:t>
      </w:r>
    </w:p>
    <w:p>
      <w:pPr>
        <w:jc w:val="right"/>
      </w:pPr>
      <w:r>
        <w:t>پر۔</w:t>
      </w:r>
    </w:p>
    <w:p>
      <w:r>
        <w:rPr>
          <w:b/>
        </w:rPr>
        <w:t xml:space="preserve">[33:50] </w:t>
      </w:r>
      <w:r>
        <w:t>to jo Yahudi diaspora mein thay, yani Falasteen se nikal gaye thay, aap maloom hai ke is ki</w:t>
      </w:r>
    </w:p>
    <w:p>
      <w:pPr>
        <w:jc w:val="right"/>
      </w:pPr>
      <w:r>
        <w:t>تو جو یہودی ڈائسپورا میں تھے، یعنی فلسطین سے نکل گئے تھے، آپ معلوم ہے کہ اس کی</w:t>
      </w:r>
    </w:p>
    <w:p>
      <w:r>
        <w:rPr>
          <w:b/>
        </w:rPr>
        <w:t xml:space="preserve">[33:58] </w:t>
      </w:r>
      <w:r>
        <w:t>lambhi bohat kahani hai ke Iraq ke badshah ne, Iran ke badshah ne in ko wahan se nikala.</w:t>
      </w:r>
    </w:p>
    <w:p>
      <w:pPr>
        <w:jc w:val="right"/>
      </w:pPr>
      <w:r>
        <w:t>لمبی بہت کہانی ہے کہ عراق کے بادشاہ نے، ایران کے بادشاہ نے ان کو وہاں سے نکالا۔</w:t>
      </w:r>
    </w:p>
    <w:p>
      <w:r>
        <w:rPr>
          <w:b/>
        </w:rPr>
        <w:t xml:space="preserve">[34:05] </w:t>
      </w:r>
      <w:r>
        <w:t>woh bahir bahir tatter bitter ho gaye to woh kehte thay ke hamein wapsi ka haq hona chahiye</w:t>
      </w:r>
    </w:p>
    <w:p>
      <w:pPr>
        <w:jc w:val="right"/>
      </w:pPr>
      <w:r>
        <w:t>وہ باہر باہر تتر بتر ہو گئے تو وہ کہتے تھے کہ ہمیں واپسی کا حق ہونا چاہیے</w:t>
      </w:r>
    </w:p>
    <w:p>
      <w:r>
        <w:rPr>
          <w:b/>
        </w:rPr>
        <w:t xml:space="preserve">[34:13] </w:t>
      </w:r>
      <w:r>
        <w:t>kyun ke hamara Falasteen hamara watan hai.</w:t>
      </w:r>
    </w:p>
    <w:p>
      <w:pPr>
        <w:jc w:val="right"/>
      </w:pPr>
      <w:r>
        <w:t>کیونکہ ہمارا فلسطین ہمارا وطن ہے۔</w:t>
      </w:r>
    </w:p>
    <w:p>
      <w:r>
        <w:rPr>
          <w:b/>
        </w:rPr>
        <w:t xml:space="preserve">[34:16] </w:t>
      </w:r>
      <w:r>
        <w:t>to agar woh diaspora walay Yahudi wapas aa rahe thay to un ka right tha, kyun na? kyun</w:t>
      </w:r>
    </w:p>
    <w:p>
      <w:pPr>
        <w:jc w:val="right"/>
      </w:pPr>
      <w:r>
        <w:t>تو اگر وہ ڈائسپورا والے یہودی واپس آ رہے تھے تو ان کا رائٹ تھا، کیوں نہ؟ کیوں</w:t>
      </w:r>
    </w:p>
    <w:p>
      <w:r>
        <w:rPr>
          <w:b/>
        </w:rPr>
        <w:t xml:space="preserve">[34:23] </w:t>
      </w:r>
      <w:r>
        <w:t>na wapas atay? woh ab batayen, kyun na wapas atay? woh ek baat aur bhi aap kitabon mein</w:t>
      </w:r>
    </w:p>
    <w:p>
      <w:pPr>
        <w:jc w:val="right"/>
      </w:pPr>
      <w:r>
        <w:t>نہ واپس آتے؟ وہ اب بتائیں، کیوں نہ واپس آتے؟ وہ ایک بات اور بھی آپ کتابوں میں</w:t>
      </w:r>
    </w:p>
    <w:p>
      <w:r>
        <w:rPr>
          <w:b/>
        </w:rPr>
        <w:t xml:space="preserve">[34:31] </w:t>
      </w:r>
      <w:r>
        <w:t>nahi likhi gayi hai, woh yeh hai ke yahudiyon ka ek hi watan hai, woh falasteen hai.</w:t>
      </w:r>
    </w:p>
    <w:p>
      <w:pPr>
        <w:jc w:val="right"/>
      </w:pPr>
      <w:r>
        <w:t>نہیں لکھی گئی ہے، وہ یہ ہے کہ یہودیوں کا ایک ہی وطن ہے، وہ فلسطین ہے۔</w:t>
      </w:r>
    </w:p>
    <w:p>
      <w:r>
        <w:rPr>
          <w:b/>
        </w:rPr>
        <w:t xml:space="preserve">[34:38] </w:t>
      </w:r>
      <w:r>
        <w:t>hum hum logon ka to watan 200 countries mein hai, hum kisi ek country mein nahi rehte.</w:t>
      </w:r>
    </w:p>
    <w:p>
      <w:pPr>
        <w:jc w:val="right"/>
      </w:pPr>
      <w:r>
        <w:t>ہم ہم لوگوں کا تو وطن 200 کنٹریز میں ہے، ہم کسی ایک کنٹری میں نہیں رہتے۔</w:t>
      </w:r>
    </w:p>
    <w:p>
      <w:r>
        <w:rPr>
          <w:b/>
        </w:rPr>
        <w:t xml:space="preserve">[34:46] </w:t>
      </w:r>
      <w:r>
        <w:t>aap jante hain hazrat ibrahim alaihissalam ke do bete the, wahi chalti hai yeh yeh tragedy wahan</w:t>
      </w:r>
    </w:p>
    <w:p>
      <w:pPr>
        <w:jc w:val="right"/>
      </w:pPr>
      <w:r>
        <w:t>آپ جانتے ہیں حضرت ابراہیم علیہ السلام کے دو بیٹے تھے، وہی چلتی ہے یہ یہ ٹراجنی وہاں</w:t>
      </w:r>
    </w:p>
    <w:p>
      <w:r>
        <w:rPr>
          <w:b/>
        </w:rPr>
        <w:t xml:space="preserve">[34:53] </w:t>
      </w:r>
      <w:r>
        <w:t>se chalti hai.</w:t>
      </w:r>
    </w:p>
    <w:p>
      <w:pPr>
        <w:jc w:val="right"/>
      </w:pPr>
      <w:r>
        <w:t>سے چلتی ہے۔</w:t>
      </w:r>
    </w:p>
    <w:p>
      <w:r>
        <w:rPr>
          <w:b/>
        </w:rPr>
        <w:t xml:space="preserve">[34:55] </w:t>
      </w:r>
      <w:r>
        <w:t>ek bete the ismail, un ko un ko settle kiya makkah mein, yani arab mein, woh un ka</w:t>
      </w:r>
    </w:p>
    <w:p>
      <w:pPr>
        <w:jc w:val="right"/>
      </w:pPr>
      <w:r>
        <w:t>ایک بیٹے تھے اسماعیل، ان کو ان کو سیٹل کیا مکے میں، یعنی عرب میں، وہ ان کا</w:t>
      </w:r>
    </w:p>
    <w:p>
      <w:r>
        <w:rPr>
          <w:b/>
        </w:rPr>
        <w:t xml:space="preserve">[35:03] </w:t>
      </w:r>
      <w:r>
        <w:t>watan bana.</w:t>
      </w:r>
    </w:p>
    <w:p>
      <w:pPr>
        <w:jc w:val="right"/>
      </w:pPr>
      <w:r>
        <w:t>وطن بنا۔</w:t>
      </w:r>
    </w:p>
    <w:p>
      <w:r>
        <w:rPr>
          <w:b/>
        </w:rPr>
        <w:t xml:space="preserve">[35:04] </w:t>
      </w:r>
      <w:r>
        <w:t>yani israel ke jo jo kehte hain bano bano ismail, un ka watan bana makkah hijaz.</w:t>
      </w:r>
    </w:p>
    <w:p>
      <w:pPr>
        <w:jc w:val="right"/>
      </w:pPr>
      <w:r>
        <w:t>یعنی اسرائیل کے جو جو کہتے ہیں بنو بنو اسماعیل، ان کا وطن بنا مکہ حجاز۔</w:t>
      </w:r>
    </w:p>
    <w:p>
      <w:r>
        <w:rPr>
          <w:b/>
        </w:rPr>
        <w:t xml:space="preserve">[35:11] </w:t>
      </w:r>
      <w:r>
        <w:t>aur jo doosre bete the, un ke un ko settle kiya unhon ne falasteen mein.</w:t>
      </w:r>
    </w:p>
    <w:p>
      <w:pPr>
        <w:jc w:val="right"/>
      </w:pPr>
      <w:r>
        <w:t>اور جو دوسرے بیٹے تھے، ان کے ان کو سیٹل کیا انہوں نے فلسطین میں۔</w:t>
      </w:r>
    </w:p>
    <w:p>
      <w:r>
        <w:rPr>
          <w:b/>
        </w:rPr>
        <w:t xml:space="preserve">[35:17] </w:t>
      </w:r>
      <w:r>
        <w:t>hazrat ishaq ko un ke bete yaqoob the.</w:t>
      </w:r>
    </w:p>
    <w:p>
      <w:pPr>
        <w:jc w:val="right"/>
      </w:pPr>
      <w:r>
        <w:t>حضرت اسحاق کو ان کے بیٹے یعقوب تھے۔</w:t>
      </w:r>
    </w:p>
    <w:p>
      <w:r>
        <w:rPr>
          <w:b/>
        </w:rPr>
        <w:t xml:space="preserve">[35:21] </w:t>
      </w:r>
      <w:r>
        <w:t>to saare yahudi unhi ki nasal se hain.</w:t>
      </w:r>
    </w:p>
    <w:p>
      <w:pPr>
        <w:jc w:val="right"/>
      </w:pPr>
      <w:r>
        <w:t>تو سارے یہودی انہی کی نسل سے ہیں۔</w:t>
      </w:r>
    </w:p>
    <w:p>
      <w:r>
        <w:rPr>
          <w:b/>
        </w:rPr>
        <w:t xml:space="preserve">[35:24] </w:t>
      </w:r>
      <w:r>
        <w:t>aap jante hain yahudiyon mein conversion nahi hai, musalmanon mein conversion hota hai to doosre doosre log musalman</w:t>
      </w:r>
    </w:p>
    <w:p>
      <w:pPr>
        <w:jc w:val="right"/>
      </w:pPr>
      <w:r>
        <w:t>آپ جانتے ہیں یہودیوں میں کنورژن نہیں ہے، مسلمانوں میں کنورژن ہوتا ہے تو دوسرے دوسرے لوگ مسلمانوں</w:t>
      </w:r>
    </w:p>
    <w:p>
      <w:r>
        <w:rPr>
          <w:b/>
        </w:rPr>
        <w:t xml:space="preserve">[35:32] </w:t>
      </w:r>
      <w:r>
        <w:t>mein shamil ho jate hain.</w:t>
      </w:r>
    </w:p>
    <w:p>
      <w:pPr>
        <w:jc w:val="right"/>
      </w:pPr>
      <w:r>
        <w:t>میں شامل ہو جاتے ہیں۔</w:t>
      </w:r>
    </w:p>
    <w:p>
      <w:r>
        <w:rPr>
          <w:b/>
        </w:rPr>
        <w:t xml:space="preserve">[35:34] </w:t>
      </w:r>
      <w:r>
        <w:t>lekin yahudiyon mein koi doosra musalman, doosra yahudi shamil nahi hua kyunke wahan conversion hai hi nahi.</w:t>
      </w:r>
    </w:p>
    <w:p>
      <w:pPr>
        <w:jc w:val="right"/>
      </w:pPr>
      <w:r>
        <w:t>لیکن یہودیوں میں کوئی دوسرا مسلمان، دوسرا یہودی شامل نہیں ہوا کیونکہ وہاں کنورژن ہے ہی نہیں۔</w:t>
      </w:r>
    </w:p>
    <w:p>
      <w:r>
        <w:rPr>
          <w:b/>
        </w:rPr>
        <w:t xml:space="preserve">[35:41] </w:t>
      </w:r>
      <w:r>
        <w:t>wahi nasal jo hazrat ibrahim ne basayi thi falasteen mein, sab usi ke woh hain, tragedy hain.</w:t>
      </w:r>
    </w:p>
    <w:p>
      <w:pPr>
        <w:jc w:val="right"/>
      </w:pPr>
      <w:r>
        <w:t>وہی نسل جو حضرت ابراہیم نے بسائی تھی فلسطین میں، سب اسی کے وہ ہیں، ٹراجنی ہیں۔</w:t>
      </w:r>
    </w:p>
    <w:p>
      <w:r>
        <w:rPr>
          <w:b/>
        </w:rPr>
        <w:t xml:space="preserve">[35:49] </w:t>
      </w:r>
      <w:r>
        <w:t>to hazrat ibrahim ke zamane se un ka jo watan hai, jo homeland, woh falasteen hai.</w:t>
      </w:r>
    </w:p>
    <w:p>
      <w:pPr>
        <w:jc w:val="right"/>
      </w:pPr>
      <w:r>
        <w:t>تو حضرت ابراہیم کے زمانے سے ان کا جو وطن ہے، جو ہوم لینڈ، وہ فلسطین ہے۔</w:t>
      </w:r>
    </w:p>
    <w:p>
      <w:r>
        <w:rPr>
          <w:b/>
        </w:rPr>
        <w:t xml:space="preserve">[35:56] </w:t>
      </w:r>
      <w:r>
        <w:t>phir jo political waqeat hue, political upheaval jo wahan hote rahe, to use bahar jana pada un ko.</w:t>
      </w:r>
    </w:p>
    <w:p>
      <w:pPr>
        <w:jc w:val="right"/>
      </w:pPr>
      <w:r>
        <w:t>پھر جو پولیٹیکل واقعات ہوئے، پولیٹیکل اپریل جو وہاں ہوتے رہے، تو اسے باہر جانا پڑا ان کو۔</w:t>
      </w:r>
    </w:p>
    <w:p>
      <w:r>
        <w:rPr>
          <w:b/>
        </w:rPr>
        <w:t xml:space="preserve">[36:04] </w:t>
      </w:r>
      <w:r>
        <w:t>ab woh maang kar rahe the ke humein apne watan lotne ko ijazat do.</w:t>
      </w:r>
    </w:p>
    <w:p>
      <w:pPr>
        <w:jc w:val="right"/>
      </w:pPr>
      <w:r>
        <w:t>اب وہ مانگ کر رہے تھے کہ ہمیں اپنے وطن لوٹنے کو اجازت دو۔</w:t>
      </w:r>
    </w:p>
    <w:p>
      <w:r>
        <w:rPr>
          <w:b/>
        </w:rPr>
        <w:t xml:space="preserve">[36:10] </w:t>
      </w:r>
      <w:r>
        <w:t>to they were put in diaspora.</w:t>
      </w:r>
    </w:p>
    <w:p>
      <w:pPr>
        <w:jc w:val="right"/>
      </w:pPr>
      <w:r>
        <w:t>تو دے وار جود ان ڈائسپورا۔</w:t>
      </w:r>
    </w:p>
    <w:p>
      <w:r>
        <w:rPr>
          <w:b/>
        </w:rPr>
        <w:t xml:space="preserve">[36:12] </w:t>
      </w:r>
      <w:r>
        <w:t>to aap aap kya haq hai? aap ko ke aap kahein ke tum nahi aa sakte yahan par?</w:t>
      </w:r>
    </w:p>
    <w:p>
      <w:pPr>
        <w:jc w:val="right"/>
      </w:pPr>
      <w:r>
        <w:t>تو آپ آپ کیا حق ہے؟ آپ کو کہ آپ کہیں کہ تم نہیں آ سکتے یہاں پر؟</w:t>
      </w:r>
    </w:p>
    <w:p>
      <w:r>
        <w:rPr>
          <w:b/>
        </w:rPr>
        <w:t xml:space="preserve">[36:20] </w:t>
      </w:r>
      <w:r>
        <w:t>kyun aap kehte hain? jo musalman ja ke base the wahan par, woh to bahar ke log aa</w:t>
      </w:r>
    </w:p>
    <w:p>
      <w:pPr>
        <w:jc w:val="right"/>
      </w:pPr>
      <w:r>
        <w:t>کیوں آپ کہتے ہیں؟ جو مسلمان جا کے بسے تھے وہاں پر، وہ تو باہر کے لوگ آ</w:t>
      </w:r>
    </w:p>
    <w:p>
      <w:r>
        <w:rPr>
          <w:b/>
        </w:rPr>
        <w:t xml:space="preserve">[36:28] </w:t>
      </w:r>
      <w:r>
        <w:t>ke bas gaye the wahan jin ko arab aap kehte hain.</w:t>
      </w:r>
    </w:p>
    <w:p>
      <w:pPr>
        <w:jc w:val="right"/>
      </w:pPr>
      <w:r>
        <w:t>کے بس گئے تھے وہاں جن کو عرب آپ کہتے ہیں۔</w:t>
      </w:r>
    </w:p>
    <w:p>
      <w:r>
        <w:rPr>
          <w:b/>
        </w:rPr>
        <w:t xml:space="preserve">[36:32] </w:t>
      </w:r>
      <w:r>
        <w:t>arab woh un ka homeland nahi tha, falasteen yahudiyon ka to homeland tha.</w:t>
      </w:r>
    </w:p>
    <w:p>
      <w:pPr>
        <w:jc w:val="right"/>
      </w:pPr>
      <w:r>
        <w:t>عرب وہ ان کا ہوم لینڈ نہیں تھا، فلسطین یہودیوں کا تو ہوم لینڈ تھا۔</w:t>
      </w:r>
    </w:p>
    <w:p>
      <w:r>
        <w:rPr>
          <w:b/>
        </w:rPr>
        <w:t xml:space="preserve">[36:39] </w:t>
      </w:r>
      <w:r>
        <w:t>to jin logon ka homeland tha falasteen, woh kehte the ke humein wahan wapsi ka mauqa do,</w:t>
      </w:r>
    </w:p>
    <w:p>
      <w:pPr>
        <w:jc w:val="right"/>
      </w:pPr>
      <w:r>
        <w:t>تو جن لوگوں کا ہوم لینڈ تھا فلسطین، وہ کہتے تھے کہ ہمیں وہاں واپسی کا موقع دو،</w:t>
      </w:r>
    </w:p>
    <w:p>
      <w:r>
        <w:rPr>
          <w:b/>
        </w:rPr>
        <w:t xml:space="preserve">[36:46] </w:t>
      </w:r>
      <w:r>
        <w:t>hum ko right hai wahan wapas hone ka.</w:t>
      </w:r>
    </w:p>
    <w:p>
      <w:pPr>
        <w:jc w:val="right"/>
      </w:pPr>
      <w:r>
        <w:t>ہم کو رائٹ ہے وہاں واپس ہونے کا۔</w:t>
      </w:r>
    </w:p>
    <w:p>
      <w:r>
        <w:rPr>
          <w:b/>
        </w:rPr>
        <w:t xml:space="preserve">[36:50] </w:t>
      </w:r>
      <w:r>
        <w:t>ab yeh khade ho gaye ke nahi, to koi nahi aanay dein ge, un ko hum maar ke samandar</w:t>
      </w:r>
    </w:p>
    <w:p>
      <w:pPr>
        <w:jc w:val="right"/>
      </w:pPr>
      <w:r>
        <w:t>اب یہ کھڑے ہوگئے کہ نہیں، تو کوئی نہیں آنے دیں گے، ان کو ہم مار کے سمندر</w:t>
      </w:r>
    </w:p>
    <w:p>
      <w:r>
        <w:rPr>
          <w:b/>
        </w:rPr>
        <w:t xml:space="preserve">[36:58] </w:t>
      </w:r>
      <w:r>
        <w:t>mein dhakail dein gay.</w:t>
      </w:r>
    </w:p>
    <w:p>
      <w:pPr>
        <w:jc w:val="right"/>
      </w:pPr>
      <w:r>
        <w:t>میں ڈھکیل دیں گے۔</w:t>
      </w:r>
    </w:p>
    <w:p>
      <w:r>
        <w:rPr>
          <w:b/>
        </w:rPr>
        <w:t xml:space="preserve">[36:59] </w:t>
      </w:r>
      <w:r>
        <w:t>to zahir hai ke jab aap samandar mein dhakailne karein gay to kya woh chup rahe ga? woh</w:t>
      </w:r>
    </w:p>
    <w:p>
      <w:pPr>
        <w:jc w:val="right"/>
      </w:pPr>
      <w:r>
        <w:t>تو ظاہر ہے کہ جب آپ سمندر میں ڈھکیلنے کریں گے تو کیا وہ چپ رہے گا؟ وہ</w:t>
      </w:r>
    </w:p>
    <w:p>
      <w:r>
        <w:rPr>
          <w:b/>
        </w:rPr>
        <w:t xml:space="preserve">[37:07] </w:t>
      </w:r>
      <w:r>
        <w:t>ab unhon ne sari dunya ki madad di, burton ki, amreeka ki, aur sari dunya ki.</w:t>
      </w:r>
    </w:p>
    <w:p>
      <w:pPr>
        <w:jc w:val="right"/>
      </w:pPr>
      <w:r>
        <w:t>اب انہوں نے ساری دنیا کی مدد دی، برٹن کی، امریکہ کی، اور ساری دنیا کی۔</w:t>
      </w:r>
    </w:p>
    <w:p>
      <w:r>
        <w:rPr>
          <w:b/>
        </w:rPr>
        <w:t xml:space="preserve">[37:14] </w:t>
      </w:r>
      <w:r>
        <w:t>aur khud jo jo baray baray jo wealthy log thay, jo is community ke bahar, unhon ne paisa</w:t>
      </w:r>
    </w:p>
    <w:p>
      <w:pPr>
        <w:jc w:val="right"/>
      </w:pPr>
      <w:r>
        <w:t>اور خود جو جو بڑے بڑے جو ویلتی لوگ تھے، جو اس کمیونٹی کے باہر، انہوں نے پیسہ</w:t>
      </w:r>
    </w:p>
    <w:p>
      <w:r>
        <w:rPr>
          <w:b/>
        </w:rPr>
        <w:t xml:space="preserve">[37:22] </w:t>
      </w:r>
      <w:r>
        <w:t>hi paisa un ko dhakail diya, taqatwar ho gaye woh.</w:t>
      </w:r>
    </w:p>
    <w:p>
      <w:pPr>
        <w:jc w:val="right"/>
      </w:pPr>
      <w:r>
        <w:t>ہی پیسہ ان کو ڈھکیل دیا، طاقتور ہو گئے وہ۔</w:t>
      </w:r>
    </w:p>
    <w:p>
      <w:r>
        <w:rPr>
          <w:b/>
        </w:rPr>
        <w:t xml:space="preserve">[37:26] </w:t>
      </w:r>
      <w:r>
        <w:t>ab unhon ne arbon ko maar maar ke bhaga diya.</w:t>
      </w:r>
    </w:p>
    <w:p>
      <w:pPr>
        <w:jc w:val="right"/>
      </w:pPr>
      <w:r>
        <w:t>اب انہوں نے عربوں کو مار مار کے بھگا دیا۔</w:t>
      </w:r>
    </w:p>
    <w:p>
      <w:r>
        <w:rPr>
          <w:b/>
        </w:rPr>
        <w:t xml:space="preserve">[37:30] </w:t>
      </w:r>
      <w:r>
        <w:t>ab arbon ko jantay hain kya mang hai? arab kehtay hain ke jo arab falasteen se bhag kar</w:t>
      </w:r>
    </w:p>
    <w:p>
      <w:pPr>
        <w:jc w:val="right"/>
      </w:pPr>
      <w:r>
        <w:t>اب عربوں کو جانتے ہیں کیا مانگ ہے؟ عرب کہتے ہیں کہ جو عرب فلسطین سے بھاگ کر</w:t>
      </w:r>
    </w:p>
    <w:p>
      <w:r>
        <w:rPr>
          <w:b/>
        </w:rPr>
        <w:t xml:space="preserve">[37:38] </w:t>
      </w:r>
      <w:r>
        <w:t>bahar chalay gaye hain, un ko lootnay ka woh do, un ko lotna allow karo.</w:t>
      </w:r>
    </w:p>
    <w:p>
      <w:pPr>
        <w:jc w:val="right"/>
      </w:pPr>
      <w:r>
        <w:t>باہر چلے گئے ہیں، ان کو لوٹنے کا وہ دو، ان کو لوٹنا الاؤ کرو۔</w:t>
      </w:r>
    </w:p>
    <w:p>
      <w:r>
        <w:rPr>
          <w:b/>
        </w:rPr>
        <w:t xml:space="preserve">[37:44] </w:t>
      </w:r>
      <w:r>
        <w:t>un ko ab sawal yeh hai ke tum ne jab un ko lootnay ko allow nahi kiya to</w:t>
      </w:r>
    </w:p>
    <w:p>
      <w:pPr>
        <w:jc w:val="right"/>
      </w:pPr>
      <w:r>
        <w:t>ان کو اب سوال یہ ہے کہ تم نے جب ان کو لوٹنے کو الاؤ نہیں کیا تو</w:t>
      </w:r>
    </w:p>
    <w:p>
      <w:r>
        <w:rPr>
          <w:b/>
        </w:rPr>
        <w:t xml:space="preserve">[37:52] </w:t>
      </w:r>
      <w:r>
        <w:t>woh kyun tum ko allow kar rahay hain? aap ghhor kijiye, 1948 mein jo jewish diaspora jo thay,</w:t>
      </w:r>
    </w:p>
    <w:p>
      <w:pPr>
        <w:jc w:val="right"/>
      </w:pPr>
      <w:r>
        <w:t>وہ کیوں تم کو الاؤ کر رہے ہیں؟ آپ غور کیجئے، 1948 میں جود ان ڈائسپورا جو تھے،</w:t>
      </w:r>
    </w:p>
    <w:p>
      <w:r>
        <w:rPr>
          <w:b/>
        </w:rPr>
        <w:t xml:space="preserve">[38:00] </w:t>
      </w:r>
      <w:r>
        <w:t>un ko aap ne lootnay ka ijazat nahi diya.</w:t>
      </w:r>
    </w:p>
    <w:p>
      <w:pPr>
        <w:jc w:val="right"/>
      </w:pPr>
      <w:r>
        <w:t>ان کو آپ نے لوٹنے کا اجازت نہیں دیا۔</w:t>
      </w:r>
    </w:p>
    <w:p>
      <w:r>
        <w:rPr>
          <w:b/>
        </w:rPr>
        <w:t xml:space="preserve">[38:04] </w:t>
      </w:r>
      <w:r>
        <w:t>aap to aaj woh aap ko kaisay dein gay lootnay ka ijazat? yeh sab kitabein bhari hui hain</w:t>
      </w:r>
    </w:p>
    <w:p>
      <w:pPr>
        <w:jc w:val="right"/>
      </w:pPr>
      <w:r>
        <w:t>آپ تو آج وہ آپ کو کیسے دیں گے لوٹنے کا اجازت؟ یہ سب کتابیں بھری ہوئی ہیں</w:t>
      </w:r>
    </w:p>
    <w:p>
      <w:r>
        <w:rPr>
          <w:b/>
        </w:rPr>
        <w:t xml:space="preserve">[38:11] </w:t>
      </w:r>
      <w:r>
        <w:t>ہماری کتابوں میں، اور بالکل biased study ہوتی ہے۔</w:t>
      </w:r>
    </w:p>
    <w:p>
      <w:pPr>
        <w:jc w:val="right"/>
      </w:pPr>
      <w:r>
        <w:t>ہماری کتابوں میں، اور بالکل بائسٹ اسٹڈی ہوتی ہے۔</w:t>
      </w:r>
    </w:p>
    <w:p>
      <w:r>
        <w:rPr>
          <w:b/>
        </w:rPr>
        <w:t xml:space="preserve">[38:15] </w:t>
      </w:r>
      <w:r>
        <w:t>Biased study isliye saare Musalman nafrat karte hain, dushman samajhte hain sab ko.</w:t>
      </w:r>
    </w:p>
    <w:p>
      <w:pPr>
        <w:jc w:val="right"/>
      </w:pPr>
      <w:r>
        <w:t>بائسٹ اسٹڈی اس لیے سارے مسلمان نفرت کرتے ہیں، دشمن سمجھتے ہیں سب کو۔</w:t>
      </w:r>
    </w:p>
    <w:p>
      <w:r>
        <w:rPr>
          <w:b/>
        </w:rPr>
        <w:t xml:space="preserve">[38:21] </w:t>
      </w:r>
      <w:r>
        <w:t>woh samajhtay hain ke yahoodi dushman hai, amreeka dushman hai, burton dushman hai, aur india bhi dushman hai,</w:t>
      </w:r>
    </w:p>
    <w:p>
      <w:pPr>
        <w:jc w:val="right"/>
      </w:pPr>
      <w:r>
        <w:t>وہ سمجھتے ہیں کہ یہودی دشمن ہے، امریکہ دشمن ہے، برٹن دشمن ہے، اور انڈیا بھی دشمن ہے،</w:t>
      </w:r>
    </w:p>
    <w:p>
      <w:r>
        <w:rPr>
          <w:b/>
        </w:rPr>
        <w:t xml:space="preserve">[38:29] </w:t>
      </w:r>
      <w:r>
        <w:t>kyun ke india ne embassy ko kholnay ki ijazat de di.</w:t>
      </w:r>
    </w:p>
    <w:p>
      <w:pPr>
        <w:jc w:val="right"/>
      </w:pPr>
      <w:r>
        <w:t>کیونکہ انڈیا نے ایمبیسی کو کھولنے کی اجازت دے دی۔</w:t>
      </w:r>
    </w:p>
    <w:p>
      <w:r>
        <w:rPr>
          <w:b/>
        </w:rPr>
        <w:t xml:space="preserve">[38:33] </w:t>
      </w:r>
      <w:r>
        <w:t>yeh sari bilkul hi be aqli ki baatein hain.</w:t>
      </w:r>
    </w:p>
    <w:p>
      <w:pPr>
        <w:jc w:val="right"/>
      </w:pPr>
      <w:r>
        <w:t>یہ ساری بالکل ہی بے عقلی کی باتیں ہیں۔</w:t>
      </w:r>
    </w:p>
    <w:p>
      <w:r>
        <w:rPr>
          <w:b/>
        </w:rPr>
        <w:t xml:space="preserve">[38:37] </w:t>
      </w:r>
      <w:r>
        <w:t>تو faith کے ساتھ بے عقلی اکٹھا نہیں ہو سکتی، faith کے ساتھ بے عقلی اکٹھا نہیں ہو</w:t>
      </w:r>
    </w:p>
    <w:p>
      <w:pPr>
        <w:jc w:val="right"/>
      </w:pPr>
      <w:r>
        <w:t>تو فیتھ کے ساتھ بے عقلی اکٹھا نہیں ہو سکتی، فیتھ کے ساتھ بے عقلی اکٹھا نہیں ہو</w:t>
      </w:r>
    </w:p>
    <w:p>
      <w:r>
        <w:rPr>
          <w:b/>
        </w:rPr>
        <w:t xml:space="preserve">[38:45] </w:t>
      </w:r>
      <w:r>
        <w:t>sakti.</w:t>
      </w:r>
    </w:p>
    <w:p>
      <w:pPr>
        <w:jc w:val="right"/>
      </w:pPr>
      <w:r>
        <w:t>سکتی۔</w:t>
      </w:r>
    </w:p>
    <w:p>
      <w:r>
        <w:rPr>
          <w:b/>
        </w:rPr>
        <w:t xml:space="preserve">[38:46] </w:t>
      </w:r>
      <w:r>
        <w:t>Yad rakhiye, woh ikaṭṭhi hoti hai emotion ke saath, yad rakhiye, jazbat ke saath be-aqli ikaṭṭha hoti</w:t>
      </w:r>
    </w:p>
    <w:p>
      <w:pPr>
        <w:jc w:val="right"/>
      </w:pPr>
      <w:r>
        <w:t>یاد رکھیے، وہ اکٹھی ہوتی ہے ایموشن کے ساتھ، یاد رکھیے، جذبات کے ساتھ بے عقلی اکٹھا ہوتی</w:t>
      </w:r>
    </w:p>
    <w:p>
      <w:r>
        <w:rPr>
          <w:b/>
        </w:rPr>
        <w:t xml:space="preserve">[38:54] </w:t>
      </w:r>
      <w:r>
        <w:t>hai, faith ke sath nahi.</w:t>
      </w:r>
    </w:p>
    <w:p>
      <w:pPr>
        <w:jc w:val="right"/>
      </w:pPr>
      <w:r>
        <w:t>ہے، فیتھ کے ساتھ نہیں۔</w:t>
      </w:r>
    </w:p>
    <w:p>
      <w:r>
        <w:rPr>
          <w:b/>
        </w:rPr>
        <w:t xml:space="preserve">[38:56] </w:t>
      </w:r>
      <w:r>
        <w:t>faith ke sath aqal aati hai, aqal.</w:t>
      </w:r>
    </w:p>
    <w:p>
      <w:pPr>
        <w:jc w:val="right"/>
      </w:pPr>
      <w:r>
        <w:t>فیتھ کے ساتھ عقل آتی ہے، عقل۔</w:t>
      </w:r>
    </w:p>
    <w:p>
      <w:r>
        <w:rPr>
          <w:b/>
        </w:rPr>
        <w:t xml:space="preserve">[38:59] </w:t>
      </w:r>
      <w:r>
        <w:t>to faith jahan wahan wisdom hai, emotion jahan hai wahan wisdom nahi hai.</w:t>
      </w:r>
    </w:p>
    <w:p>
      <w:pPr>
        <w:jc w:val="right"/>
      </w:pPr>
      <w:r>
        <w:t>تو فیتھ جہاں وہاں وزڈم ہے، ایموشن جہاں ہے وہاں وزڈم نہیں ہے۔</w:t>
      </w:r>
    </w:p>
    <w:p>
      <w:r>
        <w:rPr>
          <w:b/>
        </w:rPr>
        <w:t xml:space="preserve">[39:05] </w:t>
      </w:r>
      <w:r>
        <w:t>Wisdom کی بہت ہی اچھی ایک ڈیفینیشن مجھے ایک ملی، ایک ایک تھنکر کے۔</w:t>
      </w:r>
    </w:p>
    <w:p>
      <w:pPr>
        <w:jc w:val="right"/>
      </w:pPr>
      <w:r>
        <w:t>وزڈم کی بہت ہی اچھی ایک ڈیفینیشن مجھے ایک ملی، ایک ایک تھنکر کے۔</w:t>
      </w:r>
    </w:p>
    <w:p>
      <w:r>
        <w:rPr>
          <w:b/>
        </w:rPr>
        <w:t xml:space="preserve">[39:11] </w:t>
      </w:r>
      <w:r>
        <w:t>is mein what is wisdom? wisdom ko urdu mein kehtay hain aqal, danish, danai, samajhdari.</w:t>
      </w:r>
    </w:p>
    <w:p>
      <w:pPr>
        <w:jc w:val="right"/>
      </w:pPr>
      <w:r>
        <w:t>اس میں واٹ از وزڈم؟ وزڈم کو اردو میں کہتے ہیں عقل، دانش، دانائی، سمجھداری۔</w:t>
      </w:r>
    </w:p>
    <w:p>
      <w:r>
        <w:rPr>
          <w:b/>
        </w:rPr>
        <w:t xml:space="preserve">[39:17] </w:t>
      </w:r>
      <w:r>
        <w:t>تو اس کی ڈیفینیشن کیا ہے؟ ڈیفینیشن یہ دی اس تھنکر نے: "A wise man is a wise man</w:t>
      </w:r>
    </w:p>
    <w:p>
      <w:pPr>
        <w:jc w:val="right"/>
      </w:pPr>
      <w:r>
        <w:t>تو اس کی ڈیفینیشن کیا ہے؟ ڈیفینیشن یہ دی اس تھنکر نے: "ا وائز مین از وائز مین</w:t>
      </w:r>
    </w:p>
    <w:p>
      <w:r>
        <w:rPr>
          <w:b/>
        </w:rPr>
        <w:t xml:space="preserve">[39:25] </w:t>
      </w:r>
      <w:r>
        <w:t>"is one who knows the relative value of things." "A wise man is one who knows the relative</w:t>
      </w:r>
    </w:p>
    <w:p>
      <w:pPr>
        <w:jc w:val="right"/>
      </w:pPr>
      <w:r>
        <w:t>از ون ہو نوز دا ریلیٹیو ویلیو اف تھنگز۔" "ا وائز مین از ون ہو نوز دا ریلیٹیو</w:t>
      </w:r>
    </w:p>
    <w:p>
      <w:r>
        <w:rPr>
          <w:b/>
        </w:rPr>
        <w:t xml:space="preserve">[39:33] </w:t>
      </w:r>
      <w:r>
        <w:t>value of things." Relative value کا مطلب ہے رزلٹ، یعنی عقلمند آدمی وہ ہے جو اپنے اپنے عمل</w:t>
      </w:r>
    </w:p>
    <w:p>
      <w:pPr>
        <w:jc w:val="right"/>
      </w:pPr>
      <w:r>
        <w:t>ویلیو اف تھنگز۔" ریلیٹیو ویلیو کا مطلب ہے رزلٹ، یعنی عقلمند آدمی وہ ہے جو اپنے اپنے عمل</w:t>
      </w:r>
    </w:p>
    <w:p>
      <w:r>
        <w:rPr>
          <w:b/>
        </w:rPr>
        <w:t xml:space="preserve">[39:40] </w:t>
      </w:r>
      <w:r>
        <w:t>ke result ko janay.</w:t>
      </w:r>
    </w:p>
    <w:p>
      <w:pPr>
        <w:jc w:val="right"/>
      </w:pPr>
      <w:r>
        <w:t>کے رزلٹ کو جانے۔</w:t>
      </w:r>
    </w:p>
    <w:p>
      <w:r>
        <w:rPr>
          <w:b/>
        </w:rPr>
        <w:t xml:space="preserve">[39:42] </w:t>
      </w:r>
      <w:r>
        <w:t>jab koi aap step lein, jab kisi is mein aap jump karne ja rahay hon, to aap janiye</w:t>
      </w:r>
    </w:p>
    <w:p>
      <w:pPr>
        <w:jc w:val="right"/>
      </w:pPr>
      <w:r>
        <w:t>جب کوئی آپ سٹیپ لیں، جب کسی اس میں آپ جمپ کرنے جا رہے ہوں، تو آپ جانیں</w:t>
      </w:r>
    </w:p>
    <w:p>
      <w:r>
        <w:rPr>
          <w:b/>
        </w:rPr>
        <w:t xml:space="preserve">[39:50] </w:t>
      </w:r>
      <w:r>
        <w:t>ke result kya niklay ga is ka.</w:t>
      </w:r>
    </w:p>
    <w:p>
      <w:pPr>
        <w:jc w:val="right"/>
      </w:pPr>
      <w:r>
        <w:t>کہ رزلٹ کیا نکلے گا اس کا۔</w:t>
      </w:r>
    </w:p>
    <w:p>
      <w:r>
        <w:rPr>
          <w:b/>
        </w:rPr>
        <w:t xml:space="preserve">[39:53] </w:t>
      </w:r>
      <w:r>
        <w:t>اگر آپ جانیں اس رزلٹ کو، then you are a wise person, otherwise not.</w:t>
      </w:r>
    </w:p>
    <w:p>
      <w:pPr>
        <w:jc w:val="right"/>
      </w:pPr>
      <w:r>
        <w:t>اگر آپ جانیں اس رزلٹ کو، دین یو آر ا وائز پرسن، ادروائز ناٹ۔</w:t>
      </w:r>
    </w:p>
    <w:p>
      <w:r>
        <w:rPr>
          <w:b/>
        </w:rPr>
        <w:t xml:space="preserve">[39:59] </w:t>
      </w:r>
      <w:r>
        <w:t>اب آپ دیکھیے کہ عمر طاہر کے معاملے میں جو انہوں نے jump کیا، وہ رزلٹ رزلٹ کو</w:t>
      </w:r>
    </w:p>
    <w:p>
      <w:pPr>
        <w:jc w:val="right"/>
      </w:pPr>
      <w:r>
        <w:t>اب آپ دیکھیے کہ عمر طاہر کے معاملے میں جو انہوں نے جمپ کیا، وہ رزلٹ رزلٹ کو</w:t>
      </w:r>
    </w:p>
    <w:p>
      <w:r>
        <w:rPr>
          <w:b/>
        </w:rPr>
        <w:t xml:space="preserve">[40:06] </w:t>
      </w:r>
      <w:r>
        <w:t>nahi jana.</w:t>
      </w:r>
    </w:p>
    <w:p>
      <w:pPr>
        <w:jc w:val="right"/>
      </w:pPr>
      <w:r>
        <w:t>نہیں جانا۔</w:t>
      </w:r>
    </w:p>
    <w:p>
      <w:r>
        <w:rPr>
          <w:b/>
        </w:rPr>
        <w:t xml:space="preserve">[40:08] </w:t>
      </w:r>
      <w:r>
        <w:t>unhon ne result ko soche baghair jump kar liya.</w:t>
      </w:r>
    </w:p>
    <w:p>
      <w:pPr>
        <w:jc w:val="right"/>
      </w:pPr>
      <w:r>
        <w:t>انہوں نے رزلٹ کو سوچے بغیر جمپ کر لیا۔</w:t>
      </w:r>
    </w:p>
    <w:p>
      <w:r>
        <w:rPr>
          <w:b/>
        </w:rPr>
        <w:t xml:space="preserve">[40:12] </w:t>
      </w:r>
      <w:r>
        <w:t>ab cheeq chila rahe hain ke hum ko yeh museebat ho rahi hai, hum ko woh museebat ho</w:t>
      </w:r>
    </w:p>
    <w:p>
      <w:pPr>
        <w:jc w:val="right"/>
      </w:pPr>
      <w:r>
        <w:t>اب چیخ چلا رہے ہیں کہ ہم کو یہ مصیبت ہو رہی ہے، ہم کو وہ مصیبت ہو</w:t>
      </w:r>
    </w:p>
    <w:p>
      <w:r>
        <w:rPr>
          <w:b/>
        </w:rPr>
        <w:t xml:space="preserve">[40:19] </w:t>
      </w:r>
      <w:r>
        <w:t>rahi hai.</w:t>
      </w:r>
    </w:p>
    <w:p>
      <w:pPr>
        <w:jc w:val="right"/>
      </w:pPr>
      <w:r>
        <w:t>رہی ہے۔</w:t>
      </w:r>
    </w:p>
    <w:p>
      <w:r>
        <w:rPr>
          <w:b/>
        </w:rPr>
        <w:t xml:space="preserve">[40:21] </w:t>
      </w:r>
      <w:r>
        <w:t>تو you are paying the price of your your your own unwise action.</w:t>
      </w:r>
    </w:p>
    <w:p>
      <w:pPr>
        <w:jc w:val="right"/>
      </w:pPr>
      <w:r>
        <w:t>تو یو آر پینگ دا پرائس اف یور یور یور اون ان وائز ایکشن۔</w:t>
      </w:r>
    </w:p>
    <w:p>
      <w:r>
        <w:rPr>
          <w:b/>
        </w:rPr>
        <w:t xml:space="preserve">[40:27] </w:t>
      </w:r>
      <w:r>
        <w:t>falasteen mein yeh chila rahe hain ke sar hum pe zulm ho raha hai.</w:t>
      </w:r>
    </w:p>
    <w:p>
      <w:pPr>
        <w:jc w:val="right"/>
      </w:pPr>
      <w:r>
        <w:t>فلسطین میں یہ چلا رہے ہیں کہ سر ہم پہ ظلم ہو رہا ہے۔</w:t>
      </w:r>
    </w:p>
    <w:p>
      <w:r>
        <w:rPr>
          <w:b/>
        </w:rPr>
        <w:t xml:space="preserve">[40:33] </w:t>
      </w:r>
      <w:r>
        <w:t>zulm kahan ho raha hai? bhai, tum apne hi yani un wise action ka price de rahe ho.</w:t>
      </w:r>
    </w:p>
    <w:p>
      <w:pPr>
        <w:jc w:val="right"/>
      </w:pPr>
      <w:r>
        <w:t>ظلم کہاں ہو رہا ہے؟ بھئی، تم اپنے ہی یعنی ان وائز ایکشن کا پرائس دے رہے ہو۔</w:t>
      </w:r>
    </w:p>
    <w:p>
      <w:r>
        <w:rPr>
          <w:b/>
        </w:rPr>
        <w:t xml:space="preserve">[40:41] </w:t>
      </w:r>
      <w:r>
        <w:t>jab diaspora wale hindu, jo yahoodi diaspora ke wahan aa rahe the, to unhon ne kyun roka? un</w:t>
      </w:r>
    </w:p>
    <w:p>
      <w:pPr>
        <w:jc w:val="right"/>
      </w:pPr>
      <w:r>
        <w:t>جب ڈائسپورا والے ہندو، جو یہودی ڈائسپورا کے وہاں آ رہے تھے، تو انہوں نے کیوں روکا؟ ان</w:t>
      </w:r>
    </w:p>
    <w:p>
      <w:r>
        <w:rPr>
          <w:b/>
        </w:rPr>
        <w:t xml:space="preserve">[40:48] </w:t>
      </w:r>
      <w:r>
        <w:t>ko un ko aanay dete hain.</w:t>
      </w:r>
    </w:p>
    <w:p>
      <w:pPr>
        <w:jc w:val="right"/>
      </w:pPr>
      <w:r>
        <w:t>کو ان کو آنے دیتے ہیں۔</w:t>
      </w:r>
    </w:p>
    <w:p>
      <w:r>
        <w:rPr>
          <w:b/>
        </w:rPr>
        <w:t xml:space="preserve">[40:51] </w:t>
      </w:r>
      <w:r>
        <w:t>aap aap kehte hain ke chalo aao, tum hum mil jul kar rahenge yahan, hum mil jul</w:t>
      </w:r>
    </w:p>
    <w:p>
      <w:pPr>
        <w:jc w:val="right"/>
      </w:pPr>
      <w:r>
        <w:t>آپ آپ کہتے ہیں کہ چلو آؤ، تم ہم مل جل کر رہیں گے یہاں، ہم مل جل</w:t>
      </w:r>
    </w:p>
    <w:p>
      <w:r>
        <w:rPr>
          <w:b/>
        </w:rPr>
        <w:t xml:space="preserve">[40:59] </w:t>
      </w:r>
      <w:r>
        <w:t>kar rahenge.</w:t>
      </w:r>
    </w:p>
    <w:p>
      <w:pPr>
        <w:jc w:val="right"/>
      </w:pPr>
      <w:r>
        <w:t>کر رہیں گے۔</w:t>
      </w:r>
    </w:p>
    <w:p>
      <w:r>
        <w:rPr>
          <w:b/>
        </w:rPr>
        <w:t xml:space="preserve">[41:00] </w:t>
      </w:r>
      <w:r>
        <w:t>aur dekhiye, musalmanon ko yeh claim hai ke masjid aqsa hamari hai.</w:t>
      </w:r>
    </w:p>
    <w:p>
      <w:pPr>
        <w:jc w:val="right"/>
      </w:pPr>
      <w:r>
        <w:t>اور دیکھیے، مسلمانوں کو یہ کلیم ہے کہ مسجد اقصیٰ ہماری ہے۔</w:t>
      </w:r>
    </w:p>
    <w:p>
      <w:r>
        <w:rPr>
          <w:b/>
        </w:rPr>
        <w:t xml:space="preserve">[41:05] </w:t>
      </w:r>
      <w:r>
        <w:t>kaise tumhari hai? bhai, main ek baat baat bata raha hoon jo kisi bhi ne, kisi scholar ne</w:t>
      </w:r>
    </w:p>
    <w:p>
      <w:pPr>
        <w:jc w:val="right"/>
      </w:pPr>
      <w:r>
        <w:t>کیسے تمہاری ہے؟ بھئی، میں ایک بات بات بتا رہا ہوں جو کسی بھی نے، کسی سکالر نے</w:t>
      </w:r>
    </w:p>
    <w:p>
      <w:r>
        <w:rPr>
          <w:b/>
        </w:rPr>
        <w:t xml:space="preserve">[41:13] </w:t>
      </w:r>
      <w:r>
        <w:t>ya kisi commentator ne nahi likhi, commentator ne.</w:t>
      </w:r>
    </w:p>
    <w:p>
      <w:pPr>
        <w:jc w:val="right"/>
      </w:pPr>
      <w:r>
        <w:t>یا کسی کمنٹیٹر نے نہیں لکھی، کمنٹیٹر نے۔</w:t>
      </w:r>
    </w:p>
    <w:p>
      <w:r>
        <w:rPr>
          <w:b/>
        </w:rPr>
        <w:t xml:space="preserve">[41:16] </w:t>
      </w:r>
      <w:r>
        <w:t>lekin quran mein jo hai: "subhan allah aqsa, subhan allah aqsa, bib di lelb, masjid aqsa, aqsa" yeh</w:t>
      </w:r>
    </w:p>
    <w:p>
      <w:pPr>
        <w:jc w:val="right"/>
      </w:pPr>
      <w:r>
        <w:t>لیکن قرآن میں جو ہے: "سبحان اللہ اقصیٰ، سبحان اللہ اقصیٰ، بیب دی لیلب، مسجد اقصیٰ، اقصیٰ" یہ</w:t>
      </w:r>
    </w:p>
    <w:p>
      <w:r>
        <w:rPr>
          <w:b/>
        </w:rPr>
        <w:t xml:space="preserve">[41:24] </w:t>
      </w:r>
      <w:r>
        <w:t>masjid ka word jo hai yahan par masjid ke maani mein nahi hai.</w:t>
      </w:r>
    </w:p>
    <w:p>
      <w:pPr>
        <w:jc w:val="right"/>
      </w:pPr>
      <w:r>
        <w:t>مسجد کا ورڈ جو ہے یہاں پر مسجد کے معنی میں نہیں ہے۔</w:t>
      </w:r>
    </w:p>
    <w:p>
      <w:r>
        <w:rPr>
          <w:b/>
        </w:rPr>
        <w:t xml:space="preserve">[41:30] </w:t>
      </w:r>
      <w:r>
        <w:t>yaad rakhiye, yeh sab ko apne qari masjid, jame masjid is sense mein nahi hai.</w:t>
      </w:r>
    </w:p>
    <w:p>
      <w:pPr>
        <w:jc w:val="right"/>
      </w:pPr>
      <w:r>
        <w:t>یاد رکھیے، یہ سب کو اپنے قاری مسجد، جامع مسجد اس سینس میں نہیں ہے۔</w:t>
      </w:r>
    </w:p>
    <w:p>
      <w:r>
        <w:rPr>
          <w:b/>
        </w:rPr>
        <w:t xml:space="preserve">[41:36] </w:t>
      </w:r>
      <w:r>
        <w:t>yeh bohat bari aisi sare musalmanon ko hai.</w:t>
      </w:r>
    </w:p>
    <w:p>
      <w:pPr>
        <w:jc w:val="right"/>
      </w:pPr>
      <w:r>
        <w:t>یہ بہت بڑی ایسی سارے مسلمانوں کو ہے۔</w:t>
      </w:r>
    </w:p>
    <w:p>
      <w:r>
        <w:rPr>
          <w:b/>
        </w:rPr>
        <w:t xml:space="preserve">[41:40] </w:t>
      </w:r>
      <w:r>
        <w:t>woh samajhte hain ke masjid aqsa ke maani hain jis jame masjid hoti hai ya qari masjid hoti</w:t>
      </w:r>
    </w:p>
    <w:p>
      <w:pPr>
        <w:jc w:val="right"/>
      </w:pPr>
      <w:r>
        <w:t>وہ سمجھتے ہیں کہ مسجد اقصیٰ کے معنی ہیں جس جامع مسجد ہوتی ہے یا قاری مسجد ہوتی</w:t>
      </w:r>
    </w:p>
    <w:p>
      <w:r>
        <w:rPr>
          <w:b/>
        </w:rPr>
        <w:t xml:space="preserve">[41:47]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[41:49] </w:t>
      </w:r>
      <w:r>
        <w:t>yahan masjid ke maani yaad rakhiye: yahoodi ibadat gah, yahoodi yahoodi ibadat gah, yahoodi place of worship, yani</w:t>
      </w:r>
    </w:p>
    <w:p>
      <w:pPr>
        <w:jc w:val="right"/>
      </w:pPr>
      <w:r>
        <w:t>یہاں مسجد کے معنی یاد رکھیے: یہودی عبادت گاہ، یہودی یہودی عبادت گاہ، یہودی پلیس آف ورشپ، یعنی</w:t>
      </w:r>
    </w:p>
    <w:p>
      <w:r>
        <w:rPr>
          <w:b/>
        </w:rPr>
        <w:t xml:space="preserve">[41:57] </w:t>
      </w:r>
      <w:r>
        <w:t>solomon haikal, haikal of solomon.</w:t>
      </w:r>
    </w:p>
    <w:p>
      <w:pPr>
        <w:jc w:val="right"/>
      </w:pPr>
      <w:r>
        <w:t>سولومن ہیکل، ہیکل آف سولومن۔</w:t>
      </w:r>
    </w:p>
    <w:p>
      <w:r>
        <w:rPr>
          <w:b/>
        </w:rPr>
        <w:t xml:space="preserve">[41:59] </w:t>
      </w:r>
      <w:r>
        <w:t>isko hum log samajhte hain ke woh hamari masjid hai.</w:t>
      </w:r>
    </w:p>
    <w:p>
      <w:pPr>
        <w:jc w:val="right"/>
      </w:pPr>
      <w:r>
        <w:t>اس کو ہم لوگ سمجھتے ہیں کہ وہ ہماری مسجد ہے۔</w:t>
      </w:r>
    </w:p>
    <w:p>
      <w:r>
        <w:rPr>
          <w:b/>
        </w:rPr>
        <w:t xml:space="preserve">[42:03] </w:t>
      </w:r>
      <w:r>
        <w:t>woh wahan par dekhiye, pehle rasool allah se pehle king solomon the, yahoodi king.</w:t>
      </w:r>
    </w:p>
    <w:p>
      <w:pPr>
        <w:jc w:val="right"/>
      </w:pPr>
      <w:r>
        <w:t>وہ وہاں پر دیکھیے، پہلے رسول اللہ سے پہلے کنگ سولومن تھے، یہودی کنگ۔</w:t>
      </w:r>
    </w:p>
    <w:p>
      <w:r>
        <w:rPr>
          <w:b/>
        </w:rPr>
        <w:t xml:space="preserve">[42:09] </w:t>
      </w:r>
      <w:r>
        <w:t>unhon ne wahan par yahoodi ibadat gah banai thi, place of worship.</w:t>
      </w:r>
    </w:p>
    <w:p>
      <w:pPr>
        <w:jc w:val="right"/>
      </w:pPr>
      <w:r>
        <w:t>انہوں نے وہاں پر یہودی عبادت گاہ بنائی تھی، پلیس آف ورشپ۔</w:t>
      </w:r>
    </w:p>
    <w:p>
      <w:r>
        <w:rPr>
          <w:b/>
        </w:rPr>
        <w:t xml:space="preserve">[42:15] </w:t>
      </w:r>
      <w:r>
        <w:t>to wahan par woh tha, usko haikal kehte the.</w:t>
      </w:r>
    </w:p>
    <w:p>
      <w:pPr>
        <w:jc w:val="right"/>
      </w:pPr>
      <w:r>
        <w:t>تو وہاں پر وہ تھا، اس کو ہیکل کہتے تھے۔</w:t>
      </w:r>
    </w:p>
    <w:p>
      <w:r>
        <w:rPr>
          <w:b/>
        </w:rPr>
        <w:t xml:space="preserve">[42:19] </w:t>
      </w:r>
      <w:r>
        <w:t>woh log haikal, haikal kehte the usko.</w:t>
      </w:r>
    </w:p>
    <w:p>
      <w:pPr>
        <w:jc w:val="right"/>
      </w:pPr>
      <w:r>
        <w:t>وہ لوگ ہیکل، ہیکل کہتے تھے اس کو۔</w:t>
      </w:r>
    </w:p>
    <w:p>
      <w:r>
        <w:rPr>
          <w:b/>
        </w:rPr>
        <w:t xml:space="preserve">[42:22] </w:t>
      </w:r>
      <w:r>
        <w:t>phir wahan par woh king aaya, iraq, wahan ka babal ka aur iran ka.</w:t>
      </w:r>
    </w:p>
    <w:p>
      <w:pPr>
        <w:jc w:val="right"/>
      </w:pPr>
      <w:r>
        <w:t>پھر وہاں پر وہ کنگ آیا، عراق، وہاں کا بابل کا اور ایران کا۔</w:t>
      </w:r>
    </w:p>
    <w:p>
      <w:r>
        <w:rPr>
          <w:b/>
        </w:rPr>
        <w:t xml:space="preserve">[42:28] </w:t>
      </w:r>
      <w:r>
        <w:t>us ne utha diya, us ko do bar uthaya gaya hai.</w:t>
      </w:r>
    </w:p>
    <w:p>
      <w:pPr>
        <w:jc w:val="right"/>
      </w:pPr>
      <w:r>
        <w:t>اس نے اٹھا دیا، اس کو دو بار اٹھایا گیا ہے۔</w:t>
      </w:r>
    </w:p>
    <w:p>
      <w:r>
        <w:rPr>
          <w:b/>
        </w:rPr>
        <w:t xml:space="preserve">[42:33] </w:t>
      </w:r>
      <w:r>
        <w:t>wo to wo wahan ke sides pari hui theen.</w:t>
      </w:r>
    </w:p>
    <w:p>
      <w:pPr>
        <w:jc w:val="right"/>
      </w:pPr>
      <w:r>
        <w:t>وہ تو وہ وہاں کے سائیڈز پڑی ہوئی تھیں۔</w:t>
      </w:r>
    </w:p>
    <w:p>
      <w:r>
        <w:rPr>
          <w:b/>
        </w:rPr>
        <w:t xml:space="preserve">[42:37] </w:t>
      </w:r>
      <w:r>
        <w:t>side jab rasool Allah sal Allah alaihi wasallam ki miraj hui hai to wo side thi wahan par.</w:t>
      </w:r>
    </w:p>
    <w:p>
      <w:pPr>
        <w:jc w:val="right"/>
      </w:pPr>
      <w:r>
        <w:t>سائیڈ جب رسول اللہ صلی اللہ علیہ وسلم کی معراج ہوئی ہے تو وہ سائیڈ تھی وہاں پر۔</w:t>
      </w:r>
    </w:p>
    <w:p>
      <w:r>
        <w:rPr>
          <w:b/>
        </w:rPr>
        <w:t xml:space="preserve">[42:45] </w:t>
      </w:r>
      <w:r>
        <w:t>to rasool Allah ke zamane mein, khilafat ke zamane mein, wahan sirf khandar tha, side thi is ki.</w:t>
      </w:r>
    </w:p>
    <w:p>
      <w:pPr>
        <w:jc w:val="right"/>
      </w:pPr>
      <w:r>
        <w:t>تو رسول اللہ کے زمانے میں، خلافت کے زمانے میں، وہاں صرف کھنڈر تھا، سائیڈ تھی اس کی۔</w:t>
      </w:r>
    </w:p>
    <w:p>
      <w:r>
        <w:rPr>
          <w:b/>
        </w:rPr>
        <w:t xml:space="preserve">[42:52] </w:t>
      </w:r>
      <w:r>
        <w:t>yani Solomon haikal jo tha, yahudi haikal ka side tha.</w:t>
      </w:r>
    </w:p>
    <w:p>
      <w:pPr>
        <w:jc w:val="right"/>
      </w:pPr>
      <w:r>
        <w:t>یعنی سولومن ہیکل جو تھا، یہودی ہیکل کا سائیڈ تھی۔</w:t>
      </w:r>
    </w:p>
    <w:p>
      <w:r>
        <w:rPr>
          <w:b/>
        </w:rPr>
        <w:t xml:space="preserve">[42:57] </w:t>
      </w:r>
      <w:r>
        <w:t>wo to phir kya hua? bano umaya ke zamane mein ek khalifa ne wahan par masjid banai, yani</w:t>
      </w:r>
    </w:p>
    <w:p>
      <w:pPr>
        <w:jc w:val="right"/>
      </w:pPr>
      <w:r>
        <w:t>وہ تو پھر کیا ہوا؟ بنو امیہ کے زمانے میں ایک خلیفہ نے وہاں پر مسجد بنائی، یعنی</w:t>
      </w:r>
    </w:p>
    <w:p>
      <w:r>
        <w:rPr>
          <w:b/>
        </w:rPr>
        <w:t xml:space="preserve">[43:04] </w:t>
      </w:r>
      <w:r>
        <w:t>yahudi ibadat gah ke side par masjid bana di aur is ka naam par gaya masjid aqsa.</w:t>
      </w:r>
    </w:p>
    <w:p>
      <w:pPr>
        <w:jc w:val="right"/>
      </w:pPr>
      <w:r>
        <w:t>یہودی عبادت گاہ کے سائیڈ پر مسجد بنا دی اور اس کا نام پڑ گیا مسجد اقصیٰ۔</w:t>
      </w:r>
    </w:p>
    <w:p>
      <w:r>
        <w:rPr>
          <w:b/>
        </w:rPr>
        <w:t xml:space="preserve">[43:12] </w:t>
      </w:r>
      <w:r>
        <w:t>ab musalman samajhte hain ke wo hamari masjid hai, hamari masjid hai hi nahin.</w:t>
      </w:r>
    </w:p>
    <w:p>
      <w:pPr>
        <w:jc w:val="right"/>
      </w:pPr>
      <w:r>
        <w:t>اب مسلمان سمجھتے ہیں کہ وہ ہماری مسجد ہے، ہماری مسجد ہے ہی نہیں۔</w:t>
      </w:r>
    </w:p>
    <w:p>
      <w:r>
        <w:rPr>
          <w:b/>
        </w:rPr>
        <w:t xml:space="preserve">[43:18] </w:t>
      </w:r>
      <w:r>
        <w:t>wo ye sab kya hai? emotion mein sochte hain log.</w:t>
      </w:r>
    </w:p>
    <w:p>
      <w:pPr>
        <w:jc w:val="right"/>
      </w:pPr>
      <w:r>
        <w:t>وہ یہ سب کیا ہے؟ ایموشن میں سوچتے ہیں لوگ۔</w:t>
      </w:r>
    </w:p>
    <w:p>
      <w:r>
        <w:rPr>
          <w:b/>
        </w:rPr>
        <w:t xml:space="preserve">[43:22] </w:t>
      </w:r>
      <w:r>
        <w:t>main main ye keh raha hoon ke emotion aap ko blind banate hain, blind.</w:t>
      </w:r>
    </w:p>
    <w:p>
      <w:pPr>
        <w:jc w:val="right"/>
      </w:pPr>
      <w:r>
        <w:t>میں میں یہ کہہ رہا ہوں کہ ایموشن آپ کو بلائنڈ بناتے ہیں، بلائنڈ۔</w:t>
      </w:r>
    </w:p>
    <w:p>
      <w:r>
        <w:rPr>
          <w:b/>
        </w:rPr>
        <w:t xml:space="preserve">[43:28] </w:t>
      </w:r>
      <w:r>
        <w:t>aur jab aap is ko price deni parti hai to aap kehte hain zulm ho raha hai.</w:t>
      </w:r>
    </w:p>
    <w:p>
      <w:pPr>
        <w:jc w:val="right"/>
      </w:pPr>
      <w:r>
        <w:t>اور جب آپ اس کو پرائس دینی پڑتی ہے تو آپ کہتے ہیں ظلم ہو رہا ہے۔</w:t>
      </w:r>
    </w:p>
    <w:p>
      <w:r>
        <w:rPr>
          <w:b/>
        </w:rPr>
        <w:t xml:space="preserve">[43:35] </w:t>
      </w:r>
      <w:r>
        <w:t>main poore conviction se keh raha hoon ke musalmanon ke sath kahin dunya mein zulm nahin ho raha</w:t>
      </w:r>
    </w:p>
    <w:p>
      <w:pPr>
        <w:jc w:val="right"/>
      </w:pPr>
      <w:r>
        <w:t>میں پورے کنوکشن سے کہہ رہا ہوں کہ مسلمانوں کے ساتھ کہیں دنیا میں ظلم نہیں ہو رہا</w:t>
      </w:r>
    </w:p>
    <w:p>
      <w:r>
        <w:rPr>
          <w:b/>
        </w:rPr>
        <w:t xml:space="preserve">[43:43] </w:t>
      </w:r>
      <w:r>
        <w:t>hai, na India mein ho raha hai, na maine falasteen mein ho raha hai, na kashmir mein</w:t>
      </w:r>
    </w:p>
    <w:p>
      <w:pPr>
        <w:jc w:val="right"/>
      </w:pPr>
      <w:r>
        <w:t>ہے، نہ انڈیا میں ہو رہا ہے، نہ میں نے فلسطین میں ہو رہا ہے، نہ کشمیر میں</w:t>
      </w:r>
    </w:p>
    <w:p>
      <w:r>
        <w:rPr>
          <w:b/>
        </w:rPr>
        <w:t xml:space="preserve">[43:51] </w:t>
      </w:r>
      <w:r>
        <w:t>ho raha hai, na America mein ho raha hai, na kahin ho raha hai.</w:t>
      </w:r>
    </w:p>
    <w:p>
      <w:pPr>
        <w:jc w:val="right"/>
      </w:pPr>
      <w:r>
        <w:t>ہو رہا ہے، نہ امریکہ میں ہو رہا ہے، نہ کہیں ہو رہا ہے۔</w:t>
      </w:r>
    </w:p>
    <w:p>
      <w:r>
        <w:rPr>
          <w:b/>
        </w:rPr>
        <w:t xml:space="preserve">[43:57] </w:t>
      </w:r>
      <w:r>
        <w:t>مسلمان اپنی اپنے unwise is step ka price de rahe hain.</w:t>
      </w:r>
    </w:p>
    <w:p>
      <w:pPr>
        <w:jc w:val="right"/>
      </w:pPr>
      <w:r>
        <w:t>مسلمان اپنی اپنے ان وائز اس سٹیپ کا پرائس دے رہے ہیں۔</w:t>
      </w:r>
    </w:p>
    <w:p>
      <w:r>
        <w:rPr>
          <w:b/>
        </w:rPr>
        <w:t xml:space="preserve">[44:02] </w:t>
      </w:r>
      <w:r>
        <w:t>بس ایموشن کے میں آ کر کے کودتے ہیں اور پھر اس کی price دینی پڑتی ہے انہیں</w:t>
      </w:r>
    </w:p>
    <w:p>
      <w:pPr>
        <w:jc w:val="right"/>
      </w:pPr>
      <w:r>
        <w:t>بس ایموشن کے میں آ کر کے کودتے ہیں اور پھر اس کی پرائس دینی پڑتی ہے انہیں۔</w:t>
      </w:r>
    </w:p>
    <w:p>
      <w:r>
        <w:rPr>
          <w:b/>
        </w:rPr>
        <w:t xml:space="preserve">[44:09] </w:t>
      </w:r>
      <w:r>
        <w:t>to chalate hain ke baat bas zulm ho raha hai, dushmani hamare sath ki ja rahi hai.</w:t>
      </w:r>
    </w:p>
    <w:p>
      <w:pPr>
        <w:jc w:val="right"/>
      </w:pPr>
      <w:r>
        <w:t>تو چلاتے ہیں کہ بات بس ظلم ہو رہا ہے، دشمنی ہمارے ساتھ کی جا رہی ہے۔</w:t>
      </w:r>
    </w:p>
    <w:p>
      <w:r>
        <w:rPr>
          <w:b/>
        </w:rPr>
        <w:t xml:space="preserve">[44:17] </w:t>
      </w:r>
      <w:r>
        <w:t>main apni history ke base par, apni knowledge ke base par, aur mere pas jo books hain, un</w:t>
      </w:r>
    </w:p>
    <w:p>
      <w:pPr>
        <w:jc w:val="right"/>
      </w:pPr>
      <w:r>
        <w:t>میں اپنی ہسٹری کے بیس پر، اپنی نالج کے بیس پر، اور میرے پاس جو بکس ہیں، ان</w:t>
      </w:r>
    </w:p>
    <w:p>
      <w:r>
        <w:rPr>
          <w:b/>
        </w:rPr>
        <w:t xml:space="preserve">[44:24] </w:t>
      </w:r>
      <w:r>
        <w:t>ko main dikha sakta hoon.</w:t>
      </w:r>
    </w:p>
    <w:p>
      <w:pPr>
        <w:jc w:val="right"/>
      </w:pPr>
      <w:r>
        <w:t>کو میں دکھا سکتا ہوں۔</w:t>
      </w:r>
    </w:p>
    <w:p>
      <w:r>
        <w:rPr>
          <w:b/>
        </w:rPr>
        <w:t xml:space="preserve">[44:27] </w:t>
      </w:r>
      <w:r>
        <w:t>is mein koi chahe janna, kahin bhi musalmanon ke sath zulm nahin ho raha hai.</w:t>
      </w:r>
    </w:p>
    <w:p>
      <w:pPr>
        <w:jc w:val="right"/>
      </w:pPr>
      <w:r>
        <w:t>اس میں کوئی چاہے جاننا، کہیں بھی مسلمانوں کے ساتھ ظلم نہیں ہو رہا ہے۔</w:t>
      </w:r>
    </w:p>
    <w:p>
      <w:r>
        <w:rPr>
          <w:b/>
        </w:rPr>
        <w:t xml:space="preserve">[44:33] </w:t>
      </w:r>
      <w:r>
        <w:t>abhi dekhen, aaj news aai hai, China mein ek area hai jahan char lakh log rehte hain, is</w:t>
      </w:r>
    </w:p>
    <w:p>
      <w:pPr>
        <w:jc w:val="right"/>
      </w:pPr>
      <w:r>
        <w:t>ابھی دیکھیں، آج نیوز آئی ہے، چائنہ میں ایک ایریا ہے جہاں چار لاکھ لوگ رہتے ہیں، اس</w:t>
      </w:r>
    </w:p>
    <w:p>
      <w:r>
        <w:rPr>
          <w:b/>
        </w:rPr>
        <w:t xml:space="preserve">[44:41] </w:t>
      </w:r>
      <w:r>
        <w:t>mein majority musalmanon ki hai.</w:t>
      </w:r>
    </w:p>
    <w:p>
      <w:pPr>
        <w:jc w:val="right"/>
      </w:pPr>
      <w:r>
        <w:t>میں میجورٹی مسلمانوں کی ہے۔</w:t>
      </w:r>
    </w:p>
    <w:p>
      <w:r>
        <w:rPr>
          <w:b/>
        </w:rPr>
        <w:t xml:space="preserve">[44:43] </w:t>
      </w:r>
      <w:r>
        <w:t>ab wahan wahan khare ho gaye log ke islami ki state banao.</w:t>
      </w:r>
    </w:p>
    <w:p>
      <w:pPr>
        <w:jc w:val="right"/>
      </w:pPr>
      <w:r>
        <w:t>اب وہاں وہاں کھڑے ہو گئے لوگ کہ اسلامی کی سٹیٹ بناؤ۔</w:t>
      </w:r>
    </w:p>
    <w:p>
      <w:r>
        <w:rPr>
          <w:b/>
        </w:rPr>
        <w:t xml:space="preserve">[44:48] </w:t>
      </w:r>
      <w:r>
        <w:t>ab wahan bomb bomb maar rahe hain.</w:t>
      </w:r>
    </w:p>
    <w:p>
      <w:pPr>
        <w:jc w:val="right"/>
      </w:pPr>
      <w:r>
        <w:t>اب وہاں بم بم مار رہے ہیں۔</w:t>
      </w:r>
    </w:p>
    <w:p>
      <w:r>
        <w:rPr>
          <w:b/>
        </w:rPr>
        <w:t xml:space="preserve">[44:51] </w:t>
      </w:r>
      <w:r>
        <w:t>اب اب وہاں پر جب China جو ہے، China China جب وہاں پر ان کو crush کرے گا</w:t>
      </w:r>
    </w:p>
    <w:p>
      <w:pPr>
        <w:jc w:val="right"/>
      </w:pPr>
      <w:r>
        <w:t>اب اب وہاں پر جب چائنہ جو ہے، چائنہ چائنہ جب وہاں پر ان کو کریس کرے گا</w:t>
      </w:r>
    </w:p>
    <w:p>
      <w:r>
        <w:rPr>
          <w:b/>
        </w:rPr>
        <w:t xml:space="preserve">[44:59] </w:t>
      </w:r>
      <w:r>
        <w:t>to kahenge zulm ho raha hai.</w:t>
      </w:r>
    </w:p>
    <w:p>
      <w:pPr>
        <w:jc w:val="right"/>
      </w:pPr>
      <w:r>
        <w:t>تو کہیں گے ظلم ہو رہا ہے۔</w:t>
      </w:r>
    </w:p>
    <w:p>
      <w:r>
        <w:rPr>
          <w:b/>
        </w:rPr>
        <w:t xml:space="preserve">[45:02] </w:t>
      </w:r>
      <w:r>
        <w:t>bhai, zulm to ho gai.</w:t>
      </w:r>
    </w:p>
    <w:p>
      <w:pPr>
        <w:jc w:val="right"/>
      </w:pPr>
      <w:r>
        <w:t>بھئی، ظلم تو ہو گئی۔</w:t>
      </w:r>
    </w:p>
    <w:p>
      <w:r>
        <w:rPr>
          <w:b/>
        </w:rPr>
        <w:t xml:space="preserve">[45:04] </w:t>
      </w:r>
      <w:r>
        <w:t>ek area jo part hai China ka, to wahan aap un ke jaise doosre rehte hain, waise aap</w:t>
      </w:r>
    </w:p>
    <w:p>
      <w:pPr>
        <w:jc w:val="right"/>
      </w:pPr>
      <w:r>
        <w:t>ایک ایریا جو پارٹ ہے چائنہ کا، تو وہاں آپ ان کے جیسے دوسرے رہتے ہیں، ویسے آپ</w:t>
      </w:r>
    </w:p>
    <w:p>
      <w:r>
        <w:rPr>
          <w:b/>
        </w:rPr>
        <w:t xml:space="preserve">[45:12] </w:t>
      </w:r>
      <w:r>
        <w:t>bhi rahiye.</w:t>
      </w:r>
    </w:p>
    <w:p>
      <w:pPr>
        <w:jc w:val="right"/>
      </w:pPr>
      <w:r>
        <w:t>بھی رہیے۔</w:t>
      </w:r>
    </w:p>
    <w:p>
      <w:r>
        <w:rPr>
          <w:b/>
        </w:rPr>
        <w:t xml:space="preserve">[45:13] </w:t>
      </w:r>
      <w:r>
        <w:t>islami hukoomat banane ka kya matlab hai wahan par? main to is ko bilkul hi yani be aqli</w:t>
      </w:r>
    </w:p>
    <w:p>
      <w:pPr>
        <w:jc w:val="right"/>
      </w:pPr>
      <w:r>
        <w:t>اسلامی حکومت بنانے کا کیا مطلب ہے وہاں پر؟ میں تو اس کو بالکل ہی یعنی بے عقلی</w:t>
      </w:r>
    </w:p>
    <w:p>
      <w:r>
        <w:rPr>
          <w:b/>
        </w:rPr>
        <w:t xml:space="preserve">[45:21] </w:t>
      </w:r>
      <w:r>
        <w:t>ka kaam samajhta hoon.</w:t>
      </w:r>
    </w:p>
    <w:p>
      <w:pPr>
        <w:jc w:val="right"/>
      </w:pPr>
      <w:r>
        <w:t>کا کام سمجھتا ہوں۔</w:t>
      </w:r>
    </w:p>
    <w:p>
      <w:r>
        <w:rPr>
          <w:b/>
        </w:rPr>
        <w:t xml:space="preserve">[45:22] </w:t>
      </w:r>
      <w:r>
        <w:t>aik aik poora state hai, is ko hum china kehte hain.</w:t>
      </w:r>
    </w:p>
    <w:p>
      <w:pPr>
        <w:jc w:val="right"/>
      </w:pPr>
      <w:r>
        <w:t>ایک ایک پورا اسٹیٹ ہے، اس کو ہم چائنہ کہتے ہیں۔</w:t>
      </w:r>
    </w:p>
    <w:p>
      <w:r>
        <w:rPr>
          <w:b/>
        </w:rPr>
        <w:t xml:space="preserve">[45:27] </w:t>
      </w:r>
      <w:r>
        <w:t>is state ka aik chota sa hissa hai, is mein musalman kuch majority mein hain.</w:t>
      </w:r>
    </w:p>
    <w:p>
      <w:pPr>
        <w:jc w:val="right"/>
      </w:pPr>
      <w:r>
        <w:t>اس اسٹیٹ کا ایک چھوٹا سا حصہ ہے، اس میں مسلمان کچھ میجورٹی میں ہیں۔</w:t>
      </w:r>
    </w:p>
    <w:p>
      <w:r>
        <w:rPr>
          <w:b/>
        </w:rPr>
        <w:t xml:space="preserve">[45:34] </w:t>
      </w:r>
      <w:r>
        <w:t>to wahi hone wala hai jo Arakan mein hua aur doosri jagahon par hua.</w:t>
      </w:r>
    </w:p>
    <w:p>
      <w:pPr>
        <w:jc w:val="right"/>
      </w:pPr>
      <w:r>
        <w:t>تو وہی ہونے والا ہے جو اراکان میں ہوا اور دوسری جگہوں پر ہوا۔</w:t>
      </w:r>
    </w:p>
    <w:p>
      <w:r>
        <w:rPr>
          <w:b/>
        </w:rPr>
        <w:t xml:space="preserve">[45:40] </w:t>
      </w:r>
      <w:r>
        <w:t>Arakan aik part tha Burma ka, wahan musalman zyada thay.</w:t>
      </w:r>
    </w:p>
    <w:p>
      <w:pPr>
        <w:jc w:val="right"/>
      </w:pPr>
      <w:r>
        <w:t>اراکان ایک پارٹ تھا برما کا، وہاں مسلمان زیادہ تھے۔</w:t>
      </w:r>
    </w:p>
    <w:p>
      <w:r>
        <w:rPr>
          <w:b/>
        </w:rPr>
        <w:t xml:space="preserve">[45:44] </w:t>
      </w:r>
      <w:r>
        <w:t>wahan par kuch log khare ho gaye ke islami ki state banao aur itna crash kiya.</w:t>
      </w:r>
    </w:p>
    <w:p>
      <w:pPr>
        <w:jc w:val="right"/>
      </w:pPr>
      <w:r>
        <w:t>وہاں پر کچھ لوگ کھڑے ہوگئے کہ اسلامی کی سٹیٹ بناؤ اور اتنا کریش کیا۔</w:t>
      </w:r>
    </w:p>
    <w:p>
      <w:r>
        <w:rPr>
          <w:b/>
        </w:rPr>
        <w:t xml:space="preserve">[45:50] </w:t>
      </w:r>
      <w:r>
        <w:t>Burma ki government hai is ko ke aaj in ko yani kuch bhi in par nahi reh gaya</w:t>
      </w:r>
    </w:p>
    <w:p>
      <w:pPr>
        <w:jc w:val="right"/>
      </w:pPr>
      <w:r>
        <w:t>برما کی گورنمنٹ ہے اس کو کہ آج ان کو یعنی کچھ بھی ان پر نہیں رہ گیا</w:t>
      </w:r>
    </w:p>
    <w:p>
      <w:r>
        <w:rPr>
          <w:b/>
        </w:rPr>
        <w:t xml:space="preserve">[45:58]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[46:00] </w:t>
      </w:r>
      <w:r>
        <w:t>wo yahan bhi crash kare gi china ki government to chalayenge ke sahib zulm ho raha hai,</w:t>
      </w:r>
    </w:p>
    <w:p>
      <w:pPr>
        <w:jc w:val="right"/>
      </w:pPr>
      <w:r>
        <w:t>وہ یہاں بھی کریش کرے گی چائنہ کی گورنمنٹ تو چلائیں گے کہ صاحب ظلم ہو رہا ہے،</w:t>
      </w:r>
    </w:p>
    <w:p>
      <w:r>
        <w:rPr>
          <w:b/>
        </w:rPr>
        <w:t xml:space="preserve">[46:07] </w:t>
      </w:r>
      <w:r>
        <w:t>tum apni apni yani nadani ki price de rahe ho, apni be aqli ki price de rahe ho.</w:t>
      </w:r>
    </w:p>
    <w:p>
      <w:pPr>
        <w:jc w:val="right"/>
      </w:pPr>
      <w:r>
        <w:t>تم اپنی اپنی یعنی نادانی کی پرائس دے رہے ہو، اپنی بے عقلی کی پرائس دے رہے ہو۔</w:t>
      </w:r>
    </w:p>
    <w:p>
      <w:r>
        <w:rPr>
          <w:b/>
        </w:rPr>
        <w:t xml:space="preserve">[46:15] </w:t>
      </w:r>
      <w:r>
        <w:t>zulm kya hai? zulm kuch bhi nahi hai.</w:t>
      </w:r>
    </w:p>
    <w:p>
      <w:pPr>
        <w:jc w:val="right"/>
      </w:pPr>
      <w:r>
        <w:t>ظلم کیا ہے؟ ظلم کچھ بھی نہیں ہے۔</w:t>
      </w:r>
    </w:p>
    <w:p>
      <w:r>
        <w:rPr>
          <w:b/>
        </w:rPr>
        <w:t xml:space="preserve">[46:18] </w:t>
      </w:r>
      <w:r>
        <w:t>to yeh main aap logon ko is liye keh raha hoon ke hum ko dawah work ke sath</w:t>
      </w:r>
    </w:p>
    <w:p>
      <w:pPr>
        <w:jc w:val="right"/>
      </w:pPr>
      <w:r>
        <w:t>تو یہ میں آپ لوگوں کو اس لیے کہہ رہا ہوں کہ ہم کو دعویٰ ورک کے ساتھ</w:t>
      </w:r>
    </w:p>
    <w:p>
      <w:r>
        <w:rPr>
          <w:b/>
        </w:rPr>
        <w:t xml:space="preserve">[46:26] </w:t>
      </w:r>
      <w:r>
        <w:t>sath musalmanon ko yeh bhi batana hai ke tum yeh sab cheezon ko chodo, nahi to dawah work</w:t>
      </w:r>
    </w:p>
    <w:p>
      <w:pPr>
        <w:jc w:val="right"/>
      </w:pPr>
      <w:r>
        <w:t>ساتھ مسلمانوں کو یہ بھی بتانا ہے کہ تم یہ سب چیزوں کو چھوڑو، نہیں تو دعویٰ ورک</w:t>
      </w:r>
    </w:p>
    <w:p>
      <w:r>
        <w:rPr>
          <w:b/>
        </w:rPr>
        <w:t xml:space="preserve">[46:34] </w:t>
      </w:r>
      <w:r>
        <w:t>kar hi nahi sakte.</w:t>
      </w:r>
    </w:p>
    <w:p>
      <w:pPr>
        <w:jc w:val="right"/>
      </w:pPr>
      <w:r>
        <w:t>کر ہی نہیں سکتے۔</w:t>
      </w:r>
    </w:p>
    <w:p>
      <w:r>
        <w:rPr>
          <w:b/>
        </w:rPr>
        <w:t xml:space="preserve">[46:36] </w:t>
      </w:r>
      <w:r>
        <w:t>har aisa waqia jab kahin hota hai to wo dawah work ko keh keh is par hota hai,</w:t>
      </w:r>
    </w:p>
    <w:p>
      <w:pPr>
        <w:jc w:val="right"/>
      </w:pPr>
      <w:r>
        <w:t>ہر ایسا واقعہ جب کہیں ہوتا ہے تو وہ دعویٰ ورک کو کہ کہ اس پر ہوتا ہے،</w:t>
      </w:r>
    </w:p>
    <w:p>
      <w:r>
        <w:rPr>
          <w:b/>
        </w:rPr>
        <w:t xml:space="preserve">[46:43] </w:t>
      </w:r>
      <w:r>
        <w:t>is ki cost par hota hai.</w:t>
      </w:r>
    </w:p>
    <w:p>
      <w:pPr>
        <w:jc w:val="right"/>
      </w:pPr>
      <w:r>
        <w:t>اس کی کاسٹ پر ہوتا ہے۔</w:t>
      </w:r>
    </w:p>
    <w:p>
      <w:r>
        <w:rPr>
          <w:b/>
        </w:rPr>
        <w:t xml:space="preserve">[46:46] </w:t>
      </w:r>
      <w:r>
        <w:t>yeh dawah work rok dene wala ban jata hai.</w:t>
      </w:r>
    </w:p>
    <w:p>
      <w:pPr>
        <w:jc w:val="right"/>
      </w:pPr>
      <w:r>
        <w:t>یہ دعویٰ ورک روک دینے والا بن جاتا ہے۔</w:t>
      </w:r>
    </w:p>
    <w:p>
      <w:r>
        <w:rPr>
          <w:b/>
        </w:rPr>
        <w:t xml:space="preserve">[46:50] </w:t>
      </w:r>
      <w:r>
        <w:t>jahan bhi aap dekhen, jahan pe yeh sab hai, dawah work ruka hua hai.</w:t>
      </w:r>
    </w:p>
    <w:p>
      <w:pPr>
        <w:jc w:val="right"/>
      </w:pPr>
      <w:r>
        <w:t>جہاں بھی آپ دیکھیں، جہاں پہ یہ سب ہے، دعویٰ ورک رکا ہوا ہے۔</w:t>
      </w:r>
    </w:p>
    <w:p>
      <w:r>
        <w:rPr>
          <w:b/>
        </w:rPr>
        <w:t xml:space="preserve">[46:56] </w:t>
      </w:r>
      <w:r>
        <w:t>to hum hamare hamare major ke do aspect hain.</w:t>
      </w:r>
    </w:p>
    <w:p>
      <w:pPr>
        <w:jc w:val="right"/>
      </w:pPr>
      <w:r>
        <w:t>تو ہم ہمارے ہمارے میژر کے دو اسپیکٹ ہیں۔</w:t>
      </w:r>
    </w:p>
    <w:p>
      <w:r>
        <w:rPr>
          <w:b/>
        </w:rPr>
        <w:t xml:space="preserve">[47:00] </w:t>
      </w:r>
      <w:r>
        <w:t>aik to hum chahte hain ke logon ko dawah work ke liye uthayen, lekin yeh karna parega</w:t>
      </w:r>
    </w:p>
    <w:p>
      <w:pPr>
        <w:jc w:val="right"/>
      </w:pPr>
      <w:r>
        <w:t>ایک تو ہم چاہتے ہیں کہ لوگوں کو دعویٰ ورک کے لیے اٹھائیں، لیکن یہ کرنا پڑے گا</w:t>
      </w:r>
    </w:p>
    <w:p>
      <w:r>
        <w:rPr>
          <w:b/>
        </w:rPr>
        <w:t xml:space="preserve">[47:07] </w:t>
      </w:r>
      <w:r>
        <w:t>ke falan falan kaam tum chodo.</w:t>
      </w:r>
    </w:p>
    <w:p>
      <w:pPr>
        <w:jc w:val="right"/>
      </w:pPr>
      <w:r>
        <w:t>کہ فلاں فلاں کام تم چھوڑو۔</w:t>
      </w:r>
    </w:p>
    <w:p>
      <w:r>
        <w:rPr>
          <w:b/>
        </w:rPr>
        <w:t xml:space="preserve">[47:10] </w:t>
      </w:r>
      <w:r>
        <w:t>main aksar kaha karta hoon ke aik kaam karne ke liye aadmi ko aik kaam chhodna padta hai.</w:t>
      </w:r>
    </w:p>
    <w:p>
      <w:pPr>
        <w:jc w:val="right"/>
      </w:pPr>
      <w:r>
        <w:t>میں اکثر کہا کرتا ہوں کہ ایک کام کرنے کے لیے آدمی کو ایک کام چھوڑنا پڑتا ہے۔</w:t>
      </w:r>
    </w:p>
    <w:p>
      <w:r>
        <w:rPr>
          <w:b/>
        </w:rPr>
        <w:t xml:space="preserve">[47:18] </w:t>
      </w:r>
      <w:r>
        <w:t>aik kaam karne ke liye aadmi ko aik kaam chhodna padta hai.</w:t>
      </w:r>
    </w:p>
    <w:p>
      <w:pPr>
        <w:jc w:val="right"/>
      </w:pPr>
      <w:r>
        <w:t>ایک کام کرنے کے لیے آدمی کو ایک کام چھوڑنا پڑتا ہے۔</w:t>
      </w:r>
    </w:p>
    <w:p>
      <w:r>
        <w:rPr>
          <w:b/>
        </w:rPr>
        <w:t xml:space="preserve">[47:23] </w:t>
      </w:r>
      <w:r>
        <w:t>ab mujhe bombay jana ho to mujhe dilli chhodna parega.</w:t>
      </w:r>
    </w:p>
    <w:p>
      <w:pPr>
        <w:jc w:val="right"/>
      </w:pPr>
      <w:r>
        <w:t>اب مجھے بمبے جانا ہو تو مجھے دہلی چھوڑنا پڑے گا۔</w:t>
      </w:r>
    </w:p>
    <w:p>
      <w:r>
        <w:rPr>
          <w:b/>
        </w:rPr>
        <w:t xml:space="preserve">[47:27] </w:t>
      </w:r>
      <w:r>
        <w:t>agar main dilli na chhodun to bombay mein nahi pahunch sakta hoon.</w:t>
      </w:r>
    </w:p>
    <w:p>
      <w:pPr>
        <w:jc w:val="right"/>
      </w:pPr>
      <w:r>
        <w:t>اگر میں دہلی نہ چھوڑوں تو بمبے میں نہیں پہنچ سکتا ہوں۔</w:t>
      </w:r>
    </w:p>
    <w:p>
      <w:r>
        <w:rPr>
          <w:b/>
        </w:rPr>
        <w:t xml:space="preserve">[47:33] </w:t>
      </w:r>
      <w:r>
        <w:t>yeh sab jo laraiyan hain, yeh sab jo takrao hai aur yeh sab jo yani best qism ke</w:t>
      </w:r>
    </w:p>
    <w:p>
      <w:pPr>
        <w:jc w:val="right"/>
      </w:pPr>
      <w:r>
        <w:t>یہ سب جو لڑائیاں ہیں، یہ سب جو ٹکراؤ ہے اور یہ سب جو یعنی بیسٹ قسم کے</w:t>
      </w:r>
    </w:p>
    <w:p>
      <w:r>
        <w:rPr>
          <w:b/>
        </w:rPr>
        <w:t xml:space="preserve">[47:40] </w:t>
      </w:r>
      <w:r>
        <w:t>jhagde hain, agar hum is ko khatm nahi karenge to hum dawah work nahi kar sakte, kyunke</w:t>
      </w:r>
    </w:p>
    <w:p>
      <w:pPr>
        <w:jc w:val="right"/>
      </w:pPr>
      <w:r>
        <w:t>جھگڑے ہیں، اگر ہم اس کو ختم نہیں کریں گے تو ہم دعویٰ ورک نہیں کر سکتے، کیونکہ</w:t>
      </w:r>
    </w:p>
    <w:p>
      <w:r>
        <w:rPr>
          <w:b/>
        </w:rPr>
        <w:t xml:space="preserve">[47:48] </w:t>
      </w:r>
      <w:r>
        <w:t>hamara paisa isi mein west hoga, hamari energy isi mein west hogi, hamara time isi mein west hoga.</w:t>
      </w:r>
    </w:p>
    <w:p>
      <w:pPr>
        <w:jc w:val="right"/>
      </w:pPr>
      <w:r>
        <w:t>ہمارا پیسہ اسی میں ویسٹ ہوگا، ہماری انرجی اسی میں ویسٹ ہوگی، ہمارا ٹائم اسی میں ویسٹ ہوگا۔</w:t>
      </w:r>
    </w:p>
    <w:p>
      <w:r>
        <w:rPr>
          <w:b/>
        </w:rPr>
        <w:t xml:space="preserve">[47:56] </w:t>
      </w:r>
      <w:r>
        <w:t>to hum dawah work kahan se karenge? to hamein yani doosre kamon ko chhodna hai, tab hum</w:t>
      </w:r>
    </w:p>
    <w:p>
      <w:pPr>
        <w:jc w:val="right"/>
      </w:pPr>
      <w:r>
        <w:t>تو ہم دعویٰ ورک کہاں سے کریں گے؟ تو ہمیں یعنی دوسرے کاموں کو چھوڑنا ہے، تب ہم</w:t>
      </w:r>
    </w:p>
    <w:p>
      <w:r>
        <w:rPr>
          <w:b/>
        </w:rPr>
        <w:t xml:space="preserve">[48:03] </w:t>
      </w:r>
      <w:r>
        <w:t>dawah work kar payenge.</w:t>
      </w:r>
    </w:p>
    <w:p>
      <w:pPr>
        <w:jc w:val="right"/>
      </w:pPr>
      <w:r>
        <w:t>دعویٰ ورک کر پائیں گے۔</w:t>
      </w:r>
    </w:p>
    <w:p>
      <w:r>
        <w:rPr>
          <w:b/>
        </w:rPr>
        <w:t xml:space="preserve">[48:06] </w:t>
      </w:r>
      <w:r>
        <w:t>yeh hai mera matlab.</w:t>
      </w:r>
    </w:p>
    <w:p>
      <w:pPr>
        <w:jc w:val="right"/>
      </w:pPr>
      <w:r>
        <w:t>یہ ہے میرا مطلب۔</w:t>
      </w:r>
    </w:p>
    <w:p>
      <w:r>
        <w:rPr>
          <w:b/>
        </w:rPr>
        <w:t xml:space="preserve">[48:07] </w:t>
      </w:r>
      <w:r>
        <w:t>to jitne jagah jagah jo musalmanon ko kehte hain ke hamara zulm ho raha hai hamare sath, main</w:t>
      </w:r>
    </w:p>
    <w:p>
      <w:pPr>
        <w:jc w:val="right"/>
      </w:pPr>
      <w:r>
        <w:t>تو جتنے جگہ جگہ جو مسلمانوں کو کہتے ہیں کہ ہمارا ظلم ہو رہا ہے ہمارے ساتھ، میں</w:t>
      </w:r>
    </w:p>
    <w:p>
      <w:r>
        <w:rPr>
          <w:b/>
        </w:rPr>
        <w:t xml:space="preserve">[48:15] </w:t>
      </w:r>
      <w:r>
        <w:t>samajhta hoon without any exception har jagah yahi qissa hai ke unhon ne ghalat qadam kiya aur</w:t>
      </w:r>
    </w:p>
    <w:p>
      <w:pPr>
        <w:jc w:val="right"/>
      </w:pPr>
      <w:r>
        <w:t>سمجھتا ہوں ودا آؤٹ اینی ایکسیپشن ہر جگہ یہی قصہ ہے کہ انہوں نے غلط اقدام کیا اور</w:t>
      </w:r>
    </w:p>
    <w:p>
      <w:r>
        <w:rPr>
          <w:b/>
        </w:rPr>
        <w:t xml:space="preserve">[48:23] </w:t>
      </w:r>
      <w:r>
        <w:t>is ke nateejay bhugte.</w:t>
      </w:r>
    </w:p>
    <w:p>
      <w:pPr>
        <w:jc w:val="right"/>
      </w:pPr>
      <w:r>
        <w:t>اس کے نتیجے بھگتے۔</w:t>
      </w:r>
    </w:p>
    <w:p>
      <w:r>
        <w:rPr>
          <w:b/>
        </w:rPr>
        <w:t xml:space="preserve">[48:24] </w:t>
      </w:r>
      <w:r>
        <w:t>jis zamanay mein main 90 mein tha to ek wahan ke senior ustad mere paas ek din aaye.</w:t>
      </w:r>
    </w:p>
    <w:p>
      <w:pPr>
        <w:jc w:val="right"/>
      </w:pPr>
      <w:r>
        <w:t>جس زمانے میں میں 90 میں تھا تو ایک وہاں کے سینئر استاد میرے پاس ایک دن آئے۔</w:t>
      </w:r>
    </w:p>
    <w:p>
      <w:r>
        <w:rPr>
          <w:b/>
        </w:rPr>
        <w:t xml:space="preserve">[48:32] </w:t>
      </w:r>
      <w:r>
        <w:t>main 90 mein tha, 1965, 1965 ke aas paas teen saal tak.</w:t>
      </w:r>
    </w:p>
    <w:p>
      <w:pPr>
        <w:jc w:val="right"/>
      </w:pPr>
      <w:r>
        <w:t>میں 90 میں تھا، 1965، 1965 کے اس پاس تین سال تک۔</w:t>
      </w:r>
    </w:p>
    <w:p>
      <w:r>
        <w:rPr>
          <w:b/>
        </w:rPr>
        <w:t xml:space="preserve">[48:37] </w:t>
      </w:r>
      <w:r>
        <w:t>to aaye mere mere kamre mein, unhon ne kaha ke aap se ek bohat hi important baat karna</w:t>
      </w:r>
    </w:p>
    <w:p>
      <w:pPr>
        <w:jc w:val="right"/>
      </w:pPr>
      <w:r>
        <w:t>تو آئے میرے میرے کمرے میں، انہوں نے کہا کہ آپ سے ایک بہت ہی امپورٹنٹ بات کرنا</w:t>
      </w:r>
    </w:p>
    <w:p>
      <w:r>
        <w:rPr>
          <w:b/>
        </w:rPr>
        <w:t xml:space="preserve">[48:45]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[48:46] </w:t>
      </w:r>
      <w:r>
        <w:t>to maine kaha kya hai? unhon ne kaha ke Arakan chalna hai.</w:t>
      </w:r>
    </w:p>
    <w:p>
      <w:pPr>
        <w:jc w:val="right"/>
      </w:pPr>
      <w:r>
        <w:t>تو میں نے کہا کیا ہے؟ انہوں نے کہا کہ اراکان چلنا ہے۔</w:t>
      </w:r>
    </w:p>
    <w:p>
      <w:r>
        <w:rPr>
          <w:b/>
        </w:rPr>
        <w:t xml:space="preserve">[48:52] </w:t>
      </w:r>
      <w:r>
        <w:t>Arakan shayad aap mein se kai log na jante hon.</w:t>
      </w:r>
    </w:p>
    <w:p>
      <w:pPr>
        <w:jc w:val="right"/>
      </w:pPr>
      <w:r>
        <w:t>اراکان شاید آپ میں سے کئی لوگ نہ جانتے ہوں۔</w:t>
      </w:r>
    </w:p>
    <w:p>
      <w:r>
        <w:rPr>
          <w:b/>
        </w:rPr>
        <w:t xml:space="preserve">[48:56] </w:t>
      </w:r>
      <w:r>
        <w:t>Arakan Burma ka ek area hai jo us ki yani Bangladesh ke side mein samandar ke kinare</w:t>
      </w:r>
    </w:p>
    <w:p>
      <w:pPr>
        <w:jc w:val="right"/>
      </w:pPr>
      <w:r>
        <w:t>اراکان برما کا ایک ایریا ہے جو اس کی یعنی بنگلہ دیش کے سائیڈ میں سمندر کے کنارے</w:t>
      </w:r>
    </w:p>
    <w:p>
      <w:r>
        <w:rPr>
          <w:b/>
        </w:rPr>
        <w:t xml:space="preserve">[49:04] </w:t>
      </w:r>
      <w:r>
        <w:t>ek area hai.</w:t>
      </w:r>
    </w:p>
    <w:p>
      <w:pPr>
        <w:jc w:val="right"/>
      </w:pPr>
      <w:r>
        <w:t>ایک ایریا ہے۔</w:t>
      </w:r>
    </w:p>
    <w:p>
      <w:r>
        <w:rPr>
          <w:b/>
        </w:rPr>
        <w:t xml:space="preserve">[49:06] </w:t>
      </w:r>
      <w:r>
        <w:t>woh wahan musalman majority mein hain.</w:t>
      </w:r>
    </w:p>
    <w:p>
      <w:pPr>
        <w:jc w:val="right"/>
      </w:pPr>
      <w:r>
        <w:t>وہ وہاں مسلمان میجورٹی میں ہیں۔</w:t>
      </w:r>
    </w:p>
    <w:p>
      <w:r>
        <w:rPr>
          <w:b/>
        </w:rPr>
        <w:t xml:space="preserve">[49:08] </w:t>
      </w:r>
      <w:r>
        <w:t>to maine kaha kyun Arakan kyun chalna hai? unhon ne kaha ke wahan par majority hai musalmanon</w:t>
      </w:r>
    </w:p>
    <w:p>
      <w:pPr>
        <w:jc w:val="right"/>
      </w:pPr>
      <w:r>
        <w:t>تو میں نے کہا کیوں اراکان کیوں چلنا ہے؟ انہوں نے کہا کہ وہاں پر میجورٹی ہے مسلمانوں</w:t>
      </w:r>
    </w:p>
    <w:p>
      <w:r>
        <w:rPr>
          <w:b/>
        </w:rPr>
        <w:t xml:space="preserve">[49:16] </w:t>
      </w:r>
      <w:r>
        <w:t>ki, wahan Islami hukumat qaim ho sakti hai.</w:t>
      </w:r>
    </w:p>
    <w:p>
      <w:pPr>
        <w:jc w:val="right"/>
      </w:pPr>
      <w:r>
        <w:t>کی، وہاں اسلامی حکومت قائم ہو سکتی ہے۔</w:t>
      </w:r>
    </w:p>
    <w:p>
      <w:r>
        <w:rPr>
          <w:b/>
        </w:rPr>
        <w:t xml:space="preserve">[49:19] </w:t>
      </w:r>
      <w:r>
        <w:t>hum aap chalte hain, wahan par Islami hukumat qaim karenge.</w:t>
      </w:r>
    </w:p>
    <w:p>
      <w:pPr>
        <w:jc w:val="right"/>
      </w:pPr>
      <w:r>
        <w:t>ہم آپ چلتے ہیں، وہاں پر اسلامی حکومت قائم کریں گے۔</w:t>
      </w:r>
    </w:p>
    <w:p>
      <w:r>
        <w:rPr>
          <w:b/>
        </w:rPr>
        <w:t xml:space="preserve">[49:24] </w:t>
      </w:r>
      <w:r>
        <w:t>maine kaha yeh aise kahin Islami rule aise kahin qaim hota hai? jo possible hai woh dawah</w:t>
      </w:r>
    </w:p>
    <w:p>
      <w:pPr>
        <w:jc w:val="right"/>
      </w:pPr>
      <w:r>
        <w:t>میں نے کہا یہ ایسے کہیں اسلامی رول ایسے کہیں قائم ہوتا ہے؟ جو پاسیبل ہے وہ دعویٰ</w:t>
      </w:r>
    </w:p>
    <w:p>
      <w:r>
        <w:rPr>
          <w:b/>
        </w:rPr>
        <w:t xml:space="preserve">[49:32] </w:t>
      </w:r>
      <w:r>
        <w:t>work ho to aap karte nahi.</w:t>
      </w:r>
    </w:p>
    <w:p>
      <w:pPr>
        <w:jc w:val="right"/>
      </w:pPr>
      <w:r>
        <w:t>ورک ہو تو آپ کرتے نہیں۔</w:t>
      </w:r>
    </w:p>
    <w:p>
      <w:r>
        <w:rPr>
          <w:b/>
        </w:rPr>
        <w:t xml:space="preserve">[49:34] </w:t>
      </w:r>
      <w:r>
        <w:t>jo pasibal nahi hai ke is ki political role qaim karna, is ke liye aap dorna chahte hain.</w:t>
      </w:r>
    </w:p>
    <w:p>
      <w:pPr>
        <w:jc w:val="right"/>
      </w:pPr>
      <w:r>
        <w:t>جو پاسیبل نہیں ہے کہ اس کی پولیٹیکل رول قائم کرنا، اس کے لیے آپ دوڑنا چاہتے ہیں۔</w:t>
      </w:r>
    </w:p>
    <w:p>
      <w:r>
        <w:rPr>
          <w:b/>
        </w:rPr>
        <w:t xml:space="preserve">[49:42] </w:t>
      </w:r>
      <w:r>
        <w:t>to aap bohat ghusa hue, wo kaha ke wo unhon ne kaha ke yani is mein ek achhe</w:t>
      </w:r>
    </w:p>
    <w:p>
      <w:pPr>
        <w:jc w:val="right"/>
      </w:pPr>
      <w:r>
        <w:t>تو آپ بہت غصہ ہوئے، وہ کہا کہ وہ انہوں نے کہا کہ یعنی اس میں ایک اچھے</w:t>
      </w:r>
    </w:p>
    <w:p>
      <w:r>
        <w:rPr>
          <w:b/>
        </w:rPr>
        <w:t xml:space="preserve">[49:50] </w:t>
      </w:r>
      <w:r>
        <w:t>kaam mein aap hamara sath nahi de rahe.</w:t>
      </w:r>
    </w:p>
    <w:p>
      <w:pPr>
        <w:jc w:val="right"/>
      </w:pPr>
      <w:r>
        <w:t>کام میں آپ ہمارا ساتھ نہیں دے رہے۔</w:t>
      </w:r>
    </w:p>
    <w:p>
      <w:r>
        <w:rPr>
          <w:b/>
        </w:rPr>
        <w:t xml:space="preserve">[49:53] </w:t>
      </w:r>
      <w:r>
        <w:t>matlab wo ja rahe hain ek achha kaam karne ke liye, Arakan mein Islami role qaim karna hai</w:t>
      </w:r>
    </w:p>
    <w:p>
      <w:pPr>
        <w:jc w:val="right"/>
      </w:pPr>
      <w:r>
        <w:t>مطلب وہ جا رہے ہیں ایک اچھا کام کرنے کے لیے، اراکان میں اسلامی رول قائم کرنا ہے</w:t>
      </w:r>
    </w:p>
    <w:p>
      <w:r>
        <w:rPr>
          <w:b/>
        </w:rPr>
        <w:t xml:space="preserve">[50:01] </w:t>
      </w:r>
      <w:r>
        <w:t>aur hum un ka sath nahi de rahe.</w:t>
      </w:r>
    </w:p>
    <w:p>
      <w:pPr>
        <w:jc w:val="right"/>
      </w:pPr>
      <w:r>
        <w:t>اور ہم ان کا ساتھ نہیں دے رہے۔</w:t>
      </w:r>
    </w:p>
    <w:p>
      <w:r>
        <w:rPr>
          <w:b/>
        </w:rPr>
        <w:t xml:space="preserve">[50:04] </w:t>
      </w:r>
      <w:r>
        <w:t>to main ne kaha ke bhai wo kaam kiye jo jo aisi jo ho sakta ho, jis ki</w:t>
      </w:r>
    </w:p>
    <w:p>
      <w:pPr>
        <w:jc w:val="right"/>
      </w:pPr>
      <w:r>
        <w:t>تو میں نے کہا کہ بھئی وہ کام کیے جو جو ایسی جو ہو سکتا ہو، جس کی</w:t>
      </w:r>
    </w:p>
    <w:p>
      <w:r>
        <w:rPr>
          <w:b/>
        </w:rPr>
        <w:t xml:space="preserve">[50:12] </w:t>
      </w:r>
      <w:r>
        <w:t>feasibility ho, is ki koi feasibility nahi hai.</w:t>
      </w:r>
    </w:p>
    <w:p>
      <w:pPr>
        <w:jc w:val="right"/>
      </w:pPr>
      <w:r>
        <w:t>فیزیبلٹی ہو، اس کی کوئی فیزیبلٹی نہیں ہے۔</w:t>
      </w:r>
    </w:p>
    <w:p>
      <w:r>
        <w:rPr>
          <w:b/>
        </w:rPr>
        <w:t xml:space="preserve">[50:15] </w:t>
      </w:r>
      <w:r>
        <w:t>ab kuch leader uthe wahan par Arakan mein aur unhon ne jhanda uthaya Islam ke role ka aur</w:t>
      </w:r>
    </w:p>
    <w:p>
      <w:pPr>
        <w:jc w:val="right"/>
      </w:pPr>
      <w:r>
        <w:t>اب کچھ لیڈر اٹھے وہاں پر اراکان میں اور انہوں نے جھنڈا اٹھایا اسلام کے رول کا اور</w:t>
      </w:r>
    </w:p>
    <w:p>
      <w:r>
        <w:rPr>
          <w:b/>
        </w:rPr>
        <w:t xml:space="preserve">[50:23] </w:t>
      </w:r>
      <w:r>
        <w:t>برما گورنمنٹ نے ایسا ان کو crush کیا، تک crush کیا، کوئی peace جا رہا ہے بالکل۔</w:t>
      </w:r>
    </w:p>
    <w:p>
      <w:pPr>
        <w:jc w:val="right"/>
      </w:pPr>
      <w:r>
        <w:t>برما گورنمنٹ نے ایسا ان کو کریش کیا، تک کریش کیا، کوئی پیس جا رہا ہے بالکل۔</w:t>
      </w:r>
    </w:p>
    <w:p>
      <w:r>
        <w:rPr>
          <w:b/>
        </w:rPr>
        <w:t xml:space="preserve">[50:30] </w:t>
      </w:r>
      <w:r>
        <w:t>ab koi un ki kuch bhi nahi, un ko na koi un ki economy hai, na koi unity</w:t>
      </w:r>
    </w:p>
    <w:p>
      <w:pPr>
        <w:jc w:val="right"/>
      </w:pPr>
      <w:r>
        <w:t>اب کوئی ان کی کچھ بھی نہیں، ان کو نہ کوئی ان کی اکانومی ہے، نہ کوئی یونینٹی</w:t>
      </w:r>
    </w:p>
    <w:p>
      <w:r>
        <w:rPr>
          <w:b/>
        </w:rPr>
        <w:t xml:space="preserve">[50:38]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[50:40] </w:t>
      </w:r>
      <w:r>
        <w:t>masjid madrasa sab tabah kar diya wahan pe.</w:t>
      </w:r>
    </w:p>
    <w:p>
      <w:pPr>
        <w:jc w:val="right"/>
      </w:pPr>
      <w:r>
        <w:t>مسجد مدرسہ سب تباہ کر دیا وہاں پہ۔</w:t>
      </w:r>
    </w:p>
    <w:p>
      <w:r>
        <w:rPr>
          <w:b/>
        </w:rPr>
        <w:t xml:space="preserve">[50:43] </w:t>
      </w:r>
      <w:r>
        <w:t>ab kehte hain ke sari duniya mein Musalman kya kehte hain? Ke Arakan mein zulm kar rahi hai</w:t>
      </w:r>
    </w:p>
    <w:p>
      <w:pPr>
        <w:jc w:val="right"/>
      </w:pPr>
      <w:r>
        <w:t>اب کہتے ہیں کہ ساری دنیا میں مسلمان کیا کہتے ہیں؟ کہ اراکان میں ظلم کر رہی ہے</w:t>
      </w:r>
    </w:p>
    <w:p>
      <w:r>
        <w:rPr>
          <w:b/>
        </w:rPr>
        <w:t xml:space="preserve">[50:51] </w:t>
      </w:r>
      <w:r>
        <w:t>government, magar zulm nahi kar rahi hai.</w:t>
      </w:r>
    </w:p>
    <w:p>
      <w:pPr>
        <w:jc w:val="right"/>
      </w:pPr>
      <w:r>
        <w:t>گورنمنٹ، مگر ظلم نہیں کر رہی ہے۔</w:t>
      </w:r>
    </w:p>
    <w:p>
      <w:r>
        <w:rPr>
          <w:b/>
        </w:rPr>
        <w:t xml:space="preserve">[50:54] </w:t>
      </w:r>
      <w:r>
        <w:t>tum apni nadani ki price de rahe ho.</w:t>
      </w:r>
    </w:p>
    <w:p>
      <w:pPr>
        <w:jc w:val="right"/>
      </w:pPr>
      <w:r>
        <w:t>تم اپنی نادانی کی پرائس دے رہے ہو۔</w:t>
      </w:r>
    </w:p>
    <w:p>
      <w:r>
        <w:rPr>
          <w:b/>
        </w:rPr>
        <w:t xml:space="preserve">[50:57] </w:t>
      </w:r>
      <w:r>
        <w:t>itni simple si baat log nahi samajhte, kyun? Emotion mein sochte hain, emotion mein sochte hain.</w:t>
      </w:r>
    </w:p>
    <w:p>
      <w:pPr>
        <w:jc w:val="right"/>
      </w:pPr>
      <w:r>
        <w:t>اتنی سمپل سی بات لوگ نہیں سمجھتے، کیوں؟ ایموشن میں سوچتے ہیں، ایموشن میں سوچتے ہیں۔</w:t>
      </w:r>
    </w:p>
    <w:p>
      <w:r>
        <w:rPr>
          <w:b/>
        </w:rPr>
        <w:t xml:space="preserve">[51:04] </w:t>
      </w:r>
      <w:r>
        <w:t>جب قرآن میں خود صاف صاف یہ لکھا ہوا ہے کہ "یعنی if you are able to manage</w:t>
      </w:r>
    </w:p>
    <w:p>
      <w:pPr>
        <w:jc w:val="right"/>
      </w:pPr>
      <w:r>
        <w:t>جب قرآن میں خود صاف صاف یہ لکھا ہوا ہے کہ "یعنی اف یو آر ایبل ٹو مینج</w:t>
      </w:r>
    </w:p>
    <w:p>
      <w:r>
        <w:rPr>
          <w:b/>
        </w:rPr>
        <w:t xml:space="preserve">[51:12] </w:t>
      </w:r>
      <w:r>
        <w:t>"your emotions, no man can harm you".</w:t>
      </w:r>
    </w:p>
    <w:p>
      <w:pPr>
        <w:jc w:val="right"/>
      </w:pPr>
      <w:r>
        <w:t>یور ایموشنز، نو مین کین ہار یو"۔</w:t>
      </w:r>
    </w:p>
    <w:p>
      <w:r>
        <w:rPr>
          <w:b/>
        </w:rPr>
        <w:t xml:space="preserve">[51:15] </w:t>
      </w:r>
      <w:r>
        <w:t>is mani kya hua hai? Ke jahan bhi aap ko koi haar pahuncha raha hai, isi liye pahuncha</w:t>
      </w:r>
    </w:p>
    <w:p>
      <w:pPr>
        <w:jc w:val="right"/>
      </w:pPr>
      <w:r>
        <w:t>اس معنی کیا ہوا ہے؟ کہ جہاں بھی آپ کو کوئی ہار پہنچا رہا ہے، اسی لیے پہنچا</w:t>
      </w:r>
    </w:p>
    <w:p>
      <w:r>
        <w:rPr>
          <w:b/>
        </w:rPr>
        <w:t xml:space="preserve">[51:22] </w:t>
      </w:r>
      <w:r>
        <w:t>raha hai ke aap apne emotion ko manage nahi kar sake.</w:t>
      </w:r>
    </w:p>
    <w:p>
      <w:pPr>
        <w:jc w:val="right"/>
      </w:pPr>
      <w:r>
        <w:t>رہا ہے کہ آپ اپنے ایموشن کو مینج نہیں کر سکے۔</w:t>
      </w:r>
    </w:p>
    <w:p>
      <w:r>
        <w:rPr>
          <w:b/>
        </w:rPr>
        <w:t xml:space="preserve">[51:27] </w:t>
      </w:r>
      <w:r>
        <w:t>is ka matlab ye hai.</w:t>
      </w:r>
    </w:p>
    <w:p>
      <w:pPr>
        <w:jc w:val="right"/>
      </w:pPr>
      <w:r>
        <w:t>اس کا مطلب یہ ہے۔</w:t>
      </w:r>
    </w:p>
    <w:p>
      <w:r>
        <w:rPr>
          <w:b/>
        </w:rPr>
        <w:t xml:space="preserve">[51:29] </w:t>
      </w:r>
      <w:r>
        <w:t>aur main kahunga ke ye mamla sirf dawah work ka nahi hai, ye har aadmi ka mamla</w:t>
      </w:r>
    </w:p>
    <w:p>
      <w:pPr>
        <w:jc w:val="right"/>
      </w:pPr>
      <w:r>
        <w:t>اور میں کہوں گا کہ یہ معاملہ صرف دعویٰ ورک کا نہیں ہے، یہ ہر آدمی کا معاملہ</w:t>
      </w:r>
    </w:p>
    <w:p>
      <w:r>
        <w:rPr>
          <w:b/>
        </w:rPr>
        <w:t xml:space="preserve">[51:37] </w:t>
      </w:r>
      <w:r>
        <w:t>hai, har ghar ka mamla hai.</w:t>
      </w:r>
    </w:p>
    <w:p>
      <w:pPr>
        <w:jc w:val="right"/>
      </w:pPr>
      <w:r>
        <w:t>ہے، ہر گھر کا معاملہ ہے۔</w:t>
      </w:r>
    </w:p>
    <w:p>
      <w:r>
        <w:rPr>
          <w:b/>
        </w:rPr>
        <w:t xml:space="preserve">[51:40] </w:t>
      </w:r>
      <w:r>
        <w:t>ab aaj hi main soch raha tha ke dekhiye, ek qissa mere samne aaya ke aaj kal duniya</w:t>
      </w:r>
    </w:p>
    <w:p>
      <w:pPr>
        <w:jc w:val="right"/>
      </w:pPr>
      <w:r>
        <w:t>اب آج ہی میں سوچ رہا تھا کہ دیکھیے، ایک قصہ میرے سامنے آیا کہ آج کل دنیا</w:t>
      </w:r>
    </w:p>
    <w:p>
      <w:r>
        <w:rPr>
          <w:b/>
        </w:rPr>
        <w:t xml:space="preserve">[51:47] </w:t>
      </w:r>
      <w:r>
        <w:t>bhar mein love marriage ho rahi hain.</w:t>
      </w:r>
    </w:p>
    <w:p>
      <w:pPr>
        <w:jc w:val="right"/>
      </w:pPr>
      <w:r>
        <w:t>بھر میں لو میرج ہو رہی ہیں۔</w:t>
      </w:r>
    </w:p>
    <w:p>
      <w:r>
        <w:rPr>
          <w:b/>
        </w:rPr>
        <w:t xml:space="preserve">[51:50] </w:t>
      </w:r>
      <w:r>
        <w:t>do lovers aapas mein marriage karte hain aur phir takrao kyun hota hai? Yani more than 50 percent</w:t>
      </w:r>
    </w:p>
    <w:p>
      <w:pPr>
        <w:jc w:val="right"/>
      </w:pPr>
      <w:r>
        <w:t>دو لورز آپس میں میرج کرتے ہیں اور پھر ٹکراؤ کیوں ہوتا ہے؟ یعنی مور دین 50 پرسنٹ</w:t>
      </w:r>
    </w:p>
    <w:p>
      <w:r>
        <w:rPr>
          <w:b/>
        </w:rPr>
        <w:t xml:space="preserve">[51:58] </w:t>
      </w:r>
      <w:r>
        <w:t>jo hai, love marriage jo hai, hate marriage ban jati hai.</w:t>
      </w:r>
    </w:p>
    <w:p>
      <w:pPr>
        <w:jc w:val="right"/>
      </w:pPr>
      <w:r>
        <w:t>جو ہے، لو میرج جو ہے، ہیٹ میرج بن جاتی ہے۔</w:t>
      </w:r>
    </w:p>
    <w:p>
      <w:r>
        <w:rPr>
          <w:b/>
        </w:rPr>
        <w:t xml:space="preserve">[52:03] </w:t>
      </w:r>
      <w:r>
        <w:t>kyun? Isi liye ke ye log jante hain ke hum hum do lovers aapas mein ekatha ho rahe</w:t>
      </w:r>
    </w:p>
    <w:p>
      <w:pPr>
        <w:jc w:val="right"/>
      </w:pPr>
      <w:r>
        <w:t>کیوں؟ اسی لیے کہ یہ لوگ جانتے ہیں کہ ہم ہم دو لورز آپس میں اکٹھا ہو رہے</w:t>
      </w:r>
    </w:p>
    <w:p>
      <w:r>
        <w:rPr>
          <w:b/>
        </w:rPr>
        <w:t xml:space="preserve">[52:10]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[52:12] </w:t>
      </w:r>
      <w:r>
        <w:t>nahin, do mister difrent akatha ho rahe hain, do loarz nahin.</w:t>
      </w:r>
    </w:p>
    <w:p>
      <w:pPr>
        <w:jc w:val="right"/>
      </w:pPr>
      <w:r>
        <w:t>نہیں، دو مسٹر ڈفرنٹ اکٹھا ہو رہے ہیں، دو لورز نہیں۔</w:t>
      </w:r>
    </w:p>
    <w:p>
      <w:r>
        <w:rPr>
          <w:b/>
        </w:rPr>
        <w:t xml:space="preserve">[52:17] </w:t>
      </w:r>
      <w:r>
        <w:t>aurat aurat bhi ek difrent hai, mard bhi difrent hai.</w:t>
      </w:r>
    </w:p>
    <w:p>
      <w:pPr>
        <w:jc w:val="right"/>
      </w:pPr>
      <w:r>
        <w:t>عورت عورت بھی ایک ڈفرنٹ ہے، مرد بھی ڈفرنٹ ہے۔</w:t>
      </w:r>
    </w:p>
    <w:p>
      <w:r>
        <w:rPr>
          <w:b/>
        </w:rPr>
        <w:t xml:space="preserve">[52:21] </w:t>
      </w:r>
      <w:r>
        <w:t>yeh main samajhta hoon ke gender equality ka jo ek ek bilkul hi base less kahani hai, na</w:t>
      </w:r>
    </w:p>
    <w:p>
      <w:pPr>
        <w:jc w:val="right"/>
      </w:pPr>
      <w:r>
        <w:t>یہ میں سمجھتا ہوں کہ جینڈر ایکولٹی کا جو ایک ایک بالکل ہی بیس لیس کہانی ہے، نہ</w:t>
      </w:r>
    </w:p>
    <w:p>
      <w:r>
        <w:rPr>
          <w:b/>
        </w:rPr>
        <w:t xml:space="preserve">[52:29] </w:t>
      </w:r>
      <w:r>
        <w:t>iski koi scientific base hai, na kuch.</w:t>
      </w:r>
    </w:p>
    <w:p>
      <w:pPr>
        <w:jc w:val="right"/>
      </w:pPr>
      <w:r>
        <w:t>اس کی کوئی سائنٹیفک بیس ہے، نہ کچھ۔</w:t>
      </w:r>
    </w:p>
    <w:p>
      <w:r>
        <w:rPr>
          <w:b/>
        </w:rPr>
        <w:t xml:space="preserve">[52:32] </w:t>
      </w:r>
      <w:r>
        <w:t>isne hamara tabah kar diya logon ko.</w:t>
      </w:r>
    </w:p>
    <w:p>
      <w:pPr>
        <w:jc w:val="right"/>
      </w:pPr>
      <w:r>
        <w:t>اس نے ہمارا تباہ کر دیا لوگوں کو۔</w:t>
      </w:r>
    </w:p>
    <w:p>
      <w:r>
        <w:rPr>
          <w:b/>
        </w:rPr>
        <w:t xml:space="preserve">[52:36] </w:t>
      </w:r>
      <w:r>
        <w:t>gender equality nahin hai, gender inequality hai.</w:t>
      </w:r>
    </w:p>
    <w:p>
      <w:pPr>
        <w:jc w:val="right"/>
      </w:pPr>
      <w:r>
        <w:t>جینڈر ایکولٹی نہیں ہے، جینڈر ان ایکولٹی ہے۔</w:t>
      </w:r>
    </w:p>
    <w:p>
      <w:r>
        <w:rPr>
          <w:b/>
        </w:rPr>
        <w:t xml:space="preserve">[52:39] </w:t>
      </w:r>
      <w:r>
        <w:t>yeh do unequal partner akatha hote hain.</w:t>
      </w:r>
    </w:p>
    <w:p>
      <w:pPr>
        <w:jc w:val="right"/>
      </w:pPr>
      <w:r>
        <w:t>یہ دو ان ایکول پارٹنر اکٹھا ہوتے ہیں۔</w:t>
      </w:r>
    </w:p>
    <w:p>
      <w:r>
        <w:rPr>
          <w:b/>
        </w:rPr>
        <w:t xml:space="preserve">[52:42] </w:t>
      </w:r>
      <w:r>
        <w:t>aurat aur mard jab shadi hoti hai to do unequal partner hote hain jo akatha hote hain.</w:t>
      </w:r>
    </w:p>
    <w:p>
      <w:pPr>
        <w:jc w:val="right"/>
      </w:pPr>
      <w:r>
        <w:t>عورت اور مرد جب شادی ہوتی ہے تو دو ان ایکول پارٹنر ہوتے ہیں جو اکٹھا ہوتے ہیں۔</w:t>
      </w:r>
    </w:p>
    <w:p>
      <w:r>
        <w:rPr>
          <w:b/>
        </w:rPr>
        <w:t xml:space="preserve">[52:50] </w:t>
      </w:r>
      <w:r>
        <w:t>donon ek sath jannay to manage kar payenge.</w:t>
      </w:r>
    </w:p>
    <w:p>
      <w:pPr>
        <w:jc w:val="right"/>
      </w:pPr>
      <w:r>
        <w:t>دونوں ایک ساتھ جانیں تو مینج کر پائیں گے۔</w:t>
      </w:r>
    </w:p>
    <w:p>
      <w:r>
        <w:rPr>
          <w:b/>
        </w:rPr>
        <w:t xml:space="preserve">[52:54] </w:t>
      </w:r>
      <w:r>
        <w:t>woh samajhte hain ke hum dono equal hain, to kaise manage karenge? woh to unke paas</w:t>
      </w:r>
    </w:p>
    <w:p>
      <w:pPr>
        <w:jc w:val="right"/>
      </w:pPr>
      <w:r>
        <w:t>وہ سمجھتے ہیں کہ ہم دونوں ایکول ہیں، تو کیسے مینج کریں گے؟ وہ تو ان کے پاس</w:t>
      </w:r>
    </w:p>
    <w:p>
      <w:r>
        <w:rPr>
          <w:b/>
        </w:rPr>
        <w:t xml:space="preserve">[53:02] </w:t>
      </w:r>
      <w:r>
        <w:t>formula hi nahin hota manage karne ka.</w:t>
      </w:r>
    </w:p>
    <w:p>
      <w:pPr>
        <w:jc w:val="right"/>
      </w:pPr>
      <w:r>
        <w:t>فارمولا ہی نہیں ہوتا مینج کرنے کا۔</w:t>
      </w:r>
    </w:p>
    <w:p>
      <w:r>
        <w:rPr>
          <w:b/>
        </w:rPr>
        <w:t xml:space="preserve">[53:05] </w:t>
      </w:r>
      <w:r>
        <w:t>yani jo aurat aur mard jo hain, unke paas woh formula hi nahin hota jis se woh</w:t>
      </w:r>
    </w:p>
    <w:p>
      <w:pPr>
        <w:jc w:val="right"/>
      </w:pPr>
      <w:r>
        <w:t>یعنی جو عورت اور مرد جو ہیں، ان کے پاس وہ فارمولا ہی نہیں ہوتا جس سے وہ</w:t>
      </w:r>
    </w:p>
    <w:p>
      <w:r>
        <w:rPr>
          <w:b/>
        </w:rPr>
        <w:t xml:space="preserve">[53:12] </w:t>
      </w:r>
      <w:r>
        <w:t>manage kar saken.</w:t>
      </w:r>
    </w:p>
    <w:p>
      <w:pPr>
        <w:jc w:val="right"/>
      </w:pPr>
      <w:r>
        <w:t>مینج کر سکیں۔</w:t>
      </w:r>
    </w:p>
    <w:p>
      <w:r>
        <w:rPr>
          <w:b/>
        </w:rPr>
        <w:t xml:space="preserve">[53:14] </w:t>
      </w:r>
      <w:r>
        <w:t>sahi formula yeh hai ke hum tum dono mister difrent hain, hamein manage karna hai.</w:t>
      </w:r>
    </w:p>
    <w:p>
      <w:pPr>
        <w:jc w:val="right"/>
      </w:pPr>
      <w:r>
        <w:t>صحیح فارمولا یہ ہے کہ ہم تم دونوں مسٹر ڈفرنٹ ہیں، ہمیں مینج کرنا ہے۔</w:t>
      </w:r>
    </w:p>
    <w:p>
      <w:r>
        <w:rPr>
          <w:b/>
        </w:rPr>
        <w:t xml:space="preserve">[53:20] </w:t>
      </w:r>
      <w:r>
        <w:t>ek sahab ek martaba apni beti ko laye, jo nikah hone wala tha, unka jaldi mein nikah</w:t>
      </w:r>
    </w:p>
    <w:p>
      <w:pPr>
        <w:jc w:val="right"/>
      </w:pPr>
      <w:r>
        <w:t>ایک صاحب ایک مرتبہ اپنی بیٹی کو لائے، جو نکاح ہونے والا تھا، ان کا جلدی میں نکاح</w:t>
      </w:r>
    </w:p>
    <w:p>
      <w:r>
        <w:rPr>
          <w:b/>
        </w:rPr>
        <w:t xml:space="preserve">[53:28] </w:t>
      </w:r>
      <w:r>
        <w:t>ki dua kijiye, unki kuch naseehat kijiye.</w:t>
      </w:r>
    </w:p>
    <w:p>
      <w:pPr>
        <w:jc w:val="right"/>
      </w:pPr>
      <w:r>
        <w:t>کی دعا کیجئے، ان کی کچھ نصیحت کیجئے۔</w:t>
      </w:r>
    </w:p>
    <w:p>
      <w:r>
        <w:rPr>
          <w:b/>
        </w:rPr>
        <w:t xml:space="preserve">[53:31] </w:t>
      </w:r>
      <w:r>
        <w:t>تو میں نے کہا کہ "Every marriage is doomed to failure, except for one who knows the art</w:t>
      </w:r>
    </w:p>
    <w:p>
      <w:pPr>
        <w:jc w:val="right"/>
      </w:pPr>
      <w:r>
        <w:t>تو میں نے کہا کہ "ایوری میرج ڈوم ٹو فیلیر، ایکسپرٹ ایکسپرٹ فار ون ہو نوز دا آرٹ</w:t>
      </w:r>
    </w:p>
    <w:p>
      <w:r>
        <w:rPr>
          <w:b/>
        </w:rPr>
        <w:t xml:space="preserve">[53:39] </w:t>
      </w:r>
      <w:r>
        <w:t>of difference management".</w:t>
      </w:r>
    </w:p>
    <w:p>
      <w:pPr>
        <w:jc w:val="right"/>
      </w:pPr>
      <w:r>
        <w:t>آف ڈیفرنس مینجمنٹ"۔</w:t>
      </w:r>
    </w:p>
    <w:p>
      <w:r>
        <w:rPr>
          <w:b/>
        </w:rPr>
        <w:t xml:space="preserve">[53:41] </w:t>
      </w:r>
      <w:r>
        <w:t>to emotion management, difference management yahi to zindagi ka test hai.</w:t>
      </w:r>
    </w:p>
    <w:p>
      <w:pPr>
        <w:jc w:val="right"/>
      </w:pPr>
      <w:r>
        <w:t>تو ایموشن مینجمنٹ، ڈیفرنس مینجمنٹ یہی تو زندگی کا ٹیسٹ ہے۔</w:t>
      </w:r>
    </w:p>
    <w:p>
      <w:r>
        <w:rPr>
          <w:b/>
        </w:rPr>
        <w:t xml:space="preserve">[53:45] </w:t>
      </w:r>
      <w:r>
        <w:t>to ghar bhi is problem ka shikar hai, society bhi is problem ka shikar hai, international life bhi</w:t>
      </w:r>
    </w:p>
    <w:p>
      <w:pPr>
        <w:jc w:val="right"/>
      </w:pPr>
      <w:r>
        <w:t>تو گھر بھی اس پرابلم کا شکار ہے، سوسائٹی بھی اس پرابلم کا شکار ہے، انٹرنیشنل لائف بھی</w:t>
      </w:r>
    </w:p>
    <w:p>
      <w:r>
        <w:rPr>
          <w:b/>
        </w:rPr>
        <w:t xml:space="preserve">[53:53] </w:t>
      </w:r>
      <w:r>
        <w:t>is problem ka shikar hai.</w:t>
      </w:r>
    </w:p>
    <w:p>
      <w:pPr>
        <w:jc w:val="right"/>
      </w:pPr>
      <w:r>
        <w:t>اس پرابلم کا شکار ہے۔</w:t>
      </w:r>
    </w:p>
    <w:p>
      <w:r>
        <w:rPr>
          <w:b/>
        </w:rPr>
        <w:t xml:space="preserve">[53:55] </w:t>
      </w:r>
      <w:r>
        <w:t>kyun? log jo hain, emotion mein jump karte hain.</w:t>
      </w:r>
    </w:p>
    <w:p>
      <w:pPr>
        <w:jc w:val="right"/>
      </w:pPr>
      <w:r>
        <w:t>کیوں؟ لوگ جو ہیں، ایموشن میں جمپ کرتے ہیں۔</w:t>
      </w:r>
    </w:p>
    <w:p>
      <w:r>
        <w:rPr>
          <w:b/>
        </w:rPr>
        <w:t xml:space="preserve">[53:59] </w:t>
      </w:r>
      <w:r>
        <w:t>emotion ko manage karna seekhiye.</w:t>
      </w:r>
    </w:p>
    <w:p>
      <w:pPr>
        <w:jc w:val="right"/>
      </w:pPr>
      <w:r>
        <w:t>ایموشن کو مینج کرنا سیکھیے۔</w:t>
      </w:r>
    </w:p>
    <w:p>
      <w:r>
        <w:rPr>
          <w:b/>
        </w:rPr>
        <w:t xml:space="preserve">[54:01] </w:t>
      </w:r>
      <w:r>
        <w:t>agar aap daawa work karna hai to aap ko emotion ko manage karna bhi seekhna hai.</w:t>
      </w:r>
    </w:p>
    <w:p>
      <w:pPr>
        <w:jc w:val="right"/>
      </w:pPr>
      <w:r>
        <w:t>اگر آپ دعویٰ ورک کرنا ہے تو آپ کو ایموشن کو مینج کرنا بھی سیکھنا ہے۔</w:t>
      </w:r>
    </w:p>
    <w:p>
      <w:r>
        <w:rPr>
          <w:b/>
        </w:rPr>
        <w:t xml:space="preserve">[54:08] </w:t>
      </w:r>
      <w:r>
        <w:t>yeh yeh main samajhta hoon ke aap sirf daawa work, daawa work kar kar ke nahin daawa work</w:t>
      </w:r>
    </w:p>
    <w:p>
      <w:pPr>
        <w:jc w:val="right"/>
      </w:pPr>
      <w:r>
        <w:t>یہ یہ میں سمجھتا ہوں کہ آپ صرف دعویٰ ورک، دعویٰ ورک کر کر کے نہیں دعویٰ ورک</w:t>
      </w:r>
    </w:p>
    <w:p>
      <w:r>
        <w:rPr>
          <w:b/>
        </w:rPr>
        <w:t xml:space="preserve">[54:16] </w:t>
      </w:r>
      <w:r>
        <w:t>kar payenge.</w:t>
      </w:r>
    </w:p>
    <w:p>
      <w:pPr>
        <w:jc w:val="right"/>
      </w:pPr>
      <w:r>
        <w:t>کر پائیں گے۔</w:t>
      </w:r>
    </w:p>
    <w:p>
      <w:r>
        <w:rPr>
          <w:b/>
        </w:rPr>
        <w:t xml:space="preserve">[54:17] </w:t>
      </w:r>
      <w:r>
        <w:t>aap ko yeh bhi janna parega ke hamein kya nahi karna hai, dawayi work karna hai to</w:t>
      </w:r>
    </w:p>
    <w:p>
      <w:pPr>
        <w:jc w:val="right"/>
      </w:pPr>
      <w:r>
        <w:t>آپ کو یہ بھی جاننا پڑے گا کہ ہمیں کیا نہیں کرنا ہے، دعویٰ ورک کرنا ہے تو</w:t>
      </w:r>
    </w:p>
    <w:p>
      <w:r>
        <w:rPr>
          <w:b/>
        </w:rPr>
        <w:t xml:space="preserve">[54:25] </w:t>
      </w:r>
      <w:r>
        <w:t>kya nahi karna hai.</w:t>
      </w:r>
    </w:p>
    <w:p>
      <w:pPr>
        <w:jc w:val="right"/>
      </w:pPr>
      <w:r>
        <w:t>کیا نہیں کرنا ہے۔</w:t>
      </w:r>
    </w:p>
    <w:p>
      <w:r>
        <w:rPr>
          <w:b/>
        </w:rPr>
        <w:t xml:space="preserve">[54:27] </w:t>
      </w:r>
      <w:r>
        <w:t>to meri naseehat aap logon ko yahi hai ke apni zimmedari ko samjhiye, is ke positive point</w:t>
      </w:r>
    </w:p>
    <w:p>
      <w:pPr>
        <w:jc w:val="right"/>
      </w:pPr>
      <w:r>
        <w:t>تو میری نصیحت آپ لوگوں کو یہی ہے کہ اپنی ذمہ داری کو سمجھیے، اس کے پازیٹیو پوائنٹ</w:t>
      </w:r>
    </w:p>
    <w:p>
      <w:r>
        <w:rPr>
          <w:b/>
        </w:rPr>
        <w:t xml:space="preserve">[54:34] </w:t>
      </w:r>
      <w:r>
        <w:t>aur negative point dono ko janiye.</w:t>
      </w:r>
    </w:p>
    <w:p>
      <w:pPr>
        <w:jc w:val="right"/>
      </w:pPr>
      <w:r>
        <w:t>اور نیگیٹیو پوائنٹ دونوں کو جانیے۔</w:t>
      </w:r>
    </w:p>
    <w:p>
      <w:r>
        <w:rPr>
          <w:b/>
        </w:rPr>
        <w:t xml:space="preserve">[54:37] </w:t>
      </w:r>
      <w:r>
        <w:t>aur maut hum mein se har ek ka peecha kar rahi hai.</w:t>
      </w:r>
    </w:p>
    <w:p>
      <w:pPr>
        <w:jc w:val="right"/>
      </w:pPr>
      <w:r>
        <w:t>اور موت ہم میں سے ہر ایک کا پیچھا کر رہی ہے۔</w:t>
      </w:r>
    </w:p>
    <w:p>
      <w:r>
        <w:rPr>
          <w:b/>
        </w:rPr>
        <w:t xml:space="preserve">[54:42] </w:t>
      </w:r>
      <w:r>
        <w:t>apni zimmedari ko ada kijiye taake Allah taala hamein jannat mein dakhil farmaye.</w:t>
      </w:r>
    </w:p>
    <w:p>
      <w:pPr>
        <w:jc w:val="right"/>
      </w:pPr>
      <w:r>
        <w:t>اپنی ذمہ داری کو ادا کیجئے تاکہ اللہ تعالیٰ ہمیں جنت میں داخل فرمائے۔</w:t>
      </w:r>
    </w:p>
    <w:p>
      <w:r>
        <w:rPr>
          <w:b/>
        </w:rPr>
        <w:t xml:space="preserve">[54:48] </w:t>
      </w:r>
      <w:r>
        <w:t>aqool qooli haza, wa astaghfirullah liwalakum ajmaeen.</w:t>
      </w:r>
    </w:p>
    <w:p>
      <w:pPr>
        <w:jc w:val="right"/>
      </w:pPr>
      <w:r>
        <w:t>اقول قولی ھذا، واستغفراللہ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