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Real Problem before Mankind 03 08 08</w:t>
      </w:r>
    </w:p>
    <w:p>
      <w:r>
        <w:t>https://www.youtube.com/watch?v=Q8Keo2UKeM4</w:t>
      </w:r>
    </w:p>
    <w:p>
      <w:r>
        <w:rPr>
          <w:b/>
        </w:rPr>
        <w:t xml:space="preserve">[00:21] </w:t>
      </w:r>
      <w:r>
        <w:t>bismillah rahman rahim, wa salla Allahu ala nabi al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aaj ka topic hai: "The Real Problem before Mankind".</w:t>
      </w:r>
    </w:p>
    <w:p>
      <w:pPr>
        <w:jc w:val="right"/>
      </w:pPr>
      <w:r>
        <w:t>آج کا ٹاپک ہے: "The Real Problem before Mankind"۔</w:t>
      </w:r>
    </w:p>
    <w:p>
      <w:r>
        <w:rPr>
          <w:b/>
        </w:rPr>
        <w:t xml:space="preserve">[00:34] </w:t>
      </w:r>
      <w:r>
        <w:t>insan ke samne sab se bada masla, ya insan ka sab se bada masla.</w:t>
      </w:r>
    </w:p>
    <w:p>
      <w:pPr>
        <w:jc w:val="right"/>
      </w:pPr>
      <w:r>
        <w:t>انسان کے سامنے سب سے بڑا مسئلہ، یا انسان کا سب سے بڑا مسئلہ۔</w:t>
      </w:r>
    </w:p>
    <w:p>
      <w:r>
        <w:rPr>
          <w:b/>
        </w:rPr>
        <w:t xml:space="preserve">[00:40] </w:t>
      </w:r>
      <w:r>
        <w:t>is par sochte hue jo baat meri samajh mein aayi wo yeh hai ke the real problem is</w:t>
      </w:r>
    </w:p>
    <w:p>
      <w:pPr>
        <w:jc w:val="right"/>
      </w:pPr>
      <w:r>
        <w:t>اس پر سوچتے ہوئے جو بات میری سمجھ میں آئی وہ یہ ہے کہ the real problem is</w:t>
      </w:r>
    </w:p>
    <w:p>
      <w:r>
        <w:rPr>
          <w:b/>
        </w:rPr>
        <w:t xml:space="preserve">[00:48] </w:t>
      </w:r>
      <w:r>
        <w:t>that people have failed to identify the real problem .</w:t>
      </w:r>
    </w:p>
    <w:p>
      <w:pPr>
        <w:jc w:val="right"/>
      </w:pPr>
      <w:r>
        <w:t>that people have failed to identify the real problem ۔</w:t>
      </w:r>
    </w:p>
    <w:p>
      <w:r>
        <w:rPr>
          <w:b/>
        </w:rPr>
        <w:t xml:space="preserve">[00:52] </w:t>
      </w:r>
      <w:r>
        <w:t>yahi real problem hai ke log jante nahi ke real problem hai kya, is ko identify nahi kar</w:t>
      </w:r>
    </w:p>
    <w:p>
      <w:pPr>
        <w:jc w:val="right"/>
      </w:pPr>
      <w:r>
        <w:t>یہی real problem ہے کہ لوگ جانتے نہیں کہ real problem ہے کیا، اس کو identify نہیں کر</w:t>
      </w:r>
    </w:p>
    <w:p>
      <w:r>
        <w:rPr>
          <w:b/>
        </w:rPr>
        <w:t xml:space="preserve">[01:00] </w:t>
      </w:r>
      <w:r>
        <w:t>pate.</w:t>
      </w:r>
    </w:p>
    <w:p>
      <w:pPr>
        <w:jc w:val="right"/>
      </w:pPr>
      <w:r>
        <w:t>پاتے۔</w:t>
      </w:r>
    </w:p>
    <w:p>
      <w:r>
        <w:rPr>
          <w:b/>
        </w:rPr>
        <w:t xml:space="preserve">[01:01] </w:t>
      </w:r>
      <w:r>
        <w:t>kyun aisa hai? itni meaningful world hai hamara, itni meaningful universe hai, to is ke andar kyun aisa</w:t>
      </w:r>
    </w:p>
    <w:p>
      <w:pPr>
        <w:jc w:val="right"/>
      </w:pPr>
      <w:r>
        <w:t>کیوں ایسا ہے؟ اتنی meaningful world ہے ہمارا، اتنی meaningful universe ہے، تو اس کے اندر کیوں ایسا</w:t>
      </w:r>
    </w:p>
    <w:p>
      <w:r>
        <w:rPr>
          <w:b/>
        </w:rPr>
        <w:t xml:space="preserve">[01:09] </w:t>
      </w:r>
      <w:r>
        <w:t>hai ke log real issue jo hai is ko nahi jaan pate? ek bar mujh se mulaqat hui</w:t>
      </w:r>
    </w:p>
    <w:p>
      <w:pPr>
        <w:jc w:val="right"/>
      </w:pPr>
      <w:r>
        <w:t>ہے کہ لوگ real issue جو ہے اس کو نہیں جان پاتے؟ ایک بار مجھ سے ملاقات ہوئی</w:t>
      </w:r>
    </w:p>
    <w:p>
      <w:r>
        <w:rPr>
          <w:b/>
        </w:rPr>
        <w:t xml:space="preserve">[01:16] </w:t>
      </w:r>
      <w:r>
        <w:t>ek sahab ki, wo bombay mein chartered accountant hain, wo dilli aaye the.</w:t>
      </w:r>
    </w:p>
    <w:p>
      <w:pPr>
        <w:jc w:val="right"/>
      </w:pPr>
      <w:r>
        <w:t>ایک صاحب کی، وہ بمبئی میں chartered accountant ہیں، وہ دلی آئے تھے۔</w:t>
      </w:r>
    </w:p>
    <w:p>
      <w:r>
        <w:rPr>
          <w:b/>
        </w:rPr>
        <w:t xml:space="preserve">[01:22] </w:t>
      </w:r>
      <w:r>
        <w:t>to unhone kaha ke main aap ki writing barabar padhta raha hoon, wo bohat hi intelligent aadmi</w:t>
      </w:r>
    </w:p>
    <w:p>
      <w:pPr>
        <w:jc w:val="right"/>
      </w:pPr>
      <w:r>
        <w:t>تو انہوں نے کہا کہ میں آپ کی writing برابر پڑھتا رہا ہوں، وہ بہت ہی intelligent آدمی</w:t>
      </w:r>
    </w:p>
    <w:p>
      <w:r>
        <w:rPr>
          <w:b/>
        </w:rPr>
        <w:t xml:space="preserve">[01:30]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[01:31] </w:t>
      </w:r>
      <w:r>
        <w:t>to main ne un se poocha ke aap ne hamari writing mein kya paya? to unhone sirf</w:t>
      </w:r>
    </w:p>
    <w:p>
      <w:pPr>
        <w:jc w:val="right"/>
      </w:pPr>
      <w:r>
        <w:t>تو میں نے ان سے پوچھا کہ آپ نے ہماری writing میں کیا پایا؟ تو انہوں نے صرف</w:t>
      </w:r>
    </w:p>
    <w:p>
      <w:r>
        <w:rPr>
          <w:b/>
        </w:rPr>
        <w:t xml:space="preserve">[01:39] </w:t>
      </w:r>
      <w:r>
        <w:t>ek baat kahi.</w:t>
      </w:r>
    </w:p>
    <w:p>
      <w:pPr>
        <w:jc w:val="right"/>
      </w:pPr>
      <w:r>
        <w:t>ایک بات کہی۔</w:t>
      </w:r>
    </w:p>
    <w:p>
      <w:r>
        <w:rPr>
          <w:b/>
        </w:rPr>
        <w:t xml:space="preserve">[01:40] </w:t>
      </w:r>
      <w:r>
        <w:t>unhone kaha ke aap cheezon ko face value par nahi lete, jab ke sare log bas face value</w:t>
      </w:r>
    </w:p>
    <w:p>
      <w:pPr>
        <w:jc w:val="right"/>
      </w:pPr>
      <w:r>
        <w:t>انہوں نے کہا کہ آپ چیزوں کو face value پر نہیں لیتے، جبکہ سارے لوگ بس face value</w:t>
      </w:r>
    </w:p>
    <w:p>
      <w:r>
        <w:rPr>
          <w:b/>
        </w:rPr>
        <w:t xml:space="preserve">[01:48] </w:t>
      </w:r>
      <w:r>
        <w:t>par le kar judgment dete rehte hain.</w:t>
      </w:r>
    </w:p>
    <w:p>
      <w:pPr>
        <w:jc w:val="right"/>
      </w:pPr>
      <w:r>
        <w:t>پر لے کر judgment دیتے رہتے ہیں۔</w:t>
      </w:r>
    </w:p>
    <w:p>
      <w:r>
        <w:rPr>
          <w:b/>
        </w:rPr>
        <w:t xml:space="preserve">[01:51] </w:t>
      </w:r>
      <w:r>
        <w:t>to mein samajhta hoon ke yahi baat sab ke upar apply hoti hai.</w:t>
      </w:r>
    </w:p>
    <w:p>
      <w:pPr>
        <w:jc w:val="right"/>
      </w:pPr>
      <w:r>
        <w:t>تو میں سمجھتا ہوں کہ یہی بات سب کے اوپر apply ہوتی ہے۔</w:t>
      </w:r>
    </w:p>
    <w:p>
      <w:r>
        <w:rPr>
          <w:b/>
        </w:rPr>
        <w:t xml:space="preserve">[01:57] </w:t>
      </w:r>
      <w:r>
        <w:t>mujhe to aisa lagta hai ke saare hi log bas ka haal yeh hai ke face value par</w:t>
      </w:r>
    </w:p>
    <w:p>
      <w:pPr>
        <w:jc w:val="right"/>
      </w:pPr>
      <w:r>
        <w:t>مجھے تو ایسا لگتا ہے کہ سارے ہی لوگ بس کا حال یہ ہے کہ face value پر</w:t>
      </w:r>
    </w:p>
    <w:p>
      <w:r>
        <w:rPr>
          <w:b/>
        </w:rPr>
        <w:t xml:space="preserve">[02:04] </w:t>
      </w:r>
      <w:r>
        <w:t>le kar ke rai banate rehte hain.</w:t>
      </w:r>
    </w:p>
    <w:p>
      <w:pPr>
        <w:jc w:val="right"/>
      </w:pPr>
      <w:r>
        <w:t>لے کر کے رائے بناتے رہتے ہیں۔</w:t>
      </w:r>
    </w:p>
    <w:p>
      <w:r>
        <w:rPr>
          <w:b/>
        </w:rPr>
        <w:t xml:space="preserve">[02:07] </w:t>
      </w:r>
      <w:r>
        <w:t>kyun? is liye ke log sincere nahi hain.</w:t>
      </w:r>
    </w:p>
    <w:p>
      <w:pPr>
        <w:jc w:val="right"/>
      </w:pPr>
      <w:r>
        <w:t>کیوں؟ اس لیے کہ لوگ sincere نہیں ہیں۔</w:t>
      </w:r>
    </w:p>
    <w:p>
      <w:r>
        <w:rPr>
          <w:b/>
        </w:rPr>
        <w:t xml:space="preserve">[02:11] </w:t>
      </w:r>
      <w:r>
        <w:t>abhi aap ne dekha hoga ke ek world conference hui food ke bare mein, food shortage ke bare</w:t>
      </w:r>
    </w:p>
    <w:p>
      <w:pPr>
        <w:jc w:val="right"/>
      </w:pPr>
      <w:r>
        <w:t>ابھی آپ نے دیکھا ہوگا کہ ایک world conference ہوئی food کے بارے میں، food shortage کے بارے</w:t>
      </w:r>
    </w:p>
    <w:p>
      <w:r>
        <w:rPr>
          <w:b/>
        </w:rPr>
        <w:t xml:space="preserve">[02:19]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[02:20] </w:t>
      </w:r>
      <w:r>
        <w:t>aur paper mein aaya tha ke is mein twenty dishes rakhi gayi thi un logon ke khane ke</w:t>
      </w:r>
    </w:p>
    <w:p>
      <w:pPr>
        <w:jc w:val="right"/>
      </w:pPr>
      <w:r>
        <w:t>اور paper میں آیا تھا کہ اس میں twenty dishes رکھی گئی تھیں ان لوگوں کے کھانے کے</w:t>
      </w:r>
    </w:p>
    <w:p>
      <w:r>
        <w:rPr>
          <w:b/>
        </w:rPr>
        <w:t xml:space="preserve">[02:28] </w:t>
      </w:r>
      <w:r>
        <w:t>liye jo wahan aaye the participation ke liye.</w:t>
      </w:r>
    </w:p>
    <w:p>
      <w:pPr>
        <w:jc w:val="right"/>
      </w:pPr>
      <w:r>
        <w:t>لیے جو وہاں آئے تھے participation کے لیے۔</w:t>
      </w:r>
    </w:p>
    <w:p>
      <w:r>
        <w:rPr>
          <w:b/>
        </w:rPr>
        <w:t xml:space="preserve">[02:31] </w:t>
      </w:r>
      <w:r>
        <w:t>yaani food shortage par conference ho rahi hai, aur wahan par bees qism ke khane table par.</w:t>
      </w:r>
    </w:p>
    <w:p>
      <w:pPr>
        <w:jc w:val="right"/>
      </w:pPr>
      <w:r>
        <w:t>یعنی food shortage پر conference ہو رہی ہے، اور وہاں پر بیس قسم کے کھانے table پر۔</w:t>
      </w:r>
    </w:p>
    <w:p>
      <w:r>
        <w:rPr>
          <w:b/>
        </w:rPr>
        <w:t xml:space="preserve">[02:38] </w:t>
      </w:r>
      <w:r>
        <w:t>to kya hai? Sincerity nahi logon mein.</w:t>
      </w:r>
    </w:p>
    <w:p>
      <w:pPr>
        <w:jc w:val="right"/>
      </w:pPr>
      <w:r>
        <w:t>تو کیا ہے؟ Sincerity نہیں لوگوں میں۔</w:t>
      </w:r>
    </w:p>
    <w:p>
      <w:r>
        <w:rPr>
          <w:b/>
        </w:rPr>
        <w:t xml:space="preserve">[02:41] </w:t>
      </w:r>
      <w:r>
        <w:t>jab sincerity nahi hai to yahi hoga ke woh face value par lenge cheezon ko, bas gehrai</w:t>
      </w:r>
    </w:p>
    <w:p>
      <w:pPr>
        <w:jc w:val="right"/>
      </w:pPr>
      <w:r>
        <w:t>جب sincerity نہیں ہے تو یہی ہوگا کہ وہ face value پر لیں گے چیزوں کو، بس گہرائی</w:t>
      </w:r>
    </w:p>
    <w:p>
      <w:r>
        <w:rPr>
          <w:b/>
        </w:rPr>
        <w:t xml:space="preserve">[02:49] </w:t>
      </w:r>
      <w:r>
        <w:t>tak nahi jayenge.</w:t>
      </w:r>
    </w:p>
    <w:p>
      <w:pPr>
        <w:jc w:val="right"/>
      </w:pPr>
      <w:r>
        <w:t>تک نہیں جائیں گے۔</w:t>
      </w:r>
    </w:p>
    <w:p>
      <w:r>
        <w:rPr>
          <w:b/>
        </w:rPr>
        <w:t xml:space="preserve">[02:51] </w:t>
      </w:r>
      <w:r>
        <w:t>to mein samajhta hoon ke sab se bada problem yahi hai ke log sincere nahi hain, woh cheezon</w:t>
      </w:r>
    </w:p>
    <w:p>
      <w:pPr>
        <w:jc w:val="right"/>
      </w:pPr>
      <w:r>
        <w:t>تو میں سمجھتا ہوں کہ سب سے بڑا problem یہی ہے کہ لوگ sincere نہیں ہیں، وہ چیزوں</w:t>
      </w:r>
    </w:p>
    <w:p>
      <w:r>
        <w:rPr>
          <w:b/>
        </w:rPr>
        <w:t xml:space="preserve">[02:59] </w:t>
      </w:r>
      <w:r>
        <w:t>ko bas face value par le kar ke ek rai banate rehte hain.</w:t>
      </w:r>
    </w:p>
    <w:p>
      <w:pPr>
        <w:jc w:val="right"/>
      </w:pPr>
      <w:r>
        <w:t>کو بس face value پر لے کر کے ایک رائے بناتے رہتے ہیں۔</w:t>
      </w:r>
    </w:p>
    <w:p>
      <w:r>
        <w:rPr>
          <w:b/>
        </w:rPr>
        <w:t xml:space="preserve">[03:04] </w:t>
      </w:r>
      <w:r>
        <w:t>kal ek sahab ne kaha ke ek writer ne likha hai ke history ka absolute interpretation possible nahi</w:t>
      </w:r>
    </w:p>
    <w:p>
      <w:pPr>
        <w:jc w:val="right"/>
      </w:pPr>
      <w:r>
        <w:t>کل ایک صاحب نے کہا کہ ایک writer نے لکھا ہے کہ history کا absolute interpretation possible نہیں</w:t>
      </w:r>
    </w:p>
    <w:p>
      <w:r>
        <w:rPr>
          <w:b/>
        </w:rPr>
        <w:t xml:space="preserve">[03:12]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[03:13] </w:t>
      </w:r>
      <w:r>
        <w:t>mein sochne laga is par ke history to ek real discipline hai, real events ko hum history kehte</w:t>
      </w:r>
    </w:p>
    <w:p>
      <w:pPr>
        <w:jc w:val="right"/>
      </w:pPr>
      <w:r>
        <w:t>میں سوچنے لگا اس پر کہ history تو ایک real discipline ہے، real events کو ہم history کہتے</w:t>
      </w:r>
    </w:p>
    <w:p>
      <w:r>
        <w:rPr>
          <w:b/>
        </w:rPr>
        <w:t xml:space="preserve">[03:21]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[03:23] </w:t>
      </w:r>
      <w:r>
        <w:t>to is ka kyun aisa hai ke is ka absolute interpretation possible nahi hai? woh koi history koi</w:t>
      </w:r>
    </w:p>
    <w:p>
      <w:pPr>
        <w:jc w:val="right"/>
      </w:pPr>
      <w:r>
        <w:t>تو اس کا کیوں ایسا ہے کہ اس کا absolute interpretation possible نہیں ہے؟ وہ کوئی history کوئی</w:t>
      </w:r>
    </w:p>
    <w:p>
      <w:r>
        <w:rPr>
          <w:b/>
        </w:rPr>
        <w:t xml:space="preserve">[03:30] </w:t>
      </w:r>
      <w:r>
        <w:t>novel nahi hai, woh koi kahani nahi hai.</w:t>
      </w:r>
    </w:p>
    <w:p>
      <w:pPr>
        <w:jc w:val="right"/>
      </w:pPr>
      <w:r>
        <w:t>ناول نہیں ہے، وہ کوئی کہانی نہیں ہے۔</w:t>
      </w:r>
    </w:p>
    <w:p>
      <w:r>
        <w:rPr>
          <w:b/>
        </w:rPr>
        <w:t xml:space="preserve">[03:34] </w:t>
      </w:r>
      <w:r>
        <w:t>to real event ko narrate karti hai history.</w:t>
      </w:r>
    </w:p>
    <w:p>
      <w:pPr>
        <w:jc w:val="right"/>
      </w:pPr>
      <w:r>
        <w:t>تو real event کو narrate کرتی ہے history۔</w:t>
      </w:r>
    </w:p>
    <w:p>
      <w:r>
        <w:rPr>
          <w:b/>
        </w:rPr>
        <w:t xml:space="preserve">[03:37] </w:t>
      </w:r>
      <w:r>
        <w:t>to is mein kya kyun aisa hai ke log absolute interpretation nahi de paate? mein samajhta hoon ke</w:t>
      </w:r>
    </w:p>
    <w:p>
      <w:pPr>
        <w:jc w:val="right"/>
      </w:pPr>
      <w:r>
        <w:t>تو اس میں کیا کیوں ایسا ہے کہ لوگ absolute interpretation نہیں دے پاتے؟ میں سمجھتا ہوں کہ</w:t>
      </w:r>
    </w:p>
    <w:p>
      <w:r>
        <w:rPr>
          <w:b/>
        </w:rPr>
        <w:t xml:space="preserve">[03:45] </w:t>
      </w:r>
      <w:r>
        <w:t>ek sabab bhi is ka yahi hai ke log sincere nahi hain.</w:t>
      </w:r>
    </w:p>
    <w:p>
      <w:pPr>
        <w:jc w:val="right"/>
      </w:pPr>
      <w:r>
        <w:t>ایک سبب بھی اس کا یہی ہے کہ لوگ sincere نہیں ہیں۔</w:t>
      </w:r>
    </w:p>
    <w:p>
      <w:r>
        <w:rPr>
          <w:b/>
        </w:rPr>
        <w:t xml:space="preserve">[03:50] </w:t>
      </w:r>
      <w:r>
        <w:t>log face value par cheezon ko lete rehte hain.</w:t>
      </w:r>
    </w:p>
    <w:p>
      <w:pPr>
        <w:jc w:val="right"/>
      </w:pPr>
      <w:r>
        <w:t>لوگ face value پر چیزوں کو لیتے رہتے ہیں۔</w:t>
      </w:r>
    </w:p>
    <w:p>
      <w:r>
        <w:rPr>
          <w:b/>
        </w:rPr>
        <w:t xml:space="preserve">[03:54] </w:t>
      </w:r>
      <w:r>
        <w:t>jaise hamare India ko dekhiye, nineteen forty-seven mein India ka partition hua.</w:t>
      </w:r>
    </w:p>
    <w:p>
      <w:pPr>
        <w:jc w:val="right"/>
      </w:pPr>
      <w:r>
        <w:t>جیسے ہمارے انڈیا کو دیکھیے، nineteen forty-seven میں انڈیا کا partition ہوا۔</w:t>
      </w:r>
    </w:p>
    <w:p>
      <w:r>
        <w:rPr>
          <w:b/>
        </w:rPr>
        <w:t xml:space="preserve">[03:59] </w:t>
      </w:r>
      <w:r>
        <w:t>Partition.</w:t>
      </w:r>
    </w:p>
    <w:p>
      <w:pPr>
        <w:jc w:val="right"/>
      </w:pPr>
      <w:r>
        <w:t>Partition۔</w:t>
      </w:r>
    </w:p>
    <w:p>
      <w:r>
        <w:rPr>
          <w:b/>
        </w:rPr>
        <w:t xml:space="preserve">[04:01] </w:t>
      </w:r>
      <w:r>
        <w:t>Is par sankaron sankaron kitaben likhi gayi hain.</w:t>
      </w:r>
    </w:p>
    <w:p>
      <w:pPr>
        <w:jc w:val="right"/>
      </w:pPr>
      <w:r>
        <w:t>اس پر سینکڑوں سینکڑوں کتابیں لکھی گئی ہیں۔</w:t>
      </w:r>
    </w:p>
    <w:p>
      <w:r>
        <w:rPr>
          <w:b/>
        </w:rPr>
        <w:t xml:space="preserve">[04:04] </w:t>
      </w:r>
      <w:r>
        <w:t>Aur is ka jo analysis kiya gaya hai jo is ka kyun hua partition.</w:t>
      </w:r>
    </w:p>
    <w:p>
      <w:pPr>
        <w:jc w:val="right"/>
      </w:pPr>
      <w:r>
        <w:t>اور اس کا جو analysis کیا گیا ہے جو اس کا کیوں ہوا partition۔</w:t>
      </w:r>
    </w:p>
    <w:p>
      <w:r>
        <w:rPr>
          <w:b/>
        </w:rPr>
        <w:t xml:space="preserve">[04:10] </w:t>
      </w:r>
      <w:r>
        <w:t>To har aadmi alag alag boli bol raha hai.</w:t>
      </w:r>
    </w:p>
    <w:p>
      <w:pPr>
        <w:jc w:val="right"/>
      </w:pPr>
      <w:r>
        <w:t>تو ہر آدمی الگ الگ بولی بول رہا ہے۔</w:t>
      </w:r>
    </w:p>
    <w:p>
      <w:r>
        <w:rPr>
          <w:b/>
        </w:rPr>
        <w:t xml:space="preserve">[04:14] </w:t>
      </w:r>
      <w:r>
        <w:t>Koi kehta hai ke partition ke responsible hain Mr. Muhammad Ali Jinnah.</w:t>
      </w:r>
    </w:p>
    <w:p>
      <w:pPr>
        <w:jc w:val="right"/>
      </w:pPr>
      <w:r>
        <w:t>کوئی کہتا ہے کہ partition کے responsible ہیں مسٹر محمد علی جناح۔</w:t>
      </w:r>
    </w:p>
    <w:p>
      <w:r>
        <w:rPr>
          <w:b/>
        </w:rPr>
        <w:t xml:space="preserve">[04:19] </w:t>
      </w:r>
      <w:r>
        <w:t>Koi kehta hai ke partition ke responsible hain wo Sardar Patel.</w:t>
      </w:r>
    </w:p>
    <w:p>
      <w:pPr>
        <w:jc w:val="right"/>
      </w:pPr>
      <w:r>
        <w:t>کوئی کہتا ہے کہ partition کے responsible ہیں وہ سردار پٹیل۔</w:t>
      </w:r>
    </w:p>
    <w:p>
      <w:r>
        <w:rPr>
          <w:b/>
        </w:rPr>
        <w:t xml:space="preserve">[04:24] </w:t>
      </w:r>
      <w:r>
        <w:t>Koi kehta hai ke Havid Ibrahim ke mamle mein adjustment nahi kiya Nehru ne, is liye partition ho</w:t>
      </w:r>
    </w:p>
    <w:p>
      <w:pPr>
        <w:jc w:val="right"/>
      </w:pPr>
      <w:r>
        <w:t>کوئی کہتا ہے کہ حوید ابراہیم کے معاملے میں adjustment نہیں کیا نہرو نے، اس لیے partition ہو</w:t>
      </w:r>
    </w:p>
    <w:p>
      <w:r>
        <w:rPr>
          <w:b/>
        </w:rPr>
        <w:t xml:space="preserve">[04:31]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[04:33] </w:t>
      </w:r>
      <w:r>
        <w:t>Koi kehta hai Gandhi ne kyun accept kiya? Accept na hote to partition na hota.</w:t>
      </w:r>
    </w:p>
    <w:p>
      <w:pPr>
        <w:jc w:val="right"/>
      </w:pPr>
      <w:r>
        <w:t>کوئی کہتا ہے گاندھی نے کیوں accept کیا؟ Accept نہ ہوتے تو partition نہ ہوتا۔</w:t>
      </w:r>
    </w:p>
    <w:p>
      <w:r>
        <w:rPr>
          <w:b/>
        </w:rPr>
        <w:t xml:space="preserve">[04:39] </w:t>
      </w:r>
      <w:r>
        <w:t>Koi kehta hai ke RSS ke jo thinker the unhon ne sab se pehle partition concept</w:t>
      </w:r>
    </w:p>
    <w:p>
      <w:pPr>
        <w:jc w:val="right"/>
      </w:pPr>
      <w:r>
        <w:t>کوئی کہتا ہے کہ آر ایس ایس کے جو thinker تھے انہوں نے سب سے پہلے partition concept</w:t>
      </w:r>
    </w:p>
    <w:p>
      <w:r>
        <w:rPr>
          <w:b/>
        </w:rPr>
        <w:t xml:space="preserve">[04:47] </w:t>
      </w:r>
      <w:r>
        <w:t>diya tha.</w:t>
      </w:r>
    </w:p>
    <w:p>
      <w:pPr>
        <w:jc w:val="right"/>
      </w:pPr>
      <w:r>
        <w:t>دیا تھا۔</w:t>
      </w:r>
    </w:p>
    <w:p>
      <w:r>
        <w:rPr>
          <w:b/>
        </w:rPr>
        <w:t xml:space="preserve">[04:49] </w:t>
      </w:r>
      <w:r>
        <w:t>Har aadmi alag alag boli bol raha hai.</w:t>
      </w:r>
    </w:p>
    <w:p>
      <w:pPr>
        <w:jc w:val="right"/>
      </w:pPr>
      <w:r>
        <w:t>ہر آدمی الگ الگ بولی بول رہا ہے۔</w:t>
      </w:r>
    </w:p>
    <w:p>
      <w:r>
        <w:rPr>
          <w:b/>
        </w:rPr>
        <w:t xml:space="preserve">[04:52] </w:t>
      </w:r>
      <w:r>
        <w:t>Jab partition ek real event hai hamare mulk ka to hamein janna chahiye ke kyun partition hua.</w:t>
      </w:r>
    </w:p>
    <w:p>
      <w:pPr>
        <w:jc w:val="right"/>
      </w:pPr>
      <w:r>
        <w:t>جب partition ایک real event ہے ہمارے દેશ کا تو ہمیں جاننا چاہیے کہ کیوں partition ہوا۔</w:t>
      </w:r>
    </w:p>
    <w:p>
      <w:r>
        <w:rPr>
          <w:b/>
        </w:rPr>
        <w:t xml:space="preserve">[04:59] </w:t>
      </w:r>
      <w:r>
        <w:t>To log jeete hain bias mein, insincerity mein.</w:t>
      </w:r>
    </w:p>
    <w:p>
      <w:pPr>
        <w:jc w:val="right"/>
      </w:pPr>
      <w:r>
        <w:t>تو لوگ جیتے ہیں bias میں، insincerity میں۔</w:t>
      </w:r>
    </w:p>
    <w:p>
      <w:r>
        <w:rPr>
          <w:b/>
        </w:rPr>
        <w:t xml:space="preserve">[05:03] </w:t>
      </w:r>
      <w:r>
        <w:t>Jaise ke main apna ek experience batata hoon.</w:t>
      </w:r>
    </w:p>
    <w:p>
      <w:pPr>
        <w:jc w:val="right"/>
      </w:pPr>
      <w:r>
        <w:t>جیسے کہ میں اپنا ایک experience بتاتا ہوں۔</w:t>
      </w:r>
    </w:p>
    <w:p>
      <w:r>
        <w:rPr>
          <w:b/>
        </w:rPr>
        <w:t xml:space="preserve">[05:06] </w:t>
      </w:r>
      <w:r>
        <w:t>Is zamane mein har aadmi mujhe lagta hai ke jhoot bolta hai.</w:t>
      </w:r>
    </w:p>
    <w:p>
      <w:pPr>
        <w:jc w:val="right"/>
      </w:pPr>
      <w:r>
        <w:t>اس زمانے میں ہر آدمی مجھے لگتا ہے کہ جھوٹ بولتا ہے۔</w:t>
      </w:r>
    </w:p>
    <w:p>
      <w:r>
        <w:rPr>
          <w:b/>
        </w:rPr>
        <w:t xml:space="preserve">[05:11] </w:t>
      </w:r>
      <w:r>
        <w:t>To aaj main soch raha tha ke sab log jhoot kyun bolte hain? To maine socha ke</w:t>
      </w:r>
    </w:p>
    <w:p>
      <w:pPr>
        <w:jc w:val="right"/>
      </w:pPr>
      <w:r>
        <w:t>تو آج میں سوچ رہا تھا کہ سب لوگ جھوٹ کیوں بولتے ہیں؟ تو میں نے سوچا کہ</w:t>
      </w:r>
    </w:p>
    <w:p>
      <w:r>
        <w:rPr>
          <w:b/>
        </w:rPr>
        <w:t xml:space="preserve">[05:19] </w:t>
      </w:r>
      <w:r>
        <w:t>jhoot ki do category hain.</w:t>
      </w:r>
    </w:p>
    <w:p>
      <w:pPr>
        <w:jc w:val="right"/>
      </w:pPr>
      <w:r>
        <w:t>جھوٹ کی دو category ہیں۔</w:t>
      </w:r>
    </w:p>
    <w:p>
      <w:r>
        <w:rPr>
          <w:b/>
        </w:rPr>
        <w:t xml:space="preserve">[05:21] </w:t>
      </w:r>
      <w:r>
        <w:t>Ek hai ke apne se bahar koi baat ho rahi hai to us par hum statement dein.</w:t>
      </w:r>
    </w:p>
    <w:p>
      <w:pPr>
        <w:jc w:val="right"/>
      </w:pPr>
      <w:r>
        <w:t>ایک ہے کہ اپنے سے باہر کوئی بات ہو رہی ہے تو اس پر ہم statement دیں۔</w:t>
      </w:r>
    </w:p>
    <w:p>
      <w:r>
        <w:rPr>
          <w:b/>
        </w:rPr>
        <w:t xml:space="preserve">[05:28] </w:t>
      </w:r>
      <w:r>
        <w:t>To wahan koi jhoot nahi bolega.</w:t>
      </w:r>
    </w:p>
    <w:p>
      <w:pPr>
        <w:jc w:val="right"/>
      </w:pPr>
      <w:r>
        <w:t>تو وہاں کوئی جھوٹ نہیں بولے گا۔</w:t>
      </w:r>
    </w:p>
    <w:p>
      <w:r>
        <w:rPr>
          <w:b/>
        </w:rPr>
        <w:t xml:space="preserve">[05:31] </w:t>
      </w:r>
      <w:r>
        <w:t>Is building ke bahar ek road hai, ek community hall hai, ek garden hai.</w:t>
      </w:r>
    </w:p>
    <w:p>
      <w:pPr>
        <w:jc w:val="right"/>
      </w:pPr>
      <w:r>
        <w:t>اس بلڈنگ کے باہر ایک road ہے، ایک community hall ہے، ایک گارڈن ہے۔</w:t>
      </w:r>
    </w:p>
    <w:p>
      <w:r>
        <w:rPr>
          <w:b/>
        </w:rPr>
        <w:t xml:space="preserve">[05:37] </w:t>
      </w:r>
      <w:r>
        <w:t>Us par hum jhoot nahi bolenge.</w:t>
      </w:r>
    </w:p>
    <w:p>
      <w:pPr>
        <w:jc w:val="right"/>
      </w:pPr>
      <w:r>
        <w:t>اس پر ہم جھوٹ نہیں بولیں گے۔</w:t>
      </w:r>
    </w:p>
    <w:p>
      <w:r>
        <w:rPr>
          <w:b/>
        </w:rPr>
        <w:t xml:space="preserve">[05:40] </w:t>
      </w:r>
      <w:r>
        <w:t>Lekin jahan koi aisi baat ho ke aap ki apni personalities bhi involve hone lagen, aap zad mein</w:t>
      </w:r>
    </w:p>
    <w:p>
      <w:pPr>
        <w:jc w:val="right"/>
      </w:pPr>
      <w:r>
        <w:t>لیکن جہاں کوئی ایسی بات ہو کہ آپ کی اپنی personalities بھی involve ہونے لگیں، آپ زد میں</w:t>
      </w:r>
    </w:p>
    <w:p>
      <w:r>
        <w:rPr>
          <w:b/>
        </w:rPr>
        <w:t xml:space="preserve">[05:48] </w:t>
      </w:r>
      <w:r>
        <w:t>aa jayen to foran aadmi apni safai ke liye jhoot bol deta hai.</w:t>
      </w:r>
    </w:p>
    <w:p>
      <w:pPr>
        <w:jc w:val="right"/>
      </w:pPr>
      <w:r>
        <w:t>آ جائیں تو فوراً آدمی اپنی صفائی کے لیے جھوٹ بول دیتا ہے۔</w:t>
      </w:r>
    </w:p>
    <w:p>
      <w:r>
        <w:rPr>
          <w:b/>
        </w:rPr>
        <w:t xml:space="preserve">[05:54] </w:t>
      </w:r>
      <w:r>
        <w:t>Aisa to nahi, waisa to nahi.</w:t>
      </w:r>
    </w:p>
    <w:p>
      <w:pPr>
        <w:jc w:val="right"/>
      </w:pPr>
      <w:r>
        <w:t>ایسا تو نہیں، ویسا تو نہیں۔</w:t>
      </w:r>
    </w:p>
    <w:p>
      <w:r>
        <w:rPr>
          <w:b/>
        </w:rPr>
        <w:t xml:space="preserve">[05:56] </w:t>
      </w:r>
      <w:r>
        <w:t>kyunke sincere nahi hai woh.</w:t>
      </w:r>
    </w:p>
    <w:p>
      <w:pPr>
        <w:jc w:val="right"/>
      </w:pPr>
      <w:r>
        <w:t>کیونکہ sincere نہیں ہے وہ۔</w:t>
      </w:r>
    </w:p>
    <w:p>
      <w:r>
        <w:rPr>
          <w:b/>
        </w:rPr>
        <w:t xml:space="preserve">[05:58] </w:t>
      </w:r>
      <w:r>
        <w:t>agar aap se ek koi ghalti hui ya koi bhool hui hai to seedhe keh dijiye ke mujh</w:t>
      </w:r>
    </w:p>
    <w:p>
      <w:pPr>
        <w:jc w:val="right"/>
      </w:pPr>
      <w:r>
        <w:t>اگر آپ سے ایک کوئی غلطی ہوئی یا کوئی بھول ہوئی ہے تو سیدھے کہہ دیجیے کہ مجھ</w:t>
      </w:r>
    </w:p>
    <w:p>
      <w:r>
        <w:rPr>
          <w:b/>
        </w:rPr>
        <w:t xml:space="preserve">[06:06] </w:t>
      </w:r>
      <w:r>
        <w:t>se bhool ho gayi hai.</w:t>
      </w:r>
    </w:p>
    <w:p>
      <w:pPr>
        <w:jc w:val="right"/>
      </w:pPr>
      <w:r>
        <w:t>سے بھول ہو گئی ہے۔</w:t>
      </w:r>
    </w:p>
    <w:p>
      <w:r>
        <w:rPr>
          <w:b/>
        </w:rPr>
        <w:t xml:space="preserve">[06:08] </w:t>
      </w:r>
      <w:r>
        <w:t>nahi karni kya zaroorat hai? One to all saare logon ka haal hai ke jahan apni zaat jo</w:t>
      </w:r>
    </w:p>
    <w:p>
      <w:pPr>
        <w:jc w:val="right"/>
      </w:pPr>
      <w:r>
        <w:t>نہیں کرنی کیا ضرورت ہے؟ One to all سارے لوگوں کا حال ہے کہ جہاں اپنی ذات جو</w:t>
      </w:r>
    </w:p>
    <w:p>
      <w:r>
        <w:rPr>
          <w:b/>
        </w:rPr>
        <w:t xml:space="preserve">[06:16] </w:t>
      </w:r>
      <w:r>
        <w:t>hai woh zad mein aa jaye, aap ki apni personality is ka is mein involvement kuch nikal nikal</w:t>
      </w:r>
    </w:p>
    <w:p>
      <w:pPr>
        <w:jc w:val="right"/>
      </w:pPr>
      <w:r>
        <w:t>ہے وہ زد میں آ جائے، آپ کی اپنی personality اس کا اس میں involvement کچھ نکل نکل</w:t>
      </w:r>
    </w:p>
    <w:p>
      <w:r>
        <w:rPr>
          <w:b/>
        </w:rPr>
        <w:t xml:space="preserve">[06:24] </w:t>
      </w:r>
      <w:r>
        <w:t>raha ho to foran aadmi manipulate kar ke bolega.</w:t>
      </w:r>
    </w:p>
    <w:p>
      <w:pPr>
        <w:jc w:val="right"/>
      </w:pPr>
      <w:r>
        <w:t>رہا ہو تو فوراً آدمی manipulate کر کے بولے گا۔</w:t>
      </w:r>
    </w:p>
    <w:p>
      <w:r>
        <w:rPr>
          <w:b/>
        </w:rPr>
        <w:t xml:space="preserve">[06:28] </w:t>
      </w:r>
      <w:r>
        <w:t>Twist kar ke bolega.</w:t>
      </w:r>
    </w:p>
    <w:p>
      <w:pPr>
        <w:jc w:val="right"/>
      </w:pPr>
      <w:r>
        <w:t>Twist کر کے بولے گا۔</w:t>
      </w:r>
    </w:p>
    <w:p>
      <w:r>
        <w:rPr>
          <w:b/>
        </w:rPr>
        <w:t xml:space="preserve">[06:30] </w:t>
      </w:r>
      <w:r>
        <w:t>Sincerely batayega woh.</w:t>
      </w:r>
    </w:p>
    <w:p>
      <w:pPr>
        <w:jc w:val="right"/>
      </w:pPr>
      <w:r>
        <w:t>Sincerely بتائے گا وہ۔</w:t>
      </w:r>
    </w:p>
    <w:p>
      <w:r>
        <w:rPr>
          <w:b/>
        </w:rPr>
        <w:t xml:space="preserve">[06:32] </w:t>
      </w:r>
      <w:r>
        <w:t>to kaise woh samjhe baaton ko? Absolute interpretation bilashuba possible hai history ka.</w:t>
      </w:r>
    </w:p>
    <w:p>
      <w:pPr>
        <w:jc w:val="right"/>
      </w:pPr>
      <w:r>
        <w:t>تو کیسے وہ سمجھے باتوں کو؟ Absolute interpretation بلاشبہ possible ہے history کا۔</w:t>
      </w:r>
    </w:p>
    <w:p>
      <w:r>
        <w:rPr>
          <w:b/>
        </w:rPr>
        <w:t xml:space="preserve">[06:37] </w:t>
      </w:r>
      <w:r>
        <w:t>magar kis ke liye? Jis ke andar absolute thinking aa chuki ho.</w:t>
      </w:r>
    </w:p>
    <w:p>
      <w:pPr>
        <w:jc w:val="right"/>
      </w:pPr>
      <w:r>
        <w:t>مگر کس کے لیے؟ جس کے اندر absolute thinking آ چکی ہو۔</w:t>
      </w:r>
    </w:p>
    <w:p>
      <w:r>
        <w:rPr>
          <w:b/>
        </w:rPr>
        <w:t xml:space="preserve">[06:43] </w:t>
      </w:r>
      <w:r>
        <w:t>Sincerity aa chuki ho.</w:t>
      </w:r>
    </w:p>
    <w:p>
      <w:pPr>
        <w:jc w:val="right"/>
      </w:pPr>
      <w:r>
        <w:t>Sincerity آ چکی ہو۔</w:t>
      </w:r>
    </w:p>
    <w:p>
      <w:r>
        <w:rPr>
          <w:b/>
        </w:rPr>
        <w:t xml:space="preserve">[06:44] </w:t>
      </w:r>
      <w:r>
        <w:t>nahi to kya hoga? Apne apne bias ke tehat woh dekhenge aur phir ek alag alag is</w:t>
      </w:r>
    </w:p>
    <w:p>
      <w:pPr>
        <w:jc w:val="right"/>
      </w:pPr>
      <w:r>
        <w:t>نہیں تو کیا ہوگا؟ اپنے اپنے bias کے تحت وہ دیکھیں گے اور پھر ایک الگ الگ اس</w:t>
      </w:r>
    </w:p>
    <w:p>
      <w:r>
        <w:rPr>
          <w:b/>
        </w:rPr>
        <w:t xml:space="preserve">[06:52] </w:t>
      </w:r>
      <w:r>
        <w:t>ka dete rahenge interpretation.</w:t>
      </w:r>
    </w:p>
    <w:p>
      <w:pPr>
        <w:jc w:val="right"/>
      </w:pPr>
      <w:r>
        <w:t>کا دیتے رہیں گے interpretation۔</w:t>
      </w:r>
    </w:p>
    <w:p>
      <w:r>
        <w:rPr>
          <w:b/>
        </w:rPr>
        <w:t xml:space="preserve">[06:54] </w:t>
      </w:r>
      <w:r>
        <w:t>to main samajhta hoon ke sab se bada jo problem hai woh yahi hai ke log sincere nahi</w:t>
      </w:r>
    </w:p>
    <w:p>
      <w:pPr>
        <w:jc w:val="right"/>
      </w:pPr>
      <w:r>
        <w:t>تو میں سمجھتا ہوں کہ سب سے بڑا جو problem ہے وہ یہی ہے کہ لوگ sincere نہیں</w:t>
      </w:r>
    </w:p>
    <w:p>
      <w:r>
        <w:rPr>
          <w:b/>
        </w:rPr>
        <w:t xml:space="preserve">[07:02]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[07:03] </w:t>
      </w:r>
      <w:r>
        <w:t>isi ko hadith mein kaha gaya hai ke ek zamana aaye ga jabke taraf al-amanah.</w:t>
      </w:r>
    </w:p>
    <w:p>
      <w:pPr>
        <w:jc w:val="right"/>
      </w:pPr>
      <w:r>
        <w:t>اسی کو حدیث میں کہا گیا ہے کہ ایک زمانہ آئے گا جبکہ طرف الامانہ۔</w:t>
      </w:r>
    </w:p>
    <w:p>
      <w:r>
        <w:rPr>
          <w:b/>
        </w:rPr>
        <w:t xml:space="preserve">[07:10] </w:t>
      </w:r>
      <w:r>
        <w:t>taraf al-amanah ka matlab hai honesty duniya mein nahi rahe gi.</w:t>
      </w:r>
    </w:p>
    <w:p>
      <w:pPr>
        <w:jc w:val="right"/>
      </w:pPr>
      <w:r>
        <w:t>طرف الامانہ کا مطلب ہے honesty دنیا میں نہیں رہے گی۔</w:t>
      </w:r>
    </w:p>
    <w:p>
      <w:r>
        <w:rPr>
          <w:b/>
        </w:rPr>
        <w:t xml:space="preserve">[07:15] </w:t>
      </w:r>
      <w:r>
        <w:t>Honesty utha li jayegi.</w:t>
      </w:r>
    </w:p>
    <w:p>
      <w:pPr>
        <w:jc w:val="right"/>
      </w:pPr>
      <w:r>
        <w:t>Honesty اٹھا لی جائے گی۔</w:t>
      </w:r>
    </w:p>
    <w:p>
      <w:r>
        <w:rPr>
          <w:b/>
        </w:rPr>
        <w:t xml:space="preserve">[07:17] </w:t>
      </w:r>
      <w:r>
        <w:t>sab log dishonest ho jayenge.</w:t>
      </w:r>
    </w:p>
    <w:p>
      <w:pPr>
        <w:jc w:val="right"/>
      </w:pPr>
      <w:r>
        <w:t>سب لوگ dishonest ہو جائیں گے۔</w:t>
      </w:r>
    </w:p>
    <w:p>
      <w:r>
        <w:rPr>
          <w:b/>
        </w:rPr>
        <w:t xml:space="preserve">[07:19] </w:t>
      </w:r>
      <w:r>
        <w:t>to yahi to dishonesty hai ke aap apne bias ko le kar sochte hain.</w:t>
      </w:r>
    </w:p>
    <w:p>
      <w:pPr>
        <w:jc w:val="right"/>
      </w:pPr>
      <w:r>
        <w:t>تو یہی تو dishonesty ہے کہ آپ اپنے bias کو لے کر سوچتے ہیں۔</w:t>
      </w:r>
    </w:p>
    <w:p>
      <w:r>
        <w:rPr>
          <w:b/>
        </w:rPr>
        <w:t xml:space="preserve">[07:25] </w:t>
      </w:r>
      <w:r>
        <w:t>aap apne apne aap ko chahte hain ke mujhe mere bille mere upar na jaye, chahe mujhe jhoot</w:t>
      </w:r>
    </w:p>
    <w:p>
      <w:pPr>
        <w:jc w:val="right"/>
      </w:pPr>
      <w:r>
        <w:t>آپ اپنے اپنے آپ کو چاہتے ہیں کہ مجھے میرے بلے میرے اوپر نہ جائے، چاہے مجھے جھوٹ</w:t>
      </w:r>
    </w:p>
    <w:p>
      <w:r>
        <w:rPr>
          <w:b/>
        </w:rPr>
        <w:t xml:space="preserve">[07:33] </w:t>
      </w:r>
      <w:r>
        <w:t>hi bolna pare.</w:t>
      </w:r>
    </w:p>
    <w:p>
      <w:pPr>
        <w:jc w:val="right"/>
      </w:pPr>
      <w:r>
        <w:t>ہی بولنا پڑے۔</w:t>
      </w:r>
    </w:p>
    <w:p>
      <w:r>
        <w:rPr>
          <w:b/>
        </w:rPr>
        <w:t xml:space="preserve">[07:34] </w:t>
      </w:r>
      <w:r>
        <w:t>to main samajhta hoon isi ka ek phenomena yeh hai ke main jis din conference mein gaya hoon,</w:t>
      </w:r>
    </w:p>
    <w:p>
      <w:pPr>
        <w:jc w:val="right"/>
      </w:pPr>
      <w:r>
        <w:t>تو میں سمجھتا ہوں اسی کا ایک phenomena یہ ہے کہ میں جس دن conference میں گیا ہوں،</w:t>
      </w:r>
    </w:p>
    <w:p>
      <w:r>
        <w:rPr>
          <w:b/>
        </w:rPr>
        <w:t xml:space="preserve">[07:42] </w:t>
      </w:r>
      <w:r>
        <w:t>har jagah maine dekha ke jab tak woh baithe hue hain discussion mein, balke us waqt bhi</w:t>
      </w:r>
    </w:p>
    <w:p>
      <w:pPr>
        <w:jc w:val="right"/>
      </w:pPr>
      <w:r>
        <w:t>ہر جگہ میں نے دیکھا کہ جب تک وہ بیٹھے ہوئے ہیں discussion میں، بلکہ اس وقت بھی</w:t>
      </w:r>
    </w:p>
    <w:p>
      <w:r>
        <w:rPr>
          <w:b/>
        </w:rPr>
        <w:t xml:space="preserve">[07:50] </w:t>
      </w:r>
      <w:r>
        <w:t>ek joke chhoden ge aur haan haan karenge sab log.</w:t>
      </w:r>
    </w:p>
    <w:p>
      <w:pPr>
        <w:jc w:val="right"/>
      </w:pPr>
      <w:r>
        <w:t>ایک joke چھوڑیں گے اور ہاں ہاں کریں گے سب لوگ۔</w:t>
      </w:r>
    </w:p>
    <w:p>
      <w:r>
        <w:rPr>
          <w:b/>
        </w:rPr>
        <w:t xml:space="preserve">[07:55] </w:t>
      </w:r>
      <w:r>
        <w:t>taqreeban har conference mein maine dekha hai ke log ek joke chhodenge aur us par haan</w:t>
      </w:r>
    </w:p>
    <w:p>
      <w:pPr>
        <w:jc w:val="right"/>
      </w:pPr>
      <w:r>
        <w:t>تقریباً ہر conference میں میں نے دیکھا ہے کہ لوگ ایک joke چھوڑیں گے اور اس پر ہاں</w:t>
      </w:r>
    </w:p>
    <w:p>
      <w:r>
        <w:rPr>
          <w:b/>
        </w:rPr>
        <w:t xml:space="preserve">[08:02] </w:t>
      </w:r>
      <w:r>
        <w:t>haan hoga.</w:t>
      </w:r>
    </w:p>
    <w:p>
      <w:pPr>
        <w:jc w:val="right"/>
      </w:pPr>
      <w:r>
        <w:t>ہاں ہوگا۔</w:t>
      </w:r>
    </w:p>
    <w:p>
      <w:r>
        <w:rPr>
          <w:b/>
        </w:rPr>
        <w:t xml:space="preserve">[08:04] </w:t>
      </w:r>
      <w:r>
        <w:t>aur phir jab niklenge, jayenge chaye ke liye ya khane ke liye to wahan to siwaye</w:t>
      </w:r>
    </w:p>
    <w:p>
      <w:pPr>
        <w:jc w:val="right"/>
      </w:pPr>
      <w:r>
        <w:t>اور پھر جب نکلیں گے، جائیں گے چائے کے لیے یا کھانے کے لیے تو وہاں تو سوائے</w:t>
      </w:r>
    </w:p>
    <w:p>
      <w:r>
        <w:rPr>
          <w:b/>
        </w:rPr>
        <w:t xml:space="preserve">[08:12] </w:t>
      </w:r>
      <w:r>
        <w:t>haan haan ke kuch hota hi nahin.</w:t>
      </w:r>
    </w:p>
    <w:p>
      <w:pPr>
        <w:jc w:val="right"/>
      </w:pPr>
      <w:r>
        <w:t>ہاں ہاں کے کچھ ہوتا ہی نہیں۔</w:t>
      </w:r>
    </w:p>
    <w:p>
      <w:r>
        <w:rPr>
          <w:b/>
        </w:rPr>
        <w:t xml:space="preserve">[08:15] </w:t>
      </w:r>
      <w:r>
        <w:t>maine nahin paya kisi bhi conference mein ke jis topic par ikattha hue hain woh, maslan peace</w:t>
      </w:r>
    </w:p>
    <w:p>
      <w:pPr>
        <w:jc w:val="right"/>
      </w:pPr>
      <w:r>
        <w:t>میں نے نہیں پایا کسی بھی conference میں کہ جس topic پر اکٹھا ہوئے ہیں وہ، مثلاً peace</w:t>
      </w:r>
    </w:p>
    <w:p>
      <w:r>
        <w:rPr>
          <w:b/>
        </w:rPr>
        <w:t xml:space="preserve">[08:22] </w:t>
      </w:r>
      <w:r>
        <w:t>par, harmony par, interfaith understanding par, us par discussion kar rahe hon aapas mein.</w:t>
      </w:r>
    </w:p>
    <w:p>
      <w:pPr>
        <w:jc w:val="right"/>
      </w:pPr>
      <w:r>
        <w:t>پر، harmony پر، interfaith understanding پر، اس پر discussion کر رہے ہوں آپس میں۔</w:t>
      </w:r>
    </w:p>
    <w:p>
      <w:r>
        <w:rPr>
          <w:b/>
        </w:rPr>
        <w:t xml:space="preserve">[08:28] </w:t>
      </w:r>
      <w:r>
        <w:t>idhar udhar ki baat hai.</w:t>
      </w:r>
    </w:p>
    <w:p>
      <w:pPr>
        <w:jc w:val="right"/>
      </w:pPr>
      <w:r>
        <w:t>ادھر ادھر کی بات ہے۔</w:t>
      </w:r>
    </w:p>
    <w:p>
      <w:r>
        <w:rPr>
          <w:b/>
        </w:rPr>
        <w:t xml:space="preserve">[08:30] </w:t>
      </w:r>
      <w:r>
        <w:t>yeh kya hai? Insincerity hai.</w:t>
      </w:r>
    </w:p>
    <w:p>
      <w:pPr>
        <w:jc w:val="right"/>
      </w:pPr>
      <w:r>
        <w:t>یہ کیا ہے؟ Insincerity ہے۔</w:t>
      </w:r>
    </w:p>
    <w:p>
      <w:r>
        <w:rPr>
          <w:b/>
        </w:rPr>
        <w:t xml:space="preserve">[08:33] </w:t>
      </w:r>
      <w:r>
        <w:t>to hum ek kaise dunya mein reh rahe hain jahan saare log insincere ho gaye hain, dishonest ho</w:t>
      </w:r>
    </w:p>
    <w:p>
      <w:pPr>
        <w:jc w:val="right"/>
      </w:pPr>
      <w:r>
        <w:t>تو ہم ایک کیسے دنیا میں رہ رہے ہیں جہاں سارے لوگ insincere ہو گئے ہیں، dishonest ہو</w:t>
      </w:r>
    </w:p>
    <w:p>
      <w:r>
        <w:rPr>
          <w:b/>
        </w:rPr>
        <w:t xml:space="preserve">[08:40] </w:t>
      </w:r>
      <w:r>
        <w:t>gaye hain.</w:t>
      </w:r>
    </w:p>
    <w:p>
      <w:pPr>
        <w:jc w:val="right"/>
      </w:pPr>
      <w:r>
        <w:t>گئے ہیں۔</w:t>
      </w:r>
    </w:p>
    <w:p>
      <w:r>
        <w:rPr>
          <w:b/>
        </w:rPr>
        <w:t xml:space="preserve">[08:42] </w:t>
      </w:r>
      <w:r>
        <w:t>to hum kam az kam jo hum yahan par jo hum logon ko ikattha karte hain aur har</w:t>
      </w:r>
    </w:p>
    <w:p>
      <w:pPr>
        <w:jc w:val="right"/>
      </w:pPr>
      <w:r>
        <w:t>تو ہم کم از کم جو ہم یہاں پر جو ہم لوگوں کو اکٹھا کرتے ہیں اور ہر</w:t>
      </w:r>
    </w:p>
    <w:p>
      <w:r>
        <w:rPr>
          <w:b/>
        </w:rPr>
        <w:t xml:space="preserve">[08:49] </w:t>
      </w:r>
      <w:r>
        <w:t>hafte hum log aapas mein milte hain to hum logon ko yeh decide karna hai ke hum ab</w:t>
      </w:r>
    </w:p>
    <w:p>
      <w:pPr>
        <w:jc w:val="right"/>
      </w:pPr>
      <w:r>
        <w:t>ہفتے ہم لوگ آپس میں ملتے ہیں تو ہم لوگوں کو یہ decide کرنا ہے کہ ہم اب</w:t>
      </w:r>
    </w:p>
    <w:p>
      <w:r>
        <w:rPr>
          <w:b/>
        </w:rPr>
        <w:t xml:space="preserve">[08:57] </w:t>
      </w:r>
      <w:r>
        <w:t>hum poore maamle mein honest banenge.</w:t>
      </w:r>
    </w:p>
    <w:p>
      <w:pPr>
        <w:jc w:val="right"/>
      </w:pPr>
      <w:r>
        <w:t>ہم پورے معاملے میں honest بنیں گے۔</w:t>
      </w:r>
    </w:p>
    <w:p>
      <w:r>
        <w:rPr>
          <w:b/>
        </w:rPr>
        <w:t xml:space="preserve">[09:00] </w:t>
      </w:r>
      <w:r>
        <w:t>hum jhoot nahin bolenge chahe direct ho ya indirect ho.</w:t>
      </w:r>
    </w:p>
    <w:p>
      <w:pPr>
        <w:jc w:val="right"/>
      </w:pPr>
      <w:r>
        <w:t>ہم جھوٹ نہیں بولیں گے چاہے direct ہو یا indirect ہو۔</w:t>
      </w:r>
    </w:p>
    <w:p>
      <w:r>
        <w:rPr>
          <w:b/>
        </w:rPr>
        <w:t xml:space="preserve">[09:05] </w:t>
      </w:r>
      <w:r>
        <w:t>yahi ek faisla agar aap len.</w:t>
      </w:r>
    </w:p>
    <w:p>
      <w:pPr>
        <w:jc w:val="right"/>
      </w:pPr>
      <w:r>
        <w:t>یہی ایک فیصلہ اگر آپ لیں۔</w:t>
      </w:r>
    </w:p>
    <w:p>
      <w:r>
        <w:rPr>
          <w:b/>
        </w:rPr>
        <w:t xml:space="preserve">[09:07] </w:t>
      </w:r>
      <w:r>
        <w:t>ek aadmi rasool Allah ke paas aaya ke mere andar das buraiyan hain to kya karoon? Pehle ek</w:t>
      </w:r>
    </w:p>
    <w:p>
      <w:pPr>
        <w:jc w:val="right"/>
      </w:pPr>
      <w:r>
        <w:t>ایک آدمی رسول اللہ کے پاس آیا کہ میرے اندر دس برائیاں ہیں تو کیا کروں؟ پہلے ایک</w:t>
      </w:r>
    </w:p>
    <w:p>
      <w:r>
        <w:rPr>
          <w:b/>
        </w:rPr>
        <w:t xml:space="preserve">[09:15] </w:t>
      </w:r>
      <w:r>
        <w:t>ko chhodunga.</w:t>
      </w:r>
    </w:p>
    <w:p>
      <w:pPr>
        <w:jc w:val="right"/>
      </w:pPr>
      <w:r>
        <w:t>کو چھوڑوں گا۔</w:t>
      </w:r>
    </w:p>
    <w:p>
      <w:r>
        <w:rPr>
          <w:b/>
        </w:rPr>
        <w:t xml:space="preserve">[09:17] </w:t>
      </w:r>
      <w:r>
        <w:t>to aap ne kaha ke jhoot bolna chhod do.</w:t>
      </w:r>
    </w:p>
    <w:p>
      <w:pPr>
        <w:jc w:val="right"/>
      </w:pPr>
      <w:r>
        <w:t>تو آپ نے کہا کہ جھوٹ بولنا چھوڑ دو۔</w:t>
      </w:r>
    </w:p>
    <w:p>
      <w:r>
        <w:rPr>
          <w:b/>
        </w:rPr>
        <w:t xml:space="preserve">[09:21] </w:t>
      </w:r>
      <w:r>
        <w:t>to us ko laga ke jhoot nahin bolunga to sab sab buraiyon ko chhodna padega.</w:t>
      </w:r>
    </w:p>
    <w:p>
      <w:pPr>
        <w:jc w:val="right"/>
      </w:pPr>
      <w:r>
        <w:t>تو اس کو لگا کہ جھوٹ نہیں بولوں گا تو سب سب برائیاں کو چھوڑنا پڑے گا۔</w:t>
      </w:r>
    </w:p>
    <w:p>
      <w:r>
        <w:rPr>
          <w:b/>
        </w:rPr>
        <w:t xml:space="preserve">[09:28] </w:t>
      </w:r>
      <w:r>
        <w:t>ek jhoot na bolne ke is mein us ko saari buraiyon ko chhodna pada.</w:t>
      </w:r>
    </w:p>
    <w:p>
      <w:pPr>
        <w:jc w:val="right"/>
      </w:pPr>
      <w:r>
        <w:t>ایک جھوٹ نہ بولنے کے اس میں اس کو ساری برائیوں کو چھوڑنا پڑا۔</w:t>
      </w:r>
    </w:p>
    <w:p>
      <w:r>
        <w:rPr>
          <w:b/>
        </w:rPr>
        <w:t xml:space="preserve">[09:34] </w:t>
      </w:r>
      <w:r>
        <w:t>to yaad rakhiye jhoot yahi nahin hai ke aap kahein ke is waqt raat hai, yeh dilli nahin,</w:t>
      </w:r>
    </w:p>
    <w:p>
      <w:pPr>
        <w:jc w:val="right"/>
      </w:pPr>
      <w:r>
        <w:t>تو یاد رکھیے جھوٹ یہی نہیں ہے کہ آپ کہیں کہ اس وقت رات ہے، یہ دلی نہیں،</w:t>
      </w:r>
    </w:p>
    <w:p>
      <w:r>
        <w:rPr>
          <w:b/>
        </w:rPr>
        <w:t xml:space="preserve">[09:42] </w:t>
      </w:r>
      <w:r>
        <w:t>yeh to washington hai.</w:t>
      </w:r>
    </w:p>
    <w:p>
      <w:pPr>
        <w:jc w:val="right"/>
      </w:pPr>
      <w:r>
        <w:t>یہ تو واشنگٹن ہے۔</w:t>
      </w:r>
    </w:p>
    <w:p>
      <w:r>
        <w:rPr>
          <w:b/>
        </w:rPr>
        <w:t xml:space="preserve">[09:43] </w:t>
      </w:r>
      <w:r>
        <w:t>yeh to bohat hi yaani crude qism ka jhoot hai jo bohat kam log bolenge.</w:t>
      </w:r>
    </w:p>
    <w:p>
      <w:pPr>
        <w:jc w:val="right"/>
      </w:pPr>
      <w:r>
        <w:t>یہ تو بہت ہی یعنی crude قسم کا جھوٹ ہے جو بہت کم لوگ بولیں گے۔</w:t>
      </w:r>
    </w:p>
    <w:p>
      <w:r>
        <w:rPr>
          <w:b/>
        </w:rPr>
        <w:t xml:space="preserve">[09:50] </w:t>
      </w:r>
      <w:r>
        <w:t>lekin indirect jhoot aur twist kar ke bolna, ghuma phira ke baat kehna, wahi baat haan karna, wahi</w:t>
      </w:r>
    </w:p>
    <w:p>
      <w:pPr>
        <w:jc w:val="right"/>
      </w:pPr>
      <w:r>
        <w:t>لیکن indirect جھوٹ اور twist کر کے بولنا، گھما پھرا کے بات کہنا، وہی بات ہاں کرنا، وہی</w:t>
      </w:r>
    </w:p>
    <w:p>
      <w:r>
        <w:rPr>
          <w:b/>
        </w:rPr>
        <w:t xml:space="preserve">[09:58] </w:t>
      </w:r>
      <w:r>
        <w:t>baat nahin karna, wahi baat nahin karna, phir wahi baat haan haan karna, yeh sab jhoot hai.</w:t>
      </w:r>
    </w:p>
    <w:p>
      <w:pPr>
        <w:jc w:val="right"/>
      </w:pPr>
      <w:r>
        <w:t>بات نہیں کرنا، وہی بات نہیں کرنا، پھر وہی بات ہاں ہاں کرنا، یہ سب جھوٹ ہے۔</w:t>
      </w:r>
    </w:p>
    <w:p>
      <w:r>
        <w:rPr>
          <w:b/>
        </w:rPr>
        <w:t xml:space="preserve">[10:05] </w:t>
      </w:r>
      <w:r>
        <w:t>to dekhiye sab se bara problem jo har aadmi ko hai woh yeh hai ke apne andar strong</w:t>
      </w:r>
    </w:p>
    <w:p>
      <w:pPr>
        <w:jc w:val="right"/>
      </w:pPr>
      <w:r>
        <w:t>تو دیکھیے سب سے بڑا problem جو ہر آدمی کو ہے وہ یہ ہے کہ اپنے اندر strong</w:t>
      </w:r>
    </w:p>
    <w:p>
      <w:r>
        <w:rPr>
          <w:b/>
        </w:rPr>
        <w:t xml:space="preserve">[10:13] </w:t>
      </w:r>
      <w:r>
        <w:t>personality banaye.</w:t>
      </w:r>
    </w:p>
    <w:p>
      <w:pPr>
        <w:jc w:val="right"/>
      </w:pPr>
      <w:r>
        <w:t>personality بنائے۔</w:t>
      </w:r>
    </w:p>
    <w:p>
      <w:r>
        <w:rPr>
          <w:b/>
        </w:rPr>
        <w:t xml:space="preserve">[10:14] </w:t>
      </w:r>
      <w:r>
        <w:t>Strong personality.</w:t>
      </w:r>
    </w:p>
    <w:p>
      <w:pPr>
        <w:jc w:val="right"/>
      </w:pPr>
      <w:r>
        <w:t>Strong personality۔</w:t>
      </w:r>
    </w:p>
    <w:p>
      <w:r>
        <w:rPr>
          <w:b/>
        </w:rPr>
        <w:t xml:space="preserve">[10:16] </w:t>
      </w:r>
      <w:r>
        <w:t>Weak personality jo hai woh kabhi bhi paradise mein jagah nahi paye gi.</w:t>
      </w:r>
    </w:p>
    <w:p>
      <w:pPr>
        <w:jc w:val="right"/>
      </w:pPr>
      <w:r>
        <w:t>Weak personality جو ہے وہ کبھی بھی paradise میں جگہ نہیں پائے گی۔</w:t>
      </w:r>
    </w:p>
    <w:p>
      <w:r>
        <w:rPr>
          <w:b/>
        </w:rPr>
        <w:t xml:space="preserve">[10:21] </w:t>
      </w:r>
      <w:r>
        <w:t>yaad rakhiye.</w:t>
      </w:r>
    </w:p>
    <w:p>
      <w:pPr>
        <w:jc w:val="right"/>
      </w:pPr>
      <w:r>
        <w:t>یاد رکھیے۔</w:t>
      </w:r>
    </w:p>
    <w:p>
      <w:r>
        <w:rPr>
          <w:b/>
        </w:rPr>
        <w:t xml:space="preserve">[10:23] </w:t>
      </w:r>
      <w:r>
        <w:t>yeh impossible hai ke jo log weak personality le kar ke pohanche hain agli duniya mein to un</w:t>
      </w:r>
    </w:p>
    <w:p>
      <w:pPr>
        <w:jc w:val="right"/>
      </w:pPr>
      <w:r>
        <w:t>یہ impossible ہے کہ جو لوگ weak personality لے کر کے پہنچے ہیں اگلی دنیا میں تو ان</w:t>
      </w:r>
    </w:p>
    <w:p>
      <w:r>
        <w:rPr>
          <w:b/>
        </w:rPr>
        <w:t xml:space="preserve">[10:31] </w:t>
      </w:r>
      <w:r>
        <w:t>ke liye paradise ke gate khole jayen.</w:t>
      </w:r>
    </w:p>
    <w:p>
      <w:pPr>
        <w:jc w:val="right"/>
      </w:pPr>
      <w:r>
        <w:t>کے لیے paradise کے gate کھولے جائیں۔</w:t>
      </w:r>
    </w:p>
    <w:p>
      <w:r>
        <w:rPr>
          <w:b/>
        </w:rPr>
        <w:t xml:space="preserve">[10:34] </w:t>
      </w:r>
      <w:r>
        <w:t>kuch nahi.</w:t>
      </w:r>
    </w:p>
    <w:p>
      <w:pPr>
        <w:jc w:val="right"/>
      </w:pPr>
      <w:r>
        <w:t>کچھ نہیں۔</w:t>
      </w:r>
    </w:p>
    <w:p>
      <w:r>
        <w:rPr>
          <w:b/>
        </w:rPr>
        <w:t xml:space="preserve">[10:35] </w:t>
      </w:r>
      <w:r>
        <w:t>kal mere paas telephone aaya Habib bhai ka Hyderabad se.</w:t>
      </w:r>
    </w:p>
    <w:p>
      <w:pPr>
        <w:jc w:val="right"/>
      </w:pPr>
      <w:r>
        <w:t>کل میرے پاس ٹیلی فون آیا حبیب بھائی کا حیدرآباد سے۔</w:t>
      </w:r>
    </w:p>
    <w:p>
      <w:r>
        <w:rPr>
          <w:b/>
        </w:rPr>
        <w:t xml:space="preserve">[10:40] </w:t>
      </w:r>
      <w:r>
        <w:t>to unhon ne kaha ke ek sahib un ke paas aaye, parhe likhe thay woh.</w:t>
      </w:r>
    </w:p>
    <w:p>
      <w:pPr>
        <w:jc w:val="right"/>
      </w:pPr>
      <w:r>
        <w:t>تو انہوں نے کہا کہ ایک صاحب ان کے پاس آئے، پڑھے لکھے تھے وہ۔</w:t>
      </w:r>
    </w:p>
    <w:p>
      <w:r>
        <w:rPr>
          <w:b/>
        </w:rPr>
        <w:t xml:space="preserve">[10:46] </w:t>
      </w:r>
      <w:r>
        <w:t>baatein kar rahe hain, kuch log hotay hain, aap dekha hoga aap ne ke bas baatein kar</w:t>
      </w:r>
    </w:p>
    <w:p>
      <w:pPr>
        <w:jc w:val="right"/>
      </w:pPr>
      <w:r>
        <w:t>باتیں کر رہے ہیں، کچھ لوگ ہوتے ہیں، آپ دیکھا ہوگا آپ نے کہ بس باتیں کر رہے</w:t>
      </w:r>
    </w:p>
    <w:p>
      <w:r>
        <w:rPr>
          <w:b/>
        </w:rPr>
        <w:t xml:space="preserve">[10:54] </w:t>
      </w:r>
      <w:r>
        <w:t>rahe hain, baatein kar rahe hain, baatein kar rahe hain.</w:t>
      </w:r>
    </w:p>
    <w:p>
      <w:pPr>
        <w:jc w:val="right"/>
      </w:pPr>
      <w:r>
        <w:t>ہیں، باتیں کر رہے ہیں، باتیں کر رہے ہیں۔</w:t>
      </w:r>
    </w:p>
    <w:p>
      <w:r>
        <w:rPr>
          <w:b/>
        </w:rPr>
        <w:t xml:space="preserve">[10:58] </w:t>
      </w:r>
      <w:r>
        <w:t>bas apni qabliyat dikha rahe hain.</w:t>
      </w:r>
    </w:p>
    <w:p>
      <w:pPr>
        <w:jc w:val="right"/>
      </w:pPr>
      <w:r>
        <w:t>بس اپنی قابلیت دکھا رہے ہیں۔</w:t>
      </w:r>
    </w:p>
    <w:p>
      <w:r>
        <w:rPr>
          <w:b/>
        </w:rPr>
        <w:t xml:space="preserve">[11:00] </w:t>
      </w:r>
      <w:r>
        <w:t>to Habib bhai ne suntay suntay kaha ke aap bari bari baatein kar rahe hain.</w:t>
      </w:r>
    </w:p>
    <w:p>
      <w:pPr>
        <w:jc w:val="right"/>
      </w:pPr>
      <w:r>
        <w:t>تو حبیب بھائی نے سنتے سنتے کہا کہ آپ بڑی بڑی باتیں کر رہے ہیں۔</w:t>
      </w:r>
    </w:p>
    <w:p>
      <w:r>
        <w:rPr>
          <w:b/>
        </w:rPr>
        <w:t xml:space="preserve">[11:07] </w:t>
      </w:r>
      <w:r>
        <w:t>mujhe to aap ke sar par death ka angel badalta hua dikhai deta hai.</w:t>
      </w:r>
    </w:p>
    <w:p>
      <w:pPr>
        <w:jc w:val="right"/>
      </w:pPr>
      <w:r>
        <w:t>مجھے تو آپ کے سر پر death کا angel بدلاتا ہوا دکھائی دیتا ہے۔</w:t>
      </w:r>
    </w:p>
    <w:p>
      <w:r>
        <w:rPr>
          <w:b/>
        </w:rPr>
        <w:t xml:space="preserve">[11:13] </w:t>
      </w:r>
      <w:r>
        <w:t>aap bari bari baatein kar rahe hain.</w:t>
      </w:r>
    </w:p>
    <w:p>
      <w:pPr>
        <w:jc w:val="right"/>
      </w:pPr>
      <w:r>
        <w:t>آپ بڑی بڑی باتیں کر رہے ہیں۔</w:t>
      </w:r>
    </w:p>
    <w:p>
      <w:r>
        <w:rPr>
          <w:b/>
        </w:rPr>
        <w:t xml:space="preserve">[11:16] </w:t>
      </w:r>
      <w:r>
        <w:t>mujhe to dikhai de raha hai ke aap ke sar par maut ka farishta mandla raha hai.</w:t>
      </w:r>
    </w:p>
    <w:p>
      <w:pPr>
        <w:jc w:val="right"/>
      </w:pPr>
      <w:r>
        <w:t>مجھے تو دکھائی دے رہا ہے کہ آپ کے سر پر موت کا فرشتہ منڈلا رہا ہے۔</w:t>
      </w:r>
    </w:p>
    <w:p>
      <w:r>
        <w:rPr>
          <w:b/>
        </w:rPr>
        <w:t xml:space="preserve">[11:23] </w:t>
      </w:r>
      <w:r>
        <w:t>Are you ready to face God Almighty by tomorrow? kya aap apne aap ko tayyar paate hain ke</w:t>
      </w:r>
    </w:p>
    <w:p>
      <w:pPr>
        <w:jc w:val="right"/>
      </w:pPr>
      <w:r>
        <w:t>Are you ready to face God Almighty by tomorrow؟ کیا آپ اپنے آپ کو تیار پاتے ہیں کہ</w:t>
      </w:r>
    </w:p>
    <w:p>
      <w:r>
        <w:rPr>
          <w:b/>
        </w:rPr>
        <w:t xml:space="preserve">[11:31] </w:t>
      </w:r>
      <w:r>
        <w:t>kal jab Khuda se aap ka samna ho to aap Khuda ke samne khare ho saken? to aadmi</w:t>
      </w:r>
    </w:p>
    <w:p>
      <w:pPr>
        <w:jc w:val="right"/>
      </w:pPr>
      <w:r>
        <w:t>کل جب خدا سے آپ کا سامنا ہو تو آپ خدا کے سامنے کھڑے ہو سکیں؟ تو آدمی</w:t>
      </w:r>
    </w:p>
    <w:p>
      <w:r>
        <w:rPr>
          <w:b/>
        </w:rPr>
        <w:t xml:space="preserve">[11:38] </w:t>
      </w:r>
      <w:r>
        <w:t>ronay laga.</w:t>
      </w:r>
    </w:p>
    <w:p>
      <w:pPr>
        <w:jc w:val="right"/>
      </w:pPr>
      <w:r>
        <w:t>رونے لگا۔</w:t>
      </w:r>
    </w:p>
    <w:p>
      <w:r>
        <w:rPr>
          <w:b/>
        </w:rPr>
        <w:t xml:space="preserve">[11:40] </w:t>
      </w:r>
      <w:r>
        <w:t>aur der tak rota raha.</w:t>
      </w:r>
    </w:p>
    <w:p>
      <w:pPr>
        <w:jc w:val="right"/>
      </w:pPr>
      <w:r>
        <w:t>اور دیر تک روتا رہا۔</w:t>
      </w:r>
    </w:p>
    <w:p>
      <w:r>
        <w:rPr>
          <w:b/>
        </w:rPr>
        <w:t xml:space="preserve">[11:42] </w:t>
      </w:r>
      <w:r>
        <w:t>us ne kaha ke aap ne meri aankh se parda hata diya.</w:t>
      </w:r>
    </w:p>
    <w:p>
      <w:pPr>
        <w:jc w:val="right"/>
      </w:pPr>
      <w:r>
        <w:t>اس نے کہا کہ آپ نے میری آنکھ سے پردہ ہٹا دیا۔</w:t>
      </w:r>
    </w:p>
    <w:p>
      <w:r>
        <w:rPr>
          <w:b/>
        </w:rPr>
        <w:t xml:space="preserve">[11:47] </w:t>
      </w:r>
      <w:r>
        <w:t>abhi dekhiye kal ki baat hai ek ek ek ek news aye paper mein ke aap jantay hain</w:t>
      </w:r>
    </w:p>
    <w:p>
      <w:pPr>
        <w:jc w:val="right"/>
      </w:pPr>
      <w:r>
        <w:t>ابھی دیکھیے کل کی بات ہے ایک ایک ایک ایک news آئی paper میں کہ آپ جانتے ہیں</w:t>
      </w:r>
    </w:p>
    <w:p>
      <w:r>
        <w:rPr>
          <w:b/>
        </w:rPr>
        <w:t xml:space="preserve">[11:55] </w:t>
      </w:r>
      <w:r>
        <w:t>ke bohat hi famous film actress thi Elizabeth Taylor.</w:t>
      </w:r>
    </w:p>
    <w:p>
      <w:pPr>
        <w:jc w:val="right"/>
      </w:pPr>
      <w:r>
        <w:t>کہ بہت ہی famous film actress تھی Elizabeth Taylor۔</w:t>
      </w:r>
    </w:p>
    <w:p>
      <w:r>
        <w:rPr>
          <w:b/>
        </w:rPr>
        <w:t xml:space="preserve">[11:59] </w:t>
      </w:r>
      <w:r>
        <w:t>ek zamanay mein to number one thi yehi Elizabeth Taylor.</w:t>
      </w:r>
    </w:p>
    <w:p>
      <w:pPr>
        <w:jc w:val="right"/>
      </w:pPr>
      <w:r>
        <w:t>ایک زمانے میں تو نمبر one تھی یہی Elizabeth Taylor۔</w:t>
      </w:r>
    </w:p>
    <w:p>
      <w:r>
        <w:rPr>
          <w:b/>
        </w:rPr>
        <w:t xml:space="preserve">[12:03] </w:t>
      </w:r>
      <w:r>
        <w:t>jab is ne cleopatra ka role kiya tha.</w:t>
      </w:r>
    </w:p>
    <w:p>
      <w:pPr>
        <w:jc w:val="right"/>
      </w:pPr>
      <w:r>
        <w:t>جب اس نے کلیپیٹرا کا role کیا تھا۔</w:t>
      </w:r>
    </w:p>
    <w:p>
      <w:r>
        <w:rPr>
          <w:b/>
        </w:rPr>
        <w:t xml:space="preserve">[12:07] </w:t>
      </w:r>
      <w:r>
        <w:t>ab is ke paas fame aur dolat sab kuch sab kuch sab kuch hai.</w:t>
      </w:r>
    </w:p>
    <w:p>
      <w:pPr>
        <w:jc w:val="right"/>
      </w:pPr>
      <w:r>
        <w:t>اب اس کے پاس fame اور دولت سب کچھ سب کچھ سب کچھ ہے۔</w:t>
      </w:r>
    </w:p>
    <w:p>
      <w:r>
        <w:rPr>
          <w:b/>
        </w:rPr>
        <w:t xml:space="preserve">[12:13] </w:t>
      </w:r>
      <w:r>
        <w:t>ab is ki age seventy-six ho chuki hai.</w:t>
      </w:r>
    </w:p>
    <w:p>
      <w:pPr>
        <w:jc w:val="right"/>
      </w:pPr>
      <w:r>
        <w:t>اب اس کی age seventy-six ہو چکی ہے۔</w:t>
      </w:r>
    </w:p>
    <w:p>
      <w:r>
        <w:rPr>
          <w:b/>
        </w:rPr>
        <w:t xml:space="preserve">[12:16] </w:t>
      </w:r>
      <w:r>
        <w:t>aur woh wheel chair par hai.</w:t>
      </w:r>
    </w:p>
    <w:p>
      <w:pPr>
        <w:jc w:val="right"/>
      </w:pPr>
      <w:r>
        <w:t>اور وہ wheel chair پر ہے۔</w:t>
      </w:r>
    </w:p>
    <w:p>
      <w:r>
        <w:rPr>
          <w:b/>
        </w:rPr>
        <w:t xml:space="preserve">[12:19] </w:t>
      </w:r>
      <w:r>
        <w:t>yeh report mein bataya gaya tha ke is ko woh bimari hai jis ko aik khaas tarah ka</w:t>
      </w:r>
    </w:p>
    <w:p>
      <w:pPr>
        <w:jc w:val="right"/>
      </w:pPr>
      <w:r>
        <w:t>یہ رپورٹ میں بتایا گیا تھا کہ اس کو وہ بیماری ہے جس کو ایک خاص طرح کا</w:t>
      </w:r>
    </w:p>
    <w:p>
      <w:r>
        <w:rPr>
          <w:b/>
        </w:rPr>
        <w:t xml:space="preserve">[12:26] </w:t>
      </w:r>
      <w:r>
        <w:t>numonia hota hai.</w:t>
      </w:r>
    </w:p>
    <w:p>
      <w:pPr>
        <w:jc w:val="right"/>
      </w:pPr>
      <w:r>
        <w:t>نمونیا ہوتا ہے۔</w:t>
      </w:r>
    </w:p>
    <w:p>
      <w:r>
        <w:rPr>
          <w:b/>
        </w:rPr>
        <w:t xml:space="preserve">[12:28] </w:t>
      </w:r>
      <w:r>
        <w:t>is mein kya hota hai ke heart becomes so heart becomes too weak to pump blood around the</w:t>
      </w:r>
    </w:p>
    <w:p>
      <w:pPr>
        <w:jc w:val="right"/>
      </w:pPr>
      <w:r>
        <w:t>اس میں کیا ہوتا ہے کہ heart becomes so heart becomes too weak to pump blood around the</w:t>
      </w:r>
    </w:p>
    <w:p>
      <w:r>
        <w:rPr>
          <w:b/>
        </w:rPr>
        <w:t xml:space="preserve">[12:35] </w:t>
      </w:r>
      <w:r>
        <w:t>body.</w:t>
      </w:r>
    </w:p>
    <w:p>
      <w:pPr>
        <w:jc w:val="right"/>
      </w:pPr>
      <w:r>
        <w:t>body۔</w:t>
      </w:r>
    </w:p>
    <w:p>
      <w:r>
        <w:rPr>
          <w:b/>
        </w:rPr>
        <w:t xml:space="preserve">[12:37] </w:t>
      </w:r>
      <w:r>
        <w:t>yeh jo bimari is ko batai gayi hai aik khaas technical naam tha koi numonia ka koi ke</w:t>
      </w:r>
    </w:p>
    <w:p>
      <w:pPr>
        <w:jc w:val="right"/>
      </w:pPr>
      <w:r>
        <w:t>یہ جو بیماری اس کو بتائی گئی ہے ایک خاص technical نام تھا کوئی نمونیا کا کوئی کہ</w:t>
      </w:r>
    </w:p>
    <w:p>
      <w:r>
        <w:rPr>
          <w:b/>
        </w:rPr>
        <w:t xml:space="preserve">[12:45] </w:t>
      </w:r>
      <w:r>
        <w:t>heart becomes too weak to pump blood around the body.</w:t>
      </w:r>
    </w:p>
    <w:p>
      <w:pPr>
        <w:jc w:val="right"/>
      </w:pPr>
      <w:r>
        <w:t>heart becomes too weak to pump blood around the body۔</w:t>
      </w:r>
    </w:p>
    <w:p>
      <w:r>
        <w:rPr>
          <w:b/>
        </w:rPr>
        <w:t xml:space="preserve">[12:49] </w:t>
      </w:r>
      <w:r>
        <w:t>ke is bimari mein aadmi ka dil itna kamzor ho jata hai ke body mein khoon pump nahi</w:t>
      </w:r>
    </w:p>
    <w:p>
      <w:pPr>
        <w:jc w:val="right"/>
      </w:pPr>
      <w:r>
        <w:t>کہ اس بیماری میں آدمی کا دل اتنا کمزور ہو جاتا ہے کہ body میں خون pump نہیں</w:t>
      </w:r>
    </w:p>
    <w:p>
      <w:r>
        <w:rPr>
          <w:b/>
        </w:rPr>
        <w:t xml:space="preserve">[12:57] </w:t>
      </w:r>
      <w:r>
        <w:t>kar pata woh.</w:t>
      </w:r>
    </w:p>
    <w:p>
      <w:pPr>
        <w:jc w:val="right"/>
      </w:pPr>
      <w:r>
        <w:t>کر پاتا وہ۔</w:t>
      </w:r>
    </w:p>
    <w:p>
      <w:r>
        <w:rPr>
          <w:b/>
        </w:rPr>
        <w:t xml:space="preserve">[12:58] </w:t>
      </w:r>
      <w:r>
        <w:t>to artificial tareeqay par is body mein khoon ko pump kiya jata hai.</w:t>
      </w:r>
    </w:p>
    <w:p>
      <w:pPr>
        <w:jc w:val="right"/>
      </w:pPr>
      <w:r>
        <w:t>تو artificial طریقے پر اس body میں خون کو pump کیا جاتا ہے۔</w:t>
      </w:r>
    </w:p>
    <w:p>
      <w:r>
        <w:rPr>
          <w:b/>
        </w:rPr>
        <w:t xml:space="preserve">[13:04] </w:t>
      </w:r>
      <w:r>
        <w:t>to is mein tha ke is ke is ke bachay teen bachay hain is ko bulaya gaya ke</w:t>
      </w:r>
    </w:p>
    <w:p>
      <w:pPr>
        <w:jc w:val="right"/>
      </w:pPr>
      <w:r>
        <w:t>تو اس میں تھا کہ اس کے اس کے بچے تین بچے ہیں اس کو بلایا گیا کہ</w:t>
      </w:r>
    </w:p>
    <w:p>
      <w:r>
        <w:rPr>
          <w:b/>
        </w:rPr>
        <w:t xml:space="preserve">[13:11] </w:t>
      </w:r>
      <w:r>
        <w:t>aa kar dekh lo.</w:t>
      </w:r>
    </w:p>
    <w:p>
      <w:pPr>
        <w:jc w:val="right"/>
      </w:pPr>
      <w:r>
        <w:t>آ کر دیکھ لو۔</w:t>
      </w:r>
    </w:p>
    <w:p>
      <w:r>
        <w:rPr>
          <w:b/>
        </w:rPr>
        <w:t xml:space="preserve">[13:13] </w:t>
      </w:r>
      <w:r>
        <w:t>ab in ka aakhri waqt hai.</w:t>
      </w:r>
    </w:p>
    <w:p>
      <w:pPr>
        <w:jc w:val="right"/>
      </w:pPr>
      <w:r>
        <w:t>اب ان کا آخری وقت ہے۔</w:t>
      </w:r>
    </w:p>
    <w:p>
      <w:r>
        <w:rPr>
          <w:b/>
        </w:rPr>
        <w:t xml:space="preserve">[13:16] </w:t>
      </w:r>
      <w:r>
        <w:t>mein kehna chahta hoon aglay din aik aik aik aik woh aaya ke nahi nahi woh to bilkul</w:t>
      </w:r>
    </w:p>
    <w:p>
      <w:pPr>
        <w:jc w:val="right"/>
      </w:pPr>
      <w:r>
        <w:t>میں کہنا چاہتا ہوں اگلے دن ایک ایک ایک ایک وہ آیا کہ نہیں نہیں وہ تو بالکل</w:t>
      </w:r>
    </w:p>
    <w:p>
      <w:r>
        <w:rPr>
          <w:b/>
        </w:rPr>
        <w:t xml:space="preserve">[13:23] </w:t>
      </w:r>
      <w:r>
        <w:t>theek hai.</w:t>
      </w:r>
    </w:p>
    <w:p>
      <w:pPr>
        <w:jc w:val="right"/>
      </w:pPr>
      <w:r>
        <w:t>ٹھیک ہے۔</w:t>
      </w:r>
    </w:p>
    <w:p>
      <w:r>
        <w:rPr>
          <w:b/>
        </w:rPr>
        <w:t xml:space="preserve">[13:25] </w:t>
      </w:r>
      <w:r>
        <w:t>yani is ka yani jab pata chala is ko kyunke zindagi woh fame mein jeeti rahi.</w:t>
      </w:r>
    </w:p>
    <w:p>
      <w:pPr>
        <w:jc w:val="right"/>
      </w:pPr>
      <w:r>
        <w:t>یعنی اس کا یعنی جب پتہ چلا اس کو کیونکہ زندگی وہ fame میں جیتی رہی۔</w:t>
      </w:r>
    </w:p>
    <w:p>
      <w:r>
        <w:rPr>
          <w:b/>
        </w:rPr>
        <w:t xml:space="preserve">[13:32] </w:t>
      </w:r>
      <w:r>
        <w:t>ab pata chala ke mere baray mein yeh news aa gayi hai.</w:t>
      </w:r>
    </w:p>
    <w:p>
      <w:pPr>
        <w:jc w:val="right"/>
      </w:pPr>
      <w:r>
        <w:t>اب پتہ چلا کہ میرے بارے میں یہ news آ گئی ہے۔</w:t>
      </w:r>
    </w:p>
    <w:p>
      <w:r>
        <w:rPr>
          <w:b/>
        </w:rPr>
        <w:t xml:space="preserve">[13:37] </w:t>
      </w:r>
      <w:r>
        <w:t>to jaldi se is ki tardeed karwa di.</w:t>
      </w:r>
    </w:p>
    <w:p>
      <w:pPr>
        <w:jc w:val="right"/>
      </w:pPr>
      <w:r>
        <w:t>تو جلدی سے اس کی تردید کروا دی۔</w:t>
      </w:r>
    </w:p>
    <w:p>
      <w:r>
        <w:rPr>
          <w:b/>
        </w:rPr>
        <w:t xml:space="preserve">[13:40] </w:t>
      </w:r>
      <w:r>
        <w:t>unhon ne woh bilkul theek hai.</w:t>
      </w:r>
    </w:p>
    <w:p>
      <w:pPr>
        <w:jc w:val="right"/>
      </w:pPr>
      <w:r>
        <w:t>انہوں نے وہ بالکل ٹھیک ہے۔</w:t>
      </w:r>
    </w:p>
    <w:p>
      <w:r>
        <w:rPr>
          <w:b/>
        </w:rPr>
        <w:t xml:space="preserve">[13:43] </w:t>
      </w:r>
      <w:r>
        <w:t>yeh bilkul jhooti baat hai.</w:t>
      </w:r>
    </w:p>
    <w:p>
      <w:pPr>
        <w:jc w:val="right"/>
      </w:pPr>
      <w:r>
        <w:t>یہ بالکل جھوٹی بات ہے۔</w:t>
      </w:r>
    </w:p>
    <w:p>
      <w:r>
        <w:rPr>
          <w:b/>
        </w:rPr>
        <w:t xml:space="preserve">[13:45] </w:t>
      </w:r>
      <w:r>
        <w:t>kal jab mar jaye gi to kya hoga? marna to hai hi hai.</w:t>
      </w:r>
    </w:p>
    <w:p>
      <w:pPr>
        <w:jc w:val="right"/>
      </w:pPr>
      <w:r>
        <w:t>کل جب مر جائے گی تو کیا ہوگا؟ مرنا تو ہے ہی ہے۔</w:t>
      </w:r>
    </w:p>
    <w:p>
      <w:r>
        <w:rPr>
          <w:b/>
        </w:rPr>
        <w:t xml:space="preserve">[13:51] </w:t>
      </w:r>
      <w:r>
        <w:t>marna to hai hi hai.</w:t>
      </w:r>
    </w:p>
    <w:p>
      <w:pPr>
        <w:jc w:val="right"/>
      </w:pPr>
      <w:r>
        <w:t>مرنا تو ہے ہی ہے۔</w:t>
      </w:r>
    </w:p>
    <w:p>
      <w:r>
        <w:rPr>
          <w:b/>
        </w:rPr>
        <w:t xml:space="preserve">[13:53] </w:t>
      </w:r>
      <w:r>
        <w:t>ek sahab se baat hui.</w:t>
      </w:r>
    </w:p>
    <w:p>
      <w:pPr>
        <w:jc w:val="right"/>
      </w:pPr>
      <w:r>
        <w:t>ایک صاحب سے بات ہوئی۔</w:t>
      </w:r>
    </w:p>
    <w:p>
      <w:r>
        <w:rPr>
          <w:b/>
        </w:rPr>
        <w:t xml:space="preserve">[13:55] </w:t>
      </w:r>
      <w:r>
        <w:t>aur main samajhta hoon ke ek sahab ki baat nahin hai aaj kal saare log is tarah sochte</w:t>
      </w:r>
    </w:p>
    <w:p>
      <w:pPr>
        <w:jc w:val="right"/>
      </w:pPr>
      <w:r>
        <w:t>اور میں سمجھتا ہوں کہ ایک صاحب کی بات نہیں ہے آج کل سارے لوگ اس طرح سوچتے</w:t>
      </w:r>
    </w:p>
    <w:p>
      <w:r>
        <w:rPr>
          <w:b/>
        </w:rPr>
        <w:t xml:space="preserve">[14:03] </w:t>
      </w:r>
      <w:r>
        <w:t>hain saare log.</w:t>
      </w:r>
    </w:p>
    <w:p>
      <w:pPr>
        <w:jc w:val="right"/>
      </w:pPr>
      <w:r>
        <w:t>ہیں سارے لوگ۔</w:t>
      </w:r>
    </w:p>
    <w:p>
      <w:r>
        <w:rPr>
          <w:b/>
        </w:rPr>
        <w:t xml:space="preserve">[14:04] </w:t>
      </w:r>
      <w:r>
        <w:t>saare log is tarah sochte hain.</w:t>
      </w:r>
    </w:p>
    <w:p>
      <w:pPr>
        <w:jc w:val="right"/>
      </w:pPr>
      <w:r>
        <w:t>سارے لوگ اس طرح سوچتے ہیں۔</w:t>
      </w:r>
    </w:p>
    <w:p>
      <w:r>
        <w:rPr>
          <w:b/>
        </w:rPr>
        <w:t xml:space="preserve">[14:07] </w:t>
      </w:r>
      <w:r>
        <w:t>main ne shayad ek pata hai qissa bataya tha aap ko ke main yahan apne ghar mein oopar</w:t>
      </w:r>
    </w:p>
    <w:p>
      <w:pPr>
        <w:jc w:val="right"/>
      </w:pPr>
      <w:r>
        <w:t>میں نے شاید ایک پتہ ہے قصہ بتایا تھا آپ کو کہ میں یہاں اپنے گھر میں اوپر</w:t>
      </w:r>
    </w:p>
    <w:p>
      <w:r>
        <w:rPr>
          <w:b/>
        </w:rPr>
        <w:t xml:space="preserve">[14:14] </w:t>
      </w:r>
      <w:r>
        <w:t>ki manzil mein baitha hua tha.</w:t>
      </w:r>
    </w:p>
    <w:p>
      <w:pPr>
        <w:jc w:val="right"/>
      </w:pPr>
      <w:r>
        <w:t>کی منزل میں بیٹھا ہوا تھا۔</w:t>
      </w:r>
    </w:p>
    <w:p>
      <w:r>
        <w:rPr>
          <w:b/>
        </w:rPr>
        <w:t xml:space="preserve">[14:17] </w:t>
      </w:r>
      <w:r>
        <w:t>neeche ki aawaz aai.</w:t>
      </w:r>
    </w:p>
    <w:p>
      <w:pPr>
        <w:jc w:val="right"/>
      </w:pPr>
      <w:r>
        <w:t>نیچے کی آواز آئی۔</w:t>
      </w:r>
    </w:p>
    <w:p>
      <w:r>
        <w:rPr>
          <w:b/>
        </w:rPr>
        <w:t xml:space="preserve">[14:19] </w:t>
      </w:r>
      <w:r>
        <w:t>safai ke emplayi ki ek aurat jo hai kisi kothi wali lady se jhagad rahi thi.</w:t>
      </w:r>
    </w:p>
    <w:p>
      <w:pPr>
        <w:jc w:val="right"/>
      </w:pPr>
      <w:r>
        <w:t>صفائی کے ایمپلائی کی ایک عورت جو ہے کسی کوٹھی والی لیڈی سے جھگڑ رہی تھی۔</w:t>
      </w:r>
    </w:p>
    <w:p>
      <w:r>
        <w:rPr>
          <w:b/>
        </w:rPr>
        <w:t xml:space="preserve">[14:26] </w:t>
      </w:r>
      <w:r>
        <w:t>to safai wali ne kaha ke bibi ji tum ko apni kothi ka nasha hai to hum</w:t>
      </w:r>
    </w:p>
    <w:p>
      <w:pPr>
        <w:jc w:val="right"/>
      </w:pPr>
      <w:r>
        <w:t>تو صفائی والی نے کہا کہ بی بی جی تم کو اپنی کوٹھی کا نشہ ہے تو ہم</w:t>
      </w:r>
    </w:p>
    <w:p>
      <w:r>
        <w:rPr>
          <w:b/>
        </w:rPr>
        <w:t xml:space="preserve">[14:33] </w:t>
      </w:r>
      <w:r>
        <w:t>ko apni jhonpdi ka nasha hai.</w:t>
      </w:r>
    </w:p>
    <w:p>
      <w:pPr>
        <w:jc w:val="right"/>
      </w:pPr>
      <w:r>
        <w:t>کو اپنی جھونپڑی کا نشہ ہے۔</w:t>
      </w:r>
    </w:p>
    <w:p>
      <w:r>
        <w:rPr>
          <w:b/>
        </w:rPr>
        <w:t xml:space="preserve">[14:36] </w:t>
      </w:r>
      <w:r>
        <w:t>yeh hai insaan ki halat.</w:t>
      </w:r>
    </w:p>
    <w:p>
      <w:pPr>
        <w:jc w:val="right"/>
      </w:pPr>
      <w:r>
        <w:t>یہ ہے انسان کی حالت۔</w:t>
      </w:r>
    </w:p>
    <w:p>
      <w:r>
        <w:rPr>
          <w:b/>
        </w:rPr>
        <w:t xml:space="preserve">[14:38] </w:t>
      </w:r>
      <w:r>
        <w:t>har yeh hai insaan ki halat.</w:t>
      </w:r>
    </w:p>
    <w:p>
      <w:pPr>
        <w:jc w:val="right"/>
      </w:pPr>
      <w:r>
        <w:t>ہر یہ ہے انسان کی حالت۔</w:t>
      </w:r>
    </w:p>
    <w:p>
      <w:r>
        <w:rPr>
          <w:b/>
        </w:rPr>
        <w:t xml:space="preserve">[14:41] </w:t>
      </w:r>
      <w:r>
        <w:t>sab log jo hain samajhte hain ke hamein to khana peena mil raha hai.</w:t>
      </w:r>
    </w:p>
    <w:p>
      <w:pPr>
        <w:jc w:val="right"/>
      </w:pPr>
      <w:r>
        <w:t>سب لوگ جو ہیں سمجھتے ہیں کہ ہمیں تو کھانا پینا مل رہا ہے۔</w:t>
      </w:r>
    </w:p>
    <w:p>
      <w:r>
        <w:rPr>
          <w:b/>
        </w:rPr>
        <w:t xml:space="preserve">[14:47] </w:t>
      </w:r>
      <w:r>
        <w:t>hamein kya karna hai? lekin sab se bara jo problem is ko aadmi face karna hai is ko</w:t>
      </w:r>
    </w:p>
    <w:p>
      <w:pPr>
        <w:jc w:val="right"/>
      </w:pPr>
      <w:r>
        <w:t>ہمیں کیا کرنا ہے؟ لیکن سب سے بڑا جو problem اس کو آدمی face کرنا ہے اس کو</w:t>
      </w:r>
    </w:p>
    <w:p>
      <w:r>
        <w:rPr>
          <w:b/>
        </w:rPr>
        <w:t xml:space="preserve">[14:54] </w:t>
      </w:r>
      <w:r>
        <w:t>woh death hai.</w:t>
      </w:r>
    </w:p>
    <w:p>
      <w:pPr>
        <w:jc w:val="right"/>
      </w:pPr>
      <w:r>
        <w:t>وہ death ہے۔</w:t>
      </w:r>
    </w:p>
    <w:p>
      <w:r>
        <w:rPr>
          <w:b/>
        </w:rPr>
        <w:t xml:space="preserve">[14:56] </w:t>
      </w:r>
      <w:r>
        <w:t>death.</w:t>
      </w:r>
    </w:p>
    <w:p>
      <w:pPr>
        <w:jc w:val="right"/>
      </w:pPr>
      <w:r>
        <w:t>Death۔</w:t>
      </w:r>
    </w:p>
    <w:p>
      <w:r>
        <w:rPr>
          <w:b/>
        </w:rPr>
        <w:t xml:space="preserve">[14:57] </w:t>
      </w:r>
      <w:r>
        <w:t>death.</w:t>
      </w:r>
    </w:p>
    <w:p>
      <w:pPr>
        <w:jc w:val="right"/>
      </w:pPr>
      <w:r>
        <w:t>Death۔</w:t>
      </w:r>
    </w:p>
    <w:p>
      <w:r>
        <w:rPr>
          <w:b/>
        </w:rPr>
        <w:t xml:space="preserve">[14:59] </w:t>
      </w:r>
      <w:r>
        <w:t>you cannot escape from death.</w:t>
      </w:r>
    </w:p>
    <w:p>
      <w:pPr>
        <w:jc w:val="right"/>
      </w:pPr>
      <w:r>
        <w:t>You cannot escape from death۔</w:t>
      </w:r>
    </w:p>
    <w:p>
      <w:r>
        <w:rPr>
          <w:b/>
        </w:rPr>
        <w:t xml:space="preserve">[15:01] </w:t>
      </w:r>
      <w:r>
        <w:t>sau saal ke andar andar mar jata hai insaan.</w:t>
      </w:r>
    </w:p>
    <w:p>
      <w:pPr>
        <w:jc w:val="right"/>
      </w:pPr>
      <w:r>
        <w:t>سو سال کے اندر اندر مر جاتا ہے انسان۔</w:t>
      </w:r>
    </w:p>
    <w:p>
      <w:r>
        <w:rPr>
          <w:b/>
        </w:rPr>
        <w:t xml:space="preserve">[15:05] </w:t>
      </w:r>
      <w:r>
        <w:t>to death kya cheez hai? kuch logon se is masle mein baat hui woh bohat barh barh ke</w:t>
      </w:r>
    </w:p>
    <w:p>
      <w:pPr>
        <w:jc w:val="right"/>
      </w:pPr>
      <w:r>
        <w:t>تو death کیا چیز ہے؟ کچھ لوگوں سے اس مسئلے میں بات ہوئی وہ بہت بڑھ بڑھ کے</w:t>
      </w:r>
    </w:p>
    <w:p>
      <w:r>
        <w:rPr>
          <w:b/>
        </w:rPr>
        <w:t xml:space="preserve">[15:13] </w:t>
      </w:r>
      <w:r>
        <w:t>bolte the.</w:t>
      </w:r>
    </w:p>
    <w:p>
      <w:pPr>
        <w:jc w:val="right"/>
      </w:pPr>
      <w:r>
        <w:t>بولتے تھے۔</w:t>
      </w:r>
    </w:p>
    <w:p>
      <w:r>
        <w:rPr>
          <w:b/>
        </w:rPr>
        <w:t xml:space="preserve">[15:14] </w:t>
      </w:r>
      <w:r>
        <w:t>to is par main ne death ke baray mein socha ke death kya cheez hai? to main ne</w:t>
      </w:r>
    </w:p>
    <w:p>
      <w:pPr>
        <w:jc w:val="right"/>
      </w:pPr>
      <w:r>
        <w:t>تو اس پر میں نے death کے بارے میں سوچا کہ death کیا چیز ہے؟ تو میں نے</w:t>
      </w:r>
    </w:p>
    <w:p>
      <w:r>
        <w:rPr>
          <w:b/>
        </w:rPr>
        <w:t xml:space="preserve">[15:22] </w:t>
      </w:r>
      <w:r>
        <w:t>kaha ke death jo hai woh kya hai? death yeh hai ke dunya mein jo aap ko rehne</w:t>
      </w:r>
    </w:p>
    <w:p>
      <w:pPr>
        <w:jc w:val="right"/>
      </w:pPr>
      <w:r>
        <w:t>کہا کہ death جو ہے وہ کیا ہے؟ Death یہ ہے کہ دنیا میں جو آپ کو رہنے</w:t>
      </w:r>
    </w:p>
    <w:p>
      <w:r>
        <w:rPr>
          <w:b/>
        </w:rPr>
        <w:t xml:space="preserve">[15:29] </w:t>
      </w:r>
      <w:r>
        <w:t>ka mauqa diya gaya tha woh khatam.</w:t>
      </w:r>
    </w:p>
    <w:p>
      <w:pPr>
        <w:jc w:val="right"/>
      </w:pPr>
      <w:r>
        <w:t>کا موقع دیا گیا تھا وہ ختم۔</w:t>
      </w:r>
    </w:p>
    <w:p>
      <w:r>
        <w:rPr>
          <w:b/>
        </w:rPr>
        <w:t xml:space="preserve">[15:32] </w:t>
      </w:r>
      <w:r>
        <w:t>ab aap pahunchaye jaate hain Khuda ke samne.</w:t>
      </w:r>
    </w:p>
    <w:p>
      <w:pPr>
        <w:jc w:val="right"/>
      </w:pPr>
      <w:r>
        <w:t>اب آپ پہنچائے جاتے ہیں خدا کے سامنے۔</w:t>
      </w:r>
    </w:p>
    <w:p>
      <w:r>
        <w:rPr>
          <w:b/>
        </w:rPr>
        <w:t xml:space="preserve">[15:36] </w:t>
      </w:r>
      <w:r>
        <w:t>to dunya ki zindagi mein mein samajhta hoon ke do qism ki zindagi hai.</w:t>
      </w:r>
    </w:p>
    <w:p>
      <w:pPr>
        <w:jc w:val="right"/>
      </w:pPr>
      <w:r>
        <w:t>تو دنیا کی زندگی میں میں سمجھتا ہوں کہ دو قسم کی زندگی ہے۔</w:t>
      </w:r>
    </w:p>
    <w:p>
      <w:r>
        <w:rPr>
          <w:b/>
        </w:rPr>
        <w:t xml:space="preserve">[15:42] </w:t>
      </w:r>
      <w:r>
        <w:t>ek hai justified style of life.</w:t>
      </w:r>
    </w:p>
    <w:p>
      <w:pPr>
        <w:jc w:val="right"/>
      </w:pPr>
      <w:r>
        <w:t>ایک ہے justified style of life۔</w:t>
      </w:r>
    </w:p>
    <w:p>
      <w:r>
        <w:rPr>
          <w:b/>
        </w:rPr>
        <w:t xml:space="preserve">[15:44] </w:t>
      </w:r>
      <w:r>
        <w:t>Justified style style of life.</w:t>
      </w:r>
    </w:p>
    <w:p>
      <w:pPr>
        <w:jc w:val="right"/>
      </w:pPr>
      <w:r>
        <w:t>Justified style style of life۔</w:t>
      </w:r>
    </w:p>
    <w:p>
      <w:r>
        <w:rPr>
          <w:b/>
        </w:rPr>
        <w:t xml:space="preserve">[15:47] </w:t>
      </w:r>
      <w:r>
        <w:t>yani Khuda ki nazar mein justified style of life aur ek unjustified style of life.</w:t>
      </w:r>
    </w:p>
    <w:p>
      <w:pPr>
        <w:jc w:val="right"/>
      </w:pPr>
      <w:r>
        <w:t>یعنی خدا کی نظر میں justified style of life اور ایک unjustified style of life۔</w:t>
      </w:r>
    </w:p>
    <w:p>
      <w:r>
        <w:rPr>
          <w:b/>
        </w:rPr>
        <w:t xml:space="preserve">[15:53] </w:t>
      </w:r>
      <w:r>
        <w:t>yani ek woh jab ke Khuda ki nazar mein aadmi jaiz zindagi guzar raha hai.</w:t>
      </w:r>
    </w:p>
    <w:p>
      <w:pPr>
        <w:jc w:val="right"/>
      </w:pPr>
      <w:r>
        <w:t>یعنی ایک وہ جب کہ خدا کی نظر میں آدمی جائز زندگی گزار رہا ہے۔</w:t>
      </w:r>
    </w:p>
    <w:p>
      <w:r>
        <w:rPr>
          <w:b/>
        </w:rPr>
        <w:t xml:space="preserve">[15:59] </w:t>
      </w:r>
      <w:r>
        <w:t>ek woh hai Khuda ki nazar mein aadmi ghalat zindagi guzar raha hai.</w:t>
      </w:r>
    </w:p>
    <w:p>
      <w:pPr>
        <w:jc w:val="right"/>
      </w:pPr>
      <w:r>
        <w:t>ایک وہ ہے خدا کی نظر میں آدمی غلط زندگی گزار رہا ہے۔</w:t>
      </w:r>
    </w:p>
    <w:p>
      <w:r>
        <w:rPr>
          <w:b/>
        </w:rPr>
        <w:t xml:space="preserve">[16:05] </w:t>
      </w:r>
      <w:r>
        <w:t>to jo log jin logon ne jaiz zindagi guzari un ke liye to paradise hai.</w:t>
      </w:r>
    </w:p>
    <w:p>
      <w:pPr>
        <w:jc w:val="right"/>
      </w:pPr>
      <w:r>
        <w:t>تو جو لوگ جن لوگوں نے جائز زندگی گزاری ان کے لیے تو paradise ہے۔</w:t>
      </w:r>
    </w:p>
    <w:p>
      <w:r>
        <w:rPr>
          <w:b/>
        </w:rPr>
        <w:t xml:space="preserve">[16:11] </w:t>
      </w:r>
      <w:r>
        <w:t>lekin jo majority jo log hain mein dekhta hoon ke woh unjustified style of life liye hue hain.</w:t>
      </w:r>
    </w:p>
    <w:p>
      <w:pPr>
        <w:jc w:val="right"/>
      </w:pPr>
      <w:r>
        <w:t>لیکن جو majority جو لوگ ہیں میں دیکھتا ہوں کہ وہ unjustified style of life لیے ہوئے ہیں۔</w:t>
      </w:r>
    </w:p>
    <w:p>
      <w:r>
        <w:rPr>
          <w:b/>
        </w:rPr>
        <w:t xml:space="preserve">[16:19] </w:t>
      </w:r>
      <w:r>
        <w:t>un ke liye death kya hai? un ke liye death kya hai? is dunya mein un ki position</w:t>
      </w:r>
    </w:p>
    <w:p>
      <w:pPr>
        <w:jc w:val="right"/>
      </w:pPr>
      <w:r>
        <w:t>ان کے لیے death کیا ہے؟ ان کے لیے death کیا ہے؟ اس دنیا میں ان کی position</w:t>
      </w:r>
    </w:p>
    <w:p>
      <w:r>
        <w:rPr>
          <w:b/>
        </w:rPr>
        <w:t xml:space="preserve">[16:27] </w:t>
      </w:r>
      <w:r>
        <w:t>yeh thi ke woh just like intruder thay woh.</w:t>
      </w:r>
    </w:p>
    <w:p>
      <w:pPr>
        <w:jc w:val="right"/>
      </w:pPr>
      <w:r>
        <w:t>یہ تھی کہ وہ just like intruder تھے وہ۔</w:t>
      </w:r>
    </w:p>
    <w:p>
      <w:r>
        <w:rPr>
          <w:b/>
        </w:rPr>
        <w:t xml:space="preserve">[16:31] </w:t>
      </w:r>
      <w:r>
        <w:t>Transposer thay woh.</w:t>
      </w:r>
    </w:p>
    <w:p>
      <w:pPr>
        <w:jc w:val="right"/>
      </w:pPr>
      <w:r>
        <w:t>Transposer تھے وہ۔</w:t>
      </w:r>
    </w:p>
    <w:p>
      <w:r>
        <w:rPr>
          <w:b/>
        </w:rPr>
        <w:t xml:space="preserve">[16:32] </w:t>
      </w:r>
      <w:r>
        <w:t>yani Khuda ne dunya is liye nahi banai thi ke aap yahan par sarkashi karen.</w:t>
      </w:r>
    </w:p>
    <w:p>
      <w:pPr>
        <w:jc w:val="right"/>
      </w:pPr>
      <w:r>
        <w:t>یعنی خدا نے دنیا اس لیے نہیں بنائی تھی کہ آپ یہاں پر سرکشی کریں۔</w:t>
      </w:r>
    </w:p>
    <w:p>
      <w:r>
        <w:rPr>
          <w:b/>
        </w:rPr>
        <w:t xml:space="preserve">[16:39] </w:t>
      </w:r>
      <w:r>
        <w:t>apni hi chalen.</w:t>
      </w:r>
    </w:p>
    <w:p>
      <w:pPr>
        <w:jc w:val="right"/>
      </w:pPr>
      <w:r>
        <w:t>اپنی ہی چلائیں۔</w:t>
      </w:r>
    </w:p>
    <w:p>
      <w:r>
        <w:rPr>
          <w:b/>
        </w:rPr>
        <w:t xml:space="preserve">[16:40] </w:t>
      </w:r>
      <w:r>
        <w:t>apni bhiim par zindagi guzaren.</w:t>
      </w:r>
    </w:p>
    <w:p>
      <w:pPr>
        <w:jc w:val="right"/>
      </w:pPr>
      <w:r>
        <w:t>اپنی بھیم پر زندگی گزاریں۔</w:t>
      </w:r>
    </w:p>
    <w:p>
      <w:r>
        <w:rPr>
          <w:b/>
        </w:rPr>
        <w:t xml:space="preserve">[16:42] </w:t>
      </w:r>
      <w:r>
        <w:t>is liye nahi Khuda ne diya tha aap ko.</w:t>
      </w:r>
    </w:p>
    <w:p>
      <w:pPr>
        <w:jc w:val="right"/>
      </w:pPr>
      <w:r>
        <w:t>اس لیے نہیں خدا نے دیا تھا آپ کو۔</w:t>
      </w:r>
    </w:p>
    <w:p>
      <w:r>
        <w:rPr>
          <w:b/>
        </w:rPr>
        <w:t xml:space="preserve">[16:46] </w:t>
      </w:r>
      <w:r>
        <w:t>bohat to reward nahi diya tha aap ko.</w:t>
      </w:r>
    </w:p>
    <w:p>
      <w:pPr>
        <w:jc w:val="right"/>
      </w:pPr>
      <w:r>
        <w:t>بہت تو reward نہیں دیا تھا آپ کو۔</w:t>
      </w:r>
    </w:p>
    <w:p>
      <w:r>
        <w:rPr>
          <w:b/>
        </w:rPr>
        <w:t xml:space="preserve">[16:50] </w:t>
      </w:r>
      <w:r>
        <w:t>is liye diya tha ke aap ko test kiya jaye ke aap kaise rahen ge dunya mein.</w:t>
      </w:r>
    </w:p>
    <w:p>
      <w:pPr>
        <w:jc w:val="right"/>
      </w:pPr>
      <w:r>
        <w:t>اس لیے دیا تھا کہ آپ کو ٹیسٹ کیا جائے کہ آپ کیسے رہیں گے دنیا میں۔</w:t>
      </w:r>
    </w:p>
    <w:p>
      <w:r>
        <w:rPr>
          <w:b/>
        </w:rPr>
        <w:t xml:space="preserve">[16:57] </w:t>
      </w:r>
      <w:r>
        <w:t>to maut aise logon ke liye expulsion ke hum maani expulsion ke niklo aap yahan se.</w:t>
      </w:r>
    </w:p>
    <w:p>
      <w:pPr>
        <w:jc w:val="right"/>
      </w:pPr>
      <w:r>
        <w:t>تو موت ایسے لوگوں کے لیے expulsion کے ہم معنی expulsion کہ نکلو آپ یہاں سے۔</w:t>
      </w:r>
    </w:p>
    <w:p>
      <w:r>
        <w:rPr>
          <w:b/>
        </w:rPr>
        <w:t xml:space="preserve">[17:04] </w:t>
      </w:r>
      <w:r>
        <w:t>aise logon ke liye maut jo hai woh expulsion hai.</w:t>
      </w:r>
    </w:p>
    <w:p>
      <w:pPr>
        <w:jc w:val="right"/>
      </w:pPr>
      <w:r>
        <w:t>ایسے لوگوں کے لیے موت جو ہے وہ expulsion ہے۔</w:t>
      </w:r>
    </w:p>
    <w:p>
      <w:r>
        <w:rPr>
          <w:b/>
        </w:rPr>
        <w:t xml:space="preserve">[17:08] </w:t>
      </w:r>
      <w:r>
        <w:t>taake un ko bataya jaye ke tum intruder thay tum transposer thay.</w:t>
      </w:r>
    </w:p>
    <w:p>
      <w:pPr>
        <w:jc w:val="right"/>
      </w:pPr>
      <w:r>
        <w:t>تاکہ ان کو بتایا جائے کہ تم intruder تھے تم transposer تھے۔</w:t>
      </w:r>
    </w:p>
    <w:p>
      <w:r>
        <w:rPr>
          <w:b/>
        </w:rPr>
        <w:t xml:space="preserve">[17:13] </w:t>
      </w:r>
      <w:r>
        <w:t>ab is ke baad dekhiye maine kaha kuch logon se ke aap jo bari bari baaten karte</w:t>
      </w:r>
    </w:p>
    <w:p>
      <w:pPr>
        <w:jc w:val="right"/>
      </w:pPr>
      <w:r>
        <w:t>اب اس کے بعد دیکھیے میں نے کہا کچھ لوگوں سے کہ آپ جو بڑی بڑی باتیں کرتے</w:t>
      </w:r>
    </w:p>
    <w:p>
      <w:r>
        <w:rPr>
          <w:b/>
        </w:rPr>
        <w:t xml:space="preserve">[17:21] </w:t>
      </w:r>
      <w:r>
        <w:t>hain ke dekhen mein to good health mein hoon mujhe kya zaroorat hai Khuda ki mere pas business</w:t>
      </w:r>
    </w:p>
    <w:p>
      <w:pPr>
        <w:jc w:val="right"/>
      </w:pPr>
      <w:r>
        <w:t>ہیں کہ دیکھیں میں تو good health میں ہوں مجھے کیا ضرورت ہے خدا کی میرے پاس business</w:t>
      </w:r>
    </w:p>
    <w:p>
      <w:r>
        <w:rPr>
          <w:b/>
        </w:rPr>
        <w:t xml:space="preserve">[17:29] </w:t>
      </w:r>
      <w:r>
        <w:t>hai mere pas kothi hai mere pas car hai mere pas family hai mujhe kya karna hai mazhab</w:t>
      </w:r>
    </w:p>
    <w:p>
      <w:pPr>
        <w:jc w:val="right"/>
      </w:pPr>
      <w:r>
        <w:t>ہے میرے پاس کوٹھی ہے میرے پاس car ہے میرے پاس family ہے مجھے کیا کرنا ہے مذہب</w:t>
      </w:r>
    </w:p>
    <w:p>
      <w:r>
        <w:rPr>
          <w:b/>
        </w:rPr>
        <w:t xml:space="preserve">[17:36] </w:t>
      </w:r>
      <w:r>
        <w:t>ka Khuda ka.</w:t>
      </w:r>
    </w:p>
    <w:p>
      <w:pPr>
        <w:jc w:val="right"/>
      </w:pPr>
      <w:r>
        <w:t>کا خدا کا۔</w:t>
      </w:r>
    </w:p>
    <w:p>
      <w:r>
        <w:rPr>
          <w:b/>
        </w:rPr>
        <w:t xml:space="preserve">[17:38] </w:t>
      </w:r>
      <w:r>
        <w:t>to maine kaha ke kaise sab mil gaya aap ko? kya aap ne apne aap apne ko</w:t>
      </w:r>
    </w:p>
    <w:p>
      <w:pPr>
        <w:jc w:val="right"/>
      </w:pPr>
      <w:r>
        <w:t>تو میں نے کہا کہ کیسے سب مل گیا آپ کو؟ کیا آپ نے اپنے آپ اپنے کو</w:t>
      </w:r>
    </w:p>
    <w:p>
      <w:r>
        <w:rPr>
          <w:b/>
        </w:rPr>
        <w:t xml:space="preserve">[17:46] </w:t>
      </w:r>
      <w:r>
        <w:t>paida kar lia? yeh jo personality aap ki hai khud hi khud bana lia aap ne? yeh jo</w:t>
      </w:r>
    </w:p>
    <w:p>
      <w:pPr>
        <w:jc w:val="right"/>
      </w:pPr>
      <w:r>
        <w:t>پیدا کر لیا؟ یہ جو personality آپ کی ہے خود ہی خود بنا لیا آپ نے؟ یہ جو</w:t>
      </w:r>
    </w:p>
    <w:p>
      <w:r>
        <w:rPr>
          <w:b/>
        </w:rPr>
        <w:t xml:space="preserve">[17:53] </w:t>
      </w:r>
      <w:r>
        <w:t>aap business kar rahe hain apna kaisay kar rahe hain? khuda ka jo infrastructure hai is zameen par</w:t>
      </w:r>
    </w:p>
    <w:p>
      <w:pPr>
        <w:jc w:val="right"/>
      </w:pPr>
      <w:r>
        <w:t>آپ business کر رہے ہیں اپنا کیسے کر رہے ہیں؟ خدا کا جو infrastructure ہے اس زمین پر</w:t>
      </w:r>
    </w:p>
    <w:p>
      <w:r>
        <w:rPr>
          <w:b/>
        </w:rPr>
        <w:t xml:space="preserve">[18:01] </w:t>
      </w:r>
      <w:r>
        <w:t>is ko istemal kar ke aap apna business chala rahe hain.</w:t>
      </w:r>
    </w:p>
    <w:p>
      <w:pPr>
        <w:jc w:val="right"/>
      </w:pPr>
      <w:r>
        <w:t>اس کو استعمال کر کے آپ اپنا business چلا رہے ہیں۔</w:t>
      </w:r>
    </w:p>
    <w:p>
      <w:r>
        <w:rPr>
          <w:b/>
        </w:rPr>
        <w:t xml:space="preserve">[18:06] </w:t>
      </w:r>
      <w:r>
        <w:t>is infrastructure ko khuda wapas le to aap kuch nahi kar sakte.</w:t>
      </w:r>
    </w:p>
    <w:p>
      <w:pPr>
        <w:jc w:val="right"/>
      </w:pPr>
      <w:r>
        <w:t>اس infrastructure کو خدا واپس لے تو آپ کچھ نہیں کر سکتے۔</w:t>
      </w:r>
    </w:p>
    <w:p>
      <w:r>
        <w:rPr>
          <w:b/>
        </w:rPr>
        <w:t xml:space="preserve">[18:11] </w:t>
      </w:r>
      <w:r>
        <w:t>yani khuda agar oxygen ki supply band kar de sun light ko rok de jaisay dark matter ne</w:t>
      </w:r>
    </w:p>
    <w:p>
      <w:pPr>
        <w:jc w:val="right"/>
      </w:pPr>
      <w:r>
        <w:t>یعنی خدا اگر آکسیجن کی سپلائی بند کر دے سن لائٹ کو روک دے جیسے ڈارک میٹر نے</w:t>
      </w:r>
    </w:p>
    <w:p>
      <w:r>
        <w:rPr>
          <w:b/>
        </w:rPr>
        <w:t xml:space="preserve">[18:19] </w:t>
      </w:r>
      <w:r>
        <w:t>apni light ko rok rakha hai.</w:t>
      </w:r>
    </w:p>
    <w:p>
      <w:pPr>
        <w:jc w:val="right"/>
      </w:pPr>
      <w:r>
        <w:t>اپنی لائٹ کو روک رکھا ہے۔</w:t>
      </w:r>
    </w:p>
    <w:p>
      <w:r>
        <w:rPr>
          <w:b/>
        </w:rPr>
        <w:t xml:space="preserve">[18:21] </w:t>
      </w:r>
      <w:r>
        <w:t>yeh bhi khuda dikha raha hai ke dekho aik star woh hai jis ko hum suraj kehte hain</w:t>
      </w:r>
    </w:p>
    <w:p>
      <w:pPr>
        <w:jc w:val="right"/>
      </w:pPr>
      <w:r>
        <w:t>یہ بھی خدا دکھا رہا ہے کہ دیکھو ایک اسٹار وہ ہے جس کو ہم سورج کہتے ہیں</w:t>
      </w:r>
    </w:p>
    <w:p>
      <w:r>
        <w:rPr>
          <w:b/>
        </w:rPr>
        <w:t xml:space="preserve">[18:29] </w:t>
      </w:r>
      <w:r>
        <w:t>sun kehte hain.</w:t>
      </w:r>
    </w:p>
    <w:p>
      <w:pPr>
        <w:jc w:val="right"/>
      </w:pPr>
      <w:r>
        <w:t>سن کہتے ہیں۔</w:t>
      </w:r>
    </w:p>
    <w:p>
      <w:r>
        <w:rPr>
          <w:b/>
        </w:rPr>
        <w:t xml:space="preserve">[18:30] </w:t>
      </w:r>
      <w:r>
        <w:t>woh bhi stars hain jo dark matter jo hum kehte hain.</w:t>
      </w:r>
    </w:p>
    <w:p>
      <w:pPr>
        <w:jc w:val="right"/>
      </w:pPr>
      <w:r>
        <w:t>وہ بھی اسٹارز ہیں جو ڈارک میٹر جو ہم کہتے ہیں۔</w:t>
      </w:r>
    </w:p>
    <w:p>
      <w:r>
        <w:rPr>
          <w:b/>
        </w:rPr>
        <w:t xml:space="preserve">[18:35] </w:t>
      </w:r>
      <w:r>
        <w:t>to dark matter ko khuda ne keh rakha hai ke tum apni light mat jaane do rok lo.</w:t>
      </w:r>
    </w:p>
    <w:p>
      <w:pPr>
        <w:jc w:val="right"/>
      </w:pPr>
      <w:r>
        <w:t>تو ڈارک میٹر کو خدا نے کہہ رکھا ہے کہ تم اپنی لائٹ مت جانے دو روک لو۔</w:t>
      </w:r>
    </w:p>
    <w:p>
      <w:r>
        <w:rPr>
          <w:b/>
        </w:rPr>
        <w:t xml:space="preserve">[18:43] </w:t>
      </w:r>
      <w:r>
        <w:t>agar isi tarah khuda keh de suraj ko bhi rok le apni light ko mat jaane de insano</w:t>
      </w:r>
    </w:p>
    <w:p>
      <w:pPr>
        <w:jc w:val="right"/>
      </w:pPr>
      <w:r>
        <w:t>اگر اسی طرح خدا کہہ دے سورج کو بھی روک لے اپنی لائٹ کو مت جانے دے انسانوں</w:t>
      </w:r>
    </w:p>
    <w:p>
      <w:r>
        <w:rPr>
          <w:b/>
        </w:rPr>
        <w:t xml:space="preserve">[18:50] </w:t>
      </w:r>
      <w:r>
        <w:t>ke paas.</w:t>
      </w:r>
    </w:p>
    <w:p>
      <w:pPr>
        <w:jc w:val="right"/>
      </w:pPr>
      <w:r>
        <w:t>کے پاس۔</w:t>
      </w:r>
    </w:p>
    <w:p>
      <w:r>
        <w:rPr>
          <w:b/>
        </w:rPr>
        <w:t xml:space="preserve">[18:52] </w:t>
      </w:r>
      <w:r>
        <w:t>aap ghor kijiye.</w:t>
      </w:r>
    </w:p>
    <w:p>
      <w:pPr>
        <w:jc w:val="right"/>
      </w:pPr>
      <w:r>
        <w:t>آپ غور کیجیے۔</w:t>
      </w:r>
    </w:p>
    <w:p>
      <w:r>
        <w:rPr>
          <w:b/>
        </w:rPr>
        <w:t xml:space="preserve">[18:53] </w:t>
      </w:r>
      <w:r>
        <w:t>isi isi isi space mein hum dekh rahe hain ke bohat se star hain aur khuda ne unhein</w:t>
      </w:r>
    </w:p>
    <w:p>
      <w:pPr>
        <w:jc w:val="right"/>
      </w:pPr>
      <w:r>
        <w:t>اسی اسی اسی سپیس میں ہم دیکھ رہے ہیں کہ بہت سے اسٹار ہیں اور خدا نے انہیں</w:t>
      </w:r>
    </w:p>
    <w:p>
      <w:r>
        <w:rPr>
          <w:b/>
        </w:rPr>
        <w:t xml:space="preserve">[19:01] </w:t>
      </w:r>
      <w:r>
        <w:t>hukm de diya hai ke tum apni light ko mat jaane do.</w:t>
      </w:r>
    </w:p>
    <w:p>
      <w:pPr>
        <w:jc w:val="right"/>
      </w:pPr>
      <w:r>
        <w:t>حکم دے دیا ہے کہ تم اپنی لائٹ کو مت جانے دو۔</w:t>
      </w:r>
    </w:p>
    <w:p>
      <w:r>
        <w:rPr>
          <w:b/>
        </w:rPr>
        <w:t xml:space="preserve">[19:06] </w:t>
      </w:r>
      <w:r>
        <w:t>rok lo apni light ko.</w:t>
      </w:r>
    </w:p>
    <w:p>
      <w:pPr>
        <w:jc w:val="right"/>
      </w:pPr>
      <w:r>
        <w:t>روک لو اپنی لائٹ کو۔</w:t>
      </w:r>
    </w:p>
    <w:p>
      <w:r>
        <w:rPr>
          <w:b/>
        </w:rPr>
        <w:t xml:space="preserve">[19:08] </w:t>
      </w:r>
      <w:r>
        <w:t>aur hum koi dekh nahi paate in ko.</w:t>
      </w:r>
    </w:p>
    <w:p>
      <w:pPr>
        <w:jc w:val="right"/>
      </w:pPr>
      <w:r>
        <w:t>اور ہم کوئی دیکھ نہیں پاتے ان کو۔</w:t>
      </w:r>
    </w:p>
    <w:p>
      <w:r>
        <w:rPr>
          <w:b/>
        </w:rPr>
        <w:t xml:space="preserve">[19:12] </w:t>
      </w:r>
      <w:r>
        <w:t>agar khuda yahi keh de suraj se ke rok le apni light ko mat jaane de insan ke</w:t>
      </w:r>
    </w:p>
    <w:p>
      <w:pPr>
        <w:jc w:val="right"/>
      </w:pPr>
      <w:r>
        <w:t>اگر خدا یہی کہہ دے سورج سے کہ روک لے اپنی لائٹ کو مت جانے دے انسان کے</w:t>
      </w:r>
    </w:p>
    <w:p>
      <w:r>
        <w:rPr>
          <w:b/>
        </w:rPr>
        <w:t xml:space="preserve">[19:20] </w:t>
      </w:r>
      <w:r>
        <w:t>paas to kya hoga? achaanak zindagi khatam.</w:t>
      </w:r>
    </w:p>
    <w:p>
      <w:pPr>
        <w:jc w:val="right"/>
      </w:pPr>
      <w:r>
        <w:t>پاس تو کیا ہوگا؟ اچانک زندگی ختم۔</w:t>
      </w:r>
    </w:p>
    <w:p>
      <w:r>
        <w:rPr>
          <w:b/>
        </w:rPr>
        <w:t xml:space="preserve">[19:23] </w:t>
      </w:r>
      <w:r>
        <w:t>achaanak zindagi khatam.</w:t>
      </w:r>
    </w:p>
    <w:p>
      <w:pPr>
        <w:jc w:val="right"/>
      </w:pPr>
      <w:r>
        <w:t>اچانک زندگی ختم۔</w:t>
      </w:r>
    </w:p>
    <w:p>
      <w:r>
        <w:rPr>
          <w:b/>
        </w:rPr>
        <w:t xml:space="preserve">[19:24] </w:t>
      </w:r>
      <w:r>
        <w:t>sab kuch jo hai suraj ki wajah se ho raha hai.</w:t>
      </w:r>
    </w:p>
    <w:p>
      <w:pPr>
        <w:jc w:val="right"/>
      </w:pPr>
      <w:r>
        <w:t>سب کچھ جو ہے سورج کی وجہ سے ہو رہا ہے۔</w:t>
      </w:r>
    </w:p>
    <w:p>
      <w:r>
        <w:rPr>
          <w:b/>
        </w:rPr>
        <w:t xml:space="preserve">[19:29] </w:t>
      </w:r>
      <w:r>
        <w:t>barish mein suraj ka dakhal hai.</w:t>
      </w:r>
    </w:p>
    <w:p>
      <w:pPr>
        <w:jc w:val="right"/>
      </w:pPr>
      <w:r>
        <w:t>بارش میں سورج کا دخل ہے۔</w:t>
      </w:r>
    </w:p>
    <w:p>
      <w:r>
        <w:rPr>
          <w:b/>
        </w:rPr>
        <w:t xml:space="preserve">[19:31] </w:t>
      </w:r>
      <w:r>
        <w:t>fasal ugti hai is mein suraj ka dakhal hai.</w:t>
      </w:r>
    </w:p>
    <w:p>
      <w:pPr>
        <w:jc w:val="right"/>
      </w:pPr>
      <w:r>
        <w:t>فصل اگتی ہے اس میں سورج کا دخل ہے۔</w:t>
      </w:r>
    </w:p>
    <w:p>
      <w:r>
        <w:rPr>
          <w:b/>
        </w:rPr>
        <w:t xml:space="preserve">[19:35] </w:t>
      </w:r>
      <w:r>
        <w:t>hum jo dekhte hain khali aankh se nahi dekh sakte hum.</w:t>
      </w:r>
    </w:p>
    <w:p>
      <w:pPr>
        <w:jc w:val="right"/>
      </w:pPr>
      <w:r>
        <w:t>ہم جو دیکھتے ہیں خالی آنکھ سے نہیں دیکھ سکتے ہم۔</w:t>
      </w:r>
    </w:p>
    <w:p>
      <w:r>
        <w:rPr>
          <w:b/>
        </w:rPr>
        <w:t xml:space="preserve">[19:40] </w:t>
      </w:r>
      <w:r>
        <w:t>suraj ki light chahiye.</w:t>
      </w:r>
    </w:p>
    <w:p>
      <w:pPr>
        <w:jc w:val="right"/>
      </w:pPr>
      <w:r>
        <w:t>سورج کی لائٹ چاہیے۔</w:t>
      </w:r>
    </w:p>
    <w:p>
      <w:r>
        <w:rPr>
          <w:b/>
        </w:rPr>
        <w:t xml:space="preserve">[19:42] </w:t>
      </w:r>
      <w:r>
        <w:t>light na ho to hum dekh nahin sakte.</w:t>
      </w:r>
    </w:p>
    <w:p>
      <w:pPr>
        <w:jc w:val="right"/>
      </w:pPr>
      <w:r>
        <w:t>لائٹ نہ ہو تو ہم دیکھ نہیں سکتے۔</w:t>
      </w:r>
    </w:p>
    <w:p>
      <w:r>
        <w:rPr>
          <w:b/>
        </w:rPr>
        <w:t xml:space="preserve">[19:45] </w:t>
      </w:r>
      <w:r>
        <w:t>to yeh sari activities jo dunya mein hain woh ziyada tar suraj ki wajah se hain.</w:t>
      </w:r>
    </w:p>
    <w:p>
      <w:pPr>
        <w:jc w:val="right"/>
      </w:pPr>
      <w:r>
        <w:t>تو یہ ساری activities جو دنیا میں ہیں وہ زیادہ تر سورج کی وجہ سے ہیں۔</w:t>
      </w:r>
    </w:p>
    <w:p>
      <w:r>
        <w:rPr>
          <w:b/>
        </w:rPr>
        <w:t xml:space="preserve">[19:52] </w:t>
      </w:r>
      <w:r>
        <w:t>to agar khuda suraj ki roshni ko waise hi kar de jaise ke dark matter mein hai to</w:t>
      </w:r>
    </w:p>
    <w:p>
      <w:pPr>
        <w:jc w:val="right"/>
      </w:pPr>
      <w:r>
        <w:t>تو اگر خدا سورج کی روشنی کو ویسے ہی کر دے جیسے کہ ڈارک میٹر میں ہے تو</w:t>
      </w:r>
    </w:p>
    <w:p>
      <w:r>
        <w:rPr>
          <w:b/>
        </w:rPr>
        <w:t xml:space="preserve">[20:00] </w:t>
      </w:r>
      <w:r>
        <w:t>to kya karega insaan? kya karega insaan? jis tarah chand mein aur doosre planet mein intezam</w:t>
      </w:r>
    </w:p>
    <w:p>
      <w:pPr>
        <w:jc w:val="right"/>
      </w:pPr>
      <w:r>
        <w:t>تو کیا کرے گا انسان؟ کیا کرے گا انسان؟ جس طرح چاند میں اور دوسرے پلینٹ میں انتظام</w:t>
      </w:r>
    </w:p>
    <w:p>
      <w:r>
        <w:rPr>
          <w:b/>
        </w:rPr>
        <w:t xml:space="preserve">[20:07] </w:t>
      </w:r>
      <w:r>
        <w:t>nahin hai oxygen ki supply ka yahan bhi khuda aisa kar de.</w:t>
      </w:r>
    </w:p>
    <w:p>
      <w:pPr>
        <w:jc w:val="right"/>
      </w:pPr>
      <w:r>
        <w:t>نہیں ہے آکسیجن کی سپلائی کا یہاں بھی خدا ایسا کر دے۔</w:t>
      </w:r>
    </w:p>
    <w:p>
      <w:r>
        <w:rPr>
          <w:b/>
        </w:rPr>
        <w:t xml:space="preserve">[20:13] </w:t>
      </w:r>
      <w:r>
        <w:t>darakhton se keh de ke tum aaj se tum supply mat karo oxygen oxygen ki supply band.</w:t>
      </w:r>
    </w:p>
    <w:p>
      <w:pPr>
        <w:jc w:val="right"/>
      </w:pPr>
      <w:r>
        <w:t>درختوں سے کہہ دے کہ تم آج سے تم سپلائی مت کرو آکسیجن آکسیجن کی سپلائی بند۔</w:t>
      </w:r>
    </w:p>
    <w:p>
      <w:r>
        <w:rPr>
          <w:b/>
        </w:rPr>
        <w:t xml:space="preserve">[20:20] </w:t>
      </w:r>
      <w:r>
        <w:t>khuda agar darakhton se keh de ke aaj se oxygen ki supply band to kya hoga? kya hoga</w:t>
      </w:r>
    </w:p>
    <w:p>
      <w:pPr>
        <w:jc w:val="right"/>
      </w:pPr>
      <w:r>
        <w:t>خدا اگر درختوں سے کہہ دے کہ آج سے آکسیجن کی سپلائی بند تو کیا ہوگا؟ کیا ہوگا</w:t>
      </w:r>
    </w:p>
    <w:p>
      <w:r>
        <w:rPr>
          <w:b/>
        </w:rPr>
        <w:t xml:space="preserve">[20:28] </w:t>
      </w:r>
      <w:r>
        <w:t>bataiye? oxygen ke baghair hum zinda reh sakte hain? to jo log is tarah ki boli bolte hain</w:t>
      </w:r>
    </w:p>
    <w:p>
      <w:pPr>
        <w:jc w:val="right"/>
      </w:pPr>
      <w:r>
        <w:t>بتائیے؟ آکسیجن کے بغیر ہم زندہ رہ سکتے ہیں؟ تو جو لوگ اس طرح کی بولی بولتے ہیں</w:t>
      </w:r>
    </w:p>
    <w:p>
      <w:r>
        <w:rPr>
          <w:b/>
        </w:rPr>
        <w:t xml:space="preserve">[20:35] </w:t>
      </w:r>
      <w:r>
        <w:t>un ko apni health par naaz hai apne paise par naaz hai apni kothi aur border par naaz</w:t>
      </w:r>
    </w:p>
    <w:p>
      <w:pPr>
        <w:jc w:val="right"/>
      </w:pPr>
      <w:r>
        <w:t>ان کو اپنی health پر ناز ہے اپنے پیسے پر ناز ہے اپنی کوٹھی اور border پر ناز</w:t>
      </w:r>
    </w:p>
    <w:p>
      <w:r>
        <w:rPr>
          <w:b/>
        </w:rPr>
        <w:t xml:space="preserve">[20:43] </w:t>
      </w:r>
      <w:r>
        <w:t>hai apni family par naaz hai to woh sochte nahin ke kis barthe par tum is dunya mein</w:t>
      </w:r>
    </w:p>
    <w:p>
      <w:pPr>
        <w:jc w:val="right"/>
      </w:pPr>
      <w:r>
        <w:t>ہے اپنی family پر ناز ہے تو وہ سوچتے نہیں کہ کس برتھے پر تم اس دنیا میں</w:t>
      </w:r>
    </w:p>
    <w:p>
      <w:r>
        <w:rPr>
          <w:b/>
        </w:rPr>
        <w:t xml:space="preserve">[20:51] </w:t>
      </w:r>
      <w:r>
        <w:t>ab tumhara karobar chal raha hai khuda ke infrastructure ki wajah se chal raha hai jo life support</w:t>
      </w:r>
    </w:p>
    <w:p>
      <w:pPr>
        <w:jc w:val="right"/>
      </w:pPr>
      <w:r>
        <w:t>اب تمہارا کاروبار چل رہا ہے خدا کے infrastructure کی وجہ سے چل رہا ہے جو life support</w:t>
      </w:r>
    </w:p>
    <w:p>
      <w:r>
        <w:rPr>
          <w:b/>
        </w:rPr>
        <w:t xml:space="preserve">[20:58] </w:t>
      </w:r>
      <w:r>
        <w:t>system khuda ki taraf se us ko le kar chal raha hai woh na ho to tum kuch</w:t>
      </w:r>
    </w:p>
    <w:p>
      <w:pPr>
        <w:jc w:val="right"/>
      </w:pPr>
      <w:r>
        <w:t>system خدا کی طرف سے اس کو لے کر چل رہا ہے وہ نہ ہو تو تم کچھ</w:t>
      </w:r>
    </w:p>
    <w:p>
      <w:r>
        <w:rPr>
          <w:b/>
        </w:rPr>
        <w:t xml:space="preserve">[21:06] </w:t>
      </w:r>
      <w:r>
        <w:t>bhi nahin.</w:t>
      </w:r>
    </w:p>
    <w:p>
      <w:pPr>
        <w:jc w:val="right"/>
      </w:pPr>
      <w:r>
        <w:t>بھی نہیں۔</w:t>
      </w:r>
    </w:p>
    <w:p>
      <w:r>
        <w:rPr>
          <w:b/>
        </w:rPr>
        <w:t xml:space="preserve">[21:08] </w:t>
      </w:r>
      <w:r>
        <w:t>to dekhiye death kis liye aati hai? death ke baad kya hone wala hai? yahan test hamara jo</w:t>
      </w:r>
    </w:p>
    <w:p>
      <w:pPr>
        <w:jc w:val="right"/>
      </w:pPr>
      <w:r>
        <w:t>تو دیکھیے death کس لیے آتی ہے؟ death کے بعد کیا ہونے والا ہے؟ یہاں ٹیسٹ ہمارا جو</w:t>
      </w:r>
    </w:p>
    <w:p>
      <w:r>
        <w:rPr>
          <w:b/>
        </w:rPr>
        <w:t xml:space="preserve">[21:15] </w:t>
      </w:r>
      <w:r>
        <w:t>hai kis baat par ho raha hai? main kahunga ke sirf ek hi baat hai.</w:t>
      </w:r>
    </w:p>
    <w:p>
      <w:pPr>
        <w:jc w:val="right"/>
      </w:pPr>
      <w:r>
        <w:t>ہے کس بات پر ہو رہا ہے؟ میں کہوں گا کہ صرف ایک ہی بات ہے۔</w:t>
      </w:r>
    </w:p>
    <w:p>
      <w:r>
        <w:rPr>
          <w:b/>
        </w:rPr>
        <w:t xml:space="preserve">[21:22] </w:t>
      </w:r>
      <w:r>
        <w:t>woh hai ke hum apne benefactor ko acknowledge karein.</w:t>
      </w:r>
    </w:p>
    <w:p>
      <w:pPr>
        <w:jc w:val="right"/>
      </w:pPr>
      <w:r>
        <w:t>وہ ہے کہ ہم اپنے benefactor کو acknowledge کریں۔</w:t>
      </w:r>
    </w:p>
    <w:p>
      <w:r>
        <w:rPr>
          <w:b/>
        </w:rPr>
        <w:t xml:space="preserve">[21:26] </w:t>
      </w:r>
      <w:r>
        <w:t>God Almighty is super benefactor.</w:t>
      </w:r>
    </w:p>
    <w:p>
      <w:pPr>
        <w:jc w:val="right"/>
      </w:pPr>
      <w:r>
        <w:t>God Almighty is super benefactor۔</w:t>
      </w:r>
    </w:p>
    <w:p>
      <w:r>
        <w:rPr>
          <w:b/>
        </w:rPr>
        <w:t xml:space="preserve">[21:28] </w:t>
      </w:r>
      <w:r>
        <w:t>khuda hamara benefactor hai khuda hamara mohsin hai.</w:t>
      </w:r>
    </w:p>
    <w:p>
      <w:pPr>
        <w:jc w:val="right"/>
      </w:pPr>
      <w:r>
        <w:t>خدا ہمارا benefactor ہے خدا ہمارا محسن ہے۔</w:t>
      </w:r>
    </w:p>
    <w:p>
      <w:r>
        <w:rPr>
          <w:b/>
        </w:rPr>
        <w:t xml:space="preserve">[21:32] </w:t>
      </w:r>
      <w:r>
        <w:t>us ko acknowledge karein.</w:t>
      </w:r>
    </w:p>
    <w:p>
      <w:pPr>
        <w:jc w:val="right"/>
      </w:pPr>
      <w:r>
        <w:t>اس کو acknowledge کریں۔</w:t>
      </w:r>
    </w:p>
    <w:p>
      <w:r>
        <w:rPr>
          <w:b/>
        </w:rPr>
        <w:t xml:space="preserve">[21:33] </w:t>
      </w:r>
      <w:r>
        <w:t>bas yahi ek hi test hai aur kuch nahin hai.</w:t>
      </w:r>
    </w:p>
    <w:p>
      <w:pPr>
        <w:jc w:val="right"/>
      </w:pPr>
      <w:r>
        <w:t>بس یہی ایک ہی ٹیسٹ ہے اور کچھ نہیں ہے۔</w:t>
      </w:r>
    </w:p>
    <w:p>
      <w:r>
        <w:rPr>
          <w:b/>
        </w:rPr>
        <w:t xml:space="preserve">[21:38] </w:t>
      </w:r>
      <w:r>
        <w:t>jab aap acknowledge karte hain to isi ke لحاظ se aap ka culture banta hai.</w:t>
      </w:r>
    </w:p>
    <w:p>
      <w:pPr>
        <w:jc w:val="right"/>
      </w:pPr>
      <w:r>
        <w:t>جب آپ acknowledge کرتے ہیں تو اسی کے لحاظ سے آپ کا کلچر بنتا ہے۔</w:t>
      </w:r>
    </w:p>
    <w:p>
      <w:r>
        <w:rPr>
          <w:b/>
        </w:rPr>
        <w:t xml:space="preserve">[21:44] </w:t>
      </w:r>
      <w:r>
        <w:t>aap ka behavior banta hai.</w:t>
      </w:r>
    </w:p>
    <w:p>
      <w:pPr>
        <w:jc w:val="right"/>
      </w:pPr>
      <w:r>
        <w:t>آپ کا behavior بنتا ہے۔</w:t>
      </w:r>
    </w:p>
    <w:p>
      <w:r>
        <w:rPr>
          <w:b/>
        </w:rPr>
        <w:t xml:space="preserve">[21:46] </w:t>
      </w:r>
      <w:r>
        <w:t>aap ki personality banti hai.</w:t>
      </w:r>
    </w:p>
    <w:p>
      <w:pPr>
        <w:jc w:val="right"/>
      </w:pPr>
      <w:r>
        <w:t>آپ کی personality بنتی ہے۔</w:t>
      </w:r>
    </w:p>
    <w:p>
      <w:r>
        <w:rPr>
          <w:b/>
        </w:rPr>
        <w:t xml:space="preserve">[21:48] </w:t>
      </w:r>
      <w:r>
        <w:t>sab kuch isi mein dhalta chala jata hai.</w:t>
      </w:r>
    </w:p>
    <w:p>
      <w:pPr>
        <w:jc w:val="right"/>
      </w:pPr>
      <w:r>
        <w:t>سب کچھ اسی میں ڈھلتا چلا جاتا ہے۔</w:t>
      </w:r>
    </w:p>
    <w:p>
      <w:r>
        <w:rPr>
          <w:b/>
        </w:rPr>
        <w:t xml:space="preserve">[21:52] </w:t>
      </w:r>
      <w:r>
        <w:t>to bas bataun ke dunya mein do qism ke insaan hain.</w:t>
      </w:r>
    </w:p>
    <w:p>
      <w:pPr>
        <w:jc w:val="right"/>
      </w:pPr>
      <w:r>
        <w:t>تو بس بتاؤں کہ دنیا میں دو قسم کے انسان ہیں۔</w:t>
      </w:r>
    </w:p>
    <w:p>
      <w:r>
        <w:rPr>
          <w:b/>
        </w:rPr>
        <w:t xml:space="preserve">[21:57] </w:t>
      </w:r>
      <w:r>
        <w:t>aik woh jo khuda ko acknowledge kar ke dunya mein zindagi guzar rahe hain.</w:t>
      </w:r>
    </w:p>
    <w:p>
      <w:pPr>
        <w:jc w:val="right"/>
      </w:pPr>
      <w:r>
        <w:t>ایک وہ جو خدا کو acknowledge کر کے دنیا میں زندگی گزار رہے ہیں۔</w:t>
      </w:r>
    </w:p>
    <w:p>
      <w:r>
        <w:rPr>
          <w:b/>
        </w:rPr>
        <w:t xml:space="preserve">[22:03] </w:t>
      </w:r>
      <w:r>
        <w:t>dosre woh jo khuda ko acknowledge kiye baghair zindagi guzar rahe hain.</w:t>
      </w:r>
    </w:p>
    <w:p>
      <w:pPr>
        <w:jc w:val="right"/>
      </w:pPr>
      <w:r>
        <w:t>دوسرے وہ جو خدا کو acknowledge کیے بغیر زندگی گزار رہے ہیں۔</w:t>
      </w:r>
    </w:p>
    <w:p>
      <w:r>
        <w:rPr>
          <w:b/>
        </w:rPr>
        <w:t xml:space="preserve">[22:08] </w:t>
      </w:r>
      <w:r>
        <w:t>yeh baat quran ki pehli ayat mein bata di gayi.</w:t>
      </w:r>
    </w:p>
    <w:p>
      <w:pPr>
        <w:jc w:val="right"/>
      </w:pPr>
      <w:r>
        <w:t>یہ بات قرآن کی پہلی آیت میں بتا دی گئی۔</w:t>
      </w:r>
    </w:p>
    <w:p>
      <w:r>
        <w:rPr>
          <w:b/>
        </w:rPr>
        <w:t xml:space="preserve">[22:12] </w:t>
      </w:r>
      <w:r>
        <w:t>alhamdulillah rabb ul alameen.</w:t>
      </w:r>
    </w:p>
    <w:p>
      <w:pPr>
        <w:jc w:val="right"/>
      </w:pPr>
      <w:r>
        <w:t>الحمدللہ رب العالمین۔</w:t>
      </w:r>
    </w:p>
    <w:p>
      <w:r>
        <w:rPr>
          <w:b/>
        </w:rPr>
        <w:t xml:space="preserve">[22:13] </w:t>
      </w:r>
      <w:r>
        <w:t>shukr hai khuda ka jo rabb ul alameen hai.</w:t>
      </w:r>
    </w:p>
    <w:p>
      <w:pPr>
        <w:jc w:val="right"/>
      </w:pPr>
      <w:r>
        <w:t>شکر ہے خدا کا جو رب العالمین ہے۔</w:t>
      </w:r>
    </w:p>
    <w:p>
      <w:r>
        <w:rPr>
          <w:b/>
        </w:rPr>
        <w:t xml:space="preserve">[22:17] </w:t>
      </w:r>
      <w:r>
        <w:t>toh shukr hi jo hai crucial test hai.</w:t>
      </w:r>
    </w:p>
    <w:p>
      <w:pPr>
        <w:jc w:val="right"/>
      </w:pPr>
      <w:r>
        <w:t>تو شکر ہی جو ہے crucial ٹیسٹ ہے۔</w:t>
      </w:r>
    </w:p>
    <w:p>
      <w:r>
        <w:rPr>
          <w:b/>
        </w:rPr>
        <w:t xml:space="preserve">[22:20] </w:t>
      </w:r>
      <w:r>
        <w:t>shukr.</w:t>
      </w:r>
    </w:p>
    <w:p>
      <w:pPr>
        <w:jc w:val="right"/>
      </w:pPr>
      <w:r>
        <w:t>شکر۔</w:t>
      </w:r>
    </w:p>
    <w:p>
      <w:r>
        <w:rPr>
          <w:b/>
        </w:rPr>
        <w:t xml:space="preserve">[22:22] </w:t>
      </w:r>
      <w:r>
        <w:t>acknowledgement.</w:t>
      </w:r>
    </w:p>
    <w:p>
      <w:pPr>
        <w:jc w:val="right"/>
      </w:pPr>
      <w:r>
        <w:t>acknowledgement۔</w:t>
      </w:r>
    </w:p>
    <w:p>
      <w:r>
        <w:rPr>
          <w:b/>
        </w:rPr>
        <w:t xml:space="preserve">[22:23] </w:t>
      </w:r>
      <w:r>
        <w:t>aitraf.</w:t>
      </w:r>
    </w:p>
    <w:p>
      <w:pPr>
        <w:jc w:val="right"/>
      </w:pPr>
      <w:r>
        <w:t>اعتراف۔</w:t>
      </w:r>
    </w:p>
    <w:p>
      <w:r>
        <w:rPr>
          <w:b/>
        </w:rPr>
        <w:t xml:space="preserve">[22:25] </w:t>
      </w:r>
      <w:r>
        <w:t>dekhiye aam insani language mein jisko hum aitraf kehte hain.</w:t>
      </w:r>
    </w:p>
    <w:p>
      <w:pPr>
        <w:jc w:val="right"/>
      </w:pPr>
      <w:r>
        <w:t>دیکھیے عام انسانی language میں جس کو ہم اعتراف کہتے ہیں۔</w:t>
      </w:r>
    </w:p>
    <w:p>
      <w:r>
        <w:rPr>
          <w:b/>
        </w:rPr>
        <w:t xml:space="preserve">[22:30] </w:t>
      </w:r>
      <w:r>
        <w:t>acknowledgement kehte hain.</w:t>
      </w:r>
    </w:p>
    <w:p>
      <w:pPr>
        <w:jc w:val="right"/>
      </w:pPr>
      <w:r>
        <w:t>acknowledgement کہتے ہیں۔</w:t>
      </w:r>
    </w:p>
    <w:p>
      <w:r>
        <w:rPr>
          <w:b/>
        </w:rPr>
        <w:t xml:space="preserve">[22:31] </w:t>
      </w:r>
      <w:r>
        <w:t>isi ka naam mazhabi zuban mein shukr hai.</w:t>
      </w:r>
    </w:p>
    <w:p>
      <w:pPr>
        <w:jc w:val="right"/>
      </w:pPr>
      <w:r>
        <w:t>اسی کا نام مذہبی زبان میں شکر ہے۔</w:t>
      </w:r>
    </w:p>
    <w:p>
      <w:r>
        <w:rPr>
          <w:b/>
        </w:rPr>
        <w:t xml:space="preserve">[22:34] </w:t>
      </w:r>
      <w:r>
        <w:t>isi ka naam religion hai isi ka naam deen hai isi ka naam ibadat hai.</w:t>
      </w:r>
    </w:p>
    <w:p>
      <w:pPr>
        <w:jc w:val="right"/>
      </w:pPr>
      <w:r>
        <w:t>اسی کا نام religion ہے اسی کا نام دین ہے اسی کا نام عبادت ہے۔</w:t>
      </w:r>
    </w:p>
    <w:p>
      <w:r>
        <w:rPr>
          <w:b/>
        </w:rPr>
        <w:t xml:space="preserve">[22:41] </w:t>
      </w:r>
      <w:r>
        <w:t>lekin shukr is ka matlab kya hai? saccha shukr woh hai jis mein aadmi jo aadmi ke andar</w:t>
      </w:r>
    </w:p>
    <w:p>
      <w:pPr>
        <w:jc w:val="right"/>
      </w:pPr>
      <w:r>
        <w:t>لیکن شکر اس کا مطلب کیا ہے؟ سچا شکر وہ ہے جس میں آدمی جو آدمی کے اندر</w:t>
      </w:r>
    </w:p>
    <w:p>
      <w:r>
        <w:rPr>
          <w:b/>
        </w:rPr>
        <w:t xml:space="preserve">[22:49] </w:t>
      </w:r>
      <w:r>
        <w:t>aik aik aik darya ban kar uble aik samandar ke toofan ban kar aadmi ke andar paida ho</w:t>
      </w:r>
    </w:p>
    <w:p>
      <w:pPr>
        <w:jc w:val="right"/>
      </w:pPr>
      <w:r>
        <w:t>ایک ایک ایک دریا بن کر ابلے ایک سمندر کے طوفان بن کر آدمی کے اندر پیدا ہو</w:t>
      </w:r>
    </w:p>
    <w:p>
      <w:r>
        <w:rPr>
          <w:b/>
        </w:rPr>
        <w:t xml:space="preserve">[22:56]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[22:58] </w:t>
      </w:r>
      <w:r>
        <w:t>tab woh shukr hai.</w:t>
      </w:r>
    </w:p>
    <w:p>
      <w:pPr>
        <w:jc w:val="right"/>
      </w:pPr>
      <w:r>
        <w:t>تب وہ شکر ہے۔</w:t>
      </w:r>
    </w:p>
    <w:p>
      <w:r>
        <w:rPr>
          <w:b/>
        </w:rPr>
        <w:t xml:space="preserve">[23:00] </w:t>
      </w:r>
      <w:r>
        <w:t>shukr yeh nahi ke aap alhamdulillah keh dein.</w:t>
      </w:r>
    </w:p>
    <w:p>
      <w:pPr>
        <w:jc w:val="right"/>
      </w:pPr>
      <w:r>
        <w:t>شکر یہ نہیں کہ آپ الحمدللہ کہہ دیں۔</w:t>
      </w:r>
    </w:p>
    <w:p>
      <w:r>
        <w:rPr>
          <w:b/>
        </w:rPr>
        <w:t xml:space="preserve">[23:03] </w:t>
      </w:r>
      <w:r>
        <w:t>alhamdulillah toh aik mein bataun ke aik aik aik ridiculous aik ridiculous cheez hai ridiculous.</w:t>
      </w:r>
    </w:p>
    <w:p>
      <w:pPr>
        <w:jc w:val="right"/>
      </w:pPr>
      <w:r>
        <w:t>الحمدللہ تو ایک میں بتاؤں کہ ایک ایک ایک ridiculous ایک ridiculous چیز ہے ridiculous۔</w:t>
      </w:r>
    </w:p>
    <w:p>
      <w:r>
        <w:rPr>
          <w:b/>
        </w:rPr>
        <w:t xml:space="preserve">[23:09] </w:t>
      </w:r>
      <w:r>
        <w:t>saccha shukr aik toofan ki tarah niklta hai aadmi ke dil se.</w:t>
      </w:r>
    </w:p>
    <w:p>
      <w:pPr>
        <w:jc w:val="right"/>
      </w:pPr>
      <w:r>
        <w:t>سچا شکر ایک طوفان کی طرح نکلتا ہے آدمی کے دل سے۔</w:t>
      </w:r>
    </w:p>
    <w:p>
      <w:r>
        <w:rPr>
          <w:b/>
        </w:rPr>
        <w:t xml:space="preserve">[23:14] </w:t>
      </w:r>
      <w:r>
        <w:t>lip service nahi hai hota woh.</w:t>
      </w:r>
    </w:p>
    <w:p>
      <w:pPr>
        <w:jc w:val="right"/>
      </w:pPr>
      <w:r>
        <w:t>lip service نہیں ہے ہوتا وہ۔</w:t>
      </w:r>
    </w:p>
    <w:p>
      <w:r>
        <w:rPr>
          <w:b/>
        </w:rPr>
        <w:t xml:space="preserve">[23:17] </w:t>
      </w:r>
      <w:r>
        <w:t>toh jo log khuda ko acknowledge karte hue zindagi guzar rahe hain wahi jo hai unhi ka unhi</w:t>
      </w:r>
    </w:p>
    <w:p>
      <w:pPr>
        <w:jc w:val="right"/>
      </w:pPr>
      <w:r>
        <w:t>تو جو لوگ خدا کو acknowledge کرتے ہوئے زندگی گزار رہے ہیں وہی جو ہے انہی کا انہی</w:t>
      </w:r>
    </w:p>
    <w:p>
      <w:r>
        <w:rPr>
          <w:b/>
        </w:rPr>
        <w:t xml:space="preserve">[23:25] </w:t>
      </w:r>
      <w:r>
        <w:t>ki zindagi jo hai woh justified unhi ne zindagi ke justified tareeqe ko ikhtiyar kiya.</w:t>
      </w:r>
    </w:p>
    <w:p>
      <w:pPr>
        <w:jc w:val="right"/>
      </w:pPr>
      <w:r>
        <w:t>کی زندگی جو ہے وہ justified انہی نے زندگی کے justified طریقے کو اختیار کیا۔</w:t>
      </w:r>
    </w:p>
    <w:p>
      <w:r>
        <w:rPr>
          <w:b/>
        </w:rPr>
        <w:t xml:space="preserve">[23:31] </w:t>
      </w:r>
      <w:r>
        <w:t>aur jo log acknowledge na karein unho ne unjustified tareeqe ko ikhtiyar kiya.</w:t>
      </w:r>
    </w:p>
    <w:p>
      <w:pPr>
        <w:jc w:val="right"/>
      </w:pPr>
      <w:r>
        <w:t>اور جو لوگ acknowledge نہ کریں انہوں نے unjustified طریقے کو اختیار کیا۔</w:t>
      </w:r>
    </w:p>
    <w:p>
      <w:r>
        <w:rPr>
          <w:b/>
        </w:rPr>
        <w:t xml:space="preserve">[23:37] </w:t>
      </w:r>
      <w:r>
        <w:t>isi par faisla hona hai jannat ka aur jahannum ka.</w:t>
      </w:r>
    </w:p>
    <w:p>
      <w:pPr>
        <w:jc w:val="right"/>
      </w:pPr>
      <w:r>
        <w:t>اسی پر فیصلہ ہونا ہے جنت کا اور جہنم کا۔</w:t>
      </w:r>
    </w:p>
    <w:p>
      <w:r>
        <w:rPr>
          <w:b/>
        </w:rPr>
        <w:t xml:space="preserve">[23:41] </w:t>
      </w:r>
      <w:r>
        <w:t>isi par faisla hona hai.</w:t>
      </w:r>
    </w:p>
    <w:p>
      <w:pPr>
        <w:jc w:val="right"/>
      </w:pPr>
      <w:r>
        <w:t>اسی پر فیصلہ ہونا ہے۔</w:t>
      </w:r>
    </w:p>
    <w:p>
      <w:r>
        <w:rPr>
          <w:b/>
        </w:rPr>
        <w:t xml:space="preserve">[23:43] </w:t>
      </w:r>
      <w:r>
        <w:t>kal mein aik sahib se baat kar raha tha to unhon ne musalmanon ke bare mein poocha ke</w:t>
      </w:r>
    </w:p>
    <w:p>
      <w:pPr>
        <w:jc w:val="right"/>
      </w:pPr>
      <w:r>
        <w:t>کل میں ایک صاحب سے بات کر رہا تھا تو انہوں نے مسلمانوں کے بارے میں پوچھا کہ</w:t>
      </w:r>
    </w:p>
    <w:p>
      <w:r>
        <w:rPr>
          <w:b/>
        </w:rPr>
        <w:t xml:space="preserve">[23:51] </w:t>
      </w:r>
      <w:r>
        <w:t>musalman idhar udhar zaleel ho rahe hain musalmanon ke khilaf conspiracy ho rahi hai aur musalmanon ke khilaf</w:t>
      </w:r>
    </w:p>
    <w:p>
      <w:pPr>
        <w:jc w:val="right"/>
      </w:pPr>
      <w:r>
        <w:t>مسلمان ادھر ادھر ذلیل ہو رہے ہیں مسلمانوں کے خلاف conspiracy ہو رہی ہے اور مسلمانوں کے خلاف</w:t>
      </w:r>
    </w:p>
    <w:p>
      <w:r>
        <w:rPr>
          <w:b/>
        </w:rPr>
        <w:t xml:space="preserve">[23:59] </w:t>
      </w:r>
      <w:r>
        <w:t>zulm kiya ja raha hai waghera waghera.</w:t>
      </w:r>
    </w:p>
    <w:p>
      <w:pPr>
        <w:jc w:val="right"/>
      </w:pPr>
      <w:r>
        <w:t>ظلم کیا جا رہا ہے وغیرہ وغیرہ۔</w:t>
      </w:r>
    </w:p>
    <w:p>
      <w:r>
        <w:rPr>
          <w:b/>
        </w:rPr>
        <w:t xml:space="preserve">[24:02] </w:t>
      </w:r>
      <w:r>
        <w:t>aap jante hain ke zyada tar yahi log bolte hain boli.</w:t>
      </w:r>
    </w:p>
    <w:p>
      <w:pPr>
        <w:jc w:val="right"/>
      </w:pPr>
      <w:r>
        <w:t>آپ جانتے ہیں کہ زیادہ تر یہی لوگ بولتے ہیں بولی۔</w:t>
      </w:r>
    </w:p>
    <w:p>
      <w:r>
        <w:rPr>
          <w:b/>
        </w:rPr>
        <w:t xml:space="preserve">[24:06] </w:t>
      </w:r>
      <w:r>
        <w:t>jis jalse mein jaiye musalmanon ke jis magazine ko parhiye.</w:t>
      </w:r>
    </w:p>
    <w:p>
      <w:pPr>
        <w:jc w:val="right"/>
      </w:pPr>
      <w:r>
        <w:t>جس جلسے میں جائیے مسلمانوں کے جس میگزین کو پڑھیے۔</w:t>
      </w:r>
    </w:p>
    <w:p>
      <w:r>
        <w:rPr>
          <w:b/>
        </w:rPr>
        <w:t xml:space="preserve">[24:11] </w:t>
      </w:r>
      <w:r>
        <w:t>har jagah yahi baatein hoti hain ke musalman jo hai musalmanon ke khilaf yeh ho raha hai woh</w:t>
      </w:r>
    </w:p>
    <w:p>
      <w:pPr>
        <w:jc w:val="right"/>
      </w:pPr>
      <w:r>
        <w:t>ہر جگہ یہی باتیں ہوتی ہیں کہ مسلمانوں جو ہے مسلمانوں کے خلاف یہ ہو رہا ہے وہ</w:t>
      </w:r>
    </w:p>
    <w:p>
      <w:r>
        <w:rPr>
          <w:b/>
        </w:rPr>
        <w:t xml:space="preserve">[24:18] </w:t>
      </w:r>
      <w:r>
        <w:t>ho raha hai.</w:t>
      </w:r>
    </w:p>
    <w:p>
      <w:pPr>
        <w:jc w:val="right"/>
      </w:pPr>
      <w:r>
        <w:t>ہو رہا ہے۔</w:t>
      </w:r>
    </w:p>
    <w:p>
      <w:r>
        <w:rPr>
          <w:b/>
        </w:rPr>
        <w:t xml:space="preserve">[24:20] </w:t>
      </w:r>
      <w:r>
        <w:t>to maine kaha dekhiye sadah baat nahi hai.</w:t>
      </w:r>
    </w:p>
    <w:p>
      <w:pPr>
        <w:jc w:val="right"/>
      </w:pPr>
      <w:r>
        <w:t>تو میں نے کہا دیکھیے سادہ بات نہیں ہے۔</w:t>
      </w:r>
    </w:p>
    <w:p>
      <w:r>
        <w:rPr>
          <w:b/>
        </w:rPr>
        <w:t xml:space="preserve">[24:24] </w:t>
      </w:r>
      <w:r>
        <w:t>yeh simple baat nahi hai.</w:t>
      </w:r>
    </w:p>
    <w:p>
      <w:pPr>
        <w:jc w:val="right"/>
      </w:pPr>
      <w:r>
        <w:t>یہ simple بات نہیں ہے۔</w:t>
      </w:r>
    </w:p>
    <w:p>
      <w:r>
        <w:rPr>
          <w:b/>
        </w:rPr>
        <w:t xml:space="preserve">[24:26] </w:t>
      </w:r>
      <w:r>
        <w:t>woh bhi hai yahan bhi wahi face value pe le rahe hain bas.</w:t>
      </w:r>
    </w:p>
    <w:p>
      <w:pPr>
        <w:jc w:val="right"/>
      </w:pPr>
      <w:r>
        <w:t>وہ بھی ہے یہاں بھی وہی face value پہ لے رہے ہیں بس۔</w:t>
      </w:r>
    </w:p>
    <w:p>
      <w:r>
        <w:rPr>
          <w:b/>
        </w:rPr>
        <w:t xml:space="preserve">[24:31] </w:t>
      </w:r>
      <w:r>
        <w:t>is liye gehrai mein baat ko samajh nahi paate.</w:t>
      </w:r>
    </w:p>
    <w:p>
      <w:pPr>
        <w:jc w:val="right"/>
      </w:pPr>
      <w:r>
        <w:t>اس لیے گہرائی میں بات کو سمجھ نہیں پاتے۔</w:t>
      </w:r>
    </w:p>
    <w:p>
      <w:r>
        <w:rPr>
          <w:b/>
        </w:rPr>
        <w:t xml:space="preserve">[24:35] </w:t>
      </w:r>
      <w:r>
        <w:t>dekhiye quran mein hai ke antum al-a'la in kuntum momineen.</w:t>
      </w:r>
    </w:p>
    <w:p>
      <w:pPr>
        <w:jc w:val="right"/>
      </w:pPr>
      <w:r>
        <w:t>دیکھیے قرآن میں ہے کہ انتم العلی ان کنتم مومنین۔</w:t>
      </w:r>
    </w:p>
    <w:p>
      <w:r>
        <w:rPr>
          <w:b/>
        </w:rPr>
        <w:t xml:space="preserve">[24:40] </w:t>
      </w:r>
      <w:r>
        <w:t>tumhein ko ulu hasil hoga agar tum momin ho.</w:t>
      </w:r>
    </w:p>
    <w:p>
      <w:pPr>
        <w:jc w:val="right"/>
      </w:pPr>
      <w:r>
        <w:t>تمہیں کو علو حاصل ہوگا اگر تم مومن ہو۔</w:t>
      </w:r>
    </w:p>
    <w:p>
      <w:r>
        <w:rPr>
          <w:b/>
        </w:rPr>
        <w:t xml:space="preserve">[24:43] </w:t>
      </w:r>
      <w:r>
        <w:t>ulu ka matlab hota hai dabdaba.</w:t>
      </w:r>
    </w:p>
    <w:p>
      <w:pPr>
        <w:jc w:val="right"/>
      </w:pPr>
      <w:r>
        <w:t>علو کا مطلب ہوتا ہے دبدبہ۔</w:t>
      </w:r>
    </w:p>
    <w:p>
      <w:r>
        <w:rPr>
          <w:b/>
        </w:rPr>
        <w:t xml:space="preserve">[24:46] </w:t>
      </w:r>
      <w:r>
        <w:t>tumhein koi dabdaba mila rahega jab tum ko tumhare andar iman ho.</w:t>
      </w:r>
    </w:p>
    <w:p>
      <w:pPr>
        <w:jc w:val="right"/>
      </w:pPr>
      <w:r>
        <w:t>تمہیں کوئی دبدبہ ملا رہے گا جب تم کو تمہارے اندر ایمان ہو۔</w:t>
      </w:r>
    </w:p>
    <w:p>
      <w:r>
        <w:rPr>
          <w:b/>
        </w:rPr>
        <w:t xml:space="preserve">[24:52] </w:t>
      </w:r>
      <w:r>
        <w:t>to maine kaha ke is ayat ko lijiye aap.</w:t>
      </w:r>
    </w:p>
    <w:p>
      <w:pPr>
        <w:jc w:val="right"/>
      </w:pPr>
      <w:r>
        <w:t>تو میں نے کہا کہ اس آیت کو لیجیے آپ۔</w:t>
      </w:r>
    </w:p>
    <w:p>
      <w:r>
        <w:rPr>
          <w:b/>
        </w:rPr>
        <w:t xml:space="preserve">[24:56] </w:t>
      </w:r>
      <w:r>
        <w:t>is ayat mein hamein aik pehchan batai gayi hai.</w:t>
      </w:r>
    </w:p>
    <w:p>
      <w:pPr>
        <w:jc w:val="right"/>
      </w:pPr>
      <w:r>
        <w:t>اس آیت میں ہمیں ایک پہچان بتائی گئی ہے۔</w:t>
      </w:r>
    </w:p>
    <w:p>
      <w:r>
        <w:rPr>
          <w:b/>
        </w:rPr>
        <w:t xml:space="preserve">[25:00] </w:t>
      </w:r>
      <w:r>
        <w:t>ke agar musalman jo itni bari ginti hai jin ki ho chuki hai.</w:t>
      </w:r>
    </w:p>
    <w:p>
      <w:pPr>
        <w:jc w:val="right"/>
      </w:pPr>
      <w:r>
        <w:t>کہ اگر مسلمان جو اتنی بڑی گنتی ہے جن کی ہو چکی ہے۔</w:t>
      </w:r>
    </w:p>
    <w:p>
      <w:r>
        <w:rPr>
          <w:b/>
        </w:rPr>
        <w:t xml:space="preserve">[25:05] </w:t>
      </w:r>
      <w:r>
        <w:t>ab musalman do char nahi hain.</w:t>
      </w:r>
    </w:p>
    <w:p>
      <w:pPr>
        <w:jc w:val="right"/>
      </w:pPr>
      <w:r>
        <w:t>اب مسلمان دو چار نہیں ہیں۔</w:t>
      </w:r>
    </w:p>
    <w:p>
      <w:r>
        <w:rPr>
          <w:b/>
        </w:rPr>
        <w:t xml:space="preserve">[25:08] </w:t>
      </w:r>
      <w:r>
        <w:t>more than one billion hain sari duniya mein.</w:t>
      </w:r>
    </w:p>
    <w:p>
      <w:pPr>
        <w:jc w:val="right"/>
      </w:pPr>
      <w:r>
        <w:t>more than one billion ہیں ساری دنیا میں۔</w:t>
      </w:r>
    </w:p>
    <w:p>
      <w:r>
        <w:rPr>
          <w:b/>
        </w:rPr>
        <w:t xml:space="preserve">[25:11] </w:t>
      </w:r>
      <w:r>
        <w:t>to is mein pehchan batai gayi hai ke agar tumhare andar sacha iman hoga sachi marifat hogi to</w:t>
      </w:r>
    </w:p>
    <w:p>
      <w:pPr>
        <w:jc w:val="right"/>
      </w:pPr>
      <w:r>
        <w:t>تو اس میں پہچان بتائی گئی ہے کہ اگر تمہارے اندر سچا ایمان ہوگا سچی معرفت ہوگی تو</w:t>
      </w:r>
    </w:p>
    <w:p>
      <w:r>
        <w:rPr>
          <w:b/>
        </w:rPr>
        <w:t xml:space="preserve">[25:19] </w:t>
      </w:r>
      <w:r>
        <w:t>duniya mein tumhara dabdaba qaim rahega.</w:t>
      </w:r>
    </w:p>
    <w:p>
      <w:pPr>
        <w:jc w:val="right"/>
      </w:pPr>
      <w:r>
        <w:t>دنیا میں تمہارا دبدبہ قائم رہے گا۔</w:t>
      </w:r>
    </w:p>
    <w:p>
      <w:r>
        <w:rPr>
          <w:b/>
        </w:rPr>
        <w:t xml:space="preserve">[25:22] </w:t>
      </w:r>
      <w:r>
        <w:t>aur agar sacha iman na ho to dabdaba nahi rahega.</w:t>
      </w:r>
    </w:p>
    <w:p>
      <w:pPr>
        <w:jc w:val="right"/>
      </w:pPr>
      <w:r>
        <w:t>اور اگر سچا ایمان نہ ہو تو دبدبہ نہیں رہے گا۔</w:t>
      </w:r>
    </w:p>
    <w:p>
      <w:r>
        <w:rPr>
          <w:b/>
        </w:rPr>
        <w:t xml:space="preserve">[25:27] </w:t>
      </w:r>
      <w:r>
        <w:t>ab maine kaha ke aap sochiye is zamane ke musalmanon ke paas sab kuch maujood hai.</w:t>
      </w:r>
    </w:p>
    <w:p>
      <w:pPr>
        <w:jc w:val="right"/>
      </w:pPr>
      <w:r>
        <w:t>اب میں نے کہا کہ آپ سوچیے اس زمانے کے مسلمانوں کے پاس سب کچھ موجود ہے۔</w:t>
      </w:r>
    </w:p>
    <w:p>
      <w:r>
        <w:rPr>
          <w:b/>
        </w:rPr>
        <w:t xml:space="preserve">[25:34] </w:t>
      </w:r>
      <w:r>
        <w:t>dolat ka anbaar hai.</w:t>
      </w:r>
    </w:p>
    <w:p>
      <w:pPr>
        <w:jc w:val="right"/>
      </w:pPr>
      <w:r>
        <w:t>دولت کا انبار ہے۔</w:t>
      </w:r>
    </w:p>
    <w:p>
      <w:r>
        <w:rPr>
          <w:b/>
        </w:rPr>
        <w:t xml:space="preserve">[25:36] </w:t>
      </w:r>
      <w:r>
        <w:t>bataiye ke petrol jo sab se bara khazana hai dolat ka is ka bara hissa musalmanon ke paas</w:t>
      </w:r>
    </w:p>
    <w:p>
      <w:pPr>
        <w:jc w:val="right"/>
      </w:pPr>
      <w:r>
        <w:t>بتائیے کہ پٹرول جو سب سے بڑا خزانہ ہے دولت کا اس کا بڑا حصہ مسلمانوں کے پاس</w:t>
      </w:r>
    </w:p>
    <w:p>
      <w:r>
        <w:rPr>
          <w:b/>
        </w:rPr>
        <w:t xml:space="preserve">[25:43]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[25:45] </w:t>
      </w:r>
      <w:r>
        <w:t>fifty seven muslim countries mein musalmanon ka rule qaim hai.</w:t>
      </w:r>
    </w:p>
    <w:p>
      <w:pPr>
        <w:jc w:val="right"/>
      </w:pPr>
      <w:r>
        <w:t>fifty seven مسلم countries میں مسلمانوں کا rule قائم ہے۔</w:t>
      </w:r>
    </w:p>
    <w:p>
      <w:r>
        <w:rPr>
          <w:b/>
        </w:rPr>
        <w:t xml:space="preserve">[25:49] </w:t>
      </w:r>
      <w:r>
        <w:t>United Nations ke general assembly mein un ki tadad bohat ziyada hai.</w:t>
      </w:r>
    </w:p>
    <w:p>
      <w:pPr>
        <w:jc w:val="right"/>
      </w:pPr>
      <w:r>
        <w:t>United Nations کے جنرل اسمبلی میں ان کی تعداد بہت زیادہ ہے۔</w:t>
      </w:r>
    </w:p>
    <w:p>
      <w:r>
        <w:rPr>
          <w:b/>
        </w:rPr>
        <w:t xml:space="preserve">[25:54] </w:t>
      </w:r>
      <w:r>
        <w:t>ginti mein itne saare log hain itni madad se itne masjidain har taraf jahan dekhiye loudspeaker har taraf</w:t>
      </w:r>
    </w:p>
    <w:p>
      <w:pPr>
        <w:jc w:val="right"/>
      </w:pPr>
      <w:r>
        <w:t>گنتی میں اتنے سارے لوگ ہیں اتنی مدد سے اتنے مسجدیں ہر طرف جہاں دیکھیے loudspeaker ہر طرف</w:t>
      </w:r>
    </w:p>
    <w:p>
      <w:r>
        <w:rPr>
          <w:b/>
        </w:rPr>
        <w:t xml:space="preserve">[26:02] </w:t>
      </w:r>
      <w:r>
        <w:t>sunai deta hai lekin dabdaba nahi hai.</w:t>
      </w:r>
    </w:p>
    <w:p>
      <w:pPr>
        <w:jc w:val="right"/>
      </w:pPr>
      <w:r>
        <w:t>سنائی دیتا ہے لیکن دبدبہ نہیں ہے۔</w:t>
      </w:r>
    </w:p>
    <w:p>
      <w:r>
        <w:rPr>
          <w:b/>
        </w:rPr>
        <w:t xml:space="preserve">[26:05] </w:t>
      </w:r>
      <w:r>
        <w:t>dekhiye aap arab dunya mein kya hai arab world mein kya hai arab world mein israel ke dabdabe</w:t>
      </w:r>
    </w:p>
    <w:p>
      <w:pPr>
        <w:jc w:val="right"/>
      </w:pPr>
      <w:r>
        <w:t>دیکھیے آپ عرب دنیا میں کیا ہے عرب world میں کیا ہے عرب world میں اسرائیل کے دبدبے</w:t>
      </w:r>
    </w:p>
    <w:p>
      <w:r>
        <w:rPr>
          <w:b/>
        </w:rPr>
        <w:t xml:space="preserve">[26:13] </w:t>
      </w:r>
      <w:r>
        <w:t>mein musalman jee rahe hain.</w:t>
      </w:r>
    </w:p>
    <w:p>
      <w:pPr>
        <w:jc w:val="right"/>
      </w:pPr>
      <w:r>
        <w:t>میں مسلمان جی رہے ہیں۔</w:t>
      </w:r>
    </w:p>
    <w:p>
      <w:r>
        <w:rPr>
          <w:b/>
        </w:rPr>
        <w:t xml:space="preserve">[26:15] </w:t>
      </w:r>
      <w:r>
        <w:t>sara arab world jo hai israel ke dabdabe ke tehat jee raha hai.</w:t>
      </w:r>
    </w:p>
    <w:p>
      <w:pPr>
        <w:jc w:val="right"/>
      </w:pPr>
      <w:r>
        <w:t>سارا عرب world جو ہے اسرائیل کے دبدبے کے تحت جی رہا ہے۔</w:t>
      </w:r>
    </w:p>
    <w:p>
      <w:r>
        <w:rPr>
          <w:b/>
        </w:rPr>
        <w:t xml:space="preserve">[26:21] </w:t>
      </w:r>
      <w:r>
        <w:t>un ki himmat nahi hai ke israel ke khilaf aik resolution hi pass karein woh.</w:t>
      </w:r>
    </w:p>
    <w:p>
      <w:pPr>
        <w:jc w:val="right"/>
      </w:pPr>
      <w:r>
        <w:t>ان کی ہمت نہیں ہے کہ اسرائیل کے خلاف ایک resolution ہی پاس کریں وہ۔</w:t>
      </w:r>
    </w:p>
    <w:p>
      <w:r>
        <w:rPr>
          <w:b/>
        </w:rPr>
        <w:t xml:space="preserve">[26:27] </w:t>
      </w:r>
      <w:r>
        <w:t>itna zabardast dabdaba hai israel ka.</w:t>
      </w:r>
    </w:p>
    <w:p>
      <w:pPr>
        <w:jc w:val="right"/>
      </w:pPr>
      <w:r>
        <w:t>اتنا زبردست دبدبہ ہے اسرائیل کا۔</w:t>
      </w:r>
    </w:p>
    <w:p>
      <w:r>
        <w:rPr>
          <w:b/>
        </w:rPr>
        <w:t xml:space="preserve">[26:30] </w:t>
      </w:r>
      <w:r>
        <w:t>aap jante hain ke un ki conferences hoti hain arbon ki.</w:t>
      </w:r>
    </w:p>
    <w:p>
      <w:pPr>
        <w:jc w:val="right"/>
      </w:pPr>
      <w:r>
        <w:t>آپ جانتے ہیں کہ ان کی conferences ہوتی ہیں عربوں کی۔</w:t>
      </w:r>
    </w:p>
    <w:p>
      <w:r>
        <w:rPr>
          <w:b/>
        </w:rPr>
        <w:t xml:space="preserve">[26:34] </w:t>
      </w:r>
      <w:r>
        <w:t>aaj tak poore ittifaq ke sath israel ke khilaf koi resolution hi nahi pass kar saki.</w:t>
      </w:r>
    </w:p>
    <w:p>
      <w:pPr>
        <w:jc w:val="right"/>
      </w:pPr>
      <w:r>
        <w:t>آج تک پورے اتفاق کے ساتھ اسرائیل کے خلاف کوئی resolution ہی نہیں پاس کر سکے۔</w:t>
      </w:r>
    </w:p>
    <w:p>
      <w:r>
        <w:rPr>
          <w:b/>
        </w:rPr>
        <w:t xml:space="preserve">[26:41] </w:t>
      </w:r>
      <w:r>
        <w:t>aur action lena to bohat door ki baat hai.</w:t>
      </w:r>
    </w:p>
    <w:p>
      <w:pPr>
        <w:jc w:val="right"/>
      </w:pPr>
      <w:r>
        <w:t>اور action لینا تو بہت دور کی بات ہے۔</w:t>
      </w:r>
    </w:p>
    <w:p>
      <w:r>
        <w:rPr>
          <w:b/>
        </w:rPr>
        <w:t xml:space="preserve">[26:45] </w:t>
      </w:r>
      <w:r>
        <w:t>to poora arab world jo hai israel ke dabdabe mein jee raha hai.</w:t>
      </w:r>
    </w:p>
    <w:p>
      <w:pPr>
        <w:jc w:val="right"/>
      </w:pPr>
      <w:r>
        <w:t>تو پورا عرب world جو ہے اسرائیل کے دبدبے میں جی رہا ہے۔</w:t>
      </w:r>
    </w:p>
    <w:p>
      <w:r>
        <w:rPr>
          <w:b/>
        </w:rPr>
        <w:t xml:space="preserve">[26:51] </w:t>
      </w:r>
      <w:r>
        <w:t>indian subcontinent le lijiye indian subcontinent.</w:t>
      </w:r>
    </w:p>
    <w:p>
      <w:pPr>
        <w:jc w:val="right"/>
      </w:pPr>
      <w:r>
        <w:t>انڈین subcontinent لے لیجیے انڈین subcontinent۔</w:t>
      </w:r>
    </w:p>
    <w:p>
      <w:r>
        <w:rPr>
          <w:b/>
        </w:rPr>
        <w:t xml:space="preserve">[26:53] </w:t>
      </w:r>
      <w:r>
        <w:t>yahan hum hindu mein yeh lafz bolta hai lekin musalmanon ki zuban bol raha hoon ke hindu dabdabe</w:t>
      </w:r>
    </w:p>
    <w:p>
      <w:pPr>
        <w:jc w:val="right"/>
      </w:pPr>
      <w:r>
        <w:t>یہاں ہم ہندو میں یہ لفظ بولتا ہے لیکن مسلمانوں کی زبان بول رہا ہوں کہ ہندو دبدبے</w:t>
      </w:r>
    </w:p>
    <w:p>
      <w:r>
        <w:rPr>
          <w:b/>
        </w:rPr>
        <w:t xml:space="preserve">[27:01] </w:t>
      </w:r>
      <w:r>
        <w:t>ke tehat aap jee rahe hain.</w:t>
      </w:r>
    </w:p>
    <w:p>
      <w:pPr>
        <w:jc w:val="right"/>
      </w:pPr>
      <w:r>
        <w:t>کے تحت آپ جی رہے ہیں۔</w:t>
      </w:r>
    </w:p>
    <w:p>
      <w:r>
        <w:rPr>
          <w:b/>
        </w:rPr>
        <w:t xml:space="preserve">[27:03] </w:t>
      </w:r>
      <w:r>
        <w:t>mein hindu ko insan samajhta hoon.</w:t>
      </w:r>
    </w:p>
    <w:p>
      <w:pPr>
        <w:jc w:val="right"/>
      </w:pPr>
      <w:r>
        <w:t>میں ہندو کو انسان سمجھتا ہوں۔</w:t>
      </w:r>
    </w:p>
    <w:p>
      <w:r>
        <w:rPr>
          <w:b/>
        </w:rPr>
        <w:t xml:space="preserve">[27:06] </w:t>
      </w:r>
      <w:r>
        <w:t>mein yeh lafz nahi bolta lekin logon ke nazariye se kehta hoon mein.</w:t>
      </w:r>
    </w:p>
    <w:p>
      <w:pPr>
        <w:jc w:val="right"/>
      </w:pPr>
      <w:r>
        <w:t>میں یہ لفظ نہیں بولتا لیکن لوگوں کے نظریے سے کہتا ہوں میں۔</w:t>
      </w:r>
    </w:p>
    <w:p>
      <w:r>
        <w:rPr>
          <w:b/>
        </w:rPr>
        <w:t xml:space="preserve">[27:12] </w:t>
      </w:r>
      <w:r>
        <w:t>kyun ke aik pakistan ka aik perche maine parha ke dunya mein do hi dushman hain islam ke</w:t>
      </w:r>
    </w:p>
    <w:p>
      <w:pPr>
        <w:jc w:val="right"/>
      </w:pPr>
      <w:r>
        <w:t>کیونکہ ایک پاکستان کا ایک پرچے میں نے پڑھا کہ دنیا میں دو ہی دشمن ہیں اسلام کے</w:t>
      </w:r>
    </w:p>
    <w:p>
      <w:r>
        <w:rPr>
          <w:b/>
        </w:rPr>
        <w:t xml:space="preserve">[27:19]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[27:21] </w:t>
      </w:r>
      <w:r>
        <w:t>yahood aur hanood.</w:t>
      </w:r>
    </w:p>
    <w:p>
      <w:pPr>
        <w:jc w:val="right"/>
      </w:pPr>
      <w:r>
        <w:t>یہود اور ہنود۔</w:t>
      </w:r>
    </w:p>
    <w:p>
      <w:r>
        <w:rPr>
          <w:b/>
        </w:rPr>
        <w:t xml:space="preserve">[27:22] </w:t>
      </w:r>
      <w:r>
        <w:t>yahood aur hanood.</w:t>
      </w:r>
    </w:p>
    <w:p>
      <w:pPr>
        <w:jc w:val="right"/>
      </w:pPr>
      <w:r>
        <w:t>یہود اور ہنود۔</w:t>
      </w:r>
    </w:p>
    <w:p>
      <w:r>
        <w:rPr>
          <w:b/>
        </w:rPr>
        <w:t xml:space="preserve">[27:24] </w:t>
      </w:r>
      <w:r>
        <w:t>is is zehan ko le kar main bol raha hoon yeh baat.</w:t>
      </w:r>
    </w:p>
    <w:p>
      <w:pPr>
        <w:jc w:val="right"/>
      </w:pPr>
      <w:r>
        <w:t>اس اس ذہن کو لے کر میں بول رہا ہوں یہ بات۔</w:t>
      </w:r>
    </w:p>
    <w:p>
      <w:r>
        <w:rPr>
          <w:b/>
        </w:rPr>
        <w:t xml:space="preserve">[27:29] </w:t>
      </w:r>
      <w:r>
        <w:t>main ne musalman hindu se mujhe koi shikayat nahin.</w:t>
      </w:r>
    </w:p>
    <w:p>
      <w:pPr>
        <w:jc w:val="right"/>
      </w:pPr>
      <w:r>
        <w:t>میں نے مسلمان ہندو سے مجھے کوئی شکایت نہیں۔</w:t>
      </w:r>
    </w:p>
    <w:p>
      <w:r>
        <w:rPr>
          <w:b/>
        </w:rPr>
        <w:t xml:space="preserve">[27:33] </w:t>
      </w:r>
      <w:r>
        <w:t>hindu best nation hai is zameen par.</w:t>
      </w:r>
    </w:p>
    <w:p>
      <w:pPr>
        <w:jc w:val="right"/>
      </w:pPr>
      <w:r>
        <w:t>ہندو best nation ہے اس زمین پر۔</w:t>
      </w:r>
    </w:p>
    <w:p>
      <w:r>
        <w:rPr>
          <w:b/>
        </w:rPr>
        <w:t xml:space="preserve">[27:36] </w:t>
      </w:r>
      <w:r>
        <w:t>lekin un ke lihaaz se keh raha hoon ke dekhiye aap indian subcontinent mein hindu ka dabdaba hai.</w:t>
      </w:r>
    </w:p>
    <w:p>
      <w:pPr>
        <w:jc w:val="right"/>
      </w:pPr>
      <w:r>
        <w:t>لیکن ان کے لحاظ سے کہہ رہا ہوں کہ دیکھیے آپ انڈین subcontinent میں ہندو کا دبدبہ ہے۔</w:t>
      </w:r>
    </w:p>
    <w:p>
      <w:r>
        <w:rPr>
          <w:b/>
        </w:rPr>
        <w:t xml:space="preserve">[27:43] </w:t>
      </w:r>
      <w:r>
        <w:t>ab bahar nikliey.</w:t>
      </w:r>
    </w:p>
    <w:p>
      <w:pPr>
        <w:jc w:val="right"/>
      </w:pPr>
      <w:r>
        <w:t>اب باہر نکلیے۔</w:t>
      </w:r>
    </w:p>
    <w:p>
      <w:r>
        <w:rPr>
          <w:b/>
        </w:rPr>
        <w:t xml:space="preserve">[27:45] </w:t>
      </w:r>
      <w:r>
        <w:t>bahar dunya mein amreeka ka dabdaba hai.</w:t>
      </w:r>
    </w:p>
    <w:p>
      <w:pPr>
        <w:jc w:val="right"/>
      </w:pPr>
      <w:r>
        <w:t>باہر دنیا میں امریکہ کا دبدبہ ہے۔</w:t>
      </w:r>
    </w:p>
    <w:p>
      <w:r>
        <w:rPr>
          <w:b/>
        </w:rPr>
        <w:t xml:space="preserve">[27:48] </w:t>
      </w:r>
      <w:r>
        <w:t>to musalman jahan bhi dekhen kisi aur ke dabdabe ke tehat jee rahe hain.</w:t>
      </w:r>
    </w:p>
    <w:p>
      <w:pPr>
        <w:jc w:val="right"/>
      </w:pPr>
      <w:r>
        <w:t>تو مسلمان جہاں بھی دیکھیں کسی اور کے دبدبے کے تحت جی رہے ہیں۔</w:t>
      </w:r>
    </w:p>
    <w:p>
      <w:r>
        <w:rPr>
          <w:b/>
        </w:rPr>
        <w:t xml:space="preserve">[27:54] </w:t>
      </w:r>
      <w:r>
        <w:t>yeh cheez dekhiye bohat ziyada sochne ki baat hai.</w:t>
      </w:r>
    </w:p>
    <w:p>
      <w:pPr>
        <w:jc w:val="right"/>
      </w:pPr>
      <w:r>
        <w:t>یہ چیز دیکھیے بہت زیادہ سوچنے کی بات ہے۔</w:t>
      </w:r>
    </w:p>
    <w:p>
      <w:r>
        <w:rPr>
          <w:b/>
        </w:rPr>
        <w:t xml:space="preserve">[27:58] </w:t>
      </w:r>
      <w:r>
        <w:t>yeh sochne ki baat hai.</w:t>
      </w:r>
    </w:p>
    <w:p>
      <w:pPr>
        <w:jc w:val="right"/>
      </w:pPr>
      <w:r>
        <w:t>یہ سوچنے کی بات ہے۔</w:t>
      </w:r>
    </w:p>
    <w:p>
      <w:r>
        <w:rPr>
          <w:b/>
        </w:rPr>
        <w:t xml:space="preserve">[28:00] </w:t>
      </w:r>
      <w:r>
        <w:t>kuch log bari bari bheerain ikatha karte hain idhar udhar kehte hain ke hum dunya mein imaan ki</w:t>
      </w:r>
    </w:p>
    <w:p>
      <w:pPr>
        <w:jc w:val="right"/>
      </w:pPr>
      <w:r>
        <w:t>کچھ لوگ بڑی بڑی بھیڑیں اکٹھا کرتے ہیں ادھر ادھر کہتے ہیں کہ ہم دنیا میں ایمان کی</w:t>
      </w:r>
    </w:p>
    <w:p>
      <w:r>
        <w:rPr>
          <w:b/>
        </w:rPr>
        <w:t xml:space="preserve">[28:08] </w:t>
      </w:r>
      <w:r>
        <w:t>hawaein chala di hain.</w:t>
      </w:r>
    </w:p>
    <w:p>
      <w:pPr>
        <w:jc w:val="right"/>
      </w:pPr>
      <w:r>
        <w:t>ہوائیں چلا دی ہیں۔</w:t>
      </w:r>
    </w:p>
    <w:p>
      <w:r>
        <w:rPr>
          <w:b/>
        </w:rPr>
        <w:t xml:space="preserve">[28:09] </w:t>
      </w:r>
      <w:r>
        <w:t>to sawal hai ke tum ne imaan ki hawaein chala di hain aur dabdaba kyun nahin hai musalmanon</w:t>
      </w:r>
    </w:p>
    <w:p>
      <w:pPr>
        <w:jc w:val="right"/>
      </w:pPr>
      <w:r>
        <w:t>تو سوال ہے کہ تم نے ایمان کی ہوائیں چلا دی ہیں اور دبدبہ کیوں نہیں ہے مسلمانوں</w:t>
      </w:r>
    </w:p>
    <w:p>
      <w:r>
        <w:rPr>
          <w:b/>
        </w:rPr>
        <w:t xml:space="preserve">[28:17] </w:t>
      </w:r>
      <w:r>
        <w:t>ka? aap ghor kijiye.</w:t>
      </w:r>
    </w:p>
    <w:p>
      <w:pPr>
        <w:jc w:val="right"/>
      </w:pPr>
      <w:r>
        <w:t>کا؟ آپ غور کیجیے۔</w:t>
      </w:r>
    </w:p>
    <w:p>
      <w:r>
        <w:rPr>
          <w:b/>
        </w:rPr>
        <w:t xml:space="preserve">[28:19] </w:t>
      </w:r>
      <w:r>
        <w:t>khare hote hain log stage par hum ne dunya mein imaan ki hawaein chala di hain.</w:t>
      </w:r>
    </w:p>
    <w:p>
      <w:pPr>
        <w:jc w:val="right"/>
      </w:pPr>
      <w:r>
        <w:t>کھڑے ہوتے ہیں لوگ اسٹیج پر ہم نے دنیا میں ایمان کی ہوائیں چلا دی ہیں۔</w:t>
      </w:r>
    </w:p>
    <w:p>
      <w:r>
        <w:rPr>
          <w:b/>
        </w:rPr>
        <w:t xml:space="preserve">[28:26] </w:t>
      </w:r>
      <w:r>
        <w:t>to dabdaba kahan khatam ho gaya? kyun amreeka ka dabdaba hai? kyun hinduo ka dabdaba hai? kyun yahudiyon</w:t>
      </w:r>
    </w:p>
    <w:p>
      <w:pPr>
        <w:jc w:val="right"/>
      </w:pPr>
      <w:r>
        <w:t>تو دبدبہ کہاں ختم ہو گیا؟ کیوں امریکہ کا دبدبہ ہے؟ کیوں ہندوؤں کا دبدبہ ہے؟ کیوں یہودیوں</w:t>
      </w:r>
    </w:p>
    <w:p>
      <w:r>
        <w:rPr>
          <w:b/>
        </w:rPr>
        <w:t xml:space="preserve">[28:33] </w:t>
      </w:r>
      <w:r>
        <w:t>ka dabdaba hai? tumhara dabdaba kyun nahin? yeh sab bilkul baseless baatein hain.</w:t>
      </w:r>
    </w:p>
    <w:p>
      <w:pPr>
        <w:jc w:val="right"/>
      </w:pPr>
      <w:r>
        <w:t>کا دبدبہ ہے؟ تمہارا دبدبہ کیوں نہیں؟ یہ سب بالکل baseless باتیں ہیں۔</w:t>
      </w:r>
    </w:p>
    <w:p>
      <w:r>
        <w:rPr>
          <w:b/>
        </w:rPr>
        <w:t xml:space="preserve">[28:39] </w:t>
      </w:r>
      <w:r>
        <w:t>yeh sab auditory hai.</w:t>
      </w:r>
    </w:p>
    <w:p>
      <w:pPr>
        <w:jc w:val="right"/>
      </w:pPr>
      <w:r>
        <w:t>یہ سب auditory ہے۔</w:t>
      </w:r>
    </w:p>
    <w:p>
      <w:r>
        <w:rPr>
          <w:b/>
        </w:rPr>
        <w:t xml:space="preserve">[28:41] </w:t>
      </w:r>
      <w:r>
        <w:t>yeh sab kehne ki baatein hain khali.</w:t>
      </w:r>
    </w:p>
    <w:p>
      <w:pPr>
        <w:jc w:val="right"/>
      </w:pPr>
      <w:r>
        <w:t>یہ سب کہنے کی باتیں ہیں خالی۔</w:t>
      </w:r>
    </w:p>
    <w:p>
      <w:r>
        <w:rPr>
          <w:b/>
        </w:rPr>
        <w:t xml:space="preserve">[28:44] </w:t>
      </w:r>
      <w:r>
        <w:t>ab dekhiye aap gehrai mein jaiye aap.</w:t>
      </w:r>
    </w:p>
    <w:p>
      <w:pPr>
        <w:jc w:val="right"/>
      </w:pPr>
      <w:r>
        <w:t>اب دیکھیے آپ گہرائی میں جائیے آپ۔</w:t>
      </w:r>
    </w:p>
    <w:p>
      <w:r>
        <w:rPr>
          <w:b/>
        </w:rPr>
        <w:t xml:space="preserve">[28:47] </w:t>
      </w:r>
      <w:r>
        <w:t>masla kya hai? masla yeh hai ke imaan hi nahin hai.</w:t>
      </w:r>
    </w:p>
    <w:p>
      <w:pPr>
        <w:jc w:val="right"/>
      </w:pPr>
      <w:r>
        <w:t>مسئلہ کیا ہے؟ مسئلہ یہ ہے کہ ایمان ہی نہیں ہے۔</w:t>
      </w:r>
    </w:p>
    <w:p>
      <w:r>
        <w:rPr>
          <w:b/>
        </w:rPr>
        <w:t xml:space="preserve">[28:51] </w:t>
      </w:r>
      <w:r>
        <w:t>jis imaan paak ko naaz hai woh imaan hi nahin hai.</w:t>
      </w:r>
    </w:p>
    <w:p>
      <w:pPr>
        <w:jc w:val="right"/>
      </w:pPr>
      <w:r>
        <w:t>جس ایمان پاک کو ناز ہے وہ ایمان ہی نہیں ہے۔</w:t>
      </w:r>
    </w:p>
    <w:p>
      <w:r>
        <w:rPr>
          <w:b/>
        </w:rPr>
        <w:t xml:space="preserve">[28:56] </w:t>
      </w:r>
      <w:r>
        <w:t>woh to lip service hai.</w:t>
      </w:r>
    </w:p>
    <w:p>
      <w:pPr>
        <w:jc w:val="right"/>
      </w:pPr>
      <w:r>
        <w:t>وہ تو lip service ہے۔</w:t>
      </w:r>
    </w:p>
    <w:p>
      <w:r>
        <w:rPr>
          <w:b/>
        </w:rPr>
        <w:t xml:space="preserve">[28:58] </w:t>
      </w:r>
      <w:r>
        <w:t>agar woh imaan hota to aaj musalmanon ko dabdaba hasil hota hai in ko.</w:t>
      </w:r>
    </w:p>
    <w:p>
      <w:pPr>
        <w:jc w:val="right"/>
      </w:pPr>
      <w:r>
        <w:t>اگر وہ ایمان ہوتا تو آج مسلمانوں کو دبدبہ حاصل ہوتا ہے ان کو۔</w:t>
      </w:r>
    </w:p>
    <w:p>
      <w:r>
        <w:rPr>
          <w:b/>
        </w:rPr>
        <w:t xml:space="preserve">[29:04] </w:t>
      </w:r>
      <w:r>
        <w:t>dekhiye imaan kya hai? aap saatwein paray ke aayaton ko parhiye shuru mein jo aayatein hain.</w:t>
      </w:r>
    </w:p>
    <w:p>
      <w:pPr>
        <w:jc w:val="right"/>
      </w:pPr>
      <w:r>
        <w:t>دیکھیے ایمان کیا ہے؟ آپ ساتویں پارے کے آیتوں کو پڑھیے شروع میں جو آیتیں ہیں۔</w:t>
      </w:r>
    </w:p>
    <w:p>
      <w:r>
        <w:rPr>
          <w:b/>
        </w:rPr>
        <w:t xml:space="preserve">[29:11] </w:t>
      </w:r>
      <w:r>
        <w:t>saatwan parah.</w:t>
      </w:r>
    </w:p>
    <w:p>
      <w:pPr>
        <w:jc w:val="right"/>
      </w:pPr>
      <w:r>
        <w:t>ساتواں پارہ۔</w:t>
      </w:r>
    </w:p>
    <w:p>
      <w:r>
        <w:rPr>
          <w:b/>
        </w:rPr>
        <w:t xml:space="preserve">[29:13] </w:t>
      </w:r>
      <w:r>
        <w:t>alrasool yahan per imaan ka zikr hai lekin sath sath kya hai? is ko marifat kaha gaya hai.</w:t>
      </w:r>
    </w:p>
    <w:p>
      <w:pPr>
        <w:jc w:val="right"/>
      </w:pPr>
      <w:r>
        <w:t>الرسول یہاں پر ایمان کا ذکر ہے لیکن ساتھ ساتھ کیا ہے؟ اس کو معرفت کہا گیا ہے۔</w:t>
      </w:r>
    </w:p>
    <w:p>
      <w:r>
        <w:rPr>
          <w:b/>
        </w:rPr>
        <w:t xml:space="preserve">[29:20] </w:t>
      </w:r>
      <w:r>
        <w:t>marifat-e-haq.</w:t>
      </w:r>
    </w:p>
    <w:p>
      <w:pPr>
        <w:jc w:val="right"/>
      </w:pPr>
      <w:r>
        <w:t>معرفت حق۔</w:t>
      </w:r>
    </w:p>
    <w:p>
      <w:r>
        <w:rPr>
          <w:b/>
        </w:rPr>
        <w:t xml:space="preserve">[29:22] </w:t>
      </w:r>
      <w:r>
        <w:t>yani realization of truth.</w:t>
      </w:r>
    </w:p>
    <w:p>
      <w:pPr>
        <w:jc w:val="right"/>
      </w:pPr>
      <w:r>
        <w:t>یعنی realization of truth۔</w:t>
      </w:r>
    </w:p>
    <w:p>
      <w:r>
        <w:rPr>
          <w:b/>
        </w:rPr>
        <w:t xml:space="preserve">[29:24] </w:t>
      </w:r>
      <w:r>
        <w:t>imaan woh hai jo marifat ke darje mein milay.</w:t>
      </w:r>
    </w:p>
    <w:p>
      <w:pPr>
        <w:jc w:val="right"/>
      </w:pPr>
      <w:r>
        <w:t>ایمان وہ ہے جو معرفت کے درجے میں ملے۔</w:t>
      </w:r>
    </w:p>
    <w:p>
      <w:r>
        <w:rPr>
          <w:b/>
        </w:rPr>
        <w:t xml:space="preserve">[29:27] </w:t>
      </w:r>
      <w:r>
        <w:t>یعنی جو realization of truth ke hum maani ho.</w:t>
      </w:r>
    </w:p>
    <w:p>
      <w:pPr>
        <w:jc w:val="right"/>
      </w:pPr>
      <w:r>
        <w:t>یعنی جو realization of truth کے ہم معنی ہو۔</w:t>
      </w:r>
    </w:p>
    <w:p>
      <w:r>
        <w:rPr>
          <w:b/>
        </w:rPr>
        <w:t xml:space="preserve">[29:31] </w:t>
      </w:r>
      <w:r>
        <w:t>sachai ko discover karna.</w:t>
      </w:r>
    </w:p>
    <w:p>
      <w:pPr>
        <w:jc w:val="right"/>
      </w:pPr>
      <w:r>
        <w:t>سچائی کو discover کرنا۔</w:t>
      </w:r>
    </w:p>
    <w:p>
      <w:r>
        <w:rPr>
          <w:b/>
        </w:rPr>
        <w:t xml:space="preserve">[29:33] </w:t>
      </w:r>
      <w:r>
        <w:t>sachai ko realize karna.</w:t>
      </w:r>
    </w:p>
    <w:p>
      <w:pPr>
        <w:jc w:val="right"/>
      </w:pPr>
      <w:r>
        <w:t>سچائی کو realize کرنا۔</w:t>
      </w:r>
    </w:p>
    <w:p>
      <w:r>
        <w:rPr>
          <w:b/>
        </w:rPr>
        <w:t xml:space="preserve">[29:35] </w:t>
      </w:r>
      <w:r>
        <w:t>phir isi ayat mein yeh bhi hai ke jab un ko imaan mila to un ki aankhein aansuon</w:t>
      </w:r>
    </w:p>
    <w:p>
      <w:pPr>
        <w:jc w:val="right"/>
      </w:pPr>
      <w:r>
        <w:t>پھر اسی آیت میں یہ بھی ہے کہ جب ان کو ایمان ملا تو ان کی آنکھیں آنسوؤں</w:t>
      </w:r>
    </w:p>
    <w:p>
      <w:r>
        <w:rPr>
          <w:b/>
        </w:rPr>
        <w:t xml:space="preserve">[29:42] </w:t>
      </w:r>
      <w:r>
        <w:t>se bhar parain.</w:t>
      </w:r>
    </w:p>
    <w:p>
      <w:pPr>
        <w:jc w:val="right"/>
      </w:pPr>
      <w:r>
        <w:t>سے بھر پڑیں۔</w:t>
      </w:r>
    </w:p>
    <w:p>
      <w:r>
        <w:rPr>
          <w:b/>
        </w:rPr>
        <w:t xml:space="preserve">[29:44] </w:t>
      </w:r>
      <w:r>
        <w:t>kyun ke un ke andar aik jab aadmi ko sacha imaan milta hai is ki personality poori hil jati</w:t>
      </w:r>
    </w:p>
    <w:p>
      <w:pPr>
        <w:jc w:val="right"/>
      </w:pPr>
      <w:r>
        <w:t>کیونکہ ان کے اندر ایک جب آدمی کو سچا ایمان ملتا ہے اس کی personality پوری ہل جاتی</w:t>
      </w:r>
    </w:p>
    <w:p>
      <w:r>
        <w:rPr>
          <w:b/>
        </w:rPr>
        <w:t xml:space="preserve">[29:52]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[29:53] </w:t>
      </w:r>
      <w:r>
        <w:t>is ki poori personality hil jati hai.</w:t>
      </w:r>
    </w:p>
    <w:p>
      <w:pPr>
        <w:jc w:val="right"/>
      </w:pPr>
      <w:r>
        <w:t>اس کی پوری personality ہل جاتی ہے۔</w:t>
      </w:r>
    </w:p>
    <w:p>
      <w:r>
        <w:rPr>
          <w:b/>
        </w:rPr>
        <w:t xml:space="preserve">[29:56] </w:t>
      </w:r>
      <w:r>
        <w:t>is ke dil o dimaagh mein aik samandar rawaan ho jata hai.</w:t>
      </w:r>
    </w:p>
    <w:p>
      <w:pPr>
        <w:jc w:val="right"/>
      </w:pPr>
      <w:r>
        <w:t>اس کے دل و دماغ میں ایک سمندر رواں ہو جاتا ہے۔</w:t>
      </w:r>
    </w:p>
    <w:p>
      <w:r>
        <w:rPr>
          <w:b/>
        </w:rPr>
        <w:t xml:space="preserve">[30:01] </w:t>
      </w:r>
      <w:r>
        <w:t>aik aatish fishan phat parta hai.</w:t>
      </w:r>
    </w:p>
    <w:p>
      <w:pPr>
        <w:jc w:val="right"/>
      </w:pPr>
      <w:r>
        <w:t>ایک آتش فشاں پھٹ پڑتا ہے۔</w:t>
      </w:r>
    </w:p>
    <w:p>
      <w:r>
        <w:rPr>
          <w:b/>
        </w:rPr>
        <w:t xml:space="preserve">[30:04] </w:t>
      </w:r>
      <w:r>
        <w:t>aap sochen ke itna bara Khuda jis Khuda ne itni bari universe banai.</w:t>
      </w:r>
    </w:p>
    <w:p>
      <w:pPr>
        <w:jc w:val="right"/>
      </w:pPr>
      <w:r>
        <w:t>آپ سوچیں کہ اتنا بڑا خدا جس خدا نے اتنی بڑی universe بنائی۔</w:t>
      </w:r>
    </w:p>
    <w:p>
      <w:r>
        <w:rPr>
          <w:b/>
        </w:rPr>
        <w:t xml:space="preserve">[30:09] </w:t>
      </w:r>
      <w:r>
        <w:t>yani itni bari universe ke is ke sirf five percent ko hum dekh paate hain apni telescope se.</w:t>
      </w:r>
    </w:p>
    <w:p>
      <w:pPr>
        <w:jc w:val="right"/>
      </w:pPr>
      <w:r>
        <w:t>یعنی اتنی بڑی universe کہ اس کے صرف five percent کو ہم دیکھ پاتے ہیں اپنی ٹیلیسکوپ سے۔</w:t>
      </w:r>
    </w:p>
    <w:p>
      <w:r>
        <w:rPr>
          <w:b/>
        </w:rPr>
        <w:t xml:space="preserve">[30:17] </w:t>
      </w:r>
      <w:r>
        <w:t>space mein bheji gayi telescope tab bhi five percent ziyada hum nahi dekh paye.</w:t>
      </w:r>
    </w:p>
    <w:p>
      <w:pPr>
        <w:jc w:val="right"/>
      </w:pPr>
      <w:r>
        <w:t>اسپیس میں بھیجی گئی ٹیلیسکوپ تب بھی five percent زیادہ ہم نہیں دیکھ پائے۔</w:t>
      </w:r>
    </w:p>
    <w:p>
      <w:r>
        <w:rPr>
          <w:b/>
        </w:rPr>
        <w:t xml:space="preserve">[30:23] </w:t>
      </w:r>
      <w:r>
        <w:t>ninety five percent universe aaj bhi invisible hai.</w:t>
      </w:r>
    </w:p>
    <w:p>
      <w:pPr>
        <w:jc w:val="right"/>
      </w:pPr>
      <w:r>
        <w:t>ninety five percent universe آج بھی invisible ہے۔</w:t>
      </w:r>
    </w:p>
    <w:p>
      <w:r>
        <w:rPr>
          <w:b/>
        </w:rPr>
        <w:t xml:space="preserve">[30:27] </w:t>
      </w:r>
      <w:r>
        <w:t>ab sochen kitna bara Khuda hai kitna bara Khuda hai kitna bara Khuda hai.</w:t>
      </w:r>
    </w:p>
    <w:p>
      <w:pPr>
        <w:jc w:val="right"/>
      </w:pPr>
      <w:r>
        <w:t>اب سوچیں کتنا بڑا خدا ہے کتنا بڑا خدا ہے کتنا بڑا خدا ہے۔</w:t>
      </w:r>
    </w:p>
    <w:p>
      <w:r>
        <w:rPr>
          <w:b/>
        </w:rPr>
        <w:t xml:space="preserve">[30:33] </w:t>
      </w:r>
      <w:r>
        <w:t>jis Khuda ki creation ko hum intehai strong telescope se bhi nahi dekh paye siwaye five percent ke.</w:t>
      </w:r>
    </w:p>
    <w:p>
      <w:pPr>
        <w:jc w:val="right"/>
      </w:pPr>
      <w:r>
        <w:t>جس خدا کی creation کو ہم انتہائی strong ٹیلیسکوپ سے بھی نہیں دیکھ پائے سوائے five percent کے۔</w:t>
      </w:r>
    </w:p>
    <w:p>
      <w:r>
        <w:rPr>
          <w:b/>
        </w:rPr>
        <w:t xml:space="preserve">[30:40] </w:t>
      </w:r>
      <w:r>
        <w:t>jo electronic telescope banai gayi hai jo ja kar space se dekhti hai.</w:t>
      </w:r>
    </w:p>
    <w:p>
      <w:pPr>
        <w:jc w:val="right"/>
      </w:pPr>
      <w:r>
        <w:t>جو electronic ٹیلیسکوپ بنائی گئی ہے جو جا کر اسپیس سے دیکھتی ہے۔</w:t>
      </w:r>
    </w:p>
    <w:p>
      <w:r>
        <w:rPr>
          <w:b/>
        </w:rPr>
        <w:t xml:space="preserve">[30:46] </w:t>
      </w:r>
      <w:r>
        <w:t>to abhi bhi ninety five percent Khuda ki creation ka invisible hai.</w:t>
      </w:r>
    </w:p>
    <w:p>
      <w:pPr>
        <w:jc w:val="right"/>
      </w:pPr>
      <w:r>
        <w:t>تو ابھی بھی ninety five percent خدا کی creation کا invisible ہے۔</w:t>
      </w:r>
    </w:p>
    <w:p>
      <w:r>
        <w:rPr>
          <w:b/>
        </w:rPr>
        <w:t xml:space="preserve">[30:51] </w:t>
      </w:r>
      <w:r>
        <w:t>to itna bara Khuda itna bara Khuda itna bara Khuda.</w:t>
      </w:r>
    </w:p>
    <w:p>
      <w:pPr>
        <w:jc w:val="right"/>
      </w:pPr>
      <w:r>
        <w:t>تو اتنا بڑا خدا اتنا بڑا خدا اتنا بڑا خدا۔</w:t>
      </w:r>
    </w:p>
    <w:p>
      <w:r>
        <w:rPr>
          <w:b/>
        </w:rPr>
        <w:t xml:space="preserve">[30:55] </w:t>
      </w:r>
      <w:r>
        <w:t>jab aap ko is ki realize karenge jab aap ko discover karenge.</w:t>
      </w:r>
    </w:p>
    <w:p>
      <w:pPr>
        <w:jc w:val="right"/>
      </w:pPr>
      <w:r>
        <w:t>جب آپ کو اس کی realize کریں گے جب آپ کو discover کریں گے۔</w:t>
      </w:r>
    </w:p>
    <w:p>
      <w:r>
        <w:rPr>
          <w:b/>
        </w:rPr>
        <w:t xml:space="preserve">[31:01] </w:t>
      </w:r>
      <w:r>
        <w:t>to kya yeh choti si baat ho gi? tamam samundaron mein jo toofan jaagte hain woh sara toofan</w:t>
      </w:r>
    </w:p>
    <w:p>
      <w:pPr>
        <w:jc w:val="right"/>
      </w:pPr>
      <w:r>
        <w:t>تو کیا یہ چھوٹی سی بات ہو گی؟ تمام سمندروں میں جو طوفان جاگتے ہیں وہ سارا طوفان</w:t>
      </w:r>
    </w:p>
    <w:p>
      <w:r>
        <w:rPr>
          <w:b/>
        </w:rPr>
        <w:t xml:space="preserve">[31:09] </w:t>
      </w:r>
      <w:r>
        <w:t>aap ke seene mein jama ho jaye ga.</w:t>
      </w:r>
    </w:p>
    <w:p>
      <w:pPr>
        <w:jc w:val="right"/>
      </w:pPr>
      <w:r>
        <w:t>آپ کے سینے میں جمع ہو جائے گا۔</w:t>
      </w:r>
    </w:p>
    <w:p>
      <w:r>
        <w:rPr>
          <w:b/>
        </w:rPr>
        <w:t xml:space="preserve">[31:12] </w:t>
      </w:r>
      <w:r>
        <w:t>saare volcano jo hain woh aap ke seene mein ubal padenge.</w:t>
      </w:r>
    </w:p>
    <w:p>
      <w:pPr>
        <w:jc w:val="right"/>
      </w:pPr>
      <w:r>
        <w:t>سارے volcano جو ہیں وہ آپ کے سینے میں ابل پڑیں گے۔</w:t>
      </w:r>
    </w:p>
    <w:p>
      <w:r>
        <w:rPr>
          <w:b/>
        </w:rPr>
        <w:t xml:space="preserve">[31:18] </w:t>
      </w:r>
      <w:r>
        <w:t>yeh chhoti si baat yeh hai? aaj kal kya hai? musalman fakhr karte hain ke hamare paas iman</w:t>
      </w:r>
    </w:p>
    <w:p>
      <w:pPr>
        <w:jc w:val="right"/>
      </w:pPr>
      <w:r>
        <w:t>یہ چھوٹی سی بات یہ ہے؟ آج کل کیا ہے؟ مسلمان فخر کرتے ہیں کہ ہمارے پاس ایمان</w:t>
      </w:r>
    </w:p>
    <w:p>
      <w:r>
        <w:rPr>
          <w:b/>
        </w:rPr>
        <w:t xml:space="preserve">[31:25]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[31:27] </w:t>
      </w:r>
      <w:r>
        <w:t>iman kahan hai tumhare paas? tumhare paas alfaaz hain, shabd hain, lip service hai.</w:t>
      </w:r>
    </w:p>
    <w:p>
      <w:pPr>
        <w:jc w:val="right"/>
      </w:pPr>
      <w:r>
        <w:t>ایمان کہاں ہے تمہارے پاس؟ تمہارے پاس الفاظ ہیں، शब्द ہیں، lip service ہے۔</w:t>
      </w:r>
    </w:p>
    <w:p>
      <w:r>
        <w:rPr>
          <w:b/>
        </w:rPr>
        <w:t xml:space="preserve">[31:33] </w:t>
      </w:r>
      <w:r>
        <w:t>agar iman hota to ek bahut dabdaba qaim hota quran ke alfaaz mein.</w:t>
      </w:r>
    </w:p>
    <w:p>
      <w:pPr>
        <w:jc w:val="right"/>
      </w:pPr>
      <w:r>
        <w:t>اگر ایمان ہوتا تو ایک بہت دبدبہ قائم ہوتا قرآن کے الفاظ میں۔</w:t>
      </w:r>
    </w:p>
    <w:p>
      <w:r>
        <w:rPr>
          <w:b/>
        </w:rPr>
        <w:t xml:space="preserve">[31:38] </w:t>
      </w:r>
      <w:r>
        <w:t>alaihi assalam hadith mein aata hai.</w:t>
      </w:r>
    </w:p>
    <w:p>
      <w:pPr>
        <w:jc w:val="right"/>
      </w:pPr>
      <w:r>
        <w:t>علیہ السلام حدیث میں آتا ہے۔</w:t>
      </w:r>
    </w:p>
    <w:p>
      <w:r>
        <w:rPr>
          <w:b/>
        </w:rPr>
        <w:t xml:space="preserve">[31:41] </w:t>
      </w:r>
      <w:r>
        <w:t>quran mein hai ke ke tum agar iman par rahoge tumhara tum ko ulu haasil hoga.</w:t>
      </w:r>
    </w:p>
    <w:p>
      <w:pPr>
        <w:jc w:val="right"/>
      </w:pPr>
      <w:r>
        <w:t>قرآن میں ہے کہ کہ تم اگر ایمان پر رہو گے تمہارا تم کو علو حاصل ہوگا۔</w:t>
      </w:r>
    </w:p>
    <w:p>
      <w:r>
        <w:rPr>
          <w:b/>
        </w:rPr>
        <w:t xml:space="preserve">[31:48] </w:t>
      </w:r>
      <w:r>
        <w:t>ulu ke maani dabdaba.</w:t>
      </w:r>
    </w:p>
    <w:p>
      <w:pPr>
        <w:jc w:val="right"/>
      </w:pPr>
      <w:r>
        <w:t>علو کے معنی دبدبہ۔</w:t>
      </w:r>
    </w:p>
    <w:p>
      <w:r>
        <w:rPr>
          <w:b/>
        </w:rPr>
        <w:t xml:space="preserve">[31:50] </w:t>
      </w:r>
      <w:r>
        <w:t>to sab kuch hai musalmanon ke paas.</w:t>
      </w:r>
    </w:p>
    <w:p>
      <w:pPr>
        <w:jc w:val="right"/>
      </w:pPr>
      <w:r>
        <w:t>تو سب کچھ ہے مسلمانوں کے پاس۔</w:t>
      </w:r>
    </w:p>
    <w:p>
      <w:r>
        <w:rPr>
          <w:b/>
        </w:rPr>
        <w:t xml:space="preserve">[31:53] </w:t>
      </w:r>
      <w:r>
        <w:t>اتنے اتنے سارے مسلمان ہیں کہ more than one billion base ہیں۔</w:t>
      </w:r>
    </w:p>
    <w:p>
      <w:pPr>
        <w:jc w:val="right"/>
      </w:pPr>
      <w:r>
        <w:t>اتنے اتنے سارے مسلمان ہیں کہ more than one billion بیس ہیں۔</w:t>
      </w:r>
    </w:p>
    <w:p>
      <w:r>
        <w:rPr>
          <w:b/>
        </w:rPr>
        <w:t xml:space="preserve">[31:58] </w:t>
      </w:r>
      <w:r>
        <w:t>daulat ka anbaar un ke qadmon ke neeche hai.</w:t>
      </w:r>
    </w:p>
    <w:p>
      <w:pPr>
        <w:jc w:val="right"/>
      </w:pPr>
      <w:r>
        <w:t>دولت کا انبار ان کے قدموں کے نیچے ہے۔</w:t>
      </w:r>
    </w:p>
    <w:p>
      <w:r>
        <w:rPr>
          <w:b/>
        </w:rPr>
        <w:t xml:space="preserve">[32:02] </w:t>
      </w:r>
      <w:r>
        <w:t>kyun ke aap jante hain ke zyada tar tel inhi ke paas hai.</w:t>
      </w:r>
    </w:p>
    <w:p>
      <w:pPr>
        <w:jc w:val="right"/>
      </w:pPr>
      <w:r>
        <w:t>کیونکہ آپ جانتے ہیں کہ زیادہ تر تیل انہی کے پاس ہے۔</w:t>
      </w:r>
    </w:p>
    <w:p>
      <w:r>
        <w:rPr>
          <w:b/>
        </w:rPr>
        <w:t xml:space="preserve">[32:07] </w:t>
      </w:r>
      <w:r>
        <w:t>aur teli to aaj ka sab se bada source of wealth hai.</w:t>
      </w:r>
    </w:p>
    <w:p>
      <w:pPr>
        <w:jc w:val="right"/>
      </w:pPr>
      <w:r>
        <w:t>اور تیلی تو آج کا سب سے بڑا source of wealth ہے۔</w:t>
      </w:r>
    </w:p>
    <w:p>
      <w:r>
        <w:rPr>
          <w:b/>
        </w:rPr>
        <w:t xml:space="preserve">[32:12] </w:t>
      </w:r>
      <w:r>
        <w:t>masajid ki koi ginti nahi hai, madarison ki koi ginti nahi hai, jalson ki koi ginti nahi hai.</w:t>
      </w:r>
    </w:p>
    <w:p>
      <w:pPr>
        <w:jc w:val="right"/>
      </w:pPr>
      <w:r>
        <w:t>مسجدوں کی کوئی گنتی نہیں ہے، مدرسوں کی کوئی گنتی نہیں ہے، جلسوں کی کوئی گنتی نہیں ہے۔</w:t>
      </w:r>
    </w:p>
    <w:p>
      <w:r>
        <w:rPr>
          <w:b/>
        </w:rPr>
        <w:t xml:space="preserve">[32:20] </w:t>
      </w:r>
      <w:r>
        <w:t>har taraf.</w:t>
      </w:r>
    </w:p>
    <w:p>
      <w:pPr>
        <w:jc w:val="right"/>
      </w:pPr>
      <w:r>
        <w:t>ہر طرف۔</w:t>
      </w:r>
    </w:p>
    <w:p>
      <w:r>
        <w:rPr>
          <w:b/>
        </w:rPr>
        <w:t xml:space="preserve">[32:21] </w:t>
      </w:r>
      <w:r>
        <w:t>lekin khud musalmanon hi ke magazine ko padhiye, inhi ke paper ko padhiye, inhi ke jalson mein jaiye.</w:t>
      </w:r>
    </w:p>
    <w:p>
      <w:pPr>
        <w:jc w:val="right"/>
      </w:pPr>
      <w:r>
        <w:t>لیکن خود مسلمانوں ہی کے میگزین کو پڑھیے، انہی کے پیپر کو پڑھیے، انہی کے جلسوں میں جائیے۔</w:t>
      </w:r>
    </w:p>
    <w:p>
      <w:r>
        <w:rPr>
          <w:b/>
        </w:rPr>
        <w:t xml:space="preserve">[32:29] </w:t>
      </w:r>
      <w:r>
        <w:t>rote hain sab log.</w:t>
      </w:r>
    </w:p>
    <w:p>
      <w:pPr>
        <w:jc w:val="right"/>
      </w:pPr>
      <w:r>
        <w:t>روتے ہیں سب لوگ۔</w:t>
      </w:r>
    </w:p>
    <w:p>
      <w:r>
        <w:rPr>
          <w:b/>
        </w:rPr>
        <w:t xml:space="preserve">[32:31] </w:t>
      </w:r>
      <w:r>
        <w:t>ke musalman zaleel ho rahe hain, musalman khawar ho rahe hain.</w:t>
      </w:r>
    </w:p>
    <w:p>
      <w:pPr>
        <w:jc w:val="right"/>
      </w:pPr>
      <w:r>
        <w:t>کہ مسلمان ذلیل ہو رہے ہیں، مسلمان خوار ہو رہے ہیں۔</w:t>
      </w:r>
    </w:p>
    <w:p>
      <w:r>
        <w:rPr>
          <w:b/>
        </w:rPr>
        <w:t xml:space="preserve">[32:36] </w:t>
      </w:r>
      <w:r>
        <w:t>inhi wohi inhi ki zuban bolte hain.</w:t>
      </w:r>
    </w:p>
    <w:p>
      <w:pPr>
        <w:jc w:val="right"/>
      </w:pPr>
      <w:r>
        <w:t>انہی وہی انہی کی زبان بولتے ہیں۔</w:t>
      </w:r>
    </w:p>
    <w:p>
      <w:r>
        <w:rPr>
          <w:b/>
        </w:rPr>
        <w:t xml:space="preserve">[32:39] </w:t>
      </w:r>
      <w:r>
        <w:t>main to yeh sab bole bole bolta.</w:t>
      </w:r>
    </w:p>
    <w:p>
      <w:pPr>
        <w:jc w:val="right"/>
      </w:pPr>
      <w:r>
        <w:t>میں تو یہ سب بولے بولے بولتا۔</w:t>
      </w:r>
    </w:p>
    <w:p>
      <w:r>
        <w:rPr>
          <w:b/>
        </w:rPr>
        <w:t xml:space="preserve">[32:42] </w:t>
      </w:r>
      <w:r>
        <w:t>yeh meri boli nahi hai.</w:t>
      </w:r>
    </w:p>
    <w:p>
      <w:pPr>
        <w:jc w:val="right"/>
      </w:pPr>
      <w:r>
        <w:t>یہ میری بولی نہیں ہے۔</w:t>
      </w:r>
    </w:p>
    <w:p>
      <w:r>
        <w:rPr>
          <w:b/>
        </w:rPr>
        <w:t xml:space="preserve">[32:44] </w:t>
      </w:r>
      <w:r>
        <w:t>mujhe kisi se insaan se nafrat hai, na main kisi ko dushman samajhta hoon.</w:t>
      </w:r>
    </w:p>
    <w:p>
      <w:pPr>
        <w:jc w:val="right"/>
      </w:pPr>
      <w:r>
        <w:t>مجھے کسی سے انسان سے نفرت ہے، نہ میں کسی کو دشمن سمجھتا ہوں۔</w:t>
      </w:r>
    </w:p>
    <w:p>
      <w:r>
        <w:rPr>
          <w:b/>
        </w:rPr>
        <w:t xml:space="preserve">[32:50] </w:t>
      </w:r>
      <w:r>
        <w:t>main dekhna america dushman hai, na hindu dushman hai, na yahudi dushman hai.</w:t>
      </w:r>
    </w:p>
    <w:p>
      <w:pPr>
        <w:jc w:val="right"/>
      </w:pPr>
      <w:r>
        <w:t>میں دیکھنا امریکہ دشمن ہے، نہ ہندو دشمن ہے، نہ یہودی دشمن ہے۔</w:t>
      </w:r>
    </w:p>
    <w:p>
      <w:r>
        <w:rPr>
          <w:b/>
        </w:rPr>
        <w:t xml:space="preserve">[32:55] </w:t>
      </w:r>
      <w:r>
        <w:t>asal problem yeh hai ke musalmanon se iman chala gaya hai.</w:t>
      </w:r>
    </w:p>
    <w:p>
      <w:pPr>
        <w:jc w:val="right"/>
      </w:pPr>
      <w:r>
        <w:t>اصل problem یہ ہے کہ مسلمانوں سے ایمان چلا گیا ہے۔</w:t>
      </w:r>
    </w:p>
    <w:p>
      <w:r>
        <w:rPr>
          <w:b/>
        </w:rPr>
        <w:t xml:space="preserve">[33:00] </w:t>
      </w:r>
      <w:r>
        <w:t>yeh sab bilkul baseless baatein hain.</w:t>
      </w:r>
    </w:p>
    <w:p>
      <w:pPr>
        <w:jc w:val="right"/>
      </w:pPr>
      <w:r>
        <w:t>یہ سب بالکل baseless باتیں ہیں۔</w:t>
      </w:r>
    </w:p>
    <w:p>
      <w:r>
        <w:rPr>
          <w:b/>
        </w:rPr>
        <w:t xml:space="preserve">[33:03] </w:t>
      </w:r>
      <w:r>
        <w:t>ke apni apni blame ko doosre par dalna.</w:t>
      </w:r>
    </w:p>
    <w:p>
      <w:pPr>
        <w:jc w:val="right"/>
      </w:pPr>
      <w:r>
        <w:t>کہ اپنی اپنی blame کو دوسرے پر ڈالنا۔</w:t>
      </w:r>
    </w:p>
    <w:p>
      <w:r>
        <w:rPr>
          <w:b/>
        </w:rPr>
        <w:t xml:space="preserve">[33:06] </w:t>
      </w:r>
      <w:r>
        <w:t>koi hamara dushman nahi hai.</w:t>
      </w:r>
    </w:p>
    <w:p>
      <w:pPr>
        <w:jc w:val="right"/>
      </w:pPr>
      <w:r>
        <w:t>کوئی ہمارا دشمن نہیں ہے۔</w:t>
      </w:r>
    </w:p>
    <w:p>
      <w:r>
        <w:rPr>
          <w:b/>
        </w:rPr>
        <w:t xml:space="preserve">[33:08] </w:t>
      </w:r>
      <w:r>
        <w:t>main america se muhabbat karta hoon, yahoodi in in yahoodi se muhabbat karta hoon, hindu se muhabbat karta</w:t>
      </w:r>
    </w:p>
    <w:p>
      <w:pPr>
        <w:jc w:val="right"/>
      </w:pPr>
      <w:r>
        <w:t>میں امریکہ سے محبت کرتا ہوں، یہودی ان ان یہودی سے محبت کرتا ہوں، ہندو سے محبت کرتا</w:t>
      </w:r>
    </w:p>
    <w:p>
      <w:r>
        <w:rPr>
          <w:b/>
        </w:rPr>
        <w:t xml:space="preserve">[33:16]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[33:17] </w:t>
      </w:r>
      <w:r>
        <w:t>lekin main musalmanon ko keh raha hoon ke jo musalman hain har taraf yahi boli bolte hain.</w:t>
      </w:r>
    </w:p>
    <w:p>
      <w:pPr>
        <w:jc w:val="right"/>
      </w:pPr>
      <w:r>
        <w:t>لیکن میں مسلمانوں کو کہہ رہا ہوں کہ جو مسلمان ہیں ہر طرف یہی بولی بولتے ہیں۔</w:t>
      </w:r>
    </w:p>
    <w:p>
      <w:r>
        <w:rPr>
          <w:b/>
        </w:rPr>
        <w:t xml:space="preserve">[33:25] </w:t>
      </w:r>
      <w:r>
        <w:t>har taraf.</w:t>
      </w:r>
    </w:p>
    <w:p>
      <w:pPr>
        <w:jc w:val="right"/>
      </w:pPr>
      <w:r>
        <w:t>ہر طرف۔</w:t>
      </w:r>
    </w:p>
    <w:p>
      <w:r>
        <w:rPr>
          <w:b/>
        </w:rPr>
        <w:t xml:space="preserve">[33:26] </w:t>
      </w:r>
      <w:r>
        <w:t>ke hamare paas conspiracy, hamare khilaf conspiracy ho rahi hai.</w:t>
      </w:r>
    </w:p>
    <w:p>
      <w:pPr>
        <w:jc w:val="right"/>
      </w:pPr>
      <w:r>
        <w:t>کہ ہمارے پاس conspiracy، ہمارے خلاف conspiracy ہو رہی ہے۔</w:t>
      </w:r>
    </w:p>
    <w:p>
      <w:r>
        <w:rPr>
          <w:b/>
        </w:rPr>
        <w:t xml:space="preserve">[33:30] </w:t>
      </w:r>
      <w:r>
        <w:t>hamare khilaf sab log dushman hamare ho gaye hain.</w:t>
      </w:r>
    </w:p>
    <w:p>
      <w:pPr>
        <w:jc w:val="right"/>
      </w:pPr>
      <w:r>
        <w:t>ہمارے خلاف سب لوگ دشمن ہمارے ہو گئے ہیں۔</w:t>
      </w:r>
    </w:p>
    <w:p>
      <w:r>
        <w:rPr>
          <w:b/>
        </w:rPr>
        <w:t xml:space="preserve">[33:34] </w:t>
      </w:r>
      <w:r>
        <w:t>hum ko bithana chahte hain, yeh hoga.</w:t>
      </w:r>
    </w:p>
    <w:p>
      <w:pPr>
        <w:jc w:val="right"/>
      </w:pPr>
      <w:r>
        <w:t>ہم کو بٹھانا چاہتے ہیں، یہ ہوگا۔</w:t>
      </w:r>
    </w:p>
    <w:p>
      <w:r>
        <w:rPr>
          <w:b/>
        </w:rPr>
        <w:t xml:space="preserve">[33:37] </w:t>
      </w:r>
      <w:r>
        <w:t>jahan bhi dekhen, jahan bhi dekhen, jahan bhi dekhen.</w:t>
      </w:r>
    </w:p>
    <w:p>
      <w:pPr>
        <w:jc w:val="right"/>
      </w:pPr>
      <w:r>
        <w:t>جہاں بھی دیکھیں، جہاں بھی دیکھیں، جہاں بھی دیکھیں۔</w:t>
      </w:r>
    </w:p>
    <w:p>
      <w:r>
        <w:rPr>
          <w:b/>
        </w:rPr>
        <w:t xml:space="preserve">[33:41] </w:t>
      </w:r>
      <w:r>
        <w:t>yahi boli hai.</w:t>
      </w:r>
    </w:p>
    <w:p>
      <w:pPr>
        <w:jc w:val="right"/>
      </w:pPr>
      <w:r>
        <w:t>یہی بولی ہے۔</w:t>
      </w:r>
    </w:p>
    <w:p>
      <w:r>
        <w:rPr>
          <w:b/>
        </w:rPr>
        <w:t xml:space="preserve">[33:43] </w:t>
      </w:r>
      <w:r>
        <w:t>Without any exception.</w:t>
      </w:r>
    </w:p>
    <w:p>
      <w:pPr>
        <w:jc w:val="right"/>
      </w:pPr>
      <w:r>
        <w:t>Without any exception۔</w:t>
      </w:r>
    </w:p>
    <w:p>
      <w:r>
        <w:rPr>
          <w:b/>
        </w:rPr>
        <w:t xml:space="preserve">[33:44] </w:t>
      </w:r>
      <w:r>
        <w:t>to un ki boli mein bol raha hoon.</w:t>
      </w:r>
    </w:p>
    <w:p>
      <w:pPr>
        <w:jc w:val="right"/>
      </w:pPr>
      <w:r>
        <w:t>تو ان کی بولی میں بول رہا ہوں۔</w:t>
      </w:r>
    </w:p>
    <w:p>
      <w:r>
        <w:rPr>
          <w:b/>
        </w:rPr>
        <w:t xml:space="preserve">[33:48] </w:t>
      </w:r>
      <w:r>
        <w:t>ke tum ne apne khud hi keh tum keh rahe ho har taraf ke hum hamara dabdaba dunya</w:t>
      </w:r>
    </w:p>
    <w:p>
      <w:pPr>
        <w:jc w:val="right"/>
      </w:pPr>
      <w:r>
        <w:t>کہ تم نے اپنے خود ہی کہہ تم کہہ رہے ہو ہر طرف کہ ہم ہمارا دبدبہ دنیا</w:t>
      </w:r>
    </w:p>
    <w:p>
      <w:r>
        <w:rPr>
          <w:b/>
        </w:rPr>
        <w:t xml:space="preserve">[33:55] </w:t>
      </w:r>
      <w:r>
        <w:t>mein nahi hai.</w:t>
      </w:r>
    </w:p>
    <w:p>
      <w:pPr>
        <w:jc w:val="right"/>
      </w:pPr>
      <w:r>
        <w:t>میں نہیں ہے۔</w:t>
      </w:r>
    </w:p>
    <w:p>
      <w:r>
        <w:rPr>
          <w:b/>
        </w:rPr>
        <w:t xml:space="preserve">[33:57] </w:t>
      </w:r>
      <w:r>
        <w:t>to dabdaba nahi hai to yeh bhi mano ke quran ke mutabiq tumhara to iman hi nahi hai.</w:t>
      </w:r>
    </w:p>
    <w:p>
      <w:pPr>
        <w:jc w:val="right"/>
      </w:pPr>
      <w:r>
        <w:t>تو دبدبہ نہیں ہے تو یہ بھی مانو کہ قرآن کے مطابق تمہارا تو ایمان ہی نہیں ہے۔</w:t>
      </w:r>
    </w:p>
    <w:p>
      <w:r>
        <w:rPr>
          <w:b/>
        </w:rPr>
        <w:t xml:space="preserve">[34:04] </w:t>
      </w:r>
      <w:r>
        <w:t>ek ek maine ek kitab ek hadith mein ek qissa parha ke sahaba kahin gaye kisi campaign</w:t>
      </w:r>
    </w:p>
    <w:p>
      <w:pPr>
        <w:jc w:val="right"/>
      </w:pPr>
      <w:r>
        <w:t>ایک ایک میں نے ایک کتاب ایک حدیث میں ایک قصہ پڑھا کہ صحابہ کہیں گئے کسی campaign</w:t>
      </w:r>
    </w:p>
    <w:p>
      <w:r>
        <w:rPr>
          <w:b/>
        </w:rPr>
        <w:t xml:space="preserve">[34:12] </w:t>
      </w:r>
      <w:r>
        <w:t>par to kisi qile ko unhon ne ghira lekin kai haftay beet gaye aur woh qila jo hai</w:t>
      </w:r>
    </w:p>
    <w:p>
      <w:pPr>
        <w:jc w:val="right"/>
      </w:pPr>
      <w:r>
        <w:t>پر تو کسی قلعے کو انہوں نے گھیرا لیکن کئی ہفتے بیت گئے اور وہ قلعہ جو ہے</w:t>
      </w:r>
    </w:p>
    <w:p>
      <w:r>
        <w:rPr>
          <w:b/>
        </w:rPr>
        <w:t xml:space="preserve">[34:20] </w:t>
      </w:r>
      <w:r>
        <w:t>woh woh woh woh log bohat zabardast thay woh yeh log fateh nahi kar pa rahe thay is</w:t>
      </w:r>
    </w:p>
    <w:p>
      <w:pPr>
        <w:jc w:val="right"/>
      </w:pPr>
      <w:r>
        <w:t>وہ وہ وہ وہ لوگ بہت زبردست تھے وہ یہ لوگ فتح نہیں کر پا رہے تھے اس</w:t>
      </w:r>
    </w:p>
    <w:p>
      <w:r>
        <w:rPr>
          <w:b/>
        </w:rPr>
        <w:t xml:space="preserve">[34:28] </w:t>
      </w:r>
      <w:r>
        <w:t>ko to ek din sahaba baithe sochne ke liye ke bhai zaroor hai koi hum se ab hamare</w:t>
      </w:r>
    </w:p>
    <w:p>
      <w:pPr>
        <w:jc w:val="right"/>
      </w:pPr>
      <w:r>
        <w:t>کو تو ایک دن صحابہ بیٹھے سوچنے کے لیے کہ بھئی ضرور ہے کوئی ہم سے اب ہمارے</w:t>
      </w:r>
    </w:p>
    <w:p>
      <w:r>
        <w:rPr>
          <w:b/>
        </w:rPr>
        <w:t xml:space="preserve">[34:35] </w:t>
      </w:r>
      <w:r>
        <w:t>andar koi kami hai ke hum jeet nahi pa rahe hain hamare andar koi kami hai to logon</w:t>
      </w:r>
    </w:p>
    <w:p>
      <w:pPr>
        <w:jc w:val="right"/>
      </w:pPr>
      <w:r>
        <w:t>اندر کوئی کمی ہے کہ ہم جیت نہیں پا رہے ہیں ہمارے اندر کوئی کمی ہے تو لوگوں</w:t>
      </w:r>
    </w:p>
    <w:p>
      <w:r>
        <w:rPr>
          <w:b/>
        </w:rPr>
        <w:t xml:space="preserve">[34:43] </w:t>
      </w:r>
      <w:r>
        <w:t>ne socha socha socha to log is par yeh rai bani logon ki ke hum hum se ek</w:t>
      </w:r>
    </w:p>
    <w:p>
      <w:pPr>
        <w:jc w:val="right"/>
      </w:pPr>
      <w:r>
        <w:t>نے سوچا سوچا سوچا تو لوگ اس پر یہ رائے بنی لوگوں کی کہ ہم ہم سے ایک</w:t>
      </w:r>
    </w:p>
    <w:p>
      <w:r>
        <w:rPr>
          <w:b/>
        </w:rPr>
        <w:t xml:space="preserve">[34:51] </w:t>
      </w:r>
      <w:r>
        <w:t>sunnat chhoot gayi hai is sunnat ko chhootne ki wajah se qila hum fateh nahi kar pa rahe</w:t>
      </w:r>
    </w:p>
    <w:p>
      <w:pPr>
        <w:jc w:val="right"/>
      </w:pPr>
      <w:r>
        <w:t>سنت چھوٹ گئی ہے اس سنت کو چھوٹنے کی وجہ سے قلعہ ہم فتح نہیں کر پا رہے</w:t>
      </w:r>
    </w:p>
    <w:p>
      <w:r>
        <w:rPr>
          <w:b/>
        </w:rPr>
        <w:t xml:space="preserve">[34:58] </w:t>
      </w:r>
      <w:r>
        <w:t>matlab apne andar dhoonda unhon ne is ki blame ko apne andar dhoonda aur sunnat ko phir unhon</w:t>
      </w:r>
    </w:p>
    <w:p>
      <w:pPr>
        <w:jc w:val="right"/>
      </w:pPr>
      <w:r>
        <w:t>مطلب اپنے اندر ڈھونڈا انہوں نے اس کی blame کو اپنے اندر ڈھونڈا اور سنت کو پھر انہوں</w:t>
      </w:r>
    </w:p>
    <w:p>
      <w:r>
        <w:rPr>
          <w:b/>
        </w:rPr>
        <w:t xml:space="preserve">[35:06] </w:t>
      </w:r>
      <w:r>
        <w:t>ne poora kiya aur phir woh qila fateh kar liya unhon ne to yeh jo sari dunya mein</w:t>
      </w:r>
    </w:p>
    <w:p>
      <w:pPr>
        <w:jc w:val="right"/>
      </w:pPr>
      <w:r>
        <w:t>نے پورا کیا اور پھر وہ قلعہ فتح کر لیا انہوں نے تو یہ جو ساری دنیا میں</w:t>
      </w:r>
    </w:p>
    <w:p>
      <w:r>
        <w:rPr>
          <w:b/>
        </w:rPr>
        <w:t xml:space="preserve">[35:14] </w:t>
      </w:r>
      <w:r>
        <w:t>musalmanon ki boliyan hain har taraf ke sab hamein hamare khilaf conspiracy kar rahe hain hamare dushman hain</w:t>
      </w:r>
    </w:p>
    <w:p>
      <w:pPr>
        <w:jc w:val="right"/>
      </w:pPr>
      <w:r>
        <w:t>مسلمانوں کی بولیاں ہیں ہر طرف کہ سب ہمیں ہمارے خلاف conspiracy کر رہے ہیں ہمارے دشمن ہیں</w:t>
      </w:r>
    </w:p>
    <w:p>
      <w:r>
        <w:rPr>
          <w:b/>
        </w:rPr>
        <w:t xml:space="preserve">[35:22] </w:t>
      </w:r>
      <w:r>
        <w:t>hamare khilaf sab log ho gaye hain hum ko bithana chahte hain yeh sab baseless boliyaan hain baseless</w:t>
      </w:r>
    </w:p>
    <w:p>
      <w:pPr>
        <w:jc w:val="right"/>
      </w:pPr>
      <w:r>
        <w:t>ہمارے خلاف سب لوگ ہو گئے ہیں ہم کو بٹھانا چاہتے ہیں یہ سب baseless بولیاں ہیں baseless</w:t>
      </w:r>
    </w:p>
    <w:p>
      <w:r>
        <w:rPr>
          <w:b/>
        </w:rPr>
        <w:t xml:space="preserve">[35:29] </w:t>
      </w:r>
      <w:r>
        <w:t>boliyaan hain blame thyself apne andar blame dhoondo apne andar nikalo ke mujh se kya kami hui hai</w:t>
      </w:r>
    </w:p>
    <w:p>
      <w:pPr>
        <w:jc w:val="right"/>
      </w:pPr>
      <w:r>
        <w:t>بولیاں ہیں blame thyself اپنے اندر blame ڈھونڈو اپنے اندر نکالو کہ مجھ سے کیا کمی ہوئی ہے</w:t>
      </w:r>
    </w:p>
    <w:p>
      <w:r>
        <w:rPr>
          <w:b/>
        </w:rPr>
        <w:t xml:space="preserve">[35:37] </w:t>
      </w:r>
      <w:r>
        <w:t>jaisa ke sahaba ne kiya tha apne andar talash karo is zamane mein Allah taala ne bohat se</w:t>
      </w:r>
    </w:p>
    <w:p>
      <w:pPr>
        <w:jc w:val="right"/>
      </w:pPr>
      <w:r>
        <w:t>جیسا کہ صحابہ نے کیا تھا اپنے اندر تلاش کرو اس زمانے میں اللہ تعالی نے بہت سے</w:t>
      </w:r>
    </w:p>
    <w:p>
      <w:r>
        <w:rPr>
          <w:b/>
        </w:rPr>
        <w:t xml:space="preserve">[35:45] </w:t>
      </w:r>
      <w:r>
        <w:t>namune qaim kiye hain is baat ke ek namuna Japan ka hai dekhiye second world war mein Japan</w:t>
      </w:r>
    </w:p>
    <w:p>
      <w:pPr>
        <w:jc w:val="right"/>
      </w:pPr>
      <w:r>
        <w:t>نمونے قائم کیے ہیں اس بات کے ایک نمونہ جاپان کا ہے دیکھیے سیکنڈ ورلڈ وار میں جاپان</w:t>
      </w:r>
    </w:p>
    <w:p>
      <w:r>
        <w:rPr>
          <w:b/>
        </w:rPr>
        <w:t xml:space="preserve">[35:52] </w:t>
      </w:r>
      <w:r>
        <w:t>jo hai haar gaya America ne atom bomb giraye aur un ki industry ko tabah kar diya Hiroshima</w:t>
      </w:r>
    </w:p>
    <w:p>
      <w:pPr>
        <w:jc w:val="right"/>
      </w:pPr>
      <w:r>
        <w:t>جو ہے ہار گیا امریکہ نے ایٹم بم گرائے اور ان کی انڈسٹری کو تباہ کر دیا ہیروشیما</w:t>
      </w:r>
    </w:p>
    <w:p>
      <w:r>
        <w:rPr>
          <w:b/>
        </w:rPr>
        <w:t xml:space="preserve">[36:00] </w:t>
      </w:r>
      <w:r>
        <w:t>aur Nagasaki un ke yani industrial cities the un ko tabah kar diya ab dekhiye ke Japan wale</w:t>
      </w:r>
    </w:p>
    <w:p>
      <w:pPr>
        <w:jc w:val="right"/>
      </w:pPr>
      <w:r>
        <w:t>اور ناگاسکی ان کے یعنی انڈسٹریل سٹیز تھے ان کو تباہ کر دیا اب دیکھیے کہ جاپان والے</w:t>
      </w:r>
    </w:p>
    <w:p>
      <w:r>
        <w:rPr>
          <w:b/>
        </w:rPr>
        <w:t xml:space="preserve">[36:08] </w:t>
      </w:r>
      <w:r>
        <w:t>jo the unhon ne socha ke aisa kyun hua kyun hum haar kyun hum haar gaye unhon ne</w:t>
      </w:r>
    </w:p>
    <w:p>
      <w:pPr>
        <w:jc w:val="right"/>
      </w:pPr>
      <w:r>
        <w:t>جو تھے انہوں نے سوچا کہ ایسا کیوں ہوا کیوں ہم ہار کیوں ہم ہار گئے انہوں نے</w:t>
      </w:r>
    </w:p>
    <w:p>
      <w:r>
        <w:rPr>
          <w:b/>
        </w:rPr>
        <w:t xml:space="preserve">[36:16] </w:t>
      </w:r>
      <w:r>
        <w:t>yeh tay kiya ke hum American se education mein peechay hain scientific education mein ek Khuda ne ek</w:t>
      </w:r>
    </w:p>
    <w:p>
      <w:pPr>
        <w:jc w:val="right"/>
      </w:pPr>
      <w:r>
        <w:t>یہ طے کیا کہ ہم امریکن سے education میں پیچھے ہیں scientific education میں ایک خدا نے ایک</w:t>
      </w:r>
    </w:p>
    <w:p>
      <w:r>
        <w:rPr>
          <w:b/>
        </w:rPr>
        <w:t xml:space="preserve">[36:23] </w:t>
      </w:r>
      <w:r>
        <w:t>misal qaim ki hai secular world mein secular world mein ke apne andar dhoondo kami ko bahar mat</w:t>
      </w:r>
    </w:p>
    <w:p>
      <w:pPr>
        <w:jc w:val="right"/>
      </w:pPr>
      <w:r>
        <w:t>مثال قائم کی ہے سیکولر world میں سیکولر world میں کہ اپنے اندر ڈھونڈو کمی کو باہر مت</w:t>
      </w:r>
    </w:p>
    <w:p>
      <w:r>
        <w:rPr>
          <w:b/>
        </w:rPr>
        <w:t xml:space="preserve">[36:31] </w:t>
      </w:r>
      <w:r>
        <w:t>talash karo to America ke jo baray baray log the unhon ne yeh samjha ke asal masla yeh</w:t>
      </w:r>
    </w:p>
    <w:p>
      <w:pPr>
        <w:jc w:val="right"/>
      </w:pPr>
      <w:r>
        <w:t>تلاش کرو تو امریکہ کے جو بڑے بڑے لوگ تھے انہوں نے یہ سمجھا کہ اصل مسئلہ یہ</w:t>
      </w:r>
    </w:p>
    <w:p>
      <w:r>
        <w:rPr>
          <w:b/>
        </w:rPr>
        <w:t xml:space="preserve">[36:39] </w:t>
      </w:r>
      <w:r>
        <w:t>nahi ke America ne zulm kiya hamare upar yani unhon ne kaha yeh boli nahi bolay woh ke</w:t>
      </w:r>
    </w:p>
    <w:p>
      <w:pPr>
        <w:jc w:val="right"/>
      </w:pPr>
      <w:r>
        <w:t>نہیں کہ امریکہ نے ظلم کیا ہمارے اوپر یعنی انہوں نے کہا یہ بولی نہیں بولے وہ کہ</w:t>
      </w:r>
    </w:p>
    <w:p>
      <w:r>
        <w:rPr>
          <w:b/>
        </w:rPr>
        <w:t xml:space="preserve">[36:46] </w:t>
      </w:r>
      <w:r>
        <w:t>America ne zulm kiya hai America dushman hamara yeh sab yeh boli nahi bolay woh log unhon ne</w:t>
      </w:r>
    </w:p>
    <w:p>
      <w:pPr>
        <w:jc w:val="right"/>
      </w:pPr>
      <w:r>
        <w:t>امریکہ نے ظلم کیا ہے امریکہ دشمن ہمارا یہ سب یہ بولی نہیں بولے وہ لوگ انہوں نے</w:t>
      </w:r>
    </w:p>
    <w:p>
      <w:r>
        <w:rPr>
          <w:b/>
        </w:rPr>
        <w:t xml:space="preserve">[36:54] </w:t>
      </w:r>
      <w:r>
        <w:t>dhoond kar nikala dhoond kar nikala apni kami ko woh kami kya thi Americans ke muqable mein hum</w:t>
      </w:r>
    </w:p>
    <w:p>
      <w:pPr>
        <w:jc w:val="right"/>
      </w:pPr>
      <w:r>
        <w:t>ڈھونڈ کر نکالا ڈھونڈ کر نکالا اپنی کمی کو وہ کمی کیا تھی امریکنز کے مقابلے میں ہم</w:t>
      </w:r>
    </w:p>
    <w:p>
      <w:r>
        <w:rPr>
          <w:b/>
        </w:rPr>
        <w:t xml:space="preserve">[37:02] </w:t>
      </w:r>
      <w:r>
        <w:t>scientific education mein peechay hain aur jante hain kya hua is par thirty years ki planning ki gayi</w:t>
      </w:r>
    </w:p>
    <w:p>
      <w:pPr>
        <w:jc w:val="right"/>
      </w:pPr>
      <w:r>
        <w:t>scientific education میں پیچھے ہیں اور جانتے ہیں کیا ہوا اس پر تھرٹی years کی planning کی گئی</w:t>
      </w:r>
    </w:p>
    <w:p>
      <w:r>
        <w:rPr>
          <w:b/>
        </w:rPr>
        <w:t xml:space="preserve">[37:10] </w:t>
      </w:r>
      <w:r>
        <w:t>tees saal ka education ka un ka plan banaya gaya ke tees saal tak humein kuch karna hi</w:t>
      </w:r>
    </w:p>
    <w:p>
      <w:pPr>
        <w:jc w:val="right"/>
      </w:pPr>
      <w:r>
        <w:t>تیس سال کا education کا ان کا plan بنایا گیا کہ تیس سال تک ہمیں کچھ کرنا ہی</w:t>
      </w:r>
    </w:p>
    <w:p>
      <w:r>
        <w:rPr>
          <w:b/>
        </w:rPr>
        <w:t xml:space="preserve">[37:17] </w:t>
      </w:r>
      <w:r>
        <w:t>nahi hai tees saal tak humein sirf education lena hai scientific education aur jante hain tees saal ke</w:t>
      </w:r>
    </w:p>
    <w:p>
      <w:pPr>
        <w:jc w:val="right"/>
      </w:pPr>
      <w:r>
        <w:t>نہیں ہے تیس سال تک ہمیں صرف education لینا ہے scientific education اور جانتے ہیں تیس سال کے</w:t>
      </w:r>
    </w:p>
    <w:p>
      <w:r>
        <w:rPr>
          <w:b/>
        </w:rPr>
        <w:t xml:space="preserve">[37:25] </w:t>
      </w:r>
      <w:r>
        <w:t>baad kya hua ek breaking hua ke Japan economic superpower ban gaya Japan economic superpower ban gaya aur</w:t>
      </w:r>
    </w:p>
    <w:p>
      <w:pPr>
        <w:jc w:val="right"/>
      </w:pPr>
      <w:r>
        <w:t>بعد کیا ہوا ایک breaking ہوا کہ جاپان economic superpower بن گیا جاپان economic superpower بن گیا اور</w:t>
      </w:r>
    </w:p>
    <w:p>
      <w:r>
        <w:rPr>
          <w:b/>
        </w:rPr>
        <w:t xml:space="preserve">[37:33] </w:t>
      </w:r>
      <w:r>
        <w:t>abhi mein ne parha paper mein aaya hai ke NASA jo hai wahan ka jo scientific idara hai</w:t>
      </w:r>
    </w:p>
    <w:p>
      <w:pPr>
        <w:jc w:val="right"/>
      </w:pPr>
      <w:r>
        <w:t>ابھی میں نے پڑھا paper میں آیا ہے کہ ناسا جو ہے وہاں کا جو scientific ادارہ ہے</w:t>
      </w:r>
    </w:p>
    <w:p>
      <w:r>
        <w:rPr>
          <w:b/>
        </w:rPr>
        <w:t xml:space="preserve">[37:40] </w:t>
      </w:r>
      <w:r>
        <w:t>jo space ko control karta hai to us ko us ka station space mein hai America ka station</w:t>
      </w:r>
    </w:p>
    <w:p>
      <w:pPr>
        <w:jc w:val="right"/>
      </w:pPr>
      <w:r>
        <w:t>جو اسپیس کو کنٹرول کرتا ہے تو اس کو اس کا اسٹیشن اسپیس میں ہے امریکہ کا اسٹیشن</w:t>
      </w:r>
    </w:p>
    <w:p>
      <w:r>
        <w:rPr>
          <w:b/>
        </w:rPr>
        <w:t xml:space="preserve">[37:48] </w:t>
      </w:r>
      <w:r>
        <w:t>us ko supply karna parta hai cheezein to un ko ek cargo chahiye jo wahan unmind cargo ja</w:t>
      </w:r>
    </w:p>
    <w:p>
      <w:pPr>
        <w:jc w:val="right"/>
      </w:pPr>
      <w:r>
        <w:t>اس کو سپلائی کرنا پڑتا ہے چیزیں تو ان کو ایک کارگو چاہیے جو وہاں unmind کارگو جا</w:t>
      </w:r>
    </w:p>
    <w:p>
      <w:r>
        <w:rPr>
          <w:b/>
        </w:rPr>
        <w:t xml:space="preserve">[37:56] </w:t>
      </w:r>
      <w:r>
        <w:t>kar woh pohanchaye woh unmind cargo supply kiya Japan ne aur NASA ko woh woh woh woh</w:t>
      </w:r>
    </w:p>
    <w:p>
      <w:pPr>
        <w:jc w:val="right"/>
      </w:pPr>
      <w:r>
        <w:t>کر وہ پہنچائے وہ unmind کارگو سپلائی کیا جاپان نے اور ناسا کو وہ وہ وہ وہ وہ</w:t>
      </w:r>
    </w:p>
    <w:p>
      <w:r>
        <w:rPr>
          <w:b/>
        </w:rPr>
        <w:t xml:space="preserve">[38:04] </w:t>
      </w:r>
      <w:r>
        <w:t>woh cargo Japan de raha hai woh rocket jo zameen se urh kar ke jaye ga wahan space</w:t>
      </w:r>
    </w:p>
    <w:p>
      <w:pPr>
        <w:jc w:val="right"/>
      </w:pPr>
      <w:r>
        <w:t>وہ کارگو جاپان دے رہا ہے وہ راکٹ جو زمین سے اڑ کر کے جائے گا وہاں اسپیس</w:t>
      </w:r>
    </w:p>
    <w:p>
      <w:r>
        <w:rPr>
          <w:b/>
        </w:rPr>
        <w:t xml:space="preserve">[38:11] </w:t>
      </w:r>
      <w:r>
        <w:t>station mein wahan jo cheezein pohanchana hai woh pohanchaye ga ab dekhiye nineteen forty five mein un ke</w:t>
      </w:r>
    </w:p>
    <w:p>
      <w:pPr>
        <w:jc w:val="right"/>
      </w:pPr>
      <w:r>
        <w:t>اسٹیشن میں وہاں جو چیزیں پہنچانا ہے وہ پہنچائے گا اب دیکھیے nineteen forty five میں ان کے</w:t>
      </w:r>
    </w:p>
    <w:p>
      <w:r>
        <w:rPr>
          <w:b/>
        </w:rPr>
        <w:t xml:space="preserve">[38:19] </w:t>
      </w:r>
      <w:r>
        <w:t>shehar tabah kiye gaye the nineteen forty five mein aaj Japan itna aage barh chuka hai isi field</w:t>
      </w:r>
    </w:p>
    <w:p>
      <w:pPr>
        <w:jc w:val="right"/>
      </w:pPr>
      <w:r>
        <w:t>شہر تباہ کیے گئے تھے nineteen forty five میں آج جاپان اتنا آگے بڑھ چکا ہے اسی field</w:t>
      </w:r>
    </w:p>
    <w:p>
      <w:r>
        <w:rPr>
          <w:b/>
        </w:rPr>
        <w:t xml:space="preserve">[38:27] </w:t>
      </w:r>
      <w:r>
        <w:t>mein jis mein woh peechay tha ke NASA ko woh space aircraft supply supply kar raha hai yeh</w:t>
      </w:r>
    </w:p>
    <w:p>
      <w:pPr>
        <w:jc w:val="right"/>
      </w:pPr>
      <w:r>
        <w:t>میں جس میں وہ پیچھے تھا کہ ناسا کو وہ اسپیس aircraft سپلائی سپلائی کر رہا ہے یہ</w:t>
      </w:r>
    </w:p>
    <w:p>
      <w:r>
        <w:rPr>
          <w:b/>
        </w:rPr>
        <w:t xml:space="preserve">[38:34] </w:t>
      </w:r>
      <w:r>
        <w:t>allah ta'ala ne shukr al-fil mein dikhaya hai ke sabab hamesha andar hota hai jo reason hai woh</w:t>
      </w:r>
    </w:p>
    <w:p>
      <w:pPr>
        <w:jc w:val="right"/>
      </w:pPr>
      <w:r>
        <w:t>اللہ تعالی نے شکر الفیل میں دکھایا ہے کہ سبب ہمیشہ اندر ہوتا ہے جو reason ہے وہ</w:t>
      </w:r>
    </w:p>
    <w:p>
      <w:r>
        <w:rPr>
          <w:b/>
        </w:rPr>
        <w:t xml:space="preserve">[38:42] </w:t>
      </w:r>
      <w:r>
        <w:t>hamesha andar hota hai bahir kabhi mat chhoro is ko bahir kabhi mat chhoro yeh allah ta'ala ne</w:t>
      </w:r>
    </w:p>
    <w:p>
      <w:pPr>
        <w:jc w:val="right"/>
      </w:pPr>
      <w:r>
        <w:t>ہمیشہ اندر ہوتا ہے باہر کبھی مت چھوڑو اس کو باہر کبھی مت چھوڑو یہ اللہ تعالی نے</w:t>
      </w:r>
    </w:p>
    <w:p>
      <w:r>
        <w:rPr>
          <w:b/>
        </w:rPr>
        <w:t xml:space="preserve">[38:50] </w:t>
      </w:r>
      <w:r>
        <w:t>secular field mein aik bohat bara hamein namoona dikhaya hai kyunke musalman sau baras se yahi kar rahe</w:t>
      </w:r>
    </w:p>
    <w:p>
      <w:pPr>
        <w:jc w:val="right"/>
      </w:pPr>
      <w:r>
        <w:t>سیکولر field میں ایک بہت بڑا ہمیں نمونہ دکھایا ہے کیونکہ مسلمان سو برس سے یہی کر رہے</w:t>
      </w:r>
    </w:p>
    <w:p>
      <w:r>
        <w:rPr>
          <w:b/>
        </w:rPr>
        <w:t xml:space="preserve">[38:58] </w:t>
      </w:r>
      <w:r>
        <w:t>hain ke bahir dhoondh rahe hain jab mein chhota tha bachpan mein to is zamanay mein aik topic</w:t>
      </w:r>
    </w:p>
    <w:p>
      <w:pPr>
        <w:jc w:val="right"/>
      </w:pPr>
      <w:r>
        <w:t>ہیں کہ باہر ڈھونڈ رہے ہیں جب میں چھوٹا تھا بچپن میں تو اس زمانے میں ایک topic</w:t>
      </w:r>
    </w:p>
    <w:p>
      <w:r>
        <w:rPr>
          <w:b/>
        </w:rPr>
        <w:t xml:space="preserve">[39:05] </w:t>
      </w:r>
      <w:r>
        <w:t>bohat chalta tha saare magazine mein musalman kya karein jis jis paper ko parhiye jis magazine ko parhiye</w:t>
      </w:r>
    </w:p>
    <w:p>
      <w:pPr>
        <w:jc w:val="right"/>
      </w:pPr>
      <w:r>
        <w:t>بہت چلتا تھا سارے میگزین میں مسلمان کیا کریں جس جس paper کو پڑھیے جس میگزین کو پڑھیے</w:t>
      </w:r>
    </w:p>
    <w:p>
      <w:r>
        <w:rPr>
          <w:b/>
        </w:rPr>
        <w:t xml:space="preserve">[39:13] </w:t>
      </w:r>
      <w:r>
        <w:t>jis jalsay mein jaiye musalman kya karein musalman kya karein har jagah kya kaha jata tha ke musalman</w:t>
      </w:r>
    </w:p>
    <w:p>
      <w:pPr>
        <w:jc w:val="right"/>
      </w:pPr>
      <w:r>
        <w:t>جس جلسے میں جائیے مسلمان کیا کریں مسلمان کیا کریں ہر جگہ کیا کہا جاتا تھا کہ مسلمان</w:t>
      </w:r>
    </w:p>
    <w:p>
      <w:r>
        <w:rPr>
          <w:b/>
        </w:rPr>
        <w:t xml:space="preserve">[39:21] </w:t>
      </w:r>
      <w:r>
        <w:t>jo hain un ki un ko discover karein un ke conspiracies ko conspiracy ko un ko fight karein</w:t>
      </w:r>
    </w:p>
    <w:p>
      <w:pPr>
        <w:jc w:val="right"/>
      </w:pPr>
      <w:r>
        <w:t>جو ہیں ان کی ان کو discover کریں ان کے conspiracies کو conspiracy کو ان کو fight کریں</w:t>
      </w:r>
    </w:p>
    <w:p>
      <w:r>
        <w:rPr>
          <w:b/>
        </w:rPr>
        <w:t xml:space="preserve">[39:28] </w:t>
      </w:r>
      <w:r>
        <w:t>un se yeh karein woh karein yaani apnay se bahir dhoondhe hue thay is ka reason allah ta'ala</w:t>
      </w:r>
    </w:p>
    <w:p>
      <w:pPr>
        <w:jc w:val="right"/>
      </w:pPr>
      <w:r>
        <w:t>ان سے یہ کریں وہ کریں یعنی اپنے سے باہر ڈھونڈے ہوئے تھے اس کا reason اللہ تعالی</w:t>
      </w:r>
    </w:p>
    <w:p>
      <w:r>
        <w:rPr>
          <w:b/>
        </w:rPr>
        <w:t xml:space="preserve">[39:36] </w:t>
      </w:r>
      <w:r>
        <w:t>ne dikhaya hai japan ki shakal mein ke reason andar hota hai reason bahir kabhi hota hi nahin</w:t>
      </w:r>
    </w:p>
    <w:p>
      <w:pPr>
        <w:jc w:val="right"/>
      </w:pPr>
      <w:r>
        <w:t>نے دکھایا ہے جاپان کی شکل میں کہ reason اندر ہوتا ہے reason باہر کبھی ہوتا ہی نہیں</w:t>
      </w:r>
    </w:p>
    <w:p>
      <w:r>
        <w:rPr>
          <w:b/>
        </w:rPr>
        <w:t xml:space="preserve">[39:44] </w:t>
      </w:r>
      <w:r>
        <w:t>hai aap ghor kijiye ke nineteen forty five mein jo japan scientific education mein amreeka se bohat peechay</w:t>
      </w:r>
    </w:p>
    <w:p>
      <w:pPr>
        <w:jc w:val="right"/>
      </w:pPr>
      <w:r>
        <w:t>ہے آپ غور کیجیے کہ nineteen forty five میں جو جاپان scientific education میں امریکہ سے بہت پیچھے</w:t>
      </w:r>
    </w:p>
    <w:p>
      <w:r>
        <w:rPr>
          <w:b/>
        </w:rPr>
        <w:t xml:space="preserve">[39:52] </w:t>
      </w:r>
      <w:r>
        <w:t>tha us waqt un ka nuclear science hi nahin thi nineteen forty five mein japan ke paas nuclear</w:t>
      </w:r>
    </w:p>
    <w:p>
      <w:pPr>
        <w:jc w:val="right"/>
      </w:pPr>
      <w:r>
        <w:t>تھا اس وقت ان کا nuclear سائنس ہی نہیں تھی nineteen forty five میں جاپان کے پاس nuclear</w:t>
      </w:r>
    </w:p>
    <w:p>
      <w:r>
        <w:rPr>
          <w:b/>
        </w:rPr>
        <w:t xml:space="preserve">[39:59] </w:t>
      </w:r>
      <w:r>
        <w:t>science nahin thi jabke amreeka atom bomb bana chuka tha nuclear bomb bana chuka tha itni muddat mein</w:t>
      </w:r>
    </w:p>
    <w:p>
      <w:pPr>
        <w:jc w:val="right"/>
      </w:pPr>
      <w:r>
        <w:t>سائنس نہیں تھی جبکہ امریکہ ایٹم بم بنا چکا تھا nuclear بم بنا چکا تھا اتنی مدت میں</w:t>
      </w:r>
    </w:p>
    <w:p>
      <w:r>
        <w:rPr>
          <w:b/>
        </w:rPr>
        <w:t xml:space="preserve">[40:07] </w:t>
      </w:r>
      <w:r>
        <w:t>aap dekhiye kitna bara inqilab aaya kyun apnay andar dhoonda unhon ne kami ko apni kami ko door</w:t>
      </w:r>
    </w:p>
    <w:p>
      <w:pPr>
        <w:jc w:val="right"/>
      </w:pPr>
      <w:r>
        <w:t>آپ دیکھیے کتنا بڑا انقلاب آیا کیوں اپنے اندر ڈھونڈا انہوں نے کمی کو اپنی کمی کو دور</w:t>
      </w:r>
    </w:p>
    <w:p>
      <w:r>
        <w:rPr>
          <w:b/>
        </w:rPr>
        <w:t xml:space="preserve">[40:15] </w:t>
      </w:r>
      <w:r>
        <w:t>karne ki koshish ki unhon ne amreeka ko blame dena yeh yeh kaam nahin kiya unhon ne yeh</w:t>
      </w:r>
    </w:p>
    <w:p>
      <w:pPr>
        <w:jc w:val="right"/>
      </w:pPr>
      <w:r>
        <w:t>کرنے کی کوشش کی انہوں نے امریکہ کو blame دینا یہ یہ کام نہیں کیا انہوں نے یہ</w:t>
      </w:r>
    </w:p>
    <w:p>
      <w:r>
        <w:rPr>
          <w:b/>
        </w:rPr>
        <w:t xml:space="preserve">[40:22] </w:t>
      </w:r>
      <w:r>
        <w:t>kaam nahin kiya unhon ne to musalmanon ko jo hai apna reassess karna paray ga revise karna paray</w:t>
      </w:r>
    </w:p>
    <w:p>
      <w:pPr>
        <w:jc w:val="right"/>
      </w:pPr>
      <w:r>
        <w:t>کام نہیں کیا انہوں نے تو مسلمانوں کو جو ہے اپنا reassess کرنا پڑے گا revise کرنا پڑے</w:t>
      </w:r>
    </w:p>
    <w:p>
      <w:r>
        <w:rPr>
          <w:b/>
        </w:rPr>
        <w:t xml:space="preserve">[40:30] </w:t>
      </w:r>
      <w:r>
        <w:t>ga is poori strategy ko badalna paray ga poori poori strategy ko badalna paray ga apni kamiyon ko</w:t>
      </w:r>
    </w:p>
    <w:p>
      <w:pPr>
        <w:jc w:val="right"/>
      </w:pPr>
      <w:r>
        <w:t>گا اس پوری strategy کو بدلنا پڑے گا پوری پوری strategy کو بدلنا پڑے گا اپنی کمیوں کو</w:t>
      </w:r>
    </w:p>
    <w:p>
      <w:r>
        <w:rPr>
          <w:b/>
        </w:rPr>
        <w:t xml:space="preserve">[40:38] </w:t>
      </w:r>
      <w:r>
        <w:t>dhoondna paray ga apni short kami ko jaanna paray ga yeh hai sab se bara masla jis se</w:t>
      </w:r>
    </w:p>
    <w:p>
      <w:pPr>
        <w:jc w:val="right"/>
      </w:pPr>
      <w:r>
        <w:t>ڈھونڈنا پڑے گا اپنی short کمی کو جاننا پڑے گا یہ ہے سب سے بڑا مسئلہ جس سے</w:t>
      </w:r>
    </w:p>
    <w:p>
      <w:r>
        <w:rPr>
          <w:b/>
        </w:rPr>
        <w:t xml:space="preserve">[40:46] </w:t>
      </w:r>
      <w:r>
        <w:t>hum gharray hue hain aaj to mein agar yeh kahoon ke muslim world aur aur non muslim world</w:t>
      </w:r>
    </w:p>
    <w:p>
      <w:pPr>
        <w:jc w:val="right"/>
      </w:pPr>
      <w:r>
        <w:t>ہم گھرے ہوئے ہیں آج تو میں اگر یہ کہوں کہ مسلم world اور اور non مسلم world</w:t>
      </w:r>
    </w:p>
    <w:p>
      <w:r>
        <w:rPr>
          <w:b/>
        </w:rPr>
        <w:t xml:space="preserve">[40:53] </w:t>
      </w:r>
      <w:r>
        <w:t>dono ka problem aik hi hai ke cheezon ko face value par lena dono ka aik hi hai</w:t>
      </w:r>
    </w:p>
    <w:p>
      <w:pPr>
        <w:jc w:val="right"/>
      </w:pPr>
      <w:r>
        <w:t>دونوں کا problem ایک ہی ہے کہ چیزوں کو face value پر لینا دونوں کا ایک ہی ہے</w:t>
      </w:r>
    </w:p>
    <w:p>
      <w:r>
        <w:rPr>
          <w:b/>
        </w:rPr>
        <w:t xml:space="preserve">[41:01] </w:t>
      </w:r>
      <w:r>
        <w:t>problem cheezon ko face value par lena deep mein ja kar ke maslay ko na samajhna dono jagah</w:t>
      </w:r>
    </w:p>
    <w:p>
      <w:pPr>
        <w:jc w:val="right"/>
      </w:pPr>
      <w:r>
        <w:t>problem چیزوں کو face value پر لینا deep میں جا کر کے مسئلے کو نہ سمجھنا دونوں جگہ</w:t>
      </w:r>
    </w:p>
    <w:p>
      <w:r>
        <w:rPr>
          <w:b/>
        </w:rPr>
        <w:t xml:space="preserve">[41:09] </w:t>
      </w:r>
      <w:r>
        <w:t>yahi qissa chal raha hai to mein yeh kahoon ga ke hum log jo is mission ko le</w:t>
      </w:r>
    </w:p>
    <w:p>
      <w:pPr>
        <w:jc w:val="right"/>
      </w:pPr>
      <w:r>
        <w:t>یہی قصہ چل رہا ہے تو میں یہ کہوں گا کہ ہم لوگ جو اس mission کو لے</w:t>
      </w:r>
    </w:p>
    <w:p>
      <w:r>
        <w:rPr>
          <w:b/>
        </w:rPr>
        <w:t xml:space="preserve">[41:16] </w:t>
      </w:r>
      <w:r>
        <w:t>kar uthay hain hamein bhi apnay andar jo kamiyan hain is ko door karna paray ga abhi hamaray</w:t>
      </w:r>
    </w:p>
    <w:p>
      <w:pPr>
        <w:jc w:val="right"/>
      </w:pPr>
      <w:r>
        <w:t>کر اٹھے ہیں ہمیں بھی اپنے اندر جو کمیاں ہیں اس کو دور کرنا پڑے گا ابھی ہمارے</w:t>
      </w:r>
    </w:p>
    <w:p>
      <w:r>
        <w:rPr>
          <w:b/>
        </w:rPr>
        <w:t xml:space="preserve">[41:24] </w:t>
      </w:r>
      <w:r>
        <w:t>bohat kamiyan hain yaad rakhiye hum ne aik sahi mission ko to pakra hai aik aik aik right</w:t>
      </w:r>
    </w:p>
    <w:p>
      <w:pPr>
        <w:jc w:val="right"/>
      </w:pPr>
      <w:r>
        <w:t>بہت کمیاں ہیں یاد رکھیے ہم نے ایک صحیح mission کو تو پکڑا ہے ایک ایک ایک right</w:t>
      </w:r>
    </w:p>
    <w:p>
      <w:r>
        <w:rPr>
          <w:b/>
        </w:rPr>
        <w:t xml:space="preserve">[41:32] </w:t>
      </w:r>
      <w:r>
        <w:t>path ko to pakra hai lekin apni kamiyan bohat ziyada hain in in term of sincerity sab se</w:t>
      </w:r>
    </w:p>
    <w:p>
      <w:pPr>
        <w:jc w:val="right"/>
      </w:pPr>
      <w:r>
        <w:t>path کو تو پکڑا ہے لیکن اپنی کمیاں بہت زیادہ ہیں ان ان ٹرم آف سنسیرٹی سب سے</w:t>
      </w:r>
    </w:p>
    <w:p>
      <w:r>
        <w:rPr>
          <w:b/>
        </w:rPr>
        <w:t xml:space="preserve">[41:40] </w:t>
      </w:r>
      <w:r>
        <w:t>ziyada kamiyan jo mein dekhta hoon woh in term of sincerity hai ke hamein apnay aap ko bohat</w:t>
      </w:r>
    </w:p>
    <w:p>
      <w:pPr>
        <w:jc w:val="right"/>
      </w:pPr>
      <w:r>
        <w:t>زیادہ کمیاں جو میں دیکھتا ہوں وہ ان ٹرم آف سنسیرٹی ہے کہ ہمیں اپنے آپ کو بہت</w:t>
      </w:r>
    </w:p>
    <w:p>
      <w:r>
        <w:rPr>
          <w:b/>
        </w:rPr>
        <w:t xml:space="preserve">[41:47] </w:t>
      </w:r>
      <w:r>
        <w:t>ziada sincere banana hai introspection ko barhana hai yaad rakhiye introspection ko barhana hai apne apne apne apni</w:t>
      </w:r>
    </w:p>
    <w:p>
      <w:pPr>
        <w:jc w:val="right"/>
      </w:pPr>
      <w:r>
        <w:t>زیادہ سنسیر بنانا ہے انٹراسپیکشن کو بڑھانا ہے یاد رکھیے انٹراسپیکشن کو بڑھانا ہے اپنے اپنے اپنے اپنی</w:t>
      </w:r>
    </w:p>
    <w:p>
      <w:r>
        <w:rPr>
          <w:b/>
        </w:rPr>
        <w:t xml:space="preserve">[41:55] </w:t>
      </w:r>
      <w:r>
        <w:t>jo hai apni apni re planning karna hai apne mamlaat ki warna hamari effect hamara jo hai mission</w:t>
      </w:r>
    </w:p>
    <w:p>
      <w:pPr>
        <w:jc w:val="right"/>
      </w:pPr>
      <w:r>
        <w:t>جو ہے اپنی اپنی ری پلاننگ کرنا ہے اپنے معاملات کی ورنہ ہماری effect ہمارا جو ہے mission</w:t>
      </w:r>
    </w:p>
    <w:p>
      <w:r>
        <w:rPr>
          <w:b/>
        </w:rPr>
        <w:t xml:space="preserve">[42:03] </w:t>
      </w:r>
      <w:r>
        <w:t>effective nahi ban sake ga hamara mission effective nahi ban sake ga kisi ne bohat sahi kaha hai</w:t>
      </w:r>
    </w:p>
    <w:p>
      <w:pPr>
        <w:jc w:val="right"/>
      </w:pPr>
      <w:r>
        <w:t>effective نہیں بن سکے گا ہمارا mission effective نہیں بن سکے گا کسی نے بہت صحیح کہا ہے</w:t>
      </w:r>
    </w:p>
    <w:p>
      <w:r>
        <w:rPr>
          <w:b/>
        </w:rPr>
        <w:t xml:space="preserve">[42:10] </w:t>
      </w:r>
      <w:r>
        <w:t>ke ke agar tum dunya ko badalna chahte ho to sab se pehle apni aankh badal dalo kisi</w:t>
      </w:r>
    </w:p>
    <w:p>
      <w:pPr>
        <w:jc w:val="right"/>
      </w:pPr>
      <w:r>
        <w:t>کہ کہ اگر تم دنیا کو بدلنا چاہتے ہو تو سب سے پہلے اپنی آنکھ بدل ڈالو کسی</w:t>
      </w:r>
    </w:p>
    <w:p>
      <w:r>
        <w:rPr>
          <w:b/>
        </w:rPr>
        <w:t xml:space="preserve">[42:18] </w:t>
      </w:r>
      <w:r>
        <w:t>ne kaha hai ke agar tum dunya ko badalna chahte ho to sab se pehle apni aankh badal</w:t>
      </w:r>
    </w:p>
    <w:p>
      <w:pPr>
        <w:jc w:val="right"/>
      </w:pPr>
      <w:r>
        <w:t>نے کہا ہے کہ اگر تم دنیا کو بدلنا چاہتے ہو تو سب سے پہلے اپنی آنکھ بدل</w:t>
      </w:r>
    </w:p>
    <w:p>
      <w:r>
        <w:rPr>
          <w:b/>
        </w:rPr>
        <w:t xml:space="preserve">[42:26] </w:t>
      </w:r>
      <w:r>
        <w:t>dalo yani change yourself and you will be able to change the whole world to yaad rakhiye hum</w:t>
      </w:r>
    </w:p>
    <w:p>
      <w:pPr>
        <w:jc w:val="right"/>
      </w:pPr>
      <w:r>
        <w:t>ڈالو یعنی change yourself and you will be able to change the whole world تو یاد رکھیے ہم</w:t>
      </w:r>
    </w:p>
    <w:p>
      <w:r>
        <w:rPr>
          <w:b/>
        </w:rPr>
        <w:t xml:space="preserve">[42:34] </w:t>
      </w:r>
      <w:r>
        <w:t>apne ko jitna badal paye ge utna hi hamari activities effective hongi utna hi hum dunya mein</w:t>
      </w:r>
    </w:p>
    <w:p>
      <w:pPr>
        <w:jc w:val="right"/>
      </w:pPr>
      <w:r>
        <w:t>اپنے کو جتنا بدل پائیں گے اتنا ہی ہماری activities effective ہوں گی اتنا ہی ہم دنیا میں</w:t>
      </w:r>
    </w:p>
    <w:p>
      <w:r>
        <w:rPr>
          <w:b/>
        </w:rPr>
        <w:t xml:space="preserve">[42:41] </w:t>
      </w:r>
      <w:r>
        <w:t>badlao la paye ge jo aadmi apne ko na badal sake doosron ko kia badle ga wo is</w:t>
      </w:r>
    </w:p>
    <w:p>
      <w:pPr>
        <w:jc w:val="right"/>
      </w:pPr>
      <w:r>
        <w:t>بدلاؤ لا پائیں گے جو آدمی اپنے کو نہ بدل سکے دوسروں کو کیا بدلے گا وہ اس</w:t>
      </w:r>
    </w:p>
    <w:p>
      <w:r>
        <w:rPr>
          <w:b/>
        </w:rPr>
        <w:t xml:space="preserve">[42:49] </w:t>
      </w:r>
      <w:r>
        <w:t>ki is ki speech ek ridiculous speech hogi koi value nahi hogi is ki speech ki is ke</w:t>
      </w:r>
    </w:p>
    <w:p>
      <w:pPr>
        <w:jc w:val="right"/>
      </w:pPr>
      <w:r>
        <w:t>کی اس کی speech ایک ridiculous speech ہوگی کوئی value نہیں ہوگی اس کی speech کی اس کے</w:t>
      </w:r>
    </w:p>
    <w:p>
      <w:r>
        <w:rPr>
          <w:b/>
        </w:rPr>
        <w:t xml:space="preserve">[42:57] </w:t>
      </w:r>
      <w:r>
        <w:t>bolne ki is ke kisi cheez ki to mein chahta hoon ke hamare saathi jo hain rozana apna</w:t>
      </w:r>
    </w:p>
    <w:p>
      <w:pPr>
        <w:jc w:val="right"/>
      </w:pPr>
      <w:r>
        <w:t>بولنے کی اس کے کسی چیز کی تو میں چاہتا ہوں کہ ہمارے ساتھی جو ہیں روزانہ اپنا</w:t>
      </w:r>
    </w:p>
    <w:p>
      <w:r>
        <w:rPr>
          <w:b/>
        </w:rPr>
        <w:t xml:space="preserve">[43:04] </w:t>
      </w:r>
      <w:r>
        <w:t>introspection karein wahi cheez abhi mein ne jo kahi thi mujhe bohat hi ek mein tarp gaya sun</w:t>
      </w:r>
    </w:p>
    <w:p>
      <w:pPr>
        <w:jc w:val="right"/>
      </w:pPr>
      <w:r>
        <w:t>introspection کریں وہی چیز ابھی میں نے جو کہی تھی مجھے بہت ہی ایک میں تڑپ گیا سن</w:t>
      </w:r>
    </w:p>
    <w:p>
      <w:r>
        <w:rPr>
          <w:b/>
        </w:rPr>
        <w:t xml:space="preserve">[43:12] </w:t>
      </w:r>
      <w:r>
        <w:t>kar ke ke unhone kaha ke tum bari bari baatein bol rahe ho mein dekhta hoon ke</w:t>
      </w:r>
    </w:p>
    <w:p>
      <w:pPr>
        <w:jc w:val="right"/>
      </w:pPr>
      <w:r>
        <w:t>کر کے کہ انہوں نے کہا کہ تم بڑی بڑی باتیں بول رہے ہو میں دیکھتا ہوں کہ</w:t>
      </w:r>
    </w:p>
    <w:p>
      <w:r>
        <w:rPr>
          <w:b/>
        </w:rPr>
        <w:t xml:space="preserve">[43:20] </w:t>
      </w:r>
      <w:r>
        <w:t>tumhare sar par death ka farishta mandla raha hai angel of death are you ready to face God</w:t>
      </w:r>
    </w:p>
    <w:p>
      <w:pPr>
        <w:jc w:val="right"/>
      </w:pPr>
      <w:r>
        <w:t>تمہارے سر پر ڈیتھ کا فرشتہ منڈلا رہا ہے انجیل آف ڈیتھ are you ready to face God</w:t>
      </w:r>
    </w:p>
    <w:p>
      <w:r>
        <w:rPr>
          <w:b/>
        </w:rPr>
        <w:t xml:space="preserve">[43:28] </w:t>
      </w:r>
      <w:r>
        <w:t>almighty by tomorrow hum mein har shakhs ko yahi sochna hai ye doosron ko bhi hum yahi sochnwana</w:t>
      </w:r>
    </w:p>
    <w:p>
      <w:pPr>
        <w:jc w:val="right"/>
      </w:pPr>
      <w:r>
        <w:t>almighty by tomorrow ہم میں ہر شخص کو یہی سوچنا ہے یہ دوسروں کو بھی ہم یہی سوچوانا</w:t>
      </w:r>
    </w:p>
    <w:p>
      <w:r>
        <w:rPr>
          <w:b/>
        </w:rPr>
        <w:t xml:space="preserve">[43:35] </w:t>
      </w:r>
      <w:r>
        <w:t>chahte hain hum chahte hain doosre bhi isi tarah sochein lekin humein quran mein hai ke rasool Allah</w:t>
      </w:r>
    </w:p>
    <w:p>
      <w:pPr>
        <w:jc w:val="right"/>
      </w:pPr>
      <w:r>
        <w:t>چاہتے ہیں ہم چاہتے ہیں دوسرے بھی اسی طرح سوچیں لیکن ہمیں قرآن میں ہے کہ رسول اللہ</w:t>
      </w:r>
    </w:p>
    <w:p>
      <w:r>
        <w:rPr>
          <w:b/>
        </w:rPr>
        <w:t xml:space="preserve">[43:43] </w:t>
      </w:r>
      <w:r>
        <w:t>ke bare mein kaha gaya ke umar to nakoon awwal man aslam mujhe hukum diya gaya ke sab</w:t>
      </w:r>
    </w:p>
    <w:p>
      <w:pPr>
        <w:jc w:val="right"/>
      </w:pPr>
      <w:r>
        <w:t>کے بارے میں کہا گیا کہ عمر تو نکون اول من اسلم مجھے حکم دیا گیا کہ سب</w:t>
      </w:r>
    </w:p>
    <w:p>
      <w:r>
        <w:rPr>
          <w:b/>
        </w:rPr>
        <w:t xml:space="preserve">[43:51] </w:t>
      </w:r>
      <w:r>
        <w:t>se pehle mein islam ko ikhtiyar karoon umar to nakoon awwal man aslam mujhe hukum diya gaya hai</w:t>
      </w:r>
    </w:p>
    <w:p>
      <w:pPr>
        <w:jc w:val="right"/>
      </w:pPr>
      <w:r>
        <w:t>سے پہلے میں اسلام کو اختیار کروں عمر تو نکون اول من اسلم مجھے حکم دیا گیا ہے</w:t>
      </w:r>
    </w:p>
    <w:p>
      <w:r>
        <w:rPr>
          <w:b/>
        </w:rPr>
        <w:t xml:space="preserve">[43:58] </w:t>
      </w:r>
      <w:r>
        <w:t>ke sab se pehle mein khud islam ko apnaoon to aap dunya ko jo message dena chahte hain</w:t>
      </w:r>
    </w:p>
    <w:p>
      <w:pPr>
        <w:jc w:val="right"/>
      </w:pPr>
      <w:r>
        <w:t>کہ سب سے پہلے میں خود اسلام کو اپناؤں تو آپ دنیا کو جو message دینا چاہتے ہیں</w:t>
      </w:r>
    </w:p>
    <w:p>
      <w:r>
        <w:rPr>
          <w:b/>
        </w:rPr>
        <w:t xml:space="preserve">[44:06] </w:t>
      </w:r>
      <w:r>
        <w:t>us message ko sab se pehle apne dimagh mein bithana hai dunya ko chahte hain ke jo change</w:t>
      </w:r>
    </w:p>
    <w:p>
      <w:pPr>
        <w:jc w:val="right"/>
      </w:pPr>
      <w:r>
        <w:t>اس message کو سب سے پہلے اپنے دماغ میں بٹھانا ہے دنیا کو چاہتے ہیں کہ جو change</w:t>
      </w:r>
    </w:p>
    <w:p>
      <w:r>
        <w:rPr>
          <w:b/>
        </w:rPr>
        <w:t xml:space="preserve">[44:14] </w:t>
      </w:r>
      <w:r>
        <w:t>apne andar wo laye us change ko khud apne andar sab se pehle paida karna hai nahi to</w:t>
      </w:r>
    </w:p>
    <w:p>
      <w:pPr>
        <w:jc w:val="right"/>
      </w:pPr>
      <w:r>
        <w:t>اپنے اندر وہ لائے اس change کو خود اپنے اندر سب سے پہلے پیدا کرنا ہے نہیں تو</w:t>
      </w:r>
    </w:p>
    <w:p>
      <w:r>
        <w:rPr>
          <w:b/>
        </w:rPr>
        <w:t xml:space="preserve">[44:22] </w:t>
      </w:r>
      <w:r>
        <w:t>hamari sari baat bilkul ridiculous ban kar reh jaye gi ridiculous ban kar reh jaye gi apne ko</w:t>
      </w:r>
    </w:p>
    <w:p>
      <w:pPr>
        <w:jc w:val="right"/>
      </w:pPr>
      <w:r>
        <w:t>ہماری ساری بات بالکل ridiculous بن کر رہ جائے گی ridiculous بن کر رہ جائے گی اپنے کو</w:t>
      </w:r>
    </w:p>
    <w:p>
      <w:r>
        <w:rPr>
          <w:b/>
        </w:rPr>
        <w:t xml:space="preserve">[44:29] </w:t>
      </w:r>
      <w:r>
        <w:t>change karne ke baad jo mein keh raha hoon ye bohat se pehluon se keh raha hoon jaise</w:t>
      </w:r>
    </w:p>
    <w:p>
      <w:pPr>
        <w:jc w:val="right"/>
      </w:pPr>
      <w:r>
        <w:t>change کرنے کے بعد جو میں کہہ رہا ہوں یہ بہت سے پہلوؤں سے کہہ رہا ہوں جیسے</w:t>
      </w:r>
    </w:p>
    <w:p>
      <w:r>
        <w:rPr>
          <w:b/>
        </w:rPr>
        <w:t xml:space="preserve">[44:37] </w:t>
      </w:r>
      <w:r>
        <w:t>ye jo mein ne aap kaha ke aaj kal log sab hi jhoot bolte hain direct jhoot kam</w:t>
      </w:r>
    </w:p>
    <w:p>
      <w:pPr>
        <w:jc w:val="right"/>
      </w:pPr>
      <w:r>
        <w:t>یہ جو میں نے آپ کہا کہ آج کل لوگ سب ہی جھوٹ بولتے ہیں direct جھوٹ کم</w:t>
      </w:r>
    </w:p>
    <w:p>
      <w:r>
        <w:rPr>
          <w:b/>
        </w:rPr>
        <w:t xml:space="preserve">[44:45] </w:t>
      </w:r>
      <w:r>
        <w:t>bolte hain lekin indirect jhoot sab hi bolte hain humein apne aap ko is se bachana hai aise</w:t>
      </w:r>
    </w:p>
    <w:p>
      <w:pPr>
        <w:jc w:val="right"/>
      </w:pPr>
      <w:r>
        <w:t>بولتے ہیں لیکن indirect جھوٹ سب ہی بولتے ہیں ہمیں اپنے آپ کو اس سے بچانا ہے ایسے</w:t>
      </w:r>
    </w:p>
    <w:p>
      <w:r>
        <w:rPr>
          <w:b/>
        </w:rPr>
        <w:t xml:space="preserve">[44:52] </w:t>
      </w:r>
      <w:r>
        <w:t>hi apni life style ko badalna hai apni life style ko badalna hai humein simple life simple life</w:t>
      </w:r>
    </w:p>
    <w:p>
      <w:pPr>
        <w:jc w:val="right"/>
      </w:pPr>
      <w:r>
        <w:t>ہی اپنی life style کو بدلنا ہے اپنی life style کو بدلنا ہے ہمیں simple life simple life</w:t>
      </w:r>
    </w:p>
    <w:p>
      <w:r>
        <w:rPr>
          <w:b/>
        </w:rPr>
        <w:t xml:space="preserve">[45:00] </w:t>
      </w:r>
      <w:r>
        <w:t>ke baghair yaad rakhiye mission ka koi matlab hi nahi hai simple life ke baghair jo hai koi</w:t>
      </w:r>
    </w:p>
    <w:p>
      <w:pPr>
        <w:jc w:val="right"/>
      </w:pPr>
      <w:r>
        <w:t>کے بغیر یاد رکھیے مشن کا کوئی مطلب ہی نہیں ہے simple life کے بغیر جو ہے کوئی</w:t>
      </w:r>
    </w:p>
    <w:p>
      <w:r>
        <w:rPr>
          <w:b/>
        </w:rPr>
        <w:t xml:space="preserve">[45:08] </w:t>
      </w:r>
      <w:r>
        <w:t>mission ka koi matlab nahi hai to hamare andar simple life honi chahiye har cheez mein simplicity time</w:t>
      </w:r>
    </w:p>
    <w:p>
      <w:pPr>
        <w:jc w:val="right"/>
      </w:pPr>
      <w:r>
        <w:t>مشن کا کوئی مطلب نہیں ہے تو ہمارے اندر simple life ہونی چاہیے ہر چیز میں simplicity ٹائم</w:t>
      </w:r>
    </w:p>
    <w:p>
      <w:r>
        <w:rPr>
          <w:b/>
        </w:rPr>
        <w:t xml:space="preserve">[45:16] </w:t>
      </w:r>
      <w:r>
        <w:t>management hamare andar aana chahiye na hum paise ko waste karein na time ko waste karein na energy</w:t>
      </w:r>
    </w:p>
    <w:p>
      <w:pPr>
        <w:jc w:val="right"/>
      </w:pPr>
      <w:r>
        <w:t>management ہمارے اندر آنا چاہیے نہ ہم پیسے کو waste کریں نہ ٹائم کو waste کریں نہ energy</w:t>
      </w:r>
    </w:p>
    <w:p>
      <w:r>
        <w:rPr>
          <w:b/>
        </w:rPr>
        <w:t xml:space="preserve">[45:23] </w:t>
      </w:r>
      <w:r>
        <w:t>ko waste karein yeh sab har hamare andar aana chahiye tab hi hum doosron par effective banenge</w:t>
      </w:r>
    </w:p>
    <w:p>
      <w:pPr>
        <w:jc w:val="right"/>
      </w:pPr>
      <w:r>
        <w:t>کو waste کریں یہ سب ہر ہمارے اندر آنا چاہیے تب ہی ہم دوسروں پر effective بنیں گے</w:t>
      </w:r>
    </w:p>
    <w:p>
      <w:r>
        <w:rPr>
          <w:b/>
        </w:rPr>
        <w:t xml:space="preserve">[45:31] </w:t>
      </w:r>
      <w:r>
        <w:t>warna kuch nahi hai sab bilkul bekar hai yani hamara mission yaad rakhiye fifty percent agar doosron ko</w:t>
      </w:r>
    </w:p>
    <w:p>
      <w:pPr>
        <w:jc w:val="right"/>
      </w:pPr>
      <w:r>
        <w:t>ورنہ کچھ نہیں ہے سب بالکل بیکار ہے یعنی ہمارا mission یاد رکھیے fifty percent اگر دوسروں کو</w:t>
      </w:r>
    </w:p>
    <w:p>
      <w:r>
        <w:rPr>
          <w:b/>
        </w:rPr>
        <w:t xml:space="preserve">[45:39] </w:t>
      </w:r>
      <w:r>
        <w:t>batana hai to fifty percent apne ko address karna hai isko yaad rakhiye hamara jo mission hai</w:t>
      </w:r>
    </w:p>
    <w:p>
      <w:pPr>
        <w:jc w:val="right"/>
      </w:pPr>
      <w:r>
        <w:t>بتانا ہے تو fifty percent اپنے کو address کرنا ہے اس کو یاد رکھیے ہمارا جو mission ہے</w:t>
      </w:r>
    </w:p>
    <w:p>
      <w:r>
        <w:rPr>
          <w:b/>
        </w:rPr>
        <w:t xml:space="preserve">[45:46] </w:t>
      </w:r>
      <w:r>
        <w:t>to fifty percent agar doosron ko batana hai to fifty percent khud apne ko address karna hai abhi</w:t>
      </w:r>
    </w:p>
    <w:p>
      <w:pPr>
        <w:jc w:val="right"/>
      </w:pPr>
      <w:r>
        <w:t>تو fifty percent اگر دوسروں کو بتانا ہے تو fifty percent خود اپنے کو address کرنا ہے ابھی</w:t>
      </w:r>
    </w:p>
    <w:p>
      <w:r>
        <w:rPr>
          <w:b/>
        </w:rPr>
        <w:t xml:space="preserve">[45:54] </w:t>
      </w:r>
      <w:r>
        <w:t>mujhe ek sahab ka qissa maloom hua ke unki aankh mein cataract tha doctor ke paas gaye</w:t>
      </w:r>
    </w:p>
    <w:p>
      <w:pPr>
        <w:jc w:val="right"/>
      </w:pPr>
      <w:r>
        <w:t>مجھے ایک صاحب کا قصہ معلوم ہوا کہ ان کی آنکھ میں cataract تھا ڈاکٹر کے پاس گئے</w:t>
      </w:r>
    </w:p>
    <w:p>
      <w:r>
        <w:rPr>
          <w:b/>
        </w:rPr>
        <w:t xml:space="preserve">[46:02] </w:t>
      </w:r>
      <w:r>
        <w:t>wo to doctor log jo hain wo operation se pehle sugar ka test lete hain test liya to</w:t>
      </w:r>
    </w:p>
    <w:p>
      <w:pPr>
        <w:jc w:val="right"/>
      </w:pPr>
      <w:r>
        <w:t>وہ تو ڈاکٹر لوگ جو ہیں وہ آپریشن سے پہلے شوگر کا ٹیسٹ لیتے ہیں ٹیسٹ لیا تو</w:t>
      </w:r>
    </w:p>
    <w:p>
      <w:r>
        <w:rPr>
          <w:b/>
        </w:rPr>
        <w:t xml:space="preserve">[46:10] </w:t>
      </w:r>
      <w:r>
        <w:t>bahut zyada sugar thi unke to unhone kaha ke bhai itni sugar ke sath mein operation</w:t>
      </w:r>
    </w:p>
    <w:p>
      <w:pPr>
        <w:jc w:val="right"/>
      </w:pPr>
      <w:r>
        <w:t>بہت زیادہ شوگر تھی ان کے تو انہوں نے کہا کہ بھئی اتنی شوگر کے ساتھ میں آپریشن</w:t>
      </w:r>
    </w:p>
    <w:p>
      <w:r>
        <w:rPr>
          <w:b/>
        </w:rPr>
        <w:t xml:space="preserve">[46:17] </w:t>
      </w:r>
      <w:r>
        <w:t>kaise karunga main yeh to nahi kar sakta operation main to unhone kya kiya wapas aaye</w:t>
      </w:r>
    </w:p>
    <w:p>
      <w:pPr>
        <w:jc w:val="right"/>
      </w:pPr>
      <w:r>
        <w:t>کیسے کروں گا میں یہ تو نہیں کر سکتا آپریشن میں تو انہوں نے کیا کیا واپس آئے</w:t>
      </w:r>
    </w:p>
    <w:p>
      <w:r>
        <w:rPr>
          <w:b/>
        </w:rPr>
        <w:t xml:space="preserve">[46:25] </w:t>
      </w:r>
      <w:r>
        <w:t>aur isi din se itna zabardast unhone woh kiya ke har woh cheez chhod di jis mein</w:t>
      </w:r>
    </w:p>
    <w:p>
      <w:pPr>
        <w:jc w:val="right"/>
      </w:pPr>
      <w:r>
        <w:t>اور اسی دن سے اتنا زبردست انہوں نے وہ کیا کہ ہر وہ چیز چھوڑ دی جس میں</w:t>
      </w:r>
    </w:p>
    <w:p>
      <w:r>
        <w:rPr>
          <w:b/>
        </w:rPr>
        <w:t xml:space="preserve">[46:33] </w:t>
      </w:r>
      <w:r>
        <w:t>sugar hoti hai yani sugar bhi chhoda chawal bhi chhoda aur jo cheezein hain jis mein sugar ka</w:t>
      </w:r>
    </w:p>
    <w:p>
      <w:pPr>
        <w:jc w:val="right"/>
      </w:pPr>
      <w:r>
        <w:t>شوگر ہوتی ہے یعنی شوگر بھی چھوڑا چاول بھی چھوڑا اور جو چیزیں ہیں جس میں شوگر کا</w:t>
      </w:r>
    </w:p>
    <w:p>
      <w:r>
        <w:rPr>
          <w:b/>
        </w:rPr>
        <w:t xml:space="preserve">[46:40] </w:t>
      </w:r>
      <w:r>
        <w:t>content hota hai itna chhoda ke ek mahine mein sugar control ho gayi ek mahine mein aur jab</w:t>
      </w:r>
    </w:p>
    <w:p>
      <w:pPr>
        <w:jc w:val="right"/>
      </w:pPr>
      <w:r>
        <w:t>content ہوتا ہے اتنا چھوڑا کہ ایک مہینے میں شوگر کنٹرول ہو گئی ایک مہینے میں اور جب</w:t>
      </w:r>
    </w:p>
    <w:p>
      <w:r>
        <w:rPr>
          <w:b/>
        </w:rPr>
        <w:t xml:space="preserve">[46:48] </w:t>
      </w:r>
      <w:r>
        <w:t>dobara gaye woh doctor ke paas to usne phir jaanch ki uski test kiya uske</w:t>
      </w:r>
    </w:p>
    <w:p>
      <w:pPr>
        <w:jc w:val="right"/>
      </w:pPr>
      <w:r>
        <w:t>دوبارہ گئے وہ ڈاکٹر کے پاس تو اس نے پھر جانچ کی اس کی ٹیسٹ کیا اس کے</w:t>
      </w:r>
    </w:p>
    <w:p>
      <w:r>
        <w:rPr>
          <w:b/>
        </w:rPr>
        <w:t xml:space="preserve">[46:56] </w:t>
      </w:r>
      <w:r>
        <w:t>blood ka to wahan bhi to bilkul normal hai bahar usko acha ab hua hua ke ek</w:t>
      </w:r>
    </w:p>
    <w:p>
      <w:pPr>
        <w:jc w:val="right"/>
      </w:pPr>
      <w:r>
        <w:t>blood کا تو وہاں بھی تو بالکل نارمل ہے باہر اس کو اچھا اب ہوا ہوا کہ ایک</w:t>
      </w:r>
    </w:p>
    <w:p>
      <w:r>
        <w:rPr>
          <w:b/>
        </w:rPr>
        <w:t xml:space="preserve">[47:04] </w:t>
      </w:r>
      <w:r>
        <w:t>mahine mein tum se kaise control kar liya unhone yahi sincerity hamein apne mission mein dikhana hai</w:t>
      </w:r>
    </w:p>
    <w:p>
      <w:pPr>
        <w:jc w:val="right"/>
      </w:pPr>
      <w:r>
        <w:t>مہینے میں تم سے کیسے کنٹرول کر لیا انہوں نے یہی sincerity ہمیں اپنے mission میں دکھانا ہے</w:t>
      </w:r>
    </w:p>
    <w:p>
      <w:r>
        <w:rPr>
          <w:b/>
        </w:rPr>
        <w:t xml:space="preserve">[47:11] </w:t>
      </w:r>
      <w:r>
        <w:t>unhone jo sincerity dikhai hai apne sugar ko control karne mein hamein apni poori life ko control</w:t>
      </w:r>
    </w:p>
    <w:p>
      <w:pPr>
        <w:jc w:val="right"/>
      </w:pPr>
      <w:r>
        <w:t>انہوں نے جو sincerity دکھائی ہے اپنے شوگر کو کنٹرول کرنے میں ہمیں اپنی پوری life کو کنٹرول</w:t>
      </w:r>
    </w:p>
    <w:p>
      <w:r>
        <w:rPr>
          <w:b/>
        </w:rPr>
        <w:t xml:space="preserve">[47:19] </w:t>
      </w:r>
      <w:r>
        <w:t>control karne mein yahi sincerity dikhana hai yeh jo maine bataya qissa aap ko to apni sugar</w:t>
      </w:r>
    </w:p>
    <w:p>
      <w:pPr>
        <w:jc w:val="right"/>
      </w:pPr>
      <w:r>
        <w:t>کنٹرول کرنے میں یہی sincerity دکھانا ہے یہ جو میں نے بتایا قصہ آپ کو تو اپنی شوگر</w:t>
      </w:r>
    </w:p>
    <w:p>
      <w:r>
        <w:rPr>
          <w:b/>
        </w:rPr>
        <w:t xml:space="preserve">[47:27] </w:t>
      </w:r>
      <w:r>
        <w:t>ko control karne ke liye unhone apni sugar ko control karne ke liye woh aakhri had tak</w:t>
      </w:r>
    </w:p>
    <w:p>
      <w:pPr>
        <w:jc w:val="right"/>
      </w:pPr>
      <w:r>
        <w:t>کو کنٹرول کرنے کے لیے انہوں نے اپنی شوگر کو کنٹرول کرنے کے لیے وہ آخری حد تک</w:t>
      </w:r>
    </w:p>
    <w:p>
      <w:r>
        <w:rPr>
          <w:b/>
        </w:rPr>
        <w:t xml:space="preserve">[47:34] </w:t>
      </w:r>
      <w:r>
        <w:t>sincere ban gaye apni sugar ko control karne ke liye woh aakhri had tak sincere ban gaye bahut</w:t>
      </w:r>
    </w:p>
    <w:p>
      <w:pPr>
        <w:jc w:val="right"/>
      </w:pPr>
      <w:r>
        <w:t>sincere بن گئے اپنی شوگر کو کنٹرول کرنے کے لیے وہ آخری حد تک sincere بن گئے بہت</w:t>
      </w:r>
    </w:p>
    <w:p>
      <w:r>
        <w:rPr>
          <w:b/>
        </w:rPr>
        <w:t xml:space="preserve">[47:42] </w:t>
      </w:r>
      <w:r>
        <w:t>hi serious seriously liya isko unhone hamein isi tarah apni poori life ko bahut hi bahut</w:t>
      </w:r>
    </w:p>
    <w:p>
      <w:pPr>
        <w:jc w:val="right"/>
      </w:pPr>
      <w:r>
        <w:t>ہی serious seriously لیا اس کو انہوں نے ہمیں اسی طرح اپنی پوری life کو بہت ہی بہت</w:t>
      </w:r>
    </w:p>
    <w:p>
      <w:r>
        <w:rPr>
          <w:b/>
        </w:rPr>
        <w:t xml:space="preserve">[47:50] </w:t>
      </w:r>
      <w:r>
        <w:t>zyada sanjeedgi ke sath lena hai apni poori life ko isi tarah se control karna hai aap yaad</w:t>
      </w:r>
    </w:p>
    <w:p>
      <w:pPr>
        <w:jc w:val="right"/>
      </w:pPr>
      <w:r>
        <w:t>زیادہ سنجیدگی کے ساتھ لینا ہے اپنی پوری life کو اسی طرح سے کنٹرول کرنا ہے آپ یاد</w:t>
      </w:r>
    </w:p>
    <w:p>
      <w:r>
        <w:rPr>
          <w:b/>
        </w:rPr>
        <w:t xml:space="preserve">[47:58] </w:t>
      </w:r>
      <w:r>
        <w:t>rakhiye hum paradise ke candidate hain to kya paradise free mil jayegi kisi ko paradise free mil</w:t>
      </w:r>
    </w:p>
    <w:p>
      <w:pPr>
        <w:jc w:val="right"/>
      </w:pPr>
      <w:r>
        <w:t>رکھیے ہم paradise کے candidate ہیں تو کیا paradise free مل جائے گی کسی کو paradise free مل</w:t>
      </w:r>
    </w:p>
    <w:p>
      <w:r>
        <w:rPr>
          <w:b/>
        </w:rPr>
        <w:t xml:space="preserve">[48:05] </w:t>
      </w:r>
      <w:r>
        <w:t>jayegi dekhein jitni badi cheez utni hi uska price hadith mein aata hai ke Allah Allah</w:t>
      </w:r>
    </w:p>
    <w:p>
      <w:pPr>
        <w:jc w:val="right"/>
      </w:pPr>
      <w:r>
        <w:t>جائے گی دیکھیں جتنی بڑی چیز اتنی ہی اس کا price حدیث میں آتا ہے کہ اللہ اللہ</w:t>
      </w:r>
    </w:p>
    <w:p>
      <w:r>
        <w:rPr>
          <w:b/>
        </w:rPr>
        <w:t xml:space="preserve">[48:13] </w:t>
      </w:r>
      <w:r>
        <w:t>aap ko agar lena ho rolls royce car to bais crore daam par nahi mile gi wo to</w:t>
      </w:r>
    </w:p>
    <w:p>
      <w:pPr>
        <w:jc w:val="right"/>
      </w:pPr>
      <w:r>
        <w:t>آپ کو اگر لینا ہو رولز رائس کار تو بائیس کروڑ دام پر نہیں ملے گی وہ تو</w:t>
      </w:r>
    </w:p>
    <w:p>
      <w:r>
        <w:rPr>
          <w:b/>
        </w:rPr>
        <w:t xml:space="preserve">[48:21] </w:t>
      </w:r>
      <w:r>
        <w:t>aap ko agar paradise lena hai to wo free mein nahi mil jaye gi aap ko aakhri had</w:t>
      </w:r>
    </w:p>
    <w:p>
      <w:pPr>
        <w:jc w:val="right"/>
      </w:pPr>
      <w:r>
        <w:t>آپ کو اگر paradise لینا ہے تو وہ free میں نہیں مل جائے گی آپ کو آخری حد</w:t>
      </w:r>
    </w:p>
    <w:p>
      <w:r>
        <w:rPr>
          <w:b/>
        </w:rPr>
        <w:t xml:space="preserve">[48:28] </w:t>
      </w:r>
      <w:r>
        <w:t>tak sincere banna pare ga aakhri had tak apne aap ko is is is nahaj par bowl karna</w:t>
      </w:r>
    </w:p>
    <w:p>
      <w:pPr>
        <w:jc w:val="right"/>
      </w:pPr>
      <w:r>
        <w:t>تک sincere بننا پڑے گا آخری حد تک اپنے آپ کو اس اس اس نہج پر bowl کرنا</w:t>
      </w:r>
    </w:p>
    <w:p>
      <w:r>
        <w:rPr>
          <w:b/>
        </w:rPr>
        <w:t xml:space="preserve">[48:36] </w:t>
      </w:r>
      <w:r>
        <w:t>pare ga aur sab ka jo starting point hai wo introspection hai apni ghalti ko manna hamare ek</w:t>
      </w:r>
    </w:p>
    <w:p>
      <w:pPr>
        <w:jc w:val="right"/>
      </w:pPr>
      <w:r>
        <w:t>پڑے گا اور سب کا جو starting point ہے وہ introspection ہے اپنی غلطی کو ماننا ہمارے ایک</w:t>
      </w:r>
    </w:p>
    <w:p>
      <w:r>
        <w:rPr>
          <w:b/>
        </w:rPr>
        <w:t xml:space="preserve">[48:44] </w:t>
      </w:r>
      <w:r>
        <w:t>ek member ne mein ye mizaj hona chahiye ke jaldi se keh de ke i was wrong kabhi</w:t>
      </w:r>
    </w:p>
    <w:p>
      <w:pPr>
        <w:jc w:val="right"/>
      </w:pPr>
      <w:r>
        <w:t>ایک ممبر نے میں یہ مزاج ہونا چاہیے کہ جلدی سے کہہ دے کہ آئی was wrong کبھی</w:t>
      </w:r>
    </w:p>
    <w:p>
      <w:r>
        <w:rPr>
          <w:b/>
        </w:rPr>
        <w:t xml:space="preserve">[48:52] </w:t>
      </w:r>
      <w:r>
        <w:t>bhi twist kar ke na bolay hatoob ne misaal qaim ki is mamle mein unhon ne kaha ke</w:t>
      </w:r>
    </w:p>
    <w:p>
      <w:pPr>
        <w:jc w:val="right"/>
      </w:pPr>
      <w:r>
        <w:t>بھی twist کر کے نہ بولے حیتوب نے مثال قائم کی اس معاملے میں انہوں نے کہا کہ</w:t>
      </w:r>
    </w:p>
    <w:p>
      <w:r>
        <w:rPr>
          <w:b/>
        </w:rPr>
        <w:t xml:space="preserve">[48:59] </w:t>
      </w:r>
      <w:r>
        <w:t>reham allah imran ahada ilaih ayubi zara ghor kijiye umar farooq jo top ke aadmi thay unhon ne</w:t>
      </w:r>
    </w:p>
    <w:p>
      <w:pPr>
        <w:jc w:val="right"/>
      </w:pPr>
      <w:r>
        <w:t>رحم اللہ عمران احدا الیہ ایوبی ذرا غور کیجیے عمر فاروق جو ٹاپ کے آدمی تھے انہوں نے</w:t>
      </w:r>
    </w:p>
    <w:p>
      <w:r>
        <w:rPr>
          <w:b/>
        </w:rPr>
        <w:t xml:space="preserve">[49:07] </w:t>
      </w:r>
      <w:r>
        <w:t>kaha ke reham allah imran ahada ilaih ayubi khuda ki blessing is is insan par jo mere meri</w:t>
      </w:r>
    </w:p>
    <w:p>
      <w:pPr>
        <w:jc w:val="right"/>
      </w:pPr>
      <w:r>
        <w:t>کہا کہ رحم اللہ عمران احدا الیہ ایوبی خدا کی blessing اس اس انسان پر جو میرے میری</w:t>
      </w:r>
    </w:p>
    <w:p>
      <w:r>
        <w:rPr>
          <w:b/>
        </w:rPr>
        <w:t xml:space="preserve">[49:15] </w:t>
      </w:r>
      <w:r>
        <w:t>ghalti ka ka gift mujhe bheje yani bataye ke tum ne ye ghalti ki tumhare andar ye aib</w:t>
      </w:r>
    </w:p>
    <w:p>
      <w:pPr>
        <w:jc w:val="right"/>
      </w:pPr>
      <w:r>
        <w:t>غلطی کا کا gift مجھے بھیجے یعنی بتائے کہ تم نے یہ غلطی کی تمہارے اندر یہ عیب</w:t>
      </w:r>
    </w:p>
    <w:p>
      <w:r>
        <w:rPr>
          <w:b/>
        </w:rPr>
        <w:t xml:space="preserve">[49:22] </w:t>
      </w:r>
      <w:r>
        <w:t>hai tumhare andar ye kami hai to kaha ke use gift bheja mujhe aur jab bhi hatoob umar</w:t>
      </w:r>
    </w:p>
    <w:p>
      <w:pPr>
        <w:jc w:val="right"/>
      </w:pPr>
      <w:r>
        <w:t>ہے تمہارے اندر یہ کمی ہے تو کہا کہ اسے gift بھیجا مجھے اور جب بھی حیت عمر</w:t>
      </w:r>
    </w:p>
    <w:p>
      <w:r>
        <w:rPr>
          <w:b/>
        </w:rPr>
        <w:t xml:space="preserve">[49:30] </w:t>
      </w:r>
      <w:r>
        <w:t>se koi baat kahi jati thi to usi waqt dar dar us ko maan lete thay wo instantly</w:t>
      </w:r>
    </w:p>
    <w:p>
      <w:pPr>
        <w:jc w:val="right"/>
      </w:pPr>
      <w:r>
        <w:t>سے کوئی بات کہی جاتی تھی تو اسی وقت در در اس کو مان لیتے تھے وہ instantly</w:t>
      </w:r>
    </w:p>
    <w:p>
      <w:r>
        <w:rPr>
          <w:b/>
        </w:rPr>
        <w:t xml:space="preserve">[49:38] </w:t>
      </w:r>
      <w:r>
        <w:t>kabhi wo aisa nahi kiya unhon ne nahi nahi nahi aisa to nahi hai kabhi ek bhi baar</w:t>
      </w:r>
    </w:p>
    <w:p>
      <w:pPr>
        <w:jc w:val="right"/>
      </w:pPr>
      <w:r>
        <w:t>کبھی وہ ایسا نہیں کیا انہوں نے نہیں نہیں نہیں ایسا تو نہیں ہے کبھی ایک بھی بار</w:t>
      </w:r>
    </w:p>
    <w:p>
      <w:r>
        <w:rPr>
          <w:b/>
        </w:rPr>
        <w:t xml:space="preserve">[49:46] </w:t>
      </w:r>
      <w:r>
        <w:t>bhi aisa nahi kiya unhon ne ye tareeqa aaj kal chala hua hai jaldi se kaha ke nahi</w:t>
      </w:r>
    </w:p>
    <w:p>
      <w:pPr>
        <w:jc w:val="right"/>
      </w:pPr>
      <w:r>
        <w:t>بھی ایسا نہیں کیا انہوں نے یہ طریقہ آج کل چلا ہوا ہے جلدی سے کہا کہ نہیں</w:t>
      </w:r>
    </w:p>
    <w:p>
      <w:r>
        <w:rPr>
          <w:b/>
        </w:rPr>
        <w:t xml:space="preserve">[49:53] </w:t>
      </w:r>
      <w:r>
        <w:t>nahi aisa to nahi hai aur phir scrutiny ke baad wo waisa hi hai hatoob ne kabhi aisa</w:t>
      </w:r>
    </w:p>
    <w:p>
      <w:pPr>
        <w:jc w:val="right"/>
      </w:pPr>
      <w:r>
        <w:t>نہیں ایسا تو نہیں ہے اور پھر scrutiny کے بعد وہ ویسا ہی ہے حیتوب نے کبھی ایسا</w:t>
      </w:r>
    </w:p>
    <w:p>
      <w:r>
        <w:rPr>
          <w:b/>
        </w:rPr>
        <w:t xml:space="preserve">[50:01] </w:t>
      </w:r>
      <w:r>
        <w:t>nahi kiya to ye ye sab ek hindi ka ek maqoolah mujhe pasand hai bohat ziyada ke saadhaaran</w:t>
      </w:r>
    </w:p>
    <w:p>
      <w:pPr>
        <w:jc w:val="right"/>
      </w:pPr>
      <w:r>
        <w:t>نہیں کیا تو یہ یہ سب ایک ہندی کا ایک مقولہ مجھے پسند ہے بہت زیادہ کہ ساधारण</w:t>
      </w:r>
    </w:p>
    <w:p>
      <w:r>
        <w:rPr>
          <w:b/>
        </w:rPr>
        <w:t xml:space="preserve">[50:09] </w:t>
      </w:r>
      <w:r>
        <w:t>gunahon se asaadhaaran mureekh bante hain ye mujhe bohat pasand aata hai ye hindi ka maqoolah ek hai</w:t>
      </w:r>
    </w:p>
    <w:p>
      <w:pPr>
        <w:jc w:val="right"/>
      </w:pPr>
      <w:r>
        <w:t>گناہوں سے اساधारण مورخ بنتے ہیں یہ مجھے بہت پسند آتا ہے یہ ہندی کا مقولہ ایک ہے</w:t>
      </w:r>
    </w:p>
    <w:p>
      <w:r>
        <w:rPr>
          <w:b/>
        </w:rPr>
        <w:t xml:space="preserve">[50:16] </w:t>
      </w:r>
      <w:r>
        <w:t>ek saying ke saadhaaran gunahon se asaadhaaran mureekh bante hain yani ordinary cheezein extraordinary insan banati hain to</w:t>
      </w:r>
    </w:p>
    <w:p>
      <w:pPr>
        <w:jc w:val="right"/>
      </w:pPr>
      <w:r>
        <w:t>ایک saying کہ ساधारण گناہوں سے اساधारण مورخ بنتے ہیں یعنی ordinary چیزیں extraordinary انسان بناتی ہیں تو</w:t>
      </w:r>
    </w:p>
    <w:p>
      <w:r>
        <w:rPr>
          <w:b/>
        </w:rPr>
        <w:t xml:space="preserve">[50:24] </w:t>
      </w:r>
      <w:r>
        <w:t>dekhein jo cheez choti lagti hai choti wahi insan ke andar wo cheezein paida karti hain jis se</w:t>
      </w:r>
    </w:p>
    <w:p>
      <w:pPr>
        <w:jc w:val="right"/>
      </w:pPr>
      <w:r>
        <w:t>دیکھیں جو چیز چھوٹی لگتی ہے چھوٹی وہی انسان کے اندر وہ چیزیں پیدا کرتی ہیں جس سے</w:t>
      </w:r>
    </w:p>
    <w:p>
      <w:r>
        <w:rPr>
          <w:b/>
        </w:rPr>
        <w:t xml:space="preserve">[50:32] </w:t>
      </w:r>
      <w:r>
        <w:t>insan baray baray kaam kar sakay to simple simplicity introspection apni ghaltiyon ko maan lena modesty dekhnay mein</w:t>
      </w:r>
    </w:p>
    <w:p>
      <w:pPr>
        <w:jc w:val="right"/>
      </w:pPr>
      <w:r>
        <w:t>انسان بڑے بڑے کام کر سکے تو simple simplicity introspection اپنی غلطیوں کو مان لینا modesty دیکھنے میں</w:t>
      </w:r>
    </w:p>
    <w:p>
      <w:r>
        <w:rPr>
          <w:b/>
        </w:rPr>
        <w:t xml:space="preserve">[50:40] </w:t>
      </w:r>
      <w:r>
        <w:t>kehnay mein choti cheezein lagti hain ye lekin yahi bara insan banati hain yahi cheezein wo hain jo</w:t>
      </w:r>
    </w:p>
    <w:p>
      <w:pPr>
        <w:jc w:val="right"/>
      </w:pPr>
      <w:r>
        <w:t>کہنے میں چھوٹی چیزیں لگتی ہیں یہ لیکن یہی بڑا انسان بناتی ہیں یہی چیزیں وہ ہیں جو</w:t>
      </w:r>
    </w:p>
    <w:p>
      <w:r>
        <w:rPr>
          <w:b/>
        </w:rPr>
        <w:t xml:space="preserve">[50:47] </w:t>
      </w:r>
      <w:r>
        <w:t>bara insan banati hain aap mein se har ek shakhs ko ye sab karna hai apne andar simplicity</w:t>
      </w:r>
    </w:p>
    <w:p>
      <w:pPr>
        <w:jc w:val="right"/>
      </w:pPr>
      <w:r>
        <w:t>بڑا انسان بناتی ہیں آپ میں سے ہر ایک شخص کو یہ سب کرنا ہے اپنے اندر simplicity</w:t>
      </w:r>
    </w:p>
    <w:p>
      <w:r>
        <w:rPr>
          <w:b/>
        </w:rPr>
        <w:t xml:space="preserve">[50:55] </w:t>
      </w:r>
      <w:r>
        <w:t>lana hai apne andar modesty lana hai awaz wrong ka culture paida karna hai apne andar apna introspection</w:t>
      </w:r>
    </w:p>
    <w:p>
      <w:pPr>
        <w:jc w:val="right"/>
      </w:pPr>
      <w:r>
        <w:t>لانا ہے اپنے اندر modesty لانا ہے آواز wrong کا کلچر پیدا کرنا ہے اپنے اندر اپنا introspection</w:t>
      </w:r>
    </w:p>
    <w:p>
      <w:r>
        <w:rPr>
          <w:b/>
        </w:rPr>
        <w:t xml:space="preserve">[51:03] </w:t>
      </w:r>
      <w:r>
        <w:t>karna hai apne aap ko realist banana hai jazbat se oopar uth kar sochna hai bias se oopar</w:t>
      </w:r>
    </w:p>
    <w:p>
      <w:pPr>
        <w:jc w:val="right"/>
      </w:pPr>
      <w:r>
        <w:t>کرنا ہے اپنے آپ کو realist بنانا ہے جذبات سے اوپر اٹھ کر سوچنا ہے bias سے اوپر</w:t>
      </w:r>
    </w:p>
    <w:p>
      <w:r>
        <w:rPr>
          <w:b/>
        </w:rPr>
        <w:t xml:space="preserve">[51:10] </w:t>
      </w:r>
      <w:r>
        <w:t>uth kar sochna hai complex free insan banna hai complex free insan ye sab aap ko karna hai</w:t>
      </w:r>
    </w:p>
    <w:p>
      <w:pPr>
        <w:jc w:val="right"/>
      </w:pPr>
      <w:r>
        <w:t>اٹھ کر سوچنا ہے complex free انسان بننا ہے complex free انسان یہ سب آپ کو کرنا ہے</w:t>
      </w:r>
    </w:p>
    <w:p>
      <w:r>
        <w:rPr>
          <w:b/>
        </w:rPr>
        <w:t xml:space="preserve">[51:18] </w:t>
      </w:r>
      <w:r>
        <w:t>agar aap paradise ke candidate hain to ye sab karna pare ga aap ko ye is ki price</w:t>
      </w:r>
    </w:p>
    <w:p>
      <w:pPr>
        <w:jc w:val="right"/>
      </w:pPr>
      <w:r>
        <w:t>اگر آپ paradise کے candidate ہیں تو یہ سب کرنا پڑے گا آپ کو یہ اس کی price</w:t>
      </w:r>
    </w:p>
    <w:p>
      <w:r>
        <w:rPr>
          <w:b/>
        </w:rPr>
        <w:t xml:space="preserve">[51:26] </w:t>
      </w:r>
      <w:r>
        <w:t>hai mein dua karta hoon ke Allah taala hum ko aur aap ko tofeeq de ke hum apni</w:t>
      </w:r>
    </w:p>
    <w:p>
      <w:pPr>
        <w:jc w:val="right"/>
      </w:pPr>
      <w:r>
        <w:t>ہے میں دعا کرتا ہوں کہ اللہ تعالی ہم کو اور آپ کو توفیق دے کہ ہم اپنی</w:t>
      </w:r>
    </w:p>
    <w:p>
      <w:r>
        <w:rPr>
          <w:b/>
        </w:rPr>
        <w:t xml:space="preserve">[51:34] </w:t>
      </w:r>
      <w:r>
        <w:t>puri puri islaah karen apne aap ko dalen Khuda ki marzi mein hum is raaste par chalen jo</w:t>
      </w:r>
    </w:p>
    <w:p>
      <w:pPr>
        <w:jc w:val="right"/>
      </w:pPr>
      <w:r>
        <w:t>پوری پوری اصلاح کریں اپنے آپ کو ڈالیں خدا کی مرضی میں ہم اس راستے پر چلیں جو</w:t>
      </w:r>
    </w:p>
    <w:p>
      <w:r>
        <w:rPr>
          <w:b/>
        </w:rPr>
        <w:t xml:space="preserve">[51:41] </w:t>
      </w:r>
      <w:r>
        <w:t>paradise ke gate tak pohanchata hai hum is tareeqe ko apnayen jis mein Khuda ki blessing milti hai</w:t>
      </w:r>
    </w:p>
    <w:p>
      <w:pPr>
        <w:jc w:val="right"/>
      </w:pPr>
      <w:r>
        <w:t>paradise کے gate تک پہنچاتا ہے ہم اس طریقے کو اپنائیں جس میں خدا کی blessing ملتی ہے</w:t>
      </w:r>
    </w:p>
    <w:p>
      <w:r>
        <w:rPr>
          <w:b/>
        </w:rPr>
        <w:t xml:space="preserve">[51:49] </w:t>
      </w:r>
      <w:r>
        <w:t>hamare andar woh rabani character paida ho hum dawah mission ko ikhtiyar kar saken bharpoor tor par hamari</w:t>
      </w:r>
    </w:p>
    <w:p>
      <w:pPr>
        <w:jc w:val="right"/>
      </w:pPr>
      <w:r>
        <w:t>ہمارے اندر وہ ربانی character پیدا ہو ہم دعویٰ mission کو اختیار کر سکیں بھرپور طور پر ہماری</w:t>
      </w:r>
    </w:p>
    <w:p>
      <w:r>
        <w:rPr>
          <w:b/>
        </w:rPr>
        <w:t xml:space="preserve">[51:57] </w:t>
      </w:r>
      <w:r>
        <w:t>jo responsibility hai insaan ke liye aur Khuda ke liye is ko hum ada kar saken Allah taala</w:t>
      </w:r>
    </w:p>
    <w:p>
      <w:pPr>
        <w:jc w:val="right"/>
      </w:pPr>
      <w:r>
        <w:t>جو responsibility ہے انسان کے لیے اور خدا کے لیے اس کو ہم ادا کر سکیں اللہ تعالی</w:t>
      </w:r>
    </w:p>
    <w:p>
      <w:r>
        <w:rPr>
          <w:b/>
        </w:rPr>
        <w:t xml:space="preserve">[52:04] </w:t>
      </w:r>
      <w:r>
        <w:t>humain in sab cheezon ko karne ki tofeeq de kyunke insaan duniya mein har waqt shaitan ke asar</w:t>
      </w:r>
    </w:p>
    <w:p>
      <w:pPr>
        <w:jc w:val="right"/>
      </w:pPr>
      <w:r>
        <w:t>ہمیں ان سب چیزوں کو کرنے کی توفیق دے کیونکہ انسان دنیا میں ہر وقت شیطان کے اثر</w:t>
      </w:r>
    </w:p>
    <w:p>
      <w:r>
        <w:rPr>
          <w:b/>
        </w:rPr>
        <w:t xml:space="preserve">[52:12] </w:t>
      </w:r>
      <w:r>
        <w:t>mein hai har waqt agar Khuda ki madad nahi mile to hum kisi waqt shaitan humein behka de</w:t>
      </w:r>
    </w:p>
    <w:p>
      <w:pPr>
        <w:jc w:val="right"/>
      </w:pPr>
      <w:r>
        <w:t>میں ہے ہر وقت اگر خدا کی مدد نہیں ملے تو ہم کسی وقت شیطان ہمیں بہکا دے</w:t>
      </w:r>
    </w:p>
    <w:p>
      <w:r>
        <w:rPr>
          <w:b/>
        </w:rPr>
        <w:t xml:space="preserve">[52:20] </w:t>
      </w:r>
      <w:r>
        <w:t>ga to Allah taala humein apne nafs se bach ke fareb se bachaye shaitan se bachaye aur humein</w:t>
      </w:r>
    </w:p>
    <w:p>
      <w:pPr>
        <w:jc w:val="right"/>
      </w:pPr>
      <w:r>
        <w:t>گا تو اللہ تعالی ہمیں اپنے نفس سے بچ کے فریب سے بچائے شیطان سے بچائے اور ہمیں</w:t>
      </w:r>
    </w:p>
    <w:p>
      <w:r>
        <w:rPr>
          <w:b/>
        </w:rPr>
        <w:t xml:space="preserve">[52:28] </w:t>
      </w:r>
      <w:r>
        <w:t>is raaste par chalaye jo aakhir mein humein paradise tak pohanchane wala hai aool qooli haza wastaghfirullah li</w:t>
      </w:r>
    </w:p>
    <w:p>
      <w:pPr>
        <w:jc w:val="right"/>
      </w:pPr>
      <w:r>
        <w:t>اس راستے پر چلائے جو آخر میں ہمیں paradise تک پہنچانے والا ہے اقول قولی ھذا واستغفراللہ لی</w:t>
      </w:r>
    </w:p>
    <w:p>
      <w:r>
        <w:rPr>
          <w:b/>
        </w:rPr>
        <w:t xml:space="preserve">[52:35] </w:t>
      </w:r>
      <w:r>
        <w:t>walakum ajmaeen.</w:t>
      </w:r>
    </w:p>
    <w:p>
      <w:pPr>
        <w:jc w:val="right"/>
      </w:pPr>
      <w:r>
        <w:t>ولکم اجمعین.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