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Task Ahead, November 27, 2013</w:t>
      </w:r>
    </w:p>
    <w:p>
      <w:r>
        <w:t>https://www.youtube.com/watch?v=XFn1eamAqZk</w:t>
      </w:r>
    </w:p>
    <w:p>
      <w:r>
        <w:rPr>
          <w:b/>
        </w:rPr>
        <w:t xml:space="preserve">[00:22] </w:t>
      </w:r>
      <w:r>
        <w:t>dekhen, is waqt aap logon ke taassur maine sune to badi khushi hui ke mulk bhar mein</w:t>
      </w:r>
    </w:p>
    <w:p>
      <w:pPr>
        <w:jc w:val="right"/>
      </w:pPr>
      <w:r>
        <w:t>دیکھیں، اس وقت آپ لوگوں کے تاثر میں نے سنے تو بڑی خوشی ہوئی کہ ملک بھر میں</w:t>
      </w:r>
    </w:p>
    <w:p>
      <w:r>
        <w:rPr>
          <w:b/>
        </w:rPr>
        <w:t xml:space="preserve">[00:29] </w:t>
      </w:r>
      <w:r>
        <w:t>aur sari duniya mein Allah ke fazl se dawat ka kaam nihayat hi sahih andaaz mein ho raha</w:t>
      </w:r>
    </w:p>
    <w:p>
      <w:pPr>
        <w:jc w:val="right"/>
      </w:pPr>
      <w:r>
        <w:t>اور ساری دنیا میں اللہ کے فضل سے دعوت کا کام نہایت ہی صحیح انداز میں ہو رہا</w:t>
      </w:r>
    </w:p>
    <w:p>
      <w:r>
        <w:rPr>
          <w:b/>
        </w:rPr>
        <w:t xml:space="preserve">[00:37]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[00:38] </w:t>
      </w:r>
      <w:r>
        <w:t>yeh jo log yahan hain, yeh to bahut thode se log hain.</w:t>
      </w:r>
    </w:p>
    <w:p>
      <w:pPr>
        <w:jc w:val="right"/>
      </w:pPr>
      <w:r>
        <w:t>یہ جو لوگ یہاں ہیں، یہ تو بہت تھوڑے سے لوگ ہیں۔</w:t>
      </w:r>
    </w:p>
    <w:p>
      <w:r>
        <w:rPr>
          <w:b/>
        </w:rPr>
        <w:t xml:space="preserve">[00:44] </w:t>
      </w:r>
      <w:r>
        <w:t>agar hum ailan karte to yahan bahut kaafi log ho sakte the.</w:t>
      </w:r>
    </w:p>
    <w:p>
      <w:pPr>
        <w:jc w:val="right"/>
      </w:pPr>
      <w:r>
        <w:t>اگر ہم اعلان کرتے تو یہاں بہت کافی لوگ ہو سکتے تھے۔</w:t>
      </w:r>
    </w:p>
    <w:p>
      <w:r>
        <w:rPr>
          <w:b/>
        </w:rPr>
        <w:t xml:space="preserve">[00:49] </w:t>
      </w:r>
      <w:r>
        <w:t>to chand baatein hain jo aap logon ki guftagu se saamne aayin, is par main izhaar-e-khayal karna</w:t>
      </w:r>
    </w:p>
    <w:p>
      <w:pPr>
        <w:jc w:val="right"/>
      </w:pPr>
      <w:r>
        <w:t>تو چند باتیں ہیں جو آپ لوگوں کی گفتگو سے سامنے آئیں، اس پر میں اظہارِ خیال کرنا</w:t>
      </w:r>
    </w:p>
    <w:p>
      <w:r>
        <w:rPr>
          <w:b/>
        </w:rPr>
        <w:t xml:space="preserve">[00:56] </w:t>
      </w:r>
      <w:r>
        <w:t>chahta hoon.</w:t>
      </w:r>
    </w:p>
    <w:p>
      <w:pPr>
        <w:jc w:val="right"/>
      </w:pPr>
      <w:r>
        <w:t>چاہتا ہوں۔</w:t>
      </w:r>
    </w:p>
    <w:p>
      <w:r>
        <w:rPr>
          <w:b/>
        </w:rPr>
        <w:t xml:space="preserve">[00:58] </w:t>
      </w:r>
      <w:r>
        <w:t>dekhen, ek baat jo kahi gayi woh yeh hai ke aap distribute karte hain Quran to is ka</w:t>
      </w:r>
    </w:p>
    <w:p>
      <w:pPr>
        <w:jc w:val="right"/>
      </w:pPr>
      <w:r>
        <w:t>دیکھیں، ایک بات جو کہی گئی وہ یہ ہے کہ آپ ڈسٹریبیوٹ کرتے ہیں قرآن تو اس کا</w:t>
      </w:r>
    </w:p>
    <w:p>
      <w:r>
        <w:rPr>
          <w:b/>
        </w:rPr>
        <w:t xml:space="preserve">[01:06] </w:t>
      </w:r>
      <w:r>
        <w:t>result kya hai? dekhen, yeh soch sahih nahi hai.</w:t>
      </w:r>
    </w:p>
    <w:p>
      <w:pPr>
        <w:jc w:val="right"/>
      </w:pPr>
      <w:r>
        <w:t>رزلٹ کیا ہے؟ دیکھیں، یہ سوچ صحیح نہیں ہے۔</w:t>
      </w:r>
    </w:p>
    <w:p>
      <w:r>
        <w:rPr>
          <w:b/>
        </w:rPr>
        <w:t xml:space="preserve">[01:10] </w:t>
      </w:r>
      <w:r>
        <w:t>Quran ka distribution jo hai, yeh printing press ke age mein wahi kaam karna hai jis ke liye</w:t>
      </w:r>
    </w:p>
    <w:p>
      <w:pPr>
        <w:jc w:val="right"/>
      </w:pPr>
      <w:r>
        <w:t>قرآن کا ڈسٹریبیوشن جو ہے، یہ پرنٹنگ پریس کے ایج میں وہی کام کرنا ہے جس کے لیے</w:t>
      </w:r>
    </w:p>
    <w:p>
      <w:r>
        <w:rPr>
          <w:b/>
        </w:rPr>
        <w:t xml:space="preserve">[01:17] </w:t>
      </w:r>
      <w:r>
        <w:t>sahaba muqri bane hue the, yaani padh kar sunana.</w:t>
      </w:r>
    </w:p>
    <w:p>
      <w:pPr>
        <w:jc w:val="right"/>
      </w:pPr>
      <w:r>
        <w:t>صحابہ مقری بنے ہوئے تھے، یعنی پڑھ کر سنانا۔</w:t>
      </w:r>
    </w:p>
    <w:p>
      <w:r>
        <w:rPr>
          <w:b/>
        </w:rPr>
        <w:t xml:space="preserve">[01:21] </w:t>
      </w:r>
      <w:r>
        <w:t>sahaba jo the, un ko muqri kaha jata tha kyunke woh jahan jaate the, wahan jahan dekhte</w:t>
      </w:r>
    </w:p>
    <w:p>
      <w:pPr>
        <w:jc w:val="right"/>
      </w:pPr>
      <w:r>
        <w:t>صحابہ جو تو تھے، ان کو مقری کہا جاتا تھا کیونکہ وہ جہاں جاتے تھے، وہاں جہاں دیکھتے</w:t>
      </w:r>
    </w:p>
    <w:p>
      <w:r>
        <w:rPr>
          <w:b/>
        </w:rPr>
        <w:t xml:space="preserve">[01:29] </w:t>
      </w:r>
      <w:r>
        <w:t>the kuch log hain, to Quran ko padh kar sunate the.</w:t>
      </w:r>
    </w:p>
    <w:p>
      <w:pPr>
        <w:jc w:val="right"/>
      </w:pPr>
      <w:r>
        <w:t>تھے کچھ لوگ ہیں، تو قرآن کو پڑھ کر سناتے تھے۔</w:t>
      </w:r>
    </w:p>
    <w:p>
      <w:r>
        <w:rPr>
          <w:b/>
        </w:rPr>
        <w:t xml:space="preserve">[01:33] </w:t>
      </w:r>
      <w:r>
        <w:t>ab hum distribute karte hain kyunke now we are living the age of printing press, to us zamane</w:t>
      </w:r>
    </w:p>
    <w:p>
      <w:pPr>
        <w:jc w:val="right"/>
      </w:pPr>
      <w:r>
        <w:t>اب ہم ڈسٹریبیوٹ کرتے ہیں کیونکہ ناؤ وی آر لیونگ دا ایج آف پرنٹنگ پریس، تو اس زمانے</w:t>
      </w:r>
    </w:p>
    <w:p>
      <w:r>
        <w:rPr>
          <w:b/>
        </w:rPr>
        <w:t xml:space="preserve">[01:41] </w:t>
      </w:r>
      <w:r>
        <w:t>mein bhi criteria yeh nahi tha ke tum ne padh kar sunaya to kehte log ne kalma padh</w:t>
      </w:r>
    </w:p>
    <w:p>
      <w:pPr>
        <w:jc w:val="right"/>
      </w:pPr>
      <w:r>
        <w:t>میں بھی کرائٹیریا یہ نہیں تھا کہ تم نے پڑھ کر سنایا تو کہتے لوگ نے کلمہ پڑھ</w:t>
      </w:r>
    </w:p>
    <w:p>
      <w:r>
        <w:rPr>
          <w:b/>
        </w:rPr>
        <w:t xml:space="preserve">[01:49] </w:t>
      </w:r>
      <w:r>
        <w:t>liya.</w:t>
      </w:r>
    </w:p>
    <w:p>
      <w:pPr>
        <w:jc w:val="right"/>
      </w:pPr>
      <w:r>
        <w:t>لیا۔</w:t>
      </w:r>
    </w:p>
    <w:p>
      <w:r>
        <w:rPr>
          <w:b/>
        </w:rPr>
        <w:t xml:space="preserve">[01:50] </w:t>
      </w:r>
      <w:r>
        <w:t>yeh tha hi nahi.</w:t>
      </w:r>
    </w:p>
    <w:p>
      <w:pPr>
        <w:jc w:val="right"/>
      </w:pPr>
      <w:r>
        <w:t>یہ تھا ہی نہیں۔</w:t>
      </w:r>
    </w:p>
    <w:p>
      <w:r>
        <w:rPr>
          <w:b/>
        </w:rPr>
        <w:t xml:space="preserve">[01:52] </w:t>
      </w:r>
      <w:r>
        <w:t>woh kya tha? woh yeh tha ke balagh pahuncha dena.</w:t>
      </w:r>
    </w:p>
    <w:p>
      <w:pPr>
        <w:jc w:val="right"/>
      </w:pPr>
      <w:r>
        <w:t>وہ کیا تھا؟ وہ یہ تھا کہ بلاغ پہنچا دینا۔</w:t>
      </w:r>
    </w:p>
    <w:p>
      <w:r>
        <w:rPr>
          <w:b/>
        </w:rPr>
        <w:t xml:space="preserve">[01:56] </w:t>
      </w:r>
      <w:r>
        <w:t>Quran mein bar bar yeh baat aayi hai ke asal jo nishana hai, woh pahuncha dena hai na</w:t>
      </w:r>
    </w:p>
    <w:p>
      <w:pPr>
        <w:jc w:val="right"/>
      </w:pPr>
      <w:r>
        <w:t>قرآن میں بار بار یہ بات آئی ہے کہ اصل جو نشانہ ہے، وہ پہنچا دینا ہے نہ</w:t>
      </w:r>
    </w:p>
    <w:p>
      <w:r>
        <w:rPr>
          <w:b/>
        </w:rPr>
        <w:t xml:space="preserve">[02:04] </w:t>
      </w:r>
      <w:r>
        <w:t>keh badal dena.</w:t>
      </w:r>
    </w:p>
    <w:p>
      <w:pPr>
        <w:jc w:val="right"/>
      </w:pPr>
      <w:r>
        <w:t>کہ بدل دینا۔</w:t>
      </w:r>
    </w:p>
    <w:p>
      <w:r>
        <w:rPr>
          <w:b/>
        </w:rPr>
        <w:t xml:space="preserve">[02:06] </w:t>
      </w:r>
      <w:r>
        <w:t>in ka latadi mani bip tha, walakin Allah yaziid be ashaa'.</w:t>
      </w:r>
    </w:p>
    <w:p>
      <w:pPr>
        <w:jc w:val="right"/>
      </w:pPr>
      <w:r>
        <w:t>ان کا لاتعدی معنی بپ تھا، ولكن اللہ یزید بے عشاء۔</w:t>
      </w:r>
    </w:p>
    <w:p>
      <w:r>
        <w:rPr>
          <w:b/>
        </w:rPr>
        <w:t xml:space="preserve">[02:10] </w:t>
      </w:r>
      <w:r>
        <w:t>tum nahi badal sakte, Allah chahe ga to badlen ge aadmi.</w:t>
      </w:r>
    </w:p>
    <w:p>
      <w:pPr>
        <w:jc w:val="right"/>
      </w:pPr>
      <w:r>
        <w:t>تم نہیں بدل سکتے، اللہ چاہے گا تو بدلیں گے آدمی۔</w:t>
      </w:r>
    </w:p>
    <w:p>
      <w:r>
        <w:rPr>
          <w:b/>
        </w:rPr>
        <w:t xml:space="preserve">[02:15] </w:t>
      </w:r>
      <w:r>
        <w:t>quran mein aik aisi bohat sari aayaten hain: fa zakir innama anta muzakkir lasta alaihim babsaittin in ko batate</w:t>
      </w:r>
    </w:p>
    <w:p>
      <w:pPr>
        <w:jc w:val="right"/>
      </w:pPr>
      <w:r>
        <w:t>قرآن میں ایک ایسی بہت ساری آیتیں ہیں: فَذَكِّرْ إِنَّمَا أَنْتَ مُذَكِّرٌ لَسْتَ عَلَيْهِمْ بَبْسَيْطٍ ان کو بتاتے</w:t>
      </w:r>
    </w:p>
    <w:p>
      <w:r>
        <w:rPr>
          <w:b/>
        </w:rPr>
        <w:t xml:space="preserve">[02:23] </w:t>
      </w:r>
      <w:r>
        <w:t>raho, batate raho, to badal dalna nahi hai.</w:t>
      </w:r>
    </w:p>
    <w:p>
      <w:pPr>
        <w:jc w:val="right"/>
      </w:pPr>
      <w:r>
        <w:t>رہو، بتاتے رہو، تو بدل ڈالنا نہیں ہے۔</w:t>
      </w:r>
    </w:p>
    <w:p>
      <w:r>
        <w:rPr>
          <w:b/>
        </w:rPr>
        <w:t xml:space="preserve">[02:26] </w:t>
      </w:r>
      <w:r>
        <w:t>to hamara nishana jo hai, hamara target jo hai, jo hamara goal hai, woh clear tor par sirf</w:t>
      </w:r>
    </w:p>
    <w:p>
      <w:pPr>
        <w:jc w:val="right"/>
      </w:pPr>
      <w:r>
        <w:t>تو ہمارا نشانہ جو ہے، ہمارا ٹارگٹ جو ہے، جو ہمارا گول ہے، وہ کلیئر طور پر صرف</w:t>
      </w:r>
    </w:p>
    <w:p>
      <w:r>
        <w:rPr>
          <w:b/>
        </w:rPr>
        <w:t xml:space="preserve">[02:34] </w:t>
      </w:r>
      <w:r>
        <w:t>hai keh hum pohncha dain.</w:t>
      </w:r>
    </w:p>
    <w:p>
      <w:pPr>
        <w:jc w:val="right"/>
      </w:pPr>
      <w:r>
        <w:t>ہے کہ ہم پہنچا دیں۔</w:t>
      </w:r>
    </w:p>
    <w:p>
      <w:r>
        <w:rPr>
          <w:b/>
        </w:rPr>
        <w:t xml:space="preserve">[02:36] </w:t>
      </w:r>
      <w:r>
        <w:t>yani sahaba maqri banay hue thay, hum chahte hain keh aap distributor ban jayen.</w:t>
      </w:r>
    </w:p>
    <w:p>
      <w:pPr>
        <w:jc w:val="right"/>
      </w:pPr>
      <w:r>
        <w:t>یعنی صحابہ مقری بنے ہوئے تھے، ہم چاہتے ہیں کہ آپ ڈسٹریبیوٹر بن جائیں۔</w:t>
      </w:r>
    </w:p>
    <w:p>
      <w:r>
        <w:rPr>
          <w:b/>
        </w:rPr>
        <w:t xml:space="preserve">[02:42] </w:t>
      </w:r>
      <w:r>
        <w:t>bas itna hi farq hai.</w:t>
      </w:r>
    </w:p>
    <w:p>
      <w:pPr>
        <w:jc w:val="right"/>
      </w:pPr>
      <w:r>
        <w:t>بس اتنا ہی فرق ہے۔</w:t>
      </w:r>
    </w:p>
    <w:p>
      <w:r>
        <w:rPr>
          <w:b/>
        </w:rPr>
        <w:t xml:space="preserve">[02:44] </w:t>
      </w:r>
      <w:r>
        <w:t>kyunkeh hum printing press ke zamaney mein hain, to ab aap quran ke tarjume chhap kar ke logon</w:t>
      </w:r>
    </w:p>
    <w:p>
      <w:pPr>
        <w:jc w:val="right"/>
      </w:pPr>
      <w:r>
        <w:t>کیونکہ ہم پرنٹنگ پریس کے زمانے میں ہیں، تو اب آپ قرآن کے ترجمے چھاپ کر کے لوگوں</w:t>
      </w:r>
    </w:p>
    <w:p>
      <w:r>
        <w:rPr>
          <w:b/>
        </w:rPr>
        <w:t xml:space="preserve">[02:52] </w:t>
      </w:r>
      <w:r>
        <w:t>ko pohncha sakte hain, to is ko avail kijiye.</w:t>
      </w:r>
    </w:p>
    <w:p>
      <w:pPr>
        <w:jc w:val="right"/>
      </w:pPr>
      <w:r>
        <w:t>کو پہنچا سکتے ہیں، تو اس کو اویل کیجیے۔</w:t>
      </w:r>
    </w:p>
    <w:p>
      <w:r>
        <w:rPr>
          <w:b/>
        </w:rPr>
        <w:t xml:space="preserve">[02:56] </w:t>
      </w:r>
      <w:r>
        <w:t>تو یہ بہت ہی زیادہ ضروری ہے کہ یہ بات ہمارے دماغوں میں کلیئر ہو کہ result is</w:t>
      </w:r>
    </w:p>
    <w:p>
      <w:pPr>
        <w:jc w:val="right"/>
      </w:pPr>
      <w:r>
        <w:t>تو یہ بہت ہی زیادہ ضروری ہے کہ یہ بات ہمارے دماغوں میں کلیئر ہو کہ رزلٹ از</w:t>
      </w:r>
    </w:p>
    <w:p>
      <w:r>
        <w:rPr>
          <w:b/>
        </w:rPr>
        <w:t xml:space="preserve">[03:04] </w:t>
      </w:r>
      <w:r>
        <w:t>not our goal.</w:t>
      </w:r>
    </w:p>
    <w:p>
      <w:pPr>
        <w:jc w:val="right"/>
      </w:pPr>
      <w:r>
        <w:t>ناٹ اور گول۔</w:t>
      </w:r>
    </w:p>
    <w:p>
      <w:r>
        <w:rPr>
          <w:b/>
        </w:rPr>
        <w:t xml:space="preserve">[03:05] </w:t>
      </w:r>
      <w:r>
        <w:t>acchi tarah samajh lijiye keh result jo hai, woh hamara goal nahi hai.</w:t>
      </w:r>
    </w:p>
    <w:p>
      <w:pPr>
        <w:jc w:val="right"/>
      </w:pPr>
      <w:r>
        <w:t>اچھی طرح سمجھ لیجیے کہ رزلٹ جو ہے، وہ ہمارا گول نہیں ہے۔</w:t>
      </w:r>
    </w:p>
    <w:p>
      <w:r>
        <w:rPr>
          <w:b/>
        </w:rPr>
        <w:t xml:space="preserve">[03:11] </w:t>
      </w:r>
      <w:r>
        <w:t>hamara goal hai inzaar, tafseer, ablaagh, pohncha dena.</w:t>
      </w:r>
    </w:p>
    <w:p>
      <w:pPr>
        <w:jc w:val="right"/>
      </w:pPr>
      <w:r>
        <w:t>ہمارا گول ہے انظار، تفسیر، ابلاغ، پہنچا دینا۔</w:t>
      </w:r>
    </w:p>
    <w:p>
      <w:r>
        <w:rPr>
          <w:b/>
        </w:rPr>
        <w:t xml:space="preserve">[03:14] </w:t>
      </w:r>
      <w:r>
        <w:t>ab is mein kuch log jo keh seeker honge, jin ki fitrat zinda hogi, is mein woh</w:t>
      </w:r>
    </w:p>
    <w:p>
      <w:pPr>
        <w:jc w:val="right"/>
      </w:pPr>
      <w:r>
        <w:t>اب اس میں کچھ لوگ جو کہ سیکھر ہوں گے، جن کی فطرت زندہ ہوگی، اس میں وہ</w:t>
      </w:r>
    </w:p>
    <w:p>
      <w:r>
        <w:rPr>
          <w:b/>
        </w:rPr>
        <w:t xml:space="preserve">[03:22] </w:t>
      </w:r>
      <w:r>
        <w:t>log is ka asar qabool karen ge.</w:t>
      </w:r>
    </w:p>
    <w:p>
      <w:pPr>
        <w:jc w:val="right"/>
      </w:pPr>
      <w:r>
        <w:t>لوگ اس کا اثر قبول کریں گے۔</w:t>
      </w:r>
    </w:p>
    <w:p>
      <w:r>
        <w:rPr>
          <w:b/>
        </w:rPr>
        <w:t xml:space="preserve">[03:25] </w:t>
      </w:r>
      <w:r>
        <w:t>aur Allah ke fazl se sari duniya mein bohat se log asar qabool kar rahe hain.</w:t>
      </w:r>
    </w:p>
    <w:p>
      <w:pPr>
        <w:jc w:val="right"/>
      </w:pPr>
      <w:r>
        <w:t>اور اللہ کے فضل سے ساری دنیا میں بہت سے لوگ اثر قبول کر رہے ہیں۔</w:t>
      </w:r>
    </w:p>
    <w:p>
      <w:r>
        <w:rPr>
          <w:b/>
        </w:rPr>
        <w:t xml:space="preserve">[03:32] </w:t>
      </w:r>
      <w:r>
        <w:t>hum in cheezon ko risala mein ailaan nahi karte kyunkeh is zamaney mein ailaan karna aik bohat hi</w:t>
      </w:r>
    </w:p>
    <w:p>
      <w:pPr>
        <w:jc w:val="right"/>
      </w:pPr>
      <w:r>
        <w:t>ہم ان چیزوں کو رسالہ میں اعلان نہیں کرتے کیونکہ اس زمانے میں اعلان کرنا ایک بہت ہی</w:t>
      </w:r>
    </w:p>
    <w:p>
      <w:r>
        <w:rPr>
          <w:b/>
        </w:rPr>
        <w:t xml:space="preserve">[03:39] </w:t>
      </w:r>
      <w:r>
        <w:t>risky baat hoti hai.</w:t>
      </w:r>
    </w:p>
    <w:p>
      <w:pPr>
        <w:jc w:val="right"/>
      </w:pPr>
      <w:r>
        <w:t>رسکی بات ہوتی ہے۔</w:t>
      </w:r>
    </w:p>
    <w:p>
      <w:r>
        <w:rPr>
          <w:b/>
        </w:rPr>
        <w:t xml:space="preserve">[03:41] </w:t>
      </w:r>
      <w:r>
        <w:t>media mein ailaan karna bohat risky baat hoti hai.</w:t>
      </w:r>
    </w:p>
    <w:p>
      <w:pPr>
        <w:jc w:val="right"/>
      </w:pPr>
      <w:r>
        <w:t>میڈیا میں اعلان کرنا بہت رسکی بات ہوتی ہے۔</w:t>
      </w:r>
    </w:p>
    <w:p>
      <w:r>
        <w:rPr>
          <w:b/>
        </w:rPr>
        <w:t xml:space="preserve">[03:45] </w:t>
      </w:r>
      <w:r>
        <w:t>to hum koshish par zor kar dete hain aur jo nateeja nikal raha hai, us par hum ailaan</w:t>
      </w:r>
    </w:p>
    <w:p>
      <w:pPr>
        <w:jc w:val="right"/>
      </w:pPr>
      <w:r>
        <w:t>تو ہم کوشش پر زور کر دیتے ہیں اور جو نتیجہ نکل رہا ہے، اس پر ہم اعلان</w:t>
      </w:r>
    </w:p>
    <w:p>
      <w:r>
        <w:rPr>
          <w:b/>
        </w:rPr>
        <w:t xml:space="preserve">[03:53] </w:t>
      </w:r>
      <w:r>
        <w:t>nahi karte.</w:t>
      </w:r>
    </w:p>
    <w:p>
      <w:pPr>
        <w:jc w:val="right"/>
      </w:pPr>
      <w:r>
        <w:t>نہیں کرتے۔</w:t>
      </w:r>
    </w:p>
    <w:p>
      <w:r>
        <w:rPr>
          <w:b/>
        </w:rPr>
        <w:t xml:space="preserve">[03:54] </w:t>
      </w:r>
      <w:r>
        <w:t>to yeh itne log jo hain ikatthe hain, khud aap log sochiye keh aap chand saal pehle kiya</w:t>
      </w:r>
    </w:p>
    <w:p>
      <w:pPr>
        <w:jc w:val="right"/>
      </w:pPr>
      <w:r>
        <w:t>تو یہ اتنے لوگ جو ہیں اکٹھے ہیں، خود آپ لوگ سوچیے کہ آپ چند سال پہلے کیا</w:t>
      </w:r>
    </w:p>
    <w:p>
      <w:r>
        <w:rPr>
          <w:b/>
        </w:rPr>
        <w:t xml:space="preserve">[04:02] </w:t>
      </w:r>
      <w:r>
        <w:t>tha aur aaj kiya hain.</w:t>
      </w:r>
    </w:p>
    <w:p>
      <w:pPr>
        <w:jc w:val="right"/>
      </w:pPr>
      <w:r>
        <w:t>تھا اور آج کیا ہیں۔</w:t>
      </w:r>
    </w:p>
    <w:p>
      <w:r>
        <w:rPr>
          <w:b/>
        </w:rPr>
        <w:t xml:space="preserve">[04:04] </w:t>
      </w:r>
      <w:r>
        <w:t>isi ko multiply kijiye.</w:t>
      </w:r>
    </w:p>
    <w:p>
      <w:pPr>
        <w:jc w:val="right"/>
      </w:pPr>
      <w:r>
        <w:t>اسی کو ملٹی پلائی کیجیے۔</w:t>
      </w:r>
    </w:p>
    <w:p>
      <w:r>
        <w:rPr>
          <w:b/>
        </w:rPr>
        <w:t xml:space="preserve">[04:06] </w:t>
      </w:r>
      <w:r>
        <w:t>aise hi waqiat sari dunya mein ho raha hai.</w:t>
      </w:r>
    </w:p>
    <w:p>
      <w:pPr>
        <w:jc w:val="right"/>
      </w:pPr>
      <w:r>
        <w:t>ایسے ہی واقعات ساری دنیا میں ہو رہا ہے۔</w:t>
      </w:r>
    </w:p>
    <w:p>
      <w:r>
        <w:rPr>
          <w:b/>
        </w:rPr>
        <w:t xml:space="preserve">[04:10] </w:t>
      </w:r>
      <w:r>
        <w:t>ek baat yeh hai, ek sahab ne yeh kaha ke aap ka nishana jannat mein logon ko dakhil</w:t>
      </w:r>
    </w:p>
    <w:p>
      <w:pPr>
        <w:jc w:val="right"/>
      </w:pPr>
      <w:r>
        <w:t>ایک بات یہ ہے، ایک صاحب نے یہ کہا کہ آپ کا نشانہ جنت میں لوگوں کو داخل</w:t>
      </w:r>
    </w:p>
    <w:p>
      <w:r>
        <w:rPr>
          <w:b/>
        </w:rPr>
        <w:t xml:space="preserve">[04:18] </w:t>
      </w:r>
      <w:r>
        <w:t>karna hai, to kehte logon ko aap ne dakhil kiya.</w:t>
      </w:r>
    </w:p>
    <w:p>
      <w:pPr>
        <w:jc w:val="right"/>
      </w:pPr>
      <w:r>
        <w:t>کرنا ہے، تو کہتے لوگوں کو آپ نے داخل کیا۔</w:t>
      </w:r>
    </w:p>
    <w:p>
      <w:r>
        <w:rPr>
          <w:b/>
        </w:rPr>
        <w:t xml:space="preserve">[04:22] </w:t>
      </w:r>
      <w:r>
        <w:t>dekhein, yeh kisi ghalati se keh diya hoga.</w:t>
      </w:r>
    </w:p>
    <w:p>
      <w:pPr>
        <w:jc w:val="right"/>
      </w:pPr>
      <w:r>
        <w:t>دیکھیں، یہ کسی غلطی سے کہہ دیا ہوگا۔</w:t>
      </w:r>
    </w:p>
    <w:p>
      <w:r>
        <w:rPr>
          <w:b/>
        </w:rPr>
        <w:t xml:space="preserve">[04:25] </w:t>
      </w:r>
      <w:r>
        <w:t>hargiz hamara nishana logon ko jannat mein dakhil karna nahi hai.</w:t>
      </w:r>
    </w:p>
    <w:p>
      <w:pPr>
        <w:jc w:val="right"/>
      </w:pPr>
      <w:r>
        <w:t>ہرگز ہمارا نشانہ لوگوں کو جنت میں داخل کرنا نہیں ہے۔</w:t>
      </w:r>
    </w:p>
    <w:p>
      <w:r>
        <w:rPr>
          <w:b/>
        </w:rPr>
        <w:t xml:space="preserve">[04:30] </w:t>
      </w:r>
      <w:r>
        <w:t>jannat ka rasta batana hai.</w:t>
      </w:r>
    </w:p>
    <w:p>
      <w:pPr>
        <w:jc w:val="right"/>
      </w:pPr>
      <w:r>
        <w:t>جنت کا راستہ بتانا ہے۔</w:t>
      </w:r>
    </w:p>
    <w:p>
      <w:r>
        <w:rPr>
          <w:b/>
        </w:rPr>
        <w:t xml:space="preserve">[04:32] </w:t>
      </w:r>
      <w:r>
        <w:t>There are different materials to tell and to include.</w:t>
      </w:r>
    </w:p>
    <w:p>
      <w:pPr>
        <w:jc w:val="right"/>
      </w:pPr>
      <w:r>
        <w:t>دیر ڈیفرنٹ میٹیریل بتانا اور داخل کرنا۔</w:t>
      </w:r>
    </w:p>
    <w:p>
      <w:r>
        <w:rPr>
          <w:b/>
        </w:rPr>
        <w:t xml:space="preserve">[04:35] </w:t>
      </w:r>
      <w:r>
        <w:t>agar kisi hamare sathi ne yeh keh diya ho ke hamara maqsad jannat mein dakhil karna hai logon</w:t>
      </w:r>
    </w:p>
    <w:p>
      <w:pPr>
        <w:jc w:val="right"/>
      </w:pPr>
      <w:r>
        <w:t>اگر کسی ہمارے ساتھی نے یہ کہہ دیا ہو کہ ہمارا مقصد جنت میں داخل کرنا ہے لوگوں</w:t>
      </w:r>
    </w:p>
    <w:p>
      <w:r>
        <w:rPr>
          <w:b/>
        </w:rPr>
        <w:t xml:space="preserve">[04:43] </w:t>
      </w:r>
      <w:r>
        <w:t>ko, to yeh is ne ghalati se lafz bol diya.</w:t>
      </w:r>
    </w:p>
    <w:p>
      <w:pPr>
        <w:jc w:val="right"/>
      </w:pPr>
      <w:r>
        <w:t>کو، تو یہ اس نے غلطی سے لفظ بول دیا۔</w:t>
      </w:r>
    </w:p>
    <w:p>
      <w:r>
        <w:rPr>
          <w:b/>
        </w:rPr>
        <w:t xml:space="preserve">[04:47] </w:t>
      </w:r>
      <w:r>
        <w:t>yeh hamara lafz nahi hai.</w:t>
      </w:r>
    </w:p>
    <w:p>
      <w:pPr>
        <w:jc w:val="right"/>
      </w:pPr>
      <w:r>
        <w:t>یہ ہمارا لفظ نہیں ہے۔</w:t>
      </w:r>
    </w:p>
    <w:p>
      <w:r>
        <w:rPr>
          <w:b/>
        </w:rPr>
        <w:t xml:space="preserve">[04:49] </w:t>
      </w:r>
      <w:r>
        <w:t>kyunke yeh to Allah ke bas mein hai.</w:t>
      </w:r>
    </w:p>
    <w:p>
      <w:pPr>
        <w:jc w:val="right"/>
      </w:pPr>
      <w:r>
        <w:t>کیونکہ یہ تو اللہ کے بس میں ہے۔</w:t>
      </w:r>
    </w:p>
    <w:p>
      <w:r>
        <w:rPr>
          <w:b/>
        </w:rPr>
        <w:t xml:space="preserve">[04:53] </w:t>
      </w:r>
      <w:r>
        <w:t>khud rasool Allah salallaho alaihi wasallam ka waqia hai ke rasool Allah ne farmaya ke koi bhi</w:t>
      </w:r>
    </w:p>
    <w:p>
      <w:pPr>
        <w:jc w:val="right"/>
      </w:pPr>
      <w:r>
        <w:t>خود رسول اللہ صلی اللہ علیہ وسلم کا واقعہ ہے کہ رسول اللہ نے فرمایا کہ کوئی بھی</w:t>
      </w:r>
    </w:p>
    <w:p>
      <w:r>
        <w:rPr>
          <w:b/>
        </w:rPr>
        <w:t xml:space="preserve">[05:01] </w:t>
      </w:r>
      <w:r>
        <w:t>amal, koi bhi aadmi apne amal se jannat mein jayega.</w:t>
      </w:r>
    </w:p>
    <w:p>
      <w:pPr>
        <w:jc w:val="right"/>
      </w:pPr>
      <w:r>
        <w:t>عمل، کوئی بھی آدمی اپنے عمل سے جنت میں جائے گا۔</w:t>
      </w:r>
    </w:p>
    <w:p>
      <w:r>
        <w:rPr>
          <w:b/>
        </w:rPr>
        <w:t xml:space="preserve">[05:05] </w:t>
      </w:r>
      <w:r>
        <w:t>yeh farmaya aap ne ke koi bhi insan apne amal se jannat mein nahi jayega.</w:t>
      </w:r>
    </w:p>
    <w:p>
      <w:pPr>
        <w:jc w:val="right"/>
      </w:pPr>
      <w:r>
        <w:t>یہ فرمایا آپ نے کہ کوئی بھی انسان اپنے عمل سے جنت میں نہیں جائے گا۔</w:t>
      </w:r>
    </w:p>
    <w:p>
      <w:r>
        <w:rPr>
          <w:b/>
        </w:rPr>
        <w:t xml:space="preserve">[05:12] </w:t>
      </w:r>
      <w:r>
        <w:t>hazrat ayesha ne poocha ke kya aap bhi? to aap ne farmaya ke haan, aye ayesha, illa an</w:t>
      </w:r>
    </w:p>
    <w:p>
      <w:pPr>
        <w:jc w:val="right"/>
      </w:pPr>
      <w:r>
        <w:t>حضرت عائشہ نے پوچھا کہ کیا آپ بھی؟ تو آپ نے فرمایا کہ ہاں، اے عائشہ، الا ان</w:t>
      </w:r>
    </w:p>
    <w:p>
      <w:r>
        <w:rPr>
          <w:b/>
        </w:rPr>
        <w:t xml:space="preserve">[05:20] </w:t>
      </w:r>
      <w:r>
        <w:t>Allah birahmat ibn fadli.</w:t>
      </w:r>
    </w:p>
    <w:p>
      <w:pPr>
        <w:jc w:val="right"/>
      </w:pPr>
      <w:r>
        <w:t>اللہ برحمت ابن فضلی۔</w:t>
      </w:r>
    </w:p>
    <w:p>
      <w:r>
        <w:rPr>
          <w:b/>
        </w:rPr>
        <w:t xml:space="preserve">[05:22] </w:t>
      </w:r>
      <w:r>
        <w:t>jannat ka dakhila to kisi ke bas mein nahi hota.</w:t>
      </w:r>
    </w:p>
    <w:p>
      <w:pPr>
        <w:jc w:val="right"/>
      </w:pPr>
      <w:r>
        <w:t>جنت کا داخلہ تو کسی کے بس میں نہیں ہوتا۔</w:t>
      </w:r>
    </w:p>
    <w:p>
      <w:r>
        <w:rPr>
          <w:b/>
        </w:rPr>
        <w:t xml:space="preserve">[05:26] </w:t>
      </w:r>
      <w:r>
        <w:t>hamara mission yeh nahi ke hum logon ko jannat mein dakhil kar dein.</w:t>
      </w:r>
    </w:p>
    <w:p>
      <w:pPr>
        <w:jc w:val="right"/>
      </w:pPr>
      <w:r>
        <w:t>ہمارا مشن یہ نہیں کہ ہم لوگوں کو جنت میں داخل کر دیں۔</w:t>
      </w:r>
    </w:p>
    <w:p>
      <w:r>
        <w:rPr>
          <w:b/>
        </w:rPr>
        <w:t xml:space="preserve">[05:31] </w:t>
      </w:r>
      <w:r>
        <w:t>hamara mission hai logon ko jannat ka rasta batayen.</w:t>
      </w:r>
    </w:p>
    <w:p>
      <w:pPr>
        <w:jc w:val="right"/>
      </w:pPr>
      <w:r>
        <w:t>ہمارا مشن ہے لوگوں کو جنت کا راستہ بتائیں۔</w:t>
      </w:r>
    </w:p>
    <w:p>
      <w:r>
        <w:rPr>
          <w:b/>
        </w:rPr>
        <w:t xml:space="preserve">[05:35] </w:t>
      </w:r>
      <w:r>
        <w:t>jannat ka rasta ka matlab kya hai? aaj kal musalmanon ki halat hai, woh shikayaton mein jeete hain,</w:t>
      </w:r>
    </w:p>
    <w:p>
      <w:pPr>
        <w:jc w:val="right"/>
      </w:pPr>
      <w:r>
        <w:t>جنت کا راستہ کا مطلب کیا ہے؟ آج کل مسلمانوں کی حالت ہے، وہ شکایتوں میں جیتے ہیں،</w:t>
      </w:r>
    </w:p>
    <w:p>
      <w:r>
        <w:rPr>
          <w:b/>
        </w:rPr>
        <w:t xml:space="preserve">[05:43] </w:t>
      </w:r>
      <w:r>
        <w:t>protest mein jeete hain, violence mein jeete hain, nafrat mein jeete hain.</w:t>
      </w:r>
    </w:p>
    <w:p>
      <w:pPr>
        <w:jc w:val="right"/>
      </w:pPr>
      <w:r>
        <w:t>پروٹیسٹ میں جیتے ہیں، وائیلنس میں جیتے ہیں، نفرت میں جیتے ہیں۔</w:t>
      </w:r>
    </w:p>
    <w:p>
      <w:r>
        <w:rPr>
          <w:b/>
        </w:rPr>
        <w:t xml:space="preserve">[05:48] </w:t>
      </w:r>
      <w:r>
        <w:t>yeh jannat ka rasta nahi hai.</w:t>
      </w:r>
    </w:p>
    <w:p>
      <w:pPr>
        <w:jc w:val="right"/>
      </w:pPr>
      <w:r>
        <w:t>یہ جنت کا راستہ نہیں ہے۔</w:t>
      </w:r>
    </w:p>
    <w:p>
      <w:r>
        <w:rPr>
          <w:b/>
        </w:rPr>
        <w:t xml:space="preserve">[05:51] </w:t>
      </w:r>
      <w:r>
        <w:t>aap ko aisa karna padega ke aap is culture, nafrat culture ko chhoden.</w:t>
      </w:r>
    </w:p>
    <w:p>
      <w:pPr>
        <w:jc w:val="right"/>
      </w:pPr>
      <w:r>
        <w:t>آپ کو ایسا کرنا پڑے گا کہ آپ اس کلچر، نفرت کلچر کو چھوڑیں۔</w:t>
      </w:r>
    </w:p>
    <w:p>
      <w:r>
        <w:rPr>
          <w:b/>
        </w:rPr>
        <w:t xml:space="preserve">[05:57] </w:t>
      </w:r>
      <w:r>
        <w:t>madu se khair khwah banen.</w:t>
      </w:r>
    </w:p>
    <w:p>
      <w:pPr>
        <w:jc w:val="right"/>
      </w:pPr>
      <w:r>
        <w:t>مدعو سے خیر خواہ بنیں۔</w:t>
      </w:r>
    </w:p>
    <w:p>
      <w:r>
        <w:rPr>
          <w:b/>
        </w:rPr>
        <w:t xml:space="preserve">[05:59] </w:t>
      </w:r>
      <w:r>
        <w:t>yeh batana hai hum ko ke jo tareeqa musalmanon ne ikhtiyar kar rakha hai, woh unhein woh jannat</w:t>
      </w:r>
    </w:p>
    <w:p>
      <w:pPr>
        <w:jc w:val="right"/>
      </w:pPr>
      <w:r>
        <w:t>یہ بتانا ہے ہم کو کہ جو طریقہ مسلمانوں نے اختیار کر رکھا ہے، وہ انہیں وہ جنت</w:t>
      </w:r>
    </w:p>
    <w:p>
      <w:r>
        <w:rPr>
          <w:b/>
        </w:rPr>
        <w:t xml:space="preserve">[06:07] </w:t>
      </w:r>
      <w:r>
        <w:t>ki taraf jane ka rasta hi nahi hai.</w:t>
      </w:r>
    </w:p>
    <w:p>
      <w:pPr>
        <w:jc w:val="right"/>
      </w:pPr>
      <w:r>
        <w:t>کی طرف جانے کا راستہ ہی نہیں ہے۔</w:t>
      </w:r>
    </w:p>
    <w:p>
      <w:r>
        <w:rPr>
          <w:b/>
        </w:rPr>
        <w:t xml:space="preserve">[06:10] </w:t>
      </w:r>
      <w:r>
        <w:t>innna li-kum naasih peghambaron ne kaha hum tumhare khair khwah hain.</w:t>
      </w:r>
    </w:p>
    <w:p>
      <w:pPr>
        <w:jc w:val="right"/>
      </w:pPr>
      <w:r>
        <w:t>إِنَّ لِكُمْ نَاسِحٌ پیغمبروں نے کہا ہم تمہارے خیر خواہ ہیں۔</w:t>
      </w:r>
    </w:p>
    <w:p>
      <w:r>
        <w:rPr>
          <w:b/>
        </w:rPr>
        <w:t xml:space="preserve">[06:15] </w:t>
      </w:r>
      <w:r>
        <w:t>to musalmanon ne khair khwahi kho di hai.</w:t>
      </w:r>
    </w:p>
    <w:p>
      <w:pPr>
        <w:jc w:val="right"/>
      </w:pPr>
      <w:r>
        <w:t>تو مسلمانوں نے خیر خواہی کھو دی ہے۔</w:t>
      </w:r>
    </w:p>
    <w:p>
      <w:r>
        <w:rPr>
          <w:b/>
        </w:rPr>
        <w:t xml:space="preserve">[06:18] </w:t>
      </w:r>
      <w:r>
        <w:t>to yeh humein batana hai.</w:t>
      </w:r>
    </w:p>
    <w:p>
      <w:pPr>
        <w:jc w:val="right"/>
      </w:pPr>
      <w:r>
        <w:t>تو یہ ہمیں بتانا ہے۔</w:t>
      </w:r>
    </w:p>
    <w:p>
      <w:r>
        <w:rPr>
          <w:b/>
        </w:rPr>
        <w:t xml:space="preserve">[06:20] </w:t>
      </w:r>
      <w:r>
        <w:t>yeh hamara kaam hai.</w:t>
      </w:r>
    </w:p>
    <w:p>
      <w:pPr>
        <w:jc w:val="right"/>
      </w:pPr>
      <w:r>
        <w:t>یہ ہمارا کام ہے۔</w:t>
      </w:r>
    </w:p>
    <w:p>
      <w:r>
        <w:rPr>
          <w:b/>
        </w:rPr>
        <w:t xml:space="preserve">[06:22] </w:t>
      </w:r>
      <w:r>
        <w:t>to is maamle mein bohat zyada wazeh hona chahiye logon ka zehn.</w:t>
      </w:r>
    </w:p>
    <w:p>
      <w:pPr>
        <w:jc w:val="right"/>
      </w:pPr>
      <w:r>
        <w:t>تو اس معاملے میں بہت زیادہ واضح ہونا چاہیے لوگوں کا ذہن۔</w:t>
      </w:r>
    </w:p>
    <w:p>
      <w:r>
        <w:rPr>
          <w:b/>
        </w:rPr>
        <w:t xml:space="preserve">[06:27] </w:t>
      </w:r>
      <w:r>
        <w:t>ek baat aaj yaani isi zail mein baat cheet logon ko suni mein ne to ek ajeeb baat</w:t>
      </w:r>
    </w:p>
    <w:p>
      <w:pPr>
        <w:jc w:val="right"/>
      </w:pPr>
      <w:r>
        <w:t>ایک بات آج، یعنی اسی ذیل میں بات چیت لوگوں کو سنی میں نے، تو ایک عجیب بات</w:t>
      </w:r>
    </w:p>
    <w:p>
      <w:r>
        <w:rPr>
          <w:b/>
        </w:rPr>
        <w:t xml:space="preserve">[06:35] </w:t>
      </w:r>
      <w:r>
        <w:t>mere zehn mein aayi.</w:t>
      </w:r>
    </w:p>
    <w:p>
      <w:pPr>
        <w:jc w:val="right"/>
      </w:pPr>
      <w:r>
        <w:t>میرے ذہن میں آئی۔</w:t>
      </w:r>
    </w:p>
    <w:p>
      <w:r>
        <w:rPr>
          <w:b/>
        </w:rPr>
        <w:t xml:space="preserve">[06:37] </w:t>
      </w:r>
      <w:r>
        <w:t>woh yeh ke Allah taala ne khud apne amal se kai example set kiye hain.</w:t>
      </w:r>
    </w:p>
    <w:p>
      <w:pPr>
        <w:jc w:val="right"/>
      </w:pPr>
      <w:r>
        <w:t>وہ یہ کہ اللہ تعالیٰ نے خود اپنے عمل سے کئی ایگزیمپل سیٹ کیے ہیں۔</w:t>
      </w:r>
    </w:p>
    <w:p>
      <w:r>
        <w:rPr>
          <w:b/>
        </w:rPr>
        <w:t xml:space="preserve">[06:43] </w:t>
      </w:r>
      <w:r>
        <w:t>yeh bohat anokhi baat hai.</w:t>
      </w:r>
    </w:p>
    <w:p>
      <w:pPr>
        <w:jc w:val="right"/>
      </w:pPr>
      <w:r>
        <w:t>یہ بہت انوکھی بات ہے۔</w:t>
      </w:r>
    </w:p>
    <w:p>
      <w:r>
        <w:rPr>
          <w:b/>
        </w:rPr>
        <w:t xml:space="preserve">[06:45] </w:t>
      </w:r>
      <w:r>
        <w:t>bohat anokhi baat hai.</w:t>
      </w:r>
    </w:p>
    <w:p>
      <w:pPr>
        <w:jc w:val="right"/>
      </w:pPr>
      <w:r>
        <w:t>بہت انوکھی بات ہے۔</w:t>
      </w:r>
    </w:p>
    <w:p>
      <w:r>
        <w:rPr>
          <w:b/>
        </w:rPr>
        <w:t xml:space="preserve">[06:47] </w:t>
      </w:r>
      <w:r>
        <w:t>yaani peghambar to namoona hai hi.</w:t>
      </w:r>
    </w:p>
    <w:p>
      <w:pPr>
        <w:jc w:val="right"/>
      </w:pPr>
      <w:r>
        <w:t>یعنی پیغمبر تو نمونہ ہے ہی۔</w:t>
      </w:r>
    </w:p>
    <w:p>
      <w:r>
        <w:rPr>
          <w:b/>
        </w:rPr>
        <w:t xml:space="preserve">[06:49] </w:t>
      </w:r>
      <w:r>
        <w:t>khud Allah taala ne apne amal se kai namoone set kiye hain.</w:t>
      </w:r>
    </w:p>
    <w:p>
      <w:pPr>
        <w:jc w:val="right"/>
      </w:pPr>
      <w:r>
        <w:t>خود اللہ تعالیٰ نے اپنے عمل سے کئی نمونے سیٹ کیے ہیں۔</w:t>
      </w:r>
    </w:p>
    <w:p>
      <w:r>
        <w:rPr>
          <w:b/>
        </w:rPr>
        <w:t xml:space="preserve">[06:55] </w:t>
      </w:r>
      <w:r>
        <w:t>misal aap dekhiye jab Allah taala ne elaan kiya ke inni jaa'alun fil-lardhi khaleefan to aap jante</w:t>
      </w:r>
    </w:p>
    <w:p>
      <w:pPr>
        <w:jc w:val="right"/>
      </w:pPr>
      <w:r>
        <w:t>مثلاً آپ دیکھیے، جب اللہ تعالیٰ نے اعلان کیا کہ إِنِّي جَاعَلٌ فِي الْلَارْضِ خَلِيفًا تو آپ جانتے</w:t>
      </w:r>
    </w:p>
    <w:p>
      <w:r>
        <w:rPr>
          <w:b/>
        </w:rPr>
        <w:t xml:space="preserve">[07:02] </w:t>
      </w:r>
      <w:r>
        <w:t>hain ke is malaika ne is par apni reservation ka izhaar kiya.</w:t>
      </w:r>
    </w:p>
    <w:p>
      <w:pPr>
        <w:jc w:val="right"/>
      </w:pPr>
      <w:r>
        <w:t>ہیں کہ اس ملائکہ نے اس پر اپنی ریزرویشن کا اظہار کیا۔</w:t>
      </w:r>
    </w:p>
    <w:p>
      <w:r>
        <w:rPr>
          <w:b/>
        </w:rPr>
        <w:t xml:space="preserve">[07:07] </w:t>
      </w:r>
      <w:r>
        <w:t>ab malaika ne kaha ke hataj'alufi mayyasufi wa yafsuq ad-damar ke aey Allah kya tu aise aadmi ko khaleefa</w:t>
      </w:r>
    </w:p>
    <w:p>
      <w:pPr>
        <w:jc w:val="right"/>
      </w:pPr>
      <w:r>
        <w:t>اب ملائکہ نے کہا کہ حَتَجَلَفِيَ مَيُّسُفِيَ وَيَفْسُقُ الدَّمَار کہ اے اللہ، کیا تو ایسے آدمی کو خلیفہ</w:t>
      </w:r>
    </w:p>
    <w:p>
      <w:r>
        <w:rPr>
          <w:b/>
        </w:rPr>
        <w:t xml:space="preserve">[07:15] </w:t>
      </w:r>
      <w:r>
        <w:t>bana raha hai jo khoon bahaye aur fasad kare to kaha ke malaika ne Allah ke faisle ke</w:t>
      </w:r>
    </w:p>
    <w:p>
      <w:pPr>
        <w:jc w:val="right"/>
      </w:pPr>
      <w:r>
        <w:t>بنا رہا ہے جو خون بہائے اور فساد کرے؟ تو کہا کہ ملائکہ نے اللہ کے فیصلے کے</w:t>
      </w:r>
    </w:p>
    <w:p>
      <w:r>
        <w:rPr>
          <w:b/>
        </w:rPr>
        <w:t xml:space="preserve">[07:23] </w:t>
      </w:r>
      <w:r>
        <w:t>khilaf apna reservation ka izhaar kiya.</w:t>
      </w:r>
    </w:p>
    <w:p>
      <w:pPr>
        <w:jc w:val="right"/>
      </w:pPr>
      <w:r>
        <w:t>خلاف اپنا ریزرویشن کا اظہار کیا۔</w:t>
      </w:r>
    </w:p>
    <w:p>
      <w:r>
        <w:rPr>
          <w:b/>
        </w:rPr>
        <w:t xml:space="preserve">[07:25] </w:t>
      </w:r>
      <w:r>
        <w:t>to yeh kya tha aaj kal ki zuban mein hum kahein ke decent ka izhaar kiya ikhtilaf ka</w:t>
      </w:r>
    </w:p>
    <w:p>
      <w:pPr>
        <w:jc w:val="right"/>
      </w:pPr>
      <w:r>
        <w:t>تو یہ کیا تھا؟ آج کل کی زبان میں ہم کہیں کہ ڈیسنٹ کا اظہار کیا، اختلاف کا</w:t>
      </w:r>
    </w:p>
    <w:p>
      <w:r>
        <w:rPr>
          <w:b/>
        </w:rPr>
        <w:t xml:space="preserve">[07:33] </w:t>
      </w:r>
      <w:r>
        <w:t>izhaar kiya.</w:t>
      </w:r>
    </w:p>
    <w:p>
      <w:pPr>
        <w:jc w:val="right"/>
      </w:pPr>
      <w:r>
        <w:t>اظہار کیا۔</w:t>
      </w:r>
    </w:p>
    <w:p>
      <w:r>
        <w:rPr>
          <w:b/>
        </w:rPr>
        <w:t xml:space="preserve">[07:35] </w:t>
      </w:r>
      <w:r>
        <w:t>to Allah taala ne unki zuban roki nahi.</w:t>
      </w:r>
    </w:p>
    <w:p>
      <w:pPr>
        <w:jc w:val="right"/>
      </w:pPr>
      <w:r>
        <w:t>تو اللہ تعالیٰ نے ان کی زبان روکی نہیں۔</w:t>
      </w:r>
    </w:p>
    <w:p>
      <w:r>
        <w:rPr>
          <w:b/>
        </w:rPr>
        <w:t xml:space="preserve">[07:38] </w:t>
      </w:r>
      <w:r>
        <w:t>Allah taala ne malaika ko maarne ka hukum nahi diya balke is ko clarify kiya jawab diya is</w:t>
      </w:r>
    </w:p>
    <w:p>
      <w:pPr>
        <w:jc w:val="right"/>
      </w:pPr>
      <w:r>
        <w:t>اللہ تعالیٰ نے ملائکہ کو مارنے کا حکم نہیں دیا، بلکہ اس کو کلیریفائی کیا، جواب دیا اس</w:t>
      </w:r>
    </w:p>
    <w:p>
      <w:r>
        <w:rPr>
          <w:b/>
        </w:rPr>
        <w:t xml:space="preserve">[07:46] </w:t>
      </w:r>
      <w:r>
        <w:t>ka.</w:t>
      </w:r>
    </w:p>
    <w:p>
      <w:pPr>
        <w:jc w:val="right"/>
      </w:pPr>
      <w:r>
        <w:t>کا۔</w:t>
      </w:r>
    </w:p>
    <w:p>
      <w:r>
        <w:rPr>
          <w:b/>
        </w:rPr>
        <w:t xml:space="preserve">[07:48] </w:t>
      </w:r>
      <w:r>
        <w:t>is se Allah taala ne ek ek example set kiya ke koi ikhtilaf karta hai to uska</w:t>
      </w:r>
    </w:p>
    <w:p>
      <w:pPr>
        <w:jc w:val="right"/>
      </w:pPr>
      <w:r>
        <w:t>اس سے اللہ تعالیٰ نے ایک ایک ایگزامپل سیٹ کیا کہ کوئی اختلاف کرتا ہے تو اس کا</w:t>
      </w:r>
    </w:p>
    <w:p>
      <w:r>
        <w:rPr>
          <w:b/>
        </w:rPr>
        <w:t xml:space="preserve">[07:55] </w:t>
      </w:r>
      <w:r>
        <w:t>haq hai ikhtilaf karna.</w:t>
      </w:r>
    </w:p>
    <w:p>
      <w:pPr>
        <w:jc w:val="right"/>
      </w:pPr>
      <w:r>
        <w:t>حق ہے اختلاف کرنا۔</w:t>
      </w:r>
    </w:p>
    <w:p>
      <w:r>
        <w:rPr>
          <w:b/>
        </w:rPr>
        <w:t xml:space="preserve">[07:57] </w:t>
      </w:r>
      <w:r>
        <w:t>کوئی decent دکھاتا ہے تو اس کا حق ہے decent کرنا۔</w:t>
      </w:r>
    </w:p>
    <w:p>
      <w:pPr>
        <w:jc w:val="right"/>
      </w:pPr>
      <w:r>
        <w:t>کوئی ڈیسنٹ دکھاتا ہے تو اس کا حق ہے ڈیسنٹ کرنا۔</w:t>
      </w:r>
    </w:p>
    <w:p>
      <w:r>
        <w:rPr>
          <w:b/>
        </w:rPr>
        <w:t xml:space="preserve">[08:02] </w:t>
      </w:r>
      <w:r>
        <w:t>tum thande tareeqe se daleel ki zuban mein uski baaton ka jawab do.</w:t>
      </w:r>
    </w:p>
    <w:p>
      <w:pPr>
        <w:jc w:val="right"/>
      </w:pPr>
      <w:r>
        <w:t>تم ٹھنڈے طریقے سے دلیل کی زبان میں اس کی باتوں کا جواب دو۔</w:t>
      </w:r>
    </w:p>
    <w:p>
      <w:r>
        <w:rPr>
          <w:b/>
        </w:rPr>
        <w:t xml:space="preserve">[08:08] </w:t>
      </w:r>
      <w:r>
        <w:t>yeh khud Allah taala ne set kiya.</w:t>
      </w:r>
    </w:p>
    <w:p>
      <w:pPr>
        <w:jc w:val="right"/>
      </w:pPr>
      <w:r>
        <w:t>یہ خود اللہ تعالیٰ نے سیٹ کیا۔</w:t>
      </w:r>
    </w:p>
    <w:p>
      <w:r>
        <w:rPr>
          <w:b/>
        </w:rPr>
        <w:t xml:space="preserve">[08:11] </w:t>
      </w:r>
      <w:r>
        <w:t>kyunke Allah taala keh sakte the ke tum ko kya haq hai ke mere mere faisle par shakk</w:t>
      </w:r>
    </w:p>
    <w:p>
      <w:pPr>
        <w:jc w:val="right"/>
      </w:pPr>
      <w:r>
        <w:t>کیونکہ اللہ تعالیٰ کہہ سکتے تھے کہ تم کو کیا حق ہے کہ میرے میرے فیصلے پر شک</w:t>
      </w:r>
    </w:p>
    <w:p>
      <w:r>
        <w:rPr>
          <w:b/>
        </w:rPr>
        <w:t xml:space="preserve">[08:19] </w:t>
      </w:r>
      <w:r>
        <w:t>karo? Tumhein kya haq hai? Main tum sab ko mita doon ga.</w:t>
      </w:r>
    </w:p>
    <w:p>
      <w:pPr>
        <w:jc w:val="right"/>
      </w:pPr>
      <w:r>
        <w:t>کرو؟ تمہیں کیا حق ہے؟ میں تم سب کو مٹا دوں گا۔</w:t>
      </w:r>
    </w:p>
    <w:p>
      <w:r>
        <w:rPr>
          <w:b/>
        </w:rPr>
        <w:t xml:space="preserve">[08:24] </w:t>
      </w:r>
      <w:r>
        <w:t>لیکن اللہ تعالیٰ نے خود اپنے عمل سے یہ بہت ہی بڑا example سیٹ کیا کہ اختلاف جو</w:t>
      </w:r>
    </w:p>
    <w:p>
      <w:pPr>
        <w:jc w:val="right"/>
      </w:pPr>
      <w:r>
        <w:t>لیکن اللہ تعالیٰ نے خود اپنے عمل سے یہ بہت ہی بڑا ایگزامپل سیٹ کیا کہ اختلاف جو</w:t>
      </w:r>
    </w:p>
    <w:p>
      <w:r>
        <w:rPr>
          <w:b/>
        </w:rPr>
        <w:t xml:space="preserve">[08:31] </w:t>
      </w:r>
      <w:r>
        <w:t>hai, ikhtilaf ya dissent, yeh ek nemat hai, ek rehmat hai.</w:t>
      </w:r>
    </w:p>
    <w:p>
      <w:pPr>
        <w:jc w:val="right"/>
      </w:pPr>
      <w:r>
        <w:t>ہے، اختلاف یا ڈیسنٹ، یہ ایک نعمت ہے، ایک رحمت ہے۔</w:t>
      </w:r>
    </w:p>
    <w:p>
      <w:r>
        <w:rPr>
          <w:b/>
        </w:rPr>
        <w:t xml:space="preserve">[08:36] </w:t>
      </w:r>
      <w:r>
        <w:t>kyun? Is se baat clarify hoti hai, baat ki mazeed wazahat hoti hai.</w:t>
      </w:r>
    </w:p>
    <w:p>
      <w:pPr>
        <w:jc w:val="right"/>
      </w:pPr>
      <w:r>
        <w:t>کیوں؟ اس سے بات کلیریفائی ہوتی ہے، بات کی مزید وضاحت ہوتی ہے۔</w:t>
      </w:r>
    </w:p>
    <w:p>
      <w:r>
        <w:rPr>
          <w:b/>
        </w:rPr>
        <w:t xml:space="preserve">[08:42] </w:t>
      </w:r>
      <w:r>
        <w:t>اگر لوگ اختلاف نہ کریں، dissent کا اظہار نہ کریں تو باتیں ان بے گوشت رہ جائیں گی،</w:t>
      </w:r>
    </w:p>
    <w:p>
      <w:pPr>
        <w:jc w:val="right"/>
      </w:pPr>
      <w:r>
        <w:t>اگر لوگ اختلاف نہ کریں، ڈیسنٹ کا اظہار نہ کریں تو باتیں ان بے گوشت رہ جائیں گی،</w:t>
      </w:r>
    </w:p>
    <w:p>
      <w:r>
        <w:rPr>
          <w:b/>
        </w:rPr>
        <w:t xml:space="preserve">[08:49] </w:t>
      </w:r>
      <w:r>
        <w:t>naye naye pehlu samne nahi aayenge.</w:t>
      </w:r>
    </w:p>
    <w:p>
      <w:pPr>
        <w:jc w:val="right"/>
      </w:pPr>
      <w:r>
        <w:t>نئے نئے پہلو سامنے نہیں آئیں گے۔</w:t>
      </w:r>
    </w:p>
    <w:p>
      <w:r>
        <w:rPr>
          <w:b/>
        </w:rPr>
        <w:t xml:space="preserve">[08:52] </w:t>
      </w:r>
      <w:r>
        <w:t>jaise agle din kaha tha ke when everyone thinks alike, no one thinks very much ke sab log</w:t>
      </w:r>
    </w:p>
    <w:p>
      <w:pPr>
        <w:jc w:val="right"/>
      </w:pPr>
      <w:r>
        <w:t>جیسے اگلے دن کہا تھا کہ when everyone thinks alike, no one thinks very much کہ سب لوگ</w:t>
      </w:r>
    </w:p>
    <w:p>
      <w:r>
        <w:rPr>
          <w:b/>
        </w:rPr>
        <w:t xml:space="preserve">[09:00] </w:t>
      </w:r>
      <w:r>
        <w:t>ek hi tarah ki sochein to koi bhi shakhs zyada sochne wala nahi hoga.</w:t>
      </w:r>
    </w:p>
    <w:p>
      <w:pPr>
        <w:jc w:val="right"/>
      </w:pPr>
      <w:r>
        <w:t>ایک ہی طرح کی سوچیں تو کوئی بھی شخص زیادہ سوچنے والا نہیں ہوگا۔</w:t>
      </w:r>
    </w:p>
    <w:p>
      <w:r>
        <w:rPr>
          <w:b/>
        </w:rPr>
        <w:t xml:space="preserve">[09:06] </w:t>
      </w:r>
      <w:r>
        <w:t>تو یہ اللہ کی اس کی think جو ہے، اس میں یہ شامل ہے کہ اختلافات ہوں، dissent</w:t>
      </w:r>
    </w:p>
    <w:p>
      <w:pPr>
        <w:jc w:val="right"/>
      </w:pPr>
      <w:r>
        <w:t>تو یہ اللہ کی اس کی تھنک جو ہے، اس میں یہ شامل ہے کہ اختلافات ہوں، ڈیسنٹ</w:t>
      </w:r>
    </w:p>
    <w:p>
      <w:r>
        <w:rPr>
          <w:b/>
        </w:rPr>
        <w:t xml:space="preserve">[09:14] </w:t>
      </w:r>
      <w:r>
        <w:t>hoon, samaj ki kilwai bhai na karein, log tashaddud na karein, khalis intellectual level par izhar-e-khayal</w:t>
      </w:r>
    </w:p>
    <w:p>
      <w:pPr>
        <w:jc w:val="right"/>
      </w:pPr>
      <w:r>
        <w:t>ہوں، سماج کی کلوائی بھائی نہ کریں، لوگ تشدد نہ کریں، خالص انٹلیکچول لیول پر اظہار و خیال</w:t>
      </w:r>
    </w:p>
    <w:p>
      <w:r>
        <w:rPr>
          <w:b/>
        </w:rPr>
        <w:t xml:space="preserve">[09:22] </w:t>
      </w:r>
      <w:r>
        <w:t>kiya jaye.</w:t>
      </w:r>
    </w:p>
    <w:p>
      <w:pPr>
        <w:jc w:val="right"/>
      </w:pPr>
      <w:r>
        <w:t>کیا جائے۔</w:t>
      </w:r>
    </w:p>
    <w:p>
      <w:r>
        <w:rPr>
          <w:b/>
        </w:rPr>
        <w:t xml:space="preserve">[09:23] </w:t>
      </w:r>
      <w:r>
        <w:t>yeh Allah ki is ki think mein shamil hai.</w:t>
      </w:r>
    </w:p>
    <w:p>
      <w:pPr>
        <w:jc w:val="right"/>
      </w:pPr>
      <w:r>
        <w:t>یہ اللہ کی اس کی تھنک میں شامل ہے۔</w:t>
      </w:r>
    </w:p>
    <w:p>
      <w:r>
        <w:rPr>
          <w:b/>
        </w:rPr>
        <w:t xml:space="preserve">[09:27] </w:t>
      </w:r>
      <w:r>
        <w:t>تو اس سے معلوم ہوا کہ خود اللہ تعالیٰ کے example کے لوگوں کو سبق لینا چاہیے اور</w:t>
      </w:r>
    </w:p>
    <w:p>
      <w:pPr>
        <w:jc w:val="right"/>
      </w:pPr>
      <w:r>
        <w:t>تو اس سے معلوم ہوا کہ خود اللہ تعالیٰ کے ایگزیمپل کے لوگوں کو سبق لینا چاہیے اور</w:t>
      </w:r>
    </w:p>
    <w:p>
      <w:r>
        <w:rPr>
          <w:b/>
        </w:rPr>
        <w:t xml:space="preserve">[09:35] </w:t>
      </w:r>
      <w:r>
        <w:t>kabhi bhi bhadakna nahi chahiye ikhtilaf par.</w:t>
      </w:r>
    </w:p>
    <w:p>
      <w:pPr>
        <w:jc w:val="right"/>
      </w:pPr>
      <w:r>
        <w:t>کبھی بھی بھڑکنا نہیں چاہیے اختلاف پر۔</w:t>
      </w:r>
    </w:p>
    <w:p>
      <w:r>
        <w:rPr>
          <w:b/>
        </w:rPr>
        <w:t xml:space="preserve">[09:38] </w:t>
      </w:r>
      <w:r>
        <w:t>khoob logon ko mauqa dena chahiye ikhtilaf karne ka.</w:t>
      </w:r>
    </w:p>
    <w:p>
      <w:pPr>
        <w:jc w:val="right"/>
      </w:pPr>
      <w:r>
        <w:t>خوب لوگوں کو موقع دینا چاہیے اختلاف کرنے کا۔</w:t>
      </w:r>
    </w:p>
    <w:p>
      <w:r>
        <w:rPr>
          <w:b/>
        </w:rPr>
        <w:t xml:space="preserve">[09:41] </w:t>
      </w:r>
      <w:r>
        <w:t>sirf do shart hona chahiye ke jo ikhtilaf karo, daleel par karo, allegation nahi, ilzam tarashi nahi.</w:t>
      </w:r>
    </w:p>
    <w:p>
      <w:pPr>
        <w:jc w:val="right"/>
      </w:pPr>
      <w:r>
        <w:t>صرف دو شرط ہونا چاہیے کہ جو اختلاف کرو، دلیل پر کرو، ایلیگیشن نہیں، الزام تراشی نہیں۔</w:t>
      </w:r>
    </w:p>
    <w:p>
      <w:r>
        <w:rPr>
          <w:b/>
        </w:rPr>
        <w:t xml:space="preserve">[09:49] </w:t>
      </w:r>
      <w:r>
        <w:t>mislan koi kehta hai ke sahib yeh to hukumat ke agent hain, yeh to falan party ke taraf</w:t>
      </w:r>
    </w:p>
    <w:p>
      <w:pPr>
        <w:jc w:val="right"/>
      </w:pPr>
      <w:r>
        <w:t>مثلاً کوئی کہتا ہے کہ صاحب یہ تو حکومت کے ایجنٹ ہیں، یہ تو فلاں پارٹی کے طرف</w:t>
      </w:r>
    </w:p>
    <w:p>
      <w:r>
        <w:rPr>
          <w:b/>
        </w:rPr>
        <w:t xml:space="preserve">[09:56] </w:t>
      </w:r>
      <w:r>
        <w:t>se koi side le rahe hain, yeh sab yeh ikhtilaf nahi hai, yeh ilzam tarashi hai, yeh allegation</w:t>
      </w:r>
    </w:p>
    <w:p>
      <w:pPr>
        <w:jc w:val="right"/>
      </w:pPr>
      <w:r>
        <w:t>سے کوئی سائیڈ لے رہے ہیں، یہ سب یہ اختلاف نہیں ہے، یہ الزام تراشی ہے، یہ ایلیگیشن</w:t>
      </w:r>
    </w:p>
    <w:p>
      <w:r>
        <w:rPr>
          <w:b/>
        </w:rPr>
        <w:t xml:space="preserve">[10:04] </w:t>
      </w:r>
      <w:r>
        <w:t>hai, yeh kisi ko khwamkhwah blame dena hai.</w:t>
      </w:r>
    </w:p>
    <w:p>
      <w:pPr>
        <w:jc w:val="right"/>
      </w:pPr>
      <w:r>
        <w:t>ہے، یہ کسی کو خوامخواہ بلیم دینا ہے۔</w:t>
      </w:r>
    </w:p>
    <w:p>
      <w:r>
        <w:rPr>
          <w:b/>
        </w:rPr>
        <w:t xml:space="preserve">[10:08] </w:t>
      </w:r>
      <w:r>
        <w:t>to do shart sirf hain.</w:t>
      </w:r>
    </w:p>
    <w:p>
      <w:pPr>
        <w:jc w:val="right"/>
      </w:pPr>
      <w:r>
        <w:t>تو دو شرط صرف ہیں۔</w:t>
      </w:r>
    </w:p>
    <w:p>
      <w:r>
        <w:rPr>
          <w:b/>
        </w:rPr>
        <w:t xml:space="preserve">[10:10] </w:t>
      </w:r>
      <w:r>
        <w:t>ek yeh ke jo baat kahi jaye, daleel se kahi jaye.</w:t>
      </w:r>
    </w:p>
    <w:p>
      <w:pPr>
        <w:jc w:val="right"/>
      </w:pPr>
      <w:r>
        <w:t>ایک یہ کہ جو بات کہی جائے، دلیل سے کہی جائے۔</w:t>
      </w:r>
    </w:p>
    <w:p>
      <w:r>
        <w:rPr>
          <w:b/>
        </w:rPr>
        <w:t xml:space="preserve">[10:14] </w:t>
      </w:r>
      <w:r>
        <w:t>doosri baat ke jo baat kahi, sirf baat kahi jaye, tashaddud na kiya jaye.</w:t>
      </w:r>
    </w:p>
    <w:p>
      <w:pPr>
        <w:jc w:val="right"/>
      </w:pPr>
      <w:r>
        <w:t>دوسری بات کہ جو بات کہی، صرف بات کہی جائے، تشدد نہ کیا جائے۔</w:t>
      </w:r>
    </w:p>
    <w:p>
      <w:r>
        <w:rPr>
          <w:b/>
        </w:rPr>
        <w:t xml:space="preserve">[10:20] </w:t>
      </w:r>
      <w:r>
        <w:t>yeh example bhi set hua hua hai.</w:t>
      </w:r>
    </w:p>
    <w:p>
      <w:pPr>
        <w:jc w:val="right"/>
      </w:pPr>
      <w:r>
        <w:t>یہ ایگزامپل بھی سیٹ ہوا ہوا ہے۔</w:t>
      </w:r>
    </w:p>
    <w:p>
      <w:r>
        <w:rPr>
          <w:b/>
        </w:rPr>
        <w:t xml:space="preserve">[10:23] </w:t>
      </w:r>
      <w:r>
        <w:t>dekhein, sahaba ne jo baat kahi thi, daleel ke sath kahi thi.</w:t>
      </w:r>
    </w:p>
    <w:p>
      <w:pPr>
        <w:jc w:val="right"/>
      </w:pPr>
      <w:r>
        <w:t>دیکھیں، صحابہ نے جو بات کہی تھی، دلیل کے ساتھ کہی تھی۔</w:t>
      </w:r>
    </w:p>
    <w:p>
      <w:r>
        <w:rPr>
          <w:b/>
        </w:rPr>
        <w:t xml:space="preserve">[10:29] </w:t>
      </w:r>
      <w:r>
        <w:t>daleel kya thi? Daleel yeh thi ke Allah taala insan ko azadi de raha tha.</w:t>
      </w:r>
    </w:p>
    <w:p>
      <w:pPr>
        <w:jc w:val="right"/>
      </w:pPr>
      <w:r>
        <w:t>دلیل کیا تھی؟ دلیل یہ تھی کہ اللہ تعالیٰ انسان کو آزادی دے رہا تھا۔</w:t>
      </w:r>
    </w:p>
    <w:p>
      <w:r>
        <w:rPr>
          <w:b/>
        </w:rPr>
        <w:t xml:space="preserve">[10:35] </w:t>
      </w:r>
      <w:r>
        <w:t>azadi, total freedom.</w:t>
      </w:r>
    </w:p>
    <w:p>
      <w:pPr>
        <w:jc w:val="right"/>
      </w:pPr>
      <w:r>
        <w:t>آزادی، ٹوٹل فریڈم۔</w:t>
      </w:r>
    </w:p>
    <w:p>
      <w:r>
        <w:rPr>
          <w:b/>
        </w:rPr>
        <w:t xml:space="preserve">[10:37] </w:t>
      </w:r>
      <w:r>
        <w:t>to farishton ko yeh shakk hua ke total freedom hai to aadmi misuse bhi kar sakta hai.</w:t>
      </w:r>
    </w:p>
    <w:p>
      <w:pPr>
        <w:jc w:val="right"/>
      </w:pPr>
      <w:r>
        <w:t>تو فرشتوں کو یہ شک ہوا کہ ٹوٹل فریڈم ہے تو آدمی مسوز بھی کر سکتا ہے۔</w:t>
      </w:r>
    </w:p>
    <w:p>
      <w:r>
        <w:rPr>
          <w:b/>
        </w:rPr>
        <w:t xml:space="preserve">[10:44] </w:t>
      </w:r>
      <w:r>
        <w:t>jab freedom hai to jis tarah se freedom ko sahi istemal karne ki azadi hai, to freedom ko</w:t>
      </w:r>
    </w:p>
    <w:p>
      <w:pPr>
        <w:jc w:val="right"/>
      </w:pPr>
      <w:r>
        <w:t>جب فریڈم ہے تو جس طرح سے فریڈم کو صحیح استعمال کرنے کی آزادی ہے، تو فریڈم کو</w:t>
      </w:r>
    </w:p>
    <w:p>
      <w:r>
        <w:rPr>
          <w:b/>
        </w:rPr>
        <w:t xml:space="preserve">[10:52] </w:t>
      </w:r>
      <w:r>
        <w:t>ghalat istemal karne ki bhi azadi hogi.</w:t>
      </w:r>
    </w:p>
    <w:p>
      <w:pPr>
        <w:jc w:val="right"/>
      </w:pPr>
      <w:r>
        <w:t>غلط استعمال کرنے کی بھی آزادی ہوگی۔</w:t>
      </w:r>
    </w:p>
    <w:p>
      <w:r>
        <w:rPr>
          <w:b/>
        </w:rPr>
        <w:t xml:space="preserve">[10:55] </w:t>
      </w:r>
      <w:r>
        <w:t>تو فرشتہ، فرشتے کی بات دلیل سے تھی کہ انسان جب اپنی آزادی کو misuse کرے گا</w:t>
      </w:r>
    </w:p>
    <w:p>
      <w:pPr>
        <w:jc w:val="right"/>
      </w:pPr>
      <w:r>
        <w:t>تو فرشتہ، فرشتے کی بات دلیل سے تھی کہ انسان جب اپنی آزادی کو مس یوز کرے گا</w:t>
      </w:r>
    </w:p>
    <w:p>
      <w:r>
        <w:rPr>
          <w:b/>
        </w:rPr>
        <w:t xml:space="preserve">[11:02] </w:t>
      </w:r>
      <w:r>
        <w:t>to fasad hoga.</w:t>
      </w:r>
    </w:p>
    <w:p>
      <w:pPr>
        <w:jc w:val="right"/>
      </w:pPr>
      <w:r>
        <w:t>تو فساد ہوگا۔</w:t>
      </w:r>
    </w:p>
    <w:p>
      <w:r>
        <w:rPr>
          <w:b/>
        </w:rPr>
        <w:t xml:space="preserve">[11:04] </w:t>
      </w:r>
      <w:r>
        <w:t>to is ka kya check hai? is ka check kya hai? yeh ek daleel ki buniyad par sawal</w:t>
      </w:r>
    </w:p>
    <w:p>
      <w:pPr>
        <w:jc w:val="right"/>
      </w:pPr>
      <w:r>
        <w:t>تو اس کا کیا چیک ہے؟ اس کا چیک کیا ہے؟ یہ ایک دلیل کی بنیاد پر سوال</w:t>
      </w:r>
    </w:p>
    <w:p>
      <w:r>
        <w:rPr>
          <w:b/>
        </w:rPr>
        <w:t xml:space="preserve">[11:11] </w:t>
      </w:r>
      <w:r>
        <w:t>tha farishton ka.</w:t>
      </w:r>
    </w:p>
    <w:p>
      <w:pPr>
        <w:jc w:val="right"/>
      </w:pPr>
      <w:r>
        <w:t>تھا فرشتوں کا۔</w:t>
      </w:r>
    </w:p>
    <w:p>
      <w:r>
        <w:rPr>
          <w:b/>
        </w:rPr>
        <w:t xml:space="preserve">[11:13] </w:t>
      </w:r>
      <w:r>
        <w:t>to is ko samajh lijiye achi tarike se ke kuch kuch kuch is woh woh hai jo peghambaron ke</w:t>
      </w:r>
    </w:p>
    <w:p>
      <w:pPr>
        <w:jc w:val="right"/>
      </w:pPr>
      <w:r>
        <w:t>تو اس کو سمجھ لیجئے اچھی طریقے سے کہ کچھ کچھ کچھ اسوہ وہ ہے جو پیغمبروں کے</w:t>
      </w:r>
    </w:p>
    <w:p>
      <w:r>
        <w:rPr>
          <w:b/>
        </w:rPr>
        <w:t xml:space="preserve">[11:21] </w:t>
      </w:r>
      <w:r>
        <w:t>zariye set hua.</w:t>
      </w:r>
    </w:p>
    <w:p>
      <w:pPr>
        <w:jc w:val="right"/>
      </w:pPr>
      <w:r>
        <w:t>ذریعے سیٹ ہوا۔</w:t>
      </w:r>
    </w:p>
    <w:p>
      <w:r>
        <w:rPr>
          <w:b/>
        </w:rPr>
        <w:t xml:space="preserve">[11:22] </w:t>
      </w:r>
      <w:r>
        <w:t>kuch is woh hai jo khud Allah taala ne set kiya aur is ko zyada authentic banaya.</w:t>
      </w:r>
    </w:p>
    <w:p>
      <w:pPr>
        <w:jc w:val="right"/>
      </w:pPr>
      <w:r>
        <w:t>کچھ اسوہ ہے جو خود اللہ تعالیٰ نے سیٹ کیا اور اس کو زیادہ اتھینٹک بنایا۔</w:t>
      </w:r>
    </w:p>
    <w:p>
      <w:r>
        <w:rPr>
          <w:b/>
        </w:rPr>
        <w:t xml:space="preserve">[11:29] </w:t>
      </w:r>
      <w:r>
        <w:t>to hamare idaron mein, hamare mazhabi halqon mein jo tanqeed ko, yani criticizing ko, tabu samjha jata hai,</w:t>
      </w:r>
    </w:p>
    <w:p>
      <w:pPr>
        <w:jc w:val="right"/>
      </w:pPr>
      <w:r>
        <w:t>تو ہمارے اداروں میں، ہمارے مذہبی حلقوں میں جو تنقید کو، یعنی کریٹسنگ کو، ٹیبو سمجھا جاتا ہے،</w:t>
      </w:r>
    </w:p>
    <w:p>
      <w:r>
        <w:rPr>
          <w:b/>
        </w:rPr>
        <w:t xml:space="preserve">[11:37] </w:t>
      </w:r>
      <w:r>
        <w:t>wo sarsar Islam ke khilaf hai.</w:t>
      </w:r>
    </w:p>
    <w:p>
      <w:pPr>
        <w:jc w:val="right"/>
      </w:pPr>
      <w:r>
        <w:t>وہ سرتاسر اسلام کے خلاف ہے۔</w:t>
      </w:r>
    </w:p>
    <w:p>
      <w:r>
        <w:rPr>
          <w:b/>
        </w:rPr>
        <w:t xml:space="preserve">[11:39] </w:t>
      </w:r>
      <w:r>
        <w:t>aap tabu samjhiye ilzam tarashi ko, tabu samjhiye violence ko, tabu samjhiye nafrat ko, mardood akhlaq ko nahi.</w:t>
      </w:r>
    </w:p>
    <w:p>
      <w:pPr>
        <w:jc w:val="right"/>
      </w:pPr>
      <w:r>
        <w:t>آپ ٹیبو سمجھیے الزام تراشی کو، ٹیبو سمجھیے وائیلنس کو، ٹیبو سمجھیے نفرت کو، مدرد اخلاق کو نہیں۔</w:t>
      </w:r>
    </w:p>
    <w:p>
      <w:r>
        <w:rPr>
          <w:b/>
        </w:rPr>
        <w:t xml:space="preserve">[11:47] </w:t>
      </w:r>
      <w:r>
        <w:t>kyunki that's against the power of God Allah taala ka yeh hai ke challenge ho, aapas mein log</w:t>
      </w:r>
    </w:p>
    <w:p>
      <w:pPr>
        <w:jc w:val="right"/>
      </w:pPr>
      <w:r>
        <w:t>کیونکہ that's against the power of God اللہ تعالیٰ کا یہ ہے کہ چیلنج ہو، آپس میں لوگ</w:t>
      </w:r>
    </w:p>
    <w:p>
      <w:r>
        <w:rPr>
          <w:b/>
        </w:rPr>
        <w:t xml:space="preserve">[11:55] </w:t>
      </w:r>
      <w:r>
        <w:t>intellectual, yani discussion ho, baatein aur zyada clear hon, aur zyada clear hon, aur zyada clear hon.</w:t>
      </w:r>
    </w:p>
    <w:p>
      <w:pPr>
        <w:jc w:val="right"/>
      </w:pPr>
      <w:r>
        <w:t>انٹلیکچول، یعنی ڈسکشن ہو، باتیں اور زیادہ کلیئر ہوں، اور زیادہ کلیئر ہوں، اور زیادہ کلیئر ہوں۔</w:t>
      </w:r>
    </w:p>
    <w:p>
      <w:r>
        <w:rPr>
          <w:b/>
        </w:rPr>
        <w:t xml:space="preserve">[12:02] </w:t>
      </w:r>
      <w:r>
        <w:t>dekhiye, ek bohat hi zyada, yani anokhi baat isi dauran mujhe samajh mein aayi, woh yeh hai ke</w:t>
      </w:r>
    </w:p>
    <w:p>
      <w:pPr>
        <w:jc w:val="right"/>
      </w:pPr>
      <w:r>
        <w:t>دیکھیں، ایک بہت ہی زیادہ، یعنی انوکھی بات اسی دوران مجھے سمجھ میں آئی، وہ یہ ہے کہ</w:t>
      </w:r>
    </w:p>
    <w:p>
      <w:r>
        <w:rPr>
          <w:b/>
        </w:rPr>
        <w:t xml:space="preserve">[12:10] </w:t>
      </w:r>
      <w:r>
        <w:t>Allah taala ne jab insan ko paida kiya to farmaya ke إِنِّي جَاعَلٌ فِي الْلَارْضِ خَلِيفًا yani pure</w:t>
      </w:r>
    </w:p>
    <w:p>
      <w:pPr>
        <w:jc w:val="right"/>
      </w:pPr>
      <w:r>
        <w:t>اللہ تعالیٰ نے جب انسان کو پیدا کیا تو فرمایا کہ إِنِّي جَاعَلٌ فِي الْلَارْضِ خَلِيفًا یعنی پورے</w:t>
      </w:r>
    </w:p>
    <w:p>
      <w:r>
        <w:rPr>
          <w:b/>
        </w:rPr>
        <w:t xml:space="preserve">[12:17] </w:t>
      </w:r>
      <w:r>
        <w:t>majmooe ko Allah taala ne apne samne rakha ke majmooa insaniyat jo hai, woh sab ka sab khalifa</w:t>
      </w:r>
    </w:p>
    <w:p>
      <w:pPr>
        <w:jc w:val="right"/>
      </w:pPr>
      <w:r>
        <w:t>مجموعے کو اللہ تعالیٰ نے اپنے سامنے رکھا کہ مجموعہ انسانیت جو ہے، وہ سب کا سب خلیفہ</w:t>
      </w:r>
    </w:p>
    <w:p>
      <w:r>
        <w:rPr>
          <w:b/>
        </w:rPr>
        <w:t xml:space="preserve">[12:25] </w:t>
      </w:r>
      <w:r>
        <w:t>hoga.</w:t>
      </w:r>
    </w:p>
    <w:p>
      <w:pPr>
        <w:jc w:val="right"/>
      </w:pPr>
      <w:r>
        <w:t>ہوگا۔</w:t>
      </w:r>
    </w:p>
    <w:p>
      <w:r>
        <w:rPr>
          <w:b/>
        </w:rPr>
        <w:t xml:space="preserve">[12:27] </w:t>
      </w:r>
      <w:r>
        <w:t>majmooa.</w:t>
      </w:r>
    </w:p>
    <w:p>
      <w:pPr>
        <w:jc w:val="right"/>
      </w:pPr>
      <w:r>
        <w:t>مجموعہ۔</w:t>
      </w:r>
    </w:p>
    <w:p>
      <w:r>
        <w:rPr>
          <w:b/>
        </w:rPr>
        <w:t xml:space="preserve">[12:28] </w:t>
      </w:r>
      <w:r>
        <w:t>to jab farishton ne etiraz kiya, aur phir is ke baad kya hua ke shaitan ne kaha ke</w:t>
      </w:r>
    </w:p>
    <w:p>
      <w:pPr>
        <w:jc w:val="right"/>
      </w:pPr>
      <w:r>
        <w:t>تو جب فرشتوں نے اعتراض کیا، اور پھر اس کے بعد کیا ہوا کہ شیطان نے کہا کہ</w:t>
      </w:r>
    </w:p>
    <w:p>
      <w:r>
        <w:rPr>
          <w:b/>
        </w:rPr>
        <w:t xml:space="preserve">[12:36] </w:t>
      </w:r>
      <w:r>
        <w:t>hum, yani jo aap jante hain ke shaitan se ikhtilaf paida hua, aur shaitan ne kaha ke لَا</w:t>
      </w:r>
    </w:p>
    <w:p>
      <w:pPr>
        <w:jc w:val="right"/>
      </w:pPr>
      <w:r>
        <w:t>ہم، یعنی جو آپ جانتے ہیں کہ شیطان سے اختلاف پیدا ہوا، اور شیطان نے کہا کہ لَا</w:t>
      </w:r>
    </w:p>
    <w:p>
      <w:r>
        <w:rPr>
          <w:b/>
        </w:rPr>
        <w:t xml:space="preserve">[12:44] </w:t>
      </w:r>
      <w:r>
        <w:t>تَنِكَنَّ ذُرِّيَّةٌ بِاللَّهِ قَلِيلًا ke beshtar logon ko main behka doonga.</w:t>
      </w:r>
    </w:p>
    <w:p>
      <w:pPr>
        <w:jc w:val="right"/>
      </w:pPr>
      <w:r>
        <w:t>تَنِكَنَّ ذُرِّيَّةٌ بِاللَّهِ قَلِيلًا کہ بیشتر لوگوں کو میں بہکا دوں گا۔</w:t>
      </w:r>
    </w:p>
    <w:p>
      <w:r>
        <w:rPr>
          <w:b/>
        </w:rPr>
        <w:t xml:space="preserve">[12:49] </w:t>
      </w:r>
      <w:r>
        <w:t>aur ek hadith mein bohat bohat anokhi baat aayi hai ke shaitan ne dekha jab insan ko, is</w:t>
      </w:r>
    </w:p>
    <w:p>
      <w:pPr>
        <w:jc w:val="right"/>
      </w:pPr>
      <w:r>
        <w:t>اور ایک حدیث میں بہت بہت انوکھی بات آئی ہے کہ شیطان نے دیکھا جب انسان کو، اس</w:t>
      </w:r>
    </w:p>
    <w:p>
      <w:r>
        <w:rPr>
          <w:b/>
        </w:rPr>
        <w:t xml:space="preserve">[12:56] </w:t>
      </w:r>
      <w:r>
        <w:t>ko jaiza liya to us ne kaha ke yeh to bohat, yani samjhein mera mera kaam bohat asan</w:t>
      </w:r>
    </w:p>
    <w:p>
      <w:pPr>
        <w:jc w:val="right"/>
      </w:pPr>
      <w:r>
        <w:t>کو جائزہ لیا تو اس نے کہا کہ یہ تو بہت، یعنی سمجھیں میرا میرا کام بہت آسان</w:t>
      </w:r>
    </w:p>
    <w:p>
      <w:r>
        <w:rPr>
          <w:b/>
        </w:rPr>
        <w:t xml:space="preserve">[13:04] </w:t>
      </w:r>
      <w:r>
        <w:t>rahega.</w:t>
      </w:r>
    </w:p>
    <w:p>
      <w:pPr>
        <w:jc w:val="right"/>
      </w:pPr>
      <w:r>
        <w:t>رہے گا۔</w:t>
      </w:r>
    </w:p>
    <w:p>
      <w:r>
        <w:rPr>
          <w:b/>
        </w:rPr>
        <w:t xml:space="preserve">[13:06] </w:t>
      </w:r>
      <w:r>
        <w:t>kyunki us ne kaha ke hadith mein lafz aata hai ke us ne paya ke insan ke andar</w:t>
      </w:r>
    </w:p>
    <w:p>
      <w:pPr>
        <w:jc w:val="right"/>
      </w:pPr>
      <w:r>
        <w:t>کیونکہ اس نے کہا کہ حدیث میں لفظ آتا ہے کہ اس نے پایا کہ انسان کے اندر</w:t>
      </w:r>
    </w:p>
    <w:p>
      <w:r>
        <w:rPr>
          <w:b/>
        </w:rPr>
        <w:t xml:space="preserve">[13:13] </w:t>
      </w:r>
      <w:r>
        <w:t>tamalluk nahin hoga.</w:t>
      </w:r>
    </w:p>
    <w:p>
      <w:pPr>
        <w:jc w:val="right"/>
      </w:pPr>
      <w:r>
        <w:t>تمالک نہیں ہوگا۔</w:t>
      </w:r>
    </w:p>
    <w:p>
      <w:r>
        <w:rPr>
          <w:b/>
        </w:rPr>
        <w:t xml:space="preserve">[13:15] </w:t>
      </w:r>
      <w:r>
        <w:t>insan, is ne shaitan ne yeh paya jaiza lene ke baad ke insan ke andar tamalluk nahin hoga.</w:t>
      </w:r>
    </w:p>
    <w:p>
      <w:pPr>
        <w:jc w:val="right"/>
      </w:pPr>
      <w:r>
        <w:t>انسان، اس نے شیطان نے یہ پایا جائزہ لینے کے بعد کہ انسان کے اندر تمالک نہیں ہوگا۔</w:t>
      </w:r>
    </w:p>
    <w:p>
      <w:r>
        <w:rPr>
          <w:b/>
        </w:rPr>
        <w:t xml:space="preserve">[13:23] </w:t>
      </w:r>
      <w:r>
        <w:t>tamalluk kehte hain, yaani resist karna, control karna, apne upar qabu pana, yeh nahin hoga insan ke andar.</w:t>
      </w:r>
    </w:p>
    <w:p>
      <w:pPr>
        <w:jc w:val="right"/>
      </w:pPr>
      <w:r>
        <w:t>تمالک کہتے ہیں، یعنی ریسسٹ کرنا، کنٹرول کرنا، اپنے اوپر قابو پانا، یہ نہیں ہوگا انسان کے اندر۔</w:t>
      </w:r>
    </w:p>
    <w:p>
      <w:r>
        <w:rPr>
          <w:b/>
        </w:rPr>
        <w:t xml:space="preserve">[13:30] </w:t>
      </w:r>
      <w:r>
        <w:t>kyunke is ke andar khwahishein hain, insan ke andar jazbat hain, is ke andar tarah tarah ke sentiment</w:t>
      </w:r>
    </w:p>
    <w:p>
      <w:pPr>
        <w:jc w:val="right"/>
      </w:pPr>
      <w:r>
        <w:t>کیونکہ اس کے اندر خواہشیں ہیں، انسان کے اندر جذبات ہیں، اس کے اندر طرح طرح کے سینٹیمنٹ</w:t>
      </w:r>
    </w:p>
    <w:p>
      <w:r>
        <w:rPr>
          <w:b/>
        </w:rPr>
        <w:t xml:space="preserve">[13:38] </w:t>
      </w:r>
      <w:r>
        <w:t>hain, aur bohat be panah had tak hain.</w:t>
      </w:r>
    </w:p>
    <w:p>
      <w:pPr>
        <w:jc w:val="right"/>
      </w:pPr>
      <w:r>
        <w:t>ہیں، اور بہت بے پناہ حد تک ہیں۔</w:t>
      </w:r>
    </w:p>
    <w:p>
      <w:r>
        <w:rPr>
          <w:b/>
        </w:rPr>
        <w:t xml:space="preserve">[13:41] </w:t>
      </w:r>
      <w:r>
        <w:t>to yahi par fail ho jayega aadmi.</w:t>
      </w:r>
    </w:p>
    <w:p>
      <w:pPr>
        <w:jc w:val="right"/>
      </w:pPr>
      <w:r>
        <w:t>تو یہی پر فیل ہو جائے گا آدمی۔</w:t>
      </w:r>
    </w:p>
    <w:p>
      <w:r>
        <w:rPr>
          <w:b/>
        </w:rPr>
        <w:t xml:space="preserve">[13:45] </w:t>
      </w:r>
      <w:r>
        <w:t>to is ne kaha ke mera kaam bohat aasan hai, logon ki khwahishon ko, tamanaon ko uksaoonga</w:t>
      </w:r>
    </w:p>
    <w:p>
      <w:pPr>
        <w:jc w:val="right"/>
      </w:pPr>
      <w:r>
        <w:t>تو اس نے کہا کہ میرا کام بہت آسان ہے، لوگوں کی خواہشوں کو، تمناؤں کو اکساؤں گا</w:t>
      </w:r>
    </w:p>
    <w:p>
      <w:r>
        <w:rPr>
          <w:b/>
        </w:rPr>
        <w:t xml:space="preserve">[13:53] </w:t>
      </w:r>
      <w:r>
        <w:t>mein, is ko tazeen karunga.</w:t>
      </w:r>
    </w:p>
    <w:p>
      <w:pPr>
        <w:jc w:val="right"/>
      </w:pPr>
      <w:r>
        <w:t>میں، اس کو تزئین کروں گا۔</w:t>
      </w:r>
    </w:p>
    <w:p>
      <w:r>
        <w:rPr>
          <w:b/>
        </w:rPr>
        <w:t xml:space="preserve">[13:55] </w:t>
      </w:r>
      <w:r>
        <w:t>to shaitan bohat khush hua ke insan ke andar jo tamalluk nahin hai, us ko woh male entry</w:t>
      </w:r>
    </w:p>
    <w:p>
      <w:pPr>
        <w:jc w:val="right"/>
      </w:pPr>
      <w:r>
        <w:t>تو شیطان بہت خوش ہوا کہ انسان کے اندر جو تمالک نہیں ہے، اس کو وہ میلے انٹری</w:t>
      </w:r>
    </w:p>
    <w:p>
      <w:r>
        <w:rPr>
          <w:b/>
        </w:rPr>
        <w:t xml:space="preserve">[14:03] </w:t>
      </w:r>
      <w:r>
        <w:t>point hai, woh male entry point hai, yaani is guzra ke yahan par insan vulnerable hoga.</w:t>
      </w:r>
    </w:p>
    <w:p>
      <w:pPr>
        <w:jc w:val="right"/>
      </w:pPr>
      <w:r>
        <w:t>پوائنٹ ہے، وہ میلے انٹری پوائنٹ ہے، یعنی اس گزرا کہ یہاں پر انسان ولنریبل ہوگا۔</w:t>
      </w:r>
    </w:p>
    <w:p>
      <w:r>
        <w:rPr>
          <w:b/>
        </w:rPr>
        <w:t xml:space="preserve">[14:10] </w:t>
      </w:r>
      <w:r>
        <w:t>to sari tareekh mein yahi kiya is ne.</w:t>
      </w:r>
    </w:p>
    <w:p>
      <w:pPr>
        <w:jc w:val="right"/>
      </w:pPr>
      <w:r>
        <w:t>تو ساری تاریخ میں یہی کیا اس نے۔</w:t>
      </w:r>
    </w:p>
    <w:p>
      <w:r>
        <w:rPr>
          <w:b/>
        </w:rPr>
        <w:t xml:space="preserve">[14:13] </w:t>
      </w:r>
      <w:r>
        <w:t>to Allah taala ko pata tha ke insan jo hai, is cheez ko, insan ki is kamzori ko</w:t>
      </w:r>
    </w:p>
    <w:p>
      <w:pPr>
        <w:jc w:val="right"/>
      </w:pPr>
      <w:r>
        <w:t>تو اللہ تعالیٰ کو پتہ تھا کہ انسان جو ہے، اس چیز کو، انسان کی اس کمزوری کو</w:t>
      </w:r>
    </w:p>
    <w:p>
      <w:r>
        <w:rPr>
          <w:b/>
        </w:rPr>
        <w:t xml:space="preserve">[14:21] </w:t>
      </w:r>
      <w:r>
        <w:t>shaitan exploit karega, aur majmooe ko behka dega.</w:t>
      </w:r>
    </w:p>
    <w:p>
      <w:pPr>
        <w:jc w:val="right"/>
      </w:pPr>
      <w:r>
        <w:t>شیطان ایکسپلائٹ کرے گا، اور مجموعے کو بہکا دے گا۔</w:t>
      </w:r>
    </w:p>
    <w:p>
      <w:r>
        <w:rPr>
          <w:b/>
        </w:rPr>
        <w:t xml:space="preserve">[14:25] </w:t>
      </w:r>
      <w:r>
        <w:t>to main, yaani dekhein, kuch baatein aisi ki jati hain jo insan ki zuban mein hoti hain, is</w:t>
      </w:r>
    </w:p>
    <w:p>
      <w:pPr>
        <w:jc w:val="right"/>
      </w:pPr>
      <w:r>
        <w:t>تو میں، یعنی دیکھیں، کچھ باتیں ایسی کی جاتی ہیں جو انسان کی زبان میں ہوتی ہیں، اس</w:t>
      </w:r>
    </w:p>
    <w:p>
      <w:r>
        <w:rPr>
          <w:b/>
        </w:rPr>
        <w:t xml:space="preserve">[14:33] </w:t>
      </w:r>
      <w:r>
        <w:t>ka matlab aap kisi aur mani mein na lein.</w:t>
      </w:r>
    </w:p>
    <w:p>
      <w:pPr>
        <w:jc w:val="right"/>
      </w:pPr>
      <w:r>
        <w:t>کا مطلب آپ کسی اور معنی میں نہ لیں۔</w:t>
      </w:r>
    </w:p>
    <w:p>
      <w:r>
        <w:rPr>
          <w:b/>
        </w:rPr>
        <w:t xml:space="preserve">[14:37] </w:t>
      </w:r>
      <w:r>
        <w:t>yeh Allah taala ne ek bohat hi bari example set kiya, woh yeh ke jab Allah ne azadi</w:t>
      </w:r>
    </w:p>
    <w:p>
      <w:pPr>
        <w:jc w:val="right"/>
      </w:pPr>
      <w:r>
        <w:t>یہ اللہ تعالیٰ نے ایک بہت ہی بڑی ایگزامپل سیٹ کیا، وہ یہ کہ جب اللہ نے آزادی</w:t>
      </w:r>
    </w:p>
    <w:p>
      <w:r>
        <w:rPr>
          <w:b/>
        </w:rPr>
        <w:t xml:space="preserve">[14:44] </w:t>
      </w:r>
      <w:r>
        <w:t>di insan ko, azadi ko khuda abash karne wala hai nahin qayamat tak.</w:t>
      </w:r>
    </w:p>
    <w:p>
      <w:pPr>
        <w:jc w:val="right"/>
      </w:pPr>
      <w:r>
        <w:t>دی انسان کو، آزادی کو خدا ابائش کرنے والا ہے نہیں قیامت تک۔</w:t>
      </w:r>
    </w:p>
    <w:p>
      <w:r>
        <w:rPr>
          <w:b/>
        </w:rPr>
        <w:t xml:space="preserve">[14:50] </w:t>
      </w:r>
      <w:r>
        <w:t>to Allah taala ne agar main galat lafz na bol raha hoon to apni scheme mein, jis ko</w:t>
      </w:r>
    </w:p>
    <w:p>
      <w:pPr>
        <w:jc w:val="right"/>
      </w:pPr>
      <w:r>
        <w:t>تو اللہ تعالیٰ نے اگر میں غلط لفظ نہ بول رہا ہوں تو اپنی اسکیم میں، جس کو</w:t>
      </w:r>
    </w:p>
    <w:p>
      <w:r>
        <w:rPr>
          <w:b/>
        </w:rPr>
        <w:t xml:space="preserve">[14:58] </w:t>
      </w:r>
      <w:r>
        <w:t>kehte hain, revise kiya, apni scheme mein revise kiya Allah taala ne.</w:t>
      </w:r>
    </w:p>
    <w:p>
      <w:pPr>
        <w:jc w:val="right"/>
      </w:pPr>
      <w:r>
        <w:t>کہتے ہیں، ریوائز کیا، اپنی اسکیم میں ریوائز کیا اللہ تعالیٰ نے۔</w:t>
      </w:r>
    </w:p>
    <w:p>
      <w:r>
        <w:rPr>
          <w:b/>
        </w:rPr>
        <w:t xml:space="preserve">[15:03] </w:t>
      </w:r>
      <w:r>
        <w:t>yaani agar main galat bol raha hoon to Allah mujhe maaf kare, lekin main bohat hi bare point</w:t>
      </w:r>
    </w:p>
    <w:p>
      <w:pPr>
        <w:jc w:val="right"/>
      </w:pPr>
      <w:r>
        <w:t>یعنی اگر میں غلط بول رہا ہوں تو اللہ مجھے معاف کرے، لیکن میں بہت ہی بڑے پوائنٹ</w:t>
      </w:r>
    </w:p>
    <w:p>
      <w:r>
        <w:rPr>
          <w:b/>
        </w:rPr>
        <w:t xml:space="preserve">[15:11] </w:t>
      </w:r>
      <w:r>
        <w:t>ko establish karne ke liye bol raha hoon aisa ke pehle marhale mein Allah ka nishana yeh tha</w:t>
      </w:r>
    </w:p>
    <w:p>
      <w:pPr>
        <w:jc w:val="right"/>
      </w:pPr>
      <w:r>
        <w:t>کو اسٹیبلش کرنے کے لیے بول رہا ہوں ایسا کہ پہلے مرحلے میں اللہ کا نشانہ یہ تھا</w:t>
      </w:r>
    </w:p>
    <w:p>
      <w:r>
        <w:rPr>
          <w:b/>
        </w:rPr>
        <w:t xml:space="preserve">[15:18] </w:t>
      </w:r>
      <w:r>
        <w:t>ke majmooa insani saleh amal kare aur jannat mein jaye.</w:t>
      </w:r>
    </w:p>
    <w:p>
      <w:pPr>
        <w:jc w:val="right"/>
      </w:pPr>
      <w:r>
        <w:t>کہ مجموعہ انسانی صالح عمل کرے اور جنت میں جائے۔</w:t>
      </w:r>
    </w:p>
    <w:p>
      <w:r>
        <w:rPr>
          <w:b/>
        </w:rPr>
        <w:t xml:space="preserve">[15:23] </w:t>
      </w:r>
      <w:r>
        <w:t>lekin jab yeh soorat samne aayi ke insan ki is kamzori ko shaitan istemal karega ke is</w:t>
      </w:r>
    </w:p>
    <w:p>
      <w:pPr>
        <w:jc w:val="right"/>
      </w:pPr>
      <w:r>
        <w:t>لیکن جب یہ صورت سامنے آئی کہ انسان کی اس کمزوری کو شیطان استعمال کرے گا کہ اس</w:t>
      </w:r>
    </w:p>
    <w:p>
      <w:r>
        <w:rPr>
          <w:b/>
        </w:rPr>
        <w:t xml:space="preserve">[15:30] </w:t>
      </w:r>
      <w:r>
        <w:t>ko tamalluk nahin hai, aur bare majmooe ko kaat le jayega, woh la tanikkan zurriyyatun billahi qaleelan</w:t>
      </w:r>
    </w:p>
    <w:p>
      <w:pPr>
        <w:jc w:val="right"/>
      </w:pPr>
      <w:r>
        <w:t>کو تمالک نہیں ہے، اور بڑے مجموعے کو کاٹ لے جائے گا، وہ لَا تَنِكَنَّ ذُرِّيَّةٌ بِاللَّهِ قَلِيلًا</w:t>
      </w:r>
    </w:p>
    <w:p>
      <w:r>
        <w:rPr>
          <w:b/>
        </w:rPr>
        <w:t xml:space="preserve">[15:38] </w:t>
      </w:r>
      <w:r>
        <w:t>to Allah taala ne kiya kiya ke apne mansoobe par revise kiya.</w:t>
      </w:r>
    </w:p>
    <w:p>
      <w:pPr>
        <w:jc w:val="right"/>
      </w:pPr>
      <w:r>
        <w:t>تو اللہ تعالیٰ نے کیا کیا کہ اپنے منصوبے پر ریوائز کیا۔</w:t>
      </w:r>
    </w:p>
    <w:p>
      <w:r>
        <w:rPr>
          <w:b/>
        </w:rPr>
        <w:t xml:space="preserve">[15:43] </w:t>
      </w:r>
      <w:r>
        <w:t>woh kya? pehle mansooba tha, majmooa tha, ab Allah ne majmooa par farz kar diya.</w:t>
      </w:r>
    </w:p>
    <w:p>
      <w:pPr>
        <w:jc w:val="right"/>
      </w:pPr>
      <w:r>
        <w:t>وہ کیا؟ پہلے منصوبہ تھا، مجموعہ تھا، اب اللہ نے مجموعہ پر فرض کر دیا۔</w:t>
      </w:r>
    </w:p>
    <w:p>
      <w:r>
        <w:rPr>
          <w:b/>
        </w:rPr>
        <w:t xml:space="preserve">[15:50] </w:t>
      </w:r>
      <w:r>
        <w:t>is ko samjhiye, is ko kisi galat maani mein mat lijiye.</w:t>
      </w:r>
    </w:p>
    <w:p>
      <w:pPr>
        <w:jc w:val="right"/>
      </w:pPr>
      <w:r>
        <w:t>اس کو سمجھئے، اس کو کسی غلط معنی میں مت لیجئے۔</w:t>
      </w:r>
    </w:p>
    <w:p>
      <w:r>
        <w:rPr>
          <w:b/>
        </w:rPr>
        <w:t xml:space="preserve">[15:54] </w:t>
      </w:r>
      <w:r>
        <w:t>yeh set kiya Allah taala ne, namoona set kiya ke khud Allah taala ne jab aisa kiya ke</w:t>
      </w:r>
    </w:p>
    <w:p>
      <w:pPr>
        <w:jc w:val="right"/>
      </w:pPr>
      <w:r>
        <w:t>یہ سیٹ کیا اللہ تعالیٰ نے، نمونہ سیٹ کیا کہ خود اللہ تعالیٰ نے جب ایسا کیا کہ</w:t>
      </w:r>
    </w:p>
    <w:p>
      <w:r>
        <w:rPr>
          <w:b/>
        </w:rPr>
        <w:t xml:space="preserve">[16:02] </w:t>
      </w:r>
      <w:r>
        <w:t>apni scheme ko, jo pehle thi, mass base par thi, poora mass, poora majmooa, is ko Allah taala</w:t>
      </w:r>
    </w:p>
    <w:p>
      <w:pPr>
        <w:jc w:val="right"/>
      </w:pPr>
      <w:r>
        <w:t>اپنی اسکیم کو، جو پہلے تھی، ماس بیس پر تھی، پورا ماس، پورا مجموعہ، اس کو اللہ تعالیٰ</w:t>
      </w:r>
    </w:p>
    <w:p>
      <w:r>
        <w:rPr>
          <w:b/>
        </w:rPr>
        <w:t xml:space="preserve">[16:10] </w:t>
      </w:r>
      <w:r>
        <w:t>ne badal kar majmooe par farz kar diya.</w:t>
      </w:r>
    </w:p>
    <w:p>
      <w:pPr>
        <w:jc w:val="right"/>
      </w:pPr>
      <w:r>
        <w:t>نے بدل کر مجموعے پر فرض کر دیا۔</w:t>
      </w:r>
    </w:p>
    <w:p>
      <w:r>
        <w:rPr>
          <w:b/>
        </w:rPr>
        <w:t xml:space="preserve">[16:13] </w:t>
      </w:r>
      <w:r>
        <w:t>to humein bhi aisa hi karna chahiye.</w:t>
      </w:r>
    </w:p>
    <w:p>
      <w:pPr>
        <w:jc w:val="right"/>
      </w:pPr>
      <w:r>
        <w:t>تو ہمیں بھی ایسا ہی کرنا چاہیے۔</w:t>
      </w:r>
    </w:p>
    <w:p>
      <w:r>
        <w:rPr>
          <w:b/>
        </w:rPr>
        <w:t xml:space="preserve">[16:16] </w:t>
      </w:r>
      <w:r>
        <w:t>lekin aap dekhein, poori tareekh mein Muslim aur ghair Muslim dono isi ko dohra rahe hain, kyunke raaz</w:t>
      </w:r>
    </w:p>
    <w:p>
      <w:pPr>
        <w:jc w:val="right"/>
      </w:pPr>
      <w:r>
        <w:t>لیکن آپ دیکھیں، پوری تاریخ میں مسلم اور غیر مسلم دونوں اسی کو دہرا رہے ہیں، کیونکہ راز</w:t>
      </w:r>
    </w:p>
    <w:p>
      <w:r>
        <w:rPr>
          <w:b/>
        </w:rPr>
        <w:t xml:space="preserve">[16:24] </w:t>
      </w:r>
      <w:r>
        <w:t>nahin samjhe is ko.</w:t>
      </w:r>
    </w:p>
    <w:p>
      <w:pPr>
        <w:jc w:val="right"/>
      </w:pPr>
      <w:r>
        <w:t>نہیں سمجھے اس کو۔</w:t>
      </w:r>
    </w:p>
    <w:p>
      <w:r>
        <w:rPr>
          <w:b/>
        </w:rPr>
        <w:t xml:space="preserve">[16:26] </w:t>
      </w:r>
      <w:r>
        <w:t>poori tareekh mein, chahe Muslim hon ya ghair Muslim, secular hon ya mazhabi, sab ke sab majmooe ko</w:t>
      </w:r>
    </w:p>
    <w:p>
      <w:pPr>
        <w:jc w:val="right"/>
      </w:pPr>
      <w:r>
        <w:t>پوری تاریخ میں، چاہے مسلم ہوں یا غیر مسلم، سیکولر ہوں یا مذہبی، سب کے سب مجموعے کو</w:t>
      </w:r>
    </w:p>
    <w:p>
      <w:r>
        <w:rPr>
          <w:b/>
        </w:rPr>
        <w:t xml:space="preserve">[16:33] </w:t>
      </w:r>
      <w:r>
        <w:t>le kar apni mansooba banate hain ke ek ek society aisi banana, aisa nizaam banana, woh possible hi</w:t>
      </w:r>
    </w:p>
    <w:p>
      <w:pPr>
        <w:jc w:val="right"/>
      </w:pPr>
      <w:r>
        <w:t>لے کر اپنی منصوبہ بناتے ہیں کہ ایک ایک سوسائٹی ایسی بنانا، ایسا نظام بنانا، وہ پاسیبل ہی</w:t>
      </w:r>
    </w:p>
    <w:p>
      <w:r>
        <w:rPr>
          <w:b/>
        </w:rPr>
        <w:t xml:space="preserve">[16:41] </w:t>
      </w:r>
      <w:r>
        <w:t>nahin.</w:t>
      </w:r>
    </w:p>
    <w:p>
      <w:pPr>
        <w:jc w:val="right"/>
      </w:pPr>
      <w:r>
        <w:t>نہیں۔</w:t>
      </w:r>
    </w:p>
    <w:p>
      <w:r>
        <w:rPr>
          <w:b/>
        </w:rPr>
        <w:t xml:space="preserve">[16:42] </w:t>
      </w:r>
      <w:r>
        <w:t>aap sirf fard ko le sakte hain, fard ko pa sakte hain, majmooe ko nahin pa sakte.</w:t>
      </w:r>
    </w:p>
    <w:p>
      <w:pPr>
        <w:jc w:val="right"/>
      </w:pPr>
      <w:r>
        <w:t>آپ صرف فرد کو لے سکتے ہیں، فرد کو پا سکتے ہیں، مجموعے کو نہیں پا سکتے۔</w:t>
      </w:r>
    </w:p>
    <w:p>
      <w:r>
        <w:rPr>
          <w:b/>
        </w:rPr>
        <w:t xml:space="preserve">[16:50] </w:t>
      </w:r>
      <w:r>
        <w:t>aap yeh Allah taala ne khud apni zariye se ek example set kiya ke aakhri example Allah se</w:t>
      </w:r>
    </w:p>
    <w:p>
      <w:pPr>
        <w:jc w:val="right"/>
      </w:pPr>
      <w:r>
        <w:t>آپ یہ اللہ تعالیٰ نے خود اپنی ذریعے سے ایک ایگزامپل سیٹ کیا کہ آخری ایگزامپل اللہ سے</w:t>
      </w:r>
    </w:p>
    <w:p>
      <w:r>
        <w:rPr>
          <w:b/>
        </w:rPr>
        <w:t xml:space="preserve">[16:57] </w:t>
      </w:r>
      <w:r>
        <w:t>bara kaun example de sakta hai? Paighambar to phir bhi paighambar hain ke goya Allah taala ne ek</w:t>
      </w:r>
    </w:p>
    <w:p>
      <w:pPr>
        <w:jc w:val="right"/>
      </w:pPr>
      <w:r>
        <w:t>بڑا کون ایگزامپل دے سکتا ہے؟ پیغمبر تو پھر بھی پیغمبر ہیں کہ گویا اللہ تعالیٰ نے ایک</w:t>
      </w:r>
    </w:p>
    <w:p>
      <w:r>
        <w:rPr>
          <w:b/>
        </w:rPr>
        <w:t xml:space="preserve">[17:05] </w:t>
      </w:r>
      <w:r>
        <w:t>bizabaan, yaani bilwaasta andaaz mein, bizabaan haal na ke bizabaan qaala, insaan ko yeh yeh yeh yeh ishara</w:t>
      </w:r>
    </w:p>
    <w:p>
      <w:pPr>
        <w:jc w:val="right"/>
      </w:pPr>
      <w:r>
        <w:t>بزبان، یعنی بالواسطہ انداز میں، بزبان حال نہ کہ بزبان قال، انسان کو یہ یہ یہ یہ اشارہ</w:t>
      </w:r>
    </w:p>
    <w:p>
      <w:r>
        <w:rPr>
          <w:b/>
        </w:rPr>
        <w:t xml:space="preserve">[17:13] </w:t>
      </w:r>
      <w:r>
        <w:t>diya, yeh direction diya ke dekho tum apni tehreekon ko mabni par majmooa bana kar mat shuru karna,</w:t>
      </w:r>
    </w:p>
    <w:p>
      <w:pPr>
        <w:jc w:val="right"/>
      </w:pPr>
      <w:r>
        <w:t>دیا، یہ ڈائریکشن دیا کہ دیکھو تم اپنی تحریکوں کو مبنی پر مجموعہ بنا کر مت شروع کرنا،</w:t>
      </w:r>
    </w:p>
    <w:p>
      <w:r>
        <w:rPr>
          <w:b/>
        </w:rPr>
        <w:t xml:space="preserve">[17:21] </w:t>
      </w:r>
      <w:r>
        <w:t>kyunke nakaam ho jaoge.</w:t>
      </w:r>
    </w:p>
    <w:p>
      <w:pPr>
        <w:jc w:val="right"/>
      </w:pPr>
      <w:r>
        <w:t>کیونکہ ناکام ہو جاؤ گے۔</w:t>
      </w:r>
    </w:p>
    <w:p>
      <w:r>
        <w:rPr>
          <w:b/>
        </w:rPr>
        <w:t xml:space="preserve">[17:23] </w:t>
      </w:r>
      <w:r>
        <w:t>balke mabni par afraad karna.</w:t>
      </w:r>
    </w:p>
    <w:p>
      <w:pPr>
        <w:jc w:val="right"/>
      </w:pPr>
      <w:r>
        <w:t>بلکہ مبنی پر افراد کرنا۔</w:t>
      </w:r>
    </w:p>
    <w:p>
      <w:r>
        <w:rPr>
          <w:b/>
        </w:rPr>
        <w:t xml:space="preserve">[17:25] </w:t>
      </w:r>
      <w:r>
        <w:t>yahi hum isi mission mein, hum Allah ke fazl se, hum hamara mission jo hai, hunting mission hai.</w:t>
      </w:r>
    </w:p>
    <w:p>
      <w:pPr>
        <w:jc w:val="right"/>
      </w:pPr>
      <w:r>
        <w:t>یہی ہم اسی مشن میں، ہم اللہ کے فضل سے، ہم ہمارا مشن جو ہے، ہنٹنگ مشن ہے۔</w:t>
      </w:r>
    </w:p>
    <w:p>
      <w:r>
        <w:rPr>
          <w:b/>
        </w:rPr>
        <w:t xml:space="preserve">[17:33] </w:t>
      </w:r>
      <w:r>
        <w:t>hunting, yaani hum seeker logon ko talash kar rahe hain.</w:t>
      </w:r>
    </w:p>
    <w:p>
      <w:pPr>
        <w:jc w:val="right"/>
      </w:pPr>
      <w:r>
        <w:t>ہنٹنگ، یعنی ہم سیکھر لوگوں کو تلاش کر رہے ہیں۔</w:t>
      </w:r>
    </w:p>
    <w:p>
      <w:r>
        <w:rPr>
          <w:b/>
        </w:rPr>
        <w:t xml:space="preserve">[17:37] </w:t>
      </w:r>
      <w:r>
        <w:t>hamara mission yeh nahin ke poore majmooa insaani jo hai ya poora majmooa Muslim jo hai, is ko</w:t>
      </w:r>
    </w:p>
    <w:p>
      <w:pPr>
        <w:jc w:val="right"/>
      </w:pPr>
      <w:r>
        <w:t>ہمارا مشن یہ نہیں کہ پورے مجموعہ انسانی جو ہے یا پورا مجموعہ مسلم جو ہے، اس کو</w:t>
      </w:r>
    </w:p>
    <w:p>
      <w:r>
        <w:rPr>
          <w:b/>
        </w:rPr>
        <w:t xml:space="preserve">[17:45] </w:t>
      </w:r>
      <w:r>
        <w:t>ek aadil samaaj bana dein.</w:t>
      </w:r>
    </w:p>
    <w:p>
      <w:pPr>
        <w:jc w:val="right"/>
      </w:pPr>
      <w:r>
        <w:t>ایک عادل سماج بنا دیں۔</w:t>
      </w:r>
    </w:p>
    <w:p>
      <w:r>
        <w:rPr>
          <w:b/>
        </w:rPr>
        <w:t xml:space="preserve">[17:47] </w:t>
      </w:r>
      <w:r>
        <w:t>saare rehnuma, chahe Muslim hon ya ghair Muslim, isi mein pade hue hain.</w:t>
      </w:r>
    </w:p>
    <w:p>
      <w:pPr>
        <w:jc w:val="right"/>
      </w:pPr>
      <w:r>
        <w:t>سارے رہنما، چاہے مسلم ہوں یا غیر مسلم، اسی میں پڑے ہوئے ہیں۔</w:t>
      </w:r>
    </w:p>
    <w:p>
      <w:r>
        <w:rPr>
          <w:b/>
        </w:rPr>
        <w:t xml:space="preserve">[17:52] </w:t>
      </w:r>
      <w:r>
        <w:t>aur isi liye ke nateeja kya hota hai? Sab sab negative ho gaye.</w:t>
      </w:r>
    </w:p>
    <w:p>
      <w:pPr>
        <w:jc w:val="right"/>
      </w:pPr>
      <w:r>
        <w:t>اور اسی لیے کہ نتیجہ کیا ہوتا ہے؟ سب سب نیگیٹیو ہو گئے۔</w:t>
      </w:r>
    </w:p>
    <w:p>
      <w:r>
        <w:rPr>
          <w:b/>
        </w:rPr>
        <w:t xml:space="preserve">[17:58] </w:t>
      </w:r>
      <w:r>
        <w:t>jab koshish karte hain, koshish karte hain, koshish karte hain, aur dekhein, koi nateeja nahin nikla to bas</w:t>
      </w:r>
    </w:p>
    <w:p>
      <w:pPr>
        <w:jc w:val="right"/>
      </w:pPr>
      <w:r>
        <w:t>جب کوشش کرتے ہیں، کوشش کرتے ہیں، کوشش کرتے ہیں، اور دیکھیں، کوئی نتیجہ نہیں نکلا تو بس</w:t>
      </w:r>
    </w:p>
    <w:p>
      <w:r>
        <w:rPr>
          <w:b/>
        </w:rPr>
        <w:t xml:space="preserve">[18:06] </w:t>
      </w:r>
      <w:r>
        <w:t>negative hote hain, mari se hi marte hain, hatta ke society bombing ko jaiz kar dete hain.</w:t>
      </w:r>
    </w:p>
    <w:p>
      <w:pPr>
        <w:jc w:val="right"/>
      </w:pPr>
      <w:r>
        <w:t>نیگیٹیو ہوتے ہیں، ماری سے ہی مرتے ہیں، حتیٰ کہ سوسائٹی بمبنگ کو جائز کر دیتے ہیں۔</w:t>
      </w:r>
    </w:p>
    <w:p>
      <w:r>
        <w:rPr>
          <w:b/>
        </w:rPr>
        <w:t xml:space="preserve">[18:13] </w:t>
      </w:r>
      <w:r>
        <w:t>abhi jo aap dekh rahe hain ke muslim dunya mein society bombing ho rahi hai, woh kya hai?</w:t>
      </w:r>
    </w:p>
    <w:p>
      <w:pPr>
        <w:jc w:val="right"/>
      </w:pPr>
      <w:r>
        <w:t>ابھی جو آپ دیکھ رہے ہیں کہ مسلم دنیا میں سوسائٹی بمبنگ ہو رہی ہے، وہ کیا ہے؟</w:t>
      </w:r>
    </w:p>
    <w:p>
      <w:r>
        <w:rPr>
          <w:b/>
        </w:rPr>
        <w:t xml:space="preserve">[18:21] </w:t>
      </w:r>
      <w:r>
        <w:t>that is out of frustration, out of frustration, that if I could not change society, then</w:t>
      </w:r>
    </w:p>
    <w:p>
      <w:pPr>
        <w:jc w:val="right"/>
      </w:pPr>
      <w:r>
        <w:t>دیٹ از آؤٹ آف فرسٹریشن کہ آؤٹ آف فرسٹریشن کہ میں اگر نہیں بدل سکا سوسائٹی کو تو</w:t>
      </w:r>
    </w:p>
    <w:p>
      <w:r>
        <w:rPr>
          <w:b/>
        </w:rPr>
        <w:t xml:space="preserve">[18:28] </w:t>
      </w:r>
      <w:r>
        <w:t>mein kam se kam itna to kar sakta hoon ke koi nuqsan pahunchaun.</w:t>
      </w:r>
    </w:p>
    <w:p>
      <w:pPr>
        <w:jc w:val="right"/>
      </w:pPr>
      <w:r>
        <w:t>میں کم سے کم اتنا تو کر سکتا ہوں کہ کوئی نقصان پہنچاؤں۔</w:t>
      </w:r>
    </w:p>
    <w:p>
      <w:r>
        <w:rPr>
          <w:b/>
        </w:rPr>
        <w:t xml:space="preserve">[18:34] </w:t>
      </w:r>
      <w:r>
        <w:t>yani agar mein government nahi badal saka, agar mein nizam nahi badal saka to to mafroza zalimon ko</w:t>
      </w:r>
    </w:p>
    <w:p>
      <w:pPr>
        <w:jc w:val="right"/>
      </w:pPr>
      <w:r>
        <w:t>یعنی اگر میں گورنمنٹ نہیں بدل سکا، اگر میں نظام نہیں بدل سکا تو تو مفروضہ ظالموں کو</w:t>
      </w:r>
    </w:p>
    <w:p>
      <w:r>
        <w:rPr>
          <w:b/>
        </w:rPr>
        <w:t xml:space="preserve">[18:42] </w:t>
      </w:r>
      <w:r>
        <w:t>nuqsan to pahunchaun.</w:t>
      </w:r>
    </w:p>
    <w:p>
      <w:pPr>
        <w:jc w:val="right"/>
      </w:pPr>
      <w:r>
        <w:t>نقصان تو پہنچاؤں۔</w:t>
      </w:r>
    </w:p>
    <w:p>
      <w:r>
        <w:rPr>
          <w:b/>
        </w:rPr>
        <w:t xml:space="preserve">[18:43] </w:t>
      </w:r>
      <w:r>
        <w:t>to hum ne nishana galat rakha.</w:t>
      </w:r>
    </w:p>
    <w:p>
      <w:pPr>
        <w:jc w:val="right"/>
      </w:pPr>
      <w:r>
        <w:t>تو ہم نے نشانہ غلط رکھا۔</w:t>
      </w:r>
    </w:p>
    <w:p>
      <w:r>
        <w:rPr>
          <w:b/>
        </w:rPr>
        <w:t xml:space="preserve">[18:46] </w:t>
      </w:r>
      <w:r>
        <w:t>hum ne yeh nishana rakha ke hum aik aik ideal society banayein, aik nizam banayein, aik ideal government</w:t>
      </w:r>
    </w:p>
    <w:p>
      <w:pPr>
        <w:jc w:val="right"/>
      </w:pPr>
      <w:r>
        <w:t>ہم نے یہ نشانہ رکھا کہ ہم ایک ایک آئیڈیل سوسائٹی بنائیں، ایک نظام بنائیں، ایک آئیڈیل گورنمنٹ</w:t>
      </w:r>
    </w:p>
    <w:p>
      <w:r>
        <w:rPr>
          <w:b/>
        </w:rPr>
        <w:t xml:space="preserve">[18:53] </w:t>
      </w:r>
      <w:r>
        <w:t>banayein, aur bana nahi paye, kyunke bana nahi sakti.</w:t>
      </w:r>
    </w:p>
    <w:p>
      <w:pPr>
        <w:jc w:val="right"/>
      </w:pPr>
      <w:r>
        <w:t>بنائیں، اور بنا نہیں پائے، کیونکہ بن نہیں سکتی۔</w:t>
      </w:r>
    </w:p>
    <w:p>
      <w:r>
        <w:rPr>
          <w:b/>
        </w:rPr>
        <w:t xml:space="preserve">[18:57] </w:t>
      </w:r>
      <w:r>
        <w:t>shaitan kahin kahin aa kar ke fana fasad karega.</w:t>
      </w:r>
    </w:p>
    <w:p>
      <w:pPr>
        <w:jc w:val="right"/>
      </w:pPr>
      <w:r>
        <w:t>شیطان کہیں کہیں آ کر کے فنا فساد کرے گا۔</w:t>
      </w:r>
    </w:p>
    <w:p>
      <w:r>
        <w:rPr>
          <w:b/>
        </w:rPr>
        <w:t xml:space="preserve">[19:02] </w:t>
      </w:r>
      <w:r>
        <w:t>shaitan kahin na kahin aa kar ke aap ke vulnerable point ko istemal karega.</w:t>
      </w:r>
    </w:p>
    <w:p>
      <w:pPr>
        <w:jc w:val="right"/>
      </w:pPr>
      <w:r>
        <w:t>شیطان کہیں نہ کہیں آ کر کے آپ کے ولنریبل پوائنٹ کو استعمال کرے گا۔</w:t>
      </w:r>
    </w:p>
    <w:p>
      <w:r>
        <w:rPr>
          <w:b/>
        </w:rPr>
        <w:t xml:space="preserve">[19:08] </w:t>
      </w:r>
      <w:r>
        <w:t>is wajah se kya karna chahiye? dekhiye, sahi tareeqa kya hai? aap jaiza lijiye ke society jo hai,</w:t>
      </w:r>
    </w:p>
    <w:p>
      <w:pPr>
        <w:jc w:val="right"/>
      </w:pPr>
      <w:r>
        <w:t>اس وجہ سے کیا کرنا چاہیے؟ دیکھیے، صحیح طریقہ کیا ہے؟ آپ جائزہ لیجئے کہ سوسائٹی جو ہے،</w:t>
      </w:r>
    </w:p>
    <w:p>
      <w:r>
        <w:rPr>
          <w:b/>
        </w:rPr>
        <w:t xml:space="preserve">[19:16] </w:t>
      </w:r>
      <w:r>
        <w:t>kitna qabool kar sakti hai.</w:t>
      </w:r>
    </w:p>
    <w:p>
      <w:pPr>
        <w:jc w:val="right"/>
      </w:pPr>
      <w:r>
        <w:t>کتنا قبول کر سکتی ہے۔</w:t>
      </w:r>
    </w:p>
    <w:p>
      <w:r>
        <w:rPr>
          <w:b/>
        </w:rPr>
        <w:t xml:space="preserve">[19:18] </w:t>
      </w:r>
      <w:r>
        <w:t>jitna qabool kar sakti ho, utna hi aap us par bojh daliye, us se zyada nahi.</w:t>
      </w:r>
    </w:p>
    <w:p>
      <w:pPr>
        <w:jc w:val="right"/>
      </w:pPr>
      <w:r>
        <w:t>جتنا قبول کر سکتی ہو، اتنا ہی آپ اس پر بوجھ ڈالیے، اس سے زیادہ نہیں۔</w:t>
      </w:r>
    </w:p>
    <w:p>
      <w:r>
        <w:rPr>
          <w:b/>
        </w:rPr>
        <w:t xml:space="preserve">[19:25] </w:t>
      </w:r>
      <w:r>
        <w:t>agar majmooei taur par society nahi qabool kar pati hai to aap fard ko ahmiyat dijiye.</w:t>
      </w:r>
    </w:p>
    <w:p>
      <w:pPr>
        <w:jc w:val="right"/>
      </w:pPr>
      <w:r>
        <w:t>اگر مجموعے طور پر سوسائٹی نہیں قبول کر پاتی ہے تو آپ فرد کو اہمیت دیجئے۔</w:t>
      </w:r>
    </w:p>
    <w:p>
      <w:r>
        <w:rPr>
          <w:b/>
        </w:rPr>
        <w:t xml:space="preserve">[19:32] </w:t>
      </w:r>
      <w:r>
        <w:t>aur maaf kijiye ke mein aik misaal aur dena chahunga, kyunke dekhiye, aap log jo hain, yani</w:t>
      </w:r>
    </w:p>
    <w:p>
      <w:pPr>
        <w:jc w:val="right"/>
      </w:pPr>
      <w:r>
        <w:t>اور معاف کیجئے کہ میں ایک مثال اور دینا چاہوں گا، کیونکہ دیکھیے، آپ لوگ جو ہیں، یعنی</w:t>
      </w:r>
    </w:p>
    <w:p>
      <w:r>
        <w:rPr>
          <w:b/>
        </w:rPr>
        <w:t xml:space="preserve">[19:39] </w:t>
      </w:r>
      <w:r>
        <w:t>aqidat bandi ke bojh mein agar dabe hue hon to aap baat nahi samjhenge.</w:t>
      </w:r>
    </w:p>
    <w:p>
      <w:pPr>
        <w:jc w:val="right"/>
      </w:pPr>
      <w:r>
        <w:t>عقیدت بندی کے بوجھ میں اگر دبے ہوئے ہوں تو آپ بات نہیں سمجھیں گے۔</w:t>
      </w:r>
    </w:p>
    <w:p>
      <w:r>
        <w:rPr>
          <w:b/>
        </w:rPr>
        <w:t xml:space="preserve">[19:46] </w:t>
      </w:r>
      <w:r>
        <w:t>aap aqidat bandiyon se hat kar ke, shakhsiyaton se hat kar ke, aur akabir o ghair akabir ki</w:t>
      </w:r>
    </w:p>
    <w:p>
      <w:pPr>
        <w:jc w:val="right"/>
      </w:pPr>
      <w:r>
        <w:t>آپ عقیدت بندیوں سے ہٹ کر کے، شخصیتوں سے ہٹ کر کے، اور اکابر و غیر اکابر کی</w:t>
      </w:r>
    </w:p>
    <w:p>
      <w:r>
        <w:rPr>
          <w:b/>
        </w:rPr>
        <w:t xml:space="preserve">[19:53] </w:t>
      </w:r>
      <w:r>
        <w:t>taqseem hat kar ke jab samajhna chahenge to tab samajhenge.</w:t>
      </w:r>
    </w:p>
    <w:p>
      <w:pPr>
        <w:jc w:val="right"/>
      </w:pPr>
      <w:r>
        <w:t>تقسیم ہٹ کر کے جب سمجھنا چاہیں گے تو تب سمجھیں گے۔</w:t>
      </w:r>
    </w:p>
    <w:p>
      <w:r>
        <w:rPr>
          <w:b/>
        </w:rPr>
        <w:t xml:space="preserve">[19:59] </w:t>
      </w:r>
      <w:r>
        <w:t>aap baat dekhiye, Islam ki tareekh mein kai namune hain, baad ki tareekh mein ke bohat hi bokhlusana</w:t>
      </w:r>
    </w:p>
    <w:p>
      <w:pPr>
        <w:jc w:val="right"/>
      </w:pPr>
      <w:r>
        <w:t>آپ بات دیکھیے، اسلام کی تاریخ میں کئی نمونے ہیں، بعد کی تاریخ میں کہ بہت ہی بوکھلسانہ</w:t>
      </w:r>
    </w:p>
    <w:p>
      <w:r>
        <w:rPr>
          <w:b/>
        </w:rPr>
        <w:t xml:space="preserve">[20:06] </w:t>
      </w:r>
      <w:r>
        <w:t>tor par logon ne is usool ki khilaf warzi ki.</w:t>
      </w:r>
    </w:p>
    <w:p>
      <w:pPr>
        <w:jc w:val="right"/>
      </w:pPr>
      <w:r>
        <w:t>طور پر لوگوں نے اس اصول کی خلاف ورزی کی۔</w:t>
      </w:r>
    </w:p>
    <w:p>
      <w:r>
        <w:rPr>
          <w:b/>
        </w:rPr>
        <w:t xml:space="preserve">[20:11] </w:t>
      </w:r>
      <w:r>
        <w:t>yaad rakhiye ke ikhlas kafi nahi hai nateeja hasil karne ke liye.</w:t>
      </w:r>
    </w:p>
    <w:p>
      <w:pPr>
        <w:jc w:val="right"/>
      </w:pPr>
      <w:r>
        <w:t>یاد رکھیے کہ اخلاص کافی نہیں ہے نتیجہ حاصل کرنے کے لیے۔</w:t>
      </w:r>
    </w:p>
    <w:p>
      <w:r>
        <w:rPr>
          <w:b/>
        </w:rPr>
        <w:t xml:space="preserve">[20:16] </w:t>
      </w:r>
      <w:r>
        <w:t>aisa nahi ke aap mukhles hon to nateeja mil jayega.</w:t>
      </w:r>
    </w:p>
    <w:p>
      <w:pPr>
        <w:jc w:val="right"/>
      </w:pPr>
      <w:r>
        <w:t>ایسا نہیں کہ آپ مخلص ہوں تو نتیجہ مل جائے گا۔</w:t>
      </w:r>
    </w:p>
    <w:p>
      <w:r>
        <w:rPr>
          <w:b/>
        </w:rPr>
        <w:t xml:space="preserve">[20:20] </w:t>
      </w:r>
      <w:r>
        <w:t>nateja yeh milega ke aap ke tadabbur se, aap ke sahi mansoobe se, ikhlas se nahi hote.</w:t>
      </w:r>
    </w:p>
    <w:p>
      <w:pPr>
        <w:jc w:val="right"/>
      </w:pPr>
      <w:r>
        <w:t>نتیجہ یہ ملے گا کہ آپ کے تدبر سے، آپ کے صحیح منصوبے سے، اخلاص سے نہیں ہوتے۔</w:t>
      </w:r>
    </w:p>
    <w:p>
      <w:r>
        <w:rPr>
          <w:b/>
        </w:rPr>
        <w:t xml:space="preserve">[20:28] </w:t>
      </w:r>
      <w:r>
        <w:t>ikhlas se aap jannat mein chale jayenge, lekin dunya mein aap nateeja nikal lein, aisa nahi ho</w:t>
      </w:r>
    </w:p>
    <w:p>
      <w:pPr>
        <w:jc w:val="right"/>
      </w:pPr>
      <w:r>
        <w:t>اخلاص سے آپ جنت میں چلے جائیں گے، لیکن دنیا میں آپ نتیجہ نکال لیں، ایسا نہیں ہو</w:t>
      </w:r>
    </w:p>
    <w:p>
      <w:r>
        <w:rPr>
          <w:b/>
        </w:rPr>
        <w:t xml:space="preserve">[20:36] </w:t>
      </w:r>
      <w:r>
        <w:t>sakta.</w:t>
      </w:r>
    </w:p>
    <w:p>
      <w:pPr>
        <w:jc w:val="right"/>
      </w:pPr>
      <w:r>
        <w:t>سکتا۔</w:t>
      </w:r>
    </w:p>
    <w:p>
      <w:r>
        <w:rPr>
          <w:b/>
        </w:rPr>
        <w:t xml:space="preserve">[20:37] </w:t>
      </w:r>
      <w:r>
        <w:t>islam ki tareekh mein dekhen, bohat bari shakhsiyat paida hui, hazrat umar bin abdul aziz, jin ko kaha jata</w:t>
      </w:r>
    </w:p>
    <w:p>
      <w:pPr>
        <w:jc w:val="right"/>
      </w:pPr>
      <w:r>
        <w:t>اسلام کی تاریخ میں دیکھیں، بہت بڑی شخصیت پیدا ہوئی، حضرت عمر بن عبدالعزیز، جن کو کہا جاتا</w:t>
      </w:r>
    </w:p>
    <w:p>
      <w:r>
        <w:rPr>
          <w:b/>
        </w:rPr>
        <w:t xml:space="preserve">[20:45] </w:t>
      </w:r>
      <w:r>
        <w:t>hai panchwen khaleefa rashid.</w:t>
      </w:r>
    </w:p>
    <w:p>
      <w:pPr>
        <w:jc w:val="right"/>
      </w:pPr>
      <w:r>
        <w:t>ہے پانچویں خلیفہ راشد۔</w:t>
      </w:r>
    </w:p>
    <w:p>
      <w:r>
        <w:rPr>
          <w:b/>
        </w:rPr>
        <w:t xml:space="preserve">[20:47] </w:t>
      </w:r>
      <w:r>
        <w:t>aur un ke sath kya pesh aya? ek bohat hi bara ek insan paida hua, lekin ghaliban sirf</w:t>
      </w:r>
    </w:p>
    <w:p>
      <w:pPr>
        <w:jc w:val="right"/>
      </w:pPr>
      <w:r>
        <w:t>اور ان کے ساتھ کیا پیش آیا؟ ایک بہت ہی بڑا ایک انسان پیدا ہوا، لیکن غالباً صرف</w:t>
      </w:r>
    </w:p>
    <w:p>
      <w:r>
        <w:rPr>
          <w:b/>
        </w:rPr>
        <w:t xml:space="preserve">[20:54] </w:t>
      </w:r>
      <w:r>
        <w:t>athais saal ki muddat thi, un ko zehar ka kabaar daal diya gaya.</w:t>
      </w:r>
    </w:p>
    <w:p>
      <w:pPr>
        <w:jc w:val="right"/>
      </w:pPr>
      <w:r>
        <w:t>اٹھائیس سال کی مدت تھی، ان کو زہر کا کباڑ ڈال گیا۔</w:t>
      </w:r>
    </w:p>
    <w:p>
      <w:r>
        <w:rPr>
          <w:b/>
        </w:rPr>
        <w:t xml:space="preserve">[21:00] </w:t>
      </w:r>
      <w:r>
        <w:t>zehar ka kabaar daala gaya.</w:t>
      </w:r>
    </w:p>
    <w:p>
      <w:pPr>
        <w:jc w:val="right"/>
      </w:pPr>
      <w:r>
        <w:t>زہر کا کباڑ ڈالا گیا۔</w:t>
      </w:r>
    </w:p>
    <w:p>
      <w:r>
        <w:rPr>
          <w:b/>
        </w:rPr>
        <w:t xml:space="preserve">[21:02] </w:t>
      </w:r>
      <w:r>
        <w:t>is ki raaz kya hai? aqeedat bandiyon se oopar uth kar sochiye.</w:t>
      </w:r>
    </w:p>
    <w:p>
      <w:pPr>
        <w:jc w:val="right"/>
      </w:pPr>
      <w:r>
        <w:t>اس کی راز کیا ہے؟ عقیدت بندیوں سے اوپر اٹھ کر سوچیے۔</w:t>
      </w:r>
    </w:p>
    <w:p>
      <w:r>
        <w:rPr>
          <w:b/>
        </w:rPr>
        <w:t xml:space="preserve">[21:07] </w:t>
      </w:r>
      <w:r>
        <w:t>aqeedat bandiyon se oopar uth kar sochiye.</w:t>
      </w:r>
    </w:p>
    <w:p>
      <w:pPr>
        <w:jc w:val="right"/>
      </w:pPr>
      <w:r>
        <w:t>عقیدت بندیوں سے اوپر اٹھ کر سوچیے۔</w:t>
      </w:r>
    </w:p>
    <w:p>
      <w:r>
        <w:rPr>
          <w:b/>
        </w:rPr>
        <w:t xml:space="preserve">[21:10] </w:t>
      </w:r>
      <w:r>
        <w:t>hazrat umar aziz jab aaye to us waqt banu ummiya ne kya kiya tha? ke na, yani ghalat</w:t>
      </w:r>
    </w:p>
    <w:p>
      <w:pPr>
        <w:jc w:val="right"/>
      </w:pPr>
      <w:r>
        <w:t>حضرت عمر عزیز جب آئے تو اس وقت بنو امیہ نے کیا کیا تھا؟ کہ نہ، یعنی غلط</w:t>
      </w:r>
    </w:p>
    <w:p>
      <w:r>
        <w:rPr>
          <w:b/>
        </w:rPr>
        <w:t xml:space="preserve">[21:18] </w:t>
      </w:r>
      <w:r>
        <w:t>tor par bohat si property bana li thi.</w:t>
      </w:r>
    </w:p>
    <w:p>
      <w:pPr>
        <w:jc w:val="right"/>
      </w:pPr>
      <w:r>
        <w:t>طور پر بہت سی پراپرٹی بنا لی تھی۔</w:t>
      </w:r>
    </w:p>
    <w:p>
      <w:r>
        <w:rPr>
          <w:b/>
        </w:rPr>
        <w:t xml:space="preserve">[21:21] </w:t>
      </w:r>
      <w:r>
        <w:t>kisi ne bagh qabza kar liya tha, koi ghar bana liya tha.</w:t>
      </w:r>
    </w:p>
    <w:p>
      <w:pPr>
        <w:jc w:val="right"/>
      </w:pPr>
      <w:r>
        <w:t>کسی نے باغ قبضہ کر لیا تھا، کوئی گھر بنا لیا تھا۔</w:t>
      </w:r>
    </w:p>
    <w:p>
      <w:r>
        <w:rPr>
          <w:b/>
        </w:rPr>
        <w:t xml:space="preserve">[21:26] </w:t>
      </w:r>
      <w:r>
        <w:t>to is ko unhon ne khatam aate hi, unhon ne kya kiya? ke un ki milkiyatun ko masakh</w:t>
      </w:r>
    </w:p>
    <w:p>
      <w:pPr>
        <w:jc w:val="right"/>
      </w:pPr>
      <w:r>
        <w:t>تو اس کو انہوں نے ختم آتے ہی، انہوں نے کیا کیا؟ کہ ان کی ملکیتوں کو مسخ</w:t>
      </w:r>
    </w:p>
    <w:p>
      <w:r>
        <w:rPr>
          <w:b/>
        </w:rPr>
        <w:t xml:space="preserve">[21:34] </w:t>
      </w:r>
      <w:r>
        <w:t>karna shuru kiya.</w:t>
      </w:r>
    </w:p>
    <w:p>
      <w:pPr>
        <w:jc w:val="right"/>
      </w:pPr>
      <w:r>
        <w:t>کرنا شروع کیا۔</w:t>
      </w:r>
    </w:p>
    <w:p>
      <w:r>
        <w:rPr>
          <w:b/>
        </w:rPr>
        <w:t xml:space="preserve">[21:35] </w:t>
      </w:r>
      <w:r>
        <w:t>un ki property ko qabza kar ke baitul mubarak dakhil karne lage.</w:t>
      </w:r>
    </w:p>
    <w:p>
      <w:pPr>
        <w:jc w:val="right"/>
      </w:pPr>
      <w:r>
        <w:t>ان کی پراپرٹی کو قبضہ کر کے بیت المبارک داخل کرنے لگے۔</w:t>
      </w:r>
    </w:p>
    <w:p>
      <w:r>
        <w:rPr>
          <w:b/>
        </w:rPr>
        <w:t xml:space="preserve">[21:41] </w:t>
      </w:r>
      <w:r>
        <w:t>میں سمجھتا ہوں کہ یہ "that was against the hikmat"۔</w:t>
      </w:r>
    </w:p>
    <w:p>
      <w:pPr>
        <w:jc w:val="right"/>
      </w:pPr>
      <w:r>
        <w:t>میں سمجھتا ہوں کہ یہ "دیٹ واز اگینسٹ دے حکمت"۔</w:t>
      </w:r>
    </w:p>
    <w:p>
      <w:r>
        <w:rPr>
          <w:b/>
        </w:rPr>
        <w:t xml:space="preserve">[21:45] </w:t>
      </w:r>
      <w:r>
        <w:t>آپ کو "you have to adapt the gradual process"۔</w:t>
      </w:r>
    </w:p>
    <w:p>
      <w:pPr>
        <w:jc w:val="right"/>
      </w:pPr>
      <w:r>
        <w:t>آپ کو "یو ہیو ٹو اڈاپٹ دا گریجول پروسیس"۔</w:t>
      </w:r>
    </w:p>
    <w:p>
      <w:r>
        <w:rPr>
          <w:b/>
        </w:rPr>
        <w:t xml:space="preserve">[21:49] </w:t>
      </w:r>
      <w:r>
        <w:t>tadreeji tareeqa.</w:t>
      </w:r>
    </w:p>
    <w:p>
      <w:pPr>
        <w:jc w:val="right"/>
      </w:pPr>
      <w:r>
        <w:t>تدریجی طریقہ۔</w:t>
      </w:r>
    </w:p>
    <w:p>
      <w:r>
        <w:rPr>
          <w:b/>
        </w:rPr>
        <w:t xml:space="preserve">[21:50] </w:t>
      </w:r>
      <w:r>
        <w:t>natija kya hua? ke banu ummiya khilaf ho gaye honge, aur sazish kar ke unhon ne zardilwa</w:t>
      </w:r>
    </w:p>
    <w:p>
      <w:pPr>
        <w:jc w:val="right"/>
      </w:pPr>
      <w:r>
        <w:t>نتیجہ کیا ہوا؟ کہ بنو امیہ خلاف ہو گئے ہوں گے، اور سازش کر کے انہوں نے زردلوا</w:t>
      </w:r>
    </w:p>
    <w:p>
      <w:r>
        <w:rPr>
          <w:b/>
        </w:rPr>
        <w:t xml:space="preserve">[21:58] </w:t>
      </w:r>
      <w:r>
        <w:t>diya.</w:t>
      </w:r>
    </w:p>
    <w:p>
      <w:pPr>
        <w:jc w:val="right"/>
      </w:pPr>
      <w:r>
        <w:t>دیا۔</w:t>
      </w:r>
    </w:p>
    <w:p>
      <w:r>
        <w:rPr>
          <w:b/>
        </w:rPr>
        <w:t xml:space="preserve">[21:59] </w:t>
      </w:r>
      <w:r>
        <w:t>un ko ek bohat hi qeemti insan hum se chhin gaya sirf athais saal mein.</w:t>
      </w:r>
    </w:p>
    <w:p>
      <w:pPr>
        <w:jc w:val="right"/>
      </w:pPr>
      <w:r>
        <w:t>ان کو ایک بہت ہی قیمتی انسان ہم سے چھن گیا صرف اٹھائیس سال میں۔</w:t>
      </w:r>
    </w:p>
    <w:p>
      <w:r>
        <w:rPr>
          <w:b/>
        </w:rPr>
        <w:t xml:space="preserve">[22:06] </w:t>
      </w:r>
      <w:r>
        <w:t>bohat hi qeemti insan.</w:t>
      </w:r>
    </w:p>
    <w:p>
      <w:pPr>
        <w:jc w:val="right"/>
      </w:pPr>
      <w:r>
        <w:t>بہت ہی قیمتی انسان۔</w:t>
      </w:r>
    </w:p>
    <w:p>
      <w:r>
        <w:rPr>
          <w:b/>
        </w:rPr>
        <w:t xml:space="preserve">[22:08] </w:t>
      </w:r>
      <w:r>
        <w:t>to main aap sab logon se kahunga ke aap log aqeedat bandi ke sath agar sochenge</w:t>
      </w:r>
    </w:p>
    <w:p>
      <w:pPr>
        <w:jc w:val="right"/>
      </w:pPr>
      <w:r>
        <w:t>تو میں آپ سب لوگوں سے کہوں گا کہ آپ لوگ عقیدت بندی کے ساتھ اگر سوچیں گے</w:t>
      </w:r>
    </w:p>
    <w:p>
      <w:r>
        <w:rPr>
          <w:b/>
        </w:rPr>
        <w:t xml:space="preserve">[22:15] </w:t>
      </w:r>
      <w:r>
        <w:t>to kuch bhi nahi samjhenge.</w:t>
      </w:r>
    </w:p>
    <w:p>
      <w:pPr>
        <w:jc w:val="right"/>
      </w:pPr>
      <w:r>
        <w:t>تو کچھ بھی نہیں سمجھیں گے۔</w:t>
      </w:r>
    </w:p>
    <w:p>
      <w:r>
        <w:rPr>
          <w:b/>
        </w:rPr>
        <w:t xml:space="preserve">[22:18] </w:t>
      </w:r>
      <w:r>
        <w:t>aap ne islam ko to kaha, dunya ko bhi nahi samjhenge.</w:t>
      </w:r>
    </w:p>
    <w:p>
      <w:pPr>
        <w:jc w:val="right"/>
      </w:pPr>
      <w:r>
        <w:t>آپ نے اسلام کو تو کہا، دنیا کو بھی نہیں سمجھیں گے۔</w:t>
      </w:r>
    </w:p>
    <w:p>
      <w:r>
        <w:rPr>
          <w:b/>
        </w:rPr>
        <w:t xml:space="preserve">[22:23] </w:t>
      </w:r>
      <w:r>
        <w:t>aap quran to kiya, doosri kitabon ko bhi nahi samjhenge.</w:t>
      </w:r>
    </w:p>
    <w:p>
      <w:pPr>
        <w:jc w:val="right"/>
      </w:pPr>
      <w:r>
        <w:t>آپ قرآن تو کیا، دوسری کتابوں کو بھی نہیں سمجھیں گے۔</w:t>
      </w:r>
    </w:p>
    <w:p>
      <w:r>
        <w:rPr>
          <w:b/>
        </w:rPr>
        <w:t xml:space="preserve">[22:28] </w:t>
      </w:r>
      <w:r>
        <w:t>aap sahi tareeqa kya hai? objective thinking.</w:t>
      </w:r>
    </w:p>
    <w:p>
      <w:pPr>
        <w:jc w:val="right"/>
      </w:pPr>
      <w:r>
        <w:t>آپ صحیح طریقہ کیا ہے؟ ابجیکٹو تھنکنگ۔</w:t>
      </w:r>
    </w:p>
    <w:p>
      <w:r>
        <w:rPr>
          <w:b/>
        </w:rPr>
        <w:t xml:space="preserve">[22:31] </w:t>
      </w:r>
      <w:r>
        <w:t>yeh na sochiye ke falan hazrat ne yeh kaha hai, falan akabir ne yeh kaha hai, falan shakhsiyat</w:t>
      </w:r>
    </w:p>
    <w:p>
      <w:pPr>
        <w:jc w:val="right"/>
      </w:pPr>
      <w:r>
        <w:t>یہ نہ سوچیے کہ فلاں حضرت نے یہ کہا ہے، فلاں اکابر نے یہ کہا ہے، فلاں شخصیت</w:t>
      </w:r>
    </w:p>
    <w:p>
      <w:r>
        <w:rPr>
          <w:b/>
        </w:rPr>
        <w:t xml:space="preserve">[22:38] </w:t>
      </w:r>
      <w:r>
        <w:t>ne yeh kaha hai.</w:t>
      </w:r>
    </w:p>
    <w:p>
      <w:pPr>
        <w:jc w:val="right"/>
      </w:pPr>
      <w:r>
        <w:t>نے یہ کہا ہے۔</w:t>
      </w:r>
    </w:p>
    <w:p>
      <w:r>
        <w:rPr>
          <w:b/>
        </w:rPr>
        <w:t xml:space="preserve">[22:40] </w:t>
      </w:r>
      <w:r>
        <w:t>sawa Allah aur Rasool ke kisi bhi shakhs ko yeh darja mat dijiye ke is ke baray mein</w:t>
      </w:r>
    </w:p>
    <w:p>
      <w:pPr>
        <w:jc w:val="right"/>
      </w:pPr>
      <w:r>
        <w:t>سوا اللہ اور رسول کے کسی بھی شخص کو یہ درجہ مت دیجئے کہ اس کے بارے میں</w:t>
      </w:r>
    </w:p>
    <w:p>
      <w:r>
        <w:rPr>
          <w:b/>
        </w:rPr>
        <w:t xml:space="preserve">[22:48] </w:t>
      </w:r>
      <w:r>
        <w:t>hum na sochein.</w:t>
      </w:r>
    </w:p>
    <w:p>
      <w:pPr>
        <w:jc w:val="right"/>
      </w:pPr>
      <w:r>
        <w:t>ہم نہ سوچیں۔</w:t>
      </w:r>
    </w:p>
    <w:p>
      <w:r>
        <w:rPr>
          <w:b/>
        </w:rPr>
        <w:t xml:space="preserve">[22:49] </w:t>
      </w:r>
      <w:r>
        <w:t>aap yeh hamare mission mein shart awal hai ke aap Allah aur Rasool ke siwa kisi ko yeh</w:t>
      </w:r>
    </w:p>
    <w:p>
      <w:pPr>
        <w:jc w:val="right"/>
      </w:pPr>
      <w:r>
        <w:t>آپ یہ ہمارے مشن میں شرط اول ہے کہ آپ اللہ اور رسول کے سوا کسی کو یہ</w:t>
      </w:r>
    </w:p>
    <w:p>
      <w:r>
        <w:rPr>
          <w:b/>
        </w:rPr>
        <w:t xml:space="preserve">[22:57] </w:t>
      </w:r>
      <w:r>
        <w:t>darja na dein ke bhai unhon ne to keh diya, woh to sahi hoga.</w:t>
      </w:r>
    </w:p>
    <w:p>
      <w:pPr>
        <w:jc w:val="right"/>
      </w:pPr>
      <w:r>
        <w:t>درجہ نہ دیں کہ بھئی انہوں نے تو کہہ دیا، وہ تو صحیح ہوگا۔</w:t>
      </w:r>
    </w:p>
    <w:p>
      <w:r>
        <w:rPr>
          <w:b/>
        </w:rPr>
        <w:t xml:space="preserve">[23:03] </w:t>
      </w:r>
      <w:r>
        <w:t>to agar aap Hazrat Umar Aziz ke is usool ko dekhte hue yeh karein ke bhai woh to</w:t>
      </w:r>
    </w:p>
    <w:p>
      <w:pPr>
        <w:jc w:val="right"/>
      </w:pPr>
      <w:r>
        <w:t>تو اگر آپ حضرت عمر عزیز کے اس اصول کو دیکھتے ہوئے یہ کریں کہ بھئی وہ تو</w:t>
      </w:r>
    </w:p>
    <w:p>
      <w:r>
        <w:rPr>
          <w:b/>
        </w:rPr>
        <w:t xml:space="preserve">[23:11] </w:t>
      </w:r>
      <w:r>
        <w:t>bohat baray aadmi thay, bilkul theek hi hoga, aap bhi wahi ghalti karein gay.</w:t>
      </w:r>
    </w:p>
    <w:p>
      <w:pPr>
        <w:jc w:val="right"/>
      </w:pPr>
      <w:r>
        <w:t>بہت بڑے آدمی تھے، بالکل ٹھیک ہی ہوگا، آپ بھی وہی غلطی کریں گے۔</w:t>
      </w:r>
    </w:p>
    <w:p>
      <w:r>
        <w:rPr>
          <w:b/>
        </w:rPr>
        <w:t xml:space="preserve">[23:17] </w:t>
      </w:r>
      <w:r>
        <w:t>wahi ghalti ko aap repeat karein gay ke aap ko mile ga iqtadar to dhara dhar aap lage</w:t>
      </w:r>
    </w:p>
    <w:p>
      <w:pPr>
        <w:jc w:val="right"/>
      </w:pPr>
      <w:r>
        <w:t>وہی غلطی کو آپ ریپیٹ کریں گے کہ آپ کو ملے گا اقتدار تو دھڑا دھڑ آپ لگے</w:t>
      </w:r>
    </w:p>
    <w:p>
      <w:r>
        <w:rPr>
          <w:b/>
        </w:rPr>
        <w:t xml:space="preserve">[23:25] </w:t>
      </w:r>
      <w:r>
        <w:t>آرڈر جاری کرنے، اور واقعی کیا ڈاکٹر محسن صاحب نے یہ تو کیا۔</w:t>
      </w:r>
    </w:p>
    <w:p>
      <w:pPr>
        <w:jc w:val="right"/>
      </w:pPr>
      <w:r>
        <w:t>آرڈر جاری کرنے، اور واقعتا کیا ڈاکٹر محسن صاحب نے یہ تو کیا۔</w:t>
      </w:r>
    </w:p>
    <w:p>
      <w:r>
        <w:rPr>
          <w:b/>
        </w:rPr>
        <w:t xml:space="preserve">[23:30] </w:t>
      </w:r>
      <w:r>
        <w:t>aise order jari karne shuru kar diye jo society accept karne ke liye tayar nahi thi.</w:t>
      </w:r>
    </w:p>
    <w:p>
      <w:pPr>
        <w:jc w:val="right"/>
      </w:pPr>
      <w:r>
        <w:t>ایسے آرڈر جاری کرنے شروع کر دیے جو سوسائٹی ایکسیپٹ کرنے کے لیے تیار نہیں تھی۔</w:t>
      </w:r>
    </w:p>
    <w:p>
      <w:r>
        <w:rPr>
          <w:b/>
        </w:rPr>
        <w:t xml:space="preserve">[23:37] </w:t>
      </w:r>
      <w:r>
        <w:t>to unhon ne sazish kar ke, maslan mein misaal deta hoon aap ko, kya ghalti ki Ahmed Morsi</w:t>
      </w:r>
    </w:p>
    <w:p>
      <w:pPr>
        <w:jc w:val="right"/>
      </w:pPr>
      <w:r>
        <w:t>تو انہوں نے سازش کر کے، مثلاً میں مثال دیتا ہوں آپ کو، کیا غلطی کی احمد مرسی</w:t>
      </w:r>
    </w:p>
    <w:p>
      <w:r>
        <w:rPr>
          <w:b/>
        </w:rPr>
        <w:t xml:space="preserve">[23:45] </w:t>
      </w:r>
      <w:r>
        <w:t>sahab ne.</w:t>
      </w:r>
    </w:p>
    <w:p>
      <w:pPr>
        <w:jc w:val="right"/>
      </w:pPr>
      <w:r>
        <w:t>صاحب نے۔</w:t>
      </w:r>
    </w:p>
    <w:p>
      <w:r>
        <w:rPr>
          <w:b/>
        </w:rPr>
        <w:t xml:space="preserve">[23:46] </w:t>
      </w:r>
      <w:r>
        <w:t>Morsi sahab, mein ne khud taqreer suni hai in ki.</w:t>
      </w:r>
    </w:p>
    <w:p>
      <w:pPr>
        <w:jc w:val="right"/>
      </w:pPr>
      <w:r>
        <w:t>مرسی صاحب، میں نے خود تقریر سنی ہے ان کی۔</w:t>
      </w:r>
    </w:p>
    <w:p>
      <w:r>
        <w:rPr>
          <w:b/>
        </w:rPr>
        <w:t xml:space="preserve">[23:50] </w:t>
      </w:r>
      <w:r>
        <w:t>unhon ne kaha tha iqtadar paane ke baad ke Surah Misriyah, Surah Masriyah nahi hai, yeh Surah Almiyah</w:t>
      </w:r>
    </w:p>
    <w:p>
      <w:pPr>
        <w:jc w:val="right"/>
      </w:pPr>
      <w:r>
        <w:t>انہوں نے کہا تھا اقتدار پانے کے بعد کہ سورہ مصریہ، سورہ مصرعہ نہیں ہے، یہ سورہ عالمیہ</w:t>
      </w:r>
    </w:p>
    <w:p>
      <w:r>
        <w:rPr>
          <w:b/>
        </w:rPr>
        <w:t xml:space="preserve">[23:58]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[24:00] </w:t>
      </w:r>
      <w:r>
        <w:t>mein ne khud apni kahani suni, yeh Surah Misriyah nahi hai, Surah Almiyah hai.</w:t>
      </w:r>
    </w:p>
    <w:p>
      <w:pPr>
        <w:jc w:val="right"/>
      </w:pPr>
      <w:r>
        <w:t>میں نے خود اپنی کہانی سنی، یہ سورہ مصریہ نہیں ہے، سورہ عالمیہ ہے۔</w:t>
      </w:r>
    </w:p>
    <w:p>
      <w:r>
        <w:rPr>
          <w:b/>
        </w:rPr>
        <w:t xml:space="preserve">[24:06] </w:t>
      </w:r>
      <w:r>
        <w:t>is ka matlab kya hai? Ek Head of the state jaisi baat hai.</w:t>
      </w:r>
    </w:p>
    <w:p>
      <w:pPr>
        <w:jc w:val="right"/>
      </w:pPr>
      <w:r>
        <w:t>اس کا مطلب کیا ہے؟ ایک ہیڈ آف دی سٹیٹ جیسی بات ہے۔</w:t>
      </w:r>
    </w:p>
    <w:p>
      <w:r>
        <w:rPr>
          <w:b/>
        </w:rPr>
        <w:t xml:space="preserve">[24:11] </w:t>
      </w:r>
      <w:r>
        <w:t>کہے تو طارق ملک جو ہے، سمجھیں کہ یہ اپنے surah کو export کرنا چاہتا ہے۔</w:t>
      </w:r>
    </w:p>
    <w:p>
      <w:pPr>
        <w:jc w:val="right"/>
      </w:pPr>
      <w:r>
        <w:t>کہے تو طارق ملک جو ہے، سمجھیں کہ یہ اپنے سورہ کو ایکسپورٹ کرنا چاہتا ہے۔</w:t>
      </w:r>
    </w:p>
    <w:p>
      <w:r>
        <w:rPr>
          <w:b/>
        </w:rPr>
        <w:t xml:space="preserve">[24:18] </w:t>
      </w:r>
      <w:r>
        <w:t>yani Misr mein unhon ne badshahat ko khatam kiya tha, in logon ne.</w:t>
      </w:r>
    </w:p>
    <w:p>
      <w:pPr>
        <w:jc w:val="right"/>
      </w:pPr>
      <w:r>
        <w:t>یعنی مصر میں انہوں نے بادشاہت کو ختم کیا تھا، ان لوگوں نے۔</w:t>
      </w:r>
    </w:p>
    <w:p>
      <w:r>
        <w:rPr>
          <w:b/>
        </w:rPr>
        <w:t xml:space="preserve">[24:24] </w:t>
      </w:r>
      <w:r>
        <w:t>to ab is pas to sab badshahi bethe hue hain.</w:t>
      </w:r>
    </w:p>
    <w:p>
      <w:pPr>
        <w:jc w:val="right"/>
      </w:pPr>
      <w:r>
        <w:t>تو اب اس پاس تو سب بادشاہی بیٹھے ہوئے ہیں۔</w:t>
      </w:r>
    </w:p>
    <w:p>
      <w:r>
        <w:rPr>
          <w:b/>
        </w:rPr>
        <w:t xml:space="preserve">[24:28] </w:t>
      </w:r>
      <w:r>
        <w:t>Muslim Arab mulkon mein sab badshahi to bethe hue hain.</w:t>
      </w:r>
    </w:p>
    <w:p>
      <w:pPr>
        <w:jc w:val="right"/>
      </w:pPr>
      <w:r>
        <w:t>مسلم عرب ملکوں میں سب بادشاہی تو بیٹھے ہوئے ہیں۔</w:t>
      </w:r>
    </w:p>
    <w:p>
      <w:r>
        <w:rPr>
          <w:b/>
        </w:rPr>
        <w:t xml:space="preserve">[24:32] </w:t>
      </w:r>
      <w:r>
        <w:t>Arab mulkon mein kahan democracy hai? To sare jo hai, jis ko kehte hain awami doran, kaan khare</w:t>
      </w:r>
    </w:p>
    <w:p>
      <w:pPr>
        <w:jc w:val="right"/>
      </w:pPr>
      <w:r>
        <w:t>عرب ملکوں میں کہاں ڈیموکریسی ہے؟ تو سارے جو ہے، جس کو کہتے ہیں عوامی دوران، کان کھڑے</w:t>
      </w:r>
    </w:p>
    <w:p>
      <w:r>
        <w:rPr>
          <w:b/>
        </w:rPr>
        <w:t xml:space="preserve">[24:40] </w:t>
      </w:r>
      <w:r>
        <w:t>ho gaye ke bhai yeh to hum ko bhi wahi karega, hamari hukumat ko hi todega.</w:t>
      </w:r>
    </w:p>
    <w:p>
      <w:pPr>
        <w:jc w:val="right"/>
      </w:pPr>
      <w:r>
        <w:t>ہو گئے کہ بھئی یہ تو ہم کو بھی وہی کرے گا، ہماری حکومت کو ہی توڑے گا۔</w:t>
      </w:r>
    </w:p>
    <w:p>
      <w:r>
        <w:rPr>
          <w:b/>
        </w:rPr>
        <w:t xml:space="preserve">[24:48] </w:t>
      </w:r>
      <w:r>
        <w:t>ab apni democracy kahan export karega? To khamoshi se unhon ne woh de diya.</w:t>
      </w:r>
    </w:p>
    <w:p>
      <w:pPr>
        <w:jc w:val="right"/>
      </w:pPr>
      <w:r>
        <w:t>اب اپنی ڈیموکریسی کہاں ایکسپورٹ کرے گا؟ تو خاموشی سے انہوں نے وہ دے دیا۔</w:t>
      </w:r>
    </w:p>
    <w:p>
      <w:r>
        <w:rPr>
          <w:b/>
        </w:rPr>
        <w:t xml:space="preserve">[24:54] </w:t>
      </w:r>
      <w:r>
        <w:t>woh yani kya kehte hain is ko? Khamoshi se unhon ne Almi ko yani woh de diya ke</w:t>
      </w:r>
    </w:p>
    <w:p>
      <w:pPr>
        <w:jc w:val="right"/>
      </w:pPr>
      <w:r>
        <w:t>وہ یعنی کیا کہتے ہیں اس کو؟ خاموشی سے انہوں نے عالمی کو یعنی وہ دے دیا کہ</w:t>
      </w:r>
    </w:p>
    <w:p>
      <w:r>
        <w:rPr>
          <w:b/>
        </w:rPr>
        <w:t xml:space="preserve">[25:02] </w:t>
      </w:r>
      <w:r>
        <w:t>tum in ko khatam karo, yeh to hamari bari musibat khari karein ge in ko.</w:t>
      </w:r>
    </w:p>
    <w:p>
      <w:pPr>
        <w:jc w:val="right"/>
      </w:pPr>
      <w:r>
        <w:t>تم ان کو ختم کرو، یہ تو ہماری بڑی مصیبت کھڑی کریں گے ان کو۔</w:t>
      </w:r>
    </w:p>
    <w:p>
      <w:r>
        <w:rPr>
          <w:b/>
        </w:rPr>
        <w:t xml:space="preserve">[25:08] </w:t>
      </w:r>
      <w:r>
        <w:t>to Morsi sahab ko kabhi yeh nahi kehna chahiye tha ke Surah Masriyah Surah Almiyah hai, kyunke khwamkhwah</w:t>
      </w:r>
    </w:p>
    <w:p>
      <w:pPr>
        <w:jc w:val="right"/>
      </w:pPr>
      <w:r>
        <w:t>تو مرسی صاحب کو کبھی یہ نہیں کہنا چاہیے تھا کہ سورہ مصرعہ سورہ عالمیہ ہے، کیونکہ خوامخواہ</w:t>
      </w:r>
    </w:p>
    <w:p>
      <w:r>
        <w:rPr>
          <w:b/>
        </w:rPr>
        <w:t xml:space="preserve">[25:16] </w:t>
      </w:r>
      <w:r>
        <w:t>sab sab ko apna dushman bana liya.</w:t>
      </w:r>
    </w:p>
    <w:p>
      <w:pPr>
        <w:jc w:val="right"/>
      </w:pPr>
      <w:r>
        <w:t>سب سب کو اپنا دشمن بنا لیا۔</w:t>
      </w:r>
    </w:p>
    <w:p>
      <w:r>
        <w:rPr>
          <w:b/>
        </w:rPr>
        <w:t xml:space="preserve">[25:19] </w:t>
      </w:r>
      <w:r>
        <w:t>to umar bin aziz ke fe'l par agar aap aqeedat bandi baqi rakhenge to wahi repeat karte</w:t>
      </w:r>
    </w:p>
    <w:p>
      <w:pPr>
        <w:jc w:val="right"/>
      </w:pPr>
      <w:r>
        <w:t>تو عمر بن عزیز کے فعل پر اگر آپ عقیدت بندی باقی رکھیں گے تو وہی ریپیٹ کرتے</w:t>
      </w:r>
    </w:p>
    <w:p>
      <w:r>
        <w:rPr>
          <w:b/>
        </w:rPr>
        <w:t xml:space="preserve">[25:27] </w:t>
      </w:r>
      <w:r>
        <w:t>rahenge, wahi repeat karte rahenge, isi repeat karte rahenge.</w:t>
      </w:r>
    </w:p>
    <w:p>
      <w:pPr>
        <w:jc w:val="right"/>
      </w:pPr>
      <w:r>
        <w:t>رہیں گے، وہی ریپیٹ کرتے رہیں گے، اسی ریپیٹ کرتے رہیں گے۔</w:t>
      </w:r>
    </w:p>
    <w:p>
      <w:r>
        <w:rPr>
          <w:b/>
        </w:rPr>
        <w:t xml:space="preserve">[25:32] </w:t>
      </w:r>
      <w:r>
        <w:t>to jo bhi chahe, koi bhi ho, Allah aur rasool ke siwa jo bhi hai, us ko aap</w:t>
      </w:r>
    </w:p>
    <w:p>
      <w:pPr>
        <w:jc w:val="right"/>
      </w:pPr>
      <w:r>
        <w:t>تو جو بھی چاہے، کوئی بھی ہو، اللہ اور رسول کے سوا جو بھی ہے، اس کو آپ</w:t>
      </w:r>
    </w:p>
    <w:p>
      <w:r>
        <w:rPr>
          <w:b/>
        </w:rPr>
        <w:t xml:space="preserve">[25:40] </w:t>
      </w:r>
      <w:r>
        <w:t>objective tor par mutala'ah kijiye taake maazi ki galtiyon ko aap haal mein repeat na karen.</w:t>
      </w:r>
    </w:p>
    <w:p>
      <w:pPr>
        <w:jc w:val="right"/>
      </w:pPr>
      <w:r>
        <w:t>ابجیکٹو طور پر مطالعہ کیجئے تاکہ ماضی کی غلطیوں کو آپ حال میں ریپیٹ نہ کریں۔</w:t>
      </w:r>
    </w:p>
    <w:p>
      <w:r>
        <w:rPr>
          <w:b/>
        </w:rPr>
        <w:t xml:space="preserve">[25:46] </w:t>
      </w:r>
      <w:r>
        <w:t>aur yeh ho raha hai, khoob dhoom se repeat kar rahe hain log maazi ki galtiyon ko.</w:t>
      </w:r>
    </w:p>
    <w:p>
      <w:pPr>
        <w:jc w:val="right"/>
      </w:pPr>
      <w:r>
        <w:t>اور یہ ہو رہا ہے، خوب دھوم سے ریپیٹ کر رہے ہیں لوگ ماضی کی غلطیوں کو۔</w:t>
      </w:r>
    </w:p>
    <w:p>
      <w:r>
        <w:rPr>
          <w:b/>
        </w:rPr>
        <w:t xml:space="preserve">[25:54] </w:t>
      </w:r>
      <w:r>
        <w:t>to Allah taala ki jo scheme of things hai, us ko samjhiye.</w:t>
      </w:r>
    </w:p>
    <w:p>
      <w:pPr>
        <w:jc w:val="right"/>
      </w:pPr>
      <w:r>
        <w:t>تو اللہ تعالیٰ کی جو اسکیم آف تھنگز ہے، اس کو سمجھیے۔</w:t>
      </w:r>
    </w:p>
    <w:p>
      <w:r>
        <w:rPr>
          <w:b/>
        </w:rPr>
        <w:t xml:space="preserve">[25:59] </w:t>
      </w:r>
      <w:r>
        <w:t>yeh hai hi nahi ke majmoo'e ko nishana banaya jaye ke hum mukammal nizam qaim karna hai.</w:t>
      </w:r>
    </w:p>
    <w:p>
      <w:pPr>
        <w:jc w:val="right"/>
      </w:pPr>
      <w:r>
        <w:t>یہ ہے ہی نہیں کہ مجموعے کو نشانہ بنایا جائے کہ ہم مکمل نظام قائم کرنا ہے۔</w:t>
      </w:r>
    </w:p>
    <w:p>
      <w:r>
        <w:rPr>
          <w:b/>
        </w:rPr>
        <w:t xml:space="preserve">[26:06] </w:t>
      </w:r>
      <w:r>
        <w:t>humein ab jab mukammal nizam qaim karne ka ailaan karenge to woh saare log jo takht par</w:t>
      </w:r>
    </w:p>
    <w:p>
      <w:pPr>
        <w:jc w:val="right"/>
      </w:pPr>
      <w:r>
        <w:t>ہمیں اب جب مکمل نظام قائم کرنے کا اعلان کریں گے تو وہ سارے لوگ جو تخت پر</w:t>
      </w:r>
    </w:p>
    <w:p>
      <w:r>
        <w:rPr>
          <w:b/>
        </w:rPr>
        <w:t xml:space="preserve">[26:14] </w:t>
      </w:r>
      <w:r>
        <w:t>bethe hue hain, woh kahenge: "dekho, hum ko ultna chahta hai.</w:t>
      </w:r>
    </w:p>
    <w:p>
      <w:pPr>
        <w:jc w:val="right"/>
      </w:pPr>
      <w:r>
        <w:t>بیٹھے ہوئے ہیں، وہ کہیں گے: "دیکھو، ہم کو الٹنا چاہتا ہے۔</w:t>
      </w:r>
    </w:p>
    <w:p>
      <w:r>
        <w:rPr>
          <w:b/>
        </w:rPr>
        <w:t xml:space="preserve">[26:19] </w:t>
      </w:r>
      <w:r>
        <w:t>yeh hum jo qanoon nafiz kiye hue hain, woh is ko rukawat samjhega, hum se ladega."</w:t>
      </w:r>
    </w:p>
    <w:p>
      <w:pPr>
        <w:jc w:val="right"/>
      </w:pPr>
      <w:r>
        <w:t>یہ ہم جو قانون نافذ کیے ہوئے ہیں، وہ اس کو رکاوٹ سمجھے گا، ہم سے لڑے گا۔"</w:t>
      </w:r>
    </w:p>
    <w:p>
      <w:r>
        <w:rPr>
          <w:b/>
        </w:rPr>
        <w:t xml:space="preserve">[26:27] </w:t>
      </w:r>
      <w:r>
        <w:t>to mukammal nizam ka lafz bolte hi dekhiye, aap sab se takra ho jata hai.</w:t>
      </w:r>
    </w:p>
    <w:p>
      <w:pPr>
        <w:jc w:val="right"/>
      </w:pPr>
      <w:r>
        <w:t>تو مکمل نظام کا لفظ بولتے ہی دیکھیں، آپ سب سے ٹکرا ہو جاتا ہے۔</w:t>
      </w:r>
    </w:p>
    <w:p>
      <w:r>
        <w:rPr>
          <w:b/>
        </w:rPr>
        <w:t xml:space="preserve">[26:33] </w:t>
      </w:r>
      <w:r>
        <w:t>aap ka yeh wajah hai ke tamam arab mumalik jo hain, un islam, yaani so-called islamiston ke</w:t>
      </w:r>
    </w:p>
    <w:p>
      <w:pPr>
        <w:jc w:val="right"/>
      </w:pPr>
      <w:r>
        <w:t>آپ کا یہ وجہ ہے کہ تمام عرب ممالک جو ہیں، ان اسلام، یعنی سو کالڈ اسلامسٹوں کے</w:t>
      </w:r>
    </w:p>
    <w:p>
      <w:r>
        <w:rPr>
          <w:b/>
        </w:rPr>
        <w:t xml:space="preserve">[26:41] </w:t>
      </w:r>
      <w:r>
        <w:t>khilaf hain.</w:t>
      </w:r>
    </w:p>
    <w:p>
      <w:pPr>
        <w:jc w:val="right"/>
      </w:pPr>
      <w:r>
        <w:t>خلاف ہیں۔</w:t>
      </w:r>
    </w:p>
    <w:p>
      <w:r>
        <w:rPr>
          <w:b/>
        </w:rPr>
        <w:t xml:space="preserve">[26:42] </w:t>
      </w:r>
      <w:r>
        <w:t>yeh sab log jante hain, yaani sab log jante hain ke arab countries jo hain, yeh jo apne</w:t>
      </w:r>
    </w:p>
    <w:p>
      <w:pPr>
        <w:jc w:val="right"/>
      </w:pPr>
      <w:r>
        <w:t>یہ سب لوگ جانتے ہیں، یعنی سب لوگ جانتے ہیں کہ عرب کنٹریز جو ہیں، یہ جو اپنے</w:t>
      </w:r>
    </w:p>
    <w:p>
      <w:r>
        <w:rPr>
          <w:b/>
        </w:rPr>
        <w:t xml:space="preserve">[26:50] </w:t>
      </w:r>
      <w:r>
        <w:t>ko islam pasand kehte hain, islami kehte hain, aur jo kehte hain ke hum mukammal nizam nafiz karna,</w:t>
      </w:r>
    </w:p>
    <w:p>
      <w:pPr>
        <w:jc w:val="right"/>
      </w:pPr>
      <w:r>
        <w:t>کو اسلام پسند کہتے ہیں، اسلامی کہتے ہیں، اور جو کہتے ہیں کہ ہم مکمل نظام نافذ کرنا،</w:t>
      </w:r>
    </w:p>
    <w:p>
      <w:r>
        <w:rPr>
          <w:b/>
        </w:rPr>
        <w:t xml:space="preserve">[26:58] </w:t>
      </w:r>
      <w:r>
        <w:t>un sab ke khilaf hain.</w:t>
      </w:r>
    </w:p>
    <w:p>
      <w:pPr>
        <w:jc w:val="right"/>
      </w:pPr>
      <w:r>
        <w:t>ان سب کے خلاف ہیں۔</w:t>
      </w:r>
    </w:p>
    <w:p>
      <w:r>
        <w:rPr>
          <w:b/>
        </w:rPr>
        <w:t xml:space="preserve">[27:00] </w:t>
      </w:r>
      <w:r>
        <w:t>yeh arab log, arab mumalik, kyun? woh samajhte hain ke yeh to hamara iqtidaar chheenna chahte hain.</w:t>
      </w:r>
    </w:p>
    <w:p>
      <w:pPr>
        <w:jc w:val="right"/>
      </w:pPr>
      <w:r>
        <w:t>یہ عرب لوگ، عرب ممالک، کیوں؟ وہ سمجھتے ہیں کہ یہ تو ہمارا اقتدار چھیننا چاہتے ہیں۔</w:t>
      </w:r>
    </w:p>
    <w:p>
      <w:r>
        <w:rPr>
          <w:b/>
        </w:rPr>
        <w:t xml:space="preserve">[27:07] </w:t>
      </w:r>
      <w:r>
        <w:t>jaise misr mein kya hua? yeh hijrat karna chahte hain.</w:t>
      </w:r>
    </w:p>
    <w:p>
      <w:pPr>
        <w:jc w:val="right"/>
      </w:pPr>
      <w:r>
        <w:t>جیسے مصر میں کیا ہوا؟ یہ ہجرت کرنا چاہتے ہیں۔</w:t>
      </w:r>
    </w:p>
    <w:p>
      <w:r>
        <w:rPr>
          <w:b/>
        </w:rPr>
        <w:t xml:space="preserve">[27:11] </w:t>
      </w:r>
      <w:r>
        <w:t>natija kya hua? na misr mein kuch hua, na baqi mulkon mein kuch hone wala hai.</w:t>
      </w:r>
    </w:p>
    <w:p>
      <w:pPr>
        <w:jc w:val="right"/>
      </w:pPr>
      <w:r>
        <w:t>نتیجہ کیا ہوا؟ نہ مصر میں کچھ ہوا، نہ بقیہ ملکوں میں کچھ ہونے والا ہے۔</w:t>
      </w:r>
    </w:p>
    <w:p>
      <w:r>
        <w:rPr>
          <w:b/>
        </w:rPr>
        <w:t xml:space="preserve">[27:18] </w:t>
      </w:r>
      <w:r>
        <w:t>to aap log jo hain, jo hamare missions jure hue hain, un ko chahiye ke woh aqeedat bandi</w:t>
      </w:r>
    </w:p>
    <w:p>
      <w:pPr>
        <w:jc w:val="right"/>
      </w:pPr>
      <w:r>
        <w:t>تو آپ لوگ جو ہیں، جو ہمارے مشنز جڑے ہوئے ہیں، ان کو چاہیے کہ وہ عقیدت بندی</w:t>
      </w:r>
    </w:p>
    <w:p>
      <w:r>
        <w:rPr>
          <w:b/>
        </w:rPr>
        <w:t xml:space="preserve">[27:26] </w:t>
      </w:r>
      <w:r>
        <w:t>se oopar uthein, shakhsiyaton ko le kar na sochein, haqaiq ko le kar sochein.</w:t>
      </w:r>
    </w:p>
    <w:p>
      <w:pPr>
        <w:jc w:val="right"/>
      </w:pPr>
      <w:r>
        <w:t>سے اوپر اٹھیں، شخصیتوں کو لے کر نہ سوچیں، حقائق کو لے کر سوچیں۔</w:t>
      </w:r>
    </w:p>
    <w:p>
      <w:r>
        <w:rPr>
          <w:b/>
        </w:rPr>
        <w:t xml:space="preserve">[27:32] </w:t>
      </w:r>
      <w:r>
        <w:t>haqaiq ko is se hoga ke aap maazi ki galtiyon ko dohraenge nahi, aur zyada behtar planning</w:t>
      </w:r>
    </w:p>
    <w:p>
      <w:pPr>
        <w:jc w:val="right"/>
      </w:pPr>
      <w:r>
        <w:t>حقائق کو اس سے ہوگا کہ آپ ماضی کی غلطیوں کو دہرائیں گے نہیں، اور زیادہ بہتر پلاننگ</w:t>
      </w:r>
    </w:p>
    <w:p>
      <w:r>
        <w:rPr>
          <w:b/>
        </w:rPr>
        <w:t xml:space="preserve">[27:40] </w:t>
      </w:r>
      <w:r>
        <w:t>kar sakenge.</w:t>
      </w:r>
    </w:p>
    <w:p>
      <w:pPr>
        <w:jc w:val="right"/>
      </w:pPr>
      <w:r>
        <w:t>کر سکیں گے۔</w:t>
      </w:r>
    </w:p>
    <w:p>
      <w:r>
        <w:rPr>
          <w:b/>
        </w:rPr>
        <w:t xml:space="preserve">[27:41] </w:t>
      </w:r>
      <w:r>
        <w:t>to meri dua hai ke Allah taala mujh ko aur aap ko tofeeq de ke hamare andar right</w:t>
      </w:r>
    </w:p>
    <w:p>
      <w:pPr>
        <w:jc w:val="right"/>
      </w:pPr>
      <w:r>
        <w:t>تو میری دعا ہے کہ اللہ تعالیٰ مجھ کو اور آپ کو توفیق دے کہ ہمارے اندر رائٹ</w:t>
      </w:r>
    </w:p>
    <w:p>
      <w:r>
        <w:rPr>
          <w:b/>
        </w:rPr>
        <w:t xml:space="preserve">[27:49] </w:t>
      </w:r>
      <w:r>
        <w:t>thinking aaye, hamare andar saadat-e-fikr aaye, hamare andar masail ko gehrai ke sath samajhne ki salahiyat paida</w:t>
      </w:r>
    </w:p>
    <w:p>
      <w:pPr>
        <w:jc w:val="right"/>
      </w:pPr>
      <w:r>
        <w:t>تھنکنگ آئے، ہمارے اندر سادات فکر آئے، ہمارے اندر مسائل کو گہرائی کے ساتھ سمجھنے کی صلاحیت پیدا</w:t>
      </w:r>
    </w:p>
    <w:p>
      <w:r>
        <w:rPr>
          <w:b/>
        </w:rPr>
        <w:t xml:space="preserve">[27:57] </w:t>
      </w:r>
      <w:r>
        <w:t>ho, aur hum islam ke naam par ghair islam ki dhoom na machayen.</w:t>
      </w:r>
    </w:p>
    <w:p>
      <w:pPr>
        <w:jc w:val="right"/>
      </w:pPr>
      <w:r>
        <w:t>ہو، اور ہم اسلام کے نام پر غیر اسلام کی دھوم نہ مچائیں۔</w:t>
      </w:r>
    </w:p>
    <w:p>
      <w:r>
        <w:rPr>
          <w:b/>
        </w:rPr>
        <w:t xml:space="preserve">[28:02] </w:t>
      </w:r>
      <w:r>
        <w:t>aaj kal kya hai? islam ke naam par ghair islam ki dhoom machi hui hai.</w:t>
      </w:r>
    </w:p>
    <w:p>
      <w:pPr>
        <w:jc w:val="right"/>
      </w:pPr>
      <w:r>
        <w:t>آج کل کیا ہے؟ اسلام کے نام پر غیر اسلام کی دھوم مچی ہوئی ہے۔</w:t>
      </w:r>
    </w:p>
    <w:p>
      <w:r>
        <w:rPr>
          <w:b/>
        </w:rPr>
        <w:t xml:space="preserve">[28:09] </w:t>
      </w:r>
      <w:r>
        <w:t>yaad rakhiye, har cheez ko aap result ko dekhna jaanchiyey.</w:t>
      </w:r>
    </w:p>
    <w:p>
      <w:pPr>
        <w:jc w:val="right"/>
      </w:pPr>
      <w:r>
        <w:t>یاد رکھیے، ہر چیز کو آپ رزلٹ کو دیکھنا جانچیے۔</w:t>
      </w:r>
    </w:p>
    <w:p>
      <w:r>
        <w:rPr>
          <w:b/>
        </w:rPr>
        <w:t xml:space="preserve">[28:13] </w:t>
      </w:r>
      <w:r>
        <w:t>You have to judge everything in terms of result.</w:t>
      </w:r>
    </w:p>
    <w:p>
      <w:pPr>
        <w:jc w:val="right"/>
      </w:pPr>
      <w:r>
        <w:t>یو ہیو ٹو جج ایوری تھنگ ان ٹرمز آف رزلٹ۔</w:t>
      </w:r>
    </w:p>
    <w:p>
      <w:r>
        <w:rPr>
          <w:b/>
        </w:rPr>
        <w:t xml:space="preserve">[28:17] </w:t>
      </w:r>
      <w:r>
        <w:t>har cheez ko.</w:t>
      </w:r>
    </w:p>
    <w:p>
      <w:pPr>
        <w:jc w:val="right"/>
      </w:pPr>
      <w:r>
        <w:t>ہر چیز کو۔</w:t>
      </w:r>
    </w:p>
    <w:p>
      <w:r>
        <w:rPr>
          <w:b/>
        </w:rPr>
        <w:t xml:space="preserve">[28:19] </w:t>
      </w:r>
      <w:r>
        <w:t>to yeh meri dua hai, yeh meri aap logon se guzarish hai.</w:t>
      </w:r>
    </w:p>
    <w:p>
      <w:pPr>
        <w:jc w:val="right"/>
      </w:pPr>
      <w:r>
        <w:t>تو یہ میری دعا ہے، یہ میری آپ لوگوں سے گزارش ہے۔</w:t>
      </w:r>
    </w:p>
    <w:p>
      <w:r>
        <w:rPr>
          <w:b/>
        </w:rPr>
        <w:t xml:space="preserve">[28:24] </w:t>
      </w:r>
      <w:r>
        <w:t>allah ta'ala mujh ko aur aap ko tofeeq madad farmaye taake hum deen ke kaam mein koi nayi</w:t>
      </w:r>
    </w:p>
    <w:p>
      <w:pPr>
        <w:jc w:val="right"/>
      </w:pPr>
      <w:r>
        <w:t>اللہ تعالیٰ مجھ کو اور آپ کو توفیق مدد فرمائے تاکہ ہم دین کے کام میں کوئی نئی</w:t>
      </w:r>
    </w:p>
    <w:p>
      <w:r>
        <w:rPr>
          <w:b/>
        </w:rPr>
        <w:t xml:space="preserve">[28:32] </w:t>
      </w:r>
      <w:r>
        <w:t>bigaad na paida karen, balke deen ke kaam ko aage barhayen.</w:t>
      </w:r>
    </w:p>
    <w:p>
      <w:pPr>
        <w:jc w:val="right"/>
      </w:pPr>
      <w:r>
        <w:t>بگاڑ نہ پیدا کریں، بلکہ دین کے کام کو آگے بڑھائیں۔</w:t>
      </w:r>
    </w:p>
    <w:p>
      <w:r>
        <w:rPr>
          <w:b/>
        </w:rPr>
        <w:t xml:space="preserve">[28:36] </w:t>
      </w:r>
      <w:r>
        <w:t>aqool qouli haza wastaghfirullaha li walakum ajmaeen.</w:t>
      </w:r>
    </w:p>
    <w:p>
      <w:pPr>
        <w:jc w:val="right"/>
      </w:pPr>
      <w:r>
        <w:t>اقول قولی ھذا واستغفراللہ لولکم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