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 of Rahamat, November 30, 2013</w:t>
      </w:r>
    </w:p>
    <w:p>
      <w:r>
        <w:t>https://www.youtube.com/watch?v=WMUxgNk6uI8</w:t>
      </w:r>
    </w:p>
    <w:p>
      <w:r>
        <w:rPr>
          <w:b/>
        </w:rPr>
        <w:t xml:space="preserve">[00:12] </w:t>
      </w:r>
      <w:r>
        <w:t>bismillah rahman rahim, wa sali allahu ala nabiyyil karim.</w:t>
      </w:r>
    </w:p>
    <w:p>
      <w:pPr>
        <w:jc w:val="right"/>
      </w:pPr>
      <w:r>
        <w:t>بسم اللہ الرحمن الرحیم، وصلی اللہ علی النبی الکریم۔</w:t>
      </w:r>
    </w:p>
    <w:p>
      <w:r>
        <w:rPr>
          <w:b/>
        </w:rPr>
        <w:t xml:space="preserve">[00:20]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[00:28] </w:t>
      </w:r>
      <w:r>
        <w:t>aaj november 2013 ki 30 tareekh hai, main is waqt haiderabad mein hoon aur usmania university ke ek</w:t>
      </w:r>
    </w:p>
    <w:p>
      <w:pPr>
        <w:jc w:val="right"/>
      </w:pPr>
      <w:r>
        <w:t>آج نومبر 2013 کی 30 تاریخ ہے، میں اس وقت حیدرآباد میں ہوں اور عثمانی یونیورسٹی کے ایک</w:t>
      </w:r>
    </w:p>
    <w:p>
      <w:r>
        <w:rPr>
          <w:b/>
        </w:rPr>
        <w:t xml:space="preserve">[00:37] </w:t>
      </w:r>
      <w:r>
        <w:t>hall mein cps ke logon ke sath maujood hoon.</w:t>
      </w:r>
    </w:p>
    <w:p>
      <w:pPr>
        <w:jc w:val="right"/>
      </w:pPr>
      <w:r>
        <w:t>ہال میں سی پی ایس کے لوگوں کے ساتھ موجود ہوں۔</w:t>
      </w:r>
    </w:p>
    <w:p>
      <w:r>
        <w:rPr>
          <w:b/>
        </w:rPr>
        <w:t xml:space="preserve">[00:45] </w:t>
      </w:r>
      <w:r>
        <w:t>aaj hum logon ne fajar ki namaz padhi, sab ne mil kar, to namaz ke baad mujhe ek</w:t>
      </w:r>
    </w:p>
    <w:p>
      <w:pPr>
        <w:jc w:val="right"/>
      </w:pPr>
      <w:r>
        <w:t>آج ہم لوگوں نے فجر کی نماز پڑھی، سب نے مل کر، تو نماز کے بعد مجھے ایک</w:t>
      </w:r>
    </w:p>
    <w:p>
      <w:r>
        <w:rPr>
          <w:b/>
        </w:rPr>
        <w:t xml:space="preserve">[00:53] </w:t>
      </w:r>
      <w:r>
        <w:t>bari ajeeb si baat samajh aayi, bohat anokhi cheez.</w:t>
      </w:r>
    </w:p>
    <w:p>
      <w:pPr>
        <w:jc w:val="right"/>
      </w:pPr>
      <w:r>
        <w:t>بڑی عجیب سی بات سمجھ آئی، بہت انوکھی چیز۔</w:t>
      </w:r>
    </w:p>
    <w:p>
      <w:r>
        <w:rPr>
          <w:b/>
        </w:rPr>
        <w:t xml:space="preserve">[01:02] </w:t>
      </w:r>
      <w:r>
        <w:t>bohat se log, aap jante hain, aise hain jo kehte hain ke hamare liye namaz ki zaroorat nahi</w:t>
      </w:r>
    </w:p>
    <w:p>
      <w:pPr>
        <w:jc w:val="right"/>
      </w:pPr>
      <w:r>
        <w:t>بہت سے لوگ، آپ جانتے ہیں، ایسے ہیں جو کہتے ہیں کہ ہمارے لیے نماز کی ضرورت نہیں</w:t>
      </w:r>
    </w:p>
    <w:p>
      <w:r>
        <w:rPr>
          <w:b/>
        </w:rPr>
        <w:t xml:space="preserve">[01:10] </w:t>
      </w:r>
      <w:r>
        <w:t>hai, hamare liye quran kafi hai.</w:t>
      </w:r>
    </w:p>
    <w:p>
      <w:pPr>
        <w:jc w:val="right"/>
      </w:pPr>
      <w:r>
        <w:t>ہے، ہمارے لیے قرآن کافی ہے۔</w:t>
      </w:r>
    </w:p>
    <w:p>
      <w:r>
        <w:rPr>
          <w:b/>
        </w:rPr>
        <w:t xml:space="preserve">[01:19] </w:t>
      </w:r>
      <w:r>
        <w:t>jo log kehte hain ke hadith ki zaroorat nahi hai, haqiqatan woh kehte hain namaz ki zaroorat hai,</w:t>
      </w:r>
    </w:p>
    <w:p>
      <w:pPr>
        <w:jc w:val="right"/>
      </w:pPr>
      <w:r>
        <w:t>جو لوگ کہتے ہیں کہ حدیث کی ضرورت نہیں ہے، حقیقتاً وہ کہتے ہیں نماز کی ضرورت ہے،</w:t>
      </w:r>
    </w:p>
    <w:p>
      <w:r>
        <w:rPr>
          <w:b/>
        </w:rPr>
        <w:t xml:space="preserve">[01:27] </w:t>
      </w:r>
      <w:r>
        <w:t>ke sara jhagda namaz ka hota hai.</w:t>
      </w:r>
    </w:p>
    <w:p>
      <w:pPr>
        <w:jc w:val="right"/>
      </w:pPr>
      <w:r>
        <w:t>کہ سارا جھگڑا نماز کا ہوتا ہے۔</w:t>
      </w:r>
    </w:p>
    <w:p>
      <w:r>
        <w:rPr>
          <w:b/>
        </w:rPr>
        <w:t xml:space="preserve">[01:35] </w:t>
      </w:r>
      <w:r>
        <w:t>jo log hadith ka inkar karte hain, woh haqiqatan hadith ka inkar nahi hai, woh namaz ka inkar hai.</w:t>
      </w:r>
    </w:p>
    <w:p>
      <w:pPr>
        <w:jc w:val="right"/>
      </w:pPr>
      <w:r>
        <w:t>جو لوگ حدیث کا انکار کرتے ہیں، وہ حقیقتاً حدیث کا انکار نہیں ہے، وہ نماز کا انکار ہے۔</w:t>
      </w:r>
    </w:p>
    <w:p>
      <w:r>
        <w:rPr>
          <w:b/>
        </w:rPr>
        <w:t xml:space="preserve">[01:44] </w:t>
      </w:r>
      <w:r>
        <w:t>paanch waqt ki namaz un ko bari mushkil lagti hai, to yeh to nahi kehte ke hum namaz</w:t>
      </w:r>
    </w:p>
    <w:p>
      <w:pPr>
        <w:jc w:val="right"/>
      </w:pPr>
      <w:r>
        <w:t>پانچ وقت کی نماز ان کو بڑی مشکل لگتی ہے، تو یہ تو نہیں کہتے کہ ہم نماز</w:t>
      </w:r>
    </w:p>
    <w:p>
      <w:r>
        <w:rPr>
          <w:b/>
        </w:rPr>
        <w:t xml:space="preserve">[01:52] </w:t>
      </w:r>
      <w:r>
        <w:t>ke munkir hain, hadith par shak karte hain, kyunke hadith agar doubtful ho jaye to phir namaz</w:t>
      </w:r>
    </w:p>
    <w:p>
      <w:pPr>
        <w:jc w:val="right"/>
      </w:pPr>
      <w:r>
        <w:t>کے منکر ہیں، حدیث پر شک کرتے ہیں، کیونکہ حدیث اگر ڈاؤٹ فل ہو جائے تو پھر نماز</w:t>
      </w:r>
    </w:p>
    <w:p>
      <w:r>
        <w:rPr>
          <w:b/>
        </w:rPr>
        <w:t xml:space="preserve">[02:01] </w:t>
      </w:r>
      <w:r>
        <w:t>se chhutti mil jaye gi, kyunke paanch waqt ki namaz quran mein is tarah se nahi hai.</w:t>
      </w:r>
    </w:p>
    <w:p>
      <w:pPr>
        <w:jc w:val="right"/>
      </w:pPr>
      <w:r>
        <w:t>سے چھٹی مل جائے گی، کیونکہ پانچ وقت کی نماز قرآن میں اس طرح سے نہیں ہے۔</w:t>
      </w:r>
    </w:p>
    <w:p>
      <w:r>
        <w:rPr>
          <w:b/>
        </w:rPr>
        <w:t xml:space="preserve">[02:09] </w:t>
      </w:r>
      <w:r>
        <w:t>aaj mein is samajh mein aaya ke yeh log jo hain bohat hi insincere hain, baaton ko gehrai</w:t>
      </w:r>
    </w:p>
    <w:p>
      <w:pPr>
        <w:jc w:val="right"/>
      </w:pPr>
      <w:r>
        <w:t>آج میں اس سمجھ میں آیا کہ یہ لوگ جو ہیں بہت ہی انسینسیر ہیں، باتوں کو گہرائی</w:t>
      </w:r>
    </w:p>
    <w:p>
      <w:r>
        <w:rPr>
          <w:b/>
        </w:rPr>
        <w:t xml:space="preserve">[02:17] </w:t>
      </w:r>
      <w:r>
        <w:t>mein sochte nahi hain.</w:t>
      </w:r>
    </w:p>
    <w:p>
      <w:pPr>
        <w:jc w:val="right"/>
      </w:pPr>
      <w:r>
        <w:t>میں سوچتے نہیں ہیں۔</w:t>
      </w:r>
    </w:p>
    <w:p>
      <w:r>
        <w:rPr>
          <w:b/>
        </w:rPr>
        <w:t xml:space="preserve">[02:26] </w:t>
      </w:r>
      <w:r>
        <w:t>dekhein, yaad rakhiye, sab se bari cheez zindagi mein sincerity hai, baaton ko samajhne ke liye.</w:t>
      </w:r>
    </w:p>
    <w:p>
      <w:pPr>
        <w:jc w:val="right"/>
      </w:pPr>
      <w:r>
        <w:t>دیکھیں، یاد رکھیے، سب سے بڑی چیز زندگی میں سنسیرٹی ہے، باتوں کو سمجھنے کے لیے۔</w:t>
      </w:r>
    </w:p>
    <w:p>
      <w:r>
        <w:rPr>
          <w:b/>
        </w:rPr>
        <w:t xml:space="preserve">[02:34] </w:t>
      </w:r>
      <w:r>
        <w:t>ek martaba mein ne ek article padha tha, america se ek percha nikalta tha, shayad ab nikalta hai</w:t>
      </w:r>
    </w:p>
    <w:p>
      <w:pPr>
        <w:jc w:val="right"/>
      </w:pPr>
      <w:r>
        <w:t>ایک مرتبہ میں نے ایک آرٹیکل پڑھا تھا، امریکہ سے ایک پرچہ نکلتا تھا، شاید اب نکلتا ہے</w:t>
      </w:r>
    </w:p>
    <w:p>
      <w:r>
        <w:rPr>
          <w:b/>
        </w:rPr>
        <w:t xml:space="preserve">[02:43] </w:t>
      </w:r>
      <w:r>
        <w:t>ya nahi nikalta hai, is ka title mujhe yaad nahi aa raha, kuch thought tha kya, to is</w:t>
      </w:r>
    </w:p>
    <w:p>
      <w:pPr>
        <w:jc w:val="right"/>
      </w:pPr>
      <w:r>
        <w:t>یا نہیں نکلتا ہے، اس کا ٹائٹل مجھے یاد نہیں آ رہا، کچھ تھاٹ تھا کیا، تو اس</w:t>
      </w:r>
    </w:p>
    <w:p>
      <w:r>
        <w:rPr>
          <w:b/>
        </w:rPr>
        <w:t xml:space="preserve">[02:51] </w:t>
      </w:r>
      <w:r>
        <w:t>ka jo editor tha us ki umar ho chuki thi 90 saal, aakhri zamane mein us ne article likha tha.</w:t>
      </w:r>
    </w:p>
    <w:p>
      <w:pPr>
        <w:jc w:val="right"/>
      </w:pPr>
      <w:r>
        <w:t>کا جو ایڈیٹر تھا اس کی عمر ہو چکی تھی 90 سال، آخری زمانے میں اس نے آرٹیکل لکھا تھا۔</w:t>
      </w:r>
    </w:p>
    <w:p>
      <w:r>
        <w:rPr>
          <w:b/>
        </w:rPr>
        <w:t xml:space="preserve">[02:59] </w:t>
      </w:r>
      <w:r>
        <w:t>us ne kaha ke mujhe lambi umar mili, beshumar logon se mera interaction hua, aur mein keh</w:t>
      </w:r>
    </w:p>
    <w:p>
      <w:pPr>
        <w:jc w:val="right"/>
      </w:pPr>
      <w:r>
        <w:t>اس نے کہا کہ مجھے لمبی عمر ملی، بے شمار لوگوں سے میرا انٹریکشن ہوا، اور میں کہہ</w:t>
      </w:r>
    </w:p>
    <w:p>
      <w:r>
        <w:rPr>
          <w:b/>
        </w:rPr>
        <w:t xml:space="preserve">[03:08] </w:t>
      </w:r>
      <w:r>
        <w:t>sakta hoon ke sab se zyada rare cheez dunya mein kya hai? What is the rarest among the</w:t>
      </w:r>
    </w:p>
    <w:p>
      <w:pPr>
        <w:jc w:val="right"/>
      </w:pPr>
      <w:r>
        <w:t>سکتا ہوں کہ سب سے زیادہ ریئر چیز دنیا میں کیا ہے؟ What is the rarest among the</w:t>
      </w:r>
    </w:p>
    <w:p>
      <w:r>
        <w:rPr>
          <w:b/>
        </w:rPr>
        <w:t xml:space="preserve">[03:16] </w:t>
      </w:r>
      <w:r>
        <w:t>rare in the world?</w:t>
      </w:r>
    </w:p>
    <w:p>
      <w:pPr>
        <w:jc w:val="right"/>
      </w:pPr>
      <w:r>
        <w:t>rare in the world?</w:t>
      </w:r>
    </w:p>
    <w:p>
      <w:r>
        <w:rPr>
          <w:b/>
        </w:rPr>
        <w:t xml:space="preserve">[03:25] </w:t>
      </w:r>
      <w:r>
        <w:t>ke sahib, ek ho to nahi hai? Nahi, sir, nahi, theek hai hona.</w:t>
      </w:r>
    </w:p>
    <w:p>
      <w:pPr>
        <w:jc w:val="right"/>
      </w:pPr>
      <w:r>
        <w:t>کہ صاحب، ایکو تو نہیں ہے؟ نہیں، سر، نہیں، ٹھیک ہے ہونا۔</w:t>
      </w:r>
    </w:p>
    <w:p>
      <w:r>
        <w:rPr>
          <w:b/>
        </w:rPr>
        <w:t xml:space="preserve">[03:31] </w:t>
      </w:r>
      <w:r>
        <w:t>to is ne kaha tha ke sab se zyada rare cheez dunya mein hai sincerity. Sincerity.</w:t>
      </w:r>
    </w:p>
    <w:p>
      <w:pPr>
        <w:jc w:val="right"/>
      </w:pPr>
      <w:r>
        <w:t>تو اس نے کہا تھا کہ سب سے زیادہ ریئر چیز دنیا میں ہے سنسیرٹی۔ سنسیرٹی۔</w:t>
      </w:r>
    </w:p>
    <w:p>
      <w:r>
        <w:rPr>
          <w:b/>
        </w:rPr>
        <w:t xml:space="preserve">[03:38] </w:t>
      </w:r>
      <w:r>
        <w:t>Sincerity jo hai har maamle mein zaroori hai, chahe aap science ki study karte hon ya mazhab ki study.</w:t>
      </w:r>
    </w:p>
    <w:p>
      <w:pPr>
        <w:jc w:val="right"/>
      </w:pPr>
      <w:r>
        <w:t>سنسیرٹی جو ہے ہر معاملے میں ضروری ہے، چاہے آپ سائنس کی اسٹڈی کرتے ہوں یا مذہب کی اسٹڈی۔</w:t>
      </w:r>
    </w:p>
    <w:p>
      <w:r>
        <w:rPr>
          <w:b/>
        </w:rPr>
        <w:t xml:space="preserve">[03:44] </w:t>
      </w:r>
      <w:r>
        <w:t>Baghair sincerity ke aap kisi bhi baat ko samajh nahi sakte.</w:t>
      </w:r>
    </w:p>
    <w:p>
      <w:pPr>
        <w:jc w:val="right"/>
      </w:pPr>
      <w:r>
        <w:t>بغیر سنسیرٹی کے آپ کسی بھی بات کو سمجھ نہیں سکتے۔</w:t>
      </w:r>
    </w:p>
    <w:p>
      <w:r>
        <w:rPr>
          <w:b/>
        </w:rPr>
        <w:t xml:space="preserve">[03:51] </w:t>
      </w:r>
      <w:r>
        <w:t>To aaj main jab imam ke peeche namaz parh raha tha to hamare imam sahib ne Surah Anbiya</w:t>
      </w:r>
    </w:p>
    <w:p>
      <w:pPr>
        <w:jc w:val="right"/>
      </w:pPr>
      <w:r>
        <w:t>تو آج میں جب امام کے پیچھے نماز پڑھ رہا تھا تو ہمارے امام صاحب نے سورہ انبیاء</w:t>
      </w:r>
    </w:p>
    <w:p>
      <w:r>
        <w:rPr>
          <w:b/>
        </w:rPr>
        <w:t xml:space="preserve">[03:57] </w:t>
      </w:r>
      <w:r>
        <w:t>ki aakhri ruku parha.</w:t>
      </w:r>
    </w:p>
    <w:p>
      <w:pPr>
        <w:jc w:val="right"/>
      </w:pPr>
      <w:r>
        <w:t>کی آخری رکوع پڑھا۔</w:t>
      </w:r>
    </w:p>
    <w:p>
      <w:r>
        <w:rPr>
          <w:b/>
        </w:rPr>
        <w:t xml:space="preserve">[04:04] </w:t>
      </w:r>
      <w:r>
        <w:t>Is mein ek ayat hai wa ma arsalnaka illa rahmatan lil alameen.</w:t>
      </w:r>
    </w:p>
    <w:p>
      <w:pPr>
        <w:jc w:val="right"/>
      </w:pPr>
      <w:r>
        <w:t>اس میں ایک آیت ہے وَمَا أَرْسَلْنَاكَ إِلَّا رَحْمَةً لِلْعَالَمِينَ ۔</w:t>
      </w:r>
    </w:p>
    <w:p>
      <w:r>
        <w:rPr>
          <w:b/>
        </w:rPr>
        <w:t xml:space="preserve">[04:11] </w:t>
      </w:r>
      <w:r>
        <w:t>Yeh ayat tafaseer mein mubham hai, kisi bhi tafseer mein aap nahi payenge ke rehmat kya, log</w:t>
      </w:r>
    </w:p>
    <w:p>
      <w:pPr>
        <w:jc w:val="right"/>
      </w:pPr>
      <w:r>
        <w:t>یہ آیت تفسیروں میں مبہم ہے، کسی بھی تفسیر میں آپ نہیں پائیں گے کہ رحمت کیا، لوگ</w:t>
      </w:r>
    </w:p>
    <w:p>
      <w:r>
        <w:rPr>
          <w:b/>
        </w:rPr>
        <w:t xml:space="preserve">[04:17] </w:t>
      </w:r>
      <w:r>
        <w:t>samajhte hain fazilat.</w:t>
      </w:r>
    </w:p>
    <w:p>
      <w:pPr>
        <w:jc w:val="right"/>
      </w:pPr>
      <w:r>
        <w:t>سمجھتے ہیں فضیلت۔</w:t>
      </w:r>
    </w:p>
    <w:p>
      <w:r>
        <w:rPr>
          <w:b/>
        </w:rPr>
        <w:t xml:space="preserve">[04:24] </w:t>
      </w:r>
      <w:r>
        <w:t>Yaani Rasool Allah ko ek laqab de rakha hai kiramatan alam.</w:t>
      </w:r>
    </w:p>
    <w:p>
      <w:pPr>
        <w:jc w:val="right"/>
      </w:pPr>
      <w:r>
        <w:t>یعنی رسول اللہ کو ایک لقب دے رکھا ہے كِرَامَةَ عَالَمٍ ۔</w:t>
      </w:r>
    </w:p>
    <w:p>
      <w:r>
        <w:rPr>
          <w:b/>
        </w:rPr>
        <w:t xml:space="preserve">[04:30] </w:t>
      </w:r>
      <w:r>
        <w:t>Rahmatul Alameen, Nabi ur Rehmat.</w:t>
      </w:r>
    </w:p>
    <w:p>
      <w:pPr>
        <w:jc w:val="right"/>
      </w:pPr>
      <w:r>
        <w:t>رحمت اللعالمین، نبی الرحمہ۔</w:t>
      </w:r>
    </w:p>
    <w:p>
      <w:r>
        <w:rPr>
          <w:b/>
        </w:rPr>
        <w:t xml:space="preserve">[04:37] </w:t>
      </w:r>
      <w:r>
        <w:t>Fazilat ka maamla.</w:t>
      </w:r>
    </w:p>
    <w:p>
      <w:pPr>
        <w:jc w:val="right"/>
      </w:pPr>
      <w:r>
        <w:t>فضیلت کا معاملہ۔</w:t>
      </w:r>
    </w:p>
    <w:p>
      <w:r>
        <w:rPr>
          <w:b/>
        </w:rPr>
        <w:t xml:space="preserve">[04:43] </w:t>
      </w:r>
      <w:r>
        <w:t>Nahi, is mein ek maani ka samandar hai.</w:t>
      </w:r>
    </w:p>
    <w:p>
      <w:pPr>
        <w:jc w:val="right"/>
      </w:pPr>
      <w:r>
        <w:t>نہیں، اس میں ایک معنی کا سمندر ہے۔</w:t>
      </w:r>
    </w:p>
    <w:p>
      <w:r>
        <w:rPr>
          <w:b/>
        </w:rPr>
        <w:t xml:space="preserve">[04:50] </w:t>
      </w:r>
      <w:r>
        <w:t>To main is ayat ko poori tarah se samajh nahi paya tha, aaj namaz ki haalat mein achanak</w:t>
      </w:r>
    </w:p>
    <w:p>
      <w:pPr>
        <w:jc w:val="right"/>
      </w:pPr>
      <w:r>
        <w:t>تو میں اس آیت کو پوری طریقے سے سمجھ نہیں پایا تھا، آج نماز کی حالت میں اچانک</w:t>
      </w:r>
    </w:p>
    <w:p>
      <w:r>
        <w:rPr>
          <w:b/>
        </w:rPr>
        <w:t xml:space="preserve">[04:57] </w:t>
      </w:r>
      <w:r>
        <w:t>samajh mein aa gayi.</w:t>
      </w:r>
    </w:p>
    <w:p>
      <w:pPr>
        <w:jc w:val="right"/>
      </w:pPr>
      <w:r>
        <w:t>سمجھ میں آ گئی۔</w:t>
      </w:r>
    </w:p>
    <w:p>
      <w:r>
        <w:rPr>
          <w:b/>
        </w:rPr>
        <w:t xml:space="preserve">[05:03] </w:t>
      </w:r>
      <w:r>
        <w:t>To namaz kya hai? Dekhein, universityon mein scholars ke liye room hote hain, alag room, us ko kehte</w:t>
      </w:r>
    </w:p>
    <w:p>
      <w:pPr>
        <w:jc w:val="right"/>
      </w:pPr>
      <w:r>
        <w:t>تو نماز کیا ہے؟ دیکھیں، یونیورسٹیوں میں اسکالرز کے لیے روم ہوتے ہیں، الگ روم، اس کو کہتے</w:t>
      </w:r>
    </w:p>
    <w:p>
      <w:r>
        <w:rPr>
          <w:b/>
        </w:rPr>
        <w:t xml:space="preserve">[05:10] </w:t>
      </w:r>
      <w:r>
        <w:t>hain scholars room ya study room.</w:t>
      </w:r>
    </w:p>
    <w:p>
      <w:pPr>
        <w:jc w:val="right"/>
      </w:pPr>
      <w:r>
        <w:t>ہیں اسکالرز روم یا اسٹڈی روم۔</w:t>
      </w:r>
    </w:p>
    <w:p>
      <w:r>
        <w:rPr>
          <w:b/>
        </w:rPr>
        <w:t xml:space="preserve">[05:16] </w:t>
      </w:r>
      <w:r>
        <w:t>To un ko chabi de di jaati hai, accepted room hota hai, ek hi scholar ke liye.</w:t>
      </w:r>
    </w:p>
    <w:p>
      <w:pPr>
        <w:jc w:val="right"/>
      </w:pPr>
      <w:r>
        <w:t>تو ان کو چابی دے دی جاتی ہے، ایکسیپٹڈ روم ہوتا ہے، ایک ہی اسکالر کے لیے۔</w:t>
      </w:r>
    </w:p>
    <w:p>
      <w:r>
        <w:rPr>
          <w:b/>
        </w:rPr>
        <w:t xml:space="preserve">[05:23] </w:t>
      </w:r>
      <w:r>
        <w:t>Woh jayenge, chabi kholenge, baithenge, jab tak chahenge padhenge, us ke baad wapas</w:t>
      </w:r>
    </w:p>
    <w:p>
      <w:pPr>
        <w:jc w:val="right"/>
      </w:pPr>
      <w:r>
        <w:t>وہ جائیں گے، چابی کھولیں گے، بیٹھیں گے، جب تک چاہیں گے پڑھیں گے، اس کے بعد واپس</w:t>
      </w:r>
    </w:p>
    <w:p>
      <w:r>
        <w:rPr>
          <w:b/>
        </w:rPr>
        <w:t xml:space="preserve">[05:30] </w:t>
      </w:r>
      <w:r>
        <w:t>chale jayenge, phir tala band.</w:t>
      </w:r>
    </w:p>
    <w:p>
      <w:pPr>
        <w:jc w:val="right"/>
      </w:pPr>
      <w:r>
        <w:t>چلے جائیں گے، پھر تالا بند۔</w:t>
      </w:r>
    </w:p>
    <w:p>
      <w:r>
        <w:rPr>
          <w:b/>
        </w:rPr>
        <w:t xml:space="preserve">[05:36] </w:t>
      </w:r>
      <w:r>
        <w:t>To woh to main ne socha ke yeh yeh jo masjid hai, yahi to hai.</w:t>
      </w:r>
    </w:p>
    <w:p>
      <w:pPr>
        <w:jc w:val="right"/>
      </w:pPr>
      <w:r>
        <w:t>تو وہ تو میں نے سوچا کہ یہ یہ جو مسجد ہے، یہی تو ہے۔</w:t>
      </w:r>
    </w:p>
    <w:p>
      <w:r>
        <w:rPr>
          <w:b/>
        </w:rPr>
        <w:t xml:space="preserve">[05:43] </w:t>
      </w:r>
      <w:r>
        <w:t>Alag ho kar ke jamaat ke saath jab aap namaz padhte hain to woh woh mutala Quran hota hai.</w:t>
      </w:r>
    </w:p>
    <w:p>
      <w:pPr>
        <w:jc w:val="right"/>
      </w:pPr>
      <w:r>
        <w:t>الگ ہو کر کے جماعت کے ساتھ جب آپ نماز پڑھتے ہیں تو وہ وہ مطالعہ قرآن ہوتا ہے۔</w:t>
      </w:r>
    </w:p>
    <w:p>
      <w:r>
        <w:rPr>
          <w:b/>
        </w:rPr>
        <w:t xml:space="preserve">[05:49] </w:t>
      </w:r>
      <w:r>
        <w:t>Aap jante hain ke namaz ka sab se zyada aham hissa Qurani to hai, aap Surah Fatiha padhte</w:t>
      </w:r>
    </w:p>
    <w:p>
      <w:pPr>
        <w:jc w:val="right"/>
      </w:pPr>
      <w:r>
        <w:t>آپ جانتے ہیں کہ نماز کا سب سے زیادہ اہم حصہ قرآنی تو ہے، آپ سورہ فاتحہ پڑھتے</w:t>
      </w:r>
    </w:p>
    <w:p>
      <w:r>
        <w:rPr>
          <w:b/>
        </w:rPr>
        <w:t xml:space="preserve">[05:56] </w:t>
      </w:r>
      <w:r>
        <w:t>hain, woh quran hai, kuch aur ayaten ya surten parhte hain, woh qurani hain.</w:t>
      </w:r>
    </w:p>
    <w:p>
      <w:pPr>
        <w:jc w:val="right"/>
      </w:pPr>
      <w:r>
        <w:t>ہیں، وہ قرآن ہے، کچھ اور آیتیں یا سورتیں پڑھتے ہیں، وہ قرآنی ہیں۔</w:t>
      </w:r>
    </w:p>
    <w:p>
      <w:r>
        <w:rPr>
          <w:b/>
        </w:rPr>
        <w:t xml:space="preserve">[06:02] </w:t>
      </w:r>
      <w:r>
        <w:t>chand kalmat jo hain woh bhi qurani se mehfooz hain, mislan allah o akbar, subhan allah, woh sab quran</w:t>
      </w:r>
    </w:p>
    <w:p>
      <w:pPr>
        <w:jc w:val="right"/>
      </w:pPr>
      <w:r>
        <w:t>چند کلمات جو ہیں وہ بھی قرآنی سے محفوظ ہیں، مثلاً اللہ اکبر، سبحان اللہ، وہ سب قرآن</w:t>
      </w:r>
    </w:p>
    <w:p>
      <w:r>
        <w:rPr>
          <w:b/>
        </w:rPr>
        <w:t xml:space="preserve">[06:09] </w:t>
      </w:r>
      <w:r>
        <w:t>se mehfooz hain.</w:t>
      </w:r>
    </w:p>
    <w:p>
      <w:pPr>
        <w:jc w:val="right"/>
      </w:pPr>
      <w:r>
        <w:t>سے محفوظ ہیں۔</w:t>
      </w:r>
    </w:p>
    <w:p>
      <w:r>
        <w:rPr>
          <w:b/>
        </w:rPr>
        <w:t xml:space="preserve">[06:16] </w:t>
      </w:r>
      <w:r>
        <w:t>to chahe kuch kalmat hon, chahe baqayda tilawat ho, haqiqatan namaz naam hai aik مخصوص halat ibadat mein</w:t>
      </w:r>
    </w:p>
    <w:p>
      <w:pPr>
        <w:jc w:val="right"/>
      </w:pPr>
      <w:r>
        <w:t>تو چاہے کچھ کلمات ہوں، چاہے باقاعدہ تلاوت ہو، حقیقتاً نماز نام ہے ایک مخصوص حالت عبادت میں</w:t>
      </w:r>
    </w:p>
    <w:p>
      <w:r>
        <w:rPr>
          <w:b/>
        </w:rPr>
        <w:t xml:space="preserve">[06:22] </w:t>
      </w:r>
      <w:r>
        <w:t>quran ka mutala. yeh hai.</w:t>
      </w:r>
    </w:p>
    <w:p>
      <w:pPr>
        <w:jc w:val="right"/>
      </w:pPr>
      <w:r>
        <w:t>قرآن کا مطالعہ۔ یہ ہے۔</w:t>
      </w:r>
    </w:p>
    <w:p>
      <w:r>
        <w:rPr>
          <w:b/>
        </w:rPr>
        <w:t xml:space="preserve">[06:29] </w:t>
      </w:r>
      <w:r>
        <w:t>تو it is just like study room.</w:t>
      </w:r>
    </w:p>
    <w:p>
      <w:pPr>
        <w:jc w:val="right"/>
      </w:pPr>
      <w:r>
        <w:t>تو it is just like study room ۔</w:t>
      </w:r>
    </w:p>
    <w:p>
      <w:r>
        <w:rPr>
          <w:b/>
        </w:rPr>
        <w:t xml:space="preserve">[06:35] </w:t>
      </w:r>
      <w:r>
        <w:t>aur hadith mein hai ke almasajidu buyutul mutaqeen.</w:t>
      </w:r>
    </w:p>
    <w:p>
      <w:pPr>
        <w:jc w:val="right"/>
      </w:pPr>
      <w:r>
        <w:t>اور حدیث میں ہے کہ الْمَسْاَجِدُوا بُيُوتُ الْمُتَّقِينَ ۔</w:t>
      </w:r>
    </w:p>
    <w:p>
      <w:r>
        <w:rPr>
          <w:b/>
        </w:rPr>
        <w:t xml:space="preserve">[06:42] </w:t>
      </w:r>
      <w:r>
        <w:t>تو یہ انسان کی نفسیات ہے کہ جب وہ اپنے کو detach کرتا ہے، detach کر کے کہیں</w:t>
      </w:r>
    </w:p>
    <w:p>
      <w:pPr>
        <w:jc w:val="right"/>
      </w:pPr>
      <w:r>
        <w:t>تو یہ انسان کی نفسیات ہے کہ جب وہ اپنے کو ڈیٹیچ کرتا ہے، ڈیٹیچ کر کے کہیں</w:t>
      </w:r>
    </w:p>
    <w:p>
      <w:r>
        <w:rPr>
          <w:b/>
        </w:rPr>
        <w:t xml:space="preserve">[06:49] </w:t>
      </w:r>
      <w:r>
        <w:t>woh sochta hai to baaten zyada samajh mein aati hain.</w:t>
      </w:r>
    </w:p>
    <w:p>
      <w:pPr>
        <w:jc w:val="right"/>
      </w:pPr>
      <w:r>
        <w:t>وہ سوچتا ہے تو باتیں زیادہ سمجھ میں آتی ہیں۔</w:t>
      </w:r>
    </w:p>
    <w:p>
      <w:r>
        <w:rPr>
          <w:b/>
        </w:rPr>
        <w:t xml:space="preserve">[06:55] </w:t>
      </w:r>
      <w:r>
        <w:t>to namaz kya hai? namaz hai apne ko detach kar ke aik jagah ikattha hona aur wahan par</w:t>
      </w:r>
    </w:p>
    <w:p>
      <w:pPr>
        <w:jc w:val="right"/>
      </w:pPr>
      <w:r>
        <w:t>تو نماز کیا ہے؟ نماز ہے اپنے کو ڈیٹیچ کر کے ایک جگہ اکٹھا ہونا اور وہاں پر</w:t>
      </w:r>
    </w:p>
    <w:p>
      <w:r>
        <w:rPr>
          <w:b/>
        </w:rPr>
        <w:t xml:space="preserve">[07:02] </w:t>
      </w:r>
      <w:r>
        <w:t>quran ki cheezon ko sunna.</w:t>
      </w:r>
    </w:p>
    <w:p>
      <w:pPr>
        <w:jc w:val="right"/>
      </w:pPr>
      <w:r>
        <w:t>قرآن کی چیزوں کو سننا۔</w:t>
      </w:r>
    </w:p>
    <w:p>
      <w:r>
        <w:rPr>
          <w:b/>
        </w:rPr>
        <w:t xml:space="preserve">[07:08] </w:t>
      </w:r>
      <w:r>
        <w:t>yeh nafsiyat ka taqaza hai.</w:t>
      </w:r>
    </w:p>
    <w:p>
      <w:pPr>
        <w:jc w:val="right"/>
      </w:pPr>
      <w:r>
        <w:t>یہ نفسیات کا تقاضا ہے۔</w:t>
      </w:r>
    </w:p>
    <w:p>
      <w:r>
        <w:rPr>
          <w:b/>
        </w:rPr>
        <w:t xml:space="preserve">[07:15] </w:t>
      </w:r>
      <w:r>
        <w:t>to jo aap dunya mein hain, kahin job mein hain, kahin business mein hain, kahin road par hain,</w:t>
      </w:r>
    </w:p>
    <w:p>
      <w:pPr>
        <w:jc w:val="right"/>
      </w:pPr>
      <w:r>
        <w:t>تو جو آپ دنیا میں ہیں، کہیں جاب میں ہیں، کہیں بزنس میں ہیں، کہیں روڈ پر ہیں،</w:t>
      </w:r>
    </w:p>
    <w:p>
      <w:r>
        <w:rPr>
          <w:b/>
        </w:rPr>
        <w:t xml:space="preserve">[07:21] </w:t>
      </w:r>
      <w:r>
        <w:t>kahin ghar mein hain, to aap us waqt apne ko detach kiye hue nahin hain, attach kiye hue hain.</w:t>
      </w:r>
    </w:p>
    <w:p>
      <w:pPr>
        <w:jc w:val="right"/>
      </w:pPr>
      <w:r>
        <w:t>کہیں گھر میں ہیں، تو آپ اس وقت اپنے کو ڈیٹیچ کیے ہوئے نہیں ہیں، اٹیچ کیے ہوئے ہیں۔</w:t>
      </w:r>
    </w:p>
    <w:p>
      <w:r>
        <w:rPr>
          <w:b/>
        </w:rPr>
        <w:t xml:space="preserve">[07:28] </w:t>
      </w:r>
      <w:r>
        <w:t>to aik hai attached life, aik hai detached life.</w:t>
      </w:r>
    </w:p>
    <w:p>
      <w:pPr>
        <w:jc w:val="right"/>
      </w:pPr>
      <w:r>
        <w:t>تو ایک ہے اٹیچڈ لائف، ایک ہے ڈیٹیچڈ لائف۔</w:t>
      </w:r>
    </w:p>
    <w:p>
      <w:r>
        <w:rPr>
          <w:b/>
        </w:rPr>
        <w:t xml:space="preserve">[07:35] </w:t>
      </w:r>
      <w:r>
        <w:t>تو اس اسکالرز کے لیے جو اسٹڈی روم ہے وہ کیا ہے؟ وہ detached study کے لیے ہے۔</w:t>
      </w:r>
    </w:p>
    <w:p>
      <w:pPr>
        <w:jc w:val="right"/>
      </w:pPr>
      <w:r>
        <w:t>تو اس اسکالرز کے لیے جو اسٹڈی روم ہے وہ کیا ہے؟ وہ ڈیٹیچڈ اسٹڈی کے لیے ہے۔</w:t>
      </w:r>
    </w:p>
    <w:p>
      <w:r>
        <w:rPr>
          <w:b/>
        </w:rPr>
        <w:t xml:space="preserve">[07:41] </w:t>
      </w:r>
      <w:r>
        <w:t>to aik hai attached life, aik hai detached life.</w:t>
      </w:r>
    </w:p>
    <w:p>
      <w:pPr>
        <w:jc w:val="right"/>
      </w:pPr>
      <w:r>
        <w:t>تو ایک ہے اٹیچڈ لائف، ایک ہے ڈیٹیچڈ لائف۔</w:t>
      </w:r>
    </w:p>
    <w:p>
      <w:r>
        <w:rPr>
          <w:b/>
        </w:rPr>
        <w:t xml:space="preserve">[07:48] </w:t>
      </w:r>
      <w:r>
        <w:t>to aadmi har lamha attached life mein hota hai.</w:t>
      </w:r>
    </w:p>
    <w:p>
      <w:pPr>
        <w:jc w:val="right"/>
      </w:pPr>
      <w:r>
        <w:t>تو آدمی ہر لمحہ اٹیچڈ لائف میں ہوتا ہے۔</w:t>
      </w:r>
    </w:p>
    <w:p>
      <w:r>
        <w:rPr>
          <w:b/>
        </w:rPr>
        <w:t xml:space="preserve">[07:54] </w:t>
      </w:r>
      <w:r>
        <w:t>mujhe pata nahin kyun lagta hai ke echo hai.</w:t>
      </w:r>
    </w:p>
    <w:p>
      <w:pPr>
        <w:jc w:val="right"/>
      </w:pPr>
      <w:r>
        <w:t>مجھے پتہ نہیں کیوں لگتا ہے کہ ایکو ہے۔</w:t>
      </w:r>
    </w:p>
    <w:p>
      <w:r>
        <w:rPr>
          <w:b/>
        </w:rPr>
        <w:t xml:space="preserve">[08:01] </w:t>
      </w:r>
      <w:r>
        <w:t>ja ke kuch peechay suniye.</w:t>
      </w:r>
    </w:p>
    <w:p>
      <w:pPr>
        <w:jc w:val="right"/>
      </w:pPr>
      <w:r>
        <w:t>جا کے کچھ پیچھے سنیے۔</w:t>
      </w:r>
    </w:p>
    <w:p>
      <w:r>
        <w:rPr>
          <w:b/>
        </w:rPr>
        <w:t xml:space="preserve">[08:08] </w:t>
      </w:r>
      <w:r>
        <w:t>ji, sir, unhon ne theek aa raha hai, peechay keh rahe hain theek hai.</w:t>
      </w:r>
    </w:p>
    <w:p>
      <w:pPr>
        <w:jc w:val="right"/>
      </w:pPr>
      <w:r>
        <w:t>جی، سر، انہوں نے ٹھیک آ رہا ہے، پیچھے کہہ رہے ہیں ٹھیک ہے۔</w:t>
      </w:r>
    </w:p>
    <w:p>
      <w:r>
        <w:rPr>
          <w:b/>
        </w:rPr>
        <w:t xml:space="preserve">[08:15] </w:t>
      </w:r>
      <w:r>
        <w:t>aap ja ke suniye peechay.</w:t>
      </w:r>
    </w:p>
    <w:p>
      <w:pPr>
        <w:jc w:val="right"/>
      </w:pPr>
      <w:r>
        <w:t>آپ جا کے سنیے پیچھے۔</w:t>
      </w:r>
    </w:p>
    <w:p>
      <w:r>
        <w:rPr>
          <w:b/>
        </w:rPr>
        <w:t xml:space="preserve">[08:22] </w:t>
      </w:r>
      <w:r>
        <w:t>to aadmi subah se shaam tak hota hai attached life mein, ke family se juda hua hai, society</w:t>
      </w:r>
    </w:p>
    <w:p>
      <w:pPr>
        <w:jc w:val="right"/>
      </w:pPr>
      <w:r>
        <w:t>تو آدمی صبح سے شام تک ہوتا ہے اٹیچڈ لائف میں، کہ فیملی سے جڑا ہوا ہے، سوسائٹی</w:t>
      </w:r>
    </w:p>
    <w:p>
      <w:r>
        <w:rPr>
          <w:b/>
        </w:rPr>
        <w:t xml:space="preserve">[08:30] </w:t>
      </w:r>
      <w:r>
        <w:t>se juda hua hai, business mein, job mein hai, har jagah kahin na kahin juda hua hai.</w:t>
      </w:r>
    </w:p>
    <w:p>
      <w:pPr>
        <w:jc w:val="right"/>
      </w:pPr>
      <w:r>
        <w:t>سے جڑا ہوا ہے، بزنس میں، جاب میں ہے، ہر جگہ کہیں نہ کہیں جڑا ہوا ہے۔</w:t>
      </w:r>
    </w:p>
    <w:p>
      <w:r>
        <w:rPr>
          <w:b/>
        </w:rPr>
        <w:t xml:space="preserve">[08:37] </w:t>
      </w:r>
      <w:r>
        <w:t>to haqiqaten nahin khulti hain.</w:t>
      </w:r>
    </w:p>
    <w:p>
      <w:pPr>
        <w:jc w:val="right"/>
      </w:pPr>
      <w:r>
        <w:t>تو حقیقتیں نہیں کھلتی ہیں۔</w:t>
      </w:r>
    </w:p>
    <w:p>
      <w:r>
        <w:rPr>
          <w:b/>
        </w:rPr>
        <w:t xml:space="preserve">[08:44] </w:t>
      </w:r>
      <w:r>
        <w:t>masjid mein aa ke jab namaz parhta hai to that is detached life.</w:t>
      </w:r>
    </w:p>
    <w:p>
      <w:pPr>
        <w:jc w:val="right"/>
      </w:pPr>
      <w:r>
        <w:t>مسجد میں آ کے جب نماز پڑھتا ہے تو that is detached life ۔</w:t>
      </w:r>
    </w:p>
    <w:p>
      <w:r>
        <w:rPr>
          <w:b/>
        </w:rPr>
        <w:t xml:space="preserve">[08:52] </w:t>
      </w:r>
      <w:r>
        <w:t>kuch lamhat apne ko detach kar ke quran ko samajhna.</w:t>
      </w:r>
    </w:p>
    <w:p>
      <w:pPr>
        <w:jc w:val="right"/>
      </w:pPr>
      <w:r>
        <w:t>کچھ لمحات اپنے کو ڈیٹیچ کر کے قرآن کو سمجھنا۔</w:t>
      </w:r>
    </w:p>
    <w:p>
      <w:r>
        <w:rPr>
          <w:b/>
        </w:rPr>
        <w:t xml:space="preserve">[08:59] </w:t>
      </w:r>
      <w:r>
        <w:t>to namaz quran ki study to hai, namaz apni haqiqat ke aitbar se quran ki study hai.</w:t>
      </w:r>
    </w:p>
    <w:p>
      <w:pPr>
        <w:jc w:val="right"/>
      </w:pPr>
      <w:r>
        <w:t>تو نماز قرآن کی اسٹڈی تو ہے، نماز اپنی حقیقت کے اعتبار سے قرآن کی اسٹڈی ہے۔</w:t>
      </w:r>
    </w:p>
    <w:p>
      <w:r>
        <w:rPr>
          <w:b/>
        </w:rPr>
        <w:t xml:space="preserve">[09:06] </w:t>
      </w:r>
      <w:r>
        <w:t>yeh agar aap sincere hon to us waqt aap discover kar payenge ke namaz jo hai apni</w:t>
      </w:r>
    </w:p>
    <w:p>
      <w:pPr>
        <w:jc w:val="right"/>
      </w:pPr>
      <w:r>
        <w:t>یہ اگر آپ سنسیر ہوں تو اس وقت آپ ڈسکور کر پائیں گے کہ نماز جو ہے اپنی</w:t>
      </w:r>
    </w:p>
    <w:p>
      <w:r>
        <w:rPr>
          <w:b/>
        </w:rPr>
        <w:t xml:space="preserve">[09:14] </w:t>
      </w:r>
      <w:r>
        <w:t>haqeeqat ke aitbaar se quran ki study hai, apne aap ko detached position mein le kar ke.</w:t>
      </w:r>
    </w:p>
    <w:p>
      <w:pPr>
        <w:jc w:val="right"/>
      </w:pPr>
      <w:r>
        <w:t>حقیقت کے اعتبار سے قرآن کی اسٹڈی ہے، اپنے آپ کو ڈیٹیچڈ پوزیشن میں لے کر کے۔</w:t>
      </w:r>
    </w:p>
    <w:p>
      <w:r>
        <w:rPr>
          <w:b/>
        </w:rPr>
        <w:t xml:space="preserve">[09:21] </w:t>
      </w:r>
      <w:r>
        <w:t>to is raaz ko na samajhne ki wajah se log kehte hain ke hamare liye quran kafi hai.</w:t>
      </w:r>
    </w:p>
    <w:p>
      <w:pPr>
        <w:jc w:val="right"/>
      </w:pPr>
      <w:r>
        <w:t>تو اس راز کو نہ سمجھنے کی وجہ سے لوگ کہتے ہیں کہ ہمارے لیے قرآن کافی ہے۔</w:t>
      </w:r>
    </w:p>
    <w:p>
      <w:r>
        <w:rPr>
          <w:b/>
        </w:rPr>
        <w:t xml:space="preserve">[09:28] </w:t>
      </w:r>
      <w:r>
        <w:t>qurani ke liye namaz zaroori hai.</w:t>
      </w:r>
    </w:p>
    <w:p>
      <w:pPr>
        <w:jc w:val="right"/>
      </w:pPr>
      <w:r>
        <w:t>قرآنی کے لیے نماز ضروری ہے۔</w:t>
      </w:r>
    </w:p>
    <w:p>
      <w:r>
        <w:rPr>
          <w:b/>
        </w:rPr>
        <w:t xml:space="preserve">[09:36] </w:t>
      </w:r>
      <w:r>
        <w:t>qurani ke liye namaz zaroori hai.</w:t>
      </w:r>
    </w:p>
    <w:p>
      <w:pPr>
        <w:jc w:val="right"/>
      </w:pPr>
      <w:r>
        <w:t>قرآنی کے لیے نماز ضروری ہے۔</w:t>
      </w:r>
    </w:p>
    <w:p>
      <w:r>
        <w:rPr>
          <w:b/>
        </w:rPr>
        <w:t xml:space="preserve">[09:43] </w:t>
      </w:r>
      <w:r>
        <w:t>jaise research scholar ko ek study chahiye, ek room chahiye, har scholar daudta hai ke usko chabi mil jaye.</w:t>
      </w:r>
    </w:p>
    <w:p>
      <w:pPr>
        <w:jc w:val="right"/>
      </w:pPr>
      <w:r>
        <w:t>جیسے ریسرچ اسکالر کو ایک اسٹڈی چاہیے، ایک روم چاہیے، ہر اسکالر دوڑتا ہے کہ اس کو چابی مل جائے۔</w:t>
      </w:r>
    </w:p>
    <w:p>
      <w:r>
        <w:rPr>
          <w:b/>
        </w:rPr>
        <w:t xml:space="preserve">[09:50] </w:t>
      </w:r>
      <w:r>
        <w:t>aise hi aap ko namaz ki value us waqt samajh jayenge aap jab daryaft kar len ke</w:t>
      </w:r>
    </w:p>
    <w:p>
      <w:pPr>
        <w:jc w:val="right"/>
      </w:pPr>
      <w:r>
        <w:t>ایسے ہی آپ کو نماز کی ویلیو اس وقت سمجھ جائیں گے آپ جب دریافت کر لیں کہ</w:t>
      </w:r>
    </w:p>
    <w:p>
      <w:r>
        <w:rPr>
          <w:b/>
        </w:rPr>
        <w:t xml:space="preserve">[09:58] </w:t>
      </w:r>
      <w:r>
        <w:t>namaz jo hai quran fehmi ke liye hai, wo quran fehmi ki class hai.</w:t>
      </w:r>
    </w:p>
    <w:p>
      <w:pPr>
        <w:jc w:val="right"/>
      </w:pPr>
      <w:r>
        <w:t>نماز جو ہے قرآن فہمی کے لیے ہے، وہ قرآن فہمی کی کلاس ہے۔</w:t>
      </w:r>
    </w:p>
    <w:p>
      <w:r>
        <w:rPr>
          <w:b/>
        </w:rPr>
        <w:t xml:space="preserve">[10:05] </w:t>
      </w:r>
      <w:r>
        <w:t>pata nahi kyun mujhe lagta hai ke echo aa rahi hai.</w:t>
      </w:r>
    </w:p>
    <w:p>
      <w:pPr>
        <w:jc w:val="right"/>
      </w:pPr>
      <w:r>
        <w:t>پتہ نہیں کیوں مجھے لگتا ہے کہ ایکو آ رہی ہے۔</w:t>
      </w:r>
    </w:p>
    <w:p>
      <w:r>
        <w:rPr>
          <w:b/>
        </w:rPr>
        <w:t xml:space="preserve">[10:13] </w:t>
      </w:r>
      <w:r>
        <w:t>bohat theek aa rahi hai awaz, ja ke dekha hai hum ne. ek dum theek aa rahi hai, bohat achhi aa rahi hai peeche awaz. check karein aap ne ja ke.</w:t>
      </w:r>
    </w:p>
    <w:p>
      <w:pPr>
        <w:jc w:val="right"/>
      </w:pPr>
      <w:r>
        <w:t>بہت ٹھیک آ رہی ہے آواز، جا کے دیکھا ہے ہم نے۔ ایک دم ٹھیک آ رہی ہے، بہت اچھی آ رہی ہے پیچھے آواز۔ چیک کریں آپ نے جا کے۔</w:t>
      </w:r>
    </w:p>
    <w:p>
      <w:r>
        <w:rPr>
          <w:b/>
        </w:rPr>
        <w:t xml:space="preserve">[10:22] </w:t>
      </w:r>
      <w:r>
        <w:t>achha ab dekhen, yeh jo ayat hai, is ayat ko maine namaz se bahar bar bar padha,</w:t>
      </w:r>
    </w:p>
    <w:p>
      <w:pPr>
        <w:jc w:val="right"/>
      </w:pPr>
      <w:r>
        <w:t>اچھا اب دیکھیں، یہ جو آیت ہے، اس آیت کو میں نے نماز سے باہر بار بار پڑھا،</w:t>
      </w:r>
    </w:p>
    <w:p>
      <w:r>
        <w:rPr>
          <w:b/>
        </w:rPr>
        <w:t xml:space="preserve">[10:28] </w:t>
      </w:r>
      <w:r>
        <w:t>bar bar suna.</w:t>
      </w:r>
    </w:p>
    <w:p>
      <w:pPr>
        <w:jc w:val="right"/>
      </w:pPr>
      <w:r>
        <w:t>بار بار سنا۔</w:t>
      </w:r>
    </w:p>
    <w:p>
      <w:r>
        <w:rPr>
          <w:b/>
        </w:rPr>
        <w:t xml:space="preserve">[10:35] </w:t>
      </w:r>
      <w:r>
        <w:t>wa ma arsalnaka illa rahmatan lil alameen.</w:t>
      </w:r>
    </w:p>
    <w:p>
      <w:pPr>
        <w:jc w:val="right"/>
      </w:pPr>
      <w:r>
        <w:t>وَمَا أَرْسَلْنَاكَ إِلَّا رَحْمَةً لِلْعَالَمِينَ ۔</w:t>
      </w:r>
    </w:p>
    <w:p>
      <w:r>
        <w:rPr>
          <w:b/>
        </w:rPr>
        <w:t xml:space="preserve">[10:41] </w:t>
      </w:r>
      <w:r>
        <w:t>lekin aaj mujhe namaz ki halat mein bhi aaj samajh mein aayi, wo kya? yani rasool Allah sallay</w:t>
      </w:r>
    </w:p>
    <w:p>
      <w:pPr>
        <w:jc w:val="right"/>
      </w:pPr>
      <w:r>
        <w:t>لیکن آج مجھے نماز کی حالت میں بھی آج سمجھ میں آئی، وہ کیا؟ یعنی رسول اللہ صلی</w:t>
      </w:r>
    </w:p>
    <w:p>
      <w:r>
        <w:rPr>
          <w:b/>
        </w:rPr>
        <w:t xml:space="preserve">[10:48] </w:t>
      </w:r>
      <w:r>
        <w:t>Allah alayhi wasallam rehmat hain, iska matlab yeh nahi ke ek shakhs jiska naam Muhammad bin</w:t>
      </w:r>
    </w:p>
    <w:p>
      <w:pPr>
        <w:jc w:val="right"/>
      </w:pPr>
      <w:r>
        <w:t>اللہ علیہ وسلم رحمت ہیں، اس کا مطلب یہ نہیں کہ ایک شخص جس کا نام محمد بن</w:t>
      </w:r>
    </w:p>
    <w:p>
      <w:r>
        <w:rPr>
          <w:b/>
        </w:rPr>
        <w:t xml:space="preserve">[10:54] </w:t>
      </w:r>
      <w:r>
        <w:t>Abdullah tha wo rehmat hai, baqi sare log.</w:t>
      </w:r>
    </w:p>
    <w:p>
      <w:pPr>
        <w:jc w:val="right"/>
      </w:pPr>
      <w:r>
        <w:t>عبداللہ تھا وہ رحمت ہے، باقی سارے لوگ۔</w:t>
      </w:r>
    </w:p>
    <w:p>
      <w:r>
        <w:rPr>
          <w:b/>
        </w:rPr>
        <w:t xml:space="preserve">[11:01] </w:t>
      </w:r>
      <w:r>
        <w:t>har rasool rehmat hi tha.</w:t>
      </w:r>
    </w:p>
    <w:p>
      <w:pPr>
        <w:jc w:val="right"/>
      </w:pPr>
      <w:r>
        <w:t>ہر رسول رحمت ہی تھا۔</w:t>
      </w:r>
    </w:p>
    <w:p>
      <w:r>
        <w:rPr>
          <w:b/>
        </w:rPr>
        <w:t xml:space="preserve">[11:07] </w:t>
      </w:r>
      <w:r>
        <w:t>har rasool jo Allah ki taraf se aaya wo rehmat hi tha.</w:t>
      </w:r>
    </w:p>
    <w:p>
      <w:pPr>
        <w:jc w:val="right"/>
      </w:pPr>
      <w:r>
        <w:t>ہر رسول جو اللہ کی طرف سے آیا وہ رحمت ہی تھا۔</w:t>
      </w:r>
    </w:p>
    <w:p>
      <w:r>
        <w:rPr>
          <w:b/>
        </w:rPr>
        <w:t xml:space="preserve">[11:14] </w:t>
      </w:r>
      <w:r>
        <w:t>rasool Allah ka muamla yeh hai ke aap jo deen laye wo mehfooz ho gaya, yeh farq hai bas.</w:t>
      </w:r>
    </w:p>
    <w:p>
      <w:pPr>
        <w:jc w:val="right"/>
      </w:pPr>
      <w:r>
        <w:t>رسول اللہ کا معاملہ یہ ہے کہ آپ جو دین لائے وہ محفوظ ہو گیا، یہ فرق ہے بس۔</w:t>
      </w:r>
    </w:p>
    <w:p>
      <w:r>
        <w:rPr>
          <w:b/>
        </w:rPr>
        <w:t xml:space="preserve">[11:21] </w:t>
      </w:r>
      <w:r>
        <w:t>wa an harnaka nabiyyan rahmatan.</w:t>
      </w:r>
    </w:p>
    <w:p>
      <w:pPr>
        <w:jc w:val="right"/>
      </w:pPr>
      <w:r>
        <w:t>وَانْ هَرْنَاكَ نَبِيٌّ رَحْمَةٌ ۔</w:t>
      </w:r>
    </w:p>
    <w:p>
      <w:r>
        <w:rPr>
          <w:b/>
        </w:rPr>
        <w:t xml:space="preserve">[11:27] </w:t>
      </w:r>
      <w:r>
        <w:t>misal ke taur par main aap ko ek anokhi misal deta hoon, sab se zyada yani bazahir kam darja hai Hazrat</w:t>
      </w:r>
    </w:p>
    <w:p>
      <w:pPr>
        <w:jc w:val="right"/>
      </w:pPr>
      <w:r>
        <w:t>مثلاً میں آپ کو ایک انوکھی مثال دیتا ہوں، سب سے زیادہ یعنی بظاہر کم درجہ ہے حضرت</w:t>
      </w:r>
    </w:p>
    <w:p>
      <w:r>
        <w:rPr>
          <w:b/>
        </w:rPr>
        <w:t xml:space="preserve">[11:34] </w:t>
      </w:r>
      <w:r>
        <w:t>Yunus alayhi salam ka, kyunke unhone chale gaye the chhod kar ke.</w:t>
      </w:r>
    </w:p>
    <w:p>
      <w:pPr>
        <w:jc w:val="right"/>
      </w:pPr>
      <w:r>
        <w:t>یونس علیہ السلام کا، کیونکہ انہوں نے چلے گئے تھے چھوڑ کر کے۔</w:t>
      </w:r>
    </w:p>
    <w:p>
      <w:r>
        <w:rPr>
          <w:b/>
        </w:rPr>
        <w:t xml:space="preserve">[11:40] </w:t>
      </w:r>
      <w:r>
        <w:t>lekin main samajhta hoon ke is zindagi mein azeem tareen sabak hai, wo bhi aaj mujhe samajh mein aaya.</w:t>
      </w:r>
    </w:p>
    <w:p>
      <w:pPr>
        <w:jc w:val="right"/>
      </w:pPr>
      <w:r>
        <w:t>لیکن میں سمجھتا ہوں کہ اس زندگی میں عظیم ترین سبق ہے، وہ بھی آج مجھے سمجھ میں آیا۔</w:t>
      </w:r>
    </w:p>
    <w:p>
      <w:r>
        <w:rPr>
          <w:b/>
        </w:rPr>
        <w:t xml:space="preserve">[11:47] </w:t>
      </w:r>
      <w:r>
        <w:t>bahut hi bada sabak, wo kya hai? aap unke halaat padhiye to Iraq mein Nineveh shehar tha,</w:t>
      </w:r>
    </w:p>
    <w:p>
      <w:pPr>
        <w:jc w:val="right"/>
      </w:pPr>
      <w:r>
        <w:t>بہت ہی بڑا سبق، وہ کیا ہے؟ آپ ان کے حالات پڑھیے تو عراق میں نینوی شہر تھا،</w:t>
      </w:r>
    </w:p>
    <w:p>
      <w:r>
        <w:rPr>
          <w:b/>
        </w:rPr>
        <w:t xml:space="preserve">[11:53] </w:t>
      </w:r>
      <w:r>
        <w:t>wahan par wo aaye nabi ki hesiyat se, aur ek arse tak unhone logon ko tauheed ka</w:t>
      </w:r>
    </w:p>
    <w:p>
      <w:pPr>
        <w:jc w:val="right"/>
      </w:pPr>
      <w:r>
        <w:t>وہاں پر وہ آئے نبی کی حیثیت سے، اور ایک عرصے تک انہوں نے لوگوں کو توحید کا</w:t>
      </w:r>
    </w:p>
    <w:p>
      <w:r>
        <w:rPr>
          <w:b/>
        </w:rPr>
        <w:t xml:space="preserve">[12:00] </w:t>
      </w:r>
      <w:r>
        <w:t>paigham diya, logon ne nahi mana.</w:t>
      </w:r>
    </w:p>
    <w:p>
      <w:pPr>
        <w:jc w:val="right"/>
      </w:pPr>
      <w:r>
        <w:t>پیغام دیا، لوگوں نے نہیں مانا۔</w:t>
      </w:r>
    </w:p>
    <w:p>
      <w:r>
        <w:rPr>
          <w:b/>
        </w:rPr>
        <w:t xml:space="preserve">[12:06] </w:t>
      </w:r>
      <w:r>
        <w:t>shayad ek shakhs bhi in par iman nahi laya.</w:t>
      </w:r>
    </w:p>
    <w:p>
      <w:pPr>
        <w:jc w:val="right"/>
      </w:pPr>
      <w:r>
        <w:t>شاید ایک شخص بھی ان پر ایمان نہیں لایا۔</w:t>
      </w:r>
    </w:p>
    <w:p>
      <w:r>
        <w:rPr>
          <w:b/>
        </w:rPr>
        <w:t xml:space="preserve">[12:13] </w:t>
      </w:r>
      <w:r>
        <w:t>to wo quran ke alfaz mein ghazbana se, yani ghussa ho kar ke wahan se chale gaye.</w:t>
      </w:r>
    </w:p>
    <w:p>
      <w:pPr>
        <w:jc w:val="right"/>
      </w:pPr>
      <w:r>
        <w:t>تو وہ قرآن کے الفاظ میں غضبانہ سے، یعنی غصہ ہو کر کے وہاں سے چلے گئے۔</w:t>
      </w:r>
    </w:p>
    <w:p>
      <w:r>
        <w:rPr>
          <w:b/>
        </w:rPr>
        <w:t xml:space="preserve">[12:20] </w:t>
      </w:r>
      <w:r>
        <w:t>machhli ke pait mein jo qissa aap jante hain.</w:t>
      </w:r>
    </w:p>
    <w:p>
      <w:pPr>
        <w:jc w:val="right"/>
      </w:pPr>
      <w:r>
        <w:t>مچھلی کے پیٹ میں جو قصہ آپ جانتے ہیں۔</w:t>
      </w:r>
    </w:p>
    <w:p>
      <w:r>
        <w:rPr>
          <w:b/>
        </w:rPr>
        <w:t xml:space="preserve">[12:26] </w:t>
      </w:r>
      <w:r>
        <w:t>lekin jab wo lote dobara toba kar ke to kya hua ke sare nainwi ke sare log in</w:t>
      </w:r>
    </w:p>
    <w:p>
      <w:pPr>
        <w:jc w:val="right"/>
      </w:pPr>
      <w:r>
        <w:t>لیکن جب وہ لوٹے دوبارہ توبہ کر کے تو کیا ہوا کہ سارے نینوی کے سارے لوگ ان</w:t>
      </w:r>
    </w:p>
    <w:p>
      <w:r>
        <w:rPr>
          <w:b/>
        </w:rPr>
        <w:t xml:space="preserve">[12:33] </w:t>
      </w:r>
      <w:r>
        <w:t>ke deen mein dakhil ho gaye, hatta ke badshah bhi.</w:t>
      </w:r>
    </w:p>
    <w:p>
      <w:pPr>
        <w:jc w:val="right"/>
      </w:pPr>
      <w:r>
        <w:t>کے دین میں داخل ہو گئے، حتیٰ کہ بادشاہ بھی۔</w:t>
      </w:r>
    </w:p>
    <w:p>
      <w:r>
        <w:rPr>
          <w:b/>
        </w:rPr>
        <w:t xml:space="preserve">[12:39] </w:t>
      </w:r>
      <w:r>
        <w:t>is mein kya sabak hai? is mein sabak bohat hi bara sabak hai.</w:t>
      </w:r>
    </w:p>
    <w:p>
      <w:pPr>
        <w:jc w:val="right"/>
      </w:pPr>
      <w:r>
        <w:t>اس میں کیا سبق ہے؟ اس میں سبق بہت ہی بڑا سبق ہے۔</w:t>
      </w:r>
    </w:p>
    <w:p>
      <w:r>
        <w:rPr>
          <w:b/>
        </w:rPr>
        <w:t xml:space="preserve">[12:46] </w:t>
      </w:r>
      <w:r>
        <w:t>is ka matlab yeh hai ke aap agar koi bashar chala rahe hain to wait kijiye, wait kijiye, wait kijiye.</w:t>
      </w:r>
    </w:p>
    <w:p>
      <w:pPr>
        <w:jc w:val="right"/>
      </w:pPr>
      <w:r>
        <w:t>اس کا مطلب یہ ہے کہ آپ اگر کوئی بشر چلا رہے ہیں تو ویٹ کیجیے، ویٹ کیجیے، ویٹ کیجیے۔</w:t>
      </w:r>
    </w:p>
    <w:p>
      <w:r>
        <w:rPr>
          <w:b/>
        </w:rPr>
        <w:t xml:space="preserve">[12:52] </w:t>
      </w:r>
      <w:r>
        <w:t>ain mumkin hai ke jis din aap maeeshat hone wale hon, usi din Allah ki rehmaten nazil hone wali hon.</w:t>
      </w:r>
    </w:p>
    <w:p>
      <w:pPr>
        <w:jc w:val="right"/>
      </w:pPr>
      <w:r>
        <w:t>عین ممکن ہے کہ جس دن آپ معیشت ہونے والے ہوں، اسی دن اللہ کی رحمتیں نازل ہونے والی ہوں۔</w:t>
      </w:r>
    </w:p>
    <w:p>
      <w:r>
        <w:rPr>
          <w:b/>
        </w:rPr>
        <w:t xml:space="preserve">[12:59] </w:t>
      </w:r>
      <w:r>
        <w:t>kaise ajib sabak hai ke aap ne mission shuru kiya, chalaya, logon ne inkar kiya, yeh hua, wo</w:t>
      </w:r>
    </w:p>
    <w:p>
      <w:pPr>
        <w:jc w:val="right"/>
      </w:pPr>
      <w:r>
        <w:t>کیسے عجیب سبق ہے کہ آپ نے مشن شروع کیا، چلایا، لوگوں نے انکار کیا، یہ ہوا، وہ</w:t>
      </w:r>
    </w:p>
    <w:p>
      <w:r>
        <w:rPr>
          <w:b/>
        </w:rPr>
        <w:t xml:space="preserve">[13:05] </w:t>
      </w:r>
      <w:r>
        <w:t>hua, to aap mayoos ho gaye.</w:t>
      </w:r>
    </w:p>
    <w:p>
      <w:pPr>
        <w:jc w:val="right"/>
      </w:pPr>
      <w:r>
        <w:t>ہوا، تو آپ مایوس ہو گئے۔</w:t>
      </w:r>
    </w:p>
    <w:p>
      <w:r>
        <w:rPr>
          <w:b/>
        </w:rPr>
        <w:t xml:space="preserve">[13:12] </w:t>
      </w:r>
      <w:r>
        <w:t>lekin Allah ka jo nizam hai, makhfi nizam, kya maloom makhfi nizam jo hai agle hi din aap</w:t>
      </w:r>
    </w:p>
    <w:p>
      <w:pPr>
        <w:jc w:val="right"/>
      </w:pPr>
      <w:r>
        <w:t>لیکن اللہ کا جو نظام ہے، مخفی نظام، کیا معلوم مخفی نظام جو ہے اگلے ہی دن آپ</w:t>
      </w:r>
    </w:p>
    <w:p>
      <w:r>
        <w:rPr>
          <w:b/>
        </w:rPr>
        <w:t xml:space="preserve">[13:19] </w:t>
      </w:r>
      <w:r>
        <w:t>ko sab sab logon ko aap ke halqe mein shamil karne wala ho, jaisa ke hua.</w:t>
      </w:r>
    </w:p>
    <w:p>
      <w:pPr>
        <w:jc w:val="right"/>
      </w:pPr>
      <w:r>
        <w:t>کو سب سب لوگوں کو آپ کے حلقے میں شامل کرنے والا ہو، جیسا کہ ہوا۔</w:t>
      </w:r>
    </w:p>
    <w:p>
      <w:r>
        <w:rPr>
          <w:b/>
        </w:rPr>
        <w:t xml:space="preserve">[13:25] </w:t>
      </w:r>
      <w:r>
        <w:t>yani Hazrat Yunus alaihi salam ki zindagi mein ek practical demonstration hai is baat ka ke bande mayoos</w:t>
      </w:r>
    </w:p>
    <w:p>
      <w:pPr>
        <w:jc w:val="right"/>
      </w:pPr>
      <w:r>
        <w:t>یعنی حضرت یونس علیہ السلام کی زندگی میں ایک پریکٹیکل ڈیمونسٹریشن ہے اس بات کا کہ بندے مایوس</w:t>
      </w:r>
    </w:p>
    <w:p>
      <w:r>
        <w:rPr>
          <w:b/>
        </w:rPr>
        <w:t xml:space="preserve">[13:32] </w:t>
      </w:r>
      <w:r>
        <w:t>na hon, jis din tumhein mayusi ka point tak guzrega, agle hi din Allah ki rehmat aane wali hogi.</w:t>
      </w:r>
    </w:p>
    <w:p>
      <w:pPr>
        <w:jc w:val="right"/>
      </w:pPr>
      <w:r>
        <w:t>نہ ہوں، جس دن تمہیں مایوسی کا پوائنٹ تک گزرے گا، اگلے ہی دن اللہ کی رحمت آنے والی ہوگی۔</w:t>
      </w:r>
    </w:p>
    <w:p>
      <w:r>
        <w:rPr>
          <w:b/>
        </w:rPr>
        <w:t xml:space="preserve">[13:38] </w:t>
      </w:r>
      <w:r>
        <w:t>kaisi ajib baat hai? yeh Hazrat Yunus alaihi salam ka waqea mayusi ke liye color hai.</w:t>
      </w:r>
    </w:p>
    <w:p>
      <w:pPr>
        <w:jc w:val="right"/>
      </w:pPr>
      <w:r>
        <w:t>کیسی عجیب بات ہے؟ یہ حضرت یونس علیہ السلام کا واقعہ مایوسی کے لیے کلر ہے۔</w:t>
      </w:r>
    </w:p>
    <w:p>
      <w:r>
        <w:rPr>
          <w:b/>
        </w:rPr>
        <w:t xml:space="preserve">[13:45] </w:t>
      </w:r>
      <w:r>
        <w:t>mayusi, tension, frustration, despair, color hai, color ke tum apne mahdood daira mein jo sochte ho to tum</w:t>
      </w:r>
    </w:p>
    <w:p>
      <w:pPr>
        <w:jc w:val="right"/>
      </w:pPr>
      <w:r>
        <w:t>مایوسی، ٹینشن، فرسٹریشن، ڈسپیر، کلر ہے، کلر کہ تم اپنے محدود دائرے میں جو سوچتے ہو تو تم</w:t>
      </w:r>
    </w:p>
    <w:p>
      <w:r>
        <w:rPr>
          <w:b/>
        </w:rPr>
        <w:t xml:space="preserve">[13:51] </w:t>
      </w:r>
      <w:r>
        <w:t>ho gaye mayoos.</w:t>
      </w:r>
    </w:p>
    <w:p>
      <w:pPr>
        <w:jc w:val="right"/>
      </w:pPr>
      <w:r>
        <w:t>ہو گئے مایوس۔</w:t>
      </w:r>
    </w:p>
    <w:p>
      <w:r>
        <w:rPr>
          <w:b/>
        </w:rPr>
        <w:t xml:space="preserve">[13:58] </w:t>
      </w:r>
      <w:r>
        <w:t>lekin is ke mawara jo nizam Khuda wandi hai, wo to agle hi din tumhara sab kaam banane wala hai.</w:t>
      </w:r>
    </w:p>
    <w:p>
      <w:pPr>
        <w:jc w:val="right"/>
      </w:pPr>
      <w:r>
        <w:t>لیکن اس کے ماوراء جو نظام خداوندی ہے، وہ تو اگلے ہی دن تمہارا سب کام بنانے والا ہے۔</w:t>
      </w:r>
    </w:p>
    <w:p>
      <w:r>
        <w:rPr>
          <w:b/>
        </w:rPr>
        <w:t xml:space="preserve">[14:05] </w:t>
      </w:r>
      <w:r>
        <w:t>to up to the last extent bhi tum mayusi mat mat parho.</w:t>
      </w:r>
    </w:p>
    <w:p>
      <w:pPr>
        <w:jc w:val="right"/>
      </w:pPr>
      <w:r>
        <w:t>تو اپ ٹو دا لاسٹ ایکسٹینٹ بھی تم مایوسی مت مت پڑھو۔</w:t>
      </w:r>
    </w:p>
    <w:p>
      <w:r>
        <w:rPr>
          <w:b/>
        </w:rPr>
        <w:t xml:space="preserve">[14:11] </w:t>
      </w:r>
      <w:r>
        <w:t>kya aap inhi kaisi anokhi misaal hai? Hazrat alaihi salam, yeh rehmat nahi hai, yeh yeh to azeem</w:t>
      </w:r>
    </w:p>
    <w:p>
      <w:pPr>
        <w:jc w:val="right"/>
      </w:pPr>
      <w:r>
        <w:t>کیا آپ انہی کیسی انوکھی مثال ہے؟ حضرت علیہ السلام، یہ رحمت نہیں ہے، یہ یہ تو عظیم</w:t>
      </w:r>
    </w:p>
    <w:p>
      <w:r>
        <w:rPr>
          <w:b/>
        </w:rPr>
        <w:t xml:space="preserve">[14:18] </w:t>
      </w:r>
      <w:r>
        <w:t>tareen rehmat hai.</w:t>
      </w:r>
    </w:p>
    <w:p>
      <w:pPr>
        <w:jc w:val="right"/>
      </w:pPr>
      <w:r>
        <w:t>ترین رحمت ہے۔</w:t>
      </w:r>
    </w:p>
    <w:p>
      <w:r>
        <w:rPr>
          <w:b/>
        </w:rPr>
        <w:t xml:space="preserve">[14:24] </w:t>
      </w:r>
      <w:r>
        <w:t>hum ko mayusi se bachati hai, frustration se bachati hai, qunoot se bachati hai.</w:t>
      </w:r>
    </w:p>
    <w:p>
      <w:pPr>
        <w:jc w:val="right"/>
      </w:pPr>
      <w:r>
        <w:t>ہم کو مایوسی سے بچاتی ہے، فرسٹریشن سے بچاتی ہے، قنوت سے بچاتی ہے۔</w:t>
      </w:r>
    </w:p>
    <w:p>
      <w:r>
        <w:rPr>
          <w:b/>
        </w:rPr>
        <w:t xml:space="preserve">[14:31] </w:t>
      </w:r>
      <w:r>
        <w:t>aur shayad dunya mayusi mein jeeti hai, tension mein jeeti hai.</w:t>
      </w:r>
    </w:p>
    <w:p>
      <w:pPr>
        <w:jc w:val="right"/>
      </w:pPr>
      <w:r>
        <w:t>اور شاید دنیا مایوسی میں جیتی ہے، ٹینشن میں جیتی ہے۔</w:t>
      </w:r>
    </w:p>
    <w:p>
      <w:r>
        <w:rPr>
          <w:b/>
        </w:rPr>
        <w:t xml:space="preserve">[14:37] </w:t>
      </w:r>
      <w:r>
        <w:t>to kitna bara paigham hai Hazrat alaihi salam ki zindagi mein ke aye bande, tere siwa bhi ek</w:t>
      </w:r>
    </w:p>
    <w:p>
      <w:pPr>
        <w:jc w:val="right"/>
      </w:pPr>
      <w:r>
        <w:t>تو کتنا بڑا پیغام ہے حضرت علیہ السلام کی زندگی میں کہ اے بندے، تیرے سوا بھی ایک</w:t>
      </w:r>
    </w:p>
    <w:p>
      <w:r>
        <w:rPr>
          <w:b/>
        </w:rPr>
        <w:t xml:space="preserve">[14:44] </w:t>
      </w:r>
      <w:r>
        <w:t>hasti hai, wo Allah Rabbul Alameen, wo manage kar raha hai sab kuch.</w:t>
      </w:r>
    </w:p>
    <w:p>
      <w:pPr>
        <w:jc w:val="right"/>
      </w:pPr>
      <w:r>
        <w:t>ہستی ہے، وہ اللہ رب العالمین، وہ مینج کر رہا ہے سب کچھ۔</w:t>
      </w:r>
    </w:p>
    <w:p>
      <w:r>
        <w:rPr>
          <w:b/>
        </w:rPr>
        <w:t xml:space="preserve">[14:50] </w:t>
      </w:r>
      <w:r>
        <w:t>mayoos kyon to hotay ho? ain mumkin hai ke tum yani mahinay ke 30 tareekh ko mayoos ho</w:t>
      </w:r>
    </w:p>
    <w:p>
      <w:pPr>
        <w:jc w:val="right"/>
      </w:pPr>
      <w:r>
        <w:t>مایوس کیوں تو ہوتے ہو؟ عین ممکن ہے کہ تم یعنی مہینے کے 30 تاریخ کو مایوس ہو</w:t>
      </w:r>
    </w:p>
    <w:p>
      <w:r>
        <w:rPr>
          <w:b/>
        </w:rPr>
        <w:t xml:space="preserve">[14:57] </w:t>
      </w:r>
      <w:r>
        <w:t>gaye ho, mayoos ho gaye ho, lekin aglay mahinay ki first tareekh ko ain mumkin hai ke sara</w:t>
      </w:r>
    </w:p>
    <w:p>
      <w:pPr>
        <w:jc w:val="right"/>
      </w:pPr>
      <w:r>
        <w:t>گئے ہو، مایوس ہو گئے ہو، لیکن اگلے مہینے کی فرسٹ تاریخ کو عین ممکن ہے کہ سارا</w:t>
      </w:r>
    </w:p>
    <w:p>
      <w:r>
        <w:rPr>
          <w:b/>
        </w:rPr>
        <w:t xml:space="preserve">[15:04] </w:t>
      </w:r>
      <w:r>
        <w:t>mamla to bach janay wala ho.</w:t>
      </w:r>
    </w:p>
    <w:p>
      <w:pPr>
        <w:jc w:val="right"/>
      </w:pPr>
      <w:r>
        <w:t>معاملہ تو بچ جانے والا ہو۔</w:t>
      </w:r>
    </w:p>
    <w:p>
      <w:r>
        <w:rPr>
          <w:b/>
        </w:rPr>
        <w:t xml:space="preserve">[15:10] </w:t>
      </w:r>
      <w:r>
        <w:t>to yaad rakhi, har paighambar rehmat hai, akeley rasool Allah salallaho alaihi wasallam rehmat nahin hain.</w:t>
      </w:r>
    </w:p>
    <w:p>
      <w:pPr>
        <w:jc w:val="right"/>
      </w:pPr>
      <w:r>
        <w:t>تو یاد رکھی، ہر پیغمبر رحمت ہے، اکیلے رسول اللہ صلی اللہ علیہ وسلم رحمت نہیں ہیں۔</w:t>
      </w:r>
    </w:p>
    <w:p>
      <w:r>
        <w:rPr>
          <w:b/>
        </w:rPr>
        <w:t xml:space="preserve">[15:17] </w:t>
      </w:r>
      <w:r>
        <w:t>farq sirf yeh hai ke rasool Allah salallaho alaihi wasallam ke zariye jo deen aaya, jo aap</w:t>
      </w:r>
    </w:p>
    <w:p>
      <w:pPr>
        <w:jc w:val="right"/>
      </w:pPr>
      <w:r>
        <w:t>فرق صرف یہ ہے کہ رسول اللہ صلی اللہ علیہ وسلم کے ذریعے جو دین آیا، جو آپ</w:t>
      </w:r>
    </w:p>
    <w:p>
      <w:r>
        <w:rPr>
          <w:b/>
        </w:rPr>
        <w:t xml:space="preserve">[15:23] </w:t>
      </w:r>
      <w:r>
        <w:t>ki sehat bani, jo aap ke aqwal hain, sab cheez mehfooz ho gayi, mehfooz.</w:t>
      </w:r>
    </w:p>
    <w:p>
      <w:pPr>
        <w:jc w:val="right"/>
      </w:pPr>
      <w:r>
        <w:t>کی صحت بنی، جو آپ کے اقوال ہیں، سب چیز محفوظ ہو گئی، محفوظ۔</w:t>
      </w:r>
    </w:p>
    <w:p>
      <w:r>
        <w:rPr>
          <w:b/>
        </w:rPr>
        <w:t xml:space="preserve">[15:30] </w:t>
      </w:r>
      <w:r>
        <w:t>yani in ke sath, yani in ki hesiyat authentic version ki ho gayi, in ki hesiyat authentic version</w:t>
      </w:r>
    </w:p>
    <w:p>
      <w:pPr>
        <w:jc w:val="right"/>
      </w:pPr>
      <w:r>
        <w:t>یعنی ان کے ساتھ، یعنی ان کی حیثیت اتھینٹک ورژن کی ہو گئی، ان کی حیثیت اتھینٹک ورژن</w:t>
      </w:r>
    </w:p>
    <w:p>
      <w:r>
        <w:rPr>
          <w:b/>
        </w:rPr>
        <w:t xml:space="preserve">[15:36] </w:t>
      </w:r>
      <w:r>
        <w:t>ki ho gayi.</w:t>
      </w:r>
    </w:p>
    <w:p>
      <w:pPr>
        <w:jc w:val="right"/>
      </w:pPr>
      <w:r>
        <w:t>کی ہو گئی۔</w:t>
      </w:r>
    </w:p>
    <w:p>
      <w:r>
        <w:rPr>
          <w:b/>
        </w:rPr>
        <w:t xml:space="preserve">[15:43] </w:t>
      </w:r>
      <w:r>
        <w:t>to aap dekhiye ke surah anbiya ki jo ayat mein aaya hai, rehmatullah alaih, kya matlab hai</w:t>
      </w:r>
    </w:p>
    <w:p>
      <w:pPr>
        <w:jc w:val="right"/>
      </w:pPr>
      <w:r>
        <w:t>تو آپ دیکھیے کہ سورہ انبیاء کی جو آیت میں آیا ہے، رحمتہ اللہ علیہ، کیا مطلب ہے</w:t>
      </w:r>
    </w:p>
    <w:p>
      <w:r>
        <w:rPr>
          <w:b/>
        </w:rPr>
        <w:t xml:space="preserve">[15:49] </w:t>
      </w:r>
      <w:r>
        <w:t>is ka? dekhiye, yeh kisi yeh kisi purasrar mani mein nahin hai, kisi mysterious mani mein nahin hai.</w:t>
      </w:r>
    </w:p>
    <w:p>
      <w:pPr>
        <w:jc w:val="right"/>
      </w:pPr>
      <w:r>
        <w:t>اس کا؟ دیکھیے، یہ کسی یہ کسی پراسرار معنی میں نہیں ہے، کسی مسٹیریس معنی میں نہیں ہے۔</w:t>
      </w:r>
    </w:p>
    <w:p>
      <w:r>
        <w:rPr>
          <w:b/>
        </w:rPr>
        <w:t xml:space="preserve">[15:56] </w:t>
      </w:r>
      <w:r>
        <w:t>woh hai aik bohat hi bari haqeeqat, usay batai gayi hai.</w:t>
      </w:r>
    </w:p>
    <w:p>
      <w:pPr>
        <w:jc w:val="right"/>
      </w:pPr>
      <w:r>
        <w:t>وہ ہے ایک بہت ہی بڑی حقیقت، اسے بتائی گئی ہے۔</w:t>
      </w:r>
    </w:p>
    <w:p>
      <w:r>
        <w:rPr>
          <w:b/>
        </w:rPr>
        <w:t xml:space="preserve">[16:03] </w:t>
      </w:r>
      <w:r>
        <w:t>woh kya hai? aap pooray quran ko parhiye, tab baat samajh mein ayegi.</w:t>
      </w:r>
    </w:p>
    <w:p>
      <w:pPr>
        <w:jc w:val="right"/>
      </w:pPr>
      <w:r>
        <w:t>وہ کیا ہے؟ آپ پورے قرآن کو پڑھیے، تب بات سمجھ میں آئے گی۔</w:t>
      </w:r>
    </w:p>
    <w:p>
      <w:r>
        <w:rPr>
          <w:b/>
        </w:rPr>
        <w:t xml:space="preserve">[16:09] </w:t>
      </w:r>
      <w:r>
        <w:t>woh yeh hai ke Allah ne kainat banai, yeh dunya banai, insan ko paida kiya.</w:t>
      </w:r>
    </w:p>
    <w:p>
      <w:pPr>
        <w:jc w:val="right"/>
      </w:pPr>
      <w:r>
        <w:t>وہ یہ ہے کہ اللہ نے کائنات بنائی، یہ دنیا بنائی، انسان کو پیدا کیا۔</w:t>
      </w:r>
    </w:p>
    <w:p>
      <w:r>
        <w:rPr>
          <w:b/>
        </w:rPr>
        <w:t xml:space="preserve">[16:16] </w:t>
      </w:r>
      <w:r>
        <w:t>to bana kar ke woh alag nahin ho gaya.</w:t>
      </w:r>
    </w:p>
    <w:p>
      <w:pPr>
        <w:jc w:val="right"/>
      </w:pPr>
      <w:r>
        <w:t>تو بنا کر کے وہ الگ نہیں ہو گیا۔</w:t>
      </w:r>
    </w:p>
    <w:p>
      <w:r>
        <w:rPr>
          <w:b/>
        </w:rPr>
        <w:t xml:space="preserve">[16:22] </w:t>
      </w:r>
      <w:r>
        <w:t>kullu yawmin huwa fi sha'nin har lamha woh is se involve apni ki hui hai.</w:t>
      </w:r>
    </w:p>
    <w:p>
      <w:pPr>
        <w:jc w:val="right"/>
      </w:pPr>
      <w:r>
        <w:t>كُلَّ يَوْمٍ هُوَ فِي شَانٍ ہر لمحہ وہ اس سے انوالو اپنی کی ہوئی ہے۔</w:t>
      </w:r>
    </w:p>
    <w:p>
      <w:r>
        <w:rPr>
          <w:b/>
        </w:rPr>
        <w:t xml:space="preserve">[16:29] </w:t>
      </w:r>
      <w:r>
        <w:t>kullu yawmin huwa fi sha'nin ke mani kahunga, nai zaban mein kahunga, har lamha woh dunya</w:t>
      </w:r>
    </w:p>
    <w:p>
      <w:pPr>
        <w:jc w:val="right"/>
      </w:pPr>
      <w:r>
        <w:t>كُلَّ يَوْمٍ هُوَ فِي شَانٍ کے معنی کہوں گا، نئی زبان میں کہوں گا، ہر لمحہ وہ دنیا</w:t>
      </w:r>
    </w:p>
    <w:p>
      <w:r>
        <w:rPr>
          <w:b/>
        </w:rPr>
        <w:t xml:space="preserve">[16:35] </w:t>
      </w:r>
      <w:r>
        <w:t>ko manage kar raha hai.</w:t>
      </w:r>
    </w:p>
    <w:p>
      <w:pPr>
        <w:jc w:val="right"/>
      </w:pPr>
      <w:r>
        <w:t>کو مینج کر رہا ہے۔</w:t>
      </w:r>
    </w:p>
    <w:p>
      <w:r>
        <w:rPr>
          <w:b/>
        </w:rPr>
        <w:t xml:space="preserve">[16:42] </w:t>
      </w:r>
      <w:r>
        <w:t>kullu yawmin huwa fi sha'nin ka matlab yeh hai ke har subah o sham, har lamha woh is</w:t>
      </w:r>
    </w:p>
    <w:p>
      <w:pPr>
        <w:jc w:val="right"/>
      </w:pPr>
      <w:r>
        <w:t>كُلَّ يَوْمٍ هُوَ فِي شَانٍ کا مطلب یہ ہے کہ ہر صبح و شام، ہر لمحہ وہ اس</w:t>
      </w:r>
    </w:p>
    <w:p>
      <w:r>
        <w:rPr>
          <w:b/>
        </w:rPr>
        <w:t xml:space="preserve">[16:48] </w:t>
      </w:r>
      <w:r>
        <w:t>ko manage kar raha hai, dekh raha hai.</w:t>
      </w:r>
    </w:p>
    <w:p>
      <w:pPr>
        <w:jc w:val="right"/>
      </w:pPr>
      <w:r>
        <w:t>کو مینج کر رہا ہے، دیکھ رہا ہے۔</w:t>
      </w:r>
    </w:p>
    <w:p>
      <w:r>
        <w:rPr>
          <w:b/>
        </w:rPr>
        <w:t xml:space="preserve">[16:55] </w:t>
      </w:r>
      <w:r>
        <w:t>ab insan, ab dekhiye ke insan ko azadi di gayi hai.</w:t>
      </w:r>
    </w:p>
    <w:p>
      <w:pPr>
        <w:jc w:val="right"/>
      </w:pPr>
      <w:r>
        <w:t>اب انسان، اب دیکھیے کہ انسان کو آزادی دی گئی ہے۔</w:t>
      </w:r>
    </w:p>
    <w:p>
      <w:r>
        <w:rPr>
          <w:b/>
        </w:rPr>
        <w:t xml:space="preserve">[17:02] </w:t>
      </w:r>
      <w:r>
        <w:t>ab sawal yeh hai ke insan ki azadi Allah ke management mein kya mamla hai? yeh aik bohat</w:t>
      </w:r>
    </w:p>
    <w:p>
      <w:pPr>
        <w:jc w:val="right"/>
      </w:pPr>
      <w:r>
        <w:t>اب سوال یہ ہے کہ انسان کی آزادی اللہ کے مینجمنٹ میں کیا معاملہ ہے؟ یہ ایک بہت</w:t>
      </w:r>
    </w:p>
    <w:p>
      <w:r>
        <w:rPr>
          <w:b/>
        </w:rPr>
        <w:t xml:space="preserve">[17:08] </w:t>
      </w:r>
      <w:r>
        <w:t>bara sawal hai.</w:t>
      </w:r>
    </w:p>
    <w:p>
      <w:pPr>
        <w:jc w:val="right"/>
      </w:pPr>
      <w:r>
        <w:t>بڑا سوال ہے۔</w:t>
      </w:r>
    </w:p>
    <w:p>
      <w:r>
        <w:rPr>
          <w:b/>
        </w:rPr>
        <w:t xml:space="preserve">[17:15] </w:t>
      </w:r>
      <w:r>
        <w:t>yani bohat hi bara yeh sawal hai tareekh ka ke kahan mera management khatam hota hai aur kahan</w:t>
      </w:r>
    </w:p>
    <w:p>
      <w:pPr>
        <w:jc w:val="right"/>
      </w:pPr>
      <w:r>
        <w:t>یعنی بہت ہی بڑا یہ سوال ہے تاریخ کا کہ کہاں میرا مینجمنٹ ختم ہوتا ہے اور کہاں</w:t>
      </w:r>
    </w:p>
    <w:p>
      <w:r>
        <w:rPr>
          <w:b/>
        </w:rPr>
        <w:t xml:space="preserve">[17:21] </w:t>
      </w:r>
      <w:r>
        <w:t>Allah ka majma shuru hota hai.</w:t>
      </w:r>
    </w:p>
    <w:p>
      <w:pPr>
        <w:jc w:val="right"/>
      </w:pPr>
      <w:r>
        <w:t>اللہ کا مجمع شروع ہوتا ہے۔</w:t>
      </w:r>
    </w:p>
    <w:p>
      <w:r>
        <w:rPr>
          <w:b/>
        </w:rPr>
        <w:t xml:space="preserve">[17:28] </w:t>
      </w:r>
      <w:r>
        <w:t>kyonke jab Allah manage kar raha hai poori tareekh ko, poori history ko, to kehne ke liye to</w:t>
      </w:r>
    </w:p>
    <w:p>
      <w:pPr>
        <w:jc w:val="right"/>
      </w:pPr>
      <w:r>
        <w:t>کیونکہ جب اللہ مینج کر رہا ہے پوری تاریخ کو، پوری ہسٹری کو، تو کہنے کے لیے تو</w:t>
      </w:r>
    </w:p>
    <w:p>
      <w:r>
        <w:rPr>
          <w:b/>
        </w:rPr>
        <w:t xml:space="preserve">[17:34] </w:t>
      </w:r>
      <w:r>
        <w:t>aisa hoga ke mera Allah ka takra ho jaye.</w:t>
      </w:r>
    </w:p>
    <w:p>
      <w:pPr>
        <w:jc w:val="right"/>
      </w:pPr>
      <w:r>
        <w:t>ایسا ہوگا کہ میرا اللہ کا ٹکرا ہو جائے۔</w:t>
      </w:r>
    </w:p>
    <w:p>
      <w:r>
        <w:rPr>
          <w:b/>
        </w:rPr>
        <w:t xml:space="preserve">[17:41] </w:t>
      </w:r>
      <w:r>
        <w:t>to kya karein phir? Allah ne is point ko samajh liye, bohat hi nazuk point hai.</w:t>
      </w:r>
    </w:p>
    <w:p>
      <w:pPr>
        <w:jc w:val="right"/>
      </w:pPr>
      <w:r>
        <w:t>تو کیا کریں پھر؟ اللہ نے اس پوائنٹ کو سمجھ لیے، بہت ہی نازک پوائنٹ ہے۔</w:t>
      </w:r>
    </w:p>
    <w:p>
      <w:r>
        <w:rPr>
          <w:b/>
        </w:rPr>
        <w:t xml:space="preserve">[17:48] </w:t>
      </w:r>
      <w:r>
        <w:t>Allah ne insan ko azadi hai, azadi hai to khoob activity dikhata hai, plan banata hai, yeh karta</w:t>
      </w:r>
    </w:p>
    <w:p>
      <w:pPr>
        <w:jc w:val="right"/>
      </w:pPr>
      <w:r>
        <w:t>اللہ نے انسان کو آزادی ہے، آزادی ہے تو خوب ایکٹیویٹی دکھاتا ہے، پلان بناتا ہے، یہ کرتا</w:t>
      </w:r>
    </w:p>
    <w:p>
      <w:r>
        <w:rPr>
          <w:b/>
        </w:rPr>
        <w:t xml:space="preserve">[17:54] </w:t>
      </w:r>
      <w:r>
        <w:t>hai, woh karta hai.</w:t>
      </w:r>
    </w:p>
    <w:p>
      <w:pPr>
        <w:jc w:val="right"/>
      </w:pPr>
      <w:r>
        <w:t>ہے، وہ کرتا ہے۔</w:t>
      </w:r>
    </w:p>
    <w:p>
      <w:r>
        <w:rPr>
          <w:b/>
        </w:rPr>
        <w:t xml:space="preserve">[18:01] </w:t>
      </w:r>
      <w:r>
        <w:t>lekin sath sath yeh hai ke kullu yaumin huwa fi sha'nin har lamha Allah manage kar raha hai tareekh ko.</w:t>
      </w:r>
    </w:p>
    <w:p>
      <w:pPr>
        <w:jc w:val="right"/>
      </w:pPr>
      <w:r>
        <w:t>لیکن ساتھ ساتھ یہ ہے کہ كُلَّ يَوْمٍ هُوَ فِي شَانٍ ہر لمحہ اللہ مینج کر رہا ہے تاریخ کو۔</w:t>
      </w:r>
    </w:p>
    <w:p>
      <w:r>
        <w:rPr>
          <w:b/>
        </w:rPr>
        <w:t xml:space="preserve">[18:07] </w:t>
      </w:r>
      <w:r>
        <w:t>to kehne ke liye to aisa hoga ke mera management aur Allah ka management takra jaye ga, meri</w:t>
      </w:r>
    </w:p>
    <w:p>
      <w:pPr>
        <w:jc w:val="right"/>
      </w:pPr>
      <w:r>
        <w:t>تو کہنے کے لیے تو ایسا ہوگا کہ میرا مینجمنٹ اور اللہ کا مینجمنٹ ٹکرا جائے گا، میری</w:t>
      </w:r>
    </w:p>
    <w:p>
      <w:r>
        <w:rPr>
          <w:b/>
        </w:rPr>
        <w:t xml:space="preserve">[18:14] </w:t>
      </w:r>
      <w:r>
        <w:t>hadd aa jaye gi.</w:t>
      </w:r>
    </w:p>
    <w:p>
      <w:pPr>
        <w:jc w:val="right"/>
      </w:pPr>
      <w:r>
        <w:t>حد آ جائے گی۔</w:t>
      </w:r>
    </w:p>
    <w:p>
      <w:r>
        <w:rPr>
          <w:b/>
        </w:rPr>
        <w:t xml:space="preserve">[18:20] </w:t>
      </w:r>
      <w:r>
        <w:t>meri hadd aa jaye gi.</w:t>
      </w:r>
    </w:p>
    <w:p>
      <w:pPr>
        <w:jc w:val="right"/>
      </w:pPr>
      <w:r>
        <w:t>میری حد آ جائے گی۔</w:t>
      </w:r>
    </w:p>
    <w:p>
      <w:r>
        <w:rPr>
          <w:b/>
        </w:rPr>
        <w:t xml:space="preserve">[18:27] </w:t>
      </w:r>
      <w:r>
        <w:t>jaise main raat ko so raha hoon to Allah ne suraj nikal diya, to meri hadd sone ki</w:t>
      </w:r>
    </w:p>
    <w:p>
      <w:pPr>
        <w:jc w:val="right"/>
      </w:pPr>
      <w:r>
        <w:t>جیسے میں رات کو سو رہا ہوں تو اللہ نے سورج نکال دیا، تو میری حد سونے کی</w:t>
      </w:r>
    </w:p>
    <w:p>
      <w:r>
        <w:rPr>
          <w:b/>
        </w:rPr>
        <w:t xml:space="preserve">[18:33] </w:t>
      </w:r>
      <w:r>
        <w:t>hadd aa gayi.</w:t>
      </w:r>
    </w:p>
    <w:p>
      <w:pPr>
        <w:jc w:val="right"/>
      </w:pPr>
      <w:r>
        <w:t>حد آ گئی۔</w:t>
      </w:r>
    </w:p>
    <w:p>
      <w:r>
        <w:rPr>
          <w:b/>
        </w:rPr>
        <w:t xml:space="preserve">[18:40] </w:t>
      </w:r>
      <w:r>
        <w:t>jab main suraj ko na nikal sakta, na rok sakta.</w:t>
      </w:r>
    </w:p>
    <w:p>
      <w:pPr>
        <w:jc w:val="right"/>
      </w:pPr>
      <w:r>
        <w:t>جب میں سورج کو نہ نکال سکتا، نہ روک سکتا۔</w:t>
      </w:r>
    </w:p>
    <w:p>
      <w:r>
        <w:rPr>
          <w:b/>
        </w:rPr>
        <w:t xml:space="preserve">[18:47] </w:t>
      </w:r>
      <w:r>
        <w:t>jab suraj nikal aya to meri sone ki hadd aa gayi.</w:t>
      </w:r>
    </w:p>
    <w:p>
      <w:pPr>
        <w:jc w:val="right"/>
      </w:pPr>
      <w:r>
        <w:t>جب سورج نکل آیا تو میری سونے کی حد آ گئی۔</w:t>
      </w:r>
    </w:p>
    <w:p>
      <w:r>
        <w:rPr>
          <w:b/>
        </w:rPr>
        <w:t xml:space="preserve">[18:53] </w:t>
      </w:r>
      <w:r>
        <w:t>aise hi sham ko jab suraj doob gaya to mere kaam kaam ki hadd aa gayi.</w:t>
      </w:r>
    </w:p>
    <w:p>
      <w:pPr>
        <w:jc w:val="right"/>
      </w:pPr>
      <w:r>
        <w:t>ایسے ہی شام کو جب سورج ڈوب گیا تو میرے کام کام کی حد آ گئی۔</w:t>
      </w:r>
    </w:p>
    <w:p>
      <w:r>
        <w:rPr>
          <w:b/>
        </w:rPr>
        <w:t xml:space="preserve">[19:00] </w:t>
      </w:r>
      <w:r>
        <w:t>ab mujhe sona pare ga.</w:t>
      </w:r>
    </w:p>
    <w:p>
      <w:pPr>
        <w:jc w:val="right"/>
      </w:pPr>
      <w:r>
        <w:t>اب مجھے سونا پڑے گا۔</w:t>
      </w:r>
    </w:p>
    <w:p>
      <w:r>
        <w:rPr>
          <w:b/>
        </w:rPr>
        <w:t xml:space="preserve">[19:06] </w:t>
      </w:r>
      <w:r>
        <w:t>jab suraj doob raha hai to mujhe keh raha hai ke ab tumhari hadd hai, ab ja ke so.</w:t>
      </w:r>
    </w:p>
    <w:p>
      <w:pPr>
        <w:jc w:val="right"/>
      </w:pPr>
      <w:r>
        <w:t>جب سورج ڈوب رہا ہے تو مجھے کہہ رہا ہے کہ اب تمہاری حد ہے، اب جا کے سو۔</w:t>
      </w:r>
    </w:p>
    <w:p>
      <w:r>
        <w:rPr>
          <w:b/>
        </w:rPr>
        <w:t xml:space="preserve">[19:13] </w:t>
      </w:r>
      <w:r>
        <w:t>nikal aya to keh raha hai ke phir dobara tumhari hadd aa gayi, ab utho aur kaam karo.</w:t>
      </w:r>
    </w:p>
    <w:p>
      <w:pPr>
        <w:jc w:val="right"/>
      </w:pPr>
      <w:r>
        <w:t>نکل آیا تو کہہ رہا ہے کہ پھر دوبارہ تمہاری حد آ گئی، اب اٹھو اور کام کرو۔</w:t>
      </w:r>
    </w:p>
    <w:p>
      <w:r>
        <w:rPr>
          <w:b/>
        </w:rPr>
        <w:t xml:space="preserve">[19:19] </w:t>
      </w:r>
      <w:r>
        <w:t>ek saada misaal de raha hoon aap ko main.</w:t>
      </w:r>
    </w:p>
    <w:p>
      <w:pPr>
        <w:jc w:val="right"/>
      </w:pPr>
      <w:r>
        <w:t>ایک سادہ مثال دے رہا ہوں آپ کو میں۔</w:t>
      </w:r>
    </w:p>
    <w:p>
      <w:r>
        <w:rPr>
          <w:b/>
        </w:rPr>
        <w:t xml:space="preserve">[19:26] </w:t>
      </w:r>
      <w:r>
        <w:t>to how to discover the limitations of our management ya doosre lafzon mein aap keh sakte hain ke</w:t>
      </w:r>
    </w:p>
    <w:p>
      <w:pPr>
        <w:jc w:val="right"/>
      </w:pPr>
      <w:r>
        <w:t>تو how to discover the limitations of our management یا دوسرے لفظوں میں آپ کہہ سکتے ہیں کہ</w:t>
      </w:r>
    </w:p>
    <w:p>
      <w:r>
        <w:rPr>
          <w:b/>
        </w:rPr>
        <w:t xml:space="preserve">[19:32] </w:t>
      </w:r>
      <w:r>
        <w:t>how to discover the limitations of our freedom jab do ye do system chal rahe hain, ek system</w:t>
      </w:r>
    </w:p>
    <w:p>
      <w:pPr>
        <w:jc w:val="right"/>
      </w:pPr>
      <w:r>
        <w:t>how to discover the limitations of our freedom جب دو یہ دو سسٹم چل رہے ہیں، ایک سسٹم</w:t>
      </w:r>
    </w:p>
    <w:p>
      <w:r>
        <w:rPr>
          <w:b/>
        </w:rPr>
        <w:t xml:space="preserve">[19:39] </w:t>
      </w:r>
      <w:r>
        <w:t>jo hai insan ki azadi par press karta hai, ek system Allah taala chala raha hai, to bar</w:t>
      </w:r>
    </w:p>
    <w:p>
      <w:pPr>
        <w:jc w:val="right"/>
      </w:pPr>
      <w:r>
        <w:t>جو ہے انسان کی آزادی پر پریس کرتا ہے، ایک سسٹم اللہ تعالیٰ چلا رہا ہے، تو بار</w:t>
      </w:r>
    </w:p>
    <w:p>
      <w:r>
        <w:rPr>
          <w:b/>
        </w:rPr>
        <w:t xml:space="preserve">[19:46] </w:t>
      </w:r>
      <w:r>
        <w:t>bar dono system par clash hoga.</w:t>
      </w:r>
    </w:p>
    <w:p>
      <w:pPr>
        <w:jc w:val="right"/>
      </w:pPr>
      <w:r>
        <w:t>بار دونوں سسٹم پر کلیش ہوگا۔</w:t>
      </w:r>
    </w:p>
    <w:p>
      <w:r>
        <w:rPr>
          <w:b/>
        </w:rPr>
        <w:t xml:space="preserve">[19:52] </w:t>
      </w:r>
      <w:r>
        <w:t>to kaise pata chale ke mera system jo hai, meri kahan limit aayi hai aur kahan se Allah</w:t>
      </w:r>
    </w:p>
    <w:p>
      <w:pPr>
        <w:jc w:val="right"/>
      </w:pPr>
      <w:r>
        <w:t>تو کیسے پتہ چلے کہ میرا سسٹم جو ہے، میری کہاں لیمٹ آئی ہے اور کہاں سے اللہ</w:t>
      </w:r>
    </w:p>
    <w:p>
      <w:r>
        <w:rPr>
          <w:b/>
        </w:rPr>
        <w:t xml:space="preserve">[19:59] </w:t>
      </w:r>
      <w:r>
        <w:t>ka shuru ho gaya? to wahan main ruk jana chahiye, main rukna chahiye mujhe, kyunke phir kuch nahi hoga.</w:t>
      </w:r>
    </w:p>
    <w:p>
      <w:pPr>
        <w:jc w:val="right"/>
      </w:pPr>
      <w:r>
        <w:t>کا شروع ہوگیا؟ تو وہاں میں رک جانا چاہیے، میں رکنا چاہیے مجھے، کیونکہ پھر کچھ نہیں ہوگا۔</w:t>
      </w:r>
    </w:p>
    <w:p>
      <w:r>
        <w:rPr>
          <w:b/>
        </w:rPr>
        <w:t xml:space="preserve">[20:05] </w:t>
      </w:r>
      <w:r>
        <w:t>kyunke dekhein, woh jo maine kal misaal di thi kaak ki ke mera bhi kaak chal raha</w:t>
      </w:r>
    </w:p>
    <w:p>
      <w:pPr>
        <w:jc w:val="right"/>
      </w:pPr>
      <w:r>
        <w:t>کیونکہ دیکھیں، وہ جو میں نے کل مثال دی تھی کاک کی کہ میرا بھی کاک چل رہا</w:t>
      </w:r>
    </w:p>
    <w:p>
      <w:r>
        <w:rPr>
          <w:b/>
        </w:rPr>
        <w:t xml:space="preserve">[20:12] </w:t>
      </w:r>
      <w:r>
        <w:t>hai, Khuda kaak bhi chal raha hai.</w:t>
      </w:r>
    </w:p>
    <w:p>
      <w:pPr>
        <w:jc w:val="right"/>
      </w:pPr>
      <w:r>
        <w:t>ہے، خدا کاک بھی چل رہا ہے۔</w:t>
      </w:r>
    </w:p>
    <w:p>
      <w:r>
        <w:rPr>
          <w:b/>
        </w:rPr>
        <w:t xml:space="preserve">[20:18] </w:t>
      </w:r>
      <w:r>
        <w:t>تو میرا cark تو ہے کمزور، انسان کا cark، وہ خدا کا cark مضبوط ہے۔</w:t>
      </w:r>
    </w:p>
    <w:p>
      <w:pPr>
        <w:jc w:val="right"/>
      </w:pPr>
      <w:r>
        <w:t>تو میرا کاک تو ہے کمزور، انسان کا کاک، وہ خدا کا کاک مضبوط ہے۔</w:t>
      </w:r>
    </w:p>
    <w:p>
      <w:r>
        <w:rPr>
          <w:b/>
        </w:rPr>
        <w:t xml:space="preserve">[20:25] </w:t>
      </w:r>
      <w:r>
        <w:t>تو pace جو ہے، pace یعنی رفتار، میری وہی ہونی چاہیے جو اللہ کے clock کی رفتار ہے۔</w:t>
      </w:r>
    </w:p>
    <w:p>
      <w:pPr>
        <w:jc w:val="right"/>
      </w:pPr>
      <w:r>
        <w:t>تو پیس جو ہے، پیس یعنی رفتار، میری وہی ہونی چاہیے جو اللہ کے کاک کی رفتار ہے۔</w:t>
      </w:r>
    </w:p>
    <w:p>
      <w:r>
        <w:rPr>
          <w:b/>
        </w:rPr>
        <w:t xml:space="preserve">[20:31] </w:t>
      </w:r>
      <w:r>
        <w:t>misalan yeh ke mera kaak jo hai, mitti ka hai, Allah ka kaak steel ka hai.</w:t>
      </w:r>
    </w:p>
    <w:p>
      <w:pPr>
        <w:jc w:val="right"/>
      </w:pPr>
      <w:r>
        <w:t>مثلاً یہ کہ میرا کاک جو ہے، مٹی کا ہے، اللہ کا کاک اسٹیل کا ہے۔</w:t>
      </w:r>
    </w:p>
    <w:p>
      <w:r>
        <w:rPr>
          <w:b/>
        </w:rPr>
        <w:t xml:space="preserve">[20:38] </w:t>
      </w:r>
      <w:r>
        <w:t>to mitti ka kaak jo hai, chahega ke ziyada tez raftaar se daure to woh toot jaye</w:t>
      </w:r>
    </w:p>
    <w:p>
      <w:pPr>
        <w:jc w:val="right"/>
      </w:pPr>
      <w:r>
        <w:t>تو مٹی کا کاک جو ہے، چاہے گا کہ زیادہ تیز رفتار سے دوڑے تو وہ ٹوٹ جائے</w:t>
      </w:r>
    </w:p>
    <w:p>
      <w:r>
        <w:rPr>
          <w:b/>
        </w:rPr>
        <w:t xml:space="preserve">[20:45] </w:t>
      </w:r>
      <w:r>
        <w:t>ga, kyunke jo kaak steel ka hai, woh to toot nahi sakta.</w:t>
      </w:r>
    </w:p>
    <w:p>
      <w:pPr>
        <w:jc w:val="right"/>
      </w:pPr>
      <w:r>
        <w:t>گا، کیونکہ جو کاک اسٹیل کا ہے، وہ تو ٹوٹ نہیں سکتا۔</w:t>
      </w:r>
    </w:p>
    <w:p>
      <w:r>
        <w:rPr>
          <w:b/>
        </w:rPr>
        <w:t xml:space="preserve">[20:51] </w:t>
      </w:r>
      <w:r>
        <w:t>yeh poori history ka sab se bara sawal hai ke dono ke beech mein kya hai, yaani yaani</w:t>
      </w:r>
    </w:p>
    <w:p>
      <w:pPr>
        <w:jc w:val="right"/>
      </w:pPr>
      <w:r>
        <w:t>یہ پوری ہسٹری کا سب سے بڑا سوال ہے کہ دونوں کے بیچ میں کیا ہے، یعنی یعنی</w:t>
      </w:r>
    </w:p>
    <w:p>
      <w:r>
        <w:rPr>
          <w:b/>
        </w:rPr>
        <w:t xml:space="preserve">[20:58] </w:t>
      </w:r>
      <w:r>
        <w:t>jis ko kehte hain taalmel, taalmel kaise qaim kiya jaye? aur sab log hi fail ho rahe hain.</w:t>
      </w:r>
    </w:p>
    <w:p>
      <w:pPr>
        <w:jc w:val="right"/>
      </w:pPr>
      <w:r>
        <w:t>جس کو کہتے ہیں تالمیل، تالمیل کیسے قائم کیا جائے؟ اور سب لوگ ہی فیل ہو رہے ہیں۔</w:t>
      </w:r>
    </w:p>
    <w:p>
      <w:r>
        <w:rPr>
          <w:b/>
        </w:rPr>
        <w:t xml:space="preserve">[21:04] </w:t>
      </w:r>
      <w:r>
        <w:t>ice tartal ne chaha ke transfer king banaye, nahi bana saka.</w:t>
      </w:r>
    </w:p>
    <w:p>
      <w:pPr>
        <w:jc w:val="right"/>
      </w:pPr>
      <w:r>
        <w:t>آئس ٹاٹل نے چاہا کہ فرانسفر کنگ بنائے، نہیں بنا سکا۔</w:t>
      </w:r>
    </w:p>
    <w:p>
      <w:r>
        <w:rPr>
          <w:b/>
        </w:rPr>
        <w:t xml:space="preserve">[21:11] </w:t>
      </w:r>
      <w:r>
        <w:t>hitler ne chaha ke sare europe mein hukoomat kare, nahi kar saka.</w:t>
      </w:r>
    </w:p>
    <w:p>
      <w:pPr>
        <w:jc w:val="right"/>
      </w:pPr>
      <w:r>
        <w:t>ہٹلر نے چاہا کہ سارے یورپ میں حکومت کرے، نہیں کر سکا۔</w:t>
      </w:r>
    </w:p>
    <w:p>
      <w:r>
        <w:rPr>
          <w:b/>
        </w:rPr>
        <w:t xml:space="preserve">[21:17] </w:t>
      </w:r>
      <w:r>
        <w:t>alexander the great ne chaha ke sare aalam mein uska rule qaim ho jaye, nahi kar saka.</w:t>
      </w:r>
    </w:p>
    <w:p>
      <w:pPr>
        <w:jc w:val="right"/>
      </w:pPr>
      <w:r>
        <w:t>الیگزینڈر دا گریٹ نے چاہا کہ سارے عالم میں اس کا رول قائم ہو جائے، نہیں کر سکا۔</w:t>
      </w:r>
    </w:p>
    <w:p>
      <w:r>
        <w:rPr>
          <w:b/>
        </w:rPr>
        <w:t xml:space="preserve">[21:24] </w:t>
      </w:r>
      <w:r>
        <w:t>mughlon ne chaha ke sare india unke haath mein aa jaye, nahi nahi saka.</w:t>
      </w:r>
    </w:p>
    <w:p>
      <w:pPr>
        <w:jc w:val="right"/>
      </w:pPr>
      <w:r>
        <w:t>مغلوں نے چاہا کہ سارے انڈیا ان کے ہاتھ میں آ جائے، نہیں نہیں سکا۔</w:t>
      </w:r>
    </w:p>
    <w:p>
      <w:r>
        <w:rPr>
          <w:b/>
        </w:rPr>
        <w:t xml:space="preserve">[21:31] </w:t>
      </w:r>
      <w:r>
        <w:t>britain research ne chaha ke ek world government banaye, nahi bana saka.</w:t>
      </w:r>
    </w:p>
    <w:p>
      <w:pPr>
        <w:jc w:val="right"/>
      </w:pPr>
      <w:r>
        <w:t>برٹن ریسرچ نے چاہا کہ ایک ورلڈ گورنمنٹ بنائے، نہیں بنا سکا۔</w:t>
      </w:r>
    </w:p>
    <w:p>
      <w:r>
        <w:rPr>
          <w:b/>
        </w:rPr>
        <w:t xml:space="preserve">[21:37] </w:t>
      </w:r>
      <w:r>
        <w:t>kyun? unhone yeh nahi jaana ke unka apna kaak mitti ka hai aur doosri taraf jo</w:t>
      </w:r>
    </w:p>
    <w:p>
      <w:pPr>
        <w:jc w:val="right"/>
      </w:pPr>
      <w:r>
        <w:t>کیوں؟ انہوں نے یہ نہیں جانا کہ ان کا اپنا کاک مٹی کا ہے اور دوسری طرف جو</w:t>
      </w:r>
    </w:p>
    <w:p>
      <w:r>
        <w:rPr>
          <w:b/>
        </w:rPr>
        <w:t xml:space="preserve">[21:44] </w:t>
      </w:r>
      <w:r>
        <w:t>kaak hai, woh steel ka hai.</w:t>
      </w:r>
    </w:p>
    <w:p>
      <w:pPr>
        <w:jc w:val="right"/>
      </w:pPr>
      <w:r>
        <w:t>کاک ہے، وہ اسٹیل کا ہے۔</w:t>
      </w:r>
    </w:p>
    <w:p>
      <w:r>
        <w:rPr>
          <w:b/>
        </w:rPr>
        <w:t xml:space="preserve">[21:50] </w:t>
      </w:r>
      <w:r>
        <w:t>to sab kaak toot rahe hain, toot rahe hain, toot rahe hain.</w:t>
      </w:r>
    </w:p>
    <w:p>
      <w:pPr>
        <w:jc w:val="right"/>
      </w:pPr>
      <w:r>
        <w:t>تو سب کاک ٹوٹ رہے ہیں، ٹوٹ رہے ہیں، ٹوٹ رہے ہیں۔</w:t>
      </w:r>
    </w:p>
    <w:p>
      <w:r>
        <w:rPr>
          <w:b/>
        </w:rPr>
        <w:t xml:space="preserve">[21:57] </w:t>
      </w:r>
      <w:r>
        <w:t>hata ke musalmanon ka yeh haal hai.</w:t>
      </w:r>
    </w:p>
    <w:p>
      <w:pPr>
        <w:jc w:val="right"/>
      </w:pPr>
      <w:r>
        <w:t>حتیٰ کہ مسلمانوں کا یہ حال ہے۔</w:t>
      </w:r>
    </w:p>
    <w:p>
      <w:r>
        <w:rPr>
          <w:b/>
        </w:rPr>
        <w:t xml:space="preserve">[22:03] </w:t>
      </w:r>
      <w:r>
        <w:t>musalman dekhen, kitni muddat se tehreekein chala rahe hain, islami hukoomat, islami rule, islami nizam, sab fail ho rahe hain.</w:t>
      </w:r>
    </w:p>
    <w:p>
      <w:pPr>
        <w:jc w:val="right"/>
      </w:pPr>
      <w:r>
        <w:t>مسلمان دیکھیں، کتنی مدت سے تحریکیں چلا رہے ہیں، اسلامی حکومت، اسلامی رول، اسلامی نظام، سب فیل ہو رہے ہیں۔</w:t>
      </w:r>
    </w:p>
    <w:p>
      <w:r>
        <w:rPr>
          <w:b/>
        </w:rPr>
        <w:t xml:space="preserve">[22:10] </w:t>
      </w:r>
      <w:r>
        <w:t>yahan bhi woh daryaft nahi kar sake ke mitti ke kaak ne chaha ke steel ke kaak se</w:t>
      </w:r>
    </w:p>
    <w:p>
      <w:pPr>
        <w:jc w:val="right"/>
      </w:pPr>
      <w:r>
        <w:t>یہاں بھی وہ دریافت نہیں کر سکے کہ مٹی کے کاک نے چاہا کہ اسٹیل کے کاک سے</w:t>
      </w:r>
    </w:p>
    <w:p>
      <w:r>
        <w:rPr>
          <w:b/>
        </w:rPr>
        <w:t xml:space="preserve">[22:16] </w:t>
      </w:r>
      <w:r>
        <w:t>apni raftaar badha de.</w:t>
      </w:r>
    </w:p>
    <w:p>
      <w:pPr>
        <w:jc w:val="right"/>
      </w:pPr>
      <w:r>
        <w:t>اپنی رفتار بڑھا دے۔</w:t>
      </w:r>
    </w:p>
    <w:p>
      <w:r>
        <w:rPr>
          <w:b/>
        </w:rPr>
        <w:t xml:space="preserve">[22:23] </w:t>
      </w:r>
      <w:r>
        <w:t>yeh hai rehmat ke rasool Allah ke zariye se insaan prelan ne khola, har rasool ke zariye khola.</w:t>
      </w:r>
    </w:p>
    <w:p>
      <w:pPr>
        <w:jc w:val="right"/>
      </w:pPr>
      <w:r>
        <w:t>یہ ہے رحمت کہ رسول اللہ کے ذریعے سے انسان پریلان نے کھولا، ہر رسول کے ذریعے کھولا۔</w:t>
      </w:r>
    </w:p>
    <w:p>
      <w:r>
        <w:rPr>
          <w:b/>
        </w:rPr>
        <w:t xml:space="preserve">[22:30] </w:t>
      </w:r>
      <w:r>
        <w:t>rasool Allah ka authentic version hai iska ke aye insaan, tera kaak mitti ka hai aur Khuda</w:t>
      </w:r>
    </w:p>
    <w:p>
      <w:pPr>
        <w:jc w:val="right"/>
      </w:pPr>
      <w:r>
        <w:t>رسول اللہ کا اتھینٹک ورژن ہے اس کا کہ اے انسان، تیرا کاک مٹی کا ہے اور خدا</w:t>
      </w:r>
    </w:p>
    <w:p>
      <w:r>
        <w:rPr>
          <w:b/>
        </w:rPr>
        <w:t xml:space="preserve">[22:36] </w:t>
      </w:r>
      <w:r>
        <w:t>ka kaak steel ka hai.</w:t>
      </w:r>
    </w:p>
    <w:p>
      <w:pPr>
        <w:jc w:val="right"/>
      </w:pPr>
      <w:r>
        <w:t>کا کاک اسٹیل کا ہے۔</w:t>
      </w:r>
    </w:p>
    <w:p>
      <w:r>
        <w:rPr>
          <w:b/>
        </w:rPr>
        <w:t xml:space="preserve">[22:43] </w:t>
      </w:r>
      <w:r>
        <w:t>to jis ko kehte hain space, space nahi, woh pace, p a c, peace maani hote hain raftaar.</w:t>
      </w:r>
    </w:p>
    <w:p>
      <w:pPr>
        <w:jc w:val="right"/>
      </w:pPr>
      <w:r>
        <w:t>تو جس کو کہتے ہیں سپیس، سپیس نہیں، وہ پیس، پی اے سی، پی پیس معنی ہوتے ہیں رفتار۔</w:t>
      </w:r>
    </w:p>
    <w:p>
      <w:r>
        <w:rPr>
          <w:b/>
        </w:rPr>
        <w:t xml:space="preserve">[22:49] </w:t>
      </w:r>
      <w:r>
        <w:t>to apni raftaar ko is ke mutabiq karo, is ke mutabiq karo.</w:t>
      </w:r>
    </w:p>
    <w:p>
      <w:pPr>
        <w:jc w:val="right"/>
      </w:pPr>
      <w:r>
        <w:t>تو اپنی رفتار کو اس کے مطابق کرو، اس کے مطابق کرو۔</w:t>
      </w:r>
    </w:p>
    <w:p>
      <w:r>
        <w:rPr>
          <w:b/>
        </w:rPr>
        <w:t xml:space="preserve">[22:56] </w:t>
      </w:r>
      <w:r>
        <w:t>is ki misaal hai to use yunus alaihissalam ke ke woh woh bhi use yeh kotahi khata</w:t>
      </w:r>
    </w:p>
    <w:p>
      <w:pPr>
        <w:jc w:val="right"/>
      </w:pPr>
      <w:r>
        <w:t>اس کی مثال ہے تو اسے یونس علیہ السلام کے کہ وہ وہ بھی اسے یہ کوتاہی خطا</w:t>
      </w:r>
    </w:p>
    <w:p>
      <w:r>
        <w:rPr>
          <w:b/>
        </w:rPr>
        <w:t xml:space="preserve">[23:02] </w:t>
      </w:r>
      <w:r>
        <w:t>hui, ijtihadi khata ke unhone samjha ke ab mamla khatam ho gaya aur Allah ka mamla khatam</w:t>
      </w:r>
    </w:p>
    <w:p>
      <w:pPr>
        <w:jc w:val="right"/>
      </w:pPr>
      <w:r>
        <w:t>ہوئی، اجتہادی خطا کہ انہوں نے سمجھا کہ اب معاملہ ختم ہو گیا اور اللہ کا معاملہ ختم</w:t>
      </w:r>
    </w:p>
    <w:p>
      <w:r>
        <w:rPr>
          <w:b/>
        </w:rPr>
        <w:t xml:space="preserve">[23:09] </w:t>
      </w:r>
      <w:r>
        <w:t>nahi hua tha.</w:t>
      </w:r>
    </w:p>
    <w:p>
      <w:pPr>
        <w:jc w:val="right"/>
      </w:pPr>
      <w:r>
        <w:t>نہیں ہوا تھا۔</w:t>
      </w:r>
    </w:p>
    <w:p>
      <w:r>
        <w:rPr>
          <w:b/>
        </w:rPr>
        <w:t xml:space="preserve">[23:15] </w:t>
      </w:r>
      <w:r>
        <w:t>to kya karna hai? itna ziyada Quran mein hai: sabr, sabr, sabr.</w:t>
      </w:r>
    </w:p>
    <w:p>
      <w:pPr>
        <w:jc w:val="right"/>
      </w:pPr>
      <w:r>
        <w:t>تو کیا کرنا ہے؟ اتنا زیادہ قرآن میں ہے: صبر، صبر، صبر۔</w:t>
      </w:r>
    </w:p>
    <w:p>
      <w:r>
        <w:rPr>
          <w:b/>
        </w:rPr>
        <w:t xml:space="preserve">[23:22] </w:t>
      </w:r>
      <w:r>
        <w:t>isi liye sabr matlab kya hai? sabr ka matlab yeh hai ke is waqt tak wait karen jab</w:t>
      </w:r>
    </w:p>
    <w:p>
      <w:pPr>
        <w:jc w:val="right"/>
      </w:pPr>
      <w:r>
        <w:t>اسی لیے صبر مطلب کیا ہے؟ صبر کا مطلب یہ ہے کہ اس وقت تک ویٹ کریں جب</w:t>
      </w:r>
    </w:p>
    <w:p>
      <w:r>
        <w:rPr>
          <w:b/>
        </w:rPr>
        <w:t xml:space="preserve">[23:29] </w:t>
      </w:r>
      <w:r>
        <w:t>tak ke Allah ka faisla zahir ho jaye.</w:t>
      </w:r>
    </w:p>
    <w:p>
      <w:pPr>
        <w:jc w:val="right"/>
      </w:pPr>
      <w:r>
        <w:t>تک کہ اللہ کا فیصلہ ظاہر ہو جائے۔</w:t>
      </w:r>
    </w:p>
    <w:p>
      <w:r>
        <w:rPr>
          <w:b/>
        </w:rPr>
        <w:t xml:space="preserve">[23:35] </w:t>
      </w:r>
      <w:r>
        <w:t>yani apne aap ko hamesha waiting list mein daale raho.</w:t>
      </w:r>
    </w:p>
    <w:p>
      <w:pPr>
        <w:jc w:val="right"/>
      </w:pPr>
      <w:r>
        <w:t>یعنی اپنے آپ کو ہمیشہ ویٹنگ لسٹ میں ڈالے رہو۔</w:t>
      </w:r>
    </w:p>
    <w:p>
      <w:r>
        <w:rPr>
          <w:b/>
        </w:rPr>
        <w:t xml:space="preserve">[23:42] </w:t>
      </w:r>
      <w:r>
        <w:t>ab mazeed tor par insaan ko chahiye: sabr ka matlab kya hai? apne aap ko hamesha waiting list</w:t>
      </w:r>
    </w:p>
    <w:p>
      <w:pPr>
        <w:jc w:val="right"/>
      </w:pPr>
      <w:r>
        <w:t>اب مزید طور پر انسان کو چاہیے: صبر کا مطلب کیا ہے؟ اپنے آپ کو ہمیشہ ویٹنگ لسٹ</w:t>
      </w:r>
    </w:p>
    <w:p>
      <w:r>
        <w:rPr>
          <w:b/>
        </w:rPr>
        <w:t xml:space="preserve">[23:48] </w:t>
      </w:r>
      <w:r>
        <w:t>mein daale raho.</w:t>
      </w:r>
    </w:p>
    <w:p>
      <w:pPr>
        <w:jc w:val="right"/>
      </w:pPr>
      <w:r>
        <w:t>میں ڈالے رہو۔</w:t>
      </w:r>
    </w:p>
    <w:p>
      <w:r>
        <w:rPr>
          <w:b/>
        </w:rPr>
        <w:t xml:space="preserve">[23:55] </w:t>
      </w:r>
      <w:r>
        <w:t>intezar karo kab Allah ka faisla zahir ho jayega.</w:t>
      </w:r>
    </w:p>
    <w:p>
      <w:pPr>
        <w:jc w:val="right"/>
      </w:pPr>
      <w:r>
        <w:t>انتظار کرو کب اللہ کا فیصلہ ظاہر ہو جائے گا۔</w:t>
      </w:r>
    </w:p>
    <w:p>
      <w:r>
        <w:rPr>
          <w:b/>
        </w:rPr>
        <w:t xml:space="preserve">[24:01] </w:t>
      </w:r>
      <w:r>
        <w:t>isi liye dekhen, hadith mein hai ke afzal ul ibadat intizar ul faraj hai.</w:t>
      </w:r>
    </w:p>
    <w:p>
      <w:pPr>
        <w:jc w:val="right"/>
      </w:pPr>
      <w:r>
        <w:t>اسی لیے دیکھیں، حدیث میں ہے کہ افضل العبادات انتظار الفرج ہے۔</w:t>
      </w:r>
    </w:p>
    <w:p>
      <w:r>
        <w:rPr>
          <w:b/>
        </w:rPr>
        <w:t xml:space="preserve">[24:08] </w:t>
      </w:r>
      <w:r>
        <w:t>kaisi ajeeb hadith hai!</w:t>
      </w:r>
    </w:p>
    <w:p>
      <w:pPr>
        <w:jc w:val="right"/>
      </w:pPr>
      <w:r>
        <w:t>کیسی عجیب حدیث ہے!</w:t>
      </w:r>
    </w:p>
    <w:p>
      <w:r>
        <w:rPr>
          <w:b/>
        </w:rPr>
        <w:t xml:space="preserve">[24:15] </w:t>
      </w:r>
      <w:r>
        <w:t>afzal ul ibadat intizar ul faraj hai.</w:t>
      </w:r>
    </w:p>
    <w:p>
      <w:pPr>
        <w:jc w:val="right"/>
      </w:pPr>
      <w:r>
        <w:t>افضل العبادات انتظار الفرج ہے۔</w:t>
      </w:r>
    </w:p>
    <w:p>
      <w:r>
        <w:rPr>
          <w:b/>
        </w:rPr>
        <w:t xml:space="preserve">[24:17] </w:t>
      </w:r>
      <w:r>
        <w:t>yani afzal ibadat hai kushadgi ka intezar karna.</w:t>
      </w:r>
    </w:p>
    <w:p>
      <w:pPr>
        <w:jc w:val="right"/>
      </w:pPr>
      <w:r>
        <w:t>یعنی افضل عبادت ہے کشادگی کا انتظار کرنا۔</w:t>
      </w:r>
    </w:p>
    <w:p>
      <w:r>
        <w:rPr>
          <w:b/>
        </w:rPr>
        <w:t xml:space="preserve">[24:20] </w:t>
      </w:r>
      <w:r>
        <w:t>yeh bhi beseez baat nahi hai.</w:t>
      </w:r>
    </w:p>
    <w:p>
      <w:pPr>
        <w:jc w:val="right"/>
      </w:pPr>
      <w:r>
        <w:t>یہ بھی بے سیز بات نہیں ہے۔</w:t>
      </w:r>
    </w:p>
    <w:p>
      <w:r>
        <w:rPr>
          <w:b/>
        </w:rPr>
        <w:t xml:space="preserve">[24:23] </w:t>
      </w:r>
      <w:r>
        <w:t>yehhi hai ke tum apne mitti ke kaak se dorna chahte ho to yeh jano ke idhar wala</w:t>
      </w:r>
    </w:p>
    <w:p>
      <w:pPr>
        <w:jc w:val="right"/>
      </w:pPr>
      <w:r>
        <w:t>یہی ہے کہ تم اپنے مٹی کے کاک سے دوڑنا چاہتے ہو تو یہ جانو کہ ادھر والا</w:t>
      </w:r>
    </w:p>
    <w:p>
      <w:r>
        <w:rPr>
          <w:b/>
        </w:rPr>
        <w:t xml:space="preserve">[24:31] </w:t>
      </w:r>
      <w:r>
        <w:t>kaak jo hai, steel ka hai.</w:t>
      </w:r>
    </w:p>
    <w:p>
      <w:pPr>
        <w:jc w:val="right"/>
      </w:pPr>
      <w:r>
        <w:t>کاک جو ہے، اسٹیل کا ہے۔</w:t>
      </w:r>
    </w:p>
    <w:p>
      <w:r>
        <w:rPr>
          <w:b/>
        </w:rPr>
        <w:t xml:space="preserve">[24:33] </w:t>
      </w:r>
      <w:r>
        <w:t>to sabr ke sath chalo.</w:t>
      </w:r>
    </w:p>
    <w:p>
      <w:pPr>
        <w:jc w:val="right"/>
      </w:pPr>
      <w:r>
        <w:t>تو صبر کے ساتھ چلو۔</w:t>
      </w:r>
    </w:p>
    <w:p>
      <w:r>
        <w:rPr>
          <w:b/>
        </w:rPr>
        <w:t xml:space="preserve">[24:36] </w:t>
      </w:r>
      <w:r>
        <w:t>to sabr ke sath chalo.</w:t>
      </w:r>
    </w:p>
    <w:p>
      <w:pPr>
        <w:jc w:val="right"/>
      </w:pPr>
      <w:r>
        <w:t>تو صبر کے ساتھ چلو۔</w:t>
      </w:r>
    </w:p>
    <w:p>
      <w:r>
        <w:rPr>
          <w:b/>
        </w:rPr>
        <w:t xml:space="preserve">[24:38] </w:t>
      </w:r>
      <w:r>
        <w:t>afzal ke ma'ni ke tum kamyab ho gaye, nakaam ho jaoge, tumhara kaak toot jayega.</w:t>
      </w:r>
    </w:p>
    <w:p>
      <w:pPr>
        <w:jc w:val="right"/>
      </w:pPr>
      <w:r>
        <w:t>افضل کے معنی کہ تم کامیاب ہو گئے، ناکام ہو جاؤ گے، تمہارا کاک ٹوٹ جائے گا۔</w:t>
      </w:r>
    </w:p>
    <w:p>
      <w:r>
        <w:rPr>
          <w:b/>
        </w:rPr>
        <w:t xml:space="preserve">[24:45] </w:t>
      </w:r>
      <w:r>
        <w:t>to is haqeeqat ko aap dekhen, insan dunya mein paida hua hai to is ke paas dimaagh hai,</w:t>
      </w:r>
    </w:p>
    <w:p>
      <w:pPr>
        <w:jc w:val="right"/>
      </w:pPr>
      <w:r>
        <w:t>تو اس حقیقت کو آپ دیکھیں، انسان دنیا میں پیدا ہوا ہے تو اس کے پاس دماغ ہے،</w:t>
      </w:r>
    </w:p>
    <w:p>
      <w:r>
        <w:rPr>
          <w:b/>
        </w:rPr>
        <w:t xml:space="preserve">[24:53] </w:t>
      </w:r>
      <w:r>
        <w:t>aankh hai, sari dunya mein woh sochta hai, soch kar kuch baat daryaft karta hai, jis se science</w:t>
      </w:r>
    </w:p>
    <w:p>
      <w:pPr>
        <w:jc w:val="right"/>
      </w:pPr>
      <w:r>
        <w:t>آنکھ ہے، ساری دنیا میں وہ سوچتا ہے، سوچ کر کچھ بات دریافت کرتا ہے، جس سے سائنس</w:t>
      </w:r>
    </w:p>
    <w:p>
      <w:r>
        <w:rPr>
          <w:b/>
        </w:rPr>
        <w:t xml:space="preserve">[25:00] </w:t>
      </w:r>
      <w:r>
        <w:t>bani.</w:t>
      </w:r>
    </w:p>
    <w:p>
      <w:pPr>
        <w:jc w:val="right"/>
      </w:pPr>
      <w:r>
        <w:t>بنی۔</w:t>
      </w:r>
    </w:p>
    <w:p>
      <w:r>
        <w:rPr>
          <w:b/>
        </w:rPr>
        <w:t xml:space="preserve">[25:02] </w:t>
      </w:r>
      <w:r>
        <w:t>science bani.</w:t>
      </w:r>
    </w:p>
    <w:p>
      <w:pPr>
        <w:jc w:val="right"/>
      </w:pPr>
      <w:r>
        <w:t>سائنس بنی۔</w:t>
      </w:r>
    </w:p>
    <w:p>
      <w:r>
        <w:rPr>
          <w:b/>
        </w:rPr>
        <w:t xml:space="preserve">[25:03] </w:t>
      </w:r>
      <w:r>
        <w:t>phir insan ke andar zamir hai, consciousness hai, us se kuch baaten us ko samajh mein aati hain.</w:t>
      </w:r>
    </w:p>
    <w:p>
      <w:pPr>
        <w:jc w:val="right"/>
      </w:pPr>
      <w:r>
        <w:t>پھر انسان کے اندر ضمیر ہے، کانشیسنس ہے، اس سے کچھ باتیں اس کو سمجھ میں آتی ہیں۔</w:t>
      </w:r>
    </w:p>
    <w:p>
      <w:r>
        <w:rPr>
          <w:b/>
        </w:rPr>
        <w:t xml:space="preserve">[25:11] </w:t>
      </w:r>
      <w:r>
        <w:t>lekin yeh sab kya hain? yeh alfaaz mein to bol nahi rahe hain, zamir ke paas alfaaz nahi</w:t>
      </w:r>
    </w:p>
    <w:p>
      <w:pPr>
        <w:jc w:val="right"/>
      </w:pPr>
      <w:r>
        <w:t>لیکن یہ سب کیا ہیں؟ یہ الفاظ میں تو بول نہیں رہے ہیں، ضمیر کے پاس الفاظ نہیں</w:t>
      </w:r>
    </w:p>
    <w:p>
      <w:r>
        <w:rPr>
          <w:b/>
        </w:rPr>
        <w:t xml:space="preserve">[25:19] </w:t>
      </w:r>
      <w:r>
        <w:t>hain, kainat ke paas alfaaz nahi hain.</w:t>
      </w:r>
    </w:p>
    <w:p>
      <w:pPr>
        <w:jc w:val="right"/>
      </w:pPr>
      <w:r>
        <w:t>ہیں، کائنات کے پاس الفاظ نہیں ہیں۔</w:t>
      </w:r>
    </w:p>
    <w:p>
      <w:r>
        <w:rPr>
          <w:b/>
        </w:rPr>
        <w:t xml:space="preserve">[25:22] </w:t>
      </w:r>
      <w:r>
        <w:t>to agarche kainat mein sab kuch dimensions diya hua hai, agarche zamir mein sab kuch maujood hai, lekin</w:t>
      </w:r>
    </w:p>
    <w:p>
      <w:pPr>
        <w:jc w:val="right"/>
      </w:pPr>
      <w:r>
        <w:t>تو اگرچہ کائنات میں سب کچھ ڈائمنشنز دیا ہوا ہے، اگرچہ ضمیر میں سب کچھ موجود ہے، لیکن</w:t>
      </w:r>
    </w:p>
    <w:p>
      <w:r>
        <w:rPr>
          <w:b/>
        </w:rPr>
        <w:t xml:space="preserve">[25:30] </w:t>
      </w:r>
      <w:r>
        <w:t>speaker language mein nahi hai.</w:t>
      </w:r>
    </w:p>
    <w:p>
      <w:pPr>
        <w:jc w:val="right"/>
      </w:pPr>
      <w:r>
        <w:t>اسپیکر لینگویج میں نہیں ہے۔</w:t>
      </w:r>
    </w:p>
    <w:p>
      <w:r>
        <w:rPr>
          <w:b/>
        </w:rPr>
        <w:t xml:space="preserve">[25:32] </w:t>
      </w:r>
      <w:r>
        <w:t>تو پیغمبر اسی چیز کو speaker language دے دیتا ہے۔</w:t>
      </w:r>
    </w:p>
    <w:p>
      <w:pPr>
        <w:jc w:val="right"/>
      </w:pPr>
      <w:r>
        <w:t>تو پیغمبر اسی چیز کو اسپیکر لینگویج دے دیتا ہے۔</w:t>
      </w:r>
    </w:p>
    <w:p>
      <w:r>
        <w:rPr>
          <w:b/>
        </w:rPr>
        <w:t xml:space="preserve">[25:36] </w:t>
      </w:r>
      <w:r>
        <w:t>yani lafz alfaaz ki zabaan mein, misaal ke taur par lafz sabr jo hai, na hamare zamir mein likha hua hai,</w:t>
      </w:r>
    </w:p>
    <w:p>
      <w:pPr>
        <w:jc w:val="right"/>
      </w:pPr>
      <w:r>
        <w:t>یعنی لفظ الفاظ کی زبان میں، مثلاً لفظ صبر جو ہے، نہ ہمارے ضمیر میں لکھا ہوا ہے،</w:t>
      </w:r>
    </w:p>
    <w:p>
      <w:r>
        <w:rPr>
          <w:b/>
        </w:rPr>
        <w:t xml:space="preserve">[25:44] </w:t>
      </w:r>
      <w:r>
        <w:t>na kainat mein likha hua hai.</w:t>
      </w:r>
    </w:p>
    <w:p>
      <w:pPr>
        <w:jc w:val="right"/>
      </w:pPr>
      <w:r>
        <w:t>نہ کائنات میں لکھا ہوا ہے۔</w:t>
      </w:r>
    </w:p>
    <w:p>
      <w:r>
        <w:rPr>
          <w:b/>
        </w:rPr>
        <w:t xml:space="preserve">[25:46] </w:t>
      </w:r>
      <w:r>
        <w:t>haalankay sabr ke saare saare kainat sabr ke usool pe chal rahi hai, lekin us ko alfaaz deta</w:t>
      </w:r>
    </w:p>
    <w:p>
      <w:pPr>
        <w:jc w:val="right"/>
      </w:pPr>
      <w:r>
        <w:t>حالانکہ صبر کے سارے سارے کائنات صبر کے اصول پہ چل رہی ہے، لیکن اس کو الفاظ دیتا</w:t>
      </w:r>
    </w:p>
    <w:p>
      <w:r>
        <w:rPr>
          <w:b/>
        </w:rPr>
        <w:t xml:space="preserve">[25:54] </w:t>
      </w:r>
      <w:r>
        <w:t>hai paighambar.</w:t>
      </w:r>
    </w:p>
    <w:p>
      <w:pPr>
        <w:jc w:val="right"/>
      </w:pPr>
      <w:r>
        <w:t>ہے پیغمبر۔</w:t>
      </w:r>
    </w:p>
    <w:p>
      <w:r>
        <w:rPr>
          <w:b/>
        </w:rPr>
        <w:t xml:space="preserve">[25:55] </w:t>
      </w:r>
      <w:r>
        <w:t>paighambar us ko lafz de deta hai.</w:t>
      </w:r>
    </w:p>
    <w:p>
      <w:pPr>
        <w:jc w:val="right"/>
      </w:pPr>
      <w:r>
        <w:t>پیغمبر اس کو لفظ دے دیتا ہے۔</w:t>
      </w:r>
    </w:p>
    <w:p>
      <w:r>
        <w:rPr>
          <w:b/>
        </w:rPr>
        <w:t xml:space="preserve">[25:58] </w:t>
      </w:r>
      <w:r>
        <w:t>saari kainat mein aap dekhiye, stars hain, planets hain, daud rahe hain, daud rahe hain, daud rahe hain.</w:t>
      </w:r>
    </w:p>
    <w:p>
      <w:pPr>
        <w:jc w:val="right"/>
      </w:pPr>
      <w:r>
        <w:t>ساری کائنات میں آپ دیکھیے، اسٹارز ہیں، پلینٹس ہیں، دوڑ رہے ہیں، دوڑ رہے ہیں، دوڑ رہے ہیں۔</w:t>
      </w:r>
    </w:p>
    <w:p>
      <w:r>
        <w:rPr>
          <w:b/>
        </w:rPr>
        <w:t xml:space="preserve">[26:06] </w:t>
      </w:r>
      <w:r>
        <w:t>lekin apne jo un ka jo raftaar muqarrar hai, usi pe chalte hain.</w:t>
      </w:r>
    </w:p>
    <w:p>
      <w:pPr>
        <w:jc w:val="right"/>
      </w:pPr>
      <w:r>
        <w:t>لیکن اپنے جو ان کا جو رفتار مقرر ہے، اسی پہ چلتے ہیں۔</w:t>
      </w:r>
    </w:p>
    <w:p>
      <w:r>
        <w:rPr>
          <w:b/>
        </w:rPr>
        <w:t xml:space="preserve">[26:12] </w:t>
      </w:r>
      <w:r>
        <w:t>zara sa kam ya zyada karte hain woh.</w:t>
      </w:r>
    </w:p>
    <w:p>
      <w:pPr>
        <w:jc w:val="right"/>
      </w:pPr>
      <w:r>
        <w:t>ذرا سا کم یا زیادہ کرتے ہیں وہ۔</w:t>
      </w:r>
    </w:p>
    <w:p>
      <w:r>
        <w:rPr>
          <w:b/>
        </w:rPr>
        <w:t xml:space="preserve">[26:15] </w:t>
      </w:r>
      <w:r>
        <w:t>misaal ke taur par suraj chand ka faasla jo hai, jo quran mein hai ke woh kya? woh ayat hai: is</w:t>
      </w:r>
    </w:p>
    <w:p>
      <w:pPr>
        <w:jc w:val="right"/>
      </w:pPr>
      <w:r>
        <w:t>مثلاً سورہ چاند کا فاصلہ جو ہے، جو قرآن میں ہے کہ وہ کیا؟ وہ آیت ہے: اس</w:t>
      </w:r>
    </w:p>
    <w:p>
      <w:r>
        <w:rPr>
          <w:b/>
        </w:rPr>
        <w:t xml:space="preserve">[26:23] </w:t>
      </w:r>
      <w:r>
        <w:t>is is is muqann sabqat nahi karte.</w:t>
      </w:r>
    </w:p>
    <w:p>
      <w:pPr>
        <w:jc w:val="right"/>
      </w:pPr>
      <w:r>
        <w:t>اس اس اس مقن سبقت نہیں کرتے۔</w:t>
      </w:r>
    </w:p>
    <w:p>
      <w:r>
        <w:rPr>
          <w:b/>
        </w:rPr>
        <w:t xml:space="preserve">[26:26] </w:t>
      </w:r>
      <w:r>
        <w:t>woh kya ayat hai? woh ayat hai: sabqat nahi karta.</w:t>
      </w:r>
    </w:p>
    <w:p>
      <w:pPr>
        <w:jc w:val="right"/>
      </w:pPr>
      <w:r>
        <w:t>وہ کیا آیت ہے؟ وہ آیت ہے: سبقت نہیں کرتا۔</w:t>
      </w:r>
    </w:p>
    <w:p>
      <w:r>
        <w:rPr>
          <w:b/>
        </w:rPr>
        <w:t xml:space="preserve">[26:30] </w:t>
      </w:r>
      <w:r>
        <w:t>nahi, woh ayat hai: woh mashhoor nahi.</w:t>
      </w:r>
    </w:p>
    <w:p>
      <w:pPr>
        <w:jc w:val="right"/>
      </w:pPr>
      <w:r>
        <w:t>نہیں، وہ آیت ہے: وہ مشہور نہیں۔</w:t>
      </w:r>
    </w:p>
    <w:p>
      <w:r>
        <w:rPr>
          <w:b/>
        </w:rPr>
        <w:t xml:space="preserve">[26:33] </w:t>
      </w:r>
      <w:r>
        <w:t>lekin quran aur suraj chand ke baray mein ke ek ek par sabqat nahi karte.</w:t>
      </w:r>
    </w:p>
    <w:p>
      <w:pPr>
        <w:jc w:val="right"/>
      </w:pPr>
      <w:r>
        <w:t>لیکن قرآن اور سورہ چاند کے بارے میں کہ ایک ایک پر سبقت نہیں کرتے۔</w:t>
      </w:r>
    </w:p>
    <w:p>
      <w:r>
        <w:rPr>
          <w:b/>
        </w:rPr>
        <w:t xml:space="preserve">[26:40] </w:t>
      </w:r>
      <w:r>
        <w:t>haan, yahi hai.</w:t>
      </w:r>
    </w:p>
    <w:p>
      <w:pPr>
        <w:jc w:val="right"/>
      </w:pPr>
      <w:r>
        <w:t>ہاں، یہی ہے۔</w:t>
      </w:r>
    </w:p>
    <w:p>
      <w:r>
        <w:rPr>
          <w:b/>
        </w:rPr>
        <w:t xml:space="preserve">[26:41] </w:t>
      </w:r>
      <w:r>
        <w:t>haan, zor se padhein, zor se: ash shamsu an tudrik al qamara wa lailun sabiqun nahar wa kullun fi falakin y سبحون</w:t>
      </w:r>
    </w:p>
    <w:p>
      <w:pPr>
        <w:jc w:val="right"/>
      </w:pPr>
      <w:r>
        <w:t>ہاں، زور سے پڑھیں، زور سے: الشمس ان تدرک القمر ولیل سابق النهار وکل فی فلک اب اس</w:t>
      </w:r>
    </w:p>
    <w:p>
      <w:r>
        <w:rPr>
          <w:b/>
        </w:rPr>
        <w:t xml:space="preserve">[26:49] </w:t>
      </w:r>
      <w:r>
        <w:t>mein ek saada misaal di gayi ke suraj chand dono chal rahe hain, lekin apne usi raftaar par</w:t>
      </w:r>
    </w:p>
    <w:p>
      <w:pPr>
        <w:jc w:val="right"/>
      </w:pPr>
      <w:r>
        <w:t>میں ایک سادہ مثال دی گئی کہ سورہ چاند دونوں چل رہے ہیں، لیکن اپنے اسی رفتار پر</w:t>
      </w:r>
    </w:p>
    <w:p>
      <w:r>
        <w:rPr>
          <w:b/>
        </w:rPr>
        <w:t xml:space="preserve">[26:57] </w:t>
      </w:r>
      <w:r>
        <w:t>theek theek qaim hain.</w:t>
      </w:r>
    </w:p>
    <w:p>
      <w:pPr>
        <w:jc w:val="right"/>
      </w:pPr>
      <w:r>
        <w:t>ٹھیک ٹھیک قائم ہیں۔</w:t>
      </w:r>
    </w:p>
    <w:p>
      <w:r>
        <w:rPr>
          <w:b/>
        </w:rPr>
        <w:t xml:space="preserve">[26:58] </w:t>
      </w:r>
      <w:r>
        <w:t>yani ke woh aage badhe, woh peeche hat jaye.</w:t>
      </w:r>
    </w:p>
    <w:p>
      <w:pPr>
        <w:jc w:val="right"/>
      </w:pPr>
      <w:r>
        <w:t>یعنی کہ وہ آگے بڑھے، وہ پیچھے ہٹ جائے۔</w:t>
      </w:r>
    </w:p>
    <w:p>
      <w:r>
        <w:rPr>
          <w:b/>
        </w:rPr>
        <w:t xml:space="preserve">[27:02] </w:t>
      </w:r>
      <w:r>
        <w:t>raat ke bajaye din aa jaye, din ke bajaye raat aa jaye.</w:t>
      </w:r>
    </w:p>
    <w:p>
      <w:pPr>
        <w:jc w:val="right"/>
      </w:pPr>
      <w:r>
        <w:t>رات کے بجائے دن آ جائے، دن کے بجائے رات آ جائے۔</w:t>
      </w:r>
    </w:p>
    <w:p>
      <w:r>
        <w:rPr>
          <w:b/>
        </w:rPr>
        <w:t xml:space="preserve">[27:07] </w:t>
      </w:r>
      <w:r>
        <w:t>theek theek chal rahe hain.</w:t>
      </w:r>
    </w:p>
    <w:p>
      <w:pPr>
        <w:jc w:val="right"/>
      </w:pPr>
      <w:r>
        <w:t>ٹھیک ٹھیک چل رہے ہیں۔</w:t>
      </w:r>
    </w:p>
    <w:p>
      <w:r>
        <w:rPr>
          <w:b/>
        </w:rPr>
        <w:t xml:space="preserve">[27:09] </w:t>
      </w:r>
      <w:r>
        <w:t>toh sabr hi toh hai yeh.</w:t>
      </w:r>
    </w:p>
    <w:p>
      <w:pPr>
        <w:jc w:val="right"/>
      </w:pPr>
      <w:r>
        <w:t>تو صبر ہی تو ہے یہ۔</w:t>
      </w:r>
    </w:p>
    <w:p>
      <w:r>
        <w:rPr>
          <w:b/>
        </w:rPr>
        <w:t xml:space="preserve">[27:12] </w:t>
      </w:r>
      <w:r>
        <w:t>that is phenomena of sabr.</w:t>
      </w:r>
    </w:p>
    <w:p>
      <w:pPr>
        <w:jc w:val="right"/>
      </w:pPr>
      <w:r>
        <w:t>دیٹ از فیناومینا آف صبر۔</w:t>
      </w:r>
    </w:p>
    <w:p>
      <w:r>
        <w:rPr>
          <w:b/>
        </w:rPr>
        <w:t xml:space="preserve">[27:14] </w:t>
      </w:r>
      <w:r>
        <w:t>aap dekhiye ke aap insaan ko dekhiye, road par chalte hain toh aap jante hain ke road par</w:t>
      </w:r>
    </w:p>
    <w:p>
      <w:pPr>
        <w:jc w:val="right"/>
      </w:pPr>
      <w:r>
        <w:t>آپ دیکھیں کہ آپ انسان کو دیکھیے، روڈ پر چلتے ہیں تو آپ جانتے ہیں کہ روڈ پر</w:t>
      </w:r>
    </w:p>
    <w:p>
      <w:r>
        <w:rPr>
          <w:b/>
        </w:rPr>
        <w:t xml:space="preserve">[27:22] </w:t>
      </w:r>
      <w:r>
        <w:t>kya hota hai.</w:t>
      </w:r>
    </w:p>
    <w:p>
      <w:pPr>
        <w:jc w:val="right"/>
      </w:pPr>
      <w:r>
        <w:t>کیا ہوتا ہے۔</w:t>
      </w:r>
    </w:p>
    <w:p>
      <w:r>
        <w:rPr>
          <w:b/>
        </w:rPr>
        <w:t xml:space="preserve">[27:23] </w:t>
      </w:r>
      <w:r>
        <w:t>zyada tar accident kyun hote hain? zyada tar accident yeh hote hain ke woh kya kehte hain? woh</w:t>
      </w:r>
    </w:p>
    <w:p>
      <w:pPr>
        <w:jc w:val="right"/>
      </w:pPr>
      <w:r>
        <w:t>زیادہ تر ایکسیڈنٹ کیوں ہوتے ہیں؟ زیادہ تر ایکسیڈنٹ یہ ہوتے ہیں کہ وہ کیا کہتے ہیں؟ وہ</w:t>
      </w:r>
    </w:p>
    <w:p>
      <w:r>
        <w:rPr>
          <w:b/>
        </w:rPr>
        <w:t xml:space="preserve">[27:31] </w:t>
      </w:r>
      <w:r>
        <w:t>jo gaari is taraf side se jate hain to overtaking.</w:t>
      </w:r>
    </w:p>
    <w:p>
      <w:pPr>
        <w:jc w:val="right"/>
      </w:pPr>
      <w:r>
        <w:t>جو گاڑی اس طرف سائیڈ سے جاتے ہیں تو اوورٹیکنگ۔</w:t>
      </w:r>
    </w:p>
    <w:p>
      <w:r>
        <w:rPr>
          <w:b/>
        </w:rPr>
        <w:t xml:space="preserve">[27:35] </w:t>
      </w:r>
      <w:r>
        <w:t>yani zyada tar jo accident hote hain, overtaking se hote hain.</w:t>
      </w:r>
    </w:p>
    <w:p>
      <w:pPr>
        <w:jc w:val="right"/>
      </w:pPr>
      <w:r>
        <w:t>یعنی زیادہ تر جو ایکسیڈنٹ ہوتے ہیں، اوورٹیکنگ سے ہوتے ہیں۔</w:t>
      </w:r>
    </w:p>
    <w:p>
      <w:r>
        <w:rPr>
          <w:b/>
        </w:rPr>
        <w:t xml:space="preserve">[27:40] </w:t>
      </w:r>
      <w:r>
        <w:t>to chand overtake nahi karta, suraj overtaking nahi karta.</w:t>
      </w:r>
    </w:p>
    <w:p>
      <w:pPr>
        <w:jc w:val="right"/>
      </w:pPr>
      <w:r>
        <w:t>تو چاند اوورٹیک نہیں کرتا، سورج اوورٹیکنگ نہیں کرتا۔</w:t>
      </w:r>
    </w:p>
    <w:p>
      <w:r>
        <w:rPr>
          <w:b/>
        </w:rPr>
        <w:t xml:space="preserve">[27:44] </w:t>
      </w:r>
      <w:r>
        <w:t>overtaking kare to sari kainat mein har waqt accident hone lage.</w:t>
      </w:r>
    </w:p>
    <w:p>
      <w:pPr>
        <w:jc w:val="right"/>
      </w:pPr>
      <w:r>
        <w:t>اوورٹیکنگ کرے تو ساری کائنات میں ہر وقت ایکسیڈنٹ ہونے لگے۔</w:t>
      </w:r>
    </w:p>
    <w:p>
      <w:r>
        <w:rPr>
          <w:b/>
        </w:rPr>
        <w:t xml:space="preserve">[27:49] </w:t>
      </w:r>
      <w:r>
        <w:t>itne sitare, itne sitare, koi sitara overtaking nahi karta.</w:t>
      </w:r>
    </w:p>
    <w:p>
      <w:pPr>
        <w:jc w:val="right"/>
      </w:pPr>
      <w:r>
        <w:t>اتنے ستارے، اتنے ستارے، کوئی ستارہ اوورٹیکنگ نہیں کرتا۔</w:t>
      </w:r>
    </w:p>
    <w:p>
      <w:r>
        <w:rPr>
          <w:b/>
        </w:rPr>
        <w:t xml:space="preserve">[27:52] </w:t>
      </w:r>
      <w:r>
        <w:t>yeh to sabr hai.</w:t>
      </w:r>
    </w:p>
    <w:p>
      <w:pPr>
        <w:jc w:val="right"/>
      </w:pPr>
      <w:r>
        <w:t>یہ تو صبر ہے۔</w:t>
      </w:r>
    </w:p>
    <w:p>
      <w:r>
        <w:rPr>
          <w:b/>
        </w:rPr>
        <w:t xml:space="preserve">[27:54] </w:t>
      </w:r>
      <w:r>
        <w:t>تو صبر کا جو لا ہے، ڈیوائن لا، وہ آل ریڈی پوری یونیورس میں فالو کیا جا رہا ہے</w:t>
      </w:r>
    </w:p>
    <w:p>
      <w:pPr>
        <w:jc w:val="right"/>
      </w:pPr>
      <w:r>
        <w:t>تو صبر کا جو لا ہے، ڈیوائن لا، وہ الریڈی پوری یونیورس میں فالو کیا جا رہا ہے</w:t>
      </w:r>
    </w:p>
    <w:p>
      <w:r>
        <w:rPr>
          <w:b/>
        </w:rPr>
        <w:t xml:space="preserve">[28:02] </w:t>
      </w:r>
      <w:r>
        <w:t>aur koi is se is se alag nahi hai.</w:t>
      </w:r>
    </w:p>
    <w:p>
      <w:pPr>
        <w:jc w:val="right"/>
      </w:pPr>
      <w:r>
        <w:t>اور کوئی اس سے اس سے الگ نہیں ہے۔</w:t>
      </w:r>
    </w:p>
    <w:p>
      <w:r>
        <w:rPr>
          <w:b/>
        </w:rPr>
        <w:t xml:space="preserve">[28:06] </w:t>
      </w:r>
      <w:r>
        <w:t>koi sitara overtaking nahi karta, koi planet planet overtaking nahi karta.</w:t>
      </w:r>
    </w:p>
    <w:p>
      <w:pPr>
        <w:jc w:val="right"/>
      </w:pPr>
      <w:r>
        <w:t>کوئی ستارہ اوورٹیکنگ نہیں کرتا، کوئی پلینٹ پلینٹ اوورٹیکنگ نہیں کرتا۔</w:t>
      </w:r>
    </w:p>
    <w:p>
      <w:r>
        <w:rPr>
          <w:b/>
        </w:rPr>
        <w:t xml:space="preserve">[28:10] </w:t>
      </w:r>
      <w:r>
        <w:t>lekin woh lafz nahi bol rahe hain.</w:t>
      </w:r>
    </w:p>
    <w:p>
      <w:pPr>
        <w:jc w:val="right"/>
      </w:pPr>
      <w:r>
        <w:t>لیکن وہ لفظ نہیں بول رہے ہیں۔</w:t>
      </w:r>
    </w:p>
    <w:p>
      <w:r>
        <w:rPr>
          <w:b/>
        </w:rPr>
        <w:t xml:space="preserve">[28:13] </w:t>
      </w:r>
      <w:r>
        <w:t>paighambar ki zuban se Allah taala ne lafz bulwa diya aur yeh keh diya ke woh kya hai?</w:t>
      </w:r>
    </w:p>
    <w:p>
      <w:pPr>
        <w:jc w:val="right"/>
      </w:pPr>
      <w:r>
        <w:t>پیغمبر کی زبان سے اللہ تعالیٰ نے لفظ بلوا دیا اور یہ کہہ دیا کہ وہ کیا ہے؟</w:t>
      </w:r>
    </w:p>
    <w:p>
      <w:r>
        <w:rPr>
          <w:b/>
        </w:rPr>
        <w:t xml:space="preserve">[28:21] </w:t>
      </w:r>
      <w:r>
        <w:t>woh sab se bara sawab sabr par hai.</w:t>
      </w:r>
    </w:p>
    <w:p>
      <w:pPr>
        <w:jc w:val="right"/>
      </w:pPr>
      <w:r>
        <w:t>وہ سب سے بڑا ثواب صبر پر ہے۔</w:t>
      </w:r>
    </w:p>
    <w:p>
      <w:r>
        <w:rPr>
          <w:b/>
        </w:rPr>
        <w:t xml:space="preserve">[28:25] </w:t>
      </w:r>
      <w:r>
        <w:t>haan, inma ya fasabirun ajr baghair hisab.</w:t>
      </w:r>
    </w:p>
    <w:p>
      <w:pPr>
        <w:jc w:val="right"/>
      </w:pPr>
      <w:r>
        <w:t>ہاں، انما یا فصابرون اجر بغیر حساب۔</w:t>
      </w:r>
    </w:p>
    <w:p>
      <w:r>
        <w:rPr>
          <w:b/>
        </w:rPr>
        <w:t xml:space="preserve">[28:28] </w:t>
      </w:r>
      <w:r>
        <w:t>sabr karne wale bohat zyada ajr payenge.</w:t>
      </w:r>
    </w:p>
    <w:p>
      <w:pPr>
        <w:jc w:val="right"/>
      </w:pPr>
      <w:r>
        <w:t>صبر کرنے والے بہت زیادہ اجر پائیں گے۔</w:t>
      </w:r>
    </w:p>
    <w:p>
      <w:r>
        <w:rPr>
          <w:b/>
        </w:rPr>
        <w:t xml:space="preserve">[28:31] </w:t>
      </w:r>
      <w:r>
        <w:t>yeh literal statement hai.</w:t>
      </w:r>
    </w:p>
    <w:p>
      <w:pPr>
        <w:jc w:val="right"/>
      </w:pPr>
      <w:r>
        <w:t>یہ لٹرل سٹیٹمنٹ ہے۔</w:t>
      </w:r>
    </w:p>
    <w:p>
      <w:r>
        <w:rPr>
          <w:b/>
        </w:rPr>
        <w:t xml:space="preserve">[28:33] </w:t>
      </w:r>
      <w:r>
        <w:t>already jo culture qaim hai universe mein, usi ka yeh literal statement hai.</w:t>
      </w:r>
    </w:p>
    <w:p>
      <w:pPr>
        <w:jc w:val="right"/>
      </w:pPr>
      <w:r>
        <w:t>الریڈی جو کلچر قائم ہے یونیورس میں، اسی کا یہ لٹرل سٹیٹمنٹ ہے۔</w:t>
      </w:r>
    </w:p>
    <w:p>
      <w:r>
        <w:rPr>
          <w:b/>
        </w:rPr>
        <w:t xml:space="preserve">[28:38] </w:t>
      </w:r>
      <w:r>
        <w:t>yani spoken language mein baat kar di gayi hai.</w:t>
      </w:r>
    </w:p>
    <w:p>
      <w:pPr>
        <w:jc w:val="right"/>
      </w:pPr>
      <w:r>
        <w:t>یعنی اسپوکن لینگویج میں بات کر دی گئی ہے۔</w:t>
      </w:r>
    </w:p>
    <w:p>
      <w:r>
        <w:rPr>
          <w:b/>
        </w:rPr>
        <w:t xml:space="preserve">[28:42] </w:t>
      </w:r>
      <w:r>
        <w:t>yeh hai rehmat ke jo baat insan ke liye maloom nahi thi, andhere mein bhatak raha tha.</w:t>
      </w:r>
    </w:p>
    <w:p>
      <w:pPr>
        <w:jc w:val="right"/>
      </w:pPr>
      <w:r>
        <w:t>یہ ہے رحمت کہ جو بات انسان کے لیے معلوم نہیں تھی، اندھیرے میں بھٹک رہا تھا۔</w:t>
      </w:r>
    </w:p>
    <w:p>
      <w:r>
        <w:rPr>
          <w:b/>
        </w:rPr>
        <w:t xml:space="preserve">[28:49] </w:t>
      </w:r>
      <w:r>
        <w:t>yani Socrates bhatka, Startle bhatka, Plato bhatka, Bertranser bhatka.</w:t>
      </w:r>
    </w:p>
    <w:p>
      <w:pPr>
        <w:jc w:val="right"/>
      </w:pPr>
      <w:r>
        <w:t>یعنی ساکرٹیز بھٹکا، اسٹارٹل بھٹکا، پلیٹو بھٹکا، برٹنسر بھٹکا۔</w:t>
      </w:r>
    </w:p>
    <w:p>
      <w:r>
        <w:rPr>
          <w:b/>
        </w:rPr>
        <w:t xml:space="preserve">[28:53] </w:t>
      </w:r>
      <w:r>
        <w:t>sab bhatakte rahe kyunke woh jante nahi the ke hamara pace, hamara hamara cock jo hai, woh is</w:t>
      </w:r>
    </w:p>
    <w:p>
      <w:pPr>
        <w:jc w:val="right"/>
      </w:pPr>
      <w:r>
        <w:t>سب بھٹکتے رہے کیونکہ وہ جانتے نہیں تھے کہ ہمارا پیس، ہمارا ہمارا کاک جو ہے، وہ اس</w:t>
      </w:r>
    </w:p>
    <w:p>
      <w:r>
        <w:rPr>
          <w:b/>
        </w:rPr>
        <w:t xml:space="preserve">[29:01] </w:t>
      </w:r>
      <w:r>
        <w:t>ki kya had hai? kahan hamein kis tarah apne cock ko chalana chahiye? kahan hamein overtaking nahi karna</w:t>
      </w:r>
    </w:p>
    <w:p>
      <w:pPr>
        <w:jc w:val="right"/>
      </w:pPr>
      <w:r>
        <w:t>کی کیا حد ہے؟ کہاں ہمیں کس طرح اپنے کاک کو چلانا چاہیے؟ کہاں ہمیں اوورٹیکنگ نہیں کرنا</w:t>
      </w:r>
    </w:p>
    <w:p>
      <w:r>
        <w:rPr>
          <w:b/>
        </w:rPr>
        <w:t xml:space="preserve">[29:09] </w:t>
      </w:r>
      <w:r>
        <w:t>hai? sab overtaking karte rahe.</w:t>
      </w:r>
    </w:p>
    <w:p>
      <w:pPr>
        <w:jc w:val="right"/>
      </w:pPr>
      <w:r>
        <w:t>ہے؟ سب اوورٹیکنگ کرتے رہے۔</w:t>
      </w:r>
    </w:p>
    <w:p>
      <w:r>
        <w:rPr>
          <w:b/>
        </w:rPr>
        <w:t xml:space="preserve">[29:11] </w:t>
      </w:r>
      <w:r>
        <w:t>muslim countries mein jo aaj kal jo jihad ke naam par mar rahe hain, woh overtaking hai.</w:t>
      </w:r>
    </w:p>
    <w:p>
      <w:pPr>
        <w:jc w:val="right"/>
      </w:pPr>
      <w:r>
        <w:t>مسلم کنٹریز میں جو آج کل جو جہاد کے نام پر مر رہے ہیں، وہ اوورٹیکنگ ہے۔</w:t>
      </w:r>
    </w:p>
    <w:p>
      <w:r>
        <w:rPr>
          <w:b/>
        </w:rPr>
        <w:t xml:space="preserve">[29:18] </w:t>
      </w:r>
      <w:r>
        <w:t>har muslim country mein aaj kal jo hai, is qadar nafrat, violence, takrao, suicide bombing, yeh kya overtaking</w:t>
      </w:r>
    </w:p>
    <w:p>
      <w:pPr>
        <w:jc w:val="right"/>
      </w:pPr>
      <w:r>
        <w:t>ہر مسلم کنٹری میں آج کل جو ہے، اس قدر نفرت، وائلنس، ٹکراؤ، سوسائیڈ برمبنگ، یہ کیا اوورٹیکنگ</w:t>
      </w:r>
    </w:p>
    <w:p>
      <w:r>
        <w:rPr>
          <w:b/>
        </w:rPr>
        <w:t xml:space="preserve">[29:26] </w:t>
      </w:r>
      <w:r>
        <w:t>hai? yeh to sari kainat bata rahi hai ke aye bande, overtake mat karo, overtake mat karo.</w:t>
      </w:r>
    </w:p>
    <w:p>
      <w:pPr>
        <w:jc w:val="right"/>
      </w:pPr>
      <w:r>
        <w:t>ہے؟ یہ تو ساری کائنات بتا رہی ہے کہ اے بندے، اوورٹیک مت کرو، اوورٹیک مت کرو۔</w:t>
      </w:r>
    </w:p>
    <w:p>
      <w:r>
        <w:rPr>
          <w:b/>
        </w:rPr>
        <w:t xml:space="preserve">[29:33] </w:t>
      </w:r>
      <w:r>
        <w:t>lekin lafzon mein nahi bol rahi thi.</w:t>
      </w:r>
    </w:p>
    <w:p>
      <w:pPr>
        <w:jc w:val="right"/>
      </w:pPr>
      <w:r>
        <w:t>لیکن لفظوں میں نہیں بول رہی تھی۔</w:t>
      </w:r>
    </w:p>
    <w:p>
      <w:r>
        <w:rPr>
          <w:b/>
        </w:rPr>
        <w:t xml:space="preserve">[29:36] </w:t>
      </w:r>
      <w:r>
        <w:t>insaan se man nahi paata tha.</w:t>
      </w:r>
    </w:p>
    <w:p>
      <w:pPr>
        <w:jc w:val="right"/>
      </w:pPr>
      <w:r>
        <w:t>انسان سے من نہیں پاتا تھا۔</w:t>
      </w:r>
    </w:p>
    <w:p>
      <w:r>
        <w:rPr>
          <w:b/>
        </w:rPr>
        <w:t xml:space="preserve">[29:39] </w:t>
      </w:r>
      <w:r>
        <w:t>to Allah taala ne nabi paida kiye taake is ko speaker language mein bata de.</w:t>
      </w:r>
    </w:p>
    <w:p>
      <w:pPr>
        <w:jc w:val="right"/>
      </w:pPr>
      <w:r>
        <w:t>تو اللہ تعالیٰ نے نبی پیدا کیے تاکہ اس کو اسپیکر لینگویج میں بتا دے۔</w:t>
      </w:r>
    </w:p>
    <w:p>
      <w:r>
        <w:rPr>
          <w:b/>
        </w:rPr>
        <w:t xml:space="preserve">[29:45] </w:t>
      </w:r>
      <w:r>
        <w:t>yeh hai rehmat.</w:t>
      </w:r>
    </w:p>
    <w:p>
      <w:pPr>
        <w:jc w:val="right"/>
      </w:pPr>
      <w:r>
        <w:t>یہ ہے رحمت۔</w:t>
      </w:r>
    </w:p>
    <w:p>
      <w:r>
        <w:rPr>
          <w:b/>
        </w:rPr>
        <w:t xml:space="preserve">[29:47] </w:t>
      </w:r>
      <w:r>
        <w:t>aur is aitbaar se har paighambar rehmat hai.</w:t>
      </w:r>
    </w:p>
    <w:p>
      <w:pPr>
        <w:jc w:val="right"/>
      </w:pPr>
      <w:r>
        <w:t>اور اس اعتبار سے ہر پیغمبر رحمت ہے۔</w:t>
      </w:r>
    </w:p>
    <w:p>
      <w:r>
        <w:rPr>
          <w:b/>
        </w:rPr>
        <w:t xml:space="preserve">[29:50] </w:t>
      </w:r>
      <w:r>
        <w:t>yaad rakhiye, Rasool Allah S.A.W ka alag khusoosiyat sirf yeh hai ke aap ka jo</w:t>
      </w:r>
    </w:p>
    <w:p>
      <w:pPr>
        <w:jc w:val="right"/>
      </w:pPr>
      <w:r>
        <w:t>یاد رکھیے، رسول اللہ صلی اللہ علیہ وسلم کا الگ خصوصیت صرف یہ ہے کہ آپ کا جو</w:t>
      </w:r>
    </w:p>
    <w:p>
      <w:r>
        <w:rPr>
          <w:b/>
        </w:rPr>
        <w:t xml:space="preserve">[29:58] </w:t>
      </w:r>
      <w:r>
        <w:t>hidayat hai, us ko hidayat, woh preserve hai.</w:t>
      </w:r>
    </w:p>
    <w:p>
      <w:pPr>
        <w:jc w:val="right"/>
      </w:pPr>
      <w:r>
        <w:t>ہدی ہے، اس کو ہدی، وہ پریزرو ہے۔</w:t>
      </w:r>
    </w:p>
    <w:p>
      <w:r>
        <w:rPr>
          <w:b/>
        </w:rPr>
        <w:t xml:space="preserve">[30:01] </w:t>
      </w:r>
      <w:r>
        <w:t>woh authentic version is ka maujood hai hamare paas.</w:t>
      </w:r>
    </w:p>
    <w:p>
      <w:pPr>
        <w:jc w:val="right"/>
      </w:pPr>
      <w:r>
        <w:t>وہ اتھینٹک ورژن اس کا موجود ہے ہمارے پاس۔</w:t>
      </w:r>
    </w:p>
    <w:p>
      <w:r>
        <w:rPr>
          <w:b/>
        </w:rPr>
        <w:t xml:space="preserve">[30:05] </w:t>
      </w:r>
      <w:r>
        <w:t>bas yeh hai.</w:t>
      </w:r>
    </w:p>
    <w:p>
      <w:pPr>
        <w:jc w:val="right"/>
      </w:pPr>
      <w:r>
        <w:t>بس یہ ہے۔</w:t>
      </w:r>
    </w:p>
    <w:p>
      <w:r>
        <w:rPr>
          <w:b/>
        </w:rPr>
        <w:t xml:space="preserve">[30:07] </w:t>
      </w:r>
      <w:r>
        <w:t>to kitni badi cheez, kitni badi blessing hai.</w:t>
      </w:r>
    </w:p>
    <w:p>
      <w:pPr>
        <w:jc w:val="right"/>
      </w:pPr>
      <w:r>
        <w:t>تو کتنی بڑی چیز، کتنی بڑی بلیسنگ ہے۔</w:t>
      </w:r>
    </w:p>
    <w:p>
      <w:r>
        <w:rPr>
          <w:b/>
        </w:rPr>
        <w:t xml:space="preserve">[30:10] </w:t>
      </w:r>
      <w:r>
        <w:t>isi ko kaha gaya hai ke wa ma sallaa kalla rahmatun lil aalameen ke Allah ne dekha ke poori tareekh</w:t>
      </w:r>
    </w:p>
    <w:p>
      <w:pPr>
        <w:jc w:val="right"/>
      </w:pPr>
      <w:r>
        <w:t>اسی کو کہا گیا ہے کہ وَمَا صَلَّىٰ كَلَّا رَحْمَةٌ لِلْعَالَمِينَ کہ اللہ نے دیکھا کہ پوری تاریخ</w:t>
      </w:r>
    </w:p>
    <w:p>
      <w:r>
        <w:rPr>
          <w:b/>
        </w:rPr>
        <w:t xml:space="preserve">[30:18] </w:t>
      </w:r>
      <w:r>
        <w:t>mein tamam prosfers, tamam reformers, tamam leaders jo hain, yahin par ghalti kar rahe hain.</w:t>
      </w:r>
    </w:p>
    <w:p>
      <w:pPr>
        <w:jc w:val="right"/>
      </w:pPr>
      <w:r>
        <w:t>میں تمام پراسفرز، تمام ریفارمرز، تمام لیڈر جو ہیں، یہیں پر غلطی کر رہے ہیں۔</w:t>
      </w:r>
    </w:p>
    <w:p>
      <w:r>
        <w:rPr>
          <w:b/>
        </w:rPr>
        <w:t xml:space="preserve">[30:24] </w:t>
      </w:r>
      <w:r>
        <w:t>yaani ek level ka har ek overtaking kar raha hai.</w:t>
      </w:r>
    </w:p>
    <w:p>
      <w:pPr>
        <w:jc w:val="right"/>
      </w:pPr>
      <w:r>
        <w:t>یعنی ایک لیول کا ہر ایک اوورٹیکنگ کر رہا ہے۔</w:t>
      </w:r>
    </w:p>
    <w:p>
      <w:r>
        <w:rPr>
          <w:b/>
        </w:rPr>
        <w:t xml:space="preserve">[30:28] </w:t>
      </w:r>
      <w:r>
        <w:t>apne nateeje kya hai? ke apna, is ka apna jo, yaani cock hai, toot raha hai, toot raha</w:t>
      </w:r>
    </w:p>
    <w:p>
      <w:pPr>
        <w:jc w:val="right"/>
      </w:pPr>
      <w:r>
        <w:t>اپنے نتیجے کیا ہے؟ کہ اپنا، اس کا اپنا جو، یعنی کاک ہے، ٹوٹ رہا ہے، ٹوٹ رہا</w:t>
      </w:r>
    </w:p>
    <w:p>
      <w:r>
        <w:rPr>
          <w:b/>
        </w:rPr>
        <w:t xml:space="preserve">[30:36] </w:t>
      </w:r>
      <w:r>
        <w:t>hai, toot raha hai.</w:t>
      </w:r>
    </w:p>
    <w:p>
      <w:pPr>
        <w:jc w:val="right"/>
      </w:pPr>
      <w:r>
        <w:t>ہے، ٹوٹ رہا ہے۔</w:t>
      </w:r>
    </w:p>
    <w:p>
      <w:r>
        <w:rPr>
          <w:b/>
        </w:rPr>
        <w:t xml:space="preserve">[30:38] </w:t>
      </w:r>
      <w:r>
        <w:t>ab yeh bataiye, yeh baat mujhe namaz mein samajh mein aayi.</w:t>
      </w:r>
    </w:p>
    <w:p>
      <w:pPr>
        <w:jc w:val="right"/>
      </w:pPr>
      <w:r>
        <w:t>اب یہ بتائیے، یہ بات مجھے نماز میں سمجھ میں آئی۔</w:t>
      </w:r>
    </w:p>
    <w:p>
      <w:r>
        <w:rPr>
          <w:b/>
        </w:rPr>
        <w:t xml:space="preserve">[30:43] </w:t>
      </w:r>
      <w:r>
        <w:t>meri umar itni lambi ho gayi, is is is ayat ko hazaron baar mein ne suna padha hoga.</w:t>
      </w:r>
    </w:p>
    <w:p>
      <w:pPr>
        <w:jc w:val="right"/>
      </w:pPr>
      <w:r>
        <w:t>میری عمر اتنی لمبی ہو گئی، اس اس اس آیت کو ہزاروں بار میں نے سنا پڑھا ہوگا۔</w:t>
      </w:r>
    </w:p>
    <w:p>
      <w:r>
        <w:rPr>
          <w:b/>
        </w:rPr>
        <w:t xml:space="preserve">[30:50] </w:t>
      </w:r>
      <w:r>
        <w:t>lekin aaj namaz mein jab ayat tilawat ki gayi, kyunke dekhein, jo scholar jaata hai, apne study room</w:t>
      </w:r>
    </w:p>
    <w:p>
      <w:pPr>
        <w:jc w:val="right"/>
      </w:pPr>
      <w:r>
        <w:t>لیکن آج نماز میں جب آیت تلاوت کی گئی، کیونکہ دیکھیں، جو اسکالر جاتا ہے، اپنے اسٹڈی روم</w:t>
      </w:r>
    </w:p>
    <w:p>
      <w:r>
        <w:rPr>
          <w:b/>
        </w:rPr>
        <w:t xml:space="preserve">[30:58] </w:t>
      </w:r>
      <w:r>
        <w:t>mein baithta hai, akele padhta hai, to woh poora detach kar ke apna cock uthata hai.</w:t>
      </w:r>
    </w:p>
    <w:p>
      <w:pPr>
        <w:jc w:val="right"/>
      </w:pPr>
      <w:r>
        <w:t>میں بیٹھتا ہے، اکیلے پڑھتا ہے، تو وہ پورا ڈیٹیچ کر کے اپنا کاک اٹھاتا ہے۔</w:t>
      </w:r>
    </w:p>
    <w:p>
      <w:r>
        <w:rPr>
          <w:b/>
        </w:rPr>
        <w:t xml:space="preserve">[31:05] </w:t>
      </w:r>
      <w:r>
        <w:t>saari duniya se detach kar liya us ne.</w:t>
      </w:r>
    </w:p>
    <w:p>
      <w:pPr>
        <w:jc w:val="right"/>
      </w:pPr>
      <w:r>
        <w:t>ساری دنیا سے ڈیٹیچ کر لیا اس نے۔</w:t>
      </w:r>
    </w:p>
    <w:p>
      <w:r>
        <w:rPr>
          <w:b/>
        </w:rPr>
        <w:t xml:space="preserve">[31:08] </w:t>
      </w:r>
      <w:r>
        <w:t>aise hi aap jab masjid jaate hain, namaz padhte hain, to apne ko detach kar ke, aaj kal</w:t>
      </w:r>
    </w:p>
    <w:p>
      <w:pPr>
        <w:jc w:val="right"/>
      </w:pPr>
      <w:r>
        <w:t>ایسے ہی آپ جب مسجد جاتے ہیں، نماز پڑھتے ہیں، تو اپنے کو ڈیٹیچ کر کے، آج کل</w:t>
      </w:r>
    </w:p>
    <w:p>
      <w:r>
        <w:rPr>
          <w:b/>
        </w:rPr>
        <w:t xml:space="preserve">[31:16] </w:t>
      </w:r>
      <w:r>
        <w:t>jo musalmanon mein namaz hai, us ko main nahi keh raha hoon, main namaz barhaqeeqat keh raha hoon.</w:t>
      </w:r>
    </w:p>
    <w:p>
      <w:pPr>
        <w:jc w:val="right"/>
      </w:pPr>
      <w:r>
        <w:t>جو مسلمانوں میں نماز ہے، اس کو میں نہیں کہہ رہا ہوں، میں نماز برحقیقت کہہ رہا ہوں۔</w:t>
      </w:r>
    </w:p>
    <w:p>
      <w:r>
        <w:rPr>
          <w:b/>
        </w:rPr>
        <w:t xml:space="preserve">[31:24] </w:t>
      </w:r>
      <w:r>
        <w:t>aaj kal musalmanon mein to namaz ka ek culture hai.</w:t>
      </w:r>
    </w:p>
    <w:p>
      <w:pPr>
        <w:jc w:val="right"/>
      </w:pPr>
      <w:r>
        <w:t>آج کل مسلمانوں میں تو نماز کا ایک کلچر ہے۔</w:t>
      </w:r>
    </w:p>
    <w:p>
      <w:r>
        <w:rPr>
          <w:b/>
        </w:rPr>
        <w:t xml:space="preserve">[31:28] </w:t>
      </w:r>
      <w:r>
        <w:t>namaz se zyada dhyan rehta hai in ka mobile par.</w:t>
      </w:r>
    </w:p>
    <w:p>
      <w:pPr>
        <w:jc w:val="right"/>
      </w:pPr>
      <w:r>
        <w:t>نماز سے زیادہ دھیان رہتا ہے ان کا موبائل پر۔</w:t>
      </w:r>
    </w:p>
    <w:p>
      <w:r>
        <w:rPr>
          <w:b/>
        </w:rPr>
        <w:t xml:space="preserve">[31:32] </w:t>
      </w:r>
      <w:r>
        <w:t>aaj kal jo musalman jaate hain masjidon mein, to namaz se zyada in ka dhyan rehta hai mobile</w:t>
      </w:r>
    </w:p>
    <w:p>
      <w:pPr>
        <w:jc w:val="right"/>
      </w:pPr>
      <w:r>
        <w:t>آج کل جو مسلمان جاتے ہیں مسجدوں میں، تو نماز سے زیادہ ان کا دھیان رہتا ہے موبائل</w:t>
      </w:r>
    </w:p>
    <w:p>
      <w:r>
        <w:rPr>
          <w:b/>
        </w:rPr>
        <w:t xml:space="preserve">[31:40] </w:t>
      </w:r>
      <w:r>
        <w:t>par.</w:t>
      </w:r>
    </w:p>
    <w:p>
      <w:pPr>
        <w:jc w:val="right"/>
      </w:pPr>
      <w:r>
        <w:t>پر۔</w:t>
      </w:r>
    </w:p>
    <w:p>
      <w:r>
        <w:rPr>
          <w:b/>
        </w:rPr>
        <w:t xml:space="preserve">[31:42] </w:t>
      </w:r>
      <w:r>
        <w:t>to yeh is namaz ko le kar rah mat banaiye aap.</w:t>
      </w:r>
    </w:p>
    <w:p>
      <w:pPr>
        <w:jc w:val="right"/>
      </w:pPr>
      <w:r>
        <w:t>تو یہ اس نماز کو لے کر راہ مت بنائیے آپ۔</w:t>
      </w:r>
    </w:p>
    <w:p>
      <w:r>
        <w:rPr>
          <w:b/>
        </w:rPr>
        <w:t xml:space="preserve">[31:46] </w:t>
      </w:r>
      <w:r>
        <w:t>yeh is namaz ko le kar rah mat banaiye.</w:t>
      </w:r>
    </w:p>
    <w:p>
      <w:pPr>
        <w:jc w:val="right"/>
      </w:pPr>
      <w:r>
        <w:t>یہ اس نماز کو لے کر راہ مت بنائیے۔</w:t>
      </w:r>
    </w:p>
    <w:p>
      <w:r>
        <w:rPr>
          <w:b/>
        </w:rPr>
        <w:t xml:space="preserve">[31:50] </w:t>
      </w:r>
      <w:r>
        <w:t>woh namaz jo haqeeqatan, yani is mani mein ho ke aap detach kar ke apne aap ko, jis</w:t>
      </w:r>
    </w:p>
    <w:p>
      <w:pPr>
        <w:jc w:val="right"/>
      </w:pPr>
      <w:r>
        <w:t>وہ نماز جو حقیقتاً، یعنی اس معنی میں ہو کہ آپ ڈیٹیچ کر کے اپنے آپ کو، جس</w:t>
      </w:r>
    </w:p>
    <w:p>
      <w:r>
        <w:rPr>
          <w:b/>
        </w:rPr>
        <w:t xml:space="preserve">[31:58] </w:t>
      </w:r>
      <w:r>
        <w:t>tarah se ek scholar le aata hai, apne aap ko apne study room mein, aise aap detach kar</w:t>
      </w:r>
    </w:p>
    <w:p>
      <w:pPr>
        <w:jc w:val="right"/>
      </w:pPr>
      <w:r>
        <w:t>طرح سے ایک اسکالر لے آتا ہے، اپنے آپ کو اپنے اسٹڈی روم میں، ایسے آپ ڈیٹیچ کر</w:t>
      </w:r>
    </w:p>
    <w:p>
      <w:r>
        <w:rPr>
          <w:b/>
        </w:rPr>
        <w:t xml:space="preserve">[32:06] </w:t>
      </w:r>
      <w:r>
        <w:t>ke le jayen masjid mein, aur waqeatan quran ko sunen.</w:t>
      </w:r>
    </w:p>
    <w:p>
      <w:pPr>
        <w:jc w:val="right"/>
      </w:pPr>
      <w:r>
        <w:t>کے لے جائیں مسجد میں، اور واقعتاً قرآن کو سنیں۔</w:t>
      </w:r>
    </w:p>
    <w:p>
      <w:r>
        <w:rPr>
          <w:b/>
        </w:rPr>
        <w:t xml:space="preserve">[32:10] </w:t>
      </w:r>
      <w:r>
        <w:t>to namaz to woh lamha hai jab ke insan quran ki mazeed study karta hai.</w:t>
      </w:r>
    </w:p>
    <w:p>
      <w:pPr>
        <w:jc w:val="right"/>
      </w:pPr>
      <w:r>
        <w:t>تو نماز تو وہ لمحہ ہے جب کہ انسان قرآن کی مزید اسٹڈی کرتا ہے۔</w:t>
      </w:r>
    </w:p>
    <w:p>
      <w:r>
        <w:rPr>
          <w:b/>
        </w:rPr>
        <w:t xml:space="preserve">[32:16] </w:t>
      </w:r>
      <w:r>
        <w:t>to dekhen, aap logon ko main ek naseehat yeh karunga ke yeh baat bhi aaj hi mujhe</w:t>
      </w:r>
    </w:p>
    <w:p>
      <w:pPr>
        <w:jc w:val="right"/>
      </w:pPr>
      <w:r>
        <w:t>تو دیکھیں، آپ لوگوں کو میں ایک نصیحت یہ کروں گا کہ یہ بات بھی آج ہی مجھے</w:t>
      </w:r>
    </w:p>
    <w:p>
      <w:r>
        <w:rPr>
          <w:b/>
        </w:rPr>
        <w:t xml:space="preserve">[32:24] </w:t>
      </w:r>
      <w:r>
        <w:t>samajh mein aayi ke Hazrat Yunus alaihi salam ki zindagi mein aap ke liye bohat bari naseehat hai.</w:t>
      </w:r>
    </w:p>
    <w:p>
      <w:pPr>
        <w:jc w:val="right"/>
      </w:pPr>
      <w:r>
        <w:t>سمجھ میں آئی کہ حضرت یونس علیہ السلام کی زندگی میں آپ کے لیے بہت بڑی نصیحت ہے۔</w:t>
      </w:r>
    </w:p>
    <w:p>
      <w:r>
        <w:rPr>
          <w:b/>
        </w:rPr>
        <w:t xml:space="preserve">[32:32] </w:t>
      </w:r>
      <w:r>
        <w:t>intezar ki policy.</w:t>
      </w:r>
    </w:p>
    <w:p>
      <w:pPr>
        <w:jc w:val="right"/>
      </w:pPr>
      <w:r>
        <w:t>انتظار کی پالیسی۔</w:t>
      </w:r>
    </w:p>
    <w:p>
      <w:r>
        <w:rPr>
          <w:b/>
        </w:rPr>
        <w:t xml:space="preserve">[32:33] </w:t>
      </w:r>
      <w:r>
        <w:t>intezar ki policy.</w:t>
      </w:r>
    </w:p>
    <w:p>
      <w:pPr>
        <w:jc w:val="right"/>
      </w:pPr>
      <w:r>
        <w:t>انتظار کی پالیسی۔</w:t>
      </w:r>
    </w:p>
    <w:p>
      <w:r>
        <w:rPr>
          <w:b/>
        </w:rPr>
        <w:t xml:space="preserve">[32:35] </w:t>
      </w:r>
      <w:r>
        <w:t>koi bhi kaam aap kar rahe hain, aap koi bhi kaam, koi bhi kaam, koi bhi kaam, to</w:t>
      </w:r>
    </w:p>
    <w:p>
      <w:pPr>
        <w:jc w:val="right"/>
      </w:pPr>
      <w:r>
        <w:t>کوئی بھی کام آپ کر رہے ہیں، آپ کوئی بھی کام، کوئی بھی کام، کوئی بھی کام، تو</w:t>
      </w:r>
    </w:p>
    <w:p>
      <w:r>
        <w:rPr>
          <w:b/>
        </w:rPr>
        <w:t xml:space="preserve">[32:42] </w:t>
      </w:r>
      <w:r>
        <w:t>is mein hamesha yaad rakhiye ke aap ko intezar ki policy pe chalna hai.</w:t>
      </w:r>
    </w:p>
    <w:p>
      <w:pPr>
        <w:jc w:val="right"/>
      </w:pPr>
      <w:r>
        <w:t>اس میں ہمیشہ یاد رکھیے کہ آپ کو انتظار کی پالیسی پہ چلنا ہے۔</w:t>
      </w:r>
    </w:p>
    <w:p>
      <w:r>
        <w:rPr>
          <w:b/>
        </w:rPr>
        <w:t xml:space="preserve">[32:48] </w:t>
      </w:r>
      <w:r>
        <w:t>Wait and see.</w:t>
      </w:r>
    </w:p>
    <w:p>
      <w:pPr>
        <w:jc w:val="right"/>
      </w:pPr>
      <w:r>
        <w:t>Wait and see.</w:t>
      </w:r>
    </w:p>
    <w:p>
      <w:r>
        <w:rPr>
          <w:b/>
        </w:rPr>
        <w:t xml:space="preserve">[32:50] </w:t>
      </w:r>
      <w:r>
        <w:t>kyun ke aap ne jo muqarrar kar rakha hai ke kis tareekh tak mera kaam ho jana chahiye, to</w:t>
      </w:r>
    </w:p>
    <w:p>
      <w:pPr>
        <w:jc w:val="right"/>
      </w:pPr>
      <w:r>
        <w:t>کیونکہ آپ نے جو مقرر کر رکھا ہے کہ کس تاریخ تک میرا کاک ہو جانا چاہیے، تو</w:t>
      </w:r>
    </w:p>
    <w:p>
      <w:r>
        <w:rPr>
          <w:b/>
        </w:rPr>
        <w:t xml:space="preserve">[32:58] </w:t>
      </w:r>
      <w:r>
        <w:t>jab bhi woh payega, jab ke Allah ka management aap ko sath de.</w:t>
      </w:r>
    </w:p>
    <w:p>
      <w:pPr>
        <w:jc w:val="right"/>
      </w:pPr>
      <w:r>
        <w:t>جب بھی وہ پائے گا، جب کہ اللہ کا مینجمنٹ آپ کو ساتھ دے۔</w:t>
      </w:r>
    </w:p>
    <w:p>
      <w:r>
        <w:rPr>
          <w:b/>
        </w:rPr>
        <w:t xml:space="preserve">[33:04] </w:t>
      </w:r>
      <w:r>
        <w:t>kyun ke dunya mein akele aap hi nahi de rahe, Allah ka management chal raha hai.</w:t>
      </w:r>
    </w:p>
    <w:p>
      <w:pPr>
        <w:jc w:val="right"/>
      </w:pPr>
      <w:r>
        <w:t>کیونکہ دنیا میں اکیلے آپ ہی نہیں دے رہے، اللہ کا مینجمنٹ چل رہا ہے۔</w:t>
      </w:r>
    </w:p>
    <w:p>
      <w:r>
        <w:rPr>
          <w:b/>
        </w:rPr>
        <w:t xml:space="preserve">[33:10] </w:t>
      </w:r>
      <w:r>
        <w:t>to jahan sath na de, aap tareekh muqarrar kar li aap ne, 30 tareekh, Allah ka management mein</w:t>
      </w:r>
    </w:p>
    <w:p>
      <w:pPr>
        <w:jc w:val="right"/>
      </w:pPr>
      <w:r>
        <w:t>تو جہاں ساتھ نہ دے، آپ تاریخ مقرر کر لی آپ نے، 30 تاریخ، اللہ کا مینجمنٹ میں</w:t>
      </w:r>
    </w:p>
    <w:p>
      <w:r>
        <w:rPr>
          <w:b/>
        </w:rPr>
        <w:t xml:space="preserve">[33:18] </w:t>
      </w:r>
      <w:r>
        <w:t>to yani 15 tareekh muqarrar ki hui hai, to kaise aap kamyab honge? Dekhen, mujhe ek waqea</w:t>
      </w:r>
    </w:p>
    <w:p>
      <w:pPr>
        <w:jc w:val="right"/>
      </w:pPr>
      <w:r>
        <w:t>تو یعنی 15 تاریخ مقرر کی ہوئی ہے، تو کیسے آپ کامیاب ہوں گے؟ دیکھیں، مجھے ایک واقعہ</w:t>
      </w:r>
    </w:p>
    <w:p>
      <w:r>
        <w:rPr>
          <w:b/>
        </w:rPr>
        <w:t xml:space="preserve">[33:25] </w:t>
      </w:r>
      <w:r>
        <w:t>yaad aata hai.</w:t>
      </w:r>
    </w:p>
    <w:p>
      <w:pPr>
        <w:jc w:val="right"/>
      </w:pPr>
      <w:r>
        <w:t>یاد آتا ہے۔</w:t>
      </w:r>
    </w:p>
    <w:p>
      <w:r>
        <w:rPr>
          <w:b/>
        </w:rPr>
        <w:t xml:space="preserve">[33:27] </w:t>
      </w:r>
      <w:r>
        <w:t>bohat pehle ki baat hai, ghaliban jo risala nikla tha, woh baat hai.</w:t>
      </w:r>
    </w:p>
    <w:p>
      <w:pPr>
        <w:jc w:val="right"/>
      </w:pPr>
      <w:r>
        <w:t>بہت پہلے کی بات ہے، غالباً جو ریسالہ نکلا تھا، وہ بات ہے۔</w:t>
      </w:r>
    </w:p>
    <w:p>
      <w:r>
        <w:rPr>
          <w:b/>
        </w:rPr>
        <w:t xml:space="preserve">[33:33] </w:t>
      </w:r>
      <w:r>
        <w:t>risala hamara nikla hai 1976 mein, is se pehle ka waqea yeh hai ke main gaya tha Ahmed</w:t>
      </w:r>
    </w:p>
    <w:p>
      <w:pPr>
        <w:jc w:val="right"/>
      </w:pPr>
      <w:r>
        <w:t>ریسالہ ہمارا نکلا ہے 1976 میں، اس سے پہلے کا واقعہ یہ ہے کہ میں گیا تھا احمد</w:t>
      </w:r>
    </w:p>
    <w:p>
      <w:r>
        <w:rPr>
          <w:b/>
        </w:rPr>
        <w:t xml:space="preserve">[33:40] </w:t>
      </w:r>
      <w:r>
        <w:t>Abad.</w:t>
      </w:r>
    </w:p>
    <w:p>
      <w:pPr>
        <w:jc w:val="right"/>
      </w:pPr>
      <w:r>
        <w:t>آباد۔</w:t>
      </w:r>
    </w:p>
    <w:p>
      <w:r>
        <w:rPr>
          <w:b/>
        </w:rPr>
        <w:t xml:space="preserve">[33:42] </w:t>
      </w:r>
      <w:r>
        <w:t>to Ahmed Abad mein ek sahab the, woh is ko le gaye, apna ek naya naya ek factory</w:t>
      </w:r>
    </w:p>
    <w:p>
      <w:pPr>
        <w:jc w:val="right"/>
      </w:pPr>
      <w:r>
        <w:t>تو احمد آباد میں ایک صاحب تھے، وہ اس کو لے گئے، اپنا ایک نیا نیا ایک فیکٹری</w:t>
      </w:r>
    </w:p>
    <w:p>
      <w:r>
        <w:rPr>
          <w:b/>
        </w:rPr>
        <w:t xml:space="preserve">[33:49] </w:t>
      </w:r>
      <w:r>
        <w:t>banai thi, woh dikhane ke liye.</w:t>
      </w:r>
    </w:p>
    <w:p>
      <w:pPr>
        <w:jc w:val="right"/>
      </w:pPr>
      <w:r>
        <w:t>بنائی تھی، وہ دکھانے کے لیے۔</w:t>
      </w:r>
    </w:p>
    <w:p>
      <w:r>
        <w:rPr>
          <w:b/>
        </w:rPr>
        <w:t xml:space="preserve">[33:52] </w:t>
      </w:r>
      <w:r>
        <w:t>to wahan factory thi, machinein thin, activities thin, to woh dikhane ke liye le gaye.</w:t>
      </w:r>
    </w:p>
    <w:p>
      <w:pPr>
        <w:jc w:val="right"/>
      </w:pPr>
      <w:r>
        <w:t>تو وہاں فیکٹری تھی، مشینیں تھیں، ایکٹیویٹیز تھیں، تو وہ دکھانے کے لیے لے گئے۔</w:t>
      </w:r>
    </w:p>
    <w:p>
      <w:r>
        <w:rPr>
          <w:b/>
        </w:rPr>
        <w:t xml:space="preserve">[33:58] </w:t>
      </w:r>
      <w:r>
        <w:t>to un ke paas koi manager nahin tha.</w:t>
      </w:r>
    </w:p>
    <w:p>
      <w:pPr>
        <w:jc w:val="right"/>
      </w:pPr>
      <w:r>
        <w:t>تو ان کے پاس کوئی منیجر نہیں تھا۔</w:t>
      </w:r>
    </w:p>
    <w:p>
      <w:r>
        <w:rPr>
          <w:b/>
        </w:rPr>
        <w:t xml:space="preserve">[34:02] </w:t>
      </w:r>
      <w:r>
        <w:t>اب تو Master of Business Administration اتنا پھیلا ہے، اتنا پھیلا ہے کہ بہت آسانی سے آپ ایک</w:t>
      </w:r>
    </w:p>
    <w:p>
      <w:pPr>
        <w:jc w:val="right"/>
      </w:pPr>
      <w:r>
        <w:t>اب تو ماسٹر آف بزنس ایڈمیشن اتنا پھیلا ہے، اتنا پھیلا ہے کہ بہت آسانی سے آپ ایک</w:t>
      </w:r>
    </w:p>
    <w:p>
      <w:r>
        <w:rPr>
          <w:b/>
        </w:rPr>
        <w:t xml:space="preserve">[34:10] </w:t>
      </w:r>
      <w:r>
        <w:t>manager pa lete hain.</w:t>
      </w:r>
    </w:p>
    <w:p>
      <w:pPr>
        <w:jc w:val="right"/>
      </w:pPr>
      <w:r>
        <w:t>منیجر پا لیتے ہیں۔</w:t>
      </w:r>
    </w:p>
    <w:p>
      <w:r>
        <w:rPr>
          <w:b/>
        </w:rPr>
        <w:t xml:space="preserve">[34:11] </w:t>
      </w:r>
      <w:r>
        <w:t>aaj kal mba ka course jo hai, bohat kiya ja raha hai, har tarah mba</w:t>
      </w:r>
    </w:p>
    <w:p>
      <w:pPr>
        <w:jc w:val="right"/>
      </w:pPr>
      <w:r>
        <w:t>آج کل ایم بی اے کا کورس جو ہے، بہت کیا جا رہا ہے، ہر طرح ایم بی</w:t>
      </w:r>
    </w:p>
    <w:p>
      <w:r>
        <w:rPr>
          <w:b/>
        </w:rPr>
        <w:t xml:space="preserve">[34:19] </w:t>
      </w:r>
      <w:r>
        <w:t>a mil jaate hain aap ko.</w:t>
      </w:r>
    </w:p>
    <w:p>
      <w:pPr>
        <w:jc w:val="right"/>
      </w:pPr>
      <w:r>
        <w:t>اے مل جاتے ہیں آپ کو۔</w:t>
      </w:r>
    </w:p>
    <w:p>
      <w:r>
        <w:rPr>
          <w:b/>
        </w:rPr>
        <w:t xml:space="preserve">[34:22] </w:t>
      </w:r>
      <w:r>
        <w:t>اس زمانے میں MBA نہیں ملتے تھے۔</w:t>
      </w:r>
    </w:p>
    <w:p>
      <w:pPr>
        <w:jc w:val="right"/>
      </w:pPr>
      <w:r>
        <w:t>اس زمانے میں ایم بی اے نہیں ملتے تھے۔</w:t>
      </w:r>
    </w:p>
    <w:p>
      <w:r>
        <w:rPr>
          <w:b/>
        </w:rPr>
        <w:t xml:space="preserve">[34:25] </w:t>
      </w:r>
      <w:r>
        <w:t>یعنی مینیجر جو ہے، ماسٹر آف بزنس مینجمنٹ نہیں ملتا تھا۔</w:t>
      </w:r>
    </w:p>
    <w:p>
      <w:pPr>
        <w:jc w:val="right"/>
      </w:pPr>
      <w:r>
        <w:t>یعنی منیجر جو ہے، ماسٹر آف بزنس مینجمنٹ نہیں ملتا تھا۔</w:t>
      </w:r>
    </w:p>
    <w:p>
      <w:r>
        <w:rPr>
          <w:b/>
        </w:rPr>
        <w:t xml:space="preserve">[34:30] </w:t>
      </w:r>
      <w:r>
        <w:t>to un ki factory mein aisa koi expert nahin tha.</w:t>
      </w:r>
    </w:p>
    <w:p>
      <w:pPr>
        <w:jc w:val="right"/>
      </w:pPr>
      <w:r>
        <w:t>تو ان کی فیکٹری میں ایسا کوئی ایکسپرٹ نہیں تھا۔</w:t>
      </w:r>
    </w:p>
    <w:p>
      <w:r>
        <w:rPr>
          <w:b/>
        </w:rPr>
        <w:t xml:space="preserve">[34:34] </w:t>
      </w:r>
      <w:r>
        <w:t>to beharhaal unhon ne apna factory dikhate dikhate ek lafz un ki zuban se nikla ke unhon ne</w:t>
      </w:r>
    </w:p>
    <w:p>
      <w:pPr>
        <w:jc w:val="right"/>
      </w:pPr>
      <w:r>
        <w:t>تو بہرحال انہوں نے اپنا فیکٹری دکھاتے دکھاتے ایک لفظ ان کی زبان سے نکلا کہ انہوں نے</w:t>
      </w:r>
    </w:p>
    <w:p>
      <w:r>
        <w:rPr>
          <w:b/>
        </w:rPr>
        <w:t xml:space="preserve">[34:42] </w:t>
      </w:r>
      <w:r>
        <w:t>kaha ke apni to limitations aa jaati hain management side par.</w:t>
      </w:r>
    </w:p>
    <w:p>
      <w:pPr>
        <w:jc w:val="right"/>
      </w:pPr>
      <w:r>
        <w:t>کہا کہ اپنی تو لیمیٹیشنز آ جاتی ہیں مینجمنٹ سائیڈ پر۔</w:t>
      </w:r>
    </w:p>
    <w:p>
      <w:r>
        <w:rPr>
          <w:b/>
        </w:rPr>
        <w:t xml:space="preserve">[34:47] </w:t>
      </w:r>
      <w:r>
        <w:t>exactly ye lafz tha un ka.</w:t>
      </w:r>
    </w:p>
    <w:p>
      <w:pPr>
        <w:jc w:val="right"/>
      </w:pPr>
      <w:r>
        <w:t>ایگزیکٹلی یہ لفظ تھا ان کا۔</w:t>
      </w:r>
    </w:p>
    <w:p>
      <w:r>
        <w:rPr>
          <w:b/>
        </w:rPr>
        <w:t xml:space="preserve">[34:49] </w:t>
      </w:r>
      <w:r>
        <w:t>ye ahmed abad ka qissa hai.</w:t>
      </w:r>
    </w:p>
    <w:p>
      <w:pPr>
        <w:jc w:val="right"/>
      </w:pPr>
      <w:r>
        <w:t>یہ احمد آباد کا قصہ ہے۔</w:t>
      </w:r>
    </w:p>
    <w:p>
      <w:r>
        <w:rPr>
          <w:b/>
        </w:rPr>
        <w:t xml:space="preserve">[34:52] </w:t>
      </w:r>
      <w:r>
        <w:t>apni to limitations aa jaati hain management side par.</w:t>
      </w:r>
    </w:p>
    <w:p>
      <w:pPr>
        <w:jc w:val="right"/>
      </w:pPr>
      <w:r>
        <w:t>اپنی تو لیمیٹیشنز آ جاتی ہیں مینجمنٹ سائیڈ پر۔</w:t>
      </w:r>
    </w:p>
    <w:p>
      <w:r>
        <w:rPr>
          <w:b/>
        </w:rPr>
        <w:t xml:space="preserve">[34:56] </w:t>
      </w:r>
      <w:r>
        <w:t>to hum log kuch aur bhi kuch aadmi the, kisi ne poocha ke bhai kyun? is ke baad</w:t>
      </w:r>
    </w:p>
    <w:p>
      <w:pPr>
        <w:jc w:val="right"/>
      </w:pPr>
      <w:r>
        <w:t>تو ہم لوگ کچھ اور بھی کچھ آدمی تھے، کسی نے پوچھا کہ بھئی کیوں؟ اس کے بعد</w:t>
      </w:r>
    </w:p>
    <w:p>
      <w:r>
        <w:rPr>
          <w:b/>
        </w:rPr>
        <w:t xml:space="preserve">[35:04] </w:t>
      </w:r>
      <w:r>
        <w:t>kya karte hain aap? jab aap ki limitations aa gayin to aap is ke baad kya karte hain</w:t>
      </w:r>
    </w:p>
    <w:p>
      <w:pPr>
        <w:jc w:val="right"/>
      </w:pPr>
      <w:r>
        <w:t>کیا کرتے ہیں آپ؟ جب آپ کی لیمیٹیشنز آ گئیں تو آپ اس کے بعد کیا کرتے ہیں</w:t>
      </w:r>
    </w:p>
    <w:p>
      <w:r>
        <w:rPr>
          <w:b/>
        </w:rPr>
        <w:t xml:space="preserve">[35:11] </w:t>
      </w:r>
      <w:r>
        <w:t>aap? to unhon ne kaha haalat par chhod dete hain.</w:t>
      </w:r>
    </w:p>
    <w:p>
      <w:pPr>
        <w:jc w:val="right"/>
      </w:pPr>
      <w:r>
        <w:t>آپ؟ تو انہوں نے کہا حالت پر چھوڑ دیتے ہیں۔</w:t>
      </w:r>
    </w:p>
    <w:p>
      <w:r>
        <w:rPr>
          <w:b/>
        </w:rPr>
        <w:t xml:space="preserve">[35:16] </w:t>
      </w:r>
      <w:r>
        <w:t>haalat par chhod dete hain.</w:t>
      </w:r>
    </w:p>
    <w:p>
      <w:pPr>
        <w:jc w:val="right"/>
      </w:pPr>
      <w:r>
        <w:t>حالت پر چھوڑ دیتے ہیں۔</w:t>
      </w:r>
    </w:p>
    <w:p>
      <w:r>
        <w:rPr>
          <w:b/>
        </w:rPr>
        <w:t xml:space="preserve">[35:18] </w:t>
      </w:r>
      <w:r>
        <w:t>main is ko kahunga ke aap ek lafz badlie, allah par chhod dena.</w:t>
      </w:r>
    </w:p>
    <w:p>
      <w:pPr>
        <w:jc w:val="right"/>
      </w:pPr>
      <w:r>
        <w:t>میں اس کو کہوں گا کہ آپ ایک لفظ بدلیے، اللہ پر چھوڑ دینا۔</w:t>
      </w:r>
    </w:p>
    <w:p>
      <w:r>
        <w:rPr>
          <w:b/>
        </w:rPr>
        <w:t xml:space="preserve">[35:24] </w:t>
      </w:r>
      <w:r>
        <w:t>jahan aap ke management ki had aa gayi, allah par chhod dijiye.</w:t>
      </w:r>
    </w:p>
    <w:p>
      <w:pPr>
        <w:jc w:val="right"/>
      </w:pPr>
      <w:r>
        <w:t>جہاں آپ کے مینجمنٹ کی حد آ گئی، اللہ پر چھوڑ دیجیے۔</w:t>
      </w:r>
    </w:p>
    <w:p>
      <w:r>
        <w:rPr>
          <w:b/>
        </w:rPr>
        <w:t xml:space="preserve">[35:29] </w:t>
      </w:r>
      <w:r>
        <w:t>yahi hai sara khulasa.</w:t>
      </w:r>
    </w:p>
    <w:p>
      <w:pPr>
        <w:jc w:val="right"/>
      </w:pPr>
      <w:r>
        <w:t>یہی ہے سارا خلاصہ۔</w:t>
      </w:r>
    </w:p>
    <w:p>
      <w:r>
        <w:rPr>
          <w:b/>
        </w:rPr>
        <w:t xml:space="preserve">[35:31] </w:t>
      </w:r>
      <w:r>
        <w:t>sara khulasa yahi hai.</w:t>
      </w:r>
    </w:p>
    <w:p>
      <w:pPr>
        <w:jc w:val="right"/>
      </w:pPr>
      <w:r>
        <w:t>سارا خلاصہ یہی ہے۔</w:t>
      </w:r>
    </w:p>
    <w:p>
      <w:r>
        <w:rPr>
          <w:b/>
        </w:rPr>
        <w:t xml:space="preserve">[35:32] </w:t>
      </w:r>
      <w:r>
        <w:t>aap apne kaam ke plan karenge aur activity dikhayenge, koshishen karenge, lekin phir bhi ek</w:t>
      </w:r>
    </w:p>
    <w:p>
      <w:pPr>
        <w:jc w:val="right"/>
      </w:pPr>
      <w:r>
        <w:t>آپ اپنے کام کے پلان کریں گے اور ایکٹیویٹی دکھائیں گے، کوششیں کریں گے، لیکن پھر بھی ایک</w:t>
      </w:r>
    </w:p>
    <w:p>
      <w:r>
        <w:rPr>
          <w:b/>
        </w:rPr>
        <w:t xml:space="preserve">[35:40] </w:t>
      </w:r>
      <w:r>
        <w:t>maqam aayega jahan aap ki limitations aa jayengi.</w:t>
      </w:r>
    </w:p>
    <w:p>
      <w:pPr>
        <w:jc w:val="right"/>
      </w:pPr>
      <w:r>
        <w:t>مقام آئے گا جہاں آپ کی لیمیٹیشنز آ جائیں گی۔</w:t>
      </w:r>
    </w:p>
    <w:p>
      <w:r>
        <w:rPr>
          <w:b/>
        </w:rPr>
        <w:t xml:space="preserve">[35:44] </w:t>
      </w:r>
      <w:r>
        <w:t>to wahan par kya hai? aap ko allah par dalna hai.</w:t>
      </w:r>
    </w:p>
    <w:p>
      <w:pPr>
        <w:jc w:val="right"/>
      </w:pPr>
      <w:r>
        <w:t>تو وہاں پر کیا ہے؟ آپ کو اللہ پر ڈالنا ہے۔</w:t>
      </w:r>
    </w:p>
    <w:p>
      <w:r>
        <w:rPr>
          <w:b/>
        </w:rPr>
        <w:t xml:space="preserve">[35:49] </w:t>
      </w:r>
      <w:r>
        <w:t>doob jaana hai.</w:t>
      </w:r>
    </w:p>
    <w:p>
      <w:pPr>
        <w:jc w:val="right"/>
      </w:pPr>
      <w:r>
        <w:t>ڈوب جانا ہے۔</w:t>
      </w:r>
    </w:p>
    <w:p>
      <w:r>
        <w:rPr>
          <w:b/>
        </w:rPr>
        <w:t xml:space="preserve">[35:51] </w:t>
      </w:r>
      <w:r>
        <w:t>jaise aaj kal muslim countries mein jo ladai ho rahi hai, kyunke un ka qafila apni had par</w:t>
      </w:r>
    </w:p>
    <w:p>
      <w:pPr>
        <w:jc w:val="right"/>
      </w:pPr>
      <w:r>
        <w:t>جیسے آج کل مسلم کنٹریز میں جو لڑائی ہو رہی ہے، کیونکہ ان کا قافلہ اپنی حد پر</w:t>
      </w:r>
    </w:p>
    <w:p>
      <w:r>
        <w:rPr>
          <w:b/>
        </w:rPr>
        <w:t xml:space="preserve">[35:58] </w:t>
      </w:r>
      <w:r>
        <w:t>aa gaya, phir bhi lad rahe hain.</w:t>
      </w:r>
    </w:p>
    <w:p>
      <w:pPr>
        <w:jc w:val="right"/>
      </w:pPr>
      <w:r>
        <w:t>آ گیا، پھر بھی لڑ رہے ہیں۔</w:t>
      </w:r>
    </w:p>
    <w:p>
      <w:r>
        <w:rPr>
          <w:b/>
        </w:rPr>
        <w:t xml:space="preserve">[36:01] </w:t>
      </w:r>
      <w:r>
        <w:t>ab unhein sabr ka tareeqa ikhtiyar karna chahiye.</w:t>
      </w:r>
    </w:p>
    <w:p>
      <w:pPr>
        <w:jc w:val="right"/>
      </w:pPr>
      <w:r>
        <w:t>اب انہیں صبر کا طریقہ اختیار کرنا چاہیے۔</w:t>
      </w:r>
    </w:p>
    <w:p>
      <w:r>
        <w:rPr>
          <w:b/>
        </w:rPr>
        <w:t xml:space="preserve">[36:05] </w:t>
      </w:r>
      <w:r>
        <w:t>intezar karna chahiye ke Allah halaat ko mazeed badle, mazeed changes aaein, mazeed halaat hamare muwafiq mein ho</w:t>
      </w:r>
    </w:p>
    <w:p>
      <w:pPr>
        <w:jc w:val="right"/>
      </w:pPr>
      <w:r>
        <w:t>انتظار کرنا چاہیے کہ اللہ حالات کو مزید بدلے، مزید چینجز آئیں، مزید حالات ہمارے موافق میں ہو</w:t>
      </w:r>
    </w:p>
    <w:p>
      <w:r>
        <w:rPr>
          <w:b/>
        </w:rPr>
        <w:t xml:space="preserve">[36:12] </w:t>
      </w:r>
      <w:r>
        <w:t>jaaein to aage badhenge.</w:t>
      </w:r>
    </w:p>
    <w:p>
      <w:pPr>
        <w:jc w:val="right"/>
      </w:pPr>
      <w:r>
        <w:t>جائیں تو آگے بڑھیں گے۔</w:t>
      </w:r>
    </w:p>
    <w:p>
      <w:r>
        <w:rPr>
          <w:b/>
        </w:rPr>
        <w:t xml:space="preserve">[36:15] </w:t>
      </w:r>
      <w:r>
        <w:t>yeh kya hai ke hum lad rahe hain khwamkhwah? mar rahe hain, kat rahe hain.</w:t>
      </w:r>
    </w:p>
    <w:p>
      <w:pPr>
        <w:jc w:val="right"/>
      </w:pPr>
      <w:r>
        <w:t>یہ کیا ہے کہ ہم لڑ رہے ہیں خوامخواہ؟ مر رہے ہیں، کٹ رہے ہیں۔</w:t>
      </w:r>
    </w:p>
    <w:p>
      <w:r>
        <w:rPr>
          <w:b/>
        </w:rPr>
        <w:t xml:space="preserve">[36:21] </w:t>
      </w:r>
      <w:r>
        <w:t>to yeh jo formula hai ke apni to limitation aa jaati hain management side par, bada zabardast formula</w:t>
      </w:r>
    </w:p>
    <w:p>
      <w:pPr>
        <w:jc w:val="right"/>
      </w:pPr>
      <w:r>
        <w:t>تو یہ جو فارمولا ہے کہ اپنی تو لیمیٹیشنز آ جاتی ہیں مینجمنٹ سائیڈ پر، بڑا زبردست فارمولا</w:t>
      </w:r>
    </w:p>
    <w:p>
      <w:r>
        <w:rPr>
          <w:b/>
        </w:rPr>
        <w:t xml:space="preserve">[36:29] </w:t>
      </w:r>
      <w:r>
        <w:t>hai.</w:t>
      </w:r>
    </w:p>
    <w:p>
      <w:pPr>
        <w:jc w:val="right"/>
      </w:pPr>
      <w:r>
        <w:t>ہے۔</w:t>
      </w:r>
    </w:p>
    <w:p>
      <w:r>
        <w:rPr>
          <w:b/>
        </w:rPr>
        <w:t xml:space="preserve">[36:30] </w:t>
      </w:r>
      <w:r>
        <w:t>yani apni to had aa jaati hai management side par.</w:t>
      </w:r>
    </w:p>
    <w:p>
      <w:pPr>
        <w:jc w:val="right"/>
      </w:pPr>
      <w:r>
        <w:t>یعنی اپنی تو حد آ جاتی ہے مینجمنٹ سائیڈ پر۔</w:t>
      </w:r>
    </w:p>
    <w:p>
      <w:r>
        <w:rPr>
          <w:b/>
        </w:rPr>
        <w:t xml:space="preserve">[36:34] </w:t>
      </w:r>
      <w:r>
        <w:t>wo aadmi khud engineer tha, lekin businessman manager nahi tha wo.</w:t>
      </w:r>
    </w:p>
    <w:p>
      <w:pPr>
        <w:jc w:val="right"/>
      </w:pPr>
      <w:r>
        <w:t>وہ آدمی خود انجینئر تھا، لیکن بزنس مینجر نہیں تھا وہ۔</w:t>
      </w:r>
    </w:p>
    <w:p>
      <w:r>
        <w:rPr>
          <w:b/>
        </w:rPr>
        <w:t xml:space="preserve">[36:39] </w:t>
      </w:r>
      <w:r>
        <w:t>to engineering ke sawalat hal kar leta tha wo, lekin jahan sawal aata tha management ka, to wahan</w:t>
      </w:r>
    </w:p>
    <w:p>
      <w:pPr>
        <w:jc w:val="right"/>
      </w:pPr>
      <w:r>
        <w:t>تو انجینئرنگ کے سوالات حل کر لیتا تھا وہ، لیکن جہاں سوال آتا تھا مینجمنٹ کا، تو وہاں</w:t>
      </w:r>
    </w:p>
    <w:p>
      <w:r>
        <w:rPr>
          <w:b/>
        </w:rPr>
        <w:t xml:space="preserve">[36:47] </w:t>
      </w:r>
      <w:r>
        <w:t>isko samajh nahi aata tha kya kiya jaaye.</w:t>
      </w:r>
    </w:p>
    <w:p>
      <w:pPr>
        <w:jc w:val="right"/>
      </w:pPr>
      <w:r>
        <w:t>اس کو سمجھ نہیں آتا تھا کیا کیا جائے۔</w:t>
      </w:r>
    </w:p>
    <w:p>
      <w:r>
        <w:rPr>
          <w:b/>
        </w:rPr>
        <w:t xml:space="preserve">[36:51] </w:t>
      </w:r>
      <w:r>
        <w:t>to bohat zabardast formula yeh hai ke aadmi yeh jaane ke bhai ab to limit meri aa gayi,</w:t>
      </w:r>
    </w:p>
    <w:p>
      <w:pPr>
        <w:jc w:val="right"/>
      </w:pPr>
      <w:r>
        <w:t>تو بہت زبردست فارمولا یہ ہے کہ آدمی یہ جانے کہ بھئی اب تو لمٹ میری آ گئی،</w:t>
      </w:r>
    </w:p>
    <w:p>
      <w:r>
        <w:rPr>
          <w:b/>
        </w:rPr>
        <w:t xml:space="preserve">[36:58] </w:t>
      </w:r>
      <w:r>
        <w:t>ab to kya karna hai? us ne kaha tha ke halaat par daal dete hain.</w:t>
      </w:r>
    </w:p>
    <w:p>
      <w:pPr>
        <w:jc w:val="right"/>
      </w:pPr>
      <w:r>
        <w:t>اب تو کیا کرنا ہے؟ اس نے کہا تھا کہ حالات پر ڈال دیتے ہیں۔</w:t>
      </w:r>
    </w:p>
    <w:p>
      <w:r>
        <w:rPr>
          <w:b/>
        </w:rPr>
        <w:t xml:space="preserve">[37:05] </w:t>
      </w:r>
      <w:r>
        <w:t>momin kahega ke ab to Allah par daal do.</w:t>
      </w:r>
    </w:p>
    <w:p>
      <w:pPr>
        <w:jc w:val="right"/>
      </w:pPr>
      <w:r>
        <w:t>مومن کہے گا کہ اب تو اللہ پر ڈال دو۔</w:t>
      </w:r>
    </w:p>
    <w:p>
      <w:r>
        <w:rPr>
          <w:b/>
        </w:rPr>
        <w:t xml:space="preserve">[37:09] </w:t>
      </w:r>
      <w:r>
        <w:t>jahan aap ko mehsoos ho ke aap ki had aa gayi, Allah par daal dijiye.</w:t>
      </w:r>
    </w:p>
    <w:p>
      <w:pPr>
        <w:jc w:val="right"/>
      </w:pPr>
      <w:r>
        <w:t>جہاں آپ کو محسوس ہو کہ آپ کی حد آ گئی، اللہ پر ڈال دیجیے۔</w:t>
      </w:r>
    </w:p>
    <w:p>
      <w:r>
        <w:rPr>
          <w:b/>
        </w:rPr>
        <w:t xml:space="preserve">[37:16] </w:t>
      </w:r>
      <w:r>
        <w:t>sab masla hal hai.</w:t>
      </w:r>
    </w:p>
    <w:p>
      <w:pPr>
        <w:jc w:val="right"/>
      </w:pPr>
      <w:r>
        <w:t>سب مسئلہ حل ہے۔</w:t>
      </w:r>
    </w:p>
    <w:p>
      <w:r>
        <w:rPr>
          <w:b/>
        </w:rPr>
        <w:t xml:space="preserve">[37:17] </w:t>
      </w:r>
      <w:r>
        <w:t>kitna zabardast formula yeh hai.</w:t>
      </w:r>
    </w:p>
    <w:p>
      <w:pPr>
        <w:jc w:val="right"/>
      </w:pPr>
      <w:r>
        <w:t>کتنا زبردست فارمولا یہ ہے۔</w:t>
      </w:r>
    </w:p>
    <w:p>
      <w:r>
        <w:rPr>
          <w:b/>
        </w:rPr>
        <w:t xml:space="preserve">[37:19] </w:t>
      </w:r>
      <w:r>
        <w:t>Allah par daalne ke mani yeh ostrich habit nahi hai.</w:t>
      </w:r>
    </w:p>
    <w:p>
      <w:pPr>
        <w:jc w:val="right"/>
      </w:pPr>
      <w:r>
        <w:t>اللہ پر ڈالنے کے معنی یہ آسٹریش ہیبٹ نہیں ہے۔</w:t>
      </w:r>
    </w:p>
    <w:p>
      <w:r>
        <w:rPr>
          <w:b/>
        </w:rPr>
        <w:t xml:space="preserve">[37:24] </w:t>
      </w:r>
      <w:r>
        <w:t>yeh nahi, ostrich habit nahi hai, balkeh mazeed intezar karna hai.</w:t>
      </w:r>
    </w:p>
    <w:p>
      <w:pPr>
        <w:jc w:val="right"/>
      </w:pPr>
      <w:r>
        <w:t>یہ نہیں، آسٹریش ہیبٹ نہیں ہے، بلکہ مزید انظار کرنا کرنا ہے۔</w:t>
      </w:r>
    </w:p>
    <w:p>
      <w:r>
        <w:rPr>
          <w:b/>
        </w:rPr>
        <w:t xml:space="preserve">[37:29] </w:t>
      </w:r>
      <w:r>
        <w:t>jaise aap ka ek darakht lagaya aap ne, us mein phal aaye.</w:t>
      </w:r>
    </w:p>
    <w:p>
      <w:pPr>
        <w:jc w:val="right"/>
      </w:pPr>
      <w:r>
        <w:t>جیسے آپ کا ایک درخت لگایا آپ نے، اس میں پھل آئے۔</w:t>
      </w:r>
    </w:p>
    <w:p>
      <w:r>
        <w:rPr>
          <w:b/>
        </w:rPr>
        <w:t xml:space="preserve">[37:34] </w:t>
      </w:r>
      <w:r>
        <w:t>aap ne ek phal toda to wo khatta tha.</w:t>
      </w:r>
    </w:p>
    <w:p>
      <w:pPr>
        <w:jc w:val="right"/>
      </w:pPr>
      <w:r>
        <w:t>آپ نے ایک پھل توڑا تو وہ کھٹا تھا۔</w:t>
      </w:r>
    </w:p>
    <w:p>
      <w:r>
        <w:rPr>
          <w:b/>
        </w:rPr>
        <w:t xml:space="preserve">[37:38] </w:t>
      </w:r>
      <w:r>
        <w:t>to aap ko daryaft karna chahiye ke aap ne ab pakne se pehle tod liya.</w:t>
      </w:r>
    </w:p>
    <w:p>
      <w:pPr>
        <w:jc w:val="right"/>
      </w:pPr>
      <w:r>
        <w:t>تو آپ کو دریافت کرنا چاہیے کہ آپ نے اب پکنے سے پہلے توڑ لیا۔</w:t>
      </w:r>
    </w:p>
    <w:p>
      <w:r>
        <w:rPr>
          <w:b/>
        </w:rPr>
        <w:t xml:space="preserve">[37:44] </w:t>
      </w:r>
      <w:r>
        <w:t>ab intezar kijiye pakne ka.</w:t>
      </w:r>
    </w:p>
    <w:p>
      <w:pPr>
        <w:jc w:val="right"/>
      </w:pPr>
      <w:r>
        <w:t>اب انظار کیجیے پکنے کا۔</w:t>
      </w:r>
    </w:p>
    <w:p>
      <w:r>
        <w:rPr>
          <w:b/>
        </w:rPr>
        <w:t xml:space="preserve">[37:46] </w:t>
      </w:r>
      <w:r>
        <w:t>to Egypt mein, Pakistan mein jahan jahan ladai jhagdaai ho rahi thi, jab un ka matloob najaab wo</w:t>
      </w:r>
    </w:p>
    <w:p>
      <w:pPr>
        <w:jc w:val="right"/>
      </w:pPr>
      <w:r>
        <w:t>تو ایجپٹ میں، پاکستان میں جہاں جہاں لڑائی جھگڑائی ہو رہی تھی، جب ان کا مطلوب نجاب وہ</w:t>
      </w:r>
    </w:p>
    <w:p>
      <w:r>
        <w:rPr>
          <w:b/>
        </w:rPr>
        <w:t xml:space="preserve">[37:54] </w:t>
      </w:r>
      <w:r>
        <w:t>nahi kaam kar paya to is ka samajhna chahiye ke hum ne kacha phal tod liya tha.</w:t>
      </w:r>
    </w:p>
    <w:p>
      <w:pPr>
        <w:jc w:val="right"/>
      </w:pPr>
      <w:r>
        <w:t>نہیں کام کر پایا تو اس کا سمجھنا چاہیے کہ ہم نے کچا پھل توڑ لیا تھا۔</w:t>
      </w:r>
    </w:p>
    <w:p>
      <w:r>
        <w:rPr>
          <w:b/>
        </w:rPr>
        <w:t xml:space="preserve">[38:01] </w:t>
      </w:r>
      <w:r>
        <w:t>pakne ka waqt aaya hi nahi tha abhi.</w:t>
      </w:r>
    </w:p>
    <w:p>
      <w:pPr>
        <w:jc w:val="right"/>
      </w:pPr>
      <w:r>
        <w:t>پکنے کا وقت آیا ہی نہیں تھا ابھی۔</w:t>
      </w:r>
    </w:p>
    <w:p>
      <w:r>
        <w:rPr>
          <w:b/>
        </w:rPr>
        <w:t xml:space="preserve">[38:05] </w:t>
      </w:r>
      <w:r>
        <w:t>to theher jao.</w:t>
      </w:r>
    </w:p>
    <w:p>
      <w:pPr>
        <w:jc w:val="right"/>
      </w:pPr>
      <w:r>
        <w:t>تو ٹھہر جاؤ۔</w:t>
      </w:r>
    </w:p>
    <w:p>
      <w:r>
        <w:rPr>
          <w:b/>
        </w:rPr>
        <w:t xml:space="preserve">[38:06] </w:t>
      </w:r>
      <w:r>
        <w:t>ab bhi qafley ko roko.</w:t>
      </w:r>
    </w:p>
    <w:p>
      <w:pPr>
        <w:jc w:val="right"/>
      </w:pPr>
      <w:r>
        <w:t>اب بھی قافلے کو رکو۔</w:t>
      </w:r>
    </w:p>
    <w:p>
      <w:r>
        <w:rPr>
          <w:b/>
        </w:rPr>
        <w:t xml:space="preserve">[38:09] </w:t>
      </w:r>
      <w:r>
        <w:t>yahan tak ke Allah ka nizam jo is ko jab is ko naz tak pohncha de, no zaat</w:t>
      </w:r>
    </w:p>
    <w:p>
      <w:pPr>
        <w:jc w:val="right"/>
      </w:pPr>
      <w:r>
        <w:t>یہاں تک کہ اللہ کا نظام جو اس کو جب اس کو نز تک پہنچا دے، نو ذات</w:t>
      </w:r>
    </w:p>
    <w:p>
      <w:r>
        <w:rPr>
          <w:b/>
        </w:rPr>
        <w:t xml:space="preserve">[38:16] </w:t>
      </w:r>
      <w:r>
        <w:t>jeem yaani maturity ke darjay tak pohncha de, to phir torna.</w:t>
      </w:r>
    </w:p>
    <w:p>
      <w:pPr>
        <w:jc w:val="right"/>
      </w:pPr>
      <w:r>
        <w:t>جیم یعنی میچورٹی کے درجے تک پہنچا دے، تو پھر توڑنا۔</w:t>
      </w:r>
    </w:p>
    <w:p>
      <w:r>
        <w:rPr>
          <w:b/>
        </w:rPr>
        <w:t xml:space="preserve">[38:21] </w:t>
      </w:r>
      <w:r>
        <w:t>abhi torney ka waqt nahi aaya hai.</w:t>
      </w:r>
    </w:p>
    <w:p>
      <w:pPr>
        <w:jc w:val="right"/>
      </w:pPr>
      <w:r>
        <w:t>ابھی توڑنے کا وقت نہیں آیا ہے۔</w:t>
      </w:r>
    </w:p>
    <w:p>
      <w:r>
        <w:rPr>
          <w:b/>
        </w:rPr>
        <w:t xml:space="preserve">[38:24] </w:t>
      </w:r>
      <w:r>
        <w:t>to sari tehreekein jo hain, moajza zamanay, chahe secular hon ya ya Muslim tehreekein, sab ki sab, sab</w:t>
      </w:r>
    </w:p>
    <w:p>
      <w:pPr>
        <w:jc w:val="right"/>
      </w:pPr>
      <w:r>
        <w:t>تو ساری تحریکیں جو ہیں، معجزہ زمانے، چاہے سیکولر ہوں یا یا مسلم تحریکیں، سب کی سب، سب</w:t>
      </w:r>
    </w:p>
    <w:p>
      <w:r>
        <w:rPr>
          <w:b/>
        </w:rPr>
        <w:t xml:space="preserve">[38:32] </w:t>
      </w:r>
      <w:r>
        <w:t>ki sab, one to all, apne nishanay mein fail ho rahi hain.</w:t>
      </w:r>
    </w:p>
    <w:p>
      <w:pPr>
        <w:jc w:val="right"/>
      </w:pPr>
      <w:r>
        <w:t>کی سب، ون ٹو آل، اپنے نشانے میں فیل ہو رہی ہیں۔</w:t>
      </w:r>
    </w:p>
    <w:p>
      <w:r>
        <w:rPr>
          <w:b/>
        </w:rPr>
        <w:t xml:space="preserve">[38:37] </w:t>
      </w:r>
      <w:r>
        <w:t>mere ilm mein koi aik bhi tehreek aisi nahi hai, na suhoolat, na Muslim, jo apne nishanay ko</w:t>
      </w:r>
    </w:p>
    <w:p>
      <w:pPr>
        <w:jc w:val="right"/>
      </w:pPr>
      <w:r>
        <w:t>میرے علم میں کوئی ایک بھی تحریک ایسی نہیں ہے، نہ سہولت، نہ مسلم، جو اپنے نشانے کو</w:t>
      </w:r>
    </w:p>
    <w:p>
      <w:r>
        <w:rPr>
          <w:b/>
        </w:rPr>
        <w:t xml:space="preserve">[38:45] </w:t>
      </w:r>
      <w:r>
        <w:t>paap jis jo paya ho is ne.</w:t>
      </w:r>
    </w:p>
    <w:p>
      <w:pPr>
        <w:jc w:val="right"/>
      </w:pPr>
      <w:r>
        <w:t>پاپ جس جو پایا ہو اس نے۔</w:t>
      </w:r>
    </w:p>
    <w:p>
      <w:r>
        <w:rPr>
          <w:b/>
        </w:rPr>
        <w:t xml:space="preserve">[38:48] </w:t>
      </w:r>
      <w:r>
        <w:t>to wajah kya hai? apni had nahi jantay woh.</w:t>
      </w:r>
    </w:p>
    <w:p>
      <w:pPr>
        <w:jc w:val="right"/>
      </w:pPr>
      <w:r>
        <w:t>تو وجہ کیا ہے؟ اپنی حد نہیں جانتے وہ۔</w:t>
      </w:r>
    </w:p>
    <w:p>
      <w:r>
        <w:rPr>
          <w:b/>
        </w:rPr>
        <w:t xml:space="preserve">[38:51] </w:t>
      </w:r>
      <w:r>
        <w:t>jahan rukna chahiye thay, wahan bhi qafila daura rahay hain.</w:t>
      </w:r>
    </w:p>
    <w:p>
      <w:pPr>
        <w:jc w:val="right"/>
      </w:pPr>
      <w:r>
        <w:t>جہاں رکنا چاہیے تھے، وہاں بھی قافلہ دوڑا رہے ہیں۔</w:t>
      </w:r>
    </w:p>
    <w:p>
      <w:r>
        <w:rPr>
          <w:b/>
        </w:rPr>
        <w:t xml:space="preserve">[38:56] </w:t>
      </w:r>
      <w:r>
        <w:t>to Allah taala ne yeh bhi misaal qaim kar di hai ke tum ne aik darakht lagaya, is</w:t>
      </w:r>
    </w:p>
    <w:p>
      <w:pPr>
        <w:jc w:val="right"/>
      </w:pPr>
      <w:r>
        <w:t>تو اللہ تعالیٰ نے یہ بھی مثال قائم کر دی ہے کہ تم نے ایک درخت لگایا، اس</w:t>
      </w:r>
    </w:p>
    <w:p>
      <w:r>
        <w:rPr>
          <w:b/>
        </w:rPr>
        <w:t xml:space="preserve">[39:03] </w:t>
      </w:r>
      <w:r>
        <w:t>mein phool aaya, phal aaya, ab tum ne aik darakht ka aik phal tor liya, lekin jab khaya</w:t>
      </w:r>
    </w:p>
    <w:p>
      <w:pPr>
        <w:jc w:val="right"/>
      </w:pPr>
      <w:r>
        <w:t>میں پھول آیا، پھل آیا، اب تم نے ایک درخت کا ایک پھل توڑ لیا، لیکن جب کھایا</w:t>
      </w:r>
    </w:p>
    <w:p>
      <w:r>
        <w:rPr>
          <w:b/>
        </w:rPr>
        <w:t xml:space="preserve">[39:11] </w:t>
      </w:r>
      <w:r>
        <w:t>to laga ke yeh to khatta hai.</w:t>
      </w:r>
    </w:p>
    <w:p>
      <w:pPr>
        <w:jc w:val="right"/>
      </w:pPr>
      <w:r>
        <w:t>تو لگا کہ یہ تو کھٹا ہے۔</w:t>
      </w:r>
    </w:p>
    <w:p>
      <w:r>
        <w:rPr>
          <w:b/>
        </w:rPr>
        <w:t xml:space="preserve">[39:14] </w:t>
      </w:r>
      <w:r>
        <w:t>to kya discover karna chahiye ke aur bhi torein, aur bhi torein, aur torein? nahi, ruk jao.</w:t>
      </w:r>
    </w:p>
    <w:p>
      <w:pPr>
        <w:jc w:val="right"/>
      </w:pPr>
      <w:r>
        <w:t>تو کیا ڈسکور کرنا چاہیے کہ اور بھی توڑیں، اور بھی توڑیں، اور توڑیں؟ نہیں، رک جاؤ۔</w:t>
      </w:r>
    </w:p>
    <w:p>
      <w:r>
        <w:rPr>
          <w:b/>
        </w:rPr>
        <w:t xml:space="preserve">[39:21] </w:t>
      </w:r>
      <w:r>
        <w:t>Khuda ka kaag abhi aakhir tak nahi pohncha hai.</w:t>
      </w:r>
    </w:p>
    <w:p>
      <w:pPr>
        <w:jc w:val="right"/>
      </w:pPr>
      <w:r>
        <w:t>خدا کا کاگ ابھی آخر تک نہیں پہنچا ہے۔</w:t>
      </w:r>
    </w:p>
    <w:p>
      <w:r>
        <w:rPr>
          <w:b/>
        </w:rPr>
        <w:t xml:space="preserve">[39:25] </w:t>
      </w:r>
      <w:r>
        <w:t>abhi, abhi aur time chahiye is ko mature hone ke liye, naz ke liye, pakne ke liye.</w:t>
      </w:r>
    </w:p>
    <w:p>
      <w:pPr>
        <w:jc w:val="right"/>
      </w:pPr>
      <w:r>
        <w:t>ابھی، ابھی اور ٹائم چاہیے اس کو میچور ہونے کے لیے، نز کے لیے، پکنے کے لیے۔</w:t>
      </w:r>
    </w:p>
    <w:p>
      <w:r>
        <w:rPr>
          <w:b/>
        </w:rPr>
        <w:t xml:space="preserve">[39:33] </w:t>
      </w:r>
      <w:r>
        <w:t>jab pak jaye to torna.</w:t>
      </w:r>
    </w:p>
    <w:p>
      <w:pPr>
        <w:jc w:val="right"/>
      </w:pPr>
      <w:r>
        <w:t>جب پک جائے تو توڑنا۔</w:t>
      </w:r>
    </w:p>
    <w:p>
      <w:r>
        <w:rPr>
          <w:b/>
        </w:rPr>
        <w:t xml:space="preserve">[39:35] </w:t>
      </w:r>
      <w:r>
        <w:t>to Muslim countries mein kya hai ke phal tora to kacha khatta nikla, to phir larai shuru kar</w:t>
      </w:r>
    </w:p>
    <w:p>
      <w:pPr>
        <w:jc w:val="right"/>
      </w:pPr>
      <w:r>
        <w:t>تو مسلم کنٹریز میں کیا ہے کہ پھل توڑا تو کچا کھٹا نکلا، تو پھر لڑائی شروع کر</w:t>
      </w:r>
    </w:p>
    <w:p>
      <w:r>
        <w:rPr>
          <w:b/>
        </w:rPr>
        <w:t xml:space="preserve">[39:42] </w:t>
      </w:r>
      <w:r>
        <w:t>di ke hum tum ko marein ge.</w:t>
      </w:r>
    </w:p>
    <w:p>
      <w:pPr>
        <w:jc w:val="right"/>
      </w:pPr>
      <w:r>
        <w:t>دی کہ ہم تم کو ماریں گے۔</w:t>
      </w:r>
    </w:p>
    <w:p>
      <w:r>
        <w:rPr>
          <w:b/>
        </w:rPr>
        <w:t xml:space="preserve">[39:45] </w:t>
      </w:r>
      <w:r>
        <w:t>yeh sara kyun hai? Rahmatulalameen ka matlab samjhe nahi.</w:t>
      </w:r>
    </w:p>
    <w:p>
      <w:pPr>
        <w:jc w:val="right"/>
      </w:pPr>
      <w:r>
        <w:t>یہ سارا کیوں ہے؟ رحمت اللعالمین کا مطلب سمجھے نہیں۔</w:t>
      </w:r>
    </w:p>
    <w:p>
      <w:r>
        <w:rPr>
          <w:b/>
        </w:rPr>
        <w:t xml:space="preserve">[39:50] </w:t>
      </w:r>
      <w:r>
        <w:t>fazilat ke khane mein daal diya.</w:t>
      </w:r>
    </w:p>
    <w:p>
      <w:pPr>
        <w:jc w:val="right"/>
      </w:pPr>
      <w:r>
        <w:t>فضیلت کے خانے میں ڈال دیا۔</w:t>
      </w:r>
    </w:p>
    <w:p>
      <w:r>
        <w:rPr>
          <w:b/>
        </w:rPr>
        <w:t xml:space="preserve">[39:52] </w:t>
      </w:r>
      <w:r>
        <w:t>aur khoob naat khwaniyan ho rahi hain.</w:t>
      </w:r>
    </w:p>
    <w:p>
      <w:pPr>
        <w:jc w:val="right"/>
      </w:pPr>
      <w:r>
        <w:t>اور خوب نعت خوانیاں ہو رہی ہیں۔</w:t>
      </w:r>
    </w:p>
    <w:p>
      <w:r>
        <w:rPr>
          <w:b/>
        </w:rPr>
        <w:t xml:space="preserve">[39:55] </w:t>
      </w:r>
      <w:r>
        <w:t>rehmat alam, rehmat alam sallallahu alaihi wasallam gaya ja raha hai.</w:t>
      </w:r>
    </w:p>
    <w:p>
      <w:pPr>
        <w:jc w:val="right"/>
      </w:pPr>
      <w:r>
        <w:t>رحمت عالم، رحمت عالم صلی اللہ علیہ وسلم گایا جا رہا ہے۔</w:t>
      </w:r>
    </w:p>
    <w:p>
      <w:r>
        <w:rPr>
          <w:b/>
        </w:rPr>
        <w:t xml:space="preserve">[40:00] </w:t>
      </w:r>
      <w:r>
        <w:t>khoob gaya ja raha hai.</w:t>
      </w:r>
    </w:p>
    <w:p>
      <w:pPr>
        <w:jc w:val="right"/>
      </w:pPr>
      <w:r>
        <w:t>خوب گایا جا رہا ہے۔</w:t>
      </w:r>
    </w:p>
    <w:p>
      <w:r>
        <w:rPr>
          <w:b/>
        </w:rPr>
        <w:t xml:space="preserve">[40:03] </w:t>
      </w:r>
      <w:r>
        <w:t>rehmat alam, rehmat alam sallallahu alaihi wasallam.</w:t>
      </w:r>
    </w:p>
    <w:p>
      <w:pPr>
        <w:jc w:val="right"/>
      </w:pPr>
      <w:r>
        <w:t>رحمت عالم، رحمت عالم صلی اللہ علیہ وسلم۔</w:t>
      </w:r>
    </w:p>
    <w:p>
      <w:r>
        <w:rPr>
          <w:b/>
        </w:rPr>
        <w:t xml:space="preserve">[40:06] </w:t>
      </w:r>
      <w:r>
        <w:t>rehmat alam ka jo quran majeed mein zikr hai, woh ek ideology hai, ek nizam fitrat ka ailaan</w:t>
      </w:r>
    </w:p>
    <w:p>
      <w:pPr>
        <w:jc w:val="right"/>
      </w:pPr>
      <w:r>
        <w:t>رحمت عالم کا جو قرآن مجید میں ذکر ہے، وہ ایک آئیڈیالوجی ہے، ایک نظام فطرت کا اعلان</w:t>
      </w:r>
    </w:p>
    <w:p>
      <w:r>
        <w:rPr>
          <w:b/>
        </w:rPr>
        <w:t xml:space="preserve">[40:14] </w:t>
      </w:r>
      <w:r>
        <w:t>hai.</w:t>
      </w:r>
    </w:p>
    <w:p>
      <w:pPr>
        <w:jc w:val="right"/>
      </w:pPr>
      <w:r>
        <w:t>ہے۔</w:t>
      </w:r>
    </w:p>
    <w:p>
      <w:r>
        <w:rPr>
          <w:b/>
        </w:rPr>
        <w:t xml:space="preserve">[40:15] </w:t>
      </w:r>
      <w:r>
        <w:t>woh allah kis tarah manage kar raha hai tareekh ko, woh cheez batai gayi hai.</w:t>
      </w:r>
    </w:p>
    <w:p>
      <w:pPr>
        <w:jc w:val="right"/>
      </w:pPr>
      <w:r>
        <w:t>وہ اللہ کس طرح مینج کر رہا ہے تاریخ کو، وہ چیز بتائی گئی ہے۔</w:t>
      </w:r>
    </w:p>
    <w:p>
      <w:r>
        <w:rPr>
          <w:b/>
        </w:rPr>
        <w:t xml:space="preserve">[40:22] </w:t>
      </w:r>
      <w:r>
        <w:t>kyunke jo cheez insan jaan nahin sakta tha, us ko allah ne bata diya.</w:t>
      </w:r>
    </w:p>
    <w:p>
      <w:pPr>
        <w:jc w:val="right"/>
      </w:pPr>
      <w:r>
        <w:t>کیونکہ جو چیز انسان جان نہیں سکتا تھا، اس کو اللہ نے بتا دیا۔</w:t>
      </w:r>
    </w:p>
    <w:p>
      <w:r>
        <w:rPr>
          <w:b/>
        </w:rPr>
        <w:t xml:space="preserve">[40:28] </w:t>
      </w:r>
      <w:r>
        <w:t>toh rehmat toh hai woh.</w:t>
      </w:r>
    </w:p>
    <w:p>
      <w:pPr>
        <w:jc w:val="right"/>
      </w:pPr>
      <w:r>
        <w:t>تو رحمتی تو ہے وہ۔</w:t>
      </w:r>
    </w:p>
    <w:p>
      <w:r>
        <w:rPr>
          <w:b/>
        </w:rPr>
        <w:t xml:space="preserve">[40:30] </w:t>
      </w:r>
      <w:r>
        <w:t>saari kainat, jaisa ke maine arz kiya, in spoken language mein woh cheez maujood thi pehle se.</w:t>
      </w:r>
    </w:p>
    <w:p>
      <w:pPr>
        <w:jc w:val="right"/>
      </w:pPr>
      <w:r>
        <w:t>ساری کائنات، جیسا کہ میں نے عرض کیا، ان اسپوکن لینگویج میں وہ چیز موجود تھی پہلے سے۔</w:t>
      </w:r>
    </w:p>
    <w:p>
      <w:r>
        <w:rPr>
          <w:b/>
        </w:rPr>
        <w:t xml:space="preserve">[40:37] </w:t>
      </w:r>
      <w:r>
        <w:t>ab paighambar ke zariye woh spoken language mein aa gayi hai.</w:t>
      </w:r>
    </w:p>
    <w:p>
      <w:pPr>
        <w:jc w:val="right"/>
      </w:pPr>
      <w:r>
        <w:t>اب پیغمبر کے ذریعے وہ اسپوکن لینگویج میں آ گئی ہے۔</w:t>
      </w:r>
    </w:p>
    <w:p>
      <w:r>
        <w:rPr>
          <w:b/>
        </w:rPr>
        <w:t xml:space="preserve">[40:42] </w:t>
      </w:r>
      <w:r>
        <w:t>yahi rehmat hai woh.</w:t>
      </w:r>
    </w:p>
    <w:p>
      <w:pPr>
        <w:jc w:val="right"/>
      </w:pPr>
      <w:r>
        <w:t>یہی رحمت ہے وہ۔</w:t>
      </w:r>
    </w:p>
    <w:p>
      <w:r>
        <w:rPr>
          <w:b/>
        </w:rPr>
        <w:t xml:space="preserve">[40:44] </w:t>
      </w:r>
      <w:r>
        <w:t>rasool allah sallallah o alaihi wasallam ki khud apni zindagi bhi is ki misaal hai.</w:t>
      </w:r>
    </w:p>
    <w:p>
      <w:pPr>
        <w:jc w:val="right"/>
      </w:pPr>
      <w:r>
        <w:t>رسول اللہ صلی اللہ علیہ وسلم کی خود اپنی زندگی بھی اس کی مثال ہے۔</w:t>
      </w:r>
    </w:p>
    <w:p>
      <w:r>
        <w:rPr>
          <w:b/>
        </w:rPr>
        <w:t xml:space="preserve">[40:50] </w:t>
      </w:r>
      <w:r>
        <w:t>misalan dekhiye, makkah mein aap ne mission shuru kiya 610 eesvi mein, toh kaaba jo muqaddas tareen masjid</w:t>
      </w:r>
    </w:p>
    <w:p>
      <w:pPr>
        <w:jc w:val="right"/>
      </w:pPr>
      <w:r>
        <w:t>مثلاً دیکھیے، مکے میں آپ نے مشن شروع کیا 610 عیسوی میں، تو کعبہ جو مقدس ترین مسجد</w:t>
      </w:r>
    </w:p>
    <w:p>
      <w:r>
        <w:rPr>
          <w:b/>
        </w:rPr>
        <w:t xml:space="preserve">[40:58] </w:t>
      </w:r>
      <w:r>
        <w:t>thi, us mein but rakhe hue hain bohat saare.</w:t>
      </w:r>
    </w:p>
    <w:p>
      <w:pPr>
        <w:jc w:val="right"/>
      </w:pPr>
      <w:r>
        <w:t>تھی، اس میں بت رکھے ہوئے ہیں بہت سارے۔</w:t>
      </w:r>
    </w:p>
    <w:p>
      <w:r>
        <w:rPr>
          <w:b/>
        </w:rPr>
        <w:t xml:space="preserve">[41:02] </w:t>
      </w:r>
      <w:r>
        <w:t>toh aap yeh, yeh aap ne nahin kaha ke todna shuru karein.</w:t>
      </w:r>
    </w:p>
    <w:p>
      <w:pPr>
        <w:jc w:val="right"/>
      </w:pPr>
      <w:r>
        <w:t>تو آپ یہ، یہ آپ نے نہیں کہا کہ توڑنا شروع کریں۔</w:t>
      </w:r>
    </w:p>
    <w:p>
      <w:r>
        <w:rPr>
          <w:b/>
        </w:rPr>
        <w:t xml:space="preserve">[41:07] </w:t>
      </w:r>
      <w:r>
        <w:t>wohin, wahan wahi waqt aap ne yeh mehsoos kiya ke meri toh had aa gayi.</w:t>
      </w:r>
    </w:p>
    <w:p>
      <w:pPr>
        <w:jc w:val="right"/>
      </w:pPr>
      <w:r>
        <w:t>وہیں، وہاں وہی وقت آپ نے یہ محسوس کیا کہ میری تو حد آ گئی۔</w:t>
      </w:r>
    </w:p>
    <w:p>
      <w:r>
        <w:rPr>
          <w:b/>
        </w:rPr>
        <w:t xml:space="preserve">[41:13] </w:t>
      </w:r>
      <w:r>
        <w:t>yahan main kaabe ko tod, yaani bulton ko tod nahin sakta, warna hungama khara ho jayega.</w:t>
      </w:r>
    </w:p>
    <w:p>
      <w:pPr>
        <w:jc w:val="right"/>
      </w:pPr>
      <w:r>
        <w:t>یہاں میں کعبے کو توڑ، یعنی بتوں کو توڑ نہیں سکتا، ورنہ ہنگامہ کھڑا ہو جائے گا۔</w:t>
      </w:r>
    </w:p>
    <w:p>
      <w:r>
        <w:rPr>
          <w:b/>
        </w:rPr>
        <w:t xml:space="preserve">[41:21] </w:t>
      </w:r>
      <w:r>
        <w:t>rasool allah ne is baat ko goya acknowledge kiya ke meri had aa gayi hai.</w:t>
      </w:r>
    </w:p>
    <w:p>
      <w:pPr>
        <w:jc w:val="right"/>
      </w:pPr>
      <w:r>
        <w:t>رسول اللہ نے اس بات کو گویا اکنالش کیا کہ میری حد آ گئی ہے۔</w:t>
      </w:r>
    </w:p>
    <w:p>
      <w:r>
        <w:rPr>
          <w:b/>
        </w:rPr>
        <w:t xml:space="preserve">[41:27] </w:t>
      </w:r>
      <w:r>
        <w:t>abhi, abhi aur kuch waqiat paish aayenge allah ki taraf se, tab kaabe se but nikalenge.</w:t>
      </w:r>
    </w:p>
    <w:p>
      <w:pPr>
        <w:jc w:val="right"/>
      </w:pPr>
      <w:r>
        <w:t>ابھی، ابھی اور کچھ واقعات پیش آئیں گے اللہ کی طرف سے، تب کعبہ سے بت نکلیں گے۔</w:t>
      </w:r>
    </w:p>
    <w:p>
      <w:r>
        <w:rPr>
          <w:b/>
        </w:rPr>
        <w:t xml:space="preserve">[41:35] </w:t>
      </w:r>
      <w:r>
        <w:t>abhi nahin nikal sakte.</w:t>
      </w:r>
    </w:p>
    <w:p>
      <w:pPr>
        <w:jc w:val="right"/>
      </w:pPr>
      <w:r>
        <w:t>ابھی نہیں نکل سکتے۔</w:t>
      </w:r>
    </w:p>
    <w:p>
      <w:r>
        <w:rPr>
          <w:b/>
        </w:rPr>
        <w:t xml:space="preserve">[41:37] </w:t>
      </w:r>
      <w:r>
        <w:t>peshkash nikalna chahoon toh ladai bhadai ke saath kuch nahin hasil hoga.</w:t>
      </w:r>
    </w:p>
    <w:p>
      <w:pPr>
        <w:jc w:val="right"/>
      </w:pPr>
      <w:r>
        <w:t>پیشکش نکالنا چاہوں گا تو لڑائی بھڑائی کے ساتھ کچھ نہیں حاصل ہوگا۔</w:t>
      </w:r>
    </w:p>
    <w:p>
      <w:r>
        <w:rPr>
          <w:b/>
        </w:rPr>
        <w:t xml:space="preserve">[41:42] </w:t>
      </w:r>
      <w:r>
        <w:t>aise hi jab hijrat aap ne ki, woh bhi yahi eteraaf tha ke apni toh had aa gayi,</w:t>
      </w:r>
    </w:p>
    <w:p>
      <w:pPr>
        <w:jc w:val="right"/>
      </w:pPr>
      <w:r>
        <w:t>ایسے ہی جب ہجرت آپ نے کی، وہ بھی یہی اعتراف تھا کہ اپنی تو حد آ گئی،</w:t>
      </w:r>
    </w:p>
    <w:p>
      <w:r>
        <w:rPr>
          <w:b/>
        </w:rPr>
        <w:t xml:space="preserve">[41:50] </w:t>
      </w:r>
      <w:r>
        <w:t>aap makkah mein nahin reh sakte.</w:t>
      </w:r>
    </w:p>
    <w:p>
      <w:pPr>
        <w:jc w:val="right"/>
      </w:pPr>
      <w:r>
        <w:t>آپ مکے میں نہیں رہ سکتے۔</w:t>
      </w:r>
    </w:p>
    <w:p>
      <w:r>
        <w:rPr>
          <w:b/>
        </w:rPr>
        <w:t xml:space="preserve">[41:52] </w:t>
      </w:r>
      <w:r>
        <w:t>ab chalo chhod kar madina.</w:t>
      </w:r>
    </w:p>
    <w:p>
      <w:pPr>
        <w:jc w:val="right"/>
      </w:pPr>
      <w:r>
        <w:t>اب چلو چھوڑ کر مدینہ۔</w:t>
      </w:r>
    </w:p>
    <w:p>
      <w:r>
        <w:rPr>
          <w:b/>
        </w:rPr>
        <w:t xml:space="preserve">[41:55] </w:t>
      </w:r>
      <w:r>
        <w:t>ab gaur kijiye, rasool allah sallallah o alaihi wasallam in mawaqe par jahan fareeq-e-sani ladai ka challenge</w:t>
      </w:r>
    </w:p>
    <w:p>
      <w:pPr>
        <w:jc w:val="right"/>
      </w:pPr>
      <w:r>
        <w:t>اب غور کیجیے، رسول اللہ صلی اللہ علیہ وسلم ان مواقع پر جہاں فریق ثانی لڑائی کا چیلنج</w:t>
      </w:r>
    </w:p>
    <w:p>
      <w:r>
        <w:rPr>
          <w:b/>
        </w:rPr>
        <w:t xml:space="preserve">[42:02] </w:t>
      </w:r>
      <w:r>
        <w:t>de raha tha, lade kyun nahin? kyunke aap ne mehsoos kiya ke yeh meri had aa gayi hai.</w:t>
      </w:r>
    </w:p>
    <w:p>
      <w:pPr>
        <w:jc w:val="right"/>
      </w:pPr>
      <w:r>
        <w:t>دے رہا تھا، لڑے کیوں نہیں؟ کیونکہ آپ نے محسوس کیا کہ یہ میری حد آ گئی ہے۔</w:t>
      </w:r>
    </w:p>
    <w:p>
      <w:r>
        <w:rPr>
          <w:b/>
        </w:rPr>
        <w:t xml:space="preserve">[42:10] </w:t>
      </w:r>
      <w:r>
        <w:t>abhi allah ka nizam jo hai, us ke liye tayyar nahin hai.</w:t>
      </w:r>
    </w:p>
    <w:p>
      <w:pPr>
        <w:jc w:val="right"/>
      </w:pPr>
      <w:r>
        <w:t>ابھی اللہ کا نظام جو ہے، اس کے لیے تیار نہیں ہے۔</w:t>
      </w:r>
    </w:p>
    <w:p>
      <w:r>
        <w:rPr>
          <w:b/>
        </w:rPr>
        <w:t xml:space="preserve">[42:15] </w:t>
      </w:r>
      <w:r>
        <w:t>baqi ke liye hudaybiya mein kyun wapas aa gaye aap? kyunke wahan aap ne apni limitations ka eteraaf</w:t>
      </w:r>
    </w:p>
    <w:p>
      <w:pPr>
        <w:jc w:val="right"/>
      </w:pPr>
      <w:r>
        <w:t>بقیہ کے لیے حدیبیہ میں کیوں واپس آ گئے آپ؟ کیونکہ وہاں آپ نے اپنی لیمیٹیشنز کا اعتراف</w:t>
      </w:r>
    </w:p>
    <w:p>
      <w:r>
        <w:rPr>
          <w:b/>
        </w:rPr>
        <w:t xml:space="preserve">[42:23] </w:t>
      </w:r>
      <w:r>
        <w:t>kya.</w:t>
      </w:r>
    </w:p>
    <w:p>
      <w:pPr>
        <w:jc w:val="right"/>
      </w:pPr>
      <w:r>
        <w:t>کیا۔</w:t>
      </w:r>
    </w:p>
    <w:p>
      <w:r>
        <w:rPr>
          <w:b/>
        </w:rPr>
        <w:t xml:space="preserve">[42:24] </w:t>
      </w:r>
      <w:r>
        <w:t>aur aap mamle ko intezar khane mein daal diya ke Allah taala abhi aur manage karenge aur</w:t>
      </w:r>
    </w:p>
    <w:p>
      <w:pPr>
        <w:jc w:val="right"/>
      </w:pPr>
      <w:r>
        <w:t>اور آپ معاملے کو انتظار خانے میں ڈال دیا کہ اللہ تعالیٰ ابھی اور مینج کریں گے اور</w:t>
      </w:r>
    </w:p>
    <w:p>
      <w:r>
        <w:rPr>
          <w:b/>
        </w:rPr>
        <w:t xml:space="preserve">[42:32] </w:t>
      </w:r>
      <w:r>
        <w:t>halat badlenge to iske baad baqiya chezen hasil hongi jo mein chahta hoon.</w:t>
      </w:r>
    </w:p>
    <w:p>
      <w:pPr>
        <w:jc w:val="right"/>
      </w:pPr>
      <w:r>
        <w:t>حالات بدلیں گے تو اس کے بعد بقیہ چیزیں حاصل ہوں گی جو میں چاہتا ہوں۔</w:t>
      </w:r>
    </w:p>
    <w:p>
      <w:r>
        <w:rPr>
          <w:b/>
        </w:rPr>
        <w:t xml:space="preserve">[42:39] </w:t>
      </w:r>
      <w:r>
        <w:t>to khud Rasool Allah Sal Allahu Alaihi Wasallam ki zindagi is baat ka namuna hai ke kis tarah</w:t>
      </w:r>
    </w:p>
    <w:p>
      <w:pPr>
        <w:jc w:val="right"/>
      </w:pPr>
      <w:r>
        <w:t>تو خود رسول اللہ صلی اللہ علیہ وسلم کی زندگی اس بات کا نمونہ ہے کہ کس طرح</w:t>
      </w:r>
    </w:p>
    <w:p>
      <w:r>
        <w:rPr>
          <w:b/>
        </w:rPr>
        <w:t xml:space="preserve">[42:47] </w:t>
      </w:r>
      <w:r>
        <w:t>aap ne is baat ko mana ke yahan meri had aa gayi hai.</w:t>
      </w:r>
    </w:p>
    <w:p>
      <w:pPr>
        <w:jc w:val="right"/>
      </w:pPr>
      <w:r>
        <w:t>آپ نے اس بات کو مانا کہ یہاں میری حد آ گئی ہے۔</w:t>
      </w:r>
    </w:p>
    <w:p>
      <w:r>
        <w:rPr>
          <w:b/>
        </w:rPr>
        <w:t xml:space="preserve">[42:52] </w:t>
      </w:r>
      <w:r>
        <w:t>ab yahan ke baad jo hai, wo Allah ka domain hai.</w:t>
      </w:r>
    </w:p>
    <w:p>
      <w:pPr>
        <w:jc w:val="right"/>
      </w:pPr>
      <w:r>
        <w:t>اب یہاں کے بعد جو ہے، وہ اللہ کا ڈومین ہے۔</w:t>
      </w:r>
    </w:p>
    <w:p>
      <w:r>
        <w:rPr>
          <w:b/>
        </w:rPr>
        <w:t xml:space="preserve">[42:57] </w:t>
      </w:r>
      <w:r>
        <w:t>yani insan ka domain aur Allah ke domain ka jo farq hai, usko bataya.</w:t>
      </w:r>
    </w:p>
    <w:p>
      <w:pPr>
        <w:jc w:val="right"/>
      </w:pPr>
      <w:r>
        <w:t>یعنی انسان کا ڈومین اور اللہ کے ڈومین کا جو فرق ہے، اس کو بتایا۔</w:t>
      </w:r>
    </w:p>
    <w:p>
      <w:r>
        <w:rPr>
          <w:b/>
        </w:rPr>
        <w:t xml:space="preserve">[43:03] </w:t>
      </w:r>
      <w:r>
        <w:t>yahi, yahi rehmat hai.</w:t>
      </w:r>
    </w:p>
    <w:p>
      <w:pPr>
        <w:jc w:val="right"/>
      </w:pPr>
      <w:r>
        <w:t>یہی، یہی رحمت ہے۔</w:t>
      </w:r>
    </w:p>
    <w:p>
      <w:r>
        <w:rPr>
          <w:b/>
        </w:rPr>
        <w:t xml:space="preserve">[43:05] </w:t>
      </w:r>
      <w:r>
        <w:t>yahi rehmat hai.</w:t>
      </w:r>
    </w:p>
    <w:p>
      <w:pPr>
        <w:jc w:val="right"/>
      </w:pPr>
      <w:r>
        <w:t>یہی رحمت ہے۔</w:t>
      </w:r>
    </w:p>
    <w:p>
      <w:r>
        <w:rPr>
          <w:b/>
        </w:rPr>
        <w:t xml:space="preserve">[43:07] </w:t>
      </w:r>
      <w:r>
        <w:t>انگریزی میں ایک لفظ ہے "trespassing"۔</w:t>
      </w:r>
    </w:p>
    <w:p>
      <w:pPr>
        <w:jc w:val="right"/>
      </w:pPr>
      <w:r>
        <w:t>انگریزی میں ایک لفظ ہے "ٹرسٹ پاسنگ"۔</w:t>
      </w:r>
    </w:p>
    <w:p>
      <w:r>
        <w:rPr>
          <w:b/>
        </w:rPr>
        <w:t xml:space="preserve">[43:10] </w:t>
      </w:r>
      <w:r>
        <w:t>to babay logon ki jo buildingen hoti hain, jaise governor hain aur vice rae hain, to unke,</w:t>
      </w:r>
    </w:p>
    <w:p>
      <w:pPr>
        <w:jc w:val="right"/>
      </w:pPr>
      <w:r>
        <w:t>تو ببے لوگوں کی جو بلڈنگیں ہوتی ہیں، جیسے گورنر ہیں اور وائس راہ ہیں، تو ان کے،</w:t>
      </w:r>
    </w:p>
    <w:p>
      <w:r>
        <w:rPr>
          <w:b/>
        </w:rPr>
        <w:t xml:space="preserve">[43:17] </w:t>
      </w:r>
      <w:r>
        <w:t>unke jo hote the office ya unke rehaish gaah, to wahan par likha jata tha ke</w:t>
      </w:r>
    </w:p>
    <w:p>
      <w:pPr>
        <w:jc w:val="right"/>
      </w:pPr>
      <w:r>
        <w:t>ان کے جو ہوتے تھے آفس یا ان کے رہائش گاہ، تو وہاں پر لکھا جاتا تھا کہ</w:t>
      </w:r>
    </w:p>
    <w:p>
      <w:r>
        <w:rPr>
          <w:b/>
        </w:rPr>
        <w:t xml:space="preserve">[43:25] </w:t>
      </w:r>
      <w:r>
        <w:t>"trust passing is not allowed".</w:t>
      </w:r>
    </w:p>
    <w:p>
      <w:pPr>
        <w:jc w:val="right"/>
      </w:pPr>
      <w:r>
        <w:t>"ٹرسٹ پاسنگ از ناٹ الاؤڈ"۔</w:t>
      </w:r>
    </w:p>
    <w:p>
      <w:r>
        <w:rPr>
          <w:b/>
        </w:rPr>
        <w:t xml:space="preserve">[43:27] </w:t>
      </w:r>
      <w:r>
        <w:t>yani is had ke aage jana ke ijazat nahi hai.</w:t>
      </w:r>
    </w:p>
    <w:p>
      <w:pPr>
        <w:jc w:val="right"/>
      </w:pPr>
      <w:r>
        <w:t>یعنی اس حد کے آگے جانا کہ اجازت نہیں ہے۔</w:t>
      </w:r>
    </w:p>
    <w:p>
      <w:r>
        <w:rPr>
          <w:b/>
        </w:rPr>
        <w:t xml:space="preserve">[43:31] </w:t>
      </w:r>
      <w:r>
        <w:t>to yeh trust passing karta hai insan.</w:t>
      </w:r>
    </w:p>
    <w:p>
      <w:pPr>
        <w:jc w:val="right"/>
      </w:pPr>
      <w:r>
        <w:t>تو یہ ٹرسٹ پاسنگ کرتا ہے انسان۔</w:t>
      </w:r>
    </w:p>
    <w:p>
      <w:r>
        <w:rPr>
          <w:b/>
        </w:rPr>
        <w:t xml:space="preserve">[43:34] </w:t>
      </w:r>
      <w:r>
        <w:t>muslim bhi hai aur non muslim bhi.</w:t>
      </w:r>
    </w:p>
    <w:p>
      <w:pPr>
        <w:jc w:val="right"/>
      </w:pPr>
      <w:r>
        <w:t>مسلم بھی ہے اور نان مسلم بھی۔</w:t>
      </w:r>
    </w:p>
    <w:p>
      <w:r>
        <w:rPr>
          <w:b/>
        </w:rPr>
        <w:t xml:space="preserve">[43:37] </w:t>
      </w:r>
      <w:r>
        <w:t>to Quran bata raha hai ke dekho yeh had hai.</w:t>
      </w:r>
    </w:p>
    <w:p>
      <w:pPr>
        <w:jc w:val="right"/>
      </w:pPr>
      <w:r>
        <w:t>تو قرآن بتا رہا ہے کہ دیکھو یہ حد ہے۔</w:t>
      </w:r>
    </w:p>
    <w:p>
      <w:r>
        <w:rPr>
          <w:b/>
        </w:rPr>
        <w:t xml:space="preserve">[43:42] </w:t>
      </w:r>
      <w:r>
        <w:t>yahan se agar trust passing to aisa hi nahi hai.</w:t>
      </w:r>
    </w:p>
    <w:p>
      <w:pPr>
        <w:jc w:val="right"/>
      </w:pPr>
      <w:r>
        <w:t>یہاں سے اگر ٹرسٹ پاسنگ تو ایسا ہی نہیں ہے۔</w:t>
      </w:r>
    </w:p>
    <w:p>
      <w:r>
        <w:rPr>
          <w:b/>
        </w:rPr>
        <w:t xml:space="preserve">[43:46] </w:t>
      </w:r>
      <w:r>
        <w:t>iska matlab yeh nahi ke mustaqil taur par rok raha hai Quran.</w:t>
      </w:r>
    </w:p>
    <w:p>
      <w:pPr>
        <w:jc w:val="right"/>
      </w:pPr>
      <w:r>
        <w:t>اس کا معنی یہ نہیں کہ مستقل طور پر روک رہا ہے قرآن۔</w:t>
      </w:r>
    </w:p>
    <w:p>
      <w:r>
        <w:rPr>
          <w:b/>
        </w:rPr>
        <w:t xml:space="preserve">[43:52] </w:t>
      </w:r>
      <w:r>
        <w:t>nahi, abhi nuz nahi hua, maturity nahi aayi, takmeel nahi hui halat ki.</w:t>
      </w:r>
    </w:p>
    <w:p>
      <w:pPr>
        <w:jc w:val="right"/>
      </w:pPr>
      <w:r>
        <w:t>نہیں، ابھی نوز نہیں ہوا، میچورٹی نہیں آئی، تکمیل نہیں ہوئی حالات کی۔</w:t>
      </w:r>
    </w:p>
    <w:p>
      <w:r>
        <w:rPr>
          <w:b/>
        </w:rPr>
        <w:t xml:space="preserve">[43:57] </w:t>
      </w:r>
      <w:r>
        <w:t>abhi yeh rukna nahi, intezar karna hai.</w:t>
      </w:r>
    </w:p>
    <w:p>
      <w:pPr>
        <w:jc w:val="right"/>
      </w:pPr>
      <w:r>
        <w:t>ابھی یہ رکنا نہیں، انتظار کرنا ہے۔</w:t>
      </w:r>
    </w:p>
    <w:p>
      <w:r>
        <w:rPr>
          <w:b/>
        </w:rPr>
        <w:t xml:space="preserve">[44:00] </w:t>
      </w:r>
      <w:r>
        <w:t>dekhiye, ek hai ke aap ruk jayen, koshishon ko khatm kar den.</w:t>
      </w:r>
    </w:p>
    <w:p>
      <w:pPr>
        <w:jc w:val="right"/>
      </w:pPr>
      <w:r>
        <w:t>دیکھیے، ایک ہے کہ آپ رک جائیں، کوششوں کو ختم کر دیں۔</w:t>
      </w:r>
    </w:p>
    <w:p>
      <w:r>
        <w:rPr>
          <w:b/>
        </w:rPr>
        <w:t xml:space="preserve">[44:05] </w:t>
      </w:r>
      <w:r>
        <w:t>yeh wo matlab nahi hai.</w:t>
      </w:r>
    </w:p>
    <w:p>
      <w:pPr>
        <w:jc w:val="right"/>
      </w:pPr>
      <w:r>
        <w:t>یہ وہ مطلب نہیں ہے۔</w:t>
      </w:r>
    </w:p>
    <w:p>
      <w:r>
        <w:rPr>
          <w:b/>
        </w:rPr>
        <w:t xml:space="preserve">[44:07] </w:t>
      </w:r>
      <w:r>
        <w:t>intezar, intezar, intezar.</w:t>
      </w:r>
    </w:p>
    <w:p>
      <w:pPr>
        <w:jc w:val="right"/>
      </w:pPr>
      <w:r>
        <w:t>انتظار، انتظار، انتظار۔</w:t>
      </w:r>
    </w:p>
    <w:p>
      <w:r>
        <w:rPr>
          <w:b/>
        </w:rPr>
        <w:t xml:space="preserve">[44:09] </w:t>
      </w:r>
      <w:r>
        <w:t>yani Hazrat Yusuf, Hazrat Yunus Alaihi Salam ki zindagi mein jo namuna hai, wo rukne ka namuna nahi,</w:t>
      </w:r>
    </w:p>
    <w:p>
      <w:pPr>
        <w:jc w:val="right"/>
      </w:pPr>
      <w:r>
        <w:t>یعنی حضرت یوسف، حضرت یونس علیہ السلام کی زندگی میں جو نمونہ ہے، وہ رکنے کا نمونہ نہیں،</w:t>
      </w:r>
    </w:p>
    <w:p>
      <w:r>
        <w:rPr>
          <w:b/>
        </w:rPr>
        <w:t xml:space="preserve">[44:17] </w:t>
      </w:r>
      <w:r>
        <w:t>intezar ka namuna hai ke abhi unhein chahiye tha ke wahan thehren, kyunke agle hi dinon mein sari</w:t>
      </w:r>
    </w:p>
    <w:p>
      <w:pPr>
        <w:jc w:val="right"/>
      </w:pPr>
      <w:r>
        <w:t>انتظار کا نمونہ ہے کہ ابھی انہیں چاہیے تھا کہ وہاں ٹھہریں، کیونکہ اگلے ہی دنوں میں ساری</w:t>
      </w:r>
    </w:p>
    <w:p>
      <w:r>
        <w:rPr>
          <w:b/>
        </w:rPr>
        <w:t xml:space="preserve">[44:24] </w:t>
      </w:r>
      <w:r>
        <w:t>qaum jo hai, un ke deen ko qabool karne wali thi.</w:t>
      </w:r>
    </w:p>
    <w:p>
      <w:pPr>
        <w:jc w:val="right"/>
      </w:pPr>
      <w:r>
        <w:t>قوم جو ہے، ان کے دین کو قبول کرنے والی تھی۔</w:t>
      </w:r>
    </w:p>
    <w:p>
      <w:r>
        <w:rPr>
          <w:b/>
        </w:rPr>
        <w:t xml:space="preserve">[44:29] </w:t>
      </w:r>
      <w:r>
        <w:t>yeh namuna hai.</w:t>
      </w:r>
    </w:p>
    <w:p>
      <w:pPr>
        <w:jc w:val="right"/>
      </w:pPr>
      <w:r>
        <w:t>یہ نمونہ ہے۔</w:t>
      </w:r>
    </w:p>
    <w:p>
      <w:r>
        <w:rPr>
          <w:b/>
        </w:rPr>
        <w:t xml:space="preserve">[44:31] </w:t>
      </w:r>
      <w:r>
        <w:t>to hum aap jo machine chala rahe hain, is ka bhi muamla yahi hai.</w:t>
      </w:r>
    </w:p>
    <w:p>
      <w:pPr>
        <w:jc w:val="right"/>
      </w:pPr>
      <w:r>
        <w:t>تو ہم آپ جو مشین چلا رہے ہیں، اس کا بھی معاملہ یہی ہے۔</w:t>
      </w:r>
    </w:p>
    <w:p>
      <w:r>
        <w:rPr>
          <w:b/>
        </w:rPr>
        <w:t xml:space="preserve">[44:37] </w:t>
      </w:r>
      <w:r>
        <w:t>hum aap ko kabhi bhi jald bazi nahi karni chahiye, kabhi bhi trust passing nahi karni chahiye, kabhi</w:t>
      </w:r>
    </w:p>
    <w:p>
      <w:pPr>
        <w:jc w:val="right"/>
      </w:pPr>
      <w:r>
        <w:t>ہم آپ کو کبھی بھی جلد بازی نہیں کرنی چاہیے، کبھی بھی ٹرسٹ پاسنگ نہیں کرنی چاہیے، کبھی</w:t>
      </w:r>
    </w:p>
    <w:p>
      <w:r>
        <w:rPr>
          <w:b/>
        </w:rPr>
        <w:t xml:space="preserve">[44:44] </w:t>
      </w:r>
      <w:r>
        <w:t>aisa nahi chahiye ke apne kaag ko chahein ke tod tod ke aage barh jaye.</w:t>
      </w:r>
    </w:p>
    <w:p>
      <w:pPr>
        <w:jc w:val="right"/>
      </w:pPr>
      <w:r>
        <w:t>ایسا نہیں چاہیے کہ اپنے کاگ کو چاہیں کہ توڑ توڑ کے آگے بڑھ جائے۔</w:t>
      </w:r>
    </w:p>
    <w:p>
      <w:r>
        <w:rPr>
          <w:b/>
        </w:rPr>
        <w:t xml:space="preserve">[44:51] </w:t>
      </w:r>
      <w:r>
        <w:t>to hum kamyab nahi honge, kyunke hamara kaag mitti ka hai aur Khuda kaag steel ka hai.</w:t>
      </w:r>
    </w:p>
    <w:p>
      <w:pPr>
        <w:jc w:val="right"/>
      </w:pPr>
      <w:r>
        <w:t>تو ہم کامیاب نہیں ہوں گے، کیونکہ ہمارا کاگ مٹی کا ہے اور خدا کاگ اسٹیل کا ہے۔</w:t>
      </w:r>
    </w:p>
    <w:p>
      <w:r>
        <w:rPr>
          <w:b/>
        </w:rPr>
        <w:t xml:space="preserve">[44:58] </w:t>
      </w:r>
      <w:r>
        <w:t>isi liye main aksar sochta hoon ke mission chalana bohat hi wisdom chahiye.</w:t>
      </w:r>
    </w:p>
    <w:p>
      <w:pPr>
        <w:jc w:val="right"/>
      </w:pPr>
      <w:r>
        <w:t>اسی لیے میں اکثر سوچتا ہوں کہ مشن چلانا بہت ہی وزڈم چاہیے۔</w:t>
      </w:r>
    </w:p>
    <w:p>
      <w:r>
        <w:rPr>
          <w:b/>
        </w:rPr>
        <w:t xml:space="preserve">[45:04] </w:t>
      </w:r>
      <w:r>
        <w:t>wisdom andha dhund machine nahi chal sakta.</w:t>
      </w:r>
    </w:p>
    <w:p>
      <w:pPr>
        <w:jc w:val="right"/>
      </w:pPr>
      <w:r>
        <w:t>وزڈم اندھا دھند مشین نہیں چل سکتا۔</w:t>
      </w:r>
    </w:p>
    <w:p>
      <w:r>
        <w:rPr>
          <w:b/>
        </w:rPr>
        <w:t xml:space="preserve">[45:07] </w:t>
      </w:r>
      <w:r>
        <w:t>hamare Muslim countries mein jo nakami ho rahi hai, kyunke wisdom ke baghair chala rahe hain.</w:t>
      </w:r>
    </w:p>
    <w:p>
      <w:pPr>
        <w:jc w:val="right"/>
      </w:pPr>
      <w:r>
        <w:t>ہمارے مسلم کنٹریز میں جو ناکامی ہو رہی ہے، کیونکہ وزڈم کے بغیر چلا رہے ہیں۔</w:t>
      </w:r>
    </w:p>
    <w:p>
      <w:r>
        <w:rPr>
          <w:b/>
        </w:rPr>
        <w:t xml:space="preserve">[45:14] </w:t>
      </w:r>
      <w:r>
        <w:t>to kya keh raha hai? khwahish shahadat, is ka naam rakh rakha hai "shahadat".</w:t>
      </w:r>
    </w:p>
    <w:p>
      <w:pPr>
        <w:jc w:val="right"/>
      </w:pPr>
      <w:r>
        <w:t>تو کیا کہہ رہا ہے؟ خواہش شہادت، اس کا نام رکھ رکھا ہے "شہادت"۔</w:t>
      </w:r>
    </w:p>
    <w:p>
      <w:r>
        <w:rPr>
          <w:b/>
        </w:rPr>
        <w:t xml:space="preserve">[45:20] </w:t>
      </w:r>
      <w:r>
        <w:t>bhi yeh kaho ke mar kat rahe hain.</w:t>
      </w:r>
    </w:p>
    <w:p>
      <w:pPr>
        <w:jc w:val="right"/>
      </w:pPr>
      <w:r>
        <w:t>بھی یہ کہو کہ مر کٹ رہے ہیں۔</w:t>
      </w:r>
    </w:p>
    <w:p>
      <w:r>
        <w:rPr>
          <w:b/>
        </w:rPr>
        <w:t xml:space="preserve">[45:23] </w:t>
      </w:r>
      <w:r>
        <w:t>yeh kaho sare Muslim countries mein kya hai? log shahadat ka title liye hue hain.</w:t>
      </w:r>
    </w:p>
    <w:p>
      <w:pPr>
        <w:jc w:val="right"/>
      </w:pPr>
      <w:r>
        <w:t>یہ کہو سارے مسلم کنٹریز میں کیا ہے؟ لوگ شہادت کا ٹائٹل لیے ہوئے ہیں۔</w:t>
      </w:r>
    </w:p>
    <w:p>
      <w:r>
        <w:rPr>
          <w:b/>
        </w:rPr>
        <w:t xml:space="preserve">[45:30] </w:t>
      </w:r>
      <w:r>
        <w:t>woh sab shahadat nahi hai, woh marna kutna hai.</w:t>
      </w:r>
    </w:p>
    <w:p>
      <w:pPr>
        <w:jc w:val="right"/>
      </w:pPr>
      <w:r>
        <w:t>وہ سب شہادت نہیں ہے، وہ مرنا کٹنا ہے۔</w:t>
      </w:r>
    </w:p>
    <w:p>
      <w:r>
        <w:rPr>
          <w:b/>
        </w:rPr>
        <w:t xml:space="preserve">[45:34] </w:t>
      </w:r>
      <w:r>
        <w:t>yani aap ka mitti ka kaag toot raha hai to aap kahein, "dekho shaheed ho gaye, dekho shahadat ka</w:t>
      </w:r>
    </w:p>
    <w:p>
      <w:pPr>
        <w:jc w:val="right"/>
      </w:pPr>
      <w:r>
        <w:t>یعنی آپ کا مٹی کاگ ٹوٹ رہا ہے تو آپ کہیں، "دیکھو شہید ہو گئے، دیکھو شہادت کا</w:t>
      </w:r>
    </w:p>
    <w:p>
      <w:r>
        <w:rPr>
          <w:b/>
        </w:rPr>
        <w:t xml:space="preserve">[45:41] </w:t>
      </w:r>
      <w:r>
        <w:t>darja mil gaya".</w:t>
      </w:r>
    </w:p>
    <w:p>
      <w:pPr>
        <w:jc w:val="right"/>
      </w:pPr>
      <w:r>
        <w:t>درجہ مل گیا"۔</w:t>
      </w:r>
    </w:p>
    <w:p>
      <w:r>
        <w:rPr>
          <w:b/>
        </w:rPr>
        <w:t xml:space="preserve">[45:43] </w:t>
      </w:r>
      <w:r>
        <w:t>kuch nahi hai.</w:t>
      </w:r>
    </w:p>
    <w:p>
      <w:pPr>
        <w:jc w:val="right"/>
      </w:pPr>
      <w:r>
        <w:t>کچھ نہیں ہے۔</w:t>
      </w:r>
    </w:p>
    <w:p>
      <w:r>
        <w:rPr>
          <w:b/>
        </w:rPr>
        <w:t xml:space="preserve">[45:44] </w:t>
      </w:r>
      <w:r>
        <w:t>wisdom na hone ki wajah se aap khwamkhwah lad rahe hain, mar rahe hain, kat rahe hain.</w:t>
      </w:r>
    </w:p>
    <w:p>
      <w:pPr>
        <w:jc w:val="right"/>
      </w:pPr>
      <w:r>
        <w:t>وزڈم نہ ہونے کی وجہ سے آپ خوامخواہ لڑ رہے ہیں، مر رہے ہیں، کٹ رہے ہیں۔</w:t>
      </w:r>
    </w:p>
    <w:p>
      <w:r>
        <w:rPr>
          <w:b/>
        </w:rPr>
        <w:t xml:space="preserve">[45:52] </w:t>
      </w:r>
      <w:r>
        <w:t>aur is ko is ki tabeer ke liye, is ko justification ke liye aap kehte hain ke yeh</w:t>
      </w:r>
    </w:p>
    <w:p>
      <w:pPr>
        <w:jc w:val="right"/>
      </w:pPr>
      <w:r>
        <w:t>اور اس کو اس کی تبریر کے لیے، اس کو جسٹیفیکیشن کے لیے آپ کہتے ہیں کہ یہ</w:t>
      </w:r>
    </w:p>
    <w:p>
      <w:r>
        <w:rPr>
          <w:b/>
        </w:rPr>
        <w:t xml:space="preserve">[45:59] </w:t>
      </w:r>
      <w:r>
        <w:t>shahadat hai.</w:t>
      </w:r>
    </w:p>
    <w:p>
      <w:pPr>
        <w:jc w:val="right"/>
      </w:pPr>
      <w:r>
        <w:t>شہادت ہے۔</w:t>
      </w:r>
    </w:p>
    <w:p>
      <w:r>
        <w:rPr>
          <w:b/>
        </w:rPr>
        <w:t xml:space="preserve">[46:01] </w:t>
      </w:r>
      <w:r>
        <w:t>to "wa ma arsalna" ke Allah rehmatul lil alameen mein jo rehmatul lil alameen ka lafz hai, kisi mysterious sense mein</w:t>
      </w:r>
    </w:p>
    <w:p>
      <w:pPr>
        <w:jc w:val="right"/>
      </w:pPr>
      <w:r>
        <w:t>تو "وما ارسلنا" کے اللہ رحمت اللعالمین میں جو رحمت اللعالمین کا لفظ ہے، کسی مسٹیریس سینس میں</w:t>
      </w:r>
    </w:p>
    <w:p>
      <w:r>
        <w:rPr>
          <w:b/>
        </w:rPr>
        <w:t xml:space="preserve">[46:09] </w:t>
      </w:r>
      <w:r>
        <w:t>nahi hai, fazilat ke sense mein nahi hai.</w:t>
      </w:r>
    </w:p>
    <w:p>
      <w:pPr>
        <w:jc w:val="right"/>
      </w:pPr>
      <w:r>
        <w:t>نہیں ہے، فضیلت کے سینس میں نہیں ہے۔</w:t>
      </w:r>
    </w:p>
    <w:p>
      <w:r>
        <w:rPr>
          <w:b/>
        </w:rPr>
        <w:t xml:space="preserve">[46:12] </w:t>
      </w:r>
      <w:r>
        <w:t>woh is sense mein hai ke Allah taala, yani har in manage kar rahe hain is is is</w:t>
      </w:r>
    </w:p>
    <w:p>
      <w:pPr>
        <w:jc w:val="right"/>
      </w:pPr>
      <w:r>
        <w:t>وہ اس سینس میں ہے کہ اللہ تعالیٰ، یعنی ہر ان مینج کر رہے ہیں اس اس اس</w:t>
      </w:r>
    </w:p>
    <w:p>
      <w:r>
        <w:rPr>
          <w:b/>
        </w:rPr>
        <w:t xml:space="preserve">[46:20] </w:t>
      </w:r>
      <w:r>
        <w:t>kainat ko, is is zindagi ko.</w:t>
      </w:r>
    </w:p>
    <w:p>
      <w:pPr>
        <w:jc w:val="right"/>
      </w:pPr>
      <w:r>
        <w:t>کائنات کو، اس اس زندگی کو۔</w:t>
      </w:r>
    </w:p>
    <w:p>
      <w:r>
        <w:rPr>
          <w:b/>
        </w:rPr>
        <w:t xml:space="preserve">[46:22] </w:t>
      </w:r>
      <w:r>
        <w:t>kal yom huwa khushaan ka maani yahi hai ke Khuda haram alive hai, haram active hai, haram woh</w:t>
      </w:r>
    </w:p>
    <w:p>
      <w:pPr>
        <w:jc w:val="right"/>
      </w:pPr>
      <w:r>
        <w:t>کل یوم ہوا خوشان کا معنی یہی ہے کہ خدا حرام الائیو ہے، حرام ایکٹیو ہے، حرام وہ</w:t>
      </w:r>
    </w:p>
    <w:p>
      <w:r>
        <w:rPr>
          <w:b/>
        </w:rPr>
        <w:t xml:space="preserve">[46:30] </w:t>
      </w:r>
      <w:r>
        <w:t>manage kar raha hai.</w:t>
      </w:r>
    </w:p>
    <w:p>
      <w:pPr>
        <w:jc w:val="right"/>
      </w:pPr>
      <w:r>
        <w:t>مینج کر رہا ہے۔</w:t>
      </w:r>
    </w:p>
    <w:p>
      <w:r>
        <w:rPr>
          <w:b/>
        </w:rPr>
        <w:t xml:space="preserve">[46:32] </w:t>
      </w:r>
      <w:r>
        <w:t>ab is mein tum ko apni apni sawari chalani hai.</w:t>
      </w:r>
    </w:p>
    <w:p>
      <w:pPr>
        <w:jc w:val="right"/>
      </w:pPr>
      <w:r>
        <w:t>اب اس میں تم کو اپنی اپنی سواری چلانی ہے۔</w:t>
      </w:r>
    </w:p>
    <w:p>
      <w:r>
        <w:rPr>
          <w:b/>
        </w:rPr>
        <w:t xml:space="preserve">[46:36] </w:t>
      </w:r>
      <w:r>
        <w:t>to tum bohat hi wisdom ke sath janna parega ke kidhar rasta hai, kidhar rasta nahi hai,</w:t>
      </w:r>
    </w:p>
    <w:p>
      <w:pPr>
        <w:jc w:val="right"/>
      </w:pPr>
      <w:r>
        <w:t>تو تم بہت ہی وزڈم کے ساتھ جاننا پڑے گا کہ کدھر راستہ ہے، کدھر راستہ نہیں ہے،</w:t>
      </w:r>
    </w:p>
    <w:p>
      <w:r>
        <w:rPr>
          <w:b/>
        </w:rPr>
        <w:t xml:space="preserve">[46:44] </w:t>
      </w:r>
      <w:r>
        <w:t>kidhar mudna hai, kidhar mudna nahi hai, kahan rukna hai, kahan rukna nahi hai.</w:t>
      </w:r>
    </w:p>
    <w:p>
      <w:pPr>
        <w:jc w:val="right"/>
      </w:pPr>
      <w:r>
        <w:t>کدھر مڑنا ہے، کدھر مڑنا نہیں ہے، کہاں رکنا ہے، کہاں رکنا نہیں ہے۔</w:t>
      </w:r>
    </w:p>
    <w:p>
      <w:r>
        <w:rPr>
          <w:b/>
        </w:rPr>
        <w:t xml:space="preserve">[46:50] </w:t>
      </w:r>
      <w:r>
        <w:t>yeh apni apni baseerat se janna parega, kyunke farishta awaz nahi lagaye ga.</w:t>
      </w:r>
    </w:p>
    <w:p>
      <w:pPr>
        <w:jc w:val="right"/>
      </w:pPr>
      <w:r>
        <w:t>یہ اپنی اپنی بصیرت سے جاننا پڑے گا، کیونکہ فرشتہ آواز نہیں لگائے گا۔</w:t>
      </w:r>
    </w:p>
    <w:p>
      <w:r>
        <w:rPr>
          <w:b/>
        </w:rPr>
        <w:t xml:space="preserve">[46:56] </w:t>
      </w:r>
      <w:r>
        <w:t>khuda ka jo management hai, woh awaz nahi lagaye ga.</w:t>
      </w:r>
    </w:p>
    <w:p>
      <w:pPr>
        <w:jc w:val="right"/>
      </w:pPr>
      <w:r>
        <w:t>خدا کا جو مینجمنٹ ہے، وہ آواز نہیں لگائے گا۔</w:t>
      </w:r>
    </w:p>
    <w:p>
      <w:r>
        <w:rPr>
          <w:b/>
        </w:rPr>
        <w:t xml:space="preserve">[47:00] </w:t>
      </w:r>
      <w:r>
        <w:t>You have to apply your own wisdom, tab kamyabi hai.</w:t>
      </w:r>
    </w:p>
    <w:p>
      <w:pPr>
        <w:jc w:val="right"/>
      </w:pPr>
      <w:r>
        <w:t>یو ہیو ٹو اپلائی یور اون وزڈم، تب کامیابی ہے۔</w:t>
      </w:r>
    </w:p>
    <w:p>
      <w:r>
        <w:rPr>
          <w:b/>
        </w:rPr>
        <w:t xml:space="preserve">[47:04] </w:t>
      </w:r>
      <w:r>
        <w:t>yani aap dekhen quran mein hai ke "antum al-aloon in kuntum momineen" ke tum hi kamyab ho gaye</w:t>
      </w:r>
    </w:p>
    <w:p>
      <w:pPr>
        <w:jc w:val="right"/>
      </w:pPr>
      <w:r>
        <w:t>یعنی آپ دیکھیں قرآن میں ہے کہ "انتم العالون ان کتم مومنین" کہ تم ہی کامیاب ہو گئے</w:t>
      </w:r>
    </w:p>
    <w:p>
      <w:r>
        <w:rPr>
          <w:b/>
        </w:rPr>
        <w:t xml:space="preserve">[47:12] </w:t>
      </w:r>
      <w:r>
        <w:t>ho ke tum momin ho.</w:t>
      </w:r>
    </w:p>
    <w:p>
      <w:pPr>
        <w:jc w:val="right"/>
      </w:pPr>
      <w:r>
        <w:t>ہو کہ تم مومن ہو۔</w:t>
      </w:r>
    </w:p>
    <w:p>
      <w:r>
        <w:rPr>
          <w:b/>
        </w:rPr>
        <w:t xml:space="preserve">[47:14] </w:t>
      </w:r>
      <w:r>
        <w:t>aur har jo musalman nakam ho rahe hain, jitne bhi aap logon ne jin ko shaheed bana rakha</w:t>
      </w:r>
    </w:p>
    <w:p>
      <w:pPr>
        <w:jc w:val="right"/>
      </w:pPr>
      <w:r>
        <w:t>اور ہر جو مسلمان ناکام ہو رہے ہیں، جتنے بھی آپ لوگوں نے جن کو شہید بنا رکھا</w:t>
      </w:r>
    </w:p>
    <w:p>
      <w:r>
        <w:rPr>
          <w:b/>
        </w:rPr>
        <w:t xml:space="preserve">[47:22] </w:t>
      </w:r>
      <w:r>
        <w:t>hai, woh kya hai? nakami kaise hai? woh beshumar logon ko aap logon ne shaheed bana rakha</w:t>
      </w:r>
    </w:p>
    <w:p>
      <w:pPr>
        <w:jc w:val="right"/>
      </w:pPr>
      <w:r>
        <w:t>ہے، وہ کیا ہے؟ ناکامی کیسے ہے؟ وہ بے شمار لوگوں کو آپ لوگوں نے شہید بنا رکھا</w:t>
      </w:r>
    </w:p>
    <w:p>
      <w:r>
        <w:rPr>
          <w:b/>
        </w:rPr>
        <w:t xml:space="preserve">[47:30] </w:t>
      </w:r>
      <w:r>
        <w:t>hai, lekin woh kya hota hai? nakami kaise hai? khwamkhwah lad gaye, mar gaye, kat gaye.</w:t>
      </w:r>
    </w:p>
    <w:p>
      <w:pPr>
        <w:jc w:val="right"/>
      </w:pPr>
      <w:r>
        <w:t>ہے، لیکن وہ کیا ہوتا ہے؟ ناکامی کیسے ہے؟ خوامخواہ لڑ گئے، مر گئے، کٹ گئے۔</w:t>
      </w:r>
    </w:p>
    <w:p>
      <w:r>
        <w:rPr>
          <w:b/>
        </w:rPr>
        <w:t xml:space="preserve">[47:36] </w:t>
      </w:r>
      <w:r>
        <w:t>وہ ناکامی کیسے ہے؟ وہ تو ناکامی کیوں ہو گئی؟ کیونکہ wisdom apply نہیں کیا انہوں نے۔</w:t>
      </w:r>
    </w:p>
    <w:p>
      <w:pPr>
        <w:jc w:val="right"/>
      </w:pPr>
      <w:r>
        <w:t>وہ ناکامی کیسے ہے؟ وہ تو ناکامی کیوں ہو گئی؟ کیونکہ وزڈم اپلائی نہیں کیا انہوں نے۔</w:t>
      </w:r>
    </w:p>
    <w:p>
      <w:r>
        <w:rPr>
          <w:b/>
        </w:rPr>
        <w:t xml:space="preserve">[47:44] </w:t>
      </w:r>
      <w:r>
        <w:t>wisdom apply nahi kiya.</w:t>
      </w:r>
    </w:p>
    <w:p>
      <w:pPr>
        <w:jc w:val="right"/>
      </w:pPr>
      <w:r>
        <w:t>وزڈم اپلائی نہیں کیا۔</w:t>
      </w:r>
    </w:p>
    <w:p>
      <w:r>
        <w:rPr>
          <w:b/>
        </w:rPr>
        <w:t xml:space="preserve">[47:45] </w:t>
      </w:r>
      <w:r>
        <w:t>apni planning mein dekhiye, jab bhi aap koi planning karte hain to bohat sa expert, jaise ek bara</w:t>
      </w:r>
    </w:p>
    <w:p>
      <w:pPr>
        <w:jc w:val="right"/>
      </w:pPr>
      <w:r>
        <w:t>اپنی پلاننگ میں دیکھیے، جب بھی آپ کوئی پلاننگ کرتے ہیں تو بہت سا ایکسپرٹ، جیسے ایک بڑا</w:t>
      </w:r>
    </w:p>
    <w:p>
      <w:r>
        <w:rPr>
          <w:b/>
        </w:rPr>
        <w:t xml:space="preserve">[47:53] </w:t>
      </w:r>
      <w:r>
        <w:t>pul banana hai, aap ko ek bari building banani hai, to bohat se expert is mein involve hote</w:t>
      </w:r>
    </w:p>
    <w:p>
      <w:pPr>
        <w:jc w:val="right"/>
      </w:pPr>
      <w:r>
        <w:t>پل بنانا ہے، آپ کو ایک بڑی بلڈنگ بنانی ہے، تو بہت سے ایکسپرٹ اس میں انوالو ہوتے</w:t>
      </w:r>
    </w:p>
    <w:p>
      <w:r>
        <w:rPr>
          <w:b/>
        </w:rPr>
        <w:t xml:space="preserve">[48:01] </w:t>
      </w:r>
      <w:r>
        <w:t>hain.</w:t>
      </w:r>
    </w:p>
    <w:p>
      <w:pPr>
        <w:jc w:val="right"/>
      </w:pPr>
      <w:r>
        <w:t>ہیں۔</w:t>
      </w:r>
    </w:p>
    <w:p>
      <w:r>
        <w:rPr>
          <w:b/>
        </w:rPr>
        <w:t xml:space="preserve">[48:02] </w:t>
      </w:r>
      <w:r>
        <w:t>mukhtalif cheezon ke expert, jaise mein shikarogaya to wahan par jo cs building hai, so story</w:t>
      </w:r>
    </w:p>
    <w:p>
      <w:pPr>
        <w:jc w:val="right"/>
      </w:pPr>
      <w:r>
        <w:t>مختلف چیزوں کے ایکسپرٹ، جیسے میں شکارو گیا تو وہاں پر جو سی ایس بلڈنگ ہے، سو اسٹوری</w:t>
      </w:r>
    </w:p>
    <w:p>
      <w:r>
        <w:rPr>
          <w:b/>
        </w:rPr>
        <w:t xml:space="preserve">[48:10] </w:t>
      </w:r>
      <w:r>
        <w:t>se bhi zyada hai, woh to sara naam likha hua hai, yeh woh, yeh woh ke har cheez</w:t>
      </w:r>
    </w:p>
    <w:p>
      <w:pPr>
        <w:jc w:val="right"/>
      </w:pPr>
      <w:r>
        <w:t>سے بھی زیادہ ہے، وہ تو سارا نام لکھا ہوا ہے، یہ وہ، یہ وہ کہ ہر چیز</w:t>
      </w:r>
    </w:p>
    <w:p>
      <w:r>
        <w:rPr>
          <w:b/>
        </w:rPr>
        <w:t xml:space="preserve">[48:18] </w:t>
      </w:r>
      <w:r>
        <w:t>ke expert baithe aur sab logon ne socha ke kis tarah building banai jaye.</w:t>
      </w:r>
    </w:p>
    <w:p>
      <w:pPr>
        <w:jc w:val="right"/>
      </w:pPr>
      <w:r>
        <w:t>کے ایکسپرٹ بیٹھے اور سب لوگوں نے سوچا کہ کس طرح بلڈنگ بنائی جائے۔</w:t>
      </w:r>
    </w:p>
    <w:p>
      <w:r>
        <w:rPr>
          <w:b/>
        </w:rPr>
        <w:t xml:space="preserve">[48:24] </w:t>
      </w:r>
      <w:r>
        <w:t>to sare expert ke mashware ke baad woh building khari ki.</w:t>
      </w:r>
    </w:p>
    <w:p>
      <w:pPr>
        <w:jc w:val="right"/>
      </w:pPr>
      <w:r>
        <w:t>تو سارے ایکسپرٹ کے مشورے کے بعد وہ بلڈنگ کھڑی کی۔</w:t>
      </w:r>
    </w:p>
    <w:p>
      <w:r>
        <w:rPr>
          <w:b/>
        </w:rPr>
        <w:t xml:space="preserve">[48:28] </w:t>
      </w:r>
      <w:r>
        <w:t>to aap ko bhi yeh karna chahiye, apni aqal ko istemal karna chahiye ke mukhtalif taqazon ke bare</w:t>
      </w:r>
    </w:p>
    <w:p>
      <w:pPr>
        <w:jc w:val="right"/>
      </w:pPr>
      <w:r>
        <w:t>تو آپ کو بھی یہ کرنا چاہیے، اپنی عقل کو استعمال کرنا چاہیے کہ مختلف تقاضوں کے بارے</w:t>
      </w:r>
    </w:p>
    <w:p>
      <w:r>
        <w:rPr>
          <w:b/>
        </w:rPr>
        <w:t xml:space="preserve">[48:36] </w:t>
      </w:r>
      <w:r>
        <w:t>mein sochna chahiye.</w:t>
      </w:r>
    </w:p>
    <w:p>
      <w:pPr>
        <w:jc w:val="right"/>
      </w:pPr>
      <w:r>
        <w:t>میں سوچنا چاہیے۔</w:t>
      </w:r>
    </w:p>
    <w:p>
      <w:r>
        <w:rPr>
          <w:b/>
        </w:rPr>
        <w:t xml:space="preserve">[48:38] </w:t>
      </w:r>
      <w:r>
        <w:t>yeh taqaza, woh taqaza, woh taqaza.</w:t>
      </w:r>
    </w:p>
    <w:p>
      <w:pPr>
        <w:jc w:val="right"/>
      </w:pPr>
      <w:r>
        <w:t>یہ تقاضا، وہ تقاضا، وہ تقاضا۔</w:t>
      </w:r>
    </w:p>
    <w:p>
      <w:r>
        <w:rPr>
          <w:b/>
        </w:rPr>
        <w:t xml:space="preserve">[48:40] </w:t>
      </w:r>
      <w:r>
        <w:t>to phir kaam mein bhi yaqeen nahi hai.</w:t>
      </w:r>
    </w:p>
    <w:p>
      <w:pPr>
        <w:jc w:val="right"/>
      </w:pPr>
      <w:r>
        <w:t>تو پھر کام میں بھی یقین نہیں ہے۔</w:t>
      </w:r>
    </w:p>
    <w:p>
      <w:r>
        <w:rPr>
          <w:b/>
        </w:rPr>
        <w:t xml:space="preserve">[48:44] </w:t>
      </w:r>
      <w:r>
        <w:t>yani jab bhi aap ek tehreek uthayenge, jaise muslim countries mein hua ke tehreekein uthayen logon ne,</w:t>
      </w:r>
    </w:p>
    <w:p>
      <w:pPr>
        <w:jc w:val="right"/>
      </w:pPr>
      <w:r>
        <w:t>یعنی جب بھی آپ ایک تحریک اٹھائیں گے، جیسے مسلم کنٹریز میں ہوا کہ تحریکیں اٹھائیں لوگوں نے،</w:t>
      </w:r>
    </w:p>
    <w:p>
      <w:r>
        <w:rPr>
          <w:b/>
        </w:rPr>
        <w:t xml:space="preserve">[48:51] </w:t>
      </w:r>
      <w:r>
        <w:t>to mujhe ek bhi shakhs is mein, yani jo leader sahaba the, is ke ek shakhs bhi mere</w:t>
      </w:r>
    </w:p>
    <w:p>
      <w:pPr>
        <w:jc w:val="right"/>
      </w:pPr>
      <w:r>
        <w:t>تو مجھے ایک بھی شخص اس میں، یعنی جو لیڈر صحابہ تھے، اس کے ایک شخص بھی میرے</w:t>
      </w:r>
    </w:p>
    <w:p>
      <w:r>
        <w:rPr>
          <w:b/>
        </w:rPr>
        <w:t xml:space="preserve">[48:59] </w:t>
      </w:r>
      <w:r>
        <w:t>ilm mein nahi hai jis ne is yeh kaam kiya ho ke planning ke taqazon mukhtalif pehluon se</w:t>
      </w:r>
    </w:p>
    <w:p>
      <w:pPr>
        <w:jc w:val="right"/>
      </w:pPr>
      <w:r>
        <w:t>علم میں نہیں ہے جس نے اس یہ کام کیا ہو کہ پلاننگ کے تقاضے مختلف پہلوؤں سے</w:t>
      </w:r>
    </w:p>
    <w:p>
      <w:r>
        <w:rPr>
          <w:b/>
        </w:rPr>
        <w:t xml:space="preserve">[49:07] </w:t>
      </w:r>
      <w:r>
        <w:t>ghor karna ke bhai yeh hoga to kya hoga, opposition ho jayegi to kya hoga, secular log</w:t>
      </w:r>
    </w:p>
    <w:p>
      <w:pPr>
        <w:jc w:val="right"/>
      </w:pPr>
      <w:r>
        <w:t>غور کرنا کہ بھئی یہ ہوگا تو کیا ہوگا، اپوزیشن ہو جائے گی تو کیا ہوگا، سیکولر لوگ</w:t>
      </w:r>
    </w:p>
    <w:p>
      <w:r>
        <w:rPr>
          <w:b/>
        </w:rPr>
        <w:t xml:space="preserve">[49:15] </w:t>
      </w:r>
      <w:r>
        <w:t>jhanda uthayenge to kya hoga, jo log islah ke khilaf hain, woh uth jayen to kya hoga.</w:t>
      </w:r>
    </w:p>
    <w:p>
      <w:pPr>
        <w:jc w:val="right"/>
      </w:pPr>
      <w:r>
        <w:t>جھنڈا اٹھائیں گے تو کیا ہوگا، جو لوگ اصلاح کے خلاف ہیں، وہ اٹھ جائیں تو کیا ہوگا۔</w:t>
      </w:r>
    </w:p>
    <w:p>
      <w:r>
        <w:rPr>
          <w:b/>
        </w:rPr>
        <w:t xml:space="preserve">[49:22] </w:t>
      </w:r>
      <w:r>
        <w:t>in sab cheezon ki riayat kar ke aap ko planning karna chahiye.</w:t>
      </w:r>
    </w:p>
    <w:p>
      <w:pPr>
        <w:jc w:val="right"/>
      </w:pPr>
      <w:r>
        <w:t>ان سب چیزوں کی رعایت کر کے آپ کو پلاننگ کرنا چاہیے۔</w:t>
      </w:r>
    </w:p>
    <w:p>
      <w:r>
        <w:rPr>
          <w:b/>
        </w:rPr>
        <w:t xml:space="preserve">[49:27] </w:t>
      </w:r>
      <w:r>
        <w:t>ab kya hai? jab uth, jab woh uth pade hote hain, koi secular jhanda utha lete hain, koi</w:t>
      </w:r>
    </w:p>
    <w:p>
      <w:pPr>
        <w:jc w:val="right"/>
      </w:pPr>
      <w:r>
        <w:t>اب کیا ہے؟ جب اٹھ، جب وہ اٹھ پڑے ہوتے ہیں، کوئی سیکولر جھنڈا اٹھا لیتے ہیں، کوئی</w:t>
      </w:r>
    </w:p>
    <w:p>
      <w:r>
        <w:rPr>
          <w:b/>
        </w:rPr>
        <w:t xml:space="preserve">[49:35] </w:t>
      </w:r>
      <w:r>
        <w:t>riwayat pasand jhanda utha leta hai, kuch logon ke iqtadar khatre mein woh jhanda utha lete hain to</w:t>
      </w:r>
    </w:p>
    <w:p>
      <w:pPr>
        <w:jc w:val="right"/>
      </w:pPr>
      <w:r>
        <w:t>روایت پسند جھنڈا اٹھا لیتا ہے، کچھ لوگوں کے اقتدار خطرے میں وہ جھنڈا اٹھا لیتے ہیں تو</w:t>
      </w:r>
    </w:p>
    <w:p>
      <w:r>
        <w:rPr>
          <w:b/>
        </w:rPr>
        <w:t xml:space="preserve">[49:43] </w:t>
      </w:r>
      <w:r>
        <w:t>kehte hain ke dekho, America ne fail kar diya, dekho, sari maghribi qaumon ne sazish kar ke nakam</w:t>
      </w:r>
    </w:p>
    <w:p>
      <w:pPr>
        <w:jc w:val="right"/>
      </w:pPr>
      <w:r>
        <w:t>کہتے ہیں کہ دیکھو، امریکہ نے فیل کر دیا، دیکھو، ساری مغربی قوموں نے سازش کر کے ناکام</w:t>
      </w:r>
    </w:p>
    <w:p>
      <w:r>
        <w:rPr>
          <w:b/>
        </w:rPr>
        <w:t xml:space="preserve">[49:51] </w:t>
      </w:r>
      <w:r>
        <w:t>rehti hai.</w:t>
      </w:r>
    </w:p>
    <w:p>
      <w:pPr>
        <w:jc w:val="right"/>
      </w:pPr>
      <w:r>
        <w:t>رہتی ہے۔</w:t>
      </w:r>
    </w:p>
    <w:p>
      <w:r>
        <w:rPr>
          <w:b/>
        </w:rPr>
        <w:t xml:space="preserve">[49:52] </w:t>
      </w:r>
      <w:r>
        <w:t>yeh sab bilkul, yani more than jhoot hai.</w:t>
      </w:r>
    </w:p>
    <w:p>
      <w:pPr>
        <w:jc w:val="right"/>
      </w:pPr>
      <w:r>
        <w:t>یہ سب بالکل، یعنی مور دین جھوٹ ہے۔</w:t>
      </w:r>
    </w:p>
    <w:p>
      <w:r>
        <w:rPr>
          <w:b/>
        </w:rPr>
        <w:t xml:space="preserve">[49:55] </w:t>
      </w:r>
      <w:r>
        <w:t>yeh yeh etraaf karo ke hamari planning naqis thi, hamara mansooba jo tha, naqis tha.</w:t>
      </w:r>
    </w:p>
    <w:p>
      <w:pPr>
        <w:jc w:val="right"/>
      </w:pPr>
      <w:r>
        <w:t>یہ یہ اعتراف کرو کہ ہماری پلاننگ ناقص تھی، ہمارا منصوبہ جو تھا، ناقص تھا۔</w:t>
      </w:r>
    </w:p>
    <w:p>
      <w:r>
        <w:rPr>
          <w:b/>
        </w:rPr>
        <w:t xml:space="preserve">[50:02] </w:t>
      </w:r>
      <w:r>
        <w:t>abhi maine akhbar mein parha ke Bombay mein bohat si buildingen collapse kar rahi hain.</w:t>
      </w:r>
    </w:p>
    <w:p>
      <w:pPr>
        <w:jc w:val="right"/>
      </w:pPr>
      <w:r>
        <w:t>ابھی میں نے اخبار میں پڑھا کہ بمبئی میں بہت سی بلڈنگیں کولیپس کر رہی ہیں۔</w:t>
      </w:r>
    </w:p>
    <w:p>
      <w:r>
        <w:rPr>
          <w:b/>
        </w:rPr>
        <w:t xml:space="preserve">[50:09] </w:t>
      </w:r>
      <w:r>
        <w:t>haal mein woh buildingen nai buildingen thin.</w:t>
      </w:r>
    </w:p>
    <w:p>
      <w:pPr>
        <w:jc w:val="right"/>
      </w:pPr>
      <w:r>
        <w:t>حال میں وہ بلڈنگیں نئی بلڈنگیں تھیں۔</w:t>
      </w:r>
    </w:p>
    <w:p>
      <w:r>
        <w:rPr>
          <w:b/>
        </w:rPr>
        <w:t xml:space="preserve">[50:12] </w:t>
      </w:r>
      <w:r>
        <w:t>collapse kyun kar rahi hain? is mein jo loha jitna chahiye, jitna cement chahiye, jitna is ka saaz</w:t>
      </w:r>
    </w:p>
    <w:p>
      <w:pPr>
        <w:jc w:val="right"/>
      </w:pPr>
      <w:r>
        <w:t>کولیپس کیوں کر رہی ہیں؟ اس میں جو لوہا جتنا چاہیے، جتنا سیمنٹ چاہیے، جتنا اس کا ساز</w:t>
      </w:r>
    </w:p>
    <w:p>
      <w:r>
        <w:rPr>
          <w:b/>
        </w:rPr>
        <w:t xml:space="preserve">[50:19] </w:t>
      </w:r>
      <w:r>
        <w:t>o saman jo lagta hai, woh theek se istemal kiya gaya tha.</w:t>
      </w:r>
    </w:p>
    <w:p>
      <w:pPr>
        <w:jc w:val="right"/>
      </w:pPr>
      <w:r>
        <w:t>و سامان جو لگتا ہے، وہ ٹھیک سے استعمال کیا گیا تھا۔</w:t>
      </w:r>
    </w:p>
    <w:p>
      <w:r>
        <w:rPr>
          <w:b/>
        </w:rPr>
        <w:t xml:space="preserve">[50:25] </w:t>
      </w:r>
      <w:r>
        <w:t>to kahin lohe ki kami hai, kahin cement ki kami hai, kahin zameen ka andaza nahin.</w:t>
      </w:r>
    </w:p>
    <w:p>
      <w:pPr>
        <w:jc w:val="right"/>
      </w:pPr>
      <w:r>
        <w:t>تو کہیں لوہے کی کمی ہے، کہیں سیمنٹ کی کمی ہے، کہیں زمین کا اندازہ نہیں۔</w:t>
      </w:r>
    </w:p>
    <w:p>
      <w:r>
        <w:rPr>
          <w:b/>
        </w:rPr>
        <w:t xml:space="preserve">[50:31] </w:t>
      </w:r>
      <w:r>
        <w:t>India ki zameen jo hai, daldali farz karen, zameen daldali zameen hai, jaise America mein Newark mein bohat</w:t>
      </w:r>
    </w:p>
    <w:p>
      <w:pPr>
        <w:jc w:val="right"/>
      </w:pPr>
      <w:r>
        <w:t>انڈیا کی زمین جو ہے، دلدلی فرض کریں، زمین دلدلی زمین ہے، جیسے امریکہ میں نیارک میں بہت</w:t>
      </w:r>
    </w:p>
    <w:p>
      <w:r>
        <w:rPr>
          <w:b/>
        </w:rPr>
        <w:t xml:space="preserve">[50:39] </w:t>
      </w:r>
      <w:r>
        <w:t>badi buildingen banai gayin.</w:t>
      </w:r>
    </w:p>
    <w:p>
      <w:pPr>
        <w:jc w:val="right"/>
      </w:pPr>
      <w:r>
        <w:t>بڑی بلڈنگیں بنائی گئی۔</w:t>
      </w:r>
    </w:p>
    <w:p>
      <w:r>
        <w:rPr>
          <w:b/>
        </w:rPr>
        <w:t xml:space="preserve">[50:41] </w:t>
      </w:r>
      <w:r>
        <w:t>to kyun zameen ko pata kya hai? chaitani zameen hai.</w:t>
      </w:r>
    </w:p>
    <w:p>
      <w:pPr>
        <w:jc w:val="right"/>
      </w:pPr>
      <w:r>
        <w:t>تو کیوں زمین کو پتہ کیا ہے؟ چٹانی زمین ہے۔</w:t>
      </w:r>
    </w:p>
    <w:p>
      <w:r>
        <w:rPr>
          <w:b/>
        </w:rPr>
        <w:t xml:space="preserve">[50:45] </w:t>
      </w:r>
      <w:r>
        <w:t>to ek hoti hai daldali zameen, ek hoti hai chaitani zameen.</w:t>
      </w:r>
    </w:p>
    <w:p>
      <w:pPr>
        <w:jc w:val="right"/>
      </w:pPr>
      <w:r>
        <w:t>تو ایک ہوتی ہے دلدلی زمین، ایک ہوتی ہے چٹانی زمین۔</w:t>
      </w:r>
    </w:p>
    <w:p>
      <w:r>
        <w:rPr>
          <w:b/>
        </w:rPr>
        <w:t xml:space="preserve">[50:50] </w:t>
      </w:r>
      <w:r>
        <w:t>to daldali zameen par building khadi karte to utha jayegi.</w:t>
      </w:r>
    </w:p>
    <w:p>
      <w:pPr>
        <w:jc w:val="right"/>
      </w:pPr>
      <w:r>
        <w:t>تو دلدلی زمین پر بلڈنگ کھڑی کرتے تو اٹھا جائے گی۔</w:t>
      </w:r>
    </w:p>
    <w:p>
      <w:r>
        <w:rPr>
          <w:b/>
        </w:rPr>
        <w:t xml:space="preserve">[50:55] </w:t>
      </w:r>
      <w:r>
        <w:t>woh to to chaitani zameen par multi-story building khadi hoti hai.</w:t>
      </w:r>
    </w:p>
    <w:p>
      <w:pPr>
        <w:jc w:val="right"/>
      </w:pPr>
      <w:r>
        <w:t>وہ تو تو چٹانی زمین پر ملٹی سٹوری بلڈنگ کھڑی ہوتی ہے۔</w:t>
      </w:r>
    </w:p>
    <w:p>
      <w:r>
        <w:rPr>
          <w:b/>
        </w:rPr>
        <w:t xml:space="preserve">[51:00] </w:t>
      </w:r>
      <w:r>
        <w:t>to Muslim tehrikon mein mujhe nahin maloom ek bhi aisa shakhs hai jo is haqiqat ko janta ho</w:t>
      </w:r>
    </w:p>
    <w:p>
      <w:pPr>
        <w:jc w:val="right"/>
      </w:pPr>
      <w:r>
        <w:t>تو مسلم تحریکوں میں مجھے نہیں معلوم ایک بھی ایسا شخص ہے جو اس حقیقت کو جانتا ہو</w:t>
      </w:r>
    </w:p>
    <w:p>
      <w:r>
        <w:rPr>
          <w:b/>
        </w:rPr>
        <w:t xml:space="preserve">[51:07] </w:t>
      </w:r>
      <w:r>
        <w:t>aur sare pehluon ki riayat kar ke planning kare apni.</w:t>
      </w:r>
    </w:p>
    <w:p>
      <w:pPr>
        <w:jc w:val="right"/>
      </w:pPr>
      <w:r>
        <w:t>اور سارے پہلوؤں کی رعایت کر کے پلاننگ کرے اپنی۔</w:t>
      </w:r>
    </w:p>
    <w:p>
      <w:r>
        <w:rPr>
          <w:b/>
        </w:rPr>
        <w:t xml:space="preserve">[51:12] </w:t>
      </w:r>
      <w:r>
        <w:t>ek bhi shakhs nahin, mere nahin hai.</w:t>
      </w:r>
    </w:p>
    <w:p>
      <w:pPr>
        <w:jc w:val="right"/>
      </w:pPr>
      <w:r>
        <w:t>ایک بھی شخص نہیں، میرے نہیں ہے۔</w:t>
      </w:r>
    </w:p>
    <w:p>
      <w:r>
        <w:rPr>
          <w:b/>
        </w:rPr>
        <w:t xml:space="preserve">[51:15] </w:t>
      </w:r>
      <w:r>
        <w:t>jitne Muslim hukum, jahan jahan Islam ke jhande, log jo kehte hain Islamist, Islam pasand, aaj kal naya</w:t>
      </w:r>
    </w:p>
    <w:p>
      <w:pPr>
        <w:jc w:val="right"/>
      </w:pPr>
      <w:r>
        <w:t>جتنے مسلم حکم، جہاں جہاں اسلام کے جھنڈے، لوگ جو کہتے ہیں اسلامسٹ، اسلام پسند، آج کل نیا</w:t>
      </w:r>
    </w:p>
    <w:p>
      <w:r>
        <w:rPr>
          <w:b/>
        </w:rPr>
        <w:t xml:space="preserve">[51:22] </w:t>
      </w:r>
      <w:r>
        <w:t>term nikla hai, Islam pasand aur Islamist, yeh jitne log hain, in mein koi ek shakhs bhi nahin</w:t>
      </w:r>
    </w:p>
    <w:p>
      <w:pPr>
        <w:jc w:val="right"/>
      </w:pPr>
      <w:r>
        <w:t>ٹرم نکلا ہے، اسلام پسند اور اسلامسٹ، یہ جتنے لوگ ہیں، ان میں کوئی ایک شخص بھی نہیں</w:t>
      </w:r>
    </w:p>
    <w:p>
      <w:r>
        <w:rPr>
          <w:b/>
        </w:rPr>
        <w:t xml:space="preserve">[51:30] </w:t>
      </w:r>
      <w:r>
        <w:t>hai jo is raat ko janay aur apni planning sarey balon ki riayat kar ke bana aye.</w:t>
      </w:r>
    </w:p>
    <w:p>
      <w:pPr>
        <w:jc w:val="right"/>
      </w:pPr>
      <w:r>
        <w:t>ہے جو اس رات کو جانے اور اپنی پلاننگ سارے بالوں کی رعایت کر کے بنائے۔</w:t>
      </w:r>
    </w:p>
    <w:p>
      <w:r>
        <w:rPr>
          <w:b/>
        </w:rPr>
        <w:t xml:space="preserve">[51:37] </w:t>
      </w:r>
      <w:r>
        <w:t>bas yahi josh mein kharay ho gaye, lagay taqreerein karnay aur bheer ikatha ho gayi.</w:t>
      </w:r>
    </w:p>
    <w:p>
      <w:pPr>
        <w:jc w:val="right"/>
      </w:pPr>
      <w:r>
        <w:t>بس یہی جوش میں کھڑے ہو گئے، لگے تقریریں کرنے اور بھیڑ اکٹھا ہو گئی۔</w:t>
      </w:r>
    </w:p>
    <w:p>
      <w:r>
        <w:rPr>
          <w:b/>
        </w:rPr>
        <w:t xml:space="preserve">[51:43] </w:t>
      </w:r>
      <w:r>
        <w:t>to aap ko is baat ko samajhna hai, aap ke zariye se jo mission shuru hua hai, us</w:t>
      </w:r>
    </w:p>
    <w:p>
      <w:pPr>
        <w:jc w:val="right"/>
      </w:pPr>
      <w:r>
        <w:t>تو آپ کو اس بات کو سمجھنا ہے، آپ کے ذریعے سے جو مشن شروع ہوا ہے، اس</w:t>
      </w:r>
    </w:p>
    <w:p>
      <w:r>
        <w:rPr>
          <w:b/>
        </w:rPr>
        <w:t xml:space="preserve">[51:51] </w:t>
      </w:r>
      <w:r>
        <w:t>mein yeh ghalti nahi kerni hai.</w:t>
      </w:r>
    </w:p>
    <w:p>
      <w:pPr>
        <w:jc w:val="right"/>
      </w:pPr>
      <w:r>
        <w:t>میں یہ غلطی نہیں کرنی ہے۔</w:t>
      </w:r>
    </w:p>
    <w:p>
      <w:r>
        <w:rPr>
          <w:b/>
        </w:rPr>
        <w:t xml:space="preserve">[51:54] </w:t>
      </w:r>
      <w:r>
        <w:t>aur mission ke sath wisdom ko shamil karna hai.</w:t>
      </w:r>
    </w:p>
    <w:p>
      <w:pPr>
        <w:jc w:val="right"/>
      </w:pPr>
      <w:r>
        <w:t>اور مشن کے ساتھ وزڈم کو شامل کرنا ہے۔</w:t>
      </w:r>
    </w:p>
    <w:p>
      <w:r>
        <w:rPr>
          <w:b/>
        </w:rPr>
        <w:t xml:space="preserve">[51:58] </w:t>
      </w:r>
      <w:r>
        <w:t>wisdom hamesha, yani wisdom ka matlab hai ke mukhtalif pehlu jo hain, un pehluon ko peshgi andaza karna.</w:t>
      </w:r>
    </w:p>
    <w:p>
      <w:pPr>
        <w:jc w:val="right"/>
      </w:pPr>
      <w:r>
        <w:t>وزڈم ہمیشہ، یعنی وزڈم کا مطلب ہے کہ مختلف پہلو جو ہیں، ان پہلوؤں کو پیشگی اندازہ کرنا۔</w:t>
      </w:r>
    </w:p>
    <w:p>
      <w:r>
        <w:rPr>
          <w:b/>
        </w:rPr>
        <w:t xml:space="preserve">[52:05] </w:t>
      </w:r>
      <w:r>
        <w:t>misal ke tor par farz kijiye ke jharay ke mosam mein fog ho jata hai.</w:t>
      </w:r>
    </w:p>
    <w:p>
      <w:pPr>
        <w:jc w:val="right"/>
      </w:pPr>
      <w:r>
        <w:t>مثال کے طور پر فرض کیجئے کہ جھاڑے کے موسم میں فاغ ہو جاتا ہے۔</w:t>
      </w:r>
    </w:p>
    <w:p>
      <w:r>
        <w:rPr>
          <w:b/>
        </w:rPr>
        <w:t xml:space="preserve">[52:12] </w:t>
      </w:r>
      <w:r>
        <w:t>fog, ab hum aik mansooba banayein, farz kijiye ke dilli ke liye jahan fog hota hai, to hamein</w:t>
      </w:r>
    </w:p>
    <w:p>
      <w:pPr>
        <w:jc w:val="right"/>
      </w:pPr>
      <w:r>
        <w:t>فاغ، اب ہم ایک منصوبہ بنائیں، فرض کیجئے کہ دلی کے لیے جہاں فاغ ہوتا ہے، تو ہمیں</w:t>
      </w:r>
    </w:p>
    <w:p>
      <w:r>
        <w:rPr>
          <w:b/>
        </w:rPr>
        <w:t xml:space="preserve">[52:19] </w:t>
      </w:r>
      <w:r>
        <w:t>is ko is ki riayat kerni paray gi ke aap, aap dilli mein, hum ne samjha ke flight</w:t>
      </w:r>
    </w:p>
    <w:p>
      <w:pPr>
        <w:jc w:val="right"/>
      </w:pPr>
      <w:r>
        <w:t>اس کو اس کی رعایت کرنی پڑے گی کہ آپ، آپ دلی میں، ہم نے سمجھا کہ فلائٹ</w:t>
      </w:r>
    </w:p>
    <w:p>
      <w:r>
        <w:rPr>
          <w:b/>
        </w:rPr>
        <w:t xml:space="preserve">[52:27] </w:t>
      </w:r>
      <w:r>
        <w:t>jo hai, is ka yeh waqt tha dilli pohnchnay ka.</w:t>
      </w:r>
    </w:p>
    <w:p>
      <w:pPr>
        <w:jc w:val="right"/>
      </w:pPr>
      <w:r>
        <w:t>جو ہے، اس کا یہ وقت تھا دلی پہنچنے کا۔</w:t>
      </w:r>
    </w:p>
    <w:p>
      <w:r>
        <w:rPr>
          <w:b/>
        </w:rPr>
        <w:t xml:space="preserve">[52:31] </w:t>
      </w:r>
      <w:r>
        <w:t>is ke baad aap ne wahan program rakh diya.</w:t>
      </w:r>
    </w:p>
    <w:p>
      <w:pPr>
        <w:jc w:val="right"/>
      </w:pPr>
      <w:r>
        <w:t>اس کے بعد آپ نے وہاں پروگرام رکھ دیا۔</w:t>
      </w:r>
    </w:p>
    <w:p>
      <w:r>
        <w:rPr>
          <w:b/>
        </w:rPr>
        <w:t xml:space="preserve">[52:35] </w:t>
      </w:r>
      <w:r>
        <w:t>ab wahan aik fog to kiya hoga? aik martaba mere sath aisa hua hai ke mein jahaz se</w:t>
      </w:r>
    </w:p>
    <w:p>
      <w:pPr>
        <w:jc w:val="right"/>
      </w:pPr>
      <w:r>
        <w:t>اب وہاں ایک فاغ تو کیا ہوگا؟ ایک مرتبہ میرے ساتھ ایسا ہوا ہے کہ میں جہاز سے</w:t>
      </w:r>
    </w:p>
    <w:p>
      <w:r>
        <w:rPr>
          <w:b/>
        </w:rPr>
        <w:t xml:space="preserve">[52:43] </w:t>
      </w:r>
      <w:r>
        <w:t>ura, kahan se? aur woh dilli ke airspace se pohncha to wahan woh to fog hai.</w:t>
      </w:r>
    </w:p>
    <w:p>
      <w:pPr>
        <w:jc w:val="right"/>
      </w:pPr>
      <w:r>
        <w:t>اڑا، کہاں سے؟ اور وہ دلی کے ایئر اسپیس سے پہنچا تو وہاں وہ تو فاغ ہے۔</w:t>
      </w:r>
    </w:p>
    <w:p>
      <w:r>
        <w:rPr>
          <w:b/>
        </w:rPr>
        <w:t xml:space="preserve">[52:50] </w:t>
      </w:r>
      <w:r>
        <w:t>to jahaz ko unhon ne divert kar ke jaipur mein utar diya, bajaye dilli utarnay ke.</w:t>
      </w:r>
    </w:p>
    <w:p>
      <w:pPr>
        <w:jc w:val="right"/>
      </w:pPr>
      <w:r>
        <w:t>تو جہاز کو انہوں نے ڈائیورٹ کر کے جیپور میں اتار دیا، بجائے دلی اترنے کے۔</w:t>
      </w:r>
    </w:p>
    <w:p>
      <w:r>
        <w:rPr>
          <w:b/>
        </w:rPr>
        <w:t xml:space="preserve">[52:57] </w:t>
      </w:r>
      <w:r>
        <w:t>jaipur utara gaya, wahan kai ghantay hum rahay.</w:t>
      </w:r>
    </w:p>
    <w:p>
      <w:pPr>
        <w:jc w:val="right"/>
      </w:pPr>
      <w:r>
        <w:t>جیپور اتارا گیا، وہاں کئی گھنٹے ہم رہے۔</w:t>
      </w:r>
    </w:p>
    <w:p>
      <w:r>
        <w:rPr>
          <w:b/>
        </w:rPr>
        <w:t xml:space="preserve">[53:01] </w:t>
      </w:r>
      <w:r>
        <w:t>to aap aik program farz kijiye banayein dilli ke liye ya kisi aur maqam ke jahan fog hota</w:t>
      </w:r>
    </w:p>
    <w:p>
      <w:pPr>
        <w:jc w:val="right"/>
      </w:pPr>
      <w:r>
        <w:t>تو آپ ایک پروگرام فرض کیجئے بنائیں دلی کے لیے یا کسی اور مقام کے جہاں فاغ ہوتا</w:t>
      </w:r>
    </w:p>
    <w:p>
      <w:r>
        <w:rPr>
          <w:b/>
        </w:rPr>
        <w:t xml:space="preserve">[53:08] </w:t>
      </w:r>
      <w:r>
        <w:t>hai.</w:t>
      </w:r>
    </w:p>
    <w:p>
      <w:pPr>
        <w:jc w:val="right"/>
      </w:pPr>
      <w:r>
        <w:t>ہے۔</w:t>
      </w:r>
    </w:p>
    <w:p>
      <w:r>
        <w:rPr>
          <w:b/>
        </w:rPr>
        <w:t xml:space="preserve">[53:10] </w:t>
      </w:r>
      <w:r>
        <w:t>to aap ko sochna paray ga peshgi, agar fog ho to kiya hoga? to baray baray tehreekain chalate</w:t>
      </w:r>
    </w:p>
    <w:p>
      <w:pPr>
        <w:jc w:val="right"/>
      </w:pPr>
      <w:r>
        <w:t>تو آپ کو سوچنا پڑے گا پیشگی، اگر فاغ ہو تو کیا ہوگا؟ تو بڑے بڑے تحریکیں چلاتے</w:t>
      </w:r>
    </w:p>
    <w:p>
      <w:r>
        <w:rPr>
          <w:b/>
        </w:rPr>
        <w:t xml:space="preserve">[53:18] </w:t>
      </w:r>
      <w:r>
        <w:t>hain log, almi nizam, almi hukumat, almi islami jhanda.</w:t>
      </w:r>
    </w:p>
    <w:p>
      <w:pPr>
        <w:jc w:val="right"/>
      </w:pPr>
      <w:r>
        <w:t>ہیں لوگ، عالمی نظام، عالمی حکومت، عالمی اسلامی جھنڈا۔</w:t>
      </w:r>
    </w:p>
    <w:p>
      <w:r>
        <w:rPr>
          <w:b/>
        </w:rPr>
        <w:t xml:space="preserve">[53:21] </w:t>
      </w:r>
      <w:r>
        <w:t>yeh kis qadar nadan hain yeh log, baray baray alfaaz boltay hain, almi islami hukumat, aur jantay hi</w:t>
      </w:r>
    </w:p>
    <w:p>
      <w:pPr>
        <w:jc w:val="right"/>
      </w:pPr>
      <w:r>
        <w:t>یہ کس قدر نادان ہیں یہ لوگ، بڑے بڑے الفاظ بولتے ہیں، عالمی اسلامی حکومت، اور جانتے ہی</w:t>
      </w:r>
    </w:p>
    <w:p>
      <w:r>
        <w:rPr>
          <w:b/>
        </w:rPr>
        <w:t xml:space="preserve">[53:29] </w:t>
      </w:r>
      <w:r>
        <w:t>nahi ke kiya matlab hai in alfaaz ka.</w:t>
      </w:r>
    </w:p>
    <w:p>
      <w:pPr>
        <w:jc w:val="right"/>
      </w:pPr>
      <w:r>
        <w:t>نہیں کہ کیا مطلب ہے ان الفاظ کا۔</w:t>
      </w:r>
    </w:p>
    <w:p>
      <w:r>
        <w:rPr>
          <w:b/>
        </w:rPr>
        <w:t xml:space="preserve">[53:33] </w:t>
      </w:r>
      <w:r>
        <w:t>yeh aisay hi hai jis ke jis shehar mein fog chhaya rehta ho, wahan par subah ka program</w:t>
      </w:r>
    </w:p>
    <w:p>
      <w:pPr>
        <w:jc w:val="right"/>
      </w:pPr>
      <w:r>
        <w:t>یہ ایسے ہی ہے جس کہ جس شہر میں فاغ چھایا رہتا ہو، وہاں پر صبح کا پروگرام</w:t>
      </w:r>
    </w:p>
    <w:p>
      <w:r>
        <w:rPr>
          <w:b/>
        </w:rPr>
        <w:t xml:space="preserve">[53:40] </w:t>
      </w:r>
      <w:r>
        <w:t>bana diya.</w:t>
      </w:r>
    </w:p>
    <w:p>
      <w:pPr>
        <w:jc w:val="right"/>
      </w:pPr>
      <w:r>
        <w:t>بنا دیا۔</w:t>
      </w:r>
    </w:p>
    <w:p>
      <w:r>
        <w:rPr>
          <w:b/>
        </w:rPr>
        <w:t xml:space="preserve">[53:42] </w:t>
      </w:r>
      <w:r>
        <w:t>to aap yahan dilli se aik jahaz high charter ka aik chalen to kiya charter jahaz se aap</w:t>
      </w:r>
    </w:p>
    <w:p>
      <w:pPr>
        <w:jc w:val="right"/>
      </w:pPr>
      <w:r>
        <w:t>تو آپ یہاں دلی سے ایک جہاز ہائی چارٹر کا ایک چلیں تو کیا چارٹر جہاز سے آپ</w:t>
      </w:r>
    </w:p>
    <w:p>
      <w:r>
        <w:rPr>
          <w:b/>
        </w:rPr>
        <w:t xml:space="preserve">[53:49] </w:t>
      </w:r>
      <w:r>
        <w:t>woh fog hat jaye ga? bhag jaye ga aur aap ka program poora ho sake ga.</w:t>
      </w:r>
    </w:p>
    <w:p>
      <w:pPr>
        <w:jc w:val="right"/>
      </w:pPr>
      <w:r>
        <w:t>وہ فاغ ہٹ جائے گا؟ بھاگ جائے گا اور آپ کا پروگرام پورا ہو سکے گا۔</w:t>
      </w:r>
    </w:p>
    <w:p>
      <w:r>
        <w:rPr>
          <w:b/>
        </w:rPr>
        <w:t xml:space="preserve">[53:56] </w:t>
      </w:r>
      <w:r>
        <w:t>is ko samjhiye, is cheez ko ke dilli mein jhaaron ke mausam mein faag hota hai.</w:t>
      </w:r>
    </w:p>
    <w:p>
      <w:pPr>
        <w:jc w:val="right"/>
      </w:pPr>
      <w:r>
        <w:t>اس کو سمجھئے، اس چیز کو کہ دلی میں جھاڑوں کے موسم میں فاغ ہوتا ہے۔</w:t>
      </w:r>
    </w:p>
    <w:p>
      <w:r>
        <w:rPr>
          <w:b/>
        </w:rPr>
        <w:t xml:space="preserve">[54:03] </w:t>
      </w:r>
      <w:r>
        <w:t>aap ne dilli mein subah ka program rakh diya, haiderabad se ek hawaazaar charter kiya aap ne, aur</w:t>
      </w:r>
    </w:p>
    <w:p>
      <w:pPr>
        <w:jc w:val="right"/>
      </w:pPr>
      <w:r>
        <w:t>آپ نے دلی میں صبح کا پروگرام رکھ دیا، حیدرآباد سے ایک ہوازار چارٹر کیا آپ نے، اور</w:t>
      </w:r>
    </w:p>
    <w:p>
      <w:r>
        <w:rPr>
          <w:b/>
        </w:rPr>
        <w:t xml:space="preserve">[54:11] </w:t>
      </w:r>
      <w:r>
        <w:t>ek poori bheed le ke rawana hui hai.</w:t>
      </w:r>
    </w:p>
    <w:p>
      <w:pPr>
        <w:jc w:val="right"/>
      </w:pPr>
      <w:r>
        <w:t>ایک پوری بھیڑ لے کے روانہ ہوئی ہے۔</w:t>
      </w:r>
    </w:p>
    <w:p>
      <w:r>
        <w:rPr>
          <w:b/>
        </w:rPr>
        <w:t xml:space="preserve">[54:14] </w:t>
      </w:r>
      <w:r>
        <w:t>to kya woh jahaz wahan land karega? ise kahin aur jana padega, is ko divert kar</w:t>
      </w:r>
    </w:p>
    <w:p>
      <w:pPr>
        <w:jc w:val="right"/>
      </w:pPr>
      <w:r>
        <w:t>تو کیا وہ جہاز وہاں لینڈ کرے گا؟ اسے کہیں اور جانا پڑے گا، اس کو ڈائیورٹ کر</w:t>
      </w:r>
    </w:p>
    <w:p>
      <w:r>
        <w:rPr>
          <w:b/>
        </w:rPr>
        <w:t xml:space="preserve">[54:22] </w:t>
      </w:r>
      <w:r>
        <w:t>ke.</w:t>
      </w:r>
    </w:p>
    <w:p>
      <w:pPr>
        <w:jc w:val="right"/>
      </w:pPr>
      <w:r>
        <w:t>کے۔</w:t>
      </w:r>
    </w:p>
    <w:p>
      <w:r>
        <w:rPr>
          <w:b/>
        </w:rPr>
        <w:t xml:space="preserve">[54:24] </w:t>
      </w:r>
      <w:r>
        <w:t>ek martaba aisa hua ke wahan faag tha to bohat der tak woh, is ko kya kehte hain?</w:t>
      </w:r>
    </w:p>
    <w:p>
      <w:pPr>
        <w:jc w:val="right"/>
      </w:pPr>
      <w:r>
        <w:t>ایک مرتبہ ایسا ہوا کہ وہاں فاغ تھا تو بہت دیر تک وہ، اس کو کیا کہتے ہیں؟</w:t>
      </w:r>
    </w:p>
    <w:p>
      <w:r>
        <w:rPr>
          <w:b/>
        </w:rPr>
        <w:t xml:space="preserve">[54:31] </w:t>
      </w:r>
      <w:r>
        <w:t>رومنگ کہتے ہیں، کیا کہتے ہیں؟ ہاں جی، space میں گھومتا رہا، گھومتا رہا، گھومتا رہا۔</w:t>
      </w:r>
    </w:p>
    <w:p>
      <w:pPr>
        <w:jc w:val="right"/>
      </w:pPr>
      <w:r>
        <w:t>رومنگ کہتے ہیں، کیا کہتے ہیں؟ ہاں جی، اسپیس میں گھومتا رہا، گھومتا رہا، گھومتا رہا۔</w:t>
      </w:r>
    </w:p>
    <w:p>
      <w:r>
        <w:rPr>
          <w:b/>
        </w:rPr>
        <w:t xml:space="preserve">[54:38] </w:t>
      </w:r>
      <w:r>
        <w:t>jab faag chhatta tab is ne land kiya.</w:t>
      </w:r>
    </w:p>
    <w:p>
      <w:pPr>
        <w:jc w:val="right"/>
      </w:pPr>
      <w:r>
        <w:t>جب فاغ چھٹا تب اس نے لینڈ کیا۔</w:t>
      </w:r>
    </w:p>
    <w:p>
      <w:r>
        <w:rPr>
          <w:b/>
        </w:rPr>
        <w:t xml:space="preserve">[54:42] </w:t>
      </w:r>
      <w:r>
        <w:t>تو آپ اس کی رعایت نہیں کریں گے تو کیا ہوگا؟ آپ کا پروگرام jeopardized ہو جائے گا۔</w:t>
      </w:r>
    </w:p>
    <w:p>
      <w:pPr>
        <w:jc w:val="right"/>
      </w:pPr>
      <w:r>
        <w:t>تو آپ اس کی رعایت نہیں کریں گے تو کیا ہوگا؟ آپ کا پروگرام جھپٹائز ہو جائے گا۔</w:t>
      </w:r>
    </w:p>
    <w:p>
      <w:r>
        <w:rPr>
          <w:b/>
        </w:rPr>
        <w:t xml:space="preserve">[54:49] </w:t>
      </w:r>
      <w:r>
        <w:t>تو سارے مسلم کنٹریز میں پروگرام لوگوں کے jeopardized ہو رہے ہیں، کیونکہ خود ساختہ پلان بناتے ہیں</w:t>
      </w:r>
    </w:p>
    <w:p>
      <w:pPr>
        <w:jc w:val="right"/>
      </w:pPr>
      <w:r>
        <w:t>تو سارے مسلم کنٹریز میں پروگرام لوگوں کے جھپٹائز ہو رہے ہیں، کیونکہ خود ساختہ پلان بناتے ہیں</w:t>
      </w:r>
    </w:p>
    <w:p>
      <w:r>
        <w:rPr>
          <w:b/>
        </w:rPr>
        <w:t xml:space="preserve">[54:57] </w:t>
      </w:r>
      <w:r>
        <w:t>baghair yeh soche hue ke Allah ka jo management hai, woh allow kar raha hai ya nahi kar</w:t>
      </w:r>
    </w:p>
    <w:p>
      <w:pPr>
        <w:jc w:val="right"/>
      </w:pPr>
      <w:r>
        <w:t>بغیر یہ سوچے ہوئے کہ اللہ کا جو مینجمنٹ ہے، وہ الاؤ کر رہا ہے یا نہیں کر</w:t>
      </w:r>
    </w:p>
    <w:p>
      <w:r>
        <w:rPr>
          <w:b/>
        </w:rPr>
        <w:t xml:space="preserve">[55:05] </w:t>
      </w:r>
      <w:r>
        <w:t>raha hai.</w:t>
      </w:r>
    </w:p>
    <w:p>
      <w:pPr>
        <w:jc w:val="right"/>
      </w:pPr>
      <w:r>
        <w:t>رہا ہے۔</w:t>
      </w:r>
    </w:p>
    <w:p>
      <w:r>
        <w:rPr>
          <w:b/>
        </w:rPr>
        <w:t xml:space="preserve">[55:06] </w:t>
      </w:r>
      <w:r>
        <w:t>to meri dua hai ke Allah taala mujh ko aur aap ko tofeeq de ke hum Allah ka</w:t>
      </w:r>
    </w:p>
    <w:p>
      <w:pPr>
        <w:jc w:val="right"/>
      </w:pPr>
      <w:r>
        <w:t>تو میری دعا ہے کہ اللہ تعالیٰ مجھ کو اور آپ کو توفیق دے کہ ہم اللہ کا</w:t>
      </w:r>
    </w:p>
    <w:p>
      <w:r>
        <w:rPr>
          <w:b/>
        </w:rPr>
        <w:t xml:space="preserve">[55:14] </w:t>
      </w:r>
      <w:r>
        <w:t>jo mission hamein le ke chalna hai, is ko hum sahi dhang se anjaam dein, quran ki rehnumai</w:t>
      </w:r>
    </w:p>
    <w:p>
      <w:pPr>
        <w:jc w:val="right"/>
      </w:pPr>
      <w:r>
        <w:t>جو مشن ہمیں لے کے چلنا ہے، اس کو ہم صحیح ڈھنگ سے انجام دیں، قرآن کی رہنمائی</w:t>
      </w:r>
    </w:p>
    <w:p>
      <w:r>
        <w:rPr>
          <w:b/>
        </w:rPr>
        <w:t xml:space="preserve">[55:22] </w:t>
      </w:r>
      <w:r>
        <w:t>mein, islah ki sunnat mein, is ka naqsha banayein taake woh kamyabi tak pahunche, taake hum Allah ki</w:t>
      </w:r>
    </w:p>
    <w:p>
      <w:pPr>
        <w:jc w:val="right"/>
      </w:pPr>
      <w:r>
        <w:t>میں، اصلاح کی سنت میں، اس کا نقشہ بنائیں تاکہ وہ کامیابی تک پہنچے، تاکہ ہم اللہ کی</w:t>
      </w:r>
    </w:p>
    <w:p>
      <w:r>
        <w:rPr>
          <w:b/>
        </w:rPr>
        <w:t xml:space="preserve">[55:29] </w:t>
      </w:r>
      <w:r>
        <w:t>sa'adat hum ko mile dunya mein aur aakhirat mein.</w:t>
      </w:r>
    </w:p>
    <w:p>
      <w:pPr>
        <w:jc w:val="right"/>
      </w:pPr>
      <w:r>
        <w:t>سعادت ہم کو ملے دنیا میں اور آخرت میں۔</w:t>
      </w:r>
    </w:p>
    <w:p>
      <w:r>
        <w:rPr>
          <w:b/>
        </w:rPr>
        <w:t xml:space="preserve">[55:33] </w:t>
      </w:r>
      <w:r>
        <w:t>rabbana atina fid dunya hasanah wa fil akhirati hasanah wa qina azabannar.</w:t>
      </w:r>
    </w:p>
    <w:p>
      <w:pPr>
        <w:jc w:val="right"/>
      </w:pPr>
      <w:r>
        <w:t>ربنا آتنا فی الدنیا حسنہ وفی الآخرة حسنہ وقنا عذاب النار۔</w:t>
      </w:r>
    </w:p>
    <w:p>
      <w:r>
        <w:rPr>
          <w:b/>
        </w:rPr>
        <w:t xml:space="preserve">[55:38] </w:t>
      </w:r>
      <w:r>
        <w:t>rabbana taqabbal minna innaka antassamiyul aleem wa tub alaina innaka antattawabur rahim.</w:t>
      </w:r>
    </w:p>
    <w:p>
      <w:pPr>
        <w:jc w:val="right"/>
      </w:pPr>
      <w:r>
        <w:t>ربنا تقبل منا انک انت السمیع العلیم وتب علینا انک انت التواب الرحیم۔</w:t>
      </w:r>
    </w:p>
    <w:p>
      <w:r>
        <w:rPr>
          <w:b/>
        </w:rPr>
        <w:t xml:space="preserve">[55:43] </w:t>
      </w:r>
      <w:r>
        <w:t>wa salla Allahu taala ala khair khalqihi Muhammadin wa aalihi wa ashabihi ajmaeen birahamatika ya arhamar rahimin.</w:t>
      </w:r>
    </w:p>
    <w:p>
      <w:pPr>
        <w:jc w:val="right"/>
      </w:pPr>
      <w:r>
        <w:t>وصلی اللہ تعالیٰ علی خیر خلقہ محمد والہ واصحابہ اجمعین برحمتک یا ارحم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